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Ἐπιστολαὶ 18–242</w:t>
      </w:r>
      <w:r>
        <w:br/>
      </w:r>
      <w:r>
        <w:rPr>
          <w:i/>
          <w:color w:val="666666"/>
          <w:sz w:val="40"/>
        </w:rPr>
        <w:t>Letters 18–242</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ΙΗʹ. Καρτερίᾳ.</w:t>
      </w:r>
    </w:p>
    <w:p>
      <w:r>
        <w:rPr>
          <w:rFonts w:ascii="Courier New" w:hAnsi="Courier New"/>
          <w:color w:val="555555"/>
          <w:sz w:val="20"/>
        </w:rPr>
        <w:t>[5]</w:t>
      </w:r>
    </w:p>
    <w:p>
      <w:r>
        <w:rPr>
          <w:rFonts w:ascii="Gentium Plus" w:hAnsi="Gentium Plus"/>
          <w:sz w:val="24"/>
        </w:rPr>
        <w:t>Κἂν πολλάκις, κἂν ὀλιγάκις ἐπιστείλῃς, ἡμεῖς ἥνπερ ἐξ ἀρχῆς ἔχομεν ψῆφον περὶ τῆς ἀγάπης τῆς σῆς, ταύτην ἀκίνητον διατηροῦμεν. Ἴσμεν γὰρ ὅτι καὶ γράφουσα καὶ σιγῶσα ὁμοίως περὶ ἡμᾶς διακεῖ‐ σθαι ἐσπούδακας. Ὁ Θεός σοι ταχίστην παράσχοι τὴν</w:t>
      </w:r>
    </w:p>
    <w:p>
      <w:r>
        <w:rPr>
          <w:rFonts w:ascii="Courier New" w:hAnsi="Courier New"/>
          <w:color w:val="555555"/>
          <w:sz w:val="20"/>
        </w:rPr>
        <w:t>[10]</w:t>
      </w:r>
    </w:p>
    <w:p>
      <w:r>
        <w:rPr>
          <w:rFonts w:ascii="Gentium Plus" w:hAnsi="Gentium Plus"/>
          <w:sz w:val="24"/>
        </w:rPr>
        <w:t>ὑγείαν, καὶ πάσης ἀπαλλάξειε ἀῤῥωστίας. Καὶ γὰρ οὐχ ὡς ἔτυχεν ἐν φροντίδι καθεστήκαμεν περὶ τῆς ἀῤῥωστίας τῆς σῆς ἀκούοντες. Διὸ καὶ παρακαλοῦ‐ μέν σου τὴν ἐμμέλειαν, ἡνίκα ἂν ἐξῇ συνεχῶς ἡμῖν δηλοῦν τὰ περὶ τῆς ῥώσεως τῆς σῆς, καὶ εἴ</w:t>
      </w:r>
    </w:p>
    <w:p>
      <w:r>
        <w:rPr>
          <w:rFonts w:ascii="Courier New" w:hAnsi="Courier New"/>
          <w:color w:val="555555"/>
          <w:sz w:val="20"/>
        </w:rPr>
        <w:t>[15]</w:t>
      </w:r>
    </w:p>
    <w:p>
      <w:r>
        <w:rPr>
          <w:rFonts w:ascii="Gentium Plus" w:hAnsi="Gentium Plus"/>
          <w:sz w:val="24"/>
        </w:rPr>
        <w:t>τινα πρὸς τὸ βέλτιον ἐπίδοσιν ἔλαβέ σου τὸ σῶμα. Οἶσθα γὰρ καὶ πῶς ἀλγοῦμεν ἀκούοντές σε ἐν ἀῤῥω‐ στίᾳ εἶναι, καὶ πῶς εὐφραινόμεθα, καὶ πτερούμεθα ὑπὸ τῆς ἡδονῆς, ἐπειδὰν ἀκούσωμεν ἐν ὑγείᾳ σε καθεστάναι. Ταῦτ’ οὖν εἰδυῖα, κυρία μου κοσμιωτάτη</w:t>
      </w:r>
    </w:p>
    <w:p>
      <w:r>
        <w:rPr>
          <w:rFonts w:ascii="Courier New" w:hAnsi="Courier New"/>
          <w:color w:val="555555"/>
          <w:sz w:val="20"/>
        </w:rPr>
        <w:t>[20]</w:t>
      </w:r>
    </w:p>
    <w:p>
      <w:r>
        <w:rPr>
          <w:rFonts w:ascii="Gentium Plus" w:hAnsi="Gentium Plus"/>
          <w:sz w:val="24"/>
        </w:rPr>
        <w:t>καὶ εὐγενεστάτη, ὁσάκις ἂν δυνατὸν ᾖ, γράφειν ἡμῖν μὴ κατόκνει, καὶ δηλοῦν τὰ περὶ τῆς ῥώσεως τῆς σῆς. Οὐ γὰρ τὴν τυχοῦσαν ἡμῖν χαριῇ χάριν, τοιαύτας πέμπουσα ἡμῖν ἐπιστολάς.</w:t>
      </w:r>
    </w:p>
    <w:p>
      <w:pPr>
        <w:jc w:val="center"/>
      </w:pPr>
      <w:r>
        <w:rPr>
          <w:rFonts w:ascii="Gentium Plus" w:hAnsi="Gentium Plus"/>
          <w:b/>
          <w:sz w:val="24"/>
        </w:rPr>
        <w:t>ΙΘʹ. Μαρκιανῷ καὶ Μαρκελλίνῳ.</w:t>
      </w:r>
    </w:p>
    <w:p>
      <w:r>
        <w:rPr>
          <w:rFonts w:ascii="Courier New" w:hAnsi="Courier New"/>
          <w:color w:val="555555"/>
          <w:sz w:val="20"/>
        </w:rPr>
        <w:t>[25]</w:t>
      </w:r>
    </w:p>
    <w:p>
      <w:r>
        <w:rPr>
          <w:rFonts w:ascii="Gentium Plus" w:hAnsi="Gentium Plus"/>
          <w:sz w:val="24"/>
        </w:rPr>
        <w:t>Ἐβουλόμεθα μὲν ὑμᾶς σφοδροὺς ἡμῶν ὄντας οὕτως ἐραστὰς, καὶ παρόντας ἰδεῖν. Ἀλλὰ ἐπειδὴ τοῦτο οὐκ ἔνι (τό τε γὰρ τῆς ὁδοῦ μῆκος, ἥ τε τοῦ χειμῶνος ὥρα, καὶ ὁ τῶν λῃστῶν φόβος ἱκανὰ διατειχίσαι τὴν ἀποδημίαν), τοὺς γοῦν τὰ γράμματα κομίζοντας</w:t>
      </w:r>
    </w:p>
    <w:p>
      <w:r>
        <w:rPr>
          <w:rFonts w:ascii="Courier New" w:hAnsi="Courier New"/>
          <w:color w:val="555555"/>
          <w:sz w:val="20"/>
        </w:rPr>
        <w:t>[30]</w:t>
      </w:r>
    </w:p>
    <w:p>
      <w:r>
        <w:rPr>
          <w:rFonts w:ascii="Gentium Plus" w:hAnsi="Gentium Plus"/>
          <w:sz w:val="24"/>
        </w:rPr>
        <w:t>παρ’ ἡμῶν πρὸς ὑμᾶς ἐπιθυμοῦμεν συνεχέστερον ἡμῖν περιτυγχάνειν, ὥστε δύνασθαι μετὰ δαψιλείας πληρῶσαι τὴν ἐπιθυμίαν τὴν ἡμετέραν. Ἀλλ’ ἐπειδὴ καὶ τοῦτο παρείλετο ἡμᾶς ἡ ἐρημία τοῦ χωρίου ἐν ᾧ διατρίβομεν, καὶ τὸ σφόδρα αὐτὸ ἀπῳκίσθαι τῆς</w:t>
      </w:r>
    </w:p>
    <w:p>
      <w:r>
        <w:rPr>
          <w:rFonts w:ascii="Courier New" w:hAnsi="Courier New"/>
          <w:color w:val="555555"/>
          <w:sz w:val="20"/>
        </w:rPr>
        <w:t>[35]</w:t>
      </w:r>
    </w:p>
    <w:p>
      <w:r>
        <w:rPr>
          <w:rFonts w:ascii="Gentium Plus" w:hAnsi="Gentium Plus"/>
          <w:sz w:val="24"/>
        </w:rPr>
        <w:t>δημοσίας ὀδοῦ, παρακαλῶ, ἂν μὴ συνεχῶς τοῦτο ποιῶμεν, συγγνώμην ἡμῖν νέμειν, καὶ γραφόντων ἡμῶν καὶ σιγώντων, τὴν αὐτὴν ἔχειν περὶ τῆς ἀγά‐ πης τῆς ἡμετέρας ψῆφον, λογιζομένους ὅτι τὴν σιγὴν ἡμῖν πολλάκις μακροτέραν ἡ ἐρημία τοῦ τόπου, οὐχ</w:t>
      </w:r>
    </w:p>
    <w:p>
      <w:r>
        <w:rPr>
          <w:rFonts w:ascii="Courier New" w:hAnsi="Courier New"/>
          <w:color w:val="555555"/>
          <w:sz w:val="20"/>
        </w:rPr>
        <w:t>[40]</w:t>
      </w:r>
    </w:p>
    <w:p>
      <w:r>
        <w:rPr>
          <w:rFonts w:ascii="Gentium Plus" w:hAnsi="Gentium Plus"/>
          <w:sz w:val="24"/>
        </w:rPr>
        <w:t>ἡ τοῦ τρόπου ῥᾳθυμία ἐργάζεται.</w:t>
      </w:r>
    </w:p>
    <w:p>
      <w:pPr>
        <w:jc w:val="center"/>
      </w:pPr>
      <w:r>
        <w:rPr>
          <w:rFonts w:ascii="Gentium Plus" w:hAnsi="Gentium Plus"/>
          <w:b/>
          <w:sz w:val="24"/>
        </w:rPr>
        <w:t>Κʹ. Ἀγαπητῷ.</w:t>
      </w:r>
    </w:p>
    <w:p>
      <w:r>
        <w:rPr>
          <w:rFonts w:ascii="Courier New" w:hAnsi="Courier New"/>
          <w:color w:val="555555"/>
          <w:sz w:val="20"/>
        </w:rPr>
        <w:t>[42]</w:t>
      </w:r>
    </w:p>
    <w:p>
      <w:r>
        <w:rPr>
          <w:rFonts w:ascii="Gentium Plus" w:hAnsi="Gentium Plus"/>
          <w:sz w:val="24"/>
        </w:rPr>
        <w:t>Οἶδά σου τὴν ἀγάπην τὴν γνησίαν καὶ θερμὴν, τὴν ἄδολον καὶ εἰλικρινῆ, καὶ οὔτε πραγμάτων ὄχλῳ, οὔτε χρόνου πλήθει, οὔτε ὁδοῦ μήκει μαραινομένην·</w:t>
      </w:r>
    </w:p>
    <w:p>
      <w:r>
        <w:rPr>
          <w:rFonts w:ascii="Courier New" w:hAnsi="Courier New"/>
          <w:color w:val="555555"/>
          <w:sz w:val="20"/>
        </w:rPr>
        <w:t>[45]</w:t>
      </w:r>
    </w:p>
    <w:p>
      <w:r>
        <w:rPr>
          <w:rFonts w:ascii="Gentium Plus" w:hAnsi="Gentium Plus"/>
          <w:sz w:val="24"/>
        </w:rPr>
        <w:t>οἶδα καὶ ὅπως ἐπιθυμεῖς καὶ αὐτοψεὶ ἡμᾶς θεάσασθαι, καὶ τῆς κατὰ πρόσωπον ἀπολαῦσαι συνουσίας. Ἀλλ’ ἐπειδὴ τοῦτο ἤδη ἐργῶδες, καὶ διὰ τὸ τῆς ὁδοῦ μῆ‐ κος, καὶ διὰ τὴν τοῦ ἔτους ὥραν, καὶ τὸν τῶν Ἰσαύ‐ ρων φόβον, τὴν διὰ τῶν γραμμάτων πάρεχε ἡμῖν</w:t>
      </w:r>
    </w:p>
    <w:p>
      <w:r>
        <w:rPr>
          <w:rFonts w:ascii="Courier New" w:hAnsi="Courier New"/>
          <w:color w:val="555555"/>
          <w:sz w:val="20"/>
        </w:rPr>
        <w:t>[52 . 623 (50)]</w:t>
      </w:r>
    </w:p>
    <w:p>
      <w:r>
        <w:rPr>
          <w:rFonts w:ascii="Gentium Plus" w:hAnsi="Gentium Plus"/>
          <w:sz w:val="24"/>
        </w:rPr>
        <w:t>εὐφροσύνην, συνεχῶς δηλῶν τὰ περὶ τῆς ὑγιείας τῆς σῆς, καὶ τοῦ οἴκου σου παντός. Ἂν γὰρ τοιαῦτα δε‐ χώμεθα συνεχῶς γράμματα παρὰ τῆς σῆς εὐγενείας καὶ θαυμασιότητος, οὐ τὴν τυχοῦσαν καὶ ἐν ἐρημίᾳ διατρίβοντες καρπωσόμεθα τὴν παράκλησιν. Καὶ γὰρ</w:t>
      </w:r>
    </w:p>
    <w:p>
      <w:r>
        <w:rPr>
          <w:rFonts w:ascii="Courier New" w:hAnsi="Courier New"/>
          <w:color w:val="555555"/>
          <w:sz w:val="20"/>
        </w:rPr>
        <w:t>[55]</w:t>
      </w:r>
    </w:p>
    <w:p>
      <w:r>
        <w:rPr>
          <w:rFonts w:ascii="Gentium Plus" w:hAnsi="Gentium Plus"/>
          <w:sz w:val="24"/>
        </w:rPr>
        <w:t>οὐκ ἀγνοεῖς ὅπως ἡμῖν περισπούδαστον τὸ ἐν ὑγιείᾳ σε εἶναι, δέσποτά μου αἰδεσιμώτατε καὶ θαυμα‐</w:t>
      </w:r>
    </w:p>
    <w:p>
      <w:pPr>
        <w:jc w:val="center"/>
      </w:pPr>
      <w:r>
        <w:rPr>
          <w:rFonts w:ascii="Gentium Plus" w:hAnsi="Gentium Plus"/>
          <w:b/>
          <w:sz w:val="24"/>
        </w:rPr>
        <w:t>ΚΑʹ. Ἀλφίῳ.</w:t>
      </w:r>
    </w:p>
    <w:p>
      <w:r>
        <w:rPr>
          <w:rFonts w:ascii="Courier New" w:hAnsi="Courier New"/>
          <w:color w:val="555555"/>
          <w:sz w:val="20"/>
        </w:rPr>
        <w:t>[2]</w:t>
      </w:r>
    </w:p>
    <w:p>
      <w:r>
        <w:rPr>
          <w:rFonts w:ascii="Gentium Plus" w:hAnsi="Gentium Plus"/>
          <w:sz w:val="24"/>
        </w:rPr>
        <w:t>Μακάριος καὶ τρισμακάριος εἶ, καὶ πολλάκις τοῦτο, τοιαῦτα ἐργαζόμενος, καὶ τοιαύταις ἐπιτρέχων πραγματείαις, αἳ πολὺν ἐν οὐρανοῖς προαποτίθενταί</w:t>
      </w:r>
    </w:p>
    <w:p>
      <w:r>
        <w:rPr>
          <w:rFonts w:ascii="Courier New" w:hAnsi="Courier New"/>
          <w:color w:val="555555"/>
          <w:sz w:val="20"/>
        </w:rPr>
        <w:t>[5]</w:t>
      </w:r>
    </w:p>
    <w:p>
      <w:r>
        <w:rPr>
          <w:rFonts w:ascii="Gentium Plus" w:hAnsi="Gentium Plus"/>
          <w:sz w:val="24"/>
        </w:rPr>
        <w:t>σοι τὸν μισθόν τε καὶ θησαυρόν. Οὐδὲ γὰρ ὡς ἔτυχεν ἡμᾶς ἀνεπτέρωσας, τὰ κατὰ τὸν κύριόν μου Ἰωάν‐ νην τὸν πρεσβύτερον ἀπαγγείλας, ὅτι πολλὴν ἐποίησας σπουδὴν ἀναστῆσαι αὐτὸν, καὶ ἐκπέμψαι εἰς τὴν Φοινίκην. Ὅτι δὲ καὶ χρυσίον αὐτῷ δέδωκας,</w:t>
      </w:r>
    </w:p>
    <w:p>
      <w:r>
        <w:rPr>
          <w:rFonts w:ascii="Courier New" w:hAnsi="Courier New"/>
          <w:color w:val="555555"/>
          <w:sz w:val="20"/>
        </w:rPr>
        <w:t>[10]</w:t>
      </w:r>
    </w:p>
    <w:p>
      <w:r>
        <w:rPr>
          <w:rFonts w:ascii="Gentium Plus" w:hAnsi="Gentium Plus"/>
          <w:sz w:val="24"/>
        </w:rPr>
        <w:t>αὐτὸς μὲν ἐσίγησας, καὶ τοῦτο πρέπον τῇ εὐλαβείᾳ σου ποιῶν· ἡμᾶς δὲ οὐκ ἔλαθες, ἀλλὰ καὶ τοῦτο ἔγνω‐ μεν, καὶ τὴν δαψίλειαν, ἣν παρέσχες. Καὶ διὰ τοῦτό σε θαυμάζοντες καὶ μακαρίζοντες οὐ παυόμεθα, ὅτι ἐν οἷς δεῖ πλουτεῖν, ἐν τούτοις πλουτεῖς· καί σε πα‐</w:t>
      </w:r>
    </w:p>
    <w:p>
      <w:r>
        <w:rPr>
          <w:rFonts w:ascii="Courier New" w:hAnsi="Courier New"/>
          <w:color w:val="555555"/>
          <w:sz w:val="20"/>
        </w:rPr>
        <w:t>[15]</w:t>
      </w:r>
    </w:p>
    <w:p>
      <w:r>
        <w:rPr>
          <w:rFonts w:ascii="Gentium Plus" w:hAnsi="Gentium Plus"/>
          <w:sz w:val="24"/>
        </w:rPr>
        <w:t>ρακαλοῦμεν γράμματα συνεχῶς ἡμῖν ἐπιστέλλειν. Εἰ μὲν γὰρ δυνατὸν ἦν καὶ κατ’ ὄψιν σε ἰδεῖν, πολ‐ λοῦ ἂν ἐπριάμεθα τοῦτο. Ἐπειδὴ δὲ τοῦτο τέως οὐκ ἔνι, γράφε συνεχῶς ἡμῖν, περὶ τῆς ὑγιείας τῆς σῆς εὐαγγελιζόμενος, καὶ τοῦ οἴκου σου παντός. Οὐ γὰρ</w:t>
      </w:r>
    </w:p>
    <w:p>
      <w:r>
        <w:rPr>
          <w:rFonts w:ascii="Courier New" w:hAnsi="Courier New"/>
          <w:color w:val="555555"/>
          <w:sz w:val="20"/>
        </w:rPr>
        <w:t>[20]</w:t>
      </w:r>
    </w:p>
    <w:p>
      <w:r>
        <w:rPr>
          <w:rFonts w:ascii="Gentium Plus" w:hAnsi="Gentium Plus"/>
          <w:sz w:val="24"/>
        </w:rPr>
        <w:t>τὴν τυχοῦσαν καρπωσόμεθα παράκλησιν ταῦτα μαν‐ θάνοντες. Εἰδὼς οὖν ἡλίκα ἡμῖν χαριῇ, μὴ ἀποστερή‐ σῃς ἡμᾶς τῆς τοσαύτης εὐφροσύνης.</w:t>
      </w:r>
    </w:p>
    <w:p>
      <w:pPr>
        <w:jc w:val="center"/>
      </w:pPr>
      <w:r>
        <w:rPr>
          <w:rFonts w:ascii="Gentium Plus" w:hAnsi="Gentium Plus"/>
          <w:b/>
          <w:sz w:val="24"/>
        </w:rPr>
        <w:t>ΚΒʹ. Κάστῳ, Οὐαλερίῳ, Διοφάντῳ, Κυριακῷ,</w:t>
      </w:r>
    </w:p>
    <w:p>
      <w:pPr>
        <w:jc w:val="center"/>
      </w:pPr>
      <w:r>
        <w:rPr>
          <w:rFonts w:ascii="Gentium Plus" w:hAnsi="Gentium Plus"/>
          <w:b/>
          <w:sz w:val="24"/>
        </w:rPr>
        <w:t>πρεσβυτέροις Ἀντιοχείας.</w:t>
      </w:r>
    </w:p>
    <w:p>
      <w:r>
        <w:rPr>
          <w:rFonts w:ascii="Courier New" w:hAnsi="Courier New"/>
          <w:color w:val="555555"/>
          <w:sz w:val="20"/>
        </w:rPr>
        <w:t>[25]</w:t>
      </w:r>
    </w:p>
    <w:p>
      <w:r>
        <w:rPr>
          <w:rFonts w:ascii="Gentium Plus" w:hAnsi="Gentium Plus"/>
          <w:sz w:val="24"/>
        </w:rPr>
        <w:t>Οὐ θαυμάζω, ὅτι τὴν μακρὰν ἡμῶν ἐπιστολὴν βραχεῖαν ἐκαλέσατε. Τοιοῦτον γὰρ οἱ ἐρῶντες· οὐκ ἴσασι κόρον, οὐ δέχονται πλησμονὴν, ἀλλ’ ὅσα ἂν λάβωσι παρὰ τῶν ἐρωμένων, πλείονα ἐπιζητοῦσι. Διά τοι τοῦτο εἰ καὶ δεκαπλασίων ὑμῖν ἦλθεν ἐπι‐</w:t>
      </w:r>
    </w:p>
    <w:p>
      <w:r>
        <w:rPr>
          <w:rFonts w:ascii="Courier New" w:hAnsi="Courier New"/>
          <w:color w:val="555555"/>
          <w:sz w:val="20"/>
        </w:rPr>
        <w:t>[30]</w:t>
      </w:r>
    </w:p>
    <w:p>
      <w:r>
        <w:rPr>
          <w:rFonts w:ascii="Gentium Plus" w:hAnsi="Gentium Plus"/>
          <w:sz w:val="24"/>
        </w:rPr>
        <w:t>στολὴ τῆς ἔμπροσθεν, οὐκ ἂν οὐδὲ ἐκείνη τὸ τῆς βραχύτητος διέφυγεν ὄνομα, ἀλλὰ καὶ αὐτὴ μικρὰ ἂν ἐκλήθη· μᾶλλον δὲ οὐκ ἐκλήθη μόνον, ἀλλὰ καὶ μι‐ κρὰ ἂν ὑμῖν ἐφάνη. Ἐντεῦθεν καὶ ὑμεῖς, ὅπουπερ ἂν ἀφίκησθε φιλοῦντες ἡμᾶς, οὐδὲ αὐτοὶ κόρον λαμ‐</w:t>
      </w:r>
    </w:p>
    <w:p>
      <w:r>
        <w:rPr>
          <w:rFonts w:ascii="Courier New" w:hAnsi="Courier New"/>
          <w:color w:val="555555"/>
          <w:sz w:val="20"/>
        </w:rPr>
        <w:t>[35]</w:t>
      </w:r>
    </w:p>
    <w:p>
      <w:r>
        <w:rPr>
          <w:rFonts w:ascii="Gentium Plus" w:hAnsi="Gentium Plus"/>
          <w:sz w:val="24"/>
        </w:rPr>
        <w:t>βάνομεν· ἀλλ’ ἀεὶ προσθήκας ἐπιζητοῦμεν ὑμῶν τοῦ φίλτρου, καὶ τὸ χρέος τῆς ἀγάπης τὸ ἀεὶ μὲν ἐκτιν‐ νύμενον, ἀεὶ δὲ ὀφειλόμενον (Μηδενὶ γὰρ, φησὶ, μη‐ δὲν ὀφείλετε, εἰ μὴ τὸ ἀλλήλους ἀγαπᾷν), καθ’ ἑκά‐ στην παρ’ ἡμῶν ἀπαιτοῦμεν ἡμέραν· ἀεὶ μὲν αὐτὸ</w:t>
      </w:r>
    </w:p>
    <w:p>
      <w:r>
        <w:rPr>
          <w:rFonts w:ascii="Courier New" w:hAnsi="Courier New"/>
          <w:color w:val="555555"/>
          <w:sz w:val="20"/>
        </w:rPr>
        <w:t>[40]</w:t>
      </w:r>
    </w:p>
    <w:p>
      <w:r>
        <w:rPr>
          <w:rFonts w:ascii="Gentium Plus" w:hAnsi="Gentium Plus"/>
          <w:sz w:val="24"/>
        </w:rPr>
        <w:t>μετὰ πολλῆς λαμβάνοντες τῆς δαψιλείας, οὐδέποτε δὲ ἀπειληφέναι τὸ πᾶν ἡγούμενοι. Μὴ δὴ παύσησθε κατατιθέντες ἡμῖν τὸ καλὸν τοῦτο ὄφλημα, καὶ διπλῆν ἔχον ἡδονήν. Οἵ τε γὰρ καταβάλλοντες, οἵ τε ὑποδε‐ χόμενοι τὴν ἴσην καρποῦνται εὐφροσύνην, ἐπειδήπερ</w:t>
      </w:r>
    </w:p>
    <w:p>
      <w:r>
        <w:rPr>
          <w:rFonts w:ascii="Courier New" w:hAnsi="Courier New"/>
          <w:color w:val="555555"/>
          <w:sz w:val="20"/>
        </w:rPr>
        <w:t>[45]</w:t>
      </w:r>
    </w:p>
    <w:p>
      <w:r>
        <w:rPr>
          <w:rFonts w:ascii="Gentium Plus" w:hAnsi="Gentium Plus"/>
          <w:sz w:val="24"/>
        </w:rPr>
        <w:t>ἀμφότεροι τῇ καταβολῇ ὁμοίως γίνονται εὔποροι. Ὅπερ ἐπὶ τῶν χρημάτων οὐκ ἔνι, ἀλλ’ ὁ μὲν κατα‐ θεὶς, πενέστερος ταύτῃ γίνεται, ὁ δὲ ὑποδεξάμενος, εὐπορώτερος. Ἀλλ’ οὐκ ἐπὶ τοῦ συμβολαίου τῆς ἀγά‐ πης τοῦτο συμβαίνειν εἴωθεν. Οὐδὲ γὰρ ἀφίησιν ἔρη‐</w:t>
      </w:r>
    </w:p>
    <w:p>
      <w:r>
        <w:rPr>
          <w:rFonts w:ascii="Courier New" w:hAnsi="Courier New"/>
          <w:color w:val="555555"/>
          <w:sz w:val="20"/>
        </w:rPr>
        <w:t>[52 . 624 (50)]</w:t>
      </w:r>
    </w:p>
    <w:p>
      <w:r>
        <w:rPr>
          <w:rFonts w:ascii="Gentium Plus" w:hAnsi="Gentium Plus"/>
          <w:sz w:val="24"/>
        </w:rPr>
        <w:t>μον αὐτῆς τὸν καταθέντα· ὅπερ ποιεῖ τὸ ἀργύριον πρὸς τὸν ὑποδεχόμενον μεταστάν· ἀλλὰ τότε μᾶλλον αὐτὸν εὐπορώτερον καθίστησιν, ὅταν αὐτὴν κατα‐ βάλῃ. Ταῦτ’ οὖν εἰδότες, κύριοί μου τιμιώτατοι καὶ εὐλαβέστατοι, μὴ διαλίπητε διηνεκῶς ἀκμάζουσαν</w:t>
      </w:r>
    </w:p>
    <w:p>
      <w:r>
        <w:rPr>
          <w:rFonts w:ascii="Courier New" w:hAnsi="Courier New"/>
          <w:color w:val="555555"/>
          <w:sz w:val="20"/>
        </w:rPr>
        <w:t>[55]</w:t>
      </w:r>
    </w:p>
    <w:p>
      <w:r>
        <w:rPr>
          <w:rFonts w:ascii="Gentium Plus" w:hAnsi="Gentium Plus"/>
          <w:sz w:val="24"/>
        </w:rPr>
        <w:t>περὶ ἡμᾶς τὴν διάθεσιν ἐπιδεικνύμενοι. Εἰ γὰρ καὶ μηδὲν δεῖσθε εἰς τοῦτο τῆς παρ’ ἡμῶν παρακλήσεως, ἀλλ’ ἐπειδὴ σφόδρα ἐρῶμεν ὑμῶν τῆς ἀγάπης, καὶ μὴ δεομένους ἀναμιμνήσκομεν τούτου ἕνεκεν, καὶ τοῦ συνεχῶς ἐπιστέλλειν. καὶ τὰ περὶ τῆς ὑγιείας</w:t>
      </w:r>
    </w:p>
    <w:p>
      <w:r>
        <w:rPr>
          <w:rFonts w:ascii="Courier New" w:hAnsi="Courier New"/>
          <w:color w:val="555555"/>
          <w:sz w:val="20"/>
        </w:rPr>
        <w:t>[60]</w:t>
      </w:r>
    </w:p>
    <w:p>
      <w:r>
        <w:rPr>
          <w:rFonts w:ascii="Gentium Plus" w:hAnsi="Gentium Plus"/>
          <w:sz w:val="24"/>
        </w:rPr>
        <w:t>τῆς ὑμετέρας δηλοῦν. Εἰ γὰρ μηδὲ τούτου χάριν δεῖσθε τοῦ ἀναμνήσοντος, ἀλλ’ ἡμεῖς καὶ τοῦτο,</w:t>
      </w:r>
    </w:p>
    <w:p>
      <w:r>
        <w:rPr>
          <w:rFonts w:ascii="Courier New" w:hAnsi="Courier New"/>
          <w:color w:val="555555"/>
          <w:sz w:val="20"/>
        </w:rPr>
        <w:t>[52 . 625]</w:t>
      </w:r>
    </w:p>
    <w:p>
      <w:r>
        <w:rPr>
          <w:rFonts w:ascii="Gentium Plus" w:hAnsi="Gentium Plus"/>
          <w:sz w:val="24"/>
        </w:rPr>
        <w:t>διηνεκῶς παρ’ ὑμῶν ἐπιζητοῦντες. Ὅτι μὲν γὰρ ἐργῶδες τοῦτο λοιπὸν, καὶ διὰ τὴν τοῦ ἔτους ὥραν, καὶ διὰ τὴν τῆς ὁδοῦ δυσκολίαν, οὐ πολλῶν φαινομέ‐ νων τῶν ὁδοιπόρων, τῶν πρὸς τοῦτο διακονησομένων</w:t>
      </w:r>
    </w:p>
    <w:p>
      <w:r>
        <w:rPr>
          <w:rFonts w:ascii="Courier New" w:hAnsi="Courier New"/>
          <w:color w:val="555555"/>
          <w:sz w:val="20"/>
        </w:rPr>
        <w:t>[5]</w:t>
      </w:r>
    </w:p>
    <w:p>
      <w:r>
        <w:rPr>
          <w:rFonts w:ascii="Gentium Plus" w:hAnsi="Gentium Plus"/>
          <w:sz w:val="24"/>
        </w:rPr>
        <w:t>ὑμῖν, οὐδὲ ἡμεῖς ἀγνοοῦμεν· πλὴν ἀλλ’ ὡς ἔνι, καὶ οἷόν τέ ἐστι καὶ ἐν τοσαύτῃ δυσκολίᾳ, συνεχῶς ἐπι‐ στέλλειν παρακαλοῦμεν, καὶ παρὰ τῆς ὑμετέρας ἀγά‐ πης ταύτην αἰτοῦμεν τὴν χάριν. Καὶ τῷ κυρίῳ δέ μου τῷ εὐλαβεστάτῳ πρεσβυτέρῳ Ῥωμανῷ, καθὼς</w:t>
      </w:r>
    </w:p>
    <w:p>
      <w:r>
        <w:rPr>
          <w:rFonts w:ascii="Courier New" w:hAnsi="Courier New"/>
          <w:color w:val="555555"/>
          <w:sz w:val="20"/>
        </w:rPr>
        <w:t>[10]</w:t>
      </w:r>
    </w:p>
    <w:p>
      <w:r>
        <w:rPr>
          <w:rFonts w:ascii="Gentium Plus" w:hAnsi="Gentium Plus"/>
          <w:sz w:val="24"/>
        </w:rPr>
        <w:t>ἐκελεύσατε, ἀπεστάλκαμεν καὶ τούτου χάριν ὑμῖν εἰδότες πολλήν. Ἐπεὶ καὶ τοῦτο σφόδρα ἡμᾶς ἀγα‐ πώντων ἐστὶ, καὶ μεθ’ ὑπερβολῆς φιλούντων, τὸ τηλικούτοις ἀνδράσι καὶ διὰ τῶν γραμμάτων πειρᾶ‐ σθαι, καὶ πολλὴν ποιεῖσθαι σπουδὴν ἀκριβέστερον</w:t>
      </w:r>
    </w:p>
    <w:p>
      <w:r>
        <w:rPr>
          <w:rFonts w:ascii="Courier New" w:hAnsi="Courier New"/>
          <w:color w:val="555555"/>
          <w:sz w:val="20"/>
        </w:rPr>
        <w:t>[15]</w:t>
      </w:r>
    </w:p>
    <w:p>
      <w:r>
        <w:rPr>
          <w:rFonts w:ascii="Gentium Plus" w:hAnsi="Gentium Plus"/>
          <w:sz w:val="24"/>
        </w:rPr>
        <w:t>συνάπτειν ἡμᾶς. Δεξάμενοι τοίνυν ἡμῶν τὴν πρὸς αὐτὸν ἐπιστολὴν, καὶ δοῦναι παρακλήθητε, καὶ χωρὶς τῆς ἐπιστολῆς προσειπεῖν αὐτὸν πάλιν ἐξ ἡμῶν. Καὶ γὰρ οὐχ ὡς ἔτυχεν ἄνωθεν καὶ ἐξ ἀρχῆς ἐρασταὶ γε‐ γόναμεν αὐτοῦ σφοδρότατοι· καὶ τοῦτο μανθανέτω</w:t>
      </w:r>
    </w:p>
    <w:p>
      <w:r>
        <w:rPr>
          <w:rFonts w:ascii="Courier New" w:hAnsi="Courier New"/>
          <w:color w:val="555555"/>
          <w:sz w:val="20"/>
        </w:rPr>
        <w:t>[20]</w:t>
      </w:r>
    </w:p>
    <w:p>
      <w:r>
        <w:rPr>
          <w:rFonts w:ascii="Gentium Plus" w:hAnsi="Gentium Plus"/>
          <w:sz w:val="24"/>
        </w:rPr>
        <w:t>διὰ τῆς γλώττης τῆς ὑμετέρας, ὅτι τὴν αὐτὴν ἀγά‐ πην μένομεν διατηροῦντες, ἡμῖν αὐτοῖς τὰ μέγιστα χαριζόμενοι· καὶ ὅτι τὴν μεταξὺ σιγὴν οὐ ῥᾳθυμίᾳ πεποιήκαμεν, ἀλλὰ τῷ γράμματα ἀναμένειν δέξασθαι παρὰ τῆς εὐλαβείας αὐτοῦ. Ἐπειδὴ δὲ προτέρους</w:t>
      </w:r>
    </w:p>
    <w:p>
      <w:r>
        <w:rPr>
          <w:rFonts w:ascii="Courier New" w:hAnsi="Courier New"/>
          <w:color w:val="555555"/>
          <w:sz w:val="20"/>
        </w:rPr>
        <w:t>[25]</w:t>
      </w:r>
    </w:p>
    <w:p>
      <w:r>
        <w:rPr>
          <w:rFonts w:ascii="Gentium Plus" w:hAnsi="Gentium Plus"/>
          <w:sz w:val="24"/>
        </w:rPr>
        <w:t>ἡμᾶς ᾔτησεν ἐπιστεῖλαι, ἰδοὺ καὶ τοῦτο ποιοῦμεν, καὶ παρακαλοῦμεν καὶ αὐτὸν συνεχῶς τοῦτο πρὸς ἡμᾶς ποιεῖν.</w:t>
      </w:r>
    </w:p>
    <w:p>
      <w:pPr>
        <w:jc w:val="center"/>
      </w:pPr>
      <w:r>
        <w:rPr>
          <w:rFonts w:ascii="Gentium Plus" w:hAnsi="Gentium Plus"/>
          <w:b/>
          <w:sz w:val="24"/>
        </w:rPr>
        <w:t>ΚΓʹ. Ῥωμανῷ πρεσβυτέρῳ.</w:t>
      </w:r>
    </w:p>
    <w:p>
      <w:r>
        <w:rPr>
          <w:rFonts w:ascii="Courier New" w:hAnsi="Courier New"/>
          <w:color w:val="555555"/>
          <w:sz w:val="20"/>
        </w:rPr>
        <w:t>[29]</w:t>
      </w:r>
    </w:p>
    <w:p>
      <w:r>
        <w:rPr>
          <w:rFonts w:ascii="Gentium Plus" w:hAnsi="Gentium Plus"/>
          <w:sz w:val="24"/>
        </w:rPr>
        <w:t>Οἶσθα καὶ αὐτὸς, κύριέ μου τιμιώτατε καὶ εὐλα‐</w:t>
      </w:r>
    </w:p>
    <w:p>
      <w:r>
        <w:rPr>
          <w:rFonts w:ascii="Courier New" w:hAnsi="Courier New"/>
          <w:color w:val="555555"/>
          <w:sz w:val="20"/>
        </w:rPr>
        <w:t>[30]</w:t>
      </w:r>
    </w:p>
    <w:p>
      <w:r>
        <w:rPr>
          <w:rFonts w:ascii="Gentium Plus" w:hAnsi="Gentium Plus"/>
          <w:sz w:val="24"/>
        </w:rPr>
        <w:t>βέστατε, πῶς ἀεὶ περὶ τὴν σὴν εὐλάβειαν διετέθημεν, καὶ πῶς ἀεὶ συνδεδεμένοι σοι τῷ νόμῳ τῆς ἀγάπης διετελέσαμεν, θαυμάζοντές σου τὴν τῶν τρόπων ἐπι‐ είκειαν, καὶ ἐκπληττόμενοι τῆς ἀρετῆς σου τὴν εὐ‐ μορφίαν, δι’ ἧς πάντας τοὺς ἐντυγχάνοντας χειροῦ‐</w:t>
      </w:r>
    </w:p>
    <w:p>
      <w:r>
        <w:rPr>
          <w:rFonts w:ascii="Courier New" w:hAnsi="Courier New"/>
          <w:color w:val="555555"/>
          <w:sz w:val="20"/>
        </w:rPr>
        <w:t>[35]</w:t>
      </w:r>
    </w:p>
    <w:p>
      <w:r>
        <w:rPr>
          <w:rFonts w:ascii="Gentium Plus" w:hAnsi="Gentium Plus"/>
          <w:sz w:val="24"/>
        </w:rPr>
        <w:t>σαι. Διὰ δὴ τοῦτο καὶ ἐκ μακροῦ καθήμενοι διαστή‐ ματος, ἀεί σε ἐπὶ τῆς διανοίας περιφέρομεν, καὶ ὅπουπερ ἂν ἐρημίας ἀπενεχθῶμεν, ἐπιλαθέσθαι σου τῆς ἀγάπης οὐ δυνάμεθα· ἀλλ’ ὡς παρόντα καὶ πλη‐ σίον ὄντα, οὕτω καὶ ὁρῶμεν καὶ φανταζόμεθα, τοῖς</w:t>
      </w:r>
    </w:p>
    <w:p>
      <w:r>
        <w:rPr>
          <w:rFonts w:ascii="Courier New" w:hAnsi="Courier New"/>
          <w:color w:val="555555"/>
          <w:sz w:val="20"/>
        </w:rPr>
        <w:t>[40]</w:t>
      </w:r>
    </w:p>
    <w:p>
      <w:r>
        <w:rPr>
          <w:rFonts w:ascii="Gentium Plus" w:hAnsi="Gentium Plus"/>
          <w:sz w:val="24"/>
        </w:rPr>
        <w:t>τῆς ἀγάπης ὀφθαλμοῖς συνεχῶς, μᾶλλον δὲ διηνεκῶς σε βλέποντες, καὶ πρὸς ἅπαντας ἀνακηρύττοντές σου τὴν εὐλάβειαν. Παρακαλοῦμεν δὴ καὶ αὐτὸν μεμνῆ‐ σθαι ἡμῶν διηνεκῶς, καὶ τὴν ἀγάπην ἣν ἐξ ἀρχῆς περὶ ἡμᾶς ἐπεδείξω, ταύτην καὶ νῦν ἀκμάζουσαν</w:t>
      </w:r>
    </w:p>
    <w:p>
      <w:r>
        <w:rPr>
          <w:rFonts w:ascii="Courier New" w:hAnsi="Courier New"/>
          <w:color w:val="555555"/>
          <w:sz w:val="20"/>
        </w:rPr>
        <w:t>[45]</w:t>
      </w:r>
    </w:p>
    <w:p>
      <w:r>
        <w:rPr>
          <w:rFonts w:ascii="Gentium Plus" w:hAnsi="Gentium Plus"/>
          <w:sz w:val="24"/>
        </w:rPr>
        <w:t>διατηρεῖν, καὶ εὔχεσθαι μετὰ πολλῆς ἐκτενείας ὑπὲρ τῆς ταπεινώσεως τῆς ἡμετέρας, καὶ ἐπιστέλλειν ἡνίκα ἂν ἐξῇ, καὶ τὰ περὶ τῆς ὑγιείας τῆς σῆς δη‐ λοῦν· ἵνα καὶ ἐν ἐρημίᾳ καθήμενοι, πολλὴν καρπω‐ σώμεθα τὴν παράκλησιν, τῆς ἀπὸ τῶν εὐχῶν σου</w:t>
      </w:r>
    </w:p>
    <w:p>
      <w:r>
        <w:rPr>
          <w:rFonts w:ascii="Courier New" w:hAnsi="Courier New"/>
          <w:color w:val="555555"/>
          <w:sz w:val="20"/>
        </w:rPr>
        <w:t>[52 . 625 (50)]</w:t>
      </w:r>
    </w:p>
    <w:p>
      <w:r>
        <w:rPr>
          <w:rFonts w:ascii="Gentium Plus" w:hAnsi="Gentium Plus"/>
          <w:sz w:val="24"/>
        </w:rPr>
        <w:t>συμμαχίας ἐκ τοσούτου ἀπολαύοντες διαστήματος.</w:t>
      </w:r>
    </w:p>
    <w:p>
      <w:pPr>
        <w:jc w:val="center"/>
      </w:pPr>
      <w:r>
        <w:rPr>
          <w:rFonts w:ascii="Gentium Plus" w:hAnsi="Gentium Plus"/>
          <w:b/>
          <w:sz w:val="24"/>
        </w:rPr>
        <w:t>ΚΔʹ. Ἡσυχίῳ.</w:t>
      </w:r>
    </w:p>
    <w:p>
      <w:r>
        <w:rPr>
          <w:rFonts w:ascii="Courier New" w:hAnsi="Courier New"/>
          <w:color w:val="555555"/>
          <w:sz w:val="20"/>
        </w:rPr>
        <w:t>[52]</w:t>
      </w:r>
    </w:p>
    <w:p>
      <w:r>
        <w:rPr>
          <w:rFonts w:ascii="Gentium Plus" w:hAnsi="Gentium Plus"/>
          <w:sz w:val="24"/>
        </w:rPr>
        <w:t>Αὐτὸς μὲν συγγνώμης ἀξιοῖς τυχεῖν ὑπὲρ τοῦ μὴ παραγενέσθαι, τὴν ἀῤῥωστίαν προβαλλόμενος. Ἐγὼ δέ σε καὶ στεφανῶ καὶ ἀνακηρύττω τῆς γνώμης, ἀφ’</w:t>
      </w:r>
    </w:p>
    <w:p>
      <w:r>
        <w:rPr>
          <w:rFonts w:ascii="Courier New" w:hAnsi="Courier New"/>
          <w:color w:val="555555"/>
          <w:sz w:val="20"/>
        </w:rPr>
        <w:t>[55]</w:t>
      </w:r>
    </w:p>
    <w:p>
      <w:r>
        <w:rPr>
          <w:rFonts w:ascii="Gentium Plus" w:hAnsi="Gentium Plus"/>
          <w:sz w:val="24"/>
        </w:rPr>
        <w:t>ἧς καὶ παραγέγονας, καὶ τῶν ἐλθόντων οὐδὲν ἔλαττον ἔχεις παρ’ ἡμῖν κατὰ τὸν τῆς ἀγάπης λόγον. Ἱκανὸς δὲ ὁ Θεὸς καὶ τῆς κατεχούσης σε ἀπαλλάξαι ἀῤῥω‐ στίας, καὶ πρὸς καθαρὰν ὑγείαν ἐπαναγαγεῖν, ἵνα σου καὶ τῆς κατ’ ὄψιν ἀπολαύσωμεν συντυχίας. Καὶ</w:t>
      </w:r>
    </w:p>
    <w:p>
      <w:r>
        <w:rPr>
          <w:rFonts w:ascii="Courier New" w:hAnsi="Courier New"/>
          <w:color w:val="555555"/>
          <w:sz w:val="20"/>
        </w:rPr>
        <w:t>[60]</w:t>
      </w:r>
    </w:p>
    <w:p>
      <w:r>
        <w:rPr>
          <w:rFonts w:ascii="Gentium Plus" w:hAnsi="Gentium Plus"/>
          <w:sz w:val="24"/>
        </w:rPr>
        <w:t>γὰρ σφόδρα ἐπιθυμοῦμέν σε ἰδεῖν καὶ περιπτύξα‐</w:t>
      </w:r>
    </w:p>
    <w:p>
      <w:r>
        <w:rPr>
          <w:rFonts w:ascii="Courier New" w:hAnsi="Courier New"/>
          <w:color w:val="555555"/>
          <w:sz w:val="20"/>
        </w:rPr>
        <w:t>[52 . 626]</w:t>
      </w:r>
    </w:p>
    <w:p>
      <w:r>
        <w:rPr>
          <w:rFonts w:ascii="Gentium Plus" w:hAnsi="Gentium Plus"/>
          <w:sz w:val="24"/>
        </w:rPr>
        <w:t>σθαι, καὶ τὴν φίλην ἡμῖν φιλῆσαι κεφαλήν. Ἕως δ’ ἂν ταῦτα τό τε ἀῤῥωστεῖν σου τὴν εὐγένειαν καὶ ἡ τοῦ ἔτους ὥρα διακωλύῃ, οὐ παυσόμεθα συνεχῶς ἐπιστέλλοντές σου τῇ τιμιότητι, καὶ τὴν ἐντεῦθεν</w:t>
      </w:r>
    </w:p>
    <w:p>
      <w:r>
        <w:rPr>
          <w:rFonts w:ascii="Courier New" w:hAnsi="Courier New"/>
          <w:color w:val="555555"/>
          <w:sz w:val="20"/>
        </w:rPr>
        <w:t>[5]</w:t>
      </w:r>
    </w:p>
    <w:p>
      <w:r>
        <w:rPr>
          <w:rFonts w:ascii="Gentium Plus" w:hAnsi="Gentium Plus"/>
          <w:sz w:val="24"/>
        </w:rPr>
        <w:t>ἡμῖν αὐτοῖς πραγματευόμενοι ἡδονήν.</w:t>
      </w:r>
    </w:p>
    <w:p>
      <w:pPr>
        <w:jc w:val="center"/>
      </w:pPr>
      <w:r>
        <w:rPr>
          <w:rFonts w:ascii="Gentium Plus" w:hAnsi="Gentium Plus"/>
          <w:b/>
          <w:sz w:val="24"/>
        </w:rPr>
        <w:t>ΚΕʹ. Ἐλπιδίῳ ἐπισκόπῳ.</w:t>
      </w:r>
    </w:p>
    <w:p>
      <w:r>
        <w:rPr>
          <w:rFonts w:ascii="Courier New" w:hAnsi="Courier New"/>
          <w:color w:val="555555"/>
          <w:sz w:val="20"/>
        </w:rPr>
        <w:t>[7]</w:t>
      </w:r>
    </w:p>
    <w:p>
      <w:r>
        <w:rPr>
          <w:rFonts w:ascii="Gentium Plus" w:hAnsi="Gentium Plus"/>
          <w:sz w:val="24"/>
        </w:rPr>
        <w:t>Ἡμεῖς μὲν ἐβουλόμεθα συνεχῶς ἐπιστέλλειν τῇ εὐλαβείᾳ τῇ σῇ, καὶ οἶσθα τοῦτο καὶ αὐτὸς, δέσποτα τιμιώτατε· ἀλλ’ ἐπειδὴ τοῦτο ἡμᾶς παραιρεῖται τὸ</w:t>
      </w:r>
    </w:p>
    <w:p>
      <w:r>
        <w:rPr>
          <w:rFonts w:ascii="Courier New" w:hAnsi="Courier New"/>
          <w:color w:val="555555"/>
          <w:sz w:val="20"/>
        </w:rPr>
        <w:t>[10]</w:t>
      </w:r>
    </w:p>
    <w:p>
      <w:r>
        <w:rPr>
          <w:rFonts w:ascii="Gentium Plus" w:hAnsi="Gentium Plus"/>
          <w:sz w:val="24"/>
        </w:rPr>
        <w:t>μηδένα συνεχῶς ἡμῖν ἐπιχωριάζειν (ἥ τε γὰρ ἐρημία τοῦ χωρίου τούτου, ὅ τε τῶν λῃστῶν φόβος ταύτην ἐπιτείνων, λοιπὸν δὲ καὶ ἡ τοῦ ἔτους ὥρα τὰς ὁδοὺς ἀποτειχίζουσα, πᾶσιν ἄβατον ποιεῖ τὴν Κουκουσὸν), ἀλλ’ ἡνίκα ἂν ἐπιτύχωμεν γραμματηφόρων, πληροῦ‐</w:t>
      </w:r>
    </w:p>
    <w:p>
      <w:r>
        <w:rPr>
          <w:rFonts w:ascii="Courier New" w:hAnsi="Courier New"/>
          <w:color w:val="555555"/>
          <w:sz w:val="20"/>
        </w:rPr>
        <w:t>[15]</w:t>
      </w:r>
    </w:p>
    <w:p>
      <w:r>
        <w:rPr>
          <w:rFonts w:ascii="Gentium Plus" w:hAnsi="Gentium Plus"/>
          <w:sz w:val="24"/>
        </w:rPr>
        <w:t>μεν ἡμῶν τὴν ἐπιθυμίαν, ἡμῖν αὐτοῖς τὰ μέγιστα χαριζόμενοι. Ὃ δὲ καὶ νῦν πεποιήκαμεν διὰ τῶν κυρίων μου τῶν τιμιωτάτων πρεσβυτέρων, τήν τε ὀφειλομένην ἀποδιδόντες πρόσρησιν τῇ θεοσεβείᾳ σου, καὶ παρακαλοῦντες ἡνίκα ἂν ἐξῇ καὶ αὐτὸν ἡμῖν ἐπι‐</w:t>
      </w:r>
    </w:p>
    <w:p>
      <w:r>
        <w:rPr>
          <w:rFonts w:ascii="Courier New" w:hAnsi="Courier New"/>
          <w:color w:val="555555"/>
          <w:sz w:val="20"/>
        </w:rPr>
        <w:t>[20]</w:t>
      </w:r>
    </w:p>
    <w:p>
      <w:r>
        <w:rPr>
          <w:rFonts w:ascii="Gentium Plus" w:hAnsi="Gentium Plus"/>
          <w:sz w:val="24"/>
        </w:rPr>
        <w:t>στέλλειν, καὶ τὰ περὶ τῆς ὑγείας δηλοῦν τῆς σῆς. Οὐ γὰρ ἀγνοεῖς, δέσποτά μου τιμιώτατε καὶ εὐλαβέστατε, ὅπως ἡμῖν περισπούδαστον ἀεὶ περὶ ταύτης μανθά‐ νειν. Εἰ γὰρ καὶ πρὸς αὐτὰς ἀπῳκίσθημεν τῆς καθ’ ἡμᾶς οἰκουμένης τὰς ἐσχατιὰς, ἀλλ’ ὅμως τῆς ἀγάπης</w:t>
      </w:r>
    </w:p>
    <w:p>
      <w:r>
        <w:rPr>
          <w:rFonts w:ascii="Courier New" w:hAnsi="Courier New"/>
          <w:color w:val="555555"/>
          <w:sz w:val="20"/>
        </w:rPr>
        <w:t>[25]</w:t>
      </w:r>
    </w:p>
    <w:p>
      <w:r>
        <w:rPr>
          <w:rFonts w:ascii="Gentium Plus" w:hAnsi="Gentium Plus"/>
          <w:sz w:val="24"/>
        </w:rPr>
        <w:t>σου τῆς γνησίας καὶ θερμῆς, τῆς εἰλικρινοῦς καὶ ἀδόλου ἐπιλαθέσθαι οὐ δυνάμεθα, ἀλλ’ ὅπουπερ ἂν ἀπίωμεν, περιφέροντες αὐτὴν ἄπιμεν, μεγίστην ἐν‐ τεῦθεν καρπούμενοι τὴν παραμυθίαν.</w:t>
      </w:r>
    </w:p>
    <w:p>
      <w:pPr>
        <w:jc w:val="center"/>
      </w:pPr>
      <w:r>
        <w:rPr>
          <w:rFonts w:ascii="Gentium Plus" w:hAnsi="Gentium Plus"/>
          <w:b/>
          <w:sz w:val="24"/>
        </w:rPr>
        <w:t>Κϛʹ. Μάγνῳ ἐπισκόπῳ.</w:t>
      </w:r>
    </w:p>
    <w:p>
      <w:r>
        <w:rPr>
          <w:rFonts w:ascii="Courier New" w:hAnsi="Courier New"/>
          <w:color w:val="555555"/>
          <w:sz w:val="20"/>
        </w:rPr>
        <w:t>[30]</w:t>
      </w:r>
    </w:p>
    <w:p>
      <w:r>
        <w:rPr>
          <w:rFonts w:ascii="Gentium Plus" w:hAnsi="Gentium Plus"/>
          <w:sz w:val="24"/>
        </w:rPr>
        <w:t>Εἰ καὶ αὐτὸς ἡμῖν οὐκ ἐπέσταλκας, καίτοι τῶν κυ‐ ρίων μου τῶν πρεσβυτέρων παραγενομένων, ἀλλ’ ἡμεῖς τῆς τε ἄνωθέν σου φιλίας μεμνημένοι, καὶ τὴν τῶν τρόπων σου θαυμάζοντες ἐπιείκειαν, καὶ τὴν τῆς ψυχῆς ἀνδρείαν, εἰδότες δὲ καὶ τὸ φίλτρον, ὃ ἀεὶ περὶ</w:t>
      </w:r>
    </w:p>
    <w:p>
      <w:r>
        <w:rPr>
          <w:rFonts w:ascii="Courier New" w:hAnsi="Courier New"/>
          <w:color w:val="555555"/>
          <w:sz w:val="20"/>
        </w:rPr>
        <w:t>[35]</w:t>
      </w:r>
    </w:p>
    <w:p>
      <w:r>
        <w:rPr>
          <w:rFonts w:ascii="Gentium Plus" w:hAnsi="Gentium Plus"/>
          <w:sz w:val="24"/>
        </w:rPr>
        <w:t>ἡμᾶς ἐπεδείξω, πρότεροι τοῖς πρὸς τὴν σὴν ἐμμέ‐ λειαν ἐπεπηδήσαμεν γράμμασι, χάριτάς τέ σοι ὁμο‐ λογοῦμεν τῆς διαθέσεως, ἣν περὶ ἡμᾶς ἐπιδείκνυσαι· οὐ γὰρ ἔλαθεν ἡμᾶς τοῦτο, καίτοι γε ἐκ τοσούτου καθημένους διαστήματος· παρακαλοῦμεν οὖν, ἡνίκα</w:t>
      </w:r>
    </w:p>
    <w:p>
      <w:r>
        <w:rPr>
          <w:rFonts w:ascii="Courier New" w:hAnsi="Courier New"/>
          <w:color w:val="555555"/>
          <w:sz w:val="20"/>
        </w:rPr>
        <w:t>[40]</w:t>
      </w:r>
    </w:p>
    <w:p>
      <w:r>
        <w:rPr>
          <w:rFonts w:ascii="Gentium Plus" w:hAnsi="Gentium Plus"/>
          <w:sz w:val="24"/>
        </w:rPr>
        <w:t>ἂν ἐξῇ, γράφειν ἡμῖν συνεχῶς, καὶ τὰ περὶ τῆς ὑγι‐ είας τῆς σῆς εὐαγγελίζεσθαι. Ὅταν γὰρ ἀκού‐ σωμεν τοὺς σφοδροὺς ἡμῶν ἐραστὰς, καὶ γενναίους, οὕτω διεγηγερμένους, νήφοντάς τε καὶ ἐγρηγορότας περὶ τὴν τῶν Ἐκκλησιῶν πρόνοιαν, ἐν ὑγιείᾳ διά‐</w:t>
      </w:r>
    </w:p>
    <w:p>
      <w:r>
        <w:rPr>
          <w:rFonts w:ascii="Courier New" w:hAnsi="Courier New"/>
          <w:color w:val="555555"/>
          <w:sz w:val="20"/>
        </w:rPr>
        <w:t>[45]</w:t>
      </w:r>
    </w:p>
    <w:p>
      <w:r>
        <w:rPr>
          <w:rFonts w:ascii="Gentium Plus" w:hAnsi="Gentium Plus"/>
          <w:sz w:val="24"/>
        </w:rPr>
        <w:t>γειν, πολλὴν καὶ ἐντεῦθεν καρπούμεθα τὴν παράκλη‐ σιν. Ταῦτ’ οὖν εἰδὼς, δέσποτά μου τιμιώτατε καὶ εὐ‐ λαβέστατε, μὴ κατόκνει συνεχῶς ταῦτα ἡμῖν δηλοῦν. Οὕτω γὰρ, κἂν πρὸς αὐτὰς ἀπενεχθῶμεν τῆς οἰκου‐ μένης τὰς ἐσχατιὰς, πολλὴν καρπωσόμεθα τὴν πα‐</w:t>
      </w:r>
    </w:p>
    <w:p>
      <w:r>
        <w:rPr>
          <w:rFonts w:ascii="Courier New" w:hAnsi="Courier New"/>
          <w:color w:val="555555"/>
          <w:sz w:val="20"/>
        </w:rPr>
        <w:t>[52 . 626 (50)]</w:t>
      </w:r>
    </w:p>
    <w:p>
      <w:r>
        <w:rPr>
          <w:rFonts w:ascii="Gentium Plus" w:hAnsi="Gentium Plus"/>
          <w:sz w:val="24"/>
        </w:rPr>
        <w:t>ράκλησιν, ταύτης συνεχῶς ἀπολαύοντες τῆς παραμυ‐ θίας.</w:t>
      </w:r>
    </w:p>
    <w:p>
      <w:pPr>
        <w:jc w:val="center"/>
      </w:pPr>
      <w:r>
        <w:rPr>
          <w:rFonts w:ascii="Gentium Plus" w:hAnsi="Gentium Plus"/>
          <w:b/>
          <w:sz w:val="24"/>
        </w:rPr>
        <w:t>ΚΖʹ. Δόμνῳ ἐπισκόπῳ.</w:t>
      </w:r>
    </w:p>
    <w:p>
      <w:r>
        <w:rPr>
          <w:rFonts w:ascii="Courier New" w:hAnsi="Courier New"/>
          <w:color w:val="555555"/>
          <w:sz w:val="20"/>
        </w:rPr>
        <w:t>[53]</w:t>
      </w:r>
    </w:p>
    <w:p>
      <w:r>
        <w:rPr>
          <w:rFonts w:ascii="Gentium Plus" w:hAnsi="Gentium Plus"/>
          <w:sz w:val="24"/>
        </w:rPr>
        <w:t>Καὶ τοῦ πέμψαι τὸν τιμιώτατον πρεσβύτερον εἰς ἐπίσκηψιν ἡμετέραν, καὶ τοῦ γράψαι πολλὰς ἔχω χά‐</w:t>
      </w:r>
    </w:p>
    <w:p>
      <w:r>
        <w:rPr>
          <w:rFonts w:ascii="Courier New" w:hAnsi="Courier New"/>
          <w:color w:val="555555"/>
          <w:sz w:val="20"/>
        </w:rPr>
        <w:t>[55]</w:t>
      </w:r>
    </w:p>
    <w:p>
      <w:r>
        <w:rPr>
          <w:rFonts w:ascii="Gentium Plus" w:hAnsi="Gentium Plus"/>
          <w:sz w:val="24"/>
        </w:rPr>
        <w:t>ριτας τῇ εὐλαβείᾳ τῇ σῇ, δέσποτα τιμιώτατε. Ἀμφό‐ τερα γὰρ γνησίας ἀγάπης καὶ θερμῆς διαθέσεως,</w:t>
      </w:r>
    </w:p>
    <w:p>
      <w:r>
        <w:rPr>
          <w:rFonts w:ascii="Courier New" w:hAnsi="Courier New"/>
          <w:color w:val="555555"/>
          <w:sz w:val="20"/>
        </w:rPr>
        <w:t>[52 . 627]</w:t>
      </w:r>
    </w:p>
    <w:p>
      <w:r>
        <w:rPr>
          <w:rFonts w:ascii="Gentium Plus" w:hAnsi="Gentium Plus"/>
          <w:sz w:val="24"/>
        </w:rPr>
        <w:t>θεν ἐδεξάμεθα τὴν παράκλησιν. Τὸ γὰρ τοιούτους ἄν‐ δρας οὕτω σφοδροὺς ἐραστὰς ἔχειν, οὐ τὴν τυχοῦσαν φέρει τοῖς ἀγαπωμένοις παραμυθίαν. Καὶ ἐβουλόμην μὲν κατ’ ὄψιν συντυχεῖν τῇ εὐλαβείᾳ τῇ σῇ, καὶ ἐμφο‐</w:t>
      </w:r>
    </w:p>
    <w:p>
      <w:r>
        <w:rPr>
          <w:rFonts w:ascii="Courier New" w:hAnsi="Courier New"/>
          <w:color w:val="555555"/>
          <w:sz w:val="20"/>
        </w:rPr>
        <w:t>[5]</w:t>
      </w:r>
    </w:p>
    <w:p>
      <w:r>
        <w:rPr>
          <w:rFonts w:ascii="Gentium Plus" w:hAnsi="Gentium Plus"/>
          <w:sz w:val="24"/>
        </w:rPr>
        <w:t>ρηθῆναι τῆς ἡδίστης σου διαθέσεως. Ἀλλ’ ἐπειδὴ τοῦτο οὐκ ἔνι (οὔτε γὰρ ἡμῖν δυνατὸν, οὔτε τῇ τιμιό‐ τητί σου ῥᾴδιον, διὰ τὴν τῆς Ἐκκλησίας τῆς αὐτόθι πρόνοιαν), ἐπὶ τὸν δεύτερον ἀναγκαίως ἤλθομεν πλοῦν, τὴν ἀπὸ τῶν γραμμάτων παραψυχὴν ἑαυτοῖς</w:t>
      </w:r>
    </w:p>
    <w:p>
      <w:r>
        <w:rPr>
          <w:rFonts w:ascii="Courier New" w:hAnsi="Courier New"/>
          <w:color w:val="555555"/>
          <w:sz w:val="20"/>
        </w:rPr>
        <w:t>[10]</w:t>
      </w:r>
    </w:p>
    <w:p>
      <w:r>
        <w:rPr>
          <w:rFonts w:ascii="Gentium Plus" w:hAnsi="Gentium Plus"/>
          <w:sz w:val="24"/>
        </w:rPr>
        <w:t>χαριζόμενοι. Οὐ γὰρ μικρὸν καὶ ἐπιστολὴ δύναιτ’ ἂν, γνησίας ἀγάπης ἀνακεχρωσμένη, εἰς παράκλησιν τῶν τῷ σώματι κεχωρισμένων. Ἵν’ οὖν ταύτης συνεχῶς ἀπολαύωμεν τῆς παραμυθίας, ὁσάκις ἂν ἐξῇ καὶ δυ‐ νατὸν ᾖ, γράφειν ἡμῖν τὰ περὶ τῆς ὑγείας τῆς σῆς μὴ</w:t>
      </w:r>
    </w:p>
    <w:p>
      <w:r>
        <w:rPr>
          <w:rFonts w:ascii="Courier New" w:hAnsi="Courier New"/>
          <w:color w:val="555555"/>
          <w:sz w:val="20"/>
        </w:rPr>
        <w:t>[15]</w:t>
      </w:r>
    </w:p>
    <w:p>
      <w:r>
        <w:rPr>
          <w:rFonts w:ascii="Gentium Plus" w:hAnsi="Gentium Plus"/>
          <w:sz w:val="24"/>
        </w:rPr>
        <w:t>κατόκνει. Καὶ γὰρ θησαυρὸν μέγιστον καὶ πλοῦτον ἄφατον ἀγαθῶν τὴν σὴν ἡγούμεθα ἡμῖν εἶναι φιλίαν. Κἂν συνεχῶς τοιούτων ἀπολαύωμεν ἀγαθῶν, ἤγουν τῶν γραμμάτων, οὐδὲ τῆς ἐνταῦθα ἐρημίας ληψόμεθα αἴσθησιν, ἀπὸ τῶν ἐπιστολῶν τῶν σῶν πολλὴν καρ‐</w:t>
      </w:r>
    </w:p>
    <w:p>
      <w:r>
        <w:rPr>
          <w:rFonts w:ascii="Courier New" w:hAnsi="Courier New"/>
          <w:color w:val="555555"/>
          <w:sz w:val="20"/>
        </w:rPr>
        <w:t>[20]</w:t>
      </w:r>
    </w:p>
    <w:p>
      <w:r>
        <w:rPr>
          <w:rFonts w:ascii="Gentium Plus" w:hAnsi="Gentium Plus"/>
          <w:sz w:val="24"/>
        </w:rPr>
        <w:t>πούμενοι τὴν εὐφροσύνην.</w:t>
      </w:r>
    </w:p>
    <w:p>
      <w:pPr>
        <w:jc w:val="center"/>
      </w:pPr>
      <w:r>
        <w:rPr>
          <w:rFonts w:ascii="Gentium Plus" w:hAnsi="Gentium Plus"/>
          <w:b/>
          <w:sz w:val="24"/>
        </w:rPr>
        <w:t>ΚΗʹ. Βασιλείῳ πρεσβυτέρῳ.</w:t>
      </w:r>
    </w:p>
    <w:p>
      <w:r>
        <w:rPr>
          <w:rFonts w:ascii="Courier New" w:hAnsi="Courier New"/>
          <w:color w:val="555555"/>
          <w:sz w:val="20"/>
        </w:rPr>
        <w:t>[22]</w:t>
      </w:r>
    </w:p>
    <w:p>
      <w:r>
        <w:rPr>
          <w:rFonts w:ascii="Gentium Plus" w:hAnsi="Gentium Plus"/>
          <w:sz w:val="24"/>
        </w:rPr>
        <w:t>Εἰ καὶ τῆς κατ’ ὄψιν σου συντυχίας οὐκ ἀπηλαύ‐ σαμεν, ἀλλὰ τὴν ἀρετήν σου τῆς ψυχῆς ἀκούοντες, καὶ τὸν ζῆλον ὃν ἔχεις κατὰ τῶν Ἑλλήνων, καταλύων</w:t>
      </w:r>
    </w:p>
    <w:p>
      <w:r>
        <w:rPr>
          <w:rFonts w:ascii="Courier New" w:hAnsi="Courier New"/>
          <w:color w:val="555555"/>
          <w:sz w:val="20"/>
        </w:rPr>
        <w:t>[25]</w:t>
      </w:r>
    </w:p>
    <w:p>
      <w:r>
        <w:rPr>
          <w:rFonts w:ascii="Gentium Plus" w:hAnsi="Gentium Plus"/>
          <w:sz w:val="24"/>
        </w:rPr>
        <w:t>αὐτῶν τὴν πλάνην, καὶ πρὸς ἀλήθειαν χειραγωγῶν, ὡς παρόντες καὶ συγγενόμενοι, καὶ πολύν σοι συντρα‐ φέντες χρόνον, οὕτως σε αἰδούμεθα καὶ τιμῶμεν. Διὸ καὶ πρότερον ἐπεπηδήσαμεν τοῖς πρὸς σὲ γράμμασι, μακαρίζοντές σε ὑπὲρ ὧν κατορθοῖς, καὶ θαυμάζον‐</w:t>
      </w:r>
    </w:p>
    <w:p>
      <w:r>
        <w:rPr>
          <w:rFonts w:ascii="Courier New" w:hAnsi="Courier New"/>
          <w:color w:val="555555"/>
          <w:sz w:val="20"/>
        </w:rPr>
        <w:t>[30]</w:t>
      </w:r>
    </w:p>
    <w:p>
      <w:r>
        <w:rPr>
          <w:rFonts w:ascii="Gentium Plus" w:hAnsi="Gentium Plus"/>
          <w:sz w:val="24"/>
        </w:rPr>
        <w:t>τες, καὶ αἰτοῦντες καὶ αὐτὸν ἡμῖν ἐπιστέλλειν ἡνίκα ἂν ἐξῇ. Καὶ γὰρ εἰ καὶ τῷ σώματί σου κεχωρίσμεθα, ἀλλὰ τῇ ἀγάπῃ σοι συνδεδέμεθα, ἐννοοῦντες τὴν σὴν εὐλάβειαν. Ταῦτ’ οὖν εἰδὼς, μὴ κατόκνει συνεχῶς ἡμῖν ἐπιστέλλειν, καὶ τὰ κατορθώματα τὰ σὰ δηλοῦν,</w:t>
      </w:r>
    </w:p>
    <w:p>
      <w:r>
        <w:rPr>
          <w:rFonts w:ascii="Courier New" w:hAnsi="Courier New"/>
          <w:color w:val="555555"/>
          <w:sz w:val="20"/>
        </w:rPr>
        <w:t>[35]</w:t>
      </w:r>
    </w:p>
    <w:p>
      <w:r>
        <w:rPr>
          <w:rFonts w:ascii="Gentium Plus" w:hAnsi="Gentium Plus"/>
          <w:sz w:val="24"/>
        </w:rPr>
        <w:t>ἵνα, καὶ ἐν ἐρημίᾳ διατρίβοντες, πολλὴν ἐντεῦθεν καρπωσώμεθα τὴν παράκλησιν.</w:t>
      </w:r>
    </w:p>
    <w:p>
      <w:pPr>
        <w:jc w:val="center"/>
      </w:pPr>
      <w:r>
        <w:rPr>
          <w:rFonts w:ascii="Gentium Plus" w:hAnsi="Gentium Plus"/>
          <w:b/>
          <w:sz w:val="24"/>
        </w:rPr>
        <w:t>ΚΘʹ. Χαλκιδίᾳ καὶ Ἀσυγκριτίᾳ.</w:t>
      </w:r>
    </w:p>
    <w:p>
      <w:r>
        <w:rPr>
          <w:rFonts w:ascii="Courier New" w:hAnsi="Courier New"/>
          <w:color w:val="555555"/>
          <w:sz w:val="20"/>
        </w:rPr>
        <w:t>[38]</w:t>
      </w:r>
    </w:p>
    <w:p>
      <w:r>
        <w:rPr>
          <w:rFonts w:ascii="Gentium Plus" w:hAnsi="Gentium Plus"/>
          <w:sz w:val="24"/>
        </w:rPr>
        <w:t>Μηδὲν ὑμᾶς ταραττέτω τῶν συμβαινόντων λυπη‐ ρῶν, μηδὲ τὰ ἐπάλληλα τῶν πραγμάτων κύματα θο‐</w:t>
      </w:r>
    </w:p>
    <w:p>
      <w:r>
        <w:rPr>
          <w:rFonts w:ascii="Courier New" w:hAnsi="Courier New"/>
          <w:color w:val="555555"/>
          <w:sz w:val="20"/>
        </w:rPr>
        <w:t>[40]</w:t>
      </w:r>
    </w:p>
    <w:p>
      <w:r>
        <w:rPr>
          <w:rFonts w:ascii="Gentium Plus" w:hAnsi="Gentium Plus"/>
          <w:sz w:val="24"/>
        </w:rPr>
        <w:t>ρυβείτω ὑμῶν τὴν διάνοιαν. Τοιαύτη γὰρ ἡ στενὴ καὶ τεθλιμμένη ὁδὸς, πολλὴν ἔχουσα τὴν δυσκολίαν, πολλοὺς τοὺς ἱδρῶτας καὶ τοὺς πόνους. Ἀλλὰ ταῦτα μὲν παροδεύεται καὶ τῷ παρόντι συγκαταλύεται βίῳ. Κἂν γὰρ στενὴ ἡ ὁδὸς, ἀλλ’ ὁδός ἐστιν· τὰ δὲ ἐκ τοῦ</w:t>
      </w:r>
    </w:p>
    <w:p>
      <w:r>
        <w:rPr>
          <w:rFonts w:ascii="Courier New" w:hAnsi="Courier New"/>
          <w:color w:val="555555"/>
          <w:sz w:val="20"/>
        </w:rPr>
        <w:t>[45]</w:t>
      </w:r>
    </w:p>
    <w:p>
      <w:r>
        <w:rPr>
          <w:rFonts w:ascii="Gentium Plus" w:hAnsi="Gentium Plus"/>
          <w:sz w:val="24"/>
        </w:rPr>
        <w:t>ταῦτα φέρειν πράως καὶ γενναίως βραβεῖα διηνεκῆ καὶ ἀθάνατα, καὶ πολλῷ μείζονα τῶν ἱδρώτων. Ἐν‐ νοοῦσαι τοίνυν καὶ τὸ ἐπίκηρον καὶ τὸ πρόσκαιρον τῆς θλίψεως, καὶ τὸ διηνεκὲς καὶ ἀθάνατον τῶν ἀμοι‐ βῶν, φέρετε πάντα γενναίως, μηδενὶ τῶν συμπιπτόν‐</w:t>
      </w:r>
    </w:p>
    <w:p>
      <w:r>
        <w:rPr>
          <w:rFonts w:ascii="Courier New" w:hAnsi="Courier New"/>
          <w:color w:val="555555"/>
          <w:sz w:val="20"/>
        </w:rPr>
        <w:t>[52 . 627 (50)]</w:t>
      </w:r>
    </w:p>
    <w:p>
      <w:r>
        <w:rPr>
          <w:rFonts w:ascii="Gentium Plus" w:hAnsi="Gentium Plus"/>
          <w:sz w:val="24"/>
        </w:rPr>
        <w:t>των δυσχερῶν ταραττόμεναι. Ἓν γάρ ἐστι λυπηρὸν ἁμαρτία μόνον· τὰ δὲ ἄλλα πάντα, ἐξορίαι, δημεύ‐ σεις, ἀπαγωγαὶ, ἐπιβουλαὶ, καὶ ὅσα τοιαῦτα, σκιά τίς ἐστιν καὶ καπνὸς καὶ ἀράχνη, καὶ εἴ τι τούτων εὐτελέστερον. Ἅτε οὖν καὶ κατὰ τὸν ἔμπροσθεν χρό‐</w:t>
      </w:r>
    </w:p>
    <w:p>
      <w:r>
        <w:rPr>
          <w:rFonts w:ascii="Courier New" w:hAnsi="Courier New"/>
          <w:color w:val="555555"/>
          <w:sz w:val="20"/>
        </w:rPr>
        <w:t>[55]</w:t>
      </w:r>
    </w:p>
    <w:p>
      <w:r>
        <w:rPr>
          <w:rFonts w:ascii="Gentium Plus" w:hAnsi="Gentium Plus"/>
          <w:sz w:val="24"/>
        </w:rPr>
        <w:t>νον πολλοὺς μελετήσασαι φέρειν πειρασμοὺς, καὶ νῦν τὴν ἁρμόττουσαν ὑμῖν ἐπιδείκνυσθε ὑπομονήν. Αὕτη γὰρ ἐν ἀσφαλείᾳ καὶ ἀδείᾳ καὶ γαλήνῃ πολλῇ κατα‐</w:t>
      </w:r>
    </w:p>
    <w:p>
      <w:r>
        <w:rPr>
          <w:rFonts w:ascii="Courier New" w:hAnsi="Courier New"/>
          <w:color w:val="555555"/>
          <w:sz w:val="20"/>
        </w:rPr>
        <w:t>[52 . 628]</w:t>
      </w:r>
    </w:p>
    <w:p>
      <w:r>
        <w:rPr>
          <w:rFonts w:ascii="Gentium Plus" w:hAnsi="Gentium Plus"/>
          <w:sz w:val="24"/>
        </w:rPr>
        <w:t>Καὶ γράφετε συνεχῶς ἡμῖν τὰ περὶ τῆς ὑγείας τῆς ὑμετέρας, ἄν τινας εὕρητε δι’ ἰδίαν χρείαν παραγενο‐ μένους ἐνταῦθα. Ἴστε γὰρ ὅπως αὐτῆς ἀντεχόμεθα, καὶ ὅπως βουλόμεθα πυκνότερον περὶ ταύτης μανθά‐</w:t>
      </w:r>
    </w:p>
    <w:p>
      <w:r>
        <w:rPr>
          <w:rFonts w:ascii="Courier New" w:hAnsi="Courier New"/>
          <w:color w:val="555555"/>
          <w:sz w:val="20"/>
        </w:rPr>
        <w:t>[5]</w:t>
      </w:r>
    </w:p>
    <w:p>
      <w:r>
        <w:rPr>
          <w:rFonts w:ascii="Gentium Plus" w:hAnsi="Gentium Plus"/>
          <w:sz w:val="24"/>
        </w:rPr>
        <w:t>νειν.</w:t>
      </w:r>
    </w:p>
    <w:p>
      <w:pPr>
        <w:jc w:val="center"/>
      </w:pPr>
      <w:r>
        <w:rPr>
          <w:rFonts w:ascii="Gentium Plus" w:hAnsi="Gentium Plus"/>
          <w:b/>
          <w:sz w:val="24"/>
        </w:rPr>
        <w:t>Λʹ. Ἑορτίῳ ἐπισκόπῳ.</w:t>
      </w:r>
    </w:p>
    <w:p>
      <w:r>
        <w:rPr>
          <w:rFonts w:ascii="Courier New" w:hAnsi="Courier New"/>
          <w:color w:val="555555"/>
          <w:sz w:val="20"/>
        </w:rPr>
        <w:t>[7]</w:t>
      </w:r>
    </w:p>
    <w:p>
      <w:r>
        <w:rPr>
          <w:rFonts w:ascii="Gentium Plus" w:hAnsi="Gentium Plus"/>
          <w:sz w:val="24"/>
        </w:rPr>
        <w:t>Ἐγὼ μὲν ἐπεθύμουν καὶ γράμματα δέξασθαι τῆς σῆς τιμιότητος περὶ τῆς ὑγείας τῆς σῆς ἡμῖν δηλοῦν‐ τα. Οἶσθα γὰρ ὅπως ἀεὶ περὶ τὴν σὴν διετέθημεν εὐ‐</w:t>
      </w:r>
    </w:p>
    <w:p>
      <w:r>
        <w:rPr>
          <w:rFonts w:ascii="Courier New" w:hAnsi="Courier New"/>
          <w:color w:val="555555"/>
          <w:sz w:val="20"/>
        </w:rPr>
        <w:t>[10]</w:t>
      </w:r>
    </w:p>
    <w:p>
      <w:r>
        <w:rPr>
          <w:rFonts w:ascii="Gentium Plus" w:hAnsi="Gentium Plus"/>
          <w:sz w:val="24"/>
        </w:rPr>
        <w:t>λάβειαν, δέσποτα τιμιώτατε. Ἀλλ’ ἐπειδὴ τοῦτο ἴσως τῶν γραμματηφόρων ὑμᾶς περιείλετο ἡ σπάνις, ἡμεῖς, ἐπιτυχόντες τῶν πρὸς τὴν σὴν εὐλάβειαν ἀφ‐ ικνουμένων, πρότεροι τοῖς γράμμασιν ἐπεπηδήσαμεν τοῖς πρὸς τὴν σὴν τιμιότητα, καί σε παρακαλοῦμεν,</w:t>
      </w:r>
    </w:p>
    <w:p>
      <w:r>
        <w:rPr>
          <w:rFonts w:ascii="Courier New" w:hAnsi="Courier New"/>
          <w:color w:val="555555"/>
          <w:sz w:val="20"/>
        </w:rPr>
        <w:t>[15]</w:t>
      </w:r>
    </w:p>
    <w:p>
      <w:r>
        <w:rPr>
          <w:rFonts w:ascii="Gentium Plus" w:hAnsi="Gentium Plus"/>
          <w:sz w:val="24"/>
        </w:rPr>
        <w:t>ἡνίκα ἂν ἐξῇ, καὶ αὐτὸν συνεχῶς ἡμῖν ἐπιστέλλειν, καὶ περὶ τῆς ὑγείας τῆς σῆς δηλοῦν. Οἰκοῦμεν γὰρ χωρίον ἐρημότατον, καὶ πάσης τῆς καθ’ ἡμᾶς οἰκου‐ μένης ἐρημότερον· πολιορκούμεθα καὶ φόβῳ λῃστῶν, καὶ πολλὰς ὡς ἐν ἀλλοτρίᾳ καὶ ἐν τοσαύτῃ ἐρημίᾳ</w:t>
      </w:r>
    </w:p>
    <w:p>
      <w:r>
        <w:rPr>
          <w:rFonts w:ascii="Courier New" w:hAnsi="Courier New"/>
          <w:color w:val="555555"/>
          <w:sz w:val="20"/>
        </w:rPr>
        <w:t>[20]</w:t>
      </w:r>
    </w:p>
    <w:p>
      <w:r>
        <w:rPr>
          <w:rFonts w:ascii="Gentium Plus" w:hAnsi="Gentium Plus"/>
          <w:sz w:val="24"/>
        </w:rPr>
        <w:t>θλίψεις ὑπομένομεν· πλὴν ἐὰν ὑμῶν τῶν σφόδρα ἡμᾶς ἀγαπώντων πυκνῶς ἐπιτυγχάνωμεν γραμμάτων τὰ περὶ τῆς ὑγείας τῆς ὑμετέρας δηλούντων, πολλὴν καὶ ἐν τοσαύταις περιστάσεσιν ὄντες καρπωσόμεθα παράκλησιν. Οἶσθα γὰρ ὅση ἀγάπης δύναμις, καὶ ὡς</w:t>
      </w:r>
    </w:p>
    <w:p>
      <w:r>
        <w:rPr>
          <w:rFonts w:ascii="Courier New" w:hAnsi="Courier New"/>
          <w:color w:val="555555"/>
          <w:sz w:val="20"/>
        </w:rPr>
        <w:t>[25]</w:t>
      </w:r>
    </w:p>
    <w:p>
      <w:r>
        <w:rPr>
          <w:rFonts w:ascii="Gentium Plus" w:hAnsi="Gentium Plus"/>
          <w:sz w:val="24"/>
        </w:rPr>
        <w:t>οὐ παρουσία τῶν φιλούντων μόνον, ἀλλὰ καὶ γράμ‐ ματα πολλὴν φέρει τὴν παραμυθίαν. Ταῦτ’ οὖν εἰδὼς ἐπιδαψιλεύου ταύτην ἡμῖν τὴν εὐφροσύνην, συνεχέ‐ στερον τὰ περὶ τῆς ὑγείας τῆς σῆς δηλῶν, περὶ ἧς μάλιστα περισπούδαστον ἡμῖν μανθάνειν.</w:t>
      </w:r>
    </w:p>
    <w:p>
      <w:pPr>
        <w:jc w:val="center"/>
      </w:pPr>
      <w:r>
        <w:rPr>
          <w:rFonts w:ascii="Gentium Plus" w:hAnsi="Gentium Plus"/>
          <w:b/>
          <w:sz w:val="24"/>
        </w:rPr>
        <w:t>ΛΑʹ. Μαρκελλίνῳ.</w:t>
      </w:r>
    </w:p>
    <w:p>
      <w:r>
        <w:rPr>
          <w:rFonts w:ascii="Courier New" w:hAnsi="Courier New"/>
          <w:color w:val="555555"/>
          <w:sz w:val="20"/>
        </w:rPr>
        <w:t>[31]</w:t>
      </w:r>
    </w:p>
    <w:p>
      <w:r>
        <w:rPr>
          <w:rFonts w:ascii="Gentium Plus" w:hAnsi="Gentium Plus"/>
          <w:sz w:val="24"/>
        </w:rPr>
        <w:t>Μακρὰν μὲν ἐσιγήσαμεν ἀμφότεροι σιγὴν πρὸς ἀλλήλους, τῆς δὲ ἀγάπης σου τῆς ἀρχαίας καὶ γνησίας ἡμῖν ἐκείνης οὐκ ἐπιλελήσμεθα, ἀλλ’ ἀκμάζουσαν αὐτὴν διατηροῦμεν, καὶ ὅπουπερ ἂν ἀπίωμεν, αὐτὴν</w:t>
      </w:r>
    </w:p>
    <w:p>
      <w:r>
        <w:rPr>
          <w:rFonts w:ascii="Courier New" w:hAnsi="Courier New"/>
          <w:color w:val="555555"/>
          <w:sz w:val="20"/>
        </w:rPr>
        <w:t>[35]</w:t>
      </w:r>
    </w:p>
    <w:p>
      <w:r>
        <w:rPr>
          <w:rFonts w:ascii="Gentium Plus" w:hAnsi="Gentium Plus"/>
          <w:sz w:val="24"/>
        </w:rPr>
        <w:t>περιφέρομεν, μεγίστην ἐντεῦθεν καρπούμενοι τὴν παράκλησιν. Διὸ δὴ καὶ νῦν ἐπιτυχόντες τῶν πρὸς τὴν σὴν εὐγένειαν ἀφικνουμένων, τήν τε ὀφειλομένην ἀπο‐ διδόαμεν πρόσρησιν, καὶ δηλοῦμεν, ὅτι κἂν πρὸς αὐτὰς ἀπενεχθῶμεν τῆς οἰκουμένης τὰς ἐσχατιὰς,</w:t>
      </w:r>
    </w:p>
    <w:p>
      <w:r>
        <w:rPr>
          <w:rFonts w:ascii="Courier New" w:hAnsi="Courier New"/>
          <w:color w:val="555555"/>
          <w:sz w:val="20"/>
        </w:rPr>
        <w:t>[40]</w:t>
      </w:r>
    </w:p>
    <w:p>
      <w:r>
        <w:rPr>
          <w:rFonts w:ascii="Gentium Plus" w:hAnsi="Gentium Plus"/>
          <w:sz w:val="24"/>
        </w:rPr>
        <w:t>ἔχοντές σε ἄπιμεν ἐν διανοίᾳ ἐγκεκολαμμένον ἡμῶν τῷ συνειδότι. Ἀλλ’ ἐπειδὴ τοῖς οὕτω διακειμένοις οὐ τὸ γράφειν μόνον, ἀλλὰ καὶ τὸ δέχεσθαι γράμματα παρὰ τῶν οὕτω φιλουμένων, πολλὴν φέρει τὴν ἡδο‐ νὴν, διπλασίασον ἡμῖν τὴν εὐφροσύνην, δέσποτα τι‐</w:t>
      </w:r>
    </w:p>
    <w:p>
      <w:r>
        <w:rPr>
          <w:rFonts w:ascii="Courier New" w:hAnsi="Courier New"/>
          <w:color w:val="555555"/>
          <w:sz w:val="20"/>
        </w:rPr>
        <w:t>[45]</w:t>
      </w:r>
    </w:p>
    <w:p>
      <w:r>
        <w:rPr>
          <w:rFonts w:ascii="Gentium Plus" w:hAnsi="Gentium Plus"/>
          <w:sz w:val="24"/>
        </w:rPr>
        <w:t>μιώτατε, καὶ ἡνίκα ἂν ἐξῇ, γράφε συνεχῶς ἡμῖν, τὰ περὶ τῆς ὑγιείας τῆς σῆς δηλῶν. Οἶσθα γὰρ ὅπως ἡμῖν περισπούδαστον ταῦτα μανθάνειν, καὶ ὅσην καὶ ἐν ἀλλοτρίᾳ διατρίβοντες, ἐντεῦθεν καρπωσόμεθα τὴν παράκλησιν.</w:t>
      </w:r>
    </w:p>
    <w:p>
      <w:pPr>
        <w:jc w:val="center"/>
      </w:pPr>
      <w:r>
        <w:rPr>
          <w:rFonts w:ascii="Gentium Plus" w:hAnsi="Gentium Plus"/>
          <w:b/>
          <w:sz w:val="24"/>
        </w:rPr>
        <w:t>ΛΒʹ. Εὐθαλίᾳ.</w:t>
      </w:r>
    </w:p>
    <w:p>
      <w:r>
        <w:rPr>
          <w:rFonts w:ascii="Courier New" w:hAnsi="Courier New"/>
          <w:color w:val="555555"/>
          <w:sz w:val="20"/>
        </w:rPr>
        <w:t>[51]</w:t>
      </w:r>
    </w:p>
    <w:p>
      <w:r>
        <w:rPr>
          <w:rFonts w:ascii="Gentium Plus" w:hAnsi="Gentium Plus"/>
          <w:sz w:val="24"/>
        </w:rPr>
        <w:t>Κἂν ἐλάττους δέχωμαι ἐπιστολὰς παρὰ τῆς κοσμιό‐ τητος τῆς σῆς, ὧν αὐτὸς πέμπω πρὸς τὴν σὴν ἐμμέ‐ λειαν, οὐκ ἀποστήσομαι συνεχῶς γράφων. Ἐμαυτῷ γὰρ χαρίζομαι τοῦτο ποιῶν, πρὸς ψυχὴν οὕτω γνη‐</w:t>
      </w:r>
    </w:p>
    <w:p>
      <w:r>
        <w:rPr>
          <w:rFonts w:ascii="Courier New" w:hAnsi="Courier New"/>
          <w:color w:val="555555"/>
          <w:sz w:val="20"/>
        </w:rPr>
        <w:t>[55]</w:t>
      </w:r>
    </w:p>
    <w:p>
      <w:r>
        <w:rPr>
          <w:rFonts w:ascii="Gentium Plus" w:hAnsi="Gentium Plus"/>
          <w:sz w:val="24"/>
        </w:rPr>
        <w:t>σίως περὶ ἡμᾶς διακειμένην καὶ θερμῶς καὶ συνεχῶς</w:t>
      </w:r>
    </w:p>
    <w:p>
      <w:r>
        <w:rPr>
          <w:rFonts w:ascii="Courier New" w:hAnsi="Courier New"/>
          <w:color w:val="555555"/>
          <w:sz w:val="20"/>
        </w:rPr>
        <w:t>[52 . 629]</w:t>
      </w:r>
    </w:p>
    <w:p>
      <w:r>
        <w:rPr>
          <w:rFonts w:ascii="Gentium Plus" w:hAnsi="Gentium Plus"/>
          <w:sz w:val="24"/>
        </w:rPr>
        <w:t>σπούδαστον μανθάνειν ἐν τίσιν ὁρμᾷ τὰ σὰ, συνεχῶς καὶ γραμμάτων ἐπιθυμοῦμεν ἀπολαύειν, ἵνα μανθά‐ νωμεν διηνεκῶς ἅπερ ἐπιθυμοῦμεν, ὅτι ἐν εὐθυμίᾳ καὶ ἀσφαλείᾳ διάγεις πολλῇ. Τούτων γὰρ ἀπολαύου‐</w:t>
      </w:r>
    </w:p>
    <w:p>
      <w:r>
        <w:rPr>
          <w:rFonts w:ascii="Courier New" w:hAnsi="Courier New"/>
          <w:color w:val="555555"/>
          <w:sz w:val="20"/>
        </w:rPr>
        <w:t>[5]</w:t>
      </w:r>
    </w:p>
    <w:p>
      <w:r>
        <w:rPr>
          <w:rFonts w:ascii="Gentium Plus" w:hAnsi="Gentium Plus"/>
          <w:sz w:val="24"/>
        </w:rPr>
        <w:t>σα, ὅτι πολλὴν ποιῇ τῆς ψυχῆς τῆς σῆς ἐπιμέλειαν, καὶ τῶν βιωτικῶν ὑπερορῶσα, τὴν εἰς τὸν οὐρανὸν ὁδὸν βαδίζεις, οὐδὲν οἶμαι δεῖν ἀμφιβάλλειν. Οἶδα γάρ σου τῆς ψυχῆς τὸ εὐγενὲς, καὶ ἐλευθέριον, καὶ ἀπρα‐ γμοσύνης γέμον, καὶ τῶν βιωτικῶν ἀπηλλαγμένον</w:t>
      </w:r>
    </w:p>
    <w:p>
      <w:r>
        <w:rPr>
          <w:rFonts w:ascii="Courier New" w:hAnsi="Courier New"/>
          <w:color w:val="555555"/>
          <w:sz w:val="20"/>
        </w:rPr>
        <w:t>[10]</w:t>
      </w:r>
    </w:p>
    <w:p>
      <w:r>
        <w:rPr>
          <w:rFonts w:ascii="Gentium Plus" w:hAnsi="Gentium Plus"/>
          <w:sz w:val="24"/>
        </w:rPr>
        <w:t>φροντίδων. Ἐννοοῦσα τοίνυν ἡλίκα ἡμῖν χαρίζῃ τοῦτο ποιοῦσα, ἡνίκα ἂν ἐξῇ καὶ δυνατὸν ᾖ, συνεχῶς ἡμῖν ἐπιστέλλειν, καθάπερ προειρήκαμεν, παρακλήθητι, ὥστε πολλὴν ἡμᾶς καὶ ἐντεῦθεν τῆς ἐρημίας ταύτης, ἐν ᾗ διατρίβομεν, λαβεῖν παραμυθίαν. Τὰ γὰρ ὑμῶν</w:t>
      </w:r>
    </w:p>
    <w:p>
      <w:r>
        <w:rPr>
          <w:rFonts w:ascii="Courier New" w:hAnsi="Courier New"/>
          <w:color w:val="555555"/>
          <w:sz w:val="20"/>
        </w:rPr>
        <w:t>[15]</w:t>
      </w:r>
    </w:p>
    <w:p>
      <w:r>
        <w:rPr>
          <w:rFonts w:ascii="Gentium Plus" w:hAnsi="Gentium Plus"/>
          <w:sz w:val="24"/>
        </w:rPr>
        <w:t>τῶν ἀγαπώντων ἡμᾶς γράμματα ὅταν συνεχῶς φέρη‐ ται πρὸς ἡμᾶς, τὰ περὶ τῆς ὑγιείας ὑμῶν δηλοῦντα, οὐ τῆς τυχούσης ἡμᾶς ἐμπίπλησιν εὐφροσύνης, ἀλλὰ τοσαύτην ἡμῖν ἐμποιεῖ τὴν ἡδονὴν, ὡς μηδὲ μικρὰν αἴσθησιν τῆς ἐρημίας ταύτης, ἐν ᾗ διατρίβομεν, λαμ‐</w:t>
      </w:r>
    </w:p>
    <w:p>
      <w:r>
        <w:rPr>
          <w:rFonts w:ascii="Courier New" w:hAnsi="Courier New"/>
          <w:color w:val="555555"/>
          <w:sz w:val="20"/>
        </w:rPr>
        <w:t>[20]</w:t>
      </w:r>
    </w:p>
    <w:p>
      <w:r>
        <w:rPr>
          <w:rFonts w:ascii="Gentium Plus" w:hAnsi="Gentium Plus"/>
          <w:sz w:val="24"/>
        </w:rPr>
        <w:t>βάνειν.</w:t>
      </w:r>
    </w:p>
    <w:p>
      <w:pPr>
        <w:jc w:val="center"/>
      </w:pPr>
      <w:r>
        <w:rPr>
          <w:rFonts w:ascii="Gentium Plus" w:hAnsi="Gentium Plus"/>
          <w:b/>
          <w:sz w:val="24"/>
        </w:rPr>
        <w:t>ΛΓʹ. Ἀδολίᾳ.</w:t>
      </w:r>
    </w:p>
    <w:p>
      <w:r>
        <w:rPr>
          <w:rFonts w:ascii="Courier New" w:hAnsi="Courier New"/>
          <w:color w:val="555555"/>
          <w:sz w:val="20"/>
        </w:rPr>
        <w:t>[22]</w:t>
      </w:r>
    </w:p>
    <w:p>
      <w:r>
        <w:rPr>
          <w:rFonts w:ascii="Gentium Plus" w:hAnsi="Gentium Plus"/>
          <w:sz w:val="24"/>
        </w:rPr>
        <w:t>Καὶ ταύτῃ σου τὴν ἀγάπην ἔδειξας, τὴν γνησίαν καὶ θερμὴν, ὅτι καὶ ἐν ἀῤῥωστίᾳ οὖσα, οὕτω συν‐ εχῶς ἡμῖν ἐπιστέλλεις. Ἡμεῖς δὲ ἐπιθυμοῦμεν τῆς</w:t>
      </w:r>
    </w:p>
    <w:p>
      <w:r>
        <w:rPr>
          <w:rFonts w:ascii="Courier New" w:hAnsi="Courier New"/>
          <w:color w:val="555555"/>
          <w:sz w:val="20"/>
        </w:rPr>
        <w:t>[25]</w:t>
      </w:r>
    </w:p>
    <w:p>
      <w:r>
        <w:rPr>
          <w:rFonts w:ascii="Gentium Plus" w:hAnsi="Gentium Plus"/>
          <w:sz w:val="24"/>
        </w:rPr>
        <w:t>τε ἀῤῥωστίας σε ἀπαλλαγῆναι, καὶ ἐνταῦθα παραγε‐ νομένην, ὅταν ἐξῇ, θεάσασθαι. Καὶ τοῦτο οἶσθα καὶ αὐτὴ, κυρία μου κοσμιωτάτη καὶ εὐλαβεστάτη. Ἐπεὶ οὖν, ὅπερ καὶ ἔμπροσθεν ἐπέσταλκα, νῦν ἐν φροντίδι μείζονι καθεστήκαμεν (καὶ γὰρ ἀπὸ τῶν</w:t>
      </w:r>
    </w:p>
    <w:p>
      <w:r>
        <w:rPr>
          <w:rFonts w:ascii="Courier New" w:hAnsi="Courier New"/>
          <w:color w:val="555555"/>
          <w:sz w:val="20"/>
        </w:rPr>
        <w:t>[30]</w:t>
      </w:r>
    </w:p>
    <w:p>
      <w:r>
        <w:rPr>
          <w:rFonts w:ascii="Gentium Plus" w:hAnsi="Gentium Plus"/>
          <w:sz w:val="24"/>
        </w:rPr>
        <w:t>γραμμάτων ἐστοχασάμεθά σου τῆς ἀῤῥωστίας τὴν ὑπερβολὴν), διά τοι τοῦτο, ἡνίκα ἂν πρὸς τὸ βέλτιον ἐπιδῷ σοι τὸ σῶμα, διὰ τάχους ὡς βούλει δηλῶσαι ἡμῖν παρακλήθητι τοῦτο αὐτὸ, ἵνα βαρυτάτης ἡμᾶς ἀνεθῆναι ποιήσῃς φροντίδος. Ὅτι γὰρ καὶ νῦν οὐκ ἐν</w:t>
      </w:r>
    </w:p>
    <w:p>
      <w:r>
        <w:rPr>
          <w:rFonts w:ascii="Courier New" w:hAnsi="Courier New"/>
          <w:color w:val="555555"/>
          <w:sz w:val="20"/>
        </w:rPr>
        <w:t>[35]</w:t>
      </w:r>
    </w:p>
    <w:p>
      <w:r>
        <w:rPr>
          <w:rFonts w:ascii="Gentium Plus" w:hAnsi="Gentium Plus"/>
          <w:sz w:val="24"/>
        </w:rPr>
        <w:t>μικρᾷ καθεστήκαμεν ἀθυμίᾳ τῆς ἀῤῥωστίας ἕνεκεν τῆς σῆς, οὐδὲ αὐτὴ ἀγνοεῖς. Εἰδυῖα τοίνυν τὴν φρον‐ τίδα ἐν ᾗ νῦν ἐσμεν, ὅπερ παρεκαλέσαμεν, ποιῆσαι σπούδασον. Εἰ καὶ τὰ μάλιστα οὐδέν σοι εἰς τοῦτο δεῖ παρακλήσεως· ἀλλ’ εὖ οἶδ’ ὅτι ὅσων ἂν ἐπιτύχῃς</w:t>
      </w:r>
    </w:p>
    <w:p>
      <w:r>
        <w:rPr>
          <w:rFonts w:ascii="Courier New" w:hAnsi="Courier New"/>
          <w:color w:val="555555"/>
          <w:sz w:val="20"/>
        </w:rPr>
        <w:t>[40]</w:t>
      </w:r>
    </w:p>
    <w:p>
      <w:r>
        <w:rPr>
          <w:rFonts w:ascii="Gentium Plus" w:hAnsi="Gentium Plus"/>
          <w:sz w:val="24"/>
        </w:rPr>
        <w:t>γραμματηφόρων, οὐ παύσῃ δι’ ἑκάστου ἡμῖν ἐπιστέλ‐ λουσα.</w:t>
      </w:r>
    </w:p>
    <w:p>
      <w:pPr>
        <w:jc w:val="center"/>
      </w:pPr>
      <w:r>
        <w:rPr>
          <w:rFonts w:ascii="Gentium Plus" w:hAnsi="Gentium Plus"/>
          <w:b/>
          <w:sz w:val="24"/>
        </w:rPr>
        <w:t>ΛΔʹ. Καρτερίᾳ.</w:t>
      </w:r>
    </w:p>
    <w:p>
      <w:r>
        <w:rPr>
          <w:rFonts w:ascii="Courier New" w:hAnsi="Courier New"/>
          <w:color w:val="555555"/>
          <w:sz w:val="20"/>
        </w:rPr>
        <w:t>[43]</w:t>
      </w:r>
    </w:p>
    <w:p>
      <w:r>
        <w:rPr>
          <w:rFonts w:ascii="Gentium Plus" w:hAnsi="Gentium Plus"/>
          <w:sz w:val="24"/>
        </w:rPr>
        <w:t>Καὶ τοῦτο τῆς ἀγάπης τῆς σῆς, τῆς μεμεριμνη‐ μένης ψυχῆς τῆς σφοδρῶς περὶ ἡμᾶς διακειμένης,</w:t>
      </w:r>
    </w:p>
    <w:p>
      <w:r>
        <w:rPr>
          <w:rFonts w:ascii="Courier New" w:hAnsi="Courier New"/>
          <w:color w:val="555555"/>
          <w:sz w:val="20"/>
        </w:rPr>
        <w:t>[45]</w:t>
      </w:r>
    </w:p>
    <w:p>
      <w:r>
        <w:rPr>
          <w:rFonts w:ascii="Gentium Plus" w:hAnsi="Gentium Plus"/>
          <w:sz w:val="24"/>
        </w:rPr>
        <w:t>τὸ μὴ μόνον ἀποστεῖλαι τὸ πολυάρχιον, ἀλλὰ καὶ σκοπῆσαι ὅπως ἂν γένοιτο χρήσιμον, προσθεῖναί τε αὐτῷ τό τε νάρδινον, καὶ τὸ γλεύκινον ἔλαιον, δι‐ ορθοῦντα αὐτοῦ τὴν ἀπὸ τῆς μακρᾶς ἀποδημίας ξηρό‐ τητα. Καὶ τὸ αὐτὴν καὶ κατασκευάσαι τοῦτο, καὶ</w:t>
      </w:r>
    </w:p>
    <w:p>
      <w:r>
        <w:rPr>
          <w:rFonts w:ascii="Courier New" w:hAnsi="Courier New"/>
          <w:color w:val="555555"/>
          <w:sz w:val="20"/>
        </w:rPr>
        <w:t>[52 . 629 (50)]</w:t>
      </w:r>
    </w:p>
    <w:p>
      <w:r>
        <w:rPr>
          <w:rFonts w:ascii="Gentium Plus" w:hAnsi="Gentium Plus"/>
          <w:sz w:val="24"/>
        </w:rPr>
        <w:t>μὴ ἑτέροις ἐπιτρέψαι, καὶ μὴ τῆς ταχύτητος γενέ‐ σθαι, ἀλλὰ τοῦ γενέσθαι σπουδαῖον αὐτὸ, καὶ τοῦτο μάλιστα ἐκπλήττεσθαι ἡμᾶς τὴν διάθεσιν τὴν περὶ ἡμᾶς πεποίηκε. Διὰ τοῦτό σοι χάριτας ὁμολογοῦμεν ἓν μόνον ἐγκαλοῦντες, ὅτι, ὃ μάλιστα περισπούδα‐</w:t>
      </w:r>
    </w:p>
    <w:p>
      <w:r>
        <w:rPr>
          <w:rFonts w:ascii="Courier New" w:hAnsi="Courier New"/>
          <w:color w:val="555555"/>
          <w:sz w:val="20"/>
        </w:rPr>
        <w:t>[55]</w:t>
      </w:r>
    </w:p>
    <w:p>
      <w:r>
        <w:rPr>
          <w:rFonts w:ascii="Gentium Plus" w:hAnsi="Gentium Plus"/>
          <w:sz w:val="24"/>
        </w:rPr>
        <w:t>στον ἦν ἡμῖν, τοῦτο οὐκ ἔπεμψας διὰ τῶν γραμμά‐ των, τὰ εὐαγγέλια λέγω τῆς σῆς ὑγείας. Καὶ ὡς νῦν</w:t>
      </w:r>
    </w:p>
    <w:p>
      <w:r>
        <w:rPr>
          <w:rFonts w:ascii="Courier New" w:hAnsi="Courier New"/>
          <w:color w:val="555555"/>
          <w:sz w:val="20"/>
        </w:rPr>
        <w:t>[52 . 630]</w:t>
      </w:r>
    </w:p>
    <w:p>
      <w:r>
        <w:rPr>
          <w:rFonts w:ascii="Gentium Plus" w:hAnsi="Gentium Plus"/>
          <w:sz w:val="24"/>
        </w:rPr>
        <w:t>ῥωστίας ἕστηκε τῆς σῆς· οὕτως ἂν διὰ τάχους ἡμῖν πέμψῃς γράμματα ἀπαγγέλλοντα ἡμῖν, ὅτι λέλυται τὰ τῆς νόσου, τὰ μέγιστα ἡμῖν χαριῇ. Εἰδυῖα τοίνυν ὅπως σφόδρα ἐπιθυμοῦμεν μαθεῖν, ὅτι δὴ ἐκ τῆς ἀσθενείας</w:t>
      </w:r>
    </w:p>
    <w:p>
      <w:r>
        <w:rPr>
          <w:rFonts w:ascii="Courier New" w:hAnsi="Courier New"/>
          <w:color w:val="555555"/>
          <w:sz w:val="20"/>
        </w:rPr>
        <w:t>[5]</w:t>
      </w:r>
    </w:p>
    <w:p>
      <w:r>
        <w:rPr>
          <w:rFonts w:ascii="Gentium Plus" w:hAnsi="Gentium Plus"/>
          <w:sz w:val="24"/>
        </w:rPr>
        <w:t>ταύτης ἀνήνεγκας, χαρίζου ἡμῖν ταύτην τὴν εὐφρο‐ σύνην, ἐν τῇ χαλεπωτάτῃ ταύτῃ ἐρημίᾳ τε καὶ πο‐ λιορκίᾳ οὐ μικρὰν ἐσομένην ἡμῖν παράκλησιν.</w:t>
      </w:r>
    </w:p>
    <w:p>
      <w:pPr>
        <w:jc w:val="center"/>
      </w:pPr>
      <w:r>
        <w:rPr>
          <w:rFonts w:ascii="Gentium Plus" w:hAnsi="Gentium Plus"/>
          <w:b/>
          <w:sz w:val="24"/>
        </w:rPr>
        <w:t>ΛΕʹ. Ἀλφίῳ.</w:t>
      </w:r>
    </w:p>
    <w:p>
      <w:r>
        <w:rPr>
          <w:rFonts w:ascii="Courier New" w:hAnsi="Courier New"/>
          <w:color w:val="555555"/>
          <w:sz w:val="20"/>
        </w:rPr>
        <w:t>[9]</w:t>
      </w:r>
    </w:p>
    <w:p>
      <w:r>
        <w:rPr>
          <w:rFonts w:ascii="Gentium Plus" w:hAnsi="Gentium Plus"/>
          <w:sz w:val="24"/>
        </w:rPr>
        <w:t>Ὁ Θεός σοι τὸν μισθὸν δῴη, καὶ ἐν τῷ παρόντι</w:t>
      </w:r>
    </w:p>
    <w:p>
      <w:r>
        <w:rPr>
          <w:rFonts w:ascii="Courier New" w:hAnsi="Courier New"/>
          <w:color w:val="555555"/>
          <w:sz w:val="20"/>
        </w:rPr>
        <w:t>[10]</w:t>
      </w:r>
    </w:p>
    <w:p>
      <w:r>
        <w:rPr>
          <w:rFonts w:ascii="Gentium Plus" w:hAnsi="Gentium Plus"/>
          <w:sz w:val="24"/>
        </w:rPr>
        <w:t>βίῳ, καὶ ἐν τῷ μέλλοντι αἰῶνι, τῆς γνησίας καὶ θερ‐ μῆς περὶ ἡμᾶς ἀγάπης, τῆς εἰλικρινοῦς, καὶ ἀνυπο‐ κρίτου, τῆς ἀκινήτου, καὶ ἀπεριτρέπτου. Οὐ γὰρ μικρὰ δείγματα τῆς περὶ ἡμᾶς διαθέσεως, καὶ ταῦτα ἐκ τοσούτου καθήμενος διαστήματος, ἐπεδείξω, κύριέ</w:t>
      </w:r>
    </w:p>
    <w:p>
      <w:r>
        <w:rPr>
          <w:rFonts w:ascii="Courier New" w:hAnsi="Courier New"/>
          <w:color w:val="555555"/>
          <w:sz w:val="20"/>
        </w:rPr>
        <w:t>[15]</w:t>
      </w:r>
    </w:p>
    <w:p>
      <w:r>
        <w:rPr>
          <w:rFonts w:ascii="Gentium Plus" w:hAnsi="Gentium Plus"/>
          <w:sz w:val="24"/>
        </w:rPr>
        <w:t>μου τιμιώτατε καὶ εὐγενέστατε, ἀλλὰ καὶ πολλὰ καὶ μεγάλα. Διὰ τοῦτό σοι χάριτας ἴσμεν, καὶ συνεχῶς ἐπιστέλλειν βουλόμεθα, ἀλλ’ οὐ δυνάμεθα ὁσάκις ἂν βουλώμεθα, γράφομεν δὲ ὁσάκις ἂν δυνώμεθα. Οἶσθα γὰρ καὶ τὴν ἀπὸ τοῦ χειμῶνος, καὶ τὴν ἀπὸ τῶν λῃ‐</w:t>
      </w:r>
    </w:p>
    <w:p>
      <w:r>
        <w:rPr>
          <w:rFonts w:ascii="Courier New" w:hAnsi="Courier New"/>
          <w:color w:val="555555"/>
          <w:sz w:val="20"/>
        </w:rPr>
        <w:t>[20]</w:t>
      </w:r>
    </w:p>
    <w:p>
      <w:r>
        <w:rPr>
          <w:rFonts w:ascii="Gentium Plus" w:hAnsi="Gentium Plus"/>
          <w:sz w:val="24"/>
        </w:rPr>
        <w:t>στρικῶν ἐφόδων γινομένην ἐν ταῖς ὁδοῖς δυσκολίαν. Μὴ τοίνυν νομίσῃς ῥᾳθυμεῖν ἡμᾶς, ὅταν μακρὰν σιγή‐ σωμεν σιγὴν, ἀλλὰ τῇ σπάνει τῶν γραμματηφόρων τοῦτο λογίζου, μὴ τῇ ὀλιγωρίᾳ τῇ ἡμετέρᾳ. Ὡς εἴγε δυνατὸν ἦν συνεχέστερον ἐπιστέλλειν, οὐκ ἂν</w:t>
      </w:r>
    </w:p>
    <w:p>
      <w:r>
        <w:rPr>
          <w:rFonts w:ascii="Courier New" w:hAnsi="Courier New"/>
          <w:color w:val="555555"/>
          <w:sz w:val="20"/>
        </w:rPr>
        <w:t>[25]</w:t>
      </w:r>
    </w:p>
    <w:p>
      <w:r>
        <w:rPr>
          <w:rFonts w:ascii="Gentium Plus" w:hAnsi="Gentium Plus"/>
          <w:sz w:val="24"/>
        </w:rPr>
        <w:t>ὠκνήσαμεν πυκνὰ πέμποντές σοι γράμματα. Ἡμῖν γὰρ ἑαυτοῖς ἐχαριζόμεθα, τὴν ὀφειλομένην σοι πρόσ‐ ρησιν συνεχέστερον ἀποδιδόντες. Ταῦτ’ οὖν εἰδὼς, γράφε ἡμῖν συνεχῶς καὶ αὐτὸς τὰ περὶ τῆς ὑγιείας τῆς σῆς. Ὅπερ ἔφης ἀπεσταλκέναι ἡμῖν, τοῦτο οὐδεὶς</w:t>
      </w:r>
    </w:p>
    <w:p>
      <w:r>
        <w:rPr>
          <w:rFonts w:ascii="Courier New" w:hAnsi="Courier New"/>
          <w:color w:val="555555"/>
          <w:sz w:val="20"/>
        </w:rPr>
        <w:t>[30]</w:t>
      </w:r>
    </w:p>
    <w:p>
      <w:r>
        <w:rPr>
          <w:rFonts w:ascii="Gentium Plus" w:hAnsi="Gentium Plus"/>
          <w:sz w:val="24"/>
        </w:rPr>
        <w:t>ἐκόμισεν ἐνταῦθα, ἀλλ’ ὑπέστρεψεν ὁ ἔχων διὰ τὸν τῶν λῃστῶν φόβον. Πλὴν παρακαλοῦμέν σε μὴ ποιεῖν τοῦτο, μηδὲ δυσκολίας σαυτῷ παρέχειν καὶ πρά‐ γματα. Τὰ γὰρ μεγάλα σου δῶρα, τὸ γνήσιόν σου καὶ θερμὸν τῆς διαθέσεως, οὗ διηνεκῶς ἀπολαύοντες,</w:t>
      </w:r>
    </w:p>
    <w:p>
      <w:r>
        <w:rPr>
          <w:rFonts w:ascii="Courier New" w:hAnsi="Courier New"/>
          <w:color w:val="555555"/>
          <w:sz w:val="20"/>
        </w:rPr>
        <w:t>[35]</w:t>
      </w:r>
    </w:p>
    <w:p>
      <w:r>
        <w:rPr>
          <w:rFonts w:ascii="Gentium Plus" w:hAnsi="Gentium Plus"/>
          <w:sz w:val="24"/>
        </w:rPr>
        <w:t>ἐντρυφῶμεν ἀεὶ τῇ μνήμῃ τῆς σῆς ἀγάπης.</w:t>
      </w:r>
    </w:p>
    <w:p>
      <w:pPr>
        <w:jc w:val="center"/>
      </w:pPr>
      <w:r>
        <w:rPr>
          <w:rFonts w:ascii="Gentium Plus" w:hAnsi="Gentium Plus"/>
          <w:b/>
          <w:sz w:val="24"/>
        </w:rPr>
        <w:t>Λϛʹ. Μάρωνι πρεσβυτέρῳ καὶ μονάζοντι.</w:t>
      </w:r>
    </w:p>
    <w:p>
      <w:r>
        <w:rPr>
          <w:rFonts w:ascii="Courier New" w:hAnsi="Courier New"/>
          <w:color w:val="555555"/>
          <w:sz w:val="20"/>
        </w:rPr>
        <w:t>[37]</w:t>
      </w:r>
    </w:p>
    <w:p>
      <w:r>
        <w:rPr>
          <w:rFonts w:ascii="Gentium Plus" w:hAnsi="Gentium Plus"/>
          <w:sz w:val="24"/>
        </w:rPr>
        <w:t>Ἡμεῖς τῇ μὲν ἀγάπῃ συνδεδέμεθά σοι καὶ τῇ δια‐ θέσει, καὶ ὡς παρόντα σε ἐνταῦθα οὕτως ὁρῶμεν. Τοιοῦτοι γὰρ τῆς ἀγάπης οἱ ὀφθαλμοί· οὐχ ὁδῷ δια‐</w:t>
      </w:r>
    </w:p>
    <w:p>
      <w:r>
        <w:rPr>
          <w:rFonts w:ascii="Courier New" w:hAnsi="Courier New"/>
          <w:color w:val="555555"/>
          <w:sz w:val="20"/>
        </w:rPr>
        <w:t>[40]</w:t>
      </w:r>
    </w:p>
    <w:p>
      <w:r>
        <w:rPr>
          <w:rFonts w:ascii="Gentium Plus" w:hAnsi="Gentium Plus"/>
          <w:sz w:val="24"/>
        </w:rPr>
        <w:t>κόπτονται, οὐ χρόνῳ μαραίνονται. Ἐβουλόμεθα δὲ καὶ συνεχέστερον ἐπιστέλλειν τῇ εὐλαβείᾳ σου, ἀλλ’ ἐπειδὴ τοῦτο οὐκ ἔνι ῥᾴδιον διὰ τὴν τῆς ὁδοῦ δυσκο‐ λίαν, καὶ τὴν ἀπορίαν τῶν ὁδοιπόρων, ἡνίκα ἂν ἐξῇ προσαγορεύομέν σου τὴν τιμιότητα, καὶ δῆλόν σοι</w:t>
      </w:r>
    </w:p>
    <w:p>
      <w:r>
        <w:rPr>
          <w:rFonts w:ascii="Courier New" w:hAnsi="Courier New"/>
          <w:color w:val="555555"/>
          <w:sz w:val="20"/>
        </w:rPr>
        <w:t>[45]</w:t>
      </w:r>
    </w:p>
    <w:p>
      <w:r>
        <w:rPr>
          <w:rFonts w:ascii="Gentium Plus" w:hAnsi="Gentium Plus"/>
          <w:sz w:val="24"/>
        </w:rPr>
        <w:t>ποιοῦμεν, ὅτι διηνεκῶς ἐπὶ μνήμης σε ἔχομεν, ἐν τῇ ψυχῇ τῇ ἡμετέρᾳ περιφέροντες, ὅπουπερ ἂν ὦμεν. Δήλου τοίνυν καὶ αὐτὸς ἡμῖν συνεχέστερον τὰ περὶ τῆς ὑγιείας τῆς σῆς, ἵνα καὶ τῷ σώματι κεχωρισμέ‐ νοι, μανθάνοντες συνεχῶς τὰ περὶ τῆς ῥώσεως τῆς</w:t>
      </w:r>
    </w:p>
    <w:p>
      <w:r>
        <w:rPr>
          <w:rFonts w:ascii="Courier New" w:hAnsi="Courier New"/>
          <w:color w:val="555555"/>
          <w:sz w:val="20"/>
        </w:rPr>
        <w:t>[52 . 630 (50)]</w:t>
      </w:r>
    </w:p>
    <w:p>
      <w:r>
        <w:rPr>
          <w:rFonts w:ascii="Gentium Plus" w:hAnsi="Gentium Plus"/>
          <w:sz w:val="24"/>
        </w:rPr>
        <w:t>σῆς, εὐθυμότεροι γινώμεθα, καὶ πολλὴν ἐν ἐρημίᾳ καθήμενοι δεχώμεθα τὴν παράκλησιν. Οὐ μικρὰν γὰρ ἡμῖν εὐφροσύνην κομίζει τὸ ἀκούειν περὶ τῆς ὑγιείας τῆς σῆς. Καὶ πρὸ πάντων εὔχεσθαι ὑπὲρ ἡμῶν πα‐ ρακλήθητι.</w:t>
      </w:r>
    </w:p>
    <w:p>
      <w:pPr>
        <w:jc w:val="center"/>
      </w:pPr>
      <w:r>
        <w:rPr>
          <w:rFonts w:ascii="Gentium Plus" w:hAnsi="Gentium Plus"/>
          <w:b/>
          <w:sz w:val="24"/>
        </w:rPr>
        <w:t>ΛΖʹ. Τραγκυλίνῳ ἐπισκόπῳ.</w:t>
      </w:r>
    </w:p>
    <w:p>
      <w:r>
        <w:rPr>
          <w:rFonts w:ascii="Courier New" w:hAnsi="Courier New"/>
          <w:color w:val="555555"/>
          <w:sz w:val="20"/>
        </w:rPr>
        <w:t>[56]</w:t>
      </w:r>
    </w:p>
    <w:p>
      <w:r>
        <w:rPr>
          <w:rFonts w:ascii="Gentium Plus" w:hAnsi="Gentium Plus"/>
          <w:sz w:val="24"/>
        </w:rPr>
        <w:t>Τὸν κύριόν μου τὸν τιμιώτατον ἐπίσκοπον Σέλευ‐</w:t>
      </w:r>
    </w:p>
    <w:p>
      <w:r>
        <w:rPr>
          <w:rFonts w:ascii="Courier New" w:hAnsi="Courier New"/>
          <w:color w:val="555555"/>
          <w:sz w:val="20"/>
        </w:rPr>
        <w:t>[52 . 631]</w:t>
      </w:r>
    </w:p>
    <w:p>
      <w:r>
        <w:rPr>
          <w:rFonts w:ascii="Gentium Plus" w:hAnsi="Gentium Plus"/>
          <w:sz w:val="24"/>
        </w:rPr>
        <w:t>θεν δὲ ὁ τῆς σῆς ἀγάπης ἔρως. Οὗτος αὐτὸν καὶ χει‐ μῶνος κατατολμῆσαι, καὶ δυσκολίας ὁδοῦ, καὶ ἀῤ‐ ῥωστίας χαλεπωτάτης ἀνέπεισεν. Ἐπαινέσας τοίνυν αὐτὸν, δέσποτά μου τιμιώτατε, τοῦ φίλτρου τῆς</w:t>
      </w:r>
    </w:p>
    <w:p>
      <w:r>
        <w:rPr>
          <w:rFonts w:ascii="Courier New" w:hAnsi="Courier New"/>
          <w:color w:val="555555"/>
          <w:sz w:val="20"/>
        </w:rPr>
        <w:t>[5]</w:t>
      </w:r>
    </w:p>
    <w:p>
      <w:r>
        <w:rPr>
          <w:rFonts w:ascii="Gentium Plus" w:hAnsi="Gentium Plus"/>
          <w:sz w:val="24"/>
        </w:rPr>
        <w:t>σπουδῆς, ἀπόδος αὐτῷ τὴν ἀμοιβὴν τῆς μακρᾶς ταύτης ταλαιπωρίας, τὴν εἰωθυῖαν περὶ αὐτὸν ἀγά‐ πην καὶ νῦν ἐπιδειξάμενος. Ἐπεὶ καὶ ἡμεῖς ὡς εἰς λιμένα αὐτὸν ἀκύμαντον εἰς τὰς σὰς παρεπέμψαμεν χεῖρας, εἰδότες σου τὴν πολλὴν φιλοφροσύνην, τὴν</w:t>
      </w:r>
    </w:p>
    <w:p>
      <w:r>
        <w:rPr>
          <w:rFonts w:ascii="Courier New" w:hAnsi="Courier New"/>
          <w:color w:val="555555"/>
          <w:sz w:val="20"/>
        </w:rPr>
        <w:t>[10]</w:t>
      </w:r>
    </w:p>
    <w:p>
      <w:r>
        <w:rPr>
          <w:rFonts w:ascii="Gentium Plus" w:hAnsi="Gentium Plus"/>
          <w:sz w:val="24"/>
        </w:rPr>
        <w:t>γνησίαν ἀγάπην, τὴν θερμὴν καὶ ἀκλινῆ καὶ ἀπερί‐ τρεπτον. Κἂν ἀφικνῆταί τις ἐκεῖθεν, καὶ ῥᾴδιον γέ‐ νηται, καὶ ἐπιστεῖλαι ἡμῖν παρακλήθητι τὰ περὶ τῆς ῥώσεώς σου. Εὐψύχιος γὰρ εἰς τὸ παρὸν οὐκ ἀπήν‐ τησε· διὸ οὐδὲ μαθεῖν τι δεδυνήμεθα ὧν ἔφης ἐκεῖνον</w:t>
      </w:r>
    </w:p>
    <w:p>
      <w:r>
        <w:rPr>
          <w:rFonts w:ascii="Courier New" w:hAnsi="Courier New"/>
          <w:color w:val="555555"/>
          <w:sz w:val="20"/>
        </w:rPr>
        <w:t>[15]</w:t>
      </w:r>
    </w:p>
    <w:p>
      <w:r>
        <w:rPr>
          <w:rFonts w:ascii="Gentium Plus" w:hAnsi="Gentium Plus"/>
          <w:sz w:val="24"/>
        </w:rPr>
        <w:t>ἐρεῖν πρώην ἡμῖν ἐπιστέλλων, διὰ τὸ μηδαμοῦ τὸν ἄνθρωπον φαίνεσθαι. Ταῦτ’ οὖν εἰδὼς, ἐκεῖνά τε ἅπερ δι’ ἐκείνου πρώην ἐδήλωσας, καὶ εἴ τι πλέον ἡμᾶς γνῶναι ἀναγκαῖον, νῦν γοῦν γνωρίσαι ἡμῖν παρακλήθητι, καὶ τὰ περὶ τῆς ὑγείας σήμαινε</w:t>
      </w:r>
    </w:p>
    <w:p>
      <w:r>
        <w:rPr>
          <w:rFonts w:ascii="Courier New" w:hAnsi="Courier New"/>
          <w:color w:val="555555"/>
          <w:sz w:val="20"/>
        </w:rPr>
        <w:t>[20]</w:t>
      </w:r>
    </w:p>
    <w:p>
      <w:r>
        <w:rPr>
          <w:rFonts w:ascii="Gentium Plus" w:hAnsi="Gentium Plus"/>
          <w:sz w:val="24"/>
        </w:rPr>
        <w:t>τῆς σῆς, τῆς σφόδρα ἡμῖν περισπουδάστου, καὶ ὑπὲρ ἧς ἀεὶ μεριμνῶντες, ἀεὶ μανθάνειν ἐπιθυμοῦμεν.</w:t>
      </w:r>
    </w:p>
    <w:p>
      <w:pPr>
        <w:jc w:val="center"/>
      </w:pPr>
      <w:r>
        <w:rPr>
          <w:rFonts w:ascii="Gentium Plus" w:hAnsi="Gentium Plus"/>
          <w:b/>
          <w:sz w:val="24"/>
        </w:rPr>
        <w:t>ΛΗʹ. Ὑμνητίῳ ἀρχιητρῷ.</w:t>
      </w:r>
    </w:p>
    <w:p>
      <w:r>
        <w:rPr>
          <w:rFonts w:ascii="Courier New" w:hAnsi="Courier New"/>
          <w:color w:val="555555"/>
          <w:sz w:val="20"/>
        </w:rPr>
        <w:t>[23]</w:t>
      </w:r>
    </w:p>
    <w:p>
      <w:r>
        <w:rPr>
          <w:rFonts w:ascii="Gentium Plus" w:hAnsi="Gentium Plus"/>
          <w:sz w:val="24"/>
        </w:rPr>
        <w:t>Εἰ καὶ μὴ συνεχῶς ἐπεστάλκαμεν τῇ τιμιότητί σου, ἀλλὰ συνεχῶς σε ἐπὶ μνήμης ἔχομεν, πεῖράν</w:t>
      </w:r>
    </w:p>
    <w:p>
      <w:r>
        <w:rPr>
          <w:rFonts w:ascii="Courier New" w:hAnsi="Courier New"/>
          <w:color w:val="555555"/>
          <w:sz w:val="20"/>
        </w:rPr>
        <w:t>[25]</w:t>
      </w:r>
    </w:p>
    <w:p>
      <w:r>
        <w:rPr>
          <w:rFonts w:ascii="Gentium Plus" w:hAnsi="Gentium Plus"/>
          <w:sz w:val="24"/>
        </w:rPr>
        <w:t>σου τῆς σφοδροτάτης, τῆς σπουδαίας, τῆς γνησίας φιλίας πολλὴν ἐν ἡμέραις ὀλίγαις λαβόντες. Διὰ τοῦτο καὶ τὸν κύριόν μου τὸν τιμιώτατον ἐπίσκοπον Σέλευ‐ κον ὡς εἰς λιμένα τὰς σὰς παραπέμπομεν χεῖρας. Καὶ γὰρ ὑπὸ βηχὸς πολεμεῖται χαλεπωτάτης, ἣν ἡ τοῦ</w:t>
      </w:r>
    </w:p>
    <w:p>
      <w:r>
        <w:rPr>
          <w:rFonts w:ascii="Courier New" w:hAnsi="Courier New"/>
          <w:color w:val="555555"/>
          <w:sz w:val="20"/>
        </w:rPr>
        <w:t>[30]</w:t>
      </w:r>
    </w:p>
    <w:p>
      <w:r>
        <w:rPr>
          <w:rFonts w:ascii="Gentium Plus" w:hAnsi="Gentium Plus"/>
          <w:sz w:val="24"/>
        </w:rPr>
        <w:t>ἔτους ὥρα σφοδρότερον ἐπιτρίβει, καὶ χαλεπωτέραν ποιεῖ. Καταμαθὼν τοίνυν, δέσποτά μου τιμιώτατε, τοῦ νοσήματος τὴν φύσιν, ἐξαρπάσαι αὐτὸν τοῦ κλυ‐ δωνίου πειράθητι, τῇ τῆς ἀῤῥωστίας βλάβῃ τὴν ἀπὸ τῆς ἐπιστήμης τῆς σῆς ἐπιτειχίσας δύναμιν, δι’ ἧς</w:t>
      </w:r>
    </w:p>
    <w:p>
      <w:r>
        <w:rPr>
          <w:rFonts w:ascii="Courier New" w:hAnsi="Courier New"/>
          <w:color w:val="555555"/>
          <w:sz w:val="20"/>
        </w:rPr>
        <w:t>[35]</w:t>
      </w:r>
    </w:p>
    <w:p>
      <w:r>
        <w:rPr>
          <w:rFonts w:ascii="Gentium Plus" w:hAnsi="Gentium Plus"/>
          <w:sz w:val="24"/>
        </w:rPr>
        <w:t>πολλοὺς πολλάκις κινδυνεύσαντας ὑπὸ τοιούτων κυ‐ μάτων ὑποβρυχίους γενέσθαι τοῦ ναυαγίου ταχέως ἀπήλλαξας.</w:t>
      </w:r>
    </w:p>
    <w:p>
      <w:pPr>
        <w:jc w:val="center"/>
      </w:pPr>
      <w:r>
        <w:rPr>
          <w:rFonts w:ascii="Gentium Plus" w:hAnsi="Gentium Plus"/>
          <w:b/>
          <w:sz w:val="24"/>
        </w:rPr>
        <w:t>ΛΘʹ. Χαλκιδίᾳ.</w:t>
      </w:r>
    </w:p>
    <w:p>
      <w:r>
        <w:rPr>
          <w:rFonts w:ascii="Courier New" w:hAnsi="Courier New"/>
          <w:color w:val="555555"/>
          <w:sz w:val="20"/>
        </w:rPr>
        <w:t>[39]</w:t>
      </w:r>
    </w:p>
    <w:p>
      <w:r>
        <w:rPr>
          <w:rFonts w:ascii="Gentium Plus" w:hAnsi="Gentium Plus"/>
          <w:sz w:val="24"/>
        </w:rPr>
        <w:t>Οἶδα τὴν ἀγάπην ἣν ἔσχες περὶ ἡμᾶς ἄνωθεν καὶ</w:t>
      </w:r>
    </w:p>
    <w:p>
      <w:r>
        <w:rPr>
          <w:rFonts w:ascii="Courier New" w:hAnsi="Courier New"/>
          <w:color w:val="555555"/>
          <w:sz w:val="20"/>
        </w:rPr>
        <w:t>[40]</w:t>
      </w:r>
    </w:p>
    <w:p>
      <w:r>
        <w:rPr>
          <w:rFonts w:ascii="Gentium Plus" w:hAnsi="Gentium Plus"/>
          <w:sz w:val="24"/>
        </w:rPr>
        <w:t>ἐξ ἀρχῆς, καὶ ὅτι ἀκμάζουσαν αὐτὴν διατηρεῖς, καὶ ὅτι αὐτῇ καὶ προσθήκας ἐργάζῃ, καὶ οὐ μόνον οὐδὲν αὐτὴν εἴασας ἀμαυροτέραν γενέσθαι ἀπὸ τοῦ χωρι‐ σμοῦ, καὶ τοῦ τοσούτου χρόνου, ἀλλὰ καὶ μᾶλλον αὐ‐ τὴν ἀνάπτεις. Οἶδ’ ὅτι καὶ μετὰ πολλῆς δέχῃ τῆς</w:t>
      </w:r>
    </w:p>
    <w:p>
      <w:r>
        <w:rPr>
          <w:rFonts w:ascii="Courier New" w:hAnsi="Courier New"/>
          <w:color w:val="555555"/>
          <w:sz w:val="20"/>
        </w:rPr>
        <w:t>[45]</w:t>
      </w:r>
    </w:p>
    <w:p>
      <w:r>
        <w:rPr>
          <w:rFonts w:ascii="Gentium Plus" w:hAnsi="Gentium Plus"/>
          <w:sz w:val="24"/>
        </w:rPr>
        <w:t>εὐφροσύνης τὰ παρ’ ἡμῶν γράμματα, καὶ ὅτι καὶ γράφουσα καὶ σιγῶσα ὁμοίως περὶ ἡμᾶς διάκεισαι, πολλὴν τοῦ πράγματος καὶ ἐν πολλῷ τῷ χρόνῳ τὴν πεῖραν εἰληφώς. Διὸ δὴ παρακαλοῦμεν τὴν τιμιότη‐ τά σου καὶ περὶ ἡμᾶς οὕτω διακεῖσθαι· πολλὰ γὰρ</w:t>
      </w:r>
    </w:p>
    <w:p>
      <w:r>
        <w:rPr>
          <w:rFonts w:ascii="Courier New" w:hAnsi="Courier New"/>
          <w:color w:val="555555"/>
          <w:sz w:val="20"/>
        </w:rPr>
        <w:t>[52 . 631 (50)]</w:t>
      </w:r>
    </w:p>
    <w:p>
      <w:r>
        <w:rPr>
          <w:rFonts w:ascii="Gentium Plus" w:hAnsi="Gentium Plus"/>
          <w:sz w:val="24"/>
        </w:rPr>
        <w:t>ἐνέχυρά σου τῆς γνησίας ἀγάπης ἔχομεν, πολλὰ ὑπομνήματα. Διὸ καὶ ἐν τῇ ψυχῇ σε διηνεκῶς περι‐ φέρομεν, ἐγκολάψαντες ἡμῶν τῇ διανοίᾳ, καὶ τὴν μνήμην σου ἄληστον ἔχομεν, κἂν μὴ διηνεκῶς γρά‐ φωμεν, διὰ τὴν σπάνιν τῶν γραμματηφόρων ἐγκο‐</w:t>
      </w:r>
    </w:p>
    <w:p>
      <w:r>
        <w:rPr>
          <w:rFonts w:ascii="Courier New" w:hAnsi="Courier New"/>
          <w:color w:val="555555"/>
          <w:sz w:val="20"/>
        </w:rPr>
        <w:t>[55]</w:t>
      </w:r>
    </w:p>
    <w:p>
      <w:r>
        <w:rPr>
          <w:rFonts w:ascii="Gentium Plus" w:hAnsi="Gentium Plus"/>
          <w:sz w:val="24"/>
        </w:rPr>
        <w:t>πτόμενοι. Ταῦτ’ οὖν εἰδυῖα, κυρία μου κοσμιωτάτη</w:t>
      </w:r>
    </w:p>
    <w:p>
      <w:r>
        <w:rPr>
          <w:rFonts w:ascii="Courier New" w:hAnsi="Courier New"/>
          <w:color w:val="555555"/>
          <w:sz w:val="20"/>
        </w:rPr>
        <w:t>[52 . 632]</w:t>
      </w:r>
    </w:p>
    <w:p>
      <w:r>
        <w:rPr>
          <w:rFonts w:ascii="Gentium Plus" w:hAnsi="Gentium Plus"/>
          <w:sz w:val="24"/>
        </w:rPr>
        <w:t>περὶ τῆς ὑγιείας τῆς σῆς. Ἡμεῖς μὲν γὰρ κἂν μὴ δεξώμεθα γράμματα, τοὺς ἐκεῖθεν ἐρχομένους συν‐ εχῶς ἐρωτῶμεν τοῦτο· βουλόμεθα δὲ καὶ παρὰ τῆς κοσμιότητος τῆς σῆς συνεχῶς δέχεσθαι ἐπιστολὰς,</w:t>
      </w:r>
    </w:p>
    <w:p>
      <w:r>
        <w:rPr>
          <w:rFonts w:ascii="Courier New" w:hAnsi="Courier New"/>
          <w:color w:val="555555"/>
          <w:sz w:val="20"/>
        </w:rPr>
        <w:t>[5]</w:t>
      </w:r>
    </w:p>
    <w:p>
      <w:r>
        <w:rPr>
          <w:rFonts w:ascii="Gentium Plus" w:hAnsi="Gentium Plus"/>
          <w:sz w:val="24"/>
        </w:rPr>
        <w:t>εὐαγγελιζομένας ἡμᾶς τὰ περὶ τῆς ῥώσεως τῆς σῆς.</w:t>
      </w:r>
    </w:p>
    <w:p>
      <w:pPr>
        <w:jc w:val="center"/>
      </w:pPr>
      <w:r>
        <w:rPr>
          <w:rFonts w:ascii="Gentium Plus" w:hAnsi="Gentium Plus"/>
          <w:b/>
          <w:sz w:val="24"/>
        </w:rPr>
        <w:t>Μʹ. Ἀσυγκριτίᾳ.</w:t>
      </w:r>
    </w:p>
    <w:p>
      <w:r>
        <w:rPr>
          <w:rFonts w:ascii="Courier New" w:hAnsi="Courier New"/>
          <w:color w:val="555555"/>
          <w:sz w:val="20"/>
        </w:rPr>
        <w:t>[7]</w:t>
      </w:r>
    </w:p>
    <w:p>
      <w:r>
        <w:rPr>
          <w:rFonts w:ascii="Gentium Plus" w:hAnsi="Gentium Plus"/>
          <w:sz w:val="24"/>
        </w:rPr>
        <w:t>Οἶδα ὅτι ἐν πολλῇ θλίψει καθέστηκας νῦν. Ἀλλ’ ὥσπερ τοῦτο οἶδα, οὕτως κἀκεῖνο ἐπίσταμαι, ὅτι πο‐ λύς σε ἐκ τῶν θλίψεων τούτων ἀναμένει μισθὸς, καὶ</w:t>
      </w:r>
    </w:p>
    <w:p>
      <w:r>
        <w:rPr>
          <w:rFonts w:ascii="Courier New" w:hAnsi="Courier New"/>
          <w:color w:val="555555"/>
          <w:sz w:val="20"/>
        </w:rPr>
        <w:t>[10]</w:t>
      </w:r>
    </w:p>
    <w:p>
      <w:r>
        <w:rPr>
          <w:rFonts w:ascii="Gentium Plus" w:hAnsi="Gentium Plus"/>
          <w:sz w:val="24"/>
        </w:rPr>
        <w:t>μεγάλη ἀμοιβὴ καὶ ἀντίδοσις κεῖται. Εἰ γὰρ καὶ ἀθυ‐ μία, ἀλλὰ τὴν ψυχὴν ὠφελοῦσα, καὶ πολλὰ τὰ βραβεῖα προξενοῦσα. Ταῦτ’ οὖν εἰδυῖα καὶ λογιζο‐ μένη, μεγίστην ἐντεῦθεν καρποῦ τὴν παράκλησιν, μὴ τὸ ὀδυνηρὸν μόνον ὁρῶσα τῶν θλίψεων, ἀλλὰ καὶ</w:t>
      </w:r>
    </w:p>
    <w:p>
      <w:r>
        <w:rPr>
          <w:rFonts w:ascii="Courier New" w:hAnsi="Courier New"/>
          <w:color w:val="555555"/>
          <w:sz w:val="20"/>
        </w:rPr>
        <w:t>[15]</w:t>
      </w:r>
    </w:p>
    <w:p>
      <w:r>
        <w:rPr>
          <w:rFonts w:ascii="Gentium Plus" w:hAnsi="Gentium Plus"/>
          <w:sz w:val="24"/>
        </w:rPr>
        <w:t>τὸ ἐκ τούτων συναγόμενον κέρδος· καὶ γράφε συν‐ εχῶς ἡμῖν περὶ τῆς ὑγιείας τῆς σῆς. Ἐπεὶ καὶ νῦν οὐχ ὡς ἔτυχεν ἠλγήσαμεν, ἀκούσαντές σε ἀῤῥωστεῖν. Διὸ καὶ σφόδρα ἐπιζητοῦμεν μανθάνειν μετὰ πολλοῦ τοῦ τάχους, εἰ ῥᾷόν σοι διετέθη τὰ τῆς ἀῤῥωστίας,</w:t>
      </w:r>
    </w:p>
    <w:p>
      <w:r>
        <w:rPr>
          <w:rFonts w:ascii="Courier New" w:hAnsi="Courier New"/>
          <w:color w:val="555555"/>
          <w:sz w:val="20"/>
        </w:rPr>
        <w:t>[20]</w:t>
      </w:r>
    </w:p>
    <w:p>
      <w:r>
        <w:rPr>
          <w:rFonts w:ascii="Gentium Plus" w:hAnsi="Gentium Plus"/>
          <w:sz w:val="24"/>
        </w:rPr>
        <w:t>ὥστε τῆς ἐπὶ ταύτῃ φροντίδος ἀνεθῆναι.</w:t>
      </w:r>
    </w:p>
    <w:p>
      <w:pPr>
        <w:jc w:val="center"/>
      </w:pPr>
      <w:r>
        <w:rPr>
          <w:rFonts w:ascii="Gentium Plus" w:hAnsi="Gentium Plus"/>
          <w:b/>
          <w:sz w:val="24"/>
        </w:rPr>
        <w:t>ΜΑʹ. Βαλεντίνῳ.</w:t>
      </w:r>
    </w:p>
    <w:p>
      <w:r>
        <w:rPr>
          <w:rFonts w:ascii="Courier New" w:hAnsi="Courier New"/>
          <w:color w:val="555555"/>
          <w:sz w:val="20"/>
        </w:rPr>
        <w:t>[22]</w:t>
      </w:r>
    </w:p>
    <w:p>
      <w:r>
        <w:rPr>
          <w:rFonts w:ascii="Gentium Plus" w:hAnsi="Gentium Plus"/>
          <w:sz w:val="24"/>
        </w:rPr>
        <w:t>Τρίτην πέμπω ταύτην ἐπιστολὴν, οὐδεμίαν αὐτὸς δεξάμενος παρὰ τῆς μεγαλοπρεπείας τῆς σῆς. Ἀλλ’ ὅτι μὲν μετὰ πολλῆς τῆς εὐφροσύνης ἐδέξω ἡμῶν τὰ</w:t>
      </w:r>
    </w:p>
    <w:p>
      <w:r>
        <w:rPr>
          <w:rFonts w:ascii="Courier New" w:hAnsi="Courier New"/>
          <w:color w:val="555555"/>
          <w:sz w:val="20"/>
        </w:rPr>
        <w:t>[25]</w:t>
      </w:r>
    </w:p>
    <w:p>
      <w:r>
        <w:rPr>
          <w:rFonts w:ascii="Gentium Plus" w:hAnsi="Gentium Plus"/>
          <w:sz w:val="24"/>
        </w:rPr>
        <w:t>γράμματα, καὶ τὸν ἐγχειρίσαντα ταῦτα τῆς σοι προσ‐ ηκούσης ἐποίησας ἀπολαῦσαι τιμῆς, καὶ τὰ παρὰ σαυτοῦ πάντα εἰσήνεγκας, ἐν οἷς ἐδεῖτό σου τῆς δυ‐ νάμεως, ἔγνωμεν, καὶ οὐδὲν ἡμᾶς τούτων ἔλαθεν· ἐπιστολὴν δὲ οὐδεμίαν ἐκομισάμεθα. Καὶ εἰ μὲν ἄλ‐</w:t>
      </w:r>
    </w:p>
    <w:p>
      <w:r>
        <w:rPr>
          <w:rFonts w:ascii="Courier New" w:hAnsi="Courier New"/>
          <w:color w:val="555555"/>
          <w:sz w:val="20"/>
        </w:rPr>
        <w:t>[30]</w:t>
      </w:r>
    </w:p>
    <w:p>
      <w:r>
        <w:rPr>
          <w:rFonts w:ascii="Gentium Plus" w:hAnsi="Gentium Plus"/>
          <w:sz w:val="24"/>
        </w:rPr>
        <w:t>λος τις ἦν τῶν οὐ σφόδρα γενναίων ὁ σιωπήσας το‐ σοῦτον, ἐνομίσαμεν ἂν αὐτῷ πρόφασιν εἰς ἀπολογίαν εἶναι τῶν πραγμάτων τὸν ὄχλον. Ἐπειδὴ δέ σου τὸ ὑψηλὸν τῆς σῆς διανοίας ἴσμεν, τὸ θερμὸν τῆς ἀγά‐ πης, τὸ γνήσιον, τὸ εἰλικρινὲς, τὸ διαρκὲς, τὸ μόνι‐</w:t>
      </w:r>
    </w:p>
    <w:p>
      <w:r>
        <w:rPr>
          <w:rFonts w:ascii="Courier New" w:hAnsi="Courier New"/>
          <w:color w:val="555555"/>
          <w:sz w:val="20"/>
        </w:rPr>
        <w:t>[35]</w:t>
      </w:r>
    </w:p>
    <w:p>
      <w:r>
        <w:rPr>
          <w:rFonts w:ascii="Gentium Plus" w:hAnsi="Gentium Plus"/>
          <w:sz w:val="24"/>
        </w:rPr>
        <w:t>μον, οὐκ ἂν δεξαίμεθα ταύτην ἀπολογίαν, οὐδ’ αὖ τὸ μὴ ἐκεῖσε διατρίβειν σου τὴν θαυμασιότητα· καὶ γὰρ καὶ τοῦτο ἔγνωμεν. Ἀλλ’ ἑνὶ μόνῳ καρπωσόμεθα τῆς μακρᾶς σιγῆς παραμυθίαν, εἰ βουληθείης εἰς τὸ ἐπιὸν τὸ παροφθὲν ἐν τῷ παρελθόντι χρόνῳ ἀνακτήσα‐</w:t>
      </w:r>
    </w:p>
    <w:p>
      <w:r>
        <w:rPr>
          <w:rFonts w:ascii="Courier New" w:hAnsi="Courier New"/>
          <w:color w:val="555555"/>
          <w:sz w:val="20"/>
        </w:rPr>
        <w:t>[40]</w:t>
      </w:r>
    </w:p>
    <w:p>
      <w:r>
        <w:rPr>
          <w:rFonts w:ascii="Gentium Plus" w:hAnsi="Gentium Plus"/>
          <w:sz w:val="24"/>
        </w:rPr>
        <w:t>σθαι, καὶ πέμψαι νιφάδας γραμμάτων ἡμῖν, ἀπὸ τῆς μέλι ῥεούσης γλώττης τὰ περὶ τῆς ὑγιείας σοῦ τε καὶ τῆς ἀσφαλείας δηλούντων. Εἰ γὰρ καὶ ἐν ἐρημίᾳ καθήμεθα, καὶ πολιορκίᾳ χαλεπῇ, καὶ μυρίοις περι‐ εστοιχίσμεθα δεινοῖς, ἀλλ’ ὅμως οὐ παυόμεθα με‐</w:t>
      </w:r>
    </w:p>
    <w:p>
      <w:r>
        <w:rPr>
          <w:rFonts w:ascii="Courier New" w:hAnsi="Courier New"/>
          <w:color w:val="555555"/>
          <w:sz w:val="20"/>
        </w:rPr>
        <w:t>[45]</w:t>
      </w:r>
    </w:p>
    <w:p>
      <w:r>
        <w:rPr>
          <w:rFonts w:ascii="Gentium Plus" w:hAnsi="Gentium Plus"/>
          <w:sz w:val="24"/>
        </w:rPr>
        <w:t>ριμνῶντες τὴν σὴν θαυμασιότητα· καὶ καθ’ ἑκάστην πυνθανόμεθα ἐν τίσιν ὁρμᾷ τὰ σά. Ἵν’ οὖν μὴ παρ’ ἑτέρων, ἀλλὰ καὶ παρὰ τῆς γλυκείας καὶ ποθεινοτά‐ της ἡμῖν διαθέσεως ταῦτα μανθάνωμεν, γράφε συν‐ εχῶς ἡμῖν τὰ περὶ τῆς ῥώσεως τῆς σῆς· καὶ τὸ πᾶν</w:t>
      </w:r>
    </w:p>
    <w:p>
      <w:r>
        <w:rPr>
          <w:rFonts w:ascii="Courier New" w:hAnsi="Courier New"/>
          <w:color w:val="555555"/>
          <w:sz w:val="20"/>
        </w:rPr>
        <w:t>[52 . 632 (50)]</w:t>
      </w:r>
    </w:p>
    <w:p>
      <w:r>
        <w:rPr>
          <w:rFonts w:ascii="Gentium Plus" w:hAnsi="Gentium Plus"/>
          <w:sz w:val="24"/>
        </w:rPr>
        <w:t>ἀπειλήφαμεν, ἢν δεξώμεθα ἐπιστολὰς ταῦτα φερού‐</w:t>
      </w:r>
    </w:p>
    <w:p>
      <w:pPr>
        <w:jc w:val="center"/>
      </w:pPr>
      <w:r>
        <w:rPr>
          <w:rFonts w:ascii="Gentium Plus" w:hAnsi="Gentium Plus"/>
          <w:b/>
          <w:sz w:val="24"/>
        </w:rPr>
        <w:t>ΜΒʹ. Κανδιδιανῷ.</w:t>
      </w:r>
    </w:p>
    <w:p>
      <w:r>
        <w:rPr>
          <w:rFonts w:ascii="Courier New" w:hAnsi="Courier New"/>
          <w:color w:val="555555"/>
          <w:sz w:val="20"/>
        </w:rPr>
        <w:t>[2]</w:t>
      </w:r>
    </w:p>
    <w:p>
      <w:r>
        <w:rPr>
          <w:rFonts w:ascii="Gentium Plus" w:hAnsi="Gentium Plus"/>
          <w:sz w:val="24"/>
        </w:rPr>
        <w:t>Πολὺ τῆς ὁδοῦ τὸ μέσον τὸ διεῖργον ἡμᾶς, ἀλλ’ οὐδὲ ὁ χρόνος βραχὺς, ἐξ οὗ τῆς θαυμασιότητος ἐχω‐ ρίσθημεν τῆς σῆς· καὶ τῶν πραγμάτων δὲ πολὺς ὁ</w:t>
      </w:r>
    </w:p>
    <w:p>
      <w:r>
        <w:rPr>
          <w:rFonts w:ascii="Courier New" w:hAnsi="Courier New"/>
          <w:color w:val="555555"/>
          <w:sz w:val="20"/>
        </w:rPr>
        <w:t>[5]</w:t>
      </w:r>
    </w:p>
    <w:p>
      <w:r>
        <w:rPr>
          <w:rFonts w:ascii="Gentium Plus" w:hAnsi="Gentium Plus"/>
          <w:sz w:val="24"/>
        </w:rPr>
        <w:t>περιεστὼς ἡμᾶς ὄχλος, ἐρημία χωρίου χαλεπωτάτη, πολιορκία ἀφόρητος, ἔφοδοι, καταδρομαὶ λῃστῶν, ἑτέρα στενοχωρία, ἡ τοῦ σώματος ἀῤῥωστία. Ἀλλ’ ὅμως οὐδὲν τούτων ῥᾳθυμοτέρους ἡμᾶς περὶ τὴν ἀγά‐ πην τὴν σὴν πεποίηκεν, ἀλλ’ ἀκμάζουσαν αὐτὴν καὶ</w:t>
      </w:r>
    </w:p>
    <w:p>
      <w:r>
        <w:rPr>
          <w:rFonts w:ascii="Courier New" w:hAnsi="Courier New"/>
          <w:color w:val="555555"/>
          <w:sz w:val="20"/>
        </w:rPr>
        <w:t>[10]</w:t>
      </w:r>
    </w:p>
    <w:p>
      <w:r>
        <w:rPr>
          <w:rFonts w:ascii="Gentium Plus" w:hAnsi="Gentium Plus"/>
          <w:sz w:val="24"/>
        </w:rPr>
        <w:t>ἀνθοῦσαν διατηροῦμεν, ἐπὶ διανοίας σε περιφέ‐ ροντες, ὅπουπερ ἂν ὦμεν, καὶ ἄληστόν σου τὴν μνή‐ μην ἔχοντες, καὶ τὸ εὐγενές σου τῆς ψυχῆς, τὸ ἐλευ‐ θέριον, τὸ ἄτρεπτον, τὸ ἀκλινὲς τῆς γνησίας ἀγάπης, τὸ θερμὸν τῆς διαθέσεως ἐγκολάψαντες ἡμῶν τῇ δια‐</w:t>
      </w:r>
    </w:p>
    <w:p>
      <w:r>
        <w:rPr>
          <w:rFonts w:ascii="Courier New" w:hAnsi="Courier New"/>
          <w:color w:val="555555"/>
          <w:sz w:val="20"/>
        </w:rPr>
        <w:t>[15]</w:t>
      </w:r>
    </w:p>
    <w:p>
      <w:r>
        <w:rPr>
          <w:rFonts w:ascii="Gentium Plus" w:hAnsi="Gentium Plus"/>
          <w:sz w:val="24"/>
        </w:rPr>
        <w:t>νοίᾳ. Οὕτως ἐνταῦθα διάγομεν, μεγίστην παραμυθίαν τῆς τοσαύτης ἐρημίας τὴν μνήμην τῶν σῶν κατορθω‐ μάτων ἔχοντες. Γράφε δὴ καὶ αὐτὸς ἡμῖν συνεχῶς, δέσποτά μου θαυμασιώτατε καὶ μεγαλοπρεπέστατε, τὰ περὶ τῆς ὑγιείας τῆς σῆς εὐαγγελιζόμενος. Οἶσθα</w:t>
      </w:r>
    </w:p>
    <w:p>
      <w:r>
        <w:rPr>
          <w:rFonts w:ascii="Courier New" w:hAnsi="Courier New"/>
          <w:color w:val="555555"/>
          <w:sz w:val="20"/>
        </w:rPr>
        <w:t>[20]</w:t>
      </w:r>
    </w:p>
    <w:p>
      <w:r>
        <w:rPr>
          <w:rFonts w:ascii="Gentium Plus" w:hAnsi="Gentium Plus"/>
          <w:sz w:val="24"/>
        </w:rPr>
        <w:t>γὰρ ὅπως αὐτῆς ἀντεχόμεθα (καὶ γὰρ περισπούδαστον ἡμῖν περὶ ταύτης μανθάνειν), καὶ ὅτι διπλῆν καρ‐ πωσόμεθα τὴν εὐφροσύνην, τῷ τε ἐπιστέλλειν αὐτὸν, τῷ τε τοιαῦτα δέχεσθαι ἡμᾶς γράμματα παρὰ τῆς μεγαλοπρεπείας τῆς σῆς.</w:t>
      </w:r>
    </w:p>
    <w:p>
      <w:pPr>
        <w:jc w:val="center"/>
      </w:pPr>
      <w:r>
        <w:rPr>
          <w:rFonts w:ascii="Gentium Plus" w:hAnsi="Gentium Plus"/>
          <w:b/>
          <w:sz w:val="24"/>
        </w:rPr>
        <w:t>ΜΓʹ. Βασσιανῇ.</w:t>
      </w:r>
    </w:p>
    <w:p>
      <w:r>
        <w:rPr>
          <w:rFonts w:ascii="Courier New" w:hAnsi="Courier New"/>
          <w:color w:val="555555"/>
          <w:sz w:val="20"/>
        </w:rPr>
        <w:t>[26]</w:t>
      </w:r>
    </w:p>
    <w:p>
      <w:r>
        <w:rPr>
          <w:rFonts w:ascii="Gentium Plus" w:hAnsi="Gentium Plus"/>
          <w:sz w:val="24"/>
        </w:rPr>
        <w:t>Αὐτὴ μὲν μακρὸν ἐσίγησας χρόνον, καὶ ταῦτα ἔχουσα τὸν κύριόν μου τὸν τιμιώτατον καὶ εὐλαβέστα‐ τον Θεόδοτον τὸν διάκονον, δυνάμενον ῥᾳδίως εὑρί‐ σκειν τοὺς ἐκεῖθεν ἐνταῦθα ἀφικνουμένους. Ἡμεῖς δὲ</w:t>
      </w:r>
    </w:p>
    <w:p>
      <w:r>
        <w:rPr>
          <w:rFonts w:ascii="Courier New" w:hAnsi="Courier New"/>
          <w:color w:val="555555"/>
          <w:sz w:val="20"/>
        </w:rPr>
        <w:t>[30]</w:t>
      </w:r>
    </w:p>
    <w:p>
      <w:r>
        <w:rPr>
          <w:rFonts w:ascii="Gentium Plus" w:hAnsi="Gentium Plus"/>
          <w:sz w:val="24"/>
        </w:rPr>
        <w:t>οὐδὲ ἐντεῦθεν ὑποπτεύομέν σου τὴν ἀγάπην, ὡς ῥᾳ‐ θυμοτέραν γεγενημένην περὶ ἡμᾶς· πολλὴν γὰρ αὐ‐ τῆς πεῖραν, καὶ διὰ πολλῶν εἰλήφαμεν, καὶ ἔγνωμεν αὐτῆς τὸ λαμπρὸν καὶ εἰλικρινὲς, τὸ γνήσιον καὶ ἀπερίτρεπτον. Διὸ κἂν γράφῃς, κἂν σιγᾷς, ὁμοίως</w:t>
      </w:r>
    </w:p>
    <w:p>
      <w:r>
        <w:rPr>
          <w:rFonts w:ascii="Courier New" w:hAnsi="Courier New"/>
          <w:color w:val="555555"/>
          <w:sz w:val="20"/>
        </w:rPr>
        <w:t>[35]</w:t>
      </w:r>
    </w:p>
    <w:p>
      <w:r>
        <w:rPr>
          <w:rFonts w:ascii="Gentium Plus" w:hAnsi="Gentium Plus"/>
          <w:sz w:val="24"/>
        </w:rPr>
        <w:t>διακείμεθά σου περὶ τὴν εὐγένειαν, καὶ θαῤῥοῦμεν περὶ τῆς διαθέσεως τῆς σῆς, ὡς ἀκεραίου καὶ ἀκραι‐ φνοῦς μενούσης. Ἀλλ’ ὅμως καὶ οὕτω διακείμενοι, σφόδρα βουλόμεθα συνεχῆ δέχεσθαι γράμματα παρ’ ὑμῶν, εὐαγγελιζόμενα ἡμᾶς περὶ τῆς ὑγιείας τῆς</w:t>
      </w:r>
    </w:p>
    <w:p>
      <w:r>
        <w:rPr>
          <w:rFonts w:ascii="Courier New" w:hAnsi="Courier New"/>
          <w:color w:val="555555"/>
          <w:sz w:val="20"/>
        </w:rPr>
        <w:t>[40]</w:t>
      </w:r>
    </w:p>
    <w:p>
      <w:r>
        <w:rPr>
          <w:rFonts w:ascii="Gentium Plus" w:hAnsi="Gentium Plus"/>
          <w:sz w:val="24"/>
        </w:rPr>
        <w:t>ὑμετέρας, καὶ τοῦ οἴκου ὑμῶν παντός. Ἐπειδὴ καὶ σφόδρα ταύτης ἐπιθυμοῦμεν καὶ ἀντεχόμεθα, καθά‐ περ καὶ αὐτὴ οἶσθα. Ταῦτα οὖν εἰδυῖα, κυρία μου κοσμιωτάτη καὶ εὐγενεστάτη, χαρίζου τὴν χάριν ἡμῖν ταύτην, κούφην τε οὖσαν καὶ ῥᾳδίαν, καὶ εὔλογον,</w:t>
      </w:r>
    </w:p>
    <w:p>
      <w:r>
        <w:rPr>
          <w:rFonts w:ascii="Courier New" w:hAnsi="Courier New"/>
          <w:color w:val="555555"/>
          <w:sz w:val="20"/>
        </w:rPr>
        <w:t>[45]</w:t>
      </w:r>
    </w:p>
    <w:p>
      <w:r>
        <w:rPr>
          <w:rFonts w:ascii="Gentium Plus" w:hAnsi="Gentium Plus"/>
          <w:sz w:val="24"/>
        </w:rPr>
        <w:t>καὶ πολλὴν ἡμῖν καὶ ἐν ἐρημίᾳ καθημένοις παρέχου‐ σαν τὴν παραμυθίαν.</w:t>
      </w:r>
    </w:p>
    <w:p>
      <w:pPr>
        <w:jc w:val="center"/>
      </w:pPr>
      <w:r>
        <w:rPr>
          <w:rFonts w:ascii="Gentium Plus" w:hAnsi="Gentium Plus"/>
          <w:b/>
          <w:sz w:val="24"/>
        </w:rPr>
        <w:t>ΜΔʹ. Θεοδότῳ διακόνῳ.</w:t>
      </w:r>
    </w:p>
    <w:p>
      <w:r>
        <w:rPr>
          <w:rFonts w:ascii="Courier New" w:hAnsi="Courier New"/>
          <w:color w:val="555555"/>
          <w:sz w:val="20"/>
        </w:rPr>
        <w:t>[48]</w:t>
      </w:r>
    </w:p>
    <w:p>
      <w:r>
        <w:rPr>
          <w:rFonts w:ascii="Gentium Plus" w:hAnsi="Gentium Plus"/>
          <w:sz w:val="24"/>
        </w:rPr>
        <w:t>Οἶδα καὶ αὐτὸς, ὅτι οὐκ ἂν ἡμῖν διὰ γραμμάτων συνεγένου, εἰ διὰ παρουσίας ἐξῆν· ἀλλὰ πάντα ἀφεὶς</w:t>
      </w:r>
    </w:p>
    <w:p>
      <w:r>
        <w:rPr>
          <w:rFonts w:ascii="Courier New" w:hAnsi="Courier New"/>
          <w:color w:val="555555"/>
          <w:sz w:val="20"/>
        </w:rPr>
        <w:t>[52 . 633 (50)]</w:t>
      </w:r>
    </w:p>
    <w:p>
      <w:r>
        <w:rPr>
          <w:rFonts w:ascii="Gentium Plus" w:hAnsi="Gentium Plus"/>
          <w:sz w:val="24"/>
        </w:rPr>
        <w:t>μεθ’ ἡμῶν ἔμελλες εἶναι, εἰ μὴ κώλυμα ἦν, καὶ κώ‐ λυμα μέγιστον, καὶ ἡ τοῦ ἔτους ὥρα, καὶ τῶν πρα‐ γμάτων ἡ δυσκολία, καὶ τῶν ἐνταῦθα ἡ καθ’ ἑκά‐ στην ἡμέραν ἐπιτεινομένη πρὸς τὸ χεῖρον ἐρημία. Καὶ οὐδὲν δέομαι τοῦτο παρὰ σοῦ μανθάνειν. Ἐπει‐</w:t>
      </w:r>
    </w:p>
    <w:p>
      <w:r>
        <w:rPr>
          <w:rFonts w:ascii="Courier New" w:hAnsi="Courier New"/>
          <w:color w:val="555555"/>
          <w:sz w:val="20"/>
        </w:rPr>
        <w:t>[55]</w:t>
      </w:r>
    </w:p>
    <w:p>
      <w:r>
        <w:rPr>
          <w:rFonts w:ascii="Gentium Plus" w:hAnsi="Gentium Plus"/>
          <w:sz w:val="24"/>
        </w:rPr>
        <w:t>δὴ γὰρ ἔγνων ἅπαξ, ὅτι σφοδρὸς ἡμῶν ἐραστὴς εἶ,</w:t>
      </w:r>
    </w:p>
    <w:p>
      <w:r>
        <w:rPr>
          <w:rFonts w:ascii="Courier New" w:hAnsi="Courier New"/>
          <w:color w:val="555555"/>
          <w:sz w:val="20"/>
        </w:rPr>
        <w:t>[52 . 634]</w:t>
      </w:r>
    </w:p>
    <w:p>
      <w:r>
        <w:rPr>
          <w:rFonts w:ascii="Gentium Plus" w:hAnsi="Gentium Plus"/>
          <w:sz w:val="24"/>
        </w:rPr>
        <w:t>ἔγνων καὶ τοῦτο καλῶς. Ἡμεῖς μὲν οὖν, καὶ μὴ ἀναμνήσαντός σου, πρὸς πάντας ἂν ἐπεστάλκαμεν· ἐθαυμάσαμεν δέ σε καὶ ταύτης τῆς περὶ ἡμᾶς φιλο‐ στοργίας, ὅτι καὶ τῷ τέλει τῆς ἐπιστολῆς παράκλη‐</w:t>
      </w:r>
    </w:p>
    <w:p>
      <w:r>
        <w:rPr>
          <w:rFonts w:ascii="Courier New" w:hAnsi="Courier New"/>
          <w:color w:val="555555"/>
          <w:sz w:val="20"/>
        </w:rPr>
        <w:t>[5]</w:t>
      </w:r>
    </w:p>
    <w:p>
      <w:r>
        <w:rPr>
          <w:rFonts w:ascii="Gentium Plus" w:hAnsi="Gentium Plus"/>
          <w:sz w:val="24"/>
        </w:rPr>
        <w:t>σιν ὑπὲρ τούτου προσέθηκας. Τοῦτο γὰρ ψυχῆς σφό‐ δρα μεριμνώσης τὰ ἡμέτερα, φροντιζούσης, κηδο‐ μένης, γνησίως ἀγαπᾷν ἐπισταμένης. Τοῖς μὲν οὖν ἄλλοις ἅπασιν ἐπέσταλκα· ἐπειδὴ δὲ καὶ τῇ κυρίᾳ μου Καρτερίᾳ πρώην ἦμεν ἐπεσταλκότες, ἔγνω‐</w:t>
      </w:r>
    </w:p>
    <w:p>
      <w:r>
        <w:rPr>
          <w:rFonts w:ascii="Courier New" w:hAnsi="Courier New"/>
          <w:color w:val="555555"/>
          <w:sz w:val="20"/>
        </w:rPr>
        <w:t>[10]</w:t>
      </w:r>
    </w:p>
    <w:p>
      <w:r>
        <w:rPr>
          <w:rFonts w:ascii="Gentium Plus" w:hAnsi="Gentium Plus"/>
          <w:sz w:val="24"/>
        </w:rPr>
        <w:t>μεν δὲ αὐτὴν μὴ διατρίβειν ἐκεῖσε, ἀλλὰ μακρὰν ὁδὸν ἀποδεδημηκέναι· εἰ μὲν οἷόν τε ἐκπεμφθῆναι τὰ γράμματα τὰ ἡμέτερα ἐκεῖ, καὶ τοῦτο γενέσθω, ἐὰν δοκιμάσῃς· εἰ δὲ μὴ δυνατὸν, τοῖς γοῦν κυρίοις μου τιμιωτάτοις καὶ εὐγενεστάτοις τοῖς περὶ Μαρκελλια‐</w:t>
      </w:r>
    </w:p>
    <w:p>
      <w:r>
        <w:rPr>
          <w:rFonts w:ascii="Courier New" w:hAnsi="Courier New"/>
          <w:color w:val="555555"/>
          <w:sz w:val="20"/>
        </w:rPr>
        <w:t>[15]</w:t>
      </w:r>
    </w:p>
    <w:p>
      <w:r>
        <w:rPr>
          <w:rFonts w:ascii="Gentium Plus" w:hAnsi="Gentium Plus"/>
          <w:sz w:val="24"/>
        </w:rPr>
        <w:t>νὸν συντυχὼν διαλέχθητι, ὥστε αὐτῇ εἴ ποτε ἐπιστέλ‐ λοιεν, ἀπολογήσασθαι ὑπὲρ ἡμῶν, ὡς οὐκ ἐῤῥᾳθυ‐ μηκότων, οὐδὲ τὸν μεταξὺ χρόνον σεσιγηκότων, ἀλλ’ ὑπὸ τῆς μακρᾶς αὐτῆς ἀποδημίας κωλυθέντων συν‐ εχέστερον ἐπιστέλλειν πρὸς αὐτήν.</w:t>
      </w:r>
    </w:p>
    <w:p>
      <w:pPr>
        <w:jc w:val="center"/>
      </w:pPr>
      <w:r>
        <w:rPr>
          <w:rFonts w:ascii="Gentium Plus" w:hAnsi="Gentium Plus"/>
          <w:b/>
          <w:sz w:val="24"/>
        </w:rPr>
        <w:t>ΜΕʹ. Συμμάχῳ πρεσβυτέρῳ.</w:t>
      </w:r>
    </w:p>
    <w:p>
      <w:r>
        <w:rPr>
          <w:rFonts w:ascii="Courier New" w:hAnsi="Courier New"/>
          <w:color w:val="555555"/>
          <w:sz w:val="20"/>
        </w:rPr>
        <w:t>[21]</w:t>
      </w:r>
    </w:p>
    <w:p>
      <w:r>
        <w:rPr>
          <w:rFonts w:ascii="Gentium Plus" w:hAnsi="Gentium Plus"/>
          <w:sz w:val="24"/>
        </w:rPr>
        <w:t>Οὐδὲν καινὸν οὐδὲ ἀπεικὸς τεθλιμμένην ὁδεύοντα ὁδὸν στενοχωρεῖσθαι. Τοιαύτη γὰρ τῆς ἀρετῆς ἡ φύ‐ σις, πόνων γέμει καὶ ἱδρώτων, ἐπιβουλῶν καὶ κιν‐ δύνων. Ἀλλ’ ἡ μὲν ὁδὸς τοιαύτη· τὰ δὲ ἐντεῦθεν στέ‐</w:t>
      </w:r>
    </w:p>
    <w:p>
      <w:r>
        <w:rPr>
          <w:rFonts w:ascii="Courier New" w:hAnsi="Courier New"/>
          <w:color w:val="555555"/>
          <w:sz w:val="20"/>
        </w:rPr>
        <w:t>[25]</w:t>
      </w:r>
    </w:p>
    <w:p>
      <w:r>
        <w:rPr>
          <w:rFonts w:ascii="Gentium Plus" w:hAnsi="Gentium Plus"/>
          <w:sz w:val="24"/>
        </w:rPr>
        <w:t>φανοι, βραβεῖα, τὰ ἀπόῤῥητα ἀγαθὰ, καὶ τέλος οὐκ ἔχοντα. Τούτοις τοίνυν σαυτὸν παρακάλει· καὶ γὰρ καὶ ἡ ἄνεσις καὶ ἡ θλίψις ἡ τοῦ παρόντος παροδεύεται βίου, καὶ αὐτῷ τῷ βίῳ συγκαταλύεται. Μηδὲν οὖν μηδὲ ἐκείνων φυσάτω, μηδὲ τούτων ταπεινούτω καὶ</w:t>
      </w:r>
    </w:p>
    <w:p>
      <w:r>
        <w:rPr>
          <w:rFonts w:ascii="Courier New" w:hAnsi="Courier New"/>
          <w:color w:val="555555"/>
          <w:sz w:val="20"/>
        </w:rPr>
        <w:t>[30]</w:t>
      </w:r>
    </w:p>
    <w:p>
      <w:r>
        <w:rPr>
          <w:rFonts w:ascii="Gentium Plus" w:hAnsi="Gentium Plus"/>
          <w:sz w:val="24"/>
        </w:rPr>
        <w:t>συστελλέτω. Ὁ γὰρ ἄριστος κυβερνήτης οὔτε ἐν γα‐ λήνῃ χαυνοῦται, οὔτε ἐν χειμῶνι ταράττεται. Ταῦτ’ οὖν εἰδὼς παρακάλει σαυτὸν, καὶ παραμυθίαν ἐντεῦ‐ θεν καρποῦ τὴν μεγίστην. Γράφε συνεχῶς ἡμῖν τὰ περὶ τῆς ὑγιείας τῆς σῆς. Εἰ γὰρ καὶ πολλῷ τῷ μή‐</w:t>
      </w:r>
    </w:p>
    <w:p>
      <w:r>
        <w:rPr>
          <w:rFonts w:ascii="Courier New" w:hAnsi="Courier New"/>
          <w:color w:val="555555"/>
          <w:sz w:val="20"/>
        </w:rPr>
        <w:t>[35]</w:t>
      </w:r>
    </w:p>
    <w:p>
      <w:r>
        <w:rPr>
          <w:rFonts w:ascii="Gentium Plus" w:hAnsi="Gentium Plus"/>
          <w:sz w:val="24"/>
        </w:rPr>
        <w:t>κει τῆς ὁδοῦ διειργόμεθα, καὶ πολύν σου τῆς ἐμμε‐ λείας ἀπελείφθημεν χρόνον, ἀλλ’ οὐ τῆς ἀγάπης, ἀλλ’ ἄληστον αὐτὴν ἀεὶ περιφέρομεν καὶ ἀκμάζουσαν, ὅπουπερ ἂν ὦμεν ἐπείπερ τοιαύτη τοῦ φιλεῖν γνη‐ σίως ἡ φύσις.</w:t>
      </w:r>
    </w:p>
    <w:p>
      <w:pPr>
        <w:jc w:val="center"/>
      </w:pPr>
      <w:r>
        <w:rPr>
          <w:rFonts w:ascii="Gentium Plus" w:hAnsi="Gentium Plus"/>
          <w:b/>
          <w:sz w:val="24"/>
        </w:rPr>
        <w:t>Μϛʹ. Ῥουφίνῳ.</w:t>
      </w:r>
    </w:p>
    <w:p>
      <w:r>
        <w:rPr>
          <w:rFonts w:ascii="Courier New" w:hAnsi="Courier New"/>
          <w:color w:val="555555"/>
          <w:sz w:val="20"/>
        </w:rPr>
        <w:t>[41]</w:t>
      </w:r>
    </w:p>
    <w:p>
      <w:r>
        <w:rPr>
          <w:rFonts w:ascii="Gentium Plus" w:hAnsi="Gentium Plus"/>
          <w:sz w:val="24"/>
        </w:rPr>
        <w:t>Ἐβουλόμην μὲν συνεχέστερον ἐπιστέλλειν σου τῇ εὐλαβείᾳ, ἐπειδή σε φιλῶ, καὶ σφόδρα φιλῶ, δέσποτά μου αἰδεσιμώτατε καὶ εὐλαβέστατε· καὶ ἀμφότερα ταῦτα οἶσθα καὶ αὐτός. Ἀλλ’ ἐπειδὴ τὸ μὲν ἐν ἡμῖν</w:t>
      </w:r>
    </w:p>
    <w:p>
      <w:r>
        <w:rPr>
          <w:rFonts w:ascii="Courier New" w:hAnsi="Courier New"/>
          <w:color w:val="555555"/>
          <w:sz w:val="20"/>
        </w:rPr>
        <w:t>[45]</w:t>
      </w:r>
    </w:p>
    <w:p>
      <w:r>
        <w:rPr>
          <w:rFonts w:ascii="Gentium Plus" w:hAnsi="Gentium Plus"/>
          <w:sz w:val="24"/>
        </w:rPr>
        <w:t>κεῖται, τὸ δὲ οὐκ ἐν ἡμῖν· τοῦ μὲν γὰρ φιλεῖν ἡμεῖς κύριοι, τοῦ δὲ συνεχῶς ἐπιστέλλειν οὐκ ἔτι, διά τε τῆς ὁδοῦ τὴν δυσκολίαν, καὶ τοῦ ἔτους τὴν ὥραν· ἐκεῖνο μὲν διηνεκῶς ποιοῦμεν, τοῦτο δὲ ἡνίκα ἂν ἐξῇ· μᾶλλον δὲ καὶ τοῦτο διηνεκῶς ποιοῦμεν. Εἰ γὰρ</w:t>
      </w:r>
    </w:p>
    <w:p>
      <w:r>
        <w:rPr>
          <w:rFonts w:ascii="Courier New" w:hAnsi="Courier New"/>
          <w:color w:val="555555"/>
          <w:sz w:val="20"/>
        </w:rPr>
        <w:t>[52 . 634 (50)]</w:t>
      </w:r>
    </w:p>
    <w:p>
      <w:r>
        <w:rPr>
          <w:rFonts w:ascii="Gentium Plus" w:hAnsi="Gentium Plus"/>
          <w:sz w:val="24"/>
        </w:rPr>
        <w:t>καὶ μὴ μέλανι μηδὲ χάρτῃ συνεχῶς ἐπιστέλλομεν, ἀλλὰ γνώμῃ καὶ διανοίᾳ· τοιοῦτον γὰρ τὸ φιλεῖν γνη‐ σίως.</w:t>
      </w:r>
    </w:p>
    <w:p>
      <w:pPr>
        <w:jc w:val="center"/>
      </w:pPr>
      <w:r>
        <w:rPr>
          <w:rFonts w:ascii="Gentium Plus" w:hAnsi="Gentium Plus"/>
          <w:b/>
          <w:sz w:val="24"/>
        </w:rPr>
        <w:t>ΜΖʹ. Ναμαίᾳ.</w:t>
      </w:r>
    </w:p>
    <w:p>
      <w:r>
        <w:rPr>
          <w:rFonts w:ascii="Courier New" w:hAnsi="Courier New"/>
          <w:color w:val="555555"/>
          <w:sz w:val="20"/>
        </w:rPr>
        <w:t>[54]</w:t>
      </w:r>
    </w:p>
    <w:p>
      <w:r>
        <w:rPr>
          <w:rFonts w:ascii="Gentium Plus" w:hAnsi="Gentium Plus"/>
          <w:sz w:val="24"/>
        </w:rPr>
        <w:t>Τί περιέρχῃ ἀπολογίαν ζητοῦσα, καὶ συγγνώμην</w:t>
      </w:r>
    </w:p>
    <w:p>
      <w:r>
        <w:rPr>
          <w:rFonts w:ascii="Courier New" w:hAnsi="Courier New"/>
          <w:color w:val="555555"/>
          <w:sz w:val="20"/>
        </w:rPr>
        <w:t>[52 . 635]</w:t>
      </w:r>
    </w:p>
    <w:p>
      <w:r>
        <w:rPr>
          <w:rFonts w:ascii="Gentium Plus" w:hAnsi="Gentium Plus"/>
          <w:sz w:val="24"/>
        </w:rPr>
        <w:t>αἰτοῦσα ὑπὲρ ὧν ἡμεῖς σε στεφανοῦμεν καὶ ἀνακη‐ ρύττομεν, ὅτι μὲν ἔγραψας, ἀποδεχόμενοι, ὅτι δὲ ὀψὲ καὶ βραδέως, ἐγκαλεῖν ἔχοντες; Ὥστε εἰ νομί‐ ζεις μεγάλα τετολμηκέναι τῷ γράψαι, τοῦτο ἀφεῖσα</w:t>
      </w:r>
    </w:p>
    <w:p>
      <w:r>
        <w:rPr>
          <w:rFonts w:ascii="Courier New" w:hAnsi="Courier New"/>
          <w:color w:val="555555"/>
          <w:sz w:val="20"/>
        </w:rPr>
        <w:t>[5]</w:t>
      </w:r>
    </w:p>
    <w:p>
      <w:r>
        <w:rPr>
          <w:rFonts w:ascii="Gentium Plus" w:hAnsi="Gentium Plus"/>
          <w:sz w:val="24"/>
        </w:rPr>
        <w:t>πρὸς τὸ ἔγκλημα τῆς βραδύτητος μελέτα, καὶ συντί‐ θει τὴν ἀπολογίαν. Καὶ γὰρ ὅσῳπερ ἂν λέγῃς καὶ παρόντας καὶ ἁπόντας ἠγαπηκέναι γνησίως, τοσούτῳ μειζόνως αὔξεις τὴν κατηγορίαν. Εἰ μὲν γὰρ ἁπλῶς τῶν περὶ ἡμᾶς διακειμένων ἦσθα, οὐδὲν ἀπεικὸς</w:t>
      </w:r>
    </w:p>
    <w:p>
      <w:r>
        <w:rPr>
          <w:rFonts w:ascii="Courier New" w:hAnsi="Courier New"/>
          <w:color w:val="555555"/>
          <w:sz w:val="20"/>
        </w:rPr>
        <w:t>[10]</w:t>
      </w:r>
    </w:p>
    <w:p>
      <w:r>
        <w:rPr>
          <w:rFonts w:ascii="Gentium Plus" w:hAnsi="Gentium Plus"/>
          <w:sz w:val="24"/>
        </w:rPr>
        <w:t>μακρὸν χρόνον οὕτω σιγῆσαι· ἐπειδὴ δὲ οὕτω γνη‐ σίαν καὶ θερμὴν περὶ ἡμᾶς ἐπιδεδεῖχθαι ἀγάπην ἔφης, ὡς μηδὲ ἂν ἐλθεῖν παραιτήσεσθαι ὁδὸν οὕτω χαλεπὴν, καὶ φόβῳ λῃστῶν τοσούτων πολιορκουμένην, εἰ μὴ τὰ τῆς ἀῤῥωστίας διέκοπτεν, ἕν σοι λοιπὸν ἀπολογίας</w:t>
      </w:r>
    </w:p>
    <w:p>
      <w:r>
        <w:rPr>
          <w:rFonts w:ascii="Courier New" w:hAnsi="Courier New"/>
          <w:color w:val="555555"/>
          <w:sz w:val="20"/>
        </w:rPr>
        <w:t>[15]</w:t>
      </w:r>
    </w:p>
    <w:p>
      <w:r>
        <w:rPr>
          <w:rFonts w:ascii="Gentium Plus" w:hAnsi="Gentium Plus"/>
          <w:sz w:val="24"/>
        </w:rPr>
        <w:t>λείπεται εἶδος, τὸ νιφάδας ἡμῖν πέμπειν γραμμά‐ των, δυναμένων τὴν ἐκ τῆς μακρᾶς σιγῆς παραμυ‐ θήσασθαι αἰτίαν. Τοῦτο δὲ ποίει, καὶ τὸ πᾶν ἀπειλή‐ φαμεν. Ἐπειδὴ καὶ αὕτη χρονία ἐλθοῦσα ἡ ἐπιστολὴ, ἐπειδὴ θερμῆς ἔπνει τῆς ἀγάπης, καὶ τοῦ παρελ‐</w:t>
      </w:r>
    </w:p>
    <w:p>
      <w:r>
        <w:rPr>
          <w:rFonts w:ascii="Courier New" w:hAnsi="Courier New"/>
          <w:color w:val="555555"/>
          <w:sz w:val="20"/>
        </w:rPr>
        <w:t>[20]</w:t>
      </w:r>
    </w:p>
    <w:p>
      <w:r>
        <w:rPr>
          <w:rFonts w:ascii="Gentium Plus" w:hAnsi="Gentium Plus"/>
          <w:sz w:val="24"/>
        </w:rPr>
        <w:t>θόντος χρόνου τὸ χρέος ἀπέτισεν. Πλὴν ἀλλ’ αἱ λοιπαὶ μὴ μιμείσθωσαν τὴν ταύτης βραδυτῆτα. Οὕτω γὰρ καὶ αὕτη δυνήσεται δεῖξαι ὅτι οὐ δι’ ὄκνον, ἀλλὰ διὰ δέος μάταιον, καθὼς καὶ αὐτὴ ἔφης, χρονία παραγέ‐ γονεν, εἰ αἱ λοιπαὶ μετὰ τάχους καὶ πολλῆς παρα‐</w:t>
      </w:r>
    </w:p>
    <w:p>
      <w:r>
        <w:rPr>
          <w:rFonts w:ascii="Courier New" w:hAnsi="Courier New"/>
          <w:color w:val="555555"/>
          <w:sz w:val="20"/>
        </w:rPr>
        <w:t>[25]</w:t>
      </w:r>
    </w:p>
    <w:p>
      <w:r>
        <w:rPr>
          <w:rFonts w:ascii="Gentium Plus" w:hAnsi="Gentium Plus"/>
          <w:sz w:val="24"/>
        </w:rPr>
        <w:t>γένοιντο τῆς συνεχείας ἡμῖν.</w:t>
      </w:r>
    </w:p>
    <w:p>
      <w:pPr>
        <w:jc w:val="center"/>
      </w:pPr>
      <w:r>
        <w:rPr>
          <w:rFonts w:ascii="Gentium Plus" w:hAnsi="Gentium Plus"/>
          <w:b/>
          <w:sz w:val="24"/>
        </w:rPr>
        <w:t>ΜΗʹ. Ἀραβίῳ.</w:t>
      </w:r>
    </w:p>
    <w:p>
      <w:r>
        <w:rPr>
          <w:rFonts w:ascii="Courier New" w:hAnsi="Courier New"/>
          <w:color w:val="555555"/>
          <w:sz w:val="20"/>
        </w:rPr>
        <w:t>[27]</w:t>
      </w:r>
    </w:p>
    <w:p>
      <w:r>
        <w:rPr>
          <w:rFonts w:ascii="Gentium Plus" w:hAnsi="Gentium Plus"/>
          <w:sz w:val="24"/>
        </w:rPr>
        <w:t>Οἶδά σου τὴν ἀγάπην, οἶδά σου τὸ φίλτρον τὸ θερ‐ μὸν, τὸ γνήσιον, τὸ εἰλικρινὲς, τὸ διαρκὲς, καὶ ὡς οὔτε δυσκολία πραγμάτων, οὔτε ὄχλος φροντίδων,</w:t>
      </w:r>
    </w:p>
    <w:p>
      <w:r>
        <w:rPr>
          <w:rFonts w:ascii="Courier New" w:hAnsi="Courier New"/>
          <w:color w:val="555555"/>
          <w:sz w:val="20"/>
        </w:rPr>
        <w:t>[30]</w:t>
      </w:r>
    </w:p>
    <w:p>
      <w:r>
        <w:rPr>
          <w:rFonts w:ascii="Gentium Plus" w:hAnsi="Gentium Plus"/>
          <w:sz w:val="24"/>
        </w:rPr>
        <w:t>οὔτε περιστάσεων πλῆθος, οὔτε χρόνου μῆκος, οὔτε ὁδοῦ διάστημα δύναται ταύτην ἀμαυροτέραν ποιῆσαι. Διὰ τοῦτο καὶ σφόδρα ἐπιθυμῶ συνεχῶς δέχεσθαι γράμματα παρὰ τῆς εὐγενείας τῆς σῆς, εὐαγγελιζό‐ μενα ἡμᾶς περὶ τῆς ὑγιείας τῆς σῆς. Κἂν ἐγκαλῶ‐</w:t>
      </w:r>
    </w:p>
    <w:p>
      <w:r>
        <w:rPr>
          <w:rFonts w:ascii="Courier New" w:hAnsi="Courier New"/>
          <w:color w:val="555555"/>
          <w:sz w:val="20"/>
        </w:rPr>
        <w:t>[35]</w:t>
      </w:r>
    </w:p>
    <w:p>
      <w:r>
        <w:rPr>
          <w:rFonts w:ascii="Gentium Plus" w:hAnsi="Gentium Plus"/>
          <w:sz w:val="24"/>
        </w:rPr>
        <w:t>μεν, οὐχ ὡς ῥᾳθυμοῦντι ἐγκαλοῦμεν, ἀλλ’ ὡς πλειό‐ νων ἐρῶντες ἐπιστολῶν τοιούτων. Ταῦτ’ οὖν εἰδὼς, δέσποτά μου τιμιώτατε καὶ εὐγενέστατε, δίδου ταύ‐ την ἡμῖν τὴν χάριν, κούφην τε οὖσαν καὶ εὔκολον, καὶ πολλὴν ἡμῖν καὶ ἐν ἐρημίᾳ καθημένοις παρ‐</w:t>
      </w:r>
    </w:p>
    <w:p>
      <w:r>
        <w:rPr>
          <w:rFonts w:ascii="Courier New" w:hAnsi="Courier New"/>
          <w:color w:val="555555"/>
          <w:sz w:val="20"/>
        </w:rPr>
        <w:t>[40]</w:t>
      </w:r>
    </w:p>
    <w:p>
      <w:r>
        <w:rPr>
          <w:rFonts w:ascii="Gentium Plus" w:hAnsi="Gentium Plus"/>
          <w:sz w:val="24"/>
        </w:rPr>
        <w:t>έχουσαν τὴν εὐφροσύνην.</w:t>
      </w:r>
    </w:p>
    <w:p>
      <w:pPr>
        <w:jc w:val="center"/>
      </w:pPr>
      <w:r>
        <w:rPr>
          <w:rFonts w:ascii="Gentium Plus" w:hAnsi="Gentium Plus"/>
          <w:b/>
          <w:sz w:val="24"/>
        </w:rPr>
        <w:t>ΜΘʹ. Ἀλφίῳ.</w:t>
      </w:r>
    </w:p>
    <w:p>
      <w:r>
        <w:rPr>
          <w:rFonts w:ascii="Courier New" w:hAnsi="Courier New"/>
          <w:color w:val="555555"/>
          <w:sz w:val="20"/>
        </w:rPr>
        <w:t>[42]</w:t>
      </w:r>
    </w:p>
    <w:p>
      <w:r>
        <w:rPr>
          <w:rFonts w:ascii="Gentium Plus" w:hAnsi="Gentium Plus"/>
          <w:sz w:val="24"/>
        </w:rPr>
        <w:t>Ἐγὼ μὲν ἐβουλόμην συνεχέστερον ἐπιστέλλειν, ἡ δὲ τῶν γραμματηφόρων σπάνις οὐκ ἀφίησι τὴν ἐπι‐ θυμίαν ταύτην εἰς ἔργον ἐλθεῖν· καὶ γὰρ ἡ τοῦ χωρίου</w:t>
      </w:r>
    </w:p>
    <w:p>
      <w:r>
        <w:rPr>
          <w:rFonts w:ascii="Courier New" w:hAnsi="Courier New"/>
          <w:color w:val="555555"/>
          <w:sz w:val="20"/>
        </w:rPr>
        <w:t>[45]</w:t>
      </w:r>
    </w:p>
    <w:p>
      <w:r>
        <w:rPr>
          <w:rFonts w:ascii="Gentium Plus" w:hAnsi="Gentium Plus"/>
          <w:sz w:val="24"/>
        </w:rPr>
        <w:t>τούτου ἐρημία, καὶ ὁ τῶν Ἰσαύρων φόβος, καὶ ἡ τοῦ χειμῶνος σφοδρότης οὐκ ἐπιτρέπει συνεχῶς τινας ἡμῖν ἐπιχωριάζειν. Ἀλλ’ ὅμως, καὶ γράφοντες καὶ σιγῶντες, τὴν αὐτὴν ἀεὶ περὶ σὲ διάθεσιν τηροῦμεν, τὴν προθυμίαν σου καὶ τὴν σπουδὴν μαν‐</w:t>
      </w:r>
    </w:p>
    <w:p>
      <w:r>
        <w:rPr>
          <w:rFonts w:ascii="Courier New" w:hAnsi="Courier New"/>
          <w:color w:val="555555"/>
          <w:sz w:val="20"/>
        </w:rPr>
        <w:t>[52 . 635 (50)]</w:t>
      </w:r>
    </w:p>
    <w:p>
      <w:r>
        <w:rPr>
          <w:rFonts w:ascii="Gentium Plus" w:hAnsi="Gentium Plus"/>
          <w:sz w:val="24"/>
        </w:rPr>
        <w:t>θάνοντες, ἣν ὑπὲρ τῆς ὠφελείας τῆς σῆς ἔχεις ψυχῆς, τούς τε ἐν εὐλαβείᾳ ζῶντας ἀναπαύειν ἐσπουδακὼς, καὶ τὴν καλὴν ταύτην πραγματευόμενος πραγμα‐ τείαν. Ταῦτ’ οὖν εἰδὼς, κύριέ μου τιμιώτατε καὶ εὐ‐ λαβέστατε, συνεχῶς ἡμῖν ἐπίστελλε τὰ περὶ τῆς σῆς</w:t>
      </w:r>
    </w:p>
    <w:p>
      <w:r>
        <w:rPr>
          <w:rFonts w:ascii="Courier New" w:hAnsi="Courier New"/>
          <w:color w:val="555555"/>
          <w:sz w:val="20"/>
        </w:rPr>
        <w:t>[55]</w:t>
      </w:r>
    </w:p>
    <w:p>
      <w:r>
        <w:rPr>
          <w:rFonts w:ascii="Gentium Plus" w:hAnsi="Gentium Plus"/>
          <w:sz w:val="24"/>
        </w:rPr>
        <w:t>ὑγιείας, καὶ τοῦ οἴκου σου παντός. Οὕτω γὰρ καὶ</w:t>
      </w:r>
    </w:p>
    <w:p>
      <w:r>
        <w:rPr>
          <w:rFonts w:ascii="Courier New" w:hAnsi="Courier New"/>
          <w:color w:val="555555"/>
          <w:sz w:val="20"/>
        </w:rPr>
        <w:t>[52 . 636]</w:t>
      </w:r>
    </w:p>
    <w:p>
      <w:r>
        <w:rPr>
          <w:rFonts w:ascii="Gentium Plus" w:hAnsi="Gentium Plus"/>
          <w:sz w:val="24"/>
        </w:rPr>
        <w:t>ἐν ἐρημίᾳ ὄντες πολλὴν ἔξομεν τὴν εὐφροσύνην, εἰ τοιαῦτα παρὰ τῆς σῆς τιμιότητος δεχόμεθα γράμματα.</w:t>
      </w:r>
    </w:p>
    <w:p>
      <w:pPr>
        <w:jc w:val="center"/>
      </w:pPr>
      <w:r>
        <w:rPr>
          <w:rFonts w:ascii="Gentium Plus" w:hAnsi="Gentium Plus"/>
          <w:b/>
          <w:sz w:val="24"/>
        </w:rPr>
        <w:t>Νʹ. Διογένει.</w:t>
      </w:r>
    </w:p>
    <w:p>
      <w:r>
        <w:rPr>
          <w:rFonts w:ascii="Courier New" w:hAnsi="Courier New"/>
          <w:color w:val="555555"/>
          <w:sz w:val="20"/>
        </w:rPr>
        <w:t>[4]</w:t>
      </w:r>
    </w:p>
    <w:p>
      <w:r>
        <w:rPr>
          <w:rFonts w:ascii="Gentium Plus" w:hAnsi="Gentium Plus"/>
          <w:sz w:val="24"/>
        </w:rPr>
        <w:t>Τὸ γνήσιόν σου τῆς ἀγάπης τῆς περὶ ἡμᾶς ᾔδειμεν</w:t>
      </w:r>
    </w:p>
    <w:p>
      <w:r>
        <w:rPr>
          <w:rFonts w:ascii="Courier New" w:hAnsi="Courier New"/>
          <w:color w:val="555555"/>
          <w:sz w:val="20"/>
        </w:rPr>
        <w:t>[5]</w:t>
      </w:r>
    </w:p>
    <w:p>
      <w:r>
        <w:rPr>
          <w:rFonts w:ascii="Gentium Plus" w:hAnsi="Gentium Plus"/>
          <w:sz w:val="24"/>
        </w:rPr>
        <w:t>μὲν καὶ ἔμπροσθεν, πολλῷ δὲ πλέον ἔγνωμεν νῦν, ὅτε τοσοῦτον τοῦ χειμῶνος ἀρθέντος, οὐ μόνον οὐδὲν ῥᾳθυμότερος, ἀλλὰ καὶ πολλῷ σπουδαιότερος περὶ ἡμᾶς γεγονὼς, μείζω τὴν στοργὴν ἐνεδείξω. Διὰ ταῦτά σε θαυμάζομεν, διὰ ταῦτα καθ’ ἑκάστην</w:t>
      </w:r>
    </w:p>
    <w:p>
      <w:r>
        <w:rPr>
          <w:rFonts w:ascii="Courier New" w:hAnsi="Courier New"/>
          <w:color w:val="555555"/>
          <w:sz w:val="20"/>
        </w:rPr>
        <w:t>[10]</w:t>
      </w:r>
    </w:p>
    <w:p>
      <w:r>
        <w:rPr>
          <w:rFonts w:ascii="Gentium Plus" w:hAnsi="Gentium Plus"/>
          <w:sz w:val="24"/>
        </w:rPr>
        <w:t>ἡμέραν ἀνακηρύττοντες οὐ παυόμεθα. Τὸν μὲν γὰρ ἄφατον τούτων μισθὸν λήψῃ παρὰ τοῦ φιλανθρώπου Θεοῦ, τοῦ ταῖς ἀντιδόσεσιν ἐκ πολλοῦ τοῦ περιόντος νικῶντος ἀεὶ τοὺς ἀγαθόν τι ποιοῦντας, ἢ λέγοντας. Ἡμεῖς δέ σε οἷς ἔχομεν ἀμειβόμεθα, θαυμάζοντές</w:t>
      </w:r>
    </w:p>
    <w:p>
      <w:r>
        <w:rPr>
          <w:rFonts w:ascii="Courier New" w:hAnsi="Courier New"/>
          <w:color w:val="555555"/>
          <w:sz w:val="20"/>
        </w:rPr>
        <w:t>[15]</w:t>
      </w:r>
    </w:p>
    <w:p>
      <w:r>
        <w:rPr>
          <w:rFonts w:ascii="Gentium Plus" w:hAnsi="Gentium Plus"/>
          <w:sz w:val="24"/>
        </w:rPr>
        <w:t>σε, ἐπαινοῦντες, μακαρίζοντες οὐ διαλιμπάνομεν, φιλοῦντες, αἰδούμενοι, τιμῶντες, ἐν διανοίᾳ παντα‐ χοῦ περιφέροντες, ἡνωμένοι σοι καὶ συνδεδεμένοι τῷ τῆς ἀγάπης νόμῳ. Ὅτι γάρ σου τῶν σφοδροτά‐ των ἀεὶ γεγόναμεν ἐραστῶν, οἶσθα καὶ αὐτὸς σαφῶ,</w:t>
      </w:r>
    </w:p>
    <w:p>
      <w:r>
        <w:rPr>
          <w:rFonts w:ascii="Courier New" w:hAnsi="Courier New"/>
          <w:color w:val="555555"/>
          <w:sz w:val="20"/>
        </w:rPr>
        <w:t>[20]</w:t>
      </w:r>
    </w:p>
    <w:p>
      <w:r>
        <w:rPr>
          <w:rFonts w:ascii="Gentium Plus" w:hAnsi="Gentium Plus"/>
          <w:sz w:val="24"/>
        </w:rPr>
        <w:t>δέσποτά μου αἰδεσιμώτατε καὶ θαυμασιώτατε. Διὸ παρακαλῶ τῶν ἀποσταλέντων ἕνεκα μηδὲν ἀλγῆσαι πρὸς ἡμᾶς. Τρυγήσαντες γὰρ καὶ καρπωσάμενοι τὴν ἐξ αὐτῶν τιμὴν, αὐτὰ ἀπεστάλκαμεν οὐκ ἐξ ὀλιγω‐ ρίας, οὐδὲ ἐκ τοῦ μὴ θαῤῥεῖν σου τῇ εὐγενείᾳ, ἀλλὰ</w:t>
      </w:r>
    </w:p>
    <w:p>
      <w:r>
        <w:rPr>
          <w:rFonts w:ascii="Courier New" w:hAnsi="Courier New"/>
          <w:color w:val="555555"/>
          <w:sz w:val="20"/>
        </w:rPr>
        <w:t>[25]</w:t>
      </w:r>
    </w:p>
    <w:p>
      <w:r>
        <w:rPr>
          <w:rFonts w:ascii="Gentium Plus" w:hAnsi="Gentium Plus"/>
          <w:sz w:val="24"/>
        </w:rPr>
        <w:t>διὰ τὸ μὴ καθεστάναι ἐν χρείᾳ. Ὃ δὴ καὶ ἐφ’ ἑτέ‐ ρων πολλῶν πεποιήκαμεν. Καὶ γὰρ καὶ ἕτεροι πολλοὶ καὶ τῆς σῆς εὐγενείας ἄξιοι, καὶ σφόδρα ἡμῶν ἐκ‐ καιόμενοι, ὡς ἔξεστί σου τῇ θαυμασιότητι μανθά‐ νειν, τὸ αὐτὸ δὴ τοῦτο πεποιήκασι, καὶ ἤρκεσε πρὸς</w:t>
      </w:r>
    </w:p>
    <w:p>
      <w:r>
        <w:rPr>
          <w:rFonts w:ascii="Courier New" w:hAnsi="Courier New"/>
          <w:color w:val="555555"/>
          <w:sz w:val="20"/>
        </w:rPr>
        <w:t>[30]</w:t>
      </w:r>
    </w:p>
    <w:p>
      <w:r>
        <w:rPr>
          <w:rFonts w:ascii="Gentium Plus" w:hAnsi="Gentium Plus"/>
          <w:sz w:val="24"/>
        </w:rPr>
        <w:t>αὐτοὺς ἡμῖν αὕτη ἡ ἀπολογία, ἣν καὶ αὐτὸν προσ‐ έσθαι παρακαλοῦμεν. Εἰ γὰρ δὴ κατασταίημεν ἐν χρείᾳ, μετὰ πολλῆς ἀπαιτήσομεν, καθάπερ ἐξ ἰδίων, μετὰ πλείονος τῆς παῤῥησίας, καὶ τοῦτο ὄψει διὰ τῆς πείρας αὐτῆς. Δεξάμενος τοίνυν αὐτὰ, φύλαττε</w:t>
      </w:r>
    </w:p>
    <w:p>
      <w:r>
        <w:rPr>
          <w:rFonts w:ascii="Courier New" w:hAnsi="Courier New"/>
          <w:color w:val="555555"/>
          <w:sz w:val="20"/>
        </w:rPr>
        <w:t>[35]</w:t>
      </w:r>
    </w:p>
    <w:p>
      <w:r>
        <w:rPr>
          <w:rFonts w:ascii="Gentium Plus" w:hAnsi="Gentium Plus"/>
          <w:sz w:val="24"/>
        </w:rPr>
        <w:t>μετὰ ἀκριβείας, ἵν’ εἴποτε καιρὸς καλέσειεν, μετὰ τοῦ θαῤῥεῖν αὐτὰ ἀπαιτήσωμεν παρὰ τῆς σῆς θαυ‐ μασιότητος.</w:t>
      </w:r>
    </w:p>
    <w:p>
      <w:pPr>
        <w:jc w:val="center"/>
      </w:pPr>
      <w:r>
        <w:rPr>
          <w:rFonts w:ascii="Gentium Plus" w:hAnsi="Gentium Plus"/>
          <w:b/>
          <w:sz w:val="24"/>
        </w:rPr>
        <w:t>ΝΑʹ. Τῷ αὐτῷ.</w:t>
      </w:r>
    </w:p>
    <w:p>
      <w:r>
        <w:rPr>
          <w:rFonts w:ascii="Courier New" w:hAnsi="Courier New"/>
          <w:color w:val="555555"/>
          <w:sz w:val="20"/>
        </w:rPr>
        <w:t>[39]</w:t>
      </w:r>
    </w:p>
    <w:p>
      <w:r>
        <w:rPr>
          <w:rFonts w:ascii="Gentium Plus" w:hAnsi="Gentium Plus"/>
          <w:sz w:val="24"/>
        </w:rPr>
        <w:t>Μετὰ τὸ γράψαι τὴν προτέραν ἐπιστολὴν, ἰδὼν τὸν</w:t>
      </w:r>
    </w:p>
    <w:p>
      <w:r>
        <w:rPr>
          <w:rFonts w:ascii="Courier New" w:hAnsi="Courier New"/>
          <w:color w:val="555555"/>
          <w:sz w:val="20"/>
        </w:rPr>
        <w:t>[40]</w:t>
      </w:r>
    </w:p>
    <w:p>
      <w:r>
        <w:rPr>
          <w:rFonts w:ascii="Gentium Plus" w:hAnsi="Gentium Plus"/>
          <w:sz w:val="24"/>
        </w:rPr>
        <w:t>τιμιώτατον καὶ εὐλαβέστατον Ἀφραάτην προσηλωμέ‐ νον ἡμῖν, καὶ οὐκ ἀνεχόμενον οὔτε ἀπᾶραι ἐντεῦθεν, καὶ ἀπειλοῦντα μήτε γράμματα δέχεσθαι παρ’ ἡμῶν, εἰ μὴ ἀπολάβοιμι τὰ ἀποσταλέντα, ἐπέθηκα τύπον τῷ πράγματι σφόδρα κεχαρισμένον τῇ εὐγενείᾳ</w:t>
      </w:r>
    </w:p>
    <w:p>
      <w:r>
        <w:rPr>
          <w:rFonts w:ascii="Courier New" w:hAnsi="Courier New"/>
          <w:color w:val="555555"/>
          <w:sz w:val="20"/>
        </w:rPr>
        <w:t>[45]</w:t>
      </w:r>
    </w:p>
    <w:p>
      <w:r>
        <w:rPr>
          <w:rFonts w:ascii="Gentium Plus" w:hAnsi="Gentium Plus"/>
          <w:sz w:val="24"/>
        </w:rPr>
        <w:t>σου, καὶ ἀναπαύοντά σου τὴν ἐμμέλειαν, ὃν παρ’ αὐτοῦ μαθὼν, κέλευσον διάκονον γενέσθαι τῆς καλῆς ταύτης οἰκονομίας. Οἶσθα γὰρ ἡλίκον ἔσται τοῦ πράγματος τὸ κέρδος καὶ διὰ τῆς παρουσίας τούτου τῆς εἰς τὴν Φοινίκην, καὶ διὰ τῆς φιλοτιμίας τῆς σῆς</w:t>
      </w:r>
    </w:p>
    <w:p>
      <w:r>
        <w:rPr>
          <w:rFonts w:ascii="Courier New" w:hAnsi="Courier New"/>
          <w:color w:val="555555"/>
          <w:sz w:val="20"/>
        </w:rPr>
        <w:t>[52 . 636 (50)]</w:t>
      </w:r>
    </w:p>
    <w:p>
      <w:r>
        <w:rPr>
          <w:rFonts w:ascii="Gentium Plus" w:hAnsi="Gentium Plus"/>
          <w:sz w:val="24"/>
        </w:rPr>
        <w:t>μεγαλοπρεπείας. Καὶ ἀμφοτέρων τούτων αὐτὸς λήψῃ τὸν μισθὸν, ἅτε τοσαύτην δαψίλειαν ἐπιδεικνύμενος περὶ τοὺς ἐν Φοινίκῃ κατηχοῦντας τοὺς Ἕλληνας, καὶ περὶ τὴν οἰκοδομὴν τῶν ἐκκλησιῶν ἐσπουδακότας, καὶ ἄνδρα τοιοῦτον ἀναστήσας, καὶ πέμψας εἰς πα‐</w:t>
      </w:r>
    </w:p>
    <w:p>
      <w:r>
        <w:rPr>
          <w:rFonts w:ascii="Courier New" w:hAnsi="Courier New"/>
          <w:color w:val="555555"/>
          <w:sz w:val="20"/>
        </w:rPr>
        <w:t>[55]</w:t>
      </w:r>
    </w:p>
    <w:p>
      <w:r>
        <w:rPr>
          <w:rFonts w:ascii="Gentium Plus" w:hAnsi="Gentium Plus"/>
          <w:sz w:val="24"/>
        </w:rPr>
        <w:t>ράκλησιν αὐτῶν, καὶ μάλιστα νῦν ἐν τοσαύτῃ δυσκο‐</w:t>
      </w:r>
    </w:p>
    <w:p>
      <w:r>
        <w:rPr>
          <w:rFonts w:ascii="Courier New" w:hAnsi="Courier New"/>
          <w:color w:val="555555"/>
          <w:sz w:val="20"/>
        </w:rPr>
        <w:t>[52 . 637]</w:t>
      </w:r>
    </w:p>
    <w:p>
      <w:r>
        <w:rPr>
          <w:rFonts w:ascii="Gentium Plus" w:hAnsi="Gentium Plus"/>
          <w:sz w:val="24"/>
        </w:rPr>
        <w:t>λίᾳ καθεστηκότων, καὶ παρὰ πολλῶν πολεμουμένων. Ἐννοήσας τοίνυν τοῦ κατορθώματος τὸν ὄγκον, μὴ ἀφῇς μηδὲ μικρὸν αὐτὸν ἀναβάλλεσθαι, ἀλλ’ ἀμελ‐ λητὶ τῆς ὁδοῦ ταύτης ἅψασθαι παρασκεύασον, πολλὴν</w:t>
      </w:r>
    </w:p>
    <w:p>
      <w:r>
        <w:rPr>
          <w:rFonts w:ascii="Courier New" w:hAnsi="Courier New"/>
          <w:color w:val="555555"/>
          <w:sz w:val="20"/>
        </w:rPr>
        <w:t>[5]</w:t>
      </w:r>
    </w:p>
    <w:p>
      <w:r>
        <w:rPr>
          <w:rFonts w:ascii="Gentium Plus" w:hAnsi="Gentium Plus"/>
          <w:sz w:val="24"/>
        </w:rPr>
        <w:t>σαυτῷ διὰ τῆς καλῆς ταύτης σπουδῆς, δέσποτά μου θαυμασιώτατε, προαποτιθέμενος παρὰ τῷ φιλ‐ ανθρώπῳ Θεῷ τὴν ἀμοιβήν.</w:t>
      </w:r>
    </w:p>
    <w:p>
      <w:pPr>
        <w:jc w:val="center"/>
      </w:pPr>
      <w:r>
        <w:rPr>
          <w:rFonts w:ascii="Gentium Plus" w:hAnsi="Gentium Plus"/>
          <w:b/>
          <w:sz w:val="24"/>
        </w:rPr>
        <w:t>ΝΒʹ. Ἀδολίᾳ.</w:t>
      </w:r>
    </w:p>
    <w:p>
      <w:r>
        <w:rPr>
          <w:rFonts w:ascii="Courier New" w:hAnsi="Courier New"/>
          <w:color w:val="555555"/>
          <w:sz w:val="20"/>
        </w:rPr>
        <w:t>[9]</w:t>
      </w:r>
    </w:p>
    <w:p>
      <w:r>
        <w:rPr>
          <w:rFonts w:ascii="Gentium Plus" w:hAnsi="Gentium Plus"/>
          <w:sz w:val="24"/>
        </w:rPr>
        <w:t>Ὅτι μὲν ἠῤῥώστησας, ἔγνωμεν, καὶ ὅτι χαλεπῶς</w:t>
      </w:r>
    </w:p>
    <w:p>
      <w:r>
        <w:rPr>
          <w:rFonts w:ascii="Courier New" w:hAnsi="Courier New"/>
          <w:color w:val="555555"/>
          <w:sz w:val="20"/>
        </w:rPr>
        <w:t>[10]</w:t>
      </w:r>
    </w:p>
    <w:p>
      <w:r>
        <w:rPr>
          <w:rFonts w:ascii="Gentium Plus" w:hAnsi="Gentium Plus"/>
          <w:sz w:val="24"/>
        </w:rPr>
        <w:t>ἠῤῥώστησας, καὶ πρὸς αὐτὰς ἦλθες τοῦ θανάτου τὰς πύλας· ἀλλὰ καὶ ὅτι ἀνήνεγκας ἐκ τῆς ἀῤῥωστίας, καὶ τοῦ κινδύνου λοιπὸν ἀπαλλαγεῖσα πρὸς ὑγείαν ὁδεύεις. Ἀλλ’ οὐ παρὰ τῶν σῶν γραμμάτων ἔμαθόν τι τούτων, διὸ καὶ σφόδρα ἤλγησα· ἀλλ’ ἑτέρωθεν,</w:t>
      </w:r>
    </w:p>
    <w:p>
      <w:r>
        <w:rPr>
          <w:rFonts w:ascii="Courier New" w:hAnsi="Courier New"/>
          <w:color w:val="555555"/>
          <w:sz w:val="20"/>
        </w:rPr>
        <w:t>[15]</w:t>
      </w:r>
    </w:p>
    <w:p>
      <w:r>
        <w:rPr>
          <w:rFonts w:ascii="Gentium Plus" w:hAnsi="Gentium Plus"/>
          <w:sz w:val="24"/>
        </w:rPr>
        <w:t>καὶ παρ’ ἑτέρων. Πλὴν ἀρκεῖ εἰς παραμυθίαν ἡμῖν τὸ τῆς ἀῤῥωστίας ἀπηλλάχθαι σου τὴν εὐλάβειαν. Οὐ μὴν, ἐπειδὴ ἀρκεῖ, πράως φέρομεν τὴν μακράν σου ταύτην σιγήν. Ἐβουλόμεθα γὰρ, καθάπερ καὶ αὐτὴ οἶσθα, καὶ παραγενομένην ἐνταῦθα ἰδεῖν. Καὶ γὰρ εἰ</w:t>
      </w:r>
    </w:p>
    <w:p>
      <w:r>
        <w:rPr>
          <w:rFonts w:ascii="Courier New" w:hAnsi="Courier New"/>
          <w:color w:val="555555"/>
          <w:sz w:val="20"/>
        </w:rPr>
        <w:t>[20]</w:t>
      </w:r>
    </w:p>
    <w:p>
      <w:r>
        <w:rPr>
          <w:rFonts w:ascii="Gentium Plus" w:hAnsi="Gentium Plus"/>
          <w:sz w:val="24"/>
        </w:rPr>
        <w:t>μὴ ἀῤῥωστία παρενέπεσε, τὸ κωλύον οὐδὲν ἦν. Ὅ τε γὰρ χειμὼν ὁ ἐνταῦθα ἔαρ ἡμερώτατον τέως μιμεῖ‐ ται, τῶν τε Ἰσαύρων ἡ Ἀρμενία ἀπήλλακται. Ἀλλ’ ὅμως οὐδὲν ἀναγκάζομεν, οὐδὲ βιαζόμεθα μὴ βουλο‐ μένην ὑπὲρ τῆς ἐνταῦθα παρουσίας. Ἀλλ’ ὅπερ οὔτε</w:t>
      </w:r>
    </w:p>
    <w:p>
      <w:r>
        <w:rPr>
          <w:rFonts w:ascii="Courier New" w:hAnsi="Courier New"/>
          <w:color w:val="555555"/>
          <w:sz w:val="20"/>
        </w:rPr>
        <w:t>[25]</w:t>
      </w:r>
    </w:p>
    <w:p>
      <w:r>
        <w:rPr>
          <w:rFonts w:ascii="Gentium Plus" w:hAnsi="Gentium Plus"/>
          <w:sz w:val="24"/>
        </w:rPr>
        <w:t>Ἰσαύρων φόβος, οὔτε χειμῶνος σφοδρότης, οὔτε ὁδοῦ ταλαιπωρία, οὔτ’ ἄλλο οὐδὲν κωλύει, τοῦτο αἰτοῦμεν συνεχῶς ἡμῖν ὑπάρχειν τὰ γράμματα, τὰ τῆς θερ‐ μῆς σου καὶ γνησίας διαθέσεως. Ἢν γὰρ τούτων ἀπολαύωμεν συνεχῶς, ἀπαγγελλόντων ἡμῖν τὰ περὶ</w:t>
      </w:r>
    </w:p>
    <w:p>
      <w:r>
        <w:rPr>
          <w:rFonts w:ascii="Courier New" w:hAnsi="Courier New"/>
          <w:color w:val="555555"/>
          <w:sz w:val="20"/>
        </w:rPr>
        <w:t>[30]</w:t>
      </w:r>
    </w:p>
    <w:p>
      <w:r>
        <w:rPr>
          <w:rFonts w:ascii="Gentium Plus" w:hAnsi="Gentium Plus"/>
          <w:sz w:val="24"/>
        </w:rPr>
        <w:t>τῆς ὑγιείας καὶ εὐθυμίας τῆς σῆς, οὐ τὴν τυχοῦσαν καὶ ἐντεῦθεν καρπωσόμεθα παραμυθίαν. Ἐννοοῦσα τοίνυν ἡλίκην ἡμῖν χαριῇ χάριν, μὴ κατόκνει τοῦτο ποιεῖν. Οἶσθα γὰρ ὅπως ἀντεχόμεθά σου τῆς εὐγε‐ νείας, καὶ ὅσην ἀεὶ περὶ τὴν σὴν ἐμμέλειαν ἐπεδει‐</w:t>
      </w:r>
    </w:p>
    <w:p>
      <w:r>
        <w:rPr>
          <w:rFonts w:ascii="Courier New" w:hAnsi="Courier New"/>
          <w:color w:val="555555"/>
          <w:sz w:val="20"/>
        </w:rPr>
        <w:t>[35]</w:t>
      </w:r>
    </w:p>
    <w:p>
      <w:r>
        <w:rPr>
          <w:rFonts w:ascii="Gentium Plus" w:hAnsi="Gentium Plus"/>
          <w:sz w:val="24"/>
        </w:rPr>
        <w:t>ξάμεθα τὴν ἀγάπην.</w:t>
      </w:r>
    </w:p>
    <w:p>
      <w:pPr>
        <w:jc w:val="center"/>
      </w:pPr>
      <w:r>
        <w:rPr>
          <w:rFonts w:ascii="Gentium Plus" w:hAnsi="Gentium Plus"/>
          <w:b/>
          <w:sz w:val="24"/>
        </w:rPr>
        <w:t>ΝΓʹ. Νικολάῳ πρεσβυτέρῳ.</w:t>
      </w:r>
    </w:p>
    <w:p>
      <w:r>
        <w:rPr>
          <w:rFonts w:ascii="Courier New" w:hAnsi="Courier New"/>
          <w:color w:val="555555"/>
          <w:sz w:val="20"/>
        </w:rPr>
        <w:t>[37]</w:t>
      </w:r>
    </w:p>
    <w:p>
      <w:r>
        <w:rPr>
          <w:rFonts w:ascii="Gentium Plus" w:hAnsi="Gentium Plus"/>
          <w:sz w:val="24"/>
        </w:rPr>
        <w:t>Σφόδρα ἡμᾶς ἀνεπτέρωσας, καὶ πολλῆς ἐνέπλησας τῆς ἡδονῆς, δηλώσας ὅτι σοι πολλὴ φροντὶς τῆς Φοι‐ νίκης ἐστὶ, καὶ ἐκ τοσούτου καθήμενος διαστήματος,</w:t>
      </w:r>
    </w:p>
    <w:p>
      <w:r>
        <w:rPr>
          <w:rFonts w:ascii="Courier New" w:hAnsi="Courier New"/>
          <w:color w:val="555555"/>
          <w:sz w:val="20"/>
        </w:rPr>
        <w:t>[40]</w:t>
      </w:r>
    </w:p>
    <w:p>
      <w:r>
        <w:rPr>
          <w:rFonts w:ascii="Gentium Plus" w:hAnsi="Gentium Plus"/>
          <w:sz w:val="24"/>
        </w:rPr>
        <w:t>διὰ γραμμάτων ἀλείφεις τοὺς αὐτόθι, ζῆλον πληρῶν ἀποστολικόν. Διὰ ταῦτά σε θαυμάζοντες καὶ μακαρίζοντες οὐ διαλιμπάνομεν, ὅτι καὶ πρότερον τοὺς μοναχοὺς ἔπεμψας, καὶ ὅτι νῦν, ἐν πραγμάτων δυσκολίᾳ τοσαύτῃ, οὐ μόνον αὐτοὺς οὐκ ἀπήγαγες,</w:t>
      </w:r>
    </w:p>
    <w:p>
      <w:r>
        <w:rPr>
          <w:rFonts w:ascii="Courier New" w:hAnsi="Courier New"/>
          <w:color w:val="555555"/>
          <w:sz w:val="20"/>
        </w:rPr>
        <w:t>[45]</w:t>
      </w:r>
    </w:p>
    <w:p>
      <w:r>
        <w:rPr>
          <w:rFonts w:ascii="Gentium Plus" w:hAnsi="Gentium Plus"/>
          <w:sz w:val="24"/>
        </w:rPr>
        <w:t>ἀλλὰ καὶ μένειν αὐτοὺς ἐκέλευσας, ἀρίστου κυβερνή‐ του καὶ ἰατροῦ γενναίου πρᾶγμα ποιῶν. Καὶ γὰρ ἐκείνων ἕκαστος, ὁ μὲν ὅταν ἴδῃ τὰ κύματα ἐγειρό‐ μενα, τότε μᾶλλον πολλὴν ἐπιδείκνυται τὴν σπουδήν· ὁ δὲ ὅταν τὸν πυρετὸν ἐπὶ μείζονα φλόγα διεγερθέντα,</w:t>
      </w:r>
    </w:p>
    <w:p>
      <w:r>
        <w:rPr>
          <w:rFonts w:ascii="Courier New" w:hAnsi="Courier New"/>
          <w:color w:val="555555"/>
          <w:sz w:val="20"/>
        </w:rPr>
        <w:t>[52 . 637 (50)]</w:t>
      </w:r>
    </w:p>
    <w:p>
      <w:r>
        <w:rPr>
          <w:rFonts w:ascii="Gentium Plus" w:hAnsi="Gentium Plus"/>
          <w:sz w:val="24"/>
        </w:rPr>
        <w:t>τότε πολλῇ κέχρηται τῇ τέχνῃ· καὶ αὐτὸς τοίνυν, κύριέ μου τιμιώτατο καὶ εὐλαβέστατε, ἄξια τῆς σαυτοῦ πεποίηκας ἀρετῆς, ὅτε τὰ πράγματα εἶδες νοσοῦντα καὶ στασιάζοντα, τότε μάλιστα ἐπιθέμενος τοῖς ἐκεῖσε διατρίβουσιν, ὥστε μὴ λειποτακτῆσαι,</w:t>
      </w:r>
    </w:p>
    <w:p>
      <w:r>
        <w:rPr>
          <w:rFonts w:ascii="Courier New" w:hAnsi="Courier New"/>
          <w:color w:val="555555"/>
          <w:sz w:val="20"/>
        </w:rPr>
        <w:t>[55]</w:t>
      </w:r>
    </w:p>
    <w:p>
      <w:r>
        <w:rPr>
          <w:rFonts w:ascii="Gentium Plus" w:hAnsi="Gentium Plus"/>
          <w:sz w:val="24"/>
        </w:rPr>
        <w:t>ἀλλ’ ἐπιμεῖναι, καὶ τὰ παρ’ ἑαυτῶν εἰσενεγκεῖν. Τὰ σαυτοῦ τοίνυν μιμούμενος, τόν τε κύριόν μου τὸν</w:t>
      </w:r>
    </w:p>
    <w:p>
      <w:r>
        <w:rPr>
          <w:rFonts w:ascii="Courier New" w:hAnsi="Courier New"/>
          <w:color w:val="555555"/>
          <w:sz w:val="20"/>
        </w:rPr>
        <w:t>[52 . 638]</w:t>
      </w:r>
    </w:p>
    <w:p>
      <w:r>
        <w:rPr>
          <w:rFonts w:ascii="Gentium Plus" w:hAnsi="Gentium Plus"/>
          <w:sz w:val="24"/>
        </w:rPr>
        <w:t>σχοίη, καὶ πρὸς καθαρὰν ὑγείαν ἐπανέλθοι, εὐθέως κατέπειξον τῆς ἐκεῖ ἅψασθαι ὁδοῦ. Ἐπιθυμοῦμεν γὰρ αὐτὸν ἡμεῖς καὶ ἐνταῦθα παραγενόμενον ἰδεῖν· ἀλλ’ ἐπειδὴ καὶ ταχύτητος καὶ πολλῆς δεῖται τῆς ἀγρυ‐</w:t>
      </w:r>
    </w:p>
    <w:p>
      <w:r>
        <w:rPr>
          <w:rFonts w:ascii="Courier New" w:hAnsi="Courier New"/>
          <w:color w:val="555555"/>
          <w:sz w:val="20"/>
        </w:rPr>
        <w:t>[5]</w:t>
      </w:r>
    </w:p>
    <w:p>
      <w:r>
        <w:rPr>
          <w:rFonts w:ascii="Gentium Plus" w:hAnsi="Gentium Plus"/>
          <w:sz w:val="24"/>
        </w:rPr>
        <w:t>πνίας τὰ ἐκεῖσε πράγματα, ὥστε μὴ πολὺν ἐν τῇ ὁδῷ διατριβῆναι χρόνον, καὶ τὸν χειμῶνα ἐπιστάντα ἀποκλεῖσαι αὐτῷ τὴν ὁδὸν, παρακαλοῦμέν σου τὴν τιμιότητα αὐτόν τε ῥαΐσαντα ἐπεῖξαι ἀπελθεῖν, τόν τε γλυκύτατον καὶ ποθεινότατον Ἰωάννην τὸν πρε‐</w:t>
      </w:r>
    </w:p>
    <w:p>
      <w:r>
        <w:rPr>
          <w:rFonts w:ascii="Courier New" w:hAnsi="Courier New"/>
          <w:color w:val="555555"/>
          <w:sz w:val="20"/>
        </w:rPr>
        <w:t>[10]</w:t>
      </w:r>
    </w:p>
    <w:p>
      <w:r>
        <w:rPr>
          <w:rFonts w:ascii="Gentium Plus" w:hAnsi="Gentium Plus"/>
          <w:sz w:val="24"/>
        </w:rPr>
        <w:t>σβύτερον παρασκευάσαι συνεφάψασθαι τῆς ἀποδημίας αὐτῷ. Οἶσθα γὰρ καὶ αὐτὸς ὅτι νῦν μάλιστα τὰ αὐ‐ τόθι πολλῶν δεῖται τῶν διορθωσομένων, ὅσῳ ἐπὶ μεῖζον εἶρψε τὰ κακά. Τοῦτ’ οὖν ἐννοῶν, καὶ εἰδὼς ἡλίκον ἐστὶ σωτηρία ψυχῆς, καὶ οἷα κατώρθωταί</w:t>
      </w:r>
    </w:p>
    <w:p>
      <w:r>
        <w:rPr>
          <w:rFonts w:ascii="Courier New" w:hAnsi="Courier New"/>
          <w:color w:val="555555"/>
          <w:sz w:val="20"/>
        </w:rPr>
        <w:t>[15]</w:t>
      </w:r>
    </w:p>
    <w:p>
      <w:r>
        <w:rPr>
          <w:rFonts w:ascii="Gentium Plus" w:hAnsi="Gentium Plus"/>
          <w:sz w:val="24"/>
        </w:rPr>
        <w:t>σου τῇ τιμιότητι διὰ τῆς ἔμπροσθεν σπουδῆς, πάντα ποιῆσαι καὶ διὰ σαυτοῦ, καὶ δι’ ἑτέρων, ὧν ἂν οἷόν τε ᾖ, παρακλήθητι, ὥστε τὰ διορθωθέντα μεῖναι ἀκίνητα, ἑτέραν τε αὐτοῖς πολλῷ πλείονα γενέσθαι προσθήκην. Αὐτὸς μέντοι τῶν ἐνταῦθα ἐλθόντων οὐκ</w:t>
      </w:r>
    </w:p>
    <w:p>
      <w:r>
        <w:rPr>
          <w:rFonts w:ascii="Courier New" w:hAnsi="Courier New"/>
          <w:color w:val="555555"/>
          <w:sz w:val="20"/>
        </w:rPr>
        <w:t>[20]</w:t>
      </w:r>
    </w:p>
    <w:p>
      <w:r>
        <w:rPr>
          <w:rFonts w:ascii="Gentium Plus" w:hAnsi="Gentium Plus"/>
          <w:sz w:val="24"/>
        </w:rPr>
        <w:t>ἔλαττον ἡμᾶς εὔφρανας· τῇ μὲν γὰρ γνώμῃ καὶ παραγέγονας, καὶ τοῖς τῆς ἀγάπης σε ὀφθαλμοῖς καὶ μὴ παρόντα σωματικῶς ἡμεῖς καθ’ ἑκάστην ὁρῶμεν τὴν ἡμέραν, ἐπὶ τῆς διανοίας πανταχοῦ περιφέροντες. Ἔσται δὲ ἴσως καὶ ἡ κατ’ ὄψιν ἡμῖν συντυχία, ὅταν</w:t>
      </w:r>
    </w:p>
    <w:p>
      <w:r>
        <w:rPr>
          <w:rFonts w:ascii="Courier New" w:hAnsi="Courier New"/>
          <w:color w:val="555555"/>
          <w:sz w:val="20"/>
        </w:rPr>
        <w:t>[25]</w:t>
      </w:r>
    </w:p>
    <w:p>
      <w:r>
        <w:rPr>
          <w:rFonts w:ascii="Gentium Plus" w:hAnsi="Gentium Plus"/>
          <w:sz w:val="24"/>
        </w:rPr>
        <w:t>ὁ καιρὸς ἐπιτρέπῃ. Ὡς νῦν γε καὶ ἡμεῖς, καίτοι σφόδρα ἐπιθυμοῦμεν ἰδεῖν τὴν ἀγάπην σου, καὶ περι‐ πτύξασθαι, ἀναγκαίαν εἶναι νομίζομεν τὴν αὐτόθι σου μονήν. Εὖ γὰρ οἶδ’ ὅτι οὐ παύσῃ πάντα ποιῶν καὶ πραγματευόμενος, ὥστε ἐμπλῆσαι τὴν Φοινίκην</w:t>
      </w:r>
    </w:p>
    <w:p>
      <w:r>
        <w:rPr>
          <w:rFonts w:ascii="Courier New" w:hAnsi="Courier New"/>
          <w:color w:val="555555"/>
          <w:sz w:val="20"/>
        </w:rPr>
        <w:t>[30]</w:t>
      </w:r>
    </w:p>
    <w:p>
      <w:r>
        <w:rPr>
          <w:rFonts w:ascii="Gentium Plus" w:hAnsi="Gentium Plus"/>
          <w:sz w:val="24"/>
        </w:rPr>
        <w:t>γενναίων ἀνδρῶν, καὶ τούς τε ἐκεῖ μεμενηκότας στη‐ ρίζων ἐπὶ πλέον, ὥστε μὴ ἀφέντας τὰ αὐτόθι ἐπ‐ ανελθεῖν, τούς τε πλησίον ὄντας ἀναζητῶν, καὶ μετὰ πολλῆς ἐκπέμπων προθυμίας, πᾶσί τε κέρδος γινόμε‐ νος μέγιστον τοῖς τε ἐγγὺς, τοῖς τε μακρὰν, καὶ τὴν</w:t>
      </w:r>
    </w:p>
    <w:p>
      <w:r>
        <w:rPr>
          <w:rFonts w:ascii="Courier New" w:hAnsi="Courier New"/>
          <w:color w:val="555555"/>
          <w:sz w:val="20"/>
        </w:rPr>
        <w:t>[35]</w:t>
      </w:r>
    </w:p>
    <w:p>
      <w:r>
        <w:rPr>
          <w:rFonts w:ascii="Gentium Plus" w:hAnsi="Gentium Plus"/>
          <w:sz w:val="24"/>
        </w:rPr>
        <w:t>τῶν ἀρωμάτων μιμούμενος φύσιν, ἅπερ οὐ τὸν τόπον μόνον τὸν ὑποδεχόμενον αὐτὰ, ἀλλὰ καὶ τὸν ἀφεστη‐ κότα ἀέρα πολλῆς ἐμπίμπλησι τῆς εὐωδίας.</w:t>
      </w:r>
    </w:p>
    <w:p>
      <w:pPr>
        <w:jc w:val="center"/>
      </w:pPr>
      <w:r>
        <w:rPr>
          <w:rFonts w:ascii="Gentium Plus" w:hAnsi="Gentium Plus"/>
          <w:b/>
          <w:sz w:val="24"/>
        </w:rPr>
        <w:t>ΝΔʹ. Γεροντίῳ πρεσβυτέρῳ.</w:t>
      </w:r>
    </w:p>
    <w:p>
      <w:r>
        <w:rPr>
          <w:rFonts w:ascii="Courier New" w:hAnsi="Courier New"/>
          <w:color w:val="555555"/>
          <w:sz w:val="20"/>
        </w:rPr>
        <w:t>[39]</w:t>
      </w:r>
    </w:p>
    <w:p>
      <w:r>
        <w:rPr>
          <w:rFonts w:ascii="Gentium Plus" w:hAnsi="Gentium Plus"/>
          <w:sz w:val="24"/>
        </w:rPr>
        <w:t>Καὶ ἤδη μὲν ἐπέσταλκά σου πρὸς τὴν εὐλάβειαν,</w:t>
      </w:r>
    </w:p>
    <w:p>
      <w:r>
        <w:rPr>
          <w:rFonts w:ascii="Courier New" w:hAnsi="Courier New"/>
          <w:color w:val="555555"/>
          <w:sz w:val="20"/>
        </w:rPr>
        <w:t>[40]</w:t>
      </w:r>
    </w:p>
    <w:p>
      <w:r>
        <w:rPr>
          <w:rFonts w:ascii="Gentium Plus" w:hAnsi="Gentium Plus"/>
          <w:sz w:val="24"/>
        </w:rPr>
        <w:t>νομίσας σε ἐν Φοινίκῃ εἶναι, καὶ νῦν δὲ ἐπιστέλλω ταὐτὰ ἅπερ καὶ ἔμπροσθεν, ὅτι νῦν μάλιστα πάντα δεῖ ποιεῖν καὶ πάσχειν, ὥστε μὴ καταλιπεῖν ἔρημον τὴν καλὴν ὑμῶν γεωργίαν, μηδὲν ἀφεῖναι διαφθαρῆναί τινα τῶν ἤδη κατορθωθέντων. Καὶ γὰρ καὶ ποιμένες</w:t>
      </w:r>
    </w:p>
    <w:p>
      <w:r>
        <w:rPr>
          <w:rFonts w:ascii="Courier New" w:hAnsi="Courier New"/>
          <w:color w:val="555555"/>
          <w:sz w:val="20"/>
        </w:rPr>
        <w:t>[45]</w:t>
      </w:r>
    </w:p>
    <w:p>
      <w:r>
        <w:rPr>
          <w:rFonts w:ascii="Gentium Plus" w:hAnsi="Gentium Plus"/>
          <w:sz w:val="24"/>
        </w:rPr>
        <w:t>ὅταν ἴδωσι πολλὴν πάντοθεν τοῖς προβάτοις ἐπιτιθε‐ μένην λύμην, τότε μάλιστα ἀγρυπνοῦσι καὶ διεγεί‐ ρονται, καὶ σφενδόνην μεταχειρίζουσι, καὶ τῇ ἄλλῃ κέχρηνται τέχνῃ, ὥστε πᾶσαν τῆς ἀγέλης ἀπελάσαι βλάβην. Εἰ γὰρ πρόβατα ἄλογα πεπιστευμένος ὁ</w:t>
      </w:r>
    </w:p>
    <w:p>
      <w:r>
        <w:rPr>
          <w:rFonts w:ascii="Courier New" w:hAnsi="Courier New"/>
          <w:color w:val="555555"/>
          <w:sz w:val="20"/>
        </w:rPr>
        <w:t>[52 . 638 (50)]</w:t>
      </w:r>
    </w:p>
    <w:p>
      <w:r>
        <w:rPr>
          <w:rFonts w:ascii="Gentium Plus" w:hAnsi="Gentium Plus"/>
          <w:sz w:val="24"/>
        </w:rPr>
        <w:t>Ἰακὼβ, ἔτη δεκατέσσαρα διετέλεσε δουλεύων, καὶ θάλπει καὶ ψύχει ταλαιπωρούμενος, καὶ ἀγρυπνίᾳ πολλῇ, καὶ τὴν ἐσχάτην θητείαν ἐθήτευσεν, ἐννόησον ὅσα καὶ ποιεῖν καὶ πάσχειν χρὴ τοὺς τὰ πρόβατα λογικὰ ἐμπεπιστευμένους, ὑπὲρ τοῦ μηδὲν αὐτῶν</w:t>
      </w:r>
    </w:p>
    <w:p>
      <w:r>
        <w:rPr>
          <w:rFonts w:ascii="Courier New" w:hAnsi="Courier New"/>
          <w:color w:val="555555"/>
          <w:sz w:val="20"/>
        </w:rPr>
        <w:t>[55]</w:t>
      </w:r>
    </w:p>
    <w:p>
      <w:r>
        <w:rPr>
          <w:rFonts w:ascii="Gentium Plus" w:hAnsi="Gentium Plus"/>
          <w:sz w:val="24"/>
        </w:rPr>
        <w:t>παραπολέσθαι. Παρακαλῶ τοίνυν σου τὴν εὐλάβειαν, ὅσῳ μείζων ὁ χειμὼν, καὶ πλείονα τὰ κακὰ, καὶ σφοδρὰ τὰ κωλύματα, καὶ πολλοὶ οἱ ἐπιβουλεύοντες,</w:t>
      </w:r>
    </w:p>
    <w:p>
      <w:r>
        <w:rPr>
          <w:rFonts w:ascii="Courier New" w:hAnsi="Courier New"/>
          <w:color w:val="555555"/>
          <w:sz w:val="20"/>
        </w:rPr>
        <w:t>[52 . 639]</w:t>
      </w:r>
    </w:p>
    <w:p>
      <w:r>
        <w:rPr>
          <w:rFonts w:ascii="Gentium Plus" w:hAnsi="Gentium Plus"/>
          <w:sz w:val="24"/>
        </w:rPr>
        <w:t>παρακαλέσαι συνεφάψασθαί σου τῆς καλῆς ταύτης προνοίας, καὶ μετὰ πολλοῦ τοῦ τάχους ἐπειχθῆναι παραγενέσθαι ἐκεῖσε. Καὶ γὰρ καὶ τῆς ἀποδημίας αὐτῆς οὐ μικρὸν ἕξεις μισθόν· εἰ δὲ τῆς ἀποδημίας,</w:t>
      </w:r>
    </w:p>
    <w:p>
      <w:r>
        <w:rPr>
          <w:rFonts w:ascii="Courier New" w:hAnsi="Courier New"/>
          <w:color w:val="555555"/>
          <w:sz w:val="20"/>
        </w:rPr>
        <w:t>[5]</w:t>
      </w:r>
    </w:p>
    <w:p>
      <w:r>
        <w:rPr>
          <w:rFonts w:ascii="Gentium Plus" w:hAnsi="Gentium Plus"/>
          <w:sz w:val="24"/>
        </w:rPr>
        <w:t>πολλῷ μᾶλλον εἰ τῶν ἔργων ἅψαιο, καὶ σπουδὴν πολλὴν ἐπιδείξαιο. Τοῦ γὰρ οἴκοι καθῆσθαι πολλῷ βέλτιον καὶ χρησιμώτερον τὸ τοιαύτας ἀποδημίας ἀποδημεῖν. Ἐκεῖ μὲν γὰρ ὄντα, καὶ ταῦτά ἐστιν ἔχειν ἃ νῦν ἔχεις, τὴν νηστείαν, τὰς ἀγρυπνίας, τὴν</w:t>
      </w:r>
    </w:p>
    <w:p>
      <w:r>
        <w:rPr>
          <w:rFonts w:ascii="Courier New" w:hAnsi="Courier New"/>
          <w:color w:val="555555"/>
          <w:sz w:val="20"/>
        </w:rPr>
        <w:t>[10]</w:t>
      </w:r>
    </w:p>
    <w:p>
      <w:r>
        <w:rPr>
          <w:rFonts w:ascii="Gentium Plus" w:hAnsi="Gentium Plus"/>
          <w:sz w:val="24"/>
        </w:rPr>
        <w:t>ἄλλην φιλοσοφίαν. Οἴκοι δὲ καθήμενον, οὐκ ἔστι κερ‐ δᾶναι ἅπερ ἐκεῖ καθήμενόν ἐστι καρπώσασθαι, ψυχῶν σωτηρίαν τοσούτων, τὸν ἀπὸ τῶν κινδύνων μισθὸν, τὴν ἀπὸ τῆς τοσαύτης προθυμίας ἀμοιβήν· ἔστι γὰρ προθυμίας ἀμοιβή. Ἐννοῶν τοίνυν ἡλίκους σαυτῷ</w:t>
      </w:r>
    </w:p>
    <w:p>
      <w:r>
        <w:rPr>
          <w:rFonts w:ascii="Courier New" w:hAnsi="Courier New"/>
          <w:color w:val="555555"/>
          <w:sz w:val="20"/>
        </w:rPr>
        <w:t>[15]</w:t>
      </w:r>
    </w:p>
    <w:p>
      <w:r>
        <w:rPr>
          <w:rFonts w:ascii="Gentium Plus" w:hAnsi="Gentium Plus"/>
          <w:sz w:val="24"/>
        </w:rPr>
        <w:t>προαποθήσῃ στεφάνους, μηδὲν μελλήσῃς, μηδὲ ὑπερ‐ θῇ· ἀλλὰ ῥᾳΐσας, ἐντεῦθεν ἤδη τῆς ἀποδημίας ἅψα‐ σθαι παρακλήθητι, μηδὲν φροντίζων τῶν χρειῶν ἕνεκεν. Πάντα γὰρ εἶπον τῷ κυρίῳ μου τῷ τιμιω‐ τάτῳ καὶ εὐλαβεστάτῳ πρεσβυτέρῳ Κωνσταντίῳ, εἴτε</w:t>
      </w:r>
    </w:p>
    <w:p>
      <w:r>
        <w:rPr>
          <w:rFonts w:ascii="Courier New" w:hAnsi="Courier New"/>
          <w:color w:val="555555"/>
          <w:sz w:val="20"/>
        </w:rPr>
        <w:t>[20]</w:t>
      </w:r>
    </w:p>
    <w:p>
      <w:r>
        <w:rPr>
          <w:rFonts w:ascii="Gentium Plus" w:hAnsi="Gentium Plus"/>
          <w:sz w:val="24"/>
        </w:rPr>
        <w:t>εἰς οἰκοδομὰς ἀναλῶσαι δέοι, εἴτε εἰς χρείας ἀδελφῶν, μετὰ πλείονος παρασχεῖν ὑμῖν τῆς δαψιλείας, καὶ μετὰ πλείονος νῦν ἢ ἔμπροσθεν. Ἔχων τοίνυν καὶ τὴν ἐκεῖθεν εὐκολίαν καὶ πρὸ πάντων τὸ πρᾶγμα ποιεῖν ἀρέσκον Θεῷ, πάντα ὄκνον ἐκβαλὼν, ἐπειχθῆναι</w:t>
      </w:r>
    </w:p>
    <w:p>
      <w:r>
        <w:rPr>
          <w:rFonts w:ascii="Courier New" w:hAnsi="Courier New"/>
          <w:color w:val="555555"/>
          <w:sz w:val="20"/>
        </w:rPr>
        <w:t>[25]</w:t>
      </w:r>
    </w:p>
    <w:p>
      <w:r>
        <w:rPr>
          <w:rFonts w:ascii="Gentium Plus" w:hAnsi="Gentium Plus"/>
          <w:sz w:val="24"/>
        </w:rPr>
        <w:t>ταχέως παρακλήθητι, καὶ ἐξ αὐτῆς ἡμῖν τοῦτο δήλω‐ σον, ἵνα καὶ ἐν ἐρημίᾳ ὄντες χαλεπῇ πολλὴν ἐντεῦθεν καρπωσώμεθα τὴν παράκλησιν. Εἰ γὰρ μάθοιμεν ὅτι ἀποδεδήμηκας ἐκεῖσε μετὰ τῆς γνώμης ἐκείνης, πάντα ποιῆσαι καὶ παθεῖν ὑπὲρ σωτηρίας τῶν αὐτόθι</w:t>
      </w:r>
    </w:p>
    <w:p>
      <w:r>
        <w:rPr>
          <w:rFonts w:ascii="Courier New" w:hAnsi="Courier New"/>
          <w:color w:val="555555"/>
          <w:sz w:val="20"/>
        </w:rPr>
        <w:t>[30]</w:t>
      </w:r>
    </w:p>
    <w:p>
      <w:r>
        <w:rPr>
          <w:rFonts w:ascii="Gentium Plus" w:hAnsi="Gentium Plus"/>
          <w:sz w:val="24"/>
        </w:rPr>
        <w:t>ψυχῶν παρεσκευασμένος, οὐδὲ ἐρημίαν ἡγησόμεθα οἰκεῖν ἀπὸ τῆς τοσαύτης ἡδονῆς. Ἐπιθυμοῦμεν γὰρ καὶ ἡμεῖς παραγενόμενόν σε ἰδεῖν· ἀλλ’ ἐπειδὴ τοῦτο ὅπερ εἶπον ἀναγκαιότερον, καὶ δέος μήποτε ὁ χειμὼν ἀποκλείσῃ σοι τὴν ὁδὸν τὴν ἐντεῦθεν ἐκεῖσε,</w:t>
      </w:r>
    </w:p>
    <w:p>
      <w:r>
        <w:rPr>
          <w:rFonts w:ascii="Courier New" w:hAnsi="Courier New"/>
          <w:color w:val="555555"/>
          <w:sz w:val="20"/>
        </w:rPr>
        <w:t>[35]</w:t>
      </w:r>
    </w:p>
    <w:p>
      <w:r>
        <w:rPr>
          <w:rFonts w:ascii="Gentium Plus" w:hAnsi="Gentium Plus"/>
          <w:sz w:val="24"/>
        </w:rPr>
        <w:t>διὰ τοῦτό σε ἐπείγομεν, καὶ παρακαλοῦμεν ταχέως ἐπειχθῆναι.</w:t>
      </w:r>
    </w:p>
    <w:p>
      <w:pPr>
        <w:jc w:val="center"/>
      </w:pPr>
      <w:r>
        <w:rPr>
          <w:rFonts w:ascii="Gentium Plus" w:hAnsi="Gentium Plus"/>
          <w:b/>
          <w:sz w:val="24"/>
        </w:rPr>
        <w:t>ΝΕʹ. Συμεὼν καὶ Μάρι πρεσβυτέροις, καὶ μονά‐</w:t>
      </w:r>
    </w:p>
    <w:p>
      <w:pPr>
        <w:jc w:val="center"/>
      </w:pPr>
      <w:r>
        <w:rPr>
          <w:rFonts w:ascii="Gentium Plus" w:hAnsi="Gentium Plus"/>
          <w:b/>
          <w:sz w:val="24"/>
        </w:rPr>
        <w:t>ζουσιν ἐν τῇ χώρᾳ Ἀπαμείας.</w:t>
      </w:r>
    </w:p>
    <w:p>
      <w:r>
        <w:rPr>
          <w:rFonts w:ascii="Courier New" w:hAnsi="Courier New"/>
          <w:color w:val="555555"/>
          <w:sz w:val="20"/>
        </w:rPr>
        <w:t>[39]</w:t>
      </w:r>
    </w:p>
    <w:p>
      <w:r>
        <w:rPr>
          <w:rFonts w:ascii="Gentium Plus" w:hAnsi="Gentium Plus"/>
          <w:sz w:val="24"/>
        </w:rPr>
        <w:t>Εἰ καὶ πολλῷ διειργόμεθα τῷ τῆς ὁδοῦ διαστήματι,</w:t>
      </w:r>
    </w:p>
    <w:p>
      <w:r>
        <w:rPr>
          <w:rFonts w:ascii="Courier New" w:hAnsi="Courier New"/>
          <w:color w:val="555555"/>
          <w:sz w:val="20"/>
        </w:rPr>
        <w:t>[40]</w:t>
      </w:r>
    </w:p>
    <w:p>
      <w:r>
        <w:rPr>
          <w:rFonts w:ascii="Gentium Plus" w:hAnsi="Gentium Plus"/>
          <w:sz w:val="24"/>
        </w:rPr>
        <w:t>καὶ ἐν χαλεπωτάτῃ καθήμεθα ἐρημίᾳ, ἀλλ’ ὅμως μα‐ θόντες ὑμῶν τῆς ψυχῆς τὴν ἀρετὴν, καὶ τὴν πολλὴν φιλοσοφίαν, δι’ ἧς τοὺς αὐτόθι πάντας καταλάμπετε, σφοδροὶ γεγόναμεν ὑμῶν ἐρασταί. Καὶ ἐπειδὴ τῆς κατ’ ὄψιν ἡμῶν συντυχίας τέως ἀπολαῦσαι οὐκ ἔνι,</w:t>
      </w:r>
    </w:p>
    <w:p>
      <w:r>
        <w:rPr>
          <w:rFonts w:ascii="Courier New" w:hAnsi="Courier New"/>
          <w:color w:val="555555"/>
          <w:sz w:val="20"/>
        </w:rPr>
        <w:t>[45]</w:t>
      </w:r>
    </w:p>
    <w:p>
      <w:r>
        <w:rPr>
          <w:rFonts w:ascii="Gentium Plus" w:hAnsi="Gentium Plus"/>
          <w:sz w:val="24"/>
        </w:rPr>
        <w:t>διά τε τὴν τοῦ χειμῶνος ὥραν, διά τε τῆς ὁδοῦ τὸ μῆκος, διὰ γραμμάτων συγγενέσθαι ἐσπουδάσαμεν ὑμῖν, παρακαλοῦντες ὑμῶν τὴν εὐλάβειαν, εὔχεσθαί τε ἐκτενῶς ὑπὲρ τῆς λύσεως τῶν τὴν οἰκουμένην κατειληφότων κακῶν, καὶ πάντας εἰς τοῦτο διε‐</w:t>
      </w:r>
    </w:p>
    <w:p>
      <w:r>
        <w:rPr>
          <w:rFonts w:ascii="Courier New" w:hAnsi="Courier New"/>
          <w:color w:val="555555"/>
          <w:sz w:val="20"/>
        </w:rPr>
        <w:t>[52 . 639 (50)]</w:t>
      </w:r>
    </w:p>
    <w:p>
      <w:r>
        <w:rPr>
          <w:rFonts w:ascii="Gentium Plus" w:hAnsi="Gentium Plus"/>
          <w:sz w:val="24"/>
        </w:rPr>
        <w:t>γείρειν μετὰ πολλῆς τῆς προθυμίας, ἡμῖν τε, ἡνίκα ἂν ἐξῇ, συνεχέστερον ἐπιστέλλειν περὶ τῆς ὑγείας τῆς ὑμετέρας· ἵνα καὶ πόῤῥωθεν ὑμῶν ὄντες, καὶ πρὸς αὐτὰς τῆς οἰκουμένης τὰς ἐσχατιὰς ἀπῳκισμέ‐ νοι, πολλὴν καὶ ἐντεῦθεν καρπωσώμεθα τὴν παρά‐</w:t>
      </w:r>
    </w:p>
    <w:p>
      <w:r>
        <w:rPr>
          <w:rFonts w:ascii="Courier New" w:hAnsi="Courier New"/>
          <w:color w:val="555555"/>
          <w:sz w:val="20"/>
        </w:rPr>
        <w:t>[55]</w:t>
      </w:r>
    </w:p>
    <w:p>
      <w:r>
        <w:rPr>
          <w:rFonts w:ascii="Gentium Plus" w:hAnsi="Gentium Plus"/>
          <w:sz w:val="24"/>
        </w:rPr>
        <w:t>κλησιν, συνεχέστερον τὰ περὶ τῆς ῥώσεως ὑμῶν μαν‐</w:t>
      </w:r>
    </w:p>
    <w:p>
      <w:r>
        <w:rPr>
          <w:rFonts w:ascii="Courier New" w:hAnsi="Courier New"/>
          <w:color w:val="555555"/>
          <w:sz w:val="20"/>
        </w:rPr>
        <w:t>[52 . 640]</w:t>
      </w:r>
    </w:p>
    <w:p>
      <w:r>
        <w:rPr>
          <w:rFonts w:ascii="Gentium Plus" w:hAnsi="Gentium Plus"/>
          <w:sz w:val="24"/>
        </w:rPr>
        <w:t>θάνοντες. Σφόδρα δὲ ἡμᾶς εὔφρανεν ὁ ποθεινότατος καὶ γλυκύτατος Ἰωάννης ὁ πρεσβύτερος, ἐν τοσαύτῃ καιρῶν δυσκολίᾳ ἑλόμενος οἴκοθεν διαναστῆναι, καὶ ἅψασθαι τῆς ἐπὶ τὴν Φοινίκην ἀποδημίας. Παρακαλῶ</w:t>
      </w:r>
    </w:p>
    <w:p>
      <w:r>
        <w:rPr>
          <w:rFonts w:ascii="Courier New" w:hAnsi="Courier New"/>
          <w:color w:val="555555"/>
          <w:sz w:val="20"/>
        </w:rPr>
        <w:t>[5]</w:t>
      </w:r>
    </w:p>
    <w:p>
      <w:r>
        <w:rPr>
          <w:rFonts w:ascii="Gentium Plus" w:hAnsi="Gentium Plus"/>
          <w:sz w:val="24"/>
        </w:rPr>
        <w:t>τοίνυν ἐννοήσαντας τοῦ κατορθώματος ἡλίκον τὸ μέ‐ γεθος, εἴ τινας εὕροιτε γενναίους ἄνδρας, δυναμένους αὐτῷ συμπρᾶξαι πρὸς τῶν κατορθωμάτων τούτων τὸ μέγεθος, πολλῇ τῇ προθυμίᾳ συναποστεῖλαι αὐτῷ παρακλήθητε, ἐννοοῦντες ἡλίκον ἐντεῦθεν καρπώ‐</w:t>
      </w:r>
    </w:p>
    <w:p>
      <w:r>
        <w:rPr>
          <w:rFonts w:ascii="Courier New" w:hAnsi="Courier New"/>
          <w:color w:val="555555"/>
          <w:sz w:val="20"/>
        </w:rPr>
        <w:t>[10]</w:t>
      </w:r>
    </w:p>
    <w:p>
      <w:r>
        <w:rPr>
          <w:rFonts w:ascii="Gentium Plus" w:hAnsi="Gentium Plus"/>
          <w:sz w:val="24"/>
        </w:rPr>
        <w:t>σεσθε τὸν μισθόν.</w:t>
      </w:r>
    </w:p>
    <w:p>
      <w:pPr>
        <w:jc w:val="center"/>
      </w:pPr>
      <w:r>
        <w:rPr>
          <w:rFonts w:ascii="Gentium Plus" w:hAnsi="Gentium Plus"/>
          <w:b/>
          <w:sz w:val="24"/>
        </w:rPr>
        <w:t>Νϛʹ. Ῥωμύλῳ καὶ Βύζῳ μονάζουσι.</w:t>
      </w:r>
    </w:p>
    <w:p>
      <w:r>
        <w:rPr>
          <w:rFonts w:ascii="Courier New" w:hAnsi="Courier New"/>
          <w:color w:val="555555"/>
          <w:sz w:val="20"/>
        </w:rPr>
        <w:t>[12]</w:t>
      </w:r>
    </w:p>
    <w:p>
      <w:r>
        <w:rPr>
          <w:rFonts w:ascii="Gentium Plus" w:hAnsi="Gentium Plus"/>
          <w:sz w:val="24"/>
        </w:rPr>
        <w:t>Ἐγὼ μὲν ἐβουλόμην ὑμᾶς καὶ ἐνταῦθα παραγενο‐ μένους ἰδεῖν· ἀκούων γὰρ ὑμῶν τὴν εὐλάβειαν, σφο‐ δρὸς ὑμῶν γέγονα ἐραστὴς, τοῖς τῆς ἀγάπης ὀφθαλ‐</w:t>
      </w:r>
    </w:p>
    <w:p>
      <w:r>
        <w:rPr>
          <w:rFonts w:ascii="Courier New" w:hAnsi="Courier New"/>
          <w:color w:val="555555"/>
          <w:sz w:val="20"/>
        </w:rPr>
        <w:t>[15]</w:t>
      </w:r>
    </w:p>
    <w:p>
      <w:r>
        <w:rPr>
          <w:rFonts w:ascii="Gentium Plus" w:hAnsi="Gentium Plus"/>
          <w:sz w:val="24"/>
        </w:rPr>
        <w:t>μοῖς ὑμᾶς φανταζόμενος· ἐπειδὴ δὲ τοῦτο τέως οὐκ ἔνι, καὶ διὰ τὸ τῆς ὁδοῦ μῆκος, καὶ διὰ τὴν τοῦ χει‐ μῶνος ὥραν, καὶ διὰ τὸν τῶν Ἰσαύρων φόβον, διὰ τῶν γραμμάτων ἐσπούδακα ὑμῶν συγγενέσθαι τῇ τιμιότητι, δήλην ὑμῖν ποιῶν τὴν διάθεσιν, ἣν ἔχομεν</w:t>
      </w:r>
    </w:p>
    <w:p>
      <w:r>
        <w:rPr>
          <w:rFonts w:ascii="Courier New" w:hAnsi="Courier New"/>
          <w:color w:val="555555"/>
          <w:sz w:val="20"/>
        </w:rPr>
        <w:t>[20]</w:t>
      </w:r>
    </w:p>
    <w:p>
      <w:r>
        <w:rPr>
          <w:rFonts w:ascii="Gentium Plus" w:hAnsi="Gentium Plus"/>
          <w:sz w:val="24"/>
        </w:rPr>
        <w:t>πρὸς τὴν εὐλάβειαν τὴν ὑμετέραν· ἔνι γὰρ καὶ τοὺς πόῤῥωθεν ὄντας καὶ μὴ ὁραθέντας φιλεῖν. Τοιαύτη γὰρ τῆς ἀγάπης ἡ δύναμις· οὐ διείργεται ὁδοῦ μή‐ κει, οὐδὲ μαραίνεται χρόνου πλήθει, οὐδὲ νικᾶται πειρασμῶν ἐπαγωγαῖς· ἀλλὰ ταῦτα πάντα νικῶσα</w:t>
      </w:r>
    </w:p>
    <w:p>
      <w:r>
        <w:rPr>
          <w:rFonts w:ascii="Courier New" w:hAnsi="Courier New"/>
          <w:color w:val="555555"/>
          <w:sz w:val="20"/>
        </w:rPr>
        <w:t>[25]</w:t>
      </w:r>
    </w:p>
    <w:p>
      <w:r>
        <w:rPr>
          <w:rFonts w:ascii="Gentium Plus" w:hAnsi="Gentium Plus"/>
          <w:sz w:val="24"/>
        </w:rPr>
        <w:t>ἀνωτέρα πάντων γίνεται, καὶ πρὸς ὕψος ἄφατον αἴ‐ ρεται. Διὰ δὴ τοῦτο καὶ ἡμεῖς, ἐπειδὴ σφόδρα περὶ ὑμᾶς διακείμεθα, οὐδενὶ τούτων γεγόναμεν ῥᾳ‐ θυμότεροι, ἀλλὰ καὶ γράφομεν, καὶ παρακαλοῦμεν ὑμᾶς τὰ περὶ τῆς ὑγείας τῆς ὑμετέρας δηλοῦν ἡμῖν.</w:t>
      </w:r>
    </w:p>
    <w:p>
      <w:r>
        <w:rPr>
          <w:rFonts w:ascii="Courier New" w:hAnsi="Courier New"/>
          <w:color w:val="555555"/>
          <w:sz w:val="20"/>
        </w:rPr>
        <w:t>[30]</w:t>
      </w:r>
    </w:p>
    <w:p>
      <w:r>
        <w:rPr>
          <w:rFonts w:ascii="Gentium Plus" w:hAnsi="Gentium Plus"/>
          <w:sz w:val="24"/>
        </w:rPr>
        <w:t>Οὕτω γὰρ καὶ ἐν ἐρημίᾳ διατρίβοντες, πολλὴν καρ‐ πωσόμεθα τὴν παράκλησιν, ὅταν ἀκούωμεν τοὺς οὕτω βιοῦντας, καὶ τὴν στενὴν ταύτην καὶ τεθλιμμένην ὁδεύοντας ὁδὸν, ὑγιαίνοντας καὶ ἐῤῥωμένους.</w:t>
      </w:r>
    </w:p>
    <w:p>
      <w:pPr>
        <w:jc w:val="center"/>
      </w:pPr>
      <w:r>
        <w:rPr>
          <w:rFonts w:ascii="Gentium Plus" w:hAnsi="Gentium Plus"/>
          <w:b/>
          <w:sz w:val="24"/>
        </w:rPr>
        <w:t>ΝΖʹ. Ἀδολίᾳ.</w:t>
      </w:r>
    </w:p>
    <w:p>
      <w:r>
        <w:rPr>
          <w:rFonts w:ascii="Courier New" w:hAnsi="Courier New"/>
          <w:color w:val="555555"/>
          <w:sz w:val="20"/>
        </w:rPr>
        <w:t>[35]</w:t>
      </w:r>
    </w:p>
    <w:p>
      <w:r>
        <w:rPr>
          <w:rFonts w:ascii="Gentium Plus" w:hAnsi="Gentium Plus"/>
          <w:sz w:val="24"/>
        </w:rPr>
        <w:t>Ἡμεῖς, κἂν αὐτὴ σπανιάκις ἐπιστέλλῃς, οὐ παυσό‐ μεθα, ὁσάκις ἂν ἐπιτύχωμεν τῶν ἐντεῦθεν ἐκεῖσε ἀφικνουμένων, γράφοντες πρὸς τὴν εὐγένειαν τὴν σήν. Ἐβουλόμεθα μὲν γὰρ καὶ ἐνταῦθά σε παραγενο‐ μένην ἰδεῖν, καὶ σφόδρα τοῦτο ἐπιθυμοῦμεν. Ἀλλ’</w:t>
      </w:r>
    </w:p>
    <w:p>
      <w:r>
        <w:rPr>
          <w:rFonts w:ascii="Courier New" w:hAnsi="Courier New"/>
          <w:color w:val="555555"/>
          <w:sz w:val="20"/>
        </w:rPr>
        <w:t>[40]</w:t>
      </w:r>
    </w:p>
    <w:p>
      <w:r>
        <w:rPr>
          <w:rFonts w:ascii="Gentium Plus" w:hAnsi="Gentium Plus"/>
          <w:sz w:val="24"/>
        </w:rPr>
        <w:t>ἐπειδὴ τοῦτο ἐργῶδες ἴσως κατεφάνη σου τῇ εὐγενείᾳ (τὰ γὰρ τῶν Ἰσαύρων πέπαυται παντελῶς), τὴν γοῦν ἀπὸ τοῦ γράφειν συνεχῶς τῇ τιμιότητί σου πα‐ ράκλησιν οὐ παυσόμεθα παρέχοντες ἑαυτοῖς. Καὶ γὰρ ὁσάκις ἂν ἐπιτύχωμεν γραμματηφόρου ἐκεῖσε παρα‐</w:t>
      </w:r>
    </w:p>
    <w:p>
      <w:r>
        <w:rPr>
          <w:rFonts w:ascii="Courier New" w:hAnsi="Courier New"/>
          <w:color w:val="555555"/>
          <w:sz w:val="20"/>
        </w:rPr>
        <w:t>[45]</w:t>
      </w:r>
    </w:p>
    <w:p>
      <w:r>
        <w:rPr>
          <w:rFonts w:ascii="Gentium Plus" w:hAnsi="Gentium Plus"/>
          <w:sz w:val="24"/>
        </w:rPr>
        <w:t>γινομένου, οὐ τὴν τυχοῦσαν καρπούμεθα εὐφροσύνην ἐπιστέλλοντές σου τῇ τιμιότητι. Τοῦτ’ οὖν εἰδυῖα, κυρία μου κοσμιωτάτη καὶ εὐλαβεστάτη, καὶ αὐτὴ σπουδὴν ποιεῖσθαι παρακλήθητι τοῦ συνεχῶς ἡμῖν ἐπιστέλλειν τὰ περὶ τῆς ὑγείας τῆς σῆς καὶ εὐθυμίας.</w:t>
      </w:r>
    </w:p>
    <w:p>
      <w:r>
        <w:rPr>
          <w:rFonts w:ascii="Courier New" w:hAnsi="Courier New"/>
          <w:color w:val="555555"/>
          <w:sz w:val="20"/>
        </w:rPr>
        <w:t>[52 . 640 (50)]</w:t>
      </w:r>
    </w:p>
    <w:p>
      <w:r>
        <w:rPr>
          <w:rFonts w:ascii="Gentium Plus" w:hAnsi="Gentium Plus"/>
          <w:sz w:val="24"/>
        </w:rPr>
        <w:t>Ὥσπερ γὰρ τῆς ἀποδημίας ἕνεκεν οὐδὲν ἐγκαλοῦμεν.</w:t>
      </w:r>
    </w:p>
    <w:p>
      <w:r>
        <w:rPr>
          <w:rFonts w:ascii="Courier New" w:hAnsi="Courier New"/>
          <w:color w:val="555555"/>
          <w:sz w:val="20"/>
        </w:rPr>
        <w:t>[52 . 641]</w:t>
      </w:r>
    </w:p>
    <w:p>
      <w:r>
        <w:rPr>
          <w:rFonts w:ascii="Gentium Plus" w:hAnsi="Gentium Plus"/>
          <w:sz w:val="24"/>
        </w:rPr>
        <w:t>σιγῆς ἕνεκεν τῆς μακρᾶς οὐ παυσόμεθα αἰτιώμενοι, διὰ τὸ σφόδρα ἐπιθυμεῖν συνεχῶς μανθάνειν τὰ περὶ τῆς ῥώσεως τῆς σῆς καὶ οἴκου σου παντός.</w:t>
      </w:r>
    </w:p>
    <w:p>
      <w:pPr>
        <w:jc w:val="center"/>
      </w:pPr>
      <w:r>
        <w:rPr>
          <w:rFonts w:ascii="Gentium Plus" w:hAnsi="Gentium Plus"/>
          <w:b/>
          <w:sz w:val="24"/>
        </w:rPr>
        <w:t>ΝΗʹ. Θεοδοσίῳ ἀπὸ δουκῶν.</w:t>
      </w:r>
    </w:p>
    <w:p>
      <w:r>
        <w:rPr>
          <w:rFonts w:ascii="Courier New" w:hAnsi="Courier New"/>
          <w:color w:val="555555"/>
          <w:sz w:val="20"/>
        </w:rPr>
        <w:t>[5]</w:t>
      </w:r>
    </w:p>
    <w:p>
      <w:r>
        <w:rPr>
          <w:rFonts w:ascii="Gentium Plus" w:hAnsi="Gentium Plus"/>
          <w:sz w:val="24"/>
        </w:rPr>
        <w:t>Πολλοῦ τοῦ μέλιτος τὴν ἐπιστολὴν ἀνέχρωσας, μᾶλλον δὲ καὶ μέλιτος αὐτὴν ἡδίω πεποίηκας. Τὸ μὲν γὰρ ὅταν συνεχέστερον ὁμιλήσῃ τοῖς ἀπολαύουσιν αὐτοῦ τῆς γλυκύτητος, οὐκ ἔτι ὁμοίως ἡδὺ φαίνεται, τοῦ κόρου τὴν τυραννίδα τῆς ἡδονῆς καταλύοντος· τὰ</w:t>
      </w:r>
    </w:p>
    <w:p>
      <w:r>
        <w:rPr>
          <w:rFonts w:ascii="Courier New" w:hAnsi="Courier New"/>
          <w:color w:val="555555"/>
          <w:sz w:val="20"/>
        </w:rPr>
        <w:t>[10]</w:t>
      </w:r>
    </w:p>
    <w:p>
      <w:r>
        <w:rPr>
          <w:rFonts w:ascii="Gentium Plus" w:hAnsi="Gentium Plus"/>
          <w:sz w:val="24"/>
        </w:rPr>
        <w:t>δὲ γράμματα τὰ σὰ τὴν ὑγίειαν ἡμῖν εὐαγγελιζόμενα τὴν σὴν, τοσοῦτον ἀπέχει τοῦτο παθεῖν, ὅτι καὶ ἐπι‐ τείνει τότε μάλιστα ἡμῖν τὴν εὐφροσύνην, ὅταν συν‐ εχέστερον πέμπηται. Σὺ μὲν οὖν τὴν ἐπιστολὴν περι‐ επτύξω τὴν ἐμήν· ἐγὼ δὲ αὐτόν σε τὸν πατέρα τῆς</w:t>
      </w:r>
    </w:p>
    <w:p>
      <w:r>
        <w:rPr>
          <w:rFonts w:ascii="Courier New" w:hAnsi="Courier New"/>
          <w:color w:val="555555"/>
          <w:sz w:val="20"/>
        </w:rPr>
        <w:t>[15]</w:t>
      </w:r>
    </w:p>
    <w:p>
      <w:r>
        <w:rPr>
          <w:rFonts w:ascii="Gentium Plus" w:hAnsi="Gentium Plus"/>
          <w:sz w:val="24"/>
        </w:rPr>
        <w:t>ἐπιστολῆς καὶ περιεπτυξάμην, καὶ περιέβαλον ἄμφω τὼ χεῖρε, καὶ τῷ τραχήλῳ περιχυθεὶς, καὶ τὴν φίλην ἐμοὶ φιλήσας κεφαλὴν, πολλὴν ἐκαρπωσάμην τὴν παραμυθίαν. Οὐδὲ γὰρ ἐπιστολὴν ἐνόμιζον σὴν ἐπιέναι μόνον, ἀλλὰ καὶ αὐτὸν παρεῖναι ἡμῖν καὶ</w:t>
      </w:r>
    </w:p>
    <w:p>
      <w:r>
        <w:rPr>
          <w:rFonts w:ascii="Courier New" w:hAnsi="Courier New"/>
          <w:color w:val="555555"/>
          <w:sz w:val="20"/>
        </w:rPr>
        <w:t>[20]</w:t>
      </w:r>
    </w:p>
    <w:p>
      <w:r>
        <w:rPr>
          <w:rFonts w:ascii="Gentium Plus" w:hAnsi="Gentium Plus"/>
          <w:sz w:val="24"/>
        </w:rPr>
        <w:t>συγγίνεσθαι. Τοσοῦτον ἴσχυσε τῆς ἐπιστολῆς ἡ δύ‐ ναμις. Τοιοῦτον γὰρ τῆς γνησίας ἀγάπης ἡ φύσις· κἂν διὰ γραμμάτων αὐτῆς προχέῃ τὰ νάματα, αὐ‐ τὴν τὴν πηγὴν τῶν γραμμάτων φαντάζεσθαι παρα‐ σκευάζει· ὃ δὴ καὶ ἡμεῖς πεπόνθαμεν. Καὶ οὔτε</w:t>
      </w:r>
    </w:p>
    <w:p>
      <w:r>
        <w:rPr>
          <w:rFonts w:ascii="Courier New" w:hAnsi="Courier New"/>
          <w:color w:val="555555"/>
          <w:sz w:val="20"/>
        </w:rPr>
        <w:t>[25]</w:t>
      </w:r>
    </w:p>
    <w:p>
      <w:r>
        <w:rPr>
          <w:rFonts w:ascii="Gentium Plus" w:hAnsi="Gentium Plus"/>
          <w:sz w:val="24"/>
        </w:rPr>
        <w:t>χρόνου πλῆθος, οὔτε ὁδοῦ μῆκος, οὔτε πρα‐ γμάτων περίστασις, οὔτε ἄλλο οὐδὲν πρὸς τοῦτο κώλυμα γέγονεν ἡμῖν. Ταῦτ’ οὖν εἰδὼς, δέσποτά μου θαυμασιώτατε, ἐπιστέλλειν ἠμῖν συνεχῶς μὴ κατ‐ όκνει, περὶ τῆς ὑγείας σου, καὶ τοῦ οἴκου σου παν‐</w:t>
      </w:r>
    </w:p>
    <w:p>
      <w:r>
        <w:rPr>
          <w:rFonts w:ascii="Courier New" w:hAnsi="Courier New"/>
          <w:color w:val="555555"/>
          <w:sz w:val="20"/>
        </w:rPr>
        <w:t>[30]</w:t>
      </w:r>
    </w:p>
    <w:p>
      <w:r>
        <w:rPr>
          <w:rFonts w:ascii="Gentium Plus" w:hAnsi="Gentium Plus"/>
          <w:sz w:val="24"/>
        </w:rPr>
        <w:t>τὸς, καὶ τῆς εὐθυμίας δηλῶν. Οἶσθα γὰρ ὅπως ἡμῖν περισπούδαστον μανθάνειν.</w:t>
      </w:r>
    </w:p>
    <w:p>
      <w:pPr>
        <w:jc w:val="center"/>
      </w:pPr>
      <w:r>
        <w:rPr>
          <w:rFonts w:ascii="Gentium Plus" w:hAnsi="Gentium Plus"/>
          <w:b/>
          <w:sz w:val="24"/>
        </w:rPr>
        <w:t>ΝΘʹ. Θεοδότῳ διακόνῳ.</w:t>
      </w:r>
    </w:p>
    <w:p>
      <w:r>
        <w:rPr>
          <w:rFonts w:ascii="Courier New" w:hAnsi="Courier New"/>
          <w:color w:val="555555"/>
          <w:sz w:val="20"/>
        </w:rPr>
        <w:t>[33]</w:t>
      </w:r>
    </w:p>
    <w:p>
      <w:r>
        <w:rPr>
          <w:rFonts w:ascii="Gentium Plus" w:hAnsi="Gentium Plus"/>
          <w:sz w:val="24"/>
        </w:rPr>
        <w:t>Ταχέως ἡμῶν ἐπελάθου, τῷ χωρισμῷ σου σφόδρα λυπηρῷ ἡμῖν γεγενημένῳ καὶ τὴν ἀπὸ τῆς σιγῆς τῆς</w:t>
      </w:r>
    </w:p>
    <w:p>
      <w:r>
        <w:rPr>
          <w:rFonts w:ascii="Courier New" w:hAnsi="Courier New"/>
          <w:color w:val="555555"/>
          <w:sz w:val="20"/>
        </w:rPr>
        <w:t>[35]</w:t>
      </w:r>
    </w:p>
    <w:p>
      <w:r>
        <w:rPr>
          <w:rFonts w:ascii="Gentium Plus" w:hAnsi="Gentium Plus"/>
          <w:sz w:val="24"/>
        </w:rPr>
        <w:t>μακρᾶς προσθεὶς ἀθυμίαν. Καὶ οὐδὲ εἰς χρόνου στενο‐ χωρίαν ἔχεις καταφυγεῖν· ἱκανὸν γὰρ τῶν ἡμερῶν τὸ πλῆθος πολλὴν ὁδοιπόρῳ παρασχεῖν εὐκολίαν πρὸς ἐπάνοδον. Ἀλλ’ οὐδὲ τὰ Ἰσαυρικὰ προβαλλομένου ἀνασχοίμεθα ἂν, ἐπειδὴ σφόδρα σε φιλοῦμεν. Καὶ γὰρ</w:t>
      </w:r>
    </w:p>
    <w:p>
      <w:r>
        <w:rPr>
          <w:rFonts w:ascii="Courier New" w:hAnsi="Courier New"/>
          <w:color w:val="555555"/>
          <w:sz w:val="20"/>
        </w:rPr>
        <w:t>[40]</w:t>
      </w:r>
    </w:p>
    <w:p>
      <w:r>
        <w:rPr>
          <w:rFonts w:ascii="Gentium Plus" w:hAnsi="Gentium Plus"/>
          <w:sz w:val="24"/>
        </w:rPr>
        <w:t>πολλοὶ οἱ ἐκεῖθεν μετὰ τὴν σὴν ἀποδημίαν ἐνταῦθα παραγενόμενοι. Τί οὖν ἐστι τῆς σιγῆς τὸ αἴτιον; Ὄκνος καὶ ῥᾳθυμία. Ἀλλ’ ὅμως ἀφίεμέν σε τῶν ἐπὶ τῇ προτέρᾳ ὀλιγωρίᾳ ἐγκλημάτων, ἂν βουληθῇς εἰς</w:t>
      </w:r>
    </w:p>
    <w:p>
      <w:r>
        <w:rPr>
          <w:rFonts w:ascii="Courier New" w:hAnsi="Courier New"/>
          <w:color w:val="555555"/>
          <w:sz w:val="20"/>
        </w:rPr>
        <w:t>[52 . 642]</w:t>
      </w:r>
    </w:p>
    <w:p>
      <w:r>
        <w:rPr>
          <w:rFonts w:ascii="Gentium Plus" w:hAnsi="Gentium Plus"/>
          <w:sz w:val="24"/>
        </w:rPr>
        <w:t>παροφθέν. Οἶσθα γὰρ ὅπως ἡμῖν χαριῇ, συνεχῶς ἡμῖν ἐπιστέλλων τὰ περὶ τῆς ὑγείας τῆς σῆς.</w:t>
      </w:r>
    </w:p>
    <w:p>
      <w:pPr>
        <w:jc w:val="center"/>
      </w:pPr>
      <w:r>
        <w:rPr>
          <w:rFonts w:ascii="Gentium Plus" w:hAnsi="Gentium Plus"/>
          <w:b/>
          <w:sz w:val="24"/>
        </w:rPr>
        <w:t>Ξʹ. Χαλκιδίᾳ καὶ Ἀσυγκριτίᾳ.</w:t>
      </w:r>
    </w:p>
    <w:p>
      <w:r>
        <w:rPr>
          <w:rFonts w:ascii="Courier New" w:hAnsi="Courier New"/>
          <w:color w:val="555555"/>
          <w:sz w:val="20"/>
        </w:rPr>
        <w:t>[4]</w:t>
      </w:r>
    </w:p>
    <w:p>
      <w:r>
        <w:rPr>
          <w:rFonts w:ascii="Gentium Plus" w:hAnsi="Gentium Plus"/>
          <w:sz w:val="24"/>
        </w:rPr>
        <w:t>Οἶδα ὅτι σφόδρα ὑμᾶς διετάραξε τῶν ἐπαλλήλων</w:t>
      </w:r>
    </w:p>
    <w:p>
      <w:r>
        <w:rPr>
          <w:rFonts w:ascii="Courier New" w:hAnsi="Courier New"/>
          <w:color w:val="555555"/>
          <w:sz w:val="20"/>
        </w:rPr>
        <w:t>[5]</w:t>
      </w:r>
    </w:p>
    <w:p>
      <w:r>
        <w:rPr>
          <w:rFonts w:ascii="Gentium Plus" w:hAnsi="Gentium Plus"/>
          <w:sz w:val="24"/>
        </w:rPr>
        <w:t>πειρασμῶν ἡ συνέχεια, τῶν ἐπενεχθέντων τῷ κυρίῳ μου τῷ τιμιωτάτῳ καὶ εὐλαβεστάτῳ πρεσβυτέρῳ. Ἀλλὰ μηδὲν ὑμᾶς τοῦτο θορυβείτω. Ὁ γὰρ διὰ τὸν Θεὸν ταῦτα πάσχων, ὅσῳπερ ἄν τι χαλεπώτερον πάθῃ, μειζόνων ἀπολαύει στεφάνων. Ἱκανὴν τοίνυν</w:t>
      </w:r>
    </w:p>
    <w:p>
      <w:r>
        <w:rPr>
          <w:rFonts w:ascii="Courier New" w:hAnsi="Courier New"/>
          <w:color w:val="555555"/>
          <w:sz w:val="20"/>
        </w:rPr>
        <w:t>[10]</w:t>
      </w:r>
    </w:p>
    <w:p>
      <w:r>
        <w:rPr>
          <w:rFonts w:ascii="Gentium Plus" w:hAnsi="Gentium Plus"/>
          <w:sz w:val="24"/>
        </w:rPr>
        <w:t>ἔχουσαι ταύτην τὴν παράκλησιν, φέρετε γενναίως καὶ εὐχαρίστως τὰ συμπίπτοντα, δοξάζουσαι τὸν Θεὸν ἐφ’ ἅπασι τοῖς συμβαίνουσιν. Οὕτω γὰρ καὶ ὑμεῖς κοινωνοὶ γενήσεσθε τῶν ἀποκειμένων αὐτῷ μισθῶν καὶ στεφάνων, ὑπὲρ ὧν γενναίως καὶ πράως</w:t>
      </w:r>
    </w:p>
    <w:p>
      <w:r>
        <w:rPr>
          <w:rFonts w:ascii="Courier New" w:hAnsi="Courier New"/>
          <w:color w:val="555555"/>
          <w:sz w:val="20"/>
        </w:rPr>
        <w:t>[15]</w:t>
      </w:r>
    </w:p>
    <w:p>
      <w:r>
        <w:rPr>
          <w:rFonts w:ascii="Gentium Plus" w:hAnsi="Gentium Plus"/>
          <w:sz w:val="24"/>
        </w:rPr>
        <w:t>ἠνέγκατε τὰ συμβάντα. Ἴστε γὰρ ὅτι ὁδὸς ὁ παρὼν βίος, καὶ τὰ χρηστὰ αὐτοῦ καὶ τὰ λυπηρὰ παροδεύε‐ ται, καὶ ὅτι διὰ πολλῶν θλίψεων δεῖ ἡμᾶς εἰσελθεῖν εἰς τὴν βασιλείαν τοῦ Θεοῦ· καὶ ὅτι στενὴ καὶ τε‐ θλιμμένη ἡ ὁδὸς, ἡ ἀπάγουσα εἰς τὴν ζωήν. Παρα‐</w:t>
      </w:r>
    </w:p>
    <w:p>
      <w:r>
        <w:rPr>
          <w:rFonts w:ascii="Courier New" w:hAnsi="Courier New"/>
          <w:color w:val="555555"/>
          <w:sz w:val="20"/>
        </w:rPr>
        <w:t>[20]</w:t>
      </w:r>
    </w:p>
    <w:p>
      <w:r>
        <w:rPr>
          <w:rFonts w:ascii="Gentium Plus" w:hAnsi="Gentium Plus"/>
          <w:sz w:val="24"/>
        </w:rPr>
        <w:t>κληθεῖσαι οὖν καὶ διὰ τούτων, καὶ διὰ τῆς παρουσίας αὐτοῦ, ἅπαν ἀθυμίας διασκεδάσατε νέφος, χαίρουσαι, εὐφραινόμεναι ἐπὶ τοῖς τούτου παθήμασι. Καὶ γὰρ ἄφατος αὐτῷ ἐντεῦθεν κείσεται ὁ καρπὸς καὶ ἀκή‐ ρατος.</w:t>
      </w:r>
    </w:p>
    <w:p>
      <w:pPr>
        <w:jc w:val="center"/>
      </w:pPr>
      <w:r>
        <w:rPr>
          <w:rFonts w:ascii="Gentium Plus" w:hAnsi="Gentium Plus"/>
          <w:b/>
          <w:sz w:val="24"/>
        </w:rPr>
        <w:t>ΞΑʹ. Θεοδότῳ ἀπὸ κονσουλαρίων.</w:t>
      </w:r>
    </w:p>
    <w:p>
      <w:r>
        <w:rPr>
          <w:rFonts w:ascii="Courier New" w:hAnsi="Courier New"/>
          <w:color w:val="555555"/>
          <w:sz w:val="20"/>
        </w:rPr>
        <w:t>[26]</w:t>
      </w:r>
    </w:p>
    <w:p>
      <w:r>
        <w:rPr>
          <w:rFonts w:ascii="Gentium Plus" w:hAnsi="Gentium Plus"/>
          <w:sz w:val="24"/>
        </w:rPr>
        <w:t>Τοῦτο πατὴρ, τὸ μὴ μόνον μὴ δυσχεραίνειν τοῦ παιδὸς τὴν ἀληθῆ φιλοσοφίαν φιλοσοφοῦντος, ἀλλὰ καὶ συνήδεσθαι, καὶ πάντα ποιεῖν, ὅπως εἰς ἄκρον αὐτῆς ἀφίκοιτο· καὶ μηδὲ τῷ πόῤῥωθεν εἶναι καὶ</w:t>
      </w:r>
    </w:p>
    <w:p>
      <w:r>
        <w:rPr>
          <w:rFonts w:ascii="Courier New" w:hAnsi="Courier New"/>
          <w:color w:val="555555"/>
          <w:sz w:val="20"/>
        </w:rPr>
        <w:t>[30]</w:t>
      </w:r>
    </w:p>
    <w:p>
      <w:r>
        <w:rPr>
          <w:rFonts w:ascii="Gentium Plus" w:hAnsi="Gentium Plus"/>
          <w:sz w:val="24"/>
        </w:rPr>
        <w:t>πατρίδος, καὶ οἰκίας, καὶ τῶν σῶν ὀφθαλμῶν, βαρύ‐ νεσθαι, ἀλλὰ νῦν μᾶλλον αὐτὸν ἡγεῖσθαι πλησίον ἔχειν, ὅτε αὐτῷ τὰ τῆς ἀρετῆς ἐπιδίδωσι. Διὰ ταῦτά σοι καὶ ἡμεῖς πολλὰς χάριτας ἴσμεν, καὶ τεθαυμάκα‐ μεν πῶς τοιοῦτον ἡμῖν δῶρον δεδωκὼς, τὸν υἱὸν, ἐνό‐</w:t>
      </w:r>
    </w:p>
    <w:p>
      <w:r>
        <w:rPr>
          <w:rFonts w:ascii="Courier New" w:hAnsi="Courier New"/>
          <w:color w:val="555555"/>
          <w:sz w:val="20"/>
        </w:rPr>
        <w:t>[35]</w:t>
      </w:r>
    </w:p>
    <w:p>
      <w:r>
        <w:rPr>
          <w:rFonts w:ascii="Gentium Plus" w:hAnsi="Gentium Plus"/>
          <w:sz w:val="24"/>
        </w:rPr>
        <w:t>μισας δεῖν σοι καὶ ξενίων εἰς τιμὴν ἡμετέραν. Τὴν μὲν οὖν τιμὴν τὴν ἐκ τῶν πεμφθέντων ἐδρεψάμεθα, αὐτὰ δὲ ἀνταπεστάλκαμεν, οὐχ ὑπερορῶντές σου τῆς εὐγενείας (πῶς γὰρ τοῦ οὕτω σφοδρῶς ἡμῶν ἐρῶν‐ τος;), ἀλλ’ ἡγούμενοι περιττὸν εἶναι τούτων τὴν ἀπό‐</w:t>
      </w:r>
    </w:p>
    <w:p>
      <w:r>
        <w:rPr>
          <w:rFonts w:ascii="Courier New" w:hAnsi="Courier New"/>
          <w:color w:val="555555"/>
          <w:sz w:val="20"/>
        </w:rPr>
        <w:t>[40]</w:t>
      </w:r>
    </w:p>
    <w:p>
      <w:r>
        <w:rPr>
          <w:rFonts w:ascii="Gentium Plus" w:hAnsi="Gentium Plus"/>
          <w:sz w:val="24"/>
        </w:rPr>
        <w:t>λαυσιν διώκειν, ὧν ἐν χρείᾳ οὐ καθεστήκαμεν. Τὸν μέντοι καλὸν Θεόδοτον τὸν ἀναγνώστην ἐβουλόμεθα μὲν παρ’ ἑαυτοῖς κατέχειν καὶ πλάττειν, ἐπειδὴ δὲ πάντα τὰ ἐνταῦθα φόνων, ταραχῆς, αἱμάτων, ἐμπρη‐ σμῶν ἐμπέπλησται, τῶν Ἰσαύρων πάντα σιδήρῳ καὶ</w:t>
      </w:r>
    </w:p>
    <w:p>
      <w:r>
        <w:rPr>
          <w:rFonts w:ascii="Courier New" w:hAnsi="Courier New"/>
          <w:color w:val="555555"/>
          <w:sz w:val="20"/>
        </w:rPr>
        <w:t>[45]</w:t>
      </w:r>
    </w:p>
    <w:p>
      <w:r>
        <w:rPr>
          <w:rFonts w:ascii="Gentium Plus" w:hAnsi="Gentium Plus"/>
          <w:sz w:val="24"/>
        </w:rPr>
        <w:t>πυρὶ ἀναλισκόντων, καὶ τόπους ἐκ τόπων ἀμείβομεν,</w:t>
      </w:r>
    </w:p>
    <w:p>
      <w:r>
        <w:rPr>
          <w:rFonts w:ascii="Courier New" w:hAnsi="Courier New"/>
          <w:color w:val="555555"/>
          <w:sz w:val="20"/>
        </w:rPr>
        <w:t>[52 . 643]</w:t>
      </w:r>
    </w:p>
    <w:p>
      <w:r>
        <w:rPr>
          <w:rFonts w:ascii="Gentium Plus" w:hAnsi="Gentium Plus"/>
          <w:sz w:val="24"/>
        </w:rPr>
        <w:t>καθ’ ἑκάστην μετανιστάμενοι τὴν ἡμέραν, ἀναγκαῖον εἶναι ἐνομίσαμεν ἐκπέμψαι αὐτὸν, πολλὰ παραγγεί‐ λαντες τῷ κυρίῳ μου τῷ εὐλαβεστάτῳ διακόνῳ Θεο‐ δότῳ ἐπιμελεῖσθαι αὐτοῦ διηνεκῶς, καὶ πολλὴν αὐτοῦ</w:t>
      </w:r>
    </w:p>
    <w:p>
      <w:r>
        <w:rPr>
          <w:rFonts w:ascii="Courier New" w:hAnsi="Courier New"/>
          <w:color w:val="555555"/>
          <w:sz w:val="20"/>
        </w:rPr>
        <w:t>[5]</w:t>
      </w:r>
    </w:p>
    <w:p>
      <w:r>
        <w:rPr>
          <w:rFonts w:ascii="Gentium Plus" w:hAnsi="Gentium Plus"/>
          <w:sz w:val="24"/>
        </w:rPr>
        <w:t>ποιεῖσθαι πρόνοιαν. Τοῦτο δὲ καὶ αὐτὸς κατορθωθῆναι σπούδασον τῷ παιδὶ, καὶ πάντως ἡμῶν ἐπαινέσῃ τὴν συμβουλὴν, καὶ πολλὴν εἴσῃ τῆς παραινέσεως ταύτης τὴν χάριν ἡμῖν.</w:t>
      </w:r>
    </w:p>
    <w:p>
      <w:pPr>
        <w:jc w:val="center"/>
      </w:pPr>
      <w:r>
        <w:rPr>
          <w:rFonts w:ascii="Gentium Plus" w:hAnsi="Gentium Plus"/>
          <w:b/>
          <w:sz w:val="24"/>
        </w:rPr>
        <w:t>ΞΒʹ. Κάστῳ, Οὐαλερίῳ, Διοφάντῃ, Κυριακῷ,</w:t>
      </w:r>
    </w:p>
    <w:p>
      <w:pPr>
        <w:jc w:val="center"/>
      </w:pPr>
      <w:r>
        <w:rPr>
          <w:rFonts w:ascii="Gentium Plus" w:hAnsi="Gentium Plus"/>
          <w:b/>
          <w:sz w:val="24"/>
        </w:rPr>
        <w:t>πρεσβυτέροις Ἀντιοχείας.</w:t>
      </w:r>
    </w:p>
    <w:p>
      <w:r>
        <w:rPr>
          <w:rFonts w:ascii="Courier New" w:hAnsi="Courier New"/>
          <w:color w:val="555555"/>
          <w:sz w:val="20"/>
        </w:rPr>
        <w:t>[11]</w:t>
      </w:r>
    </w:p>
    <w:p>
      <w:r>
        <w:rPr>
          <w:rFonts w:ascii="Gentium Plus" w:hAnsi="Gentium Plus"/>
          <w:sz w:val="24"/>
        </w:rPr>
        <w:t>Ὅτι μὲν ἡμᾶς ἀπέλιπεν ὁ κύριός μου ὁ τιμιώτατος καὶ εὐλαβέστατος πρεσβύτερος Κωνστάντιος, ἀλγῶ· ὅτι δὲ ὑμᾶς ἀπείληφε, χαίρω, καὶ μειζόνως χαίρω, ἢ ἐκεῖνο ἀλγῶ. Εὖ γὰρ οἶδ’ ὅτι εἰς ἀκύμαντον ὁρ‐</w:t>
      </w:r>
    </w:p>
    <w:p>
      <w:r>
        <w:rPr>
          <w:rFonts w:ascii="Courier New" w:hAnsi="Courier New"/>
          <w:color w:val="555555"/>
          <w:sz w:val="20"/>
        </w:rPr>
        <w:t>[15]</w:t>
      </w:r>
    </w:p>
    <w:p>
      <w:r>
        <w:rPr>
          <w:rFonts w:ascii="Gentium Plus" w:hAnsi="Gentium Plus"/>
          <w:sz w:val="24"/>
        </w:rPr>
        <w:t>μιεῖ λιμένα, τὴν ὑμετέραν ἀγάπην. Κἂν γὰρ μυρίαι πανταχόθεν περιεστήκωσι ταραχαὶ, καὶ πολλὰ ἐγεί‐ ρηται τὰ κύματα, ἀλλὰ τοιαῦτα τὰ ὑμέτερα, ὡς καὶ ἐν χειμῶνι γαλήνης ἀπολαύειν λευκῆς, διὰ τὴν προσ‐ οῦσαν ὑμῖν ἀνδρείαν, καὶ τὴν ἀπερίτρεπτον ἀγάπην</w:t>
      </w:r>
    </w:p>
    <w:p>
      <w:r>
        <w:rPr>
          <w:rFonts w:ascii="Courier New" w:hAnsi="Courier New"/>
          <w:color w:val="555555"/>
          <w:sz w:val="20"/>
        </w:rPr>
        <w:t>[20]</w:t>
      </w:r>
    </w:p>
    <w:p>
      <w:r>
        <w:rPr>
          <w:rFonts w:ascii="Gentium Plus" w:hAnsi="Gentium Plus"/>
          <w:sz w:val="24"/>
        </w:rPr>
        <w:t>καὶ διάθεσιν. Ἰδόντες τοίνυν αὐτὸν ὡς ὑμῖν πρέπον ἐστὶ, πάντα αὐτῷ γενέσθαι παρακλήθητε. Ἴστε γὰρ ὅσος ὑμῖν κείσεται μισθὸς, εἰκῆ καὶ μάτην ἐπηρεα‐ ζόμενον ἀνέχειν σπουδάζουσιν. Οὐδὲ γὰρ ἡμεῖς ἄλλο τι ζητοῦμεν, ἀλλ’ ὥστε μηδὲν αὐτὸν παρὰ τὸ δίκαιον</w:t>
      </w:r>
    </w:p>
    <w:p>
      <w:r>
        <w:rPr>
          <w:rFonts w:ascii="Courier New" w:hAnsi="Courier New"/>
          <w:color w:val="555555"/>
          <w:sz w:val="20"/>
        </w:rPr>
        <w:t>[25]</w:t>
      </w:r>
    </w:p>
    <w:p>
      <w:r>
        <w:rPr>
          <w:rFonts w:ascii="Gentium Plus" w:hAnsi="Gentium Plus"/>
          <w:sz w:val="24"/>
        </w:rPr>
        <w:t>ἐπηρεασθῆναι, καὶ μάτην ἄγεσθαι καὶ περιάγεσθαι, ἐν δικαστηρίοις σπαραττόμενον ὑπὲρ ὧν στεφανοῦ‐ σθαι αὐτὸν καὶ ἀνακηρύττεσθαι ἔδει. Καὶ ὑπὲρ μὲν τούτου ταῦτα αἰτοῦμεν· ὑπὲρ δὲ ἡμῶν αὐτῶν, ὥστε συνεχῶς ἡμῖν ἐπιστέλλειν, καὶ τὰ περὶ τῆς ὑγιείας</w:t>
      </w:r>
    </w:p>
    <w:p>
      <w:r>
        <w:rPr>
          <w:rFonts w:ascii="Courier New" w:hAnsi="Courier New"/>
          <w:color w:val="555555"/>
          <w:sz w:val="20"/>
        </w:rPr>
        <w:t>[30]</w:t>
      </w:r>
    </w:p>
    <w:p>
      <w:r>
        <w:rPr>
          <w:rFonts w:ascii="Gentium Plus" w:hAnsi="Gentium Plus"/>
          <w:sz w:val="24"/>
        </w:rPr>
        <w:t>τῆς ὑμετέρας εὐαγγελίζεσθαι. Εἰ γὰρ καὶ πολλῷ διειργόμεθα τῷ μέσῳ τῆς ὁδοῦ, ἀλλ’ ὅμως οὐ παυό‐ μεθα διηνεκῶς ὑμᾶς ἐπὶ διανοίας φέροντες, καὶ πλη‐ σίον ὑμῶν ὄντες, καὶ καθ’ ἑκάστην ὑμῖν συγ‐ γινόμενοι τὴν ἡμέραν. Τοιοῦτοι γὰρ οἱ τῆς ἀγάπης</w:t>
      </w:r>
    </w:p>
    <w:p>
      <w:r>
        <w:rPr>
          <w:rFonts w:ascii="Courier New" w:hAnsi="Courier New"/>
          <w:color w:val="555555"/>
          <w:sz w:val="20"/>
        </w:rPr>
        <w:t>[35]</w:t>
      </w:r>
    </w:p>
    <w:p>
      <w:r>
        <w:rPr>
          <w:rFonts w:ascii="Gentium Plus" w:hAnsi="Gentium Plus"/>
          <w:sz w:val="24"/>
        </w:rPr>
        <w:t>ὀφθαλμοὶ τῶν γνησίως εἰδότων φιλεῖν. Καὶ τοῦτο ἴστε καὶ αὐτοὶ σαφῶς, ἐπειδὴ καὶ φιλεῖν ἴστε γνησίως.</w:t>
      </w:r>
    </w:p>
    <w:p>
      <w:pPr>
        <w:jc w:val="center"/>
      </w:pPr>
      <w:r>
        <w:rPr>
          <w:rFonts w:ascii="Gentium Plus" w:hAnsi="Gentium Plus"/>
          <w:b/>
          <w:sz w:val="24"/>
        </w:rPr>
        <w:t>ΞΓʹ. Τραγκυλίνῳ.</w:t>
      </w:r>
    </w:p>
    <w:p>
      <w:r>
        <w:rPr>
          <w:rFonts w:ascii="Courier New" w:hAnsi="Courier New"/>
          <w:color w:val="555555"/>
          <w:sz w:val="20"/>
        </w:rPr>
        <w:t>[38]</w:t>
      </w:r>
    </w:p>
    <w:p>
      <w:r>
        <w:rPr>
          <w:rFonts w:ascii="Gentium Plus" w:hAnsi="Gentium Plus"/>
          <w:sz w:val="24"/>
        </w:rPr>
        <w:t>Τὰ μὲν ἄλλα πάντα εἴκει χρόνῳ καὶ παραχωρεῖ παλαιούμενα καὶ γηράσκοντα, καὶ σωμάτων ἄνθη,</w:t>
      </w:r>
    </w:p>
    <w:p>
      <w:r>
        <w:rPr>
          <w:rFonts w:ascii="Courier New" w:hAnsi="Courier New"/>
          <w:color w:val="555555"/>
          <w:sz w:val="20"/>
        </w:rPr>
        <w:t>[40]</w:t>
      </w:r>
    </w:p>
    <w:p>
      <w:r>
        <w:rPr>
          <w:rFonts w:ascii="Gentium Plus" w:hAnsi="Gentium Plus"/>
          <w:sz w:val="24"/>
        </w:rPr>
        <w:t>καὶ οἰκοδομημάτων μεγέθη, καὶ λειμῶνες, καὶ παρά‐ δεισοι, καὶ τὰ ἀπὸ τῆς γῆς ἅπαντα· μόνη δὲ ἡ ἀγάπη τὴν ἐντεῦθεν διέφυγε βλάβην, καὶ οὐ μόνον οὐ μαραί‐ νεται χρόνου πλήθει, ἀλλ’ οὐδὲ αὐτῷ διακόπτεται τῷ θανάτῳ. Διὰ δὴ τοῦτο καὶ ἡμεῖς, εἰ καὶ μακρὸν ἀπ‐</w:t>
      </w:r>
    </w:p>
    <w:p>
      <w:r>
        <w:rPr>
          <w:rFonts w:ascii="Courier New" w:hAnsi="Courier New"/>
          <w:color w:val="555555"/>
          <w:sz w:val="20"/>
        </w:rPr>
        <w:t>[45]</w:t>
      </w:r>
    </w:p>
    <w:p>
      <w:r>
        <w:rPr>
          <w:rFonts w:ascii="Gentium Plus" w:hAnsi="Gentium Plus"/>
          <w:sz w:val="24"/>
        </w:rPr>
        <w:t>ελείφθημεν χρόνον τῆς ἐμμελείας τῆς σῆς, ἀλλ’ ἀκμά‐ ζουσαν αὐτὴν διατηροῦμεν, καὶ γλώττῃ μὲν νῦν, γνώμῃ δὲ ἀεί. Διὸ καὶ συνεχῶς ἐπεστάλκαμέν σου τῇ εὐλαβείᾳ. Ἐπειδὴ δὲ ἡμῖν περισπούδαστον μανθάνειν οἷ τὰ τῆς ὑγιείας ὁρμᾷ τῆς σῆς (οἶσθα γὰρ ὅπως</w:t>
      </w:r>
    </w:p>
    <w:p>
      <w:r>
        <w:rPr>
          <w:rFonts w:ascii="Courier New" w:hAnsi="Courier New"/>
          <w:color w:val="555555"/>
          <w:sz w:val="20"/>
        </w:rPr>
        <w:t>[52 . 643 (50)]</w:t>
      </w:r>
    </w:p>
    <w:p>
      <w:r>
        <w:rPr>
          <w:rFonts w:ascii="Gentium Plus" w:hAnsi="Gentium Plus"/>
          <w:sz w:val="24"/>
        </w:rPr>
        <w:t>αὐτῆς ἀντεχόμεθα), εἰ δυνατὸν γένοιτο, καὶ ῥᾳδίως ἐπιτύχοις τινὸς τοῦ διακομίζοντος ἡμῖν τὰ γράμματα, τὰ σαυτῷ πρέποντα ποιῶν, δῆλον τοῦτο ποιῆσαι ἡμῖν</w:t>
      </w:r>
    </w:p>
    <w:p>
      <w:r>
        <w:rPr>
          <w:rFonts w:ascii="Courier New" w:hAnsi="Courier New"/>
          <w:color w:val="555555"/>
          <w:sz w:val="20"/>
        </w:rPr>
        <w:t>[52 . 644]</w:t>
      </w:r>
    </w:p>
    <w:p>
      <w:r>
        <w:rPr>
          <w:rFonts w:ascii="Gentium Plus" w:hAnsi="Gentium Plus"/>
          <w:sz w:val="24"/>
        </w:rPr>
        <w:t>τά τε ἐν Θρᾴκῃ, διηγήσεταί σου τῇ γνησίᾳ καὶ θερμῇ ἀγάπῃ ὁ τὰ γράμματα ἐγχειρίζων.</w:t>
      </w:r>
    </w:p>
    <w:p>
      <w:pPr>
        <w:jc w:val="center"/>
      </w:pPr>
      <w:r>
        <w:rPr>
          <w:rFonts w:ascii="Gentium Plus" w:hAnsi="Gentium Plus"/>
          <w:b/>
          <w:sz w:val="24"/>
        </w:rPr>
        <w:t>ΞΔʹ. Κυριακῷ ἐπισκόπῳ.</w:t>
      </w:r>
    </w:p>
    <w:p>
      <w:r>
        <w:rPr>
          <w:rFonts w:ascii="Courier New" w:hAnsi="Courier New"/>
          <w:color w:val="555555"/>
          <w:sz w:val="20"/>
        </w:rPr>
        <w:t>[4]</w:t>
      </w:r>
    </w:p>
    <w:p>
      <w:r>
        <w:rPr>
          <w:rFonts w:ascii="Gentium Plus" w:hAnsi="Gentium Plus"/>
          <w:sz w:val="24"/>
        </w:rPr>
        <w:t>Ὁ δεσπότης μου Σώπατρος, ὁ τῆς Ἀρμενίας ἄρ‐</w:t>
      </w:r>
    </w:p>
    <w:p>
      <w:r>
        <w:rPr>
          <w:rFonts w:ascii="Courier New" w:hAnsi="Courier New"/>
          <w:color w:val="555555"/>
          <w:sz w:val="20"/>
        </w:rPr>
        <w:t>[5]</w:t>
      </w:r>
    </w:p>
    <w:p>
      <w:r>
        <w:rPr>
          <w:rFonts w:ascii="Gentium Plus" w:hAnsi="Gentium Plus"/>
          <w:sz w:val="24"/>
        </w:rPr>
        <w:t>χων, Ἀρμενίας ταύτης ἐν ᾗ νῦν ἐσμεν καθειργμένοι, ἦρξε μὲν Ἀρμενίας ὡς πατὴρ, ἐπεδείξατο δὲ περὶ ἡμᾶς θεραπείαν πλείονα ἢ πατήρ. Ταύτης αὐτῷ τῆς εὐνοίας ἀποδοῦναι τὴν ἀμοιβὴν σπουδάζων τε καὶ ζη‐ τῶν, εὑρηκέναι μοι δοκῶ καλλίστην ὁδὸν, τὴν μεμε‐</w:t>
      </w:r>
    </w:p>
    <w:p>
      <w:r>
        <w:rPr>
          <w:rFonts w:ascii="Courier New" w:hAnsi="Courier New"/>
          <w:color w:val="555555"/>
          <w:sz w:val="20"/>
        </w:rPr>
        <w:t>[10]</w:t>
      </w:r>
    </w:p>
    <w:p>
      <w:r>
        <w:rPr>
          <w:rFonts w:ascii="Gentium Plus" w:hAnsi="Gentium Plus"/>
          <w:sz w:val="24"/>
        </w:rPr>
        <w:t>ριμνημένην σου καὶ ἄγρυπνον ψυχὴν, δι’ ἧς δυνήσο‐ μαι αὐτὸν ἀμείψασθαι. Πῶς καὶ τίνι τρόπῳ; Υἱός ἐστιν αὐτῷ διατρίβων αὐτόθι χρόνον ἤδη πολὺν ἐπὶ λόγων κτῆσιν. Τοῦτον ἐὰν σπουδάσῃς μετὰ προθυμίας ἰδεῖν, καὶ τῆς σοὶ πρεπούσης ἀγάπης, καὶ ποιήσῃς</w:t>
      </w:r>
    </w:p>
    <w:p>
      <w:r>
        <w:rPr>
          <w:rFonts w:ascii="Courier New" w:hAnsi="Courier New"/>
          <w:color w:val="555555"/>
          <w:sz w:val="20"/>
        </w:rPr>
        <w:t>[15]</w:t>
      </w:r>
    </w:p>
    <w:p>
      <w:r>
        <w:rPr>
          <w:rFonts w:ascii="Gentium Plus" w:hAnsi="Gentium Plus"/>
          <w:sz w:val="24"/>
        </w:rPr>
        <w:t>ἀπολαῦσαί τινος τῶν χρηστῶν, τὸ πᾶν ἐσόμεθα ἐκ‐ τετικότες. Ποίει δὲ τοῦτο, καὶ καθίστη γνώριμον αὐτὸν καὶ τοῖς ἐν τέλει, τοῖς καὶ σοὶ γνωρίμοις, καὶ δυναμένοις αὐτῷ τὴν ἀλλοτρίαν ἡδίω τῆς ἐνεγκούσης ποιῆσαι. Οὕτω γὰρ χαριῇ μὲν ἐκείνῳ, χαριῇ δὲ ἐμοὶ,</w:t>
      </w:r>
    </w:p>
    <w:p>
      <w:r>
        <w:rPr>
          <w:rFonts w:ascii="Courier New" w:hAnsi="Courier New"/>
          <w:color w:val="555555"/>
          <w:sz w:val="20"/>
        </w:rPr>
        <w:t>[20]</w:t>
      </w:r>
    </w:p>
    <w:p>
      <w:r>
        <w:rPr>
          <w:rFonts w:ascii="Gentium Plus" w:hAnsi="Gentium Plus"/>
          <w:sz w:val="24"/>
        </w:rPr>
        <w:t>χαριῇ δὲ σαυτῷ, ἄνδρα χρηστὸν καὶ φιλάνθρωπον καὶ κοινὸν τῶν πενήτων λιμένα διὰ τοῦ παιδὸς ὠφελῶν.</w:t>
      </w:r>
    </w:p>
    <w:p>
      <w:pPr>
        <w:jc w:val="center"/>
      </w:pPr>
      <w:r>
        <w:rPr>
          <w:rFonts w:ascii="Gentium Plus" w:hAnsi="Gentium Plus"/>
          <w:b/>
          <w:sz w:val="24"/>
        </w:rPr>
        <w:t>ΞΕʹ. Μαρκιανῷ καὶ Μαρκελλίνῳ.</w:t>
      </w:r>
    </w:p>
    <w:p>
      <w:r>
        <w:rPr>
          <w:rFonts w:ascii="Courier New" w:hAnsi="Courier New"/>
          <w:color w:val="555555"/>
          <w:sz w:val="20"/>
        </w:rPr>
        <w:t>[23]</w:t>
      </w:r>
    </w:p>
    <w:p>
      <w:r>
        <w:rPr>
          <w:rFonts w:ascii="Gentium Plus" w:hAnsi="Gentium Plus"/>
          <w:sz w:val="24"/>
        </w:rPr>
        <w:t>Ἀρκοῦσαν ἔχετε παραμυθίαν τῆς ἀθυμίας ἧς ὑπο‐ μένετε, καθὼς ἐπεστάλκατε, τὴν φιλόσοφον ὑμῶν</w:t>
      </w:r>
    </w:p>
    <w:p>
      <w:r>
        <w:rPr>
          <w:rFonts w:ascii="Courier New" w:hAnsi="Courier New"/>
          <w:color w:val="555555"/>
          <w:sz w:val="20"/>
        </w:rPr>
        <w:t>[25]</w:t>
      </w:r>
    </w:p>
    <w:p>
      <w:r>
        <w:rPr>
          <w:rFonts w:ascii="Gentium Plus" w:hAnsi="Gentium Plus"/>
          <w:sz w:val="24"/>
        </w:rPr>
        <w:t>γνώμην καὶ ὑψηλὴν, τὴν ἀπερίτρεπτον καὶ ἀκλινῆ διάθεσιν. Ὥσπερ γὰρ τὸν χαῦνον καὶ διαλελυμένον οὐδὲ γαλήνη, καὶ τὸ κατὰ ῥοῦν φέρεσθαι, ὠφε‐ λῆσαί τι μέγα δυνήσεται· οὕτω τὸν στεῤῥὸν, καὶ συγ‐ κεκροτημένον, καὶ νήφοντα οὐδὲ χειμὼν χαλεπὸς δια‐</w:t>
      </w:r>
    </w:p>
    <w:p>
      <w:r>
        <w:rPr>
          <w:rFonts w:ascii="Courier New" w:hAnsi="Courier New"/>
          <w:color w:val="555555"/>
          <w:sz w:val="20"/>
        </w:rPr>
        <w:t>[30]</w:t>
      </w:r>
    </w:p>
    <w:p>
      <w:r>
        <w:rPr>
          <w:rFonts w:ascii="Gentium Plus" w:hAnsi="Gentium Plus"/>
          <w:sz w:val="24"/>
        </w:rPr>
        <w:t>σαλεύει ποτὲ, ἀλλὰ καὶ λαμπρότερον ἐργάζεται. Τοι‐ αύτη γὰρ τῶν πειρασμῶν ἡ φύσις· τοῖς γενναίως αὐτοὺς φέρουσι πολλὰ κομίζει τὰ βραβεῖα, καὶ λαμ‐ προὺς τοὺς στεφάνους. Ταῦτ’ οὖν εἰδότες, κύριοί μου τιμιώτατοι καὶ εὐγενέστατοι, καὶ ἀρκοῦσαν ἐν τοῖς</w:t>
      </w:r>
    </w:p>
    <w:p>
      <w:r>
        <w:rPr>
          <w:rFonts w:ascii="Courier New" w:hAnsi="Courier New"/>
          <w:color w:val="555555"/>
          <w:sz w:val="20"/>
        </w:rPr>
        <w:t>[35]</w:t>
      </w:r>
    </w:p>
    <w:p>
      <w:r>
        <w:rPr>
          <w:rFonts w:ascii="Gentium Plus" w:hAnsi="Gentium Plus"/>
          <w:sz w:val="24"/>
        </w:rPr>
        <w:t>δεινοῖς ταύτην ἔχοντες τὴν παραμυθίαν, μήτε θορυ‐ βεῖσθέ τινι τῶν γινομένων, μήτε διαλίπετε συνεχῶς ἡμῖν ἐπιστέλλοντες. Ἐβουλόμεθα μὲν γὰρ καὶ παρ‐ όντας ὑμᾶς ἰδεῖν καὶ περιπτύξασθαι. Ἐπειδὴ δὲ τοῦτο τέως οὐκ ἔνι, ἀλλὰ πολλὰ τὰ κωλύματα, συνεχῶς</w:t>
      </w:r>
    </w:p>
    <w:p>
      <w:r>
        <w:rPr>
          <w:rFonts w:ascii="Courier New" w:hAnsi="Courier New"/>
          <w:color w:val="555555"/>
          <w:sz w:val="20"/>
        </w:rPr>
        <w:t>[40]</w:t>
      </w:r>
    </w:p>
    <w:p>
      <w:r>
        <w:rPr>
          <w:rFonts w:ascii="Gentium Plus" w:hAnsi="Gentium Plus"/>
          <w:sz w:val="24"/>
        </w:rPr>
        <w:t>ἡμῖν ἐπιστέλλειν μὴ κατοκνεῖτε, τὰ περὶ τῆς ὑγιείας δηλοῦντες τῆς ὑμετέρας. Ἴστε γὰρ ἡλίκον ἡμῖν χαριεῖσθε τοῦτο ποιοῦντες, καὶ ὅσης ἡμᾶς ἐμπιπλᾶτε τῆς εὐφροσύνης.</w:t>
      </w:r>
    </w:p>
    <w:p>
      <w:pPr>
        <w:jc w:val="center"/>
      </w:pPr>
      <w:r>
        <w:rPr>
          <w:rFonts w:ascii="Gentium Plus" w:hAnsi="Gentium Plus"/>
          <w:b/>
          <w:sz w:val="24"/>
        </w:rPr>
        <w:t>Ξϛʹ. Κάστῳ, Οὐαλερίῳ, Διοφάντῳ, Κυριακῷ,</w:t>
      </w:r>
    </w:p>
    <w:p>
      <w:pPr>
        <w:jc w:val="center"/>
      </w:pPr>
      <w:r>
        <w:rPr>
          <w:rFonts w:ascii="Gentium Plus" w:hAnsi="Gentium Plus"/>
          <w:b/>
          <w:sz w:val="24"/>
        </w:rPr>
        <w:t>πρεσβυτέροις Ἀντιοχείας.</w:t>
      </w:r>
    </w:p>
    <w:p>
      <w:r>
        <w:rPr>
          <w:rFonts w:ascii="Courier New" w:hAnsi="Courier New"/>
          <w:color w:val="555555"/>
          <w:sz w:val="20"/>
        </w:rPr>
        <w:t>[46]</w:t>
      </w:r>
    </w:p>
    <w:p>
      <w:r>
        <w:rPr>
          <w:rFonts w:ascii="Gentium Plus" w:hAnsi="Gentium Plus"/>
          <w:sz w:val="24"/>
        </w:rPr>
        <w:t>Τῇ γλώττῃ μὲν ὀλιγάκις ὑμῶν ἐπέστειλα τῇ εὐλα‐ βείᾳ, τῇ γνώμῃ δὲ συνεχέστερον καὶ πυκνότερον. Μὴ δὴ τοσαύτας εἶναι νομίζετε ἡμῶν τὰς ἐπιστο‐ λὰς, ὅσας ὑπεδέξασθε διὰ χάρτου καὶ μέλανος, ἀλλ’</w:t>
      </w:r>
    </w:p>
    <w:p>
      <w:r>
        <w:rPr>
          <w:rFonts w:ascii="Courier New" w:hAnsi="Courier New"/>
          <w:color w:val="555555"/>
          <w:sz w:val="20"/>
        </w:rPr>
        <w:t>[52 . 644 (50)]</w:t>
      </w:r>
    </w:p>
    <w:p>
      <w:r>
        <w:rPr>
          <w:rFonts w:ascii="Gentium Plus" w:hAnsi="Gentium Plus"/>
          <w:sz w:val="24"/>
        </w:rPr>
        <w:t>ὅσας ἐπεθυμοῦμεν ὑμῖν διαπέμψασθαι. Εἰ γὰρ οὕτω βουληθείητε δικάσαι, νιφάδες γραμμάτων παρ’ ἡμῶν πρὸς ὑμᾶς ἐπέμφθησαν. Εἰ δὲ οὐδεὶς ὁ διακομίζων,</w:t>
      </w:r>
    </w:p>
    <w:p>
      <w:r>
        <w:rPr>
          <w:rFonts w:ascii="Courier New" w:hAnsi="Courier New"/>
          <w:color w:val="555555"/>
          <w:sz w:val="20"/>
        </w:rPr>
        <w:t>[52 . 645]</w:t>
      </w:r>
    </w:p>
    <w:p>
      <w:r>
        <w:rPr>
          <w:rFonts w:ascii="Gentium Plus" w:hAnsi="Gentium Plus"/>
          <w:sz w:val="24"/>
        </w:rPr>
        <w:t>δυσκολίας ἡ σιγὴ γίνεται. Ταῦτα δὲ εἶπον, ἵνα καὶ γραφόντων ἡμῶν, καὶ σιγώντων, τὴν αὐτὴν περὶ τῆς ἡμετέρας ἀγάπης τῆς περὶ ὑμᾶς φέρητε ψῆφον. Ἡμεῖς γὰρ ὅπουπερ ἂν ὦμεν, ἐγκολάψαντες ἡμῶν</w:t>
      </w:r>
    </w:p>
    <w:p>
      <w:r>
        <w:rPr>
          <w:rFonts w:ascii="Courier New" w:hAnsi="Courier New"/>
          <w:color w:val="555555"/>
          <w:sz w:val="20"/>
        </w:rPr>
        <w:t>[5]</w:t>
      </w:r>
    </w:p>
    <w:p>
      <w:r>
        <w:rPr>
          <w:rFonts w:ascii="Gentium Plus" w:hAnsi="Gentium Plus"/>
          <w:sz w:val="24"/>
        </w:rPr>
        <w:t>τῇ διανοίᾳ τὴν μνήμην τὴν ὑμετέραν πανταχοῦ περι‐ φέρομεν. Καὶ νῦν δὲ χάριν ὑμῖν ἴσμεν πολλὴν, ὅτι τὸν καλὸν μοναχὸν καὶ μετὰ τῆς πρεπούσης ὑμῖν εὐ‐ νοίας ὑπεδέξασθε, καὶ τοὺς βουλομένους ἀκαίρως πρὸς αὐτὸν φιλονεικεῖν ἡμερωτέρους πεποιήκατε. Οὐκ</w:t>
      </w:r>
    </w:p>
    <w:p>
      <w:r>
        <w:rPr>
          <w:rFonts w:ascii="Courier New" w:hAnsi="Courier New"/>
          <w:color w:val="555555"/>
          <w:sz w:val="20"/>
        </w:rPr>
        <w:t>[10]</w:t>
      </w:r>
    </w:p>
    <w:p>
      <w:r>
        <w:rPr>
          <w:rFonts w:ascii="Gentium Plus" w:hAnsi="Gentium Plus"/>
          <w:sz w:val="24"/>
        </w:rPr>
        <w:t>ἄρα μάτην ἔλεγον, οὐδὲ κολακεύων ὑμᾶς, ὅτι κἂν μυ‐ ρία πανταχόθεν ἐγείρηται κύματα, ἐν γαλήνῃ τὰ ὑμέ‐ τερα. Οἱ γὰρ οὕτω ῥᾳδίως ἑτέροις ναυάγια διαλύον‐ τες, εὔδηλον ὅτι πόῤῥω τῶν κλυδωνίων ἑστήκατε. Γράφετε δὴ συνεχῶς ἡμῖν τὰ περὶ τῆς ὑγιείας τῆς</w:t>
      </w:r>
    </w:p>
    <w:p>
      <w:r>
        <w:rPr>
          <w:rFonts w:ascii="Courier New" w:hAnsi="Courier New"/>
          <w:color w:val="555555"/>
          <w:sz w:val="20"/>
        </w:rPr>
        <w:t>[15]</w:t>
      </w:r>
    </w:p>
    <w:p>
      <w:r>
        <w:rPr>
          <w:rFonts w:ascii="Gentium Plus" w:hAnsi="Gentium Plus"/>
          <w:sz w:val="24"/>
        </w:rPr>
        <w:t>ὑμετέρας. Ἴστε γὰρ ὅπως ἡμῖν περισπούδαστον τοῦτο μανθάνειν. Τοσαύτην γὰρ ἔχει τὴν ἰσχὺν τὰ γράμ‐ ματα ὑμῶν, τὰ τὴν ῥῶσιν ὑμῶν ἡμῖν ἀπαγγέλλοντα, ὅτι καὶ τοσούτοις περιεστοιχισμένοι δεινοῖς, πολέμοις, θορύβοις, ταραχαῖς, θανάτοις καθημερινοῖς, ἡνίκα ἂν</w:t>
      </w:r>
    </w:p>
    <w:p>
      <w:r>
        <w:rPr>
          <w:rFonts w:ascii="Courier New" w:hAnsi="Courier New"/>
          <w:color w:val="555555"/>
          <w:sz w:val="20"/>
        </w:rPr>
        <w:t>[20]</w:t>
      </w:r>
    </w:p>
    <w:p>
      <w:r>
        <w:rPr>
          <w:rFonts w:ascii="Gentium Plus" w:hAnsi="Gentium Plus"/>
          <w:sz w:val="24"/>
        </w:rPr>
        <w:t>τοσαύτας ὑμῶν δεξώμεθα ἐπιστολὰς, καὶ ἀναπτερού‐ μεθα ὑπὸ τῆς ἡδονῆς, καὶ μεγίστην ἐντεῦθεν καρ‐ πούμεθα τὴν παραμυθίαν. Τοιοῦτον γὰρ τὸ φιλεῖν γνησίως, ὡς καὶ διὰ γραμμάτων δύνασθαι τῶν τὰ τοιαῦτα εὐαγγέλια ἐχόντων τοὺς τῷ σώματι κεχωρι‐</w:t>
      </w:r>
    </w:p>
    <w:p>
      <w:r>
        <w:rPr>
          <w:rFonts w:ascii="Courier New" w:hAnsi="Courier New"/>
          <w:color w:val="555555"/>
          <w:sz w:val="20"/>
        </w:rPr>
        <w:t>[25]</w:t>
      </w:r>
    </w:p>
    <w:p>
      <w:r>
        <w:rPr>
          <w:rFonts w:ascii="Gentium Plus" w:hAnsi="Gentium Plus"/>
          <w:sz w:val="24"/>
        </w:rPr>
        <w:t>σμένους ἀνακτᾶσθαι ῥᾳδίως.</w:t>
      </w:r>
    </w:p>
    <w:p>
      <w:pPr>
        <w:jc w:val="center"/>
      </w:pPr>
      <w:r>
        <w:rPr>
          <w:rFonts w:ascii="Gentium Plus" w:hAnsi="Gentium Plus"/>
          <w:b/>
          <w:sz w:val="24"/>
        </w:rPr>
        <w:t>ΞΖʹ. Θεοδότῳ διακόνῳ.</w:t>
      </w:r>
    </w:p>
    <w:p>
      <w:r>
        <w:rPr>
          <w:rFonts w:ascii="Courier New" w:hAnsi="Courier New"/>
          <w:color w:val="555555"/>
          <w:sz w:val="20"/>
        </w:rPr>
        <w:t>[27]</w:t>
      </w:r>
    </w:p>
    <w:p>
      <w:r>
        <w:rPr>
          <w:rFonts w:ascii="Gentium Plus" w:hAnsi="Gentium Plus"/>
          <w:sz w:val="24"/>
        </w:rPr>
        <w:t>Αὐτὸς μὲν, κύριέ μου τιμιώτατε καὶ εὐλαβέστατε, τῶν γοῦν ἐν Ἀρμενίᾳ ἀπηλλάγης κακῶν, ἡμᾶς δὲ μετὰ τῶν ἐνταῦθα θορύβων, μᾶλλον δὲ τῶν θανάτων</w:t>
      </w:r>
    </w:p>
    <w:p>
      <w:r>
        <w:rPr>
          <w:rFonts w:ascii="Courier New" w:hAnsi="Courier New"/>
          <w:color w:val="555555"/>
          <w:sz w:val="20"/>
        </w:rPr>
        <w:t>[30]</w:t>
      </w:r>
    </w:p>
    <w:p>
      <w:r>
        <w:rPr>
          <w:rFonts w:ascii="Gentium Plus" w:hAnsi="Gentium Plus"/>
          <w:sz w:val="24"/>
        </w:rPr>
        <w:t>τῶν καθημερινῶν, οὐχ ὡς ἔτυχε λυπεῖ καὶ τὸ τῆς σῆς κεχωρίσθαι γλυκύτητος, καὶ τῆς γνησίας καὶ εἰλικρι‐ νοῦς διαθέσεως. Γέγονε δὲ καὶ ἑτέρα λύπης ταύτης προσθήκη, ἡ μακρά σου τῆς ἐμμελείας σιγή. Ἐξ οὗ γὰρ ἐντεῦθεν ἀπῆρας, δευτέραν ταύτην ἐδεξάμεθα</w:t>
      </w:r>
    </w:p>
    <w:p>
      <w:r>
        <w:rPr>
          <w:rFonts w:ascii="Courier New" w:hAnsi="Courier New"/>
          <w:color w:val="555555"/>
          <w:sz w:val="20"/>
        </w:rPr>
        <w:t>[35]</w:t>
      </w:r>
    </w:p>
    <w:p>
      <w:r>
        <w:rPr>
          <w:rFonts w:ascii="Gentium Plus" w:hAnsi="Gentium Plus"/>
          <w:sz w:val="24"/>
        </w:rPr>
        <w:t>μόνην ἐπιστολήν· καὶ ταῦτα οὐκ ἐγκαλῶν λέγω, ἀλλ’ ἀλγῶν. Ὅτι μὲν γὰρ ἄβατος ὁδοιπόροις ἡ ἐνταῦθα φέρουσα ὁδὸς, οὐδεὶς ἀγνοεῖ· ἀλλὰ τοῦτο μὲν εἰς ἀπο‐ λογίαν σὴν ἀποχρῶν ἂν εἴη, εἰς δὲ ἡμετέραν παρα‐ μυθίαν οὐδαμῶς· ἀλλὰ καὶ δι’ αὐτὸ μὲν οὖν τοῦτο μά‐</w:t>
      </w:r>
    </w:p>
    <w:p>
      <w:r>
        <w:rPr>
          <w:rFonts w:ascii="Courier New" w:hAnsi="Courier New"/>
          <w:color w:val="555555"/>
          <w:sz w:val="20"/>
        </w:rPr>
        <w:t>[40]</w:t>
      </w:r>
    </w:p>
    <w:p>
      <w:r>
        <w:rPr>
          <w:rFonts w:ascii="Gentium Plus" w:hAnsi="Gentium Plus"/>
          <w:sz w:val="24"/>
        </w:rPr>
        <w:t>λιστα ἀλγοῦμεν, ὅτι καὶ τὴν λειπομένην ἡμῖν παρα‐ ψυχὴν τῆς ἀποδημίας τῆς σῆς καὶ ταύτην ἀφῃρήμεθα. Ἐπεὶ οὖν τοῦτο λυθῆναι τέως οὐκ ἔνι τὸ ἄπορον, ἀλλ’ ἐπιτείνεται καθ’ ἑκάστην ἡμέραν τὰ δεινὰ, ἑτέρῳ τρόπῳ τὴν ἐκ τῆς μακρᾶς σιγῆς ἀθυμίαν ἐγγινομένην</w:t>
      </w:r>
    </w:p>
    <w:p>
      <w:r>
        <w:rPr>
          <w:rFonts w:ascii="Courier New" w:hAnsi="Courier New"/>
          <w:color w:val="555555"/>
          <w:sz w:val="20"/>
        </w:rPr>
        <w:t>[45]</w:t>
      </w:r>
    </w:p>
    <w:p>
      <w:r>
        <w:rPr>
          <w:rFonts w:ascii="Gentium Plus" w:hAnsi="Gentium Plus"/>
          <w:sz w:val="24"/>
        </w:rPr>
        <w:t>ἡμῖν παραμυθήσασθαι παρακλήθητι, μεμνημένος τε ἡμῶν διηνεκῶς, καὶ ἡνίκα ἂν γράφῃς, μακροτέρας ποιῶν τὰς ἐπιστολὰς, καὶ τοῖς περὶ τῆς σῆς ὑγείας τε καὶ εὐθυμίας καὶ ἀσφαλείας ἐνδιατρίβων διηγήμασιν. Οὕτω γὰρ δυνήσῃ τὸ λεῖπον ἡμῖν ἐκ τοῦ χρόνου, ἐκ</w:t>
      </w:r>
    </w:p>
    <w:p>
      <w:r>
        <w:rPr>
          <w:rFonts w:ascii="Courier New" w:hAnsi="Courier New"/>
          <w:color w:val="555555"/>
          <w:sz w:val="20"/>
        </w:rPr>
        <w:t>[52 . 645 (50)]</w:t>
      </w:r>
    </w:p>
    <w:p>
      <w:r>
        <w:rPr>
          <w:rFonts w:ascii="Gentium Plus" w:hAnsi="Gentium Plus"/>
          <w:sz w:val="24"/>
        </w:rPr>
        <w:t>τοῦ μήκους παραμυθήσασθαι τῶν ἐπιστολῶν.</w:t>
      </w:r>
    </w:p>
    <w:p>
      <w:pPr>
        <w:jc w:val="center"/>
      </w:pPr>
      <w:r>
        <w:rPr>
          <w:rFonts w:ascii="Gentium Plus" w:hAnsi="Gentium Plus"/>
          <w:b/>
          <w:sz w:val="24"/>
        </w:rPr>
        <w:t>ΞΗʹ. Τῷ αὐτῷ.</w:t>
      </w:r>
    </w:p>
    <w:p>
      <w:r>
        <w:rPr>
          <w:rFonts w:ascii="Courier New" w:hAnsi="Courier New"/>
          <w:color w:val="555555"/>
          <w:sz w:val="20"/>
        </w:rPr>
        <w:t>[52]</w:t>
      </w:r>
    </w:p>
    <w:p>
      <w:r>
        <w:rPr>
          <w:rFonts w:ascii="Gentium Plus" w:hAnsi="Gentium Plus"/>
          <w:sz w:val="24"/>
        </w:rPr>
        <w:t>Καὶ τοῦτο σὸν τοῦ θερμοτάτου καὶ σφοδροῦ ἡμῶν ἐραστοῦ. Μετὰ μὲν τὸ τὴν προτέραν ἀναγνῶναι ἐπι‐ στολὴν, ἐδεξάμην καὶ δευτέραν, ἐν μιᾷ ἀμφοτέρας</w:t>
      </w:r>
    </w:p>
    <w:p>
      <w:r>
        <w:rPr>
          <w:rFonts w:ascii="Courier New" w:hAnsi="Courier New"/>
          <w:color w:val="555555"/>
          <w:sz w:val="20"/>
        </w:rPr>
        <w:t>[55]</w:t>
      </w:r>
    </w:p>
    <w:p>
      <w:r>
        <w:rPr>
          <w:rFonts w:ascii="Gentium Plus" w:hAnsi="Gentium Plus"/>
          <w:sz w:val="24"/>
        </w:rPr>
        <w:t>ἡμέρᾳ, καὶ σφόδρα ἥσθην. Εἶχε γάρ τι πλέον ἡ δευ‐</w:t>
      </w:r>
    </w:p>
    <w:p>
      <w:r>
        <w:rPr>
          <w:rFonts w:ascii="Courier New" w:hAnsi="Courier New"/>
          <w:color w:val="555555"/>
          <w:sz w:val="20"/>
        </w:rPr>
        <w:t>[52 . 646]</w:t>
      </w:r>
    </w:p>
    <w:p>
      <w:r>
        <w:rPr>
          <w:rFonts w:ascii="Gentium Plus" w:hAnsi="Gentium Plus"/>
          <w:sz w:val="24"/>
        </w:rPr>
        <w:t>τέρα, οὐχὶ ῥήματα σὰ μόνον, ἀλλὰ καὶ γράμματα σὰ ἡμῖν ἐπιδεικνῦσα· ὃ καὶ προσθήκην ἡμῖν πεποίηκεν ἡδονῆς, ὅτι μὴ τῆς ψυχῆς σου μόνον τῆς θερμῆς καὶ γνησίας, ἀλλὰ καὶ τῆς δεξιᾶς μετὰ δαψιλείας τὴν</w:t>
      </w:r>
    </w:p>
    <w:p>
      <w:r>
        <w:rPr>
          <w:rFonts w:ascii="Courier New" w:hAnsi="Courier New"/>
          <w:color w:val="555555"/>
          <w:sz w:val="20"/>
        </w:rPr>
        <w:t>[5]</w:t>
      </w:r>
    </w:p>
    <w:p>
      <w:r>
        <w:rPr>
          <w:rFonts w:ascii="Gentium Plus" w:hAnsi="Gentium Plus"/>
          <w:sz w:val="24"/>
        </w:rPr>
        <w:t>εἰκόνα ἐθεασάμεθα. Ποίει δὴ τοῦτο συνεχῶς, καὶ τὴν παραμυθίαν, ἣν αὐτὸς ἡμῖν καὶ τοῦτον ἐπενόησας τὸν τρόπον, μετὰ δαψιλείας πάρεχε. Ἐνταῦθα γάρ σε ἑλκύσαι λοιπὸν οὐ τολμῶμεν· τοσαῦτα τῆς Ἀρμενίας τὰ κακὰ, καὶ χειμὼν ἕτερος ἅπαντα διεδέξατο. Ὅπου</w:t>
      </w:r>
    </w:p>
    <w:p>
      <w:r>
        <w:rPr>
          <w:rFonts w:ascii="Courier New" w:hAnsi="Courier New"/>
          <w:color w:val="555555"/>
          <w:sz w:val="20"/>
        </w:rPr>
        <w:t>[10]</w:t>
      </w:r>
    </w:p>
    <w:p>
      <w:r>
        <w:rPr>
          <w:rFonts w:ascii="Gentium Plus" w:hAnsi="Gentium Plus"/>
          <w:sz w:val="24"/>
        </w:rPr>
        <w:t>γὰρ ἄν τις ἀφίκηται, χειμάῤῥους αἱμάτων, πλῆθος σωμάτων νεκρῶν, οἰκίας κατεσκαμμένας, πόλεις ἀν‐ ῃρημένας ὄψεται. Ἡμεῖς δὲ δοκοῦμεν ἐν ἀσφαλείᾳ εἶναι ὥσπερ ἐν δεσμωτηρίῳ χαλεπῷ, τῷ φρουρίῳ τούτῳ κατακεκλεισμένοι· οὐ μὴν ἀδείας ἀπολαύειν δυνάμεθα,</w:t>
      </w:r>
    </w:p>
    <w:p>
      <w:r>
        <w:rPr>
          <w:rFonts w:ascii="Courier New" w:hAnsi="Courier New"/>
          <w:color w:val="555555"/>
          <w:sz w:val="20"/>
        </w:rPr>
        <w:t>[15]</w:t>
      </w:r>
    </w:p>
    <w:p>
      <w:r>
        <w:rPr>
          <w:rFonts w:ascii="Gentium Plus" w:hAnsi="Gentium Plus"/>
          <w:sz w:val="24"/>
        </w:rPr>
        <w:t>διὰ τοὺς καθημερινοὺς φόβους, διὰ τὰς φήμας τῶν θανάτων γεμούσας, διὰ τὴν συνεχῶς προσδοκωμένην τῶν Ἰσαύρων ἔφοδον, διὰ τὴν τοῦ σώματος, ᾗ μέχρι νῦν προσπαλαίομεν, ἀσθένειαν. Ἀλλ’ ὅμως καὶ ἐν τοσούτοις ὄντες κακοῖς, οὐ μικρὰν καὶ ἐν τοσαύτῃ</w:t>
      </w:r>
    </w:p>
    <w:p>
      <w:r>
        <w:rPr>
          <w:rFonts w:ascii="Courier New" w:hAnsi="Courier New"/>
          <w:color w:val="555555"/>
          <w:sz w:val="20"/>
        </w:rPr>
        <w:t>[20]</w:t>
      </w:r>
    </w:p>
    <w:p>
      <w:r>
        <w:rPr>
          <w:rFonts w:ascii="Gentium Plus" w:hAnsi="Gentium Plus"/>
          <w:sz w:val="24"/>
        </w:rPr>
        <w:t>περιστάσει καρπούμεθα παραμυθίαν, ὅταν τὰ περὶ τῆς ὑγιείας τῆς σῆς εὐαγγελιζόμενα ἡμᾶς δεχώμεθα γράμματα.</w:t>
      </w:r>
    </w:p>
    <w:p>
      <w:pPr>
        <w:jc w:val="center"/>
      </w:pPr>
      <w:r>
        <w:rPr>
          <w:rFonts w:ascii="Gentium Plus" w:hAnsi="Gentium Plus"/>
          <w:b/>
          <w:sz w:val="24"/>
        </w:rPr>
        <w:t>ΞΘʹ. Νικολάῳ πρεσβυτέρῳ.</w:t>
      </w:r>
    </w:p>
    <w:p>
      <w:r>
        <w:rPr>
          <w:rFonts w:ascii="Courier New" w:hAnsi="Courier New"/>
          <w:color w:val="555555"/>
          <w:sz w:val="20"/>
        </w:rPr>
        <w:t>[24]</w:t>
      </w:r>
    </w:p>
    <w:p>
      <w:r>
        <w:rPr>
          <w:rFonts w:ascii="Gentium Plus" w:hAnsi="Gentium Plus"/>
          <w:sz w:val="24"/>
        </w:rPr>
        <w:t>Καὶ τοῦτο τῆς γνησίας σου καὶ θερμῆς ἀγάπης, τὸ</w:t>
      </w:r>
    </w:p>
    <w:p>
      <w:r>
        <w:rPr>
          <w:rFonts w:ascii="Courier New" w:hAnsi="Courier New"/>
          <w:color w:val="555555"/>
          <w:sz w:val="20"/>
        </w:rPr>
        <w:t>[25]</w:t>
      </w:r>
    </w:p>
    <w:p>
      <w:r>
        <w:rPr>
          <w:rFonts w:ascii="Gentium Plus" w:hAnsi="Gentium Plus"/>
          <w:sz w:val="24"/>
        </w:rPr>
        <w:t>ἐκ τοσούτου καθήμενον διαστήματος περιτρέμειν ἡμῶν τῆς σωτηρίας. Πρώην μὲν οὖν τόπους ἐκ τόπων ἀμείβοντες ἐν αὐτῇ τοῦ χειμῶνος τῇ ἀκμῇ, νῦν μὲν ἐν πόλεσιν, νῦν δὲ ἐν φάραγξι καὶ νάπαις διετρίβο‐ μεν, ὑπὸ τῆς τῶν Ἰσαύρων ἐφόδου πανταχόθεν ἐλαυ‐</w:t>
      </w:r>
    </w:p>
    <w:p>
      <w:r>
        <w:rPr>
          <w:rFonts w:ascii="Courier New" w:hAnsi="Courier New"/>
          <w:color w:val="555555"/>
          <w:sz w:val="20"/>
        </w:rPr>
        <w:t>[30]</w:t>
      </w:r>
    </w:p>
    <w:p>
      <w:r>
        <w:rPr>
          <w:rFonts w:ascii="Gentium Plus" w:hAnsi="Gentium Plus"/>
          <w:sz w:val="24"/>
        </w:rPr>
        <w:t>νόμενοι. Ὀψὲ δέ ποτε λωφησάντων μικρὸν τῶν ἐνταῦθα κακῶν, τὰς ἐρημίας ἀφέντες, ἐπὶ τὴν Ἀραβισσὸν κατεδράμομεν, ἀσφαλέστερον μὲν τῶν ἄλλων χωρίων τὸ ἐν αὐτῇ φρούριον εὑρόντες (οὐδὲ γὰρ ἐν τῇ πόλει διάγομεν, ἐπειδήπερ οὐδὲ τοῦτο ἀσφαλὲς), δεσμωτη‐</w:t>
      </w:r>
    </w:p>
    <w:p>
      <w:r>
        <w:rPr>
          <w:rFonts w:ascii="Courier New" w:hAnsi="Courier New"/>
          <w:color w:val="555555"/>
          <w:sz w:val="20"/>
        </w:rPr>
        <w:t>[35]</w:t>
      </w:r>
    </w:p>
    <w:p>
      <w:r>
        <w:rPr>
          <w:rFonts w:ascii="Gentium Plus" w:hAnsi="Gentium Plus"/>
          <w:sz w:val="24"/>
        </w:rPr>
        <w:t>ρίου δὲ παντὸς χείρονα ὑπομένοντες οἴκησιν. Μετὰ γὰρ τοῦ καθ’ ἑκάστην, ὡς εἰπεῖν, τὴν ἡμέραν ἐπὶ θύραις ἡμῖν εἶναι τὸν θάνατον, τῶν Ἰσαύρων πάντα ἐπιόντων, καὶ πυρὶ καὶ σιδήρῳ καὶ σώματα καὶ οἰκο‐ δομήματα ἀφανιζόντων, καὶ λιμὸν δεδοίκαμεν, ὃν ἡ</w:t>
      </w:r>
    </w:p>
    <w:p>
      <w:r>
        <w:rPr>
          <w:rFonts w:ascii="Courier New" w:hAnsi="Courier New"/>
          <w:color w:val="555555"/>
          <w:sz w:val="20"/>
        </w:rPr>
        <w:t>[40]</w:t>
      </w:r>
    </w:p>
    <w:p>
      <w:r>
        <w:rPr>
          <w:rFonts w:ascii="Gentium Plus" w:hAnsi="Gentium Plus"/>
          <w:sz w:val="24"/>
        </w:rPr>
        <w:t>στενοχωρία καὶ τὸ πλῆθος τῶν ἐνταῦθα συνδραμόντων ποιεῖν ἀπειλεῖ. Καὶ ἀῤῥωστίαν δὲ μακρὰν τὴν ἀπὸ τοῦ χειμῶνος καὶ τῆς συνεχοῦς φυγῆς ἐγγενομένην ἡμῖν ὑπομείναντες, νῦν τὸ μὲν χαλεπὸν αὐτῆς διαπε‐ φεύγαμεν, ὀλίγα δὲ αὐτῆς περιφέρομεν λείψανα.</w:t>
      </w:r>
    </w:p>
    <w:p>
      <w:r>
        <w:rPr>
          <w:rFonts w:ascii="Courier New" w:hAnsi="Courier New"/>
          <w:color w:val="555555"/>
          <w:sz w:val="20"/>
        </w:rPr>
        <w:t>[45]</w:t>
      </w:r>
    </w:p>
    <w:p>
      <w:r>
        <w:rPr>
          <w:rFonts w:ascii="Gentium Plus" w:hAnsi="Gentium Plus"/>
          <w:sz w:val="24"/>
        </w:rPr>
        <w:t>Ἀλλ’ ὅμως καὶ ἐν τοσούτοις ὄντες κακοῖς καὶ τηλι‐ καύταις περιστάσεσι, μεγίστην καρπούμεθα παραμυ‐ θίαν ἐκ τῆς ὑμετέρας ἀγάπης, τῆς θερμῆς, καὶ γνη‐ σίας, καὶ ἀπεριτρέπτου. Ταῦτ’ οὖν εἰδότες, συνεχῶς ἡμῖν εὐαγγελίζεσθαι περὶ τῆς ὑγιείας τῆς ὑμετέρας</w:t>
      </w:r>
    </w:p>
    <w:p>
      <w:r>
        <w:rPr>
          <w:rFonts w:ascii="Courier New" w:hAnsi="Courier New"/>
          <w:color w:val="555555"/>
          <w:sz w:val="20"/>
        </w:rPr>
        <w:t>[52 . 646 (50)]</w:t>
      </w:r>
    </w:p>
    <w:p>
      <w:r>
        <w:rPr>
          <w:rFonts w:ascii="Gentium Plus" w:hAnsi="Gentium Plus"/>
          <w:sz w:val="24"/>
        </w:rPr>
        <w:t>μὴ κατοκνεῖτε. Εἰ γὰρ καὶ ἐκ τοσούτου καθήμεθα διαστήματος, ἀλλ’ ὅμως τῇ τῆς ἀγάπης ἁλύσει μετὰ πολλῆς ὑμῖν συνδεδέμεθα τῆς ἀκριβείας. Χάριν δὲ ἔχω σου πολλὴν τῇ τιμιότητι, ὅτι καὶ τῶν ἐν Φοινίκῃ πραγμάτων, καὶ ἐν τοσαύταις ὢν ταραχαῖς, πολλὴν</w:t>
      </w:r>
    </w:p>
    <w:p>
      <w:r>
        <w:rPr>
          <w:rFonts w:ascii="Courier New" w:hAnsi="Courier New"/>
          <w:color w:val="555555"/>
          <w:sz w:val="20"/>
        </w:rPr>
        <w:t>[55]</w:t>
      </w:r>
    </w:p>
    <w:p>
      <w:r>
        <w:rPr>
          <w:rFonts w:ascii="Gentium Plus" w:hAnsi="Gentium Plus"/>
          <w:sz w:val="24"/>
        </w:rPr>
        <w:t>ποιῇ σπουδήν. Ἂν οὖν τι πλέον ἐκεῖθεν ἐπαγγελθείη, δηλῶσαι ἡμῖν μὴ κατοκνήσῃς. Ἡμῖν γὰρ οὐδεὶς οὐ‐</w:t>
      </w:r>
    </w:p>
    <w:p>
      <w:r>
        <w:rPr>
          <w:rFonts w:ascii="Courier New" w:hAnsi="Courier New"/>
          <w:color w:val="555555"/>
          <w:sz w:val="20"/>
        </w:rPr>
        <w:t>[52 . 647]</w:t>
      </w:r>
    </w:p>
    <w:p>
      <w:r>
        <w:rPr>
          <w:rFonts w:ascii="Gentium Plus" w:hAnsi="Gentium Plus"/>
          <w:sz w:val="24"/>
        </w:rPr>
        <w:t>πανταχόθεν, τῶν ἐνταῦθα φερουσῶν, ἀποτετειχισμέ‐ νων. Ἀλλ’ ὅμως εἰ καὶ ἐργῶδες τὸ πέμπειν πρὸς ἡμᾶς συνεχῶς, ἡνίκα ἂν ἐξῇ, τοῦτο ποίει, τά τε ἐκεῖ‐ θεν πάντα δηλῶν, καὶ περὶ τῆς ὑγιείας ὑμῶν γνωρί‐</w:t>
      </w:r>
    </w:p>
    <w:p>
      <w:r>
        <w:rPr>
          <w:rFonts w:ascii="Courier New" w:hAnsi="Courier New"/>
          <w:color w:val="555555"/>
          <w:sz w:val="20"/>
        </w:rPr>
        <w:t>[5]</w:t>
      </w:r>
    </w:p>
    <w:p>
      <w:r>
        <w:rPr>
          <w:rFonts w:ascii="Gentium Plus" w:hAnsi="Gentium Plus"/>
          <w:sz w:val="24"/>
        </w:rPr>
        <w:t>ζων, περὶ ἧς σφόδρα περισπούδαστον ἡμῖν μανθάνειν.</w:t>
      </w:r>
    </w:p>
    <w:p>
      <w:pPr>
        <w:jc w:val="center"/>
      </w:pPr>
      <w:r>
        <w:rPr>
          <w:rFonts w:ascii="Gentium Plus" w:hAnsi="Gentium Plus"/>
          <w:b/>
          <w:sz w:val="24"/>
        </w:rPr>
        <w:t>Οʹ. Ἀφθονίῳ, Θεοδότῳ, Χαιρέᾳ, πρεσβυτέροις καὶ</w:t>
      </w:r>
    </w:p>
    <w:p>
      <w:pPr>
        <w:jc w:val="center"/>
      </w:pPr>
      <w:r>
        <w:rPr>
          <w:rFonts w:ascii="Gentium Plus" w:hAnsi="Gentium Plus"/>
          <w:b/>
          <w:sz w:val="24"/>
        </w:rPr>
        <w:t>μονάζουσιν.</w:t>
      </w:r>
    </w:p>
    <w:p>
      <w:r>
        <w:rPr>
          <w:rFonts w:ascii="Courier New" w:hAnsi="Courier New"/>
          <w:color w:val="555555"/>
          <w:sz w:val="20"/>
        </w:rPr>
        <w:t>[8]</w:t>
      </w:r>
    </w:p>
    <w:p>
      <w:r>
        <w:rPr>
          <w:rFonts w:ascii="Gentium Plus" w:hAnsi="Gentium Plus"/>
          <w:sz w:val="24"/>
        </w:rPr>
        <w:t>Ἐβουλόμην καὶ αὐτὸς παραγενομένους ὑμᾶς ἐν‐ ταῦθα ἰδεῖν· ἀλλ’ ἐπειδὴ πολλὰ τὰ κωλύοντα, τοῦτο</w:t>
      </w:r>
    </w:p>
    <w:p>
      <w:r>
        <w:rPr>
          <w:rFonts w:ascii="Courier New" w:hAnsi="Courier New"/>
          <w:color w:val="555555"/>
          <w:sz w:val="20"/>
        </w:rPr>
        <w:t>[10]</w:t>
      </w:r>
    </w:p>
    <w:p>
      <w:r>
        <w:rPr>
          <w:rFonts w:ascii="Gentium Plus" w:hAnsi="Gentium Plus"/>
          <w:sz w:val="24"/>
        </w:rPr>
        <w:t>μὲν οὐ τολμῶ νῦν ἀπαιτεῖν, ἀξιῶ δὲ, καὶ πόῤῥωθεν ὄντας, τὴν ἀπὸ τῶν πεπαῤῥησιασμένων εὐχῶν ὑμῶν παρέχειν συμμαχίαν ἡμῖν (αὕτη γὰρ οὔτε χρόνῳ μα‐ ραίνεται ἡ βοήθεια, οὔτε ὁδοῦ μήκει διείργεται, ἀλλ’ ὅπουπερ ἂν διάγῃ τις παῤῥησίαν πρὸς τὸν Θεὸν ἔχων,</w:t>
      </w:r>
    </w:p>
    <w:p>
      <w:r>
        <w:rPr>
          <w:rFonts w:ascii="Courier New" w:hAnsi="Courier New"/>
          <w:color w:val="555555"/>
          <w:sz w:val="20"/>
        </w:rPr>
        <w:t>[15]</w:t>
      </w:r>
    </w:p>
    <w:p>
      <w:r>
        <w:rPr>
          <w:rFonts w:ascii="Gentium Plus" w:hAnsi="Gentium Plus"/>
          <w:sz w:val="24"/>
        </w:rPr>
        <w:t>καθάπερ οὖν καὶ ὑμεῖς, δύναται καὶ τοὺς πόῤῥωθεν ὄντας ἐντεῦθεν τὰ μέγιστα ὠφελεῖν), μετὰ δὲ τῶν εὐχῶν καὶ γράμματα ἡμῖν παρέχειν τὰ συνεχῶς περὶ τῆς ὑγείας ὑμῶν εὐαγγελιζόμενα. Εἰ γὰρ καὶ πολλὰ τὰ πανταχόθεν ἡμῖν περιεστοιχισμένα κύματα,</w:t>
      </w:r>
    </w:p>
    <w:p>
      <w:r>
        <w:rPr>
          <w:rFonts w:ascii="Courier New" w:hAnsi="Courier New"/>
          <w:color w:val="555555"/>
          <w:sz w:val="20"/>
        </w:rPr>
        <w:t>[20]</w:t>
      </w:r>
    </w:p>
    <w:p>
      <w:r>
        <w:rPr>
          <w:rFonts w:ascii="Gentium Plus" w:hAnsi="Gentium Plus"/>
          <w:sz w:val="24"/>
        </w:rPr>
        <w:t>καὶ ἐρημία τόπου, καὶ πολιορκία, καὶ Ἰσαύρων ἔφο‐ δος, καὶ καθημερινὸς θάνατος (θανάτῳ γὰρ συζῶμεν διηνεκεῖ, καθάπερ ἐν δεσμωτηρίῳ, ἐν τῷ φρουρίῳ τούτῳ συγκεκλεισμένοι, καὶ σώματος ἀσθενείᾳ πα‐ λαίοντες χαλεπῇ), ἀλλ’ ὅμως εἰ καὶ πολλαὶ αἱ περι‐</w:t>
      </w:r>
    </w:p>
    <w:p>
      <w:r>
        <w:rPr>
          <w:rFonts w:ascii="Courier New" w:hAnsi="Courier New"/>
          <w:color w:val="555555"/>
          <w:sz w:val="20"/>
        </w:rPr>
        <w:t>[25]</w:t>
      </w:r>
    </w:p>
    <w:p>
      <w:r>
        <w:rPr>
          <w:rFonts w:ascii="Gentium Plus" w:hAnsi="Gentium Plus"/>
          <w:sz w:val="24"/>
        </w:rPr>
        <w:t>στάσεις, οὐ μικρὰν εἰς παραμυθίαν τῶν κακῶν τού‐ των τὴν ὑμετέραν ἔχομεν ἀγάπην. Εἰ γὰρ καὶ ὀλίγα ὑμῖν συνεγενόμεθα, ἀλλὰ πολλὴν πεῖραν ὑμῶν τῆς διαθέσεως εἰλήφαμεν, τῆς γνησίας καὶ θερμῆς καὶ μέλιτος γλυκυτέρας, τῆς ἀπεριτρέπτου, τῆς σταθηρᾶς</w:t>
      </w:r>
    </w:p>
    <w:p>
      <w:r>
        <w:rPr>
          <w:rFonts w:ascii="Courier New" w:hAnsi="Courier New"/>
          <w:color w:val="555555"/>
          <w:sz w:val="20"/>
        </w:rPr>
        <w:t>[30]</w:t>
      </w:r>
    </w:p>
    <w:p>
      <w:r>
        <w:rPr>
          <w:rFonts w:ascii="Gentium Plus" w:hAnsi="Gentium Plus"/>
          <w:sz w:val="24"/>
        </w:rPr>
        <w:t>καὶ πεπηγυίας, ἣν καὶ παρόντες καὶ ἀπόντες ἐπιδεί‐ κνυσθε. Διὰ ταῦτα καίτοι καὶ πόῤῥωθεν ὑμῶν ὄντες, καὶ τοσούτοις συνεχόμενοι δεινοῖς, ὥσπερ ἐν λιμένι τινὶ τῇ μνήμῃ τῆς ὑμετέρας ἀρετῆς ἐπαναπαυό‐ μεθα, θησαυρὸν μέγιστον τὴν ὑμετέραν ἀγάπην εἶναι</w:t>
      </w:r>
    </w:p>
    <w:p>
      <w:r>
        <w:rPr>
          <w:rFonts w:ascii="Courier New" w:hAnsi="Courier New"/>
          <w:color w:val="555555"/>
          <w:sz w:val="20"/>
        </w:rPr>
        <w:t>[35]</w:t>
      </w:r>
    </w:p>
    <w:p>
      <w:r>
        <w:rPr>
          <w:rFonts w:ascii="Gentium Plus" w:hAnsi="Gentium Plus"/>
          <w:sz w:val="24"/>
        </w:rPr>
        <w:t>νομίζοντες. Τῆς μὲν οὖν χαλεπῆς ἀῤῥωστίας ἀπηλ‐ λάγημεν, τοῦ χειμῶνος παρελθόντος, καὶ ἐπιστάντος τοῦ ἦρος, ἔτι δὲ τὰ λείψανα αὐτῆς περιφέρομεν, ἅπερ ἐπιτρίβει τῶν Ἰσαυρικῶν θορύβων ἡ συνέχεια. Ταῦτ’ οὖν εἰδότες, καὶ πόῤῥωθεν ὄντες μεμνῆσθαί τε ἡμῶν</w:t>
      </w:r>
    </w:p>
    <w:p>
      <w:r>
        <w:rPr>
          <w:rFonts w:ascii="Courier New" w:hAnsi="Courier New"/>
          <w:color w:val="555555"/>
          <w:sz w:val="20"/>
        </w:rPr>
        <w:t>[40]</w:t>
      </w:r>
    </w:p>
    <w:p>
      <w:r>
        <w:rPr>
          <w:rFonts w:ascii="Gentium Plus" w:hAnsi="Gentium Plus"/>
          <w:sz w:val="24"/>
        </w:rPr>
        <w:t>διηνεκῶς μὴ κατοκνεῖτε, καὶ γράφειν ἡμῖν συνεχῶς, ἡνίκα ἂν ἐξῇ, τὰ περὶ τῆς ὑγιείας τῆς ὑμετέρας εὐαγγελιζόμενοι.</w:t>
      </w:r>
    </w:p>
    <w:p>
      <w:pPr>
        <w:jc w:val="center"/>
      </w:pPr>
      <w:r>
        <w:rPr>
          <w:rFonts w:ascii="Gentium Plus" w:hAnsi="Gentium Plus"/>
          <w:b/>
          <w:sz w:val="24"/>
        </w:rPr>
        <w:t>ΟΑʹ. Μάλχῳ.</w:t>
      </w:r>
    </w:p>
    <w:p>
      <w:r>
        <w:rPr>
          <w:rFonts w:ascii="Courier New" w:hAnsi="Courier New"/>
          <w:color w:val="555555"/>
          <w:sz w:val="20"/>
        </w:rPr>
        <w:t>[44]</w:t>
      </w:r>
    </w:p>
    <w:p>
      <w:r>
        <w:rPr>
          <w:rFonts w:ascii="Gentium Plus" w:hAnsi="Gentium Plus"/>
          <w:sz w:val="24"/>
        </w:rPr>
        <w:t>Μήτε ἀθύμει, μήτε ἁμαρτίαις λογίζου τὴν καλλί‐</w:t>
      </w:r>
    </w:p>
    <w:p>
      <w:r>
        <w:rPr>
          <w:rFonts w:ascii="Courier New" w:hAnsi="Courier New"/>
          <w:color w:val="555555"/>
          <w:sz w:val="20"/>
        </w:rPr>
        <w:t>[45]</w:t>
      </w:r>
    </w:p>
    <w:p>
      <w:r>
        <w:rPr>
          <w:rFonts w:ascii="Gentium Plus" w:hAnsi="Gentium Plus"/>
          <w:sz w:val="24"/>
        </w:rPr>
        <w:t>στην ἀποδημίαν τῆς μακαρίας θυγατρός σου. Εἰς γὰρ ἀκύμαντον κατέπλευσε λιμένα, καὶ πρὸς ζωὴν ἦλθε μηκέτι πέρας ἔχουσαν, καὶ τῶν κατὰ τὸν παρόντα βίον κυμάτων ἀπαλλαγεῖσα, ἕστηκεν ἐπὶ τῆς πέτρας, ὅσα συνήγαγεν ἀγαθὰ, ὥσπερ ἐν ἀσύλῳ λοιπὸν ἔχουσα</w:t>
      </w:r>
    </w:p>
    <w:p>
      <w:r>
        <w:rPr>
          <w:rFonts w:ascii="Courier New" w:hAnsi="Courier New"/>
          <w:color w:val="555555"/>
          <w:sz w:val="20"/>
        </w:rPr>
        <w:t>[52 . 647 (50)]</w:t>
      </w:r>
    </w:p>
    <w:p>
      <w:r>
        <w:rPr>
          <w:rFonts w:ascii="Gentium Plus" w:hAnsi="Gentium Plus"/>
          <w:sz w:val="24"/>
        </w:rPr>
        <w:t>θησαυρῷ. Καὶ δεῖ χαίρειν ὑπὲρ τούτων, καὶ σκιρτᾷν, καὶ εὐφραίνεσθαι, ὅτι τὴν ἐκείνης ψυχὴν, καθάπερ γεωργὸς ἄριστος καρπὸν ὥριμον, τῷ κοινῷ πάντων παρέστησας Δεσπότῃ. Ταῦτα καὶ τὰ ἐκ τῶν τοιούτων λογισμῶν ἐπιτιθεὶς φάρμακα καὶ σαυτῷ, καὶ τῇ κυ‐</w:t>
      </w:r>
    </w:p>
    <w:p>
      <w:r>
        <w:rPr>
          <w:rFonts w:ascii="Courier New" w:hAnsi="Courier New"/>
          <w:color w:val="555555"/>
          <w:sz w:val="20"/>
        </w:rPr>
        <w:t>[55]</w:t>
      </w:r>
    </w:p>
    <w:p>
      <w:r>
        <w:rPr>
          <w:rFonts w:ascii="Gentium Plus" w:hAnsi="Gentium Plus"/>
          <w:sz w:val="24"/>
        </w:rPr>
        <w:t>ρίᾳ μου τῇ κοσμιωτάτῃ μητρὶ αὐτῆς, πλεόναζε τὸν</w:t>
      </w:r>
    </w:p>
    <w:p>
      <w:r>
        <w:rPr>
          <w:rFonts w:ascii="Courier New" w:hAnsi="Courier New"/>
          <w:color w:val="555555"/>
          <w:sz w:val="20"/>
        </w:rPr>
        <w:t>[52 . 648]</w:t>
      </w:r>
    </w:p>
    <w:p>
      <w:r>
        <w:rPr>
          <w:rFonts w:ascii="Gentium Plus" w:hAnsi="Gentium Plus"/>
          <w:sz w:val="24"/>
        </w:rPr>
        <w:t>τῆς καλλίστης ἀνατροφῆς, ἀλλὰ καὶ τοῦ πράως καὶ εὐχαρίστως ἐνεγκεῖν τὴν καλλίστην ταύτην αὐτῆς ἀποδημίαν, πολλὴν παρὰ τοῦ φιλανθρώπου Θεοῦ λά‐ βητε τὴν ἀντίδοσιν.</w:t>
      </w:r>
    </w:p>
    <w:p>
      <w:pPr>
        <w:jc w:val="center"/>
      </w:pPr>
      <w:r>
        <w:rPr>
          <w:rFonts w:ascii="Gentium Plus" w:hAnsi="Gentium Plus"/>
          <w:b/>
          <w:sz w:val="24"/>
        </w:rPr>
        <w:t>ΟΒʹ. Ἀλφίῳ.</w:t>
      </w:r>
    </w:p>
    <w:p>
      <w:r>
        <w:rPr>
          <w:rFonts w:ascii="Courier New" w:hAnsi="Courier New"/>
          <w:color w:val="555555"/>
          <w:sz w:val="20"/>
        </w:rPr>
        <w:t>[6]</w:t>
      </w:r>
    </w:p>
    <w:p>
      <w:r>
        <w:rPr>
          <w:rFonts w:ascii="Gentium Plus" w:hAnsi="Gentium Plus"/>
          <w:sz w:val="24"/>
        </w:rPr>
        <w:t>Ἡμεῖς εἰ καὶ πόῤῥω σου καθήμεθα, ἀλλ’ ἀκούοντές σου τὰ κατορθώματα, καὶ τὴν πολλὴν μεγαλοψυχίαν, ἣν περὶ τοὺς δεομένους ἐπιδείκνυσαι, σκιρτῶμεν, εὐ‐ φραινόμεθα, χαίρομεν. Καὶ ἐβουλόμεθα μὲν καὶ κατ’</w:t>
      </w:r>
    </w:p>
    <w:p>
      <w:r>
        <w:rPr>
          <w:rFonts w:ascii="Courier New" w:hAnsi="Courier New"/>
          <w:color w:val="555555"/>
          <w:sz w:val="20"/>
        </w:rPr>
        <w:t>[10]</w:t>
      </w:r>
    </w:p>
    <w:p>
      <w:r>
        <w:rPr>
          <w:rFonts w:ascii="Gentium Plus" w:hAnsi="Gentium Plus"/>
          <w:sz w:val="24"/>
        </w:rPr>
        <w:t>ὄψιν συντυχεῖν σου τῇ τιμιότητι, καὶ πολλὰς παρόντι παρόντας ὁμολογῆσαί σοι χάριτας. Ἐπειδὴ δὲ τοῦτο τέως οὐκ ἔνι, διὰ τὸ τὰ Ἰσαυρικὰ μὲν ἐπιτα‐ θῆναι πλέον, καὶ πᾶσαν ἀποτετειχίσθαι τὴν ὁδόν· εὖ γὰρ οἶδ’ ὅτι εἰ μὴ τοῦτο ἦν, καὶ αὐτὸς παρεγένου,</w:t>
      </w:r>
    </w:p>
    <w:p>
      <w:r>
        <w:rPr>
          <w:rFonts w:ascii="Courier New" w:hAnsi="Courier New"/>
          <w:color w:val="555555"/>
          <w:sz w:val="20"/>
        </w:rPr>
        <w:t>[15]</w:t>
      </w:r>
    </w:p>
    <w:p>
      <w:r>
        <w:rPr>
          <w:rFonts w:ascii="Gentium Plus" w:hAnsi="Gentium Plus"/>
          <w:sz w:val="24"/>
        </w:rPr>
        <w:t>καὶ πολλὴν ἐποιήσω σπουδὴν δραμεῖν ἕως ἡμῶν· ἀλλ’ ἐπειδὴ τοῦτο τέως οὐ δυνατὸν, καὶ γράφομεν, καὶ προσαγορεύομέν σου τὴν τιμιότητα, καὶ παρα‐ καλοῦμεν συνεχῶς, ἡνίκα ἂν ἐξῇ, ἐπιστέλλειν ἡμῖν, καὶ τὰ περὶ τῆς ὑγείας σου, καὶ τοῦ οἴκου σου παν‐</w:t>
      </w:r>
    </w:p>
    <w:p>
      <w:r>
        <w:rPr>
          <w:rFonts w:ascii="Courier New" w:hAnsi="Courier New"/>
          <w:color w:val="555555"/>
          <w:sz w:val="20"/>
        </w:rPr>
        <w:t>[20]</w:t>
      </w:r>
    </w:p>
    <w:p>
      <w:r>
        <w:rPr>
          <w:rFonts w:ascii="Gentium Plus" w:hAnsi="Gentium Plus"/>
          <w:sz w:val="24"/>
        </w:rPr>
        <w:t>τὸς ἡμῖν εὐαγγελίζεσθαι. Οὐ γὰρ τὴν τυχοῦσαν, καὶ ἐνταῦθα καθήμενοι, ἀπὸ τῶν τοιούτων γραμμάτων τῆς σῆς τιμιότητος καρπωσόμεθα τὴν παράκλησιν.</w:t>
      </w:r>
    </w:p>
    <w:p>
      <w:pPr>
        <w:jc w:val="center"/>
      </w:pPr>
      <w:r>
        <w:rPr>
          <w:rFonts w:ascii="Gentium Plus" w:hAnsi="Gentium Plus"/>
          <w:b/>
          <w:sz w:val="24"/>
        </w:rPr>
        <w:t>ΟΓʹ. Ἀγαπητῷ.</w:t>
      </w:r>
    </w:p>
    <w:p>
      <w:r>
        <w:rPr>
          <w:rFonts w:ascii="Courier New" w:hAnsi="Courier New"/>
          <w:color w:val="555555"/>
          <w:sz w:val="20"/>
        </w:rPr>
        <w:t>[24]</w:t>
      </w:r>
    </w:p>
    <w:p>
      <w:r>
        <w:rPr>
          <w:rFonts w:ascii="Gentium Plus" w:hAnsi="Gentium Plus"/>
          <w:sz w:val="24"/>
        </w:rPr>
        <w:t>Εἰ καὶ πολὺς μεταξὺ χρόνος, ἐξ οὗ τῆς θαυμασιό‐</w:t>
      </w:r>
    </w:p>
    <w:p>
      <w:r>
        <w:rPr>
          <w:rFonts w:ascii="Courier New" w:hAnsi="Courier New"/>
          <w:color w:val="555555"/>
          <w:sz w:val="20"/>
        </w:rPr>
        <w:t>[25]</w:t>
      </w:r>
    </w:p>
    <w:p>
      <w:r>
        <w:rPr>
          <w:rFonts w:ascii="Gentium Plus" w:hAnsi="Gentium Plus"/>
          <w:sz w:val="24"/>
        </w:rPr>
        <w:t>τητος ἐχωρίσθημεν τῆς σῆς, καὶ τῆς ὁδοῦ δὲ αὐτῆς πολὺ τὸ μέσον τὸ διεῖργον ἡμᾶς, ἀλλ’ ὅμως τῇ ἀγάπῃ συνδεδέμεθά σοι, καὶ πλησίον σου διατρίβομεν, μᾶλλον δὲ καὶ ἐν αὐτῇ σε ἔχομεν τῇ διανοίᾳ, παν‐ ταχοῦ περιφέροντες ὅπουπερ ἂν ὦμεν. Καὶ τὴν ἐξ</w:t>
      </w:r>
    </w:p>
    <w:p>
      <w:r>
        <w:rPr>
          <w:rFonts w:ascii="Courier New" w:hAnsi="Courier New"/>
          <w:color w:val="555555"/>
          <w:sz w:val="20"/>
        </w:rPr>
        <w:t>[30]</w:t>
      </w:r>
    </w:p>
    <w:p>
      <w:r>
        <w:rPr>
          <w:rFonts w:ascii="Gentium Plus" w:hAnsi="Gentium Plus"/>
          <w:sz w:val="24"/>
        </w:rPr>
        <w:t>ἀρχῆς σοι πρὸς ἡμᾶς γεγενημένην φιλίαν, τὴν θερ‐ μὴν καὶ γνησίαν, τὴν σφοδρὰν καὶ ἀκλινῆ ἐγκολά‐ ψαντες ἡμῶν ἔχομεν τῷ συνειδότι. Καὶ αὐτοὶ δὲ ἀκμά‐ ζουσαν τὴν περὶ σὲ διάθεσιν διατηροῦμεν, δέσποτα τιμιώτατε καὶ θαυμασιώτατε, οὐδὲν ἀπὸ τοῦ πλήθους</w:t>
      </w:r>
    </w:p>
    <w:p>
      <w:r>
        <w:rPr>
          <w:rFonts w:ascii="Courier New" w:hAnsi="Courier New"/>
          <w:color w:val="555555"/>
          <w:sz w:val="20"/>
        </w:rPr>
        <w:t>[35]</w:t>
      </w:r>
    </w:p>
    <w:p>
      <w:r>
        <w:rPr>
          <w:rFonts w:ascii="Gentium Plus" w:hAnsi="Gentium Plus"/>
          <w:sz w:val="24"/>
        </w:rPr>
        <w:t>τοῦ χρόνου, οὐδὲ ἀπὸ τοῦ μήκους τοῦ κατὰ τὴν ὁδὸν ἀφιέντες αὐτὴν ἀσθενεστέραν γενέσθαι. Παρακαλῶ τοίνυν, ἡνίκα ἂν ἐξῇ, καὶ γράφειν ἡμῖν συνεχῶς μὴ κατόκνει περὶ τῆς ὑγιείας τῆς σῆς. Οἶσθα γὰρ ὅπως αὐτῆς ἀντεχόμεθα, καὶ ἡλίκην ἡμῖν χαριῇ χάριν,</w:t>
      </w:r>
    </w:p>
    <w:p>
      <w:r>
        <w:rPr>
          <w:rFonts w:ascii="Courier New" w:hAnsi="Courier New"/>
          <w:color w:val="555555"/>
          <w:sz w:val="20"/>
        </w:rPr>
        <w:t>[40]</w:t>
      </w:r>
    </w:p>
    <w:p>
      <w:r>
        <w:rPr>
          <w:rFonts w:ascii="Gentium Plus" w:hAnsi="Gentium Plus"/>
          <w:sz w:val="24"/>
        </w:rPr>
        <w:t>τοιαῦτα πρὸς ἡμᾶς διαπεμπόμενος γράμματα.</w:t>
      </w:r>
    </w:p>
    <w:p>
      <w:pPr>
        <w:jc w:val="center"/>
      </w:pPr>
      <w:r>
        <w:rPr>
          <w:rFonts w:ascii="Gentium Plus" w:hAnsi="Gentium Plus"/>
          <w:b/>
          <w:sz w:val="24"/>
        </w:rPr>
        <w:t>ΟΔʹ. Ἡσυχίῳ.</w:t>
      </w:r>
    </w:p>
    <w:p>
      <w:r>
        <w:rPr>
          <w:rFonts w:ascii="Courier New" w:hAnsi="Courier New"/>
          <w:color w:val="555555"/>
          <w:sz w:val="20"/>
        </w:rPr>
        <w:t>[42]</w:t>
      </w:r>
    </w:p>
    <w:p>
      <w:r>
        <w:rPr>
          <w:rFonts w:ascii="Gentium Plus" w:hAnsi="Gentium Plus"/>
          <w:sz w:val="24"/>
        </w:rPr>
        <w:t>Ἐγὼ μέν σε καὶ ἰδεῖν ἐπεθύμουν, καὶ οὐκ ἄν με ἐκώλυσεν οὔτε ὁ τῶν Ἰσαύρων φόβος, οὔτε ἡ τοῦ σώματος ἀσθένεια, εἴ γε ἐπ’ ἐμοὶ τὸ κινεῖσθαι, ὅπου‐</w:t>
      </w:r>
    </w:p>
    <w:p>
      <w:r>
        <w:rPr>
          <w:rFonts w:ascii="Courier New" w:hAnsi="Courier New"/>
          <w:color w:val="555555"/>
          <w:sz w:val="20"/>
        </w:rPr>
        <w:t>[45]</w:t>
      </w:r>
    </w:p>
    <w:p>
      <w:r>
        <w:rPr>
          <w:rFonts w:ascii="Gentium Plus" w:hAnsi="Gentium Plus"/>
          <w:sz w:val="24"/>
        </w:rPr>
        <w:t>περ ἐβουλόμην, ἔκειτο· σὲ δὲ, καίτοι κύριον ὄντα τούτου, οὐδὲ οὕτως ἔλκω, οὐδὲ ἀναστῆναι οἴδοθεν παρακαλῶ, καὶ πρὸς ἡμᾶς δραμεῖν. Ἀλλὰ καὶ τῆς ὥρας τοῦ ἔτους τοῦτο ἐπιτρεπούσης, καὶ τῆς ἀποδη‐ μίας δι’ ὀλίγου σοι γινομένης (οὐ γὰρ πολλῷ διειργό‐</w:t>
      </w:r>
    </w:p>
    <w:p>
      <w:r>
        <w:rPr>
          <w:rFonts w:ascii="Courier New" w:hAnsi="Courier New"/>
          <w:color w:val="555555"/>
          <w:sz w:val="20"/>
        </w:rPr>
        <w:t>[52 . 648 (50)]</w:t>
      </w:r>
    </w:p>
    <w:p>
      <w:r>
        <w:rPr>
          <w:rFonts w:ascii="Gentium Plus" w:hAnsi="Gentium Plus"/>
          <w:sz w:val="24"/>
        </w:rPr>
        <w:t>μεθα τῷ μέσῳ), ὅμως ἑλκύσαι σε ἐνταῦθα οὐκ ἂν ἑλοίμην, διὰ τὸν τῶν Ἰσαύρων φόβον. Παρακαλῶ δὲ συνεχῶς ἡμῖν τὰ περὶ τῆς ὑγιείας ἐπιστέλλειν τῆς σῆς· οὐ γὰρ δήπου καὶ πρὸς τοῦτο κώλυμα τῶν λῃ‐</w:t>
      </w:r>
    </w:p>
    <w:p>
      <w:r>
        <w:rPr>
          <w:rFonts w:ascii="Courier New" w:hAnsi="Courier New"/>
          <w:color w:val="555555"/>
          <w:sz w:val="20"/>
        </w:rPr>
        <w:t>[52 . 649]</w:t>
      </w:r>
    </w:p>
    <w:p>
      <w:r>
        <w:rPr>
          <w:rFonts w:ascii="Gentium Plus" w:hAnsi="Gentium Plus"/>
          <w:sz w:val="24"/>
        </w:rPr>
        <w:t>τὴν χάριν, ῥᾳδίαν τε οὖσαν, καὶ εὔκολον, καὶ πολ‐ λὴν παρέχουσαν ἡμῖν τὴν εὐφροσύνην. Οἶσθα γὰρ ἡλίκα ἡμῖν χαριῇ, ταύτην περὶ ἡμᾶς ἐπιδεικνύμενος τὴν φιλοτιμίαν.</w:t>
      </w:r>
    </w:p>
    <w:p>
      <w:pPr>
        <w:jc w:val="center"/>
      </w:pPr>
      <w:r>
        <w:rPr>
          <w:rFonts w:ascii="Gentium Plus" w:hAnsi="Gentium Plus"/>
          <w:b/>
          <w:sz w:val="24"/>
        </w:rPr>
        <w:t>ΟΕʹ. Ἁρματίῳ.</w:t>
      </w:r>
    </w:p>
    <w:p>
      <w:r>
        <w:rPr>
          <w:rFonts w:ascii="Courier New" w:hAnsi="Courier New"/>
          <w:color w:val="555555"/>
          <w:sz w:val="20"/>
        </w:rPr>
        <w:t>[6]</w:t>
      </w:r>
    </w:p>
    <w:p>
      <w:r>
        <w:rPr>
          <w:rFonts w:ascii="Gentium Plus" w:hAnsi="Gentium Plus"/>
          <w:sz w:val="24"/>
        </w:rPr>
        <w:t>Τί τοῦτο; Ἵνα μὲν μετὰ ἀδείας ἐπιτάττωμεν τοῖς σοὶ προσήκουσιν ἀνθρώποις, ἐν οἷς ἂν δεώμεθα, πολλὴν παρέσχες τὴν ἐξουσίαν· οὗ δὲ μάλιστα ἐδεό‐ μεθα, τούτου ἡμᾶς ἀπεστέρησας, τῶν γραμμάτων</w:t>
      </w:r>
    </w:p>
    <w:p>
      <w:r>
        <w:rPr>
          <w:rFonts w:ascii="Courier New" w:hAnsi="Courier New"/>
          <w:color w:val="555555"/>
          <w:sz w:val="20"/>
        </w:rPr>
        <w:t>[10]</w:t>
      </w:r>
    </w:p>
    <w:p>
      <w:r>
        <w:rPr>
          <w:rFonts w:ascii="Gentium Plus" w:hAnsi="Gentium Plus"/>
          <w:sz w:val="24"/>
        </w:rPr>
        <w:t>λέγω τῶν σῶν, τῶν περὶ τῆς ὑγιείας τῆς σῆς ἡμῖν ἀπαγγελλόντων. Οὐκ οἶσθα ὅτι τοῖς μάλιστα φιλοῦσι γνησίως τοῦτο μάλιστα περισπούδαστον καὶ ποθεινὸν, καθάπερ οὖν καὶ ἡμῖν νῦν; Εἰ τοίνυν βούλει ἡμῖν χαρίσασθαι, δέσποτά μου τιμιώτατε, ἀφεὶς τὸ κε‐</w:t>
      </w:r>
    </w:p>
    <w:p>
      <w:r>
        <w:rPr>
          <w:rFonts w:ascii="Courier New" w:hAnsi="Courier New"/>
          <w:color w:val="555555"/>
          <w:sz w:val="20"/>
        </w:rPr>
        <w:t>[15]</w:t>
      </w:r>
    </w:p>
    <w:p>
      <w:r>
        <w:rPr>
          <w:rFonts w:ascii="Gentium Plus" w:hAnsi="Gentium Plus"/>
          <w:sz w:val="24"/>
        </w:rPr>
        <w:t>λεύειν τοῖς σοῖς ἀνθρώποις θεραπεύειν ἡμᾶς ἐν ταῖς χρείαις ταῖς σωματικαῖς (οὐδενὸς γὰρ δεόμεθα τού‐ των, ἀλλὰ πάντα ἡμῖν ὡς ἐκ πηγῶν ἐπιῤῥεῖ), αὐτὸς διὰ χάρτου μικροῦ καὶ μέλανος τὴν μεγίστην ἡμῖν πάρεχε χάριν, καὶ ἧς μάλιστα ἀπολαύειν ἐπιθυμοῦ‐</w:t>
      </w:r>
    </w:p>
    <w:p>
      <w:r>
        <w:rPr>
          <w:rFonts w:ascii="Courier New" w:hAnsi="Courier New"/>
          <w:color w:val="555555"/>
          <w:sz w:val="20"/>
        </w:rPr>
        <w:t>[20]</w:t>
      </w:r>
    </w:p>
    <w:p>
      <w:r>
        <w:rPr>
          <w:rFonts w:ascii="Gentium Plus" w:hAnsi="Gentium Plus"/>
          <w:sz w:val="24"/>
        </w:rPr>
        <w:t>μεν. Αὕτη δέ ἐστι τὸ συνεχῶς ἡμῖν γράφειν περὶ τῆς ὑγιείας τῆς σῆς, καὶ τοῦ οἴκου σου παντός. Εἰ μὲν γὰρ δυνατὸν ἦν καὶ συγγενέσθαι ἡμᾶς ἀλλήλοις, κἂν ἀνέστησά σε οἴκοθεν, κἂν ἐν μεγίστης ᾔτησα χάριτος μέρει, τὸ τὸν θερμόν σε οὕτως ἐραστὴν ἡμῶν ὄντα</w:t>
      </w:r>
    </w:p>
    <w:p>
      <w:r>
        <w:rPr>
          <w:rFonts w:ascii="Courier New" w:hAnsi="Courier New"/>
          <w:color w:val="555555"/>
          <w:sz w:val="20"/>
        </w:rPr>
        <w:t>[25]</w:t>
      </w:r>
    </w:p>
    <w:p>
      <w:r>
        <w:rPr>
          <w:rFonts w:ascii="Gentium Plus" w:hAnsi="Gentium Plus"/>
          <w:sz w:val="24"/>
        </w:rPr>
        <w:t>καὶ κατ’ ὄψιν ἰδεῖν αὐτήν. Ἐπεὶ δὲ τοῦτο ὁ τῶν Ἰσαύρων ἐκώλυσε φόβος, τὴν γοῦν ἀπὸ τῶν γραμ‐ μάτων ἡμῖν παραμυθίαν πάρεχε δαψιλῶς, καὶ τὸ πᾶν ἀπειλήφαμεν.</w:t>
      </w:r>
    </w:p>
    <w:p>
      <w:pPr>
        <w:jc w:val="center"/>
      </w:pPr>
      <w:r>
        <w:rPr>
          <w:rFonts w:ascii="Gentium Plus" w:hAnsi="Gentium Plus"/>
          <w:b/>
          <w:sz w:val="24"/>
        </w:rPr>
        <w:t>Οϛʹ. Χαλκιδίᾳ.</w:t>
      </w:r>
    </w:p>
    <w:p>
      <w:r>
        <w:rPr>
          <w:rFonts w:ascii="Courier New" w:hAnsi="Courier New"/>
          <w:color w:val="555555"/>
          <w:sz w:val="20"/>
        </w:rPr>
        <w:t>[30]</w:t>
      </w:r>
    </w:p>
    <w:p>
      <w:r>
        <w:rPr>
          <w:rFonts w:ascii="Gentium Plus" w:hAnsi="Gentium Plus"/>
          <w:sz w:val="24"/>
        </w:rPr>
        <w:t>Ἐγὼ μὲν σφόδρα ἐπιθυμῶ σὺν ἡμῖν εἶναι τὸν δεσπότην μου τὸν τιμιώτατον πρεσβύτερον. Εἰ δὲ τὸ παραγενέσθαι αὐτόθι τοῦτον οἶσθα λυσιτελὲς, προ‐ τιμῶ τῆς ἐνταῦθα αὐτοῦ παρουσίας τὴν ἄδειαν αὐτοῦ, καὶ τὸ τῆς ἐπικειμένης ἀπαλλαγῆναι ταραχῆς. Μὴ</w:t>
      </w:r>
    </w:p>
    <w:p>
      <w:r>
        <w:rPr>
          <w:rFonts w:ascii="Courier New" w:hAnsi="Courier New"/>
          <w:color w:val="555555"/>
          <w:sz w:val="20"/>
        </w:rPr>
        <w:t>[35]</w:t>
      </w:r>
    </w:p>
    <w:p>
      <w:r>
        <w:rPr>
          <w:rFonts w:ascii="Gentium Plus" w:hAnsi="Gentium Plus"/>
          <w:sz w:val="24"/>
        </w:rPr>
        <w:t>τοίνυν νομίσῃς αὐτὸν κωλύεσθαι παρ’ ἡμῶν, εἰ βού‐ λοιτο ἀποδημεῖν. Ἡμεῖς γὰρ ἕως τοῦ νῦν διὰ τοῦτο αὐτὸν ἐπέσχομεν, ὡς οὐ σφόδρα τῆς τοῦ πράγματος φύσεως ἀπαιτούσης αὐτοῦ τὴν παρουσίαν, καὶ δεδοι‐ κότες μήποτε εἰς τὰς τῶν Ἰσαύρων ἐμπέσῃ χεῖρας.</w:t>
      </w:r>
    </w:p>
    <w:p>
      <w:r>
        <w:rPr>
          <w:rFonts w:ascii="Courier New" w:hAnsi="Courier New"/>
          <w:color w:val="555555"/>
          <w:sz w:val="20"/>
        </w:rPr>
        <w:t>[40]</w:t>
      </w:r>
    </w:p>
    <w:p>
      <w:r>
        <w:rPr>
          <w:rFonts w:ascii="Gentium Plus" w:hAnsi="Gentium Plus"/>
          <w:sz w:val="24"/>
        </w:rPr>
        <w:t>Εἰ δὲ οὕτως ἀναγκαῖον τὸ αὐτόθι παραγενέσθαι, καὶ παρακαλοῦμεν καὶ προτρεπόμεθα ἅψασθαι τῆς ἀπο‐ δημίας. Κἂν γὰρ τῷ σώματι κεχωρισμένοι ὦμεν, ἀλλὰ τῇ τῆς ἀγάπης ἁλύσει μένομεν πρὸς αὐτὸν συνδεδεμένοι. Μηδέν σε θορυβείτω, παρακαλῶ, τῶν</w:t>
      </w:r>
    </w:p>
    <w:p>
      <w:r>
        <w:rPr>
          <w:rFonts w:ascii="Courier New" w:hAnsi="Courier New"/>
          <w:color w:val="555555"/>
          <w:sz w:val="20"/>
        </w:rPr>
        <w:t>[45]</w:t>
      </w:r>
    </w:p>
    <w:p>
      <w:r>
        <w:rPr>
          <w:rFonts w:ascii="Gentium Plus" w:hAnsi="Gentium Plus"/>
          <w:sz w:val="24"/>
        </w:rPr>
        <w:t>συμπιπτόντων χαλεπῶν. Ὅσῳ γὰρ πλείους αἱ περι‐ στάσεις, τοσούτῳ σοι μείζων ἡ πραγματεία, καὶ πλείων ὁ μισθὸς, καὶ ἡ ἀντίδοσις παρὰ τοῦ φιλαν‐ θρώπου Θεοῦ, ἂν εὐχαρίστως φέρῃς καὶ γενναίως τὰ συμβαίνοντα. Οὕτω γὰρ καὶ ταῦτα εὐκαταγώνιστα</w:t>
      </w:r>
    </w:p>
    <w:p>
      <w:r>
        <w:rPr>
          <w:rFonts w:ascii="Courier New" w:hAnsi="Courier New"/>
          <w:color w:val="555555"/>
          <w:sz w:val="20"/>
        </w:rPr>
        <w:t>[52 . 649 (50)]</w:t>
      </w:r>
    </w:p>
    <w:p>
      <w:r>
        <w:rPr>
          <w:rFonts w:ascii="Gentium Plus" w:hAnsi="Gentium Plus"/>
          <w:sz w:val="24"/>
        </w:rPr>
        <w:t>ἔσται, καὶ ὁ ἐκ τῆς τούτων ὑπομονῆς σοι τικτόμενος καρπὸς ἐν τοῖς οὐρανοῖς δαψιλὴς ἔσται, καὶ πολὺ μεί‐</w:t>
      </w:r>
    </w:p>
    <w:p>
      <w:pPr>
        <w:jc w:val="center"/>
      </w:pPr>
      <w:r>
        <w:rPr>
          <w:rFonts w:ascii="Gentium Plus" w:hAnsi="Gentium Plus"/>
          <w:b/>
          <w:sz w:val="24"/>
        </w:rPr>
        <w:t>ΟΖʹ. Ἀσυγκριτίᾳ.</w:t>
      </w:r>
    </w:p>
    <w:p>
      <w:r>
        <w:rPr>
          <w:rFonts w:ascii="Courier New" w:hAnsi="Courier New"/>
          <w:color w:val="555555"/>
          <w:sz w:val="20"/>
        </w:rPr>
        <w:t>[2]</w:t>
      </w:r>
    </w:p>
    <w:p>
      <w:r>
        <w:rPr>
          <w:rFonts w:ascii="Gentium Plus" w:hAnsi="Gentium Plus"/>
          <w:sz w:val="24"/>
        </w:rPr>
        <w:t>Καὶ ἔμπροσθεν ἐπέσταλκά σου τῇ τιμιότητι, ὅτι καὶ σὲ μετὰ τῶν παραγενομένων ἀριθμοῦμεν κατὰ τὸν τῆς ἀγάπης λόγον, καὶ νῦν τὸ αὐτὸ λέγο‐</w:t>
      </w:r>
    </w:p>
    <w:p>
      <w:r>
        <w:rPr>
          <w:rFonts w:ascii="Courier New" w:hAnsi="Courier New"/>
          <w:color w:val="555555"/>
          <w:sz w:val="20"/>
        </w:rPr>
        <w:t>[5]</w:t>
      </w:r>
    </w:p>
    <w:p>
      <w:r>
        <w:rPr>
          <w:rFonts w:ascii="Gentium Plus" w:hAnsi="Gentium Plus"/>
          <w:sz w:val="24"/>
        </w:rPr>
        <w:t>μεν, ὅτι τῇ γνώμῃ παραγέγονας. Εἰ δὲ ἡ ἀσθένεια τοῦ σώματος διεκώλυσε, καὶ οἱ θόρυβοι οἱ τὴν Ἀρμε‐ νίαν κατειληφότες, ἡμεῖς ἀπὸ τῆς γνώμης καὶ τῆς προαιρέσεως τὴν αὐτὴν περὶ τῆς διαθέσεώς σου ψῆ‐ φον ἔχομεν, ἥνπερ καὶ ἔμπροσθεν. Μὴ τοίνυν κατα‐</w:t>
      </w:r>
    </w:p>
    <w:p>
      <w:r>
        <w:rPr>
          <w:rFonts w:ascii="Courier New" w:hAnsi="Courier New"/>
          <w:color w:val="555555"/>
          <w:sz w:val="20"/>
        </w:rPr>
        <w:t>[10]</w:t>
      </w:r>
    </w:p>
    <w:p>
      <w:r>
        <w:rPr>
          <w:rFonts w:ascii="Gentium Plus" w:hAnsi="Gentium Plus"/>
          <w:sz w:val="24"/>
        </w:rPr>
        <w:t>φρόνει συνεχῶς ἡμῖν ἐπιστέλλειν, καὶ εἴ σοι λέλυται τὰ τῆς ἀῤῥωστίας, καὶ περὶ τῆς ὑγείας σου δηλοῦν. Ἐπεὶ καὶ νῦν σφόδρα ἠλγήσαμεν, ἀκούσαντές σε ἐν ἀῤῥωστίᾳ εἶναι. Ἵν’ οὖν μὴ μεριμνῶμεν περὶ τούτου, διὰ τάχους ἡμῖν δήλωσον, εἰ πρὸς ὑγείαν σοι τὰ τῆς</w:t>
      </w:r>
    </w:p>
    <w:p>
      <w:r>
        <w:rPr>
          <w:rFonts w:ascii="Courier New" w:hAnsi="Courier New"/>
          <w:color w:val="555555"/>
          <w:sz w:val="20"/>
        </w:rPr>
        <w:t>[15]</w:t>
      </w:r>
    </w:p>
    <w:p>
      <w:r>
        <w:rPr>
          <w:rFonts w:ascii="Gentium Plus" w:hAnsi="Gentium Plus"/>
          <w:sz w:val="24"/>
        </w:rPr>
        <w:t>ἀῤῥωστίας μεταβέβληται.</w:t>
      </w:r>
    </w:p>
    <w:p>
      <w:pPr>
        <w:jc w:val="center"/>
      </w:pPr>
      <w:r>
        <w:rPr>
          <w:rFonts w:ascii="Gentium Plus" w:hAnsi="Gentium Plus"/>
          <w:b/>
          <w:sz w:val="24"/>
        </w:rPr>
        <w:t>ΟΗʹ. Ῥωμανῷ πρεσβυτέρῳ.</w:t>
      </w:r>
    </w:p>
    <w:p>
      <w:r>
        <w:rPr>
          <w:rFonts w:ascii="Courier New" w:hAnsi="Courier New"/>
          <w:color w:val="555555"/>
          <w:sz w:val="20"/>
        </w:rPr>
        <w:t>[17]</w:t>
      </w:r>
    </w:p>
    <w:p>
      <w:r>
        <w:rPr>
          <w:rFonts w:ascii="Gentium Plus" w:hAnsi="Gentium Plus"/>
          <w:sz w:val="24"/>
        </w:rPr>
        <w:t>Οὐ μέχρι τῆς Ἀρμενίας μόνον, οὐδὲ τῆς Καπ‐ παδόκων χώρας, ἀλλὰ καὶ ποῤῥωτέρω, τῆς ἀγάπης σου καὶ τῆς διαθέσεως, ἣν περὶ ἡμᾶς ἐπεδείξω διη‐</w:t>
      </w:r>
    </w:p>
    <w:p>
      <w:r>
        <w:rPr>
          <w:rFonts w:ascii="Courier New" w:hAnsi="Courier New"/>
          <w:color w:val="555555"/>
          <w:sz w:val="20"/>
        </w:rPr>
        <w:t>[20]</w:t>
      </w:r>
    </w:p>
    <w:p>
      <w:r>
        <w:rPr>
          <w:rFonts w:ascii="Gentium Plus" w:hAnsi="Gentium Plus"/>
          <w:sz w:val="24"/>
        </w:rPr>
        <w:t>νεκῶς, σάλπιγγος λαμπροτέρα ἡ φήμη παραγέγονε. Διόπερ καὶ ἡμεῖς σφόδρα καλλωπιζόμεθα ἐπὶ τῇ δια‐ θέσει τῆς εὐλαβείας σου, καὶ μακαρίζοντές σε οὐ διαλιμπάνομεν, καί σου δεόμεθα συνεχῶς ἐπιστέλλειν ἡμῖν περὶ τῆς ὑγείας τῆς σῆς. Εἰ γὰρ καὶ ἐν ἐρημίᾳ</w:t>
      </w:r>
    </w:p>
    <w:p>
      <w:r>
        <w:rPr>
          <w:rFonts w:ascii="Courier New" w:hAnsi="Courier New"/>
          <w:color w:val="555555"/>
          <w:sz w:val="20"/>
        </w:rPr>
        <w:t>[25]</w:t>
      </w:r>
    </w:p>
    <w:p>
      <w:r>
        <w:rPr>
          <w:rFonts w:ascii="Gentium Plus" w:hAnsi="Gentium Plus"/>
          <w:sz w:val="24"/>
        </w:rPr>
        <w:t>καθήμεθα, καὶ πόῤῥω ὑμῶν ἀπῳκίσμεθα, ἀλλ’ ὅμως τῇ τῆς ἀγάπης ἁλύσει συνδεδέμεθά σοι, ἣν ἐξ ἀρχῆς διάθεσιν περὶ τὴν σὴν τιμιότητα ἐπεδειξάμεθα, ταύ‐ την, μᾶλλον δὲ καὶ πολλῷ πλείονα καὶ θερμοτέραν νῦν ἔχοντες. Οὐδὲν γὰρ ὑμᾶς οὔτε τοῦ χρόνου τὸ</w:t>
      </w:r>
    </w:p>
    <w:p>
      <w:r>
        <w:rPr>
          <w:rFonts w:ascii="Courier New" w:hAnsi="Courier New"/>
          <w:color w:val="555555"/>
          <w:sz w:val="20"/>
        </w:rPr>
        <w:t>[30]</w:t>
      </w:r>
    </w:p>
    <w:p>
      <w:r>
        <w:rPr>
          <w:rFonts w:ascii="Gentium Plus" w:hAnsi="Gentium Plus"/>
          <w:sz w:val="24"/>
        </w:rPr>
        <w:t>πλῆθος, οὔτε τῆς ὁδοῦ τὸ μῆκος ῥᾳθυμοτέρους εἰς τοῦτο πεποίηκεν, ἀλλὰ καὶ σπουδαιοτέρους. Ταῦτ’ οὖν εἰδὼς, δέσποτά μου τιμιώτατε καὶ εὐλαβέστατε, καὶ λογισάμενος ἡλίκην ἡμῖν χαριῇ χάριν συνεχέστε‐ ρον ἐπιστέλλων, γράφε ἡμῖν τὰ περὶ τῆς ὑγείας</w:t>
      </w:r>
    </w:p>
    <w:p>
      <w:r>
        <w:rPr>
          <w:rFonts w:ascii="Courier New" w:hAnsi="Courier New"/>
          <w:color w:val="555555"/>
          <w:sz w:val="20"/>
        </w:rPr>
        <w:t>[35]</w:t>
      </w:r>
    </w:p>
    <w:p>
      <w:r>
        <w:rPr>
          <w:rFonts w:ascii="Gentium Plus" w:hAnsi="Gentium Plus"/>
          <w:sz w:val="24"/>
        </w:rPr>
        <w:t>τῆς σῆς, καὶ προηγουμένως διηνεκῶς ἐν ταῖς ἁγίαις σου μεμνημένος εὐχαῖς· ἵνα καὶ ἐκ τοσούτου καθ‐ ήμενοι διαστήματος, πολλὴν καὶ ἐντεῦθεν καρπωσώ‐ μεθα τὴν συμμαχίαν.</w:t>
      </w:r>
    </w:p>
    <w:p>
      <w:pPr>
        <w:jc w:val="center"/>
      </w:pPr>
      <w:r>
        <w:rPr>
          <w:rFonts w:ascii="Gentium Plus" w:hAnsi="Gentium Plus"/>
          <w:b/>
          <w:sz w:val="24"/>
        </w:rPr>
        <w:t>ΟΘʹ. Γεμέλλῳ.</w:t>
      </w:r>
    </w:p>
    <w:p>
      <w:r>
        <w:rPr>
          <w:rFonts w:ascii="Courier New" w:hAnsi="Courier New"/>
          <w:color w:val="555555"/>
          <w:sz w:val="20"/>
        </w:rPr>
        <w:t>[40]</w:t>
      </w:r>
    </w:p>
    <w:p>
      <w:r>
        <w:rPr>
          <w:rFonts w:ascii="Gentium Plus" w:hAnsi="Gentium Plus"/>
          <w:sz w:val="24"/>
        </w:rPr>
        <w:t>Τί τοῦτο; Ὅτε ἡ τοσαύτη καὶ τηλικαύτη πόλις ἑορτὴν ἄγει λαμπρὰν (τοῦτο γὰρ τὴν ἀρχὴν καλῶ τὴν σὴν), τότε ἡμᾶς ἐν πλείονι κατέστησας κατηφείᾳ, μακρὰν οὕτω σιγήσας σιγήν; Καὶ εἰ μὲν ἄλλος τις ἦν τῶν πολλῶν ὁ τοῦτο πεπονθὼς, καὶ τὴν αἰτίαν</w:t>
      </w:r>
    </w:p>
    <w:p>
      <w:r>
        <w:rPr>
          <w:rFonts w:ascii="Courier New" w:hAnsi="Courier New"/>
          <w:color w:val="555555"/>
          <w:sz w:val="20"/>
        </w:rPr>
        <w:t>[45]</w:t>
      </w:r>
    </w:p>
    <w:p>
      <w:r>
        <w:rPr>
          <w:rFonts w:ascii="Gentium Plus" w:hAnsi="Gentium Plus"/>
          <w:sz w:val="24"/>
        </w:rPr>
        <w:t>ῥᾳδίως ἂν εὗρον. Τίς δέ ἐστιν αὕτη; Εἰώθασιν οἱ πολλοὶ τῶν ἀνθρώπων, ἡνίκα ἂν μείζονος ἀρχῆς ἐπιλάβωνται, καὶ ἐν ὄγκῳ φρονήματος γίνεσθαι μεί‐ ζονι· ἐπὶ δὲ τῆς σῆς μεγαλοπρεπείας φιλοσοφεῖν εἰδυίας, καὶ ἀκριβῶς διεσκεμμένης τῶν ἐπικήρων</w:t>
      </w:r>
    </w:p>
    <w:p>
      <w:r>
        <w:rPr>
          <w:rFonts w:ascii="Courier New" w:hAnsi="Courier New"/>
          <w:color w:val="555555"/>
          <w:sz w:val="20"/>
        </w:rPr>
        <w:t>[52 . 650 (50)]</w:t>
      </w:r>
    </w:p>
    <w:p>
      <w:r>
        <w:rPr>
          <w:rFonts w:ascii="Gentium Plus" w:hAnsi="Gentium Plus"/>
          <w:sz w:val="24"/>
        </w:rPr>
        <w:t>τούτων καὶ ῥεόντων πραγμάτων τὴν φύσιν, καὶ οὐκ ἀπατωμένης τοῖς ἐπιτρίμμασι καὶ ταῖς ὑπογραφαῖς, ἀλλὰ γυμνὰ τῶν προσώπων τὰ πράγματα καταμαν‐ θανούσης, τὴν αἰτίαν οὐ δύναμαι τῆς σιγῆς εὑρεῖν. Ἀλλ’ ὅτι μὲν ἡμᾶς ὁμοίως ἐρᾷς καὶ νῦν ὥσπερ καὶ</w:t>
      </w:r>
    </w:p>
    <w:p>
      <w:r>
        <w:rPr>
          <w:rFonts w:ascii="Courier New" w:hAnsi="Courier New"/>
          <w:color w:val="555555"/>
          <w:sz w:val="20"/>
        </w:rPr>
        <w:t>[55]</w:t>
      </w:r>
    </w:p>
    <w:p>
      <w:r>
        <w:rPr>
          <w:rFonts w:ascii="Gentium Plus" w:hAnsi="Gentium Plus"/>
          <w:sz w:val="24"/>
        </w:rPr>
        <w:t>ἔμπροσθεν, μᾶλλον δὲ μειζόνως νῦν ἢ ἔμπρο‐ σθεν, οἶδα σαφῶς. Τίνος δὲ ἕνεκεν οὕτω διακείμενος τοσοῦτον ἐσίγησας χρόνον, εἰπεῖν οὐκ ἔχω, ἀλλὰ καὶ δι’ αὐτὸ μὲν οὖν τοῦτο μάλιστα ἀπορῶ. Λῦσον δὴ ἡμῖν τὸ αἴνιγμα δι’ ἐπιστολῆς, εἰ μὴ βαρὺ, μηδὲ</w:t>
      </w:r>
    </w:p>
    <w:p>
      <w:r>
        <w:rPr>
          <w:rFonts w:ascii="Courier New" w:hAnsi="Courier New"/>
          <w:color w:val="555555"/>
          <w:sz w:val="20"/>
        </w:rPr>
        <w:t>[60]</w:t>
      </w:r>
    </w:p>
    <w:p>
      <w:r>
        <w:rPr>
          <w:rFonts w:ascii="Gentium Plus" w:hAnsi="Gentium Plus"/>
          <w:sz w:val="24"/>
        </w:rPr>
        <w:t>ἐπαχθές. Καὶ πρὸ τῆς ἐπιστολῆς ἐκείνης τοὺς ταύτην</w:t>
      </w:r>
    </w:p>
    <w:p>
      <w:r>
        <w:rPr>
          <w:rFonts w:ascii="Courier New" w:hAnsi="Courier New"/>
          <w:color w:val="555555"/>
          <w:sz w:val="20"/>
        </w:rPr>
        <w:t>[52 . 651]</w:t>
      </w:r>
    </w:p>
    <w:p>
      <w:r>
        <w:rPr>
          <w:rFonts w:ascii="Gentium Plus" w:hAnsi="Gentium Plus"/>
          <w:sz w:val="24"/>
        </w:rPr>
        <w:t>σοι κομίζοντας τὴν ἐπιστολὴν, λέγω δὴ τὸν κύριόν μου τιμιώτατον καὶ εὐλαβέστατον πρεσβύτερον, καὶ τοὺς σὺν αὐτῷ δίδαξον, ὅπερ καὶ ἡμεῖς πεπείσμεθα, ὅτι ῥᾳθυμίας οὐκ ἦν ἡ σιγή. Ἀρκεῖ γὰρ τοῦτο εἰπεῖν,</w:t>
      </w:r>
    </w:p>
    <w:p>
      <w:r>
        <w:rPr>
          <w:rFonts w:ascii="Courier New" w:hAnsi="Courier New"/>
          <w:color w:val="555555"/>
          <w:sz w:val="20"/>
        </w:rPr>
        <w:t>[5]</w:t>
      </w:r>
    </w:p>
    <w:p>
      <w:r>
        <w:rPr>
          <w:rFonts w:ascii="Gentium Plus" w:hAnsi="Gentium Plus"/>
          <w:sz w:val="24"/>
        </w:rPr>
        <w:t>εἰς τὸ τυχεῖν αὐτοὺς φιλοφροσύνης παρὰ τῆς σῆς θαυμασιότητος.</w:t>
      </w:r>
    </w:p>
    <w:p>
      <w:pPr>
        <w:jc w:val="center"/>
      </w:pPr>
      <w:r>
        <w:rPr>
          <w:rFonts w:ascii="Gentium Plus" w:hAnsi="Gentium Plus"/>
          <w:b/>
          <w:sz w:val="24"/>
        </w:rPr>
        <w:t>Πʹ. Φιρμίνῳ.</w:t>
      </w:r>
    </w:p>
    <w:p>
      <w:r>
        <w:rPr>
          <w:rFonts w:ascii="Courier New" w:hAnsi="Courier New"/>
          <w:color w:val="555555"/>
          <w:sz w:val="20"/>
        </w:rPr>
        <w:t>[8]</w:t>
      </w:r>
    </w:p>
    <w:p>
      <w:r>
        <w:rPr>
          <w:rFonts w:ascii="Gentium Plus" w:hAnsi="Gentium Plus"/>
          <w:sz w:val="24"/>
        </w:rPr>
        <w:t>Εἰς μὲν τὴν συνουσίαν σου μεγάλα ἡμᾶς τὸ ἀῤῥω‐ στεῖν σε ἐζημίωσεν· εἰς δὲ τὴν ἀγάπην οὐδὲ μικρὰ</w:t>
      </w:r>
    </w:p>
    <w:p>
      <w:r>
        <w:rPr>
          <w:rFonts w:ascii="Courier New" w:hAnsi="Courier New"/>
          <w:color w:val="555555"/>
          <w:sz w:val="20"/>
        </w:rPr>
        <w:t>[10]</w:t>
      </w:r>
    </w:p>
    <w:p>
      <w:r>
        <w:rPr>
          <w:rFonts w:ascii="Gentium Plus" w:hAnsi="Gentium Plus"/>
          <w:sz w:val="24"/>
        </w:rPr>
        <w:t>παρέβλαψεν. Ἤρκεσε γὰρ ἡμῖν καὶ τὸ ἅπαξ σοι συγγενέσθαι, εἰς τὸ γενέσθαι σου σφοδροὺς ἐραστάς. Τούτου δὲ αἴτιος αὐτὸς, οὕτως ἐκ προοιμίων σφοδρὸν καὶ μανικὸν περὶ ἡμᾶς ἐπιδειξάμενος ἔρωτα, καὶ οὐκ ἀφεὶς δεηθῆναι τῆς ἀπὸ τοῦ χρόνου πείρας, ἀλλ’ ὁμοῦ</w:t>
      </w:r>
    </w:p>
    <w:p>
      <w:r>
        <w:rPr>
          <w:rFonts w:ascii="Courier New" w:hAnsi="Courier New"/>
          <w:color w:val="555555"/>
          <w:sz w:val="20"/>
        </w:rPr>
        <w:t>[15]</w:t>
      </w:r>
    </w:p>
    <w:p>
      <w:r>
        <w:rPr>
          <w:rFonts w:ascii="Gentium Plus" w:hAnsi="Gentium Plus"/>
          <w:sz w:val="24"/>
        </w:rPr>
        <w:t>τε φανεὶς, καὶ ἑλὼν, καὶ μετὰ ἀκριβείας σαυτῷ προσ‐ δήσας ἡμᾶς. Διὰ δὴ τοῦτο καὶ ἡμεῖς γράφομεν, καὶ ἅπερ ἐπιθυμεῖς ἀκοῦσαι δηλοῦμεν. Τίνα δὲ ταῦτά ἐστιν; Ὑγιαίνομεν· ἀδεῶς τὴν ὁδὸν διηνύσαμεν· ἐντρυφῶμεν ἡσυχίᾳ καὶ ἀπραγμοσύνῃ πολλῇ· πολλῆς</w:t>
      </w:r>
    </w:p>
    <w:p>
      <w:r>
        <w:rPr>
          <w:rFonts w:ascii="Courier New" w:hAnsi="Courier New"/>
          <w:color w:val="555555"/>
          <w:sz w:val="20"/>
        </w:rPr>
        <w:t>[20]</w:t>
      </w:r>
    </w:p>
    <w:p>
      <w:r>
        <w:rPr>
          <w:rFonts w:ascii="Gentium Plus" w:hAnsi="Gentium Plus"/>
          <w:sz w:val="24"/>
        </w:rPr>
        <w:t>παρὰ πάντων ἀπολαύομεν εὐνοίας· ἄφατον καρπού‐ μεθα παραμυθίαν. Οὐδεὶς ὁ ἐλαύνων ἐνταῦθα, οὐδὲ ἐνοχλῶν. Καὶ τί θαυμάζεις εἰ ἐν τῇ πόλει, ὅπου γε καὶ τὴν ὁδὸν μετὰ πολλῆς ἠνύσαμεν τῆς ἀδείας; Δή‐ λου δὴ καὶ αὐτὸς ἡμῖν τὰ σὰ, ἵν’ ὥσπερ σὲ τούτοις</w:t>
      </w:r>
    </w:p>
    <w:p>
      <w:r>
        <w:rPr>
          <w:rFonts w:ascii="Courier New" w:hAnsi="Courier New"/>
          <w:color w:val="555555"/>
          <w:sz w:val="20"/>
        </w:rPr>
        <w:t>[25]</w:t>
      </w:r>
    </w:p>
    <w:p>
      <w:r>
        <w:rPr>
          <w:rFonts w:ascii="Gentium Plus" w:hAnsi="Gentium Plus"/>
          <w:sz w:val="24"/>
        </w:rPr>
        <w:t>ἥσαμεν τοῖς διηγήμασιν, οὕτω καὶ αὐτοὶ πολλῆς ἀπο‐ λαύσωμεν τῆς εὐφροσύνης, τὰ περὶ τῆς ὑγείας τῆς σῆς μανθάνοντες. Οἶσθα γὰρ ἡλίκην ἐντίθησι τὴν ἡδονὴν τοῖς φιλεῖν ἐπισταμένοις γνησίως τὸ χρηστόν τι περὶ τῶν ἀγαπωμένων μανθάνειν.</w:t>
      </w:r>
    </w:p>
    <w:p>
      <w:pPr>
        <w:jc w:val="center"/>
      </w:pPr>
      <w:r>
        <w:rPr>
          <w:rFonts w:ascii="Gentium Plus" w:hAnsi="Gentium Plus"/>
          <w:b/>
          <w:sz w:val="24"/>
        </w:rPr>
        <w:t>ΠΑʹ. Ὑμνητίῳ ἀρχιατρῷ.</w:t>
      </w:r>
    </w:p>
    <w:p>
      <w:r>
        <w:rPr>
          <w:rFonts w:ascii="Courier New" w:hAnsi="Courier New"/>
          <w:color w:val="555555"/>
          <w:sz w:val="20"/>
        </w:rPr>
        <w:t>[31]</w:t>
      </w:r>
    </w:p>
    <w:p>
      <w:r>
        <w:rPr>
          <w:rFonts w:ascii="Gentium Plus" w:hAnsi="Gentium Plus"/>
          <w:sz w:val="24"/>
        </w:rPr>
        <w:t>Οὐ παυσόμεθά σε παρὰ πᾶσι θαυμάζοντες, καὶ ὡς ἅνδρα χρηστὸν, καὶ ὡς ἰατρὸν ἅριστον, καὶ ὡς φιλεῖν εἰδότα γνησίως. Ὅταν γὰρ ἡμῖν ἐνταῦθα περὶ τῆς ἀῤῥωστίας ἡμῶν γίνωνται λόγοι, ἐξ ἀνάγκης καὶ</w:t>
      </w:r>
    </w:p>
    <w:p>
      <w:r>
        <w:rPr>
          <w:rFonts w:ascii="Courier New" w:hAnsi="Courier New"/>
          <w:color w:val="555555"/>
          <w:sz w:val="20"/>
        </w:rPr>
        <w:t>[35]</w:t>
      </w:r>
    </w:p>
    <w:p>
      <w:r>
        <w:rPr>
          <w:rFonts w:ascii="Gentium Plus" w:hAnsi="Gentium Plus"/>
          <w:sz w:val="24"/>
        </w:rPr>
        <w:t>αὐτὸς ἐπεισέρχῃ τοῖς διηγήμασι τούτοις, καὶ τῆς πολλῆς σου καὶ ἐπιστήμης καὶ εὐνοίας πεῖραν λα‐ βόντες, οὐ δυνάμεθα σιγῇ τὰς εὐεργεσίας κατέχειν, ἀλλ’ εἰς ἅπαντας ἀνακηρύττομεν, ἡμῖν αὐτοῖς τὰ μέγιστα χαριζόμενοι. Τοσοῦτον γὰρ ἡμῖν φίλτρον</w:t>
      </w:r>
    </w:p>
    <w:p>
      <w:r>
        <w:rPr>
          <w:rFonts w:ascii="Courier New" w:hAnsi="Courier New"/>
          <w:color w:val="555555"/>
          <w:sz w:val="20"/>
        </w:rPr>
        <w:t>[40]</w:t>
      </w:r>
    </w:p>
    <w:p>
      <w:r>
        <w:rPr>
          <w:rFonts w:ascii="Gentium Plus" w:hAnsi="Gentium Plus"/>
          <w:sz w:val="24"/>
        </w:rPr>
        <w:t>ἐνέθηκας, ὅτι καίτοι γε ὑγιαίνοντες πολλοῦ ἂν ἐπριά‐ μεθά σε ἐνταῦθα ἑλκύσαι, ὥστε σε μόνον ἰδεῖν. Ἀλλ’ ἐπειδὴ τοῦτο ἐργῶδες, καὶ διὰ τὴν τῆς ὁδοῦ δυσκολίαν, καὶ διὰ τὸν τῶν Ἰσαύρων φόβον, τοῦτο μὲν οὐκ ἐπιχειροῦμεν τέως· ἀξιοῦμεν δὲ συνεχῶς ἐπιστέλλειν.</w:t>
      </w:r>
    </w:p>
    <w:p>
      <w:r>
        <w:rPr>
          <w:rFonts w:ascii="Courier New" w:hAnsi="Courier New"/>
          <w:color w:val="555555"/>
          <w:sz w:val="20"/>
        </w:rPr>
        <w:t>[45]</w:t>
      </w:r>
    </w:p>
    <w:p>
      <w:r>
        <w:rPr>
          <w:rFonts w:ascii="Gentium Plus" w:hAnsi="Gentium Plus"/>
          <w:sz w:val="24"/>
        </w:rPr>
        <w:t>Δυνήσῃ γὰρ ἡμῖν τὴν ἐκ τῆς παρουσίας ἡδονὴν χα‐ ρίζεσθαι τῇ συνεχείᾳ τῶν γραμμάτων, τῷ μέλιτί σου τῶν τρόπων τὰ γράμματα ἀναχρωννύς.</w:t>
      </w:r>
    </w:p>
    <w:p>
      <w:pPr>
        <w:jc w:val="center"/>
      </w:pPr>
      <w:r>
        <w:rPr>
          <w:rFonts w:ascii="Gentium Plus" w:hAnsi="Gentium Plus"/>
          <w:b/>
          <w:sz w:val="24"/>
        </w:rPr>
        <w:t>ΠΒʹ. Κυθηρίῳ.</w:t>
      </w:r>
    </w:p>
    <w:p>
      <w:r>
        <w:rPr>
          <w:rFonts w:ascii="Courier New" w:hAnsi="Courier New"/>
          <w:color w:val="555555"/>
          <w:sz w:val="20"/>
        </w:rPr>
        <w:t>[49]</w:t>
      </w:r>
    </w:p>
    <w:p>
      <w:r>
        <w:rPr>
          <w:rFonts w:ascii="Gentium Plus" w:hAnsi="Gentium Plus"/>
          <w:sz w:val="24"/>
        </w:rPr>
        <w:t>Ἡ μὲν συνουσία ἡμῖν ἡ αὐτόθι βραχεῖα γέγονε</w:t>
      </w:r>
    </w:p>
    <w:p>
      <w:r>
        <w:rPr>
          <w:rFonts w:ascii="Courier New" w:hAnsi="Courier New"/>
          <w:color w:val="555555"/>
          <w:sz w:val="20"/>
        </w:rPr>
        <w:t>[52 . 651 (50)]</w:t>
      </w:r>
    </w:p>
    <w:p>
      <w:r>
        <w:rPr>
          <w:rFonts w:ascii="Gentium Plus" w:hAnsi="Gentium Plus"/>
          <w:sz w:val="24"/>
        </w:rPr>
        <w:t>πρὸς ὑμᾶς· ἡ δὲ ἐντεῦθεν τεχθεῖσα ἀγάπη μεγάλη καὶ ὑψηλὴ καὶ γενναία. Τοῖς γὰρ γνησίως εἰδόσι φι‐ λεῖν οὐ δεῖ εἰς τοῦτο χρόνου μακροῦ, ἀλλὰ καὶ ἐν βραχεῖ δυνατὸν κατορθῶσαι τὸ πᾶν. Ὃ δὴ καὶ ἐφ’ ἡμῶν γέγονε· καὶ γεγόναμεν ὑμῶν ἐρασταὶ σφοδροὶ,</w:t>
      </w:r>
    </w:p>
    <w:p>
      <w:r>
        <w:rPr>
          <w:rFonts w:ascii="Courier New" w:hAnsi="Courier New"/>
          <w:color w:val="555555"/>
          <w:sz w:val="20"/>
        </w:rPr>
        <w:t>[55]</w:t>
      </w:r>
    </w:p>
    <w:p>
      <w:r>
        <w:rPr>
          <w:rFonts w:ascii="Gentium Plus" w:hAnsi="Gentium Plus"/>
          <w:sz w:val="24"/>
        </w:rPr>
        <w:t>ὡς πολλῷ συγγενόμενοι τῷ χρόνῳ. Ὅθεν δὴ καὶ</w:t>
      </w:r>
    </w:p>
    <w:p>
      <w:r>
        <w:rPr>
          <w:rFonts w:ascii="Courier New" w:hAnsi="Courier New"/>
          <w:color w:val="555555"/>
          <w:sz w:val="20"/>
        </w:rPr>
        <w:t>[52 . 652]</w:t>
      </w:r>
    </w:p>
    <w:p>
      <w:r>
        <w:rPr>
          <w:rFonts w:ascii="Gentium Plus" w:hAnsi="Gentium Plus"/>
          <w:sz w:val="24"/>
        </w:rPr>
        <w:t>ἐπιστέλλομεν τὰ καθ’ ἡμᾶς δηλοῦντες, ὅτι τε ὑγιαί‐ νομεν, καὶ ἐν ἡσυχίᾳ καὶ ἀπραγμοσύνῃ διάγομεν. Ἴσμεν γὰρ ὅτι χαριούμεθα ταῦτα ὑμῖν ἀπαγγέλλον‐ τες. Καὶ τὰ παρ’ ὑμῶν αἰτοῦμεν γράμματα τὰ αὐτὰ</w:t>
      </w:r>
    </w:p>
    <w:p>
      <w:r>
        <w:rPr>
          <w:rFonts w:ascii="Courier New" w:hAnsi="Courier New"/>
          <w:color w:val="555555"/>
          <w:sz w:val="20"/>
        </w:rPr>
        <w:t>[5]</w:t>
      </w:r>
    </w:p>
    <w:p>
      <w:r>
        <w:rPr>
          <w:rFonts w:ascii="Gentium Plus" w:hAnsi="Gentium Plus"/>
          <w:sz w:val="24"/>
        </w:rPr>
        <w:t>ἡμῖν εὐαγγέλια καμίζοντα. Μὴ δὴ κατοκνεῖτε γρά‐ φειν ἡμῖν συνεχῶς, καὶ τὰ περὶ τῆς ὑγείας ὑμῶν εὐαγγελίζεσθαι. Οὕτω γὰρ τὰ μέγιστα καὶ ἐν ἀλλο‐ τρίᾳ διατρίβουσι χαριεῖσθε ταῦτα ἐπιστέλλοντες, ἅπερ συνεχῶς ἐπιθυμοῦμεν μαθεῖν.</w:t>
      </w:r>
    </w:p>
    <w:p>
      <w:pPr>
        <w:jc w:val="center"/>
      </w:pPr>
      <w:r>
        <w:rPr>
          <w:rFonts w:ascii="Gentium Plus" w:hAnsi="Gentium Plus"/>
          <w:b/>
          <w:sz w:val="24"/>
        </w:rPr>
        <w:t>ΠΓʹ. Λεοντίῳ.</w:t>
      </w:r>
    </w:p>
    <w:p>
      <w:r>
        <w:rPr>
          <w:rFonts w:ascii="Courier New" w:hAnsi="Courier New"/>
          <w:color w:val="555555"/>
          <w:sz w:val="20"/>
        </w:rPr>
        <w:t>[11]</w:t>
      </w:r>
    </w:p>
    <w:p>
      <w:r>
        <w:rPr>
          <w:rFonts w:ascii="Gentium Plus" w:hAnsi="Gentium Plus"/>
          <w:sz w:val="24"/>
        </w:rPr>
        <w:t>Τῆς μὲν πόλεως ὑμῶν ἀπηλάθημεν, τῆς δὲ ἀγάπης σου οὐκ ἀπεληλάμεθα. Τὸ μὲν γὰρ ἐφ’ ἑτέροις ἔκειτο, τὸ μένειν αὐτόθι ἢ ἐκβάλλεσθαι· τὸ δὲ, ἐφ’ ἡμῖν. Διὸ οὐδεὶς ἡμᾶς αὐτὸ ἀφελέσθαι δυνήσεται, ἀλλ’</w:t>
      </w:r>
    </w:p>
    <w:p>
      <w:r>
        <w:rPr>
          <w:rFonts w:ascii="Courier New" w:hAnsi="Courier New"/>
          <w:color w:val="555555"/>
          <w:sz w:val="20"/>
        </w:rPr>
        <w:t>[15]</w:t>
      </w:r>
    </w:p>
    <w:p>
      <w:r>
        <w:rPr>
          <w:rFonts w:ascii="Gentium Plus" w:hAnsi="Gentium Plus"/>
          <w:sz w:val="24"/>
        </w:rPr>
        <w:t>ὅπουπερ ἂν ἀπίωμεν, πανταχοῦ περιφέρομέν σου τὸ μέλι τῆς ἀγάπης, καὶ ἐντρυφῶμεν τῇ μνήμῃ τῆς εὐ‐ γενείας τῆς σῆς, τὸν ἔρωτά σου τὸν περὶ ἡμᾶς, τὴν σπουδὴν, τὴν σύνεσιν, τὴν φιλοφροσύνην, τὴν φιλοξε‐ νίαν, τὰ ἄλλα πάντα συντιθέντες, καὶ τὴν εἰκόνα</w:t>
      </w:r>
    </w:p>
    <w:p>
      <w:r>
        <w:rPr>
          <w:rFonts w:ascii="Courier New" w:hAnsi="Courier New"/>
          <w:color w:val="555555"/>
          <w:sz w:val="20"/>
        </w:rPr>
        <w:t>[20]</w:t>
      </w:r>
    </w:p>
    <w:p>
      <w:r>
        <w:rPr>
          <w:rFonts w:ascii="Gentium Plus" w:hAnsi="Gentium Plus"/>
          <w:sz w:val="24"/>
        </w:rPr>
        <w:t>διαπλάττοντες τῆς σῆς ἀρετῆς. Ἐπεὶ οὖν οὕτως ἡμᾶς εἷλες καὶ ἐχειρώσω, ὡς καὶ τῆς παρουσίας σου σφό‐ δρα ἐπιθυμεῖν, τοῦτο δὲ οὐκ ἔνι γενέσθαι νῦν, τὴν ἀπὸ τῶν γραμμάτων πάρεχε παραμυθίαν ἡμῖν. Δυ‐ νήσῃ γὰρ τῇ πυκνότητι τῶν ἐπιστολῶν σοφίσασθαι</w:t>
      </w:r>
    </w:p>
    <w:p>
      <w:r>
        <w:rPr>
          <w:rFonts w:ascii="Courier New" w:hAnsi="Courier New"/>
          <w:color w:val="555555"/>
          <w:sz w:val="20"/>
        </w:rPr>
        <w:t>[25]</w:t>
      </w:r>
    </w:p>
    <w:p>
      <w:r>
        <w:rPr>
          <w:rFonts w:ascii="Gentium Plus" w:hAnsi="Gentium Plus"/>
          <w:sz w:val="24"/>
        </w:rPr>
        <w:t>τὴν ἐκ τῆς παρουσίας ἡδονὴν τοσαύτῃ κεκοσμημένος συνέσει.</w:t>
      </w:r>
    </w:p>
    <w:p>
      <w:pPr>
        <w:jc w:val="center"/>
      </w:pPr>
      <w:r>
        <w:rPr>
          <w:rFonts w:ascii="Gentium Plus" w:hAnsi="Gentium Plus"/>
          <w:b/>
          <w:sz w:val="24"/>
        </w:rPr>
        <w:t>ΠΔʹ. Φαυστίνῳ.</w:t>
      </w:r>
    </w:p>
    <w:p>
      <w:r>
        <w:rPr>
          <w:rFonts w:ascii="Courier New" w:hAnsi="Courier New"/>
          <w:color w:val="555555"/>
          <w:sz w:val="20"/>
        </w:rPr>
        <w:t>[28]</w:t>
      </w:r>
    </w:p>
    <w:p>
      <w:r>
        <w:rPr>
          <w:rFonts w:ascii="Gentium Plus" w:hAnsi="Gentium Plus"/>
          <w:sz w:val="24"/>
        </w:rPr>
        <w:t>Ἀφικόμεθα εἰς τὴν Κουκουσὸν ὑγιαίνοντες (ἐν‐ τεῦθεν γὰρ προοιμιάσομαι, ὅθεν καὶ αὐτὸς ἐπιθυμεῖς</w:t>
      </w:r>
    </w:p>
    <w:p>
      <w:r>
        <w:rPr>
          <w:rFonts w:ascii="Courier New" w:hAnsi="Courier New"/>
          <w:color w:val="555555"/>
          <w:sz w:val="20"/>
        </w:rPr>
        <w:t>[30]</w:t>
      </w:r>
    </w:p>
    <w:p>
      <w:r>
        <w:rPr>
          <w:rFonts w:ascii="Gentium Plus" w:hAnsi="Gentium Plus"/>
          <w:sz w:val="24"/>
        </w:rPr>
        <w:t>ἀρχομένης ἀκοῦσαι τῆς ἐπιστολῆς), καὶ εὑρήκαμεν χωρίον θορύβων καθαρὸν, καὶ πολλῆς μὲν ἀπραγμο‐ σύνης, πολλῆς δὲ γέμον ἡσυχίας, καὶ οὐδένα τὸν ἐνοχλοῦντα οὐδὲ ἀπελαύνοντα ἔχον. Καὶ τί θαυ‐ μαστὸν εἰ ἐν τῇ πόλει τοῦτο, ὅπουγε τὴν ἐρημοτάτην</w:t>
      </w:r>
    </w:p>
    <w:p>
      <w:r>
        <w:rPr>
          <w:rFonts w:ascii="Courier New" w:hAnsi="Courier New"/>
          <w:color w:val="555555"/>
          <w:sz w:val="20"/>
        </w:rPr>
        <w:t>[35]</w:t>
      </w:r>
    </w:p>
    <w:p>
      <w:r>
        <w:rPr>
          <w:rFonts w:ascii="Gentium Plus" w:hAnsi="Gentium Plus"/>
          <w:sz w:val="24"/>
        </w:rPr>
        <w:t>ὁδὸν καὶ ἐπισφαλῆ καὶ ὕποπτον, τὴν ἐκεῖθεν ἐνταῦθα φέρουσαν ἀδεῶς καὶ ἀπραγμόνως διήλθομεν, πλείο‐ νος ἀπολαύσαντες ἀσφαλείας ἢ ἐν ταῖς εὐνομου‐ μέναις τῶν πόλεων; Τούτων τοίνυν ἡμῖν τῶν εὐαγ‐ γελίων δίδου τὸν μισθὸν, συνεχῶς ἡμῖν ἐπιστέλλων</w:t>
      </w:r>
    </w:p>
    <w:p>
      <w:r>
        <w:rPr>
          <w:rFonts w:ascii="Courier New" w:hAnsi="Courier New"/>
          <w:color w:val="555555"/>
          <w:sz w:val="20"/>
        </w:rPr>
        <w:t>[40]</w:t>
      </w:r>
    </w:p>
    <w:p>
      <w:r>
        <w:rPr>
          <w:rFonts w:ascii="Gentium Plus" w:hAnsi="Gentium Plus"/>
          <w:sz w:val="24"/>
        </w:rPr>
        <w:t>περὶ τῆς ὑγείας τῆς σῆς. Καὶ γὰρ ἐν ἡσυχίᾳ πολλῇ διάγοντες ἐνταῦθα διηνεκῶς ἀναπλάττομέν σου τῆς διανοίας τὸ εὐγενὲς, τὸ ἐλευθέριον, τὸ μισοπόνηρον, τὸ πεπαῤῥησιασμένον, ἅπαντα τῶν ἀρετῶν σου τὸν</w:t>
      </w:r>
    </w:p>
    <w:p>
      <w:r>
        <w:rPr>
          <w:rFonts w:ascii="Courier New" w:hAnsi="Courier New"/>
          <w:color w:val="555555"/>
          <w:sz w:val="20"/>
        </w:rPr>
        <w:t>[52 . 653]</w:t>
      </w:r>
    </w:p>
    <w:p>
      <w:r>
        <w:rPr>
          <w:rFonts w:ascii="Gentium Plus" w:hAnsi="Gentium Plus"/>
          <w:sz w:val="24"/>
        </w:rPr>
        <w:t>ἀπίωμεν πανταχοῦ σε περιφέροντες, καὶ μεθ’ ὑπερ‐ βολῆς ἐκκαιόμενοι τῷ φίλτρῳ τῷ περὶ σέ. Διὸ καὶ ἐπιθυμοῦμεν καὶ ἐνταῦθά σε παραγενόμενον ἰδεῖν. Ἐπεὶ δὲ τοῦτο ἐργῶδες, ἐπὶ τὸν δεύτερον ἐρχόμεθα</w:t>
      </w:r>
    </w:p>
    <w:p>
      <w:r>
        <w:rPr>
          <w:rFonts w:ascii="Courier New" w:hAnsi="Courier New"/>
          <w:color w:val="555555"/>
          <w:sz w:val="20"/>
        </w:rPr>
        <w:t>[5]</w:t>
      </w:r>
    </w:p>
    <w:p>
      <w:r>
        <w:rPr>
          <w:rFonts w:ascii="Gentium Plus" w:hAnsi="Gentium Plus"/>
          <w:sz w:val="24"/>
        </w:rPr>
        <w:t>πλοῦν, καὶ τὴν διὰ τῶν γραμμάτων αἰτοῦμεν παρά‐ κλησιν. Καὶ γὰρ μεγίστη παραψυχὴ ἡμῖν ἔσται τὸ συνεχῶς δέξασθαι ἐπιστολὰς εὐαγγελιζομένας ἡμῖν περὶ τῆς ὑγείας τῆς σῆς.</w:t>
      </w:r>
    </w:p>
    <w:p>
      <w:pPr>
        <w:jc w:val="center"/>
      </w:pPr>
      <w:r>
        <w:rPr>
          <w:rFonts w:ascii="Gentium Plus" w:hAnsi="Gentium Plus"/>
          <w:b/>
          <w:sz w:val="24"/>
        </w:rPr>
        <w:t>ΠΕʹ. Λουκίῳ ἐπισκόπῳ.</w:t>
      </w:r>
    </w:p>
    <w:p>
      <w:r>
        <w:rPr>
          <w:rFonts w:ascii="Courier New" w:hAnsi="Courier New"/>
          <w:color w:val="555555"/>
          <w:sz w:val="20"/>
        </w:rPr>
        <w:t>[10]</w:t>
      </w:r>
    </w:p>
    <w:p>
      <w:r>
        <w:rPr>
          <w:rFonts w:ascii="Gentium Plus" w:hAnsi="Gentium Plus"/>
          <w:sz w:val="24"/>
        </w:rPr>
        <w:t>Εἰ καὶ πολλῷ τῷ μέσῳ τῆς ὁδοῦ διεστήκαμεν τῆς εὐλαβείας τῆς σῆς, ἀλλ’ ὅμως οὐκ ἔλαθεν ἡμᾶς τὸ μισοπόνηρόν σου τῆς γνώμης, καὶ πῶς ἤλγησας ἐπὶ τοῖς τηλικαῦτα παρανομήσασι καὶ τοσούτων σκανδά‐ λων ἐμπλήσασι τὴν οἰκουμένην. Διὰ τοῦτό σοι χάρι‐</w:t>
      </w:r>
    </w:p>
    <w:p>
      <w:r>
        <w:rPr>
          <w:rFonts w:ascii="Courier New" w:hAnsi="Courier New"/>
          <w:color w:val="555555"/>
          <w:sz w:val="20"/>
        </w:rPr>
        <w:t>[15]</w:t>
      </w:r>
    </w:p>
    <w:p>
      <w:r>
        <w:rPr>
          <w:rFonts w:ascii="Gentium Plus" w:hAnsi="Gentium Plus"/>
          <w:sz w:val="24"/>
        </w:rPr>
        <w:t>τας ὁμολογοῦμεν, καὶ θαυμάζοντές σε καὶ μακαρίζον‐ τες οὐ παυόμεθα, ὅτι ἐν τοσούτῳ κακῶν φορυτῷ, τοσούτων κατὰ κρημνῶν φερομένων καὶ σκοπέλων, αὐτὸς τὴν ὀρθὴν ὁδὸν οὐκ ἐπαύσω βαδίζων, αἰτιώμε‐ νός τε τὰ γεγενημένα, ἀποστρεφόμενός τε τοὺς ἐρ‐</w:t>
      </w:r>
    </w:p>
    <w:p>
      <w:r>
        <w:rPr>
          <w:rFonts w:ascii="Courier New" w:hAnsi="Courier New"/>
          <w:color w:val="555555"/>
          <w:sz w:val="20"/>
        </w:rPr>
        <w:t>[20]</w:t>
      </w:r>
    </w:p>
    <w:p>
      <w:r>
        <w:rPr>
          <w:rFonts w:ascii="Gentium Plus" w:hAnsi="Gentium Plus"/>
          <w:sz w:val="24"/>
        </w:rPr>
        <w:t>γασαμένους, ὥς σοι πρέπον ἐστίν. Διὸ δὴ καὶ παρα‐ καλοῦμεν ἐπιμεῖναι τῇ καλῇ ταύτῃ προθυμίᾳ, καὶ μείζονα ἐπιδείξασθαι τὸν ζῆλον. Οἶσθα γὰρ ἡλίκος ὑμῖν ἔσται ὁ μισθὸς, οἷα τὰ βραβεῖα, πηλίκοι οἱ στέ‐ φανοι, ὅταν τοσούτων ὄντων τῶν ταραττόντων αὐτοὶ</w:t>
      </w:r>
    </w:p>
    <w:p>
      <w:r>
        <w:rPr>
          <w:rFonts w:ascii="Courier New" w:hAnsi="Courier New"/>
          <w:color w:val="555555"/>
          <w:sz w:val="20"/>
        </w:rPr>
        <w:t>[25]</w:t>
      </w:r>
    </w:p>
    <w:p>
      <w:r>
        <w:rPr>
          <w:rFonts w:ascii="Gentium Plus" w:hAnsi="Gentium Plus"/>
          <w:sz w:val="24"/>
        </w:rPr>
        <w:t>τὴν ἐναντίαν φέρησθε, μεγίστην τοῖς παροῦσι κακοῖς ἐντεῦθεν διδόντες τὴν διόρθωσιν. Ὅτι γὰρ, εἰ βουλη‐ θείητε στῆναι γενναίως, κἂν ὀλίγοι τὸν ἀριθμὸν ἦτε, περιέσεσθε τῶν πλειόνων τῶν ἐπὶ κακίᾳ καλλωπιζο‐ μένων, οὐδεὶς ἀντερεῖ. Ἀρετῆς γὰρ ἰσχυρότερον οὐ‐</w:t>
      </w:r>
    </w:p>
    <w:p>
      <w:r>
        <w:rPr>
          <w:rFonts w:ascii="Courier New" w:hAnsi="Courier New"/>
          <w:color w:val="555555"/>
          <w:sz w:val="20"/>
        </w:rPr>
        <w:t>[30]</w:t>
      </w:r>
    </w:p>
    <w:p>
      <w:r>
        <w:rPr>
          <w:rFonts w:ascii="Gentium Plus" w:hAnsi="Gentium Plus"/>
          <w:sz w:val="24"/>
        </w:rPr>
        <w:t>δὲν, καὶ τοῦ ταῦτα ζητεῖν ἃ τειχίζει τὰς Ἐκκλησίας. Ἔχοντες τοίνυν τὴν γνώμην ἀρκοῦσαν ὑμῖν εἰς τὸ πολλὴν παρὰ Θεοῦ ῥοπὴν ἐπισπάσασθαι, τὰ παρ’ ἑαυτῶν εἰσενεγκεῖν παρακλήθητε, τεῖχος μέγιστον ταῖς πανταχοῦ τῆς οἰκουμένης Ἐκκλησίαις διὰ τῆς</w:t>
      </w:r>
    </w:p>
    <w:p>
      <w:r>
        <w:rPr>
          <w:rFonts w:ascii="Courier New" w:hAnsi="Courier New"/>
          <w:color w:val="555555"/>
          <w:sz w:val="20"/>
        </w:rPr>
        <w:t>[35]</w:t>
      </w:r>
    </w:p>
    <w:p>
      <w:r>
        <w:rPr>
          <w:rFonts w:ascii="Gentium Plus" w:hAnsi="Gentium Plus"/>
          <w:sz w:val="24"/>
        </w:rPr>
        <w:t>γνώμης ταύτης γινόμενοι.</w:t>
      </w:r>
    </w:p>
    <w:p>
      <w:pPr>
        <w:jc w:val="center"/>
      </w:pPr>
      <w:r>
        <w:rPr>
          <w:rFonts w:ascii="Gentium Plus" w:hAnsi="Gentium Plus"/>
          <w:b/>
          <w:sz w:val="24"/>
        </w:rPr>
        <w:t>Πϛʹ. Μάρῃ ἐπισκόπῳ.</w:t>
      </w:r>
    </w:p>
    <w:p>
      <w:r>
        <w:rPr>
          <w:rFonts w:ascii="Courier New" w:hAnsi="Courier New"/>
          <w:color w:val="555555"/>
          <w:sz w:val="20"/>
        </w:rPr>
        <w:t>[37]</w:t>
      </w:r>
    </w:p>
    <w:p>
      <w:r>
        <w:rPr>
          <w:rFonts w:ascii="Gentium Plus" w:hAnsi="Gentium Plus"/>
          <w:sz w:val="24"/>
        </w:rPr>
        <w:t>Καὶ ἡνίκα προοίμια εἶχεν ὁ χειμὼν ὁ τὴν Ἐκκλη‐ σίαν διασαλεύσας, οὐκ ἔλαθεν ἡμᾶς τὸ ὀρθὸν καὶ ἀπερίτρεπτόν σου τῆς γνώμης· καὶ νῦν ὅτε ηὐξήθη</w:t>
      </w:r>
    </w:p>
    <w:p>
      <w:r>
        <w:rPr>
          <w:rFonts w:ascii="Courier New" w:hAnsi="Courier New"/>
          <w:color w:val="555555"/>
          <w:sz w:val="20"/>
        </w:rPr>
        <w:t>[40]</w:t>
      </w:r>
    </w:p>
    <w:p>
      <w:r>
        <w:rPr>
          <w:rFonts w:ascii="Gentium Plus" w:hAnsi="Gentium Plus"/>
          <w:sz w:val="24"/>
        </w:rPr>
        <w:t>τὰ κακὰ, ἔγνωμεν πάλιν τὴν εὐλάβειαν τὴν σὴν τοῖς αὐτοῖς ἐπιμένουσαν. Διὸ καὶ ἐκ τοσούτου καθ‐ ήμενοι διαστήματος καὶ τὴν ὀφειλομένην ἀποδιδόαμεν πρόσρησιν, καὶ μακαρίζομεν καὶ θαυμάζομεν, ὅτι, τῶν πλειόνων ἑαυτοὺς κατακρημνισάντων, οἷς εἰς τὰς</w:t>
      </w:r>
    </w:p>
    <w:p>
      <w:r>
        <w:rPr>
          <w:rFonts w:ascii="Courier New" w:hAnsi="Courier New"/>
          <w:color w:val="555555"/>
          <w:sz w:val="20"/>
        </w:rPr>
        <w:t>[45]</w:t>
      </w:r>
    </w:p>
    <w:p>
      <w:r>
        <w:rPr>
          <w:rFonts w:ascii="Gentium Plus" w:hAnsi="Gentium Plus"/>
          <w:sz w:val="24"/>
        </w:rPr>
        <w:t>Ἐκκλησίας παρηνόμησαν, αὐτὸς τὴν ἐναντίαν τοῖς ἄλλοις ἦλθες ὁδὸν, τούς τε ταῦτα τολμήσαντας ἀπο‐ στρεφόμενος, καὶ ἐπὶ τῆς σοὶ πρεπούσης μένων ἐλευ‐ θερίας. Ἐννοῶν τοίνυν ἡλίκον τοῦ κατορθώματος τού‐ του τὸ μέγεθος καὶ τὸ μὴ συναπαχθῆναι τοῖς πονη‐</w:t>
      </w:r>
    </w:p>
    <w:p>
      <w:r>
        <w:rPr>
          <w:rFonts w:ascii="Courier New" w:hAnsi="Courier New"/>
          <w:color w:val="555555"/>
          <w:sz w:val="20"/>
        </w:rPr>
        <w:t>[52 . 653 (50)]</w:t>
      </w:r>
    </w:p>
    <w:p>
      <w:r>
        <w:rPr>
          <w:rFonts w:ascii="Gentium Plus" w:hAnsi="Gentium Plus"/>
          <w:sz w:val="24"/>
        </w:rPr>
        <w:t>ρευομένοις, καὶ ὅτι ὁδὸς ἔσται καὶ προοίμια τῆς τῶν κακῶν διορθώσεως ἡ ἀπερίτρεπτος ὑμῶν αὕτη γνώμη καὶ ἀκλινὴς, αὐτός τε ὥς σοι πρέπον ἐστὶν στῆναι γενναίως παρακλήθητι, τούς τε ἄλλους οὓς ἂν οἷός τε ᾖς ἀλείφειν. Οὕτω γὰρ ἀρκέσει εἰς συμμαχίαν ὑμῖν</w:t>
      </w:r>
    </w:p>
    <w:p>
      <w:r>
        <w:rPr>
          <w:rFonts w:ascii="Courier New" w:hAnsi="Courier New"/>
          <w:color w:val="555555"/>
          <w:sz w:val="20"/>
        </w:rPr>
        <w:t>[55]</w:t>
      </w:r>
    </w:p>
    <w:p>
      <w:r>
        <w:rPr>
          <w:rFonts w:ascii="Gentium Plus" w:hAnsi="Gentium Plus"/>
          <w:sz w:val="24"/>
        </w:rPr>
        <w:t>αὕτη ἡ πρόθεσις, τοῦ Θεοῦ τὴν γνώμην ὑμῶν ἀποδε‐</w:t>
      </w:r>
    </w:p>
    <w:p>
      <w:r>
        <w:rPr>
          <w:rFonts w:ascii="Courier New" w:hAnsi="Courier New"/>
          <w:color w:val="555555"/>
          <w:sz w:val="20"/>
        </w:rPr>
        <w:t>[52 . 654]</w:t>
      </w:r>
    </w:p>
    <w:p>
      <w:r>
        <w:rPr>
          <w:rFonts w:ascii="Gentium Plus" w:hAnsi="Gentium Plus"/>
          <w:sz w:val="24"/>
        </w:rPr>
        <w:t>χομένου τὴν ἐν τοσαύτῃ συγχύσει τὰ ὀρθὰ ἑλομένην, καὶ τὴν παρ’ ἑαυτοῦ παρέχοντος ῥοπήν.</w:t>
      </w:r>
    </w:p>
    <w:p>
      <w:pPr>
        <w:jc w:val="center"/>
      </w:pPr>
      <w:r>
        <w:rPr>
          <w:rFonts w:ascii="Gentium Plus" w:hAnsi="Gentium Plus"/>
          <w:b/>
          <w:sz w:val="24"/>
        </w:rPr>
        <w:t>ΠΖʹ. Εὐλογίῳ ἐπισκόπῳ.</w:t>
      </w:r>
    </w:p>
    <w:p>
      <w:r>
        <w:rPr>
          <w:rFonts w:ascii="Courier New" w:hAnsi="Courier New"/>
          <w:color w:val="555555"/>
          <w:sz w:val="20"/>
        </w:rPr>
        <w:t>[4]</w:t>
      </w:r>
    </w:p>
    <w:p>
      <w:r>
        <w:rPr>
          <w:rFonts w:ascii="Gentium Plus" w:hAnsi="Gentium Plus"/>
          <w:sz w:val="24"/>
        </w:rPr>
        <w:t>Ἡμεῖς κἂν πρὸς αὐτὰς ἀφικώμεθα τῆς οἰκουμένης</w:t>
      </w:r>
    </w:p>
    <w:p>
      <w:r>
        <w:rPr>
          <w:rFonts w:ascii="Courier New" w:hAnsi="Courier New"/>
          <w:color w:val="555555"/>
          <w:sz w:val="20"/>
        </w:rPr>
        <w:t>[5]</w:t>
      </w:r>
    </w:p>
    <w:p>
      <w:r>
        <w:rPr>
          <w:rFonts w:ascii="Gentium Plus" w:hAnsi="Gentium Plus"/>
          <w:sz w:val="24"/>
        </w:rPr>
        <w:t>τὰς ἐσχατιὰς, ἐπιλαθέσθαι σου τῆς ἀγάπης οὐ δυνά‐ μεθα, ἀλλὰ πανταχοῦ περιφέροντες ἄπιμεν· οὕτως ἡμᾶς εἷλες καὶ ἐχειρώσω, δέσποτά μου τιμιώτατε καὶ εὐλαβέστατε, ἐπεὶ καὶ νῦν ἐν Κουκουσῷ καθήμενοι, τῷ πάσης τῆς καθ’ ἡμᾶς οἰκουμένης ἐρημοτάτῳ χωρίῳ,</w:t>
      </w:r>
    </w:p>
    <w:p>
      <w:r>
        <w:rPr>
          <w:rFonts w:ascii="Courier New" w:hAnsi="Courier New"/>
          <w:color w:val="555555"/>
          <w:sz w:val="20"/>
        </w:rPr>
        <w:t>[10]</w:t>
      </w:r>
    </w:p>
    <w:p>
      <w:r>
        <w:rPr>
          <w:rFonts w:ascii="Gentium Plus" w:hAnsi="Gentium Plus"/>
          <w:sz w:val="24"/>
        </w:rPr>
        <w:t>οὐ παυόμεθα διηνεκῶς τὴν χρηστότητα, τὴν γλυκύτη‐ τα, τὴν τῶν τρόπων ἐπιείκειαν, τὸ γνήσιον τῆς δια‐ θέσεως, τὸ πεπυρωμένον, τὸ σφοδρὸν, τὸν ζῆλον τὸν φλογὸς σφοδρότερον, τὴν ἄλλην ἅπασάν σου ἀρετὴν ἀναλογιζόμενοι, καὶ τῶν λογισμῶν τούτων τῇ μνήμῃ</w:t>
      </w:r>
    </w:p>
    <w:p>
      <w:r>
        <w:rPr>
          <w:rFonts w:ascii="Courier New" w:hAnsi="Courier New"/>
          <w:color w:val="555555"/>
          <w:sz w:val="20"/>
        </w:rPr>
        <w:t>[15]</w:t>
      </w:r>
    </w:p>
    <w:p>
      <w:r>
        <w:rPr>
          <w:rFonts w:ascii="Gentium Plus" w:hAnsi="Gentium Plus"/>
          <w:sz w:val="24"/>
        </w:rPr>
        <w:t>ἐντρυφῶντες, καὶ πρὸς ἅπαντας ἀνακηρύττοντες τὸ στεῤῥὸν τῆς γνώμης, τὸ ἀπερίτρεπτον, ὅπερ ἐπεδείξω πρὸς τοὺς πολεμήσαντας ταῖς Ἐκκλησίαις καὶ τοσού‐ των σκανδάλων τὴν οἰκουμένην ἐμπλήσαντας· εἰ καὶ τὰ μάλιστα τοῦτο οὐ δεῖται τῆς ἡμετέρας γλώττης·</w:t>
      </w:r>
    </w:p>
    <w:p>
      <w:r>
        <w:rPr>
          <w:rFonts w:ascii="Courier New" w:hAnsi="Courier New"/>
          <w:color w:val="555555"/>
          <w:sz w:val="20"/>
        </w:rPr>
        <w:t>[20]</w:t>
      </w:r>
    </w:p>
    <w:p>
      <w:r>
        <w:rPr>
          <w:rFonts w:ascii="Gentium Plus" w:hAnsi="Gentium Plus"/>
          <w:sz w:val="24"/>
        </w:rPr>
        <w:t>σάλπιγγος γὰρ λαμπρότερον αὐτὸς πᾶσι τοῖς κατὰ τὴν ἀνατολὴν καὶ ποῤῥωτάτω οὖσι διὰ τῶν ἔργων αὐ‐ τῶν ἀνεβόησας. Ὑπὲρ τούτων χάριτας ὁμολογοῦμεν, μακαρίζομεν, θαυμάζομεν καὶ παρακαλοῦμεν τὸν αὐ‐ τὸν παραμεῖναι ζῆλον ἐπιδεικνύμενον. Οὐδὲ γὰρ ἴσον</w:t>
      </w:r>
    </w:p>
    <w:p>
      <w:r>
        <w:rPr>
          <w:rFonts w:ascii="Courier New" w:hAnsi="Courier New"/>
          <w:color w:val="555555"/>
          <w:sz w:val="20"/>
        </w:rPr>
        <w:t>[25]</w:t>
      </w:r>
    </w:p>
    <w:p>
      <w:r>
        <w:rPr>
          <w:rFonts w:ascii="Gentium Plus" w:hAnsi="Gentium Plus"/>
          <w:sz w:val="24"/>
        </w:rPr>
        <w:t>ἐστὶ, κατὰ ῥοῦν τῶν πραγμάτων φερομένων, ὀρθό‐ τητα ἐπιδείκνυσθαι, καὶ πολλῶν ὄντων τῶν ἐπιχει‐ ρούντων καταλῦσαι τὰς Ἐκκλησίας μηδὲν ἐκεῖθεν παραλογίζεσθαι, ἀλλὰ μένειν ἀκλινῆ, τούτους ἀπο‐ στρεφόμενον μετὰ τῆς προσηκούσης ἀνδρείας. Οὐ γὰρ</w:t>
      </w:r>
    </w:p>
    <w:p>
      <w:r>
        <w:rPr>
          <w:rFonts w:ascii="Courier New" w:hAnsi="Courier New"/>
          <w:color w:val="555555"/>
          <w:sz w:val="20"/>
        </w:rPr>
        <w:t>[30]</w:t>
      </w:r>
    </w:p>
    <w:p>
      <w:r>
        <w:rPr>
          <w:rFonts w:ascii="Gentium Plus" w:hAnsi="Gentium Plus"/>
          <w:sz w:val="24"/>
        </w:rPr>
        <w:t>μικρὰ αὕτη, ἀλλὰ καὶ σφόδρα μεγίστη τῶν κακῶν διόρθωσις. Ὅτι δὲ τῆς σῆς εὐλαβείας οὕτω διακειμέ‐ νης πάντες οἱ κατὰ τὴν Παλαιστίνην κύριοί μου τι‐ μιώτατοι καὶ εὐλαβέστατοι ἐπίσκοποι ἕψονταί σου τοῖς ἴχνεσιν, οὐδὲν οἶμαι δεῖν ἀμφιβάλλειν. Οἶδα γὰρ</w:t>
      </w:r>
    </w:p>
    <w:p>
      <w:r>
        <w:rPr>
          <w:rFonts w:ascii="Courier New" w:hAnsi="Courier New"/>
          <w:color w:val="555555"/>
          <w:sz w:val="20"/>
        </w:rPr>
        <w:t>[35]</w:t>
      </w:r>
    </w:p>
    <w:p>
      <w:r>
        <w:rPr>
          <w:rFonts w:ascii="Gentium Plus" w:hAnsi="Gentium Plus"/>
          <w:sz w:val="24"/>
        </w:rPr>
        <w:t>σαφῶς ὅτι ἐν τοῖς τοιούτοις κατορθώμασιν ὥσπερ σῶμα συνεχὲς κεφαλῇ, οὕτως αὐτοὺς τῇ γλυκύ‐ τητί σου τῆς ἀγάπης συνῆψας καὶ συνδεδέσθαι παρ‐ εσκεύασας, ὅπερ καὶ τοῦτο μέγιστον δεῖγμα τῆς σῆς ἀρετῆς.</w:t>
      </w:r>
    </w:p>
    <w:p>
      <w:pPr>
        <w:jc w:val="center"/>
      </w:pPr>
      <w:r>
        <w:rPr>
          <w:rFonts w:ascii="Gentium Plus" w:hAnsi="Gentium Plus"/>
          <w:b/>
          <w:sz w:val="24"/>
        </w:rPr>
        <w:t>ΠΗʹ. Ἰωάννῃ ἐπισκόπῳ Ἱεροσολύμων.</w:t>
      </w:r>
    </w:p>
    <w:p>
      <w:r>
        <w:rPr>
          <w:rFonts w:ascii="Courier New" w:hAnsi="Courier New"/>
          <w:color w:val="555555"/>
          <w:sz w:val="20"/>
        </w:rPr>
        <w:t>[41]</w:t>
      </w:r>
    </w:p>
    <w:p>
      <w:r>
        <w:rPr>
          <w:rFonts w:ascii="Gentium Plus" w:hAnsi="Gentium Plus"/>
          <w:sz w:val="24"/>
        </w:rPr>
        <w:t>Ἀπῳκίσθημεν εἰς τὴν Κουκουσὸν, τῆς δὲ ἀγάπης τῆς ὑμετέρας οὐ μετῳκίσθημεν. Τὸ μὲν γὰρ ἐφ’ ἑτέροις ἔκειτο, τοῦτο δὲ ἐφ’ ἡμῖν. Διὸ δὴ ἐνταῦθα διατρίβοντες καὶ ἐκ τοσούτου καθήμενοι διαστήματος,</w:t>
      </w:r>
    </w:p>
    <w:p>
      <w:r>
        <w:rPr>
          <w:rFonts w:ascii="Courier New" w:hAnsi="Courier New"/>
          <w:color w:val="555555"/>
          <w:sz w:val="20"/>
        </w:rPr>
        <w:t>[45]</w:t>
      </w:r>
    </w:p>
    <w:p>
      <w:r>
        <w:rPr>
          <w:rFonts w:ascii="Gentium Plus" w:hAnsi="Gentium Plus"/>
          <w:sz w:val="24"/>
        </w:rPr>
        <w:t>καὶ ἐπιστέλλομεν, καὶ παρακαλοῦμεν ὑμῶν τὴν εὐ‐ λάβειαν, τὴν ἀνδρείαν ἣν ἐξ ἀρχῆς ἐπεδείξασθε ἀπο‐ στραφέντες τοὺς τὰς Ἐκκλησίας τοσούτων θορύβων ἐμπλήσαντας, ταύτην καὶ νῦν διατηρεῖν, καὶ ἄξιον τῶν προοιμίων, μᾶλλον δὲ καὶ πολλῷ λαμπρότερον</w:t>
      </w:r>
    </w:p>
    <w:p>
      <w:r>
        <w:rPr>
          <w:rFonts w:ascii="Courier New" w:hAnsi="Courier New"/>
          <w:color w:val="555555"/>
          <w:sz w:val="20"/>
        </w:rPr>
        <w:t>[52 . 654 (50)]</w:t>
      </w:r>
    </w:p>
    <w:p>
      <w:r>
        <w:rPr>
          <w:rFonts w:ascii="Gentium Plus" w:hAnsi="Gentium Plus"/>
          <w:sz w:val="24"/>
        </w:rPr>
        <w:t>προσθεῖναι τὸ τέλος. Οὐ γὰρ μικρὸς ἐντεῦθεν ὑμῖν κείσεται ὁ μισθὸς, ὅταν τοὺς τοσοῦτον χειμῶνα ἐργα‐ σαμένους, καὶ τὴν οἰκουμένην σχεδὸν ἅπασαν τοσού‐ των ἐμπλήσαντας σκανδάλων, ὡς προσῆκόν ἐστιν ἀποστρέφησθε, καὶ μηδὲν κοινὸν ἔχητε πρὸς αὐτούς.</w:t>
      </w:r>
    </w:p>
    <w:p>
      <w:r>
        <w:rPr>
          <w:rFonts w:ascii="Courier New" w:hAnsi="Courier New"/>
          <w:color w:val="555555"/>
          <w:sz w:val="20"/>
        </w:rPr>
        <w:t>[55]</w:t>
      </w:r>
    </w:p>
    <w:p>
      <w:r>
        <w:rPr>
          <w:rFonts w:ascii="Gentium Plus" w:hAnsi="Gentium Plus"/>
          <w:sz w:val="24"/>
        </w:rPr>
        <w:t>Τοῦτο ἀσφάλεια τῶν Ἐκκλησιῶν, τοῦτο τεῖχος, τοῦτο</w:t>
      </w:r>
    </w:p>
    <w:p>
      <w:r>
        <w:rPr>
          <w:rFonts w:ascii="Courier New" w:hAnsi="Courier New"/>
          <w:color w:val="555555"/>
          <w:sz w:val="20"/>
        </w:rPr>
        <w:t>[52 . 655]</w:t>
      </w:r>
    </w:p>
    <w:p>
      <w:r>
        <w:rPr>
          <w:rFonts w:ascii="Gentium Plus" w:hAnsi="Gentium Plus"/>
          <w:sz w:val="24"/>
        </w:rPr>
        <w:t>σποτά μου τιμιώτατε καὶ εὐλαβέστατε, τάς τε Ἐκ‐ κλησίας ἀσφαλίζου, τὴν τούτῳ τῷ τρόπῳ μεγίστην ἐντεῦθεν προσδοκῶν ἀντίδοσιν, ἡμῶν τε τῶν σφόδρα ἀγαπώντων τὴν σὴν εὐλάβειαν, καὶ ἐκκρεμαμένων</w:t>
      </w:r>
    </w:p>
    <w:p>
      <w:r>
        <w:rPr>
          <w:rFonts w:ascii="Courier New" w:hAnsi="Courier New"/>
          <w:color w:val="555555"/>
          <w:sz w:val="20"/>
        </w:rPr>
        <w:t>[5]</w:t>
      </w:r>
    </w:p>
    <w:p>
      <w:r>
        <w:rPr>
          <w:rFonts w:ascii="Gentium Plus" w:hAnsi="Gentium Plus"/>
          <w:sz w:val="24"/>
        </w:rPr>
        <w:t>σου τῆς διαθέσεως, διηνεκῶς μέμνησο. Ἴσμεν γὰρ ὅσην περὶ ἡμᾶς ἀγάπην ἐπιδείκνυσαι, διὰ τῶν πρα‐ γμάτων αὐτῶν μαθόντες.</w:t>
      </w:r>
    </w:p>
    <w:p>
      <w:pPr>
        <w:jc w:val="center"/>
      </w:pPr>
      <w:r>
        <w:rPr>
          <w:rFonts w:ascii="Gentium Plus" w:hAnsi="Gentium Plus"/>
          <w:b/>
          <w:sz w:val="24"/>
        </w:rPr>
        <w:t>ΠΘʹ. Θεοδοσίῳ ἐπισκόπῳ Σκυθοπόλεως.</w:t>
      </w:r>
    </w:p>
    <w:p>
      <w:r>
        <w:rPr>
          <w:rFonts w:ascii="Courier New" w:hAnsi="Courier New"/>
          <w:color w:val="555555"/>
          <w:sz w:val="20"/>
        </w:rPr>
        <w:t>[9]</w:t>
      </w:r>
    </w:p>
    <w:p>
      <w:r>
        <w:rPr>
          <w:rFonts w:ascii="Gentium Plus" w:hAnsi="Gentium Plus"/>
          <w:sz w:val="24"/>
        </w:rPr>
        <w:t>Τῷ μὲν τόπῳ μακρὰν ὑμῶν διεστήκαμεν, τῇ δὲ</w:t>
      </w:r>
    </w:p>
    <w:p>
      <w:r>
        <w:rPr>
          <w:rFonts w:ascii="Courier New" w:hAnsi="Courier New"/>
          <w:color w:val="555555"/>
          <w:sz w:val="20"/>
        </w:rPr>
        <w:t>[10]</w:t>
      </w:r>
    </w:p>
    <w:p>
      <w:r>
        <w:rPr>
          <w:rFonts w:ascii="Gentium Plus" w:hAnsi="Gentium Plus"/>
          <w:sz w:val="24"/>
        </w:rPr>
        <w:t>ἀγάπῃ ἐγγὺς ὑμῶν ἐσμεν καὶ πλησίον, καὶ αὐτῇ συν‐ δεδέμεθα ὑμῶν τῇ ψυχῇ. Τοιοῦτον γὰρ τὸ φιλεῖν· οὐ κωλύεται τόπῳ, οὐ διείργεται ὁδοῦ μήκει, ἀλλὰ πᾶ‐ σαν ῥᾳδίως περιίπταται τὴν οἰκουμένην, καὶ συγγί‐ νεται τοῖς ἀγαπωμένοις. Ὃ δὴ καὶ ἡμεῖς ποιοῦμεν</w:t>
      </w:r>
    </w:p>
    <w:p>
      <w:r>
        <w:rPr>
          <w:rFonts w:ascii="Courier New" w:hAnsi="Courier New"/>
          <w:color w:val="555555"/>
          <w:sz w:val="20"/>
        </w:rPr>
        <w:t>[15]</w:t>
      </w:r>
    </w:p>
    <w:p>
      <w:r>
        <w:rPr>
          <w:rFonts w:ascii="Gentium Plus" w:hAnsi="Gentium Plus"/>
          <w:sz w:val="24"/>
        </w:rPr>
        <w:t>νῦν, ἐν διανοίᾳ ὑμᾶς περιφέροντες. Καὶ παρακαλοῦ‐ μεν ὑμᾶς, καθάπερ καὶ ἔμπροσθεν ἐποιήσατε, κο‐ σμοῦντές τε ἑαυτοὺς, καὶ τὰς Ἐκκλησίας ἀσφαλιζό‐ μενοι, οὕτω καὶ νῦν ποιήσατε, καὶ τοὺς τοσαύτας ταραχὰς ἐμβαλόντας εἰς τὴν οἰκουμένην ἅπασαν, καὶ</w:t>
      </w:r>
    </w:p>
    <w:p>
      <w:r>
        <w:rPr>
          <w:rFonts w:ascii="Courier New" w:hAnsi="Courier New"/>
          <w:color w:val="555555"/>
          <w:sz w:val="20"/>
        </w:rPr>
        <w:t>[20]</w:t>
      </w:r>
    </w:p>
    <w:p>
      <w:r>
        <w:rPr>
          <w:rFonts w:ascii="Gentium Plus" w:hAnsi="Gentium Plus"/>
          <w:sz w:val="24"/>
        </w:rPr>
        <w:t>τὰς Ἐκκλησίας διαταράξαντας ἀποστρέφεσθε μετὰ τῆς προσηκούσης ὑμῖν ἀνδρείας. Τοῦτο γὰρ ἀρχὴ τῆς λύσεως τοῦ χειμῶνος, τοῦτο ἀσφάλεια ταῖς Ἐκκλη‐ σίαις, τοῦτο τῶν κακῶν διόρθωσις, ὅταν τοὺς τὰ τοι‐ αῦτα πονηρευσαμένους ὑμεῖς οἱ ὑγιαίνοντες ἀποστρέ‐</w:t>
      </w:r>
    </w:p>
    <w:p>
      <w:r>
        <w:rPr>
          <w:rFonts w:ascii="Courier New" w:hAnsi="Courier New"/>
          <w:color w:val="555555"/>
          <w:sz w:val="20"/>
        </w:rPr>
        <w:t>[25]</w:t>
      </w:r>
    </w:p>
    <w:p>
      <w:r>
        <w:rPr>
          <w:rFonts w:ascii="Gentium Plus" w:hAnsi="Gentium Plus"/>
          <w:sz w:val="24"/>
        </w:rPr>
        <w:t>φησθε, καὶ μηδὲν κοινὸν ἔχητε πρὸς αὐτούς. Ἐννοῶν τοίνυν τοῦ πράγματος τὴν ἀντίδοσιν, καὶ τοὺς ἐντεῦ‐ θεν κειμένους στεφάνους, τὴν προσήκουσαν ἀνδρείαν ἐπιδείξασθαι παρακλήθητι εἰς τοῦτο αὐτὸ, καὶ ἡμῶν τῶν ἀγαπώντων σε μεμνῆσθαι διηνεκῶς, τὰ μέγιστα</w:t>
      </w:r>
    </w:p>
    <w:p>
      <w:r>
        <w:rPr>
          <w:rFonts w:ascii="Courier New" w:hAnsi="Courier New"/>
          <w:color w:val="555555"/>
          <w:sz w:val="20"/>
        </w:rPr>
        <w:t>[30]</w:t>
      </w:r>
    </w:p>
    <w:p>
      <w:r>
        <w:rPr>
          <w:rFonts w:ascii="Gentium Plus" w:hAnsi="Gentium Plus"/>
          <w:sz w:val="24"/>
        </w:rPr>
        <w:t>ἡμῖν χαριζόμενος.</w:t>
      </w:r>
    </w:p>
    <w:p>
      <w:pPr>
        <w:jc w:val="center"/>
      </w:pPr>
      <w:r>
        <w:rPr>
          <w:rFonts w:ascii="Gentium Plus" w:hAnsi="Gentium Plus"/>
          <w:b/>
          <w:sz w:val="24"/>
        </w:rPr>
        <w:t>ϟʹ. Μωϋσῇ ἐπισκόπῳ.</w:t>
      </w:r>
    </w:p>
    <w:p>
      <w:r>
        <w:rPr>
          <w:rFonts w:ascii="Courier New" w:hAnsi="Courier New"/>
          <w:color w:val="555555"/>
          <w:sz w:val="20"/>
        </w:rPr>
        <w:t>[32]</w:t>
      </w:r>
    </w:p>
    <w:p>
      <w:r>
        <w:rPr>
          <w:rFonts w:ascii="Gentium Plus" w:hAnsi="Gentium Plus"/>
          <w:sz w:val="24"/>
        </w:rPr>
        <w:t>Οἶμαι μὲν μηδὲ γραμμάτων σε δεῖσθαι τῶν ἡμετέ‐ ρων εἰς τὸ τὴν προσήκουσαν ἀνδρείαν ἐπιδείξασθαι, καὶ ἀποστραφῆναι τοὺς τοσαῦτα κακὰ ἐργασαμένους</w:t>
      </w:r>
    </w:p>
    <w:p>
      <w:r>
        <w:rPr>
          <w:rFonts w:ascii="Courier New" w:hAnsi="Courier New"/>
          <w:color w:val="555555"/>
          <w:sz w:val="20"/>
        </w:rPr>
        <w:t>[35]</w:t>
      </w:r>
    </w:p>
    <w:p>
      <w:r>
        <w:rPr>
          <w:rFonts w:ascii="Gentium Plus" w:hAnsi="Gentium Plus"/>
          <w:sz w:val="24"/>
        </w:rPr>
        <w:t>ταῖς Ἐκκλησίαις, καὶ τὴν οἰκουμένην ταραχῶν ἐμ‐ πλήσαντας· διὰ γὰρ ὧν ἐποίησας, ἐδήλωσας. Ἀλλ’ ἐπειδὴ συνεχῶς, καὶ δι’ ἑκάστης προφάσεως προσ‐ φθέγγεσθαί σου τὴν εὐλάβειαν ἐμοὶ περισπούδαστον, καὶ νῦν τὰ αὐτὰ παρακαλῶ, ὥστε αὐτόν τε τῇ προσ‐</w:t>
      </w:r>
    </w:p>
    <w:p>
      <w:r>
        <w:rPr>
          <w:rFonts w:ascii="Courier New" w:hAnsi="Courier New"/>
          <w:color w:val="555555"/>
          <w:sz w:val="20"/>
        </w:rPr>
        <w:t>[40]</w:t>
      </w:r>
    </w:p>
    <w:p>
      <w:r>
        <w:rPr>
          <w:rFonts w:ascii="Gentium Plus" w:hAnsi="Gentium Plus"/>
          <w:sz w:val="24"/>
        </w:rPr>
        <w:t>ηκούσῃ ἀνδρείᾳ χρήσασθαι εἰς τὸ ἀποστρέφεσθαι ἐκείνους, τούς τε ἄλλους ἅπαντας εἰς τοῦτο ἀλείφειν. Οὐ γὰρ μικρὸς ὑμῖν κείσεται ὁ μισθὸς, εἰ τοὺς χει‐ μῶνα τοσοῦτον ἀνάψαντας, καὶ τὸ πᾶν ἐμπλήσαντας μυρίων σκανδάλων, μέλλοιτε ἀποστρέφεσθαι ὡς προσ‐</w:t>
      </w:r>
    </w:p>
    <w:p>
      <w:r>
        <w:rPr>
          <w:rFonts w:ascii="Courier New" w:hAnsi="Courier New"/>
          <w:color w:val="555555"/>
          <w:sz w:val="20"/>
        </w:rPr>
        <w:t>[45]</w:t>
      </w:r>
    </w:p>
    <w:p>
      <w:r>
        <w:rPr>
          <w:rFonts w:ascii="Gentium Plus" w:hAnsi="Gentium Plus"/>
          <w:sz w:val="24"/>
        </w:rPr>
        <w:t>ῆκόν ἐστι. Καὶ γὰρ μεγίστην ἐντεῦθεν τὰ πράγματα λήψεται διόρθωσιν. Καὶ ἡμῶν δὲ τῶν ἀγαπώντων σε σφόδρα διηνεκῶς μεμνῆσθαι παρακαλοῦμεν. Οἶσθα γὰρ ὅπως διετέθημέν τε καὶ διακείμεθα ἀεὶ περὶ τὴν σὴν εὐλάβειαν.</w:t>
      </w:r>
    </w:p>
    <w:p>
      <w:pPr>
        <w:jc w:val="center"/>
      </w:pPr>
      <w:r>
        <w:rPr>
          <w:rFonts w:ascii="Gentium Plus" w:hAnsi="Gentium Plus"/>
          <w:b/>
          <w:sz w:val="24"/>
        </w:rPr>
        <w:t>ϟΑʹ. Ῥωμανῷ πρεσβυτέρῳ.</w:t>
      </w:r>
    </w:p>
    <w:p>
      <w:r>
        <w:rPr>
          <w:rFonts w:ascii="Courier New" w:hAnsi="Courier New"/>
          <w:color w:val="555555"/>
          <w:sz w:val="20"/>
        </w:rPr>
        <w:t>[51]</w:t>
      </w:r>
    </w:p>
    <w:p>
      <w:r>
        <w:rPr>
          <w:rFonts w:ascii="Gentium Plus" w:hAnsi="Gentium Plus"/>
          <w:sz w:val="24"/>
        </w:rPr>
        <w:t>Καὶ τοῦτο σὸν, καὶ τῆς μεγάλης σου καὶ ὑψηλῆς καὶ φιλοσόφου γνώμης, τὸ μηδὲ ἐν χειμῶνι τοσούτων πραγμάτων ἐπιλαθέσθαι τῆς ἡμετέρας ἀγάπης, ἀλλὰ μένειν ἀκίνητον καὶ ἀκμάζουσαν διατηροῦντα τὴν</w:t>
      </w:r>
    </w:p>
    <w:p>
      <w:r>
        <w:rPr>
          <w:rFonts w:ascii="Courier New" w:hAnsi="Courier New"/>
          <w:color w:val="555555"/>
          <w:sz w:val="20"/>
        </w:rPr>
        <w:t>[55]</w:t>
      </w:r>
    </w:p>
    <w:p>
      <w:r>
        <w:rPr>
          <w:rFonts w:ascii="Gentium Plus" w:hAnsi="Gentium Plus"/>
          <w:sz w:val="24"/>
        </w:rPr>
        <w:t>πρὸς ἡμᾶς φιλίαν. Τοῦτο γὰρ ἔγνων μὲν καὶ παρὰ</w:t>
      </w:r>
    </w:p>
    <w:p>
      <w:r>
        <w:rPr>
          <w:rFonts w:ascii="Courier New" w:hAnsi="Courier New"/>
          <w:color w:val="555555"/>
          <w:sz w:val="20"/>
        </w:rPr>
        <w:t>[52 . 656]</w:t>
      </w:r>
    </w:p>
    <w:p>
      <w:r>
        <w:rPr>
          <w:rFonts w:ascii="Gentium Plus" w:hAnsi="Gentium Plus"/>
          <w:sz w:val="24"/>
        </w:rPr>
        <w:t>ἢ παρ’ ἑτέρων μάθω. Οἶδα γάρ σου τὸ στεῤῥὸν καὶ ἀπερίτρεπτον τῆς διανοίας, τὸ πεπηγὸς καὶ ἀκίνητον τῆς γνώμης. Διὸ καὶ πολλὰς ἔχω χάριτας τῇ θεοσε‐ βείᾳ τῇ σῇ, καὶ παρακαλῶ σου τὴν εὐλάβειαν, καὶ</w:t>
      </w:r>
    </w:p>
    <w:p>
      <w:r>
        <w:rPr>
          <w:rFonts w:ascii="Courier New" w:hAnsi="Courier New"/>
          <w:color w:val="555555"/>
          <w:sz w:val="20"/>
        </w:rPr>
        <w:t>[5]</w:t>
      </w:r>
    </w:p>
    <w:p>
      <w:r>
        <w:rPr>
          <w:rFonts w:ascii="Gentium Plus" w:hAnsi="Gentium Plus"/>
          <w:sz w:val="24"/>
        </w:rPr>
        <w:t>ἐν μεγίστης αἰτῶ χάριτος μέρει, τὸ συνεχῶς ἡμῖν ἐπιστέλλειν, ἡνίκα ἂν ἐξῇ. Οἶσθα γὰρ ὅσην δεχόμεθα παράκλησιν καὶ ἐν ἀλλοτρίᾳ διατρίβοντες, ὅταν καὶ γράμματα δεξώμεθα τὰ περὶ τῆς ὑγείας τῆς σῆς ἡμᾶς εὐαγγελιζόμενα. Σφόδρα γὰρ ἐπιθυμοῦμεν καὶ</w:t>
      </w:r>
    </w:p>
    <w:p>
      <w:r>
        <w:rPr>
          <w:rFonts w:ascii="Courier New" w:hAnsi="Courier New"/>
          <w:color w:val="555555"/>
          <w:sz w:val="20"/>
        </w:rPr>
        <w:t>[10]</w:t>
      </w:r>
    </w:p>
    <w:p>
      <w:r>
        <w:rPr>
          <w:rFonts w:ascii="Gentium Plus" w:hAnsi="Gentium Plus"/>
          <w:sz w:val="24"/>
        </w:rPr>
        <w:t>ἐῤῥῶσθαι καὶ ὑγιαίνειν τὴν σὴν θεοσέβειαν, ἐπειδή‐ περ ἡ ὑγεία ἡ σὴ πολλοῖς στηριγμὸς καὶ λιμὴν καὶ βακτηρία τυγχάνει, καὶ μυρίων κατορθωμάτων ὑπό‐ θεσις.</w:t>
      </w:r>
    </w:p>
    <w:p>
      <w:pPr>
        <w:jc w:val="center"/>
      </w:pPr>
      <w:r>
        <w:rPr>
          <w:rFonts w:ascii="Gentium Plus" w:hAnsi="Gentium Plus"/>
          <w:b/>
          <w:sz w:val="24"/>
        </w:rPr>
        <w:t>ϟΒʹ. Μωϋσῇ πρεσβυτέρῳ.</w:t>
      </w:r>
    </w:p>
    <w:p>
      <w:r>
        <w:rPr>
          <w:rFonts w:ascii="Courier New" w:hAnsi="Courier New"/>
          <w:color w:val="555555"/>
          <w:sz w:val="20"/>
        </w:rPr>
        <w:t>[15]</w:t>
      </w:r>
    </w:p>
    <w:p>
      <w:r>
        <w:rPr>
          <w:rFonts w:ascii="Gentium Plus" w:hAnsi="Gentium Plus"/>
          <w:sz w:val="24"/>
        </w:rPr>
        <w:t>Ἡ μὲν ὑπερβολὴ τῶν ἐγκωμίων τῶν τοῖς γράμμα‐ σιν ἐγκειμένων τῆς σῆς τιμιότητος, σφόδρα ἡμῶν ὑπερβαίνει τὴν οὐθένειαν. Διὸ τούτων ἀφέμενος, μὴ διαλίπῃς εὐχόμενος ὑπέρ τε τοῦ κοινοῦ τῶν Ἐκκλη‐ σιῶν, ὑπέρ τε τῆς ταπεινώσεως τῆς ἡμετέρας, καὶ</w:t>
      </w:r>
    </w:p>
    <w:p>
      <w:r>
        <w:rPr>
          <w:rFonts w:ascii="Courier New" w:hAnsi="Courier New"/>
          <w:color w:val="555555"/>
          <w:sz w:val="20"/>
        </w:rPr>
        <w:t>[20]</w:t>
      </w:r>
    </w:p>
    <w:p>
      <w:r>
        <w:rPr>
          <w:rFonts w:ascii="Gentium Plus" w:hAnsi="Gentium Plus"/>
          <w:sz w:val="24"/>
        </w:rPr>
        <w:t>τὸν φιλάνθρωπον παρακαλῶν Θεὸν δοῦναι λύσιν τοῖς καταλαβοῦσι τὴν οἰκουμένην κακοῖς. Εὐχῶν γὰρ μό‐ νων τὰ παρόντα δεῖται πράγματα, καὶ εὐχῶν μάλιστα τῶν ὑμετέρων, τῶν πολλὴν πρὸς τὸν Θεὸν παῤῥησίαν κεκτημένων. Μὴ δὴ διαλίπητε τοῦτο ἐκτενῶς ποιοῦν‐</w:t>
      </w:r>
    </w:p>
    <w:p>
      <w:r>
        <w:rPr>
          <w:rFonts w:ascii="Courier New" w:hAnsi="Courier New"/>
          <w:color w:val="555555"/>
          <w:sz w:val="20"/>
        </w:rPr>
        <w:t>[25]</w:t>
      </w:r>
    </w:p>
    <w:p>
      <w:r>
        <w:rPr>
          <w:rFonts w:ascii="Gentium Plus" w:hAnsi="Gentium Plus"/>
          <w:sz w:val="24"/>
        </w:rPr>
        <w:t>τες· καὶ ἡμῖν δὲ, ἡνίκα ἂν ἐξῇ, συνεχῶς ἐπιστέλλειν μὴ κατοκνεῖτε· οὐ γὰρ πολὺ τῆς ὁδοῦ τὸ μῆκος. Σφόδρα γὰρ ἐπιθυμοῦμεν μανθάνειν περὶ τῆς ὑμετέ‐ ρας ὑγείας, ἐπείπερ ὑμῶν ἡ ὑγεία πολλοῖς στηριγμὸς καὶ παράκλησις γίνεται. Ἀεὶ μὲν γὰρ ὑμῶν χρεία τῆς</w:t>
      </w:r>
    </w:p>
    <w:p>
      <w:r>
        <w:rPr>
          <w:rFonts w:ascii="Courier New" w:hAnsi="Courier New"/>
          <w:color w:val="555555"/>
          <w:sz w:val="20"/>
        </w:rPr>
        <w:t>[30]</w:t>
      </w:r>
    </w:p>
    <w:p>
      <w:r>
        <w:rPr>
          <w:rFonts w:ascii="Gentium Plus" w:hAnsi="Gentium Plus"/>
          <w:sz w:val="24"/>
        </w:rPr>
        <w:t>ζωῆς, μάλιστα δὲ νῦν ἐν τοσούτῳ χειμῶνι καὶ ζόφῳ, ἵν’ ὥσπερ καθαροὶ φωστῆρες φαινόμενοι, λάμπητε τοῖς χειμαζομένοις καὶ κλυδωνιζομένοις. Ἵν’ οὖν καὶ ἡμεῖς εὐθυμῶμεν, πυκνὰ πέμπετε ἡμῖν γράμματα, περὶ τῆς ὑγείας τῆς ὑμετέρας εὐαγγελιζόμενα, καὶ</w:t>
      </w:r>
    </w:p>
    <w:p>
      <w:r>
        <w:rPr>
          <w:rFonts w:ascii="Courier New" w:hAnsi="Courier New"/>
          <w:color w:val="555555"/>
          <w:sz w:val="20"/>
        </w:rPr>
        <w:t>[35]</w:t>
      </w:r>
    </w:p>
    <w:p>
      <w:r>
        <w:rPr>
          <w:rFonts w:ascii="Gentium Plus" w:hAnsi="Gentium Plus"/>
          <w:sz w:val="24"/>
        </w:rPr>
        <w:t>οὐ μικρὰν καρπωσόμεθα παράκλησιν, ἂν ταῦτα συν‐ εχῶς μανθάνωμεν περὶ τῆς τιμιότητος τῆς ὑμετέ‐ ρας.</w:t>
      </w:r>
    </w:p>
    <w:p>
      <w:pPr>
        <w:jc w:val="center"/>
      </w:pPr>
      <w:r>
        <w:rPr>
          <w:rFonts w:ascii="Gentium Plus" w:hAnsi="Gentium Plus"/>
          <w:b/>
          <w:sz w:val="24"/>
        </w:rPr>
        <w:t>ϟΓʹ. Ἀφθονίῳ, Θεοδότῳ, Χαιρέᾳ, πρεσβυτέροις</w:t>
      </w:r>
    </w:p>
    <w:p>
      <w:pPr>
        <w:jc w:val="center"/>
      </w:pPr>
      <w:r>
        <w:rPr>
          <w:rFonts w:ascii="Gentium Plus" w:hAnsi="Gentium Plus"/>
          <w:b/>
          <w:sz w:val="24"/>
        </w:rPr>
        <w:t>καὶ μονάζουσι, καὶ πᾶσι τοῖς τῆς συνοικίας</w:t>
      </w:r>
    </w:p>
    <w:p>
      <w:pPr>
        <w:jc w:val="center"/>
      </w:pPr>
      <w:r>
        <w:rPr>
          <w:rFonts w:ascii="Gentium Plus" w:hAnsi="Gentium Plus"/>
          <w:b/>
          <w:sz w:val="24"/>
        </w:rPr>
        <w:t>ὑμῶν.</w:t>
      </w:r>
    </w:p>
    <w:p>
      <w:r>
        <w:rPr>
          <w:rFonts w:ascii="Courier New" w:hAnsi="Courier New"/>
          <w:color w:val="555555"/>
          <w:sz w:val="20"/>
        </w:rPr>
        <w:t>[41]</w:t>
      </w:r>
    </w:p>
    <w:p>
      <w:r>
        <w:rPr>
          <w:rFonts w:ascii="Gentium Plus" w:hAnsi="Gentium Plus"/>
          <w:sz w:val="24"/>
        </w:rPr>
        <w:t>Φέρει μέν τι πλέον εἰς παραμυθίας λόγον τοῖς ἀγαπῶσι καὶ ἡ σωματικὴ παρουσία τῶν ἀγαπωμέ‐ νων. Ἐπεὶ καὶ ὁ μακάριος Παῦλος συνεχῶς, μᾶλλον δὲ διηνεκῶς, τὴν οἰκουμένην ἅπασαν τῶν πιστῶν ἐπὶ</w:t>
      </w:r>
    </w:p>
    <w:p>
      <w:r>
        <w:rPr>
          <w:rFonts w:ascii="Courier New" w:hAnsi="Courier New"/>
          <w:color w:val="555555"/>
          <w:sz w:val="20"/>
        </w:rPr>
        <w:t>[45]</w:t>
      </w:r>
    </w:p>
    <w:p>
      <w:r>
        <w:rPr>
          <w:rFonts w:ascii="Gentium Plus" w:hAnsi="Gentium Plus"/>
          <w:sz w:val="24"/>
        </w:rPr>
        <w:t>τῆς αὐτοῦ διανοίας περιφέρων, καὶ οὐδὲ ἐν ταῖς ἁλύ‐ σεσιν, οὐδὲ ἐν τοῖς δεσμοῖς, καὶ ἐν τῇ ἀπολογίᾳ ἀν‐ εχόμενος αὐτοὺς ἀποθέσθαι· ὃ καὶ δηλῶν, ἔλεγε· Διὰ τὸ ἔχειν με ἐν τῇ καρδίᾳ ὑμᾶς, ἔν τε τοῖς δεσμοῖς μου, καὶ ἐν τῇ ἀπολογίᾳ καὶ βεβαιώσει τοῦ Εὐαγ‐</w:t>
      </w:r>
    </w:p>
    <w:p>
      <w:r>
        <w:rPr>
          <w:rFonts w:ascii="Courier New" w:hAnsi="Courier New"/>
          <w:color w:val="555555"/>
          <w:sz w:val="20"/>
        </w:rPr>
        <w:t>[52 . 656 (50)]</w:t>
      </w:r>
    </w:p>
    <w:p>
      <w:r>
        <w:rPr>
          <w:rFonts w:ascii="Gentium Plus" w:hAnsi="Gentium Plus"/>
          <w:sz w:val="24"/>
        </w:rPr>
        <w:t>γελίου· μετὰ πολλῆς τῆς σπουδῆς καὶ τὴν τοῦ σώ‐ ματος ἐπεζήτει παρουσίαν, οὕτω λέγων· Ἡμεῖς δὲ ἀπορφανισθέντες ἀφ’ ὑμῶν πρὸς καιρὸν ὥρας, προσώπῳ, οὐ καρδίᾳ, περισσοτέρως ἐσπουδάσα‐ μεν τὸ πρόσωπον ὑμῶν ἰδεῖν. Ὃ δὴ καὶ ἡμεῖς πά‐</w:t>
      </w:r>
    </w:p>
    <w:p>
      <w:r>
        <w:rPr>
          <w:rFonts w:ascii="Courier New" w:hAnsi="Courier New"/>
          <w:color w:val="555555"/>
          <w:sz w:val="20"/>
        </w:rPr>
        <w:t>[55]</w:t>
      </w:r>
    </w:p>
    <w:p>
      <w:r>
        <w:rPr>
          <w:rFonts w:ascii="Gentium Plus" w:hAnsi="Gentium Plus"/>
          <w:sz w:val="24"/>
        </w:rPr>
        <w:t>σχομεν νῦν, τῶν τε ἑωρακότων ἡμᾶς, τῶν τε οὐχ</w:t>
      </w:r>
    </w:p>
    <w:p>
      <w:r>
        <w:rPr>
          <w:rFonts w:ascii="Courier New" w:hAnsi="Courier New"/>
          <w:color w:val="555555"/>
          <w:sz w:val="20"/>
        </w:rPr>
        <w:t>[52 . 657]</w:t>
      </w:r>
    </w:p>
    <w:p>
      <w:r>
        <w:rPr>
          <w:rFonts w:ascii="Gentium Plus" w:hAnsi="Gentium Plus"/>
          <w:sz w:val="24"/>
        </w:rPr>
        <w:t>τὴν παρουσίαν. Ἀλλ’ ἐπειδὴ τοῦτο τέως οὐκ ἔνι (κω‐ λύει γὰρ καὶ τῆς ὁδοῦ τὸ μῆκος, καὶ ἡ τοῦ ἔτους ὥρα, καὶ ὁ τῶν λῃστῶν φόβος, καὶ τὸ μὴ ῥᾴδιον ἡμῖν εἶναι καὶ τούτων χωρὶς κινεῖσθαι οἴκοθεν, καὶ μακρὰς</w:t>
      </w:r>
    </w:p>
    <w:p>
      <w:r>
        <w:rPr>
          <w:rFonts w:ascii="Courier New" w:hAnsi="Courier New"/>
          <w:color w:val="555555"/>
          <w:sz w:val="20"/>
        </w:rPr>
        <w:t>[5]</w:t>
      </w:r>
    </w:p>
    <w:p>
      <w:r>
        <w:rPr>
          <w:rFonts w:ascii="Gentium Plus" w:hAnsi="Gentium Plus"/>
          <w:sz w:val="24"/>
        </w:rPr>
        <w:t>ἀποδημίας ἀποδημεῖν), ἐπὶ τὸν δεύτερον ἤλθομεν πλοῦν, τήν τε ὀφειλομένην ἀποδιδόντες ὑμῖν πρόσ‐ ρησιν, καὶ πρὸ ταύτης παρακαλοῦντες, καὶ ἐν μέρει μεγίστης αἰτοῦντες χάριτος, τὸ διηνεκῶς ἡμῶν εὐ‐ χομένους μεμνῆσθαι, καὶ τῷ φιλανθρώπῳ Θεῷ προσ‐</w:t>
      </w:r>
    </w:p>
    <w:p>
      <w:r>
        <w:rPr>
          <w:rFonts w:ascii="Courier New" w:hAnsi="Courier New"/>
          <w:color w:val="555555"/>
          <w:sz w:val="20"/>
        </w:rPr>
        <w:t>[10]</w:t>
      </w:r>
    </w:p>
    <w:p>
      <w:r>
        <w:rPr>
          <w:rFonts w:ascii="Gentium Plus" w:hAnsi="Gentium Plus"/>
          <w:sz w:val="24"/>
        </w:rPr>
        <w:t>πίπτειν μετὰ πολλῆς τῆς εὐγενείας, καὶ τῶν δακρύων, ὑπὲρ τῆς ταπεινώσεως τῆς ἡμετέρας. Οἱ γὰρ τὸν εὔριπον τῶν βιωτικῶν διαφυγόντες πραγμάτων, καὶ τοῦ καπνοῦ καὶ τῆς ζάλης τῶν ἐν τῷ μέσῳ κακῶν ἀπαλλαγέντες, καὶ, καθάπερ εἰς λιμένα τινὰ εὔδιον</w:t>
      </w:r>
    </w:p>
    <w:p>
      <w:r>
        <w:rPr>
          <w:rFonts w:ascii="Courier New" w:hAnsi="Courier New"/>
          <w:color w:val="555555"/>
          <w:sz w:val="20"/>
        </w:rPr>
        <w:t>[15]</w:t>
      </w:r>
    </w:p>
    <w:p>
      <w:r>
        <w:rPr>
          <w:rFonts w:ascii="Gentium Plus" w:hAnsi="Gentium Plus"/>
          <w:sz w:val="24"/>
        </w:rPr>
        <w:t>καὶ ἀκύμαντον, τῆς καλῆς ταύτης φιλοσοφίας ὅρμον τὰς ἑαυτῶν ὁδηγήσαντες ψυχὰς, καὶ τὰς νύκτας ταῖς ἱεραῖς παννυχίσιν ἡμέρας ἐργαζόμενοι, καὶ φανερώ‐ τερον ἐν ταύταις ὁρῶντες, ἢ ἐν ταῖς ἡμέραις ἕτεροι, δίκαιοι ἂν εἴητε ἡμῖν ἀπὸ τῶν εὐχῶν ὑμῶν μεταδοῦ‐</w:t>
      </w:r>
    </w:p>
    <w:p>
      <w:r>
        <w:rPr>
          <w:rFonts w:ascii="Courier New" w:hAnsi="Courier New"/>
          <w:color w:val="555555"/>
          <w:sz w:val="20"/>
        </w:rPr>
        <w:t>[20]</w:t>
      </w:r>
    </w:p>
    <w:p>
      <w:r>
        <w:rPr>
          <w:rFonts w:ascii="Gentium Plus" w:hAnsi="Gentium Plus"/>
          <w:sz w:val="24"/>
        </w:rPr>
        <w:t>ναι συμμαχίας. Δυνατὸν γὰρ καὶ ἐκ τοσούτου καθ‐ ημένους διαστήματος, ἀπολαύειν ἡμᾶς τούτων, καὶ τόπος οὐδείς ἐστιν, οὐδὲ χρόνος, ὁ τὴν τοιαύτην δυ‐ νάμενος διακόψαι βοήθειαν. Συμμαχήσατε τοίνυν ἡμῖν, καὶ χεῖρα ὀρέξατε διὰ τῶν εὐχῶν τῶν ὑμετέ‐</w:t>
      </w:r>
    </w:p>
    <w:p>
      <w:r>
        <w:rPr>
          <w:rFonts w:ascii="Courier New" w:hAnsi="Courier New"/>
          <w:color w:val="555555"/>
          <w:sz w:val="20"/>
        </w:rPr>
        <w:t>[25]</w:t>
      </w:r>
    </w:p>
    <w:p>
      <w:r>
        <w:rPr>
          <w:rFonts w:ascii="Gentium Plus" w:hAnsi="Gentium Plus"/>
          <w:sz w:val="24"/>
        </w:rPr>
        <w:t>ρων. Τοῦτο γὰρ μάλιστα μέγιστον ἀγάπης εἶδός ἐστι. Καὶ μετὰ τῶν εὐχῶν τῶν ὑμετέρων, καὶ περὶ τῆς ὑγείας τῆς ὑμετέρας δηλοῦν ἡμῖν μὴ κατοκνεῖτε, ἵνα καὶ ἐντεῦθεν μεγίστην δεχώμεθα τὴν παραμυ‐ θίαν, ἐντρυφῶντες ὑμῶν τῇ ἀγάπῃ, καὶ ὡς παρόντας</w:t>
      </w:r>
    </w:p>
    <w:p>
      <w:r>
        <w:rPr>
          <w:rFonts w:ascii="Courier New" w:hAnsi="Courier New"/>
          <w:color w:val="555555"/>
          <w:sz w:val="20"/>
        </w:rPr>
        <w:t>[30]</w:t>
      </w:r>
    </w:p>
    <w:p>
      <w:r>
        <w:rPr>
          <w:rFonts w:ascii="Gentium Plus" w:hAnsi="Gentium Plus"/>
          <w:sz w:val="24"/>
        </w:rPr>
        <w:t>τοὺς ἀπόντας φανταζόμενοι· δύναται γὰρ καὶ εἰκόνας τοιαύτας ὑπογράψαι τὸ γνησίως φιλεῖν. Κἂν ἐν χαλε‐ πωτέρᾳ ταύτης τύχωμεν ὄντες ἐρημίᾳ, πολλὴν ἐν‐ τεῦθεν καρπωσόμεθα τὴν παράκλησιν.</w:t>
      </w:r>
    </w:p>
    <w:p>
      <w:pPr>
        <w:jc w:val="center"/>
      </w:pPr>
      <w:r>
        <w:rPr>
          <w:rFonts w:ascii="Gentium Plus" w:hAnsi="Gentium Plus"/>
          <w:b/>
          <w:sz w:val="24"/>
        </w:rPr>
        <w:t>ϟΔʹ. Πενταδίᾳ διακόνῳ.</w:t>
      </w:r>
    </w:p>
    <w:p>
      <w:r>
        <w:rPr>
          <w:rFonts w:ascii="Courier New" w:hAnsi="Courier New"/>
          <w:color w:val="555555"/>
          <w:sz w:val="20"/>
        </w:rPr>
        <w:t>[35]</w:t>
      </w:r>
    </w:p>
    <w:p>
      <w:r>
        <w:rPr>
          <w:rFonts w:ascii="Gentium Plus" w:hAnsi="Gentium Plus"/>
          <w:sz w:val="24"/>
        </w:rPr>
        <w:t>Ἐγώ σου τὴν ἀγάπην, ἣν περὶ ἡμᾶς ἔχεις, ᾔδειν μὲν καὶ ἕμπροσθεν, δι’ αὐτῶν μαθὼν τῶν πραγμάτων· ἔμαθον δὲ σαφέστερον νῦν ἐξ ὧν ἐπέσταλκας ἡμῖν. Καὶ διὰ τοῦτο μάλιστά σε θαυμάζομεν, οὐ διὰ τὸ γράψαι μόνον, ἀλλὰ καὶ διὰ τὸ ἀπαγγεῖλαι ἡμῖν πάντα</w:t>
      </w:r>
    </w:p>
    <w:p>
      <w:r>
        <w:rPr>
          <w:rFonts w:ascii="Courier New" w:hAnsi="Courier New"/>
          <w:color w:val="555555"/>
          <w:sz w:val="20"/>
        </w:rPr>
        <w:t>[40]</w:t>
      </w:r>
    </w:p>
    <w:p>
      <w:r>
        <w:rPr>
          <w:rFonts w:ascii="Gentium Plus" w:hAnsi="Gentium Plus"/>
          <w:sz w:val="24"/>
        </w:rPr>
        <w:t>τὰ γεγενημένα. Τοῦτο γὰρ καὶ θαῤῥούσης ἡμῖν καὶ μεριμνώσης τὰ ἡμέτερα. Διὰ ταῦτα σκιρτῶμεν, χαί‐ ρομεν, εὐφραινόμεθα, μεγίστην παράκλησιν, καὶ ἐν ἐρημίᾳ τοσαύτῃ καθήμενοι, τὴν ἀνδρείαν ἔχομεν τὴν σὴν, τὴν ἔνστασιν, τὴν ἀπερίτρεπτον γνώμην, τὴν</w:t>
      </w:r>
    </w:p>
    <w:p>
      <w:r>
        <w:rPr>
          <w:rFonts w:ascii="Courier New" w:hAnsi="Courier New"/>
          <w:color w:val="555555"/>
          <w:sz w:val="20"/>
        </w:rPr>
        <w:t>[45]</w:t>
      </w:r>
    </w:p>
    <w:p>
      <w:r>
        <w:rPr>
          <w:rFonts w:ascii="Gentium Plus" w:hAnsi="Gentium Plus"/>
          <w:sz w:val="24"/>
        </w:rPr>
        <w:t>σύνεσιν τὴν πολλὴν, τὴν ἐλευθεροστομίαν, τὴν παῤ‐ ῥησίαν τὴν ὑψηλὴν, δι’ ἧς κατῄσχυνας μὲν τοὺς ὑπ‐ εναντίους, καιρίαν δὲ δέδωκας τῷ διαβόλῳ πληγὴν, ἤλειψας δὲ τοὺς ὑπὲρ τῆς ἀληθείας ἀγωνιζομένους, καθάπερ ἀριστεὺς γενναῖος ἐν πολέμῳ τρόπαιον στή‐</w:t>
      </w:r>
    </w:p>
    <w:p>
      <w:r>
        <w:rPr>
          <w:rFonts w:ascii="Courier New" w:hAnsi="Courier New"/>
          <w:color w:val="555555"/>
          <w:sz w:val="20"/>
        </w:rPr>
        <w:t>[52 . 657 (50)]</w:t>
      </w:r>
    </w:p>
    <w:p>
      <w:r>
        <w:rPr>
          <w:rFonts w:ascii="Gentium Plus" w:hAnsi="Gentium Plus"/>
          <w:sz w:val="24"/>
        </w:rPr>
        <w:t>σασα λαμπρὸν, καὶ νίκην ἀραμένη φαιδρὰν, καὶ ἡμᾶς δὲ τοσαύτης ἐνέπλησας ἡδονῆς, ὡς νομίζειν μήτε ἐν ἀλλοτρίᾳ εἶναι, μήτε ἐν ξένῃ γῇ, μήτε ἐν ἐρημίᾳ, ἀλλ’ ἐκεῖσε παρεῖναι, καὶ μεθ’ ὑμῶν εἶναι, καὶ ἐντρυφᾷν σου τῇ τῆς ψυχῆς ἀρετῇ. Χαῖρε τοίνυν</w:t>
      </w:r>
    </w:p>
    <w:p>
      <w:r>
        <w:rPr>
          <w:rFonts w:ascii="Courier New" w:hAnsi="Courier New"/>
          <w:color w:val="555555"/>
          <w:sz w:val="20"/>
        </w:rPr>
        <w:t>[55]</w:t>
      </w:r>
    </w:p>
    <w:p>
      <w:r>
        <w:rPr>
          <w:rFonts w:ascii="Gentium Plus" w:hAnsi="Gentium Plus"/>
          <w:sz w:val="24"/>
        </w:rPr>
        <w:t>καὶ εὐφραίνου τοιαύτην ἀραμένη νίκην, καὶ τοιούτους</w:t>
      </w:r>
    </w:p>
    <w:p>
      <w:r>
        <w:rPr>
          <w:rFonts w:ascii="Courier New" w:hAnsi="Courier New"/>
          <w:color w:val="555555"/>
          <w:sz w:val="20"/>
        </w:rPr>
        <w:t>[52 . 658]</w:t>
      </w:r>
    </w:p>
    <w:p>
      <w:r>
        <w:rPr>
          <w:rFonts w:ascii="Gentium Plus" w:hAnsi="Gentium Plus"/>
          <w:sz w:val="24"/>
        </w:rPr>
        <w:t>αὐτῶν ἐμφράξασα γλώττας, καὶ λυσσῶντα ἀποῤῥά‐ ψασα στόματα. Τοιοῦτον γὰρ ἡ ἀλήθεια μεθ’ ἧς ἠγω‐ νίσω, καὶ ὑπὲρ ἧς ἐσφάγης πολλάκις· ἐν βραχέσι ῥήμασι κρατεῖ τῶν συκοφαντούντων· ὥσπερ οὖν τὸ</w:t>
      </w:r>
    </w:p>
    <w:p>
      <w:r>
        <w:rPr>
          <w:rFonts w:ascii="Courier New" w:hAnsi="Courier New"/>
          <w:color w:val="555555"/>
          <w:sz w:val="20"/>
        </w:rPr>
        <w:t>[5]</w:t>
      </w:r>
    </w:p>
    <w:p>
      <w:r>
        <w:rPr>
          <w:rFonts w:ascii="Gentium Plus" w:hAnsi="Gentium Plus"/>
          <w:sz w:val="24"/>
        </w:rPr>
        <w:t>ψεῦδος κἂν μυρίους περιβάληται λόγων διαύλους, διαῤῥεῖ καὶ καταπίπτει ῥᾳδίως, καὶ ἀράχνης ἐστὶν ἀδρανέστερον. Χαῖρε τοίνυν καὶ εὐφραίνου (οὐ γὰρ παύ‐ σομαι συνεχῶς ταῦτα λέγων τὰ ῥήματα), ἀνδρίζου, καὶ κραταιοῦ, καὶ καταγέλα πάσης ἐπαγομένης σοι παρ’</w:t>
      </w:r>
    </w:p>
    <w:p>
      <w:r>
        <w:rPr>
          <w:rFonts w:ascii="Courier New" w:hAnsi="Courier New"/>
          <w:color w:val="555555"/>
          <w:sz w:val="20"/>
        </w:rPr>
        <w:t>[10]</w:t>
      </w:r>
    </w:p>
    <w:p>
      <w:r>
        <w:rPr>
          <w:rFonts w:ascii="Gentium Plus" w:hAnsi="Gentium Plus"/>
          <w:sz w:val="24"/>
        </w:rPr>
        <w:t>αὐτῶν ἐπιβουλῆς. Ὅσῳ γὰρ ἂν χαλεπώτερον ἀγριαί‐ νωσι, τοσούτῳ βαθυτέρας καθ’ ἑαυτῶν τὰς πληγὰς ἐπιφέρουσι, σὲ μὲν οὐδὲ μικρὸν ἀδικοῦντες, ὥσπερ οὐδὲ τὴν πέτραν τὰ κύματα, ἑαυτοὺς δὲ διαλύοντες, καὶ ἀσθενεστέρους ποιοῦντες, καὶ ὑπερβαλλούσας</w:t>
      </w:r>
    </w:p>
    <w:p>
      <w:r>
        <w:rPr>
          <w:rFonts w:ascii="Courier New" w:hAnsi="Courier New"/>
          <w:color w:val="555555"/>
          <w:sz w:val="20"/>
        </w:rPr>
        <w:t>[15]</w:t>
      </w:r>
    </w:p>
    <w:p>
      <w:r>
        <w:rPr>
          <w:rFonts w:ascii="Gentium Plus" w:hAnsi="Gentium Plus"/>
          <w:sz w:val="24"/>
        </w:rPr>
        <w:t>καθ’ ἑαυτῶν σωρεύοντες τὰς τιμωρίας. Μηδὲν τοίνυν δέδιθι τῶν ἀπειλουμένων, κἂν τοὺς ὀδόντας βρύχωσι, κἂν θυμῷ πολλῷ μεθύωσι, κἂν φόνιον βλέπωσιν, εἰς ἀγριότητα θηρίων ὑπὸ τῆς πονηρίας ἐκπεσόντες. Ὁ γὰρ μέχρι σήμερον ἐξαρπάσας σε τῶν ποικίλων αὐτῶν</w:t>
      </w:r>
    </w:p>
    <w:p>
      <w:r>
        <w:rPr>
          <w:rFonts w:ascii="Courier New" w:hAnsi="Courier New"/>
          <w:color w:val="555555"/>
          <w:sz w:val="20"/>
        </w:rPr>
        <w:t>[20]</w:t>
      </w:r>
    </w:p>
    <w:p>
      <w:r>
        <w:rPr>
          <w:rFonts w:ascii="Gentium Plus" w:hAnsi="Gentium Plus"/>
          <w:sz w:val="24"/>
        </w:rPr>
        <w:t>καὶ διαφόρων ἐπιβουλῶν, οὗτός σε καὶ εἰς τὸ μέλλον ἀνδριζομένην ἐν ἀσφαλείᾳ καταστήσει πλείονι· καὶ ἐρεῖς καὶ αὐτή· Βέλος νηπίων ἐγενήθησαν αἱ πληγαὶ αὐτῶν, καὶ ἐξησθένησαν ἐπ’ αὐτοὺς αἱ γλῶσσαι αὐτῶν. Ὅπερ καὶ γέγονε, καὶ ἔσται· ὥστε</w:t>
      </w:r>
    </w:p>
    <w:p>
      <w:r>
        <w:rPr>
          <w:rFonts w:ascii="Courier New" w:hAnsi="Courier New"/>
          <w:color w:val="555555"/>
          <w:sz w:val="20"/>
        </w:rPr>
        <w:t>[25]</w:t>
      </w:r>
    </w:p>
    <w:p>
      <w:r>
        <w:rPr>
          <w:rFonts w:ascii="Gentium Plus" w:hAnsi="Gentium Plus"/>
          <w:sz w:val="24"/>
        </w:rPr>
        <w:t>καί σε μείζονα καρπώσασθαι τὸν μισθὸν, καὶ λαμ‐ προτέρους στεφάνους λαβεῖν, ἐκείνους τε ἀμετανόητα νοσοῦντας μείζονι παραδοθῆναι κολάσει. Τί γὰρ ἐν‐ έλιπον ἐπιβουλῆς; ποῖον τρόπον μηχανημάτων οὐκ ἐκί‐ νησαν, ἐπιχειροῦντες ἐπιβουλεύειν τῇ στεῤῥᾷ σου καὶ</w:t>
      </w:r>
    </w:p>
    <w:p>
      <w:r>
        <w:rPr>
          <w:rFonts w:ascii="Courier New" w:hAnsi="Courier New"/>
          <w:color w:val="555555"/>
          <w:sz w:val="20"/>
        </w:rPr>
        <w:t>[30]</w:t>
      </w:r>
    </w:p>
    <w:p>
      <w:r>
        <w:rPr>
          <w:rFonts w:ascii="Gentium Plus" w:hAnsi="Gentium Plus"/>
          <w:sz w:val="24"/>
        </w:rPr>
        <w:t>γνησίᾳ Θεῷ, μᾶλλον δὲ καὶ γενναίᾳ καὶ ἀνδρειοτάτῃ ψυχῇ; Κατήγαγον εἰς ἀγορὰν, τὴν ἐκκλησίας καὶ θαλάμου πλέον εἰδυῖαν οὐδὲν, ἀπ’ ἀγορᾶς εἰς δικα‐ στήριον, ἀπὸ δικαστηρίου εἰς δεσμωτήριον. Ψευ‐ δομαρτύρων ἠκόνησαν γλώσσας, συκοφαντίαν ἔῤῥα‐</w:t>
      </w:r>
    </w:p>
    <w:p>
      <w:r>
        <w:rPr>
          <w:rFonts w:ascii="Courier New" w:hAnsi="Courier New"/>
          <w:color w:val="555555"/>
          <w:sz w:val="20"/>
        </w:rPr>
        <w:t>[35]</w:t>
      </w:r>
    </w:p>
    <w:p>
      <w:r>
        <w:rPr>
          <w:rFonts w:ascii="Gentium Plus" w:hAnsi="Gentium Plus"/>
          <w:sz w:val="24"/>
        </w:rPr>
        <w:t>ψαν ἀναίσχυντον, φόνους εἰργάσαντο, καὶ χειμάῤῥους αἱμάτων ῥεῦσαι ἐποίησαν, καὶ πυρὶ καὶ σιδήρῳ σώ‐ ματα νέων ἀνάλωσαν, ἄνδρας τοσούτους καὶ τοιούτους πληγαῖς, αἰκισμοῖς, μυρίαις τιμωρίαις περιέβαλον, πάντα ἐκίνησαν, ἵνα δυνηθῶσιν ἀναγκάσαι σε καὶ</w:t>
      </w:r>
    </w:p>
    <w:p>
      <w:r>
        <w:rPr>
          <w:rFonts w:ascii="Courier New" w:hAnsi="Courier New"/>
          <w:color w:val="555555"/>
          <w:sz w:val="20"/>
        </w:rPr>
        <w:t>[40]</w:t>
      </w:r>
    </w:p>
    <w:p>
      <w:r>
        <w:rPr>
          <w:rFonts w:ascii="Gentium Plus" w:hAnsi="Gentium Plus"/>
          <w:sz w:val="24"/>
        </w:rPr>
        <w:t>βιάσασθαι τῷ φόβῳ εἰπεῖν τἀναντία ὧν ᾔδεις. Καὶ καθάπερ ἀετὸς ὑψηλὰ πετόμενος, οὕτω διαῤῥήξασα αὐτῶν τὰ δίκτυα, πρὸς τὸ σοὶ πρέπον τῆς ἐλευθερίας ἀνέβης ὕψος, οὐ παραλογισθεῖσα παρ’ αὐτῶν, ἀλλὰ καὶ συκοφάντας αὐτοὺς ἀποφήνασα ἐπὶ τῷ ἐγκλήματι</w:t>
      </w:r>
    </w:p>
    <w:p>
      <w:r>
        <w:rPr>
          <w:rFonts w:ascii="Courier New" w:hAnsi="Courier New"/>
          <w:color w:val="555555"/>
          <w:sz w:val="20"/>
        </w:rPr>
        <w:t>[45]</w:t>
      </w:r>
    </w:p>
    <w:p>
      <w:r>
        <w:rPr>
          <w:rFonts w:ascii="Gentium Plus" w:hAnsi="Gentium Plus"/>
          <w:sz w:val="24"/>
        </w:rPr>
        <w:t>τούτῳ τοῦ ἐμπρησμοῦ, ἐφ’ ᾧ μάλιστα ἐδόκουν μέγα φρονεῖν οἱ ἄθλιοι καὶ ταλαίπωροι. Ἐννοοῦσα τοίνυν τὰ παρελθόντα ἅπαντα, πόσα κύματα, καὶ χειμῶνά σοι οὐκ εἰργάσαντο, πόση ζάλη, καὶ κλυδώνιον οὐκ ἐποίη‐ σεν· ἀλλ’ ἐν μέσῃ μαινομένῃ θαλάττῃ μετὰ γαλήνης</w:t>
      </w:r>
    </w:p>
    <w:p>
      <w:r>
        <w:rPr>
          <w:rFonts w:ascii="Courier New" w:hAnsi="Courier New"/>
          <w:color w:val="555555"/>
          <w:sz w:val="20"/>
        </w:rPr>
        <w:t>[52 . 658 (50)]</w:t>
      </w:r>
    </w:p>
    <w:p>
      <w:r>
        <w:rPr>
          <w:rFonts w:ascii="Gentium Plus" w:hAnsi="Gentium Plus"/>
          <w:sz w:val="24"/>
        </w:rPr>
        <w:t>ἔπλευσας· προσδόκα ταχέως καὶ τὸν λιμένα μετὰ πολλῶν τῶν στεφάνων. Ἐπειδὴ δὲ καὶ περὶ ἡμῶν βούλει μανθάνειν, ζῶμεν, ὑγιαίνομεν, πάσης ἀπηλ‐ λάγμεθα ἀῤῥωστίας. Εἰ δὲ καὶ ἠῤῥωστοῦμεν, ἱκανὸν ἡμῖν φάρμακον εἰς ὑγείαν τῆς σῆς εὐλαβείας ἡ ἀγά‐</w:t>
      </w:r>
    </w:p>
    <w:p>
      <w:r>
        <w:rPr>
          <w:rFonts w:ascii="Courier New" w:hAnsi="Courier New"/>
          <w:color w:val="555555"/>
          <w:sz w:val="20"/>
        </w:rPr>
        <w:t>[55]</w:t>
      </w:r>
    </w:p>
    <w:p>
      <w:r>
        <w:rPr>
          <w:rFonts w:ascii="Gentium Plus" w:hAnsi="Gentium Plus"/>
          <w:sz w:val="24"/>
        </w:rPr>
        <w:t>πη, ἡ γνησία, καὶ θερμὴ, καὶ στεῤῥὰ, καὶ ἀπερίτρε‐</w:t>
      </w:r>
    </w:p>
    <w:p>
      <w:r>
        <w:rPr>
          <w:rFonts w:ascii="Courier New" w:hAnsi="Courier New"/>
          <w:color w:val="555555"/>
          <w:sz w:val="20"/>
        </w:rPr>
        <w:t>[52 . 659]</w:t>
      </w:r>
    </w:p>
    <w:p>
      <w:r>
        <w:rPr>
          <w:rFonts w:ascii="Gentium Plus" w:hAnsi="Gentium Plus"/>
          <w:sz w:val="24"/>
        </w:rPr>
        <w:t>φέρει τὸ συνεχῶς μανθάνειν τὰ περὶ τῆς ῥώσεώς σου, καὶ τῆς ἀσφαλείας ἁπάσης, παρακαλοῦμεν, ὃ καὶ χωρὶς παρακλήσεως εἴωθας ποιεῖν, συνεχέστερον ἐπιστέλλειν τὰ περὶ τῆς ὑγείας σου, καὶ τοῦ οἴκου</w:t>
      </w:r>
    </w:p>
    <w:p>
      <w:r>
        <w:rPr>
          <w:rFonts w:ascii="Courier New" w:hAnsi="Courier New"/>
          <w:color w:val="555555"/>
          <w:sz w:val="20"/>
        </w:rPr>
        <w:t>[5]</w:t>
      </w:r>
    </w:p>
    <w:p>
      <w:r>
        <w:rPr>
          <w:rFonts w:ascii="Gentium Plus" w:hAnsi="Gentium Plus"/>
          <w:sz w:val="24"/>
        </w:rPr>
        <w:t>σου παντὸς, καὶ τῶν προσηκόντων σοι· οἶσθα γὰρ ὅπως καὶ σὲ καὶ τὸν εὐλογημένον σου οἶκον πάντα μεριμνῶμεν.</w:t>
      </w:r>
    </w:p>
    <w:p>
      <w:pPr>
        <w:jc w:val="center"/>
      </w:pPr>
      <w:r>
        <w:rPr>
          <w:rFonts w:ascii="Gentium Plus" w:hAnsi="Gentium Plus"/>
          <w:b/>
          <w:sz w:val="24"/>
        </w:rPr>
        <w:t>ϟΕʹ. Παιανίῳ.</w:t>
      </w:r>
    </w:p>
    <w:p>
      <w:r>
        <w:rPr>
          <w:rFonts w:ascii="Courier New" w:hAnsi="Courier New"/>
          <w:color w:val="555555"/>
          <w:sz w:val="20"/>
        </w:rPr>
        <w:t>[9]</w:t>
      </w:r>
    </w:p>
    <w:p>
      <w:r>
        <w:rPr>
          <w:rFonts w:ascii="Gentium Plus" w:hAnsi="Gentium Plus"/>
          <w:sz w:val="24"/>
        </w:rPr>
        <w:t>Χαλεπὰ τὰ γεγενημένα· ἀλλ’ οὐχ ὑπὲρ τῶν πα‐</w:t>
      </w:r>
    </w:p>
    <w:p>
      <w:r>
        <w:rPr>
          <w:rFonts w:ascii="Courier New" w:hAnsi="Courier New"/>
          <w:color w:val="555555"/>
          <w:sz w:val="20"/>
        </w:rPr>
        <w:t>[10]</w:t>
      </w:r>
    </w:p>
    <w:p>
      <w:r>
        <w:rPr>
          <w:rFonts w:ascii="Gentium Plus" w:hAnsi="Gentium Plus"/>
          <w:sz w:val="24"/>
        </w:rPr>
        <w:t>θόντων καὶ στάντων γενναίως, ἀλλ’ ὑπὲρ τῶν ποιη‐ σάντων θρηνεῖν ἀναγκαῖον. Καθάπερ γὰρ τὰ δυσθά‐ νατα τῶν θηρίων πολλῷ τῷ θυμῷ ταῖς ἀκμαῖς τῶν δοράτων ἐμπίπτοντα, πρὸς τὰ βαθύτερα τῶν σπλάγ‐ χνων ὠθοῦσι τὰ ξίφη· οὕτω δὴ καὶ οἱ τὰς παρανο‐</w:t>
      </w:r>
    </w:p>
    <w:p>
      <w:r>
        <w:rPr>
          <w:rFonts w:ascii="Courier New" w:hAnsi="Courier New"/>
          <w:color w:val="555555"/>
          <w:sz w:val="20"/>
        </w:rPr>
        <w:t>[15]</w:t>
      </w:r>
    </w:p>
    <w:p>
      <w:r>
        <w:rPr>
          <w:rFonts w:ascii="Gentium Plus" w:hAnsi="Gentium Plus"/>
          <w:sz w:val="24"/>
        </w:rPr>
        <w:t>μίας ταύτας τολμῶντες, τὸ χαλεπὸν τῆς γεέννης πῦρ κατὰ τῆς ἑαυτῶν συνάγουσι κεφαλῆς. Εἰ δὲ ἐγκαλ‐ λωπίζονται οἷς ποιοῦσι, καὶ διὰ τοῦτο μάλιστά εἰσιν ἐλεεινοὶ, καὶ πλειόνων ἄξιοι δακρύων, ὅτι καὶ ταύτῃ χαλεπωτέρας ἑαυτοῖς τὰς εὐθύνας κατασκευά‐</w:t>
      </w:r>
    </w:p>
    <w:p>
      <w:r>
        <w:rPr>
          <w:rFonts w:ascii="Courier New" w:hAnsi="Courier New"/>
          <w:color w:val="555555"/>
          <w:sz w:val="20"/>
        </w:rPr>
        <w:t>[20]</w:t>
      </w:r>
    </w:p>
    <w:p>
      <w:r>
        <w:rPr>
          <w:rFonts w:ascii="Gentium Plus" w:hAnsi="Gentium Plus"/>
          <w:sz w:val="24"/>
        </w:rPr>
        <w:t>ζουσι. Τούτους οὖν δεῖ θρηνεῖν διηνεκῶς, τοῖς δὲ πι‐ κρῶς οὕτω σφαττομένοις ὑπ’ αὐτῶν συνήδεσθαι τῶν βραβείων, τῶν στεφάνων τῶν ἐν τοῖς οὐρανοῖς ἀπο‐ κειμένων, καὶ ταύτην μεγίστην ποιεῖσθαι καὶ σαφε‐ στάτην ἀπόδειξιν τῆς καιρίας τοῦ διαβόλου πληγῆς.</w:t>
      </w:r>
    </w:p>
    <w:p>
      <w:r>
        <w:rPr>
          <w:rFonts w:ascii="Courier New" w:hAnsi="Courier New"/>
          <w:color w:val="555555"/>
          <w:sz w:val="20"/>
        </w:rPr>
        <w:t>[25]</w:t>
      </w:r>
    </w:p>
    <w:p>
      <w:r>
        <w:rPr>
          <w:rFonts w:ascii="Gentium Plus" w:hAnsi="Gentium Plus"/>
          <w:sz w:val="24"/>
        </w:rPr>
        <w:t>Εἰ γὰρ μὴ καιρίαν αὐτὴν ἐδέξατο, οὐκ ἂν τοσοῦτον ἔπνευσε διὰ τῶν πειθομένων αὐτῷ. Ταῦτ’ οὖν ἅπαντα ἐννοῶν, δέσποτά μου θαυμασιώτατε, μεγίστην δέχου παράκλησιν, καὶ γράφε συνεχῶς ἡμῖν τὰ περὶ τῆς ὑγείας τῆς σῆς. Ἐπιθυμοῦμεν γὰρ ἰδεῖν καὶ περι‐</w:t>
      </w:r>
    </w:p>
    <w:p>
      <w:r>
        <w:rPr>
          <w:rFonts w:ascii="Courier New" w:hAnsi="Courier New"/>
          <w:color w:val="555555"/>
          <w:sz w:val="20"/>
        </w:rPr>
        <w:t>[30]</w:t>
      </w:r>
    </w:p>
    <w:p>
      <w:r>
        <w:rPr>
          <w:rFonts w:ascii="Gentium Plus" w:hAnsi="Gentium Plus"/>
          <w:sz w:val="24"/>
        </w:rPr>
        <w:t>πτύξασθαι τὴν φίλην ἡμῖν κεφαλήν· ἀλλ’ ἐπειδὴ τοῦτο νῦν οὐκ ἔνι, παρακαλῶ σου τὴν εὐγένειαν. αὐ‐ τόν τε ἡμῖν συνεχῶς ἐπιστέλλειν τὰ περὶ τῆς ῥώσεως τῆς σῆς, καὶ τοῖς σφόδρα ἡμᾶς ἀγαπῶσι πολλὴν εἰς τοῦτο παρασκευάζειν τὴν εὐκολίαν.</w:t>
      </w:r>
    </w:p>
    <w:p>
      <w:pPr>
        <w:jc w:val="center"/>
      </w:pPr>
      <w:r>
        <w:rPr>
          <w:rFonts w:ascii="Gentium Plus" w:hAnsi="Gentium Plus"/>
          <w:b/>
          <w:sz w:val="24"/>
        </w:rPr>
        <w:t>ϟϛʹ. Ἀμπρούκλῃ διακόνῳ καὶ ταῖς σὺν αὐτῇ.</w:t>
      </w:r>
    </w:p>
    <w:p>
      <w:r>
        <w:rPr>
          <w:rFonts w:ascii="Courier New" w:hAnsi="Courier New"/>
          <w:color w:val="555555"/>
          <w:sz w:val="20"/>
        </w:rPr>
        <w:t>[36]</w:t>
      </w:r>
    </w:p>
    <w:p>
      <w:r>
        <w:rPr>
          <w:rFonts w:ascii="Gentium Plus" w:hAnsi="Gentium Plus"/>
          <w:sz w:val="24"/>
        </w:rPr>
        <w:t>Τὰ κύματα, ταῖς πέτραις προσρηγνύμενα, ἐκείνας μὲν οὐδὲ μικρὸν διασαλεῦσαι δύναται, ἑαυτὰ δὲ μει‐ ζόνως τῷ ῥαγδαίῳ τῆς ῥύμης διαλύοντα ἀφανίζει. Τοῦτο καὶ ἐφ’ ὑμῶν ἔστιν ἰδεῖν νῦν, καὶ τῶν ἐπι‐</w:t>
      </w:r>
    </w:p>
    <w:p>
      <w:r>
        <w:rPr>
          <w:rFonts w:ascii="Courier New" w:hAnsi="Courier New"/>
          <w:color w:val="555555"/>
          <w:sz w:val="20"/>
        </w:rPr>
        <w:t>[40]</w:t>
      </w:r>
    </w:p>
    <w:p>
      <w:r>
        <w:rPr>
          <w:rFonts w:ascii="Gentium Plus" w:hAnsi="Gentium Plus"/>
          <w:sz w:val="24"/>
        </w:rPr>
        <w:t>βουλευόντων ὑμῖν εἰκῆ καὶ μάτην. Ὑμῖν μὲν γὰρ καὶ ἡ παρὰ τῷ Θεῷ παῤῥησία καὶ ἡ παρ’ ἀνθρώποις δόξα πλείων ἐντεῦθεν γίνεται, ἐκείνοις δὲ κρῖμα, καὶ αἰσχύ‐ νη, καὶ ὄνειδος. Ἐπεὶ καὶ τοιοῦτον ἡ ἀρετὴ, καὶ τοιοῦ‐ τον ἡ κακία· ἡ μὲν καὶ πολεμουμένη μειζόνως ἀν‐</w:t>
      </w:r>
    </w:p>
    <w:p>
      <w:r>
        <w:rPr>
          <w:rFonts w:ascii="Courier New" w:hAnsi="Courier New"/>
          <w:color w:val="555555"/>
          <w:sz w:val="20"/>
        </w:rPr>
        <w:t>[45]</w:t>
      </w:r>
    </w:p>
    <w:p>
      <w:r>
        <w:rPr>
          <w:rFonts w:ascii="Gentium Plus" w:hAnsi="Gentium Plus"/>
          <w:sz w:val="24"/>
        </w:rPr>
        <w:t>θεῖ, αὐτὴ δὲ καὶ πολεμοῦσα ἀσθενεστέρα γίνεται, καὶ ταύτῃ μάλιστα καταλύεται. Μεγίστην τοίνυν ἔχουσαι παράκλησιν τῶν γινομένων τὴν ὑπόθεσιν, χαίρετε καὶ εὐφραίνεσθε, καὶ κραταιοῦσθε. Ἴστε γὰρ ἐφ’ οἷς ἀπεδύσασθε ἐπάθλοις εἰς τὸν τῆς ἀνδρείας ταύτης</w:t>
      </w:r>
    </w:p>
    <w:p>
      <w:r>
        <w:rPr>
          <w:rFonts w:ascii="Courier New" w:hAnsi="Courier New"/>
          <w:color w:val="555555"/>
          <w:sz w:val="20"/>
        </w:rPr>
        <w:t>[52 . 659 (50)]</w:t>
      </w:r>
    </w:p>
    <w:p>
      <w:r>
        <w:rPr>
          <w:rFonts w:ascii="Gentium Plus" w:hAnsi="Gentium Plus"/>
          <w:sz w:val="24"/>
        </w:rPr>
        <w:t>ἀγῶνα, καὶ ποῖα ὑμᾶς καρτερούσας καὶ εὐχαρίστως φερούσας τὰ συμπίπτοντα ἀναμένει ἀγαθὰ, ἃ οὔτε ὀφθαλμὸς εἶδεν, οὔτε οὖς ἤκουσεν, οὔτε ἐπὶ καρδίαν</w:t>
      </w:r>
    </w:p>
    <w:p>
      <w:r>
        <w:rPr>
          <w:rFonts w:ascii="Courier New" w:hAnsi="Courier New"/>
          <w:color w:val="555555"/>
          <w:sz w:val="20"/>
        </w:rPr>
        <w:t>[52 . 660]</w:t>
      </w:r>
    </w:p>
    <w:p>
      <w:r>
        <w:rPr>
          <w:rFonts w:ascii="Gentium Plus" w:hAnsi="Gentium Plus"/>
          <w:sz w:val="24"/>
        </w:rPr>
        <w:t>οδεύεται, καὶ τῷ παρόντι συγκαταλύεται βίῳ· τὰ δὲ ἐντεῦθεν ἔπαθλα ἀθάνατα μένει. Καὶ πρὸ τῶν ἐπάθλων δὲ ἐκείνων, οὐ μικρὰν καὶ ἐντεῦθεν καρποῦσθε ἡδο‐ νὴν, τῇ ἐλπίδι τοῦ χρηστοῦ συνειδότος, καὶ προσδο‐</w:t>
      </w:r>
    </w:p>
    <w:p>
      <w:r>
        <w:rPr>
          <w:rFonts w:ascii="Courier New" w:hAnsi="Courier New"/>
          <w:color w:val="555555"/>
          <w:sz w:val="20"/>
        </w:rPr>
        <w:t>[5]</w:t>
      </w:r>
    </w:p>
    <w:p>
      <w:r>
        <w:rPr>
          <w:rFonts w:ascii="Gentium Plus" w:hAnsi="Gentium Plus"/>
          <w:sz w:val="24"/>
        </w:rPr>
        <w:t>κίᾳ στεφάνων ἐκείνων τρεφόμεναι. Ταῦτα οἶδ’ ὅτι καὶ πρὸ τῶν ἡμετέρων οἶσθα γραμμάτων· ἀλλ’ ἵνα μα‐ κρὰν ποιήσωμεν τὴν ἐπιστολὴν, ἐξέτεινα τὴν παρά‐ κλησιν. Εὖ γε γὰρ οἶδ’ ὅτι σφόδρα ἡμῶν τῶν γραμ‐ μάτων ἐρᾷς, καὶ μεθ’ ὑπερβολῆς σφόδρα· καὶ</w:t>
      </w:r>
    </w:p>
    <w:p>
      <w:r>
        <w:rPr>
          <w:rFonts w:ascii="Courier New" w:hAnsi="Courier New"/>
          <w:color w:val="555555"/>
          <w:sz w:val="20"/>
        </w:rPr>
        <w:t>[10]</w:t>
      </w:r>
    </w:p>
    <w:p>
      <w:r>
        <w:rPr>
          <w:rFonts w:ascii="Gentium Plus" w:hAnsi="Gentium Plus"/>
          <w:sz w:val="24"/>
        </w:rPr>
        <w:t>τοῦτο οἶμαι αἴτιον εἶναι τοῦ συνεχῶς ἡμῖν ἐγκαλεῖν, ὅτι μὴ πολλάκις ἐπεστάλκαμεν. Οὐ γὰρ δυνά‐ μεθά σου κορέσαι τὴν ἐπιθυμίαν, κἂν καθ’ ἑκάστην πέμπωμεν γράμματα, διὰ τὸ σφόδρα ἡμῶν ἐκκρέ‐ μασθαι τῶν ἐπιστολῶν. Ὁ Θεός σοι τὸν μισθὸν δῷ</w:t>
      </w:r>
    </w:p>
    <w:p>
      <w:r>
        <w:rPr>
          <w:rFonts w:ascii="Courier New" w:hAnsi="Courier New"/>
          <w:color w:val="555555"/>
          <w:sz w:val="20"/>
        </w:rPr>
        <w:t>[15]</w:t>
      </w:r>
    </w:p>
    <w:p>
      <w:r>
        <w:rPr>
          <w:rFonts w:ascii="Gentium Plus" w:hAnsi="Gentium Plus"/>
          <w:sz w:val="24"/>
        </w:rPr>
        <w:t>καὶ τὴν ἀμοιβὴν τῆς τοσαύτης περὶ ἡμᾶς ἀγάπης, καὶ ἐν τῷ παρόντι βίῳ καὶ ἐν τῷ μέλλοντι αἰῶνι. Ἡμεῖς μέντοι οὐ διαλιμπάνομεν διὰ τῶν ἐμπιπτόντων συνεχῶς ἐπιστέλλοντες· ἡμῖν γὰρ αὐτοῖς τὰ μέγιστα χαριούμεθα τοῦτο ποιοῦντες, καὶ τῇ σῇ ψυχῇ συν‐</w:t>
      </w:r>
    </w:p>
    <w:p>
      <w:r>
        <w:rPr>
          <w:rFonts w:ascii="Courier New" w:hAnsi="Courier New"/>
          <w:color w:val="555555"/>
          <w:sz w:val="20"/>
        </w:rPr>
        <w:t>[20]</w:t>
      </w:r>
    </w:p>
    <w:p>
      <w:r>
        <w:rPr>
          <w:rFonts w:ascii="Gentium Plus" w:hAnsi="Gentium Plus"/>
          <w:sz w:val="24"/>
        </w:rPr>
        <w:t>εχῶς διὰ τῶν γραμμάτων προσαγορεύοντες. Καὶ γὰρ τὴν ἀγάπην, ἣν ἐνέθηκας ἡμῖν ἐξ ἀρχῆς, ταύτην διη‐ νεκῶς ἀκμάζουσαν διατηροῦμεν· κἂν πλείονα τούτου πάλιν ἀπολειφθῶμεν ὑμῖν χρόνον, οὐδὲ ἐντεῦθεν αὐτὴ ἀμαυροτέρα γίνεται. Ἐν γὰρ διανοίᾳ πανταχοῦ περι‐</w:t>
      </w:r>
    </w:p>
    <w:p>
      <w:r>
        <w:rPr>
          <w:rFonts w:ascii="Courier New" w:hAnsi="Courier New"/>
          <w:color w:val="555555"/>
          <w:sz w:val="20"/>
        </w:rPr>
        <w:t>[25]</w:t>
      </w:r>
    </w:p>
    <w:p>
      <w:r>
        <w:rPr>
          <w:rFonts w:ascii="Gentium Plus" w:hAnsi="Gentium Plus"/>
          <w:sz w:val="24"/>
        </w:rPr>
        <w:t>φέρομεν ὑμᾶς, ἐκπληττόμενοι τὸ ἀπερίτρεπτον ὑμῶν τῆς γνώμης καὶ τὴν πολλὴν ἀνδρείαν. Γράφε δὴ καὶ αὐτὴ συνεχῶς ἡμῖν, τὰ περὶ τῆς ὑγείας τῆς σῆς εὐαγγελιζομένη καὶ τοῦ οἴκου σου παντὸς, ἵνα πολλὴν καὶ ἐντεῦθεν καρπωσώμεθα τὴν παράκλησιν.</w:t>
      </w:r>
    </w:p>
    <w:p>
      <w:pPr>
        <w:jc w:val="center"/>
      </w:pPr>
      <w:r>
        <w:rPr>
          <w:rFonts w:ascii="Gentium Plus" w:hAnsi="Gentium Plus"/>
          <w:b/>
          <w:sz w:val="24"/>
        </w:rPr>
        <w:t>ϟΖʹ. Ὑπατίῳ πρεσβυτέρῳ.</w:t>
      </w:r>
    </w:p>
    <w:p>
      <w:r>
        <w:rPr>
          <w:rFonts w:ascii="Courier New" w:hAnsi="Courier New"/>
          <w:color w:val="555555"/>
          <w:sz w:val="20"/>
        </w:rPr>
        <w:t>[31]</w:t>
      </w:r>
    </w:p>
    <w:p>
      <w:r>
        <w:rPr>
          <w:rFonts w:ascii="Gentium Plus" w:hAnsi="Gentium Plus"/>
          <w:sz w:val="24"/>
        </w:rPr>
        <w:t>Οἶδας καὶ αὐτὸς, κύριέ μου τιμιώτατε, ὅσον ὑμῖν φέρει μισθὸν τὰ διὰ τὸν Θεὸν παθήματα, ἡλίκα βρα‐ βεῖα, οἵους στεφάνους· μηδὲν οὖν σε θορυβείτω τῶν γινομένων, ἐπείπερ τοὺς ποιοῦντας κακῶς θρηνεῖν</w:t>
      </w:r>
    </w:p>
    <w:p>
      <w:r>
        <w:rPr>
          <w:rFonts w:ascii="Courier New" w:hAnsi="Courier New"/>
          <w:color w:val="555555"/>
          <w:sz w:val="20"/>
        </w:rPr>
        <w:t>[35]</w:t>
      </w:r>
    </w:p>
    <w:p>
      <w:r>
        <w:rPr>
          <w:rFonts w:ascii="Gentium Plus" w:hAnsi="Gentium Plus"/>
          <w:sz w:val="24"/>
        </w:rPr>
        <w:t>δεῖ. Ἐκεῖνοι γάρ εἰσιν οἱ μυρίαν κατὰ τῆς ἑαυτῶν κεφαλῆς ἐπισωρεύοντες κόλασιν. Αὐτὸς τοίνυν, καθώς σοι πρέπον ἐστὶ, τῇ προσηκούσῃ κεχρημένος ἀνδρείᾳ, ἀράχνης εὐτελέστερον διάσπα τὰ ἐκείνων μηχανή‐ ματα καὶ τὰς ἐπιβουλὰς, καὶ γράφε συνεχῶς ἡμῖν</w:t>
      </w:r>
    </w:p>
    <w:p>
      <w:r>
        <w:rPr>
          <w:rFonts w:ascii="Courier New" w:hAnsi="Courier New"/>
          <w:color w:val="555555"/>
          <w:sz w:val="20"/>
        </w:rPr>
        <w:t>[40]</w:t>
      </w:r>
    </w:p>
    <w:p>
      <w:r>
        <w:rPr>
          <w:rFonts w:ascii="Gentium Plus" w:hAnsi="Gentium Plus"/>
          <w:sz w:val="24"/>
        </w:rPr>
        <w:t>περὶ τῆς ὑγείας τῆς σῆς εὐαγγελιζόμενος. Πολλὴν γὰρ δεξόμεθα παράκλησιν, καὶ ἐν ἀλλοτρίᾳ διατρί‐ βοντες, τοιαῦτα παρὰ τῆς τιμιότητός σου δεχόμενοι γράμματα.</w:t>
      </w:r>
    </w:p>
    <w:p>
      <w:pPr>
        <w:jc w:val="center"/>
      </w:pPr>
      <w:r>
        <w:rPr>
          <w:rFonts w:ascii="Gentium Plus" w:hAnsi="Gentium Plus"/>
          <w:b/>
          <w:sz w:val="24"/>
        </w:rPr>
        <w:t>ϟΗʹ. Χαλκιδίᾳ.</w:t>
      </w:r>
    </w:p>
    <w:p>
      <w:r>
        <w:rPr>
          <w:rFonts w:ascii="Courier New" w:hAnsi="Courier New"/>
          <w:color w:val="555555"/>
          <w:sz w:val="20"/>
        </w:rPr>
        <w:t>[45]</w:t>
      </w:r>
    </w:p>
    <w:p>
      <w:r>
        <w:rPr>
          <w:rFonts w:ascii="Gentium Plus" w:hAnsi="Gentium Plus"/>
          <w:sz w:val="24"/>
        </w:rPr>
        <w:t>Οὐχ ὡς ἔτυχεν ἠλγήσαμεν, μαθόντες ἐν τοσαύτῃ σε ἀῤῥωστίᾳ εἶναι. Οἶσθα γὰρ ὅπως ἀντεχόμεθά σου τῆς ὑγιείας, κυρία μου κοσμιωτάτη καὶ εὐλαβεστάτη. Ἵν’ οὖν μὴ κατατεινώμεθα τῇ φροντίδι, διά τινος τοῦ πρώτου ἐκεῖθεν ἀφικνουμένου τοῦτο αὐτὸ δηλῶσαι</w:t>
      </w:r>
    </w:p>
    <w:p>
      <w:r>
        <w:rPr>
          <w:rFonts w:ascii="Courier New" w:hAnsi="Courier New"/>
          <w:color w:val="555555"/>
          <w:sz w:val="20"/>
        </w:rPr>
        <w:t>[52 . 660 (50)]</w:t>
      </w:r>
    </w:p>
    <w:p>
      <w:r>
        <w:rPr>
          <w:rFonts w:ascii="Gentium Plus" w:hAnsi="Gentium Plus"/>
          <w:sz w:val="24"/>
        </w:rPr>
        <w:t>ἡμῖν σπούδασον, εἴ σοι τέλεον τὰ τῆς ἀῤῥωστίας ἀνῄρηται, καὶ πρὸς καθαρὰν ἐπανῆλθες ὑγίειαν. Οὐδὲ γὰρ τὴν τυχοῦσαν καρπούμεθα εὐφροσύνην, καὶ ἐν ἐρημίᾳ τοσαύτῃ καθήμενοι, ὅταν ὑμῶν τῶν ἀγα‐</w:t>
      </w:r>
    </w:p>
    <w:p>
      <w:r>
        <w:rPr>
          <w:rFonts w:ascii="Courier New" w:hAnsi="Courier New"/>
          <w:color w:val="555555"/>
          <w:sz w:val="20"/>
        </w:rPr>
        <w:t>[52 . 661]</w:t>
      </w:r>
    </w:p>
    <w:p>
      <w:r>
        <w:rPr>
          <w:rFonts w:ascii="Gentium Plus" w:hAnsi="Gentium Plus"/>
          <w:sz w:val="24"/>
        </w:rPr>
        <w:t>μανθάνωμεν. Εἰδυῖα τοίνυν ἡλίκα ἡμῖν χαρίζῃ τοιαύ‐ την πέμπουσα ἐπιστολὴν, μὴ μελλήσῃς, μηδὲ ὑπερθῇ, ἀλλ’ εὐθέως τοῦτο ποιῆσαι παρακλήθητι, ἵν’ ὥσπερ νῦν ὑπὸ τῆς ἀθυμίας συνέχεας ἡμᾶς τὴν ἀῤῥωστίαν</w:t>
      </w:r>
    </w:p>
    <w:p>
      <w:r>
        <w:rPr>
          <w:rFonts w:ascii="Courier New" w:hAnsi="Courier New"/>
          <w:color w:val="555555"/>
          <w:sz w:val="20"/>
        </w:rPr>
        <w:t>[5]</w:t>
      </w:r>
    </w:p>
    <w:p>
      <w:r>
        <w:rPr>
          <w:rFonts w:ascii="Gentium Plus" w:hAnsi="Gentium Plus"/>
          <w:sz w:val="24"/>
        </w:rPr>
        <w:t>εἰποῦσα, οὕτως τὴν ὑγείαν ἀπαγγείλασα τὴν σὴν, πολλῆς ἡμᾶς ἐμπλησθῆναι ποιήσῃς τῆς ἡδονῆς.</w:t>
      </w:r>
    </w:p>
    <w:p>
      <w:pPr>
        <w:jc w:val="center"/>
      </w:pPr>
      <w:r>
        <w:rPr>
          <w:rFonts w:ascii="Gentium Plus" w:hAnsi="Gentium Plus"/>
          <w:b/>
          <w:sz w:val="24"/>
        </w:rPr>
        <w:t>ϟΘʹ. Ἀσυγκριτίᾳ.</w:t>
      </w:r>
    </w:p>
    <w:p>
      <w:r>
        <w:rPr>
          <w:rFonts w:ascii="Courier New" w:hAnsi="Courier New"/>
          <w:color w:val="555555"/>
          <w:sz w:val="20"/>
        </w:rPr>
        <w:t>[8]</w:t>
      </w:r>
    </w:p>
    <w:p>
      <w:r>
        <w:rPr>
          <w:rFonts w:ascii="Gentium Plus" w:hAnsi="Gentium Plus"/>
          <w:sz w:val="24"/>
        </w:rPr>
        <w:t>Ἐμοὶ μὲν περισπούδαστον τὸ συνεχῶς ὑμῖν ἐπι‐ στέλλειν· τῆς γὰρ διαθέσεως ὑμῶν, καὶ τῆς αἰδοῦς,</w:t>
      </w:r>
    </w:p>
    <w:p>
      <w:r>
        <w:rPr>
          <w:rFonts w:ascii="Courier New" w:hAnsi="Courier New"/>
          <w:color w:val="555555"/>
          <w:sz w:val="20"/>
        </w:rPr>
        <w:t>[10]</w:t>
      </w:r>
    </w:p>
    <w:p>
      <w:r>
        <w:rPr>
          <w:rFonts w:ascii="Gentium Plus" w:hAnsi="Gentium Plus"/>
          <w:sz w:val="24"/>
        </w:rPr>
        <w:t>καὶ τῆς τιμῆς, ἣν ἀεὶ περὶ ἡμᾶς ἐπεδείξασθε, ὅπου‐ περ ἂν ἀφικώμεθα, ἐπιλαθέσθαι οὐ δυνάμεθα, ἀλλ’ ἔχομεν ὑμῶν διηνεκῶς τὴν μνήμην ἀκμάζουσαν παν‐ ταχοῦ περιφέροντες. Εἰ δὲ μὴ ὁσάκις ἐβουλόμεθα ἐπεστάλκαμεν, ἀλλὰ σπανιάκις, τοῦτο οὐ τῆς ῥᾳθυ‐</w:t>
      </w:r>
    </w:p>
    <w:p>
      <w:r>
        <w:rPr>
          <w:rFonts w:ascii="Courier New" w:hAnsi="Courier New"/>
          <w:color w:val="555555"/>
          <w:sz w:val="20"/>
        </w:rPr>
        <w:t>[15]</w:t>
      </w:r>
    </w:p>
    <w:p>
      <w:r>
        <w:rPr>
          <w:rFonts w:ascii="Gentium Plus" w:hAnsi="Gentium Plus"/>
          <w:sz w:val="24"/>
        </w:rPr>
        <w:t>μίας τῆς ἡμετέρας, ἀλλὰ τῆς τῶν πραγμάτων ἀνάγ‐ κης, καὶ τοῦ τὴν ὁδὸν ἄβατον ὁδοιπόροις εἶναι νῦν. Ταῦτ’ οὖν εἰδυῖα, κυρία μου κοσμιωτάτη καὶ εὐγενε‐ στάτη, καὶ γραφόντων ἡμῶν, καὶ σιγώντων, ὁμοίως διάκεισο περὶ τῆς διαθέσεως, ἣν ἀεὶ περὶ ὑμᾶς ἐπ‐</w:t>
      </w:r>
    </w:p>
    <w:p>
      <w:r>
        <w:rPr>
          <w:rFonts w:ascii="Courier New" w:hAnsi="Courier New"/>
          <w:color w:val="555555"/>
          <w:sz w:val="20"/>
        </w:rPr>
        <w:t>[20]</w:t>
      </w:r>
    </w:p>
    <w:p>
      <w:r>
        <w:rPr>
          <w:rFonts w:ascii="Gentium Plus" w:hAnsi="Gentium Plus"/>
          <w:sz w:val="24"/>
        </w:rPr>
        <w:t>εδειξάμεθα.</w:t>
      </w:r>
    </w:p>
    <w:p>
      <w:pPr>
        <w:jc w:val="center"/>
      </w:pPr>
      <w:r>
        <w:rPr>
          <w:rFonts w:ascii="Gentium Plus" w:hAnsi="Gentium Plus"/>
          <w:b/>
          <w:sz w:val="24"/>
        </w:rPr>
        <w:t>Ρʹ. Μαρκιανῷ καὶ Μαρκελλίνῳ.</w:t>
      </w:r>
    </w:p>
    <w:p>
      <w:r>
        <w:rPr>
          <w:rFonts w:ascii="Courier New" w:hAnsi="Courier New"/>
          <w:color w:val="555555"/>
          <w:sz w:val="20"/>
        </w:rPr>
        <w:t>[22]</w:t>
      </w:r>
    </w:p>
    <w:p>
      <w:r>
        <w:rPr>
          <w:rFonts w:ascii="Gentium Plus" w:hAnsi="Gentium Plus"/>
          <w:sz w:val="24"/>
        </w:rPr>
        <w:t>Τοῦτο καὶ ἡμῖν τῆς μακρᾶς σιγῆς αἴτιον γίνεται, ὃ καὶ τῇ εὐγενείᾳ τῇ ὑμετέρᾳ· ἀλλὰ σιγῆς οὐ τῆς κατὰ τὴν γνώμην, ἀλλὰ τῆς κατὰ τὴν γλῶτταν. Ὡς</w:t>
      </w:r>
    </w:p>
    <w:p>
      <w:r>
        <w:rPr>
          <w:rFonts w:ascii="Courier New" w:hAnsi="Courier New"/>
          <w:color w:val="555555"/>
          <w:sz w:val="20"/>
        </w:rPr>
        <w:t>[25]</w:t>
      </w:r>
    </w:p>
    <w:p>
      <w:r>
        <w:rPr>
          <w:rFonts w:ascii="Gentium Plus" w:hAnsi="Gentium Plus"/>
          <w:sz w:val="24"/>
        </w:rPr>
        <w:t>τῇ διανοίᾳ καὶ ἐπιστέλλομεν, καὶ προσφθεγγόμεθα συνεχῶς, μᾶλλον δὲ διηνεκῶς, τὴν εὐγενεστάτην καὶ ἐμμελεστάτην ὑμῶν ψυχὴν, καὶ ἐγκολάψαντες ὑμᾶς τῷ συνειδότι, πανταχοῦ περιφέρομεν· τοιοῦτον γὰρ τὸ φιλεῖν γνησίως. Ταῦτ’ οὖν εἰδότες, κύριοί μου πο‐</w:t>
      </w:r>
    </w:p>
    <w:p>
      <w:r>
        <w:rPr>
          <w:rFonts w:ascii="Courier New" w:hAnsi="Courier New"/>
          <w:color w:val="555555"/>
          <w:sz w:val="20"/>
        </w:rPr>
        <w:t>[30]</w:t>
      </w:r>
    </w:p>
    <w:p>
      <w:r>
        <w:rPr>
          <w:rFonts w:ascii="Gentium Plus" w:hAnsi="Gentium Plus"/>
          <w:sz w:val="24"/>
        </w:rPr>
        <w:t>θεινότατοι καὶ τιμιώτατοι, ἐπιστέλλετε μὲν, ἡνίκα ἂν ἐξῇ, τὰ περὶ τῆς ὑγιείας τῆς ὑμετέρας δηλοῦντες. Θαῤῥεῖτε δὲ, ὅτι καὶ σιγώντων ὑμῶν τὴν αὐτὴν περὶ τῆς ἀγάπης ὑμῶν ψῆφον οἴσομεν, ἣν καὶ γραφόντων, ἀπὸ τῆς γνώμης ταῦτα ψηφιζόμενοι τῆς ὑμετέρας.</w:t>
      </w:r>
    </w:p>
    <w:p>
      <w:pPr>
        <w:jc w:val="center"/>
      </w:pPr>
      <w:r>
        <w:rPr>
          <w:rFonts w:ascii="Gentium Plus" w:hAnsi="Gentium Plus"/>
          <w:b/>
          <w:sz w:val="24"/>
        </w:rPr>
        <w:t>ΡΑʹ. Σευήρῳ πρεσβυτέρῳ.</w:t>
      </w:r>
    </w:p>
    <w:p>
      <w:r>
        <w:rPr>
          <w:rFonts w:ascii="Courier New" w:hAnsi="Courier New"/>
          <w:color w:val="555555"/>
          <w:sz w:val="20"/>
        </w:rPr>
        <w:t>[36]</w:t>
      </w:r>
    </w:p>
    <w:p>
      <w:r>
        <w:rPr>
          <w:rFonts w:ascii="Gentium Plus" w:hAnsi="Gentium Plus"/>
          <w:sz w:val="24"/>
        </w:rPr>
        <w:t>Ἡμεῖς μὲν καίτοι χωρίον ἐρημότατον οἰκοῦντες, καὶ ἐπεστάλκαμεν πολλάκις πρὸς τὴν σὴν ἐμμέλειαν, καὶ τοὺς ἐκεῖθεν ἀφικνουμένους οὐ παυόμεθα συνεχῶς ἐρωτῶντες περὶ τῆς ὑγείας τῆς σῆς. Αὐτὸς δὲ οὐκ</w:t>
      </w:r>
    </w:p>
    <w:p>
      <w:r>
        <w:rPr>
          <w:rFonts w:ascii="Courier New" w:hAnsi="Courier New"/>
          <w:color w:val="555555"/>
          <w:sz w:val="20"/>
        </w:rPr>
        <w:t>[40]</w:t>
      </w:r>
    </w:p>
    <w:p>
      <w:r>
        <w:rPr>
          <w:rFonts w:ascii="Gentium Plus" w:hAnsi="Gentium Plus"/>
          <w:sz w:val="24"/>
        </w:rPr>
        <w:t>οἶδα, ἀνθ’ ὅτου μανικὸς ἡμῶν οὕτως ἐραστὴς ὢν, καὶ πολλὴν εὐκολίαν ἔχων τῶν ἐνταῦθα διακομιζόντων τὰ γράμματα, σιγᾷς οὕτω μακρὰν σιγήν. Ἀλλ’ ἡμεῖς τὸ θερμόν σου καὶ γνήσιον, τὸ εἰλικρινὲς τῆς διαθέ‐ σεως, ὃ περὶ ἡμᾶς ἀεὶ ἐπεδείξω, ἐννοοῦντες, καὶ ἐν</w:t>
      </w:r>
    </w:p>
    <w:p>
      <w:r>
        <w:rPr>
          <w:rFonts w:ascii="Courier New" w:hAnsi="Courier New"/>
          <w:color w:val="555555"/>
          <w:sz w:val="20"/>
        </w:rPr>
        <w:t>[45]</w:t>
      </w:r>
    </w:p>
    <w:p>
      <w:r>
        <w:rPr>
          <w:rFonts w:ascii="Gentium Plus" w:hAnsi="Gentium Plus"/>
          <w:sz w:val="24"/>
        </w:rPr>
        <w:t>τῇ σιγῇ τῇ μακρᾷ μεγίστην καρπούμεθα παράκλησιν. Πλὴν ἀλλὰ βουλόμεθα καὶ γραμμάτων συνεχῶς ἀπο‐ λαύειν τῶν σῶν, τὰ περὶ τῆς ὑγιείας τῆς σῆς ἡμῖν ἀπαγγελλόντων, καὶ ἃ παρ’ ἑτέρων μανθάνομεν, ταῦτα παρὰ τῆς γλώττης τῆς σῆς, καὶ τῆς χειρὸς</w:t>
      </w:r>
    </w:p>
    <w:p>
      <w:r>
        <w:rPr>
          <w:rFonts w:ascii="Courier New" w:hAnsi="Courier New"/>
          <w:color w:val="555555"/>
          <w:sz w:val="20"/>
        </w:rPr>
        <w:t>[52 . 661 (50)]</w:t>
      </w:r>
    </w:p>
    <w:p>
      <w:r>
        <w:rPr>
          <w:rFonts w:ascii="Gentium Plus" w:hAnsi="Gentium Plus"/>
          <w:sz w:val="24"/>
        </w:rPr>
        <w:t>ἐβουλόμεθα μανθάνειν. Ποίει δὴ τοῦτο νῦν γοῦν, δέ‐ σποτά μου τιμιώτατε· οἶσθα γὰρ ἡλίκα ἡμῖν χαριῇ. Ὡς ἡμεῖς καὶ γράφοντες, καὶ μὴ γράφοντες, οὐ</w:t>
      </w:r>
    </w:p>
    <w:p>
      <w:r>
        <w:rPr>
          <w:rFonts w:ascii="Courier New" w:hAnsi="Courier New"/>
          <w:color w:val="555555"/>
          <w:sz w:val="20"/>
        </w:rPr>
        <w:t>[52 . 662]</w:t>
      </w:r>
    </w:p>
    <w:p>
      <w:r>
        <w:rPr>
          <w:rFonts w:ascii="Gentium Plus" w:hAnsi="Gentium Plus"/>
          <w:sz w:val="24"/>
        </w:rPr>
        <w:t>τὴν σὴν ἐπεδειξάμεθα εὐλάβειαν, διατηροῦντες, ὅπου‐ περ ἂν ὦμεν. Ἡμῖν γὰρ αὐτοῖς τὰ μέγιστα χαριού‐ μεθα τοῦτο ποιοῦντες.</w:t>
      </w:r>
    </w:p>
    <w:p>
      <w:pPr>
        <w:jc w:val="center"/>
      </w:pPr>
      <w:r>
        <w:rPr>
          <w:rFonts w:ascii="Gentium Plus" w:hAnsi="Gentium Plus"/>
          <w:b/>
          <w:sz w:val="24"/>
        </w:rPr>
        <w:t>ΡΒʹ. Θεοδότῳ ἀναγνώστῃ.</w:t>
      </w:r>
    </w:p>
    <w:p>
      <w:r>
        <w:rPr>
          <w:rFonts w:ascii="Courier New" w:hAnsi="Courier New"/>
          <w:color w:val="555555"/>
          <w:sz w:val="20"/>
        </w:rPr>
        <w:t>[5]</w:t>
      </w:r>
    </w:p>
    <w:p>
      <w:r>
        <w:rPr>
          <w:rFonts w:ascii="Gentium Plus" w:hAnsi="Gentium Plus"/>
          <w:sz w:val="24"/>
        </w:rPr>
        <w:t>Τί φής; Πλείονά σοι τῶν προσδοκηθέντων τὰ κύ‐ ματα ἐναπέστη νῦν, καὶ διὰ τοῦτο ἀλγεῖς; Διὰ τοῦτο μὲν οὖν αὐτὸ χαίρειν χρὴ καὶ σκιρτᾷν. Ἐπεὶ καὶ ὁ μακάριος Παῦλος οὕτως ἐποίει, νῦν μὲν λέγων· Οὐ μόνον δὲ, ἀλλὰ καὶ καυχώμεθα ἐν ταῖς θλίψεσι·</w:t>
      </w:r>
    </w:p>
    <w:p>
      <w:r>
        <w:rPr>
          <w:rFonts w:ascii="Courier New" w:hAnsi="Courier New"/>
          <w:color w:val="555555"/>
          <w:sz w:val="20"/>
        </w:rPr>
        <w:t>[10]</w:t>
      </w:r>
    </w:p>
    <w:p>
      <w:r>
        <w:rPr>
          <w:rFonts w:ascii="Gentium Plus" w:hAnsi="Gentium Plus"/>
          <w:sz w:val="24"/>
        </w:rPr>
        <w:t>νῦν δὲ, ὅτι Χαίρω ἐν τοῖς παθήμασί μου. Ὅσῳ γὰρ ἂν μείζων καὶ τραχύτερος ὁ χειμὼν γένηται, τοσού‐ τῳ πλείων ἡ ἐμπορία, λαμπρότεροι τῆς ὑπομονῆς οἱ στέφανοι, πολλὰ τὰ βραβεῖα. Ἐπεὶ καὶ αὐτὸς σοῦ μὲν ἕνεκεν θαῤῥῶ· οἶδα γάρ σου τὸ ἀπερίτρεπτον, καὶ</w:t>
      </w:r>
    </w:p>
    <w:p>
      <w:r>
        <w:rPr>
          <w:rFonts w:ascii="Courier New" w:hAnsi="Courier New"/>
          <w:color w:val="555555"/>
          <w:sz w:val="20"/>
        </w:rPr>
        <w:t>[15]</w:t>
      </w:r>
    </w:p>
    <w:p>
      <w:r>
        <w:rPr>
          <w:rFonts w:ascii="Gentium Plus" w:hAnsi="Gentium Plus"/>
          <w:sz w:val="24"/>
        </w:rPr>
        <w:t>ἀκλινὲς, καὶ στεῤῥόν· τῶν δὲ ἐπιβουλευόντων ἕνεκεν ἀλγῶ καὶ δακρύω, ὅτι οὓς χρὴ ἐν τάξει εἶναι τῶν θεραπευόντων, τὰ τῶν ἐχθρῶν ἐπιδείκνυνται. Ἕν με λυπεῖ μόνον, τὸ τῆς τῶν ὀφθαλμῶν σου ἀσθενείας, ὧν καὶ σφόδρα ἀξιῶ πολύν σε ποιεῖσθαι λόγον, ἰα‐</w:t>
      </w:r>
    </w:p>
    <w:p>
      <w:r>
        <w:rPr>
          <w:rFonts w:ascii="Courier New" w:hAnsi="Courier New"/>
          <w:color w:val="555555"/>
          <w:sz w:val="20"/>
        </w:rPr>
        <w:t>[20]</w:t>
      </w:r>
    </w:p>
    <w:p>
      <w:r>
        <w:rPr>
          <w:rFonts w:ascii="Gentium Plus" w:hAnsi="Gentium Plus"/>
          <w:sz w:val="24"/>
        </w:rPr>
        <w:t>τροῖς τε διαλεγόμενον, καὶ τὰ παρὰ σαυτοῦ συνεισ‐ φέροντα. Ὡς τῶν γε θλίψεων τῶν ἐπαγομένων σοι (ὅπερ καὶ ἔμπροσθεν εἶπον), αὐτόν τε χαίρειν ἀξιῶ, καὶ ἐγὼ δέ σοι συνήδομαι. Οἶδα γὰρ ὅσος ἐκ τούτου τίκτεταί σοι τῆς ὑπομονῆς ὁ καρπός. Μηδὲν οὖν σε</w:t>
      </w:r>
    </w:p>
    <w:p>
      <w:r>
        <w:rPr>
          <w:rFonts w:ascii="Courier New" w:hAnsi="Courier New"/>
          <w:color w:val="555555"/>
          <w:sz w:val="20"/>
        </w:rPr>
        <w:t>[25]</w:t>
      </w:r>
    </w:p>
    <w:p>
      <w:r>
        <w:rPr>
          <w:rFonts w:ascii="Gentium Plus" w:hAnsi="Gentium Plus"/>
          <w:sz w:val="24"/>
        </w:rPr>
        <w:t>θορυβείτω, μηδὲ ταραττέτω τῶν παρεμπιπτόντων. Ἓν γάρ ἐστι χαλεπὸν ἁμαρτία μόνον. Ὡς τά γε ἄλλα πάντα ἀγρυπνοῦντί σοι καὶ νήφοντι καὶ κερδῶν ὑπό‐ θεσις ἔσται μεγίστη, καὶ τὰ ἀπόῤῥητα ἐκεῖνα ἀγαθὰ, τὰ ἐν τοῖς οὐρανοῖς, μετὰ πολλῆς οἴσει σοι τῆς δαψι‐</w:t>
      </w:r>
    </w:p>
    <w:p>
      <w:r>
        <w:rPr>
          <w:rFonts w:ascii="Courier New" w:hAnsi="Courier New"/>
          <w:color w:val="555555"/>
          <w:sz w:val="20"/>
        </w:rPr>
        <w:t>[30]</w:t>
      </w:r>
    </w:p>
    <w:p>
      <w:r>
        <w:rPr>
          <w:rFonts w:ascii="Gentium Plus" w:hAnsi="Gentium Plus"/>
          <w:sz w:val="24"/>
        </w:rPr>
        <w:t>λείας. Τοιαύτην τοίνυν καθ’ ἑκάστην ἡμέραν πρα‐ γματευόμενος πραγματείαν, χαῖρε καὶ εὐφραίνου, καὶ συνεχῶς ἡμῖν ἐπιστέλλειν μὴ κατόκνει. Ἡμεῖς μὲν γάρ σε βουλόμεθα καὶ μεθ’ ἡμῶν εἶναι· ἀλλ’ ἐπειδὴ οὐχ ἡ τοῦ χειμῶνος ὥρα μόνον, ἀλλὰ καὶ ἡ τοῦ θέ‐</w:t>
      </w:r>
    </w:p>
    <w:p>
      <w:r>
        <w:rPr>
          <w:rFonts w:ascii="Courier New" w:hAnsi="Courier New"/>
          <w:color w:val="555555"/>
          <w:sz w:val="20"/>
        </w:rPr>
        <w:t>[35]</w:t>
      </w:r>
    </w:p>
    <w:p>
      <w:r>
        <w:rPr>
          <w:rFonts w:ascii="Gentium Plus" w:hAnsi="Gentium Plus"/>
          <w:sz w:val="24"/>
        </w:rPr>
        <w:t>ρους ὁμοίως ἐστὶν ἐπαχθὴς, ἐδείσαμεν εἰς ἀέρων σε δυσκρασίαν ἐμβαλεῖν, μάλιστα διὰ τὸ τῶν ὀφθαλμῶν πάθος. Ἔργον τοίνυν ποιησάμενος τὸ πολλὴν τούτοις προσάγειν τὴν ἐπιμέλειαν, καὶ περὶ τούτων, ἡνίκα ἂν συνεχῶς ἡμῖν ἐπιστέλλῃς, δήλου, εἴγε κἂν μικρὸν</w:t>
      </w:r>
    </w:p>
    <w:p>
      <w:r>
        <w:rPr>
          <w:rFonts w:ascii="Courier New" w:hAnsi="Courier New"/>
          <w:color w:val="555555"/>
          <w:sz w:val="20"/>
        </w:rPr>
        <w:t>[40]</w:t>
      </w:r>
    </w:p>
    <w:p>
      <w:r>
        <w:rPr>
          <w:rFonts w:ascii="Gentium Plus" w:hAnsi="Gentium Plus"/>
          <w:sz w:val="24"/>
        </w:rPr>
        <w:t>ἄμεινόν σοι διατεθείειν, ἵνα καὶ ἐκ τοσούτου καθήμενοι διαστήματος, πολλὴν καὶ ἐντεῦθεν καρπωσώμεθα τὴν εὐφροσύνην.</w:t>
      </w:r>
    </w:p>
    <w:p>
      <w:pPr>
        <w:jc w:val="center"/>
      </w:pPr>
      <w:r>
        <w:rPr>
          <w:rFonts w:ascii="Gentium Plus" w:hAnsi="Gentium Plus"/>
          <w:b/>
          <w:sz w:val="24"/>
        </w:rPr>
        <w:t>ΡΓʹ. Ἀμπρούκλῃ διακόνῳ καὶ ταῖς σὺν αὐτῇ.</w:t>
      </w:r>
    </w:p>
    <w:p>
      <w:r>
        <w:rPr>
          <w:rFonts w:ascii="Courier New" w:hAnsi="Courier New"/>
          <w:color w:val="555555"/>
          <w:sz w:val="20"/>
        </w:rPr>
        <w:t>[44]</w:t>
      </w:r>
    </w:p>
    <w:p>
      <w:r>
        <w:rPr>
          <w:rFonts w:ascii="Gentium Plus" w:hAnsi="Gentium Plus"/>
          <w:sz w:val="24"/>
        </w:rPr>
        <w:t>Μακρῷ μὲν διῴκισμαι τῷ μήκει τῆς ὁδοῦ τῆς ὑμε‐</w:t>
      </w:r>
    </w:p>
    <w:p>
      <w:r>
        <w:rPr>
          <w:rFonts w:ascii="Courier New" w:hAnsi="Courier New"/>
          <w:color w:val="555555"/>
          <w:sz w:val="20"/>
        </w:rPr>
        <w:t>[45]</w:t>
      </w:r>
    </w:p>
    <w:p>
      <w:r>
        <w:rPr>
          <w:rFonts w:ascii="Gentium Plus" w:hAnsi="Gentium Plus"/>
          <w:sz w:val="24"/>
        </w:rPr>
        <w:t>τέρας τιμιότητος, τὰς δὲ ἀνδραγαθίας ὑμῶν καὶ τὰς ἀριστείας τῶν παρόντων οὐκ ἔλαττον ἔμαθον, καὶ σφόδρα συνήσθην ὑμῖν τῆς ἀνδρείας, τῆς ὑπομονῆς, τῆς ἀπεριτρέπτου γνώμης, καὶ στεῤῥᾶς καὶ ἀδαμαν‐ τίνης διανοίας, τῆς ἐλευθεροστομίας, τῆς παῤῥησίας.</w:t>
      </w:r>
    </w:p>
    <w:p>
      <w:r>
        <w:rPr>
          <w:rFonts w:ascii="Courier New" w:hAnsi="Courier New"/>
          <w:color w:val="555555"/>
          <w:sz w:val="20"/>
        </w:rPr>
        <w:t>[52 . 662 (50)]</w:t>
      </w:r>
    </w:p>
    <w:p>
      <w:r>
        <w:rPr>
          <w:rFonts w:ascii="Gentium Plus" w:hAnsi="Gentium Plus"/>
          <w:sz w:val="24"/>
        </w:rPr>
        <w:t>Διὰ ταῦτα μακαρίζων ὑμᾶς οὐ παύομαι ὑπέρ τε τῶν παρόντων, ὑπέρ τε τῶν μελλόντων ὑμᾶς ὑποδέξα‐ σθαι ἀγαθῶν ἐν τῷ μέλλοντι αἰῶνι, τῶν ἀποῤῥήτων ἐκείνων, καὶ πάντα νοῦν καὶ λόγον ὑπερβαινόντων.</w:t>
      </w:r>
    </w:p>
    <w:p>
      <w:r>
        <w:rPr>
          <w:rFonts w:ascii="Courier New" w:hAnsi="Courier New"/>
          <w:color w:val="555555"/>
          <w:sz w:val="20"/>
        </w:rPr>
        <w:t>[52 . 663]</w:t>
      </w:r>
    </w:p>
    <w:p>
      <w:r>
        <w:rPr>
          <w:rFonts w:ascii="Gentium Plus" w:hAnsi="Gentium Plus"/>
          <w:sz w:val="24"/>
        </w:rPr>
        <w:t>διαστήματος, οὐδὲ ἐπιστεῖλαι καταδεξαμένη. Καὶ οἶδα μὲν ὅτι οὐκ ἐκ ῥᾳθυμίας τοῦτο γέγονεν· ἐπίσταμαι γὰρ καὶ γραφούσης ἡμῖν, καὶ σιγώσης, τὴν θερμὴν καὶ γνησίαν ἀγάπην, τὴν εἰλικρινῆ καὶ ἄδο‐</w:t>
      </w:r>
    </w:p>
    <w:p>
      <w:r>
        <w:rPr>
          <w:rFonts w:ascii="Courier New" w:hAnsi="Courier New"/>
          <w:color w:val="555555"/>
          <w:sz w:val="20"/>
        </w:rPr>
        <w:t>[5]</w:t>
      </w:r>
    </w:p>
    <w:p>
      <w:r>
        <w:rPr>
          <w:rFonts w:ascii="Gentium Plus" w:hAnsi="Gentium Plus"/>
          <w:sz w:val="24"/>
        </w:rPr>
        <w:t>λον, τὴν ἰσχυρὰν καὶ στεῤῥάν· ἀλλὰ διὰ τὸ μηδένα εἶναι τὸν ὑπογράφοντα. Πλὴν ἀλλὰ καὶ οὕτως ἐχρῆν τῇ ἐγχωρίῳ σου γλώττῃ ἡμῖν ἐπιστεῖλαι, καὶ τῇ χειρὶ τῇ σῇ. Σφόδρα γὰρ ἀντεχόμεθα, καθάπερ καὶ αὐτὴ οἶσθα, τοῦ συνεχῶς ἐπιστολὰς δέχεσθαι παρὰ τῆς</w:t>
      </w:r>
    </w:p>
    <w:p>
      <w:r>
        <w:rPr>
          <w:rFonts w:ascii="Courier New" w:hAnsi="Courier New"/>
          <w:color w:val="555555"/>
          <w:sz w:val="20"/>
        </w:rPr>
        <w:t>[10]</w:t>
      </w:r>
    </w:p>
    <w:p>
      <w:r>
        <w:rPr>
          <w:rFonts w:ascii="Gentium Plus" w:hAnsi="Gentium Plus"/>
          <w:sz w:val="24"/>
        </w:rPr>
        <w:t>εὐλαβείας τῆς σῆς, ὥστε καθ’ ἑκάστην ἡμέραν μαν‐ θάνειν ἡμᾶς τὰ περὶ τῆς ὑγείας τῆς σῆς· καὶ οὐ μι‐ κρὰν τῆς τοσαύτης ἐρημίας καὶ τῶν ἐνταῦθα περι‐ στάσεων παράκλησιν ταύτην ἔχομεν. Εἰδυῖα τοίνυν, δέσποινά μου τιμιωτάτη καὶ εὐλαβεστάτη, ὅσην ἐπι‐</w:t>
      </w:r>
    </w:p>
    <w:p>
      <w:r>
        <w:rPr>
          <w:rFonts w:ascii="Courier New" w:hAnsi="Courier New"/>
          <w:color w:val="555555"/>
          <w:sz w:val="20"/>
        </w:rPr>
        <w:t>[15]</w:t>
      </w:r>
    </w:p>
    <w:p>
      <w:r>
        <w:rPr>
          <w:rFonts w:ascii="Gentium Plus" w:hAnsi="Gentium Plus"/>
          <w:sz w:val="24"/>
        </w:rPr>
        <w:t>θυμίαν ἔχομεν τούτου, μὴ διαλίπῃς τὴν καλὴν ταύ‐ την ἡμῖν χαριζομένη χάριν. Καὶ γὰρ πολλοὶ πολλα‐ χόθεν ἐκεῖθεν ἦλθον. Ἀλλ’ οὐκ ἐγκαλῶ ἐκείνων ἕνε‐ κεν, διὰ τί μὴ γράμματα ἡμῖν ἐκόμισαν παρὰ τῆς σῆς κοσμιότητος· εἰκὸς γὰρ αὐτοὺς ἀγνοεῖσθαι παρὰ</w:t>
      </w:r>
    </w:p>
    <w:p>
      <w:r>
        <w:rPr>
          <w:rFonts w:ascii="Courier New" w:hAnsi="Courier New"/>
          <w:color w:val="555555"/>
          <w:sz w:val="20"/>
        </w:rPr>
        <w:t>[20]</w:t>
      </w:r>
    </w:p>
    <w:p>
      <w:r>
        <w:rPr>
          <w:rFonts w:ascii="Gentium Plus" w:hAnsi="Gentium Plus"/>
          <w:sz w:val="24"/>
        </w:rPr>
        <w:t>τῆς εὐλαβείας τῆς σῆς. Νῦν μέντοι ὅτε ἐξῆν μετ’ εὐ‐ κολίας πάσης ἐπιστεῖλαι, καὶ μάλιστα τοιούτων γε‐ γενημένων αὐτόθι, σφόδρα ἐπεθύμουν δέξασθαι γράμ‐ ματα. Ἀνάκτησαι τοίνυν τὸ ἐν τῷ παρελθόντι χρόνῳ ῥᾳθυμηθὲν, καὶ πυκνότητι, καὶ νιφάδι ἐπιστολῶν τὸ</w:t>
      </w:r>
    </w:p>
    <w:p>
      <w:r>
        <w:rPr>
          <w:rFonts w:ascii="Courier New" w:hAnsi="Courier New"/>
          <w:color w:val="555555"/>
          <w:sz w:val="20"/>
        </w:rPr>
        <w:t>[25]</w:t>
      </w:r>
    </w:p>
    <w:p>
      <w:r>
        <w:rPr>
          <w:rFonts w:ascii="Gentium Plus" w:hAnsi="Gentium Plus"/>
          <w:sz w:val="24"/>
        </w:rPr>
        <w:t>μῆκος τῆς ἔμπροσθεν ἡμῖν παραμύθησαι σιγῆς.</w:t>
      </w:r>
    </w:p>
    <w:p>
      <w:pPr>
        <w:jc w:val="center"/>
      </w:pPr>
      <w:r>
        <w:rPr>
          <w:rFonts w:ascii="Gentium Plus" w:hAnsi="Gentium Plus"/>
          <w:b/>
          <w:sz w:val="24"/>
        </w:rPr>
        <w:t>ΡΔʹ. Πενταδίᾳ διακόνῳ.</w:t>
      </w:r>
    </w:p>
    <w:p>
      <w:r>
        <w:rPr>
          <w:rFonts w:ascii="Courier New" w:hAnsi="Courier New"/>
          <w:color w:val="555555"/>
          <w:sz w:val="20"/>
        </w:rPr>
        <w:t>[27]</w:t>
      </w:r>
    </w:p>
    <w:p>
      <w:r>
        <w:rPr>
          <w:rFonts w:ascii="Gentium Plus" w:hAnsi="Gentium Plus"/>
          <w:sz w:val="24"/>
        </w:rPr>
        <w:t>Τῶν μὲν στεφάνων σε μακαρίζω, οὓς ἀνεδήσω καὶ νῦν, διὰ τῆς ἀνδρείας πάντα ἑλομένη παθεῖν ὑπὲρ τῆς ἀληθείας. Διὰ τοῦτο καὶ τὸν Θεὸν ὑπερασπίζοντά σου</w:t>
      </w:r>
    </w:p>
    <w:p>
      <w:r>
        <w:rPr>
          <w:rFonts w:ascii="Courier New" w:hAnsi="Courier New"/>
          <w:color w:val="555555"/>
          <w:sz w:val="20"/>
        </w:rPr>
        <w:t>[30]</w:t>
      </w:r>
    </w:p>
    <w:p>
      <w:r>
        <w:rPr>
          <w:rFonts w:ascii="Gentium Plus" w:hAnsi="Gentium Plus"/>
          <w:sz w:val="24"/>
        </w:rPr>
        <w:t>ἔχεις μετὰ πολλῆς τῆς σφοδρότητος. Ἕως γὰρ θανά‐ του, φησὶν, ἀγώνισαι ὑπὲρ τῆς ἀληθείας, καὶ ὁ Κύριος πολεμήσει ὑπὲρ σοῦ. Ὅπερ καὶ γέγονε. Μέχρι γὰρ τοσούτου δραμοῦσα τὸν καλὸν τοῦτον ἀγῶνα, πολλὰ ἄνωθεν ἐπεσπάσω τὰ βραβεῖα· τούτου</w:t>
      </w:r>
    </w:p>
    <w:p>
      <w:r>
        <w:rPr>
          <w:rFonts w:ascii="Courier New" w:hAnsi="Courier New"/>
          <w:color w:val="555555"/>
          <w:sz w:val="20"/>
        </w:rPr>
        <w:t>[35]</w:t>
      </w:r>
    </w:p>
    <w:p>
      <w:r>
        <w:rPr>
          <w:rFonts w:ascii="Gentium Plus" w:hAnsi="Gentium Plus"/>
          <w:sz w:val="24"/>
        </w:rPr>
        <w:t>μὲν οὖν ἕνεκεν χαίρω. Ἐπειδὴ δὲ ἔγνων, ὅτι βουλεύῃ περὶ ἀποδημίας, καὶ μεταστῆναι ἐκεῖθεν βούλει, παρα‐ καλῶ σου τὴν τιμιότητα μηδὲν τοιοῦτον ἐννοῆσαι μηδὲ βουλεύσασθαι. Πρῶτον μὲν δι’ αὐτὸ τοῦτο, ὅτι δὴ στήριγμα τῆς πόλεως εἶ τῆς αὐτόθι, καὶ λιμὴν</w:t>
      </w:r>
    </w:p>
    <w:p>
      <w:r>
        <w:rPr>
          <w:rFonts w:ascii="Courier New" w:hAnsi="Courier New"/>
          <w:color w:val="555555"/>
          <w:sz w:val="20"/>
        </w:rPr>
        <w:t>[40]</w:t>
      </w:r>
    </w:p>
    <w:p>
      <w:r>
        <w:rPr>
          <w:rFonts w:ascii="Gentium Plus" w:hAnsi="Gentium Plus"/>
          <w:sz w:val="24"/>
        </w:rPr>
        <w:t>εὐρὺς, καὶ βακτηρία, καὶ τεῖχος ἀσφαλὲς τοῖς κα‐ ταπονουμένοις. Μηδὲ τοσαύτην ἀπὸ τῶν χειρῶν ἐμπορίαν ῥίψῃς, μηδὲ τοσοῦτον πρόῃ κέρδος, τοσού‐ τους καθ’ ἑκάστην ἡμέραν συνάγουσα θησαυροὺς ἀπὸ τῆς παρουσίας τῆς αὐτόθι. Οἵ τε γὰρ ὁρῶντες, οἵ</w:t>
      </w:r>
    </w:p>
    <w:p>
      <w:r>
        <w:rPr>
          <w:rFonts w:ascii="Courier New" w:hAnsi="Courier New"/>
          <w:color w:val="555555"/>
          <w:sz w:val="20"/>
        </w:rPr>
        <w:t>[45]</w:t>
      </w:r>
    </w:p>
    <w:p>
      <w:r>
        <w:rPr>
          <w:rFonts w:ascii="Gentium Plus" w:hAnsi="Gentium Plus"/>
          <w:sz w:val="24"/>
        </w:rPr>
        <w:t>τε ἀκούοντές σου τὰ κατορθώματα, οὐ μικρὰ κερδαί‐ νουσιν. Οἶσθα δὲ ἡλίκον τοῦτο φέρει σοι τὸν μισθόν. Πρῶτον μὲν, ὅπερ ἔφην, διὰ τοῦτο παρακαλοῦμεν αὐ‐ τόθι μένειν· καὶ γὰρ πεῖραν οὐ μικρὰν δέδωκας τῆς ὠφελείας, ἣν παρέσχες διὰ τῆς αὐτόθι παραμονῆς.</w:t>
      </w:r>
    </w:p>
    <w:p>
      <w:r>
        <w:rPr>
          <w:rFonts w:ascii="Courier New" w:hAnsi="Courier New"/>
          <w:color w:val="555555"/>
          <w:sz w:val="20"/>
        </w:rPr>
        <w:t>[52 . 663 (50)]</w:t>
      </w:r>
    </w:p>
    <w:p>
      <w:r>
        <w:rPr>
          <w:rFonts w:ascii="Gentium Plus" w:hAnsi="Gentium Plus"/>
          <w:sz w:val="24"/>
        </w:rPr>
        <w:t>Ἔπειτα δὲ οὐδὲ ἡ τοῦ ἔτους ὥρα ἐπιτρέπει τοῦτο. Οἶσθα γάρ σου τοῦ σώματος τὴν ἀσθένειαν, καὶ πῶς οὐ ῥᾴδιόν σοι κινεῖσθαι ἐν κρυμῷ τοσούτῳ καὶ χειμῶνι. Πρὸς τούτοις, ὡς ἀκούομεν, καὶ τὰ Ἰσαυ‐ ρικὰ ἀνθεῖ. Πάντα τοίνυν ταῦτα λογισαμένη ὡς συν‐</w:t>
      </w:r>
    </w:p>
    <w:p>
      <w:r>
        <w:rPr>
          <w:rFonts w:ascii="Courier New" w:hAnsi="Courier New"/>
          <w:color w:val="555555"/>
          <w:sz w:val="20"/>
        </w:rPr>
        <w:t>[55]</w:t>
      </w:r>
    </w:p>
    <w:p>
      <w:r>
        <w:rPr>
          <w:rFonts w:ascii="Gentium Plus" w:hAnsi="Gentium Plus"/>
          <w:sz w:val="24"/>
        </w:rPr>
        <w:t>ετὴ, μηδαμοῦ τέως κινεῖσθαι καταδέχου, καὶ περὶ τούτου γράψαι ἡμῖν διὰ ταχέων παρακλήθητι, καὶ</w:t>
      </w:r>
    </w:p>
    <w:p>
      <w:r>
        <w:rPr>
          <w:rFonts w:ascii="Courier New" w:hAnsi="Courier New"/>
          <w:color w:val="555555"/>
          <w:sz w:val="20"/>
        </w:rPr>
        <w:t>[52 . 664]</w:t>
      </w:r>
    </w:p>
    <w:p>
      <w:r>
        <w:rPr>
          <w:rFonts w:ascii="Gentium Plus" w:hAnsi="Gentium Plus"/>
          <w:sz w:val="24"/>
        </w:rPr>
        <w:t>ἠλγήσαμεν, μὴ δεξάμενοι γράμματά σου τῆς τιμιό‐ τητος, καὶ ἐν φροντίδι καθεστήκαμεν, μήποτε ἀῤῥω‐ στία τοῦτο διεκώλυσεν. Ἵν’ οὖν καὶ ταύτην ἀνέλῃς ἡμῶν τὴν φροντίδα, ταχέως ἡμῖν πέμψον ἐπιστολὴν</w:t>
      </w:r>
    </w:p>
    <w:p>
      <w:r>
        <w:rPr>
          <w:rFonts w:ascii="Courier New" w:hAnsi="Courier New"/>
          <w:color w:val="555555"/>
          <w:sz w:val="20"/>
        </w:rPr>
        <w:t>[5]</w:t>
      </w:r>
    </w:p>
    <w:p>
      <w:r>
        <w:rPr>
          <w:rFonts w:ascii="Gentium Plus" w:hAnsi="Gentium Plus"/>
          <w:sz w:val="24"/>
        </w:rPr>
        <w:t>ταῦτα δηλοῦσαν.</w:t>
      </w:r>
    </w:p>
    <w:p>
      <w:pPr>
        <w:jc w:val="center"/>
      </w:pPr>
      <w:r>
        <w:rPr>
          <w:rFonts w:ascii="Gentium Plus" w:hAnsi="Gentium Plus"/>
          <w:b/>
          <w:sz w:val="24"/>
        </w:rPr>
        <w:t>ΡΕʹ. Χαλκιδίᾳ.</w:t>
      </w:r>
    </w:p>
    <w:p>
      <w:r>
        <w:rPr>
          <w:rFonts w:ascii="Courier New" w:hAnsi="Courier New"/>
          <w:color w:val="555555"/>
          <w:sz w:val="20"/>
        </w:rPr>
        <w:t>[7]</w:t>
      </w:r>
    </w:p>
    <w:p>
      <w:r>
        <w:rPr>
          <w:rFonts w:ascii="Gentium Plus" w:hAnsi="Gentium Plus"/>
          <w:sz w:val="24"/>
        </w:rPr>
        <w:t>Ὁ Θεός σοι τὸν μισθὸν δῴη καὶ ἐνταῦθα, καὶ ἐν τῷ μέλλοντι αἰῶνι τῆς περὶ ἡμᾶς αἰδοῦς, καὶ τιμῆς, καὶ γνησίας ἀγάπης. Οὐδὲ γὰρ νῦν μόνον, ἀλλὰ καὶ</w:t>
      </w:r>
    </w:p>
    <w:p>
      <w:r>
        <w:rPr>
          <w:rFonts w:ascii="Courier New" w:hAnsi="Courier New"/>
          <w:color w:val="555555"/>
          <w:sz w:val="20"/>
        </w:rPr>
        <w:t>[10]</w:t>
      </w:r>
    </w:p>
    <w:p>
      <w:r>
        <w:rPr>
          <w:rFonts w:ascii="Gentium Plus" w:hAnsi="Gentium Plus"/>
          <w:sz w:val="24"/>
        </w:rPr>
        <w:t>ἄνωθεν, καὶ ἐξ ἀρχῆς οἶδα σαφῶς, ὅπως περὶ ἡμᾶς διατεθῆναι ἐσπούδακας. Διὰ τοῦτο καὶ ἐκ τοσούτου καθήμενος διαστήματος, καὶ πολλῷ τῆς ὁδοῦ εἰργό‐ μενος τῷ μέσῳ, καὶ ἐν πολλαῖς ὢν ἐνταῦθα θλίψεσι, διά τε τὴν ἐρημίαν τοῦ χωρίου τούτου, διά τε τοὺς</w:t>
      </w:r>
    </w:p>
    <w:p>
      <w:r>
        <w:rPr>
          <w:rFonts w:ascii="Courier New" w:hAnsi="Courier New"/>
          <w:color w:val="555555"/>
          <w:sz w:val="20"/>
        </w:rPr>
        <w:t>[15]</w:t>
      </w:r>
    </w:p>
    <w:p>
      <w:r>
        <w:rPr>
          <w:rFonts w:ascii="Gentium Plus" w:hAnsi="Gentium Plus"/>
          <w:sz w:val="24"/>
        </w:rPr>
        <w:t>συνεχεῖς κινδύνους, καὶ τὰς ἐπαλλήλους τῶν λῃστῶν ἐφόδους, διά τε τὴν ἰατρῶν σπάνιν, οὐδενὶ τούτων κωλύομαι μεμνῆσθαί σου διηνεκῶς τῆς ἐμμελείας· ἀλλὰ τὴν ἀγάπην, ἣν ἐξ ἀρχῆς καὶ περὶ σὲ καὶ περὶ τὸν οἶκόν σου ἔσχηκα, ταύτην ἀκμάζουσαν διατηρῶ</w:t>
      </w:r>
    </w:p>
    <w:p>
      <w:r>
        <w:rPr>
          <w:rFonts w:ascii="Courier New" w:hAnsi="Courier New"/>
          <w:color w:val="555555"/>
          <w:sz w:val="20"/>
        </w:rPr>
        <w:t>[20]</w:t>
      </w:r>
    </w:p>
    <w:p>
      <w:r>
        <w:rPr>
          <w:rFonts w:ascii="Gentium Plus" w:hAnsi="Gentium Plus"/>
          <w:sz w:val="24"/>
        </w:rPr>
        <w:t>καὶ νῦν, οὐδὲν οὐδὲ ἀπὸ τοῦ χρόνου, οὐδὲ ἀπὸ τοῦ μήκους τῆς ὁδοῦ μαραίνεσθαι αὐτὴν ἀφείς. Τοιοῦτον γάρ ἐστι τὸ ἀγαπᾷν γνησίως. Καί σε παρακαλῶ κατὰ τὴν σύνεσίν σου καὶ τὴν εὐλάβειαν, φέρειν τὰ συμ‐ πίπτοντα ἅπαντα γενναίως. Οἶσθα γὰρ ὅτι ἐκ πρώτης</w:t>
      </w:r>
    </w:p>
    <w:p>
      <w:r>
        <w:rPr>
          <w:rFonts w:ascii="Courier New" w:hAnsi="Courier New"/>
          <w:color w:val="555555"/>
          <w:sz w:val="20"/>
        </w:rPr>
        <w:t>[25]</w:t>
      </w:r>
    </w:p>
    <w:p>
      <w:r>
        <w:rPr>
          <w:rFonts w:ascii="Gentium Plus" w:hAnsi="Gentium Plus"/>
          <w:sz w:val="24"/>
        </w:rPr>
        <w:t>ἡλικίας μέχρι τοῦ νῦν διὰ ποικίλων καὶ παντοδαπῶν σχεδὸν ὥδευσας πειρασμῶν, καὶ δύνασαι μετ’ εὐ‐ κολίας τὸν τῆς ὑπομονῆς ἆθλον ἀγωνίζεσθαι, ὥσπερ οὖν καὶ ἠγωνίσω πολλάκις, καὶ λαμπροὺς ὑπὲρ τού‐ των σεαυτῇ προαπέθου τοὺς στεφάνους. Εἰ δὲ μείζων</w:t>
      </w:r>
    </w:p>
    <w:p>
      <w:r>
        <w:rPr>
          <w:rFonts w:ascii="Courier New" w:hAnsi="Courier New"/>
          <w:color w:val="555555"/>
          <w:sz w:val="20"/>
        </w:rPr>
        <w:t>[30]</w:t>
      </w:r>
    </w:p>
    <w:p>
      <w:r>
        <w:rPr>
          <w:rFonts w:ascii="Gentium Plus" w:hAnsi="Gentium Plus"/>
          <w:sz w:val="24"/>
        </w:rPr>
        <w:t>οὗτος τῶν παρελθόντων, ἀλλὰ καὶ ὁ στέφανος πλείων. Μηδὲν οὖν σε ταραττέτω τῶν ἐπαγομένων δεινῶν· ἀλλ’ ὅσῳπερ ἂν αὔξηται τὰ κύματα, καὶ μεῖζον γέ‐ νηται τὸ κλυδώνιον, τοσούτῳ μείζονα ἀνάμενε τὴν ἐμπορίαν, καὶ πολλῷ πλείονα τὰ ἔπαθλα τῶν ἱδρώ‐</w:t>
      </w:r>
    </w:p>
    <w:p>
      <w:r>
        <w:rPr>
          <w:rFonts w:ascii="Courier New" w:hAnsi="Courier New"/>
          <w:color w:val="555555"/>
          <w:sz w:val="20"/>
        </w:rPr>
        <w:t>[35]</w:t>
      </w:r>
    </w:p>
    <w:p>
      <w:r>
        <w:rPr>
          <w:rFonts w:ascii="Gentium Plus" w:hAnsi="Gentium Plus"/>
          <w:sz w:val="24"/>
        </w:rPr>
        <w:t>των, καὶ μείζονα, καὶ λαμπρότερα. Οὐ γὰρ ἄξια τὰ παθήματα τοῦ νῦν καιροῦ πρὸς τὴν μέλλουσαν δόξαν ἀποκαλύπτεσθαι εἰς ἡμᾶς. Ὁδὸς γὰρ τὰ παρόντα, καὶ τὰ χρηστὰ, καὶ τὰ λυπηρὰ τοῦ βίου τούτου, καὶ ἑκάτερα ὁμοίως παροδεύεται, καὶ οὐδὲν</w:t>
      </w:r>
    </w:p>
    <w:p>
      <w:r>
        <w:rPr>
          <w:rFonts w:ascii="Courier New" w:hAnsi="Courier New"/>
          <w:color w:val="555555"/>
          <w:sz w:val="20"/>
        </w:rPr>
        <w:t>[40]</w:t>
      </w:r>
    </w:p>
    <w:p>
      <w:r>
        <w:rPr>
          <w:rFonts w:ascii="Gentium Plus" w:hAnsi="Gentium Plus"/>
          <w:sz w:val="24"/>
        </w:rPr>
        <w:t>αὐτῶν πάγιον, οὐδὲ βεβηκὸς, ἀλλὰ μιμεῖται τὴν φύσιν, ὁμοῦ τε φαινόμενα, καὶ παρατρέχοντα. Καθά‐ περ οὖν ὁδῖται καὶ ὁδοιπόροι ἄν τε διὰ λειμώνων ὁδεύωσιν, ἄν τε διὰ φαράγγων, οὐδεμίαν οὐδὲ ἐντεῦθεν καρποῦνται τὴν ἡδονὴν, οὐδὲ ἐκεῖθεν ὑπομένουσι λύ‐</w:t>
      </w:r>
    </w:p>
    <w:p>
      <w:r>
        <w:rPr>
          <w:rFonts w:ascii="Courier New" w:hAnsi="Courier New"/>
          <w:color w:val="555555"/>
          <w:sz w:val="20"/>
        </w:rPr>
        <w:t>[45]</w:t>
      </w:r>
    </w:p>
    <w:p>
      <w:r>
        <w:rPr>
          <w:rFonts w:ascii="Gentium Plus" w:hAnsi="Gentium Plus"/>
          <w:sz w:val="24"/>
        </w:rPr>
        <w:t>πην· ὁδῖται γάρ εἰσιν, οὐχὶ πολῖται, ἑκάτερα παρα‐ τρέχοντες, καὶ πρὸς τὴν πατρίδα τὴν ἑαυτῶν ἐπειγό‐ μενοι· οὕτω παρακαλῶ καὶ ὑμᾶς μήτε πρὸς τὰ φαιδρὰ τοῦ παρόντος κεχηνέναι βίου, μήτε ὑπὸ τῶν λυπηρῶν καταβαπτίζεσθαι, ἀλλ’ ἓν μόνον σκοπεῖν,</w:t>
      </w:r>
    </w:p>
    <w:p>
      <w:r>
        <w:rPr>
          <w:rFonts w:ascii="Courier New" w:hAnsi="Courier New"/>
          <w:color w:val="555555"/>
          <w:sz w:val="20"/>
        </w:rPr>
        <w:t>[52 . 664 (50)]</w:t>
      </w:r>
    </w:p>
    <w:p>
      <w:r>
        <w:rPr>
          <w:rFonts w:ascii="Gentium Plus" w:hAnsi="Gentium Plus"/>
          <w:sz w:val="24"/>
        </w:rPr>
        <w:t>ὅπως εἰς τὴν κοινὴν ἁπάντων ἡμῶν πατρίδα μετὰ πολλῆς παραγένησθε τῆς παῤῥησίας. Ἐπειδήπερ τοῦτό ἐστι τὸ μένον καὶ πεπηγὸς καὶ ἀθάνατον ἀγαθὸν, τὰ δὲ ἄλλα πάντα, ἄνθος χόρτου καὶ καπνὸς, καὶ εἴ τι τούτων εὐτελέστερον.</w:t>
      </w:r>
    </w:p>
    <w:p>
      <w:pPr>
        <w:jc w:val="center"/>
      </w:pPr>
      <w:r>
        <w:rPr>
          <w:rFonts w:ascii="Gentium Plus" w:hAnsi="Gentium Plus"/>
          <w:b/>
          <w:sz w:val="24"/>
        </w:rPr>
        <w:t>Ρϛʹ. Ἀσυγκριτίᾳ καὶ ταῖς σὺν αὐτῇ.</w:t>
      </w:r>
    </w:p>
    <w:p>
      <w:r>
        <w:rPr>
          <w:rFonts w:ascii="Courier New" w:hAnsi="Courier New"/>
          <w:color w:val="555555"/>
          <w:sz w:val="20"/>
        </w:rPr>
        <w:t>[56]</w:t>
      </w:r>
    </w:p>
    <w:p>
      <w:r>
        <w:rPr>
          <w:rFonts w:ascii="Gentium Plus" w:hAnsi="Gentium Plus"/>
          <w:sz w:val="24"/>
        </w:rPr>
        <w:t>Οἶδα τὴν ἀγάπην ὑμῶν καὶ τὴν διάθεσιν ἣν περὶ</w:t>
      </w:r>
    </w:p>
    <w:p>
      <w:r>
        <w:rPr>
          <w:rFonts w:ascii="Courier New" w:hAnsi="Courier New"/>
          <w:color w:val="555555"/>
          <w:sz w:val="20"/>
        </w:rPr>
        <w:t>[52 . 665]</w:t>
      </w:r>
    </w:p>
    <w:p>
      <w:r>
        <w:rPr>
          <w:rFonts w:ascii="Gentium Plus" w:hAnsi="Gentium Plus"/>
          <w:sz w:val="24"/>
        </w:rPr>
        <w:t>ἡμᾶς ἔχειν ἐσπουδάκατε. Καὶ συνεχῶς ἐβουλόμην ἐπιστέλλειν· ἀλλ’ ὁ τῶν Ἰσαύρων φόβος, πᾶσαν ἀπο‐ τειχίσας ὁδὸν, οὐκ ἀφίησιν εὐπορεῖν τῶν πρὸς τοῦτο διακονησομένων ἡμῖν. Ἡνίκα γοῦν ἂν ἐπιτύχωμεν</w:t>
      </w:r>
    </w:p>
    <w:p>
      <w:r>
        <w:rPr>
          <w:rFonts w:ascii="Courier New" w:hAnsi="Courier New"/>
          <w:color w:val="555555"/>
          <w:sz w:val="20"/>
        </w:rPr>
        <w:t>[5]</w:t>
      </w:r>
    </w:p>
    <w:p>
      <w:r>
        <w:rPr>
          <w:rFonts w:ascii="Gentium Plus" w:hAnsi="Gentium Plus"/>
          <w:sz w:val="24"/>
        </w:rPr>
        <w:t>τούτων, τὴν ὀφειλομένην ἀποδιδόαμεν ὑμῖν πρόσρη‐ σιν, τὰ συνήθη παρακαλοῦντες ὑμᾶς, μηδὲν θορυβεῖ‐ σθαι μηδὲ ταράττεσθαι ὑπὸ τῶν συνεχῶν τούτων καὶ ἐπαλλήλων πειρασμῶν. Εἰ γὰρ ἔμποροι καὶ ναῦται φορτίων ὀλίγων ἕνεκεν οὕτω μακρὰ διαβαίνουσι πε‐</w:t>
      </w:r>
    </w:p>
    <w:p>
      <w:r>
        <w:rPr>
          <w:rFonts w:ascii="Courier New" w:hAnsi="Courier New"/>
          <w:color w:val="555555"/>
          <w:sz w:val="20"/>
        </w:rPr>
        <w:t>[10]</w:t>
      </w:r>
    </w:p>
    <w:p>
      <w:r>
        <w:rPr>
          <w:rFonts w:ascii="Gentium Plus" w:hAnsi="Gentium Plus"/>
          <w:sz w:val="24"/>
        </w:rPr>
        <w:t>λάγη, καὶ τοσούτων κατατολμῶσι κυμάτων· καὶ στρατιῶται δὲ καὶ αὐτῆς καταφρονοῦσι τῆς ζωῆς ὑπὲρ ἐπικήρου καὶ βραχέος μισθοῦ, καὶ ζῶντες μὲν καὶ λιμῷ μάχονται πολλάκις, καὶ ὁδοιπορίαις μα‐ κραῖς κατατείνονται, καὶ διηνεκῶς ἐπὶ τῆς ἀλλοτρίας</w:t>
      </w:r>
    </w:p>
    <w:p>
      <w:r>
        <w:rPr>
          <w:rFonts w:ascii="Courier New" w:hAnsi="Courier New"/>
          <w:color w:val="555555"/>
          <w:sz w:val="20"/>
        </w:rPr>
        <w:t>[15]</w:t>
      </w:r>
    </w:p>
    <w:p>
      <w:r>
        <w:rPr>
          <w:rFonts w:ascii="Gentium Plus" w:hAnsi="Gentium Plus"/>
          <w:sz w:val="24"/>
        </w:rPr>
        <w:t>διάγουσιν, ὕστερον δὲ καὶ ἄωρον καὶ βίαιον πολλοὶ τούτων ὑπομένουσι θάνατον, οὐδὲν ἐντεῦθεν οὐ μι‐ κρὸν, οὐ μέγα καρπωσάμενοι· ὅταν οὐράνιος ὁ ἆθλος προκέηται, καὶ μετὰ τὴν τελευτὴν μείζων ἡ ἀντί‐ δοσις καὶ πολλῷ πλείων, ποίας τεύξονται συγγνώμης</w:t>
      </w:r>
    </w:p>
    <w:p>
      <w:r>
        <w:rPr>
          <w:rFonts w:ascii="Courier New" w:hAnsi="Courier New"/>
          <w:color w:val="555555"/>
          <w:sz w:val="20"/>
        </w:rPr>
        <w:t>[20]</w:t>
      </w:r>
    </w:p>
    <w:p>
      <w:r>
        <w:rPr>
          <w:rFonts w:ascii="Gentium Plus" w:hAnsi="Gentium Plus"/>
          <w:sz w:val="24"/>
        </w:rPr>
        <w:t>οἱ καταμαλακιζόμενοι, καὶ μὴ καὶ αὐτῆς καταφρο‐ νοῦντες τῆς ζωῆς; Ταῦτ’ οὖν ἅπαντα λογιζομένη, καὶ ὅτι καπνὸς τὰ παρόντα, καὶ ὄναρ, καὶ πᾶσα εὐημερία ἀνθρωπίνη φύλλων ἠρινῶν οὐδὲν ἄμεινον διάκειται, γινομένων τε ὁμοῦ καὶ μαραινομένων</w:t>
      </w:r>
    </w:p>
    <w:p>
      <w:r>
        <w:rPr>
          <w:rFonts w:ascii="Courier New" w:hAnsi="Courier New"/>
          <w:color w:val="555555"/>
          <w:sz w:val="20"/>
        </w:rPr>
        <w:t>[25]</w:t>
      </w:r>
    </w:p>
    <w:p>
      <w:r>
        <w:rPr>
          <w:rFonts w:ascii="Gentium Plus" w:hAnsi="Gentium Plus"/>
          <w:sz w:val="24"/>
        </w:rPr>
        <w:t>εὐθέως, ὑψηλοτέρα πάντων τῶν τοιούτων γίνου βελῶν. Ἔξεστι γὰρ, ἐὰν θέλῃς, καὶ τὴν βιωτικὴν καταπατῆ‐ σαι φαντασίαν. Ἓν σκόπει μόνον, ὅπως μετὰ πολλῆς τῆς σπουδῆς τὴν τεθλιμμένην ὁδὸν διανύσαι δυνηθῇς, τὴν πρὸς αὐτὸν ἀνάγουσαν.</w:t>
      </w:r>
    </w:p>
    <w:p>
      <w:pPr>
        <w:jc w:val="center"/>
      </w:pPr>
      <w:r>
        <w:rPr>
          <w:rFonts w:ascii="Gentium Plus" w:hAnsi="Gentium Plus"/>
          <w:b/>
          <w:sz w:val="24"/>
        </w:rPr>
        <w:t>ΡΖʹ. Κάστῳ, Οὐαλερίῳ, Διοφάντῳ, καὶ Κυριακῷ,</w:t>
      </w:r>
    </w:p>
    <w:p>
      <w:pPr>
        <w:jc w:val="center"/>
      </w:pPr>
      <w:r>
        <w:rPr>
          <w:rFonts w:ascii="Gentium Plus" w:hAnsi="Gentium Plus"/>
          <w:b/>
          <w:sz w:val="24"/>
        </w:rPr>
        <w:t>πρεσβυτέροις.</w:t>
      </w:r>
    </w:p>
    <w:p>
      <w:r>
        <w:rPr>
          <w:rFonts w:ascii="Courier New" w:hAnsi="Courier New"/>
          <w:color w:val="555555"/>
          <w:sz w:val="20"/>
        </w:rPr>
        <w:t>[32]</w:t>
      </w:r>
    </w:p>
    <w:p>
      <w:r>
        <w:rPr>
          <w:rFonts w:ascii="Gentium Plus" w:hAnsi="Gentium Plus"/>
          <w:sz w:val="24"/>
        </w:rPr>
        <w:t>Ὃ συμβαίνει τῷ χρυσίῳ βασανιζομένῳ πολλάκις ὑπὸ πυρὸς, τοῦτο καὶ ταῖς χρυσαῖς εἴωθε προσ‐ γίνεσθαι ψυχαῖς ὑπὸ τῶν πειρασμῶν. Ἐκείνην τε γὰρ</w:t>
      </w:r>
    </w:p>
    <w:p>
      <w:r>
        <w:rPr>
          <w:rFonts w:ascii="Courier New" w:hAnsi="Courier New"/>
          <w:color w:val="555555"/>
          <w:sz w:val="20"/>
        </w:rPr>
        <w:t>[35]</w:t>
      </w:r>
    </w:p>
    <w:p>
      <w:r>
        <w:rPr>
          <w:rFonts w:ascii="Gentium Plus" w:hAnsi="Gentium Plus"/>
          <w:sz w:val="24"/>
        </w:rPr>
        <w:t>τὴν ὕλην λαμπροτέραν πολλῷ καὶ καθαρωτέραν ἡ τῆς φλογὸς ἀποφαίνει φύσις, ὁμιλοῦσα αὐτῇ χρόνον τοσοῦτον, ὅσον ἂν ὁ τῆς τέχνης ἐπιτρέπει νόμος· τούς τε τῷ χρυσίῳ κατὰ διάνοιαν ἐοικότας ἀνθρώπους, χρυσίου παντὸς φαιδροτέρους καὶ πολυτελεστέρους</w:t>
      </w:r>
    </w:p>
    <w:p>
      <w:r>
        <w:rPr>
          <w:rFonts w:ascii="Courier New" w:hAnsi="Courier New"/>
          <w:color w:val="555555"/>
          <w:sz w:val="20"/>
        </w:rPr>
        <w:t>[40]</w:t>
      </w:r>
    </w:p>
    <w:p>
      <w:r>
        <w:rPr>
          <w:rFonts w:ascii="Gentium Plus" w:hAnsi="Gentium Plus"/>
          <w:sz w:val="24"/>
        </w:rPr>
        <w:t>μετὰ πολλῆς τῆς περιουσίας ἡ τῶν ἐπαλλήλων πει‐ ρασμῶν ἐργάζεται κάμινος. Διὰ δὴ τοῦτο, καὶ ἐκ τοσούτου καθήμενοι διαστήματος, οὐ παυόμεθα διηνεκῶς μακαρίζοντες ὑμᾶς. Ἴστε γὰρ, ἴστε σαφῶς, ὅσον τῶν τοιούτων ἐπιβουλῶν τὸ κέρδος, καὶ πῶς ἡ</w:t>
      </w:r>
    </w:p>
    <w:p>
      <w:r>
        <w:rPr>
          <w:rFonts w:ascii="Courier New" w:hAnsi="Courier New"/>
          <w:color w:val="555555"/>
          <w:sz w:val="20"/>
        </w:rPr>
        <w:t>[45]</w:t>
      </w:r>
    </w:p>
    <w:p>
      <w:r>
        <w:rPr>
          <w:rFonts w:ascii="Gentium Plus" w:hAnsi="Gentium Plus"/>
          <w:sz w:val="24"/>
        </w:rPr>
        <w:t>τοῦ παρόντος εὐημερία βίου ὄνομα μόνον ἐστὶ ψιλὸν, πράγματος ἔρημον, τὰ δὲ μέλλοντα ἀγαθὰ, πεπηγότα, ἀκίνητα μόνιμα, ἀθάνατα. Καὶ οὐ τοῦτο μόνον ἐστὶ τὸ θαῦμα τῆς ἀρετῆς, ὅτι τοιαῦτα ἡμῖν τὰ ἔπαθλα παρέχεται, ἀλλ’ ὅτι καὶ πρὸ τῶν ἐπάθλων οἱ ἀγῶνες</w:t>
      </w:r>
    </w:p>
    <w:p>
      <w:r>
        <w:rPr>
          <w:rFonts w:ascii="Courier New" w:hAnsi="Courier New"/>
          <w:color w:val="555555"/>
          <w:sz w:val="20"/>
        </w:rPr>
        <w:t>[52 . 665 (50)]</w:t>
      </w:r>
    </w:p>
    <w:p>
      <w:r>
        <w:rPr>
          <w:rFonts w:ascii="Gentium Plus" w:hAnsi="Gentium Plus"/>
          <w:sz w:val="24"/>
        </w:rPr>
        <w:t>αὐτῆς ἔπαθλα γίνονται, καὶ οὐ μόνον τοῦ θεάτρου λυ‐ θέντος τὰ βραβεῖα τοῖς νενικηκόσιν ἔρχεται φέρουσα, ἀλλὰ καὶ ἐν αὐτῷ μέσῳ τῷ σκάμματι λαμπροὺς τοῖς ἀγωνιζομένοις πλέκει τοὺς στεφάνους. Διὰ τοῦτο καὶ Παῦλος οὐκ ἐπὶ ταῖς ἀντιδόσεσι τῶν θλίψεων χαίρει</w:t>
      </w:r>
    </w:p>
    <w:p>
      <w:r>
        <w:rPr>
          <w:rFonts w:ascii="Courier New" w:hAnsi="Courier New"/>
          <w:color w:val="555555"/>
          <w:sz w:val="20"/>
        </w:rPr>
        <w:t>[55]</w:t>
      </w:r>
    </w:p>
    <w:p>
      <w:r>
        <w:rPr>
          <w:rFonts w:ascii="Gentium Plus" w:hAnsi="Gentium Plus"/>
          <w:sz w:val="24"/>
        </w:rPr>
        <w:t>καὶ εὐφραίνεται μόνον, ἀλλὰ καὶ ἐπ’ αὐταῖς ταῖς θλίψεσι καλλωπίζεται, οὕτω λέγων· Οὐ μόνον δὲ,</w:t>
      </w:r>
    </w:p>
    <w:p>
      <w:r>
        <w:rPr>
          <w:rFonts w:ascii="Courier New" w:hAnsi="Courier New"/>
          <w:color w:val="555555"/>
          <w:sz w:val="20"/>
        </w:rPr>
        <w:t>[52 . 666]</w:t>
      </w:r>
    </w:p>
    <w:p>
      <w:r>
        <w:rPr>
          <w:rFonts w:ascii="Gentium Plus" w:hAnsi="Gentium Plus"/>
          <w:sz w:val="24"/>
        </w:rPr>
        <w:t>αριθμούμενος τὸν ὁρμαθὸν τῶν βραβείων τῆς θλίψεως, φησὶν, ὅτι ὑπομονὴν αὕτη τίκτει, τὴν μητέρα τῶν ἀγαθῶν, τὸν ἀκύμαντον λιμένα, τὴν ἐν γαλήνῃ ζωὴν, τὴν πέτρας ἰσχυροτέραν, καὶ ἀδάμαντος στεῤῥοτέ‐</w:t>
      </w:r>
    </w:p>
    <w:p>
      <w:r>
        <w:rPr>
          <w:rFonts w:ascii="Courier New" w:hAnsi="Courier New"/>
          <w:color w:val="555555"/>
          <w:sz w:val="20"/>
        </w:rPr>
        <w:t>[5]</w:t>
      </w:r>
    </w:p>
    <w:p>
      <w:r>
        <w:rPr>
          <w:rFonts w:ascii="Gentium Plus" w:hAnsi="Gentium Plus"/>
          <w:sz w:val="24"/>
        </w:rPr>
        <w:t>ραν, τὴν ὅπλου παντὸς δυνατωτέραν, καὶ τειχῶν ἀσφαλεστέραν. Αὕτη δὲ κατορθωθεῖσα δοκίμους καὶ γενναίους ποιεῖ τοὺς αὐτῆς τροφίμους, καὶ μεθ’ ὑπερβολῆς ἀχειρώτους. Οὐδενὶ γὰρ ἀφίησι τῶν προσ‐ πιπτόντων αὐτοῖς θορυβεῖσθαι λυπηρῶν, οὐδὲ ὑπο‐</w:t>
      </w:r>
    </w:p>
    <w:p>
      <w:r>
        <w:rPr>
          <w:rFonts w:ascii="Courier New" w:hAnsi="Courier New"/>
          <w:color w:val="555555"/>
          <w:sz w:val="20"/>
        </w:rPr>
        <w:t>[10]</w:t>
      </w:r>
    </w:p>
    <w:p>
      <w:r>
        <w:rPr>
          <w:rFonts w:ascii="Gentium Plus" w:hAnsi="Gentium Plus"/>
          <w:sz w:val="24"/>
        </w:rPr>
        <w:t>σκελίζεσθαι· ἀλλ’ ὥσπερ ἡ πέτρα ὅσῳπερ ἂν ὑπὸ πλειόνων παίηται κυμάτων, αὕτη μὲν ἐκκαθαίρεται μειζόνως, οὐδὲ μικρὸν κινουμένη, τῶν δὲ προσρηγνυ‐ μένων αὐτῇ τὸν ὄγκον ὑδάτων διαφθείρει ῥᾳδίως, οὐ τῷ παίειν, ἀλλὰ τῷ παίεσθαι ἀφανίζουσα· οὕτω δὴ</w:t>
      </w:r>
    </w:p>
    <w:p>
      <w:r>
        <w:rPr>
          <w:rFonts w:ascii="Courier New" w:hAnsi="Courier New"/>
          <w:color w:val="555555"/>
          <w:sz w:val="20"/>
        </w:rPr>
        <w:t>[15]</w:t>
      </w:r>
    </w:p>
    <w:p>
      <w:r>
        <w:rPr>
          <w:rFonts w:ascii="Gentium Plus" w:hAnsi="Gentium Plus"/>
          <w:sz w:val="24"/>
        </w:rPr>
        <w:t>καὶ ὁ δόκιμος ἐξ ὑπομονῆς γενόμενος, πάσης ἀνώτε‐ ρος ἕστηκεν ἐπιβουλῆς. Καὶ τὸ δὴ θαυμαστὸν, ὅτι ἰσχυρότερος γίνεται, οὐ τῷ ποιεῖν κακῶς, ἀλλὰ τῷ πάσχειν κακῶς τοὺς ποιοῦντας διαλύων ῥᾳδίως. Ταῦτα οὐχ ὡς δεομένοις παρ’ ἡμῶν μανθάνειν ἐπέσταλκα·</w:t>
      </w:r>
    </w:p>
    <w:p>
      <w:r>
        <w:rPr>
          <w:rFonts w:ascii="Courier New" w:hAnsi="Courier New"/>
          <w:color w:val="555555"/>
          <w:sz w:val="20"/>
        </w:rPr>
        <w:t>[20]</w:t>
      </w:r>
    </w:p>
    <w:p>
      <w:r>
        <w:rPr>
          <w:rFonts w:ascii="Gentium Plus" w:hAnsi="Gentium Plus"/>
          <w:sz w:val="24"/>
        </w:rPr>
        <w:t>οἶδα γὰρ ὑμῶν τὴν σύνεσιν, ἣν καὶ διὰ τῶν ἔργων αὐτῶν ἐπεδείξασθε· ἃ γὰρ διὰ ῥημάτων ἐφιλοσοφήσα‐ μεν νῦν ἡμεῖς, ταῦτα ὑμεῖς δι’ ὧν ἐπάθετε ἀνεκηρύ‐ ξατε. Οὐ τοίνυν ὡς δεομένοις μανθάνειν παρ’ ἡμῶν ταῦτα ἐπέσταλκα, ἀλλ’ ἐπειδὴ μακρὸν ἐσιγήσατε</w:t>
      </w:r>
    </w:p>
    <w:p>
      <w:r>
        <w:rPr>
          <w:rFonts w:ascii="Courier New" w:hAnsi="Courier New"/>
          <w:color w:val="555555"/>
          <w:sz w:val="20"/>
        </w:rPr>
        <w:t>[25]</w:t>
      </w:r>
    </w:p>
    <w:p>
      <w:r>
        <w:rPr>
          <w:rFonts w:ascii="Gentium Plus" w:hAnsi="Gentium Plus"/>
          <w:sz w:val="24"/>
        </w:rPr>
        <w:t>χρόνον, μᾶλλον δὲ κοινῇ μακρὰν ἐσιγήσαμεν σιγὴν, ἐβουλήθην καὶ τὴν ἐπιστολὴν γενέσθαι μακράν. Ἀθληταῖς δὲ ὑπομονῆς οὕτω γενναίοις ἐπιστέλλοντα, περὶ τίνος ἑτέρου διαλέγεσθαι ἐχρῆν, ἢ περὶ τούτων, δι’ ὧν οὕτως ἀνεφάνητε λαμπροὶ καὶ εὐδόκιμοι;</w:t>
      </w:r>
    </w:p>
    <w:p>
      <w:r>
        <w:rPr>
          <w:rFonts w:ascii="Courier New" w:hAnsi="Courier New"/>
          <w:color w:val="555555"/>
          <w:sz w:val="20"/>
        </w:rPr>
        <w:t>[30]</w:t>
      </w:r>
    </w:p>
    <w:p>
      <w:r>
        <w:rPr>
          <w:rFonts w:ascii="Gentium Plus" w:hAnsi="Gentium Plus"/>
          <w:sz w:val="24"/>
        </w:rPr>
        <w:t>Ἀλλ’ οὐδὲ ἐνταῦθα ἵσταται τῆς ἀθλήσεως ὁ καρπὸς, ἀλλὰ πρόεισι περαιτέρω βρύων. Ἡ γὰρ δοκιμὴ, φη‐ σὶν, ἐλπίδα τίκτει· ἐλπίδα πάντως ἐπὶ τῶν πραγμά‐ των ἐκβησομένην, οὐ κατὰ τὴν ἀνθρωπίνην ταύτην, ἣ κατατείνασα πολλάκις τοῖς πόνοις τοὺς πρὸς</w:t>
      </w:r>
    </w:p>
    <w:p>
      <w:r>
        <w:rPr>
          <w:rFonts w:ascii="Courier New" w:hAnsi="Courier New"/>
          <w:color w:val="555555"/>
          <w:sz w:val="20"/>
        </w:rPr>
        <w:t>[35]</w:t>
      </w:r>
    </w:p>
    <w:p>
      <w:r>
        <w:rPr>
          <w:rFonts w:ascii="Gentium Plus" w:hAnsi="Gentium Plus"/>
          <w:sz w:val="24"/>
        </w:rPr>
        <w:t>αὐτὴν κεχηνότας, οὐκ ἴσχυσε τοὺς καρποὺς ἀποδοῦναι τῶν πόνων αὐτοῖς, ἀλλὰ μετὰ τῆς ζημίας, καὶ αἰσχύνῃ καὶ κινδύνοις αὐτοὺς περιέβαλεν. Ἀλλ’ οὐκ αὐτὴ τοιαύτη, ἐπειδὴ οὐδὲ ἀνθρωπίνη. Ὅπερ ἑνὶ ῥήματι δηλῶν ὁ Παῦλος ἔλεγεν· Ἡ δὲ ἐλπὶς</w:t>
      </w:r>
    </w:p>
    <w:p>
      <w:r>
        <w:rPr>
          <w:rFonts w:ascii="Courier New" w:hAnsi="Courier New"/>
          <w:color w:val="555555"/>
          <w:sz w:val="20"/>
        </w:rPr>
        <w:t>[40]</w:t>
      </w:r>
    </w:p>
    <w:p>
      <w:r>
        <w:rPr>
          <w:rFonts w:ascii="Gentium Plus" w:hAnsi="Gentium Plus"/>
          <w:sz w:val="24"/>
        </w:rPr>
        <w:t>οὐ καταισχύνει. Οὐ γὰρ δὴ μόνον οὐ ζημιοῖ τὸν τὰ τοιαῦτα ἀγωνιζόμενον, οὐδὲ οὐ μόνον οὐ καταισχύνει, ἀλλὰ καὶ πολλῷ πλείονα καὶ πλοῦτον καὶ δόξαν αὐτῷ τῶν πόνων καὶ τῶν ἱδρώτων ἔρχεται φέρουσα. Τοιαύ‐ τη γὰρ ἡ χαριζομένη χεὶρ τούτων τῶν πόνων τὰς</w:t>
      </w:r>
    </w:p>
    <w:p>
      <w:r>
        <w:rPr>
          <w:rFonts w:ascii="Courier New" w:hAnsi="Courier New"/>
          <w:color w:val="555555"/>
          <w:sz w:val="20"/>
        </w:rPr>
        <w:t>[45]</w:t>
      </w:r>
    </w:p>
    <w:p>
      <w:r>
        <w:rPr>
          <w:rFonts w:ascii="Gentium Plus" w:hAnsi="Gentium Plus"/>
          <w:sz w:val="24"/>
        </w:rPr>
        <w:t>ἀμοιβάς. Τάχα ὑπερέβημεν τὸ μέτρον τῆς ἐπιστολῆς, ἀλλ’ οὐ παρ’ ὑμῖν τοῖς οὕτω σφοδροῖς ἡμῶν ἐρασταῖς. Οὐ γὰρ ἐπιστολιμαίων γραμμάτων νόμῳ, ἀλλὰ θεσμῷ φιλίας τὰ τοιαῦτα κρίνοντες, εὖ οἶδ’ ὅτι καὶ βραχεῖαν εἶναι ταύτην ἡγήσεσθε τὴν ἐπιστολήν. Ἀλλ’</w:t>
      </w:r>
    </w:p>
    <w:p>
      <w:r>
        <w:rPr>
          <w:rFonts w:ascii="Courier New" w:hAnsi="Courier New"/>
          <w:color w:val="555555"/>
          <w:sz w:val="20"/>
        </w:rPr>
        <w:t>[52 . 666 (50)]</w:t>
      </w:r>
    </w:p>
    <w:p>
      <w:r>
        <w:rPr>
          <w:rFonts w:ascii="Gentium Plus" w:hAnsi="Gentium Plus"/>
          <w:sz w:val="24"/>
        </w:rPr>
        <w:t>ὅμως εἰ καὶ βραχεῖα ὑμῖν εἶναι δοκεῖ, οὐ παύσομαι καὶ ταύτης ἀπαιτῶν ὑμᾶς τοὺς μισθοὺς, οὐ τὸ φιλεῖσθαι παρ’ ὑμῶν· οὐ γὰρ δεῖσθε εἰς τοῦτο τοῦ ἀπαιτήσοντος, οἴκοθεν αὐτὸ μετὰ πολλῆς ἀεὶ τῆς δαψιλείας καὶ κατατιθέντες καὶ ὀφείλοντες· οὐδὲ τὸ ἀντιγράψαι</w:t>
      </w:r>
    </w:p>
    <w:p>
      <w:r>
        <w:rPr>
          <w:rFonts w:ascii="Courier New" w:hAnsi="Courier New"/>
          <w:color w:val="555555"/>
          <w:sz w:val="20"/>
        </w:rPr>
        <w:t>[55]</w:t>
      </w:r>
    </w:p>
    <w:p>
      <w:r>
        <w:rPr>
          <w:rFonts w:ascii="Gentium Plus" w:hAnsi="Gentium Plus"/>
          <w:sz w:val="24"/>
        </w:rPr>
        <w:t>ἡμῖν· οἶδα γὰρ ὅτι οὐδὲ εἰς τοῦτο ἑτέρου τινὸς ὑμῖν δεῖ τοῦ ἀναμνήσοντος ὑμᾶς· ἀλλὰ τίς ὁ μισθός; Τὸ</w:t>
      </w:r>
    </w:p>
    <w:p>
      <w:r>
        <w:rPr>
          <w:rFonts w:ascii="Courier New" w:hAnsi="Courier New"/>
          <w:color w:val="555555"/>
          <w:sz w:val="20"/>
        </w:rPr>
        <w:t>[52 . 667]</w:t>
      </w:r>
    </w:p>
    <w:p>
      <w:r>
        <w:rPr>
          <w:rFonts w:ascii="Gentium Plus" w:hAnsi="Gentium Plus"/>
          <w:sz w:val="24"/>
        </w:rPr>
        <w:t>εὐφραίνεσθε, καὶ ὅτι οὐδὲν ὑπὸ τῶν ἐπενεχθέντων ὑμῖν πεπόνθατε δεινῶν, ἀλλὰ πλείονος ἡδονῆς ὑμῖν ὑπόθεσις αἱ ἐπιβουλαὶ γίνονται. Ἂν γὰρ δεξώμεθα ἐπιστολὴν ταῦτα φέρουσαν ἡμῖν τὰ εὐαγγέλια, καὶ</w:t>
      </w:r>
    </w:p>
    <w:p>
      <w:r>
        <w:rPr>
          <w:rFonts w:ascii="Courier New" w:hAnsi="Courier New"/>
          <w:color w:val="555555"/>
          <w:sz w:val="20"/>
        </w:rPr>
        <w:t>[5]</w:t>
      </w:r>
    </w:p>
    <w:p>
      <w:r>
        <w:rPr>
          <w:rFonts w:ascii="Gentium Plus" w:hAnsi="Gentium Plus"/>
          <w:sz w:val="24"/>
        </w:rPr>
        <w:t>ἐρημίας, καὶ λιμοῦ, καὶ λοιμοῦ, καὶ πολέμων Ἰσαυ‐ ρικῶν, καὶ ἀῤῥωστίας ἁπάσης, οἷς ἅπασιν ἐκδεδόμεθα νῦν, ἔσται ἡμῖν παράκλησις τὰ τοιαῦτα γράμματα, καὶ φάρμακα, καὶ ἰατρεῖα. Ἐννοοῦντες τοίνυν ἡλίκα ἡμῖν χαριεῖσθε, καὶ ἐπιστεῖλαι, καὶ ταῦτα ἡμῖν</w:t>
      </w:r>
    </w:p>
    <w:p>
      <w:r>
        <w:rPr>
          <w:rFonts w:ascii="Courier New" w:hAnsi="Courier New"/>
          <w:color w:val="555555"/>
          <w:sz w:val="20"/>
        </w:rPr>
        <w:t>[10]</w:t>
      </w:r>
    </w:p>
    <w:p>
      <w:r>
        <w:rPr>
          <w:rFonts w:ascii="Gentium Plus" w:hAnsi="Gentium Plus"/>
          <w:sz w:val="24"/>
        </w:rPr>
        <w:t>ἐπιστεῖλαι παρακλήθητε, ἵνα ἡμᾶς, καὶ ἐκ τοσούτου καθημένους διαστήματος, πολλῆς ἐμπλήσητε τῆς εὐ‐ φροσύνης.</w:t>
      </w:r>
    </w:p>
    <w:p>
      <w:pPr>
        <w:jc w:val="center"/>
      </w:pPr>
      <w:r>
        <w:rPr>
          <w:rFonts w:ascii="Gentium Plus" w:hAnsi="Gentium Plus"/>
          <w:b/>
          <w:sz w:val="24"/>
        </w:rPr>
        <w:t>ΡΗʹ. Οὐρβικίῳ ἐπισκόπῳ.</w:t>
      </w:r>
    </w:p>
    <w:p>
      <w:r>
        <w:rPr>
          <w:rFonts w:ascii="Courier New" w:hAnsi="Courier New"/>
          <w:color w:val="555555"/>
          <w:sz w:val="20"/>
        </w:rPr>
        <w:t>[14]</w:t>
      </w:r>
    </w:p>
    <w:p>
      <w:r>
        <w:rPr>
          <w:rFonts w:ascii="Gentium Plus" w:hAnsi="Gentium Plus"/>
          <w:sz w:val="24"/>
        </w:rPr>
        <w:t>Εἰ καὶ πολὺν ἔχω χρόνον μὴ συγγενόμενός σου τῇ</w:t>
      </w:r>
    </w:p>
    <w:p>
      <w:r>
        <w:rPr>
          <w:rFonts w:ascii="Courier New" w:hAnsi="Courier New"/>
          <w:color w:val="555555"/>
          <w:sz w:val="20"/>
        </w:rPr>
        <w:t>[15]</w:t>
      </w:r>
    </w:p>
    <w:p>
      <w:r>
        <w:rPr>
          <w:rFonts w:ascii="Gentium Plus" w:hAnsi="Gentium Plus"/>
          <w:sz w:val="24"/>
        </w:rPr>
        <w:t>εὐλαβείᾳ, ἀλλ’ οὐδὲν ἐντεῦθεν ῥᾳθυμότερος περὶ τὸ φιλεῖν γέγονα. Τοιαύτη γὰρ τῆς γνησίας ἀγάπης ἡ φύσις· οὐ χρόνῳ μακρῷ μαραίνεται, οὐ δυσκολίᾳ πραγμάτων ἀμαυροῦται, ἀλλὰ μένει διηνεκῶς ἀκμά‐ ζουσα. Διὸ δὴ καὶ ἡμεῖς, καὶ ἐν πολλαῖς περιστάσεσι</w:t>
      </w:r>
    </w:p>
    <w:p>
      <w:r>
        <w:rPr>
          <w:rFonts w:ascii="Courier New" w:hAnsi="Courier New"/>
          <w:color w:val="555555"/>
          <w:sz w:val="20"/>
        </w:rPr>
        <w:t>[20]</w:t>
      </w:r>
    </w:p>
    <w:p>
      <w:r>
        <w:rPr>
          <w:rFonts w:ascii="Gentium Plus" w:hAnsi="Gentium Plus"/>
          <w:sz w:val="24"/>
        </w:rPr>
        <w:t>γενόμενοι, καὶ νῦν εἰς τὴν ἐσχάτην τῆς οἰκουμένης ἐρημίαν ἀπενεχθέντες, καὶ φόβῳ συζῶντες διηνεκεῖ τῷ τῶν λῃστῶν, καὶ πολιορκίᾳ καινῇ (καθ’ ἑκάστην γὰρ ἡμέραν ἡ Κουκουσὸς πολιορκεῖται, τὰς ὁδοὺς τῶν λῃστῶν ἀποτειχισάντων), οὐδενὶ τούτων γεγόναμεν</w:t>
      </w:r>
    </w:p>
    <w:p>
      <w:r>
        <w:rPr>
          <w:rFonts w:ascii="Courier New" w:hAnsi="Courier New"/>
          <w:color w:val="555555"/>
          <w:sz w:val="20"/>
        </w:rPr>
        <w:t>[25]</w:t>
      </w:r>
    </w:p>
    <w:p>
      <w:r>
        <w:rPr>
          <w:rFonts w:ascii="Gentium Plus" w:hAnsi="Gentium Plus"/>
          <w:sz w:val="24"/>
        </w:rPr>
        <w:t>ῥᾳθυμότεροι περὶ τὴν σὴν εὐλάβειαν, ἀλλὰ καὶ γρά‐ φομεν, καὶ τὴν ὀφειλομένην ἀποδιδόαμεν πρόσρησιν, καί σε παρακαλοῦμεν, εἰ μὴ βαρὺ, μηδὲ ἐπαχθὲς, καὶ αὐτὸν ἡμῖν ἐπιστέλλειν. Οὕτω γὰρ καὶ ἡδονὴν πολλὴν καρπωσόμεθα, παρ’ ὑμῶν τῶν οὕτω γνη‐</w:t>
      </w:r>
    </w:p>
    <w:p>
      <w:r>
        <w:rPr>
          <w:rFonts w:ascii="Courier New" w:hAnsi="Courier New"/>
          <w:color w:val="555555"/>
          <w:sz w:val="20"/>
        </w:rPr>
        <w:t>[30]</w:t>
      </w:r>
    </w:p>
    <w:p>
      <w:r>
        <w:rPr>
          <w:rFonts w:ascii="Gentium Plus" w:hAnsi="Gentium Plus"/>
          <w:sz w:val="24"/>
        </w:rPr>
        <w:t>σίως ἀγαπώντων ἡμᾶς δεχόμενοι γράμματα, καὶ διὰ τούτων τὴν παρουσίαν φανταζόμενοι τὴν ὑμε‐ τέραν.</w:t>
      </w:r>
    </w:p>
    <w:p>
      <w:pPr>
        <w:jc w:val="center"/>
      </w:pPr>
      <w:r>
        <w:rPr>
          <w:rFonts w:ascii="Gentium Plus" w:hAnsi="Gentium Plus"/>
          <w:b/>
          <w:sz w:val="24"/>
        </w:rPr>
        <w:t>ΡΘʹ. Ῥουφίνῳ ἐπισκόπῳ.</w:t>
      </w:r>
    </w:p>
    <w:p>
      <w:r>
        <w:rPr>
          <w:rFonts w:ascii="Courier New" w:hAnsi="Courier New"/>
          <w:color w:val="555555"/>
          <w:sz w:val="20"/>
        </w:rPr>
        <w:t>[34]</w:t>
      </w:r>
    </w:p>
    <w:p>
      <w:r>
        <w:rPr>
          <w:rFonts w:ascii="Gentium Plus" w:hAnsi="Gentium Plus"/>
          <w:sz w:val="24"/>
        </w:rPr>
        <w:t>Οἶδά σου τῆς ἀγάπης τὸ στεῤῥόν. Ὀλίγα μέν σοί</w:t>
      </w:r>
    </w:p>
    <w:p>
      <w:r>
        <w:rPr>
          <w:rFonts w:ascii="Courier New" w:hAnsi="Courier New"/>
          <w:color w:val="555555"/>
          <w:sz w:val="20"/>
        </w:rPr>
        <w:t>[35]</w:t>
      </w:r>
    </w:p>
    <w:p>
      <w:r>
        <w:rPr>
          <w:rFonts w:ascii="Gentium Plus" w:hAnsi="Gentium Plus"/>
          <w:sz w:val="24"/>
        </w:rPr>
        <w:t>ποτε συνεγενόμεθα ἐν Ἀντιοχείᾳ, δέσποτά μου τιμιώτατε καὶ εὐλαβέστατε, πολλὴν δέ σου πεῖραν τῆς εὐλαβείας καὶ τῆς συνέσεως εἰληφότες, καὶ τῆς περὶ ἡμᾶς ἀγάπης. Ἐξ ἐκείνου, καίτοι πολλοῦ μεταξὺ γενομένου τοῦ χρόνου, τὴν περὶ σὲ ἀγάπην</w:t>
      </w:r>
    </w:p>
    <w:p>
      <w:r>
        <w:rPr>
          <w:rFonts w:ascii="Courier New" w:hAnsi="Courier New"/>
          <w:color w:val="555555"/>
          <w:sz w:val="20"/>
        </w:rPr>
        <w:t>[40]</w:t>
      </w:r>
    </w:p>
    <w:p>
      <w:r>
        <w:rPr>
          <w:rFonts w:ascii="Gentium Plus" w:hAnsi="Gentium Plus"/>
          <w:sz w:val="24"/>
        </w:rPr>
        <w:t>ἀκμάζουσαν διατηροῦμεν, καὶ ὡς χθὲς καὶ πρώην σε ἑωρακότες, οὕτως σου φανταζόμεθα τὴν παρουσίαν. Διὸ καὶ ἐπιστέλλομεν, καὶ παρακαλοῦμεν μεμνῆσθαι ἡμῶν διηνεκῶς. Ἀπήχθημεν εἰς χωρίον τῆς καθ’ ἡμᾶς οἰκουμένης ἐρημότατον, τὴν Κουκουσὸν, καὶ</w:t>
      </w:r>
    </w:p>
    <w:p>
      <w:r>
        <w:rPr>
          <w:rFonts w:ascii="Courier New" w:hAnsi="Courier New"/>
          <w:color w:val="555555"/>
          <w:sz w:val="20"/>
        </w:rPr>
        <w:t>[45]</w:t>
      </w:r>
    </w:p>
    <w:p>
      <w:r>
        <w:rPr>
          <w:rFonts w:ascii="Gentium Plus" w:hAnsi="Gentium Plus"/>
          <w:sz w:val="24"/>
        </w:rPr>
        <w:t>καθ’ ἑκάστην σχεδὸν τὴν ἡμέραν ὑπὸ τῆς τῶν Ἰσαύρων πολιορκούμεθα ἐφόδου. Ἀλλ’ ὅμως, καὶ</w:t>
      </w:r>
    </w:p>
    <w:p>
      <w:r>
        <w:rPr>
          <w:rFonts w:ascii="Courier New" w:hAnsi="Courier New"/>
          <w:color w:val="555555"/>
          <w:sz w:val="20"/>
        </w:rPr>
        <w:t>[52 . 668]</w:t>
      </w:r>
    </w:p>
    <w:p>
      <w:r>
        <w:rPr>
          <w:rFonts w:ascii="Gentium Plus" w:hAnsi="Gentium Plus"/>
          <w:sz w:val="24"/>
        </w:rPr>
        <w:t>τῆς ἀγάπης τῆς ὑμετέρας, καὶ ἴδωμεν σαφῶς, ὅτι γνησίας ἀπολαύομεν διαθέσεως, οὐ τὴν τυχοῦσαν καὶ ἐν ταῖς θλίψεσι ταύταις καρπωσόμεθα τὴν παρά‐ κλησιν.</w:t>
      </w:r>
    </w:p>
    <w:p>
      <w:pPr>
        <w:jc w:val="center"/>
      </w:pPr>
      <w:r>
        <w:rPr>
          <w:rFonts w:ascii="Gentium Plus" w:hAnsi="Gentium Plus"/>
          <w:b/>
          <w:sz w:val="24"/>
        </w:rPr>
        <w:t>ΡΙʹ. Βάσσῳ ἐπισκόπῳ.</w:t>
      </w:r>
    </w:p>
    <w:p>
      <w:r>
        <w:rPr>
          <w:rFonts w:ascii="Courier New" w:hAnsi="Courier New"/>
          <w:color w:val="555555"/>
          <w:sz w:val="20"/>
        </w:rPr>
        <w:t>[6]</w:t>
      </w:r>
    </w:p>
    <w:p>
      <w:r>
        <w:rPr>
          <w:rFonts w:ascii="Gentium Plus" w:hAnsi="Gentium Plus"/>
          <w:sz w:val="24"/>
        </w:rPr>
        <w:t>Τί τοῦτο; Ὁ τοσαύτην περὶ ἡμᾶς ἀγάπην ἐπιδει‐ ξάμενος, καὶ ἐν τῷ ἔμπροσθεν χρόνῳ, καὶ ἔναγχος ἐν Κωνσταντινουπόλει, ἀκούσας ἡμᾶς ἐκ γειτόνων εἶναι τῆς σῆς τιμιότητος, οὐδὲ γραμμάτων ἡμᾶς</w:t>
      </w:r>
    </w:p>
    <w:p>
      <w:r>
        <w:rPr>
          <w:rFonts w:ascii="Courier New" w:hAnsi="Courier New"/>
          <w:color w:val="555555"/>
          <w:sz w:val="20"/>
        </w:rPr>
        <w:t>[10]</w:t>
      </w:r>
    </w:p>
    <w:p>
      <w:r>
        <w:rPr>
          <w:rFonts w:ascii="Gentium Plus" w:hAnsi="Gentium Plus"/>
          <w:sz w:val="24"/>
        </w:rPr>
        <w:t>ἠξίωσας. Οὐκ οἶσθ’ ὅπως διακείμεθά σου περὶ τὴν εὐλάβειαν, καὶ ὅπως συνδεδέμεθά σοι τῷ τῆς φιλίας δεσμῷ; Ἐγὼ μὲν γὰρ προσεδόκων σε καὶ ἥξειν ἐνταῦθα, καὶ παρακαλέσειν ἡμᾶς ἐν ἐρημίᾳ τοσαύτῃ καθεστῶτας. Τί γὰρ ἂν γένοιτο ἐρημότερον Κουκου‐</w:t>
      </w:r>
    </w:p>
    <w:p>
      <w:r>
        <w:rPr>
          <w:rFonts w:ascii="Courier New" w:hAnsi="Courier New"/>
          <w:color w:val="555555"/>
          <w:sz w:val="20"/>
        </w:rPr>
        <w:t>[15]</w:t>
      </w:r>
    </w:p>
    <w:p>
      <w:r>
        <w:rPr>
          <w:rFonts w:ascii="Gentium Plus" w:hAnsi="Gentium Plus"/>
          <w:sz w:val="24"/>
        </w:rPr>
        <w:t>σοῦ, μετὰ τῆς ἐρημίας, καὶ ὑπὸ τῆς τῶν Ἰσαύρων πολιορκουμένης ἐφόδου; Ἀλλ’ ὅμως, εἰ τοῦτο ἐργῶδες διά τε αὐτῶν τῶν λῃστῶν τὸν φόβον, διά τε τῆς ὁδοῦ τὴν δυσκολίαν, γράφειν ἡμῖν μὴ κατόκνει, καὶ τὰ περὶ τῆς ὑγείας τῆς σῆς εὐαγγελίζεσθαι, ἵνα, καὶ ἐν</w:t>
      </w:r>
    </w:p>
    <w:p>
      <w:r>
        <w:rPr>
          <w:rFonts w:ascii="Courier New" w:hAnsi="Courier New"/>
          <w:color w:val="555555"/>
          <w:sz w:val="20"/>
        </w:rPr>
        <w:t>[20]</w:t>
      </w:r>
    </w:p>
    <w:p>
      <w:r>
        <w:rPr>
          <w:rFonts w:ascii="Gentium Plus" w:hAnsi="Gentium Plus"/>
          <w:sz w:val="24"/>
        </w:rPr>
        <w:t>ἀλλοτρίᾳ διατρίβοντες, πολλὴν ἐντεῦθεν καρπωσώμεθα τὴν παράκλησιν.</w:t>
      </w:r>
    </w:p>
    <w:p>
      <w:pPr>
        <w:jc w:val="center"/>
      </w:pPr>
      <w:r>
        <w:rPr>
          <w:rFonts w:ascii="Gentium Plus" w:hAnsi="Gentium Plus"/>
          <w:b/>
          <w:sz w:val="24"/>
        </w:rPr>
        <w:t>ΡΙΑʹ. Ἀνατολίῳ ἐπισκόπῳ Ἀδάνης.</w:t>
      </w:r>
    </w:p>
    <w:p>
      <w:r>
        <w:rPr>
          <w:rFonts w:ascii="Courier New" w:hAnsi="Courier New"/>
          <w:color w:val="555555"/>
          <w:sz w:val="20"/>
        </w:rPr>
        <w:t>[23]</w:t>
      </w:r>
    </w:p>
    <w:p>
      <w:r>
        <w:rPr>
          <w:rFonts w:ascii="Gentium Plus" w:hAnsi="Gentium Plus"/>
          <w:sz w:val="24"/>
        </w:rPr>
        <w:t>Ἐγὼ μὲν καὶ συγγενέσθαι ἐπεθύμουν σου τῇ τιμιότητι, παρὰ πολλῶν ἀκούων τὸν θερμὸν ἔρωτα,</w:t>
      </w:r>
    </w:p>
    <w:p>
      <w:r>
        <w:rPr>
          <w:rFonts w:ascii="Courier New" w:hAnsi="Courier New"/>
          <w:color w:val="555555"/>
          <w:sz w:val="20"/>
        </w:rPr>
        <w:t>[25]</w:t>
      </w:r>
    </w:p>
    <w:p>
      <w:r>
        <w:rPr>
          <w:rFonts w:ascii="Gentium Plus" w:hAnsi="Gentium Plus"/>
          <w:sz w:val="24"/>
        </w:rPr>
        <w:t>ὃν περὶ ἡμᾶς ἔχεις, καὶ ταῦτα μὴ συγγενόμενος ἡμῖν. Ἐπειδὴ δὲ τοῦτο τέως οὐκ ἔνι, τὸ τῆς συν‐ ουσίας ἐλπὶς γενέσθαι, διορθοῦμαι τῇ τῶν γραμμά‐ των ὁμιλίᾳ, χάριν ἑαυτῷ παρέχων μεγίστην. Εἰ γὰρ καὶ ἐρημότατον χωρίον, εἰς ὃ νῦν ἀπηνέχθημεν, ἡ</w:t>
      </w:r>
    </w:p>
    <w:p>
      <w:r>
        <w:rPr>
          <w:rFonts w:ascii="Courier New" w:hAnsi="Courier New"/>
          <w:color w:val="555555"/>
          <w:sz w:val="20"/>
        </w:rPr>
        <w:t>[30]</w:t>
      </w:r>
    </w:p>
    <w:p>
      <w:r>
        <w:rPr>
          <w:rFonts w:ascii="Gentium Plus" w:hAnsi="Gentium Plus"/>
          <w:sz w:val="24"/>
        </w:rPr>
        <w:t>Κουκουσὸς, καὶ κινδύνων γέμον πολλῶν, καὶ φόβῳ διηνεκεῖ τῶν λῃστῶν πολιορκούμενον, ἀλλ’ οὐδὲν τού‐ των ἡμᾶς θορυβεῖ, οὐδὲ διαταράττει, τῆς ὑμετέρας ἀπολαύοντας ἀγάπης· ἀλλ’ εἰ καὶ τῷ σώματι διεστή‐ καμεν, τῇ ψυχῇ συνδεδεμένοι μετὰ πολλῆς τῆς σφο‐</w:t>
      </w:r>
    </w:p>
    <w:p>
      <w:r>
        <w:rPr>
          <w:rFonts w:ascii="Courier New" w:hAnsi="Courier New"/>
          <w:color w:val="555555"/>
          <w:sz w:val="20"/>
        </w:rPr>
        <w:t>[35]</w:t>
      </w:r>
    </w:p>
    <w:p>
      <w:r>
        <w:rPr>
          <w:rFonts w:ascii="Gentium Plus" w:hAnsi="Gentium Plus"/>
          <w:sz w:val="24"/>
        </w:rPr>
        <w:t>δρότητος ὑμῖν, τὴν ὑμετέραν μᾶλλον τὴν ἀτάραχον καὶ ἀπόλεμον, ἢ τὴν Κουκουσὸν οἰκεῖν δοκοῦμεν, ἀεὶ μεθ’ ὑμῶν ὄντες τῇ διαθέσει, καὶ ὅπουπερ ἂν ὦμεν, ἐπὶ διανοίας σε περιφέροντες.</w:t>
      </w:r>
    </w:p>
    <w:p>
      <w:pPr>
        <w:jc w:val="center"/>
      </w:pPr>
      <w:r>
        <w:rPr>
          <w:rFonts w:ascii="Gentium Plus" w:hAnsi="Gentium Plus"/>
          <w:b/>
          <w:sz w:val="24"/>
        </w:rPr>
        <w:t>ΡΙΒʹ. Θεοδώρῳ ἐπισκόπῳ.</w:t>
      </w:r>
    </w:p>
    <w:p>
      <w:r>
        <w:rPr>
          <w:rFonts w:ascii="Courier New" w:hAnsi="Courier New"/>
          <w:color w:val="555555"/>
          <w:sz w:val="20"/>
        </w:rPr>
        <w:t>[40]</w:t>
      </w:r>
    </w:p>
    <w:p>
      <w:r>
        <w:rPr>
          <w:rFonts w:ascii="Gentium Plus" w:hAnsi="Gentium Plus"/>
          <w:sz w:val="24"/>
        </w:rPr>
        <w:t>Εἰ μὲν οἷόν τε ἦν καὶ ἐλθεῖν, καὶ περιπτύξασθαί σου τὴν εὐλάβειαν, καὶ ἐντρυφῆσαί σου τῇ ἀγάπῃ διὰ τῆς παρουσίας αὐτῆς, μετὰ πολλῆς ἂν τοῦτο ἐποιήσαμεν τῆς σπουδῆς, καὶ τοῦ τάχους· ἐπειδὴ δὲ</w:t>
      </w:r>
    </w:p>
    <w:p>
      <w:r>
        <w:rPr>
          <w:rFonts w:ascii="Courier New" w:hAnsi="Courier New"/>
          <w:color w:val="555555"/>
          <w:sz w:val="20"/>
        </w:rPr>
        <w:t>[52 . 669]</w:t>
      </w:r>
    </w:p>
    <w:p>
      <w:r>
        <w:rPr>
          <w:rFonts w:ascii="Gentium Plus" w:hAnsi="Gentium Plus"/>
          <w:sz w:val="24"/>
        </w:rPr>
        <w:t>τὸ αὐτὸ τοῦτο πληροῦμεν. Κἂν γὰρ πρὸς αὐτὰς τῆς οἰκουμένης τὰς ἐσχατιὰς ἀπενεχθῶμεν, ἐπιλαθέσθαι σου τῆς ἀγάπης οὐ δυνάμεθα, τῆς γνησίας, καὶ θερ‐ μῆς, καὶ εἰλικρινοῦς, καὶ ἀδόλου, τῆς τε ἄνωθεν,</w:t>
      </w:r>
    </w:p>
    <w:p>
      <w:r>
        <w:rPr>
          <w:rFonts w:ascii="Courier New" w:hAnsi="Courier New"/>
          <w:color w:val="555555"/>
          <w:sz w:val="20"/>
        </w:rPr>
        <w:t>[5]</w:t>
      </w:r>
    </w:p>
    <w:p>
      <w:r>
        <w:rPr>
          <w:rFonts w:ascii="Gentium Plus" w:hAnsi="Gentium Plus"/>
          <w:sz w:val="24"/>
        </w:rPr>
        <w:t>καὶ ἐξ ἀρχῆς, ἥν τε ἐπεδείξω νῦν. Οὐδὲ γὰρ ἔλαθεν ἡμᾶς ὅσα καὶ εἰπεῖν καὶ ποιῆσαι ὑπὲρ ἡμῶν ἐσπού‐ δασας, δέσποτά μου τιμιώτατε καὶ θεοφιλέστατε. Εἰ δὲ μηδὲν γέγονε πλέον, ἀλλὰ τὸν Θεὸν ὀφειλέτην ἔχεις τῆς σπουδῆς, καὶ τῆς προθυμίας, καὶ τὸν μι‐</w:t>
      </w:r>
    </w:p>
    <w:p>
      <w:r>
        <w:rPr>
          <w:rFonts w:ascii="Courier New" w:hAnsi="Courier New"/>
          <w:color w:val="555555"/>
          <w:sz w:val="20"/>
        </w:rPr>
        <w:t>[10]</w:t>
      </w:r>
    </w:p>
    <w:p>
      <w:r>
        <w:rPr>
          <w:rFonts w:ascii="Gentium Plus" w:hAnsi="Gentium Plus"/>
          <w:sz w:val="24"/>
        </w:rPr>
        <w:t>σθὸν ἀπηρτισμένον. Καὶ ἡμεῖς οὐ παυόμεθα χάριν εἰδότες σου τῇ ὁσιότητι, καὶ πρὸς ἅπαντας ἀνακη‐ ρύττοντές σου τὴν εὐλάβειαν, καὶ παρακαλοῦντες τὴν αὐτὴν ἀγάπην διὰ παντὸς ἀκμάζουσαν διατηρεῖν. Οὐ γὰρ τὴν τυχοῦσαν, καὶ ἐν ἐρημίᾳ καθήμενοι,</w:t>
      </w:r>
    </w:p>
    <w:p>
      <w:r>
        <w:rPr>
          <w:rFonts w:ascii="Courier New" w:hAnsi="Courier New"/>
          <w:color w:val="555555"/>
          <w:sz w:val="20"/>
        </w:rPr>
        <w:t>[15]</w:t>
      </w:r>
    </w:p>
    <w:p>
      <w:r>
        <w:rPr>
          <w:rFonts w:ascii="Gentium Plus" w:hAnsi="Gentium Plus"/>
          <w:sz w:val="24"/>
        </w:rPr>
        <w:t>καρπούμεθα τὴν παράκλησιν, ὅταν τοσοῦτον ἐν καρ‐ δίᾳ θησαυρὸν καὶ πλοῦτον ἀποκείμενον ἔχωμεν, τῆς ἐγρηγορυίας καὶ γενναίας σου ψυχῆς τὴν ἀγάπην.</w:t>
      </w:r>
    </w:p>
    <w:p>
      <w:pPr>
        <w:jc w:val="center"/>
      </w:pPr>
      <w:r>
        <w:rPr>
          <w:rFonts w:ascii="Gentium Plus" w:hAnsi="Gentium Plus"/>
          <w:b/>
          <w:sz w:val="24"/>
        </w:rPr>
        <w:t>ΡΙΓʹ. Παλλαδίῳ ἐπισκόπῳ.</w:t>
      </w:r>
    </w:p>
    <w:p>
      <w:r>
        <w:rPr>
          <w:rFonts w:ascii="Courier New" w:hAnsi="Courier New"/>
          <w:color w:val="555555"/>
          <w:sz w:val="20"/>
        </w:rPr>
        <w:t>[19]</w:t>
      </w:r>
    </w:p>
    <w:p>
      <w:r>
        <w:rPr>
          <w:rFonts w:ascii="Gentium Plus" w:hAnsi="Gentium Plus"/>
          <w:sz w:val="24"/>
        </w:rPr>
        <w:t>Ὑπὲρ μὲν τῶν καθ’ ἡμᾶς αὐτοὺς οὐδὲν δεόμεθα</w:t>
      </w:r>
    </w:p>
    <w:p>
      <w:r>
        <w:rPr>
          <w:rFonts w:ascii="Courier New" w:hAnsi="Courier New"/>
          <w:color w:val="555555"/>
          <w:sz w:val="20"/>
        </w:rPr>
        <w:t>[20]</w:t>
      </w:r>
    </w:p>
    <w:p>
      <w:r>
        <w:rPr>
          <w:rFonts w:ascii="Gentium Plus" w:hAnsi="Gentium Plus"/>
          <w:sz w:val="24"/>
        </w:rPr>
        <w:t>παρακλήσεως· ἀρκεῖ γὰρ ἡμῖν εἰς παράκλησιν τῶν γενομένων ἡ ὑπόθεσις. Θρηνοῦμεν δὲ τὸν κοινὸν τῶν Ἐκκλησιῶν χειμῶνα, καὶ τὸ τὴν οἰκουμένην κατα‐ λαβὸν ναυάγιον, καὶ πάντας ὑμᾶς παρακαλοῦμεν εὐ‐ χαῖς βοηθεῖν, ὥστε τὴν πανωλεθρίαν ταύτην λυθῆναί</w:t>
      </w:r>
    </w:p>
    <w:p>
      <w:r>
        <w:rPr>
          <w:rFonts w:ascii="Courier New" w:hAnsi="Courier New"/>
          <w:color w:val="555555"/>
          <w:sz w:val="20"/>
        </w:rPr>
        <w:t>[25]</w:t>
      </w:r>
    </w:p>
    <w:p>
      <w:r>
        <w:rPr>
          <w:rFonts w:ascii="Gentium Plus" w:hAnsi="Gentium Plus"/>
          <w:sz w:val="24"/>
        </w:rPr>
        <w:t>ποτε, καὶ εἰς λευκὴν ἅπαντα μεταβαλεῖν γαλήνην. Τοῦτο δὴ ποιοῦντες μὴ διαλίπητε. Λανθάνοντες γὰρ καὶ κρυπτόμενοι, πλείονα σχολὴν ἔχετε νῦν προσ‐ καρτερεῖν ταῖς εὐχαῖς, καὶ μετὰ θλιβομένης διανοίας. Οὐ μικρὸν δὲ τοῦτο, τῷ φιλανθρώπῳ προσπίπτειν</w:t>
      </w:r>
    </w:p>
    <w:p>
      <w:r>
        <w:rPr>
          <w:rFonts w:ascii="Courier New" w:hAnsi="Courier New"/>
          <w:color w:val="555555"/>
          <w:sz w:val="20"/>
        </w:rPr>
        <w:t>[30]</w:t>
      </w:r>
    </w:p>
    <w:p>
      <w:r>
        <w:rPr>
          <w:rFonts w:ascii="Gentium Plus" w:hAnsi="Gentium Plus"/>
          <w:sz w:val="24"/>
        </w:rPr>
        <w:t>Θεῷ. Μὴ διαλίπητε οὖν τοῦτο ποιοῦντες, καὶ ἡνίκα ἂν ἐξῇ, καὶ γράφετε ἡμῖν συνεχῶς. Εἰ γὰρ καὶ πολλῷ τῷ μήκει τῆς ἐμμελείας ὑμῶν ἀπῳκίσθημεν, ἀλλ’ οὐ παυόμεθα καθ’ ἑκάστην ἡμέραν μεριμνῶντες τὰ ὑμέ‐ τερα, καὶ τοὺς ἐκεῖθεν ἀφικνουμένους (εἰ καὶ τούτων</w:t>
      </w:r>
    </w:p>
    <w:p>
      <w:r>
        <w:rPr>
          <w:rFonts w:ascii="Courier New" w:hAnsi="Courier New"/>
          <w:color w:val="555555"/>
          <w:sz w:val="20"/>
        </w:rPr>
        <w:t>[35]</w:t>
      </w:r>
    </w:p>
    <w:p>
      <w:r>
        <w:rPr>
          <w:rFonts w:ascii="Gentium Plus" w:hAnsi="Gentium Plus"/>
          <w:sz w:val="24"/>
        </w:rPr>
        <w:t>σπανιάκις ἐπιτυγχάνομεν) ἐρωτῶντες καὶ περιεργα‐ ζόμενοι. Ἵν’ οὖν σαφέστερον πάντα εἰδότες ὦμεν, ὅταν ἐγχωρῇ, παρέχετε ταύτην ἡμῖν τὴν χά‐ ριν, περὶ τῆς ὑγιείας τῆς ὑμετέρας εὐαγγελιζόμενοι ἡμᾶς, ἵνα καὶ ἐν ἐρημίᾳ διατρίβοντες πολλὴν καρ‐</w:t>
      </w:r>
    </w:p>
    <w:p>
      <w:r>
        <w:rPr>
          <w:rFonts w:ascii="Courier New" w:hAnsi="Courier New"/>
          <w:color w:val="555555"/>
          <w:sz w:val="20"/>
        </w:rPr>
        <w:t>[40]</w:t>
      </w:r>
    </w:p>
    <w:p>
      <w:r>
        <w:rPr>
          <w:rFonts w:ascii="Gentium Plus" w:hAnsi="Gentium Plus"/>
          <w:sz w:val="24"/>
        </w:rPr>
        <w:t>πωσώμεθα τὴν παράκλησιν.</w:t>
      </w:r>
    </w:p>
    <w:p>
      <w:pPr>
        <w:jc w:val="center"/>
      </w:pPr>
      <w:r>
        <w:rPr>
          <w:rFonts w:ascii="Gentium Plus" w:hAnsi="Gentium Plus"/>
          <w:b/>
          <w:sz w:val="24"/>
        </w:rPr>
        <w:t>ΡΙΔʹ. Ἐλπιδίῳ ἐπισκόπῳ.</w:t>
      </w:r>
    </w:p>
    <w:p>
      <w:r>
        <w:rPr>
          <w:rFonts w:ascii="Courier New" w:hAnsi="Courier New"/>
          <w:color w:val="555555"/>
          <w:sz w:val="20"/>
        </w:rPr>
        <w:t>[42]</w:t>
      </w:r>
    </w:p>
    <w:p>
      <w:r>
        <w:rPr>
          <w:rFonts w:ascii="Gentium Plus" w:hAnsi="Gentium Plus"/>
          <w:sz w:val="24"/>
        </w:rPr>
        <w:t>Καὶ τοῦτο σὸν, τοῦτο νήφοντος καὶ ἐγρηγορότος κυβερνήτου, τὸ μηδὲ εἰς τοσοῦτον ἀρθέντος τοῦ χει‐ μῶνος ἀναπεσεῖν, ἀλλ’ ἐπιμένειν ἔτι μεριμνῶντα καὶ</w:t>
      </w:r>
    </w:p>
    <w:p>
      <w:r>
        <w:rPr>
          <w:rFonts w:ascii="Courier New" w:hAnsi="Courier New"/>
          <w:color w:val="555555"/>
          <w:sz w:val="20"/>
        </w:rPr>
        <w:t>[45]</w:t>
      </w:r>
    </w:p>
    <w:p>
      <w:r>
        <w:rPr>
          <w:rFonts w:ascii="Gentium Plus" w:hAnsi="Gentium Plus"/>
          <w:sz w:val="24"/>
        </w:rPr>
        <w:t>φροντίζοντα, καὶ κατὰ τὸ ἐγχωροῦν τὰ ἑαυτοῦ πάντα</w:t>
      </w:r>
    </w:p>
    <w:p>
      <w:r>
        <w:rPr>
          <w:rFonts w:ascii="Courier New" w:hAnsi="Courier New"/>
          <w:color w:val="555555"/>
          <w:sz w:val="20"/>
        </w:rPr>
        <w:t>[52 . 670]</w:t>
      </w:r>
    </w:p>
    <w:p>
      <w:r>
        <w:rPr>
          <w:rFonts w:ascii="Gentium Plus" w:hAnsi="Gentium Plus"/>
          <w:sz w:val="24"/>
        </w:rPr>
        <w:t>τρέχοντα, τοὺς ἐγγὺς, τοὺς πόῤῥωθεν συγκροτοῦντα, διεγείροντα, παρεγγυῶντα μηδένα τῷ κλυδωνίῳ πα‐ ρασυρῆναι, ἀλλ’ ἑστάναι, καὶ νήφειν, κἂν μυρία τού‐ των ἐπίῃ χαλεπώτερα κύματα, καὶ ἐν ἑνὶ ἱδρυμένων</w:t>
      </w:r>
    </w:p>
    <w:p>
      <w:r>
        <w:rPr>
          <w:rFonts w:ascii="Courier New" w:hAnsi="Courier New"/>
          <w:color w:val="555555"/>
          <w:sz w:val="20"/>
        </w:rPr>
        <w:t>[5]</w:t>
      </w:r>
    </w:p>
    <w:p>
      <w:r>
        <w:rPr>
          <w:rFonts w:ascii="Gentium Plus" w:hAnsi="Gentium Plus"/>
          <w:sz w:val="24"/>
        </w:rPr>
        <w:t>τόπῳ, πανταχοῦ διὰ τῆς παραινέσεως ἵπτασθαι. Οὐ‐ δὲν γὰρ ἡμᾶς ἔλαθε τῶν σῶν, καίτοι ἐκ τοσούτου καθ‐ ημένους διαστήματος. Διὸ καὶ μακαρίζομεν καὶ θαυμάζομέν σου τὴν εὐλάβειαν, καὶ τὴν διεγηγερμέ‐ νην ψυχὴν, καὶ τὴν ἀπερίτρεπτον γνώμην, καὶ τὴν</w:t>
      </w:r>
    </w:p>
    <w:p>
      <w:r>
        <w:rPr>
          <w:rFonts w:ascii="Courier New" w:hAnsi="Courier New"/>
          <w:color w:val="555555"/>
          <w:sz w:val="20"/>
        </w:rPr>
        <w:t>[10]</w:t>
      </w:r>
    </w:p>
    <w:p>
      <w:r>
        <w:rPr>
          <w:rFonts w:ascii="Gentium Plus" w:hAnsi="Gentium Plus"/>
          <w:sz w:val="24"/>
        </w:rPr>
        <w:t>ἐν τοσούτῳ γήρᾳ νεάζουσαν προθυμίαν· καὶ οὐδὲν ἀπεικός. Ὅταν μὲν γὰρ τὰ προκείμενα τῆς τοῦ σώματος δέηται ῥώμης, κώλυμα ἐνταῦθα τὸ γῆρας γίνεται· ὅταν δὲ ψυχῆς ἀπαιτῇ φιλοσοφίαν, οὐδὲν ἡ πολιὰ τοῖς κατορθώμασιν ἐπισκοτεῖν εἴωθεν· οὐ</w:t>
      </w:r>
    </w:p>
    <w:p>
      <w:r>
        <w:rPr>
          <w:rFonts w:ascii="Courier New" w:hAnsi="Courier New"/>
          <w:color w:val="555555"/>
          <w:sz w:val="20"/>
        </w:rPr>
        <w:t>[15]</w:t>
      </w:r>
    </w:p>
    <w:p>
      <w:r>
        <w:rPr>
          <w:rFonts w:ascii="Gentium Plus" w:hAnsi="Gentium Plus"/>
          <w:sz w:val="24"/>
        </w:rPr>
        <w:t>τοίνυν οὐδὲ ἐπεσκότησεν, ἀλλ’ ἅπαντα παρὰ τῆς σῆς εὐλαβείας εἰσενήνεκται. Ὅτι δὲ καὶ καρπὸν δώσει τὸν προσήκοντα ὁ πόνος οὗτος καὶ ἡ τοσαύτη ἀγρυπνία, οὐδὲν οἶμαι δεῖν ἀμφιβάλλειν. Ἐπειδὴ δὲ μετὰ τῆς οἰκουμένης ἁπάσης καὶ ἡμετέραν</w:t>
      </w:r>
    </w:p>
    <w:p>
      <w:r>
        <w:rPr>
          <w:rFonts w:ascii="Courier New" w:hAnsi="Courier New"/>
          <w:color w:val="555555"/>
          <w:sz w:val="20"/>
        </w:rPr>
        <w:t>[20]</w:t>
      </w:r>
    </w:p>
    <w:p>
      <w:r>
        <w:rPr>
          <w:rFonts w:ascii="Gentium Plus" w:hAnsi="Gentium Plus"/>
          <w:sz w:val="24"/>
        </w:rPr>
        <w:t>μέριμναν κατεδέξω, διὰ τὴν πολλήν σου καὶ θερμὴν ἀγάπην, καὶ μαθεῖν ἐπιθυμεῖς οἷ διατρίβομεν, καὶ ἐν τίσιν ὁρμᾷ τὰ ἡμέτερα, καὶ τίνες οἱ συν‐ όντες ἡμῖν, καὶ μαθεῖν οὐχ ἁπλῶς, ἀλλ’ ὥστε καὶ χάριν αὐτοῖς εἰδέναι· ἡμεῖς μὲν ὑπὲρ τῆς τοσαύ‐</w:t>
      </w:r>
    </w:p>
    <w:p>
      <w:r>
        <w:rPr>
          <w:rFonts w:ascii="Courier New" w:hAnsi="Courier New"/>
          <w:color w:val="555555"/>
          <w:sz w:val="20"/>
        </w:rPr>
        <w:t>[25]</w:t>
      </w:r>
    </w:p>
    <w:p>
      <w:r>
        <w:rPr>
          <w:rFonts w:ascii="Gentium Plus" w:hAnsi="Gentium Plus"/>
          <w:sz w:val="24"/>
        </w:rPr>
        <w:t>της ἀγάπης οὐ παυσόμεθά σε ἀνακηρύττοντες, στε‐ φανοῦντες, παρὰ πᾶσιν ἀναγορεύοντες, χάριτας ὁμο‐ λογοῦντες παρὰ τοῖς ἐντυγχάνουσι καὶ συγγινομέ‐ νοις ἡμῖν. Αὐτὸς δὲ τὰς μεγίστας ἀμοιβὰς καὶ μείζους τῶν πόνων ἀνάμενε παρὰ τοῦ φιλανθρώπου Θεοῦ,</w:t>
      </w:r>
    </w:p>
    <w:p>
      <w:r>
        <w:rPr>
          <w:rFonts w:ascii="Courier New" w:hAnsi="Courier New"/>
          <w:color w:val="555555"/>
          <w:sz w:val="20"/>
        </w:rPr>
        <w:t>[30]</w:t>
      </w:r>
    </w:p>
    <w:p>
      <w:r>
        <w:rPr>
          <w:rFonts w:ascii="Gentium Plus" w:hAnsi="Gentium Plus"/>
          <w:sz w:val="24"/>
        </w:rPr>
        <w:t>τοῦ ταῖς ἀντιδόσεσιν ἐκ πολλοῦ τοῦ περιόντος νικῶν‐ τος τοὺς ἀγαθόν τι ποιεῖν ἢ λέγειν ἐσπουδακότας. Ὥστε δέ σε καὶ ἑτέρωθεν ἡσθῆναι μαθόντα τὰ ἡμέ‐ τερα, πρὸς μὲν τὸ ἐρημότατον χωρίον ἀπῳκίσθημεν, τὴν Κουκουσὸν, πλὴν ἐρημίας οὐδεμίαν αἴσθησιν ἔχο‐</w:t>
      </w:r>
    </w:p>
    <w:p>
      <w:r>
        <w:rPr>
          <w:rFonts w:ascii="Courier New" w:hAnsi="Courier New"/>
          <w:color w:val="555555"/>
          <w:sz w:val="20"/>
        </w:rPr>
        <w:t>[35]</w:t>
      </w:r>
    </w:p>
    <w:p>
      <w:r>
        <w:rPr>
          <w:rFonts w:ascii="Gentium Plus" w:hAnsi="Gentium Plus"/>
          <w:sz w:val="24"/>
        </w:rPr>
        <w:t>μεν· τοσαύτης ἀπολαύομεν ἡσυχίας, τοσαύτης ἀδείας, τοσαύτης παρὰ πάντων θεραπείας. Τά τε γὰρ λείψα‐ να τῆς ἀῤῥωστίας εὐχαῖς ταῖς σαῖς ἀπεθέμεθα, καὶ ἐν ὑγείᾳ διάγομεν νῦν, τοῦ τε φόβου τῶν Ἰσαύρων ἀπηλλάγημεν, καὶ ἐν ἀσφαλείᾳ κατέστημεν, ἀπρα‐</w:t>
      </w:r>
    </w:p>
    <w:p>
      <w:r>
        <w:rPr>
          <w:rFonts w:ascii="Courier New" w:hAnsi="Courier New"/>
          <w:color w:val="555555"/>
          <w:sz w:val="20"/>
        </w:rPr>
        <w:t>[40]</w:t>
      </w:r>
    </w:p>
    <w:p>
      <w:r>
        <w:rPr>
          <w:rFonts w:ascii="Gentium Plus" w:hAnsi="Gentium Plus"/>
          <w:sz w:val="24"/>
        </w:rPr>
        <w:t>γμοσύνῃ τε ἐντρυφῶντες πολλῇ. Πάρεισι δὲ ἡμῖν καὶ οἱ τιμιώτατοι πρεσβύτεροι Κωνστάντιος καὶ Εὐήθιος, προσδοκῶνται δὲ καὶ ἕτεροι ταχέως ἀφίξεσθαι, οὓς εἰς τὸ παρὸν τὰ δεσμὰ κατεῖχεν· ἀλλὰ πάντες ἀφ‐ έθησαν, καὶ εὖ οἶδ’ ὅτι πτήσονται πρὸς ἡμᾶς. Μὴ δὴ</w:t>
      </w:r>
    </w:p>
    <w:p>
      <w:r>
        <w:rPr>
          <w:rFonts w:ascii="Courier New" w:hAnsi="Courier New"/>
          <w:color w:val="555555"/>
          <w:sz w:val="20"/>
        </w:rPr>
        <w:t>[45]</w:t>
      </w:r>
    </w:p>
    <w:p>
      <w:r>
        <w:rPr>
          <w:rFonts w:ascii="Gentium Plus" w:hAnsi="Gentium Plus"/>
          <w:sz w:val="24"/>
        </w:rPr>
        <w:t>διαλίπῃς εὐχόμενος ὑπὲρ ἡμῶν τῶν σφόδρα σε ἀγα‐</w:t>
      </w:r>
    </w:p>
    <w:p>
      <w:r>
        <w:rPr>
          <w:rFonts w:ascii="Courier New" w:hAnsi="Courier New"/>
          <w:color w:val="555555"/>
          <w:sz w:val="20"/>
        </w:rPr>
        <w:t>[52 . 671]</w:t>
      </w:r>
    </w:p>
    <w:p>
      <w:r>
        <w:rPr>
          <w:rFonts w:ascii="Gentium Plus" w:hAnsi="Gentium Plus"/>
          <w:sz w:val="24"/>
        </w:rPr>
        <w:t>πώντων, δέσποτα αἰδεσιμώτατε καὶ θεοφιλέστατε, καὶ συνεχῶς ἐπιστέλλων, ἡνίκα ἂν ἐξῇ, καὶ τὰ περὶ τῆς ὑγείας δηλῶν τῆς σῆς. Οἶσθα γὰρ ὅπως ἡμῖν περι‐ σπούδαστον καθ’ ἑκάστην, εἰ οἷόν τε, ἡμέραν περὶ</w:t>
      </w:r>
    </w:p>
    <w:p>
      <w:r>
        <w:rPr>
          <w:rFonts w:ascii="Courier New" w:hAnsi="Courier New"/>
          <w:color w:val="555555"/>
          <w:sz w:val="20"/>
        </w:rPr>
        <w:t>[5]</w:t>
      </w:r>
    </w:p>
    <w:p>
      <w:r>
        <w:rPr>
          <w:rFonts w:ascii="Gentium Plus" w:hAnsi="Gentium Plus"/>
          <w:sz w:val="24"/>
        </w:rPr>
        <w:t>ταύτης μανθάνειν. Τὸν δεσπότην μου τὸν τιμιώτατον καὶ εὐλαβέστατον πρεσβύτερον Ἀσυγκρίτιον, μετὰ τῶν γλυκυτάτων αὐτοῦ παιδίων, καὶ πάντα σου τῆς θεοσεβείας τὸν κλῆρον πολλὰ παρ’ ἡμῶν προσειπεῖν παρακλήθητι.</w:t>
      </w:r>
    </w:p>
    <w:p>
      <w:pPr>
        <w:jc w:val="center"/>
      </w:pPr>
      <w:r>
        <w:rPr>
          <w:rFonts w:ascii="Gentium Plus" w:hAnsi="Gentium Plus"/>
          <w:b/>
          <w:sz w:val="24"/>
        </w:rPr>
        <w:t>ΡΙΕʹ. Θεοφίλῳ πρεσβυτέρῳ.</w:t>
      </w:r>
    </w:p>
    <w:p>
      <w:r>
        <w:rPr>
          <w:rFonts w:ascii="Courier New" w:hAnsi="Courier New"/>
          <w:color w:val="555555"/>
          <w:sz w:val="20"/>
        </w:rPr>
        <w:t>[11]</w:t>
      </w:r>
    </w:p>
    <w:p>
      <w:r>
        <w:rPr>
          <w:rFonts w:ascii="Gentium Plus" w:hAnsi="Gentium Plus"/>
          <w:sz w:val="24"/>
        </w:rPr>
        <w:t>Καὶ τοῦτο τῆς εὐγνωμοσύνης, καὶ τῆς σῆς εὐχα‐ ρίστου σου γνώμης, τὸ μηδενὸς ἀπολελαυκότα παρὰ τούτων, οἷς σε παρακατεθέμεθα, τὸ πᾶν ἀπειληφέναι νομίζειν ἀπὸ τῆς ἡμετέρας προθυμίας. Ἀλλ’ ἡμεῖς</w:t>
      </w:r>
    </w:p>
    <w:p>
      <w:r>
        <w:rPr>
          <w:rFonts w:ascii="Courier New" w:hAnsi="Courier New"/>
          <w:color w:val="555555"/>
          <w:sz w:val="20"/>
        </w:rPr>
        <w:t>[15]</w:t>
      </w:r>
    </w:p>
    <w:p>
      <w:r>
        <w:rPr>
          <w:rFonts w:ascii="Gentium Plus" w:hAnsi="Gentium Plus"/>
          <w:sz w:val="24"/>
        </w:rPr>
        <w:t>οὐκ ἀρκεσθησόμεθα τούτῳ, ἀλλὰ καὶ τῷ κυρίῳ μου Θεοδώρῳ τῷ ἐπαρχικῷ, τῷ ἀγαγόντι ἡμᾶς εἰς τὴν Κουκουσὸν, πολλὰ ταύτης ἕνεκεν διελέχθημεν τῆς ὑποθέσεως, καὶ πολλοῖς ἐπιστέλλοντες καὶ ταῦτα ἐπεστάλκαμεν. Ἄν τε γοῦν γένηταί τι ἀπὸ τῶν γραμ‐</w:t>
      </w:r>
    </w:p>
    <w:p>
      <w:r>
        <w:rPr>
          <w:rFonts w:ascii="Courier New" w:hAnsi="Courier New"/>
          <w:color w:val="555555"/>
          <w:sz w:val="20"/>
        </w:rPr>
        <w:t>[20]</w:t>
      </w:r>
    </w:p>
    <w:p>
      <w:r>
        <w:rPr>
          <w:rFonts w:ascii="Gentium Plus" w:hAnsi="Gentium Plus"/>
          <w:sz w:val="24"/>
        </w:rPr>
        <w:t>μάτων πλέον τῶν ἡμετέρων, ἄν τε γράμματα μένῃ μόνον τὰ γράμματα, μηδὲν ἀνύσαντα παρὰ τοῖς ἀποδεχομένοις αὐτὰ, διὰ ταχέων ἡμῖν δηλῶσαι σπού‐ δασον. Καὶ γὰρ ἐν τούτῳ μάλιστα τὴν ἀγάπην σου θαυμάζομεν, καὶ τοῦ θαῤῥεῖν ἡμῖν τοῦτο μέγιστον</w:t>
      </w:r>
    </w:p>
    <w:p>
      <w:r>
        <w:rPr>
          <w:rFonts w:ascii="Courier New" w:hAnsi="Courier New"/>
          <w:color w:val="555555"/>
          <w:sz w:val="20"/>
        </w:rPr>
        <w:t>[25]</w:t>
      </w:r>
    </w:p>
    <w:p>
      <w:r>
        <w:rPr>
          <w:rFonts w:ascii="Gentium Plus" w:hAnsi="Gentium Plus"/>
          <w:sz w:val="24"/>
        </w:rPr>
        <w:t>ποιούμεθα σημεῖον, τὸ καὶ περὶ τούτων ἡμῖν διαλέ‐ γεσθαι. Δήλωσον τοίνυν ἡμῖν ἄν τε γένηταί τι πλέον, ἄν τε μηδὲν, ἵν’ ἂν μὲν τὸ πρότερον ᾖ, χάριτας ὁμολογήσωμεν τοῖς τὴν ἑαυτῶν ὠφεληκόσι ψυχήν· ἑαυτοῖς γὰρ μᾶλλον ἢ σοὶ χαριοῦνται τοῦτο ποιοῦν‐</w:t>
      </w:r>
    </w:p>
    <w:p>
      <w:r>
        <w:rPr>
          <w:rFonts w:ascii="Courier New" w:hAnsi="Courier New"/>
          <w:color w:val="555555"/>
          <w:sz w:val="20"/>
        </w:rPr>
        <w:t>[30]</w:t>
      </w:r>
    </w:p>
    <w:p>
      <w:r>
        <w:rPr>
          <w:rFonts w:ascii="Gentium Plus" w:hAnsi="Gentium Plus"/>
          <w:sz w:val="24"/>
        </w:rPr>
        <w:t>τες· ἄν τε τὸ δεύτερον, ἑτέραν τινὰ ὁδὸν σύντομον καὶ εὐκολωτέραν ἐπινοήσωμεν, δι’ ἧς πάντως πάσης ἀπολαύσῃ παραμυθίας, ὡς ἐν μηδεμιᾷ εἶναι στενο‐ χωρίᾳ. Ἡμῖν γὰρ αὐτοῖς τὰ μέγιστα χαριούμεθα, τῆς εὐγενοῦς σου καὶ ἐλευθέρας οὕτω φροντίζοντες</w:t>
      </w:r>
    </w:p>
    <w:p>
      <w:r>
        <w:rPr>
          <w:rFonts w:ascii="Courier New" w:hAnsi="Courier New"/>
          <w:color w:val="555555"/>
          <w:sz w:val="20"/>
        </w:rPr>
        <w:t>[35]</w:t>
      </w:r>
    </w:p>
    <w:p>
      <w:r>
        <w:rPr>
          <w:rFonts w:ascii="Gentium Plus" w:hAnsi="Gentium Plus"/>
          <w:sz w:val="24"/>
        </w:rPr>
        <w:t>ψυχῆς. Καὶ γράφε συνεχῶς ἡμῖν, τὰ περὶ τῆς ὑγείας τῆς σῆς, καὶ τῆς εὐδοκιμήσεως εὐαγγελιζόμενος.</w:t>
      </w:r>
    </w:p>
    <w:p>
      <w:pPr>
        <w:jc w:val="center"/>
      </w:pPr>
      <w:r>
        <w:rPr>
          <w:rFonts w:ascii="Gentium Plus" w:hAnsi="Gentium Plus"/>
          <w:b/>
          <w:sz w:val="24"/>
        </w:rPr>
        <w:t>ΡΙϛʹ. Βαλεντίνῳ.</w:t>
      </w:r>
    </w:p>
    <w:p>
      <w:r>
        <w:rPr>
          <w:rFonts w:ascii="Courier New" w:hAnsi="Courier New"/>
          <w:color w:val="555555"/>
          <w:sz w:val="20"/>
        </w:rPr>
        <w:t>[38]</w:t>
      </w:r>
    </w:p>
    <w:p>
      <w:r>
        <w:rPr>
          <w:rFonts w:ascii="Gentium Plus" w:hAnsi="Gentium Plus"/>
          <w:sz w:val="24"/>
        </w:rPr>
        <w:t>Τί τοῦτο; Εἰδὼς ὅπως σου χαίρομεν τοῖς ἀγαθοῖς, καὶ σκιρτῶμεν ἐπὶ ταῖς σαῖς εὐδοκιμήσεσι, καὶ πρὸ</w:t>
      </w:r>
    </w:p>
    <w:p>
      <w:r>
        <w:rPr>
          <w:rFonts w:ascii="Courier New" w:hAnsi="Courier New"/>
          <w:color w:val="555555"/>
          <w:sz w:val="20"/>
        </w:rPr>
        <w:t>[40]</w:t>
      </w:r>
    </w:p>
    <w:p>
      <w:r>
        <w:rPr>
          <w:rFonts w:ascii="Gentium Plus" w:hAnsi="Gentium Plus"/>
          <w:sz w:val="24"/>
        </w:rPr>
        <w:t>πάντων ὀφείλων ἡμῖν δηλῶσαι τῆς τιμῆς τὸ μέγεθος, εἰς ὃ νῦν ἀνέβης, ὑπέμεινας ἡμᾶς πρότερον παρ’ ἑτέρων μαθεῖν τοῦτο, καὶ οὐ νομίζεις δεῖσθαί σοι πολλῆς εἰς τοῦτο ἀπολογίας, ὅτι ἠνέσχου, τό γε σὸν μέρος, τοσοῦτον χρόνον ἡμᾶς ζημιῶσαι εὐφροσύνης</w:t>
      </w:r>
    </w:p>
    <w:p>
      <w:r>
        <w:rPr>
          <w:rFonts w:ascii="Courier New" w:hAnsi="Courier New"/>
          <w:color w:val="555555"/>
          <w:sz w:val="20"/>
        </w:rPr>
        <w:t>[45]</w:t>
      </w:r>
    </w:p>
    <w:p>
      <w:r>
        <w:rPr>
          <w:rFonts w:ascii="Gentium Plus" w:hAnsi="Gentium Plus"/>
          <w:sz w:val="24"/>
        </w:rPr>
        <w:t>μέγεθος τηλικοῦτον; Τὸ μὲν γὰρ ἀξίωμά σου τὸ ἀληθὲς, καὶ ἡ μεγίστη σου ἀρχὴ, τῆς ψυχῆς σού ἐστιν ἡ ἀρετή. Ἀλλ’ ἐπειδὴ καὶ τούτοις τοῖς βιωτικοῖς εἰς τὴν ἐκείνης ὠφέλειαν κεχρῆσθαι μεμε‐ λέτηκας, καὶ ὅσῳ ἂν γένῃ δυνατώτερος, τοσούτῳ</w:t>
      </w:r>
    </w:p>
    <w:p>
      <w:r>
        <w:rPr>
          <w:rFonts w:ascii="Courier New" w:hAnsi="Courier New"/>
          <w:color w:val="555555"/>
          <w:sz w:val="20"/>
        </w:rPr>
        <w:t>[52 . 671 (50)]</w:t>
      </w:r>
    </w:p>
    <w:p>
      <w:r>
        <w:rPr>
          <w:rFonts w:ascii="Gentium Plus" w:hAnsi="Gentium Plus"/>
          <w:sz w:val="24"/>
        </w:rPr>
        <w:t>λιμὴν εὐρύτερος τοῖς δεομένοις καθίστασαι, διὰ τοῦτο νῦν χαίρομεν, καὶ σκιρτῶμεν, ἀλλ’ ὅμως οὐκ ἀφίε‐ μέν σε τοῦ τῆς σιγῆς ἐγκλήματος. Πῶς οὖν ἡμῖν ἀπολογήσῃ καλῶς; Τῇ πυκνότητι τῶν ἐπιστολῶν, καὶ</w:t>
      </w:r>
    </w:p>
    <w:p>
      <w:r>
        <w:rPr>
          <w:rFonts w:ascii="Courier New" w:hAnsi="Courier New"/>
          <w:color w:val="555555"/>
          <w:sz w:val="20"/>
        </w:rPr>
        <w:t>[52 . 672]</w:t>
      </w:r>
    </w:p>
    <w:p>
      <w:r>
        <w:rPr>
          <w:rFonts w:ascii="Gentium Plus" w:hAnsi="Gentium Plus"/>
          <w:sz w:val="24"/>
        </w:rPr>
        <w:t>καὶ τοῦ οἴκου σου παντός. Ἐπεὶ οὖν σε καὶ τὸν τρό‐ πον τῆς ἀπολογίας ἐδιδάξαμεν, προστίθει τὰ παρὰ σαυτοῦ λοιπόν. Εἰ γὰρ καὶ μετὰ τὴν ἐπιστολὴν ταύτην μένεις σιγῶν, γραψόμεθά σε ῥᾳθυμίας πολλῆς, καὶ</w:t>
      </w:r>
    </w:p>
    <w:p>
      <w:r>
        <w:rPr>
          <w:rFonts w:ascii="Courier New" w:hAnsi="Courier New"/>
          <w:color w:val="555555"/>
          <w:sz w:val="20"/>
        </w:rPr>
        <w:t>[5]</w:t>
      </w:r>
    </w:p>
    <w:p>
      <w:r>
        <w:rPr>
          <w:rFonts w:ascii="Gentium Plus" w:hAnsi="Gentium Plus"/>
          <w:sz w:val="24"/>
        </w:rPr>
        <w:t>ἀλγήσομεν. Οἶδα δὲ σαφῶς ὅτι πικροτάτην ταύτην ἡγήσῃ διδόναι δίκην, τὸ ἀλγεῖν ἐπὶ τούτοις ἡμᾶς, ἐπειδὴ οἶδα πῶς καὶ φιλεῖν ἡμᾶς γνησίως καὶ θερμῶς ἐσπούδακας.</w:t>
      </w:r>
    </w:p>
    <w:p>
      <w:pPr>
        <w:jc w:val="center"/>
      </w:pPr>
      <w:r>
        <w:rPr>
          <w:rFonts w:ascii="Gentium Plus" w:hAnsi="Gentium Plus"/>
          <w:b/>
          <w:sz w:val="24"/>
        </w:rPr>
        <w:t>ΡΙΖʹ. Θεοδώρᾳ.</w:t>
      </w:r>
    </w:p>
    <w:p>
      <w:r>
        <w:rPr>
          <w:rFonts w:ascii="Courier New" w:hAnsi="Courier New"/>
          <w:color w:val="555555"/>
          <w:sz w:val="20"/>
        </w:rPr>
        <w:t>[10]</w:t>
      </w:r>
    </w:p>
    <w:p>
      <w:r>
        <w:rPr>
          <w:rFonts w:ascii="Gentium Plus" w:hAnsi="Gentium Plus"/>
          <w:sz w:val="24"/>
        </w:rPr>
        <w:t>Γράφω μὲν ὀλιγάκις τῇ κοσμιότητί σου, διὰ τὸ μὴ ῥᾳδίως ἐπιτυγχάνειν τῶν κομιζόντων τὰ γράμμα‐ τα· μέμνημαι δέ σου οὐκ ὀλιγάκις, ἀλλὰ καὶ διηνεκῶς. Τὸ μὲν γὰρ ἐφ’ ἡμῖν κεῖται, τὸ δὲ οὐκ ἐφ’ ἡμῖν· ἀλλὰ τοῦ μὲν μεμνῆσθαι διηνεκῶς, αὐτοὶ κύριοι, τοῦ δὲ</w:t>
      </w:r>
    </w:p>
    <w:p>
      <w:r>
        <w:rPr>
          <w:rFonts w:ascii="Courier New" w:hAnsi="Courier New"/>
          <w:color w:val="555555"/>
          <w:sz w:val="20"/>
        </w:rPr>
        <w:t>[15]</w:t>
      </w:r>
    </w:p>
    <w:p>
      <w:r>
        <w:rPr>
          <w:rFonts w:ascii="Gentium Plus" w:hAnsi="Gentium Plus"/>
          <w:sz w:val="24"/>
        </w:rPr>
        <w:t>κομίζειν τὰς ἐπιστολὰς, οὐκ ἔτι. Διὰ τοῦτο τὸ μὲν ἀεὶ γίνεται, τὸ δὲ, ἡνίκα ἂν ἐξῇ. Τὰς μὲν οὖν ἄλλας ἐπιστολὰς πρόσρησιν ἐχούσας ἐπέμπομεν, ταύτην δὲ καὶ χάριτος αἴτησιν. Τίς δὲ ἡ χάρις; Σοὶ τῇ παρ‐ εχούσῃ μᾶλλον, ἢ τῷ δεχομένῳ τὸ κέρδος φέρουσα,</w:t>
      </w:r>
    </w:p>
    <w:p>
      <w:r>
        <w:rPr>
          <w:rFonts w:ascii="Courier New" w:hAnsi="Courier New"/>
          <w:color w:val="555555"/>
          <w:sz w:val="20"/>
        </w:rPr>
        <w:t>[20]</w:t>
      </w:r>
    </w:p>
    <w:p>
      <w:r>
        <w:rPr>
          <w:rFonts w:ascii="Gentium Plus" w:hAnsi="Gentium Plus"/>
          <w:sz w:val="24"/>
        </w:rPr>
        <w:t>καὶ πρὸ τοῦ λαμβάνοντος τὸν διδόντα ὠφελοῦσα. Καὶ γὰρ ἦλθεν εἰς ἡμᾶς, ὅτι δὴ Εὐστάθιος τῶν προσκε‐ κρουκότων ἐστὶ τῇ τιμιότητί σου, καὶ τῆς οἰκίας τῆς σῆς ἐξέπεσε, καὶ ἀπὸ ὄψεως γέγονεν. Ὅπως μὲν οὖν ἔχει τοῦ πράγματος ἡ φύσις, καὶ τίνος ἕνεκεν τοσαύ‐</w:t>
      </w:r>
    </w:p>
    <w:p>
      <w:r>
        <w:rPr>
          <w:rFonts w:ascii="Courier New" w:hAnsi="Courier New"/>
          <w:color w:val="555555"/>
          <w:sz w:val="20"/>
        </w:rPr>
        <w:t>[25]</w:t>
      </w:r>
    </w:p>
    <w:p>
      <w:r>
        <w:rPr>
          <w:rFonts w:ascii="Gentium Plus" w:hAnsi="Gentium Plus"/>
          <w:sz w:val="24"/>
        </w:rPr>
        <w:t>την ὑπέμεινεν ὀργὴν, εἰπεῖν οὐκ ἔχω· ἐκεῖνο γὰρ ἔγνων μόνον· ἃ δὲ χρή σε παρ’ ἡμῶν ἀκοῦσαι τῶν σφόδρα σου τῆς σωτηρίας ἀντεχομένων, ἐστὶ ταῦτα. Οἶσθα ὡς οὐδὲν ὁ παρὼν βίος, ἀλλ’ ἢ ἄνθη μιμεῖται ἠρινὰ, καὶ σκιὰς ἀδρανεῖς, καὶ ὀνειράτων ἐστὶν ἀπάτη·</w:t>
      </w:r>
    </w:p>
    <w:p>
      <w:r>
        <w:rPr>
          <w:rFonts w:ascii="Courier New" w:hAnsi="Courier New"/>
          <w:color w:val="555555"/>
          <w:sz w:val="20"/>
        </w:rPr>
        <w:t>[30]</w:t>
      </w:r>
    </w:p>
    <w:p>
      <w:r>
        <w:rPr>
          <w:rFonts w:ascii="Gentium Plus" w:hAnsi="Gentium Plus"/>
          <w:sz w:val="24"/>
        </w:rPr>
        <w:t>τὰ δὲ ἀληθῆ πράγματα, καὶ πεπηγότα, καὶ ἀμετακί‐ νητα, τὰ μετὰ τὴν ἐντεῦθεν ἀποδημίαν ἡμᾶς διαδεξό‐ μενά ἐστι. Ταῦτα καὶ παρ’ ἡμῶν πολλάκις ἤκουσας, καὶ οἴκοθεν φιλοσοφοῦσα διατελεῖς. Διόπερ οὐδὲ μα‐ κρὰν ποιοῦμαι τὴν ἐπιστολὴν, ἀλλ’ ἐκεῖνό φαμεν· εἰ</w:t>
      </w:r>
    </w:p>
    <w:p>
      <w:r>
        <w:rPr>
          <w:rFonts w:ascii="Courier New" w:hAnsi="Courier New"/>
          <w:color w:val="555555"/>
          <w:sz w:val="20"/>
        </w:rPr>
        <w:t>[35]</w:t>
      </w:r>
    </w:p>
    <w:p>
      <w:r>
        <w:rPr>
          <w:rFonts w:ascii="Gentium Plus" w:hAnsi="Gentium Plus"/>
          <w:sz w:val="24"/>
        </w:rPr>
        <w:t>μὲν ἀδίκως τινὲς ἐπηρεάσαντες ἐξέβαλον, αἰδουμένη τοῦ δικαίου τὴν φύσιν, διόρθωσον τὸ γεγενημένον· εἰ δὲ δικαίως, τοὺς τῆς φιλανθρωπίας τιμῶσα νόμους, τὸ αὐτὸ δὴ τοῦτο πάλιν ποίησον, ἔνθα καὶ αὐτὴ τὸ πλέον καρπώσῃ μᾶλλον ἢ ἐκεῖνος. Ὥσπερ γὰρ ὁ τὸν ὁμό‐</w:t>
      </w:r>
    </w:p>
    <w:p>
      <w:r>
        <w:rPr>
          <w:rFonts w:ascii="Courier New" w:hAnsi="Courier New"/>
          <w:color w:val="555555"/>
          <w:sz w:val="20"/>
        </w:rPr>
        <w:t>[40]</w:t>
      </w:r>
    </w:p>
    <w:p>
      <w:r>
        <w:rPr>
          <w:rFonts w:ascii="Gentium Plus" w:hAnsi="Gentium Plus"/>
          <w:sz w:val="24"/>
        </w:rPr>
        <w:t>δουλον ἀπαιτῶν τὰ ἑκατὸν δηνάρια, οὐκ ἐκεῖνον το‐ σοῦτον ἔβλαψεν, ὅσον ἑαυτῷ καιρίαν ἔδωκε τὴν πλη‐ γὴν, διὰ τῆς πρὸς τὸν σύνδουλον ἀκριβολογίας μυρίων ταλάντων συγχώρησιν ἀνατρέψας· οὕτως ὁ παρατρέ‐ χων τὰ τοῦ πλησίον ἁμαρτήματα ἡμερωτέρας ἑαυτῷ</w:t>
      </w:r>
    </w:p>
    <w:p>
      <w:r>
        <w:rPr>
          <w:rFonts w:ascii="Courier New" w:hAnsi="Courier New"/>
          <w:color w:val="555555"/>
          <w:sz w:val="20"/>
        </w:rPr>
        <w:t>[45]</w:t>
      </w:r>
    </w:p>
    <w:p>
      <w:r>
        <w:rPr>
          <w:rFonts w:ascii="Gentium Plus" w:hAnsi="Gentium Plus"/>
          <w:sz w:val="24"/>
        </w:rPr>
        <w:t>ποιεῖ τὰς ἐν τῷ μέλλοντι εὐθύνας, καὶ ὅσῳ ἂν μείζονα τὰ ἁμαρτήματα ἀφῇ, τοσούτῳ καὶ αὐτὸς πλείονος τεύξεται τῆς συγχωρήσεως. Οὐ ταύτῃ δὲ μόνον ἐστὶ τὸ διάφορον, ἀλλὰ καὶ τῷ δουλικὴν διδόν‐ τα χάριν, δεσποτικὴν λαμβάνειν δωρεάν. Μὴ τοίνυν</w:t>
      </w:r>
    </w:p>
    <w:p>
      <w:r>
        <w:rPr>
          <w:rFonts w:ascii="Courier New" w:hAnsi="Courier New"/>
          <w:color w:val="555555"/>
          <w:sz w:val="20"/>
        </w:rPr>
        <w:t>[52 . 672 (50)]</w:t>
      </w:r>
    </w:p>
    <w:p>
      <w:r>
        <w:rPr>
          <w:rFonts w:ascii="Gentium Plus" w:hAnsi="Gentium Plus"/>
          <w:sz w:val="24"/>
        </w:rPr>
        <w:t>μοι λέγε, ὅτι τὸ καὶ τὸ αὐτῷ πεπλημμέληται. Ὅσῳ γὰρ ἂν δείξῃς χαλεπώτερα τὰ γεγενημένα, τοσούτῳ</w:t>
      </w:r>
    </w:p>
    <w:p>
      <w:r>
        <w:rPr>
          <w:rFonts w:ascii="Courier New" w:hAnsi="Courier New"/>
          <w:color w:val="555555"/>
          <w:sz w:val="20"/>
        </w:rPr>
        <w:t>[52 . 673]</w:t>
      </w:r>
    </w:p>
    <w:p>
      <w:r>
        <w:rPr>
          <w:rFonts w:ascii="Gentium Plus" w:hAnsi="Gentium Plus"/>
          <w:sz w:val="24"/>
        </w:rPr>
        <w:t>πρόφασιν, ἐπειδήπερ πολλῷ πλείονα φιλανθρωπίας ἐν τῷ μέλλοντι προαποθήσῃ σαυτῇ τὴν ὑπόθεσιν. Λῦσον τοίνυν τὴν ὀργὴν, κἂν δικαία ᾖ, δάμασον λογισμῷ φιλοσόφῳ τὸν θυμὸν, ἀνένεγκε τοῦτο θυσίαν τῷ Θεῷ·</w:t>
      </w:r>
    </w:p>
    <w:p>
      <w:r>
        <w:rPr>
          <w:rFonts w:ascii="Courier New" w:hAnsi="Courier New"/>
          <w:color w:val="555555"/>
          <w:sz w:val="20"/>
        </w:rPr>
        <w:t>[5]</w:t>
      </w:r>
    </w:p>
    <w:p>
      <w:r>
        <w:rPr>
          <w:rFonts w:ascii="Gentium Plus" w:hAnsi="Gentium Plus"/>
          <w:sz w:val="24"/>
        </w:rPr>
        <w:t>χάρισαι καὶ ἡμῖν τοῖς ἀγαπῶσί σε, καὶ δεῖξον πῶς καὶ ἀπὸ βραχείας ἐπιστολῆς τοσαύτην ἔχομεν δύνα‐ μιν. Χάρισαι καὶ σαυτῇ τὰ μεγάλα ταῦτα, ἅπερ εἶπον ἐγὼ, τὸ ἀτάραχον, τὸ ἐξοικίσαι τῆς ψυχῆς τὸν ἐντεῦ‐ θεν θόρυβον, τὸ μετὰ πολλῆς παῤῥησίας καὶ ἐντεῦ‐</w:t>
      </w:r>
    </w:p>
    <w:p>
      <w:r>
        <w:rPr>
          <w:rFonts w:ascii="Courier New" w:hAnsi="Courier New"/>
          <w:color w:val="555555"/>
          <w:sz w:val="20"/>
        </w:rPr>
        <w:t>[10]</w:t>
      </w:r>
    </w:p>
    <w:p>
      <w:r>
        <w:rPr>
          <w:rFonts w:ascii="Gentium Plus" w:hAnsi="Gentium Plus"/>
          <w:sz w:val="24"/>
        </w:rPr>
        <w:t>θεν αἰτεῖν παρὰ τοῦ φιλανθρώπου Θεοῦ τὴν εἰς τὴν βασιλείαν εἴσοδον. Καὶ γὰρ μέγα καθάρσιον ἁμαρ‐ τημάτων ἡ εἰς τὸν πλησίον φιλοφροσύνη· Ἐὰν γὰρ ἀφῆτε τοῖς ἀνθρώποις, φησὶ, τὰ παραπτώματα αὐ‐ τῶν, ἀφήσει καὶ ὑμῖν ὁ Πατὴρ ὑμῶν ὁ οὐράνιος.</w:t>
      </w:r>
    </w:p>
    <w:p>
      <w:r>
        <w:rPr>
          <w:rFonts w:ascii="Courier New" w:hAnsi="Courier New"/>
          <w:color w:val="555555"/>
          <w:sz w:val="20"/>
        </w:rPr>
        <w:t>[15]</w:t>
      </w:r>
    </w:p>
    <w:p>
      <w:r>
        <w:rPr>
          <w:rFonts w:ascii="Gentium Plus" w:hAnsi="Gentium Plus"/>
          <w:sz w:val="24"/>
        </w:rPr>
        <w:t>Ταῦτ’ οὖν ἅπαντα λογισαμένη πέμψον ἡμῖν ἐπιστολὴν, δηλοῦσαν ὅ τι ἤνυσαν τὰ γράμματα ἡμῶν. Τὸ μὲν γὰρ ἡμέτερον ἀπήρτισται, καὶ πεποιήκαμεν οὗπέρ ἐσμεν κύριοι παρεκαλέσαμεν, ἐδεήθημεν, χάριν ᾐτή‐ σαμεν, συνεβουλεύσαμεν ἅπερ ἐχρῆν. Πᾶσα δέ ἐστιν</w:t>
      </w:r>
    </w:p>
    <w:p>
      <w:r>
        <w:rPr>
          <w:rFonts w:ascii="Courier New" w:hAnsi="Courier New"/>
          <w:color w:val="555555"/>
          <w:sz w:val="20"/>
        </w:rPr>
        <w:t>[20]</w:t>
      </w:r>
    </w:p>
    <w:p>
      <w:r>
        <w:rPr>
          <w:rFonts w:ascii="Gentium Plus" w:hAnsi="Gentium Plus"/>
          <w:sz w:val="24"/>
        </w:rPr>
        <w:t>ὑπὲρ σοῦ λοιπὸν ἡ σπουδή. Ἡμῖν μὲν γὰρ ὁ μισθὸς, ἄν τε γένηταί τι πλέον, ἄν τε μὴ γένηται, τῆς παρα‐ κλήσεως ταύτης ἀποκείσεται· ἔστι γὰρ καὶ ῥημάτων λαβεῖν ἀμοιβήν. Ὁ δὲ κάματος ἡμῖν ἅπας, διὰ τοῦ ἔργου καὶ τὴν σὴν κερδᾶναι κοσμιότητα, καὶ ἀπὸ τῶν</w:t>
      </w:r>
    </w:p>
    <w:p>
      <w:r>
        <w:rPr>
          <w:rFonts w:ascii="Courier New" w:hAnsi="Courier New"/>
          <w:color w:val="555555"/>
          <w:sz w:val="20"/>
        </w:rPr>
        <w:t>[25]</w:t>
      </w:r>
    </w:p>
    <w:p>
      <w:r>
        <w:rPr>
          <w:rFonts w:ascii="Gentium Plus" w:hAnsi="Gentium Plus"/>
          <w:sz w:val="24"/>
        </w:rPr>
        <w:t>παρόντων κατορθωμάτων τὰ μέλλοντα καὶ ἀθάνατα ἀγαθὰ μετὰ πολλῆς καρπώσασθαι τῆς εὐκολίας.</w:t>
      </w:r>
    </w:p>
    <w:p>
      <w:pPr>
        <w:jc w:val="center"/>
      </w:pPr>
      <w:r>
        <w:rPr>
          <w:rFonts w:ascii="Gentium Plus" w:hAnsi="Gentium Plus"/>
          <w:b/>
          <w:sz w:val="24"/>
        </w:rPr>
        <w:t>ΡΙΗʹ. Ἐπισκόποις καὶ πρεσβυτέροις τοῖς ἐν τῇ</w:t>
      </w:r>
    </w:p>
    <w:p>
      <w:pPr>
        <w:jc w:val="center"/>
      </w:pPr>
      <w:r>
        <w:rPr>
          <w:rFonts w:ascii="Gentium Plus" w:hAnsi="Gentium Plus"/>
          <w:b/>
          <w:sz w:val="24"/>
        </w:rPr>
        <w:t>φυλακῇ.</w:t>
      </w:r>
    </w:p>
    <w:p>
      <w:r>
        <w:rPr>
          <w:rFonts w:ascii="Courier New" w:hAnsi="Courier New"/>
          <w:color w:val="555555"/>
          <w:sz w:val="20"/>
        </w:rPr>
        <w:t>[29]</w:t>
      </w:r>
    </w:p>
    <w:p>
      <w:r>
        <w:rPr>
          <w:rFonts w:ascii="Gentium Plus" w:hAnsi="Gentium Plus"/>
          <w:sz w:val="24"/>
        </w:rPr>
        <w:t>Δεσμωτήριον οἰκεῖτε, καὶ ἄλυσιν περίκεισθε, καὶ</w:t>
      </w:r>
    </w:p>
    <w:p>
      <w:r>
        <w:rPr>
          <w:rFonts w:ascii="Courier New" w:hAnsi="Courier New"/>
          <w:color w:val="555555"/>
          <w:sz w:val="20"/>
        </w:rPr>
        <w:t>[30]</w:t>
      </w:r>
    </w:p>
    <w:p>
      <w:r>
        <w:rPr>
          <w:rFonts w:ascii="Gentium Plus" w:hAnsi="Gentium Plus"/>
          <w:sz w:val="24"/>
        </w:rPr>
        <w:t>μετὰ τῶν αὐχμώντων καὶ ῥυπώντων ἐστὲ κατακε‐ κλεισμένοι· καὶ τί ἂν γένοιτο μακαριώτερον ὑμῶν τούτων ἕνεκεν; Τί γὰρ τοιοῦτον στέφανος χρυσοῦς κε‐ φαλῇ περικείμενος, οἷον ἅλυσις δεξιᾷ περιπλεκομένη διὰ τὸν Θεόν; τί δὲ τοιοῦτον οἰκίαι περιφανεῖς καὶ</w:t>
      </w:r>
    </w:p>
    <w:p>
      <w:r>
        <w:rPr>
          <w:rFonts w:ascii="Courier New" w:hAnsi="Courier New"/>
          <w:color w:val="555555"/>
          <w:sz w:val="20"/>
        </w:rPr>
        <w:t>[35]</w:t>
      </w:r>
    </w:p>
    <w:p>
      <w:r>
        <w:rPr>
          <w:rFonts w:ascii="Gentium Plus" w:hAnsi="Gentium Plus"/>
          <w:sz w:val="24"/>
        </w:rPr>
        <w:t>μεγάλαι, οἷον δεσμωτήριον ζόφου καὶ ῥύπου γέμον, καὶ πολλῆς τῆς ἀηδίας, καὶ τῆς θλίψεως διὰ τὴν αὐ‐ τὴν ὑπόθεσιν; Διὰ ταῦτα σκιρτᾶτε, ἀγάλλεσθε, στε‐ φανοῦσθε, χορεύετε, ὅτι πολλῆς ἐμπορίας ὑμῖν ὑπό‐ θεσις τὰ συμβάντα λυπηρά. Τοῦτο σπόρος ἄμητον</w:t>
      </w:r>
    </w:p>
    <w:p>
      <w:r>
        <w:rPr>
          <w:rFonts w:ascii="Courier New" w:hAnsi="Courier New"/>
          <w:color w:val="555555"/>
          <w:sz w:val="20"/>
        </w:rPr>
        <w:t>[40]</w:t>
      </w:r>
    </w:p>
    <w:p>
      <w:r>
        <w:rPr>
          <w:rFonts w:ascii="Gentium Plus" w:hAnsi="Gentium Plus"/>
          <w:sz w:val="24"/>
        </w:rPr>
        <w:t>προαναφωνῶν ἄφατον, τοῦτο παλαίσματα νίκην ἔχοντα καὶ βραβεῖα, τοῦτο πλοῦς ἐμπορίαν πολλὴν προξενῶν. Ταῦτ’ οὖν ἅπαντα ἀναλογισάμενοι, κύριοί μου τι‐ μιώτατοι καὶ εὐλαβέστατοι, χαίρετε καὶ εὐφραίνεσθε, μὴ διαλίπητε τὸν Θεὸν ἐπὶ πᾶσι δοξάζοντες, καὶ και‐</w:t>
      </w:r>
    </w:p>
    <w:p>
      <w:r>
        <w:rPr>
          <w:rFonts w:ascii="Courier New" w:hAnsi="Courier New"/>
          <w:color w:val="555555"/>
          <w:sz w:val="20"/>
        </w:rPr>
        <w:t>[45]</w:t>
      </w:r>
    </w:p>
    <w:p>
      <w:r>
        <w:rPr>
          <w:rFonts w:ascii="Gentium Plus" w:hAnsi="Gentium Plus"/>
          <w:sz w:val="24"/>
        </w:rPr>
        <w:t>ρίας τῷ διαβόλῳ διδόντες πληγὰς, καὶ πολλὴν ἑαυτοῖς ἐν τοῖς οὐρανοῖς προαποτιθέμενοι τὴν ἀμοι‐ βήν. Οὐ γὰρ ἄξια τὰ παθήματα τοῦ νῦν καιροῦ πρὸς τὴν μέλλουσαν δόξαν ἀποκαλύπτεσθαι εἰς ὑμᾶς. Γράφετε δὲ καὶ ἡμῖν συνεχῶς. Σφόδρα γὰρ</w:t>
      </w:r>
    </w:p>
    <w:p>
      <w:r>
        <w:rPr>
          <w:rFonts w:ascii="Courier New" w:hAnsi="Courier New"/>
          <w:color w:val="555555"/>
          <w:sz w:val="20"/>
        </w:rPr>
        <w:t>[52 . 673 (50)]</w:t>
      </w:r>
    </w:p>
    <w:p>
      <w:r>
        <w:rPr>
          <w:rFonts w:ascii="Gentium Plus" w:hAnsi="Gentium Plus"/>
          <w:sz w:val="24"/>
        </w:rPr>
        <w:t>ἐπιθυμοῦμεν γράμματα δέχεσθαι παρ’ ἀνθρώπων διὰ τὸν Θεὸν δεδεμένων, τὰ παθήματα ὑμῶν ἀπαγγέλλον‐ τα, καὶ πολλὴν ἐντεῦθεν, καὶ ἐν ἀλλοτρίᾳ διατρίβον‐ τες, καρπωσόμεθα τὴν παράκλησιν.</w:t>
      </w:r>
    </w:p>
    <w:p>
      <w:pPr>
        <w:jc w:val="center"/>
      </w:pPr>
      <w:r>
        <w:rPr>
          <w:rFonts w:ascii="Gentium Plus" w:hAnsi="Gentium Plus"/>
          <w:b/>
          <w:sz w:val="24"/>
        </w:rPr>
        <w:t>ΡΙΘʹ. Θεοφίλῳ πρεσβυτέρῳ.</w:t>
      </w:r>
    </w:p>
    <w:p>
      <w:r>
        <w:rPr>
          <w:rFonts w:ascii="Courier New" w:hAnsi="Courier New"/>
          <w:color w:val="555555"/>
          <w:sz w:val="20"/>
        </w:rPr>
        <w:t>[55]</w:t>
      </w:r>
    </w:p>
    <w:p>
      <w:r>
        <w:rPr>
          <w:rFonts w:ascii="Gentium Plus" w:hAnsi="Gentium Plus"/>
          <w:sz w:val="24"/>
        </w:rPr>
        <w:t>Οὐκοῦν ἐπειδή σοι θύραν ἀνέῳξα τοῦ γράφειν, δεῖ‐</w:t>
      </w:r>
    </w:p>
    <w:p>
      <w:r>
        <w:rPr>
          <w:rFonts w:ascii="Courier New" w:hAnsi="Courier New"/>
          <w:color w:val="555555"/>
          <w:sz w:val="20"/>
        </w:rPr>
        <w:t>[52 . 674]</w:t>
      </w:r>
    </w:p>
    <w:p>
      <w:r>
        <w:rPr>
          <w:rFonts w:ascii="Gentium Plus" w:hAnsi="Gentium Plus"/>
          <w:sz w:val="24"/>
        </w:rPr>
        <w:t>ξον ὡς οὐχ ὁ ὄκνος ἐποίει τὴν ἔμπροσθεν σιγὴν, ἀλλὰ τὸ παρ’ ἡμῶν ἀναμένειν λαβεῖν τοῦ γράφειν τὴν παῤῥησίαν, καὶ πέμπε νιφάδας ἡμῖν γραμμάτων, τὴν σὴν ἀπαγγελλόντων ἡμῖν εὐδοκίμησιν· οἶσθα γὰρ</w:t>
      </w:r>
    </w:p>
    <w:p>
      <w:r>
        <w:rPr>
          <w:rFonts w:ascii="Courier New" w:hAnsi="Courier New"/>
          <w:color w:val="555555"/>
          <w:sz w:val="20"/>
        </w:rPr>
        <w:t>[5]</w:t>
      </w:r>
    </w:p>
    <w:p>
      <w:r>
        <w:rPr>
          <w:rFonts w:ascii="Gentium Plus" w:hAnsi="Gentium Plus"/>
          <w:sz w:val="24"/>
        </w:rPr>
        <w:t>ὅπως αὐτῆς ἀντεχόμεθα· μηδὲ ἀφῇς τῆς ἀθυμίας τὴν τυραννίδα εἰς σιγήν σε ἐμβαλεῖν, ἀλλὰ πάσης ἀράχνης εὐκολώτερον αὐτὴν διασπάσας, φαίνου λαμ‐ πρὸς ἐπὶ τῆς παρατάξεως, καὶ τῇ πολλῇ παῤῥησίᾳ καὶ ἐλευθερίᾳ συγχέων τοὺς ἐναντίους. Νῦν γάρ ἐστι</w:t>
      </w:r>
    </w:p>
    <w:p>
      <w:r>
        <w:rPr>
          <w:rFonts w:ascii="Courier New" w:hAnsi="Courier New"/>
          <w:color w:val="555555"/>
          <w:sz w:val="20"/>
        </w:rPr>
        <w:t>[10]</w:t>
      </w:r>
    </w:p>
    <w:p>
      <w:r>
        <w:rPr>
          <w:rFonts w:ascii="Gentium Plus" w:hAnsi="Gentium Plus"/>
          <w:sz w:val="24"/>
        </w:rPr>
        <w:t>καιρὸς εὐδοκιμήσεως καὶ ἐμπορίας πολλῆς. Οὐδὲ γὰρ ἔμπορος ἐν λιμένι καθήμενος, τὰ φορτία συνάγειν δύναιτ’ ἂν, ἀλλὰ μακρὰ διαπερῶν πελάγη, καὶ κυμά‐ των κατατολμῶν, καὶ λιμῷ καὶ θηρίοις τοῖς ἐν πελά‐ γει πυκτεύων, καὶ πολλὰς ἑτέρας ὑπομένων δυσκο‐</w:t>
      </w:r>
    </w:p>
    <w:p>
      <w:r>
        <w:rPr>
          <w:rFonts w:ascii="Courier New" w:hAnsi="Courier New"/>
          <w:color w:val="555555"/>
          <w:sz w:val="20"/>
        </w:rPr>
        <w:t>[15]</w:t>
      </w:r>
    </w:p>
    <w:p>
      <w:r>
        <w:rPr>
          <w:rFonts w:ascii="Gentium Plus" w:hAnsi="Gentium Plus"/>
          <w:sz w:val="24"/>
        </w:rPr>
        <w:t>λίας. Ταῦτ’ οὖν καὶ αὐτὸς λογισάμενος, ὡς ὁ τῶν δεινῶν καιρὸς οὗτος τῆς ἐμπορίας ἐστὶ καιρὸς, καὶ πολλῆς εὐδοκιμήσεως, καὶ μισθῶν ἀφάτων, διανάστη‐ σόν σου τὸ πτερὸν τῆς διανοίας, καὶ τὴν κόνιν τῆς ἀθυμίας ἀποτιναξάμενος μετὰ πολλῆς τῆς εὐκολίας</w:t>
      </w:r>
    </w:p>
    <w:p>
      <w:r>
        <w:rPr>
          <w:rFonts w:ascii="Courier New" w:hAnsi="Courier New"/>
          <w:color w:val="555555"/>
          <w:sz w:val="20"/>
        </w:rPr>
        <w:t>[20]</w:t>
      </w:r>
    </w:p>
    <w:p>
      <w:r>
        <w:rPr>
          <w:rFonts w:ascii="Gentium Plus" w:hAnsi="Gentium Plus"/>
          <w:sz w:val="24"/>
        </w:rPr>
        <w:t>πᾶσαν περίτρεχε τὴν φάλαγγα, συγκροτῶν, ἀλείφων, ἅπαντας διεγείρων, νευρῶν, σπουδαιοτέρους ποιῶν. Καὶ ταῦτα ἡμῖν δήλου διὰ γραμμάτων τῶν σῶν, μη‐ δὲν ὑφορώμενος, εἰ κατορθώματα μέλλοις αὐτὸς ἀπαγγέλλειν τὰ σὰ, ἀλλ’ ὡς ὑπόταγμα ἡμέτερον</w:t>
      </w:r>
    </w:p>
    <w:p>
      <w:r>
        <w:rPr>
          <w:rFonts w:ascii="Courier New" w:hAnsi="Courier New"/>
          <w:color w:val="555555"/>
          <w:sz w:val="20"/>
        </w:rPr>
        <w:t>[25]</w:t>
      </w:r>
    </w:p>
    <w:p>
      <w:r>
        <w:rPr>
          <w:rFonts w:ascii="Gentium Plus" w:hAnsi="Gentium Plus"/>
          <w:sz w:val="24"/>
        </w:rPr>
        <w:t>ἀνύων, χαρίζου ταύτην ἡμῖν τὴν εὐφροσύνην, ἵνα καὶ πόῤῥωθεν ὄντες, πολλὴν καρπωσώμεθα τὴν ἡδο‐ νὴν, ταῦτα ἀκούοντες παρὰ τῆς σῆς εὐλαβείας, ἅπερ ἐπιθυμοῦμεν μανθάνειν.</w:t>
      </w:r>
    </w:p>
    <w:p>
      <w:pPr>
        <w:jc w:val="center"/>
      </w:pPr>
      <w:r>
        <w:rPr>
          <w:rFonts w:ascii="Gentium Plus" w:hAnsi="Gentium Plus"/>
          <w:b/>
          <w:sz w:val="24"/>
        </w:rPr>
        <w:t>ΡΚʹ. Θεοδώρᾳ.</w:t>
      </w:r>
    </w:p>
    <w:p>
      <w:r>
        <w:rPr>
          <w:rFonts w:ascii="Courier New" w:hAnsi="Courier New"/>
          <w:color w:val="555555"/>
          <w:sz w:val="20"/>
        </w:rPr>
        <w:t>[30]</w:t>
      </w:r>
    </w:p>
    <w:p>
      <w:r>
        <w:rPr>
          <w:rFonts w:ascii="Gentium Plus" w:hAnsi="Gentium Plus"/>
          <w:sz w:val="24"/>
        </w:rPr>
        <w:t>Ἀνηλώθημεν, ἐδαπανήθημεν, μυρίους ἀπεθάνομεν θανάτους· καὶ ταῦτα ἴσασιν ἀκριβέστερον ἀπαγγεῖ‐ λαι οἱ τὰ γράμματα ἐγχειρίζοντες, καὶ ταῦτα βραχεῖαν ῥοπὴν ἡμῖν συγγενόμενοι· πρὸς οὓς οὐδὲ διαλεχθῆναί τι μικρὸν ἠδυνήθημεν, ὑπὸ τῶν συνεχῶν πυρετῶν</w:t>
      </w:r>
    </w:p>
    <w:p>
      <w:r>
        <w:rPr>
          <w:rFonts w:ascii="Courier New" w:hAnsi="Courier New"/>
          <w:color w:val="555555"/>
          <w:sz w:val="20"/>
        </w:rPr>
        <w:t>[35]</w:t>
      </w:r>
    </w:p>
    <w:p>
      <w:r>
        <w:rPr>
          <w:rFonts w:ascii="Gentium Plus" w:hAnsi="Gentium Plus"/>
          <w:sz w:val="24"/>
        </w:rPr>
        <w:t>καταβεβλημένοι, οὓς ἔχων καὶ ἐν νυκτὶ καὶ ἐν ἡμέρᾳ ὁδοιπορεῖν ἠναγκαζόμην, καὶ θάλπει πολιορκούμενος, καὶ ὑπὸ ἀγρυπνίας διαφθειρόμενος, καὶ ὑπὸ τῆς τῶν ἐπιτηδείων ἐρημίας ἀπολλύμενος, καὶ τῆς τῶν προ‐ στησομένων ἀπορίας. Καὶ γὰρ τῶν τὰ μέταλλα ἐργα‐</w:t>
      </w:r>
    </w:p>
    <w:p>
      <w:r>
        <w:rPr>
          <w:rFonts w:ascii="Courier New" w:hAnsi="Courier New"/>
          <w:color w:val="555555"/>
          <w:sz w:val="20"/>
        </w:rPr>
        <w:t>[40]</w:t>
      </w:r>
    </w:p>
    <w:p>
      <w:r>
        <w:rPr>
          <w:rFonts w:ascii="Gentium Plus" w:hAnsi="Gentium Plus"/>
          <w:sz w:val="24"/>
        </w:rPr>
        <w:t>ζομένων, καὶ τὰ δεσμωτήρια οἰκούντων χαλεπώτερα καὶ πεπόνθαμεν καὶ πάσχομεν. Ὀψὲ δέ ποτε καὶ μόλις ἐπέτυχον τῆς Καισαρείας, ὡς ἀπὸ χειμῶνος εἰς γαλή‐ νην καὶ εἰς λιμένα ἐλθών. Ἀλλ’ οὐδὲ ὁ λιμὴν οὗτος ἴσχυσεν ἀνακτήσασθαι τὰ ἀπὸ τοῦ κλυδωνίου</w:t>
      </w:r>
    </w:p>
    <w:p>
      <w:r>
        <w:rPr>
          <w:rFonts w:ascii="Courier New" w:hAnsi="Courier New"/>
          <w:color w:val="555555"/>
          <w:sz w:val="20"/>
        </w:rPr>
        <w:t>[45]</w:t>
      </w:r>
    </w:p>
    <w:p>
      <w:r>
        <w:rPr>
          <w:rFonts w:ascii="Gentium Plus" w:hAnsi="Gentium Plus"/>
          <w:sz w:val="24"/>
        </w:rPr>
        <w:t>κακά· οὕτω καθάπαξ ἡμᾶς ὁ ἔμπροσθεν χρόνος κατ‐ ειργάσατο. Ἀλλ’ ὅμως ἐλθὼν εἰς τὴν Καισάρειαν, μικρὸν ἀνέψυξα, ὅτι ὕδατος ἔπιον καθαροῦ, ὅτι ἄρτου οὐκ ὀδωδότος οὐδὲ κατεσκληκότος μετέλαβον, ὅτι οὐκ ἔτι ἐν τοῖς κλάσμασι τῶν πίθων ἐλουόμην, ἀλλ’ εὗρον</w:t>
      </w:r>
    </w:p>
    <w:p>
      <w:r>
        <w:rPr>
          <w:rFonts w:ascii="Courier New" w:hAnsi="Courier New"/>
          <w:color w:val="555555"/>
          <w:sz w:val="20"/>
        </w:rPr>
        <w:t>[52 . 674 (50)]</w:t>
      </w:r>
    </w:p>
    <w:p>
      <w:r>
        <w:rPr>
          <w:rFonts w:ascii="Gentium Plus" w:hAnsi="Gentium Plus"/>
          <w:sz w:val="24"/>
        </w:rPr>
        <w:t>βαλανεῖον οἷον δήποτε, ὅτι συγκεχώρημαι τέως τῇ κλίνῃ προσηλῶσθαι. Ἐνῆν καὶ πλείονα τούτων εἰπεῖν, ἀλλ’ ἵνα μὴ συγχέω σου τὴν μάθησιν, μέχρι τούτου ἵστημι τὸν λόγον, ἐκεῖνο προστιθεὶς, ὅτι μὴ παύσῃ</w:t>
      </w:r>
    </w:p>
    <w:p>
      <w:r>
        <w:rPr>
          <w:rFonts w:ascii="Courier New" w:hAnsi="Courier New"/>
          <w:color w:val="555555"/>
          <w:sz w:val="20"/>
        </w:rPr>
        <w:t>[52 . 675]</w:t>
      </w:r>
    </w:p>
    <w:p>
      <w:r>
        <w:rPr>
          <w:rFonts w:ascii="Gentium Plus" w:hAnsi="Gentium Plus"/>
          <w:sz w:val="24"/>
        </w:rPr>
        <w:t>τες ἐραστὰς, καὶ τοσαύτην δύναμιν περιβεβλημένους, οὐκ ἐτύχομεν οὗ τυγχάνουσιν οἱ κατάδικοι, ὥστε εἰς ἡμερώτερον καὶ ἐγγύτερόν που κατοικισθῆναι τόπον· ἀλλὰ καὶ τοῦ σώματος ἡμῖν ἀπαγορεύσαντος, καὶ τοῦ</w:t>
      </w:r>
    </w:p>
    <w:p>
      <w:r>
        <w:rPr>
          <w:rFonts w:ascii="Courier New" w:hAnsi="Courier New"/>
          <w:color w:val="555555"/>
          <w:sz w:val="20"/>
        </w:rPr>
        <w:t>[5]</w:t>
      </w:r>
    </w:p>
    <w:p>
      <w:r>
        <w:rPr>
          <w:rFonts w:ascii="Gentium Plus" w:hAnsi="Gentium Plus"/>
          <w:sz w:val="24"/>
        </w:rPr>
        <w:t>φόβου τῶν Ἰσαύρων πάντα πολιορκοῦντος, τῆς μικρᾶς ταύτης καὶ εὐτελοῦς οὐκ ἐπετύχομεν χάριτος. Δόξα τῷ Θεῷ καὶ διὰ τοῦτο. Οὐ παυόμεθα γὰρ αὐτὸν ἐπὶ πᾶσι δοξάζοντες. Εἴη τὸ ὄνομα αὐτοῦ εὐλογημένον εἰς τοὺς αἰῶνας. Πολὺ δὲ ἐξεπλάγην καὶ τὸ σὸν, ὅτι</w:t>
      </w:r>
    </w:p>
    <w:p>
      <w:r>
        <w:rPr>
          <w:rFonts w:ascii="Courier New" w:hAnsi="Courier New"/>
          <w:color w:val="555555"/>
          <w:sz w:val="20"/>
        </w:rPr>
        <w:t>[10]</w:t>
      </w:r>
    </w:p>
    <w:p>
      <w:r>
        <w:rPr>
          <w:rFonts w:ascii="Gentium Plus" w:hAnsi="Gentium Plus"/>
          <w:sz w:val="24"/>
        </w:rPr>
        <w:t>τετάρτην ταύτην ἐπιστολὴν ἢ καὶ πέμπτην ἐπεσταλ‐ κὼς τῇ διαθέσει σου καὶ τῇ κοσμιότητι, μίαν ἐδεξά‐ μην καὶ μόνην. Καίτοι τοῦτο δυσκολίας οὐκ ἦν, τὸ ἐπιστέλλειν συνεχέστερον. Καὶ ταῦτα οὐκ ἐγκαλῶν σοι λέγω· τὸ γὰρ τῆς ἀγάπης οὐκ ἔστιν ἀνάγκης, ἀλλὰ</w:t>
      </w:r>
    </w:p>
    <w:p>
      <w:r>
        <w:rPr>
          <w:rFonts w:ascii="Courier New" w:hAnsi="Courier New"/>
          <w:color w:val="555555"/>
          <w:sz w:val="20"/>
        </w:rPr>
        <w:t>[15]</w:t>
      </w:r>
    </w:p>
    <w:p>
      <w:r>
        <w:rPr>
          <w:rFonts w:ascii="Gentium Plus" w:hAnsi="Gentium Plus"/>
          <w:sz w:val="24"/>
        </w:rPr>
        <w:t>προαιρέσεως. Ἀλλὰ σφόδρα ἀλγῶ, ὅτι ἀθρόον ἐξέβα‐ λες ἡμᾶς τῆς διανοίας τῆς σῆς, ἐν οὕτω χρόνῳ μακρῷ μίαν ἡμῖν πέμψασα ἐπιστολήν. Εἰ τοίνυν μηδὲν φορτικὸν μηδὲ ἐπαχθὲς αἰτοῦμεν, τοῦτο ἡμῖν πάρεχε, οὗ σὺ κυρία εἶ, καὶ ἐπὶ σοὶ κεῖται. Τῶν γὰρ ἄλλων</w:t>
      </w:r>
    </w:p>
    <w:p>
      <w:r>
        <w:rPr>
          <w:rFonts w:ascii="Courier New" w:hAnsi="Courier New"/>
          <w:color w:val="555555"/>
          <w:sz w:val="20"/>
        </w:rPr>
        <w:t>[20]</w:t>
      </w:r>
    </w:p>
    <w:p>
      <w:r>
        <w:rPr>
          <w:rFonts w:ascii="Gentium Plus" w:hAnsi="Gentium Plus"/>
          <w:sz w:val="24"/>
        </w:rPr>
        <w:t>ἕνεκεν οὐκ ἐνοχλοῦμεν, ἵνα μὴ πρὸς τῷ μηδὲν ἀνύειν καὶ φορτικοί τινες δόξωμεν καὶ ἐπαχθεῖς εἶναί σοι.</w:t>
      </w:r>
    </w:p>
    <w:p>
      <w:pPr>
        <w:jc w:val="center"/>
      </w:pPr>
      <w:r>
        <w:rPr>
          <w:rFonts w:ascii="Gentium Plus" w:hAnsi="Gentium Plus"/>
          <w:b/>
          <w:sz w:val="24"/>
        </w:rPr>
        <w:t>ΡΚΑʹ. Ἀραβίῳ.</w:t>
      </w:r>
    </w:p>
    <w:p>
      <w:r>
        <w:rPr>
          <w:rFonts w:ascii="Courier New" w:hAnsi="Courier New"/>
          <w:color w:val="555555"/>
          <w:sz w:val="20"/>
        </w:rPr>
        <w:t>[23]</w:t>
      </w:r>
    </w:p>
    <w:p>
      <w:r>
        <w:rPr>
          <w:rFonts w:ascii="Gentium Plus" w:hAnsi="Gentium Plus"/>
          <w:sz w:val="24"/>
        </w:rPr>
        <w:t>Τὴν κάμινον τῆς ἀθυμίας, ἣν ἐπὶ τῆς ψυχῆς περι‐ φέρεις ὑπὲρ τῶν εἰς ἡμᾶς γεγενημένων, σαφέστατα</w:t>
      </w:r>
    </w:p>
    <w:p>
      <w:r>
        <w:rPr>
          <w:rFonts w:ascii="Courier New" w:hAnsi="Courier New"/>
          <w:color w:val="555555"/>
          <w:sz w:val="20"/>
        </w:rPr>
        <w:t>[25]</w:t>
      </w:r>
    </w:p>
    <w:p>
      <w:r>
        <w:rPr>
          <w:rFonts w:ascii="Gentium Plus" w:hAnsi="Gentium Plus"/>
          <w:sz w:val="24"/>
        </w:rPr>
        <w:t>ἔδειξεν ἡμῖν τὸ γράμμα τὸ σὸν, καὶ πρὸ τούτου μὲν ἐπισταμένοις. Οὐ γὰρ δυνησόμεθα ἐπιλαθέσθαι τῆς πηγῆς τῶν δακρύων, ἣν ἐν ἀρχῇ τῶν κακῶν τούτων ὑφαινομένων ἠφίεις. Πλὴν ἀλλὰ καὶ ἡ ἐπιστολὴ τῶν δακρύων οὐκ ἔλαττον καὶ τῶν ὀδυρμῶν ἐκείνων ἀπ‐</w:t>
      </w:r>
    </w:p>
    <w:p>
      <w:r>
        <w:rPr>
          <w:rFonts w:ascii="Courier New" w:hAnsi="Courier New"/>
          <w:color w:val="555555"/>
          <w:sz w:val="20"/>
        </w:rPr>
        <w:t>[30]</w:t>
      </w:r>
    </w:p>
    <w:p>
      <w:r>
        <w:rPr>
          <w:rFonts w:ascii="Gentium Plus" w:hAnsi="Gentium Plus"/>
          <w:sz w:val="24"/>
        </w:rPr>
        <w:t>εκάλυψε τὴν φλόγα τῆς λύπης ἡμῖν, τῆς ἐν τῇ καρδίᾳ τῇ σῇ. Τούτων προσδόκα τὰς ἀμοιβὰς παρὰ τοῦ φιλανθρώπου Θεοῦ. Ἔστι γὰρ καὶ λύπης μισθὸς καὶ μέγας καὶ πολύς. Ἐπεὶ καὶ ἐπὶ Ἰουδαϊκῶν κακῶν ἦσάν τινες, οἳ τὰ γινόμενα παρ’ αὐτῶν διορθῶσαι μὲν</w:t>
      </w:r>
    </w:p>
    <w:p>
      <w:r>
        <w:rPr>
          <w:rFonts w:ascii="Courier New" w:hAnsi="Courier New"/>
          <w:color w:val="555555"/>
          <w:sz w:val="20"/>
        </w:rPr>
        <w:t>[35]</w:t>
      </w:r>
    </w:p>
    <w:p>
      <w:r>
        <w:rPr>
          <w:rFonts w:ascii="Gentium Plus" w:hAnsi="Gentium Plus"/>
          <w:sz w:val="24"/>
        </w:rPr>
        <w:t>οὐκ ἠδύναντο, ἔστενον δὲ μόνον καὶ ἐθρήνουν, καὶ τοιαύτην ἐκαρπώσαντο τὴν ἀμοιβὴν, ὡς τῶν ἄλ‐ λων ἁπάντων ἀπολλυμένων, καὶ πανωλεθρίᾳ παρα‐ διδομένων, ἐκείνους διαφυγεῖν τὴν ὀργήν. Δὸς γὰρ, φησὶ, τὸ σημεῖον ἐπὶ τὰ πρόσωπα τῶν στεναζόν‐</w:t>
      </w:r>
    </w:p>
    <w:p>
      <w:r>
        <w:rPr>
          <w:rFonts w:ascii="Courier New" w:hAnsi="Courier New"/>
          <w:color w:val="555555"/>
          <w:sz w:val="20"/>
        </w:rPr>
        <w:t>[40]</w:t>
      </w:r>
    </w:p>
    <w:p>
      <w:r>
        <w:rPr>
          <w:rFonts w:ascii="Gentium Plus" w:hAnsi="Gentium Plus"/>
          <w:sz w:val="24"/>
        </w:rPr>
        <w:t>των καὶ ὀδυρομένων. Καίτοι γε οὐκ ἐκώλυον τὰ γινόμενα, ἀλλ’ ἐπειδὴ οὗπερ κύριοι ἦσαν ἐποίουν, ἕστενον, ἐθρήνουν τὰ γινόμενα, μεγίστην ἐντεῦθεν τὴν ἀσφάλειαν ἐκτήσαντο. Μὴ οὖν διαλίπητε καὶ ὑμεῖς, δεσπόται μου, στένοντες ταῦτα καὶ τὸν φιλάνθρωπον</w:t>
      </w:r>
    </w:p>
    <w:p>
      <w:r>
        <w:rPr>
          <w:rFonts w:ascii="Courier New" w:hAnsi="Courier New"/>
          <w:color w:val="555555"/>
          <w:sz w:val="20"/>
        </w:rPr>
        <w:t>[45]</w:t>
      </w:r>
    </w:p>
    <w:p>
      <w:r>
        <w:rPr>
          <w:rFonts w:ascii="Gentium Plus" w:hAnsi="Gentium Plus"/>
          <w:sz w:val="24"/>
        </w:rPr>
        <w:t>Θεὸν παρακαλοῦντες δοῦναι λύσιν τῷ κοινῷ τῆς οἰ‐ κουμένης ναυαγίῳ. Ἴστε γὰρ, ἴστε σαφῶς, ὡς πάντα θορύβων καὶ ταραχῆς πεπλήρωται, καὶ οὐχ ὑπὲρ Κων‐ σταντινουπόλεως χρὴ μόνον παρακαλεῖν, ἀλλ’ ὑπὲρ τῆς οἰκουμένης ἁπάσης· ἐπειδήπερ ἐντεῦθεν ἀρξάμε‐</w:t>
      </w:r>
    </w:p>
    <w:p>
      <w:r>
        <w:rPr>
          <w:rFonts w:ascii="Courier New" w:hAnsi="Courier New"/>
          <w:color w:val="555555"/>
          <w:sz w:val="20"/>
        </w:rPr>
        <w:t>[52 . 675 (50)]</w:t>
      </w:r>
    </w:p>
    <w:p>
      <w:r>
        <w:rPr>
          <w:rFonts w:ascii="Gentium Plus" w:hAnsi="Gentium Plus"/>
          <w:sz w:val="24"/>
        </w:rPr>
        <w:t>νον τὸ κακὸν, καθάπερ ῥεῦμα πονηρὸν ἐκχυθὲν, παν‐ ταχοῦ τῆς γῆς τὰς Ἐκκλησίας λυμαίνεται. Ὅπερ δὲ ἡμᾶς παρεκάλεσας, τοῦτο καὶ αὐτὸς παρ’ ἡμῶν πα‐ ρακλήθητι, ἕως ἂν ὑμῶν ὦμεν κεχωρισμένοι τῷ σώ‐ ματι (τῇ γὰρ ψυχῇ ἀεὶ καὶ τῇ σῇ εὐγενείᾳ καὶ τῷ οἴκῳ</w:t>
      </w:r>
    </w:p>
    <w:p>
      <w:r>
        <w:rPr>
          <w:rFonts w:ascii="Courier New" w:hAnsi="Courier New"/>
          <w:color w:val="555555"/>
          <w:sz w:val="20"/>
        </w:rPr>
        <w:t>[55]</w:t>
      </w:r>
    </w:p>
    <w:p>
      <w:r>
        <w:rPr>
          <w:rFonts w:ascii="Gentium Plus" w:hAnsi="Gentium Plus"/>
          <w:sz w:val="24"/>
        </w:rPr>
        <w:t>σου συνδεδέμεθα), συνεχῶς ἡμῖν ἐπιστέλλειν, καὶ τὰ</w:t>
      </w:r>
    </w:p>
    <w:p>
      <w:r>
        <w:rPr>
          <w:rFonts w:ascii="Courier New" w:hAnsi="Courier New"/>
          <w:color w:val="555555"/>
          <w:sz w:val="20"/>
        </w:rPr>
        <w:t>[52 . 676]</w:t>
      </w:r>
    </w:p>
    <w:p>
      <w:r>
        <w:rPr>
          <w:rFonts w:ascii="Gentium Plus" w:hAnsi="Gentium Plus"/>
          <w:sz w:val="24"/>
        </w:rPr>
        <w:t>δας γὰρ ἡλίκην ἡμῖν δώσεις τὴν χάριν. Ἐπειδὴ ἐκέ‐ λευσας ἡμᾶς ἐν τοῖς σοῖς καταχθῆναι, καθὼς ἔμαθον ἐξελθὼν, οὐκ ἔτι ἔδοξεν ἡμᾶς εἰς Σεβάστειαν ἀπενε‐ χθῆναι, ἀλλ’ εἰς ἐρημότατον χωρίον τῆς Ἀρμενίας</w:t>
      </w:r>
    </w:p>
    <w:p>
      <w:r>
        <w:rPr>
          <w:rFonts w:ascii="Courier New" w:hAnsi="Courier New"/>
          <w:color w:val="555555"/>
          <w:sz w:val="20"/>
        </w:rPr>
        <w:t>[5]</w:t>
      </w:r>
    </w:p>
    <w:p>
      <w:r>
        <w:rPr>
          <w:rFonts w:ascii="Gentium Plus" w:hAnsi="Gentium Plus"/>
          <w:sz w:val="24"/>
        </w:rPr>
        <w:t>Κουκουσὸν, καὶ σφαλερώτατον τῆς τῶν Ἰσαύρων ἐπι‐ δρομῆς ἕνεκεν. Χάριν μέντοι ἴσμεν τῇ εὐγενείᾳ τῇ σῇ, καὶ δεδέγμεθα τὴν τιμὴν, ὅτι καὶ ἀπόντων οὕτως ἐφρόντισας, ὥστε εὐτρεπίσαι τὸ καταγώγιον ἡμῖν, καὶ παρακαλέσαι ἐν τοῖς σοῖς ἡμᾶς καταχθῆναι. Ἀλλ’</w:t>
      </w:r>
    </w:p>
    <w:p>
      <w:r>
        <w:rPr>
          <w:rFonts w:ascii="Courier New" w:hAnsi="Courier New"/>
          <w:color w:val="555555"/>
          <w:sz w:val="20"/>
        </w:rPr>
        <w:t>[10]</w:t>
      </w:r>
    </w:p>
    <w:p>
      <w:r>
        <w:rPr>
          <w:rFonts w:ascii="Gentium Plus" w:hAnsi="Gentium Plus"/>
          <w:sz w:val="24"/>
        </w:rPr>
        <w:t>εἴ τινες εἶέν σοι φίλοι κατὰ τὴν Κουκουσὸν, ἐκείνοις ἐπιστεῖλαι παρακλήθητι.</w:t>
      </w:r>
    </w:p>
    <w:p>
      <w:pPr>
        <w:jc w:val="center"/>
      </w:pPr>
      <w:r>
        <w:rPr>
          <w:rFonts w:ascii="Gentium Plus" w:hAnsi="Gentium Plus"/>
          <w:b/>
          <w:sz w:val="24"/>
        </w:rPr>
        <w:t>ΡΚΒʹ. Μαρκιανῷ.</w:t>
      </w:r>
    </w:p>
    <w:p>
      <w:r>
        <w:rPr>
          <w:rFonts w:ascii="Courier New" w:hAnsi="Courier New"/>
          <w:color w:val="555555"/>
          <w:sz w:val="20"/>
        </w:rPr>
        <w:t>[13]</w:t>
      </w:r>
    </w:p>
    <w:p>
      <w:r>
        <w:rPr>
          <w:rFonts w:ascii="Gentium Plus" w:hAnsi="Gentium Plus"/>
          <w:sz w:val="24"/>
        </w:rPr>
        <w:t>Μακάριος εἶ, καὶ τρισμακάριος, καὶ πολλάκις τοῦτο, ἐν οὕτω χειμῶνι χαλεπῷ, καὶ τοσαύτῃ τῶν</w:t>
      </w:r>
    </w:p>
    <w:p>
      <w:r>
        <w:rPr>
          <w:rFonts w:ascii="Courier New" w:hAnsi="Courier New"/>
          <w:color w:val="555555"/>
          <w:sz w:val="20"/>
        </w:rPr>
        <w:t>[15]</w:t>
      </w:r>
    </w:p>
    <w:p>
      <w:r>
        <w:rPr>
          <w:rFonts w:ascii="Gentium Plus" w:hAnsi="Gentium Plus"/>
          <w:sz w:val="24"/>
        </w:rPr>
        <w:t>πραγμάτων ζάλῃ, τοσαύτην ἐπιδεικνύμενος περὶ τοὺς δεομένους μεγαλοψυχίαν. Οὐ γὰρ ἔλαθεν ἡμᾶς τῆς φιλανθρωπίας σου τὸ μέγεθος, καὶ ὅτι καινὸς ἅπασι γέγονας λιμὴν, ὀρφανοῖς παριστάμενος, χήρας παντὶ τρόπῳ παραμυθούμενος, ἀνέχων αὐτῶν τὴν πενίαν,</w:t>
      </w:r>
    </w:p>
    <w:p>
      <w:r>
        <w:rPr>
          <w:rFonts w:ascii="Courier New" w:hAnsi="Courier New"/>
          <w:color w:val="555555"/>
          <w:sz w:val="20"/>
        </w:rPr>
        <w:t>[20]</w:t>
      </w:r>
    </w:p>
    <w:p>
      <w:r>
        <w:rPr>
          <w:rFonts w:ascii="Gentium Plus" w:hAnsi="Gentium Plus"/>
          <w:sz w:val="24"/>
        </w:rPr>
        <w:t>διορθούμενος τὴν πτωχείαν, οὐδὲ αἴσθησιν ἀφιεὶς λαμ‐ βάνειν τῆς στενοχωρίας ταύτης, ἀλλ’ ἀντὶ πάντων αὐτοῖς γινόμενος, καὶ δῆμον ὁλόκληρον διατρέφων σίτῳ, καὶ οἴνῳ, καὶ ἐλαίῳ, καὶ τοῖς ἄλλοις ἅπασιν. Ὁ Θεός σοι τὸν μισθὸν ἀποδῷ καὶ ἐν τῷ παρόντι</w:t>
      </w:r>
    </w:p>
    <w:p>
      <w:r>
        <w:rPr>
          <w:rFonts w:ascii="Courier New" w:hAnsi="Courier New"/>
          <w:color w:val="555555"/>
          <w:sz w:val="20"/>
        </w:rPr>
        <w:t>[25]</w:t>
      </w:r>
    </w:p>
    <w:p>
      <w:r>
        <w:rPr>
          <w:rFonts w:ascii="Gentium Plus" w:hAnsi="Gentium Plus"/>
          <w:sz w:val="24"/>
        </w:rPr>
        <w:t>βίῳ καὶ ἐν τῷ μέλλοντι αἰῶνι τῆς μεγαλοψυχίας ταύ‐ της, τῆς δαψιλείας, τῆς προθυμίας, τοῦ ζήλου, τῆς φιλοπτωχείας, τῆς γνησίας ἀγάπης· καὶ γὰρ ἐν ἅπασι τούτοις βρύεις καὶ κομᾷς, μέγιστα σεαυτῷ ἀποτιθέμενος βραβεῖα ἐν τῷ μέλλοντι αἰῶνι. Ταῦτα</w:t>
      </w:r>
    </w:p>
    <w:p>
      <w:r>
        <w:rPr>
          <w:rFonts w:ascii="Courier New" w:hAnsi="Courier New"/>
          <w:color w:val="555555"/>
          <w:sz w:val="20"/>
        </w:rPr>
        <w:t>[30]</w:t>
      </w:r>
    </w:p>
    <w:p>
      <w:r>
        <w:rPr>
          <w:rFonts w:ascii="Gentium Plus" w:hAnsi="Gentium Plus"/>
          <w:sz w:val="24"/>
        </w:rPr>
        <w:t>καὶ ἡμεῖς μανθάνοντες ἐν ἐρημίᾳ τοσαύτῃ καθήμε‐ νοι, καὶ πολλαῖς κυκλούμενοι περιστάσεσι· καὶ γὰρ Ἰσαυρικοῦ φόβου πολιορκία, καὶ χωρίου ἐρημία, καὶ χειμῶνος σφοδρότης ἡμᾶς θλίβει· ἀλλ’ ὅμως ταῦτα ἀκούοντες περὶ τῆς σῆς τιμιότητος,</w:t>
      </w:r>
    </w:p>
    <w:p>
      <w:r>
        <w:rPr>
          <w:rFonts w:ascii="Courier New" w:hAnsi="Courier New"/>
          <w:color w:val="555555"/>
          <w:sz w:val="20"/>
        </w:rPr>
        <w:t>[35]</w:t>
      </w:r>
    </w:p>
    <w:p>
      <w:r>
        <w:rPr>
          <w:rFonts w:ascii="Gentium Plus" w:hAnsi="Gentium Plus"/>
          <w:sz w:val="24"/>
        </w:rPr>
        <w:t>οὐδὲ αἴσθησιν τούτων λαμβάνομεν τῶν λυπηρῶν, ἀλλὰ καὶ πολλὴν καρπούμεθα τὴν παράκλησιν, σκιρ‐ τῶντες, εὐφραινόμενοι, χαίροντες ἐπὶ τοῖς τοσούτοις κατορθώμασιν, ἐπὶ τῷ πλούτῳ τῷ ἀφάτῳ, ὃν ἐν οὐ‐ ρανοῖς συνάγεις σεαυτῷ. Ἵν’ οὖν καὶ ἐν ἑτέρῳ εὐ‐</w:t>
      </w:r>
    </w:p>
    <w:p>
      <w:r>
        <w:rPr>
          <w:rFonts w:ascii="Courier New" w:hAnsi="Courier New"/>
          <w:color w:val="555555"/>
          <w:sz w:val="20"/>
        </w:rPr>
        <w:t>[40]</w:t>
      </w:r>
    </w:p>
    <w:p>
      <w:r>
        <w:rPr>
          <w:rFonts w:ascii="Gentium Plus" w:hAnsi="Gentium Plus"/>
          <w:sz w:val="24"/>
        </w:rPr>
        <w:t>φραινώμεθα, γράφειν ἡμῖν συνεχῶς μὴ κατόκνει, τὰ περὶ τῆς ὑγείας τῆς σῆς εὐαγγελιζόμενος. Σφόδρα γὰρ ἐπιθυμοῦμεν ἀκούειν τὰ περὶ τῆς ῥώσεως τῆς σῆς. Καὶ τοῦτο οἶσθα καὶ αὐτὸς, ἐπειδήπερ κἀκεῖνο οἶσθα, ὅπως ἀεὶ τῆς ἀγάπης τῆς σῆς ἀντεχόμεθα.</w:t>
      </w:r>
    </w:p>
    <w:p>
      <w:pPr>
        <w:jc w:val="center"/>
      </w:pPr>
      <w:r>
        <w:rPr>
          <w:rFonts w:ascii="Gentium Plus" w:hAnsi="Gentium Plus"/>
          <w:b/>
          <w:sz w:val="24"/>
        </w:rPr>
        <w:t>ΡΚΓʹ. Πρὸς τοὺς ἐν Φοινίκῃ πρεσβυτέρους καὶ</w:t>
      </w:r>
    </w:p>
    <w:p>
      <w:pPr>
        <w:jc w:val="center"/>
      </w:pPr>
      <w:r>
        <w:rPr>
          <w:rFonts w:ascii="Gentium Plus" w:hAnsi="Gentium Plus"/>
          <w:b/>
          <w:sz w:val="24"/>
        </w:rPr>
        <w:t>μονάζοντας, τοὺς κατηχοῦντας τοὺς Ἕλληνας.</w:t>
      </w:r>
    </w:p>
    <w:p>
      <w:r>
        <w:rPr>
          <w:rFonts w:ascii="Courier New" w:hAnsi="Courier New"/>
          <w:color w:val="555555"/>
          <w:sz w:val="20"/>
        </w:rPr>
        <w:t>[47]</w:t>
      </w:r>
    </w:p>
    <w:p>
      <w:r>
        <w:rPr>
          <w:rFonts w:ascii="Gentium Plus" w:hAnsi="Gentium Plus"/>
          <w:sz w:val="24"/>
        </w:rPr>
        <w:t>Οἱ κυβερνῆται ἐπειδὰν ἴδωσι τὴν θάλασσαν μαι‐ νομένην, καὶ ἐγειρομένην, καὶ πολὺν τὸν χειμῶνα, καὶ τὴν ζάλην, οὐ μόνον οὐκ ἀφιᾶσι τὸ πλοῖον, ἀλλὰ</w:t>
      </w:r>
    </w:p>
    <w:p>
      <w:r>
        <w:rPr>
          <w:rFonts w:ascii="Courier New" w:hAnsi="Courier New"/>
          <w:color w:val="555555"/>
          <w:sz w:val="20"/>
        </w:rPr>
        <w:t>[52 . 676 (50)]</w:t>
      </w:r>
    </w:p>
    <w:p>
      <w:r>
        <w:rPr>
          <w:rFonts w:ascii="Gentium Plus" w:hAnsi="Gentium Plus"/>
          <w:sz w:val="24"/>
        </w:rPr>
        <w:t>καὶ τότε πλείονι κέχρηνται τῇ σπουδῇ, καὶ μείζονι τῇ προθυμίᾳ, καὶ αὐτοὶ νήφοντες, καὶ τοὺς ἄλλους διεγείροντες. Καὶ ἰατροὶ πάλιν ὅταν ἴδωσι τὸν πυρε‐ τὸν ἐγερθέντα, καὶ σφοδρὸν γενόμενον, οὐ μόνον οὐ καταλιμπάνουσι τὸν νοσοῦντα, ἀλλὰ καὶ τότε καὶ</w:t>
      </w:r>
    </w:p>
    <w:p>
      <w:r>
        <w:rPr>
          <w:rFonts w:ascii="Courier New" w:hAnsi="Courier New"/>
          <w:color w:val="555555"/>
          <w:sz w:val="20"/>
        </w:rPr>
        <w:t>[55]</w:t>
      </w:r>
    </w:p>
    <w:p>
      <w:r>
        <w:rPr>
          <w:rFonts w:ascii="Gentium Plus" w:hAnsi="Gentium Plus"/>
          <w:sz w:val="24"/>
        </w:rPr>
        <w:t>αὐτοὶ πάντα ποιοῦσι, καὶ δι’ ἑαυτῶν, καὶ δι’ ἑτέρων</w:t>
      </w:r>
    </w:p>
    <w:p>
      <w:r>
        <w:rPr>
          <w:rFonts w:ascii="Courier New" w:hAnsi="Courier New"/>
          <w:color w:val="555555"/>
          <w:sz w:val="20"/>
        </w:rPr>
        <w:t>[52 . 677]</w:t>
      </w:r>
    </w:p>
    <w:p>
      <w:r>
        <w:rPr>
          <w:rFonts w:ascii="Gentium Plus" w:hAnsi="Gentium Plus"/>
          <w:sz w:val="24"/>
        </w:rPr>
        <w:t>ὥστε λῦσαι τὸ κακόν. Τίνος ἕνεκεν ταῦτα λέγω; Ἵνα μή τις ὑμᾶς ἀπατήσῃ διὰ τὴν ταραχὴν τὴν γεγε‐ νημένην καταλιπεῖν τὴν Φοινίκην, καὶ ἀναχωρῆσαι ἐκεῖθεν· ἀλλὰ ὅσῳ πλείους αἱ δυσκολίαι, καὶ χαλε‐</w:t>
      </w:r>
    </w:p>
    <w:p>
      <w:r>
        <w:rPr>
          <w:rFonts w:ascii="Courier New" w:hAnsi="Courier New"/>
          <w:color w:val="555555"/>
          <w:sz w:val="20"/>
        </w:rPr>
        <w:t>[5]</w:t>
      </w:r>
    </w:p>
    <w:p>
      <w:r>
        <w:rPr>
          <w:rFonts w:ascii="Gentium Plus" w:hAnsi="Gentium Plus"/>
          <w:sz w:val="24"/>
        </w:rPr>
        <w:t>πώτερα τὰ κύματα, καὶ μείζων ἡ ταραχὴ, τοσούτῳ μᾶλλον ἐμμένετε σπουδάζοντες, νήφοντες, ἀγρυ‐ πνοῦντες, πλείονα προθυμίαν ἐπιδεικνύμενοι, ὥστε μὴ τὴν οἰκοδομὴν ὑμῶν τὴν καλλίστην καταλυθῆναι, μηδὲ τὸν τοσοῦτον πόνον ἀνωφελῆ γενέσθαι, μηδὲ</w:t>
      </w:r>
    </w:p>
    <w:p>
      <w:r>
        <w:rPr>
          <w:rFonts w:ascii="Courier New" w:hAnsi="Courier New"/>
          <w:color w:val="555555"/>
          <w:sz w:val="20"/>
        </w:rPr>
        <w:t>[10]</w:t>
      </w:r>
    </w:p>
    <w:p>
      <w:r>
        <w:rPr>
          <w:rFonts w:ascii="Gentium Plus" w:hAnsi="Gentium Plus"/>
          <w:sz w:val="24"/>
        </w:rPr>
        <w:t>τὴν γεωργίαν ὑμῶν ἀφανισθῆναι. Ἱκανὸς γὰρ ὁ Θεὸς καὶ τὴν ταραχὴν λῦσαι καὶ τῆς ὑπομονῆς ὑμῖν δοῦ‐ ναι τὸν μισθόν. Οὐδὲ γὰρ τοσοῦτος ὑμῖν ὁ μισθὸς, ὅτε μετ’ εὐκολίας τὰ πράγματα ἠνύετο, ὅσος ἐστὶν ὑμῖν νῦν, ὅτε πολλὴ ἡ δυσκολία, πολλὴ ἡ ταραχὴ,</w:t>
      </w:r>
    </w:p>
    <w:p>
      <w:r>
        <w:rPr>
          <w:rFonts w:ascii="Courier New" w:hAnsi="Courier New"/>
          <w:color w:val="555555"/>
          <w:sz w:val="20"/>
        </w:rPr>
        <w:t>[15]</w:t>
      </w:r>
    </w:p>
    <w:p>
      <w:r>
        <w:rPr>
          <w:rFonts w:ascii="Gentium Plus" w:hAnsi="Gentium Plus"/>
          <w:sz w:val="24"/>
        </w:rPr>
        <w:t>πολλοὶ οἱ σκανδαλίζοντες. Ἐννοοῦντες τοίνυν καὶ τὸν κάματον ὃν ἐκάμετε, καὶ τὸν πόνον ὃν ὑπεμείνατε, καὶ τὰ κατορθώματα ἃ κατωρθώσατε, καὶ ὅτι χάριτι Θεοῦ τοσοῦτον κατελύσατε τῆς ἀσεβείας τὸ μέρος, καὶ εἰς προκοπὴν τὰ πράγματα τῆς Φοινίκης ἦλθε,</w:t>
      </w:r>
    </w:p>
    <w:p>
      <w:r>
        <w:rPr>
          <w:rFonts w:ascii="Courier New" w:hAnsi="Courier New"/>
          <w:color w:val="555555"/>
          <w:sz w:val="20"/>
        </w:rPr>
        <w:t>[20]</w:t>
      </w:r>
    </w:p>
    <w:p>
      <w:r>
        <w:rPr>
          <w:rFonts w:ascii="Gentium Plus" w:hAnsi="Gentium Plus"/>
          <w:sz w:val="24"/>
        </w:rPr>
        <w:t>καὶ ὅτι πλείων ὁ μισθὸς νῦν ὑμῖν καὶ μείζων ἡ ἀμοιβὴ, καὶ ὅτι ταχέως ὁ Θεὸς καὶ τὰ κωλύματα καταλύσει, καὶ πολλὰς ὑμῖν τῆς ὑπομονῆς δώσει τὰς ἀντιδόσεις, παραμένετε, ἐνίστασθε. Οὐδὲν γὰρ ὑμῖν ἔχει λεῖψαι οὐδὲ νῦν, ἀλλὰ τῆς αὐτῆς ἀφθονίας καὶ</w:t>
      </w:r>
    </w:p>
    <w:p>
      <w:r>
        <w:rPr>
          <w:rFonts w:ascii="Courier New" w:hAnsi="Courier New"/>
          <w:color w:val="555555"/>
          <w:sz w:val="20"/>
        </w:rPr>
        <w:t>[25]</w:t>
      </w:r>
    </w:p>
    <w:p>
      <w:r>
        <w:rPr>
          <w:rFonts w:ascii="Gentium Plus" w:hAnsi="Gentium Plus"/>
          <w:sz w:val="24"/>
        </w:rPr>
        <w:t>δαψιλέας ἀπολαύειν ὑμᾶς ἐκέλευσα, εἴτε ἐν ἐνδύ‐ μασιν, εἴτε ἐν ὑποδήμασιν, εἴτε ἐν διατροφαῖς τῶν ἀδελφῶν. Εἰ δὲ ἡμεῖς ἐν τοσαύτῃ θλίψει ὄντες, καὶ περιστάσει, καὶ ἐρημίαν οἰκοῦντες τὴν Κουκου‐ σὸν, τοσαύτην ποιούμεθα φροντίδα τῶν κατορθωμά‐</w:t>
      </w:r>
    </w:p>
    <w:p>
      <w:r>
        <w:rPr>
          <w:rFonts w:ascii="Courier New" w:hAnsi="Courier New"/>
          <w:color w:val="555555"/>
          <w:sz w:val="20"/>
        </w:rPr>
        <w:t>[30]</w:t>
      </w:r>
    </w:p>
    <w:p>
      <w:r>
        <w:rPr>
          <w:rFonts w:ascii="Gentium Plus" w:hAnsi="Gentium Plus"/>
          <w:sz w:val="24"/>
        </w:rPr>
        <w:t>των τῶν ὑμετέρων, πολλῷ μᾶλλον καὶ ὑμᾶς δεῖ πολλῆς εὐπορίας ἀπολαύοντας, κατὰ τὴν χρείαν λέγω τῶν ἀναγκαίων, τὰ παρ’ ἑαυτῶν συνεισφέρειν. Παρακαλῶ τοίνυν, μηδεὶς ὑμᾶς φοβήσῃ. Καὶ γὰρ καὶ τὰ πράγματα χρηστοτέρας ἔσχεν ἐλπίδας· καὶ</w:t>
      </w:r>
    </w:p>
    <w:p>
      <w:r>
        <w:rPr>
          <w:rFonts w:ascii="Courier New" w:hAnsi="Courier New"/>
          <w:color w:val="555555"/>
          <w:sz w:val="20"/>
        </w:rPr>
        <w:t>[35]</w:t>
      </w:r>
    </w:p>
    <w:p>
      <w:r>
        <w:rPr>
          <w:rFonts w:ascii="Gentium Plus" w:hAnsi="Gentium Plus"/>
          <w:sz w:val="24"/>
        </w:rPr>
        <w:t>δυνήσεσθε τοῦτο μαθεῖν ἀπὸ τῶν ἀντιγράφων τῶν ἀποσταλέντων παρὰ τοῦ κυρίου μου τοῦ εὐλαβεστά‐ του πρεσβυτέρου Κωνσταντίου. Καὶ ἐὰν παραμεί‐ νητε, κἂν μυρία ᾖ τὰ κωλύματα, πάντων περιέσεσθε. Οὐδὲν γὰρ ὑπομονῆς ἴσον καὶ καρτερίας· πέτρᾳ γὰρ</w:t>
      </w:r>
    </w:p>
    <w:p>
      <w:r>
        <w:rPr>
          <w:rFonts w:ascii="Courier New" w:hAnsi="Courier New"/>
          <w:color w:val="555555"/>
          <w:sz w:val="20"/>
        </w:rPr>
        <w:t>[40]</w:t>
      </w:r>
    </w:p>
    <w:p>
      <w:r>
        <w:rPr>
          <w:rFonts w:ascii="Gentium Plus" w:hAnsi="Gentium Plus"/>
          <w:sz w:val="24"/>
        </w:rPr>
        <w:t>ἔοικεν· αἱ δὲ ταραχαὶ αὗται καὶ αἱ ἐπιβουλαὶ, αἱ κατὰ τῆς Ἐκκλησίας γινόμεναι, κύμασιν ἐοίκασι προσρηγνυμένοις τῇ πέτρᾳ, καὶ διαλυομένοις εἰς οἰκεῖον ἀφρόν. Ἐννοήσατε ὅσα μακάριοι ἀπόστολοι ἔπασχον καὶ παρὰ οἰκείων, καὶ παρὰ ἀλλοτρίων, καὶ</w:t>
      </w:r>
    </w:p>
    <w:p>
      <w:r>
        <w:rPr>
          <w:rFonts w:ascii="Courier New" w:hAnsi="Courier New"/>
          <w:color w:val="555555"/>
          <w:sz w:val="20"/>
        </w:rPr>
        <w:t>[45]</w:t>
      </w:r>
    </w:p>
    <w:p>
      <w:r>
        <w:rPr>
          <w:rFonts w:ascii="Gentium Plus" w:hAnsi="Gentium Plus"/>
          <w:sz w:val="24"/>
        </w:rPr>
        <w:t>ὅτι πάντα τὸν χρόνον τοῦ κηρύγματος διὰ πειρα‐ σμῶν, διὰ κινδύνων, δι’ ἐπιβουλῶν διήνυσαν, εἰς δε‐ σμωτήρια, καὶ ἀλύσεις, καὶ ἀπαγωγὰς, καὶ μά‐ στιγας καὶ λιμοὺς, καὶ γυμνότητας δαπανώμενοι. Ἀλλ’ ὅμως καὶ ἐν αὐτοῖς τοῖς δεσμωτηρίοις οἰκοῦν‐</w:t>
      </w:r>
    </w:p>
    <w:p>
      <w:r>
        <w:rPr>
          <w:rFonts w:ascii="Courier New" w:hAnsi="Courier New"/>
          <w:color w:val="555555"/>
          <w:sz w:val="20"/>
        </w:rPr>
        <w:t>[52 . 677 (50)]</w:t>
      </w:r>
    </w:p>
    <w:p>
      <w:r>
        <w:rPr>
          <w:rFonts w:ascii="Gentium Plus" w:hAnsi="Gentium Plus"/>
          <w:sz w:val="24"/>
        </w:rPr>
        <w:t>τες, τῆς ἐγχειρισθείσης αὐτοῖς οἰκονομίας οὐκ ἀφί‐ σταντο· ἀλλ’ ὁ μακάριος Παῦλος καὶ δεσμωτήριον οἰκῶν, καὶ μεμαστιγωμένος, καὶ αἵματι περιῤῥεό‐ μενος, καὶ ξύλῳ προσδεδεμένος, καὶ τοσαύτα πά‐ σχων, καὶ ἐμυσταγώγει ἐν τῷ δεσμωτηρίῳ, καὶ τὸν</w:t>
      </w:r>
    </w:p>
    <w:p>
      <w:r>
        <w:rPr>
          <w:rFonts w:ascii="Courier New" w:hAnsi="Courier New"/>
          <w:color w:val="555555"/>
          <w:sz w:val="20"/>
        </w:rPr>
        <w:t>[55]</w:t>
      </w:r>
    </w:p>
    <w:p>
      <w:r>
        <w:rPr>
          <w:rFonts w:ascii="Gentium Plus" w:hAnsi="Gentium Plus"/>
          <w:sz w:val="24"/>
        </w:rPr>
        <w:t>δεσμοφύλακα ἐβάπτιζε, καὶ τὰ παρ’ ἑαυτοῦ πάντα</w:t>
      </w:r>
    </w:p>
    <w:p>
      <w:r>
        <w:rPr>
          <w:rFonts w:ascii="Courier New" w:hAnsi="Courier New"/>
          <w:color w:val="555555"/>
          <w:sz w:val="20"/>
        </w:rPr>
        <w:t>[52 . 678]</w:t>
      </w:r>
    </w:p>
    <w:p>
      <w:r>
        <w:rPr>
          <w:rFonts w:ascii="Gentium Plus" w:hAnsi="Gentium Plus"/>
          <w:sz w:val="24"/>
        </w:rPr>
        <w:t>ἐποίει. Ταῦτ’ οὖν ἅπαντα καὶ τὰ τοιαῦτα λογιζόμε‐ νοι, καθάπερ ὑμῶν παρεκάλεσα τὴν ἀγάπην, στή‐ κετε ἑδραῖοι, ἀμετακίνητοι, ἀνεξαπάτητοι, τὴν τοῦ Θεοῦ ἐλπίδα ἀναμένοντες, καὶ τὴν ἐκεῖθεν συμμα‐</w:t>
      </w:r>
    </w:p>
    <w:p>
      <w:r>
        <w:rPr>
          <w:rFonts w:ascii="Courier New" w:hAnsi="Courier New"/>
          <w:color w:val="555555"/>
          <w:sz w:val="20"/>
        </w:rPr>
        <w:t>[5]</w:t>
      </w:r>
    </w:p>
    <w:p>
      <w:r>
        <w:rPr>
          <w:rFonts w:ascii="Gentium Plus" w:hAnsi="Gentium Plus"/>
          <w:sz w:val="24"/>
        </w:rPr>
        <w:t>χίαν, ἧς ἴσον οὐδέν· καὶ ἀντιγράψαι ἡμῖν περὶ πάν‐ των σπουδάσατε ἐξ αὐτῆς. Διὰ γὰρ τοῦτο καὶ Ἰωάν‐ νην τὸν εὐλαβέστατον πρεσβύτερον εἰς τοῦτο ἀπ‐ εστείλαμεν, ὥστε παρακαλέσαι ὑμῶν τὴν διάνοιαν, καὶ μὴ ἀφεῖναι ὑπὸ μηδενὸς παρασαλευθῆναι. Ἐγὼ</w:t>
      </w:r>
    </w:p>
    <w:p>
      <w:r>
        <w:rPr>
          <w:rFonts w:ascii="Courier New" w:hAnsi="Courier New"/>
          <w:color w:val="555555"/>
          <w:sz w:val="20"/>
        </w:rPr>
        <w:t>[10]</w:t>
      </w:r>
    </w:p>
    <w:p>
      <w:r>
        <w:rPr>
          <w:rFonts w:ascii="Gentium Plus" w:hAnsi="Gentium Plus"/>
          <w:sz w:val="24"/>
        </w:rPr>
        <w:t>τὸ ἐμαυτοῦ πεποίηκα, καὶ λόγοις παρακαλῶν, καὶ συμβουλαῖς ἀνορθῶν, καὶ τῶν χρειῶν τὴν ἀφθονίαν παρέχων, ὥστε ἐν μηδενὶ ὑμᾶς ὑστερηθῆναι. Εἰ δὲ μὴ βουληθείητέ μου ἀνέχεσθαι, ἀλλ’ αὐτοῖς τοῖς ἀπατῶσιν ὑμᾶς καὶ ἀναπτεροῦσι πεισθῆναι, ἐγὼ</w:t>
      </w:r>
    </w:p>
    <w:p>
      <w:r>
        <w:rPr>
          <w:rFonts w:ascii="Courier New" w:hAnsi="Courier New"/>
          <w:color w:val="555555"/>
          <w:sz w:val="20"/>
        </w:rPr>
        <w:t>[15]</w:t>
      </w:r>
    </w:p>
    <w:p>
      <w:r>
        <w:rPr>
          <w:rFonts w:ascii="Gentium Plus" w:hAnsi="Gentium Plus"/>
          <w:sz w:val="24"/>
        </w:rPr>
        <w:t>ἀνεύθυνός εἰμι. Ἴστε δὲ καὶ ἡ κατάγνωσις αὕτη καὶ ἡ ζημία ἐπὶ τίνα ἔρχεται. Ἵν’ οὖν μηδὲν τοιοῦτον γένηται, παρακαλῶ ἀνέχεσθαί μου, τοῦ σφόδρα ὑμᾶς ἀγαπῶντος. Καὶ περὶ ὧν ἂν δέησθε, ἢ ἐπιστείλατε ἡμῖν, ἢ, εἰ βούλεσθε, ἕνα τινὰ πέμψατε πρὸς ἡμᾶς,</w:t>
      </w:r>
    </w:p>
    <w:p>
      <w:r>
        <w:rPr>
          <w:rFonts w:ascii="Courier New" w:hAnsi="Courier New"/>
          <w:color w:val="555555"/>
          <w:sz w:val="20"/>
        </w:rPr>
        <w:t>[20]</w:t>
      </w:r>
    </w:p>
    <w:p>
      <w:r>
        <w:rPr>
          <w:rFonts w:ascii="Gentium Plus" w:hAnsi="Gentium Plus"/>
          <w:sz w:val="24"/>
        </w:rPr>
        <w:t>καὶ οὐδὲν ὑμῖν ὑστερήσει καθόλου.</w:t>
      </w:r>
    </w:p>
    <w:p>
      <w:pPr>
        <w:jc w:val="center"/>
      </w:pPr>
      <w:r>
        <w:rPr>
          <w:rFonts w:ascii="Gentium Plus" w:hAnsi="Gentium Plus"/>
          <w:b/>
          <w:sz w:val="24"/>
        </w:rPr>
        <w:t>ΡΚΔʹ. Γεμέλλῳ.</w:t>
      </w:r>
    </w:p>
    <w:p>
      <w:r>
        <w:rPr>
          <w:rFonts w:ascii="Courier New" w:hAnsi="Courier New"/>
          <w:color w:val="555555"/>
          <w:sz w:val="20"/>
        </w:rPr>
        <w:t>[22]</w:t>
      </w:r>
    </w:p>
    <w:p>
      <w:r>
        <w:rPr>
          <w:rFonts w:ascii="Gentium Plus" w:hAnsi="Gentium Plus"/>
          <w:sz w:val="24"/>
        </w:rPr>
        <w:t>Ἄλλοι μὲν τῇ θαυμασιότητί σου συνήδονται τῆς ἀρχῆς, ἐγὼ δὲ τῇ πόλει, καὶ τῇ μεγαλοπρεπείᾳ δὲ τῇ σῇ, οὐ διὰ τὴν ἐντεῦθεν τιμὴν (ὑψηλότερος γὰρ</w:t>
      </w:r>
    </w:p>
    <w:p>
      <w:r>
        <w:rPr>
          <w:rFonts w:ascii="Courier New" w:hAnsi="Courier New"/>
          <w:color w:val="555555"/>
          <w:sz w:val="20"/>
        </w:rPr>
        <w:t>[25]</w:t>
      </w:r>
    </w:p>
    <w:p>
      <w:r>
        <w:rPr>
          <w:rFonts w:ascii="Gentium Plus" w:hAnsi="Gentium Plus"/>
          <w:sz w:val="24"/>
        </w:rPr>
        <w:t>τῶν τοιούτων μεμελέτηκας εἶναι), ἀλλὰ διὰ τὸ λα‐ βεῖν ἀφορμὴν τὴν παρέχουσάν σοι μετὰ πολλῆς τῆς ἀδείας καὶ τοῖς πολλοῖς δεῖξαι τὴν σύνεσίν σου, καὶ τὴν ἡμερότητα, καὶ τὸ ἐντεῦθεν κέρδος συναγα‐ γεῖν. Εὖ γὰρ οἶδα ὅτι καὶ τοὺς σφόδρα τῇ γῇ προσ‐</w:t>
      </w:r>
    </w:p>
    <w:p>
      <w:r>
        <w:rPr>
          <w:rFonts w:ascii="Courier New" w:hAnsi="Courier New"/>
          <w:color w:val="555555"/>
          <w:sz w:val="20"/>
        </w:rPr>
        <w:t>[30]</w:t>
      </w:r>
    </w:p>
    <w:p>
      <w:r>
        <w:rPr>
          <w:rFonts w:ascii="Gentium Plus" w:hAnsi="Gentium Plus"/>
          <w:sz w:val="24"/>
        </w:rPr>
        <w:t>ηλωμένους, καὶ πρὸς τὰ ὀνείρατα ταῦτα κεχηνό‐ τας, λέγω δὴ τὴν παρὰ τῶν πολλῶν δόξαν, παι‐ δεῦσαι δυνήσῃ, ὅτι οὐκ ἐν τῇ χλανίδι, καὶ τῇ ζώνῃ, οὐδὲ ἐν τῇ φωνῇ τοῦ κήρυκος ὁ ἄρχων, ἀλλ’ ἐν τῷ τὰ πεπονηκότα ἀνακτᾶσθαι, καὶ τὰ κακῶς ἔχοντα</w:t>
      </w:r>
    </w:p>
    <w:p>
      <w:r>
        <w:rPr>
          <w:rFonts w:ascii="Courier New" w:hAnsi="Courier New"/>
          <w:color w:val="555555"/>
          <w:sz w:val="20"/>
        </w:rPr>
        <w:t>[35]</w:t>
      </w:r>
    </w:p>
    <w:p>
      <w:r>
        <w:rPr>
          <w:rFonts w:ascii="Gentium Plus" w:hAnsi="Gentium Plus"/>
          <w:sz w:val="24"/>
        </w:rPr>
        <w:t>διορθοῦν, καὶ κολάζειν μὲν ἀδικίαν, μὴ συγχωρεῖν δὲ ὑπὸ δυναστείας τὸ δίκαιον ἀπελαύνεσθαι. Καὶ γὰρ οἶδά σου τὴν παῤῥησίαν, τὴν ἐλευθεροστομίαν, τῆς διανοίας τὸ ὕψος, τὴν τῶν βιωτικῶν ὑπεροψίαν, τὸ μισοπόνηρον, τὸ ἥμερον, τὸ φιλάνθρωπον, οὗ μά‐</w:t>
      </w:r>
    </w:p>
    <w:p>
      <w:r>
        <w:rPr>
          <w:rFonts w:ascii="Courier New" w:hAnsi="Courier New"/>
          <w:color w:val="555555"/>
          <w:sz w:val="20"/>
        </w:rPr>
        <w:t>[40]</w:t>
      </w:r>
    </w:p>
    <w:p>
      <w:r>
        <w:rPr>
          <w:rFonts w:ascii="Gentium Plus" w:hAnsi="Gentium Plus"/>
          <w:sz w:val="24"/>
        </w:rPr>
        <w:t>λιστα ἄρχοντι δεῖ. Διὸ κἀκεῖνο οἶδα σαφῶς, ὅτι λι‐ μὴν ἔσῃ τῶν ναυαγούντων, βακτηρία τῶν ἐπὶ γόνυ κλιθέντων, πύργος τῶν ὑπὸ δυναστείας ἀδίκου πολε‐ μουμένων· καὶ ἔσῃ ταῦτα ῥᾳδίως. Οὐδὲ γὰρ πόνου σοι δεῖ, οὐδὲ ἱδρῶτος, οὐδὲ χρόνου μακροῦ εἰς τὸ</w:t>
      </w:r>
    </w:p>
    <w:p>
      <w:r>
        <w:rPr>
          <w:rFonts w:ascii="Courier New" w:hAnsi="Courier New"/>
          <w:color w:val="555555"/>
          <w:sz w:val="20"/>
        </w:rPr>
        <w:t>[45]</w:t>
      </w:r>
    </w:p>
    <w:p>
      <w:r>
        <w:rPr>
          <w:rFonts w:ascii="Gentium Plus" w:hAnsi="Gentium Plus"/>
          <w:sz w:val="24"/>
        </w:rPr>
        <w:t>κατορθοῦν ταῦτα· ἀλλ’ ὥσπερ ὁ ἥλιος ὁμοῦ τε φαί‐ νεται, καὶ πάντα λύει ζόφον· οὕτω καὶ αὐτὸς ἐπὶ τοῦ θρόνου φανεὶς, εὖ οἶδ’ ὅτι ἐκ πρώτης ἡμέρας τούς τε ἀδικεῖν ἐπιχειροῦντας ἀνέστειλας, τούς τε ἀδικου‐ μένους, καὶ πρὶν εἰς τὸ δικαστήριον εἰσελθεῖν, πάσης</w:t>
      </w:r>
    </w:p>
    <w:p>
      <w:r>
        <w:rPr>
          <w:rFonts w:ascii="Courier New" w:hAnsi="Courier New"/>
          <w:color w:val="555555"/>
          <w:sz w:val="20"/>
        </w:rPr>
        <w:t>[52 . 678 (50)]</w:t>
      </w:r>
    </w:p>
    <w:p>
      <w:r>
        <w:rPr>
          <w:rFonts w:ascii="Gentium Plus" w:hAnsi="Gentium Plus"/>
          <w:sz w:val="24"/>
        </w:rPr>
        <w:t>ἐπηρείας ἀπήλλαξας· καὶ ἤρκεσεν εἰς τὴν τούτου διόρθωσιν ἡ τῆς φιλοσόφου σου ψυχῆς ὑπόληψις. Διὰ ταῦτα καίτοι ἐν ἐρημίᾳ καθήμενος, καὶ πολλαῖς συν‐ εχόμενος περιστάσεσι, πολλῆς γέμω τῆς εὐφροσύνης, ἡμετέραν ἡδονὴν τὴν τῶν ἀδικουμένων συμμαχίαν</w:t>
      </w:r>
    </w:p>
    <w:p>
      <w:r>
        <w:rPr>
          <w:rFonts w:ascii="Courier New" w:hAnsi="Courier New"/>
          <w:color w:val="555555"/>
          <w:sz w:val="20"/>
        </w:rPr>
        <w:t>[55]</w:t>
      </w:r>
    </w:p>
    <w:p>
      <w:r>
        <w:rPr>
          <w:rFonts w:ascii="Gentium Plus" w:hAnsi="Gentium Plus"/>
          <w:sz w:val="24"/>
        </w:rPr>
        <w:t>ἡγούμενος.</w:t>
      </w:r>
    </w:p>
    <w:p>
      <w:pPr>
        <w:jc w:val="center"/>
      </w:pPr>
      <w:r>
        <w:rPr>
          <w:rFonts w:ascii="Gentium Plus" w:hAnsi="Gentium Plus"/>
          <w:b/>
          <w:sz w:val="24"/>
        </w:rPr>
        <w:t>ΡΚΕʹ.</w:t>
      </w:r>
    </w:p>
    <w:p>
      <w:pPr>
        <w:jc w:val="center"/>
      </w:pPr>
      <w:r>
        <w:rPr>
          <w:rFonts w:ascii="Gentium Plus" w:hAnsi="Gentium Plus"/>
          <w:b/>
          <w:sz w:val="24"/>
        </w:rPr>
        <w:t>ΠΡΟΣ ΚΥΡΙΑΚΟΝ ΕΠΙΣΚΟΠΟΝ ΕΝ ΕΞΟΡΙΑ ΟΝΤΑ ΚΑΙ ΑΥΤΟΝ.</w:t>
      </w:r>
    </w:p>
    <w:p>
      <w:r>
        <w:rPr>
          <w:rFonts w:ascii="Courier New" w:hAnsi="Courier New"/>
          <w:color w:val="555555"/>
          <w:sz w:val="20"/>
        </w:rPr>
        <w:t>[3]</w:t>
      </w:r>
    </w:p>
    <w:p>
      <w:r>
        <w:rPr>
          <w:rFonts w:ascii="Gentium Plus" w:hAnsi="Gentium Plus"/>
          <w:sz w:val="24"/>
        </w:rPr>
        <w:t>Φέρε δὴ πάλιν ἀπαντλήσω τῆς ἀθυμίας τὸ ἕλκος, καὶ διασκεδάσω τοὺς λογισμοὺς τοὺς τὸ νέφος τοῦτο</w:t>
      </w:r>
    </w:p>
    <w:p>
      <w:r>
        <w:rPr>
          <w:rFonts w:ascii="Courier New" w:hAnsi="Courier New"/>
          <w:color w:val="555555"/>
          <w:sz w:val="20"/>
        </w:rPr>
        <w:t>[5]</w:t>
      </w:r>
    </w:p>
    <w:p>
      <w:r>
        <w:rPr>
          <w:rFonts w:ascii="Gentium Plus" w:hAnsi="Gentium Plus"/>
          <w:sz w:val="24"/>
        </w:rPr>
        <w:t>συνιστῶντας. Τί γάρ ἐστιν ὃ λυπῇ καὶ ἀδημονεῖς; Διότι χαλεπὸς ὁ χειμὼν καὶ πικρὸν τὸ ναυάγιον τὸ τὴν Ἐκκλησίαν καταλαβόν; Τοῦτο οἶδα κἀγὼ, καὶ οὐδεὶς ἀντερεῖ· ἀλλ’ εἰ βούλει, εἰκόνα σοι ἀναπλάττω τῶν γινομένων. Θάλατταν ὁρῶμεν ἀπ’ αὐτῆς κάτω‐</w:t>
      </w:r>
    </w:p>
    <w:p>
      <w:r>
        <w:rPr>
          <w:rFonts w:ascii="Courier New" w:hAnsi="Courier New"/>
          <w:color w:val="555555"/>
          <w:sz w:val="20"/>
        </w:rPr>
        <w:t>[10]</w:t>
      </w:r>
    </w:p>
    <w:p>
      <w:r>
        <w:rPr>
          <w:rFonts w:ascii="Gentium Plus" w:hAnsi="Gentium Plus"/>
          <w:sz w:val="24"/>
        </w:rPr>
        <w:t>θεν ἀναμοχλευομένην τῆς ἀβύσσου, τοὺς ναύτας ἀντὶ τῶν οἰάκων καὶ τῶν κωπῶν τὰς χεῖρας τοῖς γόνασι περιπλέξαντα καὶ πρὸς τὴν ἀμηχανίαν τοῦ χειμῶνος ἀπορηθέντας, οὐκ οὐρανὸν βλέποντας, οὐ πέλαγος, οὐ ξηρὰν, ἀλλ’ ἐπὶ τῶν στρωμάτων κει‐</w:t>
      </w:r>
    </w:p>
    <w:p>
      <w:r>
        <w:rPr>
          <w:rFonts w:ascii="Courier New" w:hAnsi="Courier New"/>
          <w:color w:val="555555"/>
          <w:sz w:val="20"/>
        </w:rPr>
        <w:t>[15]</w:t>
      </w:r>
    </w:p>
    <w:p>
      <w:r>
        <w:rPr>
          <w:rFonts w:ascii="Gentium Plus" w:hAnsi="Gentium Plus"/>
          <w:sz w:val="24"/>
        </w:rPr>
        <w:t>μένους, καὶ ὀλοφυρομένους, καὶ κλαίοντας. Καὶ ταῦτα μὲν ἐπὶ τῆς θαλάσσης οὕτω συμβαίνει· νῦν δὲ ἐπὶ τῆς ἡμετέρας θαλάσσης χείρων ὁ θόρυβος, καὶ χείρω τὰ κύματα. Ἀλλὰ παρακάλει τὸν Δεσπότην ἡμῶν Χριστὸν, ὃς οὐ τέχνῃ περιγίνεται χειμῶνος, ἀλλὰ</w:t>
      </w:r>
    </w:p>
    <w:p>
      <w:r>
        <w:rPr>
          <w:rFonts w:ascii="Courier New" w:hAnsi="Courier New"/>
          <w:color w:val="555555"/>
          <w:sz w:val="20"/>
        </w:rPr>
        <w:t>[20]</w:t>
      </w:r>
    </w:p>
    <w:p>
      <w:r>
        <w:rPr>
          <w:rFonts w:ascii="Gentium Plus" w:hAnsi="Gentium Plus"/>
          <w:sz w:val="24"/>
        </w:rPr>
        <w:t>νεύματι λύει τὴν ζάλην. Ἀλλ’ εἰ καὶ πολλάκις παρ‐ εκάλεσας, καὶ οὐκ εἰσηκούσθης, μὴ ὀλιγωρή‐</w:t>
      </w:r>
    </w:p>
    <w:p>
      <w:r>
        <w:rPr>
          <w:rFonts w:ascii="Courier New" w:hAnsi="Courier New"/>
          <w:color w:val="555555"/>
          <w:sz w:val="20"/>
        </w:rPr>
        <w:t>[52 682* (3)]</w:t>
      </w:r>
    </w:p>
    <w:p>
      <w:r>
        <w:rPr>
          <w:rFonts w:ascii="Gentium Plus" w:hAnsi="Gentium Plus"/>
          <w:sz w:val="24"/>
        </w:rPr>
        <w:t>γὰρ οὐκ ἠδύνατο ἐκείνους τοὺς τρεῖς παῖδας λυτρώ‐ σασθαι, ἵνα μὴ εἰς τὴν κάμινον τοῦ πυρὸς ἐμπέσω‐</w:t>
      </w:r>
    </w:p>
    <w:p>
      <w:r>
        <w:rPr>
          <w:rFonts w:ascii="Courier New" w:hAnsi="Courier New"/>
          <w:color w:val="555555"/>
          <w:sz w:val="20"/>
        </w:rPr>
        <w:t>[5]</w:t>
      </w:r>
    </w:p>
    <w:p>
      <w:r>
        <w:rPr>
          <w:rFonts w:ascii="Gentium Plus" w:hAnsi="Gentium Plus"/>
          <w:sz w:val="24"/>
        </w:rPr>
        <w:t>σιν; Ἀλλ’ ὅτε ᾐχμαλωτεύθησαν, ὅτε εἰς βάρβαρον χώραν ἀπεῤῥίφησαν, καὶ τῆς πατρῴας κληρονομίας ἐξέπεσον, καὶ παρὰ πάντων ἀπεγνώσθησαν, καὶ οὐ‐ δὲν λοιπὸν οὐκ ἀπελίπετο, τότε Χριστὸς ὁ ἀληθινὸς Θεὸς ἡμῶν τὴν θαυματοποιίαν εἰργάσατο, καὶ δι‐</w:t>
      </w:r>
    </w:p>
    <w:p>
      <w:r>
        <w:rPr>
          <w:rFonts w:ascii="Courier New" w:hAnsi="Courier New"/>
          <w:color w:val="555555"/>
          <w:sz w:val="20"/>
        </w:rPr>
        <w:t>[10]</w:t>
      </w:r>
    </w:p>
    <w:p>
      <w:r>
        <w:rPr>
          <w:rFonts w:ascii="Gentium Plus" w:hAnsi="Gentium Plus"/>
          <w:sz w:val="24"/>
        </w:rPr>
        <w:t>εσκόρπισε τὸ πῦρ. Μὴ φέρον γὰρ τὴν ἀρετὴν τῶν δικαίων τὸ πῦρ, ἐξεπήδησεν ἔξω, καὶ ἐνεπύρισεν οὓς εὗρε περὶ τὴν κάμινον τῶν Χαλδαίων. Καὶ λοιπὸν ἐκκλησία αὐτοῖς ἦν ἡ κάμινος, καὶ πᾶσαν τὴν κτίσιν προσεκαλοῦντο, τά τε ὁρατὰ καὶ τὰ ἀόρατα,</w:t>
      </w:r>
    </w:p>
    <w:p>
      <w:r>
        <w:rPr>
          <w:rFonts w:ascii="Courier New" w:hAnsi="Courier New"/>
          <w:color w:val="555555"/>
          <w:sz w:val="20"/>
        </w:rPr>
        <w:t>[15]</w:t>
      </w:r>
    </w:p>
    <w:p>
      <w:r>
        <w:rPr>
          <w:rFonts w:ascii="Gentium Plus" w:hAnsi="Gentium Plus"/>
          <w:sz w:val="24"/>
        </w:rPr>
        <w:t>ἀγγέλους καὶ δυνάμεις, καὶ οὕτω πάντα συλλαβόμενοι ἔλεγον· Εὐλογεῖτε, πάντα τὰ ἔργα Κυρίου, τὸν Κύ‐ ριον. Ὁρᾷς πῶς ἡ ὑπομονὴ τῶν δικαίων καὶ τὸ πῦρ εἰς δρόσον μετέβαλε, καὶ τὸν τύραννον ἐδυσώπησε, καὶ κατὰ πάσης τῆς οἰκουμένης ἐκπέμπει γράμματα;</w:t>
      </w:r>
    </w:p>
    <w:p>
      <w:r>
        <w:rPr>
          <w:rFonts w:ascii="Courier New" w:hAnsi="Courier New"/>
          <w:color w:val="555555"/>
          <w:sz w:val="20"/>
        </w:rPr>
        <w:t>[20]</w:t>
      </w:r>
    </w:p>
    <w:p>
      <w:r>
        <w:rPr>
          <w:rFonts w:ascii="Gentium Plus" w:hAnsi="Gentium Plus"/>
          <w:sz w:val="24"/>
        </w:rPr>
        <w:t>Μέγας ὁ Θεὸς, φησὶ, Σεδρὰχ, Μισὰχ, καὶ Ἀβδε‐ ναγώ. Καὶ ἰδοὺ πόσην ἀποτομίαν ἐνέθηκεν, εἴ τις λόγον εἴπῃ κατ’ αὐτῶν, τὸν οἶκον αὐτοῦ ταμιεύεσθαι, καὶ τὰ ὑπάρχοντα αὐτοῦ διαρπάζεσθαι. Μὴ οὖν ἀθυ‐ μήσῃς, μηδὲ ὀλιγωρήσῃς. Καὶ γὰρ ἐγὼ ὅτε ἐξηλαυ‐</w:t>
      </w:r>
    </w:p>
    <w:p>
      <w:r>
        <w:rPr>
          <w:rFonts w:ascii="Courier New" w:hAnsi="Courier New"/>
          <w:color w:val="555555"/>
          <w:sz w:val="20"/>
        </w:rPr>
        <w:t>[25]</w:t>
      </w:r>
    </w:p>
    <w:p>
      <w:r>
        <w:rPr>
          <w:rFonts w:ascii="Gentium Plus" w:hAnsi="Gentium Plus"/>
          <w:sz w:val="24"/>
        </w:rPr>
        <w:t>νόμην ἀπὸ τῆς πόλεως, οὐδὲν τούτων οὐκ ἐφρόντιζον,</w:t>
      </w:r>
    </w:p>
    <w:p>
      <w:r>
        <w:rPr>
          <w:rFonts w:ascii="Courier New" w:hAnsi="Courier New"/>
          <w:color w:val="555555"/>
          <w:sz w:val="20"/>
        </w:rPr>
        <w:t>[52 . 683]</w:t>
      </w:r>
    </w:p>
    <w:p>
      <w:r>
        <w:rPr>
          <w:rFonts w:ascii="Gentium Plus" w:hAnsi="Gentium Plus"/>
          <w:sz w:val="24"/>
        </w:rPr>
        <w:t>λισσα ἐξορίσαι, ἐξορίσῃ με· Τοῦ Κυρίου ἡ γῆ, καὶ τὸ πλήρωμα αὐτῆς. Καὶ εἰ βούλεται πρῖσαι, πρίσῃ με· τὸν Ἡσαΐαν ἔχω ὑπογραμμόν. Εἰ θέλει εἰς τὸ πέλαγος ἀκοντίσαι με, τὸν Ἰωνᾶν ὑπομιμνήσκομαι.</w:t>
      </w:r>
    </w:p>
    <w:p>
      <w:r>
        <w:rPr>
          <w:rFonts w:ascii="Courier New" w:hAnsi="Courier New"/>
          <w:color w:val="555555"/>
          <w:sz w:val="20"/>
        </w:rPr>
        <w:t>[5]</w:t>
      </w:r>
    </w:p>
    <w:p>
      <w:r>
        <w:rPr>
          <w:rFonts w:ascii="Gentium Plus" w:hAnsi="Gentium Plus"/>
          <w:sz w:val="24"/>
        </w:rPr>
        <w:t>Εἴ με θέλει εἰς κάμινον ἐμβαλεῖν, τοὺς τρεῖς παῖδας ἔχω τοῦτο πεπονθότας. Εἴ με θέλει τοῖς θηρίοις βα‐ λεῖν, τὸν Δανιὴλ ἐν λάκκῳ τοῖς λέουσι βεβλημένον ὑπομιμνήσκομαι. Εἰ θέλει με λιθάσαι, λιθάσῃ με· τὸν Στέφανον ἔχω τὸν πρωτομάρτυρα. Εἰ θέλει τὴν</w:t>
      </w:r>
    </w:p>
    <w:p>
      <w:r>
        <w:rPr>
          <w:rFonts w:ascii="Courier New" w:hAnsi="Courier New"/>
          <w:color w:val="555555"/>
          <w:sz w:val="20"/>
        </w:rPr>
        <w:t>[10]</w:t>
      </w:r>
    </w:p>
    <w:p>
      <w:r>
        <w:rPr>
          <w:rFonts w:ascii="Gentium Plus" w:hAnsi="Gentium Plus"/>
          <w:sz w:val="24"/>
        </w:rPr>
        <w:t>κεφαλήν μου λαβεῖν, λάβῃ· ἔχω Ἰωάννην τὸν Βαπτι‐ στήν. Εἰ θέλει τὰ ὑπάρχοντά μου λαβεῖν, λάβῃ αὐτά· Γυμνὸς ἐξῆλθον ἐκ κοιλίας μητέρος μου, γυμνὸς καὶ ἀπελεύσομαι. Ἐμοὶ παραινεῖ ὁ Ἀπόστολος· Πρόσωπον ἀνθρώπου ὁ Θεὸς οὐ λαμβάνει· καὶ,</w:t>
      </w:r>
    </w:p>
    <w:p>
      <w:r>
        <w:rPr>
          <w:rFonts w:ascii="Courier New" w:hAnsi="Courier New"/>
          <w:color w:val="555555"/>
          <w:sz w:val="20"/>
        </w:rPr>
        <w:t>[15]</w:t>
      </w:r>
    </w:p>
    <w:p>
      <w:r>
        <w:rPr>
          <w:rFonts w:ascii="Gentium Plus" w:hAnsi="Gentium Plus"/>
          <w:sz w:val="24"/>
        </w:rPr>
        <w:t>Εἰ ἔτι, φησὶν, ἀνθρώποις ἤρεσκον, Χριστοῦ δοῦ‐ λος οὐκ ἂν ἤμην. Καὶ ὁ Δαυῒδ καθοπλίζει με λέγων, Ἐλάλουν ἐν τοῖς μαρτυρίοις σου ἐναντίον βα‐ σιλέων, καὶ οὐκ ᾐσχυνόμην. Πολλὰ κατ’ ἐμοῦ ἐσκευάσαντο, καὶ λέγουσιν, ὅτι τινὰς ἐκοινώνησα</w:t>
      </w:r>
    </w:p>
    <w:p>
      <w:r>
        <w:rPr>
          <w:rFonts w:ascii="Courier New" w:hAnsi="Courier New"/>
          <w:color w:val="555555"/>
          <w:sz w:val="20"/>
        </w:rPr>
        <w:t>[20]</w:t>
      </w:r>
    </w:p>
    <w:p>
      <w:r>
        <w:rPr>
          <w:rFonts w:ascii="Gentium Plus" w:hAnsi="Gentium Plus"/>
          <w:sz w:val="24"/>
        </w:rPr>
        <w:t>μετὰ τὸ φαγεῖν αὐτούς. Καὶ εἰ μὲν τοῦτο ἐποίησα, ἐξαλειφθείη τὸ ὄνομά μου ἐκ τῆς βίβλου τῶν ἐπι‐ σκόπων, καὶ μὴ γραφείη ἐν τῇ βίβλῳ τῆς ὀρθοδόξου πίστεως, ὅτι ἰδοὺ ἐὰν τοιοῦτον ἐγὼ ἔπραξα, καὶ ἀποβαλεῖ με Χριστὸς ἐκ τῆς βασιλείας αὐτοῦ. Εἰ δὲ</w:t>
      </w:r>
    </w:p>
    <w:p>
      <w:r>
        <w:rPr>
          <w:rFonts w:ascii="Courier New" w:hAnsi="Courier New"/>
          <w:color w:val="555555"/>
          <w:sz w:val="20"/>
        </w:rPr>
        <w:t>[25]</w:t>
      </w:r>
    </w:p>
    <w:p>
      <w:r>
        <w:rPr>
          <w:rFonts w:ascii="Gentium Plus" w:hAnsi="Gentium Plus"/>
          <w:sz w:val="24"/>
        </w:rPr>
        <w:t>ἅπαξ καὶ τοῦτό μοι λέγουσι, καὶ φιλονεικοῦσι, καθ‐ ελέτωσαν καὶ τὸν Παῦλον, ὃς μετὰ τὸ δειπνῆσαι ὁλόκληρον τὸν οἶκον ἐβάπτισε· καθελέτωσαν καὶ αὐτὸν τὸν Κύριον, ὃς μετὰ τὸ δειπνῆσαι τοῖς ἀπο‐ στόλοις τὴν κοινωνίαν ἔδωκε. Λέγουσιν, ὅτι μετὰ</w:t>
      </w:r>
    </w:p>
    <w:p>
      <w:r>
        <w:rPr>
          <w:rFonts w:ascii="Courier New" w:hAnsi="Courier New"/>
          <w:color w:val="555555"/>
          <w:sz w:val="20"/>
        </w:rPr>
        <w:t>[30]</w:t>
      </w:r>
    </w:p>
    <w:p>
      <w:r>
        <w:rPr>
          <w:rFonts w:ascii="Gentium Plus" w:hAnsi="Gentium Plus"/>
          <w:sz w:val="24"/>
        </w:rPr>
        <w:t>γυναικὸς ἐκοιμήθην. Ἀποδύσατέ μου τὸ σῶμα, καὶ εὑρήσετε τὴν νέκρωσιν τῶν μελῶν μου. Ἀλλὰ ταῦτα πάντα διὰ τὸν φθόνον ἐποίησαν. Ἀλλὰ πάντως λυπῇ, ἀδελφὲ Κυριακὲ, ὅτι ἐκεῖνοι οἱ ἡμᾶς ἐξορί‐ σαντες ἐπὶ τῆς ἀγορᾶς παῤῥησιάζονται, καὶ πλῆθος</w:t>
      </w:r>
    </w:p>
    <w:p>
      <w:r>
        <w:rPr>
          <w:rFonts w:ascii="Courier New" w:hAnsi="Courier New"/>
          <w:color w:val="555555"/>
          <w:sz w:val="20"/>
        </w:rPr>
        <w:t>[35]</w:t>
      </w:r>
    </w:p>
    <w:p>
      <w:r>
        <w:rPr>
          <w:rFonts w:ascii="Gentium Plus" w:hAnsi="Gentium Plus"/>
          <w:sz w:val="24"/>
        </w:rPr>
        <w:t>ἀκολουθεῖ δορυφόρων αὐτοῖς; Ἀλλὰ πάλιν ὑπομνή‐ σθητι τὸν πλούσιον καὶ τὸν Λάζαρον, ποῖος μὲν ἐν τῷ νῦν αἰῶνι ἐθλίβη, ποῖος δὲ ἀπήλαυσε. Τί ἔβλαψεν αὐτὸν ἡ πενία; Οὐχὶ ὁ ἀθλητὴς καὶ νικητὴς εἰς τοὺς κόλπους Ἀβραὰμ ἀπηνέχθη; Τί δὲ ὠφέλησεν ἐκεῖνον</w:t>
      </w:r>
    </w:p>
    <w:p>
      <w:r>
        <w:rPr>
          <w:rFonts w:ascii="Courier New" w:hAnsi="Courier New"/>
          <w:color w:val="555555"/>
          <w:sz w:val="20"/>
        </w:rPr>
        <w:t>[40]</w:t>
      </w:r>
    </w:p>
    <w:p>
      <w:r>
        <w:rPr>
          <w:rFonts w:ascii="Gentium Plus" w:hAnsi="Gentium Plus"/>
          <w:sz w:val="24"/>
        </w:rPr>
        <w:t>ὁ πλοῦτος τὸν ἐν πορφύρᾳ καὶ βύσσῳ ἀναπαυόμενον; Ποῦ οἱ ῥαβδοῦχοι; ποῦ οἱ δορυφόροι; ποῦ οἱ χρυσο‐ χάλινοι ἵπποι; ποῦ οἱ παράσιτοι, καὶ ἡ βασιλικὴ τρά‐ πεζα; Οὐχὶ ὡς λῃστὴς δεδεμένος ἀπήγετο ἐν τῷ μνήματι, γυμνὴν τὴν ψυχὴν ἐκ τοῦ κόσμου ἐκφέρων,</w:t>
      </w:r>
    </w:p>
    <w:p>
      <w:r>
        <w:rPr>
          <w:rFonts w:ascii="Courier New" w:hAnsi="Courier New"/>
          <w:color w:val="555555"/>
          <w:sz w:val="20"/>
        </w:rPr>
        <w:t>[45]</w:t>
      </w:r>
    </w:p>
    <w:p>
      <w:r>
        <w:rPr>
          <w:rFonts w:ascii="Gentium Plus" w:hAnsi="Gentium Plus"/>
          <w:sz w:val="24"/>
        </w:rPr>
        <w:t>καὶ κράζει κενῇ τῇ φωνῇ, Πάτερ Ἀβραὰμ, πέμψον Λάζαρον, ἵνα βρέξῃ τὸ ἄκρον τοῦ δακτύλου αὐ‐ τοῦ, καὶ καταψύξῃ τὴν γλῶττάν μου, διότι δεινῶς ἀποτηγανίζομαι; Τί πατέρα καλεῖς τὸν Ἀβραὰμ, οὗ τὸν βίον οὐκ ἐμιμήσω; Ἐκεῖνος πάντα ἄνθρωπον εἰς</w:t>
      </w:r>
    </w:p>
    <w:p>
      <w:r>
        <w:rPr>
          <w:rFonts w:ascii="Courier New" w:hAnsi="Courier New"/>
          <w:color w:val="555555"/>
          <w:sz w:val="20"/>
        </w:rPr>
        <w:t>[52 . 683 (50)]</w:t>
      </w:r>
    </w:p>
    <w:p>
      <w:r>
        <w:rPr>
          <w:rFonts w:ascii="Gentium Plus" w:hAnsi="Gentium Plus"/>
          <w:sz w:val="24"/>
        </w:rPr>
        <w:t>τὸν οἶκον αὐτοῦ ἐξένιζεν, σὺ δὲ ἑνὸς πτωχοῦ φροντίδα οὐκ ἐποιήσω. Οὐκ ἔστι πενθῆσαι καὶ κλαῦσαι, ὅτι ὁ τοσοῦτον πλοῦτον ἔχων, σταγόνος ὕδατος ἄξιος οὐκ ἐγένετο. Ἐπειδὴ γὰρ ψιχίων οὐ μετέδωκε τῷ πτωχῷ, σταγόνα ὕδατος οὐ λαμβάνει. Τῷ χειμῶνι οὐκ ἔσπει‐</w:t>
      </w:r>
    </w:p>
    <w:p>
      <w:r>
        <w:rPr>
          <w:rFonts w:ascii="Courier New" w:hAnsi="Courier New"/>
          <w:color w:val="555555"/>
          <w:sz w:val="20"/>
        </w:rPr>
        <w:t>[55]</w:t>
      </w:r>
    </w:p>
    <w:p>
      <w:r>
        <w:rPr>
          <w:rFonts w:ascii="Gentium Plus" w:hAnsi="Gentium Plus"/>
          <w:sz w:val="24"/>
        </w:rPr>
        <w:t>ρεν ἔλεος· ἦλθε τὸ θέρος, καὶ οὐκ ἐθέρισε. Καὶ τοῦτο τοῦ Δεσπότου οἰκονομία, ὅτι ἐξ ἐναντίας ἐποίησε τὴν</w:t>
      </w:r>
    </w:p>
    <w:p>
      <w:r>
        <w:rPr>
          <w:rFonts w:ascii="Courier New" w:hAnsi="Courier New"/>
          <w:color w:val="555555"/>
          <w:sz w:val="20"/>
        </w:rPr>
        <w:t>[52 . 684]</w:t>
      </w:r>
    </w:p>
    <w:p>
      <w:r>
        <w:rPr>
          <w:rFonts w:ascii="Gentium Plus" w:hAnsi="Gentium Plus"/>
          <w:sz w:val="24"/>
        </w:rPr>
        <w:t>ἵνα βλέπωσιν ἀλλήλους, καὶ ἀλλήλους γνωρίζωσι. Καὶ γὰρ ἕκαστος τότε μάρτυς τὸν ἴδιον τύραννον ἐπι‐ γνώσεται, καὶ ἕκαστος τύραννος τὸν ἴδιον μάρτυρα, ὃν ἐκόλασε. Καὶ οὐκ ἐμὰ τὰ ῥήματα· ἄκουσον τῆς</w:t>
      </w:r>
    </w:p>
    <w:p>
      <w:r>
        <w:rPr>
          <w:rFonts w:ascii="Courier New" w:hAnsi="Courier New"/>
          <w:color w:val="555555"/>
          <w:sz w:val="20"/>
        </w:rPr>
        <w:t>[5]</w:t>
      </w:r>
    </w:p>
    <w:p>
      <w:r>
        <w:rPr>
          <w:rFonts w:ascii="Gentium Plus" w:hAnsi="Gentium Plus"/>
          <w:sz w:val="24"/>
        </w:rPr>
        <w:t>Σοφίας λεγούσης· Τότε ἐν πολλῇ παῤῥησίᾳ στή‐ σεται ὁ δίκαιος κατὰ πρόσωπον τῶν θλιψάντων αὐτόν. Ὥσπερ γὰρ ὁδοιπόρος ἐν καύματι περιπα‐ τῶν, ἡνίκα εὕρῃ καθαρὰν πηγὴν τῇ δίψῃ φλεγόμενος, καὶ πολλῷ τῷ λιμῷ συνεχόμενος παρακαθέζηται</w:t>
      </w:r>
    </w:p>
    <w:p>
      <w:r>
        <w:rPr>
          <w:rFonts w:ascii="Courier New" w:hAnsi="Courier New"/>
          <w:color w:val="555555"/>
          <w:sz w:val="20"/>
        </w:rPr>
        <w:t>[10]</w:t>
      </w:r>
    </w:p>
    <w:p>
      <w:r>
        <w:rPr>
          <w:rFonts w:ascii="Gentium Plus" w:hAnsi="Gentium Plus"/>
          <w:sz w:val="24"/>
        </w:rPr>
        <w:t>τραπέζῃ ἐχούσῃ παντοῖα τὰ ἐδέσματα, παρά τινος δὲ δυνατωτέρου κωλύηται μὴ ἅψασθαι τῆς τραπέζης, μηδὲ ἀπολαῦσαι τῶν ἐδεσμάτων, σφοδρὰν ἔχει τὴν ὀδύνην καὶ τὴν κόλασιν, ὅτι τῇ τραπέζῃ παρακαθέ‐ ζεται, καὶ τῶν βρωμάτων ἀπολαῦσαι οὐ δύναται, καὶ</w:t>
      </w:r>
    </w:p>
    <w:p>
      <w:r>
        <w:rPr>
          <w:rFonts w:ascii="Courier New" w:hAnsi="Courier New"/>
          <w:color w:val="555555"/>
          <w:sz w:val="20"/>
        </w:rPr>
        <w:t>[15]</w:t>
      </w:r>
    </w:p>
    <w:p>
      <w:r>
        <w:rPr>
          <w:rFonts w:ascii="Gentium Plus" w:hAnsi="Gentium Plus"/>
          <w:sz w:val="24"/>
        </w:rPr>
        <w:t>ὁ τῇ πηγῇ παρακαθεζόμενος, τοῦ ὕδατος ἀπολαῦσαι οὐ δύναται· οὕτως ἐν τῇ ἡμέρᾳ τῆς κρίσεως, βλέ‐ πουσι τοὺς ἁγίους εὐφραινομένους οἱ ἀσεβεῖς, καὶ τῆς βασιλικῆς τραπέζης ἀπολαῦσαι οὐ δύνανται. Καὶ γὰρ τὸν Ἀδὰμ ὁ Θεὸς κολάσαι βουλόμενος, ἐποίησεν</w:t>
      </w:r>
    </w:p>
    <w:p>
      <w:r>
        <w:rPr>
          <w:rFonts w:ascii="Courier New" w:hAnsi="Courier New"/>
          <w:color w:val="555555"/>
          <w:sz w:val="20"/>
        </w:rPr>
        <w:t>[20]</w:t>
      </w:r>
    </w:p>
    <w:p>
      <w:r>
        <w:rPr>
          <w:rFonts w:ascii="Gentium Plus" w:hAnsi="Gentium Plus"/>
          <w:sz w:val="24"/>
        </w:rPr>
        <w:t>αὐτὸν ἐξ ἐναντίας τοῦ παραδείσου ἐργάζεσθαι τὴν γῆν, ἵνα καθ’ ἑκάστην ἡμέραν καὶ ὥραν βλέπων ἐκεῖνο τὸ ποθητὸν χωρίον, ὅθεν ἐξῆλθεν, ἔχῃ πάντοτε τὴν ὀδύνην ἐν τῇ ψυχῇ. Εἰ δὲ καὶ ὧδε ἀλλήλοις μὴ συντύχωμεν, ἀλλ’ ἐκεῖ οὐδεὶς ὁ κωλύων ἡμᾶς τότε</w:t>
      </w:r>
    </w:p>
    <w:p>
      <w:r>
        <w:rPr>
          <w:rFonts w:ascii="Courier New" w:hAnsi="Courier New"/>
          <w:color w:val="555555"/>
          <w:sz w:val="20"/>
        </w:rPr>
        <w:t>[25]</w:t>
      </w:r>
    </w:p>
    <w:p>
      <w:r>
        <w:rPr>
          <w:rFonts w:ascii="Gentium Plus" w:hAnsi="Gentium Plus"/>
          <w:sz w:val="24"/>
        </w:rPr>
        <w:t>μετ’ ἀλλήλων διάγειν· καὶ ὀψόμεθα τοὺς ἐξ‐ ορίσαντας ἡμᾶς, ὥσπερ ὁ Λάζαρος τὸν πλούσιον, καὶ οἱ μάρτυρες τοὺς τυράννους. Μὴ οὖν ἀθύμει, ἀλλὰ μνημόνευε τοῦ προφήτου λέγοντος· Μυκτηρισμὸν ἀνθρώπων μὴ φοβεῖσθε, καὶ τῷ φαυλισμῷ αὐτῶν</w:t>
      </w:r>
    </w:p>
    <w:p>
      <w:r>
        <w:rPr>
          <w:rFonts w:ascii="Courier New" w:hAnsi="Courier New"/>
          <w:color w:val="555555"/>
          <w:sz w:val="20"/>
        </w:rPr>
        <w:t>[30]</w:t>
      </w:r>
    </w:p>
    <w:p>
      <w:r>
        <w:rPr>
          <w:rFonts w:ascii="Gentium Plus" w:hAnsi="Gentium Plus"/>
          <w:sz w:val="24"/>
        </w:rPr>
        <w:t>μὴ ἡττᾶσθε· ὥσπερ γὰρ ἔριον ὑπὸ σητὸς, οὕτω βρωθήσονται, καὶ ὡς ἱμάτιον παλαιωθήσονται. Κατανόησον δὲ τὸν Δεσπότην, πῶς εὐθὺς ἀπὸ τῶν σπαργάνων ἐδιώκετο, καὶ εἰς βάρβαρον γῆν ἀπεῤῥί‐ πτετο, ὁ τὸν κόσμον κατέχων, τύπος ἡμῖν γενόμενος</w:t>
      </w:r>
    </w:p>
    <w:p>
      <w:r>
        <w:rPr>
          <w:rFonts w:ascii="Courier New" w:hAnsi="Courier New"/>
          <w:color w:val="555555"/>
          <w:sz w:val="20"/>
        </w:rPr>
        <w:t>[35]</w:t>
      </w:r>
    </w:p>
    <w:p>
      <w:r>
        <w:rPr>
          <w:rFonts w:ascii="Gentium Plus" w:hAnsi="Gentium Plus"/>
          <w:sz w:val="24"/>
        </w:rPr>
        <w:t>τοῦ μὴ ἐκκακεῖν ἐν τοῖς πειρασμοῖς. Ἀνάμνησαι τὸ πάθος τοῦ Σωτῆρος, ὅσας ὕβρεις δι’ ἡμᾶς ὑπέμεινεν. Οἱ μὲν γὰρ αὐτὸν Σαμαρείτην ἐκάλουν, οἱ δὲ δαιμο‐ νιῶντα καὶ γαστρίμαργον καὶ ψευδοπροφήτην. Λέ‐ γουσι γάρ· Ἰδοὺ ἄνθρωπος φάγος καὶ οἰνοπότης,</w:t>
      </w:r>
    </w:p>
    <w:p>
      <w:r>
        <w:rPr>
          <w:rFonts w:ascii="Courier New" w:hAnsi="Courier New"/>
          <w:color w:val="555555"/>
          <w:sz w:val="20"/>
        </w:rPr>
        <w:t>[40]</w:t>
      </w:r>
    </w:p>
    <w:p>
      <w:r>
        <w:rPr>
          <w:rFonts w:ascii="Gentium Plus" w:hAnsi="Gentium Plus"/>
          <w:sz w:val="24"/>
        </w:rPr>
        <w:t>καὶ, ὅτι Ἐν τῷ ἄρχοντι τῶν δαιμονίων ἐκβάλλει τὰ δαιμόνια. Τί δὲ ὅτε ἦγον αὐτὸν κρημνίσαι, καὶ ὅτε εἰς τὸ πρόσωπον αὐτοῦ ἐνέπτυον; τί δὲ ὅτε τὴν χλαμύδα αὐτῷ περιετίθουν, καὶ ὅτε ἀκάνθαις αὐτὸν ἐστεφάνουν, καὶ προσέπιπτον αὐτῷ ἐμπαίζοντες, καὶ</w:t>
      </w:r>
    </w:p>
    <w:p>
      <w:r>
        <w:rPr>
          <w:rFonts w:ascii="Courier New" w:hAnsi="Courier New"/>
          <w:color w:val="555555"/>
          <w:sz w:val="20"/>
        </w:rPr>
        <w:t>[45]</w:t>
      </w:r>
    </w:p>
    <w:p>
      <w:r>
        <w:rPr>
          <w:rFonts w:ascii="Gentium Plus" w:hAnsi="Gentium Plus"/>
          <w:sz w:val="24"/>
        </w:rPr>
        <w:t>πᾶν εἶδος χλεύης αὐτῷ ἐπάγοντες, τί δὲ ὅτε ῥαπί‐ σματα αὐτῷ ἐδίδουν; ὅτε ὄξος καὶ τὴν χολὴν αὐτὸν ἐπότιζον; ὅτε τῷ καλάμῳ τὴν κεφαλὴν αὐτοῦ ἔτυ‐ πτον, καὶ ὅτε περιῆγον αὐτὸν οἱ αἱμοβόροι ἐκεῖνοι κύνες; τί δὲ ὅτε ἐπὶ τὸ πάθος ἤγετο γυμνὸς, καὶ</w:t>
      </w:r>
    </w:p>
    <w:p>
      <w:r>
        <w:rPr>
          <w:rFonts w:ascii="Courier New" w:hAnsi="Courier New"/>
          <w:color w:val="555555"/>
          <w:sz w:val="20"/>
        </w:rPr>
        <w:t>[52 . 684 (50)]</w:t>
      </w:r>
    </w:p>
    <w:p>
      <w:r>
        <w:rPr>
          <w:rFonts w:ascii="Gentium Plus" w:hAnsi="Gentium Plus"/>
          <w:sz w:val="24"/>
        </w:rPr>
        <w:t>πάντες αὐτὸν κατέλιπον οἱ μαθηταὶ, καὶ ὁ εἷς μὲν αὐτὸν προέδωκεν, εἷς δὲ ἠρνήσατο, οἱ δὲ ἄλλοι ἐδρα‐ πέτευσαν, καὶ μόνος εἱστήκει γυμνὸς ἐν μέσῳ τῶν ὄχλων ἐκείνων; ἑορτὴ γὰρ ἦν ἡ ἅπαντας συνάγουσα τότε· καὶ ὅτε ὡς πονηρὸν ἐν μέσῳ κακούργων αὐτὸν</w:t>
      </w:r>
    </w:p>
    <w:p>
      <w:r>
        <w:rPr>
          <w:rFonts w:ascii="Courier New" w:hAnsi="Courier New"/>
          <w:color w:val="555555"/>
          <w:sz w:val="20"/>
        </w:rPr>
        <w:t>[55]</w:t>
      </w:r>
    </w:p>
    <w:p>
      <w:r>
        <w:rPr>
          <w:rFonts w:ascii="Gentium Plus" w:hAnsi="Gentium Plus"/>
          <w:sz w:val="24"/>
        </w:rPr>
        <w:t>ἐσταύρωσαν, καὶ ἄταφος ἐκρέματο, καὶ οὔτε κατήνεγ‐</w:t>
      </w:r>
    </w:p>
    <w:p>
      <w:r>
        <w:rPr>
          <w:rFonts w:ascii="Courier New" w:hAnsi="Courier New"/>
          <w:color w:val="555555"/>
          <w:sz w:val="20"/>
        </w:rPr>
        <w:t>[52 . 685]</w:t>
      </w:r>
    </w:p>
    <w:p>
      <w:r>
        <w:rPr>
          <w:rFonts w:ascii="Gentium Plus" w:hAnsi="Gentium Plus"/>
          <w:sz w:val="24"/>
        </w:rPr>
        <w:t>καν αὐτὸν ἀπὸ τοῦ σταυροῦ, ἕως οὗ τις αὐτὸν ἐξ‐ ῃτήσατο, ἵνα αὐτὸν θάψῃ; Μνήσθητι ὅτι ταφῆς οὐκ ἠξιώθη, καὶ ὅτι ψόγον πονηρὸν κατ’ αὐτοῦ ἀπεφή‐ ναντο, καὶ ὅτι οἱ μαθηταὶ αὐτοῦ ἔκλεψαν αὐτὸν, καὶ</w:t>
      </w:r>
    </w:p>
    <w:p>
      <w:r>
        <w:rPr>
          <w:rFonts w:ascii="Courier New" w:hAnsi="Courier New"/>
          <w:color w:val="555555"/>
          <w:sz w:val="20"/>
        </w:rPr>
        <w:t>[5]</w:t>
      </w:r>
    </w:p>
    <w:p>
      <w:r>
        <w:rPr>
          <w:rFonts w:ascii="Gentium Plus" w:hAnsi="Gentium Plus"/>
          <w:sz w:val="24"/>
        </w:rPr>
        <w:t>οὐκ ἀνέστη. Ὑπομνήσθητι δὲ καὶ τοὺς ἀποστόλους, ὅτι πανταχόθεν ἐδιώκοντο, καὶ κατεκρύπτοντο, ἐν ταῖς πόλεσι μὴν δυνάμενοι φανῆναι· πῶς ὁ Πέτρος παρὰ Σίμωνι τῷ βυρσεῖ κατεκρύπτετο, καὶ ὁ Παῦλος παρὰ τῇ πορφυροπώλιδι γυναικὶ, ὅτι οὐκ εἶχον παρὰ τοῖς</w:t>
      </w:r>
    </w:p>
    <w:p>
      <w:r>
        <w:rPr>
          <w:rFonts w:ascii="Courier New" w:hAnsi="Courier New"/>
          <w:color w:val="555555"/>
          <w:sz w:val="20"/>
        </w:rPr>
        <w:t>[10]</w:t>
      </w:r>
    </w:p>
    <w:p>
      <w:r>
        <w:rPr>
          <w:rFonts w:ascii="Gentium Plus" w:hAnsi="Gentium Plus"/>
          <w:sz w:val="24"/>
        </w:rPr>
        <w:t>πλουσίοις παῤῥησίαν. Ἀλλ’ ὕστερον πάντα ὁμαλὰ ἐγένετο αὐτοῖς. Οὕτω καὶ νῦν μὴ ἀθυμήσῃς. Ἤκουσα γὰρ κἀγὼ περὶ τοῦ λήρου ἐκείνου τοῦ Ἀρσακίου, ὃν ἐκάθισεν ἡ βασίλισσα ἐν τῷ θρόνῳ, ὅτι ἔθλιψε τοὺς ἀδελφοὺς ὅλους μὴ θέλοντας αὐτῷ κοινωνῆσαι· πολ‐</w:t>
      </w:r>
    </w:p>
    <w:p>
      <w:r>
        <w:rPr>
          <w:rFonts w:ascii="Courier New" w:hAnsi="Courier New"/>
          <w:color w:val="555555"/>
          <w:sz w:val="20"/>
        </w:rPr>
        <w:t>[15]</w:t>
      </w:r>
    </w:p>
    <w:p>
      <w:r>
        <w:rPr>
          <w:rFonts w:ascii="Gentium Plus" w:hAnsi="Gentium Plus"/>
          <w:sz w:val="24"/>
        </w:rPr>
        <w:t>λοὶ δὲ αὐτῶν δι’ ἐμὲ καὶ ἐν τῇ φυλακῇ ἐναπέθανον. Ὁ γὰρ προβατόσχημος ἐκεῖνος λύκος, ὁ σχῆμα μὲν ἔχων ἐπισκόπου, μοιχὸς δὲ ὑπάρχων· ὡς γὰρ ἡ γυνὴ μοιχαλὶς χρηματίζει, ἡ ζῶντος τοῦ ἀνδρὸς ἑτέρῳ συν‐ αφθεῖσα· οὕτω καὶ οὗτος μοιχός ἐστιν, οὐ σαρκὸς,</w:t>
      </w:r>
    </w:p>
    <w:p>
      <w:r>
        <w:rPr>
          <w:rFonts w:ascii="Courier New" w:hAnsi="Courier New"/>
          <w:color w:val="555555"/>
          <w:sz w:val="20"/>
        </w:rPr>
        <w:t>[20]</w:t>
      </w:r>
    </w:p>
    <w:p>
      <w:r>
        <w:rPr>
          <w:rFonts w:ascii="Gentium Plus" w:hAnsi="Gentium Plus"/>
          <w:sz w:val="24"/>
        </w:rPr>
        <w:t>ἀλλὰ πνεύματος· ζῶντος γὰρ ἐμοῦ ἥρπασέ μου τὸν θρόνον τῆς Ἐκκλησίας. Καὶ ταῦτά σοι ἐπέστειλα ἀπὸ Κουκουσοῦ, ὅπου ἐκέλευσεν ἡμᾶς ἡ βασίλισσα ἐξ‐ ορισθῆναι. Πολλαὶ δὲ θλίψεις κατὰ τὴν ὁδὸν συνέ‐ βησαν ἡμῖν, ἀλλ’ οὐδενὸς ἐφροντίσαμεν. Ὅτε δὲ ἤλθο‐</w:t>
      </w:r>
    </w:p>
    <w:p>
      <w:r>
        <w:rPr>
          <w:rFonts w:ascii="Courier New" w:hAnsi="Courier New"/>
          <w:color w:val="555555"/>
          <w:sz w:val="20"/>
        </w:rPr>
        <w:t>[25]</w:t>
      </w:r>
    </w:p>
    <w:p>
      <w:r>
        <w:rPr>
          <w:rFonts w:ascii="Gentium Plus" w:hAnsi="Gentium Plus"/>
          <w:sz w:val="24"/>
        </w:rPr>
        <w:t>μεν πρὸς τὴν χώραν τῶν Καππαδόκων, καὶ ἐν τῇ Ταυ‐ ροκιλικίᾳ, πολλοὶ χοροὶ ἡμῖν ὑπήντων πατέρων ἁγίων ἀνδρῶν, οὐ μὴν ἀλλὰ καὶ πλήθη μοναχῶν καὶ παρθένων, τὰς ἀθανάτους πηγὰς τῶν δακρύων ἐκχέοντες. Καὶ ἔκλαιον θεωροῦντες ἡμᾶς ἐν τῇ ἐξορίᾳ ἀπερχομένους,</w:t>
      </w:r>
    </w:p>
    <w:p>
      <w:r>
        <w:rPr>
          <w:rFonts w:ascii="Courier New" w:hAnsi="Courier New"/>
          <w:color w:val="555555"/>
          <w:sz w:val="20"/>
        </w:rPr>
        <w:t>[30]</w:t>
      </w:r>
    </w:p>
    <w:p>
      <w:r>
        <w:rPr>
          <w:rFonts w:ascii="Gentium Plus" w:hAnsi="Gentium Plus"/>
          <w:sz w:val="24"/>
        </w:rPr>
        <w:t>καὶ ἔλεγον πρὸς ἐαυτοὺς, Συνέφερεν ἵνα ὁ ἥλιος συν‐ έστειλε τὰς ἀκτῖνας αὐτοῦ, ἢ ἵνα τὸ στόμα Ἰωάννου ἐσιώπησε. Ταῦτά με ἐθορύβησε καὶ ἔθλιψεν, ἐπειδὴ ἔβλεπον πάντας κλαίοντας περὶ ἐμοῦ. Ἐπεὶ τῶν ἄλλων πάντων, ὅσα συνέβη μοι, φροντίδα οὐκ ἐποίησα.</w:t>
      </w:r>
    </w:p>
    <w:p>
      <w:r>
        <w:rPr>
          <w:rFonts w:ascii="Courier New" w:hAnsi="Courier New"/>
          <w:color w:val="555555"/>
          <w:sz w:val="20"/>
        </w:rPr>
        <w:t>[35]</w:t>
      </w:r>
    </w:p>
    <w:p>
      <w:r>
        <w:rPr>
          <w:rFonts w:ascii="Gentium Plus" w:hAnsi="Gentium Plus"/>
          <w:sz w:val="24"/>
        </w:rPr>
        <w:t>Πάνυ δὲ ἡμᾶς ἐδεξιώσατο ὁ ἐπίσκοπος τῆς πόλεως ταύτης, καὶ πολλὴν ἀγάπην ἔδειξεν εἰς ἡμᾶς· ὥστε, εἰ δυνατὸν, καὶ τὸν θρόνον αὑτοῦ παρεχώρησεν ἡμῖν, εἰ μὴ τὸν ὅρον ἐφυλάττομεν. Δέομαι οὖν καὶ ἀντι‐ βολῶ, καὶ τῶν γονάτων ἅπτομαι τῶν σῶν, ἀπόῤῥιψον</w:t>
      </w:r>
    </w:p>
    <w:p>
      <w:r>
        <w:rPr>
          <w:rFonts w:ascii="Courier New" w:hAnsi="Courier New"/>
          <w:color w:val="555555"/>
          <w:sz w:val="20"/>
        </w:rPr>
        <w:t>[40]</w:t>
      </w:r>
    </w:p>
    <w:p>
      <w:r>
        <w:rPr>
          <w:rFonts w:ascii="Gentium Plus" w:hAnsi="Gentium Plus"/>
          <w:sz w:val="24"/>
        </w:rPr>
        <w:t>τὸ πένθος τῆς ἀθυμίας σου, ὑπὲρ ἡμῶν μνείαν ἔχων πρὸς τὸν Θεὸν, καὶ ἀντιγράψαι ἡμῖν παρακλήθητι.</w:t>
      </w:r>
    </w:p>
    <w:p>
      <w:pPr>
        <w:jc w:val="center"/>
      </w:pPr>
      <w:r>
        <w:rPr>
          <w:rFonts w:ascii="Gentium Plus" w:hAnsi="Gentium Plus"/>
          <w:b/>
          <w:sz w:val="24"/>
        </w:rPr>
        <w:t>ΡΚϛʹ. Ῥουφίνῳ πρεσβυτέρῳ.</w:t>
      </w:r>
    </w:p>
    <w:p>
      <w:r>
        <w:rPr>
          <w:rFonts w:ascii="Courier New" w:hAnsi="Courier New"/>
          <w:color w:val="555555"/>
          <w:sz w:val="20"/>
        </w:rPr>
        <w:t>[43]</w:t>
      </w:r>
    </w:p>
    <w:p>
      <w:r>
        <w:rPr>
          <w:rFonts w:ascii="Gentium Plus" w:hAnsi="Gentium Plus"/>
          <w:sz w:val="24"/>
        </w:rPr>
        <w:t>Ἦλθεν εἰς ἡμᾶς, ὅτι πάλιν ἀνήφθη τὰ ἐν Φοινίκῃ κακὰ, καὶ ἡ τῶν Ἑλλήνων ηὐξήθη μανία, καὶ πολλοὶ</w:t>
      </w:r>
    </w:p>
    <w:p>
      <w:r>
        <w:rPr>
          <w:rFonts w:ascii="Courier New" w:hAnsi="Courier New"/>
          <w:color w:val="555555"/>
          <w:sz w:val="20"/>
        </w:rPr>
        <w:t>[45]</w:t>
      </w:r>
    </w:p>
    <w:p>
      <w:r>
        <w:rPr>
          <w:rFonts w:ascii="Gentium Plus" w:hAnsi="Gentium Plus"/>
          <w:sz w:val="24"/>
        </w:rPr>
        <w:t>τῶν μοναχῶν οἱ μὲν ἐπλήγησαν, οἱ δὲ καὶ ἀπέθανον. Διὰ τοῦτό σε μειζόνως ἐπείγω μετὰ πλείονος τοῦ τά‐ χους ἅψασθαι τῆς ὁδοῦ, καὶ στῆναι ἐπὶ τῆς παρατά‐ ξεως. Εὖ γὰρ οἶδα, ὅτι φανεὶς μόνον τροπώσῃ τοὺς ὑπεναντίους, καὶ εὐχῇ, καὶ ἐπιεικείᾳ, καὶ καρτερίᾳ,</w:t>
      </w:r>
    </w:p>
    <w:p>
      <w:r>
        <w:rPr>
          <w:rFonts w:ascii="Courier New" w:hAnsi="Courier New"/>
          <w:color w:val="555555"/>
          <w:sz w:val="20"/>
        </w:rPr>
        <w:t>[52 . 685 (50)]</w:t>
      </w:r>
    </w:p>
    <w:p>
      <w:r>
        <w:rPr>
          <w:rFonts w:ascii="Gentium Plus" w:hAnsi="Gentium Plus"/>
          <w:sz w:val="24"/>
        </w:rPr>
        <w:t>καὶ τῇ συνήθει κεχρημένος ἀνδρείᾳ· καὶ καταλύσεις</w:t>
      </w:r>
    </w:p>
    <w:p>
      <w:r>
        <w:rPr>
          <w:rFonts w:ascii="Courier New" w:hAnsi="Courier New"/>
          <w:color w:val="555555"/>
          <w:sz w:val="20"/>
        </w:rPr>
        <w:t>[52 . 686]</w:t>
      </w:r>
    </w:p>
    <w:p>
      <w:r>
        <w:rPr>
          <w:rFonts w:ascii="Gentium Plus" w:hAnsi="Gentium Plus"/>
          <w:sz w:val="24"/>
        </w:rPr>
        <w:t>σῃ, καὶ πολλὰ ἐργάσῃ τὰ ἀγαθά. Μὴ τοίνυν μέλλε, μηδὲ ἀναβάλλου, ἀλλὰ πλείονι κέχρησο τῷ τάχει, καὶ ταῦτα τὰ ἀπαγγελθέντα προθυμότερόν σε ἐργαζέσθω. Οὐδὲ γὰρ εἰ οἰκίαν εἶδες ἀναπτομένην, ἀνεχώρησας</w:t>
      </w:r>
    </w:p>
    <w:p>
      <w:r>
        <w:rPr>
          <w:rFonts w:ascii="Courier New" w:hAnsi="Courier New"/>
          <w:color w:val="555555"/>
          <w:sz w:val="20"/>
        </w:rPr>
        <w:t>[5]</w:t>
      </w:r>
    </w:p>
    <w:p>
      <w:r>
        <w:rPr>
          <w:rFonts w:ascii="Gentium Plus" w:hAnsi="Gentium Plus"/>
          <w:sz w:val="24"/>
        </w:rPr>
        <w:t>ἂν, ἀλλὰ τότε καὶ μειζόνως ἐπέθου, ὥστε καὶ προκα‐ ταλαβεῖν τὴν φλόγα, καὶ διὰ σαυτοῦ, καὶ δι’ ἑτέρων πάντα ἂν ἐποίησας ὑπὲρ τοῦ σβέσαι τὸ κακόν. Καὶ νῦν τοίνυν ἐπειδὴ τοιαύτη ἀνήφθη πυρὰ, ἀμελλητὶ τὰ αὐτόθι καταλαβεῖν σπούδασον, καὶ πάντως ἔσται τι</w:t>
      </w:r>
    </w:p>
    <w:p>
      <w:r>
        <w:rPr>
          <w:rFonts w:ascii="Courier New" w:hAnsi="Courier New"/>
          <w:color w:val="555555"/>
          <w:sz w:val="20"/>
        </w:rPr>
        <w:t>[10]</w:t>
      </w:r>
    </w:p>
    <w:p>
      <w:r>
        <w:rPr>
          <w:rFonts w:ascii="Gentium Plus" w:hAnsi="Gentium Plus"/>
          <w:sz w:val="24"/>
        </w:rPr>
        <w:t>χρηστὸν, καὶ πολλὴ τούτων διόρθωσις. Τὸ μὲν γὰρ ἐν ἡσυχίᾳ καὶ γαλήνῃ, καὶ μηδενὸς πολεμοῦντος, κατηχεῖν τινας καὶ τῶν τυχόντων ἐστίν· τὸ δὲ οὕτω τοῦ διαβόλου μαινομένου, καὶ τῶν δαιμόνων ὁπλιζο‐ μένων, στῆναι γενναίως, καὶ ἐξαρπάσαι τοὺς μετ’</w:t>
      </w:r>
    </w:p>
    <w:p>
      <w:r>
        <w:rPr>
          <w:rFonts w:ascii="Courier New" w:hAnsi="Courier New"/>
          <w:color w:val="555555"/>
          <w:sz w:val="20"/>
        </w:rPr>
        <w:t>[15]</w:t>
      </w:r>
    </w:p>
    <w:p>
      <w:r>
        <w:rPr>
          <w:rFonts w:ascii="Gentium Plus" w:hAnsi="Gentium Plus"/>
          <w:sz w:val="24"/>
        </w:rPr>
        <w:t>ἐκείνου τεταγμένους τῶν ἀνθρώπων, καὶ τοὺς ἄλλους κωλῦσαι εἰς τὰς ἐκείνου χεῖρας ἐμπεσεῖν, τοῦτο ἀν‐ δρὸς γενναίου, τοῦτο νηφούσης ψυχῆς, τοῦτο τῆς σῆς διανοίας τῆς ὑψηλῆς, καὶ διεγηγερμένης, τοῦτο μυ‐ ρίων στεφάνων ἄξιον, τοῦτο βραβείων ἀφάτων, τοῦτο</w:t>
      </w:r>
    </w:p>
    <w:p>
      <w:r>
        <w:rPr>
          <w:rFonts w:ascii="Courier New" w:hAnsi="Courier New"/>
          <w:color w:val="555555"/>
          <w:sz w:val="20"/>
        </w:rPr>
        <w:t>[20]</w:t>
      </w:r>
    </w:p>
    <w:p>
      <w:r>
        <w:rPr>
          <w:rFonts w:ascii="Gentium Plus" w:hAnsi="Gentium Plus"/>
          <w:sz w:val="24"/>
        </w:rPr>
        <w:t>ἀποστολικὸν κατόρθωμα. Ἐννοήσας τοίνυν ὅτι ὁ και‐ ρὸς οὗτος εὐδοκιμήσεώς σοι καιρός ἐστι, καὶ μυρίας ἐμπορίας, καὶ πραγματείας ὑπόθεσις, ἅρπασον τοσοῦτον πλοῦτον, καὶ πολλῇ ταχύτητι χρήσασθαι παρακλήθητι· καὶ διὰ τάχους ἡμῖν ἐπίστειλον, ἐπει‐</w:t>
      </w:r>
    </w:p>
    <w:p>
      <w:r>
        <w:rPr>
          <w:rFonts w:ascii="Courier New" w:hAnsi="Courier New"/>
          <w:color w:val="555555"/>
          <w:sz w:val="20"/>
        </w:rPr>
        <w:t>[25]</w:t>
      </w:r>
    </w:p>
    <w:p>
      <w:r>
        <w:rPr>
          <w:rFonts w:ascii="Gentium Plus" w:hAnsi="Gentium Plus"/>
          <w:sz w:val="24"/>
        </w:rPr>
        <w:t>δὰν ἀπαντήσῃς αὐτόθι. Ἂν γὰρ πυθώμεθα μόνον, ὅτι τῶν ὅρων ἐπέβης τῆς Φοινίκης, ἀμέριμνοι λοιπόν ἐσμεν, ἀναπαυόμεθα, ἐν ἀδείᾳ διάγομεν. Τὰ γὰρ ἑξῆς ἴσμεν, ὅτι καθάπερ ἀριστεὺς γενναῖος, καὶ ἀνδραγαθεῖν εἰδὼς, οὕτως ἅπαντα ἐπελεύσῃ, τοὺς</w:t>
      </w:r>
    </w:p>
    <w:p>
      <w:r>
        <w:rPr>
          <w:rFonts w:ascii="Courier New" w:hAnsi="Courier New"/>
          <w:color w:val="555555"/>
          <w:sz w:val="20"/>
        </w:rPr>
        <w:t>[30]</w:t>
      </w:r>
    </w:p>
    <w:p>
      <w:r>
        <w:rPr>
          <w:rFonts w:ascii="Gentium Plus" w:hAnsi="Gentium Plus"/>
          <w:sz w:val="24"/>
        </w:rPr>
        <w:t>μὲν κειμένους ἀνεγείρων, τοὺς δὲ ἑστῶτας ἑδράζων καὶ πηγνὺς, τοὺς δὲ πλανωμένους ἐπανάγων, καὶ τοὺς ἀπολωλότας ἀναζητῶν καὶ εὑρίσκων, ἅπασαν τοῦ διαβόλου συγκόπτων τὴν φάλαγγα. Οἶδα γὰρ, οἶδα σαφῶς τὸ ἄγρυπνόν σου τῆς ψυχῆς, τὸ μεμεριμνημέ‐</w:t>
      </w:r>
    </w:p>
    <w:p>
      <w:r>
        <w:rPr>
          <w:rFonts w:ascii="Courier New" w:hAnsi="Courier New"/>
          <w:color w:val="555555"/>
          <w:sz w:val="20"/>
        </w:rPr>
        <w:t>[35]</w:t>
      </w:r>
    </w:p>
    <w:p>
      <w:r>
        <w:rPr>
          <w:rFonts w:ascii="Gentium Plus" w:hAnsi="Gentium Plus"/>
          <w:sz w:val="24"/>
        </w:rPr>
        <w:t>νον τῆς διανοίας, τὸ συνετὸν, τὸ ἐμμελὲς, τὸ προσ‐ ηνὲς, τὸ ἀνδρεῖον, τὸ εὔτονον, τὸ καρτερικόν. Γράφε τοίνυν ἡμῖν συνεχῶς, καὶ πρὶν ἢ τὴν Φοινίκην ἰδεῖν, ἀπὸ τῆς ὁδοῦ πυκνὰ πέμπων τὰ γράμματα, ἐπεὶ καὶ νῦν ἐθαύμασα πῶς τῶν περὶ τὸν κύριόν μου τὸν τι‐</w:t>
      </w:r>
    </w:p>
    <w:p>
      <w:r>
        <w:rPr>
          <w:rFonts w:ascii="Courier New" w:hAnsi="Courier New"/>
          <w:color w:val="555555"/>
          <w:sz w:val="20"/>
        </w:rPr>
        <w:t>[40]</w:t>
      </w:r>
    </w:p>
    <w:p>
      <w:r>
        <w:rPr>
          <w:rFonts w:ascii="Gentium Plus" w:hAnsi="Gentium Plus"/>
          <w:sz w:val="24"/>
        </w:rPr>
        <w:t>μιώτατον καὶ εὐλαβέστατον Θεόδοτον τὸν πρεσβύτερον παραγινομένων, οὐκ ἐπέσταλκας. Ἵν’ οὖν μὴ πάλιν ἀλγῶμεν, μὴ δεχόμενοι γράμματα τῆς σῆς τιμιό‐ τητος, εἰ οἷόν τε ᾖ, καθ’ ἑκάστην μονὴν πέμπε ἡμῖν συνεχῶς ἐπιστολὰς, ἵνα μανθάνωμεν πόσον τε προ‐</w:t>
      </w:r>
    </w:p>
    <w:p>
      <w:r>
        <w:rPr>
          <w:rFonts w:ascii="Courier New" w:hAnsi="Courier New"/>
          <w:color w:val="555555"/>
          <w:sz w:val="20"/>
        </w:rPr>
        <w:t>[45]</w:t>
      </w:r>
    </w:p>
    <w:p>
      <w:r>
        <w:rPr>
          <w:rFonts w:ascii="Gentium Plus" w:hAnsi="Gentium Plus"/>
          <w:sz w:val="24"/>
        </w:rPr>
        <w:t>έκοψας τῆς ὁδοῦ, καὶ εἰ πλησίον γέγονας τῶν μερῶν ἐκείνων. Πάνυ γὰρ μεριμνῶμεν, καὶ φροντίζομεν· καὶ βουλόμεθα ταῦτα καθ’ ἑκάστην ἡμέραν μανθά‐ νειν. Ταῦτ’ οὖν εἰδὼς, κύριέ μου τιμιώτατε, χάρισαι ταύτην ἡμῖν μεγίστην τὴν χάριν, καὶ πρὶν ἢ ἀπελ‐</w:t>
      </w:r>
    </w:p>
    <w:p>
      <w:r>
        <w:rPr>
          <w:rFonts w:ascii="Courier New" w:hAnsi="Courier New"/>
          <w:color w:val="555555"/>
          <w:sz w:val="20"/>
        </w:rPr>
        <w:t>[52 . 686 (50)]</w:t>
      </w:r>
    </w:p>
    <w:p>
      <w:r>
        <w:rPr>
          <w:rFonts w:ascii="Gentium Plus" w:hAnsi="Gentium Plus"/>
          <w:sz w:val="24"/>
        </w:rPr>
        <w:t>θεῖν, καὶ ἐπειδὰν ἀπέλθῃς, συνεχεῖς πέμπων ἐπιστο‐ λὰς, καὶ πάντα ἡμῖν δηλῶν, ἵνα ἐὰν μὲν κατορθώματα</w:t>
      </w:r>
    </w:p>
    <w:p>
      <w:r>
        <w:rPr>
          <w:rFonts w:ascii="Courier New" w:hAnsi="Courier New"/>
          <w:color w:val="555555"/>
          <w:sz w:val="20"/>
        </w:rPr>
        <w:t>[52 . 687]</w:t>
      </w:r>
    </w:p>
    <w:p>
      <w:r>
        <w:rPr>
          <w:rFonts w:ascii="Gentium Plus" w:hAnsi="Gentium Plus"/>
          <w:sz w:val="24"/>
        </w:rPr>
        <w:t>παντὶ τρόπῳ, καὶ πάσῃ σπουδῇ πειρώμεθα αὐτὰ ἀνε‐ λεῖν. Οὐ γὰρ ἡσυχάσομεν καὶ δι’ ἑαυτῶν, καὶ δι’ ἑτέ‐ ρων, ὧν ἂν οἷόν τε ᾖ, τοῦτο ποιοῦντες, κἂν μυριάκις καὶ εἰς τὴν Κωνσταντινούπολιν ἀποστεῖλαι δέῃ, ὥστε</w:t>
      </w:r>
    </w:p>
    <w:p>
      <w:r>
        <w:rPr>
          <w:rFonts w:ascii="Courier New" w:hAnsi="Courier New"/>
          <w:color w:val="555555"/>
          <w:sz w:val="20"/>
        </w:rPr>
        <w:t>[5]</w:t>
      </w:r>
    </w:p>
    <w:p>
      <w:r>
        <w:rPr>
          <w:rFonts w:ascii="Gentium Plus" w:hAnsi="Gentium Plus"/>
          <w:sz w:val="24"/>
        </w:rPr>
        <w:t>πολλήν σοι γενέσθαι τὴν εὐκολίαν, οὐδὲ τοῦτο παραι‐ τησόμεθα. Ταῦτ’ οὖν εἰδὼς, τὰ παρὰ σαυτοῦ πάρεχε ἡμῖν, τὴν ἀγρυπνίαν, καὶ τὴν σπουδήν. Κἂν ἀδελφοὺς δεήσῃ ἀποσταλῆναι, καὶ τοῦτο δήλωσον ἡμῖν. Καὶ τῶν λειψάνων δὲ ἕνεκεν τῶν ἁγίων μαρτύρων ἀμέ‐</w:t>
      </w:r>
    </w:p>
    <w:p>
      <w:r>
        <w:rPr>
          <w:rFonts w:ascii="Courier New" w:hAnsi="Courier New"/>
          <w:color w:val="555555"/>
          <w:sz w:val="20"/>
        </w:rPr>
        <w:t>[10]</w:t>
      </w:r>
    </w:p>
    <w:p>
      <w:r>
        <w:rPr>
          <w:rFonts w:ascii="Gentium Plus" w:hAnsi="Gentium Plus"/>
          <w:sz w:val="24"/>
        </w:rPr>
        <w:t>ριμνος ἔσο· καὶ γὰρ εὐθέως ἀπέστειλα τὸν κύριόν μου τὸν εὐλαβέστατον πρεσβύτερον τὸν Τερέντιον πρὸς τὸν κύριόν μου τὸν εὐλαβέστατον ἐπίσκοπον Ὀτρήϊον τὸν Ἀραβισσοῦ. Αὐτὸς γὰρ ἔχει καὶ ἀναμφισβή‐ τητα, καὶ πολλὰ, καὶ εἴσω ὀλίγων ἡμερῶν ἀποστε‐</w:t>
      </w:r>
    </w:p>
    <w:p>
      <w:r>
        <w:rPr>
          <w:rFonts w:ascii="Courier New" w:hAnsi="Courier New"/>
          <w:color w:val="555555"/>
          <w:sz w:val="20"/>
        </w:rPr>
        <w:t>[15]</w:t>
      </w:r>
    </w:p>
    <w:p>
      <w:r>
        <w:rPr>
          <w:rFonts w:ascii="Gentium Plus" w:hAnsi="Gentium Plus"/>
          <w:sz w:val="24"/>
        </w:rPr>
        <w:t>λοῦμέν σοι ταῦτα εἰς τὴν Φοινίκην. Μηδὲν τοίνυν ἐλλιμπανέσθω τῶν παρὰ τῆς σῆς τιμιότητος. Τὰ γὰρ παρ’ ἡμῶν ὁρᾷς μεθ’ ὅσης πεπλήρωται τῆς προθυ‐ μίας. Σπεῦσον, ἵνα πρὸ τοῦ χειμῶνος δυνηθῇς τὰς ἀστέγους ἐκκλησίας ἀπαρτίσαι.</w:t>
      </w:r>
    </w:p>
    <w:p>
      <w:pPr>
        <w:jc w:val="center"/>
      </w:pPr>
      <w:r>
        <w:rPr>
          <w:rFonts w:ascii="Gentium Plus" w:hAnsi="Gentium Plus"/>
          <w:b/>
          <w:sz w:val="24"/>
        </w:rPr>
        <w:t>ΡΚΖʹ. Πολυβίῳ.</w:t>
      </w:r>
    </w:p>
    <w:p>
      <w:r>
        <w:rPr>
          <w:rFonts w:ascii="Courier New" w:hAnsi="Courier New"/>
          <w:color w:val="555555"/>
          <w:sz w:val="20"/>
        </w:rPr>
        <w:t>[21]</w:t>
      </w:r>
    </w:p>
    <w:p>
      <w:r>
        <w:rPr>
          <w:rFonts w:ascii="Gentium Plus" w:hAnsi="Gentium Plus"/>
          <w:sz w:val="24"/>
        </w:rPr>
        <w:t>Ἄλλος μὲν ἄν τις τὸν ἀφόρητον κρυμὸν τὸν ἐνταῦθα, τὴν πολλὴν ἐρημίαν τοῦ χωρίου, τὴν χαλεπωτάτην ἀῤῥωστίαν (καὶ γὰρ καὶ ἀῤῥωστίᾳ ἐντεῦθεν περιπε‐ πτώκαμεν) ἀπωδύρατο ἂν, καὶ ἐθρήνησεν· ἐγὼ δὲ</w:t>
      </w:r>
    </w:p>
    <w:p>
      <w:r>
        <w:rPr>
          <w:rFonts w:ascii="Courier New" w:hAnsi="Courier New"/>
          <w:color w:val="555555"/>
          <w:sz w:val="20"/>
        </w:rPr>
        <w:t>[25]</w:t>
      </w:r>
    </w:p>
    <w:p>
      <w:r>
        <w:rPr>
          <w:rFonts w:ascii="Gentium Plus" w:hAnsi="Gentium Plus"/>
          <w:sz w:val="24"/>
        </w:rPr>
        <w:t>ταῦτα ἀφεὶς, τὸν χωρισμὸν ἀποδύρομαι τὸν ὑμέτε‐ ρον, ὃ καὶ ἐρημίας καὶ νόσου καὶ χειμῶνος ἐμοὶ βα‐ ρύτερον. Καὶ νῦν αὐτὸ χαλεπώτερον ἢ πρότερον ἐποίη‐ σεν ὁ χειμών. Καὶ γὰρ ἣν μόνην εἶχον παραμυθίαν τοῦ πικροτάτου τούτου χωρισμοῦ, τὸ διὰ γραμμάτων</w:t>
      </w:r>
    </w:p>
    <w:p>
      <w:r>
        <w:rPr>
          <w:rFonts w:ascii="Courier New" w:hAnsi="Courier New"/>
          <w:color w:val="555555"/>
          <w:sz w:val="20"/>
        </w:rPr>
        <w:t>[30]</w:t>
      </w:r>
    </w:p>
    <w:p>
      <w:r>
        <w:rPr>
          <w:rFonts w:ascii="Gentium Plus" w:hAnsi="Gentium Plus"/>
          <w:sz w:val="24"/>
        </w:rPr>
        <w:t>ὑμῖν ὁμιλεῖν, καὶ ταύτην ἐπελθὼν ἡμᾶς ἀφείλετο, τὰς ὁδοὺς ἀποκλείσας τῇ πολλῇ τῆς χιόνος φορᾷ, καὶ οὔτε ἔξωθεν παραγενέσθαι καὶ συγγενέσθαι ἡμῖν, οὔτε ἐν‐ τεῦθεν ἀναστῆναι καὶ ἀποδημῆσαι πρὸς ὑμᾶς ἀφείς. Καὶ νῦν δὲ οὐκ ἔλαττον τῶν Ἰσαύρων ὁ φόβος, ἀλλὰ</w:t>
      </w:r>
    </w:p>
    <w:p>
      <w:r>
        <w:rPr>
          <w:rFonts w:ascii="Courier New" w:hAnsi="Courier New"/>
          <w:color w:val="555555"/>
          <w:sz w:val="20"/>
        </w:rPr>
        <w:t>[35]</w:t>
      </w:r>
    </w:p>
    <w:p>
      <w:r>
        <w:rPr>
          <w:rFonts w:ascii="Gentium Plus" w:hAnsi="Gentium Plus"/>
          <w:sz w:val="24"/>
        </w:rPr>
        <w:t>καὶ πολλῷ πλέον τὸ αὐτὸ δὴ τοῦτο ποιεῖ, τὴν ἐρημίαν ἐπιτείνων, πάντας ἐλαύνων, φυγαδεύων, μετανάστας ποιῶν. Οὐδεὶς γὰρ οἴκοι λοιπὸν μένειν ἀνέχεται, ἀλλ’ ἕκαστος τὴν ἑαυτοῦ καταλιπὼν ἀποπηδᾷ. Καὶ αἱ μὲν πόλεις εἰσὶ λοιπὸν τοῖχοι καὶ ὄροφοι, αἱ δὲ φάραγγες</w:t>
      </w:r>
    </w:p>
    <w:p>
      <w:r>
        <w:rPr>
          <w:rFonts w:ascii="Courier New" w:hAnsi="Courier New"/>
          <w:color w:val="555555"/>
          <w:sz w:val="20"/>
        </w:rPr>
        <w:t>[40]</w:t>
      </w:r>
    </w:p>
    <w:p>
      <w:r>
        <w:rPr>
          <w:rFonts w:ascii="Gentium Plus" w:hAnsi="Gentium Plus"/>
          <w:sz w:val="24"/>
        </w:rPr>
        <w:t>καὶ αἱ νάπαι πόλεις. Καθάπερ γὰρ τὰ ἄγρια τῶν θη‐ ρίων, παρδάλεις καὶ λέοντες, τὴν ἔρημον τῶν οἰκου‐ μένων πόλεων ἀσφαλεστέραν αὐτοῖς εἶναι νομίζει· οὕτω δὴ καὶ οἱ τὴν Ἀρμενίαν οἰκοῦντες ἄνθρωποι, καὶ καθ’ ἑκάστην ἡμέραν τόπους ἐκ τόπων ἀναγκα‐</w:t>
      </w:r>
    </w:p>
    <w:p>
      <w:r>
        <w:rPr>
          <w:rFonts w:ascii="Courier New" w:hAnsi="Courier New"/>
          <w:color w:val="555555"/>
          <w:sz w:val="20"/>
        </w:rPr>
        <w:t>[45]</w:t>
      </w:r>
    </w:p>
    <w:p>
      <w:r>
        <w:rPr>
          <w:rFonts w:ascii="Gentium Plus" w:hAnsi="Gentium Plus"/>
          <w:sz w:val="24"/>
        </w:rPr>
        <w:t>ζόμεθα μεταπηδᾷν, Ἁμαξοβίων καὶ Νομάδων τινῶν βίον ζῶντες καὶ οὐδαμοῦ στῆναι θαῤῥοῦντες· οὕτω πάντα τὰ ἐνταῦθα θορύβων γέμει καὶ ταραχῆς. Καὶ τοὺς μὲν τῇ παρουσίᾳ σφάττουσι, καίουσι, δούλους ἀντ’ ἐλευθέρων ποιοῦσι· τοὺς δὲ τῇ φήμῃ δραπέτας</w:t>
      </w:r>
    </w:p>
    <w:p>
      <w:r>
        <w:rPr>
          <w:rFonts w:ascii="Courier New" w:hAnsi="Courier New"/>
          <w:color w:val="555555"/>
          <w:sz w:val="20"/>
        </w:rPr>
        <w:t>[52 . 687 (50)]</w:t>
      </w:r>
    </w:p>
    <w:p>
      <w:r>
        <w:rPr>
          <w:rFonts w:ascii="Gentium Plus" w:hAnsi="Gentium Plus"/>
          <w:sz w:val="24"/>
        </w:rPr>
        <w:t>ἐργάζονται καὶ ἀπόλιδας, μᾶλλον δὲ καὶ ἀναιροῦσιν. Ὅσοι γὰρ νέοι κομιδῆ ἐν μέσῃ νυκτὶ πολλάκις καὶ κρυμῷ πάντα πηγνύντι ἀθρόον τῆς οἰκίας ἐκπηδῆσαι</w:t>
      </w:r>
    </w:p>
    <w:p>
      <w:r>
        <w:rPr>
          <w:rFonts w:ascii="Courier New" w:hAnsi="Courier New"/>
          <w:color w:val="555555"/>
          <w:sz w:val="20"/>
        </w:rPr>
        <w:t>[52 . 688]</w:t>
      </w:r>
    </w:p>
    <w:p>
      <w:r>
        <w:rPr>
          <w:rFonts w:ascii="Gentium Plus" w:hAnsi="Gentium Plus"/>
          <w:sz w:val="24"/>
        </w:rPr>
        <w:t>φήμης αὐτοὺς ἐλαύνοντος, οὐκ ἐδεήθησαν μαχαίρας Ἰσαυρικῆς εἰς τὸ καταλῦσαι τὸν βίον, ἀλλ’ ἐν τῇ χιόνι παγέντες, οὕτως ἀπέπνευσαν, καὶ γέγονεν αὐ‐ τοῖς τῆς τοῦ θανάτου φυγῆς ἡ πρόφασις θανάτου πρό‐</w:t>
      </w:r>
    </w:p>
    <w:p>
      <w:r>
        <w:rPr>
          <w:rFonts w:ascii="Courier New" w:hAnsi="Courier New"/>
          <w:color w:val="555555"/>
          <w:sz w:val="20"/>
        </w:rPr>
        <w:t>[5]</w:t>
      </w:r>
    </w:p>
    <w:p>
      <w:r>
        <w:rPr>
          <w:rFonts w:ascii="Gentium Plus" w:hAnsi="Gentium Plus"/>
          <w:sz w:val="24"/>
        </w:rPr>
        <w:t>φασις χαλεπωτάτου· ἐν τούτοις τὰ ἡμέτερα. Καὶ ταῦτα εἰρήκαμεν, οὐχ ἵνα σε λυπήσωμεν (εὖ γὰρ οἶδα ὅτι καθάψεταί σου τὰ εἰρημένα), ἀλλ’ ἵνα τὴν αἰτίαν εἴπωμεν τῆς μακρᾶς ταύτης σιγῆς, καὶ τί δήποτε ὀψὲ καὶ βραδέως ἐπεστάλκαμεν. Οὕτω γὰρ πάντες</w:t>
      </w:r>
    </w:p>
    <w:p>
      <w:r>
        <w:rPr>
          <w:rFonts w:ascii="Courier New" w:hAnsi="Courier New"/>
          <w:color w:val="555555"/>
          <w:sz w:val="20"/>
        </w:rPr>
        <w:t>[10]</w:t>
      </w:r>
    </w:p>
    <w:p>
      <w:r>
        <w:rPr>
          <w:rFonts w:ascii="Gentium Plus" w:hAnsi="Gentium Plus"/>
          <w:sz w:val="24"/>
        </w:rPr>
        <w:t>ἡμᾶς ἀπέλιπον, ὡς μηδὲ εὑρεῖν τινα τὸν ἐκεῖσε ἀφικνούμενον, ἀλλ’ ἀναγκασθῆναι τὸν συνόντα ἡμῖν πρεσβύτερον ἀναστῆσαι ἐντεῦθεν, καὶ πέμψαι πρὸς τὴν ὑμετέραν θαυμασιότητα. Δεξάμενος τοίνυν αὐτὸν ὥς σοι πρέπον, ταχέως ἡμῖν ἔκπεμψον εὐαγγελιζό‐</w:t>
      </w:r>
    </w:p>
    <w:p>
      <w:r>
        <w:rPr>
          <w:rFonts w:ascii="Courier New" w:hAnsi="Courier New"/>
          <w:color w:val="555555"/>
          <w:sz w:val="20"/>
        </w:rPr>
        <w:t>[15]</w:t>
      </w:r>
    </w:p>
    <w:p>
      <w:r>
        <w:rPr>
          <w:rFonts w:ascii="Gentium Plus" w:hAnsi="Gentium Plus"/>
          <w:sz w:val="24"/>
        </w:rPr>
        <w:t>μενον τὴν ὑγείαν τῆς σῆς ἐμμελείας. Οἶσθα γὰρ ὅπως ἡμῖν περισπούδαστον τοῦτο μανθάνειν.</w:t>
      </w:r>
    </w:p>
    <w:p>
      <w:pPr>
        <w:jc w:val="center"/>
      </w:pPr>
      <w:r>
        <w:rPr>
          <w:rFonts w:ascii="Gentium Plus" w:hAnsi="Gentium Plus"/>
          <w:b/>
          <w:sz w:val="24"/>
        </w:rPr>
        <w:t>ΡΚΗʹ. Μαρινιανῷ.</w:t>
      </w:r>
    </w:p>
    <w:p>
      <w:r>
        <w:rPr>
          <w:rFonts w:ascii="Courier New" w:hAnsi="Courier New"/>
          <w:color w:val="555555"/>
          <w:sz w:val="20"/>
        </w:rPr>
        <w:t>[18]</w:t>
      </w:r>
    </w:p>
    <w:p>
      <w:r>
        <w:rPr>
          <w:rFonts w:ascii="Gentium Plus" w:hAnsi="Gentium Plus"/>
          <w:sz w:val="24"/>
        </w:rPr>
        <w:t>Τοῖς μὲν ἄλλοις ἅπασιν ἀνθρώποις ἡδὺ τὸ ἔαρ, ὅτι τὴν ὄψιν τῆς γῆς ἄνθεσι καλλωπίζει, καὶ πάντα</w:t>
      </w:r>
    </w:p>
    <w:p>
      <w:r>
        <w:rPr>
          <w:rFonts w:ascii="Courier New" w:hAnsi="Courier New"/>
          <w:color w:val="555555"/>
          <w:sz w:val="20"/>
        </w:rPr>
        <w:t>[20]</w:t>
      </w:r>
    </w:p>
    <w:p>
      <w:r>
        <w:rPr>
          <w:rFonts w:ascii="Gentium Plus" w:hAnsi="Gentium Plus"/>
          <w:sz w:val="24"/>
        </w:rPr>
        <w:t>δείκνυσι λειμῶνας· ἐμοὶ δὲ, ὅτι καὶ τοῖς ἐθάσι τοῖς ἐμοῖς συγγίνεσθαι διὰ γραμμάτων εὐκολίαν παρέχει πολλήν. Ἐβουλόμην μὲν γὰρ καὶ αὐταῖς ὄψεσιν ὑμᾶς θεωρεῖν· ἐπειδὴ δὲ τοῦτο οὐκ ἔνι, ὅπερ ἔνι μετὰ πολ‐ λῆς ποιῶ τῆς προθυμίας, διὰ γραμμάτων ὑμῖν ὁμι‐</w:t>
      </w:r>
    </w:p>
    <w:p>
      <w:r>
        <w:rPr>
          <w:rFonts w:ascii="Courier New" w:hAnsi="Courier New"/>
          <w:color w:val="555555"/>
          <w:sz w:val="20"/>
        </w:rPr>
        <w:t>[25]</w:t>
      </w:r>
    </w:p>
    <w:p>
      <w:r>
        <w:rPr>
          <w:rFonts w:ascii="Gentium Plus" w:hAnsi="Gentium Plus"/>
          <w:sz w:val="24"/>
        </w:rPr>
        <w:t>λῶν. Καὶ οὐχ οὕτω ναῦται καὶ πλωτῆρες μεθ’ ἡδονῆς τὰ θαλάττια τέμνουσι νῶτα, ἐκείνης τοῦ ἔτους τῆς ὥρας ἐπιστάσης, ὡς ἐγὼ κάλαμον, καὶ χάρτην, καὶ μέλαν μεταχειρίζομαι, μέλλων ἐπιστέλλειν ὑμῶν τῇ ἐμμελείᾳ. Παρὰ μὲν γὰρ τὸν τοῦ χειμῶνος καιρὸν</w:t>
      </w:r>
    </w:p>
    <w:p>
      <w:r>
        <w:rPr>
          <w:rFonts w:ascii="Courier New" w:hAnsi="Courier New"/>
          <w:color w:val="555555"/>
          <w:sz w:val="20"/>
        </w:rPr>
        <w:t>[30]</w:t>
      </w:r>
    </w:p>
    <w:p>
      <w:r>
        <w:rPr>
          <w:rFonts w:ascii="Gentium Plus" w:hAnsi="Gentium Plus"/>
          <w:sz w:val="24"/>
        </w:rPr>
        <w:t>τοῦ κρυμοῦ πάντα πηγνύντος, καὶ τῆς ἀφάτου χιόνος τὰς ὁδοὺς ἀποτειχιζούσης, οὔτε ἔξωθέν τις ἡμῖν ἐπι‐ χωριάζειν ἠνείχετο, οὔτε ἐντεῦθεν ἀναστῆναι. Διόπερ καὶ ἡμεῖς, καθάπερ ἐν δεσμωτηρίῳ, τοῖς ἐνταῦθα δω‐ ματίοις καθειργμένοι, καὶ ὥσπερ τινὶ γλωσσοπέδῃ</w:t>
      </w:r>
    </w:p>
    <w:p>
      <w:r>
        <w:rPr>
          <w:rFonts w:ascii="Courier New" w:hAnsi="Courier New"/>
          <w:color w:val="555555"/>
          <w:sz w:val="20"/>
        </w:rPr>
        <w:t>[35]</w:t>
      </w:r>
    </w:p>
    <w:p>
      <w:r>
        <w:rPr>
          <w:rFonts w:ascii="Gentium Plus" w:hAnsi="Gentium Plus"/>
          <w:sz w:val="24"/>
        </w:rPr>
        <w:t>κατεχόμενοι, τῇ τῶν γραμματηφόρων ἀπορίᾳ, καὶ ἄκοντες τὴν μακρὰν ἐσιγήσαμεν σιγήν. Ἐπειδὴ δὲ λοιπὸν ἀνέῳξε τὰς λεωφόρους τῆς ὁδοιπορίας ὁ καιρὸς, καὶ ἡμῖν τὰ δεσμὰ τῆς γλώττης ἔλυσε, τὸν σὺν ἡμῖν πρεσβύτερον ἐντεῦθεν ἀναστήσαντες, ἀπεστάλκαμεν</w:t>
      </w:r>
    </w:p>
    <w:p>
      <w:r>
        <w:rPr>
          <w:rFonts w:ascii="Courier New" w:hAnsi="Courier New"/>
          <w:color w:val="555555"/>
          <w:sz w:val="20"/>
        </w:rPr>
        <w:t>[40]</w:t>
      </w:r>
    </w:p>
    <w:p>
      <w:r>
        <w:rPr>
          <w:rFonts w:ascii="Gentium Plus" w:hAnsi="Gentium Plus"/>
          <w:sz w:val="24"/>
        </w:rPr>
        <w:t>πρὸς τὴν ὑμετέραν εὐγένειαν, εἰσόμενοι τὰ περὶ τῆς ὑγείας ὑμῶν. Δεξάμενος τοίνυν αὐτὸν, δέσποτά μου θαυμασιώτατε, καθώς σοι πρέπον ἐστὶ, καὶ ἰδὼν μετὰ τῆς σοὶ πρεπούσης ἀγάπης, ἡνίκα ἂν ἐπανίῃ, τὰ περὶ τῆς ὑγιείας σου δηλῶσαι ἡμῖν παρακλήθητι, Οἶσθα</w:t>
      </w:r>
    </w:p>
    <w:p>
      <w:r>
        <w:rPr>
          <w:rFonts w:ascii="Courier New" w:hAnsi="Courier New"/>
          <w:color w:val="555555"/>
          <w:sz w:val="20"/>
        </w:rPr>
        <w:t>[45]</w:t>
      </w:r>
    </w:p>
    <w:p>
      <w:r>
        <w:rPr>
          <w:rFonts w:ascii="Gentium Plus" w:hAnsi="Gentium Plus"/>
          <w:sz w:val="24"/>
        </w:rPr>
        <w:t>γὰρ ὅπως ἡμῖν περισπούδαστον περὶ ταύτης μανθά‐ νειν.</w:t>
      </w:r>
    </w:p>
    <w:p>
      <w:pPr>
        <w:jc w:val="center"/>
      </w:pPr>
      <w:r>
        <w:rPr>
          <w:rFonts w:ascii="Gentium Plus" w:hAnsi="Gentium Plus"/>
          <w:b/>
          <w:sz w:val="24"/>
        </w:rPr>
        <w:t>ΡΚΘʹ. Μαρκιανῷ καὶ Μαρκελλίνῳ.</w:t>
      </w:r>
    </w:p>
    <w:p>
      <w:r>
        <w:rPr>
          <w:rFonts w:ascii="Courier New" w:hAnsi="Courier New"/>
          <w:color w:val="555555"/>
          <w:sz w:val="20"/>
        </w:rPr>
        <w:t>[48]</w:t>
      </w:r>
    </w:p>
    <w:p>
      <w:r>
        <w:rPr>
          <w:rFonts w:ascii="Gentium Plus" w:hAnsi="Gentium Plus"/>
          <w:sz w:val="24"/>
        </w:rPr>
        <w:t>Ὡς καλὴ ὑμῶν ἡ ξυνωρὶς, καὶ σφόδρα ἡμῖν πο‐ θεινὴ, οὐ νόμῳ φύσεως μόνον, ἀλλὰ καὶ ἀγάπης σφο‐</w:t>
      </w:r>
    </w:p>
    <w:p>
      <w:r>
        <w:rPr>
          <w:rFonts w:ascii="Courier New" w:hAnsi="Courier New"/>
          <w:color w:val="555555"/>
          <w:sz w:val="20"/>
        </w:rPr>
        <w:t>[52 . 688 (50)]</w:t>
      </w:r>
    </w:p>
    <w:p>
      <w:r>
        <w:rPr>
          <w:rFonts w:ascii="Gentium Plus" w:hAnsi="Gentium Plus"/>
          <w:sz w:val="24"/>
        </w:rPr>
        <w:t>δροτάτης ἀλύσει συνδεδεμένη. Διὰ ταῦτα καλλωπιζό‐ μεθα ὑμῶν τῇ φιλίᾳ ἐναβρυνόμενοι, καὶ ἐπιθυμοῦμεν καὶ τῆς κατ’ ὄψιν συντυχίας μετασχεῖν. Ἐπειδὴ δὲ τοῦτο τέως οὐκ ἔνι, ὅπερ ἔνι ποιοῦμεν, γράφομεν συν‐ εχῶς, μεμνήμεθα διηνεκῶς, ἐπὶ διανοίας ὑμᾶς παντα‐</w:t>
      </w:r>
    </w:p>
    <w:p>
      <w:r>
        <w:rPr>
          <w:rFonts w:ascii="Courier New" w:hAnsi="Courier New"/>
          <w:color w:val="555555"/>
          <w:sz w:val="20"/>
        </w:rPr>
        <w:t>[55]</w:t>
      </w:r>
    </w:p>
    <w:p>
      <w:r>
        <w:rPr>
          <w:rFonts w:ascii="Gentium Plus" w:hAnsi="Gentium Plus"/>
          <w:sz w:val="24"/>
        </w:rPr>
        <w:t>χοῦ περιφέρομεν, ὅπουπερ ἂν ὦμεν, οὐδὲ μικρὸν τῷ μήκει τῆς ὁδοῦ διειργόμεθα τῆς ἐμμελείας τῆς ὑμετέ‐ ρας. Τοιοῦτον γὰρ τῆς ἀγάπης τὸ πτερόν· καὶ ὁδὸν καὶ διάστημα εὐκόλως περᾷ, καὶ πραγμάτων περι‐</w:t>
      </w:r>
    </w:p>
    <w:p>
      <w:r>
        <w:rPr>
          <w:rFonts w:ascii="Courier New" w:hAnsi="Courier New"/>
          <w:color w:val="555555"/>
          <w:sz w:val="20"/>
        </w:rPr>
        <w:t>[52 . 689]</w:t>
      </w:r>
    </w:p>
    <w:p>
      <w:r>
        <w:rPr>
          <w:rFonts w:ascii="Gentium Plus" w:hAnsi="Gentium Plus"/>
          <w:sz w:val="24"/>
        </w:rPr>
        <w:t>πολλαῖς συνεχόμενοι θλίψεσιν, ἐρημίαις, πολιορκίαις, συνεχέσιν ἐφόδοις λῃστρικαῖς, οὐδενὶ τούτων ῥᾳθυμό‐ τεροι περὶ τὸ φιλεῖν ὑμᾶς γεγενήμεθα, ἀλλ’ ἀνθοῦσαν διηνεκῶς τὴν περὶ ὑμᾶς διατηροῦμεν διάθεσιν. Διὸ</w:t>
      </w:r>
    </w:p>
    <w:p>
      <w:r>
        <w:rPr>
          <w:rFonts w:ascii="Courier New" w:hAnsi="Courier New"/>
          <w:color w:val="555555"/>
          <w:sz w:val="20"/>
        </w:rPr>
        <w:t>[5]</w:t>
      </w:r>
    </w:p>
    <w:p>
      <w:r>
        <w:rPr>
          <w:rFonts w:ascii="Gentium Plus" w:hAnsi="Gentium Plus"/>
          <w:sz w:val="24"/>
        </w:rPr>
        <w:t>καὶ παρακαλοῦμεν συνεχέστερον ἡμῖν ἐπιστέλλειν τὰ περὶ τῆς ὑγείας τῆς ὑμετέρας εὐαγγελιζομένους. Ἴστε γὰρ αὐτοὶ ὅσην ἐντεῦθεν καρπωσόμεθα καὶ ἐν ἐρημίᾳ καθήμενοι τὴν παράκλησιν.</w:t>
      </w:r>
    </w:p>
    <w:p>
      <w:pPr>
        <w:jc w:val="center"/>
      </w:pPr>
      <w:r>
        <w:rPr>
          <w:rFonts w:ascii="Gentium Plus" w:hAnsi="Gentium Plus"/>
          <w:b/>
          <w:sz w:val="24"/>
        </w:rPr>
        <w:t>ΡΛʹ. Κάστῳ, Οὐαλερίῳ, Διοφάντῳ, Κυρια‐</w:t>
      </w:r>
    </w:p>
    <w:p>
      <w:pPr>
        <w:jc w:val="center"/>
      </w:pPr>
      <w:r>
        <w:rPr>
          <w:rFonts w:ascii="Gentium Plus" w:hAnsi="Gentium Plus"/>
          <w:b/>
          <w:sz w:val="24"/>
        </w:rPr>
        <w:t>κῷ, πρεσβυτέροις Ἀντιοχείας.</w:t>
      </w:r>
    </w:p>
    <w:p>
      <w:r>
        <w:rPr>
          <w:rFonts w:ascii="Courier New" w:hAnsi="Courier New"/>
          <w:color w:val="555555"/>
          <w:sz w:val="20"/>
        </w:rPr>
        <w:t>[11]</w:t>
      </w:r>
    </w:p>
    <w:p>
      <w:r>
        <w:rPr>
          <w:rFonts w:ascii="Gentium Plus" w:hAnsi="Gentium Plus"/>
          <w:sz w:val="24"/>
        </w:rPr>
        <w:t>Ῥαγδαῖόν τι χρῆμα καὶ βίαιον ἡ ἀγάπη, καὶ δα‐ νειστοῦ παντὸς σφοδροῦ βιαιότερον. Οὐδὲ γὰρ οὕτως ἐκεῖνοι τοὺς τὰ χρήματα ὀφείλοντας αὐτοῖς ἄγχοντες ἀπαιτοῦσιν, ὡς ὑμεῖς τῆς ἀγάπης τὴν ἄλυσιν περι‐</w:t>
      </w:r>
    </w:p>
    <w:p>
      <w:r>
        <w:rPr>
          <w:rFonts w:ascii="Courier New" w:hAnsi="Courier New"/>
          <w:color w:val="555555"/>
          <w:sz w:val="20"/>
        </w:rPr>
        <w:t>[15]</w:t>
      </w:r>
    </w:p>
    <w:p>
      <w:r>
        <w:rPr>
          <w:rFonts w:ascii="Gentium Plus" w:hAnsi="Gentium Plus"/>
          <w:sz w:val="24"/>
        </w:rPr>
        <w:t>θέντες, πρὸς τὴν τῶν ἐπιστολῶν ἡμᾶς ἔκτισιν κατ‐ επείγετε, καίτοι πολλάκις τοῦτο καταθέντας τὸ ὄφλη‐ μα. Ἀλλὰ τοιαύτη τούτου τοῦ χρέους ἡ φύσις· ἀεὶ κατατίθεται, καὶ ἀεὶ ὀφείλεται. Διὰ τοῦτο καὶ ὑμεῖς πολλάκις δεξάμενοι γράμματα, οὐ κορέννυσθε. Καὶ</w:t>
      </w:r>
    </w:p>
    <w:p>
      <w:r>
        <w:rPr>
          <w:rFonts w:ascii="Courier New" w:hAnsi="Courier New"/>
          <w:color w:val="555555"/>
          <w:sz w:val="20"/>
        </w:rPr>
        <w:t>[20]</w:t>
      </w:r>
    </w:p>
    <w:p>
      <w:r>
        <w:rPr>
          <w:rFonts w:ascii="Gentium Plus" w:hAnsi="Gentium Plus"/>
          <w:sz w:val="24"/>
        </w:rPr>
        <w:t>γὰρ καὶ τοῦτο ἐκείνης τὸ πλεονέκτημα, καὶ μιμεῖται τὴν θάλασσαν, ἣ μυρίων πανταχόθεν εἰς αὐτὴν ῥεόν‐ των ποταμῶν, οὐκ ἐμπίπλαται. Τοιοῦτον καὶ τῆς ἀκοῆς ὑμῶν τὸ πλάτος· διὰ τοῦτο, ὅσῳ ἂν πλείονα ἐμ‐ βάλωμεν, τοσούτῳ μειζόνως τὴν φλόγα τῆς διαθέσεως</w:t>
      </w:r>
    </w:p>
    <w:p>
      <w:r>
        <w:rPr>
          <w:rFonts w:ascii="Courier New" w:hAnsi="Courier New"/>
          <w:color w:val="555555"/>
          <w:sz w:val="20"/>
        </w:rPr>
        <w:t>[25]</w:t>
      </w:r>
    </w:p>
    <w:p>
      <w:r>
        <w:rPr>
          <w:rFonts w:ascii="Gentium Plus" w:hAnsi="Gentium Plus"/>
          <w:sz w:val="24"/>
        </w:rPr>
        <w:t>ὑμῶν ἐγείρομεν. Μὴ τοίνυν νομίσητε ὑποπτεύσαντας ὑμῶν τὴν φιλίαν, τὸν βραχὺν τοῦτον σεσιγηκέναι χρόνον. Καὶ γὰρ τοὐναντίον ἅπαν ἐπάθομεν ἂν, εἴ γε ὑπωπτεύσαμεν, καὶ πλεονάκις ἂν ἐπεστάλκαμεν. Ὥσπερ γὰρ οὐ χρείαν ἔχουσιν οἱ ἰσχύοντες ἰατροῦ,</w:t>
      </w:r>
    </w:p>
    <w:p>
      <w:r>
        <w:rPr>
          <w:rFonts w:ascii="Courier New" w:hAnsi="Courier New"/>
          <w:color w:val="555555"/>
          <w:sz w:val="20"/>
        </w:rPr>
        <w:t>[30]</w:t>
      </w:r>
    </w:p>
    <w:p>
      <w:r>
        <w:rPr>
          <w:rFonts w:ascii="Gentium Plus" w:hAnsi="Gentium Plus"/>
          <w:sz w:val="24"/>
        </w:rPr>
        <w:t>οὕτως οἱ ὀλίγωροι καὶ ἀναπεπτωκότες πολλῆς δέονται τῆς θεραπείας. Εἰ τοίνυν καὶ ἡμεῖς ᾐσθόμεθα χωλευ‐ ούσης ὑμῶν τῆς διαθέσεως, οὐκ ἂν ἠμελήσαμεν τὰ παρ’ ἑαυτῶν εἰσφέροντες, ὥστε αὐτὴν ἀνακαῦσαι μειζόνως. Τῷ δὲ σφόδρα ὑμῖν θαῤῥεῖν, καὶ εἰδέναι</w:t>
      </w:r>
    </w:p>
    <w:p>
      <w:r>
        <w:rPr>
          <w:rFonts w:ascii="Courier New" w:hAnsi="Courier New"/>
          <w:color w:val="555555"/>
          <w:sz w:val="20"/>
        </w:rPr>
        <w:t>[35]</w:t>
      </w:r>
    </w:p>
    <w:p>
      <w:r>
        <w:rPr>
          <w:rFonts w:ascii="Gentium Plus" w:hAnsi="Gentium Plus"/>
          <w:sz w:val="24"/>
        </w:rPr>
        <w:t>σαφῶς, ὅτι καὶ δεχόμενοι, καὶ μὴ δεχόμενοι γράμ‐ ματα, παγίαν, ἀκίνητον, μόνιμον, ἄτρεπτον, ἀκλινῆ, ἀκμάζουσαν, καὶ ἀνθοῦσαν αὐτὴν διηνεκῶς διατηρεῖτε, οὐκ ἀναγκαίας εἰς τοῦτο ἐνομίζομεν ἡμῶν τὰς ἐπιστο‐ λὰς, ἀλλ’ εἰς τὸ διαθέσεως ἀποδοῦναι ὄφλημα. Ἐπεὶ</w:t>
      </w:r>
    </w:p>
    <w:p>
      <w:r>
        <w:rPr>
          <w:rFonts w:ascii="Courier New" w:hAnsi="Courier New"/>
          <w:color w:val="555555"/>
          <w:sz w:val="20"/>
        </w:rPr>
        <w:t>[40]</w:t>
      </w:r>
    </w:p>
    <w:p>
      <w:r>
        <w:rPr>
          <w:rFonts w:ascii="Gentium Plus" w:hAnsi="Gentium Plus"/>
          <w:sz w:val="24"/>
        </w:rPr>
        <w:t>καὶ νῦν οὐ χρείας, ἀλλὰ φιλίας ἕνεκεν ἐπιστέλλομεν. Ὅτι γὰρ κἂν πολλοὶ πολλαχόθεν οἱ χειμῶνες φύων‐ ται, καὶ μυρία πρὸς ὕψος ἐγείρηται τὰ κύματα, οὐ‐ δὲν ὑμᾶς βλάψαι δύναται, καὶ ἐμβαλεῖν εἰς τὸ τῆς ἀθυμίας κλυδώνιον, ἱκανῶς ὁ παρελθὼν ἔδειξε χρόνος.</w:t>
      </w:r>
    </w:p>
    <w:p>
      <w:r>
        <w:rPr>
          <w:rFonts w:ascii="Courier New" w:hAnsi="Courier New"/>
          <w:color w:val="555555"/>
          <w:sz w:val="20"/>
        </w:rPr>
        <w:t>[45]</w:t>
      </w:r>
    </w:p>
    <w:p>
      <w:r>
        <w:rPr>
          <w:rFonts w:ascii="Gentium Plus" w:hAnsi="Gentium Plus"/>
          <w:sz w:val="24"/>
        </w:rPr>
        <w:t>Οὐ τοίνυν ὡς προσδεομένοις τῆς ἐντεῦθεν παρακλή‐ σεως ἐπιστέλλομεν, ἀλλὰ δηλοῦντες, ὅτι χαίρομεν, σκιρτῶμεν, εὐφραινόμεθα ὑπὸ τῆς ἡδονῆς, τοσαύτης καὶ ἐκ τοσούτου διαστήματος ἀγάπης παρὰ τῆς ἐμ‐ μελείας ὑμῶν ἀπολαύοντες. Ἐπειδὴ δὲ εὖ οἶδα, ὅτι</w:t>
      </w:r>
    </w:p>
    <w:p>
      <w:r>
        <w:rPr>
          <w:rFonts w:ascii="Courier New" w:hAnsi="Courier New"/>
          <w:color w:val="555555"/>
          <w:sz w:val="20"/>
        </w:rPr>
        <w:t>[52 . 689 (50)]</w:t>
      </w:r>
    </w:p>
    <w:p>
      <w:r>
        <w:rPr>
          <w:rFonts w:ascii="Gentium Plus" w:hAnsi="Gentium Plus"/>
          <w:sz w:val="24"/>
        </w:rPr>
        <w:t>πολλὴν ὑμῖν φέρει τὴν εὐφροσύνην τὸ μαθεῖν τὰ ἡμέ‐ τερα ἐν τίσιν ὁρμᾷ, ἀπηλλάγμεθα τῆς τοῦ στομάχου ἀσθενείας, ὑγιαίνομεν, οὐδὲν ἡμᾶς οὔτε πολιορκίαι, οὔτε ἔφοδοι λῃστρικαὶ, οὔτε ἐρημία χωρίου, οὔτε μυρίων περιστάσεων ὄχλος, οὔτε ἄλλο τῶν τοιούτων</w:t>
      </w:r>
    </w:p>
    <w:p>
      <w:r>
        <w:rPr>
          <w:rFonts w:ascii="Courier New" w:hAnsi="Courier New"/>
          <w:color w:val="555555"/>
          <w:sz w:val="20"/>
        </w:rPr>
        <w:t>[55]</w:t>
      </w:r>
    </w:p>
    <w:p>
      <w:r>
        <w:rPr>
          <w:rFonts w:ascii="Gentium Plus" w:hAnsi="Gentium Plus"/>
          <w:sz w:val="24"/>
        </w:rPr>
        <w:t>οὐδὲν συστέλλει καὶ θορυβεῖ, ἀλλ’ ἀδείας ἀπολαύομεν,</w:t>
      </w:r>
    </w:p>
    <w:p>
      <w:r>
        <w:rPr>
          <w:rFonts w:ascii="Courier New" w:hAnsi="Courier New"/>
          <w:color w:val="555555"/>
          <w:sz w:val="20"/>
        </w:rPr>
        <w:t>[52 . 690]</w:t>
      </w:r>
    </w:p>
    <w:p>
      <w:r>
        <w:rPr>
          <w:rFonts w:ascii="Gentium Plus" w:hAnsi="Gentium Plus"/>
          <w:sz w:val="24"/>
        </w:rPr>
        <w:t>μνῶντες τὰ ὑμέτερα, ὑπὲρ τούτων πρὸς τοὺς εἰσιόντας πρὸς ἡμᾶς ποιούμενοι λόγους. Τοιοῦτον γὰρ φιλεῖν γνησίως· ἐπὶ γλώττης ἀεὶ τοὺς ποθουμένους ἔχειν παρασκευάζει. Ὃ καὶ ἡμεῖς ποιοῦμεν, ἐπειδὴ σφόδρα</w:t>
      </w:r>
    </w:p>
    <w:p>
      <w:r>
        <w:rPr>
          <w:rFonts w:ascii="Courier New" w:hAnsi="Courier New"/>
          <w:color w:val="555555"/>
          <w:sz w:val="20"/>
        </w:rPr>
        <w:t>[5]</w:t>
      </w:r>
    </w:p>
    <w:p>
      <w:r>
        <w:rPr>
          <w:rFonts w:ascii="Gentium Plus" w:hAnsi="Gentium Plus"/>
          <w:sz w:val="24"/>
        </w:rPr>
        <w:t>φιλοῦμεν, καὶ τοῦτο ἴστε καὶ ὑμεῖς. Ταῦτ’ οὖν ἅπαντα λογιζόμενοι, μὴ νομίζετε ἐῤῥᾳθυμηκέναι ἡμᾶς, μηδὲ ὀλιγώρους τῷ χρόνῳ γεγενῆσθαι περὶ τὴν διάθεσιν τὴν ὑμετέραν. Ἡ γὰρ ἀγάπη οὐδέποτε ἐκπίπτει, ἀλλὰ κἂν χρόνος παρέλθῃ μακρὸς, κἂν</w:t>
      </w:r>
    </w:p>
    <w:p>
      <w:r>
        <w:rPr>
          <w:rFonts w:ascii="Courier New" w:hAnsi="Courier New"/>
          <w:color w:val="555555"/>
          <w:sz w:val="20"/>
        </w:rPr>
        <w:t>[10]</w:t>
      </w:r>
    </w:p>
    <w:p>
      <w:r>
        <w:rPr>
          <w:rFonts w:ascii="Gentium Plus" w:hAnsi="Gentium Plus"/>
          <w:sz w:val="24"/>
        </w:rPr>
        <w:t>πραγμάτων αὐξηθῶσι δυσκολίαι, κἂν μακροτέρῳ τῆς ὁδοῦ μήκει διειργώμεθα, οὐδενὶ τούτων αὐτὴ διακό‐ πτεται, οὐδὲ ἐξίτηλος γίνεται, ἀλλ’ ἀνθεῖ μειζόνως, καὶ ἐπιδίδωσιν.</w:t>
      </w:r>
    </w:p>
    <w:p>
      <w:pPr>
        <w:jc w:val="center"/>
      </w:pPr>
      <w:r>
        <w:rPr>
          <w:rFonts w:ascii="Gentium Plus" w:hAnsi="Gentium Plus"/>
          <w:b/>
          <w:sz w:val="24"/>
        </w:rPr>
        <w:t>ΡΛΑʹ. Ἐλπιδίῳ ἐπισκόπῳ.</w:t>
      </w:r>
    </w:p>
    <w:p>
      <w:r>
        <w:rPr>
          <w:rFonts w:ascii="Courier New" w:hAnsi="Courier New"/>
          <w:color w:val="555555"/>
          <w:sz w:val="20"/>
        </w:rPr>
        <w:t>[15]</w:t>
      </w:r>
    </w:p>
    <w:p>
      <w:r>
        <w:rPr>
          <w:rFonts w:ascii="Gentium Plus" w:hAnsi="Gentium Plus"/>
          <w:sz w:val="24"/>
        </w:rPr>
        <w:t>Ἡμεῖς οὔτε ὑπερορῶντες, οὔτε ὀλιγωροῦντές σου τῆς ἀγάπης, τὸν ἔμπροσθεν ἐσιγήσαμεν χρόνον, ἀλλὰ τὰ περιεστῶτα ἡμᾶς δεινὰ τὴν μακρὰν ταύτην σιγὴν ἐποίησεν. Οὐ γὰρ ἐν ἑνὶ ἱδρύμεθα χωρίῳ, ἀλλὰ νῦν μὲν τὴν Κουκουσὸν, νῦν δὲ τὴν Ἀραβισσὸν, νῦν δὲ</w:t>
      </w:r>
    </w:p>
    <w:p>
      <w:r>
        <w:rPr>
          <w:rFonts w:ascii="Courier New" w:hAnsi="Courier New"/>
          <w:color w:val="555555"/>
          <w:sz w:val="20"/>
        </w:rPr>
        <w:t>[20]</w:t>
      </w:r>
    </w:p>
    <w:p>
      <w:r>
        <w:rPr>
          <w:rFonts w:ascii="Gentium Plus" w:hAnsi="Gentium Plus"/>
          <w:sz w:val="24"/>
        </w:rPr>
        <w:t>τὰς φάραγγας καὶ τὰς ἐρημίας περιπολοῦμεν· οὕτω πάντα θορύβων ἐμπέπλησται καὶ ταραχῆς, καὶ πῦρ καὶ σίδηρος ἅπαντα δαπανᾷ, καὶ σώματα, καὶ οἰκο‐ δομήματα. Ἤδη δὲ καὶ πόλεις ἀνεσκάφησαν αὔταν‐ δροι, καὶ καθ’ ἑκάστην ἡμέραν συνεχέσιν ἐπιβαλλό‐</w:t>
      </w:r>
    </w:p>
    <w:p>
      <w:r>
        <w:rPr>
          <w:rFonts w:ascii="Courier New" w:hAnsi="Courier New"/>
          <w:color w:val="555555"/>
          <w:sz w:val="20"/>
        </w:rPr>
        <w:t>[25]</w:t>
      </w:r>
    </w:p>
    <w:p>
      <w:r>
        <w:rPr>
          <w:rFonts w:ascii="Gentium Plus" w:hAnsi="Gentium Plus"/>
          <w:sz w:val="24"/>
        </w:rPr>
        <w:t>μενοι φήμαις μετανάσται γινόμεθα, χαλεπόν τινα καὶ καινὸν ἐξορίας ὑπομένοντες τρόπον, καὶ καθημερινὸν θάνατον προσδοκῶντες. Οὐδὲ γὰρ ἐν τῷ φρουρίῳ καθάπερ ἐν δεσμωτηρίῳ νῦν ἀποκλεισθέντες ἔχομεν θαῤῥεῖν, διὰ τὸ καὶ τῶν τοιούτων τοὺς Ἰσαύρους κα‐</w:t>
      </w:r>
    </w:p>
    <w:p>
      <w:r>
        <w:rPr>
          <w:rFonts w:ascii="Courier New" w:hAnsi="Courier New"/>
          <w:color w:val="555555"/>
          <w:sz w:val="20"/>
        </w:rPr>
        <w:t>[30]</w:t>
      </w:r>
    </w:p>
    <w:p>
      <w:r>
        <w:rPr>
          <w:rFonts w:ascii="Gentium Plus" w:hAnsi="Gentium Plus"/>
          <w:sz w:val="24"/>
        </w:rPr>
        <w:t>τατολμᾷν. Προσετέθη δὲ ἡμῖν καὶ ἀῤῥωστία χαλεπὴ, ἧς μόλις νῦν τὸ χαλεπώτερον διαφυγόντες, ἔτι τὰ λεί‐ ψανα αὐτῆς περιφέρομεν· καὶ ὥσπερ εἰς νῆσόν τινα ὑπὸ πελάγους ἀπλώτου κυκλουμένην ἀποικισθέντες, οὕτως οὐδαμόθεν οὐδένα ῥᾳδίως ὁρᾷν δυνάμεθα, πάσης</w:t>
      </w:r>
    </w:p>
    <w:p>
      <w:r>
        <w:rPr>
          <w:rFonts w:ascii="Courier New" w:hAnsi="Courier New"/>
          <w:color w:val="555555"/>
          <w:sz w:val="20"/>
        </w:rPr>
        <w:t>[35]</w:t>
      </w:r>
    </w:p>
    <w:p>
      <w:r>
        <w:rPr>
          <w:rFonts w:ascii="Gentium Plus" w:hAnsi="Gentium Plus"/>
          <w:sz w:val="24"/>
        </w:rPr>
        <w:t>ὁδοῦ τῷ φόβῳ τῶν θορύβων τούτων ἀποτετειχισμένης. Παρακαλῶ τοίνυν συγγνῶναι ἡμῖν, δέσποτά μου τι‐ μιώτατε καὶ εὐλαβέστατε· οἶσθα γὰρ τὴν ἀγάπην, ἣν ἄνωθεν καὶ ἐξ ἀρχῆς περὶ τὴν σὴν ἐπεδειξάμεθα εὐ‐ λάβειαν, καὶ μὴ διαλιπεῖν εὐχόμενον ὑπὲρ ἡμῶν.</w:t>
      </w:r>
    </w:p>
    <w:p>
      <w:r>
        <w:rPr>
          <w:rFonts w:ascii="Courier New" w:hAnsi="Courier New"/>
          <w:color w:val="555555"/>
          <w:sz w:val="20"/>
        </w:rPr>
        <w:t>[40]</w:t>
      </w:r>
    </w:p>
    <w:p>
      <w:r>
        <w:rPr>
          <w:rFonts w:ascii="Gentium Plus" w:hAnsi="Gentium Plus"/>
          <w:sz w:val="24"/>
        </w:rPr>
        <w:t>Ὅτι γὰρ εἰ ῥᾳδίως ἐπιτύχοις τῶν πρὸς τὰ γράμματα ὑπηρετησομένων, οὐδὲν ὑπομνήσεως δεήσῃ πρὸς τὸ ἐπιστέλλειν ἡμῖν συνεχῶς περὶ τῆς ὑγιείας τῆς σῆς, σφόδρα θαῤῥοῦμεν. Καὶ ἡμεῖς δὲ, εἰ λωφήσειεν ταυτὶ τὰ δεινὰ, καὶ προκύψαι τοῦ δεσμωτηρίου τούτου δυ‐</w:t>
      </w:r>
    </w:p>
    <w:p>
      <w:r>
        <w:rPr>
          <w:rFonts w:ascii="Courier New" w:hAnsi="Courier New"/>
          <w:color w:val="555555"/>
          <w:sz w:val="20"/>
        </w:rPr>
        <w:t>[45]</w:t>
      </w:r>
    </w:p>
    <w:p>
      <w:r>
        <w:rPr>
          <w:rFonts w:ascii="Gentium Plus" w:hAnsi="Gentium Plus"/>
          <w:sz w:val="24"/>
        </w:rPr>
        <w:t>νηθείημεν, καὶ ἀναπνεῦσαι μικρὸν ἀπὸ τῆς κατεχού‐ σης πολιορκίας ἡμᾶς, οὐ διαλείψομεν συνεχῶς ἐπι‐ στέλλοντές σου πρὸς τὴν τιμιότητα. Ἡμῖν γὰρ αὐ‐ τοῖς τοῦτο ποιοῦντες τὰ μέγιστα χαριούμεθα.</w:t>
      </w:r>
    </w:p>
    <w:p>
      <w:pPr>
        <w:jc w:val="center"/>
      </w:pPr>
      <w:r>
        <w:rPr>
          <w:rFonts w:ascii="Gentium Plus" w:hAnsi="Gentium Plus"/>
          <w:b/>
          <w:sz w:val="24"/>
        </w:rPr>
        <w:t>ΡΛΒʹ. Γεμέλλῳ.</w:t>
      </w:r>
    </w:p>
    <w:p>
      <w:r>
        <w:rPr>
          <w:rFonts w:ascii="Courier New" w:hAnsi="Courier New"/>
          <w:color w:val="555555"/>
          <w:sz w:val="20"/>
        </w:rPr>
        <w:t>[52 . 690 (50)]</w:t>
      </w:r>
    </w:p>
    <w:p>
      <w:r>
        <w:rPr>
          <w:rFonts w:ascii="Gentium Plus" w:hAnsi="Gentium Plus"/>
          <w:sz w:val="24"/>
        </w:rPr>
        <w:t>Βαβαὶ, ἡλίκον ἐστὶ γενναία καὶ νεανικὴ ψυχὴ, οὐκ ἔξωθέν ποθεν, ἀλλ’ οἴκοθεν, καὶ παρ’ ἑαυτῆς καὶ τὴν ἡδονὴν καὶ τὴν ἀσφάλειαν καρπουμένη, καὶ, τὸ δὴ θαυμαστὸν, ἀπὸ τῶν πραγμάτων τῶν τοῖς πολλοῖς φοβερῶν καὶ σφαλερῶν εἶναι δοκούντων. Τὸ γὰρ μὴ</w:t>
      </w:r>
    </w:p>
    <w:p>
      <w:r>
        <w:rPr>
          <w:rFonts w:ascii="Courier New" w:hAnsi="Courier New"/>
          <w:color w:val="555555"/>
          <w:sz w:val="20"/>
        </w:rPr>
        <w:t>[55]</w:t>
      </w:r>
    </w:p>
    <w:p>
      <w:r>
        <w:rPr>
          <w:rFonts w:ascii="Gentium Plus" w:hAnsi="Gentium Plus"/>
          <w:sz w:val="24"/>
        </w:rPr>
        <w:t>μόνον μὴ θορυβεῖσθαι, μηδὲ ἀλγεῖν μισούμενον παρά</w:t>
      </w:r>
    </w:p>
    <w:p>
      <w:r>
        <w:rPr>
          <w:rFonts w:ascii="Courier New" w:hAnsi="Courier New"/>
          <w:color w:val="555555"/>
          <w:sz w:val="20"/>
        </w:rPr>
        <w:t>[52 . 691]</w:t>
      </w:r>
    </w:p>
    <w:p>
      <w:r>
        <w:rPr>
          <w:rFonts w:ascii="Gentium Plus" w:hAnsi="Gentium Plus"/>
          <w:sz w:val="24"/>
        </w:rPr>
        <w:t>τινων, ἀλλὰ καὶ καλλωπίζεσθαι ἐπὶ τούτῳ, καὶ μὴ καλλωπίζεσθαι μόνον, ἀλλὰ καὶ ἐλεεῖν τοὺς μι‐ σοῦντας, καὶ ἐπιθυμεῖν αὐτοὺς μεταβάλλεσθαι, καὶ γενέσθαι χρηστοὺς, πόσης μὲν συνέσεως, πόσης δὲ</w:t>
      </w:r>
    </w:p>
    <w:p>
      <w:r>
        <w:rPr>
          <w:rFonts w:ascii="Courier New" w:hAnsi="Courier New"/>
          <w:color w:val="555555"/>
          <w:sz w:val="20"/>
        </w:rPr>
        <w:t>[5]</w:t>
      </w:r>
    </w:p>
    <w:p>
      <w:r>
        <w:rPr>
          <w:rFonts w:ascii="Gentium Plus" w:hAnsi="Gentium Plus"/>
          <w:sz w:val="24"/>
        </w:rPr>
        <w:t>ἂν εἴη φιλοσοφίας; Διὰ ταῦτά σε ἐπαινοῦμεν καὶ θαυ‐ μάζομεν, δέσποτα θαυμασιώτατε καὶ μεγαλοπρεπέ‐ στατε, διὰ ταῦτα καὶ αὐτοὶ σκιρτῶμεν μεγάλα, ὥσ‐ περ ἐπὶ στεφάνῳ λαμπρῷ, τῇ φιλίᾳ τῆς σῆς σεμνυ‐ νόμενοι μεγαλοπρεπείας. Ἐπειδὴ δὲ καὶ εὐχὰς τὰς</w:t>
      </w:r>
    </w:p>
    <w:p>
      <w:r>
        <w:rPr>
          <w:rFonts w:ascii="Courier New" w:hAnsi="Courier New"/>
          <w:color w:val="555555"/>
          <w:sz w:val="20"/>
        </w:rPr>
        <w:t>[10]</w:t>
      </w:r>
    </w:p>
    <w:p>
      <w:r>
        <w:rPr>
          <w:rFonts w:ascii="Gentium Plus" w:hAnsi="Gentium Plus"/>
          <w:sz w:val="24"/>
        </w:rPr>
        <w:t>παρ’ ἡμῶν ἀπαιτεῖς διὰ τῶν γραμμάτων, μάνθανε ὅτι καὶ πρὸ τῶν γραμμάτων τούτων οὐκ ἐπαυσάμεθα εὐχόμενοι, τὴν μεγάλην οὕτω καὶ φιλόσοφον ψυχὴν ἰδεῖν τελουμένην ταχέως τὴν ἱερὰν τελετὴν, καὶ τῶν ἱερῶν ἐκείνων καὶ φρικτῶν καταξιουμένην μυστη‐</w:t>
      </w:r>
    </w:p>
    <w:p>
      <w:r>
        <w:rPr>
          <w:rFonts w:ascii="Courier New" w:hAnsi="Courier New"/>
          <w:color w:val="555555"/>
          <w:sz w:val="20"/>
        </w:rPr>
        <w:t>[15]</w:t>
      </w:r>
    </w:p>
    <w:p>
      <w:r>
        <w:rPr>
          <w:rFonts w:ascii="Gentium Plus" w:hAnsi="Gentium Plus"/>
          <w:sz w:val="24"/>
        </w:rPr>
        <w:t>ρίων. Κἂν τούτων δυνηθῶμεν μετασχεῖν τῶν εὐαγγε‐ λίων, καὶ τῆς ἐξορίας ἀπηλλάγμεθα ταύτης, καὶ τῆς ἐρημίας ἐπιλελήσμεθα, καὶ τῆς σωματικῆς ἀσθενείας, ᾗ παλαίομεν νῦν, ἠλευθερώμεθα. Καὶ οἶδα μὲν ὅτι σοι σπουδὴ, δέσποτά μου θαυμασιώτατε, καὶ</w:t>
      </w:r>
    </w:p>
    <w:p>
      <w:r>
        <w:rPr>
          <w:rFonts w:ascii="Courier New" w:hAnsi="Courier New"/>
          <w:color w:val="555555"/>
          <w:sz w:val="20"/>
        </w:rPr>
        <w:t>[20]</w:t>
      </w:r>
    </w:p>
    <w:p>
      <w:r>
        <w:rPr>
          <w:rFonts w:ascii="Gentium Plus" w:hAnsi="Gentium Plus"/>
          <w:sz w:val="24"/>
        </w:rPr>
        <w:t>ἐπιθυμία διὰ τῆς ἡμετέρας βραχύτητος τῶν ἀποῤ‐ ῥήτων τούτων καταξιωθῆναι ἀγαθῶν, καὶ ἡμῖν δὲ, ὡς αὐτὸς οἶσθα, τοῦτο περισπούδαστον. Ἀλλ’ ἐὰν μέλλῃ τὰ ἡμέτερα, τοῦτο μηδεμίαν ἐχέτω μέλλησιν. Πάντως γὰρ εὐπορήσεις, καὶ ἡμῶν ἀπόντων, ἀνδρῶν σφόδρα</w:t>
      </w:r>
    </w:p>
    <w:p>
      <w:r>
        <w:rPr>
          <w:rFonts w:ascii="Courier New" w:hAnsi="Courier New"/>
          <w:color w:val="555555"/>
          <w:sz w:val="20"/>
        </w:rPr>
        <w:t>[25]</w:t>
      </w:r>
    </w:p>
    <w:p>
      <w:r>
        <w:rPr>
          <w:rFonts w:ascii="Gentium Plus" w:hAnsi="Gentium Plus"/>
          <w:sz w:val="24"/>
        </w:rPr>
        <w:t>ἡμῖν γνησίων, δυναμένων σε ἐπὶ ταύτην ἀγαγεῖν τὴν μυσταγωγίαν. Κἂν τοῦτο γένηται, τὴν αὐτὴν ἕξομεν ἡδονὴν, ἥνπερ ἂν εἰ καὶ ἡμεῖς διηκονησάμεθα τῇ δόσει τῆς ἐπουρανίου ταύτης δωρεᾶς, ἐπειδήπερ καὶ ἡ χάρις ἐστὶν ἡ αὐτή.</w:t>
      </w:r>
    </w:p>
    <w:p>
      <w:pPr>
        <w:jc w:val="center"/>
      </w:pPr>
      <w:r>
        <w:rPr>
          <w:rFonts w:ascii="Gentium Plus" w:hAnsi="Gentium Plus"/>
          <w:b/>
          <w:sz w:val="24"/>
        </w:rPr>
        <w:t>ΡΛΓʹ. Ἀδολίᾳ.</w:t>
      </w:r>
    </w:p>
    <w:p>
      <w:r>
        <w:rPr>
          <w:rFonts w:ascii="Courier New" w:hAnsi="Courier New"/>
          <w:color w:val="555555"/>
          <w:sz w:val="20"/>
        </w:rPr>
        <w:t>[31]</w:t>
      </w:r>
    </w:p>
    <w:p>
      <w:r>
        <w:rPr>
          <w:rFonts w:ascii="Gentium Plus" w:hAnsi="Gentium Plus"/>
          <w:sz w:val="24"/>
        </w:rPr>
        <w:t>Τί λέγεις; Πάλιν ἐπιβουλὰς ὀδύρῃ, καὶ δεινὰ πε‐ πονθέναι φῄς; Καὶ τί τὸ κωλύον, εἰπέ μοι, εἰς γαλη‐ νὸν καταπλεῦσαι λιμένα, καὶ τούτων πάντων ἀπηλλά‐ χθαι τῶν κυμάτων; Οὐ ταῦτά σοι διὰ παντὸς ἐπᾴδων</w:t>
      </w:r>
    </w:p>
    <w:p>
      <w:r>
        <w:rPr>
          <w:rFonts w:ascii="Courier New" w:hAnsi="Courier New"/>
          <w:color w:val="555555"/>
          <w:sz w:val="20"/>
        </w:rPr>
        <w:t>[35]</w:t>
      </w:r>
    </w:p>
    <w:p>
      <w:r>
        <w:rPr>
          <w:rFonts w:ascii="Gentium Plus" w:hAnsi="Gentium Plus"/>
          <w:sz w:val="24"/>
        </w:rPr>
        <w:t>τοῦ χρόνου διετέλουν, καὶ οὐδέποτε ἡμῶν ἀνασχέσθαι ἠθέλησας; Ἀλλὰ καὶ σαυτῇ μυρία τὰ κακὰ ἀπὸ τοῦ πηλοῦ τῶν πραγμάτων τούτων προξενεῖς, εἰς τέλματα συνεχῶς ἐμπίπτουσα, καὶ ἡμῖν ἐκ τοῦ ταῦτα ὑπομέ‐ νειν λύπας ἐπάγουσα συνεχεῖς καὶ πυκνάς. Ἢ μικρῶς</w:t>
      </w:r>
    </w:p>
    <w:p>
      <w:r>
        <w:rPr>
          <w:rFonts w:ascii="Courier New" w:hAnsi="Courier New"/>
          <w:color w:val="555555"/>
          <w:sz w:val="20"/>
        </w:rPr>
        <w:t>[40]</w:t>
      </w:r>
    </w:p>
    <w:p>
      <w:r>
        <w:rPr>
          <w:rFonts w:ascii="Gentium Plus" w:hAnsi="Gentium Plus"/>
          <w:sz w:val="24"/>
        </w:rPr>
        <w:t>οἴει με νῦν ἀθυμεῖν, ἀκούσαντα ταῦτα ἅπερ ἀπέσταλ‐ κας, ὅτι παρὰ τῶν οἰκείων, ἤτοι ξένων (αὐτοῖς γάρ σου χρήσομαι τοῖς ῥήμασι) προδοσίας ὑπομεμένηκας, καὶ τραγῳδίας χαλεπάς; Μέχρι τίνος τῷ καπνῷ προσεδρεύεις, τὸ διειδές σου τοῦ κατὰ ψυχὴν ὄμματος</w:t>
      </w:r>
    </w:p>
    <w:p>
      <w:r>
        <w:rPr>
          <w:rFonts w:ascii="Courier New" w:hAnsi="Courier New"/>
          <w:color w:val="555555"/>
          <w:sz w:val="20"/>
        </w:rPr>
        <w:t>[45]</w:t>
      </w:r>
    </w:p>
    <w:p>
      <w:r>
        <w:rPr>
          <w:rFonts w:ascii="Gentium Plus" w:hAnsi="Gentium Plus"/>
          <w:sz w:val="24"/>
        </w:rPr>
        <w:t>ἐπιθολοῦσα; μέχρι τίνος οὐκ ἐλευθεροῖς σαυτὴν πι‐ κροτάτης δουλείας; Τί δὲ καὶ τὸ κωλύον ἐνταῦθα παραγενέσθαι, καὶ περὶ τούτων ἡμᾶς κοινῇ βουλεύ‐ σασθαι; Καὶ γὰρ ἔφης μηδ’ ἂν αἴσθησιν τούτων λα‐ λεῖν, εἰ τοῦτο γέγονεν. Ἐγὼ σφόδρα ἐκπλήττομαι καὶ</w:t>
      </w:r>
    </w:p>
    <w:p>
      <w:r>
        <w:rPr>
          <w:rFonts w:ascii="Courier New" w:hAnsi="Courier New"/>
          <w:color w:val="555555"/>
          <w:sz w:val="20"/>
        </w:rPr>
        <w:t>[52 . 691 (50)]</w:t>
      </w:r>
    </w:p>
    <w:p>
      <w:r>
        <w:rPr>
          <w:rFonts w:ascii="Gentium Plus" w:hAnsi="Gentium Plus"/>
          <w:sz w:val="24"/>
        </w:rPr>
        <w:t>θαυμάζω, καὶ αἰτίαν οὐδεμίαν εὑρίσκω τοῦ σὲ ἐπὶ τοσοῦτον ἡμῶν ἀπολειφθῆναι, ἢ ῥᾳθυμίαν καὶ ὄκνον μόνον. Καὶ γὰρ τῆς ὁδοῦ τὸ μέσον ὀλίγον, καὶ ἡ τοῦ ἔτους ὥρα πρὸς ἀποδημίαν σφόδρα ἐπιτηδεία, οὔτε κρυμῷ, οὔτε θάλπει λυποῦσα. Ἀλλὰ πάλιν ἴσως ἡ</w:t>
      </w:r>
    </w:p>
    <w:p>
      <w:r>
        <w:rPr>
          <w:rFonts w:ascii="Courier New" w:hAnsi="Courier New"/>
          <w:color w:val="555555"/>
          <w:sz w:val="20"/>
        </w:rPr>
        <w:t>[55]</w:t>
      </w:r>
    </w:p>
    <w:p>
      <w:r>
        <w:rPr>
          <w:rFonts w:ascii="Gentium Plus" w:hAnsi="Gentium Plus"/>
          <w:sz w:val="24"/>
        </w:rPr>
        <w:t>πάντων σοι μήτηρ ἀεὶ τῶν κακῶν γινομένη, λέγω δὴ</w:t>
      </w:r>
    </w:p>
    <w:p>
      <w:r>
        <w:rPr>
          <w:rFonts w:ascii="Courier New" w:hAnsi="Courier New"/>
          <w:color w:val="555555"/>
          <w:sz w:val="20"/>
        </w:rPr>
        <w:t>[52 . 692]</w:t>
      </w:r>
    </w:p>
    <w:p>
      <w:r>
        <w:rPr>
          <w:rFonts w:ascii="Gentium Plus" w:hAnsi="Gentium Plus"/>
          <w:sz w:val="24"/>
        </w:rPr>
        <w:t>τῶν βιωτικῶν ἡ φροντὶς, αὕτη καὶ νῦν κώλυμα γίνε‐ ται. Ἐγὼ μὲν οὖν καὶ παραγενομένῃ χάριν ἔχω πολ‐ λὴν, καὶ μὴ παραγενομένῃ οὐκ ἐγκαλῶ, οὔτε δυσχε‐ ραίνω, ἀλλ’ ἔχω μὲν τὴν ἀγάπην, ἣν ἀεὶ περὶ τὴν σὴν</w:t>
      </w:r>
    </w:p>
    <w:p>
      <w:r>
        <w:rPr>
          <w:rFonts w:ascii="Courier New" w:hAnsi="Courier New"/>
          <w:color w:val="555555"/>
          <w:sz w:val="20"/>
        </w:rPr>
        <w:t>[5]</w:t>
      </w:r>
    </w:p>
    <w:p>
      <w:r>
        <w:rPr>
          <w:rFonts w:ascii="Gentium Plus" w:hAnsi="Gentium Plus"/>
          <w:sz w:val="24"/>
        </w:rPr>
        <w:t>ἐμμέλειαν ἐπεδειξάμην ἀκμάζουσαν. Ἀλγῶ δὲ καὶ σφόδρα ὀδυνῶμαι, ἀκούων ἔτι μυρίοις σε ἐμπεπλέχθαι πράγμασι, καὶ μυρία περιφέρειν τῶν βιωτικῶν φρον‐ τίδων φορτία. Καὶ εἰ μὴ ἡμᾶς ἡ τῆς ἐξορίας ἀνάγκη πεδήσασα ἐνταῦθα κατέσχεν, οὐκ ἂν ἔσκηλά σου τὴν</w:t>
      </w:r>
    </w:p>
    <w:p>
      <w:r>
        <w:rPr>
          <w:rFonts w:ascii="Courier New" w:hAnsi="Courier New"/>
          <w:color w:val="555555"/>
          <w:sz w:val="20"/>
        </w:rPr>
        <w:t>[10]</w:t>
      </w:r>
    </w:p>
    <w:p>
      <w:r>
        <w:rPr>
          <w:rFonts w:ascii="Gentium Plus" w:hAnsi="Gentium Plus"/>
          <w:sz w:val="24"/>
        </w:rPr>
        <w:t>εὐλάβειαν, ἀλλ’ εἰ καὶ τῆς ἀσθενείας ταύτης, ἧς ἔχω νῦν, ἀσθενέστερον εἶχον, αὐτὸς ἂν ἐξέδραμον, καὶ οὐκ ἂν ἀπέστην πρότερον πάντα ποιῶν καὶ πραγματευό‐ μενος, ἕως ἄν σε τῆς ζάλης ταύτης, καὶ τοῦ βορβό‐ ρου, καὶ τοῦ φορυτοῦ τῶν μυρίων ἀπήλλαξα κακῶν.</w:t>
      </w:r>
    </w:p>
    <w:p>
      <w:r>
        <w:rPr>
          <w:rFonts w:ascii="Courier New" w:hAnsi="Courier New"/>
          <w:color w:val="555555"/>
          <w:sz w:val="20"/>
        </w:rPr>
        <w:t>[15]</w:t>
      </w:r>
    </w:p>
    <w:p>
      <w:r>
        <w:rPr>
          <w:rFonts w:ascii="Gentium Plus" w:hAnsi="Gentium Plus"/>
          <w:sz w:val="24"/>
        </w:rPr>
        <w:t>Ἐπειδὴ δὲ τοῦτο οὐκ ἔνι, ἐβουλόμην παραγενομένην περὶ τούτων ἡμῖν κοινώσασθαι. Εἰ δὲ μηδὲ τοῦτο εὔ‐ κολον, ἀλλ’ ἐργῶδες, οὐ παυσόμεθα διὰ γραμμάτων παραινοῦντες καὶ συμβουλεύοντες, ὥστε διακόψαι τὰ σχοινία, διατεμεῖν τὰς πλεκτάνας, διακλάσαι τὰς πέ‐</w:t>
      </w:r>
    </w:p>
    <w:p>
      <w:r>
        <w:rPr>
          <w:rFonts w:ascii="Courier New" w:hAnsi="Courier New"/>
          <w:color w:val="555555"/>
          <w:sz w:val="20"/>
        </w:rPr>
        <w:t>[20]</w:t>
      </w:r>
    </w:p>
    <w:p>
      <w:r>
        <w:rPr>
          <w:rFonts w:ascii="Gentium Plus" w:hAnsi="Gentium Plus"/>
          <w:sz w:val="24"/>
        </w:rPr>
        <w:t>δας τῆς ψυχῆς, καὶ μετὰ εὐκολίας καὶ ἐλευθερίας βαδίζειν πολλῆς. Οὕτω γὰρ οὐ μόνον τὴν ἐντεῦθεν εὐφροσύνην καρπώσῃ, ἀλλὰ καὶ τὸν οὐρανὸν μετὰ πολλῆς λήψῃ τῆς εὐκολίας. Ὧν οὖν μέλλεις μικρὸν ὕστερον ἐν τῷ καιρῷ τῆς ἐντεῦθεν ἀποδημίας ἄκουσα</w:t>
      </w:r>
    </w:p>
    <w:p>
      <w:r>
        <w:rPr>
          <w:rFonts w:ascii="Courier New" w:hAnsi="Courier New"/>
          <w:color w:val="555555"/>
          <w:sz w:val="20"/>
        </w:rPr>
        <w:t>[25]</w:t>
      </w:r>
    </w:p>
    <w:p>
      <w:r>
        <w:rPr>
          <w:rFonts w:ascii="Gentium Plus" w:hAnsi="Gentium Plus"/>
          <w:sz w:val="24"/>
        </w:rPr>
        <w:t>ἀφίστασθαι, ταῦτα ἑκοῦσα πρόπεμψον εἰς τοὺς ἀσυ‐ λήτους θησαυροὺς, καὶ διὰ τούτων σοι τοὺς ἀκηράτους ἐκείνους καὶ μηδέποτε μαραινομένους προαποτιθε‐ μένη στεφάνους.</w:t>
      </w:r>
    </w:p>
    <w:p>
      <w:pPr>
        <w:jc w:val="center"/>
      </w:pPr>
      <w:r>
        <w:rPr>
          <w:rFonts w:ascii="Gentium Plus" w:hAnsi="Gentium Plus"/>
          <w:b/>
          <w:sz w:val="24"/>
        </w:rPr>
        <w:t>ΡΛΔʹ. Διογένει.</w:t>
      </w:r>
    </w:p>
    <w:p>
      <w:r>
        <w:rPr>
          <w:rFonts w:ascii="Courier New" w:hAnsi="Courier New"/>
          <w:color w:val="555555"/>
          <w:sz w:val="20"/>
        </w:rPr>
        <w:t>[30]</w:t>
      </w:r>
    </w:p>
    <w:p>
      <w:r>
        <w:rPr>
          <w:rFonts w:ascii="Gentium Plus" w:hAnsi="Gentium Plus"/>
          <w:sz w:val="24"/>
        </w:rPr>
        <w:t>Πολλοῦ ἂν ἐπριάμην ἰδεῖν σου τὴν ἐμμέλειαν, δέ‐ σποτά μου θαυμασιώτατε, καὶ τοῦτο οἶσθα καὶ πρὸ τῶν γραμμάτων αὐτὸς, ἐπειδὴ καὶ τὸ φίλτρον οἶσθα σαφῶς, ὃ περὶ τὴν σὴν ἔχομεν θαυμασιότητα. Ἀλλ’ ἐπειδὴ τοῦτο οὐκ ἔνι (καὶ γὰρ τῆς ὁδοῦ πολὺ τὸ μέ‐</w:t>
      </w:r>
    </w:p>
    <w:p>
      <w:r>
        <w:rPr>
          <w:rFonts w:ascii="Courier New" w:hAnsi="Courier New"/>
          <w:color w:val="555555"/>
          <w:sz w:val="20"/>
        </w:rPr>
        <w:t>[35]</w:t>
      </w:r>
    </w:p>
    <w:p>
      <w:r>
        <w:rPr>
          <w:rFonts w:ascii="Gentium Plus" w:hAnsi="Gentium Plus"/>
          <w:sz w:val="24"/>
        </w:rPr>
        <w:t>σον, καὶ οὐδὲ κύριοι κινεῖσθαι, ὅπουπερ ἂν ἐθέλωμεν, ἐσμὲν, καὶ τῶν Ἰσαυρικῶν ἐφόδων καθ’ ἑκάστην ἡμέραν ὁ φόβος ἀκμάζει), παρακαλῶ σου τὴν εὐγέ‐ νειαν, ὅπερ μέγιστον ἡμῖν εἰς παραμυθίαν ἐστὶ καὶ τῆς ἐρημίας τῆς ἐνταῦθα, καὶ τῆς ταλαιπωρίας, καὶ</w:t>
      </w:r>
    </w:p>
    <w:p>
      <w:r>
        <w:rPr>
          <w:rFonts w:ascii="Courier New" w:hAnsi="Courier New"/>
          <w:color w:val="555555"/>
          <w:sz w:val="20"/>
        </w:rPr>
        <w:t>[40]</w:t>
      </w:r>
    </w:p>
    <w:p>
      <w:r>
        <w:rPr>
          <w:rFonts w:ascii="Gentium Plus" w:hAnsi="Gentium Plus"/>
          <w:sz w:val="24"/>
        </w:rPr>
        <w:t>τῆς ἄλλης πάσης θλίψεως, τὸ συνεχῶς γράμματα δέχεσθαι, εὐαγγελιζόμενα τὴν ὑγείαν τὴν σὴν, καὶ τοῦ οἴκου σου παντὸς, τοῦτο χαρίζεσθαι ἡμῖν συνε‐ χέστερον κατὰ τὸ ἐγχωροῦν. Οὐδὲ γὰρ τοῦτο ῥᾴδιον μετὰ πολλῆς ἡμᾶς ἔχειν τῆς δαψιλείας, διὰ τὸ μη‐</w:t>
      </w:r>
    </w:p>
    <w:p>
      <w:r>
        <w:rPr>
          <w:rFonts w:ascii="Courier New" w:hAnsi="Courier New"/>
          <w:color w:val="555555"/>
          <w:sz w:val="20"/>
        </w:rPr>
        <w:t>[45]</w:t>
      </w:r>
    </w:p>
    <w:p>
      <w:r>
        <w:rPr>
          <w:rFonts w:ascii="Gentium Plus" w:hAnsi="Gentium Plus"/>
          <w:sz w:val="24"/>
        </w:rPr>
        <w:t>δένα ταχέως ἐκεῖθεν ἐνταῦθα ἀφικνεῖσθαι. Ἀλλ’ ὅμως, εἰ καὶ ἐργῶδες ὅπερ ᾐτήσαμεν, ἀλλ’ ὡς ἂν οἷόν τε ᾖ σπουδὴν ποιήσασθαι παρακλήθητι, καὶ συνεχῶς πέμπειν ἐπιστολὰς ἀπαγγελλούσας ἡμῖν τὰ περὶ τῆς ῥώσεως τῆς σῆς. Ἵνα δὲ καὶ τὰ ἡμέτερα εἰδέναι ἕχῃς,</w:t>
      </w:r>
    </w:p>
    <w:p>
      <w:r>
        <w:rPr>
          <w:rFonts w:ascii="Courier New" w:hAnsi="Courier New"/>
          <w:color w:val="555555"/>
          <w:sz w:val="20"/>
        </w:rPr>
        <w:t>[52 . 692 (50)]</w:t>
      </w:r>
    </w:p>
    <w:p>
      <w:r>
        <w:rPr>
          <w:rFonts w:ascii="Gentium Plus" w:hAnsi="Gentium Plus"/>
          <w:sz w:val="24"/>
        </w:rPr>
        <w:t>ἀπραγμοσύνης ἀπολαύομεν, ἡσυχίας πολλῆς, λευκῆς τῆς γαλήνης, ὑγείας συμμέτρου, τούτῳ θορυβούμε‐ νοι μόνον, τῷ κεχωρίσθαι ὑμῶν τῶν ἀγαπώντων ἡμᾶς. Ἀλλ’ ἱκανὴ ἡ σύνεσίς σου καὶ τοῦτον παραμυ‐ θήσασθαι τὸν πόνον, ὃν εἶπον. Δίδου δὴ ταύτην ἡμῖν</w:t>
      </w:r>
    </w:p>
    <w:p>
      <w:r>
        <w:rPr>
          <w:rFonts w:ascii="Courier New" w:hAnsi="Courier New"/>
          <w:color w:val="555555"/>
          <w:sz w:val="20"/>
        </w:rPr>
        <w:t>[55]</w:t>
      </w:r>
    </w:p>
    <w:p>
      <w:r>
        <w:rPr>
          <w:rFonts w:ascii="Gentium Plus" w:hAnsi="Gentium Plus"/>
          <w:sz w:val="24"/>
        </w:rPr>
        <w:t>τὴν χάριν, ὥστε καὶ ἐκ τοσούτου ἡμᾶς καθημένους</w:t>
      </w:r>
    </w:p>
    <w:p>
      <w:r>
        <w:rPr>
          <w:rFonts w:ascii="Courier New" w:hAnsi="Courier New"/>
          <w:color w:val="555555"/>
          <w:sz w:val="20"/>
        </w:rPr>
        <w:t>[52 . 693]</w:t>
      </w:r>
    </w:p>
    <w:p>
      <w:r>
        <w:rPr>
          <w:rFonts w:ascii="Gentium Plus" w:hAnsi="Gentium Plus"/>
          <w:sz w:val="24"/>
        </w:rPr>
        <w:t>διαστήματος δύνασθαι ἐντρυφᾷν καὶ ταύτης τῆς γλυ‐ κείας σου καὶ θερμῆς καὶ γνησίας ἀγάπης.</w:t>
      </w:r>
    </w:p>
    <w:p>
      <w:pPr>
        <w:jc w:val="center"/>
      </w:pPr>
      <w:r>
        <w:rPr>
          <w:rFonts w:ascii="Gentium Plus" w:hAnsi="Gentium Plus"/>
          <w:b/>
          <w:sz w:val="24"/>
        </w:rPr>
        <w:t>ΡΛΕʹ. Θεοδότῳ διακόνῳ.</w:t>
      </w:r>
    </w:p>
    <w:p>
      <w:r>
        <w:rPr>
          <w:rFonts w:ascii="Courier New" w:hAnsi="Courier New"/>
          <w:color w:val="555555"/>
          <w:sz w:val="20"/>
        </w:rPr>
        <w:t>[4]</w:t>
      </w:r>
    </w:p>
    <w:p>
      <w:r>
        <w:rPr>
          <w:rFonts w:ascii="Gentium Plus" w:hAnsi="Gentium Plus"/>
          <w:sz w:val="24"/>
        </w:rPr>
        <w:t>Οὐδὲ αὐτὸς ἀγνοῶ, ὅτι πάλαι μεθ’ ἡμῶν ἔμελλες</w:t>
      </w:r>
    </w:p>
    <w:p>
      <w:r>
        <w:rPr>
          <w:rFonts w:ascii="Courier New" w:hAnsi="Courier New"/>
          <w:color w:val="555555"/>
          <w:sz w:val="20"/>
        </w:rPr>
        <w:t>[5]</w:t>
      </w:r>
    </w:p>
    <w:p>
      <w:r>
        <w:rPr>
          <w:rFonts w:ascii="Gentium Plus" w:hAnsi="Gentium Plus"/>
          <w:sz w:val="24"/>
        </w:rPr>
        <w:t>εἶναι, εἰ μὴ τῶν Ἰσαύρων ὁ φόβος διετείχιζεν. Ὁ γὰρ ἐν κρυμῷ πάντα πηγνύντι, καὶ χιόνι τοσαύτῃ δραμεῖν ἐνταῦθα ἀνασχόμενος, πολλῷ μᾶλλον τοῦ ἤρους φανέντος, καὶ πολλῆς τῆς κατὰ τὸν ἀέρα γα‐ λήνης οὔσης, οὐκ ἂν ἠνέσχου μένειν αὐτόθι. Οἶδα</w:t>
      </w:r>
    </w:p>
    <w:p>
      <w:r>
        <w:rPr>
          <w:rFonts w:ascii="Courier New" w:hAnsi="Courier New"/>
          <w:color w:val="555555"/>
          <w:sz w:val="20"/>
        </w:rPr>
        <w:t>[10]</w:t>
      </w:r>
    </w:p>
    <w:p>
      <w:r>
        <w:rPr>
          <w:rFonts w:ascii="Gentium Plus" w:hAnsi="Gentium Plus"/>
          <w:sz w:val="24"/>
        </w:rPr>
        <w:t>γὰρ τὸ γλυκὺ, καὶ προσηνὲς, καὶ θερμόν σου τῆς διαθέσεως, τὸ εἰλικρινὲς, τὴν πολλῆς γέμουσαν ἐλευ‐ θερίας ψυχήν. Διὸ καὶ αὐτὸς οὐχ ὡς ἔτυχεν ἀθυμῶ, ὅτι ἐν τῇ οὕτως ἡμερωτάτῃ τοῦ ἔτους ὥρᾳ, χειμῶνα οὐ τὸν τυχόντα ἡμῖν ἐπάγεις ἀθυμίας, τοσοῦτον ἡμῶν</w:t>
      </w:r>
    </w:p>
    <w:p>
      <w:r>
        <w:rPr>
          <w:rFonts w:ascii="Courier New" w:hAnsi="Courier New"/>
          <w:color w:val="555555"/>
          <w:sz w:val="20"/>
        </w:rPr>
        <w:t>[15]</w:t>
      </w:r>
    </w:p>
    <w:p>
      <w:r>
        <w:rPr>
          <w:rFonts w:ascii="Gentium Plus" w:hAnsi="Gentium Plus"/>
          <w:sz w:val="24"/>
        </w:rPr>
        <w:t>χωριζόμενος χρόνον. Καὶ ταῦτα λέγω οὐχ ἕλκων σε ἐνταῦθα κἂν μυριάκις αὐτὸς θέλῃς (πολλῶν γὰρ ἅπαντα πολέμων ἐμπέπλησται, καὶ τοῦτο εἴσῃ διὰ τῶν ἐντεῦθεν ἐκεῖσε ἀφικνουμένων), ἀλλ’ ἵνα μάθῃς ὅτι οὐδὲ ἡμεῖς, καίτοι γε ἡσυχίας καὶ ἀπραγμοσύνης</w:t>
      </w:r>
    </w:p>
    <w:p>
      <w:r>
        <w:rPr>
          <w:rFonts w:ascii="Courier New" w:hAnsi="Courier New"/>
          <w:color w:val="555555"/>
          <w:sz w:val="20"/>
        </w:rPr>
        <w:t>[20]</w:t>
      </w:r>
    </w:p>
    <w:p>
      <w:r>
        <w:rPr>
          <w:rFonts w:ascii="Gentium Plus" w:hAnsi="Gentium Plus"/>
          <w:sz w:val="24"/>
        </w:rPr>
        <w:t>πολλῆς ἀπολαύοντες, ἀλύπως δυνάμεθα εἶναι ἐνταῦθα τῆς σῆς κεχωρισμένοι τιμιότητος, καὶ τοῦτο μαθὼν συνεχῶς ἡμῖν ἐπιστέλλῃς, μὴ μόνον διὰ τῶν παρ’ ἡμῶν ἐκεῖσε ἐρχομένων, ἀλλὰ καὶ διὰ τῶν ἐκεῖθεν ἁπτομένων τῆς ὁδοῦ καὶ τῆς ἐνταῦθα ἀφίξεως. Πολ‐</w:t>
      </w:r>
    </w:p>
    <w:p>
      <w:r>
        <w:rPr>
          <w:rFonts w:ascii="Courier New" w:hAnsi="Courier New"/>
          <w:color w:val="555555"/>
          <w:sz w:val="20"/>
        </w:rPr>
        <w:t>[25]</w:t>
      </w:r>
    </w:p>
    <w:p>
      <w:r>
        <w:rPr>
          <w:rFonts w:ascii="Gentium Plus" w:hAnsi="Gentium Plus"/>
          <w:sz w:val="24"/>
        </w:rPr>
        <w:t>λὴν δέ σοι χάριν ἴσμεν, δέσποτά μου τιμιώτατε, καὶ τῆς φροντίδος, καὶ τῆς μερίμνης, ἣν ἔχεις ὑπὲρ τῶν ἐνταῦθα θορύβων. Καὶ γὰρ καθ’ ἑκάστην ἡμέραν ἐπι‐ τείνεται τὰ τῆς πολιορκίας τῆς ἐνταῦθα, καὶ ὡς ἐν παγίδι, τῷ φρουρίῳ τούτῳ καθήμεθα. Ἤδη γοῦν καὶ</w:t>
      </w:r>
    </w:p>
    <w:p>
      <w:r>
        <w:rPr>
          <w:rFonts w:ascii="Courier New" w:hAnsi="Courier New"/>
          <w:color w:val="555555"/>
          <w:sz w:val="20"/>
        </w:rPr>
        <w:t>[30]</w:t>
      </w:r>
    </w:p>
    <w:p>
      <w:r>
        <w:rPr>
          <w:rFonts w:ascii="Gentium Plus" w:hAnsi="Gentium Plus"/>
          <w:sz w:val="24"/>
        </w:rPr>
        <w:t>μέσων νυκτῶν παρ’ ἐλπίδα πᾶσαν καὶ προσδοκίαν, στῖφος Ἰσαύρων τριακοσίων τὴν πόλιν κατέδραμον, καὶ μικροῦ ἂν καὶ ἡμᾶς εἷλον. Ἀλλ’ ἡ τοῦ Θεοῦ χεὶρ ταχέως αὐτοὺς καὶ μὴ αἰσθομένων ἡμῶν ἀπέστρεψεν, ὡς μὴ μόνον τῶν κινδύνων, ἀλλὰ καὶ τοῦ φόβου ἐκτὸς</w:t>
      </w:r>
    </w:p>
    <w:p>
      <w:r>
        <w:rPr>
          <w:rFonts w:ascii="Courier New" w:hAnsi="Courier New"/>
          <w:color w:val="555555"/>
          <w:sz w:val="20"/>
        </w:rPr>
        <w:t>[35]</w:t>
      </w:r>
    </w:p>
    <w:p>
      <w:r>
        <w:rPr>
          <w:rFonts w:ascii="Gentium Plus" w:hAnsi="Gentium Plus"/>
          <w:sz w:val="24"/>
        </w:rPr>
        <w:t>γενέσθαι, καὶ ἡμέρας γενομένης, τότε μαθεῖν τὰ συμβάντα. Διὰ ταῦτα χαῖρε καὶ εὐφραίνου, καὶ μὴ παύσῃ τὸν Θεὸν παρακαλῶν, ὥστε ἐν ἀσφαλείᾳ ἡμᾶς καταστῆσαι πάσῃ, καὶ ἀπαλλάξαι καὶ τῆς ἐπικειμέ‐ νης ἡμῖν ἀῤῥωστίας. Εἰ γὰρ καὶ τοῦ σφαλερῶς ἔχειν</w:t>
      </w:r>
    </w:p>
    <w:p>
      <w:r>
        <w:rPr>
          <w:rFonts w:ascii="Courier New" w:hAnsi="Courier New"/>
          <w:color w:val="555555"/>
          <w:sz w:val="20"/>
        </w:rPr>
        <w:t>[40]</w:t>
      </w:r>
    </w:p>
    <w:p>
      <w:r>
        <w:rPr>
          <w:rFonts w:ascii="Gentium Plus" w:hAnsi="Gentium Plus"/>
          <w:sz w:val="24"/>
        </w:rPr>
        <w:t>ἠλευθερώμεθα, ἀλλ’ ὅμως μένει ἔτι λείψανα τῆς ἀῤ‐ ῥωστίας ἡμῖν, συνεχῶς τῆς ἀῤῥωστίας ἀναμιμνή‐ σκοντα. Ταῦτα δὲ ἐπεστάλκαμεν, οὐχ ἵνα λυπήσωμεν, ἀλλ’ ἵνα σε σπουδαιότερον πρὸς τὰς ὑπὲρ ἡμῶν διεγείρωμεν εὐχάς. Τὸν κύριόν μου τὸν τιμιώτατον</w:t>
      </w:r>
    </w:p>
    <w:p>
      <w:r>
        <w:rPr>
          <w:rFonts w:ascii="Courier New" w:hAnsi="Courier New"/>
          <w:color w:val="555555"/>
          <w:sz w:val="20"/>
        </w:rPr>
        <w:t>[45]</w:t>
      </w:r>
    </w:p>
    <w:p>
      <w:r>
        <w:rPr>
          <w:rFonts w:ascii="Gentium Plus" w:hAnsi="Gentium Plus"/>
          <w:sz w:val="24"/>
        </w:rPr>
        <w:t>τὸν ἀναγνώστην Θεόδοτον παρακατατίθεμαί σου τῇ εὐλαβείᾳ, ὥστε κατὰ τὸ δυνατὸν ἐν ἅπασιν αὐτῷ γε‐ νέσθαι λιμένα. Πολλὰ γάρ ἐστιν, ὡς ἔγνωμεν, αὐτὸν τὰ λυποῦντα.</w:t>
      </w:r>
    </w:p>
    <w:p>
      <w:pPr>
        <w:jc w:val="center"/>
      </w:pPr>
      <w:r>
        <w:rPr>
          <w:rFonts w:ascii="Gentium Plus" w:hAnsi="Gentium Plus"/>
          <w:b/>
          <w:sz w:val="24"/>
        </w:rPr>
        <w:t>ΡΛϛʹ. Θεοδότῳ ἀναγνώστῃ.</w:t>
      </w:r>
    </w:p>
    <w:p>
      <w:r>
        <w:rPr>
          <w:rFonts w:ascii="Courier New" w:hAnsi="Courier New"/>
          <w:color w:val="555555"/>
          <w:sz w:val="20"/>
        </w:rPr>
        <w:t>[52 . 693 (50)]</w:t>
      </w:r>
    </w:p>
    <w:p>
      <w:r>
        <w:rPr>
          <w:rFonts w:ascii="Gentium Plus" w:hAnsi="Gentium Plus"/>
          <w:sz w:val="24"/>
        </w:rPr>
        <w:t>Μὴ κάμνε ζητῶν ἀπολογίαν τοῦ ταχέως ἐντεῦθεν ἀποδημῆσαι, ἐπὶ τὴν τῶν ὀφθαλμῶν ἀσθένειαν, καὶ ἐπὶ τὸν κρυμὸν καταφεύγων, καὶ τούτοις λογιζόμενός σου τὴν ἀποδημίαν. Ἡμεῖς γάρ σε καὶ παρεῖναι, καὶ μεθ’ ἡμῶν εἶναι οὐκ ἔλαττον ἢ καὶ ἔμπροσθεν λογι‐</w:t>
      </w:r>
    </w:p>
    <w:p>
      <w:r>
        <w:rPr>
          <w:rFonts w:ascii="Courier New" w:hAnsi="Courier New"/>
          <w:color w:val="555555"/>
          <w:sz w:val="20"/>
        </w:rPr>
        <w:t>[55]</w:t>
      </w:r>
    </w:p>
    <w:p>
      <w:r>
        <w:rPr>
          <w:rFonts w:ascii="Gentium Plus" w:hAnsi="Gentium Plus"/>
          <w:sz w:val="24"/>
        </w:rPr>
        <w:t>ζόμεθα κατὰ τὸν τῆς ἀγάπης λόγον, καὶ προσδοκῶ‐ μεν καὶ τῆς κατ’ ὄψιν ἀπολαύσεσθαί ποτε συντυχίας.</w:t>
      </w:r>
    </w:p>
    <w:p>
      <w:r>
        <w:rPr>
          <w:rFonts w:ascii="Courier New" w:hAnsi="Courier New"/>
          <w:color w:val="555555"/>
          <w:sz w:val="20"/>
        </w:rPr>
        <w:t>[52 . 694]</w:t>
      </w:r>
    </w:p>
    <w:p>
      <w:r>
        <w:rPr>
          <w:rFonts w:ascii="Gentium Plus" w:hAnsi="Gentium Plus"/>
          <w:sz w:val="24"/>
        </w:rPr>
        <w:t>μενίας ἀπήγαγέ σε ὁ χειμὼν, ἀλλὰ τῆς ἡμετέρας ψυχῆς οὐκ ἐξέβαλεν, ἀλλ’ ἐπὶ διανοίας σε περιφέρο‐ μεν διηνεκῶς. Καὶ εἰ μὴ ὁ τῶν Ἰσαύρων πόλεμος πᾶσαν ἀποτειχίσας ὁδὸν, ἐν σπάνει κατέστησεν ἡμᾶς</w:t>
      </w:r>
    </w:p>
    <w:p>
      <w:r>
        <w:rPr>
          <w:rFonts w:ascii="Courier New" w:hAnsi="Courier New"/>
          <w:color w:val="555555"/>
          <w:sz w:val="20"/>
        </w:rPr>
        <w:t>[5]</w:t>
      </w:r>
    </w:p>
    <w:p>
      <w:r>
        <w:rPr>
          <w:rFonts w:ascii="Gentium Plus" w:hAnsi="Gentium Plus"/>
          <w:sz w:val="24"/>
        </w:rPr>
        <w:t>τῶν γράμματα διακομιζόντων, κἂν νιφάδας σοι πολ‐ λάκις ἐπέμψαμεν ἐπιστολῶν. Νῦν μέντοι τῇ γλώττῃ τὸν παρελθόντα σεσιγήκαμεν χρόνον, τῇ γνώμῃ δὲ οὐδαμῶς· ἀλλ’ ἀεί σε καὶ τὰ σὰ μεριμνῶμεν, καὶ, τό γε ἡμέτερον μέρος, συνεχῶς ἐπεστάλκαμεν. Ταῦτ’</w:t>
      </w:r>
    </w:p>
    <w:p>
      <w:r>
        <w:rPr>
          <w:rFonts w:ascii="Courier New" w:hAnsi="Courier New"/>
          <w:color w:val="555555"/>
          <w:sz w:val="20"/>
        </w:rPr>
        <w:t>[10]</w:t>
      </w:r>
    </w:p>
    <w:p>
      <w:r>
        <w:rPr>
          <w:rFonts w:ascii="Gentium Plus" w:hAnsi="Gentium Plus"/>
          <w:sz w:val="24"/>
        </w:rPr>
        <w:t>οὖν εἰδὼς, μεθ’ ἡμῶν τε εἶναι νόμιζε, καὶ σὺν ἡμῖν ἐν Ἀρμενίᾳ διατρίβειν. Κἄν τις ἐπιβουλεύειν ἐπι‐ χειρῇ καὶ κακῶς ποιεῖν, ὑψηλότερος γίνου τῶν ἐν‐ τεῦθεν βελῶν, ἐπειδήπερ οὐ τὸ πάσχειν κακῶς, ἀλλὰ τὸ ποιεῖν κακῶς, τοῦτ’ ἔστι τὸ πάσχειν κακῶς. Ἡμεῖς</w:t>
      </w:r>
    </w:p>
    <w:p>
      <w:r>
        <w:rPr>
          <w:rFonts w:ascii="Courier New" w:hAnsi="Courier New"/>
          <w:color w:val="555555"/>
          <w:sz w:val="20"/>
        </w:rPr>
        <w:t>[15]</w:t>
      </w:r>
    </w:p>
    <w:p>
      <w:r>
        <w:rPr>
          <w:rFonts w:ascii="Gentium Plus" w:hAnsi="Gentium Plus"/>
          <w:sz w:val="24"/>
        </w:rPr>
        <w:t>γάρ σε καὶ διὰ τοῦτο μειζόνως θαυμάζομεν, καὶ τὴν στεῤῥότητά σου καὶ τὴν ἀνδρείαν ἐπαινοῦμεν, ὅτι καὶ τοσαύτης σε ζάλης περιαντλούσης, ἕστηκας ἀνώτερος τῶν ἐντεῦθεν θορύβων γενόμενος. Μένε δὴ μετὰ πολ‐ λῆς τῆς ἡδονῆς τὸ γαληνὸν τοῦτο καὶ ἀκύμαντον</w:t>
      </w:r>
    </w:p>
    <w:p>
      <w:r>
        <w:rPr>
          <w:rFonts w:ascii="Courier New" w:hAnsi="Courier New"/>
          <w:color w:val="555555"/>
          <w:sz w:val="20"/>
        </w:rPr>
        <w:t>[20]</w:t>
      </w:r>
    </w:p>
    <w:p>
      <w:r>
        <w:rPr>
          <w:rFonts w:ascii="Gentium Plus" w:hAnsi="Gentium Plus"/>
          <w:sz w:val="24"/>
        </w:rPr>
        <w:t>πλέων πέλαγος. Καὶ μὴ θαυμάσῃς, εἴ σου πολλῶν ἐπιβουλῶν μεμνημένου ἐγὼ τὸ πέλαγος ἀκύμαντον καλῶ. Οὐ γὰρ ἀπὸ τῆς τῶν ταραττόντων γνώμης, ἀλλ’ ἀπὸ τῆς κατ’ ἀρετὴν ἡσυχίας ταύτην φέρω τὴν ψῆφον. Τί δέ ἐστιν ὅ φημι; Ὁ μέγας οὗτος καὶ ὑψη‐</w:t>
      </w:r>
    </w:p>
    <w:p>
      <w:r>
        <w:rPr>
          <w:rFonts w:ascii="Courier New" w:hAnsi="Courier New"/>
          <w:color w:val="555555"/>
          <w:sz w:val="20"/>
        </w:rPr>
        <w:t>[25]</w:t>
      </w:r>
    </w:p>
    <w:p>
      <w:r>
        <w:rPr>
          <w:rFonts w:ascii="Gentium Plus" w:hAnsi="Gentium Plus"/>
          <w:sz w:val="24"/>
        </w:rPr>
        <w:t>λὸς βίος, καὶ πρὸς τὸν οὐρανὸν τεταμένος, τῇ μὲν φύσει τῶν πραγμάτων δυσχερής τις εἶναι δοκεῖ, τῇ δὲ ἀνδρείᾳ τῶν μετιόντων καὶ τῇ προθυμίᾳ εὔκολος σφόδρα γίνεται. Καὶ τὸ δὴ θαυμαστὸν τῆς φιλοσοφίας ταύτης τοῦτο μάλιστά ἐστιν, ὅτι τῆς θαλάττης μαι‐</w:t>
      </w:r>
    </w:p>
    <w:p>
      <w:r>
        <w:rPr>
          <w:rFonts w:ascii="Courier New" w:hAnsi="Courier New"/>
          <w:color w:val="555555"/>
          <w:sz w:val="20"/>
        </w:rPr>
        <w:t>[30]</w:t>
      </w:r>
    </w:p>
    <w:p>
      <w:r>
        <w:rPr>
          <w:rFonts w:ascii="Gentium Plus" w:hAnsi="Gentium Plus"/>
          <w:sz w:val="24"/>
        </w:rPr>
        <w:t>νομένης, ἐξουρίας πλεῖ καὶ μετὰ πολλῆς τῆς γαλήνης ὁ γνησίως αὐτὴν μετιὼν καὶ θερμῶς, καὶ ὅτι, πολλῶν πανταχόθεν θορύβων ἐγειρομένων, ἡσυχίαν καρποῦ‐ ται καθαρὰν, καὶ μυρίων πανταχόθεν πεμπομένων βελῶν, ἕστηκεν ἄτρωτος, δεχόμενος μὲν τὰ ἀκόντια,</w:t>
      </w:r>
    </w:p>
    <w:p>
      <w:r>
        <w:rPr>
          <w:rFonts w:ascii="Courier New" w:hAnsi="Courier New"/>
          <w:color w:val="555555"/>
          <w:sz w:val="20"/>
        </w:rPr>
        <w:t>[35]</w:t>
      </w:r>
    </w:p>
    <w:p>
      <w:r>
        <w:rPr>
          <w:rFonts w:ascii="Gentium Plus" w:hAnsi="Gentium Plus"/>
          <w:sz w:val="24"/>
        </w:rPr>
        <w:t>πάσχων δὲ ἐντεῦθεν οὐδέν. Ταῦτ’ οὖν εἰδὼς, καὶ δι‐ ηνεκῶς ἐν τούτοις φιλοσοφῶν, καρποῦ τὴν ἀμάραντον ἡδονὴν, ἀναμένων τοὺς ὑπὲρ τῶν καλῶν πόνων τού‐ των κειμένους σοι παρὰ τῷ Θεῷ στεφάνους. Καὶ γράφε συνεχῶς ἡμῖν, ἡνίκα ἂν ἐξῇ, τὰ περὶ τῆς</w:t>
      </w:r>
    </w:p>
    <w:p>
      <w:r>
        <w:rPr>
          <w:rFonts w:ascii="Courier New" w:hAnsi="Courier New"/>
          <w:color w:val="555555"/>
          <w:sz w:val="20"/>
        </w:rPr>
        <w:t>[40]</w:t>
      </w:r>
    </w:p>
    <w:p>
      <w:r>
        <w:rPr>
          <w:rFonts w:ascii="Gentium Plus" w:hAnsi="Gentium Plus"/>
          <w:sz w:val="24"/>
        </w:rPr>
        <w:t>ὑγείας σου δηλῶν καὶ τῆς κατὰ τὴν ψυχὴν, καὶ τῆς κατὰ τὸ σῶμα· καὶ τὴν σχολὴν ἅπασαν εἰς τὴν τῶν θείων ἀνάλισκε Γραφῶν ἀνάγνωσιν, τοσοῦτον αὐταῖς ὁμιλῶν, ὅσον καὶ ἡ τῶν ὀφθαλμῶν ἀσθένεια ἐπιτρέ‐ πει, ἵν’ εἴ ποτε γένοιτο καιρὸς ἡμῖν καὶ τὰ νοήματα</w:t>
      </w:r>
    </w:p>
    <w:p>
      <w:r>
        <w:rPr>
          <w:rFonts w:ascii="Courier New" w:hAnsi="Courier New"/>
          <w:color w:val="555555"/>
          <w:sz w:val="20"/>
        </w:rPr>
        <w:t>[45]</w:t>
      </w:r>
    </w:p>
    <w:p>
      <w:r>
        <w:rPr>
          <w:rFonts w:ascii="Gentium Plus" w:hAnsi="Gentium Plus"/>
          <w:sz w:val="24"/>
        </w:rPr>
        <w:t>αὐτῶν ἐνθεῖναι τῇ εὐγενεστάτῃ σου ψυχῇ, μετὰ πολ‐ λῆς τοῦτο ποιήσωμεν τῆς εὐκολίας. Οὐ γὰρ μικρὸν εἰς τοῦτο δυνήσεταί σοι συντελέσαι τὸ μαθεῖν τὰ ἐγκείμενα γράμματα, ἡνίκα ἂν μέλλῃς τὰ ἐν τούτοις νοήματα ὑποδέχεσθαι.</w:t>
      </w:r>
    </w:p>
    <w:p>
      <w:pPr>
        <w:jc w:val="center"/>
      </w:pPr>
      <w:r>
        <w:rPr>
          <w:rFonts w:ascii="Gentium Plus" w:hAnsi="Gentium Plus"/>
          <w:b/>
          <w:sz w:val="24"/>
        </w:rPr>
        <w:t>ΡΛΖʹ. Θεοδότῳ διακόνῳ.</w:t>
      </w:r>
    </w:p>
    <w:p>
      <w:r>
        <w:rPr>
          <w:rFonts w:ascii="Courier New" w:hAnsi="Courier New"/>
          <w:color w:val="555555"/>
          <w:sz w:val="20"/>
        </w:rPr>
        <w:t>[51]</w:t>
      </w:r>
    </w:p>
    <w:p>
      <w:r>
        <w:rPr>
          <w:rFonts w:ascii="Gentium Plus" w:hAnsi="Gentium Plus"/>
          <w:sz w:val="24"/>
        </w:rPr>
        <w:t>Παῦσαι κατηγορῶν ἡμῶν βραδυτῆτος, μὴ σαυτὸν πρότερον ἕλῃς τῷ ἐγκλήματι. Τοσαύτας γὰρ ἐπιστο‐ λὰς δεξάμενος παρ’ ἡμῶν, ὅσας ἐπέσταλκας, πλὴν μιᾶς, ὥσπερ νιφάδας πέμπων γραμμάτων, οὕτως</w:t>
      </w:r>
    </w:p>
    <w:p>
      <w:r>
        <w:rPr>
          <w:rFonts w:ascii="Courier New" w:hAnsi="Courier New"/>
          <w:color w:val="555555"/>
          <w:sz w:val="20"/>
        </w:rPr>
        <w:t>[55]</w:t>
      </w:r>
    </w:p>
    <w:p>
      <w:r>
        <w:rPr>
          <w:rFonts w:ascii="Gentium Plus" w:hAnsi="Gentium Plus"/>
          <w:sz w:val="24"/>
        </w:rPr>
        <w:t>ἔφης, τῇ γοῦν συνεχείᾳ ἀναστήσειν ἡμᾶς πρὸς τὸ γράφειν οἰόμενος. Ἔστι μὲν οὖν καὶ μὴ γράφοντα</w:t>
      </w:r>
    </w:p>
    <w:p>
      <w:r>
        <w:rPr>
          <w:rFonts w:ascii="Courier New" w:hAnsi="Courier New"/>
          <w:color w:val="555555"/>
          <w:sz w:val="20"/>
        </w:rPr>
        <w:t>[52 . 695]</w:t>
      </w:r>
    </w:p>
    <w:p>
      <w:r>
        <w:rPr>
          <w:rFonts w:ascii="Gentium Plus" w:hAnsi="Gentium Plus"/>
          <w:sz w:val="24"/>
        </w:rPr>
        <w:t>φιλῶν οὐ παύομαι. Ἀλλὰ κἂν χρόνος γένηται μακρό‐ τερος ὁ μεταξὺ τοῦ χωρισμοῦ τοῦ ἡμετέρου, κἂν εἰς ἐρημότερον ἀπενεχθῶμεν χωρίον, οὔτε ἐκβαλεῖν σε τῆς ψυχῆς δυνάμεθα, οὔτε μὴ διηνεκῶς ἀκμάζουσαν</w:t>
      </w:r>
    </w:p>
    <w:p>
      <w:r>
        <w:rPr>
          <w:rFonts w:ascii="Courier New" w:hAnsi="Courier New"/>
          <w:color w:val="555555"/>
          <w:sz w:val="20"/>
        </w:rPr>
        <w:t>[5]</w:t>
      </w:r>
    </w:p>
    <w:p>
      <w:r>
        <w:rPr>
          <w:rFonts w:ascii="Gentium Plus" w:hAnsi="Gentium Plus"/>
          <w:sz w:val="24"/>
        </w:rPr>
        <w:t>διατηρεῖν τὴν περὶ σὲ διάθεσιν. Ταῦτ’ οὖν εἰδὼς, γράφε συνεχῶς ἡμῖν τὰ περὶ τῆς ὑγείας τῆς σῆς. Πλείων γὰρ ὑμῖν ἡ εὐκολία τούτου, ἢ ἡμῖν. Εἰ δὲ ἡ τοῦ ἔτους ὥρα διακωλύει, καὶ τῶν Ἰσαυρικῶν κακῶν ἡ σφοδρότης, εἰδότες σου τὴν γνώμην ἣν περὶ ἡμᾶς</w:t>
      </w:r>
    </w:p>
    <w:p>
      <w:r>
        <w:rPr>
          <w:rFonts w:ascii="Courier New" w:hAnsi="Courier New"/>
          <w:color w:val="555555"/>
          <w:sz w:val="20"/>
        </w:rPr>
        <w:t>[10]</w:t>
      </w:r>
    </w:p>
    <w:p>
      <w:r>
        <w:rPr>
          <w:rFonts w:ascii="Gentium Plus" w:hAnsi="Gentium Plus"/>
          <w:sz w:val="24"/>
        </w:rPr>
        <w:t>ἔχεις, ἀρκοῦσαν τῆς μακρᾶς σιγῆς ἕξομεν παραμυ‐ θίαν.</w:t>
      </w:r>
    </w:p>
    <w:p>
      <w:pPr>
        <w:jc w:val="center"/>
      </w:pPr>
      <w:r>
        <w:rPr>
          <w:rFonts w:ascii="Gentium Plus" w:hAnsi="Gentium Plus"/>
          <w:b/>
          <w:sz w:val="24"/>
        </w:rPr>
        <w:t>ΡΛΗʹ. Ἐλπιδίῳ ἐπισκόπῳ.</w:t>
      </w:r>
    </w:p>
    <w:p>
      <w:r>
        <w:rPr>
          <w:rFonts w:ascii="Courier New" w:hAnsi="Courier New"/>
          <w:color w:val="555555"/>
          <w:sz w:val="20"/>
        </w:rPr>
        <w:t>[13]</w:t>
      </w:r>
    </w:p>
    <w:p>
      <w:r>
        <w:rPr>
          <w:rFonts w:ascii="Gentium Plus" w:hAnsi="Gentium Plus"/>
          <w:sz w:val="24"/>
        </w:rPr>
        <w:t>Οἶδα ὅτι ὀλιγάκις ἐπέσταλκα τῇ τιμιότητί σου, ἀλλ’ οὐχ ἑκὼν, ἀλλ’ ὑπὸ τῆς τῶν πραγμάτων ἀνάγκης</w:t>
      </w:r>
    </w:p>
    <w:p>
      <w:r>
        <w:rPr>
          <w:rFonts w:ascii="Courier New" w:hAnsi="Courier New"/>
          <w:color w:val="555555"/>
          <w:sz w:val="20"/>
        </w:rPr>
        <w:t>[15]</w:t>
      </w:r>
    </w:p>
    <w:p>
      <w:r>
        <w:rPr>
          <w:rFonts w:ascii="Gentium Plus" w:hAnsi="Gentium Plus"/>
          <w:sz w:val="24"/>
        </w:rPr>
        <w:t>κατεχόμενος. Καὶ γὰρ ἡ τοῦ ἔτους ὥρα, καὶ ἡ τοῦ χωρίου ἐρημία ἐν ᾧ καθείργμεθα δεσμωτηρίου χαλε‐ πώτερον, καὶ ἡ τῶν ἐνταῦθα παραγινομένων σπάνις, καὶ τὸ μηδὲ αὐτῶν τῶν ὀλίγων πάντων γνησίων ἐπι‐ τυγχάνειν, ἔτι δὲ καὶ ἡ τοῦ σώματος ἀῤῥωστία σφό‐</w:t>
      </w:r>
    </w:p>
    <w:p>
      <w:r>
        <w:rPr>
          <w:rFonts w:ascii="Courier New" w:hAnsi="Courier New"/>
          <w:color w:val="555555"/>
          <w:sz w:val="20"/>
        </w:rPr>
        <w:t>[20]</w:t>
      </w:r>
    </w:p>
    <w:p>
      <w:r>
        <w:rPr>
          <w:rFonts w:ascii="Gentium Plus" w:hAnsi="Gentium Plus"/>
          <w:sz w:val="24"/>
        </w:rPr>
        <w:t>δρα ἡμᾶς κατεργασαμένη, καὶ πάντα τὸν χειμῶνα τῇ κλίνῃ προσηλώσασα, τὴν μακρὰν ταύτην σιγὴν ἐποίησεν, ἀλλ’ οὐ τὴν ἀπὸ γνώμης, ἀλλὰ τὴν ἀπὸ γλώσσης. Μηδὲ νόμιζε τοσαύτας δέχεσθαι ἐπιστολὰς, ὅσας διεπεμψάμεθα, ἀλλὰ πολλῷ πλείους. Ἡγήσῃ δὲ</w:t>
      </w:r>
    </w:p>
    <w:p>
      <w:r>
        <w:rPr>
          <w:rFonts w:ascii="Courier New" w:hAnsi="Courier New"/>
          <w:color w:val="555555"/>
          <w:sz w:val="20"/>
        </w:rPr>
        <w:t>[25]</w:t>
      </w:r>
    </w:p>
    <w:p>
      <w:r>
        <w:rPr>
          <w:rFonts w:ascii="Gentium Plus" w:hAnsi="Gentium Plus"/>
          <w:sz w:val="24"/>
        </w:rPr>
        <w:t>τοῦτο, ἂν μὴ τὰς διὰ χάρτου καὶ μέλανος μόνον, ἀλλὰ καὶ τὰς ἀπὸ διαθέσεως ἀριθμῇς. Καὶ γὰρ τῇ διανοίᾳ συνεχῶς ἐπεστάλκαμεν, καὶ ἀεί σοι συγγινόμεθα, καὶ οὐδὲν οὐδὲ τῆς ὁδοῦ τὸ μῆκος, οὐ τοῦ χρόνου τὸ πλῆθος, οὔτε αἱ τῶν πραγμάτων περιστάσεις τὴν</w:t>
      </w:r>
    </w:p>
    <w:p>
      <w:r>
        <w:rPr>
          <w:rFonts w:ascii="Courier New" w:hAnsi="Courier New"/>
          <w:color w:val="555555"/>
          <w:sz w:val="20"/>
        </w:rPr>
        <w:t>[30]</w:t>
      </w:r>
    </w:p>
    <w:p>
      <w:r>
        <w:rPr>
          <w:rFonts w:ascii="Gentium Plus" w:hAnsi="Gentium Plus"/>
          <w:sz w:val="24"/>
        </w:rPr>
        <w:t>περὶ τὴν σὴν τιμιότητα διάθεσιν ἡμῖν ἀμαυροτέραν ἐποίησαν. Ἀλλὰ μένομεν ἀκμάζουσαν αὐτὴν διατη‐ ροῦντες, καὶ τὸν σφοδρὸν ἡμῶν καὶ θερμὸν ἐραστὴν, κἂν εἰς ἐρημότερον τούτου χωρίον ἀπέλθωμεν, παν‐ ταχοῦ περιφέροντες ἄπιμεν, ἐγκολάψαντες</w:t>
      </w:r>
    </w:p>
    <w:p>
      <w:r>
        <w:rPr>
          <w:rFonts w:ascii="Courier New" w:hAnsi="Courier New"/>
          <w:color w:val="555555"/>
          <w:sz w:val="20"/>
        </w:rPr>
        <w:t>[35]</w:t>
      </w:r>
    </w:p>
    <w:p>
      <w:r>
        <w:rPr>
          <w:rFonts w:ascii="Gentium Plus" w:hAnsi="Gentium Plus"/>
          <w:sz w:val="24"/>
        </w:rPr>
        <w:t>ἡμῶν τῇ διανοίᾳ. Τοιοῦτον γὰρ τὸ γνησίως φιλεῖν· οὐ χρόνῳ, οὐ τόπῳ, οὐχ ὁδοῦ μήκει, οὐ πραγμάτων περιστάσει ἐξίτηλον γίνεται. Καὶ τοῦτο οἶσθα καὶ αὐτὸς, ἐπειδὴ καὶ γνησίως οἶσθα φιλεῖν.</w:t>
      </w:r>
    </w:p>
    <w:p>
      <w:pPr>
        <w:jc w:val="center"/>
      </w:pPr>
      <w:r>
        <w:rPr>
          <w:rFonts w:ascii="Gentium Plus" w:hAnsi="Gentium Plus"/>
          <w:b/>
          <w:sz w:val="24"/>
        </w:rPr>
        <w:t>ΡΛΘʹ. Θεοδώρῳ Κονσουλαρίῳ Συρίας.</w:t>
      </w:r>
    </w:p>
    <w:p>
      <w:r>
        <w:rPr>
          <w:rFonts w:ascii="Courier New" w:hAnsi="Courier New"/>
          <w:color w:val="555555"/>
          <w:sz w:val="20"/>
        </w:rPr>
        <w:t>[40]</w:t>
      </w:r>
    </w:p>
    <w:p>
      <w:r>
        <w:rPr>
          <w:rFonts w:ascii="Gentium Plus" w:hAnsi="Gentium Plus"/>
          <w:sz w:val="24"/>
        </w:rPr>
        <w:t>Αὐτὸς μὲν ἔφης σημεῖον ποιεῖσθαι μέγιστον τοῦ μέλειν ἡμῖν τῶν σῶν, εἰ δευτέρα μετὰ τὴν προτέ‐ ραν ἐπιστολὴ ἔλθοι πρὸς τὴν σὴν λαμπρότητα παρ’ ἡμῶν. Ἡμεῖς δὲ εἰ τῶν εἰς τοῦτο διακονησομένων ἡμῖν εὐποροῦμεν, νιφάδας ἂν ἐπέμψαμεν γραμμάτων</w:t>
      </w:r>
    </w:p>
    <w:p>
      <w:r>
        <w:rPr>
          <w:rFonts w:ascii="Courier New" w:hAnsi="Courier New"/>
          <w:color w:val="555555"/>
          <w:sz w:val="20"/>
        </w:rPr>
        <w:t>[45]</w:t>
      </w:r>
    </w:p>
    <w:p>
      <w:r>
        <w:rPr>
          <w:rFonts w:ascii="Gentium Plus" w:hAnsi="Gentium Plus"/>
          <w:sz w:val="24"/>
        </w:rPr>
        <w:t>πρὸς ἄνδρα οὕτω χρηστὸν, καὶ ἐπιεικῆ, καὶ σφοδρὸν ἡμῶν ἐραστὴν, καὶ μετὰ τοσαύτης ἐπιθυμίας δεχό‐ μενον ἡμῶν τὰς ἐπιστολάς. Ἀλλ’ ἐπειδὴ τοῦτο οὐκ ἔνι, παρακαλοῦμέν σου τὴν λαμπρότητα, μὴ τῶν ἐπι‐ στολῶν ἀριθμῷ μετρεῖν ἡμῶν τὴν ἀγάπην, ἀλλὰ καὶ</w:t>
      </w:r>
    </w:p>
    <w:p>
      <w:r>
        <w:rPr>
          <w:rFonts w:ascii="Courier New" w:hAnsi="Courier New"/>
          <w:color w:val="555555"/>
          <w:sz w:val="20"/>
        </w:rPr>
        <w:t>[52 . 695 (50)]</w:t>
      </w:r>
    </w:p>
    <w:p>
      <w:r>
        <w:rPr>
          <w:rFonts w:ascii="Gentium Plus" w:hAnsi="Gentium Plus"/>
          <w:sz w:val="24"/>
        </w:rPr>
        <w:t>σιγώντων καὶ γραφόντων, ἥνπερ καὶ ἔμπροσθεν εἶχες περὶ αὐτῆς ψῆφον, ταύτην ἀκίνητον διατηρεῖν, λογι‐ ζόμενον ὡς τὴν σιγὴν ἡμῖν μακροτέραν, οὐχ ἡ τοῦ τρόπου ῥᾳθυμία, ἀλλ’ ἡ τοῦ τόπου κατασκευάζει ἐρη‐ μία.</w:t>
      </w:r>
    </w:p>
    <w:p>
      <w:pPr>
        <w:jc w:val="center"/>
      </w:pPr>
      <w:r>
        <w:rPr>
          <w:rFonts w:ascii="Gentium Plus" w:hAnsi="Gentium Plus"/>
          <w:b/>
          <w:sz w:val="24"/>
        </w:rPr>
        <w:t>ΡΜʹ. Θεοδότῳ διακόνῳ.</w:t>
      </w:r>
    </w:p>
    <w:p>
      <w:r>
        <w:rPr>
          <w:rFonts w:ascii="Courier New" w:hAnsi="Courier New"/>
          <w:color w:val="555555"/>
          <w:sz w:val="20"/>
        </w:rPr>
        <w:t>[56]</w:t>
      </w:r>
    </w:p>
    <w:p>
      <w:r>
        <w:rPr>
          <w:rFonts w:ascii="Gentium Plus" w:hAnsi="Gentium Plus"/>
          <w:sz w:val="24"/>
        </w:rPr>
        <w:t>Οὐ μικρὰν εἴχομεν παραμυθίαν ἐν ἐρημίᾳ τοσαύτῃ</w:t>
      </w:r>
    </w:p>
    <w:p>
      <w:r>
        <w:rPr>
          <w:rFonts w:ascii="Courier New" w:hAnsi="Courier New"/>
          <w:color w:val="555555"/>
          <w:sz w:val="20"/>
        </w:rPr>
        <w:t>[52 . 696]</w:t>
      </w:r>
    </w:p>
    <w:p>
      <w:r>
        <w:rPr>
          <w:rFonts w:ascii="Gentium Plus" w:hAnsi="Gentium Plus"/>
          <w:sz w:val="24"/>
        </w:rPr>
        <w:t>τὸ συνεχῶς δύνασθαι ἐπιστέλλειν σου τῇ γλυκύτητι· ἀλλὰ καὶ τοῦτο ἡμᾶς παρείλετο τῶν Ἰσαυρικῶν κα‐ κῶν ἡ περίστασις. Ἐπιστάντος γὰρ τοῦ ἔαρος ἤνθησε καὶ τὰ τῆς ἐκείνων ἐφόδου, καὶ πανταχοῦ τῶν ὁδῶν</w:t>
      </w:r>
    </w:p>
    <w:p>
      <w:r>
        <w:rPr>
          <w:rFonts w:ascii="Courier New" w:hAnsi="Courier New"/>
          <w:color w:val="555555"/>
          <w:sz w:val="20"/>
        </w:rPr>
        <w:t>[5]</w:t>
      </w:r>
    </w:p>
    <w:p>
      <w:r>
        <w:rPr>
          <w:rFonts w:ascii="Gentium Plus" w:hAnsi="Gentium Plus"/>
          <w:sz w:val="24"/>
        </w:rPr>
        <w:t>εἰσιν ἐκκεχυμένοι, πᾶσιν ἀβάτους ποιοῦντες τὰς λεωφόρους. Ἤδη γοῦν καὶ γυναῖκες ἐλεύθεραι ἑάλω‐ σαν, καὶ ἄνδρες ἐσφάγησαν. Διὸ παρακαλῶ συγγινώ‐ σκειν ἡμῖν μὴ συνεχῶς γεγραφηκόσιν. Ἐπειδὴ δὲ εὖ οἶδα, ὅτι περισπούδαστόν σοι μανθάνειν τὰ περὶ τῆς</w:t>
      </w:r>
    </w:p>
    <w:p>
      <w:r>
        <w:rPr>
          <w:rFonts w:ascii="Courier New" w:hAnsi="Courier New"/>
          <w:color w:val="555555"/>
          <w:sz w:val="20"/>
        </w:rPr>
        <w:t>[10]</w:t>
      </w:r>
    </w:p>
    <w:p>
      <w:r>
        <w:rPr>
          <w:rFonts w:ascii="Gentium Plus" w:hAnsi="Gentium Plus"/>
          <w:sz w:val="24"/>
        </w:rPr>
        <w:t>ὑγιείας ἡμῶν, δεινοπαθήσαντες χαλεπῶς κατὰ τὸν παρελθόντα χειμῶνα, ὀλίγον ἀνηνέγκαμεν νῦν, καὶ διαταραχθέντες πάλιν τῇ ἀνωμαλίᾳ τοῦ ἀέρος (καὶ γὰρ καὶ νῦν χειμὼν ἐνταῦθα ἀκμάζων), ὅμως προσ‐ δοκῶμεν τὰ λείψανα τῆς ἀῤῥωστίας ἀποθέσθαι, κα‐</w:t>
      </w:r>
    </w:p>
    <w:p>
      <w:r>
        <w:rPr>
          <w:rFonts w:ascii="Courier New" w:hAnsi="Courier New"/>
          <w:color w:val="555555"/>
          <w:sz w:val="20"/>
        </w:rPr>
        <w:t>[15]</w:t>
      </w:r>
    </w:p>
    <w:p>
      <w:r>
        <w:rPr>
          <w:rFonts w:ascii="Gentium Plus" w:hAnsi="Gentium Plus"/>
          <w:sz w:val="24"/>
        </w:rPr>
        <w:t>θαροῦ φανέντος τοῦ θέρους. Οὐδὲν γὰρ ἡμῶν τὸ σῶμα οὕτως λυμαίνεται, ὡς κρυμὸς, οὔτε ὀνίνησιν, ὡς θέ‐ ρος, καὶ ἡ τοῦ θάλπεσθαι παραμυθία.</w:t>
      </w:r>
    </w:p>
    <w:p>
      <w:pPr>
        <w:jc w:val="center"/>
      </w:pPr>
      <w:r>
        <w:rPr>
          <w:rFonts w:ascii="Gentium Plus" w:hAnsi="Gentium Plus"/>
          <w:b/>
          <w:sz w:val="24"/>
        </w:rPr>
        <w:t>ΡΜΑʹ. Θεοδότῳ ἀπὸ Κονσουλαρίων.</w:t>
      </w:r>
    </w:p>
    <w:p>
      <w:r>
        <w:rPr>
          <w:rFonts w:ascii="Courier New" w:hAnsi="Courier New"/>
          <w:color w:val="555555"/>
          <w:sz w:val="20"/>
        </w:rPr>
        <w:t>[19]</w:t>
      </w:r>
    </w:p>
    <w:p>
      <w:r>
        <w:rPr>
          <w:rFonts w:ascii="Gentium Plus" w:hAnsi="Gentium Plus"/>
          <w:sz w:val="24"/>
        </w:rPr>
        <w:t>Πολλά σοι τὰ ἀγαθὰ γένοιτο, ὅτι τὸν υἱὸν μετὰ</w:t>
      </w:r>
    </w:p>
    <w:p>
      <w:r>
        <w:rPr>
          <w:rFonts w:ascii="Courier New" w:hAnsi="Courier New"/>
          <w:color w:val="555555"/>
          <w:sz w:val="20"/>
        </w:rPr>
        <w:t>[20]</w:t>
      </w:r>
    </w:p>
    <w:p>
      <w:r>
        <w:rPr>
          <w:rFonts w:ascii="Gentium Plus" w:hAnsi="Gentium Plus"/>
          <w:sz w:val="24"/>
        </w:rPr>
        <w:t>τοσαύτης ὑπεδέξω τιμῆς. Τοῦτο γὰρ αὐτὸς ἡμῖν ἐδή‐ λωσε, καὶ οὐκ ἔκρυψεν, ὁμοῦ τε τὴν περὶ τὸν πατέρα εὐγνωμοσύνην ἐπιδεικνύμενος, καὶ ἡμᾶς πολλῆς ἐμ‐ πλῆσαι βουλόμενος ἡδονῆς. Ἐπεὶ καὶ ἡμετέραν διπλῆν ἡγούμεθα εἶναι τὴν τιμὴν, τῷ τε ἡμᾶς αὐτοὺς εὖ</w:t>
      </w:r>
    </w:p>
    <w:p>
      <w:r>
        <w:rPr>
          <w:rFonts w:ascii="Courier New" w:hAnsi="Courier New"/>
          <w:color w:val="555555"/>
          <w:sz w:val="20"/>
        </w:rPr>
        <w:t>[25]</w:t>
      </w:r>
    </w:p>
    <w:p>
      <w:r>
        <w:rPr>
          <w:rFonts w:ascii="Gentium Plus" w:hAnsi="Gentium Plus"/>
          <w:sz w:val="24"/>
        </w:rPr>
        <w:t>πεπονθέναι νομίζειν, ἅπερ ἂν ἐκεῖνος εὖ πάθῃ, τῷ τε καὶ ἀπὸ τῶν γραμμάτων τῶν ἡμετέρων πολλὴν αὐτῷ γενέσθαι τὴν προσθήκην ταυτησὶ τῆς εὐνοίας. Μένε δὴ, δέσποτά μου αἰδεσιμώτατε καὶ εὐγενέστα‐ τε, θεραπεύων τὸ καλὸν τοῦτο φυτόν. Τίς δὲ</w:t>
      </w:r>
    </w:p>
    <w:p>
      <w:r>
        <w:rPr>
          <w:rFonts w:ascii="Courier New" w:hAnsi="Courier New"/>
          <w:color w:val="555555"/>
          <w:sz w:val="20"/>
        </w:rPr>
        <w:t>[30]</w:t>
      </w:r>
    </w:p>
    <w:p>
      <w:r>
        <w:rPr>
          <w:rFonts w:ascii="Gentium Plus" w:hAnsi="Gentium Plus"/>
          <w:sz w:val="24"/>
        </w:rPr>
        <w:t>ἔσται τῆς θεραπείας ὁ τρόπος; Ἢν τὸν ἔρωτα τῆς καλλίστης ταύτης φιλοσοφίας, ἣν μέτεισι νῦν, τρέ‐ φῃς ἐν αὐτῷ διηνεκῶς, καὶ ἀκμάζειν παρασκευάζῃς· οὕτω γὰρ καὶ ταχεῖς ἡμῖν οἴσει τοὺς καρπούς. Αἱ γὰρ γενναῖαι ψυχαὶ οὐ μιμοῦνται τὴν βραδυτῆτα τουτωνὶ</w:t>
      </w:r>
    </w:p>
    <w:p>
      <w:r>
        <w:rPr>
          <w:rFonts w:ascii="Courier New" w:hAnsi="Courier New"/>
          <w:color w:val="555555"/>
          <w:sz w:val="20"/>
        </w:rPr>
        <w:t>[35]</w:t>
      </w:r>
    </w:p>
    <w:p>
      <w:r>
        <w:rPr>
          <w:rFonts w:ascii="Gentium Plus" w:hAnsi="Gentium Plus"/>
          <w:sz w:val="24"/>
        </w:rPr>
        <w:t>τῶν φυτῶν, τῶν τοῖς κόλποις τῆς γῆς παρακατατιθε‐ μένων, ἀλλ’ ὁμοῦ τε φυτεύονται ἐν τῇ καλλίστῃ τῆς ἀρετῆς ταύτης ἐπιθυμίᾳ, καὶ πρὸς αὐτὸν ἀνατείνον‐ ται τὸν οὐρανὸν, καὶ τοσαύτην ἐπιδείκνυνται τῶν καρπῶν τὴν φορὰν, ὡς ἅπαντα ἀποκρύπτειν πλοῦτον</w:t>
      </w:r>
    </w:p>
    <w:p>
      <w:r>
        <w:rPr>
          <w:rFonts w:ascii="Courier New" w:hAnsi="Courier New"/>
          <w:color w:val="555555"/>
          <w:sz w:val="20"/>
        </w:rPr>
        <w:t>[40]</w:t>
      </w:r>
    </w:p>
    <w:p>
      <w:r>
        <w:rPr>
          <w:rFonts w:ascii="Gentium Plus" w:hAnsi="Gentium Plus"/>
          <w:sz w:val="24"/>
        </w:rPr>
        <w:t>καὶ τῇ δαψιλείᾳ καὶ τῇ φύσει. Οὐ γὰρ τῷ παρόντι συγκαταλύονται βίῳ, ἀλλὰ πρὸς τὴν μέλλουσαν ἡμῖν συναποδημοῦσι ζωήν.</w:t>
      </w:r>
    </w:p>
    <w:p>
      <w:pPr>
        <w:jc w:val="center"/>
      </w:pPr>
      <w:r>
        <w:rPr>
          <w:rFonts w:ascii="Gentium Plus" w:hAnsi="Gentium Plus"/>
          <w:b/>
          <w:sz w:val="24"/>
        </w:rPr>
        <w:t>ΡΜΒʹ. Ἐλπιδίῳ ἐπισκόπῳ.</w:t>
      </w:r>
    </w:p>
    <w:p>
      <w:r>
        <w:rPr>
          <w:rFonts w:ascii="Courier New" w:hAnsi="Courier New"/>
          <w:color w:val="555555"/>
          <w:sz w:val="20"/>
        </w:rPr>
        <w:t>[44]</w:t>
      </w:r>
    </w:p>
    <w:p>
      <w:r>
        <w:rPr>
          <w:rFonts w:ascii="Gentium Plus" w:hAnsi="Gentium Plus"/>
          <w:sz w:val="24"/>
        </w:rPr>
        <w:t>Γλώττῃ μὲν ὀλιγάκις, γνώμῃ δὲ πολλάκις ἐπεστάλ‐</w:t>
      </w:r>
    </w:p>
    <w:p>
      <w:r>
        <w:rPr>
          <w:rFonts w:ascii="Courier New" w:hAnsi="Courier New"/>
          <w:color w:val="555555"/>
          <w:sz w:val="20"/>
        </w:rPr>
        <w:t>[45]</w:t>
      </w:r>
    </w:p>
    <w:p>
      <w:r>
        <w:rPr>
          <w:rFonts w:ascii="Gentium Plus" w:hAnsi="Gentium Plus"/>
          <w:sz w:val="24"/>
        </w:rPr>
        <w:t>καμέν σου τῇ θεοσεβείᾳ καὶ καθ’ ἑκάστην συγγινό‐ μεθα τὴν ἡμέραν, καὶ ταύτης οὐκ ἰσχύει τῆς συνου‐ σίας ἡμᾶς ἀποστερῆσαι οὐ χρόνου πλῆθος, οὐχ ὁδοῦ μῆκος, οὐ πραγμάτων περίστασις. Τοιαύτη γὰρ τῆς ἀγάπης ἡ φύσις· οὐδενὶ τούτων εἴκει, οὐδὲ παραχω‐</w:t>
      </w:r>
    </w:p>
    <w:p>
      <w:r>
        <w:rPr>
          <w:rFonts w:ascii="Courier New" w:hAnsi="Courier New"/>
          <w:color w:val="555555"/>
          <w:sz w:val="20"/>
        </w:rPr>
        <w:t>[52 . 696 (50)]</w:t>
      </w:r>
    </w:p>
    <w:p>
      <w:r>
        <w:rPr>
          <w:rFonts w:ascii="Gentium Plus" w:hAnsi="Gentium Plus"/>
          <w:sz w:val="24"/>
        </w:rPr>
        <w:t>ρεῖ, ἀλλ’ ἕστηκε πάντων ὑψηλοτέρα γινομένη. Μὴ τοίνυν τῷ τῶν ἐπιστολῶν ἀριθμῷ, δέσποτά μου τι‐ μιώτατε καὶ εὐλαβέστατε, μέτρει τὸ φίλτρον, ὃ περὶ τὴν σὴν ἔχομεν ἐμμέλειαν, ἀλλ’ εἰδὼς ἡμῶν τὴν γνώ‐ μην καὶ τὴν διάθεσιν, ἣν ἀεὶ περὶ τὴν εὐλάβειαν</w:t>
      </w:r>
    </w:p>
    <w:p>
      <w:r>
        <w:rPr>
          <w:rFonts w:ascii="Courier New" w:hAnsi="Courier New"/>
          <w:color w:val="555555"/>
          <w:sz w:val="20"/>
        </w:rPr>
        <w:t>[55]</w:t>
      </w:r>
    </w:p>
    <w:p>
      <w:r>
        <w:rPr>
          <w:rFonts w:ascii="Gentium Plus" w:hAnsi="Gentium Plus"/>
          <w:sz w:val="24"/>
        </w:rPr>
        <w:t>ἐπεδειξάμεθα τὴν σὴν, μηδὲν ἀπὸ τῆς μακρᾶς ταύ‐</w:t>
      </w:r>
    </w:p>
    <w:p>
      <w:r>
        <w:rPr>
          <w:rFonts w:ascii="Courier New" w:hAnsi="Courier New"/>
          <w:color w:val="555555"/>
          <w:sz w:val="20"/>
        </w:rPr>
        <w:t>[52 . 697]</w:t>
      </w:r>
    </w:p>
    <w:p>
      <w:r>
        <w:rPr>
          <w:rFonts w:ascii="Gentium Plus" w:hAnsi="Gentium Plus"/>
          <w:sz w:val="24"/>
        </w:rPr>
        <w:t>μενοι γράμματα παρὰ τῆς σῆς διαθέσεως, οὐδὲ ἐν‐ τεῦθεν ῥᾳθυμότερόν σε περὶ ἡμᾶς γεγενῆσθαι νομίζο‐ μεν, ἀλλ’ ἴσμεν σαφῶς καὶ πεπιστεύκαμεν, ὅτι μένεις ἀνθοῦσαν διατηρῶν τὴν περὶ ἡμᾶς διάθεσιν, οὐ μόνον</w:t>
      </w:r>
    </w:p>
    <w:p>
      <w:r>
        <w:rPr>
          <w:rFonts w:ascii="Courier New" w:hAnsi="Courier New"/>
          <w:color w:val="555555"/>
          <w:sz w:val="20"/>
        </w:rPr>
        <w:t>[5]</w:t>
      </w:r>
    </w:p>
    <w:p>
      <w:r>
        <w:rPr>
          <w:rFonts w:ascii="Gentium Plus" w:hAnsi="Gentium Plus"/>
          <w:sz w:val="24"/>
        </w:rPr>
        <w:t>οὐκ ἀναπίπτων ἐκ τῆς συνεχείας τῶν ἐπαγομένων δεινῶν, ἀλλὰ καὶ σφοδρότερος γινόμενος περὶ ἡμᾶς· καὶ τούτου σοι χάριν ἴσμεν πολλήν. Ἐπειδὴ δὲ εὖ οἶδ’ ὅτι καὶ τὰ ἡμέτερα βούλει μανθάνειν, ὑγείας ἀπο‐ λαύομεν καὶ ἀπραγμοσύνης πολλῆς, καὶ ἡσυχίας, καὶ</w:t>
      </w:r>
    </w:p>
    <w:p>
      <w:r>
        <w:rPr>
          <w:rFonts w:ascii="Courier New" w:hAnsi="Courier New"/>
          <w:color w:val="555555"/>
          <w:sz w:val="20"/>
        </w:rPr>
        <w:t>[10]</w:t>
      </w:r>
    </w:p>
    <w:p>
      <w:r>
        <w:rPr>
          <w:rFonts w:ascii="Gentium Plus" w:hAnsi="Gentium Plus"/>
          <w:sz w:val="24"/>
        </w:rPr>
        <w:t>ἐν ἀσφαλείᾳ διάγομεν, τῶν Ἰσαυρικῶν τέως ἀπηλ‐ λαγμένοι θορύβων. Τὸν γὰρ χειμῶνα λοιπὸν τῆς Ἀρ‐ μενίας φέρειν ἐμελέτησα, βλαπτόμενος μὲν ἠρέμα βλάβην, ὅσην εἰκὸς οὕτως ἀσθενεῖ σώματι κεχρημέ‐ νον· περιγενόμενος δὲ τῷ διηνεκῶς οἴκοι κατακε‐</w:t>
      </w:r>
    </w:p>
    <w:p>
      <w:r>
        <w:rPr>
          <w:rFonts w:ascii="Courier New" w:hAnsi="Courier New"/>
          <w:color w:val="555555"/>
          <w:sz w:val="20"/>
        </w:rPr>
        <w:t>[15]</w:t>
      </w:r>
    </w:p>
    <w:p>
      <w:r>
        <w:rPr>
          <w:rFonts w:ascii="Gentium Plus" w:hAnsi="Gentium Plus"/>
          <w:sz w:val="24"/>
        </w:rPr>
        <w:t>κλεῖσθαι, ὅταν ἀφόρητος ὁ κρυμὸς ᾖ, καὶ ὀλιγάκις τῶν προθύρων προκύπτειν. Ὡς τῶν γε ἄλλων ὡρῶν τοῦ ἔτους σφόδρα ἡδίστων ἀπολελαύκαμεν, ὡς δυνη‐ θῆναι εὐκόλως καὶ τὴν ἐκ τοῦ χειμῶνος ἐγγινομένην ἡμῖν διορθώσασθαι ἀῤῥωστίαν.</w:t>
      </w:r>
    </w:p>
    <w:p>
      <w:pPr>
        <w:jc w:val="center"/>
      </w:pPr>
      <w:r>
        <w:rPr>
          <w:rFonts w:ascii="Gentium Plus" w:hAnsi="Gentium Plus"/>
          <w:b/>
          <w:sz w:val="24"/>
        </w:rPr>
        <w:t>ΡΜΓʹ. Πολυβίῳ.</w:t>
      </w:r>
    </w:p>
    <w:p>
      <w:r>
        <w:rPr>
          <w:rFonts w:ascii="Courier New" w:hAnsi="Courier New"/>
          <w:color w:val="555555"/>
          <w:sz w:val="20"/>
        </w:rPr>
        <w:t>[21]</w:t>
      </w:r>
    </w:p>
    <w:p>
      <w:r>
        <w:rPr>
          <w:rFonts w:ascii="Gentium Plus" w:hAnsi="Gentium Plus"/>
          <w:sz w:val="24"/>
        </w:rPr>
        <w:t>Τοῦ μὲν ἐδάφους καὶ τῶν τοίχων τῆς πόλεως ἐκ‐ βεβλήμεθα, τῆς δὲ κυρίως πόλεως οὐ μετῳκίσθημεν. Εἰ γὰρ ὑμεῖς ἡ πόλις, μεθ’ ὑμῶν δὲ ἡμεῖς ἀεὶ καὶ ἐν ὑμῖν, εὔδηλον ὅτι καὶ ἐνταῦθα διάγοντες, τὴν πόλιν</w:t>
      </w:r>
    </w:p>
    <w:p>
      <w:r>
        <w:rPr>
          <w:rFonts w:ascii="Courier New" w:hAnsi="Courier New"/>
          <w:color w:val="555555"/>
          <w:sz w:val="20"/>
        </w:rPr>
        <w:t>[25]</w:t>
      </w:r>
    </w:p>
    <w:p>
      <w:r>
        <w:rPr>
          <w:rFonts w:ascii="Gentium Plus" w:hAnsi="Gentium Plus"/>
          <w:sz w:val="24"/>
        </w:rPr>
        <w:t>οἰκοῦμεν ἐκείνην· καὶ γὰρ ἐνδιαιτώμεθα ὑμῶν ταῖς ψυχαῖς, εὖ οἶδ’ ὅτι, καὶ ὅπουπερ ἂν ἀπίωμεν, καὶ πάντας ὑμᾶς τοὺς σφοδροὺς ἡμῶν ἐραστὰς ἐπὶ διανοίας περιφέροντες ἄπιμεν. Τοῦτο ἡμᾶς οὔτε τὴν ἐρημίαν τοῦ χωρίου τούτου (καὶ γὰρ πάσης τῆς οἰ‐</w:t>
      </w:r>
    </w:p>
    <w:p>
      <w:r>
        <w:rPr>
          <w:rFonts w:ascii="Courier New" w:hAnsi="Courier New"/>
          <w:color w:val="555555"/>
          <w:sz w:val="20"/>
        </w:rPr>
        <w:t>[30]</w:t>
      </w:r>
    </w:p>
    <w:p>
      <w:r>
        <w:rPr>
          <w:rFonts w:ascii="Gentium Plus" w:hAnsi="Gentium Plus"/>
          <w:sz w:val="24"/>
        </w:rPr>
        <w:t>κουμένης ἐστὶν ἐρημότατον), οὔτε τὴν πολιορκίαν τῶν λῃστῶν (καὶ γὰρ καθ’ ἑκάστην πολιορκεῖται τὴν ἡμέραν), οὐ τὸν ἐντεῦθεν τικτόμενον λιμὸν ἀφίησιν ὁρᾷν· ἐπειδὴ τὸ μὲν σῶμα ἡμῖν ἐνταῦθα ἵδρυται, ἡ δὲ ψυχὴ παρ’ ὑμῖν διηνεκῶς. Ἀλλ’ ἐπειδὴ τοῖς οὕτω</w:t>
      </w:r>
    </w:p>
    <w:p>
      <w:r>
        <w:rPr>
          <w:rFonts w:ascii="Courier New" w:hAnsi="Courier New"/>
          <w:color w:val="555555"/>
          <w:sz w:val="20"/>
        </w:rPr>
        <w:t>[35]</w:t>
      </w:r>
    </w:p>
    <w:p>
      <w:r>
        <w:rPr>
          <w:rFonts w:ascii="Gentium Plus" w:hAnsi="Gentium Plus"/>
          <w:sz w:val="24"/>
        </w:rPr>
        <w:t>διακειμένοις ποθεινὴ σφόδρα καὶ περισπούδαστος καὶ ἡ σωματικὴ παρουσία, καὶ λυπεῖ μὴ γινομένη, τοῦτο δὲ τέως γενέσθαι οὐκ ἔνι, ἔνι δὲ αὐτῇ φάρμακον μέ‐ γιστον ἡ διὰ τῶν γραμμάτων συνουσία, πάρεχε ταύ‐ την ἡμῖν μετὰ δαψιλείας πολλῆς, καὶ ταύτης ἀπηλ‐</w:t>
      </w:r>
    </w:p>
    <w:p>
      <w:r>
        <w:rPr>
          <w:rFonts w:ascii="Courier New" w:hAnsi="Courier New"/>
          <w:color w:val="555555"/>
          <w:sz w:val="20"/>
        </w:rPr>
        <w:t>[40]</w:t>
      </w:r>
    </w:p>
    <w:p>
      <w:r>
        <w:rPr>
          <w:rFonts w:ascii="Gentium Plus" w:hAnsi="Gentium Plus"/>
          <w:sz w:val="24"/>
        </w:rPr>
        <w:t>λάγμεθα τῆς ἀθυμίας. Ἱκανὸς γὰρ σὺ, δέσποτά μου θαυμασιώτατε, καὶ διὰ γραμμάτων σοφίζεσθαι παρ‐ ουσίας ἡδονήν.</w:t>
      </w:r>
    </w:p>
    <w:p>
      <w:pPr>
        <w:jc w:val="center"/>
      </w:pPr>
      <w:r>
        <w:rPr>
          <w:rFonts w:ascii="Gentium Plus" w:hAnsi="Gentium Plus"/>
          <w:b/>
          <w:sz w:val="24"/>
        </w:rPr>
        <w:t>ΡΜΔʹ. Διογένει.</w:t>
      </w:r>
    </w:p>
    <w:p>
      <w:r>
        <w:rPr>
          <w:rFonts w:ascii="Courier New" w:hAnsi="Courier New"/>
          <w:color w:val="555555"/>
          <w:sz w:val="20"/>
        </w:rPr>
        <w:t>[44]</w:t>
      </w:r>
    </w:p>
    <w:p>
      <w:r>
        <w:rPr>
          <w:rFonts w:ascii="Gentium Plus" w:hAnsi="Gentium Plus"/>
          <w:sz w:val="24"/>
        </w:rPr>
        <w:t>Ἔρημον μὲν ἡ Κουκουσὸς χωρίον, καὶ ἄλλως εἰς</w:t>
      </w:r>
    </w:p>
    <w:p>
      <w:r>
        <w:rPr>
          <w:rFonts w:ascii="Courier New" w:hAnsi="Courier New"/>
          <w:color w:val="555555"/>
          <w:sz w:val="20"/>
        </w:rPr>
        <w:t>[45]</w:t>
      </w:r>
    </w:p>
    <w:p>
      <w:r>
        <w:rPr>
          <w:rFonts w:ascii="Gentium Plus" w:hAnsi="Gentium Plus"/>
          <w:sz w:val="24"/>
        </w:rPr>
        <w:t>οἴκησιν σφαλερὸν, διηνεκεῖ φόβῳ τῶν λῃστῶν πολιορ‐ κούμενον· σὺ δὲ αὐτὴν καὶ ἀπὼν παράδεισον εἶναι πεποίηκας. Ὅταν γάρ σου τὸν ζῆλον ἀκούσωμεν τὸν πολὺν, τὴν ἀγάπην τὴν περὶ ἡμᾶς, τὴν γνησίαν καὶ θερμὴν (οὐδὲν γὰρ ἡμᾶς λανθάνει καὶ ἐκ τοσούτου</w:t>
      </w:r>
    </w:p>
    <w:p>
      <w:r>
        <w:rPr>
          <w:rFonts w:ascii="Courier New" w:hAnsi="Courier New"/>
          <w:color w:val="555555"/>
          <w:sz w:val="20"/>
        </w:rPr>
        <w:t>[52 . 697 (50)]</w:t>
      </w:r>
    </w:p>
    <w:p>
      <w:r>
        <w:rPr>
          <w:rFonts w:ascii="Gentium Plus" w:hAnsi="Gentium Plus"/>
          <w:sz w:val="24"/>
        </w:rPr>
        <w:t>καθημένους διαστήματος), ὡς θησαυρὸν μέγιστον ἔχοντες, καὶ πλοῦτον ἄφατον, τὴν διάθεσίν σου τῆς ἐμμελείας, καὶ ἐν ἀσφαλεστάτῃ πόλει διατρίβειν ἡγούμεθα, ὑπὸ τῆς τοσαύτης εὐφροσύνης πτερούμε‐</w:t>
      </w:r>
    </w:p>
    <w:p>
      <w:r>
        <w:rPr>
          <w:rFonts w:ascii="Courier New" w:hAnsi="Courier New"/>
          <w:color w:val="555555"/>
          <w:sz w:val="20"/>
        </w:rPr>
        <w:t>[52 . 698]</w:t>
      </w:r>
    </w:p>
    <w:p>
      <w:r>
        <w:rPr>
          <w:rFonts w:ascii="Gentium Plus" w:hAnsi="Gentium Plus"/>
          <w:sz w:val="24"/>
        </w:rPr>
        <w:t>Ἵν’ οὖν καὶ ἑτέρα προσθήκη γένηται ἡμῖν ἡδονῆς, παρακαλῶ, καὶ γράμματα ἡμῖν χαρίζου, τὰ περὶ τῆς ὑγιείας δηλοῦντα τῆς σῆς. Εἰ γὰρ καὶ ἐργῶδες τοῦτο, διὰ τὸ τῆς ὁδοῦ μῆκος, καὶ τὸ σφόδρα ἀπῳκίσθαι τῆς</w:t>
      </w:r>
    </w:p>
    <w:p>
      <w:r>
        <w:rPr>
          <w:rFonts w:ascii="Courier New" w:hAnsi="Courier New"/>
          <w:color w:val="555555"/>
          <w:sz w:val="20"/>
        </w:rPr>
        <w:t>[5]</w:t>
      </w:r>
    </w:p>
    <w:p>
      <w:r>
        <w:rPr>
          <w:rFonts w:ascii="Gentium Plus" w:hAnsi="Gentium Plus"/>
          <w:sz w:val="24"/>
        </w:rPr>
        <w:t>δημοσίας τουτὶ τὸ χωρίον ὁδοῦ, ἀλλὰ τῷ οὕτως φι‐ λοῦντι, ὡς αὐτὸς οἶσθα φιλεῖν, καὶ τὰ δύσκολα εὔκολα γίνονται. Ἐννοήσας τοίνυν ἡλίκην ἡμῖν χαριῇ χάριν τῇ πυκνότητι τῶν τοιούτων γραμμάτων, πάρεχε καὶ ταύτην ἡμῖν τὴν εὐφροσύνην· καὶ γὰρ σφόδρα ἀλ‐</w:t>
      </w:r>
    </w:p>
    <w:p>
      <w:r>
        <w:rPr>
          <w:rFonts w:ascii="Courier New" w:hAnsi="Courier New"/>
          <w:color w:val="555555"/>
          <w:sz w:val="20"/>
        </w:rPr>
        <w:t>[10]</w:t>
      </w:r>
    </w:p>
    <w:p>
      <w:r>
        <w:rPr>
          <w:rFonts w:ascii="Gentium Plus" w:hAnsi="Gentium Plus"/>
          <w:sz w:val="24"/>
        </w:rPr>
        <w:t>γοῦμεν, ὅτι δεύτερον ἐπεσταλκότες ἤδη, οὐδὲ ἅπαξ ἐδεξάμεθα γράμματα τῆς σῆς ἐμμελείας.</w:t>
      </w:r>
    </w:p>
    <w:p>
      <w:pPr>
        <w:jc w:val="center"/>
      </w:pPr>
      <w:r>
        <w:rPr>
          <w:rFonts w:ascii="Gentium Plus" w:hAnsi="Gentium Plus"/>
          <w:b/>
          <w:sz w:val="24"/>
        </w:rPr>
        <w:t>ΡΜΕʹ. Νικολάῳ πρεσβυτέρῳ.</w:t>
      </w:r>
    </w:p>
    <w:p>
      <w:r>
        <w:rPr>
          <w:rFonts w:ascii="Courier New" w:hAnsi="Courier New"/>
          <w:color w:val="555555"/>
          <w:sz w:val="20"/>
        </w:rPr>
        <w:t>[13]</w:t>
      </w:r>
    </w:p>
    <w:p>
      <w:r>
        <w:rPr>
          <w:rFonts w:ascii="Gentium Plus" w:hAnsi="Gentium Plus"/>
          <w:sz w:val="24"/>
        </w:rPr>
        <w:t>Ἐβουλόμην καὶ αὐτὸς, καὶ σφόδρα ἐπεθύμουν ἰδεῖν σου τὴν ἐμμέλειαν, καὶ περιπτύξασθαι· καὶ</w:t>
      </w:r>
    </w:p>
    <w:p>
      <w:r>
        <w:rPr>
          <w:rFonts w:ascii="Courier New" w:hAnsi="Courier New"/>
          <w:color w:val="555555"/>
          <w:sz w:val="20"/>
        </w:rPr>
        <w:t>[15]</w:t>
      </w:r>
    </w:p>
    <w:p>
      <w:r>
        <w:rPr>
          <w:rFonts w:ascii="Gentium Plus" w:hAnsi="Gentium Plus"/>
          <w:sz w:val="24"/>
        </w:rPr>
        <w:t>τοῦτο οἶσθα καὶ πρὸ τῶν ἡμετέρων γραμμάτων. Φιλεῖν γὰρ εἰδὼς γνησίως καὶ τοὺς γνησίως φιλοῦντας διαγινώσκειν ἐπίστασαι. Ἀλλ’ ἐπειδὴ τοῦτο οὐκ ἔνι, ὅπερ ἔνι ποιῶ, τέως γράφω, προσαγορεύω, γράμματα ἀπαιτῶ, τὰ περὶ τῆς ὑγείας τῆς σῆς ὑμῖν πυκνότε‐</w:t>
      </w:r>
    </w:p>
    <w:p>
      <w:r>
        <w:rPr>
          <w:rFonts w:ascii="Courier New" w:hAnsi="Courier New"/>
          <w:color w:val="555555"/>
          <w:sz w:val="20"/>
        </w:rPr>
        <w:t>[20]</w:t>
      </w:r>
    </w:p>
    <w:p>
      <w:r>
        <w:rPr>
          <w:rFonts w:ascii="Gentium Plus" w:hAnsi="Gentium Plus"/>
          <w:sz w:val="24"/>
        </w:rPr>
        <w:t>ρον δηλοῦντα. Χαρίζου δὴ ταύτην ἡμῖν τὴν χάριν. Εἰ γὰρ καὶ μὴ δεῖ σοι παρακλήσεως εἰς τοῦτο, οὐ παυ‐ σόμεθά σε ἀναμιμνήσκοντες ὑπὲρ τούτου. Οὐ γὰρ μικρὰ παράκλησις ἡμῖν καὶ παραμυθία καὶ τῆς ἐρημίας καὶ τῶν φόβων τῶν καθημερινῶν, τῶν</w:t>
      </w:r>
    </w:p>
    <w:p>
      <w:r>
        <w:rPr>
          <w:rFonts w:ascii="Courier New" w:hAnsi="Courier New"/>
          <w:color w:val="555555"/>
          <w:sz w:val="20"/>
        </w:rPr>
        <w:t>[25]</w:t>
      </w:r>
    </w:p>
    <w:p>
      <w:r>
        <w:rPr>
          <w:rFonts w:ascii="Gentium Plus" w:hAnsi="Gentium Plus"/>
          <w:sz w:val="24"/>
        </w:rPr>
        <w:t>ἀπὸ τῆς ἐφόδου γινομένων τῆς λῃστρικῆς, καὶ τῆς τοῦ σώματος ἀῤῥωστίας, καὶ τῶν ἄλλων περιστά‐ σεων, τὸ μανθάνειν περὶ τῶν ἀγαπώντων ἡμᾶς ὑμῶν, ὅτι τε ἔῤῥωσθε, καὶ ὑγιαίνετε, καὶ κατὰ ῥοῦν ὑμῖν ἅπαντα φέρεται, κἂν μυρίους ἡμῖν λέγῃς χειμῶνας.</w:t>
      </w:r>
    </w:p>
    <w:p>
      <w:r>
        <w:rPr>
          <w:rFonts w:ascii="Courier New" w:hAnsi="Courier New"/>
          <w:color w:val="555555"/>
          <w:sz w:val="20"/>
        </w:rPr>
        <w:t>[30]</w:t>
      </w:r>
    </w:p>
    <w:p>
      <w:r>
        <w:rPr>
          <w:rFonts w:ascii="Gentium Plus" w:hAnsi="Gentium Plus"/>
          <w:sz w:val="24"/>
        </w:rPr>
        <w:t>Πῶς καὶ τίνι τρόπῳ; Ὅτι ἔνι τὸν γενναῖον, καὶ ἐγρηγορότα, καὶ νήφοντα καὶ ἐν ταραττομένῳ πρα‐ γμάτων πελάγει ἐξουρίας πλεῖν, ὥσπερ καὶ τὸν χαῦνον καὶ ἀναπεπτωκότα καὶ κείμενον ὕπτιον, καὶ ἐν γαλήνῃ διαταράττεσθαι καὶ θορυβεῖσθαι.</w:t>
      </w:r>
    </w:p>
    <w:p>
      <w:pPr>
        <w:jc w:val="center"/>
      </w:pPr>
      <w:r>
        <w:rPr>
          <w:rFonts w:ascii="Gentium Plus" w:hAnsi="Gentium Plus"/>
          <w:b/>
          <w:sz w:val="24"/>
        </w:rPr>
        <w:t>ΡΜϛʹ. Θεοδότῳ, Νικολάῳ, Χαιρέᾳ, πρεσβυτέροις</w:t>
      </w:r>
    </w:p>
    <w:p>
      <w:pPr>
        <w:jc w:val="center"/>
      </w:pPr>
      <w:r>
        <w:rPr>
          <w:rFonts w:ascii="Gentium Plus" w:hAnsi="Gentium Plus"/>
          <w:b/>
          <w:sz w:val="24"/>
        </w:rPr>
        <w:t>καὶ μονάζουσι.</w:t>
      </w:r>
    </w:p>
    <w:p>
      <w:r>
        <w:rPr>
          <w:rFonts w:ascii="Courier New" w:hAnsi="Courier New"/>
          <w:color w:val="555555"/>
          <w:sz w:val="20"/>
        </w:rPr>
        <w:t>[37]</w:t>
      </w:r>
    </w:p>
    <w:p>
      <w:r>
        <w:rPr>
          <w:rFonts w:ascii="Gentium Plus" w:hAnsi="Gentium Plus"/>
          <w:sz w:val="24"/>
        </w:rPr>
        <w:t>Ὑμεῖς μὲν τῶν Ἰσαύρων αἰτιᾶσθε τὴν καταδρο‐ μὴν τῆς ἀπουσίας τῆς ὑμετέρας· ἐγὼ δὲ ὑμᾶς καὶ παρεῖναί φημι, καὶ σὺν ἡμῖν εἶναι, καὶ οὐδὲν οὐδὲ</w:t>
      </w:r>
    </w:p>
    <w:p>
      <w:r>
        <w:rPr>
          <w:rFonts w:ascii="Courier New" w:hAnsi="Courier New"/>
          <w:color w:val="555555"/>
          <w:sz w:val="20"/>
        </w:rPr>
        <w:t>[40]</w:t>
      </w:r>
    </w:p>
    <w:p>
      <w:r>
        <w:rPr>
          <w:rFonts w:ascii="Gentium Plus" w:hAnsi="Gentium Plus"/>
          <w:sz w:val="24"/>
        </w:rPr>
        <w:t>ἐντεῦθεν γενέσθαι κώλυμα πρὸς τὴν ἄφιξιν ὑμῶν. Τοιαῦτα γὰρ τῆς ἀγάπης τὰ πτερά· ἀθρόον καὶ μετὰ πολλῆς τῆς εὐκολίας πανταχοῦ παραγίνεται, κἂν μυρία τὰ κωλύματα ᾖ. Εἰ δὲ τῆς σωματικῆς ὑμῶν ἀπεστερήμεθα παρουσίας, μὴ διαλίπητε εὐχόμενοι,</w:t>
      </w:r>
    </w:p>
    <w:p>
      <w:r>
        <w:rPr>
          <w:rFonts w:ascii="Courier New" w:hAnsi="Courier New"/>
          <w:color w:val="555555"/>
          <w:sz w:val="20"/>
        </w:rPr>
        <w:t>[45]</w:t>
      </w:r>
    </w:p>
    <w:p>
      <w:r>
        <w:rPr>
          <w:rFonts w:ascii="Gentium Plus" w:hAnsi="Gentium Plus"/>
          <w:sz w:val="24"/>
        </w:rPr>
        <w:t>καὶ δώσει ταῦτα ὁ φιλάνθρωπος Θεός. Ἐπεὶ καὶ αὐτὸς διηνεκῶς ὑμᾶς ἐν διανοίᾳ περιφέρων, οὐχ ὡς ἔτυχε καὶ τῆς κατ’ ὄψιν ἐρῶ συντυχίας, καὶ εὖ οἶδ’ ὅτι καὶ αὐτὴ ἔσται, μετὰ ἐκτενείας ὑμῶν παρακα‐ λούντων τὸν δυνάμενον πάντα λῦσαι χειμῶνα, καὶ</w:t>
      </w:r>
    </w:p>
    <w:p>
      <w:r>
        <w:rPr>
          <w:rFonts w:ascii="Courier New" w:hAnsi="Courier New"/>
          <w:color w:val="555555"/>
          <w:sz w:val="20"/>
        </w:rPr>
        <w:t>[52 . 698 (50)]</w:t>
      </w:r>
    </w:p>
    <w:p>
      <w:r>
        <w:rPr>
          <w:rFonts w:ascii="Gentium Plus" w:hAnsi="Gentium Plus"/>
          <w:sz w:val="24"/>
        </w:rPr>
        <w:t>εἰς γαλήνην λευκὴν ἅπαντα ἀγαγεῖν. Ἵνα δὲ καὶ τὰ ἡμέτερα μαθόντες εὐφραίνησθε, πολλῆς ἀπολαύομεν ἡσυχίας καὶ ἀπραγμοσύνης, τὸ σῶμα ἡμῖν, καίτοι πολλῶν ὄντων τῶν λυμαινομένων αὐτοῦ τὴν ὑγείαν· καὶ γὰρ ἰατρῶν σπάνις, καὶ ἀναγκαίων ἀπορία (οὐ‐</w:t>
      </w:r>
    </w:p>
    <w:p>
      <w:r>
        <w:rPr>
          <w:rFonts w:ascii="Courier New" w:hAnsi="Courier New"/>
          <w:color w:val="555555"/>
          <w:sz w:val="20"/>
        </w:rPr>
        <w:t>[55]</w:t>
      </w:r>
    </w:p>
    <w:p>
      <w:r>
        <w:rPr>
          <w:rFonts w:ascii="Gentium Plus" w:hAnsi="Gentium Plus"/>
          <w:sz w:val="24"/>
        </w:rPr>
        <w:t>δὲν γάρ ἐστιν ὤνιον ἐνταῦθα, οὐ φαρμάκων εὐπορία),</w:t>
      </w:r>
    </w:p>
    <w:p>
      <w:r>
        <w:rPr>
          <w:rFonts w:ascii="Courier New" w:hAnsi="Courier New"/>
          <w:color w:val="555555"/>
          <w:sz w:val="20"/>
        </w:rPr>
        <w:t>[52 . 699]</w:t>
      </w:r>
    </w:p>
    <w:p>
      <w:r>
        <w:rPr>
          <w:rFonts w:ascii="Gentium Plus" w:hAnsi="Gentium Plus"/>
          <w:sz w:val="24"/>
        </w:rPr>
        <w:t>καὶ ἀέρος δυσκρασία (τοῦ κρυμοῦ γὰρ οὐκ ἔλαττον ἡμᾶς τὸ θέρος λυπεῖ, ἀπεναντίας τοῦ κρυμοῦ μιμού‐ μενον τὴν σφοδρότητα), καὶ πολιορκία χαλεπὴ καὶ διηνεκὴς, καὶ συνεχεῖς καὶ ἐπάλληλοι φόβοι τῶν</w:t>
      </w:r>
    </w:p>
    <w:p>
      <w:r>
        <w:rPr>
          <w:rFonts w:ascii="Courier New" w:hAnsi="Courier New"/>
          <w:color w:val="555555"/>
          <w:sz w:val="20"/>
        </w:rPr>
        <w:t>[5]</w:t>
      </w:r>
    </w:p>
    <w:p>
      <w:r>
        <w:rPr>
          <w:rFonts w:ascii="Gentium Plus" w:hAnsi="Gentium Plus"/>
          <w:sz w:val="24"/>
        </w:rPr>
        <w:t>Ἰσαυρικῶν ἐφόδων· τούτων τοίνυν καὶ ἑτέρων πλειό‐ νων ὄντων τῶν διαφθειρόντων τὴν ῥῶσιν ἡμῖν, τέως τοῦ μὲν κινδύνου τοῦ χαλεποῦ, καὶ τῆς τοιαύτης ἀπηλ‐ λάγμεθα ἀῤῥωστίας, ὑγιαίνομεν δέ τινα ὑγείαν σύμ‐ μετρον. Μὴ δὴ διαλίπητε καὶ αὐτοὶ συνεχῶς ἡμῖν</w:t>
      </w:r>
    </w:p>
    <w:p>
      <w:r>
        <w:rPr>
          <w:rFonts w:ascii="Courier New" w:hAnsi="Courier New"/>
          <w:color w:val="555555"/>
          <w:sz w:val="20"/>
        </w:rPr>
        <w:t>[10]</w:t>
      </w:r>
    </w:p>
    <w:p>
      <w:r>
        <w:rPr>
          <w:rFonts w:ascii="Gentium Plus" w:hAnsi="Gentium Plus"/>
          <w:sz w:val="24"/>
        </w:rPr>
        <w:t>ἐπιστέλλοντες, καὶ τὰ περὶ τῆς ὑγείας τῆς ὑμετέρας εὐαγγελιζόμενοι. Καὶ γὰρ παράκλησιν μεγίστην, καὶ παραμυθίαν, καὶ θησαυρὸν πολλῶν γέμοντα ἀγαθῶν, τὴν ὑμετέραν ἀγάπην εἶναι νομίζομεν· καὶ ὅταν τὴν διάθεσιν ὑμῶν τὴν γνησίαν, καὶ τὸ ἀπερίτρεπτον τῆς</w:t>
      </w:r>
    </w:p>
    <w:p>
      <w:r>
        <w:rPr>
          <w:rFonts w:ascii="Courier New" w:hAnsi="Courier New"/>
          <w:color w:val="555555"/>
          <w:sz w:val="20"/>
        </w:rPr>
        <w:t>[15]</w:t>
      </w:r>
    </w:p>
    <w:p>
      <w:r>
        <w:rPr>
          <w:rFonts w:ascii="Gentium Plus" w:hAnsi="Gentium Plus"/>
          <w:sz w:val="24"/>
        </w:rPr>
        <w:t>γνώμης, καὶ τὴν ἀκλινῆ καὶ στεῤῥὰν ὑμῶν ἐννοήσω‐ μεν ἀγάπην (ἀεὶ δὲ αὐτὴν ἐννοοῦντες οὐ παυόμεθα), ὥσπερ εἴς τινα λιμένα εὐρὺν καὶ ἀκύ‐ μαντον ἀπὸ τῶν πολλῶν καταπλέομεν θλίψεων.</w:t>
      </w:r>
    </w:p>
    <w:p>
      <w:pPr>
        <w:jc w:val="center"/>
      </w:pPr>
      <w:r>
        <w:rPr>
          <w:rFonts w:ascii="Gentium Plus" w:hAnsi="Gentium Plus"/>
          <w:b/>
          <w:sz w:val="24"/>
        </w:rPr>
        <w:t>ΡΜΖʹ. Ἀνθεμίῳ.</w:t>
      </w:r>
    </w:p>
    <w:p>
      <w:r>
        <w:rPr>
          <w:rFonts w:ascii="Courier New" w:hAnsi="Courier New"/>
          <w:color w:val="555555"/>
          <w:sz w:val="20"/>
        </w:rPr>
        <w:t>[20]</w:t>
      </w:r>
    </w:p>
    <w:p>
      <w:r>
        <w:rPr>
          <w:rFonts w:ascii="Gentium Plus" w:hAnsi="Gentium Plus"/>
          <w:sz w:val="24"/>
        </w:rPr>
        <w:t>Ἄλλοι μέν σου τῇ θαυμασιότητι καὶ τῆς ὑπατείας καὶ τῆς ἐπαρχότητος συνήδονται· ἐγὼ δὲ αὐταῖς ταῖς ἀρχαῖς τῆς σῆς ἕνεκεν μεγαλοπρεπείας. Οὐ γὰρ σὲ κατεκόσμησαν, ἀλλ’ ἐκοσμήθησαν παρὰ σοῦ. Ἐπειδὴ καὶ τοιοῦτον ἡ ἀρετή· οὐκ ἔξωθεν δανείζεται</w:t>
      </w:r>
    </w:p>
    <w:p>
      <w:r>
        <w:rPr>
          <w:rFonts w:ascii="Courier New" w:hAnsi="Courier New"/>
          <w:color w:val="555555"/>
          <w:sz w:val="20"/>
        </w:rPr>
        <w:t>[25]</w:t>
      </w:r>
    </w:p>
    <w:p>
      <w:r>
        <w:rPr>
          <w:rFonts w:ascii="Gentium Plus" w:hAnsi="Gentium Plus"/>
          <w:sz w:val="24"/>
        </w:rPr>
        <w:t>τὰς τιμὰς, ἀλλ’ αὐτὴ ἐν ἑαυτῇ περιφέρει ταύτας, τιμὴν τοῖς ἀξιώμασι τούτοις παρέχουσα, οὐκ αὐτὴ παρ’ ἐκείνων λαμβάνουσα. Διὰ δὴ τοῦτο οὐδὲ προσ‐ εθήκαμεν τῷ φίλτρῳ νῦν τῷ περὶ σέ. Οὐδὲν γάρ σοι προσγέγονε πλέον· οὐδὲ τὸν ὕπαρχον καὶ ὕπατον</w:t>
      </w:r>
    </w:p>
    <w:p>
      <w:r>
        <w:rPr>
          <w:rFonts w:ascii="Courier New" w:hAnsi="Courier New"/>
          <w:color w:val="555555"/>
          <w:sz w:val="20"/>
        </w:rPr>
        <w:t>[30]</w:t>
      </w:r>
    </w:p>
    <w:p>
      <w:r>
        <w:rPr>
          <w:rFonts w:ascii="Gentium Plus" w:hAnsi="Gentium Plus"/>
          <w:sz w:val="24"/>
        </w:rPr>
        <w:t>ἡμεῖς φιλοῦμεν, ἀλλὰ τὸν δεσπότην μου τὸν ἡμερώ‐ τατον Ἀνθέμιον, τὸν πολλῆς μὲν συνέσεως, πολλῆς δὲ γέμοντα φιλοσοφίας. Διό σε καὶ μακαρίζομεν, οὐκ ἐπειδὴ πρὸς τὸν θρόνον ἀνέβης τοῦτον, ἀλλ’ ἐπειδὴ δαψιλεστέραν ἔλαβες ὕλην, εἰς τὸ τὴν σύνεσίν σου</w:t>
      </w:r>
    </w:p>
    <w:p>
      <w:r>
        <w:rPr>
          <w:rFonts w:ascii="Courier New" w:hAnsi="Courier New"/>
          <w:color w:val="555555"/>
          <w:sz w:val="20"/>
        </w:rPr>
        <w:t>[35]</w:t>
      </w:r>
    </w:p>
    <w:p>
      <w:r>
        <w:rPr>
          <w:rFonts w:ascii="Gentium Plus" w:hAnsi="Gentium Plus"/>
          <w:sz w:val="24"/>
        </w:rPr>
        <w:t>καὶ τὴν φιλανθρωπίαν ἐπιδείξασθαι. Καὶ τοῖς ἀδι‐ κουμένοις πᾶσι συνηδόμεθα, τὸν πλατύν σου λιμένα τῆς ψυχῆς ὁρῶντες, μυρία δυνάμενον λῦσαι ναυάγια, καὶ τοὺς εἰς ἔσχατον κλυδωνίου κατενεχθέντας παρα‐ σκευάσαι ἐξουρίας πλεῖν. Διὰ ταῦτα σκιρτῶμεν, διὰ</w:t>
      </w:r>
    </w:p>
    <w:p>
      <w:r>
        <w:rPr>
          <w:rFonts w:ascii="Courier New" w:hAnsi="Courier New"/>
          <w:color w:val="555555"/>
          <w:sz w:val="20"/>
        </w:rPr>
        <w:t>[40]</w:t>
      </w:r>
    </w:p>
    <w:p>
      <w:r>
        <w:rPr>
          <w:rFonts w:ascii="Gentium Plus" w:hAnsi="Gentium Plus"/>
          <w:sz w:val="24"/>
        </w:rPr>
        <w:t>ταῦτα χαίρομεν, τὴν σὴν ἀρχὴν κοινὴν ἑορτὴν τῶν ἐπηρεαζομένων εἶναι νομίζοντες. Ἧς καὶ αὐτοὶ νῦν ἀπολαύομεν, οἰκείαν ἡδονὴν εἶναι τιθέμενοι τῶν σῶν κατορθωμάτων τὸ μέγεθος.</w:t>
      </w:r>
    </w:p>
    <w:p>
      <w:pPr>
        <w:jc w:val="center"/>
      </w:pPr>
      <w:r>
        <w:rPr>
          <w:rFonts w:ascii="Gentium Plus" w:hAnsi="Gentium Plus"/>
          <w:b/>
          <w:sz w:val="24"/>
        </w:rPr>
        <w:t>ΡΜΗʹ. Κυριακῷ, Δημητρίῳ, Παλλαδίῳ, Εὐλυσίῳ,</w:t>
      </w:r>
    </w:p>
    <w:p>
      <w:pPr>
        <w:jc w:val="center"/>
      </w:pPr>
      <w:r>
        <w:rPr>
          <w:rFonts w:ascii="Gentium Plus" w:hAnsi="Gentium Plus"/>
          <w:b/>
          <w:sz w:val="24"/>
        </w:rPr>
        <w:t>ἐπισκόποις.</w:t>
      </w:r>
    </w:p>
    <w:p>
      <w:r>
        <w:rPr>
          <w:rFonts w:ascii="Courier New" w:hAnsi="Courier New"/>
          <w:color w:val="555555"/>
          <w:sz w:val="20"/>
        </w:rPr>
        <w:t>[46]</w:t>
      </w:r>
    </w:p>
    <w:p>
      <w:r>
        <w:rPr>
          <w:rFonts w:ascii="Gentium Plus" w:hAnsi="Gentium Plus"/>
          <w:sz w:val="24"/>
        </w:rPr>
        <w:t>Μακάριοι καὶ τρισμακάριοι, καὶ πολλάκις τοῦτο ὑμεῖς τῶν καλῶν τούτων ἱδρώτων καὶ ἀγώνων, τῶν μόχθων, καὶ πόνων, καὶ τῶν κινδύνων, οὓς ὑπὲρ τῶν Ἐκκλησιῶν τῶν κατὰ τὴν οἰκουμένην κειμένων ὑπο‐</w:t>
      </w:r>
    </w:p>
    <w:p>
      <w:r>
        <w:rPr>
          <w:rFonts w:ascii="Courier New" w:hAnsi="Courier New"/>
          <w:color w:val="555555"/>
          <w:sz w:val="20"/>
        </w:rPr>
        <w:t>[52 . 699 (50)]</w:t>
      </w:r>
    </w:p>
    <w:p>
      <w:r>
        <w:rPr>
          <w:rFonts w:ascii="Gentium Plus" w:hAnsi="Gentium Plus"/>
          <w:sz w:val="24"/>
        </w:rPr>
        <w:t>μεμενήκατε, λαμπροὶ μὲν ἐν γῇ, λαμπροὶ δὲ ἐν οὐρα‐</w:t>
      </w:r>
    </w:p>
    <w:p>
      <w:r>
        <w:rPr>
          <w:rFonts w:ascii="Courier New" w:hAnsi="Courier New"/>
          <w:color w:val="555555"/>
          <w:sz w:val="20"/>
        </w:rPr>
        <w:t>[52 . 700]</w:t>
      </w:r>
    </w:p>
    <w:p>
      <w:r>
        <w:rPr>
          <w:rFonts w:ascii="Gentium Plus" w:hAnsi="Gentium Plus"/>
          <w:sz w:val="24"/>
        </w:rPr>
        <w:t>νοῖς διὰ τούτων γενόμενοι. Καὶ γὰρ ἄνθρωποι πάντες οἱ νοῦν ἔχοντες ἀνακηρύττουσιν ὑμᾶς, καὶ στεφανοῦ‐ σιν, ἐκπληττόμενοι τὴν εὐτονίαν ὑμῶν, τὴν ἀνδρείαν, τὴν καρτερίαν, τὴν προσεδρείαν. Ὅ τε φιλάνθρωπος</w:t>
      </w:r>
    </w:p>
    <w:p>
      <w:r>
        <w:rPr>
          <w:rFonts w:ascii="Courier New" w:hAnsi="Courier New"/>
          <w:color w:val="555555"/>
          <w:sz w:val="20"/>
        </w:rPr>
        <w:t>[5]</w:t>
      </w:r>
    </w:p>
    <w:p>
      <w:r>
        <w:rPr>
          <w:rFonts w:ascii="Gentium Plus" w:hAnsi="Gentium Plus"/>
          <w:sz w:val="24"/>
        </w:rPr>
        <w:t>Θεὸς, ὁ μείζονας ἐκ πολλοῦ τοῦ περιόντος τιθεὶς ἀεὶ τῶν πόνων τὰς ἀμοιβὰς, τοσούτοις ἀμείψεται ἀγαθοῖς, ὅσοις ἀμείβεσθαι Θεῷ πρέπον τοὺς οὕτω γενναίως ἀγωνιζομένους ὑπὲρ τῆς κατὰ τὴν οἰκουμένην ἅπασαν εἰρήνης. Διὰ τοῦτο καὶ ἡμεῖς οὐ παυόμεθα μακαρί‐</w:t>
      </w:r>
    </w:p>
    <w:p>
      <w:r>
        <w:rPr>
          <w:rFonts w:ascii="Courier New" w:hAnsi="Courier New"/>
          <w:color w:val="555555"/>
          <w:sz w:val="20"/>
        </w:rPr>
        <w:t>[10]</w:t>
      </w:r>
    </w:p>
    <w:p>
      <w:r>
        <w:rPr>
          <w:rFonts w:ascii="Gentium Plus" w:hAnsi="Gentium Plus"/>
          <w:sz w:val="24"/>
        </w:rPr>
        <w:t>ζοντες ὑμᾶς, ἐντρυφῶντες ὑμῶν τῇ μνήμῃ διηνεκῶς, ἐπὶ διανοίας περιφέροντες, εἰ καὶ πολλῷ διῳκίσμεθα τῷ τῆς ὁδοῦ μήκει. Ὁ μὲν οὖν τιμιώτατος Κυρια‐ κὸς ὁ διάκονος οὐκ ἠδυνήθη νῦν ἐκπλεῦσαι, διὰ τὸ πολλῷ κατειργάσθαι πόνῳ. Οἱ μέντοι κύριοί μου, ὁ</w:t>
      </w:r>
    </w:p>
    <w:p>
      <w:r>
        <w:rPr>
          <w:rFonts w:ascii="Courier New" w:hAnsi="Courier New"/>
          <w:color w:val="555555"/>
          <w:sz w:val="20"/>
        </w:rPr>
        <w:t>[15]</w:t>
      </w:r>
    </w:p>
    <w:p>
      <w:r>
        <w:rPr>
          <w:rFonts w:ascii="Gentium Plus" w:hAnsi="Gentium Plus"/>
          <w:sz w:val="24"/>
        </w:rPr>
        <w:t>εὐλαβέστατος πρεσβύτερος Ἰωάννης, καὶ ὁ τιμιώτα‐ τος Παῦλος ὁ διάκονος, ἐλαυνόμενοι πανταχόθεν, καὶ μηδαμοῦ στῆναι, μηδὲ λαθεῖν ἔχοντες, ἀναγκαῖον ἐνόμισαν καταλαβεῖν ὑμῶν τὴν ἀγάπην, καὶ αὐτόθι μεθ’ ὑμῶν εἶναι. Δεξάμενοι τοίνυν αὐτοὺς μετὰ ἀγά‐</w:t>
      </w:r>
    </w:p>
    <w:p>
      <w:r>
        <w:rPr>
          <w:rFonts w:ascii="Courier New" w:hAnsi="Courier New"/>
          <w:color w:val="555555"/>
          <w:sz w:val="20"/>
        </w:rPr>
        <w:t>[20]</w:t>
      </w:r>
    </w:p>
    <w:p>
      <w:r>
        <w:rPr>
          <w:rFonts w:ascii="Gentium Plus" w:hAnsi="Gentium Plus"/>
          <w:sz w:val="24"/>
        </w:rPr>
        <w:t>πης, τὴν πρέπουσαν ὑμῖν εὔνοιαν περὶ αὐτοὺς ἐπι‐ δείξασθε.</w:t>
      </w:r>
    </w:p>
    <w:p>
      <w:pPr>
        <w:jc w:val="center"/>
      </w:pPr>
      <w:r>
        <w:rPr>
          <w:rFonts w:ascii="Gentium Plus" w:hAnsi="Gentium Plus"/>
          <w:b/>
          <w:sz w:val="24"/>
        </w:rPr>
        <w:t>ΡΜΘʹ. Αὐρηλίῳ ἐπισκόπῳ Καρθαγένης.</w:t>
      </w:r>
    </w:p>
    <w:p>
      <w:r>
        <w:rPr>
          <w:rFonts w:ascii="Courier New" w:hAnsi="Courier New"/>
          <w:color w:val="555555"/>
          <w:sz w:val="20"/>
        </w:rPr>
        <w:t>[23]</w:t>
      </w:r>
    </w:p>
    <w:p>
      <w:r>
        <w:rPr>
          <w:rFonts w:ascii="Gentium Plus" w:hAnsi="Gentium Plus"/>
          <w:sz w:val="24"/>
        </w:rPr>
        <w:t>Βαβαὶ, ἡλίκον ἐστὶ γενναία ψυχὴ, καὶ πολλῷ βρύουσα τῷ τῆς ἀγάπης καὶ τῷ τῆς εὐλαβείας</w:t>
      </w:r>
    </w:p>
    <w:p>
      <w:r>
        <w:rPr>
          <w:rFonts w:ascii="Courier New" w:hAnsi="Courier New"/>
          <w:color w:val="555555"/>
          <w:sz w:val="20"/>
        </w:rPr>
        <w:t>[25]</w:t>
      </w:r>
    </w:p>
    <w:p>
      <w:r>
        <w:rPr>
          <w:rFonts w:ascii="Gentium Plus" w:hAnsi="Gentium Plus"/>
          <w:sz w:val="24"/>
        </w:rPr>
        <w:t>καρπῷ, ὅπου γε καὶ αὐτὸς τοσοῦτον ἡμῶν ἀπῳκι‐ σμένος ὁδοῦ μῆκος, ὡς παρὼν καὶ μεθ’ ἡμῶν ὢν, οὕτως ἡμᾶς εἷλες, καὶ ἐχειρώσω. Τῆς γὰρ ἀγάπης σου τὸ θερμὸν, καὶ τῆς παῤῥησίας καὶ τῆς εὐλαβείας ἡ εὐωδία μέχρι τὰ ἡμῶν τῶν ἐν ἐσχατιᾷ τῆς οἰκου‐</w:t>
      </w:r>
    </w:p>
    <w:p>
      <w:r>
        <w:rPr>
          <w:rFonts w:ascii="Courier New" w:hAnsi="Courier New"/>
          <w:color w:val="555555"/>
          <w:sz w:val="20"/>
        </w:rPr>
        <w:t>[30]</w:t>
      </w:r>
    </w:p>
    <w:p>
      <w:r>
        <w:rPr>
          <w:rFonts w:ascii="Gentium Plus" w:hAnsi="Gentium Plus"/>
          <w:sz w:val="24"/>
        </w:rPr>
        <w:t>μένης καθημένων ἔφθασεν. Διὰ ταῦτά σοι χάριτας πολλὰς ἴσμεν, διὰ ταῦτά σου μακαρίζομεν τὴν εὐλά‐ βειαν, ὅτι πόνον πολὺν καὶ ἱδρῶτα ὑπὲρ τῶν κατὰ τὴν οἰκουμένην Ἐκκλησιῶν ἀναδεχόμενος, μεγίστους ἑαυτῷ παρὰ τῷ φιλανθρώπῳ Θεῷ προαπέθου τοὺς</w:t>
      </w:r>
    </w:p>
    <w:p>
      <w:r>
        <w:rPr>
          <w:rFonts w:ascii="Courier New" w:hAnsi="Courier New"/>
          <w:color w:val="555555"/>
          <w:sz w:val="20"/>
        </w:rPr>
        <w:t>[35]</w:t>
      </w:r>
    </w:p>
    <w:p>
      <w:r>
        <w:rPr>
          <w:rFonts w:ascii="Gentium Plus" w:hAnsi="Gentium Plus"/>
          <w:sz w:val="24"/>
        </w:rPr>
        <w:t>στεφάνους. Καί σε παρακαλοῦμεν μεῖναι τὸν καλὸν τοῦτον ἀγῶνα ἀγωνιζόμενον· οἶσθα γὰρ τὰ ἐντεῦθεν βραβεῖα. Εἰ γὰρ ἕνα τις ἀδικούμενον καὶ παρανο‐ μούμενον ἀνέχων ἄφατον ἔχει παρὰ τοῦ Θεοῦ τὸν μισθὸν, ἐννόησον ὅσην αὐτὸς λήψῃ τὴν ἀμοιβὴν,</w:t>
      </w:r>
    </w:p>
    <w:p>
      <w:r>
        <w:rPr>
          <w:rFonts w:ascii="Courier New" w:hAnsi="Courier New"/>
          <w:color w:val="555555"/>
          <w:sz w:val="20"/>
        </w:rPr>
        <w:t>[40]</w:t>
      </w:r>
    </w:p>
    <w:p>
      <w:r>
        <w:rPr>
          <w:rFonts w:ascii="Gentium Plus" w:hAnsi="Gentium Plus"/>
          <w:sz w:val="24"/>
        </w:rPr>
        <w:t>Ἐκκλησίας τοσαύτας ταρασσομένας διὰ τῆς καλῆς ταύτης σπουδῆς ἀπαλλάττων μὲν θορύβων καὶ ταρα‐ χῆς, εἰς δὲ γαληνὸν λιμένα εἰρήνης ὁρμίσαι ἐσπου‐ δακώς.</w:t>
      </w:r>
    </w:p>
    <w:p>
      <w:pPr>
        <w:jc w:val="center"/>
      </w:pPr>
      <w:r>
        <w:rPr>
          <w:rFonts w:ascii="Gentium Plus" w:hAnsi="Gentium Plus"/>
          <w:b/>
          <w:sz w:val="24"/>
        </w:rPr>
        <w:t>ΡΝʹ. Μαξίμῳ ἐπισκόπῳ.</w:t>
      </w:r>
    </w:p>
    <w:p>
      <w:r>
        <w:rPr>
          <w:rFonts w:ascii="Courier New" w:hAnsi="Courier New"/>
          <w:color w:val="555555"/>
          <w:sz w:val="20"/>
        </w:rPr>
        <w:t>[45]</w:t>
      </w:r>
    </w:p>
    <w:p>
      <w:r>
        <w:rPr>
          <w:rFonts w:ascii="Gentium Plus" w:hAnsi="Gentium Plus"/>
          <w:sz w:val="24"/>
        </w:rPr>
        <w:t>Ὅταν ἐννοήσω τοὺς πόνους ὑμῶν, καὶ τοὺς ἱδρῶ‐ τας, τοὺς ἐπὶ μακρῷ χρόνῳ γεγενημένους, οὐ τὴν τυχοῦσαν, ἀλλὰ καὶ μεγίστην καρποῦμαι παράκλησιν, ἐφ’ οἷς αὐτὸς πέπονθα παρανόμως, τὴν ὑμετέραν ἀγάπην τὴν οὕτω θερμὴν καὶ γνησίαν, τὴν πρόνοιαν</w:t>
      </w:r>
    </w:p>
    <w:p>
      <w:r>
        <w:rPr>
          <w:rFonts w:ascii="Courier New" w:hAnsi="Courier New"/>
          <w:color w:val="555555"/>
          <w:sz w:val="20"/>
        </w:rPr>
        <w:t>[52 . 700 (50)]</w:t>
      </w:r>
    </w:p>
    <w:p>
      <w:r>
        <w:rPr>
          <w:rFonts w:ascii="Gentium Plus" w:hAnsi="Gentium Plus"/>
          <w:sz w:val="24"/>
        </w:rPr>
        <w:t>τὴν εἰλικρινῆ, τὴν ἀγρυπνίαν τὴν ὑπὲρ τῆς διορθώ‐</w:t>
      </w:r>
    </w:p>
    <w:p>
      <w:r>
        <w:rPr>
          <w:rFonts w:ascii="Courier New" w:hAnsi="Courier New"/>
          <w:color w:val="555555"/>
          <w:sz w:val="20"/>
        </w:rPr>
        <w:t>[52 . 701]</w:t>
      </w:r>
    </w:p>
    <w:p>
      <w:r>
        <w:rPr>
          <w:rFonts w:ascii="Gentium Plus" w:hAnsi="Gentium Plus"/>
          <w:sz w:val="24"/>
        </w:rPr>
        <w:t>σεως τῶν γεγενημένων, τὴν ἐπιτεταμένην, μεγίστην ἔχων παραμυθίαν. Καὶ γὰρ οὐχ ἡ τυχοῦσα γέγονέ μοι παραψυχὴ, τὸ λογίζεσθαι ὅτι ἐκ τοσούτου καθ‐ ήμενοι διαστήματος, οὐχ ἑωρακότες ἡμᾶς ποτε, οὐκ</w:t>
      </w:r>
    </w:p>
    <w:p>
      <w:r>
        <w:rPr>
          <w:rFonts w:ascii="Courier New" w:hAnsi="Courier New"/>
          <w:color w:val="555555"/>
          <w:sz w:val="20"/>
        </w:rPr>
        <w:t>[5]</w:t>
      </w:r>
    </w:p>
    <w:p>
      <w:r>
        <w:rPr>
          <w:rFonts w:ascii="Gentium Plus" w:hAnsi="Gentium Plus"/>
          <w:sz w:val="24"/>
        </w:rPr>
        <w:t>ὀφθέντες παρ’ ἡμῶν, οὐ λόγων ἡμῖν κοινωνήσαντες, ἀθρόον ὑπὸ τῆς παρανομίας τῶν τολμηθέντων κινη‐ θέντες, τοσαύτην ἐπεδείξασθε περὶ ἡμᾶς ἀγάπην, ὅσην πατέρες περὶ παῖδας, μᾶλλον δὲ καὶ πατέρας ἀπεκρύψατε τῇ τοσαύτῃ κηδεμονίᾳ. Διὰ ταῦτα χάρι‐</w:t>
      </w:r>
    </w:p>
    <w:p>
      <w:r>
        <w:rPr>
          <w:rFonts w:ascii="Courier New" w:hAnsi="Courier New"/>
          <w:color w:val="555555"/>
          <w:sz w:val="20"/>
        </w:rPr>
        <w:t>[10]</w:t>
      </w:r>
    </w:p>
    <w:p>
      <w:r>
        <w:rPr>
          <w:rFonts w:ascii="Gentium Plus" w:hAnsi="Gentium Plus"/>
          <w:sz w:val="24"/>
        </w:rPr>
        <w:t>τας ὑμῶν ἴσμεν τῇ εὐλαβείᾳ, θαυμάζομεν, μακαρί‐ ζομεν, παρακαλοῦμεν ὑμᾶς αὐτοὺς τὰ ἑαυτῶν μιμή‐ σασθαι, καὶ ἣν ἐξ ἀρχῆς ἐπεδείξασθε προθυμίαν, ταύτην εἰς τέλος ἀγαγεῖν. Κἂν γὰρ μηδὲν γίνηται πλέον εἰς διόρθωσιν τῶν γεγενημένων, οὐ μικρὰ πα‐</w:t>
      </w:r>
    </w:p>
    <w:p>
      <w:r>
        <w:rPr>
          <w:rFonts w:ascii="Courier New" w:hAnsi="Courier New"/>
          <w:color w:val="555555"/>
          <w:sz w:val="20"/>
        </w:rPr>
        <w:t>[15]</w:t>
      </w:r>
    </w:p>
    <w:p>
      <w:r>
        <w:rPr>
          <w:rFonts w:ascii="Gentium Plus" w:hAnsi="Gentium Plus"/>
          <w:sz w:val="24"/>
        </w:rPr>
        <w:t>ράκλησις ἡμῖν, ὅπερ ἔφθην εἰπὼν, τοσαύτης ἀπολε‐ λαυκόσι καὶ ἀπολαύουσι παρὰ τῆς τιμιότητος τῆς ὑμετέρας ἀγάπης.</w:t>
      </w:r>
    </w:p>
    <w:p>
      <w:pPr>
        <w:jc w:val="center"/>
      </w:pPr>
      <w:r>
        <w:rPr>
          <w:rFonts w:ascii="Gentium Plus" w:hAnsi="Gentium Plus"/>
          <w:b/>
          <w:sz w:val="24"/>
        </w:rPr>
        <w:t>ΡΝΑʹ. Ἀσέλλῳ ἐπισκόπῳ.</w:t>
      </w:r>
    </w:p>
    <w:p>
      <w:r>
        <w:rPr>
          <w:rFonts w:ascii="Courier New" w:hAnsi="Courier New"/>
          <w:color w:val="555555"/>
          <w:sz w:val="20"/>
        </w:rPr>
        <w:t>[19]</w:t>
      </w:r>
    </w:p>
    <w:p>
      <w:r>
        <w:rPr>
          <w:rFonts w:ascii="Gentium Plus" w:hAnsi="Gentium Plus"/>
          <w:sz w:val="24"/>
        </w:rPr>
        <w:t>Οἶδα μὲν ὅτι οὐδὲν ὑμῖν δεῖ γραμμάτων εἰς τὸ δια‐</w:t>
      </w:r>
    </w:p>
    <w:p>
      <w:r>
        <w:rPr>
          <w:rFonts w:ascii="Courier New" w:hAnsi="Courier New"/>
          <w:color w:val="555555"/>
          <w:sz w:val="20"/>
        </w:rPr>
        <w:t>[20]</w:t>
      </w:r>
    </w:p>
    <w:p>
      <w:r>
        <w:rPr>
          <w:rFonts w:ascii="Gentium Plus" w:hAnsi="Gentium Plus"/>
          <w:sz w:val="24"/>
        </w:rPr>
        <w:t>ναστῆναι, καὶ ἀντιλαβέσθαι τῆς διορθώσεως τῶν τὰς Ἐκκλησίας τῆς Ἀνατολῆς κατειληφότων κακῶν. Καὶ τοῦτο δι’ ὧν πεποιήκατε, ἐπεδείξασθε, αὐτοπαράκλη‐ τοι τοσαύτην παρασχόντες σπουδήν. Ἀλλ’ ἐπειδὴ τὰ κακὰ ἔτι μένει ἀδιόρθωτα, διὰ τὴν ἄνοιαν τῶν το‐</w:t>
      </w:r>
    </w:p>
    <w:p>
      <w:r>
        <w:rPr>
          <w:rFonts w:ascii="Courier New" w:hAnsi="Courier New"/>
          <w:color w:val="555555"/>
          <w:sz w:val="20"/>
        </w:rPr>
        <w:t>[25]</w:t>
      </w:r>
    </w:p>
    <w:p>
      <w:r>
        <w:rPr>
          <w:rFonts w:ascii="Gentium Plus" w:hAnsi="Gentium Plus"/>
          <w:sz w:val="24"/>
        </w:rPr>
        <w:t>σαῦτα παρανομησάντων, ἀναγκαῖον εἶναι ἐνομίσαμεν παρακαλέσαι ὑμῶν τὴν εὐλάβειαν, ὥστε μὴ ἀποκα‐ μεῖν, μηδὲ περικακῆσαι, ἀλλ’ ἀκμαζούσῃ χρήσασθαι τῇ προθυμίᾳ, καὶ τὰ παρ’ ἑαυτῶν πάλιν ἅπαντα εἰσ‐ ενεγκεῖν. Ὅσῳ γὰρ ἂν ἀνίατα νοσῶσιν οἱ πρὸς τὴν</w:t>
      </w:r>
    </w:p>
    <w:p>
      <w:r>
        <w:rPr>
          <w:rFonts w:ascii="Courier New" w:hAnsi="Courier New"/>
          <w:color w:val="555555"/>
          <w:sz w:val="20"/>
        </w:rPr>
        <w:t>[30]</w:t>
      </w:r>
    </w:p>
    <w:p>
      <w:r>
        <w:rPr>
          <w:rFonts w:ascii="Gentium Plus" w:hAnsi="Gentium Plus"/>
          <w:sz w:val="24"/>
        </w:rPr>
        <w:t>τῶν Ἐκκλησιῶν κατάστασιν στασιάζοντες, τοσούτῳ κἀκείνων πλέον ἔσται τὸ κρῖμα, καὶ ὑμῖν τοῖς μὴ ἀποκάμνουσι λαμπρότερος ὁ μισθὸς, καὶ μείζους οἱ στέφανοι.</w:t>
      </w:r>
    </w:p>
    <w:p>
      <w:pPr>
        <w:jc w:val="center"/>
      </w:pPr>
      <w:r>
        <w:rPr>
          <w:rFonts w:ascii="Gentium Plus" w:hAnsi="Gentium Plus"/>
          <w:b/>
          <w:sz w:val="24"/>
        </w:rPr>
        <w:t>ΡΝΒʹ. Ἐπισκόποις.</w:t>
      </w:r>
    </w:p>
    <w:p>
      <w:r>
        <w:rPr>
          <w:rFonts w:ascii="Courier New" w:hAnsi="Courier New"/>
          <w:color w:val="555555"/>
          <w:sz w:val="20"/>
        </w:rPr>
        <w:t>[35]</w:t>
      </w:r>
    </w:p>
    <w:p>
      <w:r>
        <w:rPr>
          <w:rFonts w:ascii="Gentium Plus" w:hAnsi="Gentium Plus"/>
          <w:sz w:val="24"/>
        </w:rPr>
        <w:t>Καὶ ἰδίᾳ ἑκάστῳ, καὶ κοινῇ πᾶσιν ὑμῖν ὀφείλομεν χάριτας, οὐχ ἡμεῖς δὲ μόνον, ἀλλὰ καὶ πάντες οἱ κατὰ τὴν Ἀνατολὴν ἐπίσκοποι, κληρικοὶ διαφόρων πόλεων, λαοὶ ποικίλως ἐλαυνόμενοι, ὅτι πατρικὰ σπλάγχνα ἐπιδειξάμενοι, συνηλγήσατε, ἔστητε γενναίως, τὰ</w:t>
      </w:r>
    </w:p>
    <w:p>
      <w:r>
        <w:rPr>
          <w:rFonts w:ascii="Courier New" w:hAnsi="Courier New"/>
          <w:color w:val="555555"/>
          <w:sz w:val="20"/>
        </w:rPr>
        <w:t>[40]</w:t>
      </w:r>
    </w:p>
    <w:p>
      <w:r>
        <w:rPr>
          <w:rFonts w:ascii="Gentium Plus" w:hAnsi="Gentium Plus"/>
          <w:sz w:val="24"/>
        </w:rPr>
        <w:t>παρ’ ὑμῶν αὐτῶν πάντα εἰσηνέγκατε. Διὰ ταῦτα πάν‐ τες ὑμᾶς ἀνακηρύττουσι, στεφανοῦσιν, ἐπὶ στόματος φέρουσιν ὑμῶν τὰ κατορθώματα. Εἰ δὲ παρὰ ἀνθρώ‐ πων τοιαῦται αἱ τιμαὶ, ἐννοήσατε παρὰ τοῦ φιλαν‐ θρώπου Θεοῦ πόσαι ὑμῖν αἱ ἀντιδόσεις. Ταῦτ’ οὖν</w:t>
      </w:r>
    </w:p>
    <w:p>
      <w:r>
        <w:rPr>
          <w:rFonts w:ascii="Courier New" w:hAnsi="Courier New"/>
          <w:color w:val="555555"/>
          <w:sz w:val="20"/>
        </w:rPr>
        <w:t>[45]</w:t>
      </w:r>
    </w:p>
    <w:p>
      <w:r>
        <w:rPr>
          <w:rFonts w:ascii="Gentium Plus" w:hAnsi="Gentium Plus"/>
          <w:sz w:val="24"/>
        </w:rPr>
        <w:t>εἰδότες, τιμιώτατοι δέσποταί μου καὶ εὐλαβέστατοι, κἂν οἱ θορυβοῦντες τὰς Ἐκκλησίας ἀνίατα νοσῶσι, μὴ παύσησθε τὴν παρ’ ὑμῶν αὐτῶν εἰσφέροντες θε‐ ραπείαν. Ὅσῳ γὰρ ἂν πλείονα τὰ κωλύματα ᾖ καὶ πλείων ἡ δυσκολία, τοσούτῳ καὶ μείζων ὑμῖν ὁ μι‐</w:t>
      </w:r>
    </w:p>
    <w:p>
      <w:r>
        <w:rPr>
          <w:rFonts w:ascii="Courier New" w:hAnsi="Courier New"/>
          <w:color w:val="555555"/>
          <w:sz w:val="20"/>
        </w:rPr>
        <w:t>[52 . 701 (50)]</w:t>
      </w:r>
    </w:p>
    <w:p>
      <w:r>
        <w:rPr>
          <w:rFonts w:ascii="Gentium Plus" w:hAnsi="Gentium Plus"/>
          <w:sz w:val="24"/>
        </w:rPr>
        <w:t>σθός. Εἰ γὰρ ποτόν τις ψυχρὸν ἐπιδοὺς, οὐκ ἄμισθον ἕξει τὴν βραχεῖαν φιλοφροσύνην· οἱ τοσαῦτα καὶ ποιῆ‐ σαι καὶ παθεῖν ἑλόμενοι ὑπὲρ Ἐκκλησιῶν ταρασσο‐ μένων, ἐννοήσατε ἡλίκην λήψεσθε τὴν ἀμοιβὴν, καὶ</w:t>
      </w:r>
    </w:p>
    <w:p>
      <w:pPr>
        <w:jc w:val="center"/>
      </w:pPr>
      <w:r>
        <w:rPr>
          <w:rFonts w:ascii="Gentium Plus" w:hAnsi="Gentium Plus"/>
          <w:b/>
          <w:sz w:val="24"/>
        </w:rPr>
        <w:t>ΡΝΓʹ. Τοῖς αὐτοῖς.</w:t>
      </w:r>
    </w:p>
    <w:p>
      <w:r>
        <w:rPr>
          <w:rFonts w:ascii="Courier New" w:hAnsi="Courier New"/>
          <w:color w:val="555555"/>
          <w:sz w:val="20"/>
        </w:rPr>
        <w:t>[2]</w:t>
      </w:r>
    </w:p>
    <w:p>
      <w:r>
        <w:rPr>
          <w:rFonts w:ascii="Gentium Plus" w:hAnsi="Gentium Plus"/>
          <w:sz w:val="24"/>
        </w:rPr>
        <w:t>Οὐ διαλιμπάνομεν χάριν ὑμῖν ὁμολογοῦντες διηνε‐ κῶς. Εἰ γὰρ καὶ πολλὰ παρανενομήμεθα παρὰ τῶν ἐχθρῶν, ἀλλ’ ὅμως πολλῆς παρ’ ὑμῶν ἀπηλαύσαμεν</w:t>
      </w:r>
    </w:p>
    <w:p>
      <w:r>
        <w:rPr>
          <w:rFonts w:ascii="Courier New" w:hAnsi="Courier New"/>
          <w:color w:val="555555"/>
          <w:sz w:val="20"/>
        </w:rPr>
        <w:t>[5]</w:t>
      </w:r>
    </w:p>
    <w:p>
      <w:r>
        <w:rPr>
          <w:rFonts w:ascii="Gentium Plus" w:hAnsi="Gentium Plus"/>
          <w:sz w:val="24"/>
        </w:rPr>
        <w:t>τῆς συμμαχίας, δαψιλοῦς τῆς ἀγάπης, γνησίας φιλοφροσύνης, θερμοτάτης σπουδῆς· καὶ ταῦτα οὐ μικρὰν παράκλησιν καὶ τῆς χαλεπωτάτης ἐξορίας, ἐν ᾗ κατεχόμεθα, καὶ τῶν ἄλλων τῶν ἐπενεχθέντων ἡμῖν δεινῶν, ἔχομεν. Διὸ παρακαλοῦμεν ὑμῶν τὴν</w:t>
      </w:r>
    </w:p>
    <w:p>
      <w:r>
        <w:rPr>
          <w:rFonts w:ascii="Courier New" w:hAnsi="Courier New"/>
          <w:color w:val="555555"/>
          <w:sz w:val="20"/>
        </w:rPr>
        <w:t>[10]</w:t>
      </w:r>
    </w:p>
    <w:p>
      <w:r>
        <w:rPr>
          <w:rFonts w:ascii="Gentium Plus" w:hAnsi="Gentium Plus"/>
          <w:sz w:val="24"/>
        </w:rPr>
        <w:t>εὐλάβειαν ἐπιμεῖναι τὴν αὐτὴν περὶ ἡμᾶς ἐπιδεικνυ‐ μένους διάθεσίν τε καὶ σπουδήν. Οὐδὲ γὰρ εἰς ἡμᾶς στήσεται τὸ γινόμενον μόνον, ἀλλὰ καὶ εἰς τὸ κοινὸν τῶν Ἐκκλησιῶν διαβήσεται. Οὐ γὰρ μία, καὶ δύο, καὶ τρεῖς πόλεις, ἀλλ’ ὁλόκληρα ἔθνη πανταχοῦ τῆς</w:t>
      </w:r>
    </w:p>
    <w:p>
      <w:r>
        <w:rPr>
          <w:rFonts w:ascii="Courier New" w:hAnsi="Courier New"/>
          <w:color w:val="555555"/>
          <w:sz w:val="20"/>
        </w:rPr>
        <w:t>[15]</w:t>
      </w:r>
    </w:p>
    <w:p>
      <w:r>
        <w:rPr>
          <w:rFonts w:ascii="Gentium Plus" w:hAnsi="Gentium Plus"/>
          <w:sz w:val="24"/>
        </w:rPr>
        <w:t>γῆς ταράττεται. Καὶ τοσαύτην παρ’ ὑμῶν ἐπιδειχθῆ‐ ναι δίκαιον σπουδὴν, ὅσην εἰκὸς ὑπὲρ τοσούτων ψυχῶν ἐσπουδακότας καὶ κάμνοντας ἐπιδείξασθαι. Εἰ δὲ πολλὰ πεπονήκατε, καὶ τὰ παρ’ ἑαυτῶν εἰσηνέγκατε, ἴσμεν τοῦτο καὶ ἡμεῖς, καὶ εὐχαριστοῦντες ὑμῖν οὐ</w:t>
      </w:r>
    </w:p>
    <w:p>
      <w:r>
        <w:rPr>
          <w:rFonts w:ascii="Courier New" w:hAnsi="Courier New"/>
          <w:color w:val="555555"/>
          <w:sz w:val="20"/>
        </w:rPr>
        <w:t>[20]</w:t>
      </w:r>
    </w:p>
    <w:p>
      <w:r>
        <w:rPr>
          <w:rFonts w:ascii="Gentium Plus" w:hAnsi="Gentium Plus"/>
          <w:sz w:val="24"/>
        </w:rPr>
        <w:t>παυόμεθα· ἀξιοῦμεν δὲ μὴ διαλιπεῖν τοῦτο ποιοῦντας. Ἡ γὰρ καρτερία ὑμῶν, καὶ ὑπομονὴ, καὶ ἡ εὔτο‐ νος γνώμη δυνήσεται καὶ τοὺς σφόδρα φιλονείκως δια‐ κειμένους καὶ ἀνίατα νοσοῦντας ἀποστῆσαι τῆς κατ‐ εχούσης αὐτοὺς νυνὶ παραφροσύνης. Εἰ δὲ ἐπιμένοιεν</w:t>
      </w:r>
    </w:p>
    <w:p>
      <w:r>
        <w:rPr>
          <w:rFonts w:ascii="Courier New" w:hAnsi="Courier New"/>
          <w:color w:val="555555"/>
          <w:sz w:val="20"/>
        </w:rPr>
        <w:t>[25]</w:t>
      </w:r>
    </w:p>
    <w:p>
      <w:r>
        <w:rPr>
          <w:rFonts w:ascii="Gentium Plus" w:hAnsi="Gentium Plus"/>
          <w:sz w:val="24"/>
        </w:rPr>
        <w:t>καὶ οὕτως ἀνιάτως ἔχοντες, ἀλλ’ ὑμῖν ἀπηρτισμένος ὁ μισθὸς ἔσται, καὶ πλήρη τὰ τῆς ἀμοιβῆς, καὶ ὁλό‐ κληρος τῶν καλῶν τούτων ὁ στέφανος.</w:t>
      </w:r>
    </w:p>
    <w:p>
      <w:pPr>
        <w:jc w:val="center"/>
      </w:pPr>
      <w:r>
        <w:rPr>
          <w:rFonts w:ascii="Gentium Plus" w:hAnsi="Gentium Plus"/>
          <w:b/>
          <w:sz w:val="24"/>
        </w:rPr>
        <w:t>ΡΝΔʹ. Τοῖς αὐτοῖς.</w:t>
      </w:r>
    </w:p>
    <w:p>
      <w:r>
        <w:rPr>
          <w:rFonts w:ascii="Courier New" w:hAnsi="Courier New"/>
          <w:color w:val="555555"/>
          <w:sz w:val="20"/>
        </w:rPr>
        <w:t>[29]</w:t>
      </w:r>
    </w:p>
    <w:p>
      <w:r>
        <w:rPr>
          <w:rFonts w:ascii="Gentium Plus" w:hAnsi="Gentium Plus"/>
          <w:sz w:val="24"/>
        </w:rPr>
        <w:t>Ἡμεῖς μὲν ἐποθοῦμεν καὶ ταῖς τοῦ σώματος ὄψε‐</w:t>
      </w:r>
    </w:p>
    <w:p>
      <w:r>
        <w:rPr>
          <w:rFonts w:ascii="Courier New" w:hAnsi="Courier New"/>
          <w:color w:val="555555"/>
          <w:sz w:val="20"/>
        </w:rPr>
        <w:t>[30]</w:t>
      </w:r>
    </w:p>
    <w:p>
      <w:r>
        <w:rPr>
          <w:rFonts w:ascii="Gentium Plus" w:hAnsi="Gentium Plus"/>
          <w:sz w:val="24"/>
        </w:rPr>
        <w:t>σιν ὑμᾶς θεάσασθαι· ἐπειδὴ δὲ τοῦτο οὐκ ἔνι, τῷ τῆς ἐξορίας δεσμῷ κατεχομένων ἡμῶν, τοῖς ὀφθαλμοῖς τῆς ἀγάπης ὑμᾶς καθ’ ἑκάστην φανταζόμεθα τὴν ἡμέραν, καὶ περιπτυσσόμεθα, καὶ κροτοῦντες καὶ θαυμάζοντες οὐ διαλιμπάνομεν, ὅτι τοσαύτην προθυ‐</w:t>
      </w:r>
    </w:p>
    <w:p>
      <w:r>
        <w:rPr>
          <w:rFonts w:ascii="Courier New" w:hAnsi="Courier New"/>
          <w:color w:val="555555"/>
          <w:sz w:val="20"/>
        </w:rPr>
        <w:t>[35]</w:t>
      </w:r>
    </w:p>
    <w:p>
      <w:r>
        <w:rPr>
          <w:rFonts w:ascii="Gentium Plus" w:hAnsi="Gentium Plus"/>
          <w:sz w:val="24"/>
        </w:rPr>
        <w:t>μίαν καὶ σπουδὴν ἐξ ἀρχῆς μέχρι νῦν μεμενήκατε ἐπιδεικνύμενοι ὑπὲρ τῶν τῆς Ἀνατολῆς Ἐκκλησιῶν· καὶ παρακαλοῦμεν ἄξιον τῶν προοιμίων ἐπιδείξασθαι τὸ τέλος. Εἰ γὰρ οἱ πάντα ταράξαντες, καὶ θορύβων ἐμπλήσαντες, τοσαύτῃ κέχρηνται τῇ φιλονεικίᾳ,</w:t>
      </w:r>
    </w:p>
    <w:p>
      <w:r>
        <w:rPr>
          <w:rFonts w:ascii="Courier New" w:hAnsi="Courier New"/>
          <w:color w:val="555555"/>
          <w:sz w:val="20"/>
        </w:rPr>
        <w:t>[40]</w:t>
      </w:r>
    </w:p>
    <w:p>
      <w:r>
        <w:rPr>
          <w:rFonts w:ascii="Gentium Plus" w:hAnsi="Gentium Plus"/>
          <w:sz w:val="24"/>
        </w:rPr>
        <w:t>πολλῷ μᾶλλον ὑμᾶς, τοὺς τὰ κακῶς γεγενημένα διορ‐ θοῦν ἐσπουδακότας, πολλῇ δίκαιον κεχρῆσθαι τῇ ὑπο‐ μονῇ, καὶ καρτερίᾳ τῇ περὶ τὴν τοιαύτην σπουδήν. Οὕτω γὰρ πλείων ὑμῖν ἔσται ὁ μισθὸς, καὶ μείζων ἡ ἀμοιβὴ, ὅταν καὶ πολλῶν κωλυμάτων γινομένων,</w:t>
      </w:r>
    </w:p>
    <w:p>
      <w:r>
        <w:rPr>
          <w:rFonts w:ascii="Courier New" w:hAnsi="Courier New"/>
          <w:color w:val="555555"/>
          <w:sz w:val="20"/>
        </w:rPr>
        <w:t>[45]</w:t>
      </w:r>
    </w:p>
    <w:p>
      <w:r>
        <w:rPr>
          <w:rFonts w:ascii="Gentium Plus" w:hAnsi="Gentium Plus"/>
          <w:sz w:val="24"/>
        </w:rPr>
        <w:t>μὴ ἀνακρούησθε, ἀλλὰ μένητε τὴν τῶν πραγμάτων δυσκολίαν τῇ παρ’ ἑαυτῶν ἀποτειχίζοντες ἀγρυπνίᾳ τε καὶ σπουδῇ.</w:t>
      </w:r>
    </w:p>
    <w:p>
      <w:pPr>
        <w:jc w:val="center"/>
      </w:pPr>
      <w:r>
        <w:rPr>
          <w:rFonts w:ascii="Gentium Plus" w:hAnsi="Gentium Plus"/>
          <w:b/>
          <w:sz w:val="24"/>
        </w:rPr>
        <w:t>ΡΝΕʹ. Χρωματίῳ ἐπισκόπῳ Ἀκυληΐας.</w:t>
      </w:r>
    </w:p>
    <w:p>
      <w:r>
        <w:rPr>
          <w:rFonts w:ascii="Courier New" w:hAnsi="Courier New"/>
          <w:color w:val="555555"/>
          <w:sz w:val="20"/>
        </w:rPr>
        <w:t>[49]</w:t>
      </w:r>
    </w:p>
    <w:p>
      <w:r>
        <w:rPr>
          <w:rFonts w:ascii="Gentium Plus" w:hAnsi="Gentium Plus"/>
          <w:sz w:val="24"/>
        </w:rPr>
        <w:t>Ἤχησε καὶ μέχρις ἡμῶν ἡ μεγαλόφωνος τῆς θερ‐</w:t>
      </w:r>
    </w:p>
    <w:p>
      <w:r>
        <w:rPr>
          <w:rFonts w:ascii="Courier New" w:hAnsi="Courier New"/>
          <w:color w:val="555555"/>
          <w:sz w:val="20"/>
        </w:rPr>
        <w:t>[52 . 702 (50)]</w:t>
      </w:r>
    </w:p>
    <w:p>
      <w:r>
        <w:rPr>
          <w:rFonts w:ascii="Gentium Plus" w:hAnsi="Gentium Plus"/>
          <w:sz w:val="24"/>
        </w:rPr>
        <w:t>μῆς σου καὶ γνησίας ἀγάπης σάλπιγξ, μέγα τι καὶ</w:t>
      </w:r>
    </w:p>
    <w:p>
      <w:r>
        <w:rPr>
          <w:rFonts w:ascii="Courier New" w:hAnsi="Courier New"/>
          <w:color w:val="555555"/>
          <w:sz w:val="20"/>
        </w:rPr>
        <w:t>[52 . 703]</w:t>
      </w:r>
    </w:p>
    <w:p>
      <w:r>
        <w:rPr>
          <w:rFonts w:ascii="Gentium Plus" w:hAnsi="Gentium Plus"/>
          <w:sz w:val="24"/>
        </w:rPr>
        <w:t>διωλύγιον ἐκ τοσούτου πνεύσασα τοῦ διαστήματος, καὶ πρὸς αὐτὰ ἀφικομένη τῆς γῆς τὰ πέρατα. Καὶ τῶν παρόντων οὐκ ἔλαττον ἴσμεν ἡμεῖς, οἱ τοσοῦτον ἀπῳκισμένοι μῆκος ὁδοῦ, τὴν σφοδροτάτην σου καὶ</w:t>
      </w:r>
    </w:p>
    <w:p>
      <w:r>
        <w:rPr>
          <w:rFonts w:ascii="Courier New" w:hAnsi="Courier New"/>
          <w:color w:val="555555"/>
          <w:sz w:val="20"/>
        </w:rPr>
        <w:t>[5]</w:t>
      </w:r>
    </w:p>
    <w:p>
      <w:r>
        <w:rPr>
          <w:rFonts w:ascii="Gentium Plus" w:hAnsi="Gentium Plus"/>
          <w:sz w:val="24"/>
        </w:rPr>
        <w:t>πυρὸς γέμουσαν ἀγάπην, τὴν εἰλικρινῆ καὶ ἐλευθερίας πολλῆς καὶ παῤῥησίας ἐμπεπλησμένην γλῶτταν, τὴν ἔνστασιν τὴν ἀδάμαντα μιμουμένην. Διὸ καὶ σφόδρα ἐπιθυμοῦμεν καὶ τῆς κατὰ πρόσωπον ἀπολαῦσαί σου συντυχίας. Ἀλλ’ ἐπειδὴ καὶ τοῦτο</w:t>
      </w:r>
    </w:p>
    <w:p>
      <w:r>
        <w:rPr>
          <w:rFonts w:ascii="Courier New" w:hAnsi="Courier New"/>
          <w:color w:val="555555"/>
          <w:sz w:val="20"/>
        </w:rPr>
        <w:t>[10]</w:t>
      </w:r>
    </w:p>
    <w:p>
      <w:r>
        <w:rPr>
          <w:rFonts w:ascii="Gentium Plus" w:hAnsi="Gentium Plus"/>
          <w:sz w:val="24"/>
        </w:rPr>
        <w:t>ἡμᾶς ἡ ἐρημία αὕτη παρείλετο, ᾗ νῦν ἐσμεν πεπε‐ δημένοι, εὑρόντες τὸν κύριόν μου τιμιώτατον καὶ εὐλαβέστατον πρεσβύτερον, καθὼς ἔνι, τὴν ἐπιθυμίαν πληροῦμεν τὴν ἑαυτῶν, γράφοντες καὶ προσαγορεύον‐ τες, χάριτας ὁμολογοῦντες ὑμῖν πολλὰς ὑπὲρ τῆς</w:t>
      </w:r>
    </w:p>
    <w:p>
      <w:r>
        <w:rPr>
          <w:rFonts w:ascii="Courier New" w:hAnsi="Courier New"/>
          <w:color w:val="555555"/>
          <w:sz w:val="20"/>
        </w:rPr>
        <w:t>[15]</w:t>
      </w:r>
    </w:p>
    <w:p>
      <w:r>
        <w:rPr>
          <w:rFonts w:ascii="Gentium Plus" w:hAnsi="Gentium Plus"/>
          <w:sz w:val="24"/>
        </w:rPr>
        <w:t>σπουδῆς, ἣν διὰ παντὸς τοῦ μακροῦ τούτου χρόνου, μετὰ πολλῆς ἐπεδείξασθε τῆς εὐτονίας. Καὶ παρακα‐ λοῦμεν ἡνίκα ἂν ἐπανίῃ, καὶ τούτου χωρὶς, διὰ τῶν ἐμπιπτόντων γραμματηφόρων, εἴ γέ τινες εὑρεθεῖεν οἱ πρὸς τὴν ἐρημίαν ταύτην ἀφικνούμενοι, τὰ περὶ</w:t>
      </w:r>
    </w:p>
    <w:p>
      <w:r>
        <w:rPr>
          <w:rFonts w:ascii="Courier New" w:hAnsi="Courier New"/>
          <w:color w:val="555555"/>
          <w:sz w:val="20"/>
        </w:rPr>
        <w:t>[20]</w:t>
      </w:r>
    </w:p>
    <w:p>
      <w:r>
        <w:rPr>
          <w:rFonts w:ascii="Gentium Plus" w:hAnsi="Gentium Plus"/>
          <w:sz w:val="24"/>
        </w:rPr>
        <w:t>τῆς ὑγείας ἡμῖν ἐπιστέλλειν τῆς ὑμετέρας. Οἶσθα γὰρ ὅσην ἐντεῦθεν καρπωσόμεθα τὴν ἡδονὴν, τῶν οὕτω θερμῶς περὶ ἡμᾶς διακειμένων τὴν ὑγείαν πυκνοτέρως εὐαγγελιζόμενοι.</w:t>
      </w:r>
    </w:p>
    <w:p>
      <w:pPr>
        <w:jc w:val="center"/>
      </w:pPr>
      <w:r>
        <w:rPr>
          <w:rFonts w:ascii="Gentium Plus" w:hAnsi="Gentium Plus"/>
          <w:b/>
          <w:sz w:val="24"/>
        </w:rPr>
        <w:t>ΡΝϛʹ. Ἐπισκόποις.</w:t>
      </w:r>
    </w:p>
    <w:p>
      <w:r>
        <w:rPr>
          <w:rFonts w:ascii="Courier New" w:hAnsi="Courier New"/>
          <w:color w:val="555555"/>
          <w:sz w:val="20"/>
        </w:rPr>
        <w:t>[25]</w:t>
      </w:r>
    </w:p>
    <w:p>
      <w:r>
        <w:rPr>
          <w:rFonts w:ascii="Gentium Plus" w:hAnsi="Gentium Plus"/>
          <w:sz w:val="24"/>
        </w:rPr>
        <w:t>Βοᾷ μὲν πανταχοῦ καὶ αὐτὴ τῶν πραγμάτων ἡ φύσις, σάλπιγγος λαμπροτέραν ἀφιεῖσα φωνὴν, τὸν κάλλιστον ὑμῶν ζῆλον, καὶ τὴν ὑπὲρ τῆς ἀληθείας προθυμίαν, ἣν οὐχ ὁδοῦ μῆκος, οὐ χρόνου πλῆθος, οὐ τῶν ἀνίατα νοσούντων ἡ παράλογος φιλονεικία,</w:t>
      </w:r>
    </w:p>
    <w:p>
      <w:r>
        <w:rPr>
          <w:rFonts w:ascii="Courier New" w:hAnsi="Courier New"/>
          <w:color w:val="555555"/>
          <w:sz w:val="20"/>
        </w:rPr>
        <w:t>[30]</w:t>
      </w:r>
    </w:p>
    <w:p>
      <w:r>
        <w:rPr>
          <w:rFonts w:ascii="Gentium Plus" w:hAnsi="Gentium Plus"/>
          <w:sz w:val="24"/>
        </w:rPr>
        <w:t>οὐκ ἄλλο τῶν τοιούτων οὐδὲν κατέλυσεν, οὐδὲ ἀμαυ‐ ροτέραν ἐποίησε. Καὶ ἡμεῖς δὲ οὐ διαλιμπάνομεν πολλὰς ὑμῖν ἔχοντες χάριτας, καὶ μακαρίζοντες ὑμᾶς οὐ παυόμεθα, τῶν ἐπὶ τοῖς καλοῖς τούτοις ἀγῶσιν ἀποκειμένων ὑμῖν στεφάνων παρὰ τοῦ φιλανθρώπου</w:t>
      </w:r>
    </w:p>
    <w:p>
      <w:r>
        <w:rPr>
          <w:rFonts w:ascii="Courier New" w:hAnsi="Courier New"/>
          <w:color w:val="555555"/>
          <w:sz w:val="20"/>
        </w:rPr>
        <w:t>[35]</w:t>
      </w:r>
    </w:p>
    <w:p>
      <w:r>
        <w:rPr>
          <w:rFonts w:ascii="Gentium Plus" w:hAnsi="Gentium Plus"/>
          <w:sz w:val="24"/>
        </w:rPr>
        <w:t>Θεοῦ. Καὶ ἐπιθυμοῦμεν ὑμᾶς καὶ κατ’ ὄψιν ἰδεῖν. Ἐπειδὴ δὲ τοῦτο οὐκ ἔνι δυνατὸν τῷ τῆς ἐξορίας δεσμῷ πεπεδημένοις, ἐπιλαβόμενοι τοῦ κυρίου μου τοῦ τιμιωτάτου καὶ εὐλαβεστάτου πρεσβυτέρου, δι’ αὐτοῦ γράφομεν, καὶ τὴν ὀφειλομένην πρόσρησιν</w:t>
      </w:r>
    </w:p>
    <w:p>
      <w:r>
        <w:rPr>
          <w:rFonts w:ascii="Courier New" w:hAnsi="Courier New"/>
          <w:color w:val="555555"/>
          <w:sz w:val="20"/>
        </w:rPr>
        <w:t>[40]</w:t>
      </w:r>
    </w:p>
    <w:p>
      <w:r>
        <w:rPr>
          <w:rFonts w:ascii="Gentium Plus" w:hAnsi="Gentium Plus"/>
          <w:sz w:val="24"/>
        </w:rPr>
        <w:t>ἀποδιδόαμεν ὑμῖν δηλοῦντες ὡς ἅπασαν ἀνηρτήσασθε τῷ πόθῳ τὴν ἀνατολὴν, καὶ σφοδροὺς ὑμῶν κατεστή‐ σατε ἐραστὰς, καὶ μυρίους ἔχετε τοὺς συναγα‐ νακτοῦντας ὑμῖν τὴν δικαίαν ταύτην ἀγανάκτησιν ἐπὶ ταῖς γεγενημέναις παρανομίαις. Καὶ παρακαλοῦ‐</w:t>
      </w:r>
    </w:p>
    <w:p>
      <w:r>
        <w:rPr>
          <w:rFonts w:ascii="Courier New" w:hAnsi="Courier New"/>
          <w:color w:val="555555"/>
          <w:sz w:val="20"/>
        </w:rPr>
        <w:t>[45]</w:t>
      </w:r>
    </w:p>
    <w:p>
      <w:r>
        <w:rPr>
          <w:rFonts w:ascii="Gentium Plus" w:hAnsi="Gentium Plus"/>
          <w:sz w:val="24"/>
        </w:rPr>
        <w:t>μεν τὴν αὐτὴν ἐπιδείξασθαι μέχρι τέλους προθυμίαν. Ἴστε γὰρ ὅσους καρπώσεσθε στεφάνους ἀπὸ τῶν προσ‐ καίρων τούτων πόνων, τὰς ἀθανάτους ὑμῖν μετὰ πολλῆς δαψιλείας προαποτιθέμενοι παρὰ τῷ φιλαν‐ θρώπῳ Θεῷ ἀμοιβάς.</w:t>
      </w:r>
    </w:p>
    <w:p>
      <w:pPr>
        <w:jc w:val="center"/>
      </w:pPr>
      <w:r>
        <w:rPr>
          <w:rFonts w:ascii="Gentium Plus" w:hAnsi="Gentium Plus"/>
          <w:b/>
          <w:sz w:val="24"/>
        </w:rPr>
        <w:t>ΡΝΖʹ. Ἐπισκόποις ἐλθοῦσιν ἀπὸ τῆς Δύσεως.</w:t>
      </w:r>
    </w:p>
    <w:p>
      <w:r>
        <w:rPr>
          <w:rFonts w:ascii="Courier New" w:hAnsi="Courier New"/>
          <w:color w:val="555555"/>
          <w:sz w:val="20"/>
        </w:rPr>
        <w:t>[51]</w:t>
      </w:r>
    </w:p>
    <w:p>
      <w:r>
        <w:rPr>
          <w:rFonts w:ascii="Gentium Plus" w:hAnsi="Gentium Plus"/>
          <w:sz w:val="24"/>
        </w:rPr>
        <w:t>Καὶ ἔμπροσθεν μὲν ἐξεπληττόμεθα ὑμῶν τὴν σπου‐ δὴν, τὴν προθυμίαν τὴν ὑπὲρ τῆς διορθώσεως τῶν Ἐκκλησιῶν γεγενημένην, τὴν στεῤῥὰν καὶ γνησίαν διάθεσιν, τὴν ἀνδρείαν καὶ ἀπερίτρεπτον γνώμην,</w:t>
      </w:r>
    </w:p>
    <w:p>
      <w:r>
        <w:rPr>
          <w:rFonts w:ascii="Courier New" w:hAnsi="Courier New"/>
          <w:color w:val="555555"/>
          <w:sz w:val="20"/>
        </w:rPr>
        <w:t>[55]</w:t>
      </w:r>
    </w:p>
    <w:p>
      <w:r>
        <w:rPr>
          <w:rFonts w:ascii="Gentium Plus" w:hAnsi="Gentium Plus"/>
          <w:sz w:val="24"/>
        </w:rPr>
        <w:t>τὴν καρτερίαν, ἣν ἐπὶ τοσοῦτον ἐπεδείξασθε</w:t>
      </w:r>
    </w:p>
    <w:p>
      <w:r>
        <w:rPr>
          <w:rFonts w:ascii="Courier New" w:hAnsi="Courier New"/>
          <w:color w:val="555555"/>
          <w:sz w:val="20"/>
        </w:rPr>
        <w:t>[52 . 704]</w:t>
      </w:r>
    </w:p>
    <w:p>
      <w:r>
        <w:rPr>
          <w:rFonts w:ascii="Gentium Plus" w:hAnsi="Gentium Plus"/>
          <w:sz w:val="24"/>
        </w:rPr>
        <w:t>χρόνον. Μάλιστα δὲ ἐξεπλάγημεν νῦν τὸν πολὺν ὑμῶν τόνον, οὕτω μακρὰν καὶ διαπόντιον ἀποδημίαν ἑλο‐ μένων, καὶ πόνων καὶ ἱδρώτων γέμουσαν, ὑπὲρ τῶν ταῖς Ἐκκλησίαις συμφερόντων. Καὶ ἐβουλόμεθα μὲν</w:t>
      </w:r>
    </w:p>
    <w:p>
      <w:r>
        <w:rPr>
          <w:rFonts w:ascii="Courier New" w:hAnsi="Courier New"/>
          <w:color w:val="555555"/>
          <w:sz w:val="20"/>
        </w:rPr>
        <w:t>[5]</w:t>
      </w:r>
    </w:p>
    <w:p>
      <w:r>
        <w:rPr>
          <w:rFonts w:ascii="Gentium Plus" w:hAnsi="Gentium Plus"/>
          <w:sz w:val="24"/>
        </w:rPr>
        <w:t>καὶ ἐπιστέλλειν συνεχῶς, καὶ τὴν ὀφειλομένην τῇ εὐλαβείᾳ ὑμῶν ἀποδιδόναι πρόσρησιν. Ἀλλ’ ἐπειδὴ τοῦτο οὐκ ἔνι (σχεδὸν γὰρ ἄβατον τοῖς πολλοῖς οἰκοῦ‐ μεν χωρίον, ἐρημίᾳ πάντοθεν ἀποτετειχισμένον), νῦν ἐπιλαβόμενοι τοῦ κυρίου μου τοῦ τιμιωτάτου καὶ</w:t>
      </w:r>
    </w:p>
    <w:p>
      <w:r>
        <w:rPr>
          <w:rFonts w:ascii="Courier New" w:hAnsi="Courier New"/>
          <w:color w:val="555555"/>
          <w:sz w:val="20"/>
        </w:rPr>
        <w:t>[10]</w:t>
      </w:r>
    </w:p>
    <w:p>
      <w:r>
        <w:rPr>
          <w:rFonts w:ascii="Gentium Plus" w:hAnsi="Gentium Plus"/>
          <w:sz w:val="24"/>
        </w:rPr>
        <w:t>εὐλαβεστάτου πρεσβυτέρου, προσαγορεύομεν ὑμῶν τὴν ἀγάπην, καὶ παρακαλοῦμεν τοῖς προοιμίοις συμ‐ βαῖνον ἐπιθεῖναι τέλος. Ἴστε γὰρ ὅσος ὑμῖν ἔσται τῆς ὑπομονῆς ὁ μισθὸς, καὶ ὅσαι παρὰ τοῦ φιλανθρώπου Θεοῦ αἱ ἀντιδόσεις ὑπὲρ τῆς κοινῆς εἰρήνης πονου‐</w:t>
      </w:r>
    </w:p>
    <w:p>
      <w:r>
        <w:rPr>
          <w:rFonts w:ascii="Courier New" w:hAnsi="Courier New"/>
          <w:color w:val="555555"/>
          <w:sz w:val="20"/>
        </w:rPr>
        <w:t>[15]</w:t>
      </w:r>
    </w:p>
    <w:p>
      <w:r>
        <w:rPr>
          <w:rFonts w:ascii="Gentium Plus" w:hAnsi="Gentium Plus"/>
          <w:sz w:val="24"/>
        </w:rPr>
        <w:t>μένοις, καὶ τοσοῦτον ἀναδεχομένοις ἀγῶνα.</w:t>
      </w:r>
    </w:p>
    <w:p>
      <w:pPr>
        <w:jc w:val="center"/>
      </w:pPr>
      <w:r>
        <w:rPr>
          <w:rFonts w:ascii="Gentium Plus" w:hAnsi="Gentium Plus"/>
          <w:b/>
          <w:sz w:val="24"/>
        </w:rPr>
        <w:t>ΡΝΗʹ. Τοῖς αὐτοῖς.</w:t>
      </w:r>
    </w:p>
    <w:p>
      <w:r>
        <w:rPr>
          <w:rFonts w:ascii="Courier New" w:hAnsi="Courier New"/>
          <w:color w:val="555555"/>
          <w:sz w:val="20"/>
        </w:rPr>
        <w:t>[17]</w:t>
      </w:r>
    </w:p>
    <w:p>
      <w:r>
        <w:rPr>
          <w:rFonts w:ascii="Gentium Plus" w:hAnsi="Gentium Plus"/>
          <w:sz w:val="24"/>
        </w:rPr>
        <w:t>Οὐ μικρὰν καὶ ὑμῖν αὐτοῖς στεφάνων ὑπόθεσιν, καὶ ἡμῖν παρακλήσεως ἀφορμὴν ἀπὸ τῆς καλλίστης ὑμῶν ταύτης σπουδῆς, καὶ τῶν πόνων, καὶ τῶν ἱδρώ‐</w:t>
      </w:r>
    </w:p>
    <w:p>
      <w:r>
        <w:rPr>
          <w:rFonts w:ascii="Courier New" w:hAnsi="Courier New"/>
          <w:color w:val="555555"/>
          <w:sz w:val="20"/>
        </w:rPr>
        <w:t>[20]</w:t>
      </w:r>
    </w:p>
    <w:p>
      <w:r>
        <w:rPr>
          <w:rFonts w:ascii="Gentium Plus" w:hAnsi="Gentium Plus"/>
          <w:sz w:val="24"/>
        </w:rPr>
        <w:t>των κατεσκευάσατε. Διὸ καὶ ἐκ τοσούτου καθήμενοι διαστήματος, ἀνακηρύττομεν ὑμᾶς, χάριτας ὁμολο‐ γοῦμεν, καὶ στεφανοῦμεν, καὶ μακαρίζομεν. Καὶ ἐβουλόμεθα μὲν καὶ συνεχέστερον ἐπιστέλλειν· καὶ γὰρ μεγίστην ἐντεῦθεν ἂν ἐκαρπωσάμεθα τὴν πα‐</w:t>
      </w:r>
    </w:p>
    <w:p>
      <w:r>
        <w:rPr>
          <w:rFonts w:ascii="Courier New" w:hAnsi="Courier New"/>
          <w:color w:val="555555"/>
          <w:sz w:val="20"/>
        </w:rPr>
        <w:t>[25]</w:t>
      </w:r>
    </w:p>
    <w:p>
      <w:r>
        <w:rPr>
          <w:rFonts w:ascii="Gentium Plus" w:hAnsi="Gentium Plus"/>
          <w:sz w:val="24"/>
        </w:rPr>
        <w:t>ραμυθίαν, εἴ γε τῶν τὰ γράμματα διακομιζόντων ἐπετυγχάνομεν. Ἐπειδὴ δὲ οὐ ῥᾴδιον ἡμῖν τοῦτο πρὸς αὐτὰς τὰς ἐσχατιὰς τῆς οἰκουμένης ἀπῳκισμένοις, καὶ οὐδενὸς ἡμῖν ταχέως ἐπιχωριάζειν δυναμένου, νῦν ὅτε ἐπετύχομεν τοῦ κυρίου μου τοῦ τιμιωτάτου</w:t>
      </w:r>
    </w:p>
    <w:p>
      <w:r>
        <w:rPr>
          <w:rFonts w:ascii="Courier New" w:hAnsi="Courier New"/>
          <w:color w:val="555555"/>
          <w:sz w:val="20"/>
        </w:rPr>
        <w:t>[30]</w:t>
      </w:r>
    </w:p>
    <w:p>
      <w:r>
        <w:rPr>
          <w:rFonts w:ascii="Gentium Plus" w:hAnsi="Gentium Plus"/>
          <w:sz w:val="24"/>
        </w:rPr>
        <w:t>καὶ εὐλαβεστάτου πρεσβυτέρου, τὴν ὀφειλομένην ἀποδεδώκαμεν πρόσρησιν, καὶ παρακαλοῦμεν ὑμῶν τὴν εὐλάβειαν, ἐννοοῦντας τοῦ κατορθώματος τὸ μέ‐ γεθος, εἰ καὶ πολὺς ὁ παρελθὼν ἀνηλώθη χρόνος, καὶ ἐπὶ τὸ χεῖρον τῶν ἐναντιουμένων αὔξεται ἡ φιλονει‐</w:t>
      </w:r>
    </w:p>
    <w:p>
      <w:r>
        <w:rPr>
          <w:rFonts w:ascii="Courier New" w:hAnsi="Courier New"/>
          <w:color w:val="555555"/>
          <w:sz w:val="20"/>
        </w:rPr>
        <w:t>[35]</w:t>
      </w:r>
    </w:p>
    <w:p>
      <w:r>
        <w:rPr>
          <w:rFonts w:ascii="Gentium Plus" w:hAnsi="Gentium Plus"/>
          <w:sz w:val="24"/>
        </w:rPr>
        <w:t>κία, καὶ μένουσι νοσοῦντες ἀνίατα, τὰ γοῦν παρ’ ὑμῶν μὴ διαλιπεῖν εἰς διόρθωσιν τῶν γεγενημένων εἰσφέροντας. Ὅσῳ γὰρ πλείων ἡ δυσκολία, τοσούτῳ μείζων καὶ δαψιλεστέρα ἔσται τῶν καλῶν τούτων ἀγώνων ὑμῖν ἡ ἀμοιβὴ παρὰ τοῦ φιλανθρώπου Θεοῦ.</w:t>
      </w:r>
    </w:p>
    <w:p>
      <w:pPr>
        <w:jc w:val="center"/>
      </w:pPr>
      <w:r>
        <w:rPr>
          <w:rFonts w:ascii="Gentium Plus" w:hAnsi="Gentium Plus"/>
          <w:b/>
          <w:sz w:val="24"/>
        </w:rPr>
        <w:t>ΡΝΘʹ. Τοῖς αὐτοῖς.</w:t>
      </w:r>
    </w:p>
    <w:p>
      <w:r>
        <w:rPr>
          <w:rFonts w:ascii="Courier New" w:hAnsi="Courier New"/>
          <w:color w:val="555555"/>
          <w:sz w:val="20"/>
        </w:rPr>
        <w:t>[41]</w:t>
      </w:r>
    </w:p>
    <w:p>
      <w:r>
        <w:rPr>
          <w:rFonts w:ascii="Gentium Plus" w:hAnsi="Gentium Plus"/>
          <w:sz w:val="24"/>
        </w:rPr>
        <w:t>Οὐ μικρὰν ἔχομεν παραμυθίαν τῶν κατειληφότων τὰ ἐνταῦθα κακῶν, τῆς ὑμετέρας σπουδῆς τὸ μέγεθος. Ἱκανὰ μὲν γὰρ καὶ τὰ ἔμπροσθεν παρ’ ὑμῶν γεγενη‐ μένα, ἡ ἀγρυπνία, καὶ ἡ σπουδὴ, καὶ ἡ τοσαύτη</w:t>
      </w:r>
    </w:p>
    <w:p>
      <w:r>
        <w:rPr>
          <w:rFonts w:ascii="Courier New" w:hAnsi="Courier New"/>
          <w:color w:val="555555"/>
          <w:sz w:val="20"/>
        </w:rPr>
        <w:t>[45]</w:t>
      </w:r>
    </w:p>
    <w:p>
      <w:r>
        <w:rPr>
          <w:rFonts w:ascii="Gentium Plus" w:hAnsi="Gentium Plus"/>
          <w:sz w:val="24"/>
        </w:rPr>
        <w:t>φροντὶς, πολλὴν ἡμῖν παρασχεῖν τὴν παράκλησιν· ὃ δὲ νῦν προσεθήκατε, τὸ μακρὰν οὕτως ἀποδημίαν στείλασθαι, ὑπὲρ τῶν ταῖς Ἐκκλησίαις συμφερόν‐ των, σφόδρα πάντας ἡμᾶς ἀναπνεῦσαι πεποίηκε. Καὶ κοινῇ πάντες ὑμῖν χάριτας ὁμολογοῦμεν πολ‐</w:t>
      </w:r>
    </w:p>
    <w:p>
      <w:r>
        <w:rPr>
          <w:rFonts w:ascii="Courier New" w:hAnsi="Courier New"/>
          <w:color w:val="555555"/>
          <w:sz w:val="20"/>
        </w:rPr>
        <w:t>[52 . 704 (50)]</w:t>
      </w:r>
    </w:p>
    <w:p>
      <w:r>
        <w:rPr>
          <w:rFonts w:ascii="Gentium Plus" w:hAnsi="Gentium Plus"/>
          <w:sz w:val="24"/>
        </w:rPr>
        <w:t>λὰς ὑπὲρ τῶν τοσούτων πόνων, καὶ τῶν ἱδρώτων,</w:t>
      </w:r>
    </w:p>
    <w:p>
      <w:r>
        <w:rPr>
          <w:rFonts w:ascii="Courier New" w:hAnsi="Courier New"/>
          <w:color w:val="555555"/>
          <w:sz w:val="20"/>
        </w:rPr>
        <w:t>[52 . 705]</w:t>
      </w:r>
    </w:p>
    <w:p>
      <w:r>
        <w:rPr>
          <w:rFonts w:ascii="Gentium Plus" w:hAnsi="Gentium Plus"/>
          <w:sz w:val="24"/>
        </w:rPr>
        <w:t>καὶ τῶν καλῶν τούτων ἀγώνων, καὶ μακαρίζοντες ὑμᾶς οὐ διαλιμπάνομεν τῆς καλῆς ταύτης προθυμίας τε καὶ σπουδῆς. Διὸ καὶ τὸν κύριόν μου τὸν τιμιώτα‐ τον καὶ εὐλαβέστατον πρεσβύτερον παρεκαλέσαμεν</w:t>
      </w:r>
    </w:p>
    <w:p>
      <w:r>
        <w:rPr>
          <w:rFonts w:ascii="Courier New" w:hAnsi="Courier New"/>
          <w:color w:val="555555"/>
          <w:sz w:val="20"/>
        </w:rPr>
        <w:t>[5]</w:t>
      </w:r>
    </w:p>
    <w:p>
      <w:r>
        <w:rPr>
          <w:rFonts w:ascii="Gentium Plus" w:hAnsi="Gentium Plus"/>
          <w:sz w:val="24"/>
        </w:rPr>
        <w:t>δραμεῖν ἕως ὑμῶν. Δεξάμενοι τοίνυν αὐτὸν μετὰ τῆς ὑμῖν πρεπούσης φιλοφροσύνης, ἄξιον τοῖς προοιμίοις τὸ τέλος ἐπιθεῖναι παρακλήθητε. Εἰ γὰρ καὶ ἀνίατα νοσοῦσι τέως οἱ τοσούτους χειμῶνας καὶ πολέμους ταῖς Ἐκκλησίαις ἐργασάμενοι, τοσοῦτον ταλανίζειν</w:t>
      </w:r>
    </w:p>
    <w:p>
      <w:r>
        <w:rPr>
          <w:rFonts w:ascii="Courier New" w:hAnsi="Courier New"/>
          <w:color w:val="555555"/>
          <w:sz w:val="20"/>
        </w:rPr>
        <w:t>[10]</w:t>
      </w:r>
    </w:p>
    <w:p>
      <w:r>
        <w:rPr>
          <w:rFonts w:ascii="Gentium Plus" w:hAnsi="Gentium Plus"/>
          <w:sz w:val="24"/>
        </w:rPr>
        <w:t>μὲν ἐκείνους καὶ δακρύειν χρὴ, ὑμᾶς δὲ ἐκπλήττεσθαι καὶ ἀνακηρύττειν, ὅτι καὶ τῶν κακῶν αὐξομένων, μείζονα ἀεὶ προϊόντες τὴν ὑπὲρ τοῦ τὰ τοιαῦτα διορ‐ θῶσαι σπουδὴν ἐπιδείκνυσθε.</w:t>
      </w:r>
    </w:p>
    <w:p>
      <w:pPr>
        <w:jc w:val="center"/>
      </w:pPr>
      <w:r>
        <w:rPr>
          <w:rFonts w:ascii="Gentium Plus" w:hAnsi="Gentium Plus"/>
          <w:b/>
          <w:sz w:val="24"/>
        </w:rPr>
        <w:t>ΡΞʹ. Ἐπισκόπῳ ἐλθόντι ἀπὸ Δύσεως.</w:t>
      </w:r>
    </w:p>
    <w:p>
      <w:r>
        <w:rPr>
          <w:rFonts w:ascii="Courier New" w:hAnsi="Courier New"/>
          <w:color w:val="555555"/>
          <w:sz w:val="20"/>
        </w:rPr>
        <w:t>[15]</w:t>
      </w:r>
    </w:p>
    <w:p>
      <w:r>
        <w:rPr>
          <w:rFonts w:ascii="Gentium Plus" w:hAnsi="Gentium Plus"/>
          <w:sz w:val="24"/>
        </w:rPr>
        <w:t>Ὅταν ἐννοήσω τὸν ἱδρῶτα, ὃν ἵδρωσας, καὶ οἴκοι καθήμενος, καὶ μακρὰν οὕτω καὶ διαπόντιον ἀποδη‐ μίαν στειλάμενος, ὑπὲρ τῶν ταῖς Ἐκκλησίαις συμ‐ φερόντων πραγμάτων, καὶ πρὸ τοῦ τέλους σε στεφα‐ νῶν καὶ ἀνακηρύττων καὶ μακαρίζων οὐ παύομαι.</w:t>
      </w:r>
    </w:p>
    <w:p>
      <w:r>
        <w:rPr>
          <w:rFonts w:ascii="Courier New" w:hAnsi="Courier New"/>
          <w:color w:val="555555"/>
          <w:sz w:val="20"/>
        </w:rPr>
        <w:t>[20]</w:t>
      </w:r>
    </w:p>
    <w:p>
      <w:r>
        <w:rPr>
          <w:rFonts w:ascii="Gentium Plus" w:hAnsi="Gentium Plus"/>
          <w:sz w:val="24"/>
        </w:rPr>
        <w:t>Ἄν τε γὰρ γένηταί τι πλέον ἀπὸ τῆς ὑμετέρας σπου‐ δῆς, δέσποτά μου τιμιώτατε, ἄν τε ἐπὶ τῆς αὐτῆς μένωσι φιλονεικίας οἱ τὰς ταραχὰς παρὰ τὴν ἀρχὴν ἐμβαλόντες, ἀνίατα νοσοῦντες, ὑμῖν ὁ μισθός ἐστιν ἀπηρτισμένος ἀπὸ τῆς γνώμης καὶ τοῦ τὰ παρ’ ἑαυ‐</w:t>
      </w:r>
    </w:p>
    <w:p>
      <w:r>
        <w:rPr>
          <w:rFonts w:ascii="Courier New" w:hAnsi="Courier New"/>
          <w:color w:val="555555"/>
          <w:sz w:val="20"/>
        </w:rPr>
        <w:t>[25]</w:t>
      </w:r>
    </w:p>
    <w:p>
      <w:r>
        <w:rPr>
          <w:rFonts w:ascii="Gentium Plus" w:hAnsi="Gentium Plus"/>
          <w:sz w:val="24"/>
        </w:rPr>
        <w:t>τῶν ἅπαντα εἰσενεγκεῖν. Διὰ τοῦτο ὑμᾶς μακαρίζο‐ μεν, θαυμάζομεν, χάριτας ὑμῖν ὁμολογοῦντες οὐ δια‐ λιμπάνομεν. Καὶ ἐβουλόμεθα μὲν καὶ συνεχέστερον ἐπιστέλλειν· ἐπειδὴ δὲ τοῦτο ἡμᾶς παρείλετο ἡ τοῦ χωρίου τούτου, ἐν ᾧ καθείργμεθα, ἐρημία, νῦν ὅτε</w:t>
      </w:r>
    </w:p>
    <w:p>
      <w:r>
        <w:rPr>
          <w:rFonts w:ascii="Courier New" w:hAnsi="Courier New"/>
          <w:color w:val="555555"/>
          <w:sz w:val="20"/>
        </w:rPr>
        <w:t>[30]</w:t>
      </w:r>
    </w:p>
    <w:p>
      <w:r>
        <w:rPr>
          <w:rFonts w:ascii="Gentium Plus" w:hAnsi="Gentium Plus"/>
          <w:sz w:val="24"/>
        </w:rPr>
        <w:t>ἐπετύχομεν τοῦ κυρίου μου τοῦ τιμιωτάτου καὶ εὐ‐ λαβεστάτου πρεσβυτέρου, καὶ γράφομεν, καὶ τὴν ὀφειλομένην ὑμῖν ἀποδιδόαμεν πρόσρησιν. Γνώμῃ μὲν γὰρ καὶ διαθέσει πολλάκις ἐπεστάλκαμεν, χάρτῃ δὲ καὶ μέλανι πρῶτον νῦν, ἐπειδὴ καὶ νῦν πρῶτον τὸν</w:t>
      </w:r>
    </w:p>
    <w:p>
      <w:r>
        <w:rPr>
          <w:rFonts w:ascii="Courier New" w:hAnsi="Courier New"/>
          <w:color w:val="555555"/>
          <w:sz w:val="20"/>
        </w:rPr>
        <w:t>[35]</w:t>
      </w:r>
    </w:p>
    <w:p>
      <w:r>
        <w:rPr>
          <w:rFonts w:ascii="Gentium Plus" w:hAnsi="Gentium Plus"/>
          <w:sz w:val="24"/>
        </w:rPr>
        <w:t>πρὸς ὑμᾶς ἀφικνούμενον εὑρήκαμεν. Δεξάμενοι τοίνυν αὐτὸν ὡς ὑμῖν πρέπον ἐστὶ, καὶ τὴν προσήκουσαν περὶ αὐτὸν ἐπιδειξάμενοι ἀγάπην, δότε ἐντρυφῆσαι ὑμῶν τῇ διαθέσει. Οὐ γὰρ μικρὰν ἕξει τῆς τοσαύτης ταλαιπωρίας, τῆς κατὰ τὴν ὁδοιπορίαν, παραμυθίαν</w:t>
      </w:r>
    </w:p>
    <w:p>
      <w:r>
        <w:rPr>
          <w:rFonts w:ascii="Courier New" w:hAnsi="Courier New"/>
          <w:color w:val="555555"/>
          <w:sz w:val="20"/>
        </w:rPr>
        <w:t>[40]</w:t>
      </w:r>
    </w:p>
    <w:p>
      <w:r>
        <w:rPr>
          <w:rFonts w:ascii="Gentium Plus" w:hAnsi="Gentium Plus"/>
          <w:sz w:val="24"/>
        </w:rPr>
        <w:t>καὶ παράκλησιν, τὸ τῆς εὐνοίας ἀπολαῦσαι τῆς ὑμε‐ τέρας. Ὅτι γὰρ ὑπὲρ τοῦ ἐῤῥωμενεστάτῃ χρήσασθαι τῇ σπουδῇ τῶν ταῖς Ἐκκλησίαις ἕνεκεν συμφερόντων οὐδὲν δεήσεσθε τῆς ἑτέρων ὑπομνήσεως, ἐδείξατε διὰ τῶν πραγμάτων αὐτῶν.</w:t>
      </w:r>
    </w:p>
    <w:p>
      <w:pPr>
        <w:jc w:val="center"/>
      </w:pPr>
      <w:r>
        <w:rPr>
          <w:rFonts w:ascii="Gentium Plus" w:hAnsi="Gentium Plus"/>
          <w:b/>
          <w:sz w:val="24"/>
        </w:rPr>
        <w:t>ΡΞΑʹ. Πρεσβυτέροις Ῥωμαίοις ἐλθοῦσι μετὰ τῶν</w:t>
      </w:r>
    </w:p>
    <w:p>
      <w:pPr>
        <w:jc w:val="center"/>
      </w:pPr>
      <w:r>
        <w:rPr>
          <w:rFonts w:ascii="Gentium Plus" w:hAnsi="Gentium Plus"/>
          <w:b/>
          <w:sz w:val="24"/>
        </w:rPr>
        <w:t>ἐπισκόπων.</w:t>
      </w:r>
    </w:p>
    <w:p>
      <w:r>
        <w:rPr>
          <w:rFonts w:ascii="Courier New" w:hAnsi="Courier New"/>
          <w:color w:val="555555"/>
          <w:sz w:val="20"/>
        </w:rPr>
        <w:t>[47]</w:t>
      </w:r>
    </w:p>
    <w:p>
      <w:r>
        <w:rPr>
          <w:rFonts w:ascii="Gentium Plus" w:hAnsi="Gentium Plus"/>
          <w:sz w:val="24"/>
        </w:rPr>
        <w:t>Πολὺν ὑπομεμενήκατε πόνον, μακρὰν οὕτω καὶ διαπόντιον ἀποδημίαν στειλάμενοι, πολὺν τὸν ἱδρῶτα, ἀλλ’ οὐχ ὑπὲρ τῶν βιωτικῶν καὶ ἐπικήρων πραγμάτων,</w:t>
      </w:r>
    </w:p>
    <w:p>
      <w:r>
        <w:rPr>
          <w:rFonts w:ascii="Courier New" w:hAnsi="Courier New"/>
          <w:color w:val="555555"/>
          <w:sz w:val="20"/>
        </w:rPr>
        <w:t>[52 . 705 (50)]</w:t>
      </w:r>
    </w:p>
    <w:p>
      <w:r>
        <w:rPr>
          <w:rFonts w:ascii="Gentium Plus" w:hAnsi="Gentium Plus"/>
          <w:sz w:val="24"/>
        </w:rPr>
        <w:t>ἀλλ’ ὑπὲρ τῶν ταῖς Ἐκκλησίαις συμφερόντων, ὑπὲρ ὧν καὶ πολλῷ μείζονα τῶν πόνων λήψεσθε τὰ βραβεῖα παρὰ τοῦ φιλανθρώπου Θεοῦ. Οὐ μικρὰ τοί‐ νυν καὶ ὑμῖν καὶ ἡμῖν ἔσται παράκλησις ὁ πόνος ὑμῶν καὶ ἡ σπουδή· ὑμῖν μὲν, ὅτι ὑπὲρ εἰρήνης</w:t>
      </w:r>
    </w:p>
    <w:p>
      <w:r>
        <w:rPr>
          <w:rFonts w:ascii="Courier New" w:hAnsi="Courier New"/>
          <w:color w:val="555555"/>
          <w:sz w:val="20"/>
        </w:rPr>
        <w:t>[55]</w:t>
      </w:r>
    </w:p>
    <w:p>
      <w:r>
        <w:rPr>
          <w:rFonts w:ascii="Gentium Plus" w:hAnsi="Gentium Plus"/>
          <w:sz w:val="24"/>
        </w:rPr>
        <w:t>τοσούτων Ἐκκλησιῶν ὁ καλὸς οὗτος ὑμῖν ἀγὼν, καὶ</w:t>
      </w:r>
    </w:p>
    <w:p>
      <w:r>
        <w:rPr>
          <w:rFonts w:ascii="Courier New" w:hAnsi="Courier New"/>
          <w:color w:val="555555"/>
          <w:sz w:val="20"/>
        </w:rPr>
        <w:t>[52 . 706]</w:t>
      </w:r>
    </w:p>
    <w:p>
      <w:r>
        <w:rPr>
          <w:rFonts w:ascii="Gentium Plus" w:hAnsi="Gentium Plus"/>
          <w:sz w:val="24"/>
        </w:rPr>
        <w:t>ἐπὶ πολλῷ μείζοσι στεφάνοις ἡ ἀντίδοσις· ἡμῖν δὲ, ὅτι τοσαύτης παρ’ ὑμῶν ἀπηλαύσαμεν ἀγάπης, καὶ παρὰ τῶν τοσούτων καὶ τηλικούτων ἀνδρῶν πολλῆς τετυχήκαμεν τῆς σπουδῆς, καὶ τῷ σώματι τοσοῦτον</w:t>
      </w:r>
    </w:p>
    <w:p>
      <w:r>
        <w:rPr>
          <w:rFonts w:ascii="Courier New" w:hAnsi="Courier New"/>
          <w:color w:val="555555"/>
          <w:sz w:val="20"/>
        </w:rPr>
        <w:t>[5]</w:t>
      </w:r>
    </w:p>
    <w:p>
      <w:r>
        <w:rPr>
          <w:rFonts w:ascii="Gentium Plus" w:hAnsi="Gentium Plus"/>
          <w:sz w:val="24"/>
        </w:rPr>
        <w:t>διῳκισμένους ὁδοῦ μῆκος τῇ τῆς ἀγάπης ἁλύσει ὑμῖν αὐτοῖς συνεδήσατε μετὰ πολλῆς τῆς ἀκριβείας. Διὰ ταῦτα χάριτας ὑμῖν ἴσμεν πολλὰς, καὶ ἀνακηρύττον‐ τες ὑμῶν τὴν πολλὴν εὔνοιαν οὐ παυόμεθα. Βοᾷ μὲν γὰρ αὐτὴν καὶ αὐτὴ τῶν πραγμάτων ἡ φωνὴ, οὐ δια‐</w:t>
      </w:r>
    </w:p>
    <w:p>
      <w:r>
        <w:rPr>
          <w:rFonts w:ascii="Courier New" w:hAnsi="Courier New"/>
          <w:color w:val="555555"/>
          <w:sz w:val="20"/>
        </w:rPr>
        <w:t>[10]</w:t>
      </w:r>
    </w:p>
    <w:p>
      <w:r>
        <w:rPr>
          <w:rFonts w:ascii="Gentium Plus" w:hAnsi="Gentium Plus"/>
          <w:sz w:val="24"/>
        </w:rPr>
        <w:t>λιμπάνομεν δὲ καὶ ἡμεῖς διὰ τῆς ἡμετέρας τοῦτο ἐρ‐ γαζόμενοι γλώττης. Εἰ δὲ νῦν πρῶτον ὑμῖν ἐπεστάλ‐ καμεν, οὐκ ἀπὸ τῆς ῥᾳθυμίας, ἀλλ’ ἀπὸ τῆς τοῦ τόπου ἐρημίας τοῦτο πεπόνθαμεν. Νῦν γοῦν ἐπιλα‐ βόμενοι τοῦ κυρίου τοῦ τιμιωτάτου καὶ εὐλαβεστάτου</w:t>
      </w:r>
    </w:p>
    <w:p>
      <w:r>
        <w:rPr>
          <w:rFonts w:ascii="Courier New" w:hAnsi="Courier New"/>
          <w:color w:val="555555"/>
          <w:sz w:val="20"/>
        </w:rPr>
        <w:t>[15]</w:t>
      </w:r>
    </w:p>
    <w:p>
      <w:r>
        <w:rPr>
          <w:rFonts w:ascii="Gentium Plus" w:hAnsi="Gentium Plus"/>
          <w:sz w:val="24"/>
        </w:rPr>
        <w:t>πρεσβυτέρου, διαβαίνοντος οἷ διάγετε, τήν τε ὀφειλο‐ μένην ὑμῖν ἀποδιδόαμεν πρόσρησιν, καὶ παρακαλοῦ‐ μεν ὑμᾶς μετὰ τῆς πρεπούσης ὑμῖν ἀγάπης αὐτὸν ὑποδέξασθαι, καὶ ἐπανιόντος, τὰ περὶ τῆς ὑγείας ἡμῖν δηλῶσαι τῆς ὑμετέρας, περὶ ἧς σφόδρα περι‐</w:t>
      </w:r>
    </w:p>
    <w:p>
      <w:r>
        <w:rPr>
          <w:rFonts w:ascii="Courier New" w:hAnsi="Courier New"/>
          <w:color w:val="555555"/>
          <w:sz w:val="20"/>
        </w:rPr>
        <w:t>[20]</w:t>
      </w:r>
    </w:p>
    <w:p>
      <w:r>
        <w:rPr>
          <w:rFonts w:ascii="Gentium Plus" w:hAnsi="Gentium Plus"/>
          <w:sz w:val="24"/>
        </w:rPr>
        <w:t>σπούδαστον ἡμῖν μανθάνειν. Ὑπὲρ δὲ τοῦ τὴν προσ‐ ήκουσαν σπουδὴν ἐπιδείξασθαι εἰς τὴν τοῦ πράγμα‐ τος ὑπόθεσιν, εἰς ἥν ἐστε ἀφιγμένοι, οὐδὲν οἶμαι δεῖ‐ σθαι τὴν εὐλάβειαν ὑμῶν τῆς ἑτέρωθεν ὑπομνήσεως· καὶ τοῦτο δῆλον πεποιήκατε διὰ τῆς σπουδῆς, ἣν διὰ</w:t>
      </w:r>
    </w:p>
    <w:p>
      <w:r>
        <w:rPr>
          <w:rFonts w:ascii="Courier New" w:hAnsi="Courier New"/>
          <w:color w:val="555555"/>
          <w:sz w:val="20"/>
        </w:rPr>
        <w:t>[25]</w:t>
      </w:r>
    </w:p>
    <w:p>
      <w:r>
        <w:rPr>
          <w:rFonts w:ascii="Gentium Plus" w:hAnsi="Gentium Plus"/>
          <w:sz w:val="24"/>
        </w:rPr>
        <w:t>παντὸς ἐπεδείξασθε τοῦ χρόνου.</w:t>
      </w:r>
    </w:p>
    <w:p>
      <w:pPr>
        <w:jc w:val="center"/>
      </w:pPr>
      <w:r>
        <w:rPr>
          <w:rFonts w:ascii="Gentium Plus" w:hAnsi="Gentium Plus"/>
          <w:b/>
          <w:sz w:val="24"/>
        </w:rPr>
        <w:t>ΡΞΒʹ. Ἀνυσίῳ ἐπισκόπῳ Θεσσαλονίκης.</w:t>
      </w:r>
    </w:p>
    <w:p>
      <w:r>
        <w:rPr>
          <w:rFonts w:ascii="Courier New" w:hAnsi="Courier New"/>
          <w:color w:val="555555"/>
          <w:sz w:val="20"/>
        </w:rPr>
        <w:t>[27]</w:t>
      </w:r>
    </w:p>
    <w:p>
      <w:r>
        <w:rPr>
          <w:rFonts w:ascii="Gentium Plus" w:hAnsi="Gentium Plus"/>
          <w:sz w:val="24"/>
        </w:rPr>
        <w:t>Ὀψὲ μὲν καὶ βραδέως ἐπεστάλκαμέν σου τῇ ἀγάπῃ· ἀλλ’ οὐχ ἑκουσίως ἡμῶν ἡ μακρὰ αὕτη σιγὴ γέγονεν, ἀλλὰ διὰ τὴν τοῦ χωρίου ἐρημίαν, ἐν ᾧ καθείργμεθα,</w:t>
      </w:r>
    </w:p>
    <w:p>
      <w:r>
        <w:rPr>
          <w:rFonts w:ascii="Courier New" w:hAnsi="Courier New"/>
          <w:color w:val="555555"/>
          <w:sz w:val="20"/>
        </w:rPr>
        <w:t>[30]</w:t>
      </w:r>
    </w:p>
    <w:p>
      <w:r>
        <w:rPr>
          <w:rFonts w:ascii="Gentium Plus" w:hAnsi="Gentium Plus"/>
          <w:sz w:val="24"/>
        </w:rPr>
        <w:t>οὐ διὰ τὴν ῥᾳθυμίαν τὴν περὶ τὴν ὑμετέραν ἀγάπην. Νῦν γοῦν ἐπιλαβόμενοι τοῦ κυρίου μου τοῦ τιμιωτά‐ του καὶ εὐλαβεστάτου πρεσβυτέρου, τὴν πάλαι ὀφει‐ λομένην ἀποδεδώκαμεν πρόσρησιν τῇ τιμιότητί σου, χάριτας πολλὰς ὁμολογοῦντές σου τῇ εὐλαβείᾳ ὑπὲρ</w:t>
      </w:r>
    </w:p>
    <w:p>
      <w:r>
        <w:rPr>
          <w:rFonts w:ascii="Courier New" w:hAnsi="Courier New"/>
          <w:color w:val="555555"/>
          <w:sz w:val="20"/>
        </w:rPr>
        <w:t>[35]</w:t>
      </w:r>
    </w:p>
    <w:p>
      <w:r>
        <w:rPr>
          <w:rFonts w:ascii="Gentium Plus" w:hAnsi="Gentium Plus"/>
          <w:sz w:val="24"/>
        </w:rPr>
        <w:t>τῆς ἐνστάσεως, καὶ τῆς ἀνδρείας τῆς ὑπὲρ τῶν Ἐκ‐ κλησιῶν. Δεξάμενος τοίνυν αὐτὸν, δέσποτά μου τι‐ μιώτατε, ὥς σοι πρέπον ἐστὶ, καὶ τὴν προσήκουσαν περὶ αὐτὸν φιλοφροσύνην ἐπιδειξάμενος, μὴ ἀποκά‐ μῃς τὰ συντελοῦντα τῇ κοινῇ διορθώσει τῶν Ἐκκλη‐</w:t>
      </w:r>
    </w:p>
    <w:p>
      <w:r>
        <w:rPr>
          <w:rFonts w:ascii="Courier New" w:hAnsi="Courier New"/>
          <w:color w:val="555555"/>
          <w:sz w:val="20"/>
        </w:rPr>
        <w:t>[40]</w:t>
      </w:r>
    </w:p>
    <w:p>
      <w:r>
        <w:rPr>
          <w:rFonts w:ascii="Gentium Plus" w:hAnsi="Gentium Plus"/>
          <w:sz w:val="24"/>
        </w:rPr>
        <w:t>σιῶν ποιῶν καὶ πραγματευόμενος. Οἶσθα γὰρ τοῦ κατ‐ ορθώματος τὸ μέγεθος, καὶ ὑπὲρ ὅσων Ἐκκλησιῶν τὸν καλὸν τοῦτον ἀγῶνα ἀνεδέξασθε, καὶ ὅσοι ὑπὲρ τῆς κοινῆς εἰρήνης πονησαμένοις ὑμῖν ἀπόκεινται παρὰ τῷ φιλανθρώπῳ Θεῷ οἱ στέφανοι.</w:t>
      </w:r>
    </w:p>
    <w:p>
      <w:pPr>
        <w:jc w:val="center"/>
      </w:pPr>
      <w:r>
        <w:rPr>
          <w:rFonts w:ascii="Gentium Plus" w:hAnsi="Gentium Plus"/>
          <w:b/>
          <w:sz w:val="24"/>
        </w:rPr>
        <w:t>ΡΞΓʹ. Ἀνυσίῳ, Νουμερίῳ, Θεοδοσίῳ, Εὐ‐</w:t>
      </w:r>
    </w:p>
    <w:p>
      <w:pPr>
        <w:jc w:val="center"/>
      </w:pPr>
      <w:r>
        <w:rPr>
          <w:rFonts w:ascii="Gentium Plus" w:hAnsi="Gentium Plus"/>
          <w:b/>
          <w:sz w:val="24"/>
        </w:rPr>
        <w:t>τροπίῳ, Εὐσταθίῳ, Μαρκέλλῳ, Εὐσεβίῳ, Μα‐</w:t>
      </w:r>
    </w:p>
    <w:p>
      <w:pPr>
        <w:jc w:val="center"/>
      </w:pPr>
      <w:r>
        <w:rPr>
          <w:rFonts w:ascii="Gentium Plus" w:hAnsi="Gentium Plus"/>
          <w:b/>
          <w:sz w:val="24"/>
        </w:rPr>
        <w:t>ξιμιανῷ, Εὐγενίῳ, Γεροντίῳ, καὶ Θύρσῳ, καὶ</w:t>
      </w:r>
    </w:p>
    <w:p>
      <w:pPr>
        <w:jc w:val="center"/>
      </w:pPr>
      <w:r>
        <w:rPr>
          <w:rFonts w:ascii="Gentium Plus" w:hAnsi="Gentium Plus"/>
          <w:b/>
          <w:sz w:val="24"/>
        </w:rPr>
        <w:t>πᾶσι τοῖς κατὰ Μακεδονίαν ὀρθοδόξοις ἐπισκό‐</w:t>
      </w:r>
    </w:p>
    <w:p>
      <w:pPr>
        <w:jc w:val="center"/>
      </w:pPr>
      <w:r>
        <w:rPr>
          <w:rFonts w:ascii="Gentium Plus" w:hAnsi="Gentium Plus"/>
          <w:b/>
          <w:sz w:val="24"/>
        </w:rPr>
        <w:t>ποις.</w:t>
      </w:r>
    </w:p>
    <w:p>
      <w:r>
        <w:rPr>
          <w:rFonts w:ascii="Courier New" w:hAnsi="Courier New"/>
          <w:color w:val="555555"/>
          <w:sz w:val="20"/>
        </w:rPr>
        <w:t>[52 . 706 (50)]</w:t>
      </w:r>
    </w:p>
    <w:p>
      <w:r>
        <w:rPr>
          <w:rFonts w:ascii="Gentium Plus" w:hAnsi="Gentium Plus"/>
          <w:sz w:val="24"/>
        </w:rPr>
        <w:t>Πολλὴ μὲν ὑμῶν τῆς ἀγάπης καὶ ἡ ἔμπροσθεν σπουδὴ, καὶ χάριτας ὑπὲρ τούτων ὁμολογοῦμεν, ὅτι ἐν οὕτω χρόνῳ μακρῷ ἔστητε μετὰ τῆς προσηκούσης ὑμῖν ἀνδρείας, μηδενὶ εἴκοντες τῶν συναρπάζειν ἐπι‐ χειρούντων· παρακαλοῦμεν δὲ καὶ τὸ τέλος ἐπιθεῖναι</w:t>
      </w:r>
    </w:p>
    <w:p>
      <w:r>
        <w:rPr>
          <w:rFonts w:ascii="Courier New" w:hAnsi="Courier New"/>
          <w:color w:val="555555"/>
          <w:sz w:val="20"/>
        </w:rPr>
        <w:t>[55]</w:t>
      </w:r>
    </w:p>
    <w:p>
      <w:r>
        <w:rPr>
          <w:rFonts w:ascii="Gentium Plus" w:hAnsi="Gentium Plus"/>
          <w:sz w:val="24"/>
        </w:rPr>
        <w:t>οἷον προσῆκόν ἐστιν. Ὅσῳ γὰρ πλείονα τὰ τῶν κα‐</w:t>
      </w:r>
    </w:p>
    <w:p>
      <w:r>
        <w:rPr>
          <w:rFonts w:ascii="Courier New" w:hAnsi="Courier New"/>
          <w:color w:val="555555"/>
          <w:sz w:val="20"/>
        </w:rPr>
        <w:t>[52 . 707]</w:t>
      </w:r>
    </w:p>
    <w:p>
      <w:r>
        <w:rPr>
          <w:rFonts w:ascii="Gentium Plus" w:hAnsi="Gentium Plus"/>
          <w:sz w:val="24"/>
        </w:rPr>
        <w:t>καὶ τῶν ἀμοιβῶν παρὰ τοῦ φιλανθρώπου Θεοῦ. Καὶ ἐπεθυμοῦμεν κατὰ πρόσωπον ὑμῶν θεάσασθαι τὴν τιμιότητα. Ἐπειδὴ δὲ τὰ τῆς ἐξορίας δεσμὰ τοῦτο ἡμᾶς παρείλετο, καὶ ἐν ἑνὶ καθεῖρξε χωρίῳ, τὸν κύ‐</w:t>
      </w:r>
    </w:p>
    <w:p>
      <w:r>
        <w:rPr>
          <w:rFonts w:ascii="Courier New" w:hAnsi="Courier New"/>
          <w:color w:val="555555"/>
          <w:sz w:val="20"/>
        </w:rPr>
        <w:t>[5]</w:t>
      </w:r>
    </w:p>
    <w:p>
      <w:r>
        <w:rPr>
          <w:rFonts w:ascii="Gentium Plus" w:hAnsi="Gentium Plus"/>
          <w:sz w:val="24"/>
        </w:rPr>
        <w:t>ριόν μου τὸν τιμιώτατον καὶ εὐλαβέστατον πρεσβύ‐ τερον ἀπεστάλκαμεν, καὶ δι’ αὐτοῦ τήν τε ὀφειλομέ‐ νην πρόσρησιν ἀποδιδόαμεν, καὶ δηλοῦμεν, ὅτι χάρι‐ τας πολλὰς καὶ μεγάλας ὁμολογοῦντες ὑμῶν τῇ θεο‐ σεβείᾳ οὐ διαλιμπάνομεν, καὶ ἀξιοῦντες ὑπὲρ τῆς</w:t>
      </w:r>
    </w:p>
    <w:p>
      <w:r>
        <w:rPr>
          <w:rFonts w:ascii="Courier New" w:hAnsi="Courier New"/>
          <w:color w:val="555555"/>
          <w:sz w:val="20"/>
        </w:rPr>
        <w:t>[10]</w:t>
      </w:r>
    </w:p>
    <w:p>
      <w:r>
        <w:rPr>
          <w:rFonts w:ascii="Gentium Plus" w:hAnsi="Gentium Plus"/>
          <w:sz w:val="24"/>
        </w:rPr>
        <w:t>μακρᾶς σιγῆς τῆς ἔμπροσθεν συγγνώμην ἡμῖν νεῖμαι. Οὐ γὰρ δὴ ῥᾳθυμοῦντες, οὐδὲ κατολιγωροῦντες ὑμῶν, τοσοῦτον ἐσιγήσαμεν χρόνον· ἀλλ’ ἐπειδὴ νῦν πρῶ‐ τον εὕρομεν τὸν δυνάμενον ἐκεῖσε διαβῆναι, ἔνθα δια‐ τρίβετε νῦν, καὶ τὰ παρ’ ἡμῶν διακομίσαι γράμματα,</w:t>
      </w:r>
    </w:p>
    <w:p>
      <w:r>
        <w:rPr>
          <w:rFonts w:ascii="Courier New" w:hAnsi="Courier New"/>
          <w:color w:val="555555"/>
          <w:sz w:val="20"/>
        </w:rPr>
        <w:t>[15]</w:t>
      </w:r>
    </w:p>
    <w:p>
      <w:r>
        <w:rPr>
          <w:rFonts w:ascii="Gentium Plus" w:hAnsi="Gentium Plus"/>
          <w:sz w:val="24"/>
        </w:rPr>
        <w:t>γράφομεν ὑμῖν δηλοῦντες, ἐν οἷς ἐσμεν. Δεξάμενοι τοίνυν αὐτὸν μετ’ εὐνοίας καὶ διαθέσεως γνησίας, τὰ περὶ τῆς ὑγείας ὑμῶν δηλοῦν ἡμῖν παρακλήθητε. Μεγίστην γὰρ ἀπὸ τῶν τοιούτων γραμμάτων, καὶ ἐν ἐρημίᾳ καθήμενοι, ἕξομεν παραμυθίαν.</w:t>
      </w:r>
    </w:p>
    <w:p>
      <w:pPr>
        <w:jc w:val="center"/>
      </w:pPr>
      <w:r>
        <w:rPr>
          <w:rFonts w:ascii="Gentium Plus" w:hAnsi="Gentium Plus"/>
          <w:b/>
          <w:sz w:val="24"/>
        </w:rPr>
        <w:t>ΡΞΔʹ. Ἀλεξάνδρῳ ἐπισκόπῳ Κορίνθου.</w:t>
      </w:r>
    </w:p>
    <w:p>
      <w:r>
        <w:rPr>
          <w:rFonts w:ascii="Courier New" w:hAnsi="Courier New"/>
          <w:color w:val="555555"/>
          <w:sz w:val="20"/>
        </w:rPr>
        <w:t>[21]</w:t>
      </w:r>
    </w:p>
    <w:p>
      <w:r>
        <w:rPr>
          <w:rFonts w:ascii="Gentium Plus" w:hAnsi="Gentium Plus"/>
          <w:sz w:val="24"/>
        </w:rPr>
        <w:t>Οἶσθα τὴν ἀγάπην, ἣν ἐπεδειξάμεθα περὶ τὴν σὴν τιμιότητα, καὶ πῶς ὀλίγα σοι συγγενόμενοι, συνεδέ‐ θημέν σου τῷ πόθῳ. Διὸ καὶ σφόδρα ἐθαυμάσαμεν, ὅτι ἐν οὕτω χρόνῳ μακρῷ οὐδὲ ἅπαξ ἡμῖν ἐπιστεῖλαι</w:t>
      </w:r>
    </w:p>
    <w:p>
      <w:r>
        <w:rPr>
          <w:rFonts w:ascii="Courier New" w:hAnsi="Courier New"/>
          <w:color w:val="555555"/>
          <w:sz w:val="20"/>
        </w:rPr>
        <w:t>[25]</w:t>
      </w:r>
    </w:p>
    <w:p>
      <w:r>
        <w:rPr>
          <w:rFonts w:ascii="Gentium Plus" w:hAnsi="Gentium Plus"/>
          <w:sz w:val="24"/>
        </w:rPr>
        <w:t>κατεδέξω. Καὶ οἶδα μὲν ὅτι γραμματηφόρων προβαλῇ σπάνιν, καὶ οὐδὲν ἀπεικός. Εἰ γὰρ καὶ πολλοὶ οἱ ἐκεῖθεν ἀφικνούμενοι, ἀλλ’ ἔνθα καθήμεθα νῦν οὐδεὶς ἂν ταχέως παραγένοιτο τῶν ἐκεῖθεν ἐρχομένων. Πλὴν ἀλλ’ οὐκ ἀρκεῖ τοῦτο ἡμῖν εἰς τὸ μηδὲ ἅπαξ δέξασθαι</w:t>
      </w:r>
    </w:p>
    <w:p>
      <w:r>
        <w:rPr>
          <w:rFonts w:ascii="Courier New" w:hAnsi="Courier New"/>
          <w:color w:val="555555"/>
          <w:sz w:val="20"/>
        </w:rPr>
        <w:t>[30]</w:t>
      </w:r>
    </w:p>
    <w:p>
      <w:r>
        <w:rPr>
          <w:rFonts w:ascii="Gentium Plus" w:hAnsi="Gentium Plus"/>
          <w:sz w:val="24"/>
        </w:rPr>
        <w:t>γράμματα. Ἐπεὶ καὶ ἡμεῖς εἰς ταύτην ἔχοντες ἀναχωρῆσαι τὴν πρόφασιν, οὐδὲ οὕτως ἐσιγήσαμεν, ἀλλὰ τὸν κύριόν μου τὸν τιμιώτατον καὶ εὐλαβέστατον πρεσβύτερον ἀναστήσαντες, ἐντεῦθεν ἐπέμψαμεν, ὥστε καὶ τῇ σῇ συντυχεῖν τιμιότητι, καὶ ταύτην</w:t>
      </w:r>
    </w:p>
    <w:p>
      <w:r>
        <w:rPr>
          <w:rFonts w:ascii="Courier New" w:hAnsi="Courier New"/>
          <w:color w:val="555555"/>
          <w:sz w:val="20"/>
        </w:rPr>
        <w:t>[35]</w:t>
      </w:r>
    </w:p>
    <w:p>
      <w:r>
        <w:rPr>
          <w:rFonts w:ascii="Gentium Plus" w:hAnsi="Gentium Plus"/>
          <w:sz w:val="24"/>
        </w:rPr>
        <w:t>ἡμῶν τὴν προσηγορίαν ἀποκομίσαι, καὶ μαθεῖν περὶ τῆς ὑγείας τῆς σῆς, περὶ ἧς σφόδρα περισπούδαστον ἡμῖν μανθάνειν. Ἰδὼν τοίνυν αὐτὸν μετ’ εὐνοίας, καὶ ἀγάπης, καὶ τῆς προσηκούσης φιλοφροσύνης, ὡς μέλος ἡμέτερον, ἡνίκα ἂν ἐπανίῃ, τὰ περὶ τῆς</w:t>
      </w:r>
    </w:p>
    <w:p>
      <w:r>
        <w:rPr>
          <w:rFonts w:ascii="Courier New" w:hAnsi="Courier New"/>
          <w:color w:val="555555"/>
          <w:sz w:val="20"/>
        </w:rPr>
        <w:t>[40]</w:t>
      </w:r>
    </w:p>
    <w:p>
      <w:r>
        <w:rPr>
          <w:rFonts w:ascii="Gentium Plus" w:hAnsi="Gentium Plus"/>
          <w:sz w:val="24"/>
        </w:rPr>
        <w:t>ῥώσεώς σου δηλῶσαι ἡμῖν μὴ κατοκνήσῃς. Μεγίστην γὰρ ἡμῖν ἀπὸ τῶν γραμμάτων, καὶ ἐν ἐρημίᾳ καθεζομένοις, παρέξεις τὴν παράκλησιν.</w:t>
      </w:r>
    </w:p>
    <w:p>
      <w:pPr>
        <w:jc w:val="center"/>
      </w:pPr>
      <w:r>
        <w:rPr>
          <w:rFonts w:ascii="Gentium Plus" w:hAnsi="Gentium Plus"/>
          <w:b/>
          <w:sz w:val="24"/>
        </w:rPr>
        <w:t>ΡΞΕʹ. Ἐπισκόποις ἐλθοῦσι μετὰ τῶν ἀπὸ τῆς</w:t>
      </w:r>
    </w:p>
    <w:p>
      <w:pPr>
        <w:jc w:val="center"/>
      </w:pPr>
      <w:r>
        <w:rPr>
          <w:rFonts w:ascii="Gentium Plus" w:hAnsi="Gentium Plus"/>
          <w:b/>
          <w:sz w:val="24"/>
        </w:rPr>
        <w:t>Δύσεως ἐλθόντων ἐπισκόπων.</w:t>
      </w:r>
    </w:p>
    <w:p>
      <w:r>
        <w:rPr>
          <w:rFonts w:ascii="Courier New" w:hAnsi="Courier New"/>
          <w:color w:val="555555"/>
          <w:sz w:val="20"/>
        </w:rPr>
        <w:t>[45]</w:t>
      </w:r>
    </w:p>
    <w:p>
      <w:r>
        <w:rPr>
          <w:rFonts w:ascii="Gentium Plus" w:hAnsi="Gentium Plus"/>
          <w:sz w:val="24"/>
        </w:rPr>
        <w:t>Ἐθαυμάσαμεν ὑμῶν καὶ τὴν ἔμπροσθεν προθυμίαν τε καὶ σπουδὴν, ἣν ὑπὲρ τῶν ταῖς Ἐκκλησίαις συμ‐ φερόντων ἐπεδείξασθε. Ἐπεὶ δὲ καὶ μακρὰν οὕτως ἀποδημίαν προσεθήκατε, καὶ πάντα ὄκνον ἐκβαλόν‐ τες, μετὰ τῆς προσηκούσης ὑμῖν ἀνδρείας τοσαύτην</w:t>
      </w:r>
    </w:p>
    <w:p>
      <w:r>
        <w:rPr>
          <w:rFonts w:ascii="Courier New" w:hAnsi="Courier New"/>
          <w:color w:val="555555"/>
          <w:sz w:val="20"/>
        </w:rPr>
        <w:t>[52 . 707 (50)]</w:t>
      </w:r>
    </w:p>
    <w:p>
      <w:r>
        <w:rPr>
          <w:rFonts w:ascii="Gentium Plus" w:hAnsi="Gentium Plus"/>
          <w:sz w:val="24"/>
        </w:rPr>
        <w:t>ὁδὸν ἐστείλασθε, οὐχ ὡς ἔτυχε καὶ διὰ τοῦτο ὑμᾶς ἐκ‐ πληττόμεθα, καὶ εὐχαριστοῦντες οὐ διαλιμπάνομεν, καὶ διὰ γραμμάτων νῦν, καὶ χωρὶς γραμμάτων.</w:t>
      </w:r>
    </w:p>
    <w:p>
      <w:r>
        <w:rPr>
          <w:rFonts w:ascii="Courier New" w:hAnsi="Courier New"/>
          <w:color w:val="555555"/>
          <w:sz w:val="20"/>
        </w:rPr>
        <w:t>[52 . 708]</w:t>
      </w:r>
    </w:p>
    <w:p>
      <w:r>
        <w:rPr>
          <w:rFonts w:ascii="Gentium Plus" w:hAnsi="Gentium Plus"/>
          <w:sz w:val="24"/>
        </w:rPr>
        <w:t>Ἀνατολὴν θαυμάζονται, καὶ κήρυκες ὑμῶν γίνονται διαπαντὸς τῆς στεῤῥότητος τῆς ἀκλινοῦς, καὶ θερμῆς ἀγάπης, καὶ τῆς ἀπεριτρέπτου γνώμης. Καὶ οὔτε ὁδοῦ μῆκος, οὔτε ταλαιπωρίαν ἀποδημίας ἡγοῦνταί</w:t>
      </w:r>
    </w:p>
    <w:p>
      <w:r>
        <w:rPr>
          <w:rFonts w:ascii="Courier New" w:hAnsi="Courier New"/>
          <w:color w:val="555555"/>
          <w:sz w:val="20"/>
        </w:rPr>
        <w:t>[5]</w:t>
      </w:r>
    </w:p>
    <w:p>
      <w:r>
        <w:rPr>
          <w:rFonts w:ascii="Gentium Plus" w:hAnsi="Gentium Plus"/>
          <w:sz w:val="24"/>
        </w:rPr>
        <w:t>τι βαρὺ λοιπὸν καὶ ἐπαχθὲς, ὑπὲρ τοῦ δραμεῖν, καὶ ἰδεῖν ὑμῶν τὰ τοσαῦτα κατορθώματα. Διὸ δὴ καὶ ὁ κύριός μου ὁ τιμιώτατος καὶ εὐλαβέστατος πρεσβύτε‐ ρος, καίτοι γε ἀσθενεῖ κεχρημένος σώματι, πάντα εἵλετο παθεῖν ὑπὲρ τούτου παραγενόμενος καὶ τῆς</w:t>
      </w:r>
    </w:p>
    <w:p>
      <w:r>
        <w:rPr>
          <w:rFonts w:ascii="Courier New" w:hAnsi="Courier New"/>
          <w:color w:val="555555"/>
          <w:sz w:val="20"/>
        </w:rPr>
        <w:t>[10]</w:t>
      </w:r>
    </w:p>
    <w:p>
      <w:r>
        <w:rPr>
          <w:rFonts w:ascii="Gentium Plus" w:hAnsi="Gentium Plus"/>
          <w:sz w:val="24"/>
        </w:rPr>
        <w:t>κατ’ ὄψιν ἀπολαῦσαι συνουσίας ὑμῶν. Δεξάμενοι τοίνυν αὐτὸν μετὰ τῆς πρεπούσης ὑμῖν ἀγάπης, κἂν ἐπὶ μεῖζον αἴρηται τὰ δεινὰ, παρακαλοῦμεν μὴ κατοκνῆσαι διορθουμένους αὐτὰ, ἀλλ’ ἄξιον τῶν προοιμίων ἐπιθεῖναι τὸ τέλος. Ἴστε γὰρ ἡλίκος ὑμῖν</w:t>
      </w:r>
    </w:p>
    <w:p>
      <w:r>
        <w:rPr>
          <w:rFonts w:ascii="Courier New" w:hAnsi="Courier New"/>
          <w:color w:val="555555"/>
          <w:sz w:val="20"/>
        </w:rPr>
        <w:t>[15]</w:t>
      </w:r>
    </w:p>
    <w:p>
      <w:r>
        <w:rPr>
          <w:rFonts w:ascii="Gentium Plus" w:hAnsi="Gentium Plus"/>
          <w:sz w:val="24"/>
        </w:rPr>
        <w:t>ἔσται ὁ μισθὸς παρὰ τοῦ φιλανθρώπου Θεοῦ, ὑπὲρ τοσούτων Ἐκκλησιῶν ταραττομένων πονουμένοις, καὶ πάντα ποιουμένοις, ὥστε εἰς εὐδιεινὸν αὐτὰς ὁρμίσαι λιμένα.</w:t>
      </w:r>
    </w:p>
    <w:p>
      <w:pPr>
        <w:jc w:val="center"/>
      </w:pPr>
      <w:r>
        <w:rPr>
          <w:rFonts w:ascii="Gentium Plus" w:hAnsi="Gentium Plus"/>
          <w:b/>
          <w:sz w:val="24"/>
        </w:rPr>
        <w:t>ΡΞϛʹ. Ἐπισκόποις ἐλθοῦσι μετὰ τῶν ἀπὸ τῆς</w:t>
      </w:r>
    </w:p>
    <w:p>
      <w:pPr>
        <w:jc w:val="center"/>
      </w:pPr>
      <w:r>
        <w:rPr>
          <w:rFonts w:ascii="Gentium Plus" w:hAnsi="Gentium Plus"/>
          <w:b/>
          <w:sz w:val="24"/>
        </w:rPr>
        <w:t>Δύσεως ἐπισκόπων.</w:t>
      </w:r>
    </w:p>
    <w:p>
      <w:r>
        <w:rPr>
          <w:rFonts w:ascii="Courier New" w:hAnsi="Courier New"/>
          <w:color w:val="555555"/>
          <w:sz w:val="20"/>
        </w:rPr>
        <w:t>[21]</w:t>
      </w:r>
    </w:p>
    <w:p>
      <w:r>
        <w:rPr>
          <w:rFonts w:ascii="Gentium Plus" w:hAnsi="Gentium Plus"/>
          <w:sz w:val="24"/>
        </w:rPr>
        <w:t>Καὶ τὰ ἔμπροσθεν παρὰ τῆς τιμιότητος ὑμῶν γεγενημένα μεγάλα, τὸ δικαίαν καὶ πρέπουσαν ὑμῖν ἀγανάκτησιν ὑπὲρ τῶν τοσαύτας Ἐκκλησίας κατ‐ ειληφότων κακῶν ἀγανακτῆσαι, τὸ συναλγῆσαι, τὸ</w:t>
      </w:r>
    </w:p>
    <w:p>
      <w:r>
        <w:rPr>
          <w:rFonts w:ascii="Courier New" w:hAnsi="Courier New"/>
          <w:color w:val="555555"/>
          <w:sz w:val="20"/>
        </w:rPr>
        <w:t>[25]</w:t>
      </w:r>
    </w:p>
    <w:p>
      <w:r>
        <w:rPr>
          <w:rFonts w:ascii="Gentium Plus" w:hAnsi="Gentium Plus"/>
          <w:sz w:val="24"/>
        </w:rPr>
        <w:t>μὴ μέχρι τούτου στῆναι μόνον, ἀλλὰ καὶ τὰ παρ’ ἑαυτῶν εἰσενεγκεῖν. Πολὺ δὲ μέγιστον καὶ τὸ νῦν γεγενημένον παρὰ τῆς ἀγάπης ὑμῶν, τὸ ἀναστῆναι ἕκαστον ὑμῶν οἴκοθεν, τὸ μακρὰν οὕτως ἀποδημίαν στείλασθαι, τὸ διατρίβειν ἐπ’ ἀλλοτρίας, καὶ τοὺς ἀπὸ</w:t>
      </w:r>
    </w:p>
    <w:p>
      <w:r>
        <w:rPr>
          <w:rFonts w:ascii="Courier New" w:hAnsi="Courier New"/>
          <w:color w:val="555555"/>
          <w:sz w:val="20"/>
        </w:rPr>
        <w:t>[30]</w:t>
      </w:r>
    </w:p>
    <w:p>
      <w:r>
        <w:rPr>
          <w:rFonts w:ascii="Gentium Plus" w:hAnsi="Gentium Plus"/>
          <w:sz w:val="24"/>
        </w:rPr>
        <w:t>τῆς μακρᾶς ἀποδημίας ὑπομένειν καμάτους, ὑπὲρ τῶν ταῖς Ἐκκλησίαις συμφερόντων. Διὰ ταῦτα ὑμῖν εὐχαριστοῦντες οὐ παυόμεθα, θαυμάζοντες, μακαρί‐ ζοντες, ὅσους ἑαυτοῖς ὑπὲρ τούτων παρὰ τοῦ φιλ‐ ανθρώπου Θεοῦ προαποτίθεσθε τοὺς μισθούς. Καὶ</w:t>
      </w:r>
    </w:p>
    <w:p>
      <w:r>
        <w:rPr>
          <w:rFonts w:ascii="Courier New" w:hAnsi="Courier New"/>
          <w:color w:val="555555"/>
          <w:sz w:val="20"/>
        </w:rPr>
        <w:t>[35]</w:t>
      </w:r>
    </w:p>
    <w:p>
      <w:r>
        <w:rPr>
          <w:rFonts w:ascii="Gentium Plus" w:hAnsi="Gentium Plus"/>
          <w:sz w:val="24"/>
        </w:rPr>
        <w:t>ἐπειδὴ οὔτε συγγενέσθαι ὑμῖν δυνατὸν νῦν ὑπὸ ἐξορίας κατεχομένῳ, οὔτε συνεχῶς ἐπιστέλλειν, τῷ μὴ ταχέως εὐπορεῖν γραμματοφόρων (ἦ γὰρ ἂν νιφάδας ἐπέμψαμεν γραμμάτων), τὸν κύριόν μου τὸν τιμιώ‐ τατον καὶ εὐλαβέστατον πρεσβύτερον. καὶ αὐτὸν οἴ‐</w:t>
      </w:r>
    </w:p>
    <w:p>
      <w:r>
        <w:rPr>
          <w:rFonts w:ascii="Courier New" w:hAnsi="Courier New"/>
          <w:color w:val="555555"/>
          <w:sz w:val="20"/>
        </w:rPr>
        <w:t>[40]</w:t>
      </w:r>
    </w:p>
    <w:p>
      <w:r>
        <w:rPr>
          <w:rFonts w:ascii="Gentium Plus" w:hAnsi="Gentium Plus"/>
          <w:sz w:val="24"/>
        </w:rPr>
        <w:t>κοθεν ὁρμώμενον ἐλθεῖν, καὶ θεάσασθαι τὴν εὐλάβειαν τὴν ὑμετέραν, παρεκαλέσαμεν, ὥστε καὶ πρὸς ἡμᾶς γραμμάτων ἐπιτυχεῖν, καὶ αὐτὸν καὶ κατὰ πρόσωπον ἀπολαῦσαι τῆς ἀγάπης τῆς ὑμετέρας. Δεξάμενοι τοίνυν αὐτὸν ὡς ὑμῖν πρέπον ἐστὶν, ἡνίκα ἂν ἐξῇ, καὶ</w:t>
      </w:r>
    </w:p>
    <w:p>
      <w:r>
        <w:rPr>
          <w:rFonts w:ascii="Courier New" w:hAnsi="Courier New"/>
          <w:color w:val="555555"/>
          <w:sz w:val="20"/>
        </w:rPr>
        <w:t>[45]</w:t>
      </w:r>
    </w:p>
    <w:p>
      <w:r>
        <w:rPr>
          <w:rFonts w:ascii="Gentium Plus" w:hAnsi="Gentium Plus"/>
          <w:sz w:val="24"/>
        </w:rPr>
        <w:t>ἡμῖν δηλοῦν μὴ κατοκνεῖτε τὰ περὶ τῆς ὑγείας τῆς ὑμετέρας. Σφόδρα γὰρ ἡμῖν περισπούδαστον τοῦτο μανθάνειν, καὶ οὐ μικρὰ τῆς ἐρημίας, ἐν ᾗ καθήμε‐ θα, τοῦτο ἡμῖν ἔσται παράκλησις.</w:t>
      </w:r>
    </w:p>
    <w:p>
      <w:pPr>
        <w:jc w:val="center"/>
      </w:pPr>
      <w:r>
        <w:rPr>
          <w:rFonts w:ascii="Gentium Plus" w:hAnsi="Gentium Plus"/>
          <w:b/>
          <w:sz w:val="24"/>
        </w:rPr>
        <w:t>ΡΞΖʹ. Τοῖς αὐτοῖς.</w:t>
      </w:r>
    </w:p>
    <w:p>
      <w:r>
        <w:rPr>
          <w:rFonts w:ascii="Courier New" w:hAnsi="Courier New"/>
          <w:color w:val="555555"/>
          <w:sz w:val="20"/>
        </w:rPr>
        <w:t>[52 . 708 (50)]</w:t>
      </w:r>
    </w:p>
    <w:p>
      <w:r>
        <w:rPr>
          <w:rFonts w:ascii="Gentium Plus" w:hAnsi="Gentium Plus"/>
          <w:sz w:val="24"/>
        </w:rPr>
        <w:t>Χάριν ὑμῖν ἴσμεν πολλὴν τῆς τοσαύτης εὐτονίας, καὶ σπουδῆς, καὶ φροντίδος, καὶ τῶν πόνων, καὶ τῶν ἱδρώτων καὶ τῆς μακρᾶς ταύτης ἀποδημίας, ἣν ὑπὲρ</w:t>
      </w:r>
    </w:p>
    <w:p>
      <w:r>
        <w:rPr>
          <w:rFonts w:ascii="Courier New" w:hAnsi="Courier New"/>
          <w:color w:val="555555"/>
          <w:sz w:val="20"/>
        </w:rPr>
        <w:t>[52 . 709]</w:t>
      </w:r>
    </w:p>
    <w:p>
      <w:r>
        <w:rPr>
          <w:rFonts w:ascii="Gentium Plus" w:hAnsi="Gentium Plus"/>
          <w:sz w:val="24"/>
        </w:rPr>
        <w:t>γὰρ τοῖς ταράττουσιν ἅπαντα μεῖζον τὸ κρῖμα, τοσούτῳ καὶ ὑμῖν πλείων ὁ μισθὸς, τοσαύτῃ κεχρημέ‐ νοις ὑπομονῇ καὶ σπουδῇ εἰς διόρθωσιν τῶν κακῶς παρ’ ἑτέρων γεγενημένων. Καὶ ἐβουλόμεθα μὲν καὶ</w:t>
      </w:r>
    </w:p>
    <w:p>
      <w:r>
        <w:rPr>
          <w:rFonts w:ascii="Courier New" w:hAnsi="Courier New"/>
          <w:color w:val="555555"/>
          <w:sz w:val="20"/>
        </w:rPr>
        <w:t>[5]</w:t>
      </w:r>
    </w:p>
    <w:p>
      <w:r>
        <w:rPr>
          <w:rFonts w:ascii="Gentium Plus" w:hAnsi="Gentium Plus"/>
          <w:sz w:val="24"/>
        </w:rPr>
        <w:t>παρόντες κατὰ πρόσωπον συντυχεῖν ὑμῶν τῇ εὐλα‐ βείᾳ· ἐπειδὴ δὲ τοῦτο ἀφῃρήμεθα ἀπὸ τῆς κατὰ τὴν ἐξορίαν ἀνάγκης, ὀψέ ποτε καὶ μόλις ἐπιτυχόντες τοῦ πρὸς ὑμᾶς ἀφικνουμένου, τοῦ κυρίου μου τοῦ τιμιω‐ τάτου καὶ εὐλαβεστάτου πρεσβυτέρου, διεπεμψάμεθα</w:t>
      </w:r>
    </w:p>
    <w:p>
      <w:r>
        <w:rPr>
          <w:rFonts w:ascii="Courier New" w:hAnsi="Courier New"/>
          <w:color w:val="555555"/>
          <w:sz w:val="20"/>
        </w:rPr>
        <w:t>[10]</w:t>
      </w:r>
    </w:p>
    <w:p>
      <w:r>
        <w:rPr>
          <w:rFonts w:ascii="Gentium Plus" w:hAnsi="Gentium Plus"/>
          <w:sz w:val="24"/>
        </w:rPr>
        <w:t>ταυτὶ τὰ γράμματα, τήν τε ὀφειλομένην ἀποδιδόντες πρόσρησιν, καὶ εὐχαριστοῦντες ὑπέρ τε τῶν παρελ‐ θόντων, ὑπέρ τε τῶν νῦν, ὑπέρ τε ὁλοκλήρου τῆς δι‐ ορθώσεως τῶν κακῶν. Κἂν γὰρ μηδὲν γένηται πλέον, ὑμεῖς τὸ ὑμέτερον πεποιήκατε. Διὸ καὶ ἀπηρτισμένον</w:t>
      </w:r>
    </w:p>
    <w:p>
      <w:r>
        <w:rPr>
          <w:rFonts w:ascii="Courier New" w:hAnsi="Courier New"/>
          <w:color w:val="555555"/>
          <w:sz w:val="20"/>
        </w:rPr>
        <w:t>[15]</w:t>
      </w:r>
    </w:p>
    <w:p>
      <w:r>
        <w:rPr>
          <w:rFonts w:ascii="Gentium Plus" w:hAnsi="Gentium Plus"/>
          <w:sz w:val="24"/>
        </w:rPr>
        <w:t>ἔχετε παρὰ τοῦ φιλανθρώπου Θεοῦ τὸν μισθὸν, τοσαύ‐ τῃ καὶ σπουδῇ καὶ προθυμίᾳ πρὸς τὸ τὰ κακῶς γεγενημένα ἰάσασθαι διὰ παντὸς χρησάμενοι τοῦ χρόνου.</w:t>
      </w:r>
    </w:p>
    <w:p>
      <w:pPr>
        <w:jc w:val="center"/>
      </w:pPr>
      <w:r>
        <w:rPr>
          <w:rFonts w:ascii="Gentium Plus" w:hAnsi="Gentium Plus"/>
          <w:b/>
          <w:sz w:val="24"/>
        </w:rPr>
        <w:t>ΡΞΗʹ. Πρόβῃ ἐλευθέρᾳ, ἐν Ῥώμῃ.</w:t>
      </w:r>
    </w:p>
    <w:p>
      <w:r>
        <w:rPr>
          <w:rFonts w:ascii="Courier New" w:hAnsi="Courier New"/>
          <w:color w:val="555555"/>
          <w:sz w:val="20"/>
        </w:rPr>
        <w:t>[20]</w:t>
      </w:r>
    </w:p>
    <w:p>
      <w:r>
        <w:rPr>
          <w:rFonts w:ascii="Gentium Plus" w:hAnsi="Gentium Plus"/>
          <w:sz w:val="24"/>
        </w:rPr>
        <w:t>Εἰ καὶ πολλῷ διῳκίσμεθα τῷ μέσῳ τῆς ὁδοῦ, ἀλλὰ τῆς γνησίας σου καὶ θερμῆς ἀγάπης, ὡς παρόντες, καὶ πάντα τὰ σὰ ὁρῶντες, οὕτως ἀκριβῆ πεῖραν εἰλή‐ φαμεν, τῶν ἐκεῖθεν ἀφικνουμένων πρὸς ἡμᾶς ἀπαγ‐ γελλόντων περὶ τῆς σῆς ἐμμελείας ταῦτα, ἅπερ</w:t>
      </w:r>
    </w:p>
    <w:p>
      <w:r>
        <w:rPr>
          <w:rFonts w:ascii="Courier New" w:hAnsi="Courier New"/>
          <w:color w:val="555555"/>
          <w:sz w:val="20"/>
        </w:rPr>
        <w:t>[25]</w:t>
      </w:r>
    </w:p>
    <w:p>
      <w:r>
        <w:rPr>
          <w:rFonts w:ascii="Gentium Plus" w:hAnsi="Gentium Plus"/>
          <w:sz w:val="24"/>
        </w:rPr>
        <w:t>ἐπεθυμοῦμεν μανθάνειν. Διὰ τοῦτό σοι χάριτας ἴσμεν πολλὰς καὶ μεγάλας, καὶ ἐναβρυνόμεθα, καὶ καλλωπι‐ ζόμεθα ἐπὶ τῇ διαθέσει τῆς εὐγενείας σου· καὶ τοὺς ἀγαπητοὺς, τὸν εὐλαβέστατον πρεσβύτερον Ἰωάννην, καὶ τὸν τιμιώτατον διάκονον Παῦλον παρακατατιθέ‐</w:t>
      </w:r>
    </w:p>
    <w:p>
      <w:r>
        <w:rPr>
          <w:rFonts w:ascii="Courier New" w:hAnsi="Courier New"/>
          <w:color w:val="555555"/>
          <w:sz w:val="20"/>
        </w:rPr>
        <w:t>[30]</w:t>
      </w:r>
    </w:p>
    <w:p>
      <w:r>
        <w:rPr>
          <w:rFonts w:ascii="Gentium Plus" w:hAnsi="Gentium Plus"/>
          <w:sz w:val="24"/>
        </w:rPr>
        <w:t>μεθά σου τῇ κοσμιότητι, ὡς εἰς λιμένα τὰς σὰς αὐ‐ τοὺς παραπέμποντες χεῖρας. Ἰδεῖν τοίνυν αὐτοὺς ὥς σοι πρέπον ἐστὶ, δέσποινά μου τιμιωτάτη καὶ εὐ‐ γενεστάτη, παρακλήθητι. Οἶσθα γὰρ, ὅσος ἔσται σοι τῆς φιλοφροσύνης ταύτης ὁ μισθός. Καὶ ἡνίκα ἂν</w:t>
      </w:r>
    </w:p>
    <w:p>
      <w:r>
        <w:rPr>
          <w:rFonts w:ascii="Courier New" w:hAnsi="Courier New"/>
          <w:color w:val="555555"/>
          <w:sz w:val="20"/>
        </w:rPr>
        <w:t>[35]</w:t>
      </w:r>
    </w:p>
    <w:p>
      <w:r>
        <w:rPr>
          <w:rFonts w:ascii="Gentium Plus" w:hAnsi="Gentium Plus"/>
          <w:sz w:val="24"/>
        </w:rPr>
        <w:t>ἐξῇ, συνεχέστερον ἡμῖν δήλου τὰ περὶ τῆς ὑγείας τῆς σῆς, περὶ ἧς σφόδρα περισπούδαστον ἡμῖν μανθάνειν, ἐπειδήπερ σφόδρα αὐτῆς ἀντεχό‐ μεθα.</w:t>
      </w:r>
    </w:p>
    <w:p>
      <w:pPr>
        <w:jc w:val="center"/>
      </w:pPr>
      <w:r>
        <w:rPr>
          <w:rFonts w:ascii="Gentium Plus" w:hAnsi="Gentium Plus"/>
          <w:b/>
          <w:sz w:val="24"/>
        </w:rPr>
        <w:t>ΡΞΘʹ. Ἰουλιανῇ, καὶ ταῖς σὺν αὐτῇ.</w:t>
      </w:r>
    </w:p>
    <w:p>
      <w:r>
        <w:rPr>
          <w:rFonts w:ascii="Courier New" w:hAnsi="Courier New"/>
          <w:color w:val="555555"/>
          <w:sz w:val="20"/>
        </w:rPr>
        <w:t>[40]</w:t>
      </w:r>
    </w:p>
    <w:p>
      <w:r>
        <w:rPr>
          <w:rFonts w:ascii="Gentium Plus" w:hAnsi="Gentium Plus"/>
          <w:sz w:val="24"/>
        </w:rPr>
        <w:t>Ὅσῳ χαλεπώτερον τὸ κρῖμα γεγένηται τοῖς τὰ τοιαῦτα παρανομήσασι, τοσούτῳ πλείων ὑμῖν ἔσται ὁ μισθὸς, τοῖς τοσαύτας παρανομίας λύειν ἐσπουδα‐ κόσι, καὶ τοσοῦτον ἐπιδεικνυμένοις πόνον καὶ κάμα‐ τον. Οὐδὲ γὰρ ἔλαθεν ἡμᾶς τῆς ὑμετέρας διαθέσεως</w:t>
      </w:r>
    </w:p>
    <w:p>
      <w:r>
        <w:rPr>
          <w:rFonts w:ascii="Courier New" w:hAnsi="Courier New"/>
          <w:color w:val="555555"/>
          <w:sz w:val="20"/>
        </w:rPr>
        <w:t>[45]</w:t>
      </w:r>
    </w:p>
    <w:p>
      <w:r>
        <w:rPr>
          <w:rFonts w:ascii="Gentium Plus" w:hAnsi="Gentium Plus"/>
          <w:sz w:val="24"/>
        </w:rPr>
        <w:t>ἡ εὐποιία, καὶ ἡ σπουδὴ, ἣν καὶ εἰς τὴν προκειμένην ὑπόθεσιν ἐπεδείξασθε, καὶ εἰς τὴν φιλοφροσύνην τῶν παρ’ ἡμῶν ἐκεῖσε ἀφιγμένων. Διὸ καὶ χάριτας ὑμῖν ἔχομεν, καὶ παρακαλοῦμεν τῇ αὐτῇ ἐπιμένειν προ‐ θυμίᾳ, καὶ ἐῤῥωμενεστέραν ἐπιδείξασθαι εὐτονίαν τε</w:t>
      </w:r>
    </w:p>
    <w:p>
      <w:r>
        <w:rPr>
          <w:rFonts w:ascii="Courier New" w:hAnsi="Courier New"/>
          <w:color w:val="555555"/>
          <w:sz w:val="20"/>
        </w:rPr>
        <w:t>[52 . 709 (50)]</w:t>
      </w:r>
    </w:p>
    <w:p>
      <w:r>
        <w:rPr>
          <w:rFonts w:ascii="Gentium Plus" w:hAnsi="Gentium Plus"/>
          <w:sz w:val="24"/>
        </w:rPr>
        <w:t>καὶ ἀνδρείαν. Ἴστε γὰρ ἡλίκον τοῦ κατορθώματος τὸ μέγεθος, καὶ ὅσον λήψεσθε τὸν μισθὸν, τοσαύτην τα‐ ραχὴν, καὶ οὕτω κύματα ἄγρια, τό γε εἰς ὑμᾶς ἧκον, καταστέλλουσαι, καὶ τὴν προσήκουσαν εἰς τὴν τῶν γεγενημένων κακῶν εἰσφέρουσαι διόρθωσιν.</w:t>
      </w:r>
    </w:p>
    <w:p>
      <w:pPr>
        <w:jc w:val="center"/>
      </w:pPr>
      <w:r>
        <w:rPr>
          <w:rFonts w:ascii="Gentium Plus" w:hAnsi="Gentium Plus"/>
          <w:b/>
          <w:sz w:val="24"/>
        </w:rPr>
        <w:t>ΡΟʹ. Ἰταλικῇ.</w:t>
      </w:r>
    </w:p>
    <w:p>
      <w:r>
        <w:rPr>
          <w:rFonts w:ascii="Courier New" w:hAnsi="Courier New"/>
          <w:color w:val="555555"/>
          <w:sz w:val="20"/>
        </w:rPr>
        <w:t>[56]</w:t>
      </w:r>
    </w:p>
    <w:p>
      <w:r>
        <w:rPr>
          <w:rFonts w:ascii="Gentium Plus" w:hAnsi="Gentium Plus"/>
          <w:sz w:val="24"/>
        </w:rPr>
        <w:t>Ἐπὶ μὲν τῶν ἔξωθεν πραγμάτων, ὥσπερ τῇ φύσει, οὕτω καὶ τῇ πράξει καὶ τῇ μεταχειρίσει διῄρηται ταῦτα τὰ γένη, ἀνὴρ λέγω καὶ γυνή. Τῇ μὲν γὰρ</w:t>
      </w:r>
    </w:p>
    <w:p>
      <w:r>
        <w:rPr>
          <w:rFonts w:ascii="Courier New" w:hAnsi="Courier New"/>
          <w:color w:val="555555"/>
          <w:sz w:val="20"/>
        </w:rPr>
        <w:t>[52 . 710]</w:t>
      </w:r>
    </w:p>
    <w:p>
      <w:r>
        <w:rPr>
          <w:rFonts w:ascii="Gentium Plus" w:hAnsi="Gentium Plus"/>
          <w:sz w:val="24"/>
        </w:rPr>
        <w:t>ἐν ἀγορᾷ πραγμάτων ἅπτεσθαι. Ἐπὶ δὲ τῶν τοῦ Θεοῦ ἀγώνων, καὶ τῶν ὑπὲρ τῆς Ἐκκλησίας πόνων οὐκ ἔνι τοῦτο, ἀλλ’ ἔστι καὶ γυναῖκα ἀνδρὸς ἐῤῥωμενέστερον τῶν καλῶν τούτων ἀντέχεσθαι ἀγώνων καὶ πόνων.</w:t>
      </w:r>
    </w:p>
    <w:p>
      <w:r>
        <w:rPr>
          <w:rFonts w:ascii="Courier New" w:hAnsi="Courier New"/>
          <w:color w:val="555555"/>
          <w:sz w:val="20"/>
        </w:rPr>
        <w:t>[5]</w:t>
      </w:r>
    </w:p>
    <w:p>
      <w:r>
        <w:rPr>
          <w:rFonts w:ascii="Gentium Plus" w:hAnsi="Gentium Plus"/>
          <w:sz w:val="24"/>
        </w:rPr>
        <w:t>Καὶ τοῦτο δηλῶν ὁ Παῦλος ἐν τῇ πρὸς τὴν πατρίδα τὴν ὑμετέραν ἐπιστολῇ, πολλὰς ἀνακηρύττει γυναῖ‐ κας, λέγων αὐτὰς οὐ μικρὰ πεπονηκέναι ἐν τῷ ἄνδρας διορθοῦν, καὶ ἐνάγειν ἐπὶ τὰ προσήκοντα. Τίνος ἕνε‐ κεν ταῦτά φημι; Ἵνα μὴ νομίσητε ἀλλότριον ὑμῶν</w:t>
      </w:r>
    </w:p>
    <w:p>
      <w:r>
        <w:rPr>
          <w:rFonts w:ascii="Courier New" w:hAnsi="Courier New"/>
          <w:color w:val="555555"/>
          <w:sz w:val="20"/>
        </w:rPr>
        <w:t>[10]</w:t>
      </w:r>
    </w:p>
    <w:p>
      <w:r>
        <w:rPr>
          <w:rFonts w:ascii="Gentium Plus" w:hAnsi="Gentium Plus"/>
          <w:sz w:val="24"/>
        </w:rPr>
        <w:t>εἶναι τὸ τῆς σπουδῆς ἅπτεσθαι, καὶ τῶν πόνων τῶν εἰς τὴν ἐκκλησιαστικὴν διόρθωσιν συντελούντων, ἀλλ’ ὡς πρέπον ὑμῖν ἐστι, καὶ δι’ ἑαυτῶν, καὶ δι’ ἑτέ‐ ρων, ὧν ἂν οἷόν τε ᾖ, τὴν προσήκουσαν εἰσενέγκητε σπουδὴν, εἰς τὸ λῦσαι τὴν κοινὴν ζάλην καὶ ταραχὴν</w:t>
      </w:r>
    </w:p>
    <w:p>
      <w:r>
        <w:rPr>
          <w:rFonts w:ascii="Courier New" w:hAnsi="Courier New"/>
          <w:color w:val="555555"/>
          <w:sz w:val="20"/>
        </w:rPr>
        <w:t>[15]</w:t>
      </w:r>
    </w:p>
    <w:p>
      <w:r>
        <w:rPr>
          <w:rFonts w:ascii="Gentium Plus" w:hAnsi="Gentium Plus"/>
          <w:sz w:val="24"/>
        </w:rPr>
        <w:t>τὴν τὰς Ἐκκλησίας τῆς Ἀνατολῆς καταλαβοῦσαν, Ὅσῳ γὰρ χαλεπωτέρα γέγονεν ἡ ζάλη, καὶ βαρύτε‐ ρος ὁ χειμὼν, τοσούτῳ καὶ ὑμῖν πλείων ἔσται ὁ μισθὸς, ταῖς πάντα πρᾶξαι καὶ παθεῖν αἱρουμέναις, ὑπὲρ τοῦ τὴν διαταραχθεῖσαν εἰρήνην ἐπαναγαγεῖν,</w:t>
      </w:r>
    </w:p>
    <w:p>
      <w:r>
        <w:rPr>
          <w:rFonts w:ascii="Courier New" w:hAnsi="Courier New"/>
          <w:color w:val="555555"/>
          <w:sz w:val="20"/>
        </w:rPr>
        <w:t>[20]</w:t>
      </w:r>
    </w:p>
    <w:p>
      <w:r>
        <w:rPr>
          <w:rFonts w:ascii="Gentium Plus" w:hAnsi="Gentium Plus"/>
          <w:sz w:val="24"/>
        </w:rPr>
        <w:t>καὶ ἐν καταστάσει τῇ προσηκούσῃ σπουδάσαι κατα‐ στῆσαι διαταραχθέντα ἅπαντα.</w:t>
      </w:r>
    </w:p>
    <w:p>
      <w:pPr>
        <w:jc w:val="center"/>
      </w:pPr>
      <w:r>
        <w:rPr>
          <w:rFonts w:ascii="Gentium Plus" w:hAnsi="Gentium Plus"/>
          <w:b/>
          <w:sz w:val="24"/>
        </w:rPr>
        <w:t>ΡΟΑʹ. Μοντίῳ.</w:t>
      </w:r>
    </w:p>
    <w:p>
      <w:r>
        <w:rPr>
          <w:rFonts w:ascii="Courier New" w:hAnsi="Courier New"/>
          <w:color w:val="555555"/>
          <w:sz w:val="20"/>
        </w:rPr>
        <w:t>[23]</w:t>
      </w:r>
    </w:p>
    <w:p>
      <w:r>
        <w:rPr>
          <w:rFonts w:ascii="Gentium Plus" w:hAnsi="Gentium Plus"/>
          <w:sz w:val="24"/>
        </w:rPr>
        <w:t>Πόῤῥω μέν σου καθήμεθα τῇ παρουσίᾳ τοῦ σώμα‐ τος, ἐγγὺς δὲ τῇ διαθέσει τῆς ψυχῆς, καὶ σύνεσμέν</w:t>
      </w:r>
    </w:p>
    <w:p>
      <w:r>
        <w:rPr>
          <w:rFonts w:ascii="Courier New" w:hAnsi="Courier New"/>
          <w:color w:val="555555"/>
          <w:sz w:val="20"/>
        </w:rPr>
        <w:t>[25]</w:t>
      </w:r>
    </w:p>
    <w:p>
      <w:r>
        <w:rPr>
          <w:rFonts w:ascii="Gentium Plus" w:hAnsi="Gentium Plus"/>
          <w:sz w:val="24"/>
        </w:rPr>
        <w:t>σοι, καὶ συμπεπλέγμεθα καθ’ ἑκάστην ἡμέραν, τὸν θερμόν σου περὶ ἡμᾶς ἔρωτα, τὴν φιλοξενίαν, τὴν φιλοφροσύνην, τὴν τοσαύτην θεραπείαν καὶ σπουδὴν, ἣν διὰ πάντων ἐπεδείξω, καθ’ ἑαυτοὺς ἀναλογιζόμε‐ νοι, καὶ ἐντρυφῶντες τῇ μνήμῃ τῆς εὐγενείας τῆς</w:t>
      </w:r>
    </w:p>
    <w:p>
      <w:r>
        <w:rPr>
          <w:rFonts w:ascii="Courier New" w:hAnsi="Courier New"/>
          <w:color w:val="555555"/>
          <w:sz w:val="20"/>
        </w:rPr>
        <w:t>[30]</w:t>
      </w:r>
    </w:p>
    <w:p>
      <w:r>
        <w:rPr>
          <w:rFonts w:ascii="Gentium Plus" w:hAnsi="Gentium Plus"/>
          <w:sz w:val="24"/>
        </w:rPr>
        <w:t>σῆς, καὶ πρὸς ἅπαντας ἀνακηρύττοντές σου τὴν εἰλι‐ κρινῆ διάθεσιν, καὶ δόλον οὐκ ἔχουσαν. Διὸ καὶ γραμ‐ μάτων ἐπιθυμοῦμεν τῆς εὐγενείας τῆς σῆς, καί σε παρακαλοῦμεν συνεχῶς ἡμῖν ἐπιστέλλειν, καὶ τὰ περὶ τῆς ὑγείας τῆς σῆς εὐαγγελίζεσθαι, ἵνα καὶ ἐκ</w:t>
      </w:r>
    </w:p>
    <w:p>
      <w:r>
        <w:rPr>
          <w:rFonts w:ascii="Courier New" w:hAnsi="Courier New"/>
          <w:color w:val="555555"/>
          <w:sz w:val="20"/>
        </w:rPr>
        <w:t>[35]</w:t>
      </w:r>
    </w:p>
    <w:p>
      <w:r>
        <w:rPr>
          <w:rFonts w:ascii="Gentium Plus" w:hAnsi="Gentium Plus"/>
          <w:sz w:val="24"/>
        </w:rPr>
        <w:t>τούτου πολλὴν καρπωσώμεθα τὴν παράκλησιν, μαν‐ θάνοντες τὰ περὶ τῆς ῥώσεως τῆς σῆς. Πάνυ γὰρ ἡμῖν τοῦτο περισπούδαστον εἰδέναι. Μὴ τοίνυν ἀπο‐ στερήσῃς ἡμᾶς ταύτης τῆς εὐφροσύνης· ἀλλ’ ὁσάκις ἂν ἐξῇ γράφε, ταῦτα εὐαγγελιζόμενος.</w:t>
      </w:r>
    </w:p>
    <w:p>
      <w:pPr>
        <w:jc w:val="center"/>
      </w:pPr>
      <w:r>
        <w:rPr>
          <w:rFonts w:ascii="Gentium Plus" w:hAnsi="Gentium Plus"/>
          <w:b/>
          <w:sz w:val="24"/>
        </w:rPr>
        <w:t>ΡΟΒʹ. Ἑλλαδίῳ.</w:t>
      </w:r>
    </w:p>
    <w:p>
      <w:r>
        <w:rPr>
          <w:rFonts w:ascii="Courier New" w:hAnsi="Courier New"/>
          <w:color w:val="555555"/>
          <w:sz w:val="20"/>
        </w:rPr>
        <w:t>[41]</w:t>
      </w:r>
    </w:p>
    <w:p>
      <w:r>
        <w:rPr>
          <w:rFonts w:ascii="Gentium Plus" w:hAnsi="Gentium Plus"/>
          <w:sz w:val="24"/>
        </w:rPr>
        <w:t>Ὀλίγα μέν σοι συνεγενόμεθα, πολλὴν δὲ τὴν πει‐ ράν σου τῆς γνησίας καὶ θερμῆς εἰλήφαμεν ἀγάπης. Καὶ γὰρ αἱ γενναῖαι ψυχαὶ ἐν βραχεῖ καιρῷ τοὺς ἐν‐ τυγχάνοντας χειροῦνται. Ὃ δὴ καὶ αὐτὸς πεποίηκας</w:t>
      </w:r>
    </w:p>
    <w:p>
      <w:r>
        <w:rPr>
          <w:rFonts w:ascii="Courier New" w:hAnsi="Courier New"/>
          <w:color w:val="555555"/>
          <w:sz w:val="20"/>
        </w:rPr>
        <w:t>[45]</w:t>
      </w:r>
    </w:p>
    <w:p>
      <w:r>
        <w:rPr>
          <w:rFonts w:ascii="Gentium Plus" w:hAnsi="Gentium Plus"/>
          <w:sz w:val="24"/>
        </w:rPr>
        <w:t>ἐν ὀλίγῳ σφοδροὺς ἡμᾶς ποιήσας ἐραστὰς τῆς εὐγε‐ νείας τῆς σῆς. Διὸ καὶ ἐπιστέλλομεν, καὶ τὰ καθ’ ἡμᾶς αὐτοὺς δηλοῦμεν, ὅτι ἐν ἡσυχίᾳ καὶ ἀπραγμο‐ σύνῃ διάγομεν πολλῇ, πάντων ἡμᾶς ἐνταῦθα θερα‐ πευόντων μετὰ σπουδῆς, καὶ μετὰ πολλῆς ὁρώντων</w:t>
      </w:r>
    </w:p>
    <w:p>
      <w:r>
        <w:rPr>
          <w:rFonts w:ascii="Courier New" w:hAnsi="Courier New"/>
          <w:color w:val="555555"/>
          <w:sz w:val="20"/>
        </w:rPr>
        <w:t>[52 . 710 (50)]</w:t>
      </w:r>
    </w:p>
    <w:p>
      <w:r>
        <w:rPr>
          <w:rFonts w:ascii="Gentium Plus" w:hAnsi="Gentium Plus"/>
          <w:sz w:val="24"/>
        </w:rPr>
        <w:t>τῆς εὐνοίας. Ἵν’ οὖν καὶ τὰ ὑμέτερα μανθάνοντες εὐφραινώμεθα, συνεχῶς ἡμῖν ἐπιστέλλειν μὴ κατ‐ όκνει, καὶ τὰ περὶ τῆς ὑγείας τῆς σῆς εὐαγγελίζε‐ σθαι, ἵνα καὶ ἐκ τούτου πολλὴν καρπωσώμεθα τὴν παράκλησιν, τοιαῦτα παρὰ τῆς σῆς εὐγενείας δεχό‐</w:t>
      </w:r>
    </w:p>
    <w:p>
      <w:r>
        <w:rPr>
          <w:rFonts w:ascii="Courier New" w:hAnsi="Courier New"/>
          <w:color w:val="555555"/>
          <w:sz w:val="20"/>
        </w:rPr>
        <w:t>[55]</w:t>
      </w:r>
    </w:p>
    <w:p>
      <w:r>
        <w:rPr>
          <w:rFonts w:ascii="Gentium Plus" w:hAnsi="Gentium Plus"/>
          <w:sz w:val="24"/>
        </w:rPr>
        <w:t>μενοι γράμματα.</w:t>
      </w:r>
    </w:p>
    <w:p>
      <w:pPr>
        <w:jc w:val="center"/>
      </w:pPr>
      <w:r>
        <w:rPr>
          <w:rFonts w:ascii="Gentium Plus" w:hAnsi="Gentium Plus"/>
          <w:b/>
          <w:sz w:val="24"/>
        </w:rPr>
        <w:t>ΡΟΓʹ. Εὐηθίῳ.</w:t>
      </w:r>
    </w:p>
    <w:p>
      <w:r>
        <w:rPr>
          <w:rFonts w:ascii="Courier New" w:hAnsi="Courier New"/>
          <w:color w:val="555555"/>
          <w:sz w:val="20"/>
        </w:rPr>
        <w:t>[57]</w:t>
      </w:r>
    </w:p>
    <w:p>
      <w:r>
        <w:rPr>
          <w:rFonts w:ascii="Gentium Plus" w:hAnsi="Gentium Plus"/>
          <w:sz w:val="24"/>
        </w:rPr>
        <w:t>Εἰ καὶ τῷ σώματι κεχωρίσμεθά σου τῆς εὐγενείας,</w:t>
      </w:r>
    </w:p>
    <w:p>
      <w:r>
        <w:rPr>
          <w:rFonts w:ascii="Courier New" w:hAnsi="Courier New"/>
          <w:color w:val="555555"/>
          <w:sz w:val="20"/>
        </w:rPr>
        <w:t>[52 . 711]</w:t>
      </w:r>
    </w:p>
    <w:p>
      <w:r>
        <w:rPr>
          <w:rFonts w:ascii="Gentium Plus" w:hAnsi="Gentium Plus"/>
          <w:sz w:val="24"/>
        </w:rPr>
        <w:t>ἀλλὰ τῇ ἀγάπῃ συνδεδέμεθά σου τῇ ψυχῇ. Τοιαῦτα ἐνέχυρα φιλίας ἡμῖν ἐναπέθου, πολλὴν περὶ ἡμᾶς τὴν θεραπείαν καὶ τὴν διάθεσιν ἐπιδειξάμενος αὐτόθι. Διὰ τοῦτο ὅπουπερ ἂν ἀφικώμεθα, οὐ παυόμεθα χάριτας</w:t>
      </w:r>
    </w:p>
    <w:p>
      <w:r>
        <w:rPr>
          <w:rFonts w:ascii="Courier New" w:hAnsi="Courier New"/>
          <w:color w:val="555555"/>
          <w:sz w:val="20"/>
        </w:rPr>
        <w:t>[5]</w:t>
      </w:r>
    </w:p>
    <w:p>
      <w:r>
        <w:rPr>
          <w:rFonts w:ascii="Gentium Plus" w:hAnsi="Gentium Plus"/>
          <w:sz w:val="24"/>
        </w:rPr>
        <w:t>ὁμολογοῦντες τῇ εὐγενείᾳ τῇ σῇ. Καί σε παρακαλοῦ‐ μεν συνεχῶς ἡμῖν καὶ αὐτὸν ἐπιστέλλειν, καὶ τὰ περὶ τῆς ὑγείας τῆς σῆς εὐαγγελίζεσθαι. Ἡμεῖς γὰρ τὴν ὁδὸν ἅπασαν ἀπραγμόνως καὶ μετὰ ἀσφαλείας δι‐</w:t>
      </w:r>
    </w:p>
    <w:p>
      <w:r>
        <w:rPr>
          <w:rFonts w:ascii="Courier New" w:hAnsi="Courier New"/>
          <w:color w:val="555555"/>
          <w:sz w:val="20"/>
        </w:rPr>
        <w:t>[52 . 712]</w:t>
      </w:r>
    </w:p>
    <w:p>
      <w:r>
        <w:rPr>
          <w:rFonts w:ascii="Gentium Plus" w:hAnsi="Gentium Plus"/>
          <w:sz w:val="24"/>
        </w:rPr>
        <w:t>τῇ ἡσυχίᾳ τοῦ χωρίου, καὶ τῇ ἀπραγμοσύνῃ, καὶ πολλῆς ἀπολαύοντες θεραπείας τε καὶ εὐνοίας. Ἵν’ οὖν καὶ περὶ τῆς ῥώσεως τῆς ὑμετέρας μανθάνοντες εὐφραινώμεθα, πυκνὰ καὶ συνεχῆ πέμπειν ἡμῖν</w:t>
      </w:r>
    </w:p>
    <w:p>
      <w:r>
        <w:rPr>
          <w:rFonts w:ascii="Courier New" w:hAnsi="Courier New"/>
          <w:color w:val="555555"/>
          <w:sz w:val="20"/>
        </w:rPr>
        <w:t>[5]</w:t>
      </w:r>
    </w:p>
    <w:p>
      <w:r>
        <w:rPr>
          <w:rFonts w:ascii="Gentium Plus" w:hAnsi="Gentium Plus"/>
          <w:sz w:val="24"/>
        </w:rPr>
        <w:t>τὰ γράμματα σπούδασον, εὐαγγελιζόμενα ἡμᾶς περὶ τῆς ὑγείας τῆς σῆς καὶ τοῦ οἴκου σου παντός. Οὕτω γὰρ μεγίστην ἐντεῦθεν καρπωσόμεθα τὴν</w:t>
      </w:r>
    </w:p>
    <w:p>
      <w:pPr>
        <w:jc w:val="center"/>
      </w:pPr>
      <w:r>
        <w:rPr>
          <w:rFonts w:ascii="Gentium Plus" w:hAnsi="Gentium Plus"/>
          <w:b/>
          <w:sz w:val="24"/>
        </w:rPr>
        <w:t>ΤΟΥ ΑΥΤΟΥ ΠΡΟΣ ΔΙΑΦΟΡΟΥΣ</w:t>
      </w:r>
    </w:p>
    <w:p>
      <w:pPr>
        <w:jc w:val="center"/>
      </w:pPr>
      <w:r>
        <w:rPr>
          <w:rFonts w:ascii="Gentium Plus" w:hAnsi="Gentium Plus"/>
          <w:b/>
          <w:sz w:val="24"/>
        </w:rPr>
        <w:t>Ἐπιστολαὶ ξηʹ.</w:t>
      </w:r>
    </w:p>
    <w:p>
      <w:pPr>
        <w:jc w:val="center"/>
      </w:pPr>
      <w:r>
        <w:rPr>
          <w:rFonts w:ascii="Gentium Plus" w:hAnsi="Gentium Plus"/>
          <w:b/>
          <w:sz w:val="24"/>
        </w:rPr>
        <w:t>ΡΟΔʹ. Τοῖς ἐν Χαλκηδόνι ἐγκεκλεισμένοις ἐπι‐</w:t>
      </w:r>
    </w:p>
    <w:p>
      <w:pPr>
        <w:jc w:val="center"/>
      </w:pPr>
      <w:r>
        <w:rPr>
          <w:rFonts w:ascii="Gentium Plus" w:hAnsi="Gentium Plus"/>
          <w:b/>
          <w:sz w:val="24"/>
        </w:rPr>
        <w:t>σκόποις, πρεσβυτέροις τε καὶ διακόνοις.</w:t>
      </w:r>
    </w:p>
    <w:p>
      <w:r>
        <w:rPr>
          <w:rFonts w:ascii="Courier New" w:hAnsi="Courier New"/>
          <w:color w:val="555555"/>
          <w:sz w:val="20"/>
        </w:rPr>
        <w:t>[14]</w:t>
      </w:r>
    </w:p>
    <w:p>
      <w:r>
        <w:rPr>
          <w:rFonts w:ascii="Gentium Plus" w:hAnsi="Gentium Plus"/>
          <w:sz w:val="24"/>
        </w:rPr>
        <w:t>Μακάριοι καὶ τῶν δεσμῶν ὑμεῖς, καὶ τῆς γνώμης,</w:t>
      </w:r>
    </w:p>
    <w:p>
      <w:r>
        <w:rPr>
          <w:rFonts w:ascii="Courier New" w:hAnsi="Courier New"/>
          <w:color w:val="555555"/>
          <w:sz w:val="20"/>
        </w:rPr>
        <w:t>[15]</w:t>
      </w:r>
    </w:p>
    <w:p>
      <w:r>
        <w:rPr>
          <w:rFonts w:ascii="Gentium Plus" w:hAnsi="Gentium Plus"/>
          <w:sz w:val="24"/>
        </w:rPr>
        <w:t>μεθ’ ἧς φέρετε τὰ δεσμὰ, ἀποστολικὴν ἀνδρείαν ἐν τούτοις ἐπιδεικνύμενοι· ἐπεὶ κἀκεῖνοι καὶ μαστιγού‐ μενοι, καὶ ἐλαυνόμενοι, καὶ δεσμούμενοι, μετὰ πολλῆς ταῦτα ἔφερον τῆς ἡδονῆς· οὐ μόνον δὲ μετὰ πολλῆς ἔφερον τῆς ἡδονῆς, ἀλλὰ καὶ τὰ αὑτῶν ἐποίουν</w:t>
      </w:r>
    </w:p>
    <w:p>
      <w:r>
        <w:rPr>
          <w:rFonts w:ascii="Courier New" w:hAnsi="Courier New"/>
          <w:color w:val="555555"/>
          <w:sz w:val="20"/>
        </w:rPr>
        <w:t>[20]</w:t>
      </w:r>
    </w:p>
    <w:p>
      <w:r>
        <w:rPr>
          <w:rFonts w:ascii="Gentium Plus" w:hAnsi="Gentium Plus"/>
          <w:sz w:val="24"/>
        </w:rPr>
        <w:t>ἐν ταῖς ἁλύσεσιν ὄντες, καὶ τὴν οἰκουμένην μεριμνῶν‐ τες ἅπασαν. Διὸ δὴ παρακαλῶ τὴν ὑμετέραν ἀγάπην μηδὲν ἐντεῦθεν ἀναπεσεῖν, ἀλλ’ ὅσῳ πλείων ὑμῖν ἡ ὀδύνη γίνεται ἐξ ὧν πάσχετε, πλείονα καὶ τὴν προθυ‐ μίαν ἐπιδείξασθαι, καὶ καθ’ ἑκάστην ἡμέραν μεριμνᾷν</w:t>
      </w:r>
    </w:p>
    <w:p>
      <w:r>
        <w:rPr>
          <w:rFonts w:ascii="Courier New" w:hAnsi="Courier New"/>
          <w:color w:val="555555"/>
          <w:sz w:val="20"/>
        </w:rPr>
        <w:t>[25]</w:t>
      </w:r>
    </w:p>
    <w:p>
      <w:r>
        <w:rPr>
          <w:rFonts w:ascii="Gentium Plus" w:hAnsi="Gentium Plus"/>
          <w:sz w:val="24"/>
        </w:rPr>
        <w:t>ὑπὲρ τῶν κατὰ τὴν οἰκουμένην Ἐκκλησιῶν, ὅπως ἂν γένοιτό τις διόρθωσις ἡ προσήκουσα, μηδὲ εἰς τὴν ὀλιγότητα ὑμῶν ἀπιδόντες, καὶ τῷ περιελαύνεσθαι πανταχόθεν, ὑπτιώτεροι γένησθε. Δι’ ὧν γὰρ πάσχετε, μείζονα τὴν παρὰ τῷ Θεῷ παῤῥησίαν κτώμενοι,</w:t>
      </w:r>
    </w:p>
    <w:p>
      <w:r>
        <w:rPr>
          <w:rFonts w:ascii="Courier New" w:hAnsi="Courier New"/>
          <w:color w:val="555555"/>
          <w:sz w:val="20"/>
        </w:rPr>
        <w:t>[30]</w:t>
      </w:r>
    </w:p>
    <w:p>
      <w:r>
        <w:rPr>
          <w:rFonts w:ascii="Gentium Plus" w:hAnsi="Gentium Plus"/>
          <w:sz w:val="24"/>
        </w:rPr>
        <w:t>πλείονα εὔδηλον ὅτι καὶ τὴν δύναμιν ἕξετε. Χρήσασθε τοίνυν εἰς καιρὸν τῇ προθυμίᾳ, καὶ δι’ ἑαυτῶν, καὶ δι’ ἑτέρων, ὧν ἂν οἷόν τε ᾖ, ταῦτα καὶ πρᾶξαι καὶ εἰ‐ πεῖν σπουδάσατε, ἵνα τὸ κατέχον κλυδώνιον κατα‐ στεῖλαι δυνήσεσθε. Μάλιστα μὲν γὰρ ἔσται τι καὶ</w:t>
      </w:r>
    </w:p>
    <w:p>
      <w:r>
        <w:rPr>
          <w:rFonts w:ascii="Courier New" w:hAnsi="Courier New"/>
          <w:color w:val="555555"/>
          <w:sz w:val="20"/>
        </w:rPr>
        <w:t>[35]</w:t>
      </w:r>
    </w:p>
    <w:p>
      <w:r>
        <w:rPr>
          <w:rFonts w:ascii="Gentium Plus" w:hAnsi="Gentium Plus"/>
          <w:sz w:val="24"/>
        </w:rPr>
        <w:t>πλέον σπουδαζόντων ὑμῶν· εἰ δ’ ἄρα μηδὲν γένοιτο πλέον, τῆς προθυμίας καὶ τῆς γνώμης ἕξετε παρὰ τοῦ φιλανθρώπου Θεοῦ τὸν μισθόν.</w:t>
      </w:r>
    </w:p>
    <w:p>
      <w:pPr>
        <w:jc w:val="center"/>
      </w:pPr>
      <w:r>
        <w:rPr>
          <w:rFonts w:ascii="Gentium Plus" w:hAnsi="Gentium Plus"/>
          <w:b/>
          <w:sz w:val="24"/>
        </w:rPr>
        <w:t>ΡΟΕʹ. Ἀγαπητῷ.</w:t>
      </w:r>
    </w:p>
    <w:p>
      <w:r>
        <w:rPr>
          <w:rFonts w:ascii="Courier New" w:hAnsi="Courier New"/>
          <w:color w:val="555555"/>
          <w:sz w:val="20"/>
        </w:rPr>
        <w:t>[39]</w:t>
      </w:r>
    </w:p>
    <w:p>
      <w:r>
        <w:rPr>
          <w:rFonts w:ascii="Gentium Plus" w:hAnsi="Gentium Plus"/>
          <w:sz w:val="24"/>
        </w:rPr>
        <w:t>Πολλοὺς καὶ συνεχεῖς ἱδρῶτας ἵδρωσεν ὁ κύριός</w:t>
      </w:r>
    </w:p>
    <w:p>
      <w:r>
        <w:rPr>
          <w:rFonts w:ascii="Courier New" w:hAnsi="Courier New"/>
          <w:color w:val="555555"/>
          <w:sz w:val="20"/>
        </w:rPr>
        <w:t>[40]</w:t>
      </w:r>
    </w:p>
    <w:p>
      <w:r>
        <w:rPr>
          <w:rFonts w:ascii="Gentium Plus" w:hAnsi="Gentium Plus"/>
          <w:sz w:val="24"/>
        </w:rPr>
        <w:t>μου ὁ εὐλαβέστατος καὶ τιμιώτατος πρεσβύτερος Ἐλ‐ πίδιος, τοὺς τὸ ὄρος οἰκοῦντας, τὸ Ἀμανὸν λέγω, σπουδάζων ἀπαλλάξαι τῆς κατεχούσης αὐτοὺς ἀσε‐ βείας. Καὶ ἀπήλλαξε, καὶ μετέθηκεν αὐτοὺς ἀπὸ τῆς πλάνης, καὶ ἐκκλησίας ᾠκοδόμησε, καὶ μοναστήρια</w:t>
      </w:r>
    </w:p>
    <w:p>
      <w:r>
        <w:rPr>
          <w:rFonts w:ascii="Courier New" w:hAnsi="Courier New"/>
          <w:color w:val="555555"/>
          <w:sz w:val="20"/>
        </w:rPr>
        <w:t>[45]</w:t>
      </w:r>
    </w:p>
    <w:p>
      <w:r>
        <w:rPr>
          <w:rFonts w:ascii="Gentium Plus" w:hAnsi="Gentium Plus"/>
          <w:sz w:val="24"/>
        </w:rPr>
        <w:t>συνεστήσατο· καὶ ἔξεστι ταῦτα τῇ εὐγενείᾳ σου καὶ παρ’ ἑτέρων μανθάνειν. Ἐπεὶ οὖν οἶδα ὅτι τῶν εὐλα‐ βῶν ἀνδρῶν καὶ γενναίων σφόδρα γέγονας ἐραστὴς, εἰδὼς ὅτι σοι χαριοῦμαι γνώριμον ποιῶν τὸν τοσαῦτα κατωρθωκότα, ὁμοῦ καὶ προσειπεῖν σε δι’ ἑκάστης</w:t>
      </w:r>
    </w:p>
    <w:p>
      <w:r>
        <w:rPr>
          <w:rFonts w:ascii="Courier New" w:hAnsi="Courier New"/>
          <w:color w:val="555555"/>
          <w:sz w:val="20"/>
        </w:rPr>
        <w:t>[52 . 711 (50)]</w:t>
      </w:r>
    </w:p>
    <w:p>
      <w:r>
        <w:rPr>
          <w:rFonts w:ascii="Gentium Plus" w:hAnsi="Gentium Plus"/>
          <w:sz w:val="24"/>
        </w:rPr>
        <w:t>προφάσεως ἐπειγόμενος, προστέθεικα ταῦτα τὰ γράμ‐</w:t>
      </w:r>
    </w:p>
    <w:p>
      <w:r>
        <w:rPr>
          <w:rFonts w:ascii="Courier New" w:hAnsi="Courier New"/>
          <w:color w:val="555555"/>
          <w:sz w:val="20"/>
        </w:rPr>
        <w:t>[52 . 712 (12)]</w:t>
      </w:r>
    </w:p>
    <w:p>
      <w:r>
        <w:rPr>
          <w:rFonts w:ascii="Gentium Plus" w:hAnsi="Gentium Plus"/>
          <w:sz w:val="24"/>
        </w:rPr>
        <w:t>τὸν ἄνδρα παρακατατιθέμενός σου τῇ εὐγενείᾳ. Ἰδὼν τοίνυν αὐτὸν ὥς σοι πρέπον ἐστὶ, δέσποτά μου τιμιώ‐ τατε καὶ θαυμασιώτατε, δεῖξον αὐτῷ διὰ τῶν ἔργων,</w:t>
      </w:r>
    </w:p>
    <w:p>
      <w:r>
        <w:rPr>
          <w:rFonts w:ascii="Courier New" w:hAnsi="Courier New"/>
          <w:color w:val="555555"/>
          <w:sz w:val="20"/>
        </w:rPr>
        <w:t>[15]</w:t>
      </w:r>
    </w:p>
    <w:p>
      <w:r>
        <w:rPr>
          <w:rFonts w:ascii="Gentium Plus" w:hAnsi="Gentium Plus"/>
          <w:sz w:val="24"/>
        </w:rPr>
        <w:t>ὡς οὐ μάτην οὐδὲ εἰκῆ ταύτην ἦλθεν ἔχων παρ’ ἡμῶν τὴν ἐπιστολὴν, ἀλλ’ ἴσχυσε ταυτὶ τὰ γράμματα πολλῆς αὐτὸν ποιῆσαι ἀπολαῦσαι εὐνοίας τε καὶ ἀγά‐ πης. Οὕτω γὰρ καὶ ἡμεῖς χάριν πολλὴν ὁμολογήσομεν τῇ ἀγχινοίᾳ τῇ σῇ, ὅτι καὶ ἐκ τοσούτου καθήμενοι</w:t>
      </w:r>
    </w:p>
    <w:p>
      <w:r>
        <w:rPr>
          <w:rFonts w:ascii="Courier New" w:hAnsi="Courier New"/>
          <w:color w:val="555555"/>
          <w:sz w:val="20"/>
        </w:rPr>
        <w:t>[20]</w:t>
      </w:r>
    </w:p>
    <w:p>
      <w:r>
        <w:rPr>
          <w:rFonts w:ascii="Gentium Plus" w:hAnsi="Gentium Plus"/>
          <w:sz w:val="24"/>
        </w:rPr>
        <w:t>διαστήματος, ἀπὸ τῆς ἐπιστολῆς δυνάμεθα συνάπτειν σου τῇ ἀγάπῃ γνησίως τοὺς ἐπιθυμοῦντας αὐτῆς ἀπο‐ λαύειν· ὧν εἷς οὗτός ἐστι, σφοδρὸς ἐραστὴς ὤν σου τῆς κοσμιότητος· διὸ καὶ μετὰ πολλῆς τῆς σπουδῆς ταύτην παρ’ ἡμῶν ᾔτησε τὴν ἐπιστολήν.</w:t>
      </w:r>
    </w:p>
    <w:p>
      <w:pPr>
        <w:jc w:val="center"/>
      </w:pPr>
      <w:r>
        <w:rPr>
          <w:rFonts w:ascii="Gentium Plus" w:hAnsi="Gentium Plus"/>
          <w:b/>
          <w:sz w:val="24"/>
        </w:rPr>
        <w:t>ΡΟϛʹ. Ἡσυχίῳ.</w:t>
      </w:r>
    </w:p>
    <w:p>
      <w:r>
        <w:rPr>
          <w:rFonts w:ascii="Courier New" w:hAnsi="Courier New"/>
          <w:color w:val="555555"/>
          <w:sz w:val="20"/>
        </w:rPr>
        <w:t>[26]</w:t>
      </w:r>
    </w:p>
    <w:p>
      <w:r>
        <w:rPr>
          <w:rFonts w:ascii="Gentium Plus" w:hAnsi="Gentium Plus"/>
          <w:sz w:val="24"/>
        </w:rPr>
        <w:t>Ἡμεῖς ἐπιθυμοῦμεν καὶ παρόντα σε θεάσασθαι, καὶ τῆς γλυκυτάτης καὶ ἡδίστης σου ἀπολαῦσαι συν‐ ουσίας. Ἀλλ’ ἐπειδὴ τοῦτο ἐργῶδες, καὶ διὰ τὴν τῆς ὁδοῦ δυσκολίαν καὶ διὰ τὴν τῶν πραγμάτων ἀσχολίαν,</w:t>
      </w:r>
    </w:p>
    <w:p>
      <w:r>
        <w:rPr>
          <w:rFonts w:ascii="Courier New" w:hAnsi="Courier New"/>
          <w:color w:val="555555"/>
          <w:sz w:val="20"/>
        </w:rPr>
        <w:t>[30]</w:t>
      </w:r>
    </w:p>
    <w:p>
      <w:r>
        <w:rPr>
          <w:rFonts w:ascii="Gentium Plus" w:hAnsi="Gentium Plus"/>
          <w:sz w:val="24"/>
        </w:rPr>
        <w:t>καὶ τὴν τοῦ σώματος ἀσθένειαν, τὴν ἀπὸ τῶν γραμ‐ μάτων ζητοῦμεν παράκλησιν, ἣν οὔτε σώματος ἀῤ‐ ῥωστία, οὐδὲ ὁδοῦ τραχύτης διακωλῦσαι δύναται. Δίδου δὴ τὴν χάριν ἡμῖν κούφην τε οὖσαν καὶ ἀνεπα‐ χθῆ, καὶ πολλὴν κομίζουσαν ἡμῖν τὴν ἡδονὴν, καὶ οὐ</w:t>
      </w:r>
    </w:p>
    <w:p>
      <w:r>
        <w:rPr>
          <w:rFonts w:ascii="Courier New" w:hAnsi="Courier New"/>
          <w:color w:val="555555"/>
          <w:sz w:val="20"/>
        </w:rPr>
        <w:t>[35]</w:t>
      </w:r>
    </w:p>
    <w:p>
      <w:r>
        <w:rPr>
          <w:rFonts w:ascii="Gentium Plus" w:hAnsi="Gentium Plus"/>
          <w:sz w:val="24"/>
        </w:rPr>
        <w:t>μικρὸν τῆς ἀθυμίας, τῆς ἐκ τοῦ σωματικοῦ χωρισμοῦ, ὑποτεμνομένην. Ἂν γὰρ ταύτης ἀπολαύσωμεν τῆς παρακλήσεως, καὶ πλησίον ἡγησόμεθα εἶναι, καὶ ἀεὶ μετὰ τῆς τιμιότητός σου. Ἀρκεῖ μὲν γὰρ καὶ ἡ ἀγά‐ πη τοῦτο ποιῆσαι· πλείονα δὲ αὐτὴ ἡ φαντασία λαμ‐</w:t>
      </w:r>
    </w:p>
    <w:p>
      <w:r>
        <w:rPr>
          <w:rFonts w:ascii="Courier New" w:hAnsi="Courier New"/>
          <w:color w:val="555555"/>
          <w:sz w:val="20"/>
        </w:rPr>
        <w:t>[40]</w:t>
      </w:r>
    </w:p>
    <w:p>
      <w:r>
        <w:rPr>
          <w:rFonts w:ascii="Gentium Plus" w:hAnsi="Gentium Plus"/>
          <w:sz w:val="24"/>
        </w:rPr>
        <w:t>βάνει προσθήκην, ὅταν καὶ τὴν ἀπὸ τῶν γραμμάτων ἔχῃ συμμαχίαν.</w:t>
      </w:r>
    </w:p>
    <w:p>
      <w:pPr>
        <w:jc w:val="center"/>
      </w:pPr>
      <w:r>
        <w:rPr>
          <w:rFonts w:ascii="Gentium Plus" w:hAnsi="Gentium Plus"/>
          <w:b/>
          <w:sz w:val="24"/>
        </w:rPr>
        <w:t>ΡΟΖʹ. Ἀρτεμιδώρῳ.</w:t>
      </w:r>
    </w:p>
    <w:p>
      <w:r>
        <w:rPr>
          <w:rFonts w:ascii="Courier New" w:hAnsi="Courier New"/>
          <w:color w:val="555555"/>
          <w:sz w:val="20"/>
        </w:rPr>
        <w:t>[43]</w:t>
      </w:r>
    </w:p>
    <w:p>
      <w:r>
        <w:rPr>
          <w:rFonts w:ascii="Gentium Plus" w:hAnsi="Gentium Plus"/>
          <w:sz w:val="24"/>
        </w:rPr>
        <w:t>Πολλῆς ἐνόμισεν ἀπολαύσεσθαι εὐνοίας ὁ κύριός μου Ἀντίοχος, εἰ μετὰ γραμμάτων ἡμετέρων φανείη</w:t>
      </w:r>
    </w:p>
    <w:p>
      <w:r>
        <w:rPr>
          <w:rFonts w:ascii="Courier New" w:hAnsi="Courier New"/>
          <w:color w:val="555555"/>
          <w:sz w:val="20"/>
        </w:rPr>
        <w:t>[45]</w:t>
      </w:r>
    </w:p>
    <w:p>
      <w:r>
        <w:rPr>
          <w:rFonts w:ascii="Gentium Plus" w:hAnsi="Gentium Plus"/>
          <w:sz w:val="24"/>
        </w:rPr>
        <w:t>τῇ ἐμμελείᾳ τῇ σῇ. Δεῖξον τοίνυν, δέσποτά μου τι‐ μιώτατε, ὡς οὐ τηνάλλως ταῦτα ἐνόμισε, καὶ δεξά‐ μενος αὐτὸν μετὰ τῆς σοι προσηκούσης εὐνοίας, ἄν τι δίκαιον νομίζῃ, καὶ λόγον ἔχον, ἕτοιμον σεαυτὸν αὐτῷ παρασχεῖν παρακλήθητι, καὶ δεῖξον διὰ τῶν</w:t>
      </w:r>
    </w:p>
    <w:p>
      <w:r>
        <w:rPr>
          <w:rFonts w:ascii="Courier New" w:hAnsi="Courier New"/>
          <w:color w:val="555555"/>
          <w:sz w:val="20"/>
        </w:rPr>
        <w:t>[52 . 712 (50)]</w:t>
      </w:r>
    </w:p>
    <w:p>
      <w:r>
        <w:rPr>
          <w:rFonts w:ascii="Gentium Plus" w:hAnsi="Gentium Plus"/>
          <w:sz w:val="24"/>
        </w:rPr>
        <w:t>ἔργων αὐτῷ ὡς οὐ μάτην οὐδὲ εἰκῆ ταύτην ἦλθε φέ‐</w:t>
      </w:r>
    </w:p>
    <w:p>
      <w:r>
        <w:rPr>
          <w:rFonts w:ascii="Courier New" w:hAnsi="Courier New"/>
          <w:color w:val="555555"/>
          <w:sz w:val="20"/>
        </w:rPr>
        <w:t>[52 . 713]</w:t>
      </w:r>
    </w:p>
    <w:p>
      <w:r>
        <w:rPr>
          <w:rFonts w:ascii="Gentium Plus" w:hAnsi="Gentium Plus"/>
          <w:sz w:val="24"/>
        </w:rPr>
        <w:t>αὐτῷ εἰς εὐνοίας καὶ συμμαχίας δικαίας λόγον ἀπὸ τῶν γραμμάτων τῶν ἡμετέρων. Οὕτω γὰρ ἀπολαύ‐ σεται μὲν τῆς εὐεργεσίας οὗτος, καρπώσομαι δὲ ἐγὼ τιμὴν δι’ ὧν καὶ οὗτος τῆς εὐεργεσίας ἀπήλαυσε.</w:t>
      </w:r>
    </w:p>
    <w:p>
      <w:pPr>
        <w:jc w:val="center"/>
      </w:pPr>
      <w:r>
        <w:rPr>
          <w:rFonts w:ascii="Gentium Plus" w:hAnsi="Gentium Plus"/>
          <w:b/>
          <w:sz w:val="24"/>
        </w:rPr>
        <w:t>ΡΟΗʹ. Εὐθαλίᾳ.</w:t>
      </w:r>
    </w:p>
    <w:p>
      <w:r>
        <w:rPr>
          <w:rFonts w:ascii="Courier New" w:hAnsi="Courier New"/>
          <w:color w:val="555555"/>
          <w:sz w:val="20"/>
        </w:rPr>
        <w:t>[6]</w:t>
      </w:r>
    </w:p>
    <w:p>
      <w:r>
        <w:rPr>
          <w:rFonts w:ascii="Gentium Plus" w:hAnsi="Gentium Plus"/>
          <w:sz w:val="24"/>
        </w:rPr>
        <w:t>Σφόδρα γνησίας καὶ θερμῆς ἀγάπης ἀνακέχρωσταί σου τὰ γράμματα, εἰλικρινοῦς καὶ ἀδόλου διαθέσεως. Διὰ ταῦτά σοι πολλὰς χάριτας ὁμολογοῦμεν, καὶ ὅτι γράφεις, καὶ ὅτι τῆς γνησίας σου φιλίας τῆς περὶ</w:t>
      </w:r>
    </w:p>
    <w:p>
      <w:r>
        <w:rPr>
          <w:rFonts w:ascii="Courier New" w:hAnsi="Courier New"/>
          <w:color w:val="555555"/>
          <w:sz w:val="20"/>
        </w:rPr>
        <w:t>[10]</w:t>
      </w:r>
    </w:p>
    <w:p>
      <w:r>
        <w:rPr>
          <w:rFonts w:ascii="Gentium Plus" w:hAnsi="Gentium Plus"/>
          <w:sz w:val="24"/>
        </w:rPr>
        <w:t>ἡμᾶς μέγιστον δεῖγμα ἐκφέρεις. Ὁ Θεός σοι τὸν μι‐ σθὸν δῴη τῆς τοιαύτης διαθέσεως καὶ ἐνταῦθα, καὶ ἐν τῷ μέλλοντι αἰῶνι, καὶ τειχίσειέ σε, καὶ φρουρήσειε, καὶ ἐν πάσῃ καταστήσειεν ἀσφαλείᾳ, καὶ εὐθυμίᾳ. Οἶσθα γὰρ αὐτὴ, κυρία μου τιμιωτάτη, ὡς οὐ</w:t>
      </w:r>
    </w:p>
    <w:p>
      <w:r>
        <w:rPr>
          <w:rFonts w:ascii="Courier New" w:hAnsi="Courier New"/>
          <w:color w:val="555555"/>
          <w:sz w:val="20"/>
        </w:rPr>
        <w:t>[15]</w:t>
      </w:r>
    </w:p>
    <w:p>
      <w:r>
        <w:rPr>
          <w:rFonts w:ascii="Gentium Plus" w:hAnsi="Gentium Plus"/>
          <w:sz w:val="24"/>
        </w:rPr>
        <w:t>μικρὰν ἡμῖν εὐφροσύνην φέρει, καὶ ταῦτα ἐν ἐρημίᾳ καθημένοις, τὸ συνεχῶς ἀκούειν κατὰ νοῦν σοι τὰ πράγματα φέρεσθαι. Ταῦτα δὴ δήλου συνεχῶς ἡμῖν, καὶ μὴ διαλείπῃς περὶ τῆς ὑγιείας τῆς σῆς εὐαγγε‐ λιζομένη, ἵνα καὶ ἐν ἐρημίᾳ καθήμενοι πολλὴν ἐν‐</w:t>
      </w:r>
    </w:p>
    <w:p>
      <w:r>
        <w:rPr>
          <w:rFonts w:ascii="Courier New" w:hAnsi="Courier New"/>
          <w:color w:val="555555"/>
          <w:sz w:val="20"/>
        </w:rPr>
        <w:t>[20]</w:t>
      </w:r>
    </w:p>
    <w:p>
      <w:r>
        <w:rPr>
          <w:rFonts w:ascii="Gentium Plus" w:hAnsi="Gentium Plus"/>
          <w:sz w:val="24"/>
        </w:rPr>
        <w:t>τεῦθεν καρπωσώμεθα τὴν παράκλησιν.</w:t>
      </w:r>
    </w:p>
    <w:p>
      <w:pPr>
        <w:jc w:val="center"/>
      </w:pPr>
      <w:r>
        <w:rPr>
          <w:rFonts w:ascii="Gentium Plus" w:hAnsi="Gentium Plus"/>
          <w:b/>
          <w:sz w:val="24"/>
        </w:rPr>
        <w:t>ΡΟΘʹ. Ἀδολίᾳ.</w:t>
      </w:r>
    </w:p>
    <w:p>
      <w:r>
        <w:rPr>
          <w:rFonts w:ascii="Courier New" w:hAnsi="Courier New"/>
          <w:color w:val="555555"/>
          <w:sz w:val="20"/>
        </w:rPr>
        <w:t>[22]</w:t>
      </w:r>
    </w:p>
    <w:p>
      <w:r>
        <w:rPr>
          <w:rFonts w:ascii="Gentium Plus" w:hAnsi="Gentium Plus"/>
          <w:sz w:val="24"/>
        </w:rPr>
        <w:t>Τὸ μὲν παραγενέσθαι ἴσως ἐργῶδες διὰ τὴν τοῦ σώ‐ ματος ἀσθένειαν· οὐδὲν γὰρ ἕτερον κώλυμα, τὰ γὰρ τῶν λῃστῶν πάντα πέπαυται· τὸ δὲ γράφειν ποῖον</w:t>
      </w:r>
    </w:p>
    <w:p>
      <w:r>
        <w:rPr>
          <w:rFonts w:ascii="Courier New" w:hAnsi="Courier New"/>
          <w:color w:val="555555"/>
          <w:sz w:val="20"/>
        </w:rPr>
        <w:t>[25]</w:t>
      </w:r>
    </w:p>
    <w:p>
      <w:r>
        <w:rPr>
          <w:rFonts w:ascii="Gentium Plus" w:hAnsi="Gentium Plus"/>
          <w:sz w:val="24"/>
        </w:rPr>
        <w:t>ἔχει πόνον; Οὐ γὰρ δὴ καὶ ἐνταῦθα εἰς ἐκεῖνο κατα‐ φυγεῖν ἔχεις. Ταῦτα δὲ λέγω, ὅτι ἕκτην, ὡς ἔγωγε οἶμαι, ταύτην διαπεμψάμενος τὴν ἐπιστολὴν, δύο μόνας ἐδεξάμην παρὰ τῆς εὐγενείας τῆς σῆς. Πλὴν ἀλλὰ ἄν τε γράφῃς, ἄν τε σιγᾷς, ἡμεῖς τὰ ἑαυτῶν</w:t>
      </w:r>
    </w:p>
    <w:p>
      <w:r>
        <w:rPr>
          <w:rFonts w:ascii="Courier New" w:hAnsi="Courier New"/>
          <w:color w:val="555555"/>
          <w:sz w:val="20"/>
        </w:rPr>
        <w:t>[30]</w:t>
      </w:r>
    </w:p>
    <w:p>
      <w:r>
        <w:rPr>
          <w:rFonts w:ascii="Gentium Plus" w:hAnsi="Gentium Plus"/>
          <w:sz w:val="24"/>
        </w:rPr>
        <w:t>ποιοῦντες οὐ διαλιμπάνομεν. Οὐ γὰρ δυνησόμεθα ἐπι‐ λαθέσθαι σου τῆς ἀρχαίας ἐκείνης καὶ γνησίας φι‐ λίας, ἀλλ’ ἀνθοῦσαν αὐτὴν διηνεκῶς διατηροῦμεν, καὶ ἡνίκα ἂν ἐξῇ, γράφομεν. Ἐπειδὴ δὲ σφόδρα μερι‐ μνῶμεν τὰ σὰ, σφόδρα ἐπιθυμοῦμεν καὶ γράμματα</w:t>
      </w:r>
    </w:p>
    <w:p>
      <w:r>
        <w:rPr>
          <w:rFonts w:ascii="Courier New" w:hAnsi="Courier New"/>
          <w:color w:val="555555"/>
          <w:sz w:val="20"/>
        </w:rPr>
        <w:t>[35]</w:t>
      </w:r>
    </w:p>
    <w:p>
      <w:r>
        <w:rPr>
          <w:rFonts w:ascii="Gentium Plus" w:hAnsi="Gentium Plus"/>
          <w:sz w:val="24"/>
        </w:rPr>
        <w:t>παρὰ σοῦ δέχεσθαι, περὶ τῆς ὑγιείας ἡμῖν εὐαγγελι‐ ζόμενα τῆς σῆς. Μὴ δὴ ταύτης ἡμᾶς ἀποστέρει τῆς παραμυθίας· ἀλλ’ εἰδυῖα ὅσον χαρίζῃ, κἂν ἐπίπονόν σοι ᾗ τὸ γράφειν, δι’ ἡμᾶς τοὺς σφόδρα σε ἀγαπῶντας καὶ τοῦτον καταδέχου τὸν πόνον· καὶ δήλου τὰ περὶ</w:t>
      </w:r>
    </w:p>
    <w:p>
      <w:r>
        <w:rPr>
          <w:rFonts w:ascii="Courier New" w:hAnsi="Courier New"/>
          <w:color w:val="555555"/>
          <w:sz w:val="20"/>
        </w:rPr>
        <w:t>[40]</w:t>
      </w:r>
    </w:p>
    <w:p>
      <w:r>
        <w:rPr>
          <w:rFonts w:ascii="Gentium Plus" w:hAnsi="Gentium Plus"/>
          <w:sz w:val="24"/>
        </w:rPr>
        <w:t>τῆς ῥώσεως ἡμῖν τῆς σῆς, σφόδρα ἐπιθυμοῦσι καθ’ ἑκάστην ἡμέραν περὶ ταύτης μανθάνειν.</w:t>
      </w:r>
    </w:p>
    <w:p>
      <w:pPr>
        <w:jc w:val="center"/>
      </w:pPr>
      <w:r>
        <w:rPr>
          <w:rFonts w:ascii="Gentium Plus" w:hAnsi="Gentium Plus"/>
          <w:b/>
          <w:sz w:val="24"/>
        </w:rPr>
        <w:t>ΡΠʹ. Ὑπατίῳ πρεσβυτέρῳ.</w:t>
      </w:r>
    </w:p>
    <w:p>
      <w:r>
        <w:rPr>
          <w:rFonts w:ascii="Courier New" w:hAnsi="Courier New"/>
          <w:color w:val="555555"/>
          <w:sz w:val="20"/>
        </w:rPr>
        <w:t>[43]</w:t>
      </w:r>
    </w:p>
    <w:p>
      <w:r>
        <w:rPr>
          <w:rFonts w:ascii="Gentium Plus" w:hAnsi="Gentium Plus"/>
          <w:sz w:val="24"/>
        </w:rPr>
        <w:t>Οὐ παύσομαι μακαρίζων σου τὴν τιμιότητα τῆς ὑπομονῆς, τῆς ἀνδρείας, τῆς καρτερίας τῆς πολλῆς,</w:t>
      </w:r>
    </w:p>
    <w:p>
      <w:r>
        <w:rPr>
          <w:rFonts w:ascii="Courier New" w:hAnsi="Courier New"/>
          <w:color w:val="555555"/>
          <w:sz w:val="20"/>
        </w:rPr>
        <w:t>[45]</w:t>
      </w:r>
    </w:p>
    <w:p>
      <w:r>
        <w:rPr>
          <w:rFonts w:ascii="Gentium Plus" w:hAnsi="Gentium Plus"/>
          <w:sz w:val="24"/>
        </w:rPr>
        <w:t>ἣν ἐπεδείξω, καὶ ἐπιδείκνυσαι ἐν τοῖς πειρασμοῖς. Καὶ τοῦτο καὶ διὰ τῆς προτέρας ἐπιστολῆς ἐδήλωσα, ὅτι διπλοῦς καὶ τριπλοῦς σοι ὁ μισθὸς ὑπὲρ τούτων ἀπόκειται, ὑπέρ τε ὧν αὐτὸς τοσαύτην στεῤῥότητα ἐπιδείκνυσαι, καὶ ἑτέρους εἰς τὸν αὐτὸν ἄγεις ζῆλον,</w:t>
      </w:r>
    </w:p>
    <w:p>
      <w:r>
        <w:rPr>
          <w:rFonts w:ascii="Courier New" w:hAnsi="Courier New"/>
          <w:color w:val="555555"/>
          <w:sz w:val="20"/>
        </w:rPr>
        <w:t>[52 . 713 (50)]</w:t>
      </w:r>
    </w:p>
    <w:p>
      <w:r>
        <w:rPr>
          <w:rFonts w:ascii="Gentium Plus" w:hAnsi="Gentium Plus"/>
          <w:sz w:val="24"/>
        </w:rPr>
        <w:t>ἐν γήρᾳ οὕτω βαθεῖ τοσαύτην προθυμίαν ἐπιδεικνύμε‐ νος ὑπὲρ τοῦ διωκομένου λαοῦ. Καὶ ἐβουλόμην μὲν συνεχῶς ἐπιστέλλειν σου τῇ τιμιότητι· ἐπειδὴ δὲ</w:t>
      </w:r>
    </w:p>
    <w:p>
      <w:r>
        <w:rPr>
          <w:rFonts w:ascii="Courier New" w:hAnsi="Courier New"/>
          <w:color w:val="555555"/>
          <w:sz w:val="20"/>
        </w:rPr>
        <w:t>[52 . 714]</w:t>
      </w:r>
    </w:p>
    <w:p>
      <w:r>
        <w:rPr>
          <w:rFonts w:ascii="Gentium Plus" w:hAnsi="Gentium Plus"/>
          <w:sz w:val="24"/>
        </w:rPr>
        <w:t>τὸν τῶν λῃστῶν φόβον, καὶ τὴν τοῦ χωρίου ἐρημίαν ἐν ᾧ καθήμεθα, ἡνίκα ἂν ἐξῇ, καὶ προσαγορεύομέν σου τὴν εὐλάβειαν, καὶ αἰτοῦμεν συνεχῶς ἡμῖν ἐπι‐ στέλλειν, καὶ τὰ περὶ τῆς ὑγιείας τῆς σῆς εὐαγγελί‐</w:t>
      </w:r>
    </w:p>
    <w:p>
      <w:r>
        <w:rPr>
          <w:rFonts w:ascii="Courier New" w:hAnsi="Courier New"/>
          <w:color w:val="555555"/>
          <w:sz w:val="20"/>
        </w:rPr>
        <w:t>[5]</w:t>
      </w:r>
    </w:p>
    <w:p>
      <w:r>
        <w:rPr>
          <w:rFonts w:ascii="Gentium Plus" w:hAnsi="Gentium Plus"/>
          <w:sz w:val="24"/>
        </w:rPr>
        <w:t>ζεσθαι· σφόδρα γὰρ ἐπιθυμοῦμεν τὰ περὶ ταύτης μαν‐ θάνειν. Μακαρίζομεν δὲ καὶ τοὺς τιμιωτάτους διακό‐ νους Εὐσέβιον καὶ Λαμπρότατον, τοὺς κοινωνήσαντάς σοι τῶν διωγμῶν. Ἴστε γὰρ ἡλίκοι στέφανοι τούτων ὑμῖν ἀπόκεινται, καὶ ὅσος ὁ μισθὸς, καὶ ὅση ἡ ἀντ‐</w:t>
      </w:r>
    </w:p>
    <w:p>
      <w:r>
        <w:rPr>
          <w:rFonts w:ascii="Courier New" w:hAnsi="Courier New"/>
          <w:color w:val="555555"/>
          <w:sz w:val="20"/>
        </w:rPr>
        <w:t>[10]</w:t>
      </w:r>
    </w:p>
    <w:p>
      <w:r>
        <w:rPr>
          <w:rFonts w:ascii="Gentium Plus" w:hAnsi="Gentium Plus"/>
          <w:sz w:val="24"/>
        </w:rPr>
        <w:t>απόδοσις. Ταῦτ’ οὖν εἰδότες, μένετε ἑδραίοι, ἀμετακίνητοι· τῆς τε γὰρ ὑπομονῆς δαψιλῆ τὸν μισθὸν ὁ Θεὸς ὑμῖν ἀποδώσει, καὶ τὰ παρόντα ταχέως λύσει δεινά. Γράφετε δὲ ἡμῖν συνεχῶς, τὰ περὶ τῆς ὑγείας τῆς ὑμετέρας ἡμῖν εὐαγγελιζόμενοι, περὶ ἧς σφόδρα</w:t>
      </w:r>
    </w:p>
    <w:p>
      <w:r>
        <w:rPr>
          <w:rFonts w:ascii="Courier New" w:hAnsi="Courier New"/>
          <w:color w:val="555555"/>
          <w:sz w:val="20"/>
        </w:rPr>
        <w:t>[15]</w:t>
      </w:r>
    </w:p>
    <w:p>
      <w:r>
        <w:rPr>
          <w:rFonts w:ascii="Gentium Plus" w:hAnsi="Gentium Plus"/>
          <w:sz w:val="24"/>
        </w:rPr>
        <w:t>περισπούδαστον ἡμῖν μανθάνειν.</w:t>
      </w:r>
    </w:p>
    <w:p>
      <w:pPr>
        <w:jc w:val="center"/>
      </w:pPr>
      <w:r>
        <w:rPr>
          <w:rFonts w:ascii="Gentium Plus" w:hAnsi="Gentium Plus"/>
          <w:b/>
          <w:sz w:val="24"/>
        </w:rPr>
        <w:t>ΡΠΑʹ. Ἐπισκόποις.</w:t>
      </w:r>
    </w:p>
    <w:p>
      <w:r>
        <w:rPr>
          <w:rFonts w:ascii="Courier New" w:hAnsi="Courier New"/>
          <w:color w:val="555555"/>
          <w:sz w:val="20"/>
        </w:rPr>
        <w:t>[17]</w:t>
      </w:r>
    </w:p>
    <w:p>
      <w:r>
        <w:rPr>
          <w:rFonts w:ascii="Gentium Plus" w:hAnsi="Gentium Plus"/>
          <w:sz w:val="24"/>
        </w:rPr>
        <w:t>Καὶ ἡ καταλαβοῦσα τὰς Ἐκκλησίας τὰς κατὰ τὴν Ἀνατολὴν ταραχὴ, σφοδροτάτη καὶ ποικίλη, καὶ ἡ παρὰ τῆς εὐλαβείας ὑμῶν εἰσενεχθεῖσα εἰς τὴν διόρ‐</w:t>
      </w:r>
    </w:p>
    <w:p>
      <w:r>
        <w:rPr>
          <w:rFonts w:ascii="Courier New" w:hAnsi="Courier New"/>
          <w:color w:val="555555"/>
          <w:sz w:val="20"/>
        </w:rPr>
        <w:t>[20]</w:t>
      </w:r>
    </w:p>
    <w:p>
      <w:r>
        <w:rPr>
          <w:rFonts w:ascii="Gentium Plus" w:hAnsi="Gentium Plus"/>
          <w:sz w:val="24"/>
        </w:rPr>
        <w:t>θωσιν ταύτης σπουδὴ, πολλὴ καὶ δαψιλής. Εἰ δὲ μη‐ δὲν μηδέπω γέγονε πλέον, τοὺς μὲν ἀνίατα νοσοῦντας καὶ μὴ διορθωθέντας ταλανίζομεν, ὑμᾶς δὲ θαυμά‐ ζοντες καὶ μακαρίζοντες οὐ διαλιμπάνομεν, ὅτι μετὰ τοσοῦτον χρόνον τῶν πραγμάτων ἀδιορθώτων μεινάν‐</w:t>
      </w:r>
    </w:p>
    <w:p>
      <w:r>
        <w:rPr>
          <w:rFonts w:ascii="Courier New" w:hAnsi="Courier New"/>
          <w:color w:val="555555"/>
          <w:sz w:val="20"/>
        </w:rPr>
        <w:t>[25]</w:t>
      </w:r>
    </w:p>
    <w:p>
      <w:r>
        <w:rPr>
          <w:rFonts w:ascii="Gentium Plus" w:hAnsi="Gentium Plus"/>
          <w:sz w:val="24"/>
        </w:rPr>
        <w:t>των, οὐκ ἀπεκάμετε, οὐδὲ ὕπτιοι γεγόνατε, ἀλλὰ καὶ ἐπίκεισθε, ἔτι ἀκμαζούσῃ τῇ προθυμίᾳ τὴν παρ’ ἑαυτῶν εἰσφέροντες συμμαχίαν, εἰς κρῖμα μὲν τῶν οὐκ ἐθελόντων ὑμῶν ἀνασχέσθαι, εἰς στεφάνους δὲ τῆς ὑμετέρας σπουδῆς, καὶ βραβεῖα πολλά. Διὰ ταῦτα</w:t>
      </w:r>
    </w:p>
    <w:p>
      <w:r>
        <w:rPr>
          <w:rFonts w:ascii="Courier New" w:hAnsi="Courier New"/>
          <w:color w:val="555555"/>
          <w:sz w:val="20"/>
        </w:rPr>
        <w:t>[30]</w:t>
      </w:r>
    </w:p>
    <w:p>
      <w:r>
        <w:rPr>
          <w:rFonts w:ascii="Gentium Plus" w:hAnsi="Gentium Plus"/>
          <w:sz w:val="24"/>
        </w:rPr>
        <w:t>ὑμᾶς καὶ ἡμεῖς, καὶ πάντες οἱ κατὰ τὴν οἰκουμένην ἀνακηρύττουσι καὶ στεφανοῦσιν, ὅτι ἐκ τοσούτου καθημένους διαστήματος, οὐ τῆς ὁδοῦ τὸ μῆκος, οὐ τοῦ χρόνου τὸ πλῆθος ῥᾳθυμοτέρους ἐποίησεν, ἀλλ’ ὡς πλησίον ὄντες τῶν γενομένων, καὶ αὐταῖς ὄψεσιν</w:t>
      </w:r>
    </w:p>
    <w:p>
      <w:r>
        <w:rPr>
          <w:rFonts w:ascii="Courier New" w:hAnsi="Courier New"/>
          <w:color w:val="555555"/>
          <w:sz w:val="20"/>
        </w:rPr>
        <w:t>[35]</w:t>
      </w:r>
    </w:p>
    <w:p>
      <w:r>
        <w:rPr>
          <w:rFonts w:ascii="Gentium Plus" w:hAnsi="Gentium Plus"/>
          <w:sz w:val="24"/>
        </w:rPr>
        <w:t>ὁρῶντες τὰς γενομένας παρανομίας, οὕτως ἐῤῥωμενε‐ στάτῃ προθυμίᾳ τὰ παρ’ ἑαυτῶν εἰσφέρειν ἐσπουδά‐ κατε. Εἰ δὲ μήπω τὴν ἄκαιρον φιλονεικίαν καὶ τὸν ἄλογον πόλεμον καταλύειν βούλονται οἱ ταῦτα ἐξ ἀρχῆς τεκόντες τὰ κακὰ, μηδὲν ὑμᾶς τοῦτο θορυβεί‐</w:t>
      </w:r>
    </w:p>
    <w:p>
      <w:r>
        <w:rPr>
          <w:rFonts w:ascii="Courier New" w:hAnsi="Courier New"/>
          <w:color w:val="555555"/>
          <w:sz w:val="20"/>
        </w:rPr>
        <w:t>[40]</w:t>
      </w:r>
    </w:p>
    <w:p>
      <w:r>
        <w:rPr>
          <w:rFonts w:ascii="Gentium Plus" w:hAnsi="Gentium Plus"/>
          <w:sz w:val="24"/>
        </w:rPr>
        <w:t>τω, μήτε ἀποκάμνειν ποιείτω· ὅσῳ γὰρ ἂν πλείων ὁ πόνος ὑμῖν ἐγγένηται, τοσούτῳ καὶ μείζων ἔσται ὁ στέφανος, τοῦ Θεοῦ τὰς ἀῤῥήτους ὑμῖν καὶ ἀφάτους ἐκείνας καὶ λόγον ὑπερβαινούσας ὁρίζοντος ἀμοιβάς.</w:t>
      </w:r>
    </w:p>
    <w:p>
      <w:pPr>
        <w:jc w:val="center"/>
      </w:pPr>
      <w:r>
        <w:rPr>
          <w:rFonts w:ascii="Gentium Plus" w:hAnsi="Gentium Plus"/>
          <w:b/>
          <w:sz w:val="24"/>
        </w:rPr>
        <w:t>ΡΠΒʹ. Βενερίῳ ἐπισκόπῳ Μεδιολάνων.</w:t>
      </w:r>
    </w:p>
    <w:p>
      <w:r>
        <w:rPr>
          <w:rFonts w:ascii="Courier New" w:hAnsi="Courier New"/>
          <w:color w:val="555555"/>
          <w:sz w:val="20"/>
        </w:rPr>
        <w:t>[45]</w:t>
      </w:r>
    </w:p>
    <w:p>
      <w:r>
        <w:rPr>
          <w:rFonts w:ascii="Gentium Plus" w:hAnsi="Gentium Plus"/>
          <w:sz w:val="24"/>
        </w:rPr>
        <w:t>Τὴν ἀνδρείαν ὑμῶν, καὶ τὴν παῤῥησίαν, καὶ τὴν ὑπὲρ τῆς ἀληθείας ἐλευθεροστομίαν καὶ πρότερον μὲν ἅπαντες ᾔδεσαν· ἔδειξε δὲ ἀκριβέστερον ὁ παρὼν καιρὸς τὴν φιλαδελφίαν, τὴν ἀγάπην, τὴν εὐλάβειαν, τὴν πολλὴν συμπάθειαν ὑμῶν, τὴν κηδεμονίαν τὴν</w:t>
      </w:r>
    </w:p>
    <w:p>
      <w:r>
        <w:rPr>
          <w:rFonts w:ascii="Courier New" w:hAnsi="Courier New"/>
          <w:color w:val="555555"/>
          <w:sz w:val="20"/>
        </w:rPr>
        <w:t>[52 . 714 (50)]</w:t>
      </w:r>
    </w:p>
    <w:p>
      <w:r>
        <w:rPr>
          <w:rFonts w:ascii="Gentium Plus" w:hAnsi="Gentium Plus"/>
          <w:sz w:val="24"/>
        </w:rPr>
        <w:t>ὑπὲρ τῶν Ἐκκλησιῶν. Ἐπεὶ καὶ κυβερνήτην ὁ χει‐ μὼν μάλιστα δείκνυσι τῆς θαλάσσης, καὶ ἰατρὸν</w:t>
      </w:r>
    </w:p>
    <w:p>
      <w:r>
        <w:rPr>
          <w:rFonts w:ascii="Courier New" w:hAnsi="Courier New"/>
          <w:color w:val="555555"/>
          <w:sz w:val="20"/>
        </w:rPr>
        <w:t>[52 . 715]</w:t>
      </w:r>
    </w:p>
    <w:p>
      <w:r>
        <w:rPr>
          <w:rFonts w:ascii="Gentium Plus" w:hAnsi="Gentium Plus"/>
          <w:sz w:val="24"/>
        </w:rPr>
        <w:t>καὶ τὸν ἐν εὐλαβείᾳ ζῇν ἐσπουδακότα, καὶ πολλὴν ἔχοντα ἀνδρείαν, ἡ τῶν καιρῶν δυσκολία. Ὃ δὴ καὶ ἐφ’ ὑμῶν γέγονε, καὶ τό γε ὑμέτερον μέρος, ἅπαντα διώρθωται, καὶ οὐδὲν ἐλλέλειπται. Ἀλλ’ ἐπειδὴ οἱ τὰς</w:t>
      </w:r>
    </w:p>
    <w:p>
      <w:r>
        <w:rPr>
          <w:rFonts w:ascii="Courier New" w:hAnsi="Courier New"/>
          <w:color w:val="555555"/>
          <w:sz w:val="20"/>
        </w:rPr>
        <w:t>[5]</w:t>
      </w:r>
    </w:p>
    <w:p>
      <w:r>
        <w:rPr>
          <w:rFonts w:ascii="Gentium Plus" w:hAnsi="Gentium Plus"/>
          <w:sz w:val="24"/>
        </w:rPr>
        <w:t>ταραχὰς καὶ τεκόντες καὶ τίκτοντες εἰς τοῦτο ἦλθον παρανοίας, ὡς μὴ μόνον μὴ ἐγκαλύπτεσθαι τοῖς προτέροις, ἀλλὰ καὶ ἐπαγωνίζεσθαι ἐκείνοις, παρακαλῶ κοινῇ πάντας ὑμῶν ἐῤῥωμενεστάτῃ χρή‐ σασθαι τῇ προθυμίᾳ, καὶ μὴ καταλῦσαι τὴν τοσαύτην</w:t>
      </w:r>
    </w:p>
    <w:p>
      <w:r>
        <w:rPr>
          <w:rFonts w:ascii="Courier New" w:hAnsi="Courier New"/>
          <w:color w:val="555555"/>
          <w:sz w:val="20"/>
        </w:rPr>
        <w:t>[10]</w:t>
      </w:r>
    </w:p>
    <w:p>
      <w:r>
        <w:rPr>
          <w:rFonts w:ascii="Gentium Plus" w:hAnsi="Gentium Plus"/>
          <w:sz w:val="24"/>
        </w:rPr>
        <w:t>σπουδὴν, ἀλλὰ καὶ προστιθέναι μειζόνως, κἂν μυρίαι δυσκολίαι παρεμπίπτωσιν. Οἱ γὰρ μετὰ πλειόνων ἱδρώτων καὶ πόνων μέγα τι καὶ γενναῖον κατορθοῦν‐ τες, τῶν ῥᾳδίως καὶ μετ’ εὐκολίας τοῦτο ποιούντων πλείονα λήψονται τὸν μισθόν. Ἕκαστος γὰρ, φησὶν ὁ</w:t>
      </w:r>
    </w:p>
    <w:p>
      <w:r>
        <w:rPr>
          <w:rFonts w:ascii="Courier New" w:hAnsi="Courier New"/>
          <w:color w:val="555555"/>
          <w:sz w:val="20"/>
        </w:rPr>
        <w:t>[15]</w:t>
      </w:r>
    </w:p>
    <w:p>
      <w:r>
        <w:rPr>
          <w:rFonts w:ascii="Gentium Plus" w:hAnsi="Gentium Plus"/>
          <w:sz w:val="24"/>
        </w:rPr>
        <w:t>μακάριος Παῦλος, τὸν ἴδιον μισθὸν λήψεται, κατὰ τὸν ἴδιον κόπον. Μὴ τοίνυν τὸ πολλὰ κεκμηκέναι ποιείτω ὑμᾶς ἀπαγορεύειν· ἀλλ’ αὐτὸ δὴ τοῦτο μᾶλ‐ λον διεγειρέτω. Ὅσῳ γὰρ ἂν προσθήκην λάβῃ τὰ τῶν πειρασμῶν, τοσούτῳ μᾶλλον αὔξεται τὰ τῶν στεφά‐</w:t>
      </w:r>
    </w:p>
    <w:p>
      <w:r>
        <w:rPr>
          <w:rFonts w:ascii="Courier New" w:hAnsi="Courier New"/>
          <w:color w:val="555555"/>
          <w:sz w:val="20"/>
        </w:rPr>
        <w:t>[20]</w:t>
      </w:r>
    </w:p>
    <w:p>
      <w:r>
        <w:rPr>
          <w:rFonts w:ascii="Gentium Plus" w:hAnsi="Gentium Plus"/>
          <w:sz w:val="24"/>
        </w:rPr>
        <w:t>νων, καὶ πλεονάζει τὰ ὑπὲρ τῶν καλῶν τούτων ὑμῖν ἀγώνων ἀποκείμενα βραβεῖα.</w:t>
      </w:r>
    </w:p>
    <w:p>
      <w:pPr>
        <w:jc w:val="center"/>
      </w:pPr>
      <w:r>
        <w:rPr>
          <w:rFonts w:ascii="Gentium Plus" w:hAnsi="Gentium Plus"/>
          <w:b/>
          <w:sz w:val="24"/>
        </w:rPr>
        <w:t>ΡΠΓʹ. Ἡσυχίῳ ἐπισκόπῳ Σαλώνων.</w:t>
      </w:r>
    </w:p>
    <w:p>
      <w:r>
        <w:rPr>
          <w:rFonts w:ascii="Courier New" w:hAnsi="Courier New"/>
          <w:color w:val="555555"/>
          <w:sz w:val="20"/>
        </w:rPr>
        <w:t>[23]</w:t>
      </w:r>
    </w:p>
    <w:p>
      <w:r>
        <w:rPr>
          <w:rFonts w:ascii="Gentium Plus" w:hAnsi="Gentium Plus"/>
          <w:sz w:val="24"/>
        </w:rPr>
        <w:t>Εἰ καὶ πολλῷ διειργόμεθα τῷ τῆς ὁδοῦ μήκει τῆς τιμιότητός σου, καὶ πρὸς αὐτάς ἐσμεν τῆς οἰκουμένης</w:t>
      </w:r>
    </w:p>
    <w:p>
      <w:r>
        <w:rPr>
          <w:rFonts w:ascii="Courier New" w:hAnsi="Courier New"/>
          <w:color w:val="555555"/>
          <w:sz w:val="20"/>
        </w:rPr>
        <w:t>[25]</w:t>
      </w:r>
    </w:p>
    <w:p>
      <w:r>
        <w:rPr>
          <w:rFonts w:ascii="Gentium Plus" w:hAnsi="Gentium Plus"/>
          <w:sz w:val="24"/>
        </w:rPr>
        <w:t>τὰς ἐσχατιὰς ἀπῳκισμένοι, ἀλλ’ ὅμως τῷ τῆς ἀγά‐ πης πτερῷ χρώμενοι, κούφῳ τε ὄντι, καὶ ῥᾳδίας τὰς τοιαύτας ἀποδημίας ἐργαζομένῳ, πλησίον τέ σού ἐσμεν, καὶ σύνεσμέν σοι, καὶ τὴν ὀφειλομένην τῶν γραμμάτων ἀποδιδόαμεν πρόσρησιν, καί σε παρακα‐</w:t>
      </w:r>
    </w:p>
    <w:p>
      <w:r>
        <w:rPr>
          <w:rFonts w:ascii="Courier New" w:hAnsi="Courier New"/>
          <w:color w:val="555555"/>
          <w:sz w:val="20"/>
        </w:rPr>
        <w:t>[30]</w:t>
      </w:r>
    </w:p>
    <w:p>
      <w:r>
        <w:rPr>
          <w:rFonts w:ascii="Gentium Plus" w:hAnsi="Gentium Plus"/>
          <w:sz w:val="24"/>
        </w:rPr>
        <w:t>λοῦμεν τὴν προσήκουσαν ὑπὲρ τῶν Ἐκκλησιῶν τῶν κατὰ τὴν Ἀνατολὴν ποιήσασθαι σπουδήν. Οἶσθα γὰρ ἡλίκος ἐστὶν ὁ μισθὸς Ἐκκλησίαις πονουμέναις χεῖρα ὀρέγειν, ταραχὴν τοσαύτην εἰς γαλήνην μεταθεῖναι, καὶ πόλεμον οὕτω σφοδρὸν καταλῦσαι. Καὶ ταῦτα οὐχ</w:t>
      </w:r>
    </w:p>
    <w:p>
      <w:r>
        <w:rPr>
          <w:rFonts w:ascii="Courier New" w:hAnsi="Courier New"/>
          <w:color w:val="555555"/>
          <w:sz w:val="20"/>
        </w:rPr>
        <w:t>[35]</w:t>
      </w:r>
    </w:p>
    <w:p>
      <w:r>
        <w:rPr>
          <w:rFonts w:ascii="Gentium Plus" w:hAnsi="Gentium Plus"/>
          <w:sz w:val="24"/>
        </w:rPr>
        <w:t>ὡς δεομένους ὑμᾶς τῆς παρ’ ἡμῶν ὑπομνήσεως παρα‐ καλοῦμεν· καὶ γὰρ καὶ πρὸ τῶν ἡμετέρων γραμμάτων τὰ παρ’ ὑμῶν αὐτοὶ πεποιήκατε· ἀλλ’ ἐπειδὴ οὐδέπω τὰ δεινὰ λέλυται, ἀλλὰ καὶ ἀκμάζει, ἀξιοῦμεν ὑμᾶς μὴ ἀναπεσεῖν, μηδὲ περικακῆσαι, ἀλλ’ ἕως μένει</w:t>
      </w:r>
    </w:p>
    <w:p>
      <w:r>
        <w:rPr>
          <w:rFonts w:ascii="Courier New" w:hAnsi="Courier New"/>
          <w:color w:val="555555"/>
          <w:sz w:val="20"/>
        </w:rPr>
        <w:t>[40]</w:t>
      </w:r>
    </w:p>
    <w:p>
      <w:r>
        <w:rPr>
          <w:rFonts w:ascii="Gentium Plus" w:hAnsi="Gentium Plus"/>
          <w:sz w:val="24"/>
        </w:rPr>
        <w:t>τὰ ἕλκη τὸ σῶμα τῆς Ἐκκλησίας συντρίβοντα, καὶ τὰ παρ’ ὑμῶν φάρμακα ἐπιτιθέναι· καὶ γὰρ ὅσῳ μετὰ πλειόνων πόνων ἀνύεται τὰ προκείμενα, τοσούτῳ πλείων ὑμῖν κείσεται καὶ ὁ μισθός.</w:t>
      </w:r>
    </w:p>
    <w:p>
      <w:pPr>
        <w:jc w:val="center"/>
      </w:pPr>
      <w:r>
        <w:rPr>
          <w:rFonts w:ascii="Gentium Plus" w:hAnsi="Gentium Plus"/>
          <w:b/>
          <w:sz w:val="24"/>
        </w:rPr>
        <w:t>ΡΠΔʹ. Γαυδεντίῳ ἐπισκόπῳ Βρίξης.</w:t>
      </w:r>
    </w:p>
    <w:p>
      <w:r>
        <w:rPr>
          <w:rFonts w:ascii="Courier New" w:hAnsi="Courier New"/>
          <w:color w:val="555555"/>
          <w:sz w:val="20"/>
        </w:rPr>
        <w:t>[45]</w:t>
      </w:r>
    </w:p>
    <w:p>
      <w:r>
        <w:rPr>
          <w:rFonts w:ascii="Gentium Plus" w:hAnsi="Gentium Plus"/>
          <w:sz w:val="24"/>
        </w:rPr>
        <w:t>Οὐδὲν ἡμᾶς ἔλαθε τῶν σῶν, ἀλλ’ ἔγνωμεν σαφῶς ὡς παρόντες τὴν σπουδήν σου, τὴν ἀγρυπνίαν, τὴν φροντίδα, τοὺς καμάτους, τοὺς πόνους οὓς ὑπὲρ τῆς ἀληθείας ἐπεδείξω, καί σοι χάριτας πολλὰς ὁμολο‐ γοῦμεν· καὶ ἐν τοσαύτῃ καθήμενοι ἐρημίᾳ, μεγίστην</w:t>
      </w:r>
    </w:p>
    <w:p>
      <w:r>
        <w:rPr>
          <w:rFonts w:ascii="Courier New" w:hAnsi="Courier New"/>
          <w:color w:val="555555"/>
          <w:sz w:val="20"/>
        </w:rPr>
        <w:t>[52 . 715 (50)]</w:t>
      </w:r>
    </w:p>
    <w:p>
      <w:r>
        <w:rPr>
          <w:rFonts w:ascii="Gentium Plus" w:hAnsi="Gentium Plus"/>
          <w:sz w:val="24"/>
        </w:rPr>
        <w:t>ἔχομεν παράκλησιν, τῆς ἀγάπης σου τὸ θερμὸν καὶ γνήσιον, ἧς πεῖραν ἐνταῦθα λαβόντες, ἔγνωμεν αὐτὴν ἀκμάζουσαν καὶ ἐκεῖσε, καὶ οὐδὲν οὔτε τῷ πλήθει τοῦ χρόνου, οὔτε τῷ μήκει τῆς ὁδοῦ καταμαρανθεῖσαν. Διὰ τοῦτό σοι χάριτας ἴσμεν πολλὰς, καί σε παρακα‐</w:t>
      </w:r>
    </w:p>
    <w:p>
      <w:r>
        <w:rPr>
          <w:rFonts w:ascii="Courier New" w:hAnsi="Courier New"/>
          <w:color w:val="555555"/>
          <w:sz w:val="20"/>
        </w:rPr>
        <w:t>[55]</w:t>
      </w:r>
    </w:p>
    <w:p>
      <w:r>
        <w:rPr>
          <w:rFonts w:ascii="Gentium Plus" w:hAnsi="Gentium Plus"/>
          <w:sz w:val="24"/>
        </w:rPr>
        <w:t>λοῦμεν μένειν τὴν αὐτὴν ἐπιδεικνύμενον σπου‐</w:t>
      </w:r>
    </w:p>
    <w:p>
      <w:r>
        <w:rPr>
          <w:rFonts w:ascii="Courier New" w:hAnsi="Courier New"/>
          <w:color w:val="555555"/>
          <w:sz w:val="20"/>
        </w:rPr>
        <w:t>[52 . 716]</w:t>
      </w:r>
    </w:p>
    <w:p>
      <w:r>
        <w:rPr>
          <w:rFonts w:ascii="Gentium Plus" w:hAnsi="Gentium Plus"/>
          <w:sz w:val="24"/>
        </w:rPr>
        <w:t>πρόκειται νῦν, καὶ ἡλίκον ἔσται τοῦ κατορθώματος τὸ μέγεθος. Ταῦτ’ οὖν ἐννοῶν, δέσποτά μου τιμιώτατε καὶ εὐλαβέστατε, ἐπιμεῖναι τῇ αὐτῇ σπουδῇ παρα‐ κλήθητι. Οὕτω γὰρ ὀλίγα κάμνοντες, ἀθάνατα ἑαυτοῖς</w:t>
      </w:r>
    </w:p>
    <w:p>
      <w:r>
        <w:rPr>
          <w:rFonts w:ascii="Courier New" w:hAnsi="Courier New"/>
          <w:color w:val="555555"/>
          <w:sz w:val="20"/>
        </w:rPr>
        <w:t>[5]</w:t>
      </w:r>
    </w:p>
    <w:p>
      <w:r>
        <w:rPr>
          <w:rFonts w:ascii="Gentium Plus" w:hAnsi="Gentium Plus"/>
          <w:sz w:val="24"/>
        </w:rPr>
        <w:t>προαποθήσεσθε ἐν τοῖς οὐρανοῖς τῶν καλῶν τούτων ἀγώνων τὰ βραβεῖα.</w:t>
      </w:r>
    </w:p>
    <w:p>
      <w:pPr>
        <w:jc w:val="center"/>
      </w:pPr>
      <w:r>
        <w:rPr>
          <w:rFonts w:ascii="Gentium Plus" w:hAnsi="Gentium Plus"/>
          <w:b/>
          <w:sz w:val="24"/>
        </w:rPr>
        <w:t>ΡΠΕʹ. Πενταδίᾳ διακόνῳ.</w:t>
      </w:r>
    </w:p>
    <w:p>
      <w:r>
        <w:rPr>
          <w:rFonts w:ascii="Courier New" w:hAnsi="Courier New"/>
          <w:color w:val="555555"/>
          <w:sz w:val="20"/>
        </w:rPr>
        <w:t>[8]</w:t>
      </w:r>
    </w:p>
    <w:p>
      <w:r>
        <w:rPr>
          <w:rFonts w:ascii="Gentium Plus" w:hAnsi="Gentium Plus"/>
          <w:sz w:val="24"/>
        </w:rPr>
        <w:t>Μακρὰν ἐσίγησας σιγὴν, καίτοι πολλῶν ὄντων τῶν ἐκεῖθεν ἀφικνουμένων πρὸς ἡμᾶς. Τί ποτ’ οὖν ἂν εἴη</w:t>
      </w:r>
    </w:p>
    <w:p>
      <w:r>
        <w:rPr>
          <w:rFonts w:ascii="Courier New" w:hAnsi="Courier New"/>
          <w:color w:val="555555"/>
          <w:sz w:val="20"/>
        </w:rPr>
        <w:t>[10]</w:t>
      </w:r>
    </w:p>
    <w:p>
      <w:r>
        <w:rPr>
          <w:rFonts w:ascii="Gentium Plus" w:hAnsi="Gentium Plus"/>
          <w:sz w:val="24"/>
        </w:rPr>
        <w:t>τὸ αἴτιον; τῶν πραγμάτων ὁ θόρυβος; Ἄπαγε· τοῦτο οὐκ ἂν εἴποιμι· οἶδα γάρ σου τὴν μεγάλην καὶ ὑψη‐ λὴν ψυχὴν, τὴν καὶ ἐν πολλοῖς κλυδωνίοις δυναμένην ἐξουρίας πλεῖν, καὶ ἐν μέσοις κύμασι γαλήνης ἀπο‐ λαύειν λευκῆς. Καὶ τοῦτο δι’ αὐτῶν τῶν πραγμάτων</w:t>
      </w:r>
    </w:p>
    <w:p>
      <w:r>
        <w:rPr>
          <w:rFonts w:ascii="Courier New" w:hAnsi="Courier New"/>
          <w:color w:val="555555"/>
          <w:sz w:val="20"/>
        </w:rPr>
        <w:t>[15]</w:t>
      </w:r>
    </w:p>
    <w:p>
      <w:r>
        <w:rPr>
          <w:rFonts w:ascii="Gentium Plus" w:hAnsi="Gentium Plus"/>
          <w:sz w:val="24"/>
        </w:rPr>
        <w:t>ἔδειξας, καὶ πρὸς αὐτὰς τὰς ἐσχατιὰς τῆς οἰκουμένης ἦλθεν ἡ φήμη τὰ σὰ φέρουσα κατορθώματα, καὶ πάντες σε ἀνακηρύττουσιν, ὅτι καὶ ἐν ἑνὶ χωρίῳ ἱδρυμένη καὶ τοὺς πόῤῥωθεν ὄντας διὰ τῆς εὐλαβείας τῆς σῆς διεγείρεις, καὶ προθυμοτέρους ποιεῖς. Τίς οὖν</w:t>
      </w:r>
    </w:p>
    <w:p>
      <w:r>
        <w:rPr>
          <w:rFonts w:ascii="Courier New" w:hAnsi="Courier New"/>
          <w:color w:val="555555"/>
          <w:sz w:val="20"/>
        </w:rPr>
        <w:t>[20]</w:t>
      </w:r>
    </w:p>
    <w:p>
      <w:r>
        <w:rPr>
          <w:rFonts w:ascii="Gentium Plus" w:hAnsi="Gentium Plus"/>
          <w:sz w:val="24"/>
        </w:rPr>
        <w:t>ἡ αἰτία τῆς σιγῆς; Ἐγὼ μὲν εἰπεῖν οὐκ ἔχω. Παρα‐ καλῶ δέ σου τὴν ἐμμέλειαν διὰ τοῦ τὰ γράμματα ἐγχειρίζοντός σου τῇ εὐλαβείᾳ, δι’ αὐτοῦ δηλῶσαι ἡμῖν τὰ περὶ τῆς ὑγιείας τῆς σῆς, καὶ τῆς εὐθυμίας, καὶ τῆς ἀσφαλείας, καὶ σοῦ καὶ τοῦ οἴκου σου παν‐</w:t>
      </w:r>
    </w:p>
    <w:p>
      <w:r>
        <w:rPr>
          <w:rFonts w:ascii="Courier New" w:hAnsi="Courier New"/>
          <w:color w:val="555555"/>
          <w:sz w:val="20"/>
        </w:rPr>
        <w:t>[25]</w:t>
      </w:r>
    </w:p>
    <w:p>
      <w:r>
        <w:rPr>
          <w:rFonts w:ascii="Gentium Plus" w:hAnsi="Gentium Plus"/>
          <w:sz w:val="24"/>
        </w:rPr>
        <w:t>τός· ἵνα καὶ ἐκ τοσούτου καθήμενοι διαστήματος, καὶ ἐν οὕτω χαλεπωτάτῃ ἐρημίᾳ διατρίβοντες, πολλὴν ἀπὸ τῶν τοιούτων γραμμάτων καρπωσώμεθα τὴν παράκλησιν.</w:t>
      </w:r>
    </w:p>
    <w:p>
      <w:pPr>
        <w:jc w:val="center"/>
      </w:pPr>
      <w:r>
        <w:rPr>
          <w:rFonts w:ascii="Gentium Plus" w:hAnsi="Gentium Plus"/>
          <w:b/>
          <w:sz w:val="24"/>
        </w:rPr>
        <w:t>ΡΠϛʹ. Ἀλυπίῳ.</w:t>
      </w:r>
    </w:p>
    <w:p>
      <w:r>
        <w:rPr>
          <w:rFonts w:ascii="Courier New" w:hAnsi="Courier New"/>
          <w:color w:val="555555"/>
          <w:sz w:val="20"/>
        </w:rPr>
        <w:t>[30]</w:t>
      </w:r>
    </w:p>
    <w:p>
      <w:r>
        <w:rPr>
          <w:rFonts w:ascii="Gentium Plus" w:hAnsi="Gentium Plus"/>
          <w:sz w:val="24"/>
        </w:rPr>
        <w:t>Αὐτὸς μὲν ἔδεισας μὴ τῷ πρότερον ἐπιπηδῆσαι τοῖς πρὸς ἡμᾶς γράμμασι προπετείας μέμψει περι‐ πέσῃς· αὐτοῖς γάρ σου χρήσομαι τοῖς ῥήμασιν· ἐγὼ δέ σε τοσοῦτον ἀπέχω τούτου γράψασθαι, ὅτι καὶ ῥᾳθυμίαν ἐγκαλῶ τῆς βραδυτῆτος ἕνεκεν, καὶ μειζό‐</w:t>
      </w:r>
    </w:p>
    <w:p>
      <w:r>
        <w:rPr>
          <w:rFonts w:ascii="Courier New" w:hAnsi="Courier New"/>
          <w:color w:val="555555"/>
          <w:sz w:val="20"/>
        </w:rPr>
        <w:t>[35]</w:t>
      </w:r>
    </w:p>
    <w:p>
      <w:r>
        <w:rPr>
          <w:rFonts w:ascii="Gentium Plus" w:hAnsi="Gentium Plus"/>
          <w:sz w:val="24"/>
        </w:rPr>
        <w:t>νως ἀνεκήρυξα πρότερον ἐπεσταλκότα. Καὶ τοῦτο λέγω, αὐτῇ πάλιν σου τῇ ψήφῳ εἰς ἀπόδειξιν τούτου κεχρημένος. Ἔφης γὰρ, τοῦτο μάλιστα φιλοστοργίας εἶναι, τὸ καὶ σιωπῶντας προσειπεῖν. Ἐπεὶ οὖν τό τε δέος σοι τῆς προπετείας ἀνῄρηται, ὅπερ οὐ δεόντως</w:t>
      </w:r>
    </w:p>
    <w:p>
      <w:r>
        <w:rPr>
          <w:rFonts w:ascii="Courier New" w:hAnsi="Courier New"/>
          <w:color w:val="555555"/>
          <w:sz w:val="20"/>
        </w:rPr>
        <w:t>[40]</w:t>
      </w:r>
    </w:p>
    <w:p>
      <w:r>
        <w:rPr>
          <w:rFonts w:ascii="Gentium Plus" w:hAnsi="Gentium Plus"/>
          <w:sz w:val="24"/>
        </w:rPr>
        <w:t>ἐδεδοίκεις, τοῦτό τε μείζονος ἀποδέδεικται σημεῖον ἀγάπης, πέμπε λοιπὸν ἡμῖν νιφάδας γραμμάτων. Οἶσθα γὰρ ὅπως καὶ διετέθημεν καὶ διακείμεθα περὶ τὴν σὴν ἐμμέλειαν. Κἂν γὰρ εἰς ἐρημότατον τοῦτο χωρίον ἀπενεχθῶμεν, κἂν εἰς αὐτὰ τῆς οἰκουμένης</w:t>
      </w:r>
    </w:p>
    <w:p>
      <w:r>
        <w:rPr>
          <w:rFonts w:ascii="Courier New" w:hAnsi="Courier New"/>
          <w:color w:val="555555"/>
          <w:sz w:val="20"/>
        </w:rPr>
        <w:t>[45]</w:t>
      </w:r>
    </w:p>
    <w:p>
      <w:r>
        <w:rPr>
          <w:rFonts w:ascii="Gentium Plus" w:hAnsi="Gentium Plus"/>
          <w:sz w:val="24"/>
        </w:rPr>
        <w:t>τὰ πέρατα, τῆς εἰλικρινοῦς ἀγάπης καὶ δόλον οὐκ ἐχούσης οὐδέποτε ἐπιλαθέσθαι δυνάμεθα, ἀλλὰ καθ’ ἑκάστην σε τὴν ἡμέραν φανταζόμενοι διατελοῦμεν, τὰς ἀρετάς σου τῆς ψυχῆς διὰ τῆς μνήμης ἀναπλάτ‐ τοντες. Καὶ ἐβουλόμεθα μὲν συνεχέστερον ἐπιστέλ‐</w:t>
      </w:r>
    </w:p>
    <w:p>
      <w:r>
        <w:rPr>
          <w:rFonts w:ascii="Courier New" w:hAnsi="Courier New"/>
          <w:color w:val="555555"/>
          <w:sz w:val="20"/>
        </w:rPr>
        <w:t>[52 . 716 (50)]</w:t>
      </w:r>
    </w:p>
    <w:p>
      <w:r>
        <w:rPr>
          <w:rFonts w:ascii="Gentium Plus" w:hAnsi="Gentium Plus"/>
          <w:sz w:val="24"/>
        </w:rPr>
        <w:t>λειν· ἐπειδὴ δὲ τοῦτο ἐργῶδες ἡμῖν ἐστι, το‐ σοῦτον ὑμῶν ἀπῳκισμένοις, ὑμῖν δὲ ῥᾴδιον, παρακα‐ λοῦμεν συνεχῶς ἡμῖν ἐπιστέλλειν τὰ περὶ τῆς ὑγείας</w:t>
      </w:r>
    </w:p>
    <w:p>
      <w:r>
        <w:rPr>
          <w:rFonts w:ascii="Courier New" w:hAnsi="Courier New"/>
          <w:color w:val="555555"/>
          <w:sz w:val="20"/>
        </w:rPr>
        <w:t>[52 . 717]</w:t>
      </w:r>
    </w:p>
    <w:p>
      <w:r>
        <w:rPr>
          <w:rFonts w:ascii="Gentium Plus" w:hAnsi="Gentium Plus"/>
          <w:sz w:val="24"/>
        </w:rPr>
        <w:t>ἐν ἀλλοτρίᾳ διατρίβοντες, πολλὴν καρπωσόμεθα τὴν παράκλησιν.</w:t>
      </w:r>
    </w:p>
    <w:p>
      <w:pPr>
        <w:jc w:val="center"/>
      </w:pPr>
      <w:r>
        <w:rPr>
          <w:rFonts w:ascii="Gentium Plus" w:hAnsi="Gentium Plus"/>
          <w:b/>
          <w:sz w:val="24"/>
        </w:rPr>
        <w:t>ΡΠΖʹ. Προκοπίῳ.</w:t>
      </w:r>
    </w:p>
    <w:p>
      <w:r>
        <w:rPr>
          <w:rFonts w:ascii="Courier New" w:hAnsi="Courier New"/>
          <w:color w:val="555555"/>
          <w:sz w:val="20"/>
        </w:rPr>
        <w:t>[4]</w:t>
      </w:r>
    </w:p>
    <w:p>
      <w:r>
        <w:rPr>
          <w:rFonts w:ascii="Gentium Plus" w:hAnsi="Gentium Plus"/>
          <w:sz w:val="24"/>
        </w:rPr>
        <w:t>Ὀλίγα μέν σοι συνεγενόμεθα αὐτόθι, δέσποτά μου</w:t>
      </w:r>
    </w:p>
    <w:p>
      <w:r>
        <w:rPr>
          <w:rFonts w:ascii="Courier New" w:hAnsi="Courier New"/>
          <w:color w:val="555555"/>
          <w:sz w:val="20"/>
        </w:rPr>
        <w:t>[5]</w:t>
      </w:r>
    </w:p>
    <w:p>
      <w:r>
        <w:rPr>
          <w:rFonts w:ascii="Gentium Plus" w:hAnsi="Gentium Plus"/>
          <w:sz w:val="24"/>
        </w:rPr>
        <w:t>θαυμασιώτατε, πολλὴν δέ σου τὴν πεῖραν τῆς γνησίας εἰλήφαμεν ἀγάπης, καὶ τῆς ἀπράγμονος ψυχῆς, καὶ τῆς γνησίας καὶ θερμῆς διαθέσεως. Διὸ καὶ πρὸς αὐτὰ τῆς οἰκουμένης ἀπῳκισθέντες τὰ τέρματα, καὶ πρὸς αὐτὴν τὴν ἐσχάτην ἐρημίαν ἀπενεχθέντες, διὰ τὸ</w:t>
      </w:r>
    </w:p>
    <w:p>
      <w:r>
        <w:rPr>
          <w:rFonts w:ascii="Courier New" w:hAnsi="Courier New"/>
          <w:color w:val="555555"/>
          <w:sz w:val="20"/>
        </w:rPr>
        <w:t>[10]</w:t>
      </w:r>
    </w:p>
    <w:p>
      <w:r>
        <w:rPr>
          <w:rFonts w:ascii="Gentium Plus" w:hAnsi="Gentium Plus"/>
          <w:sz w:val="24"/>
        </w:rPr>
        <w:t>πανταχοῦ σε περιφέρειν, ὅπουπερ ἂν ἀπίωμεν, καὶ ἔχειν ἐγκεκολαμμένον τῷ συνειδότι, καὶ γράφομεν ἐκ τοσούτου διαστήματος, καὶ τὴν ὀφειλομένην ἀποδι‐ δόαμεν πρόσρησιν· καί σου παρακαλοῦμεν τὴν ἐμμέ‐ λειαν, εἰ μὴ βαρὺ καὶ ἐπαχθὲς, καὶ αὐτὸν ἡμῖν ταύ‐</w:t>
      </w:r>
    </w:p>
    <w:p>
      <w:r>
        <w:rPr>
          <w:rFonts w:ascii="Courier New" w:hAnsi="Courier New"/>
          <w:color w:val="555555"/>
          <w:sz w:val="20"/>
        </w:rPr>
        <w:t>[15]</w:t>
      </w:r>
    </w:p>
    <w:p>
      <w:r>
        <w:rPr>
          <w:rFonts w:ascii="Gentium Plus" w:hAnsi="Gentium Plus"/>
          <w:sz w:val="24"/>
        </w:rPr>
        <w:t>την παρέχειν τὴν χάριν, καὶ τὰ περὶ τῆς ὑγείας εὐαγ‐ γελίζεσθαι ἡμᾶς τῆς σῆς. Μανθάνομεν γὰρ αὐτὰ καὶ μὴ γράφοντος, τοὺς ἐκεῖθεν ἀφικνουμένους ἐρωτῶντες, διὰ τὸ σφόδρα περισπούδαστον εἶναι ἡμῖν εἰδέναι τὰ περὶ τῆς ῥώσεως τῆς σῆς καὶ τῆς εὐδοκιμήσεως·</w:t>
      </w:r>
    </w:p>
    <w:p>
      <w:r>
        <w:rPr>
          <w:rFonts w:ascii="Courier New" w:hAnsi="Courier New"/>
          <w:color w:val="555555"/>
          <w:sz w:val="20"/>
        </w:rPr>
        <w:t>[20]</w:t>
      </w:r>
    </w:p>
    <w:p>
      <w:r>
        <w:rPr>
          <w:rFonts w:ascii="Gentium Plus" w:hAnsi="Gentium Plus"/>
          <w:sz w:val="24"/>
        </w:rPr>
        <w:t>βουλόμεθα δὲ καὶ παρὰ τῆς γλώττης τῆς σῆς, καὶ παρὰ τῆς χειρὸς τῆς σῆς ταῦτα δηλοῦσθαι, ὥστε δι‐ πλῆν ἡμᾶς καρποῦσθαι τὴν ἡδονὴν, ἀπό τε τοῦ γρά‐ φειν, ἀπό τε τοῦ γράμματα δέχεσθαι παρὰ τῆς εὐγε‐ νείας τῆς σῆς. Δίδου δὲ ταύτην ἡμῖν τὴν χάριν, ἡδίστην</w:t>
      </w:r>
    </w:p>
    <w:p>
      <w:r>
        <w:rPr>
          <w:rFonts w:ascii="Courier New" w:hAnsi="Courier New"/>
          <w:color w:val="555555"/>
          <w:sz w:val="20"/>
        </w:rPr>
        <w:t>[25]</w:t>
      </w:r>
    </w:p>
    <w:p>
      <w:r>
        <w:rPr>
          <w:rFonts w:ascii="Gentium Plus" w:hAnsi="Gentium Plus"/>
          <w:sz w:val="24"/>
        </w:rPr>
        <w:t>τε οὖσαν καὶ εὔλογον, καὶ πολλὴν ἡμῖν παρέχουσαν τὴν εὐφροσύνην.</w:t>
      </w:r>
    </w:p>
    <w:p>
      <w:pPr>
        <w:jc w:val="center"/>
      </w:pPr>
      <w:r>
        <w:rPr>
          <w:rFonts w:ascii="Gentium Plus" w:hAnsi="Gentium Plus"/>
          <w:b/>
          <w:sz w:val="24"/>
        </w:rPr>
        <w:t>ΡΠΗʹ. Μαρκελλίνῳ.</w:t>
      </w:r>
    </w:p>
    <w:p>
      <w:r>
        <w:rPr>
          <w:rFonts w:ascii="Courier New" w:hAnsi="Courier New"/>
          <w:color w:val="555555"/>
          <w:sz w:val="20"/>
        </w:rPr>
        <w:t>[28]</w:t>
      </w:r>
    </w:p>
    <w:p>
      <w:r>
        <w:rPr>
          <w:rFonts w:ascii="Gentium Plus" w:hAnsi="Gentium Plus"/>
          <w:sz w:val="24"/>
        </w:rPr>
        <w:t>Εἰς μὲν αὐτὸ τὸ πάντων ἐρημότατον χωρίον ἀπ‐ ήχθημεν, τὴν Κουκουσόν· πλὴν ὅταν τὴν ἀγάπην</w:t>
      </w:r>
    </w:p>
    <w:p>
      <w:r>
        <w:rPr>
          <w:rFonts w:ascii="Courier New" w:hAnsi="Courier New"/>
          <w:color w:val="555555"/>
          <w:sz w:val="20"/>
        </w:rPr>
        <w:t>[30]</w:t>
      </w:r>
    </w:p>
    <w:p>
      <w:r>
        <w:rPr>
          <w:rFonts w:ascii="Gentium Plus" w:hAnsi="Gentium Plus"/>
          <w:sz w:val="24"/>
        </w:rPr>
        <w:t>ὑμῶν τῶν φιλούντων ἡμᾶς ἐννοήσωμεν, μεγίστην καρπούμεθα παράκλησιν, ἐν ἐρημίᾳ πλουτοῦντες. Οὐδὲ γὰρ ὁ τυχὼν θησαυρὸς, ἀνδρῶν ἐπιτυγχάνειν γνησίως φιλεῖν εἰδότων. Διὰ δὴ τοῦτο κἂν μὴ τῷ σώματι παρῶμεν, ὑμῖν τῇ ψυχῇ συνδεδέμεθα, τῇ τῆς ἀγάπης</w:t>
      </w:r>
    </w:p>
    <w:p>
      <w:r>
        <w:rPr>
          <w:rFonts w:ascii="Courier New" w:hAnsi="Courier New"/>
          <w:color w:val="555555"/>
          <w:sz w:val="20"/>
        </w:rPr>
        <w:t>[35]</w:t>
      </w:r>
    </w:p>
    <w:p>
      <w:r>
        <w:rPr>
          <w:rFonts w:ascii="Gentium Plus" w:hAnsi="Gentium Plus"/>
          <w:sz w:val="24"/>
        </w:rPr>
        <w:t>ἁλύσει σφιγγόμενοι. Ὅθεν καὶ ἐπιστέλλομεν ἐκ το‐ σούτου διαστήματος, καὶ τὴν ὀφειλομένην ἀποδιδόα‐ μεν πρόσρησιν. Ὅτι γὰρ εἰς τοὺς πρώτους σε τῶν ἐραστῶν ἐγράψαμεν τῶν ἡμετέρων, οὐδὲ αὐτὸς ἀγνοεῖς, δέσποτά μου θαυμασιώτατε. Δίδου δὴ καὶ</w:t>
      </w:r>
    </w:p>
    <w:p>
      <w:r>
        <w:rPr>
          <w:rFonts w:ascii="Courier New" w:hAnsi="Courier New"/>
          <w:color w:val="555555"/>
          <w:sz w:val="20"/>
        </w:rPr>
        <w:t>[40]</w:t>
      </w:r>
    </w:p>
    <w:p>
      <w:r>
        <w:rPr>
          <w:rFonts w:ascii="Gentium Plus" w:hAnsi="Gentium Plus"/>
          <w:sz w:val="24"/>
        </w:rPr>
        <w:t>αὐτὸς ταύτην ἡμῖν τὴν χάριν, καὶ συνεχῶς ἡμῖν ἐπί‐ στελλε, τὰ περὶ τῆς ὑγείας τῆς σῆς εὐαγγελιζόμενος, ἵνα καὶ τῷ γράφειν, καὶ τῷ δέχεσθαι τοιαύτας ἐπι‐ στολὰς, πολλὴν καρπωσώμεθα τὴν παραμυθίαν καὶ εὐφροσύνην, καὶ μεγίστης, καὶ ἐν ἐρημίᾳ διατρίβον‐</w:t>
      </w:r>
    </w:p>
    <w:p>
      <w:r>
        <w:rPr>
          <w:rFonts w:ascii="Courier New" w:hAnsi="Courier New"/>
          <w:color w:val="555555"/>
          <w:sz w:val="20"/>
        </w:rPr>
        <w:t>[45]</w:t>
      </w:r>
    </w:p>
    <w:p>
      <w:r>
        <w:rPr>
          <w:rFonts w:ascii="Gentium Plus" w:hAnsi="Gentium Plus"/>
          <w:sz w:val="24"/>
        </w:rPr>
        <w:t>τες, ἀπολαύσωμεν παρακλήσεως.</w:t>
      </w:r>
    </w:p>
    <w:p>
      <w:pPr>
        <w:jc w:val="center"/>
      </w:pPr>
      <w:r>
        <w:rPr>
          <w:rFonts w:ascii="Gentium Plus" w:hAnsi="Gentium Plus"/>
          <w:b/>
          <w:sz w:val="24"/>
        </w:rPr>
        <w:t>ΡΠΘʹ. Ἀντιόχῳ.</w:t>
      </w:r>
    </w:p>
    <w:p>
      <w:r>
        <w:rPr>
          <w:rFonts w:ascii="Courier New" w:hAnsi="Courier New"/>
          <w:color w:val="555555"/>
          <w:sz w:val="20"/>
        </w:rPr>
        <w:t>[47]</w:t>
      </w:r>
    </w:p>
    <w:p>
      <w:r>
        <w:rPr>
          <w:rFonts w:ascii="Gentium Plus" w:hAnsi="Gentium Plus"/>
          <w:sz w:val="24"/>
        </w:rPr>
        <w:t>Πότε γάρ σου ἐπιλαθέσθαι δυνάμεθα τῆς γλυκείας καὶ θερμῆς διαθέσεως, τῆς γνησίας καὶ εἰλι‐ κρινοῦς ἀγάπης, καὶ ἐλευθέρας γνώμης καὶ ὑψηλῆς,</w:t>
      </w:r>
    </w:p>
    <w:p>
      <w:r>
        <w:rPr>
          <w:rFonts w:ascii="Courier New" w:hAnsi="Courier New"/>
          <w:color w:val="555555"/>
          <w:sz w:val="20"/>
        </w:rPr>
        <w:t>[52 . 717 (50)]</w:t>
      </w:r>
    </w:p>
    <w:p>
      <w:r>
        <w:rPr>
          <w:rFonts w:ascii="Gentium Plus" w:hAnsi="Gentium Plus"/>
          <w:sz w:val="24"/>
        </w:rPr>
        <w:t>τῆς πεπαῤῥησιασμένης ψυχῆς; Κἂν γὰρ πρὸς αὐτὰς ἀπέλθωμεν τὰς ἐσχατιὰς τῆς οἰκουμένης, πανταχοῦ</w:t>
      </w:r>
    </w:p>
    <w:p>
      <w:r>
        <w:rPr>
          <w:rFonts w:ascii="Courier New" w:hAnsi="Courier New"/>
          <w:color w:val="555555"/>
          <w:sz w:val="20"/>
        </w:rPr>
        <w:t>[52 . 718]</w:t>
      </w:r>
    </w:p>
    <w:p>
      <w:r>
        <w:rPr>
          <w:rFonts w:ascii="Gentium Plus" w:hAnsi="Gentium Plus"/>
          <w:sz w:val="24"/>
        </w:rPr>
        <w:t>καὶ σφόδρα ἡμῖν τῷ τῆς ἀγάπης νόμῳ συνδεδεμένον. Διὸ καὶ πρὸς αὐτὴν τὴν ἐρημίαν τῆς καθ’ ἡμᾶς οἰ‐ κουμένης ἀπῳκισμένοι, τὴν Κουκουσὸν λέγω, καὶ οὐ ῥᾳδίως ἐπιτυχεῖν τῶν τὰ γράμματα διακομιζόντων</w:t>
      </w:r>
    </w:p>
    <w:p>
      <w:r>
        <w:rPr>
          <w:rFonts w:ascii="Courier New" w:hAnsi="Courier New"/>
          <w:color w:val="555555"/>
          <w:sz w:val="20"/>
        </w:rPr>
        <w:t>[5]</w:t>
      </w:r>
    </w:p>
    <w:p>
      <w:r>
        <w:rPr>
          <w:rFonts w:ascii="Gentium Plus" w:hAnsi="Gentium Plus"/>
          <w:sz w:val="24"/>
        </w:rPr>
        <w:t>δυνάμενοι, πολλὴν ἐποιησάμεθα σπουδὴν ἐπιζητῆσαί τε καὶ εὑρεῖν τὸν ταύτην ἡμῶν τὴν ἐπιστολὴν διακο‐ μίζοντα, ὥστε σου προσειπεῖν τὴν θαυμασιότητα, καὶ τὴν ὀφειλομένην πρόσρησιν ἀποδοῦναι τῇ μεγαλοπρε‐ πείᾳ τῇ σῇ. Ὅτι δὲ καὶ αὐτὸς, ἐξ ὧν ἤδη πεποίηκας,</w:t>
      </w:r>
    </w:p>
    <w:p>
      <w:r>
        <w:rPr>
          <w:rFonts w:ascii="Courier New" w:hAnsi="Courier New"/>
          <w:color w:val="555555"/>
          <w:sz w:val="20"/>
        </w:rPr>
        <w:t>[10]</w:t>
      </w:r>
    </w:p>
    <w:p>
      <w:r>
        <w:rPr>
          <w:rFonts w:ascii="Gentium Plus" w:hAnsi="Gentium Plus"/>
          <w:sz w:val="24"/>
        </w:rPr>
        <w:t>οὐ δεήσῃ τῆς παρ’ ἡμῶν ὑπομνήσεως εἰς τὸ συνεχῶς ἡμῖν ἐπιστέλλειν, καὶ τὰ περὶ τῆς ὑγείας τῆς σῆς εὐαγγελίζεσθαι, οὐδὲν οἶμαι δεῖν ἀμφιβάλλειν. Καὶ γὰρ οὐ τὴν τυχοῦσαν καρπωσόμεθα παράκλησιν, ὅταν παρ’ ὑμῶν τῶν σφόδρα ἡμᾶς ἀγαπώντων δεχώμεθα</w:t>
      </w:r>
    </w:p>
    <w:p>
      <w:r>
        <w:rPr>
          <w:rFonts w:ascii="Courier New" w:hAnsi="Courier New"/>
          <w:color w:val="555555"/>
          <w:sz w:val="20"/>
        </w:rPr>
        <w:t>[15]</w:t>
      </w:r>
    </w:p>
    <w:p>
      <w:r>
        <w:rPr>
          <w:rFonts w:ascii="Gentium Plus" w:hAnsi="Gentium Plus"/>
          <w:sz w:val="24"/>
        </w:rPr>
        <w:t>γράμματα, περὶ τῆς ῥώσεως τῆς ὑμετέρας δηλοῦντα, καὶ τὴν ἀγάπην διὰ τῶν ἐπιστολῶν συνεχῶς ἀνα‐ νεοῦντα, καὶ τὴν παρουσίαν τῆς ὑμετέρας ἀγάπης ποιοῦντα φαντάζεσθαι. Ἀρκεῖ γὰρ πυκνότης ἐπιστο‐ λῶν, ὅταν παρὰ φίλων γνησίων φέρηται, καὶ τῆς παρ‐</w:t>
      </w:r>
    </w:p>
    <w:p>
      <w:r>
        <w:rPr>
          <w:rFonts w:ascii="Courier New" w:hAnsi="Courier New"/>
          <w:color w:val="555555"/>
          <w:sz w:val="20"/>
        </w:rPr>
        <w:t>[20]</w:t>
      </w:r>
    </w:p>
    <w:p>
      <w:r>
        <w:rPr>
          <w:rFonts w:ascii="Gentium Plus" w:hAnsi="Gentium Plus"/>
          <w:sz w:val="24"/>
        </w:rPr>
        <w:t>ουσίας σοφίσασθαι τὴν ἡδονήν.</w:t>
      </w:r>
    </w:p>
    <w:p>
      <w:pPr>
        <w:jc w:val="center"/>
      </w:pPr>
      <w:r>
        <w:rPr>
          <w:rFonts w:ascii="Gentium Plus" w:hAnsi="Gentium Plus"/>
          <w:b/>
          <w:sz w:val="24"/>
        </w:rPr>
        <w:t>Ρϟʹ. Βρίσωνι.</w:t>
      </w:r>
    </w:p>
    <w:p>
      <w:r>
        <w:rPr>
          <w:rFonts w:ascii="Courier New" w:hAnsi="Courier New"/>
          <w:color w:val="555555"/>
          <w:sz w:val="20"/>
        </w:rPr>
        <w:t>[22]</w:t>
      </w:r>
    </w:p>
    <w:p>
      <w:r>
        <w:rPr>
          <w:rFonts w:ascii="Gentium Plus" w:hAnsi="Gentium Plus"/>
          <w:sz w:val="24"/>
        </w:rPr>
        <w:t>Τί τοῦτο; Αὐτόθι μὲν ὄντων ἡμῶν μυρία καὶ ποιεῖν καὶ λέγειν ἐσπούδακας, καὶ τῇ πόλει πάσῃ, μᾶλλον δὲ τῇ οἰκουμένῃ κατάδηλος γέγονας ἐπὶ τῷ</w:t>
      </w:r>
    </w:p>
    <w:p>
      <w:r>
        <w:rPr>
          <w:rFonts w:ascii="Courier New" w:hAnsi="Courier New"/>
          <w:color w:val="555555"/>
          <w:sz w:val="20"/>
        </w:rPr>
        <w:t>[25]</w:t>
      </w:r>
    </w:p>
    <w:p>
      <w:r>
        <w:rPr>
          <w:rFonts w:ascii="Gentium Plus" w:hAnsi="Gentium Plus"/>
          <w:sz w:val="24"/>
        </w:rPr>
        <w:t>φίλτρῳ, ᾧ περὶ ἡμᾶς ἐπιδείκνυσαι, μὴ στέγων αὐτὸ σιγῇ κατέχειν, ἀλλὰ διὰ τῶν ἔργων, διὰ τῶν ῥημά‐ των πανταχοῦ ἐπιδεικνύμενος, ἐπιστεῖλαι δὲ ἡμῖν οὐ‐ δὲ ἅπαξ κατεδέξω, καὶ ταῦτα σφόδρα διψῶσι τῶν ἐπι‐ στολῶν τῶν σῶν, καὶ τῶν γραμμάτων ἐπιθυμοῦσιν;</w:t>
      </w:r>
    </w:p>
    <w:p>
      <w:r>
        <w:rPr>
          <w:rFonts w:ascii="Courier New" w:hAnsi="Courier New"/>
          <w:color w:val="555555"/>
          <w:sz w:val="20"/>
        </w:rPr>
        <w:t>[30]</w:t>
      </w:r>
    </w:p>
    <w:p>
      <w:r>
        <w:rPr>
          <w:rFonts w:ascii="Gentium Plus" w:hAnsi="Gentium Plus"/>
          <w:sz w:val="24"/>
        </w:rPr>
        <w:t>Οὐκ οἶσθα ὅσην ἐμέλλομεν καρποῦσθαι παράκλησιν τῆς οὕτω γνησίας ψυχῆς, τῆς οὕτω θερμῆς φιλίας ἔγγονα δεχόμενοι γράμματα; Καὶ ταῦτα οὐκ ἐγκαλῶν λέγω (οἶδα γὰρ ὅτι καὶ γράφων, καὶ σιγῶν, ἀκμά‐ ζουσαν διατηρεῖς τὴν περὶ ἡμᾶς διάθεσιν), ἀλλὰ σφό‐</w:t>
      </w:r>
    </w:p>
    <w:p>
      <w:r>
        <w:rPr>
          <w:rFonts w:ascii="Courier New" w:hAnsi="Courier New"/>
          <w:color w:val="555555"/>
          <w:sz w:val="20"/>
        </w:rPr>
        <w:t>[35]</w:t>
      </w:r>
    </w:p>
    <w:p>
      <w:r>
        <w:rPr>
          <w:rFonts w:ascii="Gentium Plus" w:hAnsi="Gentium Plus"/>
          <w:sz w:val="24"/>
        </w:rPr>
        <w:t>δρα ἐπιθυμῶν σου τῶν ἐπιστολῶν. Καὶ μὴ γρά‐ φοντος μέν σου, οὐ παυόμεθα τοὺς ἐκεῖθεν ἀφικνου‐ μένους ἐρωτῶντες περὶ τῆς ῥώσεώς σου καὶ τῆς εὐ‐ θυμίας, καὶ σφόδρα χαίρομεν ἀκούοντες ἅπερ ἐπι‐ θυμοῦμεν· ἀλλὰ βουλόμεθα καὶ παρὰ τῆς γλώττης</w:t>
      </w:r>
    </w:p>
    <w:p>
      <w:r>
        <w:rPr>
          <w:rFonts w:ascii="Courier New" w:hAnsi="Courier New"/>
          <w:color w:val="555555"/>
          <w:sz w:val="20"/>
        </w:rPr>
        <w:t>[40]</w:t>
      </w:r>
    </w:p>
    <w:p>
      <w:r>
        <w:rPr>
          <w:rFonts w:ascii="Gentium Plus" w:hAnsi="Gentium Plus"/>
          <w:sz w:val="24"/>
        </w:rPr>
        <w:t>τῆς σῆς, καὶ παρὰ τῆς δεξιᾶς τῆς σῆς ταῦτα μανθά‐ νειν. Εἰ τοίνυν μὴ βαρὺ μηδὲ ἐπαχθὲς ζητοῦμεν, νῦν γοῦν ταύτην ἡμῖν παράσχου τὴν χάριν, μεγίστην οὖ‐ σαν καὶ ἡδίστην, καὶ πολλὴν ἡμῖν φέρουσαν τὴν ἡδονήν.</w:t>
      </w:r>
    </w:p>
    <w:p>
      <w:pPr>
        <w:jc w:val="center"/>
      </w:pPr>
      <w:r>
        <w:rPr>
          <w:rFonts w:ascii="Gentium Plus" w:hAnsi="Gentium Plus"/>
          <w:b/>
          <w:sz w:val="24"/>
        </w:rPr>
        <w:t>ΡϟΑʹ. Ἀμπρούκλῃ διακόνῳ.</w:t>
      </w:r>
    </w:p>
    <w:p>
      <w:r>
        <w:rPr>
          <w:rFonts w:ascii="Courier New" w:hAnsi="Courier New"/>
          <w:color w:val="555555"/>
          <w:sz w:val="20"/>
        </w:rPr>
        <w:t>[46]</w:t>
      </w:r>
    </w:p>
    <w:p>
      <w:r>
        <w:rPr>
          <w:rFonts w:ascii="Gentium Plus" w:hAnsi="Gentium Plus"/>
          <w:sz w:val="24"/>
        </w:rPr>
        <w:t>Ἐδεξάμην δευτέραν, ἣν ἔφης προτέραν ἐπιστολὴν ἐπεσταλκέναι, δέσποινά μου τιμιωτάτη καὶ κοσμιω‐ τάτη. Καὶ τὰ αὐτὰ πάλιν λέγω, μὴ κάλει τόλμαν τὸ προτέραν τοῖς πρὸς ἡμᾶς ἐπιπηδῆσαι γράμμασι, μη‐</w:t>
      </w:r>
    </w:p>
    <w:p>
      <w:r>
        <w:rPr>
          <w:rFonts w:ascii="Courier New" w:hAnsi="Courier New"/>
          <w:color w:val="555555"/>
          <w:sz w:val="20"/>
        </w:rPr>
        <w:t>[52 . 718 (50)]</w:t>
      </w:r>
    </w:p>
    <w:p>
      <w:r>
        <w:rPr>
          <w:rFonts w:ascii="Gentium Plus" w:hAnsi="Gentium Plus"/>
          <w:sz w:val="24"/>
        </w:rPr>
        <w:t>δὲ ἁμάρτημα νόμιζε τὸ μέγιστον ἐγκώμιον. Ἀγάπης γὰρ ζεούσης καὶ θερμῆς τοῦτο δεῖγμα ποιούμεθα, καὶ</w:t>
      </w:r>
    </w:p>
    <w:p>
      <w:r>
        <w:rPr>
          <w:rFonts w:ascii="Courier New" w:hAnsi="Courier New"/>
          <w:color w:val="555555"/>
          <w:sz w:val="20"/>
        </w:rPr>
        <w:t>[52 . 719]</w:t>
      </w:r>
    </w:p>
    <w:p>
      <w:r>
        <w:rPr>
          <w:rFonts w:ascii="Gentium Plus" w:hAnsi="Gentium Plus"/>
          <w:sz w:val="24"/>
        </w:rPr>
        <w:t>γὸς θερμοτέρας. Ταῦτ’ οὖν εἰδυῖα ἐπιδαψίλευε ταύ‐ την ἡμῖν τὴν χάριν συνεχῶς, περὶ τῆς ὑγείας ἡμῖν δηλοῦσα τῆς σῆς, καὶ πέμπε νιφάδας ἡμῖν γραμμά‐ των, τοῦτο ἀπαγγελλούσας. Ἐὰν γὰρ θαῤῥῶμεν περὶ</w:t>
      </w:r>
    </w:p>
    <w:p>
      <w:r>
        <w:rPr>
          <w:rFonts w:ascii="Courier New" w:hAnsi="Courier New"/>
          <w:color w:val="555555"/>
          <w:sz w:val="20"/>
        </w:rPr>
        <w:t>[5]</w:t>
      </w:r>
    </w:p>
    <w:p>
      <w:r>
        <w:rPr>
          <w:rFonts w:ascii="Gentium Plus" w:hAnsi="Gentium Plus"/>
          <w:sz w:val="24"/>
        </w:rPr>
        <w:t>τῶν ἀγαπώντων ἡμᾶς, ὅτι ἐν ἐπιθυμίᾳ καὶ ἐν ὑγείᾳ καὶ ἐν ἀσφαλείᾳ καθεστήκατε, οὐ μικρὰν δεξόμεθα τῆς ἐν ἀλλοτρίᾳ διατριβῆς παράκλησιν, ἀλλὰ καὶ με‐ γίστην καρπωσόμεθα παραμυθίαν, καίτοι γε ἐσχάτην ἐρημίαν οἰκοῦντες. Λογισαμένη τοίνυν ὅσην ἡμῖν</w:t>
      </w:r>
    </w:p>
    <w:p>
      <w:r>
        <w:rPr>
          <w:rFonts w:ascii="Courier New" w:hAnsi="Courier New"/>
          <w:color w:val="555555"/>
          <w:sz w:val="20"/>
        </w:rPr>
        <w:t>[10]</w:t>
      </w:r>
    </w:p>
    <w:p>
      <w:r>
        <w:rPr>
          <w:rFonts w:ascii="Gentium Plus" w:hAnsi="Gentium Plus"/>
          <w:sz w:val="24"/>
        </w:rPr>
        <w:t>ἐργάσῃ τὴν ἑορτὴν, μὴ φθονήσῃς ἡμῖν τῆς καλλίστης ταύτης εὐφροσύνης, ἀλλ’ ὡς ἂν ἐγχωρῇ, καὶ οἷόν τε ᾖ, εὐαγγελίζου διηνεκῶς ἡμῖν τὰ περὶ τῆς ῥώσεως τῆς σῆς.</w:t>
      </w:r>
    </w:p>
    <w:p>
      <w:pPr>
        <w:jc w:val="center"/>
      </w:pPr>
      <w:r>
        <w:rPr>
          <w:rFonts w:ascii="Gentium Plus" w:hAnsi="Gentium Plus"/>
          <w:b/>
          <w:sz w:val="24"/>
        </w:rPr>
        <w:t>ΡϟΒʹ. Ὀνησικρατίᾳ.</w:t>
      </w:r>
    </w:p>
    <w:p>
      <w:r>
        <w:rPr>
          <w:rFonts w:ascii="Courier New" w:hAnsi="Courier New"/>
          <w:color w:val="555555"/>
          <w:sz w:val="20"/>
        </w:rPr>
        <w:t>[15]</w:t>
      </w:r>
    </w:p>
    <w:p>
      <w:r>
        <w:rPr>
          <w:rFonts w:ascii="Gentium Plus" w:hAnsi="Gentium Plus"/>
          <w:sz w:val="24"/>
        </w:rPr>
        <w:t>Σφόδρα ἠλγήσαμεν καὶ ἡμεῖς ἀκούσαντες περὶ τῆς μακαρίας θυγατρός σου. Ἀλλ’ ὅμως εἰδότες τὸ φιλό‐ σοφόν σου τῆς διανοίας, καὶ τὸ ὑψηλὸν τῆς γνώμης, πάνυ θαῤῥοῦμεν ὡς ἀνωτέρα στήσῃ τῶν τοιούτων κυ‐ μάτων. Μὴ λυπεῖσθαι μὲν γὰρ ἀμήχανον, παρακα‐</w:t>
      </w:r>
    </w:p>
    <w:p>
      <w:r>
        <w:rPr>
          <w:rFonts w:ascii="Courier New" w:hAnsi="Courier New"/>
          <w:color w:val="555555"/>
          <w:sz w:val="20"/>
        </w:rPr>
        <w:t>[20]</w:t>
      </w:r>
    </w:p>
    <w:p>
      <w:r>
        <w:rPr>
          <w:rFonts w:ascii="Gentium Plus" w:hAnsi="Gentium Plus"/>
          <w:sz w:val="24"/>
        </w:rPr>
        <w:t>λοῦμεν δὲ συμμέτρως τοῦτο ποιεῖν εἰδυῖαν τὸ ἐπίκη‐ ρον τῶν ἀνθρωπίνων πραγμάτων, καὶ ὡς κοινὰ ταῦτα πᾶσι τὰ πάθη, καὶ ὡς φύσεως νόμος κοινὸς, καὶ τοῦ πάντων ἡμῶν Δεσπότου Θεοῦ ἀπόφασις. Οὐ γὰρ δὴ θάνατος τοῦτο, ἀλλ’ ἀποδημία καὶ μετάστασις ἀπὸ</w:t>
      </w:r>
    </w:p>
    <w:p>
      <w:r>
        <w:rPr>
          <w:rFonts w:ascii="Courier New" w:hAnsi="Courier New"/>
          <w:color w:val="555555"/>
          <w:sz w:val="20"/>
        </w:rPr>
        <w:t>[25]</w:t>
      </w:r>
    </w:p>
    <w:p>
      <w:r>
        <w:rPr>
          <w:rFonts w:ascii="Gentium Plus" w:hAnsi="Gentium Plus"/>
          <w:sz w:val="24"/>
        </w:rPr>
        <w:t>τῶν χειρόνων πρὸς τὰ βελτίω. Ταῦτ’ οὖν ἅπαντα λο‐ γιζομένη, φέρε γενναίως τὸ συμβὰν, καὶ εὐχαρίστει τῷ φιλανθρώπῳ Θεῷ. Εἰ γὰρ καὶ χαλεπωτέρα ἡ πληγὴ γέγονε, πρὸς τὸ νεαρὰν οὖσαν τὴν προτέραν καταλα‐ βεῖν, ἀλλὰ καὶ λαμπρότερός σοι ὁ στέφανος τῆς</w:t>
      </w:r>
    </w:p>
    <w:p>
      <w:r>
        <w:rPr>
          <w:rFonts w:ascii="Courier New" w:hAnsi="Courier New"/>
          <w:color w:val="555555"/>
          <w:sz w:val="20"/>
        </w:rPr>
        <w:t>[30]</w:t>
      </w:r>
    </w:p>
    <w:p>
      <w:r>
        <w:rPr>
          <w:rFonts w:ascii="Gentium Plus" w:hAnsi="Gentium Plus"/>
          <w:sz w:val="24"/>
        </w:rPr>
        <w:t>ὑπομονῆς, καὶ μείζω τὰ βραβεῖα, μετ’ εὐχαριστίας καὶ δοξολογίας φερούσῃ τὸ πάθος. Ἵν’ οὖν καὶ ἡμεῖς μὴ σφόδρα ἀλγῶμεν, ἀλλ’ εἰδῶμεν σαφῶς ὅτι γέγονέ σοί τι πλέον ἀπὸ τῶν γραμμάτων τῶν ἡμετέρων, μὴ κατοκνήσῃς ἡμῖν γράψαι τοῦτο αὐτὸ, δηλοῦσα ὅτι σοι</w:t>
      </w:r>
    </w:p>
    <w:p>
      <w:r>
        <w:rPr>
          <w:rFonts w:ascii="Courier New" w:hAnsi="Courier New"/>
          <w:color w:val="555555"/>
          <w:sz w:val="20"/>
        </w:rPr>
        <w:t>[35]</w:t>
      </w:r>
    </w:p>
    <w:p>
      <w:r>
        <w:rPr>
          <w:rFonts w:ascii="Gentium Plus" w:hAnsi="Gentium Plus"/>
          <w:sz w:val="24"/>
        </w:rPr>
        <w:t>τῆς ἀθυμίας διεσκεδάσθη τὸ νέφος, καὶ τὸ πολὺ τῆς ὀδύνης τοῦ ἕλκους ὑποτέτμηται. Εἰ γὰρ ταῦτα μάθοιμεν, οὐ παυσόμεθα νιφάδας ἐπιστολῶν πέμπειν σοι· καὶ γὰρ οὐχ ὡς ἔτυχεν ἀντεχόμεθά σου τῆς εὐ‐ γενείας, γνησίας ἀεὶ καὶ εἰλικρινοῦς καὶ τιμῆς, καὶ</w:t>
      </w:r>
    </w:p>
    <w:p>
      <w:r>
        <w:rPr>
          <w:rFonts w:ascii="Courier New" w:hAnsi="Courier New"/>
          <w:color w:val="555555"/>
          <w:sz w:val="20"/>
        </w:rPr>
        <w:t>[40]</w:t>
      </w:r>
    </w:p>
    <w:p>
      <w:r>
        <w:rPr>
          <w:rFonts w:ascii="Gentium Plus" w:hAnsi="Gentium Plus"/>
          <w:sz w:val="24"/>
        </w:rPr>
        <w:t>αἰδοῦς, καὶ ἀγάπης ἀπολαύσαντες παρὰ τῆς σῆς κο‐ σμιότητος. Ὧν συνεχῶς μεμνημένοι, ἀκμάζουσαν τὴν περὶ σὲ διάθεσιν τηροῦμεν, κἂν πρὸς αὐτὰς ἀφ‐ ικώμεθα τῆς οἰκουμένης τὰς ἐσχατιάς.</w:t>
      </w:r>
    </w:p>
    <w:p>
      <w:pPr>
        <w:jc w:val="center"/>
      </w:pPr>
      <w:r>
        <w:rPr>
          <w:rFonts w:ascii="Gentium Plus" w:hAnsi="Gentium Plus"/>
          <w:b/>
          <w:sz w:val="24"/>
        </w:rPr>
        <w:t>ΡϟΓʹ. Παιανίῳ.</w:t>
      </w:r>
    </w:p>
    <w:p>
      <w:r>
        <w:rPr>
          <w:rFonts w:ascii="Courier New" w:hAnsi="Courier New"/>
          <w:color w:val="555555"/>
          <w:sz w:val="20"/>
        </w:rPr>
        <w:t>[45]</w:t>
      </w:r>
    </w:p>
    <w:p>
      <w:r>
        <w:rPr>
          <w:rFonts w:ascii="Gentium Plus" w:hAnsi="Gentium Plus"/>
          <w:sz w:val="24"/>
        </w:rPr>
        <w:t>Σφόδρα με ἀνεπτέρωσας, καὶ σκιρτᾷν ἐποίησας, ὅτι, τὰ λυπηρὰ ἀπαγγείλας, ἐπέθηκας τὸ ῥῆμα, ὃ πᾶσι τοῖς συμβαίνουσιν ἐπιλέγειν χρὴ, εἰπών· Δόξα δὴ τῷ Θεῷ πάντων ἕνεκα. Τοῦτο τὸ ῥῆμα καιρία τῷ διαβόλῳ πληγή· τοῦτο μεγίστη τῷ λέγοντι ἐν παντὶ</w:t>
      </w:r>
    </w:p>
    <w:p>
      <w:r>
        <w:rPr>
          <w:rFonts w:ascii="Courier New" w:hAnsi="Courier New"/>
          <w:color w:val="555555"/>
          <w:sz w:val="20"/>
        </w:rPr>
        <w:t>[52 . 719 (50)]</w:t>
      </w:r>
    </w:p>
    <w:p>
      <w:r>
        <w:rPr>
          <w:rFonts w:ascii="Gentium Plus" w:hAnsi="Gentium Plus"/>
          <w:sz w:val="24"/>
        </w:rPr>
        <w:t>κινδύνῳ ἀσφαλείας καὶ ἡδονῆς ὑπόθεσις. Ἅμα τε γάρ τις ἐφθέγξατο τοῦτο, καὶ σκεδάννυται εὐθέως</w:t>
      </w:r>
    </w:p>
    <w:p>
      <w:r>
        <w:rPr>
          <w:rFonts w:ascii="Courier New" w:hAnsi="Courier New"/>
          <w:color w:val="555555"/>
          <w:sz w:val="20"/>
        </w:rPr>
        <w:t>[52 . 720]</w:t>
      </w:r>
    </w:p>
    <w:p>
      <w:r>
        <w:rPr>
          <w:rFonts w:ascii="Gentium Plus" w:hAnsi="Gentium Plus"/>
          <w:sz w:val="24"/>
        </w:rPr>
        <w:t>καὶ τοὺς ἅλλους παιδεύων. Οὕτω καὶ ὁ χειμὼν ὁ καταλαβὼν, κἂν τραχύτερος γένηται, εἰς γαλήνην μεταστήσεται· οὕτω καὶ οἱ χειμαζόμενοι πλείονα καρπώσονται τὴν ἀμοιβὴν μετὰ τοῦ καὶ τῶν δεινῶν</w:t>
      </w:r>
    </w:p>
    <w:p>
      <w:r>
        <w:rPr>
          <w:rFonts w:ascii="Courier New" w:hAnsi="Courier New"/>
          <w:color w:val="555555"/>
          <w:sz w:val="20"/>
        </w:rPr>
        <w:t>[5]</w:t>
      </w:r>
    </w:p>
    <w:p>
      <w:r>
        <w:rPr>
          <w:rFonts w:ascii="Gentium Plus" w:hAnsi="Gentium Plus"/>
          <w:sz w:val="24"/>
        </w:rPr>
        <w:t>ἀπαλλαγῆναι. Τοῦτο τὸν Ἰὼβ ἐστεφάνωσε, τοῦτο τὸ ῥῆμα τὸν διάβολον ἐτρέψατο, καὶ ἐγκαλυψάμενον ἀνα‐ χωρῆσαι πεποίηκεν, τοῦτο θορύβου παντὸς ἀναίρεσις. Μένε δὴ τοῦτο ἐπᾴδων τοῖς γινομένοις ἅπασι. Τοῦ τόπου δὲ ἕνεκεν, μηκέτι λοιπὸν μηδεὶς ἐνοχλείτω. Εἰ</w:t>
      </w:r>
    </w:p>
    <w:p>
      <w:r>
        <w:rPr>
          <w:rFonts w:ascii="Courier New" w:hAnsi="Courier New"/>
          <w:color w:val="555555"/>
          <w:sz w:val="20"/>
        </w:rPr>
        <w:t>[10]</w:t>
      </w:r>
    </w:p>
    <w:p>
      <w:r>
        <w:rPr>
          <w:rFonts w:ascii="Gentium Plus" w:hAnsi="Gentium Plus"/>
          <w:sz w:val="24"/>
        </w:rPr>
        <w:t>γὰρ καὶ ἔρημον τὸ χωρίον ἡ Κουκουσὸς, ἀλλ’ ὅμως καὶ ἡσυχίας ἀπολαύομεν ἐνταῦθα, καὶ οὐ τὸ τυχὸν ἐκ τῆς ἀσθενείας τῆς κατὰ τὴν ὁδὸν γενομένης ἡμῖν, διὰ τῆς οἴκοι καθέδρας τῆς διηνεκοῦς, διορθῶσαι ἰσχύσα‐ μεν. Ἂν δὲ μέλλητε πάλιν ἡμᾶς ἀναγκάζειν τόπους</w:t>
      </w:r>
    </w:p>
    <w:p>
      <w:r>
        <w:rPr>
          <w:rFonts w:ascii="Courier New" w:hAnsi="Courier New"/>
          <w:color w:val="555555"/>
          <w:sz w:val="20"/>
        </w:rPr>
        <w:t>[15]</w:t>
      </w:r>
    </w:p>
    <w:p>
      <w:r>
        <w:rPr>
          <w:rFonts w:ascii="Gentium Plus" w:hAnsi="Gentium Plus"/>
          <w:sz w:val="24"/>
        </w:rPr>
        <w:t>ἐκ τόπων ἀμείβειν, τὰ ἔσχατα πεισόμεθα, καὶ μάλιστα τοῦ χειμῶνος ἐπὶ θύραις ὄντος. Μηδενὶ τοίνυν φορτικὸς μηδεὶς, μηδὲ ἐπαχθὴς γενέσθω ταύτης ἕνε‐ κεν τῆς ὑποθέσεως. Ἀλλὰ γράφε ἡμῖν συνεχῶς τὰ περὶ τῆς ὑγείας τῆς σῆς, καὶ τῆς διατριβῆς τῆς αὐτό‐</w:t>
      </w:r>
    </w:p>
    <w:p>
      <w:r>
        <w:rPr>
          <w:rFonts w:ascii="Courier New" w:hAnsi="Courier New"/>
          <w:color w:val="555555"/>
          <w:sz w:val="20"/>
        </w:rPr>
        <w:t>[20]</w:t>
      </w:r>
    </w:p>
    <w:p>
      <w:r>
        <w:rPr>
          <w:rFonts w:ascii="Gentium Plus" w:hAnsi="Gentium Plus"/>
          <w:sz w:val="24"/>
        </w:rPr>
        <w:t>θι, καὶ τῆς εὐδοκιμήσεως, καὶ τῆς εὐθυμίας. Οὐ γὰρ τὴν τυχοῦσαν, καὶ ἐν ἐρημίᾳ τοιαύτῃ διατρίβοντες, καρπωσόμεθα παράκλησιν, τοιαῦτα παρὰ τῆς σῆς τιμιότητος δεχόμενοι γράμματα.</w:t>
      </w:r>
    </w:p>
    <w:p>
      <w:pPr>
        <w:jc w:val="center"/>
      </w:pPr>
      <w:r>
        <w:rPr>
          <w:rFonts w:ascii="Gentium Plus" w:hAnsi="Gentium Plus"/>
          <w:b/>
          <w:sz w:val="24"/>
        </w:rPr>
        <w:t>ΡϟΔʹ. Γεμέλλῳ.</w:t>
      </w:r>
    </w:p>
    <w:p>
      <w:r>
        <w:rPr>
          <w:rFonts w:ascii="Courier New" w:hAnsi="Courier New"/>
          <w:color w:val="555555"/>
          <w:sz w:val="20"/>
        </w:rPr>
        <w:t>[25]</w:t>
      </w:r>
    </w:p>
    <w:p>
      <w:r>
        <w:rPr>
          <w:rFonts w:ascii="Gentium Plus" w:hAnsi="Gentium Plus"/>
          <w:sz w:val="24"/>
        </w:rPr>
        <w:t>Ἔρημον μὲν οἰκοῦμεν χωρίον τὴν Κουκουσὸν, καὶ πάσης τῆς καθ’ ἡμᾶς οἰκουμένης ἐρημότατον. Πλὴν κἂν πρὸς αὐτὰ τῆς οἰκουμένης τὰ πέρατα ἀπ‐ ενεχθῶμεν, ἐπιλαθέσθαι σου τῆς ἀγάπης οὐ δυνάμεθα· ἀλλὰ καὶ ἐν ἀλλοτρίᾳ καὶ ἐν ἐρημίᾳ διατρίβοντες,</w:t>
      </w:r>
    </w:p>
    <w:p>
      <w:r>
        <w:rPr>
          <w:rFonts w:ascii="Courier New" w:hAnsi="Courier New"/>
          <w:color w:val="555555"/>
          <w:sz w:val="20"/>
        </w:rPr>
        <w:t>[30]</w:t>
      </w:r>
    </w:p>
    <w:p>
      <w:r>
        <w:rPr>
          <w:rFonts w:ascii="Gentium Plus" w:hAnsi="Gentium Plus"/>
          <w:sz w:val="24"/>
        </w:rPr>
        <w:t>καὶ ἔτι λείψανα ἀῤῥωστίας περιφέροντες, καὶ φόβῳ λῃστῶν πολιορκούμενοι (οὐ γὰρ ἀφίστανται τὰς ὁδοὺς ἀποτειχίζοντες καὶ πάντα αἱμάτων πληροῦντες οἱ Ἰσαῦροι), διηνεκῶς σε ἐπὶ διανοίας περιφέρομεν, τὴν ἀνδρείαν σου, τὴν παῤῥησίαν, τὴν γλυκεῖαν καὶ</w:t>
      </w:r>
    </w:p>
    <w:p>
      <w:r>
        <w:rPr>
          <w:rFonts w:ascii="Courier New" w:hAnsi="Courier New"/>
          <w:color w:val="555555"/>
          <w:sz w:val="20"/>
        </w:rPr>
        <w:t>[35]</w:t>
      </w:r>
    </w:p>
    <w:p>
      <w:r>
        <w:rPr>
          <w:rFonts w:ascii="Gentium Plus" w:hAnsi="Gentium Plus"/>
          <w:sz w:val="24"/>
        </w:rPr>
        <w:t>γνησίαν διάθεσιν παρ’ αὐτοῖς ἀναπλάττοντες, καὶ τούτων τῶν λογισμῶν ἐντρυφῶντες τῇ μνήμῃ. Γράφε δὲ αὐτὸς ἡμῖν συνεχῶς, δέσποτα θαυμασιώτατε, τὰ περὶ τῆς ὑγείας τῆς σῆς, καὶ πῶς σοι τὰ θερμὰ ἐχρήσατο, καὶ ἐν τίσιν ὁρμᾷ τὰ σὰ νῦν· ἵνα καὶ</w:t>
      </w:r>
    </w:p>
    <w:p>
      <w:r>
        <w:rPr>
          <w:rFonts w:ascii="Courier New" w:hAnsi="Courier New"/>
          <w:color w:val="555555"/>
          <w:sz w:val="20"/>
        </w:rPr>
        <w:t>[40]</w:t>
      </w:r>
    </w:p>
    <w:p>
      <w:r>
        <w:rPr>
          <w:rFonts w:ascii="Gentium Plus" w:hAnsi="Gentium Plus"/>
          <w:sz w:val="24"/>
        </w:rPr>
        <w:t>πόῤῥωθεν ὄντες, μηδὲν ἔλαττον ἔχωμεν τῶν ἀεί σοι συγγινομένων, εἰς τὸ σαφῶς εἰδέναι τὰ σά. Οἶσθα γὰρ ὅπως ἡμῖν περισπούδαστον περὶ τῆς ῥώσεως τῆς σῆς μανθάνειν, διὰ τὸ σφόδρα σου ἐρᾷν, καὶ συνδεδέσθαι μετὰ ἀκριβείας τῇ μεγαλοπρεπείᾳ τῇ σῇ.</w:t>
      </w:r>
    </w:p>
    <w:p>
      <w:pPr>
        <w:jc w:val="center"/>
      </w:pPr>
      <w:r>
        <w:rPr>
          <w:rFonts w:ascii="Gentium Plus" w:hAnsi="Gentium Plus"/>
          <w:b/>
          <w:sz w:val="24"/>
        </w:rPr>
        <w:t>ΡϟΕʹ. Κλαυδιανῷ.</w:t>
      </w:r>
    </w:p>
    <w:p>
      <w:r>
        <w:rPr>
          <w:rFonts w:ascii="Courier New" w:hAnsi="Courier New"/>
          <w:color w:val="555555"/>
          <w:sz w:val="20"/>
        </w:rPr>
        <w:t>[46]</w:t>
      </w:r>
    </w:p>
    <w:p>
      <w:r>
        <w:rPr>
          <w:rFonts w:ascii="Gentium Plus" w:hAnsi="Gentium Plus"/>
          <w:sz w:val="24"/>
        </w:rPr>
        <w:t>Τί τοῦτο; Ὁ θερμὸς ἡμῶν ἐραστὴς, ὁ μανικὸς, τοσαύτης παρ’ ἡμῶν ἀπολαύσας ἀγάπης, ὁ διηνε‐ κῶς ἡμῖν συνδεδεμένος, οὐδὲ γραμμάτων ἡμᾶς ἐν οὕτω χρόνῳ μακρῷ ἠξίωσας, ἀλλ’ ἠνέσχου σιγῆσαι</w:t>
      </w:r>
    </w:p>
    <w:p>
      <w:r>
        <w:rPr>
          <w:rFonts w:ascii="Courier New" w:hAnsi="Courier New"/>
          <w:color w:val="555555"/>
          <w:sz w:val="20"/>
        </w:rPr>
        <w:t>[52 . 720 (50)]</w:t>
      </w:r>
    </w:p>
    <w:p>
      <w:r>
        <w:rPr>
          <w:rFonts w:ascii="Gentium Plus" w:hAnsi="Gentium Plus"/>
          <w:sz w:val="24"/>
        </w:rPr>
        <w:t>σιγὴν οὕτω μακράν; Τί ποτε ἄρα τὸ αἴτιον; Ἆρα μετὰ τὴν ἀποδημίαν ἐξέβαλες ἡμᾶς τῆς διανοίας τῆς</w:t>
      </w:r>
    </w:p>
    <w:p>
      <w:r>
        <w:rPr>
          <w:rFonts w:ascii="Courier New" w:hAnsi="Courier New"/>
          <w:color w:val="555555"/>
          <w:sz w:val="20"/>
        </w:rPr>
        <w:t>[52 . 721]</w:t>
      </w:r>
    </w:p>
    <w:p>
      <w:r>
        <w:rPr>
          <w:rFonts w:ascii="Gentium Plus" w:hAnsi="Gentium Plus"/>
          <w:sz w:val="24"/>
        </w:rPr>
        <w:t>ἀγάπην; Οὐκ ἔγωγε οἶμαι· μὴ γάρ ποτε τοῦτο γέ‐ νηται, ἀπὸ φιλικῆς οὕτω ψυχῆς καὶ θερμῆς τοσαύτην γενέσθαι μεταβολήν. Ἀλλ’ ἄρα μὴ ἀῤῥωστία σε κατ‐ έσχεν; Ἀλλ’ οὐκ ἠδύνατο αὕτη γενέσθαι κώλυμα τῷ</w:t>
      </w:r>
    </w:p>
    <w:p>
      <w:r>
        <w:rPr>
          <w:rFonts w:ascii="Courier New" w:hAnsi="Courier New"/>
          <w:color w:val="555555"/>
          <w:sz w:val="20"/>
        </w:rPr>
        <w:t>[5]</w:t>
      </w:r>
    </w:p>
    <w:p>
      <w:r>
        <w:rPr>
          <w:rFonts w:ascii="Gentium Plus" w:hAnsi="Gentium Plus"/>
          <w:sz w:val="24"/>
        </w:rPr>
        <w:t>γράφειν. Ἐπεὶ οὖν ἀγνοοῦμεν τὴν αἰτίαν, μετὰ τοῦ λῦσαι τὴν σιγὴν καὶ τὴν αἰτίαν εἰπὲ τῆς σιγῆς, καὶ πέμπε ταχέως ἡμῖν ἐπιστολὴν τὰ περὶ τῆς ὑγείας τῆς σῆς εὐαγγελιζομένην ἡμᾶς. Οὕτω γὰρ τὰ μέ‐ γιστα ἡμῖν χαριῇ, καὶ τῆς ἐρημίας πολλὴν παρέξεις</w:t>
      </w:r>
    </w:p>
    <w:p>
      <w:r>
        <w:rPr>
          <w:rFonts w:ascii="Courier New" w:hAnsi="Courier New"/>
          <w:color w:val="555555"/>
          <w:sz w:val="20"/>
        </w:rPr>
        <w:t>[10]</w:t>
      </w:r>
    </w:p>
    <w:p>
      <w:r>
        <w:rPr>
          <w:rFonts w:ascii="Gentium Plus" w:hAnsi="Gentium Plus"/>
          <w:sz w:val="24"/>
        </w:rPr>
        <w:t>παράκλησιν, ἃν τοιαῦτα δεξώμεθα γράμματα. Ἀλλὰ μὴ ῥᾳθυμήσῃς· εἰ γὰρ καὶ μετὰ τὴν ἐπιστολὴν ταύ‐ την μένεις σιγῶν, οὐκ ἔτι σοι συγγνώμην δώσομεν, ἀλλὰ γραψόμεθά σε τῆς ἐσχάτης ἀγνωμοσύνης. Οἶδα δὲ ὅτι πάσης σοι τιμωρίας τοῦτο πικρότερον.</w:t>
      </w:r>
    </w:p>
    <w:p>
      <w:pPr>
        <w:jc w:val="center"/>
      </w:pPr>
      <w:r>
        <w:rPr>
          <w:rFonts w:ascii="Gentium Plus" w:hAnsi="Gentium Plus"/>
          <w:b/>
          <w:sz w:val="24"/>
        </w:rPr>
        <w:t>Ρϟϛʹ. Ἀετίῳ.</w:t>
      </w:r>
    </w:p>
    <w:p>
      <w:r>
        <w:rPr>
          <w:rFonts w:ascii="Courier New" w:hAnsi="Courier New"/>
          <w:color w:val="555555"/>
          <w:sz w:val="20"/>
        </w:rPr>
        <w:t>[16]</w:t>
      </w:r>
    </w:p>
    <w:p>
      <w:r>
        <w:rPr>
          <w:rFonts w:ascii="Gentium Plus" w:hAnsi="Gentium Plus"/>
          <w:sz w:val="24"/>
        </w:rPr>
        <w:t>Ἡμεῖς σου τῆς ἀγάπης οὐδέποτε ἐπιλαθέσθαι δυνά‐ μεθα, τῆς θερμῆς, καὶ γνησίας, καὶ πεπυρωμένης, τῆς εἰλικρινοῦς καὶ ἀδόλου, ἀλλὰ διηνεκῶς ἐπὶ δια‐ νοίας σε περιφέρομεν, καὶ ἔχομεν ἐγκεκολαμμένον</w:t>
      </w:r>
    </w:p>
    <w:p>
      <w:r>
        <w:rPr>
          <w:rFonts w:ascii="Courier New" w:hAnsi="Courier New"/>
          <w:color w:val="555555"/>
          <w:sz w:val="20"/>
        </w:rPr>
        <w:t>[20]</w:t>
      </w:r>
    </w:p>
    <w:p>
      <w:r>
        <w:rPr>
          <w:rFonts w:ascii="Gentium Plus" w:hAnsi="Gentium Plus"/>
          <w:sz w:val="24"/>
        </w:rPr>
        <w:t>ἡμῶν τῷ συνειδότι. Καὶ ἐβουλόμεθα μὲν καὶ ὁρᾷν σε συνεχῶς· ἐπεὶ δὲ τοῦτο τέως οὐχ οἷόν τε, διὰ τῶν γραμμάτων τὴν ἐπιθυμίαν τὴν ἑαυτῶν πληροῦμεν, τὴν ὀφειλομένην πρόσρησιν ἀποδιδόντες σου τῇ εὐ‐ λαβείᾳ, καί σε παρακαλοῦμεν καὶ ἑαυτὸν συνεχῶς</w:t>
      </w:r>
    </w:p>
    <w:p>
      <w:r>
        <w:rPr>
          <w:rFonts w:ascii="Courier New" w:hAnsi="Courier New"/>
          <w:color w:val="555555"/>
          <w:sz w:val="20"/>
        </w:rPr>
        <w:t>[25]</w:t>
      </w:r>
    </w:p>
    <w:p>
      <w:r>
        <w:rPr>
          <w:rFonts w:ascii="Gentium Plus" w:hAnsi="Gentium Plus"/>
          <w:sz w:val="24"/>
        </w:rPr>
        <w:t>ἡμῖν ἐπιστέλλειν. Εἰ γὰρ καὶ ἐν ἐρημίᾳ διατρίβομεν πολλῇ, καὶ ὑπὸ φόβου λῃστῶν πολιορκούμεθα, καὶ ἐν ἀῤῥωστίᾳ τυγχάνομεν, ἀλλ’ ἐὰν δεξώμεθα γράμματα παρὰ τῆς εὐγενείας τῆς σῆς, εὐαγγελιζόμενα ἡμῖν περὶ τῆς ὑγείας σου, πολλὴν καὶ ἐν ἀλλοτρίᾳ ὄντες</w:t>
      </w:r>
    </w:p>
    <w:p>
      <w:r>
        <w:rPr>
          <w:rFonts w:ascii="Courier New" w:hAnsi="Courier New"/>
          <w:color w:val="555555"/>
          <w:sz w:val="20"/>
        </w:rPr>
        <w:t>[30]</w:t>
      </w:r>
    </w:p>
    <w:p>
      <w:r>
        <w:rPr>
          <w:rFonts w:ascii="Gentium Plus" w:hAnsi="Gentium Plus"/>
          <w:sz w:val="24"/>
        </w:rPr>
        <w:t>καρπωσόμεθα τὴν παράκλησιν. Εἰδὼς οὖν ἡλίκα ἡμῖν χαριῇ, καὶ ὅσην ἡμῖν παρέξεις τὴν εὐφροσύνην, μὴ φθονήσῃς ἡμῖν τῆς τοσαύτης ἡδονῆς, ἀλλὰ σπού‐ δαζε ἡμῖν συνεχέστερον ἐπιστέλλειν· πολλὴν γὰρ ἐν‐ τεῦθεν καρπωσόμεθα τὴν ἡδονήν.</w:t>
      </w:r>
    </w:p>
    <w:p>
      <w:pPr>
        <w:jc w:val="center"/>
      </w:pPr>
      <w:r>
        <w:rPr>
          <w:rFonts w:ascii="Gentium Plus" w:hAnsi="Gentium Plus"/>
          <w:b/>
          <w:sz w:val="24"/>
        </w:rPr>
        <w:t>ΡϟΖʹ. Στουδίῳ ἐπάρχῳ πόλεως.</w:t>
      </w:r>
    </w:p>
    <w:p>
      <w:r>
        <w:rPr>
          <w:rFonts w:ascii="Courier New" w:hAnsi="Courier New"/>
          <w:color w:val="555555"/>
          <w:sz w:val="20"/>
        </w:rPr>
        <w:t>[36]</w:t>
      </w:r>
    </w:p>
    <w:p>
      <w:r>
        <w:rPr>
          <w:rFonts w:ascii="Gentium Plus" w:hAnsi="Gentium Plus"/>
          <w:sz w:val="24"/>
        </w:rPr>
        <w:t>Οἶδα μὲν, ὅτι συνετὸς ὢν, καὶ φιλοσοφεῖν εἰδὼς, καὶ πρὸ τῶν γραμμάτων τῶν ἡμετέρων πράως οἴσεις τοῦ μακαρίου ἀδελφοῦ τῆς μεγαλοπρεπείας τῆς σῆς τὴν ἀποδημίαν· οὐ γὰρ ἂν αὐτὴν καλέσαιμι θάνατον.</w:t>
      </w:r>
    </w:p>
    <w:p>
      <w:r>
        <w:rPr>
          <w:rFonts w:ascii="Courier New" w:hAnsi="Courier New"/>
          <w:color w:val="555555"/>
          <w:sz w:val="20"/>
        </w:rPr>
        <w:t>[40]</w:t>
      </w:r>
    </w:p>
    <w:p>
      <w:r>
        <w:rPr>
          <w:rFonts w:ascii="Gentium Plus" w:hAnsi="Gentium Plus"/>
          <w:sz w:val="24"/>
        </w:rPr>
        <w:t>Ἐπειδὴ δὲ καὶ ἡμᾶς ἀναγκαῖον τὰ παρ’ ἑαυτῶν εἰσ‐ ενεγκεῖν, παρακαλῶ σου τὴν θαυμασιότητα, δέσποτα μεγαλοπρεπέστατε, καὶ ἐν τῷ καιρῷ τούτῳ δεῖξαι σαυτὸν, οὐχ ὥστε μὴ ἀλγεῖν (τοῦτο γὰρ ἀμήχανον, ἄνθρωπον ὄντα, καὶ σαρκὶ συμπεπλεγμένον, καὶ</w:t>
      </w:r>
    </w:p>
    <w:p>
      <w:r>
        <w:rPr>
          <w:rFonts w:ascii="Courier New" w:hAnsi="Courier New"/>
          <w:color w:val="555555"/>
          <w:sz w:val="20"/>
        </w:rPr>
        <w:t>[45]</w:t>
      </w:r>
    </w:p>
    <w:p>
      <w:r>
        <w:rPr>
          <w:rFonts w:ascii="Gentium Plus" w:hAnsi="Gentium Plus"/>
          <w:sz w:val="24"/>
        </w:rPr>
        <w:t>τοιοῦτον ἐπιζητοῦντα ἀδελφὸν), ἀλλ’ ὥστε μέτρον ἐπι‐ θεῖναι τῇ λύπῃ. Οἶσθα γὰρ τῶν ἀνθρωπίνων τὸ ἐπί‐ κηρον, καὶ ὅτι ποταμίων ῥευμάτων μιμεῖται φύσιν τὰ πράγματα, καὶ ὡς ἐκείνους μόνους χρὴ μακαρί‐ ζειν, τοὺς μετὰ χρηστῆς ἐλπίδος καταλύοντας τὸν</w:t>
      </w:r>
    </w:p>
    <w:p>
      <w:r>
        <w:rPr>
          <w:rFonts w:ascii="Courier New" w:hAnsi="Courier New"/>
          <w:color w:val="555555"/>
          <w:sz w:val="20"/>
        </w:rPr>
        <w:t>[52 . 721 (50)]</w:t>
      </w:r>
    </w:p>
    <w:p>
      <w:r>
        <w:rPr>
          <w:rFonts w:ascii="Gentium Plus" w:hAnsi="Gentium Plus"/>
          <w:sz w:val="24"/>
        </w:rPr>
        <w:t>παρόντα βίον. Οὐ γὰρ ἐπὶ θάνατον ἔρχονται, ἀλλ’ ἀπὸ τῶν ἀγώνων ἐπὶ τὰ βραβεῖα, ἀπὸ τῶν παλαισμάτων ἐπὶ τοὺς στεφάνους, ἀπὸ τῆς τεταραγμένης θαλάσσης ἐπὶ λιμένα ἀκύμαντον. Ταῦτ’ οὖν ἐννοῶν παρακάλει</w:t>
      </w:r>
    </w:p>
    <w:p>
      <w:r>
        <w:rPr>
          <w:rFonts w:ascii="Courier New" w:hAnsi="Courier New"/>
          <w:color w:val="555555"/>
          <w:sz w:val="20"/>
        </w:rPr>
        <w:t>[52 . 722]</w:t>
      </w:r>
    </w:p>
    <w:p>
      <w:r>
        <w:rPr>
          <w:rFonts w:ascii="Gentium Plus" w:hAnsi="Gentium Plus"/>
          <w:sz w:val="24"/>
        </w:rPr>
        <w:t>γίστην τῆς ἀλγηδόνος ἔχομεν παραμυθίαν, τὴν ἀρε‐ τὴν τοῦ ἀνδρὸς, ἣν καὶ αὐτῷ σοὶ μεγίστην οἶμαι φέ‐ ρειν παράκλησιν. Εἰ μὲν γὰρ πονηρός τις ἦν ὁ ἀπελ‐ θὼν, καὶ κακίας γέμων, ἔδει θρηνεῖν καὶ ὀλοφύρε‐</w:t>
      </w:r>
    </w:p>
    <w:p>
      <w:r>
        <w:rPr>
          <w:rFonts w:ascii="Courier New" w:hAnsi="Courier New"/>
          <w:color w:val="555555"/>
          <w:sz w:val="20"/>
        </w:rPr>
        <w:t>[5]</w:t>
      </w:r>
    </w:p>
    <w:p>
      <w:r>
        <w:rPr>
          <w:rFonts w:ascii="Gentium Plus" w:hAnsi="Gentium Plus"/>
          <w:sz w:val="24"/>
        </w:rPr>
        <w:t>σθαι τούτου χάριν· ἐπειδὴ δὲ τοιοῦτος καὶ οὕτω βε‐ βιωκὼς, ὡς ἅπασα οἶδεν ἡ πόλις, μετ’ ἐπιεικείας, μετὰ χρηστότητος, τὸ δίκαιον ἀεὶ τιμήσας, παῤῥησίᾳ τῇ προσηκούσῃ χρησάμενος, ἐλευθερίᾳ, ἀνδρείᾳ, οὐ‐ δὲν τὰ παρόντα ἡγησάμενος, ἀλλ’ ἀλλότριος τῆς βιω‐</w:t>
      </w:r>
    </w:p>
    <w:p>
      <w:r>
        <w:rPr>
          <w:rFonts w:ascii="Courier New" w:hAnsi="Courier New"/>
          <w:color w:val="555555"/>
          <w:sz w:val="20"/>
        </w:rPr>
        <w:t>[10]</w:t>
      </w:r>
    </w:p>
    <w:p>
      <w:r>
        <w:rPr>
          <w:rFonts w:ascii="Gentium Plus" w:hAnsi="Gentium Plus"/>
          <w:sz w:val="24"/>
        </w:rPr>
        <w:t>τικῆς γενόμενος φροντίδος, ἀγάλλεσθαι χρὴ, ἐκείνῳ τε συνήδεσθαι, τῇ τε θαυμασιότητι τῇ σῇ, ὅτι τοιοῦ‐ τον προέπεμψας ἀδελφὸν, ἐν ἀσύλῳ λοιπὸν θησαυρῷ, ἅπερ ἔχων ἀπῆλθεν, ἔχοντα τὰ ἀγαθά. Μὴ τοίνυν ἀνάξιόν τι σαυτοῦ λογίσῃ, δέσποτά μου θαυμασιώ‐</w:t>
      </w:r>
    </w:p>
    <w:p>
      <w:r>
        <w:rPr>
          <w:rFonts w:ascii="Courier New" w:hAnsi="Courier New"/>
          <w:color w:val="555555"/>
          <w:sz w:val="20"/>
        </w:rPr>
        <w:t>[15]</w:t>
      </w:r>
    </w:p>
    <w:p>
      <w:r>
        <w:rPr>
          <w:rFonts w:ascii="Gentium Plus" w:hAnsi="Gentium Plus"/>
          <w:sz w:val="24"/>
        </w:rPr>
        <w:t>τατε, κατακλώμενος τῷ πένθει, ἀλλὰ δεῖξον σαυτὸν καὶ ἐν τῷ παρόντι καιρῷ, καὶ δηλῶσαι ἡμῖν παρα‐ κλήθητι, ὅτι γέγονέ σοί τι πλέον καὶ ἀπὸ τῶν γραμ‐ μάτων τῶν ἡμετέρων, ἵνα καὶ ἡμεῖς, ἐκ τοσούτου καθήμενοι διαστήματος, καλλωπιζώμεθα, ἀπὸ ψιλῆς</w:t>
      </w:r>
    </w:p>
    <w:p>
      <w:r>
        <w:rPr>
          <w:rFonts w:ascii="Courier New" w:hAnsi="Courier New"/>
          <w:color w:val="555555"/>
          <w:sz w:val="20"/>
        </w:rPr>
        <w:t>[20]</w:t>
      </w:r>
    </w:p>
    <w:p>
      <w:r>
        <w:rPr>
          <w:rFonts w:ascii="Gentium Plus" w:hAnsi="Gentium Plus"/>
          <w:sz w:val="24"/>
        </w:rPr>
        <w:t>ἐπιστολῆς πολὺ τῆς ἀθυμίας ταύτης ὑποτέμνεσθαι δυνηθέντες.</w:t>
      </w:r>
    </w:p>
    <w:p>
      <w:pPr>
        <w:jc w:val="center"/>
      </w:pPr>
      <w:r>
        <w:rPr>
          <w:rFonts w:ascii="Gentium Plus" w:hAnsi="Gentium Plus"/>
          <w:b/>
          <w:sz w:val="24"/>
        </w:rPr>
        <w:t>ΡϟΗʹ. Ἡσυχίῳ.</w:t>
      </w:r>
    </w:p>
    <w:p>
      <w:r>
        <w:rPr>
          <w:rFonts w:ascii="Courier New" w:hAnsi="Courier New"/>
          <w:color w:val="555555"/>
          <w:sz w:val="20"/>
        </w:rPr>
        <w:t>[23]</w:t>
      </w:r>
    </w:p>
    <w:p>
      <w:r>
        <w:rPr>
          <w:rFonts w:ascii="Gentium Plus" w:hAnsi="Gentium Plus"/>
          <w:sz w:val="24"/>
        </w:rPr>
        <w:t>Τί τοῦτο; Οὕτως ἡμῶν σφοδρῶς ἐρῶν (οὐδὲ γὰρ ἔλαθες ἡμᾶς, ἐπείπερ οὐ δυνατὸν ἐραστήν ποτε σφο‐</w:t>
      </w:r>
    </w:p>
    <w:p>
      <w:r>
        <w:rPr>
          <w:rFonts w:ascii="Courier New" w:hAnsi="Courier New"/>
          <w:color w:val="555555"/>
          <w:sz w:val="20"/>
        </w:rPr>
        <w:t>[25]</w:t>
      </w:r>
    </w:p>
    <w:p>
      <w:r>
        <w:rPr>
          <w:rFonts w:ascii="Gentium Plus" w:hAnsi="Gentium Plus"/>
          <w:sz w:val="24"/>
        </w:rPr>
        <w:t>δρὸν λαθεῖν τὸν ἐρώμενον), γραμμάτων ἡμᾶς οὐκ ἠξίω‐ σας, ἀλλ’ ἠνέσχου σιγῇ κατέχειν τὸν ἔρωτα; Τί ποτε ἄρα τὸ αἴτιον; Ἐγὼ μὲν εἰπεῖν οὐκ ἔχω· σὸν δὲ ἂν εἴη μετὰ τὸ λῦσαι τὴν σιγὴν, καὶ τὴν αἰτίαν εἰπεῖν τῆς σι‐ γῆς. Διὰ γὰρ τοῦτο καὶ πρότερον τοῖς πρὸς τὴν</w:t>
      </w:r>
    </w:p>
    <w:p>
      <w:r>
        <w:rPr>
          <w:rFonts w:ascii="Courier New" w:hAnsi="Courier New"/>
          <w:color w:val="555555"/>
          <w:sz w:val="20"/>
        </w:rPr>
        <w:t>[30]</w:t>
      </w:r>
    </w:p>
    <w:p>
      <w:r>
        <w:rPr>
          <w:rFonts w:ascii="Gentium Plus" w:hAnsi="Gentium Plus"/>
          <w:sz w:val="24"/>
        </w:rPr>
        <w:t>σὴν εὐγένειαν ἐπεπηδήσαμεν γράμμασιν, ἵνα μηδὲ εἰς τοῦτό σοι καταφυγεῖν ἐξῇ. Γράφε δὴ συνεχῶς ἡμῖν, δέσποτα αἰδεσιμώτατε καὶ εὐγενέστατε, καὶ πλήρου τὴν ἐπιθυμίαν ἡμῶν. Καὶ γὰρ ἅπαξ χειρωθέντες ἀπὸ φήμης ψιλῆς μόνης, καὶ συνδεθέντες σου τῇ εὐγε‐</w:t>
      </w:r>
    </w:p>
    <w:p>
      <w:r>
        <w:rPr>
          <w:rFonts w:ascii="Courier New" w:hAnsi="Courier New"/>
          <w:color w:val="555555"/>
          <w:sz w:val="20"/>
        </w:rPr>
        <w:t>[35]</w:t>
      </w:r>
    </w:p>
    <w:p>
      <w:r>
        <w:rPr>
          <w:rFonts w:ascii="Gentium Plus" w:hAnsi="Gentium Plus"/>
          <w:sz w:val="24"/>
        </w:rPr>
        <w:t>νείᾳ, οὐδὲ ἂν αὐτοὶ σιγᾷν δυνηθείημεν λοιπὸν, οὔτε τοῦ σιγῶντος ἀνέχεσθαι, ἀλλὰ μυρία σοι παρέξομεν πράγματα, εἰ μὴ συνεχεῖς καὶ πυκνὰς ἡμῖν πέμπεις τὰς ἐπιστολὰς, τῇ πυκνότητι τῶν γραμμάτων τὴν ἐκ τῆς παρουσίας σοφιζόμενος ἡδονήν.</w:t>
      </w:r>
    </w:p>
    <w:p>
      <w:pPr>
        <w:jc w:val="center"/>
      </w:pPr>
      <w:r>
        <w:rPr>
          <w:rFonts w:ascii="Gentium Plus" w:hAnsi="Gentium Plus"/>
          <w:b/>
          <w:sz w:val="24"/>
        </w:rPr>
        <w:t>ΡϟΘʹ. Δανιήλῳ πρεσβυτέρῳ.</w:t>
      </w:r>
    </w:p>
    <w:p>
      <w:r>
        <w:rPr>
          <w:rFonts w:ascii="Courier New" w:hAnsi="Courier New"/>
          <w:color w:val="555555"/>
          <w:sz w:val="20"/>
        </w:rPr>
        <w:t>[41]</w:t>
      </w:r>
    </w:p>
    <w:p>
      <w:r>
        <w:rPr>
          <w:rFonts w:ascii="Gentium Plus" w:hAnsi="Gentium Plus"/>
          <w:sz w:val="24"/>
        </w:rPr>
        <w:t>Εὐλογητὸς ὁ Θεὸς, ὁ πολλῷ μείζονα τῶν θλίψεων παρέχων τὴν παράκλησιν, καὶ ὑμῖν τοσαύτην διδοὺς τὴν ὑπομονὴν, ὡς καὶ μετὰ πολλῆς εὐφροσύνης φέ‐ ρειν τὰ συμπίπτοντα λυπηρά. Τοῦτο μάλιστα διπλα‐</w:t>
      </w:r>
    </w:p>
    <w:p>
      <w:r>
        <w:rPr>
          <w:rFonts w:ascii="Courier New" w:hAnsi="Courier New"/>
          <w:color w:val="555555"/>
          <w:sz w:val="20"/>
        </w:rPr>
        <w:t>[45]</w:t>
      </w:r>
    </w:p>
    <w:p>
      <w:r>
        <w:rPr>
          <w:rFonts w:ascii="Gentium Plus" w:hAnsi="Gentium Plus"/>
          <w:sz w:val="24"/>
        </w:rPr>
        <w:t>σιάζεται ὑμῖν τὸν μισθὸν, τὸ καὶ φέρειν, καὶ μετὰ χαρᾶς φέρειν· τοῦτο καὶ ἡμῖν πολλὴν παρέχει τὴν παράκλησιν, ὅταν ἀκούωμεν τὴν ἀνδρείαν ὑμῶν, τὴν παῤῥησίαν, τὸ ἀπερίτρεπτον τῆς γνώμης, τὴν εὐτο‐ νίαν, τὴν ὑπομονὴν, τὴν καρτερίαν, τὸν ζῆλον τὸν</w:t>
      </w:r>
    </w:p>
    <w:p>
      <w:r>
        <w:rPr>
          <w:rFonts w:ascii="Courier New" w:hAnsi="Courier New"/>
          <w:color w:val="555555"/>
          <w:sz w:val="20"/>
        </w:rPr>
        <w:t>[52 . 722 (50)]</w:t>
      </w:r>
    </w:p>
    <w:p>
      <w:r>
        <w:rPr>
          <w:rFonts w:ascii="Gentium Plus" w:hAnsi="Gentium Plus"/>
          <w:sz w:val="24"/>
        </w:rPr>
        <w:t>πυρὸς θερμότερον. Διὰ ταῦτα καὶ ἐν ἐρημίᾳ καθ‐</w:t>
      </w:r>
    </w:p>
    <w:p>
      <w:r>
        <w:rPr>
          <w:rFonts w:ascii="Courier New" w:hAnsi="Courier New"/>
          <w:color w:val="555555"/>
          <w:sz w:val="20"/>
        </w:rPr>
        <w:t>[52 . 723]</w:t>
      </w:r>
    </w:p>
    <w:p>
      <w:r>
        <w:rPr>
          <w:rFonts w:ascii="Gentium Plus" w:hAnsi="Gentium Plus"/>
          <w:sz w:val="24"/>
        </w:rPr>
        <w:t>ήμενοι, καὶ φόβῳ λῃστῶν πολιορκούμενοι, καὶ τῇ τοῦ χειμῶνος ὥρᾳ λοιπὸν κατατεινόμενοι, οὐδενὸς τούτων αἰσθανόμεθα, διὰ τὸ μέγεθος τῆς ὑμετέρας εὐδοκι‐ μήσεως, ἀλλὰ καὶ σκιρτῶμεν, καὶ χαίρομεν, καὶ</w:t>
      </w:r>
    </w:p>
    <w:p>
      <w:r>
        <w:rPr>
          <w:rFonts w:ascii="Courier New" w:hAnsi="Courier New"/>
          <w:color w:val="555555"/>
          <w:sz w:val="20"/>
        </w:rPr>
        <w:t>[5]</w:t>
      </w:r>
    </w:p>
    <w:p>
      <w:r>
        <w:rPr>
          <w:rFonts w:ascii="Gentium Plus" w:hAnsi="Gentium Plus"/>
          <w:sz w:val="24"/>
        </w:rPr>
        <w:t>μέγα φρονοῦμεν ἐπὶ τῇ τοσαύτῃ ὑμῶν καρτερίᾳ. Ἵν’ οὖν διηνεκῶς χαίρωμεν ταῦτα ἀκούοντες, διηνεκῶς ἡμῖν καὶ συνεχέστατα ἐπιστέλλετε, αὐτά τε ταῦτα, καὶ τὰ περὶ τῆς ὑγείας ὑμῶν εὐαγγελιζόμενοι. Μεγί‐ στην γὰρ ἡμῖν παρέξετε εὐφροσύνην ἐντεῦθεν καὶ</w:t>
      </w:r>
    </w:p>
    <w:p>
      <w:r>
        <w:rPr>
          <w:rFonts w:ascii="Courier New" w:hAnsi="Courier New"/>
          <w:color w:val="555555"/>
          <w:sz w:val="20"/>
        </w:rPr>
        <w:t>[10]</w:t>
      </w:r>
    </w:p>
    <w:p>
      <w:r>
        <w:rPr>
          <w:rFonts w:ascii="Gentium Plus" w:hAnsi="Gentium Plus"/>
          <w:sz w:val="24"/>
        </w:rPr>
        <w:t>ἡδονήν.</w:t>
      </w:r>
    </w:p>
    <w:p>
      <w:pPr>
        <w:jc w:val="center"/>
      </w:pPr>
      <w:r>
        <w:rPr>
          <w:rFonts w:ascii="Gentium Plus" w:hAnsi="Gentium Plus"/>
          <w:b/>
          <w:sz w:val="24"/>
        </w:rPr>
        <w:t>Σʹ. Καλλιστράτῳ ἐπισκόπῳ Ἰσαυρίας.</w:t>
      </w:r>
    </w:p>
    <w:p>
      <w:r>
        <w:rPr>
          <w:rFonts w:ascii="Courier New" w:hAnsi="Courier New"/>
          <w:color w:val="555555"/>
          <w:sz w:val="20"/>
        </w:rPr>
        <w:t>[12]</w:t>
      </w:r>
    </w:p>
    <w:p>
      <w:r>
        <w:rPr>
          <w:rFonts w:ascii="Gentium Plus" w:hAnsi="Gentium Plus"/>
          <w:sz w:val="24"/>
        </w:rPr>
        <w:t>Ἐγὼ μέν σου τὴν εὐλάβειαν καὶ ἐνταῦθα παραγε‐ νομένην ἐπεθύμουν ἰδεῖν, ὥστε ἐντρυφῆσαί σου τῇ συνουσίᾳ, καὶ ἀπολαῦσαί σου τῆς γνησίας καὶ θερμῆς</w:t>
      </w:r>
    </w:p>
    <w:p>
      <w:r>
        <w:rPr>
          <w:rFonts w:ascii="Courier New" w:hAnsi="Courier New"/>
          <w:color w:val="555555"/>
          <w:sz w:val="20"/>
        </w:rPr>
        <w:t>[15]</w:t>
      </w:r>
    </w:p>
    <w:p>
      <w:r>
        <w:rPr>
          <w:rFonts w:ascii="Gentium Plus" w:hAnsi="Gentium Plus"/>
          <w:sz w:val="24"/>
        </w:rPr>
        <w:t>ἀγάπης· ἐπειδὴ δὲ τοῦτο τέως οὐκ ἔνι, διά τε τὴν τοῦ ἔτους ὥραν, καὶ τὸ τῆς ὁδοῦ μῆκος, τὴν διὰ γραμμάτων ὀφειλομένην σοι πρόσρησιν ἀποδίδωμι, καὶ χάριν ἔχω σου τῇ εὐλαβείᾳ, ὅτι καὶ πρότερος τοῖς πρὸς ἡμᾶς ἐπεπήδησας γράμμασι. Θερμῆς γὰρ</w:t>
      </w:r>
    </w:p>
    <w:p>
      <w:r>
        <w:rPr>
          <w:rFonts w:ascii="Courier New" w:hAnsi="Courier New"/>
          <w:color w:val="555555"/>
          <w:sz w:val="20"/>
        </w:rPr>
        <w:t>[20]</w:t>
      </w:r>
    </w:p>
    <w:p>
      <w:r>
        <w:rPr>
          <w:rFonts w:ascii="Gentium Plus" w:hAnsi="Gentium Plus"/>
          <w:sz w:val="24"/>
        </w:rPr>
        <w:t>τοῦτο καὶ γνησίας φιλίας· καὶ οὐ μόνον οὐκ ἀπει‐ κότως ἔπραξας, ἀλλὰ καὶ σφόδρα σοι προσηκόντως. Χαρίζου δὴ ταύτην συνεχῶς ἡμῖν τὴν χάριν, καὶ πυκνότερον ἡμῖν δήλου τὰ περὶ τῆς ὑγείας τῆς σῆς. Ἂν δὲ καὶ δυνατὸν γένηται τῇ εὐλαβείᾳ τῇ σῇ</w:t>
      </w:r>
    </w:p>
    <w:p>
      <w:r>
        <w:rPr>
          <w:rFonts w:ascii="Courier New" w:hAnsi="Courier New"/>
          <w:color w:val="555555"/>
          <w:sz w:val="20"/>
        </w:rPr>
        <w:t>[25]</w:t>
      </w:r>
    </w:p>
    <w:p>
      <w:r>
        <w:rPr>
          <w:rFonts w:ascii="Gentium Plus" w:hAnsi="Gentium Plus"/>
          <w:sz w:val="24"/>
        </w:rPr>
        <w:t>σκυλῆναι ἕως ἡμῶν, τὰ μέγιστα ἡμῖν χαριῇ, καὶ πολλῆς ἡμᾶς ἐμπλήσεις εὐφροσύνης. Ἐννοήσας τοί‐ νυν ὡς καὶ ἡμεῖς ἐπιθυμοῦμεν ἰδεῖν σου τὴν εὐλά‐ βειαν, καὶ ὡς τὸ πρᾶγμα οὐ σφόδρα ἐργῶδες, εἰ γέ‐ νοιτο καιρὸς ἐπιτήδειος πρὸς ὁδοιπορίαν, μὴ ἀποστε‐</w:t>
      </w:r>
    </w:p>
    <w:p>
      <w:r>
        <w:rPr>
          <w:rFonts w:ascii="Courier New" w:hAnsi="Courier New"/>
          <w:color w:val="555555"/>
          <w:sz w:val="20"/>
        </w:rPr>
        <w:t>[30]</w:t>
      </w:r>
    </w:p>
    <w:p>
      <w:r>
        <w:rPr>
          <w:rFonts w:ascii="Gentium Plus" w:hAnsi="Gentium Plus"/>
          <w:sz w:val="24"/>
        </w:rPr>
        <w:t>ρήσῃς ἡμᾶς τῆς συντυχίας τῆς σῆς. Ἕως δ’ ἂν τοῦτο γένηται, τῇ πυκνότητι τῶν γραμμάτων τὴν ἐκ τῆς παρουσίας ἡδονὴν σοφίζεσθαι παρακλήθητι.</w:t>
      </w:r>
    </w:p>
    <w:p>
      <w:pPr>
        <w:jc w:val="center"/>
      </w:pPr>
      <w:r>
        <w:rPr>
          <w:rFonts w:ascii="Gentium Plus" w:hAnsi="Gentium Plus"/>
          <w:b/>
          <w:sz w:val="24"/>
        </w:rPr>
        <w:t>ΣΑʹ. Ἑρκουλίῳ.</w:t>
      </w:r>
    </w:p>
    <w:p>
      <w:r>
        <w:rPr>
          <w:rFonts w:ascii="Courier New" w:hAnsi="Courier New"/>
          <w:color w:val="555555"/>
          <w:sz w:val="20"/>
        </w:rPr>
        <w:t>[34]</w:t>
      </w:r>
    </w:p>
    <w:p>
      <w:r>
        <w:rPr>
          <w:rFonts w:ascii="Gentium Plus" w:hAnsi="Gentium Plus"/>
          <w:sz w:val="24"/>
        </w:rPr>
        <w:t>Μὴ κάμνε ζητῶν ἀπολογίαν τῆς μακρᾶς σιγῆς,</w:t>
      </w:r>
    </w:p>
    <w:p>
      <w:r>
        <w:rPr>
          <w:rFonts w:ascii="Courier New" w:hAnsi="Courier New"/>
          <w:color w:val="555555"/>
          <w:sz w:val="20"/>
        </w:rPr>
        <w:t>[35]</w:t>
      </w:r>
    </w:p>
    <w:p>
      <w:r>
        <w:rPr>
          <w:rFonts w:ascii="Gentium Plus" w:hAnsi="Gentium Plus"/>
          <w:sz w:val="24"/>
        </w:rPr>
        <w:t>δέσποτά μου θαυμασιώτατε καὶ μεγαλοπρεπέστατε, καὶ ἐπὶ τὴν σπάνιν τῶν γραμματηφόρων καταφεύ‐ γων. Ἡμεῖς γὰρ, καὶ γράφοντός σου καὶ σιγῶντος, ἀκίνητόν σου τὴν περὶ τῆς ἀγάπης σου ψῆφον ἔχο‐ μεν, ἣν διὰ τῶν ἔργων ἐπεδείξω οὕτω σαφῶς, ὡς</w:t>
      </w:r>
    </w:p>
    <w:p>
      <w:r>
        <w:rPr>
          <w:rFonts w:ascii="Courier New" w:hAnsi="Courier New"/>
          <w:color w:val="555555"/>
          <w:sz w:val="20"/>
        </w:rPr>
        <w:t>[40]</w:t>
      </w:r>
    </w:p>
    <w:p>
      <w:r>
        <w:rPr>
          <w:rFonts w:ascii="Gentium Plus" w:hAnsi="Gentium Plus"/>
          <w:sz w:val="24"/>
        </w:rPr>
        <w:t>πᾶσαν εἰδέναι τὴν πόλιν τὸν θερμὸν ἡμῶν καὶ μανι‐ κὸν ἐραστήν. Πλὴν ἀλλὰ καὶ οὕτω διακείμενοι, σφό‐ δρα ἐπιθυμοῦμεν συνεχῶς δέχεσθαι γράμματα παρὰ τῆς σῆς θαυμασιότητος, τὰ περὶ τῆς ὑγείας δηλοῦν‐ τα τῆς σῆς. Ὥσπερ γὰρ αὐτὸς μεγίστην ἔφης παρα‐</w:t>
      </w:r>
    </w:p>
    <w:p>
      <w:r>
        <w:rPr>
          <w:rFonts w:ascii="Courier New" w:hAnsi="Courier New"/>
          <w:color w:val="555555"/>
          <w:sz w:val="20"/>
        </w:rPr>
        <w:t>[45]</w:t>
      </w:r>
    </w:p>
    <w:p>
      <w:r>
        <w:rPr>
          <w:rFonts w:ascii="Gentium Plus" w:hAnsi="Gentium Plus"/>
          <w:sz w:val="24"/>
        </w:rPr>
        <w:t>ψυχὴν εἶναι τοῦ χωρισμοῦ, τὸ περὶ τῆς ὑγείας τῆς ἡμετέρας μανθάνειν (καὶ οἶσθα ἡλίκον τοῦτο ἀνδρὶ φιλεῖν ἐπισταμένῳ, ἐπειδὴ καὶ φιλεῖν οἶσθα καλῶς), οὕτω καὶ ἡμῖν περισπούδαστον τοῦτο. Χαρίζου δὴ ταύτην ἡμῖν τὴν χάριν, ἵνα καὶ ἐν ἐρημίᾳ τοσαύτῃ</w:t>
      </w:r>
    </w:p>
    <w:p>
      <w:r>
        <w:rPr>
          <w:rFonts w:ascii="Courier New" w:hAnsi="Courier New"/>
          <w:color w:val="555555"/>
          <w:sz w:val="20"/>
        </w:rPr>
        <w:t>[52 . 723 (50)]</w:t>
      </w:r>
    </w:p>
    <w:p>
      <w:r>
        <w:rPr>
          <w:rFonts w:ascii="Gentium Plus" w:hAnsi="Gentium Plus"/>
          <w:sz w:val="24"/>
        </w:rPr>
        <w:t>καθήμενοι, πολλὴν ἐντεῦθεν καρπωσώμεθα τὴν πα‐ ράκλησιν.</w:t>
      </w:r>
    </w:p>
    <w:p>
      <w:pPr>
        <w:jc w:val="center"/>
      </w:pPr>
      <w:r>
        <w:rPr>
          <w:rFonts w:ascii="Gentium Plus" w:hAnsi="Gentium Plus"/>
          <w:b/>
          <w:sz w:val="24"/>
        </w:rPr>
        <w:t>ΣΒʹ. Κυριακῷ ἐπισκόπῳ.</w:t>
      </w:r>
    </w:p>
    <w:p>
      <w:r>
        <w:rPr>
          <w:rFonts w:ascii="Courier New" w:hAnsi="Courier New"/>
          <w:color w:val="555555"/>
          <w:sz w:val="20"/>
        </w:rPr>
        <w:t>[53]</w:t>
      </w:r>
    </w:p>
    <w:p>
      <w:r>
        <w:rPr>
          <w:rFonts w:ascii="Gentium Plus" w:hAnsi="Gentium Plus"/>
          <w:sz w:val="24"/>
        </w:rPr>
        <w:t>Ταῦτα ἀνεκτά; ταῦτα φορητά; οἴει κἂν σκιὰν</w:t>
      </w:r>
    </w:p>
    <w:p>
      <w:r>
        <w:rPr>
          <w:rFonts w:ascii="Courier New" w:hAnsi="Courier New"/>
          <w:color w:val="555555"/>
          <w:sz w:val="20"/>
        </w:rPr>
        <w:t>[52 . 724]</w:t>
      </w:r>
    </w:p>
    <w:p>
      <w:r>
        <w:rPr>
          <w:rFonts w:ascii="Gentium Plus" w:hAnsi="Gentium Plus"/>
          <w:sz w:val="24"/>
        </w:rPr>
        <w:t>ἀπολογίας ἔχειν; Ἐν τῇ τοσαύτῃ ἀθυμίᾳ, ἐν οὕτω χρόνῳ μακρῷ, ἐν τοσούτῳ θορύβῳ, καὶ ταραχῇ, καὶ συντριβῇ, καὶ ταλαιπωρίᾳ καθεστώτων ἡμῶν, οὐδὲ ἅπαξ ἡμῖν ἐπιστεῖλαι κατεδέξω· ἀλλ’ ἡμεῖς μὲν καὶ</w:t>
      </w:r>
    </w:p>
    <w:p>
      <w:r>
        <w:rPr>
          <w:rFonts w:ascii="Courier New" w:hAnsi="Courier New"/>
          <w:color w:val="555555"/>
          <w:sz w:val="20"/>
        </w:rPr>
        <w:t>[5]</w:t>
      </w:r>
    </w:p>
    <w:p>
      <w:r>
        <w:rPr>
          <w:rFonts w:ascii="Gentium Plus" w:hAnsi="Gentium Plus"/>
          <w:sz w:val="24"/>
        </w:rPr>
        <w:t>ἅπαξ, καὶ δὶς, καὶ πολλάκις ἐπεστάλκαμεν, σὺ δὲ σιγᾷς χρόνον οὕτω μακρὸν, καὶ νομίζεις τὸ τυχὸν ἡμαρτηκέναι ἁμάρτημα, οὕτως ἀγνώμων περὶ ἡμᾶς γεγενημένος; Ἐμὲ εἰς πολλὴν ἀπορίαν κατέστησας. Οὐδὲ γὰρ δύναμαι τῆς σιγῆς τὴν αἰτίαν εὑρεῖν, ὅταν</w:t>
      </w:r>
    </w:p>
    <w:p>
      <w:r>
        <w:rPr>
          <w:rFonts w:ascii="Courier New" w:hAnsi="Courier New"/>
          <w:color w:val="555555"/>
          <w:sz w:val="20"/>
        </w:rPr>
        <w:t>[10]</w:t>
      </w:r>
    </w:p>
    <w:p>
      <w:r>
        <w:rPr>
          <w:rFonts w:ascii="Gentium Plus" w:hAnsi="Gentium Plus"/>
          <w:sz w:val="24"/>
        </w:rPr>
        <w:t>ἐννοήσω σου τὴν θερμὴν ἀγάπην καὶ γνησίαν, ἣν ἀεὶ περὶ ἡμᾶς ἐπεδείξω. Οὐδὲ γὰρ ῥᾳθυμίαν λογίσασθαι ἔχω· οἶδα γάρ σου τὴν ἄγρυπνον ψυχήν· οὔτε δειλίαν· οἶδα γάρ σου τὴν ἀνδρείαν· οὐκ ὄκνον· οἶδα γάρ σου τὸ διεγηγερμένον καὶ ἐντρεχές· ἀλλ’ οὐδὲ ἀῤῥωστίαν·</w:t>
      </w:r>
    </w:p>
    <w:p>
      <w:r>
        <w:rPr>
          <w:rFonts w:ascii="Courier New" w:hAnsi="Courier New"/>
          <w:color w:val="555555"/>
          <w:sz w:val="20"/>
        </w:rPr>
        <w:t>[15]</w:t>
      </w:r>
    </w:p>
    <w:p>
      <w:r>
        <w:rPr>
          <w:rFonts w:ascii="Gentium Plus" w:hAnsi="Gentium Plus"/>
          <w:sz w:val="24"/>
        </w:rPr>
        <w:t>καίτοι γε οὐδὲ αὕτη ἱκανὴ ἦν σε κωλῦσαι· πλὴν ἀλλὰ μανθάνω παρὰ τῶν ἐκεῖθεν ἐρχομένων, ὅτι ὑγιαίνεις καὶ ἔῤῥωσαι. Τί οὖν ἐστι τὸ αἴτιον, εἰπεῖν οὐκ ἔχω, ἀλλ’ ἓν μόνον, ἀλγῶ καὶ ὀδυνῶμαι. Πάντα τοίνυν ποίησον ὥστε ἀπαλλάξαι ἡμᾶς καὶ τῆς λύπης, καὶ</w:t>
      </w:r>
    </w:p>
    <w:p>
      <w:r>
        <w:rPr>
          <w:rFonts w:ascii="Courier New" w:hAnsi="Courier New"/>
          <w:color w:val="555555"/>
          <w:sz w:val="20"/>
        </w:rPr>
        <w:t>[20]</w:t>
      </w:r>
    </w:p>
    <w:p>
      <w:r>
        <w:rPr>
          <w:rFonts w:ascii="Gentium Plus" w:hAnsi="Gentium Plus"/>
          <w:sz w:val="24"/>
        </w:rPr>
        <w:t>τοῦ διαπορεῖν. Ἐπεὶ εἰ καὶ μετὰ τὰ γράμματα ταῦτα μὴ μετὰ πολλοῦ τοῦ τάχους ἡμῖν βουληθείης ἐπι‐ στεῖλαι, οὕτως ἡμᾶς ἔχεις λυπῆσαι, ὡς πολλοῦ δεη‐ θῆναι πόνου εἰς τὸ θεραπεῦσαι ἡμῶν τὴν ἀθυμίαν.</w:t>
      </w:r>
    </w:p>
    <w:p>
      <w:pPr>
        <w:jc w:val="center"/>
      </w:pPr>
      <w:r>
        <w:rPr>
          <w:rFonts w:ascii="Gentium Plus" w:hAnsi="Gentium Plus"/>
          <w:b/>
          <w:sz w:val="24"/>
        </w:rPr>
        <w:t>ΣΓʹ. Σαλουστίῳ πρεσβυτέρῳ.</w:t>
      </w:r>
    </w:p>
    <w:p>
      <w:r>
        <w:rPr>
          <w:rFonts w:ascii="Courier New" w:hAnsi="Courier New"/>
          <w:color w:val="555555"/>
          <w:sz w:val="20"/>
        </w:rPr>
        <w:t>[25]</w:t>
      </w:r>
    </w:p>
    <w:p>
      <w:r>
        <w:rPr>
          <w:rFonts w:ascii="Gentium Plus" w:hAnsi="Gentium Plus"/>
          <w:sz w:val="24"/>
        </w:rPr>
        <w:t>Οὐχ ὡς ἔτυχεν ἤλγησα ἀκούσας ὅτι καὶ σὺ καὶ Θεόφιλος ὁ πρεσβύτερος ἀνεπέσετε. Ἔγνων γὰρ ὅτι ὁ μὲν ὑμῶν πέντε ὁμιλίας εἶπεν ἕως Ὀκτω‐ βρίου μηνὸς, ὁ δὲ οὐδεμίαν, καὶ τῆς ἐρημίας μοι τῆς ἐνταῦθα τοῦτο γέγονε χαλεπώτερον. Βουλήθητε τοί‐</w:t>
      </w:r>
    </w:p>
    <w:p>
      <w:r>
        <w:rPr>
          <w:rFonts w:ascii="Courier New" w:hAnsi="Courier New"/>
          <w:color w:val="555555"/>
          <w:sz w:val="20"/>
        </w:rPr>
        <w:t>[30]</w:t>
      </w:r>
    </w:p>
    <w:p>
      <w:r>
        <w:rPr>
          <w:rFonts w:ascii="Gentium Plus" w:hAnsi="Gentium Plus"/>
          <w:sz w:val="24"/>
        </w:rPr>
        <w:t>νυν, εἰ μὲν ψεῦδος τοῦτο, δηλῶσαί μοι· εἰ δὲ ἀληθὲς, διορθώσασθαι· καὶ ἀλλήλους διεγείρατε· ἐπεὶ σφό‐ δρα με ἔχετε λυπῆσαι, καίτοι μεθ’ ὑπερβολῆς σφό‐ δρα ἀγαπῶντα ὑμᾶς. Καὶ τὸ δὴ χαλεπώτερον, ὅτι καὶ παρὰ τοῦ Θεοῦ πολὺ καθ’ ἑαυτῶν ἐπισπάσεσθε τὸ</w:t>
      </w:r>
    </w:p>
    <w:p>
      <w:r>
        <w:rPr>
          <w:rFonts w:ascii="Courier New" w:hAnsi="Courier New"/>
          <w:color w:val="555555"/>
          <w:sz w:val="20"/>
        </w:rPr>
        <w:t>[35]</w:t>
      </w:r>
    </w:p>
    <w:p>
      <w:r>
        <w:rPr>
          <w:rFonts w:ascii="Gentium Plus" w:hAnsi="Gentium Plus"/>
          <w:sz w:val="24"/>
        </w:rPr>
        <w:t>κρῖμα, ἀργίᾳ τοσαύτῃ συζῶντες καὶ ὄκνῳ, καὶ τὰ παρ’ ἑαυτῶν οὐκ εἰσφέροντες. Ποίαν γὰρ σχοίητε συγγνώμην ἑτέρων διωκομένων, ἐξοριζομένων, ἐλαυ‐ νομένων, ὑμεῖς δὲ μηδὲ τὴν ἀπὸ τῆς παρουσίας ὑμῶν ἢ τῆς διδασκαλίας εἰσφέροντες τῷ χειμαζομέ‐</w:t>
      </w:r>
    </w:p>
    <w:p>
      <w:r>
        <w:rPr>
          <w:rFonts w:ascii="Courier New" w:hAnsi="Courier New"/>
          <w:color w:val="555555"/>
          <w:sz w:val="20"/>
        </w:rPr>
        <w:t>[40]</w:t>
      </w:r>
    </w:p>
    <w:p>
      <w:r>
        <w:rPr>
          <w:rFonts w:ascii="Gentium Plus" w:hAnsi="Gentium Plus"/>
          <w:sz w:val="24"/>
        </w:rPr>
        <w:t>νῳ λαῷ σπουδήν;</w:t>
      </w:r>
    </w:p>
    <w:p>
      <w:pPr>
        <w:jc w:val="center"/>
      </w:pPr>
      <w:r>
        <w:rPr>
          <w:rFonts w:ascii="Gentium Plus" w:hAnsi="Gentium Plus"/>
          <w:b/>
          <w:sz w:val="24"/>
        </w:rPr>
        <w:t>ΣΔʹ. Παιανίῳ.</w:t>
      </w:r>
    </w:p>
    <w:p>
      <w:r>
        <w:rPr>
          <w:rFonts w:ascii="Courier New" w:hAnsi="Courier New"/>
          <w:color w:val="555555"/>
          <w:sz w:val="20"/>
        </w:rPr>
        <w:t>[42]</w:t>
      </w:r>
    </w:p>
    <w:p>
      <w:r>
        <w:rPr>
          <w:rFonts w:ascii="Gentium Plus" w:hAnsi="Gentium Plus"/>
          <w:sz w:val="24"/>
        </w:rPr>
        <w:t>Ὅταν ἐννοήσῃς, δέσποτά μου θαυμασιώτατε καὶ μέλιτος ἡμῖν γλυκύτερε, ὅτι βαρὺ καὶ ἐπαχθὲς τὸ κεχωρίσθαι ἡμῶν, λογιζόμενος οἷον πρᾶγμα μετα‐</w:t>
      </w:r>
    </w:p>
    <w:p>
      <w:r>
        <w:rPr>
          <w:rFonts w:ascii="Courier New" w:hAnsi="Courier New"/>
          <w:color w:val="555555"/>
          <w:sz w:val="20"/>
        </w:rPr>
        <w:t>[45]</w:t>
      </w:r>
    </w:p>
    <w:p>
      <w:r>
        <w:rPr>
          <w:rFonts w:ascii="Gentium Plus" w:hAnsi="Gentium Plus"/>
          <w:sz w:val="24"/>
        </w:rPr>
        <w:t>χειρίζῃ, καὶ ὅτι πόλιν ὁλόκληρον κατορθοῖς, μᾶλλον δὲ οἰκουμένην ὁλόκληρον διὰ τῆς πόλεως ἐκείνης, σκίρτα καὶ εὐφραίνου. Μετὰ γὰρ τῆς ὠφελείας πολλὴν ἔξεστί σοι καρποῦσθαι καὶ τὴν ἡδονήν. Εἰ γὰρ χρή‐ ματά τινες συλλέγοντες τά τε ἀπολλύμενα καὶ ἀπολ‐</w:t>
      </w:r>
    </w:p>
    <w:p>
      <w:r>
        <w:rPr>
          <w:rFonts w:ascii="Courier New" w:hAnsi="Courier New"/>
          <w:color w:val="555555"/>
          <w:sz w:val="20"/>
        </w:rPr>
        <w:t>[52 . 724 (50)]</w:t>
      </w:r>
    </w:p>
    <w:p>
      <w:r>
        <w:rPr>
          <w:rFonts w:ascii="Gentium Plus" w:hAnsi="Gentium Plus"/>
          <w:sz w:val="24"/>
        </w:rPr>
        <w:t>λύντα αὐτοὺς, τοσαύτης ἐμφοροῦνται τῆς εὐφροσύνης, καὶ οἰκιῶν, καὶ γυναικὸς, καὶ τέκνων, καὶ πάντων τῶν προσηκόντων ἐπὶ πολὺν χωριζόμενοι χρόνον, τίς ἂν παραστήσειε λόγος τὴν ἡδονὴν τοῦ πλούτου, τὸν</w:t>
      </w:r>
    </w:p>
    <w:p>
      <w:r>
        <w:rPr>
          <w:rFonts w:ascii="Courier New" w:hAnsi="Courier New"/>
          <w:color w:val="555555"/>
          <w:sz w:val="20"/>
        </w:rPr>
        <w:t>[52 . 725]</w:t>
      </w:r>
    </w:p>
    <w:p>
      <w:r>
        <w:rPr>
          <w:rFonts w:ascii="Gentium Plus" w:hAnsi="Gentium Plus"/>
          <w:sz w:val="24"/>
        </w:rPr>
        <w:t>καὶ φαινόμενος αὐτόθι μόνον; Οὐ γὰρ δὴ κολακεύων σε ταῦτα λέγω, καὶ ἴσασιν οἱ καὶ ἀκούοντες ἀπόντος σου ταῦτα παρ’ ἡμῶν ἐνταῦθα, ἀλλ’ ἡδόμενος σφόδρα, καὶ χαίρων, καὶ πτερούμενος ὑπὸ τῆς εὐφροσύνης.</w:t>
      </w:r>
    </w:p>
    <w:p>
      <w:r>
        <w:rPr>
          <w:rFonts w:ascii="Courier New" w:hAnsi="Courier New"/>
          <w:color w:val="555555"/>
          <w:sz w:val="20"/>
        </w:rPr>
        <w:t>[5]</w:t>
      </w:r>
    </w:p>
    <w:p>
      <w:r>
        <w:rPr>
          <w:rFonts w:ascii="Gentium Plus" w:hAnsi="Gentium Plus"/>
          <w:sz w:val="24"/>
        </w:rPr>
        <w:t>Ἀρκεῖς γὰρ, καὶ φαινόμενος, πολλοὺς ὀρθῶσαι τῶν αὐτόθι, στηρίξαι, ἀλεῖψαι, συγκροτῆσαι. Οἶδα ἐγὼ τὸν ἀριστέα τὸν ἐμὸν, οἶδά σου τὰς ἀνδραγαθίας τὰς αὐτόθι, τὸν ζῆλον, τὴν ἀγρυπνίαν, τοὺς δρόμους, τὸν πόνον τῆς ψυχῆς, τὴν παῤῥησίαν, τὴν ἐλευθερίαν</w:t>
      </w:r>
    </w:p>
    <w:p>
      <w:r>
        <w:rPr>
          <w:rFonts w:ascii="Courier New" w:hAnsi="Courier New"/>
          <w:color w:val="555555"/>
          <w:sz w:val="20"/>
        </w:rPr>
        <w:t>[10]</w:t>
      </w:r>
    </w:p>
    <w:p>
      <w:r>
        <w:rPr>
          <w:rFonts w:ascii="Gentium Plus" w:hAnsi="Gentium Plus"/>
          <w:sz w:val="24"/>
        </w:rPr>
        <w:t>μεθ’ ἧς καὶ ἐπισκόπων κατεξανίστασο, τοῦ καιροῦ τούτου ἀπαιτοῦντος, μετὰ τοῦ προσήκοντος μέντοι μέτρου. Καὶ ἐθαύμαζόν σε ἐπ’ ἐκείνοις, πολλῷ δὲ πλέον νῦν, ὅτι, καὶ μηδενός σοι παραστάντος αὐτόθι, ἀλλὰ τῶν μὲν φευγόντων, τῶν δὲ ἐλαυνομένων, τῶν</w:t>
      </w:r>
    </w:p>
    <w:p>
      <w:r>
        <w:rPr>
          <w:rFonts w:ascii="Courier New" w:hAnsi="Courier New"/>
          <w:color w:val="555555"/>
          <w:sz w:val="20"/>
        </w:rPr>
        <w:t>[15]</w:t>
      </w:r>
    </w:p>
    <w:p>
      <w:r>
        <w:rPr>
          <w:rFonts w:ascii="Gentium Plus" w:hAnsi="Gentium Plus"/>
          <w:sz w:val="24"/>
        </w:rPr>
        <w:t>δὲ κρυπτομένων, μόνος ἕστηκας ἐπὶ τῆς παρατά‐ ξεως, τὸ μέτωπον αὐτῆς κατακοσμῶν, καὶ οὐδένα ἀφιεὶς γενέσθαι λειποτάκτην, ἀλλὰ καὶ τοὺς μετὰ τῶν ἐναντίων τεταγμένους τῇ ἐμμελείᾳ σου καθ’ ἑκάστην ἡμέραν μεθιστᾷς. Οὐ διὰ ταῦτα δὲ θαυμάζω</w:t>
      </w:r>
    </w:p>
    <w:p>
      <w:r>
        <w:rPr>
          <w:rFonts w:ascii="Courier New" w:hAnsi="Courier New"/>
          <w:color w:val="555555"/>
          <w:sz w:val="20"/>
        </w:rPr>
        <w:t>[20]</w:t>
      </w:r>
    </w:p>
    <w:p>
      <w:r>
        <w:rPr>
          <w:rFonts w:ascii="Gentium Plus" w:hAnsi="Gentium Plus"/>
          <w:sz w:val="24"/>
        </w:rPr>
        <w:t>μόνον, ἀλλ’ ὅτι καὶ ἐν ἑνὶ ἱδρυμένος χωρίῳ, τὴν οἰ‐ κουμένην ἅπασαν μεριμνᾷς, τὰ ἐν Παλαιστίνῃ, τὰ ἐν Φοινίκῃ, τὰ ἐν Κιλικίᾳ, ὧν καὶ μάλιστα φροντί‐ ζειν ὀφείλεις. Παλαιστινοὶ μὲν γὰρ καὶ Φοίνικες, καθὼς ἔγνων σαφῶς, οὐκ ἐδέξαντο τὸν παρὰ τῶν</w:t>
      </w:r>
    </w:p>
    <w:p>
      <w:r>
        <w:rPr>
          <w:rFonts w:ascii="Courier New" w:hAnsi="Courier New"/>
          <w:color w:val="555555"/>
          <w:sz w:val="20"/>
        </w:rPr>
        <w:t>[25]</w:t>
      </w:r>
    </w:p>
    <w:p>
      <w:r>
        <w:rPr>
          <w:rFonts w:ascii="Gentium Plus" w:hAnsi="Gentium Plus"/>
          <w:sz w:val="24"/>
        </w:rPr>
        <w:t>ἐναντίων ἀποσταλέντα ἐκεῖσε, οὐδὲ ἀποκρίσεως αὐ‐ τὸν ἠξίωσαν· ὁ δὲ Αἰγῶν, ὡς ἔγνων, καὶ ὁ Ταρσοῦ μετ’ ἐκείνων τάττονται, καὶ ὁ Κασταβάλων ἐνταῦθα ἐδήλωσέ τινι τῶν ἡμετέρων φίλων, ὅτι ἀναγκάζουσιν αὐτοὺς οἱ ἀπὸ Κωνσταντινουπόλεως</w:t>
      </w:r>
    </w:p>
    <w:p>
      <w:r>
        <w:rPr>
          <w:rFonts w:ascii="Courier New" w:hAnsi="Courier New"/>
          <w:color w:val="555555"/>
          <w:sz w:val="20"/>
        </w:rPr>
        <w:t>[30]</w:t>
      </w:r>
    </w:p>
    <w:p>
      <w:r>
        <w:rPr>
          <w:rFonts w:ascii="Gentium Plus" w:hAnsi="Gentium Plus"/>
          <w:sz w:val="24"/>
        </w:rPr>
        <w:t>τῇ παρανομίᾳ αὐτῶν συνθέσθαι, καὶ τέως ἀντέχουσι. Πολλῆς τοίνυν σοι δεῖ τῆς μερίμνης, πολλῆς τῆς ἀγρυπνίας, ὥστε καὶ τοῦτο διορθῶσαι τὸ μέρος, τῷ δεσπότῃ μου γράψαντι τῷ ἀνεψιῷ σου, τῷ κυρίῳ τῷ ἐπισκόπῳ Θεοδώρῳ. Τὰ κατὰ Φαρέτριον λυπηρὰ μὲν</w:t>
      </w:r>
    </w:p>
    <w:p>
      <w:r>
        <w:rPr>
          <w:rFonts w:ascii="Courier New" w:hAnsi="Courier New"/>
          <w:color w:val="555555"/>
          <w:sz w:val="20"/>
        </w:rPr>
        <w:t>[35]</w:t>
      </w:r>
    </w:p>
    <w:p>
      <w:r>
        <w:rPr>
          <w:rFonts w:ascii="Gentium Plus" w:hAnsi="Gentium Plus"/>
          <w:sz w:val="24"/>
        </w:rPr>
        <w:t>καὶ σφόδρα ἀνιαρά· πλὴν ἀλλ’ ἐπειδὴ οἱ πρεσβύτεροι αὐτοῦ οὔτε συνέτυχον τοῖς ἐναντίοις, ὡς φὴς, οὔτε αἱροῦνται αὐτοῖς κοινωνῆσαι, ἀλλ’ ὡς λέγουσιν, ἔτι μεθ’ ἡμῶν ἑστήκασι, μηδὲν τούτων κοινωνήσῃς πρὸς αὐτούς· ἐπεὶ ἃ ἐποίησεν εἰς ἡμᾶς ὁ Φαρέτριος οὐ‐</w:t>
      </w:r>
    </w:p>
    <w:p>
      <w:r>
        <w:rPr>
          <w:rFonts w:ascii="Courier New" w:hAnsi="Courier New"/>
          <w:color w:val="555555"/>
          <w:sz w:val="20"/>
        </w:rPr>
        <w:t>[40]</w:t>
      </w:r>
    </w:p>
    <w:p>
      <w:r>
        <w:rPr>
          <w:rFonts w:ascii="Gentium Plus" w:hAnsi="Gentium Plus"/>
          <w:sz w:val="24"/>
        </w:rPr>
        <w:t>δεμίαν ἔχει συγγνώμην. Ὁ μέντοι κλῆρος αὐτοῦ πᾶς καὶ ἤλγει, καὶ ὠδύρετο, καὶ ἐθρήνει, καὶ μεθ’ ἡμῶν ὅλως ἦν τῇ γνώμῃ. Ἀλλ’ ἵνα μὴ τούτους ποιήσωμεν ἀποπηδῆσαι, καὶ τραχυτέρους ἐργασώμεθα, μαθὼν ἅπαντα τὰ ἀπὸ τῶν ἐπαρχικῶν, παρὰ σαυτῷ κάτεχε,</w:t>
      </w:r>
    </w:p>
    <w:p>
      <w:r>
        <w:rPr>
          <w:rFonts w:ascii="Courier New" w:hAnsi="Courier New"/>
          <w:color w:val="555555"/>
          <w:sz w:val="20"/>
        </w:rPr>
        <w:t>[45]</w:t>
      </w:r>
    </w:p>
    <w:p>
      <w:r>
        <w:rPr>
          <w:rFonts w:ascii="Gentium Plus" w:hAnsi="Gentium Plus"/>
          <w:sz w:val="24"/>
        </w:rPr>
        <w:t>καὶ μετὰ πολλῆς ἡμερότητος αὐτοῖς προσφέρου· οἶδα γάρ σου τὸ οἰκονομικόν· καὶ λέγε, ὅτι Καὶ ἡμεῖς ἠκούσαμεν, ὅτι σφόδρα ἤλγησεν ἐπὶ τοῖς γενομένοις, καὶ ὅτι ἕτοιμος ἦν πάντα παθεῖν ὑπὲρ τοῦ διορθῶσαι πάντα τὰ κακῶς τολμηθέντα. Τὸ σῶμα ἡμῖν ἐν ὑγείᾳ</w:t>
      </w:r>
    </w:p>
    <w:p>
      <w:r>
        <w:rPr>
          <w:rFonts w:ascii="Courier New" w:hAnsi="Courier New"/>
          <w:color w:val="555555"/>
          <w:sz w:val="20"/>
        </w:rPr>
        <w:t>[52 . 725 (50)]</w:t>
      </w:r>
    </w:p>
    <w:p>
      <w:r>
        <w:rPr>
          <w:rFonts w:ascii="Gentium Plus" w:hAnsi="Gentium Plus"/>
          <w:sz w:val="24"/>
        </w:rPr>
        <w:t>πολλῇ, καὶ τὰ λείψανα τῆς ἀῤῥωστίας ἀπεθέμεθα· ὅταν δὲ ἐννοήσωμεν, ὅτι σοὶ καὶ τοῦτο φροντίς ἐστιν, οὐ μικρὰ καὶ τοῦτο ὑγείας ἡμῖν ὑπόθεσις γίνεται, ὅτι οὕτω σφοδρὸν ἔχομεν ἐραστήν. Ὁ Θεός σοι τῆς τοιαύτης σπουδῆς, τῆς ἀγάπης, τοῦ ζήλου,</w:t>
      </w:r>
    </w:p>
    <w:p>
      <w:r>
        <w:rPr>
          <w:rFonts w:ascii="Courier New" w:hAnsi="Courier New"/>
          <w:color w:val="555555"/>
          <w:sz w:val="20"/>
        </w:rPr>
        <w:t>[55]</w:t>
      </w:r>
    </w:p>
    <w:p>
      <w:r>
        <w:rPr>
          <w:rFonts w:ascii="Gentium Plus" w:hAnsi="Gentium Plus"/>
          <w:sz w:val="24"/>
        </w:rPr>
        <w:t>τῆς ἀγρυπνίας δῷ τὸν μισθὸν, κἀν τῷ παρόντι βίῳ, κὰν τῷ μέλλοντι αἰῶνι, καὶ τειχίσειε, καὶ φρουρή‐</w:t>
      </w:r>
    </w:p>
    <w:p>
      <w:r>
        <w:rPr>
          <w:rFonts w:ascii="Courier New" w:hAnsi="Courier New"/>
          <w:color w:val="555555"/>
          <w:sz w:val="20"/>
        </w:rPr>
        <w:t>[52 . 726]</w:t>
      </w:r>
    </w:p>
    <w:p>
      <w:r>
        <w:rPr>
          <w:rFonts w:ascii="Gentium Plus" w:hAnsi="Gentium Plus"/>
          <w:sz w:val="24"/>
        </w:rPr>
        <w:t>ῥήτων ἐκείνων ἀγαθῶν. Δοίη δὲ καὶ ἡμῖν ταχέως ἰδεῖν σου τὸ ποθεινὸν πρόσωπον, ἀπολαῦσαί σου τῆς γλυκείας ψυχῆς, καὶ τὴν καλλίστην ταύτην ἑορτὴν ἀγαγεῖν. Οἶσθα γὰρ ὅτι καὶ ἑορτὴ ἡμῖν καὶ παν‐</w:t>
      </w:r>
    </w:p>
    <w:p>
      <w:r>
        <w:rPr>
          <w:rFonts w:ascii="Courier New" w:hAnsi="Courier New"/>
          <w:color w:val="555555"/>
          <w:sz w:val="20"/>
        </w:rPr>
        <w:t>[5]</w:t>
      </w:r>
    </w:p>
    <w:p>
      <w:r>
        <w:rPr>
          <w:rFonts w:ascii="Gentium Plus" w:hAnsi="Gentium Plus"/>
          <w:sz w:val="24"/>
        </w:rPr>
        <w:t>ήγυρις τὸ καταξιωθῆναι τῆς ἡδίστης καὶ πολλῶν ἀγαθῶν γεμούσης συνουσίας σου, καὶ ταύτης ἀπο‐ λαῦσαι πάλιν.</w:t>
      </w:r>
    </w:p>
    <w:p>
      <w:pPr>
        <w:jc w:val="center"/>
      </w:pPr>
      <w:r>
        <w:rPr>
          <w:rFonts w:ascii="Gentium Plus" w:hAnsi="Gentium Plus"/>
          <w:b/>
          <w:sz w:val="24"/>
        </w:rPr>
        <w:t>ΣΕʹ. Ἀνατολίῳ ἐπαρχικῷ.</w:t>
      </w:r>
    </w:p>
    <w:p>
      <w:r>
        <w:rPr>
          <w:rFonts w:ascii="Courier New" w:hAnsi="Courier New"/>
          <w:color w:val="555555"/>
          <w:sz w:val="20"/>
        </w:rPr>
        <w:t>[9]</w:t>
      </w:r>
    </w:p>
    <w:p>
      <w:r>
        <w:rPr>
          <w:rFonts w:ascii="Gentium Plus" w:hAnsi="Gentium Plus"/>
          <w:sz w:val="24"/>
        </w:rPr>
        <w:t>Ὀψὲ μὲν ἐπιστέλλω καὶ βραχέα, μᾶλλον δὲ βρα‐</w:t>
      </w:r>
    </w:p>
    <w:p>
      <w:r>
        <w:rPr>
          <w:rFonts w:ascii="Courier New" w:hAnsi="Courier New"/>
          <w:color w:val="555555"/>
          <w:sz w:val="20"/>
        </w:rPr>
        <w:t>[10]</w:t>
      </w:r>
    </w:p>
    <w:p>
      <w:r>
        <w:rPr>
          <w:rFonts w:ascii="Gentium Plus" w:hAnsi="Gentium Plus"/>
          <w:sz w:val="24"/>
        </w:rPr>
        <w:t>δέως, πρὸς τὴν σὴν εὐγένειαν· πλὴν ἀλλ’ οὐ ῥᾳθυμία τὴν σιγὴν εἰργάσατο, ἀλλ’ ἀῤῥωστία μακρά· ὡς τῇ γε ἀγάπῃ διηνεκῶς συνδεδέμεθα, τὸ γνήσιόν σου τῆς ἀγάπης εἰδότες, τὸ ἐλευθέριον τῆς γνώμης, τὸ ἄπλα‐ στον καὶ εἰλικρινές. Καὶ οὐκ ἐπαυσάμεθα πρὸς</w:t>
      </w:r>
    </w:p>
    <w:p>
      <w:r>
        <w:rPr>
          <w:rFonts w:ascii="Courier New" w:hAnsi="Courier New"/>
          <w:color w:val="555555"/>
          <w:sz w:val="20"/>
        </w:rPr>
        <w:t>[15]</w:t>
      </w:r>
    </w:p>
    <w:p>
      <w:r>
        <w:rPr>
          <w:rFonts w:ascii="Gentium Plus" w:hAnsi="Gentium Plus"/>
          <w:sz w:val="24"/>
        </w:rPr>
        <w:t>ἅπαντας ἀνακηρύττοντες τὴν διάθεσιν, ἧς συνεχῶς ἀπηλαύσαμεν παρὰ τῆς σῆς εὐγενείας, οὐχὶ παρόντες μόνον, ἀλλὰ καὶ ἀπόντες· οὐ γὰρ μετὰ τὴν ἀποδη‐ μίαν ἔλαθεν ἡμᾶς, ὅσα καὶ ποιεῖν καὶ λέγειν ὑπὲρ ἡμῶν ἐσπούδακας. Ὁ Θεός σοι δῴη τὸν μισθὸν τῆς</w:t>
      </w:r>
    </w:p>
    <w:p>
      <w:r>
        <w:rPr>
          <w:rFonts w:ascii="Courier New" w:hAnsi="Courier New"/>
          <w:color w:val="555555"/>
          <w:sz w:val="20"/>
        </w:rPr>
        <w:t>[20]</w:t>
      </w:r>
    </w:p>
    <w:p>
      <w:r>
        <w:rPr>
          <w:rFonts w:ascii="Gentium Plus" w:hAnsi="Gentium Plus"/>
          <w:sz w:val="24"/>
        </w:rPr>
        <w:t>τοιαύτης σπουδῆς, καὶ ἐνταῦθα, καὶ ἐν τῷ μέλλοντι αἰῶνι. Ἵνα δὲ καὶ πλείονος ἀπολαύωμεν ἡδονῆς, μὴ γράφοντες μόνον, ἀλλὰ καὶ γράμματα δεχόμενοι παρὰ τῆς ἐμμελείας τῆς σῆς, ἐπιστεῖλαι ἡμῖν παρακλήθητι, περὶ τῆς ὑγείας τῆς σῆς εὐαγγε‐</w:t>
      </w:r>
    </w:p>
    <w:p>
      <w:r>
        <w:rPr>
          <w:rFonts w:ascii="Courier New" w:hAnsi="Courier New"/>
          <w:color w:val="555555"/>
          <w:sz w:val="20"/>
        </w:rPr>
        <w:t>[25]</w:t>
      </w:r>
    </w:p>
    <w:p>
      <w:r>
        <w:rPr>
          <w:rFonts w:ascii="Gentium Plus" w:hAnsi="Gentium Plus"/>
          <w:sz w:val="24"/>
        </w:rPr>
        <w:t>λιζόμενος, ἵνα καὶ ἐν τῇ ἐρημίᾳ ταύτῃ καθεζόμενοι πολλὴν καρπωσώμεθα τὴν παράκλησιν. Ἂν γὰρ δεξώμεθα ἐπιστολὴν τῆς ἀγάπης σου, τὰ περὶ τῆς ῥώσεως ἡμῖν ἀπαγγέλλουσαν τῆς σῆς, καὶ τῶν σοὶ προσηκόντων ἁπάντων, πολλὴν, καὶ ἐν ἀλλοτρίᾳ δια‐</w:t>
      </w:r>
    </w:p>
    <w:p>
      <w:r>
        <w:rPr>
          <w:rFonts w:ascii="Courier New" w:hAnsi="Courier New"/>
          <w:color w:val="555555"/>
          <w:sz w:val="20"/>
        </w:rPr>
        <w:t>[30]</w:t>
      </w:r>
    </w:p>
    <w:p>
      <w:r>
        <w:rPr>
          <w:rFonts w:ascii="Gentium Plus" w:hAnsi="Gentium Plus"/>
          <w:sz w:val="24"/>
        </w:rPr>
        <w:t>τρίβοντες γῇ, δεξόμεθα παράκλησιν.</w:t>
      </w:r>
    </w:p>
    <w:p>
      <w:pPr>
        <w:jc w:val="center"/>
      </w:pPr>
      <w:r>
        <w:rPr>
          <w:rFonts w:ascii="Gentium Plus" w:hAnsi="Gentium Plus"/>
          <w:b/>
          <w:sz w:val="24"/>
        </w:rPr>
        <w:t>Σϛʹ. Θεοδούλῳ διακόνῳ.</w:t>
      </w:r>
    </w:p>
    <w:p>
      <w:r>
        <w:rPr>
          <w:rFonts w:ascii="Courier New" w:hAnsi="Courier New"/>
          <w:color w:val="555555"/>
          <w:sz w:val="20"/>
        </w:rPr>
        <w:t>[32]</w:t>
      </w:r>
    </w:p>
    <w:p>
      <w:r>
        <w:rPr>
          <w:rFonts w:ascii="Gentium Plus" w:hAnsi="Gentium Plus"/>
          <w:sz w:val="24"/>
        </w:rPr>
        <w:t>Εἰ καὶ χαλεπὸς ὁ χειμὼν, καὶ πρὸς ὕψος ἐγήγερ‐ ται μέγα, καὶ οἱ βουλόμενοι λυμαίνεσθαι ταῖς Ἐκ‐ κλησίαις ταῖς εἰς Γοτθίαν πολλὴν ποιοῦνται σπου‐</w:t>
      </w:r>
    </w:p>
    <w:p>
      <w:r>
        <w:rPr>
          <w:rFonts w:ascii="Courier New" w:hAnsi="Courier New"/>
          <w:color w:val="555555"/>
          <w:sz w:val="20"/>
        </w:rPr>
        <w:t>[35]</w:t>
      </w:r>
    </w:p>
    <w:p>
      <w:r>
        <w:rPr>
          <w:rFonts w:ascii="Gentium Plus" w:hAnsi="Gentium Plus"/>
          <w:sz w:val="24"/>
        </w:rPr>
        <w:t>δὴν, πανταχοῦ περιτρέχοντες, ἀλλ’ ὑμεῖς μὴ διαλί‐ πητε τὰ παρ’ ἑαυτῶν εἰσφέροντες. Κἂν γὰρ μηδὲν ἀνύσητε πλέον, ὅπερ οὐχ ἡγοῦμαι, ἀλλ’ ὅμως τῆς γνώμης, καὶ τῆς προθέσεως ἀπηρτισμένον ἔχετε παρὰ τοῦ φιλανθρώπου Θεοῦ τὸν μισθόν. Μὴ τοίνυν</w:t>
      </w:r>
    </w:p>
    <w:p>
      <w:r>
        <w:rPr>
          <w:rFonts w:ascii="Courier New" w:hAnsi="Courier New"/>
          <w:color w:val="555555"/>
          <w:sz w:val="20"/>
        </w:rPr>
        <w:t>[40]</w:t>
      </w:r>
    </w:p>
    <w:p>
      <w:r>
        <w:rPr>
          <w:rFonts w:ascii="Gentium Plus" w:hAnsi="Gentium Plus"/>
          <w:sz w:val="24"/>
        </w:rPr>
        <w:t>κάμῃς, ἀγαπητὲ, σπουδάζων, μεριμνῶν, φροντίζων, καὶ διὰ σαυτοῦ, καὶ δι’ ἑτέρων, ὧν ἂν οἷόν τε ᾖ, ὥστε μὴ γενέσθαι ταραχὰς αὐτόθι καὶ θορύβους. Πρὸ δὲ πάντων εὔχεσθε, καὶ μὴ διαλίπητε ἐκτενῶς δεό‐ μενοι τοῦ φιλανθρώπου Θεοῦ, καὶ μετὰ τῆς προσ‐</w:t>
      </w:r>
    </w:p>
    <w:p>
      <w:r>
        <w:rPr>
          <w:rFonts w:ascii="Courier New" w:hAnsi="Courier New"/>
          <w:color w:val="555555"/>
          <w:sz w:val="20"/>
        </w:rPr>
        <w:t>[45]</w:t>
      </w:r>
    </w:p>
    <w:p>
      <w:r>
        <w:rPr>
          <w:rFonts w:ascii="Gentium Plus" w:hAnsi="Gentium Plus"/>
          <w:sz w:val="24"/>
        </w:rPr>
        <w:t>ηκούσης σπουδῆς, ἵνα λύσῃ τὰ κατέχοντα νῦν κακὰ, καὶ πολλὴν παράσχῃ καὶ βαθεῖαν τῇ Ἐκκλησίᾳ εἰ‐ ρήνην. Τέως μέντοι, ὅπερ καὶ ἔμπροσθεν ἐπέσταλκα, πάντα ποιήσατε, ὥστε ἀναβολήν τινα γενέσθαι τῷ πράγματι, καὶ γράφε ἡμῖν συνεχῶς, ἕως ἂν ᾖς αὐ‐</w:t>
      </w:r>
    </w:p>
    <w:p>
      <w:r>
        <w:rPr>
          <w:rFonts w:ascii="Courier New" w:hAnsi="Courier New"/>
          <w:color w:val="555555"/>
          <w:sz w:val="20"/>
        </w:rPr>
        <w:t>[52 . 726 (50)]</w:t>
      </w:r>
    </w:p>
    <w:p>
      <w:r>
        <w:rPr>
          <w:rFonts w:ascii="Gentium Plus" w:hAnsi="Gentium Plus"/>
          <w:sz w:val="24"/>
        </w:rPr>
        <w:t>τόθι.</w:t>
      </w:r>
    </w:p>
    <w:p>
      <w:pPr>
        <w:jc w:val="center"/>
      </w:pPr>
      <w:r>
        <w:rPr>
          <w:rFonts w:ascii="Gentium Plus" w:hAnsi="Gentium Plus"/>
          <w:b/>
          <w:sz w:val="24"/>
        </w:rPr>
        <w:t>ΣΖʹ. Τοῖς μονάζουσι Γότθοις τοῖς ἐν τοῖς Προ‐</w:t>
      </w:r>
    </w:p>
    <w:p>
      <w:pPr>
        <w:jc w:val="center"/>
      </w:pPr>
      <w:r>
        <w:rPr>
          <w:rFonts w:ascii="Gentium Plus" w:hAnsi="Gentium Plus"/>
          <w:b/>
          <w:sz w:val="24"/>
        </w:rPr>
        <w:t>μώτου.</w:t>
      </w:r>
    </w:p>
    <w:p>
      <w:r>
        <w:rPr>
          <w:rFonts w:ascii="Courier New" w:hAnsi="Courier New"/>
          <w:color w:val="555555"/>
          <w:sz w:val="20"/>
        </w:rPr>
        <w:t>[53]</w:t>
      </w:r>
    </w:p>
    <w:p>
      <w:r>
        <w:rPr>
          <w:rFonts w:ascii="Gentium Plus" w:hAnsi="Gentium Plus"/>
          <w:sz w:val="24"/>
        </w:rPr>
        <w:t>Ἔγνων καὶ πρὸ τῶν γραμμάτων τῶν ὑμετέρων</w:t>
      </w:r>
    </w:p>
    <w:p>
      <w:r>
        <w:rPr>
          <w:rFonts w:ascii="Courier New" w:hAnsi="Courier New"/>
          <w:color w:val="555555"/>
          <w:sz w:val="20"/>
        </w:rPr>
        <w:t>[52 . 727]</w:t>
      </w:r>
    </w:p>
    <w:p>
      <w:r>
        <w:rPr>
          <w:rFonts w:ascii="Gentium Plus" w:hAnsi="Gentium Plus"/>
          <w:sz w:val="24"/>
        </w:rPr>
        <w:t>ὅσην ὑπομένετε θλίψιν, ὅσας ἐπιβουλὰς, ὅσους πει‐ ρασμοὺς, ὅσας ἐπηρείας· καὶ διὰ τοῦτο μάλιστα ὑμᾶς μακαρίζω, τοὺς στεφάνους τοὺς ἐκ τούτων ἐννοῶν, τὰ βραβεῖα, τὰ ἔπαθλα. Ὥσπερ γὰρ οἱ ἐπι‐</w:t>
      </w:r>
    </w:p>
    <w:p>
      <w:r>
        <w:rPr>
          <w:rFonts w:ascii="Courier New" w:hAnsi="Courier New"/>
          <w:color w:val="555555"/>
          <w:sz w:val="20"/>
        </w:rPr>
        <w:t>[5]</w:t>
      </w:r>
    </w:p>
    <w:p>
      <w:r>
        <w:rPr>
          <w:rFonts w:ascii="Gentium Plus" w:hAnsi="Gentium Plus"/>
          <w:sz w:val="24"/>
        </w:rPr>
        <w:t>βουλεύοντες ὑμῖν, καὶ ταράττοντες ὑμᾶς, κρῖμα καθ’ ἑαυτῶν χαλεπὸν ἐπιφέρουσι, καὶ τὸ τῆς γεέννης κατὰ τῆς ἑαυτῶν κεφαλῆς ἐπισωρεύουσι πῦρ· οὕτως ὑμεῖς οἱ ταῦτα πάσχοντες, πολλῆς ἀπολαύσεσθε τῆς ἀμοιβῆς, πολλῆς τῆς ἀντιδόσεως. Μὴ δὴ θορυβεῖσθε,</w:t>
      </w:r>
    </w:p>
    <w:p>
      <w:r>
        <w:rPr>
          <w:rFonts w:ascii="Courier New" w:hAnsi="Courier New"/>
          <w:color w:val="555555"/>
          <w:sz w:val="20"/>
        </w:rPr>
        <w:t>[10]</w:t>
      </w:r>
    </w:p>
    <w:p>
      <w:r>
        <w:rPr>
          <w:rFonts w:ascii="Gentium Plus" w:hAnsi="Gentium Plus"/>
          <w:sz w:val="24"/>
        </w:rPr>
        <w:t>μηδὲ διαταράττεσθε ἐντεῦθεν, ἀλλὰ χαίρετε καὶ σκιρτᾶτε, ἀποστολικὸν φρόνημα διατηροῦντες τὸ λέ‐ γον· Νῦν χαίρω ἐν τοῖς παθήμασί μου· καὶ πά‐ λιν, Οὐ μόνον δὲ, ἀλλὰ καὶ καυχώμεθα ἐν ταῖς θλίψεσιν, εἰδότες ὅτι ἡ θλίψις ὑπομονὴν κατερ‐</w:t>
      </w:r>
    </w:p>
    <w:p>
      <w:r>
        <w:rPr>
          <w:rFonts w:ascii="Courier New" w:hAnsi="Courier New"/>
          <w:color w:val="555555"/>
          <w:sz w:val="20"/>
        </w:rPr>
        <w:t>[15]</w:t>
      </w:r>
    </w:p>
    <w:p>
      <w:r>
        <w:rPr>
          <w:rFonts w:ascii="Gentium Plus" w:hAnsi="Gentium Plus"/>
          <w:sz w:val="24"/>
        </w:rPr>
        <w:t>γάζεται, ἡ δὲ ὑπομονὴ δοκιμήν. Δοκιμώτεροι τοίνυν γενόμενοι, καὶ εὐπορώτεροι τὴν εὐπορίαν τὴν ἐν οὐρανοῖς, κἂν χαλεπώτερα τούτων πάσχητε, μει‐ ζόνως ἀγάλλεσθε. Οὐ γὰρ ἄξια τὰ παθήματα τοῦ νῦν καιροῦ πρὸς τὴν μέλλουσαν δόξαν ἀπο‐</w:t>
      </w:r>
    </w:p>
    <w:p>
      <w:r>
        <w:rPr>
          <w:rFonts w:ascii="Courier New" w:hAnsi="Courier New"/>
          <w:color w:val="555555"/>
          <w:sz w:val="20"/>
        </w:rPr>
        <w:t>[20]</w:t>
      </w:r>
    </w:p>
    <w:p>
      <w:r>
        <w:rPr>
          <w:rFonts w:ascii="Gentium Plus" w:hAnsi="Gentium Plus"/>
          <w:sz w:val="24"/>
        </w:rPr>
        <w:t>καλύπτεσθαι εἰς ἡμᾶς. Οὐδὲ γὰρ ἔλαθεν ἡμᾶς ἡ ὑπομονὴ ὑμῶν, ἡ ἀνδρεία, ἡ καρτερία, ἡ γνησία καὶ θερμὴ διάθεσις, τὸ ἀκλινὲς ὑμῶν τῆς γνώμης, τὸ ἀπερίτρεπτον, τὸ ἀκίνητον. Διὸ καὶ ἡμεῖς ὑμῖν πολ‐ λὰς ὁμολογοῦμεν χάριτας, καὶ συνδεδέμεθα ὑμῶν</w:t>
      </w:r>
    </w:p>
    <w:p>
      <w:r>
        <w:rPr>
          <w:rFonts w:ascii="Courier New" w:hAnsi="Courier New"/>
          <w:color w:val="555555"/>
          <w:sz w:val="20"/>
        </w:rPr>
        <w:t>[25]</w:t>
      </w:r>
    </w:p>
    <w:p>
      <w:r>
        <w:rPr>
          <w:rFonts w:ascii="Gentium Plus" w:hAnsi="Gentium Plus"/>
          <w:sz w:val="24"/>
        </w:rPr>
        <w:t>ταῖς ψυχαῖς διηνεκῶς, καὶ τῆς ὁδοῦ τὸ μῆκος οὐδὲ ῥᾳθυμοτέρους ἡμᾶς περὶ τὴν ἀγάπην τὴν ὑμετέραν ἐργάζεται. Χάριν δὲ ὑμῖν ἔχω καὶ τῆς σπουδῆς ἣν ἐπεδείξασθε ὑπὲρ τοῦ μηδένα θόρυβον γενέσθαι ἐν τῇ Ἐκκλησίᾳ τῇ τῶν Γότθων, ἀλλ’ εἰς ἀναβολὴν τὸ</w:t>
      </w:r>
    </w:p>
    <w:p>
      <w:r>
        <w:rPr>
          <w:rFonts w:ascii="Courier New" w:hAnsi="Courier New"/>
          <w:color w:val="555555"/>
          <w:sz w:val="20"/>
        </w:rPr>
        <w:t>[30]</w:t>
      </w:r>
    </w:p>
    <w:p>
      <w:r>
        <w:rPr>
          <w:rFonts w:ascii="Gentium Plus" w:hAnsi="Gentium Plus"/>
          <w:sz w:val="24"/>
        </w:rPr>
        <w:t>πρᾶγμα ἐμπεσεῖν. Καὶ οὐ μόνον οὐκ ἐγκαλῶ, ὅτι οὐδένα ἐπέμψατε, ἀλλὰ καὶ ἐπαινῶ καὶ θαυμάζω. Ἐκεῖνο γὰρ πολὺ τούτου προτιμότερον, τὸ πάντας ὑμᾶς εἰς τὴν ὑπόθεσιν ταύτην ἀσχολεῖσθαι. Μὴ δὴ διαλίπητε τὰ παρ’ ὑμῶν αὐτῶν εἰσφέροντες καὶ δι’</w:t>
      </w:r>
    </w:p>
    <w:p>
      <w:r>
        <w:rPr>
          <w:rFonts w:ascii="Courier New" w:hAnsi="Courier New"/>
          <w:color w:val="555555"/>
          <w:sz w:val="20"/>
        </w:rPr>
        <w:t>[35]</w:t>
      </w:r>
    </w:p>
    <w:p>
      <w:r>
        <w:rPr>
          <w:rFonts w:ascii="Gentium Plus" w:hAnsi="Gentium Plus"/>
          <w:sz w:val="24"/>
        </w:rPr>
        <w:t>ὑμῶν αὐτῶν, καὶ δι’ ἑτέρων, ὧν ἂν οἷόν τε ᾖ, ὥστε ὑπέρθεσιν τῷ πράγματι γενέσθαι. Ἄν τε γὰρ ἀνύ‐ σητέ τι, ἄν τε μὴ, τὸν μισθὸν ἀπηρτισμένον ἔχετε τῆς γνώμης καὶ τῆς προθυμίας.</w:t>
      </w:r>
    </w:p>
    <w:p>
      <w:pPr>
        <w:jc w:val="center"/>
      </w:pPr>
      <w:r>
        <w:rPr>
          <w:rFonts w:ascii="Gentium Plus" w:hAnsi="Gentium Plus"/>
          <w:b/>
          <w:sz w:val="24"/>
        </w:rPr>
        <w:t>ΣΗʹ. Ἀκακίῳ πρεσβυτέρῳ.</w:t>
      </w:r>
    </w:p>
    <w:p>
      <w:r>
        <w:rPr>
          <w:rFonts w:ascii="Courier New" w:hAnsi="Courier New"/>
          <w:color w:val="555555"/>
          <w:sz w:val="20"/>
        </w:rPr>
        <w:t>[40]</w:t>
      </w:r>
    </w:p>
    <w:p>
      <w:r>
        <w:rPr>
          <w:rFonts w:ascii="Gentium Plus" w:hAnsi="Gentium Plus"/>
          <w:sz w:val="24"/>
        </w:rPr>
        <w:t>Ὁ οὕτω θερμὸς ἡμῶν ἐραστὴς, ὁ οὕτω σφοδρῶς περὶ ἡμᾶς διακείμενος, οὐδὲ γραμμάτων ἡμῖν μετα‐ δίδως τῶν σῶν. Καίτοι γε ἤδη ἐπεστάλκαμεν καὶ ἅπαξ, καὶ δίς· αὐτὸς δὲ ὀκνηρότερος περὶ τοῦτο γέ‐ γονας. Ἐννοῶν τοίνυν ἡλίκα ἡμῖν χαρίζῃ, τὰ περὶ</w:t>
      </w:r>
    </w:p>
    <w:p>
      <w:r>
        <w:rPr>
          <w:rFonts w:ascii="Courier New" w:hAnsi="Courier New"/>
          <w:color w:val="555555"/>
          <w:sz w:val="20"/>
        </w:rPr>
        <w:t>[45]</w:t>
      </w:r>
    </w:p>
    <w:p>
      <w:r>
        <w:rPr>
          <w:rFonts w:ascii="Gentium Plus" w:hAnsi="Gentium Plus"/>
          <w:sz w:val="24"/>
        </w:rPr>
        <w:t>τῆς ὑγιείας σου δηλῶν, μετὰ πολλοῦ τοῦ τάχους ἡμῖν γράψαι παρακλήθητι. Πολλὴν γὰρ καρπούμεθα πα‐ ράκλησιν, τὰ περὶ τῆς ὑγείας ὑμῶν τῶν ἀγαπώντων ἡμᾶς μανθάνοντες συνεχῶς.</w:t>
      </w:r>
    </w:p>
    <w:p>
      <w:pPr>
        <w:jc w:val="center"/>
      </w:pPr>
      <w:r>
        <w:rPr>
          <w:rFonts w:ascii="Gentium Plus" w:hAnsi="Gentium Plus"/>
          <w:b/>
          <w:sz w:val="24"/>
        </w:rPr>
        <w:t>ΣΘʹ. Σαλβίωνι.</w:t>
      </w:r>
    </w:p>
    <w:p>
      <w:r>
        <w:rPr>
          <w:rFonts w:ascii="Courier New" w:hAnsi="Courier New"/>
          <w:color w:val="555555"/>
          <w:sz w:val="20"/>
        </w:rPr>
        <w:t>[52 . 727 (50)]</w:t>
      </w:r>
    </w:p>
    <w:p>
      <w:r>
        <w:rPr>
          <w:rFonts w:ascii="Gentium Plus" w:hAnsi="Gentium Plus"/>
          <w:sz w:val="24"/>
        </w:rPr>
        <w:t>Ὅτι μὲν ἡμᾶς ἀγαπᾷς, κἂν γράφῃς, κἂν σιγᾷς, οἶδα σαφῶς. Οὐδὲ γὰρ δύνασαι λαθεῖν οὕτω σφοδρὸς ἡμῶν ὢν ἐραστὴς, ἀλλὰ πάντες τοῦτο ᾄδουσι, καὶ</w:t>
      </w:r>
    </w:p>
    <w:p>
      <w:r>
        <w:rPr>
          <w:rFonts w:ascii="Courier New" w:hAnsi="Courier New"/>
          <w:color w:val="555555"/>
          <w:sz w:val="20"/>
        </w:rPr>
        <w:t>[52 . 728]</w:t>
      </w:r>
    </w:p>
    <w:p>
      <w:r>
        <w:rPr>
          <w:rFonts w:ascii="Gentium Plus" w:hAnsi="Gentium Plus"/>
          <w:sz w:val="24"/>
        </w:rPr>
        <w:t>γνησίαν ἡμῖν ἀπαγγέλλουσιν ἀγάπην. Ἐβουλόμεθα δὲ καὶ γράμματα συνεχῶς δέχεσθαι παρὰ τῆς εὐγε‐ νείας τῆς σῆς, περὶ τῆς ὑγείας τῆς σῆς δηλοῦντα, καὶ τῆς δεσποίνης μου τῆς ἐλευθέρας σου, καὶ τοῦ</w:t>
      </w:r>
    </w:p>
    <w:p>
      <w:r>
        <w:rPr>
          <w:rFonts w:ascii="Courier New" w:hAnsi="Courier New"/>
          <w:color w:val="555555"/>
          <w:sz w:val="20"/>
        </w:rPr>
        <w:t>[5]</w:t>
      </w:r>
    </w:p>
    <w:p>
      <w:r>
        <w:rPr>
          <w:rFonts w:ascii="Gentium Plus" w:hAnsi="Gentium Plus"/>
          <w:sz w:val="24"/>
        </w:rPr>
        <w:t>οἴκου σου παντός· οἶσθα γὰρ ὅπως ἡμῖν τοῦτο πε‐ ρισπούδαστον. Ταῦτ’ οὖν εἰδὼς, δέσποτά μου τιμιώ‐ τατε, εἰ καὶ ἐργῶδες ὅπερ αἰτοῦμεν λοιπὸν διὰ τὴν τοῦ χειμῶνος ὥραν, καὶ τὸ σπανιάκις ἡμῖν τινας ἐπιχωριάζειν, ὅτε ἂν ἐξῇ, γράφειν ἡμῖν μὴ κατόκνει,</w:t>
      </w:r>
    </w:p>
    <w:p>
      <w:r>
        <w:rPr>
          <w:rFonts w:ascii="Courier New" w:hAnsi="Courier New"/>
          <w:color w:val="555555"/>
          <w:sz w:val="20"/>
        </w:rPr>
        <w:t>[10]</w:t>
      </w:r>
    </w:p>
    <w:p>
      <w:r>
        <w:rPr>
          <w:rFonts w:ascii="Gentium Plus" w:hAnsi="Gentium Plus"/>
          <w:sz w:val="24"/>
        </w:rPr>
        <w:t>ταῦτα δηλῶν ἅπερ ᾐτήσαμεν. Τὴν γὰρ ὑγείαν τὴν ὑμετέραν καὶ τὴν ἀσφάλειαν ἡμέτερον εἶναι νομί‐ ζομεν πλοῦτον, καὶ εὐφροσύνην, καὶ πολλὴν ἡδονήν. Μὴ δὴ τοσαύτης ἡμᾶς ἀποστερήσῃς ἡδονῆς, ἀλλὰ χαρίζου τοῖς σφόδρα σε ἀγαπῶσι τὴν διὰ τῶν τοιού‐</w:t>
      </w:r>
    </w:p>
    <w:p>
      <w:r>
        <w:rPr>
          <w:rFonts w:ascii="Courier New" w:hAnsi="Courier New"/>
          <w:color w:val="555555"/>
          <w:sz w:val="20"/>
        </w:rPr>
        <w:t>[15]</w:t>
      </w:r>
    </w:p>
    <w:p>
      <w:r>
        <w:rPr>
          <w:rFonts w:ascii="Gentium Plus" w:hAnsi="Gentium Plus"/>
          <w:sz w:val="24"/>
        </w:rPr>
        <w:t>των γραμμάτων παράκλησιν, πολλὴν ἡμῖν κομίζουσαν τὴν παραμυθίαν.</w:t>
      </w:r>
    </w:p>
    <w:p>
      <w:pPr>
        <w:jc w:val="center"/>
      </w:pPr>
      <w:r>
        <w:rPr>
          <w:rFonts w:ascii="Gentium Plus" w:hAnsi="Gentium Plus"/>
          <w:b/>
          <w:sz w:val="24"/>
        </w:rPr>
        <w:t>ΣΙʹ. Θεοδώρῳ.</w:t>
      </w:r>
    </w:p>
    <w:p>
      <w:r>
        <w:rPr>
          <w:rFonts w:ascii="Courier New" w:hAnsi="Courier New"/>
          <w:color w:val="555555"/>
          <w:sz w:val="20"/>
        </w:rPr>
        <w:t>[18]</w:t>
      </w:r>
    </w:p>
    <w:p>
      <w:r>
        <w:rPr>
          <w:rFonts w:ascii="Gentium Plus" w:hAnsi="Gentium Plus"/>
          <w:sz w:val="24"/>
        </w:rPr>
        <w:t>Ἐθαύμασα πῶς παρ’ ἑτέρων ἔμαθον τὴν ῥᾳθυμίαν Σαλουστίου τοῦ πρεσβυτέρου. Καὶ γὰρ ἐγνωρίσθη</w:t>
      </w:r>
    </w:p>
    <w:p>
      <w:r>
        <w:rPr>
          <w:rFonts w:ascii="Courier New" w:hAnsi="Courier New"/>
          <w:color w:val="555555"/>
          <w:sz w:val="20"/>
        </w:rPr>
        <w:t>[20]</w:t>
      </w:r>
    </w:p>
    <w:p>
      <w:r>
        <w:rPr>
          <w:rFonts w:ascii="Gentium Plus" w:hAnsi="Gentium Plus"/>
          <w:sz w:val="24"/>
        </w:rPr>
        <w:t>μοι ὅτι μόλις πέντε ὁμιλίας εἶπεν ἕως Ὀκτωβρίου μηνὸς, καὶ ὅτι καὶ αὐτὸς καὶ Θεόφιλος ὁ πρεσβύτε‐ ρος, ὁ μὲν ὄκνῳ, ὁ δὲ δειλίᾳ, οὐ παραβάλλουσι τῇ συνάξει. Ἀλλὰ Θεοφίλῳ μὲν σφοδρότερον ἐπέστειλα, καθαψάμενος αὐτοῦ, Σαλουστίου δὲ ἕνεκεν τῇ σῇ ἐπι‐</w:t>
      </w:r>
    </w:p>
    <w:p>
      <w:r>
        <w:rPr>
          <w:rFonts w:ascii="Courier New" w:hAnsi="Courier New"/>
          <w:color w:val="555555"/>
          <w:sz w:val="20"/>
        </w:rPr>
        <w:t>[25]</w:t>
      </w:r>
    </w:p>
    <w:p>
      <w:r>
        <w:rPr>
          <w:rFonts w:ascii="Gentium Plus" w:hAnsi="Gentium Plus"/>
          <w:sz w:val="24"/>
        </w:rPr>
        <w:t>στέλλω τιμιότητι, ἐπειδὴ οἶδα πῶς αὐτοῦ σφοδρὸς ἐραστὴς εἶ· καὶ σφόδρα χαίρω καὶ εὐφραίνομαι ἐπὶ τούτῳ. Καὶ ἀλγῶ πρὸς τὴν σὴν τιμιότητα, ὅτι μοι οὐκ ἐποίησας τοῦτο δῆλον, δέον καὶ διορθῶσαι, αὐτὸς δὲ οὐδέτερον τούτων ἐποίησας. Νῦν γοῦν παρακαλῶ,</w:t>
      </w:r>
    </w:p>
    <w:p>
      <w:r>
        <w:rPr>
          <w:rFonts w:ascii="Courier New" w:hAnsi="Courier New"/>
          <w:color w:val="555555"/>
          <w:sz w:val="20"/>
        </w:rPr>
        <w:t>[30]</w:t>
      </w:r>
    </w:p>
    <w:p>
      <w:r>
        <w:rPr>
          <w:rFonts w:ascii="Gentium Plus" w:hAnsi="Gentium Plus"/>
          <w:sz w:val="24"/>
        </w:rPr>
        <w:t>καὶ σαυτῷ καὶ ἡμῖν τὰ μέγιστα χαριζόμενος, διέγει‐ ρον αὐτὸν σφοδρότερον, καὶ μὴ ἔα αὐτὸν καθεύδειν, μηδὲ ἀργεῖν. Εἰ γὰρ μὴ νῦν ἐν τῷ χειμῶνι τῶν πρα‐ γμάτων τούτων καὶ τῇ ζάλῃ τὴν προσήκουσαν ἐπι‐ δείξαιτο ἀνδρείαν, πότε αὐτοῦ δεηθησόμεθα οὕ‐</w:t>
      </w:r>
    </w:p>
    <w:p>
      <w:r>
        <w:rPr>
          <w:rFonts w:ascii="Courier New" w:hAnsi="Courier New"/>
          <w:color w:val="555555"/>
          <w:sz w:val="20"/>
        </w:rPr>
        <w:t>[35]</w:t>
      </w:r>
    </w:p>
    <w:p>
      <w:r>
        <w:rPr>
          <w:rFonts w:ascii="Gentium Plus" w:hAnsi="Gentium Plus"/>
          <w:sz w:val="24"/>
        </w:rPr>
        <w:t>τως; ὅταν γαλήνη γένηται καὶ εἰρήνη; Παρακαλῶ τοίνυν, τὰ σαυτῷ πρέποντα ποιῶν καὶ αὐτὸν καὶ πάντας διέγειρον εἰς τὴν σπουδὴν καὶ τὴν ἀντίληψιν τοῦ χειμαζομένου λαοῦ, ὃ καὶ πρὸ τῶν ἡμετέρων γραμμάτων εὖ οἶδ’ ὅτι οἴκοθεν καὶ παρὰ σαυτοῦ</w:t>
      </w:r>
    </w:p>
    <w:p>
      <w:r>
        <w:rPr>
          <w:rFonts w:ascii="Courier New" w:hAnsi="Courier New"/>
          <w:color w:val="555555"/>
          <w:sz w:val="20"/>
        </w:rPr>
        <w:t>[40]</w:t>
      </w:r>
    </w:p>
    <w:p>
      <w:r>
        <w:rPr>
          <w:rFonts w:ascii="Gentium Plus" w:hAnsi="Gentium Plus"/>
          <w:sz w:val="24"/>
        </w:rPr>
        <w:t>ποιεῖς.</w:t>
      </w:r>
    </w:p>
    <w:p>
      <w:pPr>
        <w:jc w:val="center"/>
      </w:pPr>
      <w:r>
        <w:rPr>
          <w:rFonts w:ascii="Gentium Plus" w:hAnsi="Gentium Plus"/>
          <w:b/>
          <w:sz w:val="24"/>
        </w:rPr>
        <w:t>ΣΙΑʹ. Τιμοθέῳ πρεσβυτέρῳ.</w:t>
      </w:r>
    </w:p>
    <w:p>
      <w:r>
        <w:rPr>
          <w:rFonts w:ascii="Courier New" w:hAnsi="Courier New"/>
          <w:color w:val="555555"/>
          <w:sz w:val="20"/>
        </w:rPr>
        <w:t>[42]</w:t>
      </w:r>
    </w:p>
    <w:p>
      <w:r>
        <w:rPr>
          <w:rFonts w:ascii="Gentium Plus" w:hAnsi="Gentium Plus"/>
          <w:sz w:val="24"/>
        </w:rPr>
        <w:t>Ἡμεῖς μὲν σοὶ καὶ πρώην ἐπεστάλκαμεν καὶ τῷ κυρίῳ μου τῷ τιμιωτάτῳ τριβούνῳ Μαρκιανῷ· αὐτὸς δὲ οὔτε παρ’ ἐκείνου γράμματα ἡμῖν πεμφθῆναι</w:t>
      </w:r>
    </w:p>
    <w:p>
      <w:r>
        <w:rPr>
          <w:rFonts w:ascii="Courier New" w:hAnsi="Courier New"/>
          <w:color w:val="555555"/>
          <w:sz w:val="20"/>
        </w:rPr>
        <w:t>[45]</w:t>
      </w:r>
    </w:p>
    <w:p>
      <w:r>
        <w:rPr>
          <w:rFonts w:ascii="Gentium Plus" w:hAnsi="Gentium Plus"/>
          <w:sz w:val="24"/>
        </w:rPr>
        <w:t>παρεσκεύασας, οὔτε αὐτὸς ἡμῖν ἐπέσταλκας. Ἀλλ’ ὅμως ἡμεῖς ἑαυτοὺς μιμούμενοι, οὐ παυόμεθα δι‐ ηνεκῶς ὑμῶν μεμνημένοι καὶ ἐπιστέλλοντες, ἡνίκα ἂν ἐξῇ· ὃ δὴ καὶ νῦν πεποιήκαμεν, χάριτας ὑμῖν ὁμολογοῦντες μυρίας ὑπὲρ τῆς σπουδῆς ἧς ἐπιδεί‐</w:t>
      </w:r>
    </w:p>
    <w:p>
      <w:r>
        <w:rPr>
          <w:rFonts w:ascii="Courier New" w:hAnsi="Courier New"/>
          <w:color w:val="555555"/>
          <w:sz w:val="20"/>
        </w:rPr>
        <w:t>[52 . 728 (50)]</w:t>
      </w:r>
    </w:p>
    <w:p>
      <w:r>
        <w:rPr>
          <w:rFonts w:ascii="Gentium Plus" w:hAnsi="Gentium Plus"/>
          <w:sz w:val="24"/>
        </w:rPr>
        <w:t>κνυσθε, καὶ τῶν κινδύνων οὓς ὑπομένετε, καὶ μα‐ καρίζοντες ὑμᾶς. Οὐ γὰρ μικροὺς ἐντεῦθεν ὑμῖν προαποτίθεσθε στεφάνους, πρὸς ὀλίγον μὲν θλιβόμε‐ νοι, διηνεκεῖς δὲ ἀμοιβὰς ἐν τοῖς οὐρανοῖς προπα‐ ρασκευάζοντες ὑμῖν, καὶ πολλῷ μείζους τῶν ἱδρώ‐</w:t>
      </w:r>
    </w:p>
    <w:p>
      <w:r>
        <w:rPr>
          <w:rFonts w:ascii="Courier New" w:hAnsi="Courier New"/>
          <w:color w:val="555555"/>
          <w:sz w:val="20"/>
        </w:rPr>
        <w:t>[55]</w:t>
      </w:r>
    </w:p>
    <w:p>
      <w:r>
        <w:rPr>
          <w:rFonts w:ascii="Gentium Plus" w:hAnsi="Gentium Plus"/>
          <w:sz w:val="24"/>
        </w:rPr>
        <w:t>των τούτων. Οὐ γὰρ ἄξια τὰ παθήματα τοῦ νῦν</w:t>
      </w:r>
    </w:p>
    <w:p>
      <w:r>
        <w:rPr>
          <w:rFonts w:ascii="Courier New" w:hAnsi="Courier New"/>
          <w:color w:val="555555"/>
          <w:sz w:val="20"/>
        </w:rPr>
        <w:t>[52 . 729]</w:t>
      </w:r>
    </w:p>
    <w:p>
      <w:r>
        <w:rPr>
          <w:rFonts w:ascii="Gentium Plus" w:hAnsi="Gentium Plus"/>
          <w:sz w:val="24"/>
        </w:rPr>
        <w:t>καιροῦ πρὸς τὴν μέλλουσαν δόξαν ἀποκαλυφθῆ‐ ναι εἰς ἡμᾶς.</w:t>
      </w:r>
    </w:p>
    <w:p>
      <w:pPr>
        <w:jc w:val="center"/>
      </w:pPr>
      <w:r>
        <w:rPr>
          <w:rFonts w:ascii="Gentium Plus" w:hAnsi="Gentium Plus"/>
          <w:b/>
          <w:sz w:val="24"/>
        </w:rPr>
        <w:t>ΣΙΒʹ. Θεοφίλῳ πρεσβυτέρῳ.</w:t>
      </w:r>
    </w:p>
    <w:p>
      <w:r>
        <w:rPr>
          <w:rFonts w:ascii="Courier New" w:hAnsi="Courier New"/>
          <w:color w:val="555555"/>
          <w:sz w:val="20"/>
        </w:rPr>
        <w:t>[4]</w:t>
      </w:r>
    </w:p>
    <w:p>
      <w:r>
        <w:rPr>
          <w:rFonts w:ascii="Gentium Plus" w:hAnsi="Gentium Plus"/>
          <w:sz w:val="24"/>
        </w:rPr>
        <w:t>Σφόδρα ἤλγησα ἀκούσας ὅτι καὶ σὺ καὶ Σαλού‐</w:t>
      </w:r>
    </w:p>
    <w:p>
      <w:r>
        <w:rPr>
          <w:rFonts w:ascii="Courier New" w:hAnsi="Courier New"/>
          <w:color w:val="555555"/>
          <w:sz w:val="20"/>
        </w:rPr>
        <w:t>[5]</w:t>
      </w:r>
    </w:p>
    <w:p>
      <w:r>
        <w:rPr>
          <w:rFonts w:ascii="Gentium Plus" w:hAnsi="Gentium Plus"/>
          <w:sz w:val="24"/>
        </w:rPr>
        <w:t>στιος ὁ πρεσβύτερος οὐ συνεχῶς πρὸς τὴν σύναξιν παραβάλλετε, καὶ οὐχ ὡς ἔτυχέ με τοῦτο ἐλύπησε. Παρακαλῶ τοίνυν, εἰ μὲν ψεῦδος τοῦτο, δηλῶσαί μοι σπουδάσατε, ὅτι μάτην ἐσυκοφαντήθητε· εἰ δὲ ἀλη‐ θὲς, διορθώσασθε τὴν τοιαύτην ῥᾳθυμίαν. Ὥσπερ</w:t>
      </w:r>
    </w:p>
    <w:p>
      <w:r>
        <w:rPr>
          <w:rFonts w:ascii="Courier New" w:hAnsi="Courier New"/>
          <w:color w:val="555555"/>
          <w:sz w:val="20"/>
        </w:rPr>
        <w:t>[10]</w:t>
      </w:r>
    </w:p>
    <w:p>
      <w:r>
        <w:rPr>
          <w:rFonts w:ascii="Gentium Plus" w:hAnsi="Gentium Plus"/>
          <w:sz w:val="24"/>
        </w:rPr>
        <w:t>γὰρ μέγιστος ὑμῖν ἐστιν ὁ μισθὸς, μάλιστα ἐν τῷ παρόντι καιρῷ τὴν προσήκουσαν ἀνδρείαν ἐπιδεικνυ‐ μένοις· οὕτως οὐ τὸ τυχὸν ἕσται κρῖμα ὀκνοῦσι, καὶ ἀναδυομένοις, καὶ τὰ παρ’ ἑαυτῶν οὐκ εἰσφέρουσιν. Ἴστε γὰρ τί πέπονθεν ὁ τὸ τάλαντον</w:t>
      </w:r>
    </w:p>
    <w:p>
      <w:r>
        <w:rPr>
          <w:rFonts w:ascii="Courier New" w:hAnsi="Courier New"/>
          <w:color w:val="555555"/>
          <w:sz w:val="20"/>
        </w:rPr>
        <w:t>[15]</w:t>
      </w:r>
    </w:p>
    <w:p>
      <w:r>
        <w:rPr>
          <w:rFonts w:ascii="Gentium Plus" w:hAnsi="Gentium Plus"/>
          <w:sz w:val="24"/>
        </w:rPr>
        <w:t>καταχώσας τὸ ἓν, ὃς οὐδὲν ἕτερον ἐγκαλούμενος, διὰ τοῦτο μόνον ἐκολάζετο, καὶ ἀπαραίτητον ἐδίδου δί‐ κην. Σπουδάσατε οὖν διὰ τάχους ἐλευθερῶσαί με τῆς φροντίδος. Ὥσπερ γὰρ πολλήν μοι φέρει παράκλησιν καὶ παραμυθίαν, ἐπειδὰν ἀκούσω, ὅτι μετὰ προθυ‐</w:t>
      </w:r>
    </w:p>
    <w:p>
      <w:r>
        <w:rPr>
          <w:rFonts w:ascii="Courier New" w:hAnsi="Courier New"/>
          <w:color w:val="555555"/>
          <w:sz w:val="20"/>
        </w:rPr>
        <w:t>[20]</w:t>
      </w:r>
    </w:p>
    <w:p>
      <w:r>
        <w:rPr>
          <w:rFonts w:ascii="Gentium Plus" w:hAnsi="Gentium Plus"/>
          <w:sz w:val="24"/>
        </w:rPr>
        <w:t>μίας ἅπαντα τὸν χειμαζόμενον λαὸν συγκροτεῖτε· οὕτως ἐπειδὰν μάθω, ὅτι τινὲς ῥᾳθυμοῦσιν, οὐχ ὡς ἔτυχεν ἀλγῶ ὑπὲρ αὐτῶν τῶν ῥᾳθυμούντων. Τὴν μὲν γὰρ καλλίστην ἀγέλην ἐκείνην ἡ τοῦ Θεοῦ χάρις καθ’ ἑκάστην συγκροτεῖ ἡμέραν, καθάπερ καὶ ὑμεῖς</w:t>
      </w:r>
    </w:p>
    <w:p>
      <w:r>
        <w:rPr>
          <w:rFonts w:ascii="Courier New" w:hAnsi="Courier New"/>
          <w:color w:val="555555"/>
          <w:sz w:val="20"/>
        </w:rPr>
        <w:t>[25]</w:t>
      </w:r>
    </w:p>
    <w:p>
      <w:r>
        <w:rPr>
          <w:rFonts w:ascii="Gentium Plus" w:hAnsi="Gentium Plus"/>
          <w:sz w:val="24"/>
        </w:rPr>
        <w:t>διὰ τῶν ἔργων αὐτῶν ἔγνωτε· οἱ δὲ ῥᾳθυμίᾳ τὰ παρ’ ἑαυτῶν ἐλλιμπάνοντες, οὐ μικρὸν ἑαυτοῖς διὰ τῆς ῥᾳθυμίας ταύτης συνάγουσι κρῖμα.</w:t>
      </w:r>
    </w:p>
    <w:p>
      <w:pPr>
        <w:jc w:val="center"/>
      </w:pPr>
      <w:r>
        <w:rPr>
          <w:rFonts w:ascii="Gentium Plus" w:hAnsi="Gentium Plus"/>
          <w:b/>
          <w:sz w:val="24"/>
        </w:rPr>
        <w:t>ΣΙΓʹ. Φιλίππῳ πρεσβυτέρῳ.</w:t>
      </w:r>
    </w:p>
    <w:p>
      <w:r>
        <w:rPr>
          <w:rFonts w:ascii="Courier New" w:hAnsi="Courier New"/>
          <w:color w:val="555555"/>
          <w:sz w:val="20"/>
        </w:rPr>
        <w:t>[29]</w:t>
      </w:r>
    </w:p>
    <w:p>
      <w:r>
        <w:rPr>
          <w:rFonts w:ascii="Gentium Plus" w:hAnsi="Gentium Plus"/>
          <w:sz w:val="24"/>
        </w:rPr>
        <w:t>Ἐθαύμασα, πῶς ἐν οὕτω χρόνῳ μακρῷ ἡμῖν οὐκ</w:t>
      </w:r>
    </w:p>
    <w:p>
      <w:r>
        <w:rPr>
          <w:rFonts w:ascii="Courier New" w:hAnsi="Courier New"/>
          <w:color w:val="555555"/>
          <w:sz w:val="20"/>
        </w:rPr>
        <w:t>[30]</w:t>
      </w:r>
    </w:p>
    <w:p>
      <w:r>
        <w:rPr>
          <w:rFonts w:ascii="Gentium Plus" w:hAnsi="Gentium Plus"/>
          <w:sz w:val="24"/>
        </w:rPr>
        <w:t>ἐπέσταλκας, ἀλλ’ ἀγάπην μὲν περὶ ἡμᾶς ἐπιδείκνυ‐ σαι καὶ ἀπόντας πολλὴν, γραμμάτων δὲ ἡμῖν οὐ μετέδωκας τῶν σῶν. Νῦν γοῦν ἡμῖν γράφειν μὴ κατοκνήσῃς, τὰ περὶ τῆς ὑγείας τῆς σῆς δηλῶν· ὡς ἡμεῖς γε, καὶ μὴ γράφοντός σου, τὰ σὰ περιεργα‐</w:t>
      </w:r>
    </w:p>
    <w:p>
      <w:r>
        <w:rPr>
          <w:rFonts w:ascii="Courier New" w:hAnsi="Courier New"/>
          <w:color w:val="555555"/>
          <w:sz w:val="20"/>
        </w:rPr>
        <w:t>[35]</w:t>
      </w:r>
    </w:p>
    <w:p>
      <w:r>
        <w:rPr>
          <w:rFonts w:ascii="Gentium Plus" w:hAnsi="Gentium Plus"/>
          <w:sz w:val="24"/>
        </w:rPr>
        <w:t>ζόμεθα, καὶ ἔγνωμεν, ὅτι καὶ τῆς σχολῆς ἐξεβλή‐ θητε, τὴν ὑμῖν πρέπουσαν παῤῥησίαν ἐπιδειξάμενοι. Τοῦτο ὑμῖν μισθὸς, τοῦτο πραγματεία οὐράνιος, τοῦτο στέφανος ἀκήρατος, τοῦτο βραβείων πλῆθος. Ταῦτ’ οὖν ἅπαντα λογιζόμενοι, γενναίως φέρετε τὰ</w:t>
      </w:r>
    </w:p>
    <w:p>
      <w:r>
        <w:rPr>
          <w:rFonts w:ascii="Courier New" w:hAnsi="Courier New"/>
          <w:color w:val="555555"/>
          <w:sz w:val="20"/>
        </w:rPr>
        <w:t>[40]</w:t>
      </w:r>
    </w:p>
    <w:p>
      <w:r>
        <w:rPr>
          <w:rFonts w:ascii="Gentium Plus" w:hAnsi="Gentium Plus"/>
          <w:sz w:val="24"/>
        </w:rPr>
        <w:t>συμπίπτοντα. Ἱκανὸς γὰρ ὁ Θεὸς καὶ τοὺς πει‐ ρασμοὺς λῦσαι τούτους, καὶ ταχίστην ποιῆσαι γαλή‐ νην, καὶ τῆς ὑπομονῆς ὑμῖν ταύτης πολὺν καὶ ἐν τῷ μέλλοντι αἰῶνι δοῦναι τὸν μισθόν.</w:t>
      </w:r>
    </w:p>
    <w:p>
      <w:pPr>
        <w:jc w:val="center"/>
      </w:pPr>
      <w:r>
        <w:rPr>
          <w:rFonts w:ascii="Gentium Plus" w:hAnsi="Gentium Plus"/>
          <w:b/>
          <w:sz w:val="24"/>
        </w:rPr>
        <w:t>ΣΙΔʹ. Σεβαστιανῷ πρεσβυτέρῳ.</w:t>
      </w:r>
    </w:p>
    <w:p>
      <w:r>
        <w:rPr>
          <w:rFonts w:ascii="Courier New" w:hAnsi="Courier New"/>
          <w:color w:val="555555"/>
          <w:sz w:val="20"/>
        </w:rPr>
        <w:t>[45]</w:t>
      </w:r>
    </w:p>
    <w:p>
      <w:r>
        <w:rPr>
          <w:rFonts w:ascii="Gentium Plus" w:hAnsi="Gentium Plus"/>
          <w:sz w:val="24"/>
        </w:rPr>
        <w:t>Εἰ καὶ τῷ σώματι κεχωρίσμεθά σου τῆς τιμιότη‐ τος, ἀλλὰ καὶ τῇ ἀγάπῃ σοι συνδεδέμεθα, καὶ ὅπου‐ περ ἂν ὦμεν, περιφέρομέν σου τὴν διάθεσιν ἐπὶ τῆς μνήμης, κἂν εἰς αὐτὰ τῆς οἰκουμένης ἀπενεχθῶμεν τὰ τέρματα. Ὅτι δὲ καὶ αὐτὸς ἄληστον ἔχεις τὴν</w:t>
      </w:r>
    </w:p>
    <w:p>
      <w:r>
        <w:rPr>
          <w:rFonts w:ascii="Courier New" w:hAnsi="Courier New"/>
          <w:color w:val="555555"/>
          <w:sz w:val="20"/>
        </w:rPr>
        <w:t>[52 . 729 (50)]</w:t>
      </w:r>
    </w:p>
    <w:p>
      <w:r>
        <w:rPr>
          <w:rFonts w:ascii="Gentium Plus" w:hAnsi="Gentium Plus"/>
          <w:sz w:val="24"/>
        </w:rPr>
        <w:t>μνήμην ἡμῶν, οὐδὲν οἶμαι δεῖν ἀμφιβάλλειν. Οἶδα</w:t>
      </w:r>
    </w:p>
    <w:p>
      <w:r>
        <w:rPr>
          <w:rFonts w:ascii="Courier New" w:hAnsi="Courier New"/>
          <w:color w:val="555555"/>
          <w:sz w:val="20"/>
        </w:rPr>
        <w:t>[52 . 730]</w:t>
      </w:r>
    </w:p>
    <w:p>
      <w:r>
        <w:rPr>
          <w:rFonts w:ascii="Gentium Plus" w:hAnsi="Gentium Plus"/>
          <w:sz w:val="24"/>
        </w:rPr>
        <w:t>γάρ σου τὸ γνήσιον τῆς διαθέσεως, τῆς ἀγάπης τὸ στεῤῥὸν, τὸ ἀπερίτρεπτον τῆς γνώμης. Διὸ καὶ παρα‐ καλοῦμεν συνεχῶς ἡμῖν ἐπιστέλλειν, καὶ τὰ περὶ τῆς ὑγείας τῆς σῆς εὐαγγελίζεσθαι. Σφόδρα γὰρ ἡμῖν</w:t>
      </w:r>
    </w:p>
    <w:p>
      <w:r>
        <w:rPr>
          <w:rFonts w:ascii="Courier New" w:hAnsi="Courier New"/>
          <w:color w:val="555555"/>
          <w:sz w:val="20"/>
        </w:rPr>
        <w:t>[5]</w:t>
      </w:r>
    </w:p>
    <w:p>
      <w:r>
        <w:rPr>
          <w:rFonts w:ascii="Gentium Plus" w:hAnsi="Gentium Plus"/>
          <w:sz w:val="24"/>
        </w:rPr>
        <w:t>περισπούδαστον περὶ ταύτης μανθάνειν· καὶ πολλὴν καὶ ἐν ἐρημίᾳ διατρίβοντες ἀπὸ τῶν τοιούτων γραμ‐ μάτων καρπωσόμεθα τὴν παράκλησιν.</w:t>
      </w:r>
    </w:p>
    <w:p>
      <w:pPr>
        <w:jc w:val="center"/>
      </w:pPr>
      <w:r>
        <w:rPr>
          <w:rFonts w:ascii="Gentium Plus" w:hAnsi="Gentium Plus"/>
          <w:b/>
          <w:sz w:val="24"/>
        </w:rPr>
        <w:t>ΣΙΕʹ. Πελαγίῳ πρεσβυτέρῳ.</w:t>
      </w:r>
    </w:p>
    <w:p>
      <w:r>
        <w:rPr>
          <w:rFonts w:ascii="Courier New" w:hAnsi="Courier New"/>
          <w:color w:val="555555"/>
          <w:sz w:val="20"/>
        </w:rPr>
        <w:t>[9]</w:t>
      </w:r>
    </w:p>
    <w:p>
      <w:r>
        <w:rPr>
          <w:rFonts w:ascii="Gentium Plus" w:hAnsi="Gentium Plus"/>
          <w:sz w:val="24"/>
        </w:rPr>
        <w:t>Οἶδά σου τὸ πρᾶον, τὸ ἐπιεικὲς, τὸ χρηστὸν, τὸ</w:t>
      </w:r>
    </w:p>
    <w:p>
      <w:r>
        <w:rPr>
          <w:rFonts w:ascii="Courier New" w:hAnsi="Courier New"/>
          <w:color w:val="555555"/>
          <w:sz w:val="20"/>
        </w:rPr>
        <w:t>[10]</w:t>
      </w:r>
    </w:p>
    <w:p>
      <w:r>
        <w:rPr>
          <w:rFonts w:ascii="Gentium Plus" w:hAnsi="Gentium Plus"/>
          <w:sz w:val="24"/>
        </w:rPr>
        <w:t>γλυκὺ, τὸ θερμὸν τῆς ἀγάπης, τὸ γνήσιον τῆς διαθέ‐ σεως τῆς περὶ ἡμᾶς. Διὸ καὶ προσαγορεύω σου τὴν τιμιότητα μετὰ πολλῆς τῆς προθυμίας, καὶ δῆλον ποιῶ, ὅτι ὅπουπερ ἂν ὦ, ἐπὶ διανοίας σε περιφέρω. Παρακαλῶ τοίνυν, ἵνα καὶ ἑτέραν δεχώμεθα τὴν εὐ‐</w:t>
      </w:r>
    </w:p>
    <w:p>
      <w:r>
        <w:rPr>
          <w:rFonts w:ascii="Courier New" w:hAnsi="Courier New"/>
          <w:color w:val="555555"/>
          <w:sz w:val="20"/>
        </w:rPr>
        <w:t>[15]</w:t>
      </w:r>
    </w:p>
    <w:p>
      <w:r>
        <w:rPr>
          <w:rFonts w:ascii="Gentium Plus" w:hAnsi="Gentium Plus"/>
          <w:sz w:val="24"/>
        </w:rPr>
        <w:t>φροσύνην, μὴ μόνον ἀπὸ τοῦ γράφειν, ἀλλὰ καὶ ἀπὸ τοῦ μανθάνειν τὰ περὶ τῆς ὑγείας τῆς σῆς, δήλου ἡμῖν ταῦτα συνεχῶς. Κἂν γὰρ εἰς χαλεπωτέραν ταύ‐ της ἐρημίαν ἀπενεχθῶμεν, δεχόμενοι τοιαῦτα παρ’ ὑμῶν τῶν ἀγαπώντων ἡμᾶς γράμματα, πολλῆς ἀπο‐</w:t>
      </w:r>
    </w:p>
    <w:p>
      <w:r>
        <w:rPr>
          <w:rFonts w:ascii="Courier New" w:hAnsi="Courier New"/>
          <w:color w:val="555555"/>
          <w:sz w:val="20"/>
        </w:rPr>
        <w:t>[20]</w:t>
      </w:r>
    </w:p>
    <w:p>
      <w:r>
        <w:rPr>
          <w:rFonts w:ascii="Gentium Plus" w:hAnsi="Gentium Plus"/>
          <w:sz w:val="24"/>
        </w:rPr>
        <w:t>λαυσόμεθα τῆς εὐφροσύνης.</w:t>
      </w:r>
    </w:p>
    <w:p>
      <w:pPr>
        <w:jc w:val="center"/>
      </w:pPr>
      <w:r>
        <w:rPr>
          <w:rFonts w:ascii="Gentium Plus" w:hAnsi="Gentium Plus"/>
          <w:b/>
          <w:sz w:val="24"/>
        </w:rPr>
        <w:t>ΣΙϛʹ. Μουσωνίῳ.</w:t>
      </w:r>
    </w:p>
    <w:p>
      <w:r>
        <w:rPr>
          <w:rFonts w:ascii="Courier New" w:hAnsi="Courier New"/>
          <w:color w:val="555555"/>
          <w:sz w:val="20"/>
        </w:rPr>
        <w:t>[22]</w:t>
      </w:r>
    </w:p>
    <w:p>
      <w:r>
        <w:rPr>
          <w:rFonts w:ascii="Gentium Plus" w:hAnsi="Gentium Plus"/>
          <w:sz w:val="24"/>
        </w:rPr>
        <w:t>Καὶ ἤδη ἐπεστάλκαμέν σου τῇ εὐγενείᾳ, δέσποτά μου τιμιώτατε καὶ εὐλαβέστατε, καὶ νῦν τὸ αὐτὸ πάλιν ποιοῦμεν, καίτοι μηδὲ ἅπαξ σοῦ ἐπεσταλκότος</w:t>
      </w:r>
    </w:p>
    <w:p>
      <w:r>
        <w:rPr>
          <w:rFonts w:ascii="Courier New" w:hAnsi="Courier New"/>
          <w:color w:val="555555"/>
          <w:sz w:val="20"/>
        </w:rPr>
        <w:t>[25]</w:t>
      </w:r>
    </w:p>
    <w:p>
      <w:r>
        <w:rPr>
          <w:rFonts w:ascii="Gentium Plus" w:hAnsi="Gentium Plus"/>
          <w:sz w:val="24"/>
        </w:rPr>
        <w:t>ἡμῖν. Ἀλλ’ ὅμως ἡμεῖς οὐ διαλείψομεν συνεχῶς ὑμῖν ἐπιστέλλοντες, καὶ τὸ ἡμῖν αὐτοῖς πρέπον ποιοῦντες. Ἐβουλόμεθα γὰρ καὶ πυκνότερον τοῦτο ποιεῖν· ἐπειδὴ δὲ καὶ ἐν ἐρημίᾳ πολλῇ χωρίου διατρίβομεν, καὶ ὁ τῶν λῃστῶν φόβος πολιορκεῖ τὴν πόλιν, καὶ ἡ τοῦ</w:t>
      </w:r>
    </w:p>
    <w:p>
      <w:r>
        <w:rPr>
          <w:rFonts w:ascii="Courier New" w:hAnsi="Courier New"/>
          <w:color w:val="555555"/>
          <w:sz w:val="20"/>
        </w:rPr>
        <w:t>[30]</w:t>
      </w:r>
    </w:p>
    <w:p>
      <w:r>
        <w:rPr>
          <w:rFonts w:ascii="Gentium Plus" w:hAnsi="Gentium Plus"/>
          <w:sz w:val="24"/>
        </w:rPr>
        <w:t>χειμῶνος ὥρα ἀποτειχίζει τὰς ὁδοὺς, καὶ ταῦτα πάν‐ τα οὐκ ἀφίησι πολλοὺς ἡμῖν συνεχῶς ἐπιχωριάζειν, ἡνίκα ἂν ἐξῇ, καὶ γραμματηφόρων ἐπιτύχωμεν, τὴν ὀφειλομένην πρόσρησιν ἀποδιδόαμέν σου τῇ εὐλαβείᾳ. Ἴσμεν γάρ σου τὸ γνήσιον τῆς ἀγάπης, τὴν θερμὴν</w:t>
      </w:r>
    </w:p>
    <w:p>
      <w:r>
        <w:rPr>
          <w:rFonts w:ascii="Courier New" w:hAnsi="Courier New"/>
          <w:color w:val="555555"/>
          <w:sz w:val="20"/>
        </w:rPr>
        <w:t>[35]</w:t>
      </w:r>
    </w:p>
    <w:p>
      <w:r>
        <w:rPr>
          <w:rFonts w:ascii="Gentium Plus" w:hAnsi="Gentium Plus"/>
          <w:sz w:val="24"/>
        </w:rPr>
        <w:t>διάθεσιν, τὸ ἀπερίτρεπτον τῆς γνώμης, τὴν ἐλευθε‐ ρίαν, τὸ ἀνυπόκριτον. Διὸ καὶ ἐπὶ μνήμης σε διηνε‐ κῶς περιφέρομεν, ὅπουπερ ἂν ὦμεν, καὶ ἐπιλαθέ‐ σθαι σου τῆς ἐμμελείας οὐ δυνάμεθα. Ἵνα δὲ μὴ τῷ γράφειν μόνον, ἀλλὰ καὶ τῷ δέχεσθαι γράμματα,</w:t>
      </w:r>
    </w:p>
    <w:p>
      <w:r>
        <w:rPr>
          <w:rFonts w:ascii="Courier New" w:hAnsi="Courier New"/>
          <w:color w:val="555555"/>
          <w:sz w:val="20"/>
        </w:rPr>
        <w:t>[40]</w:t>
      </w:r>
    </w:p>
    <w:p>
      <w:r>
        <w:rPr>
          <w:rFonts w:ascii="Gentium Plus" w:hAnsi="Gentium Plus"/>
          <w:sz w:val="24"/>
        </w:rPr>
        <w:t>περὶ τῆς ὑγείας τῆς σῆς δηλοῦντα, εὐφραινώμεθα, πέμπε συνεχῶς ἡμῖν τοιαύτας ἐπιστολάς. Οὕτω γὰρ καὶ πόῤῥωθεν ὄντες πολλὴν καρπωσόμεθα ἀπὸ τῶν τοιούτων γραμμάτων παραμυθίαν, ὅταν ἀκούωμεν, ὅτι ὑμεῖς οἱ σφοδροὶ ἡμῶν ἐρασταὶ καὶ θερμοὶ ἐν</w:t>
      </w:r>
    </w:p>
    <w:p>
      <w:r>
        <w:rPr>
          <w:rFonts w:ascii="Courier New" w:hAnsi="Courier New"/>
          <w:color w:val="555555"/>
          <w:sz w:val="20"/>
        </w:rPr>
        <w:t>[45]</w:t>
      </w:r>
    </w:p>
    <w:p>
      <w:r>
        <w:rPr>
          <w:rFonts w:ascii="Gentium Plus" w:hAnsi="Gentium Plus"/>
          <w:sz w:val="24"/>
        </w:rPr>
        <w:t>εὐθυμίᾳ καὶ ἀσφαλείᾳ διάγετε.</w:t>
      </w:r>
    </w:p>
    <w:p>
      <w:pPr>
        <w:jc w:val="center"/>
      </w:pPr>
      <w:r>
        <w:rPr>
          <w:rFonts w:ascii="Gentium Plus" w:hAnsi="Gentium Plus"/>
          <w:b/>
          <w:sz w:val="24"/>
        </w:rPr>
        <w:t>ΣΙΖʹ. Βαλεντίνῳ.</w:t>
      </w:r>
    </w:p>
    <w:p>
      <w:r>
        <w:rPr>
          <w:rFonts w:ascii="Courier New" w:hAnsi="Courier New"/>
          <w:color w:val="555555"/>
          <w:sz w:val="20"/>
        </w:rPr>
        <w:t>[47]</w:t>
      </w:r>
    </w:p>
    <w:p>
      <w:r>
        <w:rPr>
          <w:rFonts w:ascii="Gentium Plus" w:hAnsi="Gentium Plus"/>
          <w:sz w:val="24"/>
        </w:rPr>
        <w:t>Οἶδά σου τὴν φιλότιμον ψυχὴν, τὸν ἔρωτα τὸν θερ‐</w:t>
      </w:r>
    </w:p>
    <w:p>
      <w:r>
        <w:rPr>
          <w:rFonts w:ascii="Courier New" w:hAnsi="Courier New"/>
          <w:color w:val="555555"/>
          <w:sz w:val="20"/>
        </w:rPr>
        <w:t>[52 . 731]</w:t>
      </w:r>
    </w:p>
    <w:p>
      <w:r>
        <w:rPr>
          <w:rFonts w:ascii="Gentium Plus" w:hAnsi="Gentium Plus"/>
          <w:sz w:val="24"/>
        </w:rPr>
        <w:t>μὸν, ὃν περὶ τὰς τῶν πενήτων ἔχεις προστασίας, τὴν ἐπιθυμίαν, ἣν ἀεὶ περὶ τὴν καλὴν ταύτην ἐπιδείκνυ‐ σαι πραγματείαν, καὶ παρέχων, καὶ μεθ’ ἡδονῆς τοῦτο ποιῶν, καὶ διπλοῦν σοι τὸν στέφανον τὸν τῆς</w:t>
      </w:r>
    </w:p>
    <w:p>
      <w:r>
        <w:rPr>
          <w:rFonts w:ascii="Courier New" w:hAnsi="Courier New"/>
          <w:color w:val="555555"/>
          <w:sz w:val="20"/>
        </w:rPr>
        <w:t>[5]</w:t>
      </w:r>
    </w:p>
    <w:p>
      <w:r>
        <w:rPr>
          <w:rFonts w:ascii="Gentium Plus" w:hAnsi="Gentium Plus"/>
          <w:sz w:val="24"/>
        </w:rPr>
        <w:t>φιλανθρωπίας καὶ λαμπρότερον καθιστὰς, καὶ τῇ δαψιλείᾳ, καὶ τῇ γνώμῃ ἀφ’ ἧς καὶ ἡ δαψίλεια γίνε‐ ται. Ἐπεὶ οὖν ἐδήλωσεν ἡμῖν ὁ τιμιώτατος πρεσβύ‐ τερος Δομετιανὸς, ὁ τῶν χηρῶν καὶ παρθένων τῶν αὐτόθι τὴν προστασίαν ἔχων, ὅτι σχεδὸν ἐν λιμῷ</w:t>
      </w:r>
    </w:p>
    <w:p>
      <w:r>
        <w:rPr>
          <w:rFonts w:ascii="Courier New" w:hAnsi="Courier New"/>
          <w:color w:val="555555"/>
          <w:sz w:val="20"/>
        </w:rPr>
        <w:t>[10]</w:t>
      </w:r>
    </w:p>
    <w:p>
      <w:r>
        <w:rPr>
          <w:rFonts w:ascii="Gentium Plus" w:hAnsi="Gentium Plus"/>
          <w:sz w:val="24"/>
        </w:rPr>
        <w:t>καθεστήκασιν, ὥσπερ εἰς λιμένα τὰς σὰς καταφεύ‐ γομεν χεῖρας, ὥστε τουτὶ λῦσαι τοῦ λιμοῦ τὸ ναυάγιον. Δέομαι οὖν σου, καὶ σφόδρα δέομαι, μετα‐ πεμψάμενος τὸν πρεσβύτερον, ὅπερ ἂν ᾖ δυνατὸν, ἐπικουρῆσαι παρακλήθητι. Τῆς γὰρ ἐν ἄλλῳ καιρῷ</w:t>
      </w:r>
    </w:p>
    <w:p>
      <w:r>
        <w:rPr>
          <w:rFonts w:ascii="Courier New" w:hAnsi="Courier New"/>
          <w:color w:val="555555"/>
          <w:sz w:val="20"/>
        </w:rPr>
        <w:t>[15]</w:t>
      </w:r>
    </w:p>
    <w:p>
      <w:r>
        <w:rPr>
          <w:rFonts w:ascii="Gentium Plus" w:hAnsi="Gentium Plus"/>
          <w:sz w:val="24"/>
        </w:rPr>
        <w:t>ἐλεημοσύνης ἡ νῦν παρεχομένη πολλῷ πλείονα παρ‐ έχει τὴν ἀμοιβὴν, ὅσῳπερ ἐν χαλεπωτέρῳ χειμῶνι καὶ ζάλῃ καθεστήκασιν οἱ δεόμενοι λαβεῖν, οὐ τῆς εἰωθυίας ἀπολαύοντες ἀφθονίας. Ἐννοήσας τοίνυν καὶ τοῦ πράγματος τὸ κέρδος, καὶ τὴν ἀπὸ τοῦ και‐</w:t>
      </w:r>
    </w:p>
    <w:p>
      <w:r>
        <w:rPr>
          <w:rFonts w:ascii="Courier New" w:hAnsi="Courier New"/>
          <w:color w:val="555555"/>
          <w:sz w:val="20"/>
        </w:rPr>
        <w:t>[20]</w:t>
      </w:r>
    </w:p>
    <w:p>
      <w:r>
        <w:rPr>
          <w:rFonts w:ascii="Gentium Plus" w:hAnsi="Gentium Plus"/>
          <w:sz w:val="24"/>
        </w:rPr>
        <w:t>ροῦ γενομένην προσθήκην, τὰ σαυτοῦ ποιῆσαι παρα‐ κλήθητι. Οὐδὲν γὰρ δεῖ πλέον εἰπεῖν πρὸς φιλάνθρω‐ πον οὕτω καὶ ἡμερωτάτην γράφοντες ψυχήν. Οἶδας γὰρ, ὅτι καὶ σπόρτουλα ἡμῖν χρεωστεῖς· ἀλλ’ ὅμως καὶ ἐκείνων ἕνεκεν εἰς τοῦτό σοι διαλυόμεθα. Καὶ</w:t>
      </w:r>
    </w:p>
    <w:p>
      <w:r>
        <w:rPr>
          <w:rFonts w:ascii="Courier New" w:hAnsi="Courier New"/>
          <w:color w:val="555555"/>
          <w:sz w:val="20"/>
        </w:rPr>
        <w:t>[25]</w:t>
      </w:r>
    </w:p>
    <w:p>
      <w:r>
        <w:rPr>
          <w:rFonts w:ascii="Gentium Plus" w:hAnsi="Gentium Plus"/>
          <w:sz w:val="24"/>
        </w:rPr>
        <w:t>γράψαι δὲ ἡμῖν παρακλήθητι, ὅτι ἐπένευσας ἡμῶν τῇ αἰτήσει, καὶ τὰ περὶ τῆς ὑγιείας τῆς σῆς εὐαγ‐ γελιζόμενος, καὶ παντὸς τοῦ εὐλογημένου σου οἴκου.</w:t>
      </w:r>
    </w:p>
    <w:p>
      <w:pPr>
        <w:jc w:val="center"/>
      </w:pPr>
      <w:r>
        <w:rPr>
          <w:rFonts w:ascii="Gentium Plus" w:hAnsi="Gentium Plus"/>
          <w:b/>
          <w:sz w:val="24"/>
        </w:rPr>
        <w:t>ΣΙΗʹ. Εὐθυμίῳ πρεσβυτέρῳ.</w:t>
      </w:r>
    </w:p>
    <w:p>
      <w:r>
        <w:rPr>
          <w:rFonts w:ascii="Courier New" w:hAnsi="Courier New"/>
          <w:color w:val="555555"/>
          <w:sz w:val="20"/>
        </w:rPr>
        <w:t>[29]</w:t>
      </w:r>
    </w:p>
    <w:p>
      <w:r>
        <w:rPr>
          <w:rFonts w:ascii="Gentium Plus" w:hAnsi="Gentium Plus"/>
          <w:sz w:val="24"/>
        </w:rPr>
        <w:t>Μηδὲν ὑμᾶς λυπείτω τὸ τῆς σχολῆς ἐξεῶσθαι,</w:t>
      </w:r>
    </w:p>
    <w:p>
      <w:r>
        <w:rPr>
          <w:rFonts w:ascii="Courier New" w:hAnsi="Courier New"/>
          <w:color w:val="555555"/>
          <w:sz w:val="20"/>
        </w:rPr>
        <w:t>[30]</w:t>
      </w:r>
    </w:p>
    <w:p>
      <w:r>
        <w:rPr>
          <w:rFonts w:ascii="Gentium Plus" w:hAnsi="Gentium Plus"/>
          <w:sz w:val="24"/>
        </w:rPr>
        <w:t>ἀλλ’ ἐννοοῦντες, ὅσον καὶ ἐντεῦθεν ἐδέξασθε τὸν μι‐ σθὸν, καὶ πῶς αὔξεται τὰ τῶν στεφάνων ὑμῖν, χαί‐ ρετε καὶ εὐφραίνεσθε ὑπὲρ τῶν παθημάτων τούτων καὶ τῶν ἐπιβουλῶν. Πολλὴν γὰρ ὑμῖν συνάγει ταῦτα τὴν ἐν οὐρανοῖς ἐμπορίαν, καὶ λαμπροτέρους ποιεῖ,</w:t>
      </w:r>
    </w:p>
    <w:p>
      <w:r>
        <w:rPr>
          <w:rFonts w:ascii="Courier New" w:hAnsi="Courier New"/>
          <w:color w:val="555555"/>
          <w:sz w:val="20"/>
        </w:rPr>
        <w:t>[35]</w:t>
      </w:r>
    </w:p>
    <w:p>
      <w:r>
        <w:rPr>
          <w:rFonts w:ascii="Gentium Plus" w:hAnsi="Gentium Plus"/>
          <w:sz w:val="24"/>
        </w:rPr>
        <w:t>καὶ μείζονα καθίστησι τὰ βραβεῖα. Στενὴ γὰρ καὶ τεθλιμμένη ἡ ὁδὸς ἡ ἀπάγουσα εἰς τὴν ζωήν. Καὶ ἡμῖν δὲ συνεχῶς ἐπιστέλλειν τὰ περὶ τῆς ὑγείας τῆς σῆς μὴ κατόκνει. Οἶσθα γὰρ ὅπως συνδεδέμεθά σου τῇ ἀγάπῃ, καὶ πῶς, ὅπουπερ ἂν ὦμεν, ἐπὶ διανοίας</w:t>
      </w:r>
    </w:p>
    <w:p>
      <w:r>
        <w:rPr>
          <w:rFonts w:ascii="Courier New" w:hAnsi="Courier New"/>
          <w:color w:val="555555"/>
          <w:sz w:val="20"/>
        </w:rPr>
        <w:t>[40]</w:t>
      </w:r>
    </w:p>
    <w:p>
      <w:r>
        <w:rPr>
          <w:rFonts w:ascii="Gentium Plus" w:hAnsi="Gentium Plus"/>
          <w:sz w:val="24"/>
        </w:rPr>
        <w:t>σε περιφέρω, ἀεί σου θερμὸς γενόμενος ἐραστής· νῦν δὲ πολλῷ θερμότερος, ὅσῳ καὶ λαμπρότερος ἀπὸ τῶν παθημάτων γέγονας.</w:t>
      </w:r>
    </w:p>
    <w:p>
      <w:pPr>
        <w:jc w:val="center"/>
      </w:pPr>
      <w:r>
        <w:rPr>
          <w:rFonts w:ascii="Gentium Plus" w:hAnsi="Gentium Plus"/>
          <w:b/>
          <w:sz w:val="24"/>
        </w:rPr>
        <w:t>ΣΙΘʹ. Σευηρίνῃ καὶ Ῥωμύλῃ.</w:t>
      </w:r>
    </w:p>
    <w:p>
      <w:r>
        <w:rPr>
          <w:rFonts w:ascii="Courier New" w:hAnsi="Courier New"/>
          <w:color w:val="555555"/>
          <w:sz w:val="20"/>
        </w:rPr>
        <w:t>[44]</w:t>
      </w:r>
    </w:p>
    <w:p>
      <w:r>
        <w:rPr>
          <w:rFonts w:ascii="Gentium Plus" w:hAnsi="Gentium Plus"/>
          <w:sz w:val="24"/>
        </w:rPr>
        <w:t>Εἰ μὴ σφόδρα τὴν γνησίαν ὑμῶν ἀγάπην ᾔδειν,</w:t>
      </w:r>
    </w:p>
    <w:p>
      <w:r>
        <w:rPr>
          <w:rFonts w:ascii="Courier New" w:hAnsi="Courier New"/>
          <w:color w:val="555555"/>
          <w:sz w:val="20"/>
        </w:rPr>
        <w:t>[45]</w:t>
      </w:r>
    </w:p>
    <w:p>
      <w:r>
        <w:rPr>
          <w:rFonts w:ascii="Gentium Plus" w:hAnsi="Gentium Plus"/>
          <w:sz w:val="24"/>
        </w:rPr>
        <w:t>καὶ τὴν σπουδὴν, ἣν ἀεὶ περὶ ἡμᾶς ἐπιδείκνυσθε, κἂν ῥᾳθυμίαν πολλὴν ὑμῖν ἐνεκάλεσα, τῆς μακρᾶς ἕνεκεν ταύτης σιγῆς ἣν ἐσιγήσατε, καὶ ταῦτα πολλά‐ κις καὶ συνεχῆ παρ’ ἡμῶν δεχόμεναι γράμματα.</w:t>
      </w:r>
    </w:p>
    <w:p>
      <w:r>
        <w:rPr>
          <w:rFonts w:ascii="Courier New" w:hAnsi="Courier New"/>
          <w:color w:val="555555"/>
          <w:sz w:val="20"/>
        </w:rPr>
        <w:t>[52 . 732]</w:t>
      </w:r>
    </w:p>
    <w:p>
      <w:r>
        <w:rPr>
          <w:rFonts w:ascii="Gentium Plus" w:hAnsi="Gentium Plus"/>
          <w:sz w:val="24"/>
        </w:rPr>
        <w:t>ὁμοίως περὶ ἡμᾶς διάκεισθε, τούτου χάριν ἐγκαλεῖν οὐκ ἂν ἀνασχοίμην τῆς σιγῆς ἕνεκεν, εἰ καὶ σφόδρα ἐπιθυμῶ πυκνὰ παρ’ ὑμῶν δέχεσθαι γράμματα, περὶ τῆς ὑγείας ὑμῶν δηλοῦντα. Οὐδὲ γὰρ ἔχοιτ’ ἂν κατα‐</w:t>
      </w:r>
    </w:p>
    <w:p>
      <w:r>
        <w:rPr>
          <w:rFonts w:ascii="Courier New" w:hAnsi="Courier New"/>
          <w:color w:val="555555"/>
          <w:sz w:val="20"/>
        </w:rPr>
        <w:t>[5]</w:t>
      </w:r>
    </w:p>
    <w:p>
      <w:r>
        <w:rPr>
          <w:rFonts w:ascii="Gentium Plus" w:hAnsi="Gentium Plus"/>
          <w:sz w:val="24"/>
        </w:rPr>
        <w:t>φυγεῖν εἰς τὸ μὴ συνεχῶς ἐπιτυγχάνειν γραμματη‐ φόρου· ὁ γὰρ ποθεινότατος καὶ γλυκύτατος ἀγα‐ πητὸς ἡμῶν Σαλούστιος, εὖ οἶδ’ ὅτι πρὸς τοῦτο ὑμῖν διακονήσασθαι ἠδύνατο. Ἀλλ’ ὅμως οὐδὲ οὕτως ὑμῖν ἐγκαλῶ, διὰ τὸ σφόδρα θαῤῥεῖν ὑμῶν περὶ τῆς</w:t>
      </w:r>
    </w:p>
    <w:p>
      <w:r>
        <w:rPr>
          <w:rFonts w:ascii="Courier New" w:hAnsi="Courier New"/>
          <w:color w:val="555555"/>
          <w:sz w:val="20"/>
        </w:rPr>
        <w:t>[10]</w:t>
      </w:r>
    </w:p>
    <w:p>
      <w:r>
        <w:rPr>
          <w:rFonts w:ascii="Gentium Plus" w:hAnsi="Gentium Plus"/>
          <w:sz w:val="24"/>
        </w:rPr>
        <w:t>ἀγάπης. Αὐτὸς μέντοι, ἡνίκα ἂν ἐξῇ, συνεχῶς ἐπι‐ στέλλειν οὐ παύσομαι· οἶδα γὰρ ὑμῶν τὸ γνήσιον καὶ θερμὸν τῆς διαθέσεως.</w:t>
      </w:r>
    </w:p>
    <w:p>
      <w:pPr>
        <w:jc w:val="center"/>
      </w:pPr>
      <w:r>
        <w:rPr>
          <w:rFonts w:ascii="Gentium Plus" w:hAnsi="Gentium Plus"/>
          <w:b/>
          <w:sz w:val="24"/>
        </w:rPr>
        <w:t>ΣΚʹ. Παιανίῳ.</w:t>
      </w:r>
    </w:p>
    <w:p>
      <w:r>
        <w:rPr>
          <w:rFonts w:ascii="Courier New" w:hAnsi="Courier New"/>
          <w:color w:val="555555"/>
          <w:sz w:val="20"/>
        </w:rPr>
        <w:t>[14]</w:t>
      </w:r>
    </w:p>
    <w:p>
      <w:r>
        <w:rPr>
          <w:rFonts w:ascii="Gentium Plus" w:hAnsi="Gentium Plus"/>
          <w:sz w:val="24"/>
        </w:rPr>
        <w:t>Ἀνεπνεύσαμεν, ἐσκιρτήσαμεν, οὐκέτι ἀλλοτρίαν,</w:t>
      </w:r>
    </w:p>
    <w:p>
      <w:r>
        <w:rPr>
          <w:rFonts w:ascii="Courier New" w:hAnsi="Courier New"/>
          <w:color w:val="555555"/>
          <w:sz w:val="20"/>
        </w:rPr>
        <w:t>[15]</w:t>
      </w:r>
    </w:p>
    <w:p>
      <w:r>
        <w:rPr>
          <w:rFonts w:ascii="Gentium Plus" w:hAnsi="Gentium Plus"/>
          <w:sz w:val="24"/>
        </w:rPr>
        <w:t>οὐδὲ ξένην οἰκεῖν ἡγούμεθα, τῆς σῆς θαυμασιότητος πρὸς τὴν τοιαῦτα πάσχουσαν ἐπανελθούσης πόλιν. Ποιεῖ δὲ ἡμῖν τὴν τοσαύτην ἡδονὴν, οὐ τὸ σὲ πλείονος ἀπολελαυκέναι τιμῆς· ἡ γὰρ σὴ τιμὴ τῆς ψυχῆς σού ἐστιν ἡ ἀρετὴ, καὶ οὔτε ἔμπροσθέν σέ τις αὐτὴν ἀφ‐</w:t>
      </w:r>
    </w:p>
    <w:p>
      <w:r>
        <w:rPr>
          <w:rFonts w:ascii="Courier New" w:hAnsi="Courier New"/>
          <w:color w:val="555555"/>
          <w:sz w:val="20"/>
        </w:rPr>
        <w:t>[20]</w:t>
      </w:r>
    </w:p>
    <w:p>
      <w:r>
        <w:rPr>
          <w:rFonts w:ascii="Gentium Plus" w:hAnsi="Gentium Plus"/>
          <w:sz w:val="24"/>
        </w:rPr>
        <w:t>ελέσθαι ἴσχυσεν, οὔτε νῦν ἀποδέδωκεν (πῶς γὰρ τὴν μὴ ἀφαιρεθεῖσαν;)· σκιρτῶμεν δὲ ὅτι μεγίστη παρά‐ κλησις τοῖς ἐλαυνομένοις, τοῖς σφαττομένοις, τοῖς δεδεμένοις, εἰς τὴν πόλιν ἐκείνην εἰσελήλυθας, κοινὸν ὄφελος καὶ λιμὴν εὐρύτατος τούτων γενόμενος. Καὶ</w:t>
      </w:r>
    </w:p>
    <w:p>
      <w:r>
        <w:rPr>
          <w:rFonts w:ascii="Courier New" w:hAnsi="Courier New"/>
          <w:color w:val="555555"/>
          <w:sz w:val="20"/>
        </w:rPr>
        <w:t>[25]</w:t>
      </w:r>
    </w:p>
    <w:p>
      <w:r>
        <w:rPr>
          <w:rFonts w:ascii="Gentium Plus" w:hAnsi="Gentium Plus"/>
          <w:sz w:val="24"/>
        </w:rPr>
        <w:t>γὰρ οἶσθα κερδαίνειν ἃ κερδαίνειν χρή. Γράφε δὴ λοιπὸν τῶν κατορθωμάτων σου τὸ μέγεθος, καὶ λέγε σαφῶς πόσους κειμένους ἀνέστησας, πόσους κατα‐ πεπτωκότας ἀνώρθωσας, τίνας σαλευομένους ἐστή‐ ριξας, τίσι πεπονηκόσιν ἐν τῷ μακρῷ τούτῳ χρόνῳ</w:t>
      </w:r>
    </w:p>
    <w:p>
      <w:r>
        <w:rPr>
          <w:rFonts w:ascii="Courier New" w:hAnsi="Courier New"/>
          <w:color w:val="555555"/>
          <w:sz w:val="20"/>
        </w:rPr>
        <w:t>[30]</w:t>
      </w:r>
    </w:p>
    <w:p>
      <w:r>
        <w:rPr>
          <w:rFonts w:ascii="Gentium Plus" w:hAnsi="Gentium Plus"/>
          <w:sz w:val="24"/>
        </w:rPr>
        <w:t>παρέστης, τίνας ῥᾳθυμοῦντας σπουδαίους ἐποίησας, τίνας σπουδαίους ὄντας σπουδαιοτέρους εἰργάσω, καὶ πάντα ἁπλῶς καθ’ ἕκαστον τὰ ἐπὶ τῆς παρατάξεώς σου ταύτης ἀνδραγαθήματα. Οἶδα μὲν γὰρ ταῦτα καὶ πρὸ τῶν γραμμάτων τῶν σῶν, ἐπειδὴ καὶ τὴν ψυχὴν</w:t>
      </w:r>
    </w:p>
    <w:p>
      <w:r>
        <w:rPr>
          <w:rFonts w:ascii="Courier New" w:hAnsi="Courier New"/>
          <w:color w:val="555555"/>
          <w:sz w:val="20"/>
        </w:rPr>
        <w:t>[35]</w:t>
      </w:r>
    </w:p>
    <w:p>
      <w:r>
        <w:rPr>
          <w:rFonts w:ascii="Gentium Plus" w:hAnsi="Gentium Plus"/>
          <w:sz w:val="24"/>
        </w:rPr>
        <w:t>οἶδα τὴν σὴν, τὸν γενναῖον ἀθλητὴν, καὶ τὸν θαυμα‐ στὸν ἀριστέα· ἀλλ’ οὖν βούλομαι καὶ παρὰ τῆς πο‐ θεινοτάτης μοι γλώττης ταῦτα μανθάνειν. Δίδου δὴ ἡμῖν ταύτην τὴν αἴτησιν· οἶσθα γὰρ ἡλίκην χαριῇ χάριν, τοῦτο ποιῶν.</w:t>
      </w:r>
    </w:p>
    <w:p>
      <w:pPr>
        <w:jc w:val="center"/>
      </w:pPr>
      <w:r>
        <w:rPr>
          <w:rFonts w:ascii="Gentium Plus" w:hAnsi="Gentium Plus"/>
          <w:b/>
          <w:sz w:val="24"/>
        </w:rPr>
        <w:t>ΣΚΑʹ. Κωνσταντίῳ πρεσβυτέρῳ.</w:t>
      </w:r>
    </w:p>
    <w:p>
      <w:r>
        <w:rPr>
          <w:rFonts w:ascii="Courier New" w:hAnsi="Courier New"/>
          <w:color w:val="555555"/>
          <w:sz w:val="20"/>
        </w:rPr>
        <w:t>[41]</w:t>
      </w:r>
    </w:p>
    <w:p>
      <w:r>
        <w:rPr>
          <w:rFonts w:ascii="Gentium Plus" w:hAnsi="Gentium Plus"/>
          <w:sz w:val="24"/>
        </w:rPr>
        <w:t>Τῇ τετάρτῃ τοῦ Πανέμου μηνὸς μέλλων ἀπὸ τῆς Νικαίας διεξορμᾷν, ταῦτα διαπέμπομαι τὰ γράμ‐ ματα πρὸς τὴν σὴν θεοσέβειαν, παρακαλῶν, ὅπερ ἀεὶ παρακαλῶν οὐκ ἐπαυσάμην, κἂν χαλεπώτερος τοῦ</w:t>
      </w:r>
    </w:p>
    <w:p>
      <w:r>
        <w:rPr>
          <w:rFonts w:ascii="Courier New" w:hAnsi="Courier New"/>
          <w:color w:val="555555"/>
          <w:sz w:val="20"/>
        </w:rPr>
        <w:t>[45]</w:t>
      </w:r>
    </w:p>
    <w:p>
      <w:r>
        <w:rPr>
          <w:rFonts w:ascii="Gentium Plus" w:hAnsi="Gentium Plus"/>
          <w:sz w:val="24"/>
        </w:rPr>
        <w:t>νῦν κατέχοντος γένηται ὁ χειμὼν, κἂν μείζονα τὰ κύματα, μὴ διαλιπεῖν τὰ σαυτοῦ πληροῦντα εἰς τὴν</w:t>
      </w:r>
    </w:p>
    <w:p>
      <w:r>
        <w:rPr>
          <w:rFonts w:ascii="Courier New" w:hAnsi="Courier New"/>
          <w:color w:val="555555"/>
          <w:sz w:val="20"/>
        </w:rPr>
        <w:t>[52 . 733]</w:t>
      </w:r>
    </w:p>
    <w:p>
      <w:r>
        <w:rPr>
          <w:rFonts w:ascii="Gentium Plus" w:hAnsi="Gentium Plus"/>
          <w:sz w:val="24"/>
        </w:rPr>
        <w:t>νισμοῦ τὴν καθαίρεσιν, τῶν ἐκκλησιῶν τὰς οἰκοδο‐ μὰς, τῶν ψυχῶν τὴν ἐπιμέλειαν· μηδέ σε ὕπτιον ποιείτω τῶν πραγμάτων ἡ δυσκολία. Οὐδὲ γὰρ κυ‐ βερνήτης τὸ πέλαγος ὁρῶν μαινόμενον καὶ διανιστά‐</w:t>
      </w:r>
    </w:p>
    <w:p>
      <w:r>
        <w:rPr>
          <w:rFonts w:ascii="Courier New" w:hAnsi="Courier New"/>
          <w:color w:val="555555"/>
          <w:sz w:val="20"/>
        </w:rPr>
        <w:t>[5]</w:t>
      </w:r>
    </w:p>
    <w:p>
      <w:r>
        <w:rPr>
          <w:rFonts w:ascii="Gentium Plus" w:hAnsi="Gentium Plus"/>
          <w:sz w:val="24"/>
        </w:rPr>
        <w:t>μενον, ἀποστήσεται τῶν οἰάκων· ἀλλ’ οὐδὲ ἰατρὸς τὸν κάμνοντα βλέπων τῇ νόσῳ κρατούμενον, ἀναχω‐ ρήσει τῆς θεραπείας, ἀλλὰ τότε μάλιστα ἕκαστος τούτων τῇ τέχνῃ χρήσεται. Καὶ σὺ τοίνυν, δέσποτά μου τιμιώτατε καὶ εὐλαβέστατε, πολλῇ νῦν χρῆσαι</w:t>
      </w:r>
    </w:p>
    <w:p>
      <w:r>
        <w:rPr>
          <w:rFonts w:ascii="Courier New" w:hAnsi="Courier New"/>
          <w:color w:val="555555"/>
          <w:sz w:val="20"/>
        </w:rPr>
        <w:t>[10]</w:t>
      </w:r>
    </w:p>
    <w:p>
      <w:r>
        <w:rPr>
          <w:rFonts w:ascii="Gentium Plus" w:hAnsi="Gentium Plus"/>
          <w:sz w:val="24"/>
        </w:rPr>
        <w:t>τῇ προθυμίᾳ, μηδὲ ὕπτιον ποιείτω σε τὰ συμβαί‐ νοντα· οὐ γὰρ ὑπὲρ ὧν ποιοῦσιν ἡμᾶς ἕτεροι κακῶν λόγον δώσομεν, ἀλλὰ καὶ μισθὸν ληψόμεθα. Εἰ δὲ αὐτοὶ τὰ παρ’ ἑαυτῶν μὴ εἰσενέγκαιμεν, ἀλλὰ ῥᾳθυμήσαιμεν, οὐδὲν εἰς τοῦτο ἡμῶν προστήσεται ὁ</w:t>
      </w:r>
    </w:p>
    <w:p>
      <w:r>
        <w:rPr>
          <w:rFonts w:ascii="Courier New" w:hAnsi="Courier New"/>
          <w:color w:val="555555"/>
          <w:sz w:val="20"/>
        </w:rPr>
        <w:t>[15]</w:t>
      </w:r>
    </w:p>
    <w:p>
      <w:r>
        <w:rPr>
          <w:rFonts w:ascii="Gentium Plus" w:hAnsi="Gentium Plus"/>
          <w:sz w:val="24"/>
        </w:rPr>
        <w:t>τῶν πραγμάτων θόρυβος· ἐπεὶ καὶ Παῦλος δεσμω‐ τήριον οἰκῶν, καὶ τῷ ξύλῳ προσδεδεμένος, τὰ αὑτοῦ ἐποίει, καὶ Ἰωνᾶς ἐν τῇ γαστρὶ τοῦ θαλαττίου θηρὸς φερόμενος, καὶ οἱ τρεῖς παῖδες οἱ ἐν τῇ καμίνῳ διατρίβοντες· καὶ οὐδένα τούτων τὰ ποικίλα δεσμω‐</w:t>
      </w:r>
    </w:p>
    <w:p>
      <w:r>
        <w:rPr>
          <w:rFonts w:ascii="Courier New" w:hAnsi="Courier New"/>
          <w:color w:val="555555"/>
          <w:sz w:val="20"/>
        </w:rPr>
        <w:t>[20]</w:t>
      </w:r>
    </w:p>
    <w:p>
      <w:r>
        <w:rPr>
          <w:rFonts w:ascii="Gentium Plus" w:hAnsi="Gentium Plus"/>
          <w:sz w:val="24"/>
        </w:rPr>
        <w:t>τήρια ταῦτα ῥᾳθυμότερον πεποίηκε. Ταῦτ’ οὖν ἐν‐ νοῶν, δέσποτά μου, καὶ Φοινίκης, καὶ Ἀραβίας, καὶ τῶν κατὰ τὴν Ἀνατολὴν μὴ παύσῃ φροντίζων Ἐκκλη‐ σιῶν, εἰδὼς ὅτι πλείονα λήψῃ τὸν μισθὸν, ὅσῳ καὶ τοσούτων ὄντων τῶν κωλυμάτων, τὰ παρ’ αὑτοῦ εἰσ‐</w:t>
      </w:r>
    </w:p>
    <w:p>
      <w:r>
        <w:rPr>
          <w:rFonts w:ascii="Courier New" w:hAnsi="Courier New"/>
          <w:color w:val="555555"/>
          <w:sz w:val="20"/>
        </w:rPr>
        <w:t>[25]</w:t>
      </w:r>
    </w:p>
    <w:p>
      <w:r>
        <w:rPr>
          <w:rFonts w:ascii="Gentium Plus" w:hAnsi="Gentium Plus"/>
          <w:sz w:val="24"/>
        </w:rPr>
        <w:t>φέρεις. Καὶ γράφειν δὲ ἡμῖν συνεχῶς μὴ κατόκνει, ἀλλὰ καὶ πυκνότατα. Ὡς γὰρ ἔγνωμεν νῦν, οὐκέτι εἰς Σεβάστειαν, ἀλλ’ εἰς τὴν Κουκουσὸν ἐκελεύσθημεν ἀπελθεῖν, ὅπου σοι καὶ εὐκολώτερον ἐπιστέλλειν ἡμῖν. Γράφε τοίνυν ἡμῖν πόσαι ἐκκλησίαι ἐπ’ ἔτος ᾠκοδο‐</w:t>
      </w:r>
    </w:p>
    <w:p>
      <w:r>
        <w:rPr>
          <w:rFonts w:ascii="Courier New" w:hAnsi="Courier New"/>
          <w:color w:val="555555"/>
          <w:sz w:val="20"/>
        </w:rPr>
        <w:t>[30]</w:t>
      </w:r>
    </w:p>
    <w:p>
      <w:r>
        <w:rPr>
          <w:rFonts w:ascii="Gentium Plus" w:hAnsi="Gentium Plus"/>
          <w:sz w:val="24"/>
        </w:rPr>
        <w:t>μήθησαν, καὶ τίνες ἄνδρες ἅγιοι μετέστησαν εἰς τὴν Φοινίκην, καὶ εἴ τις πλέον γέγονε προκοπή. Καὶ γὰρ ἀπὸ Νικαίας εὑρών τινα μονάζοντα ἐγκεκλεισμένον, ἔπεισα αὐτὸν ἐλθεῖν πρὸς τὴν σὴν εὐλάβειαν, καὶ ἀπελθεῖν εἰς Φοινίκην. Εἰ παραγέγονεν οὖν δηλῶσαί</w:t>
      </w:r>
    </w:p>
    <w:p>
      <w:r>
        <w:rPr>
          <w:rFonts w:ascii="Courier New" w:hAnsi="Courier New"/>
          <w:color w:val="555555"/>
          <w:sz w:val="20"/>
        </w:rPr>
        <w:t>[35]</w:t>
      </w:r>
    </w:p>
    <w:p>
      <w:r>
        <w:rPr>
          <w:rFonts w:ascii="Gentium Plus" w:hAnsi="Gentium Plus"/>
          <w:sz w:val="24"/>
        </w:rPr>
        <w:t>μοι σπούδασον. Τοῦ Σαλαμῖνος ἕνεκεν χωρίου τοῦ κατὰ τὴν Κύπρον κειμένου, τοῦ ὑπὸ τῆς αἱρέσεως τῶν Μαρκιωνιστῶν πολιορκουμένου, ἤμην διειλεγμέ‐ νος οἷς ἐχρῆν, καὶ κατωρθωκὼς τὸ πᾶν, ἀλλ’ ἔφθην ἐκβληθείς. Εἰ τοίνυν μάθοις τὸν κύριόν μου Κυριακὸν</w:t>
      </w:r>
    </w:p>
    <w:p>
      <w:r>
        <w:rPr>
          <w:rFonts w:ascii="Courier New" w:hAnsi="Courier New"/>
          <w:color w:val="555555"/>
          <w:sz w:val="20"/>
        </w:rPr>
        <w:t>[40]</w:t>
      </w:r>
    </w:p>
    <w:p>
      <w:r>
        <w:rPr>
          <w:rFonts w:ascii="Gentium Plus" w:hAnsi="Gentium Plus"/>
          <w:sz w:val="24"/>
        </w:rPr>
        <w:t>τὸν ἐπίσκοπον ἐπὶ τῆς Κωνσταντινουπόλεως δια‐ τρίβειν, ἐπίστειλον αὐτῷ ταύτης ἕνεκεν τῆς ὑπο‐ θέσεως, καὶ τὸ πᾶν ἀνύσαι δυνήσεται. Καὶ μάλιστα τοὺς πρὸς τὸν Θεὸν παῤῥησίαν ἔχοντας παρακάλει πολλῇ κεχρῆσθαι τῇ εὐχῇ, πολλῇ τῇ ἐκτενείᾳ, ὥστε τὸ</w:t>
      </w:r>
    </w:p>
    <w:p>
      <w:r>
        <w:rPr>
          <w:rFonts w:ascii="Courier New" w:hAnsi="Courier New"/>
          <w:color w:val="555555"/>
          <w:sz w:val="20"/>
        </w:rPr>
        <w:t>[45]</w:t>
      </w:r>
    </w:p>
    <w:p>
      <w:r>
        <w:rPr>
          <w:rFonts w:ascii="Gentium Plus" w:hAnsi="Gentium Plus"/>
          <w:sz w:val="24"/>
        </w:rPr>
        <w:t>τῆς οἰκουμένης τοῦτο ναυάγιον παύσασθαι. Ἀφό‐ ρητα γὰρ καὶ τὴν Ἀσίαν κατέλαβε κακὰ, καὶ ἑτέρας δὲ πόλεις καὶ Ἐκκλησίας, ἅπερ, ἵνα μὴ δοκῶ δι‐ ενοχλεῖν, ἀφεὶς τὸ καθ’ ἕκαστον λέγειν, ἐκεῖνο μόνον ἐρῶ, ὅτι εὐχῶν πολλῶν χρεία, καὶ δεήσεων ἐκτενῶν.</w:t>
      </w:r>
    </w:p>
    <w:p>
      <w:pPr>
        <w:jc w:val="center"/>
      </w:pPr>
      <w:r>
        <w:rPr>
          <w:rFonts w:ascii="Gentium Plus" w:hAnsi="Gentium Plus"/>
          <w:b/>
          <w:sz w:val="24"/>
        </w:rPr>
        <w:t>ΣΚΒʹ. Κάστῳ, Οὐαλερίῳ, Διοφάντῳ, Κυριακῷ,</w:t>
      </w:r>
    </w:p>
    <w:p>
      <w:pPr>
        <w:jc w:val="center"/>
      </w:pPr>
      <w:r>
        <w:rPr>
          <w:rFonts w:ascii="Gentium Plus" w:hAnsi="Gentium Plus"/>
          <w:b/>
          <w:sz w:val="24"/>
        </w:rPr>
        <w:t>πρεσβυτέροις Ἀντιοχείας.</w:t>
      </w:r>
    </w:p>
    <w:p>
      <w:r>
        <w:rPr>
          <w:rFonts w:ascii="Courier New" w:hAnsi="Courier New"/>
          <w:color w:val="555555"/>
          <w:sz w:val="20"/>
        </w:rPr>
        <w:t>[52]</w:t>
      </w:r>
    </w:p>
    <w:p>
      <w:r>
        <w:rPr>
          <w:rFonts w:ascii="Gentium Plus" w:hAnsi="Gentium Plus"/>
          <w:sz w:val="24"/>
        </w:rPr>
        <w:t>Καὶ τὸ γράψαι, καὶ προτέρους ἐπιπηδῆσαι τοῖς πρὸς ἡμᾶς γράμμασι, καὶ τὸ γράμματα παρ’ ἡμῶν αἰτῆσαι, καὶ τὸ κελεῦσαι ὑπερβῆναι μέτρον ἐπιστο‐</w:t>
      </w:r>
    </w:p>
    <w:p>
      <w:r>
        <w:rPr>
          <w:rFonts w:ascii="Courier New" w:hAnsi="Courier New"/>
          <w:color w:val="555555"/>
          <w:sz w:val="20"/>
        </w:rPr>
        <w:t>[55]</w:t>
      </w:r>
    </w:p>
    <w:p>
      <w:r>
        <w:rPr>
          <w:rFonts w:ascii="Gentium Plus" w:hAnsi="Gentium Plus"/>
          <w:sz w:val="24"/>
        </w:rPr>
        <w:t>λῆς, ἔδειξε τοὺς ἀκορέστους καὶ μανικοὺς ἡμῶν ἐρα‐ στάς. Τοῦτο τὴν ἐρημίαν, ἐν ᾗ διατρίβομεν, οὐκ ἀφίησιν ἐρημίαν φαίνεσθαι· τοῦτο τὰς ποικίλας καὶ</w:t>
      </w:r>
    </w:p>
    <w:p>
      <w:r>
        <w:rPr>
          <w:rFonts w:ascii="Courier New" w:hAnsi="Courier New"/>
          <w:color w:val="555555"/>
          <w:sz w:val="20"/>
        </w:rPr>
        <w:t>[52 . 734]</w:t>
      </w:r>
    </w:p>
    <w:p>
      <w:r>
        <w:rPr>
          <w:rFonts w:ascii="Gentium Plus" w:hAnsi="Gentium Plus"/>
          <w:sz w:val="24"/>
        </w:rPr>
        <w:t>ἀγάπης ἴσον; Οὐκ ἔστιν οὐδέν. Αὕτη καὶ ῥίζα, καὶ πηγὴ, καὶ μήτηρ ἐστὶ τῶν ἀγαθῶν, ἀρετὴ πόνον οὐκ ἔχουσα, ἀρετὴ ἡδονῇ συγκεκληρωμένη, καὶ πολλὴν φέρουσα τοῖς γνησίως αὐτὴν μετιοῦσι τὴν εὐφροσύ‐</w:t>
      </w:r>
    </w:p>
    <w:p>
      <w:r>
        <w:rPr>
          <w:rFonts w:ascii="Courier New" w:hAnsi="Courier New"/>
          <w:color w:val="555555"/>
          <w:sz w:val="20"/>
        </w:rPr>
        <w:t>[5]</w:t>
      </w:r>
    </w:p>
    <w:p>
      <w:r>
        <w:rPr>
          <w:rFonts w:ascii="Gentium Plus" w:hAnsi="Gentium Plus"/>
          <w:sz w:val="24"/>
        </w:rPr>
        <w:t>νην. Διὰ ταῦτα χάριν ὑμῖν ἴσμεν πολλὴν, ὅτι οὕτω γνησίως διετηρήσατε τὴν περὶ ἡμᾶς διάθεσιν· καὶ ἡμεῖς δὲ ὅπουπερ ἂν ὦμεν, κἂν πρὸς αὐτὰ τῆς οἰκουμένης ἀπενεχθῶμεν τὰ τέρματα, κἂν εἰς ἐρη‐ μότερον τούτου χωρίον, περιφέροντες ὑμᾶς ἄπιμεν,</w:t>
      </w:r>
    </w:p>
    <w:p>
      <w:r>
        <w:rPr>
          <w:rFonts w:ascii="Courier New" w:hAnsi="Courier New"/>
          <w:color w:val="555555"/>
          <w:sz w:val="20"/>
        </w:rPr>
        <w:t>[10]</w:t>
      </w:r>
    </w:p>
    <w:p>
      <w:r>
        <w:rPr>
          <w:rFonts w:ascii="Gentium Plus" w:hAnsi="Gentium Plus"/>
          <w:sz w:val="24"/>
        </w:rPr>
        <w:t>ἐγκολάψαντες ὑμᾶς τῇ διανοίᾳ, καὶ τῷ συνειδότι ἐναποθέμενοι, καὶ οὔτε τῆς ὁδοῦ τὸ μῆκος, οὔτε τοῦ χρόνου τὸ πλῆθος, οὔτε ὁ τῶν περιστάσεων ὄχλος ῥᾳθυμοτέρους ἡμᾶς περὶ τὴν ἐμμέλειαν τὴν ὑμετέ‐ ραν πεποίηκεν, ἀλλ’ ὡς χθὲς καὶ πρώην ὑμῖν συγγε‐</w:t>
      </w:r>
    </w:p>
    <w:p>
      <w:r>
        <w:rPr>
          <w:rFonts w:ascii="Courier New" w:hAnsi="Courier New"/>
          <w:color w:val="555555"/>
          <w:sz w:val="20"/>
        </w:rPr>
        <w:t>[15]</w:t>
      </w:r>
    </w:p>
    <w:p>
      <w:r>
        <w:rPr>
          <w:rFonts w:ascii="Gentium Plus" w:hAnsi="Gentium Plus"/>
          <w:sz w:val="24"/>
        </w:rPr>
        <w:t>νόμενοι, μᾶλλον δὲ ὡς ἀεὶ μεθ’ ὑμῶν ὄντες, ὥσπερ οὖν καὶ ἐσμὲν, οὕτως ὑμᾶς ὁρῶμεν, καὶ φανταζό‐ μεθα τοῖς τῆς ἀγάπης ὀφθαλμοῖς. Τοιοῦτον γὰρ τὸ φιλεῖν· οὐ διείργεται ὁδοῦ διαστήμασιν, οὐ μαραί‐ νεται ἡμερῶν πλήθει, οὐ νικᾶται θλίψεων περιστά‐</w:t>
      </w:r>
    </w:p>
    <w:p>
      <w:r>
        <w:rPr>
          <w:rFonts w:ascii="Courier New" w:hAnsi="Courier New"/>
          <w:color w:val="555555"/>
          <w:sz w:val="20"/>
        </w:rPr>
        <w:t>[20]</w:t>
      </w:r>
    </w:p>
    <w:p>
      <w:r>
        <w:rPr>
          <w:rFonts w:ascii="Gentium Plus" w:hAnsi="Gentium Plus"/>
          <w:sz w:val="24"/>
        </w:rPr>
        <w:t>σει, ἀλλ’ εἰς ὕψος αἴρεται διὰ παντὸς, καὶ φλογὸς μιμεῖται δρόμον. Καὶ τοῦτο ἴστε μάλιστα πάντων, ἐπειδὴ καὶ φιλεῖν μάλιστα πάντων ἐπίστασθε· διὸ καὶ σφόδρα ὑμᾶς μακαρίζομεν. Εἰ γὰρ καὶ ἡμεῖς οἰκτροὶ καὶ εὐτελεῖς, ἀλλ’ ὁ Θεὸς ἱκανὸς ὑμῖν δοῦναι</w:t>
      </w:r>
    </w:p>
    <w:p>
      <w:r>
        <w:rPr>
          <w:rFonts w:ascii="Courier New" w:hAnsi="Courier New"/>
          <w:color w:val="555555"/>
          <w:sz w:val="20"/>
        </w:rPr>
        <w:t>[25]</w:t>
      </w:r>
    </w:p>
    <w:p>
      <w:r>
        <w:rPr>
          <w:rFonts w:ascii="Gentium Plus" w:hAnsi="Gentium Plus"/>
          <w:sz w:val="24"/>
        </w:rPr>
        <w:t>τῆς ἀγάπης ταύτης μείζονα τὴν ἀνταμοιβὴν, καὶ πολλῷ πλείονα· καὶ γὰρ ἐκ πολλοῦ τοῦ περιόντος ἀεὶ νικᾷ ταῖς ἀντιδόσεσι τοὺς ἀγαθόν τι ποιοῦντας ἢ λέγοντας. Ἐγὼ μὲν οὖν ἐβουλόμην καὶ αὐταῖς ὄψεσιν ὑμᾶς ἰδεῖν, καὶ τῆς κατὰ πρόσωπον ἀπολαῦσαι συν‐</w:t>
      </w:r>
    </w:p>
    <w:p>
      <w:r>
        <w:rPr>
          <w:rFonts w:ascii="Courier New" w:hAnsi="Courier New"/>
          <w:color w:val="555555"/>
          <w:sz w:val="20"/>
        </w:rPr>
        <w:t>[30]</w:t>
      </w:r>
    </w:p>
    <w:p>
      <w:r>
        <w:rPr>
          <w:rFonts w:ascii="Gentium Plus" w:hAnsi="Gentium Plus"/>
          <w:sz w:val="24"/>
        </w:rPr>
        <w:t>ουσίας, καὶ ἐμφορηθῆναι καὶ τούτῳ τῷ τρόπῳ τῆς ἀγάπης ὑμῶν· ἐπειδὴ δὲ τοῦτο οὐκ ἔνι, οὐ δι’ ὄκνον καὶ ῥᾳθυμίαν, ἀλλὰ διὰ τὸ τῇ ἀνάγκῃ τῆς ἐξορίας πεπεδῆσθαι, τὸν γοῦν δεύτερον ἡμᾶς μὴ ἀποστερή‐ σητε πλοῦν, ἀλλὰ πέμπετε ἡμῖν νιφάδας ἐπιστολῶν,</w:t>
      </w:r>
    </w:p>
    <w:p>
      <w:r>
        <w:rPr>
          <w:rFonts w:ascii="Courier New" w:hAnsi="Courier New"/>
          <w:color w:val="555555"/>
          <w:sz w:val="20"/>
        </w:rPr>
        <w:t>[35]</w:t>
      </w:r>
    </w:p>
    <w:p>
      <w:r>
        <w:rPr>
          <w:rFonts w:ascii="Gentium Plus" w:hAnsi="Gentium Plus"/>
          <w:sz w:val="24"/>
        </w:rPr>
        <w:t>τὰ περὶ τῆς ὑγείας τῆς ὑμετέρας δηλούσας. Εἰ γὰρ τοιαῦτα δεξαίμεθα γράμματα συνεχῶς, πολλὴν καρ‐ πωσόμεθα τὴν παράκλησιν, καὶ ταῦτα ἐν ἀλλοτρίᾳ διατρίβοντες. Εἰδότες οὖν ἡλίκα ἡμῖν χαριεῖσθε, καὶ ἐν ὅσῃ καταστήσετε ἡμᾶς εὐφροσύνῃ, μὴ φθονήσητε</w:t>
      </w:r>
    </w:p>
    <w:p>
      <w:r>
        <w:rPr>
          <w:rFonts w:ascii="Courier New" w:hAnsi="Courier New"/>
          <w:color w:val="555555"/>
          <w:sz w:val="20"/>
        </w:rPr>
        <w:t>[40]</w:t>
      </w:r>
    </w:p>
    <w:p>
      <w:r>
        <w:rPr>
          <w:rFonts w:ascii="Gentium Plus" w:hAnsi="Gentium Plus"/>
          <w:sz w:val="24"/>
        </w:rPr>
        <w:t>τῆς τοσαύτης ἡμῖν ἡδονῆς. Ὁμιλοῦντες γὰρ ὑμῶν τοῖς γράμμασιν, αὐτοὺς ὑμᾶς ἡγησόμεθα ἐνταῦθα παρεῖναι, καὶ τρανοτέραν ἐντεῦθεν τῆς παρουσίας ὑμῶν ληψόμεθα τὴν φαντασίαν.</w:t>
      </w:r>
    </w:p>
    <w:p>
      <w:pPr>
        <w:jc w:val="center"/>
      </w:pPr>
      <w:r>
        <w:rPr>
          <w:rFonts w:ascii="Gentium Plus" w:hAnsi="Gentium Plus"/>
          <w:b/>
          <w:sz w:val="24"/>
        </w:rPr>
        <w:t>ΣΚΓʹ. Ἡσυχίῳ.</w:t>
      </w:r>
    </w:p>
    <w:p>
      <w:r>
        <w:rPr>
          <w:rFonts w:ascii="Courier New" w:hAnsi="Courier New"/>
          <w:color w:val="555555"/>
          <w:sz w:val="20"/>
        </w:rPr>
        <w:t>[45]</w:t>
      </w:r>
    </w:p>
    <w:p>
      <w:r>
        <w:rPr>
          <w:rFonts w:ascii="Gentium Plus" w:hAnsi="Gentium Plus"/>
          <w:sz w:val="24"/>
        </w:rPr>
        <w:t>Ἐγὼ μὲν ἐπεθύμουν καὶ μὴ γράψας πρὸς τὴν σὴν ἐμμέλειαν πρότερος δέξασθαι ἐπιστολήν· τοῦτο γὰρ μάλιστα ἐραστοῦ σφοδροτάτου· οὐκ ἀνεμείναμεν δὲ ἡμεῖς τὰ σὰ γράμματα, ἀλλὰ πρότεροι τῷ γράφειν ἐπεπηδήσαμεν, τὸν θερμὸν ἔρωτα, ὃν περὶ τὴν σὴν</w:t>
      </w:r>
    </w:p>
    <w:p>
      <w:r>
        <w:rPr>
          <w:rFonts w:ascii="Courier New" w:hAnsi="Courier New"/>
          <w:color w:val="555555"/>
          <w:sz w:val="20"/>
        </w:rPr>
        <w:t>[52 . 734 (50)]</w:t>
      </w:r>
    </w:p>
    <w:p>
      <w:r>
        <w:rPr>
          <w:rFonts w:ascii="Gentium Plus" w:hAnsi="Gentium Plus"/>
          <w:sz w:val="24"/>
        </w:rPr>
        <w:t>ἐμμέλειαν ἔχομεν, κἀν τούτῳ δεικνύντες. Πλὴν ἀλλὰ καὶ τούτου σοι χάριν ἴσμεν· εὖ γὰρ οἶδ’ ὅτι οὐκ ἐξ ὀλιγωρίας, ἀλλ’ ἐκ τοῦ σφόδρα μετριάζειν, τοῦτο πέ‐ πονθας. Δείκνυε τοίνυν λοιπὸν μετὰ ἀδείας τὴν περὶ ἡμᾶς ἀγάπην, νιφάδας ἡμῖν πέμπων ἐπιστολῶν, δη‐</w:t>
      </w:r>
    </w:p>
    <w:p>
      <w:r>
        <w:rPr>
          <w:rFonts w:ascii="Courier New" w:hAnsi="Courier New"/>
          <w:color w:val="555555"/>
          <w:sz w:val="20"/>
        </w:rPr>
        <w:t>[55]</w:t>
      </w:r>
    </w:p>
    <w:p>
      <w:r>
        <w:rPr>
          <w:rFonts w:ascii="Gentium Plus" w:hAnsi="Gentium Plus"/>
          <w:sz w:val="24"/>
        </w:rPr>
        <w:t>λούσας τὰ περὶ τῆς ὑγείας τῆς σῆς. Ἢν γὰρ τοιαῦτα</w:t>
      </w:r>
    </w:p>
    <w:p>
      <w:r>
        <w:rPr>
          <w:rFonts w:ascii="Courier New" w:hAnsi="Courier New"/>
          <w:color w:val="555555"/>
          <w:sz w:val="20"/>
        </w:rPr>
        <w:t>[52 . 735]</w:t>
      </w:r>
    </w:p>
    <w:p>
      <w:r>
        <w:rPr>
          <w:rFonts w:ascii="Gentium Plus" w:hAnsi="Gentium Plus"/>
          <w:sz w:val="24"/>
        </w:rPr>
        <w:t>δεξώμεθα γράμματα, κἂν πρὸς αὐτὰ τῆς οἰκουμένης ἀπενεχθῶμεν τὰ τέρματα, κἂν εἰς ἐρημότερον τούτου χωρίον, πολλὴν ἀπὸ τῆς ἀγάπης ὑμῶν καρπωσόμεθα τὴν παράκλησιν. Οὐδὲν γὰρ οὕτω ψυχὴν ἀνέχειν</w:t>
      </w:r>
    </w:p>
    <w:p>
      <w:r>
        <w:rPr>
          <w:rFonts w:ascii="Courier New" w:hAnsi="Courier New"/>
          <w:color w:val="555555"/>
          <w:sz w:val="20"/>
        </w:rPr>
        <w:t>[5]</w:t>
      </w:r>
    </w:p>
    <w:p>
      <w:r>
        <w:rPr>
          <w:rFonts w:ascii="Gentium Plus" w:hAnsi="Gentium Plus"/>
          <w:sz w:val="24"/>
        </w:rPr>
        <w:t>δύναται, καὶ ἐν πολλῇ καθιστᾷν ἡδονῇ, ὡς τὸ φιλεῖν καὶ φιλεῖσθαι γνησίως. Καὶ τοῦτο οἶσθα μάλιστα πάντων αὐτὸς, ἐπειδὴ μάλιστα πάντων καὶ φιλεῖν οἶσθα.</w:t>
      </w:r>
    </w:p>
    <w:p>
      <w:pPr>
        <w:jc w:val="center"/>
      </w:pPr>
      <w:r>
        <w:rPr>
          <w:rFonts w:ascii="Gentium Plus" w:hAnsi="Gentium Plus"/>
          <w:b/>
          <w:sz w:val="24"/>
        </w:rPr>
        <w:t>ΣΚΔʹ. Μαρκιανῷ καὶ Μαρκελλίνῳ.</w:t>
      </w:r>
    </w:p>
    <w:p>
      <w:r>
        <w:rPr>
          <w:rFonts w:ascii="Courier New" w:hAnsi="Courier New"/>
          <w:color w:val="555555"/>
          <w:sz w:val="20"/>
        </w:rPr>
        <w:t>[10]</w:t>
      </w:r>
    </w:p>
    <w:p>
      <w:r>
        <w:rPr>
          <w:rFonts w:ascii="Gentium Plus" w:hAnsi="Gentium Plus"/>
          <w:sz w:val="24"/>
        </w:rPr>
        <w:t>Τί τοῦτο; Οὕτως ἡμῶν ἐρῶντες (οὐδὲ γὰρ ἐκ το‐ σούτου καθημένους ὑμῶν διαστήματος ἔλαθεν ἡμᾶς ὁ ἔρως, διὰ τὸ σφοδρὸς εἶναι καὶ πεπυρωμένος), κατ‐ εδέξασθε σιγᾷν, καὶ οὐδὲ ἅπαξ ἡμῖν ἐπεστείλατε, ἀλλ’ αἴνιγμα τὸ πρᾶγμα ἡμῖν πεποιήκατε; Οὐδὲ γὰρ ἀρ‐</w:t>
      </w:r>
    </w:p>
    <w:p>
      <w:r>
        <w:rPr>
          <w:rFonts w:ascii="Courier New" w:hAnsi="Courier New"/>
          <w:color w:val="555555"/>
          <w:sz w:val="20"/>
        </w:rPr>
        <w:t>[15]</w:t>
      </w:r>
    </w:p>
    <w:p>
      <w:r>
        <w:rPr>
          <w:rFonts w:ascii="Gentium Plus" w:hAnsi="Gentium Plus"/>
          <w:sz w:val="24"/>
        </w:rPr>
        <w:t>κοῦσα πρόφασις, ἣν ἐγράψατε ἐπιστέλλοντες πρὸς τὸν κύριόν μου τὸν εὐλαβέστατον πρεσβύτερον Κωνστάν‐ τιον. Πλὴν ἀλλ’ οὐδὲν ἀκριβολογοῦμαι. Ἀλλ’ ἔστω τοῦτο οὕτως ἔχον, καὶ κείσθω τῆς σιγῆς ταύτην εἶναι τὴν αἰτίαν· ἰδοὺ καὶ αὐτὴ ὑμῖν ἀνῄρηται, καὶ πρό‐</w:t>
      </w:r>
    </w:p>
    <w:p>
      <w:r>
        <w:rPr>
          <w:rFonts w:ascii="Courier New" w:hAnsi="Courier New"/>
          <w:color w:val="555555"/>
          <w:sz w:val="20"/>
        </w:rPr>
        <w:t>[20]</w:t>
      </w:r>
    </w:p>
    <w:p>
      <w:r>
        <w:rPr>
          <w:rFonts w:ascii="Gentium Plus" w:hAnsi="Gentium Plus"/>
          <w:sz w:val="24"/>
        </w:rPr>
        <w:t>τεροι τοῖς πρὸς ὑμᾶς ἐπεπηδήσαμεν γράμμασι, χά‐ ριτάς τε ὑμῖν ὁμολογοῦντες τῆς γνησίας ἀγάπης, ἣν οὕτως ἀκμάζουσαν περὶ ἡμᾶς διατηρεῖτε, καὶ παρα‐ καλοῦντες, ἡνίκα ἂν ἐξῇ, καὶ ἐπιστέλλειν ἡμῖν συν‐ εχῶς. Ὅτι μὲν γὰρ καὶ παραγενέσθαι ἐνταῦθα οὐκ</w:t>
      </w:r>
    </w:p>
    <w:p>
      <w:r>
        <w:rPr>
          <w:rFonts w:ascii="Courier New" w:hAnsi="Courier New"/>
          <w:color w:val="555555"/>
          <w:sz w:val="20"/>
        </w:rPr>
        <w:t>[25]</w:t>
      </w:r>
    </w:p>
    <w:p>
      <w:r>
        <w:rPr>
          <w:rFonts w:ascii="Gentium Plus" w:hAnsi="Gentium Plus"/>
          <w:sz w:val="24"/>
        </w:rPr>
        <w:t>ἂν ὠκνήσατε, εἰ μὴ τὰ εἰρημένα κωλύματα παρὰ τῆς κοσμιότητος ὑμῶν ἦν, οὐδὲν ἀμφιβάλλω· μᾶλ‐ λον δὲ ἀπὸ τῆς γνώμης καὶ παρεγένεσθε. Ἀλλ’ ἐπειδὴ τοῦτο ἔργῳ πληρῶσαι τέως οὐκ ἔνι, τὴν ἀπὸ τῶν γραμμάτων ἡμῖν παρέχετε παράκλησιν, τὰ περὶ</w:t>
      </w:r>
    </w:p>
    <w:p>
      <w:r>
        <w:rPr>
          <w:rFonts w:ascii="Courier New" w:hAnsi="Courier New"/>
          <w:color w:val="555555"/>
          <w:sz w:val="20"/>
        </w:rPr>
        <w:t>[30]</w:t>
      </w:r>
    </w:p>
    <w:p>
      <w:r>
        <w:rPr>
          <w:rFonts w:ascii="Gentium Plus" w:hAnsi="Gentium Plus"/>
          <w:sz w:val="24"/>
        </w:rPr>
        <w:t>τῆς ὑγείας ὑμῶν καὶ τοῦ οἴκου παντὸς εὐαγγελιζό‐ μενοι. Εἰ γὰρ τοιαῦτα δεξαίμεθα συνεχῶς παρ’ ὑμῶν γράμματα, κἂν ἐν χαλεπωτέρᾳ ταύτης ἐρημίᾳ καθ‐ ήμεθα, πολλὴν ἀπὸ τῶν ἐπιστολῶν ὑμῶν καρπωσό‐ μεθα τὴν παράκλησιν.</w:t>
      </w:r>
    </w:p>
    <w:p>
      <w:pPr>
        <w:jc w:val="center"/>
      </w:pPr>
      <w:r>
        <w:rPr>
          <w:rFonts w:ascii="Gentium Plus" w:hAnsi="Gentium Plus"/>
          <w:b/>
          <w:sz w:val="24"/>
        </w:rPr>
        <w:t>ΣΚΕʹ. Κωνσταντίῳ πρεσβυτέρῳ.</w:t>
      </w:r>
    </w:p>
    <w:p>
      <w:r>
        <w:rPr>
          <w:rFonts w:ascii="Courier New" w:hAnsi="Courier New"/>
          <w:color w:val="555555"/>
          <w:sz w:val="20"/>
        </w:rPr>
        <w:t>[36]</w:t>
      </w:r>
    </w:p>
    <w:p>
      <w:r>
        <w:rPr>
          <w:rFonts w:ascii="Gentium Plus" w:hAnsi="Gentium Plus"/>
          <w:sz w:val="24"/>
        </w:rPr>
        <w:t>Ἐθαύμασα πῶς οὕτω σφοδρὸς ἡμῶν ὢν ἐραστὴς, καὶ πάντα ποιεῖν καὶ λέγειν ὑπὲρ ἡμῶν καὶ πάσχειν παρεσκευασμένος (οὐδὲ γὰρ ἡμᾶς ἔλαθεν· οὐδὲ γὰρ ἔνι γνησίως φιλοῦντα λαθεῖν), οὐδὲ ἅπαξ ἡμῖν ἐπέ‐</w:t>
      </w:r>
    </w:p>
    <w:p>
      <w:r>
        <w:rPr>
          <w:rFonts w:ascii="Courier New" w:hAnsi="Courier New"/>
          <w:color w:val="555555"/>
          <w:sz w:val="20"/>
        </w:rPr>
        <w:t>[40]</w:t>
      </w:r>
    </w:p>
    <w:p>
      <w:r>
        <w:rPr>
          <w:rFonts w:ascii="Gentium Plus" w:hAnsi="Gentium Plus"/>
          <w:sz w:val="24"/>
        </w:rPr>
        <w:t>στειλας, καὶ ταῦτα πλησίον ἐλθοῦσιν ὑμῶν, καὶ τοῦ τιμίου μοι καὶ ἐνδοξοτάτου ἀδελφοῦ Λιβανίου ἐνταῦθα ἀφιγμένου. Καὶ ταῦτα οὐκ ἐγκαλῶν, ἀλλ’ ἀλγῶν λέγω. Ἐπειδὴ γὰρ σφόδρα διάκειμαι περὶ τὴν εὐλά‐ βειαν ὑμῶν, δι’ ἕτερον μὲν οὐδὲν, ὅτι δέ σου τῆς</w:t>
      </w:r>
    </w:p>
    <w:p>
      <w:r>
        <w:rPr>
          <w:rFonts w:ascii="Courier New" w:hAnsi="Courier New"/>
          <w:color w:val="555555"/>
          <w:sz w:val="20"/>
        </w:rPr>
        <w:t>[45]</w:t>
      </w:r>
    </w:p>
    <w:p>
      <w:r>
        <w:rPr>
          <w:rFonts w:ascii="Gentium Plus" w:hAnsi="Gentium Plus"/>
          <w:sz w:val="24"/>
        </w:rPr>
        <w:t>ψυχῆς φροντίδα ποιεῖς μετὰ πάσης τῆς σπουδῆς, καὶ λιμὴν εἶ κοινὸς τῶν ἐν ἀνάγκαις ὄντων, πενίαν λύων, χηρείαν διορθούμενος, ὀρφανίαν ἀνέχων, κοινὸς πατὴρ ἁπάντων ὢν, τούτου χάριν σφόδρα σου ἐρῶν, καὶ γράμματα παρὰ τῆς σῆς εὐλαβείας δέχεσθαι</w:t>
      </w:r>
    </w:p>
    <w:p>
      <w:r>
        <w:rPr>
          <w:rFonts w:ascii="Courier New" w:hAnsi="Courier New"/>
          <w:color w:val="555555"/>
          <w:sz w:val="20"/>
        </w:rPr>
        <w:t>[52 . 735 (50)]</w:t>
      </w:r>
    </w:p>
    <w:p>
      <w:r>
        <w:rPr>
          <w:rFonts w:ascii="Gentium Plus" w:hAnsi="Gentium Plus"/>
          <w:sz w:val="24"/>
        </w:rPr>
        <w:t>ἐπιθυμῶ. Δίδου δὴ ταύτην ἡμῖν τὴν χάριν, καὶ ἔμπλησον ἡμῶν τὴν ἐπιθυμίαν. Οὐ γὰρ τὴν τυχοῦσαν καρπωσόμεθα παράκλησιν, καὶ ταῦτα ἐν ἐρημίᾳ διατρίβοντες, ἂν τῆς ποθεινῆς σου καὶ ψυχῆς καὶ χειρὸς δεξώμεθα γράμματα, περὶ τῆς σῆς ἀπαγγέλ‐</w:t>
      </w:r>
    </w:p>
    <w:p>
      <w:r>
        <w:rPr>
          <w:rFonts w:ascii="Courier New" w:hAnsi="Courier New"/>
          <w:color w:val="555555"/>
          <w:sz w:val="20"/>
        </w:rPr>
        <w:t>[55]</w:t>
      </w:r>
    </w:p>
    <w:p>
      <w:r>
        <w:rPr>
          <w:rFonts w:ascii="Gentium Plus" w:hAnsi="Gentium Plus"/>
          <w:sz w:val="24"/>
        </w:rPr>
        <w:t>λοντα ὑγείας, καὶ τοῦ οἴκου σου παντός.</w:t>
      </w:r>
    </w:p>
    <w:p>
      <w:pPr>
        <w:jc w:val="center"/>
      </w:pPr>
      <w:r>
        <w:rPr>
          <w:rFonts w:ascii="Gentium Plus" w:hAnsi="Gentium Plus"/>
          <w:b/>
          <w:sz w:val="24"/>
        </w:rPr>
        <w:t>ΣΚϛʹ. Μαρκιανῷ καὶ Μαρκελλίνῳ.</w:t>
      </w:r>
    </w:p>
    <w:p>
      <w:r>
        <w:rPr>
          <w:rFonts w:ascii="Courier New" w:hAnsi="Courier New"/>
          <w:color w:val="555555"/>
          <w:sz w:val="20"/>
        </w:rPr>
        <w:t>[57]</w:t>
      </w:r>
    </w:p>
    <w:p>
      <w:r>
        <w:rPr>
          <w:rFonts w:ascii="Gentium Plus" w:hAnsi="Gentium Plus"/>
          <w:sz w:val="24"/>
        </w:rPr>
        <w:t>Ἐλύσατε ἡμῖν τὸ αἴνιγμα. Ὅτι γὰρ οὐκ ἤρκει εἰς</w:t>
      </w:r>
    </w:p>
    <w:p>
      <w:r>
        <w:rPr>
          <w:rFonts w:ascii="Courier New" w:hAnsi="Courier New"/>
          <w:color w:val="555555"/>
          <w:sz w:val="20"/>
        </w:rPr>
        <w:t>[52 . 736]</w:t>
      </w:r>
    </w:p>
    <w:p>
      <w:r>
        <w:rPr>
          <w:rFonts w:ascii="Gentium Plus" w:hAnsi="Gentium Plus"/>
          <w:sz w:val="24"/>
        </w:rPr>
        <w:t>ἀπολογίαν ἡ ἐγκειμένη τότε πρόφασις, αὐτοὶ νῦν ἐδηλώσατε, μὴ δεξάμενοι γράμματα, καὶ πρότεροι τῷ γράφειν ἐπιπηδήσαντες. Τοιαύτη γὰρ τῆς ἀγάπης ἡ φύσις· οὐκ ἀνέχεται σιγᾷν, ἀλλὰ κἂν θρασύτητος</w:t>
      </w:r>
    </w:p>
    <w:p>
      <w:r>
        <w:rPr>
          <w:rFonts w:ascii="Courier New" w:hAnsi="Courier New"/>
          <w:color w:val="555555"/>
          <w:sz w:val="20"/>
        </w:rPr>
        <w:t>[5]</w:t>
      </w:r>
    </w:p>
    <w:p>
      <w:r>
        <w:rPr>
          <w:rFonts w:ascii="Gentium Plus" w:hAnsi="Gentium Plus"/>
          <w:sz w:val="24"/>
        </w:rPr>
        <w:t>μέλλῃ κρίνεσθαι, τὸ αὑτῆς πληροῖ. Ἡμεῖς δὲ τοσοῦ‐ τον ἀπέχομεν τοῦ γράψασθαι ὑμᾶς διὰ τὸ προτέρους ἐπιστεῖλαι, ὅτι καὶ στεφανοῦμεν ὑπὲρ τούτου, καὶ ἀνακηρύττομεν, καὶ νῦν μάλιστα τοὺς γνησίους ἡμῶν ἔγνωμεν ἐραστὰς, οὐκ ἀπὸ τοῦ γράψαι μόνον, ἀλλὰ</w:t>
      </w:r>
    </w:p>
    <w:p>
      <w:r>
        <w:rPr>
          <w:rFonts w:ascii="Courier New" w:hAnsi="Courier New"/>
          <w:color w:val="555555"/>
          <w:sz w:val="20"/>
        </w:rPr>
        <w:t>[10]</w:t>
      </w:r>
    </w:p>
    <w:p>
      <w:r>
        <w:rPr>
          <w:rFonts w:ascii="Gentium Plus" w:hAnsi="Gentium Plus"/>
          <w:sz w:val="24"/>
        </w:rPr>
        <w:t>καὶ ἀπὸ τοῦ προτέρους γράψαι. Ἱκανὸς δὲ ὁ Θεὸς καὶ τῆς ἀῤῥωστίας ὑμᾶς ἀπαλλάξαι, καὶ πρὸς καθαρὰν ὑγείαν ἐπαναγαγεῖν, καὶ δοῦναι εὐκολίαν πολλὴν καὶ τῆς κατ’ ὄψιν ἡμῖν συνουσίας· ἱκανὴν μὲν καὶ νῦν καρπούμεθα παράκλησιν ἀπὸ γνησίας οὕτω ψυχῆς</w:t>
      </w:r>
    </w:p>
    <w:p>
      <w:r>
        <w:rPr>
          <w:rFonts w:ascii="Courier New" w:hAnsi="Courier New"/>
          <w:color w:val="555555"/>
          <w:sz w:val="20"/>
        </w:rPr>
        <w:t>[15]</w:t>
      </w:r>
    </w:p>
    <w:p>
      <w:r>
        <w:rPr>
          <w:rFonts w:ascii="Gentium Plus" w:hAnsi="Gentium Plus"/>
          <w:sz w:val="24"/>
        </w:rPr>
        <w:t>δεχόμενοι γράμματα· ἐπιθυμοῦμεν δὲ καὶ ἐκείνης τῆς συντυχίας, ἧς γένοιτο μετὰ πολλοῦ τοῦ τάχους ἡμᾶς ἀπολαῦσαι, ὥστε μεγίστην ἡμᾶς ἀγαγεῖν ἑορτήν.</w:t>
      </w:r>
    </w:p>
    <w:p>
      <w:pPr>
        <w:jc w:val="center"/>
      </w:pPr>
      <w:r>
        <w:rPr>
          <w:rFonts w:ascii="Gentium Plus" w:hAnsi="Gentium Plus"/>
          <w:b/>
          <w:sz w:val="24"/>
        </w:rPr>
        <w:t>ΣΚΖʹ. Καρτερίᾳ.</w:t>
      </w:r>
    </w:p>
    <w:p>
      <w:r>
        <w:rPr>
          <w:rFonts w:ascii="Courier New" w:hAnsi="Courier New"/>
          <w:color w:val="555555"/>
          <w:sz w:val="20"/>
        </w:rPr>
        <w:t>[20]</w:t>
      </w:r>
    </w:p>
    <w:p>
      <w:r>
        <w:rPr>
          <w:rFonts w:ascii="Gentium Plus" w:hAnsi="Gentium Plus"/>
          <w:sz w:val="24"/>
        </w:rPr>
        <w:t>Τί φής; Αἱ συνεχεῖς ἀῤῥωστίαι οὐ συνεχώρησάν σοι παραγενέσθαι πρὸς ἡμᾶς; Καίτοι παραγέγονας, καὶ μεθ’ ἡμῶν εἶ, καὶ ἀπὸ τῆς γνώμης σου τὸ πᾶν ἀπειλήφαμεν, καὶ οὐδέν σοι ὑπὲρ τούτων ἀπολογίας δεῖ. Ἀρκεῖ γὰρ ἡ θερμή σου καὶ γνησία ἀγάπη, ἡ</w:t>
      </w:r>
    </w:p>
    <w:p>
      <w:r>
        <w:rPr>
          <w:rFonts w:ascii="Courier New" w:hAnsi="Courier New"/>
          <w:color w:val="555555"/>
          <w:sz w:val="20"/>
        </w:rPr>
        <w:t>[25]</w:t>
      </w:r>
    </w:p>
    <w:p>
      <w:r>
        <w:rPr>
          <w:rFonts w:ascii="Gentium Plus" w:hAnsi="Gentium Plus"/>
          <w:sz w:val="24"/>
        </w:rPr>
        <w:t>οὕτως ἀκμάζουσα διηνεκῶς, ἀντὶ πολλῆς εὐφροσύνης ἡμῖν γενέσθαι. Ἀλλ’ ἐπειδὴ οὐκ εἰς τὴν τυχοῦσαν φροντίδα ἡμᾶς ἐνέβαλες, περὶ τῆς ἀῤῥωστίας εἰποῦσα τῆς σῆς, εἴ γε ταύτης ἀπαλλαγείης (ἱκανὸς γὰρ ὁ Θεὸς ἀπαλλάξαι σε, καὶ πρὸς ὑγείαν καθαρὰν ἐπ‐</w:t>
      </w:r>
    </w:p>
    <w:p>
      <w:r>
        <w:rPr>
          <w:rFonts w:ascii="Courier New" w:hAnsi="Courier New"/>
          <w:color w:val="555555"/>
          <w:sz w:val="20"/>
        </w:rPr>
        <w:t>[30]</w:t>
      </w:r>
    </w:p>
    <w:p>
      <w:r>
        <w:rPr>
          <w:rFonts w:ascii="Gentium Plus" w:hAnsi="Gentium Plus"/>
          <w:sz w:val="24"/>
        </w:rPr>
        <w:t>αναγαγεῖν), ἐξ αὐτῆς ἡμῖν δήλωσον, ὥστε ἡμᾶς ἀπαλ‐ λαγῆναι τῆς φροντίδος. Ὅπερ γὰρ ἀεὶ γράφων ἐδή‐ λωσα, τοῦτο καὶ νῦν δηλῶ, ὅτι, ὅπουπερ ἂν ὦμεν, κἂν εἰς ἐρημότερον τούτου χωρίον ἀπενεχθῶμεν, σὲ καὶ τὰ σὰ μεριμνῶντες οὐ διαλιμπάνομεν. Τοιαῦτα</w:t>
      </w:r>
    </w:p>
    <w:p>
      <w:r>
        <w:rPr>
          <w:rFonts w:ascii="Courier New" w:hAnsi="Courier New"/>
          <w:color w:val="555555"/>
          <w:sz w:val="20"/>
        </w:rPr>
        <w:t>[35]</w:t>
      </w:r>
    </w:p>
    <w:p>
      <w:r>
        <w:rPr>
          <w:rFonts w:ascii="Gentium Plus" w:hAnsi="Gentium Plus"/>
          <w:sz w:val="24"/>
        </w:rPr>
        <w:t>ἡμῖν ἐνέχυρα τῆς θερμῆς καὶ γνησίας σου ἀγάπης ἐναπέθου, ἅπερ οὐδέποτε σβεσθῆναι δύναται, οὐδὲ καταμαρανθῆναι τῷ χρόνῳ· ἀλλὰ κἂν πλησίον σου ὦμεν τῆς εὐγενείας, κἂν πόῤῥωθεν, ἀεὶ διαφυλάττο‐ μεν τὴν αὐτὴν ἀγάπην, εἰδότες τὸ γνήσιον καὶ</w:t>
      </w:r>
    </w:p>
    <w:p>
      <w:r>
        <w:rPr>
          <w:rFonts w:ascii="Courier New" w:hAnsi="Courier New"/>
          <w:color w:val="555555"/>
          <w:sz w:val="20"/>
        </w:rPr>
        <w:t>[40]</w:t>
      </w:r>
    </w:p>
    <w:p>
      <w:r>
        <w:rPr>
          <w:rFonts w:ascii="Gentium Plus" w:hAnsi="Gentium Plus"/>
          <w:sz w:val="24"/>
        </w:rPr>
        <w:t>εἰλικρινὲς τῆς διαθέσεώς σου, ἧς διαπαντὸς ἀπελαύ‐ σαμεν τοῦ χρόνου.</w:t>
      </w:r>
    </w:p>
    <w:p>
      <w:pPr>
        <w:jc w:val="center"/>
      </w:pPr>
      <w:r>
        <w:rPr>
          <w:rFonts w:ascii="Gentium Plus" w:hAnsi="Gentium Plus"/>
          <w:b/>
          <w:sz w:val="24"/>
        </w:rPr>
        <w:t>ΣΚΗʹ. Θεοδώρῳ ἰατρῷ.</w:t>
      </w:r>
    </w:p>
    <w:p>
      <w:r>
        <w:rPr>
          <w:rFonts w:ascii="Courier New" w:hAnsi="Courier New"/>
          <w:color w:val="555555"/>
          <w:sz w:val="20"/>
        </w:rPr>
        <w:t>[43]</w:t>
      </w:r>
    </w:p>
    <w:p>
      <w:r>
        <w:rPr>
          <w:rFonts w:ascii="Gentium Plus" w:hAnsi="Gentium Plus"/>
          <w:sz w:val="24"/>
        </w:rPr>
        <w:t>Αὐτὸς μὲν εἰς τὴν τῶν πραγμάτων ἀσχολίαν κατα‐ φεύγεις, καὶ ἀπολογίαν ἐντεῦθεν ὑφαίνεις τοῦ μὴ πα‐</w:t>
      </w:r>
    </w:p>
    <w:p>
      <w:r>
        <w:rPr>
          <w:rFonts w:ascii="Courier New" w:hAnsi="Courier New"/>
          <w:color w:val="555555"/>
          <w:sz w:val="20"/>
        </w:rPr>
        <w:t>[45]</w:t>
      </w:r>
    </w:p>
    <w:p>
      <w:r>
        <w:rPr>
          <w:rFonts w:ascii="Gentium Plus" w:hAnsi="Gentium Plus"/>
          <w:sz w:val="24"/>
        </w:rPr>
        <w:t>ραγενέσθαι· ἐγὼ δὲ οἶμαι οὐδὲν τούτων σε δεῖσθαι τῶν λόγων. Καὶ γὰρ παραγέγονας, καὶ τῶν ἀφικο‐ μένων πρὸς ἡμᾶς οὐδὲν ἔλαττον ἔχεις κατὰ τὸν τῆς ἀγάπης λόγον· ἀπὸ γὰρ τῆς γνώμης σε ἀνακηρύτ‐ τοντες ὁμοίως ἐκείνοις, εἰς τοὺς πρώτους σε</w:t>
      </w:r>
    </w:p>
    <w:p>
      <w:r>
        <w:rPr>
          <w:rFonts w:ascii="Courier New" w:hAnsi="Courier New"/>
          <w:color w:val="555555"/>
          <w:sz w:val="20"/>
        </w:rPr>
        <w:t>[52 . 736 (50)]</w:t>
      </w:r>
    </w:p>
    <w:p>
      <w:r>
        <w:rPr>
          <w:rFonts w:ascii="Gentium Plus" w:hAnsi="Gentium Plus"/>
          <w:sz w:val="24"/>
        </w:rPr>
        <w:t>τῶν φίλων γράφομεν, καί σοι χάριτας ἴσμεν, ὅτι ὀλίγα συγγενόμενος ἡμῖν, τάχα δὲ οὐδ’ ὀλίγα, τῶν πολὺν ἡμῖν συντραφέντων χρόνον οὐκ ἐλάττονα περὶ ἡμᾶς ἐπιδείκνυσαι ἔρωτα. Διὰ ταῦτά σοι χάριτας ἴσμεν πολλὰς, καί σε παρακαλοῦμεν συνεχῶς ἡμῖν</w:t>
      </w:r>
    </w:p>
    <w:p>
      <w:r>
        <w:rPr>
          <w:rFonts w:ascii="Courier New" w:hAnsi="Courier New"/>
          <w:color w:val="555555"/>
          <w:sz w:val="20"/>
        </w:rPr>
        <w:t>[55]</w:t>
      </w:r>
    </w:p>
    <w:p>
      <w:r>
        <w:rPr>
          <w:rFonts w:ascii="Gentium Plus" w:hAnsi="Gentium Plus"/>
          <w:sz w:val="24"/>
        </w:rPr>
        <w:t>ἐπιστέλλειν. Ἐπιθυμοῦμεν γὰρ αὐτὸν παρόντα σε</w:t>
      </w:r>
    </w:p>
    <w:p>
      <w:r>
        <w:rPr>
          <w:rFonts w:ascii="Courier New" w:hAnsi="Courier New"/>
          <w:color w:val="555555"/>
          <w:sz w:val="20"/>
        </w:rPr>
        <w:t>[52 . 737]</w:t>
      </w:r>
    </w:p>
    <w:p>
      <w:r>
        <w:rPr>
          <w:rFonts w:ascii="Gentium Plus" w:hAnsi="Gentium Plus"/>
          <w:sz w:val="24"/>
        </w:rPr>
        <w:t>τῶν χειρῶν τῶν σῶν καὶ τῆς γλώττης δεομένους τῆς σῆς, καὶ τοσοῦτον αὐτοῖς προσχώσωμεν λιμένα, οὐ τολμῶμεν ἐνταῦθά σε ἑλκύσαι. Ἀλλ’ ἡνίκα ἂν ἐξῇ, παρακαλοῦμεν συνεχῶς ἡμῖν ἐπιστέλλειν καὶ τὰ περὶ</w:t>
      </w:r>
    </w:p>
    <w:p>
      <w:r>
        <w:rPr>
          <w:rFonts w:ascii="Courier New" w:hAnsi="Courier New"/>
          <w:color w:val="555555"/>
          <w:sz w:val="20"/>
        </w:rPr>
        <w:t>[5]</w:t>
      </w:r>
    </w:p>
    <w:p>
      <w:r>
        <w:rPr>
          <w:rFonts w:ascii="Gentium Plus" w:hAnsi="Gentium Plus"/>
          <w:sz w:val="24"/>
        </w:rPr>
        <w:t>τῆς ὑγείας τῆς σῆς εὐαγγελίζεσθαι. Οὕτω γὰρ καὶ πόῤῥωθεν ὄντες πολλὴν καρπωσόμεθα τὴν παράκλη‐ σιν, ἂν τοιαύτας δεχώμεθα παρὰ τῆς σῆς ἐμμελείας ἐπιστολάς.</w:t>
      </w:r>
    </w:p>
    <w:p>
      <w:pPr>
        <w:jc w:val="center"/>
      </w:pPr>
      <w:r>
        <w:rPr>
          <w:rFonts w:ascii="Gentium Plus" w:hAnsi="Gentium Plus"/>
          <w:b/>
          <w:sz w:val="24"/>
        </w:rPr>
        <w:t>ΣΚΘʹ. Σευήρᾳ.</w:t>
      </w:r>
    </w:p>
    <w:p>
      <w:r>
        <w:rPr>
          <w:rFonts w:ascii="Courier New" w:hAnsi="Courier New"/>
          <w:color w:val="555555"/>
          <w:sz w:val="20"/>
        </w:rPr>
        <w:t>[10]</w:t>
      </w:r>
    </w:p>
    <w:p>
      <w:r>
        <w:rPr>
          <w:rFonts w:ascii="Gentium Plus" w:hAnsi="Gentium Plus"/>
          <w:sz w:val="24"/>
        </w:rPr>
        <w:t>Ἐγὼ μέν σου τὴν εὐγένειαν εἶδον οὐδέποτε σωμα‐ τικοῖς ὀφθαλμοῖς, τοῖς δὲ τῆς ἀγάπης πάντων μάλιστα ἐθεασάμην· ἐπειδήπερ, κἂν πολὺ τὸ μέσον ᾖ τῶν διαστημάτων, ταύτην οὐδέποτε διείργει τὴν θεωρίαν. Ὁ γὰρ κύριός μου ὁ ποθεινότατος Λιβάνιος ὑπογρά‐</w:t>
      </w:r>
    </w:p>
    <w:p>
      <w:r>
        <w:rPr>
          <w:rFonts w:ascii="Courier New" w:hAnsi="Courier New"/>
          <w:color w:val="555555"/>
          <w:sz w:val="20"/>
        </w:rPr>
        <w:t>[15]</w:t>
      </w:r>
    </w:p>
    <w:p>
      <w:r>
        <w:rPr>
          <w:rFonts w:ascii="Gentium Plus" w:hAnsi="Gentium Plus"/>
          <w:sz w:val="24"/>
        </w:rPr>
        <w:t>φων ἡμῖν τὸν ζῆλον τῆς σῆς εὐγενείας, τὸν ὑπὲρ τῆς ὀρθῆς πίστεως, καὶ τὴν σπουδὴν, σφόδρα ἡμᾶς ἀν‐ επτέρωσε. Διὸ καὶ μηδέποτέ σε ἑωρακότες, ἐπεπηδή‐ σαμεν πρῶτοι τοῖς πρὸς τὴν σὴν εὐλάβειαν γράμμασι, παρακαλοῦντες καὶ αὐτὴν ἡμῖν ἐπιστέλλειν ἡνίκα ἂν</w:t>
      </w:r>
    </w:p>
    <w:p>
      <w:r>
        <w:rPr>
          <w:rFonts w:ascii="Courier New" w:hAnsi="Courier New"/>
          <w:color w:val="555555"/>
          <w:sz w:val="20"/>
        </w:rPr>
        <w:t>[20]</w:t>
      </w:r>
    </w:p>
    <w:p>
      <w:r>
        <w:rPr>
          <w:rFonts w:ascii="Gentium Plus" w:hAnsi="Gentium Plus"/>
          <w:sz w:val="24"/>
        </w:rPr>
        <w:t>ἐξῇ. Εἰ γὰρ ἔλθοι παρὰ τῆς σῆς ἐμμελείας ἐπιστολὴ ἀπαγγέλλουσα ἡμῖν τὰ περὶ τῆς ὑγείας σου, καὶ τοῦ οἴκου σου παντὸς, μεγίστην, καὶ ἐν ἀλλοτρίᾳ διατρί‐ βοντες, ἐντεῦθεν καρπωσόμεθα τὴν παράκλησιν. Ἀγάπης γὰρ ἴσον οὐδέν.</w:t>
      </w:r>
    </w:p>
    <w:p>
      <w:pPr>
        <w:jc w:val="center"/>
      </w:pPr>
      <w:r>
        <w:rPr>
          <w:rFonts w:ascii="Gentium Plus" w:hAnsi="Gentium Plus"/>
          <w:b/>
          <w:sz w:val="24"/>
        </w:rPr>
        <w:t>ΣΛʹ. Ἐλπιδίῳ ἐπισκόπῳ.</w:t>
      </w:r>
    </w:p>
    <w:p>
      <w:r>
        <w:rPr>
          <w:rFonts w:ascii="Courier New" w:hAnsi="Courier New"/>
          <w:color w:val="555555"/>
          <w:sz w:val="20"/>
        </w:rPr>
        <w:t>[26]</w:t>
      </w:r>
    </w:p>
    <w:p>
      <w:r>
        <w:rPr>
          <w:rFonts w:ascii="Gentium Plus" w:hAnsi="Gentium Plus"/>
          <w:sz w:val="24"/>
        </w:rPr>
        <w:t>Πολλὰς ἔχω χάριτας τῷ κυρίῳ μου τῷ ποθεινο‐ τάτῳ Λιβανίῳ, ὅτι καὶ οἴκοθεν ἀνέστη, καὶ ἐνταῦθα παρεγένετο, καὶ πάλιν πρὸς τὴν σὴν εὐλάβειαν ἀφ‐ ίκετο, καὶ τούτῳ μάλιστα χάριτας αὐτῷ οἶδα. Ἐμοὶ</w:t>
      </w:r>
    </w:p>
    <w:p>
      <w:r>
        <w:rPr>
          <w:rFonts w:ascii="Courier New" w:hAnsi="Courier New"/>
          <w:color w:val="555555"/>
          <w:sz w:val="20"/>
        </w:rPr>
        <w:t>[30]</w:t>
      </w:r>
    </w:p>
    <w:p>
      <w:r>
        <w:rPr>
          <w:rFonts w:ascii="Gentium Plus" w:hAnsi="Gentium Plus"/>
          <w:sz w:val="24"/>
        </w:rPr>
        <w:t>γὰρ πᾶσα σπουδὴ, τιμῆς σε καὶ θεραπείας ἀπολαύειν ἁπάσης παρὰ πάντων· οὐκ ἐπειδὴ αὐτῷ σοὶ τούτων δεῖ, ἀλλ’ ἐπειδὴ τοῦτο συμφέρει ταῖς Ἐκκλησίαις, ταῖς τε χειμαζομέναις, ταῖς τε ἀχειμάστοις. Ἀποδεχόμε‐ νος τοίνυν αὐτὸν τῆς εὐνοίας, δέσποτά μου τιμιώτατε</w:t>
      </w:r>
    </w:p>
    <w:p>
      <w:r>
        <w:rPr>
          <w:rFonts w:ascii="Courier New" w:hAnsi="Courier New"/>
          <w:color w:val="555555"/>
          <w:sz w:val="20"/>
        </w:rPr>
        <w:t>[35]</w:t>
      </w:r>
    </w:p>
    <w:p>
      <w:r>
        <w:rPr>
          <w:rFonts w:ascii="Gentium Plus" w:hAnsi="Gentium Plus"/>
          <w:sz w:val="24"/>
        </w:rPr>
        <w:t>καὶ θεοφιλέστατε, καὶ πάντα παρ’ αὐτοῦ μαθὼν μετὰ ἀκριβείας, τά τε ἐν Ἀντιοχείᾳ, καὶ τὰ ἡμέτερα (καὶ γὰρ καὶ ταῦτα ἐρεῖ, ὀλίγον μὲν ἡμῖν συγγενόμενος χρόνον, μαθὼν δὲ ὅπως διάγομεν), ἔκπεμψον αὐτὸν χαίροντα καὶ εὐφραινόμενον. Καὶ γὰρ καὶ τῆς θεοσε‐</w:t>
      </w:r>
    </w:p>
    <w:p>
      <w:r>
        <w:rPr>
          <w:rFonts w:ascii="Courier New" w:hAnsi="Courier New"/>
          <w:color w:val="555555"/>
          <w:sz w:val="20"/>
        </w:rPr>
        <w:t>[40]</w:t>
      </w:r>
    </w:p>
    <w:p>
      <w:r>
        <w:rPr>
          <w:rFonts w:ascii="Gentium Plus" w:hAnsi="Gentium Plus"/>
          <w:sz w:val="24"/>
        </w:rPr>
        <w:t>βείας ἐκκρέμαται τῆς σῆς, καὶ ἡμῶν σφοδρός ἐστιν ἐραστής. Τὸν δεσπότην μου τὸν ποθεινότατον καὶ τι‐ μιώτατον Ἀσυγκρίτιον τὸν πεσβύτερον προσειπεῖν παρ’ ἡμῶν παρακλήθητι μετὰ τῶν ποθεινοτά‐ των αὐτοῦ τέκνων, καὶ πάντα σου τὸν κλῆρον, ὃν</w:t>
      </w:r>
    </w:p>
    <w:p>
      <w:r>
        <w:rPr>
          <w:rFonts w:ascii="Courier New" w:hAnsi="Courier New"/>
          <w:color w:val="555555"/>
          <w:sz w:val="20"/>
        </w:rPr>
        <w:t>[45]</w:t>
      </w:r>
    </w:p>
    <w:p>
      <w:r>
        <w:rPr>
          <w:rFonts w:ascii="Gentium Plus" w:hAnsi="Gentium Plus"/>
          <w:sz w:val="24"/>
        </w:rPr>
        <w:t>ἐπαίδευσας ἐν βραχεῖ τὸν σὸν περὶ ἡμᾶς μιμεῖσθαι ἔρωτα. Οὐδὲ γὰρ τοῦτο ἡμᾶς ἔλαθεν, ὅσην περὶ ἡμᾶς ἐπιδείκνυνται ἀγάπην, καὶ πῶς πάντα καὶ παθεῖν καὶ ποιῆσαι τούτου ἕνεκεν παρεσκευασμένοι εἰσί. Τοῦτο δὲ ὅλον κατόρθωμα τῆς θεοσεβείας τῆς σῆς.</w:t>
      </w:r>
    </w:p>
    <w:p>
      <w:pPr>
        <w:jc w:val="center"/>
      </w:pPr>
      <w:r>
        <w:rPr>
          <w:rFonts w:ascii="Gentium Plus" w:hAnsi="Gentium Plus"/>
          <w:b/>
          <w:sz w:val="24"/>
        </w:rPr>
        <w:t>ΣΛΑʹ. Ἀδολίᾳ</w:t>
      </w:r>
    </w:p>
    <w:p>
      <w:r>
        <w:rPr>
          <w:rFonts w:ascii="Courier New" w:hAnsi="Courier New"/>
          <w:color w:val="555555"/>
          <w:sz w:val="20"/>
        </w:rPr>
        <w:t>[51]</w:t>
      </w:r>
    </w:p>
    <w:p>
      <w:r>
        <w:rPr>
          <w:rFonts w:ascii="Gentium Plus" w:hAnsi="Gentium Plus"/>
          <w:sz w:val="24"/>
        </w:rPr>
        <w:t>Πολλάκις μὲν ἐπεστάλκαμέν σου πρὸς τὴν εὐλά‐ βειαν, ἀλλ’ οὐκ ἀρκεῖ τοῦτο τὸ πολλάκις ἡμῖν, ἀλλ’ ἐβουλόμεθα μὲν καθ’ ἑκάστην ἡμέραν τοῦτο ποιεῖν. Οἶσθα γὰρ ὅπως διακείμεθα περὶ τὴν ἐμμέλειαν τὴν</w:t>
      </w:r>
    </w:p>
    <w:p>
      <w:r>
        <w:rPr>
          <w:rFonts w:ascii="Courier New" w:hAnsi="Courier New"/>
          <w:color w:val="555555"/>
          <w:sz w:val="20"/>
        </w:rPr>
        <w:t>[55]</w:t>
      </w:r>
    </w:p>
    <w:p>
      <w:r>
        <w:rPr>
          <w:rFonts w:ascii="Gentium Plus" w:hAnsi="Gentium Plus"/>
          <w:sz w:val="24"/>
        </w:rPr>
        <w:t>σήν. Ἐπειδὴ δὲ τοῦτο οὐκ ἔνι, ἡνίκα ἂν ἐξῇ, ἡμῖν</w:t>
      </w:r>
    </w:p>
    <w:p>
      <w:r>
        <w:rPr>
          <w:rFonts w:ascii="Courier New" w:hAnsi="Courier New"/>
          <w:color w:val="555555"/>
          <w:sz w:val="20"/>
        </w:rPr>
        <w:t>[52 . 738]</w:t>
      </w:r>
    </w:p>
    <w:p>
      <w:r>
        <w:rPr>
          <w:rFonts w:ascii="Gentium Plus" w:hAnsi="Gentium Plus"/>
          <w:sz w:val="24"/>
        </w:rPr>
        <w:t>πληροῦμεν πρόσρησιν, συνεχῶς καὶ διηνεκῶς βουλό‐ μενοι μανθάνειν τὰ περὶ τῆς ὑγείας τῆς σῆς, καὶ τῆς εὐθυμίας. Παρακαλῶ τοίνυν, εἰδυῖα ἡλίκα ἡμῖν χα‐ ρίζῃ ταῦτα ἐπιστέλλουσα, ἔργον ποιήσασθαι τοῦτο</w:t>
      </w:r>
    </w:p>
    <w:p>
      <w:r>
        <w:rPr>
          <w:rFonts w:ascii="Courier New" w:hAnsi="Courier New"/>
          <w:color w:val="555555"/>
          <w:sz w:val="20"/>
        </w:rPr>
        <w:t>[5]</w:t>
      </w:r>
    </w:p>
    <w:p>
      <w:r>
        <w:rPr>
          <w:rFonts w:ascii="Gentium Plus" w:hAnsi="Gentium Plus"/>
          <w:sz w:val="24"/>
        </w:rPr>
        <w:t>παρακλήθητι, τὸ συνεχῶς ἡμῖν ταῦτα ἐπιστέλλειν. Ἐπεὶ καὶ νῦν οὐχ ὡς ἔτυχεν ἠλγήσαμεν, ὅτι ἀνδρὸς πᾶσιν, ὡς εἰπεῖν, γνωρίμου, καὶ ἡμῖν ἀγαπητοῦ, μέλλοντος ἐνταῦθα παραγενέσθαι, τοῦ κυρίου μου τοῦ τιμιωτάτου Λιβανίου, οὐκ ἐπέστειλας ἡμῖν, ἀγνοή‐</w:t>
      </w:r>
    </w:p>
    <w:p>
      <w:r>
        <w:rPr>
          <w:rFonts w:ascii="Courier New" w:hAnsi="Courier New"/>
          <w:color w:val="555555"/>
          <w:sz w:val="20"/>
        </w:rPr>
        <w:t>[10]</w:t>
      </w:r>
    </w:p>
    <w:p>
      <w:r>
        <w:rPr>
          <w:rFonts w:ascii="Gentium Plus" w:hAnsi="Gentium Plus"/>
          <w:sz w:val="24"/>
        </w:rPr>
        <w:t>σασα μὲν ἴσως· πλὴν ἀλλὰ καὶ δι’ αὐτὸ τοῦτο ἀλγοῦ‐ μεν, ὅτι ἀγνοεῖς τοὺς ἐκεῖθεν πρὸς ἡμᾶς ἐρχομένους. Ἡμεῖς γὰρ οὐ παυόμεθα περιεργαζόμενοι καὶ πολυ‐ πραγμονοῦντες τοὺς ἐντεῦθεν πρὸς ὑμᾶς παραγενο‐ μένους, ἡνίκα ἂν ἐξῇ, δι’ ἐκείνων ἡμῖν τὴν ἐπιθυμίαν</w:t>
      </w:r>
    </w:p>
    <w:p>
      <w:r>
        <w:rPr>
          <w:rFonts w:ascii="Courier New" w:hAnsi="Courier New"/>
          <w:color w:val="555555"/>
          <w:sz w:val="20"/>
        </w:rPr>
        <w:t>[15]</w:t>
      </w:r>
    </w:p>
    <w:p>
      <w:r>
        <w:rPr>
          <w:rFonts w:ascii="Gentium Plus" w:hAnsi="Gentium Plus"/>
          <w:sz w:val="24"/>
        </w:rPr>
        <w:t>τὴν ἑαυτῶν πληροῦντες· αὕτη δέ ἐστι τὸ συνεχῶς ἐπιστέλλειν πρὸς τὴν σὴν ἐμμέλειαν.</w:t>
      </w:r>
    </w:p>
    <w:p>
      <w:pPr>
        <w:jc w:val="center"/>
      </w:pPr>
      <w:r>
        <w:rPr>
          <w:rFonts w:ascii="Gentium Plus" w:hAnsi="Gentium Plus"/>
          <w:b/>
          <w:sz w:val="24"/>
        </w:rPr>
        <w:t>ΣΛΒʹ. Καρτερίᾳ.</w:t>
      </w:r>
    </w:p>
    <w:p>
      <w:r>
        <w:rPr>
          <w:rFonts w:ascii="Courier New" w:hAnsi="Courier New"/>
          <w:color w:val="555555"/>
          <w:sz w:val="20"/>
        </w:rPr>
        <w:t>[18]</w:t>
      </w:r>
    </w:p>
    <w:p>
      <w:r>
        <w:rPr>
          <w:rFonts w:ascii="Gentium Plus" w:hAnsi="Gentium Plus"/>
          <w:sz w:val="24"/>
        </w:rPr>
        <w:t>Εἰ σαφῶς ᾔδεις ὅσην ἡμῖν δίδως χάριν, καὶ γρά‐ φουσα, καὶ συνεχῶς γράφουσα, καὶ τοῦ μέλιτός σου</w:t>
      </w:r>
    </w:p>
    <w:p>
      <w:r>
        <w:rPr>
          <w:rFonts w:ascii="Courier New" w:hAnsi="Courier New"/>
          <w:color w:val="555555"/>
          <w:sz w:val="20"/>
        </w:rPr>
        <w:t>[20]</w:t>
      </w:r>
    </w:p>
    <w:p>
      <w:r>
        <w:rPr>
          <w:rFonts w:ascii="Gentium Plus" w:hAnsi="Gentium Plus"/>
          <w:sz w:val="24"/>
        </w:rPr>
        <w:t>τῆς ἀγάπης ἀναχρωννῦσα τὰ γράμματα, πάντα ἂν ἐποίησας, ὥστε δυνηθῆναι καθ’ ἑκάστην ἡμέραν πέμπειν ἐπιστολὰς ἡμῖν. Οὐκέτι γὰρ Κουκουσὸν οἰ‐ κεῖν νομίζομεν, οὐδὲ ἐν ἐρημίᾳ διάγειν, τοσαύτην ἀπὸ τῶν γραμμάτων σου καὶ τῆς γνησίας ἀγάπης</w:t>
      </w:r>
    </w:p>
    <w:p>
      <w:r>
        <w:rPr>
          <w:rFonts w:ascii="Courier New" w:hAnsi="Courier New"/>
          <w:color w:val="555555"/>
          <w:sz w:val="20"/>
        </w:rPr>
        <w:t>[25]</w:t>
      </w:r>
    </w:p>
    <w:p>
      <w:r>
        <w:rPr>
          <w:rFonts w:ascii="Gentium Plus" w:hAnsi="Gentium Plus"/>
          <w:sz w:val="24"/>
        </w:rPr>
        <w:t>καρπούμενοι τὴν εὐφροσύνην. Τὸ δὲ μὴ μόνον ἐπι‐ στολὰς πέμψαι, ἀλλὰ καὶ τὸν κύριόν μου τὸν ποθεινό‐ τατον ἀδελφὸν ἡμῶν Λιβάνιον πεῖσαί τε ἀναστῆναι ἐκεῖθεν, καὶ τὴν ἀποδημίαν στείλασθαι ταύτην, πόσης διαθέσεώς ἐστι; πόσης κηδεμονίας; Διὰ ταῦτα σκιρ‐</w:t>
      </w:r>
    </w:p>
    <w:p>
      <w:r>
        <w:rPr>
          <w:rFonts w:ascii="Courier New" w:hAnsi="Courier New"/>
          <w:color w:val="555555"/>
          <w:sz w:val="20"/>
        </w:rPr>
        <w:t>[30]</w:t>
      </w:r>
    </w:p>
    <w:p>
      <w:r>
        <w:rPr>
          <w:rFonts w:ascii="Gentium Plus" w:hAnsi="Gentium Plus"/>
          <w:sz w:val="24"/>
        </w:rPr>
        <w:t>τῶμεν καὶ εὐφραινόμεθα. Ἀγάπης γὰρ γνησίας ἴσον οὐδέν. Καὶ αὐτὴ μὲν ἀξιοῖς τὴν αὐτὴν ἡμᾶς διασώ‐ ζειν διάθεσιν, ἣν ἐξ ἀρχῆς ἐπεδειξάμεθα περὶ τὴν σὴν ἐμμέλειαν. Ἡμεῖς δὲ οὐκ ἀνεχόμεθα ἐπὶ τοῦ μέτρου μένειν τούτου, ἀλλὰ καὶ καθ’ ἑκάστην ἡμέραν</w:t>
      </w:r>
    </w:p>
    <w:p>
      <w:r>
        <w:rPr>
          <w:rFonts w:ascii="Courier New" w:hAnsi="Courier New"/>
          <w:color w:val="555555"/>
          <w:sz w:val="20"/>
        </w:rPr>
        <w:t>[35]</w:t>
      </w:r>
    </w:p>
    <w:p>
      <w:r>
        <w:rPr>
          <w:rFonts w:ascii="Gentium Plus" w:hAnsi="Gentium Plus"/>
          <w:sz w:val="24"/>
        </w:rPr>
        <w:t>προσθήκας ἐπιζητοῦμεν τῆς περὶ σὲ διαθέσεως, ἡμῖν αὐτοῖς τὰ μέγιστα χαριζόμενοι. Οὐ γὰρ διαλιμ‐ πάνομεν συνεχῶς παρ’ ἑαυτοῖς στρέφοντες τὸ εὐγε‐ νές σου τῆς ψυχῆς, τὸ ἄπλαστον, τὸ ἐλευθέριον, τὸ φιλικὸν, τὸ γνήσιον, τὸ ἀνυπόκριτον, καὶ μεγίστην</w:t>
      </w:r>
    </w:p>
    <w:p>
      <w:r>
        <w:rPr>
          <w:rFonts w:ascii="Courier New" w:hAnsi="Courier New"/>
          <w:color w:val="555555"/>
          <w:sz w:val="20"/>
        </w:rPr>
        <w:t>[40]</w:t>
      </w:r>
    </w:p>
    <w:p>
      <w:r>
        <w:rPr>
          <w:rFonts w:ascii="Gentium Plus" w:hAnsi="Gentium Plus"/>
          <w:sz w:val="24"/>
        </w:rPr>
        <w:t>ἀπὸ πῆς μνήμης τῶν λογισμῶν τούτων καρπούμεθα τὴν εὐφροσύνην. Διὸ παρακαλοῦμεν θαῤῥήσασαν ἡμῶν τῇ ἀγάπῃ, μηδὲν ἀλγῆσαι ὑπὲρ τῶν ἀποσταλέν‐ των παρὰ τῆς σῆς τιμιότητος, ὅτι δὴ ταῦτα ἀνεπέμ‐ ψαμεν. Τῇ μὲν γὰρ διαθέσει καὶ ἐδεξάμεθα, καὶ</w:t>
      </w:r>
    </w:p>
    <w:p>
      <w:r>
        <w:rPr>
          <w:rFonts w:ascii="Courier New" w:hAnsi="Courier New"/>
          <w:color w:val="555555"/>
          <w:sz w:val="20"/>
        </w:rPr>
        <w:t>[45]</w:t>
      </w:r>
    </w:p>
    <w:p>
      <w:r>
        <w:rPr>
          <w:rFonts w:ascii="Gentium Plus" w:hAnsi="Gentium Plus"/>
          <w:sz w:val="24"/>
        </w:rPr>
        <w:t>ἀπελαύσαμεν αὐτῶν· ἐπειδὴ δὲ ἐν χρείᾳ οὐ καθεστή‐ καμεν, ἐδηλώσαμεν αὐτὰ τηρεῖσθαι παρὰ τῇ σῇ εὐ‐ γενείᾳ. Κἄν ποτε καταστῶμεν ἐν χρείᾳ, ὄψει μεθ’ ὅσης παῤῥησίας καὶ τοῦ θαῤῥεῖν γράψαιμεν, ὥστε ἡμῖν ἀποσταλῆναι, κἀν τούτῳ τὸ σὸν φυλάσσοντες</w:t>
      </w:r>
    </w:p>
    <w:p>
      <w:r>
        <w:rPr>
          <w:rFonts w:ascii="Courier New" w:hAnsi="Courier New"/>
          <w:color w:val="555555"/>
          <w:sz w:val="20"/>
        </w:rPr>
        <w:t>[52 . 738 (50)]</w:t>
      </w:r>
    </w:p>
    <w:p>
      <w:r>
        <w:rPr>
          <w:rFonts w:ascii="Gentium Plus" w:hAnsi="Gentium Plus"/>
          <w:sz w:val="24"/>
        </w:rPr>
        <w:t>ῥῆμα. Πρὸς γὰρ τῷ τέλει τῆς ἐπιστολῆς ἔφης· Δεῖξον ὅτι καταξιοῖ σου ἡ θεοσέβεια θαῤῥεῖν ἡμῖν, καὶ τοῖς ἡμετέροις ὡς ἰδίοις κεχρῆσθαι. Εἰ τοίνυν οὕτω βούλει διακεῖσθαι ἡμᾶς, ὥσπερ οὖν καὶ βούλει, καὶ τοῖς σοῖς ὡς ἰδίοις κεχρῆσθαι, ἡνίκα ἂν ἐπιστείλω, τότε πέμπε.</w:t>
      </w:r>
    </w:p>
    <w:p>
      <w:r>
        <w:rPr>
          <w:rFonts w:ascii="Courier New" w:hAnsi="Courier New"/>
          <w:color w:val="555555"/>
          <w:sz w:val="20"/>
        </w:rPr>
        <w:t>[55]</w:t>
      </w:r>
    </w:p>
    <w:p>
      <w:r>
        <w:rPr>
          <w:rFonts w:ascii="Gentium Plus" w:hAnsi="Gentium Plus"/>
          <w:sz w:val="24"/>
        </w:rPr>
        <w:t>Τοῦ γὰρ ἴδια αὐτὰ νομίζειν, τοῦτο μέγιστόν ἐστι</w:t>
      </w:r>
    </w:p>
    <w:p>
      <w:r>
        <w:rPr>
          <w:rFonts w:ascii="Courier New" w:hAnsi="Courier New"/>
          <w:color w:val="555555"/>
          <w:sz w:val="20"/>
        </w:rPr>
        <w:t>[52 . 739]</w:t>
      </w:r>
    </w:p>
    <w:p>
      <w:r>
        <w:rPr>
          <w:rFonts w:ascii="Gentium Plus" w:hAnsi="Gentium Plus"/>
          <w:sz w:val="24"/>
        </w:rPr>
        <w:t>σημεῖον τὸ, ἡνίκα ἂν ἐγὼ βουληθῶ, τότε πέμπεσθαι, ἀλλὰ μὴ τότε, ὅτε οὐ δέομαι. Δεῖξον τοίνυν κἀν τούτῳ τὴν γνησίαν σου φιλίαν, καὶ τὴν αἰδῶ τὴν περὶ ἡμᾶς, τῷ καὶ ἐν τούτῳ ἡμῶν ἀνασχέσθαι· καὶ πέμψον τα‐</w:t>
      </w:r>
    </w:p>
    <w:p>
      <w:r>
        <w:rPr>
          <w:rFonts w:ascii="Courier New" w:hAnsi="Courier New"/>
          <w:color w:val="555555"/>
          <w:sz w:val="20"/>
        </w:rPr>
        <w:t>[5]</w:t>
      </w:r>
    </w:p>
    <w:p>
      <w:r>
        <w:rPr>
          <w:rFonts w:ascii="Gentium Plus" w:hAnsi="Gentium Plus"/>
          <w:sz w:val="24"/>
        </w:rPr>
        <w:t>χέως ἐπιστολὴν ἀπαγγέλλουσαν ἡμῖν ὡς οὐκ ἤλγησας. Ἂν γὰρ μὴ τοῦτο ποιήσῃς, ἐν διηνεκεῖ φροντίδι καθ‐ ιστᾷν ἡμᾶς μέλλεις· οὐ γὰρ παυσόμεθα μεριμνῶν‐ τες, μή ποτε ἐλυπήσαμεν· πολὺ γάρ σου τῆς ἀγάπης ἀντεχόμεθα, καὶ τοῦ ἀναπαύειν σου τὴν εὐγένειαν.</w:t>
      </w:r>
    </w:p>
    <w:p>
      <w:r>
        <w:rPr>
          <w:rFonts w:ascii="Courier New" w:hAnsi="Courier New"/>
          <w:color w:val="555555"/>
          <w:sz w:val="20"/>
        </w:rPr>
        <w:t>[10]</w:t>
      </w:r>
    </w:p>
    <w:p>
      <w:r>
        <w:rPr>
          <w:rFonts w:ascii="Gentium Plus" w:hAnsi="Gentium Plus"/>
          <w:sz w:val="24"/>
        </w:rPr>
        <w:t>Ἐπεὶ οὖν ἱκανῶς ἀπελογησάμεθα, δήλωσον ἡμῖν ὡς ἐδέξω τὴν ἀπολογίαν ἡμῶν. Καὶ γὰρ ἔξεστί σου μα‐ θεῖν τὴν ἐμμέλειαν, ὅτι πρὸς μὲν ἄλλους τὸ αὐτὸ δὴ τοῦτο πεποιηκότας, καὶ σφόδρα γνησίους ἡμῖν, οὐκ ἐδέησεν ἡμῖν ἀπολογίας, ἀλλ’ ἤρκεσε τὸ διακρού‐</w:t>
      </w:r>
    </w:p>
    <w:p>
      <w:r>
        <w:rPr>
          <w:rFonts w:ascii="Courier New" w:hAnsi="Courier New"/>
          <w:color w:val="555555"/>
          <w:sz w:val="20"/>
        </w:rPr>
        <w:t>[15]</w:t>
      </w:r>
    </w:p>
    <w:p>
      <w:r>
        <w:rPr>
          <w:rFonts w:ascii="Gentium Plus" w:hAnsi="Gentium Plus"/>
          <w:sz w:val="24"/>
        </w:rPr>
        <w:t>σασθαι τὰ πεμφθέντα· ἐπὶ δὲ τῆς σῆς τιμιότητος καὶ ἀπολογούμεθα, καὶ παρακαλοῦμεν μηδὲν ἀλγῆσαι, καὶ οὐ πρότερον ἀποστησόμεθα συνεχῶς ταῦτα λέγον‐ τες, ἕως ἂν ἡμῖν δηλοποιήσῃς, ὅτι οὐκ ἤλγησας. Ἂν γὰρ τοιούτων ἐπιτύχωμεν γραμμάτων, διπλασίονα,</w:t>
      </w:r>
    </w:p>
    <w:p>
      <w:r>
        <w:rPr>
          <w:rFonts w:ascii="Courier New" w:hAnsi="Courier New"/>
          <w:color w:val="555555"/>
          <w:sz w:val="20"/>
        </w:rPr>
        <w:t>[20]</w:t>
      </w:r>
    </w:p>
    <w:p>
      <w:r>
        <w:rPr>
          <w:rFonts w:ascii="Gentium Plus" w:hAnsi="Gentium Plus"/>
          <w:sz w:val="24"/>
        </w:rPr>
        <w:t>καὶ τριπλασίονα, καὶ πολλαπλασίονα τῶν ἀποστα‐ λέντων ἡγούμεθα δεδέχθαι. Ἱκανὸν γὰρ μάλιστα τοῦτο δεῖξαι καὶ τὴν αἰδῶ, καὶ τὴν τιμὴν, ἣν ἔχεις πρὸς ἡμᾶς.</w:t>
      </w:r>
    </w:p>
    <w:p>
      <w:pPr>
        <w:jc w:val="center"/>
      </w:pPr>
      <w:r>
        <w:rPr>
          <w:rFonts w:ascii="Gentium Plus" w:hAnsi="Gentium Plus"/>
          <w:b/>
          <w:sz w:val="24"/>
        </w:rPr>
        <w:t>ΣΛΓʹ. Πρὸς τὸν Ἀντιοχείας.</w:t>
      </w:r>
    </w:p>
    <w:p>
      <w:r>
        <w:rPr>
          <w:rFonts w:ascii="Courier New" w:hAnsi="Courier New"/>
          <w:color w:val="555555"/>
          <w:sz w:val="20"/>
        </w:rPr>
        <w:t>[25]</w:t>
      </w:r>
    </w:p>
    <w:p>
      <w:r>
        <w:rPr>
          <w:rFonts w:ascii="Gentium Plus" w:hAnsi="Gentium Plus"/>
          <w:sz w:val="24"/>
        </w:rPr>
        <w:t>Ἔδει μὲν τὴν ὑμετέραν εὐλάβειαν μὴ τοῖς ῥήμασι τῶν εἰρηκότων παρατρέπεσθαι τὴν διάνοιαν, ἀλλ’ ἐν τῷ πλήθει τοῦ ψεύδους μετὰ πολλῆς τῆς σκέψεως ἀν‐ ιχνεύεσθαι τὴν ἀλήθειαν. Εἰ γὰρ ἅπαντα τὰ θρυλλού‐ μενα ἀλήθειαν ὑπολάβοις, κινδυνεύσειαν ἂν ἅπαντες·</w:t>
      </w:r>
    </w:p>
    <w:p>
      <w:r>
        <w:rPr>
          <w:rFonts w:ascii="Courier New" w:hAnsi="Courier New"/>
          <w:color w:val="555555"/>
          <w:sz w:val="20"/>
        </w:rPr>
        <w:t>[30]</w:t>
      </w:r>
    </w:p>
    <w:p>
      <w:r>
        <w:rPr>
          <w:rFonts w:ascii="Gentium Plus" w:hAnsi="Gentium Plus"/>
          <w:sz w:val="24"/>
        </w:rPr>
        <w:t>εἰ δὲ κρίσει καὶ νόμοις ἀνιχνεύεται τὰ λανθάνοντα, κριτήριον ἂν ἔγωγε παρ’ ὑμῶν ἐπεζήτησα, εἰ μή τις ἕτερα αὖθις ὅπλα συκοφαντίας μοι ἐπιπνεύσει. Δέ‐ δοικα γὰρ, δέδοικα λοιπὸν τὰς σκιὰς, καὶ τὰ φαντά‐ σματα, ἐπειδὴ αὐτοὶ ἐδικαιώσατε οὕτως. Οἱ φίλοι</w:t>
      </w:r>
    </w:p>
    <w:p>
      <w:r>
        <w:rPr>
          <w:rFonts w:ascii="Courier New" w:hAnsi="Courier New"/>
          <w:color w:val="555555"/>
          <w:sz w:val="20"/>
        </w:rPr>
        <w:t>[35]</w:t>
      </w:r>
    </w:p>
    <w:p>
      <w:r>
        <w:rPr>
          <w:rFonts w:ascii="Gentium Plus" w:hAnsi="Gentium Plus"/>
          <w:sz w:val="24"/>
        </w:rPr>
        <w:t>τὴν φιλίαν ἠρνήσαντο, οἱ πλησίον ὄντες πόῤῥωθεν ἔστησαν, καὶ πόῤῥωθεν ὄντες τὰ βέλη τῆς συ‐ κοφαντίας ἀποτοξεύουσιν. Ἐν μέσῳ δὲ τοῦ λιμένος ὄντα με ναυάγιον ὑπομεῖναι ἐποιήσατε. Ἀλλ’ εἰ καὶ τῆς πόλεως ἐκβάλλομαι, καὶ τῆς Ἐκκλησίας ἀπείργο‐</w:t>
      </w:r>
    </w:p>
    <w:p>
      <w:r>
        <w:rPr>
          <w:rFonts w:ascii="Courier New" w:hAnsi="Courier New"/>
          <w:color w:val="555555"/>
          <w:sz w:val="20"/>
        </w:rPr>
        <w:t>[40]</w:t>
      </w:r>
    </w:p>
    <w:p>
      <w:r>
        <w:rPr>
          <w:rFonts w:ascii="Gentium Plus" w:hAnsi="Gentium Plus"/>
          <w:sz w:val="24"/>
        </w:rPr>
        <w:t>μαι, πείθομαι πρὸς πᾶσαν ἀποδύσασθαι τιμωρίαν. Κέκριται γάρ μοι φιλοσοφεῖν, καὶ φέρειν γενναίως τὰ δυσχερῆ. Οἶδα γὰρ, οἶδα σαφῶς τὴν ἐρημίαν εὐτονω‐ τέραν εἶναι τῆς πόλεως, καὶ τὰ θηρία τοῦ ἀγροῦ τῶν φίλων ἡμερώτερα. Ἔῤῥωσο.</w:t>
      </w:r>
    </w:p>
    <w:p>
      <w:pPr>
        <w:jc w:val="center"/>
      </w:pPr>
      <w:r>
        <w:rPr>
          <w:rFonts w:ascii="Gentium Plus" w:hAnsi="Gentium Plus"/>
          <w:b/>
          <w:sz w:val="24"/>
        </w:rPr>
        <w:t>ΣΛΔʹ. Βρίσωνι.</w:t>
      </w:r>
    </w:p>
    <w:p>
      <w:r>
        <w:rPr>
          <w:rFonts w:ascii="Courier New" w:hAnsi="Courier New"/>
          <w:color w:val="555555"/>
          <w:sz w:val="20"/>
        </w:rPr>
        <w:t>[46]</w:t>
      </w:r>
    </w:p>
    <w:p>
      <w:r>
        <w:rPr>
          <w:rFonts w:ascii="Gentium Plus" w:hAnsi="Gentium Plus"/>
          <w:sz w:val="24"/>
        </w:rPr>
        <w:t>Ἑβδομήκοντα σχεδὸν ἡμέρας ἀναλώσαντες κατὰ τὴν ὁδὸν, ὅθεν λογίζεσθαι ἔξεστι τῇ θαυμασιότητί σου, ὅσα τε καὶ ἡλίκα πεπόνθαμεν κακὰ, φόβῳ τε Ἰσαυρικῷ πολιορκούμενοι πολλαχοῦ, καὶ πυρετοῖς</w:t>
      </w:r>
    </w:p>
    <w:p>
      <w:r>
        <w:rPr>
          <w:rFonts w:ascii="Courier New" w:hAnsi="Courier New"/>
          <w:color w:val="555555"/>
          <w:sz w:val="20"/>
        </w:rPr>
        <w:t>[52 . 739 (50)]</w:t>
      </w:r>
    </w:p>
    <w:p>
      <w:r>
        <w:rPr>
          <w:rFonts w:ascii="Gentium Plus" w:hAnsi="Gentium Plus"/>
          <w:sz w:val="24"/>
        </w:rPr>
        <w:t>ἀφορήτοις παλαίοντες, ὀψέ ποτε ἀπηντήσαμεν εἰς τὴν Κουκουσὸν, τὸ πάσης τῆς οἰκουμένης ἐρημότατον χωρίον. Καὶ ταῦτα λέγω οὐκ ἀξιῶν ἐνοχλῆσαί τινα, ὥστε ἡμᾶς μεταστῆσαι ἐντεῦθεν (τὸ γὰρ χαλεπώτα‐</w:t>
      </w:r>
    </w:p>
    <w:p>
      <w:r>
        <w:rPr>
          <w:rFonts w:ascii="Courier New" w:hAnsi="Courier New"/>
          <w:color w:val="555555"/>
          <w:sz w:val="20"/>
        </w:rPr>
        <w:t>[52 . 740]</w:t>
      </w:r>
    </w:p>
    <w:p>
      <w:r>
        <w:rPr>
          <w:rFonts w:ascii="Gentium Plus" w:hAnsi="Gentium Plus"/>
          <w:sz w:val="24"/>
        </w:rPr>
        <w:t>ὑμᾶς χάριν αἰτῶ, τὸ συνεχῶς ἡμῖν ἐπιστέλλειν, μηδὲ, ἐπειδὴ ποῤῥωτέρω μετῳκίσθημεν ὑμῶν, καὶ ταύτης ἡμᾶς ἀποστερῆσαι τῆς παραμυθίας. Ἴστε γὰρ ὅση παράκλησις ἡμῖν γίνεται, εἰ καὶ τὰ ἡμέτερα</w:t>
      </w:r>
    </w:p>
    <w:p>
      <w:r>
        <w:rPr>
          <w:rFonts w:ascii="Courier New" w:hAnsi="Courier New"/>
          <w:color w:val="555555"/>
          <w:sz w:val="20"/>
        </w:rPr>
        <w:t>[5]</w:t>
      </w:r>
    </w:p>
    <w:p>
      <w:r>
        <w:rPr>
          <w:rFonts w:ascii="Gentium Plus" w:hAnsi="Gentium Plus"/>
          <w:sz w:val="24"/>
        </w:rPr>
        <w:t>ἐν θλίψει καὶ περιστάσει, ὅταν ἀκούωμεν τὰ περὶ τῆς ὑγείας ὑμῶν τῶν ἀγαπώντων ἡμᾶς, ὅτι ἐν εὐθυμίᾳ καὶ ὑγείᾳ ἐστὲ, καὶ ἀδείᾳ πολλῇ. Ἵν’ οὖν ἐντεῦθεν πολλῆς ἀπολαύωμεν τῆς εὐφροσύνης, γράφε ταῦτα συνεχῶς ἡμῖν. Οὐ γὰρ ὡς ἔτυχεν ἡμᾶς ἀνακτήσῃ,</w:t>
      </w:r>
    </w:p>
    <w:p>
      <w:r>
        <w:rPr>
          <w:rFonts w:ascii="Courier New" w:hAnsi="Courier New"/>
          <w:color w:val="555555"/>
          <w:sz w:val="20"/>
        </w:rPr>
        <w:t>[10]</w:t>
      </w:r>
    </w:p>
    <w:p>
      <w:r>
        <w:rPr>
          <w:rFonts w:ascii="Gentium Plus" w:hAnsi="Gentium Plus"/>
          <w:sz w:val="24"/>
        </w:rPr>
        <w:t>ἀλλὰ πολλῆς ἡμᾶς παρασκευάσεις ἀπολαῦσαι τῆς πα‐ ραμυθίας· καὶ γὰρ οὐκ ἀγνοεῖς, ὅπως χαίρομεν τοῖς σοῖς ἀγαθοῖς.</w:t>
      </w:r>
    </w:p>
    <w:p>
      <w:pPr>
        <w:jc w:val="center"/>
      </w:pPr>
      <w:r>
        <w:rPr>
          <w:rFonts w:ascii="Gentium Plus" w:hAnsi="Gentium Plus"/>
          <w:b/>
          <w:sz w:val="24"/>
        </w:rPr>
        <w:t>ΣΛΕʹ. Πορφυρίῳ ἐπισκόπῳ Ῥωσοῦ.</w:t>
      </w:r>
    </w:p>
    <w:p>
      <w:r>
        <w:rPr>
          <w:rFonts w:ascii="Courier New" w:hAnsi="Courier New"/>
          <w:color w:val="555555"/>
          <w:sz w:val="20"/>
        </w:rPr>
        <w:t>[14]</w:t>
      </w:r>
    </w:p>
    <w:p>
      <w:r>
        <w:rPr>
          <w:rFonts w:ascii="Gentium Plus" w:hAnsi="Gentium Plus"/>
          <w:sz w:val="24"/>
        </w:rPr>
        <w:t>Οἶδά σου τῆς ἀγάπης τὸ στεῤῥὸν, τὸ ἀπερίτρεπτον,</w:t>
      </w:r>
    </w:p>
    <w:p>
      <w:r>
        <w:rPr>
          <w:rFonts w:ascii="Courier New" w:hAnsi="Courier New"/>
          <w:color w:val="555555"/>
          <w:sz w:val="20"/>
        </w:rPr>
        <w:t>[15]</w:t>
      </w:r>
    </w:p>
    <w:p>
      <w:r>
        <w:rPr>
          <w:rFonts w:ascii="Gentium Plus" w:hAnsi="Gentium Plus"/>
          <w:sz w:val="24"/>
        </w:rPr>
        <w:t>τὸ ἀκλινὲς, καὶ ὡς οὐδεμία πραγμάτων δυσκολία αὐ‐ τὴν παρασαλεῦσαι δύναιτ’ ἄν· τοῦτο διὰ τῶν ἔργων ἔδειξας. Διὰ τοῦτο καὶ ἡμεῖς, καίτοι ἐν ἀῤῥωστίᾳ καθεστῶτες, καὶ εἰς τὸ πάσης τῆς καθ’ ἡμᾶς οἰκουμέ‐ νης ἐρημότατον χωρίον ἀπενεχθέντες, τὴν Κουκου‐</w:t>
      </w:r>
    </w:p>
    <w:p>
      <w:r>
        <w:rPr>
          <w:rFonts w:ascii="Courier New" w:hAnsi="Courier New"/>
          <w:color w:val="555555"/>
          <w:sz w:val="20"/>
        </w:rPr>
        <w:t>[20]</w:t>
      </w:r>
    </w:p>
    <w:p>
      <w:r>
        <w:rPr>
          <w:rFonts w:ascii="Gentium Plus" w:hAnsi="Gentium Plus"/>
          <w:sz w:val="24"/>
        </w:rPr>
        <w:t>σὸν, καὶ ὑπὸ τῆς τῶν Ἰσαύρων ἐφόδου πολιορκούμε‐ νοι, καὶ ἐν πολλαῖς ὄντες περιστάσεσι, καὶ γράφομεν, καὶ τὴν ὀφειλομένην ἀποδίδομεν πρόσρησιν τῇ εὐλα‐ βείᾳ τῇ σῇ, τῷ σώματι μὲν διεστηκότες, τῇ ψυχῇ δὲ συνδεδεμένοι, καὶ μεγίστην ἐντεῦθεν καρπούμεθα</w:t>
      </w:r>
    </w:p>
    <w:p>
      <w:r>
        <w:rPr>
          <w:rFonts w:ascii="Courier New" w:hAnsi="Courier New"/>
          <w:color w:val="555555"/>
          <w:sz w:val="20"/>
        </w:rPr>
        <w:t>[25]</w:t>
      </w:r>
    </w:p>
    <w:p>
      <w:r>
        <w:rPr>
          <w:rFonts w:ascii="Gentium Plus" w:hAnsi="Gentium Plus"/>
          <w:sz w:val="24"/>
        </w:rPr>
        <w:t>τὴν παράκλησιν. Εἰ γὰρ καὶ πολλὴ τῆς ἐντεῦθεν δια‐ τριβῆς ἡ δυσκολία, ἀλλ’ ἓν τοῦτο μέγιστον ἐντεῦθεν καρπούμεθα, τὸ ἐκ γειτόνων ὑμῖν εἶναι, καὶ συνεχῶς δύνασθαι, ὀλίγου τοῦ μέσου τῆς ὁδοῦ ταύτης ὄντος, καὶ ἐπιστέλλειν πρὸς τὴν ὑμετέραν εὐλάβειαν, καὶ</w:t>
      </w:r>
    </w:p>
    <w:p>
      <w:r>
        <w:rPr>
          <w:rFonts w:ascii="Courier New" w:hAnsi="Courier New"/>
          <w:color w:val="555555"/>
          <w:sz w:val="20"/>
        </w:rPr>
        <w:t>[30]</w:t>
      </w:r>
    </w:p>
    <w:p>
      <w:r>
        <w:rPr>
          <w:rFonts w:ascii="Gentium Plus" w:hAnsi="Gentium Plus"/>
          <w:sz w:val="24"/>
        </w:rPr>
        <w:t>δέχεσθαι παρ’ ὑμῶν γράμματα. Καὶ γὰρ ταύτης ἀπο‐ λαύοντες τῆς ἑορτῆς (ἑορτὴν γὰρ ἐγὼ τοῦτο τίθεμαι, καὶ πανήγυριν, καὶ πολλῆς ἡδονῆς ὑπόθεσιν), οὐδὲ μικρὰν αἴσθησιν τῆς ἐρημίας, καὶ τοῦ φόβου, καὶ τῆς ἀγωνίας ληψόμεθα.</w:t>
      </w:r>
    </w:p>
    <w:p>
      <w:pPr>
        <w:jc w:val="center"/>
      </w:pPr>
      <w:r>
        <w:rPr>
          <w:rFonts w:ascii="Gentium Plus" w:hAnsi="Gentium Plus"/>
          <w:b/>
          <w:sz w:val="24"/>
        </w:rPr>
        <w:t>ΣΛϛʹ. Καρτερίῳ ἡγεμόνι.</w:t>
      </w:r>
    </w:p>
    <w:p>
      <w:r>
        <w:rPr>
          <w:rFonts w:ascii="Courier New" w:hAnsi="Courier New"/>
          <w:color w:val="555555"/>
          <w:sz w:val="20"/>
        </w:rPr>
        <w:t>[36]</w:t>
      </w:r>
    </w:p>
    <w:p>
      <w:r>
        <w:rPr>
          <w:rFonts w:ascii="Gentium Plus" w:hAnsi="Gentium Plus"/>
          <w:sz w:val="24"/>
        </w:rPr>
        <w:t>Ἐρημότατον μὲν χωρίον μεθ’ ὑπερβολῆς ἡ Κου‐ κουσός· πλὴν ἀλλ’ οὐχ οὕτως ἡμᾶς τῇ ἐρημίᾳ λυ‐ πεῖ, ὡς εὐφραίνει τῇ ἡσυχίᾳ, καὶ τῷ μηδαμόθεν ἡμῖν πράγματα παρέχειν. Διὸ καθάπερ εἰς λιμένα τινὰ</w:t>
      </w:r>
    </w:p>
    <w:p>
      <w:r>
        <w:rPr>
          <w:rFonts w:ascii="Courier New" w:hAnsi="Courier New"/>
          <w:color w:val="555555"/>
          <w:sz w:val="20"/>
        </w:rPr>
        <w:t>[40]</w:t>
      </w:r>
    </w:p>
    <w:p>
      <w:r>
        <w:rPr>
          <w:rFonts w:ascii="Gentium Plus" w:hAnsi="Gentium Plus"/>
          <w:sz w:val="24"/>
        </w:rPr>
        <w:t>τὴν ἐρημίαν ταύτην ἀπηντηκότες, οὕτω καθήμεθα ἀπὸ τῶν κατὰ τὴν ὁδὸν κακῶν ἀναπνέοντες, καὶ τῇ ἡσυχίᾳ ταύτῃ τῆς ἀῤῥωστίας καὶ τῶν ἄλλων κακῶν, ὧν ὑπεμείναμεν, τὰ λείψανα διορθοῦντες. Καὶ ταῦτα εἰρήκαμεν πρὸς τὴν σὴν λαμπρότητα, ἐπειδὴ σφόδρα</w:t>
      </w:r>
    </w:p>
    <w:p>
      <w:r>
        <w:rPr>
          <w:rFonts w:ascii="Courier New" w:hAnsi="Courier New"/>
          <w:color w:val="555555"/>
          <w:sz w:val="20"/>
        </w:rPr>
        <w:t>[45]</w:t>
      </w:r>
    </w:p>
    <w:p>
      <w:r>
        <w:rPr>
          <w:rFonts w:ascii="Gentium Plus" w:hAnsi="Gentium Plus"/>
          <w:sz w:val="24"/>
        </w:rPr>
        <w:t>ἴσμεν χαίροντά σε τῇ ἀνέσει τῇ ἡμετέρᾳ, ἐπεὶ καὶ ἃ αὐτόθι πεποίηκας οὐδέποτε ἐπιλαθέσθαι δυνάμεθα, τοὺς προπετεῖς ἐκείνους καὶ ἀλογίστους ἀναστέλλων θορύβους, καὶ πάντα ποιῶν, ὥστε ἡμᾶς ἐν ἀδείᾳ καταστῆσαι, καὶ τὰ σαυτοῦ πληρῶν. Καὶ ταῦτα πρὸς</w:t>
      </w:r>
    </w:p>
    <w:p>
      <w:r>
        <w:rPr>
          <w:rFonts w:ascii="Courier New" w:hAnsi="Courier New"/>
          <w:color w:val="555555"/>
          <w:sz w:val="20"/>
        </w:rPr>
        <w:t>[52 . 740 (50)]</w:t>
      </w:r>
    </w:p>
    <w:p>
      <w:r>
        <w:rPr>
          <w:rFonts w:ascii="Gentium Plus" w:hAnsi="Gentium Plus"/>
          <w:sz w:val="24"/>
        </w:rPr>
        <w:t>ἅπαντας ὅπουπερ ἂν ἀφικώμεθα ἀνακηρύττομεν, πολλάς σοι χάριτας εἰδότες, δέσποτά μου θαυμασιώ‐ τατε, τῆς τοσαύτης κηδεμονίας. Ἵνα δὲ μὴ μόνον ἐκ</w:t>
      </w:r>
    </w:p>
    <w:p>
      <w:r>
        <w:rPr>
          <w:rFonts w:ascii="Courier New" w:hAnsi="Courier New"/>
          <w:color w:val="555555"/>
          <w:sz w:val="20"/>
        </w:rPr>
        <w:t>[52 . 741]</w:t>
      </w:r>
    </w:p>
    <w:p>
      <w:r>
        <w:rPr>
          <w:rFonts w:ascii="Gentium Plus" w:hAnsi="Gentium Plus"/>
          <w:sz w:val="24"/>
        </w:rPr>
        <w:t>ἀπολαύειν τῶν σῶν περὶ τῆς ὑγείας τῆς σῆς σημαι‐ νόντων πολλὴν καρπωσώμεθα τὴν εὐφροσύνην, δίδου</w:t>
      </w:r>
    </w:p>
    <w:p>
      <w:r>
        <w:rPr>
          <w:rFonts w:ascii="Courier New" w:hAnsi="Courier New"/>
          <w:color w:val="555555"/>
          <w:sz w:val="20"/>
        </w:rPr>
        <w:t>[52 . 742]</w:t>
      </w:r>
    </w:p>
    <w:p>
      <w:r>
        <w:rPr>
          <w:rFonts w:ascii="Gentium Plus" w:hAnsi="Gentium Plus"/>
          <w:sz w:val="24"/>
        </w:rPr>
        <w:t>μεθα καὶ ἐν ἀλλοτρίᾳ γῇ διατρίβοντες παράκλησιν, εἰ τοιαῦτα γράμματα δεξαίμεθα παρὰ τῆς θαυμασιότη‐</w:t>
      </w:r>
    </w:p>
    <w:p>
      <w:pPr>
        <w:jc w:val="center"/>
      </w:pPr>
      <w:r>
        <w:rPr>
          <w:rFonts w:ascii="Gentium Plus" w:hAnsi="Gentium Plus"/>
          <w:b/>
          <w:sz w:val="24"/>
        </w:rPr>
        <w:t>ΣΛΖʹ. ΚΩΝΣΤΑΝΤΙΟΥ ΠΡΕΣΒΥΤΕΡΟΥ ΠΡΟΣ ΤΗΝ ΜΗΤΕΡΑ.</w:t>
      </w:r>
    </w:p>
    <w:p>
      <w:r>
        <w:rPr>
          <w:rFonts w:ascii="Courier New" w:hAnsi="Courier New"/>
          <w:color w:val="555555"/>
          <w:sz w:val="20"/>
        </w:rPr>
        <w:t>[15]</w:t>
      </w:r>
    </w:p>
    <w:p>
      <w:r>
        <w:rPr>
          <w:rFonts w:ascii="Gentium Plus" w:hAnsi="Gentium Plus"/>
          <w:sz w:val="24"/>
        </w:rPr>
        <w:t>Τοῦτο μήτηρ φιλόστοργος καὶ φιλόπαις, τὸ, ἡνίκα ἂν δέῃ τι τῶν δεόντων, παραινεῖν τῷ παιδὶ, καὶ ἐλαύ‐ νειν αὐτὸν οἴκοθεν, καὶ πράως φέρειν τὸν χωρισμὸν, καὶ χάριτας αὐτῷ πολλὰς εἰδέναι τῆς ἀποδημίας. Κατέλυσας αὐτὴν τῆς φύσεως τὴν τυραννίδα, κελεύ‐</w:t>
      </w:r>
    </w:p>
    <w:p>
      <w:r>
        <w:rPr>
          <w:rFonts w:ascii="Courier New" w:hAnsi="Courier New"/>
          <w:color w:val="555555"/>
          <w:sz w:val="20"/>
        </w:rPr>
        <w:t>[20]</w:t>
      </w:r>
    </w:p>
    <w:p>
      <w:r>
        <w:rPr>
          <w:rFonts w:ascii="Gentium Plus" w:hAnsi="Gentium Plus"/>
          <w:sz w:val="24"/>
        </w:rPr>
        <w:t>σασα ἡμᾶς ἔρημον ἀνταλλάξασθαι πόλεως, καὶ φόβον Ἰσαυρικὸν ἀδείας, καὶ τὸν χωρισμὸν ἡμῶν τῆς συν‐ ουσίας τῆς μεθ’ ὑμῶν, ὥστε μηδὲν ἀναγκασθῆναι ποιῆσαι τῶν μὴ προσηκόντων. Διὰ ταῦτά σοι πολλὰς χάριτας ἵσμεν, οὐχ ὅτι ἔτεκες, ἀλλ’ ὅτι οὕτως ἀνέθρε‐</w:t>
      </w:r>
    </w:p>
    <w:p>
      <w:r>
        <w:rPr>
          <w:rFonts w:ascii="Courier New" w:hAnsi="Courier New"/>
          <w:color w:val="555555"/>
          <w:sz w:val="20"/>
        </w:rPr>
        <w:t>[25]</w:t>
      </w:r>
    </w:p>
    <w:p>
      <w:r>
        <w:rPr>
          <w:rFonts w:ascii="Gentium Plus" w:hAnsi="Gentium Plus"/>
          <w:sz w:val="24"/>
        </w:rPr>
        <w:t>ψας, κἀν τούτῳ γινομένη μήτηρ οἵαν γίνεσθαι χρή. Ὡς αἵ γε τῷ πάθει καταμαλακιζόμεναι, καὶ πρὸ τοῦ συμφέροντος τῶν παίδων τὴν παρουσίαν αὐτῶν ἐπι‐ ζητοῦσαι, οὐ μητέρες, ἀλλὰ παιδοκτόνοι δικαίως ἂν κληθεῖεν. Ἀλλ’ ὥσπερ ἐνταῦθα ἀνδρεία γέγονας, καὶ</w:t>
      </w:r>
    </w:p>
    <w:p>
      <w:r>
        <w:rPr>
          <w:rFonts w:ascii="Courier New" w:hAnsi="Courier New"/>
          <w:color w:val="555555"/>
          <w:sz w:val="20"/>
        </w:rPr>
        <w:t>[30]</w:t>
      </w:r>
    </w:p>
    <w:p>
      <w:r>
        <w:rPr>
          <w:rFonts w:ascii="Gentium Plus" w:hAnsi="Gentium Plus"/>
          <w:sz w:val="24"/>
        </w:rPr>
        <w:t>σιδήρου στεῤῥοτέρα, ἄφατον παρὰ τοῦ φιλανθρώπου Θεοῦ διὰ τῆς γνώμης ταύτης προαποθεμένη σοι τὸν μισθὸν, οὕτω παρακαλοῦμεν, καί σου δεόμεθα καὶ ἐν τοῖς ἄλλοις ἅπασι τὴν αὐτὴν ἐπιδείξασθαι φιλοσοφίαν, καὶ εἰδέναι ὅτι μία ἐστὶ συμφορὰ, ἁμαρτία μόνον, τὰ</w:t>
      </w:r>
    </w:p>
    <w:p>
      <w:r>
        <w:rPr>
          <w:rFonts w:ascii="Courier New" w:hAnsi="Courier New"/>
          <w:color w:val="555555"/>
          <w:sz w:val="20"/>
        </w:rPr>
        <w:t>[35]</w:t>
      </w:r>
    </w:p>
    <w:p>
      <w:r>
        <w:rPr>
          <w:rFonts w:ascii="Gentium Plus" w:hAnsi="Gentium Plus"/>
          <w:sz w:val="24"/>
        </w:rPr>
        <w:t>δὲ ἄλλα πάντα μῦθος, δυναστεῖαι, καὶ δόξαι, καὶ τι‐ μαὶ, αἱ παρὰ ἀνθρώπων. Καὶ ἡ πρὸς τὸν οὐρανὸν ἄγουσα ὁδὸς, αὕτη μάλιστα ἡ διὰ τῶν θλίψεών ἐστι.</w:t>
      </w:r>
    </w:p>
    <w:p>
      <w:r>
        <w:rPr>
          <w:rFonts w:ascii="Courier New" w:hAnsi="Courier New"/>
          <w:color w:val="555555"/>
          <w:sz w:val="20"/>
        </w:rPr>
        <w:t>[52 . 742 (15)]</w:t>
      </w:r>
    </w:p>
    <w:p>
      <w:r>
        <w:rPr>
          <w:rFonts w:ascii="Gentium Plus" w:hAnsi="Gentium Plus"/>
          <w:sz w:val="24"/>
        </w:rPr>
        <w:t>εἰς τὴν βασιλείαν τοῦ Θεοῦ. Καὶ πάντες δὲ οἱ ἅγιοι, οἵ τε ἐν τῇ Παλαιᾷ, οἵ τε ἐν τῇ Καινῇ, ταύτην ὥδευσαν τὴν ὁδὸν, ἐπιβουλευόμενοι συνεχῶς, ἐλαυνόμενοι, φυ‐ γάδες καὶ μετανάσται γινόμενοι, ἀπόλιδες, ἄοικοι, θανάτους ἀώρους ὑπομένοντες, καὶ παρ’ ὧν μάλιστα</w:t>
      </w:r>
    </w:p>
    <w:p>
      <w:r>
        <w:rPr>
          <w:rFonts w:ascii="Courier New" w:hAnsi="Courier New"/>
          <w:color w:val="555555"/>
          <w:sz w:val="20"/>
        </w:rPr>
        <w:t>[20]</w:t>
      </w:r>
    </w:p>
    <w:p>
      <w:r>
        <w:rPr>
          <w:rFonts w:ascii="Gentium Plus" w:hAnsi="Gentium Plus"/>
          <w:sz w:val="24"/>
        </w:rPr>
        <w:t>οὐδαμῶς ἐχρῆν. Τί γὰρ ὀδυνηρότερον, εἰπέ μοι, ἢ χαλεπώτερον τοῦ παρὰ δεξιᾶς ἀδελφικῆς κατενεχθῆ‐ ναι, καὶ ἄωρον καὶ βίαιον ὑπομεῖναι τελευτὴν, μετὰ στεφάνους καὶ εὐδοκίμησιν τοσαύτην; τί δὲ ὀδυνηρό‐ τερον, καὶ μόνον καὶ ἐν ἐσχάτῳ δοθέντα γήρᾳ κελευ‐</w:t>
      </w:r>
    </w:p>
    <w:p>
      <w:r>
        <w:rPr>
          <w:rFonts w:ascii="Courier New" w:hAnsi="Courier New"/>
          <w:color w:val="555555"/>
          <w:sz w:val="20"/>
        </w:rPr>
        <w:t>[25]</w:t>
      </w:r>
    </w:p>
    <w:p>
      <w:r>
        <w:rPr>
          <w:rFonts w:ascii="Gentium Plus" w:hAnsi="Gentium Plus"/>
          <w:sz w:val="24"/>
        </w:rPr>
        <w:t>σθῆναι σφάττεσθαι ὑπὸ πατρικῆς χειρὸς, καὶ τὸν γεν‐ νησάμενον διάκονον γενέσθαι τῆς τοιαύτης σφαγῆς; Μὴ γάρ μοι τοῦτο λέγε, ὅτι μετὰ ταῦτα ἀπέλαβεν αὐ‐ τὸν ὑγιῆ καὶ σῶον. Οὐδὲν γὰρ τούτων εἰδὼς ὁ δίκαιος ἐκεῖνος, ἀλλ’ ὅτι πάντως αὐτὸν ἀναιρήσει, οὕτω καὶ</w:t>
      </w:r>
    </w:p>
    <w:p>
      <w:r>
        <w:rPr>
          <w:rFonts w:ascii="Courier New" w:hAnsi="Courier New"/>
          <w:color w:val="555555"/>
          <w:sz w:val="20"/>
        </w:rPr>
        <w:t>[30]</w:t>
      </w:r>
    </w:p>
    <w:p>
      <w:r>
        <w:rPr>
          <w:rFonts w:ascii="Gentium Plus" w:hAnsi="Gentium Plus"/>
          <w:sz w:val="24"/>
        </w:rPr>
        <w:t>ἀνήγαγεν εἰς τὸ ὄρος, καὶ τὸ θυσιαστήριον ᾠκοδόμησε, καὶ τὰ ξύλα ἐπέθηκε, καὶ τὴν μάχαιραν ἥρπασε, καὶ τὸ ξίφος διήλασε· καὶ γὰρ καὶ διήλασε, τό γε εἰς τὴν αὐτοῦ γνώμην ἧκον· διὸ καὶ πανταχοῦ τῆς οἰκουμέ‐ νης ᾄδεται. Ἂν δὲ τὸν ἔκγονον εἴπω τὸν ἐκείνου, καὶ</w:t>
      </w:r>
    </w:p>
    <w:p>
      <w:r>
        <w:rPr>
          <w:rFonts w:ascii="Courier New" w:hAnsi="Courier New"/>
          <w:color w:val="555555"/>
          <w:sz w:val="20"/>
        </w:rPr>
        <w:t>[35]</w:t>
      </w:r>
    </w:p>
    <w:p>
      <w:r>
        <w:rPr>
          <w:rFonts w:ascii="Gentium Plus" w:hAnsi="Gentium Plus"/>
          <w:sz w:val="24"/>
        </w:rPr>
        <w:t>αὐτὸν ὄψει ὑπὸ ἀδελφικῆς βασκανίας πάλιν φυγάδα καὶ ἄπολιν γενόμενον, καὶ δοῦλον, καὶ ἐν ἀλλοτρίᾳ θητεύοντα, καὶ τὸν περὶ τῶν ἐσχάτων δεδοικότα φό‐</w:t>
      </w:r>
    </w:p>
    <w:p>
      <w:r>
        <w:rPr>
          <w:rFonts w:ascii="Courier New" w:hAnsi="Courier New"/>
          <w:color w:val="555555"/>
          <w:sz w:val="20"/>
        </w:rPr>
        <w:t>[52 . 743]</w:t>
      </w:r>
    </w:p>
    <w:p>
      <w:r>
        <w:rPr>
          <w:rFonts w:ascii="Gentium Plus" w:hAnsi="Gentium Plus"/>
          <w:sz w:val="24"/>
        </w:rPr>
        <w:t>σαντα, τὸν δεθέντα ἔτη τοσαῦτα, τὸν μυρία παθόν‐ τα δεινά· ἂν δὲ τὸν Μωϋσέα, καὶ τοσαῦτα παρὰ τῶν Ἰουδαίων παθόντα κακά· τὰ γὰρ τῶν ἀποστό‐ λων οὐδὲ παραστῆσαι ἔνι τῷ λόγῳ· ταῦτ’ οὖν ἅπαντα</w:t>
      </w:r>
    </w:p>
    <w:p>
      <w:r>
        <w:rPr>
          <w:rFonts w:ascii="Courier New" w:hAnsi="Courier New"/>
          <w:color w:val="555555"/>
          <w:sz w:val="20"/>
        </w:rPr>
        <w:t>[5]</w:t>
      </w:r>
    </w:p>
    <w:p>
      <w:r>
        <w:rPr>
          <w:rFonts w:ascii="Gentium Plus" w:hAnsi="Gentium Plus"/>
          <w:sz w:val="24"/>
        </w:rPr>
        <w:t>συναγαγοῦσα, καὶ λογιζομένη τῆς ὑπομονῆς τὸν μι‐ σθὸν, θυσίαν ἀνένεγκε τῷ Θεῷ, τὸ γενναίως ἐνεγκεῖν τὰ συμπίπτοντα, καὶ διὰ παντὸς αὐτὸν δοξάζειν. Ἐπεὶ καὶ ὁ Ἰὼβ ἀπὸ τῶν τοιούτων ἐστεφανώθη ῥη‐ μάτων. Ἀνάμενε δὴ καὶ τὴν ἐπὶ τὸ χρηστότερον</w:t>
      </w:r>
    </w:p>
    <w:p>
      <w:r>
        <w:rPr>
          <w:rFonts w:ascii="Courier New" w:hAnsi="Courier New"/>
          <w:color w:val="555555"/>
          <w:sz w:val="20"/>
        </w:rPr>
        <w:t>[10]</w:t>
      </w:r>
    </w:p>
    <w:p>
      <w:r>
        <w:rPr>
          <w:rFonts w:ascii="Gentium Plus" w:hAnsi="Gentium Plus"/>
          <w:sz w:val="24"/>
        </w:rPr>
        <w:t>μεταβολὴν, καὶ μὴ διαλίπῃς τὸν Θεὸν ὑπὲρ τούτου παρακαλοῦσα, καὶ γράψαι ἡμῖν σπούδασον, ὅτι γέ‐ γονέ τι πλέον ἀπὸ τῶν ἡμετέρων γραμμάτων εἰς εὐ‐ θυμίας σοι λόγον, εἴγε μὴ βούλει θολοῦν ἡμῶν τὴν εὐφροσύνην. Ἡμεῖς γὰρ ἐνταῦθα πολλῆς ἀπολαύο‐</w:t>
      </w:r>
    </w:p>
    <w:p>
      <w:r>
        <w:rPr>
          <w:rFonts w:ascii="Courier New" w:hAnsi="Courier New"/>
          <w:color w:val="555555"/>
          <w:sz w:val="20"/>
        </w:rPr>
        <w:t>[15]</w:t>
      </w:r>
    </w:p>
    <w:p>
      <w:r>
        <w:rPr>
          <w:rFonts w:ascii="Gentium Plus" w:hAnsi="Gentium Plus"/>
          <w:sz w:val="24"/>
        </w:rPr>
        <w:t>μεν ἡδονῆς, ἐντρυφῶντες τῇ συνουσίᾳ τοῦ ἁγιωτάτου ἐπισκόπου, καὶ τῇ ἡσυχίᾳ τοῦ χωρίου τούτου, καὶ τῇ πολλῇ ἀπραγμοσύνῃ. Καὶ γὰρ ὁ τῶν Ἰσαύρων πέ‐ παυται φόβος, τοῦ χειμῶνος αὐτοὺς συνελαύνοντος εἰς τὴν αὐτῶν. Μὴ δὴ τοσαύτην θολώσῃς ἡμῖν ἡδονήν.</w:t>
      </w:r>
    </w:p>
    <w:p>
      <w:r>
        <w:rPr>
          <w:rFonts w:ascii="Courier New" w:hAnsi="Courier New"/>
          <w:color w:val="555555"/>
          <w:sz w:val="20"/>
        </w:rPr>
        <w:t>[20]</w:t>
      </w:r>
    </w:p>
    <w:p>
      <w:r>
        <w:rPr>
          <w:rFonts w:ascii="Gentium Plus" w:hAnsi="Gentium Plus"/>
          <w:sz w:val="24"/>
        </w:rPr>
        <w:t>Εἰ γὰρ ἔλθοι γράμματα παρὰ τῆς σῆς τιμιότητος δηλοῦντα ἡμῖν, ὅτι ὥς σοι πρέπον ἐστὶ, καὶ ἀξίως τῆς ὑψηλῆς σου γνώμης τὰ συμπίπτοντα φέρεις, καὶ ἐντεῦθεν πολλὴν καρπωσόμεθα εὐθυμίας προσθήκην. Οὐχ ὡς ἔτυχε γὰρ ἡμᾶς ἀνεκτήσατο ἡ ἐπωφελὴς</w:t>
      </w:r>
    </w:p>
    <w:p>
      <w:r>
        <w:rPr>
          <w:rFonts w:ascii="Courier New" w:hAnsi="Courier New"/>
          <w:color w:val="555555"/>
          <w:sz w:val="20"/>
        </w:rPr>
        <w:t>[25]</w:t>
      </w:r>
    </w:p>
    <w:p>
      <w:r>
        <w:rPr>
          <w:rFonts w:ascii="Gentium Plus" w:hAnsi="Gentium Plus"/>
          <w:sz w:val="24"/>
        </w:rPr>
        <w:t>συνουσία τοῦ ἁγιωτάτου ἐπισκόπου, ὡς ἄλλους ἀντ’ ἄλλων σχεδὸν ἐργάσασθαι, καὶ μὴ συγχωρῆσαι μηδὲ αἴσθησιν τῆς ξένης λαβεῖν· τοσαύτη ἡμᾶς περιστοιχί‐ ζεται ἀγαθῶν εὐφροσύνη, καὶ πλοῦτος ἡμᾶς περιῤῥεῖ πνευματικὸς, καὶ τὸν Θεὸν διὰ ταῦτα διηνεκῶς δοξά‐</w:t>
      </w:r>
    </w:p>
    <w:p>
      <w:r>
        <w:rPr>
          <w:rFonts w:ascii="Courier New" w:hAnsi="Courier New"/>
          <w:color w:val="555555"/>
          <w:sz w:val="20"/>
        </w:rPr>
        <w:t>[30]</w:t>
      </w:r>
    </w:p>
    <w:p>
      <w:r>
        <w:rPr>
          <w:rFonts w:ascii="Gentium Plus" w:hAnsi="Gentium Plus"/>
          <w:sz w:val="24"/>
        </w:rPr>
        <w:t>ζοντες οὐ παυόμεθα.</w:t>
      </w:r>
    </w:p>
    <w:p>
      <w:pPr>
        <w:jc w:val="center"/>
      </w:pPr>
      <w:r>
        <w:rPr>
          <w:rFonts w:ascii="Gentium Plus" w:hAnsi="Gentium Plus"/>
          <w:b/>
          <w:sz w:val="24"/>
        </w:rPr>
        <w:t>ΣΛΗʹ. Τοῦ αὐτοῦ πρὸς τὴν ἀδελφὴν αὐτοῦ.</w:t>
      </w:r>
    </w:p>
    <w:p>
      <w:r>
        <w:rPr>
          <w:rFonts w:ascii="Courier New" w:hAnsi="Courier New"/>
          <w:color w:val="555555"/>
          <w:sz w:val="20"/>
        </w:rPr>
        <w:t>[32]</w:t>
      </w:r>
    </w:p>
    <w:p>
      <w:r>
        <w:rPr>
          <w:rFonts w:ascii="Gentium Plus" w:hAnsi="Gentium Plus"/>
          <w:sz w:val="24"/>
        </w:rPr>
        <w:t>Συνάγει μὲν ἡμᾶς εἰς ἀγάπην καὶ φύσεως νόμος, καὶ τὸ λῦσαι τὰς αὐτὰς ὠδῖνας· ἡμεῖς δὲ οὐκ ἐντεῦθεν μόνον, ἀλλὰ καὶ ἑτέρωθεν, καὶ ὅθεν μάλιστα χρὴ,</w:t>
      </w:r>
    </w:p>
    <w:p>
      <w:r>
        <w:rPr>
          <w:rFonts w:ascii="Courier New" w:hAnsi="Courier New"/>
          <w:color w:val="555555"/>
          <w:sz w:val="20"/>
        </w:rPr>
        <w:t>[35]</w:t>
      </w:r>
    </w:p>
    <w:p>
      <w:r>
        <w:rPr>
          <w:rFonts w:ascii="Gentium Plus" w:hAnsi="Gentium Plus"/>
          <w:sz w:val="24"/>
        </w:rPr>
        <w:t>καὶ αἰδούμεθα καὶ φιλοῦμέν σου τὴν τιμιότητα, ὅτι σοι τῶν παρόντων λόγος οὐδεὶς, ὅτι τὸν καπνὸν ἤλα‐ σας, καὶ τὴν κόνιν ἔσβεσας, καὶ τὸν πηλὸν κατεπά‐ τησας, καὶ κοῦφόν σοι γέγονε τὸ πτερὸν πρὸς τὴν ὁδὸν τὴν εἰς τὸν οὐρανὸν φέρουσαν, καὶ οὔτε ἀνδρὸς</w:t>
      </w:r>
    </w:p>
    <w:p>
      <w:r>
        <w:rPr>
          <w:rFonts w:ascii="Courier New" w:hAnsi="Courier New"/>
          <w:color w:val="555555"/>
          <w:sz w:val="20"/>
        </w:rPr>
        <w:t>[40]</w:t>
      </w:r>
    </w:p>
    <w:p>
      <w:r>
        <w:rPr>
          <w:rFonts w:ascii="Gentium Plus" w:hAnsi="Gentium Plus"/>
          <w:sz w:val="24"/>
        </w:rPr>
        <w:t>μέριμνα, οὔτε παιδοτροφίας φροντὶς, οὔτε οἰκίας ἐπιμέλεια, οὔτε ὁ ἐντεῦθεν τικτόμενος θόρυβος ἴσχυ‐ σεν ὑποσκελίσαι σοι τὸν δρόμον καὶ βραδύτερον ἐρ‐ γάσασθαι, ἀλλ’ αὐτοῖς δὴ τούτοις τοῖς δοκοῦσιν εἶναι κωλύμασιν εἰς πλεῖον τάχος πτήσεως κέχρησαι· καὶ</w:t>
      </w:r>
    </w:p>
    <w:p>
      <w:r>
        <w:rPr>
          <w:rFonts w:ascii="Courier New" w:hAnsi="Courier New"/>
          <w:color w:val="555555"/>
          <w:sz w:val="20"/>
        </w:rPr>
        <w:t>[45]</w:t>
      </w:r>
    </w:p>
    <w:p>
      <w:r>
        <w:rPr>
          <w:rFonts w:ascii="Gentium Plus" w:hAnsi="Gentium Plus"/>
          <w:sz w:val="24"/>
        </w:rPr>
        <w:t>οὐδὲ ἡ τοὺς γενναίους ταπεινοῦσα ἄνδρας (Πενία γὰρ, φησὶν, ἄνδρα ταπεινοῖ) ἴσχυσε κατενεγκεῖν, ἀλλὰ καὶ ὑψηλοτέραν εἰργάσατο. Τοιοῦτον γὰρ ἡ ἀρετή· οὐδενὶ τῶν ἀραχνίων τούτων ἐμποδίζεται, ἀλλὰ καὶ διασπά‐ σασα αὐτὰ εὐκολώτερον ἢ τὰς ἀράχνας ταύτας, κέρ‐</w:t>
      </w:r>
    </w:p>
    <w:p>
      <w:r>
        <w:rPr>
          <w:rFonts w:ascii="Courier New" w:hAnsi="Courier New"/>
          <w:color w:val="555555"/>
          <w:sz w:val="20"/>
        </w:rPr>
        <w:t>[52 . 743 (50)]</w:t>
      </w:r>
    </w:p>
    <w:p>
      <w:r>
        <w:rPr>
          <w:rFonts w:ascii="Gentium Plus" w:hAnsi="Gentium Plus"/>
          <w:sz w:val="24"/>
        </w:rPr>
        <w:t>δος ἐντεῦθεν συνάγει πολύ. Ταῦτα οὐχ ἁπλῶς ἐπ‐ εστάλκαμέν σου τῇ τιμιότητι, ἀλλ’ ἐπειδὴ στοχαζόμεθα καὶ τῇ ἀποδημίᾳ τῇ ἡμετέρᾳ, τῷ τε θορύβῳ τῶν αὐ‐ τόθι πραγμάτων σφόδρα σε ταράττεσθαι καὶ ἀλύειν, τούτου χάριν γεγράφαμέν σου τῇ εὐλαβείᾳ, ἵνα ἐν‐</w:t>
      </w:r>
    </w:p>
    <w:p>
      <w:r>
        <w:rPr>
          <w:rFonts w:ascii="Courier New" w:hAnsi="Courier New"/>
          <w:color w:val="555555"/>
          <w:sz w:val="20"/>
        </w:rPr>
        <w:t>[55]</w:t>
      </w:r>
    </w:p>
    <w:p>
      <w:r>
        <w:rPr>
          <w:rFonts w:ascii="Gentium Plus" w:hAnsi="Gentium Plus"/>
          <w:sz w:val="24"/>
        </w:rPr>
        <w:t>νοήσασα ὅτι ὁδὸς τὰ πράγματα, στενὴ μὲν ἡ τῆς ἀρε‐</w:t>
      </w:r>
    </w:p>
    <w:p>
      <w:r>
        <w:rPr>
          <w:rFonts w:ascii="Courier New" w:hAnsi="Courier New"/>
          <w:color w:val="555555"/>
          <w:sz w:val="20"/>
        </w:rPr>
        <w:t>[52 . 744]</w:t>
      </w:r>
    </w:p>
    <w:p>
      <w:r>
        <w:rPr>
          <w:rFonts w:ascii="Gentium Plus" w:hAnsi="Gentium Plus"/>
          <w:sz w:val="24"/>
        </w:rPr>
        <w:t>ἁμαρτημάτων εὐημεροῦντας ζηλώσῃς, ἀλλὰ δακρύσῃς μειζόνως (ἐφόδιον γὰρ αὐτοῖς τῆς τιμωρίας ἡ εὐ‐ ημερία γίνεται), μήτε τοὺς τὴν στενὴν ὁδεύοντας ταλανίσῃς, ἀλλὰ καὶ μακαρίσῃς μειζόνως, ἂν μετ’</w:t>
      </w:r>
    </w:p>
    <w:p>
      <w:r>
        <w:rPr>
          <w:rFonts w:ascii="Courier New" w:hAnsi="Courier New"/>
          <w:color w:val="555555"/>
          <w:sz w:val="20"/>
        </w:rPr>
        <w:t>[5]</w:t>
      </w:r>
    </w:p>
    <w:p>
      <w:r>
        <w:rPr>
          <w:rFonts w:ascii="Gentium Plus" w:hAnsi="Gentium Plus"/>
          <w:sz w:val="24"/>
        </w:rPr>
        <w:t>ἀρετῆς ὁδεύσωσι. Καὶ γὰρ καὶ τούτοις ἐφόδιον, καὶ προσθήκη τιμῶν καὶ στεφάνων, μετὰ τῆς ἀρετῆς καὶ ἡ στενοχωρία γίνεται τῶν παρόντων· ἐπεὶ καὶ ὁ πλούσιος ἐκεῖνος οὐ διὰ τοῦτο μόνον ἀπετηγανίζετο, ὅτι ὠμὸς καὶ ἀπάνθρωπος ἦν, ἀλλὰ ὅτι καὶ ἐν πλούτῳ</w:t>
      </w:r>
    </w:p>
    <w:p>
      <w:r>
        <w:rPr>
          <w:rFonts w:ascii="Courier New" w:hAnsi="Courier New"/>
          <w:color w:val="555555"/>
          <w:sz w:val="20"/>
        </w:rPr>
        <w:t>[10]</w:t>
      </w:r>
    </w:p>
    <w:p>
      <w:r>
        <w:rPr>
          <w:rFonts w:ascii="Gentium Plus" w:hAnsi="Gentium Plus"/>
          <w:sz w:val="24"/>
        </w:rPr>
        <w:t>πολλῷ μείζονι, καὶ δαψιλῆ παρατιθέμενος τράπεζαν· ὁ δὲ Λάζαρος διὰ τοῦτο ἐστεφανοῦτο, ὅτι μετὰ πολλῆς τῆς καρτερίας τὸν χαλεπὸν τῶν ἑλκῶν ἤνεγκε πόλε‐ μον, τὴν πενίαν, τὴν ἐρημίαν τῶν προστησομένων, τὸ ἀπεῤῥῖφθαι, τὸ καταφρονεῖσθαι, τὸ προκεῖσθαι</w:t>
      </w:r>
    </w:p>
    <w:p>
      <w:r>
        <w:rPr>
          <w:rFonts w:ascii="Courier New" w:hAnsi="Courier New"/>
          <w:color w:val="555555"/>
          <w:sz w:val="20"/>
        </w:rPr>
        <w:t>[15]</w:t>
      </w:r>
    </w:p>
    <w:p>
      <w:r>
        <w:rPr>
          <w:rFonts w:ascii="Gentium Plus" w:hAnsi="Gentium Plus"/>
          <w:sz w:val="24"/>
        </w:rPr>
        <w:t>τράπεζα ταῖς τῶν κυνῶν γλώσσαις. Ταῦτα γὰρ πάν‐ τα εἰ καὶ πρὸ τῶν ἡμετέρων ἐπίστασαι γραμμάτων, ἀλλ’ ἀναγκαῖον εἶναι νομίσαντες καὶ παρ’ ἡμῶν σε ἀναμιμνήσκεσθαι, ἐπεστάλκαμεν, ὥστε μὴ τῇ τυραν‐ νίδι τῆς ἀθυμίας θολοῦσθαι. Εἰ γὰρ καὶ μὴ βούλομαι</w:t>
      </w:r>
    </w:p>
    <w:p>
      <w:r>
        <w:rPr>
          <w:rFonts w:ascii="Courier New" w:hAnsi="Courier New"/>
          <w:color w:val="555555"/>
          <w:sz w:val="20"/>
        </w:rPr>
        <w:t>[20]</w:t>
      </w:r>
    </w:p>
    <w:p>
      <w:r>
        <w:rPr>
          <w:rFonts w:ascii="Gentium Plus" w:hAnsi="Gentium Plus"/>
          <w:sz w:val="24"/>
        </w:rPr>
        <w:t>πάντα ἐνθεῖναι τοῖς γράμμασιν, οἶδα σαφῶς, ὅσα ὑμᾶς περιέστηκε λυπηρά· καὶ διὰ τοῦτο προσέθηκα τὴν ἐπιστολήν. Ἵν’ οὖν καὶ ἐν ἀλλοτρίᾳ διατρίβοντες, πολλῆς ἀπολαύσωμεν τῆς ἡδονῆς, πέμψον ἡμῖν γράμ‐ ματα, δηλοῦντα ἡμῖν, ὅτι ἴσχυσεν ἡμῶν αὕτη ἡ παρ‐</w:t>
      </w:r>
    </w:p>
    <w:p>
      <w:r>
        <w:rPr>
          <w:rFonts w:ascii="Courier New" w:hAnsi="Courier New"/>
          <w:color w:val="555555"/>
          <w:sz w:val="20"/>
        </w:rPr>
        <w:t>[25]</w:t>
      </w:r>
    </w:p>
    <w:p>
      <w:r>
        <w:rPr>
          <w:rFonts w:ascii="Gentium Plus" w:hAnsi="Gentium Plus"/>
          <w:sz w:val="24"/>
        </w:rPr>
        <w:t>αίνεσις, ὅσον ἐβουλόμεθα καὶ ἐπεθυμοῦμεν. Οὕτω γὰρ καὶ πόῤῥω καθήμενοι, πολλὴν ἐντεῦθεν καρπω‐ σόμεθα τὴν εὐφροσύνην. Ἡμεῖς γὰρ καίτοι τοσαῦτα πεπονθότες, οὐδενὸς αἰσθανόμεθα, τόν τε μισθὸν ἐν‐ νοοῦντες ὧν ἐπάθομεν, καὶ ταχίστην ἐπὶ τὸ βέλτιον</w:t>
      </w:r>
    </w:p>
    <w:p>
      <w:r>
        <w:rPr>
          <w:rFonts w:ascii="Courier New" w:hAnsi="Courier New"/>
          <w:color w:val="555555"/>
          <w:sz w:val="20"/>
        </w:rPr>
        <w:t>[30]</w:t>
      </w:r>
    </w:p>
    <w:p>
      <w:r>
        <w:rPr>
          <w:rFonts w:ascii="Gentium Plus" w:hAnsi="Gentium Plus"/>
          <w:sz w:val="24"/>
        </w:rPr>
        <w:t>μεταβολὴν τὰ πράγματα προσδοκῶντες λήψεσθαι, ὡς καὶ αὐτὰ τὰ προοίμια δείκνυσι. Ταῦτ’ οὖν καὶ αὐτὴ λογιζομένη, μηδὲν καταμαλακισθῇς πρὸς τοὺς τῆς ὑπομονῆς ἱδρῶτας, ἀλλὰ τῶν τε ἄλλων σου παιδίων ἐπιμελοῦ (πλείων γάρ σοι νῦν ὁ μισθὸς), καὶ τὴν κα‐</w:t>
      </w:r>
    </w:p>
    <w:p>
      <w:r>
        <w:rPr>
          <w:rFonts w:ascii="Courier New" w:hAnsi="Courier New"/>
          <w:color w:val="555555"/>
          <w:sz w:val="20"/>
        </w:rPr>
        <w:t>[35]</w:t>
      </w:r>
    </w:p>
    <w:p>
      <w:r>
        <w:rPr>
          <w:rFonts w:ascii="Gentium Plus" w:hAnsi="Gentium Plus"/>
          <w:sz w:val="24"/>
        </w:rPr>
        <w:t>λὴν Ἐπιφάνιον κατὰ τῷ Θεῷ δοκοῦν ἀνατρέφειν σπούδαζε. Οἶσθα γὰρ ὅσος παιδοτροφίας μισθός. Οὕ‐ τως ὁ Ἀβραὰμ ηὐδοκίμησε μετὰ τῶν ἄλλων, καὶ ἐν‐ τεῦθεν ὁ Ἰὼβ ἐστεφανοῦτο· καὶ τοῖς γονεῦσι τοῦτο συνεχῶς ὁ μακάριος Παῦλος ἐπιτάττει λέγων· Ἐκτρέ‐</w:t>
      </w:r>
    </w:p>
    <w:p>
      <w:r>
        <w:rPr>
          <w:rFonts w:ascii="Courier New" w:hAnsi="Courier New"/>
          <w:color w:val="555555"/>
          <w:sz w:val="20"/>
        </w:rPr>
        <w:t>[40]</w:t>
      </w:r>
    </w:p>
    <w:p>
      <w:r>
        <w:rPr>
          <w:rFonts w:ascii="Gentium Plus" w:hAnsi="Gentium Plus"/>
          <w:sz w:val="24"/>
        </w:rPr>
        <w:t>φετε τὰ τέκνα ὑμῶν ἐν παιδείᾳ καὶ νουθεσίᾳ Κυρίου. Ἔχεις σχολὴν ἱκανὴν ἀπαγαγεῖν σε τῶν περιττῶν καὶ ἀκαίρων φροντίδων καὶ τῆς ἀνονήτου λύπης, σχολὴν πολὺ φέρουσαν κέρδος, μεγάλῳ τῷ τῆς ἀρετῆς δυναμένην βρύειν καρπῷ, εἴγε βουληθείης ἔργον τοῦ‐</w:t>
      </w:r>
    </w:p>
    <w:p>
      <w:r>
        <w:rPr>
          <w:rFonts w:ascii="Courier New" w:hAnsi="Courier New"/>
          <w:color w:val="555555"/>
          <w:sz w:val="20"/>
        </w:rPr>
        <w:t>[45]</w:t>
      </w:r>
    </w:p>
    <w:p>
      <w:r>
        <w:rPr>
          <w:rFonts w:ascii="Gentium Plus" w:hAnsi="Gentium Plus"/>
          <w:sz w:val="24"/>
        </w:rPr>
        <w:t>το ποιήσασθαι. Περὶ γὰρ τῆς δεσποίνης μου τῆς μη‐ τρὸς οὐδὲν οἶμαι δεῖν οὐδὲ ἐπιστέλλειν, ἐπειδήπερ σοι σύνοιδα μετὰ τῶν ἄλλων καὶ τοῦτο τὸ κατόρθωμα, καὶ τὸν ἄφατον ἐντεῦθεν καρπὸν, καὶ ὅτι παιδίσκην ἅπασαν ὑπερηκόντισας ἐν τῇ περὶ αὐτὴν θεραπείᾳ.</w:t>
      </w:r>
    </w:p>
    <w:p>
      <w:r>
        <w:rPr>
          <w:rFonts w:ascii="Courier New" w:hAnsi="Courier New"/>
          <w:color w:val="555555"/>
          <w:sz w:val="20"/>
        </w:rPr>
        <w:t>[52 . 744 (50)]</w:t>
      </w:r>
    </w:p>
    <w:p>
      <w:r>
        <w:rPr>
          <w:rFonts w:ascii="Gentium Plus" w:hAnsi="Gentium Plus"/>
          <w:sz w:val="24"/>
        </w:rPr>
        <w:t>Ἀλλ’ ὅμως ἐπειδὴ πρέπον ἐμοὶ καὶ περὶ τούτου δια‐ λεχθῆναι, ἄκουσον τοῦ μακαρίου Παύλου λέγοντος τι‐ μᾷν τοὺς γονέας, καὶ προστιθέντος· Ἥτις ἐστὶν ἐντο‐ λὴ πρώτη ἐν ἐπαγγελίαις. Ἂν οὕτω σαυτὴν ἄγῃς, πολλοὺς μὲν σαυτῇ προαποθήσῃ τοὺς στεφάνους,</w:t>
      </w:r>
    </w:p>
    <w:p>
      <w:r>
        <w:rPr>
          <w:rFonts w:ascii="Courier New" w:hAnsi="Courier New"/>
          <w:color w:val="555555"/>
          <w:sz w:val="20"/>
        </w:rPr>
        <w:t>[55]</w:t>
      </w:r>
    </w:p>
    <w:p>
      <w:r>
        <w:rPr>
          <w:rFonts w:ascii="Gentium Plus" w:hAnsi="Gentium Plus"/>
          <w:sz w:val="24"/>
        </w:rPr>
        <w:t>πολλὴν δὲ ἡμῖν ἐργάσῃ τὴν ἡδονὴν, καὶ οὐδὲ πεπονθέναι τι τούτων ἡγησόμεθα ὧν πεπόνθαμεν, καὶ</w:t>
      </w:r>
    </w:p>
    <w:p>
      <w:r>
        <w:rPr>
          <w:rFonts w:ascii="Courier New" w:hAnsi="Courier New"/>
          <w:color w:val="555555"/>
          <w:sz w:val="20"/>
        </w:rPr>
        <w:t>[52 . 745]</w:t>
      </w:r>
    </w:p>
    <w:p>
      <w:r>
        <w:rPr>
          <w:rFonts w:ascii="Gentium Plus" w:hAnsi="Gentium Plus"/>
          <w:sz w:val="24"/>
        </w:rPr>
        <w:t>ἀγαθῶν πτερούμενοι, καὶ εἰς τὰ οἰκεῖα εἶναι, καὶ μεθ’ ὑμῶν διάγειν, καὶ κατὰ ῥοῦν ἡμῖν ἅπαντα φέρεσθαι ἡγησόμεθα.</w:t>
      </w:r>
    </w:p>
    <w:p>
      <w:pPr>
        <w:jc w:val="center"/>
      </w:pPr>
      <w:r>
        <w:rPr>
          <w:rFonts w:ascii="Gentium Plus" w:hAnsi="Gentium Plus"/>
          <w:b/>
          <w:sz w:val="24"/>
        </w:rPr>
        <w:t>ΣΛΘʹ. Τοῦ αὐτοῦ πρὸς Οὐαλέριον καὶ Διόφαντον</w:t>
      </w:r>
    </w:p>
    <w:p>
      <w:pPr>
        <w:jc w:val="center"/>
      </w:pPr>
      <w:r>
        <w:rPr>
          <w:rFonts w:ascii="Gentium Plus" w:hAnsi="Gentium Plus"/>
          <w:b/>
          <w:sz w:val="24"/>
        </w:rPr>
        <w:t>πρεσβυτέρους.</w:t>
      </w:r>
    </w:p>
    <w:p>
      <w:r>
        <w:rPr>
          <w:rFonts w:ascii="Courier New" w:hAnsi="Courier New"/>
          <w:color w:val="555555"/>
          <w:sz w:val="20"/>
        </w:rPr>
        <w:t>[6]</w:t>
      </w:r>
    </w:p>
    <w:p>
      <w:r>
        <w:rPr>
          <w:rFonts w:ascii="Gentium Plus" w:hAnsi="Gentium Plus"/>
          <w:sz w:val="24"/>
        </w:rPr>
        <w:t>Μάλιστα μὲν καὶ μὴ γράψαντι γράψαι ἐχρῆν· τοιοῦτος γὰρ τῆς ἀγάπης ὁ νόμος· οὐκ ἀνέχεται ἐλαττοῦσθαι, ἀλλ’ ἀεὶ φιλονεικεῖ νικᾷν τοὺς ἀγαπω‐ μένους τῇ περιουσίᾳ τοῦ φιλεῖν· καὶ γράψαντα δὲ καὶ</w:t>
      </w:r>
    </w:p>
    <w:p>
      <w:r>
        <w:rPr>
          <w:rFonts w:ascii="Courier New" w:hAnsi="Courier New"/>
          <w:color w:val="555555"/>
          <w:sz w:val="20"/>
        </w:rPr>
        <w:t>[10]</w:t>
      </w:r>
    </w:p>
    <w:p>
      <w:r>
        <w:rPr>
          <w:rFonts w:ascii="Gentium Plus" w:hAnsi="Gentium Plus"/>
          <w:sz w:val="24"/>
        </w:rPr>
        <w:t>ἅπαξ, καὶ δὶς, οὐδὲ οὕτως ἠξιώσατε τῶν ὑμετέρων γραμμάτων, ἀλλ’ ἐσιγήσατε σιγὴν οὕτω μακρὰν πρὸς ἄνθρωπον ἐπιθυμοῦντα δέχεσθαι νιφάδας γραμμά‐ των. Καὶ ταῦτα οὐκ ἐγκαλῶν λέγω· οὐχ οὕτως ἀγνοῶ μου τὰ μέτρα· ἀλλ’ ἀθυμῶν καὶ ὀδυνώμενος. Ὅσῳ</w:t>
      </w:r>
    </w:p>
    <w:p>
      <w:r>
        <w:rPr>
          <w:rFonts w:ascii="Courier New" w:hAnsi="Courier New"/>
          <w:color w:val="555555"/>
          <w:sz w:val="20"/>
        </w:rPr>
        <w:t>[15]</w:t>
      </w:r>
    </w:p>
    <w:p>
      <w:r>
        <w:rPr>
          <w:rFonts w:ascii="Gentium Plus" w:hAnsi="Gentium Plus"/>
          <w:sz w:val="24"/>
        </w:rPr>
        <w:t>γὰρ μετὰ πολλῆς τῆς ὑπερβολῆς ἐπιθυμῶ τῶν γραμ‐ μάτων, τοσούτῳ καὶ πλείονα τὴν ὀδύνην ἀποστερού‐ μενος αὐτῶν ὑπομένω. Μικρᾶς οἴεσθε παρακλήσεως ἡμᾶς δεῖσθαι, μητρὸς καὶ ἀδελφῆς κεχωρισμένους, πατρίδος ἐκπεπτωκότας, χορὸν τοσούτων γνησίων οὐ</w:t>
      </w:r>
    </w:p>
    <w:p>
      <w:r>
        <w:rPr>
          <w:rFonts w:ascii="Courier New" w:hAnsi="Courier New"/>
          <w:color w:val="555555"/>
          <w:sz w:val="20"/>
        </w:rPr>
        <w:t>[20]</w:t>
      </w:r>
    </w:p>
    <w:p>
      <w:r>
        <w:rPr>
          <w:rFonts w:ascii="Gentium Plus" w:hAnsi="Gentium Plus"/>
          <w:sz w:val="24"/>
        </w:rPr>
        <w:t>δυναμένους βλέπειν, ἐρημίαν οἰκοῦντας πάσης ἐρη‐ μίας χαλεπωτέραν, Ἰσαύρων φόβῳ πολιορκουμένους; Μετὰ τῶν ἐμῶν καὶ τὰ κοινὰ καθ’ ἑκάστην ἡμέραν ἀκούω τὰ κακὰ, καὶ πανταχοῦ τῆς οἰκουμένης βλαστάνοντα, καὶ καθ’ ἑκάστην ἡμέραν μετὰ προσ‐</w:t>
      </w:r>
    </w:p>
    <w:p>
      <w:r>
        <w:rPr>
          <w:rFonts w:ascii="Courier New" w:hAnsi="Courier New"/>
          <w:color w:val="555555"/>
          <w:sz w:val="20"/>
        </w:rPr>
        <w:t>[25]</w:t>
      </w:r>
    </w:p>
    <w:p>
      <w:r>
        <w:rPr>
          <w:rFonts w:ascii="Gentium Plus" w:hAnsi="Gentium Plus"/>
          <w:sz w:val="24"/>
        </w:rPr>
        <w:t>θήκης αὐξανόμενα, καὶ χαλεπά τινα ὠδίνοντα ναυά‐ για. Εἴθε μοι δυνατὸν ἦν παραστῆσαι τῷ λόγῳ τῆς ἀθυμίας τὴν τυραννίδα· τότε ἂν, καὶ μὴ λεγόντων ἡμῶν, αὐτοὶ ἂν μετέγνωτε ἐπὶ τῇ σιγῇ. Λυπεῖ δέ με πρὸς τούτοις τὸ μήτε εἰς γραμματηφόρων σπάνιν</w:t>
      </w:r>
    </w:p>
    <w:p>
      <w:r>
        <w:rPr>
          <w:rFonts w:ascii="Courier New" w:hAnsi="Courier New"/>
          <w:color w:val="555555"/>
          <w:sz w:val="20"/>
        </w:rPr>
        <w:t>[30]</w:t>
      </w:r>
    </w:p>
    <w:p>
      <w:r>
        <w:rPr>
          <w:rFonts w:ascii="Gentium Plus" w:hAnsi="Gentium Plus"/>
          <w:sz w:val="24"/>
        </w:rPr>
        <w:t>ἔχοντας καταφυγεῖν τοῦτο ποιῆσαι. Ὅπερ σημεῖόν ἐστιν ... ἀλλ’ ἐγὼ μὲν οὐδὲν ἂν εἴποιμι δυσχερὲς, ὑμῖν δὲ καταλιμπάνω εἰδέναι, εἰ μὴ πολλῆς ταῦτα ὀλιγωρίας, καὶ τῆς καθ’ ἡμῶν ὑπεροψίας. Ἀλλ’ οὐδέν μοι τοῦτο μέλει, κἂν καταφρονῆτε, κἂν ὑπερ‐</w:t>
      </w:r>
    </w:p>
    <w:p>
      <w:r>
        <w:rPr>
          <w:rFonts w:ascii="Courier New" w:hAnsi="Courier New"/>
          <w:color w:val="555555"/>
          <w:sz w:val="20"/>
        </w:rPr>
        <w:t>[35]</w:t>
      </w:r>
    </w:p>
    <w:p>
      <w:r>
        <w:rPr>
          <w:rFonts w:ascii="Gentium Plus" w:hAnsi="Gentium Plus"/>
          <w:sz w:val="24"/>
        </w:rPr>
        <w:t>ορᾶτε τῆς ἡμετέρας σμικρότητος· ἓν ἐπιζητῶ μόνον, ὅπως ἂν διακέησθε, τὰ γράμματα τῆς θεοσεβείας ὑμῶν, τὰ πολλὴν ἔχοντα παράκλησιν. Καὶ γὰρ καὶ εἷς καὶ δεύτερος πολλάκις ἀφίκοντο πρὸς ἡμᾶς, καὶ νῦν ὁ κύριός μου ὁ τιμιώτατος ἀδελφὸς Λιβάνιος, καὶ</w:t>
      </w:r>
    </w:p>
    <w:p>
      <w:r>
        <w:rPr>
          <w:rFonts w:ascii="Courier New" w:hAnsi="Courier New"/>
          <w:color w:val="555555"/>
          <w:sz w:val="20"/>
        </w:rPr>
        <w:t>[40]</w:t>
      </w:r>
    </w:p>
    <w:p>
      <w:r>
        <w:rPr>
          <w:rFonts w:ascii="Gentium Plus" w:hAnsi="Gentium Plus"/>
          <w:sz w:val="24"/>
        </w:rPr>
        <w:t>οὐκ ἠξιώσατε ἡμᾶς τῶν ὑμετέρων γραμμάτων. Μὴ δὴ προσθῆτε, παρακαλῶ, τῇ ἀθυμίᾳ μου ἀθυμίαν ἑτέραν. Εἰ γὰρ μηδὲ μετὰ τὴν ἐπιστολὴν ταύτην βουληθείητε ἡμῖν ἐπιστεῖλαι, ἢ ὄκνῳ, ἢ ῥᾳθυμίᾳ ἐν‐ δόντες, ἡμεῖς οὐ παυσόμεθα καὶ γράφοντες, καὶ</w:t>
      </w:r>
    </w:p>
    <w:p>
      <w:r>
        <w:rPr>
          <w:rFonts w:ascii="Courier New" w:hAnsi="Courier New"/>
          <w:color w:val="555555"/>
          <w:sz w:val="20"/>
        </w:rPr>
        <w:t>[45]</w:t>
      </w:r>
    </w:p>
    <w:p>
      <w:r>
        <w:rPr>
          <w:rFonts w:ascii="Gentium Plus" w:hAnsi="Gentium Plus"/>
          <w:sz w:val="24"/>
        </w:rPr>
        <w:t>μετὰ τοῦ γράφειν καὶ ὀλοφυρόμενοι καὶ θρηνοῦντες διὰ τὴν σιγὴν τὴν ὑμετέραν. Τούτου γάρ ἐσμεν κύ‐ ριοι. Οὐ μικρὸν δὲ καὶ τοῦτο ἡμῖν εἰς παράκλησιν, μᾶλλον δὲ καὶ τούτου χωρὶς ἡ μεγίστη ἡμῶν παρα‐ μυθία, τὸ μέχρι τῆς ἐρημίας αὐτῆς καὶ τῶν περάτων</w:t>
      </w:r>
    </w:p>
    <w:p>
      <w:r>
        <w:rPr>
          <w:rFonts w:ascii="Courier New" w:hAnsi="Courier New"/>
          <w:color w:val="555555"/>
          <w:sz w:val="20"/>
        </w:rPr>
        <w:t>[52 . 745 (50)]</w:t>
      </w:r>
    </w:p>
    <w:p>
      <w:r>
        <w:rPr>
          <w:rFonts w:ascii="Gentium Plus" w:hAnsi="Gentium Plus"/>
          <w:sz w:val="24"/>
        </w:rPr>
        <w:t>τῆς γῆς (πρὸς γὰρ αὐτὰ τὰ πέρατα σχεδόν ἐσμεν νῦν) φήμην ὑμῶν διαδίδοσθαι λαμπρὰν, κομίζουσαν ὑμῶν τὰ κατορθώματα. Πάντες γὰρ ὑμᾶς ἀνακηρύτ‐ τουσι, θαυμάζουσι, στεφανοῦσι, μακαρίζουσι τῆς ἀν‐ δρείας, τῆς στεῤῥότητος, ἣν διὰ τῶν ἔργων ἐπεδείξα‐</w:t>
      </w:r>
    </w:p>
    <w:p>
      <w:r>
        <w:rPr>
          <w:rFonts w:ascii="Courier New" w:hAnsi="Courier New"/>
          <w:color w:val="555555"/>
          <w:sz w:val="20"/>
        </w:rPr>
        <w:t>[55]</w:t>
      </w:r>
    </w:p>
    <w:p>
      <w:r>
        <w:rPr>
          <w:rFonts w:ascii="Gentium Plus" w:hAnsi="Gentium Plus"/>
          <w:sz w:val="24"/>
        </w:rPr>
        <w:t>σθε, τὸ γραφικὸν ἐκεῖνο πληροῦντες, Ἕως θανάτου ἀγώνισαι ὑπὲρ τῆς ἀληθείας, καὶ Κύριος πολε‐</w:t>
      </w:r>
    </w:p>
    <w:p>
      <w:r>
        <w:rPr>
          <w:rFonts w:ascii="Courier New" w:hAnsi="Courier New"/>
          <w:color w:val="555555"/>
          <w:sz w:val="20"/>
        </w:rPr>
        <w:t>[52 . 746]</w:t>
      </w:r>
    </w:p>
    <w:p>
      <w:r>
        <w:rPr>
          <w:rFonts w:ascii="Gentium Plus" w:hAnsi="Gentium Plus"/>
          <w:sz w:val="24"/>
        </w:rPr>
        <w:t>ἐπενεχθέντων, τοσαύτης ζάλης διαναστάσης, οὔτε θορυβῆσαί τις ὑμᾶς ἴσχυσεν, οὔτε εἰς ὁτιοῦν παρα‐ βλάψαι, ἀλλὰ καὶ μειζόνων ὑμῖν ἐγκωμίων ἄκοντες γεγόνασιν οἱ κακῶς ὑμᾶς ποιῆσαι βουλόμενοι αἴτιοι.</w:t>
      </w:r>
    </w:p>
    <w:p>
      <w:r>
        <w:rPr>
          <w:rFonts w:ascii="Courier New" w:hAnsi="Courier New"/>
          <w:color w:val="555555"/>
          <w:sz w:val="20"/>
        </w:rPr>
        <w:t>[5]</w:t>
      </w:r>
    </w:p>
    <w:p>
      <w:r>
        <w:rPr>
          <w:rFonts w:ascii="Gentium Plus" w:hAnsi="Gentium Plus"/>
          <w:sz w:val="24"/>
        </w:rPr>
        <w:t>Διὰ ταῦτα χαίρετε, παρακαλῶ, καὶ εὐφραίνεσθε, καὶ τὸν Θεὸν ἱκετεύοντες μὴ διαλίπητε, τὸν ποιοῦντα καὶ μετασκευάζοντα. Ποιήσει γὰρ ταχέως ὑπὲρ ἐκ‐ περισσοῦ ὧν αἰτούμεθα ἢ νοοῦμεν, διὰ τὴν οἰκείαν ἀγαθότητα.</w:t>
      </w:r>
    </w:p>
    <w:p>
      <w:pPr>
        <w:jc w:val="center"/>
      </w:pPr>
      <w:r>
        <w:rPr>
          <w:rFonts w:ascii="Gentium Plus" w:hAnsi="Gentium Plus"/>
          <w:b/>
          <w:sz w:val="24"/>
        </w:rPr>
        <w:t>ΣΜʹ. Τοῦ αὐτοῦ πρὸς Κάστον πρεσβύτερον.</w:t>
      </w:r>
    </w:p>
    <w:p>
      <w:r>
        <w:rPr>
          <w:rFonts w:ascii="Courier New" w:hAnsi="Courier New"/>
          <w:color w:val="555555"/>
          <w:sz w:val="20"/>
        </w:rPr>
        <w:t>[11]</w:t>
      </w:r>
    </w:p>
    <w:p>
      <w:r>
        <w:rPr>
          <w:rFonts w:ascii="Gentium Plus" w:hAnsi="Gentium Plus"/>
          <w:sz w:val="24"/>
        </w:rPr>
        <w:t>Πῶς διαλάμπει σαφῶς, καὶ λαθεῖν οὐ δύναται ἡ ψυ‐ χὴ θερμὴν ἀγάπην ἔχουσα! ὅπερ ἐπὶ τῆς σῆς γέγονε τιμιότητος. Οὐδὲ γὰρ εἰδὼς ὅτι ἐπεστάλκαμέν σου τῇ εὐλαβείᾳ (καίτοι γε ἐπεστάλκαμεν), ὅμως αὐτὸς τὰ</w:t>
      </w:r>
    </w:p>
    <w:p>
      <w:r>
        <w:rPr>
          <w:rFonts w:ascii="Courier New" w:hAnsi="Courier New"/>
          <w:color w:val="555555"/>
          <w:sz w:val="20"/>
        </w:rPr>
        <w:t>[15]</w:t>
      </w:r>
    </w:p>
    <w:p>
      <w:r>
        <w:rPr>
          <w:rFonts w:ascii="Gentium Plus" w:hAnsi="Gentium Plus"/>
          <w:sz w:val="24"/>
        </w:rPr>
        <w:t>παρὰ σαυτοῦ πεποίηκας, γράψας τε ἡμῖν, καὶ τὴν διάθεσίν σου τὴν γνησίαν καὶ ἐν τούτῳ ἐπιδειξάμε‐ νος, καὶ πολλῆς ἡμᾶς ἐμπλήσας τῆς εὐφροσύνης καὶ τῆς παρακλήσεως. Ἵν’ οὖν συνεχῶς ταύτης ἀπολαύω‐ μεν τῆς ἡδονῆς καὶ εὐφραινώμεθα, συνεχῶς τοῦτο</w:t>
      </w:r>
    </w:p>
    <w:p>
      <w:r>
        <w:rPr>
          <w:rFonts w:ascii="Courier New" w:hAnsi="Courier New"/>
          <w:color w:val="555555"/>
          <w:sz w:val="20"/>
        </w:rPr>
        <w:t>[20]</w:t>
      </w:r>
    </w:p>
    <w:p>
      <w:r>
        <w:rPr>
          <w:rFonts w:ascii="Gentium Plus" w:hAnsi="Gentium Plus"/>
          <w:sz w:val="24"/>
        </w:rPr>
        <w:t>ποιεῖν παρακέκλησο, ἡνίκα ἂν ἐξῇ. Οἴδαμεν γὰρ ὅτι τὸ πρᾶγμα δύσκολον, τῷ μὴ ῥᾳδίως τινὰς ἐνταῦθα παραγίνεσθαι· καὶ γὰρ τὸ τῆς οἰκουμένης ἐρημότα‐ τον χωρίον τοῦτό ἐστιν· ἀλλ’ ὅμως τοῖς ἀγαπῶσι καὶ τὰ δύσκολα εὔκολα γίνεται. Εἰ γὰρ βουληθείης περι‐</w:t>
      </w:r>
    </w:p>
    <w:p>
      <w:r>
        <w:rPr>
          <w:rFonts w:ascii="Courier New" w:hAnsi="Courier New"/>
          <w:color w:val="555555"/>
          <w:sz w:val="20"/>
        </w:rPr>
        <w:t>[25]</w:t>
      </w:r>
    </w:p>
    <w:p>
      <w:r>
        <w:rPr>
          <w:rFonts w:ascii="Gentium Plus" w:hAnsi="Gentium Plus"/>
          <w:sz w:val="24"/>
        </w:rPr>
        <w:t>εργάζεσθαι καὶ πολυπραγμονεῖν, τοὺς ἐκεῖθεν κατὰ χρείας ἰδίας ἀφικνουμένους εὑρήσεις, καὶ ὅλως οὐδὲν ἐπιλείψει τῷ ζητεῖν καθ’ ὁδοῦ. Ταῦτ’ οὖν εἰδὼς, δέσποτά μου τιμιώτατε, συνεχεῖς ἡμῖν πέμπε ἐπι‐ στολάς. Τό τε γὰρ πρᾶγμα δυσκολίαν οὐδεμίαν ἔχει,</w:t>
      </w:r>
    </w:p>
    <w:p>
      <w:r>
        <w:rPr>
          <w:rFonts w:ascii="Courier New" w:hAnsi="Courier New"/>
          <w:color w:val="555555"/>
          <w:sz w:val="20"/>
        </w:rPr>
        <w:t>[30]</w:t>
      </w:r>
    </w:p>
    <w:p>
      <w:r>
        <w:rPr>
          <w:rFonts w:ascii="Gentium Plus" w:hAnsi="Gentium Plus"/>
          <w:sz w:val="24"/>
        </w:rPr>
        <w:t>οὔτε πόνον, ἡ δὲ ἐξ αὐτοῦ εὐφροσύνη πτεροῦσθαι ἡμᾶς ποιεῖ, καὶ πολλῆς παραμυθίας ὑπόθεσις γίνεται.</w:t>
      </w:r>
    </w:p>
    <w:p>
      <w:pPr>
        <w:jc w:val="center"/>
      </w:pPr>
      <w:r>
        <w:rPr>
          <w:rFonts w:ascii="Gentium Plus" w:hAnsi="Gentium Plus"/>
          <w:b/>
          <w:sz w:val="24"/>
        </w:rPr>
        <w:t>ΣΜΑʹ. Τοῦ αὐτοῦ πρὸς Κυριακὸν πρεσβύτερον.</w:t>
      </w:r>
    </w:p>
    <w:p>
      <w:r>
        <w:rPr>
          <w:rFonts w:ascii="Courier New" w:hAnsi="Courier New"/>
          <w:color w:val="555555"/>
          <w:sz w:val="20"/>
        </w:rPr>
        <w:t>[33]</w:t>
      </w:r>
    </w:p>
    <w:p>
      <w:r>
        <w:rPr>
          <w:rFonts w:ascii="Gentium Plus" w:hAnsi="Gentium Plus"/>
          <w:sz w:val="24"/>
        </w:rPr>
        <w:t>Καὶ ἐν τούτῳ ἐθαύμασά σου τὴν ἀγάπην τὴν θερ‐ μὴν, καὶ γνησίαν, καὶ ἀκλινῆ, δι’ ἧς ἔδειξας, ὅτι οὐ</w:t>
      </w:r>
    </w:p>
    <w:p>
      <w:r>
        <w:rPr>
          <w:rFonts w:ascii="Courier New" w:hAnsi="Courier New"/>
          <w:color w:val="555555"/>
          <w:sz w:val="20"/>
        </w:rPr>
        <w:t>[35]</w:t>
      </w:r>
    </w:p>
    <w:p>
      <w:r>
        <w:rPr>
          <w:rFonts w:ascii="Gentium Plus" w:hAnsi="Gentium Plus"/>
          <w:sz w:val="24"/>
        </w:rPr>
        <w:t>παρόντων ἡμῶν, ἀλλὰ καὶ ἀπόντων πολὺν ποιῇ λόγον. Αὐτὸς μὲν γὰρ ἔφης μηδὲ ἐπεσταλκέναι ἡμᾶς τῇ τιμιό‐ τητί σου, καὶ οὐκ ἐγένετο τοῦτο ἱκανὸν ἐμποιῆσαί σοι σιγὴν, ἀλλὰ καίτοι νομίσας ἡμᾶς σεσιγηκέναι, τρεῖς ἐπιστολὰς ἔπεμψας πρὸς ἡμᾶς. Ἡμεῖς δὲ καὶ ἅπαξ,</w:t>
      </w:r>
    </w:p>
    <w:p>
      <w:r>
        <w:rPr>
          <w:rFonts w:ascii="Courier New" w:hAnsi="Courier New"/>
          <w:color w:val="555555"/>
          <w:sz w:val="20"/>
        </w:rPr>
        <w:t>[40]</w:t>
      </w:r>
    </w:p>
    <w:p>
      <w:r>
        <w:rPr>
          <w:rFonts w:ascii="Gentium Plus" w:hAnsi="Gentium Plus"/>
          <w:sz w:val="24"/>
        </w:rPr>
        <w:t>καὶ δὶς, καὶ τρὶς, καὶ πολλάκις ἐπεστάλκαμεν. Καὶ ἀμφότερα ἐδείχθη καλῶς, ἥ τε ἀγάπη ἡ σὴ, μὴ δεη‐ θεῖσα τῶν γραμμάτων ἡμῶν, ἥ τε εὐγνωμοσύνη ἡ ἡμετέρα. Ἐπεὶ οὖν οἶσθα, ὅπως διακείμεθα περὶ τὴν τιμιότητά σου, ὅτι τῷ κεφαλαίῳ τῶν ἀγαθῶν βρύεις,</w:t>
      </w:r>
    </w:p>
    <w:p>
      <w:r>
        <w:rPr>
          <w:rFonts w:ascii="Courier New" w:hAnsi="Courier New"/>
          <w:color w:val="555555"/>
          <w:sz w:val="20"/>
        </w:rPr>
        <w:t>[45]</w:t>
      </w:r>
    </w:p>
    <w:p>
      <w:r>
        <w:rPr>
          <w:rFonts w:ascii="Gentium Plus" w:hAnsi="Gentium Plus"/>
          <w:sz w:val="24"/>
        </w:rPr>
        <w:t>τῷ συνδέσμῳ τῆς τελειότητος, ἐπιδαψιλεύου ταύτην ἡμῖν τὴν εὐφροσύνην. Ὅσας γὰρ ἂν λάβωμεν ἐπιστολὰς, κἂν πολλαὶ ὦσι τῷ ἀριθμῷ, οὐ λαμβάνο‐ μεν κόρον, διὰ τὸ σφόδρα διακεῖσθαί σου περὶ τὴν τι‐ μιότητα.</w:t>
      </w:r>
    </w:p>
    <w:p>
      <w:pPr>
        <w:jc w:val="center"/>
      </w:pPr>
      <w:r>
        <w:rPr>
          <w:rFonts w:ascii="Gentium Plus" w:hAnsi="Gentium Plus"/>
          <w:b/>
          <w:sz w:val="24"/>
        </w:rPr>
        <w:t>ΣΜΒʹ. Τοῦ Χρυσοστόμου Χαλκιδίᾳ καὶ</w:t>
      </w:r>
    </w:p>
    <w:p>
      <w:pPr>
        <w:jc w:val="center"/>
      </w:pPr>
      <w:r>
        <w:rPr>
          <w:rFonts w:ascii="Gentium Plus" w:hAnsi="Gentium Plus"/>
          <w:b/>
          <w:sz w:val="24"/>
        </w:rPr>
        <w:t>Ἀσυγκριτίᾳ.</w:t>
      </w:r>
    </w:p>
    <w:p>
      <w:r>
        <w:rPr>
          <w:rFonts w:ascii="Courier New" w:hAnsi="Courier New"/>
          <w:color w:val="555555"/>
          <w:sz w:val="20"/>
        </w:rPr>
        <w:t>[52]</w:t>
      </w:r>
    </w:p>
    <w:p>
      <w:r>
        <w:rPr>
          <w:rFonts w:ascii="Gentium Plus" w:hAnsi="Gentium Plus"/>
          <w:sz w:val="24"/>
        </w:rPr>
        <w:t>Οὐδὲν ὑμῖν ἀπολογίας δεῖ πρὸς τὸ μὴ παραγενέ‐ σθαι· ἐμοὶ γὰρ ἀπὸ τῆς γνώμης παραγεγόνατε, καὶ οὐδὲν ἕλαττον ἔχετε παρ’ ἡμῖν τῶν ἀφικομένων ἐν‐</w:t>
      </w:r>
    </w:p>
    <w:p>
      <w:r>
        <w:rPr>
          <w:rFonts w:ascii="Courier New" w:hAnsi="Courier New"/>
          <w:color w:val="555555"/>
          <w:sz w:val="20"/>
        </w:rPr>
        <w:t>[55]</w:t>
      </w:r>
    </w:p>
    <w:p>
      <w:r>
        <w:rPr>
          <w:rFonts w:ascii="Gentium Plus" w:hAnsi="Gentium Plus"/>
          <w:sz w:val="24"/>
        </w:rPr>
        <w:t>ταῦθα. Διὸ καὶ χάριν ὑμῖν ἔχω πολλὴν, τὴν γνησίαν ὑμῶν εἰδὼς διάθεσιν, καὶ ὑπὲρ τῆς ἀπουσίας πολλὴν ἔχω συγγνώμην, διά τε τὴν τοῦ σώματος ἀῤῥωστίαν καὶ τὴν τοῦ ἔτους ὥραν καὶ τὸν τῶν λῃστῶν φόβον</w:t>
      </w:r>
    </w:p>
    <w:p>
      <w:r>
        <w:rPr>
          <w:rFonts w:ascii="Courier New" w:hAnsi="Courier New"/>
          <w:color w:val="555555"/>
          <w:sz w:val="20"/>
        </w:rPr>
        <w:t>[52 . 747]</w:t>
      </w:r>
    </w:p>
    <w:p>
      <w:r>
        <w:rPr>
          <w:rFonts w:ascii="Gentium Plus" w:hAnsi="Gentium Plus"/>
          <w:sz w:val="24"/>
        </w:rPr>
        <w:t>ὑγείας ὑμῶν εὐαγγελιζόμεναι. Καὶ γὰρ καὶ πόῤῥω καθήμενοι μεριμνῶμεν τὰ ὑμέτερα· κἂν μάθωμεν, ὅτι θορύβων ἐκτός ἐστε καὶ ταραχῆς καὶ τὰ περὶ τῆς</w:t>
      </w:r>
    </w:p>
    <w:p>
      <w:r>
        <w:rPr>
          <w:rFonts w:ascii="Courier New" w:hAnsi="Courier New"/>
          <w:color w:val="555555"/>
          <w:sz w:val="20"/>
        </w:rPr>
        <w:t>[52 . 748]</w:t>
      </w:r>
    </w:p>
    <w:p>
      <w:r>
        <w:rPr>
          <w:rFonts w:ascii="Gentium Plus" w:hAnsi="Gentium Plus"/>
          <w:sz w:val="24"/>
        </w:rPr>
        <w:t>σύνην. Ταῦτ’ οὖν εἰδυῖαι, συνεχῶς ἡμᾶς εὐαγγελίζε‐ σθε ταῦτα, ἅπερ ἐπιθυμοῦμεν μανθάνειν, ἵνα καὶ ἐν ἐρημίᾳ διατρίβοντες πολλὴν ἐντεῦθεν καρπωσώμεθα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