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ἱερωσύνης</w:t>
      </w:r>
      <w:r>
        <w:br/>
      </w:r>
      <w:r>
        <w:rPr>
          <w:i/>
          <w:color w:val="666666"/>
          <w:sz w:val="40"/>
        </w:rPr>
        <w:t>On the Priesthood, Books 1–6</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Τοῦ μακαρίου Ἰωάννου ἀρχιεπισκόπου Κωνσταντινουπόλεως τοῦ Χρυσοστόμου πρὸς τὸν ἐγκαλοῦντα ἐπὶ τῷ διαφυγεῖν τὴν ἱερωσύνην</w:t>
      </w:r>
    </w:p>
    <w:p>
      <w:pPr>
        <w:jc w:val="center"/>
      </w:pPr>
      <w:r>
        <w:rPr>
          <w:rFonts w:ascii="Gentium Plus" w:hAnsi="Gentium Plus"/>
          <w:b/>
          <w:sz w:val="24"/>
        </w:rPr>
        <w:t>ΛΟΓΟΣ Αʹ</w:t>
      </w:r>
    </w:p>
    <w:p>
      <w:pPr>
        <w:jc w:val="center"/>
      </w:pPr>
      <w:r>
        <w:rPr>
          <w:rFonts w:ascii="Gentium Plus" w:hAnsi="Gentium Plus"/>
          <w:b/>
          <w:sz w:val="24"/>
        </w:rPr>
        <w:t>αʹ. Ἀπόδειξις</w:t>
      </w:r>
    </w:p>
    <w:p>
      <w:r>
        <w:rPr>
          <w:rFonts w:ascii="Courier New" w:hAnsi="Courier New"/>
          <w:color w:val="555555"/>
          <w:sz w:val="20"/>
        </w:rPr>
        <w:t>[t2]</w:t>
      </w:r>
    </w:p>
    <w:p>
      <w:r>
        <w:rPr>
          <w:rFonts w:ascii="Gentium Plus" w:hAnsi="Gentium Plus"/>
          <w:sz w:val="24"/>
        </w:rPr>
        <w:t>τῆς εὐνοίας</w:t>
      </w:r>
    </w:p>
    <w:p>
      <w:r>
        <w:rPr>
          <w:rFonts w:ascii="Courier New" w:hAnsi="Courier New"/>
          <w:color w:val="555555"/>
          <w:sz w:val="20"/>
        </w:rPr>
        <w:t>[t3]</w:t>
      </w:r>
    </w:p>
    <w:p>
      <w:r>
        <w:rPr>
          <w:rFonts w:ascii="Gentium Plus" w:hAnsi="Gentium Plus"/>
          <w:sz w:val="24"/>
        </w:rPr>
        <w:t>τοῦ μεγάλου Βασιλείου</w:t>
      </w:r>
    </w:p>
    <w:p>
      <w:r>
        <w:rPr>
          <w:rFonts w:ascii="Courier New" w:hAnsi="Courier New"/>
          <w:color w:val="555555"/>
          <w:sz w:val="20"/>
        </w:rPr>
        <w:t>[t4]</w:t>
      </w:r>
    </w:p>
    <w:p>
      <w:r>
        <w:rPr>
          <w:rFonts w:ascii="Gentium Plus" w:hAnsi="Gentium Plus"/>
          <w:sz w:val="24"/>
        </w:rPr>
        <w:t>περὶ ἡμᾶς</w:t>
      </w:r>
    </w:p>
    <w:p>
      <w:r>
        <w:rPr>
          <w:rFonts w:ascii="Courier New" w:hAnsi="Courier New"/>
          <w:color w:val="555555"/>
          <w:sz w:val="20"/>
        </w:rPr>
        <w:t>[1]</w:t>
      </w:r>
    </w:p>
    <w:p>
      <w:r>
        <w:rPr>
          <w:rFonts w:ascii="Gentium Plus" w:hAnsi="Gentium Plus"/>
          <w:sz w:val="24"/>
        </w:rPr>
        <w:t>Ἐμοὶ πολλοὶ μὲν ἐγένοντο φίλοι γνήσιοί τε καὶ ἀληθεῖς, καὶ τοὺς τῆς φιλίας νόμους καὶ εἰδότες καὶ φυλάτ‐ τοντες ἀκριβῶς· εἷς δέ τις τουτωνὶ</w:t>
      </w:r>
    </w:p>
    <w:p>
      <w:r>
        <w:rPr>
          <w:rFonts w:ascii="Courier New" w:hAnsi="Courier New"/>
          <w:color w:val="555555"/>
          <w:sz w:val="20"/>
        </w:rPr>
        <w:t>[5]</w:t>
      </w:r>
    </w:p>
    <w:p>
      <w:r>
        <w:rPr>
          <w:rFonts w:ascii="Gentium Plus" w:hAnsi="Gentium Plus"/>
          <w:sz w:val="24"/>
        </w:rPr>
        <w:t>τῶν πολλῶν, ἅπαντας αὐτοὺς ὑπερ‐ βαλλόμενος τῇ πρὸς ἡμᾶς φιλίᾳ, τοσοῦτον ἐφιλονείκησεν ἀφεῖναι κατόπιν ἐκείνους ὅσον ἐκεῖνοι τοὺς ἁπλῶς πρὸς ἡμᾶς διακειμένους. Οὗτος τῶν τὸν ἅπαντά μοι χρόνον</w:t>
      </w:r>
    </w:p>
    <w:p>
      <w:r>
        <w:rPr>
          <w:rFonts w:ascii="Courier New" w:hAnsi="Courier New"/>
          <w:color w:val="555555"/>
          <w:sz w:val="20"/>
        </w:rPr>
        <w:t>[10]</w:t>
      </w:r>
    </w:p>
    <w:p>
      <w:r>
        <w:rPr>
          <w:rFonts w:ascii="Gentium Plus" w:hAnsi="Gentium Plus"/>
          <w:sz w:val="24"/>
        </w:rPr>
        <w:t>αὐτῶν καὶ διδασκάλοις ἐχρησάμεθα τοῖς αὐτοῖς, ἦν δὲ ἡμῖν καὶ προθυμία καὶ σπουδὴ περὶ τοὺς λόγους οὓς ἐπονούμεθα μία, ἐπιθυμία τε ἴση καὶ ἐκ τῶν αὐτῶν τικτομένη πραγμάτων· οὐ γὰρ ὅτε εἰς διδασκάλους μόνον ἐφοιτῶμεν, ἀλλὰ καὶ ἡνίκα ἐκεῖθεν ἐξελθόντας βουλεύεσθαι ἐχρῆν ὁποίαν ἑλέσθαι</w:t>
      </w:r>
    </w:p>
    <w:p>
      <w:r>
        <w:rPr>
          <w:rFonts w:ascii="Courier New" w:hAnsi="Courier New"/>
          <w:color w:val="555555"/>
          <w:sz w:val="20"/>
        </w:rPr>
        <w:t>[15]</w:t>
      </w:r>
    </w:p>
    <w:p>
      <w:r>
        <w:rPr>
          <w:rFonts w:ascii="Gentium Plus" w:hAnsi="Gentium Plus"/>
          <w:sz w:val="24"/>
        </w:rPr>
        <w:t>τοῦ βίου βέλτιον ἡμῖν ὁδόν, καὶ ἐνταῦθα ὁμογνωμονοῦντες ἐφαινόμεθα. Καὶ ἕτερα δὲ πρὸς τούτοις ἡμῖν τὴν ὁμόνοιαν ταύτην ἐφύλαττεν ἀρραγῆ καὶ βεβαίαν· οὔτε γὰρ ἐπὶ πατρίδος μεγέθει μᾶλλον ἕτερος ἑτέρου φρονεῖν εἶχεν, οὔτε ἐμοὶ μὲν πλοῦτος ὑπέρογκος ἦν, ἐκεῖνος δὲ ἐσχάτῃ συνέζη πενίᾳ,</w:t>
      </w:r>
    </w:p>
    <w:p>
      <w:r>
        <w:rPr>
          <w:rFonts w:ascii="Courier New" w:hAnsi="Courier New"/>
          <w:color w:val="555555"/>
          <w:sz w:val="20"/>
        </w:rPr>
        <w:t>[20]</w:t>
      </w:r>
    </w:p>
    <w:p>
      <w:r>
        <w:rPr>
          <w:rFonts w:ascii="Gentium Plus" w:hAnsi="Gentium Plus"/>
          <w:sz w:val="24"/>
        </w:rPr>
        <w:t>ἀλλὰ καὶ τὸ τῆς οὐσίας μέτρον τὸ τῆς προαιρέσεως ἰσοστά‐ σιον ἐμιμεῖτο καὶ γένος δὲ ἡμῖν ὁμότιμον ἦν καὶ πάντα τῇ γνώμῃ συνέτρεχεν.</w:t>
      </w:r>
    </w:p>
    <w:p>
      <w:pPr>
        <w:jc w:val="center"/>
      </w:pPr>
      <w:r>
        <w:rPr>
          <w:rFonts w:ascii="Gentium Plus" w:hAnsi="Gentium Plus"/>
          <w:b/>
          <w:sz w:val="24"/>
        </w:rPr>
        <w:t>βʹ. Τί τὸ κωλῦσαν</w:t>
      </w:r>
    </w:p>
    <w:p>
      <w:r>
        <w:rPr>
          <w:rFonts w:ascii="Courier New" w:hAnsi="Courier New"/>
          <w:color w:val="555555"/>
          <w:sz w:val="20"/>
        </w:rPr>
        <w:t>[t2]</w:t>
      </w:r>
    </w:p>
    <w:p>
      <w:r>
        <w:rPr>
          <w:rFonts w:ascii="Gentium Plus" w:hAnsi="Gentium Plus"/>
          <w:sz w:val="24"/>
        </w:rPr>
        <w:t>ἡμῖν αὐτὸν συνοικῆσαι</w:t>
      </w:r>
    </w:p>
    <w:p>
      <w:r>
        <w:rPr>
          <w:rFonts w:ascii="Courier New" w:hAnsi="Courier New"/>
          <w:color w:val="555555"/>
          <w:sz w:val="20"/>
        </w:rPr>
        <w:t>[1]</w:t>
      </w:r>
    </w:p>
    <w:p>
      <w:r>
        <w:rPr>
          <w:rFonts w:ascii="Gentium Plus" w:hAnsi="Gentium Plus"/>
          <w:sz w:val="24"/>
        </w:rPr>
        <w:t>Ἐπειδὴ δὲ ἔδει τὸν μακάριον τὸν τῶν μοναχῶν μεταδιώκειν βίον καὶ τὴν φιλοσοφίαν τὴν ἀληθῆ, καὶ</w:t>
      </w:r>
    </w:p>
    <w:p>
      <w:r>
        <w:rPr>
          <w:rFonts w:ascii="Courier New" w:hAnsi="Courier New"/>
          <w:color w:val="555555"/>
          <w:sz w:val="20"/>
        </w:rPr>
        <w:t>[5]</w:t>
      </w:r>
    </w:p>
    <w:p>
      <w:r>
        <w:rPr>
          <w:rFonts w:ascii="Gentium Plus" w:hAnsi="Gentium Plus"/>
          <w:sz w:val="24"/>
        </w:rPr>
        <w:t>τιγξ ἐκουφίζετο μετέωρος, ἐγὼ δ’ ἔτι ταῖς τοῦ κόσμου πεπεδημένος ἐπιθυμίαις καθεῖλκον τὴν ἐμαυτοῦ καὶ ἐβια‐ ζόμην κάτω μένειν, νεωτερικαῖς αὐτὴν ἐπιβρίθων φαντασίαις, ἐνταῦθα λοιπὸν ἡ μὲν φιλία βέβαιος ἔμενεν ἡμῖν καθάπερ καὶ πρότερον, ἡ δὲ συνουσία διεκόπτετο· οὐ γὰρ ἦν τοὺς μὴ</w:t>
      </w:r>
    </w:p>
    <w:p>
      <w:r>
        <w:rPr>
          <w:rFonts w:ascii="Courier New" w:hAnsi="Courier New"/>
          <w:color w:val="555555"/>
          <w:sz w:val="20"/>
        </w:rPr>
        <w:t>[10]</w:t>
      </w:r>
    </w:p>
    <w:p>
      <w:r>
        <w:rPr>
          <w:rFonts w:ascii="Gentium Plus" w:hAnsi="Gentium Plus"/>
          <w:sz w:val="24"/>
        </w:rPr>
        <w:t>περὶ τὰ αὐτὰ σπουδάζοντας κοινὰς ποιεῖσθαι τὰς διατριβάς. Ὡς δέ ποτε καὶ αὐτὸς μικρὸν ἀνέκυψα τοῦ βιωτικοῦ κλύδωνος, δέχεται μὲν ἡμᾶς ἄμφω τὼ χεῖρε, τὴν δὲ ἰσότητα οὐδὲ οὕτως ἰσχύσαμεν φυλάξαι τὴν προτέραν. Καὶ γὰρ τῷ χρόνῳ φθάσας ἡμᾶς καὶ πολλὴν τὴν σφοδρότητα ἐπιδειξάμενος,</w:t>
      </w:r>
    </w:p>
    <w:p>
      <w:r>
        <w:rPr>
          <w:rFonts w:ascii="Courier New" w:hAnsi="Courier New"/>
          <w:color w:val="555555"/>
          <w:sz w:val="20"/>
        </w:rPr>
        <w:t>[15]</w:t>
      </w:r>
    </w:p>
    <w:p>
      <w:r>
        <w:rPr>
          <w:rFonts w:ascii="Gentium Plus" w:hAnsi="Gentium Plus"/>
          <w:sz w:val="24"/>
        </w:rPr>
        <w:t>ἀνωτέρω πάλιν ἡμῶν ἐφέρετο καὶ εἰς ὕψος ᾔρετο μέγα. Πλὴν ἀλλ’ ἀγαθός τε ὢν καὶ πολλοῦ τὴν ἡμετέραν τι‐ μώμενος φιλίαν, ἁπάντων ἑαυτὸν ἀποστήσας τῶν ἄλλων, ἡμῖν τὸν ἅπαντα χρόνον συνῆν, ἐπιθυμῶν μὲν τούτου καὶ πρότερον, ὅπερ δὲ ἔφην, ὑπὸ τῆς ἡμετέρας κωλυόμενος ῥαθυμίας. Οὐ</w:t>
      </w:r>
    </w:p>
    <w:p>
      <w:r>
        <w:rPr>
          <w:rFonts w:ascii="Courier New" w:hAnsi="Courier New"/>
          <w:color w:val="555555"/>
          <w:sz w:val="20"/>
        </w:rPr>
        <w:t>[20]</w:t>
      </w:r>
    </w:p>
    <w:p>
      <w:r>
        <w:rPr>
          <w:rFonts w:ascii="Gentium Plus" w:hAnsi="Gentium Plus"/>
          <w:sz w:val="24"/>
        </w:rPr>
        <w:t>γὰρ ἦν τὸν ἐν τῷ δικαστηρίῳ προσεδρεύοντα καὶ περὶ τὰς ἐν τῇ σκηνῇ τέρψεις ἐπτοημένον συγγίνεσθαι πολλάκις τῷ βίβλοις προσηλωμένῳ καὶ μηδὲ εἰς ἀγορὰν ἐμβαλόντι ποτέ. Διὰ τοῦτο πρότερον διειργόμενος, ἐπειδή ποτε ἡμᾶς ἔλαβεν</w:t>
      </w:r>
    </w:p>
    <w:p>
      <w:r>
        <w:rPr>
          <w:rFonts w:ascii="Courier New" w:hAnsi="Courier New"/>
          <w:color w:val="555555"/>
          <w:sz w:val="20"/>
        </w:rPr>
        <w:t>[25]</w:t>
      </w:r>
    </w:p>
    <w:p>
      <w:r>
        <w:rPr>
          <w:rFonts w:ascii="Gentium Plus" w:hAnsi="Gentium Plus"/>
          <w:sz w:val="24"/>
        </w:rPr>
        <w:t>ἐπιθυμίαν ἀπέτεκε τότε καὶ οὐδὲ τὸ βραχύτατον τῆς ἡμέρας ἡμᾶς ἀπολιμπάνειν ἠνείχετο μέρος, διετέλει τε παρακαλῶν ἵνα τὴν οἰκίαν ἀφέντες ἕκαστος τὴν ἑαυτοῦ κοινὴν ἀμφότεροι τὴν οἴκησιν ἔχοιμεν· καὶ ἔπεισε καὶ τὸ πρᾶγμα ἦν ἐν χερσίν.</w:t>
      </w:r>
    </w:p>
    <w:p>
      <w:r>
        <w:rPr>
          <w:rFonts w:ascii="Courier New" w:hAnsi="Courier New"/>
          <w:color w:val="555555"/>
          <w:sz w:val="20"/>
        </w:rPr>
        <w:t>[30]</w:t>
      </w:r>
    </w:p>
    <w:p>
      <w:r>
        <w:rPr>
          <w:rFonts w:ascii="Gentium Plus" w:hAnsi="Gentium Plus"/>
          <w:sz w:val="24"/>
        </w:rPr>
        <w:t>Ἀλλά με αἱ συνεχεῖς τῆς μητρὸς ἐπῳδαὶ διεκώλυσαν δοῦναι ταύτην ἐκείνῳ τὴν χάριν, μᾶλλον δὲ λαβεῖν ταύτην παρ’ ἐκείνου τὴν δωρεάν. Ἐπειδὴ γὰρ ᾔσθετο ταῦτα βουλευό‐ μενον, λαβοῦσά με τῆς δεξιᾶς, εἰσήγαγεν εἰς τὸν ἀποτεταγμέ‐ νον οἶκον αὐτῇ καὶ καθίσασα πλησίον ἐπὶ τῆς εὐνῆς ἧς ἡμᾶς</w:t>
      </w:r>
    </w:p>
    <w:p>
      <w:r>
        <w:rPr>
          <w:rFonts w:ascii="Courier New" w:hAnsi="Courier New"/>
          <w:color w:val="555555"/>
          <w:sz w:val="20"/>
        </w:rPr>
        <w:t>[35]</w:t>
      </w:r>
    </w:p>
    <w:p>
      <w:r>
        <w:rPr>
          <w:rFonts w:ascii="Gentium Plus" w:hAnsi="Gentium Plus"/>
          <w:sz w:val="24"/>
        </w:rPr>
        <w:t>ὤδινε, πηγάς τε ἠφίει δακρύων καὶ τῶν δακρύων ἐλεεινότερα προσετίθη τὰ ῥήματα, τοιαῦτα πρὸς ἡμᾶς ἀποδυρομένη. «Ἐγώ, παιδίον, φησί, τῆς ἀρετῆς τοῦ πατρὸς τοῦ σοῦ οὐκ ἀφείθην ἀπολαῦσαι ἐπὶ πολύ, τῷ Θεῷ τοῦτο δοκοῦν· τὰς γὰρ ὠδῖνας τὰς ἐπὶ σοὶ διαδεξάμενος ὁ θάνατος ἐκείνου, σοὶ μὲν</w:t>
      </w:r>
    </w:p>
    <w:p>
      <w:r>
        <w:rPr>
          <w:rFonts w:ascii="Courier New" w:hAnsi="Courier New"/>
          <w:color w:val="555555"/>
          <w:sz w:val="20"/>
        </w:rPr>
        <w:t>[40]</w:t>
      </w:r>
    </w:p>
    <w:p>
      <w:r>
        <w:rPr>
          <w:rFonts w:ascii="Gentium Plus" w:hAnsi="Gentium Plus"/>
          <w:sz w:val="24"/>
        </w:rPr>
        <w:t>ὀρφανίαν, ἐμοὶ δὲ χηρείαν ἐπέστησεν ἄωρον καὶ τὰ τῆς χηρείας δεινὰ ἃ μόναι αἱ παθοῦσαι δύναιντ’ ἂν εἰδέναι καλῶς. Λόγος γὰρ οὐδεὶς ἂν ἐφίκοιτο τοῦ χειμῶνος ἐκείνου καὶ τοῦ κλύδωνος ὃν ὑφίσταται κόρη, ἄρτι μὲν τῆς πατρῴας οἰκίας προελθοῦσα καὶ πραγμάτων ἄπειρος οὖσα, ἐξαίφνης δὲ πένθει τε ἀσχέτῳ</w:t>
      </w:r>
    </w:p>
    <w:p>
      <w:r>
        <w:rPr>
          <w:rFonts w:ascii="Courier New" w:hAnsi="Courier New"/>
          <w:color w:val="555555"/>
          <w:sz w:val="20"/>
        </w:rPr>
        <w:t>[45]</w:t>
      </w:r>
    </w:p>
    <w:p>
      <w:r>
        <w:rPr>
          <w:rFonts w:ascii="Gentium Plus" w:hAnsi="Gentium Plus"/>
          <w:sz w:val="24"/>
        </w:rPr>
        <w:t>βαλλομένη καὶ ἀναγκαζομένη φροντίδων καὶ τῆς ἡλικίας καὶ τῆς φύσεως ἀνέχεσθαι μειζόνων. Δεῖ γάρ, οἶμαι, ῥαθυμίας τε οἰκετῶν ἐπιστρέφειν καὶ κακουργίας παρατηρεῖν, συγγενῶν</w:t>
      </w:r>
    </w:p>
    <w:p>
      <w:r>
        <w:rPr>
          <w:rFonts w:ascii="Courier New" w:hAnsi="Courier New"/>
          <w:color w:val="555555"/>
          <w:sz w:val="20"/>
        </w:rPr>
        <w:t>[1 . 2 (50)]</w:t>
      </w:r>
    </w:p>
    <w:p>
      <w:r>
        <w:rPr>
          <w:rFonts w:ascii="Gentium Plus" w:hAnsi="Gentium Plus"/>
          <w:sz w:val="24"/>
        </w:rPr>
        <w:t>βολαῖς φέρειν γενναίως. Ἐὰν δὲ καὶ παιδίον καταλιπὼν ὁ τεθνεὼς ἀπέλθῃ, θῆλυ μὲν ὄν, πολλὴν καὶ οὕτω παρέξει τῇ μητρὶ τὴν φροντίδα, ὅμως δὲ καὶ ἀναλωμάτων καὶ δέους ἀπηλλαγμένην, ὁ δὲ υἱὸς μυρίων αὐτὴν φόβων καθ’ ἑκάστην ἐμπίμπλησι τὴν ἡμέραν καὶ πλειόνων φροντίδων· τὴν γὰρ</w:t>
      </w:r>
    </w:p>
    <w:p>
      <w:r>
        <w:rPr>
          <w:rFonts w:ascii="Courier New" w:hAnsi="Courier New"/>
          <w:color w:val="555555"/>
          <w:sz w:val="20"/>
        </w:rPr>
        <w:t>[55]</w:t>
      </w:r>
    </w:p>
    <w:p>
      <w:r>
        <w:rPr>
          <w:rFonts w:ascii="Gentium Plus" w:hAnsi="Gentium Plus"/>
          <w:sz w:val="24"/>
        </w:rPr>
        <w:t>τῶν χρημάτων ἐῶ δαπάνην ὅσην ὑπομένειν ἀναγκάζεται, ἐλευθερίως αὐτὸν θρέψαι ἐπιθυμοῦσα. Ἀλλ’ ὅμως οὐδέν με τούτων ἔπεισε δευτέροις ὁμιλῆσαι γά‐ μοις, οὐδὲ ἕτερον ἐπεισαγαγεῖν νυμφίον τῇ τοῦ πατρὸς οἰκίᾳ τοῦ σοῦ· ἀλλ’ ἔμενον ἐν τῇ ζάλῃ καὶ τῷ θορύβῳ, καὶ τὴν</w:t>
      </w:r>
    </w:p>
    <w:p>
      <w:r>
        <w:rPr>
          <w:rFonts w:ascii="Courier New" w:hAnsi="Courier New"/>
          <w:color w:val="555555"/>
          <w:sz w:val="20"/>
        </w:rPr>
        <w:t>[60]</w:t>
      </w:r>
    </w:p>
    <w:p>
      <w:r>
        <w:rPr>
          <w:rFonts w:ascii="Gentium Plus" w:hAnsi="Gentium Plus"/>
          <w:sz w:val="24"/>
        </w:rPr>
        <w:t>σιδηρᾶν τῆς χηρείας οὐκ ἔφυγον κάμινον, πρῶτον μὲν ὑπὸ τῆς ἄνωθεν βοηθουμένη ῥοπῆς. Ἔφερε δέ μοι παραμυθίαν οὐ μικρὰν τῶν δεινῶν ἐκείνων καὶ τὸ συνεχῶς τὴν σὴν ὄψιν ὁρᾶν καὶ εἰκόνα μοι τοῦ τετελευτηκότος φυλάσσεσθαι ἔμψυχον καὶ πρὸς ἐκεῖνον ἀπηκριβωμένην καλῶς. Διά τοι τοῦτο καὶ ἔτι</w:t>
      </w:r>
    </w:p>
    <w:p>
      <w:r>
        <w:rPr>
          <w:rFonts w:ascii="Courier New" w:hAnsi="Courier New"/>
          <w:color w:val="555555"/>
          <w:sz w:val="20"/>
        </w:rPr>
        <w:t>[65]</w:t>
      </w:r>
    </w:p>
    <w:p>
      <w:r>
        <w:rPr>
          <w:rFonts w:ascii="Gentium Plus" w:hAnsi="Gentium Plus"/>
          <w:sz w:val="24"/>
        </w:rPr>
        <w:t>νήπιος ὢν καὶ μηδὲ φθέγγεσθαί πω μαθών, ὅτε μάλιστα τέρπουσι τοὺς τεκόντας οἱ παῖδες, πολλήν μοι παρεῖχες τὴν παράκλησιν. Καὶ μὴν οὐδὲ ἐκεῖνο ἂν ἔχοις εἰπεῖν καὶ αἰτιάσα‐ σθαι ὅτι τὴν μὲν χηρείαν γενναίως ἠνέγκαμεν, τὴν δὲ οὐσίαν σοι τὴν πατρῴαν ἠλαττώσαμεν διὰ τὴν τῆς χηρείας ἀνάγκην,</w:t>
      </w:r>
    </w:p>
    <w:p>
      <w:r>
        <w:rPr>
          <w:rFonts w:ascii="Courier New" w:hAnsi="Courier New"/>
          <w:color w:val="555555"/>
          <w:sz w:val="20"/>
        </w:rPr>
        <w:t>[70]</w:t>
      </w:r>
    </w:p>
    <w:p>
      <w:r>
        <w:rPr>
          <w:rFonts w:ascii="Gentium Plus" w:hAnsi="Gentium Plus"/>
          <w:sz w:val="24"/>
        </w:rPr>
        <w:t>ὅπερ πολλοὺς τῶν ὀρφανίᾳ δυστυχησάντων οἶδα παθόντας ἐγώ. Καὶ γὰρ καὶ ταύτην ἀκέραιον ἐφύλαξα πᾶσαν, καὶ τῶν ὀφειλόντων εἰς τὴν εὐδοκίμησιν δαπανηθῆναι τὴν σὴν ἐνέλιπον οὐδέν, ἐκ τῶν ἐμαυτῆς καὶ ὧν ἦλθον οἴκοθεν ἔχουσα δαπανῶσα</w:t>
      </w:r>
    </w:p>
    <w:p>
      <w:r>
        <w:rPr>
          <w:rFonts w:ascii="Courier New" w:hAnsi="Courier New"/>
          <w:color w:val="555555"/>
          <w:sz w:val="20"/>
        </w:rPr>
        <w:t>[75]</w:t>
      </w:r>
    </w:p>
    <w:p>
      <w:r>
        <w:rPr>
          <w:rFonts w:ascii="Gentium Plus" w:hAnsi="Gentium Plus"/>
          <w:sz w:val="24"/>
        </w:rPr>
        <w:t>Καὶ μή τοι νομίσῃς ὀνειδίζουσάν με ταῦτα λέγειν νῦν· ἀλλ’ ἀντὶ πάντων σε τούτων μίαν αἰτῶ χάριν, μή με δευτέρᾳ χηρείᾳ περιβαλεῖν, μηδὲ τὸ κοιμηθὲν ἤδη πένθος ἀνάψαι πάλιν, ἀλλὰ περίμεινον τὴν ἐμὴν τελευτήν· ἴσως μετὰ μικρὸν ἀπελεύσομαι χρόνον. Τοὺς μὲν γὰρ νέους ἐλπὶς καὶ εἰς γῆρας</w:t>
      </w:r>
    </w:p>
    <w:p>
      <w:r>
        <w:rPr>
          <w:rFonts w:ascii="Courier New" w:hAnsi="Courier New"/>
          <w:color w:val="555555"/>
          <w:sz w:val="20"/>
        </w:rPr>
        <w:t>[80]</w:t>
      </w:r>
    </w:p>
    <w:p>
      <w:r>
        <w:rPr>
          <w:rFonts w:ascii="Gentium Plus" w:hAnsi="Gentium Plus"/>
          <w:sz w:val="24"/>
        </w:rPr>
        <w:t>ἥξειν μακρόν· οἱ δὲ γεγηρακότες ἡμεῖς οὐδὲν ἕτερον ἢ τὸν θάνατον ἀναμένομεν. Ὅταν οὖν με τῇ γῇ παραδῷς καὶ τοῖς ὀστέοις τοῦ πατρὸς ἀναμίξῃς τοῦ σοῦ, στέλλου μακρὰς ἀποδημίας καὶ πλέε θάλατταν ἣν ἂν ἐθέλῃς· τότε ὁ κωλύσων οὐδείς. Ἕως δ’ ἂν ἐμπνέωμεν, ἀνάσχου τὴν μεθ’ ἡμῶν</w:t>
      </w:r>
    </w:p>
    <w:p>
      <w:r>
        <w:rPr>
          <w:rFonts w:ascii="Courier New" w:hAnsi="Courier New"/>
          <w:color w:val="555555"/>
          <w:sz w:val="20"/>
        </w:rPr>
        <w:t>[85]</w:t>
      </w:r>
    </w:p>
    <w:p>
      <w:r>
        <w:rPr>
          <w:rFonts w:ascii="Gentium Plus" w:hAnsi="Gentium Plus"/>
          <w:sz w:val="24"/>
        </w:rPr>
        <w:t>οἴκησιν· μὴ προσκρούσῃς Θεῷ μάτην καὶ εἰκῇ, τοσούτοις ἡμᾶς περιβάλλων κακοῖς ἠδικηκότας οὐδέν. Εἰ μὲν γὰρ ἔχεις ἐγκαλεῖν ὅτι σὲ εἰς βιωτικὰς περιέλκω φροντίδας καὶ τῶν πραγμάτων ἀναγκάζω προστῆναι τῶν σῶν, μὴ τοὺς τῆς φύσεως νόμους, μὴ τὴν ἀνατροφήν, μὴ τὴν συνήθειαν, μηδὲ</w:t>
      </w:r>
    </w:p>
    <w:p>
      <w:r>
        <w:rPr>
          <w:rFonts w:ascii="Courier New" w:hAnsi="Courier New"/>
          <w:color w:val="555555"/>
          <w:sz w:val="20"/>
        </w:rPr>
        <w:t>[90]</w:t>
      </w:r>
    </w:p>
    <w:p>
      <w:r>
        <w:rPr>
          <w:rFonts w:ascii="Gentium Plus" w:hAnsi="Gentium Plus"/>
          <w:sz w:val="24"/>
        </w:rPr>
        <w:t>ἄλλο μηδὲν αἰδεσθῇς, ὡς ἐπιβούλους φεῦγε καὶ πολεμίους· εἰ δὲ ἅπαντα πράττομεν ὑπὲρ τοῦ πολλήν σοι παρασκευάσαι σχολὴν εἰς τὴν τοῦ βίου τούτου πορείαν, εἰ καὶ μηδὲν ἕτερον, οὗτος γοῦν κατεχέτω σε παρ’ ἡμῖν ὁ δεσμός. Κἂν γὰρ μυρίους</w:t>
      </w:r>
    </w:p>
    <w:p>
      <w:r>
        <w:rPr>
          <w:rFonts w:ascii="Courier New" w:hAnsi="Courier New"/>
          <w:color w:val="555555"/>
          <w:sz w:val="20"/>
        </w:rPr>
        <w:t>[95]</w:t>
      </w:r>
    </w:p>
    <w:p>
      <w:r>
        <w:rPr>
          <w:rFonts w:ascii="Gentium Plus" w:hAnsi="Gentium Plus"/>
          <w:sz w:val="24"/>
        </w:rPr>
        <w:t>ἐλευθερίας, ἐπειδὴ μηδὲ ἔστι τις ὅτῳ μέλει τῆς σῆς εὐδοκι‐ μήσεως ἐξ ἴσης ἐμοί.» Ταῦτα καὶ τὰ τούτων πλείονα πρὸς ἐμὲ μὲν ἡ μήτηρ, ἐγὼ δὲ πρὸς τὸν γενναῖον ἔλεγον ἐκεῖνον· ὁ δὲ οὐ μόνον οὐκ ἐδυσωπεῖτο τοῖς ῥήμασι τούτοις, ἀλλὰ καὶ πλέον ἐνέκειτο, τὰ αὐτὰ ἀπαιτῶν ἅπερ καὶ πρότερον.</w:t>
      </w:r>
    </w:p>
    <w:p>
      <w:pPr>
        <w:jc w:val="center"/>
      </w:pPr>
      <w:r>
        <w:rPr>
          <w:rFonts w:ascii="Gentium Plus" w:hAnsi="Gentium Plus"/>
          <w:b/>
          <w:sz w:val="24"/>
        </w:rPr>
        <w:t>γʹ. Ἀπάτη παρ’</w:t>
      </w:r>
    </w:p>
    <w:p>
      <w:r>
        <w:rPr>
          <w:rFonts w:ascii="Courier New" w:hAnsi="Courier New"/>
          <w:color w:val="555555"/>
          <w:sz w:val="20"/>
        </w:rPr>
        <w:t>[t2]</w:t>
      </w:r>
    </w:p>
    <w:p>
      <w:r>
        <w:rPr>
          <w:rFonts w:ascii="Gentium Plus" w:hAnsi="Gentium Plus"/>
          <w:sz w:val="24"/>
        </w:rPr>
        <w:t>ἡμῶν ἐν τῷ</w:t>
      </w:r>
    </w:p>
    <w:p>
      <w:r>
        <w:rPr>
          <w:rFonts w:ascii="Courier New" w:hAnsi="Courier New"/>
          <w:color w:val="555555"/>
          <w:sz w:val="20"/>
        </w:rPr>
        <w:t>[t3]</w:t>
      </w:r>
    </w:p>
    <w:p>
      <w:r>
        <w:rPr>
          <w:rFonts w:ascii="Gentium Plus" w:hAnsi="Gentium Plus"/>
          <w:sz w:val="24"/>
        </w:rPr>
        <w:t>συλληφθῆναι αὐτὸν</w:t>
      </w:r>
    </w:p>
    <w:p>
      <w:r>
        <w:rPr>
          <w:rFonts w:ascii="Courier New" w:hAnsi="Courier New"/>
          <w:color w:val="555555"/>
          <w:sz w:val="20"/>
        </w:rPr>
        <w:t>[t4]</w:t>
      </w:r>
    </w:p>
    <w:p>
      <w:r>
        <w:rPr>
          <w:rFonts w:ascii="Gentium Plus" w:hAnsi="Gentium Plus"/>
          <w:sz w:val="24"/>
        </w:rPr>
        <w:t>γενομένη</w:t>
      </w:r>
    </w:p>
    <w:p>
      <w:r>
        <w:rPr>
          <w:rFonts w:ascii="Courier New" w:hAnsi="Courier New"/>
          <w:color w:val="555555"/>
          <w:sz w:val="20"/>
        </w:rPr>
        <w:t>[1]</w:t>
      </w:r>
    </w:p>
    <w:p>
      <w:r>
        <w:rPr>
          <w:rFonts w:ascii="Gentium Plus" w:hAnsi="Gentium Plus"/>
          <w:sz w:val="24"/>
        </w:rPr>
        <w:t>Ἐν τούτῳ δὲ ἡμῶν ὄντων καὶ τοῦ μὲν συνεχῶς ἱκετεύοντος, ἐμοῦ δὲ οὐκ ἐπινεύοντος, ἄφνω τις ἐπιστᾶσα φήμη διετάραξεν ἀμφοτέρους· ἡ δὲ</w:t>
      </w:r>
    </w:p>
    <w:p>
      <w:r>
        <w:rPr>
          <w:rFonts w:ascii="Courier New" w:hAnsi="Courier New"/>
          <w:color w:val="555555"/>
          <w:sz w:val="20"/>
        </w:rPr>
        <w:t>[5]</w:t>
      </w:r>
    </w:p>
    <w:p>
      <w:r>
        <w:rPr>
          <w:rFonts w:ascii="Gentium Plus" w:hAnsi="Gentium Plus"/>
          <w:sz w:val="24"/>
        </w:rPr>
        <w:t>φήμη ἦν, εἰς τὸ τῆς ἱερωσύνης ἡμᾶς ἀξίωμα μέλλειν παράγεσθαι. Ἐγὼ μὲν οὖν, ἅμα τῷ τὸν λόγον ἀκοῦσαι τοῦτον, δέει τε καὶ ἀπορίᾳ συνειχόμην· δέει μέν, μή ποτε καὶ ἄκων ἁλῶ, ἀπορίᾳ δέ, ζητῶν πολλάκις πόθεν ἐπῆλθε τοῖς ἀνδράσιν ἐκείνοις ἐνθυμηθῆναί τι τοιοῦτο περὶ ἡμῶν·</w:t>
      </w:r>
    </w:p>
    <w:p>
      <w:r>
        <w:rPr>
          <w:rFonts w:ascii="Courier New" w:hAnsi="Courier New"/>
          <w:color w:val="555555"/>
          <w:sz w:val="20"/>
        </w:rPr>
        <w:t>[10]</w:t>
      </w:r>
    </w:p>
    <w:p>
      <w:r>
        <w:rPr>
          <w:rFonts w:ascii="Gentium Plus" w:hAnsi="Gentium Plus"/>
          <w:sz w:val="24"/>
        </w:rPr>
        <w:t>εἰς γὰρ ἐμαυτὸν ἀφορῶν, οὐδὲν εὕρισκον ἔχοντα τῆς τιμῆς ἄξιον ἐκείνης. Ὁ δὲ γενναῖος οὑτοσὶ προσελθών μοι κατ’ ἰδίαν καὶ κοινωσάμενος περὶ τούτων ὡς ἀνηκόῳ γε ὄντι τῆς φήμης, ἐδεῖτο κἀνταῦθα καὶ πράττοντας καὶ βουλευομένους</w:t>
      </w:r>
    </w:p>
    <w:p>
      <w:r>
        <w:rPr>
          <w:rFonts w:ascii="Courier New" w:hAnsi="Courier New"/>
          <w:color w:val="555555"/>
          <w:sz w:val="20"/>
        </w:rPr>
        <w:t>[15]</w:t>
      </w:r>
    </w:p>
    <w:p>
      <w:r>
        <w:rPr>
          <w:rFonts w:ascii="Gentium Plus" w:hAnsi="Gentium Plus"/>
          <w:sz w:val="24"/>
        </w:rPr>
        <w:t>ἑτοίμως ἡμῖν καθ’ ὁποτέραν ἂν ἡγώμεθα τῶν ὁδῶν, εἴτε φυγεῖν, εἴτε ἑλέσθαι δέοι. Αἰσθόμενος τοίνυν αὐτοῦ τῆς προθυμίας ἐγὼ καὶ ζημίαν ἡγησάμενος οἴσειν παντὶ τῷ κοινῷ τῆς Ἐκκλησίας, εἰ νέον οὕτως ἀγαθὸν καὶ πρὸς τὴν τῶν πολλῶν ἐπιστασίαν ἐπιτήδειον ἀποστεροίην τοῦ Χριστοῦ τὴν ἀγέλην</w:t>
      </w:r>
    </w:p>
    <w:p>
      <w:r>
        <w:rPr>
          <w:rFonts w:ascii="Courier New" w:hAnsi="Courier New"/>
          <w:color w:val="555555"/>
          <w:sz w:val="20"/>
        </w:rPr>
        <w:t>[20]</w:t>
      </w:r>
    </w:p>
    <w:p>
      <w:r>
        <w:rPr>
          <w:rFonts w:ascii="Gentium Plus" w:hAnsi="Gentium Plus"/>
          <w:sz w:val="24"/>
        </w:rPr>
        <w:t>διὰ τὴν ἀσθένειαν τὴν ἐμαυτοῦ, οὐκ ἀπεκάλυψα τὴν γνώμην ἣν εἶχον περὶ τούτων ἐκείνῳ, καίτοι γε μηδέποτε πρότερον ἀνασχόμενος λαθεῖν τι τῶν βουλευμάτων αὐτὸν τῶν ἐμῶν, ἀλλ’ εἰπὼν δεῖν τὴν ὑπὲρ τούτων βουλὴν εἰς ἕτερον ἀναβάλλε‐ σθαι καιρόν, οὐ γὰρ νῦν τοῦτο κατεπείγειν, ἔπεισά τε εὐθέως</w:t>
      </w:r>
    </w:p>
    <w:p>
      <w:r>
        <w:rPr>
          <w:rFonts w:ascii="Courier New" w:hAnsi="Courier New"/>
          <w:color w:val="555555"/>
          <w:sz w:val="20"/>
        </w:rPr>
        <w:t>[25]</w:t>
      </w:r>
    </w:p>
    <w:p>
      <w:r>
        <w:rPr>
          <w:rFonts w:ascii="Gentium Plus" w:hAnsi="Gentium Plus"/>
          <w:sz w:val="24"/>
        </w:rPr>
        <w:t>μηδὲν ὑπὲρ τούτων φροντίζειν καὶ ὑπὲρ ἐμαυτοῦ παρέσχον θαρρεῖν ὡς ὁμογνωμονήσοντος, εἴ ποτε συμβαίη τοιοῦτό τι παθεῖν. Χρόνου δὲ παρελθόντος οὐ πολλοῦ καὶ τοῦ μέλλοντος ἡμᾶς χειροτονήσειν ἐλθόντος καὶ κρυπτομένου μου, μηδὲν τούτων</w:t>
      </w:r>
    </w:p>
    <w:p>
      <w:r>
        <w:rPr>
          <w:rFonts w:ascii="Courier New" w:hAnsi="Courier New"/>
          <w:color w:val="555555"/>
          <w:sz w:val="20"/>
        </w:rPr>
        <w:t>[30]</w:t>
      </w:r>
    </w:p>
    <w:p>
      <w:r>
        <w:rPr>
          <w:rFonts w:ascii="Gentium Plus" w:hAnsi="Gentium Plus"/>
          <w:sz w:val="24"/>
        </w:rPr>
        <w:t>εἰδώς, ἄγεται μὲν ὡς ἐφ’ ἑτέρᾳ προφάσει· δέχεται δὲ τὸν ζυγόν, ἐλπίζων ἐξ ὧν ὑπεσχημένος ἤμην αὐτῷ καὶ ἡμᾶς πάντως ἕψεσθαι, μᾶλλον δὲ νομίζων ἡμῖν ἀκολουθεῖν. Καὶ γάρ τινες τῶν ἐκεῖ παρόντων, ἀσχάλλοντα πρὸς τὴν σύλληψιν ὁρῶντες, ἠπάτησαν βοῶντες ὡς ἄτοπον εἴη τὸν μὲν θρασύ‐</w:t>
      </w:r>
    </w:p>
    <w:p>
      <w:r>
        <w:rPr>
          <w:rFonts w:ascii="Courier New" w:hAnsi="Courier New"/>
          <w:color w:val="555555"/>
          <w:sz w:val="20"/>
        </w:rPr>
        <w:t>[35]</w:t>
      </w:r>
    </w:p>
    <w:p>
      <w:r>
        <w:rPr>
          <w:rFonts w:ascii="Gentium Plus" w:hAnsi="Gentium Plus"/>
          <w:sz w:val="24"/>
        </w:rPr>
        <w:t>τερον εἶναι δοκοῦντα παρὰ πᾶσιν—ἐμὲ λέγοντες—μετὰ πολλῆς τῆς ἐπιεικείας εἶξαι τῇ τῶν πατέρων κρίσει, ἐκεῖνον δὲ τὸν πολὺ συνετώτερον καὶ ἐπιεικέστερον θρασύνεσθαι καὶ κενοδοξεῖν σκιρτῶντα καὶ ἀποπηδῶντα καὶ ἀντιλέγοντα. Τούτοις εἴξας τοῖς ῥήμασιν, ἐπειδὴ ἤκουσεν ὅτι διέφυγον,</w:t>
      </w:r>
    </w:p>
    <w:p>
      <w:r>
        <w:rPr>
          <w:rFonts w:ascii="Courier New" w:hAnsi="Courier New"/>
          <w:color w:val="555555"/>
          <w:sz w:val="20"/>
        </w:rPr>
        <w:t>[40]</w:t>
      </w:r>
    </w:p>
    <w:p>
      <w:r>
        <w:rPr>
          <w:rFonts w:ascii="Gentium Plus" w:hAnsi="Gentium Plus"/>
          <w:sz w:val="24"/>
        </w:rPr>
        <w:t>εἰσελθὼν πρός με μετὰ πολλῆς τῆς κατηφείας, καθέζεται πλησίον καὶ ἐβούλετο μέν τι καὶ εἰπεῖν, ὑπὸ δὲ τῆς ἀπορίας κατεχόμενος καὶ λόγῳ παραστῆσαι τὴν βίαν ἣν ὑπέμεινεν οὐκ ἔχων, ἅμα τῷ χᾶναι ἐκωλύετο φθέγξασθαι, τῆς ἀθυμίας πρὶν ἢ τοὺς ὀδόντας ὑπερβῆναι διακοπτούσης τὸν λόγον.</w:t>
      </w:r>
    </w:p>
    <w:p>
      <w:r>
        <w:rPr>
          <w:rFonts w:ascii="Courier New" w:hAnsi="Courier New"/>
          <w:color w:val="555555"/>
          <w:sz w:val="20"/>
        </w:rPr>
        <w:t>[45]</w:t>
      </w:r>
    </w:p>
    <w:p>
      <w:r>
        <w:rPr>
          <w:rFonts w:ascii="Gentium Plus" w:hAnsi="Gentium Plus"/>
          <w:sz w:val="24"/>
        </w:rPr>
        <w:t>Ὁρῶν τοίνυν ἐγὼ περίδακρυν ὄντα καὶ πολλῆς πεπληρωμέ‐ νον τῆς ταραχῆς καὶ τὴν αἰτίαν εἰδώς, ἐγέλων τε ὑπὸ πολλῆς ἡδονῆς καὶ τὴν δεξιὰν κατέχων ἐβιαζόμην καταφιλεῖν καὶ τὸν Θεὸν ἐδόξαζον ὅτι μοι τὰ τῆς μηχανῆς τέλος εἶχε καλὸν καὶ οἷον ηὐχόμην ἀεί. Ὡς δὲ εἶδε περιχαρῆ τε ὄντα καὶ φαι‐</w:t>
      </w:r>
    </w:p>
    <w:p>
      <w:r>
        <w:rPr>
          <w:rFonts w:ascii="Courier New" w:hAnsi="Courier New"/>
          <w:color w:val="555555"/>
          <w:sz w:val="20"/>
        </w:rPr>
        <w:t>[1 . 3 (50)]</w:t>
      </w:r>
    </w:p>
    <w:p>
      <w:r>
        <w:rPr>
          <w:rFonts w:ascii="Gentium Plus" w:hAnsi="Gentium Plus"/>
          <w:sz w:val="24"/>
        </w:rPr>
        <w:t>δρόν, καὶ πρότερον ἠπατημένος ὑφ’ ἡμῶν ᾔσθετο, μᾶλλον ἐδάκνετο καὶ ἐδυσχέραινε.</w:t>
      </w:r>
    </w:p>
    <w:p>
      <w:pPr>
        <w:jc w:val="center"/>
      </w:pPr>
      <w:r>
        <w:rPr>
          <w:rFonts w:ascii="Gentium Plus" w:hAnsi="Gentium Plus"/>
          <w:b/>
          <w:sz w:val="24"/>
        </w:rPr>
        <w:t>δʹ. Ἐγκλήματα</w:t>
      </w:r>
    </w:p>
    <w:p>
      <w:r>
        <w:rPr>
          <w:rFonts w:ascii="Courier New" w:hAnsi="Courier New"/>
          <w:color w:val="555555"/>
          <w:sz w:val="20"/>
        </w:rPr>
        <w:t>[t2]</w:t>
      </w:r>
    </w:p>
    <w:p>
      <w:r>
        <w:rPr>
          <w:rFonts w:ascii="Gentium Plus" w:hAnsi="Gentium Plus"/>
          <w:sz w:val="24"/>
        </w:rPr>
        <w:t>παρ’ ἐκείνου</w:t>
      </w:r>
    </w:p>
    <w:p>
      <w:r>
        <w:rPr>
          <w:rFonts w:ascii="Courier New" w:hAnsi="Courier New"/>
          <w:color w:val="555555"/>
          <w:sz w:val="20"/>
        </w:rPr>
        <w:t>[t3]</w:t>
      </w:r>
    </w:p>
    <w:p>
      <w:r>
        <w:rPr>
          <w:rFonts w:ascii="Gentium Plus" w:hAnsi="Gentium Plus"/>
          <w:sz w:val="24"/>
        </w:rPr>
        <w:t>τῆς ἀπάτης</w:t>
      </w:r>
    </w:p>
    <w:p>
      <w:r>
        <w:rPr>
          <w:rFonts w:ascii="Courier New" w:hAnsi="Courier New"/>
          <w:color w:val="555555"/>
          <w:sz w:val="20"/>
        </w:rPr>
        <w:t>[t4]</w:t>
      </w:r>
    </w:p>
    <w:p>
      <w:r>
        <w:rPr>
          <w:rFonts w:ascii="Gentium Plus" w:hAnsi="Gentium Plus"/>
          <w:sz w:val="24"/>
        </w:rPr>
        <w:t>ἕνεκεν</w:t>
      </w:r>
    </w:p>
    <w:p>
      <w:r>
        <w:rPr>
          <w:rFonts w:ascii="Courier New" w:hAnsi="Courier New"/>
          <w:color w:val="555555"/>
          <w:sz w:val="20"/>
        </w:rPr>
        <w:t>[1]</w:t>
      </w:r>
    </w:p>
    <w:p>
      <w:r>
        <w:rPr>
          <w:rFonts w:ascii="Gentium Plus" w:hAnsi="Gentium Plus"/>
          <w:sz w:val="24"/>
        </w:rPr>
        <w:t>Καί ποτε μικρὸν ἀπ’ ἐκείνου καταστὰς τοῦ θορύβου τῆς ψυχῆς· ΒΑΣ. Ἀλλ’ εἰ καὶ τὸ ἡμέτερον, φησί, διέπτυσας καὶ λόγον ἡμῶν</w:t>
      </w:r>
    </w:p>
    <w:p>
      <w:r>
        <w:rPr>
          <w:rFonts w:ascii="Courier New" w:hAnsi="Courier New"/>
          <w:color w:val="555555"/>
          <w:sz w:val="20"/>
        </w:rPr>
        <w:t>[5]</w:t>
      </w:r>
    </w:p>
    <w:p>
      <w:r>
        <w:rPr>
          <w:rFonts w:ascii="Gentium Plus" w:hAnsi="Gentium Plus"/>
          <w:sz w:val="24"/>
        </w:rPr>
        <w:t>ἔχεις οὐδένα λοιπόν, ὡς ἔγωγε οὐκ οἶδα ἀνθ’ ὅτου, τῆς γοῦν ὑπολήψεως ἔδει σε φροντίσαι τῆς σῆς. Νῦν δὲ τὰ πάντων ἠνέῳξας στόματα καὶ δόξης σε ἐρῶντα κενῆς τὴν λειτουργίαν ταύτην παρῃτῆσθαι λέγουσιν ἅπαντες· ὁ δὲ ἐξαιρησόμενός σε τῆς κατηγορίας ταύτης οὐκ ἔστιν.</w:t>
      </w:r>
    </w:p>
    <w:p>
      <w:r>
        <w:rPr>
          <w:rFonts w:ascii="Courier New" w:hAnsi="Courier New"/>
          <w:color w:val="555555"/>
          <w:sz w:val="20"/>
        </w:rPr>
        <w:t>[10]</w:t>
      </w:r>
    </w:p>
    <w:p>
      <w:r>
        <w:rPr>
          <w:rFonts w:ascii="Gentium Plus" w:hAnsi="Gentium Plus"/>
          <w:sz w:val="24"/>
        </w:rPr>
        <w:t>Ἐμοὶ δὲ οὐδὲ εἰς ἀγορὰν ἐμβαλεῖν ἀνεκτόν, τοσοῦτοι οἱ προσιόντες ἡμῖν καὶ καθ’ ἑκάστην ἐγκαλοῦντες ἡμέραν. Ὅταν γὰρ ἴδωσι φανέντα που τῆς πόλεως, λαβόντες κατὰ μόνας ὅσοι πρὸς ἡμᾶς οἰκείως ἔχουσι, τῷ πλείονί με τῆς κατηγορίας ὑποβάλλουσι μέρει· Εἰδότα γὰρ αὐτοῦ τὴν γνώμην,</w:t>
      </w:r>
    </w:p>
    <w:p>
      <w:r>
        <w:rPr>
          <w:rFonts w:ascii="Courier New" w:hAnsi="Courier New"/>
          <w:color w:val="555555"/>
          <w:sz w:val="20"/>
        </w:rPr>
        <w:t>[15]</w:t>
      </w:r>
    </w:p>
    <w:p>
      <w:r>
        <w:rPr>
          <w:rFonts w:ascii="Gentium Plus" w:hAnsi="Gentium Plus"/>
          <w:sz w:val="24"/>
        </w:rPr>
        <w:t>φασίν—οὐδὲ γὰρ ἄν σε ἔλαθέ τι τῶν ἐκείνου—, οὐκ ἀποκρύ‐ ψασθαι, ἀλλ’ ἡμῖν ἀνακοινώσασθαι ἐχρῆν, καὶ πάντως οὐκ ἂν ἠπορήσαμεν πρὸς τὴν ἄγραν μηχανῆς. Ἐγὼ δὲ ὅτι μέν σε οὐκ ᾔδειν ἐκ πολλοῦ ταῦτα βουλευόμενον αἰσχύνομαι καὶ ἐρυθριῶ πρὸς ἐκείνους εἰπεῖν, μήποτε καὶ ὑπόκρισιν τὴν</w:t>
      </w:r>
    </w:p>
    <w:p>
      <w:r>
        <w:rPr>
          <w:rFonts w:ascii="Courier New" w:hAnsi="Courier New"/>
          <w:color w:val="555555"/>
          <w:sz w:val="20"/>
        </w:rPr>
        <w:t>[20]</w:t>
      </w:r>
    </w:p>
    <w:p>
      <w:r>
        <w:rPr>
          <w:rFonts w:ascii="Gentium Plus" w:hAnsi="Gentium Plus"/>
          <w:sz w:val="24"/>
        </w:rPr>
        <w:t>ἡμετέραν εἶναι νομίσωσι φιλίαν. Εἰ γὰρ καὶ ἔστιν—ὥσπερ οὖν καὶ ἔστιν καὶ οὐδ’ ἂν αὐτὸς ἀρνηθείης ἐξ ὧν εἰς ἡμᾶς ἔπραξας νῦν—, ἀλλὰ τοὺς ἔξωθεν καὶ μετρίαν γοῦν περὶ ἡμῶν ἔχοντας δόξαν καλὸν τὰ ἡμέτερα κρύπτειν κακά. Εἰπεῖν μὲν οὖν πρὸς αὐτοὺς τἀληθὲς καὶ ὡς ἔχει τὰ καθ’ ἡμᾶς ὀκνῶ·</w:t>
      </w:r>
    </w:p>
    <w:p>
      <w:r>
        <w:rPr>
          <w:rFonts w:ascii="Courier New" w:hAnsi="Courier New"/>
          <w:color w:val="555555"/>
          <w:sz w:val="20"/>
        </w:rPr>
        <w:t>[25]</w:t>
      </w:r>
    </w:p>
    <w:p>
      <w:r>
        <w:rPr>
          <w:rFonts w:ascii="Gentium Plus" w:hAnsi="Gentium Plus"/>
          <w:sz w:val="24"/>
        </w:rPr>
        <w:t>ἀναγκάζομαι δὲ λοιπὸν σιωπᾶν καὶ κύπτειν εἰς γῆν καὶ τοὺς ἀπαντῶντας ἐκτρέπεσθαι καὶ ἀποπηδᾶν. Κἂν γὰρ τὴν προτέραν ἐκφύγω κατάγνωσιν, ψεύδους ἀνάγκη με κρίνεσθαι</w:t>
      </w:r>
    </w:p>
    <w:p>
      <w:r>
        <w:rPr>
          <w:rFonts w:ascii="Courier New" w:hAnsi="Courier New"/>
          <w:color w:val="555555"/>
          <w:sz w:val="20"/>
        </w:rPr>
        <w:t>[30]</w:t>
      </w:r>
    </w:p>
    <w:p>
      <w:r>
        <w:rPr>
          <w:rFonts w:ascii="Gentium Plus" w:hAnsi="Gentium Plus"/>
          <w:sz w:val="24"/>
        </w:rPr>
        <w:t>τὰ σά. Ἀλλὰ τούτων μὲν οὐ πολύς μοι λόγος, ἐπειδή σοι τοῦτο γέγονεν ἡδύ· τὴν δὲ λοιπὴν πῶς οἴσομεν τὴν αἰσχύνην; Οἱ μὲν γὰρ ἀπονοίας, οἱ δὲ φιλοδοξίας σε γράφονται· ὅσοι δέ εἰσιν ἀφειδέστεροι τῶν αἰτιωμένων ταῦτά τε ἡμῖν ἀμφότερα ἐγκα‐</w:t>
      </w:r>
    </w:p>
    <w:p>
      <w:r>
        <w:rPr>
          <w:rFonts w:ascii="Courier New" w:hAnsi="Courier New"/>
          <w:color w:val="555555"/>
          <w:sz w:val="20"/>
        </w:rPr>
        <w:t>[35]</w:t>
      </w:r>
    </w:p>
    <w:p>
      <w:r>
        <w:rPr>
          <w:rFonts w:ascii="Gentium Plus" w:hAnsi="Gentium Plus"/>
          <w:sz w:val="24"/>
        </w:rPr>
        <w:t>λοῦσιν ὁμοῦ καὶ προστιθέασι τὴν εἰς τοὺς τετιμηκότας ὕβριν, δίκαια πεπονθέναι λέγοντες αὐτοὺς καὶ εἰ μείζονα τούτων ἀτιμασθέντες ἔτυχον παρ’ ἡμῶν ὅτι τοσούτους καὶ τηλικού‐ τους ἀφέντες ἄνδρας, μειράκια χθὲς καὶ πρώην ἔτι ταῖς τοῦ βίου μερίμναις ἐγκαλινδούμενα, ἵνα χρόνον βραχὺν τὰς ὀφρῦς</w:t>
      </w:r>
    </w:p>
    <w:p>
      <w:r>
        <w:rPr>
          <w:rFonts w:ascii="Courier New" w:hAnsi="Courier New"/>
          <w:color w:val="555555"/>
          <w:sz w:val="20"/>
        </w:rPr>
        <w:t>[40]</w:t>
      </w:r>
    </w:p>
    <w:p>
      <w:r>
        <w:rPr>
          <w:rFonts w:ascii="Gentium Plus" w:hAnsi="Gentium Plus"/>
          <w:sz w:val="24"/>
        </w:rPr>
        <w:t>συναγάγωσι καὶ φαιὰ περιβάλλωνται καὶ κατήφειαν ὑπο‐ κρίνωνται, ἐξαίφνης εἰς τοσαύτην ἤγαγον τιμὴν ὅσην οὐδὲ ὄναρ λήψεσθαι προσεδόκησαν. Καὶ οἱ μὲν ἐκ πρώτης ἡλικίας εἰς ἔσχατον γῆρας τὴν ἑαυτῶν ἐκτείναντες ἄσκησιν ἐν τοῖς</w:t>
      </w:r>
    </w:p>
    <w:p>
      <w:r>
        <w:rPr>
          <w:rFonts w:ascii="Courier New" w:hAnsi="Courier New"/>
          <w:color w:val="555555"/>
          <w:sz w:val="20"/>
        </w:rPr>
        <w:t>[45]</w:t>
      </w:r>
    </w:p>
    <w:p>
      <w:r>
        <w:rPr>
          <w:rFonts w:ascii="Gentium Plus" w:hAnsi="Gentium Plus"/>
          <w:sz w:val="24"/>
        </w:rPr>
        <w:t>τοὺς νόμους ἀκηκοότες καθ’ οὓς ταύτην δεῖ διοικεῖν τὴν ἀρχήν. Ταῦτα καὶ πλείονα τούτων λέγοντες συνεχῶς ἡμῖν ἐπιφύονται. Ἐγὼ δὲ ὅ τι μὲν ἀπολογήσομαι πρὸς ταῦτα οὐκ ἔχω, δέομαι δὲ σοῦ· οὐ γὰρ ἁπλῶς οὐδὲ εἰκῇ ταύτην οἶμαί σε φυγεῖν τὴν</w:t>
      </w:r>
    </w:p>
    <w:p>
      <w:r>
        <w:rPr>
          <w:rFonts w:ascii="Courier New" w:hAnsi="Courier New"/>
          <w:color w:val="555555"/>
          <w:sz w:val="20"/>
        </w:rPr>
        <w:t>[1 . 4 (50)]</w:t>
      </w:r>
    </w:p>
    <w:p>
      <w:r>
        <w:rPr>
          <w:rFonts w:ascii="Gentium Plus" w:hAnsi="Gentium Plus"/>
          <w:sz w:val="24"/>
        </w:rPr>
        <w:t>φυγὴν καὶ πρὸς ἄνδρας οὕτω μεγάλους τοσαύτην ἀναδέ‐ ξασθαι τὴν ἔχθραν, ἀλλὰ μετά τινος λογισμοῦ καὶ σκέψεως ἐπὶ τοῦτο ἐλθεῖν, ὅθεν καὶ λόγον ἕτοιμον εἶναί σοι πρὸς ἀπολογίαν στοχάζομαι. Εἰπὲ εἴ τινα πρόφασιν δικαίαν πρὸς τοὺς ἐγκαλοῦντας δυνησόμεθα λέγειν. Ὧν γὰρ αὐτὸς ἠδίκημαι</w:t>
      </w:r>
    </w:p>
    <w:p>
      <w:r>
        <w:rPr>
          <w:rFonts w:ascii="Courier New" w:hAnsi="Courier New"/>
          <w:color w:val="555555"/>
          <w:sz w:val="20"/>
        </w:rPr>
        <w:t>[55]</w:t>
      </w:r>
    </w:p>
    <w:p>
      <w:r>
        <w:rPr>
          <w:rFonts w:ascii="Gentium Plus" w:hAnsi="Gentium Plus"/>
          <w:sz w:val="24"/>
        </w:rPr>
        <w:t>παρὰ σοῦ, οὐδένα ἀπαιτῶ λόγον, οὐχ ὧν ἠπάτησας, οὐχ ὧν προὔδωκας, οὐχ ὧν ἀπέλαυσας παρ’ ἡμῶν ἅπαντα τὸν ἔμπροσθεν χρόνον. Ἡμεῖς μὲν γὰρ καὶ τὴν ψυχὴν τὴν ἡμετέ‐ ραν, ὡς εἰπεῖν, φέροντες ἐνεθήκαμέν σου ταῖς χερσί· σὺ δὲ τοσαύτῃ πρὸς ἡμᾶς ἐχρήσω τῇ πανουργίᾳ ὅσῃπερ ἂν εἰ</w:t>
      </w:r>
    </w:p>
    <w:p>
      <w:r>
        <w:rPr>
          <w:rFonts w:ascii="Courier New" w:hAnsi="Courier New"/>
          <w:color w:val="555555"/>
          <w:sz w:val="20"/>
        </w:rPr>
        <w:t>[60]</w:t>
      </w:r>
    </w:p>
    <w:p>
      <w:r>
        <w:rPr>
          <w:rFonts w:ascii="Gentium Plus" w:hAnsi="Gentium Plus"/>
          <w:sz w:val="24"/>
        </w:rPr>
        <w:t>πολεμίους σοί τινας φυλάξασθαι προὔκειτο. Καίτοι γε ἐχρῆν, εἰ μὲν ὠφέλιμον ταύτην ᾔδεις οὖσαν τὴν γνώμην, μηδὲ αὐτῆς τὸ κέρδος φυγεῖν· εἰ δὲ ἐπιβλαβῆ, καὶ ἡμᾶς οὓς πάντων ἀεὶ προτιμᾶν ἔλεγες ἀπαλλάξαι τῆς ζημίας. Σὺ δὲ καὶ ὅπως ἐμπεσούμεθα, ἅπαντα ἔπραξας, καὶ δόλου σοι καὶ ὑποκρίσεως</w:t>
      </w:r>
    </w:p>
    <w:p>
      <w:r>
        <w:rPr>
          <w:rFonts w:ascii="Courier New" w:hAnsi="Courier New"/>
          <w:color w:val="555555"/>
          <w:sz w:val="20"/>
        </w:rPr>
        <w:t>[65]</w:t>
      </w:r>
    </w:p>
    <w:p>
      <w:r>
        <w:rPr>
          <w:rFonts w:ascii="Gentium Plus" w:hAnsi="Gentium Plus"/>
          <w:sz w:val="24"/>
        </w:rPr>
        <w:t>ἐδέησεν οὐδὲν πρὸς τὸν ἀδόλως καὶ ἁπλῶς ἅπαντα καὶ λέγειν</w:t>
      </w:r>
    </w:p>
    <w:p>
      <w:r>
        <w:rPr>
          <w:rFonts w:ascii="Courier New" w:hAnsi="Courier New"/>
          <w:color w:val="555555"/>
          <w:sz w:val="20"/>
        </w:rPr>
        <w:t>[70]</w:t>
      </w:r>
    </w:p>
    <w:p>
      <w:r>
        <w:rPr>
          <w:rFonts w:ascii="Gentium Plus" w:hAnsi="Gentium Plus"/>
          <w:sz w:val="24"/>
        </w:rPr>
        <w:t>τυχοῦσαν ἐκαρπωσάμεθα πολλάκις. Ἀλλὰ πάντα ταῦτα ἀφίημι καὶ φέρω σιγῇ καὶ πράως· οὐκ ἐπειδὴ πράως εἰς ἡμᾶς ἐπλημμέλησας, ἀλλ’ ἐπειδὴ τοῦτον ἔθηκα ἐμαυτῷ τὸν νόμον ἀπὸ τῆς ἡμέρας ἐκείνης ἧς τὴν φιλίαν ἔστερξα τὴν σὴν ὑπὲρ ὧν ἂν θέλῃς ἡμᾶς λυπεῖν, μηδέποτέ σε εἰς ἀπολογίας ἀνάγκην</w:t>
      </w:r>
    </w:p>
    <w:p>
      <w:r>
        <w:rPr>
          <w:rFonts w:ascii="Courier New" w:hAnsi="Courier New"/>
          <w:color w:val="555555"/>
          <w:sz w:val="20"/>
        </w:rPr>
        <w:t>[75]</w:t>
      </w:r>
    </w:p>
    <w:p>
      <w:r>
        <w:rPr>
          <w:rFonts w:ascii="Gentium Plus" w:hAnsi="Gentium Plus"/>
          <w:sz w:val="24"/>
        </w:rPr>
        <w:t>καθιστᾶν. Ἐπεὶ ὅτι γε οὐ μικρὰν τὴν ζημίαν ἡμῖν ἐπήγαγες, οἶσθα καὶ αὐτός, εἴγε μέμνησαι τῶν ῥημάτων καὶ τῶν παρὰ τῶν ἔξωθεν περὶ ἡμῶν καὶ τῶν ὑφ’ ἡμῶν λεγομένων ἀεί· ταῦτα δὲ ἦν ὅτι πολὺ κέρδος ἡμῖν ὁμοψύχοις εἶναι καὶ φράττεσθαι τῇ πρὸς ἀλλήλους φιλίᾳ. Καὶ οἱ μὲν ἄλλοι πάντες</w:t>
      </w:r>
    </w:p>
    <w:p>
      <w:r>
        <w:rPr>
          <w:rFonts w:ascii="Courier New" w:hAnsi="Courier New"/>
          <w:color w:val="555555"/>
          <w:sz w:val="20"/>
        </w:rPr>
        <w:t>[80]</w:t>
      </w:r>
    </w:p>
    <w:p>
      <w:r>
        <w:rPr>
          <w:rFonts w:ascii="Gentium Plus" w:hAnsi="Gentium Plus"/>
          <w:sz w:val="24"/>
        </w:rPr>
        <w:t>ἔλεγον καὶ ἑτέροις πολλοῖς οὐ μικρὰν ὠφέλειαν τὴν ἡμετέραν οἴσειν ὁμόνοιαν, ἐγὼ δὲ ὠφέλειαν μὲν οὐδέποτε ἐνενόησα, τό γε εἰς ἐμὲ ἧκον, παρέξειν τισίν· ἔλεγον δὲ ὅτι τοῦτο γοῦν ἀπ’ αὐτῆς κερδανοῦμεν κέρδος οὐ μικρόν, τὸ δυσχείρωτοι γενέσθαι τοῖς καταγωνίσασθαι βουλομένοις ἡμᾶς.</w:t>
      </w:r>
    </w:p>
    <w:p>
      <w:r>
        <w:rPr>
          <w:rFonts w:ascii="Courier New" w:hAnsi="Courier New"/>
          <w:color w:val="555555"/>
          <w:sz w:val="20"/>
        </w:rPr>
        <w:t>[85]</w:t>
      </w:r>
    </w:p>
    <w:p>
      <w:r>
        <w:rPr>
          <w:rFonts w:ascii="Gentium Plus" w:hAnsi="Gentium Plus"/>
          <w:sz w:val="24"/>
        </w:rPr>
        <w:t>Καὶ ταῦτά σε ὑπομιμνήσκων οὐκ ἐπαυσάμην ποτέ· χαλεπὸς ὁ καιρός, οἱ ἐπιβουλεύοντες πολλοί, τὸ τῆς ἀγάπης γνήσιον ἀπόλωλεν, ἀντεισῆκται δὲ ὁ τῆς βασκανίας ὄλεθρος, ἐν μέσῳ παγίδων διαβαίνομεν καὶ ἐπὶ ἐπάλξεων πόλεων περιπατοῦμεν· οἱ μὲν ἕτοιμοι τοῖς ἡμετέροις ἐφησθῆναι κακοῖς, εἴποτέ τι</w:t>
      </w:r>
    </w:p>
    <w:p>
      <w:r>
        <w:rPr>
          <w:rFonts w:ascii="Courier New" w:hAnsi="Courier New"/>
          <w:color w:val="555555"/>
          <w:sz w:val="20"/>
        </w:rPr>
        <w:t>[90]</w:t>
      </w:r>
    </w:p>
    <w:p>
      <w:r>
        <w:rPr>
          <w:rFonts w:ascii="Gentium Plus" w:hAnsi="Gentium Plus"/>
          <w:sz w:val="24"/>
        </w:rPr>
        <w:t>συμβαίη, πολλοὶ καὶ πολλαχόθεν ἐφεστήκασιν· ὁ δὲ συναλ‐ γήσων οὐδείς, ἢ καὶ εὐαρίθμητοι λίαν. Ὅρα μὴ διαστάντες</w:t>
      </w:r>
    </w:p>
    <w:p>
      <w:r>
        <w:rPr>
          <w:rFonts w:ascii="Courier New" w:hAnsi="Courier New"/>
          <w:color w:val="555555"/>
          <w:sz w:val="20"/>
        </w:rPr>
        <w:t>[95]</w:t>
      </w:r>
    </w:p>
    <w:p>
      <w:r>
        <w:rPr>
          <w:rFonts w:ascii="Gentium Plus" w:hAnsi="Gentium Plus"/>
          <w:sz w:val="24"/>
        </w:rPr>
        <w:t>ταύτην τὴν γνησιότητα, μηδὲ διακόψῃς τὸν μοχλόν. Ταῦτα καὶ τούτων πλείονα ἔλεγον συνεχῶς, οὐδὲν μέν ποτε ὑποπτεύων τοιοῦτον, ἀλλὰ καὶ πάνυ σε τὰ πρὸς ἡμᾶς ὑγιαίνειν νομίζων, ἐκ περιουσίας δὲ καὶ ὑγιαίνοντα θεραπεύειν βουλό‐ μενος· ἐλάνθανον δέ, ὡς ἔοικε, νοσοῦντι τὰ φάρμακα ἐπιτι‐</w:t>
      </w:r>
    </w:p>
    <w:p>
      <w:r>
        <w:rPr>
          <w:rFonts w:ascii="Courier New" w:hAnsi="Courier New"/>
          <w:color w:val="555555"/>
          <w:sz w:val="20"/>
        </w:rPr>
        <w:t>[1 . 4 (100)]</w:t>
      </w:r>
    </w:p>
    <w:p>
      <w:r>
        <w:rPr>
          <w:rFonts w:ascii="Gentium Plus" w:hAnsi="Gentium Plus"/>
          <w:sz w:val="24"/>
        </w:rPr>
        <w:t>θείς, καὶ οὐδὲ οὕτως ὁ δείλαιος ὤνησα, οὐδὲ γέγονεν ἐμοί τι πλέον ἐκ ταύτης τῆς ἄγαν προμηθείας. Πάντα γὰρ ἐκεῖνα ῥίψας ἀθρόως καὶ μηδὲ εἰς νοῦν βαλλόμενος, ὥσπερ ἀνερμά‐ τιστον πλοῖον εἰς πέλαγος ἡμᾶς ἄπειρον ἀφῆκας, οὐδὲν τῶν ἀγρίων ἐκείνων ἐννοήσας κυμάτων ἅπερ ἡμᾶς ὑπομένειν</w:t>
      </w:r>
    </w:p>
    <w:p>
      <w:r>
        <w:rPr>
          <w:rFonts w:ascii="Courier New" w:hAnsi="Courier New"/>
          <w:color w:val="555555"/>
          <w:sz w:val="20"/>
        </w:rPr>
        <w:t>[105]</w:t>
      </w:r>
    </w:p>
    <w:p>
      <w:r>
        <w:rPr>
          <w:rFonts w:ascii="Gentium Plus" w:hAnsi="Gentium Plus"/>
          <w:sz w:val="24"/>
        </w:rPr>
        <w:t>ἀνάγκη. Εἰ γάρ ποτε συμβαίη συκοφαντίαν ἢ χλευασίαν ἢ καὶ ἄλλην τινὰ ὕβριν καὶ ἐπήρειαν ἐπενεχθῆναί ποθεν ἡμῖν—πολ‐ λάκις δὲ τὰ τοιαῦτα συμβαίνειν ἀνάγκη—, πρὸς τίνα κατα‐ φευξόμεθα; τίνι κοινωσόμεθα τὰς ἡμετέρας ἀθυμίας; τίς ἡμῖν ἀμῦναι θελήσει καὶ τοὺς μὲν λυποῦντας ἀνακόψει καὶ</w:t>
      </w:r>
    </w:p>
    <w:p>
      <w:r>
        <w:rPr>
          <w:rFonts w:ascii="Courier New" w:hAnsi="Courier New"/>
          <w:color w:val="555555"/>
          <w:sz w:val="20"/>
        </w:rPr>
        <w:t>[110]</w:t>
      </w:r>
    </w:p>
    <w:p>
      <w:r>
        <w:rPr>
          <w:rFonts w:ascii="Gentium Plus" w:hAnsi="Gentium Plus"/>
          <w:sz w:val="24"/>
        </w:rPr>
        <w:t>ποιήσει μηκέτι λυπεῖν, ἡμᾶς δὲ παραμυθήσεται καὶ παρα‐ σκευάσει τὰς ἑτέρων φέρειν ἀπαιδευσίας; Οὐκ ἔστιν οὐδείς, σοῦ πόρρωθεν ἑστηκότος τοῦ δεινοῦ τούτου πολέμου καὶ μηδὲ κραυγὴν ἀκοῦσαι δυναμένου. Ἆρα οἶδας ὅσον εἴργασταί σοι κακόν; ἆρα νῦν γοῦν μετὰ τὸ πλῆξαι ἐπιγινώσκεις ὡς καιρίαν</w:t>
      </w:r>
    </w:p>
    <w:p>
      <w:r>
        <w:rPr>
          <w:rFonts w:ascii="Courier New" w:hAnsi="Courier New"/>
          <w:color w:val="555555"/>
          <w:sz w:val="20"/>
        </w:rPr>
        <w:t>[115]</w:t>
      </w:r>
    </w:p>
    <w:p>
      <w:r>
        <w:rPr>
          <w:rFonts w:ascii="Gentium Plus" w:hAnsi="Gentium Plus"/>
          <w:sz w:val="24"/>
        </w:rPr>
        <w:t>ἡμῖν ἔδωκας τὴν πληγήν; Ἀλλὰ ταῦτα μὲν ἀφείσθω· οὐδὲ γὰρ ἔστι τὰ γενόμενα ἀναλῦσαι λοιπόν, οὐδὲ πόρον τοῖς ἀπόροις εὑρεῖν. Τί πρὸς τοὺς ἔξωθεν ἐροῦμεν; τί πρὸς τὰς</w:t>
      </w:r>
    </w:p>
    <w:p>
      <w:pPr>
        <w:jc w:val="center"/>
      </w:pPr>
      <w:r>
        <w:rPr>
          <w:rFonts w:ascii="Gentium Plus" w:hAnsi="Gentium Plus"/>
          <w:b/>
          <w:sz w:val="24"/>
        </w:rPr>
        <w:t>εʹ. Ἀπολογία ὑπὲρ</w:t>
      </w:r>
    </w:p>
    <w:p>
      <w:r>
        <w:rPr>
          <w:rFonts w:ascii="Courier New" w:hAnsi="Courier New"/>
          <w:color w:val="555555"/>
          <w:sz w:val="20"/>
        </w:rPr>
        <w:t>[t2]</w:t>
      </w:r>
    </w:p>
    <w:p>
      <w:r>
        <w:rPr>
          <w:rFonts w:ascii="Gentium Plus" w:hAnsi="Gentium Plus"/>
          <w:sz w:val="24"/>
        </w:rPr>
        <w:t>τούτου ἡμετέρα</w:t>
      </w:r>
    </w:p>
    <w:p>
      <w:r>
        <w:rPr>
          <w:rFonts w:ascii="Courier New" w:hAnsi="Courier New"/>
          <w:color w:val="555555"/>
          <w:sz w:val="20"/>
        </w:rPr>
        <w:t>[1]</w:t>
      </w:r>
    </w:p>
    <w:p>
      <w:r>
        <w:rPr>
          <w:rFonts w:ascii="Gentium Plus" w:hAnsi="Gentium Plus"/>
          <w:sz w:val="24"/>
        </w:rPr>
        <w:t>ΙΩ. Θάρσει, ἔφην ἐγώ· οὐ γὰρ ὑπὲρ τούτων εἰμὶ μόνον ἕτοιμος εὐθύνας ὑπέχειν, ἀλλὰ καὶ ὧν ἀνευ‐ θύνους ἡμᾶς ἀφῆκας, καὶ τούτων πειράσομαί σοι δοῦναι λόγον</w:t>
      </w:r>
    </w:p>
    <w:p>
      <w:r>
        <w:rPr>
          <w:rFonts w:ascii="Courier New" w:hAnsi="Courier New"/>
          <w:color w:val="555555"/>
          <w:sz w:val="20"/>
        </w:rPr>
        <w:t>[5]</w:t>
      </w:r>
    </w:p>
    <w:p>
      <w:r>
        <w:rPr>
          <w:rFonts w:ascii="Gentium Plus" w:hAnsi="Gentium Plus"/>
          <w:sz w:val="24"/>
        </w:rPr>
        <w:t>ὡς ἂν οἷός τε ὦ. Καὶ εἰ βούλει γε, ἀπ’ αὐτῶν πρῶτον τῆς ἀπολογίας ποιήσομαι τὴν ἀρχήν· καὶ γὰρ ἂν εἴην ἄτοπος καὶ λίαν ἀγνώμων, εἰ τῆς παρὰ τῶν ἔξωθεν δόξης φροντίζων καὶ ὅπως παύσωνται ἡμῖν ἐγκαλοῦντες πάντα ποιῶν, τὸν ἁπάντων μοι φίλτατον καὶ τοσαύτῃ πρὸς ἡμᾶς αἰδοῖ κεχρημένον ὡς</w:t>
      </w:r>
    </w:p>
    <w:p>
      <w:r>
        <w:rPr>
          <w:rFonts w:ascii="Courier New" w:hAnsi="Courier New"/>
          <w:color w:val="555555"/>
          <w:sz w:val="20"/>
        </w:rPr>
        <w:t>[10]</w:t>
      </w:r>
    </w:p>
    <w:p>
      <w:r>
        <w:rPr>
          <w:rFonts w:ascii="Gentium Plus" w:hAnsi="Gentium Plus"/>
          <w:sz w:val="24"/>
        </w:rPr>
        <w:t>μηδὲ ὑπὲρ ὧν ἠδικῆσθαί φησιν ἐγκαλέσαι θελῆσαι, ἀλλὰ παρ’ οὐδὲν τὰ αὑτοῦ θέμενον ἔτι τῶν ἡμετέρων φροντίζειν, μὴ δυναίμην ὡς οὐκ ἀδικῶ πεῖσαι, ἀλλὰ μείζονι περὶ αὐτὸν φαινοίμην κεχρημένος ῥαθυμίᾳ ἧς αὐτὸς περὶ ἡμᾶς ἐπεδεί‐ ξατο σπουδῆς.</w:t>
      </w:r>
    </w:p>
    <w:p>
      <w:pPr>
        <w:jc w:val="center"/>
      </w:pPr>
      <w:r>
        <w:rPr>
          <w:rFonts w:ascii="Gentium Plus" w:hAnsi="Gentium Plus"/>
          <w:b/>
          <w:sz w:val="24"/>
        </w:rPr>
        <w:t>ϛʹ. Ὅτι ἔστιν</w:t>
      </w:r>
    </w:p>
    <w:p>
      <w:r>
        <w:rPr>
          <w:rFonts w:ascii="Courier New" w:hAnsi="Courier New"/>
          <w:color w:val="555555"/>
          <w:sz w:val="20"/>
        </w:rPr>
        <w:t>[t2]</w:t>
      </w:r>
    </w:p>
    <w:p>
      <w:r>
        <w:rPr>
          <w:rFonts w:ascii="Gentium Plus" w:hAnsi="Gentium Plus"/>
          <w:sz w:val="24"/>
        </w:rPr>
        <w:t>ἀπάτῃ πρὸς</w:t>
      </w:r>
    </w:p>
    <w:p>
      <w:r>
        <w:rPr>
          <w:rFonts w:ascii="Courier New" w:hAnsi="Courier New"/>
          <w:color w:val="555555"/>
          <w:sz w:val="20"/>
        </w:rPr>
        <w:t>[t3]</w:t>
      </w:r>
    </w:p>
    <w:p>
      <w:r>
        <w:rPr>
          <w:rFonts w:ascii="Gentium Plus" w:hAnsi="Gentium Plus"/>
          <w:sz w:val="24"/>
        </w:rPr>
        <w:t>τὸ συμφέρον</w:t>
      </w:r>
    </w:p>
    <w:p>
      <w:r>
        <w:rPr>
          <w:rFonts w:ascii="Courier New" w:hAnsi="Courier New"/>
          <w:color w:val="555555"/>
          <w:sz w:val="20"/>
        </w:rPr>
        <w:t>[t4]</w:t>
      </w:r>
    </w:p>
    <w:p>
      <w:r>
        <w:rPr>
          <w:rFonts w:ascii="Gentium Plus" w:hAnsi="Gentium Plus"/>
          <w:sz w:val="24"/>
        </w:rPr>
        <w:t>κεχρῆσθαι</w:t>
      </w:r>
    </w:p>
    <w:p>
      <w:r>
        <w:rPr>
          <w:rFonts w:ascii="Courier New" w:hAnsi="Courier New"/>
          <w:color w:val="555555"/>
          <w:sz w:val="20"/>
        </w:rPr>
        <w:t>[1]</w:t>
      </w:r>
    </w:p>
    <w:p>
      <w:r>
        <w:rPr>
          <w:rFonts w:ascii="Gentium Plus" w:hAnsi="Gentium Plus"/>
          <w:sz w:val="24"/>
        </w:rPr>
        <w:t>Τί ποτ’ οὖν σε ἠδικήκαμεν; ἐπειδὴ καὶ ἐντεῦθεν ἐγνώκαμεν εἰς τὸ τῆς ἀπολογίας ἀφεῖναι πέλαγος. Ἆρα ὅτι σε παρεκρουσάμεθα καὶ τὴν</w:t>
      </w:r>
    </w:p>
    <w:p>
      <w:r>
        <w:rPr>
          <w:rFonts w:ascii="Courier New" w:hAnsi="Courier New"/>
          <w:color w:val="555555"/>
          <w:sz w:val="20"/>
        </w:rPr>
        <w:t>[5]</w:t>
      </w:r>
    </w:p>
    <w:p>
      <w:r>
        <w:rPr>
          <w:rFonts w:ascii="Gentium Plus" w:hAnsi="Gentium Plus"/>
          <w:sz w:val="24"/>
        </w:rPr>
        <w:t>ἡμετέραν ἐκρύψαμεν γνώμην; ἀλλ’ ἐπὶ κέρδει καὶ τοῦ ἀπατηθέντος σου καὶ οἷς ἀπατήσαντές σε προὐδώκαμεν. Εἰ μὲν γὰρ δι’ ὅλου τὸ τῆς κλοπῆς κακὸν καὶ οὐκ ἔστιν εἰς δέον αὐτῷ χρήσασθαί ποτε, δοῦναι ἕτοιμοι δίκην ἡμεῖς ἣν ἂν αὐτὸς ἐθέλῃς· μᾶλλον δὲ σὺ μὲν οὐδέποτε</w:t>
      </w:r>
    </w:p>
    <w:p>
      <w:r>
        <w:rPr>
          <w:rFonts w:ascii="Courier New" w:hAnsi="Courier New"/>
          <w:color w:val="555555"/>
          <w:sz w:val="20"/>
        </w:rPr>
        <w:t>[10]</w:t>
      </w:r>
    </w:p>
    <w:p>
      <w:r>
        <w:rPr>
          <w:rFonts w:ascii="Gentium Plus" w:hAnsi="Gentium Plus"/>
          <w:sz w:val="24"/>
        </w:rPr>
        <w:t>παρ’ ἡμῶν ἀνέξῃ δίκην λαβεῖν, ἡμεῖς δὲ ἑαυτῶν καταγνω‐ σόμεθα ταῦτα ἃ τῶν ἀδικούντων οἱ δικάζοντες ὅταν αὐτοὺς ἕλωσιν οἱ κατήγοροι. Εἰ δὲ οὐκ ἀεὶ τὸ πρᾶγμα ἐπιβλαβές, ἀλλὰ παρὰ τὴν τῶν χρωμένων προαίρεσιν γίνεται φαῦλον ἢ καλόν, ἀφεὶς ἐγκαλεῖν τὸ ἠπατῆσθαι, δεῖξον ἐπὶ κακῷ τοῦτο</w:t>
      </w:r>
    </w:p>
    <w:p>
      <w:r>
        <w:rPr>
          <w:rFonts w:ascii="Courier New" w:hAnsi="Courier New"/>
          <w:color w:val="555555"/>
          <w:sz w:val="20"/>
        </w:rPr>
        <w:t>[15]</w:t>
      </w:r>
    </w:p>
    <w:p>
      <w:r>
        <w:rPr>
          <w:rFonts w:ascii="Gentium Plus" w:hAnsi="Gentium Plus"/>
          <w:sz w:val="24"/>
        </w:rPr>
        <w:t>τεχνησαμένους· ὡς ἕως ἂν τοῦτο ἀπῇ, μὴ ὅτι μέμψεις καὶ αἰτίας ἐπάγειν, ἀλλὰ καὶ ἀποδέχεσθαι τὸν ἀπατῶντα δίκαιον ἂν εἴη τούς γε εὐγνωμόνως διακεῖσθαι βουλομένους. Τοσοῦτον γὰρ ἔχει κέρδος εὔκαιρος ἀπάτη καὶ μετὰ τῆς ὀρθῆς γινομένη διανοίας ὡς πολλοὺς ὅτι μὴ παρεκρούσαντο καὶ δίκην δοῦναι</w:t>
      </w:r>
    </w:p>
    <w:p>
      <w:r>
        <w:rPr>
          <w:rFonts w:ascii="Courier New" w:hAnsi="Courier New"/>
          <w:color w:val="555555"/>
          <w:sz w:val="20"/>
        </w:rPr>
        <w:t>[20]</w:t>
      </w:r>
    </w:p>
    <w:p>
      <w:r>
        <w:rPr>
          <w:rFonts w:ascii="Gentium Plus" w:hAnsi="Gentium Plus"/>
          <w:sz w:val="24"/>
        </w:rPr>
        <w:t>πολλάκις. Καὶ εἰ βούλει γε τῶν στρατηγῶν τοὺς ἐξ αἰῶνος εὐδοκιμή‐ σαντας ἐξετάσαι, τὰ πλείονα αὐτῶν τρόπαια τῆς ἀπάτης εὑρήσεις ὄντα κατορθώματα καὶ μᾶλλον τούτους ἐπαινουμέ‐ νους ἢ τοὺς ἐκ τοῦ φανεροῦ κρατοῦντας. Οἱ μὲν γὰρ μετὰ</w:t>
      </w:r>
    </w:p>
    <w:p>
      <w:r>
        <w:rPr>
          <w:rFonts w:ascii="Courier New" w:hAnsi="Courier New"/>
          <w:color w:val="555555"/>
          <w:sz w:val="20"/>
        </w:rPr>
        <w:t>[25]</w:t>
      </w:r>
    </w:p>
    <w:p>
      <w:r>
        <w:rPr>
          <w:rFonts w:ascii="Gentium Plus" w:hAnsi="Gentium Plus"/>
          <w:sz w:val="24"/>
        </w:rPr>
        <w:t>πλείονος τῆς δαπάνης καὶ τῆς τῶν χρημάτων καὶ τῆς τῶν σωμάτων κατορθοῦσι τοὺς πολέμους, ὡς μηδὲν πλέον αὐτοῖς ἀπὸ τῆς νίκης γίνεσθαι, ἀλλὰ παρ’ οὐδὲν ἧττον τῶν ἡττω‐ μένων τοὺς κρατήσαντας δυστυχεῖν, καὶ τῶν στρατευμάτων ἀνηλωμένων καὶ τῶν ταμιείων κεκενωμένων. Πρὸς δὲ τούτοις</w:t>
      </w:r>
    </w:p>
    <w:p>
      <w:r>
        <w:rPr>
          <w:rFonts w:ascii="Courier New" w:hAnsi="Courier New"/>
          <w:color w:val="555555"/>
          <w:sz w:val="20"/>
        </w:rPr>
        <w:t>[30]</w:t>
      </w:r>
    </w:p>
    <w:p>
      <w:r>
        <w:rPr>
          <w:rFonts w:ascii="Gentium Plus" w:hAnsi="Gentium Plus"/>
          <w:sz w:val="24"/>
        </w:rPr>
        <w:t>οὐδὲ τῆς ἐπὶ τῇ νίκῃ δόξης αὐτοὺς ἀφιᾶσιν ἀπολαῦσαι πάσης· μέρος γὰρ αὐτῆς οὐ μικρὸν συμβαίνει καὶ τοὺς πεπτωκότας καρποῦσθαι, διὰ τὸ ταῖς ψυχαῖς νικῶντας τοῖς σώμασιν ἡττηθῆναι μόνοις, ὡς εἴγε ἐνῆν βαλλομένους μὴ πίπτειν, μηδὲ ἐπελθὼν ὁ θάνατος αὐτοὺς ἔπαυσεν, οὐκ ἂν ἔστησαν τῆς</w:t>
      </w:r>
    </w:p>
    <w:p>
      <w:r>
        <w:rPr>
          <w:rFonts w:ascii="Courier New" w:hAnsi="Courier New"/>
          <w:color w:val="555555"/>
          <w:sz w:val="20"/>
        </w:rPr>
        <w:t>[35]</w:t>
      </w:r>
    </w:p>
    <w:p>
      <w:r>
        <w:rPr>
          <w:rFonts w:ascii="Gentium Plus" w:hAnsi="Gentium Plus"/>
          <w:sz w:val="24"/>
        </w:rPr>
        <w:t>προθυμίας ποτέ. Ὁ δὲ ἀπάτῃ κρατῆσαι δυνηθεὶς οὐ συμφορᾷ μόνον, ἀλλὰ καὶ γέλωτι περιβάλλει τοὺς πολεμίους· οὐ γὰρ ὥσπερ ἐκεῖ τοὺς ἐπαίνους ἐξ ἴσης ἀποφέρονται ἀμφότεροι τοὺς ἐπὶ τῇ ῥώμῃ, οὕτω καὶ ἐνταῦθα τοὺς ἐπὶ τῇ φρονήσει, ἀλλ’ ὅλον τῶν νικώντων ἐστὶ τὸ βραβεῖον καί, τὸ τούτων οὐκ</w:t>
      </w:r>
    </w:p>
    <w:p>
      <w:r>
        <w:rPr>
          <w:rFonts w:ascii="Courier New" w:hAnsi="Courier New"/>
          <w:color w:val="555555"/>
          <w:sz w:val="20"/>
        </w:rPr>
        <w:t>[40]</w:t>
      </w:r>
    </w:p>
    <w:p>
      <w:r>
        <w:rPr>
          <w:rFonts w:ascii="Gentium Plus" w:hAnsi="Gentium Plus"/>
          <w:sz w:val="24"/>
        </w:rPr>
        <w:t>ἔλαττον, τὴν ἀπὸ τῆς νίκης ἡδονὴν ἀκέραιον τῇ πόλει φυλάτ‐ τουσιν. Οὐ γάρ ἐστιν ὥσπερ ὁ τῶν χρημάτων πλοῦτος καὶ τὸ τῶν σωμάτων πλῆθος, ἡ τῆς ψυχῆς φρόνησις· ἀλλ’ ἐκεῖνα μὲν ὅταν τις αὐτοῖς ἐν τοῖς πολέμοις χρῆται συνεχῶς δαπανᾶ‐ σθαι συμβαίνει καὶ ἀπολείπειν τοὺς ἔχοντας, αὕτη δὲ ὅσῳπερ</w:t>
      </w:r>
    </w:p>
    <w:p>
      <w:r>
        <w:rPr>
          <w:rFonts w:ascii="Courier New" w:hAnsi="Courier New"/>
          <w:color w:val="555555"/>
          <w:sz w:val="20"/>
        </w:rPr>
        <w:t>[45]</w:t>
      </w:r>
    </w:p>
    <w:p>
      <w:r>
        <w:rPr>
          <w:rFonts w:ascii="Gentium Plus" w:hAnsi="Gentium Plus"/>
          <w:sz w:val="24"/>
        </w:rPr>
        <w:t>ἄν τις αὐτὴν ἀνακινῇ τοσούτῳ μᾶλλον αὔξεσθαι πέφυκεν. Οὐκ ἐν τοῖς πολέμοις δὲ μόνον, ἀλλὰ καὶ ἐν εἰρήνῃ πολλὴν καὶ ἀναγκαίαν εὕροι τις ἂν τῆς ἀπάτης τὴν χρείαν· καὶ οὐ πρὸς τὰ τῆς πόλεως πράγματα μόνον, ἀλλὰ καὶ ἐν οἰκίᾳ πρὸς γυναῖκα ἀνδρὶ καὶ πρὸς ἄνδρα γυναικὶ καὶ πατρὶ πρὸς υἱὸν καὶ πρὸς</w:t>
      </w:r>
    </w:p>
    <w:p>
      <w:r>
        <w:rPr>
          <w:rFonts w:ascii="Courier New" w:hAnsi="Courier New"/>
          <w:color w:val="555555"/>
          <w:sz w:val="20"/>
        </w:rPr>
        <w:t>[1 . 6 (50)]</w:t>
      </w:r>
    </w:p>
    <w:p>
      <w:r>
        <w:rPr>
          <w:rFonts w:ascii="Gentium Plus" w:hAnsi="Gentium Plus"/>
          <w:sz w:val="24"/>
        </w:rPr>
        <w:t>φίλον φίλῳ, ἤδη δὲ καὶ πρὸς πατέρα παισί. Καὶ γὰρ τῶν τοῦ Σαοὺλ χειρῶν ἡ τοῦ Σαοὺλ θυγάτηρ οὐκ ἴσχυσεν ἂν ἑτέρως ἐξελέσθαι τὸν ἄνδρα τὸν αὑτῆς, ἀλλ’ ἢ μετὰ τοῦ παραλο‐ γίσασθαι τὸν πατέρα· ὁ ταύτης δὲ ἀδελφὸς τὸν ὑπ’ ἐκείνης διασωθέντα σῶσαι βουλόμενος κινδυνεύοντα πάλιν τοῖς αὐτοῖς</w:t>
      </w:r>
    </w:p>
    <w:p>
      <w:r>
        <w:rPr>
          <w:rFonts w:ascii="Courier New" w:hAnsi="Courier New"/>
          <w:color w:val="555555"/>
          <w:sz w:val="20"/>
        </w:rPr>
        <w:t>[55]</w:t>
      </w:r>
    </w:p>
    <w:p>
      <w:r>
        <w:rPr>
          <w:rFonts w:ascii="Gentium Plus" w:hAnsi="Gentium Plus"/>
          <w:sz w:val="24"/>
        </w:rPr>
        <w:t>ὅπλοις ἐχρῆτο οἷσπερ καὶ ἡ γυνή. Καὶ ὁ Βασίλειος· Ἀλλ’ οὐδὲν τούτων πρὸς ἐμέ, φησίν· οὐδὲ γὰρ ἐχθρὸς ἐγὼ καὶ πολέμιος, οὔτε τῶν ἀδικεῖν ἐπιχειρούντων, ἀλλ’ ἅπαν τοὐναντίον· τῇ σῇ γνώμῃ τὰ ἐμαυτοῦ ἐπιτρέψας ἀεὶ ταύτῃ</w:t>
      </w:r>
    </w:p>
    <w:p>
      <w:r>
        <w:rPr>
          <w:rFonts w:ascii="Courier New" w:hAnsi="Courier New"/>
          <w:color w:val="555555"/>
          <w:sz w:val="20"/>
        </w:rPr>
        <w:t>[60]</w:t>
      </w:r>
    </w:p>
    <w:p>
      <w:r>
        <w:rPr>
          <w:rFonts w:ascii="Gentium Plus" w:hAnsi="Gentium Plus"/>
          <w:sz w:val="24"/>
        </w:rPr>
        <w:t>εἱπόμην ᾗπερ ἐκέλευσας.</w:t>
      </w:r>
    </w:p>
    <w:p>
      <w:pPr>
        <w:jc w:val="center"/>
      </w:pPr>
      <w:r>
        <w:rPr>
          <w:rFonts w:ascii="Gentium Plus" w:hAnsi="Gentium Plus"/>
          <w:b/>
          <w:sz w:val="24"/>
        </w:rPr>
        <w:t>ζʹ. Ὅτι οὐδὲ</w:t>
      </w:r>
    </w:p>
    <w:p>
      <w:r>
        <w:rPr>
          <w:rFonts w:ascii="Courier New" w:hAnsi="Courier New"/>
          <w:color w:val="555555"/>
          <w:sz w:val="20"/>
        </w:rPr>
        <w:t>[t2]</w:t>
      </w:r>
    </w:p>
    <w:p>
      <w:r>
        <w:rPr>
          <w:rFonts w:ascii="Gentium Plus" w:hAnsi="Gentium Plus"/>
          <w:sz w:val="24"/>
        </w:rPr>
        <w:t>ἀπάτην τὸ</w:t>
      </w:r>
    </w:p>
    <w:p>
      <w:r>
        <w:rPr>
          <w:rFonts w:ascii="Courier New" w:hAnsi="Courier New"/>
          <w:color w:val="555555"/>
          <w:sz w:val="20"/>
        </w:rPr>
        <w:t>[t3]</w:t>
      </w:r>
    </w:p>
    <w:p>
      <w:r>
        <w:rPr>
          <w:rFonts w:ascii="Gentium Plus" w:hAnsi="Gentium Plus"/>
          <w:sz w:val="24"/>
        </w:rPr>
        <w:t>τοιοῦτο δεῖ</w:t>
      </w:r>
    </w:p>
    <w:p>
      <w:r>
        <w:rPr>
          <w:rFonts w:ascii="Courier New" w:hAnsi="Courier New"/>
          <w:color w:val="555555"/>
          <w:sz w:val="20"/>
        </w:rPr>
        <w:t>[t4]</w:t>
      </w:r>
    </w:p>
    <w:p>
      <w:r>
        <w:rPr>
          <w:rFonts w:ascii="Gentium Plus" w:hAnsi="Gentium Plus"/>
          <w:sz w:val="24"/>
        </w:rPr>
        <w:t>καλεῖν ἀλλ’</w:t>
      </w:r>
    </w:p>
    <w:p>
      <w:r>
        <w:rPr>
          <w:rFonts w:ascii="Courier New" w:hAnsi="Courier New"/>
          <w:color w:val="555555"/>
          <w:sz w:val="20"/>
        </w:rPr>
        <w:t>[t5]</w:t>
      </w:r>
    </w:p>
    <w:p>
      <w:r>
        <w:rPr>
          <w:rFonts w:ascii="Gentium Plus" w:hAnsi="Gentium Plus"/>
          <w:sz w:val="24"/>
        </w:rPr>
        <w:t>οἰκονομίαν</w:t>
      </w:r>
    </w:p>
    <w:p>
      <w:r>
        <w:rPr>
          <w:rFonts w:ascii="Courier New" w:hAnsi="Courier New"/>
          <w:color w:val="555555"/>
          <w:sz w:val="20"/>
        </w:rPr>
        <w:t>[1]</w:t>
      </w:r>
    </w:p>
    <w:p>
      <w:r>
        <w:rPr>
          <w:rFonts w:ascii="Gentium Plus" w:hAnsi="Gentium Plus"/>
          <w:sz w:val="24"/>
        </w:rPr>
        <w:t>ΙΩ. Ἀλλ’ ὦ θαυμάσιε καὶ ἀγαθώ‐ τατε, διὰ τοῦτο γὰρ καὶ αὐτὸς φθά‐ σας εἶπον ὅτι οὐκ ἐν πολέμῳ μόνον, οὐδ’ ἐπὶ τοὺς ἐχθρούς, ἀλλὰ καὶ ἐν</w:t>
      </w:r>
    </w:p>
    <w:p>
      <w:r>
        <w:rPr>
          <w:rFonts w:ascii="Courier New" w:hAnsi="Courier New"/>
          <w:color w:val="555555"/>
          <w:sz w:val="20"/>
        </w:rPr>
        <w:t>[5]</w:t>
      </w:r>
    </w:p>
    <w:p>
      <w:r>
        <w:rPr>
          <w:rFonts w:ascii="Gentium Plus" w:hAnsi="Gentium Plus"/>
          <w:sz w:val="24"/>
        </w:rPr>
        <w:t>εἰρήνῃ καὶ ἐπὶ τοὺς φιλτάτους χρῆσθαι ταύτῃ καλόν. Ὅτι γὰρ οὐ τοῖς ἀπατῶσι μόνον, ἀλλὰ καὶ τοῖς ἀπατωμένοις τοῦτο χρήσιμον, προσελθών τινι τῶν ἰατρῶν ἐρώτησον πῶς ἀπαλλάττουσι τῆς νόσου τοὺς κάμνοντας, καὶ ἀκούσῃ παρ’ αὐτῶν ὅτι οὐκ ἀρκοῦν‐</w:t>
      </w:r>
    </w:p>
    <w:p>
      <w:r>
        <w:rPr>
          <w:rFonts w:ascii="Courier New" w:hAnsi="Courier New"/>
          <w:color w:val="555555"/>
          <w:sz w:val="20"/>
        </w:rPr>
        <w:t>[10]</w:t>
      </w:r>
    </w:p>
    <w:p>
      <w:r>
        <w:rPr>
          <w:rFonts w:ascii="Gentium Plus" w:hAnsi="Gentium Plus"/>
          <w:sz w:val="24"/>
        </w:rPr>
        <w:t>ται τῇ τέχνῃ μόνῃ, ἀλλ’ ἔστιν ὅπου καὶ τὴν ἀπάτην παραλα‐ βόντες καὶ τὴν παρ’ αὐτῆς βοήθειαν καταμίξαντες, οὕτως ἐπὶ τὴν ὑγίειαν τοὺς ἀσθενοῦντας ἐπανήγαγον. Ὅταν γὰρ τὸ δυσάρεστον τῶν ἀρρωστούντων καὶ τῆς νόσου δὲ αὐτῆς τὸ δυστράπελον μὴ προσίηται τὰς τῶν ἰατρῶν συμβουλάς, τότε</w:t>
      </w:r>
    </w:p>
    <w:p>
      <w:r>
        <w:rPr>
          <w:rFonts w:ascii="Courier New" w:hAnsi="Courier New"/>
          <w:color w:val="555555"/>
          <w:sz w:val="20"/>
        </w:rPr>
        <w:t>[15]</w:t>
      </w:r>
    </w:p>
    <w:p>
      <w:r>
        <w:rPr>
          <w:rFonts w:ascii="Gentium Plus" w:hAnsi="Gentium Plus"/>
          <w:sz w:val="24"/>
        </w:rPr>
        <w:t>τὸ τῆς ἀπάτης ὑποδῦναι προσωπεῖον ἀνάγκη, ἵν’ ὥσπερ ἐπὶ τῆς σκηνῆς τὴν τῶν γινομένων ἀλήθειαν κρύψαι δυνηθῶσιν. Εἰ δὲ βούλει, καὶ ἐγώ σοι διηγήσομαι δόλον ἕνα ἐκ πολλῶν ὧν ἤκουσα κατασκευάζειν ἰατρῶν παῖδας. Ἐπέπεσέ ποτέ τινι πυρετὸς ἀθρόως μετὰ πολλῆς τῆς σφοδρότητος καὶ ἡ φλὸξ</w:t>
      </w:r>
    </w:p>
    <w:p>
      <w:r>
        <w:rPr>
          <w:rFonts w:ascii="Courier New" w:hAnsi="Courier New"/>
          <w:color w:val="555555"/>
          <w:sz w:val="20"/>
        </w:rPr>
        <w:t>[20]</w:t>
      </w:r>
    </w:p>
    <w:p>
      <w:r>
        <w:rPr>
          <w:rFonts w:ascii="Gentium Plus" w:hAnsi="Gentium Plus"/>
          <w:sz w:val="24"/>
        </w:rPr>
        <w:t>ᾔρετο καὶ τὰ μὲν δυνάμενα σβέσαι τὸ πῦρ ἀπεστρέφετο ὁ νοσῶν, ἐπεθύμει δὲ καὶ πολὺς ἐνέκειτο, τοὺς εἰσιόντας πρὸς αὐτὸν ἅπαντας παρακαλῶν, ἄκρατον ὀρέξαι πολὺν καὶ πα‐ ρασχεῖν ἐμφορηθῆναι τῆς ὀλεθρίου ταύτης ἐπιθυμίας· οὐ γὰρ</w:t>
      </w:r>
    </w:p>
    <w:p>
      <w:r>
        <w:rPr>
          <w:rFonts w:ascii="Courier New" w:hAnsi="Courier New"/>
          <w:color w:val="555555"/>
          <w:sz w:val="20"/>
        </w:rPr>
        <w:t>[25]</w:t>
      </w:r>
    </w:p>
    <w:p>
      <w:r>
        <w:rPr>
          <w:rFonts w:ascii="Gentium Plus" w:hAnsi="Gentium Plus"/>
          <w:sz w:val="24"/>
        </w:rPr>
        <w:t>παραδώσειν τὸν δείλαιον, εἴ τις αὐτῷ πρὸς ταύτην εἶξε τὴν χάριν. Ἐνταῦθα τῆς τέχνης ἀπορουμένης καὶ οὐδεμίαν ἐχούσης μηχανήν, ἀλλὰ παντελῶς ἐκβεβλημένης, εἰσελθοῦσα τοσαύτην ἐπεδείξατο τὴν αὑτῆς δύναμιν ἡ ἀπάτη ὅσην αὐτίκα παρ’ ἡμῶν ἀκούσῃ. Ὁ γὰρ ἰατρὸς ἄρτι τῆς καμίνου προελθὸν</w:t>
      </w:r>
    </w:p>
    <w:p>
      <w:r>
        <w:rPr>
          <w:rFonts w:ascii="Courier New" w:hAnsi="Courier New"/>
          <w:color w:val="555555"/>
          <w:sz w:val="20"/>
        </w:rPr>
        <w:t>[30]</w:t>
      </w:r>
    </w:p>
    <w:p>
      <w:r>
        <w:rPr>
          <w:rFonts w:ascii="Gentium Plus" w:hAnsi="Gentium Plus"/>
          <w:sz w:val="24"/>
        </w:rPr>
        <w:t>ἄγγος ὀστράκου λαβὼν καὶ βάψας οἴνῳ πολλῷ, εἶτα ἀνασπά‐ σας κενὸν καὶ πλήσας ὕδατος, κελεύει τὸ δωμάτιον ἔνθα κατέκειτο ὁ νοσῶν συσκιάσαι παραπετάσμασι πολλοῖς ἵνα μὴ τὸ φῶς ἐλέγξῃ τὸν δόλον καὶ δίδωσιν ἐκπιεῖν ὡς ἀκράτου πεπληρωμένον. Ὁ δὲ πρὶν εἰς τὰς χεῖρας λαβεῖν ὑπὸ τῆς</w:t>
      </w:r>
    </w:p>
    <w:p>
      <w:r>
        <w:rPr>
          <w:rFonts w:ascii="Courier New" w:hAnsi="Courier New"/>
          <w:color w:val="555555"/>
          <w:sz w:val="20"/>
        </w:rPr>
        <w:t>[35]</w:t>
      </w:r>
    </w:p>
    <w:p>
      <w:r>
        <w:rPr>
          <w:rFonts w:ascii="Gentium Plus" w:hAnsi="Gentium Plus"/>
          <w:sz w:val="24"/>
        </w:rPr>
        <w:t>ὀσμῆς προσπεσούσης εὐθέως ἀπατηθεὶς οὐδὲ πολυπραγμονεῖν ἠνέσχετο τὸ δοθέν, ἀλλὰ ταύτῃ πειθόμενος καὶ τῷ σκότει κλαπεὶς ὑπό τε τῆς ἐπιθυμίας ἐπειγόμενος ἔσπασε τὸ δοθὲν μετὰ πολλῆς τῆς προθυμίας· καὶ ἐμφορηθεὶς ἀπετινάξατο τὸ πνῖγος εὐθέως καὶ τὸν ἐπικείμενον ἐξέφυγε κίνδυνον. Εἶδες</w:t>
      </w:r>
    </w:p>
    <w:p>
      <w:r>
        <w:rPr>
          <w:rFonts w:ascii="Courier New" w:hAnsi="Courier New"/>
          <w:color w:val="555555"/>
          <w:sz w:val="20"/>
        </w:rPr>
        <w:t>[40]</w:t>
      </w:r>
    </w:p>
    <w:p>
      <w:r>
        <w:rPr>
          <w:rFonts w:ascii="Gentium Plus" w:hAnsi="Gentium Plus"/>
          <w:sz w:val="24"/>
        </w:rPr>
        <w:t>τῆς ἀπάτης τὸ κέρδος; Καὶ εἰ πάντας βούλοιτό τις τῶν ἰατρῶν καταλέγειν τοὺς δόλους, εἰς ἄπειρον ἐκπεσεῖται μῆκος ὁ λόγος. Οὐ μόνον δὲ τοὺς τὰ σώματα θεραπεύοντας, ἀλλὰ καὶ τοὺς τῶν ψυχικῶν νοσημάτων ἐπιμελομένους εὕροι τις ἂν συνεχῶς τούτῳ κεχρημένους τῷ φαρμάκῳ. Οὕτω τὰς πολλὰς μυριάδας</w:t>
      </w:r>
    </w:p>
    <w:p>
      <w:r>
        <w:rPr>
          <w:rFonts w:ascii="Courier New" w:hAnsi="Courier New"/>
          <w:color w:val="555555"/>
          <w:sz w:val="20"/>
        </w:rPr>
        <w:t>[45]</w:t>
      </w:r>
    </w:p>
    <w:p>
      <w:r>
        <w:rPr>
          <w:rFonts w:ascii="Gentium Plus" w:hAnsi="Gentium Plus"/>
          <w:sz w:val="24"/>
        </w:rPr>
        <w:t>ἐκείνας τῶν Ἰουδαίων ὁ μακάριος προσηγάγετο Παῦλος. Μετὰ ταύτης τῆς προαιρέσεως τὸν Τιμόθεον περιέτεμε ὁ</w:t>
      </w:r>
    </w:p>
    <w:p>
      <w:r>
        <w:rPr>
          <w:rFonts w:ascii="Courier New" w:hAnsi="Courier New"/>
          <w:color w:val="555555"/>
          <w:sz w:val="20"/>
        </w:rPr>
        <w:t>[1 . 7 (50)]</w:t>
      </w:r>
    </w:p>
    <w:p>
      <w:r>
        <w:rPr>
          <w:rFonts w:ascii="Gentium Plus" w:hAnsi="Gentium Plus"/>
          <w:sz w:val="24"/>
        </w:rPr>
        <w:t>Πολλὴ γὰρ ἡ τῆς ἀπάτης ἰσχύς, μόνον μὴ μετὰ δολερᾶς προαγέσθω τῆς προαιρέσεως· μᾶλλον δὲ οὐδὲ ἀπάτην τὸ τοιοῦτον δεῖ καλεῖν, ἀλλ’ οἰκονομίαν τινὰ καὶ σοφίαν καὶ τέχνην ἱκανὴν πολλοὺς πόρους ἐν τοῖς ἀπόροις εὑρεῖν καὶ πλημμελείας ἐπανορθῶσαι ψυχῆς. Οὐδὲ γὰρ τὸν Φινεὲς</w:t>
      </w:r>
    </w:p>
    <w:p>
      <w:r>
        <w:rPr>
          <w:rFonts w:ascii="Courier New" w:hAnsi="Courier New"/>
          <w:color w:val="555555"/>
          <w:sz w:val="20"/>
        </w:rPr>
        <w:t>[55]</w:t>
      </w:r>
    </w:p>
    <w:p>
      <w:r>
        <w:rPr>
          <w:rFonts w:ascii="Gentium Plus" w:hAnsi="Gentium Plus"/>
          <w:sz w:val="24"/>
        </w:rPr>
        <w:t>ἀνδροφόνον εἴποιμ’ ἂν ἔγωγε, καίτοι γε μιᾷ πληγῇ δύο σώματα ἀνεῖλεν· ὥσπερ οὐδὲ τὸν Ἠλίαν μετὰ τοὺς ἑκατὸν στρατιώτας καὶ τοὺς τούτων ἡγεμόνας, καὶ τὸν πολὺν τῶν αἱμάτων χειμάρρουν ὃν ἐκ τῆς τῶν ἱερωμένων τοῖς δαίμοσιν ἐποίησε ῥεῦσαι σφαγῆς. Εἰ γὰρ τοῦτο συγχωρήσαιμεν καὶ τὰ</w:t>
      </w:r>
    </w:p>
    <w:p>
      <w:r>
        <w:rPr>
          <w:rFonts w:ascii="Courier New" w:hAnsi="Courier New"/>
          <w:color w:val="555555"/>
          <w:sz w:val="20"/>
        </w:rPr>
        <w:t>[60]</w:t>
      </w:r>
    </w:p>
    <w:p>
      <w:r>
        <w:rPr>
          <w:rFonts w:ascii="Gentium Plus" w:hAnsi="Gentium Plus"/>
          <w:sz w:val="24"/>
        </w:rPr>
        <w:t>πράγματα τῆς τῶν πεποιηκότων προαιρέσεώς τις γυμνώσας ἐξετάζοι καθ’ ἑαυτά, καὶ τὸν Ἀβραὰμ παιδοκτονίας ὁ βουλό‐ μενος κρινεῖ καὶ τὸν ἔγγονον τὸν ἐκείνου καὶ τὸν ἀπόγονον κακουργίας καὶ δόλου γράψεται· οὕτω γὰρ ὁ μὲν τῶν τῆς φύσεως ἐκράτησε πρεσβείων, ὁ δὲ τὸν τῶν Αἰγυπτίων</w:t>
      </w:r>
    </w:p>
    <w:p>
      <w:r>
        <w:rPr>
          <w:rFonts w:ascii="Courier New" w:hAnsi="Courier New"/>
          <w:color w:val="555555"/>
          <w:sz w:val="20"/>
        </w:rPr>
        <w:t>[65]</w:t>
      </w:r>
    </w:p>
    <w:p>
      <w:r>
        <w:rPr>
          <w:rFonts w:ascii="Gentium Plus" w:hAnsi="Gentium Plus"/>
          <w:sz w:val="24"/>
        </w:rPr>
        <w:t>πλοῦτον εἰς τὸν τῶν Ἰσραηλιτῶν μετήνεγκε στρατόν. Ἀλλ’ οὐκ ἔστι ταῦτα, οὐκ ἔστιν. Ἄπαγε τῆς τόλμης· οὐ γὰρ μόνον αὐτοὺς αἰτίας ἀφίεμεν, ἀλλὰ καὶ θαυμάζομεν διὰ ταῦτα ἐπεὶ καὶ ὁ Θεὸς αὐτοὺς διὰ ταῦτα ἐπῄνεσε. Καὶ γὰρ ἀπατεὼν ἐκεῖνος ἂν εἴη καλεῖσθαι δίκαιος ὁ τῷ πράγματι κεχρημένος</w:t>
      </w:r>
    </w:p>
    <w:p>
      <w:r>
        <w:rPr>
          <w:rFonts w:ascii="Courier New" w:hAnsi="Courier New"/>
          <w:color w:val="555555"/>
          <w:sz w:val="20"/>
        </w:rPr>
        <w:t>[70]</w:t>
      </w:r>
    </w:p>
    <w:p>
      <w:r>
        <w:rPr>
          <w:rFonts w:ascii="Gentium Plus" w:hAnsi="Gentium Plus"/>
          <w:sz w:val="24"/>
        </w:rPr>
        <w:t>ἀδίκως, καὶ πολλάκις ἀπατῆσαι δέον καὶ τὰ μέγιστα διὰ ταύτης ὠφελῆσαι τῆς τέχνης· ὁ δὲ ἐξ εὐθείας προσενεχθεὶς</w:t>
      </w:r>
    </w:p>
    <w:p>
      <w:pPr>
        <w:jc w:val="center"/>
      </w:pPr>
      <w:r>
        <w:rPr>
          <w:rFonts w:ascii="Gentium Plus" w:hAnsi="Gentium Plus"/>
          <w:b/>
          <w:sz w:val="24"/>
        </w:rPr>
        <w:t>ΛΟΓΟΣ Βʹ</w:t>
      </w:r>
    </w:p>
    <w:p>
      <w:pPr>
        <w:jc w:val="center"/>
      </w:pPr>
      <w:r>
        <w:rPr>
          <w:rFonts w:ascii="Gentium Plus" w:hAnsi="Gentium Plus"/>
          <w:b/>
          <w:sz w:val="24"/>
        </w:rPr>
        <w:t>αʹ. Ὅτι μέγιστον</w:t>
      </w:r>
    </w:p>
    <w:p>
      <w:r>
        <w:rPr>
          <w:rFonts w:ascii="Courier New" w:hAnsi="Courier New"/>
          <w:color w:val="555555"/>
          <w:sz w:val="20"/>
        </w:rPr>
        <w:t>[t2]</w:t>
      </w:r>
    </w:p>
    <w:p>
      <w:r>
        <w:rPr>
          <w:rFonts w:ascii="Gentium Plus" w:hAnsi="Gentium Plus"/>
          <w:sz w:val="24"/>
        </w:rPr>
        <w:t>ἡ ἱερωσύνη</w:t>
      </w:r>
    </w:p>
    <w:p>
      <w:r>
        <w:rPr>
          <w:rFonts w:ascii="Courier New" w:hAnsi="Courier New"/>
          <w:color w:val="555555"/>
          <w:sz w:val="20"/>
        </w:rPr>
        <w:t>[t3]</w:t>
      </w:r>
    </w:p>
    <w:p>
      <w:r>
        <w:rPr>
          <w:rFonts w:ascii="Gentium Plus" w:hAnsi="Gentium Plus"/>
          <w:sz w:val="24"/>
        </w:rPr>
        <w:t>τεκμήριον τῆς</w:t>
      </w:r>
    </w:p>
    <w:p>
      <w:r>
        <w:rPr>
          <w:rFonts w:ascii="Courier New" w:hAnsi="Courier New"/>
          <w:color w:val="555555"/>
          <w:sz w:val="20"/>
        </w:rPr>
        <w:t>[t4]</w:t>
      </w:r>
    </w:p>
    <w:p>
      <w:r>
        <w:rPr>
          <w:rFonts w:ascii="Gentium Plus" w:hAnsi="Gentium Plus"/>
          <w:sz w:val="24"/>
        </w:rPr>
        <w:t>εἰς τὸν Χριστὸν</w:t>
      </w:r>
    </w:p>
    <w:p>
      <w:r>
        <w:rPr>
          <w:rFonts w:ascii="Courier New" w:hAnsi="Courier New"/>
          <w:color w:val="555555"/>
          <w:sz w:val="20"/>
        </w:rPr>
        <w:t>[t5]</w:t>
      </w:r>
    </w:p>
    <w:p>
      <w:r>
        <w:rPr>
          <w:rFonts w:ascii="Gentium Plus" w:hAnsi="Gentium Plus"/>
          <w:sz w:val="24"/>
        </w:rPr>
        <w:t>ἀγάπης</w:t>
      </w:r>
    </w:p>
    <w:p>
      <w:r>
        <w:rPr>
          <w:rFonts w:ascii="Courier New" w:hAnsi="Courier New"/>
          <w:color w:val="555555"/>
          <w:sz w:val="20"/>
        </w:rPr>
        <w:t>[1]</w:t>
      </w:r>
    </w:p>
    <w:p>
      <w:r>
        <w:rPr>
          <w:rFonts w:ascii="Gentium Plus" w:hAnsi="Gentium Plus"/>
          <w:sz w:val="24"/>
        </w:rPr>
        <w:t>Ὅτι μὲν οὖν ἔστι καὶ ἐπὶ καλῷ τῇ τῆς ἀπάτης κεχρῆσθαι δυνάμει, μᾶλ‐ λον δὲ ὅτι μηδὲ ἀπάτην δεῖ τὸ τοιοῦτον καλεῖν, ἀλλ’ οἰκονομίαν</w:t>
      </w:r>
    </w:p>
    <w:p>
      <w:r>
        <w:rPr>
          <w:rFonts w:ascii="Courier New" w:hAnsi="Courier New"/>
          <w:color w:val="555555"/>
          <w:sz w:val="20"/>
        </w:rPr>
        <w:t>[5]</w:t>
      </w:r>
    </w:p>
    <w:p>
      <w:r>
        <w:rPr>
          <w:rFonts w:ascii="Gentium Plus" w:hAnsi="Gentium Plus"/>
          <w:sz w:val="24"/>
        </w:rPr>
        <w:t>τινὰ θαυμαστήν, ἐνῆν μὲν καὶ πλείονα λέγειν· ἐπειδὴ δὲ καὶ τὰ εἰρημένα πρὸς ἀπόδειξιν ἱκανὰ γέγονε, φορτικὸν καὶ ἐπαχθὲς περιττὸν τῷ λόγῳ προστιθέναι μῆκος. Σὸν δ’ ἂν εἴη δεικνύναι λοιπόν, εἰ μὴ τῷ πράγματι τούτῳ πρὸς τὸ κέρδος ἐχρησάμεθα τὸ σόν.</w:t>
      </w:r>
    </w:p>
    <w:p>
      <w:r>
        <w:rPr>
          <w:rFonts w:ascii="Courier New" w:hAnsi="Courier New"/>
          <w:color w:val="555555"/>
          <w:sz w:val="20"/>
        </w:rPr>
        <w:t>[10]</w:t>
      </w:r>
    </w:p>
    <w:p>
      <w:r>
        <w:rPr>
          <w:rFonts w:ascii="Gentium Plus" w:hAnsi="Gentium Plus"/>
          <w:sz w:val="24"/>
        </w:rPr>
        <w:t>Καὶ ὁ Βασίλειος· Καὶ ποῖον κέρδος, φησίν, ἡμῖν ἐκ ταύτης γέγονε τῆς οἰκο‐ νομίας ἢ σοφίας ἢ ὅπως αὐτὴν χαίρῃς καλῶν, ἵνα πεισθῶμεν ὅτι οὐκ ἠπατήμεθα παρὰ σοῦ; ΙΩ. Καὶ τί τούτου τοῦ κέρδους, ἔφην, ἂν γένοιτο μεῖζον ἢ τὸ</w:t>
      </w:r>
    </w:p>
    <w:p>
      <w:r>
        <w:rPr>
          <w:rFonts w:ascii="Courier New" w:hAnsi="Courier New"/>
          <w:color w:val="555555"/>
          <w:sz w:val="20"/>
        </w:rPr>
        <w:t>[15]</w:t>
      </w:r>
    </w:p>
    <w:p>
      <w:r>
        <w:rPr>
          <w:rFonts w:ascii="Gentium Plus" w:hAnsi="Gentium Plus"/>
          <w:sz w:val="24"/>
        </w:rPr>
        <w:t>ταῦτα φαίνεσθαι πράττοντας ἅπερ δείγματα τῆς εἰς τὸν Χριστὸν ἀγάπης αὐτὸς ἔφησεν εἶναι ὁ Χριστός; Πρὸς γὰρ τὸν κορυφαῖον τῶν ἀποστόλων διαλεγόμενος, «Πέτρε, φιλεῖς με;» φησί· τούτου δὲ ὁμολογήσαντος, ἐπιλέγει· «Εἰ φιλεῖς με, ποίμαινε τὰ πρόβατά μου.» Ἐρωτᾷ τὸν μαθητὴν ὁ</w:t>
      </w:r>
    </w:p>
    <w:p>
      <w:r>
        <w:rPr>
          <w:rFonts w:ascii="Courier New" w:hAnsi="Courier New"/>
          <w:color w:val="555555"/>
          <w:sz w:val="20"/>
        </w:rPr>
        <w:t>[20]</w:t>
      </w:r>
    </w:p>
    <w:p>
      <w:r>
        <w:rPr>
          <w:rFonts w:ascii="Gentium Plus" w:hAnsi="Gentium Plus"/>
          <w:sz w:val="24"/>
        </w:rPr>
        <w:t>διδάσκαλος εἰ φιλοῖτο παρ’ αὐτοῦ, οὐχ ἵνα αὐτὸς μάθῃ—πῶς γὰρ ὁ τὰς ἁπάντων ἐμβατεύων καρδίας; —ἀλλ’ ἵνα ἡμᾶς διδάξῃ ὅσον αὐτῷ μέλει τῆς τῶν ποιμνίων ἐπιστασίας τούτων. Τούτου δὲ ὄντος δήλου, κἀκεῖνο ὁμοίως ἔσται φανερὸν ὅτι πολὺς καὶ ἄφατος ἀποκείσεται μισθὸς τῷ περὶ ταῦτα πονουμένῳ ἃ</w:t>
      </w:r>
    </w:p>
    <w:p>
      <w:r>
        <w:rPr>
          <w:rFonts w:ascii="Courier New" w:hAnsi="Courier New"/>
          <w:color w:val="555555"/>
          <w:sz w:val="20"/>
        </w:rPr>
        <w:t>[25]</w:t>
      </w:r>
    </w:p>
    <w:p>
      <w:r>
        <w:rPr>
          <w:rFonts w:ascii="Gentium Plus" w:hAnsi="Gentium Plus"/>
          <w:sz w:val="24"/>
        </w:rPr>
        <w:t>πολλοῦ τιμᾶται ὁ Χριστός. Εἰ γὰρ ἡμεῖς, ὅταν ἴδωμεν τῶν οἰκετῶν ἢ τῶν θρεμμάτων τῶν ἡμετέρων ἐπιμελουμένους τινάς, τῆς περὶ ἡμᾶς ἀγάπης τὴν εἰς ἐκεῖνα σπουδὴν τιθέμεθα σημεῖον, καίτοι γε ἅπαντα ταῦτα χρημάτων ἐστὶν ὠνητά, ὁ μὴ χρημάτων μηδὲ ἄλλου τινὸς τοιούτου, ἀλλ’ ἰδίῳ θανάτῳ</w:t>
      </w:r>
    </w:p>
    <w:p>
      <w:r>
        <w:rPr>
          <w:rFonts w:ascii="Courier New" w:hAnsi="Courier New"/>
          <w:color w:val="555555"/>
          <w:sz w:val="20"/>
        </w:rPr>
        <w:t>[30]</w:t>
      </w:r>
    </w:p>
    <w:p>
      <w:r>
        <w:rPr>
          <w:rFonts w:ascii="Gentium Plus" w:hAnsi="Gentium Plus"/>
          <w:sz w:val="24"/>
        </w:rPr>
        <w:t>τὸ ποίμνιον πριάμενος τοῦτο καὶ τιμὴν τῆς ἀγέλης τὸ αἷμα δοὺς τὸ ἑαυτοῦ, πόσῃ τοὺς ποιμαίνοντας αὐτὴν ἀμείψεται δωρεᾷ; Διά τοι τοῦτο εἰπόντος τοῦ μαθητοῦ· «Σὺ οἶδας, Κύριε, ὅτι φιλῶ σε», καὶ μάρτυρα τῆς ἀγάπης αὐτὸν τὸν ἀγαπώμενον καλέσαντος, οὐκ ἔστη μέχρι τούτων ὁ Σωτήρ,</w:t>
      </w:r>
    </w:p>
    <w:p>
      <w:r>
        <w:rPr>
          <w:rFonts w:ascii="Courier New" w:hAnsi="Courier New"/>
          <w:color w:val="555555"/>
          <w:sz w:val="20"/>
        </w:rPr>
        <w:t>[35]</w:t>
      </w:r>
    </w:p>
    <w:p>
      <w:r>
        <w:rPr>
          <w:rFonts w:ascii="Gentium Plus" w:hAnsi="Gentium Plus"/>
          <w:sz w:val="24"/>
        </w:rPr>
        <w:t>ἀλλὰ καὶ τὸ τῆς ἀγάπης προσέθηκε σημεῖον. Οὐ γὰρ ὅσον αὐτὸν ὁ Πέτρος ἐφίλει, τότε ἐπιδεῖξαι ἐβούλετο—καὶ γὰρ ἐκ πολλῶν τοῦτο ἤδη γέγονεν ἡμῖν δῆλον—, ἀλλ’ ὅσον αὐτὸς τὴν Ἐκκλησίαν ἀγαπᾷ τὴν ἑαυτοῦ, καὶ Πέτρον καὶ πάντας ἡμᾶς μαθεῖν ἠθέλησεν ἵνα πολλὴν καὶ ἡμεῖς περὶ ταῦτα εἰσφέρωμεν</w:t>
      </w:r>
    </w:p>
    <w:p>
      <w:r>
        <w:rPr>
          <w:rFonts w:ascii="Courier New" w:hAnsi="Courier New"/>
          <w:color w:val="555555"/>
          <w:sz w:val="20"/>
        </w:rPr>
        <w:t>[40]</w:t>
      </w:r>
    </w:p>
    <w:p>
      <w:r>
        <w:rPr>
          <w:rFonts w:ascii="Gentium Plus" w:hAnsi="Gentium Plus"/>
          <w:sz w:val="24"/>
        </w:rPr>
        <w:t>τὴν σπουδήν. Διὰ τί γὰρ Υἱοῦ καὶ Μονογενοῦς οὐκ ἐφείσατο ὁ Θεός, ἀλλ’ ὃν μόνον εἶχεν ἐξέδωκεν; ἵνα τοὺς ἐχθρωδῶς πρὸς αὐτὸν διακειμένους ἑαυτῷ καταλλάξῃ καὶ ποιήσῃ λαὸν περιούσιον· διὰ τί καὶ τὸ αἷμα ἐξέχεεν; ἵνα τὰ πρόβατα κτήση‐ ται ταῦτα ἃ τῷ Πέτρῳ καὶ τοῖς μετ’ ἐκεῖνον ἐνεχείριζεν.</w:t>
      </w:r>
    </w:p>
    <w:p>
      <w:r>
        <w:rPr>
          <w:rFonts w:ascii="Courier New" w:hAnsi="Courier New"/>
          <w:color w:val="555555"/>
          <w:sz w:val="20"/>
        </w:rPr>
        <w:t>[45]</w:t>
      </w:r>
    </w:p>
    <w:p>
      <w:r>
        <w:rPr>
          <w:rFonts w:ascii="Gentium Plus" w:hAnsi="Gentium Plus"/>
          <w:sz w:val="24"/>
        </w:rPr>
        <w:t>Εἰκότως ἄρα καὶ δικαίως ἔλεγεν ὁ Χριστός· «Τίς ἄρα ὁ</w:t>
      </w:r>
    </w:p>
    <w:p>
      <w:r>
        <w:rPr>
          <w:rFonts w:ascii="Courier New" w:hAnsi="Courier New"/>
          <w:color w:val="555555"/>
          <w:sz w:val="20"/>
        </w:rPr>
        <w:t>[2 . 1 (50)]</w:t>
      </w:r>
    </w:p>
    <w:p>
      <w:r>
        <w:rPr>
          <w:rFonts w:ascii="Gentium Plus" w:hAnsi="Gentium Plus"/>
          <w:sz w:val="24"/>
        </w:rPr>
        <w:t>τὸν πόθον ἠρώτα, ἀλλὰ δεῖξαι βουλόμενος τῆς οἰκείας ἀγάπης τὴν ὑπερβολήν, οὕτω καὶ νῦν λέγων· «Τίς ἄρα ὁ πιστὸς δοῦλος καὶ φρόνιμος;» οὐ τὸν πιστὸν καὶ φρόνιμον ἀγνοῶν ἔλεγεν, ἀλλὰ παραστῆσαι θέλων τὸ τοῦ πράγματος σπάνιον καὶ τῆς ἀρχῆς ταύτης τὸ μέγεθος. Ὅρα γοῦν καὶ τὸ ἔπαθλον</w:t>
      </w:r>
    </w:p>
    <w:p>
      <w:r>
        <w:rPr>
          <w:rFonts w:ascii="Courier New" w:hAnsi="Courier New"/>
          <w:color w:val="555555"/>
          <w:sz w:val="20"/>
        </w:rPr>
        <w:t>[55]</w:t>
      </w:r>
    </w:p>
    <w:p>
      <w:r>
        <w:rPr>
          <w:rFonts w:ascii="Gentium Plus" w:hAnsi="Gentium Plus"/>
          <w:sz w:val="24"/>
        </w:rPr>
        <w:t>ὅσον· «Ἐπὶ πᾶσι τοῖς ὑπάρχουσιν αὑτοῦ καταστήσει αὐτόν.» Ἔτι οὖν ἀμφισβητήσεις ἡμῖν τοῦ μὴ καλῶς ἠπατῆσθαι, πᾶσι μέλλων ἐπιστήσεσθαι τοῦ Θεοῦ τοῖς ὑπάρχουσι καὶ ταῦτα πράττων ἃ καὶ τὸν Πέτρον ποιοῦντα ἔφησε δυνήσεσθαι</w:t>
      </w:r>
    </w:p>
    <w:p>
      <w:r>
        <w:rPr>
          <w:rFonts w:ascii="Courier New" w:hAnsi="Courier New"/>
          <w:color w:val="555555"/>
          <w:sz w:val="20"/>
        </w:rPr>
        <w:t>[60]</w:t>
      </w:r>
    </w:p>
    <w:p>
      <w:r>
        <w:rPr>
          <w:rFonts w:ascii="Gentium Plus" w:hAnsi="Gentium Plus"/>
          <w:sz w:val="24"/>
        </w:rPr>
        <w:t>καὶ τῶν ἀποστόλων ὑπερακοντίσαι τοὺς λοιπούς· «Πέτρε γάρ, φησί, φιλεῖς με πλεῖον τούτων;» Καίτοι γε ἐνῆν εἰπεῖν πρὸς αὐτόν· Εἰ φιλεῖς με, νηστείαν ἄσκει, χαμευνίαν, ἀγρυ‐ πνίας συντόνους, προΐστασο τῶν ἀδικουμένων, γίνου ὀρφανοῖς ὡς πατὴρ καὶ ἀντὶ ἀνδρὸς τῇ μητρὶ αὐτῶν. Νῦν δὲ πάντα</w:t>
      </w:r>
    </w:p>
    <w:p>
      <w:r>
        <w:rPr>
          <w:rFonts w:ascii="Courier New" w:hAnsi="Courier New"/>
          <w:color w:val="555555"/>
          <w:sz w:val="20"/>
        </w:rPr>
        <w:t>[65]</w:t>
      </w:r>
    </w:p>
    <w:p>
      <w:r>
        <w:rPr>
          <w:rFonts w:ascii="Gentium Plus" w:hAnsi="Gentium Plus"/>
          <w:sz w:val="24"/>
        </w:rPr>
        <w:t>ταῦτα ἀφεὶς τί φησι; «Ποίμαινε τὰ πρόβατά μου.»</w:t>
      </w:r>
    </w:p>
    <w:p>
      <w:pPr>
        <w:jc w:val="center"/>
      </w:pPr>
      <w:r>
        <w:rPr>
          <w:rFonts w:ascii="Gentium Plus" w:hAnsi="Gentium Plus"/>
          <w:b/>
          <w:sz w:val="24"/>
        </w:rPr>
        <w:t>βʹ. Ὅτι ἡ ταύτης</w:t>
      </w:r>
    </w:p>
    <w:p>
      <w:r>
        <w:rPr>
          <w:rFonts w:ascii="Courier New" w:hAnsi="Courier New"/>
          <w:color w:val="555555"/>
          <w:sz w:val="20"/>
        </w:rPr>
        <w:t>[t2]</w:t>
      </w:r>
    </w:p>
    <w:p>
      <w:r>
        <w:rPr>
          <w:rFonts w:ascii="Gentium Plus" w:hAnsi="Gentium Plus"/>
          <w:sz w:val="24"/>
        </w:rPr>
        <w:t>ὑπηρεσία μείζων</w:t>
      </w:r>
    </w:p>
    <w:p>
      <w:r>
        <w:rPr>
          <w:rFonts w:ascii="Courier New" w:hAnsi="Courier New"/>
          <w:color w:val="555555"/>
          <w:sz w:val="20"/>
        </w:rPr>
        <w:t>[t3]</w:t>
      </w:r>
    </w:p>
    <w:p>
      <w:r>
        <w:rPr>
          <w:rFonts w:ascii="Gentium Plus" w:hAnsi="Gentium Plus"/>
          <w:sz w:val="24"/>
        </w:rPr>
        <w:t>τῶν ἄλλων</w:t>
      </w:r>
    </w:p>
    <w:p>
      <w:r>
        <w:rPr>
          <w:rFonts w:ascii="Courier New" w:hAnsi="Courier New"/>
          <w:color w:val="555555"/>
          <w:sz w:val="20"/>
        </w:rPr>
        <w:t>[1]</w:t>
      </w:r>
    </w:p>
    <w:p>
      <w:r>
        <w:rPr>
          <w:rFonts w:ascii="Gentium Plus" w:hAnsi="Gentium Plus"/>
          <w:sz w:val="24"/>
        </w:rPr>
        <w:t>Ἐκεῖνα μὲν γὰρ ἃ προεῖπον καὶ τῶν ἀρχομένων πολλοὶ δύναιντ’ ἂν ἐπιτελεῖν ῥᾳδίως, οὐκ ἄνδρες μόνον, ἀλλὰ καὶ γυναῖκες· ὅταν δὲ Ἐκκλη‐</w:t>
      </w:r>
    </w:p>
    <w:p>
      <w:r>
        <w:rPr>
          <w:rFonts w:ascii="Courier New" w:hAnsi="Courier New"/>
          <w:color w:val="555555"/>
          <w:sz w:val="20"/>
        </w:rPr>
        <w:t>[5]</w:t>
      </w:r>
    </w:p>
    <w:p>
      <w:r>
        <w:rPr>
          <w:rFonts w:ascii="Gentium Plus" w:hAnsi="Gentium Plus"/>
          <w:sz w:val="24"/>
        </w:rPr>
        <w:t>σίας προστῆναι δέῃ καὶ ψυχῶν ἐπιμέλειαν πιστευθῆναι</w:t>
      </w:r>
    </w:p>
    <w:p>
      <w:r>
        <w:rPr>
          <w:rFonts w:ascii="Courier New" w:hAnsi="Courier New"/>
          <w:color w:val="555555"/>
          <w:sz w:val="20"/>
        </w:rPr>
        <w:t>[10]</w:t>
      </w:r>
    </w:p>
    <w:p>
      <w:r>
        <w:rPr>
          <w:rFonts w:ascii="Gentium Plus" w:hAnsi="Gentium Plus"/>
          <w:sz w:val="24"/>
        </w:rPr>
        <w:t>ἀρετὴν ὅσον τοῦ παντὸς ἔθνους Ἑβραίων κατὰ τὸ τοῦ σώματος μέγεθος ὁ Σαούλ, μᾶλλον δὲ καὶ πολλῷ πλέον. Μὴ γάρ μοι μόνον ὑπερωμίας ἐνταῦθα ζητείσθω μέτρον, ἀλλ’ ὅση πρὸς τὰ ἄλογα τῶν λογικῶν ἀνθρώπων ἡ διαφορά, τοσοῦτον τοῦ ποιμένος καὶ τῶν ποιμαινομένων ἔστω τὸ μέσον, ἵνα μὴ καὶ</w:t>
      </w:r>
    </w:p>
    <w:p>
      <w:r>
        <w:rPr>
          <w:rFonts w:ascii="Courier New" w:hAnsi="Courier New"/>
          <w:color w:val="555555"/>
          <w:sz w:val="20"/>
        </w:rPr>
        <w:t>[15]</w:t>
      </w:r>
    </w:p>
    <w:p>
      <w:r>
        <w:rPr>
          <w:rFonts w:ascii="Gentium Plus" w:hAnsi="Gentium Plus"/>
          <w:sz w:val="24"/>
        </w:rPr>
        <w:t>πλέον τι εἴπω· καὶ γὰρ περὶ πολλῷ μειζόνων ὁ κίνδυνος. Ὁ μὲν γὰρ πρόβατα ἀπολλὺς ἢ λύκων ἁρπασάντων ἢ λῃστῶν ἐπιστάντων ἢ λοιμοῦ τινος ἢ καὶ ἄλλου συμπτώματος ἐπι‐ πεσόντος, τύχοι μὲν ἄν τινος καὶ συγγνώμης παρὰ τοῦ κυρίου τῆς ποίμνης· εἰ δὲ καὶ δίκην ἀπαιτοῖτο, μέχρι τῶν χρημάτων</w:t>
      </w:r>
    </w:p>
    <w:p>
      <w:r>
        <w:rPr>
          <w:rFonts w:ascii="Courier New" w:hAnsi="Courier New"/>
          <w:color w:val="555555"/>
          <w:sz w:val="20"/>
        </w:rPr>
        <w:t>[20]</w:t>
      </w:r>
    </w:p>
    <w:p>
      <w:r>
        <w:rPr>
          <w:rFonts w:ascii="Gentium Plus" w:hAnsi="Gentium Plus"/>
          <w:sz w:val="24"/>
        </w:rPr>
        <w:t>ἡ ζημία. Ὁ δὲ ἀνθρώπους πιστευθείς, τὸ λογικὸν τοῦ Χριστοῦ ποίμνιον, πρῶτον μὲν οὐκ εἰς χρήματα, ἀλλ’ εἰς τὴν ἑαυτοῦ ψυχὴν τὴν ζημίαν ὑφίσταται ὑπὲρ τῆς τῶν προβάτων ἀπωλείας.</w:t>
      </w:r>
    </w:p>
    <w:p>
      <w:pPr>
        <w:jc w:val="center"/>
      </w:pPr>
      <w:r>
        <w:rPr>
          <w:rFonts w:ascii="Gentium Plus" w:hAnsi="Gentium Plus"/>
          <w:b/>
          <w:sz w:val="24"/>
        </w:rPr>
        <w:t>γʹ. Ὅτι μεγάλης</w:t>
      </w:r>
    </w:p>
    <w:p>
      <w:r>
        <w:rPr>
          <w:rFonts w:ascii="Courier New" w:hAnsi="Courier New"/>
          <w:color w:val="555555"/>
          <w:sz w:val="20"/>
        </w:rPr>
        <w:t>[t2]</w:t>
      </w:r>
    </w:p>
    <w:p>
      <w:r>
        <w:rPr>
          <w:rFonts w:ascii="Gentium Plus" w:hAnsi="Gentium Plus"/>
          <w:sz w:val="24"/>
        </w:rPr>
        <w:t>δεῖται ψυχῆς καὶ</w:t>
      </w:r>
    </w:p>
    <w:p>
      <w:r>
        <w:rPr>
          <w:rFonts w:ascii="Courier New" w:hAnsi="Courier New"/>
          <w:color w:val="555555"/>
          <w:sz w:val="20"/>
        </w:rPr>
        <w:t>[t3]</w:t>
      </w:r>
    </w:p>
    <w:p>
      <w:r>
        <w:rPr>
          <w:rFonts w:ascii="Gentium Plus" w:hAnsi="Gentium Plus"/>
          <w:sz w:val="24"/>
        </w:rPr>
        <w:t>θαυμαστῆς</w:t>
      </w:r>
    </w:p>
    <w:p>
      <w:r>
        <w:rPr>
          <w:rFonts w:ascii="Courier New" w:hAnsi="Courier New"/>
          <w:color w:val="555555"/>
          <w:sz w:val="20"/>
        </w:rPr>
        <w:t>[1]</w:t>
      </w:r>
    </w:p>
    <w:p>
      <w:r>
        <w:rPr>
          <w:rFonts w:ascii="Gentium Plus" w:hAnsi="Gentium Plus"/>
          <w:sz w:val="24"/>
        </w:rPr>
        <w:t>Ἔπειτα καὶ τὸν ἀγῶνα πολλῷ μείζονα καὶ χαλεπώτερον ἔχει· οὐ γὰρ αὐτῷ πρὸς λύκους ἡ μάχη, οὐδὲ ὑπὲρ λῃστῶν δέδοικεν, οὐδὲ ἵνα</w:t>
      </w:r>
    </w:p>
    <w:p>
      <w:r>
        <w:rPr>
          <w:rFonts w:ascii="Courier New" w:hAnsi="Courier New"/>
          <w:color w:val="555555"/>
          <w:sz w:val="20"/>
        </w:rPr>
        <w:t>[5]</w:t>
      </w:r>
    </w:p>
    <w:p>
      <w:r>
        <w:rPr>
          <w:rFonts w:ascii="Gentium Plus" w:hAnsi="Gentium Plus"/>
          <w:sz w:val="24"/>
        </w:rPr>
        <w:t>λοιμὸν ἀπελάσῃ τῆς ποίμνης φροντίζει. Ἀλλὰ πρὸς τίνας ὁ πόλεμος; μετὰ τίνων ἡ πάλη; Ἄκουε τοῦ μακαρίου Παύλου λέγοντος· «Οὐκ ἔστιν ἡμῖν ἡ πάλη πρὸς αἷμα καὶ σάρκα, ἀλλὰ πρὸς τὰς ἀρχάς, πρὸς τὰς ἐξουσίας, πρὸς τοὺς κοσμο‐ κράτορας τοῦ σκότους τοῦ αἰῶνος τούτου, πρὸς τὰ πνευμα‐</w:t>
      </w:r>
    </w:p>
    <w:p>
      <w:r>
        <w:rPr>
          <w:rFonts w:ascii="Courier New" w:hAnsi="Courier New"/>
          <w:color w:val="555555"/>
          <w:sz w:val="20"/>
        </w:rPr>
        <w:t>[10]</w:t>
      </w:r>
    </w:p>
    <w:p>
      <w:r>
        <w:rPr>
          <w:rFonts w:ascii="Gentium Plus" w:hAnsi="Gentium Plus"/>
          <w:sz w:val="24"/>
        </w:rPr>
        <w:t>τικὰ τῆς πονηρίας, ἐν τοῖς ἐπουρανίοις.» Εἶδες πολεμίων πλῆθος δεινὸν καὶ φάλαγγας ἀγρίας, οὐ σιδήρῳ πεφραγμένας, ἀλλ’ ἀντὶ πάσης πανοπλίας ἀρκουμένας τῇ φύσει; Βούλει καὶ ἕτερον στρατόπεδον ἰδεῖν ἀπηνὲς καὶ ὠμὸν ταύτῃ προσεδρεῦον τῇ ποίμνῃ; Καὶ τοῦτο ἀπὸ τῆς αὐτῆς ὄψει περιωπῆς· ὁ γὰρ περὶ</w:t>
      </w:r>
    </w:p>
    <w:p>
      <w:r>
        <w:rPr>
          <w:rFonts w:ascii="Courier New" w:hAnsi="Courier New"/>
          <w:color w:val="555555"/>
          <w:sz w:val="20"/>
        </w:rPr>
        <w:t>[15]</w:t>
      </w:r>
    </w:p>
    <w:p>
      <w:r>
        <w:rPr>
          <w:rFonts w:ascii="Gentium Plus" w:hAnsi="Gentium Plus"/>
          <w:sz w:val="24"/>
        </w:rPr>
        <w:t>ἐκείνων ἡμῖν διαλεχθείς, οὗτος καὶ τούτους ἡμῖν ὑποδείκνυσι τοὺς ἐχθρούς, ὧδέ πως λέγων· «Φανερά ἐστι τὰ ἔργα τῆς σαρκός, ἅτινά ἐστι πορνεία, μοιχεία, ἀκαθαρσία, ἀσέλγεια, εἰδωλολατρεία, φαρμακεία, ἔχθραι, ἔρεις, ζῆλοι, θυμοί, ἐριθεῖαι, καταλαλιαί, ψιθυρισμοί, φυσιώσεις», καὶ ἕτερα</w:t>
      </w:r>
    </w:p>
    <w:p>
      <w:r>
        <w:rPr>
          <w:rFonts w:ascii="Courier New" w:hAnsi="Courier New"/>
          <w:color w:val="555555"/>
          <w:sz w:val="20"/>
        </w:rPr>
        <w:t>[20]</w:t>
      </w:r>
    </w:p>
    <w:p>
      <w:r>
        <w:rPr>
          <w:rFonts w:ascii="Gentium Plus" w:hAnsi="Gentium Plus"/>
          <w:sz w:val="24"/>
        </w:rPr>
        <w:t>τούτων πλείονα· οὐ γὰρ πάντα κατέλεξεν, ἀλλ’ ἐκ τούτων ἀφῆκεν εἰδέναι καὶ τὰ λοιπά. Καὶ ἐπὶ μὲν τοῦ ποιμένος τῶν ἀλόγων, οἱ βουλόμενοι διαφθεῖραι τὴν ποίμνην, ὅταν ἴδωσι τὸν ἐφεστῶτα φεύγοντα, τὴν πρὸς ἐκεῖνον μάχην ἀφέντες ἀρκοῦνται τῇ τῶν θρεμμάτων</w:t>
      </w:r>
    </w:p>
    <w:p>
      <w:r>
        <w:rPr>
          <w:rFonts w:ascii="Courier New" w:hAnsi="Courier New"/>
          <w:color w:val="555555"/>
          <w:sz w:val="20"/>
        </w:rPr>
        <w:t>[25]</w:t>
      </w:r>
    </w:p>
    <w:p>
      <w:r>
        <w:rPr>
          <w:rFonts w:ascii="Gentium Plus" w:hAnsi="Gentium Plus"/>
          <w:sz w:val="24"/>
        </w:rPr>
        <w:t>ἁρπαγῇ· ἐνταῦθα δέ, κἂν ἅπασαν λάβωσι τὴν ποίμνην, οὐδ’ οὕτω τοῦ ποιμένος ἀφίστανται, ἀλλὰ μᾶλλον ἐφεστήκασι καὶ πλέον θρασύνονται, καὶ οὐ πρότερον παύονται ἕως ἂν ἢ καταβάλωσιν ἐκεῖνον ἢ νικηθῶσιν αὐτοί. Πρὸς δὲ τούτοις τὰ μὲν τῶν θρεμμάτων νοσήματα καθέστηκε φανερά, κἂν λιμὸς</w:t>
      </w:r>
    </w:p>
    <w:p>
      <w:r>
        <w:rPr>
          <w:rFonts w:ascii="Courier New" w:hAnsi="Courier New"/>
          <w:color w:val="555555"/>
          <w:sz w:val="20"/>
        </w:rPr>
        <w:t>[30]</w:t>
      </w:r>
    </w:p>
    <w:p>
      <w:r>
        <w:rPr>
          <w:rFonts w:ascii="Gentium Plus" w:hAnsi="Gentium Plus"/>
          <w:sz w:val="24"/>
        </w:rPr>
        <w:t>ᾖ, κἂν λοιμός, κἂν τραῦμα, κἂν ὁτιδηποτοῦν ἕτερον ᾖ τὸ λυποῦν· οὐ μικρὸν δὲ τοῦτο δύναιντ’ ἂν πρὸς τὴν τῶν ἐνο‐ χλούντων ἀπαλλαγήν. Ἔστι δὲ καὶ ἕτερον τούτου μεῖζον,</w:t>
      </w:r>
    </w:p>
    <w:p>
      <w:r>
        <w:rPr>
          <w:rFonts w:ascii="Courier New" w:hAnsi="Courier New"/>
          <w:color w:val="555555"/>
          <w:sz w:val="20"/>
        </w:rPr>
        <w:t>[35]</w:t>
      </w:r>
    </w:p>
    <w:p>
      <w:r>
        <w:rPr>
          <w:rFonts w:ascii="Gentium Plus" w:hAnsi="Gentium Plus"/>
          <w:sz w:val="24"/>
        </w:rPr>
        <w:t>πρόβατα οἱ ποιμένες δέχεσθαι τὴν ἰατρείαν ὅταν ἑκόντα μὴ ὑπομένῃ· καὶ γὰρ δῆσαι εὔκολον ὅταν καῦσαι δέῃ καὶ τεμεῖν καὶ φυλάξαι ἔνδον ἐπὶ χρόνον πολὺν ἡνίκα ἂν τοῦτο συμφέρῃ καὶ ἑτέραν δὲ ἀνθ’ ἑτέρας προσαγαγεῖν τροφὴν καὶ ἀποκω‐ λῦσαι ναμάτων, καὶ τὰ ἄλλα δὲ πάντα ὅσαπερ ἂν δοκιμάσωσι</w:t>
      </w:r>
    </w:p>
    <w:p>
      <w:r>
        <w:rPr>
          <w:rFonts w:ascii="Courier New" w:hAnsi="Courier New"/>
          <w:color w:val="555555"/>
          <w:sz w:val="20"/>
        </w:rPr>
        <w:t>[40]</w:t>
      </w:r>
    </w:p>
    <w:p>
      <w:r>
        <w:rPr>
          <w:rFonts w:ascii="Gentium Plus" w:hAnsi="Gentium Plus"/>
          <w:sz w:val="24"/>
        </w:rPr>
        <w:t>πρὸς τὴν ἐκείνων ὑγίειαν συμβάλλεσθαι μετὰ πολλῆς προσά‐ γουσι τῆς εὐκολίας. Τὰς δὲ τῶν ἀνθρώπων ἀρρωστίας πρῶτον μὲν οὐκ ἔστιν ἀνθρώπῳ ῥᾴδιον ἰδεῖν· «οὐδεὶς γὰρ οἶδε τὰ τοῦ ἀνθρώπου, εἰ μὴ τὸ πνεῦμα τοῦ ἀνθρώπου τὸ ἐν αὐτῷ.» Πῶς οὖν τις</w:t>
      </w:r>
    </w:p>
    <w:p>
      <w:r>
        <w:rPr>
          <w:rFonts w:ascii="Courier New" w:hAnsi="Courier New"/>
          <w:color w:val="555555"/>
          <w:sz w:val="20"/>
        </w:rPr>
        <w:t>[45]</w:t>
      </w:r>
    </w:p>
    <w:p>
      <w:r>
        <w:rPr>
          <w:rFonts w:ascii="Gentium Plus" w:hAnsi="Gentium Plus"/>
          <w:sz w:val="24"/>
        </w:rPr>
        <w:t>προσαγάγοι τῆς νόσου τὸ φάρμακον ἧς τὸν τρόπον οὐκ οἶδε, πολλάκις δὲ μηδὲ εἰ τυγχάνοι νοσῶν δυνάμενος συνιδεῖν; Ἐπειδὰν δὲ καὶ καταφανὴς γένηται, τότε πλείον’ αὐτῷ παρέχει τὴν δυσκολίαν· οὐ γάρ ἐστι μετὰ τοσαύτης ἐξουσίας ἅπαντας θεραπεύειν ἀνθρώπους μεθ’ ὅσης τὸ πρόβατον ὁ ποιμήν.</w:t>
      </w:r>
    </w:p>
    <w:p>
      <w:r>
        <w:rPr>
          <w:rFonts w:ascii="Courier New" w:hAnsi="Courier New"/>
          <w:color w:val="555555"/>
          <w:sz w:val="20"/>
        </w:rPr>
        <w:t>[2 . 3 (50)]</w:t>
      </w:r>
    </w:p>
    <w:p>
      <w:r>
        <w:rPr>
          <w:rFonts w:ascii="Gentium Plus" w:hAnsi="Gentium Plus"/>
          <w:sz w:val="24"/>
        </w:rPr>
        <w:t>Ἔστι μὲν γὰρ καὶ ἐνταῦθα καὶ δῆσαι καὶ τροφῆς ἀπεῖρξαι καὶ καῦσαι καὶ τεμεῖν· ἀλλ’ ἡ ἐξουσία τοῦ δέξασθαι τὴν ἰατρείαν οὐκ ἐν τῷ προσάγοντι τὸ φάρμακον, ἀλλ’ ἐν τῷ κάμνοντι κεῖται. Τοῦτο γὰρ καὶ ὁ θαυμάσιος ἐκεῖνος ἀνὴρ συνειδὼς Κορινθίοις ἔλεγεν· «Οὐχ ὅτι κυριεύομεν ὑμῶν τῆς</w:t>
      </w:r>
    </w:p>
    <w:p>
      <w:r>
        <w:rPr>
          <w:rFonts w:ascii="Courier New" w:hAnsi="Courier New"/>
          <w:color w:val="555555"/>
          <w:sz w:val="20"/>
        </w:rPr>
        <w:t>[55]</w:t>
      </w:r>
    </w:p>
    <w:p>
      <w:r>
        <w:rPr>
          <w:rFonts w:ascii="Gentium Plus" w:hAnsi="Gentium Plus"/>
          <w:sz w:val="24"/>
        </w:rPr>
        <w:t>πίστεως, ἀλλὰ σύνεργοί ἐσμεν τῆς χαρᾶς ὑμῶν.» Μάλιστα μὲν γὰρ ἁπάντων χριστιανοῖς οὐκ ἐφεῖται πρὸς βίαν ἐπα‐ νορθοῦν τὰ τῶν ἁμαρτανόντων πταίσματα. Ἀλλ’ οἱ μὲν ἔξωθεν δικασταὶ τοὺς κακούργους ὅταν ὑπὸ τοῖς νόμοις λάβωσι πολλὴν ἐπιδείκνυνται τὴν ἐξουσίαν καὶ ἄκοντας τοῖς</w:t>
      </w:r>
    </w:p>
    <w:p>
      <w:r>
        <w:rPr>
          <w:rFonts w:ascii="Courier New" w:hAnsi="Courier New"/>
          <w:color w:val="555555"/>
          <w:sz w:val="20"/>
        </w:rPr>
        <w:t>[60]</w:t>
      </w:r>
    </w:p>
    <w:p>
      <w:r>
        <w:rPr>
          <w:rFonts w:ascii="Gentium Plus" w:hAnsi="Gentium Plus"/>
          <w:sz w:val="24"/>
        </w:rPr>
        <w:t>τρόποις κωλύουσι χρῆσθαι τοῖς αὐτῶν· ἐνταῦθα δὲ οὐ βια‐ ζόμενον, ἀλλὰ πείθοντα δεῖ ποιεῖν ἀμείνω τὸν τοιοῦτον. Οὔτε γὰρ ἡμῖν ἐξουσία τοσαύτη παρὰ τῶν νόμων δέδοται πρὸς τὸ κωλύειν τοὺς ἁμαρτάνοντας, οὔτε, εἰ καὶ ἔδωκαν, εἴχομεν ὅπου καὶ χρησόμεθα τῇ δυνάμει, οὐ τοὺς ἀνάγκῃ τῆς κακίας,</w:t>
      </w:r>
    </w:p>
    <w:p>
      <w:r>
        <w:rPr>
          <w:rFonts w:ascii="Courier New" w:hAnsi="Courier New"/>
          <w:color w:val="555555"/>
          <w:sz w:val="20"/>
        </w:rPr>
        <w:t>[65]</w:t>
      </w:r>
    </w:p>
    <w:p>
      <w:r>
        <w:rPr>
          <w:rFonts w:ascii="Gentium Plus" w:hAnsi="Gentium Plus"/>
          <w:sz w:val="24"/>
        </w:rPr>
        <w:t>ἀλλὰ τοὺς προαιρέσει ταύτης ἀπεχομένους στεφανοῦντος τοῦ Θεοῦ. Διὰ τοῦτο πολλῆς χρεία τῆς μηχανῆς ἵνα πεισθῶσιν ἑκόντες ἑαυτοὺς ὑπέχειν ταῖς παρὰ τῶν ἱερέων θεραπείαις οἱ κάμνοντες, καὶ οὐ τοῦτο μόνον, ἀλλ’ ἵνα καὶ χάριν εἰδῶσι τῆς ἰατρείας αὐτοῖς. Ἄν τε γάρ τις σκιρτήσῃ δεθείς—κύριος</w:t>
      </w:r>
    </w:p>
    <w:p>
      <w:r>
        <w:rPr>
          <w:rFonts w:ascii="Courier New" w:hAnsi="Courier New"/>
          <w:color w:val="555555"/>
          <w:sz w:val="20"/>
        </w:rPr>
        <w:t>[70]</w:t>
      </w:r>
    </w:p>
    <w:p>
      <w:r>
        <w:rPr>
          <w:rFonts w:ascii="Gentium Plus" w:hAnsi="Gentium Plus"/>
          <w:sz w:val="24"/>
        </w:rPr>
        <w:t>γάρ ἐστι τούτου—, χεῖρον εἰργάσατο τὸ δεινόν· ἄν τε τοὺς σιδήρου δίκην τέμνοντας λόγους παραπέμψηται, προσέθηκε διὰ τῆς καταφρονήσεως τραῦμα ἕτερον καὶ γέγονεν ἡ τῆς θεραπείας πρόφασις, νόσου χαλεπωτέρας ὑπόθεσις· ὁ γὰρ καταναγκάζων καὶ ἄκοντα θεραπεῦσαι δυνάμενος οὐκ ἔστι.</w:t>
      </w:r>
    </w:p>
    <w:p>
      <w:pPr>
        <w:jc w:val="center"/>
      </w:pPr>
      <w:r>
        <w:rPr>
          <w:rFonts w:ascii="Gentium Plus" w:hAnsi="Gentium Plus"/>
          <w:b/>
          <w:sz w:val="24"/>
        </w:rPr>
        <w:t>δʹ. Ὅτι πολλῆς τὸ</w:t>
      </w:r>
    </w:p>
    <w:p>
      <w:r>
        <w:rPr>
          <w:rFonts w:ascii="Courier New" w:hAnsi="Courier New"/>
          <w:color w:val="555555"/>
          <w:sz w:val="20"/>
        </w:rPr>
        <w:t>[t2]</w:t>
      </w:r>
    </w:p>
    <w:p>
      <w:r>
        <w:rPr>
          <w:rFonts w:ascii="Gentium Plus" w:hAnsi="Gentium Plus"/>
          <w:sz w:val="24"/>
        </w:rPr>
        <w:t>πρᾶγμα δυσκολίας</w:t>
      </w:r>
    </w:p>
    <w:p>
      <w:r>
        <w:rPr>
          <w:rFonts w:ascii="Courier New" w:hAnsi="Courier New"/>
          <w:color w:val="555555"/>
          <w:sz w:val="20"/>
        </w:rPr>
        <w:t>[t3]</w:t>
      </w:r>
    </w:p>
    <w:p>
      <w:r>
        <w:rPr>
          <w:rFonts w:ascii="Gentium Plus" w:hAnsi="Gentium Plus"/>
          <w:sz w:val="24"/>
        </w:rPr>
        <w:t>γέμει καὶ κινδύνων</w:t>
      </w:r>
    </w:p>
    <w:p>
      <w:r>
        <w:rPr>
          <w:rFonts w:ascii="Courier New" w:hAnsi="Courier New"/>
          <w:color w:val="555555"/>
          <w:sz w:val="20"/>
        </w:rPr>
        <w:t>[1]</w:t>
      </w:r>
    </w:p>
    <w:p>
      <w:r>
        <w:rPr>
          <w:rFonts w:ascii="Gentium Plus" w:hAnsi="Gentium Plus"/>
          <w:sz w:val="24"/>
        </w:rPr>
        <w:t>Τί οὖν ἄν τις ποιήσειε; Καὶ γὰρ ἂν πραότερον προσενεχθῇς τῷ πολ‐ λῆς ἀποτομίας δεομένῳ καὶ μὴ δῷς βαθεῖαν τὴν πληγὴν τῷ τοιαύτης</w:t>
      </w:r>
    </w:p>
    <w:p>
      <w:r>
        <w:rPr>
          <w:rFonts w:ascii="Courier New" w:hAnsi="Courier New"/>
          <w:color w:val="555555"/>
          <w:sz w:val="20"/>
        </w:rPr>
        <w:t>[5]</w:t>
      </w:r>
    </w:p>
    <w:p>
      <w:r>
        <w:rPr>
          <w:rFonts w:ascii="Gentium Plus" w:hAnsi="Gentium Plus"/>
          <w:sz w:val="24"/>
        </w:rPr>
        <w:t>χρείαν ἔχοντι, τὸ μὲν περιέκοψας, τὸ δὲ ἀφῆκας τοῦ τραύμα‐ τος· κἂν ἀφειδῶς τὴν ὀφειλομένην ἐπαγάγῃς τομήν, πολλάκις ἀπογνοὺς πρὸς τὰς ἀλγηδόνας ἐκεῖνος, ἀθρόως ἅπαντα ῥίψας</w:t>
      </w:r>
    </w:p>
    <w:p>
      <w:r>
        <w:rPr>
          <w:rFonts w:ascii="Courier New" w:hAnsi="Courier New"/>
          <w:color w:val="555555"/>
          <w:sz w:val="20"/>
        </w:rPr>
        <w:t>[10]</w:t>
      </w:r>
    </w:p>
    <w:p>
      <w:r>
        <w:rPr>
          <w:rFonts w:ascii="Gentium Plus" w:hAnsi="Gentium Plus"/>
          <w:sz w:val="24"/>
        </w:rPr>
        <w:t>πολλοὺς ἂν ἔχοιμι λέγειν τοὺς εἰς ἔσχατα ἐξοκείλαντας κακὰ διὰ τὸ δίκην ἀπαιτηθῆναι τῶν ἁμαρτημάτων ἀξίαν. Οὐ γὰρ ἁπλῶς πρὸς τὸ τῶν ἁμαρτημάτων μέτρον δεῖ καὶ τὴν ἐπι‐ τιμίαν ἐπάγειν, ἀλλὰ καὶ τῆς τῶν ἁμαρτανόντων στοχάζεσθαι προαιρέσεως, μή ποτε ῥάψαι τὸ διερρωγὸς βουλόμενος χεῖρον</w:t>
      </w:r>
    </w:p>
    <w:p>
      <w:r>
        <w:rPr>
          <w:rFonts w:ascii="Courier New" w:hAnsi="Courier New"/>
          <w:color w:val="555555"/>
          <w:sz w:val="20"/>
        </w:rPr>
        <w:t>[15]</w:t>
      </w:r>
    </w:p>
    <w:p>
      <w:r>
        <w:rPr>
          <w:rFonts w:ascii="Gentium Plus" w:hAnsi="Gentium Plus"/>
          <w:sz w:val="24"/>
        </w:rPr>
        <w:t>τὸ σχίσμα ποιήσῃς καὶ ἀνορθῶσαι τὸ καταπεπτωκὸς σπου‐ δάζων μείζονα ἐργάσῃ τὴν πτῶσιν. Οἱ γὰρ ἀσθενεῖς καὶ διακεχυμένοι καὶ τὸ πλέον τῇ τοῦ κόσμου προσδεδεμένοι τρυφῇ, ἔτι δὲ καὶ ἐπὶ γένει καὶ δυναστείᾳ μέγα φρονεῖν ἔχοντες, ἠρέμα μὲν καὶ κατὰ μικρὸν ἐν οἷς ἂν ἁμαρτάνωσιν</w:t>
      </w:r>
    </w:p>
    <w:p>
      <w:r>
        <w:rPr>
          <w:rFonts w:ascii="Courier New" w:hAnsi="Courier New"/>
          <w:color w:val="555555"/>
          <w:sz w:val="20"/>
        </w:rPr>
        <w:t>[20]</w:t>
      </w:r>
    </w:p>
    <w:p>
      <w:r>
        <w:rPr>
          <w:rFonts w:ascii="Gentium Plus" w:hAnsi="Gentium Plus"/>
          <w:sz w:val="24"/>
        </w:rPr>
        <w:t>ἐπιστρεφόμενοι, δύναιντ’ ἄν, εἰ καὶ μὴ τέλεον, ἀλλ’ οὖν ἐκ μέρους τῶν κατεχόντων αὐτοὺς ἀπαλλαγῆναι κακῶν· ἂν δὲ ἀθρόον τις ἐπαγάγῃ τὴν παίδευσιν, καὶ τῆς ἐλάττονος αὐτοὺς ἀπεστέρησε διορθώσεως. Ψυχὴ γὰρ ἐπειδὰν ἅπαξ ἀπερυθριᾶ‐ σαι βιασθῇ, εἰς ἀναλγησίαν ἐκπίπτει, καὶ οὔτε προσηνέσιν</w:t>
      </w:r>
    </w:p>
    <w:p>
      <w:r>
        <w:rPr>
          <w:rFonts w:ascii="Courier New" w:hAnsi="Courier New"/>
          <w:color w:val="555555"/>
          <w:sz w:val="20"/>
        </w:rPr>
        <w:t>[25]</w:t>
      </w:r>
    </w:p>
    <w:p>
      <w:r>
        <w:rPr>
          <w:rFonts w:ascii="Gentium Plus" w:hAnsi="Gentium Plus"/>
          <w:sz w:val="24"/>
        </w:rPr>
        <w:t>εἴκει λόγοις λοιπόν, οὔτε ἀπειλαῖς κάμπτεται, οὐκ εὐεργε‐ σίαις προτρέπεται, ἀλλὰ γίνεται πολὺ χείρων τῆς πόλεως ἐκείνης ἣν ὁ προφήτης κακίζων ἔλεγεν· «Ὄψις πόρνης ἐγένετό σοι, ἀπηναισχύντησας πρὸς πάντας.» Διὰ τοῦτο πολλῆς δεῖ τῆς συνέσεως τῷ ποιμένι καὶ μυρίων</w:t>
      </w:r>
    </w:p>
    <w:p>
      <w:r>
        <w:rPr>
          <w:rFonts w:ascii="Courier New" w:hAnsi="Courier New"/>
          <w:color w:val="555555"/>
          <w:sz w:val="20"/>
        </w:rPr>
        <w:t>[30]</w:t>
      </w:r>
    </w:p>
    <w:p>
      <w:r>
        <w:rPr>
          <w:rFonts w:ascii="Gentium Plus" w:hAnsi="Gentium Plus"/>
          <w:sz w:val="24"/>
        </w:rPr>
        <w:t>ὀφθαλμῶν πρὸς τὸ περισκοπεῖν πάντοθεν τὴν τῆς ψυχῆς ἕξιν. Ὥσπερ γὰρ εἰς ἀπόνοιαν αἴρονται πολλοὶ καὶ εἰς ἀπόγνωσιν</w:t>
      </w:r>
    </w:p>
    <w:p>
      <w:r>
        <w:rPr>
          <w:rFonts w:ascii="Courier New" w:hAnsi="Courier New"/>
          <w:color w:val="555555"/>
          <w:sz w:val="20"/>
        </w:rPr>
        <w:t>[35]</w:t>
      </w:r>
    </w:p>
    <w:p>
      <w:r>
        <w:rPr>
          <w:rFonts w:ascii="Gentium Plus" w:hAnsi="Gentium Plus"/>
          <w:sz w:val="24"/>
        </w:rPr>
        <w:t>ἐκτρέπονται καὶ πολλῷ γίνονται χείρους καὶ πρὸς τὸ μείζονα ἁμαρτάνειν προάγονται. Χρὴ τοίνυν μηδὲν τούτων ἀνεξέ‐ ταστον ἀφεῖναι, ἀλλὰ πάντα διερευνησάμενον ἀκριβῶς καταλ‐ λήλως τὰ παρ’ ἑαυτοῦ προσάγειν τὸν ἱερωμένον ἵνα μὴ μάταιος αὐτῷ γίνηται ἡ σπουδή.</w:t>
      </w:r>
    </w:p>
    <w:p>
      <w:r>
        <w:rPr>
          <w:rFonts w:ascii="Courier New" w:hAnsi="Courier New"/>
          <w:color w:val="555555"/>
          <w:sz w:val="20"/>
        </w:rPr>
        <w:t>[40]</w:t>
      </w:r>
    </w:p>
    <w:p>
      <w:r>
        <w:rPr>
          <w:rFonts w:ascii="Gentium Plus" w:hAnsi="Gentium Plus"/>
          <w:sz w:val="24"/>
        </w:rPr>
        <w:t>Οὐκ ἐν τούτῳ δὲ μόνῳ, ἀλλὰ καὶ ἐν τῷ τὰ ἀπερρηγμένα τῆς Ἐκκλησίας μέλη συνάπτειν πολλὰ ἴδοι τις ἂν αὐτὸν ἔχοντα πράγματα. Ὁ μὲν γὰρ τῶν προβάτων ποιμὴν ἔχει τὸ ποίμ‐ νιον ἑπόμενον ᾗπερ ἂν ἡγῆται· εἰ δὲ καὶ ἐκτρέποιτό τινα τῆς εὐθείας ὁδοῦ καὶ τὴν ἀγαθὴν ἀφιέντα νομὴν λεπτόγεα καὶ</w:t>
      </w:r>
    </w:p>
    <w:p>
      <w:r>
        <w:rPr>
          <w:rFonts w:ascii="Courier New" w:hAnsi="Courier New"/>
          <w:color w:val="555555"/>
          <w:sz w:val="20"/>
        </w:rPr>
        <w:t>[45]</w:t>
      </w:r>
    </w:p>
    <w:p>
      <w:r>
        <w:rPr>
          <w:rFonts w:ascii="Gentium Plus" w:hAnsi="Gentium Plus"/>
          <w:sz w:val="24"/>
        </w:rPr>
        <w:t>ἀπόκρημνα βόσκοιτο χωρία, ἀρκεῖ βοήσαντα σφοδρότερον συνελάσαι πάλιν καὶ εἰς τὴν ποίμνην ἐπαναγαγεῖν τὸ χωρι‐ σθέν. Εἰ δὲ τῆς εὐθείας ἄνθρωπος ἀποπλανηθείη πίστεως, πολλῆς δεῖ τῷ ποιμένι τῆς πραγματείας, τῆς καρτερίας, τῆς ὑπομονῆς· οὐ γὰρ ἑλκύσαι πρὸς βίαν ἔστιν, οὐδὲ ἀναγκάσαι</w:t>
      </w:r>
    </w:p>
    <w:p>
      <w:r>
        <w:rPr>
          <w:rFonts w:ascii="Courier New" w:hAnsi="Courier New"/>
          <w:color w:val="555555"/>
          <w:sz w:val="20"/>
        </w:rPr>
        <w:t>[2 . 4 (50)]</w:t>
      </w:r>
    </w:p>
    <w:p>
      <w:r>
        <w:rPr>
          <w:rFonts w:ascii="Gentium Plus" w:hAnsi="Gentium Plus"/>
          <w:sz w:val="24"/>
        </w:rPr>
        <w:t>φόβῳ, πείσαντα δὲ δεῖ πάλιν πρὸς τὴν ἀλήθειαν ἐπαναγαγεῖν ὅθεν ἐξέπεσε τὴν ἀρχήν. Γενναίας οὖν δεῖ ψυχῆς ἵνα μὴ περικακῇ, ἵνα μὴ ἀπογινώσκῃ τὴν τῶν πλανωμένων σωτη‐ ρίαν, ἵνα συνεχῶς ἐκεῖνο καὶ λογίζηται καὶ λέγῃ· «Μήποτε δῷ αὐτοῖς ὁ Θεὸς ἐπίγνωσιν ἀληθείας καὶ ἀνανήψωσιν ἐκ</w:t>
      </w:r>
    </w:p>
    <w:p>
      <w:r>
        <w:rPr>
          <w:rFonts w:ascii="Courier New" w:hAnsi="Courier New"/>
          <w:color w:val="555555"/>
          <w:sz w:val="20"/>
        </w:rPr>
        <w:t>[55]</w:t>
      </w:r>
    </w:p>
    <w:p>
      <w:r>
        <w:rPr>
          <w:rFonts w:ascii="Gentium Plus" w:hAnsi="Gentium Plus"/>
          <w:sz w:val="24"/>
        </w:rPr>
        <w:t>τῆς τοῦ διαβόλου παγίδος.» Διὰ ταῦτα τοῖς μαθηταῖς ὁ Κύριος διαλεγόμενος ἔφη· «Τίς ἄρα ὁ πιστὸς δοῦλος καὶ φρόνιμος;» Ὁ μὲν γὰρ ἑαυτὸν ἀσκῶν εἰς ἑαυτὸν μόνον περιΐστησι τὴν ὠφέλειαν· τὸ δὲ τῆς ποιμαντικῆς κέρδος εἰς ἅπαντα διαβαίνει τὸν λαόν. Καὶ ὁ μὲν χρήματα διανέμων τοῖς</w:t>
      </w:r>
    </w:p>
    <w:p>
      <w:r>
        <w:rPr>
          <w:rFonts w:ascii="Courier New" w:hAnsi="Courier New"/>
          <w:color w:val="555555"/>
          <w:sz w:val="20"/>
        </w:rPr>
        <w:t>[60]</w:t>
      </w:r>
    </w:p>
    <w:p>
      <w:r>
        <w:rPr>
          <w:rFonts w:ascii="Gentium Plus" w:hAnsi="Gentium Plus"/>
          <w:sz w:val="24"/>
        </w:rPr>
        <w:t>δεομένοις ἢ καὶ ἑτέρως πως ἀδικουμένοις ἀμύνων ὤνησε μέν τι καὶ οὗτος τοὺς πλησίον, τοσούτῳ δὲ ἔλαττον τοῦ ἱερέως ὅσῳ τὸ μέσον σώματος πρὸς ψυχήν. Εἰκότως ἄρα τῆς εἰς αὐτὸν ἀγάπης τὴν περὶ τὰ ποίμνια σπουδὴν ὁ Κύριος ἔφησεν εἶναι σημεῖον.</w:t>
      </w:r>
    </w:p>
    <w:p>
      <w:pPr>
        <w:jc w:val="center"/>
      </w:pPr>
      <w:r>
        <w:rPr>
          <w:rFonts w:ascii="Gentium Plus" w:hAnsi="Gentium Plus"/>
          <w:b/>
          <w:sz w:val="24"/>
        </w:rPr>
        <w:t>εʹ. Ὅτι τῆς εἰς τὸν</w:t>
      </w:r>
    </w:p>
    <w:p>
      <w:r>
        <w:rPr>
          <w:rFonts w:ascii="Courier New" w:hAnsi="Courier New"/>
          <w:color w:val="555555"/>
          <w:sz w:val="20"/>
        </w:rPr>
        <w:t>[t2]</w:t>
      </w:r>
    </w:p>
    <w:p>
      <w:r>
        <w:rPr>
          <w:rFonts w:ascii="Gentium Plus" w:hAnsi="Gentium Plus"/>
          <w:sz w:val="24"/>
        </w:rPr>
        <w:t>Χριστὸν ἀγάπης</w:t>
      </w:r>
    </w:p>
    <w:p>
      <w:r>
        <w:rPr>
          <w:rFonts w:ascii="Courier New" w:hAnsi="Courier New"/>
          <w:color w:val="555555"/>
          <w:sz w:val="20"/>
        </w:rPr>
        <w:t>[t3]</w:t>
      </w:r>
    </w:p>
    <w:p>
      <w:r>
        <w:rPr>
          <w:rFonts w:ascii="Gentium Plus" w:hAnsi="Gentium Plus"/>
          <w:sz w:val="24"/>
        </w:rPr>
        <w:t>ἕνεκεν τὸ</w:t>
      </w:r>
    </w:p>
    <w:p>
      <w:r>
        <w:rPr>
          <w:rFonts w:ascii="Courier New" w:hAnsi="Courier New"/>
          <w:color w:val="555555"/>
          <w:sz w:val="20"/>
        </w:rPr>
        <w:t>[t4]</w:t>
      </w:r>
    </w:p>
    <w:p>
      <w:r>
        <w:rPr>
          <w:rFonts w:ascii="Gentium Plus" w:hAnsi="Gentium Plus"/>
          <w:sz w:val="24"/>
        </w:rPr>
        <w:t>πρᾶγμα ἐφύγομεν</w:t>
      </w:r>
    </w:p>
    <w:p>
      <w:r>
        <w:rPr>
          <w:rFonts w:ascii="Courier New" w:hAnsi="Courier New"/>
          <w:color w:val="555555"/>
          <w:sz w:val="20"/>
        </w:rPr>
        <w:t>[1]</w:t>
      </w:r>
    </w:p>
    <w:p>
      <w:r>
        <w:rPr>
          <w:rFonts w:ascii="Gentium Plus" w:hAnsi="Gentium Plus"/>
          <w:sz w:val="24"/>
        </w:rPr>
        <w:t>ΒΑΣ. Σὺ δέ, φησίν, οὐ φιλεῖς τὸν Χριστόν; ΙΩ. Καὶ φιλῶ καὶ φιλῶν οὐ παύ‐ σομαί ποτε· δέδοικα δὲ μὴ παροξύνω</w:t>
      </w:r>
    </w:p>
    <w:p>
      <w:r>
        <w:rPr>
          <w:rFonts w:ascii="Courier New" w:hAnsi="Courier New"/>
          <w:color w:val="555555"/>
          <w:sz w:val="20"/>
        </w:rPr>
        <w:t>[5]</w:t>
      </w:r>
    </w:p>
    <w:p>
      <w:r>
        <w:rPr>
          <w:rFonts w:ascii="Gentium Plus" w:hAnsi="Gentium Plus"/>
          <w:sz w:val="24"/>
        </w:rPr>
        <w:t>τὸν φιλούμενον ὑπ’ ἐμοῦ. ΒΑΣ. Καὶ τί τούτου γένοιτ’ ἂν αἴνιγμα, φησίν, ἀσαφέστε‐ ρον, εἰ ὁ μὲν Χριστὸς τὸν φιλοῦντα αὐτὸν ποιμαίνειν προσέ‐ ταξεν αὐτοῦ τὰ πρόβατα, σὺ δὲ διὰ τοῦτο φῇς οὐ ποιμαίνειν ἐπειδὴ τὸν τοῦτο προστάξαντα φιλεῖς;</w:t>
      </w:r>
    </w:p>
    <w:p>
      <w:r>
        <w:rPr>
          <w:rFonts w:ascii="Courier New" w:hAnsi="Courier New"/>
          <w:color w:val="555555"/>
          <w:sz w:val="20"/>
        </w:rPr>
        <w:t>[10]</w:t>
      </w:r>
    </w:p>
    <w:p>
      <w:r>
        <w:rPr>
          <w:rFonts w:ascii="Gentium Plus" w:hAnsi="Gentium Plus"/>
          <w:sz w:val="24"/>
        </w:rPr>
        <w:t>ΙΩ. Οὐκ ἔστιν αἴνιγμα, ἔφην, ὁ λόγος, ἀλλὰ καὶ λίαν σαφὴς καὶ ἁπλοῦς. Εἰ μὲν γὰρ ἱκανῶς ἔχων διοικῆσαι τὴν ἀρχὴν ταύτην καθὼς ὁ Χριστὸς ἤθελεν, εἶτα ἀπέφυγον, ἔδει πρὸς τὸ παρ’ ἐμοῦ λεγόμενον ἀπορεῖν· ἐπειδὴ δὲ ἄχρηστόν με πρὸς τὴν διακονίαν ταύτην ἡ τῆς ψυχῆς ἀσθένεια καθίστησι, ποῦ</w:t>
      </w:r>
    </w:p>
    <w:p>
      <w:r>
        <w:rPr>
          <w:rFonts w:ascii="Courier New" w:hAnsi="Courier New"/>
          <w:color w:val="555555"/>
          <w:sz w:val="20"/>
        </w:rPr>
        <w:t>[15]</w:t>
      </w:r>
    </w:p>
    <w:p>
      <w:r>
        <w:rPr>
          <w:rFonts w:ascii="Gentium Plus" w:hAnsi="Gentium Plus"/>
          <w:sz w:val="24"/>
        </w:rPr>
        <w:t>ζητήσεως ἄξιον τὸ λεγόμενον; Καὶ γὰρ δέδοικα μὴ τὴν ἀγέλην τοῦ Χριστοῦ σφριγῶσαν καὶ εὐτραφῆ παραλαβών,</w:t>
      </w:r>
    </w:p>
    <w:p>
      <w:r>
        <w:rPr>
          <w:rFonts w:ascii="Courier New" w:hAnsi="Courier New"/>
          <w:color w:val="555555"/>
          <w:sz w:val="20"/>
        </w:rPr>
        <w:t>[20]</w:t>
      </w:r>
    </w:p>
    <w:p>
      <w:r>
        <w:rPr>
          <w:rFonts w:ascii="Gentium Plus" w:hAnsi="Gentium Plus"/>
          <w:sz w:val="24"/>
        </w:rPr>
        <w:t>ΒΑΣ. Παίζων λέγεις ταῦτα, φησίν· εἰ γὰρ σπουδάζων, οὐκ οἶδα πῶς ἂν ἑτέρως μᾶλλον ἡμᾶς ἀπέδειξας δικαίως ἀλγοῦντας ἢ διὰ τῶν ῥημάτων τούτων δι’ ὧν ἀποκρούσασθαι τὴν ἀθυμίαν ἐσπούδασας. Ἐγὼ γὰρ καὶ πρότερον εἰδὼς ὅτι με ἠπάτησας καὶ προὔδωκας, νῦν δὲ πολλῷ πλέον ὅτε καὶ τὰ ἐγκλήματα</w:t>
      </w:r>
    </w:p>
    <w:p>
      <w:r>
        <w:rPr>
          <w:rFonts w:ascii="Courier New" w:hAnsi="Courier New"/>
          <w:color w:val="555555"/>
          <w:sz w:val="20"/>
        </w:rPr>
        <w:t>[25]</w:t>
      </w:r>
    </w:p>
    <w:p>
      <w:r>
        <w:rPr>
          <w:rFonts w:ascii="Gentium Plus" w:hAnsi="Gentium Plus"/>
          <w:sz w:val="24"/>
        </w:rPr>
        <w:t>ἀποδύσασθαι ἐπεχείρησας, τοῦτο μανθάνω καὶ συνίημι καλῶς οἷ τῶν κακῶν με ἤγαγες. Εἰ γὰρ διὰ τοῦτο σαυτὸν ὑπεξήγαγες τῆς τοιαύτης λειτουργίας ὅτι συνεῖδες οὐκ ἀρκοῦσάν σου τὴν ψυχὴν πρὸς τὸν τοῦ πράγματος ὄγκον, ἐμὲ πρότερον ἐξε‐ λέσθαι ἐχρῆν καὶ εἰ πολλὴν πρὸς τοῦτο ἐπιθυμίαν ἔχων</w:t>
      </w:r>
    </w:p>
    <w:p>
      <w:r>
        <w:rPr>
          <w:rFonts w:ascii="Courier New" w:hAnsi="Courier New"/>
          <w:color w:val="555555"/>
          <w:sz w:val="20"/>
        </w:rPr>
        <w:t>[30]</w:t>
      </w:r>
    </w:p>
    <w:p>
      <w:r>
        <w:rPr>
          <w:rFonts w:ascii="Gentium Plus" w:hAnsi="Gentium Plus"/>
          <w:sz w:val="24"/>
        </w:rPr>
        <w:t>ἐτύγχανον, μὴ ὅτι καὶ πᾶσαν τὴν ὑπὲρ τούτων ἐπέτρεψά σοι βουλήν. Νῦν δὲ τὸ σαυτοῦ μόνον ἰδὼν τὸ ἡμέτερον παρεῖδες· εἴθε μὲν οὖν παρεῖδες, καὶ ἀγαπητὸν ἦν, σὺ δὲ καὶ ὅπως εὐχείρωτοι γενώμεθα τοῖς βουλομένοις λαβεῖν ἐπεβούλευσας. Οὐδὲ γὰρ εἰς ἐκεῖνο καταφυγεῖν ἔχοις ἂν ὅτι ἡ τῶν πολλῶν</w:t>
      </w:r>
    </w:p>
    <w:p>
      <w:r>
        <w:rPr>
          <w:rFonts w:ascii="Courier New" w:hAnsi="Courier New"/>
          <w:color w:val="555555"/>
          <w:sz w:val="20"/>
        </w:rPr>
        <w:t>[35]</w:t>
      </w:r>
    </w:p>
    <w:p>
      <w:r>
        <w:rPr>
          <w:rFonts w:ascii="Gentium Plus" w:hAnsi="Gentium Plus"/>
          <w:sz w:val="24"/>
        </w:rPr>
        <w:t>δόξα ἠπάτησέ σε καὶ μεγάλα τινὰ καὶ θαυμαστὰ περὶ ἡμῶν ὑποπτεύειν ἔπεισεν· οὔτε γὰρ τῶν θαυμαζομένων καὶ ἐπισή‐ μων ἡμεῖς, οὔτε, εἰ καὶ τοῦτο οὕτως ἔχον ἐτύγχανε, τὴν τῶν πολλῶν δόξαν τῆς ἀληθείας προτιμῆσαι ἐχρῆν. Εἰ μὲν γὰρ μηδέποτέ σοι πεῖραν τῆς ἡμετέρας ἔδομεν συνουσίας, ἐδόκει</w:t>
      </w:r>
    </w:p>
    <w:p>
      <w:r>
        <w:rPr>
          <w:rFonts w:ascii="Courier New" w:hAnsi="Courier New"/>
          <w:color w:val="555555"/>
          <w:sz w:val="20"/>
        </w:rPr>
        <w:t>[40]</w:t>
      </w:r>
    </w:p>
    <w:p>
      <w:r>
        <w:rPr>
          <w:rFonts w:ascii="Gentium Plus" w:hAnsi="Gentium Plus"/>
          <w:sz w:val="24"/>
        </w:rPr>
        <w:t>τις εἶναί σοι πρόφασις εὔλογος ἀπὸ τῆς τῶν πολλῶν φήμης φέροντι τὴν ψῆφον· εἰ δὲ οὐδεὶς οὕτω τὰ ἡμέτερα οἶδεν, ἀλλὰ</w:t>
      </w:r>
    </w:p>
    <w:p>
      <w:r>
        <w:rPr>
          <w:rFonts w:ascii="Courier New" w:hAnsi="Courier New"/>
          <w:color w:val="555555"/>
          <w:sz w:val="20"/>
        </w:rPr>
        <w:t>[45]</w:t>
      </w:r>
    </w:p>
    <w:p>
      <w:r>
        <w:rPr>
          <w:rFonts w:ascii="Gentium Plus" w:hAnsi="Gentium Plus"/>
          <w:sz w:val="24"/>
        </w:rPr>
        <w:t>τοῦτον ὦσας τὸν κίνδυνον; Ἀλλὰ γὰρ ταῦτα ἀφείσθω νῦν· οὐδὲ γὰρ ὑπὲρ τούτων ἀναγκάζομέν σε κρίνεσθαι. Τί πρὸς τοὺς ἐγκαλοῦντας ἀπολογησόμεθα; λέγε. ΙΩ. Ἀλλ’ οὐδὲ αὐτὸς πρότερον, ἔφην, ἐπ’ ἐκεῖνα πορεύσο‐ μαι ἕως ἂν διαλύσωμαι τὰ πρὸς σέ, κἂν μυριάκις αὐτὸς ἡμᾶς</w:t>
      </w:r>
    </w:p>
    <w:p>
      <w:r>
        <w:rPr>
          <w:rFonts w:ascii="Courier New" w:hAnsi="Courier New"/>
          <w:color w:val="555555"/>
          <w:sz w:val="20"/>
        </w:rPr>
        <w:t>[2 . 5 (50)]</w:t>
      </w:r>
    </w:p>
    <w:p>
      <w:r>
        <w:rPr>
          <w:rFonts w:ascii="Gentium Plus" w:hAnsi="Gentium Plus"/>
          <w:sz w:val="24"/>
        </w:rPr>
        <w:t>τῶν ἐγκλημάτων ἐθέλῃς ἀπολύειν. Σὺ μὲν γὰρ ἔφης τὴν ἄγνοιαν ἡμῖν φέρειν συγγνώμην καὶ πάσης ἂν ἡμᾶς ἀφεῖναι κατηγορίας, εἰ μηδὲν τῶν σῶν εἰδότες εἶτά σε εἰς τὰ παρόντα ἠγάγομεν· ἐπειδὴ δὲ οὐκ ἀγνοοῦντας προδοῦναι, ἀλλ’ ἀκριβῶς ἐπισταμένους τὰ σά, διὰ τοῦτο πᾶσαν ἡμῖν πρόφασιν εὔλογον</w:t>
      </w:r>
    </w:p>
    <w:p>
      <w:r>
        <w:rPr>
          <w:rFonts w:ascii="Courier New" w:hAnsi="Courier New"/>
          <w:color w:val="555555"/>
          <w:sz w:val="20"/>
        </w:rPr>
        <w:t>[55]</w:t>
      </w:r>
    </w:p>
    <w:p>
      <w:r>
        <w:rPr>
          <w:rFonts w:ascii="Gentium Plus" w:hAnsi="Gentium Plus"/>
          <w:sz w:val="24"/>
        </w:rPr>
        <w:t>καὶ ἀπολογίαν ἀνῃρῆσθαι δικαίαν. Ἐγὼ δὲ πᾶν τοὐναντίον φημί, ὅτι τὰ τοιαῦτα πολλῆς δεῖται τῆς ἐξετάσεως. Καὶ τὸν μέλλοντα παραδώσειν τὸν εἰς ἱερωσύνην ἐπιτήδειον οὐ δεῖ τῇ τῶν πολλῶν ἀρκεῖσθαι φήμῃ μόνον, ἀλλὰ μετ’ ἐκείνης καὶ αὐτὸν μάλιστα πάντων καὶ πρὸ πάντων ἐξητακέναι τὰ ἐκείνου.</w:t>
      </w:r>
    </w:p>
    <w:p>
      <w:r>
        <w:rPr>
          <w:rFonts w:ascii="Courier New" w:hAnsi="Courier New"/>
          <w:color w:val="555555"/>
          <w:sz w:val="20"/>
        </w:rPr>
        <w:t>[60]</w:t>
      </w:r>
    </w:p>
    <w:p>
      <w:r>
        <w:rPr>
          <w:rFonts w:ascii="Gentium Plus" w:hAnsi="Gentium Plus"/>
          <w:sz w:val="24"/>
        </w:rPr>
        <w:t>Καὶ γὰρ ὁ μακάριος Παῦλος εἰπών· «Δεῖ δὲ αὐτὸν καὶ μαρ‐ τυρίαν ἔχειν καλὴν ἀπὸ τῶν ἔξωθεν», οὐκ ἀναιρεῖ τὴν ἀκριβῆ καὶ βεβασανισμένην ἔρευναν, οὐδ’ ὡς προηγούμενον τεκμήριον τοῦτο τίθησι τῆς τῶν τοιούτων δοκιμασίας· καὶ γὰρ πολλὰ πρότερον διαλεχθείς, ὕστερον τοῦτο προσέθηκε,</w:t>
      </w:r>
    </w:p>
    <w:p>
      <w:r>
        <w:rPr>
          <w:rFonts w:ascii="Courier New" w:hAnsi="Courier New"/>
          <w:color w:val="555555"/>
          <w:sz w:val="20"/>
        </w:rPr>
        <w:t>[65]</w:t>
      </w:r>
    </w:p>
    <w:p>
      <w:r>
        <w:rPr>
          <w:rFonts w:ascii="Gentium Plus" w:hAnsi="Gentium Plus"/>
          <w:sz w:val="24"/>
        </w:rPr>
        <w:t>δεικνὺς ὡς οὐκ ἂν αὐτῷ μόνον ἀρκεῖσθαι δεῖ πρὸς τὰς τοιαύτας αἱρέσεις, ἀλλὰ μετὰ τῶν ἄλλων καὶ αὐτὸ παρα‐ λαμβάνειν χρή. Συμβαίνει γὰρ πολλάκις τὴν τῶν πολλῶν ψεύδεσθαι φήμην· τῆς δὲ ἀκριβοῦς ἐξετάσεως ἡγησαμένης,</w:t>
      </w:r>
    </w:p>
    <w:p>
      <w:r>
        <w:rPr>
          <w:rFonts w:ascii="Courier New" w:hAnsi="Courier New"/>
          <w:color w:val="555555"/>
          <w:sz w:val="20"/>
        </w:rPr>
        <w:t>[70]</w:t>
      </w:r>
    </w:p>
    <w:p>
      <w:r>
        <w:rPr>
          <w:rFonts w:ascii="Gentium Plus" w:hAnsi="Gentium Plus"/>
          <w:sz w:val="24"/>
        </w:rPr>
        <w:t>τοῦτο μετὰ τὰ ἄλλα τὸ «παρὰ τῶν ἔξωθεν» αὐτὸ τίθησιν· οὐ γὰρ ἁπλῶς ἔφησε· «Δεῖ δὲ αὐτὸν μαρτυρίαν ἔχειν καλήν», ἀλλὰ καὶ τὸ «παρὰ τῶν ἔξωθεν» παρενέβαλε, δηλῶσαι βουλόμενος ὅτι πρὸ τῆς τῶν ἔξωθεν φήμης πρὸς ἀκρίβειαν αὐτὸν διερευνήσασθαι δεῖ. Ἐπεὶ οὖν καὶ αὐτὸς ᾔδειν τὰ σὰ</w:t>
      </w:r>
    </w:p>
    <w:p>
      <w:r>
        <w:rPr>
          <w:rFonts w:ascii="Courier New" w:hAnsi="Courier New"/>
          <w:color w:val="555555"/>
          <w:sz w:val="20"/>
        </w:rPr>
        <w:t>[75]</w:t>
      </w:r>
    </w:p>
    <w:p>
      <w:r>
        <w:rPr>
          <w:rFonts w:ascii="Gentium Plus" w:hAnsi="Gentium Plus"/>
          <w:sz w:val="24"/>
        </w:rPr>
        <w:t>τῶν γεγεννηκότων μᾶλλον, ὡς καὶ αὐτὸς ὡμολόγησας, διὰ τοῦτο δίκαιος ἂν εἴην πάσης ἀφεῖσθαι αἰτίας. ΒΑΣ. Δι’ αὐτὸ μὲν οὖν τοῦτο, φησίν, οὐκ ἂν ἔφυγες, εἴ τίς σε γράφεσθαι ἤθελεν. Ἢ οὐ μέμνησαι καὶ παρ’ ἡμῶν ἀκούσας καὶ πολλάκις καὶ διὰ τῶν ἔργων αὐτῶν διδαχθεὶς τὸ τῆς</w:t>
      </w:r>
    </w:p>
    <w:p>
      <w:r>
        <w:rPr>
          <w:rFonts w:ascii="Courier New" w:hAnsi="Courier New"/>
          <w:color w:val="555555"/>
          <w:sz w:val="20"/>
        </w:rPr>
        <w:t>[80]</w:t>
      </w:r>
    </w:p>
    <w:p>
      <w:r>
        <w:rPr>
          <w:rFonts w:ascii="Gentium Plus" w:hAnsi="Gentium Plus"/>
          <w:sz w:val="24"/>
        </w:rPr>
        <w:t>ψυχῆς ἀγεννὲς τῆς ἐμῆς; οὐ διὰ τοῦτο εἰς μικροψυχίαν ἡμᾶς διετέλεις σκώπτων ἀεὶ ὅτι καὶ ταῖς τυχούσαις φροντίσι καταπίπτομεν εὐκόλως;</w:t>
      </w:r>
    </w:p>
    <w:p>
      <w:pPr>
        <w:jc w:val="center"/>
      </w:pPr>
      <w:r>
        <w:rPr>
          <w:rFonts w:ascii="Gentium Plus" w:hAnsi="Gentium Plus"/>
          <w:b/>
          <w:sz w:val="24"/>
        </w:rPr>
        <w:t>ϛʹ. Ἀπόδειξις τῆς</w:t>
      </w:r>
    </w:p>
    <w:p>
      <w:r>
        <w:rPr>
          <w:rFonts w:ascii="Courier New" w:hAnsi="Courier New"/>
          <w:color w:val="555555"/>
          <w:sz w:val="20"/>
        </w:rPr>
        <w:t>[t2]</w:t>
      </w:r>
    </w:p>
    <w:p>
      <w:r>
        <w:rPr>
          <w:rFonts w:ascii="Gentium Plus" w:hAnsi="Gentium Plus"/>
          <w:sz w:val="24"/>
        </w:rPr>
        <w:t>ἀρετῆς τοῦ</w:t>
      </w:r>
    </w:p>
    <w:p>
      <w:r>
        <w:rPr>
          <w:rFonts w:ascii="Courier New" w:hAnsi="Courier New"/>
          <w:color w:val="555555"/>
          <w:sz w:val="20"/>
        </w:rPr>
        <w:t>[t3]</w:t>
      </w:r>
    </w:p>
    <w:p>
      <w:r>
        <w:rPr>
          <w:rFonts w:ascii="Gentium Plus" w:hAnsi="Gentium Plus"/>
          <w:sz w:val="24"/>
        </w:rPr>
        <w:t>Βασιλείου καὶ τῆς</w:t>
      </w:r>
    </w:p>
    <w:p>
      <w:r>
        <w:rPr>
          <w:rFonts w:ascii="Courier New" w:hAnsi="Courier New"/>
          <w:color w:val="555555"/>
          <w:sz w:val="20"/>
        </w:rPr>
        <w:t>[t4]</w:t>
      </w:r>
    </w:p>
    <w:p>
      <w:r>
        <w:rPr>
          <w:rFonts w:ascii="Gentium Plus" w:hAnsi="Gentium Plus"/>
          <w:sz w:val="24"/>
        </w:rPr>
        <w:t>ἀγάπης τῆς σφοδρᾶς</w:t>
      </w:r>
    </w:p>
    <w:p>
      <w:r>
        <w:rPr>
          <w:rFonts w:ascii="Courier New" w:hAnsi="Courier New"/>
          <w:color w:val="555555"/>
          <w:sz w:val="20"/>
        </w:rPr>
        <w:t>[1]</w:t>
      </w:r>
    </w:p>
    <w:p>
      <w:r>
        <w:rPr>
          <w:rFonts w:ascii="Gentium Plus" w:hAnsi="Gentium Plus"/>
          <w:sz w:val="24"/>
        </w:rPr>
        <w:t>ΙΩ. Μέμνημαι μὲν καὶ ταῦτα πολλάκις, ἔφην, ἀκούσας παρὰ σοῦ τὰ ῥήματα καὶ οὐκ ἂν ἀρνηθείην· ἐγὼ δέ σε εἴ ποτε ἔσκωπτον, παίζων,</w:t>
      </w:r>
    </w:p>
    <w:p>
      <w:r>
        <w:rPr>
          <w:rFonts w:ascii="Courier New" w:hAnsi="Courier New"/>
          <w:color w:val="555555"/>
          <w:sz w:val="20"/>
        </w:rPr>
        <w:t>[5]</w:t>
      </w:r>
    </w:p>
    <w:p>
      <w:r>
        <w:rPr>
          <w:rFonts w:ascii="Gentium Plus" w:hAnsi="Gentium Plus"/>
          <w:sz w:val="24"/>
        </w:rPr>
        <w:t>οὐκ ἀληθεύων, τοῦτο ἐποίουν. Ἀλλ’ ὅμως οὐδὲν ὑπὲρ τούτων φιλονεικῶ νῦν· ἀξιῶ δὲ καὶ αὐτὸν τὴν ἴσην μοι παρασχεῖν εὐγνωμοσύνην ὅταν θελήσω τινὸς ἐπιμνησθῆναι τῶν σοι προσόντων ἀγαθῶν. Κἂν γὰρ ἐπι‐ χειρήσῃς ἡμᾶς ἀπελέγξαι ψευδομένους, οὐ φεισόμεθα, ἀλλ’</w:t>
      </w:r>
    </w:p>
    <w:p>
      <w:r>
        <w:rPr>
          <w:rFonts w:ascii="Courier New" w:hAnsi="Courier New"/>
          <w:color w:val="555555"/>
          <w:sz w:val="20"/>
        </w:rPr>
        <w:t>[10]</w:t>
      </w:r>
    </w:p>
    <w:p>
      <w:r>
        <w:rPr>
          <w:rFonts w:ascii="Gentium Plus" w:hAnsi="Gentium Plus"/>
          <w:sz w:val="24"/>
        </w:rPr>
        <w:t>ἀποδείξομεν μετριάζοντά σε μᾶλλον ἢ πρὸς ἀλήθειαν ταῦτα φθεγγόμενον, ἑτέρῳ μὲν οὐδενὶ τοῖς δὲ λόγοις τοῖς σοῖς καὶ ταῖς πράξεσι μάρτυσι κεχρημένοι πρὸς τὴν τῶν λεγομένων ἀλήθειαν. Πρῶτον δέ σε ἐκεῖνο ἐρέσθαι βούλομαι· οἶσθα πόση τῆς ἀγάπης ἡ δύναμις; Ὁ μὲν γὰρ Χριστὸς τὰ τεράστια</w:t>
      </w:r>
    </w:p>
    <w:p>
      <w:r>
        <w:rPr>
          <w:rFonts w:ascii="Courier New" w:hAnsi="Courier New"/>
          <w:color w:val="555555"/>
          <w:sz w:val="20"/>
        </w:rPr>
        <w:t>[15]</w:t>
      </w:r>
    </w:p>
    <w:p>
      <w:r>
        <w:rPr>
          <w:rFonts w:ascii="Gentium Plus" w:hAnsi="Gentium Plus"/>
          <w:sz w:val="24"/>
        </w:rPr>
        <w:t>πάντα ἀφεὶς ἅπερ ἔμελλεν ὑπὸ τῶν ἀποστόλων τελεῖσθαι,</w:t>
      </w:r>
    </w:p>
    <w:p>
      <w:r>
        <w:rPr>
          <w:rFonts w:ascii="Courier New" w:hAnsi="Courier New"/>
          <w:color w:val="555555"/>
          <w:sz w:val="20"/>
        </w:rPr>
        <w:t>[20]</w:t>
      </w:r>
    </w:p>
    <w:p>
      <w:r>
        <w:rPr>
          <w:rFonts w:ascii="Gentium Plus" w:hAnsi="Gentium Plus"/>
          <w:sz w:val="24"/>
        </w:rPr>
        <w:t>γνώρισμα τῶν τοῦ Χριστοῦ μαθητῶν, τὸ τῶν χαρισμάτων ἀνωτέρω κείμενον, εἶδον γενναίως ἐν τῇ σῇ πεφυτευμένον ψυχῇ καὶ πολλῷ βρύον τῷ καρπῷ. Καὶ ὁ Βασίλειος· Ὅτι μὲν πολλή μοι, φησί, τοῦ πράγματος ἡ φροντὶς καὶ</w:t>
      </w:r>
    </w:p>
    <w:p>
      <w:r>
        <w:rPr>
          <w:rFonts w:ascii="Courier New" w:hAnsi="Courier New"/>
          <w:color w:val="555555"/>
          <w:sz w:val="20"/>
        </w:rPr>
        <w:t>[25]</w:t>
      </w:r>
    </w:p>
    <w:p>
      <w:r>
        <w:rPr>
          <w:rFonts w:ascii="Gentium Plus" w:hAnsi="Gentium Plus"/>
          <w:sz w:val="24"/>
        </w:rPr>
        <w:t>μεγίστην ποιοῦμαι τὴν σπουδὴν ὑπὲρ ταύτης τῆς ἐντολῆς, καὶ αὐτὸς ὁμολογῶ· ὅτι δὲ οὐδὲ ἐξ ἡμισείας αὐτὴν διηνύ‐ σαμεν, καὶ αὐτὸς ἄν μοι μαρτυρήσῃς, εἰ τὸ πρὸς χάριν λέγειν ἀφεὶς τιμῆσαι τἀληθὲς βουληθείης. ΙΩ. Οὐκοῦν ἐπὶ τοὺς ἐλέγχους τρέψομαι, ἔφην, καὶ ὅπερ</w:t>
      </w:r>
    </w:p>
    <w:p>
      <w:r>
        <w:rPr>
          <w:rFonts w:ascii="Courier New" w:hAnsi="Courier New"/>
          <w:color w:val="555555"/>
          <w:sz w:val="20"/>
        </w:rPr>
        <w:t>[30]</w:t>
      </w:r>
    </w:p>
    <w:p>
      <w:r>
        <w:rPr>
          <w:rFonts w:ascii="Gentium Plus" w:hAnsi="Gentium Plus"/>
          <w:sz w:val="24"/>
        </w:rPr>
        <w:t>ἠπείλησα ποιήσω νῦν, μετριάζειν μᾶλλον ἢ ἀληθεύειν βου‐ λόμενον ἀποδείξας. Ἐρῶ δὲ πρᾶγμα ἄρτι συμβεβηκός, ἵνα μή τις ὑποπτεύσῃ τὰ παλαιά με διηγούμενον τῷ πλήθει τοῦ χρόνου τἀληθὲς ἐπισκιάζειν ἐπιχειρεῖν, τῆς λήθης οὐκ ἀφιείσης ἐπισκῆψαί τι τοῖς πρὸς χάριν λεγομένοις παρ’ ἡμῶν.</w:t>
      </w:r>
    </w:p>
    <w:p>
      <w:r>
        <w:rPr>
          <w:rFonts w:ascii="Courier New" w:hAnsi="Courier New"/>
          <w:color w:val="555555"/>
          <w:sz w:val="20"/>
        </w:rPr>
        <w:t>[35]</w:t>
      </w:r>
    </w:p>
    <w:p>
      <w:r>
        <w:rPr>
          <w:rFonts w:ascii="Gentium Plus" w:hAnsi="Gentium Plus"/>
          <w:sz w:val="24"/>
        </w:rPr>
        <w:t>Ὅτε γὰρ τῶν ἐπιτηδείων τις τῶν ἡμετέρων, ἐπ’ ἐγκλήμασιν ὕβρεως καὶ ἀπονοίας συκοφαντηθείς, περὶ τῶν ἐσχάτων ἐκινδύνευε, τότε οὔτε ἐγκαλοῦντός σοί τινος, οὔτε ἐκείνου τοῦ κινδυνεύειν μέλλοντος δεηθέντος, εἰς μέσους σαυτὸν ἔρριψας τοὺς κινδύνους· καὶ τὸ μὲν ἔργον τοῦτο ἦν. Ἵνα δέ</w:t>
      </w:r>
    </w:p>
    <w:p>
      <w:r>
        <w:rPr>
          <w:rFonts w:ascii="Courier New" w:hAnsi="Courier New"/>
          <w:color w:val="555555"/>
          <w:sz w:val="20"/>
        </w:rPr>
        <w:t>[40]</w:t>
      </w:r>
    </w:p>
    <w:p>
      <w:r>
        <w:rPr>
          <w:rFonts w:ascii="Gentium Plus" w:hAnsi="Gentium Plus"/>
          <w:sz w:val="24"/>
        </w:rPr>
        <w:t>σε καὶ ἀπὸ τῶν ῥημάτων ἐλέγξωμεν, ἐπειδὴ γὰρ τὴν προθυ‐ μίαν ταύτην οἱ μὲν οὐκ ἀπεδέχοντο, οἱ δὲ ἐπῄνουν καὶ ἐθαύ‐ μαζον, καὶ τί πάθω; πρὸς τοὺς ἐγκαλοῦντας ἔφης· ἑτέρως γὰρ οὐκ οἶδα φιλεῖν ἀλλ’ ἢ μετὰ τοῦ καὶ τὴν ψυχὴν ἐκδιδόναι</w:t>
      </w:r>
    </w:p>
    <w:p>
      <w:r>
        <w:rPr>
          <w:rFonts w:ascii="Courier New" w:hAnsi="Courier New"/>
          <w:color w:val="555555"/>
          <w:sz w:val="20"/>
        </w:rPr>
        <w:t>[45]</w:t>
      </w:r>
    </w:p>
    <w:p>
      <w:r>
        <w:rPr>
          <w:rFonts w:ascii="Gentium Plus" w:hAnsi="Gentium Plus"/>
          <w:sz w:val="24"/>
        </w:rPr>
        <w:t>διασῶσαι δέῃ. Ῥήμασι μὲν ἑτέροις, διανοίᾳ δὲ τῇ αὐτῇ τὰ τοῦ Χριστοῦ φθεγγόμενος ἃ πρὸς τοὺς μαθητὰς ἔλεγε, τῆς τελείας ἀγάπης τοὺς ὅρους τιθείς· «Μείζονα γὰρ ταύτης ἀγάπην οὐδεὶς ἔχει, φησίν, ἢ ἵνα τις τὴν ψυχὴν αὑτοῦ θῇ ὑπὲρ τῶν φίλων αὑτοῦ.» Εἰ τοίνυν μείζονα ταύτης οὐκ ἔστιν</w:t>
      </w:r>
    </w:p>
    <w:p>
      <w:r>
        <w:rPr>
          <w:rFonts w:ascii="Courier New" w:hAnsi="Courier New"/>
          <w:color w:val="555555"/>
          <w:sz w:val="20"/>
        </w:rPr>
        <w:t>[2 . 6 (50)]</w:t>
      </w:r>
    </w:p>
    <w:p>
      <w:r>
        <w:rPr>
          <w:rFonts w:ascii="Gentium Plus" w:hAnsi="Gentium Plus"/>
          <w:sz w:val="24"/>
        </w:rPr>
        <w:t>εὑρεῖν, ἐπὶ τὸ τέλος αὐτῆς ἔφθασας, καὶ δι’ ὧν ἔπραξας καὶ δι’ ὧν εἶπας τῆς κορυφῆς ἐπέβης αὐτῆς. Διὰ τοῦτό σε προὐ‐ δώκαμεν, διὰ τοῦτο τὸν δόλον ἐρράψαμεν ἐκεῖνον. Ἆρά σε πείθομεν ὅτι οὔτε ἐκ κακονοίας, οὔτε εἰς κίνδυνον ἐμβαλεῖν βουλόμενοι, ἀλλὰ χρήσιμον ἔσεσθαι εἰδότες, εἰς τὸ στάδιον</w:t>
      </w:r>
    </w:p>
    <w:p>
      <w:r>
        <w:rPr>
          <w:rFonts w:ascii="Courier New" w:hAnsi="Courier New"/>
          <w:color w:val="555555"/>
          <w:sz w:val="20"/>
        </w:rPr>
        <w:t>[55]</w:t>
      </w:r>
    </w:p>
    <w:p>
      <w:r>
        <w:rPr>
          <w:rFonts w:ascii="Gentium Plus" w:hAnsi="Gentium Plus"/>
          <w:sz w:val="24"/>
        </w:rPr>
        <w:t>εἵλκομεν τοῦτο; ΒΑΣ. Εἶτα ἀρκεῖν οἴει, φησί, πρὸς τὴν τῶν πλησίον διόρ‐ θωσιν τὴν τῆς ἀγάπης δύναμιν; ΙΩ. Μάλιστα μὲν πολὺ μέρος, ἔφην, πρὸς τοῦτο συμβάλ‐ λεσθαι δύναιτ’ ἄν· εἰ δὲ βούλει καὶ τῆς φρονήσεως ἡμᾶς τῆς</w:t>
      </w:r>
    </w:p>
    <w:p>
      <w:r>
        <w:rPr>
          <w:rFonts w:ascii="Courier New" w:hAnsi="Courier New"/>
          <w:color w:val="555555"/>
          <w:sz w:val="20"/>
        </w:rPr>
        <w:t>[60]</w:t>
      </w:r>
    </w:p>
    <w:p>
      <w:r>
        <w:rPr>
          <w:rFonts w:ascii="Gentium Plus" w:hAnsi="Gentium Plus"/>
          <w:sz w:val="24"/>
        </w:rPr>
        <w:t>σῆς δείγματα ἐξενεγκεῖν, καὶ ἐπὶ ταύτην βαδιούμεθα καὶ δείξομεν συνετὸν ὄντα μᾶλλον ἢ φιλόστοργον. Ἐπὶ τούτῳ ἐρυθριάσας ἐκεῖνος καὶ φοινιχθείς· ΒΑΣ. Τὰ μὲν ἡμέτερα, φησί, παρείσθω νῦν· οὐδὲ γὰρ παρὰ τὴν ἀρχήν σε τὸν ὑπὲρ τούτων λόγον ἀπῄτουν. Εἰ δέ τι πρὸς</w:t>
      </w:r>
    </w:p>
    <w:p>
      <w:r>
        <w:rPr>
          <w:rFonts w:ascii="Courier New" w:hAnsi="Courier New"/>
          <w:color w:val="555555"/>
          <w:sz w:val="20"/>
        </w:rPr>
        <w:t>[65]</w:t>
      </w:r>
    </w:p>
    <w:p>
      <w:r>
        <w:rPr>
          <w:rFonts w:ascii="Gentium Plus" w:hAnsi="Gentium Plus"/>
          <w:sz w:val="24"/>
        </w:rPr>
        <w:t>τοὺς ἔξωθεν δίκαιον ἔχεις εἰπεῖν, ἡδέως ἂν τοὺς ὑπὲρ τούτων ἀκούοιμι λόγους. Διὸ τὴν σκιαμαχίαν ταύτην ἀφείς, εἰπὲ τί πρὸς τοὺς λοιποὺς ἀπολογησόμεθα, καὶ τοὺς τετιμηκότας καὶ τοὺς ὑπὲρ ἐκείνων ὡς ὑβρισμένων ἀλγοῦντας.</w:t>
      </w:r>
    </w:p>
    <w:p>
      <w:pPr>
        <w:jc w:val="center"/>
      </w:pPr>
      <w:r>
        <w:rPr>
          <w:rFonts w:ascii="Gentium Plus" w:hAnsi="Gentium Plus"/>
          <w:b/>
          <w:sz w:val="24"/>
        </w:rPr>
        <w:t>ζʹ. Ὅτι οὐχ</w:t>
      </w:r>
    </w:p>
    <w:p>
      <w:r>
        <w:rPr>
          <w:rFonts w:ascii="Courier New" w:hAnsi="Courier New"/>
          <w:color w:val="555555"/>
          <w:sz w:val="20"/>
        </w:rPr>
        <w:t>[t2]</w:t>
      </w:r>
    </w:p>
    <w:p>
      <w:r>
        <w:rPr>
          <w:rFonts w:ascii="Gentium Plus" w:hAnsi="Gentium Plus"/>
          <w:sz w:val="24"/>
        </w:rPr>
        <w:t>ὑβρίσαι βουλόμενοι</w:t>
      </w:r>
    </w:p>
    <w:p>
      <w:r>
        <w:rPr>
          <w:rFonts w:ascii="Courier New" w:hAnsi="Courier New"/>
          <w:color w:val="555555"/>
          <w:sz w:val="20"/>
        </w:rPr>
        <w:t>[t3]</w:t>
      </w:r>
    </w:p>
    <w:p>
      <w:r>
        <w:rPr>
          <w:rFonts w:ascii="Gentium Plus" w:hAnsi="Gentium Plus"/>
          <w:sz w:val="24"/>
        </w:rPr>
        <w:t>τοὺς ψηφισαμένους</w:t>
      </w:r>
    </w:p>
    <w:p>
      <w:r>
        <w:rPr>
          <w:rFonts w:ascii="Courier New" w:hAnsi="Courier New"/>
          <w:color w:val="555555"/>
          <w:sz w:val="20"/>
        </w:rPr>
        <w:t>[t4]</w:t>
      </w:r>
    </w:p>
    <w:p>
      <w:r>
        <w:rPr>
          <w:rFonts w:ascii="Gentium Plus" w:hAnsi="Gentium Plus"/>
          <w:sz w:val="24"/>
        </w:rPr>
        <w:t>ἐφύγομεν τὴν</w:t>
      </w:r>
    </w:p>
    <w:p>
      <w:r>
        <w:rPr>
          <w:rFonts w:ascii="Courier New" w:hAnsi="Courier New"/>
          <w:color w:val="555555"/>
          <w:sz w:val="20"/>
        </w:rPr>
        <w:t>[t5]</w:t>
      </w:r>
    </w:p>
    <w:p>
      <w:r>
        <w:rPr>
          <w:rFonts w:ascii="Gentium Plus" w:hAnsi="Gentium Plus"/>
          <w:sz w:val="24"/>
        </w:rPr>
        <w:t>χειροτονίαν</w:t>
      </w:r>
    </w:p>
    <w:p>
      <w:r>
        <w:rPr>
          <w:rFonts w:ascii="Courier New" w:hAnsi="Courier New"/>
          <w:color w:val="555555"/>
          <w:sz w:val="20"/>
        </w:rPr>
        <w:t>[1]</w:t>
      </w:r>
    </w:p>
    <w:p>
      <w:r>
        <w:rPr>
          <w:rFonts w:ascii="Gentium Plus" w:hAnsi="Gentium Plus"/>
          <w:sz w:val="24"/>
        </w:rPr>
        <w:t>ΙΩ. Καὶ αὐτὸς λοιπόν, ἔφην, πρὸς τοῦτο ἐπείγομαι· ἐπειδὴ γὰρ ὁ πρός σέ μοι διήνυσται λόγος, εὐκόλως καὶ ἐπὶ τοῦτο τρέψομαι τῆς ἀπολογίας</w:t>
      </w:r>
    </w:p>
    <w:p>
      <w:r>
        <w:rPr>
          <w:rFonts w:ascii="Courier New" w:hAnsi="Courier New"/>
          <w:color w:val="555555"/>
          <w:sz w:val="20"/>
        </w:rPr>
        <w:t>[5]</w:t>
      </w:r>
    </w:p>
    <w:p>
      <w:r>
        <w:rPr>
          <w:rFonts w:ascii="Gentium Plus" w:hAnsi="Gentium Plus"/>
          <w:sz w:val="24"/>
        </w:rPr>
        <w:t>τὸ μέρος. Τίς οὖν ἡ τούτων κατη‐</w:t>
      </w:r>
    </w:p>
    <w:p>
      <w:r>
        <w:rPr>
          <w:rFonts w:ascii="Courier New" w:hAnsi="Courier New"/>
          <w:color w:val="555555"/>
          <w:sz w:val="20"/>
        </w:rPr>
        <w:t>[10]</w:t>
      </w:r>
    </w:p>
    <w:p>
      <w:r>
        <w:rPr>
          <w:rFonts w:ascii="Gentium Plus" w:hAnsi="Gentium Plus"/>
          <w:sz w:val="24"/>
        </w:rPr>
        <w:t>ὕβρεως ὅταν διὰ τῆς εἰς ἐκείνους τιμῆς ἀναγκαζώμεθα προσκρούειν Θεῷ· οὐδὲ γὰρ τοῖς ἀγανακτοῦσιν αὐτοῖς τὸ δυσ‐ χεραίνειν ἐπὶ τούτοις ἀκίνδυνον, ἀλλὰ καὶ πολλὴν ἔχει τὴν ζημίαν. Δεῖ γάρ, οἶμαι, τοὺς ἀνακειμένους Θεῷ καὶ πρὸς αὐτὸν βλέποντας μόνον, οὕτω διακεῖσθαι εὐλαβῶς ὡς μηδὲ</w:t>
      </w:r>
    </w:p>
    <w:p>
      <w:r>
        <w:rPr>
          <w:rFonts w:ascii="Courier New" w:hAnsi="Courier New"/>
          <w:color w:val="555555"/>
          <w:sz w:val="20"/>
        </w:rPr>
        <w:t>[15]</w:t>
      </w:r>
    </w:p>
    <w:p>
      <w:r>
        <w:rPr>
          <w:rFonts w:ascii="Gentium Plus" w:hAnsi="Gentium Plus"/>
          <w:sz w:val="24"/>
        </w:rPr>
        <w:t>ὕβριν τὸ τοιοῦτο ἡγεῖσθαι, κἂν μυριάκις ἠτιμωμένοι τυγχά‐ νοιεν. Ὅτι δὲ οὐδὲ μέχρι ἐννοίας τετόλμηταί τι τοιοῦτον ἐμοί, δῆλον ἐκεῖθεν. Εἰ μὲν γὰρ ἀπονοίᾳ καὶ φιλοδοξίᾳ, ὡς πολλάκις ἔφης τινὰς διαβάλλειν, ἐπὶ τοῦτο ἦλθον ἐγὼ ψηφί‐ σασθαι τοῖς κατηγόροις, τῶν τὰ μέγιστα ἠδικηκότων ἂν</w:t>
      </w:r>
    </w:p>
    <w:p>
      <w:r>
        <w:rPr>
          <w:rFonts w:ascii="Courier New" w:hAnsi="Courier New"/>
          <w:color w:val="555555"/>
          <w:sz w:val="20"/>
        </w:rPr>
        <w:t>[20]</w:t>
      </w:r>
    </w:p>
    <w:p>
      <w:r>
        <w:rPr>
          <w:rFonts w:ascii="Gentium Plus" w:hAnsi="Gentium Plus"/>
          <w:sz w:val="24"/>
        </w:rPr>
        <w:t>εἴην, ἀνδρῶν καταφρονήσας θαυμαστῶν καὶ μεγάλων καὶ πρὸς τούτοις εὐεργετῶν· Εἰ γὰρ τὸ τοὺς μηδὲν ἠδικηκότας ἀδικεῖν κολάσεως ἄξιον, τοὺς τιμῆσαι προελομένους ἀφ’ ἑαυτῶν πῶς τιμᾶν χρή; —οὐδὲ γὰρ τοῦτο ἔχοι τις ἂν εἰπεῖν ὅτι εὖ παθόντες ἢ μικρὸν ἢ μέγα παρ’ ἐμοῦ, τῶν εὐεργεσιῶν</w:t>
      </w:r>
    </w:p>
    <w:p>
      <w:r>
        <w:rPr>
          <w:rFonts w:ascii="Courier New" w:hAnsi="Courier New"/>
          <w:color w:val="555555"/>
          <w:sz w:val="20"/>
        </w:rPr>
        <w:t>[25]</w:t>
      </w:r>
    </w:p>
    <w:p>
      <w:r>
        <w:rPr>
          <w:rFonts w:ascii="Gentium Plus" w:hAnsi="Gentium Plus"/>
          <w:sz w:val="24"/>
        </w:rPr>
        <w:t>ἐκείνων ἐξέτισαν τὰς ἀμοιβάς—πόσης οὖν οὐκ ἂν εἴη τιμω‐ ρίας ἄξιον τοῖς ἐναντίοις ἀμείβεσθαι; Εἰ δὲ τοῦτο μὲν οὐδὲ εἰς νοῦν ἐβαλόμεθά ποτε, μεθ’ ἑτέρας δὲ προαιρέσεως τὸ βαρὺ φορτίον ἐξεκλίναμεν, τί παρέντες συγγινώσκειν, εἴ γε ἀπο‐ δέχεσθαι μὴ βούλοιντο, ἐγκαλοῦσιν ὅτι τῆς ἑαυτῶν ἐφεισά‐</w:t>
      </w:r>
    </w:p>
    <w:p>
      <w:r>
        <w:rPr>
          <w:rFonts w:ascii="Courier New" w:hAnsi="Courier New"/>
          <w:color w:val="555555"/>
          <w:sz w:val="20"/>
        </w:rPr>
        <w:t>[30]</w:t>
      </w:r>
    </w:p>
    <w:p>
      <w:r>
        <w:rPr>
          <w:rFonts w:ascii="Gentium Plus" w:hAnsi="Gentium Plus"/>
          <w:sz w:val="24"/>
        </w:rPr>
        <w:t>μεθα ψυχῆς; Ἐγὼ γὰρ τοσοῦτον ἀπέσχον εἰς τοὺς ἄνδρας ὑβρίσαι</w:t>
      </w:r>
    </w:p>
    <w:p>
      <w:r>
        <w:rPr>
          <w:rFonts w:ascii="Courier New" w:hAnsi="Courier New"/>
          <w:color w:val="555555"/>
          <w:sz w:val="20"/>
        </w:rPr>
        <w:t>[35]</w:t>
      </w:r>
    </w:p>
    <w:p>
      <w:r>
        <w:rPr>
          <w:rFonts w:ascii="Gentium Plus" w:hAnsi="Gentium Plus"/>
          <w:sz w:val="24"/>
        </w:rPr>
        <w:t>πάντες, ἀλλ’ οἷς τὸ κακῶς ἀγορεύειν ἡδύ, πολλὰ ἂν εἶχον καὶ ὑποπτεῦσαι καὶ εἰπεῖν περί τε τοῦ χειροτονηθέντος ἐμοῦ, περί τε τῶν ἑλομένων ἐκείνων· οἷον ὅτι πρὸς πλοῦτον βλέπουσιν, ὅτι λαμπρότητα γένους θαυμάζουσιν, ὅτι κολακευθέντες ὑφ’ ἡμῶν εἰς τοῦτο ἡμᾶς παρήγαγον· εἰ δὲ καὶ ὅτι χρήμασι πεισ‐</w:t>
      </w:r>
    </w:p>
    <w:p>
      <w:r>
        <w:rPr>
          <w:rFonts w:ascii="Courier New" w:hAnsi="Courier New"/>
          <w:color w:val="555555"/>
          <w:sz w:val="20"/>
        </w:rPr>
        <w:t>[40]</w:t>
      </w:r>
    </w:p>
    <w:p>
      <w:r>
        <w:rPr>
          <w:rFonts w:ascii="Gentium Plus" w:hAnsi="Gentium Plus"/>
          <w:sz w:val="24"/>
        </w:rPr>
        <w:t>θέντες, οὐκ ἔχω λέγειν, εἴ τις καὶ τοῦτο ὑποπτεύσων ἦν. Καὶ ὁ μὲν Χριστὸς ἁλιεῖς καὶ σκηνοποιοὺς καὶ τελώνας ἐπὶ ταύτην ἐκάλεσε τὴν ἀρχήν· οὗτοι δὲ τοὺς μὲν ἀπὸ τῆς ἐργα‐ σίας τῆς καθημερινῆς τρεφομένους διαπτύουσιν, εἰ δέ τις λόγων ἅψαιτο τῶν ἔξωθεν καὶ ἀργῶν τρέφοιτο, τοῦτον</w:t>
      </w:r>
    </w:p>
    <w:p>
      <w:r>
        <w:rPr>
          <w:rFonts w:ascii="Courier New" w:hAnsi="Courier New"/>
          <w:color w:val="555555"/>
          <w:sz w:val="20"/>
        </w:rPr>
        <w:t>[45]</w:t>
      </w:r>
    </w:p>
    <w:p>
      <w:r>
        <w:rPr>
          <w:rFonts w:ascii="Gentium Plus" w:hAnsi="Gentium Plus"/>
          <w:sz w:val="24"/>
        </w:rPr>
        <w:t>ἀποδέχονται καὶ θαυμάζουσι. Τί γὰρ δήποτε τοὺς μὲν μυρίους ἀνασχομένους ἱδρῶτας εἰς τὰς τῆς Ἐκκλησίας χρείας παρεῖδον, τὸν δὲ οὐδέποτε τοιούτων γευσάμενον πόνων, πᾶσαν δὲ τὴν ἡλικίαν ἐν τῇ τῶν ἔξωθεν λόγων ματαιοπονίᾳ καταναλώσαντα, ἐξαίφνης εἰς ταύτην εἵλκυσαν τὴν τιμήν;</w:t>
      </w:r>
    </w:p>
    <w:p>
      <w:pPr>
        <w:jc w:val="center"/>
      </w:pPr>
      <w:r>
        <w:rPr>
          <w:rFonts w:ascii="Gentium Plus" w:hAnsi="Gentium Plus"/>
          <w:b/>
          <w:sz w:val="24"/>
        </w:rPr>
        <w:t>ηʹ. Ὅτι καὶ</w:t>
      </w:r>
    </w:p>
    <w:p>
      <w:r>
        <w:rPr>
          <w:rFonts w:ascii="Courier New" w:hAnsi="Courier New"/>
          <w:color w:val="555555"/>
          <w:sz w:val="20"/>
        </w:rPr>
        <w:t>[t2]</w:t>
      </w:r>
    </w:p>
    <w:p>
      <w:r>
        <w:rPr>
          <w:rFonts w:ascii="Gentium Plus" w:hAnsi="Gentium Plus"/>
          <w:sz w:val="24"/>
        </w:rPr>
        <w:t>μέμψεως αὐτοὺς</w:t>
      </w:r>
    </w:p>
    <w:p>
      <w:r>
        <w:rPr>
          <w:rFonts w:ascii="Courier New" w:hAnsi="Courier New"/>
          <w:color w:val="555555"/>
          <w:sz w:val="20"/>
        </w:rPr>
        <w:t>[t3]</w:t>
      </w:r>
    </w:p>
    <w:p>
      <w:r>
        <w:rPr>
          <w:rFonts w:ascii="Gentium Plus" w:hAnsi="Gentium Plus"/>
          <w:sz w:val="24"/>
        </w:rPr>
        <w:t>ἀπηλλάξαμεν</w:t>
      </w:r>
    </w:p>
    <w:p>
      <w:r>
        <w:rPr>
          <w:rFonts w:ascii="Courier New" w:hAnsi="Courier New"/>
          <w:color w:val="555555"/>
          <w:sz w:val="20"/>
        </w:rPr>
        <w:t>[t4]</w:t>
      </w:r>
    </w:p>
    <w:p>
      <w:r>
        <w:rPr>
          <w:rFonts w:ascii="Gentium Plus" w:hAnsi="Gentium Plus"/>
          <w:sz w:val="24"/>
        </w:rPr>
        <w:t>διὰ τῆς φυγῆς</w:t>
      </w:r>
    </w:p>
    <w:p>
      <w:r>
        <w:rPr>
          <w:rFonts w:ascii="Courier New" w:hAnsi="Courier New"/>
          <w:color w:val="555555"/>
          <w:sz w:val="20"/>
        </w:rPr>
        <w:t>[1]</w:t>
      </w:r>
    </w:p>
    <w:p>
      <w:r>
        <w:rPr>
          <w:rFonts w:ascii="Gentium Plus" w:hAnsi="Gentium Plus"/>
          <w:sz w:val="24"/>
        </w:rPr>
        <w:t>Ταῦτα καὶ πλείονα τούτων λέγειν εἶχον ἄν, δεξαμένων ἡμῶν τὴν ἀρχήν. Ἀλλ’ οὐ νῦν· πᾶσα γὰρ αὐτοῖς κακηγορίας ἐκκόπτεται πρό‐</w:t>
      </w:r>
    </w:p>
    <w:p>
      <w:r>
        <w:rPr>
          <w:rFonts w:ascii="Courier New" w:hAnsi="Courier New"/>
          <w:color w:val="555555"/>
          <w:sz w:val="20"/>
        </w:rPr>
        <w:t>[5]</w:t>
      </w:r>
    </w:p>
    <w:p>
      <w:r>
        <w:rPr>
          <w:rFonts w:ascii="Gentium Plus" w:hAnsi="Gentium Plus"/>
          <w:sz w:val="24"/>
        </w:rPr>
        <w:t>φασις καὶ οὔτε ἐμοὶ κολακείαν, οὔτε μισθαρνίαν ἐκείνοις ἔχουσιν ἐγκαλεῖν, πλὴν εἴ τινες αὐτῶν ἁπλῶς μαίνεσθαι βούλοιντο. Πῶς γὰρ ὁ κολακεύων καὶ χρήματα ἀναλίσκων ἵνα τύχῃ τῆς τιμῆς, ἡνίκα ἔδει τυχεῖν,</w:t>
      </w:r>
    </w:p>
    <w:p>
      <w:r>
        <w:rPr>
          <w:rFonts w:ascii="Courier New" w:hAnsi="Courier New"/>
          <w:color w:val="555555"/>
          <w:sz w:val="20"/>
        </w:rPr>
        <w:t>[10]</w:t>
      </w:r>
    </w:p>
    <w:p>
      <w:r>
        <w:rPr>
          <w:rFonts w:ascii="Gentium Plus" w:hAnsi="Gentium Plus"/>
          <w:sz w:val="24"/>
        </w:rPr>
        <w:t>εἴ τις πολλοὺς περὶ τὴν γῆν ἀνασχόμενος πόνους ἵνα βρίθηται μὲν αὐτῷ τὸ λήϊον πολλῷ τῷ καρπῷ, οἴνῳ δὲ ὑπερβλύζωσιν αἱ ληνοί, μετὰ τοὺς μυρίους ἱδρῶτας καὶ τὴν πολλὴν τῶν χρημάτων δαπάνην, ἡνίκα ἂν καλαμᾶσθαι καὶ τρυγᾶν δέῃ, τηνικαῦτα ἑτέροις τῆς τῶν καρπῶν ἐκσταίη φορᾶς. Ὁρᾷς</w:t>
      </w:r>
    </w:p>
    <w:p>
      <w:r>
        <w:rPr>
          <w:rFonts w:ascii="Courier New" w:hAnsi="Courier New"/>
          <w:color w:val="555555"/>
          <w:sz w:val="20"/>
        </w:rPr>
        <w:t>[15]</w:t>
      </w:r>
    </w:p>
    <w:p>
      <w:r>
        <w:rPr>
          <w:rFonts w:ascii="Gentium Plus" w:hAnsi="Gentium Plus"/>
          <w:sz w:val="24"/>
        </w:rPr>
        <w:t>ὅτι τότε μὲν εἰ καὶ πόρρω τῆς ἀληθείας ἦν τὰ λεγόμενα, ἀλλ’ ὅμως εἶχον πρόφασιν οἱ βουλόμενοι διαβάλλειν αὐτοὺς ὡς οὐκ ὀρθῇ κρίσει λογισμῶν τὴν αἵρεσιν πεποιημένους· ἡμεῖς δὲ αὐτοῖς νῦν οὐδὲ χᾶναι, οὐδὲ ἁπλῶς διᾶραι τὸ στόμα συνε‐ χωρήσαμεν. Καὶ τὰ μὲν παρὰ τὴν ἀρχὴν λεγόμενα τοιαῦτα</w:t>
      </w:r>
    </w:p>
    <w:p>
      <w:r>
        <w:rPr>
          <w:rFonts w:ascii="Courier New" w:hAnsi="Courier New"/>
          <w:color w:val="555555"/>
          <w:sz w:val="20"/>
        </w:rPr>
        <w:t>[20]</w:t>
      </w:r>
    </w:p>
    <w:p>
      <w:r>
        <w:rPr>
          <w:rFonts w:ascii="Gentium Plus" w:hAnsi="Gentium Plus"/>
          <w:sz w:val="24"/>
        </w:rPr>
        <w:t>ἂν ἦν καὶ τούτων πλείονα. Μετὰ δὲ τὸ τῆς διακονίας ἅψασθαι οὐκ ἂν ἠρκέσαμεν καθ’ ἑκάστην ἡμέραν τοῖς ἐγκαλοῦσιν ἀπολογούμενοι, εἰ καὶ πάντα ἡμῖν ἀναμαρτήτως ἐπράττετο, μὴ ὅτι καὶ πολλὰ διαμαρτεῖν ὑπό τε τῆς ἀπειρίας καὶ τῆς ἡλικίας ἠναγκάσθημεν ἄν· νῦν</w:t>
      </w:r>
    </w:p>
    <w:p>
      <w:r>
        <w:rPr>
          <w:rFonts w:ascii="Courier New" w:hAnsi="Courier New"/>
          <w:color w:val="555555"/>
          <w:sz w:val="20"/>
        </w:rPr>
        <w:t>[25]</w:t>
      </w:r>
    </w:p>
    <w:p>
      <w:r>
        <w:rPr>
          <w:rFonts w:ascii="Gentium Plus" w:hAnsi="Gentium Plus"/>
          <w:sz w:val="24"/>
        </w:rPr>
        <w:t>δὲ καὶ ταύτης αὐτοὺς τῆς κατηγορίας ἀπηλλάξαμεν, τότε δὲ μυρίοις ἂν αὐτοὺς περιεβάλομεν ὀνείδεσι. Τί γὰρ οὐκ ἂν εἶπον; παισὶν ἀνοήτοις πράγματα οὕτω θαυμαστὰ καὶ μεγάλα ἐπέτρεψαν· ἐλυμήναντο τοῦ Θεοῦ τὸ ποίμνιον· παίγνια καὶ γέλως γέγονε τὰ χριστιανῶν. Ἀλλὰ νῦν «πᾶσα ἀνομία</w:t>
      </w:r>
    </w:p>
    <w:p>
      <w:r>
        <w:rPr>
          <w:rFonts w:ascii="Courier New" w:hAnsi="Courier New"/>
          <w:color w:val="555555"/>
          <w:sz w:val="20"/>
        </w:rPr>
        <w:t>[30]</w:t>
      </w:r>
    </w:p>
    <w:p>
      <w:r>
        <w:rPr>
          <w:rFonts w:ascii="Gentium Plus" w:hAnsi="Gentium Plus"/>
          <w:sz w:val="24"/>
        </w:rPr>
        <w:t>ἐμφράξει τὸ στόμα αὐτῆς.» Εἰ γὰρ καὶ διὰ σὲ ταῦτα λέγοιεν, ἀλλὰ ταχέως αὐτοὺς διδάξεις διὰ τῶν ἔργων ὅτι οὐ χρὴ τὴν σύνεσιν ἡλικίᾳ κρίνειν, οὐδὲ τὸν πρεσβύτην ἀπὸ τῆς πολιᾶς δοκιμάζειν, οὐδὲ τὸν νέον πάντως ἀπείργειν τῆς τοιαύτης</w:t>
      </w:r>
    </w:p>
    <w:p>
      <w:pPr>
        <w:jc w:val="center"/>
      </w:pPr>
      <w:r>
        <w:rPr>
          <w:rFonts w:ascii="Gentium Plus" w:hAnsi="Gentium Plus"/>
          <w:b/>
          <w:sz w:val="24"/>
        </w:rPr>
        <w:t>ΛΟΓΟΣ Γʹ</w:t>
      </w:r>
    </w:p>
    <w:p>
      <w:pPr>
        <w:jc w:val="center"/>
      </w:pPr>
      <w:r>
        <w:rPr>
          <w:rFonts w:ascii="Gentium Plus" w:hAnsi="Gentium Plus"/>
          <w:b/>
          <w:sz w:val="24"/>
        </w:rPr>
        <w:t>αʹ. Ὅτι οἱ</w:t>
      </w:r>
    </w:p>
    <w:p>
      <w:r>
        <w:rPr>
          <w:rFonts w:ascii="Courier New" w:hAnsi="Courier New"/>
          <w:color w:val="555555"/>
          <w:sz w:val="20"/>
        </w:rPr>
        <w:t>[t2]</w:t>
      </w:r>
    </w:p>
    <w:p>
      <w:r>
        <w:rPr>
          <w:rFonts w:ascii="Gentium Plus" w:hAnsi="Gentium Plus"/>
          <w:sz w:val="24"/>
        </w:rPr>
        <w:t>ὑπονοήσαντες</w:t>
      </w:r>
    </w:p>
    <w:p>
      <w:r>
        <w:rPr>
          <w:rFonts w:ascii="Courier New" w:hAnsi="Courier New"/>
          <w:color w:val="555555"/>
          <w:sz w:val="20"/>
        </w:rPr>
        <w:t>[t3]</w:t>
      </w:r>
    </w:p>
    <w:p>
      <w:r>
        <w:rPr>
          <w:rFonts w:ascii="Gentium Plus" w:hAnsi="Gentium Plus"/>
          <w:sz w:val="24"/>
        </w:rPr>
        <w:t>δι’ ἀπόνοιαν</w:t>
      </w:r>
    </w:p>
    <w:p>
      <w:r>
        <w:rPr>
          <w:rFonts w:ascii="Courier New" w:hAnsi="Courier New"/>
          <w:color w:val="555555"/>
          <w:sz w:val="20"/>
        </w:rPr>
        <w:t>[t4]</w:t>
      </w:r>
    </w:p>
    <w:p>
      <w:r>
        <w:rPr>
          <w:rFonts w:ascii="Gentium Plus" w:hAnsi="Gentium Plus"/>
          <w:sz w:val="24"/>
        </w:rPr>
        <w:t>παρῃτῆσθαι ἡμᾶς</w:t>
      </w:r>
    </w:p>
    <w:p>
      <w:r>
        <w:rPr>
          <w:rFonts w:ascii="Courier New" w:hAnsi="Courier New"/>
          <w:color w:val="555555"/>
          <w:sz w:val="20"/>
        </w:rPr>
        <w:t>[t5]</w:t>
      </w:r>
    </w:p>
    <w:p>
      <w:r>
        <w:rPr>
          <w:rFonts w:ascii="Gentium Plus" w:hAnsi="Gentium Plus"/>
          <w:sz w:val="24"/>
        </w:rPr>
        <w:t>τὴν ἑαυτῶν</w:t>
      </w:r>
    </w:p>
    <w:p>
      <w:r>
        <w:rPr>
          <w:rFonts w:ascii="Courier New" w:hAnsi="Courier New"/>
          <w:color w:val="555555"/>
          <w:sz w:val="20"/>
        </w:rPr>
        <w:t>[t6]</w:t>
      </w:r>
    </w:p>
    <w:p>
      <w:r>
        <w:rPr>
          <w:rFonts w:ascii="Gentium Plus" w:hAnsi="Gentium Plus"/>
          <w:sz w:val="24"/>
        </w:rPr>
        <w:t>ὑπόληψιν ἔβλαψαν</w:t>
      </w:r>
    </w:p>
    <w:p>
      <w:r>
        <w:rPr>
          <w:rFonts w:ascii="Courier New" w:hAnsi="Courier New"/>
          <w:color w:val="555555"/>
          <w:sz w:val="20"/>
        </w:rPr>
        <w:t>[1]</w:t>
      </w:r>
    </w:p>
    <w:p>
      <w:r>
        <w:rPr>
          <w:rFonts w:ascii="Gentium Plus" w:hAnsi="Gentium Plus"/>
          <w:sz w:val="24"/>
        </w:rPr>
        <w:t>Τῆς μὲν οὖν ὕβρεως ἕνεκεν τῆς εἰς τοὺς τετιμηκότας, καὶ ὅτι αὐτοὺς οὐ καταισχῦναι βουλόμενοι ταύτην ἐφύγομεν τὴν τιμήν, ταῦτα ἂν ἔχοι‐</w:t>
      </w:r>
    </w:p>
    <w:p>
      <w:r>
        <w:rPr>
          <w:rFonts w:ascii="Courier New" w:hAnsi="Courier New"/>
          <w:color w:val="555555"/>
          <w:sz w:val="20"/>
        </w:rPr>
        <w:t>[5]</w:t>
      </w:r>
    </w:p>
    <w:p>
      <w:r>
        <w:rPr>
          <w:rFonts w:ascii="Gentium Plus" w:hAnsi="Gentium Plus"/>
          <w:sz w:val="24"/>
        </w:rPr>
        <w:t>μεν λέγειν ἅπερ εἰρήκαμεν· ὅτι δὲ οὐδὲ ὑπὸ ἀπονοίας τινὸς φυσηθέντες, καὶ τοῦτο νῦν εἰς δύναμιν τὴν ἐμὴν πειράσομαί σοι ποιῆσαι φανερόν. Εἰ μὲν γὰρ στρατηγίας ἡμῖν ἢ βασιλείας αἵρεσις προὔκειτο, εἶτα ταύτην εἶχον τὴν γνώμην,</w:t>
      </w:r>
    </w:p>
    <w:p>
      <w:r>
        <w:rPr>
          <w:rFonts w:ascii="Courier New" w:hAnsi="Courier New"/>
          <w:color w:val="555555"/>
          <w:sz w:val="20"/>
        </w:rPr>
        <w:t>[10]</w:t>
      </w:r>
    </w:p>
    <w:p>
      <w:r>
        <w:rPr>
          <w:rFonts w:ascii="Gentium Plus" w:hAnsi="Gentium Plus"/>
          <w:sz w:val="24"/>
        </w:rPr>
        <w:t>εἰκότως ἄν τις τοῦτο ὑπέλαβεν, ἢ τότε μὲν ἀπονοίας οὐδείς, ἀνοίας δὲ πάντες ἂν ἡμᾶς ἔκριναν. Ἱερωσύνης δὲ προκειμένης ἣ τοσοῦτον ἀνωτέρω βασιλείας ἕστηκεν ὅσον πνεύματος καὶ σαρκὸς τὸ μέσον, τολμήσει τις ἡμᾶς ὑπεροψίας γράφεσθαι; Καὶ πῶς οὐκ ἄτοπον τοὺς μὲν τὰ μικρὰ διαπτύοντας ὡς</w:t>
      </w:r>
    </w:p>
    <w:p>
      <w:r>
        <w:rPr>
          <w:rFonts w:ascii="Courier New" w:hAnsi="Courier New"/>
          <w:color w:val="555555"/>
          <w:sz w:val="20"/>
        </w:rPr>
        <w:t>[15]</w:t>
      </w:r>
    </w:p>
    <w:p>
      <w:r>
        <w:rPr>
          <w:rFonts w:ascii="Gentium Plus" w:hAnsi="Gentium Plus"/>
          <w:sz w:val="24"/>
        </w:rPr>
        <w:t>παραπαίοντας αἰτιᾶσθαι, τοὺς δὲ ἐπὶ τῶν ἄγαν ὑπερεχόντων τοῦτο ποιοῦντας τῶν μὲν τῆς παραπληξίας ἐγκλημάτων ἐξαι‐ ρεῖν, ταῖς δὲ τῆς ὑπερηφανίας ὑποβάλλειν αἰτίαις; Ὥσπερ ἂν εἴ τις τὸν ἀγέλης βοῶν καταφρονοῦντα καὶ μὴ βουλόμενον εἶναι βουκόλον, εἰς ὑπερηφανίαν μὲν οὐδαμῶς, εἰς δὲ φρενῶν</w:t>
      </w:r>
    </w:p>
    <w:p>
      <w:r>
        <w:rPr>
          <w:rFonts w:ascii="Courier New" w:hAnsi="Courier New"/>
          <w:color w:val="555555"/>
          <w:sz w:val="20"/>
        </w:rPr>
        <w:t>[20]</w:t>
      </w:r>
    </w:p>
    <w:p>
      <w:r>
        <w:rPr>
          <w:rFonts w:ascii="Gentium Plus" w:hAnsi="Gentium Plus"/>
          <w:sz w:val="24"/>
        </w:rPr>
        <w:t>ἔκστασιν αἰτιώμενος, τὸν ἁπάσης τῆς οἰκουμένης τὴν βασι‐ λείαν καὶ τὸ γενέσθαι κύριον τῶν ἁπανταχοῦ στρατοπέδων</w:t>
      </w:r>
    </w:p>
    <w:p>
      <w:r>
        <w:rPr>
          <w:rFonts w:ascii="Courier New" w:hAnsi="Courier New"/>
          <w:color w:val="555555"/>
          <w:sz w:val="20"/>
        </w:rPr>
        <w:t>[25]</w:t>
      </w:r>
    </w:p>
    <w:p>
      <w:r>
        <w:rPr>
          <w:rFonts w:ascii="Gentium Plus" w:hAnsi="Gentium Plus"/>
          <w:sz w:val="24"/>
        </w:rPr>
        <w:t>δυνατὸν ἀνθρωπείᾳ φύσει τῆς ἀξίας ὑπερφρονῆσαι ἐκείνης, δεῖγμα κατὰ τῶν ἐκφερόντων ἐστὶν ἧς ἔχουσι περὶ τοῦ πράγματος δόξης· εἰ γὰρ μὴ τῶν τυχόντων αὐτὸ καὶ ὧν οὐ πολὺς ὁ λόγος ἐνόμιζον εἶναι, οὐδ’ ἂν ὑποπτεῦσαι τοῦτο ἐπῆλθεν αὐτοῖς. Διὰ τί γὰρ περὶ τῆς τῶν ἀγγέλων ἀξίας</w:t>
      </w:r>
    </w:p>
    <w:p>
      <w:r>
        <w:rPr>
          <w:rFonts w:ascii="Courier New" w:hAnsi="Courier New"/>
          <w:color w:val="555555"/>
          <w:sz w:val="20"/>
        </w:rPr>
        <w:t>[30]</w:t>
      </w:r>
    </w:p>
    <w:p>
      <w:r>
        <w:rPr>
          <w:rFonts w:ascii="Gentium Plus" w:hAnsi="Gentium Plus"/>
          <w:sz w:val="24"/>
        </w:rPr>
        <w:t>οὐδεὶς ἐτόλμησέ τι τοιοῦτον ὑποπτεῦσαί ποτε καὶ εἰπεῖν ὅτι ἔστιν ἀνθρωπίνη ψυχὴ δι’ ἀπόνοιαν οὐκ ἂν ἑλομένη ἐπὶ τὸ τῆς φύσεως ἐκείνης ἀξίωμα ἐλθεῖν; Μεγάλα γάρ τινα φαντα‐ ζόμεθα περὶ τῶν δυνάμεων ἐκείνων καὶ τοῦτο ἡμᾶς οὐκ ἀφίησι πιστεῦσαι ὅτι δύναιτ’ ἂν ἄνθρωπος τῆς τιμῆς φρονῆσαί</w:t>
      </w:r>
    </w:p>
    <w:p>
      <w:r>
        <w:rPr>
          <w:rFonts w:ascii="Courier New" w:hAnsi="Courier New"/>
          <w:color w:val="555555"/>
          <w:sz w:val="20"/>
        </w:rPr>
        <w:t>[35]</w:t>
      </w:r>
    </w:p>
    <w:p>
      <w:r>
        <w:rPr>
          <w:rFonts w:ascii="Gentium Plus" w:hAnsi="Gentium Plus"/>
          <w:sz w:val="24"/>
        </w:rPr>
        <w:t>τι μεῖζον ἐκείνης, ὥστε αὐτοὺς μᾶλλον δικαίως ἄν τις γράψαιτο ἀπονοίας τοὺς ἡμῶν τοῦτο κατηγοροῦντας· οὐ γὰρ ἄν ποτε περὶ ἑτέρων τοῦτο ὑπέλαβον, εἰ μὴ πρότερον αὐτοὶ τοῦ πράγματος, ὡς οὐδενὸς ὄντος, κατέγνωσαν.</w:t>
      </w:r>
    </w:p>
    <w:p>
      <w:pPr>
        <w:jc w:val="center"/>
      </w:pPr>
      <w:r>
        <w:rPr>
          <w:rFonts w:ascii="Gentium Plus" w:hAnsi="Gentium Plus"/>
          <w:b/>
          <w:sz w:val="24"/>
        </w:rPr>
        <w:t>βʹ. Ὅτι οὐδὲ</w:t>
      </w:r>
    </w:p>
    <w:p>
      <w:r>
        <w:rPr>
          <w:rFonts w:ascii="Courier New" w:hAnsi="Courier New"/>
          <w:color w:val="555555"/>
          <w:sz w:val="20"/>
        </w:rPr>
        <w:t>[t2]</w:t>
      </w:r>
    </w:p>
    <w:p>
      <w:r>
        <w:rPr>
          <w:rFonts w:ascii="Gentium Plus" w:hAnsi="Gentium Plus"/>
          <w:sz w:val="24"/>
        </w:rPr>
        <w:t>διὰ κενοδοξίαν</w:t>
      </w:r>
    </w:p>
    <w:p>
      <w:r>
        <w:rPr>
          <w:rFonts w:ascii="Courier New" w:hAnsi="Courier New"/>
          <w:color w:val="555555"/>
          <w:sz w:val="20"/>
        </w:rPr>
        <w:t>[t3]</w:t>
      </w:r>
    </w:p>
    <w:p>
      <w:r>
        <w:rPr>
          <w:rFonts w:ascii="Gentium Plus" w:hAnsi="Gentium Plus"/>
          <w:sz w:val="24"/>
        </w:rPr>
        <w:t>ἐφύγομεν</w:t>
      </w:r>
    </w:p>
    <w:p>
      <w:r>
        <w:rPr>
          <w:rFonts w:ascii="Courier New" w:hAnsi="Courier New"/>
          <w:color w:val="555555"/>
          <w:sz w:val="20"/>
        </w:rPr>
        <w:t>[1]</w:t>
      </w:r>
    </w:p>
    <w:p>
      <w:r>
        <w:rPr>
          <w:rFonts w:ascii="Gentium Plus" w:hAnsi="Gentium Plus"/>
          <w:sz w:val="24"/>
        </w:rPr>
        <w:t>Εἰ δὲ πρὸς δόξαν ὁρῶντας τοῦτο πεποιηκέναι φασί, περιπίπτοντες ἑαυτοῖς ἐλεγχθήσονται καὶ μαχόμε‐ νοι φανερῶς· οὐδὲ γὰρ οἶδα ποίους</w:t>
      </w:r>
    </w:p>
    <w:p>
      <w:r>
        <w:rPr>
          <w:rFonts w:ascii="Courier New" w:hAnsi="Courier New"/>
          <w:color w:val="555555"/>
          <w:sz w:val="20"/>
        </w:rPr>
        <w:t>[5]</w:t>
      </w:r>
    </w:p>
    <w:p>
      <w:r>
        <w:rPr>
          <w:rFonts w:ascii="Gentium Plus" w:hAnsi="Gentium Plus"/>
          <w:sz w:val="24"/>
        </w:rPr>
        <w:t>ἂν ἑτέρους πρὸ τούτων ἐζήτησαν λόγους, εἰ τῶν τῆς κενοδο‐ ξίας ἡμᾶς ἠθέλησαν ἀπαλλάξαι ἐγκλημάτων.</w:t>
      </w:r>
    </w:p>
    <w:p>
      <w:pPr>
        <w:jc w:val="center"/>
      </w:pPr>
      <w:r>
        <w:rPr>
          <w:rFonts w:ascii="Gentium Plus" w:hAnsi="Gentium Plus"/>
          <w:b/>
          <w:sz w:val="24"/>
        </w:rPr>
        <w:t>γʹ. Ὅτι εἰ δόξης</w:t>
      </w:r>
    </w:p>
    <w:p>
      <w:r>
        <w:rPr>
          <w:rFonts w:ascii="Courier New" w:hAnsi="Courier New"/>
          <w:color w:val="555555"/>
          <w:sz w:val="20"/>
        </w:rPr>
        <w:t>[t2]</w:t>
      </w:r>
    </w:p>
    <w:p>
      <w:r>
        <w:rPr>
          <w:rFonts w:ascii="Gentium Plus" w:hAnsi="Gentium Plus"/>
          <w:sz w:val="24"/>
        </w:rPr>
        <w:t>ἐπεθυμοῦμεν,</w:t>
      </w:r>
    </w:p>
    <w:p>
      <w:r>
        <w:rPr>
          <w:rFonts w:ascii="Courier New" w:hAnsi="Courier New"/>
          <w:color w:val="555555"/>
          <w:sz w:val="20"/>
        </w:rPr>
        <w:t>[t3]</w:t>
      </w:r>
    </w:p>
    <w:p>
      <w:r>
        <w:rPr>
          <w:rFonts w:ascii="Gentium Plus" w:hAnsi="Gentium Plus"/>
          <w:sz w:val="24"/>
        </w:rPr>
        <w:t>ἑλέσθαι μᾶλλον</w:t>
      </w:r>
    </w:p>
    <w:p>
      <w:r>
        <w:rPr>
          <w:rFonts w:ascii="Courier New" w:hAnsi="Courier New"/>
          <w:color w:val="555555"/>
          <w:sz w:val="20"/>
        </w:rPr>
        <w:t>[t4]</w:t>
      </w:r>
    </w:p>
    <w:p>
      <w:r>
        <w:rPr>
          <w:rFonts w:ascii="Gentium Plus" w:hAnsi="Gentium Plus"/>
          <w:sz w:val="24"/>
        </w:rPr>
        <w:t>τὸ πρᾶγμα ἐχρῆν</w:t>
      </w:r>
    </w:p>
    <w:p>
      <w:r>
        <w:rPr>
          <w:rFonts w:ascii="Courier New" w:hAnsi="Courier New"/>
          <w:color w:val="555555"/>
          <w:sz w:val="20"/>
        </w:rPr>
        <w:t>[1]</w:t>
      </w:r>
    </w:p>
    <w:p>
      <w:r>
        <w:rPr>
          <w:rFonts w:ascii="Gentium Plus" w:hAnsi="Gentium Plus"/>
          <w:sz w:val="24"/>
        </w:rPr>
        <w:t>Εἰ γὰρ οὗτός μέ ποτε εἰσῆλθεν ὁ ἔρως, καταδέξασθαι μᾶλλον ἐχρῆν ἢ φυγεῖν. Διά τί; Ὅτι πολλὴν ἡμῖν τοῦτο τὴν δόξαν ἤνεγκεν ἄν· τὸ γὰρ</w:t>
      </w:r>
    </w:p>
    <w:p>
      <w:r>
        <w:rPr>
          <w:rFonts w:ascii="Courier New" w:hAnsi="Courier New"/>
          <w:color w:val="555555"/>
          <w:sz w:val="20"/>
        </w:rPr>
        <w:t>[5]</w:t>
      </w:r>
    </w:p>
    <w:p>
      <w:r>
        <w:rPr>
          <w:rFonts w:ascii="Gentium Plus" w:hAnsi="Gentium Plus"/>
          <w:sz w:val="24"/>
        </w:rPr>
        <w:t>ἐν τούτῳ τῆς ἡλικίας ὄντα καὶ πρὸ</w:t>
      </w:r>
    </w:p>
    <w:p>
      <w:r>
        <w:rPr>
          <w:rFonts w:ascii="Courier New" w:hAnsi="Courier New"/>
          <w:color w:val="555555"/>
          <w:sz w:val="20"/>
        </w:rPr>
        <w:t>[10]</w:t>
      </w:r>
    </w:p>
    <w:p>
      <w:r>
        <w:rPr>
          <w:rFonts w:ascii="Gentium Plus" w:hAnsi="Gentium Plus"/>
          <w:sz w:val="24"/>
        </w:rPr>
        <w:t>καὶ μεγάλα περὶ ἡμῶν πάντας ἂν ὑποπτεύειν ἔπεισε καὶ σεμνοὺς ἂν ἡμᾶς καὶ περιβλέπτους κατέστησε. Νῦν δέ, πλὴν ὀλίγων, τὸ πλέον τῆς Ἐκκλησίας μέρος οὐδὲ ἐξ ὀνόματος ἡμᾶς ἴσασιν, ὥστε οὐδὲ ὅτι παρῃτήμεθα πᾶσιν ἔσται φανερόν, ἀλλ’ ὀλίγοις τισὶν οὓς οὐδ’ αὐτοὺς οἶμαι τὸ σαφὲς εἰδέναι</w:t>
      </w:r>
    </w:p>
    <w:p>
      <w:r>
        <w:rPr>
          <w:rFonts w:ascii="Courier New" w:hAnsi="Courier New"/>
          <w:color w:val="555555"/>
          <w:sz w:val="20"/>
        </w:rPr>
        <w:t>[15]</w:t>
      </w:r>
    </w:p>
    <w:p>
      <w:r>
        <w:rPr>
          <w:rFonts w:ascii="Gentium Plus" w:hAnsi="Gentium Plus"/>
          <w:sz w:val="24"/>
        </w:rPr>
        <w:t>πάντας· εἰκὸς δὲ καὶ τούτων πολλοὺς ἢ μηδ’ ὅλως ἡμᾶς ᾑρῆσθαι νομίσαι ἢ παρεώσασθαι μετὰ τὴν αἵρεσιν ἀνεπιτη‐ δείους εἶναι δόξαντας, οὐχ ἑκόντας φυγεῖν. ΒΑΣ. Ἀλλ’ οἱ τἀληθὲς εἰδότες θαυμάσονται. ΙΩ. Καὶ μὴν τούτους ἔφης ὡς κενοδόξους καὶ ὑπερηφάνους</w:t>
      </w:r>
    </w:p>
    <w:p>
      <w:r>
        <w:rPr>
          <w:rFonts w:ascii="Courier New" w:hAnsi="Courier New"/>
          <w:color w:val="555555"/>
          <w:sz w:val="20"/>
        </w:rPr>
        <w:t>[20]</w:t>
      </w:r>
    </w:p>
    <w:p>
      <w:r>
        <w:rPr>
          <w:rFonts w:ascii="Gentium Plus" w:hAnsi="Gentium Plus"/>
          <w:sz w:val="24"/>
        </w:rPr>
        <w:t>διαβάλλειν ἡμᾶς. Πόθεν οὖν ἐστιν ἐλπίσαι τὸν ἔπαινον; Ἀπὸ τῶν πολλῶν; ἀλλ’ οὐκ ἴσασι τὸ σαφές. Ἀλλ’ ἐκ τῶν ὀλίγων; ἀλλὰ κἀνταῦθα ἡμῖν εἰς τοὐναντίον τὸ πρᾶγμα περιτέτραπ‐ ται· οὐδὲ γὰρ ἑτέρου τινὸς ἕνεκεν ἐνθάδε εἰσῆλθες νῦν, ἀλλ’ ἵνα μάθῃς τί πρὸς ἐκείνους ἀπολογήσασθαι δέοι. Καὶ τί</w:t>
      </w:r>
    </w:p>
    <w:p>
      <w:r>
        <w:rPr>
          <w:rFonts w:ascii="Courier New" w:hAnsi="Courier New"/>
          <w:color w:val="555555"/>
          <w:sz w:val="20"/>
        </w:rPr>
        <w:t>[25]</w:t>
      </w:r>
    </w:p>
    <w:p>
      <w:r>
        <w:rPr>
          <w:rFonts w:ascii="Gentium Plus" w:hAnsi="Gentium Plus"/>
          <w:sz w:val="24"/>
        </w:rPr>
        <w:t>τούτων ἕνεκεν ἀκριβολογοῦμαι νῦν; Ὅτι γάρ, εἰ καὶ πάντες ᾔδεσαν τἀληθές, οὐδὲ οὕτως ἡμᾶς ἀπονοίας ἢ φιλοδοξίας ἔδει κρίνειν, μικρὸν ἀνάμεινον καὶ τοῦτο εἴσῃ σαφῶς· καὶ πρὸς τούτῳ πάλιν ἐκεῖνο ὅτι οὐ τοῖς ταύτην τολμῶσι τὴν τόλμαν μόνον—εἴπερ τίς ἐστιν ἀνθρώπων, οὐ γὰρ ἔγωγε</w:t>
      </w:r>
    </w:p>
    <w:p>
      <w:r>
        <w:rPr>
          <w:rFonts w:ascii="Courier New" w:hAnsi="Courier New"/>
          <w:color w:val="555555"/>
          <w:sz w:val="20"/>
        </w:rPr>
        <w:t>[30]</w:t>
      </w:r>
    </w:p>
    <w:p>
      <w:r>
        <w:rPr>
          <w:rFonts w:ascii="Gentium Plus" w:hAnsi="Gentium Plus"/>
          <w:sz w:val="24"/>
        </w:rPr>
        <w:t>πείθομαι—, ἀλλὰ καὶ τοῖς περὶ ἑτέρων ὑποπτεύουσι κίνδυνος</w:t>
      </w:r>
    </w:p>
    <w:p>
      <w:pPr>
        <w:jc w:val="center"/>
      </w:pPr>
      <w:r>
        <w:rPr>
          <w:rFonts w:ascii="Gentium Plus" w:hAnsi="Gentium Plus"/>
          <w:b/>
          <w:sz w:val="24"/>
        </w:rPr>
        <w:t>δʹ. Ὅτι φρικτὸν ἡ</w:t>
      </w:r>
    </w:p>
    <w:p>
      <w:r>
        <w:rPr>
          <w:rFonts w:ascii="Courier New" w:hAnsi="Courier New"/>
          <w:color w:val="555555"/>
          <w:sz w:val="20"/>
        </w:rPr>
        <w:t>[t2]</w:t>
      </w:r>
    </w:p>
    <w:p>
      <w:r>
        <w:rPr>
          <w:rFonts w:ascii="Gentium Plus" w:hAnsi="Gentium Plus"/>
          <w:sz w:val="24"/>
        </w:rPr>
        <w:t>ἱερωσύνη καὶ πολὺ</w:t>
      </w:r>
    </w:p>
    <w:p>
      <w:r>
        <w:rPr>
          <w:rFonts w:ascii="Courier New" w:hAnsi="Courier New"/>
          <w:color w:val="555555"/>
          <w:sz w:val="20"/>
        </w:rPr>
        <w:t>[t3]</w:t>
      </w:r>
    </w:p>
    <w:p>
      <w:r>
        <w:rPr>
          <w:rFonts w:ascii="Gentium Plus" w:hAnsi="Gentium Plus"/>
          <w:sz w:val="24"/>
        </w:rPr>
        <w:t>τῆς παλαιᾶς</w:t>
      </w:r>
    </w:p>
    <w:p>
      <w:r>
        <w:rPr>
          <w:rFonts w:ascii="Courier New" w:hAnsi="Courier New"/>
          <w:color w:val="555555"/>
          <w:sz w:val="20"/>
        </w:rPr>
        <w:t>[t4]</w:t>
      </w:r>
    </w:p>
    <w:p>
      <w:r>
        <w:rPr>
          <w:rFonts w:ascii="Gentium Plus" w:hAnsi="Gentium Plus"/>
          <w:sz w:val="24"/>
        </w:rPr>
        <w:t>λατρείας ἡ καινὴ</w:t>
      </w:r>
    </w:p>
    <w:p>
      <w:r>
        <w:rPr>
          <w:rFonts w:ascii="Courier New" w:hAnsi="Courier New"/>
          <w:color w:val="555555"/>
          <w:sz w:val="20"/>
        </w:rPr>
        <w:t>[t5]</w:t>
      </w:r>
    </w:p>
    <w:p>
      <w:r>
        <w:rPr>
          <w:rFonts w:ascii="Gentium Plus" w:hAnsi="Gentium Plus"/>
          <w:sz w:val="24"/>
        </w:rPr>
        <w:t>φρικωδεστέρα</w:t>
      </w:r>
    </w:p>
    <w:p>
      <w:r>
        <w:rPr>
          <w:rFonts w:ascii="Courier New" w:hAnsi="Courier New"/>
          <w:color w:val="555555"/>
          <w:sz w:val="20"/>
        </w:rPr>
        <w:t>[1]</w:t>
      </w:r>
    </w:p>
    <w:p>
      <w:r>
        <w:rPr>
          <w:rFonts w:ascii="Gentium Plus" w:hAnsi="Gentium Plus"/>
          <w:sz w:val="24"/>
        </w:rPr>
        <w:t>Ἡ γὰρ ἱερωσύνη τελεῖται μὲν ἐπὶ τῆς γῆς, τάξιν δὲ ἐπουρανίων ἔχει πραγμάτων. Καὶ μάλα γε εἰκότως· οὐ γὰρ ἄνθρωπος, οὐκ ἄγγελος, οὐκ</w:t>
      </w:r>
    </w:p>
    <w:p>
      <w:r>
        <w:rPr>
          <w:rFonts w:ascii="Courier New" w:hAnsi="Courier New"/>
          <w:color w:val="555555"/>
          <w:sz w:val="20"/>
        </w:rPr>
        <w:t>[5]</w:t>
      </w:r>
    </w:p>
    <w:p>
      <w:r>
        <w:rPr>
          <w:rFonts w:ascii="Gentium Plus" w:hAnsi="Gentium Plus"/>
          <w:sz w:val="24"/>
        </w:rPr>
        <w:t>ἀρχάγγελος, οὐκ ἄλλη τις κτιστὴ δύναμις, ἀλλ’ αὐτὸς ὁ Παράκλητος ταύτην διετάξατο τὴν ἀκολουθίαν καὶ ἔτι μένοντας ἐν σαρκὶ τὴν τῶν ἀγγέλων ἔπεισε φαντάζεσθαι διακονίαν. Διὸ χρὴ τὸν ἱερωμένον ὥσπερ ἐν αὐτοῖς ἑστῶτα τοῖς οὐρανοῖς μεταξὺ</w:t>
      </w:r>
    </w:p>
    <w:p>
      <w:r>
        <w:rPr>
          <w:rFonts w:ascii="Courier New" w:hAnsi="Courier New"/>
          <w:color w:val="555555"/>
          <w:sz w:val="20"/>
        </w:rPr>
        <w:t>[10]</w:t>
      </w:r>
    </w:p>
    <w:p>
      <w:r>
        <w:rPr>
          <w:rFonts w:ascii="Gentium Plus" w:hAnsi="Gentium Plus"/>
          <w:sz w:val="24"/>
        </w:rPr>
        <w:t>τῶν δυνάμεων ἐκείνων οὕτως εἶναι καθαρόν. Φοβερὰ μὲν γὰρ καὶ φρικωδέστατα καὶ τὰ πρὸ τῆς χάριτος, οἷον οἱ κώδωνες, οἱ ῥοΐσκοι, οἱ λίθοι οἱ τοῦ στήθους, οἱ τῆς ἐπωμίδος, ἡ μίτρα, ἡ κίδαρις, ὁ ποδήρης, τὸ πέταλον τὸ χρυσοῦν, τὰ Ἅγια τῶν ἁγίων, ἡ πολλὴ τῶν ἔνδον ἠρεμία· ἀλλ’ εἴ τις τὰ τῆς χάριτος</w:t>
      </w:r>
    </w:p>
    <w:p>
      <w:r>
        <w:rPr>
          <w:rFonts w:ascii="Courier New" w:hAnsi="Courier New"/>
          <w:color w:val="555555"/>
          <w:sz w:val="20"/>
        </w:rPr>
        <w:t>[15]</w:t>
      </w:r>
    </w:p>
    <w:p>
      <w:r>
        <w:rPr>
          <w:rFonts w:ascii="Gentium Plus" w:hAnsi="Gentium Plus"/>
          <w:sz w:val="24"/>
        </w:rPr>
        <w:t>ἐξετάσειε, μικρὰ ὄντα εὑρήσει τὰ φοβερὰ καὶ φρικωδέστατα ἐκεῖνα, καὶ τὸ περὶ τοῦ νόμου λεχθὲν κἀνταῦθα ἀληθὲς ὂν ὅτι «Οὐ δεδόξασται τὸ δεδοξασμένον ἐν τούτῳ τῷ μέρει ἕνεκεν</w:t>
      </w:r>
    </w:p>
    <w:p>
      <w:r>
        <w:rPr>
          <w:rFonts w:ascii="Courier New" w:hAnsi="Courier New"/>
          <w:color w:val="555555"/>
          <w:sz w:val="20"/>
        </w:rPr>
        <w:t>[20]</w:t>
      </w:r>
    </w:p>
    <w:p>
      <w:r>
        <w:rPr>
          <w:rFonts w:ascii="Gentium Plus" w:hAnsi="Gentium Plus"/>
          <w:sz w:val="24"/>
        </w:rPr>
        <w:t>καὶ ἐπευχόμενον, καὶ πάντας ἐκείνῳ τῷ τιμίῳ φοινισσομένους αἵματι, ἆρα ἔτι μετὰ ἀνθρώπων εἶναι νομίζεις καὶ ἐπὶ τῆς γῆς ἑστάναι, ἀλλ’ οὐκ εὐθέως ἐπὶ τοὺς οὐρανοὺς μετανί‐ στασαι καὶ πᾶσαν σαρκικὴν διάνοιαν ἐκβάλλων, γυμνῇ τῇ ψυχῇ καὶ τῷ νῷ καθαρῷ περιβλέπεις τὰ ἐν οὐρανοῖς; Ὢ τοῦ</w:t>
      </w:r>
    </w:p>
    <w:p>
      <w:r>
        <w:rPr>
          <w:rFonts w:ascii="Courier New" w:hAnsi="Courier New"/>
          <w:color w:val="555555"/>
          <w:sz w:val="20"/>
        </w:rPr>
        <w:t>[25]</w:t>
      </w:r>
    </w:p>
    <w:p>
      <w:r>
        <w:rPr>
          <w:rFonts w:ascii="Gentium Plus" w:hAnsi="Gentium Plus"/>
          <w:sz w:val="24"/>
        </w:rPr>
        <w:t>θαύματος· ὢ τῆς τοῦ Θεοῦ φιλανθρωπίας. Ὁ μετὰ τοῦ Πα‐ τρὸς ἄνω καθήμενος κατὰ τὴν ὥραν ἐκείνην ταῖς ἁπάντων κατέχεται χερσὶ καὶ δίδωσιν αὐτὸν τοῖς βουλομένοις περι‐ πτύξασθαι καὶ περιλαβεῖν, ποιοῦσι δὲ τοῦτο πάντες διὰ τῶν ὀφθαλμῶν τότε. Ἆρά σοι τοῦ καταφρονεῖσθαι ταῦτα ἄξια</w:t>
      </w:r>
    </w:p>
    <w:p>
      <w:r>
        <w:rPr>
          <w:rFonts w:ascii="Courier New" w:hAnsi="Courier New"/>
          <w:color w:val="555555"/>
          <w:sz w:val="20"/>
        </w:rPr>
        <w:t>[30]</w:t>
      </w:r>
    </w:p>
    <w:p>
      <w:r>
        <w:rPr>
          <w:rFonts w:ascii="Gentium Plus" w:hAnsi="Gentium Plus"/>
          <w:sz w:val="24"/>
        </w:rPr>
        <w:t>καταφαίνεται, ἢ τοιαῦτα εἶναι ὡς δυνηθῆναί τινα καὶ ἐπαρ‐ θῆναι κατ’ αὐτῶν; Βούλει καὶ ἐξ ἑτέρου θαύματος τῆς ἁγιαστίας ταύτης ἰδεῖν</w:t>
      </w:r>
    </w:p>
    <w:p>
      <w:r>
        <w:rPr>
          <w:rFonts w:ascii="Courier New" w:hAnsi="Courier New"/>
          <w:color w:val="555555"/>
          <w:sz w:val="20"/>
        </w:rPr>
        <w:t>[35]</w:t>
      </w:r>
    </w:p>
    <w:p>
      <w:r>
        <w:rPr>
          <w:rFonts w:ascii="Gentium Plus" w:hAnsi="Gentium Plus"/>
          <w:sz w:val="24"/>
        </w:rPr>
        <w:t>λίθων κειμένην καὶ πάντας μὲν ἐν ἡσυχίᾳ τοὺς λοιποὺς καὶ πολλῇ τῇ σιγῇ, μόνον δὲ τὸν προφήτην εὐχόμενον, εἶτα ἐξαί‐ φνης τὴν φλόγα ἐκ τῶν οὐρανῶν ἐπὶ τὸ ἱερεῖον ῥιπτουμένην, θαυμαστὰ ταῦτα καὶ πάσης ἐκπλήξεως γέμοντα. Μετάβηθι τοίνυν ἐκεῖθεν ἐπὶ τὰ νῦν τελούμενα, καὶ οὐ θαυμαστὰ ὄψει</w:t>
      </w:r>
    </w:p>
    <w:p>
      <w:r>
        <w:rPr>
          <w:rFonts w:ascii="Courier New" w:hAnsi="Courier New"/>
          <w:color w:val="555555"/>
          <w:sz w:val="20"/>
        </w:rPr>
        <w:t>[40]</w:t>
      </w:r>
    </w:p>
    <w:p>
      <w:r>
        <w:rPr>
          <w:rFonts w:ascii="Gentium Plus" w:hAnsi="Gentium Plus"/>
          <w:sz w:val="24"/>
        </w:rPr>
        <w:t>μόνον, ἀλλὰ καὶ πᾶσαν ἔκπληξιν ὑπερβαίνοντα· ἕστηκε γὰρ ὁ ἱερεύς, οὐ πῦρ καταφέρων, ἀλλὰ τὸ Πνεῦμα τὸ ἅγιον, καὶ τὴν ἱκετηρίαν ἐπὶ πολὺ ποιεῖται, οὐχ ἵνα τις λαμπὰς ἄνωθεν ἀφεθεῖσα καταναλώσῃ τὰ προκείμενα, ἀλλ’ ἵνα ἡ χάρις ἐπιπεσοῦσα τῇ θυσίᾳ δι’ ἐκείνης τὰς ἁπάντων ἀνάψῃ ψυχὰς</w:t>
      </w:r>
    </w:p>
    <w:p>
      <w:r>
        <w:rPr>
          <w:rFonts w:ascii="Courier New" w:hAnsi="Courier New"/>
          <w:color w:val="555555"/>
          <w:sz w:val="20"/>
        </w:rPr>
        <w:t>[45]</w:t>
      </w:r>
    </w:p>
    <w:p>
      <w:r>
        <w:rPr>
          <w:rFonts w:ascii="Gentium Plus" w:hAnsi="Gentium Plus"/>
          <w:sz w:val="24"/>
        </w:rPr>
        <w:t>καὶ ἀργυρίου λαμπροτέρας ἀποδείξῃ πεπυρωμένου. Ταύτης οὖν τῆς φρικωδεστάτης τελετῆς τίς μὴ μαινόμενος μηδὲ ἐξεστηκὼς ὑπερφρονῆσαι δυνήσεται; ἢ ἀγνοεῖς ὅτι οὐκ ἄν ποτε ἀνθρωπίνη ψυχὴ τὸ πῦρ ἐκεῖνο τῆς θυσίας ἐβάσταζεν, ἀλλ’ ἄρδην ἂν ἅπαντες ἠφανίσθησαν, εἰ μὴ πολλὴ τῆς τοῦ</w:t>
      </w:r>
    </w:p>
    <w:p>
      <w:r>
        <w:rPr>
          <w:rFonts w:ascii="Courier New" w:hAnsi="Courier New"/>
          <w:color w:val="555555"/>
          <w:sz w:val="20"/>
        </w:rPr>
        <w:t>[3 . 4 (50)]</w:t>
      </w:r>
    </w:p>
    <w:p>
      <w:r>
        <w:rPr>
          <w:rFonts w:ascii="Gentium Plus" w:hAnsi="Gentium Plus"/>
          <w:sz w:val="24"/>
        </w:rPr>
        <w:t>Θεοῦ χάριτος ἦν ἡ βοήθεια;</w:t>
      </w:r>
    </w:p>
    <w:p>
      <w:pPr>
        <w:jc w:val="center"/>
      </w:pPr>
      <w:r>
        <w:rPr>
          <w:rFonts w:ascii="Gentium Plus" w:hAnsi="Gentium Plus"/>
          <w:b/>
          <w:sz w:val="24"/>
        </w:rPr>
        <w:t>εʹ. Ὅτι πολλὴ</w:t>
      </w:r>
    </w:p>
    <w:p>
      <w:r>
        <w:rPr>
          <w:rFonts w:ascii="Courier New" w:hAnsi="Courier New"/>
          <w:color w:val="555555"/>
          <w:sz w:val="20"/>
        </w:rPr>
        <w:t>[t2]</w:t>
      </w:r>
    </w:p>
    <w:p>
      <w:r>
        <w:rPr>
          <w:rFonts w:ascii="Gentium Plus" w:hAnsi="Gentium Plus"/>
          <w:sz w:val="24"/>
        </w:rPr>
        <w:t>τῶν ἱερέων</w:t>
      </w:r>
    </w:p>
    <w:p>
      <w:r>
        <w:rPr>
          <w:rFonts w:ascii="Courier New" w:hAnsi="Courier New"/>
          <w:color w:val="555555"/>
          <w:sz w:val="20"/>
        </w:rPr>
        <w:t>[t3]</w:t>
      </w:r>
    </w:p>
    <w:p>
      <w:r>
        <w:rPr>
          <w:rFonts w:ascii="Gentium Plus" w:hAnsi="Gentium Plus"/>
          <w:sz w:val="24"/>
        </w:rPr>
        <w:t>ἡ ἐξουσία</w:t>
      </w:r>
    </w:p>
    <w:p>
      <w:r>
        <w:rPr>
          <w:rFonts w:ascii="Courier New" w:hAnsi="Courier New"/>
          <w:color w:val="555555"/>
          <w:sz w:val="20"/>
        </w:rPr>
        <w:t>[t4]</w:t>
      </w:r>
    </w:p>
    <w:p>
      <w:r>
        <w:rPr>
          <w:rFonts w:ascii="Gentium Plus" w:hAnsi="Gentium Plus"/>
          <w:sz w:val="24"/>
        </w:rPr>
        <w:t>καὶ ἡ τιμή</w:t>
      </w:r>
    </w:p>
    <w:p>
      <w:r>
        <w:rPr>
          <w:rFonts w:ascii="Courier New" w:hAnsi="Courier New"/>
          <w:color w:val="555555"/>
          <w:sz w:val="20"/>
        </w:rPr>
        <w:t>[1]</w:t>
      </w:r>
    </w:p>
    <w:p>
      <w:r>
        <w:rPr>
          <w:rFonts w:ascii="Gentium Plus" w:hAnsi="Gentium Plus"/>
          <w:sz w:val="24"/>
        </w:rPr>
        <w:t>Εἰ γάρ τις ἐννοήσειεν ὅσον ἐστὶν ἄνθρωπον ὄντα καὶ ἔτι σαρκὶ καὶ αἵματι πεπλεγμένον τῆς μακαρίας καὶ ἀκηράτου φύσεως ἐκείνης ἐγγὺς</w:t>
      </w:r>
    </w:p>
    <w:p>
      <w:r>
        <w:rPr>
          <w:rFonts w:ascii="Courier New" w:hAnsi="Courier New"/>
          <w:color w:val="555555"/>
          <w:sz w:val="20"/>
        </w:rPr>
        <w:t>[5]</w:t>
      </w:r>
    </w:p>
    <w:p>
      <w:r>
        <w:rPr>
          <w:rFonts w:ascii="Gentium Plus" w:hAnsi="Gentium Plus"/>
          <w:sz w:val="24"/>
        </w:rPr>
        <w:t>δυνηθῆναι γενέσθαι, τότε ὄψεται καλῶς ὅσης τοὺς ἱερεῖς τιμῆς ἡ τοῦ Πνεύματος ἠξίωσε χάρις. διὰ γὰρ ἐκείνων καὶ ταῦτα τελεῖται καὶ ἕτερα τούτων οὐδὲν ἀποδέοντα καὶ εἰς ἀξιώματος καὶ εἰς σωτηρίας τῆς ἡμετέρας λόγον. Οἱ γὰρ τὴν γῆν οἰκοῦντες καὶ ἐν ταύτῃ ποιούμενοι τὴν</w:t>
      </w:r>
    </w:p>
    <w:p>
      <w:r>
        <w:rPr>
          <w:rFonts w:ascii="Courier New" w:hAnsi="Courier New"/>
          <w:color w:val="555555"/>
          <w:sz w:val="20"/>
        </w:rPr>
        <w:t>[10]</w:t>
      </w:r>
    </w:p>
    <w:p>
      <w:r>
        <w:rPr>
          <w:rFonts w:ascii="Gentium Plus" w:hAnsi="Gentium Plus"/>
          <w:sz w:val="24"/>
        </w:rPr>
        <w:t>διατριβὴν τὰ ἐν οὐρανοῖς διοικεῖν ἐπετράπησαν καὶ ἐξουσίαν ἔλαβον ἣν οὔτε ἀγγέλοις οὔτε ἀρχαγγέλοις ἔδωκεν ὁ Θεός· οὐ γὰρ πρὸς ἐκείνους εἴρηται· «Ὅσα ἂν δήσητε ἐπὶ τῆς γῆς ἔσται δεδεμένα καὶ ἐν τῷ οὐρανῷ, καὶ ὅσα ἂν λύσητε ἐπὶ τῆς γῆς ἔσται λελυμένα ἐν τῷ οὐρανῷ.» Ἔχουσι μὲν γὰρ καὶ</w:t>
      </w:r>
    </w:p>
    <w:p>
      <w:r>
        <w:rPr>
          <w:rFonts w:ascii="Courier New" w:hAnsi="Courier New"/>
          <w:color w:val="555555"/>
          <w:sz w:val="20"/>
        </w:rPr>
        <w:t>[15]</w:t>
      </w:r>
    </w:p>
    <w:p>
      <w:r>
        <w:rPr>
          <w:rFonts w:ascii="Gentium Plus" w:hAnsi="Gentium Plus"/>
          <w:sz w:val="24"/>
        </w:rPr>
        <w:t>οἱ κρατοῦντες ἐπὶ τῆς γῆς τὴν τοῦ δεσμεῖν ἐξουσίαν, ἀλλὰ σωμάτων μόνων· οὗτος δὲ ὁ δεσμὸς αὐτῆς ἅπτεται τῆς ψυχῆς καὶ διαβαίνει τοὺς οὐρανοὺς καὶ ἅπερ ἂν ἐργάσωνται κάτω οἱ ἱερεῖς, ταῦτα ὁ Θεὸς ἄνω κυροῖ καὶ τὴν τῶν δούλων γνώμην ὁ δεσπότης βεβαιοῖ.</w:t>
      </w:r>
    </w:p>
    <w:p>
      <w:r>
        <w:rPr>
          <w:rFonts w:ascii="Courier New" w:hAnsi="Courier New"/>
          <w:color w:val="555555"/>
          <w:sz w:val="20"/>
        </w:rPr>
        <w:t>[20]</w:t>
      </w:r>
    </w:p>
    <w:p>
      <w:r>
        <w:rPr>
          <w:rFonts w:ascii="Gentium Plus" w:hAnsi="Gentium Plus"/>
          <w:sz w:val="24"/>
        </w:rPr>
        <w:t>Καὶ τί γὰρ ἀλλ’ ἢ πᾶσαν αὐτοῖς τὴν οὐράνιον ἔδωκεν ἐξουσίαν; «Ὧν γὰρ ἄν, φησίν, ἀφῆτε τὰς ἁμαρτίας, ἀφέων‐ ται, καὶ ὧν ἂν κρατῆτε, κεκράτηνται.» Τίς ἂν γένοιτο ταύτης ἐξουσία μείζων; «Πᾶσαν τὴν κρίσιν ἔδωκεν ὁ πατὴρ τῷ υἱῷ.» Ὁρῶ δὲ πᾶσαν αὐτὴν τούτους ἐγχειρισθέντας ὑπὸ</w:t>
      </w:r>
    </w:p>
    <w:p>
      <w:r>
        <w:rPr>
          <w:rFonts w:ascii="Courier New" w:hAnsi="Courier New"/>
          <w:color w:val="555555"/>
          <w:sz w:val="20"/>
        </w:rPr>
        <w:t>[25]</w:t>
      </w:r>
    </w:p>
    <w:p>
      <w:r>
        <w:rPr>
          <w:rFonts w:ascii="Gentium Plus" w:hAnsi="Gentium Plus"/>
          <w:sz w:val="24"/>
        </w:rPr>
        <w:t>τοῦ υἱοῦ· ὥσπερ γὰρ εἰς οὐρανοὺς ἤδη μετατεθέντες καὶ τὴν ἀνθρωπείαν ὑπερβάντες φύσιν καὶ τῶν ἡμετέρων ἀπαλλα‐ γέντες παθῶν, οὕτως εἰς τοσαύτην ἤχθησαν τὴν ἀρχήν. Εἶτα</w:t>
      </w:r>
    </w:p>
    <w:p>
      <w:r>
        <w:rPr>
          <w:rFonts w:ascii="Courier New" w:hAnsi="Courier New"/>
          <w:color w:val="555555"/>
          <w:sz w:val="20"/>
        </w:rPr>
        <w:t>[30]</w:t>
      </w:r>
    </w:p>
    <w:p>
      <w:r>
        <w:rPr>
          <w:rFonts w:ascii="Gentium Plus" w:hAnsi="Gentium Plus"/>
          <w:sz w:val="24"/>
        </w:rPr>
        <w:t>ἀφιέναι πάλιν, ζηλωτὸς καὶ περίβλεπτος παρὰ πᾶσιν οὗτος· ὁ δὲ παρὰ Θεοῦ τοσούτῳ μείζονα ἐξουσίαν λαβὼν ὅσῳ γῆς τιμιώτερος ὁ οὐρανὸς καὶ σωμάτων ψυχαί, οὕτω μικράν τισιν ἔδοξεν εἰληφέναι τιμὴν ὡς δυνηθῆναι κἂν ἐννοῆσαι ὅτι τῶν ταῦτά τις πιστευθέντων καὶ ὑπερφρονήσει τῆς δωρεᾶς. Ἄπαγε</w:t>
      </w:r>
    </w:p>
    <w:p>
      <w:r>
        <w:rPr>
          <w:rFonts w:ascii="Courier New" w:hAnsi="Courier New"/>
          <w:color w:val="555555"/>
          <w:sz w:val="20"/>
        </w:rPr>
        <w:t>[35]</w:t>
      </w:r>
    </w:p>
    <w:p>
      <w:r>
        <w:rPr>
          <w:rFonts w:ascii="Gentium Plus" w:hAnsi="Gentium Plus"/>
          <w:sz w:val="24"/>
        </w:rPr>
        <w:t>τῆς μανίας· μανία γὰρ περιφανὴς ὑπερορᾶν τῆς τοσαύτης ἀρχῆς ἧς ἄνευ οὔτε σωτηρίας ἡμῖν, οὔτε τῶν ἐπηγγελμένων ἀγαθῶν ἔστι τυχεῖν.</w:t>
      </w:r>
    </w:p>
    <w:p>
      <w:pPr>
        <w:jc w:val="center"/>
      </w:pPr>
      <w:r>
        <w:rPr>
          <w:rFonts w:ascii="Gentium Plus" w:hAnsi="Gentium Plus"/>
          <w:b/>
          <w:sz w:val="24"/>
        </w:rPr>
        <w:t>ϛʹ. Ὅτι τῶν</w:t>
      </w:r>
    </w:p>
    <w:p>
      <w:r>
        <w:rPr>
          <w:rFonts w:ascii="Courier New" w:hAnsi="Courier New"/>
          <w:color w:val="555555"/>
          <w:sz w:val="20"/>
        </w:rPr>
        <w:t>[t2]</w:t>
      </w:r>
    </w:p>
    <w:p>
      <w:r>
        <w:rPr>
          <w:rFonts w:ascii="Gentium Plus" w:hAnsi="Gentium Plus"/>
          <w:sz w:val="24"/>
        </w:rPr>
        <w:t>παρὰ τοῦ Θεοῦ</w:t>
      </w:r>
    </w:p>
    <w:p>
      <w:r>
        <w:rPr>
          <w:rFonts w:ascii="Courier New" w:hAnsi="Courier New"/>
          <w:color w:val="555555"/>
          <w:sz w:val="20"/>
        </w:rPr>
        <w:t>[t3]</w:t>
      </w:r>
    </w:p>
    <w:p>
      <w:r>
        <w:rPr>
          <w:rFonts w:ascii="Gentium Plus" w:hAnsi="Gentium Plus"/>
          <w:sz w:val="24"/>
        </w:rPr>
        <w:t>μεγίστων δωρεῶν</w:t>
      </w:r>
    </w:p>
    <w:p>
      <w:r>
        <w:rPr>
          <w:rFonts w:ascii="Courier New" w:hAnsi="Courier New"/>
          <w:color w:val="555555"/>
          <w:sz w:val="20"/>
        </w:rPr>
        <w:t>[t4]</w:t>
      </w:r>
    </w:p>
    <w:p>
      <w:r>
        <w:rPr>
          <w:rFonts w:ascii="Gentium Plus" w:hAnsi="Gentium Plus"/>
          <w:sz w:val="24"/>
        </w:rPr>
        <w:t>εἰσι διάκονοι</w:t>
      </w:r>
    </w:p>
    <w:p>
      <w:r>
        <w:rPr>
          <w:rFonts w:ascii="Courier New" w:hAnsi="Courier New"/>
          <w:color w:val="555555"/>
          <w:sz w:val="20"/>
        </w:rPr>
        <w:t>[1]</w:t>
      </w:r>
    </w:p>
    <w:p>
      <w:r>
        <w:rPr>
          <w:rFonts w:ascii="Gentium Plus" w:hAnsi="Gentium Plus"/>
          <w:sz w:val="24"/>
        </w:rPr>
        <w:t>Εἰ γὰρ οὐ δύναταί τις εἰσελθεῖν εἰς τὴν βασιλείαν τῶν οὐρανῶν, ἐὰν μὴ δι’ ὕδατος καὶ πνεύματος ἀνα‐ γεννηθῇ, καὶ ὁ μὴ τρώγων τὴν</w:t>
      </w:r>
    </w:p>
    <w:p>
      <w:r>
        <w:rPr>
          <w:rFonts w:ascii="Courier New" w:hAnsi="Courier New"/>
          <w:color w:val="555555"/>
          <w:sz w:val="20"/>
        </w:rPr>
        <w:t>[5]</w:t>
      </w:r>
    </w:p>
    <w:p>
      <w:r>
        <w:rPr>
          <w:rFonts w:ascii="Gentium Plus" w:hAnsi="Gentium Plus"/>
          <w:sz w:val="24"/>
        </w:rPr>
        <w:t>σάρκα τοῦ Κυρίου καὶ τὸ αἷμα αὐτοῦ πίνων ἐκβέβληται τῆς αἰωνίου ζωῆς, πάντα δὲ ταῦτα δι’ ἑτέ‐ ρου μὲν οὐδενός, μόνον δὲ διὰ τῶν ἁγίων ἐκείνων ἐπιτελεῖται χειρῶν, τῶν τοῦ ἱερέως λέγω, πῶς ἄν τις τούτων ἐκτὸς ἢ τὸ τῆς γεέννης ἐκφυγεῖν δυνήσεται πῦρ ἢ τῶν ἀποκειμένων στε‐</w:t>
      </w:r>
    </w:p>
    <w:p>
      <w:r>
        <w:rPr>
          <w:rFonts w:ascii="Courier New" w:hAnsi="Courier New"/>
          <w:color w:val="555555"/>
          <w:sz w:val="20"/>
        </w:rPr>
        <w:t>[10]</w:t>
      </w:r>
    </w:p>
    <w:p>
      <w:r>
        <w:rPr>
          <w:rFonts w:ascii="Gentium Plus" w:hAnsi="Gentium Plus"/>
          <w:sz w:val="24"/>
        </w:rPr>
        <w:t>φάνων τυχεῖν; Οὗτοι γάρ εἰσιν, οὗτοι οἱ τὰς πνευματικὰς πιστευθέντες ὠδῖνας καὶ τὸν διὰ τοῦ βαπτίσματος ἐπιτραπέντες τόκον· διὰ τούτων ἐνδυόμεθα τὸν Χριστὸν καὶ συνθαπτόμεθα τῷ υἱῷ τοῦ Θεοῦ, μέλη γινόμεθα τῆς μακαρίας ἐκείνης κεφα‐ λῆς, ὥστε ἡμῖν οὐκ ἀρχόντων μόνον οὐδὲ βασιλέων φοβερώ‐</w:t>
      </w:r>
    </w:p>
    <w:p>
      <w:r>
        <w:rPr>
          <w:rFonts w:ascii="Courier New" w:hAnsi="Courier New"/>
          <w:color w:val="555555"/>
          <w:sz w:val="20"/>
        </w:rPr>
        <w:t>[15]</w:t>
      </w:r>
    </w:p>
    <w:p>
      <w:r>
        <w:rPr>
          <w:rFonts w:ascii="Gentium Plus" w:hAnsi="Gentium Plus"/>
          <w:sz w:val="24"/>
        </w:rPr>
        <w:t>τεροι, ἀλλὰ καὶ πατέρων τιμιώτεροι δικαίως ἂν εἶεν· οἱ μὲν</w:t>
      </w:r>
    </w:p>
    <w:p>
      <w:r>
        <w:rPr>
          <w:rFonts w:ascii="Courier New" w:hAnsi="Courier New"/>
          <w:color w:val="555555"/>
          <w:sz w:val="20"/>
        </w:rPr>
        <w:t>[20]</w:t>
      </w:r>
    </w:p>
    <w:p>
      <w:r>
        <w:rPr>
          <w:rFonts w:ascii="Gentium Plus" w:hAnsi="Gentium Plus"/>
          <w:sz w:val="24"/>
        </w:rPr>
        <w:t>Λέπραν σώματος ἀπαλλάττειν, μᾶλλον δὲ ἀπαλλάττειν μὲν οὐδαμῶς, τοὺς δὲ ἀπαλλαγέντας δοκιμάζειν μόνον εἶχον ἐξουσίαν οἱ τῶν Ἰουδαίων ἱερεῖς, καὶ οἶσθα πῶς περιμάχητον ἦν τὸ τῶν ἱερέων τότε· οὗτοι δὲ οὐ λέπραν σώματος, ἀλλ’ ἀκαθαρσίαν ψυχῆς, οὐκ ἀπαλλαγεῖσαν δοκιμάζειν, ἀλλ’ ἀπαλ‐</w:t>
      </w:r>
    </w:p>
    <w:p>
      <w:r>
        <w:rPr>
          <w:rFonts w:ascii="Courier New" w:hAnsi="Courier New"/>
          <w:color w:val="555555"/>
          <w:sz w:val="20"/>
        </w:rPr>
        <w:t>[25]</w:t>
      </w:r>
    </w:p>
    <w:p>
      <w:r>
        <w:rPr>
          <w:rFonts w:ascii="Gentium Plus" w:hAnsi="Gentium Plus"/>
          <w:sz w:val="24"/>
        </w:rPr>
        <w:t>λάττειν παντελῶς ἔλαβον ἐξουσίαν, ὥστε οἱ τούτων ὑπερ‐ ορῶντες πολλῷ καὶ τῶν περὶ Δαθὰν εἶεν ἐναγέστεροι καὶ μείζονος ἄξιοι τιμωρίας· οἱ μὲν γάρ, εἰ καὶ μὴ προσηκούσης αὐτοῖς ἀντεποιοῦντο τῆς ἀρχῆς, ἀλλ’ ὅμως θαυμαστήν τινα περὶ αὐτῆς εἶχον δόξαν καὶ τοῦτο τῷ μετὰ πολλῆς ἐφίεσθαι</w:t>
      </w:r>
    </w:p>
    <w:p>
      <w:r>
        <w:rPr>
          <w:rFonts w:ascii="Courier New" w:hAnsi="Courier New"/>
          <w:color w:val="555555"/>
          <w:sz w:val="20"/>
        </w:rPr>
        <w:t>[30]</w:t>
      </w:r>
    </w:p>
    <w:p>
      <w:r>
        <w:rPr>
          <w:rFonts w:ascii="Gentium Plus" w:hAnsi="Gentium Plus"/>
          <w:sz w:val="24"/>
        </w:rPr>
        <w:t>σπουδῆς ἔδειξαν· οὗτοι δέ, ὅτε ἐπὶ τὸ κρεῖττον διεκοσμήθη καὶ τοσαύτην ἔλαβεν ἐπίδοσιν τὸ πρᾶγμα, τότε ἐξ ἐναντίας μὲν ἐκείνοις, πολλῷ δὲ ἐκείνων μείζονα τετολμήκασιν. Οὐδὲ γὰρ ἴσον εἰς καταφρονήσεως λόγον ἐφίεσθαι μὴ προσηκούσης τιμῆς καὶ ὑπερορᾶν τοσούτων ἀγαθῶν, ἀλλὰ τοσούτῳ μεῖζον</w:t>
      </w:r>
    </w:p>
    <w:p>
      <w:r>
        <w:rPr>
          <w:rFonts w:ascii="Courier New" w:hAnsi="Courier New"/>
          <w:color w:val="555555"/>
          <w:sz w:val="20"/>
        </w:rPr>
        <w:t>[35]</w:t>
      </w:r>
    </w:p>
    <w:p>
      <w:r>
        <w:rPr>
          <w:rFonts w:ascii="Gentium Plus" w:hAnsi="Gentium Plus"/>
          <w:sz w:val="24"/>
        </w:rPr>
        <w:t>ἐκεῖνο τούτου ὅσῳ τοῦ διαπτύειν καὶ θαυμάζειν τὸ μέσον ἐστί. Τίς οὖν οὕτως ἀθλία ψυχὴ ὡς τοσούτων ὑπεριδεῖν ἀγα‐ θῶν; Οὐκ ἄν ποτε φαίην ἐγώ, πλὴν εἴ τις οἶστρον ὑπομείνειε δαιμονικόν. Ἀλλὰ γὰρ ἐπάνειμι πάλιν ὅθεν ἐξέβην· οὐ γὰρ ἐν τῷ κολά‐</w:t>
      </w:r>
    </w:p>
    <w:p>
      <w:r>
        <w:rPr>
          <w:rFonts w:ascii="Courier New" w:hAnsi="Courier New"/>
          <w:color w:val="555555"/>
          <w:sz w:val="20"/>
        </w:rPr>
        <w:t>[40]</w:t>
      </w:r>
    </w:p>
    <w:p>
      <w:r>
        <w:rPr>
          <w:rFonts w:ascii="Gentium Plus" w:hAnsi="Gentium Plus"/>
          <w:sz w:val="24"/>
        </w:rPr>
        <w:t>ζειν μόνον, ἀλλὰ καὶ ἐν τῷ ποιεῖν εὖ, μείζονα τοῖς ἱερεῦσιν ἔδωκε δύναμιν τῶν φυσικῶν γονέων ὁ Θεός, καὶ τοσοῦτον ἀμφοτέρων τὸ διάφορον ὅσον τῆς παρούσης καὶ τῆς μελλού‐ σης ζωῆς· οἱ μὲν γὰρ εἰς ταύτην, οἱ δὲ εἰς ἐκείνην γεννῶσι. Κἀκεῖνοι μὲν οὐδὲ τὸν σωματικὸν αὐτοῖς δύναιντ’ ἂν ἀμύ‐</w:t>
      </w:r>
    </w:p>
    <w:p>
      <w:r>
        <w:rPr>
          <w:rFonts w:ascii="Courier New" w:hAnsi="Courier New"/>
          <w:color w:val="555555"/>
          <w:sz w:val="20"/>
        </w:rPr>
        <w:t>[45]</w:t>
      </w:r>
    </w:p>
    <w:p>
      <w:r>
        <w:rPr>
          <w:rFonts w:ascii="Gentium Plus" w:hAnsi="Gentium Plus"/>
          <w:sz w:val="24"/>
        </w:rPr>
        <w:t>νασθαι θάνατον, οὐ νόσον ἐπενεχθεῖσαν ἀποκρούσασθαι· οὗτοι δὲ καὶ κάμνουσαν καὶ ἀπόλλυσθαι μέλλουσαν τὴν ψυχὴν πολλάκις ἔσωσαν, τοῖς μὲν πραοτέραν τὴν κόλασιν ἐργασάμενοι, τοὺς δὲ οὐδὲ παρὰ τὴν ἀρχὴν ἀφέντες ἐμπεσεῖν, οὐ τῷ διδάσκειν μόνον καὶ νουθετεῖν, ἀλλὰ καὶ τῷ δι’ εὐχῶν</w:t>
      </w:r>
    </w:p>
    <w:p>
      <w:r>
        <w:rPr>
          <w:rFonts w:ascii="Courier New" w:hAnsi="Courier New"/>
          <w:color w:val="555555"/>
          <w:sz w:val="20"/>
        </w:rPr>
        <w:t>[3 . 6 (50)]</w:t>
      </w:r>
    </w:p>
    <w:p>
      <w:r>
        <w:rPr>
          <w:rFonts w:ascii="Gentium Plus" w:hAnsi="Gentium Plus"/>
          <w:sz w:val="24"/>
        </w:rPr>
        <w:t>βοηθεῖν. Οὐ γὰρ ὅταν ἡμᾶς ἀναγεννῶσι μόνον, ἀλλὰ καὶ τὰ μετὰ ταῦτα συγχωρεῖν ἔχουσιν ἐξουσίαν ἁμαρτήματα. «Ἀσθενεῖ γάρ τις, φησίν, ἐν ὑμῖν; Προσκαλεσάσθω τοὺς πρεσβυτέρους τῆς Ἐκκλησίας, καὶ προσευξάσθωσαν ἐπ’ αὐτόν, ἀλείψαντες αὐτὸν ἐλαίῳ ἐν τῷ ὀνόματι τοῦ Κυρίου·</w:t>
      </w:r>
    </w:p>
    <w:p>
      <w:r>
        <w:rPr>
          <w:rFonts w:ascii="Courier New" w:hAnsi="Courier New"/>
          <w:color w:val="555555"/>
          <w:sz w:val="20"/>
        </w:rPr>
        <w:t>[55]</w:t>
      </w:r>
    </w:p>
    <w:p>
      <w:r>
        <w:rPr>
          <w:rFonts w:ascii="Gentium Plus" w:hAnsi="Gentium Plus"/>
          <w:sz w:val="24"/>
        </w:rPr>
        <w:t>καὶ ἡ εὐχὴ τῆς πίστεως σώσει τὸν κάμνοντα καὶ ἐγερεῖ αὐτὸν ὁ Κύριος, κἂν ἁμαρτίας ᾖ πεποιηκώς, ἀφεθήσεται αὐτῷ.» Ἔπειτα οἱ μὲν φυσικοὶ γονεῖς, εἴ τισι τῶν ὑπερεχόντων καὶ μεγάλα δυναμένων προσκρούσαιεν οἱ παῖδες, οὐδὲν αὐτοὺς ἔχουσιν ὠφελεῖν, οἱ δὲ ἱερεῖς οὐκ ἄρχοντας, οὐδὲ βασιλεῖς,</w:t>
      </w:r>
    </w:p>
    <w:p>
      <w:r>
        <w:rPr>
          <w:rFonts w:ascii="Courier New" w:hAnsi="Courier New"/>
          <w:color w:val="555555"/>
          <w:sz w:val="20"/>
        </w:rPr>
        <w:t>[60]</w:t>
      </w:r>
    </w:p>
    <w:p>
      <w:r>
        <w:rPr>
          <w:rFonts w:ascii="Gentium Plus" w:hAnsi="Gentium Plus"/>
          <w:sz w:val="24"/>
        </w:rPr>
        <w:t>ἀλλ’ αὐτὸν αὐτοῖς πολλάκις ὀργισθέντα κατήλλαξαν τὸν Θεόν. Ἔτι οὖν ἡμᾶς μετὰ ταῦτα τολμήσει τις ἀπονοίας κρίνειν; Ἐγὼ μὲν γὰρ ἐκ τῶν εἰρημένων τοσαύτην εὐλά‐ βειαν οἶμαι τὰς τῶν ἀκουόντων κατασχεῖν ψυχὰς ὡς μηκέτι τοὺς φεύγοντας, ἀλλὰ τοὺς ἀφ’ ἑαυτῶν προσιόντας καὶ σπου‐</w:t>
      </w:r>
    </w:p>
    <w:p>
      <w:r>
        <w:rPr>
          <w:rFonts w:ascii="Courier New" w:hAnsi="Courier New"/>
          <w:color w:val="555555"/>
          <w:sz w:val="20"/>
        </w:rPr>
        <w:t>[65]</w:t>
      </w:r>
    </w:p>
    <w:p>
      <w:r>
        <w:rPr>
          <w:rFonts w:ascii="Gentium Plus" w:hAnsi="Gentium Plus"/>
          <w:sz w:val="24"/>
        </w:rPr>
        <w:t>δάζοντας ταύτην ἑαυτοῖς κτήσασθαι τὴν τιμὴν ἀπονοίας καὶ τόλμης κρίνειν. Εἰ γὰρ οἱ τὰς τῶν πόλεων ἀρχὰς πιστευ‐</w:t>
      </w:r>
    </w:p>
    <w:p>
      <w:r>
        <w:rPr>
          <w:rFonts w:ascii="Courier New" w:hAnsi="Courier New"/>
          <w:color w:val="555555"/>
          <w:sz w:val="20"/>
        </w:rPr>
        <w:t>[70]</w:t>
      </w:r>
    </w:p>
    <w:p>
      <w:r>
        <w:rPr>
          <w:rFonts w:ascii="Gentium Plus" w:hAnsi="Gentium Plus"/>
          <w:sz w:val="24"/>
        </w:rPr>
        <w:t>δεῖσθαι δυνάμεως καὶ τῆς παρ’ αὐτοῦ καὶ τῆς ἄνωθεν πρὸς τὸ μὴ διαμαρτεῖν;</w:t>
      </w:r>
    </w:p>
    <w:p>
      <w:pPr>
        <w:jc w:val="center"/>
      </w:pPr>
      <w:r>
        <w:rPr>
          <w:rFonts w:ascii="Gentium Plus" w:hAnsi="Gentium Plus"/>
          <w:b/>
          <w:sz w:val="24"/>
        </w:rPr>
        <w:t>ζʹ. Ὅτι καὶ</w:t>
      </w:r>
    </w:p>
    <w:p>
      <w:r>
        <w:rPr>
          <w:rFonts w:ascii="Courier New" w:hAnsi="Courier New"/>
          <w:color w:val="555555"/>
          <w:sz w:val="20"/>
        </w:rPr>
        <w:t>[t2]</w:t>
      </w:r>
    </w:p>
    <w:p>
      <w:r>
        <w:rPr>
          <w:rFonts w:ascii="Gentium Plus" w:hAnsi="Gentium Plus"/>
          <w:sz w:val="24"/>
        </w:rPr>
        <w:t>Παῦλος περιδεὴς</w:t>
      </w:r>
    </w:p>
    <w:p>
      <w:r>
        <w:rPr>
          <w:rFonts w:ascii="Courier New" w:hAnsi="Courier New"/>
          <w:color w:val="555555"/>
          <w:sz w:val="20"/>
        </w:rPr>
        <w:t>[t3]</w:t>
      </w:r>
    </w:p>
    <w:p>
      <w:r>
        <w:rPr>
          <w:rFonts w:ascii="Gentium Plus" w:hAnsi="Gentium Plus"/>
          <w:sz w:val="24"/>
        </w:rPr>
        <w:t>ἦν πρὸς τὸ</w:t>
      </w:r>
    </w:p>
    <w:p>
      <w:r>
        <w:rPr>
          <w:rFonts w:ascii="Courier New" w:hAnsi="Courier New"/>
          <w:color w:val="555555"/>
          <w:sz w:val="20"/>
        </w:rPr>
        <w:t>[t4]</w:t>
      </w:r>
    </w:p>
    <w:p>
      <w:r>
        <w:rPr>
          <w:rFonts w:ascii="Gentium Plus" w:hAnsi="Gentium Plus"/>
          <w:sz w:val="24"/>
        </w:rPr>
        <w:t>μέγεθος τῆς</w:t>
      </w:r>
    </w:p>
    <w:p>
      <w:r>
        <w:rPr>
          <w:rFonts w:ascii="Courier New" w:hAnsi="Courier New"/>
          <w:color w:val="555555"/>
          <w:sz w:val="20"/>
        </w:rPr>
        <w:t>[t5]</w:t>
      </w:r>
    </w:p>
    <w:p>
      <w:r>
        <w:rPr>
          <w:rFonts w:ascii="Gentium Plus" w:hAnsi="Gentium Plus"/>
          <w:sz w:val="24"/>
        </w:rPr>
        <w:t>ἀρχῆς ὁρῶν</w:t>
      </w:r>
    </w:p>
    <w:p>
      <w:r>
        <w:rPr>
          <w:rFonts w:ascii="Courier New" w:hAnsi="Courier New"/>
          <w:color w:val="555555"/>
          <w:sz w:val="20"/>
        </w:rPr>
        <w:t>[1]</w:t>
      </w:r>
    </w:p>
    <w:p>
      <w:r>
        <w:rPr>
          <w:rFonts w:ascii="Gentium Plus" w:hAnsi="Gentium Plus"/>
          <w:sz w:val="24"/>
        </w:rPr>
        <w:t>Οὐδεὶς μᾶλλον Παύλου τὸν Χρι‐ στὸν ἠγάπησεν, οὐδεὶς μείζονα ἐκεί‐ νου σπουδὴν ἐπεδείξατο, οὐδεὶς πλεί‐ ονος ἠξιώθη χάριτος· ἀλλ’ ὅμως μετὰ</w:t>
      </w:r>
    </w:p>
    <w:p>
      <w:r>
        <w:rPr>
          <w:rFonts w:ascii="Courier New" w:hAnsi="Courier New"/>
          <w:color w:val="555555"/>
          <w:sz w:val="20"/>
        </w:rPr>
        <w:t>[5]</w:t>
      </w:r>
    </w:p>
    <w:p>
      <w:r>
        <w:rPr>
          <w:rFonts w:ascii="Gentium Plus" w:hAnsi="Gentium Plus"/>
          <w:sz w:val="24"/>
        </w:rPr>
        <w:t>τοσαῦτα πλεονεκτήματα δέδοικεν ἔτι καὶ τρέμει περὶ ταύτης τῆς ἀρχῆς καὶ τῶν ἀρχομένων ὑπ’ αὐτοῦ. «Φοβοῦμαι γάρ, φησί, μή πως ὡς ὁ ὄφις Εὖαν ἐξηπάτησεν, οὕτω φθαρῇ τὰ νοήματα ὑμῶν ἀπὸ τῆς ἁπλότητος τῆς εἰς τὸν Χριστόν.» Καὶ πάλιν·</w:t>
      </w:r>
    </w:p>
    <w:p>
      <w:r>
        <w:rPr>
          <w:rFonts w:ascii="Courier New" w:hAnsi="Courier New"/>
          <w:color w:val="555555"/>
          <w:sz w:val="20"/>
        </w:rPr>
        <w:t>[10]</w:t>
      </w:r>
    </w:p>
    <w:p>
      <w:r>
        <w:rPr>
          <w:rFonts w:ascii="Gentium Plus" w:hAnsi="Gentium Plus"/>
          <w:sz w:val="24"/>
        </w:rPr>
        <w:t>«Ἐν φόβῳ καὶ ἐν τρόμῳ πολλῷ ἐγενόμην πρὸς ὑμᾶς.» Ἄνθρωπος εἰς τρίτον ἁρπαγεὶς οὐρανὸν καὶ ἀπορρήτων κοινωνήσας Θεῷ καὶ τοσούτους ὑπομείνας θανάτους ὅσας μετὰ τὸ πιστεῦσαι ἔζησεν ἡμέρας, ἄνθρωπος μηδὲ τῇ δοθείσῃ παρὰ Χριστοῦ χρήσασθαι ἐξουσίᾳ βουληθείς, ἵνα μή τις τῶν</w:t>
      </w:r>
    </w:p>
    <w:p>
      <w:r>
        <w:rPr>
          <w:rFonts w:ascii="Courier New" w:hAnsi="Courier New"/>
          <w:color w:val="555555"/>
          <w:sz w:val="20"/>
        </w:rPr>
        <w:t>[15]</w:t>
      </w:r>
    </w:p>
    <w:p>
      <w:r>
        <w:rPr>
          <w:rFonts w:ascii="Gentium Plus" w:hAnsi="Gentium Plus"/>
          <w:sz w:val="24"/>
        </w:rPr>
        <w:t>πιστευσάντων σκανδαλισθῇ. Εἰ τοίνυν ὁ τὰ προστάγματα ὑπερβαίνων τοῦ Θεοῦ καὶ μηδαμοῦ τὸ ἑαυτοῦ ζητῶν, ἀλλὰ τὸ τῶν ἀρχομένων, οὕτως ἔμφοβος ἦν ἀεὶ πρὸς τὸ τῆς ἀρχῆς</w:t>
      </w:r>
    </w:p>
    <w:p>
      <w:r>
        <w:rPr>
          <w:rFonts w:ascii="Courier New" w:hAnsi="Courier New"/>
          <w:color w:val="555555"/>
          <w:sz w:val="20"/>
        </w:rPr>
        <w:t>[20]</w:t>
      </w:r>
    </w:p>
    <w:p>
      <w:r>
        <w:rPr>
          <w:rFonts w:ascii="Gentium Plus" w:hAnsi="Gentium Plus"/>
          <w:sz w:val="24"/>
        </w:rPr>
        <w:t>βαίνοντες, ἀλλὰ καὶ ἐκ πλείονος παραβαίνοντες μοίρας; «Τίς ἀσθενεῖ, φησί, καὶ οὐκ ἀσθενῶ; τίς σκανδαλίζεται, καὶ οὐκ ἐγὼ πυροῦμαι;» Τοιοῦτον εἶναι δεῖ τὸν ἱερέα, μᾶλλον δὲ οὐ τοιοῦτον μόνον· μικρὰ γὰρ ταῦτα καὶ τὸ μηδὲν πρὸς ὃ μέλλω λέγειν. Τί δὲ τοῦτό ἐστιν; «Ηὐχόμην, φησίν, ἀνάθεμα εἶναι</w:t>
      </w:r>
    </w:p>
    <w:p>
      <w:r>
        <w:rPr>
          <w:rFonts w:ascii="Courier New" w:hAnsi="Courier New"/>
          <w:color w:val="555555"/>
          <w:sz w:val="20"/>
        </w:rPr>
        <w:t>[25]</w:t>
      </w:r>
    </w:p>
    <w:p>
      <w:r>
        <w:rPr>
          <w:rFonts w:ascii="Gentium Plus" w:hAnsi="Gentium Plus"/>
          <w:sz w:val="24"/>
        </w:rPr>
        <w:t>ἀπὸ τοῦ Χριστοῦ ὑπὲρ τῶν ἀδελφῶν μου, τῶν συγγενῶν μου τῶν κατὰ σάρκα.» Εἴ τις δύναται ταύτην ἀφεῖναι τὴν φωνήν, εἴ τις ἔχει τὴν ψυχὴν ταύτης ἐφικνουμένην τῆς εὐχῆς, ἐγκαλεῖσθαι δίκαιος ἂν εἴη φεύγων. Εἰ δέ τις ἀποδέοι τῆς ἀρετῆς ἐκείνης τοσοῦτον ὅσον ἡμεῖς, οὐχ ὅταν φεύγῃ, ἀλλ’</w:t>
      </w:r>
    </w:p>
    <w:p>
      <w:r>
        <w:rPr>
          <w:rFonts w:ascii="Courier New" w:hAnsi="Courier New"/>
          <w:color w:val="555555"/>
          <w:sz w:val="20"/>
        </w:rPr>
        <w:t>[30]</w:t>
      </w:r>
    </w:p>
    <w:p>
      <w:r>
        <w:rPr>
          <w:rFonts w:ascii="Gentium Plus" w:hAnsi="Gentium Plus"/>
          <w:sz w:val="24"/>
        </w:rPr>
        <w:t>ὅταν δέχηται μισεῖσθαι δίκαιος.</w:t>
      </w:r>
    </w:p>
    <w:p>
      <w:pPr>
        <w:jc w:val="center"/>
      </w:pPr>
      <w:r>
        <w:rPr>
          <w:rFonts w:ascii="Gentium Plus" w:hAnsi="Gentium Plus"/>
          <w:b/>
          <w:sz w:val="24"/>
        </w:rPr>
        <w:t>ηʹ. Ὅτι πολλά</w:t>
      </w:r>
    </w:p>
    <w:p>
      <w:r>
        <w:rPr>
          <w:rFonts w:ascii="Courier New" w:hAnsi="Courier New"/>
          <w:color w:val="555555"/>
          <w:sz w:val="20"/>
        </w:rPr>
        <w:t>[t2]</w:t>
      </w:r>
    </w:p>
    <w:p>
      <w:r>
        <w:rPr>
          <w:rFonts w:ascii="Gentium Plus" w:hAnsi="Gentium Plus"/>
          <w:sz w:val="24"/>
        </w:rPr>
        <w:t>τις ἁμαρτάνειν</w:t>
      </w:r>
    </w:p>
    <w:p>
      <w:r>
        <w:rPr>
          <w:rFonts w:ascii="Courier New" w:hAnsi="Courier New"/>
          <w:color w:val="555555"/>
          <w:sz w:val="20"/>
        </w:rPr>
        <w:t>[t3]</w:t>
      </w:r>
    </w:p>
    <w:p>
      <w:r>
        <w:rPr>
          <w:rFonts w:ascii="Gentium Plus" w:hAnsi="Gentium Plus"/>
          <w:sz w:val="24"/>
        </w:rPr>
        <w:t>προάγεται εἰς τὸ</w:t>
      </w:r>
    </w:p>
    <w:p>
      <w:r>
        <w:rPr>
          <w:rFonts w:ascii="Courier New" w:hAnsi="Courier New"/>
          <w:color w:val="555555"/>
          <w:sz w:val="20"/>
        </w:rPr>
        <w:t>[t4]</w:t>
      </w:r>
    </w:p>
    <w:p>
      <w:r>
        <w:rPr>
          <w:rFonts w:ascii="Gentium Plus" w:hAnsi="Gentium Plus"/>
          <w:sz w:val="24"/>
        </w:rPr>
        <w:t>μέσον ἐλθών,</w:t>
      </w:r>
    </w:p>
    <w:p>
      <w:r>
        <w:rPr>
          <w:rFonts w:ascii="Courier New" w:hAnsi="Courier New"/>
          <w:color w:val="555555"/>
          <w:sz w:val="20"/>
        </w:rPr>
        <w:t>[t5]</w:t>
      </w:r>
    </w:p>
    <w:p>
      <w:r>
        <w:rPr>
          <w:rFonts w:ascii="Gentium Plus" w:hAnsi="Gentium Plus"/>
          <w:sz w:val="24"/>
        </w:rPr>
        <w:t>ἂν μὴ σφόδρα</w:t>
      </w:r>
    </w:p>
    <w:p>
      <w:r>
        <w:rPr>
          <w:rFonts w:ascii="Courier New" w:hAnsi="Courier New"/>
          <w:color w:val="555555"/>
          <w:sz w:val="20"/>
        </w:rPr>
        <w:t>[t6]</w:t>
      </w:r>
    </w:p>
    <w:p>
      <w:r>
        <w:rPr>
          <w:rFonts w:ascii="Gentium Plus" w:hAnsi="Gentium Plus"/>
          <w:sz w:val="24"/>
        </w:rPr>
        <w:t>γενναῖος ᾖ</w:t>
      </w:r>
    </w:p>
    <w:p>
      <w:r>
        <w:rPr>
          <w:rFonts w:ascii="Courier New" w:hAnsi="Courier New"/>
          <w:color w:val="555555"/>
          <w:sz w:val="20"/>
        </w:rPr>
        <w:t>[1]</w:t>
      </w:r>
    </w:p>
    <w:p>
      <w:r>
        <w:rPr>
          <w:rFonts w:ascii="Gentium Plus" w:hAnsi="Gentium Plus"/>
          <w:sz w:val="24"/>
        </w:rPr>
        <w:t>Οὐδὲ γάρ, εἰ στρατιωτικῆς ἀξίας αἵρεσις προὔκειτο, εἶτα χαλκοτύπον ἢ σκυτοτόμον ἤ τινα τῶν τοιούτων δημιουργῶν ἑλκύσαντες εἰς τὸ μέσον</w:t>
      </w:r>
    </w:p>
    <w:p>
      <w:r>
        <w:rPr>
          <w:rFonts w:ascii="Courier New" w:hAnsi="Courier New"/>
          <w:color w:val="555555"/>
          <w:sz w:val="20"/>
        </w:rPr>
        <w:t>[5]</w:t>
      </w:r>
    </w:p>
    <w:p>
      <w:r>
        <w:rPr>
          <w:rFonts w:ascii="Gentium Plus" w:hAnsi="Gentium Plus"/>
          <w:sz w:val="24"/>
        </w:rPr>
        <w:t>οἱ δοῦναι κύριοι τὴν τιμήν, ἐνεχεί‐ ριζον τὸν στρατόν, ἐπῄνεσα ἂν τὸν δείλαιον ἐκεῖνον οὐ φεύγοντα καὶ πάντα ποιοῦντα ὥστε μὴ εἰς προὖπτον ἑαυτὸν ἐμβαλεῖν κακόν. Εἰ μὲν γὰρ ἁπλῶς τὸ κληθῆναι ποιμένα καὶ μεταχειρίσαι τὸ</w:t>
      </w:r>
    </w:p>
    <w:p>
      <w:r>
        <w:rPr>
          <w:rFonts w:ascii="Courier New" w:hAnsi="Courier New"/>
          <w:color w:val="555555"/>
          <w:sz w:val="20"/>
        </w:rPr>
        <w:t>[10]</w:t>
      </w:r>
    </w:p>
    <w:p>
      <w:r>
        <w:rPr>
          <w:rFonts w:ascii="Gentium Plus" w:hAnsi="Gentium Plus"/>
          <w:sz w:val="24"/>
        </w:rPr>
        <w:t>πρᾶγμα ὡς ἔτυχεν ἀρκεῖ, καὶ κίνδυνος οὐδείς, ἐγκαλείτω κενοδοξίας ἡμῖν ὁ βουλόμενος· εἰ δὲ πολλὴν μὲν σύνεσιν, πολλὴν δὲ πρὸ τῆς συνέσεως τὴν παρὰ τοῦ Θεοῦ χάριν καὶ τρόπων ὀρθότητα καὶ καθαρότητα βίου καὶ μείζονα ἢ κατὰ ἄνθρωπον ἔχειν δεῖ τὴν ἀρετὴν τὸν ταύτην ἀναδεχόμενον τὴν</w:t>
      </w:r>
    </w:p>
    <w:p>
      <w:r>
        <w:rPr>
          <w:rFonts w:ascii="Courier New" w:hAnsi="Courier New"/>
          <w:color w:val="555555"/>
          <w:sz w:val="20"/>
        </w:rPr>
        <w:t>[15]</w:t>
      </w:r>
    </w:p>
    <w:p>
      <w:r>
        <w:rPr>
          <w:rFonts w:ascii="Gentium Plus" w:hAnsi="Gentium Plus"/>
          <w:sz w:val="24"/>
        </w:rPr>
        <w:t>φροντίδα, μή με ἀποστερήσῃς συγγνώμης μάτην ἀπολέσθαι</w:t>
      </w:r>
    </w:p>
    <w:p>
      <w:r>
        <w:rPr>
          <w:rFonts w:ascii="Courier New" w:hAnsi="Courier New"/>
          <w:color w:val="555555"/>
          <w:sz w:val="20"/>
        </w:rPr>
        <w:t>[20]</w:t>
      </w:r>
    </w:p>
    <w:p>
      <w:r>
        <w:rPr>
          <w:rFonts w:ascii="Gentium Plus" w:hAnsi="Gentium Plus"/>
          <w:sz w:val="24"/>
        </w:rPr>
        <w:t>πέλαγος, ἐκ πρώτης ἂν ἀπεπήδησα τῆς φωνῆς· καὶ εἴ τις ἤρε‐ το, Διὰ τί; Ἵνα μὴ καταδύσω τὸ πλοῖον, εἶπον ἄν. Εἶτα ἔνθα μὲν εἰς χρήματα ἡ ζημία καὶ ὁ κίνδυνος σωματικὸς μέχρι θανάτου, οὐδεὶς ἐγκαλέσει πολλῇ κεχρημένοις προνοίᾳ· ὅπου δὲ τοῖς ναυαγοῦσιν οὐκ εἰς τὸ πέλαγος τοῦτο, ἀλλ’ εἰς τὴν</w:t>
      </w:r>
    </w:p>
    <w:p>
      <w:r>
        <w:rPr>
          <w:rFonts w:ascii="Courier New" w:hAnsi="Courier New"/>
          <w:color w:val="555555"/>
          <w:sz w:val="20"/>
        </w:rPr>
        <w:t>[25]</w:t>
      </w:r>
    </w:p>
    <w:p>
      <w:r>
        <w:rPr>
          <w:rFonts w:ascii="Gentium Plus" w:hAnsi="Gentium Plus"/>
          <w:sz w:val="24"/>
        </w:rPr>
        <w:t>ἄβυσσον τοῦ πυρὸς ἀπόκειται πεσεῖν καὶ θάνατος αὐτοὺς οὐχ ὁ τὴν ψυχὴν ἀπὸ τοῦ σώματος διαιρῶν, ἀλλ’ ὁ ταύτην μετ’ ἐκείνου εἰς κόλασιν παραπέμπων αἰώνιον ἐκδέχεται, ἐνταῦθα ὅτι μὴ προπετῶς εἰς τοσοῦτον ἑαυτοὺς ἐρρίψαμεν κακὸν ὀργιεῖσθε καὶ μισήσετε; Μή, δέομαι καὶ ἀντιβολῶ. Οἶδα τὴν</w:t>
      </w:r>
    </w:p>
    <w:p>
      <w:r>
        <w:rPr>
          <w:rFonts w:ascii="Courier New" w:hAnsi="Courier New"/>
          <w:color w:val="555555"/>
          <w:sz w:val="20"/>
        </w:rPr>
        <w:t>[30]</w:t>
      </w:r>
    </w:p>
    <w:p>
      <w:r>
        <w:rPr>
          <w:rFonts w:ascii="Gentium Plus" w:hAnsi="Gentium Plus"/>
          <w:sz w:val="24"/>
        </w:rPr>
        <w:t>ἐμαυτοῦ ψυχήν, τὴν ἀσθενῆ ταύτην καὶ μικράν· οἶδα τῆς διακονίας ἐκείνης τὸ μέγεθος καὶ τὴν πολλὴν τοῦ πράγματος δυσκολίαν.</w:t>
      </w:r>
    </w:p>
    <w:p>
      <w:pPr>
        <w:jc w:val="center"/>
      </w:pPr>
      <w:r>
        <w:rPr>
          <w:rFonts w:ascii="Gentium Plus" w:hAnsi="Gentium Plus"/>
          <w:b/>
          <w:sz w:val="24"/>
        </w:rPr>
        <w:t>θʹ. Ὅτι κενοδοξίᾳ</w:t>
      </w:r>
    </w:p>
    <w:p>
      <w:r>
        <w:rPr>
          <w:rFonts w:ascii="Courier New" w:hAnsi="Courier New"/>
          <w:color w:val="555555"/>
          <w:sz w:val="20"/>
        </w:rPr>
        <w:t>[t2]</w:t>
      </w:r>
    </w:p>
    <w:p>
      <w:r>
        <w:rPr>
          <w:rFonts w:ascii="Gentium Plus" w:hAnsi="Gentium Plus"/>
          <w:sz w:val="24"/>
        </w:rPr>
        <w:t>καὶ τοῖς ταύτης</w:t>
      </w:r>
    </w:p>
    <w:p>
      <w:r>
        <w:rPr>
          <w:rFonts w:ascii="Courier New" w:hAnsi="Courier New"/>
          <w:color w:val="555555"/>
          <w:sz w:val="20"/>
        </w:rPr>
        <w:t>[t3]</w:t>
      </w:r>
    </w:p>
    <w:p>
      <w:r>
        <w:rPr>
          <w:rFonts w:ascii="Gentium Plus" w:hAnsi="Gentium Plus"/>
          <w:sz w:val="24"/>
        </w:rPr>
        <w:t>ἁλίσκεται δεινοῖς</w:t>
      </w:r>
    </w:p>
    <w:p>
      <w:r>
        <w:rPr>
          <w:rFonts w:ascii="Courier New" w:hAnsi="Courier New"/>
          <w:color w:val="555555"/>
          <w:sz w:val="20"/>
        </w:rPr>
        <w:t>[1]</w:t>
      </w:r>
    </w:p>
    <w:p>
      <w:r>
        <w:rPr>
          <w:rFonts w:ascii="Gentium Plus" w:hAnsi="Gentium Plus"/>
          <w:sz w:val="24"/>
        </w:rPr>
        <w:t>Πλείονα γὰρ τῶν τὴν θάλατταν ταραττόντων πνευμάτων χειμάζει κύματα τὴν τοῦ ἱερωμένου ψυχήν. Καὶ πρῶτον ἁπάντων ὁ δεινότατος</w:t>
      </w:r>
    </w:p>
    <w:p>
      <w:r>
        <w:rPr>
          <w:rFonts w:ascii="Courier New" w:hAnsi="Courier New"/>
          <w:color w:val="555555"/>
          <w:sz w:val="20"/>
        </w:rPr>
        <w:t>[5]</w:t>
      </w:r>
    </w:p>
    <w:p>
      <w:r>
        <w:rPr>
          <w:rFonts w:ascii="Gentium Plus" w:hAnsi="Gentium Plus"/>
          <w:sz w:val="24"/>
        </w:rPr>
        <w:t>τῆς κενοδοξίας σκόπελος, χαλεπώτερος ὢν οὗπερ οἱ μυθο‐ ποιοὶ τερατεύονται. Τοῦτον γὰρ πολλοὶ μὲν ἴσχυσαν δια‐ πλεύσαντες διαφυγεῖν ἀσινεῖς· ἐμοὶ δὲ οὕτω τοῦτο χαλεπὸν ὡς μηδὲ νῦν, ὅτε οὐδὲ μία μέ τις ἀνάγκη πρὸς ἐκεῖνο ὠθεῖ τὸ βάραθρον, δύνασθαι καθαρεύειν τοῦ δεινοῦ. Εἰ δὲ καὶ τὴν</w:t>
      </w:r>
    </w:p>
    <w:p>
      <w:r>
        <w:rPr>
          <w:rFonts w:ascii="Courier New" w:hAnsi="Courier New"/>
          <w:color w:val="555555"/>
          <w:sz w:val="20"/>
        </w:rPr>
        <w:t>[10]</w:t>
      </w:r>
    </w:p>
    <w:p>
      <w:r>
        <w:rPr>
          <w:rFonts w:ascii="Gentium Plus" w:hAnsi="Gentium Plus"/>
          <w:sz w:val="24"/>
        </w:rPr>
        <w:t>ἐπιστασίαν τις ἐγχειρίζοι ταύτην, μονονουχὶ δήσας ὀπίσω τὼ χεῖρε παραδώσει τοῖς ἐν ἐκείνῳ τῷ σκοπέλῳ κατοικοῦσι θηρίοις καθ’ ἑκάστην με σπαράττειν τὴν ἡμέραν. Τίνα δέ ἐστι τὰ θηρία; Θυμός, ἀθυμία, φθόνος, ἔρις, διαβολαί, κατη‐ γορίαι, ψεῦδος, ὑπόκρισις, ἐπιβουλαί, ὀργαὶ κατὰ τῶν</w:t>
      </w:r>
    </w:p>
    <w:p>
      <w:r>
        <w:rPr>
          <w:rFonts w:ascii="Courier New" w:hAnsi="Courier New"/>
          <w:color w:val="555555"/>
          <w:sz w:val="20"/>
        </w:rPr>
        <w:t>[15]</w:t>
      </w:r>
    </w:p>
    <w:p>
      <w:r>
        <w:rPr>
          <w:rFonts w:ascii="Gentium Plus" w:hAnsi="Gentium Plus"/>
          <w:sz w:val="24"/>
        </w:rPr>
        <w:t>ἠδικηκότων οὐδέν, ἡδοναὶ ἐπὶ ταῖς τῶν συλλειτουργούντων ἀσχημοσύναις, πένθος ἐπὶ ταῖς εὐημερίαις, ἐπαίνων ἔρως, τιμῆς πόθος—τοῦτο δὴ τὸ μάλιστα πάντων τὴν ἀνθρωπείαν ἐκτραχηλίζον ψυχήν—, διδασκαλίαι πρὸς ἡδονήν, ἀνελεύ‐ θεροι κολακεῖαι, θωπεῖαι ἀγεννεῖς, καταφρονήσεις πενήτων,</w:t>
      </w:r>
    </w:p>
    <w:p>
      <w:r>
        <w:rPr>
          <w:rFonts w:ascii="Courier New" w:hAnsi="Courier New"/>
          <w:color w:val="555555"/>
          <w:sz w:val="20"/>
        </w:rPr>
        <w:t>[20]</w:t>
      </w:r>
    </w:p>
    <w:p>
      <w:r>
        <w:rPr>
          <w:rFonts w:ascii="Gentium Plus" w:hAnsi="Gentium Plus"/>
          <w:sz w:val="24"/>
        </w:rPr>
        <w:t>θεραπεῖαι πλουσίων, ἀλόγιστοι τιμαὶ καὶ ἐπιβλαβεῖς χάριτες, κίνδυνον φέρουσαι καὶ τοῖς παρέχουσι καὶ τοῖς δεχομένοις αὐτάς, φόβος δουλοπρεπὴς καὶ τοῖς φαυλοτάτοις τῶν ἀνδρα‐ πόδων προσήκων μόνοις, παρρησίας ἀναίρεσις, ταπεινο‐ φροσύνης τὸ μὲν σχῆμα πολύ, ἡ ἀλήθεια δὲ οὐδαμοῦ, ἔλεγχοι</w:t>
      </w:r>
    </w:p>
    <w:p>
      <w:r>
        <w:rPr>
          <w:rFonts w:ascii="Courier New" w:hAnsi="Courier New"/>
          <w:color w:val="555555"/>
          <w:sz w:val="20"/>
        </w:rPr>
        <w:t>[25]</w:t>
      </w:r>
    </w:p>
    <w:p>
      <w:r>
        <w:rPr>
          <w:rFonts w:ascii="Gentium Plus" w:hAnsi="Gentium Plus"/>
          <w:sz w:val="24"/>
        </w:rPr>
        <w:t>δὲ ἐκποδὼν καὶ ἐπιτιμήσεις, μᾶλλον δὲ κατὰ μὲν τῶν ταπει‐ νῶν καὶ πέρα τοῦ μέτρου, ἐπὶ δὲ τῶν δυναστείαν περιβεβλη‐ μένων οὐδὲ διᾶραί τις τὰ χείλη τολμᾷ. Ταῦτα γὰρ ἅπαντα καὶ τὰ τούτων πλείονα ὁ σκόπελος ἐκεῖνος τρέφει θηρία οἷς τοὺς ἅπαξ ἁλόντας εἰς τοσαύτην</w:t>
      </w:r>
    </w:p>
    <w:p>
      <w:r>
        <w:rPr>
          <w:rFonts w:ascii="Courier New" w:hAnsi="Courier New"/>
          <w:color w:val="555555"/>
          <w:sz w:val="20"/>
        </w:rPr>
        <w:t>[30]</w:t>
      </w:r>
    </w:p>
    <w:p>
      <w:r>
        <w:rPr>
          <w:rFonts w:ascii="Gentium Plus" w:hAnsi="Gentium Plus"/>
          <w:sz w:val="24"/>
        </w:rPr>
        <w:t>ἀνάγκη καθελκυσθῆναι δουλείαν ὡς καὶ εἰς γυναικῶν ἀρέ‐ σκειαν πράττειν πολλὰ πολλάκις ἃ μηδὲ εἰπεῖν καλόν. Ὁ μὲν</w:t>
      </w:r>
    </w:p>
    <w:p>
      <w:r>
        <w:rPr>
          <w:rFonts w:ascii="Courier New" w:hAnsi="Courier New"/>
          <w:color w:val="555555"/>
          <w:sz w:val="20"/>
        </w:rPr>
        <w:t>[35]</w:t>
      </w:r>
    </w:p>
    <w:p>
      <w:r>
        <w:rPr>
          <w:rFonts w:ascii="Gentium Plus" w:hAnsi="Gentium Plus"/>
          <w:sz w:val="24"/>
        </w:rPr>
        <w:t>περιβέβληνται δύναμιν ὡς τῶν ἱερέων καὶ ἐγκρίνειν καὶ ἐκβάλλειν οὓς ἂν θέλωσι· καὶ τὰ ἄνω κάτω—τοῦτο δὴ τὸ τῆς παροιμίας λεγόμενον ἔστιν ἰδεῖν—τοὺς ἄρχοντας ἄγουσιν οἱ ἀρχόμενοι, καὶ εἴθε μὲν ἄνδρες, ἀλλ’ αἷς οὐδὲ διδάσκειν ἐπιτέτραπται. Τί λέγω διδάσκειν; Οὐδὲ λαλεῖν μὲν οὖν</w:t>
      </w:r>
    </w:p>
    <w:p>
      <w:r>
        <w:rPr>
          <w:rFonts w:ascii="Courier New" w:hAnsi="Courier New"/>
          <w:color w:val="555555"/>
          <w:sz w:val="20"/>
        </w:rPr>
        <w:t>[40]</w:t>
      </w:r>
    </w:p>
    <w:p>
      <w:r>
        <w:rPr>
          <w:rFonts w:ascii="Gentium Plus" w:hAnsi="Gentium Plus"/>
          <w:sz w:val="24"/>
        </w:rPr>
        <w:t>αὐταῖς ἐν ἐκκλησίᾳ συνεχώρησεν ὁ μακάριος Παῦλος. Ἐγὼ δέ τινος ἤκουσα λέγοντος ὅτι καὶ τοσαύτης αὑταῖς μετέδωκαν παρρησίας ὡς καὶ ἐπιτιμᾶν τοῖς τῶν Ἐκκλησιῶν προεστῶσι καὶ καθάπτεσθαι πικρότερον ἐκείνων ἢ τῶν ἰδίων οἰκετῶν οἱ δεσπόται. Καὶ μή μέ τις οἰέσθω πάντας ταῖς εἰρημέναις</w:t>
      </w:r>
    </w:p>
    <w:p>
      <w:r>
        <w:rPr>
          <w:rFonts w:ascii="Courier New" w:hAnsi="Courier New"/>
          <w:color w:val="555555"/>
          <w:sz w:val="20"/>
        </w:rPr>
        <w:t>[45]</w:t>
      </w:r>
    </w:p>
    <w:p>
      <w:r>
        <w:rPr>
          <w:rFonts w:ascii="Gentium Plus" w:hAnsi="Gentium Plus"/>
          <w:sz w:val="24"/>
        </w:rPr>
        <w:t>ὑποβάλλειν αἰτίαις· εἰσὶ γάρ, εἰσὶ πολλοὶ οἱ τούτων ὑπερ‐ ενεχθέντες τῶν δικτύων καὶ τῶν ἁλόντων πλείους.</w:t>
      </w:r>
    </w:p>
    <w:p>
      <w:pPr>
        <w:jc w:val="center"/>
      </w:pPr>
      <w:r>
        <w:rPr>
          <w:rFonts w:ascii="Gentium Plus" w:hAnsi="Gentium Plus"/>
          <w:b/>
          <w:sz w:val="24"/>
        </w:rPr>
        <w:t>ιʹ. Ὅτι οὐχ ἡ</w:t>
      </w:r>
    </w:p>
    <w:p>
      <w:r>
        <w:rPr>
          <w:rFonts w:ascii="Courier New" w:hAnsi="Courier New"/>
          <w:color w:val="555555"/>
          <w:sz w:val="20"/>
        </w:rPr>
        <w:t>[t2]</w:t>
      </w:r>
    </w:p>
    <w:p>
      <w:r>
        <w:rPr>
          <w:rFonts w:ascii="Gentium Plus" w:hAnsi="Gentium Plus"/>
          <w:sz w:val="24"/>
        </w:rPr>
        <w:t>ἱερωσύνη τούτων</w:t>
      </w:r>
    </w:p>
    <w:p>
      <w:r>
        <w:rPr>
          <w:rFonts w:ascii="Courier New" w:hAnsi="Courier New"/>
          <w:color w:val="555555"/>
          <w:sz w:val="20"/>
        </w:rPr>
        <w:t>[t3]</w:t>
      </w:r>
    </w:p>
    <w:p>
      <w:r>
        <w:rPr>
          <w:rFonts w:ascii="Gentium Plus" w:hAnsi="Gentium Plus"/>
          <w:sz w:val="24"/>
        </w:rPr>
        <w:t>αἰτία, ἀλλ’ ἡ</w:t>
      </w:r>
    </w:p>
    <w:p>
      <w:r>
        <w:rPr>
          <w:rFonts w:ascii="Courier New" w:hAnsi="Courier New"/>
          <w:color w:val="555555"/>
          <w:sz w:val="20"/>
        </w:rPr>
        <w:t>[t4]</w:t>
      </w:r>
    </w:p>
    <w:p>
      <w:r>
        <w:rPr>
          <w:rFonts w:ascii="Gentium Plus" w:hAnsi="Gentium Plus"/>
          <w:sz w:val="24"/>
        </w:rPr>
        <w:t>ἡμετέρα ῥαθυμία</w:t>
      </w:r>
    </w:p>
    <w:p>
      <w:r>
        <w:rPr>
          <w:rFonts w:ascii="Courier New" w:hAnsi="Courier New"/>
          <w:color w:val="555555"/>
          <w:sz w:val="20"/>
        </w:rPr>
        <w:t>[1]</w:t>
      </w:r>
    </w:p>
    <w:p>
      <w:r>
        <w:rPr>
          <w:rFonts w:ascii="Gentium Plus" w:hAnsi="Gentium Plus"/>
          <w:sz w:val="24"/>
        </w:rPr>
        <w:t>Ἀλλ’ οὐδὲ τὴν ἱερωσύνην αἰτιά‐ σαιμι ἂν τούτων τῶν κακῶν—μή ποτε οὕτω μανείην ἐγώ—, οὔτε γὰρ τὸν σίδηρον τῶν φόνων, οὔτε</w:t>
      </w:r>
    </w:p>
    <w:p>
      <w:r>
        <w:rPr>
          <w:rFonts w:ascii="Courier New" w:hAnsi="Courier New"/>
          <w:color w:val="555555"/>
          <w:sz w:val="20"/>
        </w:rPr>
        <w:t>[5]</w:t>
      </w:r>
    </w:p>
    <w:p>
      <w:r>
        <w:rPr>
          <w:rFonts w:ascii="Gentium Plus" w:hAnsi="Gentium Plus"/>
          <w:sz w:val="24"/>
        </w:rPr>
        <w:t>τὸν οἶνον τῆς μέθης, οὔτε τὴν ῥώμην τῆς ὕβρεως, οὔτε τὴν ἀνδρείαν τῆς ἀλόγου τόλμης, ἀλλὰ τοὺς οὐκ εἰς δέον χρωμένους ταῖς παρὰ τοῦ Θεοῦ δεδομέναις δωρεαῖς ἅπαντες οἱ νοῦν ἔχοντες αἰτίους εἶναί φασι καὶ</w:t>
      </w:r>
    </w:p>
    <w:p>
      <w:r>
        <w:rPr>
          <w:rFonts w:ascii="Courier New" w:hAnsi="Courier New"/>
          <w:color w:val="555555"/>
          <w:sz w:val="20"/>
        </w:rPr>
        <w:t>[10]</w:t>
      </w:r>
    </w:p>
    <w:p>
      <w:r>
        <w:rPr>
          <w:rFonts w:ascii="Gentium Plus" w:hAnsi="Gentium Plus"/>
          <w:sz w:val="24"/>
        </w:rPr>
        <w:t>οὐκ ὀρθῶς αὐτὴν μεταχειρίζουσιν· οὐ γὰρ αὐτὴ τῶν εἰρημένων ἡμῖν αἰτία κακῶν, ἀλλ’ ἡμεῖς αὐτὴν τοσούτοις, τό γε εἰς ἡμᾶς ἧκον, κατερρυπάναμεν μολυσμοῖς, ἀνθρώποις τοῖς τυχοῦσιν ἐγχειρίζοντες αὐτήν. Οἱ δὲ οὔτε τὰς ἑαυτῶν πρό‐ τερον καταμαθόντες ψυχάς, οὔτε εἰς τὸν τοῦ πράγματος</w:t>
      </w:r>
    </w:p>
    <w:p>
      <w:r>
        <w:rPr>
          <w:rFonts w:ascii="Courier New" w:hAnsi="Courier New"/>
          <w:color w:val="555555"/>
          <w:sz w:val="20"/>
        </w:rPr>
        <w:t>[15]</w:t>
      </w:r>
    </w:p>
    <w:p>
      <w:r>
        <w:rPr>
          <w:rFonts w:ascii="Gentium Plus" w:hAnsi="Gentium Plus"/>
          <w:sz w:val="24"/>
        </w:rPr>
        <w:t>ὄγκον ἀποβλέψαντες, δέχονται μὲν προθύμως τὸ διδόμενον, ἡνίκα δ’ ἂν εἰς τὸ πράττειν ἔλθωσιν, ὑπὸ τῆς ἀπειρίας σκο‐ τούμενοι, μυρίων ἐμπιπλῶσι κακῶν οὓς ἐπιστεύθησαν λαούς. Τοῦτο δή, τοῦτο ὅπερ καὶ ἐφ’ ἡμῶν μικροῦ δεῖν ἔμελλε γίνεσθαι, εἰ μὴ ταχέως ἡμᾶς ὁ Θεὸς τῶν κινδύνων ἐκείνων</w:t>
      </w:r>
    </w:p>
    <w:p>
      <w:r>
        <w:rPr>
          <w:rFonts w:ascii="Courier New" w:hAnsi="Courier New"/>
          <w:color w:val="555555"/>
          <w:sz w:val="20"/>
        </w:rPr>
        <w:t>[20]</w:t>
      </w:r>
    </w:p>
    <w:p>
      <w:r>
        <w:rPr>
          <w:rFonts w:ascii="Gentium Plus" w:hAnsi="Gentium Plus"/>
          <w:sz w:val="24"/>
        </w:rPr>
        <w:t>ἐξείλκυσε καὶ τῆς Ἐκκλησίας τῆς αὑτοῦ καὶ τῆς ἡμετέρας φειδόμενος ψυχῆς. Ἢ πόθεν, εἰπέ μοι, νομίζεις τὰς τοσαύτας ἐν ταῖς Ἐκκλη‐ σίαις τίκτεσθαι ταραχάς; Ἐγὼ μὲν γὰρ οὐδὲ ἄλλοθέν ποθεν, οἶμαι, ἢ ἐκ τοῦ τὰς τῶν προεστώτων αἱρέσεις καὶ ἐκλογὰς</w:t>
      </w:r>
    </w:p>
    <w:p>
      <w:r>
        <w:rPr>
          <w:rFonts w:ascii="Courier New" w:hAnsi="Courier New"/>
          <w:color w:val="555555"/>
          <w:sz w:val="20"/>
        </w:rPr>
        <w:t>[25]</w:t>
      </w:r>
    </w:p>
    <w:p>
      <w:r>
        <w:rPr>
          <w:rFonts w:ascii="Gentium Plus" w:hAnsi="Gentium Plus"/>
          <w:sz w:val="24"/>
        </w:rPr>
        <w:t>ἁπλῶς καὶ ὡς ἔτυχε γίνεσθαι. Τὴν γὰρ κεφαλὴν ἰσχυροτάτην εἶναι ἐχρῆν, ἵνα τοὺς ἐκ τοῦ λοιποῦ σώματος κάτωθεν πεμπο‐ μένους ἀτμοὺς πονηροὺς διοικεῖν καὶ εἰς τὸ δέον καθιστᾶν δύνηται, ὅταν δὲ καθ’ ἑαυτὴν ἀσθενὴς οὖσα τύχῃ, τὰς νοσο‐ ποιοὺς ἐκείνας προσβολὰς ἀποκρούσασθαι μὴ δυναμένη, αὐτή</w:t>
      </w:r>
    </w:p>
    <w:p>
      <w:r>
        <w:rPr>
          <w:rFonts w:ascii="Courier New" w:hAnsi="Courier New"/>
          <w:color w:val="555555"/>
          <w:sz w:val="20"/>
        </w:rPr>
        <w:t>[30]</w:t>
      </w:r>
    </w:p>
    <w:p>
      <w:r>
        <w:rPr>
          <w:rFonts w:ascii="Gentium Plus" w:hAnsi="Gentium Plus"/>
          <w:sz w:val="24"/>
        </w:rPr>
        <w:t>τε ἀσθενεστέρα μᾶλλον ἤπερ ἐστὶ καθίσταται καὶ τὸ λοιπὸν μεθ’ ἑαυτῆς προσαπόλλυσι σῶμα. Ὅπερ ἵνα μὴ καὶ νῦν γένη‐ ται, ἐν τῇ τάξει τῶν ποδῶν ἡμᾶς ἐφύλαξεν ὁ Θεὸς ἥνπερ καὶ ἐλάχομεν ἐξ ἀρχῆς. Πολλὰ γάρ ἐστιν, ὦ Βασίλειε, πρὸς τοῖς εἰρημένοις, πολλὰ</w:t>
      </w:r>
    </w:p>
    <w:p>
      <w:r>
        <w:rPr>
          <w:rFonts w:ascii="Courier New" w:hAnsi="Courier New"/>
          <w:color w:val="555555"/>
          <w:sz w:val="20"/>
        </w:rPr>
        <w:t>[35]</w:t>
      </w:r>
    </w:p>
    <w:p>
      <w:r>
        <w:rPr>
          <w:rFonts w:ascii="Gentium Plus" w:hAnsi="Gentium Plus"/>
          <w:sz w:val="24"/>
        </w:rPr>
        <w:t>ἕτερα ἃ τὸν ἱερωμένον ἔχειν χρή, ἡμεῖς δὲ οὐκ ἔχομεν, καὶ</w:t>
      </w:r>
    </w:p>
    <w:p>
      <w:r>
        <w:rPr>
          <w:rFonts w:ascii="Courier New" w:hAnsi="Courier New"/>
          <w:color w:val="555555"/>
          <w:sz w:val="20"/>
        </w:rPr>
        <w:t>[40]</w:t>
      </w:r>
    </w:p>
    <w:p>
      <w:r>
        <w:rPr>
          <w:rFonts w:ascii="Gentium Plus" w:hAnsi="Gentium Plus"/>
          <w:sz w:val="24"/>
        </w:rPr>
        <w:t>ὑπὲρ τοῦ βεβαίαν ἔχειν αὐτὴν μυρία ὑπομένει δεινά, κἂν κολακεῦσαι δέῃ, κἂν ἀγεννές τι καὶ ἀνάξιον ὑπομεῖναι, κἂν χρήματα ἀναλῶσαι πολλά. Ὅτι γὰρ καὶ φόνων τὰς ἐκκλησίας ἐνέπλησάν τινες καὶ πόλεις ἀναστάτους ἐποίησαν ὑπὲρ ταύτης μαχόμενοι τῆς ἀρχῆς, παρίημι νῦν μὴ καὶ ἄπιστα δόξω</w:t>
      </w:r>
    </w:p>
    <w:p>
      <w:r>
        <w:rPr>
          <w:rFonts w:ascii="Courier New" w:hAnsi="Courier New"/>
          <w:color w:val="555555"/>
          <w:sz w:val="20"/>
        </w:rPr>
        <w:t>[45]</w:t>
      </w:r>
    </w:p>
    <w:p>
      <w:r>
        <w:rPr>
          <w:rFonts w:ascii="Gentium Plus" w:hAnsi="Gentium Plus"/>
          <w:sz w:val="24"/>
        </w:rPr>
        <w:t>λέγειν τισίν. Ἐχρῆν δέ, οἶμαι, τοσαύτην τοῦ πράγματος ἔχειν εὐλάβειαν ὡς καὶ τὴν ἀρχὴν ἐκφυγεῖν τὸν ὄγκον καὶ μετὰ τὸ γενέσθαι ἐν αὐτῷ μὴ περιμένειν τὰς παρ’ ἑτέρων κρίσεις, εἴ ποτε συμβαίη καθαίρεσιν ἱκανὸν ἐργάσασθαι ἁμάρτημα, ἀλλὰ προλαβόντα ἐκβάλλειν ἑαυτὸν τῆς ἀρχῆς· οὕτω μὲν γὰρ καὶ</w:t>
      </w:r>
    </w:p>
    <w:p>
      <w:r>
        <w:rPr>
          <w:rFonts w:ascii="Courier New" w:hAnsi="Courier New"/>
          <w:color w:val="555555"/>
          <w:sz w:val="20"/>
        </w:rPr>
        <w:t>[3 . 10 (50)]</w:t>
      </w:r>
    </w:p>
    <w:p>
      <w:r>
        <w:rPr>
          <w:rFonts w:ascii="Gentium Plus" w:hAnsi="Gentium Plus"/>
          <w:sz w:val="24"/>
        </w:rPr>
        <w:t>ἔλεον ἐπισπάσασθαι παρὰ τοῦ Θεοῦ εἰκὸς ἦν. Τὸ δὲ ἀντέ‐ χεσθαι παρὰ τὸ πρέπον τῆς ἀξίας, πάσης ἑαυτὸν ἀποστερεῖν συγγνώμης ἐστὶ καὶ μᾶλλον ἐκκαίειν τοῦ Θεοῦ τὴν ὀργήν, δεύτερον χαλεπώτερον προστιθέντα πλημμέλημα. Ἀλλ’ οὐδεὶς ἀνέξεταί ποτε· δεινὸν γὰρ ἀληθῶς, δεινὸν τὸ ταύτης</w:t>
      </w:r>
    </w:p>
    <w:p>
      <w:r>
        <w:rPr>
          <w:rFonts w:ascii="Courier New" w:hAnsi="Courier New"/>
          <w:color w:val="555555"/>
          <w:sz w:val="20"/>
        </w:rPr>
        <w:t>[55]</w:t>
      </w:r>
    </w:p>
    <w:p>
      <w:r>
        <w:rPr>
          <w:rFonts w:ascii="Gentium Plus" w:hAnsi="Gentium Plus"/>
          <w:sz w:val="24"/>
        </w:rPr>
        <w:t>γλίχεσθαι τῆς τιμῆς. Καὶ οὐ μαχόμενος τῷ μακαρίῳ Παύλῳ λέγω, ἀλλὰ καὶ πάνυ συνᾴδων αὐτοῦ τοῖς ῥήμασι. Τί γὰρ ἐκεῖνός φησιν; «Εἴ τις</w:t>
      </w:r>
    </w:p>
    <w:p>
      <w:r>
        <w:rPr>
          <w:rFonts w:ascii="Courier New" w:hAnsi="Courier New"/>
          <w:color w:val="555555"/>
          <w:sz w:val="20"/>
        </w:rPr>
        <w:t>[60]</w:t>
      </w:r>
    </w:p>
    <w:p>
      <w:r>
        <w:rPr>
          <w:rFonts w:ascii="Gentium Plus" w:hAnsi="Gentium Plus"/>
          <w:sz w:val="24"/>
        </w:rPr>
        <w:t>εἶναι δεινόν. Καὶ τοῦτον οἶμαι δεῖν τὸν πόθον πάσῃ σπουδῇ τῆς ψυχῆς ἐξωθεῖν καὶ μηδὲ τὴν ἀρχὴν κατασχεθῆναι αὐτὴν ὑπ’ αὐτοῦ συγχωρεῖν ἵνα μετ’ ἐλευθερίας ἅπαντα αὐτῷ πράττειν ἐξῇ. Ὁ γὰρ οὐκ ἐπιθυμῶν ἐπὶ ταύτης δειχθῆναι τῆς ἐξουσίας οὐδὲ τὴν καθαίρεσιν αὐτῆς δέδοικεν, οὐ δεδοικὼς</w:t>
      </w:r>
    </w:p>
    <w:p>
      <w:r>
        <w:rPr>
          <w:rFonts w:ascii="Courier New" w:hAnsi="Courier New"/>
          <w:color w:val="555555"/>
          <w:sz w:val="20"/>
        </w:rPr>
        <w:t>[65]</w:t>
      </w:r>
    </w:p>
    <w:p>
      <w:r>
        <w:rPr>
          <w:rFonts w:ascii="Gentium Plus" w:hAnsi="Gentium Plus"/>
          <w:sz w:val="24"/>
        </w:rPr>
        <w:t>δὲ μετὰ τῆς προσηκούσης χριστιανοῖς ἐλευθερίας πάντα πράττειν δύναιτ’ ἄν. Ὡς οἵ γε φοβούμενοι καὶ τρέμοντες κατενεχθῆναι ἐκεῖθεν πικρὰν ὑπομένουσι δουλείαν καὶ πολλῶν γέμουσαν τῶν κακῶν καὶ ἀνθρώποις καὶ Θεῷ προσκρούειν ἀναγκάζονται πολλάκις. Δεῖ δὲ οὐχ οὕτω διακεῖσθαι τὴν</w:t>
      </w:r>
    </w:p>
    <w:p>
      <w:r>
        <w:rPr>
          <w:rFonts w:ascii="Courier New" w:hAnsi="Courier New"/>
          <w:color w:val="555555"/>
          <w:sz w:val="20"/>
        </w:rPr>
        <w:t>[70]</w:t>
      </w:r>
    </w:p>
    <w:p>
      <w:r>
        <w:rPr>
          <w:rFonts w:ascii="Gentium Plus" w:hAnsi="Gentium Plus"/>
          <w:sz w:val="24"/>
        </w:rPr>
        <w:t>ψυχήν, ἀλλ’ ὥσπερ ἐν τοῖς πολέμοις τοὺς γενναίους τῶν στρατιωτῶν ὁρῶμεν καὶ πολεμοῦντας προθύμως καὶ πίπτον‐ τας ἀνδρείως, οὕτω καὶ τοὺς ἐπὶ ταύτην ἥκοντας τὴν οἰκο‐ νομίαν καὶ ἱερᾶσθαι καὶ παραλύεσθαι τῆς ἀρχῆς ὡς χριστια‐ νοῖς ἐστι προσῆκον ἀνδράσιν, εἰδότας ὡς ἡ τοιαύτη καθαί‐</w:t>
      </w:r>
    </w:p>
    <w:p>
      <w:r>
        <w:rPr>
          <w:rFonts w:ascii="Courier New" w:hAnsi="Courier New"/>
          <w:color w:val="555555"/>
          <w:sz w:val="20"/>
        </w:rPr>
        <w:t>[75]</w:t>
      </w:r>
    </w:p>
    <w:p>
      <w:r>
        <w:rPr>
          <w:rFonts w:ascii="Gentium Plus" w:hAnsi="Gentium Plus"/>
          <w:sz w:val="24"/>
        </w:rPr>
        <w:t>ρεσις οὐκ ἐλάττονα φέρει τῆς ἀρχῆς τὸν στέφανον. Ὅταν γάρ τις ὑπὲρ τοῦ μηδὲν ἀπρεπὲς μηδ’ ἀνάξιόν τι τῆς ἀξίας ὑπο‐ μεῖναι ἐκείνης πάθῃ τι τοιοῦτο, καὶ τοῖς ἀδίκως καθελοῦσι τὴν κόλασιν, καὶ αὐτῷ μείζονα προξενεῖ τὸν μισθόν. «Μακά‐ ριοι γάρ, φησίν, ἐστε ὅταν ὀνειδίσωσι καὶ διώξωσιν ὑμᾶς καὶ</w:t>
      </w:r>
    </w:p>
    <w:p>
      <w:r>
        <w:rPr>
          <w:rFonts w:ascii="Courier New" w:hAnsi="Courier New"/>
          <w:color w:val="555555"/>
          <w:sz w:val="20"/>
        </w:rPr>
        <w:t>[80]</w:t>
      </w:r>
    </w:p>
    <w:p>
      <w:r>
        <w:rPr>
          <w:rFonts w:ascii="Gentium Plus" w:hAnsi="Gentium Plus"/>
          <w:sz w:val="24"/>
        </w:rPr>
        <w:t>εἴπωσι πᾶν πονηρὸν καθ’ ὑμῶν ψευδόμενοι ἕνεκεν ἐμοῦ· χαίρετε καὶ ἀγαλλιᾶσθε, ὅτι πολύς ἐστιν ὁ μισθὸς ὑμῶν ἐν τοῖς οὐρανοῖς.» Καὶ ταῦτα μὲν ὅταν ὑπὸ τῶν ὁμοταγῶν ἢ διὰ φθόνον ἢ πρὸς ἑτέρων χάριν ἢ πρὸς ἀπέχθειαν ἢ ἑτέρῳ τινὶ μὴ ὀρθῷ τις ἐκβάλληται λογισμῷ, ὅταν δὲ καὶ ὑπὸ τῶν</w:t>
      </w:r>
    </w:p>
    <w:p>
      <w:r>
        <w:rPr>
          <w:rFonts w:ascii="Courier New" w:hAnsi="Courier New"/>
          <w:color w:val="555555"/>
          <w:sz w:val="20"/>
        </w:rPr>
        <w:t>[85]</w:t>
      </w:r>
    </w:p>
    <w:p>
      <w:r>
        <w:rPr>
          <w:rFonts w:ascii="Gentium Plus" w:hAnsi="Gentium Plus"/>
          <w:sz w:val="24"/>
        </w:rPr>
        <w:t>ἐναντίων τοῦτο πάσχειν συμβαίνῃ, οὐδὲ λόγου δεῖν οἶμαι πρὸς τὸ δεῖξαι τὸ κέρδος ὅσον αὐτῷ διὰ τῆς ἑαυτῶν συλλέ‐ γουσι πονηρίας ἐκεῖνοι. Τοῦτο οὖν δεῖ πανταχόθεν περισκοπεῖν καὶ ἀκριβῶς διε‐ ρευνᾶν μή πού τις σπινθὴρ τῆς ἐπιθυμίας ἐκείνης ἐντυφόμενος</w:t>
      </w:r>
    </w:p>
    <w:p>
      <w:r>
        <w:rPr>
          <w:rFonts w:ascii="Courier New" w:hAnsi="Courier New"/>
          <w:color w:val="555555"/>
          <w:sz w:val="20"/>
        </w:rPr>
        <w:t>[90]</w:t>
      </w:r>
    </w:p>
    <w:p>
      <w:r>
        <w:rPr>
          <w:rFonts w:ascii="Gentium Plus" w:hAnsi="Gentium Plus"/>
          <w:sz w:val="24"/>
        </w:rPr>
        <w:t>λάθῃ. Ἀγαπητὸν γὰρ καὶ τοὺς ἐξ ἀρχῆς καθαρεύοντας τοῦ πάθους ἡνίκα ἂν ἐμπέσωσιν εἰς τὴν ἀρχὴν δυνηθῆναι τοῦτο διαφυγεῖν· εἰ δέ τις καὶ πρὶν ἢ τυχεῖν τῆς τιμῆς τρέφει παρ’ ἑαυτῷ τὸ δεινὸν καὶ ἀπηνὲς τοῦτο θηρίον, οὐδὲ ἔστιν εἰπεῖν εἰς ὅσην ἑαυτὸν ἐμβαλεῖ κάμινον μετὰ τὸ τυχεῖν. Ἡμεῖς δέ—</w:t>
      </w:r>
    </w:p>
    <w:p>
      <w:r>
        <w:rPr>
          <w:rFonts w:ascii="Courier New" w:hAnsi="Courier New"/>
          <w:color w:val="555555"/>
          <w:sz w:val="20"/>
        </w:rPr>
        <w:t>[95]</w:t>
      </w:r>
    </w:p>
    <w:p>
      <w:r>
        <w:rPr>
          <w:rFonts w:ascii="Gentium Plus" w:hAnsi="Gentium Plus"/>
          <w:sz w:val="24"/>
        </w:rPr>
        <w:t>καὶ μή τοι νομίσῃς μετριάζοντας ἡμᾶς ἐθελῆσαι ἄν ποτε ψεύσασθαι πρὸς σέ—, πολλὴν ταύτην κεκτήμεθα τὴν ἐπιθυ‐ μίαν καὶ μετὰ τῶν ἄλλων ἁπάντων οὐχ ἧττον ἡμᾶς καὶ τοῦτο ἐφόβησε καὶ πρὸς ταύτην ἔτρεψε τὴν φυγήν. Καθάπερ γὰρ οἱ σωμάτων ἐρῶντες, ἕως μὲν ἂν πλησίον εἶναι τῶν ἐρωμένων</w:t>
      </w:r>
    </w:p>
    <w:p>
      <w:r>
        <w:rPr>
          <w:rFonts w:ascii="Courier New" w:hAnsi="Courier New"/>
          <w:color w:val="555555"/>
          <w:sz w:val="20"/>
        </w:rPr>
        <w:t>[3 . 10 (100)]</w:t>
      </w:r>
    </w:p>
    <w:p>
      <w:r>
        <w:rPr>
          <w:rFonts w:ascii="Gentium Plus" w:hAnsi="Gentium Plus"/>
          <w:sz w:val="24"/>
        </w:rPr>
        <w:t>ἐξῇ, χαλεπωτέραν τοῦ πάθους τὴν βάσανον ἔχουσιν, ὅταν δὲ ὡς πορρωτάτω τῶν ποθουμένων ἑαυτοὺς ἀπαγάγωσι, καὶ τὴν μανίαν ἀπήλασαν· οὕτω καὶ τοῖς ταύτης ἐπιθυμοῦσι τῆς ἀρχῆς, ὅταν μὲν πλησίον αὐτῆς γένωνται, ἀφόρητον γίνεται τὸ κακόν, ὅταν δὲ ἀπελπίσωσι, καὶ τὴν ἐπιθυμίαν μετὰ τῆς</w:t>
      </w:r>
    </w:p>
    <w:p>
      <w:r>
        <w:rPr>
          <w:rFonts w:ascii="Courier New" w:hAnsi="Courier New"/>
          <w:color w:val="555555"/>
          <w:sz w:val="20"/>
        </w:rPr>
        <w:t>[105]</w:t>
      </w:r>
    </w:p>
    <w:p>
      <w:r>
        <w:rPr>
          <w:rFonts w:ascii="Gentium Plus" w:hAnsi="Gentium Plus"/>
          <w:sz w:val="24"/>
        </w:rPr>
        <w:t>προσδοκίας ἔσβεσαν. Μία μὲν οὖν αὕτη πρόφασις οὐ μικρά· ἀλλ’ εἰ καὶ μόνη καθ’ ἑαυτὴν οὖσα ἐτύγχανεν, ἱκανὴ ταύτης ἡμᾶς ἀπεῖρξαι τῆς ἀξίας. Νῦν δὲ καὶ ἑτέρα ταύτης οὐχ ἧττον προστέθειται. Τίς δέ ἐστιν αὕτη; Νηφάλιον εἶναι δεῖ τὸν ἱερέα καὶ διορατικὸν καὶ</w:t>
      </w:r>
    </w:p>
    <w:p>
      <w:r>
        <w:rPr>
          <w:rFonts w:ascii="Courier New" w:hAnsi="Courier New"/>
          <w:color w:val="555555"/>
          <w:sz w:val="20"/>
        </w:rPr>
        <w:t>[110]</w:t>
      </w:r>
    </w:p>
    <w:p>
      <w:r>
        <w:rPr>
          <w:rFonts w:ascii="Gentium Plus" w:hAnsi="Gentium Plus"/>
          <w:sz w:val="24"/>
        </w:rPr>
        <w:t>μυρίους πανταχόθεν κεκτῆσθαι τοὺς ὀφθαλμοὺς ὡς οὐχ ἑαυτῷ μόνον, ἀλλὰ καὶ πλήθει ζῶντα τοσούτῳ. Ἡμεῖς δὲ ὅτι νωθροὶ καὶ παρειμένοι καὶ πρὸς τὴν ἑαυτῶν μόλις ἀρκοῦντες σωτηρίαν, καὶ αὐτὸς ἂν ὡμολογήσειας, ὁ μάλιστα πάντων</w:t>
      </w:r>
    </w:p>
    <w:p>
      <w:r>
        <w:rPr>
          <w:rFonts w:ascii="Courier New" w:hAnsi="Courier New"/>
          <w:color w:val="555555"/>
          <w:sz w:val="20"/>
        </w:rPr>
        <w:t>[115]</w:t>
      </w:r>
    </w:p>
    <w:p>
      <w:r>
        <w:rPr>
          <w:rFonts w:ascii="Gentium Plus" w:hAnsi="Gentium Plus"/>
          <w:sz w:val="24"/>
        </w:rPr>
        <w:t>γάρ μοι νηστείαν εἴπῃς, μηδὲ ἀγρυπνίαν, μηδὲ χαμευνίαν καὶ τὴν λοιπὴν τοῦ σώματος σκληραγωγίαν· καὶ τούτων μὲν γὰρ ὅσον ἀπέχομεν, οἶδας. Εἰ δὲ καὶ εἰς ἀκρίβειαν ἡμῖν κατ‐ ώρθωτο, οὐδὲ οὕτως μετὰ τῆς παρούσης νωθρότητος ἴσχυσεν ἄν τι πρὸς τὴν ἐπιστασίαν ἡμᾶς ταῦτα ὠφελῆσαι ἐκείνην.</w:t>
      </w:r>
    </w:p>
    <w:p>
      <w:r>
        <w:rPr>
          <w:rFonts w:ascii="Courier New" w:hAnsi="Courier New"/>
          <w:color w:val="555555"/>
          <w:sz w:val="20"/>
        </w:rPr>
        <w:t>[120]</w:t>
      </w:r>
    </w:p>
    <w:p>
      <w:r>
        <w:rPr>
          <w:rFonts w:ascii="Gentium Plus" w:hAnsi="Gentium Plus"/>
          <w:sz w:val="24"/>
        </w:rPr>
        <w:t>Ἀνθρώπῳ μὲν γὰρ εἰς οἰκίσκον τινὰ κατακλεισθέντι καὶ τὰ αὑτοῦ μεριμνῶντι μόνον, πολλὴν ἂν ταῦτα παράσχοι τὴν ὠφέλειαν· εἰς δὲ τοσοῦτον σχιζομένῳ πλῆθος καὶ καθ’ ἕκαστον τῶν ἀρχομένων ἰδίας κεκτημένῳ φροντίδας, τί δύναιτ’ ἂν πρὸς τὴν ἐκείνων ἐπίδοσιν ἀξιόπιστον συμβάλ‐</w:t>
      </w:r>
    </w:p>
    <w:p>
      <w:r>
        <w:rPr>
          <w:rFonts w:ascii="Courier New" w:hAnsi="Courier New"/>
          <w:color w:val="555555"/>
          <w:sz w:val="20"/>
        </w:rPr>
        <w:t>[125]</w:t>
      </w:r>
    </w:p>
    <w:p>
      <w:r>
        <w:rPr>
          <w:rFonts w:ascii="Gentium Plus" w:hAnsi="Gentium Plus"/>
          <w:sz w:val="24"/>
        </w:rPr>
        <w:t>λεσθαι κέρδος, ἐὰν μὴ ψυχὴν εὔτονον καὶ ἰσχυροτάτην ἔχων τύχῃ; Καὶ μὴ θαυμάσῃς εἰ μετὰ τοσαύτης καρτερίας ἑτέραν βάσανον ζητῶ τῆς ἀνδρείας τῆς ἐν ψυχῇ. Τὸ μὲν γὰρ σίτων καὶ ποτῶν καὶ στρωμνῆς καταφρονεῖν ἁπαλῆς, πολλοῖς</w:t>
      </w:r>
    </w:p>
    <w:p>
      <w:r>
        <w:rPr>
          <w:rFonts w:ascii="Courier New" w:hAnsi="Courier New"/>
          <w:color w:val="555555"/>
          <w:sz w:val="20"/>
        </w:rPr>
        <w:t>[130]</w:t>
      </w:r>
    </w:p>
    <w:p>
      <w:r>
        <w:rPr>
          <w:rFonts w:ascii="Gentium Plus" w:hAnsi="Gentium Plus"/>
          <w:sz w:val="24"/>
        </w:rPr>
        <w:t>οὐδὲ ἔργον ὁρῶμεν ὄν, καὶ μάλιστά γε τοῖς ἀγροικότερον διακειμένοις καὶ οὕτως ἐκ πρώτης τραφεῖσι τῆς ἡλικίας, καὶ πολλοῖς δὲ ἑτέροις, τῆς τε τοῦ σώματος κατασκευῆς καὶ τῆς συνηθείας ἐξευμαριζούσης τὴν ἐν ἐκείνοις τοῖς πόνοις τρα‐ χύτητα· ὕβριν δὲ καὶ ἐπήρειαν καὶ λόγον φορτικὸν καὶ τὰ</w:t>
      </w:r>
    </w:p>
    <w:p>
      <w:r>
        <w:rPr>
          <w:rFonts w:ascii="Courier New" w:hAnsi="Courier New"/>
          <w:color w:val="555555"/>
          <w:sz w:val="20"/>
        </w:rPr>
        <w:t>[135]</w:t>
      </w:r>
    </w:p>
    <w:p>
      <w:r>
        <w:rPr>
          <w:rFonts w:ascii="Gentium Plus" w:hAnsi="Gentium Plus"/>
          <w:sz w:val="24"/>
        </w:rPr>
        <w:t>παρὰ τῶν ἐλαττόνων σκώμματα τά τε ἁπλῶς καὶ τὰ ἐν δίκῃ λεγόμενα, καὶ μέμψεις τὰς εἰκῇ καὶ μάτην παρὰ τῶν ἀρχόν‐ των καὶ παρὰ τῶν ἀρχομένων γινομένας, οὐ τῶν πολλῶν</w:t>
      </w:r>
    </w:p>
    <w:p>
      <w:r>
        <w:rPr>
          <w:rFonts w:ascii="Courier New" w:hAnsi="Courier New"/>
          <w:color w:val="555555"/>
          <w:sz w:val="20"/>
        </w:rPr>
        <w:t>[140]</w:t>
      </w:r>
    </w:p>
    <w:p>
      <w:r>
        <w:rPr>
          <w:rFonts w:ascii="Gentium Plus" w:hAnsi="Gentium Plus"/>
          <w:sz w:val="24"/>
        </w:rPr>
        <w:t>τῶν χαλεπωτάτων ἀγριαίνειν θηρίων. Τοὺς δὲ τοιούτους μάλιστα τῶν τῆς ἱερωσύνης ἀπείρξομεν περιβόλων· τὸ μὲν γὰρ μήτε πρὸς τὰ σῖτα ἀπηγχονίσθαι μήτε ἀνυπόδετον εἶναι τὸν προεστῶτα οὐδὲν ἂν βλάψειε τὸ κοινὸν τῆς Ἐκκλησίας, θυμὸς δὲ ἄγριος εἴς τε τὸν κεκτημένον εἴς τε τοὺς πλησίον</w:t>
      </w:r>
    </w:p>
    <w:p>
      <w:r>
        <w:rPr>
          <w:rFonts w:ascii="Courier New" w:hAnsi="Courier New"/>
          <w:color w:val="555555"/>
          <w:sz w:val="20"/>
        </w:rPr>
        <w:t>[145]</w:t>
      </w:r>
    </w:p>
    <w:p>
      <w:r>
        <w:rPr>
          <w:rFonts w:ascii="Gentium Plus" w:hAnsi="Gentium Plus"/>
          <w:sz w:val="24"/>
        </w:rPr>
        <w:t>μεγάλας ἐργάζεται συμφοράς· καὶ τοῖς μὲν ἐκεῖνα μὴ ποιοῦ‐ σιν οὐδεμία ἀπειλὴ παρὰ τοῦ Θεοῦ κεῖται, τοῖς δὲ ἁπλῶς ὀργιζομένοις γέεννα καὶ τὸ τῆς γεέννης ἠπείληται πῦρ. Ὥσπερ οὖν ὁ δόξης ἐρῶν κενῆς, ὅταν τῆς τῶν πολλῶν ἀρχῆς ἐπιλάβηται, μείζονα τῷ πυρὶ παρέχει τὴν ὕλην, οὕτως ὁ καθ’</w:t>
      </w:r>
    </w:p>
    <w:p>
      <w:r>
        <w:rPr>
          <w:rFonts w:ascii="Courier New" w:hAnsi="Courier New"/>
          <w:color w:val="555555"/>
          <w:sz w:val="20"/>
        </w:rPr>
        <w:t>[3 . 10 (150)]</w:t>
      </w:r>
    </w:p>
    <w:p>
      <w:r>
        <w:rPr>
          <w:rFonts w:ascii="Gentium Plus" w:hAnsi="Gentium Plus"/>
          <w:sz w:val="24"/>
        </w:rPr>
        <w:t>ἑαυτὸν καὶ ἐν ταῖς πρὸς ὀλίγους ὁμιλίαις κρατεῖν ὀργῆς μὴ δυνάμενος, ἀλλ’ ἐκφερόμενος εὐχερῶς, ὅταν πλήθους ὅλου προστασίαν ἐμπιστευθῇ, καθάπερ τι θηρίον πανταχόθεν καὶ ὑπὸ μυρίων κεντούμενον, οὔτε αὐτὸς ἐν ἡσυχίᾳ δύναιτ’ ἄν ποτε διάγειν καὶ τοὺς ἐμπιστευθέντας αὐτῷ μυρία διατίθησι</w:t>
      </w:r>
    </w:p>
    <w:p>
      <w:r>
        <w:rPr>
          <w:rFonts w:ascii="Courier New" w:hAnsi="Courier New"/>
          <w:color w:val="555555"/>
          <w:sz w:val="20"/>
        </w:rPr>
        <w:t>[155]</w:t>
      </w:r>
    </w:p>
    <w:p>
      <w:r>
        <w:rPr>
          <w:rFonts w:ascii="Gentium Plus" w:hAnsi="Gentium Plus"/>
          <w:sz w:val="24"/>
        </w:rPr>
        <w:t>κακά. Οὐδὲν γὰρ οὕτω καθαρότητα νοῦ καὶ τὸ διειδὲς θολοῖ τῶν φρενῶν ὡς θυμὸς ἄτακτος καὶ μετὰ πολλῆς φερόμενος τῆς ῥύμης. «Οὗτος γάρ, φησίν, ἀπόλλυσι καὶ φρονίμους.» Καθάπερ γὰρ ἔν τινι νυκτομαχίᾳ σκοτωθεὶς ὁ τῆς ψυχῆς</w:t>
      </w:r>
    </w:p>
    <w:p>
      <w:r>
        <w:rPr>
          <w:rFonts w:ascii="Courier New" w:hAnsi="Courier New"/>
          <w:color w:val="555555"/>
          <w:sz w:val="20"/>
        </w:rPr>
        <w:t>[160]</w:t>
      </w:r>
    </w:p>
    <w:p>
      <w:r>
        <w:rPr>
          <w:rFonts w:ascii="Gentium Plus" w:hAnsi="Gentium Plus"/>
          <w:sz w:val="24"/>
        </w:rPr>
        <w:t>ὀφθαλμὸς οὐχ εὑρίσκει διακρῖναι τοὺς φίλους τῶν πολεμίων, οὐδὲ τοὺς ἀτίμους τῶν ἐντίμων, ἀλλὰ πᾶσιν ἐφεξῆς ἑνὶ</w:t>
      </w:r>
    </w:p>
    <w:p>
      <w:r>
        <w:rPr>
          <w:rFonts w:ascii="Courier New" w:hAnsi="Courier New"/>
          <w:color w:val="555555"/>
          <w:sz w:val="20"/>
        </w:rPr>
        <w:t>[165]</w:t>
      </w:r>
    </w:p>
    <w:p>
      <w:r>
        <w:rPr>
          <w:rFonts w:ascii="Gentium Plus" w:hAnsi="Gentium Plus"/>
          <w:sz w:val="24"/>
        </w:rPr>
        <w:t>τερον τυραννεῖ τὴν ψυχήν, πᾶσαν αὐτῆς τὴν ὑγιῆ κατάστασιν ἄνω καὶ κάτω ταράττουσα. Καὶ γὰρ πρὸς ἀπόνοιαν αἴρει ῥᾳδίως καὶ ἔχθρας ἀκαίρους καὶ μῖσος ἄλογον καὶ προσκρού‐ ματα ἁπλῶς καὶ εἰκῇ προσκρούειν παρασκευάζει συνεχῶς καὶ πολλὰ ἕτερα τοιαῦτα καὶ λέγειν καὶ πράττειν βιάζεται,</w:t>
      </w:r>
    </w:p>
    <w:p>
      <w:r>
        <w:rPr>
          <w:rFonts w:ascii="Courier New" w:hAnsi="Courier New"/>
          <w:color w:val="555555"/>
          <w:sz w:val="20"/>
        </w:rPr>
        <w:t>[170]</w:t>
      </w:r>
    </w:p>
    <w:p>
      <w:r>
        <w:rPr>
          <w:rFonts w:ascii="Gentium Plus" w:hAnsi="Gentium Plus"/>
          <w:sz w:val="24"/>
        </w:rPr>
        <w:t>πολλῷ τῷ ῥοίζῳ τοῦ πάθους τῆς ψυχῆς ὑποσυρομένης καὶ οὐκ ἐχούσης ὅποι τὴν αὐτῆς ἐρείσασα δύναμιν ἀντιστήσεται πρὸς τοσαύτην ὁρμήν. Καὶ ὁ Βασίλειος· Ἀλλ’ οὐκέτι σὲ εἰρωνευόμενον ἀνέξομαι περαιτέρω· τίς</w:t>
      </w:r>
    </w:p>
    <w:p>
      <w:r>
        <w:rPr>
          <w:rFonts w:ascii="Courier New" w:hAnsi="Courier New"/>
          <w:color w:val="555555"/>
          <w:sz w:val="20"/>
        </w:rPr>
        <w:t>[175]</w:t>
      </w:r>
    </w:p>
    <w:p>
      <w:r>
        <w:rPr>
          <w:rFonts w:ascii="Gentium Plus" w:hAnsi="Gentium Plus"/>
          <w:sz w:val="24"/>
        </w:rPr>
        <w:t>γὰρ οὐκ οἶδε, φησίν, ὅσον ταύτης ἀπέχεις τῆς νόσου; ΙΩ. Τί οὖν, ἔφην, ὦ μακάριε, βούλει πλησίον με τῆς πυρᾶς ἀγαγεῖν καὶ παροξῦναι τὸ θηρίον ἠρεμοῦν; ἢ ἀγνοεῖς ὡς οὐκ οἰκείᾳ τοῦτο κατωρθώσαμεν ἀρετῇ, ἀλλ’ ἐκ τοῦ τὴν ἡσυχίαν ἀγαπᾶν, τὸν δὲ οὕτω διακείμενον ἀγαπητὸν ἐφ’ ἑαυτοῦ</w:t>
      </w:r>
    </w:p>
    <w:p>
      <w:r>
        <w:rPr>
          <w:rFonts w:ascii="Courier New" w:hAnsi="Courier New"/>
          <w:color w:val="555555"/>
          <w:sz w:val="20"/>
        </w:rPr>
        <w:t>[180]</w:t>
      </w:r>
    </w:p>
    <w:p>
      <w:r>
        <w:rPr>
          <w:rFonts w:ascii="Gentium Plus" w:hAnsi="Gentium Plus"/>
          <w:sz w:val="24"/>
        </w:rPr>
        <w:t>μένοντα καὶ ἑνὶ μόνῳ ἢ δευτέρῳ χρώμενον φίλῳ, δυνηθῆναι τὸν ἐκεῖθεν διαφυγεῖν ἐμπρησμόν, μὴ ὅτι εἰς τὴν ἄβυσσον τῶν τοσούτων ἐμπεσόντα φροντίδων; Τότε γὰρ οὐχ ἑαυτὸν μόνον, ἀλλὰ καὶ ἑτέρους πολλοὺς ἐπισύρει μεθ’ ἑαυτοῦ πρὸς τὸν τῆς ἀπωλείας κρημνὸν καὶ περὶ τὴν τῆς ἐπιεικείας</w:t>
      </w:r>
    </w:p>
    <w:p>
      <w:r>
        <w:rPr>
          <w:rFonts w:ascii="Courier New" w:hAnsi="Courier New"/>
          <w:color w:val="555555"/>
          <w:sz w:val="20"/>
        </w:rPr>
        <w:t>[185]</w:t>
      </w:r>
    </w:p>
    <w:p>
      <w:r>
        <w:rPr>
          <w:rFonts w:ascii="Gentium Plus" w:hAnsi="Gentium Plus"/>
          <w:sz w:val="24"/>
        </w:rPr>
        <w:t>ἐπιμέλειαν ἀργοτέρους καθίστησι· πέφυκε γὰρ ὡς τὰ πολλὰ τὸ τῶν ἀρχομένων πλῆθος ὥσπερ εἰς ἀρχέτυπόν τινα εἰκόνα τοὺς τῶν ἀρχόντων τρόπους ὁρᾶν καὶ πρὸς ἐκείνους ἐξο‐</w:t>
      </w:r>
    </w:p>
    <w:p>
      <w:r>
        <w:rPr>
          <w:rFonts w:ascii="Courier New" w:hAnsi="Courier New"/>
          <w:color w:val="555555"/>
          <w:sz w:val="20"/>
        </w:rPr>
        <w:t>[190]</w:t>
      </w:r>
    </w:p>
    <w:p>
      <w:r>
        <w:rPr>
          <w:rFonts w:ascii="Gentium Plus" w:hAnsi="Gentium Plus"/>
          <w:sz w:val="24"/>
        </w:rPr>
        <w:t>πολλῶν γενέσθαι μέτριος, τὸν ἄρχοντα ὀργίλον ὁρῶν; Οὐ γὰρ ἔστι τὰ τῶν ἱερέων κρύπτεσθαι ἐλαττώματα, ἀλλὰ καὶ τὰ μικρότατα ταχέως κατάδηλα γίνεται. Καὶ γὰρ ἀθλητής, ἕως μὲν ἂν οἴκοι μένῃ καὶ μηδενὶ συμπλέκηται, δύναται λανθάνειν, κἂν ἀσθενέστατος ὢν τύχῃ, ὅταν δὲ ἀποδύσηται</w:t>
      </w:r>
    </w:p>
    <w:p>
      <w:r>
        <w:rPr>
          <w:rFonts w:ascii="Courier New" w:hAnsi="Courier New"/>
          <w:color w:val="555555"/>
          <w:sz w:val="20"/>
        </w:rPr>
        <w:t>[195]</w:t>
      </w:r>
    </w:p>
    <w:p>
      <w:r>
        <w:rPr>
          <w:rFonts w:ascii="Gentium Plus" w:hAnsi="Gentium Plus"/>
          <w:sz w:val="24"/>
        </w:rPr>
        <w:t>πρὸς τοὺς ἀγῶνας, ῥᾳδίως ἐλέγχεται· καὶ τῶν ἀνθρώπων οἱ μὲν τὸν ἰδιωτικὸν τοῦτον καὶ ἀπράγμονα βιοῦντες βίον ἔχουσι παραπέτασμα τῶν ἰδίων ἁμαρτημάτων τὴν μόνωσιν, εἰς δὲ τὸ μέσον ἀχθέντες καθάπερ ἱμάτιον τὴν ἠρεμίαν ἀπο‐ δῦναι ἀναγκάζονται καὶ πᾶσι γυμνὰς ἐπιδεῖξαι τὰς ψυχὰς</w:t>
      </w:r>
    </w:p>
    <w:p>
      <w:r>
        <w:rPr>
          <w:rFonts w:ascii="Courier New" w:hAnsi="Courier New"/>
          <w:color w:val="555555"/>
          <w:sz w:val="20"/>
        </w:rPr>
        <w:t>[3 . 10 (200)]</w:t>
      </w:r>
    </w:p>
    <w:p>
      <w:r>
        <w:rPr>
          <w:rFonts w:ascii="Gentium Plus" w:hAnsi="Gentium Plus"/>
          <w:sz w:val="24"/>
        </w:rPr>
        <w:t>διὰ τῶν ἔξωθεν κινημάτων. Ὥσπερ οὖν αὐτῶν τὰ κατορθώματα πολλοὺς ὤνησε πρὸς τὸν ἴσον παρακαλοῦντα ζῆλον, οὕτω καὶ τὰ πλημμελήματα ῥαθυμοτέρους κατέστησε περὶ τὴν τῆς ἀρετῆς ἐργασίαν καὶ βλακεύειν πρὸς τοὺς ὑπὲρ τῶν σπουδαίων παρεσκεύασε</w:t>
      </w:r>
    </w:p>
    <w:p>
      <w:r>
        <w:rPr>
          <w:rFonts w:ascii="Courier New" w:hAnsi="Courier New"/>
          <w:color w:val="555555"/>
          <w:sz w:val="20"/>
        </w:rPr>
        <w:t>[205]</w:t>
      </w:r>
    </w:p>
    <w:p>
      <w:r>
        <w:rPr>
          <w:rFonts w:ascii="Gentium Plus" w:hAnsi="Gentium Plus"/>
          <w:sz w:val="24"/>
        </w:rPr>
        <w:t>πόνους· διὸ χρὴ πάντοθεν αὐτοῦ τὸ κάλλος ἀποστίλβειν τῆς ψυχῆς ἵνα καὶ εὐφραίνειν ἅμα καὶ φωτίζειν δύνηται τὰς τῶν ὁρώντων ψυχάς. Τὰ μὲν γὰρ τῶν τυχόντων ἁμαρτήματα, ὥσπερ ἔν τινι σκότῳ πραττόμενα, τοὺς ἐργαζομένους ἀπώ‐ λεσε μόνους· ἀνδρὸς δὲ ἐπιφανοῦς καὶ πολλοῖς γνωρίμου</w:t>
      </w:r>
    </w:p>
    <w:p>
      <w:r>
        <w:rPr>
          <w:rFonts w:ascii="Courier New" w:hAnsi="Courier New"/>
          <w:color w:val="555555"/>
          <w:sz w:val="20"/>
        </w:rPr>
        <w:t>[210]</w:t>
      </w:r>
    </w:p>
    <w:p>
      <w:r>
        <w:rPr>
          <w:rFonts w:ascii="Gentium Plus" w:hAnsi="Gentium Plus"/>
          <w:sz w:val="24"/>
        </w:rPr>
        <w:t>πλημμέλεια κοινὴν ἅπασι φέρει τὴν βλάβην, τοὺς μὲν ἀνα‐ πεπτωκότας πρὸς τοὺς ὑπὲρ τῶν ἀγαθῶν ἱδρῶτας ὑπτιωτέ‐ ρους ποιοῦσα, τοὺς δὲ προσέχειν ἑαυτοῖς βουλομένους ἐρεθί‐</w:t>
      </w:r>
    </w:p>
    <w:p>
      <w:r>
        <w:rPr>
          <w:rFonts w:ascii="Courier New" w:hAnsi="Courier New"/>
          <w:color w:val="555555"/>
          <w:sz w:val="20"/>
        </w:rPr>
        <w:t>[215]</w:t>
      </w:r>
    </w:p>
    <w:p>
      <w:r>
        <w:rPr>
          <w:rFonts w:ascii="Gentium Plus" w:hAnsi="Gentium Plus"/>
          <w:sz w:val="24"/>
        </w:rPr>
        <w:t>ἀξιόλογον πληγήν· οἱ δὲ ἐν τῇ κορυφῇ ταύτης καθήμενοι τῆς τιμῆς πρῶτον μὲν πᾶσίν εἰσι κατάδηλοι, ἔπειτα, κἂν ἐν τοῖς μικροτάτοις σφαλῶσι, μεγάλα τὰ μικρὰ τοῖς ἄλλοις φαίνεται· οὐ γὰρ τῷ μέτρῳ τοῦ γεγονότος, ἀλλὰ τῇ τοῦ διαμαρτόντος ἀξίᾳ τὴν ἁμαρτίαν μετροῦσιν ἅπαντες. Καὶ δεῖ τὸν ἱερέα</w:t>
      </w:r>
    </w:p>
    <w:p>
      <w:r>
        <w:rPr>
          <w:rFonts w:ascii="Courier New" w:hAnsi="Courier New"/>
          <w:color w:val="555555"/>
          <w:sz w:val="20"/>
        </w:rPr>
        <w:t>[220]</w:t>
      </w:r>
    </w:p>
    <w:p>
      <w:r>
        <w:rPr>
          <w:rFonts w:ascii="Gentium Plus" w:hAnsi="Gentium Plus"/>
          <w:sz w:val="24"/>
        </w:rPr>
        <w:t>καθάπερ τισὶν ἀδαμαντίνοις ὅπλοις πεφράχθαι τῇ τε συντόνῳ σπουδῇ καὶ τῇ διηνεκεῖ περὶ τὸν βίον νήψει, πάντοθεν περισκοπεῖν μή πού τις γυμνὸν εὑρὼν τόπον καὶ παρημελη‐ μένον πλήξῃ καιρίαν πληγήν· πάντες γὰρ περιεστήκασι τρῶσαι ἕτοιμοι καὶ καταβαλεῖν, οὐ τῶν ἐχθρῶν μόνον καὶ</w:t>
      </w:r>
    </w:p>
    <w:p>
      <w:r>
        <w:rPr>
          <w:rFonts w:ascii="Courier New" w:hAnsi="Courier New"/>
          <w:color w:val="555555"/>
          <w:sz w:val="20"/>
        </w:rPr>
        <w:t>[225]</w:t>
      </w:r>
    </w:p>
    <w:p>
      <w:r>
        <w:rPr>
          <w:rFonts w:ascii="Gentium Plus" w:hAnsi="Gentium Plus"/>
          <w:sz w:val="24"/>
        </w:rPr>
        <w:t>πολεμίων, ἀλλὰ καὶ αὐτῶν πολλοὶ τῶν προσποιουμένων φιλίαν. Τοιαύτας οὖν ἐπιλέγεσθαι δεῖ ψυχὰς οἷα τὰ τῶν ἁγίων ἐκείνων ἀπέδειξε σώματα ἡ τοῦ Θεοῦ χάρις ἐν τῇ βαβυλωνίᾳ καμίνῳ ποτέ· οὐ γὰρ κληματὶς καὶ πίσσα καὶ στυππεῖον ἡ</w:t>
      </w:r>
    </w:p>
    <w:p>
      <w:r>
        <w:rPr>
          <w:rFonts w:ascii="Courier New" w:hAnsi="Courier New"/>
          <w:color w:val="555555"/>
          <w:sz w:val="20"/>
        </w:rPr>
        <w:t>[230]</w:t>
      </w:r>
    </w:p>
    <w:p>
      <w:r>
        <w:rPr>
          <w:rFonts w:ascii="Gentium Plus" w:hAnsi="Gentium Plus"/>
          <w:sz w:val="24"/>
        </w:rPr>
        <w:t>τοῦ πυρὸς τούτου τροφή, ἀλλὰ πολὺ τούτων χαλεπωτέρα, ἐπεὶ μηδὲ πῦρ τὸ αἰσθητὸν ὑπόκειται ἐκεῖνο, ἀλλ’ ἡ παμφάγος αὐτὸν τῆς βασκανίας περιστοιχίζεται φλόξ, πανταχόθεν αἰρομένη καὶ ἀκριβέστερον αὐτῶν ἐπιοῦσα καὶ διερευνωμένη τὸν βίον ἢ τὸ πῦρ τότε τῶν παίδων ἐκείνων τὰ σώματα. Ὅταν</w:t>
      </w:r>
    </w:p>
    <w:p>
      <w:r>
        <w:rPr>
          <w:rFonts w:ascii="Courier New" w:hAnsi="Courier New"/>
          <w:color w:val="555555"/>
          <w:sz w:val="20"/>
        </w:rPr>
        <w:t>[235]</w:t>
      </w:r>
    </w:p>
    <w:p>
      <w:r>
        <w:rPr>
          <w:rFonts w:ascii="Gentium Plus" w:hAnsi="Gentium Plus"/>
          <w:sz w:val="24"/>
        </w:rPr>
        <w:t>οὖν εὕρῃ καλάμης ἴχνος μικρόν, προσπλέκεται ταχέως καὶ τὸ μὲν σαθρὸν ἐκεῖνο κατέκαυσε μέρος, τὴν δὲ λοιπὴν ἅπασαν οἰκοδομήν, κἂν τῶν ἡλιακῶν ἀκτίνων λαμπροτέρα οὖσα τύχῃ, ἀπ’ ἐκείνου τοῦ καπνοῦ προσέφλεξε καὶ ἠμαύρωσεν ἅπασαν. Ἕως μὲν γὰρ ἂν πανταχόθεν ἡρμοσμένος ᾖ καλῶς ὁ τοῦ</w:t>
      </w:r>
    </w:p>
    <w:p>
      <w:r>
        <w:rPr>
          <w:rFonts w:ascii="Courier New" w:hAnsi="Courier New"/>
          <w:color w:val="555555"/>
          <w:sz w:val="20"/>
        </w:rPr>
        <w:t>[240]</w:t>
      </w:r>
    </w:p>
    <w:p>
      <w:r>
        <w:rPr>
          <w:rFonts w:ascii="Gentium Plus" w:hAnsi="Gentium Plus"/>
          <w:sz w:val="24"/>
        </w:rPr>
        <w:t>ἱερέως βίος, ἀνάλωτος γίνεται ταῖς ἐπιβουλαῖς· ἂν δὲ τύχῃ μικρόν τι παριδών, οἷα εἰκὸς ἄνθρωπον ὄντα καὶ τὸ πολυ‐ πλανὲς τοῦ βίου τούτου περαιοῦντα πέλαγος, οὐδὲν αὐτῷ τῶν λοιπῶν κατορθωμάτων ὄφελος πρὸς τὸ δυνηθῆναι τὰ τῶν κατηγόρων στόματα διαφυγεῖν, ἀλλ’ ἐπισκιάζει παντὶ</w:t>
      </w:r>
    </w:p>
    <w:p>
      <w:r>
        <w:rPr>
          <w:rFonts w:ascii="Courier New" w:hAnsi="Courier New"/>
          <w:color w:val="555555"/>
          <w:sz w:val="20"/>
        </w:rPr>
        <w:t>[245]</w:t>
      </w:r>
    </w:p>
    <w:p>
      <w:r>
        <w:rPr>
          <w:rFonts w:ascii="Gentium Plus" w:hAnsi="Gentium Plus"/>
          <w:sz w:val="24"/>
        </w:rPr>
        <w:t>τῷ λοιπῷ τὸ μικρὸν ἐκεῖνο παράπτωμα καὶ οὐχ ὡς σάρκα περικειμένῳ, οὐδὲ ἀνθρωπείαν λαχόντι φύσιν, ἀλλ’ ὡς ἀγγέλῳ καὶ τῆς λοιπῆς ἀσθενείας ἀπηλλαγμένῳ δικάζειν ἅπαντες ἐθέλουσι τῷ ἱερεῖ. Καὶ καθάπερ τύραννον, ἕως μὲν ἂν κρατῇ, ἅπαντες πεφρί‐</w:t>
      </w:r>
    </w:p>
    <w:p>
      <w:r>
        <w:rPr>
          <w:rFonts w:ascii="Courier New" w:hAnsi="Courier New"/>
          <w:color w:val="555555"/>
          <w:sz w:val="20"/>
        </w:rPr>
        <w:t>[3 . 10 (250)]</w:t>
      </w:r>
    </w:p>
    <w:p>
      <w:r>
        <w:rPr>
          <w:rFonts w:ascii="Gentium Plus" w:hAnsi="Gentium Plus"/>
          <w:sz w:val="24"/>
        </w:rPr>
        <w:t>κασι καὶ κολακεύουσι διὰ τὸ μὴ δύνασθαι καθελεῖν, ὅταν δὲ ἴδωσι προχωροῦν ἐκεῖνο, τὴν μεθ’ ὑποκρίσεως ἀφέντες τιμὴν οἱ πρὸ μικροῦ φίλοι γεγόνασιν ἐξαίφνης ἐχθροὶ καὶ πολέμιοι καὶ πάντα αὐτοῦ τὰ σαθρὰ καταμαθόντες ἐπιτίθενται παρα‐ λύοντες τῆς ἀρχῆς, οὕτω δὴ καὶ ἐπὶ τῶν ἱερέων, οἱ πρὸ</w:t>
      </w:r>
    </w:p>
    <w:p>
      <w:r>
        <w:rPr>
          <w:rFonts w:ascii="Courier New" w:hAnsi="Courier New"/>
          <w:color w:val="555555"/>
          <w:sz w:val="20"/>
        </w:rPr>
        <w:t>[255]</w:t>
      </w:r>
    </w:p>
    <w:p>
      <w:r>
        <w:rPr>
          <w:rFonts w:ascii="Gentium Plus" w:hAnsi="Gentium Plus"/>
          <w:sz w:val="24"/>
        </w:rPr>
        <w:t>βραχέος, καὶ ἡνίκα ἐκράτει, τιμῶντες καὶ θεραπεύοντες, ὅταν μικρὰν εὕρωσι λαβήν, παρασκευάζονται σφοδρῶς, οὐχ ὡς τύραννον μόνον, ἀλλὰ καὶ τούτου χαλεπώτερον καθαιρήσειν μέλλοντες. Καὶ ὥσπερ ἐκεῖνος τοὺς τοῦ σωματοφύλακας δέδοικεν, οὕτω καὶ οὗτος τοὺς πλησίον καὶ συλλειτουρ‐</w:t>
      </w:r>
    </w:p>
    <w:p>
      <w:r>
        <w:rPr>
          <w:rFonts w:ascii="Courier New" w:hAnsi="Courier New"/>
          <w:color w:val="555555"/>
          <w:sz w:val="20"/>
        </w:rPr>
        <w:t>[260]</w:t>
      </w:r>
    </w:p>
    <w:p>
      <w:r>
        <w:rPr>
          <w:rFonts w:ascii="Gentium Plus" w:hAnsi="Gentium Plus"/>
          <w:sz w:val="24"/>
        </w:rPr>
        <w:t>γοῦντας αὐτῷ μάλιστα πάντων τρέμει· οὔτε γὰρ ἕτεροί τινες οὕτω τῆς ἀρχῆς ἐπιθυμοῦσι τῆς ἐκείνου καὶ τὰ ἐκείνου μάλιστα πάντων ἴσασιν ὡς οὗτοι· ἐγγύθεν γὰρ ὄντες, εἴ τι συμβαίη τοιοῦτο, πρὸ τῶν ἄλλων αἰσθάνονται καὶ δύναιντ’ ἂν εὐχερῶς καὶ διαβάλλοντες πιστευθῆναι καὶ τὰ μικρὰ μεγάλα ποιοῦντες</w:t>
      </w:r>
    </w:p>
    <w:p>
      <w:r>
        <w:rPr>
          <w:rFonts w:ascii="Courier New" w:hAnsi="Courier New"/>
          <w:color w:val="555555"/>
          <w:sz w:val="20"/>
        </w:rPr>
        <w:t>[265]</w:t>
      </w:r>
    </w:p>
    <w:p>
      <w:r>
        <w:rPr>
          <w:rFonts w:ascii="Gentium Plus" w:hAnsi="Gentium Plus"/>
          <w:sz w:val="24"/>
        </w:rPr>
        <w:t>τὸν συκοφαντούμενον ἑλεῖν. Τὸ γὰρ ἀποστολικὸν ἐκεῖνο ῥῆμα ἀντέστραπται· Καὶ εἴτε πάσχει ἓν μέλος, χαίρει πάντα τὰ μέλη· εἴτε δοξάζεται ἓν μέλος, πάσχει πάντα τὰ μέλη, πλὴν εἴ τις εὐλαβείᾳ πολλῇ πρὸς ἅπαντα στῆναι δυνηθείη. Εἰς τοσοῦτον οὖν ἡμᾶς ἐκπέμπεις πόλεμον; καὶ πρὸς μάχην</w:t>
      </w:r>
    </w:p>
    <w:p>
      <w:r>
        <w:rPr>
          <w:rFonts w:ascii="Courier New" w:hAnsi="Courier New"/>
          <w:color w:val="555555"/>
          <w:sz w:val="20"/>
        </w:rPr>
        <w:t>[270]</w:t>
      </w:r>
    </w:p>
    <w:p>
      <w:r>
        <w:rPr>
          <w:rFonts w:ascii="Gentium Plus" w:hAnsi="Gentium Plus"/>
          <w:sz w:val="24"/>
        </w:rPr>
        <w:t>οὕτω ποικίλην καὶ πολυειδῆ τὴν ἡμετέραν ἐνόμισας ἀρκέσειν ψυχήν; πόθεν καὶ παρὰ τίνος μαθών; Εἰ μὲν γὰρ ὁ Θεὸς τοῦτο ἀνεῖλεν, ἐπίδειξον τὸν χρησμόν, καὶ πείθομαι· εἰ δὲ οὐκ ἔχεις, ἀλλ’ ἀπὸ δόξης ἀνθρωπίνης φέρεις τὴν ψῆφον, ἀπαλλάγηθί ποτε ἐξαπατώμενος· ὑπὲρ γὰρ τῶν ἡμετέρων</w:t>
      </w:r>
    </w:p>
    <w:p>
      <w:r>
        <w:rPr>
          <w:rFonts w:ascii="Courier New" w:hAnsi="Courier New"/>
          <w:color w:val="555555"/>
          <w:sz w:val="20"/>
        </w:rPr>
        <w:t>[275]</w:t>
      </w:r>
    </w:p>
    <w:p>
      <w:r>
        <w:rPr>
          <w:rFonts w:ascii="Gentium Plus" w:hAnsi="Gentium Plus"/>
          <w:sz w:val="24"/>
        </w:rPr>
        <w:t>ἡμῖν μᾶλλον ἢ ἑτέροις πείθεσθαι δίκαιον, ἐπειδὴ «τὰ τοῦ ἀνθρώπου οὐδεὶς οἶδεν, εἰ μὴ τὸ πνεῦμα τοῦ ἀνθρώπου τὸ ἐν αὐτῷ». Ὅτι γὰρ καὶ ἡμᾶς αὐτοὺς καὶ τοὺς ἑλομένους καταγελάστους ἂν ἐποιήσαμεν, ταύτην δεξάμενοι τὴν ἀρχὴν καὶ μετὰ πολλῆς τῆς ζημίας εἰς ταύτην ἂν ἐπανήλθομεν τοῦ</w:t>
      </w:r>
    </w:p>
    <w:p>
      <w:r>
        <w:rPr>
          <w:rFonts w:ascii="Courier New" w:hAnsi="Courier New"/>
          <w:color w:val="555555"/>
          <w:sz w:val="20"/>
        </w:rPr>
        <w:t>[280]</w:t>
      </w:r>
    </w:p>
    <w:p>
      <w:r>
        <w:rPr>
          <w:rFonts w:ascii="Gentium Plus" w:hAnsi="Gentium Plus"/>
          <w:sz w:val="24"/>
        </w:rPr>
        <w:t>βίου τὴν κατάστασιν ἐν ᾗ καὶ νῦν ἐσμέν, εἰ καὶ μὴ πρότερον, ἀλλὰ νῦν σε τούτοις οἶμαι πεπεικέναι τοῖς ῥήμασιν. Οὐδὲ γὰρ βασκανία μόνον, ἀλλὰ πολλῷ καὶ τῆς βασκανίας σφοδρότερον ἡ τῆς ἀρχῆς ταύτης ἐπιθυμία τοὺς πολλοὺς ὁπλίζειν εἴωθε κατὰ τοῦ ταύτην ἔχοντος. Καὶ καθάπερ οἱ</w:t>
      </w:r>
    </w:p>
    <w:p>
      <w:r>
        <w:rPr>
          <w:rFonts w:ascii="Courier New" w:hAnsi="Courier New"/>
          <w:color w:val="555555"/>
          <w:sz w:val="20"/>
        </w:rPr>
        <w:t>[285]</w:t>
      </w:r>
    </w:p>
    <w:p>
      <w:r>
        <w:rPr>
          <w:rFonts w:ascii="Gentium Plus" w:hAnsi="Gentium Plus"/>
          <w:sz w:val="24"/>
        </w:rPr>
        <w:t>φιλάργυροι τῶν παίδων βαρύνονται τὸ τῶν πατέρων γῆρας, οὕτω καὶ τούτων τινές, ὅταν ἴδωσιν εἰς μακρὸν παρατα‐ θεῖσαν τὴν ἱερωσύνην χρόνον, ἐπειδὴ ἀνελεῖν οὐκ εὐαγές, παραλῦσαι σπεύδουσιν αὐτὸν τῆς ἀρχῆς, πάντες ἀντ’ ἐκείνου γενέσθαι ἐπιθυμοῦντες καὶ εἰς ἑαυτὸν ἕκαστος μεταπεσεῖσθαι</w:t>
      </w:r>
    </w:p>
    <w:p>
      <w:r>
        <w:rPr>
          <w:rFonts w:ascii="Courier New" w:hAnsi="Courier New"/>
          <w:color w:val="555555"/>
          <w:sz w:val="20"/>
        </w:rPr>
        <w:t>[290]</w:t>
      </w:r>
    </w:p>
    <w:p>
      <w:r>
        <w:rPr>
          <w:rFonts w:ascii="Gentium Plus" w:hAnsi="Gentium Plus"/>
          <w:sz w:val="24"/>
        </w:rPr>
        <w:t>τὴν ἀρχὴν προσδοκῶντες.</w:t>
      </w:r>
    </w:p>
    <w:p>
      <w:pPr>
        <w:jc w:val="center"/>
      </w:pPr>
      <w:r>
        <w:rPr>
          <w:rFonts w:ascii="Gentium Plus" w:hAnsi="Gentium Plus"/>
          <w:b/>
          <w:sz w:val="24"/>
        </w:rPr>
        <w:t>ιαʹ. Ὅτι τὴν</w:t>
      </w:r>
    </w:p>
    <w:p>
      <w:r>
        <w:rPr>
          <w:rFonts w:ascii="Courier New" w:hAnsi="Courier New"/>
          <w:color w:val="555555"/>
          <w:sz w:val="20"/>
        </w:rPr>
        <w:t>[t2]</w:t>
      </w:r>
    </w:p>
    <w:p>
      <w:r>
        <w:rPr>
          <w:rFonts w:ascii="Gentium Plus" w:hAnsi="Gentium Plus"/>
          <w:sz w:val="24"/>
        </w:rPr>
        <w:t>ἐπιθυμίαν τῆς</w:t>
      </w:r>
    </w:p>
    <w:p>
      <w:r>
        <w:rPr>
          <w:rFonts w:ascii="Courier New" w:hAnsi="Courier New"/>
          <w:color w:val="555555"/>
          <w:sz w:val="20"/>
        </w:rPr>
        <w:t>[t3]</w:t>
      </w:r>
    </w:p>
    <w:p>
      <w:r>
        <w:rPr>
          <w:rFonts w:ascii="Gentium Plus" w:hAnsi="Gentium Plus"/>
          <w:sz w:val="24"/>
        </w:rPr>
        <w:t>φιλαρχίας ἐκβεβλῆσθαι</w:t>
      </w:r>
    </w:p>
    <w:p>
      <w:r>
        <w:rPr>
          <w:rFonts w:ascii="Courier New" w:hAnsi="Courier New"/>
          <w:color w:val="555555"/>
          <w:sz w:val="20"/>
        </w:rPr>
        <w:t>[t4]</w:t>
      </w:r>
    </w:p>
    <w:p>
      <w:r>
        <w:rPr>
          <w:rFonts w:ascii="Gentium Plus" w:hAnsi="Gentium Plus"/>
          <w:sz w:val="24"/>
        </w:rPr>
        <w:t>δεῖ τῆς τοῦ</w:t>
      </w:r>
    </w:p>
    <w:p>
      <w:r>
        <w:rPr>
          <w:rFonts w:ascii="Courier New" w:hAnsi="Courier New"/>
          <w:color w:val="555555"/>
          <w:sz w:val="20"/>
        </w:rPr>
        <w:t>[t5]</w:t>
      </w:r>
    </w:p>
    <w:p>
      <w:r>
        <w:rPr>
          <w:rFonts w:ascii="Gentium Plus" w:hAnsi="Gentium Plus"/>
          <w:sz w:val="24"/>
        </w:rPr>
        <w:t>ἱερέως ψυχῆς</w:t>
      </w:r>
    </w:p>
    <w:p>
      <w:r>
        <w:rPr>
          <w:rFonts w:ascii="Courier New" w:hAnsi="Courier New"/>
          <w:color w:val="555555"/>
          <w:sz w:val="20"/>
        </w:rPr>
        <w:t>[1]</w:t>
      </w:r>
    </w:p>
    <w:p>
      <w:r>
        <w:rPr>
          <w:rFonts w:ascii="Gentium Plus" w:hAnsi="Gentium Plus"/>
          <w:sz w:val="24"/>
        </w:rPr>
        <w:t>Βούλει σοι καὶ ἕτερον ἐπιδείξω ταύτης τῆς μάχης εἶδος, μυρίων ἐμπεπλησμένον κινδύνων; Ἴθι δὴ καὶ διάκυψον εἰς τὰς δημοτελεῖς</w:t>
      </w:r>
    </w:p>
    <w:p>
      <w:r>
        <w:rPr>
          <w:rFonts w:ascii="Courier New" w:hAnsi="Courier New"/>
          <w:color w:val="555555"/>
          <w:sz w:val="20"/>
        </w:rPr>
        <w:t>[5]</w:t>
      </w:r>
    </w:p>
    <w:p>
      <w:r>
        <w:rPr>
          <w:rFonts w:ascii="Gentium Plus" w:hAnsi="Gentium Plus"/>
          <w:sz w:val="24"/>
        </w:rPr>
        <w:t>ἑορτὰς ἐν αἷς μάλιστα τῶν ἐκκλη‐ σιαστικῶν ἀρχῶν τὰς αἱρέσεις ποιεῖ‐ σθαι νόμος καὶ τοσαύταις ὄψει κατηγορίαις τὸν ἱερέα βαλ‐ λόμενον ὅσον τῶν ἀρχομένων τὸ πλῆθός ἐστι. Πάντες γὰρ οἱ δοῦναι κύριοι τὴν τιμὴν εἰς πολλὰ τότε σχίζονται μέρη καὶ</w:t>
      </w:r>
    </w:p>
    <w:p>
      <w:r>
        <w:rPr>
          <w:rFonts w:ascii="Courier New" w:hAnsi="Courier New"/>
          <w:color w:val="555555"/>
          <w:sz w:val="20"/>
        </w:rPr>
        <w:t>[10]</w:t>
      </w:r>
    </w:p>
    <w:p>
      <w:r>
        <w:rPr>
          <w:rFonts w:ascii="Gentium Plus" w:hAnsi="Gentium Plus"/>
          <w:sz w:val="24"/>
        </w:rPr>
        <w:t>οὔτε πρὸς ἀλλήλους, οὔτε πρὸς αὐτὸν τὸν λαχόντα τὴν ἐπισκοπὴν τὸ τῶν πρεσβυτέρων συνέδριον ὁμογνωμονοῦν ἴδοι τις ἄν, ἀλλ’ ἕκαστος καθ’ ἑαυτὸν ἑστήκασιν, ὁ μὲν τοῦτον, ὁ δὲ ἐκεῖνον αἱρούμενος. Τὸ δὲ αἴτιον, οὐκ εἰς ἓν πάντες ὁρῶσιν εἰς ὃ μόνον ὁρᾶν ἐχρῆν, τῆς ψυχῆς τὴν ἀρετήν, ἀλλ’</w:t>
      </w:r>
    </w:p>
    <w:p>
      <w:r>
        <w:rPr>
          <w:rFonts w:ascii="Courier New" w:hAnsi="Courier New"/>
          <w:color w:val="555555"/>
          <w:sz w:val="20"/>
        </w:rPr>
        <w:t>[15]</w:t>
      </w:r>
    </w:p>
    <w:p>
      <w:r>
        <w:rPr>
          <w:rFonts w:ascii="Gentium Plus" w:hAnsi="Gentium Plus"/>
          <w:sz w:val="24"/>
        </w:rPr>
        <w:t>εἰσὶ καὶ ἕτεραι προφάσεις αἱ ταύτης πρόξενοι τῆς τιμῆς· οἷον, ὁ μὲν ὅτι γένους ἐστὶ λαμπροῦ, ἐγκρινέσθω, φησίν, ὁ δὲ ὅτι πλοῦτον περιβέβληται πολὺν καὶ οὐκ ἂν δέοιτο τρέφε‐ σθαι ἐκ τῶν τῆς Ἐκκλησίας προσόδων, ὁ δὲ ὅτι παρὰ τῶν ἐχθρῶν ηὐτομόλησε. Καὶ ὁ μὲν τὸν οἰκείως πρὸς αὐτὸν δια‐</w:t>
      </w:r>
    </w:p>
    <w:p>
      <w:r>
        <w:rPr>
          <w:rFonts w:ascii="Courier New" w:hAnsi="Courier New"/>
          <w:color w:val="555555"/>
          <w:sz w:val="20"/>
        </w:rPr>
        <w:t>[20]</w:t>
      </w:r>
    </w:p>
    <w:p>
      <w:r>
        <w:rPr>
          <w:rFonts w:ascii="Gentium Plus" w:hAnsi="Gentium Plus"/>
          <w:sz w:val="24"/>
        </w:rPr>
        <w:t>κείμενον, ὁ δὲ τὸν γένει προσήκοντα, ὁ δὲ τὸν κολακεύοντα μᾶλλον τῶν ἄλλων προτιμᾶν σπουδάζουσιν· εἰς δὲ τὸν ἐπιτήδειον οὐδεὶς ὁρᾶν βούλεται, οὐδὲ ψυχῆς τινα ποιεῖσθαι βάσανον. Ἐγὼ δὲ τοσούτου δέω ταύτας ἡγεῖσθαι τὰς αἰτίας ἀξιο‐</w:t>
      </w:r>
    </w:p>
    <w:p>
      <w:r>
        <w:rPr>
          <w:rFonts w:ascii="Courier New" w:hAnsi="Courier New"/>
          <w:color w:val="555555"/>
          <w:sz w:val="20"/>
        </w:rPr>
        <w:t>[25]</w:t>
      </w:r>
    </w:p>
    <w:p>
      <w:r>
        <w:rPr>
          <w:rFonts w:ascii="Gentium Plus" w:hAnsi="Gentium Plus"/>
          <w:sz w:val="24"/>
        </w:rPr>
        <w:t>πίστους εἶναι πρὸς τὴν τῶν ἱερέων δοκιμασίαν ὡς μηδὲ εἴ τις πολλὴν εὐλάβειαν ἐπιδείξαιτο, τὴν οὐ μικρὸν ἡμῖν πρὸς τὴν ἀρχὴν συντελοῦσαν ἐκείνην, μηδὲ τοῦτον ἀπὸ ταύτης εὐθέως ἐγκρίνειν τολμᾶν, εἰ μὴ μετὰ τῆς εὐλαβείας πολλὴν καὶ τὴν σύνεσιν ἔχων τύχοι. Καὶ γὰρ οἶδα πολλοὺς ἐγὼ τῶν</w:t>
      </w:r>
    </w:p>
    <w:p>
      <w:r>
        <w:rPr>
          <w:rFonts w:ascii="Courier New" w:hAnsi="Courier New"/>
          <w:color w:val="555555"/>
          <w:sz w:val="20"/>
        </w:rPr>
        <w:t>[30]</w:t>
      </w:r>
    </w:p>
    <w:p>
      <w:r>
        <w:rPr>
          <w:rFonts w:ascii="Gentium Plus" w:hAnsi="Gentium Plus"/>
          <w:sz w:val="24"/>
        </w:rPr>
        <w:t>ἅπαντα τὸν χρόνον καθειρξάντων ἑαυτοὺς καὶ νηστείαις δαπανηθέντων, ὅτι ἕως μὲν αὐτοῖς μόνοις εἶναι ἐξῆν καὶ τὰ αὐτῶν μεριμνᾶν, εὐδοκίμουν παρὰ Θεῷ καὶ καθ’ ἑκάστην ἡμέραν ἐκείνῃ προσετίθεσαν τῇ φιλοσοφίᾳ μέρος οὐ μικρόν· ἐπειδὴ δὲ εἰς τὸ πλῆθος ἦλθον καὶ τὰς τῶν πολλῶν ἀμαθίας</w:t>
      </w:r>
    </w:p>
    <w:p>
      <w:r>
        <w:rPr>
          <w:rFonts w:ascii="Courier New" w:hAnsi="Courier New"/>
          <w:color w:val="555555"/>
          <w:sz w:val="20"/>
        </w:rPr>
        <w:t>[35]</w:t>
      </w:r>
    </w:p>
    <w:p>
      <w:r>
        <w:rPr>
          <w:rFonts w:ascii="Gentium Plus" w:hAnsi="Gentium Plus"/>
          <w:sz w:val="24"/>
        </w:rPr>
        <w:t>ἐπανορθοῦν ἠναγκάσθησαν, οἱ μὲν οὐδὲ τὴν ἀρχὴν ἤρκεσαν πρὸς τὴν τοσαύτην πραγματείαν, οἱ δὲ βιασθέντες ἐπιμεῖναι, τὴν προτέραν ἀκρίβειαν ῥίψαντες, ἑαυτούς τε ἐζημίωσαν τὰ μέγιστα καὶ ἑτέρους ὤνησαν οὐδέν. Ἀλλ’ οὐδὲ εἴ τις τὸν ἅπαντα χρόνον ἀνήλωσεν ἐν τῇ ἐσχάτῃ</w:t>
      </w:r>
    </w:p>
    <w:p>
      <w:r>
        <w:rPr>
          <w:rFonts w:ascii="Courier New" w:hAnsi="Courier New"/>
          <w:color w:val="555555"/>
          <w:sz w:val="20"/>
        </w:rPr>
        <w:t>[40]</w:t>
      </w:r>
    </w:p>
    <w:p>
      <w:r>
        <w:rPr>
          <w:rFonts w:ascii="Gentium Plus" w:hAnsi="Gentium Plus"/>
          <w:sz w:val="24"/>
        </w:rPr>
        <w:t>τῆς λειτουργίας τάξει μένων καὶ εἰς ἔσχατον ἤλασε γῆρας, τοῦτον ἁπλῶς διὰ τὴν ἡλικίαν αἰδεσθέντες ἐπὶ τὴν ἀρχὴν</w:t>
      </w:r>
    </w:p>
    <w:p>
      <w:r>
        <w:rPr>
          <w:rFonts w:ascii="Courier New" w:hAnsi="Courier New"/>
          <w:color w:val="555555"/>
          <w:sz w:val="20"/>
        </w:rPr>
        <w:t>[45]</w:t>
      </w:r>
    </w:p>
    <w:p>
      <w:r>
        <w:rPr>
          <w:rFonts w:ascii="Gentium Plus" w:hAnsi="Gentium Plus"/>
          <w:sz w:val="24"/>
        </w:rPr>
        <w:t>ἥκοντας πάντως ἀπείργεσθαι τῆς τοιαύτης ἐπιστασίας ταῦτα εἶπον νῦν—συνέβη γὰρ πολλοὺς καὶ ἐξ ἐκείνης ἐλθόντας τῆς ἀγέλης εἰς ταύτην διαλάμψαι τὴν ἀρχήν—, ἀλλ’ ἐκεῖνο δεῖξαι σπουδάζων ὅτι εἰ μήτε εὐλάβεια καθ’ ἑαυτήν, μήτε γῆρας μακρὸν ἱκανὰ γένοιτ’ ἂν δεῖξαι τὸν κεκτημένον ἱερωσύνης</w:t>
      </w:r>
    </w:p>
    <w:p>
      <w:r>
        <w:rPr>
          <w:rFonts w:ascii="Courier New" w:hAnsi="Courier New"/>
          <w:color w:val="555555"/>
          <w:sz w:val="20"/>
        </w:rPr>
        <w:t>[3 . 11 (50)]</w:t>
      </w:r>
    </w:p>
    <w:p>
      <w:r>
        <w:rPr>
          <w:rFonts w:ascii="Gentium Plus" w:hAnsi="Gentium Plus"/>
          <w:sz w:val="24"/>
        </w:rPr>
        <w:t>ἄξιον ὄντα, σχολῇ γ’ ἂν αἱ προειρημέναι προφάσεις τοῦτο ἐργάσαιντο. Οἱ δὲ καὶ ἑτέρας προστιθέασιν ἀτοπωτέρας· καὶ γὰρ οἱ μὲν ἵνα μὴ μετὰ τῶν ἐναντίων τάξωσιν ἑαυτοὺς εἰς τὴν τοῦ κλήρου καταλέγονται τάξιν, οἱ δὲ διὰ πονηρίαν καὶ ἵνα μὴ παροφθέντες μεγάλα ἐργάσωνται κακά. Ἆρα γένοιτ’</w:t>
      </w:r>
    </w:p>
    <w:p>
      <w:r>
        <w:rPr>
          <w:rFonts w:ascii="Courier New" w:hAnsi="Courier New"/>
          <w:color w:val="555555"/>
          <w:sz w:val="20"/>
        </w:rPr>
        <w:t>[55]</w:t>
      </w:r>
    </w:p>
    <w:p>
      <w:r>
        <w:rPr>
          <w:rFonts w:ascii="Gentium Plus" w:hAnsi="Gentium Plus"/>
          <w:sz w:val="24"/>
        </w:rPr>
        <w:t>ἄν τι τούτου παρανομώτερον, ὅταν ἄνθρωποι μοχθηροὶ καὶ μυρίων γέμοντες κακῶν διὰ ταῦτα θεραπεύονται δι’ ἃ κολάζε‐ σθαι ἔδει καὶ ὧν ἕνεκεν μηδὲ τὸν οὐδὸν τῆς ἐκκλησίας ὑπερ‐ βαίνειν ἐχρῆν, ὑπὲρ τούτων καὶ εἰς τὴν ἱερατικὴν ἀνα‐ βαίνωσιν ἀξίαν; Ἔτι οὖν ζητήσομεν, εἰπέ μοι, τοῦ Θεοῦ τῆς</w:t>
      </w:r>
    </w:p>
    <w:p>
      <w:r>
        <w:rPr>
          <w:rFonts w:ascii="Courier New" w:hAnsi="Courier New"/>
          <w:color w:val="555555"/>
          <w:sz w:val="20"/>
        </w:rPr>
        <w:t>[60]</w:t>
      </w:r>
    </w:p>
    <w:p>
      <w:r>
        <w:rPr>
          <w:rFonts w:ascii="Gentium Plus" w:hAnsi="Gentium Plus"/>
          <w:sz w:val="24"/>
        </w:rPr>
        <w:t>ὀργῆς τὴν αἰτίαν, πράγματα οὕτως ἅγια καὶ φρικωδέστατα ἀνθρώποις τοῖς μὲν πονηροῖς, τοῖς δὲ οὐδενὸς ἀξίοις λυμαί‐ νεσθαι παρέχοντες; Ὅταν γὰρ οἱ μὲν τῶν μηδὲν αὐτοῖς προσηκόντων, οἱ δὲ τῶν πολλῷ μειζόνων τῆς οἰκείας δυνά‐ μεως προστασίαν ἐμπιστευθῶσιν, οὐδὲν Εὐρίπου τὴν Ἐκκλη‐</w:t>
      </w:r>
    </w:p>
    <w:p>
      <w:r>
        <w:rPr>
          <w:rFonts w:ascii="Courier New" w:hAnsi="Courier New"/>
          <w:color w:val="555555"/>
          <w:sz w:val="20"/>
        </w:rPr>
        <w:t>[65]</w:t>
      </w:r>
    </w:p>
    <w:p>
      <w:r>
        <w:rPr>
          <w:rFonts w:ascii="Gentium Plus" w:hAnsi="Gentium Plus"/>
          <w:sz w:val="24"/>
        </w:rPr>
        <w:t>σίαν διαφέρειν ποιοῦσιν. Ἐγὼ δὲ πρότερον τῶν ἔξωθεν ἀρχόντων κατεγέλων ὅτι τὰς τῶν τιμῶν διανομὰς οὐκ ἀπὸ τῆς ἀρετῆς τῆς ἐν ταῖς ψυχαῖς, ἀλλ’ ἀπὸ χρημάτων καὶ πλήθους ἐτῶν καὶ ἀνθρωπίνης ποιοῦν‐ ται προστασίας· ἐπεὶ δὲ ἤκουσα ὅτι αὕτη ἡ ἀλογία καὶ εἰς τὰ</w:t>
      </w:r>
    </w:p>
    <w:p>
      <w:r>
        <w:rPr>
          <w:rFonts w:ascii="Courier New" w:hAnsi="Courier New"/>
          <w:color w:val="555555"/>
          <w:sz w:val="20"/>
        </w:rPr>
        <w:t>[70]</w:t>
      </w:r>
    </w:p>
    <w:p>
      <w:r>
        <w:rPr>
          <w:rFonts w:ascii="Gentium Plus" w:hAnsi="Gentium Plus"/>
          <w:sz w:val="24"/>
        </w:rPr>
        <w:t>ἡμέτερα εἰσεκώμασεν, οὐκέτι ὁμοίως ἐποιούμην τὸ πρᾶγμα δεινόν. Τί γὰρ θαυμαστὸν ἀνθρώπους βιωτικοὺς καὶ δόξης τῆς παρὰ τῶν πολλῶν ἐρῶντας καὶ χρημάτων ἕνεκα πάντα πράττοντας ἁμαρτάνειν τοιαῦτα, ὅπου γε οἱ πάντων ἀπηλλάχ‐ θαι προσποιούμενοι τούτων οὐδὲν ἄμεινον ἐκείνων διάκειν‐</w:t>
      </w:r>
    </w:p>
    <w:p>
      <w:r>
        <w:rPr>
          <w:rFonts w:ascii="Courier New" w:hAnsi="Courier New"/>
          <w:color w:val="555555"/>
          <w:sz w:val="20"/>
        </w:rPr>
        <w:t>[75]</w:t>
      </w:r>
    </w:p>
    <w:p>
      <w:r>
        <w:rPr>
          <w:rFonts w:ascii="Gentium Plus" w:hAnsi="Gentium Plus"/>
          <w:sz w:val="24"/>
        </w:rPr>
        <w:t>ται, ἀλλ’ ὑπὲρ τῶν οὐρανίων τὸν ἀγῶνα ἔχοντες ὡς περὶ πλέθρων γῆς ἢ ἑτέρου τινὸς τοιούτου τῆς βουλῆς αὐτοῖς προκειμένης, ἁπλῶς ἀνθρώπους ἀγελαίους λαβόντες ἐφιστᾶσι πράγμασι τοιούτοις ὑπὲρ ὧν καὶ τὴν ἑαυτοῦ κενῶσαι δόξαν καὶ ἄνθρωπος γενέσθαι καὶ δούλου μορφὴν λαβεῖν καὶ</w:t>
      </w:r>
    </w:p>
    <w:p>
      <w:r>
        <w:rPr>
          <w:rFonts w:ascii="Courier New" w:hAnsi="Courier New"/>
          <w:color w:val="555555"/>
          <w:sz w:val="20"/>
        </w:rPr>
        <w:t>[80]</w:t>
      </w:r>
    </w:p>
    <w:p>
      <w:r>
        <w:rPr>
          <w:rFonts w:ascii="Gentium Plus" w:hAnsi="Gentium Plus"/>
          <w:sz w:val="24"/>
        </w:rPr>
        <w:t>ἐμπτυσθῆναι καὶ ῥαπισθῆναι καὶ θάνατον τὸν ἐπονείδιστον ἀποθανεῖν διὰ τῆς σαρκὸς οὐ παρῃτήσατο ὁ μονογενὴς τοῦ Θεοῦ παῖς; Καὶ οὐδὲ μέχρι τούτων ἵστανται μόνον, ἀλλὰ καὶ ἕτερα προστιθέασιν ἀτοπώτερα· οὐ γὰρ τοὺς ἀναξίους ἐγκρί‐ νουσι μόνον, ἀλλὰ καὶ τοὺς ἐπιτηδείους ἐκβάλλουσιν. Ὥσπερ</w:t>
      </w:r>
    </w:p>
    <w:p>
      <w:r>
        <w:rPr>
          <w:rFonts w:ascii="Courier New" w:hAnsi="Courier New"/>
          <w:color w:val="555555"/>
          <w:sz w:val="20"/>
        </w:rPr>
        <w:t>[85]</w:t>
      </w:r>
    </w:p>
    <w:p>
      <w:r>
        <w:rPr>
          <w:rFonts w:ascii="Gentium Plus" w:hAnsi="Gentium Plus"/>
          <w:sz w:val="24"/>
        </w:rPr>
        <w:t>γὰρ δέον ἀμφοτέρωθεν λυμήνασθαι τῆς Ἐκκλησίας τὴν ἀσφά‐ λειαν ἢ ὥσπερ οὐκ ἀρκούσης τῆς προτέρας προφάσεως ἐκκαῦσαι τοῦ Θεοῦ τὴν ὀργήν, οὕτω τὴν δευτέραν συνῆψαν, οὐχ ἧττον οὖσαν χαλεπήν· καὶ γὰρ ἐξ ἴσης οἶμαι εἶναι δεινὸν τό τε τοὺς χρησίμους ἀπείργειν καὶ τὸ τοὺς ἀχρείους εἰσωθεῖν·</w:t>
      </w:r>
    </w:p>
    <w:p>
      <w:r>
        <w:rPr>
          <w:rFonts w:ascii="Courier New" w:hAnsi="Courier New"/>
          <w:color w:val="555555"/>
          <w:sz w:val="20"/>
        </w:rPr>
        <w:t>[90]</w:t>
      </w:r>
    </w:p>
    <w:p>
      <w:r>
        <w:rPr>
          <w:rFonts w:ascii="Gentium Plus" w:hAnsi="Gentium Plus"/>
          <w:sz w:val="24"/>
        </w:rPr>
        <w:t>καὶ τοῦτο δὲ γίνεται ἵνα μηδαμόθεν παραμυθίαν εὑρεῖν μηδὲ ἀναπνεῦσαι δυνηθῇ τοῦ Χριστοῦ τὸ ποίμνιον.</w:t>
      </w:r>
    </w:p>
    <w:p>
      <w:r>
        <w:rPr>
          <w:rFonts w:ascii="Courier New" w:hAnsi="Courier New"/>
          <w:color w:val="555555"/>
          <w:sz w:val="20"/>
        </w:rPr>
        <w:t>[95]</w:t>
      </w:r>
    </w:p>
    <w:p>
      <w:r>
        <w:rPr>
          <w:rFonts w:ascii="Gentium Plus" w:hAnsi="Gentium Plus"/>
          <w:sz w:val="24"/>
        </w:rPr>
        <w:t>θάνατον τοῦ ἁμαρτωλοῦ, ὡς τὸ ἐπιστρέψαι αὐτὸν καὶ ζῆν. Πῶς ἄν τις αὐτοῦ τὴν φιλανθρωπίαν θαυμάσειε; πῶς ἂν ἐκπλαγείη τὸν ἔλεον; Οἱ τοῦ Χριστοῦ τὰ τοῦ Χριστοῦ δια‐ φθείρουσιν ἐχθρῶν καὶ πολεμίων μᾶλλον, ὁ δὲ ἀγαθὸς ἔτι χρηστεύεται καὶ εἰς μετάνοιαν καλεῖ. Δόξα σοι, Κύριε, δόξα</w:t>
      </w:r>
    </w:p>
    <w:p>
      <w:r>
        <w:rPr>
          <w:rFonts w:ascii="Courier New" w:hAnsi="Courier New"/>
          <w:color w:val="555555"/>
          <w:sz w:val="20"/>
        </w:rPr>
        <w:t>[3 . 11 (100)]</w:t>
      </w:r>
    </w:p>
    <w:p>
      <w:r>
        <w:rPr>
          <w:rFonts w:ascii="Gentium Plus" w:hAnsi="Gentium Plus"/>
          <w:sz w:val="24"/>
        </w:rPr>
        <w:t>σοι. Πόσης φιλανθρωπίας ἄβυσσος παρὰ σοί; πόσης ἀνε‐ ξικακίας πλοῦτος; Οἱ διὰ τὸ ὄνομα τὸ σὸν ἐξ εὐτελῶν καὶ ἀτίμων ἔντιμοι καὶ περίβλεπτοι γεγονότες τῇ τιμῇ κατὰ τοῦ τετιμηκότος κέχρηνται καὶ τολμῶσι τὰ ἀτόλμητα καὶ ἐνυ‐ βρίζουσιν εἰς τὰ ἅγια, τοὺς σπουδαίους ἀπωθούμενοι καὶ</w:t>
      </w:r>
    </w:p>
    <w:p>
      <w:r>
        <w:rPr>
          <w:rFonts w:ascii="Courier New" w:hAnsi="Courier New"/>
          <w:color w:val="555555"/>
          <w:sz w:val="20"/>
        </w:rPr>
        <w:t>[105]</w:t>
      </w:r>
    </w:p>
    <w:p>
      <w:r>
        <w:rPr>
          <w:rFonts w:ascii="Gentium Plus" w:hAnsi="Gentium Plus"/>
          <w:sz w:val="24"/>
        </w:rPr>
        <w:t>ἐκβάλλοντες ἵνα ἐν ἠρεμίᾳ πολλῇ καὶ μετὰ ἀδείας τῆς ἐσχάτης οἱ πονηροὶ πάντα ὅσαπερ ἂν ἐθέλωσιν ἀνατρέπωσι. Καὶ τούτου δὲ τοῦ δεινοῦ τὰς αἰτίας εἰ θέλεις μαθεῖν, ὁμοίας ταῖς προτέραις εὑρήσεις· τὴν μὲν γὰρ ῥίζαν καί, ὡς ἄν τις εἴποι, μητέρα μίαν ἔχουσι, τὴν βασκανίαν· αὐταὶ δὲ οὐ μιᾶς</w:t>
      </w:r>
    </w:p>
    <w:p>
      <w:r>
        <w:rPr>
          <w:rFonts w:ascii="Courier New" w:hAnsi="Courier New"/>
          <w:color w:val="555555"/>
          <w:sz w:val="20"/>
        </w:rPr>
        <w:t>[110]</w:t>
      </w:r>
    </w:p>
    <w:p>
      <w:r>
        <w:rPr>
          <w:rFonts w:ascii="Gentium Plus" w:hAnsi="Gentium Plus"/>
          <w:sz w:val="24"/>
        </w:rPr>
        <w:t>εἰσιν ἰδέας, ἀλλὰ διεστήκασιν. Ὁ μὲν γάρ, ἐπειδὴ νέος ἐστίν, ἐκβαλλέσθω, φησίν, ὁ δέ, ἐπειδὴ κολακεύειν οὐκ οἶδεν, ὁ δέ, ἐπειδὴ τῷ δεῖνι προσέκρουσεν· καὶ ὁ μέν, ἵνα μὴ ὁ δεῖνα λυπῆται, τὸν μὲν ὑπ’ αὐτοῦ δοθέντα ἀποδοκιμασθέντα, τοῦτον δὲ ἐγκεκριμένον ὁρῶν, ὁ δέ, ἐπειδὴ χρηστός ἐστι καὶ</w:t>
      </w:r>
    </w:p>
    <w:p>
      <w:r>
        <w:rPr>
          <w:rFonts w:ascii="Courier New" w:hAnsi="Courier New"/>
          <w:color w:val="555555"/>
          <w:sz w:val="20"/>
        </w:rPr>
        <w:t>[115]</w:t>
      </w:r>
    </w:p>
    <w:p>
      <w:r>
        <w:rPr>
          <w:rFonts w:ascii="Gentium Plus" w:hAnsi="Gentium Plus"/>
          <w:sz w:val="24"/>
        </w:rPr>
        <w:t>ἐπιεικής, ὁ δέ, ἐπειδὴ τοῖς ἁμαρτάνουσι φοβερός, ὁ δέ, δι’ ἄλλην αἰτίαν τοιαύτην· οὐδὲ γὰρ ἀποροῦσι προφάσεων ὅσων ἂν ἐθέλωσιν. Ἀλλὰ καὶ τὸ πλῆθος τῶν ὄντων ἐστὶν αὐτοῖς</w:t>
      </w:r>
    </w:p>
    <w:p>
      <w:r>
        <w:rPr>
          <w:rFonts w:ascii="Courier New" w:hAnsi="Courier New"/>
          <w:color w:val="555555"/>
          <w:sz w:val="20"/>
        </w:rPr>
        <w:t>[120]</w:t>
      </w:r>
    </w:p>
    <w:p>
      <w:r>
        <w:rPr>
          <w:rFonts w:ascii="Gentium Plus" w:hAnsi="Gentium Plus"/>
          <w:sz w:val="24"/>
        </w:rPr>
        <w:t>καὶ ἑτέρας ὅσας ἂν βούλωνται δύναιντ’ ἂν αἰτίας εὑρεῖν. Ἐγὼ δέ σε ἡδέως ἐνταῦθα ἐρήσομαι τί οὖν δεῖ τὸν ἐπίσκο‐ πον ποιεῖν τοσούτοις μαχόμενον πνεύμασι; πῶς πρὸς το‐ σαῦτα στήσεται κύματα; πῶς πάσας ταύτας ἀπώσεται τὰς προσβολάς; Ἂν μὲν γὰρ ὀρθῷ λογισμῷ τὸ πρᾶγμα διαθῇ,</w:t>
      </w:r>
    </w:p>
    <w:p>
      <w:r>
        <w:rPr>
          <w:rFonts w:ascii="Courier New" w:hAnsi="Courier New"/>
          <w:color w:val="555555"/>
          <w:sz w:val="20"/>
        </w:rPr>
        <w:t>[125]</w:t>
      </w:r>
    </w:p>
    <w:p>
      <w:r>
        <w:rPr>
          <w:rFonts w:ascii="Gentium Plus" w:hAnsi="Gentium Plus"/>
          <w:sz w:val="24"/>
        </w:rPr>
        <w:t>ἐχθροὶ καὶ πολέμιοι καὶ αὐτῷ καὶ τοῖς αἱρεθεῖσιν ἅπαντες καὶ πρὸς φιλονεικίαν τὴν ἐκείνου ἅπαντα πράττουσιν, στάσεις καθ’ ἑκάστην ἐμβάλλοντες τὴν ἡμέραν καὶ σκώμματα μυρία τοῖς αἱρεθεῖσιν ἐπιτιθέντες, ἕως ἂν ἢ τούτους ἐκβάλωσιν ἢ τοὺς αὑτῶν εἰσαγάγωσιν, καὶ γίνεται παραπλήσιον οἷον ἂν</w:t>
      </w:r>
    </w:p>
    <w:p>
      <w:r>
        <w:rPr>
          <w:rFonts w:ascii="Courier New" w:hAnsi="Courier New"/>
          <w:color w:val="555555"/>
          <w:sz w:val="20"/>
        </w:rPr>
        <w:t>[130]</w:t>
      </w:r>
    </w:p>
    <w:p>
      <w:r>
        <w:rPr>
          <w:rFonts w:ascii="Gentium Plus" w:hAnsi="Gentium Plus"/>
          <w:sz w:val="24"/>
        </w:rPr>
        <w:t>εἴ τις κυβερνήτης ἔνδον ἐν τῇ νηῒ τῇ πλεούσῃ πειρατὰς ἔχοι συμπλέοντας καὶ αὐτῷ καὶ τοῖς ναύταις καὶ τοῖς ἐπιβάταις συνεχῶς καὶ καθ’ ἑκάστην ἐπιβουλεύοντας ὥραν. Ἂν δὲ τὴν πρὸς ἐκείνους χάριν προτιμήσῃ τῆς αὑτοῦ σωτηρίας, δεξά‐ μενος οὓς οὐκ ἔδει, ἕξει μὲν τὸν Θεὸν ἀντ’ ἐκείνων ἐχθρόν,</w:t>
      </w:r>
    </w:p>
    <w:p>
      <w:r>
        <w:rPr>
          <w:rFonts w:ascii="Courier New" w:hAnsi="Courier New"/>
          <w:color w:val="555555"/>
          <w:sz w:val="20"/>
        </w:rPr>
        <w:t>[135]</w:t>
      </w:r>
    </w:p>
    <w:p>
      <w:r>
        <w:rPr>
          <w:rFonts w:ascii="Gentium Plus" w:hAnsi="Gentium Plus"/>
          <w:sz w:val="24"/>
        </w:rPr>
        <w:t>οὗ τί γένοιτ’ ἂν χαλεπώτερον; Καὶ τὰ πρὸς ἐκείνους δὲ αὐτῷ δυσκολώτερον ἢ πρότερον διακείσεται, πάντων συμπραττόν‐ των ἀλλήλοις καὶ τούτων μᾶλλον ἰσχυρῶν γινομένων· ὥσπερ γὰρ ἀγρίων ἀνέμων ἐξ ἐναντίας προσπεσόντων ἀλλήλοις, τὸ τέως ἡσυχάζον πέλαγος μαίνεται ἐξαίφνης καὶ κορυφοῦται</w:t>
      </w:r>
    </w:p>
    <w:p>
      <w:r>
        <w:rPr>
          <w:rFonts w:ascii="Courier New" w:hAnsi="Courier New"/>
          <w:color w:val="555555"/>
          <w:sz w:val="20"/>
        </w:rPr>
        <w:t>[140]</w:t>
      </w:r>
    </w:p>
    <w:p>
      <w:r>
        <w:rPr>
          <w:rFonts w:ascii="Gentium Plus" w:hAnsi="Gentium Plus"/>
          <w:sz w:val="24"/>
        </w:rPr>
        <w:t>καὶ τοὺς ἐμπλέοντας ἀπόλλυσιν, οὕτω καὶ ἡ τῆς Ἐκκλησίας γαλήνη, δεξαμένη φθόρους ἀνθρώπους, ζάλης καὶ ναυαγίων πληροῦται πολλῶν. Ἐννόησον οὖν ὁποῖόν τινα εἶναι χρὴ τὸν πρὸς τοσοῦτον</w:t>
      </w:r>
    </w:p>
    <w:p>
      <w:r>
        <w:rPr>
          <w:rFonts w:ascii="Courier New" w:hAnsi="Courier New"/>
          <w:color w:val="555555"/>
          <w:sz w:val="20"/>
        </w:rPr>
        <w:t>[145]</w:t>
      </w:r>
    </w:p>
    <w:p>
      <w:r>
        <w:rPr>
          <w:rFonts w:ascii="Gentium Plus" w:hAnsi="Gentium Plus"/>
          <w:sz w:val="24"/>
        </w:rPr>
        <w:t>συμφερόντων διαθήσειν καλῶς. Καὶ γὰρ καὶ σεμνὸν καὶ ἄτυφον καὶ φοβερὸν καὶ προσηνῆ καὶ ἀρχικὸν καὶ κοινωνικὸν καὶ ἀδέκαστον καὶ θεραπευτικὸν καὶ ταπεινὸν καὶ ἀδούλωτον καὶ σφοδρὸν καὶ ἥμερον εἶναι δεῖ, ἵνα πρὸς ἅπαντα ταῦτα εὐκόλως μάχεσθαι δύνηται καὶ τὸν ἐπιτήδειον μετὰ πολλῆς</w:t>
      </w:r>
    </w:p>
    <w:p>
      <w:r>
        <w:rPr>
          <w:rFonts w:ascii="Courier New" w:hAnsi="Courier New"/>
          <w:color w:val="555555"/>
          <w:sz w:val="20"/>
        </w:rPr>
        <w:t>[3 . 11 (150)]</w:t>
      </w:r>
    </w:p>
    <w:p>
      <w:r>
        <w:rPr>
          <w:rFonts w:ascii="Gentium Plus" w:hAnsi="Gentium Plus"/>
          <w:sz w:val="24"/>
        </w:rPr>
        <w:t>τῆς ἐξουσίας, κἂν ἅπαντες ἀντιπίπτωσι, παράγειν καὶ τὸν οὐ τοιοῦτον μετὰ τῆς αὐτῆς ἐξουσίας, κἂν ἅπαντες συμπνέωσι, μὴ προσίεσθαι, ἀλλ’ εἰς ἓν μόνον ὁρᾶν, τὴν ἐκκλησιαστικὴν οἰκοδομὴν καὶ μηδὲν πρὸς ἀπέχθειαν ἢ χάριν ποιεῖν. Ἆρά σοι δοκοῦμεν εἰκότως παρῃτῆσθαι τοῦ πράγματος</w:t>
      </w:r>
    </w:p>
    <w:p>
      <w:r>
        <w:rPr>
          <w:rFonts w:ascii="Courier New" w:hAnsi="Courier New"/>
          <w:color w:val="555555"/>
          <w:sz w:val="20"/>
        </w:rPr>
        <w:t>[155]</w:t>
      </w:r>
    </w:p>
    <w:p>
      <w:r>
        <w:rPr>
          <w:rFonts w:ascii="Gentium Plus" w:hAnsi="Gentium Plus"/>
          <w:sz w:val="24"/>
        </w:rPr>
        <w:t>τούτου τὴν διακονίαν; Καίτοι γε οὔπω πάντα διῆλθον πρὸς σέ· ἔχω γὰρ καὶ ἕτερα λέγειν. Ἀλλὰ μὴ ἀποκάμῃς ἀνδρὸς φίλου καὶ γνησίου βουλομένου σε πείθειν ὑπὲρ ὧν ἐγκαλεῖς ἀνεχό‐ μενος· οὐδὲ γὰρ πρὸς τὴν ἀπολογίαν σοι τὴν ὑπὲρ ἡμῶν ταῦτα χρήσιμά ἐστι μόνον, ἀλλὰ καὶ πρὸς αὐτὴν τοῦ πράγματος τὴν</w:t>
      </w:r>
    </w:p>
    <w:p>
      <w:r>
        <w:rPr>
          <w:rFonts w:ascii="Courier New" w:hAnsi="Courier New"/>
          <w:color w:val="555555"/>
          <w:sz w:val="20"/>
        </w:rPr>
        <w:t>[160]</w:t>
      </w:r>
    </w:p>
    <w:p>
      <w:r>
        <w:rPr>
          <w:rFonts w:ascii="Gentium Plus" w:hAnsi="Gentium Plus"/>
          <w:sz w:val="24"/>
        </w:rPr>
        <w:t>διοίκησιν τάχα οὐ μικρὸν συμβαλεῖται κέρδος. Καὶ γὰρ ἀναγκαῖον τὸν μέλλοντα ἐπὶ ταύτην ἔρχεσθαι τοῦ βίου τὴν ὁδὸν πρότερον ἅπαντα διερευνησάμενον καλῶς, οὕτως ἅψα‐ σθαι τῆς διακονίας. Τί δήποτε; Ὅτι εἰ καὶ μηδὲν ἄλλο τὸ γοῦν μὴ ξενοπαθεῖν, ἡνίκα ἂν ταῦτα προσπίπτῃ, περιέσται</w:t>
      </w:r>
    </w:p>
    <w:p>
      <w:r>
        <w:rPr>
          <w:rFonts w:ascii="Courier New" w:hAnsi="Courier New"/>
          <w:color w:val="555555"/>
          <w:sz w:val="20"/>
        </w:rPr>
        <w:t>[165]</w:t>
      </w:r>
    </w:p>
    <w:p>
      <w:r>
        <w:rPr>
          <w:rFonts w:ascii="Gentium Plus" w:hAnsi="Gentium Plus"/>
          <w:sz w:val="24"/>
        </w:rPr>
        <w:t>τῷ πάντα εἰδότι σαφῶς.</w:t>
      </w:r>
    </w:p>
    <w:p>
      <w:pPr>
        <w:jc w:val="center"/>
      </w:pPr>
      <w:r>
        <w:rPr>
          <w:rFonts w:ascii="Gentium Plus" w:hAnsi="Gentium Plus"/>
          <w:b/>
          <w:sz w:val="24"/>
        </w:rPr>
        <w:t>ιβʹ. Περὶ χηρῶν</w:t>
      </w:r>
    </w:p>
    <w:p>
      <w:r>
        <w:rPr>
          <w:rFonts w:ascii="Courier New" w:hAnsi="Courier New"/>
          <w:color w:val="555555"/>
          <w:sz w:val="20"/>
        </w:rPr>
        <w:t>[1]</w:t>
      </w:r>
    </w:p>
    <w:p>
      <w:r>
        <w:rPr>
          <w:rFonts w:ascii="Gentium Plus" w:hAnsi="Gentium Plus"/>
          <w:sz w:val="24"/>
        </w:rPr>
        <w:t>Βούλει οὖν ἐπὶ τὴν τῶν χηρῶν προστασίαν ἴωμεν πρότερον ἢ τὴν τῶν παρθένων κηδεμονίαν ἢ τοῦ δικαστικοῦ μέρους τὴν δυσχέρειαν; Καὶ γὰρ ἐφ’ ἑκάστου τούτων διάφορος ἡ φροντὶς</w:t>
      </w:r>
    </w:p>
    <w:p>
      <w:r>
        <w:rPr>
          <w:rFonts w:ascii="Courier New" w:hAnsi="Courier New"/>
          <w:color w:val="555555"/>
          <w:sz w:val="20"/>
        </w:rPr>
        <w:t>[5]</w:t>
      </w:r>
    </w:p>
    <w:p>
      <w:r>
        <w:rPr>
          <w:rFonts w:ascii="Gentium Plus" w:hAnsi="Gentium Plus"/>
          <w:sz w:val="24"/>
        </w:rPr>
        <w:t>καὶ τῆς φροντίδος μείζων ὁ φόβος. Καὶ πρῶτον, ἵνα ἀπὸ τοῦ τῶν ἄλλων εὐτελεστέρου δοκοῦντος εἶναι ποιησώμεθα τὴν ἀρχήν, ἡ τῶν χηρῶν θεραπεία δοκεῖ μὲν μέχρι τῆς τῶν</w:t>
      </w:r>
    </w:p>
    <w:p>
      <w:r>
        <w:rPr>
          <w:rFonts w:ascii="Courier New" w:hAnsi="Courier New"/>
          <w:color w:val="555555"/>
          <w:sz w:val="20"/>
        </w:rPr>
        <w:t>[10]</w:t>
      </w:r>
    </w:p>
    <w:p>
      <w:r>
        <w:rPr>
          <w:rFonts w:ascii="Gentium Plus" w:hAnsi="Gentium Plus"/>
          <w:sz w:val="24"/>
        </w:rPr>
        <w:t>κἀνταῦθα τῆς ἐξετάσεως, ὅταν αὐτὰς καταλέγειν δέῃ, ὡς τό γε ἁπλῶς καὶ ὡς ἔτυχεν αὐτὰς ἐγγράφεσθαι μυρία εἰργάσατο δεινά. Καὶ γὰρ οἴκους διέφθειραν καὶ διέσπασαν γάμους καὶ ἐπὶ κλοπαῖς πολλάκις καὶ καπηλείαις καὶ ἑτέροις τοιούτοις ἀσχημονοῦσαι ἑάλωσαν. Τὸ δὲ τὰς τοιαύτας ἀπὸ τῶν τῆς</w:t>
      </w:r>
    </w:p>
    <w:p>
      <w:r>
        <w:rPr>
          <w:rFonts w:ascii="Courier New" w:hAnsi="Courier New"/>
          <w:color w:val="555555"/>
          <w:sz w:val="20"/>
        </w:rPr>
        <w:t>[15]</w:t>
      </w:r>
    </w:p>
    <w:p>
      <w:r>
        <w:rPr>
          <w:rFonts w:ascii="Gentium Plus" w:hAnsi="Gentium Plus"/>
          <w:sz w:val="24"/>
        </w:rPr>
        <w:t>Ἐκκλησίας τρέφεσθαι χρημάτων καὶ παρὰ Θεοῦ τιμωρίαν καὶ παρὰ ἀνθρώπων φέρει τὴν ἐσχάτην κατάγνωσιν καὶ τοὺς εὖ ποιεῖν βουλομένους ὀκνηροτέρους καθίστησι. Τίς γὰρ ἂν ἕλοιτό ποτε, ἃ τῷ Χριστῷ προσετάχθη δοῦναι χρήματα, ταῦτα ἀναλίσκειν εἰς τοὺς τὸ τοῦ Χριστοῦ διαβάλλοντας</w:t>
      </w:r>
    </w:p>
    <w:p>
      <w:r>
        <w:rPr>
          <w:rFonts w:ascii="Courier New" w:hAnsi="Courier New"/>
          <w:color w:val="555555"/>
          <w:sz w:val="20"/>
        </w:rPr>
        <w:t>[20]</w:t>
      </w:r>
    </w:p>
    <w:p>
      <w:r>
        <w:rPr>
          <w:rFonts w:ascii="Gentium Plus" w:hAnsi="Gentium Plus"/>
          <w:sz w:val="24"/>
        </w:rPr>
        <w:t>ὄνομα; Διὰ ταῦτα πολλὴν δεῖ καὶ ἀκριβῆ ποιεῖσθαι τὴν ἐξέτασιν, ὥστε μὴ μόνον τὰς εἰρημένας, ἀλλὰ μηδὲ τὰς ἑαυταῖς ἐπαρκεῖν δυναμένας τὴν τῶν ἀδυνάτων λυμαίνεσθαι τράπεζαν. Μετὰ δὲ τὴν ἐξέτασιν ταύτην ἑτέρα διαδέχεται φροντὶς οὐ</w:t>
      </w:r>
    </w:p>
    <w:p>
      <w:r>
        <w:rPr>
          <w:rFonts w:ascii="Courier New" w:hAnsi="Courier New"/>
          <w:color w:val="555555"/>
          <w:sz w:val="20"/>
        </w:rPr>
        <w:t>[25]</w:t>
      </w:r>
    </w:p>
    <w:p>
      <w:r>
        <w:rPr>
          <w:rFonts w:ascii="Gentium Plus" w:hAnsi="Gentium Plus"/>
          <w:sz w:val="24"/>
        </w:rPr>
        <w:t>μικρά, ἵνα αὐταῖς τὰ τῆς τροφῆς ἀθρόως, ὥσπερ ἐκ πηγῶν, ἐπιρρέῃ καὶ μὴ διαλιμπάνῃ ποτέ· καὶ γὰρ ἀκόρεστόν πως κακὸν ἡ ἀκούσιος πενία καὶ μεμψίμοιρον καὶ ἀχάριστον. Καὶ δεῖ πολλῆς μὲν τῆς συνέσεως, πολλῆς δὲ τῆς σπουδῆς, ὥστε</w:t>
      </w:r>
    </w:p>
    <w:p>
      <w:r>
        <w:rPr>
          <w:rFonts w:ascii="Courier New" w:hAnsi="Courier New"/>
          <w:color w:val="555555"/>
          <w:sz w:val="20"/>
        </w:rPr>
        <w:t>[30]</w:t>
      </w:r>
    </w:p>
    <w:p>
      <w:r>
        <w:rPr>
          <w:rFonts w:ascii="Gentium Plus" w:hAnsi="Gentium Plus"/>
          <w:sz w:val="24"/>
        </w:rPr>
        <w:t>ρίας πρόφασιν. Οἱ μὲν οὖν πολλοί, ὅταν τινὰ ἴδωσι χρημάτων κρείττονα, εὐθέως αὐτὸν ἐπιτήδειον εἶναι πρὸς ταύτην ἀποφαίνονται τὴν οἰκονομίαν· ἐγὼ δὲ οὐχ ἡγοῦμαί ποτε ταύτην αὐτῷ τὴν μεγαλοψυχίαν ἀρκεῖν μόνον, ἀλλὰ δεῖ μὲν αὐτὴν πρὸ τῶν ἄλλων ἔχειν—χωρὶς γὰρ ταύτης λυμεὼν ἂν</w:t>
      </w:r>
    </w:p>
    <w:p>
      <w:r>
        <w:rPr>
          <w:rFonts w:ascii="Courier New" w:hAnsi="Courier New"/>
          <w:color w:val="555555"/>
          <w:sz w:val="20"/>
        </w:rPr>
        <w:t>[35]</w:t>
      </w:r>
    </w:p>
    <w:p>
      <w:r>
        <w:rPr>
          <w:rFonts w:ascii="Gentium Plus" w:hAnsi="Gentium Plus"/>
          <w:sz w:val="24"/>
        </w:rPr>
        <w:t>εἴη μᾶλλον ἢ προστάτης καὶ λύκος ἀντὶ ποιμένος—, μετὰ δὲ αὐτῆς καὶ ἑτέραν ζητεῖν εἰ κεκτημένος τυγχάνοι. Αὕτη δέ ἐστιν ἡ πάντων αἰτία ἀνθρώποις τῶν ἀγαθῶν, ἀνεξικακία, ὥσπερ εἴς τινα εὔδιον λιμένα ὁρμίζουσα καὶ παραπέμπουσα τὴν ψυχήν. Τὸ γὰρ τῶν χηρῶν γένος καὶ διὰ τὴν πενίαν καὶ</w:t>
      </w:r>
    </w:p>
    <w:p>
      <w:r>
        <w:rPr>
          <w:rFonts w:ascii="Courier New" w:hAnsi="Courier New"/>
          <w:color w:val="555555"/>
          <w:sz w:val="20"/>
        </w:rPr>
        <w:t>[40]</w:t>
      </w:r>
    </w:p>
    <w:p>
      <w:r>
        <w:rPr>
          <w:rFonts w:ascii="Gentium Plus" w:hAnsi="Gentium Plus"/>
          <w:sz w:val="24"/>
        </w:rPr>
        <w:t>διὰ τὴν ἡλικίαν καὶ διὰ τὴν φύσιν ἀμέτρῳ τινὶ κέχρηται παρρησίᾳ—οὕτω γὰρ ἄμεινον εἰπεῖν—καὶ βοῶσιν ἀκαίρως καὶ αἰτιῶνται μάτην καὶ ἀποδύρονται ὑπὲρ ὧν χάριν εἰδέναι ἐχρῆν καὶ κατηγοροῦσιν ὑπὲρ ὧν ἀποδέχεσθαι ἔδει. Καὶ δεῖ τὸν προεστῶτα ἅπαντα φέρειν γενναίως καὶ μήτε πρὸς τὰς</w:t>
      </w:r>
    </w:p>
    <w:p>
      <w:r>
        <w:rPr>
          <w:rFonts w:ascii="Courier New" w:hAnsi="Courier New"/>
          <w:color w:val="555555"/>
          <w:sz w:val="20"/>
        </w:rPr>
        <w:t>[45]</w:t>
      </w:r>
    </w:p>
    <w:p>
      <w:r>
        <w:rPr>
          <w:rFonts w:ascii="Gentium Plus" w:hAnsi="Gentium Plus"/>
          <w:sz w:val="24"/>
        </w:rPr>
        <w:t>ἀκαίρους ἐνοχλήσεις, μήτε πρὸς τὰς ἀλόγους παροξύνεσθαι μέμψεις. Ἐλεεῖσθαι γὰρ ἐκεῖνο τὸ γένος ὑπὲρ ὧν δυστυ‐ χοῦσιν, οὐχ ὑβρίζεσθαι, δίκαιον· ὡς τό γε ἐπεμβαίνειν αὐτῶν ταῖς συμφοραῖς καὶ τῇ διὰ τὴν πενίαν ὀδύνῃ τὴν ἀπὸ τῆς ὕβρεως προστιθέναι, τῆς ἐσχάτης ὠμότητος ἂν εἴη.</w:t>
      </w:r>
    </w:p>
    <w:p>
      <w:r>
        <w:rPr>
          <w:rFonts w:ascii="Courier New" w:hAnsi="Courier New"/>
          <w:color w:val="555555"/>
          <w:sz w:val="20"/>
        </w:rPr>
        <w:t>[3 . 12 (50)]</w:t>
      </w:r>
    </w:p>
    <w:p>
      <w:r>
        <w:rPr>
          <w:rFonts w:ascii="Gentium Plus" w:hAnsi="Gentium Plus"/>
          <w:sz w:val="24"/>
        </w:rPr>
        <w:t>Διὰ τοῦτο καί τις ἀνὴρ σοφώτατος, εἴς τε τὸ φιλοκερδὲς καὶ τὸ ὑπεροπτικὸν τῆς ἀνθρωπίνης φύσεως ἀπιδὼν καὶ τῆς πενίας τὴν φύσιν καταμαθὼν δεινὴν οὖσαν καὶ τὴν γενναιοτά‐ την ψυχὴν καταβαλεῖν καὶ πεῖσαι περὶ τῶν αὐτῶν ἀναισχυν‐ τεῖν πολλάκις, ἵνα μή τις αἰτούμενος παρ’ αὐτῶν ὀργίζηται,</w:t>
      </w:r>
    </w:p>
    <w:p>
      <w:r>
        <w:rPr>
          <w:rFonts w:ascii="Courier New" w:hAnsi="Courier New"/>
          <w:color w:val="555555"/>
          <w:sz w:val="20"/>
        </w:rPr>
        <w:t>[55]</w:t>
      </w:r>
    </w:p>
    <w:p>
      <w:r>
        <w:rPr>
          <w:rFonts w:ascii="Gentium Plus" w:hAnsi="Gentium Plus"/>
          <w:sz w:val="24"/>
        </w:rPr>
        <w:t>μηδὲ τῷ συνεχεῖ τῆς ἐντεύξεως παροξυνθεὶς πολέμιος ὁ βοηθεῖν ὀφείλων γένηται, παρασκευάζει προσηνῆ τε αὐτὸν καὶ εὐπρόσιτον εἶναι τῷ δεομένῳ, λέγων· «Κλῖνον πτωχῷ ἀλύπως τὸ οὖς σου, καὶ ἀποκρίθητι αὐτῷ ἐν πραότητι εἰρηνικά.» Καὶ τὸν παροξύνοντα ἀφείς—τί γὰρ ἄν τις</w:t>
      </w:r>
    </w:p>
    <w:p>
      <w:r>
        <w:rPr>
          <w:rFonts w:ascii="Courier New" w:hAnsi="Courier New"/>
          <w:color w:val="555555"/>
          <w:sz w:val="20"/>
        </w:rPr>
        <w:t>[60]</w:t>
      </w:r>
    </w:p>
    <w:p>
      <w:r>
        <w:rPr>
          <w:rFonts w:ascii="Gentium Plus" w:hAnsi="Gentium Plus"/>
          <w:sz w:val="24"/>
        </w:rPr>
        <w:t>τῷ κειμένῳ λέγοι; —τῷ δυναμένῳ τὴν ἐκείνου φέρειν ἀσθένειαν διαλέγεται, παρακαλῶν τῷ τε ἡμέρῳ τῆς ὄψεως καὶ τῇ τῶν λόγων πραότητι πρὸ τῆς δόσεως αὐτὸν ἀνορθοῦν. Ἂν δέ τις τὰ μὲν ἐκείνων μὴ λαμβάνῃ, μυρίοις δὲ αὐτὰς ὀνείδεσι περιβάλλῃ καὶ ὑβρίζῃ καὶ παροξύνηται κατ’ αὐτῶν,</w:t>
      </w:r>
    </w:p>
    <w:p>
      <w:r>
        <w:rPr>
          <w:rFonts w:ascii="Courier New" w:hAnsi="Courier New"/>
          <w:color w:val="555555"/>
          <w:sz w:val="20"/>
        </w:rPr>
        <w:t>[65]</w:t>
      </w:r>
    </w:p>
    <w:p>
      <w:r>
        <w:rPr>
          <w:rFonts w:ascii="Gentium Plus" w:hAnsi="Gentium Plus"/>
          <w:sz w:val="24"/>
        </w:rPr>
        <w:t>οὐ μόνον οὐκ ἐπεκούφισε τὴν ἀπὸ τῆς πενίας ἀθυμίαν τῷ δοῦναι, ἀλλὰ καὶ μεῖζον ταῖς λοιδορίαις εἰργάσατο τὸ δεινόν. Κἂν γὰρ λίαν ἀναισχυντεῖν βιάζωνται διὰ τὴν τῆς γαστρὸς ἀνάγκην, ἀλλ’ ὅμως ἀλγοῦσιν ἐπὶ τῇ βίᾳ ταύτῃ· ὅταν οὖν διὰ μὲν τὸ τοῦ λιμοῦ δέος προσαιτεῖν ἀναγκάζωνται, διὰ δὲ τὸ</w:t>
      </w:r>
    </w:p>
    <w:p>
      <w:r>
        <w:rPr>
          <w:rFonts w:ascii="Courier New" w:hAnsi="Courier New"/>
          <w:color w:val="555555"/>
          <w:sz w:val="20"/>
        </w:rPr>
        <w:t>[70]</w:t>
      </w:r>
    </w:p>
    <w:p>
      <w:r>
        <w:rPr>
          <w:rFonts w:ascii="Gentium Plus" w:hAnsi="Gentium Plus"/>
          <w:sz w:val="24"/>
        </w:rPr>
        <w:t>προσαιτεῖν ἀναιδεύεσθαι, διὰ δὲ τὸ ἀναιδεύεσθαι πάλιν ὑβρίζωνται, ποικίλη τις καὶ πολὺν φέρουσα τὸν ζόφον ἐπὶ τὴν ψυχὴν ἐκείνων κατασκήπτει τῆς ἀθυμίας ἡ δύναμις. Καὶ δεῖ τὸν τούτων ἐπιμελούμενον ἐπὶ τοσοῦτον εἶναι μακρό‐ θυμον ὡς μὴ μόνον αὐταῖς μὴ πλεονάζειν τὴν ἀθυμίαν ταῖς</w:t>
      </w:r>
    </w:p>
    <w:p>
      <w:r>
        <w:rPr>
          <w:rFonts w:ascii="Courier New" w:hAnsi="Courier New"/>
          <w:color w:val="555555"/>
          <w:sz w:val="20"/>
        </w:rPr>
        <w:t>[75]</w:t>
      </w:r>
    </w:p>
    <w:p>
      <w:r>
        <w:rPr>
          <w:rFonts w:ascii="Gentium Plus" w:hAnsi="Gentium Plus"/>
          <w:sz w:val="24"/>
        </w:rPr>
        <w:t>ἀγανακτήσεσιν, ἀλλὰ καὶ τῆς οὔσης τὸ πλέον κοιμίζειν διὰ τῆς παρακλήσεως· ὥσπερ γὰρ ἐκεῖνος ὁ ὑβρισθεὶς οὐκ αἰσθάνεται τῆς ἀπὸ τῶν χρημάτων ὠφελείας διὰ τὴν ἀπὸ τῆς ὕβρεως πληγήν, οὕτως οὗτος ὁ προσηνῆ λόγον ἀκούσας</w:t>
      </w:r>
    </w:p>
    <w:p>
      <w:r>
        <w:rPr>
          <w:rFonts w:ascii="Courier New" w:hAnsi="Courier New"/>
          <w:color w:val="555555"/>
          <w:sz w:val="20"/>
        </w:rPr>
        <w:t>[80]</w:t>
      </w:r>
    </w:p>
    <w:p>
      <w:r>
        <w:rPr>
          <w:rFonts w:ascii="Gentium Plus" w:hAnsi="Gentium Plus"/>
          <w:sz w:val="24"/>
        </w:rPr>
        <w:t>πλέον καὶ χαίρει καὶ διπλοῦν αὐτῷ τὸ δοθὲν τῷ τρόπῳ γίνεται. Καὶ ταῦτα οὐκ ἀπ’ ἐμαυτοῦ, ἀλλ’ ἀπ’ ἐκείνου τοῦ τὰ πρότερα παραινέσαντος φθέγγομαι· «Τέκνον γάρ, φησίν, ἐν ἀγαθοῖς μὴ δῷς μῶμον καὶ ἐν πάσῃ δόσει λύπην λόγου. Οὐχὶ καύσωνα ἀναπαύσει δρόσος; Οὕτω κρεῖσσον λόγος ἢ δόσις. Ἰδοὺ γὰρ</w:t>
      </w:r>
    </w:p>
    <w:p>
      <w:r>
        <w:rPr>
          <w:rFonts w:ascii="Courier New" w:hAnsi="Courier New"/>
          <w:color w:val="555555"/>
          <w:sz w:val="20"/>
        </w:rPr>
        <w:t>[85]</w:t>
      </w:r>
    </w:p>
    <w:p>
      <w:r>
        <w:rPr>
          <w:rFonts w:ascii="Gentium Plus" w:hAnsi="Gentium Plus"/>
          <w:sz w:val="24"/>
        </w:rPr>
        <w:t>λόγος ὑπὲρ δόμα ἀγαθὸν καὶ ἀμφότερα παρὰ ἀνδρὶ κεχαρι‐ τωμένῳ.» Οὐκ ἐπιεικῆ δὲ μόνον καὶ ἀνεξίκακον τὸν τούτων προστά‐ την, ἀλλὰ καὶ οἰκονομικὸν οὐχ ἧττον εἶναι χρὴ ὡς, ἐὰν τοῦτο ἀπῇ, πάλιν εἰς τὴν ἴσην περιΐσταται ζημίαν τὰ τῶν πενήτων</w:t>
      </w:r>
    </w:p>
    <w:p>
      <w:r>
        <w:rPr>
          <w:rFonts w:ascii="Courier New" w:hAnsi="Courier New"/>
          <w:color w:val="555555"/>
          <w:sz w:val="20"/>
        </w:rPr>
        <w:t>[90]</w:t>
      </w:r>
    </w:p>
    <w:p>
      <w:r>
        <w:rPr>
          <w:rFonts w:ascii="Gentium Plus" w:hAnsi="Gentium Plus"/>
          <w:sz w:val="24"/>
        </w:rPr>
        <w:t>χρήματα. Ἤδη γάρ τις ταύτην πιστευθεὶς τὴν διακονίαν καὶ χρυσὸν συναγαγὼν πολύν, αὐτὸς μὲν οὐ κατέφαγεν, ἀλλ’ οὐδὲ εἰς τοὺς δεομένους πλὴν ὀλίγων ἀνήλωσε, τὸ δὲ πλέον κατο‐ ρύξας ἐφύλαττεν, ἕως οὗ καιρὸς χαλεπὸς ἐπιστὰς παρέδωκεν αὐτὰ ταῖς τῶν ἐναντίων χερσί. Πολλῆς οὖν δεῖ τῆς προμη‐</w:t>
      </w:r>
    </w:p>
    <w:p>
      <w:r>
        <w:rPr>
          <w:rFonts w:ascii="Courier New" w:hAnsi="Courier New"/>
          <w:color w:val="555555"/>
          <w:sz w:val="20"/>
        </w:rPr>
        <w:t>[95]</w:t>
      </w:r>
    </w:p>
    <w:p>
      <w:r>
        <w:rPr>
          <w:rFonts w:ascii="Gentium Plus" w:hAnsi="Gentium Plus"/>
          <w:sz w:val="24"/>
        </w:rPr>
        <w:t>θείας ὡς μήτε πλεονάζειν μήτε ἐλλείπειν τῆς Ἐκκλησίας τὴν περιουσίαν, ἀλλὰ πάντα μὲν σκορπίζειν ταχέως τοῖς δεομέ‐ νοις τὰ ποριζόμενα, ἐν δὲ ταῖς τῶν ἀρχομένων προαιρέσεσι συνάγειν τῆς Ἐκκλησίας τοὺς θησαυρούς. Τὰς δὲ τῶν ξένων ὑποδοχὰς καὶ τὰς τῶν ἀσθενούντων</w:t>
      </w:r>
    </w:p>
    <w:p>
      <w:r>
        <w:rPr>
          <w:rFonts w:ascii="Courier New" w:hAnsi="Courier New"/>
          <w:color w:val="555555"/>
          <w:sz w:val="20"/>
        </w:rPr>
        <w:t>[3 . 12 (100)]</w:t>
      </w:r>
    </w:p>
    <w:p>
      <w:r>
        <w:rPr>
          <w:rFonts w:ascii="Gentium Plus" w:hAnsi="Gentium Plus"/>
          <w:sz w:val="24"/>
        </w:rPr>
        <w:t>θεραπείας, πόσης μὲν οἴει δεῖσθαι χρημάτων δαπάνης, πόσης δὲ τῆς τῶν ἐπιστατούντων ἀκριβείας τε καὶ συνέσεως; Καὶ γὰρ τῆς εἰρημένης ἀναλώσεως ταύτην ἥττονα μὲν οὐδαμῶς, πολλάκις δὲ καὶ μείζονα εἶναι ἀνάγκη, καὶ τὸν ἐπιστατοῦντα</w:t>
      </w:r>
    </w:p>
    <w:p>
      <w:r>
        <w:rPr>
          <w:rFonts w:ascii="Courier New" w:hAnsi="Courier New"/>
          <w:color w:val="555555"/>
          <w:sz w:val="20"/>
        </w:rPr>
        <w:t>[105]</w:t>
      </w:r>
    </w:p>
    <w:p>
      <w:r>
        <w:rPr>
          <w:rFonts w:ascii="Gentium Plus" w:hAnsi="Gentium Plus"/>
          <w:sz w:val="24"/>
        </w:rPr>
        <w:t>ζειν καὶ φιλοτίμως καὶ ἀλύπως διδόναι τοὺς κεκτημένους τὰ παρ’ αὐτῶν, ἵνα μὴ τῆς τῶν ἀσθενούντων ἀναπαύσεως προνοῶν τὰς τῶν παρεχόντων πλήττῃ ψυχάς. Τὴν δὲ προθυ‐ μίαν καὶ τὴν σπουδὴν πολλῷ πλείονα ἐνταῦθα ἐπιδείκνυσθαι δεῖ· δυσάρεστον γάρ πως οἱ νοσοῦντες χρῆμα καὶ ῥάθυμον. Κἂν</w:t>
      </w:r>
    </w:p>
    <w:p>
      <w:r>
        <w:rPr>
          <w:rFonts w:ascii="Courier New" w:hAnsi="Courier New"/>
          <w:color w:val="555555"/>
          <w:sz w:val="20"/>
        </w:rPr>
        <w:t>[110]</w:t>
      </w:r>
    </w:p>
    <w:p>
      <w:r>
        <w:rPr>
          <w:rFonts w:ascii="Gentium Plus" w:hAnsi="Gentium Plus"/>
          <w:sz w:val="24"/>
        </w:rPr>
        <w:t>μὴ πολλὴ πανταχόθεν εἰσφέρηται ἀκρίβεια καὶ φροντίς, ἀρκεῖ καὶ τὸ μικρὸν ἐκεῖνο παροφθὲν μεγάλα ἐργάσασθαι τῷ νοσοῦντι κακά.</w:t>
      </w:r>
    </w:p>
    <w:p>
      <w:pPr>
        <w:jc w:val="center"/>
      </w:pPr>
      <w:r>
        <w:rPr>
          <w:rFonts w:ascii="Gentium Plus" w:hAnsi="Gentium Plus"/>
          <w:b/>
          <w:sz w:val="24"/>
        </w:rPr>
        <w:t>ιγʹ. Περὶ παρθένων</w:t>
      </w:r>
    </w:p>
    <w:p>
      <w:r>
        <w:rPr>
          <w:rFonts w:ascii="Courier New" w:hAnsi="Courier New"/>
          <w:color w:val="555555"/>
          <w:sz w:val="20"/>
        </w:rPr>
        <w:t>[1]</w:t>
      </w:r>
    </w:p>
    <w:p>
      <w:r>
        <w:rPr>
          <w:rFonts w:ascii="Gentium Plus" w:hAnsi="Gentium Plus"/>
          <w:sz w:val="24"/>
        </w:rPr>
        <w:t>Ἐπὶ δὲ τῆς τῶν παρθένων ἐπι‐ μελείας τοσούτῳ μείζων ὁ φόβος ὅσῳ καὶ τὸ κτῆμα τιμιώτερον καὶ βασιλικωτέρα αὕτη τῶν ἄλλων ἡ ἀγέλη· ἤδη γὰρ καὶ εἰς τὸν τῶν ἁγίων τούτων χορὸν</w:t>
      </w:r>
    </w:p>
    <w:p>
      <w:r>
        <w:rPr>
          <w:rFonts w:ascii="Courier New" w:hAnsi="Courier New"/>
          <w:color w:val="555555"/>
          <w:sz w:val="20"/>
        </w:rPr>
        <w:t>[5]</w:t>
      </w:r>
    </w:p>
    <w:p>
      <w:r>
        <w:rPr>
          <w:rFonts w:ascii="Gentium Plus" w:hAnsi="Gentium Plus"/>
          <w:sz w:val="24"/>
        </w:rPr>
        <w:t>μυρίαι μυρίων γέμουσαι κακῶν εἰσεκώμασαν, μεῖζον δὲ ἐνταῦθα τὸ πένθος. Καὶ καθάπερ οὐκ ἴσον κόρην τε ἐλευθέραν καὶ τὴν ταύτης θεράπαιναν ἁμαρτεῖν, οὕτως οὐδὲ παρθένον καὶ χήραν. Ταῖς μὲν γὰρ καὶ ληρεῖν καὶ λοιδορεῖσθαι πρὸς ἀλλήλας καὶ κολακεύειν καὶ ἀναισχυντεῖν καὶ πανταχοῦ</w:t>
      </w:r>
    </w:p>
    <w:p>
      <w:r>
        <w:rPr>
          <w:rFonts w:ascii="Courier New" w:hAnsi="Courier New"/>
          <w:color w:val="555555"/>
          <w:sz w:val="20"/>
        </w:rPr>
        <w:t>[10]</w:t>
      </w:r>
    </w:p>
    <w:p>
      <w:r>
        <w:rPr>
          <w:rFonts w:ascii="Gentium Plus" w:hAnsi="Gentium Plus"/>
          <w:sz w:val="24"/>
        </w:rPr>
        <w:t>φαίνεσθαι καὶ τὸ περιϊέναι τὴν ἀγορὰν γέγονεν ἀδιάφορον· ἡ δὲ παρθένος ἐπὶ μείζοσιν ἀπεδύσατο καὶ τὴν ἀνωτάτω</w:t>
      </w:r>
    </w:p>
    <w:p>
      <w:r>
        <w:rPr>
          <w:rFonts w:ascii="Courier New" w:hAnsi="Courier New"/>
          <w:color w:val="555555"/>
          <w:sz w:val="20"/>
        </w:rPr>
        <w:t>[15]</w:t>
      </w:r>
    </w:p>
    <w:p>
      <w:r>
        <w:rPr>
          <w:rFonts w:ascii="Gentium Plus" w:hAnsi="Gentium Plus"/>
          <w:sz w:val="24"/>
        </w:rPr>
        <w:t>δεῖ οὔτε προόδους περιττὰς ποιεῖσθαι καὶ πολλάς, οὔτε ῥήματα αὐτῇ φθέγγεσθαι εἰκῇ καὶ μάτην ἐφεῖται, λοιδορίας δὲ καὶ κολακείας οὐδὲ τοὔνομα εἰδέναι χρή. Διὰ τοῦτο ἀσφαλεστάτης φυλακῆς καὶ πλείονος δεῖται τῆς συμμαχίας. Ὅτε γὰρ τῆς ἁγιωσύνης ἐχθρὸς ἀεὶ καὶ μᾶλλον</w:t>
      </w:r>
    </w:p>
    <w:p>
      <w:r>
        <w:rPr>
          <w:rFonts w:ascii="Courier New" w:hAnsi="Courier New"/>
          <w:color w:val="555555"/>
          <w:sz w:val="20"/>
        </w:rPr>
        <w:t>[20]</w:t>
      </w:r>
    </w:p>
    <w:p>
      <w:r>
        <w:rPr>
          <w:rFonts w:ascii="Gentium Plus" w:hAnsi="Gentium Plus"/>
          <w:sz w:val="24"/>
        </w:rPr>
        <w:t>αὐταῖς ἐφέστηκε καὶ προσεδρεύει, καταπιεῖν ἕτοιμος, εἴ πού τις ἐξολισθήσειε καὶ καταπέσοι, ἀνθρώπων τε οἱ ἐπι‐ βουλεύοντες πολλοὶ καὶ μετὰ τούτων ἁπάντων ἡ τῆς φύσεως μανία· καὶ πρὸς διπλοῦν τὸν πόλεμον ἡ παράταξις αὐτῇ, τὸν μὲν ἔξωθεν προσβάλλοντα, τὸν δὲ ἔσωθεν ἐνοχλοῦντα. Διὰ</w:t>
      </w:r>
    </w:p>
    <w:p>
      <w:r>
        <w:rPr>
          <w:rFonts w:ascii="Courier New" w:hAnsi="Courier New"/>
          <w:color w:val="555555"/>
          <w:sz w:val="20"/>
        </w:rPr>
        <w:t>[25]</w:t>
      </w:r>
    </w:p>
    <w:p>
      <w:r>
        <w:rPr>
          <w:rFonts w:ascii="Gentium Plus" w:hAnsi="Gentium Plus"/>
          <w:sz w:val="24"/>
        </w:rPr>
        <w:t>ταῦτα τῷ γοῦν ἐπιστατοῦντι πολὺς μὲν ὁ φόβος, μείζων δὲ ὁ κίνδυνος καὶ ἡ ὀδύνη, εἴ τι τῶν ἀβουλήτων—ὃ μὴ γένοιτο— συμβαίη ποτέ. Εἰ γὰρ «πατρὶ θυγάτηρ ἀπόκρυφος ἀγρυπνία, καὶ ἡ μέριμνα αὐτῆς ἀφιστᾷ ὕπνον», ὅπου περὶ τοῦ στειρω‐ θῆναι ἢ παρακμάσαι ἢ μισηθῆναι τοσοῦτον δέος, τί πείσεται</w:t>
      </w:r>
    </w:p>
    <w:p>
      <w:r>
        <w:rPr>
          <w:rFonts w:ascii="Courier New" w:hAnsi="Courier New"/>
          <w:color w:val="555555"/>
          <w:sz w:val="20"/>
        </w:rPr>
        <w:t>[30]</w:t>
      </w:r>
    </w:p>
    <w:p>
      <w:r>
        <w:rPr>
          <w:rFonts w:ascii="Gentium Plus" w:hAnsi="Gentium Plus"/>
          <w:sz w:val="24"/>
        </w:rPr>
        <w:t>ὁ τούτων μὲν οὐδέν, ἕτερα δὲ τούτων πολλῷ μείζονα μεριμνῶν; οὐ γὰρ ἀνὴρ ἐνταῦθα ὁ ἀθετούμενος, ἀλλ’ αὐτὸς ὁ Χριστός· οὐδὲ μέχρις ὀνειδῶν ἡ στείρωσις, ἀλλ’ εἰς ἀπώλειαν ψυχῆς τελευτᾷ τὸ δεινόν. «Πᾶν γὰρ δένδρον, φησί, μὴ ποιοῦν καρ‐ πὸν καλὸν ἐκκόπτεται καὶ εἰς πῦρ βάλλεται.» Καὶ μισηθείσῃ</w:t>
      </w:r>
    </w:p>
    <w:p>
      <w:r>
        <w:rPr>
          <w:rFonts w:ascii="Courier New" w:hAnsi="Courier New"/>
          <w:color w:val="555555"/>
          <w:sz w:val="20"/>
        </w:rPr>
        <w:t>[35]</w:t>
      </w:r>
    </w:p>
    <w:p>
      <w:r>
        <w:rPr>
          <w:rFonts w:ascii="Gentium Plus" w:hAnsi="Gentium Plus"/>
          <w:sz w:val="24"/>
        </w:rPr>
        <w:t>δὲ παρὰ τοῦ νυμφίου οὐκ ἀρκεῖ λαβεῖν ἀποστασίου βιβλίον καὶ ἀπελθεῖν, ἀλλὰ κόλασιν αἰώνιον τοῦ μίσους δίδωσι τὴν τιμωρίαν. Καὶ ὁ μὲν κατὰ σάρκα πατὴρ πολλὰ ἔχει τὰ ποι‐ οῦντα αὐτῷ τὴν φυλακὴν εὔκολον τῆς θυγατρός· καὶ γὰρ καὶ μήτηρ καὶ τροφὸς καὶ θεραπαινῶν πλῆθος καὶ οἰκίας ἀσφά‐</w:t>
      </w:r>
    </w:p>
    <w:p>
      <w:r>
        <w:rPr>
          <w:rFonts w:ascii="Courier New" w:hAnsi="Courier New"/>
          <w:color w:val="555555"/>
          <w:sz w:val="20"/>
        </w:rPr>
        <w:t>[40]</w:t>
      </w:r>
    </w:p>
    <w:p>
      <w:r>
        <w:rPr>
          <w:rFonts w:ascii="Gentium Plus" w:hAnsi="Gentium Plus"/>
          <w:sz w:val="24"/>
        </w:rPr>
        <w:t>λεια συναντιλαμβάνεται τῷ γεννησαμένῳ πρὸς τὴν τῆς παρ‐ θένου τήρησιν· οὔτε γὰρ εἰς ἀγορὰν αὐτὴν ἐμβάλλειν ἐφίεται συνεχῶς, οὔτε, ἡνίκα ἂν ἐμβάλλῃ, φαίνεσθαί τινι τῶν ἐντυγχα‐ νόντων ἀναγκάζεται, τοῦ σκότους τῆς ἑσπέρας οὐχ ἧττον τῶν τῆς οἰκίας τοίχων καλύπτοντος τὴν φανῆναι μὴ βουλομένην.</w:t>
      </w:r>
    </w:p>
    <w:p>
      <w:r>
        <w:rPr>
          <w:rFonts w:ascii="Courier New" w:hAnsi="Courier New"/>
          <w:color w:val="555555"/>
          <w:sz w:val="20"/>
        </w:rPr>
        <w:t>[45]</w:t>
      </w:r>
    </w:p>
    <w:p>
      <w:r>
        <w:rPr>
          <w:rFonts w:ascii="Gentium Plus" w:hAnsi="Gentium Plus"/>
          <w:sz w:val="24"/>
        </w:rPr>
        <w:t>Χωρὶς δὲ τούτων πάσης αἰτίας ἀπήλλακται, ὡς μὴ ἄν ποτε εἰς ἀνδρῶν ὄψιν βιασθῆναι ἐλθεῖν· οὔτε γὰρ ἡ τῶν ἀναγκαίων φροντίς, οὔτε αἱ τῶν ἀδικούντων ἐπήρειαι, οὐδ’ ἄλλο τοιοῦτον οὐδὲν εἰς ἀνάγκην αὐτὴν τοιαύτης συντυχίας καθίστησιν, ἀντὶ πάντων αὐτῇ γινομένου τοῦ πατρός· αὐτὴ δὲ μίαν ἔχει</w:t>
      </w:r>
    </w:p>
    <w:p>
      <w:r>
        <w:rPr>
          <w:rFonts w:ascii="Courier New" w:hAnsi="Courier New"/>
          <w:color w:val="555555"/>
          <w:sz w:val="20"/>
        </w:rPr>
        <w:t>[3 . 13 (50)]</w:t>
      </w:r>
    </w:p>
    <w:p>
      <w:r>
        <w:rPr>
          <w:rFonts w:ascii="Gentium Plus" w:hAnsi="Gentium Plus"/>
          <w:sz w:val="24"/>
        </w:rPr>
        <w:t>φροντίδα μόνον, τὸ μηδὲν ἀνάξιον μήτε πρᾶξαι μήτε εἰπεῖν τῆς αὐτῇ προσηκούσης κοσμιότητος. Ἐνταῦθα δὲ πολλὰ τὰ ποιοῦντα τῷ πατρὶ δύσκολον, μᾶλλον δὲ καὶ ἀδύνατον τὴν φυλακήν· οὔτε γὰρ ἔνδον ἔχειν αὐτὴν μεθ’ ἑαυτοῦ δύναιτ’ ἄν· οὔτε γὰρ εὐσχήμων οὔτε ἀκίνδυνος ἡ</w:t>
      </w:r>
    </w:p>
    <w:p>
      <w:r>
        <w:rPr>
          <w:rFonts w:ascii="Courier New" w:hAnsi="Courier New"/>
          <w:color w:val="555555"/>
          <w:sz w:val="20"/>
        </w:rPr>
        <w:t>[55]</w:t>
      </w:r>
    </w:p>
    <w:p>
      <w:r>
        <w:rPr>
          <w:rFonts w:ascii="Gentium Plus" w:hAnsi="Gentium Plus"/>
          <w:sz w:val="24"/>
        </w:rPr>
        <w:t>τοιαύτη συνοίκησις. Κἂν γὰρ μηδὲν αὐτοὶ ζημιωθῶσιν, ἀλλ’ ἀκεραίαν μείνωσι τὴν ἁγιωσύνην φυλάττοντες, οὐκ ἐλάττονα δώσουσι λόγον ὑπὲρ ὧν ἐσκανδάλισαν ψυχῶν ἢ εἰ εἰς ἀλλήλους ἁμαρτάνοντες ἔτυχον. Τούτου δὲ οὐκ ὄντος δυνατοῦ, οὔτε τὰ κινήματα τῆς ψυχῆς καταμαθεῖν εὔπορον καὶ τὰ μὲν ἀτάκτως</w:t>
      </w:r>
    </w:p>
    <w:p>
      <w:r>
        <w:rPr>
          <w:rFonts w:ascii="Courier New" w:hAnsi="Courier New"/>
          <w:color w:val="555555"/>
          <w:sz w:val="20"/>
        </w:rPr>
        <w:t>[60]</w:t>
      </w:r>
    </w:p>
    <w:p>
      <w:r>
        <w:rPr>
          <w:rFonts w:ascii="Gentium Plus" w:hAnsi="Gentium Plus"/>
          <w:sz w:val="24"/>
        </w:rPr>
        <w:t>φερόμενα περικόψαι, τὰ δὲ ἐν τάξει καὶ ῥυθμῷ μᾶλλον ἀσκῆσαι καὶ ἐπὶ τὸ βέλτιον ἀγαγεῖν, οὔτε τὰς ἐξόδους περιεργά‐</w:t>
      </w:r>
    </w:p>
    <w:p>
      <w:r>
        <w:rPr>
          <w:rFonts w:ascii="Courier New" w:hAnsi="Courier New"/>
          <w:color w:val="555555"/>
          <w:sz w:val="20"/>
        </w:rPr>
        <w:t>[65]</w:t>
      </w:r>
    </w:p>
    <w:p>
      <w:r>
        <w:rPr>
          <w:rFonts w:ascii="Gentium Plus" w:hAnsi="Gentium Plus"/>
          <w:sz w:val="24"/>
        </w:rPr>
        <w:t>πολλάς, εἴ γε βούλοιτο μὴ σωφρονεῖν, τῶν προόδων τὰς προφάσεις ἔχει. Καὶ δεῖ τὸν κελεύοντα διαπαντὸς οἴκοι μένειν καὶ ταύτας περικόψαι τὰς προφάσεις καὶ τὴν τῶν ἀναγκαίων αὐτάρκειαν παρασχόντα καὶ τὴν πρὸς ταῦτα δια‐ κονησομένην αὐτῇ· δεῖ δὲ καὶ ἐκφορῶν καὶ παννυχίδων ἀπείρ‐</w:t>
      </w:r>
    </w:p>
    <w:p>
      <w:r>
        <w:rPr>
          <w:rFonts w:ascii="Courier New" w:hAnsi="Courier New"/>
          <w:color w:val="555555"/>
          <w:sz w:val="20"/>
        </w:rPr>
        <w:t>[70]</w:t>
      </w:r>
    </w:p>
    <w:p>
      <w:r>
        <w:rPr>
          <w:rFonts w:ascii="Gentium Plus" w:hAnsi="Gentium Plus"/>
          <w:sz w:val="24"/>
        </w:rPr>
        <w:t>γειν. Οἶδε γάρ, οἶδεν ὁ πολυμήχανος ὄφις ἐκεῖνος καὶ διὰ χρηστῶν πράξεων τὸν αὐτοῦ παρασπείρειν ἰόν. Καὶ χρὴ τὴν παρθένον πανταχόθεν τειχίζεσθαι καὶ ὀλιγάκις τοῦ παντὸς ἐνιαυτοῦ προβαίνειν τῆς οἰκίας, ὅταν ἀπαραίτητοι καὶ ἀναγκαῖαι κατεπείγωσι προφάσεις.</w:t>
      </w:r>
    </w:p>
    <w:p>
      <w:r>
        <w:rPr>
          <w:rFonts w:ascii="Courier New" w:hAnsi="Courier New"/>
          <w:color w:val="555555"/>
          <w:sz w:val="20"/>
        </w:rPr>
        <w:t>[75]</w:t>
      </w:r>
    </w:p>
    <w:p>
      <w:r>
        <w:rPr>
          <w:rFonts w:ascii="Gentium Plus" w:hAnsi="Gentium Plus"/>
          <w:sz w:val="24"/>
        </w:rPr>
        <w:t>Εἰ δὲ λέγοι τις οὐδὲν εἶναι τούτων ἔργον ἐπισκόπῳ μετα‐ χειρίζειν, εὖ ἴστω ὅτι τῶν ἐφ’ ἑκάστῳ αἱ φροντίδες καὶ αἱ αἰτίαι εἰς ἐκεῖνον ἔχουσι τὴν ἀναφοράν. Πολλῷ δὲ λυσιτε‐ λέστερον αὐτὸν ἅπαντα διακονούμενον ἀπηλλάχθαι ἐγκλημά‐ των ἃ διὰ τὰς τῶν ἑτέρων ἁμαρτίας ὑπομένειν ἀνάγκη ἢ τῆς</w:t>
      </w:r>
    </w:p>
    <w:p>
      <w:r>
        <w:rPr>
          <w:rFonts w:ascii="Courier New" w:hAnsi="Courier New"/>
          <w:color w:val="555555"/>
          <w:sz w:val="20"/>
        </w:rPr>
        <w:t>[80]</w:t>
      </w:r>
    </w:p>
    <w:p>
      <w:r>
        <w:rPr>
          <w:rFonts w:ascii="Gentium Plus" w:hAnsi="Gentium Plus"/>
          <w:sz w:val="24"/>
        </w:rPr>
        <w:t>διακονίας ἀφειμένον τὰς ὑπὲρ ὧν ἔπραξαν ἕτεροι τρέμειν εὐθύνας. Πρὸς δὲ τούτοις ὁ μὲν δι’ ἑαυτοῦ ταῦτα πράττων</w:t>
      </w:r>
    </w:p>
    <w:p>
      <w:r>
        <w:rPr>
          <w:rFonts w:ascii="Courier New" w:hAnsi="Courier New"/>
          <w:color w:val="555555"/>
          <w:sz w:val="20"/>
        </w:rPr>
        <w:t>[85]</w:t>
      </w:r>
    </w:p>
    <w:p>
      <w:r>
        <w:rPr>
          <w:rFonts w:ascii="Gentium Plus" w:hAnsi="Gentium Plus"/>
          <w:sz w:val="24"/>
        </w:rPr>
        <w:t>ὅσα πράγματα καὶ θορύβους διὰ τοὺς ἀντιπίπτοντας καὶ ταῖς αὐτοῦ κρίσεσι μαχομένους. Ἀλλὰ πάσας μὲν οὐκ ἂν δυναίμην καταλέγειν τὰς ὑπὲρ τῶν παρθένων φροντίδας· καὶ γὰρ καὶ ὅταν αὐτὰς ἐγγράφεσθαι δέῃ οὐ τὰ τυχόντα παρέχουσι πράγματα τῷ ταύτην πεπιστευμένῳ τὴν οἰκονομίαν.</w:t>
      </w:r>
    </w:p>
    <w:p>
      <w:pPr>
        <w:jc w:val="center"/>
      </w:pPr>
      <w:r>
        <w:rPr>
          <w:rFonts w:ascii="Gentium Plus" w:hAnsi="Gentium Plus"/>
          <w:b/>
          <w:sz w:val="24"/>
        </w:rPr>
        <w:t>ιδʹ. Περὶ κρίσεως</w:t>
      </w:r>
    </w:p>
    <w:p>
      <w:r>
        <w:rPr>
          <w:rFonts w:ascii="Courier New" w:hAnsi="Courier New"/>
          <w:color w:val="555555"/>
          <w:sz w:val="20"/>
        </w:rPr>
        <w:t>[1]</w:t>
      </w:r>
    </w:p>
    <w:p>
      <w:r>
        <w:rPr>
          <w:rFonts w:ascii="Gentium Plus" w:hAnsi="Gentium Plus"/>
          <w:sz w:val="24"/>
        </w:rPr>
        <w:t>Τὸ δὲ τῶν κρίσεων μέρος μυρίας μὲν ἔχει τὰς ἐπαχθείας, πολλὴν δὲ τὴν ἀσχολίαν καὶ δυσκολίας τοσαύτας ὅσας οὐδὲ οἱ τοῖς ἔξωθεν δικάζειν καθήμενοι φέρουσι· καὶ γὰρ εὑρεῖν αὐτὸ τὸ</w:t>
      </w:r>
    </w:p>
    <w:p>
      <w:r>
        <w:rPr>
          <w:rFonts w:ascii="Courier New" w:hAnsi="Courier New"/>
          <w:color w:val="555555"/>
          <w:sz w:val="20"/>
        </w:rPr>
        <w:t>[5]</w:t>
      </w:r>
    </w:p>
    <w:p>
      <w:r>
        <w:rPr>
          <w:rFonts w:ascii="Gentium Plus" w:hAnsi="Gentium Plus"/>
          <w:sz w:val="24"/>
        </w:rPr>
        <w:t>δίκαιον ἔργον καὶ εὑρόντα μὴ διαφθεῖραι χαλεπόν. Οὐκ ἀσχολία δὲ μόνον καὶ δυσκολία, ἀλλὰ καὶ κίνδυνος πρόσεστιν οὐ μικρός· ἤδη γάρ τινες τῶν ἀσθενεστέρων πράγμασιν ἐμπεσόντες, ἐπειδὴ προστασίας οὐκ ἔτυχον, ἐναυάγησαν περὶ τὴν πίστιν. Πολλοὶ γὰρ τῶν ἠδικημένων οὐχ ἧττον τῶν</w:t>
      </w:r>
    </w:p>
    <w:p>
      <w:r>
        <w:rPr>
          <w:rFonts w:ascii="Courier New" w:hAnsi="Courier New"/>
          <w:color w:val="555555"/>
          <w:sz w:val="20"/>
        </w:rPr>
        <w:t>[10]</w:t>
      </w:r>
    </w:p>
    <w:p>
      <w:r>
        <w:rPr>
          <w:rFonts w:ascii="Gentium Plus" w:hAnsi="Gentium Plus"/>
          <w:sz w:val="24"/>
        </w:rPr>
        <w:t>ἠδικηκότων τοὺς μὴ βοηθοῦντας μισοῦσι· καὶ οὔτε πραγμά‐ των διαστροφήν, οὔτε καιρῶν χαλεπότητα, οὔτε ἱερατικῆς δυναστείας μέτρον, οὔτε ἄλλο τοιοῦτον οὐδὲν λογίζεσθαι βούλονται, ἀλλ’ εἰσὶν ἀσύγγνωστοι δικασταί, μίαν ἀπολογίαν εἰδότες, τὴν τῶν συνεχόντων αὐτοὺς κακῶν ἀπαλλαγήν·</w:t>
      </w:r>
    </w:p>
    <w:p>
      <w:r>
        <w:rPr>
          <w:rFonts w:ascii="Courier New" w:hAnsi="Courier New"/>
          <w:color w:val="555555"/>
          <w:sz w:val="20"/>
        </w:rPr>
        <w:t>[15]</w:t>
      </w:r>
    </w:p>
    <w:p>
      <w:r>
        <w:rPr>
          <w:rFonts w:ascii="Gentium Plus" w:hAnsi="Gentium Plus"/>
          <w:sz w:val="24"/>
        </w:rPr>
        <w:t>ὁ δὲ μὴ δυνάμενος ταύτην παρασχεῖν, κἂν μυρίας λέγῃ προφάσεις, οὐδέποτε τὴν κατάγνωσιν φεύξεται τὴν παρ’ ἐκείνων.</w:t>
      </w:r>
    </w:p>
    <w:p>
      <w:r>
        <w:rPr>
          <w:rFonts w:ascii="Courier New" w:hAnsi="Courier New"/>
          <w:color w:val="555555"/>
          <w:sz w:val="20"/>
        </w:rPr>
        <w:t>[20]</w:t>
      </w:r>
    </w:p>
    <w:p>
      <w:r>
        <w:rPr>
          <w:rFonts w:ascii="Gentium Plus" w:hAnsi="Gentium Plus"/>
          <w:sz w:val="24"/>
        </w:rPr>
        <w:t>ἡμέραν μᾶλλον τῶν ἀγοραίων περινοστεῖ τὰς οἰκίας ὁ τὴν ἐπισκοπὴν ἔχων, προσκρούματα ἐντεῦθεν ἀμύθητα· οὐδὲ γὰρ ἀρρωστοῦντες μόνον, ἀλλὰ καὶ ὑγιαίνοντες ἐπισκοπεῖσθαι βούλονται, οὐ τῆς εὐλαβείας αὐτοὺς ἐπὶ τοῦτο προκαλουμένης, τιμῆς δὲ καὶ ἀξιώματος οἱ πολλοὶ ἀντιποιούμενοι μᾶλλον.</w:t>
      </w:r>
    </w:p>
    <w:p>
      <w:r>
        <w:rPr>
          <w:rFonts w:ascii="Courier New" w:hAnsi="Courier New"/>
          <w:color w:val="555555"/>
          <w:sz w:val="20"/>
        </w:rPr>
        <w:t>[25]</w:t>
      </w:r>
    </w:p>
    <w:p>
      <w:r>
        <w:rPr>
          <w:rFonts w:ascii="Gentium Plus" w:hAnsi="Gentium Plus"/>
          <w:sz w:val="24"/>
        </w:rPr>
        <w:t>Εἰ δέ ποτε συμβαίη τινὰ τῶν πλουσιωτέρων καὶ δυνατω‐ τέρων, χρείας τινὸς κατεπειγούσης, εἰς τὸ κοινὸν τῆς Ἐκκλη‐ σίας κέρδος συνεχέστερον ἰδεῖν, εὐθέως ἐντεῦθεν θωπείας καὶ κολακείας προσετρίψατο δόξαν. Καὶ τί λέγω προστασίας καὶ ἐπισκέψεις; Ἀπὸ γὰρ τῶν προσρήσεων μόνον τοσοῦτο</w:t>
      </w:r>
    </w:p>
    <w:p>
      <w:r>
        <w:rPr>
          <w:rFonts w:ascii="Courier New" w:hAnsi="Courier New"/>
          <w:color w:val="555555"/>
          <w:sz w:val="20"/>
        </w:rPr>
        <w:t>[30]</w:t>
      </w:r>
    </w:p>
    <w:p>
      <w:r>
        <w:rPr>
          <w:rFonts w:ascii="Gentium Plus" w:hAnsi="Gentium Plus"/>
          <w:sz w:val="24"/>
        </w:rPr>
        <w:t>φέρουσιν ἐγκλημάτων ἄχθος ὡς καὶ βαρύνεσθαι καὶ κατα‐ πίπτειν ὑπὸ τῆς ἀθυμίας πολλάκις, ἤδη δὲ καὶ βλέμματος εὐθύνας ὑπέχουσι· τὰ γὰρ ἁπλῶς παρ’ αὐτῶν γινόμενα βασα‐ νίζουσιν ἀκριβῶς οἱ πολλοὶ καὶ μέτρον φωνῆς ἐξετάζοντες καὶ διάθεσιν ὄψεως καὶ ποσότητα γέλωτος. Τὸν μὲν δεῖνα,</w:t>
      </w:r>
    </w:p>
    <w:p>
      <w:r>
        <w:rPr>
          <w:rFonts w:ascii="Courier New" w:hAnsi="Courier New"/>
          <w:color w:val="555555"/>
          <w:sz w:val="20"/>
        </w:rPr>
        <w:t>[35]</w:t>
      </w:r>
    </w:p>
    <w:p>
      <w:r>
        <w:rPr>
          <w:rFonts w:ascii="Gentium Plus" w:hAnsi="Gentium Plus"/>
          <w:sz w:val="24"/>
        </w:rPr>
        <w:t>φησί, δαψιλῶς ἐπεγέλασε καὶ φαιδρῷ τῷ προσώπῳ καὶ μεγάλῃ προσεῖπε τῇ φωνῇ, ἐμὲ δὲ ἔλαττον καὶ ὡς ἔτυχε· καὶ ἂν πολλῶν συγκαθημένων μὴ πανταχοῦ περιφέρῃ τοὺς ὀφθαλμοὺς διαλεγόμενος, ὕβριν τὸ πρᾶγμά φασιν οἱ πολλοί. Τίς οὖν μὴ λίαν ἰσχυρὸς ὢν τοσούτοις ἂν ἀρκέσειε κατηγό‐</w:t>
      </w:r>
    </w:p>
    <w:p>
      <w:r>
        <w:rPr>
          <w:rFonts w:ascii="Courier New" w:hAnsi="Courier New"/>
          <w:color w:val="555555"/>
          <w:sz w:val="20"/>
        </w:rPr>
        <w:t>[40]</w:t>
      </w:r>
    </w:p>
    <w:p>
      <w:r>
        <w:rPr>
          <w:rFonts w:ascii="Gentium Plus" w:hAnsi="Gentium Plus"/>
          <w:sz w:val="24"/>
        </w:rPr>
        <w:t>ροις ἢ πρὸς τὸ μηδ’ ὅλως γραφῆναι παρ’ αὐτῶν ἢ πρὸς τὸ διαφυγεῖν μετὰ τὴν γραφήν; Δεῖ μὲν γὰρ μηδὲ ἔχειν κατη‐ γόρους· εἰ δὲ τοῦτο ἀδύνατον, ἀπολύεσθαι τὰ παρ’ ἐκείνων ἐγκλήματα· εἰ δὲ οὐδὲ τοῦτο εὔπορον, ἀλλὰ τέρπονταί τινες εἰκῇ καὶ ἁπλῶς αἰτιώμενοι, γενναίως πρὸς τὴν τῶν μέμψεων</w:t>
      </w:r>
    </w:p>
    <w:p>
      <w:r>
        <w:rPr>
          <w:rFonts w:ascii="Courier New" w:hAnsi="Courier New"/>
          <w:color w:val="555555"/>
          <w:sz w:val="20"/>
        </w:rPr>
        <w:t>[45]</w:t>
      </w:r>
    </w:p>
    <w:p>
      <w:r>
        <w:rPr>
          <w:rFonts w:ascii="Gentium Plus" w:hAnsi="Gentium Plus"/>
          <w:sz w:val="24"/>
        </w:rPr>
        <w:t>τούτων ἀθυμίαν ἵστασθαι. Ὁ μὲν γὰρ δικαίως ἐγκαλού‐ μενος κἂν ἐνέγκῃ τὸν ἐγκαλοῦντα ῥᾳδίως· ἐπειδὴ γὰρ οὐκ ἔστι πικρότερος τοῦ συνειδότος κατήγορος, διὰ τοῦτο, ὅταν ὑπ’ ἐκείνου τοῦ χαλεπωτάτου πρότερον ἁλῶμεν, τοὺς ἔξωθεν ἡμερωτέρους ὄντας εὐκόλως φέρομεν. Ὁ δὲ οὐδὲν ἑαυτῷ</w:t>
      </w:r>
    </w:p>
    <w:p>
      <w:r>
        <w:rPr>
          <w:rFonts w:ascii="Courier New" w:hAnsi="Courier New"/>
          <w:color w:val="555555"/>
          <w:sz w:val="20"/>
        </w:rPr>
        <w:t>[3 . 14 (50)]</w:t>
      </w:r>
    </w:p>
    <w:p>
      <w:r>
        <w:rPr>
          <w:rFonts w:ascii="Gentium Plus" w:hAnsi="Gentium Plus"/>
          <w:sz w:val="24"/>
        </w:rPr>
        <w:t>συνειδέναι πονηρὸν ἔχων, ὅταν ἐγκαλῆται μάτην, καὶ πρὸς ὀργὴν ἐκφέρεται ταχέως καὶ πρὸς ἀθυμίαν καταπίπτει ῥᾳδίως, ἂν μὴ πρότερον ᾖ τῇ ψυχῇ μεμελετηκὼς τὰς τῶν πολλῶν φέρειν ἀνοίας· οὐ γὰρ ἔστιν, οὐκ ἔστι συκοφαντού‐ μενον εἰκῇ καὶ καταδικαζόμενον μὴ ταράττεσθαι καὶ πάσχειν</w:t>
      </w:r>
    </w:p>
    <w:p>
      <w:r>
        <w:rPr>
          <w:rFonts w:ascii="Courier New" w:hAnsi="Courier New"/>
          <w:color w:val="555555"/>
          <w:sz w:val="20"/>
        </w:rPr>
        <w:t>[55]</w:t>
      </w:r>
    </w:p>
    <w:p>
      <w:r>
        <w:rPr>
          <w:rFonts w:ascii="Gentium Plus" w:hAnsi="Gentium Plus"/>
          <w:sz w:val="24"/>
        </w:rPr>
        <w:t>τι πρὸς τὴν τοσαύτην ἀλογίαν. Τί ἄν τις λέγοι τὰς λύπας ἃς ὑπομένουσιν, ἡνίκα ἂν δέῃ τινὰ τοῦ τῆς Ἐκκλησίας περικόψαι πληρώματος; Εἴθε μὲν οὖν μέχρι λύπης ἵστατο τὸ δεινόν. Νῦν δὲ καὶ ὄλεθρος οὐ μικρός· δέος γὰρ μή ποτε πέρα τοῦ δέοντος κολασθεὶς</w:t>
      </w:r>
    </w:p>
    <w:p>
      <w:r>
        <w:rPr>
          <w:rFonts w:ascii="Courier New" w:hAnsi="Courier New"/>
          <w:color w:val="555555"/>
          <w:sz w:val="20"/>
        </w:rPr>
        <w:t>[60]</w:t>
      </w:r>
    </w:p>
    <w:p>
      <w:r>
        <w:rPr>
          <w:rFonts w:ascii="Gentium Plus" w:hAnsi="Gentium Plus"/>
          <w:sz w:val="24"/>
        </w:rPr>
        <w:t>ἐκεῖνος πάθῃ τοῦτο δὴ τὸ ὑπὸ τοῦ μακαρίου Παύλου λεχθέν, «ὑπὸ τῆς περισσοτέρας λύπης καταποθῇ». Πλείστης οὖν κἀνταῦθα δεῖ τῆς ἀκριβείας ὥστε μὴ τὴν τῆς ὠφελείας ὑπό‐ θεσιν μείζονος αὐτῷ γενέσθαι ζημίας ἀφορμήν. Ὧν γὰρ ἂν ἁμάρτῃ μετὰ τὴν τοιαύτην θεραπείαν ἐκεῖνος, κοινωνεῖ</w:t>
      </w:r>
    </w:p>
    <w:p>
      <w:r>
        <w:rPr>
          <w:rFonts w:ascii="Courier New" w:hAnsi="Courier New"/>
          <w:color w:val="555555"/>
          <w:sz w:val="20"/>
        </w:rPr>
        <w:t>[65]</w:t>
      </w:r>
    </w:p>
    <w:p>
      <w:r>
        <w:rPr>
          <w:rFonts w:ascii="Gentium Plus" w:hAnsi="Gentium Plus"/>
          <w:sz w:val="24"/>
        </w:rPr>
        <w:t>τῆς ἐφ’ ἑκάστῳ τούτων ὀργῆς ὁ μὴ καλῶς τὸ τραῦμα τεμὼν ἰατρός. Πόσας οὖν χρὴ προσδοκᾶν τιμωρίας ὅταν μὴ μόνον ὑπὲρ ὧν αὐτὸς ἕκαστος ἐπλημμέλησεν ἀπαιτῆται λόγον, ἀλλὰ καὶ ὑπὲρ τῶν ἑτέροις ἁμαρτηθέντων εἰς τὸν ἔσχατον καθίσταται κίνδυνον; Εἰ γὰρ τῶν οἰκείων πλημμελημάτων</w:t>
      </w:r>
    </w:p>
    <w:p>
      <w:r>
        <w:rPr>
          <w:rFonts w:ascii="Courier New" w:hAnsi="Courier New"/>
          <w:color w:val="555555"/>
          <w:sz w:val="20"/>
        </w:rPr>
        <w:t>[70]</w:t>
      </w:r>
    </w:p>
    <w:p>
      <w:r>
        <w:rPr>
          <w:rFonts w:ascii="Gentium Plus" w:hAnsi="Gentium Plus"/>
          <w:sz w:val="24"/>
        </w:rPr>
        <w:t>εὐθύνας ὑπέχοντες φρίττομεν, ὡς οὐ δυνησόμενοι τὸ πῦρ ἐκφυγεῖν ἐκεῖνο, τί χρὴ πείσεσθαι προσδοκᾶν τὸν ὑπὲρ τοσούτων ἀπολογεῖσθαι μέλλοντα; Ὅτι γὰρ τοῦτό ἐστιν ἀληθές, ἄκουσον τοῦ μακαρίου λέγοντος Παύλου, μᾶλλον δὲ οὐκ ἐκείνου, ἀλλὰ τοῦ ἐν αὐτῷ λαλοῦντος Χριστοῦ· «Πεί‐</w:t>
      </w:r>
    </w:p>
    <w:p>
      <w:r>
        <w:rPr>
          <w:rFonts w:ascii="Courier New" w:hAnsi="Courier New"/>
          <w:color w:val="555555"/>
          <w:sz w:val="20"/>
        </w:rPr>
        <w:t>[75]</w:t>
      </w:r>
    </w:p>
    <w:p>
      <w:r>
        <w:rPr>
          <w:rFonts w:ascii="Gentium Plus" w:hAnsi="Gentium Plus"/>
          <w:sz w:val="24"/>
        </w:rPr>
        <w:t>θεσθε τοῖς ἡγουμένοις ὑμῶν καὶ ὑπείκετε, ὅτι αὐτοὶ ἀγρυ‐ πνοῦσιν ὑπὲρ τῶν ψυχῶν ὑμῶν ὡς λόγον ἀποδώσοντες.» Ἆρα μικρὸς οὗτος ὁ τῆς ἀπειλῆς φόβος; Οὐκ ἔστιν εἰπεῖν. Ἀλλὰ καὶ τοὺς σφόδρα ἀπειθεῖς καὶ σκληροὺς ἱκανὰ ταῦτα πάντα πεῖσαι ὡς οὔτε ἀπονοίᾳ οὔτε φιλοδοξίᾳ ἁλόντες, ὑπὲρ</w:t>
      </w:r>
    </w:p>
    <w:p>
      <w:r>
        <w:rPr>
          <w:rFonts w:ascii="Courier New" w:hAnsi="Courier New"/>
          <w:color w:val="555555"/>
          <w:sz w:val="20"/>
        </w:rPr>
        <w:t>[80]</w:t>
      </w:r>
    </w:p>
    <w:p>
      <w:r>
        <w:rPr>
          <w:rFonts w:ascii="Gentium Plus" w:hAnsi="Gentium Plus"/>
          <w:sz w:val="24"/>
        </w:rPr>
        <w:t>δὲ ἑαυτῶν δεδοικότες μόνον καὶ εἰς τὸν τοῦ πράγματος ὄγκον ἀποβλέψαντες, ταύτην ἐφύγομεν τὴν φυγήν.</w:t>
      </w:r>
    </w:p>
    <w:p>
      <w:pPr>
        <w:jc w:val="center"/>
      </w:pPr>
      <w:r>
        <w:rPr>
          <w:rFonts w:ascii="Gentium Plus" w:hAnsi="Gentium Plus"/>
          <w:b/>
          <w:sz w:val="24"/>
        </w:rPr>
        <w:t>ΛΟΓΟΣ Δʹ</w:t>
      </w:r>
    </w:p>
    <w:p>
      <w:pPr>
        <w:jc w:val="center"/>
      </w:pPr>
      <w:r>
        <w:rPr>
          <w:rFonts w:ascii="Gentium Plus" w:hAnsi="Gentium Plus"/>
          <w:b/>
          <w:sz w:val="24"/>
        </w:rPr>
        <w:t>αʹ. Ὅτι οὐ μόνον</w:t>
      </w:r>
    </w:p>
    <w:p>
      <w:r>
        <w:rPr>
          <w:rFonts w:ascii="Courier New" w:hAnsi="Courier New"/>
          <w:color w:val="555555"/>
          <w:sz w:val="20"/>
        </w:rPr>
        <w:t>[t2]</w:t>
      </w:r>
    </w:p>
    <w:p>
      <w:r>
        <w:rPr>
          <w:rFonts w:ascii="Gentium Plus" w:hAnsi="Gentium Plus"/>
          <w:sz w:val="24"/>
        </w:rPr>
        <w:t>οἱ σπουδάζοντες</w:t>
      </w:r>
    </w:p>
    <w:p>
      <w:r>
        <w:rPr>
          <w:rFonts w:ascii="Courier New" w:hAnsi="Courier New"/>
          <w:color w:val="555555"/>
          <w:sz w:val="20"/>
        </w:rPr>
        <w:t>[t3]</w:t>
      </w:r>
    </w:p>
    <w:p>
      <w:r>
        <w:rPr>
          <w:rFonts w:ascii="Gentium Plus" w:hAnsi="Gentium Plus"/>
          <w:sz w:val="24"/>
        </w:rPr>
        <w:t>ἐπὶ κλῆρον ἐλθεῖν,</w:t>
      </w:r>
    </w:p>
    <w:p>
      <w:r>
        <w:rPr>
          <w:rFonts w:ascii="Courier New" w:hAnsi="Courier New"/>
          <w:color w:val="555555"/>
          <w:sz w:val="20"/>
        </w:rPr>
        <w:t>[t4]</w:t>
      </w:r>
    </w:p>
    <w:p>
      <w:r>
        <w:rPr>
          <w:rFonts w:ascii="Gentium Plus" w:hAnsi="Gentium Plus"/>
          <w:sz w:val="24"/>
        </w:rPr>
        <w:t>ἀλλὰ καὶ οἱ</w:t>
      </w:r>
    </w:p>
    <w:p>
      <w:r>
        <w:rPr>
          <w:rFonts w:ascii="Courier New" w:hAnsi="Courier New"/>
          <w:color w:val="555555"/>
          <w:sz w:val="20"/>
        </w:rPr>
        <w:t>[t5]</w:t>
      </w:r>
    </w:p>
    <w:p>
      <w:r>
        <w:rPr>
          <w:rFonts w:ascii="Gentium Plus" w:hAnsi="Gentium Plus"/>
          <w:sz w:val="24"/>
        </w:rPr>
        <w:t>ἀνάγκην</w:t>
      </w:r>
    </w:p>
    <w:p>
      <w:r>
        <w:rPr>
          <w:rFonts w:ascii="Courier New" w:hAnsi="Courier New"/>
          <w:color w:val="555555"/>
          <w:sz w:val="20"/>
        </w:rPr>
        <w:t>[t6]</w:t>
      </w:r>
    </w:p>
    <w:p>
      <w:r>
        <w:rPr>
          <w:rFonts w:ascii="Gentium Plus" w:hAnsi="Gentium Plus"/>
          <w:sz w:val="24"/>
        </w:rPr>
        <w:t>ὑπομένοντες ἐν</w:t>
      </w:r>
    </w:p>
    <w:p>
      <w:r>
        <w:rPr>
          <w:rFonts w:ascii="Courier New" w:hAnsi="Courier New"/>
          <w:color w:val="555555"/>
          <w:sz w:val="20"/>
        </w:rPr>
        <w:t>[t7]</w:t>
      </w:r>
    </w:p>
    <w:p>
      <w:r>
        <w:rPr>
          <w:rFonts w:ascii="Gentium Plus" w:hAnsi="Gentium Plus"/>
          <w:sz w:val="24"/>
        </w:rPr>
        <w:t>οἷς ἂν ἁμάρτωσι</w:t>
      </w:r>
    </w:p>
    <w:p>
      <w:r>
        <w:rPr>
          <w:rFonts w:ascii="Courier New" w:hAnsi="Courier New"/>
          <w:color w:val="555555"/>
          <w:sz w:val="20"/>
        </w:rPr>
        <w:t>[t8]</w:t>
      </w:r>
    </w:p>
    <w:p>
      <w:r>
        <w:rPr>
          <w:rFonts w:ascii="Gentium Plus" w:hAnsi="Gentium Plus"/>
          <w:sz w:val="24"/>
        </w:rPr>
        <w:t>σφόδρα κολάζονται</w:t>
      </w:r>
    </w:p>
    <w:p>
      <w:r>
        <w:rPr>
          <w:rFonts w:ascii="Courier New" w:hAnsi="Courier New"/>
          <w:color w:val="555555"/>
          <w:sz w:val="20"/>
        </w:rPr>
        <w:t>[1]</w:t>
      </w:r>
    </w:p>
    <w:p>
      <w:r>
        <w:rPr>
          <w:rFonts w:ascii="Gentium Plus" w:hAnsi="Gentium Plus"/>
          <w:sz w:val="24"/>
        </w:rPr>
        <w:t>Ταῦτα ὁ Βασίλειος ἀκούσας καὶ μικρὸν ἐπισχών· Ἀλλ’ εἰ μὲν αὐτὸς ἐσπούδασας, φησί, ταύτην κτήσασθαι τὴν ἀρχήν,</w:t>
      </w:r>
    </w:p>
    <w:p>
      <w:r>
        <w:rPr>
          <w:rFonts w:ascii="Courier New" w:hAnsi="Courier New"/>
          <w:color w:val="555555"/>
          <w:sz w:val="20"/>
        </w:rPr>
        <w:t>[5]</w:t>
      </w:r>
    </w:p>
    <w:p>
      <w:r>
        <w:rPr>
          <w:rFonts w:ascii="Gentium Plus" w:hAnsi="Gentium Plus"/>
          <w:sz w:val="24"/>
        </w:rPr>
        <w:t>εἶχεν ἄν σου λόγον οὗτος ὁ φόβος. Τὸν γὰρ ὁμολογήσαντα ἐπιτήδειον εἶναι πρὸς τὴν τοῦ πράγματος διοί‐ κησιν τῷ σπουδάσαι λαβεῖν, οὐκ ἔστι μετὰ τὸ πιστευθῆναι ἐν οἷς ἂν</w:t>
      </w:r>
    </w:p>
    <w:p>
      <w:r>
        <w:rPr>
          <w:rFonts w:ascii="Courier New" w:hAnsi="Courier New"/>
          <w:color w:val="555555"/>
          <w:sz w:val="20"/>
        </w:rPr>
        <w:t>[10]</w:t>
      </w:r>
    </w:p>
    <w:p>
      <w:r>
        <w:rPr>
          <w:rFonts w:ascii="Gentium Plus" w:hAnsi="Gentium Plus"/>
          <w:sz w:val="24"/>
        </w:rPr>
        <w:t>σφάλληται καταφεύγειν εἰς ἀπειρίαν· προλαβὼν γὰρ αὐτὸς ἑαυτῷ ταύτην ἀφείλετο τὴν ἀπολογίαν τῷ προσδραμεῖν καὶ ἁρπάσαι τὴν διακονίαν καὶ οὐκέτ’ ἂν δύναιτο λέγειν ὁ ἑκὼν καὶ ἐθελοντὴς ἐπὶ τοῦτο ἐλθὼν ὅτι ἄκων τὸ δεῖνα ἥμαρτον καὶ ἄκων τὸν δεῖνα διέφθειρα. Ἐρεῖ γὰρ πρὸς αὐτὸν ὁ ταύτην</w:t>
      </w:r>
    </w:p>
    <w:p>
      <w:r>
        <w:rPr>
          <w:rFonts w:ascii="Courier New" w:hAnsi="Courier New"/>
          <w:color w:val="555555"/>
          <w:sz w:val="20"/>
        </w:rPr>
        <w:t>[15]</w:t>
      </w:r>
    </w:p>
    <w:p>
      <w:r>
        <w:rPr>
          <w:rFonts w:ascii="Gentium Plus" w:hAnsi="Gentium Plus"/>
          <w:sz w:val="24"/>
        </w:rPr>
        <w:t>αὐτῷ τότε δικάζων τὴν δίκην· Καὶ τί δήποτε τοσαύτην ἑαυτῷ συνειδὼς ἀπειρίαν καὶ οὐκ ἔχων διάνοιαν ἱκανὴν πρὸς τὸ μεταχειρίσαι τὴν τέχνην ταύτην ἀναμαρτήτως, ἔσπευσας καὶ ἐτόλμησας μείζονα τῆς οἰκείας δυνάμεως ἀναδέξασθαι πράγματα; τίς ὁ καταναγκάσας; τίς ὁ πρὸς βίαν ἑλκύσας</w:t>
      </w:r>
    </w:p>
    <w:p>
      <w:r>
        <w:rPr>
          <w:rFonts w:ascii="Courier New" w:hAnsi="Courier New"/>
          <w:color w:val="555555"/>
          <w:sz w:val="20"/>
        </w:rPr>
        <w:t>[20]</w:t>
      </w:r>
    </w:p>
    <w:p>
      <w:r>
        <w:rPr>
          <w:rFonts w:ascii="Gentium Plus" w:hAnsi="Gentium Plus"/>
          <w:sz w:val="24"/>
        </w:rPr>
        <w:t>ἀποπηδῶντα καὶ φεύγοντα; Ἀλλ’ οὐ σύ γε τούτων οὐδὲν ἀκούσῃ ποτέ· οὔτε γὰρ ἂν αὐτὸς ἔχοις τοιοῦτόν τι σαυτοῦ κατα‐ γνῶναι καὶ πᾶσίν ἐστι καταφανὲς ὅτι οὔτε μέγα οὔτε μικρὸν ὑπὲρ ταύτης ἐσπούδασας τῆς τιμῆς, ἀλλ’ ἑτέρων γέγονε τὸ κατόρθωμα καὶ ὅπερ ἐκείνους ἐν τοῖς ἁμαρτήμασιν οὐκ</w:t>
      </w:r>
    </w:p>
    <w:p>
      <w:r>
        <w:rPr>
          <w:rFonts w:ascii="Courier New" w:hAnsi="Courier New"/>
          <w:color w:val="555555"/>
          <w:sz w:val="20"/>
        </w:rPr>
        <w:t>[25]</w:t>
      </w:r>
    </w:p>
    <w:p>
      <w:r>
        <w:rPr>
          <w:rFonts w:ascii="Gentium Plus" w:hAnsi="Gentium Plus"/>
          <w:sz w:val="24"/>
        </w:rPr>
        <w:t>ἀφίησιν ἔχειν συγγνώμην, τοῦτό σοι πολλὴν παρέχει πρὸς ἀπολογίαν ὑπόθεσιν. Πρὸς ταῦτα ἐγὼ κινήσας τὴν κεφαλὴν καὶ μειδιάσας ἠρέμα, ἐθαύμαζόν τε αὐτὸν τῆς ἁπλότητος καὶ πρὸς αὐτὸν ἔλεγον· ΙΩ. Ἐβουλόμην καὶ αὐτὸς ταῦτα οὕτως ἔχειν, ὡς ἔφης,</w:t>
      </w:r>
    </w:p>
    <w:p>
      <w:r>
        <w:rPr>
          <w:rFonts w:ascii="Courier New" w:hAnsi="Courier New"/>
          <w:color w:val="555555"/>
          <w:sz w:val="20"/>
        </w:rPr>
        <w:t>[30]</w:t>
      </w:r>
    </w:p>
    <w:p>
      <w:r>
        <w:rPr>
          <w:rFonts w:ascii="Gentium Plus" w:hAnsi="Gentium Plus"/>
          <w:sz w:val="24"/>
        </w:rPr>
        <w:t>ὦ πάντων ἀγαθώτατε σύ, οὐχ ἵνα δέξασθαι δυνηθῶ τοῦτο ὅπερ ἔφυγον νῦν· εἰ γὰρ καὶ μηδεμία μοι προὔκειτο κόλασις ὡς ἔτυχε καὶ ἀπείρως ἐπιμελουμένῳ τῆς ποίμνης τοῦ Χρι‐ στοῦ, ἀλλ’ ἐμοὶ πάσης τιμωρίας χαλεπώτερον ἦν αὐτὸ τὸ πιστευθέντα πράγματα οὕτω μεγάλα περὶ τὸν πιστεύσαντα</w:t>
      </w:r>
    </w:p>
    <w:p>
      <w:r>
        <w:rPr>
          <w:rFonts w:ascii="Courier New" w:hAnsi="Courier New"/>
          <w:color w:val="555555"/>
          <w:sz w:val="20"/>
        </w:rPr>
        <w:t>[35]</w:t>
      </w:r>
    </w:p>
    <w:p>
      <w:r>
        <w:rPr>
          <w:rFonts w:ascii="Gentium Plus" w:hAnsi="Gentium Plus"/>
          <w:sz w:val="24"/>
        </w:rPr>
        <w:t>οὕτω φανῆναι κακόν. Τίνος οὖν ἕνεκεν ηὐχόμην τὴν δόξαν</w:t>
      </w:r>
    </w:p>
    <w:p>
      <w:r>
        <w:rPr>
          <w:rFonts w:ascii="Courier New" w:hAnsi="Courier New"/>
          <w:color w:val="555555"/>
          <w:sz w:val="20"/>
        </w:rPr>
        <w:t>[40]</w:t>
      </w:r>
    </w:p>
    <w:p>
      <w:r>
        <w:rPr>
          <w:rFonts w:ascii="Gentium Plus" w:hAnsi="Gentium Plus"/>
          <w:sz w:val="24"/>
        </w:rPr>
        <w:t>διαφυγεῖν γένηται τὸ πῦρ ἐκεῖνο τὸ ἄσβεστον καὶ τὸ σκότος τὸ ἐξώτερον καὶ τὸν σκώληκα τὸν ἀτελεύτητον καὶ τὸ διχο‐ τομηθῆναι καὶ μετὰ τῶν ὑποκριτῶν ἀπολέσθαι. Ἀλλὰ τί σοι πάθω; Οὐκ ἔστι ταῦτα, οὐκ ἔστι. Καί, εἰ βούλει γε, ἀπὸ τῆς βασιλείας πρῶτον ἧς οὐ τοσοῦτος</w:t>
      </w:r>
    </w:p>
    <w:p>
      <w:r>
        <w:rPr>
          <w:rFonts w:ascii="Courier New" w:hAnsi="Courier New"/>
          <w:color w:val="555555"/>
          <w:sz w:val="20"/>
        </w:rPr>
        <w:t>[45]</w:t>
      </w:r>
    </w:p>
    <w:p>
      <w:r>
        <w:rPr>
          <w:rFonts w:ascii="Gentium Plus" w:hAnsi="Gentium Plus"/>
          <w:sz w:val="24"/>
        </w:rPr>
        <w:t>ὅσος τῆς ἱερωσύνης τῷ Θεῷ λόγος παρέξω σοι τούτων ὧν εἶπον τὴν πίστιν. Ὁ Σαοὺλ ἐκεῖνος, ὁ τοῦ Κεῖς υἱός, οὐκ αὐτὸς σπουδάσας ἐγένετο βασιλεύς, ἀλλ’ ἀπῆλθε μὲν ἐπὶ τὴν τῶν ὄνων ζήτησιν καὶ ὑπὲρ τούτων ἐρωτήσων τὸν προφήτην ἤρχετο, ὁ δὲ αὐτῷ περὶ τῆς βασιλείας διελέγετο. Καὶ οὐδὲ</w:t>
      </w:r>
    </w:p>
    <w:p>
      <w:r>
        <w:rPr>
          <w:rFonts w:ascii="Courier New" w:hAnsi="Courier New"/>
          <w:color w:val="555555"/>
          <w:sz w:val="20"/>
        </w:rPr>
        <w:t>[4 . 1 (50)]</w:t>
      </w:r>
    </w:p>
    <w:p>
      <w:r>
        <w:rPr>
          <w:rFonts w:ascii="Gentium Plus" w:hAnsi="Gentium Plus"/>
          <w:sz w:val="24"/>
        </w:rPr>
        <w:t>οὕτως ἐπέδραμε, καίτοι παρὰ ἀνδρὸς ἀκούων προφήτου, ἀλλὰ καὶ ἀνεδύετο καὶ παρῃτεῖτο λέγων· Τίς εἰμι ἐγὼ καὶ τίς ὁ οἶκος τοῦ πατρός μου; Τί οὖν; ἐπειδὴ κακῶς ἐχρήσατο τῇ παρὰ τοῦ Θεοῦ δοθείσῃ τιμῇ, ἴσχυσεν αὐτὸν ἐξελέσθαι ταῦτα τὰ ῥήματα τῆς τοῦ βασιλεύσαντος ὀργῆς; Καίτοι γε</w:t>
      </w:r>
    </w:p>
    <w:p>
      <w:r>
        <w:rPr>
          <w:rFonts w:ascii="Courier New" w:hAnsi="Courier New"/>
          <w:color w:val="555555"/>
          <w:sz w:val="20"/>
        </w:rPr>
        <w:t>[55]</w:t>
      </w:r>
    </w:p>
    <w:p>
      <w:r>
        <w:rPr>
          <w:rFonts w:ascii="Gentium Plus" w:hAnsi="Gentium Plus"/>
          <w:sz w:val="24"/>
        </w:rPr>
        <w:t>ἐνῆν λέγειν πρὸς τὸν Σαμουὴλ ἐγκαλοῦντα αὐτῷ· Μὴ γὰρ αὐτὸς ἐπέδραμον τῇ βασιλείᾳ; μὴ γὰρ ἐπεπήδησα ταύτῃ τῇ δυναστείᾳ; Τὸν τῶν ἰδιωτῶν ἐβουλόμην βίον ζῆν τὸν ἀπράγ‐ μονα καὶ ἡσύχιον, σὺ δέ με ἐπὶ τοῦτο εἵλκυσας τὸ ἀξίωμα.</w:t>
      </w:r>
    </w:p>
    <w:p>
      <w:r>
        <w:rPr>
          <w:rFonts w:ascii="Courier New" w:hAnsi="Courier New"/>
          <w:color w:val="555555"/>
          <w:sz w:val="20"/>
        </w:rPr>
        <w:t>[60]</w:t>
      </w:r>
    </w:p>
    <w:p>
      <w:r>
        <w:rPr>
          <w:rFonts w:ascii="Gentium Plus" w:hAnsi="Gentium Plus"/>
          <w:sz w:val="24"/>
        </w:rPr>
        <w:t>τὰ προσκρούματα· οὐ γὰρ δήπου τῶν πολλῶν εἷς ὢν καὶ ἀσήμων, ἐπὶ τοῦτο ἂν ἐξεπέμφθην τὸ ἔργον, οὐδ’ ἂν ἐμοὶ τὸν πρὸς τοὺς Ἀμαληκίτας πόλεμον ἐνεχείρισεν ὁ Θεός· μὴ ἐγχειρισθεὶς δέ, οὐκ ἄν ποτε ταύτην ἥμαρτον τὴν ἁμαρτίαν. Ἀλλὰ ταῦτα πάντα ἀσθενῆ πρὸς ἀπολογίαν, οὐκ ἀσθενῆ</w:t>
      </w:r>
    </w:p>
    <w:p>
      <w:r>
        <w:rPr>
          <w:rFonts w:ascii="Courier New" w:hAnsi="Courier New"/>
          <w:color w:val="555555"/>
          <w:sz w:val="20"/>
        </w:rPr>
        <w:t>[65]</w:t>
      </w:r>
    </w:p>
    <w:p>
      <w:r>
        <w:rPr>
          <w:rFonts w:ascii="Gentium Plus" w:hAnsi="Gentium Plus"/>
          <w:sz w:val="24"/>
        </w:rPr>
        <w:t>δὲ μόνον, ἀλλὰ καὶ ἐπικίνδυνα, καὶ μᾶλλον ἐκκαίει τοῦ Θεοῦ τὴν ὀργήν. Τὸν γὰρ ὑπὲρ τὴν ἀξίαν τιμηθέντα οὐκ εἰς τὴν τῶν ἁμαρτημάτων ἀπολογίαν χρὴ προβάλλεσθαι τῆς τιμῆς τὸ μέγεθος, ἀλλ’ εἰς μείζονα βελτιώσεως προκοπὴν κεχρῆσθαι τῇ πολλῇ περὶ αὐτὸν τοῦ Θεοῦ σπουδῇ. Ὁ δέ,</w:t>
      </w:r>
    </w:p>
    <w:p>
      <w:r>
        <w:rPr>
          <w:rFonts w:ascii="Courier New" w:hAnsi="Courier New"/>
          <w:color w:val="555555"/>
          <w:sz w:val="20"/>
        </w:rPr>
        <w:t>[70]</w:t>
      </w:r>
    </w:p>
    <w:p>
      <w:r>
        <w:rPr>
          <w:rFonts w:ascii="Gentium Plus" w:hAnsi="Gentium Plus"/>
          <w:sz w:val="24"/>
        </w:rPr>
        <w:t>διότι κρείττονος ἔτυχεν ἀξιώματος, διὰ τοῦτο ἁμαρτάνειν αὐτῷ νομίζων ἐξεῖναι, οὐδὲν ἕτερον ἢ τὴν τοῦ Θεοῦ φιλαν‐ θρωπίαν αἰτίαν τῶν οἰκείων ἁμαρτημάτων ἐπιδεῖξαι ἐσπού‐ δακεν· ὅπερ τοῖς ἀσεβέσι καὶ ῥαθύμως τὸν ἑαυτῶν διοικοῦσι βίον λέγειν ἔθος ἀεί. Ἀλλ’ οὐχ ἡμᾶς οὕτω διακεῖσθαι χρή,</w:t>
      </w:r>
    </w:p>
    <w:p>
      <w:r>
        <w:rPr>
          <w:rFonts w:ascii="Courier New" w:hAnsi="Courier New"/>
          <w:color w:val="555555"/>
          <w:sz w:val="20"/>
        </w:rPr>
        <w:t>[75]</w:t>
      </w:r>
    </w:p>
    <w:p>
      <w:r>
        <w:rPr>
          <w:rFonts w:ascii="Gentium Plus" w:hAnsi="Gentium Plus"/>
          <w:sz w:val="24"/>
        </w:rPr>
        <w:t>οὐδὲ εἰς τὴν αὐτὴν ἐκείνοις ἐκπίπτειν μανίαν, ἀλλὰ πανταχοῦ σπουδάζειν τὰ παρ’ ἑαυτῶν εἰσφέρειν εἰς δύναμιν τὴν ἡμετέ‐ ραν καὶ εὔφημον καὶ γλῶτταν καὶ διάνοιαν ἔχειν. Οὐδὲ γὰρ ὁ Ἠλί—ἵνα τὴν βασιλείαν ἀφέντες, ἐπὶ τὴν ἱερωσύνην περὶ ἧς ἡμῖν ὁ λόγος ἔλθωμεν νῦν—ἐσπούδασε</w:t>
      </w:r>
    </w:p>
    <w:p>
      <w:r>
        <w:rPr>
          <w:rFonts w:ascii="Courier New" w:hAnsi="Courier New"/>
          <w:color w:val="555555"/>
          <w:sz w:val="20"/>
        </w:rPr>
        <w:t>[80]</w:t>
      </w:r>
    </w:p>
    <w:p>
      <w:r>
        <w:rPr>
          <w:rFonts w:ascii="Gentium Plus" w:hAnsi="Gentium Plus"/>
          <w:sz w:val="24"/>
        </w:rPr>
        <w:t>κτήσασθαι τὴν ἀρχήν. Τί οὖν αὐτὸν τοῦτο, ἡνίκα ἥμαρτεν, ὤνησεν; καὶ τί λέγω, κτήσασθαι; Οὐδὲ διαφυγεῖν μὲν οὖν, εἴπερ ἤθελε, δυνατὸν ἦν αὐτῷ, διὰ τὴν ἀνάγκην τοῦ νόμου· καὶ γὰρ ἦν τῆς Λευῒ φυλῆς καὶ τὴν ἀρχὴν διὰ τοῦ γένους ἄνωθεν καταβαίνουσαν ἔδει δέξασθαι· ἀλλ’ ὅμως καὶ οὗτος</w:t>
      </w:r>
    </w:p>
    <w:p>
      <w:r>
        <w:rPr>
          <w:rFonts w:ascii="Courier New" w:hAnsi="Courier New"/>
          <w:color w:val="555555"/>
          <w:sz w:val="20"/>
        </w:rPr>
        <w:t>[85]</w:t>
      </w:r>
    </w:p>
    <w:p>
      <w:r>
        <w:rPr>
          <w:rFonts w:ascii="Gentium Plus" w:hAnsi="Gentium Plus"/>
          <w:sz w:val="24"/>
        </w:rPr>
        <w:t>τῆς τῶν παίδων παροινίας ἔδωκε δίκην οὐ μικράν. Τί δὲ αὐτὸς ὁ πρῶτος γενόμενος τῶν Ἰουδαίων ἱερεὺς περὶ οὗ τοσαῦτα διελέχθη ὁ Θεὸς τῷ Μωϋσεῖ; Ἐπειδὴ μὴ ἴσχυσε μόνος πρὸς τοσούτου πλήθους στῆναι μανίαν, οὐ παρὰ μικρὸν ἦλθεν ἀπολέσθαι, εἰ μὴ ἡ τοῦ ἀδελφοῦ προστασία ἔλυσε τοῦ</w:t>
      </w:r>
    </w:p>
    <w:p>
      <w:r>
        <w:rPr>
          <w:rFonts w:ascii="Courier New" w:hAnsi="Courier New"/>
          <w:color w:val="555555"/>
          <w:sz w:val="20"/>
        </w:rPr>
        <w:t>[90]</w:t>
      </w:r>
    </w:p>
    <w:p>
      <w:r>
        <w:rPr>
          <w:rFonts w:ascii="Gentium Plus" w:hAnsi="Gentium Plus"/>
          <w:sz w:val="24"/>
        </w:rPr>
        <w:t>Θεοῦ τὴν ὀργήν. Ἐπειδὴ δὲ Μωϋσέως ἐμνήσθημεν, καλὸν καὶ ἐκ τῶν ἐκείνῳ συμβεβηκότων δεῖξαι τοῦ λόγου τὴν ἀλήθειαν· αὐτὸς γὰρ οὗτος ὁ μακάριος Μωϋσῆς τοσοῦτον ἀπέσχε τοῦ τὴν προστα‐ σίαν ἁρπάσαι τῶν Ἰουδαίων ὡς καὶ διδομένην παρῃτῆσθαι</w:t>
      </w:r>
    </w:p>
    <w:p>
      <w:r>
        <w:rPr>
          <w:rFonts w:ascii="Courier New" w:hAnsi="Courier New"/>
          <w:color w:val="555555"/>
          <w:sz w:val="20"/>
        </w:rPr>
        <w:t>[95]</w:t>
      </w:r>
    </w:p>
    <w:p>
      <w:r>
        <w:rPr>
          <w:rFonts w:ascii="Gentium Plus" w:hAnsi="Gentium Plus"/>
          <w:sz w:val="24"/>
        </w:rPr>
        <w:t>καὶ Θεοῦ κελεύοντος ἀνανεῦσαι καὶ παροξῦναι τὸν προστάτ‐ τοντα. Καὶ οὐ τότε μόνον, ἀλλὰ καὶ μετὰ ταῦτα, γενόμενος ἐπὶ τῆς ἀρχῆς, ὑπὲρ τοῦ ταύτης ἀπαλλαγῆναι ἡδέως ἀπέθνη‐ σκεν. «Ἀπόκτεινον γάρ με, φησίν, εἰ οὕτω μοι μέλλεις ποιεῖν.» Τί οὖν; ἐπειδὴ ἥμαρτεν ἐπὶ τοῦ ὕδατος, ἴσχυσαν αἱ</w:t>
      </w:r>
    </w:p>
    <w:p>
      <w:r>
        <w:rPr>
          <w:rFonts w:ascii="Courier New" w:hAnsi="Courier New"/>
          <w:color w:val="555555"/>
          <w:sz w:val="20"/>
        </w:rPr>
        <w:t>[4 . 1 (100)]</w:t>
      </w:r>
    </w:p>
    <w:p>
      <w:r>
        <w:rPr>
          <w:rFonts w:ascii="Gentium Plus" w:hAnsi="Gentium Plus"/>
          <w:sz w:val="24"/>
        </w:rPr>
        <w:t>συνεχεῖς αὗται παραιτήσεις ἀπολογήσασθαι ὑπὲρ αὐτοῦ καὶ πεῖσαι τὸν Θεὸν δοῦναι συγγνώμην; καὶ πόθεν ἄλλοθεν τῆς ἐπηγγελμένης ἀπεστερεῖτο γῆς; Οὐδαμόθεν, ὡς ἅπαντες ἴσμεν, ἀλλ’ ἢ διὰ τὴν ἁμαρτίαν ταύτην δι’ ἣν ὁ θαυμαστὸς ἐκεῖνος ἀνὴρ οὐκ ἴσχυσε τῶν αὐτῶν τοῖς ἀρχομένοις τυχεῖν·</w:t>
      </w:r>
    </w:p>
    <w:p>
      <w:r>
        <w:rPr>
          <w:rFonts w:ascii="Courier New" w:hAnsi="Courier New"/>
          <w:color w:val="555555"/>
          <w:sz w:val="20"/>
        </w:rPr>
        <w:t>[105]</w:t>
      </w:r>
    </w:p>
    <w:p>
      <w:r>
        <w:rPr>
          <w:rFonts w:ascii="Gentium Plus" w:hAnsi="Gentium Plus"/>
          <w:sz w:val="24"/>
        </w:rPr>
        <w:t>ἀλλὰ μετὰ τοὺς πολλοὺς χρόνους καὶ τὰς ταλαιπωρίας, μετὰ τὴν πλάνην ἐκείνην τὴν ἄφατον καὶ τοὺς πολέμους καὶ</w:t>
      </w:r>
    </w:p>
    <w:p>
      <w:r>
        <w:rPr>
          <w:rFonts w:ascii="Courier New" w:hAnsi="Courier New"/>
          <w:color w:val="555555"/>
          <w:sz w:val="20"/>
        </w:rPr>
        <w:t>[110]</w:t>
      </w:r>
    </w:p>
    <w:p>
      <w:r>
        <w:rPr>
          <w:rFonts w:ascii="Gentium Plus" w:hAnsi="Gentium Plus"/>
          <w:sz w:val="24"/>
        </w:rPr>
        <w:t>Ὁρᾷς ὡς οὐ τοῖς ἁρπάζουσι μόνον, ἀλλ’ οὐδὲ τοῖς ἐκ τῆς ἑτέρων σπουδῆς ἐπὶ τοῦτο ἐρχομένοις, λείπεταί τις ἐν οἷς ἂν πταίσωσιν ἀπολογία. Ὅπου γὰρ οἱ τοῦ Θεοῦ χειροτονοῦντος παραιτησάμενοι πολλάκις τοσαύτην ἔδωκαν δίκην καὶ οὐδὲν ἴσχυσεν ἐξελέσθαι τοῦ κινδύνου τούτου οὔτε τὸν Ἀαρών,</w:t>
      </w:r>
    </w:p>
    <w:p>
      <w:r>
        <w:rPr>
          <w:rFonts w:ascii="Courier New" w:hAnsi="Courier New"/>
          <w:color w:val="555555"/>
          <w:sz w:val="20"/>
        </w:rPr>
        <w:t>[115]</w:t>
      </w:r>
    </w:p>
    <w:p>
      <w:r>
        <w:rPr>
          <w:rFonts w:ascii="Gentium Plus" w:hAnsi="Gentium Plus"/>
          <w:sz w:val="24"/>
        </w:rPr>
        <w:t>οὔτε τὸν Ἠλί, οὔτε τὸν μακάριον ἐκεῖνον ἄνδρα, τὸν ἅγιον, τὸν προφήτην, τὸν θαυμαστόν, τὸν πρᾶον μάλιστα πάντων τῶν ἐπὶ τῆς γῆς, τὸν ὡς φίλον λαλοῦντα τῷ Θεῷ, σχολῇ γε ἡμῖν τοῖς τοσοῦτον ἀποδέουσι τῆς ἀρετῆς τῆς ἐκείνου δυνήσεται πρὸς ἀπολογίαν ἀρκέσαι τὸ συνειδέναι ἑαυτοῖς μηδὲν ὑπὲρ</w:t>
      </w:r>
    </w:p>
    <w:p>
      <w:r>
        <w:rPr>
          <w:rFonts w:ascii="Courier New" w:hAnsi="Courier New"/>
          <w:color w:val="555555"/>
          <w:sz w:val="20"/>
        </w:rPr>
        <w:t>[120]</w:t>
      </w:r>
    </w:p>
    <w:p>
      <w:r>
        <w:rPr>
          <w:rFonts w:ascii="Gentium Plus" w:hAnsi="Gentium Plus"/>
          <w:sz w:val="24"/>
        </w:rPr>
        <w:t>ταύτης ἐσπουδακόσι τῆς ἀρχῆς, καὶ μάλιστα ὅτε πολλαὶ τούτων τῶν χειροτονιῶν οὐκ ἀπὸ τῆς θείας γίνονται χάριτος, ἀλλὰ καὶ ἀπὸ τῆς τῶν ἀνθρώπων σπουδῆς. Τὸν Ἰούδαν ὁ Θεὸς ἐξελέξατο καὶ εἰς τὸν ἅγιον ἐκεῖνον κατέλεξε χορὸν καὶ τὴν ἀποστολικὴν ἀξίαν μετὰ τῶν λοιπῶν ἐνεχείρισεν· ἔδωκε</w:t>
      </w:r>
    </w:p>
    <w:p>
      <w:r>
        <w:rPr>
          <w:rFonts w:ascii="Courier New" w:hAnsi="Courier New"/>
          <w:color w:val="555555"/>
          <w:sz w:val="20"/>
        </w:rPr>
        <w:t>[125]</w:t>
      </w:r>
    </w:p>
    <w:p>
      <w:r>
        <w:rPr>
          <w:rFonts w:ascii="Gentium Plus" w:hAnsi="Gentium Plus"/>
          <w:sz w:val="24"/>
        </w:rPr>
        <w:t>δέ τι καὶ τῶν ἄλλων πλέον αὐτῷ, τὴν τῶν χρημάτων οἰκο‐ νομίαν. Τί οὖν; ἐπειδὴ τούτοις ἀμφοτέροις ἐναντίως ἐχρήσατο καὶ ὃν ἐπιστεύθη κηρύττειν προὔδωκε καὶ ἃ καλῶς διοικεῖν ἐνεχειρίσθη ταῦτα ἀνήλωσε κακῶς, ἐξέφυγε τὴν τιμωρίαν; Δι’ αὐτὸ μὲν οὖν τοῦτο καὶ χαλεπωτέραν ἑαυτῷ τὴν δίκην</w:t>
      </w:r>
    </w:p>
    <w:p>
      <w:r>
        <w:rPr>
          <w:rFonts w:ascii="Courier New" w:hAnsi="Courier New"/>
          <w:color w:val="555555"/>
          <w:sz w:val="20"/>
        </w:rPr>
        <w:t>[130]</w:t>
      </w:r>
    </w:p>
    <w:p>
      <w:r>
        <w:rPr>
          <w:rFonts w:ascii="Gentium Plus" w:hAnsi="Gentium Plus"/>
          <w:sz w:val="24"/>
        </w:rPr>
        <w:t>εἰργάσατο καὶ μάλα γε εἰκότως. Οὐ γὰρ εἰς τὸ τῷ Θεῷ προσκρούειν δεῖ κατακεχρῆσθαι ταῖς παρὰ τοῦ Θεοῦ διδο‐ μέναις τιμαῖς, ἀλλ’ εἰς τὸ μᾶλλον ἀρέσκειν αὐτῷ. Ὁ δὲ ἐπειδὴ πλέον τετίμηται, διὰ τοῦτο ἀξιῶν ἀποφυγεῖν</w:t>
      </w:r>
    </w:p>
    <w:p>
      <w:r>
        <w:rPr>
          <w:rFonts w:ascii="Courier New" w:hAnsi="Courier New"/>
          <w:color w:val="555555"/>
          <w:sz w:val="20"/>
        </w:rPr>
        <w:t>[135]</w:t>
      </w:r>
    </w:p>
    <w:p>
      <w:r>
        <w:rPr>
          <w:rFonts w:ascii="Gentium Plus" w:hAnsi="Gentium Plus"/>
          <w:sz w:val="24"/>
        </w:rPr>
        <w:t>τις καὶ τῶν ἀπίστων Ἰουδαίων ἀκούσας τοῦ Χριστοῦ λέγοντος ὅτι «Εἰ μὴ ἦλθον καὶ ἐλάλησα αὐτοῖς, ἁμαρτίαν οὐκ εἶχον», καί· «Εἰ μὴ τὰ σημεῖα ἐποίουν ἐν αὐτοῖς ἃ μηδεὶς ἄλλος ἐποίησεν, ἁμαρτίαν οὐκ εἶχον», ἐγκαλοίη τῷ σωτῆρι καὶ εὐεργέτῃ λέγων· Τί γὰρ ἤρχου καὶ ἐλάλεις; τί δὲ ἐποίεις</w:t>
      </w:r>
    </w:p>
    <w:p>
      <w:r>
        <w:rPr>
          <w:rFonts w:ascii="Courier New" w:hAnsi="Courier New"/>
          <w:color w:val="555555"/>
          <w:sz w:val="20"/>
        </w:rPr>
        <w:t>[140]</w:t>
      </w:r>
    </w:p>
    <w:p>
      <w:r>
        <w:rPr>
          <w:rFonts w:ascii="Gentium Plus" w:hAnsi="Gentium Plus"/>
          <w:sz w:val="24"/>
        </w:rPr>
        <w:t>σημεῖα, ἵνα μειζόνως ἡμᾶς κολάσῃς; Ἀλλὰ μανίας τὰ ῥήματα ταῦτα καὶ τῆς ἐσχάτης παραπληξίας· ὁ γὰρ ἰατρὸς οὐχ ἵνα σε κατακρίνῃ μᾶλλον ἦλθε θεραπεύσων, ἀλλ’ ἵνα ἀπαλλάξῃ τῆς νόσου τέλεον. Σὺ δὲ σαυτὸν ἑκὼν ἀπεστέρησας τῶν ἐκείνου χειρῶν· δέχου τοίνυν χαλεπωτέραν τὴν τιμωρίαν. Ὥσπερ</w:t>
      </w:r>
    </w:p>
    <w:p>
      <w:r>
        <w:rPr>
          <w:rFonts w:ascii="Courier New" w:hAnsi="Courier New"/>
          <w:color w:val="555555"/>
          <w:sz w:val="20"/>
        </w:rPr>
        <w:t>[145]</w:t>
      </w:r>
    </w:p>
    <w:p>
      <w:r>
        <w:rPr>
          <w:rFonts w:ascii="Gentium Plus" w:hAnsi="Gentium Plus"/>
          <w:sz w:val="24"/>
        </w:rPr>
        <w:t>γὰρ εἰ εἶξας τῇ θεραπείᾳ καὶ τῶν προτέρων ἂν ἀπηλλάγης κακῶν, οὕτως ἐπειδὴ παραγινόμενον ἰδὼν ἔφυγες, οὐκέτι ἀπονίψασθαι ταῦτα δυνήσῃ, μὴ δυνάμενος δὲ καὶ τούτων δώσεις τὴν τιμωρίαν καὶ ἀνθ’ ὧν αὐτῷ ματαίαν τὴν σπουδὴν ἐποίησας, τό γε μέρος τὸ σόν. Διὰ ταῦτα οὐκ ἴσην πρὸ τοῦ</w:t>
      </w:r>
    </w:p>
    <w:p>
      <w:r>
        <w:rPr>
          <w:rFonts w:ascii="Courier New" w:hAnsi="Courier New"/>
          <w:color w:val="555555"/>
          <w:sz w:val="20"/>
        </w:rPr>
        <w:t>[4 . 1 (150)]</w:t>
      </w:r>
    </w:p>
    <w:p>
      <w:r>
        <w:rPr>
          <w:rFonts w:ascii="Gentium Plus" w:hAnsi="Gentium Plus"/>
          <w:sz w:val="24"/>
        </w:rPr>
        <w:t>τιμηθῆναι παρὰ τοῦ Θεοῦ καὶ μετὰ τὰς τιμὰς τὴν βάσανον ὑπομένομεν, ἀλλὰ πολλῷ σφοδροτέραν ὕστερον· ὁ γὰρ μὴ τῷ παθεῖν εὖ γενόμενος ἀγαθὸς πικροτέρως δίκαιος ἂν εἴη κολά‐</w:t>
      </w:r>
    </w:p>
    <w:p>
      <w:r>
        <w:rPr>
          <w:rFonts w:ascii="Courier New" w:hAnsi="Courier New"/>
          <w:color w:val="555555"/>
          <w:sz w:val="20"/>
        </w:rPr>
        <w:t>[155]</w:t>
      </w:r>
    </w:p>
    <w:p>
      <w:r>
        <w:rPr>
          <w:rFonts w:ascii="Gentium Plus" w:hAnsi="Gentium Plus"/>
          <w:sz w:val="24"/>
        </w:rPr>
        <w:t>καὶ προδίδωσι πλέον, ἑτέραν ἡμῖν ποριστέον ἀσφάλειαν. Ποίαν δὴ ταύτην, ὁ Βασίλειος ἔφη, ὡς ἔγωγε οὐδὲ ἐν ἐμαυτῷ δύναμαι εἶναι νῦν, οὕτω με ἔμφοβον καὶ ἔντρομον τοῖς ῥήμασι κατέστησας τούτοις. ΙΩ. Μή, δέομαι, ἔφην, καὶ ἀντιβολῶ, μὴ τοσοῦτον καταβά‐</w:t>
      </w:r>
    </w:p>
    <w:p>
      <w:r>
        <w:rPr>
          <w:rFonts w:ascii="Courier New" w:hAnsi="Courier New"/>
          <w:color w:val="555555"/>
          <w:sz w:val="20"/>
        </w:rPr>
        <w:t>[160]</w:t>
      </w:r>
    </w:p>
    <w:p>
      <w:r>
        <w:rPr>
          <w:rFonts w:ascii="Gentium Plus" w:hAnsi="Gentium Plus"/>
          <w:sz w:val="24"/>
        </w:rPr>
        <w:t>λῃς σαυτόν· ἔστι γάρ, ἔστιν ἀσφάλεια. Τοῖς μὲν ἀσθενέσιν ἡμῖν, τὸ μηδέποτε ἐμπεσεῖν, ὑμῖν δὲ τοῖς ἰσχυροῖς, τὸ τὰς ἐλπίδας τῆς σωτηρίας εἰς ἕτερον μὲν ἀνηρτῆσθαι μηδὲν μετὰ τὴν τοῦ Θεοῦ χάριν ἀλλ’ ἢ εἰς τὸ μηδὲν ἀνάξιον πράττειν τῆς δωρεᾶς ταύτης καὶ τοῦ δεδωκότος αὐτὴν Θεοῦ. Μεγίστης</w:t>
      </w:r>
    </w:p>
    <w:p>
      <w:r>
        <w:rPr>
          <w:rFonts w:ascii="Courier New" w:hAnsi="Courier New"/>
          <w:color w:val="555555"/>
          <w:sz w:val="20"/>
        </w:rPr>
        <w:t>[165]</w:t>
      </w:r>
    </w:p>
    <w:p>
      <w:r>
        <w:rPr>
          <w:rFonts w:ascii="Gentium Plus" w:hAnsi="Gentium Plus"/>
          <w:sz w:val="24"/>
        </w:rPr>
        <w:t>μὲν γὰρ ἂν εἶεν κολάσεως ἄξιοι οἱ μετὰ τὸ δι’ οἰκείας σπουδῆς ταύτης ἐπιτυχεῖν τῆς ἀρχῆς ἢ διὰ ῥαθυμίαν ἢ διὰ πονηρίαν ἢ καὶ δι’ ἀπειρίαν κακῶς κεχρημένοι τῷ πράγματι· οὐ μὴν διὰ τοῦτο τοῖς οὐκ ἐσπουδακόσι καταλείπεταί τις συγγνώμη, ἀλλὰ καὶ οὗτοι πάσης ἀπολογίας ἐστέρηνται. Δεῖ γάρ, οἶμαι,</w:t>
      </w:r>
    </w:p>
    <w:p>
      <w:r>
        <w:rPr>
          <w:rFonts w:ascii="Courier New" w:hAnsi="Courier New"/>
          <w:color w:val="555555"/>
          <w:sz w:val="20"/>
        </w:rPr>
        <w:t>[170]</w:t>
      </w:r>
    </w:p>
    <w:p>
      <w:r>
        <w:rPr>
          <w:rFonts w:ascii="Gentium Plus" w:hAnsi="Gentium Plus"/>
          <w:sz w:val="24"/>
        </w:rPr>
        <w:t>κἂν μυρίοι καλῶσι καὶ καταναγκάζωσι, μὴ πρὸς ἐκείνους ὁρᾶν, ἀλλὰ πρότερον τὴν ἑαυτοῦ βασανίσαντα ψυχὴν καὶ πάντα διερευνησάμενον ἀκριβῶς, οὕτως εἶξαι τοῖς βιαζομένοις. Νῦν δὲ οἰκίαν μὲν οἰκοδομήσασθαι οὐδεὶς ἂν ὑποσχέσθαι τολμή‐ σειε τῶν οὐκ ὄντων οἰκοδομικῶν, οὐδὲ σωμάτων ἅψασθαι</w:t>
      </w:r>
    </w:p>
    <w:p>
      <w:r>
        <w:rPr>
          <w:rFonts w:ascii="Courier New" w:hAnsi="Courier New"/>
          <w:color w:val="555555"/>
          <w:sz w:val="20"/>
        </w:rPr>
        <w:t>[175]</w:t>
      </w:r>
    </w:p>
    <w:p>
      <w:r>
        <w:rPr>
          <w:rFonts w:ascii="Gentium Plus" w:hAnsi="Gentium Plus"/>
          <w:sz w:val="24"/>
        </w:rPr>
        <w:t>νενοσηκότων ἐπιχειρήσειεν ἄν τις τῶν ἰατρεύειν οὐκ εἰδότων, ἀλλὰ κἂν πολλοὶ οἱ πρὸς βίαν ὠθοῦντες ὦσι, παραιτήσεται καὶ οὐκ ἐρυθριάσει τὴν ἄγνοιαν. Ψυχῶν δὲ ἐπιμέλειαν μέλλων πιστεύεσθαι τοσούτων, οὐκ ἐξετάσει πρότερον ἑαυτόν, ἀλλὰ κἂν ἁπάντων ἀπειρότατος ᾖ, δέξεται τὴν διακονίαν ἐπειδὴ ὁ</w:t>
      </w:r>
    </w:p>
    <w:p>
      <w:r>
        <w:rPr>
          <w:rFonts w:ascii="Courier New" w:hAnsi="Courier New"/>
          <w:color w:val="555555"/>
          <w:sz w:val="20"/>
        </w:rPr>
        <w:t>[180]</w:t>
      </w:r>
    </w:p>
    <w:p>
      <w:r>
        <w:rPr>
          <w:rFonts w:ascii="Gentium Plus" w:hAnsi="Gentium Plus"/>
          <w:sz w:val="24"/>
        </w:rPr>
        <w:t>δεῖνα κελεύει καὶ ὁ δεῖνα βιάζεται καὶ ἵνα μὴ προσκρούσῃ τῷ δεῖνι; Καὶ πῶς οὐκ εἰς προὖπτον ἑαυτὸν μετ’ ἐκείνων ἐμβαλεῖ κακόν; Ἐξὸν γὰρ αὐτῷ σώζεσθαι καθ’ ἑαυτὸν καὶ ἑτέρους προσαπόλλυσι μεθ’ ἑαυτοῦ. Πόθεν γὰρ ἔστιν ἐλπίσαι σωτηρίαν; πόθεν συγγνώμης τυχεῖν; τίνες ἡμᾶς ἐξαιτήσονται</w:t>
      </w:r>
    </w:p>
    <w:p>
      <w:r>
        <w:rPr>
          <w:rFonts w:ascii="Courier New" w:hAnsi="Courier New"/>
          <w:color w:val="555555"/>
          <w:sz w:val="20"/>
        </w:rPr>
        <w:t>[185]</w:t>
      </w:r>
    </w:p>
    <w:p>
      <w:r>
        <w:rPr>
          <w:rFonts w:ascii="Gentium Plus" w:hAnsi="Gentium Plus"/>
          <w:sz w:val="24"/>
        </w:rPr>
        <w:t>τότε; οἱ βιαζόμενοι νῦν ἴσως καὶ πρὸς ἀνάγκην ἕλκοντες; αὐτοὺς δὲ τούτους τίς κατ’ ἐκεῖνον διασώσει τὸν καιρόν; καὶ γὰρ καὶ αὐτοὶ προσδέονται ἑτέρων, ἵνα διαφύγωσι τὸ πῦρ.</w:t>
      </w:r>
    </w:p>
    <w:p>
      <w:pPr>
        <w:jc w:val="center"/>
      </w:pPr>
      <w:r>
        <w:rPr>
          <w:rFonts w:ascii="Gentium Plus" w:hAnsi="Gentium Plus"/>
          <w:b/>
          <w:sz w:val="24"/>
        </w:rPr>
        <w:t>βʹ. Ὅτι οἱ</w:t>
      </w:r>
    </w:p>
    <w:p>
      <w:r>
        <w:rPr>
          <w:rFonts w:ascii="Courier New" w:hAnsi="Courier New"/>
          <w:color w:val="555555"/>
          <w:sz w:val="20"/>
        </w:rPr>
        <w:t>[t2]</w:t>
      </w:r>
    </w:p>
    <w:p>
      <w:r>
        <w:rPr>
          <w:rFonts w:ascii="Gentium Plus" w:hAnsi="Gentium Plus"/>
          <w:sz w:val="24"/>
        </w:rPr>
        <w:t>χειροτονοῦντες</w:t>
      </w:r>
    </w:p>
    <w:p>
      <w:r>
        <w:rPr>
          <w:rFonts w:ascii="Courier New" w:hAnsi="Courier New"/>
          <w:color w:val="555555"/>
          <w:sz w:val="20"/>
        </w:rPr>
        <w:t>[t3]</w:t>
      </w:r>
    </w:p>
    <w:p>
      <w:r>
        <w:rPr>
          <w:rFonts w:ascii="Gentium Plus" w:hAnsi="Gentium Plus"/>
          <w:sz w:val="24"/>
        </w:rPr>
        <w:t>ἀναξίους τῆς</w:t>
      </w:r>
    </w:p>
    <w:p>
      <w:r>
        <w:rPr>
          <w:rFonts w:ascii="Courier New" w:hAnsi="Courier New"/>
          <w:color w:val="555555"/>
          <w:sz w:val="20"/>
        </w:rPr>
        <w:t>[t4]</w:t>
      </w:r>
    </w:p>
    <w:p>
      <w:r>
        <w:rPr>
          <w:rFonts w:ascii="Gentium Plus" w:hAnsi="Gentium Plus"/>
          <w:sz w:val="24"/>
        </w:rPr>
        <w:t>αὐτῆς αὐτοῖς</w:t>
      </w:r>
    </w:p>
    <w:p>
      <w:r>
        <w:rPr>
          <w:rFonts w:ascii="Courier New" w:hAnsi="Courier New"/>
          <w:color w:val="555555"/>
          <w:sz w:val="20"/>
        </w:rPr>
        <w:t>[t5]</w:t>
      </w:r>
    </w:p>
    <w:p>
      <w:r>
        <w:rPr>
          <w:rFonts w:ascii="Gentium Plus" w:hAnsi="Gentium Plus"/>
          <w:sz w:val="24"/>
        </w:rPr>
        <w:t>εἰσιν ὑπεύθυνοι</w:t>
      </w:r>
    </w:p>
    <w:p>
      <w:r>
        <w:rPr>
          <w:rFonts w:ascii="Courier New" w:hAnsi="Courier New"/>
          <w:color w:val="555555"/>
          <w:sz w:val="20"/>
        </w:rPr>
        <w:t>[t6]</w:t>
      </w:r>
    </w:p>
    <w:p>
      <w:r>
        <w:rPr>
          <w:rFonts w:ascii="Gentium Plus" w:hAnsi="Gentium Plus"/>
          <w:sz w:val="24"/>
        </w:rPr>
        <w:t>τιμωρίας, κἂν</w:t>
      </w:r>
    </w:p>
    <w:p>
      <w:r>
        <w:rPr>
          <w:rFonts w:ascii="Courier New" w:hAnsi="Courier New"/>
          <w:color w:val="555555"/>
          <w:sz w:val="20"/>
        </w:rPr>
        <w:t>[t7]</w:t>
      </w:r>
    </w:p>
    <w:p>
      <w:r>
        <w:rPr>
          <w:rFonts w:ascii="Gentium Plus" w:hAnsi="Gentium Plus"/>
          <w:sz w:val="24"/>
        </w:rPr>
        <w:t>ἀγνοῶσι τοὺς</w:t>
      </w:r>
    </w:p>
    <w:p>
      <w:r>
        <w:rPr>
          <w:rFonts w:ascii="Courier New" w:hAnsi="Courier New"/>
          <w:color w:val="555555"/>
          <w:sz w:val="20"/>
        </w:rPr>
        <w:t>[t8]</w:t>
      </w:r>
    </w:p>
    <w:p>
      <w:r>
        <w:rPr>
          <w:rFonts w:ascii="Gentium Plus" w:hAnsi="Gentium Plus"/>
          <w:sz w:val="24"/>
        </w:rPr>
        <w:t>χειροτονουμένους</w:t>
      </w:r>
    </w:p>
    <w:p>
      <w:r>
        <w:rPr>
          <w:rFonts w:ascii="Courier New" w:hAnsi="Courier New"/>
          <w:color w:val="555555"/>
          <w:sz w:val="20"/>
        </w:rPr>
        <w:t>[1]</w:t>
      </w:r>
    </w:p>
    <w:p>
      <w:r>
        <w:rPr>
          <w:rFonts w:ascii="Gentium Plus" w:hAnsi="Gentium Plus"/>
          <w:sz w:val="24"/>
        </w:rPr>
        <w:t>Ὅτι δέ σε οὐ δεδιττόμενος ταῦτα λέγω νῦν, ἀλλ’ ὡς ἔχει τὸ πρᾶγμα ἀληθείας, ἄκουε τί τῷ μαθητῇ φησιν ὁ μακάριος Παῦλος Τιμοθέῳ,</w:t>
      </w:r>
    </w:p>
    <w:p>
      <w:r>
        <w:rPr>
          <w:rFonts w:ascii="Courier New" w:hAnsi="Courier New"/>
          <w:color w:val="555555"/>
          <w:sz w:val="20"/>
        </w:rPr>
        <w:t>[5]</w:t>
      </w:r>
    </w:p>
    <w:p>
      <w:r>
        <w:rPr>
          <w:rFonts w:ascii="Gentium Plus" w:hAnsi="Gentium Plus"/>
          <w:sz w:val="24"/>
        </w:rPr>
        <w:t>τῷ γνησίῳ τέκνῳ καὶ ἀγαπητῷ. «Χεῖρας ταχέως μηδενὶ ἐπιτίθει, μηδὲ κοινώνει ἁμαρτίαις ἀλλο‐ τρίαις.» Εἶδες ὅσης τοὺς μέλλοντας ἡμᾶς ἐπὶ τοῦτο παράγειν, οὐ μέμ‐</w:t>
      </w:r>
    </w:p>
    <w:p>
      <w:r>
        <w:rPr>
          <w:rFonts w:ascii="Courier New" w:hAnsi="Courier New"/>
          <w:color w:val="555555"/>
          <w:sz w:val="20"/>
        </w:rPr>
        <w:t>[10]</w:t>
      </w:r>
    </w:p>
    <w:p>
      <w:r>
        <w:rPr>
          <w:rFonts w:ascii="Gentium Plus" w:hAnsi="Gentium Plus"/>
          <w:sz w:val="24"/>
        </w:rPr>
        <w:t>ψεως μόνον, ἀλλὰ καὶ τιμωρίας, τό γε ἡμέτερον ἀπηλλάξαμεν μέρος. Ὥσπερ γὰρ τοῖς αἱρεθεῖσιν οὐκ αὔταρκες πρὸς ἀπο‐ λογίαν τὸ λέγειν· Οὐκ αὐτόκλητος ἦλθον, οὐδὲ προειδὼς οὐκ ἀπέφυγον, οὕτως οὐδὲ τοὺς χειροτονοῦντας ὠφελῆσαί τι δύνα‐ ται, εἰ λέγοιεν τὸν χειροτονηθέντα ἀγνοεῖν· ἀλλὰ διὰ τοῦτο</w:t>
      </w:r>
    </w:p>
    <w:p>
      <w:r>
        <w:rPr>
          <w:rFonts w:ascii="Courier New" w:hAnsi="Courier New"/>
          <w:color w:val="555555"/>
          <w:sz w:val="20"/>
        </w:rPr>
        <w:t>[15]</w:t>
      </w:r>
    </w:p>
    <w:p>
      <w:r>
        <w:rPr>
          <w:rFonts w:ascii="Gentium Plus" w:hAnsi="Gentium Plus"/>
          <w:sz w:val="24"/>
        </w:rPr>
        <w:t>καὶ μεῖζον τὸ ἔγκλημα γίνεται ὅτι ὃν ἠγνόουν παρήγαγον καὶ ἡ δοκοῦσα εἶναι ἀπολογία αὔξει τὴν κατηγορίαν. Πῶς γὰρ οὐκ ἄτοπον ἀνδράποδον μὲν πρίασθαι βουλομένους καὶ ἰα‐ τροῖς ἐπιδεικνύναι καὶ τῆς πράσεως ἐγγυητὰς ἀπαιτεῖν καὶ</w:t>
      </w:r>
    </w:p>
    <w:p>
      <w:r>
        <w:rPr>
          <w:rFonts w:ascii="Courier New" w:hAnsi="Courier New"/>
          <w:color w:val="555555"/>
          <w:sz w:val="20"/>
        </w:rPr>
        <w:t>[20]</w:t>
      </w:r>
    </w:p>
    <w:p>
      <w:r>
        <w:rPr>
          <w:rFonts w:ascii="Gentium Plus" w:hAnsi="Gentium Plus"/>
          <w:sz w:val="24"/>
        </w:rPr>
        <w:t>ἀλλὰ καὶ χρόνον πολὺν πρὸς δοκιμασίαν αἰτεῖν, εἰς δὲ τοσαύ‐ την λειτουργίαν μέλλοντάς τινα ἐγγράφειν, ἁπλῶς καὶ ὡς ἔτυχεν, ἂν τῷ δεῖνι δόξῃ πρὸς χάριν ἢ πρὸς ἀπέχθειαν ἑτέρων μαρτυρῆσαι, ἐγκρίνειν, μηδεμίαν ποιουμένους ἑτέραν ἐξέ‐ τασιν; Τίς οὖν ἡμᾶς ἐξαιτήσεται τότε, τῶν ὀφειλόντων</w:t>
      </w:r>
    </w:p>
    <w:p>
      <w:r>
        <w:rPr>
          <w:rFonts w:ascii="Courier New" w:hAnsi="Courier New"/>
          <w:color w:val="555555"/>
          <w:sz w:val="20"/>
        </w:rPr>
        <w:t>[25]</w:t>
      </w:r>
    </w:p>
    <w:p>
      <w:r>
        <w:rPr>
          <w:rFonts w:ascii="Gentium Plus" w:hAnsi="Gentium Plus"/>
          <w:sz w:val="24"/>
        </w:rPr>
        <w:t>προστῆναι καὶ αὐτῶν προστατῶν δεομένων; Δεῖ μὲν οὖν καὶ τὸν χειροτονεῖν μέλλοντα πολλὴν ποιεῖσθαι τὴν ἔρευναν, πολλῷ δὲ πλείονα τούτου τὸν χειροτονούμενον· εἰ γὰρ καὶ κοινωνοὺς ἔχει τῆς κολάσεως τοὺς ἑλομένους ἐν οἷς ἂν ἁμάρτῃ, ἀλλ’ ὅμως οὐδὲ αὐτὸς ἀπήλλακται τῆς τιμω‐</w:t>
      </w:r>
    </w:p>
    <w:p>
      <w:r>
        <w:rPr>
          <w:rFonts w:ascii="Courier New" w:hAnsi="Courier New"/>
          <w:color w:val="555555"/>
          <w:sz w:val="20"/>
        </w:rPr>
        <w:t>[30]</w:t>
      </w:r>
    </w:p>
    <w:p>
      <w:r>
        <w:rPr>
          <w:rFonts w:ascii="Gentium Plus" w:hAnsi="Gentium Plus"/>
          <w:sz w:val="24"/>
        </w:rPr>
        <w:t>ρίας, ἀλλὰ καὶ μείζονα δίδωσι, μόνον εἰ μὴ διά τινα ἀνθρω‐ πίνην αἰτίαν παρὰ τὸ φανὲν αὐτοῖς εὔλογον ἔπραξαν οἱ ἑλόμενοι. Εἰ γὰρ ἐν τούτῳ φωραθεῖεν καὶ τὸν ἀνάξιον εἰδότες διά τινα πρόφασιν αὐτὸν παρήγαγον, ἐξ ἴσης τὰ τῶν κολα‐ στηρίων αὐτοῖς, τάχα δὲ καὶ μείζονα τῷ τὸν οὐκ ἐπιτήδειον</w:t>
      </w:r>
    </w:p>
    <w:p>
      <w:r>
        <w:rPr>
          <w:rFonts w:ascii="Courier New" w:hAnsi="Courier New"/>
          <w:color w:val="555555"/>
          <w:sz w:val="20"/>
        </w:rPr>
        <w:t>[35]</w:t>
      </w:r>
    </w:p>
    <w:p>
      <w:r>
        <w:rPr>
          <w:rFonts w:ascii="Gentium Plus" w:hAnsi="Gentium Plus"/>
          <w:sz w:val="24"/>
        </w:rPr>
        <w:t>καταστήσαντι· ὁ γὰρ τὴν ἐξουσίαν παρασχὼν τῷ βουλομένῳ διαφθεῖραι τὴν Ἐκκλησίαν, οὗτος ἂν εἴη τῶν ὑπ’ ἐκείνου τολμηθέντων αἴτιος. Εἰ δὲ τούτων μὲν οὐδενὶ γένοιτο ὑπεύ‐ θυνος, ἀπὸ δὲ τῆς τῶν πολλῶν ὑπολήψεως ἠπατῆσθαι λέγοι, ἀτιμώρητος μὲν οὐδὲ οὕτω μένοι, ὀλίγῳ δὲ ἐλάττονα τοῦ</w:t>
      </w:r>
    </w:p>
    <w:p>
      <w:r>
        <w:rPr>
          <w:rFonts w:ascii="Courier New" w:hAnsi="Courier New"/>
          <w:color w:val="555555"/>
          <w:sz w:val="20"/>
        </w:rPr>
        <w:t>[40]</w:t>
      </w:r>
    </w:p>
    <w:p>
      <w:r>
        <w:rPr>
          <w:rFonts w:ascii="Gentium Plus" w:hAnsi="Gentium Plus"/>
          <w:sz w:val="24"/>
        </w:rPr>
        <w:t>χειροτονηθέντος δίδωσι δίκην. Τί δήποτε; Ὅτι τοὺς μὲν ἑλομένους εἰκὸς ὑπὸ δόξης ψευδοῦς ἀπατηθέντας ἐπὶ τοῦτο ἐλθεῖν· ὁ δὲ αἱρεθεὶς οὐκέτ’ ἂν δύναιτο λέγειν ὅτι ἠγνόουν ἐμαυτόν, καθάπερ αὐτὸν ἕτεροι. Ὡς οὖν βαρύτερον μέλλοντα κολάζεσθαι τῶν παραγόντων, οὕτως ἀκριβέστερον αὐτῶν</w:t>
      </w:r>
    </w:p>
    <w:p>
      <w:r>
        <w:rPr>
          <w:rFonts w:ascii="Courier New" w:hAnsi="Courier New"/>
          <w:color w:val="555555"/>
          <w:sz w:val="20"/>
        </w:rPr>
        <w:t>[45]</w:t>
      </w:r>
    </w:p>
    <w:p>
      <w:r>
        <w:rPr>
          <w:rFonts w:ascii="Gentium Plus" w:hAnsi="Gentium Plus"/>
          <w:sz w:val="24"/>
        </w:rPr>
        <w:t>χρὴ ποιεῖσθαι τὴν ἑαυτοῦ δοκιμασίαν, κἂν ἀγνοοῦντες ἕλκωσιν ἐκεῖνοι, προσιόντα διδάσκειν ἀκριβῶς τὰς αἰτίας δι’ ὧν ἠπατημένους παύσει καὶ ἀνάξιον ἑαυτὸν τῆς δοκιμασίας ἀπο‐ δείξας ἐκφεύξεται τοσούτων πραγμάτων ὄγκον. Διὰ τί γὰρ περὶ στρατείας καὶ ἐμπορίας καὶ γεωργίας καὶ τῶν ἄλλων τῶν</w:t>
      </w:r>
    </w:p>
    <w:p>
      <w:r>
        <w:rPr>
          <w:rFonts w:ascii="Courier New" w:hAnsi="Courier New"/>
          <w:color w:val="555555"/>
          <w:sz w:val="20"/>
        </w:rPr>
        <w:t>[4 . 2 (50)]</w:t>
      </w:r>
    </w:p>
    <w:p>
      <w:r>
        <w:rPr>
          <w:rFonts w:ascii="Gentium Plus" w:hAnsi="Gentium Plus"/>
          <w:sz w:val="24"/>
        </w:rPr>
        <w:t>βιωτικῶν βουλῆς προκειμένης, οὔτε ὁ γεωργὸς ἕλοιτ’ ἂν πλεῖν, οὔτε ὁ στρατιώτης γεωργεῖν, οὔτε ὁ κυβερνήτης στρατεύεσθαι, κἂν μυρίους τις ἀπειλῇ θανάτους; Ἦ δῆλον ὅτι τὸν ἐκ τῆς ἀπειρίας προορώμενοι κίνδυνον ἕκαστος. Εἶτα ὅπου μὲν ζημία περὶ μικρῶν, τοσαύτῃ χρησόμεθα προνοίᾳ</w:t>
      </w:r>
    </w:p>
    <w:p>
      <w:r>
        <w:rPr>
          <w:rFonts w:ascii="Courier New" w:hAnsi="Courier New"/>
          <w:color w:val="555555"/>
          <w:sz w:val="20"/>
        </w:rPr>
        <w:t>[55]</w:t>
      </w:r>
    </w:p>
    <w:p>
      <w:r>
        <w:rPr>
          <w:rFonts w:ascii="Gentium Plus" w:hAnsi="Gentium Plus"/>
          <w:sz w:val="24"/>
        </w:rPr>
        <w:t>καὶ οὐκ ἂν εἴξομεν τῇ τῶν βιαζομένων ἀνάγκῃ· ὅπου δὲ ἡ κόλασις αἰώνιος τοῖς οὐκ εἰδόσι μεταχειρίζειν ἱερωσύνην, ἁπλῶς καὶ ὡς ἔτυχε τοσοῦτον ἀναδεξόμεθα κίνδυνον, τὴν ἑτέρων προβαλλόμενοι βίαν; Ἀλλ’ οὐκ ἀνέξεται τότε ὁ ταῦτα κρίνων ἡμῖν. Ἔδει μὲν γὰρ καὶ πολλῷ πλείω τῶν σαρκικῶν</w:t>
      </w:r>
    </w:p>
    <w:p>
      <w:r>
        <w:rPr>
          <w:rFonts w:ascii="Courier New" w:hAnsi="Courier New"/>
          <w:color w:val="555555"/>
          <w:sz w:val="20"/>
        </w:rPr>
        <w:t>[60]</w:t>
      </w:r>
    </w:p>
    <w:p>
      <w:r>
        <w:rPr>
          <w:rFonts w:ascii="Gentium Plus" w:hAnsi="Gentium Plus"/>
          <w:sz w:val="24"/>
        </w:rPr>
        <w:t>περὶ τὰ πνευματικὰ τὴν ἀσφάλειαν ἐπιδείξασθαι, νῦν δὲ οὐδὲ ἴσην εὑρισκόμεθα παρεχόμενοι. Εἰπὲ γάρ μοι, εἴ τινα ὑποπτεύσαντες ἄνδρα εἶναι τεκτο‐ νικὸν οὐκ ὄντα τεκτονικὸν πρὸς τὴν ἐργασίαν καλοῖμεν, αὐτὸς δὲ ἕποιτο, εἶτα ἁψάμενος τῆς πρὸς τὴν οἰκοδομὴν παρε‐</w:t>
      </w:r>
    </w:p>
    <w:p>
      <w:r>
        <w:rPr>
          <w:rFonts w:ascii="Courier New" w:hAnsi="Courier New"/>
          <w:color w:val="555555"/>
          <w:sz w:val="20"/>
        </w:rPr>
        <w:t>[65]</w:t>
      </w:r>
    </w:p>
    <w:p>
      <w:r>
        <w:rPr>
          <w:rFonts w:ascii="Gentium Plus" w:hAnsi="Gentium Plus"/>
          <w:sz w:val="24"/>
        </w:rPr>
        <w:t>σκευασμένης ὕλης, ἀφανίζοι μὲν ξύλα, ἀφανίζοι δὲ λίθους, ἐργάζοιτο δὲ τὴν οἰκίαν οὕτως ὡς εὐθέως καταπεσεῖν, ἆρα ἀρκέσει πρὸς ἀπολογίαν αὐτῷ τὸ παρ’ ἑτέρων ἠναγκάσθαι καὶ μὴ αὐτεπάγγελτον ἥκειν; Οὐδαμῶς, καὶ μάλα γε εἰκότως καὶ δικαίως· ἐχρῆν γάρ, καὶ ἑτέρων καλούντων, ἀποπηδᾶν.</w:t>
      </w:r>
    </w:p>
    <w:p>
      <w:r>
        <w:rPr>
          <w:rFonts w:ascii="Courier New" w:hAnsi="Courier New"/>
          <w:color w:val="555555"/>
          <w:sz w:val="20"/>
        </w:rPr>
        <w:t>[70]</w:t>
      </w:r>
    </w:p>
    <w:p>
      <w:r>
        <w:rPr>
          <w:rFonts w:ascii="Gentium Plus" w:hAnsi="Gentium Plus"/>
          <w:sz w:val="24"/>
        </w:rPr>
        <w:t>Εἶτα τῷ μὲν ξύλα ἀφανίζοντι καὶ λίθους οὐδεμία ἔσται κατα‐</w:t>
      </w:r>
    </w:p>
    <w:p>
      <w:r>
        <w:rPr>
          <w:rFonts w:ascii="Courier New" w:hAnsi="Courier New"/>
          <w:color w:val="555555"/>
          <w:sz w:val="20"/>
        </w:rPr>
        <w:t>[75]</w:t>
      </w:r>
    </w:p>
    <w:p>
      <w:r>
        <w:rPr>
          <w:rFonts w:ascii="Gentium Plus" w:hAnsi="Gentium Plus"/>
          <w:sz w:val="24"/>
        </w:rPr>
        <w:t>Ἀλλ’ ἔστω μυρίαν αὐτὸν ὑπομεμενηκέναι βίαν καὶ μηχανὰς πολυτρόπους ὥστε ἐμπεσεῖν· τοῦτο οὖν αὐτὸν ἐξαιρήσεται τῆς κολάσεως; Μή, παρακαλῶ, μὴ ἐπὶ τοσοῦτον ἀπατῶμεν ἑαυτούς, μηδὲ ὑποκρινώμεθα ἀγνοεῖν τὰ καὶ τοῖς ἄγαν παισὶ φανερά· οὐ γὰρ δήπου καὶ ἐπὶ τῶν εὐθυνῶν αὕτη τῆς ἀγνοίας</w:t>
      </w:r>
    </w:p>
    <w:p>
      <w:r>
        <w:rPr>
          <w:rFonts w:ascii="Courier New" w:hAnsi="Courier New"/>
          <w:color w:val="555555"/>
          <w:sz w:val="20"/>
        </w:rPr>
        <w:t>[80]</w:t>
      </w:r>
    </w:p>
    <w:p>
      <w:r>
        <w:rPr>
          <w:rFonts w:ascii="Gentium Plus" w:hAnsi="Gentium Plus"/>
          <w:sz w:val="24"/>
        </w:rPr>
        <w:t>ἡ προσποίησις ἡμᾶς ὠφελῆσαι δυνήσεται. Οὐκ ἐσπούδασας αὐτὸς ταύτην δέξασθαι τὴν ἀρχήν, ἀσθένειαν σεαυτῷ συνει‐ δώς; Εὖ καὶ καλῶς. Ἐχρῆν οὖν μετὰ τῆς αὐτῆς προαιρέσεως, καὶ ἑτέρων καλούντων, ἀποπηδᾶν. Ἢ ὅτε μὲν οὐδεὶς ἐκάλει, ἀσθενὴς σὺ καὶ οὐκ ἐπιτήδειος· ἐπεὶ δὲ εὑρέθησαν οἱ δώσοντες</w:t>
      </w:r>
    </w:p>
    <w:p>
      <w:r>
        <w:rPr>
          <w:rFonts w:ascii="Courier New" w:hAnsi="Courier New"/>
          <w:color w:val="555555"/>
          <w:sz w:val="20"/>
        </w:rPr>
        <w:t>[85]</w:t>
      </w:r>
    </w:p>
    <w:p>
      <w:r>
        <w:rPr>
          <w:rFonts w:ascii="Gentium Plus" w:hAnsi="Gentium Plus"/>
          <w:sz w:val="24"/>
        </w:rPr>
        <w:t>τὴν τιμήν, γέγονας ἐξαίφνης ἰσχυρός; Γέλως ταῦτα καὶ λῆροι καὶ τῆς ἐσχάτης ἄξια τιμωρίας. Διὰ γὰρ τοῦτο καὶ ὁ Κύριος παραινεῖ μὴ πρότερον βάλλεσθαι θεμέλιον τὸν βουλό‐ μενον πύργον οἰκοδομεῖν πρὶν ἢ τὴν οἰκείαν λογίσασθαι δύναμιν, ἵνα μὴ δῷ τοῖς παριοῦσι μυρίας ἀφορμὰς χλευασίας</w:t>
      </w:r>
    </w:p>
    <w:p>
      <w:r>
        <w:rPr>
          <w:rFonts w:ascii="Courier New" w:hAnsi="Courier New"/>
          <w:color w:val="555555"/>
          <w:sz w:val="20"/>
        </w:rPr>
        <w:t>[90]</w:t>
      </w:r>
    </w:p>
    <w:p>
      <w:r>
        <w:rPr>
          <w:rFonts w:ascii="Gentium Plus" w:hAnsi="Gentium Plus"/>
          <w:sz w:val="24"/>
        </w:rPr>
        <w:t>τῆς εἰς αὐτόν. Ἀλλ’ ἐκείνῳ μὲν μέχρι τοῦ γέλωτος ἡ ζημία· ἐνταῦθα δὲ ἡ κόλασις πῦρ ἄσβεστον καὶ σκώληξ ἀτελεύτητος καὶ βρυγμὸς ὀδόντων καὶ σκότος ἐξώτερον καὶ τὸ διχοτομη‐ θῆναι καὶ τὸ ταγῆναι μετὰ τῶν ὑποκριτῶν. Ἀλλ’ οὐδὲν τούτων ἐθέλουσιν ἰδεῖν οἱ κατηγοροῦντες ἡμῶν·</w:t>
      </w:r>
    </w:p>
    <w:p>
      <w:r>
        <w:rPr>
          <w:rFonts w:ascii="Courier New" w:hAnsi="Courier New"/>
          <w:color w:val="555555"/>
          <w:sz w:val="20"/>
        </w:rPr>
        <w:t>[95]</w:t>
      </w:r>
    </w:p>
    <w:p>
      <w:r>
        <w:rPr>
          <w:rFonts w:ascii="Gentium Plus" w:hAnsi="Gentium Plus"/>
          <w:sz w:val="24"/>
        </w:rPr>
        <w:t>ἦ γὰρ ἂν ἐπαύσαντο μεμφόμενοι τὸν οὐκ ἐθέλοντα ἀπολέσθαι μάτην. Οὐκ ἔστιν ἡμῖν ὑπὲρ οἰκονομίας πυροῦ καὶ κριθῶν,</w:t>
      </w:r>
    </w:p>
    <w:p>
      <w:r>
        <w:rPr>
          <w:rFonts w:ascii="Courier New" w:hAnsi="Courier New"/>
          <w:color w:val="555555"/>
          <w:sz w:val="20"/>
        </w:rPr>
        <w:t>[4 . 2 (100)]</w:t>
      </w:r>
    </w:p>
    <w:p>
      <w:r>
        <w:rPr>
          <w:rFonts w:ascii="Gentium Plus" w:hAnsi="Gentium Plus"/>
          <w:sz w:val="24"/>
        </w:rPr>
        <w:t>σῶμά ἐστι τοῦ Χριστοῦ, καὶ δεῖ τὸν τοῦτο πεπιστευμένον εἰς εὐεξίαν αὐτὸ πολλὴν καὶ κάλλος ἀμήχανον ἐξασκεῖν, παντα‐ χοῦ περισκοποῦντα, μή που σπίλος ἢ ῥυτὶς ἤ τις ἄλλος μῶμος τοιοῦτος τὴν ὥραν ᾖ καὶ τὴν εὐπρέπειαν λυμαινόμενος ἐκείνην. Καὶ τί γὰρ ἄλλ’ ἢ τῆς ἐπικειμένης αὐτῷ κεφαλῆς τῆς</w:t>
      </w:r>
    </w:p>
    <w:p>
      <w:r>
        <w:rPr>
          <w:rFonts w:ascii="Courier New" w:hAnsi="Courier New"/>
          <w:color w:val="555555"/>
          <w:sz w:val="20"/>
        </w:rPr>
        <w:t>[105]</w:t>
      </w:r>
    </w:p>
    <w:p>
      <w:r>
        <w:rPr>
          <w:rFonts w:ascii="Gentium Plus" w:hAnsi="Gentium Plus"/>
          <w:sz w:val="24"/>
        </w:rPr>
        <w:t>ἀκηράτου καὶ μακαρίας ἄξιον αὐτὸ κατὰ δύναμιν τὴν ἀνθρω‐ πείαν ἀποφαίνειν; Εἰ γὰρ τοῖς περὶ τὴν ἀθλητικὴν εὐεξίαν ἐσπουδακόσι καὶ ἰατρῶν χρεία καὶ παιδοτριβῶν καὶ διαίτης ἠκριβωμένης καὶ ἀσκήσεως συνεχοῦς καὶ μυρίας παρατηρή‐ σεως ἑτέρας—καὶ γὰρ τὸ τυχὸν ἐν αὐτοῖς παροφθὲν πάντα</w:t>
      </w:r>
    </w:p>
    <w:p>
      <w:r>
        <w:rPr>
          <w:rFonts w:ascii="Courier New" w:hAnsi="Courier New"/>
          <w:color w:val="555555"/>
          <w:sz w:val="20"/>
        </w:rPr>
        <w:t>[110]</w:t>
      </w:r>
    </w:p>
    <w:p>
      <w:r>
        <w:rPr>
          <w:rFonts w:ascii="Gentium Plus" w:hAnsi="Gentium Plus"/>
          <w:sz w:val="24"/>
        </w:rPr>
        <w:t>ἀνέτρεψε καὶ κατέβαλεν—, οἱ τὸ σῶμα τοῦτο θεραπεύειν λαχόντες, τὸ τὴν ἄθλησιν οὐ πρὸς σώματα, ἀλλὰ πρὸς τὰς ἀοράτους δυνάμεις ἔχον, πῶς αὐτὸ δυνήσονται φυλάττειν ἀκέραιον καὶ ὑγιές, μὴ πολὺ τὴν ἀνθρωπίνην ὑπερβαίνοντες ἀρετὴν καὶ πᾶσαν ψυχῆς πρόσφορον ἐπιστάμενοι θεραπείαν;</w:t>
      </w:r>
    </w:p>
    <w:p>
      <w:pPr>
        <w:jc w:val="center"/>
      </w:pPr>
      <w:r>
        <w:rPr>
          <w:rFonts w:ascii="Gentium Plus" w:hAnsi="Gentium Plus"/>
          <w:b/>
          <w:sz w:val="24"/>
        </w:rPr>
        <w:t>γʹ. Ὅτι πολλῆς</w:t>
      </w:r>
    </w:p>
    <w:p>
      <w:r>
        <w:rPr>
          <w:rFonts w:ascii="Courier New" w:hAnsi="Courier New"/>
          <w:color w:val="555555"/>
          <w:sz w:val="20"/>
        </w:rPr>
        <w:t>[t2]</w:t>
      </w:r>
    </w:p>
    <w:p>
      <w:r>
        <w:rPr>
          <w:rFonts w:ascii="Gentium Plus" w:hAnsi="Gentium Plus"/>
          <w:sz w:val="24"/>
        </w:rPr>
        <w:t>τῆς ἐν τῷ λέγειν</w:t>
      </w:r>
    </w:p>
    <w:p>
      <w:r>
        <w:rPr>
          <w:rFonts w:ascii="Courier New" w:hAnsi="Courier New"/>
          <w:color w:val="555555"/>
          <w:sz w:val="20"/>
        </w:rPr>
        <w:t>[t3]</w:t>
      </w:r>
    </w:p>
    <w:p>
      <w:r>
        <w:rPr>
          <w:rFonts w:ascii="Gentium Plus" w:hAnsi="Gentium Plus"/>
          <w:sz w:val="24"/>
        </w:rPr>
        <w:t>δυνάμεως</w:t>
      </w:r>
    </w:p>
    <w:p>
      <w:r>
        <w:rPr>
          <w:rFonts w:ascii="Courier New" w:hAnsi="Courier New"/>
          <w:color w:val="555555"/>
          <w:sz w:val="20"/>
        </w:rPr>
        <w:t>[t4]</w:t>
      </w:r>
    </w:p>
    <w:p>
      <w:r>
        <w:rPr>
          <w:rFonts w:ascii="Gentium Plus" w:hAnsi="Gentium Plus"/>
          <w:sz w:val="24"/>
        </w:rPr>
        <w:t>χρεία τῷ ἱερεῖ</w:t>
      </w:r>
    </w:p>
    <w:p>
      <w:r>
        <w:rPr>
          <w:rFonts w:ascii="Courier New" w:hAnsi="Courier New"/>
          <w:color w:val="555555"/>
          <w:sz w:val="20"/>
        </w:rPr>
        <w:t>[1]</w:t>
      </w:r>
    </w:p>
    <w:p>
      <w:r>
        <w:rPr>
          <w:rFonts w:ascii="Gentium Plus" w:hAnsi="Gentium Plus"/>
          <w:sz w:val="24"/>
        </w:rPr>
        <w:t>Ἢ ἀγνοεῖς ὅτι καὶ πλείοσι τῆς ἡμετέρας σαρκὸς καὶ νόσοις καὶ ἐπιβουλαῖς τοῦτο ὑπόκειται τὸ σῶμα καὶ θᾶττον αὐτοῦ φθείρεται καὶ</w:t>
      </w:r>
    </w:p>
    <w:p>
      <w:r>
        <w:rPr>
          <w:rFonts w:ascii="Courier New" w:hAnsi="Courier New"/>
          <w:color w:val="555555"/>
          <w:sz w:val="20"/>
        </w:rPr>
        <w:t>[5]</w:t>
      </w:r>
    </w:p>
    <w:p>
      <w:r>
        <w:rPr>
          <w:rFonts w:ascii="Gentium Plus" w:hAnsi="Gentium Plus"/>
          <w:sz w:val="24"/>
        </w:rPr>
        <w:t>σχολαίτερον ὑγιαίνει; Καὶ τοῖς μὲν ἐκεῖνα θεραπεύουσι τὰ σώματα καὶ φαρμάκων ἐξεύρηται ποι‐ κιλία καὶ ὀργάνων διάφοροι κατασκευαὶ καὶ τροφαὶ τοῖς νο‐ σοῦσι κατάλληλοι καὶ φύσις δὲ ἀέρων πολλάκις ἤρκεσε μόνη</w:t>
      </w:r>
    </w:p>
    <w:p>
      <w:r>
        <w:rPr>
          <w:rFonts w:ascii="Courier New" w:hAnsi="Courier New"/>
          <w:color w:val="555555"/>
          <w:sz w:val="20"/>
        </w:rPr>
        <w:t>[10]</w:t>
      </w:r>
    </w:p>
    <w:p>
      <w:r>
        <w:rPr>
          <w:rFonts w:ascii="Gentium Plus" w:hAnsi="Gentium Plus"/>
          <w:sz w:val="24"/>
        </w:rPr>
        <w:t>σὼν εἰς καιρὸν παντὸς πόνου ἀπήλλαξε τὸν ἰατρόν. Ἐνταῦθα δὲ οὐδὲν τούτων ἐπινοῆσαι ἔστιν, ἀλλὰ μία τις μετὰ τὰ ἔργα δέδοται μηχανὴ καὶ θεραπείας ὁδός, ἡ διὰ τοῦ λόγου διδα‐ σκαλία. Τοῦτο ὄργανον, τοῦτο τροφή, τοῦτο ἀέρων κρᾶσις ἀρίστη· τοῦτο ἀντὶ φαρμάκου, τοῦτο ἀντὶ πυρός, τοῦτο ἀντὶ</w:t>
      </w:r>
    </w:p>
    <w:p>
      <w:r>
        <w:rPr>
          <w:rFonts w:ascii="Courier New" w:hAnsi="Courier New"/>
          <w:color w:val="555555"/>
          <w:sz w:val="20"/>
        </w:rPr>
        <w:t>[15]</w:t>
      </w:r>
    </w:p>
    <w:p>
      <w:r>
        <w:rPr>
          <w:rFonts w:ascii="Gentium Plus" w:hAnsi="Gentium Plus"/>
          <w:sz w:val="24"/>
        </w:rPr>
        <w:t>σιδήρου· κἂν καῦσαι δέῃ καὶ τεμεῖν, τούτῳ χρήσασθαι ἀνάγκη· κἂν τοῦτο μηδὲν ἰσχύσῃ, πάντα οἴχεται τὰ λοιπά. Τούτῳ καὶ κειμένην ἐγείρομεν καὶ φλεγμαίνουσαν κατα‐ στέλλομεν τὴν ψυχὴν καὶ τὰ περιττὰ περικόπτομεν καὶ τὰ λείποντα πληροῦμεν καὶ τὰ ἄλλα ἅπαντα ἐργαζόμεθα ὅσα</w:t>
      </w:r>
    </w:p>
    <w:p>
      <w:r>
        <w:rPr>
          <w:rFonts w:ascii="Courier New" w:hAnsi="Courier New"/>
          <w:color w:val="555555"/>
          <w:sz w:val="20"/>
        </w:rPr>
        <w:t>[20]</w:t>
      </w:r>
    </w:p>
    <w:p>
      <w:r>
        <w:rPr>
          <w:rFonts w:ascii="Gentium Plus" w:hAnsi="Gentium Plus"/>
          <w:sz w:val="24"/>
        </w:rPr>
        <w:t>εἰς τὴν τῆς ψυχῆς ἡμῖν ὑγίειαν συντελεῖ. Πρὸς μὲν γὰρ βίου κατάστασιν ἀρίστην βίος ἕτερος εἰς τὸν ἴσον ἂν ἐναγάγοι ζῆλον· ὅταν δὲ περὶ δόγματα νοσῇ ἡ ψυχὴ τὰ νόθα, πολλὴ τοῦ λόγου ἐνταῦθα ἡ χρεία, οὐ πρὸς τὴν τῶν οἰκείων ἀσφάλειαν μόνον, ἀλλὰ καὶ πρὸς τοὺς ἔξωθεν πολέ‐</w:t>
      </w:r>
    </w:p>
    <w:p>
      <w:r>
        <w:rPr>
          <w:rFonts w:ascii="Courier New" w:hAnsi="Courier New"/>
          <w:color w:val="555555"/>
          <w:sz w:val="20"/>
        </w:rPr>
        <w:t>[25]</w:t>
      </w:r>
    </w:p>
    <w:p>
      <w:r>
        <w:rPr>
          <w:rFonts w:ascii="Gentium Plus" w:hAnsi="Gentium Plus"/>
          <w:sz w:val="24"/>
        </w:rPr>
        <w:t>μους. Εἰ μὲν γάρ τις ἔχοι τὴν μάχαιραν τοῦ πνεύματος καὶ θυρεὸν πίστεως τοσοῦτον ὡς δύνασθαι θαυματουργεῖν καὶ διὰ τῶν τεραστίων τὰ τῶν ἀναισχύντων ἐμφράττειν στόματα, οὐδὲν ἂν δέοιτο τῆς ἀπὸ τοῦ λόγου βοηθείας, μᾶλλον δὲ οὐδὲ τότε ἄχρηστος ἡ τούτου φύσις, ἀλλὰ καὶ λίαν ἀναγκαία.</w:t>
      </w:r>
    </w:p>
    <w:p>
      <w:r>
        <w:rPr>
          <w:rFonts w:ascii="Courier New" w:hAnsi="Courier New"/>
          <w:color w:val="555555"/>
          <w:sz w:val="20"/>
        </w:rPr>
        <w:t>[30]</w:t>
      </w:r>
    </w:p>
    <w:p>
      <w:r>
        <w:rPr>
          <w:rFonts w:ascii="Gentium Plus" w:hAnsi="Gentium Plus"/>
          <w:sz w:val="24"/>
        </w:rPr>
        <w:t>Καὶ γὰρ ὁ μακάριος Παῦλος αὐτὸν μετεχείρισε, καίτοι γε ἀπὸ τῶν σημείων πανταχοῦ θαυμαζόμενος. Καὶ ἕτερός τις τῶν ἀπ’ ἐκείνου τοῦ χοροῦ παραινεῖ ταύτης ἐπιμελεῖσθαι τῆς δυνάμεως, λέγων· «Ἕτοιμοι πρὸς ἀπολογίαν παντὶ τῷ</w:t>
      </w:r>
    </w:p>
    <w:p>
      <w:r>
        <w:rPr>
          <w:rFonts w:ascii="Courier New" w:hAnsi="Courier New"/>
          <w:color w:val="555555"/>
          <w:sz w:val="20"/>
        </w:rPr>
        <w:t>[35]</w:t>
      </w:r>
    </w:p>
    <w:p>
      <w:r>
        <w:rPr>
          <w:rFonts w:ascii="Gentium Plus" w:hAnsi="Gentium Plus"/>
          <w:sz w:val="24"/>
        </w:rPr>
        <w:t>δὲ ὁμοῦ τότε δι’ οὐδὲν ἕτερον τοῖς περὶ Στέφανον τὴν τῶν χηρῶν ἐπέτρεψαν οἰκονομίαν ἀλλ’ ἢ ἵνα αὐτοὶ τῇ τοῦ λόγου σχολάζωσι διακονίᾳ. Πλὴν οὐ παραπλησίως αὐτὸν ἐπιζη‐ τήσομεν, τὴν ἀπὸ τῶν σημείων ἔχοντες ἰσχύν, εἰ δὲ τῆς μὲν δυνάμεως ἐκείνης οὐδὲ ἴχνος ὑπολέλειπται, πολλοὶ δὲ παντα‐</w:t>
      </w:r>
    </w:p>
    <w:p>
      <w:r>
        <w:rPr>
          <w:rFonts w:ascii="Courier New" w:hAnsi="Courier New"/>
          <w:color w:val="555555"/>
          <w:sz w:val="20"/>
        </w:rPr>
        <w:t>[40]</w:t>
      </w:r>
    </w:p>
    <w:p>
      <w:r>
        <w:rPr>
          <w:rFonts w:ascii="Gentium Plus" w:hAnsi="Gentium Plus"/>
          <w:sz w:val="24"/>
        </w:rPr>
        <w:t>χόθεν ἐφεστήκασιν οἱ πολέμιοι καὶ συνεχεῖς, τούτῳ λοιπὸν ἡμᾶς ἀνάγκη φράττεσθαι καὶ ἵνα μὴ βαλλώμεθα τοῖς τῶν ἐχθρῶν βέλεσι καὶ ἵνα βάλλωμεν ἐκείνους. Διὸ πολλὴν χρὴ ποιεῖσθαι τὴν σπουδὴν ὥστε τὸν λόγον τοῦ Χριστοῦ ἐν ἡμῖν ἐνοικεῖν πλουσίως· οὐ γὰρ πρὸς ἓν εἶδος ἡμῖν μάχης ἡ παρα‐</w:t>
      </w:r>
    </w:p>
    <w:p>
      <w:r>
        <w:rPr>
          <w:rFonts w:ascii="Courier New" w:hAnsi="Courier New"/>
          <w:color w:val="555555"/>
          <w:sz w:val="20"/>
        </w:rPr>
        <w:t>[45]</w:t>
      </w:r>
    </w:p>
    <w:p>
      <w:r>
        <w:rPr>
          <w:rFonts w:ascii="Gentium Plus" w:hAnsi="Gentium Plus"/>
          <w:sz w:val="24"/>
        </w:rPr>
        <w:t>σκευή, ἀλλὰ ποικίλος οὗτος ὁ πόλεμος καὶ ἐκ διαφόρων συγ‐ κροτούμενος τῶν ἐχθρῶν· οὔτε γὰρ ὅπλοις ἅπαντες χρῶνται τοῖς αὐτοῖς, οὔτε ἑνὶ προσβάλλειν ἡμῖν μεμελετήκασι τρόπῳ.</w:t>
      </w:r>
    </w:p>
    <w:p>
      <w:pPr>
        <w:jc w:val="center"/>
      </w:pPr>
      <w:r>
        <w:rPr>
          <w:rFonts w:ascii="Gentium Plus" w:hAnsi="Gentium Plus"/>
          <w:b/>
          <w:sz w:val="24"/>
        </w:rPr>
        <w:t>δʹ. Ὅτι πρὸς</w:t>
      </w:r>
    </w:p>
    <w:p>
      <w:r>
        <w:rPr>
          <w:rFonts w:ascii="Courier New" w:hAnsi="Courier New"/>
          <w:color w:val="555555"/>
          <w:sz w:val="20"/>
        </w:rPr>
        <w:t>[t2]</w:t>
      </w:r>
    </w:p>
    <w:p>
      <w:r>
        <w:rPr>
          <w:rFonts w:ascii="Gentium Plus" w:hAnsi="Gentium Plus"/>
          <w:sz w:val="24"/>
        </w:rPr>
        <w:t>τὰς ἁπάντων</w:t>
      </w:r>
    </w:p>
    <w:p>
      <w:r>
        <w:rPr>
          <w:rFonts w:ascii="Courier New" w:hAnsi="Courier New"/>
          <w:color w:val="555555"/>
          <w:sz w:val="20"/>
        </w:rPr>
        <w:t>[t3]</w:t>
      </w:r>
    </w:p>
    <w:p>
      <w:r>
        <w:rPr>
          <w:rFonts w:ascii="Gentium Plus" w:hAnsi="Gentium Plus"/>
          <w:sz w:val="24"/>
        </w:rPr>
        <w:t>μάχας καὶ Ἑλλήνων</w:t>
      </w:r>
    </w:p>
    <w:p>
      <w:r>
        <w:rPr>
          <w:rFonts w:ascii="Courier New" w:hAnsi="Courier New"/>
          <w:color w:val="555555"/>
          <w:sz w:val="20"/>
        </w:rPr>
        <w:t>[t4]</w:t>
      </w:r>
    </w:p>
    <w:p>
      <w:r>
        <w:rPr>
          <w:rFonts w:ascii="Gentium Plus" w:hAnsi="Gentium Plus"/>
          <w:sz w:val="24"/>
        </w:rPr>
        <w:t>καὶ Ἰουδαίων</w:t>
      </w:r>
    </w:p>
    <w:p>
      <w:r>
        <w:rPr>
          <w:rFonts w:ascii="Courier New" w:hAnsi="Courier New"/>
          <w:color w:val="555555"/>
          <w:sz w:val="20"/>
        </w:rPr>
        <w:t>[t5]</w:t>
      </w:r>
    </w:p>
    <w:p>
      <w:r>
        <w:rPr>
          <w:rFonts w:ascii="Gentium Plus" w:hAnsi="Gentium Plus"/>
          <w:sz w:val="24"/>
        </w:rPr>
        <w:t>καὶ αἱρετικῶν</w:t>
      </w:r>
    </w:p>
    <w:p>
      <w:r>
        <w:rPr>
          <w:rFonts w:ascii="Courier New" w:hAnsi="Courier New"/>
          <w:color w:val="555555"/>
          <w:sz w:val="20"/>
        </w:rPr>
        <w:t>[t6]</w:t>
      </w:r>
    </w:p>
    <w:p>
      <w:r>
        <w:rPr>
          <w:rFonts w:ascii="Gentium Plus" w:hAnsi="Gentium Plus"/>
          <w:sz w:val="24"/>
        </w:rPr>
        <w:t>παρεσκευάσθαι χρή</w:t>
      </w:r>
    </w:p>
    <w:p>
      <w:r>
        <w:rPr>
          <w:rFonts w:ascii="Courier New" w:hAnsi="Courier New"/>
          <w:color w:val="555555"/>
          <w:sz w:val="20"/>
        </w:rPr>
        <w:t>[1]</w:t>
      </w:r>
    </w:p>
    <w:p>
      <w:r>
        <w:rPr>
          <w:rFonts w:ascii="Gentium Plus" w:hAnsi="Gentium Plus"/>
          <w:sz w:val="24"/>
        </w:rPr>
        <w:t>Καὶ δεῖ τὸν μέλλοντα τὴν πρὸς πάντας ἀναδέχεσθαι μάχην τὰς ἁπάν‐ των εἰδέναι τέχνας καὶ τὸν αὐτὸν τοξότην τε εἶναι καὶ σφενδονιστὴν</w:t>
      </w:r>
    </w:p>
    <w:p>
      <w:r>
        <w:rPr>
          <w:rFonts w:ascii="Courier New" w:hAnsi="Courier New"/>
          <w:color w:val="555555"/>
          <w:sz w:val="20"/>
        </w:rPr>
        <w:t>[5]</w:t>
      </w:r>
    </w:p>
    <w:p>
      <w:r>
        <w:rPr>
          <w:rFonts w:ascii="Gentium Plus" w:hAnsi="Gentium Plus"/>
          <w:sz w:val="24"/>
        </w:rPr>
        <w:t>καὶ ταξίαρχον καὶ λοχαγὸν καὶ στρατιώτην καὶ στρατηγὸν καὶ πεζὸν καὶ ἱππέα καὶ ναυμάχην καὶ τει‐ χομάχην. Ἐπὶ μὲν γὰρ τῶν στρατιωτικῶν πολέμων, οἷον ἕκαστος ἂν ἔργον ἀπολάβῃ, τούτῳ τοὺς ἐπιόντας ἀμύνεται·</w:t>
      </w:r>
    </w:p>
    <w:p>
      <w:r>
        <w:rPr>
          <w:rFonts w:ascii="Courier New" w:hAnsi="Courier New"/>
          <w:color w:val="555555"/>
          <w:sz w:val="20"/>
        </w:rPr>
        <w:t>[10]</w:t>
      </w:r>
    </w:p>
    <w:p>
      <w:r>
        <w:rPr>
          <w:rFonts w:ascii="Gentium Plus" w:hAnsi="Gentium Plus"/>
          <w:sz w:val="24"/>
        </w:rPr>
        <w:t>ἐνταῦθα δὲ τοῦτο οὐκ ἔστιν, ἀλλὰ ἂν μὴ πάσας ἐπιστάμενος ᾖ τῆς τέχνης τὰς ἰδέας ὁ μέλλων νικᾶν, οἶδεν ὁ διάβολος καὶ δι’ ἑνὸς μέρους, ὅταν ἠμελημένον τύχῃ, τοὺς πειρατὰς εἰσα‐ γαγὼν τοὺς αὑτοῦ, διαρπάσαι τὰ πρόβατα· ἀλλ’ οὐχ, ὅταν διὰ πάσης ἥκοντα τῆς ἐπιστήμης τὸν ποιμένα αἴσθηται, καὶ</w:t>
      </w:r>
    </w:p>
    <w:p>
      <w:r>
        <w:rPr>
          <w:rFonts w:ascii="Courier New" w:hAnsi="Courier New"/>
          <w:color w:val="555555"/>
          <w:sz w:val="20"/>
        </w:rPr>
        <w:t>[15]</w:t>
      </w:r>
    </w:p>
    <w:p>
      <w:r>
        <w:rPr>
          <w:rFonts w:ascii="Gentium Plus" w:hAnsi="Gentium Plus"/>
          <w:sz w:val="24"/>
        </w:rPr>
        <w:t>τὰς ἐπιβουλὰς αὐτοῦ καλῶς ἐπιστάμενον. Διὸ χρὴ καλῶς ἐξ ὅλων φράττεσθαι τῶν μερῶν· καὶ γὰρ πόλις, ἕως μὲν ἂν πανταχόθεν περιβεβλημένη τυγχάνῃ, καταγελᾷ, τῶν πολιορ‐ κούντων αὐτὴν ἐν ἀσφαλείᾳ μένουσα πολλῇ· ἐὰν δέ τις πυλίδος μόνον μέτρον διακόψῃ τὸ τεῖχος, οὐδὲν αὐτῇ λοιπὸν ὄφελος</w:t>
      </w:r>
    </w:p>
    <w:p>
      <w:r>
        <w:rPr>
          <w:rFonts w:ascii="Courier New" w:hAnsi="Courier New"/>
          <w:color w:val="555555"/>
          <w:sz w:val="20"/>
        </w:rPr>
        <w:t>[20]</w:t>
      </w:r>
    </w:p>
    <w:p>
      <w:r>
        <w:rPr>
          <w:rFonts w:ascii="Gentium Plus" w:hAnsi="Gentium Plus"/>
          <w:sz w:val="24"/>
        </w:rPr>
        <w:t>τοῦ περιβόλου γίνεται, καίτοι γε τοῦ λοιποῦ παντὸς ἀσφαλῶς ἑστηκότος. Οὕτως οὖν καὶ ἡ τοῦ Θεοῦ πόλις· ὅταν μὲν αὐτὴν πανταχόθεν ἀντὶ τείχους ἡ τοῦ ποιμένος ἀγχίνοιά τε καὶ σύνεσις περιβάλλῃ, πάντα εἰς αἰσχύνην καὶ γέλωτα τοῖς ἐχθροῖς τὰ μηχανήματα τελευτᾷ καὶ μένουσιν οἱ κατοικοῦντες</w:t>
      </w:r>
    </w:p>
    <w:p>
      <w:r>
        <w:rPr>
          <w:rFonts w:ascii="Courier New" w:hAnsi="Courier New"/>
          <w:color w:val="555555"/>
          <w:sz w:val="20"/>
        </w:rPr>
        <w:t>[25]</w:t>
      </w:r>
    </w:p>
    <w:p>
      <w:r>
        <w:rPr>
          <w:rFonts w:ascii="Gentium Plus" w:hAnsi="Gentium Plus"/>
          <w:sz w:val="24"/>
        </w:rPr>
        <w:t>ἔνδον ἀσινεῖς, ὅταν δέ τις αὐτὴν ἐκ μέρους καταλῦσαι δυνηθῇ, κἂν μὴ πᾶσαν καταβάλῃ, διὰ τοῦ μέρους ἅπαν, ὡς εἰπεῖν, λυμαίνεται τὸ λοιπόν. Τί γάρ, ὅταν πρὸς Ἕλληνας μὲν ἀγωνίζηται καλῶς, συλῶσι δὲ αὐτὸν Ἰουδαῖοι; ἢ τούτων μὲν ἀμφοτέρων κρατῇ, ἁρπά‐</w:t>
      </w:r>
    </w:p>
    <w:p>
      <w:r>
        <w:rPr>
          <w:rFonts w:ascii="Courier New" w:hAnsi="Courier New"/>
          <w:color w:val="555555"/>
          <w:sz w:val="20"/>
        </w:rPr>
        <w:t>[30]</w:t>
      </w:r>
    </w:p>
    <w:p>
      <w:r>
        <w:rPr>
          <w:rFonts w:ascii="Gentium Plus" w:hAnsi="Gentium Plus"/>
          <w:sz w:val="24"/>
        </w:rPr>
        <w:t>ζωσι δὲ Μανιχαῖοι; ἢ μετὰ τὸ περιγενέσθαι καὶ τούτων, οἱ</w:t>
      </w:r>
    </w:p>
    <w:p>
      <w:r>
        <w:rPr>
          <w:rFonts w:ascii="Courier New" w:hAnsi="Courier New"/>
          <w:color w:val="555555"/>
          <w:sz w:val="20"/>
        </w:rPr>
        <w:t>[35]</w:t>
      </w:r>
    </w:p>
    <w:p>
      <w:r>
        <w:rPr>
          <w:rFonts w:ascii="Gentium Plus" w:hAnsi="Gentium Plus"/>
          <w:sz w:val="24"/>
        </w:rPr>
        <w:t>Καὶ ἐπὶ μὲν τῶν στρατιωτῶν, ἀπὸ τῶν ἑστώτων καὶ μαχο‐ μένων καὶ τὴν νίκην ἔσεσθαι καὶ τὴν ἧτταν προσδοκᾶν ἀεὶ χρή. Ἐνταῦθα δὲ πολὺ τοὐναντίον· πολλάκις γὰρ ἡ πρὸς ἑτέρους μάχη τοὺς οὐδὲ τὴν ἀρχὴν συμβαλόντας, οὐδὲ πονέ‐ σαντας ὅλως ἡσυχάζοντας καὶ καθημένους νικῆσαι πεποίηκε·</w:t>
      </w:r>
    </w:p>
    <w:p>
      <w:r>
        <w:rPr>
          <w:rFonts w:ascii="Courier New" w:hAnsi="Courier New"/>
          <w:color w:val="555555"/>
          <w:sz w:val="20"/>
        </w:rPr>
        <w:t>[40]</w:t>
      </w:r>
    </w:p>
    <w:p>
      <w:r>
        <w:rPr>
          <w:rFonts w:ascii="Gentium Plus" w:hAnsi="Gentium Plus"/>
          <w:sz w:val="24"/>
        </w:rPr>
        <w:t>καὶ τῷ οἰκείῳ ξίφει περιπαρεὶς ὁ μὴ πολλὴν περὶ ταῦτα τὴν ἐμπειρίαν ἔχων, καὶ τοῖς φίλοις καὶ τοῖς πολεμίοις καταγέ‐ λαστος γίνεται. Οἷον—πειράσομαι γάρ σοι καὶ ἐπὶ παραδείγματος ὃ λέγω ποιῆσαι φανερόν—τὸν ὑπὸ τοῦ Θεοῦ δοθέντα τῷ Μωϋσῇ</w:t>
      </w:r>
    </w:p>
    <w:p>
      <w:r>
        <w:rPr>
          <w:rFonts w:ascii="Courier New" w:hAnsi="Courier New"/>
          <w:color w:val="555555"/>
          <w:sz w:val="20"/>
        </w:rPr>
        <w:t>[45]</w:t>
      </w:r>
    </w:p>
    <w:p>
      <w:r>
        <w:rPr>
          <w:rFonts w:ascii="Gentium Plus" w:hAnsi="Gentium Plus"/>
          <w:sz w:val="24"/>
        </w:rPr>
        <w:t>νόμον οἱ τὴν Οὐαλεντίνου καὶ Μαρκίωνος διαδεξάμενοι φρενοβλάβειαν καὶ ὅσοι τὰ αὐτὰ νοσοῦσιν ἐκείνοις τοῦ κατα‐ λόγου τῶν θείων ἐκβάλλουσι γραφῶν· Ἰουδαῖοι δὲ αὐτὸν οὕτω τιμῶσιν ὡς καὶ τοῦ καιροῦ κωλύοντος φιλονεικεῖν ἅπαντα φυλάττειν, παρὰ τὸ τῷ Θεῷ δοκοῦν. Ἡ δὲ Ἐκκλησία</w:t>
      </w:r>
    </w:p>
    <w:p>
      <w:r>
        <w:rPr>
          <w:rFonts w:ascii="Courier New" w:hAnsi="Courier New"/>
          <w:color w:val="555555"/>
          <w:sz w:val="20"/>
        </w:rPr>
        <w:t>[4 . 4 (50)]</w:t>
      </w:r>
    </w:p>
    <w:p>
      <w:r>
        <w:rPr>
          <w:rFonts w:ascii="Gentium Plus" w:hAnsi="Gentium Plus"/>
          <w:sz w:val="24"/>
        </w:rPr>
        <w:t>τοῦ Θεοῦ, τὴν ἀμφοτέρων ἀμετρίαν φεύγουσα, μέσην ἐβάδισε καὶ οὔτε ὑποκεῖσθαι αὐτοῦ τῷ ζυγῷ πείθεται, οὔτε διαβάλλειν αὐτὸν ἀνέχεται, ἀλλὰ καὶ πεπαυμένον ἐπαινεῖ διὰ τὸ χρησι‐ μεῦσαί ποτε εἰς καιρόν. Δεῖ δὴ τὸν μέλλοντα πρὸς ἀμφοτέρους μάχεσθαι τὴν συμ‐</w:t>
      </w:r>
    </w:p>
    <w:p>
      <w:r>
        <w:rPr>
          <w:rFonts w:ascii="Courier New" w:hAnsi="Courier New"/>
          <w:color w:val="555555"/>
          <w:sz w:val="20"/>
        </w:rPr>
        <w:t>[55]</w:t>
      </w:r>
    </w:p>
    <w:p>
      <w:r>
        <w:rPr>
          <w:rFonts w:ascii="Gentium Plus" w:hAnsi="Gentium Plus"/>
          <w:sz w:val="24"/>
        </w:rPr>
        <w:t>μετρίαν εἰδέναι ταύτην· ἄν τε γὰρ Ἰουδαίους διδάξαι βουλό‐</w:t>
      </w:r>
    </w:p>
    <w:p>
      <w:r>
        <w:rPr>
          <w:rFonts w:ascii="Courier New" w:hAnsi="Courier New"/>
          <w:color w:val="555555"/>
          <w:sz w:val="20"/>
        </w:rPr>
        <w:t>[60]</w:t>
      </w:r>
    </w:p>
    <w:p>
      <w:r>
        <w:rPr>
          <w:rFonts w:ascii="Gentium Plus" w:hAnsi="Gentium Plus"/>
          <w:sz w:val="24"/>
        </w:rPr>
        <w:t>ἀναγκαῖον ἐν τῷ παρόντι τυγχάνοντα θαυμάζῃ, τὰ τῶν Ἰου‐ δαίων ἀνέῳξε στόματα. Πάλιν οἱ τὴν Σαβελλίου μαινόμενοι μανίαν καὶ οἱ τὰ Ἀρείου λυττῶντες ἐξ ἀμετρίας ἀμφότεροι τῆς ὑγιοῦς ἐξέπεσαν πίστεως· καὶ τὸ μὲν ὄνομα χριστιανῶν ἀμφοτέροις ἐπίκειται, εἰ δέ τις τὰ δόγματα ἐξετάσειε, τοὺς</w:t>
      </w:r>
    </w:p>
    <w:p>
      <w:r>
        <w:rPr>
          <w:rFonts w:ascii="Courier New" w:hAnsi="Courier New"/>
          <w:color w:val="555555"/>
          <w:sz w:val="20"/>
        </w:rPr>
        <w:t>[65]</w:t>
      </w:r>
    </w:p>
    <w:p>
      <w:r>
        <w:rPr>
          <w:rFonts w:ascii="Gentium Plus" w:hAnsi="Gentium Plus"/>
          <w:sz w:val="24"/>
        </w:rPr>
        <w:t>μὲν οὐδὲν ἄμεινον Ἰουδαίων διακειμένους εὑρήσει, πλὴν ὅσον ὑπὲρ ὀνομάτων διαφέρονται μόνον, τοὺς δὲ πολλὴν τὴν ἐμφέ‐ ρειαν πρὸς τὴν αἵρεσιν Παύλου τοῦ Σαμοσατέως ἔχοντας, ἀμφοτέρους δὲ τῆς ἀληθείας ἐκτός. Πολὺς οὖν κἀνταῦθα ὁ κίνδυνος καὶ στενὴ καὶ τεθλιμμένη</w:t>
      </w:r>
    </w:p>
    <w:p>
      <w:r>
        <w:rPr>
          <w:rFonts w:ascii="Courier New" w:hAnsi="Courier New"/>
          <w:color w:val="555555"/>
          <w:sz w:val="20"/>
        </w:rPr>
        <w:t>[70]</w:t>
      </w:r>
    </w:p>
    <w:p>
      <w:r>
        <w:rPr>
          <w:rFonts w:ascii="Gentium Plus" w:hAnsi="Gentium Plus"/>
          <w:sz w:val="24"/>
        </w:rPr>
        <w:t>ἡ ὁδὸς ἡ ὑπὸ κρημνῶν ἀμφοτέρωθεν ἀπειλημμένη, καὶ δέος οὐ μικρὸν μὴ τὸν ἕτερόν τις θέλων βαλεῖν ὑπὸ θατέρου πληγῇ· ἄν τε γὰρ μίαν τις εἴπῃ θεότητα, πρὸς τὴν ἑαυτοῦ παροινίαν εὐθέως εἵλκυσε τὴν φωνὴν ὁ Σαβέλλιος· ἄν τε διέλῃ πάλιν, ἕτερον μὲν τὸν Πατέρα, ἕτερον δὲ τὸν Υἱὸν καὶ τὸ Πνεῦμα δὲ</w:t>
      </w:r>
    </w:p>
    <w:p>
      <w:r>
        <w:rPr>
          <w:rFonts w:ascii="Courier New" w:hAnsi="Courier New"/>
          <w:color w:val="555555"/>
          <w:sz w:val="20"/>
        </w:rPr>
        <w:t>[75]</w:t>
      </w:r>
    </w:p>
    <w:p>
      <w:r>
        <w:rPr>
          <w:rFonts w:ascii="Gentium Plus" w:hAnsi="Gentium Plus"/>
          <w:sz w:val="24"/>
        </w:rPr>
        <w:t>τὸ ἅγιον ἕτερον εἶναι λέγων, ἐφέστηκεν Ἄρειος εἰς παραλ‐ λαγὴν οὐσίας ἕλκων τὴν ἐν τοῖς προσώποις διαφοράν. Δεῖ δὲ</w:t>
      </w:r>
    </w:p>
    <w:p>
      <w:r>
        <w:rPr>
          <w:rFonts w:ascii="Courier New" w:hAnsi="Courier New"/>
          <w:color w:val="555555"/>
          <w:sz w:val="20"/>
        </w:rPr>
        <w:t>[80]</w:t>
      </w:r>
    </w:p>
    <w:p>
      <w:r>
        <w:rPr>
          <w:rFonts w:ascii="Gentium Plus" w:hAnsi="Gentium Plus"/>
          <w:sz w:val="24"/>
        </w:rPr>
        <w:t>θέντας δὲ τὰς τρεῖς ὑποστάσεις· οὕτω γὰρ ἀποτειχίσαι δυνησόμεθα τὰς ἀμφοτέρων ἐφόδους. Πολλὰς δὲ καὶ ἑτέρας ἔνι συλλέγειν συμπλοκὰς πρὸς ἃς ἂν μὴ γενναίως τις καὶ ἀκριβῶς μάχηται, μυρία λαβὼν ἄπεισι τραύματα.</w:t>
      </w:r>
    </w:p>
    <w:p>
      <w:pPr>
        <w:jc w:val="center"/>
      </w:pPr>
      <w:r>
        <w:rPr>
          <w:rFonts w:ascii="Gentium Plus" w:hAnsi="Gentium Plus"/>
          <w:b/>
          <w:sz w:val="24"/>
        </w:rPr>
        <w:t>εʹ. Ὅτι σφόδρα</w:t>
      </w:r>
    </w:p>
    <w:p>
      <w:r>
        <w:rPr>
          <w:rFonts w:ascii="Courier New" w:hAnsi="Courier New"/>
          <w:color w:val="555555"/>
          <w:sz w:val="20"/>
        </w:rPr>
        <w:t>[t2]</w:t>
      </w:r>
    </w:p>
    <w:p>
      <w:r>
        <w:rPr>
          <w:rFonts w:ascii="Gentium Plus" w:hAnsi="Gentium Plus"/>
          <w:sz w:val="24"/>
        </w:rPr>
        <w:t>ἔμπειρον εἶναι</w:t>
      </w:r>
    </w:p>
    <w:p>
      <w:r>
        <w:rPr>
          <w:rFonts w:ascii="Courier New" w:hAnsi="Courier New"/>
          <w:color w:val="555555"/>
          <w:sz w:val="20"/>
        </w:rPr>
        <w:t>[t3]</w:t>
      </w:r>
    </w:p>
    <w:p>
      <w:r>
        <w:rPr>
          <w:rFonts w:ascii="Gentium Plus" w:hAnsi="Gentium Plus"/>
          <w:sz w:val="24"/>
        </w:rPr>
        <w:t>δεῖ τῆς</w:t>
      </w:r>
    </w:p>
    <w:p>
      <w:r>
        <w:rPr>
          <w:rFonts w:ascii="Courier New" w:hAnsi="Courier New"/>
          <w:color w:val="555555"/>
          <w:sz w:val="20"/>
        </w:rPr>
        <w:t>[t4]</w:t>
      </w:r>
    </w:p>
    <w:p>
      <w:r>
        <w:rPr>
          <w:rFonts w:ascii="Gentium Plus" w:hAnsi="Gentium Plus"/>
          <w:sz w:val="24"/>
        </w:rPr>
        <w:t>διαλεκτικῆς</w:t>
      </w:r>
    </w:p>
    <w:p>
      <w:r>
        <w:rPr>
          <w:rFonts w:ascii="Courier New" w:hAnsi="Courier New"/>
          <w:color w:val="555555"/>
          <w:sz w:val="20"/>
        </w:rPr>
        <w:t>[1]</w:t>
      </w:r>
    </w:p>
    <w:p>
      <w:r>
        <w:rPr>
          <w:rFonts w:ascii="Gentium Plus" w:hAnsi="Gentium Plus"/>
          <w:sz w:val="24"/>
        </w:rPr>
        <w:t>Τί ἄν τις λέγοι τὰς τῶν οἰκείων ἐρεσχελίας; Οὐ γάρ εἰσιν ἐλάττους αὗται τῶν ἔξωθεν προσβολῶν, ἀλλὰ καὶ πλείονα τῷ διδάσκοντι παρέ‐</w:t>
      </w:r>
    </w:p>
    <w:p>
      <w:r>
        <w:rPr>
          <w:rFonts w:ascii="Courier New" w:hAnsi="Courier New"/>
          <w:color w:val="555555"/>
          <w:sz w:val="20"/>
        </w:rPr>
        <w:t>[5]</w:t>
      </w:r>
    </w:p>
    <w:p>
      <w:r>
        <w:rPr>
          <w:rFonts w:ascii="Gentium Plus" w:hAnsi="Gentium Plus"/>
          <w:sz w:val="24"/>
        </w:rPr>
        <w:t>χουσιν ἱδρῶτα. Οἱ μὲν γὰρ ὑπὸ πολυπραγμοσύνης ἁπλῶς καὶ εἰκῇ περιεργάζεσθαι θέλουσιν ἃ μήτε μαθόντας ἔστι κερδᾶναι, μήτε μαθεῖν δυνατόν· ἕτεροι πάλιν τῶν τοῦ Θεοῦ κριμάτων εὐθύνας αὐτὸν ἀπαιτοῦσιν καὶ τὴν ἄβυσσον τὴν πολλὴν ἀναμετρεῖν βιάζονται· «Τὰ γὰρ</w:t>
      </w:r>
    </w:p>
    <w:p>
      <w:r>
        <w:rPr>
          <w:rFonts w:ascii="Courier New" w:hAnsi="Courier New"/>
          <w:color w:val="555555"/>
          <w:sz w:val="20"/>
        </w:rPr>
        <w:t>[10]</w:t>
      </w:r>
    </w:p>
    <w:p>
      <w:r>
        <w:rPr>
          <w:rFonts w:ascii="Gentium Plus" w:hAnsi="Gentium Plus"/>
          <w:sz w:val="24"/>
        </w:rPr>
        <w:t>κρίματά σου, φησίν, ἄβυσσος πολλή.» Καὶ πίστεως μὲν πέρι καὶ πολιτείας, ὀλίγους ἂν εὕροις σπουδάζοντας· τοὺς δὲ πλείους ταῦτα περιεργαζομένους καὶ ζητοῦντας ἃ μήτε εὑρεῖν δυνατὸν καὶ τὸν Θεὸν παροξύνει ζητούμενα. Ὅταν γὰρ ἅπερ</w:t>
      </w:r>
    </w:p>
    <w:p>
      <w:r>
        <w:rPr>
          <w:rFonts w:ascii="Courier New" w:hAnsi="Courier New"/>
          <w:color w:val="555555"/>
          <w:sz w:val="20"/>
        </w:rPr>
        <w:t>[15]</w:t>
      </w:r>
    </w:p>
    <w:p>
      <w:r>
        <w:rPr>
          <w:rFonts w:ascii="Gentium Plus" w:hAnsi="Gentium Plus"/>
          <w:sz w:val="24"/>
        </w:rPr>
        <w:t>νειν, οὔτε εἰσόμεθα—πῶς γάρ, Θεοῦ μὴ βουλομένου; —καὶ τὸ κινδυνεύειν ἡμῖν ἐκ τοῦ ζητεῖν περιέσται μόνον. Ἀλλ’ ὅμως καὶ τούτων τοιούτων ὄντων, ὅταν τις μετὰ αὐθεντίας ἐπιστομίζῃ τοὺς τὰ ἄπορα ταῦτα ἐρευνῶντας, ἀπονοίας τε καὶ ἀμαθίας ἑαυτῷ προσετρίψατο δόξαν. Διὸ χρὴ κἀνταῦθα</w:t>
      </w:r>
    </w:p>
    <w:p>
      <w:r>
        <w:rPr>
          <w:rFonts w:ascii="Courier New" w:hAnsi="Courier New"/>
          <w:color w:val="555555"/>
          <w:sz w:val="20"/>
        </w:rPr>
        <w:t>[20]</w:t>
      </w:r>
    </w:p>
    <w:p>
      <w:r>
        <w:rPr>
          <w:rFonts w:ascii="Gentium Plus" w:hAnsi="Gentium Plus"/>
          <w:sz w:val="24"/>
        </w:rPr>
        <w:t>πολλῇ κεχρῆσθαι τῇ συνέσει ὡς καὶ ἀπάγειν τῶν ἀτόπων ἐρωτήσεων τὸν προεστῶτα καὶ τὰς εἰρημένας ἐκφεύγειν αἰτίας. Πρὸς ἅπαντα δὲ ταῦτα ἕτερον μὲν οὐδέν, ἡ δὲ τοῦ λόγου βοήθεια δέδοται μόνη· κἄν τις ταύτης ἀπεστερημένος ᾖ τῆς δυνάμεως, οὐδὲν ἄμεινον τῶν χειμαζομένων πλοίων</w:t>
      </w:r>
    </w:p>
    <w:p>
      <w:r>
        <w:rPr>
          <w:rFonts w:ascii="Courier New" w:hAnsi="Courier New"/>
          <w:color w:val="555555"/>
          <w:sz w:val="20"/>
        </w:rPr>
        <w:t>[25]</w:t>
      </w:r>
    </w:p>
    <w:p>
      <w:r>
        <w:rPr>
          <w:rFonts w:ascii="Gentium Plus" w:hAnsi="Gentium Plus"/>
          <w:sz w:val="24"/>
        </w:rPr>
        <w:t>διηνεκῶς αἱ ψυχαὶ τῶν ὑπ’ αὐτῷ τεταγμένων ἀνδρῶν δια‐ κείσονται, τῶν ἀσθενεστέρων καὶ περιεργοτέρων λέγω. Διὸ χρὴ τὸν ἱερέα πάντα ποιεῖν ὑπὲρ τοῦ ταύτην κτήσασθαι τὴν ἰσχύν.</w:t>
      </w:r>
    </w:p>
    <w:p>
      <w:pPr>
        <w:jc w:val="center"/>
      </w:pPr>
      <w:r>
        <w:rPr>
          <w:rFonts w:ascii="Gentium Plus" w:hAnsi="Gentium Plus"/>
          <w:b/>
          <w:sz w:val="24"/>
        </w:rPr>
        <w:t>ϛʹ. Ὅτι τῷ</w:t>
      </w:r>
    </w:p>
    <w:p>
      <w:r>
        <w:rPr>
          <w:rFonts w:ascii="Courier New" w:hAnsi="Courier New"/>
          <w:color w:val="555555"/>
          <w:sz w:val="20"/>
        </w:rPr>
        <w:t>[t2]</w:t>
      </w:r>
    </w:p>
    <w:p>
      <w:r>
        <w:rPr>
          <w:rFonts w:ascii="Gentium Plus" w:hAnsi="Gentium Plus"/>
          <w:sz w:val="24"/>
        </w:rPr>
        <w:t>μακαρίῳ Παύλῳ</w:t>
      </w:r>
    </w:p>
    <w:p>
      <w:r>
        <w:rPr>
          <w:rFonts w:ascii="Courier New" w:hAnsi="Courier New"/>
          <w:color w:val="555555"/>
          <w:sz w:val="20"/>
        </w:rPr>
        <w:t>[t3]</w:t>
      </w:r>
    </w:p>
    <w:p>
      <w:r>
        <w:rPr>
          <w:rFonts w:ascii="Gentium Plus" w:hAnsi="Gentium Plus"/>
          <w:sz w:val="24"/>
        </w:rPr>
        <w:t>μάλιστα τοῦτο</w:t>
      </w:r>
    </w:p>
    <w:p>
      <w:r>
        <w:rPr>
          <w:rFonts w:ascii="Courier New" w:hAnsi="Courier New"/>
          <w:color w:val="555555"/>
          <w:sz w:val="20"/>
        </w:rPr>
        <w:t>[t4]</w:t>
      </w:r>
    </w:p>
    <w:p>
      <w:r>
        <w:rPr>
          <w:rFonts w:ascii="Gentium Plus" w:hAnsi="Gentium Plus"/>
          <w:sz w:val="24"/>
        </w:rPr>
        <w:t>κατώρθωτο</w:t>
      </w:r>
    </w:p>
    <w:p>
      <w:r>
        <w:rPr>
          <w:rFonts w:ascii="Courier New" w:hAnsi="Courier New"/>
          <w:color w:val="555555"/>
          <w:sz w:val="20"/>
        </w:rPr>
        <w:t>[1]</w:t>
      </w:r>
    </w:p>
    <w:p>
      <w:r>
        <w:rPr>
          <w:rFonts w:ascii="Gentium Plus" w:hAnsi="Gentium Plus"/>
          <w:sz w:val="24"/>
        </w:rPr>
        <w:t>Καὶ ὁ Βασίλειος· Τί οὖν ὁ Παῦλος, φησίν, οὐκ ἐσπούδασε ταύτην οἷ κατορθωθῆ‐ ναι τὴν ἀρετήν, οὐδὲ ἐγκαλύπτεται</w:t>
      </w:r>
    </w:p>
    <w:p>
      <w:r>
        <w:rPr>
          <w:rFonts w:ascii="Courier New" w:hAnsi="Courier New"/>
          <w:color w:val="555555"/>
          <w:sz w:val="20"/>
        </w:rPr>
        <w:t>[5]</w:t>
      </w:r>
    </w:p>
    <w:p>
      <w:r>
        <w:rPr>
          <w:rFonts w:ascii="Gentium Plus" w:hAnsi="Gentium Plus"/>
          <w:sz w:val="24"/>
        </w:rPr>
        <w:t>ἐπὶ τῇ τοῦ λόγου πενίᾳ, ἀλλὰ καὶ διαρρήδην ὁμολογεῖ ἰδιώτην ἑαυτὸν εἶναι, καὶ ταῦτα Κοριν‐ θίοις ἐπιστέλλων, τοῖς ἀπὸ τοῦ λέγειν θαυμαζομένοις καὶ μέγα ἐπὶ τοῦτο φρονοῦσι; ΙΩ. Τοῦτο γάρ, ἔφην, τοῦτό ἐστιν ὃ τοὺς πολλοὺς ἀπώλεσε</w:t>
      </w:r>
    </w:p>
    <w:p>
      <w:r>
        <w:rPr>
          <w:rFonts w:ascii="Courier New" w:hAnsi="Courier New"/>
          <w:color w:val="555555"/>
          <w:sz w:val="20"/>
        </w:rPr>
        <w:t>[10]</w:t>
      </w:r>
    </w:p>
    <w:p>
      <w:r>
        <w:rPr>
          <w:rFonts w:ascii="Gentium Plus" w:hAnsi="Gentium Plus"/>
          <w:sz w:val="24"/>
        </w:rPr>
        <w:t>καὶ ῥαθυμοτέρους περὶ τὴν ἀληθῆ διδασκαλίαν ἐποίησε· μὴ γὰρ δυνηθέντες ἀκριβῶς ἐξετάσαι τῶν ἀποστολικῶν φρενῶν τὸ βάθος, μηδὲ συνιέναι τὴν τῶν ῥημάτων διάνοιαν, διετέ‐ λεσαν τὸν ἅπαντα χρόνον νυστάζοντες καὶ χασμώμενοι καὶ τὴν ἀμαθίαν τιμῶντες ταύτην, οὐχ ἣν ὁ Παῦλός φησιν εἶναι</w:t>
      </w:r>
    </w:p>
    <w:p>
      <w:r>
        <w:rPr>
          <w:rFonts w:ascii="Courier New" w:hAnsi="Courier New"/>
          <w:color w:val="555555"/>
          <w:sz w:val="20"/>
        </w:rPr>
        <w:t>[15]</w:t>
      </w:r>
    </w:p>
    <w:p>
      <w:r>
        <w:rPr>
          <w:rFonts w:ascii="Gentium Plus" w:hAnsi="Gentium Plus"/>
          <w:sz w:val="24"/>
        </w:rPr>
        <w:t>ἀμαθής, ἀλλ’ ἧς τοσοῦτον ἀπεῖχεν ὅσον οὐδὲ ἄλλος τις τῶν ὑπὸ τὸν οὐρανὸν τοῦτον ἀνθρώπων. Ἀλλ’ οὗτος μὲν ἡμᾶς εἰς καιρὸν ὁ λόγος μενέτω· τέως δὲ ἐκεῖνό φημι· Θῶμεν αὐτὸν εἶναι ἰδιώτην τοῦτο τὸ μέρος ὅπερ οὗτοι βούλονται, τί οὖν τοῦτο πρὸς τοὺς ἄνδρας τοὺς νῦν; Ἐκεῖνος μὲν γὰρ εἶχεν</w:t>
      </w:r>
    </w:p>
    <w:p>
      <w:r>
        <w:rPr>
          <w:rFonts w:ascii="Courier New" w:hAnsi="Courier New"/>
          <w:color w:val="555555"/>
          <w:sz w:val="20"/>
        </w:rPr>
        <w:t>[20]</w:t>
      </w:r>
    </w:p>
    <w:p>
      <w:r>
        <w:rPr>
          <w:rFonts w:ascii="Gentium Plus" w:hAnsi="Gentium Plus"/>
          <w:sz w:val="24"/>
        </w:rPr>
        <w:t>ἰσχὺν πολλῷ τοῦ λόγου μείζονα καὶ πλείονα δυναμένην κατορ‐ θοῦν· φαινόμενος γὰρ μόνον καὶ σιγῶν, τοῖς δαίμοσιν ἦν φοβερός. Οἱ δὲ νῦν πάντες ὁμοῦ συνελθόντες μετὰ μυρίων εὐχῶν καὶ δακρύων οὐκ ἂν δυνηθεῖεν ὅσα ἴσχυσε τὰ σημικίν‐</w:t>
      </w:r>
    </w:p>
    <w:p>
      <w:r>
        <w:rPr>
          <w:rFonts w:ascii="Courier New" w:hAnsi="Courier New"/>
          <w:color w:val="555555"/>
          <w:sz w:val="20"/>
        </w:rPr>
        <w:t>[25]</w:t>
      </w:r>
    </w:p>
    <w:p>
      <w:r>
        <w:rPr>
          <w:rFonts w:ascii="Gentium Plus" w:hAnsi="Gentium Plus"/>
          <w:sz w:val="24"/>
        </w:rPr>
        <w:t>καὶ ἄλλα ἐθαυματούργει τοιαῦτα ὡς καὶ θεὸς νομισθῆναι παρὰ τοῖς ἔξωθεν· καὶ πρὶν ἢ τοῦ βίου μεταστῆναι τούτου, κατη‐ ξιώθη ἁρπαγῆναι ἕως τρίτου οὐρανοῦ καὶ ῥημάτων μετα‐ σχεῖν ὧν οὐ θέμις ἀνθρωπείαν ἀκοῦσαι φύσιν. Οἱ δὲ νῦν ὄντες —ἀλλ’ οὐδὲν δύναμαι δυσχερὲς εἰπεῖν οὐδὲ βαρύ· καὶ γὰρ καὶ</w:t>
      </w:r>
    </w:p>
    <w:p>
      <w:r>
        <w:rPr>
          <w:rFonts w:ascii="Courier New" w:hAnsi="Courier New"/>
          <w:color w:val="555555"/>
          <w:sz w:val="20"/>
        </w:rPr>
        <w:t>[30]</w:t>
      </w:r>
    </w:p>
    <w:p>
      <w:r>
        <w:rPr>
          <w:rFonts w:ascii="Gentium Plus" w:hAnsi="Gentium Plus"/>
          <w:sz w:val="24"/>
        </w:rPr>
        <w:t>ταῦτα οὐκ ἐπεμβαίνων αὐτοῖς λέγω νῦν, ἀλλὰ θαυμάζων—, πῶς οὐ φρίττουσιν ἀνδρὶ τηλικούτῳ παραβάλλοντες ἑαυτούς; Εἰ γὰρ καὶ τὰ θαύματα ἀφέντες, ἐπὶ τὸν βίον ἔλθοιμεν τοῦ μακαρίου καὶ τὴν πολιτείαν ἐξετάσαιμεν αὐτοῦ τὴν ἀγγελικὴν καὶ ἐν ταύτῃ μᾶλλον ἢ ἐν τοῖς σημείοις, ὄψει νικῶντα τὸν</w:t>
      </w:r>
    </w:p>
    <w:p>
      <w:r>
        <w:rPr>
          <w:rFonts w:ascii="Courier New" w:hAnsi="Courier New"/>
          <w:color w:val="555555"/>
          <w:sz w:val="20"/>
        </w:rPr>
        <w:t>[35]</w:t>
      </w:r>
    </w:p>
    <w:p>
      <w:r>
        <w:rPr>
          <w:rFonts w:ascii="Gentium Plus" w:hAnsi="Gentium Plus"/>
          <w:sz w:val="24"/>
        </w:rPr>
        <w:t>ἀθλητὴν τοῦ Χριστοῦ. Τί γὰρ ἄν τις εἴποι τὸν ζῆλον, τὴν ἐπιείκειαν, τοὺς συνεχεῖς κινδύνους, τὰς ἐπαλλήλους φροντί‐ δας, τὰς ἀδιαλείπτους ὑπὲρ τῶν Ἐκκλησιῶν ἀθυμίας, τὸ πρὸς τοὺς ἀσθενεῖς συμπαθές, τὰς πολλὰς θλίψεις, τοὺς καινο‐ τέρους διωγμούς, τοὺς καθημερινοὺς θανάτους; τίς γὰρ</w:t>
      </w:r>
    </w:p>
    <w:p>
      <w:r>
        <w:rPr>
          <w:rFonts w:ascii="Courier New" w:hAnsi="Courier New"/>
          <w:color w:val="555555"/>
          <w:sz w:val="20"/>
        </w:rPr>
        <w:t>[40]</w:t>
      </w:r>
    </w:p>
    <w:p>
      <w:r>
        <w:rPr>
          <w:rFonts w:ascii="Gentium Plus" w:hAnsi="Gentium Plus"/>
          <w:sz w:val="24"/>
        </w:rPr>
        <w:t>τόπος τῆς οἰκουμένης, ποία ἤπειρος, ποία θάλαττα τοῦ δικαίου τοὺς ἄθλους ἠγνόησεν; Ἐκεῖνον καὶ ἡ ἀοίκητος ἔγνω, κινδυνεύοντα δεξαμένη πολλάκις· πᾶν γὰρ εἶδος ὑπέμεινεν ἐπιβουλῆς καὶ πάντα τρόπον ἐπῆλθε νίκης καὶ οὔτε ἀγωνι‐ ζόμενος οὔτε στεφανούμενος διέλιπέ ποτε.</w:t>
      </w:r>
    </w:p>
    <w:p>
      <w:r>
        <w:rPr>
          <w:rFonts w:ascii="Courier New" w:hAnsi="Courier New"/>
          <w:color w:val="555555"/>
          <w:sz w:val="20"/>
        </w:rPr>
        <w:t>[45]</w:t>
      </w:r>
    </w:p>
    <w:p>
      <w:r>
        <w:rPr>
          <w:rFonts w:ascii="Gentium Plus" w:hAnsi="Gentium Plus"/>
          <w:sz w:val="24"/>
        </w:rPr>
        <w:t>Ἀλλὰ γὰρ οὐκ οἶδα πῶς προήχθην ὑβρίζειν τὸν ἄνδρα· τὰ γὰρ κατορθώματα αὐτοῦ πάντα μὲν ὑπερβαίνει λόγον, τὸν δὲ ἡμέτερον, τοσοῦτον ὅσον καὶ ἡμᾶς οἱ λέγειν εἰδότες· πλὴν ἀλλὰ καὶ οὕτως—οὐδὲ γὰρ ἀπὸ τῆς ἐκβάσεως, ἀλλ’ ἀπὸ τῆς προαιρέσεως ἡμᾶς ὁ μακάριος κρινεῖ—οὐκ ἀποστή‐</w:t>
      </w:r>
    </w:p>
    <w:p>
      <w:r>
        <w:rPr>
          <w:rFonts w:ascii="Courier New" w:hAnsi="Courier New"/>
          <w:color w:val="555555"/>
          <w:sz w:val="20"/>
        </w:rPr>
        <w:t>[4 . 6 (50)]</w:t>
      </w:r>
    </w:p>
    <w:p>
      <w:r>
        <w:rPr>
          <w:rFonts w:ascii="Gentium Plus" w:hAnsi="Gentium Plus"/>
          <w:sz w:val="24"/>
        </w:rPr>
        <w:t>σομαι, ἕως ἂν εἴπω τοῦτο ὃ τοσοῦτο τῶν εἰρημένων κρεῖττόν ἐστιν ὅσον ἁπάντων ἀνθρώπων ἐκεῖνος. Τί οὖν τοῦτό ἐστιν; Μετὰ τοσαῦτα κατορθώματα, μετὰ τοὺς μυρίους στεφάνους, ηὔξατο εἰς γέενναν ἀπελθεῖν καὶ αἰωνίῳ παραδοθῆναι κολάσει ὑπὲρ τοῦ τοὺς πολλάκις αὐτὸν καὶ λιθάσαντας καὶ ἀνελόντας,</w:t>
      </w:r>
    </w:p>
    <w:p>
      <w:r>
        <w:rPr>
          <w:rFonts w:ascii="Courier New" w:hAnsi="Courier New"/>
          <w:color w:val="555555"/>
          <w:sz w:val="20"/>
        </w:rPr>
        <w:t>[55]</w:t>
      </w:r>
    </w:p>
    <w:p>
      <w:r>
        <w:rPr>
          <w:rFonts w:ascii="Gentium Plus" w:hAnsi="Gentium Plus"/>
          <w:sz w:val="24"/>
        </w:rPr>
        <w:t>τό γε αὐτῶν μέρος, Ἰουδαίους σωθῆναι καὶ τῷ Χριστῷ προσελθεῖν. Τίς οὕτως ἐπόθησε τὸν Χριστόν, εἴγε πόθον αὐτὸν δεῖ καλεῖν, ἀλλ’ οὐχ ἕτερόν τι τοῦ πόθου πλέον; Ἔτι οὖν ἑαυτοὺς ἐκείνῳ παραβαλοῦμεν, μετὰ τὴν τοσαύτην χάριν ἣν ἔλαβεν ἄνωθεν, μετὰ τὴν τοσαύτην ἀρετὴν ἣν οἴκοθεν</w:t>
      </w:r>
    </w:p>
    <w:p>
      <w:r>
        <w:rPr>
          <w:rFonts w:ascii="Courier New" w:hAnsi="Courier New"/>
          <w:color w:val="555555"/>
          <w:sz w:val="20"/>
        </w:rPr>
        <w:t>[60]</w:t>
      </w:r>
    </w:p>
    <w:p>
      <w:r>
        <w:rPr>
          <w:rFonts w:ascii="Gentium Plus" w:hAnsi="Gentium Plus"/>
          <w:sz w:val="24"/>
        </w:rPr>
        <w:t>ἐπεδείξατο; καὶ τί τούτου γένοιτ’ ἂν τολμηρότερον; Ὅτι δὲ οὐδὲ οὗτος ἦν ἰδιώτης, ὡς οὗτοι νομίζουσι, καὶ τοῦτο λοιπὸν ἀποδεῖξαι πειράσομαι. Οὗτοι μὲν γὰρ οὐ μόνον τὸν οὐκ ἠσκημένον τὴν τῶν ἔξωθεν λόγων τερθρείαν ἰδιώτην καλοῦσιν, ἀλλὰ καὶ τὸν οὐκ εἰδότα μάχεσθαι ὑπὲρ τῶν τῆς</w:t>
      </w:r>
    </w:p>
    <w:p>
      <w:r>
        <w:rPr>
          <w:rFonts w:ascii="Courier New" w:hAnsi="Courier New"/>
          <w:color w:val="555555"/>
          <w:sz w:val="20"/>
        </w:rPr>
        <w:t>[65]</w:t>
      </w:r>
    </w:p>
    <w:p>
      <w:r>
        <w:rPr>
          <w:rFonts w:ascii="Gentium Plus" w:hAnsi="Gentium Plus"/>
          <w:sz w:val="24"/>
        </w:rPr>
        <w:t>ἀληθείας δογμάτων· καὶ καλῶς νομίζουσιν. Ὁ δὲ Παῦλος οὐκ ἐν ἀμφοτέροις ἔφησεν ἰδιώτης εἶναι, ἀλλ’ ἐν θατέρῳ μόνον· καὶ τοῦτο ἀσφαλιζόμενος τὸν διορισμὸν ἀκριβῶς πεποίηται, λέγων τῷ λόγῳ ἰδιώτης εἶναι, ἀλλ’ οὐ τῇ γνώσει.</w:t>
      </w:r>
    </w:p>
    <w:p>
      <w:r>
        <w:rPr>
          <w:rFonts w:ascii="Courier New" w:hAnsi="Courier New"/>
          <w:color w:val="555555"/>
          <w:sz w:val="20"/>
        </w:rPr>
        <w:t>[70]</w:t>
      </w:r>
    </w:p>
    <w:p>
      <w:r>
        <w:rPr>
          <w:rFonts w:ascii="Gentium Plus" w:hAnsi="Gentium Plus"/>
          <w:sz w:val="24"/>
        </w:rPr>
        <w:t>Δημοσθένους ὄγκον καὶ τὴν Θουκυδίδου σεμνότητα καὶ τὸ Πλάτωνος ὕψος, ἔδει φέρειν εἰς μέσον ταύτην τοῦ Παύλου τὴν μαρτυρίαν· νῦν δὲ ἐκεῖνα μὲν πάντα ἀφίημι καὶ τὸν περί‐ εργον τῶν ἔξωθεν καλλωπισμὸν καὶ οὐδέν μοι φράσεως, οὐδὲ ἀπαγγελίας μέλει. Ἀλλ’ ἐξέστω καὶ τῇ λέξει πτωχεύειν καὶ</w:t>
      </w:r>
    </w:p>
    <w:p>
      <w:r>
        <w:rPr>
          <w:rFonts w:ascii="Courier New" w:hAnsi="Courier New"/>
          <w:color w:val="555555"/>
          <w:sz w:val="20"/>
        </w:rPr>
        <w:t>[75]</w:t>
      </w:r>
    </w:p>
    <w:p>
      <w:r>
        <w:rPr>
          <w:rFonts w:ascii="Gentium Plus" w:hAnsi="Gentium Plus"/>
          <w:sz w:val="24"/>
        </w:rPr>
        <w:t>τὴν συνθήκην τῶν ὀνομάτων ἁπλῆν τινα εἶναι καὶ ἀφελῆ, μόνον μὴ τῇ γνώσει τις καὶ τῇ τῶν δογμάτων ἀκριβείᾳ ἰδιώ‐ της ἔστω· μηδ’ ἵνα τὴν οἰκείαν ἀργίαν ἐπικαλύψῃ, τὸν μακάριον ἐκεῖνον ἀφαιρείσθω τὸ μέγιστον τῶν ἀγαθῶν καὶ τὸ τῶν ἐγκωμίων κεφάλαιον.</w:t>
      </w:r>
    </w:p>
    <w:p>
      <w:pPr>
        <w:jc w:val="center"/>
      </w:pPr>
      <w:r>
        <w:rPr>
          <w:rFonts w:ascii="Gentium Plus" w:hAnsi="Gentium Plus"/>
          <w:b/>
          <w:sz w:val="24"/>
        </w:rPr>
        <w:t>ζʹ. Ὅτι οὐκ ἀπὸ</w:t>
      </w:r>
    </w:p>
    <w:p>
      <w:r>
        <w:rPr>
          <w:rFonts w:ascii="Courier New" w:hAnsi="Courier New"/>
          <w:color w:val="555555"/>
          <w:sz w:val="20"/>
        </w:rPr>
        <w:t>[t2]</w:t>
      </w:r>
    </w:p>
    <w:p>
      <w:r>
        <w:rPr>
          <w:rFonts w:ascii="Gentium Plus" w:hAnsi="Gentium Plus"/>
          <w:sz w:val="24"/>
        </w:rPr>
        <w:t>τῶν σημείων</w:t>
      </w:r>
    </w:p>
    <w:p>
      <w:r>
        <w:rPr>
          <w:rFonts w:ascii="Courier New" w:hAnsi="Courier New"/>
          <w:color w:val="555555"/>
          <w:sz w:val="20"/>
        </w:rPr>
        <w:t>[t3]</w:t>
      </w:r>
    </w:p>
    <w:p>
      <w:r>
        <w:rPr>
          <w:rFonts w:ascii="Gentium Plus" w:hAnsi="Gentium Plus"/>
          <w:sz w:val="24"/>
        </w:rPr>
        <w:t>μόνον λαμπρὸς</w:t>
      </w:r>
    </w:p>
    <w:p>
      <w:r>
        <w:rPr>
          <w:rFonts w:ascii="Courier New" w:hAnsi="Courier New"/>
          <w:color w:val="555555"/>
          <w:sz w:val="20"/>
        </w:rPr>
        <w:t>[t4]</w:t>
      </w:r>
    </w:p>
    <w:p>
      <w:r>
        <w:rPr>
          <w:rFonts w:ascii="Gentium Plus" w:hAnsi="Gentium Plus"/>
          <w:sz w:val="24"/>
        </w:rPr>
        <w:t>ἐγένετο, ἀλλὰ</w:t>
      </w:r>
    </w:p>
    <w:p>
      <w:r>
        <w:rPr>
          <w:rFonts w:ascii="Courier New" w:hAnsi="Courier New"/>
          <w:color w:val="555555"/>
          <w:sz w:val="20"/>
        </w:rPr>
        <w:t>[t5]</w:t>
      </w:r>
    </w:p>
    <w:p>
      <w:r>
        <w:rPr>
          <w:rFonts w:ascii="Gentium Plus" w:hAnsi="Gentium Plus"/>
          <w:sz w:val="24"/>
        </w:rPr>
        <w:t>καὶ ἀπὸ</w:t>
      </w:r>
    </w:p>
    <w:p>
      <w:r>
        <w:rPr>
          <w:rFonts w:ascii="Courier New" w:hAnsi="Courier New"/>
          <w:color w:val="555555"/>
          <w:sz w:val="20"/>
        </w:rPr>
        <w:t>[t6]</w:t>
      </w:r>
    </w:p>
    <w:p>
      <w:r>
        <w:rPr>
          <w:rFonts w:ascii="Gentium Plus" w:hAnsi="Gentium Plus"/>
          <w:sz w:val="24"/>
        </w:rPr>
        <w:t>τοῦ λέγειν</w:t>
      </w:r>
    </w:p>
    <w:p>
      <w:r>
        <w:rPr>
          <w:rFonts w:ascii="Courier New" w:hAnsi="Courier New"/>
          <w:color w:val="555555"/>
          <w:sz w:val="20"/>
        </w:rPr>
        <w:t>[1]</w:t>
      </w:r>
    </w:p>
    <w:p>
      <w:r>
        <w:rPr>
          <w:rFonts w:ascii="Gentium Plus" w:hAnsi="Gentium Plus"/>
          <w:sz w:val="24"/>
        </w:rPr>
        <w:t>Πόθεν γάρ, εἰπέ μοι, τοὺς Ἰου‐ δαίους συνέχεε τοὺς ἐν Δαμάσκῳ κατοικοῦντας, οὐδέπω τῶν σημείων ἀρξάμενος; πόθεν τοὺς Ἑλληνιστὰς</w:t>
      </w:r>
    </w:p>
    <w:p>
      <w:r>
        <w:rPr>
          <w:rFonts w:ascii="Courier New" w:hAnsi="Courier New"/>
          <w:color w:val="555555"/>
          <w:sz w:val="20"/>
        </w:rPr>
        <w:t>[5]</w:t>
      </w:r>
    </w:p>
    <w:p>
      <w:r>
        <w:rPr>
          <w:rFonts w:ascii="Gentium Plus" w:hAnsi="Gentium Plus"/>
          <w:sz w:val="24"/>
        </w:rPr>
        <w:t>κατεπάλαισε; διὰ τί δὲ εἰς Ταρσὸν ἐξεπέμπετο; οὐκ ἐπειδὴ κατὰ κρά‐ τος ἐνίκα τῷ λόγῳ καὶ εἰς τοσοῦτον αὐτοὺς ἤλαυνεν ὡς καὶ εἰς φόνον παροξυνθῆναι, μὴ φέροντας τὴν ἧτταν; Ἐνταῦθα γὰρ οὐδέπω τοῦ θαυματουργεῖν ἤρξατο,</w:t>
      </w:r>
    </w:p>
    <w:p>
      <w:r>
        <w:rPr>
          <w:rFonts w:ascii="Courier New" w:hAnsi="Courier New"/>
          <w:color w:val="555555"/>
          <w:sz w:val="20"/>
        </w:rPr>
        <w:t>[10]</w:t>
      </w:r>
    </w:p>
    <w:p>
      <w:r>
        <w:rPr>
          <w:rFonts w:ascii="Gentium Plus" w:hAnsi="Gentium Plus"/>
          <w:sz w:val="24"/>
        </w:rPr>
        <w:t>οὐδ’ ἂν ἔχοι τις εἰπεῖν ὅτι ἀπὸ τῆς περὶ τὰ τεράστια δόξης θαυμαστὸν αὐτὸν ἦγον οἱ πολλοὶ καὶ οἱ μαχόμενοι πρὸς αὐτὸν ἀπὸ τῆς ὑπολήψεως ἐπηρεάζοντο τοῦ ἀνδρός· τέως γὰρ ἀπὸ τοῦ λέγειν μόνον ἐκράτει. Πρὸς δὲ τοὺς ἰουδαΐζειν</w:t>
      </w:r>
    </w:p>
    <w:p>
      <w:r>
        <w:rPr>
          <w:rFonts w:ascii="Courier New" w:hAnsi="Courier New"/>
          <w:color w:val="555555"/>
          <w:sz w:val="20"/>
        </w:rPr>
        <w:t>[15]</w:t>
      </w:r>
    </w:p>
    <w:p>
      <w:r>
        <w:rPr>
          <w:rFonts w:ascii="Gentium Plus" w:hAnsi="Gentium Plus"/>
          <w:sz w:val="24"/>
        </w:rPr>
        <w:t>ὁ δὲ Ἀρεοπαγίτης ἐκεῖνος, ὁ τῆς δεισιδαιμονεστάτης πόλεως ἐκείνης, οὐκ ἀπὸ δημηγορίας μόνης ἠκολούθησεν αὐτῷ μετὰ τῆς γυναικός; ὁ δὲ Εὔτυχος πῶς κατέπεσεν ἀπὸ τῆς θυρίδος; οὐκ ἐπειδὴ μέχρι βαθείας νυκτὸς εἰς τὸν τῆς διδασκαλίας αὐτοῦ ἀπησχόλει λόγον; τί δὲ ἐν Θεσσαλονίκῃ καὶ ἐν Κορίνθῳ;</w:t>
      </w:r>
    </w:p>
    <w:p>
      <w:r>
        <w:rPr>
          <w:rFonts w:ascii="Courier New" w:hAnsi="Courier New"/>
          <w:color w:val="555555"/>
          <w:sz w:val="20"/>
        </w:rPr>
        <w:t>[20]</w:t>
      </w:r>
    </w:p>
    <w:p>
      <w:r>
        <w:rPr>
          <w:rFonts w:ascii="Gentium Plus" w:hAnsi="Gentium Plus"/>
          <w:sz w:val="24"/>
        </w:rPr>
        <w:t>τί δὲ ἐν Ἐφέσῳ καὶ ἐν αὐτῇ τῇ Ῥώμῃ; οὐχ ὅλας ἡμέρας καὶ νύκτας ἀνήλισκεν ἐφεξῆς εἰς τὴν ἐξήγησιν τῶν Γραφῶν; τί ἄν τις λέγοι τὰς πρὸς τοὺς Ἐπικουρείους διαλέξεις καὶ Στωϊ‐ κούς; Εἰ γὰρ ἅπαντα θέλοιμεν καταλέγειν, εἰς μακρὸν ἐκπεσεῖται μῆκος ὁ λόγος.</w:t>
      </w:r>
    </w:p>
    <w:p>
      <w:r>
        <w:rPr>
          <w:rFonts w:ascii="Courier New" w:hAnsi="Courier New"/>
          <w:color w:val="555555"/>
          <w:sz w:val="20"/>
        </w:rPr>
        <w:t>[25]</w:t>
      </w:r>
    </w:p>
    <w:p>
      <w:r>
        <w:rPr>
          <w:rFonts w:ascii="Gentium Plus" w:hAnsi="Gentium Plus"/>
          <w:sz w:val="24"/>
        </w:rPr>
        <w:t>Ὅταν οὖν καὶ πρὸ τῶν σημείων καὶ ἐν μέσοις αὐτοῖς φαίνηται πολλῷ κεχρημένος τῷ λόγῳ, πῶς ἔτι τολμήσουσιν ἰδιώτην εἰπεῖν τὸν καὶ ἀπὸ τοῦ διαλέγεσθαι καὶ δημηγορεῖν μάλιστα θαυμασθέντα παρὰ πᾶσι; Διὰ τί γὰρ Λυκάονες αὐτὸν ὑπέ‐ λαβον εἶναι Ἑρμῆν; Τὸ μὲν γὰρ θεοὺς αὐτοὺς νομισθῆναι</w:t>
      </w:r>
    </w:p>
    <w:p>
      <w:r>
        <w:rPr>
          <w:rFonts w:ascii="Courier New" w:hAnsi="Courier New"/>
          <w:color w:val="555555"/>
          <w:sz w:val="20"/>
        </w:rPr>
        <w:t>[30]</w:t>
      </w:r>
    </w:p>
    <w:p>
      <w:r>
        <w:rPr>
          <w:rFonts w:ascii="Gentium Plus" w:hAnsi="Gentium Plus"/>
          <w:sz w:val="24"/>
        </w:rPr>
        <w:t>ἀπὸ τῶν σημείων ἐγένετο, τὸ δὲ τοῦτον Ἑρμῆν, οὐκέτι ἀπ’ ἐκείνων, ἀλλ’ ἀπὸ τοῦ λόγου. Τίνι δὲ καὶ τῶν ἄλλων ἀπο‐ στόλων ἐπλεονέκτησεν ὁ μακάριος οὗτος; καὶ πόθεν ἀνὰ τὴν οἰκουμένην ἅπασαν πολὺς ἐν τοῖς ἁπάντων ἐστὶ στόμασιν; πόθεν οὐ παρ’ ἡμῖν μόνον, ἀλλὰ καὶ παρὰ Ἰουδαίοις καὶ</w:t>
      </w:r>
    </w:p>
    <w:p>
      <w:r>
        <w:rPr>
          <w:rFonts w:ascii="Courier New" w:hAnsi="Courier New"/>
          <w:color w:val="555555"/>
          <w:sz w:val="20"/>
        </w:rPr>
        <w:t>[35]</w:t>
      </w:r>
    </w:p>
    <w:p>
      <w:r>
        <w:rPr>
          <w:rFonts w:ascii="Gentium Plus" w:hAnsi="Gentium Plus"/>
          <w:sz w:val="24"/>
        </w:rPr>
        <w:t>Ἕλλησι μάλιστα πάντων θαυμάζεται; οὐκ ἀπὸ τῆς τῶν ἐπιστολῶν ἀρετῆς δι’ ἧς οὐ τοὺς τότε μόνον πιστούς, ἀλλὰ</w:t>
      </w:r>
    </w:p>
    <w:p>
      <w:r>
        <w:rPr>
          <w:rFonts w:ascii="Courier New" w:hAnsi="Courier New"/>
          <w:color w:val="555555"/>
          <w:sz w:val="20"/>
        </w:rPr>
        <w:t>[40]</w:t>
      </w:r>
    </w:p>
    <w:p>
      <w:r>
        <w:rPr>
          <w:rFonts w:ascii="Gentium Plus" w:hAnsi="Gentium Plus"/>
          <w:sz w:val="24"/>
        </w:rPr>
        <w:t>ἂν τὸ τῶν ἀνθρώπων διαμένῃ γένος. Ὥσπερ γὰρ τεῖχος ἐξ ἀδάμαντος κατασκευασθέν, οὕτω τὰς πανταχοῦ τῆς οἰκουμένης Ἐκκλησίας τὰ τούτου τειχίζει γράμματα· καὶ καθάπερ τις ἀριστεὺς γενναιότατος ἕστηκε καὶ νῦν μέσος, αἰχμαλωτίζων πᾶν νόημα εἰς τὴν ὑπακοὴν</w:t>
      </w:r>
    </w:p>
    <w:p>
      <w:r>
        <w:rPr>
          <w:rFonts w:ascii="Courier New" w:hAnsi="Courier New"/>
          <w:color w:val="555555"/>
          <w:sz w:val="20"/>
        </w:rPr>
        <w:t>[45]</w:t>
      </w:r>
    </w:p>
    <w:p>
      <w:r>
        <w:rPr>
          <w:rFonts w:ascii="Gentium Plus" w:hAnsi="Gentium Plus"/>
          <w:sz w:val="24"/>
        </w:rPr>
        <w:t>τοῦ Χριστοῦ καὶ «καθαιρῶν λογισμοὺς καὶ πᾶν ὕψωμα ἐπαιρό‐ μενον κατὰ τῆς γνώσεως τοῦ Θεοῦ.» Ταῦτα δὲ πάντα ἐργά‐ ζεται δι’ ὧν ἡμῖν κατέλιπεν ἐπιστολῶν τῶν θαυμασίων ἐκείνων καὶ τῆς θείας πεπληρωμένων σοφίας. Οὐ πρὸς δογμάτων δὲ μόνον νόθων τε ἀνατροπὴν καὶ γνησίων ἀσφά‐</w:t>
      </w:r>
    </w:p>
    <w:p>
      <w:r>
        <w:rPr>
          <w:rFonts w:ascii="Courier New" w:hAnsi="Courier New"/>
          <w:color w:val="555555"/>
          <w:sz w:val="20"/>
        </w:rPr>
        <w:t>[4 . 7 (50)]</w:t>
      </w:r>
    </w:p>
    <w:p>
      <w:r>
        <w:rPr>
          <w:rFonts w:ascii="Gentium Plus" w:hAnsi="Gentium Plus"/>
          <w:sz w:val="24"/>
        </w:rPr>
        <w:t>λειαν ἐπιτήδεια ἡμῖν αὐτοῦ τὰ γράμματα, ἀλλὰ καὶ πρὸς τὸ βιοῦν εὖ οὐκ ἐλάχιστον ἡμῖν συντελεῖ μέρος· τούτοις γὰρ ἔτι καὶ νῦν οἱ προεστῶτες χρώμενοι, τὴν ἁγνὴν παρθένον ἣν ἡρμόσατο τῷ Χριστῷ ῥυθμίζουσί τε καὶ πλάττουσι καὶ πρὸς τὸ πνευματικὸν ἄγουσι κάλλος· τούτοις καὶ τὰ ἐπισκήπτοντα</w:t>
      </w:r>
    </w:p>
    <w:p>
      <w:r>
        <w:rPr>
          <w:rFonts w:ascii="Courier New" w:hAnsi="Courier New"/>
          <w:color w:val="555555"/>
          <w:sz w:val="20"/>
        </w:rPr>
        <w:t>[55]</w:t>
      </w:r>
    </w:p>
    <w:p>
      <w:r>
        <w:rPr>
          <w:rFonts w:ascii="Gentium Plus" w:hAnsi="Gentium Plus"/>
          <w:sz w:val="24"/>
        </w:rPr>
        <w:t>αὐτῇ νοσήματα ἀποκρούονται καὶ τὴν προσγινομένην διατη‐ ροῦσιν ὑγίειαν. Τοιαῦτα ἡμῖν ὁ ἰδιώτης κατέλιπε φάρμακα, τοσαύτην ἔχοντα δύναμιν ὧν ἴσασι τὴν πεῖραν καλῶς οἱ χρώμενοι συνεχῶς. Καὶ ὅτι μὲν πολλὴν αὐτὸς ἐποιεῖτο τοῦ μέρους τούτου σπουδήν, ἐκ τούτων δῆλον.</w:t>
      </w:r>
    </w:p>
    <w:p>
      <w:pPr>
        <w:jc w:val="center"/>
      </w:pPr>
      <w:r>
        <w:rPr>
          <w:rFonts w:ascii="Gentium Plus" w:hAnsi="Gentium Plus"/>
          <w:b/>
          <w:sz w:val="24"/>
        </w:rPr>
        <w:t>ηʹ. Ὅτι καὶ</w:t>
      </w:r>
    </w:p>
    <w:p>
      <w:r>
        <w:rPr>
          <w:rFonts w:ascii="Courier New" w:hAnsi="Courier New"/>
          <w:color w:val="555555"/>
          <w:sz w:val="20"/>
        </w:rPr>
        <w:t>[t2]</w:t>
      </w:r>
    </w:p>
    <w:p>
      <w:r>
        <w:rPr>
          <w:rFonts w:ascii="Gentium Plus" w:hAnsi="Gentium Plus"/>
          <w:sz w:val="24"/>
        </w:rPr>
        <w:t>ἡμᾶς τοῦτο</w:t>
      </w:r>
    </w:p>
    <w:p>
      <w:r>
        <w:rPr>
          <w:rFonts w:ascii="Courier New" w:hAnsi="Courier New"/>
          <w:color w:val="555555"/>
          <w:sz w:val="20"/>
        </w:rPr>
        <w:t>[t3]</w:t>
      </w:r>
    </w:p>
    <w:p>
      <w:r>
        <w:rPr>
          <w:rFonts w:ascii="Gentium Plus" w:hAnsi="Gentium Plus"/>
          <w:sz w:val="24"/>
        </w:rPr>
        <w:t>βούλεται</w:t>
      </w:r>
    </w:p>
    <w:p>
      <w:r>
        <w:rPr>
          <w:rFonts w:ascii="Courier New" w:hAnsi="Courier New"/>
          <w:color w:val="555555"/>
          <w:sz w:val="20"/>
        </w:rPr>
        <w:t>[t4]</w:t>
      </w:r>
    </w:p>
    <w:p>
      <w:r>
        <w:rPr>
          <w:rFonts w:ascii="Gentium Plus" w:hAnsi="Gentium Plus"/>
          <w:sz w:val="24"/>
        </w:rPr>
        <w:t>κατορθοῦν</w:t>
      </w:r>
    </w:p>
    <w:p>
      <w:r>
        <w:rPr>
          <w:rFonts w:ascii="Courier New" w:hAnsi="Courier New"/>
          <w:color w:val="555555"/>
          <w:sz w:val="20"/>
        </w:rPr>
        <w:t>[1]</w:t>
      </w:r>
    </w:p>
    <w:p>
      <w:r>
        <w:rPr>
          <w:rFonts w:ascii="Gentium Plus" w:hAnsi="Gentium Plus"/>
          <w:sz w:val="24"/>
        </w:rPr>
        <w:t>Ἄκουε δὲ καὶ τῷ μαθητῇ τί φησιν ἐπιστέλλων· «Πρόσεχε τῇ ἀνα‐ γνώσει, τῇ παρακλήσει, τῇ διδα‐ σκαλίᾳ.» Καὶ τὸν ἀπὸ τούτου καρ‐</w:t>
      </w:r>
    </w:p>
    <w:p>
      <w:r>
        <w:rPr>
          <w:rFonts w:ascii="Courier New" w:hAnsi="Courier New"/>
          <w:color w:val="555555"/>
          <w:sz w:val="20"/>
        </w:rPr>
        <w:t>[5]</w:t>
      </w:r>
    </w:p>
    <w:p>
      <w:r>
        <w:rPr>
          <w:rFonts w:ascii="Gentium Plus" w:hAnsi="Gentium Plus"/>
          <w:sz w:val="24"/>
        </w:rPr>
        <w:t>πὸν προστίθησι λέγων· «Τοῦτο γὰρ ποιῶν, καὶ σεαυτὸν σώσεις καὶ τοὺς ἀκούοντάς σου.» Καὶ</w:t>
      </w:r>
    </w:p>
    <w:p>
      <w:r>
        <w:rPr>
          <w:rFonts w:ascii="Courier New" w:hAnsi="Courier New"/>
          <w:color w:val="555555"/>
          <w:sz w:val="20"/>
        </w:rPr>
        <w:t>[10]</w:t>
      </w:r>
    </w:p>
    <w:p>
      <w:r>
        <w:rPr>
          <w:rFonts w:ascii="Gentium Plus" w:hAnsi="Gentium Plus"/>
          <w:sz w:val="24"/>
        </w:rPr>
        <w:t>ἔμαθες καὶ ὅτι ἀπὸ βρέφους τὰ ἱερὰ γράμματα οἶδας, τὰ δυνάμενά σε σοφίσαι.» Καὶ πάλιν· «Πᾶσα γραφὴ θεόπνευσ‐ τος καὶ ὠφέλιμος, φησί, πρὸς διδασκαλίαν, πρὸς ἔλεγχον, πρὸς ἐπανόρθωσιν, πρὸς παίδευσιν τὴν ἐν δικαιοσύνῃ, ἵνα ἄρτιος ᾖ ὁ τοῦ Θεοῦ ἄνθρωπος.» Ἄκουε δὲ καὶ τῷ Τίτῳ περὶ τῆς</w:t>
      </w:r>
    </w:p>
    <w:p>
      <w:r>
        <w:rPr>
          <w:rFonts w:ascii="Courier New" w:hAnsi="Courier New"/>
          <w:color w:val="555555"/>
          <w:sz w:val="20"/>
        </w:rPr>
        <w:t>[15]</w:t>
      </w:r>
    </w:p>
    <w:p>
      <w:r>
        <w:rPr>
          <w:rFonts w:ascii="Gentium Plus" w:hAnsi="Gentium Plus"/>
          <w:sz w:val="24"/>
        </w:rPr>
        <w:t>τῶν ἐπισκόπων καταστάσεως διαλεγόμενος τί προστίθησιν· «Δεῖ γάρ, φησίν, εἶναι τὸν ἐπίσκοπον ἀντεχόμενον τοῦ κατὰ τὴν διδαχὴν πιστοῦ λόγου, ἵνα δυνατὸς ᾖ καὶ τοὺς ἀντιλέ‐ γοντας ἐλέγχειν.» Πῶς οὖν ἰδιώτης τις ὤν, ὡς οὗτοί φασι, τοὺς ἀντιλέγοντας ἐλέγχειν δυνήσεται καὶ ἐπιστομίζειν;</w:t>
      </w:r>
    </w:p>
    <w:p>
      <w:r>
        <w:rPr>
          <w:rFonts w:ascii="Courier New" w:hAnsi="Courier New"/>
          <w:color w:val="555555"/>
          <w:sz w:val="20"/>
        </w:rPr>
        <w:t>[20]</w:t>
      </w:r>
    </w:p>
    <w:p>
      <w:r>
        <w:rPr>
          <w:rFonts w:ascii="Gentium Plus" w:hAnsi="Gentium Plus"/>
          <w:sz w:val="24"/>
        </w:rPr>
        <w:t>τίς δὲ χρεία προσέχειν τῇ ἀναγνώσει καὶ ταῖς γραφαῖς, εἰ ταύτην δεῖ τὴν ἰδιωτείαν ἀσπάζεσθαι; Σκήψεις ταῦτα καὶ προφάσεις καὶ ῥαθυμίας καὶ ὄκνου προσχήματα. Ἀλλὰ τοῖς ἱερεῦσι, φησί, ταῦτα διατάττεται· καὶ γὰρ περὶ ἱερέων ἡμῖν ὁ λόγος νῦν. Ὅτι δὲ καὶ τοῖς ἀρχομένοις, ἄκουε</w:t>
      </w:r>
    </w:p>
    <w:p>
      <w:r>
        <w:rPr>
          <w:rFonts w:ascii="Courier New" w:hAnsi="Courier New"/>
          <w:color w:val="555555"/>
          <w:sz w:val="20"/>
        </w:rPr>
        <w:t>[25]</w:t>
      </w:r>
    </w:p>
    <w:p>
      <w:r>
        <w:rPr>
          <w:rFonts w:ascii="Gentium Plus" w:hAnsi="Gentium Plus"/>
          <w:sz w:val="24"/>
        </w:rPr>
        <w:t>τί πάλιν ἑτέροις ἐν ἑτέρᾳ ἐπιστολῇ παραινεῖ· «Ὁ λόγος τοῦ Χριστοῦ ἐνοικείτω ἐν ὑμῖν πλουσίως ἐν πάσῃ σοφίᾳ.» Καὶ πάλιν· «Ὁ λόγος ὑμῶν πάντοτε ἐν χάριτι ἅλατι ἠρτυμένος εἰδέναι πῶς δεῖ ἑνὶ ἑκάστῳ ἀποκρίνεσθαι.» Καὶ τὸ πρὸς ἀπολογίαν ἑτοίμους εἶναι ἅπασιν εἴρηται, Θεσσαλονικεῦσι</w:t>
      </w:r>
    </w:p>
    <w:p>
      <w:r>
        <w:rPr>
          <w:rFonts w:ascii="Courier New" w:hAnsi="Courier New"/>
          <w:color w:val="555555"/>
          <w:sz w:val="20"/>
        </w:rPr>
        <w:t>[30]</w:t>
      </w:r>
    </w:p>
    <w:p>
      <w:r>
        <w:rPr>
          <w:rFonts w:ascii="Gentium Plus" w:hAnsi="Gentium Plus"/>
          <w:sz w:val="24"/>
        </w:rPr>
        <w:t>δὲ ἐπιστέλλων· «Οἰκοδομεῖτε, φησίν, εἷς τὸν ἕνα, καθὼς καὶ</w:t>
      </w:r>
    </w:p>
    <w:p>
      <w:r>
        <w:rPr>
          <w:rFonts w:ascii="Courier New" w:hAnsi="Courier New"/>
          <w:color w:val="555555"/>
          <w:sz w:val="20"/>
        </w:rPr>
        <w:t>[35]</w:t>
      </w:r>
    </w:p>
    <w:p>
      <w:r>
        <w:rPr>
          <w:rFonts w:ascii="Gentium Plus" w:hAnsi="Gentium Plus"/>
          <w:sz w:val="24"/>
        </w:rPr>
        <w:t>καὶ δι’ ὧν λέγουσι τοὺς μαθητευομένους ἐνάγωσι πρὸς τὸν μακάριον βίον ὃν ὁ Χριστὸς διετάξατο· οὐ γὰρ ἀρκεῖ τὸ ποιεῖν πρὸς τὸ διδάσκειν. Καὶ οὐκ ἐμὸς ὁ λόγος, ἀλλ’ αὐτοῦ τοῦ Σωτῆρος· «Ὃς γὰρ ἄν, φησί, ποιήσῃ καὶ διδάξῃ, οὗτος μέγας κληθήσεται.» Εἰ δὲ τὸ ποιῆσαι διδάξαι ἦν, περιττῶς</w:t>
      </w:r>
    </w:p>
    <w:p>
      <w:r>
        <w:rPr>
          <w:rFonts w:ascii="Courier New" w:hAnsi="Courier New"/>
          <w:color w:val="555555"/>
          <w:sz w:val="20"/>
        </w:rPr>
        <w:t>[40]</w:t>
      </w:r>
    </w:p>
    <w:p>
      <w:r>
        <w:rPr>
          <w:rFonts w:ascii="Gentium Plus" w:hAnsi="Gentium Plus"/>
          <w:sz w:val="24"/>
        </w:rPr>
        <w:t>τὸ δεύτερον ἔκειτο· καὶ γὰρ ἤρκει εἰπεῖν· ὃς ἂν ποιήσῃ, μόνον. Νῦν δὲ τῷ διελεῖν ἀμφότερα δείκνυσιν ὅτι τὸ μὲν τῶν ἔργων ἐστί, τὸ δὲ τοῦ λόγου καὶ ἀλλήλων δεῖται ἑκάτερα πρὸς τε‐ λείαν οἰκοδομήν. Ἦ οὐκ ἀκούεις τί φησι τοῖς πρεσβυτέροις Ἐφεσίων τὸ τοῦ Χριστοῦ σκεῦος τὸ ἐκλεκτόν; «Διὸ γρηγο‐</w:t>
      </w:r>
    </w:p>
    <w:p>
      <w:r>
        <w:rPr>
          <w:rFonts w:ascii="Courier New" w:hAnsi="Courier New"/>
          <w:color w:val="555555"/>
          <w:sz w:val="20"/>
        </w:rPr>
        <w:t>[45]</w:t>
      </w:r>
    </w:p>
    <w:p>
      <w:r>
        <w:rPr>
          <w:rFonts w:ascii="Gentium Plus" w:hAnsi="Gentium Plus"/>
          <w:sz w:val="24"/>
        </w:rPr>
        <w:t>ρεῖτε, μνημονεύοντες ὅτι τριετίαν νύκτα καὶ ἡμέραν οὐκ ἐπαυσάμην μετὰ δακρύων νουθετῶν ἕνα ἕκαστον ὑμῶν.» Τίς γὰρ χρεία τῶν δακρύων ἢ τῆς διὰ τῶν λόγων νουθεσίας, οὕτω τοῦ βίου αὐτῷ λάμποντος τοῦ ἀποστολικοῦ;</w:t>
      </w:r>
    </w:p>
    <w:p>
      <w:pPr>
        <w:jc w:val="center"/>
      </w:pPr>
      <w:r>
        <w:rPr>
          <w:rFonts w:ascii="Gentium Plus" w:hAnsi="Gentium Plus"/>
          <w:b/>
          <w:sz w:val="24"/>
        </w:rPr>
        <w:t>θʹ. Ὅτι τούτου</w:t>
      </w:r>
    </w:p>
    <w:p>
      <w:r>
        <w:rPr>
          <w:rFonts w:ascii="Courier New" w:hAnsi="Courier New"/>
          <w:color w:val="555555"/>
          <w:sz w:val="20"/>
        </w:rPr>
        <w:t>[t2]</w:t>
      </w:r>
    </w:p>
    <w:p>
      <w:r>
        <w:rPr>
          <w:rFonts w:ascii="Gentium Plus" w:hAnsi="Gentium Plus"/>
          <w:sz w:val="24"/>
        </w:rPr>
        <w:t>μὴ παρόντος</w:t>
      </w:r>
    </w:p>
    <w:p>
      <w:r>
        <w:rPr>
          <w:rFonts w:ascii="Courier New" w:hAnsi="Courier New"/>
          <w:color w:val="555555"/>
          <w:sz w:val="20"/>
        </w:rPr>
        <w:t>[t3]</w:t>
      </w:r>
    </w:p>
    <w:p>
      <w:r>
        <w:rPr>
          <w:rFonts w:ascii="Gentium Plus" w:hAnsi="Gentium Plus"/>
          <w:sz w:val="24"/>
        </w:rPr>
        <w:t>τῷ ἱερεῖ,</w:t>
      </w:r>
    </w:p>
    <w:p>
      <w:r>
        <w:rPr>
          <w:rFonts w:ascii="Courier New" w:hAnsi="Courier New"/>
          <w:color w:val="555555"/>
          <w:sz w:val="20"/>
        </w:rPr>
        <w:t>[t4]</w:t>
      </w:r>
    </w:p>
    <w:p>
      <w:r>
        <w:rPr>
          <w:rFonts w:ascii="Gentium Plus" w:hAnsi="Gentium Plus"/>
          <w:sz w:val="24"/>
        </w:rPr>
        <w:t>πολλὴν ἀνάγκη</w:t>
      </w:r>
    </w:p>
    <w:p>
      <w:r>
        <w:rPr>
          <w:rFonts w:ascii="Courier New" w:hAnsi="Courier New"/>
          <w:color w:val="555555"/>
          <w:sz w:val="20"/>
        </w:rPr>
        <w:t>[t5]</w:t>
      </w:r>
    </w:p>
    <w:p>
      <w:r>
        <w:rPr>
          <w:rFonts w:ascii="Gentium Plus" w:hAnsi="Gentium Plus"/>
          <w:sz w:val="24"/>
        </w:rPr>
        <w:t>τοὺς ἀρχομένους</w:t>
      </w:r>
    </w:p>
    <w:p>
      <w:r>
        <w:rPr>
          <w:rFonts w:ascii="Courier New" w:hAnsi="Courier New"/>
          <w:color w:val="555555"/>
          <w:sz w:val="20"/>
        </w:rPr>
        <w:t>[t6]</w:t>
      </w:r>
    </w:p>
    <w:p>
      <w:r>
        <w:rPr>
          <w:rFonts w:ascii="Gentium Plus" w:hAnsi="Gentium Plus"/>
          <w:sz w:val="24"/>
        </w:rPr>
        <w:t>ζημίαν ὑφίστασθαι</w:t>
      </w:r>
    </w:p>
    <w:p>
      <w:r>
        <w:rPr>
          <w:rFonts w:ascii="Courier New" w:hAnsi="Courier New"/>
          <w:color w:val="555555"/>
          <w:sz w:val="20"/>
        </w:rPr>
        <w:t>[1]</w:t>
      </w:r>
    </w:p>
    <w:p>
      <w:r>
        <w:rPr>
          <w:rFonts w:ascii="Gentium Plus" w:hAnsi="Gentium Plus"/>
          <w:sz w:val="24"/>
        </w:rPr>
        <w:t>Ἀλλὰ πρὸς μὲν τὴν τῶν ἐντολῶν ἐργασίαν δύναιτ’ ἂν ἡμῖν οὗτος πολὺ συμβάλλεσθαι μέρος· οὐδὲ γὰρ ἐκεῖ μόνον αὐτὸν τὸ πᾶν κατορθοῦν</w:t>
      </w:r>
    </w:p>
    <w:p>
      <w:r>
        <w:rPr>
          <w:rFonts w:ascii="Courier New" w:hAnsi="Courier New"/>
          <w:color w:val="555555"/>
          <w:sz w:val="20"/>
        </w:rPr>
        <w:t>[5]</w:t>
      </w:r>
    </w:p>
    <w:p>
      <w:r>
        <w:rPr>
          <w:rFonts w:ascii="Gentium Plus" w:hAnsi="Gentium Plus"/>
          <w:sz w:val="24"/>
        </w:rPr>
        <w:t>φαίην ἄν, ὅταν δὲ ὑπὲρ δογμάτων ἀγὼν κινῆται καὶ πάντες ἀπὸ τῶν αὐτῶν μάχωνται γραφῶν, ποίαν ἰσχὺν ὁ βίος ἐνταῦθα ἐπιδεῖξαι δυνήσεται; Τί τῶν πολλῶν ὄφελος ἱδρώτων, ὅταν μετὰ τοὺς μόχθους ἐκείνους ἀπὸ τῆς</w:t>
      </w:r>
    </w:p>
    <w:p>
      <w:r>
        <w:rPr>
          <w:rFonts w:ascii="Courier New" w:hAnsi="Courier New"/>
          <w:color w:val="555555"/>
          <w:sz w:val="20"/>
        </w:rPr>
        <w:t>[10]</w:t>
      </w:r>
    </w:p>
    <w:p>
      <w:r>
        <w:rPr>
          <w:rFonts w:ascii="Gentium Plus" w:hAnsi="Gentium Plus"/>
          <w:sz w:val="24"/>
        </w:rPr>
        <w:t>πολλῆς τις ἀπειρίας εἰς αἵρεσιν ἐκπεσὼν ἀποσχισθῇ τοῦ σώματος τῆς Ἐκκλησίας; Ὅπερ οἶδα πολλοὺς παθόντας ἐγώ.</w:t>
      </w:r>
    </w:p>
    <w:p>
      <w:r>
        <w:rPr>
          <w:rFonts w:ascii="Courier New" w:hAnsi="Courier New"/>
          <w:color w:val="555555"/>
          <w:sz w:val="20"/>
        </w:rPr>
        <w:t>[15]</w:t>
      </w:r>
    </w:p>
    <w:p>
      <w:r>
        <w:rPr>
          <w:rFonts w:ascii="Gentium Plus" w:hAnsi="Gentium Plus"/>
          <w:sz w:val="24"/>
        </w:rPr>
        <w:t>διδάσκειν τοὺς ἄλλους λαχόντα. Εἰ γὰρ καὶ αὐτὸς ἕστηκεν ἐν ἀσφαλείᾳ, μηδὲν ὑπὸ τῶν ἀντιλεγόντων βλαπτόμενος, ἀλλὰ τὸ τῶν ἀφελεστέρων πλῆθος τὸ ταττόμενον ὑπ’ ἐκείνῳ, ὅταν ἴδῃ τὸν ἡγούμενον ἡττηθέντα καὶ οὐδὲν ἔχοντα πρὸς τοὺς ἀντιλέγοντας εἰπεῖν, οὐ τὴν ἀσθένειαν τὴν ἐκείνου τῆς ἥττης</w:t>
      </w:r>
    </w:p>
    <w:p>
      <w:r>
        <w:rPr>
          <w:rFonts w:ascii="Courier New" w:hAnsi="Courier New"/>
          <w:color w:val="555555"/>
          <w:sz w:val="20"/>
        </w:rPr>
        <w:t>[20]</w:t>
      </w:r>
    </w:p>
    <w:p>
      <w:r>
        <w:rPr>
          <w:rFonts w:ascii="Gentium Plus" w:hAnsi="Gentium Plus"/>
          <w:sz w:val="24"/>
        </w:rPr>
        <w:t>ἀλλὰ τὴν τοῦ δόγματος αἰτιῶνται σαθρότητα, καὶ διὰ τὴν τοῦ ἑνὸς ἀπειρίαν ὁ πολὺς λεὼς εἰς ἔσχατον ὄλεθρον καταφέρεται· κἂν γὰρ μὴ πάντῃ γένωνται τῶν ἐναντίων, ἀλλ’ ὅμως ὑπὲρ ὧν θαρρεῖν εἶχον ἀμφιβάλλειν ἀναγκάζονται, καὶ οἷς μετὰ πίστεως προσῄεσαν ἀκλινοῦς, οὐκέτι μετὰ τῆς αὐτῆς δύνανται</w:t>
      </w:r>
    </w:p>
    <w:p>
      <w:r>
        <w:rPr>
          <w:rFonts w:ascii="Courier New" w:hAnsi="Courier New"/>
          <w:color w:val="555555"/>
          <w:sz w:val="20"/>
        </w:rPr>
        <w:t>[25]</w:t>
      </w:r>
    </w:p>
    <w:p>
      <w:r>
        <w:rPr>
          <w:rFonts w:ascii="Gentium Plus" w:hAnsi="Gentium Plus"/>
          <w:sz w:val="24"/>
        </w:rPr>
        <w:t>προσέχειν στερρότητος, ἀλλὰ τοσαύτη ζάλη ταῖς ἐκείνων εἰσοικίζεται ψυχαῖς ἀπὸ τῆς ἥττης τοῦ διδασκάλου, ὡς καὶ εἰς ναυάγιον τελευτῆσαι τὸ κακόν. Ὅσος δὲ ὄλεθρος καὶ ὅσον συνάγεται πῦρ εἰς τὴν ἀθλίαν κεφαλὴν ἐκείνου, καθ’ ἕκαστον τῶν ἀπολλυμένων τούτων, οὐδὲν δεήσῃ παρ’ ἐμοῦ μαθεῖν,</w:t>
      </w:r>
    </w:p>
    <w:p>
      <w:r>
        <w:rPr>
          <w:rFonts w:ascii="Courier New" w:hAnsi="Courier New"/>
          <w:color w:val="555555"/>
          <w:sz w:val="20"/>
        </w:rPr>
        <w:t>[30]</w:t>
      </w:r>
    </w:p>
    <w:p>
      <w:r>
        <w:rPr>
          <w:rFonts w:ascii="Gentium Plus" w:hAnsi="Gentium Plus"/>
          <w:sz w:val="24"/>
        </w:rPr>
        <w:t>ἅπαντα αὐτὸς εἰδὼς ἀκριβῶς. Τοῦτο οὖν ἀπονοίας, τοῦτο κενοδοξίας, τὸ μὴ θελῆσαι τοσούτοις ἀπωλείας αἴτιον γενέσθαι, μηδὲ ἐμαυτῷ μείζονα προξενῆσαι τιμωρίαν τῆς νῦν ἀποκειμένης ἐκεῖ; Καὶ τίς ἂν ταῦτα φήσειεν; Οὐδείς, πλὴν εἴ τις μάτην μέμφεσθαι βούλοιτο καὶ ἐν ταῖς ἀλλοτρίαις φιλο‐</w:t>
      </w:r>
    </w:p>
    <w:p>
      <w:r>
        <w:rPr>
          <w:rFonts w:ascii="Courier New" w:hAnsi="Courier New"/>
          <w:color w:val="555555"/>
          <w:sz w:val="20"/>
        </w:rPr>
        <w:t>[35]</w:t>
      </w:r>
    </w:p>
    <w:p>
      <w:r>
        <w:rPr>
          <w:rFonts w:ascii="Gentium Plus" w:hAnsi="Gentium Plus"/>
          <w:sz w:val="24"/>
        </w:rPr>
        <w:t>σοφεῖν συμφοραῖς.</w:t>
      </w:r>
    </w:p>
    <w:p>
      <w:r>
        <w:rPr>
          <w:rFonts w:ascii="Courier New" w:hAnsi="Courier New"/>
          <w:color w:val="555555"/>
          <w:sz w:val="20"/>
        </w:rPr>
        <w:t>[5 . 1]</w:t>
      </w:r>
    </w:p>
    <w:p>
      <w:r>
        <w:rPr>
          <w:rFonts w:ascii="Gentium Plus" w:hAnsi="Gentium Plus"/>
          <w:sz w:val="24"/>
        </w:rPr>
        <w:t>ΛΟΓΟΣ Εʹ</w:t>
      </w:r>
    </w:p>
    <w:p>
      <w:r>
        <w:rPr>
          <w:rFonts w:ascii="Courier New" w:hAnsi="Courier New"/>
          <w:color w:val="555555"/>
          <w:sz w:val="20"/>
        </w:rPr>
        <w:t>[t1]</w:t>
      </w:r>
    </w:p>
    <w:p>
      <w:r>
        <w:rPr>
          <w:rFonts w:ascii="Gentium Plus" w:hAnsi="Gentium Plus"/>
          <w:sz w:val="24"/>
        </w:rPr>
        <w:t>αʹ. Ὅτι πολλοῦ</w:t>
      </w:r>
    </w:p>
    <w:p>
      <w:r>
        <w:rPr>
          <w:rFonts w:ascii="Courier New" w:hAnsi="Courier New"/>
          <w:color w:val="555555"/>
          <w:sz w:val="20"/>
        </w:rPr>
        <w:t>[t2]</w:t>
      </w:r>
    </w:p>
    <w:p>
      <w:r>
        <w:rPr>
          <w:rFonts w:ascii="Gentium Plus" w:hAnsi="Gentium Plus"/>
          <w:sz w:val="24"/>
        </w:rPr>
        <w:t>πόνου καὶ σπουδῆς</w:t>
      </w:r>
    </w:p>
    <w:p>
      <w:r>
        <w:rPr>
          <w:rFonts w:ascii="Courier New" w:hAnsi="Courier New"/>
          <w:color w:val="555555"/>
          <w:sz w:val="20"/>
        </w:rPr>
        <w:t>[t3]</w:t>
      </w:r>
    </w:p>
    <w:p>
      <w:r>
        <w:rPr>
          <w:rFonts w:ascii="Gentium Plus" w:hAnsi="Gentium Plus"/>
          <w:sz w:val="24"/>
        </w:rPr>
        <w:t>αἱ ἐν τῷ κοινῷ</w:t>
      </w:r>
    </w:p>
    <w:p>
      <w:r>
        <w:rPr>
          <w:rFonts w:ascii="Courier New" w:hAnsi="Courier New"/>
          <w:color w:val="555555"/>
          <w:sz w:val="20"/>
        </w:rPr>
        <w:t>[t4]</w:t>
      </w:r>
    </w:p>
    <w:p>
      <w:r>
        <w:rPr>
          <w:rFonts w:ascii="Gentium Plus" w:hAnsi="Gentium Plus"/>
          <w:sz w:val="24"/>
        </w:rPr>
        <w:t>ὁμιλίαι δέονται</w:t>
      </w:r>
    </w:p>
    <w:p>
      <w:r>
        <w:rPr>
          <w:rFonts w:ascii="Courier New" w:hAnsi="Courier New"/>
          <w:color w:val="555555"/>
          <w:sz w:val="20"/>
        </w:rPr>
        <w:t>[1]</w:t>
      </w:r>
    </w:p>
    <w:p>
      <w:r>
        <w:rPr>
          <w:rFonts w:ascii="Gentium Plus" w:hAnsi="Gentium Plus"/>
          <w:sz w:val="24"/>
        </w:rPr>
        <w:t>Ὅσης μὲν ἐμπειρίας τῷ διδα‐ σκάλῳ δεῖ πρὸς τοὺς ὑπὲρ τῆς ἀλη‐ θείας ἀγῶνας, ἱκανῶς ἡμῖν ἀποδέ‐ δεικται· ἔχω δέ τι καὶ πρὸς τούτοις</w:t>
      </w:r>
    </w:p>
    <w:p>
      <w:r>
        <w:rPr>
          <w:rFonts w:ascii="Courier New" w:hAnsi="Courier New"/>
          <w:color w:val="555555"/>
          <w:sz w:val="20"/>
        </w:rPr>
        <w:t>[5]</w:t>
      </w:r>
    </w:p>
    <w:p>
      <w:r>
        <w:rPr>
          <w:rFonts w:ascii="Gentium Plus" w:hAnsi="Gentium Plus"/>
          <w:sz w:val="24"/>
        </w:rPr>
        <w:t>ἕτερον μυρίων αἴτιον κινδύνων εἰπεῖν. Μᾶλλον δὲ οὐκ ἐκεῖνο εἴποιμι ἂν αἴτιον ἔγωγε, ἀλλὰ τοὺς οὐκ εἰδότας αὐτῷ χρῆσθαι καλῶς, ἐπεὶ τό γε πρᾶγμα αὐτὸ σωτη‐</w:t>
      </w:r>
    </w:p>
    <w:p>
      <w:r>
        <w:rPr>
          <w:rFonts w:ascii="Courier New" w:hAnsi="Courier New"/>
          <w:color w:val="555555"/>
          <w:sz w:val="20"/>
        </w:rPr>
        <w:t>[10]</w:t>
      </w:r>
    </w:p>
    <w:p>
      <w:r>
        <w:rPr>
          <w:rFonts w:ascii="Gentium Plus" w:hAnsi="Gentium Plus"/>
          <w:sz w:val="24"/>
        </w:rPr>
        <w:t>οὖν τοῦτό ἐστιν; Ὁ πολὺς πόνος ὁ περὶ τὰς διαλέξεις τὰς κοινῇ πρὸς τὸν λαὸν γινομένας ἀναλισκόμενος. Πρῶτον μὲν γὰρ τὸ πλέον τῶν ἀρχομένων οὐκ ἐθέλουσιν ὡς πρὸς διδα‐ σκάλους διακεῖσθαι τοὺς λέγοντας, ἀλλὰ τὴν τῶν μαθητῶν τάξιν ὑπερβάντες ἀντιλαμβάνουσι τὴν τῶν θεατῶν τῶν ἐν τοῖς</w:t>
      </w:r>
    </w:p>
    <w:p>
      <w:r>
        <w:rPr>
          <w:rFonts w:ascii="Courier New" w:hAnsi="Courier New"/>
          <w:color w:val="555555"/>
          <w:sz w:val="20"/>
        </w:rPr>
        <w:t>[15]</w:t>
      </w:r>
    </w:p>
    <w:p>
      <w:r>
        <w:rPr>
          <w:rFonts w:ascii="Gentium Plus" w:hAnsi="Gentium Plus"/>
          <w:sz w:val="24"/>
        </w:rPr>
        <w:t>ἔξωθεν καθεζομένων ἀγῶσι. Καὶ καθάπερ ἐκεῖ τὸ πλῆθος μερί‐ ζεται, καὶ οἱ μὲν τούτῳ, οἱ δὲ ἐκείνῳ προσνέμουσιν ἑαυτούς, οὕτω δὴ καὶ ἐνταῦθα διαιρεθέντες, οἱ μὲν μετὰ τούτου, οἱ δὲ μετὰ ἐκείνου γίνονται, πρὸς χάριν καὶ πρὸς ἀπέχθειαν ἀκούοντες τῶν λεγομένων. Καὶ οὐ τοῦτο μόνον ἐστὶ τὸ</w:t>
      </w:r>
    </w:p>
    <w:p>
      <w:r>
        <w:rPr>
          <w:rFonts w:ascii="Courier New" w:hAnsi="Courier New"/>
          <w:color w:val="555555"/>
          <w:sz w:val="20"/>
        </w:rPr>
        <w:t>[20]</w:t>
      </w:r>
    </w:p>
    <w:p>
      <w:r>
        <w:rPr>
          <w:rFonts w:ascii="Gentium Plus" w:hAnsi="Gentium Plus"/>
          <w:sz w:val="24"/>
        </w:rPr>
        <w:t>χαλεπόν, ἀλλὰ καὶ ἕτερον οὐδὲν ἔλαττον τούτου· ἢν γάρ τινα συμβῇ τῶν λεγόντων μέρος τι τῶν ἑτέροις πονηθέντων ἐνυφῆναι τοῖς λόγοις αὐτοῦ, πλείονα τῶν τὰ χρήματα κλεπ‐ τόντων ὑφίσταται ὀνείδη, πολλάκις δὲ οὐδὲ λαβὼν παρ’ οὐδενὸς οὐδέν, ἀλλ’ ὑποπτευθεὶς μόνον, τὰ τῶν ἑαλωκότων</w:t>
      </w:r>
    </w:p>
    <w:p>
      <w:r>
        <w:rPr>
          <w:rFonts w:ascii="Courier New" w:hAnsi="Courier New"/>
          <w:color w:val="555555"/>
          <w:sz w:val="20"/>
        </w:rPr>
        <w:t>[25]</w:t>
      </w:r>
    </w:p>
    <w:p>
      <w:r>
        <w:rPr>
          <w:rFonts w:ascii="Gentium Plus" w:hAnsi="Gentium Plus"/>
          <w:sz w:val="24"/>
        </w:rPr>
        <w:t>ἔπαθε. Καὶ τί λέγω τῶν ἑτέροις πεπονημένων; Αὐτὸν τοῖς εὑρήμασι τοῖς ἑαυτοῦ συνεχῶς χρήσασθαι οὐκ ἔνι· οὐ γὰρ πρὸς ὠφέλειαν, ἀλλὰ πρὸς τέρψιν ἀκούειν εἰθίσθησαν οἱ πολ‐</w:t>
      </w:r>
    </w:p>
    <w:p>
      <w:r>
        <w:rPr>
          <w:rFonts w:ascii="Courier New" w:hAnsi="Courier New"/>
          <w:color w:val="555555"/>
          <w:sz w:val="20"/>
        </w:rPr>
        <w:t>[30]</w:t>
      </w:r>
    </w:p>
    <w:p>
      <w:r>
        <w:rPr>
          <w:rFonts w:ascii="Gentium Plus" w:hAnsi="Gentium Plus"/>
          <w:sz w:val="24"/>
        </w:rPr>
        <w:t>γίνεται ποθεινὴ ὡς οὐδὲ τοῖς σοφισταῖς ὅταν πρὸς ἀλλήλους ἀγωνίζεσθαι ἀναγκάζωνται. Γενναίας οὖν δεῖ κἀνταῦθα ψυχῆς καὶ πολὺ τὴν ἡμετέραν ὑπερβαινούσης σμικρότητα ἵνα τὴν ἄτακτον καὶ ἀνωφελῆ τοῦ πλήθους ἡδονὴν κολάζῃ καὶ πρὸς τὸ ὠφελιμώτερον μετάγειν δύνηται τὴν ἀκρόασιν, ὡς</w:t>
      </w:r>
    </w:p>
    <w:p>
      <w:r>
        <w:rPr>
          <w:rFonts w:ascii="Courier New" w:hAnsi="Courier New"/>
          <w:color w:val="555555"/>
          <w:sz w:val="20"/>
        </w:rPr>
        <w:t>[35]</w:t>
      </w:r>
    </w:p>
    <w:p>
      <w:r>
        <w:rPr>
          <w:rFonts w:ascii="Gentium Plus" w:hAnsi="Gentium Plus"/>
          <w:sz w:val="24"/>
        </w:rPr>
        <w:t>αὐτῷ τὸν λαὸν ἕπεσθαι καὶ εἴκειν, ἀλλὰ μὴ αὐτὸν ταῖς ἐκείνων ἄγεσθαι ἐπιθυμίαις.</w:t>
      </w:r>
    </w:p>
    <w:p>
      <w:pPr>
        <w:jc w:val="center"/>
      </w:pPr>
      <w:r>
        <w:rPr>
          <w:rFonts w:ascii="Gentium Plus" w:hAnsi="Gentium Plus"/>
          <w:b/>
          <w:sz w:val="24"/>
        </w:rPr>
        <w:t>βʹ. Ὅτι τὸν εἰς</w:t>
      </w:r>
    </w:p>
    <w:p>
      <w:r>
        <w:rPr>
          <w:rFonts w:ascii="Courier New" w:hAnsi="Courier New"/>
          <w:color w:val="555555"/>
          <w:sz w:val="20"/>
        </w:rPr>
        <w:t>[t2]</w:t>
      </w:r>
    </w:p>
    <w:p>
      <w:r>
        <w:rPr>
          <w:rFonts w:ascii="Gentium Plus" w:hAnsi="Gentium Plus"/>
          <w:sz w:val="24"/>
        </w:rPr>
        <w:t>τοῦτο τεταγμένον</w:t>
      </w:r>
    </w:p>
    <w:p>
      <w:r>
        <w:rPr>
          <w:rFonts w:ascii="Courier New" w:hAnsi="Courier New"/>
          <w:color w:val="555555"/>
          <w:sz w:val="20"/>
        </w:rPr>
        <w:t>[t3]</w:t>
      </w:r>
    </w:p>
    <w:p>
      <w:r>
        <w:rPr>
          <w:rFonts w:ascii="Gentium Plus" w:hAnsi="Gentium Plus"/>
          <w:sz w:val="24"/>
        </w:rPr>
        <w:t>καὶ ἐγκωμίων</w:t>
      </w:r>
    </w:p>
    <w:p>
      <w:r>
        <w:rPr>
          <w:rFonts w:ascii="Courier New" w:hAnsi="Courier New"/>
          <w:color w:val="555555"/>
          <w:sz w:val="20"/>
        </w:rPr>
        <w:t>[t4]</w:t>
      </w:r>
    </w:p>
    <w:p>
      <w:r>
        <w:rPr>
          <w:rFonts w:ascii="Gentium Plus" w:hAnsi="Gentium Plus"/>
          <w:sz w:val="24"/>
        </w:rPr>
        <w:t>ὑπερορᾶν χρὴ</w:t>
      </w:r>
    </w:p>
    <w:p>
      <w:r>
        <w:rPr>
          <w:rFonts w:ascii="Courier New" w:hAnsi="Courier New"/>
          <w:color w:val="555555"/>
          <w:sz w:val="20"/>
        </w:rPr>
        <w:t>[t5]</w:t>
      </w:r>
    </w:p>
    <w:p>
      <w:r>
        <w:rPr>
          <w:rFonts w:ascii="Gentium Plus" w:hAnsi="Gentium Plus"/>
          <w:sz w:val="24"/>
        </w:rPr>
        <w:t>καὶ δύνασθαι λέγειν</w:t>
      </w:r>
    </w:p>
    <w:p>
      <w:r>
        <w:rPr>
          <w:rFonts w:ascii="Courier New" w:hAnsi="Courier New"/>
          <w:color w:val="555555"/>
          <w:sz w:val="20"/>
        </w:rPr>
        <w:t>[1]</w:t>
      </w:r>
    </w:p>
    <w:p>
      <w:r>
        <w:rPr>
          <w:rFonts w:ascii="Gentium Plus" w:hAnsi="Gentium Plus"/>
          <w:sz w:val="24"/>
        </w:rPr>
        <w:t>Τούτου δὲ οὐδαμῶς ἔστιν ἐπι‐ τυχεῖν, ἀλλ’ ἢ διὰ τούτοιν τοῖν δυοῖν, τῆς τε τῶν ἐπαίνων ὑπεροψίας καὶ τῆς ἐν τῷ λέγειν δυνάμεως. Κἂν</w:t>
      </w:r>
    </w:p>
    <w:p>
      <w:r>
        <w:rPr>
          <w:rFonts w:ascii="Courier New" w:hAnsi="Courier New"/>
          <w:color w:val="555555"/>
          <w:sz w:val="20"/>
        </w:rPr>
        <w:t>[5]</w:t>
      </w:r>
    </w:p>
    <w:p>
      <w:r>
        <w:rPr>
          <w:rFonts w:ascii="Gentium Plus" w:hAnsi="Gentium Plus"/>
          <w:sz w:val="24"/>
        </w:rPr>
        <w:t>γὰρ τὸ ἕτερον ἀπῇ, τὸ λειπόμενον ἄχρηστον γίνεται τῇ διαζεύξει θατέ‐ ρου· ἄν τε γὰρ ἐπαίνων ὑπερορῶν μὴ προσφέρῃ διδασκαλίαν τὴν ἐν χάριτι καὶ ἅλατι ἠρτυμένην, εὐκαταφρόνητος ὑπὸ τῶν πολλῶν γίνεται, οὐδὲν ἀπὸ τῆς μεγαλοψυχίας κερδάνας</w:t>
      </w:r>
    </w:p>
    <w:p>
      <w:r>
        <w:rPr>
          <w:rFonts w:ascii="Courier New" w:hAnsi="Courier New"/>
          <w:color w:val="555555"/>
          <w:sz w:val="20"/>
        </w:rPr>
        <w:t>[10]</w:t>
      </w:r>
    </w:p>
    <w:p>
      <w:r>
        <w:rPr>
          <w:rFonts w:ascii="Gentium Plus" w:hAnsi="Gentium Plus"/>
          <w:sz w:val="24"/>
        </w:rPr>
        <w:t>ἐκείνης· ἄν τε τοῦτο καλῶς κατορθώσας τὸ μέρος τῆς ἀπὸ τῶν κρότων δόξης ἡττώμενος τύχῃ, εἰς ταὐτὸν πάλιν περι‐ ΐσταται τὰ τῆς ζημίας αὐτῷ τε καὶ τοῖς πολλοῖς, πρὸς χάριν τῶν ἀκουόντων μᾶλλον ἢ πρὸς ὠφέλειαν λέγειν μελετῶντι, διὰ τὴν τῶν ἐπαίνων ἐπιθυμίαν. Καὶ καθάπερ ὁ μήτε πάσχων</w:t>
      </w:r>
    </w:p>
    <w:p>
      <w:r>
        <w:rPr>
          <w:rFonts w:ascii="Courier New" w:hAnsi="Courier New"/>
          <w:color w:val="555555"/>
          <w:sz w:val="20"/>
        </w:rPr>
        <w:t>[15]</w:t>
      </w:r>
    </w:p>
    <w:p>
      <w:r>
        <w:rPr>
          <w:rFonts w:ascii="Gentium Plus" w:hAnsi="Gentium Plus"/>
          <w:sz w:val="24"/>
        </w:rPr>
        <w:t>τι πρὸς τὰς εὐφημίας, μήτε λέγειν εἰδὼς οὔτε εἴκειν ταῖς τοῦ πλήθους ἡδοναῖς, οὔτε ὠφελεῖν ἀξιόλογόν τινα δύναται</w:t>
      </w:r>
    </w:p>
    <w:p>
      <w:r>
        <w:rPr>
          <w:rFonts w:ascii="Courier New" w:hAnsi="Courier New"/>
          <w:color w:val="555555"/>
          <w:sz w:val="20"/>
        </w:rPr>
        <w:t>[20]</w:t>
      </w:r>
    </w:p>
    <w:p>
      <w:r>
        <w:rPr>
          <w:rFonts w:ascii="Gentium Plus" w:hAnsi="Gentium Plus"/>
          <w:sz w:val="24"/>
        </w:rPr>
        <w:t>τούτων τοὺς ἐν τοῖς κρότοις θορύβους ὠνούμενος.</w:t>
      </w:r>
    </w:p>
    <w:p>
      <w:pPr>
        <w:jc w:val="center"/>
      </w:pPr>
      <w:r>
        <w:rPr>
          <w:rFonts w:ascii="Gentium Plus" w:hAnsi="Gentium Plus"/>
          <w:b/>
          <w:sz w:val="24"/>
        </w:rPr>
        <w:t>γʹ. Ὅτι ἂν μὴ</w:t>
      </w:r>
    </w:p>
    <w:p>
      <w:r>
        <w:rPr>
          <w:rFonts w:ascii="Courier New" w:hAnsi="Courier New"/>
          <w:color w:val="555555"/>
          <w:sz w:val="20"/>
        </w:rPr>
        <w:t>[t2]</w:t>
      </w:r>
    </w:p>
    <w:p>
      <w:r>
        <w:rPr>
          <w:rFonts w:ascii="Gentium Plus" w:hAnsi="Gentium Plus"/>
          <w:sz w:val="24"/>
        </w:rPr>
        <w:t>ἀμφότερα ἔχῃ,</w:t>
      </w:r>
    </w:p>
    <w:p>
      <w:r>
        <w:rPr>
          <w:rFonts w:ascii="Courier New" w:hAnsi="Courier New"/>
          <w:color w:val="555555"/>
          <w:sz w:val="20"/>
        </w:rPr>
        <w:t>[t3]</w:t>
      </w:r>
    </w:p>
    <w:p>
      <w:r>
        <w:rPr>
          <w:rFonts w:ascii="Gentium Plus" w:hAnsi="Gentium Plus"/>
          <w:sz w:val="24"/>
        </w:rPr>
        <w:t>ἄχρηστος ἔσται</w:t>
      </w:r>
    </w:p>
    <w:p>
      <w:r>
        <w:rPr>
          <w:rFonts w:ascii="Courier New" w:hAnsi="Courier New"/>
          <w:color w:val="555555"/>
          <w:sz w:val="20"/>
        </w:rPr>
        <w:t>[t4]</w:t>
      </w:r>
    </w:p>
    <w:p>
      <w:r>
        <w:rPr>
          <w:rFonts w:ascii="Gentium Plus" w:hAnsi="Gentium Plus"/>
          <w:sz w:val="24"/>
        </w:rPr>
        <w:t>τῷ πλήθει</w:t>
      </w:r>
    </w:p>
    <w:p>
      <w:r>
        <w:rPr>
          <w:rFonts w:ascii="Courier New" w:hAnsi="Courier New"/>
          <w:color w:val="555555"/>
          <w:sz w:val="20"/>
        </w:rPr>
        <w:t>[1]</w:t>
      </w:r>
    </w:p>
    <w:p>
      <w:r>
        <w:rPr>
          <w:rFonts w:ascii="Gentium Plus" w:hAnsi="Gentium Plus"/>
          <w:sz w:val="24"/>
        </w:rPr>
        <w:t>Ἀμφοτέρωθεν οὖν ἰσχυρὸν εἶναι τὸν ἄριστον ἄρχοντα δεῖ ἵνα μὴ θατέρῳ θάτερον ἀνατρέπηται· ὅταν γὰρ ἀναστὰς ἐν τῷ μέσῳ λέγῃ τὰ</w:t>
      </w:r>
    </w:p>
    <w:p>
      <w:r>
        <w:rPr>
          <w:rFonts w:ascii="Courier New" w:hAnsi="Courier New"/>
          <w:color w:val="555555"/>
          <w:sz w:val="20"/>
        </w:rPr>
        <w:t>[5]</w:t>
      </w:r>
    </w:p>
    <w:p>
      <w:r>
        <w:rPr>
          <w:rFonts w:ascii="Gentium Plus" w:hAnsi="Gentium Plus"/>
          <w:sz w:val="24"/>
        </w:rPr>
        <w:t>τοὺς ῥαθύμως ζῶντας ἐπιστῦψαι δυνάμενα, εἶτα προσπταίῃ καὶ διακόπτηται, καὶ ὑπὸ τῆς ἐνδείας ἐρυθριᾶν ἀναγκάζηται, διερρύη τὸ κέρδος τῶν λεχθέν‐ των εὐθέως. Οἱ γὰρ ἐπιτιμηθέντες, ἀλγοῦντες τοῖς εἰρημένοις καὶ οὐκ ἔχοντες αὐτὸν ἑτέρως ἀμύνασθαι, τοῖς τῆς ἀμαθίας</w:t>
      </w:r>
    </w:p>
    <w:p>
      <w:r>
        <w:rPr>
          <w:rFonts w:ascii="Courier New" w:hAnsi="Courier New"/>
          <w:color w:val="555555"/>
          <w:sz w:val="20"/>
        </w:rPr>
        <w:t>[10]</w:t>
      </w:r>
    </w:p>
    <w:p>
      <w:r>
        <w:rPr>
          <w:rFonts w:ascii="Gentium Plus" w:hAnsi="Gentium Plus"/>
          <w:sz w:val="24"/>
        </w:rPr>
        <w:t>αὐτὸν βάλλουσι σκώμμασι, τούτοις οἰόμενοι τὰ ἑαυτῶν συ‐ σκιάζειν ὀνείδη. Διὸ χρή, καθάπερ τινὰ ἡνίοχον ἄριστον, εἰς ἀκρίβειαν τούτων ἀμφοτέρων ἥκειν τῶν καλῶν, ἵνα ἀμφότερα πρὸς τὸ δέον αὐτῷ μεταχειρίζειν ἐξῇ· καὶ γὰρ ὅταν αὐτὸς ἀνεπίληπτος ἅπασι γένηται, τότε δυνήσεται μεθ’ ὅσης βού‐</w:t>
      </w:r>
    </w:p>
    <w:p>
      <w:r>
        <w:rPr>
          <w:rFonts w:ascii="Courier New" w:hAnsi="Courier New"/>
          <w:color w:val="555555"/>
          <w:sz w:val="20"/>
        </w:rPr>
        <w:t>[15]</w:t>
      </w:r>
    </w:p>
    <w:p>
      <w:r>
        <w:rPr>
          <w:rFonts w:ascii="Gentium Plus" w:hAnsi="Gentium Plus"/>
          <w:sz w:val="24"/>
        </w:rPr>
        <w:t>λεται ἐξουσίας καὶ κολάζειν καὶ ἀνιέναι τοὺς ὑπ’ αὐτῷ τατ‐ τομένους ἅπαντας· πρὸ δὲ τούτου οὐκ εὐμαρὲς τοῦτο ποιεῖν. Τὴν δὲ μεγαλοψυχίαν οὐ μέχρι τῆς τῶν ἐπαίνων ὑπεροψίας δείκνυσθαι χρὴ μόνον, ἀλλὰ καὶ περαιτέρω προάγειν, ἵνα</w:t>
      </w:r>
    </w:p>
    <w:p>
      <w:pPr>
        <w:jc w:val="center"/>
      </w:pPr>
      <w:r>
        <w:rPr>
          <w:rFonts w:ascii="Gentium Plus" w:hAnsi="Gentium Plus"/>
          <w:b/>
          <w:sz w:val="24"/>
        </w:rPr>
        <w:t>δʹ. Ὅτι μάλιστα</w:t>
      </w:r>
    </w:p>
    <w:p>
      <w:r>
        <w:rPr>
          <w:rFonts w:ascii="Courier New" w:hAnsi="Courier New"/>
          <w:color w:val="555555"/>
          <w:sz w:val="20"/>
        </w:rPr>
        <w:t>[t2]</w:t>
      </w:r>
    </w:p>
    <w:p>
      <w:r>
        <w:rPr>
          <w:rFonts w:ascii="Gentium Plus" w:hAnsi="Gentium Plus"/>
          <w:sz w:val="24"/>
        </w:rPr>
        <w:t>βασκανίας τοῦτον</w:t>
      </w:r>
    </w:p>
    <w:p>
      <w:r>
        <w:rPr>
          <w:rFonts w:ascii="Courier New" w:hAnsi="Courier New"/>
          <w:color w:val="555555"/>
          <w:sz w:val="20"/>
        </w:rPr>
        <w:t>[t3]</w:t>
      </w:r>
    </w:p>
    <w:p>
      <w:r>
        <w:rPr>
          <w:rFonts w:ascii="Gentium Plus" w:hAnsi="Gentium Plus"/>
          <w:sz w:val="24"/>
        </w:rPr>
        <w:t>δεῖ καταφρονεῖν</w:t>
      </w:r>
    </w:p>
    <w:p>
      <w:r>
        <w:rPr>
          <w:rFonts w:ascii="Courier New" w:hAnsi="Courier New"/>
          <w:color w:val="555555"/>
          <w:sz w:val="20"/>
        </w:rPr>
        <w:t>[1]</w:t>
      </w:r>
    </w:p>
    <w:p>
      <w:r>
        <w:rPr>
          <w:rFonts w:ascii="Gentium Plus" w:hAnsi="Gentium Plus"/>
          <w:sz w:val="24"/>
        </w:rPr>
        <w:t>Τίνος οὖν δεῖ καὶ ἑτέρου κατα‐ φρονεῖν; Βασκανίας καὶ φθόνου. Τὰς δὲ ἀκαίρους κατηγορίας—καὶ γὰρ ἀνάγκη τὸν προεστῶτα μέμψεις ὑπο‐</w:t>
      </w:r>
    </w:p>
    <w:p>
      <w:r>
        <w:rPr>
          <w:rFonts w:ascii="Courier New" w:hAnsi="Courier New"/>
          <w:color w:val="555555"/>
          <w:sz w:val="20"/>
        </w:rPr>
        <w:t>[5]</w:t>
      </w:r>
    </w:p>
    <w:p>
      <w:r>
        <w:rPr>
          <w:rFonts w:ascii="Gentium Plus" w:hAnsi="Gentium Plus"/>
          <w:sz w:val="24"/>
        </w:rPr>
        <w:t>μένειν ἀλόγους—οὔτε ἀμέτρως δεδοικέναι καὶ τρέμειν, οὔτε ἁπλῶς παρορᾶν καλόν, ἀλλὰ χρή, κἂν ψευδεῖς τυγχάνωσιν οὖσαι, κἂν παρὰ τῶν τυχόντων ἡμῖν ἐπάγωνται, πειρᾶσθαι σβεννύναι ταχέως αὐτάς. Οὐδὲν γὰρ οὕτως αὔξει φήμην πονη‐ ράν τε καὶ ἀγαθὴν ὡς τὸ πλῆθος τὸ ἄτακτον· ἀβασανίστως</w:t>
      </w:r>
    </w:p>
    <w:p>
      <w:r>
        <w:rPr>
          <w:rFonts w:ascii="Courier New" w:hAnsi="Courier New"/>
          <w:color w:val="555555"/>
          <w:sz w:val="20"/>
        </w:rPr>
        <w:t>[10]</w:t>
      </w:r>
    </w:p>
    <w:p>
      <w:r>
        <w:rPr>
          <w:rFonts w:ascii="Gentium Plus" w:hAnsi="Gentium Plus"/>
          <w:sz w:val="24"/>
        </w:rPr>
        <w:t>γὰρ καὶ ἀκούειν καὶ ἐκλαλεῖν εἰωθός, ἁπλῶς τὸ ἐπελθὸν ἅπαν φθέγγεται, τῆς ἀληθείας οὐδένα ποιούμενον λόγον. Διὰ ταῦτα οὐ δεῖ τῶν πολλῶν καταφρονεῖν, ἀλλ’ ἀρχομένας εὐθέως ἐκκόπτειν τὰς ὑποψίας τὰς πονηράς, πείθοντα τοὺς ἐγκαλοῦντας, κἂν ἀλογώτατοι πάντων εἶεν, καὶ μηδὲν ὅλως</w:t>
      </w:r>
    </w:p>
    <w:p>
      <w:r>
        <w:rPr>
          <w:rFonts w:ascii="Courier New" w:hAnsi="Courier New"/>
          <w:color w:val="555555"/>
          <w:sz w:val="20"/>
        </w:rPr>
        <w:t>[15]</w:t>
      </w:r>
    </w:p>
    <w:p>
      <w:r>
        <w:rPr>
          <w:rFonts w:ascii="Gentium Plus" w:hAnsi="Gentium Plus"/>
          <w:sz w:val="24"/>
        </w:rPr>
        <w:t>ἐλλείπειν τῶν δυναμένων ἀφανίσαι δόξαν οὐκ ἀγαθήν, ἢν δέ, πάντα ποιούντων ἡμῶν, μὴ θέλωσιν οἱ μεμφόμενοι πείθε‐ σθαι, τὸ τηνικαῦτα καταφρονεῖν. Ὡς ἐὰν φθάσῃ τις ταπει‐ νοῦσθαι τοῖς συμπτώμασι τούτοις, οὐ δυνήσεταί ποτε γεν‐ ναῖόν τι καὶ θαυμαστὸν ἀποτεκεῖν—ἡ γὰρ ἀθυμία καὶ αἱ</w:t>
      </w:r>
    </w:p>
    <w:p>
      <w:r>
        <w:rPr>
          <w:rFonts w:ascii="Courier New" w:hAnsi="Courier New"/>
          <w:color w:val="555555"/>
          <w:sz w:val="20"/>
        </w:rPr>
        <w:t>[20]</w:t>
      </w:r>
    </w:p>
    <w:p>
      <w:r>
        <w:rPr>
          <w:rFonts w:ascii="Gentium Plus" w:hAnsi="Gentium Plus"/>
          <w:sz w:val="24"/>
        </w:rPr>
        <w:t>συνεχεῖς φροντίδες δειναὶ καταβαλεῖν ψυχῆς δύναμιν καὶ εἰς ἀσθένειαν καταγαγεῖν τὴν ἐσχάτην—, οὕτως οὖν χρὴ τὸν ἱερέα διακεῖσθαι πρὸς τοὺς ἀρχομένους ὥσπερ ἂν εἰ πατὴρ πρὸς παῖδας ἄγαν νηπίους διακέοιτο· καὶ καθάπερ ἐκείνων οὔτε ὑβριζόντων, οὔτε πληττόντων, οὔτε ὀδυρομένων ἐπι‐</w:t>
      </w:r>
    </w:p>
    <w:p>
      <w:r>
        <w:rPr>
          <w:rFonts w:ascii="Courier New" w:hAnsi="Courier New"/>
          <w:color w:val="555555"/>
          <w:sz w:val="20"/>
        </w:rPr>
        <w:t>[25]</w:t>
      </w:r>
    </w:p>
    <w:p>
      <w:r>
        <w:rPr>
          <w:rFonts w:ascii="Gentium Plus" w:hAnsi="Gentium Plus"/>
          <w:sz w:val="24"/>
        </w:rPr>
        <w:t>στρεφόμεθα, ἀλλ’ οὐδὲ ἡνίκα ἂν γελῶσι καὶ προσχαίρωσιν</w:t>
      </w:r>
    </w:p>
    <w:p>
      <w:r>
        <w:rPr>
          <w:rFonts w:ascii="Courier New" w:hAnsi="Courier New"/>
          <w:color w:val="555555"/>
          <w:sz w:val="20"/>
        </w:rPr>
        <w:t>[30]</w:t>
      </w:r>
    </w:p>
    <w:p>
      <w:r>
        <w:rPr>
          <w:rFonts w:ascii="Gentium Plus" w:hAnsi="Gentium Plus"/>
          <w:sz w:val="24"/>
        </w:rPr>
        <w:t>νατον· τὸ γὰρ μὴ χαίρειν ἐπαινούμενον, οὐκ οἶδα εἴ τινι ἀνθρώπων ποτὲ κατώρθωται, τὸν δὲ χαίροντα, εἰκὸς καὶ ἐπιθυμεῖν ἀπολαύειν αὐτῶν, τὸν δὲ ἀπολαύειν ἐπιθυμοῦντα, πάντως καὶ ἐν ταῖς τούτων ἀποτυχίαις ἀνιᾶσθαι καὶ ἀλγεῖν ἀνάγκη. Ὥσπερ γὰρ οἱ γανύμενοι τῷ πλουτεῖν, ἡνίκα ἂν</w:t>
      </w:r>
    </w:p>
    <w:p>
      <w:r>
        <w:rPr>
          <w:rFonts w:ascii="Courier New" w:hAnsi="Courier New"/>
          <w:color w:val="555555"/>
          <w:sz w:val="20"/>
        </w:rPr>
        <w:t>[35]</w:t>
      </w:r>
    </w:p>
    <w:p>
      <w:r>
        <w:rPr>
          <w:rFonts w:ascii="Gentium Plus" w:hAnsi="Gentium Plus"/>
          <w:sz w:val="24"/>
        </w:rPr>
        <w:t>καταπέσωσιν εἰς πενίαν, ἄχθονται καὶ οἱ τρυφᾶν εἰωθότες οὐκ ἂν ἀνάσχοιντο ζῆν εὐτελῶς, οὕτω καὶ οἱ τῶν ἐγκωμίων ἐρῶντες, οὐχ ὅταν ψέγωνται μόνον εἰκῇ, ἀλλὰ καὶ ὅταν μὴ ἐπαινῶνται συνεχῶς, καθάπερ λιμῷ τινι διαφθείρονται τὴν ψυχὴν καὶ μάλιστα ὅταν αὐτοῖς ἐντραφέντες τύχωσιν ἢ καὶ</w:t>
      </w:r>
    </w:p>
    <w:p>
      <w:r>
        <w:rPr>
          <w:rFonts w:ascii="Courier New" w:hAnsi="Courier New"/>
          <w:color w:val="555555"/>
          <w:sz w:val="20"/>
        </w:rPr>
        <w:t>[40]</w:t>
      </w:r>
    </w:p>
    <w:p>
      <w:r>
        <w:rPr>
          <w:rFonts w:ascii="Gentium Plus" w:hAnsi="Gentium Plus"/>
          <w:sz w:val="24"/>
        </w:rPr>
        <w:t>ἑτέρους ἐπαινουμένους ἀκούωσι. Τὸν δὲ μετὰ ταύτης τῆς ἐπιθυμίας εἰς τὸν τῆς διδασκαλίας ἀγῶνα παρελθόντα, πόσα πράγματα καὶ πόσας ἔχειν οἴει τὰς ἀλγηδόνας; Οὔτε τὴν θάλατταν ἔστι κυμάτων ἐκτὸς εἶναί ποτε, οὔτε τὴν ἐκείνου ψυχὴν φροντίδων καὶ λύπης.</w:t>
      </w:r>
    </w:p>
    <w:p>
      <w:pPr>
        <w:jc w:val="center"/>
      </w:pPr>
      <w:r>
        <w:rPr>
          <w:rFonts w:ascii="Gentium Plus" w:hAnsi="Gentium Plus"/>
          <w:b/>
          <w:sz w:val="24"/>
        </w:rPr>
        <w:t>εʹ. Ὅτι ὁ λόγους</w:t>
      </w:r>
    </w:p>
    <w:p>
      <w:r>
        <w:rPr>
          <w:rFonts w:ascii="Courier New" w:hAnsi="Courier New"/>
          <w:color w:val="555555"/>
          <w:sz w:val="20"/>
        </w:rPr>
        <w:t>[t2]</w:t>
      </w:r>
    </w:p>
    <w:p>
      <w:r>
        <w:rPr>
          <w:rFonts w:ascii="Gentium Plus" w:hAnsi="Gentium Plus"/>
          <w:sz w:val="24"/>
        </w:rPr>
        <w:t>εἰδὼς πλείονος</w:t>
      </w:r>
    </w:p>
    <w:p>
      <w:r>
        <w:rPr>
          <w:rFonts w:ascii="Courier New" w:hAnsi="Courier New"/>
          <w:color w:val="555555"/>
          <w:sz w:val="20"/>
        </w:rPr>
        <w:t>[t3]</w:t>
      </w:r>
    </w:p>
    <w:p>
      <w:r>
        <w:rPr>
          <w:rFonts w:ascii="Gentium Plus" w:hAnsi="Gentium Plus"/>
          <w:sz w:val="24"/>
        </w:rPr>
        <w:t>δεῖται σπουδῆς</w:t>
      </w:r>
    </w:p>
    <w:p>
      <w:r>
        <w:rPr>
          <w:rFonts w:ascii="Courier New" w:hAnsi="Courier New"/>
          <w:color w:val="555555"/>
          <w:sz w:val="20"/>
        </w:rPr>
        <w:t>[t4]</w:t>
      </w:r>
    </w:p>
    <w:p>
      <w:r>
        <w:rPr>
          <w:rFonts w:ascii="Gentium Plus" w:hAnsi="Gentium Plus"/>
          <w:sz w:val="24"/>
        </w:rPr>
        <w:t>ἢ ὁ ἀμαθής</w:t>
      </w:r>
    </w:p>
    <w:p>
      <w:r>
        <w:rPr>
          <w:rFonts w:ascii="Courier New" w:hAnsi="Courier New"/>
          <w:color w:val="555555"/>
          <w:sz w:val="20"/>
        </w:rPr>
        <w:t>[1]</w:t>
      </w:r>
    </w:p>
    <w:p>
      <w:r>
        <w:rPr>
          <w:rFonts w:ascii="Gentium Plus" w:hAnsi="Gentium Plus"/>
          <w:sz w:val="24"/>
        </w:rPr>
        <w:t>Καὶ γὰρ ὅταν πολλὴν ἐν τῷ λέγειν δύναμιν ἔχῃ—τοῦτο δὲ ἐν ὀλίγοις εὕροι τις ἄν—, οὐδὲ οὕτω τοῦ πονεῖσθαι διηνεκῶς ἀπήλλακται·</w:t>
      </w:r>
    </w:p>
    <w:p>
      <w:r>
        <w:rPr>
          <w:rFonts w:ascii="Courier New" w:hAnsi="Courier New"/>
          <w:color w:val="555555"/>
          <w:sz w:val="20"/>
        </w:rPr>
        <w:t>[5]</w:t>
      </w:r>
    </w:p>
    <w:p>
      <w:r>
        <w:rPr>
          <w:rFonts w:ascii="Gentium Plus" w:hAnsi="Gentium Plus"/>
          <w:sz w:val="24"/>
        </w:rPr>
        <w:t>ἐπειδὴ γὰρ οὐ φύσεως ἀλλὰ μαθή‐ σεως τὸ λέγειν, κἂν εἰς ἄκρον αὐτοῦ τις ἀφίκηται, τότε αὐτὸν ἀφίησιν ἔρημον, ἂν μὴ συνεχεῖ σπουδῇ καὶ γυμνασίᾳ ταύτην θεραπεύῃ τὴν δύναμιν, ὥστε τοῖς σοφωτέροις μᾶλλον ἢ τοῖς ἀμαθεστέροις μείζων ὁ πόνος· οὐδὲ γὰρ ὑπὲρ τῶν αὐτῶν ἡ</w:t>
      </w:r>
    </w:p>
    <w:p>
      <w:r>
        <w:rPr>
          <w:rFonts w:ascii="Courier New" w:hAnsi="Courier New"/>
          <w:color w:val="555555"/>
          <w:sz w:val="20"/>
        </w:rPr>
        <w:t>[10]</w:t>
      </w:r>
    </w:p>
    <w:p>
      <w:r>
        <w:rPr>
          <w:rFonts w:ascii="Gentium Plus" w:hAnsi="Gentium Plus"/>
          <w:sz w:val="24"/>
        </w:rPr>
        <w:t>ζημία ἀμελοῦσι τούτοις κἀκείνοις, ἀλλὰ τοσοῦτον αὕτη πλείων ὅσον καὶ τῆς κτήσεως ἑκατέρας τὸ μέσον. Κἀκείνοις μὲν οὐδ’ ἂν ἐγκαλέσειέ τις, μηδὲν ἄξιον λόγου παρέχουσιν· οὗτοι δέ, εἰ μὴ μείζονα τῆς δόξης ἧς ἅπαντες ἔχουσι περὶ αὐτῶν ἀεὶ προφέροιεν, πολλὰ παρὰ πάντων ἕπεται τὰ ἐγκλήματα.</w:t>
      </w:r>
    </w:p>
    <w:p>
      <w:r>
        <w:rPr>
          <w:rFonts w:ascii="Courier New" w:hAnsi="Courier New"/>
          <w:color w:val="555555"/>
          <w:sz w:val="20"/>
        </w:rPr>
        <w:t>[15]</w:t>
      </w:r>
    </w:p>
    <w:p>
      <w:r>
        <w:rPr>
          <w:rFonts w:ascii="Gentium Plus" w:hAnsi="Gentium Plus"/>
          <w:sz w:val="24"/>
        </w:rPr>
        <w:t>Πρὸς δὲ τούτοις ἐκεῖνοι μὲν καὶ ἐπὶ μικροῖς μεγάλων ἂν τύχοιεν ἐπαίνων· τὰ δὲ τούτων, ἂν μὴ λίαν ᾖ θαυμαστὰ καὶ ἔκπληκτα, οὐ μόνον ἐγκωμίων ἐστέρηται, ἀλλὰ καὶ τοὺς μεμφομένους ἔχει πολλούς. Οὐ γὰρ τοῖς λεγομένοις, ὡς ταῖς τῶν λεγόντων δόξαις,</w:t>
      </w:r>
    </w:p>
    <w:p>
      <w:r>
        <w:rPr>
          <w:rFonts w:ascii="Courier New" w:hAnsi="Courier New"/>
          <w:color w:val="555555"/>
          <w:sz w:val="20"/>
        </w:rPr>
        <w:t>[20]</w:t>
      </w:r>
    </w:p>
    <w:p>
      <w:r>
        <w:rPr>
          <w:rFonts w:ascii="Gentium Plus" w:hAnsi="Gentium Plus"/>
          <w:sz w:val="24"/>
        </w:rPr>
        <w:t>κάθηνται δικάζοντες οἱ ἀκροαταί, ὥστε ὅταν κρατῇ τις ἁπάντων ἐν τῷ λέγειν, τότε μάλιστα πάντων αὐτῷ δεῖ πεπονημένης σπουδῆς· οὐδὲ γὰρ τοῦτο ὃ κοινὸν τῆς ἀνθρω‐ πείας φύσεώς ἐστι, τὸ μὴ πάντα ἐπιτυγχάνειν, ἔξεστιν ἐκείνῳ παθεῖν, ἀλλ’ ἂν μὴ δι’ ὅλου συμφωνῇ τῷ μεγέθει τῆς ὑπολή‐</w:t>
      </w:r>
    </w:p>
    <w:p>
      <w:r>
        <w:rPr>
          <w:rFonts w:ascii="Courier New" w:hAnsi="Courier New"/>
          <w:color w:val="555555"/>
          <w:sz w:val="20"/>
        </w:rPr>
        <w:t>[25]</w:t>
      </w:r>
    </w:p>
    <w:p>
      <w:r>
        <w:rPr>
          <w:rFonts w:ascii="Gentium Plus" w:hAnsi="Gentium Plus"/>
          <w:sz w:val="24"/>
        </w:rPr>
        <w:t>ψεως αὐτοῦ τὰ λεγόμενα, σκώμματα μυρία καὶ μέμψεις λαβὼν ἄπεισι παρὰ τῶν πολλῶν. Καὶ οὐδεὶς ἐκεῖνο λογί‐ ζεται πρὸς αὐτὸν ὅτι καὶ ἀθυμία προσπεσοῦσα καὶ ἀγωνία καὶ φροντίς, πολλάκις δὲ καὶ θυμὸς ἐπεσκότισε τῷ τῆς δια‐ νοίας καθαρῷ καὶ τὰ τικτόμενα οὐκ ἀφῆκε προελθεῖν εἰλι‐</w:t>
      </w:r>
    </w:p>
    <w:p>
      <w:r>
        <w:rPr>
          <w:rFonts w:ascii="Courier New" w:hAnsi="Courier New"/>
          <w:color w:val="555555"/>
          <w:sz w:val="20"/>
        </w:rPr>
        <w:t>[30]</w:t>
      </w:r>
    </w:p>
    <w:p>
      <w:r>
        <w:rPr>
          <w:rFonts w:ascii="Gentium Plus" w:hAnsi="Gentium Plus"/>
          <w:sz w:val="24"/>
        </w:rPr>
        <w:t>κρινῆ, καὶ ὅτι ὅλως, ἄνθρωπον ὄντα, οὐκ ἔστι διὰ παντὸς εἶναι τὸν αὐτόν, οὐδὲ ἐν ἅπασιν εὐημερεῖν, ἀλλ’ εἰκός ποτε καὶ διαμαρτεῖν καὶ ἐλάττονα τῆς οἰκείας δειχθῆναι δυνάμεως. Τούτων οὐδέν, ὅπερ ἔφην, ἐννοῆσαι βούλονται, ἀλλ’ ὥσπερ ἀγγέλῳ δικάζοντες ἐπάγουσι τὰς αἰτίας. Καὶ ἄλλως δὲ πέφυ‐</w:t>
      </w:r>
    </w:p>
    <w:p>
      <w:r>
        <w:rPr>
          <w:rFonts w:ascii="Courier New" w:hAnsi="Courier New"/>
          <w:color w:val="555555"/>
          <w:sz w:val="20"/>
        </w:rPr>
        <w:t>[35]</w:t>
      </w:r>
    </w:p>
    <w:p>
      <w:r>
        <w:rPr>
          <w:rFonts w:ascii="Gentium Plus" w:hAnsi="Gentium Plus"/>
          <w:sz w:val="24"/>
        </w:rPr>
        <w:t>κεν ἄνθρωπος τὰ μὲν κατορθώματα τοῦ πλησίον καὶ πολλὰ ὄντα καὶ μεγάλα παρορᾶν· ἢν δὲ ἐλάττωμά που φανῇ, κἂν τὸ τυχὸν ᾖ, κἂν διὰ πολλοῦ συμβεβηκός, καὶ ἐπαισθάνεται</w:t>
      </w:r>
    </w:p>
    <w:p>
      <w:r>
        <w:rPr>
          <w:rFonts w:ascii="Courier New" w:hAnsi="Courier New"/>
          <w:color w:val="555555"/>
          <w:sz w:val="20"/>
        </w:rPr>
        <w:t>[40]</w:t>
      </w:r>
    </w:p>
    <w:p>
      <w:r>
        <w:rPr>
          <w:rFonts w:ascii="Gentium Plus" w:hAnsi="Gentium Plus"/>
          <w:sz w:val="24"/>
        </w:rPr>
        <w:t>καὶ μεγάλων ἠλάττωσε δόξαν πολλάκις.</w:t>
      </w:r>
    </w:p>
    <w:p>
      <w:pPr>
        <w:jc w:val="center"/>
      </w:pPr>
      <w:r>
        <w:rPr>
          <w:rFonts w:ascii="Gentium Plus" w:hAnsi="Gentium Plus"/>
          <w:b/>
          <w:sz w:val="24"/>
        </w:rPr>
        <w:t>ϛʹ. Ὅτι τῆς ἀλόγου</w:t>
      </w:r>
    </w:p>
    <w:p>
      <w:r>
        <w:rPr>
          <w:rFonts w:ascii="Courier New" w:hAnsi="Courier New"/>
          <w:color w:val="555555"/>
          <w:sz w:val="20"/>
        </w:rPr>
        <w:t>[t2]</w:t>
      </w:r>
    </w:p>
    <w:p>
      <w:r>
        <w:rPr>
          <w:rFonts w:ascii="Gentium Plus" w:hAnsi="Gentium Plus"/>
          <w:sz w:val="24"/>
        </w:rPr>
        <w:t>τῶν πολλῶν ψήφου</w:t>
      </w:r>
    </w:p>
    <w:p>
      <w:r>
        <w:rPr>
          <w:rFonts w:ascii="Courier New" w:hAnsi="Courier New"/>
          <w:color w:val="555555"/>
          <w:sz w:val="20"/>
        </w:rPr>
        <w:t>[t3]</w:t>
      </w:r>
    </w:p>
    <w:p>
      <w:r>
        <w:rPr>
          <w:rFonts w:ascii="Gentium Plus" w:hAnsi="Gentium Plus"/>
          <w:sz w:val="24"/>
        </w:rPr>
        <w:t>οὔτε πάντῃ</w:t>
      </w:r>
    </w:p>
    <w:p>
      <w:r>
        <w:rPr>
          <w:rFonts w:ascii="Courier New" w:hAnsi="Courier New"/>
          <w:color w:val="555555"/>
          <w:sz w:val="20"/>
        </w:rPr>
        <w:t>[t4]</w:t>
      </w:r>
    </w:p>
    <w:p>
      <w:r>
        <w:rPr>
          <w:rFonts w:ascii="Gentium Plus" w:hAnsi="Gentium Plus"/>
          <w:sz w:val="24"/>
        </w:rPr>
        <w:t>καταφρονεῖν,</w:t>
      </w:r>
    </w:p>
    <w:p>
      <w:r>
        <w:rPr>
          <w:rFonts w:ascii="Courier New" w:hAnsi="Courier New"/>
          <w:color w:val="555555"/>
          <w:sz w:val="20"/>
        </w:rPr>
        <w:t>[t5]</w:t>
      </w:r>
    </w:p>
    <w:p>
      <w:r>
        <w:rPr>
          <w:rFonts w:ascii="Gentium Plus" w:hAnsi="Gentium Plus"/>
          <w:sz w:val="24"/>
        </w:rPr>
        <w:t>οὔτε πάντῃ</w:t>
      </w:r>
    </w:p>
    <w:p>
      <w:r>
        <w:rPr>
          <w:rFonts w:ascii="Courier New" w:hAnsi="Courier New"/>
          <w:color w:val="555555"/>
          <w:sz w:val="20"/>
        </w:rPr>
        <w:t>[t6]</w:t>
      </w:r>
    </w:p>
    <w:p>
      <w:r>
        <w:rPr>
          <w:rFonts w:ascii="Gentium Plus" w:hAnsi="Gentium Plus"/>
          <w:sz w:val="24"/>
        </w:rPr>
        <w:t>φροντίζειν δεῖ</w:t>
      </w:r>
    </w:p>
    <w:p>
      <w:r>
        <w:rPr>
          <w:rFonts w:ascii="Courier New" w:hAnsi="Courier New"/>
          <w:color w:val="555555"/>
          <w:sz w:val="20"/>
        </w:rPr>
        <w:t>[1]</w:t>
      </w:r>
    </w:p>
    <w:p>
      <w:r>
        <w:rPr>
          <w:rFonts w:ascii="Gentium Plus" w:hAnsi="Gentium Plus"/>
          <w:sz w:val="24"/>
        </w:rPr>
        <w:t>Ὁρᾷς, ὦ γενναῖε, ὅτι μάλιστα τῷ λέγειν δυναμένῳ πλείονος δεῖ τῆς σπουδῆς, πρὸς δὲ τῇ σπουδῇ καὶ ἀνεξικακίας τοσαύτης ὅσης οὐδὲ</w:t>
      </w:r>
    </w:p>
    <w:p>
      <w:r>
        <w:rPr>
          <w:rFonts w:ascii="Courier New" w:hAnsi="Courier New"/>
          <w:color w:val="555555"/>
          <w:sz w:val="20"/>
        </w:rPr>
        <w:t>[5]</w:t>
      </w:r>
    </w:p>
    <w:p>
      <w:r>
        <w:rPr>
          <w:rFonts w:ascii="Gentium Plus" w:hAnsi="Gentium Plus"/>
          <w:sz w:val="24"/>
        </w:rPr>
        <w:t>ἅπαντες ὅσους πρότερόν σοι διῆλθον ἐδέοντο· πολλοὶ γὰρ αὐτῷ συνεχῶς ἐπιφύονται μάτην καὶ εἰκῇ καὶ οὐδὲν ἔχοντες ἐγκαλεῖν πλὴν τοῦ παρὰ πᾶσιν εὐδοκιμεῖν ἀπεχθάνονται. Καὶ δεῖ γενναίως φέρειν τὴν πικρὰν τούτων</w:t>
      </w:r>
    </w:p>
    <w:p>
      <w:r>
        <w:rPr>
          <w:rFonts w:ascii="Courier New" w:hAnsi="Courier New"/>
          <w:color w:val="555555"/>
          <w:sz w:val="20"/>
        </w:rPr>
        <w:t>[10]</w:t>
      </w:r>
    </w:p>
    <w:p>
      <w:r>
        <w:rPr>
          <w:rFonts w:ascii="Gentium Plus" w:hAnsi="Gentium Plus"/>
          <w:sz w:val="24"/>
        </w:rPr>
        <w:t>βασκανίαν· τὸ γὰρ ἐπάρατον τοῦτο μῖσος ὅπερ εἰκῇ συλλέ‐ γουσιν οὐ στέγοντες κρύπτειν, καὶ λοιδοροῦνται καὶ μέμφον‐ ται καὶ διαβάλλουσι λάθρᾳ καὶ πονηρεύονται φανερῶς. Ψυχὴ δὲ ἀρξαμένη καθ’ ἕκαστον τούτων ἀλγεῖν καὶ παρο‐ ξύνεσθαι οὐκ ἂν φθάσειε διαφθαρεῖσα τῇ λύπῃ· καὶ γὰρ οὐ</w:t>
      </w:r>
    </w:p>
    <w:p>
      <w:r>
        <w:rPr>
          <w:rFonts w:ascii="Courier New" w:hAnsi="Courier New"/>
          <w:color w:val="555555"/>
          <w:sz w:val="20"/>
        </w:rPr>
        <w:t>[15]</w:t>
      </w:r>
    </w:p>
    <w:p>
      <w:r>
        <w:rPr>
          <w:rFonts w:ascii="Gentium Plus" w:hAnsi="Gentium Plus"/>
          <w:sz w:val="24"/>
        </w:rPr>
        <w:t>δι’ ἑαυτῶν αὐτὸν ἀμύνονται μόνον, ἀλλὰ καὶ δι’ ἑτέρων τοῦτο ποιεῖν ἐπιχειροῦσι καὶ πολλάκις τινὰ τῶν οὐδὲν δυναμένων εἰπεῖν ἐκλεξάμενοι, τοῖς ἐπαίνοις ἐπαίρουσι καὶ θαυμάζουσιν ὑπὲρ τὴν ἀξίαν, οἱ μὲν μανίᾳ, οἱ δὲ καὶ ἀμαθίᾳ καὶ φθόνῳ τοῦτο ποιοῦντες, ἵνα τὴν δόξαν τούτου καθέλωσιν, οὐχ ἵνα</w:t>
      </w:r>
    </w:p>
    <w:p>
      <w:r>
        <w:rPr>
          <w:rFonts w:ascii="Courier New" w:hAnsi="Courier New"/>
          <w:color w:val="555555"/>
          <w:sz w:val="20"/>
        </w:rPr>
        <w:t>[20]</w:t>
      </w:r>
    </w:p>
    <w:p>
      <w:r>
        <w:rPr>
          <w:rFonts w:ascii="Gentium Plus" w:hAnsi="Gentium Plus"/>
          <w:sz w:val="24"/>
        </w:rPr>
        <w:t>δείξωσι θαυμαστὸν τὸν οὐκ ὄντα τοιοῦτον. Οὐ πρὸς τούτους δὲ μόνους ἐκείνῳ τῷ γενναίῳ ὁ ἀγών, ἀλλὰ καὶ πρὸς ἀπειρίαν ὅλου δήμου πολλάκις· ἐπειδὴ γὰρ οὐκ ἔνεστιν ἐξ ἐλλογίμων ἀνδρῶν συλλέγεσθαι τοὺς συνερχο‐</w:t>
      </w:r>
    </w:p>
    <w:p>
      <w:r>
        <w:rPr>
          <w:rFonts w:ascii="Courier New" w:hAnsi="Courier New"/>
          <w:color w:val="555555"/>
          <w:sz w:val="20"/>
        </w:rPr>
        <w:t>[25]</w:t>
      </w:r>
    </w:p>
    <w:p>
      <w:r>
        <w:rPr>
          <w:rFonts w:ascii="Gentium Plus" w:hAnsi="Gentium Plus"/>
          <w:sz w:val="24"/>
        </w:rPr>
        <w:t>τῶν συνῆχθαι συμβαίνει, τοὺς δὲ λοιποὺς καὶ αὐτοὺς ἐκείνων μὲν εἶναι συνετωτέρους, τῶν δὲ λόγους κρῖναι δυναμένων λείπεσθαι πολλῷ πλέον ἢ ὅσον ἐκείνων οἱ λοιποὶ πάντες, ἕνα δὲ μόνον ἢ δεύτερον καθῆσθαι τὸν ταύτην κεκτημένον τὴν ἀρετήν, ἀνάγκη τὸν ἄμεινον εἰπόντα ἐλάττονας ἀπενέγκασθαι</w:t>
      </w:r>
    </w:p>
    <w:p>
      <w:r>
        <w:rPr>
          <w:rFonts w:ascii="Courier New" w:hAnsi="Courier New"/>
          <w:color w:val="555555"/>
          <w:sz w:val="20"/>
        </w:rPr>
        <w:t>[30]</w:t>
      </w:r>
    </w:p>
    <w:p>
      <w:r>
        <w:rPr>
          <w:rFonts w:ascii="Gentium Plus" w:hAnsi="Gentium Plus"/>
          <w:sz w:val="24"/>
        </w:rPr>
        <w:t>κρότους, ἔστι δὲ ὅτε μηδὲ ἐπαινεθέντα ἀπελθεῖν. Καὶ δεῖ πρὸς ταύτας γενναίως παρεσκευάσθαι τὰς ἀνωμαλίας, καὶ τοῖς μὲν δι’ ἀμαθίαν ταῦτα πάσχουσι συγγινώσκειν, τοὺς δὲ διὰ φθόνον τοῦτο ὑπομένοντας δακρύειν ὡς ἀθλίους ὄντας καὶ ἐλεεινούς· μηδ’ ἑτέρῳ δὲ τούτων ἐλάττω τὴν αὐτοῦ νομίζειν</w:t>
      </w:r>
    </w:p>
    <w:p>
      <w:r>
        <w:rPr>
          <w:rFonts w:ascii="Courier New" w:hAnsi="Courier New"/>
          <w:color w:val="555555"/>
          <w:sz w:val="20"/>
        </w:rPr>
        <w:t>[35]</w:t>
      </w:r>
    </w:p>
    <w:p>
      <w:r>
        <w:rPr>
          <w:rFonts w:ascii="Gentium Plus" w:hAnsi="Gentium Plus"/>
          <w:sz w:val="24"/>
        </w:rPr>
        <w:t>γεγενῆσθαι δύναμιν. Οὐδὲ γάρ, εἰ ζωγράφος ὢν ἄριστος καὶ πάντων κατὰ τὴν τέχνην κρατῶν, τὴν μετὰ πολλῆς τῆς ἀκριβείας ἀναγεγραμμένην εἰκόνα ὑπὸ τῶν τῆς τέχνης ἀπεί‐ ρων σκωπτομένην ἑώρα, ἔδει καταπεσεῖν καὶ τῇ κρίσει τῶν οὐκ εἰδότων φαύλην ἡγεῖσθαι τὴν γραφήν, ὥσπερ οὐδὲ τὴν</w:t>
      </w:r>
    </w:p>
    <w:p>
      <w:r>
        <w:rPr>
          <w:rFonts w:ascii="Courier New" w:hAnsi="Courier New"/>
          <w:color w:val="555555"/>
          <w:sz w:val="20"/>
        </w:rPr>
        <w:t>[40]</w:t>
      </w:r>
    </w:p>
    <w:p>
      <w:r>
        <w:rPr>
          <w:rFonts w:ascii="Gentium Plus" w:hAnsi="Gentium Plus"/>
          <w:sz w:val="24"/>
        </w:rPr>
        <w:t>ὄντως φαύλην θαυμαστήν τινα καὶ ἐπέραστον ἀπὸ τῆς τῶν ἀτέχνων ἐκπλήξεως.</w:t>
      </w:r>
    </w:p>
    <w:p>
      <w:pPr>
        <w:jc w:val="center"/>
      </w:pPr>
      <w:r>
        <w:rPr>
          <w:rFonts w:ascii="Gentium Plus" w:hAnsi="Gentium Plus"/>
          <w:b/>
          <w:sz w:val="24"/>
        </w:rPr>
        <w:t>ζʹ. Ὅτι πρὸς</w:t>
      </w:r>
    </w:p>
    <w:p>
      <w:r>
        <w:rPr>
          <w:rFonts w:ascii="Courier New" w:hAnsi="Courier New"/>
          <w:color w:val="555555"/>
          <w:sz w:val="20"/>
        </w:rPr>
        <w:t>[t2]</w:t>
      </w:r>
    </w:p>
    <w:p>
      <w:r>
        <w:rPr>
          <w:rFonts w:ascii="Gentium Plus" w:hAnsi="Gentium Plus"/>
          <w:sz w:val="24"/>
        </w:rPr>
        <w:t>τὸ τῷ Θεῷ</w:t>
      </w:r>
    </w:p>
    <w:p>
      <w:r>
        <w:rPr>
          <w:rFonts w:ascii="Courier New" w:hAnsi="Courier New"/>
          <w:color w:val="555555"/>
          <w:sz w:val="20"/>
        </w:rPr>
        <w:t>[t3]</w:t>
      </w:r>
    </w:p>
    <w:p>
      <w:r>
        <w:rPr>
          <w:rFonts w:ascii="Gentium Plus" w:hAnsi="Gentium Plus"/>
          <w:sz w:val="24"/>
        </w:rPr>
        <w:t>ἀρέσκον μόνον</w:t>
      </w:r>
    </w:p>
    <w:p>
      <w:r>
        <w:rPr>
          <w:rFonts w:ascii="Courier New" w:hAnsi="Courier New"/>
          <w:color w:val="555555"/>
          <w:sz w:val="20"/>
        </w:rPr>
        <w:t>[t4]</w:t>
      </w:r>
    </w:p>
    <w:p>
      <w:r>
        <w:rPr>
          <w:rFonts w:ascii="Gentium Plus" w:hAnsi="Gentium Plus"/>
          <w:sz w:val="24"/>
        </w:rPr>
        <w:t>δεῖ τοὺς λόγους</w:t>
      </w:r>
    </w:p>
    <w:p>
      <w:r>
        <w:rPr>
          <w:rFonts w:ascii="Courier New" w:hAnsi="Courier New"/>
          <w:color w:val="555555"/>
          <w:sz w:val="20"/>
        </w:rPr>
        <w:t>[t5]</w:t>
      </w:r>
    </w:p>
    <w:p>
      <w:r>
        <w:rPr>
          <w:rFonts w:ascii="Gentium Plus" w:hAnsi="Gentium Plus"/>
          <w:sz w:val="24"/>
        </w:rPr>
        <w:t>ῥυθμίζειν</w:t>
      </w:r>
    </w:p>
    <w:p>
      <w:r>
        <w:rPr>
          <w:rFonts w:ascii="Courier New" w:hAnsi="Courier New"/>
          <w:color w:val="555555"/>
          <w:sz w:val="20"/>
        </w:rPr>
        <w:t>[1]</w:t>
      </w:r>
    </w:p>
    <w:p>
      <w:r>
        <w:rPr>
          <w:rFonts w:ascii="Gentium Plus" w:hAnsi="Gentium Plus"/>
          <w:sz w:val="24"/>
        </w:rPr>
        <w:t>Ὁ γὰρ ἄριστος δημιουργὸς αὐτὸς ἔστω καὶ κριτὴς τῶν αὐτοῦ τεχνη‐ μάτων καὶ καλὰ καὶ φαῦλα ταύτῃ τιθέσθω τὰ γινόμενα, ὅταν ὁ τεχνη‐</w:t>
      </w:r>
    </w:p>
    <w:p>
      <w:r>
        <w:rPr>
          <w:rFonts w:ascii="Courier New" w:hAnsi="Courier New"/>
          <w:color w:val="555555"/>
          <w:sz w:val="20"/>
        </w:rPr>
        <w:t>[5]</w:t>
      </w:r>
    </w:p>
    <w:p>
      <w:r>
        <w:rPr>
          <w:rFonts w:ascii="Gentium Plus" w:hAnsi="Gentium Plus"/>
          <w:sz w:val="24"/>
        </w:rPr>
        <w:t>σάμενος αὐτὰ νοῦς ταύτας φέρῃ τὰς ψήφους, τὴν δὲ τῶν ἔξωθεν δόξαν, τὴν πεπλανημένην καὶ ἄτεχνον μηδὲ εἰς νοῦν βαλέσθω ποτέ. Μὴ τοίνυν μήτε ὁ τῆς διδασκαλίας ἀναδεξάμενος τὸν ἀγῶνα ταῖς τῶν ἔξωθεν εὐφημίαις προσεχέτω, μηδὲ ἀπὸ τούτων τὴν</w:t>
      </w:r>
    </w:p>
    <w:p>
      <w:r>
        <w:rPr>
          <w:rFonts w:ascii="Courier New" w:hAnsi="Courier New"/>
          <w:color w:val="555555"/>
          <w:sz w:val="20"/>
        </w:rPr>
        <w:t>[10]</w:t>
      </w:r>
    </w:p>
    <w:p>
      <w:r>
        <w:rPr>
          <w:rFonts w:ascii="Gentium Plus" w:hAnsi="Gentium Plus"/>
          <w:sz w:val="24"/>
        </w:rPr>
        <w:t>ἑαυτοῦ καταβαλλέτω ψυχήν, ἀλλ’ ἐργαζόμενος τοὺς λόγους ὡς ἂν ἀρέσειε τῷ Θεῷ—οὗτος γὰρ αὐτῷ κανὼν καὶ ὅρος ἔστω μόνος τῆς ἀρίστης δημιουργίας ἐκείνων, μὴ κρότοι, μηδὲ εὐφημίαι—, εἰ μὲν ἐπαινοῖτο καὶ παρὰ τῶν ἀνθρώπων, μὴ διακρουέσθω τὰ ἐγκώμια, μὴ παρεχόντων δὲ αὐτὰ τῶν</w:t>
      </w:r>
    </w:p>
    <w:p>
      <w:r>
        <w:rPr>
          <w:rFonts w:ascii="Courier New" w:hAnsi="Courier New"/>
          <w:color w:val="555555"/>
          <w:sz w:val="20"/>
        </w:rPr>
        <w:t>[15]</w:t>
      </w:r>
    </w:p>
    <w:p>
      <w:r>
        <w:rPr>
          <w:rFonts w:ascii="Gentium Plus" w:hAnsi="Gentium Plus"/>
          <w:sz w:val="24"/>
        </w:rPr>
        <w:t>ἀκροατῶν, μὴ ζητείτω, μηδὲ ἀλγείτω· ἱκανὴ γὰρ αὐτῷ παραμυθία τῶν πόνων καὶ πάντων μείζων, ὅταν ἑαυτῷ συνει‐ δέναι δύνηται πρὸς ἀρέσκειαν τοῦ Θεοῦ συντιθεὶς καὶ ῥυθμί‐ ζων τὴν διδασκαλίαν.</w:t>
      </w:r>
    </w:p>
    <w:p>
      <w:pPr>
        <w:jc w:val="center"/>
      </w:pPr>
      <w:r>
        <w:rPr>
          <w:rFonts w:ascii="Gentium Plus" w:hAnsi="Gentium Plus"/>
          <w:b/>
          <w:sz w:val="24"/>
        </w:rPr>
        <w:t>ηʹ. Ὅτι ὁ μὴ</w:t>
      </w:r>
    </w:p>
    <w:p>
      <w:r>
        <w:rPr>
          <w:rFonts w:ascii="Courier New" w:hAnsi="Courier New"/>
          <w:color w:val="555555"/>
          <w:sz w:val="20"/>
        </w:rPr>
        <w:t>[t2]</w:t>
      </w:r>
    </w:p>
    <w:p>
      <w:r>
        <w:rPr>
          <w:rFonts w:ascii="Gentium Plus" w:hAnsi="Gentium Plus"/>
          <w:sz w:val="24"/>
        </w:rPr>
        <w:t>καταφρονῶν</w:t>
      </w:r>
    </w:p>
    <w:p>
      <w:r>
        <w:rPr>
          <w:rFonts w:ascii="Courier New" w:hAnsi="Courier New"/>
          <w:color w:val="555555"/>
          <w:sz w:val="20"/>
        </w:rPr>
        <w:t>[t3]</w:t>
      </w:r>
    </w:p>
    <w:p>
      <w:r>
        <w:rPr>
          <w:rFonts w:ascii="Gentium Plus" w:hAnsi="Gentium Plus"/>
          <w:sz w:val="24"/>
        </w:rPr>
        <w:t>ἐπαίνων πολλὰ</w:t>
      </w:r>
    </w:p>
    <w:p>
      <w:r>
        <w:rPr>
          <w:rFonts w:ascii="Courier New" w:hAnsi="Courier New"/>
          <w:color w:val="555555"/>
          <w:sz w:val="20"/>
        </w:rPr>
        <w:t>[t4]</w:t>
      </w:r>
    </w:p>
    <w:p>
      <w:r>
        <w:rPr>
          <w:rFonts w:ascii="Gentium Plus" w:hAnsi="Gentium Plus"/>
          <w:sz w:val="24"/>
        </w:rPr>
        <w:t>ὑποστήσεται δεινά</w:t>
      </w:r>
    </w:p>
    <w:p>
      <w:r>
        <w:rPr>
          <w:rFonts w:ascii="Courier New" w:hAnsi="Courier New"/>
          <w:color w:val="555555"/>
          <w:sz w:val="20"/>
        </w:rPr>
        <w:t>[1]</w:t>
      </w:r>
    </w:p>
    <w:p>
      <w:r>
        <w:rPr>
          <w:rFonts w:ascii="Gentium Plus" w:hAnsi="Gentium Plus"/>
          <w:sz w:val="24"/>
        </w:rPr>
        <w:t>Καὶ γὰρ ἂν φθάσῃ τῇ τῶν ἀλόγων ἐπαίνων ἐπιθυμίᾳ ἁλῶναι, οὐδὲν αὐτῷ τῶν πολλῶν πόνων ὄφελος, οὐδὲ τῆς ἐν τῷ λέγειν δυνάμεως· τὰς</w:t>
      </w:r>
    </w:p>
    <w:p>
      <w:r>
        <w:rPr>
          <w:rFonts w:ascii="Courier New" w:hAnsi="Courier New"/>
          <w:color w:val="555555"/>
          <w:sz w:val="20"/>
        </w:rPr>
        <w:t>[5]</w:t>
      </w:r>
    </w:p>
    <w:p>
      <w:r>
        <w:rPr>
          <w:rFonts w:ascii="Gentium Plus" w:hAnsi="Gentium Plus"/>
          <w:sz w:val="24"/>
        </w:rPr>
        <w:t>γὰρ ἀνοήτους τῶν πολλῶν καταγνώ‐ σεις μὴ δυναμένη φέρειν ψυχὴ ἐκλύεται καὶ τὴν περὶ τὸ λέγειν ῥίπτει σπουδήν. Διὰ τοῦτο χρὴ μάλιστα πάντων πεπαιδεῦσθαι ἐπαίνων ὑπερορᾶν· οὐ γὰρ ἀρκεῖ τὸ λέγειν εἰδέναι πρὸς τὴν ταύτης τῆς δυνάμεως φυλακήν, ἂν μὴ καὶ τοῦτο προσῇ. Εἰ δέ</w:t>
      </w:r>
    </w:p>
    <w:p>
      <w:r>
        <w:rPr>
          <w:rFonts w:ascii="Courier New" w:hAnsi="Courier New"/>
          <w:color w:val="555555"/>
          <w:sz w:val="20"/>
        </w:rPr>
        <w:t>[10]</w:t>
      </w:r>
    </w:p>
    <w:p>
      <w:r>
        <w:rPr>
          <w:rFonts w:ascii="Gentium Plus" w:hAnsi="Gentium Plus"/>
          <w:sz w:val="24"/>
        </w:rPr>
        <w:t>τις ἀκριβῶς ἐξετάζειν ἐθέλοι καὶ τὸν ἐν ἐνδείᾳ καθεστῶτα ταύτης τῆς ἀρετῆς, εὑρήσει δεόμενον τοῦ τῶν ἐπαίνων κατα‐ φρονεῖν οὐχ ἧττον ἢ τοῦτον. Καὶ γὰρ πολλὰ ἁμαρτάνειν ἀναγκασθήσεται, τῆς τῶν πολλῶν δόξης ἥττων γενόμενος· ἀτονῶν γὰρ ἐξισωθῆναι τοῖς εὐδοκιμοῦσι κατὰ τὴν τοῦ</w:t>
      </w:r>
    </w:p>
    <w:p>
      <w:r>
        <w:rPr>
          <w:rFonts w:ascii="Courier New" w:hAnsi="Courier New"/>
          <w:color w:val="555555"/>
          <w:sz w:val="20"/>
        </w:rPr>
        <w:t>[15]</w:t>
      </w:r>
    </w:p>
    <w:p>
      <w:r>
        <w:rPr>
          <w:rFonts w:ascii="Gentium Plus" w:hAnsi="Gentium Plus"/>
          <w:sz w:val="24"/>
        </w:rPr>
        <w:t>λέγειν ἀρετήν, ἐπιβουλεύειν τε καὶ διαφθονεῖσθαι αὐτοῖς καὶ</w:t>
      </w:r>
    </w:p>
    <w:p>
      <w:r>
        <w:rPr>
          <w:rFonts w:ascii="Courier New" w:hAnsi="Courier New"/>
          <w:color w:val="555555"/>
          <w:sz w:val="20"/>
        </w:rPr>
        <w:t>[20]</w:t>
      </w:r>
    </w:p>
    <w:p>
      <w:r>
        <w:rPr>
          <w:rFonts w:ascii="Gentium Plus" w:hAnsi="Gentium Plus"/>
          <w:sz w:val="24"/>
        </w:rPr>
        <w:t>ἀποστήσεται τῶν περὶ τὸ πονεῖν, νάρκης ὥσπερ τινὸς κατα‐ σκεδασθείσης αὐτοῦ τῆς ψυχῆς· τὸ γὰρ πολλὰ μοχθοῦντα ἐλάτ‐ τονα καρποῦσθαι ἐγκώμια ἱκανὸν καταβαλεῖν καὶ τρέψαι πρὸς ὕπνον βαθὺν τὸν οὐ δυνάμενον ἐγκωμίων καταφρονεῖν, ἐπεὶ καὶ γεωργός, ὅταν εἰς λεπτόγειον κάμνῃ χωρίον καὶ πέτρας</w:t>
      </w:r>
    </w:p>
    <w:p>
      <w:r>
        <w:rPr>
          <w:rFonts w:ascii="Courier New" w:hAnsi="Courier New"/>
          <w:color w:val="555555"/>
          <w:sz w:val="20"/>
        </w:rPr>
        <w:t>[25]</w:t>
      </w:r>
    </w:p>
    <w:p>
      <w:r>
        <w:rPr>
          <w:rFonts w:ascii="Gentium Plus" w:hAnsi="Gentium Plus"/>
          <w:sz w:val="24"/>
        </w:rPr>
        <w:t>ἀναγκάζηται γεωργεῖν, ταχέως ἀφίσταται τοῦ πονεῖν, ἢν μὴ πολλὴν περὶ τὸ πρᾶγμα κεκτημένος ᾖ τὴν προθυμίαν ἢ λιμοῦ δέος ἐπικείμενον ἔχῃ. Εἰ γὰρ οἱ μετὰ πολλῆς τῆς ἐξουσίας δυνάμενοι λέγειν τοσαύ‐ της δέονται τῆς γυμνασίας πρὸς τὴν τῆς κτήσεως φυλακήν,</w:t>
      </w:r>
    </w:p>
    <w:p>
      <w:r>
        <w:rPr>
          <w:rFonts w:ascii="Courier New" w:hAnsi="Courier New"/>
          <w:color w:val="555555"/>
          <w:sz w:val="20"/>
        </w:rPr>
        <w:t>[30]</w:t>
      </w:r>
    </w:p>
    <w:p>
      <w:r>
        <w:rPr>
          <w:rFonts w:ascii="Gentium Plus" w:hAnsi="Gentium Plus"/>
          <w:sz w:val="24"/>
        </w:rPr>
        <w:t>ὁ μηδὲν ὅλως συναγαγών, ἀλλ’ ἐν τοῖς ἀγῶσιν ἀναγκαζό‐ μενος μελετᾶν, πόσην ὑποστήσεται τὴν δυσχέρειαν, πόσον θόρυβον, πόσην ταραχήν, ἵνα πολλῷ τῷ μόχθῳ μικρόν τι συναγαγεῖν δυνηθῇ; Ἂν δέ τις καὶ τῶν μετ’ αὐτὸν τεταγμέ‐ νων καὶ τὴν ἐλάττω τάξιν λαχόντων, ἐν τῷ μέρει τούτῳ μᾶλ‐</w:t>
      </w:r>
    </w:p>
    <w:p>
      <w:r>
        <w:rPr>
          <w:rFonts w:ascii="Courier New" w:hAnsi="Courier New"/>
          <w:color w:val="555555"/>
          <w:sz w:val="20"/>
        </w:rPr>
        <w:t>[35]</w:t>
      </w:r>
    </w:p>
    <w:p>
      <w:r>
        <w:rPr>
          <w:rFonts w:ascii="Gentium Plus" w:hAnsi="Gentium Plus"/>
          <w:sz w:val="24"/>
        </w:rPr>
        <w:t>λον ἐκείνου διαφανῆναι δυνηθῇ, θείας τινὸς δεῖ ψυχῆς ἐνταῦθα ὥστε μὴ ἁλῶναι βασκανίᾳ, μηδὲ ὑπὸ ἀθυμίας καταπεσεῖν· τὸ γὰρ ὑπὸ τῶν ἐλαττόνων παρευημερεῖσθαι αὐτὸν ἐν ἀξιώματι καθεστῶτα μείζονι καὶ φέρειν γενναίως, οὐ τῆς τυχούσης, οὐδὲ τῆς ἡμετέρας, ἀλλά τινος ἀδαμαντίνης ἂν εἴη ψυχῆς.</w:t>
      </w:r>
    </w:p>
    <w:p>
      <w:r>
        <w:rPr>
          <w:rFonts w:ascii="Courier New" w:hAnsi="Courier New"/>
          <w:color w:val="555555"/>
          <w:sz w:val="20"/>
        </w:rPr>
        <w:t>[40]</w:t>
      </w:r>
    </w:p>
    <w:p>
      <w:r>
        <w:rPr>
          <w:rFonts w:ascii="Gentium Plus" w:hAnsi="Gentium Plus"/>
          <w:sz w:val="24"/>
        </w:rPr>
        <w:t>Κἂν μὲν ἐπιεικὴς ᾖ καὶ μέτριος ἄγαν ὁ παρευδοκιμῶν, φορητὸν ὁπωσοῦν γίνεται τὸ πάθος· ἂν δὲ καὶ θρασὺς καὶ ἀλαζὼν καὶ φιλόδοξος, θάνατον ἐκείνῳ καθ’ ἑκάστην εὐκτέον ἡμέραν, οὕτως αὐτῷ πικρὰν καταστήσει τὴν ζωήν, ἐπεμβαί‐ νων φανερῶς, καταμωκώμενος λάθρᾳ, τῆς ἐξουσίας πολλὰ</w:t>
      </w:r>
    </w:p>
    <w:p>
      <w:r>
        <w:rPr>
          <w:rFonts w:ascii="Courier New" w:hAnsi="Courier New"/>
          <w:color w:val="555555"/>
          <w:sz w:val="20"/>
        </w:rPr>
        <w:t>[45]</w:t>
      </w:r>
    </w:p>
    <w:p>
      <w:r>
        <w:rPr>
          <w:rFonts w:ascii="Gentium Plus" w:hAnsi="Gentium Plus"/>
          <w:sz w:val="24"/>
        </w:rPr>
        <w:t>παρασπῶν τῆς ἐκείνου, πάντα αὐτὸς εἶναι βουλόμενος. Μεγί‐</w:t>
      </w:r>
    </w:p>
    <w:p>
      <w:r>
        <w:rPr>
          <w:rFonts w:ascii="Courier New" w:hAnsi="Courier New"/>
          <w:color w:val="555555"/>
          <w:sz w:val="20"/>
        </w:rPr>
        <w:t>[5 . 8 (50)]</w:t>
      </w:r>
    </w:p>
    <w:p>
      <w:r>
        <w:rPr>
          <w:rFonts w:ascii="Gentium Plus" w:hAnsi="Gentium Plus"/>
          <w:sz w:val="24"/>
        </w:rPr>
        <w:t>εἰσεκώμασε νῦν καὶ ὅτι μάλιστα πάντων οἱ τούτους ἀσκοῦντες ἐν τιμῇ, οὐ παρὰ τοῖς ἔξωθεν μόνον, ἀλλὰ καὶ παρὰ τοῖς τῆς πίστεως οἰκείοις; Πῶς οὖν ἄν τις ἐνέγκοι τοσαύτην αἰσχύνην, ὅταν αὐτοῦ μὲν φθεγγομένου πάντες σιγῶσι καὶ διενοχλεῖσθαι νομίζωσι καὶ τοῦ λόγου τὸ τέλος ὥσπερ τινα πόνων ἀνά‐</w:t>
      </w:r>
    </w:p>
    <w:p>
      <w:r>
        <w:rPr>
          <w:rFonts w:ascii="Courier New" w:hAnsi="Courier New"/>
          <w:color w:val="555555"/>
          <w:sz w:val="20"/>
        </w:rPr>
        <w:t>[55]</w:t>
      </w:r>
    </w:p>
    <w:p>
      <w:r>
        <w:rPr>
          <w:rFonts w:ascii="Gentium Plus" w:hAnsi="Gentium Plus"/>
          <w:sz w:val="24"/>
        </w:rPr>
        <w:t>παυσιν περιμένωσι, θατέρου δὲ καὶ μακρὰ λέγοντος μετὰ μακροθυμίας ἀκούωσι καὶ παύσεσθαι μέλλοντος δυσχεραίνωσι καὶ σιγᾶν βουλομένου παροξύνωνται; Ταῦτα γὰρ εἰ καὶ μικρά σοι δοκεῖ νῦν εἶναι καὶ εὐκαταφρόνητα, διὰ τὸ ἀπείρατον, ἀλλ’ ἱκανά γέ ἐστι προθυμίαν σβέσαι καὶ ψυχῆς παραλῦσαι</w:t>
      </w:r>
    </w:p>
    <w:p>
      <w:r>
        <w:rPr>
          <w:rFonts w:ascii="Courier New" w:hAnsi="Courier New"/>
          <w:color w:val="555555"/>
          <w:sz w:val="20"/>
        </w:rPr>
        <w:t>[60]</w:t>
      </w:r>
    </w:p>
    <w:p>
      <w:r>
        <w:rPr>
          <w:rFonts w:ascii="Gentium Plus" w:hAnsi="Gentium Plus"/>
          <w:sz w:val="24"/>
        </w:rPr>
        <w:t>δύναμιν, ἢν μὴ πάντων τις ἑαυτὸν τῶν ἀνθρωπίνων ἀνασπά‐ σας παθῶν, ὁμοίως ταῖς ἀσωμάτοις μελετήσῃ διακεῖσθαι δυνάμεσιν αἳ μήτε φθόνῳ, μήτε δόξης ἔρωτι, μήτε ἑτέρῳ τινὶ τοιούτῳ θηρῶνται νοσήματι. Εἰ μὲν οὖν τίς ἐστιν ἀνθρώπων τοιοῦτος ὡς δύνασθαι τὸ δυσθήρατον τοῦτο καὶ ἀκαταγώνιστον</w:t>
      </w:r>
    </w:p>
    <w:p>
      <w:r>
        <w:rPr>
          <w:rFonts w:ascii="Courier New" w:hAnsi="Courier New"/>
          <w:color w:val="555555"/>
          <w:sz w:val="20"/>
        </w:rPr>
        <w:t>[65]</w:t>
      </w:r>
    </w:p>
    <w:p>
      <w:r>
        <w:rPr>
          <w:rFonts w:ascii="Gentium Plus" w:hAnsi="Gentium Plus"/>
          <w:sz w:val="24"/>
        </w:rPr>
        <w:t>καὶ ἀνήμερον θηρίον, τὴν τῶν πολλῶν δόξαν, καταπατεῖν καὶ τὰς πολλὰς αὐτῆς ἐκτεμεῖν κεφαλάς, μᾶλλον δὲ μηδὲ φῦναι τὴν ἀρχὴν συγχωρεῖν, δυνήσεται εὐκόλως καὶ τὰς πολλὰς</w:t>
      </w:r>
    </w:p>
    <w:p>
      <w:r>
        <w:rPr>
          <w:rFonts w:ascii="Courier New" w:hAnsi="Courier New"/>
          <w:color w:val="555555"/>
          <w:sz w:val="20"/>
        </w:rPr>
        <w:t>[70]</w:t>
      </w:r>
    </w:p>
    <w:p>
      <w:r>
        <w:rPr>
          <w:rFonts w:ascii="Gentium Plus" w:hAnsi="Gentium Plus"/>
          <w:sz w:val="24"/>
        </w:rPr>
        <w:t>πολυειδῆ καὶ θόρυβον συνεχῆ καὶ ἀθυμίας καὶ τῶν λοιπῶν παθῶν τὸν ὄχλον κατασκεδάζει τῆς ἑαυτοῦ ψυχῆς. Τί δεῖ τὰς λοιπὰς καταλέγειν δυσκολίας ἃς οὔτε εἰπεῖν οὔτε μαθεῖν δυνήσεταί τις, μὴ ἐπὶ τῶν πραγμάτων γενόμενος αὐτῶν;</w:t>
      </w:r>
    </w:p>
    <w:p>
      <w:r>
        <w:rPr>
          <w:rFonts w:ascii="Courier New" w:hAnsi="Courier New"/>
          <w:color w:val="555555"/>
          <w:sz w:val="20"/>
        </w:rPr>
        <w:t>[6 . 1]</w:t>
      </w:r>
    </w:p>
    <w:p>
      <w:r>
        <w:rPr>
          <w:rFonts w:ascii="Gentium Plus" w:hAnsi="Gentium Plus"/>
          <w:sz w:val="24"/>
        </w:rPr>
        <w:t>ΛΟΓΟΣ ϛʹ</w:t>
      </w:r>
    </w:p>
    <w:p>
      <w:r>
        <w:rPr>
          <w:rFonts w:ascii="Courier New" w:hAnsi="Courier New"/>
          <w:color w:val="555555"/>
          <w:sz w:val="20"/>
        </w:rPr>
        <w:t>[t1]</w:t>
      </w:r>
    </w:p>
    <w:p>
      <w:r>
        <w:rPr>
          <w:rFonts w:ascii="Gentium Plus" w:hAnsi="Gentium Plus"/>
          <w:sz w:val="24"/>
        </w:rPr>
        <w:t>αʹ. Ὅτι καὶ</w:t>
      </w:r>
    </w:p>
    <w:p>
      <w:r>
        <w:rPr>
          <w:rFonts w:ascii="Courier New" w:hAnsi="Courier New"/>
          <w:color w:val="555555"/>
          <w:sz w:val="20"/>
        </w:rPr>
        <w:t>[t2]</w:t>
      </w:r>
    </w:p>
    <w:p>
      <w:r>
        <w:rPr>
          <w:rFonts w:ascii="Gentium Plus" w:hAnsi="Gentium Plus"/>
          <w:sz w:val="24"/>
        </w:rPr>
        <w:t>ταῖς εὐθύναις</w:t>
      </w:r>
    </w:p>
    <w:p>
      <w:r>
        <w:rPr>
          <w:rFonts w:ascii="Courier New" w:hAnsi="Courier New"/>
          <w:color w:val="555555"/>
          <w:sz w:val="20"/>
        </w:rPr>
        <w:t>[t3]</w:t>
      </w:r>
    </w:p>
    <w:p>
      <w:r>
        <w:rPr>
          <w:rFonts w:ascii="Gentium Plus" w:hAnsi="Gentium Plus"/>
          <w:sz w:val="24"/>
        </w:rPr>
        <w:t>τῶν ἑτέροις</w:t>
      </w:r>
    </w:p>
    <w:p>
      <w:r>
        <w:rPr>
          <w:rFonts w:ascii="Courier New" w:hAnsi="Courier New"/>
          <w:color w:val="555555"/>
          <w:sz w:val="20"/>
        </w:rPr>
        <w:t>[t4]</w:t>
      </w:r>
    </w:p>
    <w:p>
      <w:r>
        <w:rPr>
          <w:rFonts w:ascii="Gentium Plus" w:hAnsi="Gentium Plus"/>
          <w:sz w:val="24"/>
        </w:rPr>
        <w:t>ἁμαρτανομένων</w:t>
      </w:r>
    </w:p>
    <w:p>
      <w:r>
        <w:rPr>
          <w:rFonts w:ascii="Courier New" w:hAnsi="Courier New"/>
          <w:color w:val="555555"/>
          <w:sz w:val="20"/>
        </w:rPr>
        <w:t>[t5]</w:t>
      </w:r>
    </w:p>
    <w:p>
      <w:r>
        <w:rPr>
          <w:rFonts w:ascii="Gentium Plus" w:hAnsi="Gentium Plus"/>
          <w:sz w:val="24"/>
        </w:rPr>
        <w:t>ὑπόκεινται οἱ ἱερεῖς</w:t>
      </w:r>
    </w:p>
    <w:p>
      <w:r>
        <w:rPr>
          <w:rFonts w:ascii="Courier New" w:hAnsi="Courier New"/>
          <w:color w:val="555555"/>
          <w:sz w:val="20"/>
        </w:rPr>
        <w:t>[1]</w:t>
      </w:r>
    </w:p>
    <w:p>
      <w:r>
        <w:rPr>
          <w:rFonts w:ascii="Gentium Plus" w:hAnsi="Gentium Plus"/>
          <w:sz w:val="24"/>
        </w:rPr>
        <w:t>Καὶ τὰ μὲν ἐνταῦθα τοιαῦτα οἷάπερ ἤκουσας· τὰ δὲ ἐκεῖ πῶς οἴσομεν, ὅταν καθ’ ἕκαστον τῶν πιστευθέντων ἀναγκαζώμεθα τὰς εὐθύνας ὑπέ‐</w:t>
      </w:r>
    </w:p>
    <w:p>
      <w:r>
        <w:rPr>
          <w:rFonts w:ascii="Courier New" w:hAnsi="Courier New"/>
          <w:color w:val="555555"/>
          <w:sz w:val="20"/>
        </w:rPr>
        <w:t>[5]</w:t>
      </w:r>
    </w:p>
    <w:p>
      <w:r>
        <w:rPr>
          <w:rFonts w:ascii="Gentium Plus" w:hAnsi="Gentium Plus"/>
          <w:sz w:val="24"/>
        </w:rPr>
        <w:t>χειν; Οὐ γὰρ μέχρις αἰσχύνης ἡ ζημία, ἀλλὰ καὶ αἰώνιος ἐκδέχεται κόλασις. Τὸ γὰρ «Πείθεσθε τοῖς ἡγουμένοις ὑμῶν καὶ ὑπεί‐ κετε, ὅτι αὐτοὶ ἀγρυπνοῦσιν ὑπὲρ τῶν ψυχῶν ὑμῶν», εἰ καὶ πρότερον εἶπον, ἀλλ’ οὐδὲ νῦν σιωπήσομαι· ὁ γὰρ φόβος</w:t>
      </w:r>
    </w:p>
    <w:p>
      <w:r>
        <w:rPr>
          <w:rFonts w:ascii="Courier New" w:hAnsi="Courier New"/>
          <w:color w:val="555555"/>
          <w:sz w:val="20"/>
        </w:rPr>
        <w:t>[10]</w:t>
      </w:r>
    </w:p>
    <w:p>
      <w:r>
        <w:rPr>
          <w:rFonts w:ascii="Gentium Plus" w:hAnsi="Gentium Plus"/>
          <w:sz w:val="24"/>
        </w:rPr>
        <w:t>ταύτης τῆς ἀπειλῆς συνεχῶς κατασείει μου τὴν ψυχήν. Εἰ γὰρ τῷ μόνον ἕνα σκανδαλίζοντι καὶ ἐλάχιστον συμφέρει ἵνα μύλος ὀνικὸς κρεμασθῇ εἰς τὸν τράχηλον αὐτοῦ καὶ κατα‐ ποντισθῇ εἰς τὴν θάλατταν καὶ πάντες οἱ τὴν συνείδησιν τῶν ἀδελφῶν τύπτοντες εἰς αὐτὸν ἁμαρτάνουσι τὸν Χριστόν, οἱ μὴ</w:t>
      </w:r>
    </w:p>
    <w:p>
      <w:r>
        <w:rPr>
          <w:rFonts w:ascii="Courier New" w:hAnsi="Courier New"/>
          <w:color w:val="555555"/>
          <w:sz w:val="20"/>
        </w:rPr>
        <w:t>[15]</w:t>
      </w:r>
    </w:p>
    <w:p>
      <w:r>
        <w:rPr>
          <w:rFonts w:ascii="Gentium Plus" w:hAnsi="Gentium Plus"/>
          <w:sz w:val="24"/>
        </w:rPr>
        <w:t>μόνον ἕνα καὶ δύο καὶ τρεῖς, ἀλλὰ πλήθη τοσαῦτα ἀπολλύντες, τί ποτε ἆρα πείσονται καὶ ποίαν δώσουσι δίκην; Οὐδὲ γὰρ ἀπειρίαν ἔστιν αἰτιάσασθαι, οὐδὲ εἰς ἄγνοιαν καταφυγεῖν, οὐδὲ ἀνάγκην προβαλέσθαι καὶ βίαν, ἀλλὰ θᾶττον ἄν τις τῶν ἀρχομένων, εἴ γε ἐνῆν, ἐν ταῖς οἰκείαις ἁμαρτίαις ἐχρήσατο</w:t>
      </w:r>
    </w:p>
    <w:p>
      <w:r>
        <w:rPr>
          <w:rFonts w:ascii="Courier New" w:hAnsi="Courier New"/>
          <w:color w:val="555555"/>
          <w:sz w:val="20"/>
        </w:rPr>
        <w:t>[20]</w:t>
      </w:r>
    </w:p>
    <w:p>
      <w:r>
        <w:rPr>
          <w:rFonts w:ascii="Gentium Plus" w:hAnsi="Gentium Plus"/>
          <w:sz w:val="24"/>
        </w:rPr>
        <w:t>ταύτῃ τῇ καταφυγῇ ἢ ἐν ταῖς ἑτέρων οἱ προεστῶτες. Τί δή ποτε; Ὅτι ὁ ταχθεὶς τὰς τῶν ἄλλων ἀγνοίας ἐπανορθοῦν</w:t>
      </w:r>
    </w:p>
    <w:p>
      <w:r>
        <w:rPr>
          <w:rFonts w:ascii="Courier New" w:hAnsi="Courier New"/>
          <w:color w:val="555555"/>
          <w:sz w:val="20"/>
        </w:rPr>
        <w:t>[25]</w:t>
      </w:r>
    </w:p>
    <w:p>
      <w:r>
        <w:rPr>
          <w:rFonts w:ascii="Gentium Plus" w:hAnsi="Gentium Plus"/>
          <w:sz w:val="24"/>
        </w:rPr>
        <w:t>θισεν, ὡς ὁ Ἰεζεκιήλ φησιν, ἵνα καὶ τοῖς ἄλλοις σαλπίζῃ καὶ προμηνύῃ τὰ μέλλοντα δυσχερῆ. Καὶ διὰ τοῦτο ἀπαραίτητος ἡ κόλασις, κἂν εἷς ὢν ὁ ἀπολωλὼς τύχῃ· «ἐὰν γὰρ τῆς ῥομ‐ φαίας ἐρχομένης μὴ σαλπίσῃ τῷ λαῷ, μηδὲ σημάνῃ, φησίν, ὁ σκοπὸς καὶ ἐλθοῦσα ἡ ῥομφαία λάβῃ ψυχήν, αὐτὴ μὲν διὰ</w:t>
      </w:r>
    </w:p>
    <w:p>
      <w:r>
        <w:rPr>
          <w:rFonts w:ascii="Courier New" w:hAnsi="Courier New"/>
          <w:color w:val="555555"/>
          <w:sz w:val="20"/>
        </w:rPr>
        <w:t>[30]</w:t>
      </w:r>
    </w:p>
    <w:p>
      <w:r>
        <w:rPr>
          <w:rFonts w:ascii="Gentium Plus" w:hAnsi="Gentium Plus"/>
          <w:sz w:val="24"/>
        </w:rPr>
        <w:t>τὴν ἀνομίαν αὐτῆς ἐλήφθη, τὸ δὲ αἷμα αὐτῆς ἐκ χειρὸς τοῦ σκοποῦ ἐκζητήσω.»</w:t>
      </w:r>
    </w:p>
    <w:p>
      <w:pPr>
        <w:jc w:val="center"/>
      </w:pPr>
      <w:r>
        <w:rPr>
          <w:rFonts w:ascii="Gentium Plus" w:hAnsi="Gentium Plus"/>
          <w:b/>
          <w:sz w:val="24"/>
        </w:rPr>
        <w:t>βʹ. Ὅτι τῶν</w:t>
      </w:r>
    </w:p>
    <w:p>
      <w:r>
        <w:rPr>
          <w:rFonts w:ascii="Courier New" w:hAnsi="Courier New"/>
          <w:color w:val="555555"/>
          <w:sz w:val="20"/>
        </w:rPr>
        <w:t>[t2]</w:t>
      </w:r>
    </w:p>
    <w:p>
      <w:r>
        <w:rPr>
          <w:rFonts w:ascii="Gentium Plus" w:hAnsi="Gentium Plus"/>
          <w:sz w:val="24"/>
        </w:rPr>
        <w:t>μοναζόντων</w:t>
      </w:r>
    </w:p>
    <w:p>
      <w:r>
        <w:rPr>
          <w:rFonts w:ascii="Courier New" w:hAnsi="Courier New"/>
          <w:color w:val="555555"/>
          <w:sz w:val="20"/>
        </w:rPr>
        <w:t>[t3]</w:t>
      </w:r>
    </w:p>
    <w:p>
      <w:r>
        <w:rPr>
          <w:rFonts w:ascii="Gentium Plus" w:hAnsi="Gentium Plus"/>
          <w:sz w:val="24"/>
        </w:rPr>
        <w:t>ἀκριβείας</w:t>
      </w:r>
    </w:p>
    <w:p>
      <w:r>
        <w:rPr>
          <w:rFonts w:ascii="Courier New" w:hAnsi="Courier New"/>
          <w:color w:val="555555"/>
          <w:sz w:val="20"/>
        </w:rPr>
        <w:t>[t4]</w:t>
      </w:r>
    </w:p>
    <w:p>
      <w:r>
        <w:rPr>
          <w:rFonts w:ascii="Gentium Plus" w:hAnsi="Gentium Plus"/>
          <w:sz w:val="24"/>
        </w:rPr>
        <w:t>δέονται πλείονος</w:t>
      </w:r>
    </w:p>
    <w:p>
      <w:r>
        <w:rPr>
          <w:rFonts w:ascii="Courier New" w:hAnsi="Courier New"/>
          <w:color w:val="555555"/>
          <w:sz w:val="20"/>
        </w:rPr>
        <w:t>[1]</w:t>
      </w:r>
    </w:p>
    <w:p>
      <w:r>
        <w:rPr>
          <w:rFonts w:ascii="Gentium Plus" w:hAnsi="Gentium Plus"/>
          <w:sz w:val="24"/>
        </w:rPr>
        <w:t>Παῦσαι τοίνυν ἡμᾶς ὠθῶν εἰς οὕτως ἄφυκτον δίκην· οὐ γὰρ ὑπὲρ στρατηγίας οὐδὲ βασιλείας ἡμῖν ὁ λόγος, ἀλλ’ ὑπὲρ πράγματος ἀγγε‐</w:t>
      </w:r>
    </w:p>
    <w:p>
      <w:r>
        <w:rPr>
          <w:rFonts w:ascii="Courier New" w:hAnsi="Courier New"/>
          <w:color w:val="555555"/>
          <w:sz w:val="20"/>
        </w:rPr>
        <w:t>[5]</w:t>
      </w:r>
    </w:p>
    <w:p>
      <w:r>
        <w:rPr>
          <w:rFonts w:ascii="Gentium Plus" w:hAnsi="Gentium Plus"/>
          <w:sz w:val="24"/>
        </w:rPr>
        <w:t>λικῆς ἀρετῆς δεομένου. Καὶ γὰρ τῶν ἀκτίνων αὐτῶν καθαρωτέραν τῷ ἱερεῖ τὴν ψυχὴν εἶναι δεῖ ἵνα μή ποτε αὐτὸν ἔρημον καταλιμπάνῃ τὸ Πνεῦμα τὸ ἅγιον, ἵνα δύνηται λέγειν· «Ζῶ δὲ οὐκέτι ἐγώ, ζῇ δὲ ἐν ἐμοὶ Χρι‐ στός.» Εἰ γὰρ οἱ τὴν ἔρημον οἰκοῦντες καὶ πόλεως καὶ ἀγορᾶς</w:t>
      </w:r>
    </w:p>
    <w:p>
      <w:r>
        <w:rPr>
          <w:rFonts w:ascii="Courier New" w:hAnsi="Courier New"/>
          <w:color w:val="555555"/>
          <w:sz w:val="20"/>
        </w:rPr>
        <w:t>[10]</w:t>
      </w:r>
    </w:p>
    <w:p>
      <w:r>
        <w:rPr>
          <w:rFonts w:ascii="Gentium Plus" w:hAnsi="Gentium Plus"/>
          <w:sz w:val="24"/>
        </w:rPr>
        <w:t>καὶ τῶν ἐκεῖθεν ἀπηλλαγμένοι θορύβων καὶ διαπαντὸς λιμέ‐ νων καὶ γαλήνης ἀπολαύοντες οὐκ ἐθέλουσι θαρρεῖν τῇ τῆς διαίτης ἐκείνης ἀσφαλείᾳ, ἀλλὰ μυρίας ἑτέρας προστιθέασι φυλακάς, πάντοθεν ἑαυτοὺς περιφράττοντες καὶ μετὰ πολ‐ λῆς τῆς ἀκριβείας καὶ λέγειν ἅπαντα καὶ πράττειν σπουδά‐</w:t>
      </w:r>
    </w:p>
    <w:p>
      <w:r>
        <w:rPr>
          <w:rFonts w:ascii="Courier New" w:hAnsi="Courier New"/>
          <w:color w:val="555555"/>
          <w:sz w:val="20"/>
        </w:rPr>
        <w:t>[15]</w:t>
      </w:r>
    </w:p>
    <w:p>
      <w:r>
        <w:rPr>
          <w:rFonts w:ascii="Gentium Plus" w:hAnsi="Gentium Plus"/>
          <w:sz w:val="24"/>
        </w:rPr>
        <w:t>ζοντες ἵνα μετὰ παρρησίας καὶ καθαρότητος εἰλικρινοῦς, ὅσον</w:t>
      </w:r>
    </w:p>
    <w:p>
      <w:r>
        <w:rPr>
          <w:rFonts w:ascii="Courier New" w:hAnsi="Courier New"/>
          <w:color w:val="555555"/>
          <w:sz w:val="20"/>
        </w:rPr>
        <w:t>[20]</w:t>
      </w:r>
    </w:p>
    <w:p>
      <w:r>
        <w:rPr>
          <w:rFonts w:ascii="Gentium Plus" w:hAnsi="Gentium Plus"/>
          <w:sz w:val="24"/>
        </w:rPr>
        <w:t>Καὶ γὰρ πολλῷ μείζονος αὐτῷ δεῖ καθαρότητος ἢ ἐκείνοις καὶ ᾧ μείζονος δεῖ, οὗτος πλείοσιν ἀνάγκαις ἐκείνων ὑπό‐ κειται ταῖς δυναμέναις αὐτὸν ῥυποῦν, ἢν μὴ τῇ διηνεκεῖ νήψει καὶ τῷ πολλῷ τόνῳ χρησάμενος ἄβατον αὐταῖς ἐργά‐ σηται τὴν ψυχήν. Καὶ γὰρ προσώπων εὐμορφία καὶ κινη‐</w:t>
      </w:r>
    </w:p>
    <w:p>
      <w:r>
        <w:rPr>
          <w:rFonts w:ascii="Courier New" w:hAnsi="Courier New"/>
          <w:color w:val="555555"/>
          <w:sz w:val="20"/>
        </w:rPr>
        <w:t>[25]</w:t>
      </w:r>
    </w:p>
    <w:p>
      <w:r>
        <w:rPr>
          <w:rFonts w:ascii="Gentium Plus" w:hAnsi="Gentium Plus"/>
          <w:sz w:val="24"/>
        </w:rPr>
        <w:t>μάτων διάθρυψις καὶ βαδίσεως ἐπιτήδευσις καὶ φωνῆς διάκλασις καὶ ὀφθαλμῶν ὑπογραφαὶ καὶ παρειῶν ἐπιγραφαὶ καὶ πλεγμάτων συνθέσεις καὶ τριχῶν βαφαὶ καὶ ἱματίων πολυτέλεια καὶ χρυσίων ποικιλία καὶ λίθων κάλλος καὶ μύρων εὐοδμία καὶ τἄλλα πάντα ἃ τὸ γυναικεῖον ἐπιτηδεύει</w:t>
      </w:r>
    </w:p>
    <w:p>
      <w:r>
        <w:rPr>
          <w:rFonts w:ascii="Courier New" w:hAnsi="Courier New"/>
          <w:color w:val="555555"/>
          <w:sz w:val="20"/>
        </w:rPr>
        <w:t>[30]</w:t>
      </w:r>
    </w:p>
    <w:p>
      <w:r>
        <w:rPr>
          <w:rFonts w:ascii="Gentium Plus" w:hAnsi="Gentium Plus"/>
          <w:sz w:val="24"/>
        </w:rPr>
        <w:t>γένος, ἱκανὰ θορυβῆσαι ψυχήν, ἢν μὴ πολλῇ τῇ τῆς σωφρο‐ σύνης αὐστηρότητι ἀπεσκληκυῖα τύχῃ. Ἀλλὰ τὸ μὲν ὑπὸ τούτων ταράττεσθαι, θαυμαστὸν οὐδέν· τὸ δὲ καὶ διὰ τῶν</w:t>
      </w:r>
    </w:p>
    <w:p>
      <w:r>
        <w:rPr>
          <w:rFonts w:ascii="Courier New" w:hAnsi="Courier New"/>
          <w:color w:val="555555"/>
          <w:sz w:val="20"/>
        </w:rPr>
        <w:t>[35]</w:t>
      </w:r>
    </w:p>
    <w:p>
      <w:r>
        <w:rPr>
          <w:rFonts w:ascii="Gentium Plus" w:hAnsi="Gentium Plus"/>
          <w:sz w:val="24"/>
        </w:rPr>
        <w:t>ἐκπλήξεως καὶ ἀπορίας μεστόν.</w:t>
      </w:r>
    </w:p>
    <w:p>
      <w:pPr>
        <w:jc w:val="center"/>
      </w:pPr>
      <w:r>
        <w:rPr>
          <w:rFonts w:ascii="Gentium Plus" w:hAnsi="Gentium Plus"/>
          <w:b/>
          <w:sz w:val="24"/>
        </w:rPr>
        <w:t>γʹ. Ὅτι πλείονος</w:t>
      </w:r>
    </w:p>
    <w:p>
      <w:r>
        <w:rPr>
          <w:rFonts w:ascii="Courier New" w:hAnsi="Courier New"/>
          <w:color w:val="555555"/>
          <w:sz w:val="20"/>
        </w:rPr>
        <w:t>[t2]</w:t>
      </w:r>
    </w:p>
    <w:p>
      <w:r>
        <w:rPr>
          <w:rFonts w:ascii="Gentium Plus" w:hAnsi="Gentium Plus"/>
          <w:sz w:val="24"/>
        </w:rPr>
        <w:t>εὐκολίας ἀπολαύει</w:t>
      </w:r>
    </w:p>
    <w:p>
      <w:r>
        <w:rPr>
          <w:rFonts w:ascii="Courier New" w:hAnsi="Courier New"/>
          <w:color w:val="555555"/>
          <w:sz w:val="20"/>
        </w:rPr>
        <w:t>[t3]</w:t>
      </w:r>
    </w:p>
    <w:p>
      <w:r>
        <w:rPr>
          <w:rFonts w:ascii="Gentium Plus" w:hAnsi="Gentium Plus"/>
          <w:sz w:val="24"/>
        </w:rPr>
        <w:t>ὁ μονάζων παρὰ</w:t>
      </w:r>
    </w:p>
    <w:p>
      <w:r>
        <w:rPr>
          <w:rFonts w:ascii="Courier New" w:hAnsi="Courier New"/>
          <w:color w:val="555555"/>
          <w:sz w:val="20"/>
        </w:rPr>
        <w:t>[t4]</w:t>
      </w:r>
    </w:p>
    <w:p>
      <w:r>
        <w:rPr>
          <w:rFonts w:ascii="Gentium Plus" w:hAnsi="Gentium Plus"/>
          <w:sz w:val="24"/>
        </w:rPr>
        <w:t>τὸν Ἐκκλησίας</w:t>
      </w:r>
    </w:p>
    <w:p>
      <w:r>
        <w:rPr>
          <w:rFonts w:ascii="Courier New" w:hAnsi="Courier New"/>
          <w:color w:val="555555"/>
          <w:sz w:val="20"/>
        </w:rPr>
        <w:t>[t5]</w:t>
      </w:r>
    </w:p>
    <w:p>
      <w:r>
        <w:rPr>
          <w:rFonts w:ascii="Gentium Plus" w:hAnsi="Gentium Plus"/>
          <w:sz w:val="24"/>
        </w:rPr>
        <w:t>προεστῶτα</w:t>
      </w:r>
    </w:p>
    <w:p>
      <w:r>
        <w:rPr>
          <w:rFonts w:ascii="Courier New" w:hAnsi="Courier New"/>
          <w:color w:val="555555"/>
          <w:sz w:val="20"/>
        </w:rPr>
        <w:t>[1]</w:t>
      </w:r>
    </w:p>
    <w:p>
      <w:r>
        <w:rPr>
          <w:rFonts w:ascii="Gentium Plus" w:hAnsi="Gentium Plus"/>
          <w:sz w:val="24"/>
        </w:rPr>
        <w:t>Ἤδη γάρ τινες ταῦτα ἐκφυγόντες τὰ θήρατρα, τοῖς πολὺ τούτων ἀφεστηκόσιν ἑάλωσαν· καὶ γὰρ καὶ ἠμελημένη ὄψις καὶ αὐχμῶσα κόμη</w:t>
      </w:r>
    </w:p>
    <w:p>
      <w:r>
        <w:rPr>
          <w:rFonts w:ascii="Courier New" w:hAnsi="Courier New"/>
          <w:color w:val="555555"/>
          <w:sz w:val="20"/>
        </w:rPr>
        <w:t>[5]</w:t>
      </w:r>
    </w:p>
    <w:p>
      <w:r>
        <w:rPr>
          <w:rFonts w:ascii="Gentium Plus" w:hAnsi="Gentium Plus"/>
          <w:sz w:val="24"/>
        </w:rPr>
        <w:t>καὶ ῥυπῶσα στολὴ καὶ σχῆμα ἀνεπί‐ πλαστον καὶ ἦθος ἁπλοῦν καὶ ῥῆμα ἀφελὲς καὶ βάδισις ἀνεπιτήδευτος καὶ ἀσχημάτιστος φωνὴ καὶ τὸ πενίᾳ συζῆν καὶ τὸ καταφρονεῖσθαι καὶ τὸ ἀπροστά‐ τευτον καὶ ἡ μόνωσις πρῶτον μὲν εἰς ἔλεον τὸν ὁρῶντα, ἀπ’</w:t>
      </w:r>
    </w:p>
    <w:p>
      <w:r>
        <w:rPr>
          <w:rFonts w:ascii="Courier New" w:hAnsi="Courier New"/>
          <w:color w:val="555555"/>
          <w:sz w:val="20"/>
        </w:rPr>
        <w:t>[10]</w:t>
      </w:r>
    </w:p>
    <w:p>
      <w:r>
        <w:rPr>
          <w:rFonts w:ascii="Gentium Plus" w:hAnsi="Gentium Plus"/>
          <w:sz w:val="24"/>
        </w:rPr>
        <w:t>ἐκείνου δὲ εἰς τὸν ἔσχατον ἤγαγεν ὄλεθρον. Καὶ πολλοὶ τὰ πρότερα ἐκφυγόντες δίκτυα, τὰ διὰ τῶν χρυσίων καὶ τῶν μύρων καὶ τῶν ἱματίων καὶ τῶν λοιπῶν ὧν εἶπον συγκείμενα τούτοις τοῖς τοσοῦτον αὐτῶν ἀφεστηκόσιν εὐκόλως ἐνέπεσαν καὶ ἀπώλοντο. Ὅταν οὖν καὶ διὰ πενίας καὶ διὰ πλούτου καὶ</w:t>
      </w:r>
    </w:p>
    <w:p>
      <w:r>
        <w:rPr>
          <w:rFonts w:ascii="Courier New" w:hAnsi="Courier New"/>
          <w:color w:val="555555"/>
          <w:sz w:val="20"/>
        </w:rPr>
        <w:t>[15]</w:t>
      </w:r>
    </w:p>
    <w:p>
      <w:r>
        <w:rPr>
          <w:rFonts w:ascii="Gentium Plus" w:hAnsi="Gentium Plus"/>
          <w:sz w:val="24"/>
        </w:rPr>
        <w:t>διὰ καλλωπισμοῦ καὶ διὰ σχήματος εἰκῇ κειμένου καὶ διὰ τρόπων τῶν τε ἐπιτηδευτῶν καὶ τῶν ἀπλάστων καὶ ἁπάντων ἁπλῶς ὧν ἀπηριθμησάμην ὁ πόλεμος ἀναρριπίζηται τῇ τοῦ θεωμένου ψυχῇ, καὶ τὰ μηχανήματα αὐτὸν περιστοιχίζῃ πανταχόθεν, πόθεν ἀναπνεῦσαι δυνήσεται, τοσούτων κύκλῳ</w:t>
      </w:r>
    </w:p>
    <w:p>
      <w:r>
        <w:rPr>
          <w:rFonts w:ascii="Courier New" w:hAnsi="Courier New"/>
          <w:color w:val="555555"/>
          <w:sz w:val="20"/>
        </w:rPr>
        <w:t>[20]</w:t>
      </w:r>
    </w:p>
    <w:p>
      <w:r>
        <w:rPr>
          <w:rFonts w:ascii="Gentium Plus" w:hAnsi="Gentium Plus"/>
          <w:sz w:val="24"/>
        </w:rPr>
        <w:t>περικειμένων παγίδων; ποίαν κατάδυσιν εὑρεῖν, οὐ λέγω πρὸς τὸ μὴ κατὰ κράτος ἁλῶναι—τοῦτο γὰρ οὐ πάνυ χαλε‐ πόν—, ἀλλὰ καὶ πρὸς τὸ ἀτάραχον τῶν μιαρῶν λογισμῶν τὴν ἑαυτοῦ φυλάξαι ψυχήν; Καὶ παρίημι τὰς τιμάς, τὰς μυρίων αἰτίας κακῶν. Αἱ μὲν γὰρ παρὰ τῶν γυναικῶν γινό‐</w:t>
      </w:r>
    </w:p>
    <w:p>
      <w:r>
        <w:rPr>
          <w:rFonts w:ascii="Courier New" w:hAnsi="Courier New"/>
          <w:color w:val="555555"/>
          <w:sz w:val="20"/>
        </w:rPr>
        <w:t>[25]</w:t>
      </w:r>
    </w:p>
    <w:p>
      <w:r>
        <w:rPr>
          <w:rFonts w:ascii="Gentium Plus" w:hAnsi="Gentium Plus"/>
          <w:sz w:val="24"/>
        </w:rPr>
        <w:t>μεναι τῷ τῆς σωφροσύνης λυμαίνονται τόνῳ καὶ καταβάλ‐</w:t>
      </w:r>
    </w:p>
    <w:p>
      <w:r>
        <w:rPr>
          <w:rFonts w:ascii="Courier New" w:hAnsi="Courier New"/>
          <w:color w:val="555555"/>
          <w:sz w:val="20"/>
        </w:rPr>
        <w:t>[30]</w:t>
      </w:r>
    </w:p>
    <w:p>
      <w:r>
        <w:rPr>
          <w:rFonts w:ascii="Gentium Plus" w:hAnsi="Gentium Plus"/>
          <w:sz w:val="24"/>
        </w:rPr>
        <w:t>τῆς ἀλαζονείας ἀνοίᾳ τοῖς μὲν θεραπεύουσιν αὐτὸν ὑποκύπ‐ τειν ἀναγκαζόμενος, διὰ δὲ τὰς παρ’ ἐκείνων τιμὰς κατὰ τῶν ἐλαττόνων ἐξογκούμενος καὶ εἰς τὸ τῆς ἀπονοίας ὠθούμενος βάραθρον. Ταῦτα εἴρηται μὲν παρ’ ἡμῶν, ὅσην δὲ ἔχει τὴν βλάβην,</w:t>
      </w:r>
    </w:p>
    <w:p>
      <w:r>
        <w:rPr>
          <w:rFonts w:ascii="Courier New" w:hAnsi="Courier New"/>
          <w:color w:val="555555"/>
          <w:sz w:val="20"/>
        </w:rPr>
        <w:t>[35]</w:t>
      </w:r>
    </w:p>
    <w:p>
      <w:r>
        <w:rPr>
          <w:rFonts w:ascii="Gentium Plus" w:hAnsi="Gentium Plus"/>
          <w:sz w:val="24"/>
        </w:rPr>
        <w:t>οὐκ ἄν τις ἄνευ τῆς πείρας μάθοι καλῶς· οὐ γὰρ δὴ ταῦτα μόνον, ἀλλὰ καὶ τούτων πολλῷ πλείονα καὶ σφαλερώτερα τῷ ἐν τῷ μέσῳ στρεφομένῳ συμπίπτειν ἀνάγκη γένοιτ’ ἄν. Ὁ δὲ τὴν ἐρημίαν στέργων πάντων μὲν ἔχει τὴν ἀτέλειαν· εἰ δέ ποτε αὐτῷ καὶ λογισμὸς ἄτοπος ὑπογράψειέ τι τοιοῦτον,</w:t>
      </w:r>
    </w:p>
    <w:p>
      <w:r>
        <w:rPr>
          <w:rFonts w:ascii="Courier New" w:hAnsi="Courier New"/>
          <w:color w:val="555555"/>
          <w:sz w:val="20"/>
        </w:rPr>
        <w:t>[40]</w:t>
      </w:r>
    </w:p>
    <w:p>
      <w:r>
        <w:rPr>
          <w:rFonts w:ascii="Gentium Plus" w:hAnsi="Gentium Plus"/>
          <w:sz w:val="24"/>
        </w:rPr>
        <w:t>ἀλλ’ ἀσθενὴς ἡ φαντασία καὶ ταχέως σβεσθῆναι δυναμένη, διὰ τὸ μὴ προσκεῖσθαι ἔξωθεν τὴν ἀπὸ τῆς θεωρίας ὕλην τῇ φλογί. Καὶ ὁ μὲν μοναχὸς ὑπὲρ ἑαυτοῦ μόνου δέδοικεν· εἰ δὲ καὶ ἑτέρων φροντίζειν ἀναγκασθείη, ἀλλ’ εὐαριθμήτων λίαν, εἰ δὲ καὶ πλείονες εἶεν, ἀλλὰ τῶν ἐν ταῖς ἐκκλησίαις ἐλάττους</w:t>
      </w:r>
    </w:p>
    <w:p>
      <w:r>
        <w:rPr>
          <w:rFonts w:ascii="Courier New" w:hAnsi="Courier New"/>
          <w:color w:val="555555"/>
          <w:sz w:val="20"/>
        </w:rPr>
        <w:t>[45]</w:t>
      </w:r>
    </w:p>
    <w:p>
      <w:r>
        <w:rPr>
          <w:rFonts w:ascii="Gentium Plus" w:hAnsi="Gentium Plus"/>
          <w:sz w:val="24"/>
        </w:rPr>
        <w:t>τέ εἰσι καὶ τὰς ὑπὲρ ἑαυτῶν φροντίδας πολλῷ κουφοτέρας παρέχουσι τῷ προστάτῃ, οὐ διὰ τὴν ὀλιγότητα μόνον, ἀλλ’ ὅτι καὶ πάντες τῶν κοσμικῶν εἰσιν ἀπηλλαγμένοι πραγμάτων καὶ οὔτε παῖδας, οὔτε γυναῖκα, οὔτε ἄλλο τι μεριμνᾶν ἔχουσι τοιοῦτο. Τοῦτο δὲ αὐτοὺς λίαν τε εἶναι εὐπειθεῖς τοῖς ἡγου‐</w:t>
      </w:r>
    </w:p>
    <w:p>
      <w:r>
        <w:rPr>
          <w:rFonts w:ascii="Courier New" w:hAnsi="Courier New"/>
          <w:color w:val="555555"/>
          <w:sz w:val="20"/>
        </w:rPr>
        <w:t>[6 . 3 (50)]</w:t>
      </w:r>
    </w:p>
    <w:p>
      <w:r>
        <w:rPr>
          <w:rFonts w:ascii="Gentium Plus" w:hAnsi="Gentium Plus"/>
          <w:sz w:val="24"/>
        </w:rPr>
        <w:t>μένοις καὶ τὸ κοινὴν τὴν οἴκησιν ἔχειν ἐποίησεν ὡς δύνασθαι αὐτῶν τὰ πταίσματα ἀκριβῶς συνορᾶν τε καὶ ἐπανορθοῦν,</w:t>
      </w:r>
    </w:p>
    <w:p>
      <w:pPr>
        <w:jc w:val="center"/>
      </w:pPr>
      <w:r>
        <w:rPr>
          <w:rFonts w:ascii="Gentium Plus" w:hAnsi="Gentium Plus"/>
          <w:b/>
          <w:sz w:val="24"/>
        </w:rPr>
        <w:t>δʹ. Ὅτι τῆς</w:t>
      </w:r>
    </w:p>
    <w:p>
      <w:r>
        <w:rPr>
          <w:rFonts w:ascii="Courier New" w:hAnsi="Courier New"/>
          <w:color w:val="555555"/>
          <w:sz w:val="20"/>
        </w:rPr>
        <w:t>[t2]</w:t>
      </w:r>
    </w:p>
    <w:p>
      <w:r>
        <w:rPr>
          <w:rFonts w:ascii="Gentium Plus" w:hAnsi="Gentium Plus"/>
          <w:sz w:val="24"/>
        </w:rPr>
        <w:t>οἰκουμένης</w:t>
      </w:r>
    </w:p>
    <w:p>
      <w:r>
        <w:rPr>
          <w:rFonts w:ascii="Courier New" w:hAnsi="Courier New"/>
          <w:color w:val="555555"/>
          <w:sz w:val="20"/>
        </w:rPr>
        <w:t>[t3]</w:t>
      </w:r>
    </w:p>
    <w:p>
      <w:r>
        <w:rPr>
          <w:rFonts w:ascii="Gentium Plus" w:hAnsi="Gentium Plus"/>
          <w:sz w:val="24"/>
        </w:rPr>
        <w:t>τὴν προστασίαν</w:t>
      </w:r>
    </w:p>
    <w:p>
      <w:r>
        <w:rPr>
          <w:rFonts w:ascii="Courier New" w:hAnsi="Courier New"/>
          <w:color w:val="555555"/>
          <w:sz w:val="20"/>
        </w:rPr>
        <w:t>[t4]</w:t>
      </w:r>
    </w:p>
    <w:p>
      <w:r>
        <w:rPr>
          <w:rFonts w:ascii="Gentium Plus" w:hAnsi="Gentium Plus"/>
          <w:sz w:val="24"/>
        </w:rPr>
        <w:t>ἐμπιστεύεται ὁ</w:t>
      </w:r>
    </w:p>
    <w:p>
      <w:r>
        <w:rPr>
          <w:rFonts w:ascii="Courier New" w:hAnsi="Courier New"/>
          <w:color w:val="555555"/>
          <w:sz w:val="20"/>
        </w:rPr>
        <w:t>[t5]</w:t>
      </w:r>
    </w:p>
    <w:p>
      <w:r>
        <w:rPr>
          <w:rFonts w:ascii="Gentium Plus" w:hAnsi="Gentium Plus"/>
          <w:sz w:val="24"/>
        </w:rPr>
        <w:t>ἱερεὺς καὶ ἕτερα</w:t>
      </w:r>
    </w:p>
    <w:p>
      <w:r>
        <w:rPr>
          <w:rFonts w:ascii="Courier New" w:hAnsi="Courier New"/>
          <w:color w:val="555555"/>
          <w:sz w:val="20"/>
        </w:rPr>
        <w:t>[t6]</w:t>
      </w:r>
    </w:p>
    <w:p>
      <w:r>
        <w:rPr>
          <w:rFonts w:ascii="Gentium Plus" w:hAnsi="Gentium Plus"/>
          <w:sz w:val="24"/>
        </w:rPr>
        <w:t>πράγματα φρικτά</w:t>
      </w:r>
    </w:p>
    <w:p>
      <w:r>
        <w:rPr>
          <w:rFonts w:ascii="Courier New" w:hAnsi="Courier New"/>
          <w:color w:val="555555"/>
          <w:sz w:val="20"/>
        </w:rPr>
        <w:t>[1]</w:t>
      </w:r>
    </w:p>
    <w:p>
      <w:r>
        <w:rPr>
          <w:rFonts w:ascii="Gentium Plus" w:hAnsi="Gentium Plus"/>
          <w:sz w:val="24"/>
        </w:rPr>
        <w:t>Τῶν δὲ ὑπὸ τῷ ἱερεῖ τεταγμένων τὸ πλέον βιωτικαῖς πεπέδηται φρον‐ τίσι, καὶ τοῦτο αὐτοὺς ἀργοτέρους πρὸς τὴν τῶν πνευματικῶν ἐργασίαν</w:t>
      </w:r>
    </w:p>
    <w:p>
      <w:r>
        <w:rPr>
          <w:rFonts w:ascii="Courier New" w:hAnsi="Courier New"/>
          <w:color w:val="555555"/>
          <w:sz w:val="20"/>
        </w:rPr>
        <w:t>[5]</w:t>
      </w:r>
    </w:p>
    <w:p>
      <w:r>
        <w:rPr>
          <w:rFonts w:ascii="Gentium Plus" w:hAnsi="Gentium Plus"/>
          <w:sz w:val="24"/>
        </w:rPr>
        <w:t>καθίστησιν· ὅθεν ἀνάγκη τῷ διδα‐ σκάλῳ σπείρειν καθ’ ἑκάστην, ὡς εἰπεῖν, ἡμέραν, ἵνα τῇ γοῦν συνε‐ χείᾳ δυνηθῇ κρατηθῆναι παρὰ τοῖς ἀκούουσι τῆς διδασκαλίας ὁ λόγος. Καὶ γὰρ πλοῦτος ὑπέρογκος καὶ δυναστείας μέγεθος</w:t>
      </w:r>
    </w:p>
    <w:p>
      <w:r>
        <w:rPr>
          <w:rFonts w:ascii="Courier New" w:hAnsi="Courier New"/>
          <w:color w:val="555555"/>
          <w:sz w:val="20"/>
        </w:rPr>
        <w:t>[10]</w:t>
      </w:r>
    </w:p>
    <w:p>
      <w:r>
        <w:rPr>
          <w:rFonts w:ascii="Gentium Plus" w:hAnsi="Gentium Plus"/>
          <w:sz w:val="24"/>
        </w:rPr>
        <w:t>καὶ ῥαθυμία ἀπὸ τρυφῆς προσγινομένη καὶ πολλὰ ἕτερα πρὸς τούτοις συμπνίγει τὰ καταβαλλόμενα σπέρματα, πολλάκις δὲ ἡ τῶν ἀκανθῶν πυκνότης οὐδὲ μέχρι τῆς ἐπιφανείας ἀφίησι τὸ σπειρόμενον πεσεῖν. Ἤδη δὲ καὶ θλίψεως ὑπερβολὴ καὶ πενίας ἀνάγκη καὶ ἐπήρειαι συνεχεῖς καὶ ἄλλα τοιαῦτα τοῖς</w:t>
      </w:r>
    </w:p>
    <w:p>
      <w:r>
        <w:rPr>
          <w:rFonts w:ascii="Courier New" w:hAnsi="Courier New"/>
          <w:color w:val="555555"/>
          <w:sz w:val="20"/>
        </w:rPr>
        <w:t>[15]</w:t>
      </w:r>
    </w:p>
    <w:p>
      <w:r>
        <w:rPr>
          <w:rFonts w:ascii="Gentium Plus" w:hAnsi="Gentium Plus"/>
          <w:sz w:val="24"/>
        </w:rPr>
        <w:t>προτέροις ἐναντία ἀπάγει τῆς περὶ τὰ θεῖα σπουδῆς, τῶν δὲ ἁμαρτημάτων οὐδὲ τὸ πολλοστὸν αὐτοῖς μέρος δυνατὸν γενέσθαι καταφανές· πῶς γάρ, ὧν τοὺς πλείονας οὐδὲ ἐκ προσόψεως ἴσασι; Καὶ τὰ μὲν πρὸς τὸν λαὸν αὐτῷ τοσαύτην ἔχει τὴν ἀμηχανίαν.</w:t>
      </w:r>
    </w:p>
    <w:p>
      <w:r>
        <w:rPr>
          <w:rFonts w:ascii="Courier New" w:hAnsi="Courier New"/>
          <w:color w:val="555555"/>
          <w:sz w:val="20"/>
        </w:rPr>
        <w:t>[20]</w:t>
      </w:r>
    </w:p>
    <w:p>
      <w:r>
        <w:rPr>
          <w:rFonts w:ascii="Gentium Plus" w:hAnsi="Gentium Plus"/>
          <w:sz w:val="24"/>
        </w:rPr>
        <w:t>Εἰ δέ τις τὰ πρὸς τὸν Θεὸν ἐξετάσειεν, οὐδὲν ὄντα εὑρήσει ταῦτα, οὕτω μείζονος καὶ ἀκριβεστέρας ἐκεῖνα δεῖται τῆς σπουδῆς. Τὸν γὰρ ὑπὲρ ὅλης πόλεως, τί λέγω πόλεως, πάσης μὲν οὖν τῆς οἰκουμένης πρεσβεύοντα καὶ δεόμενον ταῖς ἁπάντων ἁμαρτίαις ἵλεων γενέσθαι τὸν Θεόν, οὐ τῶν ζώντων</w:t>
      </w:r>
    </w:p>
    <w:p>
      <w:r>
        <w:rPr>
          <w:rFonts w:ascii="Courier New" w:hAnsi="Courier New"/>
          <w:color w:val="555555"/>
          <w:sz w:val="20"/>
        </w:rPr>
        <w:t>[25]</w:t>
      </w:r>
    </w:p>
    <w:p>
      <w:r>
        <w:rPr>
          <w:rFonts w:ascii="Gentium Plus" w:hAnsi="Gentium Plus"/>
          <w:sz w:val="24"/>
        </w:rPr>
        <w:t>μόνον, ἀλλὰ καὶ τῶν ἀπελθόντων, ὁποῖόν τινα εἶναι χρή; Ἐγὼ μὲν γὰρ καὶ τὴν Μωϋσέως καὶ τὴν Ἠλίου παρρησίαν οὐδέπω πρὸς τὴν τοσαύτην ἱκετηρίαν ἀρκεῖν ἡγοῦμαι. Καὶ γὰρ ὥσπερ τὸν ἅπαντα κόσμον πεπιστευμένος καὶ αὐτὸς ὢν</w:t>
      </w:r>
    </w:p>
    <w:p>
      <w:r>
        <w:rPr>
          <w:rFonts w:ascii="Courier New" w:hAnsi="Courier New"/>
          <w:color w:val="555555"/>
          <w:sz w:val="20"/>
        </w:rPr>
        <w:t>[30]</w:t>
      </w:r>
    </w:p>
    <w:p>
      <w:r>
        <w:rPr>
          <w:rFonts w:ascii="Gentium Plus" w:hAnsi="Gentium Plus"/>
          <w:sz w:val="24"/>
        </w:rPr>
        <w:t>ἁπανταχοῦ πολέμους σβεσθῆναι, λυθῆναι τὰς ταραχάς, εἰρήνην, εὐετηρίαν, τῶν ἑκάστῳ κακῶν ἐπικειμένων καὶ ἰδίᾳ καὶ δημοσίᾳ, ταχεῖαν αἰτῶν ἀπαλλαγήν. Δεῖ δὲ πάντων αὐτὸν ὑπὲρ ὧν δεῖται τοσοῦτο διαφέρειν ἐν ἅπασιν ὅσον τὸν προεστῶτα τῶν προστατευομένων εἰκός. Ὅταν δὲ καὶ τὸ</w:t>
      </w:r>
    </w:p>
    <w:p>
      <w:r>
        <w:rPr>
          <w:rFonts w:ascii="Courier New" w:hAnsi="Courier New"/>
          <w:color w:val="555555"/>
          <w:sz w:val="20"/>
        </w:rPr>
        <w:t>[35]</w:t>
      </w:r>
    </w:p>
    <w:p>
      <w:r>
        <w:rPr>
          <w:rFonts w:ascii="Gentium Plus" w:hAnsi="Gentium Plus"/>
          <w:sz w:val="24"/>
        </w:rPr>
        <w:t>Πνεῦμα τὸ ἅγιον καλῇ καὶ τὴν φρικωδεστάτην ἐπιτελῇ</w:t>
      </w:r>
    </w:p>
    <w:p>
      <w:r>
        <w:rPr>
          <w:rFonts w:ascii="Courier New" w:hAnsi="Courier New"/>
          <w:color w:val="555555"/>
          <w:sz w:val="20"/>
        </w:rPr>
        <w:t>[35]</w:t>
      </w:r>
    </w:p>
    <w:p>
      <w:r>
        <w:rPr>
          <w:rFonts w:ascii="Gentium Plus" w:hAnsi="Gentium Plus"/>
          <w:sz w:val="24"/>
        </w:rPr>
        <w:t>θυσίαν καὶ τοῦ κοινοῦ πάντων συνεχῶς ἐφάπτηται δεσπότου, ποῦ τάξομεν αὐτόν, εἰπέ μοι; πόσην δὲ αὐτὸν ἀπαιτήσομεν καθαρότητα καὶ πόσην εὐλάβειαν; Ἐννόησον γὰρ ὁποίας τὰς ταῦτα διακονουμένας χεῖρας εἶναι χρή, ὁποίαν τὴν γλῶτταν τὴν ἐκεῖνα προχέουσαν τὰ ῥήματα, τίνος δὲ οὐ καθαρωτέραν</w:t>
      </w:r>
    </w:p>
    <w:p>
      <w:r>
        <w:rPr>
          <w:rFonts w:ascii="Courier New" w:hAnsi="Courier New"/>
          <w:color w:val="555555"/>
          <w:sz w:val="20"/>
        </w:rPr>
        <w:t>[40]</w:t>
      </w:r>
    </w:p>
    <w:p>
      <w:r>
        <w:rPr>
          <w:rFonts w:ascii="Gentium Plus" w:hAnsi="Gentium Plus"/>
          <w:sz w:val="24"/>
        </w:rPr>
        <w:t>καὶ ἁγιωτέραν τὴν τοσοῦτο πνεῦμα ὑποδεξομένην ψυχήν. Τότε καὶ ἄγγελοι παρεστήκασι τῷ ἱερεῖ καὶ οὐρανίων δυνά‐ μεων ἅπαν τὸ βῆμα καὶ ὁ περὶ τὸ θυσιαστήριον πληροῦται τόπος εἰς τιμὴν τοῦ κειμένου. Καὶ τοῦτο ἱκανὸν μὲν καὶ ἐξ αὐτῶν πεισθῆναι τῶν ἐπιτελουμένων τότε.</w:t>
      </w:r>
    </w:p>
    <w:p>
      <w:r>
        <w:rPr>
          <w:rFonts w:ascii="Courier New" w:hAnsi="Courier New"/>
          <w:color w:val="555555"/>
          <w:sz w:val="20"/>
        </w:rPr>
        <w:t>[45]</w:t>
      </w:r>
    </w:p>
    <w:p>
      <w:r>
        <w:rPr>
          <w:rFonts w:ascii="Gentium Plus" w:hAnsi="Gentium Plus"/>
          <w:sz w:val="24"/>
        </w:rPr>
        <w:t>Ἐγὼ δὲ καί τινος ἤκουσα διηγουμένου ποτὲ ὅτι αὐτῷ τις πρεσβύτης, θαυμαστὸς ἀνὴρ καὶ ἀποκαλύψεις ὁρᾶν εἰωθώς, ἔλεγεν ὄψεως ἠξιῶσθαι τοιαύτης καὶ κατὰ τὸν καιρὸν ἐκεῖνον ἄφνω πλῆθος ἀγγέλων ἰδεῖν, ὡς αὐτῷ δυνατὸν ἦν, στολίδας</w:t>
      </w:r>
    </w:p>
    <w:p>
      <w:r>
        <w:rPr>
          <w:rFonts w:ascii="Courier New" w:hAnsi="Courier New"/>
          <w:color w:val="555555"/>
          <w:sz w:val="20"/>
        </w:rPr>
        <w:t>[6 . 4 (50)]</w:t>
      </w:r>
    </w:p>
    <w:p>
      <w:r>
        <w:rPr>
          <w:rFonts w:ascii="Gentium Plus" w:hAnsi="Gentium Plus"/>
          <w:sz w:val="24"/>
        </w:rPr>
        <w:t>καὶ κάτω νευόντων, ὡς ἂν εἴ τις στρατιώτας παρόντος βασι‐ λέως ἑστηκότας ἴδοι· καὶ ἔγωγε πείθομαι. Καὶ ἕτερος δέ τις ἐμοὶ διηγήσατο, οὐ παρ’ ἑτέρου μαθών, ἀλλ’ αὐτὸς ἰδεῖν ἀξιωθεὶς καὶ ἀκοῦσαι, ὅτι τοὺς μέλλοντας ἐνθένδε ἀπαίρειν, ἂν τύχωσι τῶν μυστηρίων μετασχόντες ἐν καθαρᾷ συνειδήσει,</w:t>
      </w:r>
    </w:p>
    <w:p>
      <w:r>
        <w:rPr>
          <w:rFonts w:ascii="Courier New" w:hAnsi="Courier New"/>
          <w:color w:val="555555"/>
          <w:sz w:val="20"/>
        </w:rPr>
        <w:t>[55]</w:t>
      </w:r>
    </w:p>
    <w:p>
      <w:r>
        <w:rPr>
          <w:rFonts w:ascii="Gentium Plus" w:hAnsi="Gentium Plus"/>
          <w:sz w:val="24"/>
        </w:rPr>
        <w:t>ὅταν ἀποπνεῖν μέλλωσι, δορυφοροῦντες αὐτοὺς δι’ ἐκεῖνο τὸ ληφθέν, ἀπάγουσιν ἐνθένδε ἄγγελοι. Σὺ δὲ οὔπω φρίττεις εἰς οὕτως ἱερὰν τελετὴν τοιαύτην εἰσάγων ψυχὴν καὶ τὸν τὰ ῥυπαρὰ ἐνδεδυμένον ἱμάτια εἰς τὸ τῶν ἱερέων ἀναφέρων ἀξίωμα ὃν καὶ τοῦ λοιποῦ τῶν δαιτυμόνων χοροῦ ἐξέωσεν ὁ</w:t>
      </w:r>
    </w:p>
    <w:p>
      <w:r>
        <w:rPr>
          <w:rFonts w:ascii="Courier New" w:hAnsi="Courier New"/>
          <w:color w:val="555555"/>
          <w:sz w:val="20"/>
        </w:rPr>
        <w:t>[60]</w:t>
      </w:r>
    </w:p>
    <w:p>
      <w:r>
        <w:rPr>
          <w:rFonts w:ascii="Gentium Plus" w:hAnsi="Gentium Plus"/>
          <w:sz w:val="24"/>
        </w:rPr>
        <w:t>Χριστός; Φωτὸς δίκην τὴν οἰκουμένην καταυγάζοντος λάμ‐ πειν δεῖ τοῦ ἱερέως τὴν ψυχήν· ἡ δὲ ἡμετέρα τοσοῦτον ἔχει περικείμενον αὐτῇ σκότος ἐκ τῆς πονηρᾶς συνειδήσεως ὡς ἀεὶ καταδύεσθαι καὶ μηδέποτε δύνασθαι μετὰ παρρησίας εἰς τὸν αὐτῆς ἀτενίσαι δεσπότην.</w:t>
      </w:r>
    </w:p>
    <w:p>
      <w:r>
        <w:rPr>
          <w:rFonts w:ascii="Courier New" w:hAnsi="Courier New"/>
          <w:color w:val="555555"/>
          <w:sz w:val="20"/>
        </w:rPr>
        <w:t>[65]</w:t>
      </w:r>
    </w:p>
    <w:p>
      <w:r>
        <w:rPr>
          <w:rFonts w:ascii="Gentium Plus" w:hAnsi="Gentium Plus"/>
          <w:sz w:val="24"/>
        </w:rPr>
        <w:t>Οἱ ἱερεῖς τῆς γῆς εἰσιν οἱ ἅλες· τὴν δὲ ἡμετέραν ἄνοιαν καὶ τὴν ἐν ἅπασιν ἀπειρίαν τίς ἂν ἐνέγκοι ῥᾳδίως, πλὴν ὑμῶν τῶν καθ’ ὑπερβολὴν ἡμᾶς ἀγαπᾶν εἰθισμένων; Οὐ γὰρ μόνον καθα‐ ρὸν οὕτως ὡς τηλικαύτης ἠξιωμένον διακονίας, ἀλλὰ καὶ λίαν συνετὸν καὶ πολλῶν ἔμπειρον εἶναι δεῖ. Καὶ πάντα μὲν εἰδέναι</w:t>
      </w:r>
    </w:p>
    <w:p>
      <w:r>
        <w:rPr>
          <w:rFonts w:ascii="Courier New" w:hAnsi="Courier New"/>
          <w:color w:val="555555"/>
          <w:sz w:val="20"/>
        </w:rPr>
        <w:t>[70]</w:t>
      </w:r>
    </w:p>
    <w:p>
      <w:r>
        <w:rPr>
          <w:rFonts w:ascii="Gentium Plus" w:hAnsi="Gentium Plus"/>
          <w:sz w:val="24"/>
        </w:rPr>
        <w:t>τὰ βιωτικὰ τῶν ἐν μέσῳ στρεφομένων οὐχ ἧττον, πάντων δὲ ἀπηλλάχθαι μᾶλλον τῶν τὰ ὄρη κατειληφότων μοναχῶν. Ἐπειδὴ γὰρ ἀνδράσιν αὐτὸν ὁμιλεῖν ἀνάγκη καὶ γυναῖκας</w:t>
      </w:r>
    </w:p>
    <w:p>
      <w:r>
        <w:rPr>
          <w:rFonts w:ascii="Courier New" w:hAnsi="Courier New"/>
          <w:color w:val="555555"/>
          <w:sz w:val="20"/>
        </w:rPr>
        <w:t>[75]</w:t>
      </w:r>
    </w:p>
    <w:p>
      <w:r>
        <w:rPr>
          <w:rFonts w:ascii="Gentium Plus" w:hAnsi="Gentium Plus"/>
          <w:sz w:val="24"/>
        </w:rPr>
        <w:t>ἐν δυναστείαις οὖσι, ποικίλον αὐτὸν εἶναι δεῖ. Ποικίλον δὲ λέγω, οὐχ ὕπουλον, οὐ κόλακα, οὐχ ὑποκριτήν, ἀλλὰ πολλῆς μὲν ἐλευθερίας καὶ παρρησίας ἀνάμεστον, εἰδότα δὲ καὶ συγκατιέναι χρησίμως ὅταν ἡ τῶν πραγμάτων ὑπόθεσις τοῦτο ἀπαιτῇ καὶ χρηστὸν εἶναι ὁμοῦ καὶ αὐστηρόν. Οὐ γάρ ἐστιν</w:t>
      </w:r>
    </w:p>
    <w:p>
      <w:r>
        <w:rPr>
          <w:rFonts w:ascii="Courier New" w:hAnsi="Courier New"/>
          <w:color w:val="555555"/>
          <w:sz w:val="20"/>
        </w:rPr>
        <w:t>[80]</w:t>
      </w:r>
    </w:p>
    <w:p>
      <w:r>
        <w:rPr>
          <w:rFonts w:ascii="Gentium Plus" w:hAnsi="Gentium Plus"/>
          <w:sz w:val="24"/>
        </w:rPr>
        <w:t>ἑνὶ τρόπῳ χρῆσθαι τοῖς ἀρχομένοις ἅπασιν, ἐπειδὴ μηδὲ ἰατρῶν παισὶν ἑνὶ νόμῳ τοῖς κάμνουσι προσφέρεσθαι καλόν, μηδὲ κυβερνήτῃ μίαν ὁδὸν εἰδέναι τῆς πρὸς τὰ πνεύματα μάχης· καὶ γὰρ καὶ ταύτην τὴν ναῦν συνεχεῖς περιστοιχί‐ ζονται χειμῶνες, οἱ δὲ χειμῶνες οὗτοι οὐκ ἔξωθεν προσ‐</w:t>
      </w:r>
    </w:p>
    <w:p>
      <w:r>
        <w:rPr>
          <w:rFonts w:ascii="Courier New" w:hAnsi="Courier New"/>
          <w:color w:val="555555"/>
          <w:sz w:val="20"/>
        </w:rPr>
        <w:t>[85]</w:t>
      </w:r>
    </w:p>
    <w:p>
      <w:r>
        <w:rPr>
          <w:rFonts w:ascii="Gentium Plus" w:hAnsi="Gentium Plus"/>
          <w:sz w:val="24"/>
        </w:rPr>
        <w:t>βάλλουσι μόνον, ἀλλὰ καὶ ἔνδοθεν τίκτονται, καὶ πολλῆς χρεία καὶ συγκαταβάσεως καὶ ἀκριβείας. Πάντα δὲ ταῦτα τὰ διάφορα εἰς ἓν τέλος ὁρᾷ, τοῦ Θεοῦ τὴν δόξαν, τῆς Ἐκκλη‐ σίας τὴν οἰκοδομήν.</w:t>
      </w:r>
    </w:p>
    <w:p>
      <w:pPr>
        <w:jc w:val="center"/>
      </w:pPr>
      <w:r>
        <w:rPr>
          <w:rFonts w:ascii="Gentium Plus" w:hAnsi="Gentium Plus"/>
          <w:b/>
          <w:sz w:val="24"/>
        </w:rPr>
        <w:t>εʹ. Ὅτι πρὸς</w:t>
      </w:r>
    </w:p>
    <w:p>
      <w:r>
        <w:rPr>
          <w:rFonts w:ascii="Courier New" w:hAnsi="Courier New"/>
          <w:color w:val="555555"/>
          <w:sz w:val="20"/>
        </w:rPr>
        <w:t>[t2]</w:t>
      </w:r>
    </w:p>
    <w:p>
      <w:r>
        <w:rPr>
          <w:rFonts w:ascii="Gentium Plus" w:hAnsi="Gentium Plus"/>
          <w:sz w:val="24"/>
        </w:rPr>
        <w:t>πάντα ἐπιτήδειον</w:t>
      </w:r>
    </w:p>
    <w:p>
      <w:r>
        <w:rPr>
          <w:rFonts w:ascii="Courier New" w:hAnsi="Courier New"/>
          <w:color w:val="555555"/>
          <w:sz w:val="20"/>
        </w:rPr>
        <w:t>[t3]</w:t>
      </w:r>
    </w:p>
    <w:p>
      <w:r>
        <w:rPr>
          <w:rFonts w:ascii="Gentium Plus" w:hAnsi="Gentium Plus"/>
          <w:sz w:val="24"/>
        </w:rPr>
        <w:t>εἶναι χρὴ</w:t>
      </w:r>
    </w:p>
    <w:p>
      <w:r>
        <w:rPr>
          <w:rFonts w:ascii="Courier New" w:hAnsi="Courier New"/>
          <w:color w:val="555555"/>
          <w:sz w:val="20"/>
        </w:rPr>
        <w:t>[t4]</w:t>
      </w:r>
    </w:p>
    <w:p>
      <w:r>
        <w:rPr>
          <w:rFonts w:ascii="Gentium Plus" w:hAnsi="Gentium Plus"/>
          <w:sz w:val="24"/>
        </w:rPr>
        <w:t>τὸν ἱερέα</w:t>
      </w:r>
    </w:p>
    <w:p>
      <w:r>
        <w:rPr>
          <w:rFonts w:ascii="Courier New" w:hAnsi="Courier New"/>
          <w:color w:val="555555"/>
          <w:sz w:val="20"/>
        </w:rPr>
        <w:t>[1]</w:t>
      </w:r>
    </w:p>
    <w:p>
      <w:r>
        <w:rPr>
          <w:rFonts w:ascii="Gentium Plus" w:hAnsi="Gentium Plus"/>
          <w:sz w:val="24"/>
        </w:rPr>
        <w:t>Μέγας ὁ τῶν μοναχῶν ἀγὼν καὶ πολὺς ὁ μόχθος· ἀλλ’ εἴ τις τῇ καλῶς ἱερωσύνῃ διοικουμένῃ τοὺς ἐκεῖθεν ἱδρῶτας παραβάλοι, τοσοῦτον εὑρή‐</w:t>
      </w:r>
    </w:p>
    <w:p>
      <w:r>
        <w:rPr>
          <w:rFonts w:ascii="Courier New" w:hAnsi="Courier New"/>
          <w:color w:val="555555"/>
          <w:sz w:val="20"/>
        </w:rPr>
        <w:t>[5]</w:t>
      </w:r>
    </w:p>
    <w:p>
      <w:r>
        <w:rPr>
          <w:rFonts w:ascii="Gentium Plus" w:hAnsi="Gentium Plus"/>
          <w:sz w:val="24"/>
        </w:rPr>
        <w:t>σει τὸ διάφορον ὅσον ἰδιώτου καὶ βασιλέως τὸ μέσον. Ἐκεῖ μὲν γὰρ εἰ καὶ πολὺς ὁ πόνος, ἀλλὰ</w:t>
      </w:r>
    </w:p>
    <w:p>
      <w:r>
        <w:rPr>
          <w:rFonts w:ascii="Courier New" w:hAnsi="Courier New"/>
          <w:color w:val="555555"/>
          <w:sz w:val="20"/>
        </w:rPr>
        <w:t>[10]</w:t>
      </w:r>
    </w:p>
    <w:p>
      <w:r>
        <w:rPr>
          <w:rFonts w:ascii="Gentium Plus" w:hAnsi="Gentium Plus"/>
          <w:sz w:val="24"/>
        </w:rPr>
        <w:t>εἰς ἔργον ἐξελθεῖν· καὶ γὰρ καὶ νηστεία σύντονος καὶ χαμευνία καὶ ἀγρυπνία καὶ ἀλουσία καὶ ὁ πολὺς ἱδρὼς καὶ τὰ λοιπὰ ὅσα πρὸς τὴν τοῦ σώματος ἐπιτηδεύουσι ταλαιπωρίαν πάντα οἴχεται, τοῦ κολάζεσθαι μέλλοντος οὐκ ὄντος ἰσχυροῦ. Ἐν‐ ταῦθα δὲ καθαρὰ τῆς ψυχῆς ἡ τέχνη καὶ οὐδὲν τῆς τοῦ σώμα‐</w:t>
      </w:r>
    </w:p>
    <w:p>
      <w:r>
        <w:rPr>
          <w:rFonts w:ascii="Courier New" w:hAnsi="Courier New"/>
          <w:color w:val="555555"/>
          <w:sz w:val="20"/>
        </w:rPr>
        <w:t>[15]</w:t>
      </w:r>
    </w:p>
    <w:p>
      <w:r>
        <w:rPr>
          <w:rFonts w:ascii="Gentium Plus" w:hAnsi="Gentium Plus"/>
          <w:sz w:val="24"/>
        </w:rPr>
        <w:t>τος εὐεξίας προσδεῖται, ὥστε δεῖξαι τὴν αὐτῆς ἀρετήν. Τί γὰρ ἡμῖν ἡ τοῦ σώματος ἰσχὺς συμβάλλεται πρὸς τὸ μήτε αὐθάδεις εἶναι, μήτε ὀργίλους, μήτε προπετεῖς, ἀλλὰ νηφα‐ λίους καὶ σώφρονας καὶ κοσμίους καὶ τἄλλα πάντα δι’ ὧν ἡμῖν ὁ μακάριος Παῦλος τὴν τοῦ ἀρίστου ἱερέως ἀνεπλή‐</w:t>
      </w:r>
    </w:p>
    <w:p>
      <w:r>
        <w:rPr>
          <w:rFonts w:ascii="Courier New" w:hAnsi="Courier New"/>
          <w:color w:val="555555"/>
          <w:sz w:val="20"/>
        </w:rPr>
        <w:t>[20]</w:t>
      </w:r>
    </w:p>
    <w:p>
      <w:r>
        <w:rPr>
          <w:rFonts w:ascii="Gentium Plus" w:hAnsi="Gentium Plus"/>
          <w:sz w:val="24"/>
        </w:rPr>
        <w:t>ρωσεν εἰκόνα;</w:t>
      </w:r>
    </w:p>
    <w:p>
      <w:pPr>
        <w:jc w:val="center"/>
      </w:pPr>
      <w:r>
        <w:rPr>
          <w:rFonts w:ascii="Gentium Plus" w:hAnsi="Gentium Plus"/>
          <w:b/>
          <w:sz w:val="24"/>
        </w:rPr>
        <w:t>ϛʹ. Ὅτι οὐχ</w:t>
      </w:r>
    </w:p>
    <w:p>
      <w:r>
        <w:rPr>
          <w:rFonts w:ascii="Courier New" w:hAnsi="Courier New"/>
          <w:color w:val="555555"/>
          <w:sz w:val="20"/>
        </w:rPr>
        <w:t>[t2]</w:t>
      </w:r>
    </w:p>
    <w:p>
      <w:r>
        <w:rPr>
          <w:rFonts w:ascii="Gentium Plus" w:hAnsi="Gentium Plus"/>
          <w:sz w:val="24"/>
        </w:rPr>
        <w:t>οὕτω τὸ μονάζειν</w:t>
      </w:r>
    </w:p>
    <w:p>
      <w:r>
        <w:rPr>
          <w:rFonts w:ascii="Courier New" w:hAnsi="Courier New"/>
          <w:color w:val="555555"/>
          <w:sz w:val="20"/>
        </w:rPr>
        <w:t>[t3]</w:t>
      </w:r>
    </w:p>
    <w:p>
      <w:r>
        <w:rPr>
          <w:rFonts w:ascii="Gentium Plus" w:hAnsi="Gentium Plus"/>
          <w:sz w:val="24"/>
        </w:rPr>
        <w:t>ὡς τὸ πλήθους</w:t>
      </w:r>
    </w:p>
    <w:p>
      <w:r>
        <w:rPr>
          <w:rFonts w:ascii="Courier New" w:hAnsi="Courier New"/>
          <w:color w:val="555555"/>
          <w:sz w:val="20"/>
        </w:rPr>
        <w:t>[t4]</w:t>
      </w:r>
    </w:p>
    <w:p>
      <w:r>
        <w:rPr>
          <w:rFonts w:ascii="Gentium Plus" w:hAnsi="Gentium Plus"/>
          <w:sz w:val="24"/>
        </w:rPr>
        <w:t>προεστάναι καλῶς</w:t>
      </w:r>
    </w:p>
    <w:p>
      <w:r>
        <w:rPr>
          <w:rFonts w:ascii="Courier New" w:hAnsi="Courier New"/>
          <w:color w:val="555555"/>
          <w:sz w:val="20"/>
        </w:rPr>
        <w:t>[t5]</w:t>
      </w:r>
    </w:p>
    <w:p>
      <w:r>
        <w:rPr>
          <w:rFonts w:ascii="Gentium Plus" w:hAnsi="Gentium Plus"/>
          <w:sz w:val="24"/>
        </w:rPr>
        <w:t>καρτερίας σημεῖον</w:t>
      </w:r>
    </w:p>
    <w:p>
      <w:r>
        <w:rPr>
          <w:rFonts w:ascii="Courier New" w:hAnsi="Courier New"/>
          <w:color w:val="555555"/>
          <w:sz w:val="20"/>
        </w:rPr>
        <w:t>[1]</w:t>
      </w:r>
    </w:p>
    <w:p>
      <w:r>
        <w:rPr>
          <w:rFonts w:ascii="Gentium Plus" w:hAnsi="Gentium Plus"/>
          <w:sz w:val="24"/>
        </w:rPr>
        <w:t>Ἀλλ’ οὐκ ἐπὶ τῆς τοῦ μονάζοντος ἀρετῆς ἔχοι τις ἂν τοῦτο εἰπεῖν. Ἀλλὰ καθάπερ τοῖς μὲν θαυματο‐ ποιοῖς ὀργάνων δεῖ πολλῶν καὶ τρο‐</w:t>
      </w:r>
    </w:p>
    <w:p>
      <w:r>
        <w:rPr>
          <w:rFonts w:ascii="Courier New" w:hAnsi="Courier New"/>
          <w:color w:val="555555"/>
          <w:sz w:val="20"/>
        </w:rPr>
        <w:t>[5]</w:t>
      </w:r>
    </w:p>
    <w:p>
      <w:r>
        <w:rPr>
          <w:rFonts w:ascii="Gentium Plus" w:hAnsi="Gentium Plus"/>
          <w:sz w:val="24"/>
        </w:rPr>
        <w:t>χῶν καὶ σχοινίων καὶ μαχαιρῶν, ὁ δὲ φιλόσοφος ἅπασαν ἐν τῇ ψυχῇ κειμένην ἔχει τὴν τέχνην, τῶν ἔξωθεν οὐ δεόμενος, οὕτω δὴ καὶ ἐνταῦθα. Ὁ μὲν μοναχὸς καὶ τῆς σωματικῆς εὐπαθείας</w:t>
      </w:r>
    </w:p>
    <w:p>
      <w:r>
        <w:rPr>
          <w:rFonts w:ascii="Courier New" w:hAnsi="Courier New"/>
          <w:color w:val="555555"/>
          <w:sz w:val="20"/>
        </w:rPr>
        <w:t>[10]</w:t>
      </w:r>
    </w:p>
    <w:p>
      <w:r>
        <w:rPr>
          <w:rFonts w:ascii="Gentium Plus" w:hAnsi="Gentium Plus"/>
          <w:sz w:val="24"/>
        </w:rPr>
        <w:t>μήτε ἄγαν ἀπῳκισμένοι τῆς τῶν ἀνθρώπων ὦσιν ὁμιλίας καὶ τὴν ἀπὸ τῆς ἐρημίας ἔχωσιν ἡσυχίαν, ἔτι δὲ καὶ τῆς ἀρίστης μὴ ἀμοιρῶσι κράσεως τῶν ὡρῶν· οὐδὲν γὰρ οὕτως ἀφόρητον τῷ κατατρυχομένῳ νηστείαις ὡς ἡ τῶν ἀέρων ἀνωμαλία, τῆς δὲ τῶν ἱματίων κατασκευῆς καὶ διαίτης ἕνεκεν ὅσα πράγματα</w:t>
      </w:r>
    </w:p>
    <w:p>
      <w:r>
        <w:rPr>
          <w:rFonts w:ascii="Courier New" w:hAnsi="Courier New"/>
          <w:color w:val="555555"/>
          <w:sz w:val="20"/>
        </w:rPr>
        <w:t>[15]</w:t>
      </w:r>
    </w:p>
    <w:p>
      <w:r>
        <w:rPr>
          <w:rFonts w:ascii="Gentium Plus" w:hAnsi="Gentium Plus"/>
          <w:sz w:val="24"/>
        </w:rPr>
        <w:t>ἔχειν ἀναγκάζονται, πάντα αὐτουργεῖν αὐτοὶ φιλονεικοῦντες, οὐδὲν δέομαι λέγειν νῦν. Ὁ δὲ ἱερεὺς οὐδενὸς τούτων εἰς τὴν αὑτοῦ δεήσεται χρείαν, ἀλλ’ ἀπερίεργος καὶ κοινὸς ἐν ἅπασίν ἐστι τοῖς οὐκ ἔχουσι βλάβην, τὴν ἐπιστήμην ἅπασαν ἐν τοῖς τῆς ψυχῆς θησαυροῖς</w:t>
      </w:r>
    </w:p>
    <w:p>
      <w:r>
        <w:rPr>
          <w:rFonts w:ascii="Courier New" w:hAnsi="Courier New"/>
          <w:color w:val="555555"/>
          <w:sz w:val="20"/>
        </w:rPr>
        <w:t>[20]</w:t>
      </w:r>
    </w:p>
    <w:p>
      <w:r>
        <w:rPr>
          <w:rFonts w:ascii="Gentium Plus" w:hAnsi="Gentium Plus"/>
          <w:sz w:val="24"/>
        </w:rPr>
        <w:t>ἀποκειμένην ἔχων. Εἰ δέ τις τὸ μένειν ἐφ’ ἑαυτῷ καὶ τὰς τῶν πολλῶν ὁμιλίας ἐκτρέπεσθαι θαυμάζοι, καρτερίας μὲν τοῦτο δεῖγμα καὶ αὐτὸς εἶναι φαίην ἄν, οὐ μὴν ἁπάσης τῆς ἀνδρείας τῆς ἐν τῇ ψυχῇ τεκμήριον ἱκανόν. Ὁ μὲν γὰρ εἴσω λιμένων ἐπὶ τῶν οἰάκων καθήμενος οὔπω τῆς τέχνης ἀκριβῆ δίδωσι</w:t>
      </w:r>
    </w:p>
    <w:p>
      <w:r>
        <w:rPr>
          <w:rFonts w:ascii="Courier New" w:hAnsi="Courier New"/>
          <w:color w:val="555555"/>
          <w:sz w:val="20"/>
        </w:rPr>
        <w:t>[25]</w:t>
      </w:r>
    </w:p>
    <w:p>
      <w:r>
        <w:rPr>
          <w:rFonts w:ascii="Gentium Plus" w:hAnsi="Gentium Plus"/>
          <w:sz w:val="24"/>
        </w:rPr>
        <w:t>βάσανον, τὸν δὲ ἐν μέσῳ τῷ πελάγει καὶ τῷ χειμῶνι δυνη‐ θέντα διασῶσαι τὸ σκάφος, οὐδεὶς ὅστις οὐκ ἂν φαίη κυβερνή‐ την ἄριστον εἶναι. Οὐ τοίνυν ἡμῖν οὐδὲ τὸν μοναχὸν θαυμασ‐ τέον ἂν εἴη λίαν καὶ μεθ’ ὑπερβολῆς ὅτι μένων ἐφ’ ἑαυτοῦ οὐ ταράττεται, οὐδὲ διαμαρτάνει πολλὰ καὶ μεγάλα ἁμαρτήματα·</w:t>
      </w:r>
    </w:p>
    <w:p>
      <w:r>
        <w:rPr>
          <w:rFonts w:ascii="Courier New" w:hAnsi="Courier New"/>
          <w:color w:val="555555"/>
          <w:sz w:val="20"/>
        </w:rPr>
        <w:t>[30]</w:t>
      </w:r>
    </w:p>
    <w:p>
      <w:r>
        <w:rPr>
          <w:rFonts w:ascii="Gentium Plus" w:hAnsi="Gentium Plus"/>
          <w:sz w:val="24"/>
        </w:rPr>
        <w:t>οὐδὲ γὰρ ἔχει τὰ παρακνίζοντα καὶ διεγείροντα τὴν ψυχήν. Ἀλλ’ εἴ τις πλήθεσιν ὅλοις ἑαυτὸν ἐκδεδωκὼς καὶ τὰς τῶν πολλῶν φέρειν ἁμαρτίας ἀναγκασθεὶς ἔμεινεν ἀκλινὴς καὶ στερρός, ὥσπερ ἐν γαλήνῃ τῷ χειμῶνι τὴν ψυχὴν διακυβερ‐ νῶν, οὗτος κροτεῖσθαι καὶ θαυμάζεσθαι παρὰ πάντων ἂν εἴη</w:t>
      </w:r>
    </w:p>
    <w:p>
      <w:r>
        <w:rPr>
          <w:rFonts w:ascii="Courier New" w:hAnsi="Courier New"/>
          <w:color w:val="555555"/>
          <w:sz w:val="20"/>
        </w:rPr>
        <w:t>[35]</w:t>
      </w:r>
    </w:p>
    <w:p>
      <w:r>
        <w:rPr>
          <w:rFonts w:ascii="Gentium Plus" w:hAnsi="Gentium Plus"/>
          <w:sz w:val="24"/>
        </w:rPr>
        <w:t>δίκαιος· ἱκανῶς γὰρ τῆς οἰκείας ἀνδρείας τὴν δοκιμασίαν</w:t>
      </w:r>
    </w:p>
    <w:p>
      <w:pPr>
        <w:jc w:val="center"/>
      </w:pPr>
      <w:r>
        <w:rPr>
          <w:rFonts w:ascii="Gentium Plus" w:hAnsi="Gentium Plus"/>
          <w:b/>
          <w:sz w:val="24"/>
        </w:rPr>
        <w:t>ζʹ. Ὅτι οὐχ</w:t>
      </w:r>
    </w:p>
    <w:p>
      <w:r>
        <w:rPr>
          <w:rFonts w:ascii="Courier New" w:hAnsi="Courier New"/>
          <w:color w:val="555555"/>
          <w:sz w:val="20"/>
        </w:rPr>
        <w:t>[t2]</w:t>
      </w:r>
    </w:p>
    <w:p>
      <w:r>
        <w:rPr>
          <w:rFonts w:ascii="Gentium Plus" w:hAnsi="Gentium Plus"/>
          <w:sz w:val="24"/>
        </w:rPr>
        <w:t>ὑπὲρ τῶν αὐτῶν</w:t>
      </w:r>
    </w:p>
    <w:p>
      <w:r>
        <w:rPr>
          <w:rFonts w:ascii="Courier New" w:hAnsi="Courier New"/>
          <w:color w:val="555555"/>
          <w:sz w:val="20"/>
        </w:rPr>
        <w:t>[t3]</w:t>
      </w:r>
    </w:p>
    <w:p>
      <w:r>
        <w:rPr>
          <w:rFonts w:ascii="Gentium Plus" w:hAnsi="Gentium Plus"/>
          <w:sz w:val="24"/>
        </w:rPr>
        <w:t>τῷ τε καθ’ ἑαυτὸν</w:t>
      </w:r>
    </w:p>
    <w:p>
      <w:r>
        <w:rPr>
          <w:rFonts w:ascii="Courier New" w:hAnsi="Courier New"/>
          <w:color w:val="555555"/>
          <w:sz w:val="20"/>
        </w:rPr>
        <w:t>[t4]</w:t>
      </w:r>
    </w:p>
    <w:p>
      <w:r>
        <w:rPr>
          <w:rFonts w:ascii="Gentium Plus" w:hAnsi="Gentium Plus"/>
          <w:sz w:val="24"/>
        </w:rPr>
        <w:t>ὄντι καὶ τῷ</w:t>
      </w:r>
    </w:p>
    <w:p>
      <w:r>
        <w:rPr>
          <w:rFonts w:ascii="Courier New" w:hAnsi="Courier New"/>
          <w:color w:val="555555"/>
          <w:sz w:val="20"/>
        </w:rPr>
        <w:t>[t5]</w:t>
      </w:r>
    </w:p>
    <w:p>
      <w:r>
        <w:rPr>
          <w:rFonts w:ascii="Gentium Plus" w:hAnsi="Gentium Plus"/>
          <w:sz w:val="24"/>
        </w:rPr>
        <w:t>ἐν μέσῳ</w:t>
      </w:r>
    </w:p>
    <w:p>
      <w:r>
        <w:rPr>
          <w:rFonts w:ascii="Courier New" w:hAnsi="Courier New"/>
          <w:color w:val="555555"/>
          <w:sz w:val="20"/>
        </w:rPr>
        <w:t>[t6]</w:t>
      </w:r>
    </w:p>
    <w:p>
      <w:r>
        <w:rPr>
          <w:rFonts w:ascii="Gentium Plus" w:hAnsi="Gentium Plus"/>
          <w:sz w:val="24"/>
        </w:rPr>
        <w:t>στρεφομένῳ</w:t>
      </w:r>
    </w:p>
    <w:p>
      <w:r>
        <w:rPr>
          <w:rFonts w:ascii="Courier New" w:hAnsi="Courier New"/>
          <w:color w:val="555555"/>
          <w:sz w:val="20"/>
        </w:rPr>
        <w:t>[t7]</w:t>
      </w:r>
    </w:p>
    <w:p>
      <w:r>
        <w:rPr>
          <w:rFonts w:ascii="Gentium Plus" w:hAnsi="Gentium Plus"/>
          <w:sz w:val="24"/>
        </w:rPr>
        <w:t>ἡ ἄσκησίς ἐστιν</w:t>
      </w:r>
    </w:p>
    <w:p>
      <w:r>
        <w:rPr>
          <w:rFonts w:ascii="Courier New" w:hAnsi="Courier New"/>
          <w:color w:val="555555"/>
          <w:sz w:val="20"/>
        </w:rPr>
        <w:t>[1]</w:t>
      </w:r>
    </w:p>
    <w:p>
      <w:r>
        <w:rPr>
          <w:rFonts w:ascii="Gentium Plus" w:hAnsi="Gentium Plus"/>
          <w:sz w:val="24"/>
        </w:rPr>
        <w:t>Μὴ τοίνυν μηδὲ αὐτὸς θαυμάσῃς εἰ τὴν ἀγορὰν φεύγοντες ἡμεῖς καὶ τὰς τῶν πολλῶν συνουσίας οὐκ ἔχομεν τοὺς κατηγοροῦντας πολ‐</w:t>
      </w:r>
    </w:p>
    <w:p>
      <w:r>
        <w:rPr>
          <w:rFonts w:ascii="Courier New" w:hAnsi="Courier New"/>
          <w:color w:val="555555"/>
          <w:sz w:val="20"/>
        </w:rPr>
        <w:t>[5]</w:t>
      </w:r>
    </w:p>
    <w:p>
      <w:r>
        <w:rPr>
          <w:rFonts w:ascii="Gentium Plus" w:hAnsi="Gentium Plus"/>
          <w:sz w:val="24"/>
        </w:rPr>
        <w:t>λούς· οὐδὲ γὰρ εἰ καθεύδων οὐχ ἡμάρτανον, οὐδ’ εἰ μὴ παλαίων οὐκ ἔπιπτον, οὐδ’ εἰ μὴ μαχόμενος οὐκ ἐβαλλόμην, θαυμάζειν ἐχρῆν. Τίς γάρ, εἰπέ, τίς δυνήσεται κατειπεῖν καὶ ἀποκαλύψαι τὴν</w:t>
      </w:r>
    </w:p>
    <w:p>
      <w:r>
        <w:rPr>
          <w:rFonts w:ascii="Courier New" w:hAnsi="Courier New"/>
          <w:color w:val="555555"/>
          <w:sz w:val="20"/>
        </w:rPr>
        <w:t>[10]</w:t>
      </w:r>
    </w:p>
    <w:p>
      <w:r>
        <w:rPr>
          <w:rFonts w:ascii="Gentium Plus" w:hAnsi="Gentium Plus"/>
          <w:sz w:val="24"/>
        </w:rPr>
        <w:t>μοχθηρίαν τὴν ἐμήν; ὁ ὄροφος οὗτος καὶ ὁ οἰκίσκος; Ἀλλ’ οὐκ ἂν δύναιντο ῥῆξαι φωνήν. Ἀλλ’ ἡ μήτηρ ἡ μάλιστα πάντων εἰδυῖα τὰ ἐμά; Μάλιστα μὲν οὐδὲ πρὸς αὐτήν ἐστί μοί τι κοινόν, οὐδὲ εἰς φιλονεικίαν ἤλθομεν πώποτε· εἰ δὲ καὶ τοῦτο ἦν συμβάν, οὐδεμία οὕτως ἐστὶ μήτηρ ἄστοργος καὶ</w:t>
      </w:r>
    </w:p>
    <w:p>
      <w:r>
        <w:rPr>
          <w:rFonts w:ascii="Courier New" w:hAnsi="Courier New"/>
          <w:color w:val="555555"/>
          <w:sz w:val="20"/>
        </w:rPr>
        <w:t>[15]</w:t>
      </w:r>
    </w:p>
    <w:p>
      <w:r>
        <w:rPr>
          <w:rFonts w:ascii="Gentium Plus" w:hAnsi="Gentium Plus"/>
          <w:sz w:val="24"/>
        </w:rPr>
        <w:t>μισότεκνος ὡς τοῦτον ὃν ὤδινε καὶ ἔτεκε καὶ ἔθρεψε, μηδε‐ μιᾶς ἀναγκαζούσης προφάσεως, μηδὲ βιαζομένου τινός, κακίζειν καὶ διαβάλλειν παρὰ πᾶσιν. Ἐπεὶ ὅτι γε, εἴ τις τὴν ἡμετέραν πρὸς ἀκρίβειαν ἐθέλοι βασανίζειν ψυχήν, πολλὰ αὐτῆς εὑρήσει τὰ σαθρά, οὐδὲ αὐτὸς ἀγνοεῖς, ὁ μάλιστα</w:t>
      </w:r>
    </w:p>
    <w:p>
      <w:r>
        <w:rPr>
          <w:rFonts w:ascii="Courier New" w:hAnsi="Courier New"/>
          <w:color w:val="555555"/>
          <w:sz w:val="20"/>
        </w:rPr>
        <w:t>[20]</w:t>
      </w:r>
    </w:p>
    <w:p>
      <w:r>
        <w:rPr>
          <w:rFonts w:ascii="Gentium Plus" w:hAnsi="Gentium Plus"/>
          <w:sz w:val="24"/>
        </w:rPr>
        <w:t>πάντων ἡμᾶς τοῖς ἐγκωμίοις ἐπαίρειν παρὰ πᾶσιν εἰωθώς. Καὶ ὅτι γε οὐ μετριάζων ταῦτα λέγω νῦν, ἀνάμνησον σαυτὸν ὁσάκις εἶπον πρὸς σέ, λόγου τοιούτου γενομένου πολλάκις ἡμῖν· ὅτι, εἴ τις αἵρεσίν μοι προὐτίθει, ποῦ μᾶλλον βουλοίμην εὐδοκιμεῖν ἐν τῇ τῆς Ἐκκλησίας προστασίᾳ ἢ κατὰ τὸν τῶν</w:t>
      </w:r>
    </w:p>
    <w:p>
      <w:r>
        <w:rPr>
          <w:rFonts w:ascii="Courier New" w:hAnsi="Courier New"/>
          <w:color w:val="555555"/>
          <w:sz w:val="20"/>
        </w:rPr>
        <w:t>[25]</w:t>
      </w:r>
    </w:p>
    <w:p>
      <w:r>
        <w:rPr>
          <w:rFonts w:ascii="Gentium Plus" w:hAnsi="Gentium Plus"/>
          <w:sz w:val="24"/>
        </w:rPr>
        <w:t>μοναχῶν βίον, μυρίαις ἂν ψήφοις τὸ πρότερον ἐδεξάμην ἔγωγε· οὐ γὰρ διέλιπόν ποτε μακαρίζων πρὸς σὲ τοὺς ἐκείνης τῆς διακονίας προστῆναι δυνηθέντας καλῶς. Ὅτι δὲ ὅπερ ἐμακάριζον, οὐκ ἂν ἔφυγον ἱκανῶς ἔχων μετελθεῖν, οὐδεὶς</w:t>
      </w:r>
    </w:p>
    <w:p>
      <w:r>
        <w:rPr>
          <w:rFonts w:ascii="Courier New" w:hAnsi="Courier New"/>
          <w:color w:val="555555"/>
          <w:sz w:val="20"/>
        </w:rPr>
        <w:t>[30]</w:t>
      </w:r>
    </w:p>
    <w:p>
      <w:r>
        <w:rPr>
          <w:rFonts w:ascii="Gentium Plus" w:hAnsi="Gentium Plus"/>
          <w:sz w:val="24"/>
        </w:rPr>
        <w:t>Ἀλλὰ τί πάθω; Οὐδὲν οὕτως ἄχρηστον εἰς Ἐκκλησίας προσ‐ τασίαν ὡς αὕτη ἡ ἀργία καὶ ἡ ἀμελετησία ἣν ἕτεροι μὲν ἄσκησίν τινα εἶναι νομίζουσιν· ἐγὼ δὲ αὐτὴν ὡσπερεὶ παρα‐ πέτασμα τῆς οἰκείας ἔχω φαυλότητος, τὰ πλείονα τῶν ἐλατ‐ τωμάτων τῶν ἐμαυτοῦ ταύτῃ συγκαλύπτων καὶ οὐκ ἐῶν</w:t>
      </w:r>
    </w:p>
    <w:p>
      <w:r>
        <w:rPr>
          <w:rFonts w:ascii="Courier New" w:hAnsi="Courier New"/>
          <w:color w:val="555555"/>
          <w:sz w:val="20"/>
        </w:rPr>
        <w:t>[35]</w:t>
      </w:r>
    </w:p>
    <w:p>
      <w:r>
        <w:rPr>
          <w:rFonts w:ascii="Gentium Plus" w:hAnsi="Gentium Plus"/>
          <w:sz w:val="24"/>
        </w:rPr>
        <w:t>φαίνεσθαι. Ὁ γὰρ ἐθισθεὶς τοσαύτης ἀπολαύειν ἀπραγμο‐ σύνης καὶ ἐν ἡσυχίᾳ διάγειν πολλῇ, κἂν μεγάλης ᾖ φύσεως, ὑπὸ τῆς ἀνασκησίας θορυβεῖται καὶ ταράττεται καὶ τῆς οἰκείας δυνάμεως περικόπτει μέρος οὐ μικρὸν τὸ ἀγύμναστον. Ὅταν δὲ ὁμοῦ καὶ βραδείας ᾖ διανοίας καὶ τῶν τοιούτων</w:t>
      </w:r>
    </w:p>
    <w:p>
      <w:r>
        <w:rPr>
          <w:rFonts w:ascii="Courier New" w:hAnsi="Courier New"/>
          <w:color w:val="555555"/>
          <w:sz w:val="20"/>
        </w:rPr>
        <w:t>[40]</w:t>
      </w:r>
    </w:p>
    <w:p>
      <w:r>
        <w:rPr>
          <w:rFonts w:ascii="Gentium Plus" w:hAnsi="Gentium Plus"/>
          <w:sz w:val="24"/>
        </w:rPr>
        <w:t>ἀγώνων ἄπειρος, τοῦτο δὴ τὸ ἡμέτερον, τῶν λιθίνων οὐδὲν διοίσει ταύτην δεξάμενος τὴν οἰκονομίαν. Διὰ τοῦτο τῶν ἐξ ἐκείνης ἐρχομένων τῆς παλαίστρας εἰς τοὺς ἀγῶνας τούτους ὀλίγοι διαφαίνονται· οἱ δὲ πλείους ἐλέγχονται καὶ κατα‐ πίπτουσι καὶ πράγματα ὑπομένουσιν ἀηδῆ καὶ χαλεπά. Καὶ</w:t>
      </w:r>
    </w:p>
    <w:p>
      <w:r>
        <w:rPr>
          <w:rFonts w:ascii="Courier New" w:hAnsi="Courier New"/>
          <w:color w:val="555555"/>
          <w:sz w:val="20"/>
        </w:rPr>
        <w:t>[45]</w:t>
      </w:r>
    </w:p>
    <w:p>
      <w:r>
        <w:rPr>
          <w:rFonts w:ascii="Gentium Plus" w:hAnsi="Gentium Plus"/>
          <w:sz w:val="24"/>
        </w:rPr>
        <w:t>οὐδὲν ἀπεικός· ὅταν γὰρ μὴ περὶ τῶν αὐτῶν οἵ τε ἀγῶνες ὦσι καὶ τὰ γυμνάσια, τῶν ἀγυμνάστων ὁ ἀγωνιζόμενος οὐδὲν διενήνοχε. Δόξης μάλιστα δεῖ καταφρονεῖν τὸν εἰς τοῦτο ἐρχόμενον τὸ στάδιον, ὀργῆς ἀνώτερον εἶναι, συνέσεως ἔμπλεων πολλῆς. Τούτῳ δὲ τῷ τὸν μονήρη στέργοντι βίον</w:t>
      </w:r>
    </w:p>
    <w:p>
      <w:r>
        <w:rPr>
          <w:rFonts w:ascii="Courier New" w:hAnsi="Courier New"/>
          <w:color w:val="555555"/>
          <w:sz w:val="20"/>
        </w:rPr>
        <w:t>[6 . 7 (50)]</w:t>
      </w:r>
    </w:p>
    <w:p>
      <w:r>
        <w:rPr>
          <w:rFonts w:ascii="Gentium Plus" w:hAnsi="Gentium Plus"/>
          <w:sz w:val="24"/>
        </w:rPr>
        <w:t>οὐδεμία γυμνασίας ὑπόθεσις πρόκειται· οὔτε γὰρ τοὺς παρο‐ ξύνοντας ἔχει πολλοὺς ἵνα μελετήσῃ κολάζειν τοῦ θυμοῦ τὴν δύναμιν, οὔτε τοὺς μακαρίζοντας καὶ κροτοῦντας ἵνα παι‐ δευθῇ τοὺς παρὰ τῶν πολλῶν διαπτύειν ἐπαίνους· τῆς τε ἐν ταῖς Ἐκκλησίαις ἀπαιτουμένης συνέσεως οὐ πολὺς αὐτοῖς</w:t>
      </w:r>
    </w:p>
    <w:p>
      <w:r>
        <w:rPr>
          <w:rFonts w:ascii="Courier New" w:hAnsi="Courier New"/>
          <w:color w:val="555555"/>
          <w:sz w:val="20"/>
        </w:rPr>
        <w:t>[55]</w:t>
      </w:r>
    </w:p>
    <w:p>
      <w:r>
        <w:rPr>
          <w:rFonts w:ascii="Gentium Plus" w:hAnsi="Gentium Plus"/>
          <w:sz w:val="24"/>
        </w:rPr>
        <w:t>λόγος. Ὅταν οὖν ἔλθωσιν εἰς τοὺς ἀγῶνας ὧν μὴ μεμε‐</w:t>
      </w:r>
    </w:p>
    <w:p>
      <w:pPr>
        <w:jc w:val="center"/>
      </w:pPr>
      <w:r>
        <w:rPr>
          <w:rFonts w:ascii="Gentium Plus" w:hAnsi="Gentium Plus"/>
          <w:b/>
          <w:sz w:val="24"/>
        </w:rPr>
        <w:t>ηʹ. Ὅτι εὐκολώτερον</w:t>
      </w:r>
    </w:p>
    <w:p>
      <w:r>
        <w:rPr>
          <w:rFonts w:ascii="Courier New" w:hAnsi="Courier New"/>
          <w:color w:val="555555"/>
          <w:sz w:val="20"/>
        </w:rPr>
        <w:t>[t2]</w:t>
      </w:r>
    </w:p>
    <w:p>
      <w:r>
        <w:rPr>
          <w:rFonts w:ascii="Gentium Plus" w:hAnsi="Gentium Plus"/>
          <w:sz w:val="24"/>
        </w:rPr>
        <w:t>τὴν ἀρετὴν</w:t>
      </w:r>
    </w:p>
    <w:p>
      <w:r>
        <w:rPr>
          <w:rFonts w:ascii="Courier New" w:hAnsi="Courier New"/>
          <w:color w:val="555555"/>
          <w:sz w:val="20"/>
        </w:rPr>
        <w:t>[t3]</w:t>
      </w:r>
    </w:p>
    <w:p>
      <w:r>
        <w:rPr>
          <w:rFonts w:ascii="Gentium Plus" w:hAnsi="Gentium Plus"/>
          <w:sz w:val="24"/>
        </w:rPr>
        <w:t>οἱ καθ’ ἑαυτοὺς</w:t>
      </w:r>
    </w:p>
    <w:p>
      <w:r>
        <w:rPr>
          <w:rFonts w:ascii="Courier New" w:hAnsi="Courier New"/>
          <w:color w:val="555555"/>
          <w:sz w:val="20"/>
        </w:rPr>
        <w:t>[t4]</w:t>
      </w:r>
    </w:p>
    <w:p>
      <w:r>
        <w:rPr>
          <w:rFonts w:ascii="Gentium Plus" w:hAnsi="Gentium Plus"/>
          <w:sz w:val="24"/>
        </w:rPr>
        <w:t>ὄντες ἢ οἱ</w:t>
      </w:r>
    </w:p>
    <w:p>
      <w:r>
        <w:rPr>
          <w:rFonts w:ascii="Courier New" w:hAnsi="Courier New"/>
          <w:color w:val="555555"/>
          <w:sz w:val="20"/>
        </w:rPr>
        <w:t>[t5]</w:t>
      </w:r>
    </w:p>
    <w:p>
      <w:r>
        <w:rPr>
          <w:rFonts w:ascii="Gentium Plus" w:hAnsi="Gentium Plus"/>
          <w:sz w:val="24"/>
        </w:rPr>
        <w:t>πολλῶν φροντίζοντες</w:t>
      </w:r>
    </w:p>
    <w:p>
      <w:r>
        <w:rPr>
          <w:rFonts w:ascii="Courier New" w:hAnsi="Courier New"/>
          <w:color w:val="555555"/>
          <w:sz w:val="20"/>
        </w:rPr>
        <w:t>[t6]</w:t>
      </w:r>
    </w:p>
    <w:p>
      <w:r>
        <w:rPr>
          <w:rFonts w:ascii="Gentium Plus" w:hAnsi="Gentium Plus"/>
          <w:sz w:val="24"/>
        </w:rPr>
        <w:t>κατορθοῦσιν</w:t>
      </w:r>
    </w:p>
    <w:p>
      <w:r>
        <w:rPr>
          <w:rFonts w:ascii="Courier New" w:hAnsi="Courier New"/>
          <w:color w:val="555555"/>
          <w:sz w:val="20"/>
        </w:rPr>
        <w:t>[1]</w:t>
      </w:r>
    </w:p>
    <w:p>
      <w:r>
        <w:rPr>
          <w:rFonts w:ascii="Gentium Plus" w:hAnsi="Gentium Plus"/>
          <w:sz w:val="24"/>
        </w:rPr>
        <w:t>Καὶ ὁ Βασίλειος· Τί οὖν; τοὺς ἐν τῷ μέσῳ στρεφο‐ μένους καὶ πραγμάτων φροντίζον‐ τας βιωτικῶν καὶ τετριμμένους πρὸς</w:t>
      </w:r>
    </w:p>
    <w:p>
      <w:r>
        <w:rPr>
          <w:rFonts w:ascii="Courier New" w:hAnsi="Courier New"/>
          <w:color w:val="555555"/>
          <w:sz w:val="20"/>
        </w:rPr>
        <w:t>[5]</w:t>
      </w:r>
    </w:p>
    <w:p>
      <w:r>
        <w:rPr>
          <w:rFonts w:ascii="Gentium Plus" w:hAnsi="Gentium Plus"/>
          <w:sz w:val="24"/>
        </w:rPr>
        <w:t>μάχας καὶ λοιδορίας καὶ μυρίας δει‐ νότητος γέμοντας καὶ τρυφᾶν εἰδό‐ τας, ἐπιστήσομεν τῇ τῆς Ἐκκλησίας οἰκονομίᾳ; ΙΩ. Εὐφήμει, ἔφην, ὦ μακάριε σύ· τούτους γὰρ οὐδ’ εἰς νοῦν</w:t>
      </w:r>
    </w:p>
    <w:p>
      <w:r>
        <w:rPr>
          <w:rFonts w:ascii="Courier New" w:hAnsi="Courier New"/>
          <w:color w:val="555555"/>
          <w:sz w:val="20"/>
        </w:rPr>
        <w:t>[10]</w:t>
      </w:r>
    </w:p>
    <w:p>
      <w:r>
        <w:rPr>
          <w:rFonts w:ascii="Gentium Plus" w:hAnsi="Gentium Plus"/>
          <w:sz w:val="24"/>
        </w:rPr>
        <w:t>βάλλεσθαι δεῖ, ὅταν ἱερέων ἐξέτασις ᾖ, ἀλλ’ εἴ τις μετὰ τοῦ πᾶσιν ὁμιλεῖν καὶ συναναστρέφεσθαι δύναιτο τὴν καθαρότητα καὶ τὴν ἀταραξίαν, τήν τε ἁγιωσύνην καὶ καρτερίαν καὶ νῆψιν καὶ τὰ ἄλλα τὰ τοῖς μοναχοῖς προσόντα ἀγαθὰ φυλάτ‐ τειν ἀκέραια καὶ ἀπαρασάλευτα μᾶλλον τῶν μεμονωμένων</w:t>
      </w:r>
    </w:p>
    <w:p>
      <w:r>
        <w:rPr>
          <w:rFonts w:ascii="Courier New" w:hAnsi="Courier New"/>
          <w:color w:val="555555"/>
          <w:sz w:val="20"/>
        </w:rPr>
        <w:t>[15]</w:t>
      </w:r>
    </w:p>
    <w:p>
      <w:r>
        <w:rPr>
          <w:rFonts w:ascii="Gentium Plus" w:hAnsi="Gentium Plus"/>
          <w:sz w:val="24"/>
        </w:rPr>
        <w:t>ἐκείνων. Ὡς ὅ γε πολλὰ μὲν ἔχων ἐλαττώματα, δυνάμενος δὲ αὐτὰ τῇ μονώσει καλύπτειν καὶ ποιεῖν ἄπρακτα τῷ μηδενὶ καταμιγνύναι ἑαυτόν, οὗτος εἰς μέσον ἐλθὼν οὐδὲν ἕτερον ἢ τὸ καταγέλαστος γενέσθαι κερδανεῖ καὶ κινδυνεύσει μειζό‐ νως, ὃ μικροῦ δεῖν ἐπάθομεν ἂν ἡμεῖς, εἰ μὴ ἡ τοῦ Θεοῦ</w:t>
      </w:r>
    </w:p>
    <w:p>
      <w:r>
        <w:rPr>
          <w:rFonts w:ascii="Courier New" w:hAnsi="Courier New"/>
          <w:color w:val="555555"/>
          <w:sz w:val="20"/>
        </w:rPr>
        <w:t>[20]</w:t>
      </w:r>
    </w:p>
    <w:p>
      <w:r>
        <w:rPr>
          <w:rFonts w:ascii="Gentium Plus" w:hAnsi="Gentium Plus"/>
          <w:sz w:val="24"/>
        </w:rPr>
        <w:t>κηδεμονία τὸ πῦρ ταχέως ἀνέσχε τῆς ἡμετέρας κεφαλῆς· οὐ γὰρ ἔστι λαθεῖν τὸν οὕτω διακείμενον, ὅταν ἐν τῷ φανερῷ καταστῇ, ἀλλὰ πάντα τότε ἐλέγχεται. Καὶ καθάπερ τὰς μεταλλικὰς ὕλας δοκιμάζει τὸ πῦρ, οὕτω καὶ ἡ τοῦ κλήρου</w:t>
      </w:r>
    </w:p>
    <w:p>
      <w:r>
        <w:rPr>
          <w:rFonts w:ascii="Courier New" w:hAnsi="Courier New"/>
          <w:color w:val="555555"/>
          <w:sz w:val="20"/>
        </w:rPr>
        <w:t>[25]</w:t>
      </w:r>
    </w:p>
    <w:p>
      <w:r>
        <w:rPr>
          <w:rFonts w:ascii="Gentium Plus" w:hAnsi="Gentium Plus"/>
          <w:sz w:val="24"/>
        </w:rPr>
        <w:t>ᾖ, κἂν μικρόψυχος, κἂν φιλόδοξος, κἂν ἀλαζών, κἂν ὅ τι δή ποτε ἕτερον, ἅπαντα ἐκκαλύπτει καὶ γυμνοῖ ταχέως τὰ ἐλαττώματα, οὐ γυμνοῖ δὲ μόνον, ἀλλὰ καὶ χαλεπώτερα καὶ ἰσχυρότερα αὐτὰ καθίστησι. Καὶ γὰρ τὰ τοῦ σώματος τραύ‐ ματα προστριβόμενα δυσίατα γίνεται, καὶ τὰ τῆς ψυχῆς πάθη</w:t>
      </w:r>
    </w:p>
    <w:p>
      <w:r>
        <w:rPr>
          <w:rFonts w:ascii="Courier New" w:hAnsi="Courier New"/>
          <w:color w:val="555555"/>
          <w:sz w:val="20"/>
        </w:rPr>
        <w:t>[30]</w:t>
      </w:r>
    </w:p>
    <w:p>
      <w:r>
        <w:rPr>
          <w:rFonts w:ascii="Gentium Plus" w:hAnsi="Gentium Plus"/>
          <w:sz w:val="24"/>
        </w:rPr>
        <w:t>κνιζόμενα καὶ παροξυνόμενα μᾶλλον ἀγριαίνεσθαι πέφυκε καὶ τοὺς ἔχοντας αὐτὰ πλείονα ἁμαρτάνειν βιάζεται· καὶ γὰρ εἰς ἔρωτα δόξης ἐπαίρει τὸν μὴ προσέχοντα καὶ εἰς ἀλα‐ ζονείαν καὶ εἰς χρημάτων ἐπιθυμίαν, ὑποσύρει δὲ καὶ εἰς τρυφὴν καὶ εἰς ἄνεσιν καὶ ῥαθυμίαν καὶ κατὰ μικρὸν εἰς τὰ</w:t>
      </w:r>
    </w:p>
    <w:p>
      <w:r>
        <w:rPr>
          <w:rFonts w:ascii="Courier New" w:hAnsi="Courier New"/>
          <w:color w:val="555555"/>
          <w:sz w:val="20"/>
        </w:rPr>
        <w:t>[35]</w:t>
      </w:r>
    </w:p>
    <w:p>
      <w:r>
        <w:rPr>
          <w:rFonts w:ascii="Gentium Plus" w:hAnsi="Gentium Plus"/>
          <w:sz w:val="24"/>
        </w:rPr>
        <w:t>περαιτέρω τούτων ἐκ τούτων τικτόμενα κακά. Πολλὰ γάρ ἐστιν ἐν τῷ μέσῳ τὰ δυνάμενα ψυχῆς ἀκρίβειαν ἐκλῦσαι καὶ τὸν ἐπ’ εὐθείας διακόψαι δρόμον. Καὶ πρῶτον ἁπάντων αἱ πρὸς τὰς γυναῖκας ὁμιλίαι· οὐδὲ γὰρ ἔστι τὸν προεστῶτα καὶ παντὸς τοῦ ποιμνίου κηδόμενον τοῦ μὲν τῶν</w:t>
      </w:r>
    </w:p>
    <w:p>
      <w:r>
        <w:rPr>
          <w:rFonts w:ascii="Courier New" w:hAnsi="Courier New"/>
          <w:color w:val="555555"/>
          <w:sz w:val="20"/>
        </w:rPr>
        <w:t>[40]</w:t>
      </w:r>
    </w:p>
    <w:p>
      <w:r>
        <w:rPr>
          <w:rFonts w:ascii="Gentium Plus" w:hAnsi="Gentium Plus"/>
          <w:sz w:val="24"/>
        </w:rPr>
        <w:t>ἀνδρῶν ἐπιμελεῖσθαι μέρους, τὸ δὲ τῶν γυναικῶν παρορᾶν, ὃ μάλιστα δεῖται προνοίας πλείονος διὰ τὸ πρὸς τὰς ἁμαρτίας εὐόλισθον· ἀλλὰ δεῖ καὶ τῆς τούτων ὑγιείας, εἰ καὶ μὴ ἐκ πλείονος, ἀλλ’ οὖν ἐξ ἴσης φροντίζειν τῆς μοίρας τὸν λαχόντα τὴν ἐπισκοπὴν διοικεῖν. Καὶ γὰρ ἐπισκοπεῖσθαι αὐτὰς ἡνίκα</w:t>
      </w:r>
    </w:p>
    <w:p>
      <w:r>
        <w:rPr>
          <w:rFonts w:ascii="Courier New" w:hAnsi="Courier New"/>
          <w:color w:val="555555"/>
          <w:sz w:val="20"/>
        </w:rPr>
        <w:t>[45]</w:t>
      </w:r>
    </w:p>
    <w:p>
      <w:r>
        <w:rPr>
          <w:rFonts w:ascii="Gentium Plus" w:hAnsi="Gentium Plus"/>
          <w:sz w:val="24"/>
        </w:rPr>
        <w:t>ἂν κάμνωσι καὶ παρακαλεῖν ἡνίκα ἂν πενθῶσι καὶ ἐπιπλήτ‐ τειν ῥαθυμούσαις καὶ βοηθεῖν καταπονουμέναις ἀνάγκη. Τούτων δὲ γινομένων, πολλὰς ἂν εὕροι τὰς παρεισδύσεις ὁ πονηρός, εἰ μὴ ἠκριβωμένῃ τις ἑαυτὸν τειχίσειε φυλακῇ· καὶ γὰρ ὀφθαλμὸς βάλλει καὶ θορυβεῖ ψυχήν, οὐχ ὁ τῆς ἀκολάστου</w:t>
      </w:r>
    </w:p>
    <w:p>
      <w:r>
        <w:rPr>
          <w:rFonts w:ascii="Courier New" w:hAnsi="Courier New"/>
          <w:color w:val="555555"/>
          <w:sz w:val="20"/>
        </w:rPr>
        <w:t>[6 . 8 (50)]</w:t>
      </w:r>
    </w:p>
    <w:p>
      <w:r>
        <w:rPr>
          <w:rFonts w:ascii="Gentium Plus" w:hAnsi="Gentium Plus"/>
          <w:sz w:val="24"/>
        </w:rPr>
        <w:t>μόνον, ἀλλὰ καὶ ὁ τῆς σώφρονος καὶ κολακεῖαι μαλάσσουσι καὶ τιμαὶ καταδουλοῦνται· καὶ ἀγάπη ζέουσα—τοῦτο δὴ τὸ πάντων αἴτιον τῶν ἀγαθῶν—μυρίων γέγονε αἴτιον κακῶν τοῖς</w:t>
      </w:r>
    </w:p>
    <w:p>
      <w:r>
        <w:rPr>
          <w:rFonts w:ascii="Courier New" w:hAnsi="Courier New"/>
          <w:color w:val="555555"/>
          <w:sz w:val="20"/>
        </w:rPr>
        <w:t>[55]</w:t>
      </w:r>
    </w:p>
    <w:p>
      <w:r>
        <w:rPr>
          <w:rFonts w:ascii="Gentium Plus" w:hAnsi="Gentium Plus"/>
          <w:sz w:val="24"/>
        </w:rPr>
        <w:t>πτηνὸν ἀπειργάσαντο· καὶ θυμὸς δὲ προσπεσὼν καπνοῦ δίκην τὰ ἔνδον κατέσχεν ἅπαντα.</w:t>
      </w:r>
    </w:p>
    <w:p>
      <w:pPr>
        <w:jc w:val="center"/>
      </w:pPr>
      <w:r>
        <w:rPr>
          <w:rFonts w:ascii="Gentium Plus" w:hAnsi="Gentium Plus"/>
          <w:b/>
          <w:sz w:val="24"/>
        </w:rPr>
        <w:t>θʹ. Ὅτι οὐ χρὴ</w:t>
      </w:r>
    </w:p>
    <w:p>
      <w:r>
        <w:rPr>
          <w:rFonts w:ascii="Courier New" w:hAnsi="Courier New"/>
          <w:color w:val="555555"/>
          <w:sz w:val="20"/>
        </w:rPr>
        <w:t>[t2]</w:t>
      </w:r>
    </w:p>
    <w:p>
      <w:r>
        <w:rPr>
          <w:rFonts w:ascii="Gentium Plus" w:hAnsi="Gentium Plus"/>
          <w:sz w:val="24"/>
        </w:rPr>
        <w:t>καταφρονεῖν τῆς τῶν</w:t>
      </w:r>
    </w:p>
    <w:p>
      <w:r>
        <w:rPr>
          <w:rFonts w:ascii="Courier New" w:hAnsi="Courier New"/>
          <w:color w:val="555555"/>
          <w:sz w:val="20"/>
        </w:rPr>
        <w:t>[t3]</w:t>
      </w:r>
    </w:p>
    <w:p>
      <w:r>
        <w:rPr>
          <w:rFonts w:ascii="Gentium Plus" w:hAnsi="Gentium Plus"/>
          <w:sz w:val="24"/>
        </w:rPr>
        <w:t>πολλῶν ὑπολήψεως,</w:t>
      </w:r>
    </w:p>
    <w:p>
      <w:r>
        <w:rPr>
          <w:rFonts w:ascii="Courier New" w:hAnsi="Courier New"/>
          <w:color w:val="555555"/>
          <w:sz w:val="20"/>
        </w:rPr>
        <w:t>[t4]</w:t>
      </w:r>
    </w:p>
    <w:p>
      <w:r>
        <w:rPr>
          <w:rFonts w:ascii="Gentium Plus" w:hAnsi="Gentium Plus"/>
          <w:sz w:val="24"/>
        </w:rPr>
        <w:t>κἂν ψευδὴς</w:t>
      </w:r>
    </w:p>
    <w:p>
      <w:r>
        <w:rPr>
          <w:rFonts w:ascii="Courier New" w:hAnsi="Courier New"/>
          <w:color w:val="555555"/>
          <w:sz w:val="20"/>
        </w:rPr>
        <w:t>[t5]</w:t>
      </w:r>
    </w:p>
    <w:p>
      <w:r>
        <w:rPr>
          <w:rFonts w:ascii="Gentium Plus" w:hAnsi="Gentium Plus"/>
          <w:sz w:val="24"/>
        </w:rPr>
        <w:t>οὖσα τύχῃ</w:t>
      </w:r>
    </w:p>
    <w:p>
      <w:r>
        <w:rPr>
          <w:rFonts w:ascii="Courier New" w:hAnsi="Courier New"/>
          <w:color w:val="555555"/>
          <w:sz w:val="20"/>
        </w:rPr>
        <w:t>[1]</w:t>
      </w:r>
    </w:p>
    <w:p>
      <w:r>
        <w:rPr>
          <w:rFonts w:ascii="Gentium Plus" w:hAnsi="Gentium Plus"/>
          <w:sz w:val="24"/>
        </w:rPr>
        <w:t>Τί ἄν τις λέγοι τὰς λοιπὰς βλάβας, τὰς ὕβρεις, τὰς ἐπηρείας, τὰς μέμ‐ ψεις, τὰς παρὰ τῶν μειζόνων, τὰς παρὰ τῶν ἐλαττόνων, τὰς παρὰ τῶν</w:t>
      </w:r>
    </w:p>
    <w:p>
      <w:r>
        <w:rPr>
          <w:rFonts w:ascii="Courier New" w:hAnsi="Courier New"/>
          <w:color w:val="555555"/>
          <w:sz w:val="20"/>
        </w:rPr>
        <w:t>[5]</w:t>
      </w:r>
    </w:p>
    <w:p>
      <w:r>
        <w:rPr>
          <w:rFonts w:ascii="Gentium Plus" w:hAnsi="Gentium Plus"/>
          <w:sz w:val="24"/>
        </w:rPr>
        <w:t>συνετῶν, τὰς παρὰ τῶν ἀσυνέτων; Τοῦτο γὰρ δὴ μάλιστα τὸ γένος τῆς ὀρθῆς ἀπεστερημένον κρίσεως, μεμψίμοιρον τέ ἐστι καὶ οὐκ ἂν εὐκόλως ἀπολογίας ἀνάσχοιντό ποτε. Τὸν δὲ προεστῶτα καλῶς, οὐδὲ τούτων δεῖ καταφρονεῖν, ἀλλὰ πρὸς ἅπαντας</w:t>
      </w:r>
    </w:p>
    <w:p>
      <w:r>
        <w:rPr>
          <w:rFonts w:ascii="Courier New" w:hAnsi="Courier New"/>
          <w:color w:val="555555"/>
          <w:sz w:val="20"/>
        </w:rPr>
        <w:t>[10]</w:t>
      </w:r>
    </w:p>
    <w:p>
      <w:r>
        <w:rPr>
          <w:rFonts w:ascii="Gentium Plus" w:hAnsi="Gentium Plus"/>
          <w:sz w:val="24"/>
        </w:rPr>
        <w:t>περὶ ὧν ἂν ἐγκαλῶσι διαλύεσθαι μετὰ πολλῆς τῆς ἐπιεικείας καὶ πραότητος, συγγινώσκοντα μᾶλλον αὐτοῖς τῆς ἀλόγου μέμψεως ἢ ἀγανακτοῦντα καὶ ὀργιζόμενον. Εἰ γὰρ ὁ μακά‐ ριος Παῦλος μὴ κλοπῆς ὑπόνοιαν λάβῃ παρὰ τοῖς μαθηταῖς ἔδεισε καὶ διὰ τοῦτο προσέλαβε καὶ ἑτέρους εἰς τὴν τῶν</w:t>
      </w:r>
    </w:p>
    <w:p>
      <w:r>
        <w:rPr>
          <w:rFonts w:ascii="Courier New" w:hAnsi="Courier New"/>
          <w:color w:val="555555"/>
          <w:sz w:val="20"/>
        </w:rPr>
        <w:t>[15]</w:t>
      </w:r>
    </w:p>
    <w:p>
      <w:r>
        <w:rPr>
          <w:rFonts w:ascii="Gentium Plus" w:hAnsi="Gentium Plus"/>
          <w:sz w:val="24"/>
        </w:rPr>
        <w:t>χρημάτων διακονίαν, ἵνα «μή τις ἡμᾶς μωμήσηται, φησίν, ἐν τῇ ἁδρότητι ταύτῃ τῇ διακονουμένῃ ὑφ’ ἡμῶν», πῶς ἡμᾶς οὐ πάντα δεῖ ποιεῖν ὥστε τὰς πονηρὰς ἀναιρεῖν ὑποψίας, κἂν ψευδεῖς, κἂν ἀλόγιστοι τυγχάνωσιν οὖσαι, κἂν σφόδρα τῆς ἡμετέρας ἀπέχωσι δόξης; Οὐδενὸς γὰρ ἁμαρτήματος τοσοῦτον</w:t>
      </w:r>
    </w:p>
    <w:p>
      <w:r>
        <w:rPr>
          <w:rFonts w:ascii="Courier New" w:hAnsi="Courier New"/>
          <w:color w:val="555555"/>
          <w:sz w:val="20"/>
        </w:rPr>
        <w:t>[20]</w:t>
      </w:r>
    </w:p>
    <w:p>
      <w:r>
        <w:rPr>
          <w:rFonts w:ascii="Gentium Plus" w:hAnsi="Gentium Plus"/>
          <w:sz w:val="24"/>
        </w:rPr>
        <w:t>ἡμεῖς ἀφεστήκαμεν ὅσον κλοπῆς ὁ Παῦλος· ἀλλ’ ὅμως καὶ τοσοῦτον ἀφεστηκὼς τῆς πονηρᾶς ταύτης πράξεως, οὐδὲ οὕτως ἠμέλησε τῆς τῶν πολλῶν ὑπονοίας, καίτοι λίαν οὔσης ἀλόγου καὶ μανιώδους. Μανία γὰρ ἦν τοιοῦτον ὑποπτεῦσαί τι περὶ τῆς μακαρίας καὶ θαυμαστῆς ἐκείνης ψυχῆς· ἀλλ’</w:t>
      </w:r>
    </w:p>
    <w:p>
      <w:r>
        <w:rPr>
          <w:rFonts w:ascii="Courier New" w:hAnsi="Courier New"/>
          <w:color w:val="555555"/>
          <w:sz w:val="20"/>
        </w:rPr>
        <w:t>[25]</w:t>
      </w:r>
    </w:p>
    <w:p>
      <w:r>
        <w:rPr>
          <w:rFonts w:ascii="Gentium Plus" w:hAnsi="Gentium Plus"/>
          <w:sz w:val="24"/>
        </w:rPr>
        <w:t>ὅμως οὐδὲν ἧττον καὶ ταύτης τῆς ὑποψίας, τῆς οὕτως ἀλόγου καὶ ἣν οὐδεὶς ἂν μὴ παραπαίων ὑπώπτευσε πόρρωθεν ἀναιρεῖ</w:t>
      </w:r>
    </w:p>
    <w:p>
      <w:r>
        <w:rPr>
          <w:rFonts w:ascii="Courier New" w:hAnsi="Courier New"/>
          <w:color w:val="555555"/>
          <w:sz w:val="20"/>
        </w:rPr>
        <w:t>[30]</w:t>
      </w:r>
    </w:p>
    <w:p>
      <w:r>
        <w:rPr>
          <w:rFonts w:ascii="Gentium Plus" w:hAnsi="Gentium Plus"/>
          <w:sz w:val="24"/>
        </w:rPr>
        <w:t>πάντων ἡμᾶς καὶ τιμώντων καὶ θαυμαζόντων; Ἀλλὰ πᾶν τοὐναντίον καὶ ὑπείδετο καὶ προσεδόκησε ταύτην τὴν πονη‐ ρὰν ὑπόνοιαν καὶ πρόρριζον αὐτὴν ἀνέσπασε, μᾶλλον δὲ οὐδὲ φῦναι τὴν ἀρχὴν ἀφῆκε. Διὰ τί; «Προνοοῦμεν γάρ, φησί, καλά», οὐ μόνον ἐνώπιον Κυρίου, ἀλλὰ καὶ «ἐνώπιον ἀνθρώ‐</w:t>
      </w:r>
    </w:p>
    <w:p>
      <w:r>
        <w:rPr>
          <w:rFonts w:ascii="Courier New" w:hAnsi="Courier New"/>
          <w:color w:val="555555"/>
          <w:sz w:val="20"/>
        </w:rPr>
        <w:t>[35]</w:t>
      </w:r>
    </w:p>
    <w:p>
      <w:r>
        <w:rPr>
          <w:rFonts w:ascii="Gentium Plus" w:hAnsi="Gentium Plus"/>
          <w:sz w:val="24"/>
        </w:rPr>
        <w:t>πων.» Τοσαύτῃ δεῖ, μᾶλλον δὲ καὶ πλείονι κεχρῆσθαι σπουδῇ ὥστε μὴ μόνον αἰρομένας κατασπᾶν καὶ κωλύειν τὰς φήμας τὰς οὐκ ἀγαθάς, ἀλλὰ καὶ πόρρωθεν ὅθεν ἂν γένοιντο προορᾶν καὶ τὰς προφάσεις ἐξ ὧν τίκτονται προαναιρεῖν, μὴ περιμένειν</w:t>
      </w:r>
    </w:p>
    <w:p>
      <w:r>
        <w:rPr>
          <w:rFonts w:ascii="Courier New" w:hAnsi="Courier New"/>
          <w:color w:val="555555"/>
          <w:sz w:val="20"/>
        </w:rPr>
        <w:t>[40]</w:t>
      </w:r>
    </w:p>
    <w:p>
      <w:r>
        <w:rPr>
          <w:rFonts w:ascii="Gentium Plus" w:hAnsi="Gentium Plus"/>
          <w:sz w:val="24"/>
        </w:rPr>
        <w:t>αὐτὰς συστῆναι καὶ ἐν τοῖς τῶν πολλῶν διαθρυληθῆναι στό‐ μασι· τηνικαῦτα γὰρ οὔτε εὔπορον αὐτὰς ἀφανίσαι λοιπόν, ἀλλὰ καὶ λίαν δυσχερές, τάχα δὲ καὶ ἀδύνατον, οὔτε ἀζήμιον τῷ μετὰ τὴν τῶν πολλῶν βλάβην τοῦτο γίνεσθαι. Ἀλλὰ γὰρ μέχρι τίνος οὐ στήσομαι διώκων ἀκίχητα; Τὸ γὰρ ἁπάσας</w:t>
      </w:r>
    </w:p>
    <w:p>
      <w:r>
        <w:rPr>
          <w:rFonts w:ascii="Courier New" w:hAnsi="Courier New"/>
          <w:color w:val="555555"/>
          <w:sz w:val="20"/>
        </w:rPr>
        <w:t>[45]</w:t>
      </w:r>
    </w:p>
    <w:p>
      <w:r>
        <w:rPr>
          <w:rFonts w:ascii="Gentium Plus" w:hAnsi="Gentium Plus"/>
          <w:sz w:val="24"/>
        </w:rPr>
        <w:t>τὰς ἐκεῖ δυσχερείας καταλέγειν οὐδὲν ἕτερόν ἐστιν ἢ πέλαγος ἀναμετρεῖν. Καὶ γὰρ ὅταν τις αὐτὸς παντὸς καθαρεύσῃ πάθους, ὃ τῶν ἀδυνάτων ἐστίν, ἵνα τὰ τῶν ἄλλων ἐπανορ‐ θώσῃ πταίσματα, μυρία ὑπομένειν ἀναγκάζεται δεινά· προστε‐ θέντων δὲ καὶ τῶν οἰκείων νοσημάτων, θέα τὴν ἄβυσσον τῶν</w:t>
      </w:r>
    </w:p>
    <w:p>
      <w:r>
        <w:rPr>
          <w:rFonts w:ascii="Courier New" w:hAnsi="Courier New"/>
          <w:color w:val="555555"/>
          <w:sz w:val="20"/>
        </w:rPr>
        <w:t>[6 . 9 (50)]</w:t>
      </w:r>
    </w:p>
    <w:p>
      <w:r>
        <w:rPr>
          <w:rFonts w:ascii="Gentium Plus" w:hAnsi="Gentium Plus"/>
          <w:sz w:val="24"/>
        </w:rPr>
        <w:t>πόνων καὶ τῶν φροντίδων καὶ ὅσα πάσχειν ἀνάγκη τῶν τε οἰκείων καὶ τῶν ἀλλοτρίων βουλόμενον περιγενέσθαι κακῶν.</w:t>
      </w:r>
    </w:p>
    <w:p>
      <w:pPr>
        <w:jc w:val="center"/>
      </w:pPr>
      <w:r>
        <w:rPr>
          <w:rFonts w:ascii="Gentium Plus" w:hAnsi="Gentium Plus"/>
          <w:b/>
          <w:sz w:val="24"/>
        </w:rPr>
        <w:t>ιʹ. Ὅτι οὐ μέγα</w:t>
      </w:r>
    </w:p>
    <w:p>
      <w:r>
        <w:rPr>
          <w:rFonts w:ascii="Courier New" w:hAnsi="Courier New"/>
          <w:color w:val="555555"/>
          <w:sz w:val="20"/>
        </w:rPr>
        <w:t>[t2]</w:t>
      </w:r>
    </w:p>
    <w:p>
      <w:r>
        <w:rPr>
          <w:rFonts w:ascii="Gentium Plus" w:hAnsi="Gentium Plus"/>
          <w:sz w:val="24"/>
        </w:rPr>
        <w:t>σῶσαι ἑαυτόν</w:t>
      </w:r>
    </w:p>
    <w:p>
      <w:r>
        <w:rPr>
          <w:rFonts w:ascii="Courier New" w:hAnsi="Courier New"/>
          <w:color w:val="555555"/>
          <w:sz w:val="20"/>
        </w:rPr>
        <w:t>[1]</w:t>
      </w:r>
    </w:p>
    <w:p>
      <w:r>
        <w:rPr>
          <w:rFonts w:ascii="Gentium Plus" w:hAnsi="Gentium Plus"/>
          <w:sz w:val="24"/>
        </w:rPr>
        <w:t>Καὶ ὁ Βασίλειος· Νῦν δέ, φησίν, οὐ δεῖ σοι πόνων, οὐδὲ φροντίδας ἔχεις κατὰ σαυτὸν</w:t>
      </w:r>
    </w:p>
    <w:p>
      <w:r>
        <w:rPr>
          <w:rFonts w:ascii="Courier New" w:hAnsi="Courier New"/>
          <w:color w:val="555555"/>
          <w:sz w:val="20"/>
        </w:rPr>
        <w:t>[5]</w:t>
      </w:r>
    </w:p>
    <w:p>
      <w:r>
        <w:rPr>
          <w:rFonts w:ascii="Gentium Plus" w:hAnsi="Gentium Plus"/>
          <w:sz w:val="24"/>
        </w:rPr>
        <w:t>ΙΩ. Ἔχω μέν, ἔφην, καὶ νῦν· πῶς γὰρ ἔστιν, ἄνθρωπον ὄντα καὶ τὸν πολύμοχθον τοῦτον βιοῦντα βίον, φροντίδων ἀπηλλάχ‐ θαι καὶ ἀγωνίας; Ἀλλ’ οὐκ ἔστιν ἴσον εἰς πέλαγος ἄπειρον ἐμπεσεῖν καὶ ποταμὸν παραπλεῖν· τοσοῦτο γὰρ τούτων κἀκείνων τῶν φροντίδων τὸ μέσον. Νῦν μὲν γὰρ εἰ μὲν δυνη‐</w:t>
      </w:r>
    </w:p>
    <w:p>
      <w:r>
        <w:rPr>
          <w:rFonts w:ascii="Courier New" w:hAnsi="Courier New"/>
          <w:color w:val="555555"/>
          <w:sz w:val="20"/>
        </w:rPr>
        <w:t>[10]</w:t>
      </w:r>
    </w:p>
    <w:p>
      <w:r>
        <w:rPr>
          <w:rFonts w:ascii="Gentium Plus" w:hAnsi="Gentium Plus"/>
          <w:sz w:val="24"/>
        </w:rPr>
        <w:t>θείην καὶ ἑτέροις γενέσθαι χρήσιμος, βουλοίμην ἂν καὶ αὐτὸς καὶ πολλῆς μοι τοῦτο ἔργον εὐχῆς· εἰ δὲ οὐκ ἔστιν ἕτερον ὀνῆσαι, ἐμαυτὸν γοῦν ἐὰν ἐγγένηται διασῶσαι καὶ τοῦ κλύ‐ δωνος ἐξελεῖν, ἀρκεσθήσομαι τούτῳ. Εἶτα τοῦτο οἴει μέγα, φησίν, εἶναι, ὁ Βασίλειος, ὅλως</w:t>
      </w:r>
    </w:p>
    <w:p>
      <w:r>
        <w:rPr>
          <w:rFonts w:ascii="Courier New" w:hAnsi="Courier New"/>
          <w:color w:val="555555"/>
          <w:sz w:val="20"/>
        </w:rPr>
        <w:t>[15]</w:t>
      </w:r>
    </w:p>
    <w:p>
      <w:r>
        <w:rPr>
          <w:rFonts w:ascii="Gentium Plus" w:hAnsi="Gentium Plus"/>
          <w:sz w:val="24"/>
        </w:rPr>
        <w:t>δὲ καὶ σωθήσεσθαι νομίζεις, ἑτέρῳ μηδενὶ γενόμενος χρήσιμος; ΙΩ. Εὖ καὶ καλῶς, ἔφην, εἴρηκας· οὐδὲ γὰρ αὐτὸς τοῦτο πιστεύειν ἔχω ὅτι σώζεσθαι ἔνεστι τὸν οὐδὲν εἰς τὴν τοῦ πλησίον κάμνοντα σωτηρίαν· οὐδὲ γὰρ ἐκεῖνον τὸν δείλαιον ὤνησέ τι τὸ μὴ μειῶσαι τὸ τάλαντον, ἀλλ’ ἀπώλεσε τὸ μὴ</w:t>
      </w:r>
    </w:p>
    <w:p>
      <w:r>
        <w:rPr>
          <w:rFonts w:ascii="Courier New" w:hAnsi="Courier New"/>
          <w:color w:val="555555"/>
          <w:sz w:val="20"/>
        </w:rPr>
        <w:t>[20]</w:t>
      </w:r>
    </w:p>
    <w:p>
      <w:r>
        <w:rPr>
          <w:rFonts w:ascii="Gentium Plus" w:hAnsi="Gentium Plus"/>
          <w:sz w:val="24"/>
        </w:rPr>
        <w:t>πλεονάσαι καὶ διπλοῦν προσενεγκεῖν. Πλὴν ἀλλ’ ἐπιεικεστέραν μοι τὴν τιμωρίαν οἶμαι ἔσεσθαι ἐγκαλουμένῳ διὰ τί μὴ καὶ ἑτέρους ἔσωσα ἢ διὰ τί καὶ ἑτέρους καὶ ἐμαυτὸν προσαπώλεσα, πολὺ χείρων γενόμενος μετὰ τὴν τοσαύτην τιμήν. Νῦν μὲν γὰρ τοσαύτην ἔσεσθαί μοι πιστεύω τὴν κόλασιν ὅσην ἀπαιτεῖ</w:t>
      </w:r>
    </w:p>
    <w:p>
      <w:r>
        <w:rPr>
          <w:rFonts w:ascii="Courier New" w:hAnsi="Courier New"/>
          <w:color w:val="555555"/>
          <w:sz w:val="20"/>
        </w:rPr>
        <w:t>[25]</w:t>
      </w:r>
    </w:p>
    <w:p>
      <w:r>
        <w:rPr>
          <w:rFonts w:ascii="Gentium Plus" w:hAnsi="Gentium Plus"/>
          <w:sz w:val="24"/>
        </w:rPr>
        <w:t>τῶν ἁμαρτημάτων τὸ μέγεθος· μετὰ δὲ τὸ δέξασθαι τὴν ἀρχὴν οὐ διπλῆν μόνον καὶ τριπλῆν, ἀλλὰ καὶ πολλαπλασίονα, τῷ τε πλείονας σκανδαλίσαι καὶ τῷ μετὰ μείζονα τιμὴν προσκροῦ‐</w:t>
      </w:r>
    </w:p>
    <w:p>
      <w:pPr>
        <w:jc w:val="center"/>
      </w:pPr>
      <w:r>
        <w:rPr>
          <w:rFonts w:ascii="Gentium Plus" w:hAnsi="Gentium Plus"/>
          <w:b/>
          <w:sz w:val="24"/>
        </w:rPr>
        <w:t>ιαʹ. Ὅτι πολλῷ</w:t>
      </w:r>
    </w:p>
    <w:p>
      <w:r>
        <w:rPr>
          <w:rFonts w:ascii="Courier New" w:hAnsi="Courier New"/>
          <w:color w:val="555555"/>
          <w:sz w:val="20"/>
        </w:rPr>
        <w:t>[t2]</w:t>
      </w:r>
    </w:p>
    <w:p>
      <w:r>
        <w:rPr>
          <w:rFonts w:ascii="Gentium Plus" w:hAnsi="Gentium Plus"/>
          <w:sz w:val="24"/>
        </w:rPr>
        <w:t>χαλεπωτέρα μένει</w:t>
      </w:r>
    </w:p>
    <w:p>
      <w:r>
        <w:rPr>
          <w:rFonts w:ascii="Courier New" w:hAnsi="Courier New"/>
          <w:color w:val="555555"/>
          <w:sz w:val="20"/>
        </w:rPr>
        <w:t>[t3]</w:t>
      </w:r>
    </w:p>
    <w:p>
      <w:r>
        <w:rPr>
          <w:rFonts w:ascii="Gentium Plus" w:hAnsi="Gentium Plus"/>
          <w:sz w:val="24"/>
        </w:rPr>
        <w:t>τιμωρία τὰ τῶν</w:t>
      </w:r>
    </w:p>
    <w:p>
      <w:r>
        <w:rPr>
          <w:rFonts w:ascii="Courier New" w:hAnsi="Courier New"/>
          <w:color w:val="555555"/>
          <w:sz w:val="20"/>
        </w:rPr>
        <w:t>[t4]</w:t>
      </w:r>
    </w:p>
    <w:p>
      <w:r>
        <w:rPr>
          <w:rFonts w:ascii="Gentium Plus" w:hAnsi="Gentium Plus"/>
          <w:sz w:val="24"/>
        </w:rPr>
        <w:t>ἱερέων ἁμαρτήματα</w:t>
      </w:r>
    </w:p>
    <w:p>
      <w:r>
        <w:rPr>
          <w:rFonts w:ascii="Courier New" w:hAnsi="Courier New"/>
          <w:color w:val="555555"/>
          <w:sz w:val="20"/>
        </w:rPr>
        <w:t>[t5]</w:t>
      </w:r>
    </w:p>
    <w:p>
      <w:r>
        <w:rPr>
          <w:rFonts w:ascii="Gentium Plus" w:hAnsi="Gentium Plus"/>
          <w:sz w:val="24"/>
        </w:rPr>
        <w:t>ἢ τὰ τῶν ἰδιωτῶν</w:t>
      </w:r>
    </w:p>
    <w:p>
      <w:r>
        <w:rPr>
          <w:rFonts w:ascii="Courier New" w:hAnsi="Courier New"/>
          <w:color w:val="555555"/>
          <w:sz w:val="20"/>
        </w:rPr>
        <w:t>[1]</w:t>
      </w:r>
    </w:p>
    <w:p>
      <w:r>
        <w:rPr>
          <w:rFonts w:ascii="Gentium Plus" w:hAnsi="Gentium Plus"/>
          <w:sz w:val="24"/>
        </w:rPr>
        <w:t>Διά τοι τοῦτο καὶ τῶν Ἰσραηλι‐ τῶν κατηγορῶν σφοδρότερον, τούτῳ δείκνυσιν αὐτοὺς μείζονος ὄντας κολάσεως ἀξίους τῷ μετὰ τὰς παρ’</w:t>
      </w:r>
    </w:p>
    <w:p>
      <w:r>
        <w:rPr>
          <w:rFonts w:ascii="Courier New" w:hAnsi="Courier New"/>
          <w:color w:val="555555"/>
          <w:sz w:val="20"/>
        </w:rPr>
        <w:t>[5]</w:t>
      </w:r>
    </w:p>
    <w:p>
      <w:r>
        <w:rPr>
          <w:rFonts w:ascii="Gentium Plus" w:hAnsi="Gentium Plus"/>
          <w:sz w:val="24"/>
        </w:rPr>
        <w:t>αὐτοῦ γενομένας εἰς αὐτοὺς τιμὰς ἁμαρτεῖν, ποτὲ μὲν λέγων· «Πλὴν ὑμᾶς ἔγνων ἐκ πασῶν τῶν φυλῶν τῆς γῆς, διὰ τοῦτο ἐκδικήσω ἐφ’ ὑμᾶς τὰς ἀσεβείας ὑμῶν.» Ποτὲ δέ· «Ἔλαβον ἐκ τῶν υἱῶν ὑμῶν εἰς προφήτας καὶ ἐκ τῶν νεανίσκων ὑμῶν εἰς</w:t>
      </w:r>
    </w:p>
    <w:p>
      <w:r>
        <w:rPr>
          <w:rFonts w:ascii="Courier New" w:hAnsi="Courier New"/>
          <w:color w:val="555555"/>
          <w:sz w:val="20"/>
        </w:rPr>
        <w:t>[10]</w:t>
      </w:r>
    </w:p>
    <w:p>
      <w:r>
        <w:rPr>
          <w:rFonts w:ascii="Gentium Plus" w:hAnsi="Gentium Plus"/>
          <w:sz w:val="24"/>
        </w:rPr>
        <w:t>ἁγιασμόν.» Καὶ πρὸ τῶν προφητῶν δεῖξαι βουλόμενος ὅτι τὰ ἁμαρτήματα μείζονα ἐκδέχεται πολλῷ τὴν τιμωρίαν ὅταν ὑπὸ τῶν ἱερέων γίνηται ἢ ὅταν ὑπὸ τῶν ἰδιωτῶν, προστάττει τοσαύτην ὑπὲρ τῶν ἱερέων προσάγεσθαι τὴν θυσίαν ὅσην ὑπὲρ παντὸς τοῦ λαοῦ· τοῦτο δὲ οὐδὲν ἕτερον δηλοῦντός ἐστιν</w:t>
      </w:r>
    </w:p>
    <w:p>
      <w:r>
        <w:rPr>
          <w:rFonts w:ascii="Courier New" w:hAnsi="Courier New"/>
          <w:color w:val="555555"/>
          <w:sz w:val="20"/>
        </w:rPr>
        <w:t>[15]</w:t>
      </w:r>
    </w:p>
    <w:p>
      <w:r>
        <w:rPr>
          <w:rFonts w:ascii="Gentium Plus" w:hAnsi="Gentium Plus"/>
          <w:sz w:val="24"/>
        </w:rPr>
        <w:t>ἢ ὅτι μείζονος βοηθείας δεῖται τὰ τοῦ ἱερέως τραύματα καὶ τοσαύτης ὅσης ὁμοῦ τὰ παντὸς τοῦ λαοῦ. Μείζονος δὲ οὐκ ἂν ἐδεῖτο εἰ μὴ χαλεπώτερα ἦν· χαλεπώτερα δὲ γίνεται, οὐ τῇ φύσει, ἀλλὰ τῇ ἀξίᾳ τοῦ τολμῶντος αὐτὰ ἱερέως βαρούμενα. Καὶ τί λέγω τοὺς ἄνδρας τοὺς τὴν λειτουργίαν μετιόντας;</w:t>
      </w:r>
    </w:p>
    <w:p>
      <w:r>
        <w:rPr>
          <w:rFonts w:ascii="Courier New" w:hAnsi="Courier New"/>
          <w:color w:val="555555"/>
          <w:sz w:val="20"/>
        </w:rPr>
        <w:t>[20]</w:t>
      </w:r>
    </w:p>
    <w:p>
      <w:r>
        <w:rPr>
          <w:rFonts w:ascii="Gentium Plus" w:hAnsi="Gentium Plus"/>
          <w:sz w:val="24"/>
        </w:rPr>
        <w:t>Αἱ γὰρ θυγατέρες τῶν ἱερέων αἷς οὐδεὶς πρὸς τὴν ἱερωσύνην λόγος ὅμως διὰ τὸ πατρικὸν ἀξίωμα τῶν αὐτῶν ἁμαρτημάτων πολὺ πικροτέραν ὑπέχουσι τὴν τιμωρίαν· καὶ τὸ μὲν πλημ‐ μέλημα ἴσον αὐταῖς καὶ ταῖς τῶν ἰδιωτῶν θυγατράσι, πορ‐ νεία γὰρ ἀμφοτέρα, τὸ δὲ ἐπιτίμιον πολλῷ τούτων χαλεπώ‐</w:t>
      </w:r>
    </w:p>
    <w:p>
      <w:r>
        <w:rPr>
          <w:rFonts w:ascii="Courier New" w:hAnsi="Courier New"/>
          <w:color w:val="555555"/>
          <w:sz w:val="20"/>
        </w:rPr>
        <w:t>[25]</w:t>
      </w:r>
    </w:p>
    <w:p>
      <w:r>
        <w:rPr>
          <w:rFonts w:ascii="Gentium Plus" w:hAnsi="Gentium Plus"/>
          <w:sz w:val="24"/>
        </w:rPr>
        <w:t>τερον. Ὁρᾷς μεθ’ ὅσης σοι δείκνυσιν ὑπερβολῆς ὁ Θεὸς ὅτι πολλῷ πλείονα τῶν ἀρχομένων ἀπαιτεῖ τὸν ἄρχοντα τιμω‐ ρίαν· οὐ γὰρ δήπου ὁ τὴν ἐκείνου θυγατέρα δι’ ἐκεῖνον μει‐ ζόνως τῶν ἄλλων κολάζων τὸν καὶ ἐκείνῃ τῆς προσθήκης τῶν βασάνων αἴτιον ἴσην τοῖς πολλοῖς εἰσπράξεται δίκην, ἀλλὰ</w:t>
      </w:r>
    </w:p>
    <w:p>
      <w:r>
        <w:rPr>
          <w:rFonts w:ascii="Courier New" w:hAnsi="Courier New"/>
          <w:color w:val="555555"/>
          <w:sz w:val="20"/>
        </w:rPr>
        <w:t>[30]</w:t>
      </w:r>
    </w:p>
    <w:p>
      <w:r>
        <w:rPr>
          <w:rFonts w:ascii="Gentium Plus" w:hAnsi="Gentium Plus"/>
          <w:sz w:val="24"/>
        </w:rPr>
        <w:t>πολλῷ μείζονα. Καὶ μάλα γε εἰκότως· οὐ γὰρ εἰς αὐτὸν περιΐσταται μόνον ἡ ζημία, ἀλλὰ καὶ τὰς τῶν ἀσθενεστέρων καὶ εἰς αὐτὸν βλεπόντων καταβάλλει ψυχάς. Τοῦτο καὶ ὁ Ἰεζεκιὴλ διδάξαι βουλόμενος, διΐστησιν ἀπ’ ἀλλήλων τὴν τῶν κριῶν καὶ τὴν τῶν προβάτων κρίσιν.</w:t>
      </w:r>
    </w:p>
    <w:p>
      <w:pPr>
        <w:jc w:val="center"/>
      </w:pPr>
      <w:r>
        <w:rPr>
          <w:rFonts w:ascii="Gentium Plus" w:hAnsi="Gentium Plus"/>
          <w:b/>
          <w:sz w:val="24"/>
        </w:rPr>
        <w:t>ιβʹ. Ἐκ παραδειγμάτων</w:t>
      </w:r>
    </w:p>
    <w:p>
      <w:r>
        <w:rPr>
          <w:rFonts w:ascii="Courier New" w:hAnsi="Courier New"/>
          <w:color w:val="555555"/>
          <w:sz w:val="20"/>
        </w:rPr>
        <w:t>[t2]</w:t>
      </w:r>
    </w:p>
    <w:p>
      <w:r>
        <w:rPr>
          <w:rFonts w:ascii="Gentium Plus" w:hAnsi="Gentium Plus"/>
          <w:sz w:val="24"/>
        </w:rPr>
        <w:t>παράστασις</w:t>
      </w:r>
    </w:p>
    <w:p>
      <w:r>
        <w:rPr>
          <w:rFonts w:ascii="Courier New" w:hAnsi="Courier New"/>
          <w:color w:val="555555"/>
          <w:sz w:val="20"/>
        </w:rPr>
        <w:t>[t3]</w:t>
      </w:r>
    </w:p>
    <w:p>
      <w:r>
        <w:rPr>
          <w:rFonts w:ascii="Gentium Plus" w:hAnsi="Gentium Plus"/>
          <w:sz w:val="24"/>
        </w:rPr>
        <w:t>καὶ τῆς ὀδύνης</w:t>
      </w:r>
    </w:p>
    <w:p>
      <w:r>
        <w:rPr>
          <w:rFonts w:ascii="Courier New" w:hAnsi="Courier New"/>
          <w:color w:val="555555"/>
          <w:sz w:val="20"/>
        </w:rPr>
        <w:t>[t4]</w:t>
      </w:r>
    </w:p>
    <w:p>
      <w:r>
        <w:rPr>
          <w:rFonts w:ascii="Gentium Plus" w:hAnsi="Gentium Plus"/>
          <w:sz w:val="24"/>
        </w:rPr>
        <w:t>τῆς διὰ τὴν προσδοκίαν</w:t>
      </w:r>
    </w:p>
    <w:p>
      <w:r>
        <w:rPr>
          <w:rFonts w:ascii="Courier New" w:hAnsi="Courier New"/>
          <w:color w:val="555555"/>
          <w:sz w:val="20"/>
        </w:rPr>
        <w:t>[t5]</w:t>
      </w:r>
    </w:p>
    <w:p>
      <w:r>
        <w:rPr>
          <w:rFonts w:ascii="Gentium Plus" w:hAnsi="Gentium Plus"/>
          <w:sz w:val="24"/>
        </w:rPr>
        <w:t>τῆς ἱερωσύνης</w:t>
      </w:r>
    </w:p>
    <w:p>
      <w:r>
        <w:rPr>
          <w:rFonts w:ascii="Courier New" w:hAnsi="Courier New"/>
          <w:color w:val="555555"/>
          <w:sz w:val="20"/>
        </w:rPr>
        <w:t>[t6]</w:t>
      </w:r>
    </w:p>
    <w:p>
      <w:r>
        <w:rPr>
          <w:rFonts w:ascii="Gentium Plus" w:hAnsi="Gentium Plus"/>
          <w:sz w:val="24"/>
        </w:rPr>
        <w:t>γενομένης</w:t>
      </w:r>
    </w:p>
    <w:p>
      <w:r>
        <w:rPr>
          <w:rFonts w:ascii="Courier New" w:hAnsi="Courier New"/>
          <w:color w:val="555555"/>
          <w:sz w:val="20"/>
        </w:rPr>
        <w:t>[t7]</w:t>
      </w:r>
    </w:p>
    <w:p>
      <w:r>
        <w:rPr>
          <w:rFonts w:ascii="Gentium Plus" w:hAnsi="Gentium Plus"/>
          <w:sz w:val="24"/>
        </w:rPr>
        <w:t>καὶ τοῦ φόβου</w:t>
      </w:r>
    </w:p>
    <w:p>
      <w:r>
        <w:rPr>
          <w:rFonts w:ascii="Courier New" w:hAnsi="Courier New"/>
          <w:color w:val="555555"/>
          <w:sz w:val="20"/>
        </w:rPr>
        <w:t>[1]</w:t>
      </w:r>
    </w:p>
    <w:p>
      <w:r>
        <w:rPr>
          <w:rFonts w:ascii="Gentium Plus" w:hAnsi="Gentium Plus"/>
          <w:sz w:val="24"/>
        </w:rPr>
        <w:t>Ἆρά σοι δοκοῦμεν λόγον ἔχοντα πεφοβῆσθαι φόβον; Πρὸς γὰρ τοῖς εἰρημένοις, νῦν μὲν εἰ καὶ πολλοῦ μοι δεῖ πόνου πρὸς τὸ μὴ δὴ κατα‐</w:t>
      </w:r>
    </w:p>
    <w:p>
      <w:r>
        <w:rPr>
          <w:rFonts w:ascii="Courier New" w:hAnsi="Courier New"/>
          <w:color w:val="555555"/>
          <w:sz w:val="20"/>
        </w:rPr>
        <w:t>[5]</w:t>
      </w:r>
    </w:p>
    <w:p>
      <w:r>
        <w:rPr>
          <w:rFonts w:ascii="Gentium Plus" w:hAnsi="Gentium Plus"/>
          <w:sz w:val="24"/>
        </w:rPr>
        <w:t>γωνισθῆναι τέλεον ὑπὸ τῶν τῆς ψυχῆς παθῶν, ἀλλ’ ὅμως ἀνέχομαι τὸν πόνον καὶ οὐ φεύγω τὸν ἀγῶνα. Καὶ γὰρ ὑπὸ κενοδοξίας ἁλίσκομαι μὲν καὶ νῦν, ἀναφέρω δὲ πολλάκις καὶ ὅτι ἑάλων, συνορῶ·</w:t>
      </w:r>
    </w:p>
    <w:p>
      <w:r>
        <w:rPr>
          <w:rFonts w:ascii="Courier New" w:hAnsi="Courier New"/>
          <w:color w:val="555555"/>
          <w:sz w:val="20"/>
        </w:rPr>
        <w:t>[10]</w:t>
      </w:r>
    </w:p>
    <w:p>
      <w:r>
        <w:rPr>
          <w:rFonts w:ascii="Gentium Plus" w:hAnsi="Gentium Plus"/>
          <w:sz w:val="24"/>
        </w:rPr>
        <w:t>ἔστι δὲ ὅτε καὶ ἐπιτιμῶ τῇ δουλωθείσῃ ψυχῇ. Ἐπιθυμίαι μοι προσπίπτουσιν ἄτοποι καὶ νῦν· ἀλλ’ ἀργοτέραν ἀνάπτουσι τὴν φλόγα, τῶν ὀφθαλμῶν ἔξωθεν οὐκ ἐχόντων ἐπιλαβέσθαι τῆς τοῦ πυρὸς ὕλης. Τοῦ δὲ κακῶς τὸν δεῖνα λέγειν καὶ λεγόμενον ἀκούειν ἀπήλλαγμαι παντελῶς, τῶν διαλεγομένων οὐ παρόν‐</w:t>
      </w:r>
    </w:p>
    <w:p>
      <w:r>
        <w:rPr>
          <w:rFonts w:ascii="Courier New" w:hAnsi="Courier New"/>
          <w:color w:val="555555"/>
          <w:sz w:val="20"/>
        </w:rPr>
        <w:t>[15]</w:t>
      </w:r>
    </w:p>
    <w:p>
      <w:r>
        <w:rPr>
          <w:rFonts w:ascii="Gentium Plus" w:hAnsi="Gentium Plus"/>
          <w:sz w:val="24"/>
        </w:rPr>
        <w:t>των· οὐ γὰρ δὴ οὗτοι οἱ τοῖχοι δύναιντ’ ἂν ἀφεῖναι φωνήν. Ἀλλ’ οὐχὶ καὶ τὴν ὀργὴν ὁμοίως δυνατὸν διαφυγεῖν, καίτοι γε τῶν παροξυνόντων οὐκ ὄντων· μνήμη γὰρ πολλάκις ἀνδρῶν ἀτόπων προσπεσοῦσα καὶ τῶν ὑπ’ αὐτῶν γενομένων ἐξοιδεῖν μοι τὴν καρδίαν ποιεῖ, πλὴν ἀλλ’ οὐκ εἰς τέλος·</w:t>
      </w:r>
    </w:p>
    <w:p>
      <w:r>
        <w:rPr>
          <w:rFonts w:ascii="Courier New" w:hAnsi="Courier New"/>
          <w:color w:val="555555"/>
          <w:sz w:val="20"/>
        </w:rPr>
        <w:t>[20]</w:t>
      </w:r>
    </w:p>
    <w:p>
      <w:r>
        <w:rPr>
          <w:rFonts w:ascii="Gentium Plus" w:hAnsi="Gentium Plus"/>
          <w:sz w:val="24"/>
        </w:rPr>
        <w:t>ταχέως γὰρ αὐτὴν φλεγμαίνουσαν καταστέλλομεν καὶ πεί‐ θομεν ἡσυχάζειν εἰπόντες ὅτι λίαν ἀσύμφωνον καὶ τῆς ἐσχά‐ της ἀθλιότητος τὰ οἰκεῖα ἀφέντας κακά, τὰ τῶν πλησίον περι‐ εργάζεσθαι. Ἀλλ’ οὐκ εἰς τὸ πλῆθος ἐλθὼν καὶ ταῖς μυρίαις ἀποληφθεὶς ταραχαῖς, δυνήσομαι ταύτης ἀπολαύειν τῆς νου‐</w:t>
      </w:r>
    </w:p>
    <w:p>
      <w:r>
        <w:rPr>
          <w:rFonts w:ascii="Courier New" w:hAnsi="Courier New"/>
          <w:color w:val="555555"/>
          <w:sz w:val="20"/>
        </w:rPr>
        <w:t>[25]</w:t>
      </w:r>
    </w:p>
    <w:p>
      <w:r>
        <w:rPr>
          <w:rFonts w:ascii="Gentium Plus" w:hAnsi="Gentium Plus"/>
          <w:sz w:val="24"/>
        </w:rPr>
        <w:t>θεσίας, οὐδὲ τοὺς ταῦτα παιδαγωγοῦντας λογισμοὺς εὑρεῖν· ἀλλ’ ὥσπερ οἱ κατὰ κρημνῶν ὑπό τινος ῥεύματος ἢ καὶ ἑτέ‐ ρως ὠθούμενοι, τὴν μὲν ἀπώλειαν εἰς ἣν τελευτῶσι προορᾶν δύνανται, βοήθειαν δέ τινα ἐπινοεῖν οὐκ ἔχουσιν, οὕτω καὶ αὐτὸς εἰς τὸν πολὺν τῶν παθῶν θόρυβον ἐμπεσών, τὴν μὲν</w:t>
      </w:r>
    </w:p>
    <w:p>
      <w:r>
        <w:rPr>
          <w:rFonts w:ascii="Courier New" w:hAnsi="Courier New"/>
          <w:color w:val="555555"/>
          <w:sz w:val="20"/>
        </w:rPr>
        <w:t>[30]</w:t>
      </w:r>
    </w:p>
    <w:p>
      <w:r>
        <w:rPr>
          <w:rFonts w:ascii="Gentium Plus" w:hAnsi="Gentium Plus"/>
          <w:sz w:val="24"/>
        </w:rPr>
        <w:t>κόλασιν καθ’ ἑκάστην αὐξομένην μοι τὴν ἡμέραν δυνήσομαι συνορᾶν, ἐν ἐμαυτῷ δὲ γενέσθαι καθάπερ νῦν καὶ ἐπιτιμῆσαι πάντοθεν τοῖς νοσήμασι λυττῶσι τούτοις οὐκέτι ὁμοίως εὔπορον ἐμοὶ καθάπερ καὶ πρότερον. Ἐμοὶ γὰρ ψυχή τίς ἐστιν ἀσθενὴς καὶ μικρὰ καὶ εὐχείρωτος</w:t>
      </w:r>
    </w:p>
    <w:p>
      <w:r>
        <w:rPr>
          <w:rFonts w:ascii="Courier New" w:hAnsi="Courier New"/>
          <w:color w:val="555555"/>
          <w:sz w:val="20"/>
        </w:rPr>
        <w:t>[35]</w:t>
      </w:r>
    </w:p>
    <w:p>
      <w:r>
        <w:rPr>
          <w:rFonts w:ascii="Gentium Plus" w:hAnsi="Gentium Plus"/>
          <w:sz w:val="24"/>
        </w:rPr>
        <w:t>οὐ τούτοις μόνον τοῖς πάθεσιν, ἀλλὰ καὶ τῷ πάντων πικροτέρῳ φθόνῳ καὶ οὔτε ὕβρεις, οὔτε τιμὰς μετρίως ἐπίσταται φέρειν, ἀλλὰ μεθ’ ὑπερβολῆς ἐκεῖναί τε ἐπαίρουσιν αὐτὴν καὶ ταπει‐ νοῦσιν αὗται. Ὥσπερ οὖν θηρία χαλεπά, ὅταν μὲν εὐσωματῇ καὶ σφριγᾷ, τῶν πρὸς αὐτὰ μαχομένων κρατεῖ, καὶ μάλιστα</w:t>
      </w:r>
    </w:p>
    <w:p>
      <w:r>
        <w:rPr>
          <w:rFonts w:ascii="Courier New" w:hAnsi="Courier New"/>
          <w:color w:val="555555"/>
          <w:sz w:val="20"/>
        </w:rPr>
        <w:t>[40]</w:t>
      </w:r>
    </w:p>
    <w:p>
      <w:r>
        <w:rPr>
          <w:rFonts w:ascii="Gentium Plus" w:hAnsi="Gentium Plus"/>
          <w:sz w:val="24"/>
        </w:rPr>
        <w:t>ὅταν ἀσθενεῖς ὦσι καὶ ἄπειροι, εἰ δέ τις αὐτὰ λιμῷ κατα‐ τήξειε, τόν τε θυμὸν αὐτοῖς ἐκοίμισε καὶ τῆς δυνάμεως τὸ πλέον ἔσβεσεν, ὡς καὶ τὸν μὴ λίαν γενναῖον ἀναδέξασθαι τὸν πρὸς ταῦτα ἀγῶνα καὶ πόλεμον, οὕτω καὶ τὰ πάθη τῆς ψυχῆς,</w:t>
      </w:r>
    </w:p>
    <w:p>
      <w:r>
        <w:rPr>
          <w:rFonts w:ascii="Courier New" w:hAnsi="Courier New"/>
          <w:color w:val="555555"/>
          <w:sz w:val="20"/>
        </w:rPr>
        <w:t>[45]</w:t>
      </w:r>
    </w:p>
    <w:p>
      <w:r>
        <w:rPr>
          <w:rFonts w:ascii="Gentium Plus" w:hAnsi="Gentium Plus"/>
          <w:sz w:val="24"/>
        </w:rPr>
        <w:t>δὲ τρέφων ἐπιμελῶς χαλεπωτέραν αὑτῷ τὴν πρὸς αὐτὰ καθί‐ στησι μάχην καὶ οὕτως αὐτῷ φοβερὰ ταῦτα ἀπεργάζεται ὡς ἐν δουλείᾳ καὶ δειλίᾳ τὸν πάντα χρόνον βιοῦν. Τίς οὖν τῶν θηρίων τούτων ἡ τροφή; Κενοδοξίας μὲν τιμαὶ καὶ ἔπαινοι, ἀπο‐ νοίας δὲ ἐξουσίας καὶ δυναστείας μέγεθος, βασκανίας δὲ αἱ</w:t>
      </w:r>
    </w:p>
    <w:p>
      <w:r>
        <w:rPr>
          <w:rFonts w:ascii="Courier New" w:hAnsi="Courier New"/>
          <w:color w:val="555555"/>
          <w:sz w:val="20"/>
        </w:rPr>
        <w:t>[6 . 12 (50)]</w:t>
      </w:r>
    </w:p>
    <w:p>
      <w:r>
        <w:rPr>
          <w:rFonts w:ascii="Gentium Plus" w:hAnsi="Gentium Plus"/>
          <w:sz w:val="24"/>
        </w:rPr>
        <w:t>τῶν πλησίον εὐδοκιμήσεις, φιλαργυρίας, αἱ τῶν παρεχόντων φιλοτιμίαι, ἀκολασίας, τρυφὴ καὶ αἱ συνεχεῖς τῶν γυναικῶν ἐντεύξεις, καὶ ἕτερον ἑτέρου. Πάντα δὲ ταῦτα εἰς μὲν τὸ μέσον ἐλθόντι σφοδρῶς ἐπιθήσεται καὶ σπαράξει μοι τὴν ψυχὴν καὶ φοβερὰ ἔσται καὶ χαλεπώτερόν μοι τὸν πρὸς αὐτὰ ποιήσει</w:t>
      </w:r>
    </w:p>
    <w:p>
      <w:r>
        <w:rPr>
          <w:rFonts w:ascii="Courier New" w:hAnsi="Courier New"/>
          <w:color w:val="555555"/>
          <w:sz w:val="20"/>
        </w:rPr>
        <w:t>[55]</w:t>
      </w:r>
    </w:p>
    <w:p>
      <w:r>
        <w:rPr>
          <w:rFonts w:ascii="Gentium Plus" w:hAnsi="Gentium Plus"/>
          <w:sz w:val="24"/>
        </w:rPr>
        <w:t>πόλεμον. Ἐνταῦθα δὲ καθημένῳ, μετὰ πολλῆς μὲν καὶ οὕτως ὑποταγήσεται τῆς βίας, ὑποταγήσεται δ’ οὖν ὅμως τῇ τοῦ Θεοῦ χάριτι καὶ τῆς ὑλακῆς αὐτοῖς οὐδὲν ἔσται πλέον. Διὰ ταῦτα τὸν οἰκίσκον φυλάττω τοῦτον καὶ ἀπρόσιτος καὶ ἀσυ‐ νουσίαστος καὶ ἀκοινώνητος, καὶ μυρίας ἑτέρας τοιαύτας</w:t>
      </w:r>
    </w:p>
    <w:p>
      <w:r>
        <w:rPr>
          <w:rFonts w:ascii="Courier New" w:hAnsi="Courier New"/>
          <w:color w:val="555555"/>
          <w:sz w:val="20"/>
        </w:rPr>
        <w:t>[60]</w:t>
      </w:r>
    </w:p>
    <w:p>
      <w:r>
        <w:rPr>
          <w:rFonts w:ascii="Gentium Plus" w:hAnsi="Gentium Plus"/>
          <w:sz w:val="24"/>
        </w:rPr>
        <w:t>μέμψεις ἀκούειν ἀνέχομαι, ἡδέως μὲν ἂν αὐτὰς ἀποτριψάμε‐ νος, τῷ δὲ μὴ δύνασθαι δακνόμενος καὶ ἀλγῶν· οὐδὲ γὰρ εὔπορόν μοι ὁμιλητικόν τε ὁμοῦ γενέσθαι καὶ ἐπὶ τῆς παρού‐ σης ἀσφαλείας μένειν. Δι’ ὃ καὶ αὐτόν σε παρακαλῶ, τὸν ὑπὸ τοσαύτης δυσχερείας ἀπειλημμένον ἐλεεῖν μᾶλλον ἢ</w:t>
      </w:r>
    </w:p>
    <w:p>
      <w:r>
        <w:rPr>
          <w:rFonts w:ascii="Courier New" w:hAnsi="Courier New"/>
          <w:color w:val="555555"/>
          <w:sz w:val="20"/>
        </w:rPr>
        <w:t>[65]</w:t>
      </w:r>
    </w:p>
    <w:p>
      <w:r>
        <w:rPr>
          <w:rFonts w:ascii="Gentium Plus" w:hAnsi="Gentium Plus"/>
          <w:sz w:val="24"/>
        </w:rPr>
        <w:t>διαβάλλειν. Ἀλλ’ οὐδέπω σε πείθομεν· οὐκοῦν ὥρα λοιπὸν ὃ μόνον εἶχον ἀπόρρητον πρὸς σὲ καὶ τοῦτο ἐκβαλεῖν. Καὶ ἴσως μὲν ἄπιστον εἶναι δόξει πολλοῖς· ἐγὼ δὲ αὐτὸ οὐδὲ οὕτως εἰς μέσον</w:t>
      </w:r>
    </w:p>
    <w:p>
      <w:r>
        <w:rPr>
          <w:rFonts w:ascii="Courier New" w:hAnsi="Courier New"/>
          <w:color w:val="555555"/>
          <w:sz w:val="20"/>
        </w:rPr>
        <w:t>[70]</w:t>
      </w:r>
    </w:p>
    <w:p>
      <w:r>
        <w:rPr>
          <w:rFonts w:ascii="Gentium Plus" w:hAnsi="Gentium Plus"/>
          <w:sz w:val="24"/>
        </w:rPr>
        <w:t>μυρίων ἁμαρτημάτων ἔλεγχος τὸ λεγόμενον, τοῦ μέλλοντος ἡμᾶς κρίνειν Θεοῦ πάντα εἰδότος ἀκριβῶς, τί πλέον ἡμῖν ἐκ τῆς τῶν ἀνθρώπων ἀγνοίας ἐγγενέσθαι δυνήσεται. Τί οὖν ἐστι τὸ ἀπόρρητον; Ἀπὸ τῆς ἡμέρας ἐκείνης ἐν ᾗ ταύτην ἐνέθηκάς μοι τὴν ὑποψίαν, πολλάκις ἐκινδύνευσέ μοι παραλυθῆναι τὸ</w:t>
      </w:r>
    </w:p>
    <w:p>
      <w:r>
        <w:rPr>
          <w:rFonts w:ascii="Courier New" w:hAnsi="Courier New"/>
          <w:color w:val="555555"/>
          <w:sz w:val="20"/>
        </w:rPr>
        <w:t>[75]</w:t>
      </w:r>
    </w:p>
    <w:p>
      <w:r>
        <w:rPr>
          <w:rFonts w:ascii="Gentium Plus" w:hAnsi="Gentium Plus"/>
          <w:sz w:val="24"/>
        </w:rPr>
        <w:t>σῶμα τέλεον, τοσοῦτος μὲν φόβος, τοσαύτη δὲ ἀθυμία κατέσχε μου τὴν ψυχήν. Τῆς γὰρ Χριστοῦ νύμφης τὴν δόξαν ἐννοῶν, τὴν ἁγιωσύνην, τὸ κάλλος τὸ πνευματικόν, τὴν σύνεσιν, τὴν εὐκοσμίαν, καὶ τὰ ἐμαυτοῦ λογιζόμενος κακά, οὐ διελίμπανον ἐκείνην τε πενθῶν καὶ ἐμαυτὸν ταλανίζων, καὶ</w:t>
      </w:r>
    </w:p>
    <w:p>
      <w:r>
        <w:rPr>
          <w:rFonts w:ascii="Courier New" w:hAnsi="Courier New"/>
          <w:color w:val="555555"/>
          <w:sz w:val="20"/>
        </w:rPr>
        <w:t>[80]</w:t>
      </w:r>
    </w:p>
    <w:p>
      <w:r>
        <w:rPr>
          <w:rFonts w:ascii="Gentium Plus" w:hAnsi="Gentium Plus"/>
          <w:sz w:val="24"/>
        </w:rPr>
        <w:t>στένων συνεχῶς καὶ διαπορῶν πρὸς ἐμαυτὸν ἔλεγον· Τίς ἄρα ταῦτα συνεβούλευσε; τί τοσοῦτον ἥμαρτεν ἡ τοῦ Θεοῦ Ἐκκλησία; τί τηλικοῦτο παρώξυνε τὸν αὐτῆς δεσπότην ὡς τῷ πάντων ἀτιμοτάτῳ παραδοθῆναι ἐμοὶ καὶ τοσαύτην ὑπο‐ μεῖναι αἰσχύνην; Ταῦτα πολλάκις κατ’ ἐμαυτὸν λογιζόμενος</w:t>
      </w:r>
    </w:p>
    <w:p>
      <w:r>
        <w:rPr>
          <w:rFonts w:ascii="Courier New" w:hAnsi="Courier New"/>
          <w:color w:val="555555"/>
          <w:sz w:val="20"/>
        </w:rPr>
        <w:t>[85]</w:t>
      </w:r>
    </w:p>
    <w:p>
      <w:r>
        <w:rPr>
          <w:rFonts w:ascii="Gentium Plus" w:hAnsi="Gentium Plus"/>
          <w:sz w:val="24"/>
        </w:rPr>
        <w:t>καὶ τοῦ λίαν ἀτόπου μηδὲ τὴν ἐνθύμησιν δυνάμενος ἐνεγκεῖν, ὥσπερ οἱ παραπλῆγες ἐκείμην ἀχανής, οὔτε ὁρᾶν οὔτε ἀκούειν τι δυνάμενος. Τῆς δὲ ἀμηχανίας με τῆς τοσαύτης ἀφείσης —καὶ γὰρ ἔστιν ὅτε καὶ ὑπεξίστατο—, διεδέχετο δάκρυα καὶ ἀθυμία, καὶ μετὰ τὸν τῶν δακρύων κόρον, ἀντεισῄει πάλιν ὁ</w:t>
      </w:r>
    </w:p>
    <w:p>
      <w:r>
        <w:rPr>
          <w:rFonts w:ascii="Courier New" w:hAnsi="Courier New"/>
          <w:color w:val="555555"/>
          <w:sz w:val="20"/>
        </w:rPr>
        <w:t>[90]</w:t>
      </w:r>
    </w:p>
    <w:p>
      <w:r>
        <w:rPr>
          <w:rFonts w:ascii="Gentium Plus" w:hAnsi="Gentium Plus"/>
          <w:sz w:val="24"/>
        </w:rPr>
        <w:t>φόβος, ταράττων καὶ θορυβῶν καὶ διασείων μοι τὴν διάνοιαν. Τοσαύτῃ ζάλῃ τὸν παρελθόντα συνέζων χρόνον· σὺ δὲ ἠγνόεις καὶ ἐν γαλήνῃ με διάγειν ἐνόμιζες. Ἀλλὰ νῦν σοι ἀποκαλύψαι πειράσομαι τὸν χειμῶνα τῆς ἐμῆς ψυχῆς· τάχα γάρ μοι καὶ ἀπὸ τούτου συγγνώσῃ, τὰ ἐγκλήματα ἀφείς.</w:t>
      </w:r>
    </w:p>
    <w:p>
      <w:r>
        <w:rPr>
          <w:rFonts w:ascii="Courier New" w:hAnsi="Courier New"/>
          <w:color w:val="555555"/>
          <w:sz w:val="20"/>
        </w:rPr>
        <w:t>[95]</w:t>
      </w:r>
    </w:p>
    <w:p>
      <w:r>
        <w:rPr>
          <w:rFonts w:ascii="Gentium Plus" w:hAnsi="Gentium Plus"/>
          <w:sz w:val="24"/>
        </w:rPr>
        <w:t>Πῶς οὖν σοι, πῶς αὐτὸν ἐκκαλύψωμεν; Εἰ μὲν σαφῶς ἐθέλοις ἰδεῖν, ἑτέρως οὐκ ἐνῆν ἀλλ’ ἢ τὴν καρδίαν γυμνώσαντα τὴν</w:t>
      </w:r>
    </w:p>
    <w:p>
      <w:r>
        <w:rPr>
          <w:rFonts w:ascii="Courier New" w:hAnsi="Courier New"/>
          <w:color w:val="555555"/>
          <w:sz w:val="20"/>
        </w:rPr>
        <w:t>[6 . 12 (100)]</w:t>
      </w:r>
    </w:p>
    <w:p>
      <w:r>
        <w:rPr>
          <w:rFonts w:ascii="Gentium Plus" w:hAnsi="Gentium Plus"/>
          <w:sz w:val="24"/>
        </w:rPr>
        <w:t>μόνην. Ὑποθώμεθα εἶναί τινι μνηστὴν τοῦ πάσης τῆς ὑφ’ ἡλίῳ κειμένης γῆς βασιλεύοντος θυγατέρα, ταύτην τε τὴν κόρην κάλλος τε ἔχειν ἀμήχανον οἷον καὶ τὴν ἀνθρωπείαν ὑπερ‐ βαῖνον φύσιν, καὶ τούτῳ τὸ τῶν γυναικῶν ἁπασῶν φῦλον ἐκ</w:t>
      </w:r>
    </w:p>
    <w:p>
      <w:r>
        <w:rPr>
          <w:rFonts w:ascii="Courier New" w:hAnsi="Courier New"/>
          <w:color w:val="555555"/>
          <w:sz w:val="20"/>
        </w:rPr>
        <w:t>[105]</w:t>
      </w:r>
    </w:p>
    <w:p>
      <w:r>
        <w:rPr>
          <w:rFonts w:ascii="Gentium Plus" w:hAnsi="Gentium Plus"/>
          <w:sz w:val="24"/>
        </w:rPr>
        <w:t>πολλοῦ τοῦ διαστήματος νικᾶν, καὶ ψυχῆς ἀρετὴν τοσαύτην ὡς καὶ τὸ τῶν ἀνδρῶν γένος τῶν τε γενομένων τῶν τε ἐσο‐ μένων ποτὲ πολλῷ τῷ μέτρῳ κατόπιν ἀφεῖναι, καὶ πάντας μὲν ὑπερβῆναι φιλοσοφίας ὅρους τῇ τῶν τρόπων εὐκοσμίᾳ, πᾶσαν δὲ κρύψαι σώματος ὥραν τῷ τῆς οἰκείας ὄψεως κάλλει· τὸν</w:t>
      </w:r>
    </w:p>
    <w:p>
      <w:r>
        <w:rPr>
          <w:rFonts w:ascii="Courier New" w:hAnsi="Courier New"/>
          <w:color w:val="555555"/>
          <w:sz w:val="20"/>
        </w:rPr>
        <w:t>[110]</w:t>
      </w:r>
    </w:p>
    <w:p>
      <w:r>
        <w:rPr>
          <w:rFonts w:ascii="Gentium Plus" w:hAnsi="Gentium Plus"/>
          <w:sz w:val="24"/>
        </w:rPr>
        <w:t>δὲ ταύτης μνηστῆρα, μὴ διὰ ταῦτα μόνον περικαίεσθαι τῆς παρθένου, ἀλλὰ καὶ χωρὶς τούτων πάσχειν τι πρὸς αὐτὴν καὶ τῷ πάθει τούτῳ τοὺς μανικωτάτους τῶν πώποτε γενομένων ἀποκρύψαι ἐραστῶν. Εἶτα μεταξὺ τῷ φίλτρῳ καιόμενον ἀκοῦσαί ποθεν ὅτι τὴν θαυμαστὴν ἐρωμένην ἐκείνην τῶν</w:t>
      </w:r>
    </w:p>
    <w:p>
      <w:r>
        <w:rPr>
          <w:rFonts w:ascii="Courier New" w:hAnsi="Courier New"/>
          <w:color w:val="555555"/>
          <w:sz w:val="20"/>
        </w:rPr>
        <w:t>[115]</w:t>
      </w:r>
    </w:p>
    <w:p>
      <w:r>
        <w:rPr>
          <w:rFonts w:ascii="Gentium Plus" w:hAnsi="Gentium Plus"/>
          <w:sz w:val="24"/>
        </w:rPr>
        <w:t>εὐτελῶν τις καὶ ἀπερριμμένων ἀνδρῶν καὶ δυσγενὴς καὶ τὸ σῶμα ἀνάπηρος καὶ πάντων τῶν ὄντων μοχθηρότατος μέλλοι πρὸς γάμον ἄγεσθαι. Ἆρά σοι μικρόν τι μέρος τῆς ἡμετέρας ὀδύνης παρεστήσαμεν; καὶ ἀρκεῖ μέχρι τούτου στῆσαι τὴν εἰκόνα; Τῆς μὲν ἀθυμίας ἕνεκεν ἀρκεῖν οἶμαι· καὶ γὰρ διὰ</w:t>
      </w:r>
    </w:p>
    <w:p>
      <w:r>
        <w:rPr>
          <w:rFonts w:ascii="Courier New" w:hAnsi="Courier New"/>
          <w:color w:val="555555"/>
          <w:sz w:val="20"/>
        </w:rPr>
        <w:t>[120]</w:t>
      </w:r>
    </w:p>
    <w:p>
      <w:r>
        <w:rPr>
          <w:rFonts w:ascii="Gentium Plus" w:hAnsi="Gentium Plus"/>
          <w:sz w:val="24"/>
        </w:rPr>
        <w:t>τοῦτο μόνον αὐτὴν παρειλήφαμεν. Ἵνα δέ σοι καὶ τοῦ φόβου καὶ τῆς ἐκπλήξεως ὑποδείξω τὸ μέτρον, ἐφ’ ἑτέραν πάλιν ἴωμεν ὑπογραφήν. Καὶ ἔστω στρα‐ τόπεδον ἐκ πεζῶν καὶ ἱππέων καὶ ναυμαχῶν συνειλεγμένον ἀνδρῶν, καὶ καλυπτέτω μὲν τὴν θάλατταν ὁ τῶν τριήρων</w:t>
      </w:r>
    </w:p>
    <w:p>
      <w:r>
        <w:rPr>
          <w:rFonts w:ascii="Courier New" w:hAnsi="Courier New"/>
          <w:color w:val="555555"/>
          <w:sz w:val="20"/>
        </w:rPr>
        <w:t>[125]</w:t>
      </w:r>
    </w:p>
    <w:p>
      <w:r>
        <w:rPr>
          <w:rFonts w:ascii="Gentium Plus" w:hAnsi="Gentium Plus"/>
          <w:sz w:val="24"/>
        </w:rPr>
        <w:t>ἀριθμός, καλυπτέτω δὲ τὰ τῶν πεδίων πλήθη καὶ τὰς τῶν ὀρῶν κορυφὰς αἱ τῶν πεζῶν καὶ ἱππέων φάλαγγες, καὶ ἀντιλαμπέτω μὲν ἡλίῳ τῶν ὅπλων ὁ χαλκὸς καὶ ταῖς ἐκεῖθεν πεμπομέναις ἀκτῖσιν ἡ τῶν περικεφαλαιῶν καὶ τῶν ἀσπίδων ἀνταφιέσθω μαρμαρυγή· ὁ δὲ τῶν δοράτων κτύπος καὶ ὁ τῶν</w:t>
      </w:r>
    </w:p>
    <w:p>
      <w:r>
        <w:rPr>
          <w:rFonts w:ascii="Courier New" w:hAnsi="Courier New"/>
          <w:color w:val="555555"/>
          <w:sz w:val="20"/>
        </w:rPr>
        <w:t>[130]</w:t>
      </w:r>
    </w:p>
    <w:p>
      <w:r>
        <w:rPr>
          <w:rFonts w:ascii="Gentium Plus" w:hAnsi="Gentium Plus"/>
          <w:sz w:val="24"/>
        </w:rPr>
        <w:t>ἵππων χρεμετισμὸς πρὸς αὐτὸν φερέσθω τὸν οὐρανὸν καὶ μήτε θάλασσα φαινέσθω μήτε γῆ, ἀλλὰ χαλκὸς καὶ σίδηρος πανταχοῦ. Ἀντιπαραταττέσθωσαν δὲ αὐτοῖς καὶ πολέμιοι, ἄγριοί τινες ἄνδρες καὶ ἀνήμεροι· ἐνεστηκέτω δὲ ἤδη καὶ ὁ τῆς συμβολῆς καιρός.</w:t>
      </w:r>
    </w:p>
    <w:p>
      <w:r>
        <w:rPr>
          <w:rFonts w:ascii="Courier New" w:hAnsi="Courier New"/>
          <w:color w:val="555555"/>
          <w:sz w:val="20"/>
        </w:rPr>
        <w:t>[135]</w:t>
      </w:r>
    </w:p>
    <w:p>
      <w:r>
        <w:rPr>
          <w:rFonts w:ascii="Gentium Plus" w:hAnsi="Gentium Plus"/>
          <w:sz w:val="24"/>
        </w:rPr>
        <w:t>Εἶτα ἁρπάσας τις ἐξαίφνης μειράκιον τῶν ἐν ἀγρῷ τραφέν‐ των καὶ τῆς πηκτίδος καὶ τῆς καλαύροπος πλέον εἰδότων οὐδέν, καθοπλιζέτω μὲν αὐτὸ ὅπλοις χαλκοῖς· περιαγέτω δὲ τὸ στρατόπεδον ἅπαν καὶ δεικνύτω λόχους καὶ λοχαγούς, τοξότας, σφενδονιστάς, ταξιάρχους, στρατηγούς, ὁπλίτας,</w:t>
      </w:r>
    </w:p>
    <w:p>
      <w:r>
        <w:rPr>
          <w:rFonts w:ascii="Courier New" w:hAnsi="Courier New"/>
          <w:color w:val="555555"/>
          <w:sz w:val="20"/>
        </w:rPr>
        <w:t>[140]</w:t>
      </w:r>
    </w:p>
    <w:p>
      <w:r>
        <w:rPr>
          <w:rFonts w:ascii="Gentium Plus" w:hAnsi="Gentium Plus"/>
          <w:sz w:val="24"/>
        </w:rPr>
        <w:t>ἱππέας, ἀκοντιστάς, τριήρεις, τριηράρχους, τοὺς ἐκεῖ πεφραγ‐ μένους στρατιώτας, τῶν ἐν ταῖς ναυσὶν ἀποκειμένων μη‐</w:t>
      </w:r>
    </w:p>
    <w:p>
      <w:r>
        <w:rPr>
          <w:rFonts w:ascii="Courier New" w:hAnsi="Courier New"/>
          <w:color w:val="555555"/>
          <w:sz w:val="20"/>
        </w:rPr>
        <w:t>[145]</w:t>
      </w:r>
    </w:p>
    <w:p>
      <w:r>
        <w:rPr>
          <w:rFonts w:ascii="Gentium Plus" w:hAnsi="Gentium Plus"/>
          <w:sz w:val="24"/>
        </w:rPr>
        <w:t>κρημνοὺς βαθεῖς καὶ δυσχωρίας ὀρῶν· δεικνύτω δὲ ἔτι παρὰ τοῖς ἐναντίοις καὶ πετομένους ἵππους διά τινος μαγγανείας καὶ ὁπλίτας δι’ ἀέρος φερομένους καὶ πάσης γοητείας δύναμίν τε καὶ ἰδέαν. Καταλεγέτω δὲ καὶ τὰς τοῦ πολέμου συμφοράς, τῶν ἀκοντίων τὸ νέφος, τῶν βελῶν τὰς νιφάδας, τὴν πολλὴν</w:t>
      </w:r>
    </w:p>
    <w:p>
      <w:r>
        <w:rPr>
          <w:rFonts w:ascii="Courier New" w:hAnsi="Courier New"/>
          <w:color w:val="555555"/>
          <w:sz w:val="20"/>
        </w:rPr>
        <w:t>[6 . 12 (150)]</w:t>
      </w:r>
    </w:p>
    <w:p>
      <w:r>
        <w:rPr>
          <w:rFonts w:ascii="Gentium Plus" w:hAnsi="Gentium Plus"/>
          <w:sz w:val="24"/>
        </w:rPr>
        <w:t>ἀχλὺν ἐκείνην καὶ τὴν ἀορασίαν, τὴν ζοφωδεστάτην νύκτα ἣν τὸ τῶν τοξευμάτων συνίστησι πλῆθος, ἀποστρέφον τῇ πυκνότητι τὰς ἀκτῖνας, τὴν κόνιν οὐχ ἧττον τοῦ σκότους τοὺς ὀφθαλμοὺς ἀμαυροῦσαν, τοὺς τῶν αἱμάτων χειμάρρους, τῶν πιπτόντων τὰς οἰμωγάς, τῶν ἑστώτων τοὺς ἀλαλαγμούς, τῶν</w:t>
      </w:r>
    </w:p>
    <w:p>
      <w:r>
        <w:rPr>
          <w:rFonts w:ascii="Courier New" w:hAnsi="Courier New"/>
          <w:color w:val="555555"/>
          <w:sz w:val="20"/>
        </w:rPr>
        <w:t>[155]</w:t>
      </w:r>
    </w:p>
    <w:p>
      <w:r>
        <w:rPr>
          <w:rFonts w:ascii="Gentium Plus" w:hAnsi="Gentium Plus"/>
          <w:sz w:val="24"/>
        </w:rPr>
        <w:t>κειμένων τοὺς σωρούς, τροχοὺς αἵματι βαπτιζομένους, ἵππους αὐτοῖς ἀναβάταις πρηνεῖς φερομένους ἀπὸ τοῦ πλήθους τῶν κειμένων νεκρῶν, τὴν γῆν φύρδην ἅπαντα ἔχουσαν, αἷμα καὶ τόξα καὶ βέλη, ἵππων ὁπλὰς καὶ ἀνθρώπων κεφαλὰς ὁμοῦ κειμένας καὶ βραχίονας καὶ τράχηλον καὶ κνημῖδα καὶ στῆθος</w:t>
      </w:r>
    </w:p>
    <w:p>
      <w:r>
        <w:rPr>
          <w:rFonts w:ascii="Courier New" w:hAnsi="Courier New"/>
          <w:color w:val="555555"/>
          <w:sz w:val="20"/>
        </w:rPr>
        <w:t>[160]</w:t>
      </w:r>
    </w:p>
    <w:p>
      <w:r>
        <w:rPr>
          <w:rFonts w:ascii="Gentium Plus" w:hAnsi="Gentium Plus"/>
          <w:sz w:val="24"/>
        </w:rPr>
        <w:t>διακοπέν, ἐγκεφάλους ξίφεσι προσπεπλασμένους, ἀκίδα βέλους ἐκκεκλασμένην καὶ ὀφθαλμὸν ἔχουσαν ἐμπεπερονη‐ μένον. Καταλεγέτω καὶ τὰ τοῦ ναυτικοῦ πάθη, τριήρεις τὰς μὲν ἐν μέσοις ἀναπτομένας τοῖς ὕδασι, τὰς δὲ αὐτοῖς ὁπλίταις καταδυομένας, τὸν τῶν ὑδάτων ἦχον, τὸν τῶν ναυτῶν θόρυβον,</w:t>
      </w:r>
    </w:p>
    <w:p>
      <w:r>
        <w:rPr>
          <w:rFonts w:ascii="Courier New" w:hAnsi="Courier New"/>
          <w:color w:val="555555"/>
          <w:sz w:val="20"/>
        </w:rPr>
        <w:t>[165]</w:t>
      </w:r>
    </w:p>
    <w:p>
      <w:r>
        <w:rPr>
          <w:rFonts w:ascii="Gentium Plus" w:hAnsi="Gentium Plus"/>
          <w:sz w:val="24"/>
        </w:rPr>
        <w:t>τὴν τῶν στρατιωτῶν βοήν, τῶν κυμάτων καὶ τῶν αἱμάτων μιγνυμένων τὸν ἀφρὸν καὶ ὁμοῦ τοῖς πλοίοις ἐπεισιόντα πᾶσι, τοὺς ἐπὶ τῶν καταστρωμάτων νεκρούς, τοὺς καταποντιζο‐ μένους, τοὺς ἐπιπλέοντας, τοὺς εἰς τοὺς αἰγιαλοὺς ἐκβρασ‐ σομένους, τοὺς ἔνδον τοῖς κύμασι περικλυζομένους καὶ ταῖς</w:t>
      </w:r>
    </w:p>
    <w:p>
      <w:r>
        <w:rPr>
          <w:rFonts w:ascii="Courier New" w:hAnsi="Courier New"/>
          <w:color w:val="555555"/>
          <w:sz w:val="20"/>
        </w:rPr>
        <w:t>[170]</w:t>
      </w:r>
    </w:p>
    <w:p>
      <w:r>
        <w:rPr>
          <w:rFonts w:ascii="Gentium Plus" w:hAnsi="Gentium Plus"/>
          <w:sz w:val="24"/>
        </w:rPr>
        <w:t>ναυσὶν ἀποφράττοντας τὴν ὁδόν. Καὶ πάσας ἀκριβῶς διδάξας τὰς τοῦ πολέμου τραγῳδίας, προστιθέτω καὶ τὰ τῆς αἰχμα‐ λωσίας δεινὰ καὶ τὴν παντὸς θανάτου χαλεπωτέραν δουλείαν. Καὶ ταῦτα εἰπών, κελευέτω τὸν ἵππον ἀναβαίνειν εὐθέως καὶ</w:t>
      </w:r>
    </w:p>
    <w:p>
      <w:r>
        <w:rPr>
          <w:rFonts w:ascii="Courier New" w:hAnsi="Courier New"/>
          <w:color w:val="555555"/>
          <w:sz w:val="20"/>
        </w:rPr>
        <w:t>[175]</w:t>
      </w:r>
    </w:p>
    <w:p>
      <w:r>
        <w:rPr>
          <w:rFonts w:ascii="Gentium Plus" w:hAnsi="Gentium Plus"/>
          <w:sz w:val="24"/>
        </w:rPr>
        <w:t>τὴν διήγησιν μόνον ἀρκέσειν τὸν μειρακίσκον ἐκεῖνον, ἀλλ’ οὐκ ἀπὸ πρώτης ὄψεως εὐθέως ἀφήσειν τὴν ψυχήν;</w:t>
      </w:r>
    </w:p>
    <w:p>
      <w:pPr>
        <w:jc w:val="center"/>
      </w:pPr>
      <w:r>
        <w:rPr>
          <w:rFonts w:ascii="Gentium Plus" w:hAnsi="Gentium Plus"/>
          <w:b/>
          <w:sz w:val="24"/>
        </w:rPr>
        <w:t>ιγʹ. Ὅτι παντὸς</w:t>
      </w:r>
    </w:p>
    <w:p>
      <w:r>
        <w:rPr>
          <w:rFonts w:ascii="Courier New" w:hAnsi="Courier New"/>
          <w:color w:val="555555"/>
          <w:sz w:val="20"/>
        </w:rPr>
        <w:t>[t2]</w:t>
      </w:r>
    </w:p>
    <w:p>
      <w:r>
        <w:rPr>
          <w:rFonts w:ascii="Gentium Plus" w:hAnsi="Gentium Plus"/>
          <w:sz w:val="24"/>
        </w:rPr>
        <w:t>πολέμου χαλεπώτερος</w:t>
      </w:r>
    </w:p>
    <w:p>
      <w:r>
        <w:rPr>
          <w:rFonts w:ascii="Courier New" w:hAnsi="Courier New"/>
          <w:color w:val="555555"/>
          <w:sz w:val="20"/>
        </w:rPr>
        <w:t>[t3]</w:t>
      </w:r>
    </w:p>
    <w:p>
      <w:r>
        <w:rPr>
          <w:rFonts w:ascii="Gentium Plus" w:hAnsi="Gentium Plus"/>
          <w:sz w:val="24"/>
        </w:rPr>
        <w:t>ὁ τοῦ διαβόλου</w:t>
      </w:r>
    </w:p>
    <w:p>
      <w:r>
        <w:rPr>
          <w:rFonts w:ascii="Courier New" w:hAnsi="Courier New"/>
          <w:color w:val="555555"/>
          <w:sz w:val="20"/>
        </w:rPr>
        <w:t>[t4]</w:t>
      </w:r>
    </w:p>
    <w:p>
      <w:r>
        <w:rPr>
          <w:rFonts w:ascii="Gentium Plus" w:hAnsi="Gentium Plus"/>
          <w:sz w:val="24"/>
        </w:rPr>
        <w:t>πειρασμός</w:t>
      </w:r>
    </w:p>
    <w:p>
      <w:r>
        <w:rPr>
          <w:rFonts w:ascii="Courier New" w:hAnsi="Courier New"/>
          <w:color w:val="555555"/>
          <w:sz w:val="20"/>
        </w:rPr>
        <w:t>[1]</w:t>
      </w:r>
    </w:p>
    <w:p>
      <w:r>
        <w:rPr>
          <w:rFonts w:ascii="Gentium Plus" w:hAnsi="Gentium Plus"/>
          <w:sz w:val="24"/>
        </w:rPr>
        <w:t>Καὶ μή με νομίσῃς ἐπαίρειν τὸ πρᾶγμα τῷ λόγῳ· μηδ’ ὅτι τῷ σώματι τούτῳ καθάπερ τινὶ δεσμω‐ τηρίῳ κατακλεισθέντες, τῶν ἀορά‐</w:t>
      </w:r>
    </w:p>
    <w:p>
      <w:r>
        <w:rPr>
          <w:rFonts w:ascii="Courier New" w:hAnsi="Courier New"/>
          <w:color w:val="555555"/>
          <w:sz w:val="20"/>
        </w:rPr>
        <w:t>[5]</w:t>
      </w:r>
    </w:p>
    <w:p>
      <w:r>
        <w:rPr>
          <w:rFonts w:ascii="Gentium Plus" w:hAnsi="Gentium Plus"/>
          <w:sz w:val="24"/>
        </w:rPr>
        <w:t>των οὐδὲν δυνάμεθα ἰδεῖν, μεγάλα τὰ εἰρημένα εἶναι νομίσῃς. Πολὺ γὰρ ταύτης τῆς μάχης μεί‐ ζονα καὶ φρικωδεστέραν εἶδες ἄν, εἰ τοῦ διαβόλου τὴν ζοφω‐ δεστάτην παράταξιν καὶ τὴν μανιώδη συμβολὴν τούτοις τοῖς ὀφθαλμοῖς ἰδεῖν ἠδυνήθης ποτέ· οὐ γὰρ χαλκὸς ἐκεῖ καὶ</w:t>
      </w:r>
    </w:p>
    <w:p>
      <w:r>
        <w:rPr>
          <w:rFonts w:ascii="Courier New" w:hAnsi="Courier New"/>
          <w:color w:val="555555"/>
          <w:sz w:val="20"/>
        </w:rPr>
        <w:t>[10]</w:t>
      </w:r>
    </w:p>
    <w:p>
      <w:r>
        <w:rPr>
          <w:rFonts w:ascii="Gentium Plus" w:hAnsi="Gentium Plus"/>
          <w:sz w:val="24"/>
        </w:rPr>
        <w:t>σίδηρος, οὐδὲ ἵπποι καὶ ἅρματα καὶ τροχοί, οὐδὲ πῦρ καὶ βέλη, ταῦτα τὰ ὁρατά, ἀλλ’ ἕτερα πολὺ τούτων φοβερώτερα μηχανήματα. Οὐ δεῖ τούτοις τοῖς πολεμίοις θώρακος, οὐδὲ ἀσπίδος, οὐδὲ ξιφῶν καὶ δοράτων, ἀλλ’ ἀρκεῖ μόνη ἡ ὄψις τῆς ἐπαράτου στρατιᾶς ἐκείνης παραλῦσαι ψυχήν, ἢν μὴ λίαν οὖσα</w:t>
      </w:r>
    </w:p>
    <w:p>
      <w:r>
        <w:rPr>
          <w:rFonts w:ascii="Courier New" w:hAnsi="Courier New"/>
          <w:color w:val="555555"/>
          <w:sz w:val="20"/>
        </w:rPr>
        <w:t>[15]</w:t>
      </w:r>
    </w:p>
    <w:p>
      <w:r>
        <w:rPr>
          <w:rFonts w:ascii="Gentium Plus" w:hAnsi="Gentium Plus"/>
          <w:sz w:val="24"/>
        </w:rPr>
        <w:t>γενναία τύχῃ καὶ πρὸ τῆς οἰκείας ἀνδρείας πολλῆς ἀπολαύσῃ τῆς παρὰ τοῦ Θεοῦ προνοίας. Καὶ εἴ γε ἦν δυνατόν, τὸ σῶμα ἀποδύντα τοῦτο ἢ καὶ μετὰ αὐτοῦ τοῦ σώματος δυνηθῆναι καθαρῶς καὶ ἀφόβως ἅπασαν τὴν ἐκείνου παράταξιν καὶ τὸν πρὸς ἡμᾶς πόλεμον ὀφθαλμοφανῶς ἰδεῖν, εἶδες ἂν οὐ χειμάρ‐</w:t>
      </w:r>
    </w:p>
    <w:p>
      <w:r>
        <w:rPr>
          <w:rFonts w:ascii="Courier New" w:hAnsi="Courier New"/>
          <w:color w:val="555555"/>
          <w:sz w:val="20"/>
        </w:rPr>
        <w:t>[20]</w:t>
      </w:r>
    </w:p>
    <w:p>
      <w:r>
        <w:rPr>
          <w:rFonts w:ascii="Gentium Plus" w:hAnsi="Gentium Plus"/>
          <w:sz w:val="24"/>
        </w:rPr>
        <w:t>ρους αἱμάτων, οὐδὲ σώματα νεκρά, ἀλλὰ ψυχῶν πτώματα τοσαῦτα καὶ τραύματα οὕτω χαλεπὰ ὡς ἅπασαν ἐκείνην τοῦ πολέμου τὴν ὑπογραφὴν ἣν ἄρτι διῆλθον πρὸς σὲ παίδων τινὰ ἀθύρματα εἶναι νομίσαι καὶ παιδιὰν μᾶλλον ἢ πόλεμον, τοσοῦ‐ τοι οἱ καθ’ ἑκάστην πληττόμενοι τὴν ἡμέραν. Τὰ δὲ τραύματα</w:t>
      </w:r>
    </w:p>
    <w:p>
      <w:r>
        <w:rPr>
          <w:rFonts w:ascii="Courier New" w:hAnsi="Courier New"/>
          <w:color w:val="555555"/>
          <w:sz w:val="20"/>
        </w:rPr>
        <w:t>[25]</w:t>
      </w:r>
    </w:p>
    <w:p>
      <w:r>
        <w:rPr>
          <w:rFonts w:ascii="Gentium Plus" w:hAnsi="Gentium Plus"/>
          <w:sz w:val="24"/>
        </w:rPr>
        <w:t>οὐκ ἴσην ἐργάζεται τὴν νέκρωσιν, ἀλλ’ ὅσον ψυχῆς καὶ σώμα‐</w:t>
      </w:r>
    </w:p>
    <w:p>
      <w:r>
        <w:rPr>
          <w:rFonts w:ascii="Courier New" w:hAnsi="Courier New"/>
          <w:color w:val="555555"/>
          <w:sz w:val="20"/>
        </w:rPr>
        <w:t>[30]</w:t>
      </w:r>
    </w:p>
    <w:p>
      <w:r>
        <w:rPr>
          <w:rFonts w:ascii="Gentium Plus" w:hAnsi="Gentium Plus"/>
          <w:sz w:val="24"/>
        </w:rPr>
        <w:t>λαγήν, κατὰ τὸν τῆς κρίσεως καιρὸν ἀθανάτῳ παραδίδοται τιμωρίᾳ. Εἰ δέ τις ἀναλγήτως ἔχοι πρὸς τὰς τοῦ διαβόλου πληγάς, μεῖζον ὑπὸ τῆς ἀναισθησίας ἐκείνῳ γίνεται τὸ δεινόν· ὁ γὰρ ἐπὶ τῇ προτέρᾳ πληγῇ μὴ δηχθεὶς εὐκόλως δέχεται καὶ δευτέραν καὶ μετ’ ἐκείνην ἑτέραν. Οὐ γὰρ διαλιμπάνει μέχρι</w:t>
      </w:r>
    </w:p>
    <w:p>
      <w:r>
        <w:rPr>
          <w:rFonts w:ascii="Courier New" w:hAnsi="Courier New"/>
          <w:color w:val="555555"/>
          <w:sz w:val="20"/>
        </w:rPr>
        <w:t>[35]</w:t>
      </w:r>
    </w:p>
    <w:p>
      <w:r>
        <w:rPr>
          <w:rFonts w:ascii="Gentium Plus" w:hAnsi="Gentium Plus"/>
          <w:sz w:val="24"/>
        </w:rPr>
        <w:t>τῆς ἐσχάτης ἀναπνοῆς παίων ὁ μιαρός, ὅταν εὕρῃ ψυχὴν ὑπτίαν καὶ τῶν προτέρων καταφρονοῦσαν πληγῶν. Εἰ δὲ καὶ τῆς συμβολῆς τὸν τρόπον ἐξετάζειν ἐθέλοις, πολὺ ταύτην σφοδροτέραν καὶ ποικιλωτέραν ἴδοις ἄν· οὔτε γὰρ κλοπῆς καὶ δόλου τοσαύτας τις οἶδεν ἰδέας ὅσας ἐκεῖνος ὁ</w:t>
      </w:r>
    </w:p>
    <w:p>
      <w:r>
        <w:rPr>
          <w:rFonts w:ascii="Courier New" w:hAnsi="Courier New"/>
          <w:color w:val="555555"/>
          <w:sz w:val="20"/>
        </w:rPr>
        <w:t>[40]</w:t>
      </w:r>
    </w:p>
    <w:p>
      <w:r>
        <w:rPr>
          <w:rFonts w:ascii="Gentium Plus" w:hAnsi="Gentium Plus"/>
          <w:sz w:val="24"/>
        </w:rPr>
        <w:t>μιαρός· ταύτῃ γοῦν τὴν πλείονα κέκτηται δύναμιν, οὔτε ἔχθραν τις οὕτως ἀκήρυκτον δύναται ἔχειν πρὸς τοὺς ἄγαν πολεμιωτάτους αὐτῷ ὅσην πρὸς τὴν ἀνθρωπείαν φύσιν ὁ πονηρός. Καὶ τὴν προθυμίαν δὲ εἴ τις ἐξετάζοι μεθ’ ἧς μάχε‐ ται ἐκεῖνος, ἀνθρώπους μὲν ἐνταῦθα καὶ γελοῖον παραβαλεῖν·</w:t>
      </w:r>
    </w:p>
    <w:p>
      <w:r>
        <w:rPr>
          <w:rFonts w:ascii="Courier New" w:hAnsi="Courier New"/>
          <w:color w:val="555555"/>
          <w:sz w:val="20"/>
        </w:rPr>
        <w:t>[45]</w:t>
      </w:r>
    </w:p>
    <w:p>
      <w:r>
        <w:rPr>
          <w:rFonts w:ascii="Gentium Plus" w:hAnsi="Gentium Plus"/>
          <w:sz w:val="24"/>
        </w:rPr>
        <w:t>εἰ δέ τις τὰ ὀργιλώτατα καὶ ἀπηνέστατα τῶν θηρίων ἐκλε‐ ξάμενος ἀντιτιθέναι θέλοι τῇ τούτου μανίᾳ, πραότατα ὄντα καὶ ἡμερώτατα εὑρήσει τῇ παραβολῇ, τοσοῦτον οὗτος πνεῖ θυμόν, ταῖς ἡμετέραις προσβάλλων ψυχαῖς. Καὶ ὁ τῆς μάχης δὲ χρό‐ νος ἐνταῦθα μὲν βραχὺς καὶ ἐν τῷ βραχεῖ δὲ αὐτῷ πολλαὶ αἱ</w:t>
      </w:r>
    </w:p>
    <w:p>
      <w:r>
        <w:rPr>
          <w:rFonts w:ascii="Courier New" w:hAnsi="Courier New"/>
          <w:color w:val="555555"/>
          <w:sz w:val="20"/>
        </w:rPr>
        <w:t>[6 . 13 (50)]</w:t>
      </w:r>
    </w:p>
    <w:p>
      <w:r>
        <w:rPr>
          <w:rFonts w:ascii="Gentium Plus" w:hAnsi="Gentium Plus"/>
          <w:sz w:val="24"/>
        </w:rPr>
        <w:t>ἀνακωχαί· καὶ γὰρ νὺξ ἐπελθοῦσα καὶ ὁ τοῦ σφάζειν κάματος καὶ τροφῆς καιρὸς καὶ πολλὰ ἕτερα διαναπαύειν τὸν στρατιώ‐ την πέφυκεν, ὡς καὶ ἀποδῦναι τὴν παντευχίαν καὶ ἀναπνεῦσαι μικρὸν καὶ σίτῳ καὶ ποτῷ καταψῦξαι καὶ ἑτέροις πολλοῖς τὴν προτέραν ἀνακτήσασθαι δύναμιν. Ἐπὶ δὲ τοῦ πονηροῦ οὐκ</w:t>
      </w:r>
    </w:p>
    <w:p>
      <w:r>
        <w:rPr>
          <w:rFonts w:ascii="Courier New" w:hAnsi="Courier New"/>
          <w:color w:val="555555"/>
          <w:sz w:val="20"/>
        </w:rPr>
        <w:t>[55]</w:t>
      </w:r>
    </w:p>
    <w:p>
      <w:r>
        <w:rPr>
          <w:rFonts w:ascii="Gentium Plus" w:hAnsi="Gentium Plus"/>
          <w:sz w:val="24"/>
        </w:rPr>
        <w:t>ἔστι τὰ ὅπλα καταθέσθαι ποτέ, οὐκ ἔστιν ὕπνον ἄρασθαι τὸν</w:t>
      </w:r>
    </w:p>
    <w:p>
      <w:r>
        <w:rPr>
          <w:rFonts w:ascii="Courier New" w:hAnsi="Courier New"/>
          <w:color w:val="555555"/>
          <w:sz w:val="20"/>
        </w:rPr>
        <w:t>[60]</w:t>
      </w:r>
    </w:p>
    <w:p>
      <w:r>
        <w:rPr>
          <w:rFonts w:ascii="Gentium Plus" w:hAnsi="Gentium Plus"/>
          <w:sz w:val="24"/>
        </w:rPr>
        <w:t>ἡμετέρας ῥαθυμίας παρατηρῶν, πλείονά τε εἰσφέρων σπουδὴν εἰς τὴν ἡμετέραν ἀπώλειαν ἢ εἰς τὴν σωτηρίαν ἡμεῖς τὴν ἑαυτῶν. Καὶ τὸ μὴ ὁρᾶσθαι δὲ αὐτὸν ὑφ’ ἡμῶν καὶ τὸ ἐξα‐ πίνης ἐπιτίθεσθαι, ἃ μάλιστα τῶν μυρίων ἐστὶν αἴτια κακῶν τοῖς οὐκ ἐγρηγορόσι διαπαντός, πολὺ τοῦτον ἀπορώτερον</w:t>
      </w:r>
    </w:p>
    <w:p>
      <w:r>
        <w:rPr>
          <w:rFonts w:ascii="Courier New" w:hAnsi="Courier New"/>
          <w:color w:val="555555"/>
          <w:sz w:val="20"/>
        </w:rPr>
        <w:t>[65]</w:t>
      </w:r>
    </w:p>
    <w:p>
      <w:r>
        <w:rPr>
          <w:rFonts w:ascii="Gentium Plus" w:hAnsi="Gentium Plus"/>
          <w:sz w:val="24"/>
        </w:rPr>
        <w:t>ἐκείνου δείκνυσι τὸν πόλεμον. Ἐνταῦθα οὖν ἡμᾶς ἤθελες στρατηγεῖν τοῖς στρατιώταις τοῦ Χριστοῦ; Ἀλλὰ τῷ δια‐ βόλῳ τοῦτο ἦν στρατηγεῖν· ὅταν γὰρ ὁ διατάττειν καὶ δια‐ κοσμεῖν τοὺς λοιποὺς ὀφείλων πάντων ἀσθενέστατος καὶ ἀπειρότατος ᾖ, προδοὺς ὑπὸ τῆς ἀπειρίας τοὺς πιστευθέντας,</w:t>
      </w:r>
    </w:p>
    <w:p>
      <w:r>
        <w:rPr>
          <w:rFonts w:ascii="Courier New" w:hAnsi="Courier New"/>
          <w:color w:val="555555"/>
          <w:sz w:val="20"/>
        </w:rPr>
        <w:t>[70]</w:t>
      </w:r>
    </w:p>
    <w:p>
      <w:r>
        <w:rPr>
          <w:rFonts w:ascii="Gentium Plus" w:hAnsi="Gentium Plus"/>
          <w:sz w:val="24"/>
        </w:rPr>
        <w:t>τῷ διαβόλῳ μᾶλλον ἐστρατήγησεν ἢ τῷ Χριστῷ. Ἀλλὰ τί στένεις; τί δακρύεις; Οὐ γὰρ θρήνων ἄξια τὰ κατ’ ἐμὲ νῦν, ἀλλ’ εὐφροσύνης καὶ χαρᾶς. ΒΑΣ. Ἀλλ’ οὐχὶ καὶ τὰ ἐμά, φησίν, ἀλλὰ μυρίων ἄξια ταῦτα κοπετῶν· νῦν γὰρ μόλις ἠδυνήθην συνιδεῖν οἷ τῶν κακῶν με</w:t>
      </w:r>
    </w:p>
    <w:p>
      <w:r>
        <w:rPr>
          <w:rFonts w:ascii="Courier New" w:hAnsi="Courier New"/>
          <w:color w:val="555555"/>
          <w:sz w:val="20"/>
        </w:rPr>
        <w:t>[75]</w:t>
      </w:r>
    </w:p>
    <w:p>
      <w:r>
        <w:rPr>
          <w:rFonts w:ascii="Gentium Plus" w:hAnsi="Gentium Plus"/>
          <w:sz w:val="24"/>
        </w:rPr>
        <w:t>ἤγαγες. Ἐγὼ μὲν γὰρ εἰσῆλθον πρὸς σέ, ὅ τι ποτὲ ὑπὲρ σοῦ πρὸς τοὺς ἐγκαλοῦντας ἀπολογήσομαι δεόμενος μαθεῖν· σὺ δέ με ἐκπέμπεις ἑτέραν ἀνθ’ ἑτέρας φροντίδα ἐνθείς. Οὐ γὰρ ἔτι μοι μέλει τί πρὸς ἐκείνους ὑπὲρ σοῦ, ἀλλὰ τί πρὸς τὸν Θεὸν ὑπὲρ ἐμαυτοῦ καὶ τῶν ἐμῶν ἀπολογήσομαι κακῶν. Ἀλλά σου</w:t>
      </w:r>
    </w:p>
    <w:p>
      <w:r>
        <w:rPr>
          <w:rFonts w:ascii="Courier New" w:hAnsi="Courier New"/>
          <w:color w:val="555555"/>
          <w:sz w:val="20"/>
        </w:rPr>
        <w:t>[80]</w:t>
      </w:r>
    </w:p>
    <w:p>
      <w:r>
        <w:rPr>
          <w:rFonts w:ascii="Gentium Plus" w:hAnsi="Gentium Plus"/>
          <w:sz w:val="24"/>
        </w:rPr>
        <w:t>δέομαι καὶ ἀντιβολῶ, εἴ τί σοι μέλει τῶν ἐμῶν, εἴ τις παρά‐ κλησις ἐν Χριστῷ, εἴ τι παραμύθιον ἀγάπης, εἴ τινα σπλάγχνα καὶ οἰκτιρμοί—καὶ γὰρ οἶδας ὅτι με μάλιστα πάντων αὐτὸς</w:t>
      </w:r>
    </w:p>
    <w:p>
      <w:r>
        <w:rPr>
          <w:rFonts w:ascii="Courier New" w:hAnsi="Courier New"/>
          <w:color w:val="555555"/>
          <w:sz w:val="20"/>
        </w:rPr>
        <w:t>[85]</w:t>
      </w:r>
    </w:p>
    <w:p>
      <w:r>
        <w:rPr>
          <w:rFonts w:ascii="Gentium Plus" w:hAnsi="Gentium Plus"/>
          <w:sz w:val="24"/>
        </w:rPr>
        <w:t>γοῦν τὸ βραχύτατον ἡμᾶς ἀπολιπεῖν, ἀλλὰ νῦν μᾶλλον ἢ πρό‐ τερον κοινὰς ποιεῖσθαι τὰς διατριβάς. Ἐγὼ δὲ μειδιάσας· ΙΩ. Καὶ τί συμβαλέσθαι, ἔφην, τί δέ σε ὀνῆσαι δυνήσομαι πρὸς τοσοῦτον πραγμάτων ὄγκον; Ἀλλ’ ἐπειδή σοι τοῦτο ἡδύ,</w:t>
      </w:r>
    </w:p>
    <w:p>
      <w:r>
        <w:rPr>
          <w:rFonts w:ascii="Courier New" w:hAnsi="Courier New"/>
          <w:color w:val="555555"/>
          <w:sz w:val="20"/>
        </w:rPr>
        <w:t>[90]</w:t>
      </w:r>
    </w:p>
    <w:p>
      <w:r>
        <w:rPr>
          <w:rFonts w:ascii="Gentium Plus" w:hAnsi="Gentium Plus"/>
          <w:sz w:val="24"/>
        </w:rPr>
        <w:t>θάρρει, ὦ φίλη κεφαλή· τὸν καιρὸν γὰρ καθ’ ὃν ἂν ἐξῇ σοι τῶν ἐκεῖθεν φροντίδων ἀναπνεῖν, καὶ παρέσομαι καὶ παρακαλέσω καὶ τῶν εἰς δύναμιν τὴν ἐμὴν ἐλλείψω οὐδέν. Ἐπὶ τούτοις πλέον ἐκεῖνος δακρύσας ἀνίσταται· ἐγὼ δὲ αὐτῷ περιχυθεὶς καὶ καταφιλήσας τὴν κεφαλήν, προὔπεμπον,</w:t>
      </w:r>
    </w:p>
    <w:p>
      <w:r>
        <w:rPr>
          <w:rFonts w:ascii="Courier New" w:hAnsi="Courier New"/>
          <w:color w:val="555555"/>
          <w:sz w:val="20"/>
        </w:rPr>
        <w:t>[95]</w:t>
      </w:r>
    </w:p>
    <w:p>
      <w:r>
        <w:rPr>
          <w:rFonts w:ascii="Gentium Plus" w:hAnsi="Gentium Plus"/>
          <w:sz w:val="24"/>
        </w:rPr>
        <w:t>παρακαλῶν γενναίως φέρειν τὸ συμβεβηκός. Πιστεύω γάρ, ἔφην, τῷ καλέσαντί σε Χριστῷ καὶ τοῖς ἰδίοις ἐπιστήσαντι προβάτοις ὅτι τοσαύτην ἐκ τῆς διακονίας ταύτης κτήσῃ παρρησίαν ὡς καὶ ἡμᾶς κατὰ τὴν ἡμέραν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