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Χρονογραφία</w:t>
      </w:r>
      <w:r>
        <w:br/>
      </w:r>
      <w:r>
        <w:rPr>
          <w:i/>
          <w:color w:val="666666"/>
          <w:sz w:val="40"/>
        </w:rPr>
        <w:t>Chronography</w:t>
      </w:r>
    </w:p>
    <w:p>
      <w:pPr>
        <w:jc w:val="center"/>
      </w:pPr>
      <w:r>
        <w:rPr>
          <w:rFonts w:ascii="Times New Roman" w:hAnsi="Times New Roman"/>
          <w:color w:val="1E3A70"/>
          <w:sz w:val="32"/>
        </w:rPr>
        <w:t>Ἰωάννης ὁ Μαλάλας Ἀντιοχεύς</w:t>
      </w:r>
      <w:r>
        <w:br/>
      </w:r>
      <w:r>
        <w:rPr>
          <w:i/>
          <w:color w:val="666666"/>
          <w:sz w:val="28"/>
        </w:rPr>
        <w:t>by John Malalas of Antioch</w:t>
      </w:r>
    </w:p>
    <w:p/>
    <w:p>
      <w:pPr>
        <w:jc w:val="center"/>
      </w:pPr>
      <w:r>
        <w:rPr>
          <w:rFonts w:ascii="Gentium Plus" w:hAnsi="Gentium Plus"/>
          <w:b/>
          <w:sz w:val="24"/>
        </w:rPr>
        <w:t>ΙΩΑΝΝΟΥ ΜΑΛΑΛΑ</w:t>
      </w:r>
    </w:p>
    <w:p>
      <w:r>
        <w:rPr>
          <w:rFonts w:ascii="Courier New" w:hAnsi="Courier New"/>
          <w:color w:val="555555"/>
          <w:sz w:val="20"/>
        </w:rPr>
        <w:t>[t2]</w:t>
      </w:r>
    </w:p>
    <w:p>
      <w:r>
        <w:rPr>
          <w:rFonts w:ascii="Gentium Plus" w:hAnsi="Gentium Plus"/>
          <w:sz w:val="24"/>
        </w:rPr>
        <w:t>ΧΡΟΝΟΓΡΑΦΙΑ.</w:t>
      </w:r>
    </w:p>
    <w:p>
      <w:r>
        <w:rPr>
          <w:rFonts w:ascii="Courier New" w:hAnsi="Courier New"/>
          <w:color w:val="555555"/>
          <w:sz w:val="20"/>
        </w:rPr>
        <w:t>[t3]</w:t>
      </w:r>
    </w:p>
    <w:p>
      <w:r>
        <w:rPr>
          <w:rFonts w:ascii="Gentium Plus" w:hAnsi="Gentium Plus"/>
          <w:sz w:val="24"/>
        </w:rPr>
        <w:t>ΛΟΓΟΣ ΔΕΥΤΕΡΟΣ.</w:t>
      </w:r>
    </w:p>
    <w:p>
      <w:r>
        <w:rPr>
          <w:rFonts w:ascii="Courier New" w:hAnsi="Courier New"/>
          <w:color w:val="555555"/>
          <w:sz w:val="20"/>
        </w:rPr>
        <w:t>[1]</w:t>
      </w:r>
    </w:p>
    <w:p>
      <w:r>
        <w:rPr>
          <w:rFonts w:ascii="Gentium Plus" w:hAnsi="Gentium Plus"/>
          <w:sz w:val="24"/>
        </w:rPr>
        <w:t>Μετὰ δὲ τελευτὴν Ἡφαίστου ἐβασίλευσεν Αἰγυπτίων ὁ υἱὸς αὐ‐ τοῦ Ἥλιος ἡμέρας ͵δυοζʹ, ὡς εἶναι ἔτη ιβʹ καὶ ἡμέρας ϟζʹ· οὐ γὰρ ᾔδεισαν οἱ Αἰγύπτιοι τότε ἢ ἄλλοι τινὲς ἀριθμὸν ψηφίσαι, ἀλλ’ οἱ μὲν τὰς περιόδους τῆς σελήνης ἐψήφιζον εἰς ἐνιαυτούς, οἱ</w:t>
      </w:r>
    </w:p>
    <w:p>
      <w:r>
        <w:rPr>
          <w:rFonts w:ascii="Courier New" w:hAnsi="Courier New"/>
          <w:color w:val="555555"/>
          <w:sz w:val="20"/>
        </w:rPr>
        <w:t>[5]</w:t>
      </w:r>
    </w:p>
    <w:p>
      <w:r>
        <w:rPr>
          <w:rFonts w:ascii="Gentium Plus" w:hAnsi="Gentium Plus"/>
          <w:sz w:val="24"/>
        </w:rPr>
        <w:t>δὲ τὰς περιόδους τῶν ἡμερῶν εἰς ἔτη ἐψήφιζον· οἱ γὰρ τῶν ιβʹ</w:t>
      </w:r>
    </w:p>
    <w:p>
      <w:r>
        <w:rPr>
          <w:rFonts w:ascii="Courier New" w:hAnsi="Courier New"/>
          <w:color w:val="555555"/>
          <w:sz w:val="20"/>
        </w:rPr>
        <w:t>[Chron . 24]</w:t>
      </w:r>
    </w:p>
    <w:p>
      <w:r>
        <w:rPr>
          <w:rFonts w:ascii="Gentium Plus" w:hAnsi="Gentium Plus"/>
          <w:sz w:val="24"/>
        </w:rPr>
        <w:t>μηνῶν ἀριθμοὶ μετὰ ταῦτα ἐπενοήθησαν, ἐξότε ἐπωνομάσθη τὸ ὑποτελεῖς εἶναι τοὺς ἀνθρώπους τοῖς βασιλεῦσιν. ὁ δὲ αὐτὸς Ἥλιος, ὁ υἱὸς Ἡφαίστου, ἦν φιλότιμος δυνατός· ὅστις ἐδιδά‐ χθη ὑπό τινος ὡς γυνή τις Αἰγυπτία τῶν ἐν εὐπορίᾳ καὶ ἀξίᾳ</w:t>
      </w:r>
    </w:p>
    <w:p>
      <w:r>
        <w:rPr>
          <w:rFonts w:ascii="Courier New" w:hAnsi="Courier New"/>
          <w:color w:val="555555"/>
          <w:sz w:val="20"/>
        </w:rPr>
        <w:t>[5]</w:t>
      </w:r>
    </w:p>
    <w:p>
      <w:r>
        <w:rPr>
          <w:rFonts w:ascii="Gentium Plus" w:hAnsi="Gentium Plus"/>
          <w:sz w:val="24"/>
        </w:rPr>
        <w:t>οὐσῶν παρ’ αὐτοῖς ἐρῶσά τινος ἐμοιχεύετο ὑπ’ αὐτοῦ. καὶ ἀκούσας ὁ Ἥλιος ἐζήτησεν αὐτὴν πιάσαι διὰ τὴν τοῦ πατρὸς αὑ‐ τοῦ Ἡφαίστου νομοθεσίαν, ἵνα μὴ λυθῇ· καὶ λαβὼν στρατιώ‐ τας ἐκ τοῦ ἰδίου στρατοῦ, μαθὼν τὸν καιρὸν τῆς μοιχείας αὐτῆς γίνεσθαι νυκτῶν, ἐπιῤῥίψας αὐτῇ τοῦ ἀνδρὸς αὐτῆς μὴ ὄντος</w:t>
      </w:r>
    </w:p>
    <w:p>
      <w:r>
        <w:rPr>
          <w:rFonts w:ascii="Courier New" w:hAnsi="Courier New"/>
          <w:color w:val="555555"/>
          <w:sz w:val="20"/>
        </w:rPr>
        <w:t>[10]</w:t>
      </w:r>
    </w:p>
    <w:p>
      <w:r>
        <w:rPr>
          <w:rFonts w:ascii="Gentium Plus" w:hAnsi="Gentium Plus"/>
          <w:sz w:val="24"/>
        </w:rPr>
        <w:t>αὐτόθι, εὗρεν αὐτὴν μετὰ ἄλλου καθεύδουσαν τοῦ ἐρωμένου παρ’ αὐτῆς. ἥντινα εὐθέως καταγαγὼν ἐπόμπευσεν ἐν πάσῃ τῇ χώρᾳ τῆς Αἰγύπτου τιμωρησάμενος· καὶ γέγονε σωφροσύνη μεγάλη ἐν τῇ γῇ τῆς Αἰγύπτου· κἀκεῖνον δὲ τὸν μοιχὸν ἀνεῖλε, καὶ εὐχαρι‐ στήθη. περὶ οὗ ἱστορεῖ ποιητικῶς Ὅμηρος ὁ ποιητὴς ὡς ὁ Ἥλιος,</w:t>
      </w:r>
    </w:p>
    <w:p>
      <w:r>
        <w:rPr>
          <w:rFonts w:ascii="Courier New" w:hAnsi="Courier New"/>
          <w:color w:val="555555"/>
          <w:sz w:val="20"/>
        </w:rPr>
        <w:t>[15]</w:t>
      </w:r>
    </w:p>
    <w:p>
      <w:r>
        <w:rPr>
          <w:rFonts w:ascii="Gentium Plus" w:hAnsi="Gentium Plus"/>
          <w:sz w:val="24"/>
        </w:rPr>
        <w:t>φησίν, ἤλεγξε τὴν Ἀφροδίτην συμμιγνυμένην νυκτὸς Ἄρεϊ· Ἀφρο‐ δίτην δὲ ἐκάλεσε τὴν ἐπιθυμίαν τῆς πορνείας ἀπὸ τοῦ Ἡλίου βα‐ σιλέως ἐλεγχθεῖσαν. τὸ δὲ ἀληθές, ὡς προγέγραπται, Παλαί‐ φατος ὁ σοφώτατος χρονογράφος συνεγράψατο. Μετὰ δὲ τὴν τελευτὴν Ἡλίου βασιλέως, υἱοῦ Ἡφαίστου,</w:t>
      </w:r>
    </w:p>
    <w:p>
      <w:r>
        <w:rPr>
          <w:rFonts w:ascii="Courier New" w:hAnsi="Courier New"/>
          <w:color w:val="555555"/>
          <w:sz w:val="20"/>
        </w:rPr>
        <w:t>[20]</w:t>
      </w:r>
    </w:p>
    <w:p>
      <w:r>
        <w:rPr>
          <w:rFonts w:ascii="Gentium Plus" w:hAnsi="Gentium Plus"/>
          <w:sz w:val="24"/>
        </w:rPr>
        <w:t>ἐβασίλευσε τῶν Αἰγυπτίων Σῶσις, καὶ μετὰ τὴν βασιλείαν αὐτοῦ ἐβασίλευσεν Ὄσιρις, καὶ μετὰ Ὄσιριν ἐβασίλευσεν Ὧρος, καὶ</w:t>
      </w:r>
    </w:p>
    <w:p>
      <w:r>
        <w:rPr>
          <w:rFonts w:ascii="Courier New" w:hAnsi="Courier New"/>
          <w:color w:val="555555"/>
          <w:sz w:val="20"/>
        </w:rPr>
        <w:t>[Chron . 25]</w:t>
      </w:r>
    </w:p>
    <w:p>
      <w:r>
        <w:rPr>
          <w:rFonts w:ascii="Gentium Plus" w:hAnsi="Gentium Plus"/>
          <w:sz w:val="24"/>
        </w:rPr>
        <w:t>λῆς πᾶσαν τὴν γῆν ἕως τοῦ Ὠκεανοῦ. καὶ ἐν τῷ ὑποστρέφειν ἦλ‐ θεν ἐπὶ τὴν Ἀφρικὴν χώραν εἰς τὸ μαντεῖον ἐν ὑπερηφανίᾳ· καὶ θυσιάσας ἐπυνθάνετο λέγων, Φράσον μοι, πυρισθενές, ἀψευ‐ δές, μάκαρ, ὁ τὸν αἰθέριον μετεγκλίνων δρόμον, τίς πρὸ τῆς</w:t>
      </w:r>
    </w:p>
    <w:p>
      <w:r>
        <w:rPr>
          <w:rFonts w:ascii="Courier New" w:hAnsi="Courier New"/>
          <w:color w:val="555555"/>
          <w:sz w:val="20"/>
        </w:rPr>
        <w:t>[5]</w:t>
      </w:r>
    </w:p>
    <w:p>
      <w:r>
        <w:rPr>
          <w:rFonts w:ascii="Gentium Plus" w:hAnsi="Gentium Plus"/>
          <w:sz w:val="24"/>
        </w:rPr>
        <w:t>ἐμῆς βασιλείας ἠδυνήθη ὑποτάξαι τὰ πάντα, ἢ τίς μετ’ ἐμέ; καὶ ἐδόθη αὐτῷ χρησμὸς οὗτος. Πρῶτα θεός, μετέπειτα λόγος καὶ πνεῦμα σὺν αὐτοῖς· σύμφυτα δὲ πάντα καὶ εἰς ἓν ἰόντα, οὗ κράτος αἰώνιον. ὠκέσι ποσὶ βάδιζε, θνητέ, ἄδηλον διανύων βίον. καὶ εὐθέως ἐξελθὼν ἐκ τοῦ μαντείου, συσκευασθεὶς ὑπὸ</w:t>
      </w:r>
    </w:p>
    <w:p>
      <w:r>
        <w:rPr>
          <w:rFonts w:ascii="Courier New" w:hAnsi="Courier New"/>
          <w:color w:val="555555"/>
          <w:sz w:val="20"/>
        </w:rPr>
        <w:t>[10]</w:t>
      </w:r>
    </w:p>
    <w:p>
      <w:r>
        <w:rPr>
          <w:rFonts w:ascii="Gentium Plus" w:hAnsi="Gentium Plus"/>
          <w:sz w:val="24"/>
        </w:rPr>
        <w:t>τῶν ἰδίων [εὐθέως] ἐσφάγη ἐν τῇ Ἀφρικῇ. ταῦτα δὲ τὰ παλαιὰ καὶ ἀρχαῖα βασίλεια τῶν Αἰγυπτίων Μανέθων συνεγράψατο· ἐν οἷς συγγράμμασιν αὐτοῦ ἐμφέρεται ἄλλως λέγεσθαι τὰς ἐπωνυ‐ μίας τῶν πέντε πλανητῶν ἀστέρων. τὸν γὰρ λεγόμενον Κρόνον ἀστέρα ἐκάλουν τὸν λάμποντα, τὸν δὲ Διὸς τὸν φαέθοντα, τὸν</w:t>
      </w:r>
    </w:p>
    <w:p>
      <w:r>
        <w:rPr>
          <w:rFonts w:ascii="Courier New" w:hAnsi="Courier New"/>
          <w:color w:val="555555"/>
          <w:sz w:val="20"/>
        </w:rPr>
        <w:t>[15]</w:t>
      </w:r>
    </w:p>
    <w:p>
      <w:r>
        <w:rPr>
          <w:rFonts w:ascii="Gentium Plus" w:hAnsi="Gentium Plus"/>
          <w:sz w:val="24"/>
        </w:rPr>
        <w:t>δὲ Ἄρεος τὸν πυρώδη, τὸν δὲ Ἀφροδίτης τὸν κάλλιστον, τὸν δὲ Ἑρμοῦ τὸν στίλβοντα· ἅτινα μετὰ ταῦτα Σωτάτης ὁ σοφώτατος ἡρμήνευσε. Καὶ λοιπὸν ἐν τοῖς μετὰ ταῦτα χρόνοις ἐβασίλευσεν Αἰγυ‐ πτίων πρῶτος ἐκ τῆς φυλῆς τοῦ Χὰμ Σῶστρις· ὅστις ὁπλισάμε‐</w:t>
      </w:r>
    </w:p>
    <w:p>
      <w:r>
        <w:rPr>
          <w:rFonts w:ascii="Courier New" w:hAnsi="Courier New"/>
          <w:color w:val="555555"/>
          <w:sz w:val="20"/>
        </w:rPr>
        <w:t>[20]</w:t>
      </w:r>
    </w:p>
    <w:p>
      <w:r>
        <w:rPr>
          <w:rFonts w:ascii="Gentium Plus" w:hAnsi="Gentium Plus"/>
          <w:sz w:val="24"/>
        </w:rPr>
        <w:t>νος ἐπολέμησεν Ἀσσυρίοις, καὶ ὑπέταξεν αὐτοὺς καὶ τοὺς Χαλ‐ δαίους καὶ Πέρσας ἕως Βαβυλῶνος. ὁμοίως δὲ ὑπέταξε καὶ τὴν</w:t>
      </w:r>
    </w:p>
    <w:p>
      <w:r>
        <w:rPr>
          <w:rFonts w:ascii="Courier New" w:hAnsi="Courier New"/>
          <w:color w:val="555555"/>
          <w:sz w:val="20"/>
        </w:rPr>
        <w:t>[Chron . 26]</w:t>
      </w:r>
    </w:p>
    <w:p>
      <w:r>
        <w:rPr>
          <w:rFonts w:ascii="Gentium Plus" w:hAnsi="Gentium Plus"/>
          <w:sz w:val="24"/>
        </w:rPr>
        <w:t>σίαν. καὶ ἐν τῷ ὑποστρέφειν αὐτὸν ἐπὶ τὴν Αἴγυπτον ἐκ τῆς χώρας τῆς Σκυθίας ἐπελέξατο ἀνδρῶν νεανίσκων πολεμιστῶν χι‐ λιάδας ιεʹ· οὕστινας μετανάστας ποιήσας ἐκέλευσεν αὐτοὺς οἰκεῖν ἐν Περσίδι, δόσας αὐτοῖς χώραν ἐκεῖ οἵαν αὐτοὶ ἐπελέξαντο. καὶ</w:t>
      </w:r>
    </w:p>
    <w:p>
      <w:r>
        <w:rPr>
          <w:rFonts w:ascii="Courier New" w:hAnsi="Courier New"/>
          <w:color w:val="555555"/>
          <w:sz w:val="20"/>
        </w:rPr>
        <w:t>[5]</w:t>
      </w:r>
    </w:p>
    <w:p>
      <w:r>
        <w:rPr>
          <w:rFonts w:ascii="Gentium Plus" w:hAnsi="Gentium Plus"/>
          <w:sz w:val="24"/>
        </w:rPr>
        <w:t>ἔμειναν ἐν Περσίδι οἱ αὐτοὶ Σκύθαι ἐξ ἐκείνου ἕως τῆς νῦν· οἵτι‐ νες ἐκλήθησαν ἀπὸ τῶν Περσῶν Πάρθοι, ὅ ἐστιν ἑρμηνευόμενον Περσικῇ διαλέκτῳ Σκύθαι· οἳ καὶ τὴν φορεσίαν καὶ τὴν λαλιὰν καὶ τοὺς νόμους Σκυθῶν ἔχουσιν ἕως τῆς νῦν, καὶ εἰσὶ μαχιμώ‐ τατοι ἐν πολέμοις, καθὼς Ἡρόδοτος ὁ σοφώτατος συνεγράψατο.</w:t>
      </w:r>
    </w:p>
    <w:p>
      <w:r>
        <w:rPr>
          <w:rFonts w:ascii="Courier New" w:hAnsi="Courier New"/>
          <w:color w:val="555555"/>
          <w:sz w:val="20"/>
        </w:rPr>
        <w:t>[10]</w:t>
      </w:r>
    </w:p>
    <w:p>
      <w:r>
        <w:rPr>
          <w:rFonts w:ascii="Gentium Plus" w:hAnsi="Gentium Plus"/>
          <w:sz w:val="24"/>
        </w:rPr>
        <w:t>Ἐν τοῖς χρόνοις τῆς βασιλείας τοῦ προειρημένου Σώστρου ἦν Ἑρμῆς ὁ Τρισμέγιστος ὁ Αἰγύπτιος, ἀνὴρ φοβερὸς ἐν σοφίᾳ· ὃς ἔφρασε τρεῖς μεγίστας ὑποστάσεις εἶναι τὸ τοῦ ἀῤῥήτου καὶ δη‐ μιουργοῦ ὄνομα, μίαν δὲ θεότητα εἶπε· διὸ καὶ ἐκλήθη ἀπὸ τῶν Αἰγυπτίων Τρισμέγιστος Ἑρμῆς. ἐμφέρεται γὰρ ἐν διαφόροις</w:t>
      </w:r>
    </w:p>
    <w:p>
      <w:r>
        <w:rPr>
          <w:rFonts w:ascii="Courier New" w:hAnsi="Courier New"/>
          <w:color w:val="555555"/>
          <w:sz w:val="20"/>
        </w:rPr>
        <w:t>[15]</w:t>
      </w:r>
    </w:p>
    <w:p>
      <w:r>
        <w:rPr>
          <w:rFonts w:ascii="Gentium Plus" w:hAnsi="Gentium Plus"/>
          <w:sz w:val="24"/>
        </w:rPr>
        <w:t>αὐτοῦ λόγοις πρὸς Ἀσκληπιὸν εἰρηκὼς περὶ θεοῦ φύσεως ταῦτα. εἰ μὴ πρόνοιά τις ἦν τοῦ πάντων κυρίου ὥστε μοι τὸν λόγον τοῦ‐ τον ἀποκαλύψαι, οὐδὲ ὑμᾶς τοιοῦτος ἔρως κατεῖχεν, ἵνα περὶ τούτου ζητήσητε· οὐ γὰρ ἐφικτόν ἐστιν εἰς ἀμυήτους τοιαῦτα μυ‐ στήρια παρέχεσθαι, ἀλλὰ τῷ νοῒ ἀκούσατε. ἓν μόνον ἐστὶ τὸ</w:t>
      </w:r>
    </w:p>
    <w:p>
      <w:r>
        <w:rPr>
          <w:rFonts w:ascii="Courier New" w:hAnsi="Courier New"/>
          <w:color w:val="555555"/>
          <w:sz w:val="20"/>
        </w:rPr>
        <w:t>[20]</w:t>
      </w:r>
    </w:p>
    <w:p>
      <w:r>
        <w:rPr>
          <w:rFonts w:ascii="Gentium Plus" w:hAnsi="Gentium Plus"/>
          <w:sz w:val="24"/>
        </w:rPr>
        <w:t>φῶς νοερὸν πρὸ φωτὸς νοεροῦ· καὶ ἦν ἀεὶ νοῦς νοὸς φωτεινός,</w:t>
      </w:r>
    </w:p>
    <w:p>
      <w:r>
        <w:rPr>
          <w:rFonts w:ascii="Courier New" w:hAnsi="Courier New"/>
          <w:color w:val="555555"/>
          <w:sz w:val="20"/>
        </w:rPr>
        <w:t>[Chron . 27]</w:t>
      </w:r>
    </w:p>
    <w:p>
      <w:r>
        <w:rPr>
          <w:rFonts w:ascii="Gentium Plus" w:hAnsi="Gentium Plus"/>
          <w:sz w:val="24"/>
        </w:rPr>
        <w:t>καὶ οὐδὲν ἕτερον ἦν ἢ ἡ τούτου ἑνότης, ἀεὶ ἐν αὑτῷ ὢν ἀεὶ τῷ αὑτοῦ νοῒ καὶ φωτὶ καὶ πνεύματι πάντα περιέχει. ἐκτὸς τούτου οὐ θεός, οὐκ ἄγγελος, οὐ δαίμων, οὐκ οὐσία τις ἄλλη· πάν‐ των γὰρ κύριος καὶ θεός, καὶ πάντα ὑπ’ αὐτὸν καὶ ἐν αὐτῷ ἐστιν.</w:t>
      </w:r>
    </w:p>
    <w:p>
      <w:r>
        <w:rPr>
          <w:rFonts w:ascii="Courier New" w:hAnsi="Courier New"/>
          <w:color w:val="555555"/>
          <w:sz w:val="20"/>
        </w:rPr>
        <w:t>[5]</w:t>
      </w:r>
    </w:p>
    <w:p>
      <w:r>
        <w:rPr>
          <w:rFonts w:ascii="Gentium Plus" w:hAnsi="Gentium Plus"/>
          <w:sz w:val="24"/>
        </w:rPr>
        <w:t>ὁ γὰρ λόγος αὐτοῦ προελθὼν παντέλειος ὢν καὶ γόνιμος καὶ δη‐ μιουργός, ἐν γονίμῳ φύσει πεσών, ἐν γονίμῳ ὕδατι, ἔγκυον τὸ ὕδωρ ἐποίησε. καὶ ταῦτα εἰρηκὼς ηὔξατο λέγων, Ὁρκίζω σε, οὐ‐ ρανέ, θεοῦ μεγάλου σοφὸν ἔργον, ἵλαος ἔσο· ὁρκίζω σε, φωνὴ πατρός, ἣν ἐφθέγξατο πρώτην, ἡνίκα κόσμον ἅπαντα ἐστηρί‐</w:t>
      </w:r>
    </w:p>
    <w:p>
      <w:r>
        <w:rPr>
          <w:rFonts w:ascii="Courier New" w:hAnsi="Courier New"/>
          <w:color w:val="555555"/>
          <w:sz w:val="20"/>
        </w:rPr>
        <w:t>[10]</w:t>
      </w:r>
    </w:p>
    <w:p>
      <w:r>
        <w:rPr>
          <w:rFonts w:ascii="Gentium Plus" w:hAnsi="Gentium Plus"/>
          <w:sz w:val="24"/>
        </w:rPr>
        <w:t>ξατο βουλῇ. φωνὴν πατρός, ἣν ἐφθέγξατο πρώτην, τὸν μο‐ νογενῆ λόγον αὐτοῦ. ταῦτα δὲ καὶ ἐν τοῖς κατὰ Ἰουλιανοῦ τοῦ βασιλέως ὑπὸ τοῦ ὁσιωτάτου Κυρίλλου συναχθεῖσιν ἐμφέρεται, ὅτι καὶ ὁ Τρισμέγιστος Ἑρμῆς ἀγνοῶν τὸ μέλλον τριάδα ὁμοού‐ σιον ὡμολόγησεν.</w:t>
      </w:r>
    </w:p>
    <w:p>
      <w:r>
        <w:rPr>
          <w:rFonts w:ascii="Courier New" w:hAnsi="Courier New"/>
          <w:color w:val="555555"/>
          <w:sz w:val="20"/>
        </w:rPr>
        <w:t>[15]</w:t>
      </w:r>
    </w:p>
    <w:p>
      <w:r>
        <w:rPr>
          <w:rFonts w:ascii="Gentium Plus" w:hAnsi="Gentium Plus"/>
          <w:sz w:val="24"/>
        </w:rPr>
        <w:t>Ὁ δὲ Σῶστρις βασιλεὺς μετὰ τὴν νίκην καταλαβὼν τὴν Αἴ‐ γυπτον τελευτᾷ· καὶ ἐβασίλευσε μετ’ αὐτὸν τῆς τῶν Αἰγυπτίων χώρας Φαραὼ ὁ καὶ Μαραχὼ καλούμενος. καὶ ἐκ τοῦ αὐτοῦ</w:t>
      </w:r>
    </w:p>
    <w:p>
      <w:r>
        <w:rPr>
          <w:rFonts w:ascii="Courier New" w:hAnsi="Courier New"/>
          <w:color w:val="555555"/>
          <w:sz w:val="20"/>
        </w:rPr>
        <w:t>[Chron . 28]</w:t>
      </w:r>
    </w:p>
    <w:p>
      <w:r>
        <w:rPr>
          <w:rFonts w:ascii="Gentium Plus" w:hAnsi="Gentium Plus"/>
          <w:sz w:val="24"/>
        </w:rPr>
        <w:t>Ἐν δὲ τοῖς προειρημένοις τοῦ Πίκου Διὸς χρόνοις ἐπὶ τὰ δυ‐ τικὰ μέρη ἀναφαίνεταί τις ἐκ τῆς φυλῆς τοῦ Ἰάφεθ ἐν τῇ χώρᾳ τῶν Ἀργείων, ὀνόματι Ἴναχος· ὅστις πρῶτος ἐβασίλευσεν ἐν τῇ χώρᾳ ἐκείνῃ, καὶ κτίζει πόλιν ἐκεῖ εἰς ὄνομα τῆς σελήνης, ἐτίμα</w:t>
      </w:r>
    </w:p>
    <w:p>
      <w:r>
        <w:rPr>
          <w:rFonts w:ascii="Courier New" w:hAnsi="Courier New"/>
          <w:color w:val="555555"/>
          <w:sz w:val="20"/>
        </w:rPr>
        <w:t>[5]</w:t>
      </w:r>
    </w:p>
    <w:p>
      <w:r>
        <w:rPr>
          <w:rFonts w:ascii="Gentium Plus" w:hAnsi="Gentium Plus"/>
          <w:sz w:val="24"/>
        </w:rPr>
        <w:t>γὰρ αὐτήν, ἣν ἐκάλεσεν Ἰώπολιν· οἱ γὰρ Ἀργεῖοι μυστικῶς τὸ ὄνομα τῆς σελήνης τὸ ἀπόκρυφον Ἰὼ λέγουσιν ἕως ἄρτι. ἔκτισε δὲ καὶ ἱερὸν ἐν τῇ πόλει τῇ σελήνῃ, ἀναστήσας αὐτῇ στήλην χαλ‐ κῆν, ἐν ᾗ ἐπέγραψεν, Ἰὼ μάκαιρα λαμπαδηφόρε. ὁ δὲ αὐτὸς Ἴναχος ἠγάγετο γυναῖκα Μελίαν ὀνόματι· ἐξ ἧς ἔσχε παῖδας</w:t>
      </w:r>
    </w:p>
    <w:p>
      <w:r>
        <w:rPr>
          <w:rFonts w:ascii="Courier New" w:hAnsi="Courier New"/>
          <w:color w:val="555555"/>
          <w:sz w:val="20"/>
        </w:rPr>
        <w:t>[10]</w:t>
      </w:r>
    </w:p>
    <w:p>
      <w:r>
        <w:rPr>
          <w:rFonts w:ascii="Gentium Plus" w:hAnsi="Gentium Plus"/>
          <w:sz w:val="24"/>
        </w:rPr>
        <w:t>τρεῖς, Κάσον καὶ Βῆλον καὶ θυγατέρα, ἣν ἐπωνόμασεν Ἰὼ εἰς ὄνομα τῆς σελήνης· ἦν γὰρ ἡ κόρη εὐπρεπεστάτη πάνυ. τότε ὁ Πῖκος ὁ καὶ Ζεὺς ἀκούσας περὶ τοῦ Ἰνάχου ὅτι ἔχει θυγατέρα παρθένον εὐπρεπῆ, ὁ βασιλεὺς τῶν δυτικῶν μερῶν πέμψας ἥρ‐ πασε τὴν Ἰώ, θυγατέρα τοῦ Ἰνάχου, καὶ ταύτην φθείρει, καὶ</w:t>
      </w:r>
    </w:p>
    <w:p>
      <w:r>
        <w:rPr>
          <w:rFonts w:ascii="Courier New" w:hAnsi="Courier New"/>
          <w:color w:val="555555"/>
          <w:sz w:val="20"/>
        </w:rPr>
        <w:t>[15]</w:t>
      </w:r>
    </w:p>
    <w:p>
      <w:r>
        <w:rPr>
          <w:rFonts w:ascii="Gentium Plus" w:hAnsi="Gentium Plus"/>
          <w:sz w:val="24"/>
        </w:rPr>
        <w:t>ἔγκυον ποιήσας ἔσχεν ἐξ αὐτῆς θυγατέρα, ἥντινα ἐκάλεσε Λιβύην. ἡ δὲ Ἰὼ ἐπαχθῶς ἔφερεν ἐπὶ τῷ συμβάντι αὐτῇ, καὶ μὴ θέλουσα συνεῖναι τῷ Πίκῳ, διαλαθοῦσα αὐτὸν καὶ πάντας καὶ τὴν θυ‐ γατέρα αὐτῆς ἐάσασα, καὶ τὸν πατέρα αὐτῆς Ἴναχον αἰσχυνομέ‐ νη, ἔφυγεν, εἰς Αἴγυπτον καταπλεύσασα. καὶ εἰσελθοῦσα ἐν</w:t>
      </w:r>
    </w:p>
    <w:p>
      <w:r>
        <w:rPr>
          <w:rFonts w:ascii="Courier New" w:hAnsi="Courier New"/>
          <w:color w:val="555555"/>
          <w:sz w:val="20"/>
        </w:rPr>
        <w:t>[20]</w:t>
      </w:r>
    </w:p>
    <w:p>
      <w:r>
        <w:rPr>
          <w:rFonts w:ascii="Gentium Plus" w:hAnsi="Gentium Plus"/>
          <w:sz w:val="24"/>
        </w:rPr>
        <w:t>τῇ χώρᾳ τῆς Αἰγύπτου ἡ Ἰὼ ἐκεῖ διῆγε· καὶ μαθοῦσα μετὰ χρό‐ νον ὅτι Ἑρμῆς βασιλεύει τῆς Αἰγύπτου, ὁ υἱὸς Πίκου Διός, καὶ</w:t>
      </w:r>
    </w:p>
    <w:p>
      <w:r>
        <w:rPr>
          <w:rFonts w:ascii="Courier New" w:hAnsi="Courier New"/>
          <w:color w:val="555555"/>
          <w:sz w:val="20"/>
        </w:rPr>
        <w:t>[Chron . 29]</w:t>
      </w:r>
    </w:p>
    <w:p>
      <w:r>
        <w:rPr>
          <w:rFonts w:ascii="Gentium Plus" w:hAnsi="Gentium Plus"/>
          <w:sz w:val="24"/>
        </w:rPr>
        <w:t>τὸ Σίλπιον ὄρος· εἰς ὅπερ Σέλευκος ὁ Νικάτωρ ὁ Μακεδὼν ἔκτισε πόλιν μετὰ χρόνους καὶ ἐκάλεσεν εἰς τὸ ὄνομα τοῦ ἰδίου αὐτοῦ υἱοῦ Ἀντιόχειαν τὴν μεγάλην. ἀπελθοῦσα δὲ εἰς τὴν Συρίαν ἡ Ἰὼ ἐκεῖ ἐτελεύτησεν, ὡς Θεόφιλος ὁ σοφώτατος συνεγράψατο.</w:t>
      </w:r>
    </w:p>
    <w:p>
      <w:r>
        <w:rPr>
          <w:rFonts w:ascii="Courier New" w:hAnsi="Courier New"/>
          <w:color w:val="555555"/>
          <w:sz w:val="20"/>
        </w:rPr>
        <w:t>[5]</w:t>
      </w:r>
    </w:p>
    <w:p>
      <w:r>
        <w:rPr>
          <w:rFonts w:ascii="Gentium Plus" w:hAnsi="Gentium Plus"/>
          <w:sz w:val="24"/>
        </w:rPr>
        <w:t>ἕτεροι δὲ ἐξέθεντο ὅτι ἐν τῇ Αἰγύπτῳ ἐτελεύτα ἡ Ἰώ. ὁ δὲ Ἴναχος, ὁ πατὴρ αὐτῆς, εἰς ἀναζήτησιν αὐτῆς ἔπεμψε τοὺς ἀδελ‐ φοὺς αὐτῆς καὶ τοὺς συγγενεῖς καὶ τὸν Τριπτόλεμον καὶ Ἀρ‐ γείους μετ’ αὐτῶν, οἵτινες πανταχοῦ ζητήσαντες οὐχ εὗρον αὐ‐ τήν· γνόντες δὲ οἱ Ἀργεῖοι Ἰωπολῖται ὅτι ἐτελεύτα εἰς γῆν Συρίαν</w:t>
      </w:r>
    </w:p>
    <w:p>
      <w:r>
        <w:rPr>
          <w:rFonts w:ascii="Courier New" w:hAnsi="Courier New"/>
          <w:color w:val="555555"/>
          <w:sz w:val="20"/>
        </w:rPr>
        <w:t>[10]</w:t>
      </w:r>
    </w:p>
    <w:p>
      <w:r>
        <w:rPr>
          <w:rFonts w:ascii="Gentium Plus" w:hAnsi="Gentium Plus"/>
          <w:sz w:val="24"/>
        </w:rPr>
        <w:t>ἡ Ἰώ, ἐλθόντες ἔμειναν ἐκεῖ πρὸς μικρόν, κρούοντες εἰς ἕκαστον οἶκον αὐτοῦ καὶ λέγοντες, Ψυχὴ Ἰοῦς σωζέσθω. καὶ ἐν ὁράματι χρηματισθέντες εἶδον δάμαλιν, λέγουσαν αὐτοῖς ἀνθρωπίνῃ φω‐ νῇ ὅτι Ἐνταῦθά εἰμι ἐγὼ ἡ Ἰώ. καὶ διυπνισθέντες, τὴν τοῦ ὁράματος δύναμιν θαυμάζοντες ἔμειναν. καὶ λογισάμενοι ὅτι</w:t>
      </w:r>
    </w:p>
    <w:p>
      <w:r>
        <w:rPr>
          <w:rFonts w:ascii="Courier New" w:hAnsi="Courier New"/>
          <w:color w:val="555555"/>
          <w:sz w:val="20"/>
        </w:rPr>
        <w:t>[15]</w:t>
      </w:r>
    </w:p>
    <w:p>
      <w:r>
        <w:rPr>
          <w:rFonts w:ascii="Gentium Plus" w:hAnsi="Gentium Plus"/>
          <w:sz w:val="24"/>
        </w:rPr>
        <w:t>ἐν τῷ ὄρει αὐτῷ κεῖται ἡ Ἰώ, κτίσαντες αὐτῇ ἱερὸν ᾤκησαν ἐκεῖ εἰς τὸ Σίλπιον ὄρος, κτίσαντες καὶ πόλιν ἑαυτοῖς, ἣν ἐκάλεσαν Ἰώπολιν· οἵτινες ἐκλήθησαν παρὰ τοῖς αὐτοῖς Σύροις Ἰωνῖται ἕως τῆς νῦν. οἱ οὖν Σύροι Ἀντιοχεῖς ἐξ ἐκείνου τοῦ χρόνου ἀφ’ οὗ οἱ Ἀργεῖοι ἐλθόντες ἐζήτησαν τὴν Ἰὼ ποιοῦσιν οὖν τὴν μνή‐</w:t>
      </w:r>
    </w:p>
    <w:p>
      <w:r>
        <w:rPr>
          <w:rFonts w:ascii="Courier New" w:hAnsi="Courier New"/>
          <w:color w:val="555555"/>
          <w:sz w:val="20"/>
        </w:rPr>
        <w:t>[20]</w:t>
      </w:r>
    </w:p>
    <w:p>
      <w:r>
        <w:rPr>
          <w:rFonts w:ascii="Gentium Plus" w:hAnsi="Gentium Plus"/>
          <w:sz w:val="24"/>
        </w:rPr>
        <w:t>μην, κρούοντες τῷ καιρῷ αὐτῷ κατ’ ἔτος εἰς τοὺς οἴκους τῶν Ἑλ‐ λήνων ἕως ἄρτι. διὰ τοῦτο δὲ οἱ Ἀργεῖοι ἔμειναν αὐτοὶ ἐκεῖ εἰς τὴν Συρίαν, ἐπειδὴ ἐκελεύσθησαν ἀπολυόμενοι ἀπὸ τῆς Ἀργείων</w:t>
      </w:r>
    </w:p>
    <w:p>
      <w:r>
        <w:rPr>
          <w:rFonts w:ascii="Courier New" w:hAnsi="Courier New"/>
          <w:color w:val="555555"/>
          <w:sz w:val="20"/>
        </w:rPr>
        <w:t>[Chron . 30]</w:t>
      </w:r>
    </w:p>
    <w:p>
      <w:r>
        <w:rPr>
          <w:rFonts w:ascii="Gentium Plus" w:hAnsi="Gentium Plus"/>
          <w:sz w:val="24"/>
        </w:rPr>
        <w:t>ἀγάγητε τὴν θυγατέρα μου Ἰώ, μὴ ὑποστρέψητε ἐπὶ τὴν Ἀρ‐ γείων χώραν. ἔκτισαν οὖν ἐκεῖ οἱ αὐτοὶ Ἰωνῖται ἱερὸν Κρόνου εἰς τὸ Σίλπιον ὄρος. Ἡ δὲ Λιβύη, ἡ θυγάτηρ τῆς Ἰὼ καὶ τοῦ Πίκου τοῦ καὶ</w:t>
      </w:r>
    </w:p>
    <w:p>
      <w:r>
        <w:rPr>
          <w:rFonts w:ascii="Courier New" w:hAnsi="Courier New"/>
          <w:color w:val="555555"/>
          <w:sz w:val="20"/>
        </w:rPr>
        <w:t>[5]</w:t>
      </w:r>
    </w:p>
    <w:p>
      <w:r>
        <w:rPr>
          <w:rFonts w:ascii="Gentium Plus" w:hAnsi="Gentium Plus"/>
          <w:sz w:val="24"/>
        </w:rPr>
        <w:t>Διός, ἐγαμήθη τινὶ ὀνόματι Ποσειδῶνι· ἐξ ὧν ἐνέχθησαν ὁ Ἀγήνωρ καὶ Βῆλος καὶ Ἐνυάλιος, παῖδες τρεῖς. ὁ δὲ Ἀγήνωρ καὶ Βῆλος κατέλαβον τὴν Συρίαν καὶ αὐτοὶ εἰς ἀναζήτησιν τῆς Ἰοῦς, εἰ ἔτι ζῇ, καὶ τῶν ἀδελφῶν αὐτῆς, εἴπερ εἰσίν· ἦσαν γὰρ αὐτῶν συγγενεῖς. καὶ μηδένα εὑρηκότες, ὑπέστρεψαν. καὶ ὁ</w:t>
      </w:r>
    </w:p>
    <w:p>
      <w:r>
        <w:rPr>
          <w:rFonts w:ascii="Courier New" w:hAnsi="Courier New"/>
          <w:color w:val="555555"/>
          <w:sz w:val="20"/>
        </w:rPr>
        <w:t>[10]</w:t>
      </w:r>
    </w:p>
    <w:p>
      <w:r>
        <w:rPr>
          <w:rFonts w:ascii="Gentium Plus" w:hAnsi="Gentium Plus"/>
          <w:sz w:val="24"/>
        </w:rPr>
        <w:t>μὲν Βῆλος ἐπὶ τὴν Αἴγυπτον ἀπῆλθε, κἀκεῖ γαμήσας τὴν Σίδα ἔσχεν υἱοὺς δύο, Αἴγυπτον καὶ Δαναόν. ὁ δὲ Ἀγήνωρ ἐπὶ τὴν Φοινίκην ἐλθὼν ἠγάγετο τὴν Τυρώ· καὶ κτίζει πόλιν, ἣν ἐκάλεσε Τύρον εἰς ὄνομα τῆς ἑαυτοῦ γαμετῆς. ἐβασίλευσεν οὖν ἐκεῖ, καὶ ἔσχεν υἱοὺς ἐκ τῆς Τυρώ, τὸν Κάδμον καὶ τὸν Φοίνικα καὶ τὸν</w:t>
      </w:r>
    </w:p>
    <w:p>
      <w:r>
        <w:rPr>
          <w:rFonts w:ascii="Courier New" w:hAnsi="Courier New"/>
          <w:color w:val="555555"/>
          <w:sz w:val="20"/>
        </w:rPr>
        <w:t>[15]</w:t>
      </w:r>
    </w:p>
    <w:p>
      <w:r>
        <w:rPr>
          <w:rFonts w:ascii="Gentium Plus" w:hAnsi="Gentium Plus"/>
          <w:sz w:val="24"/>
        </w:rPr>
        <w:t>Σύρον καὶ τὸν Κίλικα, καὶ θυγατέρα, ἣν ἐκάλεσεν Εὐρώπην. καὶ βασιλεύει ὁ Ἀγήνωρ τῶν μερῶν ἐκείνων ἔτη ξγʹ. τὴν δὲ Εὐ‐ ρώπην οἱ ποιηταὶ ἐξέθεντο θυγατέρα εἶναι τοῦ Φοίνικος, τοῦ υἱοῦ Ἀγήνορος βασιλέως, μὴ ὁμοφωνήσαντες τοῖς χρονογράφοις. ἐπιῤῥίψας δὲ τῇ πόλει Τύρῳ Ταῦρος ὁ τῆς Κρήτης βασιλεύς,</w:t>
      </w:r>
    </w:p>
    <w:p>
      <w:r>
        <w:rPr>
          <w:rFonts w:ascii="Courier New" w:hAnsi="Courier New"/>
          <w:color w:val="555555"/>
          <w:sz w:val="20"/>
        </w:rPr>
        <w:t>[20]</w:t>
      </w:r>
    </w:p>
    <w:p>
      <w:r>
        <w:rPr>
          <w:rFonts w:ascii="Gentium Plus" w:hAnsi="Gentium Plus"/>
          <w:sz w:val="24"/>
        </w:rPr>
        <w:t>ναυμαχίᾳ πολεμήσας παρέλαβε τὴν αὐτὴν Τύρον πόλιν ἑσπέρας· καὶ πραιδεύσας ἔλαβεν αἰχμαλώτους ἐκ τῆς πόλεως πολλούς· ἐν οἷς ἔλαβε καὶ τὴν Εὐρώπην, θυγατέρα τοῦ Ἀγήνορος βασιλέως.</w:t>
      </w:r>
    </w:p>
    <w:p>
      <w:r>
        <w:rPr>
          <w:rFonts w:ascii="Courier New" w:hAnsi="Courier New"/>
          <w:color w:val="555555"/>
          <w:sz w:val="20"/>
        </w:rPr>
        <w:t>[Chron . 31]</w:t>
      </w:r>
    </w:p>
    <w:p>
      <w:r>
        <w:rPr>
          <w:rFonts w:ascii="Gentium Plus" w:hAnsi="Gentium Plus"/>
          <w:sz w:val="24"/>
        </w:rPr>
        <w:t>Ταῦρος ὁ τῆς Κρήτης βασιλεὺς ἐξαίφνης ἐπέῤῥιψε τῇ χώρᾳ διὰ θαλάττης· ἧστινος ἑσπέρας μνήμην ποιοῦνται οἱ Τύριοι ἕως τῆς νῦν, λέγοντες Κακὴν ὀψινήν. ἀπήγαγε δὲ τὴν Εὐρώπην εἰς τὴν ἰδίαν πατρίδα ὁ Ταῦρος, ἥντινα καὶ γυναῖκα ἔλαβε, παρθένον</w:t>
      </w:r>
    </w:p>
    <w:p>
      <w:r>
        <w:rPr>
          <w:rFonts w:ascii="Courier New" w:hAnsi="Courier New"/>
          <w:color w:val="555555"/>
          <w:sz w:val="20"/>
        </w:rPr>
        <w:t>[5]</w:t>
      </w:r>
    </w:p>
    <w:p>
      <w:r>
        <w:rPr>
          <w:rFonts w:ascii="Gentium Plus" w:hAnsi="Gentium Plus"/>
          <w:sz w:val="24"/>
        </w:rPr>
        <w:t>οὖσαν καὶ εὐπρεπῆ· καὶ ἐκάλεσε τὰ μέρη ἐκεῖνα εἰς ὄνομα αὐτῆς Εὐρώπεια. ἐξ ἧς ἔσχεν υἱὸν τὸν Μίνω, καθὼς καὶ Εὐριπίδης ὁ σοφώτατος ποιητικῶς συνεγράψατο, ὅς φησι, Ζεὺς μεταβληθεὶς εἰς Ταῦρον τὴν Εὐρώπην ἥρπασεν. ἔκτισε δὲ ἐν τῇ αὐτῇ Κρήτῃ νήσῳ ὁ αὐτὸς Ταῦρος βασιλεὺς πόλιν μεγάλην, ἣν ἐκάλεσε Γόρ‐</w:t>
      </w:r>
    </w:p>
    <w:p>
      <w:r>
        <w:rPr>
          <w:rFonts w:ascii="Courier New" w:hAnsi="Courier New"/>
          <w:color w:val="555555"/>
          <w:sz w:val="20"/>
        </w:rPr>
        <w:t>[10]</w:t>
      </w:r>
    </w:p>
    <w:p>
      <w:r>
        <w:rPr>
          <w:rFonts w:ascii="Gentium Plus" w:hAnsi="Gentium Plus"/>
          <w:sz w:val="24"/>
        </w:rPr>
        <w:t>τυναν εἰς ὄνομα τῆς αὐτοῦ μητρὸς τῆς ἐκ γένους Πίκου Διός· τὴν δὲ τῆς αὐτῆς πόλεως τύχην ἐκάλεσε Καλλινίκην εἰς ὄνομα τῆς σφαγιασθείσης παρ’ αὐτοῦ κόρης. ὁ δὲ Ἀγήνωρ βασιλεὺς ἐλθὼν ἐκ τοῦ πολέμου ἐν τῇ Τύρῳ, καὶ μαθὼν τὴν γενομένην παρὰ τοῦ Ταύρου ἐξαίφνης ἔφοδόν τε καὶ ἁρπαγήν, εὐθέως ἐξέπεμψε τὸν</w:t>
      </w:r>
    </w:p>
    <w:p>
      <w:r>
        <w:rPr>
          <w:rFonts w:ascii="Courier New" w:hAnsi="Courier New"/>
          <w:color w:val="555555"/>
          <w:sz w:val="20"/>
        </w:rPr>
        <w:t>[15]</w:t>
      </w:r>
    </w:p>
    <w:p>
      <w:r>
        <w:rPr>
          <w:rFonts w:ascii="Gentium Plus" w:hAnsi="Gentium Plus"/>
          <w:sz w:val="24"/>
        </w:rPr>
        <w:t>Κάδμον διὰ τὴν Εὐρώπην μετὰ χρημάτων πολλῶν καὶ στρατοῦ. μέλλων δὲ τελευτᾶν ὁ αὐτὸς βασιλεὺς Ἀγήνωρ διετάξατο πᾶσαν ἣν ὑπέταξε γῆν μερίσασθαι τοὺς τρεῖς αὐτοῦ υἱούς. καὶ ἔλαβεν ὁ Φοῖνιξ τὴν Τύρον καὶ τὴν αὐτῆς ἐνορίαν, καλέσας τὴν ὑπ’ αὐ‐ τὸν γενομένην γῆν Φοινίκην· ὁμοίως δὲ καὶ ὁ Σύρος, εἰς τὸ ἴδιον</w:t>
      </w:r>
    </w:p>
    <w:p>
      <w:r>
        <w:rPr>
          <w:rFonts w:ascii="Courier New" w:hAnsi="Courier New"/>
          <w:color w:val="555555"/>
          <w:sz w:val="20"/>
        </w:rPr>
        <w:t>[20]</w:t>
      </w:r>
    </w:p>
    <w:p>
      <w:r>
        <w:rPr>
          <w:rFonts w:ascii="Gentium Plus" w:hAnsi="Gentium Plus"/>
          <w:sz w:val="24"/>
        </w:rPr>
        <w:t>ὄνομα καλέσας τὴν ἐπιλαχοῦσαν αὐτῷ χώραν Συρίαν· ὡσαύτως δὲ καὶ ὁ Κίλιξ τὸ ἐπιλαγχάνον αὐτῷ κλῖμα ἐκάλεσε Κιλικία εἰς τὸ</w:t>
      </w:r>
    </w:p>
    <w:p>
      <w:r>
        <w:rPr>
          <w:rFonts w:ascii="Courier New" w:hAnsi="Courier New"/>
          <w:color w:val="555555"/>
          <w:sz w:val="20"/>
        </w:rPr>
        <w:t>[Chron . 32]</w:t>
      </w:r>
    </w:p>
    <w:p>
      <w:r>
        <w:rPr>
          <w:rFonts w:ascii="Gentium Plus" w:hAnsi="Gentium Plus"/>
          <w:sz w:val="24"/>
        </w:rPr>
        <w:t>Ἐν δὲ τοῖς χρόνοις τῆς βασιλείας τοῦ Φοίνικος ἦν Ἡρακλῆς ὁ φιλόσοφος, ὁ λεγόμενος Τύριος, ὅστις ἐφεῦρε τὴν κογχύλην· ἐωριζόμενος γὰρ ἐπὶ τὸ παράλιον μέρος τῆς Τύρου πόλεως εἶδε ποιμενικὸν κύνα ἐσθίοντα τὴν λεγομένην κογχύλην, ὅπερ ἐστὶ μι‐</w:t>
      </w:r>
    </w:p>
    <w:p>
      <w:r>
        <w:rPr>
          <w:rFonts w:ascii="Courier New" w:hAnsi="Courier New"/>
          <w:color w:val="555555"/>
          <w:sz w:val="20"/>
        </w:rPr>
        <w:t>[5]</w:t>
      </w:r>
    </w:p>
    <w:p>
      <w:r>
        <w:rPr>
          <w:rFonts w:ascii="Gentium Plus" w:hAnsi="Gentium Plus"/>
          <w:sz w:val="24"/>
        </w:rPr>
        <w:t>κρὸν εἶδος θαλάσσιον κοχλιοειδές, καὶ τὸν ποιμένα, νομίζοντα αἱμάσσειν τὸν κύνα, λαβόντα ἀπὸ τῶν προβάτων πόκον ἐρέας καὶ καταμάσσοντα τὸ καταφερόμενον ἐκ τοῦ στόματος τοῦ κυνὸς καὶ βάπτοντα τὸν πόκον. ὁ δὲ Ἡρακλῆς, προσεσχηκὼς μὴ εἶναι αὐτὸ αἷμα, ἀλλὰ βάμματος παραξένου ἀρετήν, ἐθαύμασε· καὶ γνοὺς</w:t>
      </w:r>
    </w:p>
    <w:p>
      <w:r>
        <w:rPr>
          <w:rFonts w:ascii="Courier New" w:hAnsi="Courier New"/>
          <w:color w:val="555555"/>
          <w:sz w:val="20"/>
        </w:rPr>
        <w:t>[10]</w:t>
      </w:r>
    </w:p>
    <w:p>
      <w:r>
        <w:rPr>
          <w:rFonts w:ascii="Gentium Plus" w:hAnsi="Gentium Plus"/>
          <w:sz w:val="24"/>
        </w:rPr>
        <w:t>ὅτι ἐκ τῆς κογχύλης ἐστὶ τὸ κατιὸν βάμμα τοῦ πόκου, εἰληφὼς ἐκ τοῦ ποιμένος τὸν πόκον ὡς μέγα δῶρον τοῦτο προσήγαγε τᾷ βασιλεῖ τῆς Τύρου Φοίνικι. καὶ ἐκπλαγεὶς καὶ αὐτὸς ἐπὶ τῇ θέᾳ τῆς ξένης χρόας τοῦ βάμματος, θαυμάζων τὴν τούτου εὕρεσιν ἐκέλευσεν ἐξ αὐτοῦ τοῦ βάμματος κογχύλης βαφῆναι ἐρέαν καὶ</w:t>
      </w:r>
    </w:p>
    <w:p>
      <w:r>
        <w:rPr>
          <w:rFonts w:ascii="Courier New" w:hAnsi="Courier New"/>
          <w:color w:val="555555"/>
          <w:sz w:val="20"/>
        </w:rPr>
        <w:t>[15]</w:t>
      </w:r>
    </w:p>
    <w:p>
      <w:r>
        <w:rPr>
          <w:rFonts w:ascii="Gentium Plus" w:hAnsi="Gentium Plus"/>
          <w:sz w:val="24"/>
        </w:rPr>
        <w:t>γενέσθαι αὐτῷ περιβόλαιον βασιλικόν· καὶ ἐφόρεσεν αὐτὸς πρῶ‐ τος ἐκ πορφύρας περιβόλαιον, καὶ πάντες ἐθαύμασαν τὴν αὐτοῦ βασιλικὴν ἐσθῆτα, ὡς ξένην θέαν. καὶ ἔκτοτε ἐκέλευσεν ὁ βα‐ σιλεὺς Φοῖνιξ μηδένα [τῶν] ὑπὸ τὴν αὐτοῦ ὄντα βασιλείαν τολ‐ μᾶν φορεῖν τὴν τοιαύτην ἐνάρετον ἐκ γῆς καὶ θαλάσσης οὖσαν</w:t>
      </w:r>
    </w:p>
    <w:p>
      <w:r>
        <w:rPr>
          <w:rFonts w:ascii="Courier New" w:hAnsi="Courier New"/>
          <w:color w:val="555555"/>
          <w:sz w:val="20"/>
        </w:rPr>
        <w:t>[20]</w:t>
      </w:r>
    </w:p>
    <w:p>
      <w:r>
        <w:rPr>
          <w:rFonts w:ascii="Gentium Plus" w:hAnsi="Gentium Plus"/>
          <w:sz w:val="24"/>
        </w:rPr>
        <w:t>φορεσίαν, εἰ μήτι αὐτὸν καὶ τοὺς μετ’ αὐτὸν βασιλεύοντας τῆς Φοινίκης, διὰ τὸ γινώσκεσθαι τὸν βασιλέα τῷ στρατῷ καὶ παντὶ</w:t>
      </w:r>
    </w:p>
    <w:p>
      <w:r>
        <w:rPr>
          <w:rFonts w:ascii="Courier New" w:hAnsi="Courier New"/>
          <w:color w:val="555555"/>
          <w:sz w:val="20"/>
        </w:rPr>
        <w:t>[Chron . 33]</w:t>
      </w:r>
    </w:p>
    <w:p>
      <w:r>
        <w:rPr>
          <w:rFonts w:ascii="Gentium Plus" w:hAnsi="Gentium Plus"/>
          <w:sz w:val="24"/>
        </w:rPr>
        <w:t>γὰρ οὐκ ἐγίνωσκον οἱ ἄνθρωποι βάπτειν χρόας ἱματίων, ἀλλὰ τὰς τῶν προβάτων ἐρέας, οἷαι κἂν ἦσαν, ταύτας ἐποίουν ἱμάτια καὶ ἐφόρουν. καὶ οἱ βασιλεῖς δὲ τὰς αὐτὰς χρόας τῆς τυχούσης ἐρέας ἱμάτια ἐφόρουν, καὶ οὐκ εὐχερῶς ἐγνωρίζοντο τῷ ὑπηκόῳ</w:t>
      </w:r>
    </w:p>
    <w:p>
      <w:r>
        <w:rPr>
          <w:rFonts w:ascii="Courier New" w:hAnsi="Courier New"/>
          <w:color w:val="555555"/>
          <w:sz w:val="20"/>
        </w:rPr>
        <w:t>[5]</w:t>
      </w:r>
    </w:p>
    <w:p>
      <w:r>
        <w:rPr>
          <w:rFonts w:ascii="Gentium Plus" w:hAnsi="Gentium Plus"/>
          <w:sz w:val="24"/>
        </w:rPr>
        <w:t>πλήθει οἱ βασιλεῖς. λοιπὸν οὖν οἱ κατὰ τόπον βασιλεῖς, ἤτοι ῥῆγες καὶ τοπάρχαι, ἀκηκοότες τοῦτο, οἱ μὲν περιβόλαια, οἱ δὲ φίβλας χρυσᾶς καὶ μανδύας ἐπενόησαν ἑαυτοῖς, πορφύρεα ἢ ῥού‐ σεα βάπτοντες αὐτὰ ἀπὸ βοτανῶν τινων, καὶ ἐφόρουν διὰ τὸ γινώσκεσθαι τῷ ἰδίῳ πλήθει, καθὼς Παλαίφατος ὁ σοφώτατος</w:t>
      </w:r>
    </w:p>
    <w:p>
      <w:r>
        <w:rPr>
          <w:rFonts w:ascii="Courier New" w:hAnsi="Courier New"/>
          <w:color w:val="555555"/>
          <w:sz w:val="20"/>
        </w:rPr>
        <w:t>[10]</w:t>
      </w:r>
    </w:p>
    <w:p>
      <w:r>
        <w:rPr>
          <w:rFonts w:ascii="Gentium Plus" w:hAnsi="Gentium Plus"/>
          <w:sz w:val="24"/>
        </w:rPr>
        <w:t>συνεγράψατο. μετὰ οὖν χρόνους πολλοὺς οἱ Ῥωμαῖοι τὴν Φοι‐ νίκην ὑποτάξαντες χώραν τὸ ἐξ ἀρχῆς ἀναδειχθὲν ἐκ τῆς κογχύ‐ λης ἀληθινὸν σχῆμα βασιλικὸν ἐφόρεσαν, ὅπερ ἐκάλεσαν ῥωμαϊ‐ στὶ τόγαν· ἥντινα καὶ ὕπατοι Ῥωμαίων ἕως τῆς νῦν φοροῦσι. Νουμμᾶς δὲ ὁ καὶ Πομπήλιος, βασιλεύσας Ῥωμαίων μετὰ τὸν</w:t>
      </w:r>
    </w:p>
    <w:p>
      <w:r>
        <w:rPr>
          <w:rFonts w:ascii="Courier New" w:hAnsi="Courier New"/>
          <w:color w:val="555555"/>
          <w:sz w:val="20"/>
        </w:rPr>
        <w:t>[15]</w:t>
      </w:r>
    </w:p>
    <w:p>
      <w:r>
        <w:rPr>
          <w:rFonts w:ascii="Gentium Plus" w:hAnsi="Gentium Plus"/>
          <w:sz w:val="24"/>
        </w:rPr>
        <w:t>Ῥῶμον καὶ τὸν Ῥῆμον, δεξάμενος πρεσβευτὰς ἐκ τῆς χώρας τῶν λεγομένων Πελασγῶν, φοροῦντας χλαμύδας ἐχούσας ταβλία ῥού‐ σεα, καθάπερ οἱ ἀπὸ τῆς τῶν Ἰσαύρων χώρας, καὶ τερφθεὶς τοῦ σχήματος, πρῶτος ἐν τῇ Ῥώμῃ ἐπενόησε χλαμύδας φορεῖσθαι, τὰς μὲν βασιλικὰς πορφυρᾶς, ἐχούσας ταβλία χρυσᾶ, τὰς δὲ τῶν</w:t>
      </w:r>
    </w:p>
    <w:p>
      <w:r>
        <w:rPr>
          <w:rFonts w:ascii="Courier New" w:hAnsi="Courier New"/>
          <w:color w:val="555555"/>
          <w:sz w:val="20"/>
        </w:rPr>
        <w:t>[20]</w:t>
      </w:r>
    </w:p>
    <w:p>
      <w:r>
        <w:rPr>
          <w:rFonts w:ascii="Gentium Plus" w:hAnsi="Gentium Plus"/>
          <w:sz w:val="24"/>
        </w:rPr>
        <w:t>συγκλητικῶν αὐτοῦ καὶ τῶν ἐν ἀξίαις καὶ στρατείαις χλαμύδας ἐχούσας σήμαντρον τῆς βασιλικῆς φορεσίας ταβλία πορφυρᾶ, δη‐</w:t>
      </w:r>
    </w:p>
    <w:p>
      <w:r>
        <w:rPr>
          <w:rFonts w:ascii="Courier New" w:hAnsi="Courier New"/>
          <w:color w:val="555555"/>
          <w:sz w:val="20"/>
        </w:rPr>
        <w:t>[Chron . 34]</w:t>
      </w:r>
    </w:p>
    <w:p>
      <w:r>
        <w:rPr>
          <w:rFonts w:ascii="Gentium Plus" w:hAnsi="Gentium Plus"/>
          <w:sz w:val="24"/>
        </w:rPr>
        <w:t>να συγχωρεῖσθαι εἰσελθεῖν εἰς τὸ παλάτιον πρὸς αὐτὸν δίχα τοῦ σχήματος τῆς αὐτῆς χλαμύδος, καὶ οὐ συνεχώρουν τινὰ εἰσελθεῖν οἱ φυλάττοντες τὸ παλάτιον, εἰ μὴ ἐφόρει χλαμύδα ἔχουσαν φι‐ λοτιμίαν βασιλικῆς ἐσθῆτος, καθὼς ὁ σοφώτατος Τραγκύλλος,</w:t>
      </w:r>
    </w:p>
    <w:p>
      <w:r>
        <w:rPr>
          <w:rFonts w:ascii="Courier New" w:hAnsi="Courier New"/>
          <w:color w:val="555555"/>
          <w:sz w:val="20"/>
        </w:rPr>
        <w:t>[5]</w:t>
      </w:r>
    </w:p>
    <w:p>
      <w:r>
        <w:rPr>
          <w:rFonts w:ascii="Gentium Plus" w:hAnsi="Gentium Plus"/>
          <w:sz w:val="24"/>
        </w:rPr>
        <w:t>Ῥωμαίων ἱστορικός, ταῦτα συνεγράψατο. Ὁ δὲ Σύρος, ὁ υἱὸς τοῦ Ἀγήνορος, ἀνὴρ ἐγένετο σοφός, ὃς συνεγράψατο Φοινικικοῖς γράμμασι τὴν ἀριθμητικὴν φιλοσοφίαν· ὑπέθετο δὲ ἀσωμάτους εἶναι ἀρχάς, καὶ σώματα μεταβάλλεσθαι καὶ τὰς ψυχὰς εἰς ἀλλογενῆ ζῶα. οὗτος πρῶτος ἐξέθετο ταῦτα,</w:t>
      </w:r>
    </w:p>
    <w:p>
      <w:r>
        <w:rPr>
          <w:rFonts w:ascii="Courier New" w:hAnsi="Courier New"/>
          <w:color w:val="555555"/>
          <w:sz w:val="20"/>
        </w:rPr>
        <w:t>[10]</w:t>
      </w:r>
    </w:p>
    <w:p>
      <w:r>
        <w:rPr>
          <w:rFonts w:ascii="Gentium Plus" w:hAnsi="Gentium Plus"/>
          <w:sz w:val="24"/>
        </w:rPr>
        <w:t>ὡς Κλήμιος ὁ σοφώτατος συνεγράψατο. Ἐν τοῖς χρόνοις τούτοις ἐγένετο Φάλεκ, υἱὸς Ἕβερ, ἀνὴρ θεοσεβὴς καὶ σοφός, ζήσας ἔτη τλθʹ, περὶ οὗ Μωσῆς ὁ προφή‐ της συνεγράψατο. ἔστιν οὖν ἀπὸ Ἀδὰμ ἕως τοῦ Φάλεκ ἔτη ͵γʹ κατὰ τὴν προφητείαν.</w:t>
      </w:r>
    </w:p>
    <w:p>
      <w:r>
        <w:rPr>
          <w:rFonts w:ascii="Courier New" w:hAnsi="Courier New"/>
          <w:color w:val="555555"/>
          <w:sz w:val="20"/>
        </w:rPr>
        <w:t>[15]</w:t>
      </w:r>
    </w:p>
    <w:p>
      <w:r>
        <w:rPr>
          <w:rFonts w:ascii="Gentium Plus" w:hAnsi="Gentium Plus"/>
          <w:sz w:val="24"/>
        </w:rPr>
        <w:t>Ὁ δὲ προειρημένος Πῖκος ὁ καὶ Ζεὺς ἐν τοῖς ἀνωτέροις χρόνοις ἔσχε μετὰ τὸν Ἑρμῆν καὶ τὸν Ἡρακλέα καὶ ἄλλον υἱόν, τὸν Περσέα, ἀπὸ εὐπρεποῦς γυναικὸς ὀνόματι Δανάης, θυγα‐ τρὸς τοῦ Ἀκρισίου τοῦ καταγομένου ἐκ τῆς Ἀργείων χώρας· περὶ ἧς ἐμυθολόγησεν Εὐριπίδης ὁ σοφώτατος ἐν τῇ συντάξει τοῦ αὐ‐</w:t>
      </w:r>
    </w:p>
    <w:p>
      <w:r>
        <w:rPr>
          <w:rFonts w:ascii="Courier New" w:hAnsi="Courier New"/>
          <w:color w:val="555555"/>
          <w:sz w:val="20"/>
        </w:rPr>
        <w:t>[20]</w:t>
      </w:r>
    </w:p>
    <w:p>
      <w:r>
        <w:rPr>
          <w:rFonts w:ascii="Gentium Plus" w:hAnsi="Gentium Plus"/>
          <w:sz w:val="24"/>
        </w:rPr>
        <w:t>τοῦ δράματος ἐν κιβωτίῳ τινὶ βληθεῖσαν καὶ ῥιφεῖσαν τὴν Δα‐ νάην, ὡς φθαρεῖσαν ὑπὸ Διὸς μεταβληθέντος εἰς χρυσόν. ὁ δὲ</w:t>
      </w:r>
    </w:p>
    <w:p>
      <w:r>
        <w:rPr>
          <w:rFonts w:ascii="Courier New" w:hAnsi="Courier New"/>
          <w:color w:val="555555"/>
          <w:sz w:val="20"/>
        </w:rPr>
        <w:t>[Chron . 35]</w:t>
      </w:r>
    </w:p>
    <w:p>
      <w:r>
        <w:rPr>
          <w:rFonts w:ascii="Gentium Plus" w:hAnsi="Gentium Plus"/>
          <w:sz w:val="24"/>
        </w:rPr>
        <w:t>Πῖκος ὁ καὶ Ζεὺς οὖσαν ταύτην ἐν κουβουκλείῳ παρακειμένῳ τῇ θαλάσσῃ πολλῷ χρυσῷ πείσας ἠδυνήθη προτρεψάμενος· ἥν‐ τινα ἁρπάσας ὡς πάνυ εὐπρεπῆ ἔφθειρεν, καὶ ἐξ αὐτῆς ἔσχεν υἱὸν ὀνόματι Περσέα, τὸν προειρημένον. ὅντινα πτερωτὸν γρά‐</w:t>
      </w:r>
    </w:p>
    <w:p>
      <w:r>
        <w:rPr>
          <w:rFonts w:ascii="Courier New" w:hAnsi="Courier New"/>
          <w:color w:val="555555"/>
          <w:sz w:val="20"/>
        </w:rPr>
        <w:t>[5]</w:t>
      </w:r>
    </w:p>
    <w:p>
      <w:r>
        <w:rPr>
          <w:rFonts w:ascii="Gentium Plus" w:hAnsi="Gentium Plus"/>
          <w:sz w:val="24"/>
        </w:rPr>
        <w:t>φουσι διὰ τὸ ἐκ παιδόθεν περίγοργον εἶναι τὸν παῖδα· ὅθεν καὶ ὁ τούτου πατὴρ Πῖκος ὁ καὶ Ζεὺς ἐδίδαξεν αὐτὸν πράττειν καὶ τελεῖν τὴν μαγγανείαν τοῦ μυσεροῦ σκύφους, διδάξας αὐτὸν πάν‐ τα τὰ περὶ αὐτοῦ μυστικὰ καὶ δυσσεβῆ πλανήματα, λέγων αὐτῷ ὅτι Νικᾷς πάντας τοὺς πολεμίους ἐξ αὐτοῦ καὶ τοὺς ἐχθρούς σου</w:t>
      </w:r>
    </w:p>
    <w:p>
      <w:r>
        <w:rPr>
          <w:rFonts w:ascii="Courier New" w:hAnsi="Courier New"/>
          <w:color w:val="555555"/>
          <w:sz w:val="20"/>
        </w:rPr>
        <w:t>[10]</w:t>
      </w:r>
    </w:p>
    <w:p>
      <w:r>
        <w:rPr>
          <w:rFonts w:ascii="Gentium Plus" w:hAnsi="Gentium Plus"/>
          <w:sz w:val="24"/>
        </w:rPr>
        <w:t>καὶ πάντα ἄνθρωπον ἐναντίον καὶ πάντας τοὺς βλέποντας ἐν αὐ‐ τῷ τῷ προσώπῳ τυφλουμένους καὶ μένοντας ὡσεὶ νεκροὺς καὶ κα‐ τασφαζομένους ὑπό σου. καὶ λοιπὸν ὁ Περσεὺς πεισθεὶς τῷ ἰδίῳ πατρὶ Πίκῳ τῷ καὶ Διί, εἰς τὸν μετὰ ταῦτα χρόνον μετὰ τε‐ λευτὴν τοῦ αὐτοῦ πατρὸς Πίκου τελείας ἡλικίας γενόμενος, ἐπεθύ‐</w:t>
      </w:r>
    </w:p>
    <w:p>
      <w:r>
        <w:rPr>
          <w:rFonts w:ascii="Courier New" w:hAnsi="Courier New"/>
          <w:color w:val="555555"/>
          <w:sz w:val="20"/>
        </w:rPr>
        <w:t>[15]</w:t>
      </w:r>
    </w:p>
    <w:p>
      <w:r>
        <w:rPr>
          <w:rFonts w:ascii="Gentium Plus" w:hAnsi="Gentium Plus"/>
          <w:sz w:val="24"/>
        </w:rPr>
        <w:t>μησε τῆς τῶν Ἀσσυρίων βασιλείας, διαφθονούμενος τοῖς τέκνοις τοῦ Νίνου, τοῦ θείου αὐτοῦ, τοῦ ἀδελφοῦ τοῦ πατρὸς αὐτοῦ. καὶ χρηματισθεὶς ἀπῆλθεν ἐν τῇ χώρᾳ τῆς Λιβύης· καὶ κατὰ τὴν ὁδὸν ὑπήντησε τῷ αὐτῷ Περσεῖ μία παρθένος, κόρη χωρική, ἀγρίας ἔχουσα τὰς τρίχας καὶ ὀφθαλμούς. καὶ στήσας ἐπηρώ‐</w:t>
      </w:r>
    </w:p>
    <w:p>
      <w:r>
        <w:rPr>
          <w:rFonts w:ascii="Courier New" w:hAnsi="Courier New"/>
          <w:color w:val="555555"/>
          <w:sz w:val="20"/>
        </w:rPr>
        <w:t>[20]</w:t>
      </w:r>
    </w:p>
    <w:p>
      <w:r>
        <w:rPr>
          <w:rFonts w:ascii="Gentium Plus" w:hAnsi="Gentium Plus"/>
          <w:sz w:val="24"/>
        </w:rPr>
        <w:t>τησεν αὐτὴν λέγων, Τί σου τὸ ὄνομα; ἡ δὲ εἶπε μετὰ παῤῥησίας Μέδουσα· καὶ κρατήσας αὐτῆς τὰς τρίχας ᾧ ἐβάσταζε λογχοδρε‐ πάνῳ ξίφει ἀπέτεμεν αὐτῆς τὴν κάραν. καὶ λαβὼν ὁ Περσεὺς εὐθέως ἐτέλεσε τὴν αὐτὴν κάραν μυστικῶς, καθὼς ἐδιδάχθη</w:t>
      </w:r>
    </w:p>
    <w:p>
      <w:r>
        <w:rPr>
          <w:rFonts w:ascii="Courier New" w:hAnsi="Courier New"/>
          <w:color w:val="555555"/>
          <w:sz w:val="20"/>
        </w:rPr>
        <w:t>[Chron . 36]</w:t>
      </w:r>
    </w:p>
    <w:p>
      <w:r>
        <w:rPr>
          <w:rFonts w:ascii="Gentium Plus" w:hAnsi="Gentium Plus"/>
          <w:sz w:val="24"/>
        </w:rPr>
        <w:t>νην· ἥντινα ἐβάσταζεν εἰς ἰδίαν βοήθειαν πρὸς πάντας ἐχθροὺς καὶ πολεμίους εἰς τὸ ὑποτάσσειν καὶ ἀναιρεῖν. τὴν δὲ κάραν ἐκά‐ λεσε Γοργόνα διὰ τὸ ὀξὺ τοῦ βοηθήματος καὶ διὰ τὸ ἐνεργὲς πρὸς τοὺς ὑπεναντίους. κἀκεῖθεν περάσας ἦλθεν ἐπὶ τὴν τῆς Αἰθιο‐</w:t>
      </w:r>
    </w:p>
    <w:p>
      <w:r>
        <w:rPr>
          <w:rFonts w:ascii="Courier New" w:hAnsi="Courier New"/>
          <w:color w:val="555555"/>
          <w:sz w:val="20"/>
        </w:rPr>
        <w:t>[5]</w:t>
      </w:r>
    </w:p>
    <w:p>
      <w:r>
        <w:rPr>
          <w:rFonts w:ascii="Gentium Plus" w:hAnsi="Gentium Plus"/>
          <w:sz w:val="24"/>
        </w:rPr>
        <w:t>πίας χώραν, ἥτις ἐβασιλεύετο ὑπὸ τοῦ Κηφέως, καὶ εὑρηκὼς ἐκεῖ ἱερὸν Ποσειδῶνος, εἰσῆλθεν ἐν αὐτῷ καὶ εἶδεν ἐν τῷ ἱερῷ παραμένουσαν κόρην, κατὰ τάγμα τοῦ ἰδίου αὐτῆς πατρὸς τοῦ Κηφέως ἐκδοθεῖσαν, τὴν λεγομένην Ἀνδρομέδαν παρθένον. καὶ ταύτην ἀπέσπασεν ἐκ τοῦ ἱεροῦ, καὶ φθείρας αὐτὴν ὡς εὐπρεπῆ</w:t>
      </w:r>
    </w:p>
    <w:p>
      <w:r>
        <w:rPr>
          <w:rFonts w:ascii="Courier New" w:hAnsi="Courier New"/>
          <w:color w:val="555555"/>
          <w:sz w:val="20"/>
        </w:rPr>
        <w:t>[10]</w:t>
      </w:r>
    </w:p>
    <w:p>
      <w:r>
        <w:rPr>
          <w:rFonts w:ascii="Gentium Plus" w:hAnsi="Gentium Plus"/>
          <w:sz w:val="24"/>
        </w:rPr>
        <w:t>ἔλαβεν εἰς γυναῖκα. καὶ καταπλεύσας ἀνεχώρησεν ἐκ τῆς χώρας ἐκείνης· ἐρχόμενος κατὰ τὴν Ἀσσυρίων χώραν κατήντησεν ἐν τῇ χώρᾳ τῆς Λυκαονίας· καὶ γνόντες εὐθέως ἀντιστάντες ἐπολέμη‐ σαν αὐτῷ· καὶ χρησάμενος τῇ βοηθείᾳ τῆς κάρας τῆς Γοργόνης ἐνίκησε τοὺς Λυκάονας. καὶ εὑρηκὼς κώμην λεγομένην Ἄμαν‐</w:t>
      </w:r>
    </w:p>
    <w:p>
      <w:r>
        <w:rPr>
          <w:rFonts w:ascii="Courier New" w:hAnsi="Courier New"/>
          <w:color w:val="555555"/>
          <w:sz w:val="20"/>
        </w:rPr>
        <w:t>[15]</w:t>
      </w:r>
    </w:p>
    <w:p>
      <w:r>
        <w:rPr>
          <w:rFonts w:ascii="Gentium Plus" w:hAnsi="Gentium Plus"/>
          <w:sz w:val="24"/>
        </w:rPr>
        <w:t>δραν ἐποίησεν αὐτὴν πόλιν, καὶ ἔστησεν ἑαυτῷ στήλην ἔξω τῶν πυλῶν, βαστάζουσαν τὸ ἀντεικόνισμα τῆς Γοργόνος, καὶ θυσίαν ποιήσας ἐκάλεσε τὴν τύχην τῆς πόλεως Περσίδα εἰς τὸ ἴδιον αὐ‐ τοῦ ὄνομα· ἥτις στήλη ἕως τοῦ παρόντος ἵσταται ἐκεῖ. ἥντινα πόλιν ἐκάλεσε τὸ Ἰκόνιον, διότι πρώτης νίκης εἰκόνα σὺν τῇ Γορ‐</w:t>
      </w:r>
    </w:p>
    <w:p>
      <w:r>
        <w:rPr>
          <w:rFonts w:ascii="Courier New" w:hAnsi="Courier New"/>
          <w:color w:val="555555"/>
          <w:sz w:val="20"/>
        </w:rPr>
        <w:t>[20]</w:t>
      </w:r>
    </w:p>
    <w:p>
      <w:r>
        <w:rPr>
          <w:rFonts w:ascii="Gentium Plus" w:hAnsi="Gentium Plus"/>
          <w:sz w:val="24"/>
        </w:rPr>
        <w:t>γόνῃ ἐκεῖ ἔλαβεν. ὑπέταξε δὲ καὶ τὰς ἄλλας χώρας μηδενὸς ἀν‐ θισταμένου. ἐρχόμενος δὲ ἐπὶ τὴν Ἰσαυρίαν καὶ Κιλικίαν, καὶ ἀντιστάσεις αὐτοῦ πολεμίων ὑπομένοντος, ἐχρηματίσθη ταῦτα</w:t>
      </w:r>
    </w:p>
    <w:p>
      <w:r>
        <w:rPr>
          <w:rFonts w:ascii="Courier New" w:hAnsi="Courier New"/>
          <w:color w:val="555555"/>
          <w:sz w:val="20"/>
        </w:rPr>
        <w:t>[Chron . 37]</w:t>
      </w:r>
    </w:p>
    <w:p>
      <w:r>
        <w:rPr>
          <w:rFonts w:ascii="Gentium Plus" w:hAnsi="Gentium Plus"/>
          <w:sz w:val="24"/>
        </w:rPr>
        <w:t>τὴν χθόνα πήξας νίκην λάβοις. καὶ κατελθὼν ἐκ τοῦ ἰδίου ἵππου ἐν τῇ λεγομένῃ κώμῃ Ἀνδρασῷ, ἐκεῖ τὸν ταρσὸν τοῦ ποδὸς ἔπηξεν· καὶ νικήσας τῇ χρήσει τῆς Γοργόνος, ἐποίησε τὴν αὐτὴν κώμην πόλιν, ἥντινα ἐκάλεσε Ταρσὸν ἐκ τοῦ χρησμοῦ τοῦ ἰδίου αὐτοῦ</w:t>
      </w:r>
    </w:p>
    <w:p>
      <w:r>
        <w:rPr>
          <w:rFonts w:ascii="Courier New" w:hAnsi="Courier New"/>
          <w:color w:val="555555"/>
          <w:sz w:val="20"/>
        </w:rPr>
        <w:t>[5]</w:t>
      </w:r>
    </w:p>
    <w:p>
      <w:r>
        <w:rPr>
          <w:rFonts w:ascii="Gentium Plus" w:hAnsi="Gentium Plus"/>
          <w:sz w:val="24"/>
        </w:rPr>
        <w:t>ποδός, θυσιάσας κόρην ἀδαῆ ὀνόματι Παρθενόπην εἰς ἀποκα‐ θαρισμὸν τῆς πόλεως. καὶ εὐχαριστήσας ὥρμησεν ἐκεῖθεν διὰ τοῦ Ἀργαίου ὄρους κατὰ Ἀσσυρίων· καὶ νικήσας αὐτοὺς καὶ φο‐ νεύσας τὸν Σαρδανάπαλλον, βασιλέα αὐτῶν, τὸν ἐκ τοῦ γένους αὐτοῦ καταγόμενον, ὑπέταξεν αὐτούς, καὶ ἐβασίλευσεν αὐτῶν</w:t>
      </w:r>
    </w:p>
    <w:p>
      <w:r>
        <w:rPr>
          <w:rFonts w:ascii="Courier New" w:hAnsi="Courier New"/>
          <w:color w:val="555555"/>
          <w:sz w:val="20"/>
        </w:rPr>
        <w:t>[10]</w:t>
      </w:r>
    </w:p>
    <w:p>
      <w:r>
        <w:rPr>
          <w:rFonts w:ascii="Gentium Plus" w:hAnsi="Gentium Plus"/>
          <w:sz w:val="24"/>
        </w:rPr>
        <w:t>ἔτη νγʹ, καὶ ἐπ’ ὀνόματι αὐτοῦ ἐκάλεσεν αὐτοὺς Πέρσας, ἀφελό‐ μενος ἀπὸ Ἀσσυρίων τὴν βασιλείαν καὶ τὸ ὄνομα. καὶ ἐφύτευσε δένδρα, καὶ ἐκάλεσε περσέας· οὐ μόνον δὲ ἐκεῖ, ἀλλὰ καὶ ἐν τοῖς Αἰγυπτίοις μέρεσιν ἐφύτευσε τὰς περσέας εἰς μνήμην ἑαυτοῦ. ἐδίδαξε δὲ καὶ τοὺς Πέρσας τὴν τελετὴν τοῦ μυσεροῦ καὶ ἀθέου</w:t>
      </w:r>
    </w:p>
    <w:p>
      <w:r>
        <w:rPr>
          <w:rFonts w:ascii="Courier New" w:hAnsi="Courier New"/>
          <w:color w:val="555555"/>
          <w:sz w:val="20"/>
        </w:rPr>
        <w:t>[15]</w:t>
      </w:r>
    </w:p>
    <w:p>
      <w:r>
        <w:rPr>
          <w:rFonts w:ascii="Gentium Plus" w:hAnsi="Gentium Plus"/>
          <w:sz w:val="24"/>
        </w:rPr>
        <w:t>σκύφους τῆς Μεδούσης· ὧντινων ἐκάλεσε τὴν χώραν Μήδων διὰ τὸ μάθημα. Ὁ δὲ αὐτὸς Περσεὺς μετὰ τὸ βασιλεῦσαι τῆς Περσικῆς χώ‐ ρας ἔτη πολλά, μαθὼν ὅτι ἐν τῇ Συρίᾳ χώρᾳ διάγουσιν ἐκ τοῦ Ἄργους Ἰωνῖται, ἦλθεν εἰς τὴν Συρίαν πρὸς αὐτοὺς εἰς τὸ Σίλ‐</w:t>
      </w:r>
    </w:p>
    <w:p>
      <w:r>
        <w:rPr>
          <w:rFonts w:ascii="Courier New" w:hAnsi="Courier New"/>
          <w:color w:val="555555"/>
          <w:sz w:val="20"/>
        </w:rPr>
        <w:t>[20]</w:t>
      </w:r>
    </w:p>
    <w:p>
      <w:r>
        <w:rPr>
          <w:rFonts w:ascii="Gentium Plus" w:hAnsi="Gentium Plus"/>
          <w:sz w:val="24"/>
        </w:rPr>
        <w:t>πιον ὄρος, ὡς πρὸς ἰδίους συγγενεῖς· οἵτινες δεξάμενοι αὐτὸν μετὰ πάσης τιμῆς προσεκύνησαν· γνόντες αὐτὸν οἱ αὐτοὶ Ἀργεῖοι Ἰω‐</w:t>
      </w:r>
    </w:p>
    <w:p>
      <w:r>
        <w:rPr>
          <w:rFonts w:ascii="Courier New" w:hAnsi="Courier New"/>
          <w:color w:val="555555"/>
          <w:sz w:val="20"/>
        </w:rPr>
        <w:t>[Chron . 38]</w:t>
      </w:r>
    </w:p>
    <w:p>
      <w:r>
        <w:rPr>
          <w:rFonts w:ascii="Gentium Plus" w:hAnsi="Gentium Plus"/>
          <w:sz w:val="24"/>
        </w:rPr>
        <w:t>ρέντες ἀνύμνουν αὐτόν. χειμῶνος δὲ γενομένου, καὶ πλημμυρή‐ σαντος πολὺ τοῦ παρακειμένου ποταμοῦ τῇ Ἰωνιτῶν πόλει τοῦ λεγομένου Δράκοντος, νυνὶ δὲ Ὀρόντου, ᾔτησε τοὺς Ἰωνίτας εὔξασθαι· καὶ ἐν τῷ εὔχεσθαι αὐτοὺς καὶ μυσταγωγεῖν κατηνέ‐</w:t>
      </w:r>
    </w:p>
    <w:p>
      <w:r>
        <w:rPr>
          <w:rFonts w:ascii="Courier New" w:hAnsi="Courier New"/>
          <w:color w:val="555555"/>
          <w:sz w:val="20"/>
        </w:rPr>
        <w:t>[5]</w:t>
      </w:r>
    </w:p>
    <w:p>
      <w:r>
        <w:rPr>
          <w:rFonts w:ascii="Gentium Plus" w:hAnsi="Gentium Plus"/>
          <w:sz w:val="24"/>
        </w:rPr>
        <w:t>χθη σφαῖρα πυρὸς κεραυνοῦ ἐκ τοῦ οὐρανοῦ, ἥτις ἐποίησε παυ‐ θῆναι τὸν χειμῶνα καὶ τὰ τοῦ ποταμοῦ ἐπισχεθῆναι ῥεῖθρα. καὶ θαυμάσας ἐπὶ τῷ γεγονότι ὁ Περσεὺς ἐξ ἐκείνου τοῦ πυρὸς εὐθέως ἀνῆψε πῦρ, καὶ εἶχε φυλαττόμενον μεθ’ ἑαυτοῦ· ὅπερ πῦρ ἐβά‐ σταζεν ἐπὶ τὰ Περσικὰ μέρη εἰς τὰ ἴδια βασίλεια. καὶ ἐδίδαξεν</w:t>
      </w:r>
    </w:p>
    <w:p>
      <w:r>
        <w:rPr>
          <w:rFonts w:ascii="Courier New" w:hAnsi="Courier New"/>
          <w:color w:val="555555"/>
          <w:sz w:val="20"/>
        </w:rPr>
        <w:t>[10]</w:t>
      </w:r>
    </w:p>
    <w:p>
      <w:r>
        <w:rPr>
          <w:rFonts w:ascii="Gentium Plus" w:hAnsi="Gentium Plus"/>
          <w:sz w:val="24"/>
        </w:rPr>
        <w:t>αὐτοὺς τιμᾶν ἐκεῖνο τὸ πῦρ, ὅπερ ἔλεγεν αὐτοῖς ἑωρακέναι ἐκ τοῦ οὐρανοῦ κατενεχθέντα· ὅπερ πῦρ ἕως τοῦ παρόντος ἐν τιμῇ ἔχου‐ σιν οἱ Πέρσαι, ὡς θεῖον. ὁ δὲ αὐτὸς Περσεὺς ἔκτισε τοῖς Ἰω‐ νίταις ἱερόν, ὃ ἐπωνόμασε πυρὸς ἀθανάτου. ὁμοίως δὲ καὶ εἰς τὰ Περσικὰ ἔκτισεν ἱερὸν πυρός, καταστήσας ἐκεῖ διακονεῖν αὐ‐</w:t>
      </w:r>
    </w:p>
    <w:p>
      <w:r>
        <w:rPr>
          <w:rFonts w:ascii="Courier New" w:hAnsi="Courier New"/>
          <w:color w:val="555555"/>
          <w:sz w:val="20"/>
        </w:rPr>
        <w:t>[15]</w:t>
      </w:r>
    </w:p>
    <w:p>
      <w:r>
        <w:rPr>
          <w:rFonts w:ascii="Gentium Plus" w:hAnsi="Gentium Plus"/>
          <w:sz w:val="24"/>
        </w:rPr>
        <w:t>τῷ εὐλαβεῖς ἄνδρας, οὕστινας ἐκάλεσε μάγους. ταῦτα δὲ Παυ‐ σανίας ὁ σοφώτατος χρονογράφος συνεγράψατο. Καὶ μετὰ καιρὸν ἐλθὼν ὁ Κηφεὺς βασιλεὺς κατ’ αὐτοῦ ἐκ τῆς Αἰθιοπίας, ὁ πατὴρ τῆς Ἀνδρομέδας, ἐπολέμησεν αὐτῷ· ἦν δὲ ὁ Κηφεὺς ἐκ τοῦ γήρως μὴ βλέπων. καὶ ἀκούσας ὁ Περ‐</w:t>
      </w:r>
    </w:p>
    <w:p>
      <w:r>
        <w:rPr>
          <w:rFonts w:ascii="Courier New" w:hAnsi="Courier New"/>
          <w:color w:val="555555"/>
          <w:sz w:val="20"/>
        </w:rPr>
        <w:t>[20]</w:t>
      </w:r>
    </w:p>
    <w:p>
      <w:r>
        <w:rPr>
          <w:rFonts w:ascii="Gentium Plus" w:hAnsi="Gentium Plus"/>
          <w:sz w:val="24"/>
        </w:rPr>
        <w:t>σεὺς ὅτι πολεμεῖ αὐτῷ, ὀργισθεὶς πάνυ, ἐξῆλθε κατ’ αὐτοῦ βα‐</w:t>
      </w:r>
    </w:p>
    <w:p>
      <w:r>
        <w:rPr>
          <w:rFonts w:ascii="Courier New" w:hAnsi="Courier New"/>
          <w:color w:val="555555"/>
          <w:sz w:val="20"/>
        </w:rPr>
        <w:t>[Chron . 39]</w:t>
      </w:r>
    </w:p>
    <w:p>
      <w:r>
        <w:rPr>
          <w:rFonts w:ascii="Gentium Plus" w:hAnsi="Gentium Plus"/>
          <w:sz w:val="24"/>
        </w:rPr>
        <w:t>στάζων τὴν κάραν, καὶ ὑπέδειξεν αὐτῷ αὐτήν. καὶ ὁ Κηφεὺς μὴ βλέπων ἐπέβαινεν αὐτῷ ἔφιππος· ὁ δὲ Περσεὺς ἀγνοῶν ὅτι οὐ καθορᾷ, ἐλογίσατο μηκέτι ἐνεργεῖν τὴν κάραν ἧς κατεῖχε Γοργό‐ νος· καὶ στρέψας αὐτὴν πρὸς ἑαυτὸν προσέσχεν αὐτῇ· καὶ τυ‐</w:t>
      </w:r>
    </w:p>
    <w:p>
      <w:r>
        <w:rPr>
          <w:rFonts w:ascii="Courier New" w:hAnsi="Courier New"/>
          <w:color w:val="555555"/>
          <w:sz w:val="20"/>
        </w:rPr>
        <w:t>[5]</w:t>
      </w:r>
    </w:p>
    <w:p>
      <w:r>
        <w:rPr>
          <w:rFonts w:ascii="Gentium Plus" w:hAnsi="Gentium Plus"/>
          <w:sz w:val="24"/>
        </w:rPr>
        <w:t>φλωθεὶς ἔμεινεν ὡσεὶ νεκρὸς καὶ ἀνῃρέθη. καὶ λοιπὸν ἐβασίλευ‐ σε Περσῶν ὁ υἱὸς τοῦ Περσέως καὶ τῆς Ἀνδρομέδας, προβλη‐ θεὶς ἐκ τοῦ ἰδίου αὐτοῦ πάππου τοῦ Κηφέως, τοῦ βασιλέως τῆς Αἰθιοπίας· ὅστις ἐκέλευσε, καὶ ἐκαύθη ἡ μυσερὰ κεφαλὴ τῆς Γοργόνος, καὶ ἀνεχώρησεν ἐπὶ τὴν ἰδίαν αὐτοῦ χώραν. καὶ</w:t>
      </w:r>
    </w:p>
    <w:p>
      <w:r>
        <w:rPr>
          <w:rFonts w:ascii="Courier New" w:hAnsi="Courier New"/>
          <w:color w:val="555555"/>
          <w:sz w:val="20"/>
        </w:rPr>
        <w:t>[10]</w:t>
      </w:r>
    </w:p>
    <w:p>
      <w:r>
        <w:rPr>
          <w:rFonts w:ascii="Gentium Plus" w:hAnsi="Gentium Plus"/>
          <w:sz w:val="24"/>
        </w:rPr>
        <w:t>ἔμεινε λοιπὸν τὸ γένος τοῦ Περσέως βασιλεῦον τῆς Βαβυλωνίας χώρας. Ἐν δὲ τοῖς προειρημένοις ἀνωτέροις χρόνοις κατέλαβε τὴν Βοιωτίαν χώραν ἐκ τῆς Φοινίκης Κάδμος, ὁ Ἀγήνορος υἱός· ὅντινα ἔπεμψεν ὁ αὐτοῦ πατὴρ εἰς ἀναζήτησιν καὶ ἀνάῤῥυσιν τῆς</w:t>
      </w:r>
    </w:p>
    <w:p>
      <w:r>
        <w:rPr>
          <w:rFonts w:ascii="Courier New" w:hAnsi="Courier New"/>
          <w:color w:val="555555"/>
          <w:sz w:val="20"/>
        </w:rPr>
        <w:t>[15]</w:t>
      </w:r>
    </w:p>
    <w:p>
      <w:r>
        <w:rPr>
          <w:rFonts w:ascii="Gentium Plus" w:hAnsi="Gentium Plus"/>
          <w:sz w:val="24"/>
        </w:rPr>
        <w:t>Εὐρώπης, ἀδελφῆς αὐτοῦ. καὶ μαθὼν ὁ αὐτὸς Κάδμος ὅτι βα‐ σιλεύει τῆς Κρήτης, ἐπὶ τὴν Βοιωτίαν ὥρμησε· καὶ διατρίψας εἰς τὴν Βοιωτίαν ἐδίδαξεν αὐτοὺς τὰ Φοινίκων ἀγνοοῦντας γράμ‐ ματα, καὶ ἐτίμουν αὐτὸν καὶ ἐποίησαν αὐτὸν βασιλέα τῆς Βοιω‐ τίας· ἦν γὰρ καὶ εὐειδὴς τῇ θέᾳ· ὅστις βασιλεύει τῶν Βοιωτῶν</w:t>
      </w:r>
    </w:p>
    <w:p>
      <w:r>
        <w:rPr>
          <w:rFonts w:ascii="Courier New" w:hAnsi="Courier New"/>
          <w:color w:val="555555"/>
          <w:sz w:val="20"/>
        </w:rPr>
        <w:t>[20]</w:t>
      </w:r>
    </w:p>
    <w:p>
      <w:r>
        <w:rPr>
          <w:rFonts w:ascii="Gentium Plus" w:hAnsi="Gentium Plus"/>
          <w:sz w:val="24"/>
        </w:rPr>
        <w:t>ἔτη ξβʹ. καὶ ἠγάγετο γυναῖκα ἐκεῖθεν ὀνόματι Ἁρμονίαν· ἐξ ἧς ἔσχε θυγατέρας ἕξ, Ἰνὼ καὶ Ἀγαύην καὶ Σεμέλην καὶ Εὐρυνό‐</w:t>
      </w:r>
    </w:p>
    <w:p>
      <w:r>
        <w:rPr>
          <w:rFonts w:ascii="Courier New" w:hAnsi="Courier New"/>
          <w:color w:val="555555"/>
          <w:sz w:val="20"/>
        </w:rPr>
        <w:t>[Chron . 40]</w:t>
      </w:r>
    </w:p>
    <w:p>
      <w:r>
        <w:rPr>
          <w:rFonts w:ascii="Gentium Plus" w:hAnsi="Gentium Plus"/>
          <w:sz w:val="24"/>
        </w:rPr>
        <w:t>Καδμιάδες. κτίζει δὲ καὶ πόλιν ἐν τῇ Βοιωτίᾳ μεγάλην, ἥντινα ἐκάλεσεν εἰς ἴδιον ὄνομα Καδμείαν. καὶ βασιλεύει ὁ αὐτὸς Κά‐ δμος ἐκεῖ· ἀνεκαλέσατο δὲ ἐκ τῆς ἐξορίας τὸν Τειρεσίαν, Βοιώ‐ τιον ὄντα φιλόσοφον, τὸν θηρολέτην, ὄντα πλούσιον καὶ χρή‐</w:t>
      </w:r>
    </w:p>
    <w:p>
      <w:r>
        <w:rPr>
          <w:rFonts w:ascii="Courier New" w:hAnsi="Courier New"/>
          <w:color w:val="555555"/>
          <w:sz w:val="20"/>
        </w:rPr>
        <w:t>[5]</w:t>
      </w:r>
    </w:p>
    <w:p>
      <w:r>
        <w:rPr>
          <w:rFonts w:ascii="Gentium Plus" w:hAnsi="Gentium Plus"/>
          <w:sz w:val="24"/>
        </w:rPr>
        <w:t>μασι καὶ ἀξίᾳ καὶ σοφίᾳ. ὅστις παρεισήγαγε δόγμα τοῖς Ἕλλησι τὸ αὐτομάτως φέρεσθαι τὰ πάντα καὶ ἀπρονόητον εἶναι τὸν κό‐ σμον· καὶ οἱ ἱερεῖς συνεσκευάσαντο αὐτόν, καὶ ἐξωρίσθη εἰς τὸ ἱερὸν Δαφναίου Ἀπόλλωνος, ὡς γυναικώδεις ἔχων φρένας, καὶ πολυπραγμονοῦντα πῶς μιγνυμένη γυνὴ μετὰ ἀνδρὸς συλλαμβά‐</w:t>
      </w:r>
    </w:p>
    <w:p>
      <w:r>
        <w:rPr>
          <w:rFonts w:ascii="Courier New" w:hAnsi="Courier New"/>
          <w:color w:val="555555"/>
          <w:sz w:val="20"/>
        </w:rPr>
        <w:t>[10]</w:t>
      </w:r>
    </w:p>
    <w:p>
      <w:r>
        <w:rPr>
          <w:rFonts w:ascii="Gentium Plus" w:hAnsi="Gentium Plus"/>
          <w:sz w:val="24"/>
        </w:rPr>
        <w:t>νει, καὶ ἡ φύσις τοῦ αἵματος μερίζεται εἰς ὀστέα καὶ σάρκας καὶ φλέβας καὶ νεῦρα καὶ αἷμα, καὶ ζωογονεῖται βρέφος καὶ τίκτεται· ἅτινα ὁ σοφώτατος Κεφαλίων συνεγράψατο. ὁ γὰρ σοφώτατος Σοφοκλῆς δρᾶμα ἐξέθετο καὶ ποιητικῶς εἶπεν ὅτι τὴν Παλλάδα εἶδε λουομένην καὶ γυνὴ ἐγένετο· ὁ Τειρεσίας, φησί, τὴν σοφίαν</w:t>
      </w:r>
    </w:p>
    <w:p>
      <w:r>
        <w:rPr>
          <w:rFonts w:ascii="Courier New" w:hAnsi="Courier New"/>
          <w:color w:val="555555"/>
          <w:sz w:val="20"/>
        </w:rPr>
        <w:t>[15]</w:t>
      </w:r>
    </w:p>
    <w:p>
      <w:r>
        <w:rPr>
          <w:rFonts w:ascii="Gentium Plus" w:hAnsi="Gentium Plus"/>
          <w:sz w:val="24"/>
        </w:rPr>
        <w:t>τοῦ δημιουργοῦ ἐζήτησε γνῶναι καὶ οὐκ ἠδυνήθη· ὅθεν ἐξέθετο ὁ αὐτὸς Σοφοκλῆς ἐν τοῖς αὐτοῦ συγγράμμασι ταῦτα ἀληθείας εἶναι· εἷς ἐστιν ὁ θεός, ὃς τὸν οὐρανὸν ἔτευξε καὶ γαῖαν μακρὰν πόντου τε χαροποῦ οἶδμα καὶ ἀνέμων βίας· θνητοὶ δὲ πολὺ καρ‐</w:t>
      </w:r>
    </w:p>
    <w:p>
      <w:r>
        <w:rPr>
          <w:rFonts w:ascii="Courier New" w:hAnsi="Courier New"/>
          <w:color w:val="555555"/>
          <w:sz w:val="20"/>
        </w:rPr>
        <w:t>[Chron . 41]</w:t>
      </w:r>
    </w:p>
    <w:p>
      <w:r>
        <w:rPr>
          <w:rFonts w:ascii="Gentium Plus" w:hAnsi="Gentium Plus"/>
          <w:sz w:val="24"/>
        </w:rPr>
        <w:t>ματα ἐκ λίθων καὶ ξύλων ἢ χρυσοτεύκτων ἢ ἐλεφαντίνων τύπους, θυσίας τε τούτοις καὶ κενὰς πανηγύρεις τεύχοντες εὐσεβεῖν νομί‐ ζομεν. μοναρχίαν γὰρ ἐδόκει δοξάζειν ὁ αὐτὸς Σοφοκλῆς. Ὁ δὲ Κάδμος ἐξέδωκε τὴν ἑαυτοῦ θυγατέρα τὴν Ἀγαύην</w:t>
      </w:r>
    </w:p>
    <w:p>
      <w:r>
        <w:rPr>
          <w:rFonts w:ascii="Courier New" w:hAnsi="Courier New"/>
          <w:color w:val="555555"/>
          <w:sz w:val="20"/>
        </w:rPr>
        <w:t>[5]</w:t>
      </w:r>
    </w:p>
    <w:p>
      <w:r>
        <w:rPr>
          <w:rFonts w:ascii="Gentium Plus" w:hAnsi="Gentium Plus"/>
          <w:sz w:val="24"/>
        </w:rPr>
        <w:t>Ἐχίονί τινι συγκλητικῷ· ὅστις Ἐχίων ἔσχεν ἐξ αὐτῆς υἱὸν ὀνό‐ ματι Πενθέα, ἄνδρα συνετὸν καὶ ἐν φρονήσει καὶ ἐν πᾶσι. τὴν δὲ Σεμέλην, τὴν ἄλλην αὐτοῦ θυγατέρα, εὐπρεπεστάτην οὖσαν πάνυ, ἐφίλησέ τις ὀνόματι Πολυμήδων, υἱὸς Αἰθερίωνος συγ‐ κλητικοῦ, ἐκ τοῦ γένους καταγομένου τοῦ Πίκου Διός· ἣν προ‐</w:t>
      </w:r>
    </w:p>
    <w:p>
      <w:r>
        <w:rPr>
          <w:rFonts w:ascii="Courier New" w:hAnsi="Courier New"/>
          <w:color w:val="555555"/>
          <w:sz w:val="20"/>
        </w:rPr>
        <w:t>[10]</w:t>
      </w:r>
    </w:p>
    <w:p>
      <w:r>
        <w:rPr>
          <w:rFonts w:ascii="Gentium Plus" w:hAnsi="Gentium Plus"/>
          <w:sz w:val="24"/>
        </w:rPr>
        <w:t>τρεψάμενος ἔφθειρεν, ἀφ’ ἧς ἔσχεν υἱόν. καὶ ἐν τῷ ἔχειν αὐ‐ τὴν ἐν γαστρὶ τὸν παῖδα χειμῶνος ὄντος ἐγένοντο ἀστραπαὶ μεγάλαι καὶ βρονταί· καὶ ἐθροήθη ἡ κόρη Σεμέλη, καὶ τὸ μὲν βρέφος παρευθὺς ἐγέννησε μηνῶν ἑπτά, αὐτὴ δὲ μὴ ὑπενέγκασα τοὺς πόνους ἐτελεύτησε· καὶ ἔπεμψεν ὁ Κάδμος τὸ βρέφος εἰς</w:t>
      </w:r>
    </w:p>
    <w:p>
      <w:r>
        <w:rPr>
          <w:rFonts w:ascii="Courier New" w:hAnsi="Courier New"/>
          <w:color w:val="555555"/>
          <w:sz w:val="20"/>
        </w:rPr>
        <w:t>[15]</w:t>
      </w:r>
    </w:p>
    <w:p>
      <w:r>
        <w:rPr>
          <w:rFonts w:ascii="Gentium Plus" w:hAnsi="Gentium Plus"/>
          <w:sz w:val="24"/>
        </w:rPr>
        <w:t>τὴν Νυσίαν χώραν, κἀκεῖ ἐτράφη· διὰ τοῦτο δὲ συνεγράψατο ὅτι ὁ Ζεὺς τὸν λοιπὸν χρόνον τῆς μητρικῆς αὐτοῦ γαστρὸς ἐν τῷ ἰδίῳ κόλπῳ ἐφύλαξε, διότι μέρος ζωῆς ἔσχε παρὰ τὸν χρόνον τῆς γεν‐ νήσεως αὐτοῦ ἐκτρωθείς, καθὼς Παλαίφατος ὁ σοφώτατος συν‐ εγράψατο. ὅντινα ὁ αὐτοῦ πάππος Κάδμος Νύσιον ἐκάλεσεν,</w:t>
      </w:r>
    </w:p>
    <w:p>
      <w:r>
        <w:rPr>
          <w:rFonts w:ascii="Courier New" w:hAnsi="Courier New"/>
          <w:color w:val="555555"/>
          <w:sz w:val="20"/>
        </w:rPr>
        <w:t>[20]</w:t>
      </w:r>
    </w:p>
    <w:p>
      <w:r>
        <w:rPr>
          <w:rFonts w:ascii="Gentium Plus" w:hAnsi="Gentium Plus"/>
          <w:sz w:val="24"/>
        </w:rPr>
        <w:t>ἀλλ’ οἱ λοιποὶ ὡς θαύματά τινα ποιοῦντα ἐκ τῆς ἡλιακῆς εὐχῆς</w:t>
      </w:r>
    </w:p>
    <w:p>
      <w:r>
        <w:rPr>
          <w:rFonts w:ascii="Courier New" w:hAnsi="Courier New"/>
          <w:color w:val="555555"/>
          <w:sz w:val="20"/>
        </w:rPr>
        <w:t>[Chron . 42]</w:t>
      </w:r>
    </w:p>
    <w:p>
      <w:r>
        <w:rPr>
          <w:rFonts w:ascii="Gentium Plus" w:hAnsi="Gentium Plus"/>
          <w:sz w:val="24"/>
        </w:rPr>
        <w:t>θέωσαν αὐτὸν εὑρηκότα δι’ ἀμπέλου τροφὴν ἀνθρώποις. ἐξέ‐ θετο γὰρ καὶ περὶ τῆς ἀμπέλου καὶ τῆς γεωργικῆς τινα· ἔμαθε δὲ καὶ μυστικά τινα καὶ ἐγένετο ἀνὴρ σοφὸς καὶ ἐν μυσταγωγίαις ὁ αὐτὸς Διόνυσος, καὶ ἐποίει φαντασίας τινὰς θαυμάτων. ὅστις</w:t>
      </w:r>
    </w:p>
    <w:p>
      <w:r>
        <w:rPr>
          <w:rFonts w:ascii="Courier New" w:hAnsi="Courier New"/>
          <w:color w:val="555555"/>
          <w:sz w:val="20"/>
        </w:rPr>
        <w:t>[5]</w:t>
      </w:r>
    </w:p>
    <w:p>
      <w:r>
        <w:rPr>
          <w:rFonts w:ascii="Gentium Plus" w:hAnsi="Gentium Plus"/>
          <w:sz w:val="24"/>
        </w:rPr>
        <w:t>καὶ πρὸς Πέρσας καὶ πρὸς Ἰνδοὺς καὶ εἰς πολλὰς χώρας ἀπῆλθε, καὶ πολεμῶν φαντασίας τινὰς θαυμάτων ἐδείκνυεν, ἔχων καὶ στρατὸν μεθ’ ἑαυτοῦ πολύν. ὁ δὲ Κάδμος γεγηρακὼς παρεχώ‐ ρησε τῆς διοικήσεως τῆς βασιλείας τῶν Βοιωτῶν τῷ υἱῷ τοῦ Ἐχίο‐ νος, τῷ Πενθεῖ, τῷ ἐκγόνῳ αὐτοῦ· ὅστις ἐπῃνεῖτο παρὰ τῶν</w:t>
      </w:r>
    </w:p>
    <w:p>
      <w:r>
        <w:rPr>
          <w:rFonts w:ascii="Courier New" w:hAnsi="Courier New"/>
          <w:color w:val="555555"/>
          <w:sz w:val="20"/>
        </w:rPr>
        <w:t>[10]</w:t>
      </w:r>
    </w:p>
    <w:p>
      <w:r>
        <w:rPr>
          <w:rFonts w:ascii="Gentium Plus" w:hAnsi="Gentium Plus"/>
          <w:sz w:val="24"/>
        </w:rPr>
        <w:t>συγκλητικῶν καὶ παρὰ πάντων. ὁ Κάδμος δὲ λαβὼν τὸν Τειρε‐ σίαν διῆγεν ἐν τῇ χώρᾳ τῆς Βοιωτίας ἐπὶ τὸ Κιθαιρώνιον ὄρος τὸν πολὺν χρόνον. τοῦτο δὲ ἀκούσας ὁ Διόνυσος, ὅτι ἐγήρασεν ὁ αὐτοῦ πάππος, ἦλθεν ἐπὶ τὴν Καδμείαν πόλιν μετὰ πολλῆς ἀξίας καὶ ὅπλων, ὀφείλων βασιλεῦσαι. καὶ ἑωρακὼς αὐτὸν φαν‐</w:t>
      </w:r>
    </w:p>
    <w:p>
      <w:r>
        <w:rPr>
          <w:rFonts w:ascii="Courier New" w:hAnsi="Courier New"/>
          <w:color w:val="555555"/>
          <w:sz w:val="20"/>
        </w:rPr>
        <w:t>[15]</w:t>
      </w:r>
    </w:p>
    <w:p>
      <w:r>
        <w:rPr>
          <w:rFonts w:ascii="Gentium Plus" w:hAnsi="Gentium Plus"/>
          <w:sz w:val="24"/>
        </w:rPr>
        <w:t>τασίας τινὰς ποιοῦντα καὶ ὁπλίτας ἔχοντα, καὶ προσκαλούμενον πᾶσαν τὴν συγγένειαν αὐτοῦ, καὶ τὰς συγγενίδας διδάσκοντα μυ‐ σταγωγίας ἡλιακῶν βακχευμάτων, ἃς ἔλεγον βάκχας, ὡσαύτως δὲ καὶ τοὺς πολίτας καὶ τελετάς τινων εὐχῶν διδάσκοντα ἡλια‐</w:t>
      </w:r>
    </w:p>
    <w:p>
      <w:r>
        <w:rPr>
          <w:rFonts w:ascii="Courier New" w:hAnsi="Courier New"/>
          <w:color w:val="555555"/>
          <w:sz w:val="20"/>
        </w:rPr>
        <w:t>[Chron . 43]</w:t>
      </w:r>
    </w:p>
    <w:p>
      <w:r>
        <w:rPr>
          <w:rFonts w:ascii="Gentium Plus" w:hAnsi="Gentium Plus"/>
          <w:sz w:val="24"/>
        </w:rPr>
        <w:t>τῆς βασιλείας, κεκοσμημένον ὅπλῳ καὶ στρατῷ, οὕς, φησί, σκίρ‐ τους ἐκάλει, ὡς γοργοὺς καὶ ἐξαλλομένους· ἦσαν γὰρ ἐκ τῆς Βεσ‐ σικῆς χώρας, καὶ σοφίᾳ μυστικῇ πεπαιδευμένοι· ταῦτα γνοὺς ὁ Πενθεὺς ἐφθόνει αὐτῷ, ἀκούσας ὅτι καὶ τῆς βασιλείας τῶν Βοιω‐</w:t>
      </w:r>
    </w:p>
    <w:p>
      <w:r>
        <w:rPr>
          <w:rFonts w:ascii="Courier New" w:hAnsi="Courier New"/>
          <w:color w:val="555555"/>
          <w:sz w:val="20"/>
        </w:rPr>
        <w:t>[5]</w:t>
      </w:r>
    </w:p>
    <w:p>
      <w:r>
        <w:rPr>
          <w:rFonts w:ascii="Gentium Plus" w:hAnsi="Gentium Plus"/>
          <w:sz w:val="24"/>
        </w:rPr>
        <w:t>τῶν ἐπιθυμεῖ. καὶ γενόμενοι ἐχθροὶ συνέβαλον πόλεμον ἐν τῇ πόλει· καὶ ὁ Πενθεὺς νικήσας αὐτὸν παρέλαβεν αὐτόν, καὶ δήσας ἐφύλαξεν αὐτὸν διὰ τὴν παρουσίαν τοῦ Κάδμου, τοῦ πάππου αὐ‐ τῶν. ἡ δὲ Ἀγαύη, ὡς θεία αὐτοῦ καὶ μήτηρ τοῦ Πενθέως, πείσασα τὸν ἴδιον υἱὸν ἐποίησεν αὐτὸν ἀπολῦσαι αὐτόν. ὅστις</w:t>
      </w:r>
    </w:p>
    <w:p>
      <w:r>
        <w:rPr>
          <w:rFonts w:ascii="Courier New" w:hAnsi="Courier New"/>
          <w:color w:val="555555"/>
          <w:sz w:val="20"/>
        </w:rPr>
        <w:t>[10]</w:t>
      </w:r>
    </w:p>
    <w:p>
      <w:r>
        <w:rPr>
          <w:rFonts w:ascii="Gentium Plus" w:hAnsi="Gentium Plus"/>
          <w:sz w:val="24"/>
        </w:rPr>
        <w:t>ἀπολυθεὶς ἐβουλεύετο πῶς ἀνέλῃ τὸν Πενθέα· καὶ ὁπλισάμενος μετεστείλατο τὴν Ἀγαύην, καὶ ᾔτησε φιλιωθῆναι αὐτὴν τῷ Πεν‐ θεῖ καὶ ἅμα αὐτῷ ἀπελθεῖν πρὸς τὸν Κάδμον. ἡ δὲ πολλὰ ποιήσασα τῷ Πενθεῖ, τῷ ἑαυτῆς υἱῷ, ἔπεισεν αὐτὸν φιλιωθῆ‐ ναι αὐτῷ καὶ ἀπελθεῖν πρὸς τὸν Κάδμον, ὅτι ἐλυπήθη πρὸς αὐ‐</w:t>
      </w:r>
    </w:p>
    <w:p>
      <w:r>
        <w:rPr>
          <w:rFonts w:ascii="Courier New" w:hAnsi="Courier New"/>
          <w:color w:val="555555"/>
          <w:sz w:val="20"/>
        </w:rPr>
        <w:t>[15]</w:t>
      </w:r>
    </w:p>
    <w:p>
      <w:r>
        <w:rPr>
          <w:rFonts w:ascii="Gentium Plus" w:hAnsi="Gentium Plus"/>
          <w:sz w:val="24"/>
        </w:rPr>
        <w:t>τούς, τῆς Ἀγαύης συνταξαμένης ἅμα αὐτοῖς ἀπιέναι καὶ πείθειν τὸν ἴδιον πατέρα. ὁ δὲ Διόνυσος ὠργίζετο κατὰ τοῦ Πενθέως, ὡς δεθεὶς καὶ λοιδορούμενος παρ’ αὐτοῦ· ἔλεγε γὰρ πᾶσιν ὅτι ἐκ πορνείας ἐτέχθη ὁ αὐτὸς Διόνυσος. διὰ τοῦτο δὲ καὶ ὁ Εὐριπί‐ δης μετὰ χρόνους εὑρηκὼς τὸ τοιοῦτον σύγγραμμα τῶν Βακχῶν</w:t>
      </w:r>
    </w:p>
    <w:p>
      <w:r>
        <w:rPr>
          <w:rFonts w:ascii="Courier New" w:hAnsi="Courier New"/>
          <w:color w:val="555555"/>
          <w:sz w:val="20"/>
        </w:rPr>
        <w:t>[20]</w:t>
      </w:r>
    </w:p>
    <w:p>
      <w:r>
        <w:rPr>
          <w:rFonts w:ascii="Gentium Plus" w:hAnsi="Gentium Plus"/>
          <w:sz w:val="24"/>
        </w:rPr>
        <w:t>ἐξέθετο δρᾶμα, ὡς ἀπὸ Πενθέως εἰπὼν ταῦτα· Σεμέλη δὲ λο‐</w:t>
      </w:r>
    </w:p>
    <w:p>
      <w:r>
        <w:rPr>
          <w:rFonts w:ascii="Courier New" w:hAnsi="Courier New"/>
          <w:color w:val="555555"/>
          <w:sz w:val="20"/>
        </w:rPr>
        <w:t>[Chron . 44]</w:t>
      </w:r>
    </w:p>
    <w:p>
      <w:r>
        <w:rPr>
          <w:rFonts w:ascii="Gentium Plus" w:hAnsi="Gentium Plus"/>
          <w:sz w:val="24"/>
        </w:rPr>
        <w:t>χευθεῖσα ἐκ βροτοῦ τινος εἰς Ζῆνα φέρουσα τὴν ἁμαρτίαν λέγει. φιλιωθέντων δὲ αὐτῶν ἐκέλευσε τῷ ἰδίῳ στρατῷ ὁ Διόνυσος προ‐ λαβεῖν κατὰ τὴν ὁδὸν ἐν στενῷ τόπῳ καὶ συσχεῖν τὸν Πενθέα. ἐν δὲ τῷ μέλλειν αὐτοὺς ἐξιέναι μετὰ ὀλίγων ἀνδρῶν ἦλθεν ὁ</w:t>
      </w:r>
    </w:p>
    <w:p>
      <w:r>
        <w:rPr>
          <w:rFonts w:ascii="Courier New" w:hAnsi="Courier New"/>
          <w:color w:val="555555"/>
          <w:sz w:val="20"/>
        </w:rPr>
        <w:t>[5]</w:t>
      </w:r>
    </w:p>
    <w:p>
      <w:r>
        <w:rPr>
          <w:rFonts w:ascii="Gentium Plus" w:hAnsi="Gentium Plus"/>
          <w:sz w:val="24"/>
        </w:rPr>
        <w:t>Διόνυσος πρὸς αὐτόν· καὶ λοιπὸν ὁ Πενθεύς, ἀγνοῶν τὸ σκέμ‐ μα, καὶ αὐτὸς ὀλίγους μεθ’ ἑαυτοῦ ἔλαβεν ἄνδρας· καὶ ἡ Ἀγαύη ἦν μετ’ αὐτῶν. ἐν δὲ τῷ αὐτοὺς ἀπιέναι ἐπέῤῥιψεν αὐτῷ ὁ στρα‐ τὸς τοῦ Διονύσου, καὶ συνέσχον τὸν Πενθέα· καὶ εὐθέως ἐκέ‐ λευσεν ὁ Διόνυσος ἀποτμηθῆναι αὐτόν, καὶ τὴν κεφαλὴν δοθῆ‐</w:t>
      </w:r>
    </w:p>
    <w:p>
      <w:r>
        <w:rPr>
          <w:rFonts w:ascii="Courier New" w:hAnsi="Courier New"/>
          <w:color w:val="555555"/>
          <w:sz w:val="20"/>
        </w:rPr>
        <w:t>[10]</w:t>
      </w:r>
    </w:p>
    <w:p>
      <w:r>
        <w:rPr>
          <w:rFonts w:ascii="Gentium Plus" w:hAnsi="Gentium Plus"/>
          <w:sz w:val="24"/>
        </w:rPr>
        <w:t>ναι τῇ μητρὶ αὐτοῦ, ὡς ὑβριζούσῃ τὸν αὐτὸν Διόνυσον. καὶ ὑπέστρεψεν ὁ Διόνυσος εἰς τὴν Καδμείαν εἰς τὸ βασιλεῦσαι. διὰ τοῦτο δὲ λέγουσι τὴν Ἀγαύην ἀποκεφαλίσασαν τὸν ἴδιον αὐ‐ τῆς υἱόν, διότι ἔπεισε τὸν Πενθέα φιλιωθῆναι τῷ Διονύσῳ καὶ αἰτία γέγονε τοῦ θανάτου τοῦ ἰδίου αὐτῆς υἱοῦ. οἱ οὖν συγκλη‐</w:t>
      </w:r>
    </w:p>
    <w:p>
      <w:r>
        <w:rPr>
          <w:rFonts w:ascii="Courier New" w:hAnsi="Courier New"/>
          <w:color w:val="555555"/>
          <w:sz w:val="20"/>
        </w:rPr>
        <w:t>[15]</w:t>
      </w:r>
    </w:p>
    <w:p>
      <w:r>
        <w:rPr>
          <w:rFonts w:ascii="Gentium Plus" w:hAnsi="Gentium Plus"/>
          <w:sz w:val="24"/>
        </w:rPr>
        <w:t>τικοὶ καὶ πολῖται τῆς Καδμείας πόλεως οὐκ ἐδέξαντο τὸν αὐτὸν Διόνυσον διοικῆσαι τὴν βασιλείαν αὐτῶν, λέγοντες ὅτι τὸν ἴδιον ἐξάδελφον ἐφόνευσε μὴ ὢν βασιλεύς· ἐὰν βασιλεύσῃ, ἀπολεῖ τὴν Βοιωτίαν. καὶ προετρέψαντο παρακαλέσαντες τὸν Λυκοῦργον, ἄνδρα σοφόν, εἰπόντες αὐτῷ τὰ συμβάντα. καὶ ὡπλίσατο κατ’</w:t>
      </w:r>
    </w:p>
    <w:p>
      <w:r>
        <w:rPr>
          <w:rFonts w:ascii="Courier New" w:hAnsi="Courier New"/>
          <w:color w:val="555555"/>
          <w:sz w:val="20"/>
        </w:rPr>
        <w:t>[20]</w:t>
      </w:r>
    </w:p>
    <w:p>
      <w:r>
        <w:rPr>
          <w:rFonts w:ascii="Gentium Plus" w:hAnsi="Gentium Plus"/>
          <w:sz w:val="24"/>
        </w:rPr>
        <w:t>αὐτοῦ, καὶ ἐκβάλλει αὐτὸν ἐκ τῆς Καδμείας πόλεως καὶ τῆς Βοιω‐</w:t>
      </w:r>
    </w:p>
    <w:p>
      <w:r>
        <w:rPr>
          <w:rFonts w:ascii="Courier New" w:hAnsi="Courier New"/>
          <w:color w:val="555555"/>
          <w:sz w:val="20"/>
        </w:rPr>
        <w:t>[Chron . 45]</w:t>
      </w:r>
    </w:p>
    <w:p>
      <w:r>
        <w:rPr>
          <w:rFonts w:ascii="Gentium Plus" w:hAnsi="Gentium Plus"/>
          <w:sz w:val="24"/>
        </w:rPr>
        <w:t>ἔφυγε τὸν Λυκοῦργον· καὶ εἰς Δελφοὺς ἀπελθὼν ἐκεῖ τελευτᾷ. καὶ ἐτέθη τὸ λείψανον τοῦ αὐτοῦ Διονύσου ἐκεῖ ἐν σορῷ· καὶ τὰ ὅπλα δὲ αὐτοῦ αὐτὸς ἐκεῖ εἰς τὸ ἱερὸν ἐκρέμασε, καθὼς Δείναρ‐ χος ὁ σοφώτατος συνεγράψατο περὶ τοῦ αὐτοῦ Διονύσου. ὡσαύ‐</w:t>
      </w:r>
    </w:p>
    <w:p>
      <w:r>
        <w:rPr>
          <w:rFonts w:ascii="Courier New" w:hAnsi="Courier New"/>
          <w:color w:val="555555"/>
          <w:sz w:val="20"/>
        </w:rPr>
        <w:t>[5]</w:t>
      </w:r>
    </w:p>
    <w:p>
      <w:r>
        <w:rPr>
          <w:rFonts w:ascii="Gentium Plus" w:hAnsi="Gentium Plus"/>
          <w:sz w:val="24"/>
        </w:rPr>
        <w:t>τως δὲ καὶ ὁ σοφώτατος Φιλόχορος τὰ αὐτὰ συνεγράψατο, ἐν ᾗ ἐκθέσει εἶπε περὶ τοῦ αὐτοῦ Διονύσου, ἔστιν ἰδεῖν τὴν ταφὴν αὐ‐ τοῦ ἐν Δελφοῖς παρὰ τὸν Ἀπόλλωνα τὸν χρυσοῦν. βάθρον δέ τι εἶναι ὑπονοεῖται ἡ σορός, ἐν ᾧ γράφεται, Ἐνθάδε κεῖται θανὼν Διόνυσος ἐκ Σεμέλης. ὁμοίως δὲ καὶ ὁ σοφώτατος Κεφαλίων τὰ</w:t>
      </w:r>
    </w:p>
    <w:p>
      <w:r>
        <w:rPr>
          <w:rFonts w:ascii="Courier New" w:hAnsi="Courier New"/>
          <w:color w:val="555555"/>
          <w:sz w:val="20"/>
        </w:rPr>
        <w:t>[10]</w:t>
      </w:r>
    </w:p>
    <w:p>
      <w:r>
        <w:rPr>
          <w:rFonts w:ascii="Gentium Plus" w:hAnsi="Gentium Plus"/>
          <w:sz w:val="24"/>
        </w:rPr>
        <w:t>αὐτὰ ἐν τῷ ἰδίῳ συγγράμματι ἐξέθετο. Μετὰ οὖν τὴν τελευτὴν τοῦ Κάδμου, βασιλέως τῆς Βοιω‐ τίας, ἐβασίλευσεν ὁ Νυκτεύς. οὗτος ἔχει θυγατέρα, ἱέρειαν τοῦ ναοῦ Ἡλίου, ὀνόματι Ἀντιόπην· ἥτις ἐδιδάχθη τὴν ἡλιακὴν εὐ‐ χήν, ἤτοι μυσταγωγίαν τῶν Διονυσιακῶν βακχευμάτων, κἀκεῖθεν</w:t>
      </w:r>
    </w:p>
    <w:p>
      <w:r>
        <w:rPr>
          <w:rFonts w:ascii="Courier New" w:hAnsi="Courier New"/>
          <w:color w:val="555555"/>
          <w:sz w:val="20"/>
        </w:rPr>
        <w:t>[15]</w:t>
      </w:r>
    </w:p>
    <w:p>
      <w:r>
        <w:rPr>
          <w:rFonts w:ascii="Gentium Plus" w:hAnsi="Gentium Plus"/>
          <w:sz w:val="24"/>
        </w:rPr>
        <w:t>ἐλέγετο βάκχη. ὁ δὲ αὐτῆς πατήρ, ὁ Νυκτεύς, εἶχεν ἀδελφὸν ὀνό‐ ματι Λύκον, βασιλέα τοῦ Ἄργους· ὅστις Λύκος βασιλεὺς εἶχε συγκλητικὸν ὀνόματι Θεόβοον, υἱὸν γενόμενον Βρόντονός τινος, ἐξαδέλφου τῆς Δίρκης, ἐκ τοῦ γένους τοῦ Πίκου Διὸς καταγο‐ μένου. ὁ αὐτὸς δὲ Θεόβοος ὁ συγκλητικὸς κατὰ τάγμα ἐλθὼν ἐκ</w:t>
      </w:r>
    </w:p>
    <w:p>
      <w:r>
        <w:rPr>
          <w:rFonts w:ascii="Courier New" w:hAnsi="Courier New"/>
          <w:color w:val="555555"/>
          <w:sz w:val="20"/>
        </w:rPr>
        <w:t>[20]</w:t>
      </w:r>
    </w:p>
    <w:p>
      <w:r>
        <w:rPr>
          <w:rFonts w:ascii="Gentium Plus" w:hAnsi="Gentium Plus"/>
          <w:sz w:val="24"/>
        </w:rPr>
        <w:t>τοῦ Ἄργους ἐν τῷ ἱερῷ τοῦ Ἡλίου παρακοιμηθῆναι, καὶ ἑωρακὼς</w:t>
      </w:r>
    </w:p>
    <w:p>
      <w:r>
        <w:rPr>
          <w:rFonts w:ascii="Courier New" w:hAnsi="Courier New"/>
          <w:color w:val="555555"/>
          <w:sz w:val="20"/>
        </w:rPr>
        <w:t>[Chron . 46]</w:t>
      </w:r>
    </w:p>
    <w:p>
      <w:r>
        <w:rPr>
          <w:rFonts w:ascii="Gentium Plus" w:hAnsi="Gentium Plus"/>
          <w:sz w:val="24"/>
        </w:rPr>
        <w:t>εἰς ἔρωτα αὐτῆς. καὶ παραμείνας ἐν τῷ ἱερῷ προφάσει τοῦ τά‐ γματος τῆς εὐχῆς, ὡς συγγενὴς αὐτῆς, ὑπονοθεύσας ἔφθειρεν αὐ‐ τὴν καὶ ἔγκυον ἐποίησε· καὶ φοβηθεὶς τὸν Νυκτέα, βασιλέα τῆς Βοιωτίας, ἀνεχώρησεν εἰς τὴν ἰδίαν αὐτοῦ χώραν. μαθὼν δὲ ὁ</w:t>
      </w:r>
    </w:p>
    <w:p>
      <w:r>
        <w:rPr>
          <w:rFonts w:ascii="Courier New" w:hAnsi="Courier New"/>
          <w:color w:val="555555"/>
          <w:sz w:val="20"/>
        </w:rPr>
        <w:t>[5]</w:t>
      </w:r>
    </w:p>
    <w:p>
      <w:r>
        <w:rPr>
          <w:rFonts w:ascii="Gentium Plus" w:hAnsi="Gentium Plus"/>
          <w:sz w:val="24"/>
        </w:rPr>
        <w:t>Νυκτεὺς βασιλεύς, ὁ ταύτης πατήρ, ὅτι ἐφθάρη, ἔλαβεν αὐ‐ τὴν ἐκ τοῦ ἱεροῦ· καὶ ἐξετάσας αὐτὴν ἔμαθε παρ’ αὐτῆς τὸν φθορέα Θεόβοον ὅτι ἐκ τῶν συγκλητικῶν ἐστι τοῦ ἀδελφοῦ αὐτοῦ Λύκου καὶ τῆς αὐτοῦ γυναικὸς γένος. ἀγνοῶν δὲ ὁ Νυκτεύς, ὁ πατὴρ αὐτῆς, ὅτι ἔγκυός ἐστιν, ἔπεμψεν αὐτὴν εἰς τὸν ἴδιον αὐ‐</w:t>
      </w:r>
    </w:p>
    <w:p>
      <w:r>
        <w:rPr>
          <w:rFonts w:ascii="Courier New" w:hAnsi="Courier New"/>
          <w:color w:val="555555"/>
          <w:sz w:val="20"/>
        </w:rPr>
        <w:t>[10]</w:t>
      </w:r>
    </w:p>
    <w:p>
      <w:r>
        <w:rPr>
          <w:rFonts w:ascii="Gentium Plus" w:hAnsi="Gentium Plus"/>
          <w:sz w:val="24"/>
        </w:rPr>
        <w:t>τοῦ ἀδελφόν, τὸν Λύκον, βασιλέα τοῦ Ἄργους, ἵνα ἐξετάσῃ καὶ αὐτὸς τὸ πρᾶγμα τῆς φθορᾶς αὐτῆς, καὶ εἰ ἀληθές ἐστιν ὅτι ἐκ τοῦ Ἄργους ἐστὶν ὁ αὐτῆς φθορεύς, καὶ αὐτὴν τιμωρήσηται, ὡς φθαρεῖσαν ἱέρειαν οὖσαν, καὶ ἐκεῖνον δὲ ἀμύνηται, ὡς τοιοῦ‐ τόν τι τολμήσαντα κατὰ ἱερατικοῦ σώματος. ὁ δὲ βασιλεὺς Λύ‐</w:t>
      </w:r>
    </w:p>
    <w:p>
      <w:r>
        <w:rPr>
          <w:rFonts w:ascii="Courier New" w:hAnsi="Courier New"/>
          <w:color w:val="555555"/>
          <w:sz w:val="20"/>
        </w:rPr>
        <w:t>[15]</w:t>
      </w:r>
    </w:p>
    <w:p>
      <w:r>
        <w:rPr>
          <w:rFonts w:ascii="Gentium Plus" w:hAnsi="Gentium Plus"/>
          <w:sz w:val="24"/>
        </w:rPr>
        <w:t>κος εἰσαγαγὼν τὴν αὐτὴν Ἀντιόπην εἰς ἐξέτασιν, καὶ ἑωρακὼς αὐτῆς τὴν εὐπρέπειαν, καὶ μαθὼν ὅτι ἔγκυός ἐστιν, ἠλέησεν αὐ‐ τήν, λέγων ὅτι δεῖ περιμεῖναι, ἄχρις οὗ τέκῃ, καὶ τότε τιμωρή‐ σασθαι αὐτήν, ὡς ἱερατικὸν ὑβρίσασαν σχῆμα. ὁ δὲ αὐτὸς Λύ‐ κος βασιλεὺς εἶχε γυναῖκα τὴν Δίρκην· καὶ παραδοὺς αὐτῇ τὴν</w:t>
      </w:r>
    </w:p>
    <w:p>
      <w:r>
        <w:rPr>
          <w:rFonts w:ascii="Courier New" w:hAnsi="Courier New"/>
          <w:color w:val="555555"/>
          <w:sz w:val="20"/>
        </w:rPr>
        <w:t>[20]</w:t>
      </w:r>
    </w:p>
    <w:p>
      <w:r>
        <w:rPr>
          <w:rFonts w:ascii="Gentium Plus" w:hAnsi="Gentium Plus"/>
          <w:sz w:val="24"/>
        </w:rPr>
        <w:t>Ἀντιόπην εἶπεν αὐτὴν φυλάττεσθαι παρ’ αὐτῇ, ἄχρις οὗ τέκῃ· ὁ δὲ Λύκος βασιλεὺς ἦν θεῖος τῆς Ἀντιόπης. ἡ δὲ αὐτὴ Ἀντιόπη</w:t>
      </w:r>
    </w:p>
    <w:p>
      <w:r>
        <w:rPr>
          <w:rFonts w:ascii="Courier New" w:hAnsi="Courier New"/>
          <w:color w:val="555555"/>
          <w:sz w:val="20"/>
        </w:rPr>
        <w:t>[Chron . 47]</w:t>
      </w:r>
    </w:p>
    <w:p>
      <w:r>
        <w:rPr>
          <w:rFonts w:ascii="Gentium Plus" w:hAnsi="Gentium Plus"/>
          <w:sz w:val="24"/>
        </w:rPr>
        <w:t>ἐῤῥίφησαν γεννηθέντα τὰ βρέφη κατὰ κέλευσιν τοῦ Λύκου βασι‐ λέως ἐν τῇ κώμῃ τῇ λεγομένῃ Ῥασθέᾳ πλησίον τοῦ Κιθαιρωνίου ὄρους. οὕστινας παῖδας οἴκτου χάριν ἔλαβε παρὰ τῶν ῥιπτόν‐ των τὰ αὐτὰ βρέφη Ὀρδίων τις γεηπόνος, ἄπαις ὤν, γνοὺς ὅτι</w:t>
      </w:r>
    </w:p>
    <w:p>
      <w:r>
        <w:rPr>
          <w:rFonts w:ascii="Courier New" w:hAnsi="Courier New"/>
          <w:color w:val="555555"/>
          <w:sz w:val="20"/>
        </w:rPr>
        <w:t>[5]</w:t>
      </w:r>
    </w:p>
    <w:p>
      <w:r>
        <w:rPr>
          <w:rFonts w:ascii="Gentium Plus" w:hAnsi="Gentium Plus"/>
          <w:sz w:val="24"/>
        </w:rPr>
        <w:t>τέκνα ὑπῆρχον τῆς ἱερείας Ἀντιόπης· ᾔδει γὰρ αὐτήν, ὡς ἱέρειαν· καὶ ἀνεθρέψατο αὐτά. μετὰ δὲ χρόνον πολέμου κινηθέντος τῇ Ἀργείων χώρᾳ, ἐξῆλθεν ὁ Λύκος βασιλεὺς ἐπὶ τὸν πόλεμον· καὶ ἐχρόνισε πολεμῶν. ἡ δὲ Δίρκη, τοῦ Λύκου βασιλέως γυνή, λο‐ γισαμένη ὅτι οὐκέτι μετὰ τὸν τοκετὸν ἐτιμωρήσατο τὴν αὐτὴν</w:t>
      </w:r>
    </w:p>
    <w:p>
      <w:r>
        <w:rPr>
          <w:rFonts w:ascii="Courier New" w:hAnsi="Courier New"/>
          <w:color w:val="555555"/>
          <w:sz w:val="20"/>
        </w:rPr>
        <w:t>[10]</w:t>
      </w:r>
    </w:p>
    <w:p>
      <w:r>
        <w:rPr>
          <w:rFonts w:ascii="Gentium Plus" w:hAnsi="Gentium Plus"/>
          <w:sz w:val="24"/>
        </w:rPr>
        <w:t>Ἀντιόπην, ἀλλ’ εἴασεν αὐτήν, ὡς ἐρῶν αὐτῆς καὶ λάθρᾳ μιγνύ‐ μενος μετ’ αὐτῆς, ὡς εὐπρεπεστάτης, λαβοῦσα αὐτὴν μετὰ ὀλί‐ γων στρατιωτῶν ὡς ἐπὶ χώραν ἀπῆλθεν ἐπὶ τὸ Κιθαιρώνιον ὄρος ἐν τῇ κώμῃ ὅπου οἱ αὐτῆς υἱεῖς ἦσαν ἀνατραφέντες. τοῦτο δὲ ἀγνοοῦσα ἡ Δίρκη, καὶ ἐξαγαγοῦσα ἐκ τοῦ αὐτοῦ χωρίου ταῦρον</w:t>
      </w:r>
    </w:p>
    <w:p>
      <w:r>
        <w:rPr>
          <w:rFonts w:ascii="Courier New" w:hAnsi="Courier New"/>
          <w:color w:val="555555"/>
          <w:sz w:val="20"/>
        </w:rPr>
        <w:t>[15]</w:t>
      </w:r>
    </w:p>
    <w:p>
      <w:r>
        <w:rPr>
          <w:rFonts w:ascii="Gentium Plus" w:hAnsi="Gentium Plus"/>
          <w:sz w:val="24"/>
        </w:rPr>
        <w:t>ἄγριον, καὶ πήξασα δᾷδα ἐν τοῖς αὐτοῦ κέρασι, τὴν Ἀντιόπην ἐκέλευσε δεθῆναι, καὶ τὸν σχοῖνον εἰς τὸν τράχηλον τοῦ ταύρου εἱλιγῆναι, καὶ οὕτως συρῆναι τὴν Ἀντιόπην ὑπὸ τοῦ ταύρου καὶ ἀπολέσθαι. καὶ ἀκούσαντες πάντες οἱ τοῦ αὐτοῦ κτήματος τὸν μέλλοντα γίνεσθαι τῆς Ἀντιόπης θάνατον καὶ τοὺς αὐτῆς ὀλολυ‐</w:t>
      </w:r>
    </w:p>
    <w:p>
      <w:r>
        <w:rPr>
          <w:rFonts w:ascii="Courier New" w:hAnsi="Courier New"/>
          <w:color w:val="555555"/>
          <w:sz w:val="20"/>
        </w:rPr>
        <w:t>[20]</w:t>
      </w:r>
    </w:p>
    <w:p>
      <w:r>
        <w:rPr>
          <w:rFonts w:ascii="Gentium Plus" w:hAnsi="Gentium Plus"/>
          <w:sz w:val="24"/>
        </w:rPr>
        <w:t>γμούς, ἐξῆλθον ἐκ τοῦ Δέρας Θέας χωρίου οὕτως λεγομένου·</w:t>
      </w:r>
    </w:p>
    <w:p>
      <w:r>
        <w:rPr>
          <w:rFonts w:ascii="Courier New" w:hAnsi="Courier New"/>
          <w:color w:val="555555"/>
          <w:sz w:val="20"/>
        </w:rPr>
        <w:t>[Chron . 48]</w:t>
      </w:r>
    </w:p>
    <w:p>
      <w:r>
        <w:rPr>
          <w:rFonts w:ascii="Gentium Plus" w:hAnsi="Gentium Plus"/>
          <w:sz w:val="24"/>
        </w:rPr>
        <w:t>δύο υἱοὶ τῆς Ἀντιόπης ἦσαν μετ’ αὐτῶν ἅμα τῷ ἀναθρεψαμένῳ αὐτοὺς Ὀρδίωνι γεωργῷ. καὶ παρεκάλουν τὴν Δίρκην μὴ τοιού‐ τῳ μόρῳ ἀνελεῖν αὐτήν· ἡ δὲ ἐξεῖπεν αὐτοῖς ὅτι ἱέρεια ἦν τοῦ Ἡλίου, καὶ ἐφθάρη καὶ ἐγέννησε δύο παῖδας ἐκ πορνείας, καὶ</w:t>
      </w:r>
    </w:p>
    <w:p>
      <w:r>
        <w:rPr>
          <w:rFonts w:ascii="Courier New" w:hAnsi="Courier New"/>
          <w:color w:val="555555"/>
          <w:sz w:val="20"/>
        </w:rPr>
        <w:t>[5]</w:t>
      </w:r>
    </w:p>
    <w:p>
      <w:r>
        <w:rPr>
          <w:rFonts w:ascii="Gentium Plus" w:hAnsi="Gentium Plus"/>
          <w:sz w:val="24"/>
        </w:rPr>
        <w:t>δεῖ αὐτὴν τιμωρηθῆναι. καὶ ἀκούσαντες οἱ τῆς Ἀντιόπης υἱοί, Ζῆθος καὶ Ἀμφίων, παρὰ τοῦ ἀναθρεψαμένου αὐτοὺς Ὀρδίω‐ νος ὅτι ἡ μήτηρ αὐτῶν ἐστιν ἡ μέλλουσα τιμωρεῖσθαι, ἡ Ἀντιό‐ πη, συναθροίσαντες πᾶσαν τὴν ἀγροικικὴν χώραν, ἅμα αὐτοῖς ἀπελθόντες ἐφόνευσαν τοὺς στρατιώτας. καὶ λαβόντες τὴν Δίρ‐</w:t>
      </w:r>
    </w:p>
    <w:p>
      <w:r>
        <w:rPr>
          <w:rFonts w:ascii="Courier New" w:hAnsi="Courier New"/>
          <w:color w:val="555555"/>
          <w:sz w:val="20"/>
        </w:rPr>
        <w:t>[10]</w:t>
      </w:r>
    </w:p>
    <w:p>
      <w:r>
        <w:rPr>
          <w:rFonts w:ascii="Gentium Plus" w:hAnsi="Gentium Plus"/>
          <w:sz w:val="24"/>
        </w:rPr>
        <w:t>κην ἀφείλοντο ἃ ἐφόρει βασιλικὰ κοσμήματα, καὶ ἔλυσαν τὴν Ἀν‐ τιόπην. καὶ λυθεῖσα τῶν δεσμῶν ἡ Ἀντιόπη ἐπέτρεψε τοῖς ἰδίοις αὐτῆς παισίν, Ἀμφίονι καὶ Ζήθῳ, φονεῦσαι τὴν Δίρκην· καὶ λαβόντες τὴν Δίρκην ἔδησαν εἰς τὸν αὐτὸν ἄγριον ταῦρον, καὶ συρεῖσα ὑπὸ τοῦ ταύρου ἡ Δίρκη ἀπώλετο. ὁ δὲ ταῦρος ἐκ τῆς</w:t>
      </w:r>
    </w:p>
    <w:p>
      <w:r>
        <w:rPr>
          <w:rFonts w:ascii="Courier New" w:hAnsi="Courier New"/>
          <w:color w:val="555555"/>
          <w:sz w:val="20"/>
        </w:rPr>
        <w:t>[15]</w:t>
      </w:r>
    </w:p>
    <w:p>
      <w:r>
        <w:rPr>
          <w:rFonts w:ascii="Gentium Plus" w:hAnsi="Gentium Plus"/>
          <w:sz w:val="24"/>
        </w:rPr>
        <w:t>ἐλασίας ἐδίψησε, καὶ εὑρὼν πηγὴν ἔστη πιεῖν· καὶ κοπεῖσα ἡ σχοῖνος εἴασε πλησίον τῆς πηγῆς τὸ λείψανον τῆς Δίρκης· καὶ ἐκλήθη ἡ αὐτὴ πηγὴ ἐξ ἐκείνου ἕως τῆς νῦν ἐν τῇ χώρᾳ ἐκείνῃ ἡ Δίρκη. καὶ λοιπὸν ὁ Ζῆθος καὶ ὁ Ἀμφίων ἔλαβον τὴν ἑαυτῶν μητέρα, τὴν Ἀντιόπην, καὶ ἔφυγον ἐπὶ τὴν ἰδίαν χώραν αὐτῶν,</w:t>
      </w:r>
    </w:p>
    <w:p>
      <w:r>
        <w:rPr>
          <w:rFonts w:ascii="Courier New" w:hAnsi="Courier New"/>
          <w:color w:val="555555"/>
          <w:sz w:val="20"/>
        </w:rPr>
        <w:t>[20]</w:t>
      </w:r>
    </w:p>
    <w:p>
      <w:r>
        <w:rPr>
          <w:rFonts w:ascii="Gentium Plus" w:hAnsi="Gentium Plus"/>
          <w:sz w:val="24"/>
        </w:rPr>
        <w:t>τὴν Βοιωτίαν· καὶ ἐκεῖ ἀναφανέντες ἐγνώσθησαν τοῖς Βοιωτοῖς. ὁ δὲ αὐτῶν πάππος ὁ Νυκτεύς, ὁ βασιλεὺς τῆς αὐτῆς Βοιωτίας χώρας, γεγήρακε, καὶ νόσῳ βληθεὶς τελευτᾷ. καὶ λοιπὸν μετὰ</w:t>
      </w:r>
    </w:p>
    <w:p>
      <w:r>
        <w:rPr>
          <w:rFonts w:ascii="Courier New" w:hAnsi="Courier New"/>
          <w:color w:val="555555"/>
          <w:sz w:val="20"/>
        </w:rPr>
        <w:t>[Chron . 49]</w:t>
      </w:r>
    </w:p>
    <w:p>
      <w:r>
        <w:rPr>
          <w:rFonts w:ascii="Gentium Plus" w:hAnsi="Gentium Plus"/>
          <w:sz w:val="24"/>
        </w:rPr>
        <w:t>σαν αὐτοὺς βασιλεῦσαι αὐτῶν τὸν Ἀμφίονα καὶ τὸν Ζῆθον, ὡς ἐκ γένους βασιλικοῦ ὑπάρχοντας τοῦ Νυκτέως. καὶ ἀνηγορεύθησαν βασιλεῖς, καὶ ἐβασίλευσαν ὁ Ἀμφίων καὶ ὁ Ζῆθος τῆς Βοιωτίας χώρας οἱ μουσικοί. καὶ εὐθέως Ἀμφίων ὁ λυρικὸς κτίζει πόλιν</w:t>
      </w:r>
    </w:p>
    <w:p>
      <w:r>
        <w:rPr>
          <w:rFonts w:ascii="Courier New" w:hAnsi="Courier New"/>
          <w:color w:val="555555"/>
          <w:sz w:val="20"/>
        </w:rPr>
        <w:t>[5]</w:t>
      </w:r>
    </w:p>
    <w:p>
      <w:r>
        <w:rPr>
          <w:rFonts w:ascii="Gentium Plus" w:hAnsi="Gentium Plus"/>
          <w:sz w:val="24"/>
        </w:rPr>
        <w:t>μεγάλην πάνυ, δωδεκάπυλον, τὴν πρώην μὲν οὖσαν κώμην λε‐ γομένην Ἐνχιλίαν· ἣν ὠνόμασαν οἱ αὐτοὶ ἀδελφοὶ πόλιν Θήβας εἰς τὸ ὄνομα τοῦ αὐτῶν πατρὸς κατὰ κέλευσιν τῆς αὐτῶν μητρός, τῆς Ἀντιόπης. καὶ ἐβασίλευσαν ἔτη πολλὰ τῶν Θηβῶν· καὶ λοι‐ πὸν ἐκλήθη ἡ αὐτὴ χώρα Θῆβαι. ὁ δὲ Λύκος βασιλεύς, ὁ τῆς</w:t>
      </w:r>
    </w:p>
    <w:p>
      <w:r>
        <w:rPr>
          <w:rFonts w:ascii="Courier New" w:hAnsi="Courier New"/>
          <w:color w:val="555555"/>
          <w:sz w:val="20"/>
        </w:rPr>
        <w:t>[10]</w:t>
      </w:r>
    </w:p>
    <w:p>
      <w:r>
        <w:rPr>
          <w:rFonts w:ascii="Gentium Plus" w:hAnsi="Gentium Plus"/>
          <w:sz w:val="24"/>
        </w:rPr>
        <w:t>Δίρκης ἀνήρ, ὁ θεῖος αὐτῶν, ἐτελεύτα ἐν τῷ πολέμῳ. ἅτινα συνεγράψατο Κεφαλίων μετὰ ἀληθείας· ὁ γὰρ σοφώτατος Εὐρι‐ πίδης ποιητικῶς ἐξέθετο δρᾶμα ὡς ὅτι ὁ Ζεὺς εἰς Σάτυρον [με‐ ταβληθεὶς] ἔφθειρε τὴν Ἀντιόπην, κἀκεῖθεν ἐγεννήθη ὁ Ζῆθος καὶ ὁ Ἀμφίων οἱ μουσικοί. κατὰ δὲ μετάστασιν μετεμψυχώσεως</w:t>
      </w:r>
    </w:p>
    <w:p>
      <w:r>
        <w:rPr>
          <w:rFonts w:ascii="Courier New" w:hAnsi="Courier New"/>
          <w:color w:val="555555"/>
          <w:sz w:val="20"/>
        </w:rPr>
        <w:t>[15]</w:t>
      </w:r>
    </w:p>
    <w:p>
      <w:r>
        <w:rPr>
          <w:rFonts w:ascii="Gentium Plus" w:hAnsi="Gentium Plus"/>
          <w:sz w:val="24"/>
        </w:rPr>
        <w:t>καταχθέντα τὸν πατέρα αὐτῶν Θεόβοον ἐκ τοῦ Πίκου Διὸς εἶπεν, ὅτι ὁ Ζεὺς μεταβληθεὶς εἰς Σάτυρον, ὅ ἐστι κατὰ τὴν Βοιωτῶν γλῶσσαν εἰς ἄλλο σῶμα εὐτελέστερον, ἔφθειρε τὴν Ἀντιόπην. Μετὰ δὲ τὴν βασιλείαν τοῦ Ἀμφίονος καὶ τοῦ Ζήθου ἐβασί‐ λευσαν οἱ ἐκ τοῦ γένους αὐτῶν τῶν Θηβῶν ἕως τῆς βασιλείας</w:t>
      </w:r>
    </w:p>
    <w:p>
      <w:r>
        <w:rPr>
          <w:rFonts w:ascii="Courier New" w:hAnsi="Courier New"/>
          <w:color w:val="555555"/>
          <w:sz w:val="20"/>
        </w:rPr>
        <w:t>[20]</w:t>
      </w:r>
    </w:p>
    <w:p>
      <w:r>
        <w:rPr>
          <w:rFonts w:ascii="Gentium Plus" w:hAnsi="Gentium Plus"/>
          <w:sz w:val="24"/>
        </w:rPr>
        <w:t>τοῦ Οἰδίποδος, υἱοῦ Λαΐου καὶ τῆς Ἰοκάστης. ὅστις Λάϊος,</w:t>
      </w:r>
    </w:p>
    <w:p>
      <w:r>
        <w:rPr>
          <w:rFonts w:ascii="Courier New" w:hAnsi="Courier New"/>
          <w:color w:val="555555"/>
          <w:sz w:val="20"/>
        </w:rPr>
        <w:t>[Chron . 50]</w:t>
      </w:r>
    </w:p>
    <w:p>
      <w:r>
        <w:rPr>
          <w:rFonts w:ascii="Gentium Plus" w:hAnsi="Gentium Plus"/>
          <w:sz w:val="24"/>
        </w:rPr>
        <w:t>βασιλεὺς Θηβῶν, ἔσχεν υἱὸν Ἰώκκαν, μετακληθέντα τὸν αὐτὸν προειρημένον Οἰδίποδα. καὶ χρησμοδοτηθεὶς ὅτι τῇ ἰδίᾳ αὐτοῦ μητρὶ Ἰοκάστῃ συμμιγήσεται, ἐκέλευσε τοῖς παραμένουσιν αὐτῷ στρατιώταις λαβεῖν τὸν αὐτὸν Οἰδίποδα εἰς τὰς ὕλας, καὶ βλη‐</w:t>
      </w:r>
    </w:p>
    <w:p>
      <w:r>
        <w:rPr>
          <w:rFonts w:ascii="Courier New" w:hAnsi="Courier New"/>
          <w:color w:val="555555"/>
          <w:sz w:val="20"/>
        </w:rPr>
        <w:t>[5]</w:t>
      </w:r>
    </w:p>
    <w:p>
      <w:r>
        <w:rPr>
          <w:rFonts w:ascii="Gentium Plus" w:hAnsi="Gentium Plus"/>
          <w:sz w:val="24"/>
        </w:rPr>
        <w:t>θῆναι τοὺς πόδας αὐτοῦ ἐν ξύλῳ γλυφέντι καὶ ἔχοντι ὀπὰς καὶ ἡλωθῆναι τὸ ξύλον· ἐξ αὐτοῦ οὖν ἐπινενόηται ὁ λεγόμενος παρὰ τοῖς στρατιώταις ἕως τῆς νῦν κοῦσπος· καὶ ποιήσαντες ὡς ἐκε‐ λεύσθησαν οἱ στρατιῶται εἴασαν τὸν Οἰδίποδα εἰς τὰς ὕλας, ὅπως θηριόβρωτος γένηται. καὶ ἐλθών τις ἄγροικος ὀνόματι Μελί‐</w:t>
      </w:r>
    </w:p>
    <w:p>
      <w:r>
        <w:rPr>
          <w:rFonts w:ascii="Courier New" w:hAnsi="Courier New"/>
          <w:color w:val="555555"/>
          <w:sz w:val="20"/>
        </w:rPr>
        <w:t>[10]</w:t>
      </w:r>
    </w:p>
    <w:p>
      <w:r>
        <w:rPr>
          <w:rFonts w:ascii="Gentium Plus" w:hAnsi="Gentium Plus"/>
          <w:sz w:val="24"/>
        </w:rPr>
        <w:t>βοιος ἐπὶ τὴν ὕλην κόψαι ξύλα, εὗρεν αὐτὸν συρόμενον ἐπὶ τὴν γῆν καὶ τοὺς πόδας αὐτοῦ ὀγκωθέντας. καὶ λαβὼν ἐν ᾗ ἐβάστα‐ ζεν ἀξίνῃ ἔκλασε τὸ ξύλον ὅπου ἐσφάληντο οἱ αὐτοῦ πόδες, καὶ λαβὼν αὐτὸν ἀνεθρέψατο, καλέσας αὐτὸν Οἰδίποδα διὰ τὸ οἰδά‐ νειν τοὺς πόδας αὐτοῦ· καὶ ἐγένετο γενναῖος αὐξηθείς. ἐν δὲ τῇ</w:t>
      </w:r>
    </w:p>
    <w:p>
      <w:r>
        <w:rPr>
          <w:rFonts w:ascii="Courier New" w:hAnsi="Courier New"/>
          <w:color w:val="555555"/>
          <w:sz w:val="20"/>
        </w:rPr>
        <w:t>[15]</w:t>
      </w:r>
    </w:p>
    <w:p>
      <w:r>
        <w:rPr>
          <w:rFonts w:ascii="Gentium Plus" w:hAnsi="Gentium Plus"/>
          <w:sz w:val="24"/>
        </w:rPr>
        <w:t>χώρᾳ ἐκείνῃ ἀνεφάνη γυνή τις χήρα ὀνόματι Σφίγξ, δυσειδής, κατάμασθος, χωρική· ἥτις μετὰ τὴν ἀποβολὴν τοῦ ἰδίου αὐτῆς ἀνδρὸς συναγαγοῦσα πλῆθος ἀγροίκων λῃστῶν ὁμοφρόνων αὐτῇ ἐν τῇ ἰδίᾳ αὐτῆς κώμῃ τῇ λεγομένῃ Μωάβῃ, κειμένῃ δὲ μεταξὺ δύο ὀρέων, ἐχόντων ἐν μέσῳ στενὴν ὁδὸν μίαν μόνην, καὶ κα‐</w:t>
      </w:r>
    </w:p>
    <w:p>
      <w:r>
        <w:rPr>
          <w:rFonts w:ascii="Courier New" w:hAnsi="Courier New"/>
          <w:color w:val="555555"/>
          <w:sz w:val="20"/>
        </w:rPr>
        <w:t>[20]</w:t>
      </w:r>
    </w:p>
    <w:p>
      <w:r>
        <w:rPr>
          <w:rFonts w:ascii="Gentium Plus" w:hAnsi="Gentium Plus"/>
          <w:sz w:val="24"/>
        </w:rPr>
        <w:t>θημένη ἐν τῇ μιᾷ κορυφῇ τοῦ ὄρους, ἔχουσα τὴν ἅμα αὐτῇ λῃ‐ στρικὴν χεῖρα, καὶ πάντας τοὺς παριόντας ὁδοιπόρους καὶ πραγ‐ ματευτὰς ἐφόνευσε καὶ τὰ αὐτῶν πάντα ἐκομίζετο. ἥτις περι‐</w:t>
      </w:r>
    </w:p>
    <w:p>
      <w:r>
        <w:rPr>
          <w:rFonts w:ascii="Courier New" w:hAnsi="Courier New"/>
          <w:color w:val="555555"/>
          <w:sz w:val="20"/>
        </w:rPr>
        <w:t>[Chron . 51]</w:t>
      </w:r>
    </w:p>
    <w:p>
      <w:r>
        <w:rPr>
          <w:rFonts w:ascii="Gentium Plus" w:hAnsi="Gentium Plus"/>
          <w:sz w:val="24"/>
        </w:rPr>
        <w:t>τηγῶν, καὶ μετ’ αὐτῶν στρατὸς πολὺς ἐκ τοῦ Λαΐου βασιλέως, καὶ ταύτης οὐδεὶς ἠδυνήθη περιγενέσθαι διὰ τὸ ἰσχυρὸν τῶν ὀρέων καὶ διὰ τὸ πλῆθος τῶν ἀγροίκων λῃστῶν τῶν μετ’ αὐτῆς συμμε‐ ριζομένων τὰ τῶν παριόντων ξένων καὶ πολιτῶν. ὁ δὲ Οἰδίπους</w:t>
      </w:r>
    </w:p>
    <w:p>
      <w:r>
        <w:rPr>
          <w:rFonts w:ascii="Courier New" w:hAnsi="Courier New"/>
          <w:color w:val="555555"/>
          <w:sz w:val="20"/>
        </w:rPr>
        <w:t>[5]</w:t>
      </w:r>
    </w:p>
    <w:p>
      <w:r>
        <w:rPr>
          <w:rFonts w:ascii="Gentium Plus" w:hAnsi="Gentium Plus"/>
          <w:sz w:val="24"/>
        </w:rPr>
        <w:t>τέλειος γενόμενος ἔμαθεν ὅτι ἀπὸ τῆς πόλεως κατάγεται τῶν Θη‐ βῶν· καὶ ἀκούσας ὅτι γυνή τις ὀνόματι Σφίγξ, λῃστρίς, ἐλυ‐ μαίνετο πάντας τοὺς ἐπὶ τὰς Θήβας ἐρχομένους, καὶ στενὸν τὴν πόλιν· σοφὸν οὖν τι βουλευσάμενος εἰς τὸ ἀναιρεῖν τὴν Σφίγγα ἔλαβεν ἐκ τοῦ κτήματος ὅπου ἀνετράφη ἀγροίκους γενναίους, ὡς,</w:t>
      </w:r>
    </w:p>
    <w:p>
      <w:r>
        <w:rPr>
          <w:rFonts w:ascii="Courier New" w:hAnsi="Courier New"/>
          <w:color w:val="555555"/>
          <w:sz w:val="20"/>
        </w:rPr>
        <w:t>[10]</w:t>
      </w:r>
    </w:p>
    <w:p>
      <w:r>
        <w:rPr>
          <w:rFonts w:ascii="Gentium Plus" w:hAnsi="Gentium Plus"/>
          <w:sz w:val="24"/>
        </w:rPr>
        <w:t>φησί, θέλων ἅμα τῇ Σφιγγὶ λῃστεύειν. καὶ ἀπῆλθε πρὸς αὐτὴν αἰτῶν αὐτὴν συλλῃστεύειν αὐτῇ· ἥτις θεασαμένη τοῦ νεωτέρου τὴν θέαν καὶ τῶν μετ’ αὐτοῦ, ἐδέξατο αὐτὸν καὶ τοὺς σὺν αὐτῷ· καὶ ἐπήρχετο καὶ αὐτὸς τοῖς παριοῦσιν. εὑρηκὼς δὲ καιρὸν ὅτε οὐκ ἔσχεν ὄχλον λῃστῶν μετ’ αὐτῆς, λαβὼν λόγχην ἀνεῖλεν αὐτήν,</w:t>
      </w:r>
    </w:p>
    <w:p>
      <w:r>
        <w:rPr>
          <w:rFonts w:ascii="Courier New" w:hAnsi="Courier New"/>
          <w:color w:val="555555"/>
          <w:sz w:val="20"/>
        </w:rPr>
        <w:t>[15]</w:t>
      </w:r>
    </w:p>
    <w:p>
      <w:r>
        <w:rPr>
          <w:rFonts w:ascii="Gentium Plus" w:hAnsi="Gentium Plus"/>
          <w:sz w:val="24"/>
        </w:rPr>
        <w:t>καὶ ἀφείλετο πάντα τὰ αὐτῆς, φονεύσας ἅμα τοῖς αὐτῆς πολλούς. καὶ εἰσήγαγε τὸ λείψανον αὐτῆς ἐν τῇ τῶν Θηβῶν πόλει, ὡς ὀφεί‐ λων κομίσασθαι ἅμα τοῖς αὐτοῦ χρήματα ἀπὸ τοῦ βασιλέως Λαΐου. καὶ θαυμάζοντες πάντες οἱ Θηβαῖοι πολῖται ἀνύμνουν</w:t>
      </w:r>
    </w:p>
    <w:p>
      <w:r>
        <w:rPr>
          <w:rFonts w:ascii="Courier New" w:hAnsi="Courier New"/>
          <w:color w:val="555555"/>
          <w:sz w:val="20"/>
        </w:rPr>
        <w:t>[Chron . 52]</w:t>
      </w:r>
    </w:p>
    <w:p>
      <w:r>
        <w:rPr>
          <w:rFonts w:ascii="Gentium Plus" w:hAnsi="Gentium Plus"/>
          <w:sz w:val="24"/>
        </w:rPr>
        <w:t>ἠγανάκτησεν ὁ βασιλεὺς κατὰ τῶν τῆς πόλεως, καὶ ἔπεμψε στρα‐ τὸν κατ’ αὐτῶν· καὶ γενομένου ἐμφυλίου πολέμου ἐξῆλθεν ὁ Λάϊος ἀπολογήσασθαι αὐτοῖς. καὶ ῥιφείσης κατ’ αὐτοῦ σαγίτ‐ τας ἐφονεύθη ὁ Λάϊος· καὶ λοιπὸν ἡ Ἰοκάστη, μὴ θέλουσα ἐκ‐</w:t>
      </w:r>
    </w:p>
    <w:p>
      <w:r>
        <w:rPr>
          <w:rFonts w:ascii="Courier New" w:hAnsi="Courier New"/>
          <w:color w:val="555555"/>
          <w:sz w:val="20"/>
        </w:rPr>
        <w:t>[5]</w:t>
      </w:r>
    </w:p>
    <w:p>
      <w:r>
        <w:rPr>
          <w:rFonts w:ascii="Gentium Plus" w:hAnsi="Gentium Plus"/>
          <w:sz w:val="24"/>
        </w:rPr>
        <w:t>βληθῆναι τῆς βασιλείας, εὐθέως ἀγαγοῦσα τὸν Οἰδίποδα ἐποίησεν αὐτὸν βασιλέα, μαθοῦσα ὅτι οὐκ ἔχει γυναῖκα. καὶ ἐγαμήθη αὐτῷ πρὸς θεραπείαν τῶν τῆς πόλεως καὶ τῆς συγκλήτου· καὶ ἐβασίλευσε τῶν Θηβῶν ὁ Οἰδίπους ἔτη ιθʹ, καὶ τῆς Ἰοκάστης ἀγνοούσης καὶ τοῦ Οἰδίποδος ὅτι μήτηρ αὐτοῦ ὑπῆρχε· καὶ ἔσχε</w:t>
      </w:r>
    </w:p>
    <w:p>
      <w:r>
        <w:rPr>
          <w:rFonts w:ascii="Courier New" w:hAnsi="Courier New"/>
          <w:color w:val="555555"/>
          <w:sz w:val="20"/>
        </w:rPr>
        <w:t>[10]</w:t>
      </w:r>
    </w:p>
    <w:p>
      <w:r>
        <w:rPr>
          <w:rFonts w:ascii="Gentium Plus" w:hAnsi="Gentium Plus"/>
          <w:sz w:val="24"/>
        </w:rPr>
        <w:t>δύο υἱοὺς παρ’ αὐτῆς, τὸν Ἐτεοκλέα καὶ τὸν Πολυνείκην, καὶ θυγατέρας δύο, Ἰσμήνην καὶ Ἀντιγόνην. μετὰ δὲ χρόνον τινὰ ἐπηρώτησεν ἡ αὐτὴ Ἰοκάστη τὸν Οἰδίποδα πόθεν ἐστὶ καὶ τίς αὐ‐ τοῦ πατήρ; ὁ δὲ εἶπε τὸν Μελίβοιον τὸν ἀναθρεψάμενον αὐτόν. καὶ μεταστειλαμένη τὸν Μελίβοιον τὸν ἀναθρέψαντα αὐτὸν ἔμαθε</w:t>
      </w:r>
    </w:p>
    <w:p>
      <w:r>
        <w:rPr>
          <w:rFonts w:ascii="Courier New" w:hAnsi="Courier New"/>
          <w:color w:val="555555"/>
          <w:sz w:val="20"/>
        </w:rPr>
        <w:t>[15]</w:t>
      </w:r>
    </w:p>
    <w:p>
      <w:r>
        <w:rPr>
          <w:rFonts w:ascii="Gentium Plus" w:hAnsi="Gentium Plus"/>
          <w:sz w:val="24"/>
        </w:rPr>
        <w:t>παρ’ αὐτοῦ ὅτι οὐκ ἔστιν αὐτοῦ υἱός, ἀλλ’ εὗρεν αὐτὸν εἰς τὰς ὕλας. καὶ ἐπερωτήσασα τὸν χρόνον, ἔγνω ὅτι υἱὸς αὐτῆς ἐστι· καὶ εἶπεν αὐτῷ. καὶ ἀκούσας ὁ Οἰδίπους ἔλαβεν ἥλους, καὶ πή‐ ξας τοῖς ἰδίοις αὐτοῦ ὀφθαλμοῖς τελευτᾷ, ἐάσας τὸ βασίλειον τοῖς δυσὶν αὐτοῦ υἱοῖς, ἐνιαυτὸν παρ’ ἐνιαυτὸν βασιλεύειν κελεύ‐</w:t>
      </w:r>
    </w:p>
    <w:p>
      <w:r>
        <w:rPr>
          <w:rFonts w:ascii="Courier New" w:hAnsi="Courier New"/>
          <w:color w:val="555555"/>
          <w:sz w:val="20"/>
        </w:rPr>
        <w:t>[20]</w:t>
      </w:r>
    </w:p>
    <w:p>
      <w:r>
        <w:rPr>
          <w:rFonts w:ascii="Gentium Plus" w:hAnsi="Gentium Plus"/>
          <w:sz w:val="24"/>
        </w:rPr>
        <w:t>σας· οἵτινες εἰς ἔχθραν ἐλθόντες διὰ τὴν βασιλείαν, ἐπολέμησαν μετ’ ἀλλήλων, καὶ ἑαυτοὺς ἔσφαξαν μονομαχήσαντες. ὁ γὰρ</w:t>
      </w:r>
    </w:p>
    <w:p>
      <w:r>
        <w:rPr>
          <w:rFonts w:ascii="Courier New" w:hAnsi="Courier New"/>
          <w:color w:val="555555"/>
          <w:sz w:val="20"/>
        </w:rPr>
        <w:t>[Chron . 53]</w:t>
      </w:r>
    </w:p>
    <w:p>
      <w:r>
        <w:rPr>
          <w:rFonts w:ascii="Gentium Plus" w:hAnsi="Gentium Plus"/>
          <w:sz w:val="24"/>
        </w:rPr>
        <w:t>Θηβῶν ἀπὸ τοῦ Ἐτεοκλέους, ἀδελφοῦ αὐτοῦ, ἀπῆλθεν εἰς τὸ Ἄργος· καὶ ἠγάγετο γυναῖκα τὴν θυγατέρα Ἀδράστου τοῦ βασι‐ λέως τοῦ Ἄργους. καὶ προτρεψάμενος τὸν Ἄδραστον βασιλέα καὶ ἄλλους βασιλεῖς μετὰ πλήθους στρατοῦ κατὰ τοῦ ἰδίου ἀδελ‐</w:t>
      </w:r>
    </w:p>
    <w:p>
      <w:r>
        <w:rPr>
          <w:rFonts w:ascii="Courier New" w:hAnsi="Courier New"/>
          <w:color w:val="555555"/>
          <w:sz w:val="20"/>
        </w:rPr>
        <w:t>[5]</w:t>
      </w:r>
    </w:p>
    <w:p>
      <w:r>
        <w:rPr>
          <w:rFonts w:ascii="Gentium Plus" w:hAnsi="Gentium Plus"/>
          <w:sz w:val="24"/>
        </w:rPr>
        <w:t>φοῦ ἦλθε κατὰ τῶν Θηβῶν· οἱ δὲ προτραπέντες καὶ μετ’ αὐτοῦ ἐπιστρατεύσαντες ἦσαν αὐτοί, Ἄδραστος, Καπανεύς, Ἀμφιάραος, Παρθενοπεύς, Ἱππομέδων. καὶ τῶν δύο ἀδελφῶν, ὡς εἴρηται, τελευτησάντων, ἀνεχώρησαν οἱ βασιλεῖς μετὰ τῶν ἰδίων στρατευ‐ μάτων ἐπὶ τὰς αὐτῶν χώρας, καὶ ἐλύθη ἡ βασιλεία τῶν Θηβῶν,</w:t>
      </w:r>
    </w:p>
    <w:p>
      <w:r>
        <w:rPr>
          <w:rFonts w:ascii="Courier New" w:hAnsi="Courier New"/>
          <w:color w:val="555555"/>
          <w:sz w:val="20"/>
        </w:rPr>
        <w:t>[10]</w:t>
      </w:r>
    </w:p>
    <w:p>
      <w:r>
        <w:rPr>
          <w:rFonts w:ascii="Gentium Plus" w:hAnsi="Gentium Plus"/>
          <w:sz w:val="24"/>
        </w:rPr>
        <w:t>ἤτοι Βοιωτῶν, κατασχοῦσα ἔτη τξθʹ. τὰ δὲ προγεγραμμένα ταῦτα πάντα ὁ σοφώτατος Παλαίφατος ἀληθῆ ἐξέθετο. ὁ γὰρ σοφώτατος Εὐριπίδης ποιητικῶς ἐξέθετο δρᾶμα περὶ τοῦ Οἰδί‐ ποδος καὶ τῆς Ἰοκάστης καὶ τῆς Σφιγγός. τὰ γὰρ τῶν Θηβῶν βασίλεια Ἀφρικανὸς ὁ χρονογράφος ἐξέθετο.</w:t>
      </w:r>
    </w:p>
    <w:p>
      <w:r>
        <w:rPr>
          <w:rFonts w:ascii="Courier New" w:hAnsi="Courier New"/>
          <w:color w:val="555555"/>
          <w:sz w:val="20"/>
        </w:rPr>
        <w:t>[15]</w:t>
      </w:r>
    </w:p>
    <w:p>
      <w:r>
        <w:rPr>
          <w:rFonts w:ascii="Gentium Plus" w:hAnsi="Gentium Plus"/>
          <w:sz w:val="24"/>
        </w:rPr>
        <w:t>Ἐν δὲ τοῖς ἀνωτέρω προγεγραμμένοις [χρόνοις] ἐκ τῆς φυ‐ λῆς τοῦ Ἰάφεθ ἐγεννήθη ὁ Σερούχ· ὅστις ἐνήρξατο πρῶτος τὸ τοῦ ἑλληνισμοῦ δόγματος διὰ τῆς εἰδωλολατρίας, καθὼς Εὐσέ‐</w:t>
      </w:r>
    </w:p>
    <w:p>
      <w:r>
        <w:rPr>
          <w:rFonts w:ascii="Courier New" w:hAnsi="Courier New"/>
          <w:color w:val="555555"/>
          <w:sz w:val="20"/>
        </w:rPr>
        <w:t>[Chron . 54]</w:t>
      </w:r>
    </w:p>
    <w:p>
      <w:r>
        <w:rPr>
          <w:rFonts w:ascii="Gentium Plus" w:hAnsi="Gentium Plus"/>
          <w:sz w:val="24"/>
        </w:rPr>
        <w:t>πολεμιστάς, ἡγεμόνας, ἢ πράξαντάς τι ἀνδρεῖον ἢ ἀρετῆς ἐν τῷ βίῳ τοῦ μνημονεύεσθαι εἶναι ἄξιον, μάλιστα τοὺς ποιήσαντας διὰ δυ‐ νάμεώς τινος μυστήρια, ὡς ὄντας αὐτῶν προπάτορας, ἀνδριᾶσι στηλῶν ἐτίμησαν, καὶ πάντες ὡς εὐεργέτας εἰς θεὸν προσεκύνουν,</w:t>
      </w:r>
    </w:p>
    <w:p>
      <w:r>
        <w:rPr>
          <w:rFonts w:ascii="Courier New" w:hAnsi="Courier New"/>
          <w:color w:val="555555"/>
          <w:sz w:val="20"/>
        </w:rPr>
        <w:t>[5]</w:t>
      </w:r>
    </w:p>
    <w:p>
      <w:r>
        <w:rPr>
          <w:rFonts w:ascii="Gentium Plus" w:hAnsi="Gentium Plus"/>
          <w:sz w:val="24"/>
        </w:rPr>
        <w:t>καὶ ἐθυσίαζον αὐτοὺς τιμῶντες, ὅτι ἀγαθὸν εὑρηκότες, ἢ διὰ τέ‐ χνης ἢ διὰ κτίσματος ἢ διὰ σοφίας ἢ δι’ ἄλλης οἵας δήποτε ἀρε‐ τῆς ἐλθόντας, οὕστινας ἀπεθέωσαν, καθὼς Ῥηγῖνος ὁ σοφώτατος συνεγράψατο τῶν ἀποθεωθέντων ὀνόματα. οἱ δὲ μετὰ ταῦτα ἄνθρωποι, ἀγνοοῦντες τὴν τῶν προγόνων γνώμην, ὅτι ὡς προπά‐</w:t>
      </w:r>
    </w:p>
    <w:p>
      <w:r>
        <w:rPr>
          <w:rFonts w:ascii="Courier New" w:hAnsi="Courier New"/>
          <w:color w:val="555555"/>
          <w:sz w:val="20"/>
        </w:rPr>
        <w:t>[10]</w:t>
      </w:r>
    </w:p>
    <w:p>
      <w:r>
        <w:rPr>
          <w:rFonts w:ascii="Gentium Plus" w:hAnsi="Gentium Plus"/>
          <w:sz w:val="24"/>
        </w:rPr>
        <w:t>τορας καὶ ἀγαθῶν ἐπινοητὰς ἐτίμησαν μνήμης καὶ μόνης χάριν, ὡς θεοὺς ἐπουρανίους ἐτίμουν καὶ ἐθυσίαζον αὐτοῖς, οὐχ ὡς γε‐ νομένους ἀνθρώπους θνητοὺς καὶ ὁμοιοπαθεῖς. περὶ ὧν ἐν ταῖς συγγραφαῖς αὐτοῦ λέγει καὶ ὁ Διόδωρος ὁ σοφώτατος ταῦτα ὅτι ἄνθρωποι γεγόνασιν οἱ θεοί, οὕστινας οἱ ἄνθρωποι ὡς νομίζον‐</w:t>
      </w:r>
    </w:p>
    <w:p>
      <w:r>
        <w:rPr>
          <w:rFonts w:ascii="Courier New" w:hAnsi="Courier New"/>
          <w:color w:val="555555"/>
          <w:sz w:val="20"/>
        </w:rPr>
        <w:t>[15]</w:t>
      </w:r>
    </w:p>
    <w:p>
      <w:r>
        <w:rPr>
          <w:rFonts w:ascii="Gentium Plus" w:hAnsi="Gentium Plus"/>
          <w:sz w:val="24"/>
        </w:rPr>
        <w:t>τες δι’ εὐεργεσίαν ἀθανάτους προσηγόρευον· τινὰς δὲ καὶ ὀνομά‐ των προσηγορίας ἐσχηκέναι καὶ κρατήσαντας χώρας. τοῦτο δὲ</w:t>
      </w:r>
    </w:p>
    <w:p>
      <w:r>
        <w:rPr>
          <w:rFonts w:ascii="Courier New" w:hAnsi="Courier New"/>
          <w:color w:val="555555"/>
          <w:sz w:val="20"/>
        </w:rPr>
        <w:t>[Chron . 55]</w:t>
      </w:r>
    </w:p>
    <w:p>
      <w:r>
        <w:rPr>
          <w:rFonts w:ascii="Gentium Plus" w:hAnsi="Gentium Plus"/>
          <w:sz w:val="24"/>
        </w:rPr>
        <w:t>σεως σχῆμα τοῦτο. ἐν τοῖς ἱερατικοῖς αὐτῶν βιβλίοις τὰ ὀνόμα‐ τα αὐτῶν ἐτάσσετο, ὅτε ἐτελεύτησαν, καὶ κατὰ τὸν αὐτὸν και‐ ρὸν ἑορτὴν καὶ θυσίαν αὐτῶν ἐπετέλουν ἐν οἷς ἔκειντο μνήμασι, λέγοντες εἰς τὰς τῶν μακάρων νήσους εἶναι τὰς αὐτῶν ψυχὰς καὶ</w:t>
      </w:r>
    </w:p>
    <w:p>
      <w:r>
        <w:rPr>
          <w:rFonts w:ascii="Courier New" w:hAnsi="Courier New"/>
          <w:color w:val="555555"/>
          <w:sz w:val="20"/>
        </w:rPr>
        <w:t>[5]</w:t>
      </w:r>
    </w:p>
    <w:p>
      <w:r>
        <w:rPr>
          <w:rFonts w:ascii="Gentium Plus" w:hAnsi="Gentium Plus"/>
          <w:sz w:val="24"/>
        </w:rPr>
        <w:t>μηκέτι κρίνεσθαι ἢ καίεσθαι πυρί. καὶ διέμειναν ἕως τῶν χρό‐ νων Θάῤῥα, τοῦ πατρὸς τοῦ Ἀβραάμ. ἦν γὰρ Θάῤῥα ἀγαλμα‐ τοποιὸς πλαστουργῶν, ἀπὸ λίθων καὶ ξύλων θεοὺς ποιῶν καὶ πι‐ πράσκων, καὶ πλάνην ἀγαλμάτων καὶ εἰδωλολατρίας εἰσῆγε τοῖς ἀνθρώποις διὰ ἀπεικονισμάτων τῶν προγόνων αὐτῶν, μάλιστα</w:t>
      </w:r>
    </w:p>
    <w:p>
      <w:r>
        <w:rPr>
          <w:rFonts w:ascii="Courier New" w:hAnsi="Courier New"/>
          <w:color w:val="555555"/>
          <w:sz w:val="20"/>
        </w:rPr>
        <w:t>[10]</w:t>
      </w:r>
    </w:p>
    <w:p>
      <w:r>
        <w:rPr>
          <w:rFonts w:ascii="Gentium Plus" w:hAnsi="Gentium Plus"/>
          <w:sz w:val="24"/>
        </w:rPr>
        <w:t>τῶν εὑρηκότων τὰ γράμματα καὶ τὰς τέχνας· οἷς συνέτρεχον σπουδαίως οἱ Αἰγύπτιοι καὶ οἱ Βαβυλώνιοι καὶ Φρύγες οἱ ἐκ τῆς Ἑλλάδος· ταύτης γὰρ τῆς θρησκείας ὑπῆρχον. ἦσαν γὰρ καὶ αὐτοὶ ἀγαλμάτων ποιηταὶ καὶ μυστηρίων ἐξηγηταὶ καὶ τελεσταί· ἀφ’ ὧν μάλιστα εἰς Ἕλληνας ἤχθη ἡ αὐτὴ θρησκεία, ἀπό τινος</w:t>
      </w:r>
    </w:p>
    <w:p>
      <w:r>
        <w:rPr>
          <w:rFonts w:ascii="Courier New" w:hAnsi="Courier New"/>
          <w:color w:val="555555"/>
          <w:sz w:val="20"/>
        </w:rPr>
        <w:t>[15]</w:t>
      </w:r>
    </w:p>
    <w:p>
      <w:r>
        <w:rPr>
          <w:rFonts w:ascii="Gentium Plus" w:hAnsi="Gentium Plus"/>
          <w:sz w:val="24"/>
        </w:rPr>
        <w:t>Ἕλληνος ὀνόματι, υἱοῦ καὶ αὐτοῦ Πίκου Διός, μυστικά τινα ποιοῦντος ἀνδρὸς τῶν ἐν Ἑλλάδι κατοικησάντων, ἐκ τῆς φυλῆς ὄντος τοῦ Ἰάφεθ, υἱοῦ Νῶε τοῦ τρίτου. Ἴωνες δὲ οἱ ἐκ τῆς Ἰὼ τούτων [γὰρ] ἀρχηγοὶ ἐγένοντο· ἦσαν γὰρ διδαχθέντες ἐκ τοῦ</w:t>
      </w:r>
    </w:p>
    <w:p>
      <w:r>
        <w:rPr>
          <w:rFonts w:ascii="Courier New" w:hAnsi="Courier New"/>
          <w:color w:val="555555"/>
          <w:sz w:val="20"/>
        </w:rPr>
        <w:t>[Chron . 56]</w:t>
      </w:r>
    </w:p>
    <w:p>
      <w:r>
        <w:rPr>
          <w:rFonts w:ascii="Gentium Plus" w:hAnsi="Gentium Plus"/>
          <w:sz w:val="24"/>
        </w:rPr>
        <w:t>γον· ὧντινων καὶ γλῶσσαι διεμερίσθησαν, διὸ καὶ μέροπες κέ‐ κληνται οἱ ἄνθρωποι διὰ τὸ μερισθῆναι αὐτῶν τὰς λαλιὰς εἰς πολλὰς γλώσσας καὶ φωνάς. οὕστινας μεμφόμενος ὁ Χερονήσιος Πλούταρχος ἡ παλαιὰ φιλοσοφία παρ’ Ἕλλησι καὶ βαρβάροις ἐξέ‐</w:t>
      </w:r>
    </w:p>
    <w:p>
      <w:r>
        <w:rPr>
          <w:rFonts w:ascii="Courier New" w:hAnsi="Courier New"/>
          <w:color w:val="555555"/>
          <w:sz w:val="20"/>
        </w:rPr>
        <w:t>[5]</w:t>
      </w:r>
    </w:p>
    <w:p>
      <w:r>
        <w:rPr>
          <w:rFonts w:ascii="Gentium Plus" w:hAnsi="Gentium Plus"/>
          <w:sz w:val="24"/>
        </w:rPr>
        <w:t>θετο ὡς πλάνην ἀγαλμάτων τινὲς εἰσάγουσιν· αὐτὸς δέ, φησί, τοὺς κατ’ οὐρανὸν φωστῆρας θεοποιεῖν ἔδοξε, τὸν ἥλιον καὶ τὴν σελήνην παρεισάγων, ὡς ἡ τῶν Αἰγυπτίων θεολογία ἔχει, αὐ‐ τοὺς τὸν σύμπαντα κόσμον διοικεῖν τρέφοντας καὶ αὐξάνοντας τὰ πάντα τῇ τρίτῃ κινήσει τῶν εʹ πλανητῶν καὶ τῆς λοιπῆς ἀστρο‐</w:t>
      </w:r>
    </w:p>
    <w:p>
      <w:r>
        <w:rPr>
          <w:rFonts w:ascii="Courier New" w:hAnsi="Courier New"/>
          <w:color w:val="555555"/>
          <w:sz w:val="20"/>
        </w:rPr>
        <w:t>[10]</w:t>
      </w:r>
    </w:p>
    <w:p>
      <w:r>
        <w:rPr>
          <w:rFonts w:ascii="Gentium Plus" w:hAnsi="Gentium Plus"/>
          <w:sz w:val="24"/>
        </w:rPr>
        <w:t>θεσίας κατὰ γένεσιν καὶ ἀέρα. τὸν δὲ Πλούταρχον τὸν Χερο‐</w:t>
      </w:r>
    </w:p>
    <w:p>
      <w:pPr>
        <w:jc w:val="center"/>
      </w:pPr>
      <w:r>
        <w:rPr>
          <w:rFonts w:ascii="Gentium Plus" w:hAnsi="Gentium Plus"/>
          <w:b/>
          <w:sz w:val="24"/>
        </w:rPr>
        <w:t>ΛΟΓΟΣ ΤΡΙΤΟΣ</w:t>
      </w:r>
    </w:p>
    <w:p>
      <w:r>
        <w:rPr>
          <w:rFonts w:ascii="Courier New" w:hAnsi="Courier New"/>
          <w:color w:val="555555"/>
          <w:sz w:val="20"/>
        </w:rPr>
        <w:t>[t2]</w:t>
      </w:r>
    </w:p>
    <w:p>
      <w:r>
        <w:rPr>
          <w:rFonts w:ascii="Gentium Plus" w:hAnsi="Gentium Plus"/>
          <w:sz w:val="24"/>
        </w:rPr>
        <w:t>ΧΡΟΝΩΝ ΘΕΟΓΝΩΣΙΑΣ ΑΒΡΑΑΜ.</w:t>
      </w:r>
    </w:p>
    <w:p>
      <w:r>
        <w:rPr>
          <w:rFonts w:ascii="Courier New" w:hAnsi="Courier New"/>
          <w:color w:val="555555"/>
          <w:sz w:val="20"/>
        </w:rPr>
        <w:t>[1]</w:t>
      </w:r>
    </w:p>
    <w:p>
      <w:r>
        <w:rPr>
          <w:rFonts w:ascii="Gentium Plus" w:hAnsi="Gentium Plus"/>
          <w:sz w:val="24"/>
        </w:rPr>
        <w:t>Ὁ δὲ Ἀβραὰμ θεογνωσίαν ἐπιγνούς, καὶ λογισάμενος ὅτι τὰ ἀγάλματα, ἃ ἐποίει ὁ πατὴρ αὐτοῦ Θάῤῥας, ἀνθρώπων τεθνη‐ κότων ὑπάρχει, καὶ οὐκ ἐχρῆν τιμᾶσθαι αὐτοὺς ὡς θεοὺς ἐν τῷ οὐρανῷ, γενομένους γῆν καὶ κόνιν· κατεγίνωσκεν οὖν τῷ ἰδίῳ</w:t>
      </w:r>
    </w:p>
    <w:p>
      <w:r>
        <w:rPr>
          <w:rFonts w:ascii="Courier New" w:hAnsi="Courier New"/>
          <w:color w:val="555555"/>
          <w:sz w:val="20"/>
        </w:rPr>
        <w:t>[5]</w:t>
      </w:r>
    </w:p>
    <w:p>
      <w:r>
        <w:rPr>
          <w:rFonts w:ascii="Gentium Plus" w:hAnsi="Gentium Plus"/>
          <w:sz w:val="24"/>
        </w:rPr>
        <w:t>πατρὶ Θάῤῥᾳ λέγων, Τί πλανᾷς τοὺς ἀνθρώπους διὰ κέρδος; οὐκ ἔστι γὰρ ἄλλος θεός, εἰ μὴ ὁ ἐν τοῖς οὐρανοῖς, ὁ δημιουργήσας τὰ ὁρώμενα ταῦτα πάντα· καὶ λαβὼν ἔκλασε τὰ ἀγάλματα πάντα, καὶ ἀνεχώρησεν ἐξ αὐτοῦ καὶ ἀπῆλθεν εἰς τὴν Μεσοποταμίαν, καθὼς Εὐσέβιος ὁ Παμφίλου, ὁ σοφὸς χρονογράφος, ἐξέθετο.</w:t>
      </w:r>
    </w:p>
    <w:p>
      <w:r>
        <w:rPr>
          <w:rFonts w:ascii="Courier New" w:hAnsi="Courier New"/>
          <w:color w:val="555555"/>
          <w:sz w:val="20"/>
        </w:rPr>
        <w:t>[10]</w:t>
      </w:r>
    </w:p>
    <w:p>
      <w:r>
        <w:rPr>
          <w:rFonts w:ascii="Gentium Plus" w:hAnsi="Gentium Plus"/>
          <w:sz w:val="24"/>
        </w:rPr>
        <w:t>Ἐν δὲ τοῖς χρόνοις τοῦ Ἀβραὰμ ἦν καὶ ὁ Μελχισεδέκ, ἀνὴρ θεοσεβής, ἐθνικός, καταγόμενος ἐκ τοῦ γένους Σίδου, υἱοῦ Αἰ‐</w:t>
      </w:r>
    </w:p>
    <w:p>
      <w:r>
        <w:rPr>
          <w:rFonts w:ascii="Courier New" w:hAnsi="Courier New"/>
          <w:color w:val="555555"/>
          <w:sz w:val="20"/>
        </w:rPr>
        <w:t>[Chron . 58]</w:t>
      </w:r>
    </w:p>
    <w:p>
      <w:r>
        <w:rPr>
          <w:rFonts w:ascii="Gentium Plus" w:hAnsi="Gentium Plus"/>
          <w:sz w:val="24"/>
        </w:rPr>
        <w:t>ται. ὅστις Σίδος ἐκ τῆς Αἰγύπτου ἐπελθὼν παρέλαβε τὴν χώραν τῶν λεγομένων Χαναναίων ἐθνικῶν, τοῦτ’ ἐστὶ τὴν νῦν λεγομέ‐ νην Παλαιστίνην. καὶ ὑποτάξας αὐτὴν ᾤκησεν ἐκεῖ ἐν αὐτῇ· καὶ κτίζει πόλιν, ἣν ἐκάλεσε Σιδόνα εἰς ὄνομα ἴδιον, ἥτις νῦν ἐστιν</w:t>
      </w:r>
    </w:p>
    <w:p>
      <w:r>
        <w:rPr>
          <w:rFonts w:ascii="Courier New" w:hAnsi="Courier New"/>
          <w:color w:val="555555"/>
          <w:sz w:val="20"/>
        </w:rPr>
        <w:t>[5]</w:t>
      </w:r>
    </w:p>
    <w:p>
      <w:r>
        <w:rPr>
          <w:rFonts w:ascii="Gentium Plus" w:hAnsi="Gentium Plus"/>
          <w:sz w:val="24"/>
        </w:rPr>
        <w:t>ὑπὸ τὴν Φοινίκην χώραν. καὶ λοιπὸν ἐκ τοῦ γένους τοῦ Σίδου κατήχθη ὁ Μέλχι, ὁ πατὴρ τοῦ Σεδέκ, γενόμενος ἱερεὺς καὶ βα‐ σιλεὺς ἐπεκλήθη Μελχισεδέκ, ὡς προγέγραπται. οὗτος οὖν ὑπῆρ‐ χεν ἱερεὺς καὶ βασιλεὺς τῶν Χαναναίων, καὶ ἔκτισε πόλιν ἐν τῷ ὄρει τῷ λεγομένῳ Σιών, ἥντινα ἐκάλεσε Σαλήμ, ὅπερ ἐστὶν εἰ‐</w:t>
      </w:r>
    </w:p>
    <w:p>
      <w:r>
        <w:rPr>
          <w:rFonts w:ascii="Courier New" w:hAnsi="Courier New"/>
          <w:color w:val="555555"/>
          <w:sz w:val="20"/>
        </w:rPr>
        <w:t>[10]</w:t>
      </w:r>
    </w:p>
    <w:p>
      <w:r>
        <w:rPr>
          <w:rFonts w:ascii="Gentium Plus" w:hAnsi="Gentium Plus"/>
          <w:sz w:val="24"/>
        </w:rPr>
        <w:t>ρήνης πόλις. καὶ ἐβασίλευσεν ἐν αὐτῇ ἔτη ριγʹ, καὶ τελευτᾷ, δί‐ καιος καὶ παρθένος, καθὼς Ἰώσηπος ἐν τῇ ἀρχαιολογίᾳ ἐξέ‐ θετο. καὶ Ἰωάννης δὲ καὶ Κύριλλος, οἱ ὁσιώτατοι ἐπίσκοποι, τὰ αὐτὰ εἶπον. Ἀπὸ οὖν τοῦ κατακλυσμοῦ ἕως Ἀβραὰμ ἔτη εἰσὶν ωϟγʹ, ἀπὸ</w:t>
      </w:r>
    </w:p>
    <w:p>
      <w:r>
        <w:rPr>
          <w:rFonts w:ascii="Courier New" w:hAnsi="Courier New"/>
          <w:color w:val="555555"/>
          <w:sz w:val="20"/>
        </w:rPr>
        <w:t>[15]</w:t>
      </w:r>
    </w:p>
    <w:p>
      <w:r>
        <w:rPr>
          <w:rFonts w:ascii="Gentium Plus" w:hAnsi="Gentium Plus"/>
          <w:sz w:val="24"/>
        </w:rPr>
        <w:t>δὲ τῆς πυργοποιίας ἔτη εἰσὶ φκγʹ. καὶ ἐγένετο μετέπειτα ἀπὸ Ἀβραὰμ καὶ Ἰσαάκ, τοῦ υἱοῦ, καὶ Ἰακώβ, τοῦ ἐκγόνου αὐτοῦ, καὶ τοῦ σπέρματος αὐτῶν, ἐξ ὧν εἰσιν Ἑβραῖοι, ἀπὸ τῶν χρόνων τοῦ Ἀβραὰμ τὸν χαρακτῆρα τοῦ ἔθνους διὰ περιτομῆς εἰληφότες. ἐστὶν οὖν ἀπὸ Ἀδὰμ ἕως τοῦ Ἀβραὰμ ἔτη ͵σψμεʹ.</w:t>
      </w:r>
    </w:p>
    <w:p>
      <w:r>
        <w:rPr>
          <w:rFonts w:ascii="Courier New" w:hAnsi="Courier New"/>
          <w:color w:val="555555"/>
          <w:sz w:val="20"/>
        </w:rPr>
        <w:t>[20]</w:t>
      </w:r>
    </w:p>
    <w:p>
      <w:r>
        <w:rPr>
          <w:rFonts w:ascii="Gentium Plus" w:hAnsi="Gentium Plus"/>
          <w:sz w:val="24"/>
        </w:rPr>
        <w:t>Ὁ δὲ Ἀβραὰμ ἦν ἐτῶν ρʹ, ὅτε ἐγέννησε τὸν Ἰσαάκ, καὶ</w:t>
      </w:r>
    </w:p>
    <w:p>
      <w:r>
        <w:rPr>
          <w:rFonts w:ascii="Courier New" w:hAnsi="Courier New"/>
          <w:color w:val="555555"/>
          <w:sz w:val="20"/>
        </w:rPr>
        <w:t>[Chron . 59]</w:t>
      </w:r>
    </w:p>
    <w:p>
      <w:r>
        <w:rPr>
          <w:rFonts w:ascii="Gentium Plus" w:hAnsi="Gentium Plus"/>
          <w:sz w:val="24"/>
        </w:rPr>
        <w:t>Ἰσαὰκ τὸν Ἰακὼβ τὸν λεγόμενον Ἰσραήλ. ἐκλήθησαν δὲ οἱ Ἰου‐ δαῖοι ἀπὸ Ἰούδα τοῦ τετάρτου υἱοῦ τοῦ Ἰακώβ· ἔσχε γὰρ υἱοὺς δώδεκα. ἡ δὲ τοῦ Ἰούδα φυλὴ ἐκράτει τῶν Ἰουδαίων καὶ διῴ‐ κει· ὅθεν καὶ τὸ ὄνομα ἔσχον.</w:t>
      </w:r>
    </w:p>
    <w:p>
      <w:r>
        <w:rPr>
          <w:rFonts w:ascii="Courier New" w:hAnsi="Courier New"/>
          <w:color w:val="555555"/>
          <w:sz w:val="20"/>
        </w:rPr>
        <w:t>[5]</w:t>
      </w:r>
    </w:p>
    <w:p>
      <w:r>
        <w:rPr>
          <w:rFonts w:ascii="Gentium Plus" w:hAnsi="Gentium Plus"/>
          <w:sz w:val="24"/>
        </w:rPr>
        <w:t>Ἐν δὲ τοῖς χρόνοις τούτοις ἐκ τῆς φυλῆς τοῦ Ἰάφεθ ἀνεφαί‐ νετό τις ὀνόματι Ἡσίοδος· ὅστις ἐξεῦρε τὰ Ἑλλήνων γράμματα, καὶ συντάξας γράμματα ἐξέθετο τοῖς Ἕλλησι πρῶτος. Ἐν δὲ τοῖς χρόνοις τοῦ Ἀβραὰμ ἐβασίλευσεν Ἀσσυρίων ὁ ἐκ φυλῆς τοῦ Σήμ, υἱοῦ Νῶε, Ἐνδελεχός, βασιλεύσας αὐτῶν πρῶ‐</w:t>
      </w:r>
    </w:p>
    <w:p>
      <w:r>
        <w:rPr>
          <w:rFonts w:ascii="Courier New" w:hAnsi="Courier New"/>
          <w:color w:val="555555"/>
          <w:sz w:val="20"/>
        </w:rPr>
        <w:t>[10]</w:t>
      </w:r>
    </w:p>
    <w:p>
      <w:r>
        <w:rPr>
          <w:rFonts w:ascii="Gentium Plus" w:hAnsi="Gentium Plus"/>
          <w:sz w:val="24"/>
        </w:rPr>
        <w:t>τος μετὰ τὸ ἐκλεῖψαι τὸ γένος τοῦ Περσέως. καὶ ἦλθε πάλιν τὸ βασίλειον εἰς τοὺς Ἀσσυρίους. Αἰγυπτίων δὲ ἐβασίλευσε πρῶτος βασιλεὺς τῆς φυλῆς τοῦ Χάμ, υἱοῦ Νῶε, Φαραώ, ὁ καὶ Ναραχὼ καλούμενος. τὰ οὖν πρὸ τούτου παλαιὰ βασίλεια Αἰγυπτίων ἐξέθετο Μανεθὼν ὁ σο‐</w:t>
      </w:r>
    </w:p>
    <w:p>
      <w:r>
        <w:rPr>
          <w:rFonts w:ascii="Courier New" w:hAnsi="Courier New"/>
          <w:color w:val="555555"/>
          <w:sz w:val="20"/>
        </w:rPr>
        <w:t>[15]</w:t>
      </w:r>
    </w:p>
    <w:p>
      <w:r>
        <w:rPr>
          <w:rFonts w:ascii="Gentium Plus" w:hAnsi="Gentium Plus"/>
          <w:sz w:val="24"/>
        </w:rPr>
        <w:t>φώτατος, ὡς προείρηται. τὰ δὲ μεταγενέστερα βασίλεια Αἰγυ‐ πτίων, λέγω δὲ ἀπὸ τοῦ Ναραχὼ καὶ κάτω, συνεγράψατο οὖν ταῦτα Θεόφιλος ὁ σοφώτατος χρονογράφος. Ἐν δὲ τοῖς χρόνοις τοῦ Ἀβραὰμ ἐβασίλευσεν Αἰγυπτίων ὁ ἐκ τῆς φυλῆς τοῦ Χὰμ Ναραχώ. ἠγόρασε δὲ ἀπὸ τῶν Σαρακηνῶν</w:t>
      </w:r>
    </w:p>
    <w:p>
      <w:r>
        <w:rPr>
          <w:rFonts w:ascii="Courier New" w:hAnsi="Courier New"/>
          <w:color w:val="555555"/>
          <w:sz w:val="20"/>
        </w:rPr>
        <w:t>[20]</w:t>
      </w:r>
    </w:p>
    <w:p>
      <w:r>
        <w:rPr>
          <w:rFonts w:ascii="Gentium Plus" w:hAnsi="Gentium Plus"/>
          <w:sz w:val="24"/>
        </w:rPr>
        <w:t>Πετεφρῆς, ὁ ἀρχιμάγειρος τοῦ αὐτοῦ Φαραὼ βασιλέως, τὸν Ἰωσήφ, υἱὸν τοῦ Ἰακώβ· ὅντινα ἐπώλησαν οἱ αὐτοῦ ἀδελφοὶ τοῖς</w:t>
      </w:r>
    </w:p>
    <w:p>
      <w:r>
        <w:rPr>
          <w:rFonts w:ascii="Courier New" w:hAnsi="Courier New"/>
          <w:color w:val="555555"/>
          <w:sz w:val="20"/>
        </w:rPr>
        <w:t>[Chron . 60]</w:t>
      </w:r>
    </w:p>
    <w:p>
      <w:r>
        <w:rPr>
          <w:rFonts w:ascii="Gentium Plus" w:hAnsi="Gentium Plus"/>
          <w:sz w:val="24"/>
        </w:rPr>
        <w:t>πατρός· ἦν δὲ ὁ Ἰωσὴφ ὡραῖος τῇ θέᾳ. ὅστις Ἰωσὴφ ἡρμήνευσε τὸ ὅραμα τῷ βασιλεῖ Φαραώ, ὅπερ εἶδεν ἕνεκεν τοῦ μέλλοντος γίνεσθαι λιμοῦ εἰς τὴν Αἴγυπτον καὶ εἰς πᾶσαν χώραν ἐπὶ ἔτη ζʹ. καὶ θαυμάσας ὁ βασιλεὺς τὴν τοῦ Ἰωσὴφ φρόνησιν, ἠλευθέρωσεν</w:t>
      </w:r>
    </w:p>
    <w:p>
      <w:r>
        <w:rPr>
          <w:rFonts w:ascii="Courier New" w:hAnsi="Courier New"/>
          <w:color w:val="555555"/>
          <w:sz w:val="20"/>
        </w:rPr>
        <w:t>[5]</w:t>
      </w:r>
    </w:p>
    <w:p>
      <w:r>
        <w:rPr>
          <w:rFonts w:ascii="Gentium Plus" w:hAnsi="Gentium Plus"/>
          <w:sz w:val="24"/>
        </w:rPr>
        <w:t>αὐτόν, καὶ ἔδωκεν αὐτῷ ἀξίαν μεγάλην καὶ τὴν θυγατέρα τοῦ ἀρχιερέως Ἡλιουπόλεως τῆς οὔσης ἐν Αἰγύπτῳ εἰς γυναῖκα, κε‐ λεύσας αὐτὸν διοικεῖν τὴν Αἴγυπτον πᾶσαν ἐπὶ ζʹ ἔτη καὶ ἔχειν ἐξουσίαν ὡς βούλεται πράττειν. ὅστις Ἰωσὴφ κτίζει ὡρεῖα, καὶ ἀποτίθεται σῖτον ἐν αὐτοῖς τῶν ἑπτὰ ἐνιαυτῶν, καὶ ἐχορήγησε</w:t>
      </w:r>
    </w:p>
    <w:p>
      <w:r>
        <w:rPr>
          <w:rFonts w:ascii="Courier New" w:hAnsi="Courier New"/>
          <w:color w:val="555555"/>
          <w:sz w:val="20"/>
        </w:rPr>
        <w:t>[10]</w:t>
      </w:r>
    </w:p>
    <w:p>
      <w:r>
        <w:rPr>
          <w:rFonts w:ascii="Gentium Plus" w:hAnsi="Gentium Plus"/>
          <w:sz w:val="24"/>
        </w:rPr>
        <w:t>πανταχοῦ δι’ ἑαυτοῦ τήν τε ἀγορασίαν καὶ τὴν ἔξοδον τῆς πρά‐ σεως, ποιήσας ὡς ἠβουλήθη αὐτός. καὶ τῆς λιμοῦ γενομένης εἰς πᾶσαν τὴν γῆν, ἦλθον οἱ ἀδελφοὶ αὐτοῦ ἀπὸ τῆς γῆς Χαναὰν εἰς Αἴγυπτον ἀγοράσαι σῖτον. καὶ ἐπιγνοὺς αὐτοὺς Ἰωσὴφ ἐκέ‐ λευσε κρατηθῆναι αὐτούς, καὶ ἐθάῤῥησεν αὐτοῖς ὅτι ἀδελφὸς αὐ‐</w:t>
      </w:r>
    </w:p>
    <w:p>
      <w:r>
        <w:rPr>
          <w:rFonts w:ascii="Courier New" w:hAnsi="Courier New"/>
          <w:color w:val="555555"/>
          <w:sz w:val="20"/>
        </w:rPr>
        <w:t>[15]</w:t>
      </w:r>
    </w:p>
    <w:p>
      <w:r>
        <w:rPr>
          <w:rFonts w:ascii="Gentium Plus" w:hAnsi="Gentium Plus"/>
          <w:sz w:val="24"/>
        </w:rPr>
        <w:t>τῶν ὑπάρχει, καὶ ἠνάγκασεν αὐτοὺς ἀπελθεῖν καὶ ἀγαγεῖν πρὸς αὐτὸν τὸν ἀδελφὸν αὐτοῦ τὸν μικρότερον τὸν Βενιαμὶν καὶ τὸν πατέρα αὐτοῦ Ἰακὼβ καὶ τὴν συγγένειαν αὐτοῦ πᾶσαν. οἱ δὲ ἀδελφοὶ αὐτοῦ ἀπελθόντες ἤνεγκαν πρὸς τὸν Ἰωσὴφ τὸν πατέρα αὐτῶν καὶ τὸν ἀδελφὸν αὐτῶν τὸν Βενιαμὶν καὶ τὴν συγγένειαν</w:t>
      </w:r>
    </w:p>
    <w:p>
      <w:r>
        <w:rPr>
          <w:rFonts w:ascii="Courier New" w:hAnsi="Courier New"/>
          <w:color w:val="555555"/>
          <w:sz w:val="20"/>
        </w:rPr>
        <w:t>[20]</w:t>
      </w:r>
    </w:p>
    <w:p>
      <w:r>
        <w:rPr>
          <w:rFonts w:ascii="Gentium Plus" w:hAnsi="Gentium Plus"/>
          <w:sz w:val="24"/>
        </w:rPr>
        <w:t>αὐτῶν πᾶσαν, ὀνόματα οεʹ ἀῤῥενικῶν τε καὶ θηλυκῶν. καὶ ἐκρά‐ τησεν αὐτοὺς Ἰωσὴφ ἐκεῖ, καὶ ᾤκησαν τὴν Αἴγυπτον ἐπὶ ἔτη πολ‐ λά· καὶ ἐγένετο πλῆθος ἄπειρον ἐξ αὐτῶν τῶν Ἑβραίων, οἰκοῦντα</w:t>
      </w:r>
    </w:p>
    <w:p>
      <w:r>
        <w:rPr>
          <w:rFonts w:ascii="Courier New" w:hAnsi="Courier New"/>
          <w:color w:val="555555"/>
          <w:sz w:val="20"/>
        </w:rPr>
        <w:t>[Chron . 61]</w:t>
      </w:r>
    </w:p>
    <w:p>
      <w:r>
        <w:rPr>
          <w:rFonts w:ascii="Gentium Plus" w:hAnsi="Gentium Plus"/>
          <w:sz w:val="24"/>
        </w:rPr>
        <w:t>τὸν λαὸν τῶν Ἑβραίων ἐκ τῆς γῆς Αἰγύπτου, καθὼς ταῦτα πάντα ἐντέτακται ἀκριβῶς ἐν τοῖς Ἑβραϊκοῖς συγγράμμασιν. Ἐν δὲ τοῖς χρόνοις τῶν βασιλέων τῶν προγεγραμμένων ἀνε‐ φάνη τις ἐν τῇ Καρίᾳ χώρᾳ γιγαντογενὴς φιλόσοφος ἐκ τῆς φυλῆς</w:t>
      </w:r>
    </w:p>
    <w:p>
      <w:r>
        <w:rPr>
          <w:rFonts w:ascii="Courier New" w:hAnsi="Courier New"/>
          <w:color w:val="555555"/>
          <w:sz w:val="20"/>
        </w:rPr>
        <w:t>[5]</w:t>
      </w:r>
    </w:p>
    <w:p>
      <w:r>
        <w:rPr>
          <w:rFonts w:ascii="Gentium Plus" w:hAnsi="Gentium Plus"/>
          <w:sz w:val="24"/>
        </w:rPr>
        <w:t>τοῦ Ἰάφεθ, ὀνόματι Ἐνδυμίων· ὅστις μυστικὰς εὐχὰς λέγων εἰς σελήνην ᾔτει αὐτὴν μαθεῖν παρ’ αὐτῆς τὸ θεϊκὸν ὄνομα ἐν ὁρά‐ ματι. καὶ ἐν τῷ αὐτὸν εὔχεσθαι ἦλθεν εἰς ὕπνον καὶ ἤκουσε τὸ θεϊκὸν ὄνομα ἐν ὁράματι· καὶ οὐκέτι ἀνέστη, ἀλλ’ ἐστὶ τὸ λεί‐ ψανον αὐτοῦ ἕως τῆς νῦν εἰς τὴν Καρίαν, οὕτως ὄντα νεκρὸν</w:t>
      </w:r>
    </w:p>
    <w:p>
      <w:r>
        <w:rPr>
          <w:rFonts w:ascii="Courier New" w:hAnsi="Courier New"/>
          <w:color w:val="555555"/>
          <w:sz w:val="20"/>
        </w:rPr>
        <w:t>[10]</w:t>
      </w:r>
    </w:p>
    <w:p>
      <w:r>
        <w:rPr>
          <w:rFonts w:ascii="Gentium Plus" w:hAnsi="Gentium Plus"/>
          <w:sz w:val="24"/>
        </w:rPr>
        <w:t>δονούμενον· καὶ καθ’ ἕκαστον ἔτος ἀνοίγουσι τὴν αὐτοῦ σορὸν ἐν τῇ χώρᾳ ἐκείνῃ, καὶ ὁρῶσι τὸ λείψανον αὐτοῦ δονούμενον νε‐ κρόν, ὡς λέγουσιν. ἅτινα συνεγράψατο Αὐλέας ὁ σοφώτατος· περὶ οὗ, φησί, τὴν σελήνην φιλεῖν τὸν Ἐνδυμίωνα ἱστοριογρα‐ φοῦσιν.</w:t>
      </w:r>
    </w:p>
    <w:p>
      <w:r>
        <w:rPr>
          <w:rFonts w:ascii="Courier New" w:hAnsi="Courier New"/>
          <w:color w:val="555555"/>
          <w:sz w:val="20"/>
        </w:rPr>
        <w:t>[15]</w:t>
      </w:r>
    </w:p>
    <w:p>
      <w:r>
        <w:rPr>
          <w:rFonts w:ascii="Gentium Plus" w:hAnsi="Gentium Plus"/>
          <w:sz w:val="24"/>
        </w:rPr>
        <w:t>Ἔστιν οὖν ἀπὸ Ἀβραὰμ ἕως τῆς ἐξόδου τῶν υἱῶν Ἰσραὴλ μετὰ Μωσέα ἀπὸ Αἰγύπτου γενεαὶ εʹ, ἔτη υμγʹ. ἀπὸ δὲ τοῦ κατακλυσμοῦ ἕως τῆς γενέσεως Μωσέως εἰσὶν ἔτη ͵αυπδʹ. ἀπὸ δὲ Ἀδὰμ ἕως τῆς γεννήσεως Μωσέως εἰσὶν ἔτη ͵δλϛʹ. ἔζησε δὲ Μωσῆς ἔτη ρκʹ. καὶ διῴκουν τὸν Ἰσραὴλ μετὰ Μωσῆν Ἰησοῦς</w:t>
      </w:r>
    </w:p>
    <w:p>
      <w:r>
        <w:rPr>
          <w:rFonts w:ascii="Courier New" w:hAnsi="Courier New"/>
          <w:color w:val="555555"/>
          <w:sz w:val="20"/>
        </w:rPr>
        <w:t>[20]</w:t>
      </w:r>
    </w:p>
    <w:p>
      <w:r>
        <w:rPr>
          <w:rFonts w:ascii="Gentium Plus" w:hAnsi="Gentium Plus"/>
          <w:sz w:val="24"/>
        </w:rPr>
        <w:t>ὁ τοῦ Ναυὴ καὶ Φινεές. ἀπὸ οὖν Ἀδὰμ ἕως τῆς τελευτῆς Μω‐ σέως καὶ Ἀαρὼν εἰσὶν ἔτη ͵δρνϛʹ.</w:t>
      </w:r>
    </w:p>
    <w:p>
      <w:r>
        <w:rPr>
          <w:rFonts w:ascii="Courier New" w:hAnsi="Courier New"/>
          <w:color w:val="555555"/>
          <w:sz w:val="20"/>
        </w:rPr>
        <w:t>[Chron . 62]</w:t>
      </w:r>
    </w:p>
    <w:p>
      <w:r>
        <w:rPr>
          <w:rFonts w:ascii="Gentium Plus" w:hAnsi="Gentium Plus"/>
          <w:sz w:val="24"/>
        </w:rPr>
        <w:t>φεθ ἐβασίλευσε τῆς Ἀττικῆς χώρας τις ὀνόματι Ὠγύγης, αὐτό‐ χθων, ἔτη λβʹ. καὶ γέγονε κατακλυσμὸς μέγας ἐν τῇ αὐτοῦ βα‐ σιλείᾳ, καὶ ἀπώλετο αὐτὸς καὶ πᾶσα ἡ χώρα ἐκείνη καὶ πᾶσα ψυχὴ οἰκοῦσα τὴν χώραν ἐκείνην τῆς Ἀττικῆς καὶ μόνης. καὶ</w:t>
      </w:r>
    </w:p>
    <w:p>
      <w:r>
        <w:rPr>
          <w:rFonts w:ascii="Courier New" w:hAnsi="Courier New"/>
          <w:color w:val="555555"/>
          <w:sz w:val="20"/>
        </w:rPr>
        <w:t>[5]</w:t>
      </w:r>
    </w:p>
    <w:p>
      <w:r>
        <w:rPr>
          <w:rFonts w:ascii="Gentium Plus" w:hAnsi="Gentium Plus"/>
          <w:sz w:val="24"/>
        </w:rPr>
        <w:t>ἔμεινεν ἐξ ἐκείνου ἔρημος καὶ ἀοίκητος ἡ αὐτὴ χώρα ἐπὶ ἔτη σοʹ, καθὼς ἐν τοῖς Ἀφρικανοῦ ἐμφέρεται συγγράμμασιν. Ἐν δὲ ταῖς ἡμέραις τῆς ἐξ Αἰγύπτου μελλούσης γίνεσθαι ἐξό‐ δου τῶν υἱῶν Ἰσραὴλ μετὰ Μωσέως ἐβασίλευσε τῆς τῶν Μολοσ‐ σῶν χώρας αὐτόχθων τις ὀνόματι Ἀΐδης· ὃς ἐγάμησε τὴν λεγο‐</w:t>
      </w:r>
    </w:p>
    <w:p>
      <w:r>
        <w:rPr>
          <w:rFonts w:ascii="Courier New" w:hAnsi="Courier New"/>
          <w:color w:val="555555"/>
          <w:sz w:val="20"/>
        </w:rPr>
        <w:t>[10]</w:t>
      </w:r>
    </w:p>
    <w:p>
      <w:r>
        <w:rPr>
          <w:rFonts w:ascii="Gentium Plus" w:hAnsi="Gentium Plus"/>
          <w:sz w:val="24"/>
        </w:rPr>
        <w:t>μένην Μελινδίαν· ἔσχεν ἐξ αὐτῆς θυγατέρα εὐπρεπῆ, ἣν ἐκάλεσε Περσεφόνην· τὰς δὲ εὐμόρφους γυναῖκας οἱ Μολοσσαῖοι τῇ ἰδίᾳ γλώσσῃ κόρας ἐκάλουν. ταύτην δὲ ἔδοξε φιλεῖν ἔρωτι ὁ Περί‐ θους, συγκλητικὸς τοῦ αὐτοῦ Ἀΐδου βασιλέως, νεώτερος ὢν καὶ εὔπορος· καὶ κατὰ σύνταξιν τῆς κόρης ἠβουλήθη νυκτὸς ἁρπάσαι</w:t>
      </w:r>
    </w:p>
    <w:p>
      <w:r>
        <w:rPr>
          <w:rFonts w:ascii="Courier New" w:hAnsi="Courier New"/>
          <w:color w:val="555555"/>
          <w:sz w:val="20"/>
        </w:rPr>
        <w:t>[15]</w:t>
      </w:r>
    </w:p>
    <w:p>
      <w:r>
        <w:rPr>
          <w:rFonts w:ascii="Gentium Plus" w:hAnsi="Gentium Plus"/>
          <w:sz w:val="24"/>
        </w:rPr>
        <w:t>αὐτήν. καὶ γνοὺς τοῦτο ὁ αὐτῆς πατήρ, Ἀΐδης βασιλεύς, ἐθυ‐ μώθη· καὶ βουλευόμενος ἐν τῷ λεληθότι ἀμύνασθαι τῷ αὐτῷ Περίθῳ, ἵνα ἄγνοιαν προφασίσηται πρὸς πάντας, ὃν εἶχε ποι‐ μενικὸν κύνα ἄγριον μέγαν, ὃν καὶ Τρικέρβερον ὠνόμαζον διὰ τὸ τριῶν κυνῶν ἔχειν κεφαλὴν καὶ μέγεθος σώματος, ἀπέκλεισεν</w:t>
      </w:r>
    </w:p>
    <w:p>
      <w:r>
        <w:rPr>
          <w:rFonts w:ascii="Courier New" w:hAnsi="Courier New"/>
          <w:color w:val="555555"/>
          <w:sz w:val="20"/>
        </w:rPr>
        <w:t>[20]</w:t>
      </w:r>
    </w:p>
    <w:p>
      <w:r>
        <w:rPr>
          <w:rFonts w:ascii="Gentium Plus" w:hAnsi="Gentium Plus"/>
          <w:sz w:val="24"/>
        </w:rPr>
        <w:t>ἔξω ὅπου ἡ κόρη διῆγε. μετὰ οὖν τὴν τελευτὴν τῆς αὐτῆς μη‐ τρός, ἀγνοούσης τοῦτο τῆς κόρης, καὶ τοῦ Περίθου παραγενομέ‐ νου νυκτὸς καὶ εἰσελθόντος εἰς ἁρπαγὴν τῆς κόρης, ὥρμησεν ὁ</w:t>
      </w:r>
    </w:p>
    <w:p>
      <w:r>
        <w:rPr>
          <w:rFonts w:ascii="Courier New" w:hAnsi="Courier New"/>
          <w:color w:val="555555"/>
          <w:sz w:val="20"/>
        </w:rPr>
        <w:t>[Chron . 63]</w:t>
      </w:r>
    </w:p>
    <w:p>
      <w:r>
        <w:rPr>
          <w:rFonts w:ascii="Gentium Plus" w:hAnsi="Gentium Plus"/>
          <w:sz w:val="24"/>
        </w:rPr>
        <w:t>ραχῆς, ἐξῆλθε, καὶ ἐφόνευσε καὶ αὐτὴν ὁ κύων· περὶ ἧς, φησί, λέγουσιν ὅτι Πλούτων ἥρπασε τὴν κόρην· ἅτινα Παλαίφατος ὁ σοφώτατος συνεγράψατο. Ἐν τοῖς χρόνοις δὲ τοῦ Μωσέως ἐβασίλευσε τῶν Ἀσσυρίων</w:t>
      </w:r>
    </w:p>
    <w:p>
      <w:r>
        <w:rPr>
          <w:rFonts w:ascii="Courier New" w:hAnsi="Courier New"/>
          <w:color w:val="555555"/>
          <w:sz w:val="20"/>
        </w:rPr>
        <w:t>[5]</w:t>
      </w:r>
    </w:p>
    <w:p>
      <w:r>
        <w:rPr>
          <w:rFonts w:ascii="Gentium Plus" w:hAnsi="Gentium Plus"/>
          <w:sz w:val="24"/>
        </w:rPr>
        <w:t>Ἐρεχθεύς, τῶν δὲ Αἰγυπτίων ἐβασίλευσε Πετισσώνιος ὁ κωμῳ‐ δὸς Φαραώ. οὗτος εἶχε μάγους μεθ’ ἑαυτοῦ δυνατούς, τὸν Ἰαν‐ νὴν καὶ τὸν Ἰαμβρήν. ἐπὶ δὲ τῆς αὐτοῦ βασιλείας ἐπληθύνθη τὸ γένος τῶν Ἰουδαίων ἐν τῇ Αἰγύπτῳ ἀπὸ τῆς γενεᾶς τοῦ Ἰακὼβ τοῦ ἐλθόντος ἐν Αἰγύπτῳ πρὸς τὸν υἱὸν αὐτοῦ Ἰωσὴφ ἕως Μω‐</w:t>
      </w:r>
    </w:p>
    <w:p>
      <w:r>
        <w:rPr>
          <w:rFonts w:ascii="Courier New" w:hAnsi="Courier New"/>
          <w:color w:val="555555"/>
          <w:sz w:val="20"/>
        </w:rPr>
        <w:t>[10]</w:t>
      </w:r>
    </w:p>
    <w:p>
      <w:r>
        <w:rPr>
          <w:rFonts w:ascii="Gentium Plus" w:hAnsi="Gentium Plus"/>
          <w:sz w:val="24"/>
        </w:rPr>
        <w:t>σέως ἡγουμένου αὐτῶν καὶ Ἀαρὼν ἀδελφοῦ αὐτοῦ. ὅστις Μω‐ σῆς ἔλαβε γυναῖκα Αἰγυπτίαν, τὴν θυγατέρα Ἰοθόρ, τοῦ ἀρχιε‐ ρέως τῶν Ἑλλήνων, ἀνδρὸς τιμωμένου ἀπὸ Φαραὼ βασιλέως καὶ τῶν Αἰγυπτίων. ὁ δὲ αὐτὸς Μωσῆς ἦν πεπαιδευμένος πᾶσαν σοφίαν Αἰγύπτου· οἱ δὲ Αἰγύπτιοι ἐφοβοῦντο τοὺς Ἰουδαίους ὡς</w:t>
      </w:r>
    </w:p>
    <w:p>
      <w:r>
        <w:rPr>
          <w:rFonts w:ascii="Courier New" w:hAnsi="Courier New"/>
          <w:color w:val="555555"/>
          <w:sz w:val="20"/>
        </w:rPr>
        <w:t>[15]</w:t>
      </w:r>
    </w:p>
    <w:p>
      <w:r>
        <w:rPr>
          <w:rFonts w:ascii="Gentium Plus" w:hAnsi="Gentium Plus"/>
          <w:sz w:val="24"/>
        </w:rPr>
        <w:t>γενομένους πολλούς, καὶ ἀνήγαγον τῷ Φαραὼ περὶ αὐτῶν, καὶ ἐκέλευσε Φαραὼ βασιλεὺς ποιεῖν τοὺς Ἰουδαίους τοῖς Αἰγυπτίοις ἐργατείας καὶ βάλλειν πλίνθους ἀνάγκῃ. εἴ τις οὖν ἐὰν ἐβούλετο τῶν Αἰγυπτίων κτίσαι εἴτε οἶκον εἴτε ἀγρόν, αὐτοὺς ἠνάγκαζε ποιεῖν ἐργατείαν καὶ πλίνθους, καὶ ἐστέναζον κοπιῶντες οἱ Ἰου‐</w:t>
      </w:r>
    </w:p>
    <w:p>
      <w:r>
        <w:rPr>
          <w:rFonts w:ascii="Courier New" w:hAnsi="Courier New"/>
          <w:color w:val="555555"/>
          <w:sz w:val="20"/>
        </w:rPr>
        <w:t>[20]</w:t>
      </w:r>
    </w:p>
    <w:p>
      <w:r>
        <w:rPr>
          <w:rFonts w:ascii="Gentium Plus" w:hAnsi="Gentium Plus"/>
          <w:sz w:val="24"/>
        </w:rPr>
        <w:t>δαῖοι πάντες. καὶ προσεσχηκὼς Μωσῆς καὶ ὁ τούτου ἀδελφὸς Ἀαρὼν τὸν ἀναστεναγμὸν τῶν υἱῶν Ἰσραήλ, ηὔξαντο τὸν θεόν· καὶ ἐκέλευσε Μωσεῖ κύριος ὁ θεὸς εἰσελθεῖν πρὸς Φαραὼ βασιλέα</w:t>
      </w:r>
    </w:p>
    <w:p>
      <w:r>
        <w:rPr>
          <w:rFonts w:ascii="Courier New" w:hAnsi="Courier New"/>
          <w:color w:val="555555"/>
          <w:sz w:val="20"/>
        </w:rPr>
        <w:t>[Chron . 64]</w:t>
      </w:r>
    </w:p>
    <w:p>
      <w:r>
        <w:rPr>
          <w:rFonts w:ascii="Gentium Plus" w:hAnsi="Gentium Plus"/>
          <w:sz w:val="24"/>
        </w:rPr>
        <w:t>τρεῦσαι αὐτῷ. καὶ λαβὼν Μωσῆς τὸν ἴδιον αὐτοῦ ἀδελφὸν Ἀα‐ ρὼν εἰσῆλθε πρὸς Πετισσώνιον Φαραώ, βασιλέα Αἰγύπτου· εἶχε γὰρ παῤῥησίαν, ὡς ἀπὸ τοῦ αὐτοῦ πενθεροῦ Ἰοθόρ, τοῦ ἱερέως τῶν Ἑλλήνων, καὶ ὡς ἡγούμενος τῶν Ἰουδαίων· καὶ ἀνήγγειλεν</w:t>
      </w:r>
    </w:p>
    <w:p>
      <w:r>
        <w:rPr>
          <w:rFonts w:ascii="Courier New" w:hAnsi="Courier New"/>
          <w:color w:val="555555"/>
          <w:sz w:val="20"/>
        </w:rPr>
        <w:t>[5]</w:t>
      </w:r>
    </w:p>
    <w:p>
      <w:r>
        <w:rPr>
          <w:rFonts w:ascii="Gentium Plus" w:hAnsi="Gentium Plus"/>
          <w:sz w:val="24"/>
        </w:rPr>
        <w:t>αὐτῷ τὴν τοῦ θεοῦ κέλευσιν καὶ ὅτι λέγει ὁ θεὸς ὁ ποιήσας τὸν οὐρανὸν καὶ τὴν γῆν καὶ τὴν θάλασσαν καὶ πάντα τὰ ἐν αὐτοῖς ἵνα ἀπολύσῃς τὸν λαὸν αὐτοῦ λατρεῦσαι αὐτῷ. ὁ δὲ Φαραὼ ἀκούσας λέγει αὐτῷ, Εἰ ἀληθεύεις ὅτι ὁ θεός σου ἐκέλευσέ σοι εἰπεῖν μοι ταῦτα, ἰδοὺ εἰσὶν Αἰγύπτιοι μετ’ ἐμοῦ ποιοῦντες θαύ‐</w:t>
      </w:r>
    </w:p>
    <w:p>
      <w:r>
        <w:rPr>
          <w:rFonts w:ascii="Courier New" w:hAnsi="Courier New"/>
          <w:color w:val="555555"/>
          <w:sz w:val="20"/>
        </w:rPr>
        <w:t>[10]</w:t>
      </w:r>
    </w:p>
    <w:p>
      <w:r>
        <w:rPr>
          <w:rFonts w:ascii="Gentium Plus" w:hAnsi="Gentium Plus"/>
          <w:sz w:val="24"/>
        </w:rPr>
        <w:t>ματα. ἐὰν νικήσῃς αὐτοὺς αἰτούμενος τὸν θεόν σου, παρέχω σοι ἅπερ ἐκέλευσέ σοι ὡς λέγεις. καὶ ἔστησεν ἐναντίον ἀλλήλων τὸν Ἰαννὴν καὶ τὸν Ἰαμβρὴν καὶ τὸν Μωσέα καὶ Ἀαρών. καὶ ἐκάθητο Φαραὼ καὶ οἱ μεγιστᾶνες αὐτοῦ· καὶ ἐποίησαν οἱ περὶ Ἰαννὴν καὶ Ἰαμβρὴν διὰ γοητείας τὴν ῥάβδον αὐτῶν ὄφιν, καὶ</w:t>
      </w:r>
    </w:p>
    <w:p>
      <w:r>
        <w:rPr>
          <w:rFonts w:ascii="Courier New" w:hAnsi="Courier New"/>
          <w:color w:val="555555"/>
          <w:sz w:val="20"/>
        </w:rPr>
        <w:t>[15]</w:t>
      </w:r>
    </w:p>
    <w:p>
      <w:r>
        <w:rPr>
          <w:rFonts w:ascii="Gentium Plus" w:hAnsi="Gentium Plus"/>
          <w:sz w:val="24"/>
        </w:rPr>
        <w:t>ἐπήρχετο τῷ Μωσεῖ. καὶ εὐξάμενος Μωσῆς ἔῤῥιψε καὶ αὐτὸς ἣν κατεῖχε ῥάβδον εἰς τὴν γῆν· καὶ ἐγένετο καὶ ἡ αὐτοῦ ῥάβδος ὄφις μέγας πάνυ, καὶ κατέπιε τὸν ὄφιν ὃν ἐποίησαν Ἰαννὴς καὶ Ἰαμβρής· καὶ ἐνίκησε Μωσῆς, καὶ ἐθαύμασεν ὁ βασιλεὺς καὶ πάντες. ὁμοίως δὲ καὶ ποταμὸν ὑδάτων διαυγεστάτων ἐποίησαν</w:t>
      </w:r>
    </w:p>
    <w:p>
      <w:r>
        <w:rPr>
          <w:rFonts w:ascii="Courier New" w:hAnsi="Courier New"/>
          <w:color w:val="555555"/>
          <w:sz w:val="20"/>
        </w:rPr>
        <w:t>[20]</w:t>
      </w:r>
    </w:p>
    <w:p>
      <w:r>
        <w:rPr>
          <w:rFonts w:ascii="Gentium Plus" w:hAnsi="Gentium Plus"/>
          <w:sz w:val="24"/>
        </w:rPr>
        <w:t>ὁ Ἰαννὴς καὶ Ἰαμβρὴς γενέσθαι αἷμα παρουσίᾳ τοῦ βασιλέως καὶ πάντων. καὶ ηὔξατο Μωσῆς, καὶ πάλιν ἐγένετο ὕδατα κα‐ θαρὰ τὰ τοῦ ποταμοῦ ῥεύματα, ὡς ἦν πρώην. ἐποίησαν δὲ</w:t>
      </w:r>
    </w:p>
    <w:p>
      <w:r>
        <w:rPr>
          <w:rFonts w:ascii="Courier New" w:hAnsi="Courier New"/>
          <w:color w:val="555555"/>
          <w:sz w:val="20"/>
        </w:rPr>
        <w:t>[Chron . 65]</w:t>
      </w:r>
    </w:p>
    <w:p>
      <w:r>
        <w:rPr>
          <w:rFonts w:ascii="Gentium Plus" w:hAnsi="Gentium Plus"/>
          <w:sz w:val="24"/>
        </w:rPr>
        <w:t>καὶ λέγει τῷ Φαραὼ Μωσῆς, Ἰδοὺ εἶδες τὴν δύναμιν τοῦ θεοῦ Ἰσραήλ. ἀπόλυσον ἡμᾶς, ἵνα αὐτῷ λατρεύσωμεν. ὁ δὲ Φα‐ ραὼ συντασσόμενος αὐτῷ ἀνεβάλλετο· καὶ ηὔξατο Μωσῆς τὸν θεὸν ὥστε πέμψαι αὐτῷ πληγὰς καὶ τοῖς Αἰγυπτίοις, ἵνα ἀναγ‐</w:t>
      </w:r>
    </w:p>
    <w:p>
      <w:r>
        <w:rPr>
          <w:rFonts w:ascii="Courier New" w:hAnsi="Courier New"/>
          <w:color w:val="555555"/>
          <w:sz w:val="20"/>
        </w:rPr>
        <w:t>[5]</w:t>
      </w:r>
    </w:p>
    <w:p>
      <w:r>
        <w:rPr>
          <w:rFonts w:ascii="Gentium Plus" w:hAnsi="Gentium Plus"/>
          <w:sz w:val="24"/>
        </w:rPr>
        <w:t>κασθῇ ὁ βασιλεὺς αὐτῶν ἀπολῦσαι τὸν Ἰσραήλ. καὶ ἔπεμψεν ὁ θεὸς Ἰσραὴλ ἑπτάπληγον ὀργήν, ὥστε τὸν βασιλέα παρακαλέσαι τὸν Μωσέα καὶ εἰπεῖν αὐτῷ ὅτι Εὖξαι τῷ θεῷ σου ἵνα ῥυσθῇ ἡ χώρα αὕτη τῶν τοσούτων κακῶν, καὶ ζῇ κύριος ὁ θεός σου, οὐ κωλύσω σε λαβεῖν τὸν λαόν σου τὸν Ἰσραὴλ εἰς τὸ λατρεῦσαι</w:t>
      </w:r>
    </w:p>
    <w:p>
      <w:r>
        <w:rPr>
          <w:rFonts w:ascii="Courier New" w:hAnsi="Courier New"/>
          <w:color w:val="555555"/>
          <w:sz w:val="20"/>
        </w:rPr>
        <w:t>[10]</w:t>
      </w:r>
    </w:p>
    <w:p>
      <w:r>
        <w:rPr>
          <w:rFonts w:ascii="Gentium Plus" w:hAnsi="Gentium Plus"/>
          <w:sz w:val="24"/>
        </w:rPr>
        <w:t>ὑμᾶς αὐτῷ. ταῦτα δὲ ἐν ταῖς Ἑβραϊκαῖς ἐμφέρεται γραφαῖς. ὁ δὲ Μωσῆς ἀκούσας ταῦτα παρὰ τοῦ βασιλέως, ἐξῆλθεν εὔξα‐ σθαι τῷ θεῷ Ἰσραήλ, καὶ εἶπε τοῖς Ἰουδαίοις, Ἀπέλυσεν ὑμᾶς πάντας ὁ βασιλεὺς ἐξελθεῖν λατρεῦσαι τῷ θεῷ. ὁ δὲ Πετισσώ‐ νιος Φαραὼ βασιλεὺς εὐθέως ἀπῆλθεν ἐν τῇ Μέμφῃ εἰς τὸ μαν‐</w:t>
      </w:r>
    </w:p>
    <w:p>
      <w:r>
        <w:rPr>
          <w:rFonts w:ascii="Courier New" w:hAnsi="Courier New"/>
          <w:color w:val="555555"/>
          <w:sz w:val="20"/>
        </w:rPr>
        <w:t>[15]</w:t>
      </w:r>
    </w:p>
    <w:p>
      <w:r>
        <w:rPr>
          <w:rFonts w:ascii="Gentium Plus" w:hAnsi="Gentium Plus"/>
          <w:sz w:val="24"/>
        </w:rPr>
        <w:t>τεῖον τὸ περιβόητον· καὶ ποιήσας θυσίαν ἐπηρώτα τὴν Πυθίαν λέγων, Σαφήνισόν μοι τίς ἐστιν πρῶτος ὑμῶν καὶ μέγας θεὸς τοῦ Ἰσραήλ; καὶ ἐδόθη αὐτῷ χρησμὸς οὗτος. Ἔστι κατ’ οὐρα‐ νοῖο μεγάλοιο βεβηκὸς φλογὸς ὑπερβάλλον αἴθριον, ἀέναον, ἀθά‐ νατον πῦρ, ὃ τρέμει πᾶν, οὐρανός, γαῖά τε καὶ θάλασσα, ταρ‐</w:t>
      </w:r>
    </w:p>
    <w:p>
      <w:r>
        <w:rPr>
          <w:rFonts w:ascii="Courier New" w:hAnsi="Courier New"/>
          <w:color w:val="555555"/>
          <w:sz w:val="20"/>
        </w:rPr>
        <w:t>[20]</w:t>
      </w:r>
    </w:p>
    <w:p>
      <w:r>
        <w:rPr>
          <w:rFonts w:ascii="Gentium Plus" w:hAnsi="Gentium Plus"/>
          <w:sz w:val="24"/>
        </w:rPr>
        <w:t>τάριοί τε βύθιοι δαίμονες ἐῤῥίγησαν. οὗτος ὁ θεὸς αὐτοπάτωρ,</w:t>
      </w:r>
    </w:p>
    <w:p>
      <w:r>
        <w:rPr>
          <w:rFonts w:ascii="Courier New" w:hAnsi="Courier New"/>
          <w:color w:val="555555"/>
          <w:sz w:val="20"/>
        </w:rPr>
        <w:t>[Chron . 66]</w:t>
      </w:r>
    </w:p>
    <w:p>
      <w:r>
        <w:rPr>
          <w:rFonts w:ascii="Gentium Plus" w:hAnsi="Gentium Plus"/>
          <w:sz w:val="24"/>
        </w:rPr>
        <w:t>ἀπάτωρ, πατὴρ υἱὸς αὐτὸς ἑαυτοῦ, τρισόλβιος· εἰς μικρὸν δὲ μέρος ἀγγέλων ἡμεῖς. μαθὼν ἄπιθι σιγῶν. Ὁ δὲ βασιλεὺς Φαραὼ ἀκούσας ταῦτα παρὰ τῆς μαντείας, ἐκέλευσε πλάκα λιθίνην γλυφῆναι τὰ παρὰ τοῦ χρησμοῦ δοθέντα</w:t>
      </w:r>
    </w:p>
    <w:p>
      <w:r>
        <w:rPr>
          <w:rFonts w:ascii="Courier New" w:hAnsi="Courier New"/>
          <w:color w:val="555555"/>
          <w:sz w:val="20"/>
        </w:rPr>
        <w:t>[5]</w:t>
      </w:r>
    </w:p>
    <w:p>
      <w:r>
        <w:rPr>
          <w:rFonts w:ascii="Gentium Plus" w:hAnsi="Gentium Plus"/>
          <w:sz w:val="24"/>
        </w:rPr>
        <w:t>αὐτῷ ῥήματα· ἅτινα ἕως τῆς νῦν ἐγγέγραπται ἐν τῇ πλακὶ γλυ‐ φέντα ἄνω ἐν τῷ ἱερῷ Μέμφης, ὅθεν ὁ Νεῖλος ποταμὸς πορεύε‐ ται. ὁ δὲ βασιλεὺς Φαραὼ ἀπὸ τοῦ μαντείου κατελθὼν εὐθέως ἀπέλυσε τὸν Ἰσραὴλ καὶ Μωσέα καὶ Ἀαρών. καὶ ἐξῆλθεν ὁ λαὸς τῶν Ἰουδαίων ἐξ Αἰγύπτου ἅπας, καὶ ἔλαβον ὡς ἐν χρήσει ἀπὸ τῶν</w:t>
      </w:r>
    </w:p>
    <w:p>
      <w:r>
        <w:rPr>
          <w:rFonts w:ascii="Courier New" w:hAnsi="Courier New"/>
          <w:color w:val="555555"/>
          <w:sz w:val="20"/>
        </w:rPr>
        <w:t>[10]</w:t>
      </w:r>
    </w:p>
    <w:p>
      <w:r>
        <w:rPr>
          <w:rFonts w:ascii="Gentium Plus" w:hAnsi="Gentium Plus"/>
          <w:sz w:val="24"/>
        </w:rPr>
        <w:t>Αἰγυπτίων γυναικῶν καὶ ἀνθρώπων κόσμια καὶ ἄργυρον ἄπειρον. καὶ μετὰ τὸ ἐξελθεῖν αὐτοὺς μετεμελήθη Φαραώ, ὁ βασιλεὺς Αἰ‐ γύπτου, διδαχθεὶς ὅτι καὶ κόσμια καὶ ἄργυρον καὶ χρήματα ἐχρήσαντο καὶ ἔφυγαν. καὶ κατεδίωξεν αὐτοὺς μετὰ τῶν ἁρμά‐ των αὐτοῦ καὶ πάσης τῆς ἐνόπλου δυνάμεως· καὶ κατέφθασεν</w:t>
      </w:r>
    </w:p>
    <w:p>
      <w:r>
        <w:rPr>
          <w:rFonts w:ascii="Courier New" w:hAnsi="Courier New"/>
          <w:color w:val="555555"/>
          <w:sz w:val="20"/>
        </w:rPr>
        <w:t>[15]</w:t>
      </w:r>
    </w:p>
    <w:p>
      <w:r>
        <w:rPr>
          <w:rFonts w:ascii="Gentium Plus" w:hAnsi="Gentium Plus"/>
          <w:sz w:val="24"/>
        </w:rPr>
        <w:t>αὐτοὺς παρὰ τὴν θάλασσαν. καὶ στραφέντες οἱ Ἰσραηλῖται, καὶ ἑωρακότες τὸν βασιλέα Φαραὼ καὶ τὸν στρατὸν αὐτοῦ ὄπισθεν ἐρχόμενον καὶ τὴν θάλασσαν ἔμπροσθεν ἑαυτῶν, ἀνεβόησαν κραυγῇ μεγάλῃ πρὸς τὸν θεόν· καὶ ὁ προηγούμενος Μωσῆς τὸν λαὸν ἔκρουσε τῇ ῥάβδῳ τοῖς θαλασσίοις ὕδασι, καὶ ἐγένετο ξηρά,</w:t>
      </w:r>
    </w:p>
    <w:p>
      <w:r>
        <w:rPr>
          <w:rFonts w:ascii="Courier New" w:hAnsi="Courier New"/>
          <w:color w:val="555555"/>
          <w:sz w:val="20"/>
        </w:rPr>
        <w:t>[20]</w:t>
      </w:r>
    </w:p>
    <w:p>
      <w:r>
        <w:rPr>
          <w:rFonts w:ascii="Gentium Plus" w:hAnsi="Gentium Plus"/>
          <w:sz w:val="24"/>
        </w:rPr>
        <w:t>καὶ ἐβάδιζον. καὶ ἀπομείνας Μωσῆς ὄπισθεν τοῦ λαοῦ παντὸς καὶ στραφεὶς εἰς τὰ ὀπίσω αὐτοῦ, ἔκρουσε πάλιν τῇ ῥάβδῳ εἰς τὴν</w:t>
      </w:r>
    </w:p>
    <w:p>
      <w:r>
        <w:rPr>
          <w:rFonts w:ascii="Courier New" w:hAnsi="Courier New"/>
          <w:color w:val="555555"/>
          <w:sz w:val="20"/>
        </w:rPr>
        <w:t>[Chron . 67]</w:t>
      </w:r>
    </w:p>
    <w:p>
      <w:r>
        <w:rPr>
          <w:rFonts w:ascii="Gentium Plus" w:hAnsi="Gentium Plus"/>
          <w:sz w:val="24"/>
        </w:rPr>
        <w:t>σθη ὁ Πετισσώνιος Φαραώ, ὁ βασιλεὺς τῶν Αἰγυπτίων, ἐν τῇ θαλάσσῃ καὶ τὰ ἅρματα αὐτοῦ καὶ πᾶσαι αἱ δυνάμεις αὐτοῦ, καὶ πόντου κύματα ἐκάλυψεν αὐτὸν καὶ τοὺς μετ’ αὐτοῦ. τὸν δὲ λαὸν τῶν Ἰουδαίων μετὰ Μωσέως καὶ Ἀαρὼν διέσωσεν ὁ κύριος</w:t>
      </w:r>
    </w:p>
    <w:p>
      <w:r>
        <w:rPr>
          <w:rFonts w:ascii="Courier New" w:hAnsi="Courier New"/>
          <w:color w:val="555555"/>
          <w:sz w:val="20"/>
        </w:rPr>
        <w:t>[5]</w:t>
      </w:r>
    </w:p>
    <w:p>
      <w:r>
        <w:rPr>
          <w:rFonts w:ascii="Gentium Plus" w:hAnsi="Gentium Plus"/>
          <w:sz w:val="24"/>
        </w:rPr>
        <w:t>βαδίζοντας ἐν θαλασσίοις κύμασιν ὡς ἐν ξηρᾷ γῇ, ἐξ Αἰγύπτου φεύγοντα μετὰ χιλιάδων χλʹ, καθὼς καὶ ὁ αὐτὸς Μωσῆς συνε‐</w:t>
      </w:r>
    </w:p>
    <w:p>
      <w:pPr>
        <w:jc w:val="center"/>
      </w:pPr>
      <w:r>
        <w:rPr>
          <w:rFonts w:ascii="Gentium Plus" w:hAnsi="Gentium Plus"/>
          <w:b/>
          <w:sz w:val="24"/>
        </w:rPr>
        <w:t>ΛΟΓΟΣ ΤΕΤΑΡΤΟΣ</w:t>
      </w:r>
    </w:p>
    <w:p>
      <w:r>
        <w:rPr>
          <w:rFonts w:ascii="Courier New" w:hAnsi="Courier New"/>
          <w:color w:val="555555"/>
          <w:sz w:val="20"/>
        </w:rPr>
        <w:t>[t2]</w:t>
      </w:r>
    </w:p>
    <w:p>
      <w:r>
        <w:rPr>
          <w:rFonts w:ascii="Gentium Plus" w:hAnsi="Gentium Plus"/>
          <w:sz w:val="24"/>
        </w:rPr>
        <w:t>ΧΡΟΝΩΝ ΒΑΣΙΛΕΙΑΣ ΑΡΓΕΙΩΝ ΧΩΡΑΣ.</w:t>
      </w:r>
    </w:p>
    <w:p>
      <w:r>
        <w:rPr>
          <w:rFonts w:ascii="Courier New" w:hAnsi="Courier New"/>
          <w:color w:val="555555"/>
          <w:sz w:val="20"/>
        </w:rPr>
        <w:t>[1]</w:t>
      </w:r>
    </w:p>
    <w:p>
      <w:r>
        <w:rPr>
          <w:rFonts w:ascii="Gentium Plus" w:hAnsi="Gentium Plus"/>
          <w:sz w:val="24"/>
        </w:rPr>
        <w:t>Τῶν δὲ Ἀργείων μετὰ τὸν Ἴναχον ἐβασίλευσεν ὁ Φορωνεὺς καὶ ἄλλοι πολλοὶ ἕως τῆς βασιλείας Λυγκέως τοῦ ἀγαγομένου τὴν Ὑπερμνήστραν γυναῖκα τῶν Δαναοῦ θυγατέρων. ὅστις Λυγ‐ κεὺς πολεμήσας τῷ Δαναῷ βασιλεῖ τοῦτον ἐφόνευσε καὶ ἔλαβε τὴν</w:t>
      </w:r>
    </w:p>
    <w:p>
      <w:r>
        <w:rPr>
          <w:rFonts w:ascii="Courier New" w:hAnsi="Courier New"/>
          <w:color w:val="555555"/>
          <w:sz w:val="20"/>
        </w:rPr>
        <w:t>[5]</w:t>
      </w:r>
    </w:p>
    <w:p>
      <w:r>
        <w:rPr>
          <w:rFonts w:ascii="Gentium Plus" w:hAnsi="Gentium Plus"/>
          <w:sz w:val="24"/>
        </w:rPr>
        <w:t>βασιλείαν καὶ τὴν θυγατέρα αὐτοῦ, καθὼς Ἀρχίλοχος ὁ σοφώ‐ τατος συνεγράψατο. καὶ μετὰ τὴν βασιλείαν Λυγκέως ἐβασί‐ λευσε Τριόπας ἐν τῇ Ἀργείων χώρᾳ ἔτη εʹ. καὶ τῷ αὐτῷ πέμπτῳ ἔτει τῆς βασιλείας αὐτοῦ κατελύθη ἡ βασιλεία τῶν Ἀργείων, καὶ κατέσχον τὴν βασιλείαν αὐτῶν οἱ Σικυώνιοι. κατέσχεν οὖν ἡ</w:t>
      </w:r>
    </w:p>
    <w:p>
      <w:r>
        <w:rPr>
          <w:rFonts w:ascii="Courier New" w:hAnsi="Courier New"/>
          <w:color w:val="555555"/>
          <w:sz w:val="20"/>
        </w:rPr>
        <w:t>[10]</w:t>
      </w:r>
    </w:p>
    <w:p>
      <w:r>
        <w:rPr>
          <w:rFonts w:ascii="Gentium Plus" w:hAnsi="Gentium Plus"/>
          <w:sz w:val="24"/>
        </w:rPr>
        <w:t>βασιλεία, ἤτοι τοπαρχία, τῶν Ἀργείων ἔτη φμθʹ, καθὼς καὶ Διό‐ δωρος ὁ σοφώτατος συνεγράψατο. τῶν δὲ Σικυωνίων τῶν νυνὶ</w:t>
      </w:r>
    </w:p>
    <w:p>
      <w:r>
        <w:rPr>
          <w:rFonts w:ascii="Courier New" w:hAnsi="Courier New"/>
          <w:color w:val="555555"/>
          <w:sz w:val="20"/>
        </w:rPr>
        <w:t>[Chron . 69]</w:t>
      </w:r>
    </w:p>
    <w:p>
      <w:r>
        <w:rPr>
          <w:rFonts w:ascii="Gentium Plus" w:hAnsi="Gentium Plus"/>
          <w:sz w:val="24"/>
        </w:rPr>
        <w:t>καὶ λοιπὸν ἄλλοι βασιλεῖς κϛʹ ἕως Ζευξίππου τοῦ βασιλεύσαντος αὐτῶν ἔτη λβʹ. καὶ λοιπὸν οἱ ἱερεῖς αὐτῶν ἐδιοίκουν τὴν χώραν, καὶ κατέσχεν ἡ βασιλεία αὐτῶν ἔτη ϡπεʹ, καθὼς Ἀφρικανὸς ὁ σοφώτατος συνεγράψατο.</w:t>
      </w:r>
    </w:p>
    <w:p>
      <w:r>
        <w:rPr>
          <w:rFonts w:ascii="Courier New" w:hAnsi="Courier New"/>
          <w:color w:val="555555"/>
          <w:sz w:val="20"/>
        </w:rPr>
        <w:t>[5]</w:t>
      </w:r>
    </w:p>
    <w:p>
      <w:r>
        <w:rPr>
          <w:rFonts w:ascii="Gentium Plus" w:hAnsi="Gentium Plus"/>
          <w:sz w:val="24"/>
        </w:rPr>
        <w:t>Ἡ δὲ δύσις, ὅ ἐστι τὰ ἐπὶ τὴν Ἰταλίαν, ἦν τότε ἀβασίλευ‐ τος, διοικουμένη δὲ ἀπὸ τῶν υἱῶν Πίκου τοῦ καὶ Διὸς καὶ τοῦ γένους αὐτῶν. ἐν οἷς χρόνοις ἐτελεύτησε Μωσῆς καὶ Ἀαρὼν ἐν τῇ ἐρήμῳ· καὶ ἐδιοίκει τὸν Ἰσραὴλ Ἰησοῦς ὁ τοῦ Ναυή, ὡς προείρηται. ὅστις πολεμῶν παρέλαβε τὴν Ἰεριχὼ καὶ τὴν ἀνω‐</w:t>
      </w:r>
    </w:p>
    <w:p>
      <w:r>
        <w:rPr>
          <w:rFonts w:ascii="Courier New" w:hAnsi="Courier New"/>
          <w:color w:val="555555"/>
          <w:sz w:val="20"/>
        </w:rPr>
        <w:t>[10]</w:t>
      </w:r>
    </w:p>
    <w:p>
      <w:r>
        <w:rPr>
          <w:rFonts w:ascii="Gentium Plus" w:hAnsi="Gentium Plus"/>
          <w:sz w:val="24"/>
        </w:rPr>
        <w:t>τέρω εἰρημένην πόλιν Ἱερουσαλήμ, ἥντινα μετεκάλεσεν ὁ αὐτὸς Ἰησοῦς, υἱὸς Ναυή, Ἰεβοῦν. αὐτὸς δὲ παραλαβὼν τὴν χώραν ᾤκησε τὴν λεγομένην πόλιν Συχέμ, μετακαλέσας αὐτὴν Νεάπο‐ λιν. καὶ μετὰ τὴν τελευτὴν Ἰησοῦ, υἱοῦ Ναυή, τοῦ ποιήσαντος περᾶσαι τὸν λαὸν τῶν Ἰουδαίων τὸν Ἰορδάνην ποταμὸν κατὰ κέ‐</w:t>
      </w:r>
    </w:p>
    <w:p>
      <w:r>
        <w:rPr>
          <w:rFonts w:ascii="Courier New" w:hAnsi="Courier New"/>
          <w:color w:val="555555"/>
          <w:sz w:val="20"/>
        </w:rPr>
        <w:t>[15]</w:t>
      </w:r>
    </w:p>
    <w:p>
      <w:r>
        <w:rPr>
          <w:rFonts w:ascii="Gentium Plus" w:hAnsi="Gentium Plus"/>
          <w:sz w:val="24"/>
        </w:rPr>
        <w:t>λευσιν θεοῦ καὶ ἐλθεῖν ἐπὶ τὴν τῆς Παλαιστίνης χώραν καὶ σάλ‐ πιγγι μυστικῇ λῦσαι τὰ τείχη Ἰεριχώ, μετὰ δὲ τοῦτον ἡγεῖτο τοῦ Ἰσραὴλ Φινεές· μετὰ δὲ Φινεὲς ἐδιῴκουν τὸν Ἰσραὴλ ιγʹ κριταί, ἐπιλεγέντες ἐκ τοῦ λαοῦ. Ἐν δὲ τοῖς τούτων χρόνοις ἦν παρ’ Ἕλλησιν ὁ Προμηθεὺς</w:t>
      </w:r>
    </w:p>
    <w:p>
      <w:r>
        <w:rPr>
          <w:rFonts w:ascii="Courier New" w:hAnsi="Courier New"/>
          <w:color w:val="555555"/>
          <w:sz w:val="20"/>
        </w:rPr>
        <w:t>[20]</w:t>
      </w:r>
    </w:p>
    <w:p>
      <w:r>
        <w:rPr>
          <w:rFonts w:ascii="Gentium Plus" w:hAnsi="Gentium Plus"/>
          <w:sz w:val="24"/>
        </w:rPr>
        <w:t>καὶ ὁ Ἐπιμηθεὺς καὶ ὁ Ἄτλας καὶ ὁ πανόπτης Ἄργος, ὃν ἑκα‐</w:t>
      </w:r>
    </w:p>
    <w:p>
      <w:r>
        <w:rPr>
          <w:rFonts w:ascii="Courier New" w:hAnsi="Courier New"/>
          <w:color w:val="555555"/>
          <w:sz w:val="20"/>
        </w:rPr>
        <w:t>[Chron . 70]</w:t>
      </w:r>
    </w:p>
    <w:p>
      <w:r>
        <w:rPr>
          <w:rFonts w:ascii="Gentium Plus" w:hAnsi="Gentium Plus"/>
          <w:sz w:val="24"/>
        </w:rPr>
        <w:t>γοργόν, καὶ Δευκαλίων, ὁ υἱὸς Ἕλληνος τοῦ Πίκου. ὁ δὲ Ἄρ‐ γος αὐτὸς εὗρε τὴν τεχνικὴν ἐπὶ τὰ δυτικὰ μέρη· ὁ δὲ Ἄτλας ἡρ‐ μήνευσε τὴν ἀστρονομίαν· διὰ τοῦτο λέγουσιν ὅτι τὸν οὐρανὸν βαστάζει, διότι τὰ οὐρανοῦ ἔχει ἐν τῇ καρδίᾳ αὐτοῦ· ὁ δὲ Προ‐</w:t>
      </w:r>
    </w:p>
    <w:p>
      <w:r>
        <w:rPr>
          <w:rFonts w:ascii="Courier New" w:hAnsi="Courier New"/>
          <w:color w:val="555555"/>
          <w:sz w:val="20"/>
        </w:rPr>
        <w:t>[5]</w:t>
      </w:r>
    </w:p>
    <w:p>
      <w:r>
        <w:rPr>
          <w:rFonts w:ascii="Gentium Plus" w:hAnsi="Gentium Plus"/>
          <w:sz w:val="24"/>
        </w:rPr>
        <w:t>μηθεὺς τὴν γραμματικὴν ἐξεῦρε φιλοσοφίαν· περὶ οὗ λέγουσιν ὅτι ἀνθρώπους ἔπλαττε, καθ’ ὃ ἰδιώτας ὄντας ἐποίησεν ἐπιγινώ‐ σκειν διὰ φιλοσοφίας καὶ τῷ πρώην χρόνῳ εἰδέναι τὰ συμβάντα· ὁ δὲ Ἐπιμηθεὺς τὴν μουσικὴν ἐξεῦρεν· ὁ δὲ Δευκαλίων τὰ τοῦ κατακλυσμοῦ τοῦ μερικοῦ ἐξέθετο, καθὼς Εὐσέβιος ὁ Παμφίλου</w:t>
      </w:r>
    </w:p>
    <w:p>
      <w:r>
        <w:rPr>
          <w:rFonts w:ascii="Courier New" w:hAnsi="Courier New"/>
          <w:color w:val="555555"/>
          <w:sz w:val="20"/>
        </w:rPr>
        <w:t>[10]</w:t>
      </w:r>
    </w:p>
    <w:p>
      <w:r>
        <w:rPr>
          <w:rFonts w:ascii="Gentium Plus" w:hAnsi="Gentium Plus"/>
          <w:sz w:val="24"/>
        </w:rPr>
        <w:t>ὁ σοφώτατος συνεγράψατο. Μετὰ δὲ τὸ ἀποθανεῖν τοὺς κριτὰς τῶν Ἰουδαίων ἡγεῖτο τοῦ λαοῦ Βαρὰχ ὁ τοῦ Ἀβινοέμ. ἦν δέ τις γυνὴ προφῆτις ὀνόματι Δεββῶρα, ἥτις ἔλεγε τοῖς Ἰουδαίοις πάντα τὰ μέλλοντα. Ἐν δὲ τοῖς καιροῖς ἐκείνοις ἦν καὶ παρ’ Ἕλλησι μάντις Σί‐</w:t>
      </w:r>
    </w:p>
    <w:p>
      <w:r>
        <w:rPr>
          <w:rFonts w:ascii="Courier New" w:hAnsi="Courier New"/>
          <w:color w:val="555555"/>
          <w:sz w:val="20"/>
        </w:rPr>
        <w:t>[15]</w:t>
      </w:r>
    </w:p>
    <w:p>
      <w:r>
        <w:rPr>
          <w:rFonts w:ascii="Gentium Plus" w:hAnsi="Gentium Plus"/>
          <w:sz w:val="24"/>
        </w:rPr>
        <w:t>βυλλα· καὶ ἐν αὐτοῖς τοῖς χρόνοις Αἰγυπτίων ἐβασίλευσε Φαραὼ ὁ καὶ Ναραχώ· τῶν δὲ Ἀθηναίων ἐβασίλευσε Κέκροψ τις, ὅστις ἐξ Αἰγύπτου κατήγετο· ἦν δὲ παμμεγέθης, διὸ καὶ διφυῆ αὐτὸν ἐκάλουν. οὗτος δὲ πρῶτος βασιλεὺς ἐγένετο Ἀθηναίων μετὰ τὸν κατακλυσμὸν τῆς Ἀττικῆς· μετὰ δὲ τὸν κατακλυσμὸν τῆς Ἀττι‐</w:t>
      </w:r>
    </w:p>
    <w:p>
      <w:r>
        <w:rPr>
          <w:rFonts w:ascii="Courier New" w:hAnsi="Courier New"/>
          <w:color w:val="555555"/>
          <w:sz w:val="20"/>
        </w:rPr>
        <w:t>[20]</w:t>
      </w:r>
    </w:p>
    <w:p>
      <w:r>
        <w:rPr>
          <w:rFonts w:ascii="Gentium Plus" w:hAnsi="Gentium Plus"/>
          <w:sz w:val="24"/>
        </w:rPr>
        <w:t>κῆς εἰς Ἀθηναίους ἦλθε τὸ βασίλειον. ἢ μόνον δὲ αὐτὸς ἐβασί‐</w:t>
      </w:r>
    </w:p>
    <w:p>
      <w:r>
        <w:rPr>
          <w:rFonts w:ascii="Courier New" w:hAnsi="Courier New"/>
          <w:color w:val="555555"/>
          <w:sz w:val="20"/>
        </w:rPr>
        <w:t>[Chron . 71]</w:t>
      </w:r>
    </w:p>
    <w:p>
      <w:r>
        <w:rPr>
          <w:rFonts w:ascii="Gentium Plus" w:hAnsi="Gentium Plus"/>
          <w:sz w:val="24"/>
        </w:rPr>
        <w:t>λευσε Κέκροψ Ἀθηναίων, ἐκέλευσε νομοθετῆσαι τὰς γυναῖκας τὰς ὑπὸ τὴν βασιλείαν αὐτοῦ οὔσας ἐν ᾧ εἰσι παρθένοι γαμεῖσθαι ἑνὶ ἀνδρί· ἅστινας ἐκάλεσε νύμφας ἐν τῇ νομοθεσίᾳ αὐτοῦ διὰ τὸ πηγαῖς ἐοικέναι τὰς παρθένους κόρας, αἳ τίκτουσι καὶ ἀπὸ</w:t>
      </w:r>
    </w:p>
    <w:p>
      <w:r>
        <w:rPr>
          <w:rFonts w:ascii="Courier New" w:hAnsi="Courier New"/>
          <w:color w:val="555555"/>
          <w:sz w:val="20"/>
        </w:rPr>
        <w:t>[5]</w:t>
      </w:r>
    </w:p>
    <w:p>
      <w:r>
        <w:rPr>
          <w:rFonts w:ascii="Gentium Plus" w:hAnsi="Gentium Plus"/>
          <w:sz w:val="24"/>
        </w:rPr>
        <w:t>ἀδήλων πόρων πηγάζουσι γάλα. πρὸ γὰρ τῆς βασιλείας αὐτοῦ πᾶσαι αἱ γυναῖκες τῶν Ἀττικῶν καὶ τῶν Ἀθηναίων καὶ τῆς πλη‐ σίον χώρας θηριώδει μίξει ἐμίγνυντο, ἑκάστῳ συγγινόμεναι τῷ ἀρεσκομένῳ αὐταῖς, ἐὰν κἀκείνη ἠβούλετο· καὶ ἐκαλεῖτο ἡ ἁρ‐ παζομένη γυνὴ οὐδενός, ἀλλὰ τοῖς πᾶσι προσήρχοντο, διδοῦσαι</w:t>
      </w:r>
    </w:p>
    <w:p>
      <w:r>
        <w:rPr>
          <w:rFonts w:ascii="Courier New" w:hAnsi="Courier New"/>
          <w:color w:val="555555"/>
          <w:sz w:val="20"/>
        </w:rPr>
        <w:t>[10]</w:t>
      </w:r>
    </w:p>
    <w:p>
      <w:r>
        <w:rPr>
          <w:rFonts w:ascii="Gentium Plus" w:hAnsi="Gentium Plus"/>
          <w:sz w:val="24"/>
        </w:rPr>
        <w:t>ἑαυτὰς εἰς πορνείαν. καὶ ὅσας ἠβουλήθη τις κρατῆσαι αὐτὰς ἡμέρας, κατ’ οἶκον παρέμενον αὐτῷ τρεφόμεναι· καὶ εἰ ἤθελε, πάλιν ἀπέλυσεν αὐτὴν τοῖς βουλομένοις. τοῦτο ἀπὸ τῆς Ἀττι‐ κῆς εἴρχθη, τὸ μὴ ἀναγκάζεσθαι αὐτὰς συνεῖναι ἀνδρὶ πρὸς ὃν βούλονται· οὐδεὶς οὖν ᾔδει τίς ἦν υἱὸς ἢ θυγάτηρ, καὶ ἐδίδου τὸ</w:t>
      </w:r>
    </w:p>
    <w:p>
      <w:r>
        <w:rPr>
          <w:rFonts w:ascii="Courier New" w:hAnsi="Courier New"/>
          <w:color w:val="555555"/>
          <w:sz w:val="20"/>
        </w:rPr>
        <w:t>[15]</w:t>
      </w:r>
    </w:p>
    <w:p>
      <w:r>
        <w:rPr>
          <w:rFonts w:ascii="Gentium Plus" w:hAnsi="Gentium Plus"/>
          <w:sz w:val="24"/>
        </w:rPr>
        <w:t>τεχθὲν ᾧ ἠβούλετο ἀνδρὶ συμμιγέντι αὐτῇ, εἴτε ἄῤῥεν εἴτε θῆλυ ἔτεκε, καὶ ἔχαιρον δεχόμενοι. ὁ δὲ Κέκροψ ἐκ τῆς Αἰγύπτου καταγόμενος ἐξεφώνησε τὸν νόμον τοῦτον, εἰρηκὼς ὅτι ἡ Ἀττικὴ χώρα διὰ τοῦτο ἀπώλετο. καὶ λοιπὸν ἐσωφρόνησαν πᾶσαι, καὶ ἀνδράσιν ἐζεύγνυον ἑαυτὰς αἱ ἄγαμοι παρθένοι, ἡ δὲ πορνευθεῖ‐</w:t>
      </w:r>
    </w:p>
    <w:p>
      <w:r>
        <w:rPr>
          <w:rFonts w:ascii="Courier New" w:hAnsi="Courier New"/>
          <w:color w:val="555555"/>
          <w:sz w:val="20"/>
        </w:rPr>
        <w:t>[20]</w:t>
      </w:r>
    </w:p>
    <w:p>
      <w:r>
        <w:rPr>
          <w:rFonts w:ascii="Gentium Plus" w:hAnsi="Gentium Plus"/>
          <w:sz w:val="24"/>
        </w:rPr>
        <w:t>σα ἐγαμεῖτο ἑνὶ ᾧ ἠβούλετο ἀνδρί· καὶ ἐθαύμασαν οἱ Ἀθηναῖοι τὸν τοῦ βασιλέως νόμον· ὡς δὲ καί τινες ἐξέθεντο ὅτι διὰ τοῦτο αὐτὸν οἱ Ἀθηναῖοι εἶπαν διφυῆ, ὅτι ἐξευγένισε τὰ τέκνα τοῦ εἰ‐</w:t>
      </w:r>
    </w:p>
    <w:p>
      <w:r>
        <w:rPr>
          <w:rFonts w:ascii="Courier New" w:hAnsi="Courier New"/>
          <w:color w:val="555555"/>
          <w:sz w:val="20"/>
        </w:rPr>
        <w:t>[Chron . 72]</w:t>
      </w:r>
    </w:p>
    <w:p>
      <w:r>
        <w:rPr>
          <w:rFonts w:ascii="Gentium Plus" w:hAnsi="Gentium Plus"/>
          <w:sz w:val="24"/>
        </w:rPr>
        <w:t>ναίων ἔτη νʹ, καὶ μετ’ αὐτὸν ἐβασίλευσε Κραναὸς ἔτη θʹ. ἐν ἐκείνοις δὲ τοῖς χρόνοις Σαπφὼ πρώτη μουσικὴ ἐγνωρίζετο. καὶ μετὰ Κραναὸν ἐβασίλευσε Φορωνεὺς καὶ ἄλλοι ἕως Κοδρῶνος, βασιλεύσαντος αὐτῶν ἔτη καʹ. κατέσχεν οὖν ἡ βασιλεία αὐτῶν</w:t>
      </w:r>
    </w:p>
    <w:p>
      <w:r>
        <w:rPr>
          <w:rFonts w:ascii="Courier New" w:hAnsi="Courier New"/>
          <w:color w:val="555555"/>
          <w:sz w:val="20"/>
        </w:rPr>
        <w:t>[5]</w:t>
      </w:r>
    </w:p>
    <w:p>
      <w:r>
        <w:rPr>
          <w:rFonts w:ascii="Gentium Plus" w:hAnsi="Gentium Plus"/>
          <w:sz w:val="24"/>
        </w:rPr>
        <w:t>ἔτη υϟβʹ. Ἐν δὲ τοῖς χρόνοις τῶν ἀρχόντων ἐνομοθέτει Ἀθηναίους πρῶτος ὀνόματι Δράκων, καὶ μετ’ αὐτὸν Σόλων, καὶ ἔλυσε τοὺς νόμους Δράκοντος Σόλων. καὶ πάλιν ἐνομοθέτησε Θαλῆς ὁ Μι‐ λήσιος. καὶ πάλιν ἐβασίλευσεν αὐτῶν πρῶτος Αἰσχύλος ἔτος καʹ,</w:t>
      </w:r>
    </w:p>
    <w:p>
      <w:r>
        <w:rPr>
          <w:rFonts w:ascii="Courier New" w:hAnsi="Courier New"/>
          <w:color w:val="555555"/>
          <w:sz w:val="20"/>
        </w:rPr>
        <w:t>[10]</w:t>
      </w:r>
    </w:p>
    <w:p>
      <w:r>
        <w:rPr>
          <w:rFonts w:ascii="Gentium Plus" w:hAnsi="Gentium Plus"/>
          <w:sz w:val="24"/>
        </w:rPr>
        <w:t>καὶ μετὰ Αἰσχύλον ἐβασίλευσεν αὐτῶν Ἀκμαίων ἔτη δύο· περὶ οὗ Εὐριπίδης ὁ σοφώτατος δρᾶμα ἐξέθετο. καὶ μετὰ Ἀκμαίοντα ἐβασίλευσαν αὐτῶν ἄλλοι ιηʹ ἕως Ἀρεξίωνος, ὃς ἐβασίλευσεν αὐ‐ τῶν ἔτη ιβʹ. καὶ κατελύθη ἡ βασιλεία τῶν Ἀθηναίων, κρατή‐ σασα ἔτη ϡζʹ, καθὼς Ἀφρικανὸς ὁ σοφώτατος χρονογράφος</w:t>
      </w:r>
    </w:p>
    <w:p>
      <w:r>
        <w:rPr>
          <w:rFonts w:ascii="Courier New" w:hAnsi="Courier New"/>
          <w:color w:val="555555"/>
          <w:sz w:val="20"/>
        </w:rPr>
        <w:t>[15]</w:t>
      </w:r>
    </w:p>
    <w:p>
      <w:r>
        <w:rPr>
          <w:rFonts w:ascii="Gentium Plus" w:hAnsi="Gentium Plus"/>
          <w:sz w:val="24"/>
        </w:rPr>
        <w:t>ἐξέθετο. Μετὰ δὲ βραχὺ ἡγήσατο τοῦ Ἰσραὴλ Γεδεών. ἐν αὐτῷ δὲ τῷ χρόνῳ ἦν Ὀρφεὺς ὁ Θρᾴξ, ὁ λυρικὸς Ὀδρυσαῖος, ὁ σοφώ‐ τατος καὶ περιβόητος ποιητής· ὅστις ἐξέθετο θεογονίαν καὶ κό‐ σμου κτίσιν καὶ ἀνθρώπων πλαστουργίαν, εἰρηκὼς ἐν τῇ ἀρχῇ</w:t>
      </w:r>
    </w:p>
    <w:p>
      <w:r>
        <w:rPr>
          <w:rFonts w:ascii="Courier New" w:hAnsi="Courier New"/>
          <w:color w:val="555555"/>
          <w:sz w:val="20"/>
        </w:rPr>
        <w:t>[20]</w:t>
      </w:r>
    </w:p>
    <w:p>
      <w:r>
        <w:rPr>
          <w:rFonts w:ascii="Gentium Plus" w:hAnsi="Gentium Plus"/>
          <w:sz w:val="24"/>
        </w:rPr>
        <w:t>τοῦ συντάγματος αὐτοῦ ὅτι ἐκ τῆς ἰδίας αὐτοῦ ἐνθυμήσεως οὐκ</w:t>
      </w:r>
    </w:p>
    <w:p>
      <w:r>
        <w:rPr>
          <w:rFonts w:ascii="Courier New" w:hAnsi="Courier New"/>
          <w:color w:val="555555"/>
          <w:sz w:val="20"/>
        </w:rPr>
        <w:t>[Chron . 73]</w:t>
      </w:r>
    </w:p>
    <w:p>
      <w:r>
        <w:rPr>
          <w:rFonts w:ascii="Gentium Plus" w:hAnsi="Gentium Plus"/>
          <w:sz w:val="24"/>
        </w:rPr>
        <w:t>αἰτησαμένου διὰ ἰδίας αὐτοῦ εὐχῆς μαθεῖν παρὰ τοῦ Φοίβου Τι‐ τᾶνος ἡλίου τὴν θεογονίαν καὶ τὴν τοῦ κόσμου κτίσιν καὶ τίς ἐποίησεν αὐτήν. ἐμφέρεται γὰρ ἐν τῇ αὐτοῦ ἐκθέσει διὰ ποιητι‐ κῶν στίχων οὕτως.</w:t>
      </w:r>
    </w:p>
    <w:p>
      <w:r>
        <w:rPr>
          <w:rFonts w:ascii="Courier New" w:hAnsi="Courier New"/>
          <w:color w:val="555555"/>
          <w:sz w:val="20"/>
        </w:rPr>
        <w:t>[5]</w:t>
      </w:r>
    </w:p>
    <w:p>
      <w:r>
        <w:rPr>
          <w:rFonts w:ascii="Gentium Plus" w:hAnsi="Gentium Plus"/>
          <w:sz w:val="24"/>
        </w:rPr>
        <w:t>Ὦ ἄναξ, Λητοῦς υἱέ, ἑκατηβόλε, Φοῖβε κραταιέ, ὦ δέσποτα, ἡμέρας υἱέ, ὁ τὰ πάντα πόῤῥωθεν ταῖς ἀκτῖσί σου τοξεύων, ἀμίαντε καὶ δυνατέ, πανδερκές, θνητοῖσι καὶ ἀθανάτοισιν ἀνάσσων, ὁ τὰ πάντα ἐπιβλέπων, θνητῶν καὶ ἀθανάτων βασιλεύων,</w:t>
      </w:r>
    </w:p>
    <w:p>
      <w:r>
        <w:rPr>
          <w:rFonts w:ascii="Courier New" w:hAnsi="Courier New"/>
          <w:color w:val="555555"/>
          <w:sz w:val="20"/>
        </w:rPr>
        <w:t>[10]</w:t>
      </w:r>
    </w:p>
    <w:p>
      <w:r>
        <w:rPr>
          <w:rFonts w:ascii="Gentium Plus" w:hAnsi="Gentium Plus"/>
          <w:sz w:val="24"/>
        </w:rPr>
        <w:t>Ἥλιε χρυσέαισιν ἀειρόμενε πτερύγεσσιν, Ἥλιε τιμίαις εἰς τὸν ἀέρα ὑψούμενε πτέρυξι, δωδεκάτην δὴ τήνδε παρὰ σεῖο ἔκλυον ὀμφήν, δωδεκάτην δὴ ταύτην παρά σου ἤκουσα θείαν φωνήν, σεῖο φαμένου, σὲ δ’ αὐτόν, ἑκηβόλε, μάρτυρα θείην.</w:t>
      </w:r>
    </w:p>
    <w:p>
      <w:r>
        <w:rPr>
          <w:rFonts w:ascii="Courier New" w:hAnsi="Courier New"/>
          <w:color w:val="555555"/>
          <w:sz w:val="20"/>
        </w:rPr>
        <w:t>[15]</w:t>
      </w:r>
    </w:p>
    <w:p>
      <w:r>
        <w:rPr>
          <w:rFonts w:ascii="Gentium Plus" w:hAnsi="Gentium Plus"/>
          <w:sz w:val="24"/>
        </w:rPr>
        <w:t>σοῦ εἰρηκότος μοι, σὲ δ’ αὐτὸν τὸν ἀπὸ μακρόθεν λάμπον‐ τα τίθημι. καὶ ἄλλους δὲ πολλοὺς περὶ τούτου εἶπε στίχους ὁ αὐτὸς Ὀρφεύς· ἔφρασε δὲ ὡς ἐκ τῶν προειρημένων στίχων ποιη‐</w:t>
      </w:r>
    </w:p>
    <w:p>
      <w:r>
        <w:rPr>
          <w:rFonts w:ascii="Courier New" w:hAnsi="Courier New"/>
          <w:color w:val="555555"/>
          <w:sz w:val="20"/>
        </w:rPr>
        <w:t>[Chron . 74]</w:t>
      </w:r>
    </w:p>
    <w:p>
      <w:r>
        <w:rPr>
          <w:rFonts w:ascii="Gentium Plus" w:hAnsi="Gentium Plus"/>
          <w:sz w:val="24"/>
        </w:rPr>
        <w:t>ἐν τῇ συγγραφῇ ταύτῃ. ἔστι δὲ ἅπερ ἐξέθετο Ὀρφεὺς ταῦτα. ὅτι ἐξ ἀρχῆς ἀνεδείχθη τῷ χρόνῳ ὁ αἰθὴρ ἀπὸ τοῦ θεοῦ δημιουρ‐ γηθείς, καὶ ἐντεῦθεν κἀκεῖθεν τοῦ αἰθέρος ἦν χάος, καὶ νὺξ ζο‐ φερὰ πάντα κατεῖχε καὶ ἐκάλυπτε τὰ ὑπὸ τὸν αἰθέρα, σημαίνων</w:t>
      </w:r>
    </w:p>
    <w:p>
      <w:r>
        <w:rPr>
          <w:rFonts w:ascii="Courier New" w:hAnsi="Courier New"/>
          <w:color w:val="555555"/>
          <w:sz w:val="20"/>
        </w:rPr>
        <w:t>[5]</w:t>
      </w:r>
    </w:p>
    <w:p>
      <w:r>
        <w:rPr>
          <w:rFonts w:ascii="Gentium Plus" w:hAnsi="Gentium Plus"/>
          <w:sz w:val="24"/>
        </w:rPr>
        <w:t>τὴν νύκτα πρωτεύειν, εἰρηκὼς ἐν τῇ αὐτοῦ ἐκθέσει ἀκατάληπτόν τινα καὶ πάντων ὑπέρτατον εἶναι, καὶ προγενέστερον δὲ καὶ δη‐ μιουργὸν ἁπάντων καὶ τοῦ αἰθέρος αὐτοῦ καὶ τῆς νυκτὸς καὶ πάσης τῆς ὑπὸ τὸν αἰθέρα οὔσης καὶ καλυπτομένης κτίσεως· τὴν δὲ γῆν εἶπεν ὑπὸ τοῦ σκότους ἀόρατον οὖσαν· ἔφρασε δὲ ὅτι τὸ</w:t>
      </w:r>
    </w:p>
    <w:p>
      <w:r>
        <w:rPr>
          <w:rFonts w:ascii="Courier New" w:hAnsi="Courier New"/>
          <w:color w:val="555555"/>
          <w:sz w:val="20"/>
        </w:rPr>
        <w:t>[10]</w:t>
      </w:r>
    </w:p>
    <w:p>
      <w:r>
        <w:rPr>
          <w:rFonts w:ascii="Gentium Plus" w:hAnsi="Gentium Plus"/>
          <w:sz w:val="24"/>
        </w:rPr>
        <w:t>φῶς ῥῆξαν τὸν αἰθέρα ἐφώτισε τὴν γῆν καὶ πᾶσαν τὴν κτίσιν, εἰπὼν ἐκεῖνο εἶναι τὸ φῶς τὸ ῥῆξαν τὸν αἰθέρα τὸ προειρημένον, τὸ ὑπέρτατον πάντων, οὗ ὄνομα ὁ αὐτὸς Ὀρφεὺς ἀκούσας ἐκ τῆς μαντείας ἐξεῖπε, Μῆτιν, Φάνητα, Ἐρικεπαῖον· ὅπερ ἑρμηνεύεται τῇ κοινῇ γλώσσῃ βουλή, φῶς, ζωοδοτήρ· εἰπὼν ἐν τῇ αὐτοῦ</w:t>
      </w:r>
    </w:p>
    <w:p>
      <w:r>
        <w:rPr>
          <w:rFonts w:ascii="Courier New" w:hAnsi="Courier New"/>
          <w:color w:val="555555"/>
          <w:sz w:val="20"/>
        </w:rPr>
        <w:t>[15]</w:t>
      </w:r>
    </w:p>
    <w:p>
      <w:r>
        <w:rPr>
          <w:rFonts w:ascii="Gentium Plus" w:hAnsi="Gentium Plus"/>
          <w:sz w:val="24"/>
        </w:rPr>
        <w:t>ἐκθέσει τὰς αὐτὰς τρεῖς θείας τῶν ὀνομάτων δυνάμεις μίαν εἶναι δύναμιν καὶ κράτος τοῦ μόνου θεοῦ, ὃν οὐδεὶς ὁρᾷ, ἧστινος δυ‐ νάμεως οὐδεὶς δύναται γνῶναι ἰδέαν ἢ φύσιν· ἐξ αὐτῆς δὲ τῆς δυνάμεως τὰ πάντα γεγενῆσθαι, καὶ ἀρχὰς ἀσωμάτους καὶ ἥλιον καὶ σελήνην, ἐξουσίας καὶ ἄστρα πάντα καὶ γῆν καὶ θάλασσαν,</w:t>
      </w:r>
    </w:p>
    <w:p>
      <w:r>
        <w:rPr>
          <w:rFonts w:ascii="Courier New" w:hAnsi="Courier New"/>
          <w:color w:val="555555"/>
          <w:sz w:val="20"/>
        </w:rPr>
        <w:t>[20]</w:t>
      </w:r>
    </w:p>
    <w:p>
      <w:r>
        <w:rPr>
          <w:rFonts w:ascii="Gentium Plus" w:hAnsi="Gentium Plus"/>
          <w:sz w:val="24"/>
        </w:rPr>
        <w:t>τὰ ὁρώμενα ἐν αὐτοῖς πάντα καὶ τὰ ἀόρατα. τὸ δὲ τῶν ἀνθρώ‐</w:t>
      </w:r>
    </w:p>
    <w:p>
      <w:r>
        <w:rPr>
          <w:rFonts w:ascii="Courier New" w:hAnsi="Courier New"/>
          <w:color w:val="555555"/>
          <w:sz w:val="20"/>
        </w:rPr>
        <w:t>[Chron . 75]</w:t>
      </w:r>
    </w:p>
    <w:p>
      <w:r>
        <w:rPr>
          <w:rFonts w:ascii="Gentium Plus" w:hAnsi="Gentium Plus"/>
          <w:sz w:val="24"/>
        </w:rPr>
        <w:t>πων γένος εἶπεν ὑπ’ αὐτοῦ τοῦ θεοῦ πλασθέντα ἐκ γῆς καὶ ψυχὴν ὑπ’ αὐτοῦ λαβόντα λογικήν, καθὼς Μωσῆς ὁ πάνσοφος ἐξέθετο ταῦτα. ὁ δὲ αὐτὸς Ὀρφεὺς ἐν τῇ αὐτοῦ βίβλῳ συνέταξεν ὅτι διὰ τῶν αὐτῶν τριῶν ὀνομάτων, μιᾶς δὲ θεότητος, τὰ πάντα ἐγέ‐</w:t>
      </w:r>
    </w:p>
    <w:p>
      <w:r>
        <w:rPr>
          <w:rFonts w:ascii="Courier New" w:hAnsi="Courier New"/>
          <w:color w:val="555555"/>
          <w:sz w:val="20"/>
        </w:rPr>
        <w:t>[5]</w:t>
      </w:r>
    </w:p>
    <w:p>
      <w:r>
        <w:rPr>
          <w:rFonts w:ascii="Gentium Plus" w:hAnsi="Gentium Plus"/>
          <w:sz w:val="24"/>
        </w:rPr>
        <w:t>νετο, καὶ αὐτός ἐστι τὰ πάντα. Περὶ δὲ τοῦ ταλαιπώρου γένους τῶν ἀνθρώπων ὁ αὐτὸς Ὀρ‐ φεὺς ἐξέθετο ποιητικῶς στίχους πολλούς, ὧν μέρος εἰσὶν οὗτοι. θῆρές τε οἰωνοί τε βροτῶν τ’ ἀλιτήρια φῦλα, ἑρμηνεία. θηρία, ὄρνεά τε, τῶν ἀνθρώπων τὰ καταναλισκό‐</w:t>
      </w:r>
    </w:p>
    <w:p>
      <w:r>
        <w:rPr>
          <w:rFonts w:ascii="Courier New" w:hAnsi="Courier New"/>
          <w:color w:val="555555"/>
          <w:sz w:val="20"/>
        </w:rPr>
        <w:t>[10]</w:t>
      </w:r>
    </w:p>
    <w:p>
      <w:r>
        <w:rPr>
          <w:rFonts w:ascii="Gentium Plus" w:hAnsi="Gentium Plus"/>
          <w:sz w:val="24"/>
        </w:rPr>
        <w:t>μενα ἔθνη, ἄχθεα γῆς, εἴδωλα τετυγμένα, μὴ διὰ μηδὲν ἑρμηνεία. τὸ βάρος τῆς γῆς, εἶδος κατεσκευασμένον, μηδὲ διὰ τί ἐγεννήθησαν μηδὲ διὰ τί ἀποθνήσκουσιν εἰδότες, οὔτε κακοῖο προσερχομένοιο νοῆσαι</w:t>
      </w:r>
    </w:p>
    <w:p>
      <w:r>
        <w:rPr>
          <w:rFonts w:ascii="Courier New" w:hAnsi="Courier New"/>
          <w:color w:val="555555"/>
          <w:sz w:val="20"/>
        </w:rPr>
        <w:t>[15]</w:t>
      </w:r>
    </w:p>
    <w:p>
      <w:r>
        <w:rPr>
          <w:rFonts w:ascii="Gentium Plus" w:hAnsi="Gentium Plus"/>
          <w:sz w:val="24"/>
        </w:rPr>
        <w:t>γινώσκοντες. ἑρμηνεία. οὔτε κακοῦ ἐρχομένου κατ’ αὐτῶν αἰ‐ σθανόμενοι, φράδμονες, οὔτε ποῖον μάλ’ ἀποστρέψαι κακότητος ἀσφαλίσασθαι, οὔτε ἀπὸ μακρόθεν πολὺ ἀποστρέψαι ἐκ τοῦ κακοῦ,</w:t>
      </w:r>
    </w:p>
    <w:p>
      <w:r>
        <w:rPr>
          <w:rFonts w:ascii="Courier New" w:hAnsi="Courier New"/>
          <w:color w:val="555555"/>
          <w:sz w:val="20"/>
        </w:rPr>
        <w:t>[20]</w:t>
      </w:r>
    </w:p>
    <w:p>
      <w:r>
        <w:rPr>
          <w:rFonts w:ascii="Gentium Plus" w:hAnsi="Gentium Plus"/>
          <w:sz w:val="24"/>
        </w:rPr>
        <w:t>οὔτε ἀγαθοῦ παρεόντος ἐπιστρέψαι καὶ εἶρξαι</w:t>
      </w:r>
    </w:p>
    <w:p>
      <w:r>
        <w:rPr>
          <w:rFonts w:ascii="Courier New" w:hAnsi="Courier New"/>
          <w:color w:val="555555"/>
          <w:sz w:val="20"/>
        </w:rPr>
        <w:t>[Chron . 76]</w:t>
      </w:r>
    </w:p>
    <w:p>
      <w:r>
        <w:rPr>
          <w:rFonts w:ascii="Gentium Plus" w:hAnsi="Gentium Plus"/>
          <w:sz w:val="24"/>
        </w:rPr>
        <w:t>οὔτε ἀγαθοῦ ἐρχομένου ὑποστρέψαι ἐκ τοῦ κακοῦ καὶ κρατῆσαι καλὸν ἴδριες, ἀλλὰ μάτην ἀδαήμονες, ἀπρονόητοι. ἔμπειροι. ἑρμηνεία. ἀλλ’ ὡς ἔτυχεν [ἅμα] ἀμαθεστάτως φέ‐</w:t>
      </w:r>
    </w:p>
    <w:p>
      <w:r>
        <w:rPr>
          <w:rFonts w:ascii="Courier New" w:hAnsi="Courier New"/>
          <w:color w:val="555555"/>
          <w:sz w:val="20"/>
        </w:rPr>
        <w:t>[5]</w:t>
      </w:r>
    </w:p>
    <w:p>
      <w:r>
        <w:rPr>
          <w:rFonts w:ascii="Gentium Plus" w:hAnsi="Gentium Plus"/>
          <w:sz w:val="24"/>
        </w:rPr>
        <w:t>ρονται, μηδὲν προεννοούμενοι. καὶ ἄλλους δὲ πολλοὺς στίχους ἐξέθετο ὁ αὐτὸς σοφώτατος Ὀρφεύς. ταῦτα δὲ πάντα ἐξέθετο ὁ σοφώτατος Τιμόθεος χρονογράφος, λέγων τὸν αὐτὸν Ὀρφέα πρὸ τοσούτων χρόνων εἰπόντα τριάδα ὁμοούσιον δημιουργῆσαι τὰ πάντα.</w:t>
      </w:r>
    </w:p>
    <w:p>
      <w:r>
        <w:rPr>
          <w:rFonts w:ascii="Courier New" w:hAnsi="Courier New"/>
          <w:color w:val="555555"/>
          <w:sz w:val="20"/>
        </w:rPr>
        <w:t>[10]</w:t>
      </w:r>
    </w:p>
    <w:p>
      <w:r>
        <w:rPr>
          <w:rFonts w:ascii="Gentium Plus" w:hAnsi="Gentium Plus"/>
          <w:sz w:val="24"/>
        </w:rPr>
        <w:t>Μετὰ δὲ Γεδεὼν ἡγεῖτο τοῦ Ἰσραὴλ Θῶλας. ἐν δὲ τοῖς και‐ ροῖς τοῦ Θῶλα ἦν ἐν τῇ Φρυγίᾳ χώρᾳ Μαρσύας ὁ φιλόσοφος, ὅστις ἐφεῦρε διὰ μουσικῆς αὐλοὺς ἀπὸ καλάμων. καὶ ἀπενοεῖτο ἀποθεῶν ἑαυτὸν καὶ λέγων, Εὗρον τροφὴν ἀνθρώποις διὰ τοῦ μέλους τῶν μουσικῶν καλάμων. ᾤκει δὲ ὁ αὐτὸς Μαρσύας εἰς</w:t>
      </w:r>
    </w:p>
    <w:p>
      <w:r>
        <w:rPr>
          <w:rFonts w:ascii="Courier New" w:hAnsi="Courier New"/>
          <w:color w:val="555555"/>
          <w:sz w:val="20"/>
        </w:rPr>
        <w:t>[15]</w:t>
      </w:r>
    </w:p>
    <w:p>
      <w:r>
        <w:rPr>
          <w:rFonts w:ascii="Gentium Plus" w:hAnsi="Gentium Plus"/>
          <w:sz w:val="24"/>
        </w:rPr>
        <w:t>τοὺς ἰδίους ἀγροὺς τὸν ἅπαντα χρόνον· ὅστις Μαρσύας θεοχο‐ λωτηθεὶς ἐξέστη τοῦ ἰδίου νοός, καὶ παραφρονήσας ἔῤῥιψεν ἑαυ‐ τὸν εἰς τὸν ποταμὸν καὶ ἀπώλετο· ὅντινα ποταμὸν οἱ τῆς αὐτῆς χώρας Μαρσύαν καλοῦσιν ἕως τῆς νῦν. περὶ οὗ ἱστοροῦσιν οἱ ποιηταὶ ὅτι πρὸς ἔριν τοῦ Ἀπόλλωνος ἦλθε· τοῦτο λέγουσι, φη‐</w:t>
      </w:r>
    </w:p>
    <w:p>
      <w:r>
        <w:rPr>
          <w:rFonts w:ascii="Courier New" w:hAnsi="Courier New"/>
          <w:color w:val="555555"/>
          <w:sz w:val="20"/>
        </w:rPr>
        <w:t>[20]</w:t>
      </w:r>
    </w:p>
    <w:p>
      <w:r>
        <w:rPr>
          <w:rFonts w:ascii="Gentium Plus" w:hAnsi="Gentium Plus"/>
          <w:sz w:val="24"/>
        </w:rPr>
        <w:t>σίν, ὅτι οὗτος βλασφημήσας ἐξέστη τοῦ ἰδίου νοὸς καὶ ἐφονεύ‐</w:t>
      </w:r>
    </w:p>
    <w:p>
      <w:r>
        <w:rPr>
          <w:rFonts w:ascii="Courier New" w:hAnsi="Courier New"/>
          <w:color w:val="555555"/>
          <w:sz w:val="20"/>
        </w:rPr>
        <w:t>[Chron . 77]</w:t>
      </w:r>
    </w:p>
    <w:p>
      <w:r>
        <w:rPr>
          <w:rFonts w:ascii="Gentium Plus" w:hAnsi="Gentium Plus"/>
          <w:sz w:val="24"/>
        </w:rPr>
        <w:t>τατος δὲ Λουκιανὸς ἐμνημόνευσε τῆς ἱστορίας ταύτης, ὅστις εἶ‐ πεν αὐτὸν ἀπὸ Κολχίδος εἶναι. Ἐν δὲ τοῖς καιροῖς τοῦ Θῶλα ἦν Ἡρακλῆς ὁ ἥρως καὶ οἱ Ἀρ‐ γοναῦται οἱ περὶ Ἰάσονα τὸν Θεσσαλὸν καὶ Κάστορα καὶ Πο‐</w:t>
      </w:r>
    </w:p>
    <w:p>
      <w:r>
        <w:rPr>
          <w:rFonts w:ascii="Courier New" w:hAnsi="Courier New"/>
          <w:color w:val="555555"/>
          <w:sz w:val="20"/>
        </w:rPr>
        <w:t>[5]</w:t>
      </w:r>
    </w:p>
    <w:p>
      <w:r>
        <w:rPr>
          <w:rFonts w:ascii="Gentium Plus" w:hAnsi="Gentium Plus"/>
          <w:sz w:val="24"/>
        </w:rPr>
        <w:t>λυδεύκην καὶ Ὕλαν καὶ Τελαμῶνα καὶ τοὺς λοιπούς. οἵτινες ἀνιόντες τὸν Ἑλλήσποντον ἐπολεμήθησαν ἐξαίφνης ὑπὸ Κυζίκου, βασιλέως τῆς Ἑλλησπόντου. καὶ συγκρούσαντες ναυμαχίᾳ ἐφό‐ νευσαν τὸν Κύζικον βασιλέα· καὶ εἰσελθόντες νυκτὸς παρέλαβον τὴν Κύζικον, μητρόπολιν τῆς Ἑλλησπόντου ἐπαρχίας. καὶ με‐</w:t>
      </w:r>
    </w:p>
    <w:p>
      <w:r>
        <w:rPr>
          <w:rFonts w:ascii="Courier New" w:hAnsi="Courier New"/>
          <w:color w:val="555555"/>
          <w:sz w:val="20"/>
        </w:rPr>
        <w:t>[10]</w:t>
      </w:r>
    </w:p>
    <w:p>
      <w:r>
        <w:rPr>
          <w:rFonts w:ascii="Gentium Plus" w:hAnsi="Gentium Plus"/>
          <w:sz w:val="24"/>
        </w:rPr>
        <w:t>μαθηκότες ἀπὸ τῶν πολιτῶν καὶ τῶν συγκλητικῶν ὅτι Κύζικός ἐστιν ὁ σφαγεὶς παρ’ αὐτῶν, ἐπένθησαν δι’ αὐτόν, ὅτι συγγενὴς αὐτῶν ὑπῆρχε καὶ ἐκ τῆς αὐτῶν χώρας ἔφερε τὸ γένος. καὶ ᾔτουν συγγνώμην τῇ τῶν ἀμφοτέρων ἀγνοίᾳ, καὶ ἀπολογησάμε‐ νοι πρὸς τούτους ἔκτισαν ἐν τῇ αὐτῇ Κυζίκῳ πόλει μετὰ τὴν νί‐</w:t>
      </w:r>
    </w:p>
    <w:p>
      <w:r>
        <w:rPr>
          <w:rFonts w:ascii="Courier New" w:hAnsi="Courier New"/>
          <w:color w:val="555555"/>
          <w:sz w:val="20"/>
        </w:rPr>
        <w:t>[15]</w:t>
      </w:r>
    </w:p>
    <w:p>
      <w:r>
        <w:rPr>
          <w:rFonts w:ascii="Gentium Plus" w:hAnsi="Gentium Plus"/>
          <w:sz w:val="24"/>
        </w:rPr>
        <w:t>κην ἱερόν. καὶ ἀπελθόντες οἱ Ἀργοναῦται εἰς τὸ μαντεῖον, ἔνθα λέγεται τὰ Πύθια θερμά, καὶ ποιήσαντες θυσίαν ἐπηρώτησαν λέγοντες ταῦτα. Προφήτευσον ἡμῖν, προφῆτα, Τιτάν, Φοῖβε Ἄπολλον, τίνος ἔσται δόμος οὗτος, εἰ τί δὲ ἔσται; καὶ ἐδόθη αὐτοῖς χρησμὸς παρὰ τῆς Πυθίας οὗτος. Ὅσα μὲν πρὸς ἀρετὴν</w:t>
      </w:r>
    </w:p>
    <w:p>
      <w:r>
        <w:rPr>
          <w:rFonts w:ascii="Courier New" w:hAnsi="Courier New"/>
          <w:color w:val="555555"/>
          <w:sz w:val="20"/>
        </w:rPr>
        <w:t>[20]</w:t>
      </w:r>
    </w:p>
    <w:p>
      <w:r>
        <w:rPr>
          <w:rFonts w:ascii="Gentium Plus" w:hAnsi="Gentium Plus"/>
          <w:sz w:val="24"/>
        </w:rPr>
        <w:t>καὶ κόσμον ὄρωρε ποιεῖτε. ἐγὼ δὲ ἐφετμέω τρεῖν ἕνα μοῦνον ὑψιμέδοντα θεόν, οὗ λόγος ἄφθιτος ἐν ἀδαεῖ κόρῃ ἔγκυος ἔσται.</w:t>
      </w:r>
    </w:p>
    <w:p>
      <w:r>
        <w:rPr>
          <w:rFonts w:ascii="Courier New" w:hAnsi="Courier New"/>
          <w:color w:val="555555"/>
          <w:sz w:val="20"/>
        </w:rPr>
        <w:t>[Chron . 78]</w:t>
      </w:r>
    </w:p>
    <w:p>
      <w:r>
        <w:rPr>
          <w:rFonts w:ascii="Gentium Plus" w:hAnsi="Gentium Plus"/>
          <w:sz w:val="24"/>
        </w:rPr>
        <w:t>ζωγρεύσας πατρὶ προσάξει δῶρον. αὐτῆς ἔσται δόμος, Μαρία δὲ τοὔνομα αὐτῆς. καὶ γράψαντες τὸν χρησμὸν οἱ ἥρωες ἐν λί‐ θῳ, ἤτοι μαρμάρῳ, χαλκέοις γράμμασιν, ἔθηκαν εἰς τὸ ὑπέρ‐ θυρον τοῦ ναοῦ, καλέσαντες τὸν οἶκον Ῥέας μητρὸς θεῶν. ὅστις</w:t>
      </w:r>
    </w:p>
    <w:p>
      <w:r>
        <w:rPr>
          <w:rFonts w:ascii="Courier New" w:hAnsi="Courier New"/>
          <w:color w:val="555555"/>
          <w:sz w:val="20"/>
        </w:rPr>
        <w:t>[5]</w:t>
      </w:r>
    </w:p>
    <w:p>
      <w:r>
        <w:rPr>
          <w:rFonts w:ascii="Gentium Plus" w:hAnsi="Gentium Plus"/>
          <w:sz w:val="24"/>
        </w:rPr>
        <w:t>οἶκος μετὰ χρόνους πολλοὺς ἐγένετο ἐκκλησία τῆς ἁγίας καὶ θεο‐ τόκου Μαρίας ὑπὸ Ζήνωνος βασιλέως. Οἱ δὲ Ἀργοναῦται ἐκ τῆς Ἑλλησπόντου ἐξορμήσαντες κατέ‐ πλευσαν ἐπὶ τὰς Πριγκιπίους νήσους· κἀκεῖθεν ἀνῆλθον τὸν Χαλκηδόνος πλοῦν, περᾶσαι βουλόμενοι τὸν ἀνάπλουν τῆς Πον‐</w:t>
      </w:r>
    </w:p>
    <w:p>
      <w:r>
        <w:rPr>
          <w:rFonts w:ascii="Courier New" w:hAnsi="Courier New"/>
          <w:color w:val="555555"/>
          <w:sz w:val="20"/>
        </w:rPr>
        <w:t>[10]</w:t>
      </w:r>
    </w:p>
    <w:p>
      <w:r>
        <w:rPr>
          <w:rFonts w:ascii="Gentium Plus" w:hAnsi="Gentium Plus"/>
          <w:sz w:val="24"/>
        </w:rPr>
        <w:t>τικῆς θαλάσσης. καὶ ἐπολεμήθησαν πάλιν ὑπὸ τοῦ Ἀμύκου καὶ φοβηθέντες τοῦ ἀνδρὸς τὴν δύναμιν κατέφυγον ἐν κόλπῳ τινὶ κατάλσῳ, δασυτάτῳ πάνυ καὶ ἀγρίῳ· καὶ ἐθεάσαντο ἐν ὀπτασίᾳ δύναμίν τινα ὡς ἐκ τοῦ οὐρανοῦ προσπελάσασαν πρὸς αὐτοὺς ἀν‐ δρὸς φοβεροῦ φέροντος τοῖς ὤμοις πτέρυγας ὡς ἀετοῦ, ὅστις</w:t>
      </w:r>
    </w:p>
    <w:p>
      <w:r>
        <w:rPr>
          <w:rFonts w:ascii="Courier New" w:hAnsi="Courier New"/>
          <w:color w:val="555555"/>
          <w:sz w:val="20"/>
        </w:rPr>
        <w:t>[15]</w:t>
      </w:r>
    </w:p>
    <w:p>
      <w:r>
        <w:rPr>
          <w:rFonts w:ascii="Gentium Plus" w:hAnsi="Gentium Plus"/>
          <w:sz w:val="24"/>
        </w:rPr>
        <w:t>ἐχρημάτισεν αὐτοῖς τὴν κατὰ τοῦ Ἀμύκου νίκην. οἵτινες θαῤῥή‐ σαντες συνέβαλον τῷ Ἀμύκῳ· καὶ νικήσαντες αὐτὸν καὶ εὐχαρι‐ στοῦντες ἔκτισαν ἐν τῷ αὐτῷ τόπῳ ὅπου τὴν δύναμιν ἑωράκασιν ἱερόν, στήσαντες ἐκεῖ ἐκτύπωμα τῆς παρ’ αὐτῶν θεαθείσης δυ‐ νάμεως, καλέσαντες τὸν αὐτὸν τόπον ἢ τὸ ἱερὸν αὐτὸ Σωσθένην,</w:t>
      </w:r>
    </w:p>
    <w:p>
      <w:r>
        <w:rPr>
          <w:rFonts w:ascii="Courier New" w:hAnsi="Courier New"/>
          <w:color w:val="555555"/>
          <w:sz w:val="20"/>
        </w:rPr>
        <w:t>[20]</w:t>
      </w:r>
    </w:p>
    <w:p>
      <w:r>
        <w:rPr>
          <w:rFonts w:ascii="Gentium Plus" w:hAnsi="Gentium Plus"/>
          <w:sz w:val="24"/>
        </w:rPr>
        <w:t>διότι ἐκεῖ φυγόντες ἐσώθησαν· ὅστις τόπος οὕτως κέκληται ἕως</w:t>
      </w:r>
    </w:p>
    <w:p>
      <w:r>
        <w:rPr>
          <w:rFonts w:ascii="Courier New" w:hAnsi="Courier New"/>
          <w:color w:val="555555"/>
          <w:sz w:val="20"/>
        </w:rPr>
        <w:t>[Chron . 79]</w:t>
      </w:r>
    </w:p>
    <w:p>
      <w:r>
        <w:rPr>
          <w:rFonts w:ascii="Gentium Plus" w:hAnsi="Gentium Plus"/>
          <w:sz w:val="24"/>
        </w:rPr>
        <w:t>ἀπελθὼν ἀσφαλίσασθαι αὐτὸ Κωνσταντῖνος ὁ μέγας βασιλεύς· ὃς γενόμενος χριστιανός, καὶ τῷ ἐκτυπώματι τῆς στήλης προσεσχη‐ κὼς τῷ ἑστῶτι ἐκεῖ, εἶπεν ὅτι ἀγγέλου σημεῖον σχήματι μοναχοῦ παρὰ τοῦ δόγματος τῶν χριστιανῶν. καὶ ἐκπλαγεὶς ἐπὶ τῷ τό‐</w:t>
      </w:r>
    </w:p>
    <w:p>
      <w:r>
        <w:rPr>
          <w:rFonts w:ascii="Courier New" w:hAnsi="Courier New"/>
          <w:color w:val="555555"/>
          <w:sz w:val="20"/>
        </w:rPr>
        <w:t>[5]</w:t>
      </w:r>
    </w:p>
    <w:p>
      <w:r>
        <w:rPr>
          <w:rFonts w:ascii="Gentium Plus" w:hAnsi="Gentium Plus"/>
          <w:sz w:val="24"/>
        </w:rPr>
        <w:t>πῳ καὶ τῷ κτίσματι, καὶ εὐξάμενος γνῶναι ποίας ἐστὶ δυνάμεως ἀγγέλου τὸ ἐκτύπωμα, παρεκοιμήθη τῷ τόπῳ. καὶ ἀκούσας ἐν ὁράματι τὸ ὄνομα τῆς δυνάμεως, εὐθέως ἐγερθεὶς ἐκόσμησε τὸν τόπον, ποιήσας κατὰ ἀνατολὰς εὐχήν. καὶ ἐπωνόμασε τὸ εὐ‐ κτήριον, ἤτοι τὸν τόπον, τοῦ ἁγίου ἀρχαγγέλου Μιχαήλ.</w:t>
      </w:r>
    </w:p>
    <w:p>
      <w:r>
        <w:rPr>
          <w:rFonts w:ascii="Courier New" w:hAnsi="Courier New"/>
          <w:color w:val="555555"/>
          <w:sz w:val="20"/>
        </w:rPr>
        <w:t>[10]</w:t>
      </w:r>
    </w:p>
    <w:p>
      <w:r>
        <w:rPr>
          <w:rFonts w:ascii="Gentium Plus" w:hAnsi="Gentium Plus"/>
          <w:sz w:val="24"/>
        </w:rPr>
        <w:t>Οἱ δὲ Ἀργοναῦται μετὰ τὴν νίκην τοῦ Ἀμύκου ἐκεῖθεν ἐξορ‐ μήσαντες ἐπὶ τὴν Ποντικὴν ἀνέπλευσαν διὰ τὸ χρύσεον δέρας. οἵτινες ἔλαβον αὐτὸ καὶ τὴν Μήδειαν, τὴν τοῦ Ἀέτου θυγατέρα, βασιλέως τῆς Σκυθίας, ἀπὸ Κολχίδος χώρας· ὅθεν ἱστορεῖται τὰ κατὰ Ἰάσονα καὶ Γλαύκην, τοῦ Κρέοντος θυγατέρα, βασιλέως</w:t>
      </w:r>
    </w:p>
    <w:p>
      <w:r>
        <w:rPr>
          <w:rFonts w:ascii="Courier New" w:hAnsi="Courier New"/>
          <w:color w:val="555555"/>
          <w:sz w:val="20"/>
        </w:rPr>
        <w:t>[15]</w:t>
      </w:r>
    </w:p>
    <w:p>
      <w:r>
        <w:rPr>
          <w:rFonts w:ascii="Gentium Plus" w:hAnsi="Gentium Plus"/>
          <w:sz w:val="24"/>
        </w:rPr>
        <w:t>τῆς Θεσσαλίας, τὴν καὶ ἐμπρησθεῖσαν ἐκ συμβάντος τινὸς ἅμα τῷ πατρὶ ἐν τοῖς ὑμεναίοις, καὶ τὰ ἄλλα τῆς ἱστορίας, ἅτινα ὁ σοφώτατος Ἀπολλώνιος ὁ ἱστορικὸς συνεγράψατο. Μετὰ δὲ Θῶλαν ἡγεῖτο τοῦ Ἰσραὴλ Αἰγλὼμ ὁ Ζαβουλωνί‐ της· ἐν ἐκείνοις δὲ τοῖς χρόνοις ἦν παρ’ Ἕλλησι μάντις ἄλλη,</w:t>
      </w:r>
    </w:p>
    <w:p>
      <w:r>
        <w:rPr>
          <w:rFonts w:ascii="Courier New" w:hAnsi="Courier New"/>
          <w:color w:val="555555"/>
          <w:sz w:val="20"/>
        </w:rPr>
        <w:t>[20]</w:t>
      </w:r>
    </w:p>
    <w:p>
      <w:r>
        <w:rPr>
          <w:rFonts w:ascii="Gentium Plus" w:hAnsi="Gentium Plus"/>
          <w:sz w:val="24"/>
        </w:rPr>
        <w:t>Σίβυλλα ἡ Ἐρυθραία. ἐν οἷς χρόνοις ἐβασίλευσε τῆς Φρυγίας ὁ Τρῶος, ὃς ἐγένετο πατὴρ Ἰλίου καὶ Γανυμήδους. οὗτος ἔκτι‐</w:t>
      </w:r>
    </w:p>
    <w:p>
      <w:r>
        <w:rPr>
          <w:rFonts w:ascii="Courier New" w:hAnsi="Courier New"/>
          <w:color w:val="555555"/>
          <w:sz w:val="20"/>
        </w:rPr>
        <w:t>[Chron . 80]</w:t>
      </w:r>
    </w:p>
    <w:p>
      <w:r>
        <w:rPr>
          <w:rFonts w:ascii="Gentium Plus" w:hAnsi="Gentium Plus"/>
          <w:sz w:val="24"/>
        </w:rPr>
        <w:t>ὄνομα Ἰλίου τοῦ μείζονος αὐτοῦ υἱοῦ. ὅστις πληρώσας τὰ τεί‐ χη τῶν πόλεων, τοὺς τοπαρχοῦντας, ἤτοι βασιλεύοντας, τῆς Εὐ‐ ρώπης χώρας πάντας προετρέψατο δίχα τοῦ Ταντάλου, βασιλέως τῆς Μυκηναίων χώρας. καὶ πρὸς τοῦτο ἐλυπήθη ὁ Τάνταλος,</w:t>
      </w:r>
    </w:p>
    <w:p>
      <w:r>
        <w:rPr>
          <w:rFonts w:ascii="Courier New" w:hAnsi="Courier New"/>
          <w:color w:val="555555"/>
          <w:sz w:val="20"/>
        </w:rPr>
        <w:t>[5]</w:t>
      </w:r>
    </w:p>
    <w:p>
      <w:r>
        <w:rPr>
          <w:rFonts w:ascii="Gentium Plus" w:hAnsi="Gentium Plus"/>
          <w:sz w:val="24"/>
        </w:rPr>
        <w:t>καὶ ἔσχεν ἔχθραν μεγάλην πρὸς αὐτόν· ἦν δὲ ταξάμενος ὁ Τρῶος πρὸ τοῦ ἄρχεσθαι κτίζειν τὰς πόλεις δῶρα πέμπειν καὶ θυσίας ποιεῖν ἐν τῷ ἱερῷ τοῦ Διὸς τοῦ εἰς τὴν Εὐρώπην χώραν. ὅστις πληρώσας τὰ τείχη μετὰ δύο ἔτη ἔπεμψε τὸν ἴδιον αὐτοῦ ἀδελ‐ φὸν τὸν μικρότερον, τὸν λεγόμενον Γανυμήδην, ὃν ἠγάπα, ὡς</w:t>
      </w:r>
    </w:p>
    <w:p>
      <w:r>
        <w:rPr>
          <w:rFonts w:ascii="Courier New" w:hAnsi="Courier New"/>
          <w:color w:val="555555"/>
          <w:sz w:val="20"/>
        </w:rPr>
        <w:t>[10]</w:t>
      </w:r>
    </w:p>
    <w:p>
      <w:r>
        <w:rPr>
          <w:rFonts w:ascii="Gentium Plus" w:hAnsi="Gentium Plus"/>
          <w:sz w:val="24"/>
        </w:rPr>
        <w:t>εὐπρεπῆ καὶ μικρότερον, εἰς τὸ ἀπενέγκαι τὰ δῶρα εἰς τὸ ἱερὸν τοῦ Διὸς καὶ πληρῶσαι τὴν θυσίαν τοῦ τάγματος, δεδωκὼς αὐτῷ ἄνδρας νʹ. καὶ ἀντιπεράσας τὴν θάλασσαν ἀπήρχετο ἐπὶ τὸ ἱερὸν τοῦ Διός. μαθὼν δὲ ὁ Τάνταλος, νομίσας ὅτι κατασκοπῆσαι ἦλθε τὴν Εὐρώπην χώραν, ἔπεμψε πολλοὺς ὡπλισμένους, καὶ</w:t>
      </w:r>
    </w:p>
    <w:p>
      <w:r>
        <w:rPr>
          <w:rFonts w:ascii="Courier New" w:hAnsi="Courier New"/>
          <w:color w:val="555555"/>
          <w:sz w:val="20"/>
        </w:rPr>
        <w:t>[15]</w:t>
      </w:r>
    </w:p>
    <w:p>
      <w:r>
        <w:rPr>
          <w:rFonts w:ascii="Gentium Plus" w:hAnsi="Gentium Plus"/>
          <w:sz w:val="24"/>
        </w:rPr>
        <w:t>ἥρπασαν τὸν Γανυμήδην πρὸ τοῦ φθάσαι τὸ ἱερὸν καὶ τοὺς μετ’ αὐτοῦ. ὁ δὲ Γανυμήδης ἐκ τῆς δειλίας ἠῤῥώστησεν· ἐπηρώτησε δὲ αὐτὸν ὁ Τάνταλος λέγων, Ἐν ἀλλοτρίοις βασιλείοις πῶς ἐτόλ‐ μησας ἐλθεῖν κατάσκοπος; καὶ εἶπεν αὐτῷ ὅτι Θυσίας χάριν τοῦ Διὸς ἦλθον ἐγὼ καὶ οἱ μετ’ ἐμοῦ. καὶ γνοὺς τοῦτο ὁ Τάνταλος,</w:t>
      </w:r>
    </w:p>
    <w:p>
      <w:r>
        <w:rPr>
          <w:rFonts w:ascii="Courier New" w:hAnsi="Courier New"/>
          <w:color w:val="555555"/>
          <w:sz w:val="20"/>
        </w:rPr>
        <w:t>[20]</w:t>
      </w:r>
    </w:p>
    <w:p>
      <w:r>
        <w:rPr>
          <w:rFonts w:ascii="Gentium Plus" w:hAnsi="Gentium Plus"/>
          <w:sz w:val="24"/>
        </w:rPr>
        <w:t>ἐκέλευσεν αὐτῷ περιμεῖναι καὶ ἀνεθῆναι διὰ τὴν νόσον. ὁ δὲ αὐ‐ τὸς Γανυμήδης τρεῖς ἡμέρας ἀῤῥωστήσας τελευτᾷ· καὶ ἐκέλευ‐ σεν ὁ Τάνταλος ἀποδοθῆναι ἃ ἤνεγκε δῶρα καὶ τὴν θυσίαν εἰς</w:t>
      </w:r>
    </w:p>
    <w:p>
      <w:r>
        <w:rPr>
          <w:rFonts w:ascii="Courier New" w:hAnsi="Courier New"/>
          <w:color w:val="555555"/>
          <w:sz w:val="20"/>
        </w:rPr>
        <w:t>[Chron . 81]</w:t>
      </w:r>
    </w:p>
    <w:p>
      <w:r>
        <w:rPr>
          <w:rFonts w:ascii="Gentium Plus" w:hAnsi="Gentium Plus"/>
          <w:sz w:val="24"/>
        </w:rPr>
        <w:t>τεθῆναι ἔσω ἐν τῷ ναῷ τοῦ Διὸς πρὸς τιμήν. οἱ δὲ μετ’ αὐτοῦ ἀποσταλέντες ποιήσαντες αὐτῷ σορόν, ἔθηκαν αὐτὸν ἐπιγράψαν‐ τες ἐν αὐτῷ, Τρῶος, βασιλεὺς Ἀσίας, σὺν τῇ θυσίᾳ τὸν ἐνταῦθα κείμενον Γανυμήδην, υἱὸν αὐτοῦ, ἀνέθετο Διί. τοῦτο δὲ</w:t>
      </w:r>
    </w:p>
    <w:p>
      <w:r>
        <w:rPr>
          <w:rFonts w:ascii="Courier New" w:hAnsi="Courier New"/>
          <w:color w:val="555555"/>
          <w:sz w:val="20"/>
        </w:rPr>
        <w:t>[5]</w:t>
      </w:r>
    </w:p>
    <w:p>
      <w:r>
        <w:rPr>
          <w:rFonts w:ascii="Gentium Plus" w:hAnsi="Gentium Plus"/>
          <w:sz w:val="24"/>
        </w:rPr>
        <w:t>ἐποίησεν ὁ Τάνταλος πρὸς θεραπείαν τοῦ πατρὸς αὐτοῦ· οὐκ ἦν γὰρ ἔθος Ἕλλησι θάπτειν ἔνδον ἱεροῦ οἴκου λείψανον θνητοῦ ἀνθρώπου διὰ τὸ μὴ κοινοῦσθαι τὰ θεῖα. ταῦ‐ τα δὲ συνεγράψατο ὁ σοφώτατος Δίδυμος ὁ ἱστορικὸς χρονο‐ γράφος. λέγουσιν οὖν τινες τὸν Γανυμήδην ἁρπαγέντα ὑπὸ ἀε‐</w:t>
      </w:r>
    </w:p>
    <w:p>
      <w:r>
        <w:rPr>
          <w:rFonts w:ascii="Courier New" w:hAnsi="Courier New"/>
          <w:color w:val="555555"/>
          <w:sz w:val="20"/>
        </w:rPr>
        <w:t>[10]</w:t>
      </w:r>
    </w:p>
    <w:p>
      <w:r>
        <w:rPr>
          <w:rFonts w:ascii="Gentium Plus" w:hAnsi="Gentium Plus"/>
          <w:sz w:val="24"/>
        </w:rPr>
        <w:t>τοῦ διὰ τὸ συμβὰν αὐτῷ ὀξύτατον τοῦ θανάτου. Μετὰ δὲ Τρῶον ἐβασίλευσε τῶν Φρυγῶν ὁ Ἴλιος· ἐν αὐτῷ δὲ τῷ καιρῷ ἐλαλεῖτο ἡ νίκη τοῦ ἀγῶνος Πέλοπος τοῦ Λυδοῦ καὶ Οἰνομάου τοῦ Πισαίου, ἐπιτελεσθεῖσα ἐν τῇ ἡλιακῇ ἑορτῇ· ἅτινα συνεγράψατο Χάραξ ὁ ἱστορικός.</w:t>
      </w:r>
    </w:p>
    <w:p>
      <w:r>
        <w:rPr>
          <w:rFonts w:ascii="Courier New" w:hAnsi="Courier New"/>
          <w:color w:val="555555"/>
          <w:sz w:val="20"/>
        </w:rPr>
        <w:t>[15]</w:t>
      </w:r>
    </w:p>
    <w:p>
      <w:r>
        <w:rPr>
          <w:rFonts w:ascii="Gentium Plus" w:hAnsi="Gentium Plus"/>
          <w:sz w:val="24"/>
        </w:rPr>
        <w:t>Μετὰ δὲ τοὺς χρόνους τούτους ἦν κριτὴς καὶ ἡγούμενος τοῦ Ἰσραὴλ Σαμψών, ἀνὴρ γενναῖος καὶ μυστικὸς καὶ θαύματα ποι‐ ῶν, καθὰ ἐν τῇ Ἑβραϊκῇ ἐμφέρεται συγγραφῇ. ἐν οἷς χρόνοις ἐβασίλευσε τῆς Αἰγύπτου χώρας ὁ Λάπαθος· ἔσχε δὲ υἱοὺς δύο, τὸν Ἀχαὸν καὶ τὸν Λάκωνα. μέλλων δὲ τελευτᾶν ἐκέλευσε τοῖς</w:t>
      </w:r>
    </w:p>
    <w:p>
      <w:r>
        <w:rPr>
          <w:rFonts w:ascii="Courier New" w:hAnsi="Courier New"/>
          <w:color w:val="555555"/>
          <w:sz w:val="20"/>
        </w:rPr>
        <w:t>[20]</w:t>
      </w:r>
    </w:p>
    <w:p>
      <w:r>
        <w:rPr>
          <w:rFonts w:ascii="Gentium Plus" w:hAnsi="Gentium Plus"/>
          <w:sz w:val="24"/>
        </w:rPr>
        <w:t>ἑαυτοῦ υἱοῖς διαμερίσασθαι τὸ βασίλειον αὐτοῦ καὶ τὴν χώραν</w:t>
      </w:r>
    </w:p>
    <w:p>
      <w:r>
        <w:rPr>
          <w:rFonts w:ascii="Courier New" w:hAnsi="Courier New"/>
          <w:color w:val="555555"/>
          <w:sz w:val="20"/>
        </w:rPr>
        <w:t>[Chron . 82]</w:t>
      </w:r>
    </w:p>
    <w:p>
      <w:r>
        <w:rPr>
          <w:rFonts w:ascii="Gentium Plus" w:hAnsi="Gentium Plus"/>
          <w:sz w:val="24"/>
        </w:rPr>
        <w:t>μερίσας τὴν χώραν πᾶσαν εἰς δύο ἔδωκε τῷ αὐτοῦ ἀδελφῷ Λά‐ κωνι τὸ ἥμισυ τῆς χώρας ἐκ τῆς πατρικῆς αὐτῶν βασιλείας. καὶ ἐκάλεσε τὴν ὑπ’ αὐτοῦ βασιλευομένην χώραν εἰς ὄνομα ἴδιον Λα‐ κωνικήν· καὶ ἐβασίλευσε Λάκων ἔτη λγʹ, καὶ κτίζει πόλιν ὀνόματι</w:t>
      </w:r>
    </w:p>
    <w:p>
      <w:r>
        <w:rPr>
          <w:rFonts w:ascii="Courier New" w:hAnsi="Courier New"/>
          <w:color w:val="555555"/>
          <w:sz w:val="20"/>
        </w:rPr>
        <w:t>[5]</w:t>
      </w:r>
    </w:p>
    <w:p>
      <w:r>
        <w:rPr>
          <w:rFonts w:ascii="Gentium Plus" w:hAnsi="Gentium Plus"/>
          <w:sz w:val="24"/>
        </w:rPr>
        <w:t>Γιθιλλίαν εἰς τὴν πάραλον. καὶ μετ’ αὐτὸν ἐβασίλευσαν Λακώνων ἄλλοι πολλοὶ ἕως τῆς βασιλείας τοῦ Θεστίου, βασιλέως Λακώνων· ὃς ἔκτισε πόλιν εἰς ἴδιον ὄνομα Θεστίαν παρὰ τὸν ποταμὸν τὸν λε‐ γόμενον Εὐρώταν. καὶ ἔσχεν ὁ αὐτὸς Θέστιος θυγατέρας τρεῖς, εὐ‐ πρεπεῖς πᾶσαν ὑπερβολήν, τὴν Λήδαν καὶ τὴν Κλυτίαν καὶ τὴν Με‐</w:t>
      </w:r>
    </w:p>
    <w:p>
      <w:r>
        <w:rPr>
          <w:rFonts w:ascii="Courier New" w:hAnsi="Courier New"/>
          <w:color w:val="555555"/>
          <w:sz w:val="20"/>
        </w:rPr>
        <w:t>[10]</w:t>
      </w:r>
    </w:p>
    <w:p>
      <w:r>
        <w:rPr>
          <w:rFonts w:ascii="Gentium Plus" w:hAnsi="Gentium Plus"/>
          <w:sz w:val="24"/>
        </w:rPr>
        <w:t>λανίππην· αἵτινες ἐκαλοῦντο προϊοῦσαι Λακωνίδες. τὴν δὲ Λή‐ δαν ἐξέδωκεν ὁ πατὴρ αὐτῆς Θέστιος πρὸς γάμον τινὶ ὀνόματι Τυνδαρίῳ· ὅστις μετὰ τὴν τελευτὴν τοῦ Θεστίου ἐβασίλευσε τῆς τῶν Λακώνων χώρας. ἔσχε δὲ θυγατέρα ἐκ τῆς Λήδας ὁ αὐτὸς Τύνδαρος ὀνόματι Κλυταιμνήστραν· ἥντινα μετὰ χρόνον αὐξη‐</w:t>
      </w:r>
    </w:p>
    <w:p>
      <w:r>
        <w:rPr>
          <w:rFonts w:ascii="Courier New" w:hAnsi="Courier New"/>
          <w:color w:val="555555"/>
          <w:sz w:val="20"/>
        </w:rPr>
        <w:t>[15]</w:t>
      </w:r>
    </w:p>
    <w:p>
      <w:r>
        <w:rPr>
          <w:rFonts w:ascii="Gentium Plus" w:hAnsi="Gentium Plus"/>
          <w:sz w:val="24"/>
        </w:rPr>
        <w:t>θεῖσαν ἠγάγετο γυναῖκα Ἀγαμέμνων, ὁ βασιλεὺς τῆς Μυκηναίων χώρας. ἡ δὲ ἐπορνεύθη μοιχευθεῖσα ὑπό τινος νεωτέρου συγ‐ κλητικοῦ, ὀνόματι Κύκνου, υἱοῦ Ἐδερίωνος, βασιλέως τῆς Ἀχαΐας, τοῦ καταγομένου ἐκ τοῦ Πίκου Διός, Τυνδαρίου, τοῦ τῆς Λήδας ἀνδρός, ἀγνοοῦντος τὴν μοιχείαν. ἡ δὲ Λήδα ἐπορ‐</w:t>
      </w:r>
    </w:p>
    <w:p>
      <w:r>
        <w:rPr>
          <w:rFonts w:ascii="Courier New" w:hAnsi="Courier New"/>
          <w:color w:val="555555"/>
          <w:sz w:val="20"/>
        </w:rPr>
        <w:t>[20]</w:t>
      </w:r>
    </w:p>
    <w:p>
      <w:r>
        <w:rPr>
          <w:rFonts w:ascii="Gentium Plus" w:hAnsi="Gentium Plus"/>
          <w:sz w:val="24"/>
        </w:rPr>
        <w:t>νεύθη μετεωριζομένη ἐν προαστείῳ ἰδίῳ κειμένῳ παρὰ τὸν Εὐρώ‐ ταν ποταμόν, καὶ ἔγκυος γενομένη ὑπὸ Κύκνου τοῦ μοιχοῦ, υἱοῦ</w:t>
      </w:r>
    </w:p>
    <w:p>
      <w:r>
        <w:rPr>
          <w:rFonts w:ascii="Courier New" w:hAnsi="Courier New"/>
          <w:color w:val="555555"/>
          <w:sz w:val="20"/>
        </w:rPr>
        <w:t>[Chron . 83]</w:t>
      </w:r>
    </w:p>
    <w:p>
      <w:r>
        <w:rPr>
          <w:rFonts w:ascii="Gentium Plus" w:hAnsi="Gentium Plus"/>
          <w:sz w:val="24"/>
        </w:rPr>
        <w:t>ρα καὶ Πολυδεύκην καὶ Ἑλένην. ἥτις Ἑλένη εἶχε φοβερὸν κάλ‐ λος, ἣν ἐξέδωκε μετὰ ταῦτα ὁ αὐτὸς Τυνδάριος εἰς γάμον Με‐ νελάῳ, τῷ βασιλεῖ τῶν Ἀργείων, συντρόφῳ τοῦ Ἀγαμέμνονος, καθὼς Παλαίφατος ὁ σοφώτατος συνεγράψατο, ὅτι μάτην οἱ</w:t>
      </w:r>
    </w:p>
    <w:p>
      <w:r>
        <w:rPr>
          <w:rFonts w:ascii="Courier New" w:hAnsi="Courier New"/>
          <w:color w:val="555555"/>
          <w:sz w:val="20"/>
        </w:rPr>
        <w:t>[5]</w:t>
      </w:r>
    </w:p>
    <w:p>
      <w:r>
        <w:rPr>
          <w:rFonts w:ascii="Gentium Plus" w:hAnsi="Gentium Plus"/>
          <w:sz w:val="24"/>
        </w:rPr>
        <w:t>ποιηταὶ ἱστοροῦσι ποιητικῶς λέγοντες ὅτι ὁ Ζεὺς γέγονε κύκνος καὶ Λήδαν ᾔσχυνε. Τῆς δὲ τῶν Φρυγῶν χώρας ἐπὶ τῶν χρόνων τοῦ Σαμψὼν ἐβασίλευσε Δάρδανος, υἱὸς Ἰλίου. Ἐν αὐτοῖς δὲ τοῖς χρόνοις ἐβασίλευσε τῶν Ἑλλήνων, τοῦτ’</w:t>
      </w:r>
    </w:p>
    <w:p>
      <w:r>
        <w:rPr>
          <w:rFonts w:ascii="Courier New" w:hAnsi="Courier New"/>
          <w:color w:val="555555"/>
          <w:sz w:val="20"/>
        </w:rPr>
        <w:t>[10]</w:t>
      </w:r>
    </w:p>
    <w:p>
      <w:r>
        <w:rPr>
          <w:rFonts w:ascii="Gentium Plus" w:hAnsi="Gentium Plus"/>
          <w:sz w:val="24"/>
        </w:rPr>
        <w:t>ἐστὶ τῆς Ἑλλάδος, τὶς ὀνόματι Ἄβας ἔτη κγʹ. καὶ μετ’ αὐτὸν ἐβασίλευσεν ὁ Προῖτος ἔτη ιζʹ. τούτου ἡ γυνὴ ἡ Σθενέβοια, ἡ καὶ Ἄντεια, ἐφίλησε τὸν Βελλεροφόντην· καὶ προσέπεμψεν αὐ‐ τῷ τινας, καὶ οὐκ ἐπείσθη, λέγων ὅτι χαμεύρετόν με εὗρεν ὁ βα‐ σιλεὺς Προῖτος πρὸ τῆς βασιλείας αὐτοῦ καὶ ἀνεθρέψατο καὶ τι‐</w:t>
      </w:r>
    </w:p>
    <w:p>
      <w:r>
        <w:rPr>
          <w:rFonts w:ascii="Courier New" w:hAnsi="Courier New"/>
          <w:color w:val="555555"/>
          <w:sz w:val="20"/>
        </w:rPr>
        <w:t>[15]</w:t>
      </w:r>
    </w:p>
    <w:p>
      <w:r>
        <w:rPr>
          <w:rFonts w:ascii="Gentium Plus" w:hAnsi="Gentium Plus"/>
          <w:sz w:val="24"/>
        </w:rPr>
        <w:t>μῆς με ἠξίωσεν υἱοῦ συνεσθίειν αὐτῷ· καὶ πράξω τι τοιοῦτον κατ’ αὐτοῦ; οὐκ ἔστι νόμος Ἕλλησι. καὶ τοῦτο ἀκούσασα ἡ Σθενέβοια, λογισαμένη μήποτε, ὡς ἔχων παῤῥησίαν υἱοῦ πρὸς αὐτόν, εἴπῃ αὐτῷ ὅτι προσέπεμψεν αὐτῷ τινας ὡς ἐρῶσα αὐτοῦ, λάθρᾳ εἶπε τῷ ἰδίῳ ἀνδρὶ ὅτι ἐρᾷ μου ὁ Βελλεροφόντης καὶ</w:t>
      </w:r>
    </w:p>
    <w:p>
      <w:r>
        <w:rPr>
          <w:rFonts w:ascii="Courier New" w:hAnsi="Courier New"/>
          <w:color w:val="555555"/>
          <w:sz w:val="20"/>
        </w:rPr>
        <w:t>[20]</w:t>
      </w:r>
    </w:p>
    <w:p>
      <w:r>
        <w:rPr>
          <w:rFonts w:ascii="Gentium Plus" w:hAnsi="Gentium Plus"/>
          <w:sz w:val="24"/>
        </w:rPr>
        <w:t>ἐπέρχεταί μοι, καὶ μὴ φάρμακόν μοι δώσει καὶ θάνω φυλάττου‐</w:t>
      </w:r>
    </w:p>
    <w:p>
      <w:r>
        <w:rPr>
          <w:rFonts w:ascii="Courier New" w:hAnsi="Courier New"/>
          <w:color w:val="555555"/>
          <w:sz w:val="20"/>
        </w:rPr>
        <w:t>[Chron . 84]</w:t>
      </w:r>
    </w:p>
    <w:p>
      <w:r>
        <w:rPr>
          <w:rFonts w:ascii="Gentium Plus" w:hAnsi="Gentium Plus"/>
          <w:sz w:val="24"/>
        </w:rPr>
        <w:t>αὐτῇ ὁ Προῖτος, Νόμος ἐστὶν Ἕλλησι μὴ ποιεῖν κακῶς τῷ συνε‐ σθίοντι. ἀλλὰ πέμπω αὐτὸν πρὸς τὸν ἴδιόν σου πατέρα Ἰοβάτην, μεθ’ οὗ οὐδέποτε ἔφαγε, γράφων αὐτῷ φονεῦσαι αὐτὸν ὡς ἐπί‐ βουλον τῆς ἐμῆς βασιλείας καὶ σοῦ αὐτῆς. ὁ δὲ ποιήσας οὕτως</w:t>
      </w:r>
    </w:p>
    <w:p>
      <w:r>
        <w:rPr>
          <w:rFonts w:ascii="Courier New" w:hAnsi="Courier New"/>
          <w:color w:val="555555"/>
          <w:sz w:val="20"/>
        </w:rPr>
        <w:t>[5]</w:t>
      </w:r>
    </w:p>
    <w:p>
      <w:r>
        <w:rPr>
          <w:rFonts w:ascii="Gentium Plus" w:hAnsi="Gentium Plus"/>
          <w:sz w:val="24"/>
        </w:rPr>
        <w:t>ἔδωκεν αὐτῷ γράμματα, σφραγίσας αὐτὰ βασιλικῇ σφραγῖδι. καὶ λαβὼν τὰ γράμματα ὁ Βελλεροφόντης, ἀγνοῶν τὴν κατα‐ σκευὴν τὴν κατ’ αὐτοῦ ἀπῆλθε πρὸς τὸν Ἰοβάτην βασιλέα, καὶ εὗρεν αὐτὸν ἐν τῷ ἀρίστῳ. καὶ μαθὼν ὁ Ἰοβάτης ὅτι ἦλθεν, ἐκάλεσεν αὐτόν, καὶ ὡς φιλούμενον παρὰ τοῦ Προίτου, γαμβροῦ</w:t>
      </w:r>
    </w:p>
    <w:p>
      <w:r>
        <w:rPr>
          <w:rFonts w:ascii="Courier New" w:hAnsi="Courier New"/>
          <w:color w:val="555555"/>
          <w:sz w:val="20"/>
        </w:rPr>
        <w:t>[10]</w:t>
      </w:r>
    </w:p>
    <w:p>
      <w:r>
        <w:rPr>
          <w:rFonts w:ascii="Gentium Plus" w:hAnsi="Gentium Plus"/>
          <w:sz w:val="24"/>
        </w:rPr>
        <w:t>αὐτοῦ, ὡς υἱὸν ἐκέλευσε συνεσθίειν αὐτῷ. καὶ δεξάμενος τὰ γράμματα καὶ ἀναγνοὺς τὰ γραφέντα αὐτῷ, καὶ εἰδὼς ὁ Ἰοβά‐ της ὅτι συνέφαγεν αὐτῷ εἶπε καθ’ ἑαυτὸν ὅτι μᾶλλον κατηγορεῖ‐ ται οὗτος· εἰ γὰρ συνῄδει κακῷ, οὐκ ἂν ἡ δίκη ἐποίησεν αὐτὸν φαγεῖν μετ’ ἐμοῦ, ὅτι νόμος ἐστὶν Ἕλλησι τῷ συνεσθίοντι μὴ</w:t>
      </w:r>
    </w:p>
    <w:p>
      <w:r>
        <w:rPr>
          <w:rFonts w:ascii="Courier New" w:hAnsi="Courier New"/>
          <w:color w:val="555555"/>
          <w:sz w:val="20"/>
        </w:rPr>
        <w:t>[15]</w:t>
      </w:r>
    </w:p>
    <w:p>
      <w:r>
        <w:rPr>
          <w:rFonts w:ascii="Gentium Plus" w:hAnsi="Gentium Plus"/>
          <w:sz w:val="24"/>
        </w:rPr>
        <w:t>ποιεῖν κακῶς. καὶ τὰ αὐτὰ ἔγραψε τῷ ἰδίῳ γαμβρῷ καὶ τὰ λοι‐ πά, καθὼς συνεγράψατο Εὐριπίδης ὁ τραγικὸς ποιητής, πλη‐ ρώσας τὸ δρᾶμα. Μετὰ δὲ τὴν βασιλείαν τοῦ Προίτου ἐβασίλευσεν ὁ δεύτερος Ἀκρίσιος ἔτη λαʹ, καὶ λοιπὸν μετὰ τὴν νίκην τὴν κατὰ Οἰνομάου</w:t>
      </w:r>
    </w:p>
    <w:p>
      <w:r>
        <w:rPr>
          <w:rFonts w:ascii="Courier New" w:hAnsi="Courier New"/>
          <w:color w:val="555555"/>
          <w:sz w:val="20"/>
        </w:rPr>
        <w:t>[20]</w:t>
      </w:r>
    </w:p>
    <w:p>
      <w:r>
        <w:rPr>
          <w:rFonts w:ascii="Gentium Plus" w:hAnsi="Gentium Plus"/>
          <w:sz w:val="24"/>
        </w:rPr>
        <w:t>ἐβασίλευσεν ὁ Πέλοψ ἔτη λβʹ, ἐξ οὗ καὶ Πελοποννήσιοι ἐκλήθη‐</w:t>
      </w:r>
    </w:p>
    <w:p>
      <w:r>
        <w:rPr>
          <w:rFonts w:ascii="Courier New" w:hAnsi="Courier New"/>
          <w:color w:val="555555"/>
          <w:sz w:val="20"/>
        </w:rPr>
        <w:t>[Chron . 85]</w:t>
      </w:r>
    </w:p>
    <w:p>
      <w:r>
        <w:rPr>
          <w:rFonts w:ascii="Gentium Plus" w:hAnsi="Gentium Plus"/>
          <w:sz w:val="24"/>
        </w:rPr>
        <w:t>νησον ἐκάλεσεν· ἔκτοτε καὶ Πελοποννήσιον ἐκλήθη τὸ βασίλειον Ἑλλάδος. Ἐν αὐτοῖς δὲ τοῖς χρόνοις ἦν ὁ Δημόκριτος, φιλοσοφούμενα διδάσκων· ὅστις καὶ ἐν τῇ φιλοσόφῳ αὐτοῦ συγγραφῇ ἐξέθετο</w:t>
      </w:r>
    </w:p>
    <w:p>
      <w:r>
        <w:rPr>
          <w:rFonts w:ascii="Courier New" w:hAnsi="Courier New"/>
          <w:color w:val="555555"/>
          <w:sz w:val="20"/>
        </w:rPr>
        <w:t>[5]</w:t>
      </w:r>
    </w:p>
    <w:p>
      <w:r>
        <w:rPr>
          <w:rFonts w:ascii="Gentium Plus" w:hAnsi="Gentium Plus"/>
          <w:sz w:val="24"/>
        </w:rPr>
        <w:t>ταῦτα ὅτι δεῖ τὸν θέλοντα φιλόσοφον γενέσθαι ἀσκεῖν σωφρονεῖν, πάντων ἀπέχεσθαι κακῶν, πάντα δὲ ὀρθῶς νοεῖν καὶ πράττειν, καὶ ὅτε οὕτως φιλοσοφήσει, τότε μαθήσεται τὸ ἐννάγραμμον ὄνομα καὶ ὄψεται τὸν υἱὸν τὸν θεοῦ λόγον τὸν ἀπαθῆ, παθητὸν μελλοφανῆ. φέρεται δὲ ταῦτα εἰς τὸ σύγγραμμα Θεοφίλου τοῦ</w:t>
      </w:r>
    </w:p>
    <w:p>
      <w:r>
        <w:rPr>
          <w:rFonts w:ascii="Courier New" w:hAnsi="Courier New"/>
          <w:color w:val="555555"/>
          <w:sz w:val="20"/>
        </w:rPr>
        <w:t>[10]</w:t>
      </w:r>
    </w:p>
    <w:p>
      <w:r>
        <w:rPr>
          <w:rFonts w:ascii="Gentium Plus" w:hAnsi="Gentium Plus"/>
          <w:sz w:val="24"/>
        </w:rPr>
        <w:t>σοφωτάτου χρονογράφου. Ἐν δὲ τοῖς αὐτοῖς χρόνοις ἐφιλοσόφει Ἱπποκράτης, ἰατρικὴν φιλοσοφίαν ἐκτιθέμενος. Μετὰ δὲ τὴν βασιλείαν Πέλοπος ἐβασίλευσεν ὁ Ἀτρεὺς ἔτη κʹ, καὶ μετ’ αὐτὸν ὁ Θυέστης ἔτη ιϛʹ, καὶ μετ’ αὐτὸν ὁ Ἀγαμέ‐</w:t>
      </w:r>
    </w:p>
    <w:p>
      <w:r>
        <w:rPr>
          <w:rFonts w:ascii="Courier New" w:hAnsi="Courier New"/>
          <w:color w:val="555555"/>
          <w:sz w:val="20"/>
        </w:rPr>
        <w:t>[15]</w:t>
      </w:r>
    </w:p>
    <w:p>
      <w:r>
        <w:rPr>
          <w:rFonts w:ascii="Gentium Plus" w:hAnsi="Gentium Plus"/>
          <w:sz w:val="24"/>
        </w:rPr>
        <w:t>μνων ἔτη ιηʹ, καὶ μετ’ αὐτὸν ἐβασίλευσεν ὁ Αἴγισθος ἔτη ζʹ. κα‐ τέσχεν οὖν ἡ βασιλεία τῶν Ἑλλήνων, ἤτοι Πελοποννησίων, ἔτη ρξδʹ. Ἐν δὲ τοῖς προειρημένοις ἀνωτέρω χρόνοις τῆς Κρήτης ἐβα‐ σίλευσε πρῶτος ὁ Μίνωος, ὁ υἱὸς τῆς Εὐρώπης· ὅστις καὶ ἐθα‐</w:t>
      </w:r>
    </w:p>
    <w:p>
      <w:r>
        <w:rPr>
          <w:rFonts w:ascii="Courier New" w:hAnsi="Courier New"/>
          <w:color w:val="555555"/>
          <w:sz w:val="20"/>
        </w:rPr>
        <w:t>[20]</w:t>
      </w:r>
    </w:p>
    <w:p>
      <w:r>
        <w:rPr>
          <w:rFonts w:ascii="Gentium Plus" w:hAnsi="Gentium Plus"/>
          <w:sz w:val="24"/>
        </w:rPr>
        <w:t>λασσοκράτει πολεμήσας Ἀθηναίοις καὶ νόμους ἐτίθη· περὶ οὗ, φησί, Πλάτων ὁ σοφώτατος ἐν τοῖς περὶ νόμων ὑπομνήμασιν</w:t>
      </w:r>
    </w:p>
    <w:p>
      <w:r>
        <w:rPr>
          <w:rFonts w:ascii="Courier New" w:hAnsi="Courier New"/>
          <w:color w:val="555555"/>
          <w:sz w:val="20"/>
        </w:rPr>
        <w:t>[Chron . 86]</w:t>
      </w:r>
    </w:p>
    <w:p>
      <w:r>
        <w:rPr>
          <w:rFonts w:ascii="Gentium Plus" w:hAnsi="Gentium Plus"/>
          <w:sz w:val="24"/>
        </w:rPr>
        <w:t>θρυλούμενοι ἕνεκεν τῆς Πασιφάης, γυναικὸς τοῦ Μίνωος βασι‐ λέως καὶ τοῦ Ταύρου τοῦ νοταρίου αὐτῆς· ἐξ οὗ ἔτεκε μοιχευ‐ θεῖσα υἱὸν τὸν κληθέντα Μινώταυρον, μεσάσαντος τῇ μοιχείᾳ τῆς πορνείας τοῦ Δαιδάλου καὶ τοῦ Ἰκάρου. ὁ δὲ Μίνωος βα‐</w:t>
      </w:r>
    </w:p>
    <w:p>
      <w:r>
        <w:rPr>
          <w:rFonts w:ascii="Courier New" w:hAnsi="Courier New"/>
          <w:color w:val="555555"/>
          <w:sz w:val="20"/>
        </w:rPr>
        <w:t>[5]</w:t>
      </w:r>
    </w:p>
    <w:p>
      <w:r>
        <w:rPr>
          <w:rFonts w:ascii="Gentium Plus" w:hAnsi="Gentium Plus"/>
          <w:sz w:val="24"/>
        </w:rPr>
        <w:t>σιλεὺς τὴν Πασιφάην ἀποκλείσας ἐν τῷ κουβουκλείῳ μετὰ δύο δουλίδων παρεῖχεν αὐτῇ τροφήν, καὶ εἴασεν αὐτὴν ἐκεῖ, μηκέτι ἑωρακὼς αὐτήν. καὶ ἐκείνη θλιβομένη, ὡς λυθεῖσα τῆς βασι‐ λικῆς ἀξίας, νόσῳ βληθεῖσα ἐτελεύτα· ὁ δὲ Δαίδαλος καὶ ὁ Ἴκα‐ ρος ἐφονεύθησαν· ὁ μὲν Ἴκαρος φεύγων τῆς φρουρᾶς, ὡς πλέει,</w:t>
      </w:r>
    </w:p>
    <w:p>
      <w:r>
        <w:rPr>
          <w:rFonts w:ascii="Courier New" w:hAnsi="Courier New"/>
          <w:color w:val="555555"/>
          <w:sz w:val="20"/>
        </w:rPr>
        <w:t>[10]</w:t>
      </w:r>
    </w:p>
    <w:p>
      <w:r>
        <w:rPr>
          <w:rFonts w:ascii="Gentium Plus" w:hAnsi="Gentium Plus"/>
          <w:sz w:val="24"/>
        </w:rPr>
        <w:t>ἐποντίσθη, ὁ δὲ Δαίδαλος ἐσφάγη. περὶ δὲ τῆς Πασιφάης ἐξέ‐ θετο δρᾶμα ὁ Εὐριπίδης ὁ ποιητής. Ἐν αὐτοῖς δὲ τοῖς χρόνοις Ἡρακλῆς ὁ τελεστὴς ὁ μυστικὸς ἄθλους ποιήσας, ἀπελθὼν ἐν τῇ Λιβύῃ χώρᾳ συνέβαλε τῷ Ἀν‐ τέωνι, καὶ αὐτῷ ὄντι μυστικῷ, ποιοῦντι δὲ γήινά τινα. καὶ</w:t>
      </w:r>
    </w:p>
    <w:p>
      <w:r>
        <w:rPr>
          <w:rFonts w:ascii="Courier New" w:hAnsi="Courier New"/>
          <w:color w:val="555555"/>
          <w:sz w:val="20"/>
        </w:rPr>
        <w:t>[15]</w:t>
      </w:r>
    </w:p>
    <w:p>
      <w:r>
        <w:rPr>
          <w:rFonts w:ascii="Gentium Plus" w:hAnsi="Gentium Plus"/>
          <w:sz w:val="24"/>
        </w:rPr>
        <w:t>νικήσας αὐτὸν ὁ Ἡρακλῆς ἐφόνευσεν αὐτόν· ὅστις Ἡρακλῆς, με‐ τὰ τὴν νίκην νόσῳ βληθείς, ἑαυτὸν εἰς πῦρ ἔβαλε καὶ ἐτελεύτα· περὶ οὗ Δίδυμος ὁ σοφώτατος συνεγράψατο. τοῦ δὲ Ἰλίου τότε ἐβασίλευσε μετὰ Δάρδανον Λαομέδων, ὁ αὐτοῦ υἱός. Μετὰ δὲ Σαμψὼν ἡγεῖτο τοῦ Ἰσραὴλ Ἠλὶ ὁ ἱερεύς.</w:t>
      </w:r>
    </w:p>
    <w:p>
      <w:r>
        <w:rPr>
          <w:rFonts w:ascii="Courier New" w:hAnsi="Courier New"/>
          <w:color w:val="555555"/>
          <w:sz w:val="20"/>
        </w:rPr>
        <w:t>[20]</w:t>
      </w:r>
    </w:p>
    <w:p>
      <w:r>
        <w:rPr>
          <w:rFonts w:ascii="Gentium Plus" w:hAnsi="Gentium Plus"/>
          <w:sz w:val="24"/>
        </w:rPr>
        <w:t>Ἐν δὲ τοῖς ἀνωτέρω χρόνοις ἐτελεύτα ὁ Ἀνδρόγηος, ὁ υἱὸς</w:t>
      </w:r>
    </w:p>
    <w:p>
      <w:r>
        <w:rPr>
          <w:rFonts w:ascii="Courier New" w:hAnsi="Courier New"/>
          <w:color w:val="555555"/>
          <w:sz w:val="20"/>
        </w:rPr>
        <w:t>[Chron . 87]</w:t>
      </w:r>
    </w:p>
    <w:p>
      <w:r>
        <w:rPr>
          <w:rFonts w:ascii="Gentium Plus" w:hAnsi="Gentium Plus"/>
          <w:sz w:val="24"/>
        </w:rPr>
        <w:t>τως δὲ καὶ αὐτὸς Μίνωος ἐτελεύτησε, καὶ ἐκέλευσε μέλλων τε‐ λευτᾶν βασιλεῦσαι τῆς Κρήτης τὸν Μινώταυρον. καὶ μετὰ τὴν τούτου τελευτὴν τοῦ Μίνωος ἐβασίλευσε τῆς Κρήτης ὁ Μινώ‐ ταυρος, ὁ Πασιφάης υἱὸς καὶ Ταύρου τοῦ νοταρίου αὐτῆς. καὶ</w:t>
      </w:r>
    </w:p>
    <w:p>
      <w:r>
        <w:rPr>
          <w:rFonts w:ascii="Courier New" w:hAnsi="Courier New"/>
          <w:color w:val="555555"/>
          <w:sz w:val="20"/>
        </w:rPr>
        <w:t>[5]</w:t>
      </w:r>
    </w:p>
    <w:p>
      <w:r>
        <w:rPr>
          <w:rFonts w:ascii="Gentium Plus" w:hAnsi="Gentium Plus"/>
          <w:sz w:val="24"/>
        </w:rPr>
        <w:t>ὕβριν λογιζόμενοι οἱ συγκλητικοὶ τῆς Κρήτης τὸ βασιλευθῆναι ὑπὸ τοῦ Μινωταύρου, ὡς μοιχογεννήτου, συσκευάζονται αὐτῷ καὶ προτρέπονται τὸν Θησέα, ὡς γενναῖον, τὸν υἱὸν τοῦ Αἰγέως, βασιλέως τῆς Θεσσαλίας, εἰς τὸ πολεμῆσαι αὐτῷ, συνταξάμενοι προδίδειν τὸν Μινώταυρον καὶ τὴν χώραν πᾶσαν, καὶ διδόναι</w:t>
      </w:r>
    </w:p>
    <w:p>
      <w:r>
        <w:rPr>
          <w:rFonts w:ascii="Courier New" w:hAnsi="Courier New"/>
          <w:color w:val="555555"/>
          <w:sz w:val="20"/>
        </w:rPr>
        <w:t>[10]</w:t>
      </w:r>
    </w:p>
    <w:p>
      <w:r>
        <w:rPr>
          <w:rFonts w:ascii="Gentium Plus" w:hAnsi="Gentium Plus"/>
          <w:sz w:val="24"/>
        </w:rPr>
        <w:t>αὐτῷ καὶ τὴν ἀδελφὴν αὐτοῦ εἰς γυναῖκα, τὴν Ἀριάδνην, τὴν ἐκ Πασιφάης καὶ τοῦ Μίνωος βασιλέως· εἶχε γὰρ ἀπὸ τῆς Πασι‐ φάης καὶ τοῦ Μίνωος τὸν Ἀνδρόγηον καὶ τὴν Ἀριάδνην. καὶ ἦλθε κατ’ αὐτοῦ ὁ Θησεὺς εἰς τὴν Κρήτην ἐξαίφνης, καὶ πάντες ἐάσαντες τὸν Μινώταυρον οἱ συγκλητικοὶ καὶ ὁ στρατὸς ἔδοξαν</w:t>
      </w:r>
    </w:p>
    <w:p>
      <w:r>
        <w:rPr>
          <w:rFonts w:ascii="Courier New" w:hAnsi="Courier New"/>
          <w:color w:val="555555"/>
          <w:sz w:val="20"/>
        </w:rPr>
        <w:t>[15]</w:t>
      </w:r>
    </w:p>
    <w:p>
      <w:r>
        <w:rPr>
          <w:rFonts w:ascii="Gentium Plus" w:hAnsi="Gentium Plus"/>
          <w:sz w:val="24"/>
        </w:rPr>
        <w:t>φεύγειν τὴν πόλιν Γόρτυναν. καὶ γνοὺς ὁ Μινώταυρος τὴν προ‐ δοσίαν ἔφυγε καὶ αὐτὸς εἰς τὴν Λαβύρινθον χώραν· καὶ ἀνελθὼν ἐν ὄρει εἰσῆλθεν εἰς σπήλαιον κρυπτόμενος. καὶ καταδιώξας αὐ‐ τὸν ὁ Θησεὺς ἔμαθεν ὑπό τινος ποῦ κέκρυπται· ὅντινα ἐκβαλὼν ἐφόνευσεν εὐθέως. καὶ εἰσελθὼν ἐν τῇ πόλει Γορτύνῃ ἐθριάμ‐</w:t>
      </w:r>
    </w:p>
    <w:p>
      <w:r>
        <w:rPr>
          <w:rFonts w:ascii="Courier New" w:hAnsi="Courier New"/>
          <w:color w:val="555555"/>
          <w:sz w:val="20"/>
        </w:rPr>
        <w:t>[20]</w:t>
      </w:r>
    </w:p>
    <w:p>
      <w:r>
        <w:rPr>
          <w:rFonts w:ascii="Gentium Plus" w:hAnsi="Gentium Plus"/>
          <w:sz w:val="24"/>
        </w:rPr>
        <w:t>βευσε τὴν κατὰ τοῦ Μινωταύρου νίκην· καὶ εὐφημεῖτο ἀπὸ τῶν συγκλητικῶν καὶ ἀπὸ πάσης τῆς χώρας. καὶ ᾔτησεν αὐτοὺς ἀπελ‐ θεῖν πρὸς τὸν Αἰγέα, τὸν αὐτοῦ πατέρα, ἵνα καὶ πρὸς αὐτὸν θριαμβεύσῃ τὴν νίκην. πρὸ τοῦ δὲ αὐτὸν καταπλεῦσαι πρὸς</w:t>
      </w:r>
    </w:p>
    <w:p>
      <w:r>
        <w:rPr>
          <w:rFonts w:ascii="Courier New" w:hAnsi="Courier New"/>
          <w:color w:val="555555"/>
          <w:sz w:val="20"/>
        </w:rPr>
        <w:t>[Chron . 88]</w:t>
      </w:r>
    </w:p>
    <w:p>
      <w:r>
        <w:rPr>
          <w:rFonts w:ascii="Gentium Plus" w:hAnsi="Gentium Plus"/>
          <w:sz w:val="24"/>
        </w:rPr>
        <w:t>Αἰγεῖ, τῷ πατρὶ τοῦ Θησέως, ὅτι ἐξέφυγεν ἐκ τῆς πόλεως ὁ Μι‐ νώταυρος· καὶ ὑπέλαβεν ὅτι ἄλην αὐτῷ ἐποίησαν οἱ Κρῆτες· ἐξέθεντο γὰρ περὶ αὐτῶν, Κρῆτες ἀεὶ ψεῦσται· καὶ ἔῤῥιψεν ἑαυτὸν εἰς τὴν θάλασσαν καὶ ἀπώλετο. ἐλθὼν οὖν ὁ Θησεὺς εὗ‐</w:t>
      </w:r>
    </w:p>
    <w:p>
      <w:r>
        <w:rPr>
          <w:rFonts w:ascii="Courier New" w:hAnsi="Courier New"/>
          <w:color w:val="555555"/>
          <w:sz w:val="20"/>
        </w:rPr>
        <w:t>[5]</w:t>
      </w:r>
    </w:p>
    <w:p>
      <w:r>
        <w:rPr>
          <w:rFonts w:ascii="Gentium Plus" w:hAnsi="Gentium Plus"/>
          <w:sz w:val="24"/>
        </w:rPr>
        <w:t>ρεν αὐτὸν τελευτήσαντα· καὶ πεισθεὶς τῇ ἰδίᾳ συγκλήτῳ περιε‐ φρόνησε τῆς βασιλείας τῆς Κρήτης καὶ τῆς Ἀριάδνης, βασιλεύ‐ σαντος τοῦ ἰδίου πατρὸς τῆς Θεσσαλίας, καὶ ἠγάγετο γυναῖκα τὴν Ἰλίαν τὴν λεγομένην Φαίδραν. ἡ δὲ Ἀριάδνη εἰσελθοῦσα ἐν τῷ ἱερῷ τοῦ Διὸς ἔμενεν ἱέρεια παρθένος, ἕως οὗ ἐκεῖ ἐτε‐</w:t>
      </w:r>
    </w:p>
    <w:p>
      <w:r>
        <w:rPr>
          <w:rFonts w:ascii="Courier New" w:hAnsi="Courier New"/>
          <w:color w:val="555555"/>
          <w:sz w:val="20"/>
        </w:rPr>
        <w:t>[10]</w:t>
      </w:r>
    </w:p>
    <w:p>
      <w:r>
        <w:rPr>
          <w:rFonts w:ascii="Gentium Plus" w:hAnsi="Gentium Plus"/>
          <w:sz w:val="24"/>
        </w:rPr>
        <w:t>λεύτησε. Ἐν αὐτοῖς δὲ τοῖς χρόνοις ἐθρυλεῖτο ἐν τῇ Θεσσαλίᾳ ὁ ψεύ‐ στης πόθος τῆς Φαίδρας ὁ πρὸς Ἱππόλυτον, τὸν πρόγονον αὐτῆς, υἱὸν δὲ Θησέως ἐκ παλλακῆς· περὶ ἧς ὁ σοφώτατος Εὐριπίδης μετὰ ταῦτα συνεγράψατο δρᾶμα ποιητικῶς. μετὰ οὖν νβʹ ἔτη</w:t>
      </w:r>
    </w:p>
    <w:p>
      <w:r>
        <w:rPr>
          <w:rFonts w:ascii="Courier New" w:hAnsi="Courier New"/>
          <w:color w:val="555555"/>
          <w:sz w:val="20"/>
        </w:rPr>
        <w:t>[15]</w:t>
      </w:r>
    </w:p>
    <w:p>
      <w:r>
        <w:rPr>
          <w:rFonts w:ascii="Gentium Plus" w:hAnsi="Gentium Plus"/>
          <w:sz w:val="24"/>
        </w:rPr>
        <w:t>τοῦ τελευτῆσαι τὴν Πασιφάην ἐστὶ τὰ κατὰ τὴν Φαίδραν, κα‐ θὼς ὁ σοφώτατος Δομνῖνος ὁ χρονογράφος ὑπεμνημάτισε. τῇ δὲ θέᾳ ἦν ἡ Φαίδρα τελεία, εὔστολος, μάκροψις, σώφρων. ὁ δὲ Ἱππόλυτος τῇ θέᾳ ἦν τέλειος, εὐσθενής, μελάγχροος, κονδό‐ θριξ, ὑπόσιμος, πλατόψις, ὀδόντας ἔχων μεγάλους, σπανὸς</w:t>
      </w:r>
    </w:p>
    <w:p>
      <w:r>
        <w:rPr>
          <w:rFonts w:ascii="Courier New" w:hAnsi="Courier New"/>
          <w:color w:val="555555"/>
          <w:sz w:val="20"/>
        </w:rPr>
        <w:t>[20]</w:t>
      </w:r>
    </w:p>
    <w:p>
      <w:r>
        <w:rPr>
          <w:rFonts w:ascii="Gentium Plus" w:hAnsi="Gentium Plus"/>
          <w:sz w:val="24"/>
        </w:rPr>
        <w:t>τὸ γένειον, κυνηγέτης, σώφρων δὲ καὶ ἥσυχος. ὁ δὲ Θησεὺς ὁ βασιλεὺς ἀκούσας τὰ θρυλούμενα ἐν τῇ πόλει περὶ τῆς αὐτοῦ</w:t>
      </w:r>
    </w:p>
    <w:p>
      <w:r>
        <w:rPr>
          <w:rFonts w:ascii="Courier New" w:hAnsi="Courier New"/>
          <w:color w:val="555555"/>
          <w:sz w:val="20"/>
        </w:rPr>
        <w:t>[Chron . 89]</w:t>
      </w:r>
    </w:p>
    <w:p>
      <w:r>
        <w:rPr>
          <w:rFonts w:ascii="Gentium Plus" w:hAnsi="Gentium Plus"/>
          <w:sz w:val="24"/>
        </w:rPr>
        <w:t>κατὰ τοῦ ἰδίου υἱοῦ Ἱππολύτου οὐκ ἔδειξεν αὐτοῖς· λαβὼν δὲ ταῦρον λευκὸν ἔδωκεν αὐτὸν θυσίαν τῷ Ποσειδῶνι, καταρώμενος τὸν υἱὸν αὐτοῦ Ἱππόλυτον καὶ αἰτούμενος κακῶς αὐτὸν ἀπολέ‐ σθαι. καὶ συνέβη μετὰ μῆνας τρεῖς ἐν τῷ ἐξελθεῖν τὸν Ἱππό‐</w:t>
      </w:r>
    </w:p>
    <w:p>
      <w:r>
        <w:rPr>
          <w:rFonts w:ascii="Courier New" w:hAnsi="Courier New"/>
          <w:color w:val="555555"/>
          <w:sz w:val="20"/>
        </w:rPr>
        <w:t>[5]</w:t>
      </w:r>
    </w:p>
    <w:p>
      <w:r>
        <w:rPr>
          <w:rFonts w:ascii="Gentium Plus" w:hAnsi="Gentium Plus"/>
          <w:sz w:val="24"/>
        </w:rPr>
        <w:t>λυτον εἰς θήραν ἔφιππον καὶ διῶξαι σύαγρον, τοῦ ἵππου αὐτοῦ προσκόψαντος ἐξεσελλίσθη καὶ ἔπεσε χαμαί, κατέχων τῇ ἀριστε‐ ρᾷ χειρὶ τὸν χαλινὸν τοῦ ἵππου, καὶ εἱλιγέντος τοῦ λωρίου ἐν τῇ χειρὶ αὐτοῦ ἐσύρη ὑπὸ τοῦ ἵππου· πληγὴν δὲ λαβὼν ἐν τῇ αὐτοῦ κεφαλῇ εἰσηνέχθη ὑπὸ τῶν δούλων εἰς τὴν πόλιν ἐν τῷ παλατίῳ·</w:t>
      </w:r>
    </w:p>
    <w:p>
      <w:r>
        <w:rPr>
          <w:rFonts w:ascii="Courier New" w:hAnsi="Courier New"/>
          <w:color w:val="555555"/>
          <w:sz w:val="20"/>
        </w:rPr>
        <w:t>[10]</w:t>
      </w:r>
    </w:p>
    <w:p>
      <w:r>
        <w:rPr>
          <w:rFonts w:ascii="Gentium Plus" w:hAnsi="Gentium Plus"/>
          <w:sz w:val="24"/>
        </w:rPr>
        <w:t>καὶ τῇ ἕκτῃ ἡμέρᾳ ἐκ τῆς πληγῆς τῆς αὐτοῦ κεφαλῆς τελευτᾷ· ἦν δὲ ἐτῶν κβʹ. ὁ δὲ Θησεὺς βασιλεὺς πενθῶν αὐτὸν ἐξεῖπε τῇ Φαίδρᾳ τὴν ἑαυτοῦ λύπην, ὀνειδίζων αὐτήν, εἰρηκὼς αὐτῇ καὶ τὸ θρυλούμενα ἐν τῇ πόλει καὶ τῇ χώρᾳ ἕνεκεν τοῦ Ἱππολύτου καὶ αὐτῆς. ἡ δὲ Φαίδρα ἀκούσασα ταῦτα ἐξωμόσατο αὐτῷ μὴ εἰδέναι</w:t>
      </w:r>
    </w:p>
    <w:p>
      <w:r>
        <w:rPr>
          <w:rFonts w:ascii="Courier New" w:hAnsi="Courier New"/>
          <w:color w:val="555555"/>
          <w:sz w:val="20"/>
        </w:rPr>
        <w:t>[15]</w:t>
      </w:r>
    </w:p>
    <w:p>
      <w:r>
        <w:rPr>
          <w:rFonts w:ascii="Gentium Plus" w:hAnsi="Gentium Plus"/>
          <w:sz w:val="24"/>
        </w:rPr>
        <w:t>τοιοῦτον, ἀλλὰ καὶ ἀποκειμένην αὐτῷ καὶ μάτην τὴν λοιδορίαν ταύ‐ την τοὺς τῆς πόλεως φημίσαι ὑπονοήσαντας. ὁ δὲ Θησεὺς μὴ πει‐ σθεὶς αὐτῇ, αἰσχυνόμενος δὲ καὶ τὴν σύγκλητον αὐτοῦ, ἐποίησεν αὐ‐ τὴν ἀπὸ ὄψεως, κελεύσας μηκέτι αὐτῷ ὁρᾶσθαι, λυπούμενος δὲ καὶ διὰ τὸν θάνατον τοῦ ἰδίου αὐτοῦ υἱοῦ· ἐφίλει γὰρ αὐτόν. ἡ δὲ Φαί‐</w:t>
      </w:r>
    </w:p>
    <w:p>
      <w:r>
        <w:rPr>
          <w:rFonts w:ascii="Courier New" w:hAnsi="Courier New"/>
          <w:color w:val="555555"/>
          <w:sz w:val="20"/>
        </w:rPr>
        <w:t>[20]</w:t>
      </w:r>
    </w:p>
    <w:p>
      <w:r>
        <w:rPr>
          <w:rFonts w:ascii="Gentium Plus" w:hAnsi="Gentium Plus"/>
          <w:sz w:val="24"/>
        </w:rPr>
        <w:t>δρα, ὡς πάνυ σώφρων, θλιβομένη δὲ καὶ διὰ τὴν ψευδῆ κατηγορίαν τῶν τῆς πόλεως καὶ τῆς χώρας, καὶ τοῦ ἀνδρὸς τὸν ἀποδιωγμὸν αἰ‐</w:t>
      </w:r>
    </w:p>
    <w:p>
      <w:r>
        <w:rPr>
          <w:rFonts w:ascii="Courier New" w:hAnsi="Courier New"/>
          <w:color w:val="555555"/>
          <w:sz w:val="20"/>
        </w:rPr>
        <w:t>[Chron . 90]</w:t>
      </w:r>
    </w:p>
    <w:p>
      <w:r>
        <w:rPr>
          <w:rFonts w:ascii="Gentium Plus" w:hAnsi="Gentium Plus"/>
          <w:sz w:val="24"/>
        </w:rPr>
        <w:t>Κεφαλίων ὁ σοφώτατος συνεγράψατο ταῦτα, λέγων ὅτι μάτην πε‐ ρὶ τῆς σώφρονος Φαίδρας τὸν κατὰ Ἱππόλυτον πόθον ἐμυθολό‐ γησαν, ποιητικῶς περὶ τῆς αὐτῆς πλασάμενοι. Ἐν αὐτοῖς δὲ τοῖς χρόνοις ἐβασίλευσε τῶν Λακεδαιμονίων</w:t>
      </w:r>
    </w:p>
    <w:p>
      <w:r>
        <w:rPr>
          <w:rFonts w:ascii="Courier New" w:hAnsi="Courier New"/>
          <w:color w:val="555555"/>
          <w:sz w:val="20"/>
        </w:rPr>
        <w:t>[5]</w:t>
      </w:r>
    </w:p>
    <w:p>
      <w:r>
        <w:rPr>
          <w:rFonts w:ascii="Gentium Plus" w:hAnsi="Gentium Plus"/>
          <w:sz w:val="24"/>
        </w:rPr>
        <w:t>πρῶτος Εὐρυσθεὺς ἔτη μβʹ, καὶ ἄλλοι βασιλεῖς μετ’ αὐτὸν ηʹ, ὁμοῦ ἐβασίλευσαν ἔτη σμϛʹ. καὶ ὁ Ἄλκμαινος ἔτη λζʹ. καὶ κατέσχεν ἡ βασιλεία Λακεδαιμονίων τὰ πάντα ἔτη τκεʹ, ὡς Ἀφρικανὸς ὁ σοφώτατος συνεγράψατο. Μετὰ δὲ Ἠλεὶ τὸν προφήτην τῶν Ἰουδαίων πρῶτος ἐβασί‐</w:t>
      </w:r>
    </w:p>
    <w:p>
      <w:r>
        <w:rPr>
          <w:rFonts w:ascii="Courier New" w:hAnsi="Courier New"/>
          <w:color w:val="555555"/>
          <w:sz w:val="20"/>
        </w:rPr>
        <w:t>[10]</w:t>
      </w:r>
    </w:p>
    <w:p>
      <w:r>
        <w:rPr>
          <w:rFonts w:ascii="Gentium Plus" w:hAnsi="Gentium Plus"/>
          <w:sz w:val="24"/>
        </w:rPr>
        <w:t>λευσε τῶν Ἰουδαίων Σαούλ, ὁ τοῦ Κίς, ἐκ φυλῆς Βενιαμίν, ἔτη κʹ, ἐν Γαβαὼν τῇ πόλει. τῶν δὲ Κορινθίων μετὰ τοὺς Λακε‐ δαιμονίους ἐβασίλευσε τότε Ἀλήτης ἔτη λεʹ, καὶ ἄλλοι βασιλεῖς ιαʹ ἔτη σοζʹ. καὶ ὕστερον ἐβασίλευσεν * ἔτος αʹ. κατέσχε δὲ ἡ βασιλεία Κορινθίων τὰ πάντα ἔτη τιγʹ.</w:t>
      </w:r>
    </w:p>
    <w:p>
      <w:r>
        <w:rPr>
          <w:rFonts w:ascii="Courier New" w:hAnsi="Courier New"/>
          <w:color w:val="555555"/>
          <w:sz w:val="20"/>
        </w:rPr>
        <w:t>[15]</w:t>
      </w:r>
    </w:p>
    <w:p>
      <w:r>
        <w:rPr>
          <w:rFonts w:ascii="Gentium Plus" w:hAnsi="Gentium Plus"/>
          <w:sz w:val="24"/>
        </w:rPr>
        <w:t>Ἐν τοῖς χρόνοις τοῦ Σαοὺλ ἐπενόησαν πρῶτον ἀγῶνα οἱ Πι‐ σαῖοι Ὀλυμπίων, τότε τὴν ἑορτὴν ἐπιτελέσαντες τὴν κοσμικὴν τῷ Διὶ Ὀλυμπίῳ, περὶ ὧν ὁ σοφώτατος Ἀφρικανὸς ἐχρονογράφησεν. Ἐν αὐτῷ δὲ τῷ καιρῷ ἐγένετο ἱερεὺς τῶν Ἰουδαίων Σαμουὴλ ὁ προφήτης· καὶ προεβάλετο κατὰ κέλευσιν θεοῦ βασιλέα τὸν</w:t>
      </w:r>
    </w:p>
    <w:p>
      <w:r>
        <w:rPr>
          <w:rFonts w:ascii="Courier New" w:hAnsi="Courier New"/>
          <w:color w:val="555555"/>
          <w:sz w:val="20"/>
        </w:rPr>
        <w:t>[20]</w:t>
      </w:r>
    </w:p>
    <w:p>
      <w:r>
        <w:rPr>
          <w:rFonts w:ascii="Gentium Plus" w:hAnsi="Gentium Plus"/>
          <w:sz w:val="24"/>
        </w:rPr>
        <w:t>Δαβὶδ τοῦ Ἰουδαϊκοῦ ἔθνους, τὸν υἱὸν τοῦ Ἰεσσαί.</w:t>
      </w:r>
    </w:p>
    <w:p>
      <w:pPr>
        <w:jc w:val="center"/>
      </w:pPr>
      <w:r>
        <w:rPr>
          <w:rFonts w:ascii="Gentium Plus" w:hAnsi="Gentium Plus"/>
          <w:b/>
          <w:sz w:val="24"/>
        </w:rPr>
        <w:t>ΛΟΓΟΣ ΠΕΜΠΤΟΣ</w:t>
      </w:r>
    </w:p>
    <w:p>
      <w:r>
        <w:rPr>
          <w:rFonts w:ascii="Courier New" w:hAnsi="Courier New"/>
          <w:color w:val="555555"/>
          <w:sz w:val="20"/>
        </w:rPr>
        <w:t>[t2]</w:t>
      </w:r>
    </w:p>
    <w:p>
      <w:r>
        <w:rPr>
          <w:rFonts w:ascii="Gentium Plus" w:hAnsi="Gentium Plus"/>
          <w:sz w:val="24"/>
        </w:rPr>
        <w:t>ΧΡΟΝΩΝ ΤΡΩΙΚΩΝ.</w:t>
      </w:r>
    </w:p>
    <w:p>
      <w:r>
        <w:rPr>
          <w:rFonts w:ascii="Courier New" w:hAnsi="Courier New"/>
          <w:color w:val="555555"/>
          <w:sz w:val="20"/>
        </w:rPr>
        <w:t>[1]</w:t>
      </w:r>
    </w:p>
    <w:p>
      <w:r>
        <w:rPr>
          <w:rFonts w:ascii="Gentium Plus" w:hAnsi="Gentium Plus"/>
          <w:sz w:val="24"/>
        </w:rPr>
        <w:t>Ἐν δὲ τοῖς χρόνοις τοῦ Δαβὶδ ἐβασίλευσε τοῦ Ἰλίου, ἤτοι τῆς Φρυγῶν χώρας, Πρίαμος, υἱὸς Λαομέδοντος. ἐν δὲ τῇ αὐτοῦ βασιλείᾳ τότε καὶ τὸ Ἴλιον καὶ τὸ Δάρδανον καὶ ἡ Τροία καὶ πᾶ‐ σα ἡ χώρα τῆς Φρυγίας πορθεῖται ὑπὸ τῶν Ἀχαιῶν· ἐν οἷς ἱστο‐</w:t>
      </w:r>
    </w:p>
    <w:p>
      <w:r>
        <w:rPr>
          <w:rFonts w:ascii="Courier New" w:hAnsi="Courier New"/>
          <w:color w:val="555555"/>
          <w:sz w:val="20"/>
        </w:rPr>
        <w:t>[5]</w:t>
      </w:r>
    </w:p>
    <w:p>
      <w:r>
        <w:rPr>
          <w:rFonts w:ascii="Gentium Plus" w:hAnsi="Gentium Plus"/>
          <w:sz w:val="24"/>
        </w:rPr>
        <w:t>ρεῖται Ἀγαμέμνων καὶ Μενέλαος καὶ οἱ λοιποὶ σὺν τῷ Νεοπτολέ‐ μῳ Πύῤῥῳ, ὅσοι ἐπεστράτευσαν κατὰ τοῦ Ἰλίου διὰ τὴν ὑπὸ Πάριδος τοῦ καὶ Ἀλεξάνδρου κλοπὴν τῆς Ἑλένης· ἐτρώθη γὰρ εἰς αὐτήν. ἡ γὰρ Ἑλένη ἦν τελεία, εὔστολος, εὔμασθος, λευκὴ ὡσεὶ χιών, εὔοφρυς, εὔρινος, εὐχαράκτηρος, οὐλόθριξ,</w:t>
      </w:r>
    </w:p>
    <w:p>
      <w:r>
        <w:rPr>
          <w:rFonts w:ascii="Courier New" w:hAnsi="Courier New"/>
          <w:color w:val="555555"/>
          <w:sz w:val="20"/>
        </w:rPr>
        <w:t>[10]</w:t>
      </w:r>
    </w:p>
    <w:p>
      <w:r>
        <w:rPr>
          <w:rFonts w:ascii="Gentium Plus" w:hAnsi="Gentium Plus"/>
          <w:sz w:val="24"/>
        </w:rPr>
        <w:t>ὑπόξανθος, μεγάλους ἔχουσα ὀφθαλμούς, εὐχαρής, καλλίφωνος, φοβερὸν θέαμα εἰς γυναῖκας· ἦν δὲ ἐνιαυτῶν κϛʹ. ἡ δὲ ἀρχὴ τῶν κακῶν τοῦ ἀπολέσθαι τὴν Τροίαν καὶ πᾶσαν τὴν Φρυγῶν</w:t>
      </w:r>
    </w:p>
    <w:p>
      <w:r>
        <w:rPr>
          <w:rFonts w:ascii="Courier New" w:hAnsi="Courier New"/>
          <w:color w:val="555555"/>
          <w:sz w:val="20"/>
        </w:rPr>
        <w:t>[Chron . 92]</w:t>
      </w:r>
    </w:p>
    <w:p>
      <w:r>
        <w:rPr>
          <w:rFonts w:ascii="Gentium Plus" w:hAnsi="Gentium Plus"/>
          <w:sz w:val="24"/>
        </w:rPr>
        <w:t>Τοῦ Πάριδος γεννηθέντος ὑπὸ τῆς Ἑκάβης, Πρίαμος, ὁ τού‐ του πατήρ, ἀπελθὼν ἐν τῷ μαντείῳ τοῦ Φοίβου ἐπυνθάνετο περὶ τοῦ τεχθέντος αὐτῷ υἱοῦ. καὶ ἐδόθη αὐτῷ ὁ χρησμὸς οὗτος. Ἐτέχθη σοι υἱὸς Πάρις, παῖς δύσπαρις, τριακοντούτης γενόμενος</w:t>
      </w:r>
    </w:p>
    <w:p>
      <w:r>
        <w:rPr>
          <w:rFonts w:ascii="Courier New" w:hAnsi="Courier New"/>
          <w:color w:val="555555"/>
          <w:sz w:val="20"/>
        </w:rPr>
        <w:t>[5]</w:t>
      </w:r>
    </w:p>
    <w:p>
      <w:r>
        <w:rPr>
          <w:rFonts w:ascii="Gentium Plus" w:hAnsi="Gentium Plus"/>
          <w:sz w:val="24"/>
        </w:rPr>
        <w:t>ὀλέσει τὰ βασίλεια Φρυγῶν. καὶ ταῦτα ἀκούσας ὁ Πρίαμος εὐ‐ θέως μετωνόμασεν αὐτὸν Ἀλέξανδρον, καὶ ἔπεμψεν αὐτὸν ἐν ἀγρῷ ὀνόματι Ἀμάνδρᾳ, γαλακτοτροφῆναι παρὰ γεηπόνῳ τινί, ἄχρις οὗ διέλθῃ τὰ τριάκοντα ἔτη, ἅπερ ὁ χρησμὸς εἶπεν, ἐάσας τὸν αὐτὸν Ἀλέξανδρον τὸν καὶ Πάριδα Πρίαμος, ὁ αὐτοῦ πα‐</w:t>
      </w:r>
    </w:p>
    <w:p>
      <w:r>
        <w:rPr>
          <w:rFonts w:ascii="Courier New" w:hAnsi="Courier New"/>
          <w:color w:val="555555"/>
          <w:sz w:val="20"/>
        </w:rPr>
        <w:t>[10]</w:t>
      </w:r>
    </w:p>
    <w:p>
      <w:r>
        <w:rPr>
          <w:rFonts w:ascii="Gentium Plus" w:hAnsi="Gentium Plus"/>
          <w:sz w:val="24"/>
        </w:rPr>
        <w:t>τήρ, ἐν τῷ ἀγρῷ· ποιήσας δὲ τεῖχος ἐν τῷ αὐτῷ ἀγρῷ μέγα ἐκά‐ λεσεν αὐτὸ πόλιν τὸ Πάριον. καὶ ἔμεινεν ἐκεῖ ὁ Πάρις ἀνατρε‐ φόμενος καὶ ἐν αὐτῷ διάγων καὶ ἀναγινώσκων· ὅστις ἐλλόγιμος καὶ εὐπαίδευτος ἐγένετο, καὶ ἐξέθετο λόγον ἐγκωμιαστικὸν εἰς τὴν Ἀφροδίτην, λέγων μείζονα αὐτῆς θεὰν μὴ εἶναι μήτε τὴν Ἥραν</w:t>
      </w:r>
    </w:p>
    <w:p>
      <w:r>
        <w:rPr>
          <w:rFonts w:ascii="Courier New" w:hAnsi="Courier New"/>
          <w:color w:val="555555"/>
          <w:sz w:val="20"/>
        </w:rPr>
        <w:t>[15]</w:t>
      </w:r>
    </w:p>
    <w:p>
      <w:r>
        <w:rPr>
          <w:rFonts w:ascii="Gentium Plus" w:hAnsi="Gentium Plus"/>
          <w:sz w:val="24"/>
        </w:rPr>
        <w:t>μήτε τὴν Ἀθηνᾶν. τὴν γὰρ Ἀφροδίτην τὴν ἐπιθυμίαν εἶπεν εἶ‐ ναι· ἐκ τῆς ἐπιθυμίας οὖν πάντα τίκτεσθαι εἶπεν ἐν τῇ ἑαυτοῦ ἐκθέσει. διὰ τοῦτο ἱστοροῦσιν ὅτι ὁ Πάρις ἔκρινε μεταξὺ Παλ‐ λάδος καὶ Ἥρας καὶ Ἀφροδίτης καὶ τῇ Ἀφροδίτῃ ἔδωκε τὸ μῆ‐ λον, ὅ ἐστι τὴν νίκην, εἰπὼν ὅτι ἡ ἐπιθυμία, ὅ ἐστιν ἡ Ἀφρο‐</w:t>
      </w:r>
    </w:p>
    <w:p>
      <w:r>
        <w:rPr>
          <w:rFonts w:ascii="Courier New" w:hAnsi="Courier New"/>
          <w:color w:val="555555"/>
          <w:sz w:val="20"/>
        </w:rPr>
        <w:t>[20]</w:t>
      </w:r>
    </w:p>
    <w:p>
      <w:r>
        <w:rPr>
          <w:rFonts w:ascii="Gentium Plus" w:hAnsi="Gentium Plus"/>
          <w:sz w:val="24"/>
        </w:rPr>
        <w:t>δίτη, πάντα τίκτει καὶ τέκνα καὶ σοφίαν καὶ σωφροσύνην καὶ τέ‐</w:t>
      </w:r>
    </w:p>
    <w:p>
      <w:r>
        <w:rPr>
          <w:rFonts w:ascii="Courier New" w:hAnsi="Courier New"/>
          <w:color w:val="555555"/>
          <w:sz w:val="20"/>
        </w:rPr>
        <w:t>[Chron . 93]</w:t>
      </w:r>
    </w:p>
    <w:p>
      <w:r>
        <w:rPr>
          <w:rFonts w:ascii="Gentium Plus" w:hAnsi="Gentium Plus"/>
          <w:sz w:val="24"/>
        </w:rPr>
        <w:t>χνας καὶ τὰ ἄλλα πάντα ἐν λογικοῖς καὶ ἀλόγοις· μεῖζον δὲ αὐτῆς καὶ βέλτιον μὴ εἶναι. ἐξέθετο δὲ καὶ ὕμνον εἰς αὐτὴν τὸν λεγό‐ μενον κεστὸν ὁ αὐτὸς Πάρις. μετὰ δὲ τὸ διελθεῖν τὸ λβʹ ἔτος λογισάμενος ὁ Πρίαμος ὅτι παρῆλθεν ὁ χρόνος τοῦ δοθέντος χρη‐</w:t>
      </w:r>
    </w:p>
    <w:p>
      <w:r>
        <w:rPr>
          <w:rFonts w:ascii="Courier New" w:hAnsi="Courier New"/>
          <w:color w:val="555555"/>
          <w:sz w:val="20"/>
        </w:rPr>
        <w:t>[5]</w:t>
      </w:r>
    </w:p>
    <w:p>
      <w:r>
        <w:rPr>
          <w:rFonts w:ascii="Gentium Plus" w:hAnsi="Gentium Plus"/>
          <w:sz w:val="24"/>
        </w:rPr>
        <w:t>σμοῦ περὶ τοῦ Πάριδος τῶν λʹ ἐνιαυτῶν, πέμψας ἤγαγεν ἀπὸ τοῦ ἀγροῦ τὸν αὐτὸν Ἀλέξανδρον τὸν καὶ Πάριδα μετὰ πάσης τι‐ μῆς· ἐφίλει γὰρ αὐτόν. καὶ ἐξῆλθεν ὁ αὐτὸς Πρίαμος εἰς ἀπάν‐ τησιν αὐτοῦ καὶ οἱ συγκλητικοὶ αὐτοῦ μετ’ αὐτοῦ καὶ οἱ ἀδελφοὶ αὐτοῦ πάντες καὶ πάντες οἱ τῆς πόλεως. καὶ εἰσῆλθεν ἐν τῇ</w:t>
      </w:r>
    </w:p>
    <w:p>
      <w:r>
        <w:rPr>
          <w:rFonts w:ascii="Courier New" w:hAnsi="Courier New"/>
          <w:color w:val="555555"/>
          <w:sz w:val="20"/>
        </w:rPr>
        <w:t>[10]</w:t>
      </w:r>
    </w:p>
    <w:p>
      <w:r>
        <w:rPr>
          <w:rFonts w:ascii="Gentium Plus" w:hAnsi="Gentium Plus"/>
          <w:sz w:val="24"/>
        </w:rPr>
        <w:t>Τροίᾳ ὁ αὐτὸς Πάρις τῷ λγʹ αὐτοῦ ἔτει μηνὶ ξανθικῷ τῷ καὶ ἀπριλλίῳ. καὶ ἑωρακὼς αὐτὸν ὁ Πρίαμος οὕτως εὐπρεπῆ καὶ τῇ θέᾳ καὶ τῷ σθένει καὶ τῇ διαλέκτῳ, ἐκέλευσεν αὐτῷ λαβεῖν δῶρα καὶ ἀπελθεῖν θυσιάσαι ἐν Ἑλλάδι Δαφναίῳ Ἀπόλλωνι, λέγων ὅτι ἠλέησέ μου τὸ γῆρας καὶ παρήνεγκε τὰ κακά. ἰδοὺ γὰρ παρῆλ‐</w:t>
      </w:r>
    </w:p>
    <w:p>
      <w:r>
        <w:rPr>
          <w:rFonts w:ascii="Courier New" w:hAnsi="Courier New"/>
          <w:color w:val="555555"/>
          <w:sz w:val="20"/>
        </w:rPr>
        <w:t>[15]</w:t>
      </w:r>
    </w:p>
    <w:p>
      <w:r>
        <w:rPr>
          <w:rFonts w:ascii="Gentium Plus" w:hAnsi="Gentium Plus"/>
          <w:sz w:val="24"/>
        </w:rPr>
        <w:t>θεν ὁ χρόνος τοῦ χρησμοῦ. καὶ ποιήσας τῷ αὐτῷ Πάριδι πρὸς πάντας τοὺς βασιλεῖς, ἤτοι τοπάρχας, τῆς Εὐρώπης χώρας γράμ‐ ματα ὁ Πρίαμος βασιλεύς, ὥστε δέξασθαι τὸν αὐτοῦ υἱὸν Πά‐ ριδα τὸν καὶ Ἀλέξανδρον ἀπιόντα εἰς εὐχὴν θυσιάσαι τῷ Ἀπόλλωνι, ἀπέλυσε τὸν αὐτὸν Πάριδα, πέμψας καὶ τοῖς βασι‐</w:t>
      </w:r>
    </w:p>
    <w:p>
      <w:r>
        <w:rPr>
          <w:rFonts w:ascii="Courier New" w:hAnsi="Courier New"/>
          <w:color w:val="555555"/>
          <w:sz w:val="20"/>
        </w:rPr>
        <w:t>[20]</w:t>
      </w:r>
    </w:p>
    <w:p>
      <w:r>
        <w:rPr>
          <w:rFonts w:ascii="Gentium Plus" w:hAnsi="Gentium Plus"/>
          <w:sz w:val="24"/>
        </w:rPr>
        <w:t>λεῦσι δι’ αὐτοῦ δῶρα. καὶ ἐξῆλθε τῷ δαισίῳ τῷ καὶ ἰουνίῳ μηνὶ ιηʹ μετὰ νʹ καὶ ζʹ ἡμέρας τῆς ἐν τῇ Τροίᾳ παρουσίας αὐτοῦ, καὶ ἀποπλεύσας μετὰ πολλῶν δώρων βασιλικῶν, ἔχων μεθ’ ἑαυ‐</w:t>
      </w:r>
    </w:p>
    <w:p>
      <w:r>
        <w:rPr>
          <w:rFonts w:ascii="Courier New" w:hAnsi="Courier New"/>
          <w:color w:val="555555"/>
          <w:sz w:val="20"/>
        </w:rPr>
        <w:t>[Chron . 94]</w:t>
      </w:r>
    </w:p>
    <w:p>
      <w:r>
        <w:rPr>
          <w:rFonts w:ascii="Gentium Plus" w:hAnsi="Gentium Plus"/>
          <w:sz w:val="24"/>
        </w:rPr>
        <w:t>τῇ λεγομένῃ Σπάρτῳ τῆς Ἑλλάδος, τῇ βασιλευομένῃ, ἤτοι το‐ παρχουμένῃ, ὑπὸ Μενελάου, υἱοῦ Πλεισθένους· ὅστις Μενέλαος ἀνετράφη εἰς τὰ βασίλεια τοῦ Ἀτρέως, βασιλέως τῶν Ἀργείων, ἅμα Ἀγαμέμνονι, υἱῷ αὐτοῦ· κἀκεῖθεν ἐλέγοντο οἱ δύο Ἀτρεῖδαι.</w:t>
      </w:r>
    </w:p>
    <w:p>
      <w:r>
        <w:rPr>
          <w:rFonts w:ascii="Courier New" w:hAnsi="Courier New"/>
          <w:color w:val="555555"/>
          <w:sz w:val="20"/>
        </w:rPr>
        <w:t>[5]</w:t>
      </w:r>
    </w:p>
    <w:p>
      <w:r>
        <w:rPr>
          <w:rFonts w:ascii="Gentium Plus" w:hAnsi="Gentium Plus"/>
          <w:sz w:val="24"/>
        </w:rPr>
        <w:t>ὁ δὲ Μενέλαος ἕτοιμος ἦν ἀποπλέειν εὐθέως ἐν τῇ Κρήτῃ ἅμα τοῖς συγγενεῦσιν αὐτοῦ, ὀφείλων θυσιάσαι τῷ Διὶ καὶ τῇ Εὐρώπῃ ἐν τῇ Γορτύνῃ, πόλει τῆς Κρήτης, ὅτε ἦλθεν ὁ Πάρις ἐν τῇ Σπάρτῳ πόλει πρὸς αὐτόν. ἔθος γὰρ εἶχεν ὁ Μενέλαος ποιεῖν ἑορτὰς καὶ θυσίας ἐν τῷ αὐτῷ χρόνῳ κατ’ ἔτος εἰς μνήμην τῆς</w:t>
      </w:r>
    </w:p>
    <w:p>
      <w:r>
        <w:rPr>
          <w:rFonts w:ascii="Courier New" w:hAnsi="Courier New"/>
          <w:color w:val="555555"/>
          <w:sz w:val="20"/>
        </w:rPr>
        <w:t>[10]</w:t>
      </w:r>
    </w:p>
    <w:p>
      <w:r>
        <w:rPr>
          <w:rFonts w:ascii="Gentium Plus" w:hAnsi="Gentium Plus"/>
          <w:sz w:val="24"/>
        </w:rPr>
        <w:t>Εὐρώπης, ὡς ἐκ γένους αὐτῆς. δεξάμενος δὲ τὸν Ἀλέξανδρον τὸν καὶ Πάριδα καὶ γράμματα τοῦ βασιλέως Πριάμου τῆς Φρυ‐ γίας καὶ Ἀσίας καὶ τὰ βασιλικὰ δῶρα τὰ παρ’ αὐτοῦ δοθέντα, περιεπτύξατο τὸν Πάριδα Ἀλέξανδρον, καὶ εὐμενῶς δεξάμενος αὐτόν, ὡς ἴδιον υἱόν, ἐν πάσῃ τιμῇ ἀφώρισεν αὐτῷ ἐν τῷ ἰδίῳ</w:t>
      </w:r>
    </w:p>
    <w:p>
      <w:r>
        <w:rPr>
          <w:rFonts w:ascii="Courier New" w:hAnsi="Courier New"/>
          <w:color w:val="555555"/>
          <w:sz w:val="20"/>
        </w:rPr>
        <w:t>[15]</w:t>
      </w:r>
    </w:p>
    <w:p>
      <w:r>
        <w:rPr>
          <w:rFonts w:ascii="Gentium Plus" w:hAnsi="Gentium Plus"/>
          <w:sz w:val="24"/>
        </w:rPr>
        <w:t>παλατίῳ δίαιταν καὶ παντοῖα ἀναλώματα καὶ τοῖς αὐτοῦ καὶ πᾶ‐ σαν θεραπείαν, εἰρηκὼς αὐτῷ διατρῖψαι ἐν τῇ αὐτῇ πόλει ὅσας ἐὰν βούληται ἡμέρας, αἰτῶν αὐτὸν μείναντα ἀνεθῆναι διὰ τὴν τοῦ πλοὸς ἀθυμίαν καὶ εἶθ’ οὕτως ἀπελθεῖν πληρῶσαι τὸ τά‐ γμα τῆς θυσίας εἰς τὸ ἱερὸν τοῦ Ἀπόλλωνος. καὶ εὐθέως ὁ Με‐</w:t>
      </w:r>
    </w:p>
    <w:p>
      <w:r>
        <w:rPr>
          <w:rFonts w:ascii="Courier New" w:hAnsi="Courier New"/>
          <w:color w:val="555555"/>
          <w:sz w:val="20"/>
        </w:rPr>
        <w:t>[20]</w:t>
      </w:r>
    </w:p>
    <w:p>
      <w:r>
        <w:rPr>
          <w:rFonts w:ascii="Gentium Plus" w:hAnsi="Gentium Plus"/>
          <w:sz w:val="24"/>
        </w:rPr>
        <w:t>νέλαος καταστήσας αὐτὸν ἐν πολλῇ θεραπείᾳ ἀπέπλευσεν ἐπὶ τὴν Κρήτην, ἐάσας αὐτὸν εἰς τὸ ἴδιον παλάτιον. Ἐν τῷ δὲ διάγειν τὸν Μενέλαον ἐπὶ τὴν Κρήτην θυσιάζοντα</w:t>
      </w:r>
    </w:p>
    <w:p>
      <w:r>
        <w:rPr>
          <w:rFonts w:ascii="Courier New" w:hAnsi="Courier New"/>
          <w:color w:val="555555"/>
          <w:sz w:val="20"/>
        </w:rPr>
        <w:t>[Chron . 95]</w:t>
      </w:r>
    </w:p>
    <w:p>
      <w:r>
        <w:rPr>
          <w:rFonts w:ascii="Gentium Plus" w:hAnsi="Gentium Plus"/>
          <w:sz w:val="24"/>
        </w:rPr>
        <w:t>Ἑλένην κατελθεῖν ἐν τῷ παραδείσῳ τοῦ παλατίου αὐτῆς εἰς τὸ ἐωρισθῆναι μετὰ τῆς Αἴθρας τῆς συγγενίδος τοῦ Μενελάου ἐκ Πέλοπος καὶ τῆς Κλυταιμνήστρας ἐκ γένους τῆς Εὐρώπης. ὁ δὲ Πάρις παρακύψας εἰς τὸν παράδεισον καὶ προσεσχηκὼς τῷ</w:t>
      </w:r>
    </w:p>
    <w:p>
      <w:r>
        <w:rPr>
          <w:rFonts w:ascii="Courier New" w:hAnsi="Courier New"/>
          <w:color w:val="555555"/>
          <w:sz w:val="20"/>
        </w:rPr>
        <w:t>[5]</w:t>
      </w:r>
    </w:p>
    <w:p>
      <w:r>
        <w:rPr>
          <w:rFonts w:ascii="Gentium Plus" w:hAnsi="Gentium Plus"/>
          <w:sz w:val="24"/>
        </w:rPr>
        <w:t>κάλλει τῆς Ἑλένης καὶ τὴν νεότητα, βληθεὶς ἔρωτι εἰς αὐτὴν καὶ διὰ τῆς Αἴθρας τῆς συγγενίδος Μενελάου τῆς Πελοπίδος καὶ τῆς Κλυταιμνήστρας ἐκ γένους τῆς Εὐρώπης ὑπονοθεύσας τὴν Ἑλέ‐ νην, ἔλαβεν αὐτὴν καὶ ἔφυγε διὰ τῶν εἶχε μεθ’ ἑαυτοῦ πλοίων ἐκ τῆς Τροίης μετὰ χρημάτων λιτρῶν τριακοσίων καὶ κόσμου</w:t>
      </w:r>
    </w:p>
    <w:p>
      <w:r>
        <w:rPr>
          <w:rFonts w:ascii="Courier New" w:hAnsi="Courier New"/>
          <w:color w:val="555555"/>
          <w:sz w:val="20"/>
        </w:rPr>
        <w:t>[10]</w:t>
      </w:r>
    </w:p>
    <w:p>
      <w:r>
        <w:rPr>
          <w:rFonts w:ascii="Gentium Plus" w:hAnsi="Gentium Plus"/>
          <w:sz w:val="24"/>
        </w:rPr>
        <w:t>πολλοῦ πολυτίμου καὶ ἀργύρου ἅμα τῆς Αἴθρας τῆς ἐκ γένους τοῦ Πέλοπος καὶ τῆς Κλυταιμνήστρας τῆς ἐκ γένους Εὐρώπης καὶ εʹ δουλίδων κουβικουλαρίων αὐτῆς. καὶ ἀντεπέρασεν εἰς τὴν Σιδῶνα, κἀκεῖθεν πρὸς τὸν Πρωτέα, βασιλέα τῆς Αἰγύ‐ πτου, μηκέτι ἀπελθὼν εἰς τὸ ἱερὸν τοῦ Ἀπόλλωνος καὶ ποιήσας</w:t>
      </w:r>
    </w:p>
    <w:p>
      <w:r>
        <w:rPr>
          <w:rFonts w:ascii="Courier New" w:hAnsi="Courier New"/>
          <w:color w:val="555555"/>
          <w:sz w:val="20"/>
        </w:rPr>
        <w:t>[15]</w:t>
      </w:r>
    </w:p>
    <w:p>
      <w:r>
        <w:rPr>
          <w:rFonts w:ascii="Gentium Plus" w:hAnsi="Gentium Plus"/>
          <w:sz w:val="24"/>
        </w:rPr>
        <w:t>τὴν θυσίαν ἐν Ἑλλάδι. μεμαθηκότες δὲ οἱ φυλάττοντες τὸ πα‐ λάτιον Μενελάου στρατιῶται τὴν τῆς Ἑλένης φυγήν, φοβούμε‐ νοι εὐθέως ἐξέπεμψαν στρατιώτας τρεῖς ἐκ τῆς πόλεως Σπάρ‐ του τῆς Ἑλλάδος ἐν τῇ Γορτύνῃ πόλει τῆς Κρήτης ἀπαγγελοῦν‐ τας τῷ Μενελάῳ βασιλεῖ τὴν κλοπὴν τῆς Ἑλένης τὴν ὑπὸ Πάρι‐</w:t>
      </w:r>
    </w:p>
    <w:p>
      <w:r>
        <w:rPr>
          <w:rFonts w:ascii="Courier New" w:hAnsi="Courier New"/>
          <w:color w:val="555555"/>
          <w:sz w:val="20"/>
        </w:rPr>
        <w:t>[20]</w:t>
      </w:r>
    </w:p>
    <w:p>
      <w:r>
        <w:rPr>
          <w:rFonts w:ascii="Gentium Plus" w:hAnsi="Gentium Plus"/>
          <w:sz w:val="24"/>
        </w:rPr>
        <w:t>δος, καὶ ὅτι μετ’ αὐτῆς ἔλαβε καὶ τὴν Αἴθραν τὴν συγγενίδα αὐτοῦ καὶ τῆς Κλυταιμνήστρας. καὶ ἀπέμεινεν ἀκούσας ὁ Με‐</w:t>
      </w:r>
    </w:p>
    <w:p>
      <w:r>
        <w:rPr>
          <w:rFonts w:ascii="Courier New" w:hAnsi="Courier New"/>
          <w:color w:val="555555"/>
          <w:sz w:val="20"/>
        </w:rPr>
        <w:t>[Chron . 96]</w:t>
      </w:r>
    </w:p>
    <w:p>
      <w:r>
        <w:rPr>
          <w:rFonts w:ascii="Gentium Plus" w:hAnsi="Gentium Plus"/>
          <w:sz w:val="24"/>
        </w:rPr>
        <w:t>ἔχουσα ὑπόληψιν παρ’ αὐτῷ σώφρονος πάνυ. καὶ εὐθέως κα‐ ταπλεύσας ὑπέστρεψεν ἐν τῇ Ἑλλάδι ἐν πόλει Σπάρτῳ, παντα‐ χοῦ πέμπων εἰς ἀναζήτησιν τῆς Ἑλένης καὶ τοῦ Πάριδος καὶ τῶν μετ’ αὐτῆς. καὶ οὐχ εὗρον.</w:t>
      </w:r>
    </w:p>
    <w:p>
      <w:r>
        <w:rPr>
          <w:rFonts w:ascii="Courier New" w:hAnsi="Courier New"/>
          <w:color w:val="555555"/>
          <w:sz w:val="20"/>
        </w:rPr>
        <w:t>[5]</w:t>
      </w:r>
    </w:p>
    <w:p>
      <w:r>
        <w:rPr>
          <w:rFonts w:ascii="Gentium Plus" w:hAnsi="Gentium Plus"/>
          <w:sz w:val="24"/>
        </w:rPr>
        <w:t>Μετὰ δὲ χρόνον ἦλθεν ἐκ τῆς Αἰγύπτου ὁ Πάρις ἔχων τὴν Ἑλένην καὶ τὰ χρήματα καὶ τὸν πλοῦτον ὅλον τὸν αὐτῆς. ὁ δὲ Πρίαμος καὶ ἡ Ἑκάβη ἑωρακότες τὴν Ἑλένην μετὰ Πάριδος καὶ ὅτι τοιοῦτον εἶχε κάλλος θαυμάζοντες, ἐπυνθάνοντο παρ’ αὐτῆς τίς εἴη ἢ τίνων ἀπόγονος. ἡ δὲ Ἑλένη ἔφη Ἀλεξάνδρου τοῦ καὶ</w:t>
      </w:r>
    </w:p>
    <w:p>
      <w:r>
        <w:rPr>
          <w:rFonts w:ascii="Courier New" w:hAnsi="Courier New"/>
          <w:color w:val="555555"/>
          <w:sz w:val="20"/>
        </w:rPr>
        <w:t>[10]</w:t>
      </w:r>
    </w:p>
    <w:p>
      <w:r>
        <w:rPr>
          <w:rFonts w:ascii="Gentium Plus" w:hAnsi="Gentium Plus"/>
          <w:sz w:val="24"/>
        </w:rPr>
        <w:t>Πάριδός εἰμι συγγενίς, καὶ μᾶλλον προσήκειν Πριάμῳ καὶ τῇ Ἑκάβῃ, καὶ οὐ τῷ Πλεισθένους υἱῷ Μενελάῳ· Δαναοῦ γὰρ ἔφη καὶ Ἀγήνορος τῶν Σιδονίων καὶ ἐκ γένους τοῦ Πριάμου καὶ αὐτὴν ὑπάρχειν ἐκ τοῦ γένους αὐτοῦ. ἐκ Πλησιόνης γὰρ τῆς Δαναοῦ θυγατρὸς ἐγενήθη ὁ Ἄτλας καὶ ἡ Ἠλέκτρα, ἐξ ἧς ὁ</w:t>
      </w:r>
    </w:p>
    <w:p>
      <w:r>
        <w:rPr>
          <w:rFonts w:ascii="Courier New" w:hAnsi="Courier New"/>
          <w:color w:val="555555"/>
          <w:sz w:val="20"/>
        </w:rPr>
        <w:t>[15]</w:t>
      </w:r>
    </w:p>
    <w:p>
      <w:r>
        <w:rPr>
          <w:rFonts w:ascii="Gentium Plus" w:hAnsi="Gentium Plus"/>
          <w:sz w:val="24"/>
        </w:rPr>
        <w:t>Δάρδανος βασιλεύς, ἐξ οὗ ὁ Τρῶος καὶ οἱ τοῦ Ἰλίου βασιλεῖς. καὶ διὰ Φοίνικα, τὸν Ἀγήνορος υἱόν, οὗτινος ἐγένετο ἀπόγονος Δύνας βασιλεύς, ὁ Ἑκάβης πατήρ· ἐκ τοῦ γένους δὲ τοῦ Δύ‐ να καὶ ἡ Λήδα ἔλεγεν εἶναι. ταῦτα δὲ εἰποῦσα ἡ Ἑλένη τῷ Πριάμῳ καὶ τῇ Ἑκάβῃ ᾔτησεν αὐτοὺς ὁρκώσασα μὴ προδοθῆ‐</w:t>
      </w:r>
    </w:p>
    <w:p>
      <w:r>
        <w:rPr>
          <w:rFonts w:ascii="Courier New" w:hAnsi="Courier New"/>
          <w:color w:val="555555"/>
          <w:sz w:val="20"/>
        </w:rPr>
        <w:t>[20]</w:t>
      </w:r>
    </w:p>
    <w:p>
      <w:r>
        <w:rPr>
          <w:rFonts w:ascii="Gentium Plus" w:hAnsi="Gentium Plus"/>
          <w:sz w:val="24"/>
        </w:rPr>
        <w:t>ναι, καὶ λέγουσα μηδὲν τῶν Μενελάου εἰληφέναι, ἀλλὰ τὰ ἴδια</w:t>
      </w:r>
    </w:p>
    <w:p>
      <w:r>
        <w:rPr>
          <w:rFonts w:ascii="Courier New" w:hAnsi="Courier New"/>
          <w:color w:val="555555"/>
          <w:sz w:val="20"/>
        </w:rPr>
        <w:t>[Chron . 97]</w:t>
      </w:r>
    </w:p>
    <w:p>
      <w:r>
        <w:rPr>
          <w:rFonts w:ascii="Gentium Plus" w:hAnsi="Gentium Plus"/>
          <w:sz w:val="24"/>
        </w:rPr>
        <w:t>μόνα ἔλεγεν ἔχειν. καὶ λοιπὸν ἡ Ἑκάβη περιλαβοῦσα αὐτὴν κα‐ τεφίλει καὶ πλείω πάντων αὐτῆς ἀντείχετο. Γνόντες δὲ οἱ περὶ Ἀγαμέμνονα καὶ Μενέλαον τὴν τῆς Ἑλέ‐ νης ἐπὶ τὴν Τροίην μετὰ Πάριδος παρουσίαν, ἔπεμψαν πρέσβεις</w:t>
      </w:r>
    </w:p>
    <w:p>
      <w:r>
        <w:rPr>
          <w:rFonts w:ascii="Courier New" w:hAnsi="Courier New"/>
          <w:color w:val="555555"/>
          <w:sz w:val="20"/>
        </w:rPr>
        <w:t>[5]</w:t>
      </w:r>
    </w:p>
    <w:p>
      <w:r>
        <w:rPr>
          <w:rFonts w:ascii="Gentium Plus" w:hAnsi="Gentium Plus"/>
          <w:sz w:val="24"/>
        </w:rPr>
        <w:t>ἀποδοθῆναι τὴν Ἑλένην· ὤχλει γὰρ καὶ ἡ ἀδελφὴ αὐτῆς Κλυ‐ ταιμνήστρα τῷ ἰδίῳ ἀνδρὶ Ἀγαμέμνονι, τῷ βασιλεῖ τοῦ Ἄργους, διὰ τὸ ἐλθεῖν τὴν Ἑλένην, τὴν αὐτῆς ἀδελφήν· ἥτις καὶ ἐποίησε πρὸς αὐτὴν γράμματα καὶ ἔδωκε Μενελάῳ ὀφείλοντα πεῖσαι τὴν Ἑλένην. καὶ ἦλθεν ὁ Μενέλαος πρὸς Πρίαμον ζητῶν τὴν Ἑλέ‐</w:t>
      </w:r>
    </w:p>
    <w:p>
      <w:r>
        <w:rPr>
          <w:rFonts w:ascii="Courier New" w:hAnsi="Courier New"/>
          <w:color w:val="555555"/>
          <w:sz w:val="20"/>
        </w:rPr>
        <w:t>[10]</w:t>
      </w:r>
    </w:p>
    <w:p>
      <w:r>
        <w:rPr>
          <w:rFonts w:ascii="Gentium Plus" w:hAnsi="Gentium Plus"/>
          <w:sz w:val="24"/>
        </w:rPr>
        <w:t>νην, τὴν ἑαυτοῦ γυναῖκα, πρὸ τοῦ πολέμου· καὶ οὐκ ἐπείσθη‐ σαν οἱ Πριαμίδαι δοῦναι αὐτήν. καὶ λοιπὸν ἐπεστράτευσαν κατὰ τοῦ Ἰλίου οἱ Ἀτρεῖδαι βασιλεῖς, προμάχους, ἤτοι τοπάρχας, προ‐ τρεπόμενοι. καὶ ἐδυσώπησαν τὸν Πηλέα καὶ τὴν αὐτοῦ γυναῖκα, τὴν Θέτιν, καὶ τὸν αὐτῆς πατέρα Χείρωνα, τὸν φιλόσοφον βα‐</w:t>
      </w:r>
    </w:p>
    <w:p>
      <w:r>
        <w:rPr>
          <w:rFonts w:ascii="Courier New" w:hAnsi="Courier New"/>
          <w:color w:val="555555"/>
          <w:sz w:val="20"/>
        </w:rPr>
        <w:t>[15]</w:t>
      </w:r>
    </w:p>
    <w:p>
      <w:r>
        <w:rPr>
          <w:rFonts w:ascii="Gentium Plus" w:hAnsi="Gentium Plus"/>
          <w:sz w:val="24"/>
        </w:rPr>
        <w:t>σιλέα, παρασχεῖν αὐτοῖς τὸν Ἀχιλλέα, υἱὸν τῆς Θέτιδος καὶ τοῦ αὐτοῦ Πηλέως, ἔκγονον δὲ Χείρωνος. ὅστις Χείρων πέμ‐ ψας ἤγαγεν αὐτόν· διῆγε γὰρ μετὰ Λυκομήδους βασιλέως, τοῦ πενθεροῦ τοῦ αὐτοῦ Ἀχιλλέως, πατρὸς δὲ τῆς Δηιδαμείης, ἐν τῇ νήσῳ. καὶ ἀπῆλθε μετὰ τῶν Ἀτρειδῶν ὁ αὐτὸς Ἀχιλλεύς,</w:t>
      </w:r>
    </w:p>
    <w:p>
      <w:r>
        <w:rPr>
          <w:rFonts w:ascii="Courier New" w:hAnsi="Courier New"/>
          <w:color w:val="555555"/>
          <w:sz w:val="20"/>
        </w:rPr>
        <w:t>[20]</w:t>
      </w:r>
    </w:p>
    <w:p>
      <w:r>
        <w:rPr>
          <w:rFonts w:ascii="Gentium Plus" w:hAnsi="Gentium Plus"/>
          <w:sz w:val="24"/>
        </w:rPr>
        <w:t>ἔχων ἴδιον στρατὸν τῶν λεγομένων Μυρμιδόνων τότε, νυνὶ δὲ λεγομένων Βουλγάρων, τριῶν χιλιάδων, ἅμα Πατρόκλῳ στρα‐ τοπεδάρχῃ καὶ Νέστορι· οἵτινες ἐδυσωπήθησαν παρὰ Χείρωνος</w:t>
      </w:r>
    </w:p>
    <w:p>
      <w:r>
        <w:rPr>
          <w:rFonts w:ascii="Courier New" w:hAnsi="Courier New"/>
          <w:color w:val="555555"/>
          <w:sz w:val="20"/>
        </w:rPr>
        <w:t>[Chron . 98]</w:t>
      </w:r>
    </w:p>
    <w:p>
      <w:r>
        <w:rPr>
          <w:rFonts w:ascii="Gentium Plus" w:hAnsi="Gentium Plus"/>
          <w:sz w:val="24"/>
        </w:rPr>
        <w:t>Ἀχιλλεὺς μόνος μετὰ τοῦ ἰδίου στρατοῦ ἐπὶ τὸ Ἴλιον τῶν Ἀρ‐ γείων καὶ τῶν Μυρμιδόνων. προετρέψαντο δέ, ἤτοι ἐδυσώπη‐ σαν, οἱ αὐτοὶ Ἀτρεῖδαι βασιλεῖς καὶ τοὺς λοιποὺς βασιλεῖς, ἤτοι τοπάρχας, καὶ προμάχους τοὺς ἀπὸ ἑκάστης χώρας τῆς Εὐρώ‐</w:t>
      </w:r>
    </w:p>
    <w:p>
      <w:r>
        <w:rPr>
          <w:rFonts w:ascii="Courier New" w:hAnsi="Courier New"/>
          <w:color w:val="555555"/>
          <w:sz w:val="20"/>
        </w:rPr>
        <w:t>[5]</w:t>
      </w:r>
    </w:p>
    <w:p>
      <w:r>
        <w:rPr>
          <w:rFonts w:ascii="Gentium Plus" w:hAnsi="Gentium Plus"/>
          <w:sz w:val="24"/>
        </w:rPr>
        <w:t>πης, ἕκαστον μετὰ τοῦ ἰδίου στρατοῦ καὶ τῶν νηῶν. καὶ ἀπέ‐ πλευσαν πάντες συναχθέντες ἐν Αὐλίδι χώρᾳ οὕτω λεγομένῃ. χει‐ μῶνος δὲ γενομένου καὶ τοῦ μάντεως Κάλχαντος εἰρηκότος θυ‐ σίαν ὀφείλειν δοῦναι τὸν Ἀγαμέμνονα Ἀρτέμιδι τῇ θεᾷ τῆς χώ‐ ρας ἐκείνης τὴν ἑαυτοῦ θυγατέρα· ὁ δὲ Ὀδυσσεὺς ἀπελθὼν διὰ</w:t>
      </w:r>
    </w:p>
    <w:p>
      <w:r>
        <w:rPr>
          <w:rFonts w:ascii="Courier New" w:hAnsi="Courier New"/>
          <w:color w:val="555555"/>
          <w:sz w:val="20"/>
        </w:rPr>
        <w:t>[10]</w:t>
      </w:r>
    </w:p>
    <w:p>
      <w:r>
        <w:rPr>
          <w:rFonts w:ascii="Gentium Plus" w:hAnsi="Gentium Plus"/>
          <w:sz w:val="24"/>
        </w:rPr>
        <w:t>δόλου ὡς ἀπὸ γραμμάτων τοῦ Ἀγαμέμνονος εἰς τὸ Ἄργος ἤνεγκε τὴν αὐτοῦ θυγατέρα Ἰφιγένειαν. καὶ ἑωρακὼς αὐτὴν ὁ Ἀγαμέ‐ μνων ἐλθοῦσαν ἔκλαυσε πικρῶς· φοβηθεὶς δὲ τὸν στρατὸν καὶ τοὺς τοπάρχας, ἐξέδωκεν αὐτὴν ἐπὶ θυσίαν Ἀρτέμιδι. καὶ ἐν τῷ ἀπιέναι αὐτὴν εἰς τὸ ἱερὸν Ἀρτέμιδος καὶ σφαγῆναι ἔλαφος</w:t>
      </w:r>
    </w:p>
    <w:p>
      <w:r>
        <w:rPr>
          <w:rFonts w:ascii="Courier New" w:hAnsi="Courier New"/>
          <w:color w:val="555555"/>
          <w:sz w:val="20"/>
        </w:rPr>
        <w:t>[15]</w:t>
      </w:r>
    </w:p>
    <w:p>
      <w:r>
        <w:rPr>
          <w:rFonts w:ascii="Gentium Plus" w:hAnsi="Gentium Plus"/>
          <w:sz w:val="24"/>
        </w:rPr>
        <w:t>ἔκοψε τὴν ὁδὸν διαδραμοῦσα ἔμπροσθεν ἐν μέσῳ τῶν βασιλέων καὶ τοῦ στρατοῦ καὶ τοῦ ἱερέως καὶ τῆς παρθένου Ἰφιγενείης. καὶ ἑωρακὼς αὐτὴν ὁ ἱερεὺς καὶ μάντις Τὴν ἔλαφον πιάσαντες ἄξατε εἰς θυσίαν ἀντὶ τῆς παρθένου τῇ Ἀρτέμιδι. καὶ ληφθεῖ‐ σα ἡ ἔλαφος ἐσφάγη τῇ Ἀρτέμιδι· τὴν δὲ Ἰφιγένειαν ἀποδέδωκε</w:t>
      </w:r>
    </w:p>
    <w:p>
      <w:r>
        <w:rPr>
          <w:rFonts w:ascii="Courier New" w:hAnsi="Courier New"/>
          <w:color w:val="555555"/>
          <w:sz w:val="20"/>
        </w:rPr>
        <w:t>[20]</w:t>
      </w:r>
    </w:p>
    <w:p>
      <w:r>
        <w:rPr>
          <w:rFonts w:ascii="Gentium Plus" w:hAnsi="Gentium Plus"/>
          <w:sz w:val="24"/>
        </w:rPr>
        <w:t>τῷ ἰδίῳ πατρὶ Ἀγαμέμνονι· ἥντινα ὁ Ἀγαμέμνων εἴασεν ἐκεῖ ἐν τῷ ἱερῷ Ἀρτέμιδος ἱέρειαν. καὶ λοιπὸν ἀνηγορεύθη βασιλεὺς ἐκεῖ ἐπὶ πάντων ὁ Ἀγαμέμνων ἐκ τοῦ ἐξπεδίτου· κἀκεῖθεν ὁρμή‐</w:t>
      </w:r>
    </w:p>
    <w:p>
      <w:r>
        <w:rPr>
          <w:rFonts w:ascii="Courier New" w:hAnsi="Courier New"/>
          <w:color w:val="555555"/>
          <w:sz w:val="20"/>
        </w:rPr>
        <w:t>[Chron . 99]</w:t>
      </w:r>
    </w:p>
    <w:p>
      <w:r>
        <w:rPr>
          <w:rFonts w:ascii="Gentium Plus" w:hAnsi="Gentium Plus"/>
          <w:sz w:val="24"/>
        </w:rPr>
        <w:t>Ἐλθόντων δὲ τῶν αὐτῶν Ἑλλήνων ἐπὶ τὴν Τροίαν, ἀντέ‐ στησαν αὐτοῖς οἱ Τρῶες καὶ οὐ συνεχώρησαν αὐτοῖς παραβαλεῖν. καὶ πολλῶν σφαγέντων ἐξ ἀμφοτέρων τῶν μερῶν, ἐν οἷς καὶ ὁ Πρωτεσίλαος ἐσφάγη, πρόμαχος Δαναῶν, καὶ οὐ παρεχώρησαν</w:t>
      </w:r>
    </w:p>
    <w:p>
      <w:r>
        <w:rPr>
          <w:rFonts w:ascii="Courier New" w:hAnsi="Courier New"/>
          <w:color w:val="555555"/>
          <w:sz w:val="20"/>
        </w:rPr>
        <w:t>[5]</w:t>
      </w:r>
    </w:p>
    <w:p>
      <w:r>
        <w:rPr>
          <w:rFonts w:ascii="Gentium Plus" w:hAnsi="Gentium Plus"/>
          <w:sz w:val="24"/>
        </w:rPr>
        <w:t>οἱ Δαναοί, ἕως οὗ περιεγένοντο. καὶ κατέβησαν ἐπὶ τὴν παρά‐ λιον γῆν τῆς Τροίης καὶ ἔδησαν τὰ πλοῖα σχοινίοις. ἑσπέρας δὲ γενομένης εἰσῆλθον οἱ Τρῶες ἐν τῇ πόλει καὶ ἠσφαλίσαντο τὰς πόρτας· μέσῃ δὲ νυκτὶ Κύκνος τις ὀνόματι, ἐκ γένους ὑπάρχων τοῦ Πριάμου, ἐκ τοῦ πλησίον ὑπάρχων, ἀκούσας τὴν τῶν Ἑλ‐</w:t>
      </w:r>
    </w:p>
    <w:p>
      <w:r>
        <w:rPr>
          <w:rFonts w:ascii="Courier New" w:hAnsi="Courier New"/>
          <w:color w:val="555555"/>
          <w:sz w:val="20"/>
        </w:rPr>
        <w:t>[10]</w:t>
      </w:r>
    </w:p>
    <w:p>
      <w:r>
        <w:rPr>
          <w:rFonts w:ascii="Gentium Plus" w:hAnsi="Gentium Plus"/>
          <w:sz w:val="24"/>
        </w:rPr>
        <w:t>λήνων εἰς τὴν Τροίαν παρουσίαν, ἐξελθὼν ἐκ τῆς Νέαν Ἄνδρου πόλεως μετὰ πλήθους πολλοῦ πολεμικοῦ ἐπέῤῥιψεν αὐτοῖς· καὶ γενομένης συμβολῆς νυκτὸς φονεύεται ὑπὸ Ἀχιλλέως ὁ αὐτὸς Κύ‐ κνος καὶ ἔπεσαν οἱ μετ’ αὐτοῦ πρὸ ἡμέρας. καὶ λοιπὸν ἔδοξε τοῖς Δαναοῖς παραλαβεῖν τὰς πόλεις τὰς πλησίον τοῦ Ἰλίου καὶ</w:t>
      </w:r>
    </w:p>
    <w:p>
      <w:r>
        <w:rPr>
          <w:rFonts w:ascii="Courier New" w:hAnsi="Courier New"/>
          <w:color w:val="555555"/>
          <w:sz w:val="20"/>
        </w:rPr>
        <w:t>[15]</w:t>
      </w:r>
    </w:p>
    <w:p>
      <w:r>
        <w:rPr>
          <w:rFonts w:ascii="Gentium Plus" w:hAnsi="Gentium Plus"/>
          <w:sz w:val="24"/>
        </w:rPr>
        <w:t>τῆς Τροίης, ὡς συμμαχούσας Πριάμῳ· καὶ ποιήσαντες συνωμο‐ σίας, ὅτι πάντα τὰ παρ’ αὐτῶν παραλαμβανόμενα ἄγουσιν εἰς μέσον τῶν βασιλέων καὶ προμάχων καὶ τοῦ στρατοπέδου, ἀφορί‐ ζουσι τὸν Ἀχιλλέα καὶ τὸν Τελαμῶνος Αἴαντα καὶ Διομήδην. καὶ εὐθέως ἐξώρμησεν ὁ Διομήδης καὶ παραλαμβάνει τὴν πόλιν</w:t>
      </w:r>
    </w:p>
    <w:p>
      <w:r>
        <w:rPr>
          <w:rFonts w:ascii="Courier New" w:hAnsi="Courier New"/>
          <w:color w:val="555555"/>
          <w:sz w:val="20"/>
        </w:rPr>
        <w:t>[20]</w:t>
      </w:r>
    </w:p>
    <w:p>
      <w:r>
        <w:rPr>
          <w:rFonts w:ascii="Gentium Plus" w:hAnsi="Gentium Plus"/>
          <w:sz w:val="24"/>
        </w:rPr>
        <w:t>τοῦ αὐτοῦ Κύκνου προμάχου, τὴν Νέαν Ἄνδρου, καὶ τὴν χώραν αὐτῆς πραιδεύει· παραλαβὼν δὲ καὶ τοὺς δύο αὐτοῦ υἱούς, Κώ‐ βην καὶ Κόκαρκον, καὶ τὴν θυγατέρα αὐτοῦ ὀνόματι Γλαύκην,</w:t>
      </w:r>
    </w:p>
    <w:p>
      <w:r>
        <w:rPr>
          <w:rFonts w:ascii="Courier New" w:hAnsi="Courier New"/>
          <w:color w:val="555555"/>
          <w:sz w:val="20"/>
        </w:rPr>
        <w:t>[Chron . 100]</w:t>
      </w:r>
    </w:p>
    <w:p>
      <w:r>
        <w:rPr>
          <w:rFonts w:ascii="Gentium Plus" w:hAnsi="Gentium Plus"/>
          <w:sz w:val="24"/>
        </w:rPr>
        <w:t>χώρας, καὶ ἄγει ἐν μέσῳ τοῦ στρατοῦ παντός. ὁ δὲ Ἀχιλλεὺς εὐθέως ἀπελθὼν μετὰ τῶν Ἀργείων καὶ τῶν Μυρμιδόνων, τοῦτ’ ἐστὶ τοῦ ἰδίου στρατοῦ, ἐπέρχεται τῇ Λέσβῳ πόλει καὶ τῇ χώρᾳ αὐτῆς τῇ βασιλευομένῃ ὑπὸ Φόρβαντος, συγγενέως Πριάμου·</w:t>
      </w:r>
    </w:p>
    <w:p>
      <w:r>
        <w:rPr>
          <w:rFonts w:ascii="Courier New" w:hAnsi="Courier New"/>
          <w:color w:val="555555"/>
          <w:sz w:val="20"/>
        </w:rPr>
        <w:t>[5]</w:t>
      </w:r>
    </w:p>
    <w:p>
      <w:r>
        <w:rPr>
          <w:rFonts w:ascii="Gentium Plus" w:hAnsi="Gentium Plus"/>
          <w:sz w:val="24"/>
        </w:rPr>
        <w:t>ὅστις καὶ πολλὴν ἔχθραν εἶχε μετὰ τῶν Ἑλλήνων. παραλαβὼν δὲ τὴν χώραν καὶ τὴν πόλιν ὁ Ἀχιλλεὺς τὸν Φόρβαντα φονεύει, καὶ λαμβάνει πάντα τὰ τῆς βασιλείας αὐτοῦ, καὶ τὴν θυγατέρα αὐτοῦ Διομήδαν ἄγει· ἦν δὲ ἡ κόρη λευκή, στρογγυλόψις, γλαυ‐ κή, τελεία, ὑπόξανθος, ὑπόσιμος, οὖσα ἐνιαυτῶν κβʹ, παρθέ‐</w:t>
      </w:r>
    </w:p>
    <w:p>
      <w:r>
        <w:rPr>
          <w:rFonts w:ascii="Courier New" w:hAnsi="Courier New"/>
          <w:color w:val="555555"/>
          <w:sz w:val="20"/>
        </w:rPr>
        <w:t>[10]</w:t>
      </w:r>
    </w:p>
    <w:p>
      <w:r>
        <w:rPr>
          <w:rFonts w:ascii="Gentium Plus" w:hAnsi="Gentium Plus"/>
          <w:sz w:val="24"/>
        </w:rPr>
        <w:t>νος· ἦλθε κομίσας τὰ ἐκ Λέσβου πάντα εἰς τὸν στρατὸν τῶν Ἑλλήνων. καὶ λοιπὸν ὁρμήσας πάλιν ἐξῆλθεν ἐπὶ τὸν Εὔξεινον πόντον, καὶ ἀφανίζει τὴν χώραν πραιδεύων, καὶ παραλαμβάνει τὴν Λυρνησὸν πόλιν, καὶ φονεύει κρατοῦντα αὐτῆς τὸν Ἠετίωνα βασιλέα, καὶ λαμβάνει τὴν γυναῖκα αὐτοῦ αἰχμάλωτον, τὴν Χρύ‐</w:t>
      </w:r>
    </w:p>
    <w:p>
      <w:r>
        <w:rPr>
          <w:rFonts w:ascii="Courier New" w:hAnsi="Courier New"/>
          <w:color w:val="555555"/>
          <w:sz w:val="20"/>
        </w:rPr>
        <w:t>[15]</w:t>
      </w:r>
    </w:p>
    <w:p>
      <w:r>
        <w:rPr>
          <w:rFonts w:ascii="Gentium Plus" w:hAnsi="Gentium Plus"/>
          <w:sz w:val="24"/>
        </w:rPr>
        <w:t>σου θυγατέρα, ἱερέως Ἀπόλλωνος, Ἀστυνόμην, τὴν μετακλη‐ θεῖσαν Χρυσηίδα, καὶ τὸν αὐτοῦ πλοῦτον καὶ τῆς χώρας, καὶ ἄγει εἰς τὰς ναῦς· ἦν δὲ ἡ αὐτὴ Ἀστυνόμη ἡ καὶ Χρυσηὶς κον‐ δοειδής, λεπτή, λευκή, ξανθόκομος, εὔρινος, μικρόμασθος, οὖ‐ σα ἐνιαυτῶν ιθʹ. ἐφόνευσε δὲ καὶ ὃν προετρέψατο στρατὸν ὁ</w:t>
      </w:r>
    </w:p>
    <w:p>
      <w:r>
        <w:rPr>
          <w:rFonts w:ascii="Courier New" w:hAnsi="Courier New"/>
          <w:color w:val="555555"/>
          <w:sz w:val="20"/>
        </w:rPr>
        <w:t>[20]</w:t>
      </w:r>
    </w:p>
    <w:p>
      <w:r>
        <w:rPr>
          <w:rFonts w:ascii="Gentium Plus" w:hAnsi="Gentium Plus"/>
          <w:sz w:val="24"/>
        </w:rPr>
        <w:t>Ἠετίων τῶν λεγομένων Κιλικίων τῶν ἐλθόντων εἰς συμμαχίαν αὐτοῦ καὶ τῶν Τρώων. κἀκεῖθεν ἐξορμήσας ἔρχεται πρὸς τοὺς παῖδας Βρίσου, γενομένου ἐξαδέλφου Πριάμου, ἐν τῇ λεγομένῃ</w:t>
      </w:r>
    </w:p>
    <w:p>
      <w:r>
        <w:rPr>
          <w:rFonts w:ascii="Courier New" w:hAnsi="Courier New"/>
          <w:color w:val="555555"/>
          <w:sz w:val="20"/>
        </w:rPr>
        <w:t>[Chron . 101]</w:t>
      </w:r>
    </w:p>
    <w:p>
      <w:r>
        <w:rPr>
          <w:rFonts w:ascii="Gentium Plus" w:hAnsi="Gentium Plus"/>
          <w:sz w:val="24"/>
        </w:rPr>
        <w:t>λιορκῶν τὴν πόλιν καὶ κτείνει πολλοὺς ἄνδρας καὶ παραλαμβάνει τὴν πόλιν καὶ τὴν Βρίσου θυγατέρα αἰχμάλωτον, τὴν Ἱπποδά‐ μειαν, τὴν μετακληθεῖσαν Βρισηίδα, οὖσαν γυναῖκα τοῦ Μενέ‐ του, βασιλέως τῆς Λεγοῦ πόλεως, ἀνελὼν τοὺς αὐτῆς ἀδελφούς,</w:t>
      </w:r>
    </w:p>
    <w:p>
      <w:r>
        <w:rPr>
          <w:rFonts w:ascii="Courier New" w:hAnsi="Courier New"/>
          <w:color w:val="555555"/>
          <w:sz w:val="20"/>
        </w:rPr>
        <w:t>[5]</w:t>
      </w:r>
    </w:p>
    <w:p>
      <w:r>
        <w:rPr>
          <w:rFonts w:ascii="Gentium Plus" w:hAnsi="Gentium Plus"/>
          <w:sz w:val="24"/>
        </w:rPr>
        <w:t>Ἄνδρον καὶ Θύαντα. ὁ δὲ Μενέτης, ὁ τῆς Ἱπποδαμείας τῆς καὶ Βρισηίδος ἀνήρ, οὐκ ἦν ἐν τῇ αὐτῇ πόλει Λεγῷ, ἀλλὰ ἦν ἀπελθὼν προτρέψασθαι βοήθειαν εἰς συμμαχίαν Φρυγῶν ἀπὸ τῆς Λυκίας καὶ Λυκαονίας. ὅστις Μενέτης βασιλεὺς κατέφθασεν εὐθέως μετὰ τῆς βοηθείας τῶν Λυκίων καὶ Λυκαόνων μετὰ τὸ</w:t>
      </w:r>
    </w:p>
    <w:p>
      <w:r>
        <w:rPr>
          <w:rFonts w:ascii="Courier New" w:hAnsi="Courier New"/>
          <w:color w:val="555555"/>
          <w:sz w:val="20"/>
        </w:rPr>
        <w:t>[10]</w:t>
      </w:r>
    </w:p>
    <w:p>
      <w:r>
        <w:rPr>
          <w:rFonts w:ascii="Gentium Plus" w:hAnsi="Gentium Plus"/>
          <w:sz w:val="24"/>
        </w:rPr>
        <w:t>παραληφθῆναι τὴν αὐτοῦ χώραν ὑπὸ τοῦ Ἀχιλλέως καὶ τὴν πόλιν καὶ τὴν αὐτοῦ γυναῖκα Ἱπποδάμειαν τὴν καὶ Βρισηίδα. καὶ οὐ παρεχώρησεν, ἀλλ’ εὐθέως ἀπὸ τοῦ κόπου τῆς ὁδοῦ ἅμα τοῖς μετ’ αὐτοῦ συμβαλὼν οὖν μάχεται μετὰ Ἀχιλλέως πικρῶς, ἕως ἐβλήθη δόρατι ὑπὸ Εὐρυτίωνός τινος τῶν ὄντων μετὰ Ἀχιλλέως</w:t>
      </w:r>
    </w:p>
    <w:p>
      <w:r>
        <w:rPr>
          <w:rFonts w:ascii="Courier New" w:hAnsi="Courier New"/>
          <w:color w:val="555555"/>
          <w:sz w:val="20"/>
        </w:rPr>
        <w:t>[15]</w:t>
      </w:r>
    </w:p>
    <w:p>
      <w:r>
        <w:rPr>
          <w:rFonts w:ascii="Gentium Plus" w:hAnsi="Gentium Plus"/>
          <w:sz w:val="24"/>
        </w:rPr>
        <w:t>ἐξάρχων τοῦ διαφέροντος αὐτῷ στρατοῦ, καὶ ἀπώλοντο οἱ μετ’ αὐτοῦ τοῦ Μενέτου πάντες. ἡ δὲ Ἱπποδάμεια ἡ καὶ Βρισηὶς ἦν μακρή, λευκή, καλλίμασθος, εὔστολος, σύνοφρυς, εὔρινος, μεγαλόφθαλμος, κεχολλαϊσμένα ἔχουσα βλέφαρα, οὐλόθριξ, ὀπι‐ σθόκομος, φιλόγελως, οὖσα ἐνιαυτῶν καʹ. ἥντινα ἑωρακὼς ὁ</w:t>
      </w:r>
    </w:p>
    <w:p>
      <w:r>
        <w:rPr>
          <w:rFonts w:ascii="Courier New" w:hAnsi="Courier New"/>
          <w:color w:val="555555"/>
          <w:sz w:val="20"/>
        </w:rPr>
        <w:t>[20]</w:t>
      </w:r>
    </w:p>
    <w:p>
      <w:r>
        <w:rPr>
          <w:rFonts w:ascii="Gentium Plus" w:hAnsi="Gentium Plus"/>
          <w:sz w:val="24"/>
        </w:rPr>
        <w:t>Ἀχιλλεὺς ἐπόθησε· καὶ πεσὼν εἰς ἔρωτα αὐτῆς, λαβὼν ἀποκρύ‐ βει αὐτὴν ἐν τῷ ἰδίῳ παπυλεῶνι, μὴ ἀγαγὼν αὐτὴν εἰς τὸ πλῆ‐ θος τῶν Ἑλλήνων· τὰ δὲ χρήματα καὶ τὴν Ἀστυνόμην Χρυσηίδα</w:t>
      </w:r>
    </w:p>
    <w:p>
      <w:r>
        <w:rPr>
          <w:rFonts w:ascii="Courier New" w:hAnsi="Courier New"/>
          <w:color w:val="555555"/>
          <w:sz w:val="20"/>
        </w:rPr>
        <w:t>[Chron . 102]</w:t>
      </w:r>
    </w:p>
    <w:p>
      <w:r>
        <w:rPr>
          <w:rFonts w:ascii="Gentium Plus" w:hAnsi="Gentium Plus"/>
          <w:sz w:val="24"/>
        </w:rPr>
        <w:t>τοῦ καὶ τῶν βασιλέων. γνόντες δὲ πάντες διὰ τὴν Βρίσου θυ‐ γατέρα, γυναῖκα δὲ τοῦ Μενέτου, ὅτι ἀπέκρυψεν αὐτὴν ὁ Ἀχιλ‐ λεὺς μετὰ τοῦ ἐφόρει κοσμίου, ἐλυπήθησαν πρὸς αὐτὸν καὶ ὠρ‐ γίσθησαν κατ’ αὐτοῦ, διότι ἐπιώρκησε διὰ τὸν εἶχε πρὸς αὐτὴν</w:t>
      </w:r>
    </w:p>
    <w:p>
      <w:r>
        <w:rPr>
          <w:rFonts w:ascii="Courier New" w:hAnsi="Courier New"/>
          <w:color w:val="555555"/>
          <w:sz w:val="20"/>
        </w:rPr>
        <w:t>[5]</w:t>
      </w:r>
    </w:p>
    <w:p>
      <w:r>
        <w:rPr>
          <w:rFonts w:ascii="Gentium Plus" w:hAnsi="Gentium Plus"/>
          <w:sz w:val="24"/>
        </w:rPr>
        <w:t>ἔρωτα. καὶ πάντες ἐλοιδόρουν αὐτὸν ὅτι ἀπέκρυψεν αὐτήν, καὶ συναχθέντες ἐν κομβέντῳ ἐκώλυσαν τὸν αὐτὸν Ἀχιλλέα τοῦ ἐπιῤ‐ ῥίπτειν καὶ παραλαμβάνειν πόλεις καὶ πραιδεύειν χώρας, ἄλλους ἀντ’ αὐτοῦ καταστήσαντες τὸν Τεῦκρον, τὸν ἀδελφὸν Αἴαντος τοῦ Τελαμωνίου, καὶ τὸν Ἰδομενέα. οἵτινες παρέλαβον τὴν Κύ‐</w:t>
      </w:r>
    </w:p>
    <w:p>
      <w:r>
        <w:rPr>
          <w:rFonts w:ascii="Courier New" w:hAnsi="Courier New"/>
          <w:color w:val="555555"/>
          <w:sz w:val="20"/>
        </w:rPr>
        <w:t>[10]</w:t>
      </w:r>
    </w:p>
    <w:p>
      <w:r>
        <w:rPr>
          <w:rFonts w:ascii="Gentium Plus" w:hAnsi="Gentium Plus"/>
          <w:sz w:val="24"/>
        </w:rPr>
        <w:t>προν καὶ τὴν Ἰσαυρίαν καὶ τὴν Λυκίαν πραιδεύσαντες καὶ ἀπολέ‐ σαντες αὐτάς. ὁ δὲ Τελαμώνιος Αἴας ὁρμήσας τοὺς Θρᾳκοὺς τοὺς ἐν Χεῤῥονήσῳ ἐπολιόρκει καὶ τὸν Πολυμήστορα τὸν βασιλέα αὐτῶν. ὁ δὲ Πολυμήστωρ φοβηθεὶς τὴν τοῦ ἀνδρὸς ἀλκήν, χρυ‐ σὸν αὐτῷ πολὺν δοὺς καὶ σῖτον ἑνὸς ἐνιαυτοῦ εἰς ἀνάλωμα τοῦ</w:t>
      </w:r>
    </w:p>
    <w:p>
      <w:r>
        <w:rPr>
          <w:rFonts w:ascii="Courier New" w:hAnsi="Courier New"/>
          <w:color w:val="555555"/>
          <w:sz w:val="20"/>
        </w:rPr>
        <w:t>[15]</w:t>
      </w:r>
    </w:p>
    <w:p>
      <w:r>
        <w:rPr>
          <w:rFonts w:ascii="Gentium Plus" w:hAnsi="Gentium Plus"/>
          <w:sz w:val="24"/>
        </w:rPr>
        <w:t>Ἀχαϊκοῦ στρατοῦ, καὶ ἔκδοτον δοὺς τὸν υἱὸν τοῦ Πριάμου τὸν μικρότερον πάντων, Πολύδωρον ὀνόματι, παρατεθέντα αὐτῷ παρὰ τοῦ Πριάμου τοῦ πατρὸς αὐτοῦ μετὰ χρημάτων πολλῶν· ἠγάπα γὰρ τὸν Πολύδωρον, ὡς μικρότερον πάντων, ὁ Πρίαμος, καὶ ὡς εὐπρεπῆ· διὰ γὰρ τοῦτο καὶ ἐν ἄλλῃ χώρᾳ αὐτὸν παρέ‐</w:t>
      </w:r>
    </w:p>
    <w:p>
      <w:r>
        <w:rPr>
          <w:rFonts w:ascii="Courier New" w:hAnsi="Courier New"/>
          <w:color w:val="555555"/>
          <w:sz w:val="20"/>
        </w:rPr>
        <w:t>[20]</w:t>
      </w:r>
    </w:p>
    <w:p>
      <w:r>
        <w:rPr>
          <w:rFonts w:ascii="Gentium Plus" w:hAnsi="Gentium Plus"/>
          <w:sz w:val="24"/>
        </w:rPr>
        <w:t>θετο, ἵνα μὴ ὡς παιδίον ταράττηται, ἀκούων πολέμων· ποιή‐ σας ὁ αὐτὸς Πολυμήστωρ συνθήκας μετὰ τοῦ Αἴαντος ἐγγράφως</w:t>
      </w:r>
    </w:p>
    <w:p>
      <w:r>
        <w:rPr>
          <w:rFonts w:ascii="Courier New" w:hAnsi="Courier New"/>
          <w:color w:val="555555"/>
          <w:sz w:val="20"/>
        </w:rPr>
        <w:t>[Chron . 103]</w:t>
      </w:r>
    </w:p>
    <w:p>
      <w:r>
        <w:rPr>
          <w:rFonts w:ascii="Gentium Plus" w:hAnsi="Gentium Plus"/>
          <w:sz w:val="24"/>
        </w:rPr>
        <w:t>θε πρὸς τὸν Τεύθραντα βασιλέα, καὶ συμβαλὼν αὐτῷ πόλεμον ξίφει ἀναιρεῖ αὐτόν· ἐκπορθήσας δὲ τὴν τούτου πόλιν καὶ τὰ αὐ‐ τοῦ πάντα λαβών, καὶ τὴν θυγατέρα αὐτοῦ Τέκμησσαν ἄγει καὶ τὸν αὐτοῦ πλοῦτον καὶ πάντα νυκτὸς ἐπὶ τοὺς Ἕλληνας. ἦν δὲ</w:t>
      </w:r>
    </w:p>
    <w:p>
      <w:r>
        <w:rPr>
          <w:rFonts w:ascii="Courier New" w:hAnsi="Courier New"/>
          <w:color w:val="555555"/>
          <w:sz w:val="20"/>
        </w:rPr>
        <w:t>[5]</w:t>
      </w:r>
    </w:p>
    <w:p>
      <w:r>
        <w:rPr>
          <w:rFonts w:ascii="Gentium Plus" w:hAnsi="Gentium Plus"/>
          <w:sz w:val="24"/>
        </w:rPr>
        <w:t>ἡ Τέκμησσα τῇ ἡλικίᾳ εὔστολος, μελάγχροος, εὐόφθαλμος, λε‐ πτόρινος, μελάνθριξ, λεπτοχαράκτηρος, παρθένος, οὖσα ἐτῶν ιζʹ. τὸν δὲ Πολύδωρον, τὸν υἱὸν τοῦ Πριάμου, οἱ Δαναοὶ στή‐ σαντες κατέναντι τοῦ τείχους ἐδήλωσαν τῷ Πριάμῳ πέμψαι τὴν Ἑλένην καὶ λαβεῖν τὸν Πολύδωρον υἱὸν αὐτοῦ καὶ γενέσθαι εἰρή‐</w:t>
      </w:r>
    </w:p>
    <w:p>
      <w:r>
        <w:rPr>
          <w:rFonts w:ascii="Courier New" w:hAnsi="Courier New"/>
          <w:color w:val="555555"/>
          <w:sz w:val="20"/>
        </w:rPr>
        <w:t>[10]</w:t>
      </w:r>
    </w:p>
    <w:p>
      <w:r>
        <w:rPr>
          <w:rFonts w:ascii="Gentium Plus" w:hAnsi="Gentium Plus"/>
          <w:sz w:val="24"/>
        </w:rPr>
        <w:t>νην· ἐπεὶ φονεύομεν αὐτόν. καὶ οὐχ εἵλοντο *** ***ρεν ἐκ τῆς κινήσεως τῶν ἑπτὰ πλανητῶν κατὰ μοιρικὴν τύχην ἐπαγόντων τοῖς ἀνθρώποις χαρὰς καὶ λύπας, ὁρίσας τὴν τάβλαν τὸν γήινον κόσμον, τοὺς δὲ δυοκαίδεκα κάσους τὸν ζω‐ διακὸν ἀριθμόν, τὸ δὲ ψηφόβολον καὶ τὰ ἐν αὐτῷ ἑπτὰ κοκκία</w:t>
      </w:r>
    </w:p>
    <w:p>
      <w:r>
        <w:rPr>
          <w:rFonts w:ascii="Courier New" w:hAnsi="Courier New"/>
          <w:color w:val="555555"/>
          <w:sz w:val="20"/>
        </w:rPr>
        <w:t>[15]</w:t>
      </w:r>
    </w:p>
    <w:p>
      <w:r>
        <w:rPr>
          <w:rFonts w:ascii="Gentium Plus" w:hAnsi="Gentium Plus"/>
          <w:sz w:val="24"/>
        </w:rPr>
        <w:t>τὰ ἑπτὰ ἄστρα, τὸν δὲ πύργον τὸ ὕψος τοῦ οὐρανοῦ, ἐξ οὗ ἀν‐ ταποδίδοται πᾶσι καλὰ καὶ κακά. Μηριόνης κονδοειδής, πλατύς, λευκός, εὐπώγων, μεγαλό‐ φθαλμος, μελάγκορος, οὐλόθριξ, πλατόψις, στρεβλόρινος, πε‐ ρίγοργος, μεγαλόψυχος, πολεμιστής.</w:t>
      </w:r>
    </w:p>
    <w:p>
      <w:r>
        <w:rPr>
          <w:rFonts w:ascii="Courier New" w:hAnsi="Courier New"/>
          <w:color w:val="555555"/>
          <w:sz w:val="20"/>
        </w:rPr>
        <w:t>[20]</w:t>
      </w:r>
    </w:p>
    <w:p>
      <w:r>
        <w:rPr>
          <w:rFonts w:ascii="Gentium Plus" w:hAnsi="Gentium Plus"/>
          <w:sz w:val="24"/>
        </w:rPr>
        <w:t>Ἰδομενεὺς διμοιριαῖος, μελάγχροος, εὐόφθαλμος, εὔθετος,</w:t>
      </w:r>
    </w:p>
    <w:p>
      <w:r>
        <w:rPr>
          <w:rFonts w:ascii="Courier New" w:hAnsi="Courier New"/>
          <w:color w:val="555555"/>
          <w:sz w:val="20"/>
        </w:rPr>
        <w:t>[Chron . 104]</w:t>
      </w:r>
    </w:p>
    <w:p>
      <w:r>
        <w:rPr>
          <w:rFonts w:ascii="Gentium Plus" w:hAnsi="Gentium Plus"/>
          <w:sz w:val="24"/>
        </w:rPr>
        <w:t>ἰσχυρός, εὔρινος, δασυπώγων, εὐκέφαλος, οὐλόθριξ, ἀπονε‐ νοημένος πολεμιστής. Φιλοκτήτης εὐμήκης, εὔθετος, μελάγχροος, σύνοφρυς, γεν‐ ναῖος, εὐόφθαλμος, εὔρινος, μελάνθριξ, πολύθριξ, φρόνιμος,</w:t>
      </w:r>
    </w:p>
    <w:p>
      <w:r>
        <w:rPr>
          <w:rFonts w:ascii="Courier New" w:hAnsi="Courier New"/>
          <w:color w:val="555555"/>
          <w:sz w:val="20"/>
        </w:rPr>
        <w:t>[5]</w:t>
      </w:r>
    </w:p>
    <w:p>
      <w:r>
        <w:rPr>
          <w:rFonts w:ascii="Gentium Plus" w:hAnsi="Gentium Plus"/>
          <w:sz w:val="24"/>
        </w:rPr>
        <w:t>τοξότης εὔστοχος, μεγαλόψυχος. Αἴας ὁ Λοκρὸς μακρός, εὐσθενής, μελίχρους, στραβός, εὔρινος, οὐλόθριξ, μελάνθριξ, δασυπώγων, μάκροψις, τολ‐ μηρὸς πολεμιστής, μεγαλόψυχος, καταγύναιος. Πύῤῥος ὁ καὶ Νεοπτόλεμος εὐῆλιξ, εὐθώραξ, λεπτός,</w:t>
      </w:r>
    </w:p>
    <w:p>
      <w:r>
        <w:rPr>
          <w:rFonts w:ascii="Courier New" w:hAnsi="Courier New"/>
          <w:color w:val="555555"/>
          <w:sz w:val="20"/>
        </w:rPr>
        <w:t>[10]</w:t>
      </w:r>
    </w:p>
    <w:p>
      <w:r>
        <w:rPr>
          <w:rFonts w:ascii="Gentium Plus" w:hAnsi="Gentium Plus"/>
          <w:sz w:val="24"/>
        </w:rPr>
        <w:t>λευκός, εὔρινος, πυῤῥόθριξ, οὖλος, ὑπόγλαυκος, μεγαλόφθαλ‐ μος, ξάνθοφρυς, ξανθοαρχιγένειος, στρογγυλόψις, προπετής, τολμηρός, εὔσκυλτος, πικρὸς πολεμιστής. οὗτος δὲ ὑπῆρχεν υἱὸς τοῦ Ἀχιλλέως ἐκ Δηιδαμείης, θυγατρὸς Λυκομήδους, ὅστις μετὰ τὴν τελευτὴν τοῦ ἰδίου πατρὸς ἐξεπέμφθη ὑπὸ Θέτιδος καὶ</w:t>
      </w:r>
    </w:p>
    <w:p>
      <w:r>
        <w:rPr>
          <w:rFonts w:ascii="Courier New" w:hAnsi="Courier New"/>
          <w:color w:val="555555"/>
          <w:sz w:val="20"/>
        </w:rPr>
        <w:t>[15]</w:t>
      </w:r>
    </w:p>
    <w:p>
      <w:r>
        <w:rPr>
          <w:rFonts w:ascii="Gentium Plus" w:hAnsi="Gentium Plus"/>
          <w:sz w:val="24"/>
        </w:rPr>
        <w:t>Πηλέως, [ὡς] πάππου αὐτοῦ, αἰτηθεὶς ὑπὸ τῶν Ἀχαιῶν, ὡς τοῦ Ἀχιλλέως δόλῳ φονευθέντος, ἐκδικῆσαι τὸ πατρῷον αἷμα. καὶ ὁπλισάμενος ἐπεστράτευσεν εἰς τὸ Ἴλιον σὺν ναυσὶν κβʹ ἐκ τοῦ Πηλέως λαβὼν ἴδιον στρατὸν Μυρμιδόνων, τὸν ἀριθμὸν ͵αχνʹ. καὶ ἀποπλεύσας κατέλαβε τὴν Τροίαν, καὶ εὗρεν εἰς τὰς σκηνὰς</w:t>
      </w:r>
    </w:p>
    <w:p>
      <w:r>
        <w:rPr>
          <w:rFonts w:ascii="Courier New" w:hAnsi="Courier New"/>
          <w:color w:val="555555"/>
          <w:sz w:val="20"/>
        </w:rPr>
        <w:t>[20]</w:t>
      </w:r>
    </w:p>
    <w:p>
      <w:r>
        <w:rPr>
          <w:rFonts w:ascii="Gentium Plus" w:hAnsi="Gentium Plus"/>
          <w:sz w:val="24"/>
        </w:rPr>
        <w:t>τοῦ ἰδίου πατρὸς Ἀχιλλέως Ἱπποδάμειαν τὴν καὶ Βρισηίδα, φύ‐</w:t>
      </w:r>
    </w:p>
    <w:p>
      <w:r>
        <w:rPr>
          <w:rFonts w:ascii="Courier New" w:hAnsi="Courier New"/>
          <w:color w:val="555555"/>
          <w:sz w:val="20"/>
        </w:rPr>
        <w:t>[Chron . 105]</w:t>
      </w:r>
    </w:p>
    <w:p>
      <w:r>
        <w:rPr>
          <w:rFonts w:ascii="Gentium Plus" w:hAnsi="Gentium Plus"/>
          <w:sz w:val="24"/>
        </w:rPr>
        <w:t>πολλῇ τιμῇ, αἰτήσας αὐτὴν φύλακα εἶναι καὶ τῶν ἑαυτοῦ ἐν τῇ πατρῴα σκηνῇ. καὶ μετ’ ὀλίγον καιρὸν τελευτᾷ ἡ Βρισηὶς νόσῳ βληθεῖσα. Κάλχας κονδοειδής, λευκός, ὁλοπόλιος καὶ τὸ γένειον, πο‐</w:t>
      </w:r>
    </w:p>
    <w:p>
      <w:r>
        <w:rPr>
          <w:rFonts w:ascii="Courier New" w:hAnsi="Courier New"/>
          <w:color w:val="555555"/>
          <w:sz w:val="20"/>
        </w:rPr>
        <w:t>[5]</w:t>
      </w:r>
    </w:p>
    <w:p>
      <w:r>
        <w:rPr>
          <w:rFonts w:ascii="Gentium Plus" w:hAnsi="Gentium Plus"/>
          <w:sz w:val="24"/>
        </w:rPr>
        <w:t>λύθριξ, μάντις καὶ οἰωνοσκόπος ἄριστος. Τῆς δὲ Τροίης οἱ ἄριστοι ἄνδρες οὗτοι. Πρίαμος τῇ ἡλικίᾳ εὐμήκης, μέγας, καλός, πυῤῥόχροος, ὑπόγλαυκος, μακρόρινος, σύνοφρυς, εὐόφθαλμος, πολιός, κα‐ τεσταλμένος.</w:t>
      </w:r>
    </w:p>
    <w:p>
      <w:r>
        <w:rPr>
          <w:rFonts w:ascii="Courier New" w:hAnsi="Courier New"/>
          <w:color w:val="555555"/>
          <w:sz w:val="20"/>
        </w:rPr>
        <w:t>[10]</w:t>
      </w:r>
    </w:p>
    <w:p>
      <w:r>
        <w:rPr>
          <w:rFonts w:ascii="Gentium Plus" w:hAnsi="Gentium Plus"/>
          <w:sz w:val="24"/>
        </w:rPr>
        <w:t>Ἕκτωρ μελάγχροος, μακρός, πάνυ εὔογκος, δυνατὸς ἐν ἰσχύϊ, εὔρινος, οὖλος, εὐπώγων, στραβός, ψελλός, εὐγενής, φοβερὸς πολεμιστὴς καὶ βαρύφωνος. Δηίφοβος διμοιριαῖος, εὐόφθαλμος, ὑπόσιμος, μελάγχροος, πλατόψις, γενναῖος, εὐπώγων.</w:t>
      </w:r>
    </w:p>
    <w:p>
      <w:r>
        <w:rPr>
          <w:rFonts w:ascii="Courier New" w:hAnsi="Courier New"/>
          <w:color w:val="555555"/>
          <w:sz w:val="20"/>
        </w:rPr>
        <w:t>[15]</w:t>
      </w:r>
    </w:p>
    <w:p>
      <w:r>
        <w:rPr>
          <w:rFonts w:ascii="Gentium Plus" w:hAnsi="Gentium Plus"/>
          <w:sz w:val="24"/>
        </w:rPr>
        <w:t>Ἕλενος μακρός, εὔθετος, λευκός, ἰσχυρός, ξανθός, οἰνο‐ παεῖς τοὺς ὀφθαλμοὺς ἔχων, μακρόρινος, ἀρχιγένειος, ὑπόκυρ‐ τος, φρόνιμος, πολεμιστής. Τρωίλος μέγας, ἔρινος, ἁπλόθριξ, μελίχρους, εὐόφθαλ‐ μος, μελάνθριξ, δασυπώγων, ἰσχυρὸς πολεμιστὴς καὶ δρόμαξ.</w:t>
      </w:r>
    </w:p>
    <w:p>
      <w:r>
        <w:rPr>
          <w:rFonts w:ascii="Courier New" w:hAnsi="Courier New"/>
          <w:color w:val="555555"/>
          <w:sz w:val="20"/>
        </w:rPr>
        <w:t>[20]</w:t>
      </w:r>
    </w:p>
    <w:p>
      <w:r>
        <w:rPr>
          <w:rFonts w:ascii="Gentium Plus" w:hAnsi="Gentium Plus"/>
          <w:sz w:val="24"/>
        </w:rPr>
        <w:t>Πάρις ὁ καὶ Ἀλέξανδρος, εὐῆλιξ, εὐσθενής, λευκός, εὔ‐</w:t>
      </w:r>
    </w:p>
    <w:p>
      <w:r>
        <w:rPr>
          <w:rFonts w:ascii="Courier New" w:hAnsi="Courier New"/>
          <w:color w:val="555555"/>
          <w:sz w:val="20"/>
        </w:rPr>
        <w:t>[Chron . 106]</w:t>
      </w:r>
    </w:p>
    <w:p>
      <w:r>
        <w:rPr>
          <w:rFonts w:ascii="Gentium Plus" w:hAnsi="Gentium Plus"/>
          <w:sz w:val="24"/>
        </w:rPr>
        <w:t>κρόψις, κάτοφρυς, μεγαλόστομος, εὐχαρής, ἐλλόγιμος, εὐκίνη‐ τος, τοξότης εὔστοχος, δειλός, φιλήδονος. Αἰνείας κονδοειδής, παχύς, εὔστηθος, ἰσχυρός, πυῤῥάκης, πλατόψις, εὔρινος, λευκός, ἀναφάλας, εὐπώγων.</w:t>
      </w:r>
    </w:p>
    <w:p>
      <w:r>
        <w:rPr>
          <w:rFonts w:ascii="Courier New" w:hAnsi="Courier New"/>
          <w:color w:val="555555"/>
          <w:sz w:val="20"/>
        </w:rPr>
        <w:t>[5]</w:t>
      </w:r>
    </w:p>
    <w:p>
      <w:r>
        <w:rPr>
          <w:rFonts w:ascii="Gentium Plus" w:hAnsi="Gentium Plus"/>
          <w:sz w:val="24"/>
        </w:rPr>
        <w:t>Γλαῦκος ἰσχυρός, φρόνιμος, εὐσεβής. Ἀντήνωρ μακρός, λεπτός, λευκός, ξανθός, μικρόφθαλμος, ἀγκυλόρινος, δόλιος, δειλός, ἀσφαλής, πολυίστωρ, ἐλλόγιμος. Ἑκάβη μελίχροος, εὐόφθαλμος, τελεία, εὔρινος, ὡραία, φι‐ λότιμος, εὐόμιλος, ἥσυχος.</w:t>
      </w:r>
    </w:p>
    <w:p>
      <w:r>
        <w:rPr>
          <w:rFonts w:ascii="Courier New" w:hAnsi="Courier New"/>
          <w:color w:val="555555"/>
          <w:sz w:val="20"/>
        </w:rPr>
        <w:t>[10]</w:t>
      </w:r>
    </w:p>
    <w:p>
      <w:r>
        <w:rPr>
          <w:rFonts w:ascii="Gentium Plus" w:hAnsi="Gentium Plus"/>
          <w:sz w:val="24"/>
        </w:rPr>
        <w:t>Ἀνδρομάχη διμοιριαία, λεπτή, εὔστολος, εὔρινος, εὔμα‐ σθος, εὐόφθαλμος, εὔοφρυς, οὔλη, ὑπόξανθος, ὀπισθόκομος, μακροχαράκτηρος, εὐτράχηλος, γελασίνας ἔχουσα ἐν ταῖς πα‐ ρειαῖς, εὐχαρής, γοργή. Κασσάνδρα κονδοειδής, στρογγυλόψις, λευκή, ἀνδροειδὴς</w:t>
      </w:r>
    </w:p>
    <w:p>
      <w:r>
        <w:rPr>
          <w:rFonts w:ascii="Courier New" w:hAnsi="Courier New"/>
          <w:color w:val="555555"/>
          <w:sz w:val="20"/>
        </w:rPr>
        <w:t>[15]</w:t>
      </w:r>
    </w:p>
    <w:p>
      <w:r>
        <w:rPr>
          <w:rFonts w:ascii="Gentium Plus" w:hAnsi="Gentium Plus"/>
          <w:sz w:val="24"/>
        </w:rPr>
        <w:t>τὴν πλάσιν, εὔρινος, εὐόφθαλμος, μελάγκορος, ὑπόξανθος, οὔλη, εὐτράχηλος, ὀγκόμασθος, μικρόπους, ἥσυχος, εὐγενής, ἱερατική, μάντις ἀκριβὴς καὶ πάντα προλέγουσα, ἀσκητική, παρθένος. Πολυξένη μακρή, καθαρία, λευκὴ πάνυ, μεγαλόφθαλμος,</w:t>
      </w:r>
    </w:p>
    <w:p>
      <w:r>
        <w:rPr>
          <w:rFonts w:ascii="Courier New" w:hAnsi="Courier New"/>
          <w:color w:val="555555"/>
          <w:sz w:val="20"/>
        </w:rPr>
        <w:t>[20]</w:t>
      </w:r>
    </w:p>
    <w:p>
      <w:r>
        <w:rPr>
          <w:rFonts w:ascii="Gentium Plus" w:hAnsi="Gentium Plus"/>
          <w:sz w:val="24"/>
        </w:rPr>
        <w:t>μελάνθριξ, ὀπισθόκομος, εὔρινος, εὐπάρειος, μικρόσιμος, ἀν‐</w:t>
      </w:r>
    </w:p>
    <w:p>
      <w:r>
        <w:rPr>
          <w:rFonts w:ascii="Courier New" w:hAnsi="Courier New"/>
          <w:color w:val="555555"/>
          <w:sz w:val="20"/>
        </w:rPr>
        <w:t>[Chron . 107]</w:t>
      </w:r>
    </w:p>
    <w:p>
      <w:r>
        <w:rPr>
          <w:rFonts w:ascii="Gentium Plus" w:hAnsi="Gentium Plus"/>
          <w:sz w:val="24"/>
        </w:rPr>
        <w:t>ἐνιαυτῶν ιηʹ ἐσφάγη, καθὼς ὁ σοφώτατος Δίκτυς ὁ ἐκ τῆς Κρή‐ της ὑπεμνημάτισε μετὰ ἀληθείας τὰ προγεγραμμένα καὶ τὰ λοιπὰ πάντα τῶν ἐπὶ τὸ Ἴλιον ἐπιστρατευσάντων Ἑλλήνων. ἦν γὰρ μετὰ τοῦ Ἰδομενέως τοῦ προμάχου τῶν Δαναῶν τοῦ κατελθόντος</w:t>
      </w:r>
    </w:p>
    <w:p>
      <w:r>
        <w:rPr>
          <w:rFonts w:ascii="Courier New" w:hAnsi="Courier New"/>
          <w:color w:val="555555"/>
          <w:sz w:val="20"/>
        </w:rPr>
        <w:t>[5]</w:t>
      </w:r>
    </w:p>
    <w:p>
      <w:r>
        <w:rPr>
          <w:rFonts w:ascii="Gentium Plus" w:hAnsi="Gentium Plus"/>
          <w:sz w:val="24"/>
        </w:rPr>
        <w:t>εἰς τὸν πόλεμον ἅμα τοῖς ἄλλοις Ἀχαιοῖς· συγγραφεὺς γὰρ αὐτοῦ τοῦ Ἰδομενέως ἐτύγχανεν ὁ αὐτὸς Δίκτυς καὶ ἑωρακὼς ἀκριβῶς τὰ τοῦ πολέμου καὶ συγγραψάμενος, ὡς παρὼν τότε ἐν τοῖς χρό‐ νοις ἐκείνοις μετὰ Ἑλλήνων. ὅστις ἐξέθετο καὶ τοὺς προτραπέν‐ τας ὑπὸ Ἀγαμέμνονος καὶ Μενελάου βασιλέων καὶ τοὺς ὁπλισα‐</w:t>
      </w:r>
    </w:p>
    <w:p>
      <w:r>
        <w:rPr>
          <w:rFonts w:ascii="Courier New" w:hAnsi="Courier New"/>
          <w:color w:val="555555"/>
          <w:sz w:val="20"/>
        </w:rPr>
        <w:t>[10]</w:t>
      </w:r>
    </w:p>
    <w:p>
      <w:r>
        <w:rPr>
          <w:rFonts w:ascii="Gentium Plus" w:hAnsi="Gentium Plus"/>
          <w:sz w:val="24"/>
        </w:rPr>
        <w:t>μένους καὶ κατελθόντας μετὰ τοῦ στόλου ἐπὶ τὸ Ἴλιον, ἕκαστον ἔχοντα ἴδιον στρατὸν καὶ ναῦς. ὅστις πρὸ πάντων ἐξώρμησεν Ἀγαμέμνων, υἱὸς Ἀτρέως, Μυκηναίων βασιλεύς, σὺν νηυσὶν ρʹ, καὶ εἰς λόγον ἀποτροφῆς τῶν στρατοπέδων νῆας λʹ, Μενέλαος καὶ Λήιστος καὶ Ἀρκεσίλαος καὶ Προθοήνωρ καὶ Κλονίος σὺν νηυ‐</w:t>
      </w:r>
    </w:p>
    <w:p>
      <w:r>
        <w:rPr>
          <w:rFonts w:ascii="Courier New" w:hAnsi="Courier New"/>
          <w:color w:val="555555"/>
          <w:sz w:val="20"/>
        </w:rPr>
        <w:t>[15]</w:t>
      </w:r>
    </w:p>
    <w:p>
      <w:r>
        <w:rPr>
          <w:rFonts w:ascii="Gentium Plus" w:hAnsi="Gentium Plus"/>
          <w:sz w:val="24"/>
        </w:rPr>
        <w:t>σὶν νʹ, Ἐλεφήνωρ ἐξ Εὐβοίας σὺν νηυσὶν ξʹ, Μενέλαος δὲ υἱὸς Πλεισθένους, ὁ τῆς Σπάρτου βασιλεύς, σὺν νηυσὶν ξʹ, Διομήδης ἐξ Ἄργους νηυσὶν πʹ, Ἀσκάλαφος καὶ Ἰάλμενος σὺν νηυσὶν λʹ, Σχεδίος καὶ Ἐπίστροφος σὺν νηυσὶ μʹ, Μέγης ἐκ Δολίχης τῆς Ἑλ‐ λάδος σὺν νηυσὶ μʹ, Αἴας Τελαμώνιος ἐκ τῆς Σαλαμίνου σὺν</w:t>
      </w:r>
    </w:p>
    <w:p>
      <w:r>
        <w:rPr>
          <w:rFonts w:ascii="Courier New" w:hAnsi="Courier New"/>
          <w:color w:val="555555"/>
          <w:sz w:val="20"/>
        </w:rPr>
        <w:t>[20]</w:t>
      </w:r>
    </w:p>
    <w:p>
      <w:r>
        <w:rPr>
          <w:rFonts w:ascii="Gentium Plus" w:hAnsi="Gentium Plus"/>
          <w:sz w:val="24"/>
        </w:rPr>
        <w:t>νηυσὶ μʹ, Νέστωρ σὺν νηυσὶν ϟʹ, Θόας σὺν νηυσὶ μʹ, Ἀγήνωρ καὶ Τευθίδης σὺν νηυσὶν ξʹ, Πρόθωος καὶ Μαγνίτωρ σὺν νηυσὶ</w:t>
      </w:r>
    </w:p>
    <w:p>
      <w:r>
        <w:rPr>
          <w:rFonts w:ascii="Courier New" w:hAnsi="Courier New"/>
          <w:color w:val="555555"/>
          <w:sz w:val="20"/>
        </w:rPr>
        <w:t>[Chron . 108]</w:t>
      </w:r>
    </w:p>
    <w:p>
      <w:r>
        <w:rPr>
          <w:rFonts w:ascii="Gentium Plus" w:hAnsi="Gentium Plus"/>
          <w:sz w:val="24"/>
        </w:rPr>
        <w:t>Χαλίας ἐκ Τρίκκης σὺν νηυσὶ μʹ, Λεοντεὺς καὶ Πολυπήτης σὺν νηυσὶ μʹ, Ἀμφιγενείας ἐξ Ἰλίου σὺν νηυσὶ μγʹ, Μενεσθεὺς ἐξ Ἀθηνῶν νηυσὶ νʹ, Ἰδομενεὺς καὶ Μηριόνης ἐκ Κρήτης σὺν νηυ‐ σὶν πʹ, Ὀδυσσεὺς ἐκ Κεφαληνίας Ἰθάκης σὺν νηυσὶν ιβʹ, Τλη‐</w:t>
      </w:r>
    </w:p>
    <w:p>
      <w:r>
        <w:rPr>
          <w:rFonts w:ascii="Courier New" w:hAnsi="Courier New"/>
          <w:color w:val="555555"/>
          <w:sz w:val="20"/>
        </w:rPr>
        <w:t>[5]</w:t>
      </w:r>
    </w:p>
    <w:p>
      <w:r>
        <w:rPr>
          <w:rFonts w:ascii="Gentium Plus" w:hAnsi="Gentium Plus"/>
          <w:sz w:val="24"/>
        </w:rPr>
        <w:t>πόλεμος σὺν νηυσὶν θʹ, Αἴας ὁ Λοκρὸς σὺν νηυσὶν θʹ, Ἀχιλ‐ λεὺς ἐκ τοῦ Ἄργους τῆς Ἑλλάδος σὺν Πατρόκλῳ σὺν νηυσὶ νʹ, Πρωτεσίλαος καὶ Ποδάρκης σὺν νηυσὶ μʹ, Παλαμήδης σὺν νηυ‐ σὶ ιβʹ, Φιλοκτήτης ἐκ Μοθόνης σὺν νηυσὶν κβʹ, Σώρθης, Φί‐ λιππος, Ἄντιφος σὺν νηυσὶν οηʹ. αἱ πᾶσαι νῆες τῶν Ἑλλήνων</w:t>
      </w:r>
    </w:p>
    <w:p>
      <w:r>
        <w:rPr>
          <w:rFonts w:ascii="Courier New" w:hAnsi="Courier New"/>
          <w:color w:val="555555"/>
          <w:sz w:val="20"/>
        </w:rPr>
        <w:t>[10]</w:t>
      </w:r>
    </w:p>
    <w:p>
      <w:r>
        <w:rPr>
          <w:rFonts w:ascii="Gentium Plus" w:hAnsi="Gentium Plus"/>
          <w:sz w:val="24"/>
        </w:rPr>
        <w:t>͵ασνʹ. οἳ ἀπέπλευσαν κατὰ τὰ ἴδια μανδᾶτα πρῶτον εἰς τὴν Αὐ‐ λίδα χώραν, κἀκεῖθεν ἐπιστάντες τῇ χώρᾳ τῶν Φρυγῶν ἐξεπόρ‐ θησαν τὰ αὐτῶν βασίλεια, ὡς προγέγραπται, παραλαβόντες Πρίαμον βασιλέα καὶ φονεύσαντες αὐτὸν καὶ Ἑκάβην βασιλίδα, τοὺς δὲ αὐτῶν παῖδας αἰχμαλώτους εἰληφότες καὶ πάντα τὰ βα‐</w:t>
      </w:r>
    </w:p>
    <w:p>
      <w:r>
        <w:rPr>
          <w:rFonts w:ascii="Courier New" w:hAnsi="Courier New"/>
          <w:color w:val="555555"/>
          <w:sz w:val="20"/>
        </w:rPr>
        <w:t>[15]</w:t>
      </w:r>
    </w:p>
    <w:p>
      <w:r>
        <w:rPr>
          <w:rFonts w:ascii="Gentium Plus" w:hAnsi="Gentium Plus"/>
          <w:sz w:val="24"/>
        </w:rPr>
        <w:t>σίλεια διαρπασάμενοι ὑπέστρεψαν εἰς τὰς ἰδίας χώρας. κατέσχεν οὖν ἡ βασιλεία Ἐφέσου τῆς Ἀσίας πάσης καὶ Τροίης τῆς Φρυγίας τὰ πάντα ἔτη ωιθʹ. Μετὰ οὖν τὴν ἅλωσιν τῆς Τροίης πάντες οἱ Ἀχαιοὶ μερισά‐ μενοι τὴν πραῖδαν καὶ τὰ χρήματα, ἐξορμῆσαι βουλόμενοι ἐπὶ</w:t>
      </w:r>
    </w:p>
    <w:p>
      <w:r>
        <w:rPr>
          <w:rFonts w:ascii="Courier New" w:hAnsi="Courier New"/>
          <w:color w:val="555555"/>
          <w:sz w:val="20"/>
        </w:rPr>
        <w:t>[20]</w:t>
      </w:r>
    </w:p>
    <w:p>
      <w:r>
        <w:rPr>
          <w:rFonts w:ascii="Gentium Plus" w:hAnsi="Gentium Plus"/>
          <w:sz w:val="24"/>
        </w:rPr>
        <w:t>τὰς ἰδίας πατρίδας, τὰς ναῦς ἑαυτῶν ἑτοιμάσαντες, ἔνιοι μὲν ἀπέπλευσαν, φανεροὶ δὲ προσέμειναν, Αἴαντος τοῦ Τελαμωνίου</w:t>
      </w:r>
    </w:p>
    <w:p>
      <w:r>
        <w:rPr>
          <w:rFonts w:ascii="Courier New" w:hAnsi="Courier New"/>
          <w:color w:val="555555"/>
          <w:sz w:val="20"/>
        </w:rPr>
        <w:t>[Chron . 109]</w:t>
      </w:r>
    </w:p>
    <w:p>
      <w:r>
        <w:rPr>
          <w:rFonts w:ascii="Gentium Plus" w:hAnsi="Gentium Plus"/>
          <w:sz w:val="24"/>
        </w:rPr>
        <w:t>λαμώνιος Αἴας ἐζήτει λαβεῖν τὸ βρέτας, ὅπερ ἐστὶ τὸ Παλλά‐ διον, ζώδιον τῆς Παλλάδος μικρὸν ξύλινον, ὃ ἔλεγον εἶναι τετε‐ λεσμένον εἰς νίκην, φυλάττοντα τὴν πόλιν ἔνθα ἀπόκειται ἀπαρά‐ ληπτον. τὸ δὲ αὐτὸ Παλλάδιον ἔδωκε τῷ Τρώῳ βασιλεῖ μέλ‐</w:t>
      </w:r>
    </w:p>
    <w:p>
      <w:r>
        <w:rPr>
          <w:rFonts w:ascii="Courier New" w:hAnsi="Courier New"/>
          <w:color w:val="555555"/>
          <w:sz w:val="20"/>
        </w:rPr>
        <w:t>[5]</w:t>
      </w:r>
    </w:p>
    <w:p>
      <w:r>
        <w:rPr>
          <w:rFonts w:ascii="Gentium Plus" w:hAnsi="Gentium Plus"/>
          <w:sz w:val="24"/>
        </w:rPr>
        <w:t>λοντι κτίζειν τὴν πόλιν Ἄσιός τις, φιλόσοφος καὶ τελεστής. καὶ ὑπὲρ εὐχαριστίας ὁ Τρῶος βασιλεὺς εἰς μνήμην αὐτοῦ τὴν ὑπ’ αὐτὸν οὖσαν χώραν πᾶσαν τὴν πρῴην λεγομένην Ἐπίτροπον [ἣν] μετεκάλεσεν Ἀσίαν. τοῦτο δὲ τὸ βρέτας Ὀδυσσεὺς καὶ Διομή‐ δης ἔκλεψαν κατὰ γνώμην τοῦ Ἀντήνορος, ἐξάρχου τῶν Τρώων,</w:t>
      </w:r>
    </w:p>
    <w:p>
      <w:r>
        <w:rPr>
          <w:rFonts w:ascii="Courier New" w:hAnsi="Courier New"/>
          <w:color w:val="555555"/>
          <w:sz w:val="20"/>
        </w:rPr>
        <w:t>[10]</w:t>
      </w:r>
    </w:p>
    <w:p>
      <w:r>
        <w:rPr>
          <w:rFonts w:ascii="Gentium Plus" w:hAnsi="Gentium Plus"/>
          <w:sz w:val="24"/>
        </w:rPr>
        <w:t>οὗτινος ἡ γυνή, ὀνόματι Θεανώ, ἦν ἱέρεια τῆς Παλλάδος, ὅπου τὸ αὐτὸ βρέτας ἀπέκειτο, εἰσελθόντες νυκτὸς οἱ περὶ τὸν Ὀδυσ‐ σέα καὶ Διομήδην ἐν τῇ Τροίῃ, καὶ παρακοιμηθέντες εἰς τὸ ἱερὸν τῆς Παλλάδος, ὅτε τὰς ἑορτὰς τῶν ἀναθημάτων εἶχον οἱ Φρύ‐ γες καὶ οἱ Ἕλληνες. ἐποίησαν δὲ τοῦτο οἱ Δαναοί, ἐπειδὴ ἐδόθη</w:t>
      </w:r>
    </w:p>
    <w:p>
      <w:r>
        <w:rPr>
          <w:rFonts w:ascii="Courier New" w:hAnsi="Courier New"/>
          <w:color w:val="555555"/>
          <w:sz w:val="20"/>
        </w:rPr>
        <w:t>[15]</w:t>
      </w:r>
    </w:p>
    <w:p>
      <w:r>
        <w:rPr>
          <w:rFonts w:ascii="Gentium Plus" w:hAnsi="Gentium Plus"/>
          <w:sz w:val="24"/>
        </w:rPr>
        <w:t>αὐτοῖς χρησμὸς ὅτι Οὐ δυνατὸν ὑμᾶς παραλαβεῖν τὴν Τροίην, εἰ μὴ τὸ Παλλάδιον ἀφέλησθε. καὶ ἐζήτει λαβεῖν αὐτὸ ὁ Τελαμώ‐ νιος Αἴας εἰς τὴν ἰδίαν αὐτοῦ πατρίδα, λέγων, Ἐμοὶ ἐχρεώστη‐ ται· ἔκαμον γὰρ Ἀχαιοῖς. ἀρκεῖ μοι γὰρ ἡ παρὰ Ἕκτορος εἰς ἐμὲ γεναμένη παραίτησις ἐν τῇ παρ’ ἐμοῦ πρὸς αὐτὸν μονομαχίᾳ.</w:t>
      </w:r>
    </w:p>
    <w:p>
      <w:r>
        <w:rPr>
          <w:rFonts w:ascii="Courier New" w:hAnsi="Courier New"/>
          <w:color w:val="555555"/>
          <w:sz w:val="20"/>
        </w:rPr>
        <w:t>[20]</w:t>
      </w:r>
    </w:p>
    <w:p>
      <w:r>
        <w:rPr>
          <w:rFonts w:ascii="Gentium Plus" w:hAnsi="Gentium Plus"/>
          <w:sz w:val="24"/>
        </w:rPr>
        <w:t>καὶ πάλιν ἐποίησα ἔφοδον ἐπὶ τὴν πύλην τοῦ Ἰλίου, μόνος διώξας τοὺς Τρῶας, καὶ σώσας τὰς νῆας πάντων ὑμῶν Ἑλλήνων, καὶ</w:t>
      </w:r>
    </w:p>
    <w:p>
      <w:r>
        <w:rPr>
          <w:rFonts w:ascii="Courier New" w:hAnsi="Courier New"/>
          <w:color w:val="555555"/>
          <w:sz w:val="20"/>
        </w:rPr>
        <w:t>[Chron . 110]</w:t>
      </w:r>
    </w:p>
    <w:p>
      <w:r>
        <w:rPr>
          <w:rFonts w:ascii="Gentium Plus" w:hAnsi="Gentium Plus"/>
          <w:sz w:val="24"/>
        </w:rPr>
        <w:t>δέ μοι, νομίζω, καὶ τοῦτο πρὸς δόξαν, τὸ ἀγάγαι τὸ σῶμα τοῦ Ἀχιλλέως εἰς τὰς σκηνὰς ἐκ τοῦ ἱεροῦ τοῦ Θυμβρίου Ἀπόλλωνος. Ὁ δὲ Ὀδυσσεὺς ἀνθίστατο αὐτῷ λέγων ὅτι Ἐγὼ αὐτὸ λαμ‐ βάνω εἰς τὴν ἐμὴν πόλιν· οὔτε γὰρ πλέον μου κέκμηκας Ἕλλησιν.</w:t>
      </w:r>
    </w:p>
    <w:p>
      <w:r>
        <w:rPr>
          <w:rFonts w:ascii="Courier New" w:hAnsi="Courier New"/>
          <w:color w:val="555555"/>
          <w:sz w:val="20"/>
        </w:rPr>
        <w:t>[5]</w:t>
      </w:r>
    </w:p>
    <w:p>
      <w:r>
        <w:rPr>
          <w:rFonts w:ascii="Gentium Plus" w:hAnsi="Gentium Plus"/>
          <w:sz w:val="24"/>
        </w:rPr>
        <w:t>ἐξ ἀρχῆς γὰρ μετὰ τὴν τῆς Ἑλένης ὑπὸ Πάριδος κλοπὴν εἰς τὸ Ἴλιον ἐξώρμησα σὺν Παλαμήδῃ καὶ Μενελάῳ βασιλεῖ. ὁμοίως δὲ καὶ τοὺς βασιλεῖς καὶ τοὺς ἥρωας ἐγὼ πανταχόθεν προσεκαλε‐ σάμην. ὡσαύτως δὲ καὶ τὸν θάνατον τοῦ Πάριδος ἐγὼ κατειρ‐ γασάμην. συμβολῆς γάρ, ὡς ἴστε, Τρώων καὶ Ἑλλήνων γενο‐</w:t>
      </w:r>
    </w:p>
    <w:p>
      <w:r>
        <w:rPr>
          <w:rFonts w:ascii="Courier New" w:hAnsi="Courier New"/>
          <w:color w:val="555555"/>
          <w:sz w:val="20"/>
        </w:rPr>
        <w:t>[10]</w:t>
      </w:r>
    </w:p>
    <w:p>
      <w:r>
        <w:rPr>
          <w:rFonts w:ascii="Gentium Plus" w:hAnsi="Gentium Plus"/>
          <w:sz w:val="24"/>
        </w:rPr>
        <w:t>μένης, καὶ πολλῶν πεσόντων, ἱσταμένων τῶν τὰ πρῶτα φερόντων τῆς Τροίης καὶ ὑμῶν τῶν ἡγεμόνων Ἑλλήνων καὶ πρὸς ἀλλήλους ἐπικειμένων κρῖναι τὸν πόλεμον, ἐγὼ προετρεψάμην τὸν ἥρωα Φιλοκτήτην κατὰ Πάριδος προκαλέσασθαι τοξικὴν μονομαχίαν. καὶ ἐξαίφνης διὰ μέσον τῶν βασιλέων ὁ Φιλοκτήτης ἐξελθὼν</w:t>
      </w:r>
    </w:p>
    <w:p>
      <w:r>
        <w:rPr>
          <w:rFonts w:ascii="Courier New" w:hAnsi="Courier New"/>
          <w:color w:val="555555"/>
          <w:sz w:val="20"/>
        </w:rPr>
        <w:t>[15]</w:t>
      </w:r>
    </w:p>
    <w:p>
      <w:r>
        <w:rPr>
          <w:rFonts w:ascii="Gentium Plus" w:hAnsi="Gentium Plus"/>
          <w:sz w:val="24"/>
        </w:rPr>
        <w:t>προκαλεῖται τὸν Πάριδα εἰς μονομαχίαν τοξικήν. ἀκούσας δὲ ὁ Πάρις ἐξώρμησε καὶ αὐτὸς κατέναντι αὐτοῦ τοξότης καὶ ἅμα Δηιφόβῳ, ἀδελφῷ αὐτοῦ. ἐξελθὼν δὲ διεμέτρησα αὐτοῖς δια‐ στήματος τόπον, ποῦ ἐχρῆν αὐτοὺς ἑστάναι. καὶ λαβόντων αὐ‐ τῶν κλῆρον ἔλαχε τῷ Πάριδι πρώτῳ τοξεῦσαι· ῥίψας δὲ ὁ Πάρις</w:t>
      </w:r>
    </w:p>
    <w:p>
      <w:r>
        <w:rPr>
          <w:rFonts w:ascii="Courier New" w:hAnsi="Courier New"/>
          <w:color w:val="555555"/>
          <w:sz w:val="20"/>
        </w:rPr>
        <w:t>[20]</w:t>
      </w:r>
    </w:p>
    <w:p>
      <w:r>
        <w:rPr>
          <w:rFonts w:ascii="Gentium Plus" w:hAnsi="Gentium Plus"/>
          <w:sz w:val="24"/>
        </w:rPr>
        <w:t>ἀποτυγχάνει· θαρσεῖν δὲ Φιλοκτήτῃ κράξας, ἀντετόξευσεν ὁ Φι‐ λοκτήτης, καὶ διαπείρει τοῦ Πάριδος τὴν ἀριστερὰν χεῖρα. καὶ</w:t>
      </w:r>
    </w:p>
    <w:p>
      <w:r>
        <w:rPr>
          <w:rFonts w:ascii="Courier New" w:hAnsi="Courier New"/>
          <w:color w:val="555555"/>
          <w:sz w:val="20"/>
        </w:rPr>
        <w:t>[Chron . 111]</w:t>
      </w:r>
    </w:p>
    <w:p>
      <w:r>
        <w:rPr>
          <w:rFonts w:ascii="Gentium Plus" w:hAnsi="Gentium Plus"/>
          <w:sz w:val="24"/>
        </w:rPr>
        <w:t>οἰμώζοντος δὲ αὐτοῦ καὶ ἀποστραφέντος, πέμψας ἑτέραν σαγίτ‐ ταν τοὺς αὐτοῦ πόδας φιβλοῖ ἐπὶ τὰ σφυρά, καὶ πίπτει ὁ Πάρις. καὶ φεύγουσι πάντες, ἁρπάσαντες τὸ σῶμα Πάριδος· καὶ ἐν τῇ πόλει εἰσελθὼν ἐκάλεσε τοὺς τρεῖς υἱοὺς αὐτοῦ, οὓς εἶχεν ἐκ τῆς</w:t>
      </w:r>
    </w:p>
    <w:p>
      <w:r>
        <w:rPr>
          <w:rFonts w:ascii="Courier New" w:hAnsi="Courier New"/>
          <w:color w:val="555555"/>
          <w:sz w:val="20"/>
        </w:rPr>
        <w:t>[5]</w:t>
      </w:r>
    </w:p>
    <w:p>
      <w:r>
        <w:rPr>
          <w:rFonts w:ascii="Gentium Plus" w:hAnsi="Gentium Plus"/>
          <w:sz w:val="24"/>
        </w:rPr>
        <w:t>Ἑλένης, τὸν Βούνιμον καὶ Κορυθαῖον καὶ Ἰδαῖον· οὕστινας ἑω‐ ρακὼς μικροὺς ἄπνοος ἔμεινε καὶ διὰ μέσης νυκτὸς τὴν ψυχὴν ἔδωκε. καὶ ἑωρακοῦσα αὐτὸν ἡ προτέρα γυνὴ αὐτοῦ Οἰνόη ἑαυ‐ τῇ ἀπεχρήσατο ἀγχόνῃ. καὶ ἔλαβε τὴν Ἑλένην γυναῖκα Δηίφο‐ βος, ὁ ἄλλος υἱὸς τοῦ Πριάμου, ὃς ἠκρωτηριάσθη ὑπὸ Μενε‐</w:t>
      </w:r>
    </w:p>
    <w:p>
      <w:r>
        <w:rPr>
          <w:rFonts w:ascii="Courier New" w:hAnsi="Courier New"/>
          <w:color w:val="555555"/>
          <w:sz w:val="20"/>
        </w:rPr>
        <w:t>[10]</w:t>
      </w:r>
    </w:p>
    <w:p>
      <w:r>
        <w:rPr>
          <w:rFonts w:ascii="Gentium Plus" w:hAnsi="Gentium Plus"/>
          <w:sz w:val="24"/>
        </w:rPr>
        <w:t>λάου βασιλέως, ὡς πάντες ἐπίστασθε. καὶ Πολυξένην δὲ ἐγὼ συμβουλεύσας ἧξαι πρὸς τύμβον Ἀχιλλέως σφαγιασθῆναι ὑπὸ τοῦ ἥρωος Πύῤῥου. καὶ ἀνακράξας Ὀδυσσεὺς ἔφη, Τίνος ἀν‐ τάξιός εἰμι, κατασκευάσας ὀλέσθαι Πάριδα πρὸς ἐκδίκησιν Με‐ νελάου καὶ Ἀχιλλέως καὶ τῶν Ἑλλήνων πάντων;</w:t>
      </w:r>
    </w:p>
    <w:p>
      <w:r>
        <w:rPr>
          <w:rFonts w:ascii="Courier New" w:hAnsi="Courier New"/>
          <w:color w:val="555555"/>
          <w:sz w:val="20"/>
        </w:rPr>
        <w:t>[15]</w:t>
      </w:r>
    </w:p>
    <w:p>
      <w:r>
        <w:rPr>
          <w:rFonts w:ascii="Gentium Plus" w:hAnsi="Gentium Plus"/>
          <w:sz w:val="24"/>
        </w:rPr>
        <w:t>Καὶ εὐφήμησεν αὐτὸν ὁ Ἀγαμέμνων καὶ πολλοὶ τοῦ στρατοῦ. καὶ πάλιν Ὀδυσσεὺς εἶπεν, Οὐ σιγήσομαι καὶ τοὺς λοιπούς μου κινδύνους, οὓς ἅμα Διομήδῃ ὑπέστην, ὅτε τὸ θεῖον βρέτας ἀφε‐ λέσθαι ἠβουλήθημεν, πῶς ἐν Ἰλίῳ διατρίβοντες σὺν τοῖς βαρβά‐ ροις καὶ τὰ συμβαίνοντα αὐτοῖς ἅπαντα νυκτὸς εἰς τὸ στρατόπε‐</w:t>
      </w:r>
    </w:p>
    <w:p>
      <w:r>
        <w:rPr>
          <w:rFonts w:ascii="Courier New" w:hAnsi="Courier New"/>
          <w:color w:val="555555"/>
          <w:sz w:val="20"/>
        </w:rPr>
        <w:t>[20]</w:t>
      </w:r>
    </w:p>
    <w:p>
      <w:r>
        <w:rPr>
          <w:rFonts w:ascii="Gentium Plus" w:hAnsi="Gentium Plus"/>
          <w:sz w:val="24"/>
        </w:rPr>
        <w:t>δον ἐξερχόμενοι ἀπηγγείλαμεν ὑμῖν τοῖς βασιλεῦσι, διηγούμενοι</w:t>
      </w:r>
    </w:p>
    <w:p>
      <w:r>
        <w:rPr>
          <w:rFonts w:ascii="Courier New" w:hAnsi="Courier New"/>
          <w:color w:val="555555"/>
          <w:sz w:val="20"/>
        </w:rPr>
        <w:t>[Chron . 112]</w:t>
      </w:r>
    </w:p>
    <w:p>
      <w:r>
        <w:rPr>
          <w:rFonts w:ascii="Gentium Plus" w:hAnsi="Gentium Plus"/>
          <w:sz w:val="24"/>
        </w:rPr>
        <w:t>κατὰ τὸν καιρὸν τῶν ἀναθημάτων, συμβαίνει σημεῖον γενέσθαι τοιοῦτον εἰς τὴν πόλιν ἐπὶ τὸν βωμὸν τοῦ Ἀπόλλωνος. βάλλουσι πῦρ εἰς τὸν βωμὸν διὰ τὴν θυσίαν· τὰ δὲ οὐκ ἐκαίοντο. καὶ πολλάκις προσφερομένου τοῦ πυρὸς καὶ μὴ καιομένου, πίπτει τὰ</w:t>
      </w:r>
    </w:p>
    <w:p>
      <w:r>
        <w:rPr>
          <w:rFonts w:ascii="Courier New" w:hAnsi="Courier New"/>
          <w:color w:val="555555"/>
          <w:sz w:val="20"/>
        </w:rPr>
        <w:t>[5]</w:t>
      </w:r>
    </w:p>
    <w:p>
      <w:r>
        <w:rPr>
          <w:rFonts w:ascii="Gentium Plus" w:hAnsi="Gentium Plus"/>
          <w:sz w:val="24"/>
        </w:rPr>
        <w:t>ἐν τῷ βωμῷ πάντα εἰς τὸ ἔδαφος. γινομένων δὲ καὶ ἄλλων ση‐ μείων, οἱ Τρῶες εἰδότες λέγουσιν οὐκ ἀγαθὸν αὐτοῖς εἶναι τὸν οἰωνόν. καὶ ἀναγκάζουσι τὸν Ἀντήνορα οἱ ἔξαρχοι τῶν Τρώων καὶ ὁ Πρίαμος καὶ ὁ στρατὸς ὥστε ἐξελθεῖν πρὸς ὑμᾶς τοὺς βασι‐ λεῖς καὶ διὰ τῆς ἰδίας πρεσβείας πεῖσαι τοὺς Δαναοὺς ὑμᾶς λα‐</w:t>
      </w:r>
    </w:p>
    <w:p>
      <w:r>
        <w:rPr>
          <w:rFonts w:ascii="Courier New" w:hAnsi="Courier New"/>
          <w:color w:val="555555"/>
          <w:sz w:val="20"/>
        </w:rPr>
        <w:t>[10]</w:t>
      </w:r>
    </w:p>
    <w:p>
      <w:r>
        <w:rPr>
          <w:rFonts w:ascii="Gentium Plus" w:hAnsi="Gentium Plus"/>
          <w:sz w:val="24"/>
        </w:rPr>
        <w:t>βεῖν λύτρα καὶ διαλῦσαι τὸν πόλεμον. καὶ ταῦτα πάντα ἱστορή‐ σαντες ἡμεῖς ἐξελθόντες ἀνηγγείλαμεν πᾶσιν ὑμῖν. ὁ δὲ Ἀντή‐ νωρ κατέφθασεν ἐξελθὼν εἰς πρεσβείαν, καὶ ἔφη ταῦτα ὡς ἐκ Πριάμου καὶ τῶν λοιπῶν. Βασιλεῖς Ἑλλήνων ὄντες, φίλων ἔργα διαπράξασθε καὶ μὴ πολεμίων. πάντα ἐπάθομεν ὅσα ἐχρῆν πα‐</w:t>
      </w:r>
    </w:p>
    <w:p>
      <w:r>
        <w:rPr>
          <w:rFonts w:ascii="Courier New" w:hAnsi="Courier New"/>
          <w:color w:val="555555"/>
          <w:sz w:val="20"/>
        </w:rPr>
        <w:t>[15]</w:t>
      </w:r>
    </w:p>
    <w:p>
      <w:r>
        <w:rPr>
          <w:rFonts w:ascii="Gentium Plus" w:hAnsi="Gentium Plus"/>
          <w:sz w:val="24"/>
        </w:rPr>
        <w:t>θεῖν τοὺς ἡμαρτηκότας. ἀνθ’ ὧν γὰρ Ἀλέξανδρος ὁ καὶ Πά‐ ρις Μενέλαον ἠδίκησε δίκας δέδωκε τὸ Ἴλιον· καὶ μαρτυροῦσιν οἱ τάφοι τῶν ἐν ταῖς μάχαις ἀπολομένων. οἱ οὖν περιλειφθέντες ἡμεῖς λύτρα φέρομεν ὑμῖν ὑπὲρ θεῶν, ὑπὲρ πατρίδος, ὑπὲρ παί‐ δων. ἀλλ’ Ἕλληνες ὄντες τοὺς τότε ἀπειθεῖς, νῦν δὲ ἱκέτας, σώ‐</w:t>
      </w:r>
    </w:p>
    <w:p>
      <w:r>
        <w:rPr>
          <w:rFonts w:ascii="Courier New" w:hAnsi="Courier New"/>
          <w:color w:val="555555"/>
          <w:sz w:val="20"/>
        </w:rPr>
        <w:t>[20]</w:t>
      </w:r>
    </w:p>
    <w:p>
      <w:r>
        <w:rPr>
          <w:rFonts w:ascii="Gentium Plus" w:hAnsi="Gentium Plus"/>
          <w:sz w:val="24"/>
        </w:rPr>
        <w:t>σατε, χρημάτων τυπουμένων. πεισθέντες δὲ ὑμεῖς πάντες τοῦ Ἀντήνορος, ἐξεπέμψατέ με καὶ σὺν ἐμοὶ τὸν Διομήδην πρὸς Πρία‐</w:t>
      </w:r>
    </w:p>
    <w:p>
      <w:r>
        <w:rPr>
          <w:rFonts w:ascii="Courier New" w:hAnsi="Courier New"/>
          <w:color w:val="555555"/>
          <w:sz w:val="20"/>
        </w:rPr>
        <w:t>[Chron . 113]</w:t>
      </w:r>
    </w:p>
    <w:p>
      <w:r>
        <w:rPr>
          <w:rFonts w:ascii="Gentium Plus" w:hAnsi="Gentium Plus"/>
          <w:sz w:val="24"/>
        </w:rPr>
        <w:t>ἐν τῇ Τροίῃ πρὸς Πρίαμον, καὶ πολλῶν κινηθέντων, ἐτυπώσαμεν δοθῆναι ὑμῖν χρυσίου τάλαντα ͵β καὶ πρὸς τούτοις ἴσα ἀργύρου. καὶ ἐπανήλθαμεν πρὸς ὑμᾶς ἀπαγγείλαντες τὰ δόξαντα. καὶ ἐκο‐ μισάμεθα τὰ τυπωθέντα, πάντας ὑμᾶς ἐνορκώσας ἐν ταῖς θυ‐</w:t>
      </w:r>
    </w:p>
    <w:p>
      <w:r>
        <w:rPr>
          <w:rFonts w:ascii="Courier New" w:hAnsi="Courier New"/>
          <w:color w:val="555555"/>
          <w:sz w:val="20"/>
        </w:rPr>
        <w:t>[5]</w:t>
      </w:r>
    </w:p>
    <w:p>
      <w:r>
        <w:rPr>
          <w:rFonts w:ascii="Gentium Plus" w:hAnsi="Gentium Plus"/>
          <w:sz w:val="24"/>
        </w:rPr>
        <w:t>σίαις μὴ ἀποπλεῦσαι ἐξ Ἰλίου, πρὶν ἂν ποιήσαντες τὸν δούριον ἵππον ἁρμοδίοις ξύλοις καὶ κοσμήσαντες αὐτὸν πάσῃ ἀρετῇ δό‐ ξομεν ἀποπλέειν ἄντικρυς εἰς τὴν Τένεδον, καίοντες τὰς σκηνὰς ἡμῶν, καὶ νομίσαντες οἱ βάρβαροι ὅτι ἐξωρμήσαμεν, μένωσιν ἀνετοὶ εὐωχούμενοι, καὶ νυκτὸς ὑποστρέψαντες ἀπὸ τῆς Τενέδου</w:t>
      </w:r>
    </w:p>
    <w:p>
      <w:r>
        <w:rPr>
          <w:rFonts w:ascii="Courier New" w:hAnsi="Courier New"/>
          <w:color w:val="555555"/>
          <w:sz w:val="20"/>
        </w:rPr>
        <w:t>[10]</w:t>
      </w:r>
    </w:p>
    <w:p>
      <w:r>
        <w:rPr>
          <w:rFonts w:ascii="Gentium Plus" w:hAnsi="Gentium Plus"/>
          <w:sz w:val="24"/>
        </w:rPr>
        <w:t>καὶ εἰσελθόντες, πυρίκαυστον τὴν πόλιν ποιήσαντες καὶ Πρίαμον ἀνελόντες ἀποδώσομεν τὴν Ἑλένην εἰς τὰ βασίλεια τοῦ Πλεισθέ‐ νους. καὶ τῆς ἐμῆς βουλῆς κρατησάσης παρέσχον ἡμῖν οἱ θεοὶ νίκην κατὰ τῶν βαρβάρων. ὑμεῖς οὖν, οἱ βασιλεῖς καὶ ἥρωες, κριταὶ γένεσθε τῶν ἐμῶν καμάτων.</w:t>
      </w:r>
    </w:p>
    <w:p>
      <w:r>
        <w:rPr>
          <w:rFonts w:ascii="Courier New" w:hAnsi="Courier New"/>
          <w:color w:val="555555"/>
          <w:sz w:val="20"/>
        </w:rPr>
        <w:t>[15]</w:t>
      </w:r>
    </w:p>
    <w:p>
      <w:r>
        <w:rPr>
          <w:rFonts w:ascii="Gentium Plus" w:hAnsi="Gentium Plus"/>
          <w:sz w:val="24"/>
        </w:rPr>
        <w:t>Καὶ ἀντεποιοῦντο τοῦ Ὀδυσσέως ὁ Ἀγαμέμνων καὶ ὁ Διομή‐ δης καὶ ὁ τούτων στρατός, τοῦ δὲ Τελαμωνίου Αἴαντος ἀντεί‐ χετο ὁ Νεοπτόλεμος Πύῤῥος, ὡς ἐκ γένους αὐτοῦ ὑπάρχων, καὶ ὁ τούτου στρατός. πολλῶν δὲ ἄλλων κινηθέντων μεταξὺ αὐτῶν ἄχρις ἑσπέρας, τέλος ἔδοξεν ὥστε λαβεῖν ἐν παραθήκῃ ἕως τῆς</w:t>
      </w:r>
    </w:p>
    <w:p>
      <w:r>
        <w:rPr>
          <w:rFonts w:ascii="Courier New" w:hAnsi="Courier New"/>
          <w:color w:val="555555"/>
          <w:sz w:val="20"/>
        </w:rPr>
        <w:t>[20]</w:t>
      </w:r>
    </w:p>
    <w:p>
      <w:r>
        <w:rPr>
          <w:rFonts w:ascii="Gentium Plus" w:hAnsi="Gentium Plus"/>
          <w:sz w:val="24"/>
        </w:rPr>
        <w:t>ἐπιφωσκούσης ἡμέρας τὸν Διομήδην τὸ Παλλάδιον καὶ τοῦτο φυ‐ λάξαι, καὶ ἕκαστον αὐτῶν ἀνεθῆναι, ἵνα κατὰ τὴν ἑξῆς τύπος</w:t>
      </w:r>
    </w:p>
    <w:p>
      <w:r>
        <w:rPr>
          <w:rFonts w:ascii="Courier New" w:hAnsi="Courier New"/>
          <w:color w:val="555555"/>
          <w:sz w:val="20"/>
        </w:rPr>
        <w:t>[Chron . 114]</w:t>
      </w:r>
    </w:p>
    <w:p>
      <w:r>
        <w:rPr>
          <w:rFonts w:ascii="Gentium Plus" w:hAnsi="Gentium Plus"/>
          <w:sz w:val="24"/>
        </w:rPr>
        <w:t>νόμενος κατὰ τοῦ Ὀδυσσέως καὶ Ἀγαμέμνονος καὶ Διομήδους, ἀνεχώρησεν εἰς τὸν ἴδιον αὐτοῦ παπυλεῶνα· καὶ διὰ νυκτὸς σι‐ δήρῳ ἐσφάγη ὁ Αἴας. καὶ τῇ πρωὶ ηὑρέθη τὸ λείψανον αὐτοῦ· καὶ ἐστασίασεν ὁ στρατὸς αὐτοῦ καὶ τοῦ Πύῤῥου κατὰ τοῦ Ὀδυσ‐</w:t>
      </w:r>
    </w:p>
    <w:p>
      <w:r>
        <w:rPr>
          <w:rFonts w:ascii="Courier New" w:hAnsi="Courier New"/>
          <w:color w:val="555555"/>
          <w:sz w:val="20"/>
        </w:rPr>
        <w:t>[5]</w:t>
      </w:r>
    </w:p>
    <w:p>
      <w:r>
        <w:rPr>
          <w:rFonts w:ascii="Gentium Plus" w:hAnsi="Gentium Plus"/>
          <w:sz w:val="24"/>
        </w:rPr>
        <w:t>σέως, θέλων αὐτὸν φονεῦσαι. καὶ λαβὼν τὰ ἴδια πλοῖα ὁ Ὀδυσ‐ σεὺς ἔφυγεν, ἀποπλεύσας ἐπὶ τὴν Ποντικὴν θάλασσαν. καὶ δια‐ τρίψας ἐκεῖ καιρὸν ἐπανῆλθεν ἐκεῖθεν, βουλόμενος εἰς τὴν Ἰθά‐ κην πόλιν εἰς τὴν ἰδίαν αὐτοῦ πατρίδα μετὰ τῶν ἰδίων νηῶν αὐ‐ τοῦ καὶ τοῦ ἰδίου στρατοῦ. καταντήσας δὲ εἰς χώραν λεγομέ‐</w:t>
      </w:r>
    </w:p>
    <w:p>
      <w:r>
        <w:rPr>
          <w:rFonts w:ascii="Courier New" w:hAnsi="Courier New"/>
          <w:color w:val="555555"/>
          <w:sz w:val="20"/>
        </w:rPr>
        <w:t>[10]</w:t>
      </w:r>
    </w:p>
    <w:p>
      <w:r>
        <w:rPr>
          <w:rFonts w:ascii="Gentium Plus" w:hAnsi="Gentium Plus"/>
          <w:sz w:val="24"/>
        </w:rPr>
        <w:t>νην Μαρωνίδα, ἀντίστασιν ὑπέστη ἀπὸ τῶν τῆς χώρας. καὶ πολεμήσας ἐνίκησεν αὐτούς, καὶ πολλῶν χρημάτων κύριος ἐγένετο. καὶ ὑπολαβὼν ὅτι εἰς οἱανδήποτε χώραν καταντῶν πάντως [ὅτι] καὶ τοὺς τῆς αὐτῆς χώρας νικᾷ καὶ τὸν πλοῦτον ἑκάστης αὐτῷ χώ‐ ρας ἀπαντώσης κομίζεται, καταφθάσας τὴν Λωτοφάγων λεγο‐</w:t>
      </w:r>
    </w:p>
    <w:p>
      <w:r>
        <w:rPr>
          <w:rFonts w:ascii="Courier New" w:hAnsi="Courier New"/>
          <w:color w:val="555555"/>
          <w:sz w:val="20"/>
        </w:rPr>
        <w:t>[15]</w:t>
      </w:r>
    </w:p>
    <w:p>
      <w:r>
        <w:rPr>
          <w:rFonts w:ascii="Gentium Plus" w:hAnsi="Gentium Plus"/>
          <w:sz w:val="24"/>
        </w:rPr>
        <w:t>μένην χώραν συνέβαλε μετ’ αὐτῶν πόλεμον. καὶ ἐνίκησαν αὐτὸν οἱ τῆς αὐτῆς χώρας μικροῦ δεῖν ὀλέσαι πάντας· κἀκεῖθεν φυγὼν ἀνήχθη χειμαζόμενος μετὰ πλεῖστον πλοῦν εἰς τὴν λεγομένην Σι‐ κίλαν νῆσον, τὴν νυνὶ λεγομένην Σικελίαν. ἡ δὲ νῆσος αὕτη ἦν μεγάλη πάνυ, διῃρημένη εἰς τρεῖς ἀδελφοὺς μεγάλους καὶ δυνα‐</w:t>
      </w:r>
    </w:p>
    <w:p>
      <w:r>
        <w:rPr>
          <w:rFonts w:ascii="Courier New" w:hAnsi="Courier New"/>
          <w:color w:val="555555"/>
          <w:sz w:val="20"/>
        </w:rPr>
        <w:t>[20]</w:t>
      </w:r>
    </w:p>
    <w:p>
      <w:r>
        <w:rPr>
          <w:rFonts w:ascii="Gentium Plus" w:hAnsi="Gentium Plus"/>
          <w:sz w:val="24"/>
        </w:rPr>
        <w:t>τοὺς καὶ τὰ ἀλλήλων φρονοῦντας, λέγω δὴ εἰς Κύκλωπα καὶ Ἀν‐ τιφάντην καὶ Πολύφημον, υἱοὺς γεναμένους τοῦ Σικάνου, βα‐ σιλέως τῆς αὐτῆς νήσου. ἦσαν δὲ οἱ αὐτοὶ τρεῖς ἀδελφοὶ ἄνδρες</w:t>
      </w:r>
    </w:p>
    <w:p>
      <w:r>
        <w:rPr>
          <w:rFonts w:ascii="Courier New" w:hAnsi="Courier New"/>
          <w:color w:val="555555"/>
          <w:sz w:val="20"/>
        </w:rPr>
        <w:t>[Chron . 115]</w:t>
      </w:r>
    </w:p>
    <w:p>
      <w:r>
        <w:rPr>
          <w:rFonts w:ascii="Gentium Plus" w:hAnsi="Gentium Plus"/>
          <w:sz w:val="24"/>
        </w:rPr>
        <w:t>καὶ καταντήσας σὺν ταῖς ναυσὶν αὐτοῦ καὶ τῷ στρατῷ ὁ Ὀδυσ‐ σεὺς εἰς τὸ διαφέρον μέρος τῷ Ἀντιφάντῃ συνέβαλε πόλεμον μετὰ τοῦ Ἀντιφάντου καὶ τοῦ στρατοῦ αὐτοῦ τῶν λεγομένων Λαι‐ στρυγόνων. καὶ κτείνουσιν ἱκανοὺς ἐκ τοῦ στρατοῦ τοῦ Ὀδυσ‐</w:t>
      </w:r>
    </w:p>
    <w:p>
      <w:r>
        <w:rPr>
          <w:rFonts w:ascii="Courier New" w:hAnsi="Courier New"/>
          <w:color w:val="555555"/>
          <w:sz w:val="20"/>
        </w:rPr>
        <w:t>[5]</w:t>
      </w:r>
    </w:p>
    <w:p>
      <w:r>
        <w:rPr>
          <w:rFonts w:ascii="Gentium Plus" w:hAnsi="Gentium Plus"/>
          <w:sz w:val="24"/>
        </w:rPr>
        <w:t>σέως· καὶ λαβὼν τὰς ἑαυτοῦ ναῦς ἀποπλεύσας ἔφυγεν ἐκεῖθεν εἰς ἄλλο μέρος τῆς νήσου, τὸ διαφέρον τῷ Κύκλωπι, ἔνθα τὰ Κυ‐ κλώπια λέγεται ὄρη. καὶ γνοὺς τοῦτο ὁ Κύκλωψ ἦλθε κατ’ αὐ‐ τοῦ μετὰ τῆς ἰδίας βοηθείας· ἦν δὲ μέγας τοῖς σώμασι καὶ δυσ‐ ειδής· καὶ ἐπελθὼν ἄφνω τῷ Ὀδυσσεῖ παραβαλόντι ἐπὶ τὴν δια‐</w:t>
      </w:r>
    </w:p>
    <w:p>
      <w:r>
        <w:rPr>
          <w:rFonts w:ascii="Courier New" w:hAnsi="Courier New"/>
          <w:color w:val="555555"/>
          <w:sz w:val="20"/>
        </w:rPr>
        <w:t>[10]</w:t>
      </w:r>
    </w:p>
    <w:p>
      <w:r>
        <w:rPr>
          <w:rFonts w:ascii="Gentium Plus" w:hAnsi="Gentium Plus"/>
          <w:sz w:val="24"/>
        </w:rPr>
        <w:t>φέρουσαν αὐτῷ γῆν κατέκοψεν αὐτοῦ πολλούς, καὶ συλλαβόμενος τὸν Ὀδυσσέα καί τινας τοῦ στρατοῦ αὐτοῦ ὁ Κύκλωψ, λαβὼν ἕνα τῶν ἅμα αὐτῷ συλληφθέντων ὀνόματι Μικκαλίωνα, ἄνδρα γενναῖον καὶ ἀριστεύσαντα ἐν τῇ Τροίῃ καὶ ὄντα ἡγούμενον τοῦ στρατοῦ τοῦ Ὀδυσσέως, ὅντινα κρατήσας τῆς κόμης τῆς κεφα‐</w:t>
      </w:r>
    </w:p>
    <w:p>
      <w:r>
        <w:rPr>
          <w:rFonts w:ascii="Courier New" w:hAnsi="Courier New"/>
          <w:color w:val="555555"/>
          <w:sz w:val="20"/>
        </w:rPr>
        <w:t>[15]</w:t>
      </w:r>
    </w:p>
    <w:p>
      <w:r>
        <w:rPr>
          <w:rFonts w:ascii="Gentium Plus" w:hAnsi="Gentium Plus"/>
          <w:sz w:val="24"/>
        </w:rPr>
        <w:t>λῆς ἐπ’ ὄψεσι τοῦ Ὀδυσσέως καὶ πάντων τῶν μετ’ αὐτοῦ ᾧ ἐβά‐ σταζε ξίφει ἀνεντέρισεν, ὡς μαχησάμενον αὐτῷ. τοὺς δὲ λοι‐ ποὺς ἀπέκλεισε, βουλόμενος κατὰ μέρος τοὺς πάντας φονεῦσαι. ὁ δὲ Ὀδυσσεὺς προσπεσὼν αὐτῷ ἔπεισεν αὐτὸν διὰ χρημάτων πολλῶν καὶ ξενίων ἀπολῦσαι αὐτὸν καὶ τοὺς ὑπολειφθέντας αὐτῷ</w:t>
      </w:r>
    </w:p>
    <w:p>
      <w:r>
        <w:rPr>
          <w:rFonts w:ascii="Courier New" w:hAnsi="Courier New"/>
          <w:color w:val="555555"/>
          <w:sz w:val="20"/>
        </w:rPr>
        <w:t>[20]</w:t>
      </w:r>
    </w:p>
    <w:p>
      <w:r>
        <w:rPr>
          <w:rFonts w:ascii="Gentium Plus" w:hAnsi="Gentium Plus"/>
          <w:sz w:val="24"/>
        </w:rPr>
        <w:t>ἄνδρας. πεισθεὶς δὲ μόλις ὁ Κύκλωψ διὰ τῆς τῶν χρημάτων δό‐ σεως, ἐπηγγείλατο περὶ ἑσπέραν ἀπολύειν αὐτόν· καὶ αὐτὸς βου‐ λόμενος ἐν τῇ νυκτὶ αὐτῇ ἀπελθεῖν καὶ φονεῦσαι αὐτὸν καὶ τοὺς</w:t>
      </w:r>
    </w:p>
    <w:p>
      <w:r>
        <w:rPr>
          <w:rFonts w:ascii="Courier New" w:hAnsi="Courier New"/>
          <w:color w:val="555555"/>
          <w:sz w:val="20"/>
        </w:rPr>
        <w:t>[Chron . 116]</w:t>
      </w:r>
    </w:p>
    <w:p>
      <w:r>
        <w:rPr>
          <w:rFonts w:ascii="Gentium Plus" w:hAnsi="Gentium Plus"/>
          <w:sz w:val="24"/>
        </w:rPr>
        <w:t>αὐτοῦ, περὶ ἑσπέραν ἀπέλυσεν αὐτὸν καὶ τοὺς μετ’ αὐτοῦ ἢ μό‐ νον δὲ ἀπελύθη Ὀδυσσεύς, δειλιῶν τὴν τοῦ ἀνδρὸς ὠμότητα εὐ‐ θέως ἀπέπλευσεν ἐκ τῶν μερῶν αὐτοῦ. ἐπιῤῥίψας δὲ νυκτὸς ὁ Κύκλωψ καὶ μὴ εὑρηκὼς τὰ πλοῖα, ἐκ τῆς μανίας εἰς τὴν θάλασ‐</w:t>
      </w:r>
    </w:p>
    <w:p>
      <w:r>
        <w:rPr>
          <w:rFonts w:ascii="Courier New" w:hAnsi="Courier New"/>
          <w:color w:val="555555"/>
          <w:sz w:val="20"/>
        </w:rPr>
        <w:t>[5]</w:t>
      </w:r>
    </w:p>
    <w:p>
      <w:r>
        <w:rPr>
          <w:rFonts w:ascii="Gentium Plus" w:hAnsi="Gentium Plus"/>
          <w:sz w:val="24"/>
        </w:rPr>
        <w:t>σαν ῥίπτεσθαι λίθους ἐκέλευσε, μήπως ἔνδον τῆς γῆς ἐμεθώρμη‐ σαν. νυκτὸς δὲ βαθείας οὔσης καὶ σκότους καλύπτοντος τὴν γῆν καὶ τὴν θάλασσαν, ἀγνοοῦντες δὲ καὶ τοὺς αὐτοὺς τόπους, παρέβαλον εἰς ἄλλα μέρη τῆς νήσου, διαφέροντα τῷ Πολυφήμῳ, ἀδελφῷ τοῦ Κύκλωπος καὶ τοῦ Ἀντιφάντου. ὅστις Πολύφημος</w:t>
      </w:r>
    </w:p>
    <w:p>
      <w:r>
        <w:rPr>
          <w:rFonts w:ascii="Courier New" w:hAnsi="Courier New"/>
          <w:color w:val="555555"/>
          <w:sz w:val="20"/>
        </w:rPr>
        <w:t>[10]</w:t>
      </w:r>
    </w:p>
    <w:p>
      <w:r>
        <w:rPr>
          <w:rFonts w:ascii="Gentium Plus" w:hAnsi="Gentium Plus"/>
          <w:sz w:val="24"/>
        </w:rPr>
        <w:t>μαθὼν ὅτι τινὲς κατέπλευσαν νυκτὸς καὶ παρέβαλον εἰς τὴν δια‐ φέρουσαν αὐτῷ χώραν, εὐθέως λαβὼν τὴν ἑαυτοῦ βοήθειαν, ἐλ‐ θὼν κατὰ τοῦ Ὀδυσσέως συνέβαλεν αὐτῷ πόλεμον. καὶ πᾶσαν τὴν νύκτα ἐπολέμουν, καὶ ἔπεσον ἀπὸ τοῦ Ὀδυσσέως πολλοί. πρωίας δὲ γενομένης προσήγαγεν ὁ Ὀδυσσεὺς καὶ τῷ Πολυφήμῳ</w:t>
      </w:r>
    </w:p>
    <w:p>
      <w:r>
        <w:rPr>
          <w:rFonts w:ascii="Courier New" w:hAnsi="Courier New"/>
          <w:color w:val="555555"/>
          <w:sz w:val="20"/>
        </w:rPr>
        <w:t>[15]</w:t>
      </w:r>
    </w:p>
    <w:p>
      <w:r>
        <w:rPr>
          <w:rFonts w:ascii="Gentium Plus" w:hAnsi="Gentium Plus"/>
          <w:sz w:val="24"/>
        </w:rPr>
        <w:t>ξένια καὶ προσέπεσεν αὐτῷ, εἰπὼν ὅτι ἀπὸ τῶν Τρωικῶν τόπων ἐλήλυθε πεπλανημένος ἀπὸ πολλῆς κυμάτων ἀνάγκης, ἀπαριθμή‐ σας αὐτῷ καὶ τὰς συμβάσας αὐτῷ κατὰ θάλασσαν διαφόρους συμφοράς. ὅστις Πολύφημος συμπαθήσας αὐτῷ ἠλέησεν αὐτόν, καὶ ὑπεδέξατο αὐτὸν καὶ τοὺς αὐτοῦ, ἕως οὗ ἐγένετο ἐπιτήδειος</w:t>
      </w:r>
    </w:p>
    <w:p>
      <w:r>
        <w:rPr>
          <w:rFonts w:ascii="Courier New" w:hAnsi="Courier New"/>
          <w:color w:val="555555"/>
          <w:sz w:val="20"/>
        </w:rPr>
        <w:t>[20]</w:t>
      </w:r>
    </w:p>
    <w:p>
      <w:r>
        <w:rPr>
          <w:rFonts w:ascii="Gentium Plus" w:hAnsi="Gentium Plus"/>
          <w:sz w:val="24"/>
        </w:rPr>
        <w:t>ὁ πλοῦς. ἡ δὲ θυγάτηρ τοῦ Πολυφήμου ὀνόματι Ἔλπη ἐρω‐ τικῶς διετέθη πρός τινα εὐπρεπῆ ἄνδρα τῶν μετὰ τοῦ Ὀδυσσέως ὀνόματι Λεΐωνα· καὶ ἐπιτηδείου ἀνέμου πνεύσαντος ταύτην</w:t>
      </w:r>
    </w:p>
    <w:p>
      <w:r>
        <w:rPr>
          <w:rFonts w:ascii="Courier New" w:hAnsi="Courier New"/>
          <w:color w:val="555555"/>
          <w:sz w:val="20"/>
        </w:rPr>
        <w:t>[Chron . 117]</w:t>
      </w:r>
    </w:p>
    <w:p>
      <w:r>
        <w:rPr>
          <w:rFonts w:ascii="Gentium Plus" w:hAnsi="Gentium Plus"/>
          <w:sz w:val="24"/>
        </w:rPr>
        <w:t>φώτατος Σίσυφος ὁ Κῷος ἐξέθετο. ὁ γὰρ σοφὸς Εὐριπίδης δρᾶμα ἐξέθετο περὶ τοῦ Κύκλωπος ὅτι τρεῖς εἶχεν ὀφθαλμούς, σημαίνων τοὺς τρεῖς ἀδελφούς, ὡς συμπαθοῦντας ἀλλήλοις καὶ διαβλεπομένους τοὺς ἀλλήλων τόπους τῆς νήσου καὶ συμμαχοῦν‐</w:t>
      </w:r>
    </w:p>
    <w:p>
      <w:r>
        <w:rPr>
          <w:rFonts w:ascii="Courier New" w:hAnsi="Courier New"/>
          <w:color w:val="555555"/>
          <w:sz w:val="20"/>
        </w:rPr>
        <w:t>[5]</w:t>
      </w:r>
    </w:p>
    <w:p>
      <w:r>
        <w:rPr>
          <w:rFonts w:ascii="Gentium Plus" w:hAnsi="Gentium Plus"/>
          <w:sz w:val="24"/>
        </w:rPr>
        <w:t>τας καὶ ἐκδικοῦντας ἀλλήλους, καὶ ὅτι οἴνῳ μεθύσας τὸν Κύ‐ κλωπα ἐκφυγεῖν ἠδυνήθη, διότι χρήμασι πολλοῖς καὶ δώροις ἐμέ‐ θυσε τὸν αὐτὸν Κύκλωπα ὁ Ὀδυσσεὺς πρὸς τὸ μὴ κατεσθίειν τοὺς μετ’ αὐτοῦ, καὶ ὅτι λαβὼν Ὀδυσσεὺς λαμπάδα πυρὸς ἐτύ‐ φλωσε τὸν ὀφθαλμὸν αὐτοῦ τὸν ἕνα, διότι τὴν θυγατέρα τὴν</w:t>
      </w:r>
    </w:p>
    <w:p>
      <w:r>
        <w:rPr>
          <w:rFonts w:ascii="Courier New" w:hAnsi="Courier New"/>
          <w:color w:val="555555"/>
          <w:sz w:val="20"/>
        </w:rPr>
        <w:t>[10]</w:t>
      </w:r>
    </w:p>
    <w:p>
      <w:r>
        <w:rPr>
          <w:rFonts w:ascii="Gentium Plus" w:hAnsi="Gentium Plus"/>
          <w:sz w:val="24"/>
        </w:rPr>
        <w:t>μονογενῆ τοῦ ἀδελφοῦ αὐτοῦ Πολυφήμου, Ἔλπην, παρθένον οὖσαν, λαμπάδι πυρὸς ἐρωτικοῦ καυθεῖσαν, ἥρπασε, τοῦτ’ ἐστὶν ἕνα τῶν ὀφθαλμῶν τοῦ Κύκλωπος ἐφλόγισε, τὸν Πολύφημον, τὴν αὐτοῦ θυγατέρα ἀφελόμενος. ἥντινα ἑρμηνείαν ὁ σοφώτατος Φειδίας ὁ Κορίνθιος ἐξέθετο, εἰρηκὼς ὅτι ὁ σοφὸς Εὐριπίδης</w:t>
      </w:r>
    </w:p>
    <w:p>
      <w:r>
        <w:rPr>
          <w:rFonts w:ascii="Courier New" w:hAnsi="Courier New"/>
          <w:color w:val="555555"/>
          <w:sz w:val="20"/>
        </w:rPr>
        <w:t>[15]</w:t>
      </w:r>
    </w:p>
    <w:p>
      <w:r>
        <w:rPr>
          <w:rFonts w:ascii="Gentium Plus" w:hAnsi="Gentium Plus"/>
          <w:sz w:val="24"/>
        </w:rPr>
        <w:t>ποιητικῶς πάντα μετέφρασε, μὴ συμφωνήσας τῷ σοφωτάτῳ Ὁμήρῳ ἐκθεμένῳ τὴν Ὀδυσσέως πλάνην. Ὁ δὲ Ὀδυσσεὺς ἀπὸ τῆς Σικελίας ἦλθεν εἰς τὰς Αἰολίας νή‐ σους· καὶ ἐδεξιώθη παρὰ τοῦ Αἰόλου, βασιλέως τῶν νήσων. ὅστις μέλλων τελευτᾶν διένειμε τὰς δύο νήσους ταῖς θυγατράσιν</w:t>
      </w:r>
    </w:p>
    <w:p>
      <w:r>
        <w:rPr>
          <w:rFonts w:ascii="Courier New" w:hAnsi="Courier New"/>
          <w:color w:val="555555"/>
          <w:sz w:val="20"/>
        </w:rPr>
        <w:t>[20]</w:t>
      </w:r>
    </w:p>
    <w:p>
      <w:r>
        <w:rPr>
          <w:rFonts w:ascii="Gentium Plus" w:hAnsi="Gentium Plus"/>
          <w:sz w:val="24"/>
        </w:rPr>
        <w:t>αὐτοῦ, καὶ ἦσαν βασιλίδες τῶν δύο νήσων. ἡ δὲ Κίρκη ὑπῆρ‐ χεν ἱέρεια Ἡλίου, δοθεῖσα ὑπὸ τοῦ ἰδίου πατρὸς ἐκ νηπιόθεν ἀνα‐</w:t>
      </w:r>
    </w:p>
    <w:p>
      <w:r>
        <w:rPr>
          <w:rFonts w:ascii="Courier New" w:hAnsi="Courier New"/>
          <w:color w:val="555555"/>
          <w:sz w:val="20"/>
        </w:rPr>
        <w:t>[Chron . 118]</w:t>
      </w:r>
    </w:p>
    <w:p>
      <w:r>
        <w:rPr>
          <w:rFonts w:ascii="Gentium Plus" w:hAnsi="Gentium Plus"/>
          <w:sz w:val="24"/>
        </w:rPr>
        <w:t>ξηθεῖσα ἐγένετο μυστικὴ μάγος· ἦν δὲ εὐπρεπὴς πάνυ. ἡ δὲ ταύτης ἀδελφὴ Καλυψώ, διαφθονουμένη αὐτῇ, ἔχθραν εἶχε πρὸς αὐτὴν μεγάλην, λέγουσα, φησί, Διὰ τί ἀρνεῖται τὸν ἴδιον πατέρα τὸν Ἄτλαντα καὶ λέγει ἑαυτὴν θυγατέρα Τιτᾶνος Ἡλίου;</w:t>
      </w:r>
    </w:p>
    <w:p>
      <w:r>
        <w:rPr>
          <w:rFonts w:ascii="Courier New" w:hAnsi="Courier New"/>
          <w:color w:val="555555"/>
          <w:sz w:val="20"/>
        </w:rPr>
        <w:t>[5]</w:t>
      </w:r>
    </w:p>
    <w:p>
      <w:r>
        <w:rPr>
          <w:rFonts w:ascii="Gentium Plus" w:hAnsi="Gentium Plus"/>
          <w:sz w:val="24"/>
        </w:rPr>
        <w:t>καὶ ἐφοβεῖτο αὐτὴν ἡ Κίρκη, ἐπειδὴ ἡ Καλυψὼ εἶχε πλῆθος ἀν‐ δρῶν γενναίων ἐν τῇ ἰδίᾳ αὐτῆς νήσῳ, μήποτε ὀργιζομένη ἐπέλ‐ θοι καὶ κακῶς αὐτῇ χρήσεται. λοιπὸν ἡ Κίρκη, ὡς μὴ δυνα‐ μένη τινὰς προτρέψασθαι εἰς συμμαχίαν καὶ παραφυλακὴν ἑαυ‐ τῆς, κατασκευάσασα διὰ βοτανῶν τινων φάρμακον, τοὺς πα‐</w:t>
      </w:r>
    </w:p>
    <w:p>
      <w:r>
        <w:rPr>
          <w:rFonts w:ascii="Courier New" w:hAnsi="Courier New"/>
          <w:color w:val="555555"/>
          <w:sz w:val="20"/>
        </w:rPr>
        <w:t>[10]</w:t>
      </w:r>
    </w:p>
    <w:p>
      <w:r>
        <w:rPr>
          <w:rFonts w:ascii="Gentium Plus" w:hAnsi="Gentium Plus"/>
          <w:sz w:val="24"/>
        </w:rPr>
        <w:t>ριόντας, φησί, ξένους ἐδεξιοῦτο καὶ διὰ ποτοῦ δόσεως ὑποταγὴν φίλτρου δεινοῦ καὶ παραμονῆς καὶ λήθης πατρίδος ἰδίας τοὺς πί‐ νοντας ξένους ἐποίει συνεῖναι αὐτῇ· καὶ πάντες αὐτῇ εἰς ὑπερβο‐ λὴν παρέμενον εἰς τὴν αὐτὴν νῆσον ληθαργοῦντες τῆς ἑαυτῶν πα‐ τρίδος, καὶ συνῆγε πολλούς. μαθοῦσα δὲ ἡ Κίρκη τὰ πλοῖα</w:t>
      </w:r>
    </w:p>
    <w:p>
      <w:r>
        <w:rPr>
          <w:rFonts w:ascii="Courier New" w:hAnsi="Courier New"/>
          <w:color w:val="555555"/>
          <w:sz w:val="20"/>
        </w:rPr>
        <w:t>[15]</w:t>
      </w:r>
    </w:p>
    <w:p>
      <w:r>
        <w:rPr>
          <w:rFonts w:ascii="Gentium Plus" w:hAnsi="Gentium Plus"/>
          <w:sz w:val="24"/>
        </w:rPr>
        <w:t>τοῦ Ὀδυσσέως ἐν τῇ αὐτῆς νήσῳ καταντῆσαι, ἐκέλευσε καὶ τοὺς ἰδίους δεξιώσασθαι σπουδαίως τὸν Ὀδυσσέα καὶ τὸν αὐτοῦ στρα‐ τόν· ἠβούλετο γὰρ ἔχειν αὐτὸν καὶ τοὺς αὐτοῦ ὡς πολεμικοὺς εἰς συμμαχίαν ἑαυτῆς. ὁ δὲ Ὀδυσσεὺς ἢ μόνον παρέβαλεν ἐν τῇ αὐτῆς νήσῳ, εἶδε πολλοὺς ἄνδρας ἐν τῇ αὐτῇ νήσῳ ἀπὸ διαφό‐</w:t>
      </w:r>
    </w:p>
    <w:p>
      <w:r>
        <w:rPr>
          <w:rFonts w:ascii="Courier New" w:hAnsi="Courier New"/>
          <w:color w:val="555555"/>
          <w:sz w:val="20"/>
        </w:rPr>
        <w:t>[20]</w:t>
      </w:r>
    </w:p>
    <w:p>
      <w:r>
        <w:rPr>
          <w:rFonts w:ascii="Gentium Plus" w:hAnsi="Gentium Plus"/>
          <w:sz w:val="24"/>
        </w:rPr>
        <w:t>ρων πατρίδων· ἐπιγνοὺς δέ τινας ἄνδρας ἐκ τοῦ Ἀχαϊκοῦ ὄντας στρατοῦ, πρὸς αὐτὸν ἐληλυθότας ἐπηρώτησεν αὐτοὺς λέγων, Τί‐</w:t>
      </w:r>
    </w:p>
    <w:p>
      <w:r>
        <w:rPr>
          <w:rFonts w:ascii="Courier New" w:hAnsi="Courier New"/>
          <w:color w:val="555555"/>
          <w:sz w:val="20"/>
        </w:rPr>
        <w:t>[Chron . 119]</w:t>
      </w:r>
    </w:p>
    <w:p>
      <w:r>
        <w:rPr>
          <w:rFonts w:ascii="Gentium Plus" w:hAnsi="Gentium Plus"/>
          <w:sz w:val="24"/>
        </w:rPr>
        <w:t>Ἀχαϊκοῦ ὑπάρχομεν στρατοῦ, καὶ θαλαττίων κυμάτων βίᾳ προσ‐ επελάσαμεν τῇ νήσῳ ταύτῃ, καὶ πόμα λαβόντες μαγικὸν ὑπὸ τῆς βασιλίδος Κίρκης, ἔρωτι δεινῷ βληθέντες εἰς αὐτὴν ταύτην ἔχομεν νῦν πατρίδα, ἐξειπόντες καὶ ἄλλα τινά. καὶ ταῦτα ἀκηκοὼς ὁ</w:t>
      </w:r>
    </w:p>
    <w:p>
      <w:r>
        <w:rPr>
          <w:rFonts w:ascii="Courier New" w:hAnsi="Courier New"/>
          <w:color w:val="555555"/>
          <w:sz w:val="20"/>
        </w:rPr>
        <w:t>[5]</w:t>
      </w:r>
    </w:p>
    <w:p>
      <w:r>
        <w:rPr>
          <w:rFonts w:ascii="Gentium Plus" w:hAnsi="Gentium Plus"/>
          <w:sz w:val="24"/>
        </w:rPr>
        <w:t>Ὀδυσσεύς, συνάξας πάντας τοὺς ἰδίους αὐτοῦ ἐκέλευσεν αὐτοὺς μηδενὸς μετασχεῖν τῶν ἐπιδιδομένων αὐτοῖς παρὰ τῆς Κίρκης εἴτε βρωμάτων εἴτε πομάτων διὰ τὸ μαγγανείαν τινὰ ἔχειν αὐτά, ἀλλὰ ἐκ τῆς παρασχεθείσης αὐτῷ ἐκ τοῦ Αἰόλου βασιλέως σιταρχίας καὶ τῶν πρῴην ὄντων ἀποθέτων ἐν τοῖς πλοίοις βρωμάτων τε καὶ</w:t>
      </w:r>
    </w:p>
    <w:p>
      <w:r>
        <w:rPr>
          <w:rFonts w:ascii="Courier New" w:hAnsi="Courier New"/>
          <w:color w:val="555555"/>
          <w:sz w:val="20"/>
        </w:rPr>
        <w:t>[10]</w:t>
      </w:r>
    </w:p>
    <w:p>
      <w:r>
        <w:rPr>
          <w:rFonts w:ascii="Gentium Plus" w:hAnsi="Gentium Plus"/>
          <w:sz w:val="24"/>
        </w:rPr>
        <w:t>πομάτων ἐξ αὐτῶν μεταλαμβάνειν. τῆς δὲ Κίρκης προσενεγκού‐ σης αὐτῷ καὶ τῷ στρατῷ αὐτοῦ καὶ τοῖς ναύταις τροφὰς βρωμά‐ των καὶ πομάτων, οὐκ ἐδέξαντο παρ’ αὐτῆς τὸ παράπαν. καὶ μαθοῦσα τοῦτο ἡ Κίρκη ὑπέλαβεν εἰδέναι τὸν Ὀδυσσέα τινὰς μυ‐ στικὰς μαγείας καὶ προγνόντα αὐτῆς τὰ βουλεύματα, καὶ πέμ‐</w:t>
      </w:r>
    </w:p>
    <w:p>
      <w:r>
        <w:rPr>
          <w:rFonts w:ascii="Courier New" w:hAnsi="Courier New"/>
          <w:color w:val="555555"/>
          <w:sz w:val="20"/>
        </w:rPr>
        <w:t>[15]</w:t>
      </w:r>
    </w:p>
    <w:p>
      <w:r>
        <w:rPr>
          <w:rFonts w:ascii="Gentium Plus" w:hAnsi="Gentium Plus"/>
          <w:sz w:val="24"/>
        </w:rPr>
        <w:t>ψασα μετεστείλατο αὐτὸν ἐν τῷ ἱερῷ· καὶ ἦλθε πρὸς αὐτὴν με‐ τὰ ὁπλικῆς βοηθείας καὶ ἀπονοίας Ἀχαϊκῆς, ἀγαγὼν αὐτῇ δῶρα Τρωικά. ἡ δὲ ἑωρακυῖα αὐτὸν καὶ τοὺς μετ’ αὐτοῦ, ᾔτησεν αὐ‐ τὸν προσμεῖναι τῇ νήσῳ, ἄχρις οὗ διέλθῃ ὁ τοῦ χειμῶνος καιρός, δεδωκυῖα αὐτῷ ἐν τῷ ἱερῷ ὅρκους μηδὲν ποιεῖν εἰς βλάβην αὐτοῦ</w:t>
      </w:r>
    </w:p>
    <w:p>
      <w:r>
        <w:rPr>
          <w:rFonts w:ascii="Courier New" w:hAnsi="Courier New"/>
          <w:color w:val="555555"/>
          <w:sz w:val="20"/>
        </w:rPr>
        <w:t>[20]</w:t>
      </w:r>
    </w:p>
    <w:p>
      <w:r>
        <w:rPr>
          <w:rFonts w:ascii="Gentium Plus" w:hAnsi="Gentium Plus"/>
          <w:sz w:val="24"/>
        </w:rPr>
        <w:t>ἤ τινος τῶν ἅμα αὐτῷ. καὶ πεισθεὶς ὁ Ὀδυσσεὺς διέτριψε μετ’ αὐτῆς ὀλίγον καιρόν, συμμιγεὶς αὐτῇ πρὸς γάμον, ἐκείνης βου‐ ληθείσης· περὶ ἧς Κίρκης ἐξέθεντο ταῦτα οἱ σοφώτατοι Σίσυφος</w:t>
      </w:r>
    </w:p>
    <w:p>
      <w:r>
        <w:rPr>
          <w:rFonts w:ascii="Courier New" w:hAnsi="Courier New"/>
          <w:color w:val="555555"/>
          <w:sz w:val="20"/>
        </w:rPr>
        <w:t>[Chron . 120]</w:t>
      </w:r>
    </w:p>
    <w:p>
      <w:r>
        <w:rPr>
          <w:rFonts w:ascii="Gentium Plus" w:hAnsi="Gentium Plus"/>
          <w:sz w:val="24"/>
        </w:rPr>
        <w:t>τικῶς ἔφρασεν ὅτι διὰ πόματος μαγικοῦ τοὺς συλλαμβανομένους πρὸς αὐτὴν ἄνδρας μετεμόρφου, ποιοῦσα τοὺς μὲν λεοντομόρ‐ φους, τοὺς δὲ κυνοκεφάλους, ἄλλους δὲ συομόρφους, ἑτέρους δὲ ἀρκομόρφους καὶ χοιροκεφάλους. ὁ δὲ προγεγραμμένος σοφὸς</w:t>
      </w:r>
    </w:p>
    <w:p>
      <w:r>
        <w:rPr>
          <w:rFonts w:ascii="Courier New" w:hAnsi="Courier New"/>
          <w:color w:val="555555"/>
          <w:sz w:val="20"/>
        </w:rPr>
        <w:t>[5]</w:t>
      </w:r>
    </w:p>
    <w:p>
      <w:r>
        <w:rPr>
          <w:rFonts w:ascii="Gentium Plus" w:hAnsi="Gentium Plus"/>
          <w:sz w:val="24"/>
        </w:rPr>
        <w:t>Φειδαλίος ὁ Κορίνθιος ἐξέθετο τὴν ποιητικὴν ταύτην σύνταξιν ἑρμηνεύσας οὕτως. ὅτι τῇ Κίρκῃ οὐδὲν ἥρμοζε πρὸς ἣν ἠβού‐ λετο ἐπιθυμίαν πολυοχλίαν ποιεῖν τοὺς ἀνθρώπους θηριομόρ‐ φους, ἀλλὰ τρόπον σημαίνων ὁ ποιητὴς τῶν ἀντερώντων ἀν‐ δρῶν, ὅτι ὡς θηρία ἐποίει αὐτοὺς ἐκεῖ ἡ Κίρκη βρύχειν καὶ μαί‐</w:t>
      </w:r>
    </w:p>
    <w:p>
      <w:r>
        <w:rPr>
          <w:rFonts w:ascii="Courier New" w:hAnsi="Courier New"/>
          <w:color w:val="555555"/>
          <w:sz w:val="20"/>
        </w:rPr>
        <w:t>[10]</w:t>
      </w:r>
    </w:p>
    <w:p>
      <w:r>
        <w:rPr>
          <w:rFonts w:ascii="Gentium Plus" w:hAnsi="Gentium Plus"/>
          <w:sz w:val="24"/>
        </w:rPr>
        <w:t>νεσθαι καὶ λυσσᾶν ἐκ πόθου, καθὼς ἐκέλευσεν ἡ Κίρκη. φυ‐ σικὸν γὰρ τῶν ἐρώντων ἀντέχεσθαι τῆς ἐρωμένης καὶ ὑπεραπο‐ θνήσκειν· τοιοῦτοι γὰρ ὑπάρχουσιν οἱ ἐρῶντες. ἐκ γὰρ τῆς ἐπι‐ θυμίας ἀποθηριοῦνται, μηδὲν ἔμφρενον λογιζόμενοι, ἀλλὰ ἀλ‐ λοιούμενοι τὰς μορφὰς καὶ τῷ σώματι ὡς θηριόμορφοι γίνονται</w:t>
      </w:r>
    </w:p>
    <w:p>
      <w:r>
        <w:rPr>
          <w:rFonts w:ascii="Courier New" w:hAnsi="Courier New"/>
          <w:color w:val="555555"/>
          <w:sz w:val="20"/>
        </w:rPr>
        <w:t>[15]</w:t>
      </w:r>
    </w:p>
    <w:p>
      <w:r>
        <w:rPr>
          <w:rFonts w:ascii="Gentium Plus" w:hAnsi="Gentium Plus"/>
          <w:sz w:val="24"/>
        </w:rPr>
        <w:t>καὶ τῇ θέᾳ καὶ τοῖς τρόποις, ἐπερχόμενοι τοῖς ἀντερασταῖς· φυ‐ σικὸν γὰρ τοὺς ἀντεραστὰς ὁρᾶν ἀλλήλους ὡς θηρία καὶ πρὸς ἀλ‐ λήλους ἐπερχομένους ἄχρις φόνου. οἳ καὶ διαφόρως ἔχουσι πρὸς τοὺς τῆς τοιαύτης ἐπιθυμίας τρόπους· οἱ μὲν γὰρ ὡς κύνες ἐπέρ‐ χονται τῇ μίξει, πολλὰ συμμιγνύμενοι, οἱ δὲ ὡς λέοντες τὴν</w:t>
      </w:r>
    </w:p>
    <w:p>
      <w:r>
        <w:rPr>
          <w:rFonts w:ascii="Courier New" w:hAnsi="Courier New"/>
          <w:color w:val="555555"/>
          <w:sz w:val="20"/>
        </w:rPr>
        <w:t>[20]</w:t>
      </w:r>
    </w:p>
    <w:p>
      <w:r>
        <w:rPr>
          <w:rFonts w:ascii="Gentium Plus" w:hAnsi="Gentium Plus"/>
          <w:sz w:val="24"/>
        </w:rPr>
        <w:t>ὁρμὴν καὶ μόνην τὴν ἐπιθυμίαν ζητοῦσιν, ἄλλοι δὲ ὡς ἄρκτοι</w:t>
      </w:r>
    </w:p>
    <w:p>
      <w:r>
        <w:rPr>
          <w:rFonts w:ascii="Courier New" w:hAnsi="Courier New"/>
          <w:color w:val="555555"/>
          <w:sz w:val="20"/>
        </w:rPr>
        <w:t>[Chron . 121]</w:t>
      </w:r>
    </w:p>
    <w:p>
      <w:r>
        <w:rPr>
          <w:rFonts w:ascii="Gentium Plus" w:hAnsi="Gentium Plus"/>
          <w:sz w:val="24"/>
        </w:rPr>
        <w:t>μιαρῶς κέχρηνται τῇ συνουσίᾳ. καὶ μᾶλλον σαφέστερον οὗτος καὶ ἀληθινώτερον ἡρμήνευσεν ἐν τῇ ἰδίᾳ ἐκθέσει. Ἀπὸ δὲ τῆς νήσου τῆς Κίρκης ἐξορμήσας ὁ Ὀδυσσεὺς ἀνή‐ χθη εἰς τὴν ἄλλην νῆσον, ὑπὸ ἀνέμων ἐναντίων ἐκριφείς· ὅντι‐</w:t>
      </w:r>
    </w:p>
    <w:p>
      <w:r>
        <w:rPr>
          <w:rFonts w:ascii="Courier New" w:hAnsi="Courier New"/>
          <w:color w:val="555555"/>
          <w:sz w:val="20"/>
        </w:rPr>
        <w:t>[5]</w:t>
      </w:r>
    </w:p>
    <w:p>
      <w:r>
        <w:rPr>
          <w:rFonts w:ascii="Gentium Plus" w:hAnsi="Gentium Plus"/>
          <w:sz w:val="24"/>
        </w:rPr>
        <w:t>να ἐδέξατο καὶ ἡ Καλυψώ, ἡ ἀδελφὴ τῆς Κίρκης, καὶ πολλῆς θεραπείας ἠξίωσεν αὐτόν, συμμιγεῖσα αὐτῷ καὶ πρὸς γάμον. κἀκεῖθεν ἀνήχθη, ἔνθα λίμνη ὑπῆρχε μεγάλη πλησίον τῆς θα‐ λάσσης, λεγομένη ἡ Νεκυόπομπος, καὶ οἱ οἰκοῦντες ἐν αὐτῇ ἄν‐ δρες μάντεις· οἵτινες ἐξεῖπον αὐτῷ πάντα τὰ συμβάντα αὐτῷ</w:t>
      </w:r>
    </w:p>
    <w:p>
      <w:r>
        <w:rPr>
          <w:rFonts w:ascii="Courier New" w:hAnsi="Courier New"/>
          <w:color w:val="555555"/>
          <w:sz w:val="20"/>
        </w:rPr>
        <w:t>[10]</w:t>
      </w:r>
    </w:p>
    <w:p>
      <w:r>
        <w:rPr>
          <w:rFonts w:ascii="Gentium Plus" w:hAnsi="Gentium Plus"/>
          <w:sz w:val="24"/>
        </w:rPr>
        <w:t>καὶ τὰ μέλλοντα. καὶ ἀναχθεὶς ἐκεῖθεν χειμῶνος μεγάλου γενο‐ μένου θαλάσσης ἐκρίπτεται εἰς τὰς Σερενίδας οὕτω καλουμένας πέτρας, αἳ ἐκ τῶν κρουσμάτων τῶν κυμάτων ἦχος ἀποτελοῦσιν ἴδιον. κἀκεῖθεν ἐξειλήσας ἦλθεν εἰς τὴν καλουμένην Χάρυβδιν, εἰς τόπους ἀγρίους καὶ ἀποτόμους· κἀκεῖ πάσας τὰς ὑπολειφθεί‐</w:t>
      </w:r>
    </w:p>
    <w:p>
      <w:r>
        <w:rPr>
          <w:rFonts w:ascii="Courier New" w:hAnsi="Courier New"/>
          <w:color w:val="555555"/>
          <w:sz w:val="20"/>
        </w:rPr>
        <w:t>[15]</w:t>
      </w:r>
    </w:p>
    <w:p>
      <w:r>
        <w:rPr>
          <w:rFonts w:ascii="Gentium Plus" w:hAnsi="Gentium Plus"/>
          <w:sz w:val="24"/>
        </w:rPr>
        <w:t>σας αὐτῷ ναῦς καὶ τὸν στρατὸν ἀπώλεσεν, αὐτὸς δὲ ὁ Ὀδυσσεὺς μόνος ἐν σανίδι τοῦ πλοίου ἐν τῷ πελάγει ἐφέρετο, ἀναμένων τὸν μετὰ βίας θάνατον. τοῦτον δὲ ἑωρακότες τινὲς ἀποπλέοντες ναῦται Φοίνικες νηχόμενον ἐν τοῖς ὕδασιν ἐλεήσαντες διέσωσαν, καὶ ἤγαγον αὐτὸν ἐν τῇ Κρήτῃ νήσῳ πρὸς τὸν Ἰδομενέα, ἔξαρ‐</w:t>
      </w:r>
    </w:p>
    <w:p>
      <w:r>
        <w:rPr>
          <w:rFonts w:ascii="Courier New" w:hAnsi="Courier New"/>
          <w:color w:val="555555"/>
          <w:sz w:val="20"/>
        </w:rPr>
        <w:t>[20]</w:t>
      </w:r>
    </w:p>
    <w:p>
      <w:r>
        <w:rPr>
          <w:rFonts w:ascii="Gentium Plus" w:hAnsi="Gentium Plus"/>
          <w:sz w:val="24"/>
        </w:rPr>
        <w:t>χον Ἑλλήνων. καὶ ἑωρακὼς τὸν Ὀδυσσέα ὁ Ἰδομενεὺς γυμνὸν καὶ δεόμενον, συμπαθῶς φερόμενος, δῶρα αὐτῷ πλεῖστα δεδω‐</w:t>
      </w:r>
    </w:p>
    <w:p>
      <w:r>
        <w:rPr>
          <w:rFonts w:ascii="Courier New" w:hAnsi="Courier New"/>
          <w:color w:val="555555"/>
          <w:sz w:val="20"/>
        </w:rPr>
        <w:t>[Chron . 122]</w:t>
      </w:r>
    </w:p>
    <w:p>
      <w:r>
        <w:rPr>
          <w:rFonts w:ascii="Gentium Plus" w:hAnsi="Gentium Plus"/>
          <w:sz w:val="24"/>
        </w:rPr>
        <w:t>σώζοντας αὐτόν τινας, ἐξέπεμψεν αὐτὸν εἰς Ἰθάκην. ἅτινα καὶ ὁ σοφὸς Δίκτυς παρὰ τοῦ Ὀδυσσέως ἀκηκοὼς συνεγράψατο. Ὁμοίως δὲ καὶ ὁ Διομήδης λαβὼν τὸ Παλλάδιον ἐξώρμησεν ἀπὸ τῆς Τροίας εἰς τὴν ἰδίαν πατρίδα.</w:t>
      </w:r>
    </w:p>
    <w:p>
      <w:r>
        <w:rPr>
          <w:rFonts w:ascii="Courier New" w:hAnsi="Courier New"/>
          <w:color w:val="555555"/>
          <w:sz w:val="20"/>
        </w:rPr>
        <w:t>[5]</w:t>
      </w:r>
    </w:p>
    <w:p>
      <w:r>
        <w:rPr>
          <w:rFonts w:ascii="Gentium Plus" w:hAnsi="Gentium Plus"/>
          <w:sz w:val="24"/>
        </w:rPr>
        <w:t>Ὁ δὲ Ἀγαμέμνων ἔχων τὴν Κασσάνδραν, ἣ ἐπόθει, ἐπέ‐ ρασε τὸ τῆς Ῥόδου πέλαγος, βουλόμενος ἐπὶ Μυκηναίων πόλιν ὁρμῆσαι. Λοιπὸν ὁ Πύῤῥος ἑωρακὼς πάντας ἀποπλεύσαντας, τεφρώ‐ σας τὸν Τελαμώνιον Αἴαντα καὶ λαβὼν ἐν ὑδρίᾳ ἔθαψε μετὰ</w:t>
      </w:r>
    </w:p>
    <w:p>
      <w:r>
        <w:rPr>
          <w:rFonts w:ascii="Courier New" w:hAnsi="Courier New"/>
          <w:color w:val="555555"/>
          <w:sz w:val="20"/>
        </w:rPr>
        <w:t>[10]</w:t>
      </w:r>
    </w:p>
    <w:p>
      <w:r>
        <w:rPr>
          <w:rFonts w:ascii="Gentium Plus" w:hAnsi="Gentium Plus"/>
          <w:sz w:val="24"/>
        </w:rPr>
        <w:t>τιμῆς μεγάλης πλησίον τοῦ τύμβου τοῦ Ἀχιλλέως, τοῦ ἐξαδέλ‐ φου αὐτοῦ, πατρὸς δὲ τοῦ Πύῤῥου, εἰς τόπον λεγόμενον Σίγριν. Ὁ δὲ Τεῦκρος, ὁ ἀδελφὸς τοῦ Αἴαντος τοῦ Τελαμωνίου, κα‐ τέφθασεν εὐθέως, ἐλθὼν ἀπὸ τῆς Σαλαμῖνος, πόλεως τῆς Κύ‐ πρου, πρὸς βοήθειαν τοῦ ἀδελφοῦ αὐτοῦ, καὶ εὗρε τὸν Πύῤῥον.</w:t>
      </w:r>
    </w:p>
    <w:p>
      <w:r>
        <w:rPr>
          <w:rFonts w:ascii="Courier New" w:hAnsi="Courier New"/>
          <w:color w:val="555555"/>
          <w:sz w:val="20"/>
        </w:rPr>
        <w:t>[15]</w:t>
      </w:r>
    </w:p>
    <w:p>
      <w:r>
        <w:rPr>
          <w:rFonts w:ascii="Gentium Plus" w:hAnsi="Gentium Plus"/>
          <w:sz w:val="24"/>
        </w:rPr>
        <w:t>καὶ μεμαθηκὼς παρ’ αὐτοῦ τὰ συμβάντα, ἀκούσας δὲ καὶ τὴν γεναμένην τιμὴν τῶν λειψάνων τοῦ Αἴαντος, ἐπαινῶν καὶ ἐπευχό‐ μενος τῷ Πύῤῥῳ ἔφη, Οὐδὲν ξένον πεποίηκας· ἐκείνης γὰρ τῆς Ἀχιλλέως θείας φρενὸς ὑπάρχεις υἱός. λείψανα γὰρ τῶν ἀγαθῶν ἀνδρῶν ἀφαιρεῖται ὁ χρόνος, ἡ δὲ ἀρετὴ καὶ θανοῦσα λάμπει.</w:t>
      </w:r>
    </w:p>
    <w:p>
      <w:r>
        <w:rPr>
          <w:rFonts w:ascii="Courier New" w:hAnsi="Courier New"/>
          <w:color w:val="555555"/>
          <w:sz w:val="20"/>
        </w:rPr>
        <w:t>[20]</w:t>
      </w:r>
    </w:p>
    <w:p>
      <w:r>
        <w:rPr>
          <w:rFonts w:ascii="Gentium Plus" w:hAnsi="Gentium Plus"/>
          <w:sz w:val="24"/>
        </w:rPr>
        <w:t>καὶ παρακαλεῖ ὁ Πύῤῥος τὸν Τεῦκρον ἅμα αὐτῷ μεταλαβεῖν βρω‐</w:t>
      </w:r>
    </w:p>
    <w:p>
      <w:r>
        <w:rPr>
          <w:rFonts w:ascii="Courier New" w:hAnsi="Courier New"/>
          <w:color w:val="555555"/>
          <w:sz w:val="20"/>
        </w:rPr>
        <w:t>[Chron . 123]</w:t>
      </w:r>
    </w:p>
    <w:p>
      <w:r>
        <w:rPr>
          <w:rFonts w:ascii="Gentium Plus" w:hAnsi="Gentium Plus"/>
          <w:sz w:val="24"/>
        </w:rPr>
        <w:t>νους, τὸν Τεῦκρον ὁ Πύῤῥος ᾔτει διηγεῖσθαι αὐτῷ πάντα ἐξ ἀρ‐ χῆς τὰ συμβάντα τῷ αὐτοῦ πατρί, φήσας ἀγνοεῖν τὸ ἀκριβές. ὁ δὲ Τεῦκρος ἤρξατο λέγειν οὕτως. Ὁ πᾶς αἰὼν οὐκ ἐξαλείψει τὴν Ἀχιλλέως κατὰ Ἕκτορος νί‐</w:t>
      </w:r>
    </w:p>
    <w:p>
      <w:r>
        <w:rPr>
          <w:rFonts w:ascii="Courier New" w:hAnsi="Courier New"/>
          <w:color w:val="555555"/>
          <w:sz w:val="20"/>
        </w:rPr>
        <w:t>[5]</w:t>
      </w:r>
    </w:p>
    <w:p>
      <w:r>
        <w:rPr>
          <w:rFonts w:ascii="Gentium Plus" w:hAnsi="Gentium Plus"/>
          <w:sz w:val="24"/>
        </w:rPr>
        <w:t>κην· ὃς μαθὼν Ἕκτορα νυκτὸς βουλόμενον ἀπαντῆσαι τῇ βασι‐ λίδι Πενθεσιλείᾳ, προποιήσας λάθρᾳ ἅμα τῷ ἰδίῳ στρατῷ καὶ ἑαυτὸν σὺν αὐτοῖς ἀποκρύψας, τὸν ποταμὸν διαβαίνοντα τὸν Ἕκτορα κτείνει καὶ ἅπαντας τοὺς αὐτῷ ἑπομένους, ἕνα μόνον κα‐ ταλιπὼν ζῶντα· ὅντινα χειροκοπήσας Πριάμῳ ἔπεμψεν ἀγγε‐</w:t>
      </w:r>
    </w:p>
    <w:p>
      <w:r>
        <w:rPr>
          <w:rFonts w:ascii="Courier New" w:hAnsi="Courier New"/>
          <w:color w:val="555555"/>
          <w:sz w:val="20"/>
        </w:rPr>
        <w:t>[10]</w:t>
      </w:r>
    </w:p>
    <w:p>
      <w:r>
        <w:rPr>
          <w:rFonts w:ascii="Gentium Plus" w:hAnsi="Gentium Plus"/>
          <w:sz w:val="24"/>
        </w:rPr>
        <w:t>λοῦντα τὸν Ἕκτορος θάνατον. καὶ τὰ συμβάντα μηδενὸς τῶν Ἑλλήνων γνόντος, ἤγαγε τὸ τοῦ Ἕκτορος λείψανον εἰς δάπεδον πρὸ αὔγους· καὶ ἐν δίφρῳ ἀναρτήσας αὐτὸν τοὺς ἵππους ἐλαύ‐ νοντος Αὐτομέδοντος σὺν αὐτῷ μαστιγόπληκτον αὐτοῦ τὸ σῶμα ὁ σὸς γενέτης ποιῶν οὐκ ἐπαύετο. ἀκούσας δὲ Πρίαμος τὸν τοῦ</w:t>
      </w:r>
    </w:p>
    <w:p>
      <w:r>
        <w:rPr>
          <w:rFonts w:ascii="Courier New" w:hAnsi="Courier New"/>
          <w:color w:val="555555"/>
          <w:sz w:val="20"/>
        </w:rPr>
        <w:t>[15]</w:t>
      </w:r>
    </w:p>
    <w:p>
      <w:r>
        <w:rPr>
          <w:rFonts w:ascii="Gentium Plus" w:hAnsi="Gentium Plus"/>
          <w:sz w:val="24"/>
        </w:rPr>
        <w:t>Ἕκτορος μόρον, ὠλόλυξε, καὶ πάντες σὺν αὐτῷ· καὶ τοσαύτη βοὴ ἐγένετο ἐκ τοῦ πλήθους τῶν Τρώων, ὥστε καὶ τὰ πετεινὰ τοῦ οὐρανοῦ ταραχθῆναι. καὶ οἱ Ἕλληνες δὲ χαίροντες ἀντεβόη‐ σαν ὁμοίως· καὶ κλείονται αἱ πύλαι τοῦ Ἰλίου. ὁ σὸς γενέτης ἐπετέλεσεν ἀγῶνος ἑορτὴν τοῖς βασιλεῦσι καὶ πᾶσι, πολλὰ φιλο‐</w:t>
      </w:r>
    </w:p>
    <w:p>
      <w:r>
        <w:rPr>
          <w:rFonts w:ascii="Courier New" w:hAnsi="Courier New"/>
          <w:color w:val="555555"/>
          <w:sz w:val="20"/>
        </w:rPr>
        <w:t>[20]</w:t>
      </w:r>
    </w:p>
    <w:p>
      <w:r>
        <w:rPr>
          <w:rFonts w:ascii="Gentium Plus" w:hAnsi="Gentium Plus"/>
          <w:sz w:val="24"/>
        </w:rPr>
        <w:t>τιμησάμενος. τῇ δὲ ἑξῆς ἡμέρᾳ ὁ Πρίαμος πένθιμον φορῶν σχῆμα, ἄξας μεθ’ ἑαυτοῦ Πολυξένην τὴν θυγατέρα αὐτοῦ, παρ‐ θένον, καὶ Ἀνδρομάχην, τὴν Ἕκτορος γυναῖκα, καὶ Ἀστυάνακτα</w:t>
      </w:r>
    </w:p>
    <w:p>
      <w:r>
        <w:rPr>
          <w:rFonts w:ascii="Courier New" w:hAnsi="Courier New"/>
          <w:color w:val="555555"/>
          <w:sz w:val="20"/>
        </w:rPr>
        <w:t>[Chron . 124]</w:t>
      </w:r>
    </w:p>
    <w:p>
      <w:r>
        <w:rPr>
          <w:rFonts w:ascii="Gentium Plus" w:hAnsi="Gentium Plus"/>
          <w:sz w:val="24"/>
        </w:rPr>
        <w:t>Ἕλληνας, ἀγαγὼν μεθ’ ἑαυτοῦ καὶ κόσμον πολὺν καὶ χρυσὸν καὶ ἄργυρον καὶ ἐσθῆτα. οὔσης δὲ σιγῆς ἐν τοῖς ἡγεμόσι τῶν Ἑλλή‐ νων, πλησίον δὲ αὐτοῦ γενομένου, ἐθαύμαζον πάντες τὴν εὐ‐ τολμίαν τοῦ αὐτοῦ Πριάμου, καὶ ἀπαντῶσιν αὐτῷ βουλόμενοι</w:t>
      </w:r>
    </w:p>
    <w:p>
      <w:r>
        <w:rPr>
          <w:rFonts w:ascii="Courier New" w:hAnsi="Courier New"/>
          <w:color w:val="555555"/>
          <w:sz w:val="20"/>
        </w:rPr>
        <w:t>[5]</w:t>
      </w:r>
    </w:p>
    <w:p>
      <w:r>
        <w:rPr>
          <w:rFonts w:ascii="Gentium Plus" w:hAnsi="Gentium Plus"/>
          <w:sz w:val="24"/>
        </w:rPr>
        <w:t>μαθεῖν τὴν αἰτίαν τῆς ἀφίξεως. ἑωρακὼς δὲ αὐτοὺς ὁ Πρίαμος, ἑαυτὸν εἰς τὸ ἔδαφος ῥίψας, κόνιν ἐπὶ τῆς κεφαλῆς αὐτοῦ φέρων καὶ δεόμενος αὐτῶν συνικέτας γενέσθαι πρὸς τὸν Ἀχιλλέα ὑπὲρ τοῦ σώματος τοῦ Ἕκτορος. οἰκτείρει δὲ αὐτὸν Νέστωρ καὶ Ἰδο‐ μενεὺς αὐτῷ γενέσθαι συνικέτας πρὸς τὸν Ἀχιλλέα ὑπὲρ τοῦ σώ‐</w:t>
      </w:r>
    </w:p>
    <w:p>
      <w:r>
        <w:rPr>
          <w:rFonts w:ascii="Courier New" w:hAnsi="Courier New"/>
          <w:color w:val="555555"/>
          <w:sz w:val="20"/>
        </w:rPr>
        <w:t>[10]</w:t>
      </w:r>
    </w:p>
    <w:p>
      <w:r>
        <w:rPr>
          <w:rFonts w:ascii="Gentium Plus" w:hAnsi="Gentium Plus"/>
          <w:sz w:val="24"/>
        </w:rPr>
        <w:t>ματος τοῦ Ἕκτορος, οἵτινες ἐδυσώπησαν τὸν σὸν πατέρα περὶ τοῦ Πριάμου. καὶ ἐκέλευσεν αὐτὸν εἰσελθεῖν εἰς τὴν σκηνὴν αὐτοῦ· ὁ δὲ Πρίαμος εἰσελθὼν ἔπεσεν εἰς τοὺς πόδας αὐτοῦ πλωτὸς ἱκε‐ τεύων, ὡσαύτως δὲ καὶ Ἀνδρομάχη σὺν τοῖς παισίν, ἡ δὲ Πο‐ λυξένη περιπλακεῖσα τοῖς ποσὶ τοῦ σοῦ γενέτου περὶ τοῦ αὐτῆς</w:t>
      </w:r>
    </w:p>
    <w:p>
      <w:r>
        <w:rPr>
          <w:rFonts w:ascii="Courier New" w:hAnsi="Courier New"/>
          <w:color w:val="555555"/>
          <w:sz w:val="20"/>
        </w:rPr>
        <w:t>[15]</w:t>
      </w:r>
    </w:p>
    <w:p>
      <w:r>
        <w:rPr>
          <w:rFonts w:ascii="Gentium Plus" w:hAnsi="Gentium Plus"/>
          <w:sz w:val="24"/>
        </w:rPr>
        <w:t>ἀδελφοῦ Ἕκτορος, δουλεύειν ἐπαγγειλαμένη καὶ μένειν σὺν αὐτῷ, εἰ ἀποδῷ τὸν νεκρόν. οἱ δὲ βασιλεῖς τὸ γῆρας αὐτοῦ οἰκτείραντες παρεκάλουν ὑπὲρ Πριάμου. ὁ δὲ σὸς γενέτης Ἀχιλλεὺς πρὸς αὐ‐ τοὺς ἔφη, Κρατεῖν αὐτὸν ἐξ ἀρχῆς ἔδει τῶν παίδων καὶ μὴ συνεξα‐ μαρτάνειν· ἀλλ’ εἶχεν αὐτὸν ἔρως τῶν ἀλλοτρίων χρημάτων· οὐ</w:t>
      </w:r>
    </w:p>
    <w:p>
      <w:r>
        <w:rPr>
          <w:rFonts w:ascii="Courier New" w:hAnsi="Courier New"/>
          <w:color w:val="555555"/>
          <w:sz w:val="20"/>
        </w:rPr>
        <w:t>[20]</w:t>
      </w:r>
    </w:p>
    <w:p>
      <w:r>
        <w:rPr>
          <w:rFonts w:ascii="Gentium Plus" w:hAnsi="Gentium Plus"/>
          <w:sz w:val="24"/>
        </w:rPr>
        <w:t>γὰρ Ἑλένης γυναικὸς τὴν ἐπιθυμίαν εἶχεν, ἀλλὰ τῶν Ἀτρέως καὶ Πέλοπος χρημάτων τὸν πόθον εἶχε. δότε οὖν δίκας ἀνθ’ ὧν ἠσε‐ βήσατε· σωφρονιζέσθωσαν οὖν δι’ ὑμᾶς Ἕλληνες καὶ βάρβαροι.</w:t>
      </w:r>
    </w:p>
    <w:p>
      <w:r>
        <w:rPr>
          <w:rFonts w:ascii="Courier New" w:hAnsi="Courier New"/>
          <w:color w:val="555555"/>
          <w:sz w:val="20"/>
        </w:rPr>
        <w:t>[Chron . 125]</w:t>
      </w:r>
    </w:p>
    <w:p>
      <w:r>
        <w:rPr>
          <w:rFonts w:ascii="Gentium Plus" w:hAnsi="Gentium Plus"/>
          <w:sz w:val="24"/>
        </w:rPr>
        <w:t>ρῆσαι· ὁ δὲ τὰ τοῦ βίου τερπνὰ ἐννοήσας, τὸν Πρίαμον ἀνί‐ στησι καὶ Πολυξένην καὶ Ἀνδρομάχην, καὶ κελεύει τῷ Πριάμῳ λούσασθαι καὶ σίτου καὶ οἴνου γεύσασθαι ἅμα αὐτῷ· ἄλλως γὰρ οὐκ ἂν παραχωρήσειεν αὐτῷ τὸν νεκρόν. ὁ δὲ Πρίαμος φόβῳ</w:t>
      </w:r>
    </w:p>
    <w:p>
      <w:r>
        <w:rPr>
          <w:rFonts w:ascii="Courier New" w:hAnsi="Courier New"/>
          <w:color w:val="555555"/>
          <w:sz w:val="20"/>
        </w:rPr>
        <w:t>[5]</w:t>
      </w:r>
    </w:p>
    <w:p>
      <w:r>
        <w:rPr>
          <w:rFonts w:ascii="Gentium Plus" w:hAnsi="Gentium Plus"/>
          <w:sz w:val="24"/>
        </w:rPr>
        <w:t>κατεχόμενος καὶ ἐλπίδι τῶν μελλόντων, ταπεινῶς παραγίνεται ὑπὸ Πολυξένης παρακρατούμενος πρὸς Ἀχιλλέα τὸν σὸν γενέτην καὶ βρωτοῦ καὶ ποτοῦ μετέσχε. καὶ πολλῶν λαληθέντων ἀνέστη‐ σαν· καὶ τεθέντων τῶν λύτρων ἐπὶ τῆς γῆς, ἰδὼν ὁ Ἀχιλλεὺς τὸ πλῆθος τῶν δώρων, τόν τε χρυσὸν καὶ τὸν ἄργυρον δέχεται καὶ</w:t>
      </w:r>
    </w:p>
    <w:p>
      <w:r>
        <w:rPr>
          <w:rFonts w:ascii="Courier New" w:hAnsi="Courier New"/>
          <w:color w:val="555555"/>
          <w:sz w:val="20"/>
        </w:rPr>
        <w:t>[10]</w:t>
      </w:r>
    </w:p>
    <w:p>
      <w:r>
        <w:rPr>
          <w:rFonts w:ascii="Gentium Plus" w:hAnsi="Gentium Plus"/>
          <w:sz w:val="24"/>
        </w:rPr>
        <w:t>ἐκ τοῦ ἱματισμοῦ μέρος, τὰ δὲ λοιπὰ Πολυξένῃ χαρισάμενος ἀπέδωκε τὸν νεκρόν. ὁ δὲ Πρίαμος παρακαλεῖ τὸν Ἀχιλλέα Πο‐ λυξένην παρ’ αὐτῷ καταλιπεῖν· ὁ δὲ εἶπεν αὐτῷ εἰς τὸ Ἴλιον αὐ‐ τὴν ἀγαγεῖν, εἰς ἄλλον καιρὸν τὰ κατ’ αὐτὴν ἀναβαλλόμενος. Ὁ δὲ Πρίαμος ἀνελθὼν εἰς τὸ ὄχημα, ἔχων τὸ σῶμα τοῦ</w:t>
      </w:r>
    </w:p>
    <w:p>
      <w:r>
        <w:rPr>
          <w:rFonts w:ascii="Courier New" w:hAnsi="Courier New"/>
          <w:color w:val="555555"/>
          <w:sz w:val="20"/>
        </w:rPr>
        <w:t>[15]</w:t>
      </w:r>
    </w:p>
    <w:p>
      <w:r>
        <w:rPr>
          <w:rFonts w:ascii="Gentium Plus" w:hAnsi="Gentium Plus"/>
          <w:sz w:val="24"/>
        </w:rPr>
        <w:t>Ἕκτορος ἅμα τοῖς σὺν αὐτῷ εἰς τὴν πόλιν εἰσῆλθε· καὶ τεφρώ‐ σαντες τὸ σῶμα τοῦ Ἕκτορος θάπτουσιν αὐτὸν ἔξω παρὰ τὸ τεῖ‐ χος τοῦ Ἰλίου, πενθήσαντες αὐτὸν πικρῶς. Καὶ ἐν τῷ μεταξὺ παραγίνεται ἡ Πενθεσίλεια ἐκ τῆς ἀντιπέ‐ ραν Χεῤῥονήσου, πολὺ πλῆθος ἐπαγομένη Ἀμαζόνων καὶ ἀνδρῶν</w:t>
      </w:r>
    </w:p>
    <w:p>
      <w:r>
        <w:rPr>
          <w:rFonts w:ascii="Courier New" w:hAnsi="Courier New"/>
          <w:color w:val="555555"/>
          <w:sz w:val="20"/>
        </w:rPr>
        <w:t>[20]</w:t>
      </w:r>
    </w:p>
    <w:p>
      <w:r>
        <w:rPr>
          <w:rFonts w:ascii="Gentium Plus" w:hAnsi="Gentium Plus"/>
          <w:sz w:val="24"/>
        </w:rPr>
        <w:t>γενναίων. μαθοῦσα δὲ Ἕκτορα ἀναιρεῖσθαι, ὑποστρέφειν ἠπεί‐ γετο· Πάρις δὲ τοῦτο μαθών, ἔπεισεν αὐτὴν μένειν, χρυσὸν δοὺς</w:t>
      </w:r>
    </w:p>
    <w:p>
      <w:r>
        <w:rPr>
          <w:rFonts w:ascii="Courier New" w:hAnsi="Courier New"/>
          <w:color w:val="555555"/>
          <w:sz w:val="20"/>
        </w:rPr>
        <w:t>[Chron . 126]</w:t>
      </w:r>
    </w:p>
    <w:p>
      <w:r>
        <w:rPr>
          <w:rFonts w:ascii="Gentium Plus" w:hAnsi="Gentium Plus"/>
          <w:sz w:val="24"/>
        </w:rPr>
        <w:t>ὀλίγας ὁπλισαμένη σὺν τῷ πλήθει ἐξέρχεται ἐπὶ τὸ δάπεδον, διαιρεθέντος δὲ τοῦ στρατοῦ αὐτῆς εἰς δύο μέρη, ἵστανται οἱ μὲν τοξόται τὸ δεξιὸν λαβόντες μέρος, οἱ δὲ ὁπλῖται πεζοί, πλείω τῶν ἱππέων ὄντες, τὸν μέσον ἔχοντες τόπον· ἡ δὲ Πενθεσίλεια</w:t>
      </w:r>
    </w:p>
    <w:p>
      <w:r>
        <w:rPr>
          <w:rFonts w:ascii="Courier New" w:hAnsi="Courier New"/>
          <w:color w:val="555555"/>
          <w:sz w:val="20"/>
        </w:rPr>
        <w:t>[5]</w:t>
      </w:r>
    </w:p>
    <w:p>
      <w:r>
        <w:rPr>
          <w:rFonts w:ascii="Gentium Plus" w:hAnsi="Gentium Plus"/>
          <w:sz w:val="24"/>
        </w:rPr>
        <w:t>μέσον τῶν ἱππέων ὑπῆρχε σὺν τῷ σίγνῳ. καὶ λοιπὸν οἱ Δαναοὶ τάξαντες ἑαυτοὺς ἀνθίστανται, τοῖς μὲν τοξόταις ὁ Μενέλαος κἀγὼ Τεῦκρος καὶ Μηριόνης καὶ Ὀδυσσεύς, τοῖς δὲ ὁπλίταις Διομήδης, Ἀγαμέμνων, Τληπόλεμος καὶ Ἰάλμενος καὶ Ἀσκά‐ λαφος, τοῖς δὲ ἱππεῦσιν ὁ σὸς γενέτης Ἀχιλλεὺς καὶ οἱ Αἴαντες</w:t>
      </w:r>
    </w:p>
    <w:p>
      <w:r>
        <w:rPr>
          <w:rFonts w:ascii="Courier New" w:hAnsi="Courier New"/>
          <w:color w:val="555555"/>
          <w:sz w:val="20"/>
        </w:rPr>
        <w:t>[10]</w:t>
      </w:r>
    </w:p>
    <w:p>
      <w:r>
        <w:rPr>
          <w:rFonts w:ascii="Gentium Plus" w:hAnsi="Gentium Plus"/>
          <w:sz w:val="24"/>
        </w:rPr>
        <w:t>οἱ δύο, καὶ ὁ Ἰδομενεὺς δὲ καὶ ὁ Φιλοκτήτης καὶ οἱ λοιποὶ ἡγε‐ μόνες ἅμα τοῖς αὐτῶν στρατοῖς. καὶ κτείνω ἐγὼ Τεῦκρος πολὺ πλῆθος, ὥστε ἐπαινεθῆναί με, ὡς ἀριστεύσαντα, τοὺς δὲ ὁπλί‐ τας ἀφανίζουσιν οἱ Αἴαντες, ἐν μέσῳ αὐτῶν εἰσελθόντες. ὁ δὲ σὸς πατὴρ Ἀχιλλεὺς μεταξὺ αὐτῶν ὑπάρχων, ἀπεβλέπετο τὴν</w:t>
      </w:r>
    </w:p>
    <w:p>
      <w:r>
        <w:rPr>
          <w:rFonts w:ascii="Courier New" w:hAnsi="Courier New"/>
          <w:color w:val="555555"/>
          <w:sz w:val="20"/>
        </w:rPr>
        <w:t>[15]</w:t>
      </w:r>
    </w:p>
    <w:p>
      <w:r>
        <w:rPr>
          <w:rFonts w:ascii="Gentium Plus" w:hAnsi="Gentium Plus"/>
          <w:sz w:val="24"/>
        </w:rPr>
        <w:t>Πενθεσίλειαν, ζητῶν ἀποκτεῖναι αὐτὴν μαχομένην πικρῶς. καὶ πλησίον ἵππου αὐτῆς φθάσας, δόρατι κρούσας αὐτὴν ἀπὸ τοῦ ἵππου καταβάλλει, καὶ ἔτι ζῶσαν αὐτὴν ἕλκει πεσοῦσαν ἐκ τῆς κόμης. καὶ ἑωρακότες αὐτὴν πεσοῦσαν οἱ λοιποὶ τοῦ στρατοῦ αὐτῆς εἰς φυγὴν ἐτράπησαν· τῶν δὲ Τρώων τὰς πύλας κλεισάν‐</w:t>
      </w:r>
    </w:p>
    <w:p>
      <w:r>
        <w:rPr>
          <w:rFonts w:ascii="Courier New" w:hAnsi="Courier New"/>
          <w:color w:val="555555"/>
          <w:sz w:val="20"/>
        </w:rPr>
        <w:t>[20]</w:t>
      </w:r>
    </w:p>
    <w:p>
      <w:r>
        <w:rPr>
          <w:rFonts w:ascii="Gentium Plus" w:hAnsi="Gentium Plus"/>
          <w:sz w:val="24"/>
        </w:rPr>
        <w:t>των διὰ τοὺς φεύγοντας, οἱ Ἕλληνες ἡμεῖς τοὺς περιλειφθέντας</w:t>
      </w:r>
    </w:p>
    <w:p>
      <w:r>
        <w:rPr>
          <w:rFonts w:ascii="Courier New" w:hAnsi="Courier New"/>
          <w:color w:val="555555"/>
          <w:sz w:val="20"/>
        </w:rPr>
        <w:t>[Chron . 127]</w:t>
      </w:r>
    </w:p>
    <w:p>
      <w:r>
        <w:rPr>
          <w:rFonts w:ascii="Gentium Plus" w:hAnsi="Gentium Plus"/>
          <w:sz w:val="24"/>
        </w:rPr>
        <w:t>ἐπιδιώξαντες παρὰ τὸ τεῖχος κτείνομεν, ἀποσχόμενοι τῶν γυναι‐ κῶν Ἀμαζόνων, ἅστινας ὁ στρατὸς ἅπας δεσμεύσας ἐμερίσατο. τῆς δὲ Πενθεσιλείας ἔτι ἐμπνεούσης βουλὴ ἡμῖν ἐνέστη ὥστε ζῶσαν εἰς τὸν ποταμὸν ῥιφῆναι ἢ κυσὶν εἰς βρῶσιν παραδοθῆναι· ὁ δὲ</w:t>
      </w:r>
    </w:p>
    <w:p>
      <w:r>
        <w:rPr>
          <w:rFonts w:ascii="Courier New" w:hAnsi="Courier New"/>
          <w:color w:val="555555"/>
          <w:sz w:val="20"/>
        </w:rPr>
        <w:t>[5]</w:t>
      </w:r>
    </w:p>
    <w:p>
      <w:r>
        <w:rPr>
          <w:rFonts w:ascii="Gentium Plus" w:hAnsi="Gentium Plus"/>
          <w:sz w:val="24"/>
        </w:rPr>
        <w:t>Ἀχιλλεὺς ᾔτει ἡμᾶς θανοῦσαν ταφῆναι· καὶ γνόντα τὰ πλήθη ἐφώνησαν εἰς τὸν ποταμὸν ῥιφῆναι. καὶ εὐθέως ὁ Διομήδης ἐπι‐ λαβόμενος αὐτῆς τῶν ποδῶν εἰς τὸν Σκάμανδρον ποταμὸν βάλλει· καὶ θνήσκει παραχρῆμα. Μετὰ δὲ ὀλίγας ἡμέρας ὁ Τιθών τις ὀνόματι ὑπὸ τοῦ Πριά‐</w:t>
      </w:r>
    </w:p>
    <w:p>
      <w:r>
        <w:rPr>
          <w:rFonts w:ascii="Courier New" w:hAnsi="Courier New"/>
          <w:color w:val="555555"/>
          <w:sz w:val="20"/>
        </w:rPr>
        <w:t>[10]</w:t>
      </w:r>
    </w:p>
    <w:p>
      <w:r>
        <w:rPr>
          <w:rFonts w:ascii="Gentium Plus" w:hAnsi="Gentium Plus"/>
          <w:sz w:val="24"/>
        </w:rPr>
        <w:t>μου παρακληθεὶς παραγίνεται, ἄγων Ἰνδοὺς ἐφίππους καὶ πεζοὺς καὶ Φοίνικας μαχιμωτάτους μετ’ αὐτῶν καὶ τὸν βασιλέα αὐτῶν Πολυδάμαντα. καὶ τοσοῦτον ὑπῆρχε πλῆθος ὅσον οὔτε τὸ Ἴλιον οὔτε τὸ δάπεδον ἅπαν ἐδέχετο. καὶ διὰ ναυτικοῦ στόλου ἦλθον πολλοὶ Ἰνδοὶ καὶ οἱ αὐτῶν βασιλεῖς· ἐδιῳκοῦντο δὲ τασσόμενοι</w:t>
      </w:r>
    </w:p>
    <w:p>
      <w:r>
        <w:rPr>
          <w:rFonts w:ascii="Courier New" w:hAnsi="Courier New"/>
          <w:color w:val="555555"/>
          <w:sz w:val="20"/>
        </w:rPr>
        <w:t>[15]</w:t>
      </w:r>
    </w:p>
    <w:p>
      <w:r>
        <w:rPr>
          <w:rFonts w:ascii="Gentium Plus" w:hAnsi="Gentium Plus"/>
          <w:sz w:val="24"/>
        </w:rPr>
        <w:t>πάντες οἱ βασιλεῖς καὶ πᾶς ὁ στρατὸς ὑπὸ τοῦ δυνατοῦ Μέμνο‐ νος, βασιλέως Ἰνδῶν. εἶχε δὲ ὁ Μέμνων μεθ’ ἑαυτοῦ καὶ πλοῦ‐ τον πολὺν εἰς τὰς ναῦς. καὶ ἀναπαύσαντες ἑαυτοὺς ἐξῆλθον εἰς τὸ δάπεδον, ξίφη παράξενα φοροῦντες καὶ σφενδοβόλα καὶ ἀσπί‐ δας τετραγώνους. καὶ σὺν αὐτοῖς μιγέντες οἱ τοῦ Ἰλίου σύμμα‐</w:t>
      </w:r>
    </w:p>
    <w:p>
      <w:r>
        <w:rPr>
          <w:rFonts w:ascii="Courier New" w:hAnsi="Courier New"/>
          <w:color w:val="555555"/>
          <w:sz w:val="20"/>
        </w:rPr>
        <w:t>[20]</w:t>
      </w:r>
    </w:p>
    <w:p>
      <w:r>
        <w:rPr>
          <w:rFonts w:ascii="Gentium Plus" w:hAnsi="Gentium Plus"/>
          <w:sz w:val="24"/>
        </w:rPr>
        <w:t>χοι καὶ οἱ Πριάμου παῖδες καὶ ὁ Μέμνων ἦλθεν ἐν ἅρματι ἐπο‐ χούμενος εἰς τὸ πεδίον. ὁπλισθέντες δὲ καὶ ἡμεῖς οἱ Ἕλληνες</w:t>
      </w:r>
    </w:p>
    <w:p>
      <w:r>
        <w:rPr>
          <w:rFonts w:ascii="Courier New" w:hAnsi="Courier New"/>
          <w:color w:val="555555"/>
          <w:sz w:val="20"/>
        </w:rPr>
        <w:t>[Chron . 128]</w:t>
      </w:r>
    </w:p>
    <w:p>
      <w:r>
        <w:rPr>
          <w:rFonts w:ascii="Gentium Plus" w:hAnsi="Gentium Plus"/>
          <w:sz w:val="24"/>
        </w:rPr>
        <w:t>ἡγεμόνες καὶ ὁ ἡμῶν στρατὸς ἐθαμβήθημεν. καὶ μετὰ κραυγῆς οἱ Τρῶες ἅμα τῷ Μέμνονι καὶ τοῖς λοιποῖς ἐπέρχονται ἡμῖν· καὶ δεχόμεθα τὴν ὁρμὴν αὐτῶν καὶ πολλοὶ τραυματίζονται. πιπτόν‐ των δὲ πολλῶν ὄχλων ἐξ ἡμῶν, ἡμεῖς οἱ ἡγεμόνες Ἑλλήνων ἀνε‐</w:t>
      </w:r>
    </w:p>
    <w:p>
      <w:r>
        <w:rPr>
          <w:rFonts w:ascii="Courier New" w:hAnsi="Courier New"/>
          <w:color w:val="555555"/>
          <w:sz w:val="20"/>
        </w:rPr>
        <w:t>[5]</w:t>
      </w:r>
    </w:p>
    <w:p>
      <w:r>
        <w:rPr>
          <w:rFonts w:ascii="Gentium Plus" w:hAnsi="Gentium Plus"/>
          <w:sz w:val="24"/>
        </w:rPr>
        <w:t>χωροῦμεν μὴ ὑποφέροντες τὴν τοῦ πλήθους βίαν· εἶχον δὲ καὶ τὰς ἡμῶν ναῦς καῦσαι οἱ βάρβαροι, εἰ μὴ νὺξ ἐπῆλθε. τῆς δὲ νυκτὸς γενομένης, συνελθόντων Ἑλλήνων ἅμα τῷ ἰδίῳ στρατῷ, καὶ συναγαγόντες τὰ σώματα τεφροῦμεν. τῇ δὲ αὐτῇ νυκτὶ βου‐ λευόμεθα τίς τῶν βασιλέων δύναται ἀντιστῆναι καὶ ὁρμῆσαι κατὰ</w:t>
      </w:r>
    </w:p>
    <w:p>
      <w:r>
        <w:rPr>
          <w:rFonts w:ascii="Courier New" w:hAnsi="Courier New"/>
          <w:color w:val="555555"/>
          <w:sz w:val="20"/>
        </w:rPr>
        <w:t>[10]</w:t>
      </w:r>
    </w:p>
    <w:p>
      <w:r>
        <w:rPr>
          <w:rFonts w:ascii="Gentium Plus" w:hAnsi="Gentium Plus"/>
          <w:sz w:val="24"/>
        </w:rPr>
        <w:t>τοῦ Μέμνονος, τῶν ἄλλων εἰς τὰ πλήθη ἀσχολουμένων καὶ μα‐ χομένων. κλήρου δὲ γενομένου πάντων ἡμῶν ἡγεμόνων κληροῦ‐ ται κατά τινα τύχην Αἴας ὁ Τελαμώνιος, ὁ ἐμὸς ἀδελφός. καὶ πρὶν ἢ ἥλιον ἀνελθεῖν ἐξερχόμεθα οἱ Ἕλληνες ὁπλισάμενοι πάν‐ τες, ὁμοίως δὲ καὶ οἱ Τρῶες καὶ ὁ Μέμνων, βασιλεὺς Ἰνδῶν,</w:t>
      </w:r>
    </w:p>
    <w:p>
      <w:r>
        <w:rPr>
          <w:rFonts w:ascii="Courier New" w:hAnsi="Courier New"/>
          <w:color w:val="555555"/>
          <w:sz w:val="20"/>
        </w:rPr>
        <w:t>[15]</w:t>
      </w:r>
    </w:p>
    <w:p>
      <w:r>
        <w:rPr>
          <w:rFonts w:ascii="Gentium Plus" w:hAnsi="Gentium Plus"/>
          <w:sz w:val="24"/>
        </w:rPr>
        <w:t>καὶ πάντα τὰ πλήθη αὐτῶν. καὶ συμβολῆς γενομένης καὶ πολ‐ λῶν πεσόντων, ὁ ἐμὸς ἀδελφὸς Αἴας κελεύσας τοῖς βασιλεῦσι τῶν Ἑλλήνων τοὺς ἄλλους ἀμύνασθαι Ἰνδοὺς καὶ Τρῶας, ὁρμᾷ κατὰ τοῦ Μέμνονος, βασιλέως Ἰνδῶν, τοῦ ἥρωος Ἀχιλλέως, τοῦ σοῦ γενέτου, ὄπισθεν συνεπισχύοντος τῷ Αἴαντι, ἑαυτὸν ἀποκρύ‐</w:t>
      </w:r>
    </w:p>
    <w:p>
      <w:r>
        <w:rPr>
          <w:rFonts w:ascii="Courier New" w:hAnsi="Courier New"/>
          <w:color w:val="555555"/>
          <w:sz w:val="20"/>
        </w:rPr>
        <w:t>[20]</w:t>
      </w:r>
    </w:p>
    <w:p>
      <w:r>
        <w:rPr>
          <w:rFonts w:ascii="Gentium Plus" w:hAnsi="Gentium Plus"/>
          <w:sz w:val="24"/>
        </w:rPr>
        <w:t>πτων. ὁ δὲ Μέμνων προσεσχηκὼς τῷ Αἴαντι κατ’ αὐτοῦ ὁρμή‐</w:t>
      </w:r>
    </w:p>
    <w:p>
      <w:r>
        <w:rPr>
          <w:rFonts w:ascii="Courier New" w:hAnsi="Courier New"/>
          <w:color w:val="555555"/>
          <w:sz w:val="20"/>
        </w:rPr>
        <w:t>[Chron . 129]</w:t>
      </w:r>
    </w:p>
    <w:p>
      <w:r>
        <w:rPr>
          <w:rFonts w:ascii="Gentium Plus" w:hAnsi="Gentium Plus"/>
          <w:sz w:val="24"/>
        </w:rPr>
        <w:t>σαντι, καταβὰς ἀπὸ τοῦ ἅρματος εὐθὺς πλησίον ἐγένετο· καὶ ἀλλήλους τοῖς δόρασι πειράζουσιν. ὁ Αἴας δὲ πρῶτος ἀνατρέπει τὴν ἀσπίδα αὐτοῦ τῷ δόρατι στρέψας, ἐπιπεσὼν αὐτῷ βαρέως. τῶν δὲ ὄντων ἐγγὺς τοῦ Μέμνονος ἐπελθόντων τῷ Αἴαντι ἐν τῷ</w:t>
      </w:r>
    </w:p>
    <w:p>
      <w:r>
        <w:rPr>
          <w:rFonts w:ascii="Courier New" w:hAnsi="Courier New"/>
          <w:color w:val="555555"/>
          <w:sz w:val="20"/>
        </w:rPr>
        <w:t>[5]</w:t>
      </w:r>
    </w:p>
    <w:p>
      <w:r>
        <w:rPr>
          <w:rFonts w:ascii="Gentium Plus" w:hAnsi="Gentium Plus"/>
          <w:sz w:val="24"/>
        </w:rPr>
        <w:t>ἔχειν τὸν Μέμνονα, ἰδὼν ὁ σὸς πατὴρ Ἀχιλλεύς, τὸ δόρυ αὐτοῦ βαλὼν εἰς τὸν τράχηλον τοῦ αὐτοῦ Μέμνονος, γυμνωθέντος τοῦ τένοντος, κτείνει αὐτὸν ἀνελπίστως. καὶ πεσόντος αὐτοῦ αἰφνι‐ δίως γίνεται θόρυβος καὶ φυγὴ τῶν βαρβάρων· καὶ ἡμεῖς οἱ Ἕλ‐ ληνες γνόντες καὶ πλησθέντες θάρσους πάντας τοὺς Αἰθίοπας</w:t>
      </w:r>
    </w:p>
    <w:p>
      <w:r>
        <w:rPr>
          <w:rFonts w:ascii="Courier New" w:hAnsi="Courier New"/>
          <w:color w:val="555555"/>
          <w:sz w:val="20"/>
        </w:rPr>
        <w:t>[10]</w:t>
      </w:r>
    </w:p>
    <w:p>
      <w:r>
        <w:rPr>
          <w:rFonts w:ascii="Gentium Plus" w:hAnsi="Gentium Plus"/>
          <w:sz w:val="24"/>
        </w:rPr>
        <w:t>κτείνομεν. Πολυδάμαντος δὲ ἐπὶ τὸν Αἴαντα ἐπιβάντος, ὁρμή‐ σας ὁ Τελαμώνιος Αἴας κατ’ αὐτοῦ, δόρατι πλήξας τὸν βουβῶνα αὐτοῦ ἀναιρεῖ αὐτόν. θανόντος δὲ κἀκείνου καὶ ἄλλων πολλῶν, οἱ Αἰθίοπες φεύγοντες ἀνῃροῦντο, τῶν ἱππέων αὐτοὺς καταπα‐ τούντων. καὶ ἐπλήσθη τὸ δάπεδον νεκρῶν, καὶ γέγονεν ἑσπέρα·</w:t>
      </w:r>
    </w:p>
    <w:p>
      <w:r>
        <w:rPr>
          <w:rFonts w:ascii="Courier New" w:hAnsi="Courier New"/>
          <w:color w:val="555555"/>
          <w:sz w:val="20"/>
        </w:rPr>
        <w:t>[15]</w:t>
      </w:r>
    </w:p>
    <w:p>
      <w:r>
        <w:rPr>
          <w:rFonts w:ascii="Gentium Plus" w:hAnsi="Gentium Plus"/>
          <w:sz w:val="24"/>
        </w:rPr>
        <w:t>ᾔτησαν οὖν οἱ Τρῶες περὶ τῶν νεκρῶν ἔνδοσιν. καὶ ἡμῶν τῶν Ἑλλήνων συνθεμένων ἀμφότεροι ἐποιήσαμεν πυρὰς καὶ ἐτεφρώ‐ σαμεν τοὺς νεκρούς. καὶ ἀσφαλισάμενοι οἱ Τρῶες τὰς πύλας ἔμειναν πενθοῦντες διὰ τοὺς αὐτῶν προμάχους καὶ διὰ Μέμνονα. ὀλίγων δὲ ἡμερῶν διαδραμουσῶν, τοῦ σοῦ γενέτου Ἀχιλλέως προ‐</w:t>
      </w:r>
    </w:p>
    <w:p>
      <w:r>
        <w:rPr>
          <w:rFonts w:ascii="Courier New" w:hAnsi="Courier New"/>
          <w:color w:val="555555"/>
          <w:sz w:val="20"/>
        </w:rPr>
        <w:t>[20]</w:t>
      </w:r>
    </w:p>
    <w:p>
      <w:r>
        <w:rPr>
          <w:rFonts w:ascii="Gentium Plus" w:hAnsi="Gentium Plus"/>
          <w:sz w:val="24"/>
        </w:rPr>
        <w:t>καλουμένου ἅμα ἡμῖν τοῖς Ἀχαιοῖς τοὺς Τρῶας, ἐξῆλθεν ἡγού‐ μενος τῶν βαρβάρων ὁ Πάρις καὶ Δηίφοβος ἀδελφοί· ἦσαν δὲ μετ’ αὐτῶν σὺν τῷ πλήθει Λυκάων καὶ Τρωίλος, παῖδες καὶ αὐ‐ τοὶ Πριάμου. καὶ ὁρμήσας πάλιν Ἀχιλλεύς, ὁ σὸς γενέτης, μεθ’</w:t>
      </w:r>
    </w:p>
    <w:p>
      <w:r>
        <w:rPr>
          <w:rFonts w:ascii="Courier New" w:hAnsi="Courier New"/>
          <w:color w:val="555555"/>
          <w:sz w:val="20"/>
        </w:rPr>
        <w:t>[Chron . 130]</w:t>
      </w:r>
    </w:p>
    <w:p>
      <w:r>
        <w:rPr>
          <w:rFonts w:ascii="Gentium Plus" w:hAnsi="Gentium Plus"/>
          <w:sz w:val="24"/>
        </w:rPr>
        <w:t>φεύγοντες ἔπεσον εἰς τὸν Σκάμανδρον ποταμὸν πολλοὶ καὶ ἀπώ‐ λοντο, καὶ ζῶντες δὲ φανεροὶ ἐλήφθησαν. ἀναιρεῖ δὲ Ἀχιλλεὺς τοὺς Πριάμου παῖδας, Τρωίλον καὶ Λυκάονα, τοὺς δὲ λοιποὺς ἡμεῖς οἱ Ἀχαιοί. καὶ μέγα πένθος ἐν τῷ Ἰλίῳ περὶ Τρωίλον ἦν·</w:t>
      </w:r>
    </w:p>
    <w:p>
      <w:r>
        <w:rPr>
          <w:rFonts w:ascii="Courier New" w:hAnsi="Courier New"/>
          <w:color w:val="555555"/>
          <w:sz w:val="20"/>
        </w:rPr>
        <w:t>[5]</w:t>
      </w:r>
    </w:p>
    <w:p>
      <w:r>
        <w:rPr>
          <w:rFonts w:ascii="Gentium Plus" w:hAnsi="Gentium Plus"/>
          <w:sz w:val="24"/>
        </w:rPr>
        <w:t>ἦν γὰρ ἔτι νέος καὶ γενναῖος καὶ ὡραῖος. Μετὰ δέ τινας ἡμέρας ἐνίσταται ἡ τῶν ἀναθημάτων ἑορτή, καὶ ἀνοχὴ γέγονε τοῦ πολέμου, θυσιῶν γενομένων, θυόντων τῷ Θυμβρίῳ Ἀπόλλωνι ἐν τῷ ἄλσει τῷ ἀπὸ μικροῦ ὄντι τῆς πόλεως τῶν Δαναῶν καὶ τῶν Τρώων. καὶ ἐξελθούσης Πολυξένης μετὰ</w:t>
      </w:r>
    </w:p>
    <w:p>
      <w:r>
        <w:rPr>
          <w:rFonts w:ascii="Courier New" w:hAnsi="Courier New"/>
          <w:color w:val="555555"/>
          <w:sz w:val="20"/>
        </w:rPr>
        <w:t>[10]</w:t>
      </w:r>
    </w:p>
    <w:p>
      <w:r>
        <w:rPr>
          <w:rFonts w:ascii="Gentium Plus" w:hAnsi="Gentium Plus"/>
          <w:sz w:val="24"/>
        </w:rPr>
        <w:t>Ἑκάβης εἰς τὸ ἱερὸν Ἀχιλλεὺς ταύτην ἐθαύμασεν ἑωρακώς. Πρίαμος δὲ ἑωρακὼς τὸν Ἀχιλλέα, πέμπει τινὰ Ἰδαῖον ὀνόματι πρὸς αὐτὸν λόγους φέροντα περὶ τῆς Πολυξένης ἐν τῷ ἀναπα‐ τεῖν τὸν Ἀχιλλέα ἐν τῷ ἄλσει τοῦ Ἀπόλλωνος μόνον. καὶ ἀκού‐ σας ὁ Ἀχιλλεὺς τὸν περὶ αὐτῆς λόγον ἀνήφθη· ἑωρακότες δὲ</w:t>
      </w:r>
    </w:p>
    <w:p>
      <w:r>
        <w:rPr>
          <w:rFonts w:ascii="Courier New" w:hAnsi="Courier New"/>
          <w:color w:val="555555"/>
          <w:sz w:val="20"/>
        </w:rPr>
        <w:t>[15]</w:t>
      </w:r>
    </w:p>
    <w:p>
      <w:r>
        <w:rPr>
          <w:rFonts w:ascii="Gentium Plus" w:hAnsi="Gentium Plus"/>
          <w:sz w:val="24"/>
        </w:rPr>
        <w:t>ἡμεῖς οἱ Ἕλληνες τὸν Ἰδαῖον ἰδιάζοντα τῷ Ἀχιλλεῖ ἐν θορύβῳ πολλῷ ἐγενόμεθα, ὡς τοῦ σοῦ γενέτου Ἀχιλλέως προδιδόντος ἡμᾶς. καὶ ἐπέμψαμεν πρὸς αὐτὸν ἀπόκρισιν διὰ τοῦ ἀδελφοῦ μου Αἴαντος καὶ Διομήδους καὶ Ὀδυσσέως, ἵνα αὐτῷ παραγγεί‐ λωσι μὴ θαῤῥεῖν ἑαυτὸν τοῖς βαρβάροις μόνον. οἱ δὲ ἀπελθόν‐</w:t>
      </w:r>
    </w:p>
    <w:p>
      <w:r>
        <w:rPr>
          <w:rFonts w:ascii="Courier New" w:hAnsi="Courier New"/>
          <w:color w:val="555555"/>
          <w:sz w:val="20"/>
        </w:rPr>
        <w:t>[20]</w:t>
      </w:r>
    </w:p>
    <w:p>
      <w:r>
        <w:rPr>
          <w:rFonts w:ascii="Gentium Plus" w:hAnsi="Gentium Plus"/>
          <w:sz w:val="24"/>
        </w:rPr>
        <w:t>τες περιέμειναν αὐτὸν ἔξω τοῦ ἄλσους, ἵνα αὐτῷ εἴπωσι τὴν ἀπό‐ κρισιν. ὁ δὲ σὸς πατὴρ Ἀχιλλεὺς συντάσσεται τῷ Ἰδαίῳ λαμβά‐</w:t>
      </w:r>
    </w:p>
    <w:p>
      <w:r>
        <w:rPr>
          <w:rFonts w:ascii="Courier New" w:hAnsi="Courier New"/>
          <w:color w:val="555555"/>
          <w:sz w:val="20"/>
        </w:rPr>
        <w:t>[Chron . 131]</w:t>
      </w:r>
    </w:p>
    <w:p>
      <w:r>
        <w:rPr>
          <w:rFonts w:ascii="Gentium Plus" w:hAnsi="Gentium Plus"/>
          <w:sz w:val="24"/>
        </w:rPr>
        <w:t>ται πρὸς τὸν Ἀχιλλέα κρύφα καὶ ὁ Δηίφοβος, ὁ ἀδελφὸς αὐτοῦ, παρακαλοῦντες αὐτὸν περὶ τοῦ γάμου τῆς Πολυξένης. καὶ δέχε‐ ται αὐτοὺς ὁ Ἀχιλλεὺς κατ’ ἰδίαν ἀγνώστως, μηδὲν ὑποπτεύσας φαῦλον διὰ τὸ ἐν τῷ τοῦ Ἀπόλλωνος ἄλσει εἶναι. καὶ ὁ μὲν Πά‐</w:t>
      </w:r>
    </w:p>
    <w:p>
      <w:r>
        <w:rPr>
          <w:rFonts w:ascii="Courier New" w:hAnsi="Courier New"/>
          <w:color w:val="555555"/>
          <w:sz w:val="20"/>
        </w:rPr>
        <w:t>[5]</w:t>
      </w:r>
    </w:p>
    <w:p>
      <w:r>
        <w:rPr>
          <w:rFonts w:ascii="Gentium Plus" w:hAnsi="Gentium Plus"/>
          <w:sz w:val="24"/>
        </w:rPr>
        <w:t>ρις ὡς ὅρκῳ βεβαιῶν τὰ μετ’ αὐτοῦ καὶ τοῦ Ἀχιλλέως εἰρημένα παρὰ τὸν βωμὸν ἵσταται. περιπλακέντος δὲ τοῦ Δηιφόβου τῷ Ἀχιλλεῖ, καὶ ὁ Πάρις ἀπὸ τῶν πλευρῶν, αὐτοῦ καταφιλοῦντος αὐτόν, ἐβάπτισεν ὃ ἐπεφέρετο ξίφος. τοῦ δὲ Δηιφόβου κατα‐ σχόντος τὸν Ἀχιλλέα, δευτέραν ἐπιφέρεται πληγὴν ὁ Πάρις τῷ</w:t>
      </w:r>
    </w:p>
    <w:p>
      <w:r>
        <w:rPr>
          <w:rFonts w:ascii="Courier New" w:hAnsi="Courier New"/>
          <w:color w:val="555555"/>
          <w:sz w:val="20"/>
        </w:rPr>
        <w:t>[10]</w:t>
      </w:r>
    </w:p>
    <w:p>
      <w:r>
        <w:rPr>
          <w:rFonts w:ascii="Gentium Plus" w:hAnsi="Gentium Plus"/>
          <w:sz w:val="24"/>
        </w:rPr>
        <w:t>Ἀχιλλεῖ, καὶ λοιπὸν ἔκλυτος ἐγένετο καὶ ἔπεσε. καὶ ἐξέρχονται οἱ περὶ Πάριδα καὶ Δηίφοβον ἀνυπόπτως δι’ ἄλλης ἐξόδου τοῦ ἄλσους· ὡς δὲ μικρὸν ἀπεῖχον, δρόμῳ πολλῷ χρησάμενοι ἀπῆλ‐ θον εἰς τὴν πόλιν. ἰδὼν δὲ αὐτοὺς ὁ Ὀδυσσεὺς ἔφη πρὸς Αἴαν‐ τα καὶ Διομήδην ὅτι Οὐκ ἀγαθόν τι εἰσὶν ἐργασάμενοι οὗτοι·</w:t>
      </w:r>
    </w:p>
    <w:p>
      <w:r>
        <w:rPr>
          <w:rFonts w:ascii="Courier New" w:hAnsi="Courier New"/>
          <w:color w:val="555555"/>
          <w:sz w:val="20"/>
        </w:rPr>
        <w:t>[15]</w:t>
      </w:r>
    </w:p>
    <w:p>
      <w:r>
        <w:rPr>
          <w:rFonts w:ascii="Gentium Plus" w:hAnsi="Gentium Plus"/>
          <w:sz w:val="24"/>
        </w:rPr>
        <w:t>εἰσέλθωμεν πρὸς τὸν Ἀχιλλέα. εἰσελθόντες οὖν εἰς τὸ ἄλσος ὁρῶ‐ σι τὸν σὸν γενέτην Ἀχιλλέα κείμενον παρὰ τὸν βωμὸν εἰς τὸ ἔδα‐ φος καθῃμαγμένον καὶ ἔτι ἐμπνέοντα. εἶπεν οὖν πρὸς αὐτὸν ὁ ἐμὸς ἀδελφὸς Αἴας, Ἦν ἄρα ἀληθῶς ὅστις ἀνθρώπων ἠδύνατο κτεῖναί σε ἀλκῇ διαφέροντα πάντων; ἀλλ’ ἡ σὴ προπέτεια ἀπώ‐</w:t>
      </w:r>
    </w:p>
    <w:p>
      <w:r>
        <w:rPr>
          <w:rFonts w:ascii="Courier New" w:hAnsi="Courier New"/>
          <w:color w:val="555555"/>
          <w:sz w:val="20"/>
        </w:rPr>
        <w:t>[20]</w:t>
      </w:r>
    </w:p>
    <w:p>
      <w:r>
        <w:rPr>
          <w:rFonts w:ascii="Gentium Plus" w:hAnsi="Gentium Plus"/>
          <w:sz w:val="24"/>
        </w:rPr>
        <w:t>λεσέ σε. ὁ δὲ Ἀχιλλεὺς εἶπε, Δόλῳ εἰργάσαντό με Πάρις καὶ Δηίφοβος διὰ Πολυξένην. καὶ ἐτελεύτησε. νεκρὸν δὲ γενόμενον, βαστάσαντος αὐτοῦ τὸ σῶμα τοῦ ἐμοῦ ἀδελφοῦ Αἴαντος ἐπ’</w:t>
      </w:r>
    </w:p>
    <w:p>
      <w:r>
        <w:rPr>
          <w:rFonts w:ascii="Courier New" w:hAnsi="Courier New"/>
          <w:color w:val="555555"/>
          <w:sz w:val="20"/>
        </w:rPr>
        <w:t>[Chron . 132]</w:t>
      </w:r>
    </w:p>
    <w:p>
      <w:r>
        <w:rPr>
          <w:rFonts w:ascii="Gentium Plus" w:hAnsi="Gentium Plus"/>
          <w:sz w:val="24"/>
        </w:rPr>
        <w:t>ται, ἵνα ἁρπάσαντες αὐτοῦ τὸ σῶμα αἰκίσωνται. ἡμεῖς δὲ οἱ Ἕλληνες ἰδόντες τὸ γενόμενον ἐν ἀμηχανίᾳ πολλῇ ἐγενόμεθα· καὶ τεφροῦμεν αὐτοῦ τὸ σῶμα, καὶ βαλόντες ἐν ὑδρίᾳ θάπτομεν σιγῇ.</w:t>
      </w:r>
    </w:p>
    <w:p>
      <w:r>
        <w:rPr>
          <w:rFonts w:ascii="Courier New" w:hAnsi="Courier New"/>
          <w:color w:val="555555"/>
          <w:sz w:val="20"/>
        </w:rPr>
        <w:t>[5]</w:t>
      </w:r>
    </w:p>
    <w:p>
      <w:r>
        <w:rPr>
          <w:rFonts w:ascii="Gentium Plus" w:hAnsi="Gentium Plus"/>
          <w:sz w:val="24"/>
        </w:rPr>
        <w:t>Ὁ δὲ Πύῤῥος ἀκούσας ἐστέναξε πικρῶς· καὶ προσεσχηκὼς ὁ Τεῦκρος ἐπαινῶν αὐτὸν ἔφη, Τίς δυνατός ἐστι τὰς σὰς ἀρετὰς ἐξειπεῖν; ἐκ πατρὸς αἷμα φέρεις Πηλέως βασιλέως πόλεως μὲν Φθίας, χώρας δὲ Θετταλίας, ἐκ μητρὸς δὲ αἷμα φέρεις Λυκο‐ μήδους, βασιλέως τῶν Σκυρίων. εἰς ἐκδίκησιν δὲ πατρὸς ἅπαν</w:t>
      </w:r>
    </w:p>
    <w:p>
      <w:r>
        <w:rPr>
          <w:rFonts w:ascii="Courier New" w:hAnsi="Courier New"/>
          <w:color w:val="555555"/>
          <w:sz w:val="20"/>
        </w:rPr>
        <w:t>[10]</w:t>
      </w:r>
    </w:p>
    <w:p>
      <w:r>
        <w:rPr>
          <w:rFonts w:ascii="Gentium Plus" w:hAnsi="Gentium Plus"/>
          <w:sz w:val="24"/>
        </w:rPr>
        <w:t>τὸ Ἴλιον καὶ τὴν Τροίαν ἀπώλεσας. καὶ ἀναστὰς περιεπλάκη τῷ Πύῤῥῳ ὁ Τεῦκρος, καὶ ᾔτησεν αὐτὸν τοὺς τοῦ Αἴαντος, τοῦ αὐτοῦ ἀδελφοῦ, λαβεῖν υἱούς, τὸν Αἰαντίδην τὸν ἀπὸ Γλαύκης, τῆς προτέρας γυναικὸς Αἴαντος, καὶ τὸν Εὐρυσάκην τὸν ἀπὸ τῆς Τεκμήσσης, καὶ αὐτὴν Τέκμησσαν· καὶ παρέσχεν αὐτῷ ὁ</w:t>
      </w:r>
    </w:p>
    <w:p>
      <w:r>
        <w:rPr>
          <w:rFonts w:ascii="Courier New" w:hAnsi="Courier New"/>
          <w:color w:val="555555"/>
          <w:sz w:val="20"/>
        </w:rPr>
        <w:t>[15]</w:t>
      </w:r>
    </w:p>
    <w:p>
      <w:r>
        <w:rPr>
          <w:rFonts w:ascii="Gentium Plus" w:hAnsi="Gentium Plus"/>
          <w:sz w:val="24"/>
        </w:rPr>
        <w:t>Πύῤῥος. καὶ λαβὼν ὁ Τεῦκρος εὐθὺς ἀπέπλευσεν ἐπὶ τὴν Σα‐ λαμῖνα. Ὁμοίως δὲ καὶ ὁ Πύῤῥος λαβὼν τὸν ἴδιον στόλον ἀπέ‐ πλευσε, καὶ πᾶς ὁ Ἀχαϊκὸς στρατὸς καὶ οἱ ἥρωες ἀπῆλθον εἰς τὰς ἰδίας πατρίδας. ταῦτα δὲ Σίσυφος ὁ Κῷος συνεγράψατο ἐν</w:t>
      </w:r>
    </w:p>
    <w:p>
      <w:r>
        <w:rPr>
          <w:rFonts w:ascii="Courier New" w:hAnsi="Courier New"/>
          <w:color w:val="555555"/>
          <w:sz w:val="20"/>
        </w:rPr>
        <w:t>[20]</w:t>
      </w:r>
    </w:p>
    <w:p>
      <w:r>
        <w:rPr>
          <w:rFonts w:ascii="Gentium Plus" w:hAnsi="Gentium Plus"/>
          <w:sz w:val="24"/>
        </w:rPr>
        <w:t>τῷ πολέμῳ ὑπάρχων σὺν τῷ Τεύκρῳ· ἥντινα συγγραφὴν εὑρη‐ κὼς Ὅμηρος ὁ ποιητὴς τὴν Ἰλιάδα ἐξέθετο, καὶ Βεργίλλιος τὰ</w:t>
      </w:r>
    </w:p>
    <w:p>
      <w:r>
        <w:rPr>
          <w:rFonts w:ascii="Courier New" w:hAnsi="Courier New"/>
          <w:color w:val="555555"/>
          <w:sz w:val="20"/>
        </w:rPr>
        <w:t>[Chron . 133]</w:t>
      </w:r>
    </w:p>
    <w:p>
      <w:r>
        <w:rPr>
          <w:rFonts w:ascii="Gentium Plus" w:hAnsi="Gentium Plus"/>
          <w:sz w:val="24"/>
        </w:rPr>
        <w:t>ὅπερ πόνημα μετὰ πολλὰ ἔτη Ὁμήρου καὶ Βεργιλλίου ηὑρέθη ἐπὶ Κλαυδίου Νέρωνος βασιλέως ἐν κιβωτίῳ. Ἡ δὲ Κλυταιμνήστρα, ἡ γυνὴ τοῦ Ἀγαμέμνονος, πρῴην ἀκούσασα διὰ τὸν ἑαυτῆς ἄνδρα ὅτι τὴν Κασάνδραν φιλεῖ, καὶ</w:t>
      </w:r>
    </w:p>
    <w:p>
      <w:r>
        <w:rPr>
          <w:rFonts w:ascii="Courier New" w:hAnsi="Courier New"/>
          <w:color w:val="555555"/>
          <w:sz w:val="20"/>
        </w:rPr>
        <w:t>[5]</w:t>
      </w:r>
    </w:p>
    <w:p>
      <w:r>
        <w:rPr>
          <w:rFonts w:ascii="Gentium Plus" w:hAnsi="Gentium Plus"/>
          <w:sz w:val="24"/>
        </w:rPr>
        <w:t>ἀφορμὴν εὑρηκυῖα, δέδωκεν ἑαυτὴν εἰς μοιχείαν τῷ Αἰγίσθῳ τῷ συγκλητικῷ, υἱῷ τοῦ Θυέστου. καὶ ἀκούσασα τὴν τοῦ Ἀγαμέ‐ μνονος μέλλουσαν ἐπὶ τὴν Μυκηναίων παρουσίαν, ἐβουλεύσατο μετὰ τοῦ Αἰγίσθου πῶς ὀφείλει δόλῳ φονευθῆναι ἐρχόμενος ὁ Ἀγαμέμνων ὑπὸ τοῦ Αἰγίσθου. καὶ καταφθάσαντος τοῦ Ἀγα‐</w:t>
      </w:r>
    </w:p>
    <w:p>
      <w:r>
        <w:rPr>
          <w:rFonts w:ascii="Courier New" w:hAnsi="Courier New"/>
          <w:color w:val="555555"/>
          <w:sz w:val="20"/>
        </w:rPr>
        <w:t>[10]</w:t>
      </w:r>
    </w:p>
    <w:p>
      <w:r>
        <w:rPr>
          <w:rFonts w:ascii="Gentium Plus" w:hAnsi="Gentium Plus"/>
          <w:sz w:val="24"/>
        </w:rPr>
        <w:t>μέμνονος ἐν τῇ Μυκηναίων πόλει, καὶ δεχθέντος ὑπὸ τῆς πόλεως καὶ τῆς συγκλήτου καὶ τοῦ Αἰγίσθου, εἰσελθὼν εἰς τὸ ἴδιον πα‐ λάτιον ἐσφάγη. καὶ ἐποίησεν εὐθέως ἡ γυνὴ αὐτοῦ βασιλέα τὸν Αἴγισθον, καὶ ἐγαμήθη αὐτῷ νόμῳ. καὶ ἔσχεν ἐξ αὐτοῦ θυγατέρα, ἣν ἐκάλεσεν Ἐνιγόνην· ἥτις μετὰ θάνατον τοῦ πα‐</w:t>
      </w:r>
    </w:p>
    <w:p>
      <w:r>
        <w:rPr>
          <w:rFonts w:ascii="Courier New" w:hAnsi="Courier New"/>
          <w:color w:val="555555"/>
          <w:sz w:val="20"/>
        </w:rPr>
        <w:t>[15]</w:t>
      </w:r>
    </w:p>
    <w:p>
      <w:r>
        <w:rPr>
          <w:rFonts w:ascii="Gentium Plus" w:hAnsi="Gentium Plus"/>
          <w:sz w:val="24"/>
        </w:rPr>
        <w:t>τρὸς καὶ τῆς μητρὸς φοβηθεῖσα τὸν Ὀρέστην ἑαυτὴν ἀγχόνῃ ἀναιρεῖ. ἡ δὲ σύγκλητος καὶ ἡ πόλις καὶ ὁ στρατὸς ἐμίσει τὸν Αἴγισθον· ἀκούσας δὲ ὁ Ὀρέστης, ὁ τοῦ Ἀγαμέμνονος υἱός, τὴν τοῦ ἰδίου πατρὸς ἐπὶ τὴν Μυκηναίων πόλιν παρουσίαν, ἦλ‐ θεν ἀπὸ τοῦ Σχοινέως, ᾧτινι ἔδωκεν αὐτὸν μέλλων ἐπὶ τὸν πό‐</w:t>
      </w:r>
    </w:p>
    <w:p>
      <w:r>
        <w:rPr>
          <w:rFonts w:ascii="Courier New" w:hAnsi="Courier New"/>
          <w:color w:val="555555"/>
          <w:sz w:val="20"/>
        </w:rPr>
        <w:t>[20]</w:t>
      </w:r>
    </w:p>
    <w:p>
      <w:r>
        <w:rPr>
          <w:rFonts w:ascii="Gentium Plus" w:hAnsi="Gentium Plus"/>
          <w:sz w:val="24"/>
        </w:rPr>
        <w:t>λεμον ἐλθεῖν ὁ Ἀγαμέμνων ἀνατραφῆναι ὑπ’ αὐτοῦ καὶ παι‐ δευθῆναι. καὶ λαβοῦσα αὐτὸν ἡ ἀδελφὴ αὐτοῦ κρύφα ἐξεῖπεν αὐτῷ ὅτι βουλεύεται ὁ Αἴγισθος ἀνελεῖν αὐτόν. καὶ βουλευομέ‐</w:t>
      </w:r>
    </w:p>
    <w:p>
      <w:r>
        <w:rPr>
          <w:rFonts w:ascii="Courier New" w:hAnsi="Courier New"/>
          <w:color w:val="555555"/>
          <w:sz w:val="20"/>
        </w:rPr>
        <w:t>[Chron . 134]</w:t>
      </w:r>
    </w:p>
    <w:p>
      <w:r>
        <w:rPr>
          <w:rFonts w:ascii="Gentium Plus" w:hAnsi="Gentium Plus"/>
          <w:sz w:val="24"/>
        </w:rPr>
        <w:t>ὁ Στρόφιος εἰς τὴν Μυκήνην, ἐκ γένους ὑπάρχων τοῦ Ἀγαμέμνο‐ νος, ἅμα τῷ υἱῷ αὐτοῦ Πυλάδῃ τῷ συνανεγνωκότι. καὶ μαθὼν ὁ Στρόφιος τὰ συμβάντα τῷ Ἀγαμέμνονι, συνεβουλεύετο τῷ Ὀρέστῃ πόλεμον ποιῆσαι πρὸς τὸν Αἴγισθον. καὶ λαβὼν Ὀρέ‐</w:t>
      </w:r>
    </w:p>
    <w:p>
      <w:r>
        <w:rPr>
          <w:rFonts w:ascii="Courier New" w:hAnsi="Courier New"/>
          <w:color w:val="555555"/>
          <w:sz w:val="20"/>
        </w:rPr>
        <w:t>[5]</w:t>
      </w:r>
    </w:p>
    <w:p>
      <w:r>
        <w:rPr>
          <w:rFonts w:ascii="Gentium Plus" w:hAnsi="Gentium Plus"/>
          <w:sz w:val="24"/>
        </w:rPr>
        <w:t>στην ἔρχεται εἰς τὸ Ἀπόλλωνος μαντεῖον μαθεῖν περὶ τοῦ Ὀρέ‐ στου. καὶ λαμβάνει χρησμὸν ὅτι δεῖ τὸν Ὀρέστην κτεῖναι τὴν μητέρα καὶ τὸν Αἴγισθον. εἶτα ᾔτει μαθεῖν καὶ Ὀρέστης εἰ περισώζεται κτείνας αὐτούς· καὶ ἐῤῥήθη αὐτῷ ὅτι κρατήσει τῶν πατρῴων καὶ τῆς Πελοποννήσου πάσης.</w:t>
      </w:r>
    </w:p>
    <w:p>
      <w:r>
        <w:rPr>
          <w:rFonts w:ascii="Courier New" w:hAnsi="Courier New"/>
          <w:color w:val="555555"/>
          <w:sz w:val="20"/>
        </w:rPr>
        <w:t>[10]</w:t>
      </w:r>
    </w:p>
    <w:p>
      <w:r>
        <w:rPr>
          <w:rFonts w:ascii="Gentium Plus" w:hAnsi="Gentium Plus"/>
          <w:sz w:val="24"/>
        </w:rPr>
        <w:t>Καὶ παρεκάλεσε τὸν Στρόφιον ὑποστρέψαι εἰς τὴν ἰδίαν αὐ‐ τοῦ πατρίδα, ἐάσαντα αὐτῷ τὸν υἱὸν αὐτοῦ τὸν Πυλάδην· καὶ πεισθεὶς ὁ Στρόφιος ἐποίησεν οὕτως. καὶ λοιπὸν ἦλθον εἰς τὴν Μυκηναίων πόλιν ὁ Ὀρέστης καὶ ὁ Πυλάδης κατὰ τὸν χρησμόν· καὶ λάθρᾳ εἰσῆλθε πρὸς τὴν Ἠλέκτραν, ἀδελφὴν αὐτοῦ, καὶ πα‐</w:t>
      </w:r>
    </w:p>
    <w:p>
      <w:r>
        <w:rPr>
          <w:rFonts w:ascii="Courier New" w:hAnsi="Courier New"/>
          <w:color w:val="555555"/>
          <w:sz w:val="20"/>
        </w:rPr>
        <w:t>[15]</w:t>
      </w:r>
    </w:p>
    <w:p>
      <w:r>
        <w:rPr>
          <w:rFonts w:ascii="Gentium Plus" w:hAnsi="Gentium Plus"/>
          <w:sz w:val="24"/>
        </w:rPr>
        <w:t>ρακαλεῖ αὐτὴν πεῖσαι τὴν μητέρα αὐτοῦ Κλυταιμνήστραν δέξα‐ σθαι αὐτόν· ἥτις Ἠλέκτρα ἔπεισε τὴν ἰδίαν μητέρα, καὶ ἐδέξατο τὸν Ὀρέστην. καὶ παρακληθεῖσα ἡ Κλυταιμνήστρα ἐδυσώπησε τὸν Αἴγισθον· καὶ δεχθεὶς παρὰ τοῦ Αἰγίσθου ὁ Ὀρέστης μαι‐ νόμενος ἐκαρτέρει, βουλόμενος ἐκδικῆσαι τοῦ ἰδίου πατρὸς τὸ</w:t>
      </w:r>
    </w:p>
    <w:p>
      <w:r>
        <w:rPr>
          <w:rFonts w:ascii="Courier New" w:hAnsi="Courier New"/>
          <w:color w:val="555555"/>
          <w:sz w:val="20"/>
        </w:rPr>
        <w:t>[20]</w:t>
      </w:r>
    </w:p>
    <w:p>
      <w:r>
        <w:rPr>
          <w:rFonts w:ascii="Gentium Plus" w:hAnsi="Gentium Plus"/>
          <w:sz w:val="24"/>
        </w:rPr>
        <w:t>αἷμα, λέγων πᾶσιν ὅτι Ἐμόν ἐστι τὸ βασίλειον. καὶ εὑρηκὼς καιρὸν ἔσφαξε τὴν ἰδίαν μητέρα καὶ τὸν Αἴγισθον βασιλέα,</w:t>
      </w:r>
    </w:p>
    <w:p>
      <w:r>
        <w:rPr>
          <w:rFonts w:ascii="Courier New" w:hAnsi="Courier New"/>
          <w:color w:val="555555"/>
          <w:sz w:val="20"/>
        </w:rPr>
        <w:t>[Chron . 135]</w:t>
      </w:r>
    </w:p>
    <w:p>
      <w:r>
        <w:rPr>
          <w:rFonts w:ascii="Gentium Plus" w:hAnsi="Gentium Plus"/>
          <w:sz w:val="24"/>
        </w:rPr>
        <w:t>ἑαυτὸν γενόμενος, καὶ ποτὲ μὲν ἐφρόνει καὶ διῆγεν ἐν ἀνέσει, ποτὲ δὲ ἐμαίνετο. πρὸς θεραπείαν τῶν τῆς πόλεως καὶ τῆς συγ‐ κλήτου, ὅτι ἐφίλουν τὸν Ὀρέστην καὶ αὐτὸν ἠβούλοντο βασι‐ λεῦσαι, οἱ ἱερεῖς ἁγνεύσαντες τὸν Ὀρέστην καὶ ἀποκαθαρίσαν‐</w:t>
      </w:r>
    </w:p>
    <w:p>
      <w:r>
        <w:rPr>
          <w:rFonts w:ascii="Courier New" w:hAnsi="Courier New"/>
          <w:color w:val="555555"/>
          <w:sz w:val="20"/>
        </w:rPr>
        <w:t>[5]</w:t>
      </w:r>
    </w:p>
    <w:p>
      <w:r>
        <w:rPr>
          <w:rFonts w:ascii="Gentium Plus" w:hAnsi="Gentium Plus"/>
          <w:sz w:val="24"/>
        </w:rPr>
        <w:t>τες ἐξιλεώσαντο αὐτὸν τοῦ μητρῴου φόνου τοῦ μαίνεσθαι· καὶ ἀπαγαγόντες ἐν τῷ ἱερῷ τῆς Ἀθηνᾶς τὸν Ὀρέστην, ἐφ’ ᾧ ὁ Ἄρειος πάγος ὑπῆρχε, τῆς δίκης ἀκούσαντος μεταξὺ Οἴακος τοῦ μετὰ τοῦ Τυνδαρίου τῆς Κλυταιμνήστρας καὶ τοῦ Ὀρέστου. ὅστις Μενεσθεὺς ἐξεῖπε ψῆφον δικαίως τὸν Ὀρέστην ἐκδικῆσαι</w:t>
      </w:r>
    </w:p>
    <w:p>
      <w:r>
        <w:rPr>
          <w:rFonts w:ascii="Courier New" w:hAnsi="Courier New"/>
          <w:color w:val="555555"/>
          <w:sz w:val="20"/>
        </w:rPr>
        <w:t>[10]</w:t>
      </w:r>
    </w:p>
    <w:p>
      <w:r>
        <w:rPr>
          <w:rFonts w:ascii="Gentium Plus" w:hAnsi="Gentium Plus"/>
          <w:sz w:val="24"/>
        </w:rPr>
        <w:t>τὸν φόνον τοῦ ἰδίου πατρός, μάλιστα καὶ διὰ τὰς ἄλλας γυναῖ‐ κας, ὅπως μή τις ἑτέρα γυνὴ τοιοῦτόν τι δεινὸν ἐργάσηται. ταῦ‐ τα Δίκτυς ἐν τῇ ἕκτῃ αὐτοῦ ῥαψῳδίᾳ ἐξέθετο. Οἱ οὖν ἱερεῖς λαβόντες τὸν Ὀρέστην ἐκ τῆς κρίσεως τοῦ Ἀρείου πάγου μετὰ τὴν ψῆφον ἀπήγαγον ἐν Δελφοῖς εἰς τὸ</w:t>
      </w:r>
    </w:p>
    <w:p>
      <w:r>
        <w:rPr>
          <w:rFonts w:ascii="Courier New" w:hAnsi="Courier New"/>
          <w:color w:val="555555"/>
          <w:sz w:val="20"/>
        </w:rPr>
        <w:t>[15]</w:t>
      </w:r>
    </w:p>
    <w:p>
      <w:r>
        <w:rPr>
          <w:rFonts w:ascii="Gentium Plus" w:hAnsi="Gentium Plus"/>
          <w:sz w:val="24"/>
        </w:rPr>
        <w:t>ἱερὸν τοῦ Ἀπόλλωνος παραμεῖναι, ἵνα τὴν μανίαν ἀποθέμενος βασιλεύσῃ. ὁ δὲ Ὀρέστης ἀπελθὼν εἰς τὸ ἱερόν, ἔχων τὰς ἰδίας φρένας, ἅμα τῷ Πυλάδῃ, καὶ ποιήσας θυσίαν, ᾔτει τὴν Πυ‐ θίαν ἐκφυγεῖν τῆς μανιώδους νόσου. καὶ ἐδόθη αὐτῷ διὰ τῆς</w:t>
      </w:r>
    </w:p>
    <w:p>
      <w:r>
        <w:rPr>
          <w:rFonts w:ascii="Courier New" w:hAnsi="Courier New"/>
          <w:color w:val="555555"/>
          <w:sz w:val="20"/>
        </w:rPr>
        <w:t>[Chron . 136]</w:t>
      </w:r>
    </w:p>
    <w:p>
      <w:r>
        <w:rPr>
          <w:rFonts w:ascii="Gentium Plus" w:hAnsi="Gentium Plus"/>
          <w:sz w:val="24"/>
        </w:rPr>
        <w:t>Ὀρέστα, οὐκ ἄλλως σε δεῖ ἀργαλέας νόσου μανίαν ἀποθέσθαι, εἰ μὴ περάσας Πόντου κύματα Σκυθίης τε γαῖαν καταλάβοις Αὐλίδος τε χώραν. ἐν ἱερῷ Ἀρτέμιδος ληφθεὶς σωθήσῃ ἐκ βω‐ μῶν· κἀκεῖθεν ἐκφυγὼν ἐκ χθονίης βαρβάρων χθόνα περάσας</w:t>
      </w:r>
    </w:p>
    <w:p>
      <w:r>
        <w:rPr>
          <w:rFonts w:ascii="Courier New" w:hAnsi="Courier New"/>
          <w:color w:val="555555"/>
          <w:sz w:val="20"/>
        </w:rPr>
        <w:t>[5]</w:t>
      </w:r>
    </w:p>
    <w:p>
      <w:r>
        <w:rPr>
          <w:rFonts w:ascii="Gentium Plus" w:hAnsi="Gentium Plus"/>
          <w:sz w:val="24"/>
        </w:rPr>
        <w:t>καταλάβῃς Συρίης γαῖαν σειομένην, αὐλῶνος Σιλπῆς τε ὄρους ἄντικρυς εὑρήσεις Μελάντιον τοὔνομα ἔχον ὄρος, ἔνθα μέγας ἐστὶ ναὸς Ἑστίας. ἐκεῖ λυσσώδη μανίαν ἀποτίθει· θᾶττον ἴθι. ταῦτα ἔφη ἃ γίνεται. Καὶ τοῦτο χρησμοδοτηθεὶς ὁ Ὀρέστης ἐσημειώσατο· καὶ εὐ‐</w:t>
      </w:r>
    </w:p>
    <w:p>
      <w:r>
        <w:rPr>
          <w:rFonts w:ascii="Courier New" w:hAnsi="Courier New"/>
          <w:color w:val="555555"/>
          <w:sz w:val="20"/>
        </w:rPr>
        <w:t>[10]</w:t>
      </w:r>
    </w:p>
    <w:p>
      <w:r>
        <w:rPr>
          <w:rFonts w:ascii="Gentium Plus" w:hAnsi="Gentium Plus"/>
          <w:sz w:val="24"/>
        </w:rPr>
        <w:t>θέως καταπλεύσας ἅμα τῷ Πυλάδῃ κατέφθασεν ἐπὶ τὴν Αὐλί‐ δα χώραν τῆς Σκυθίας. καὶ ἀνελθόντων αὐτῶν ἐκ τοῦ πλοίου, προσέσχεν ὁ Ὀρέστης ἱερὸν ἑστὼς ὡς ἀπὸ μιλίων δύο τῆς θα‐ λάττης καὶ θανόντων ἀνθρώπων ἐῤῥιμμένα ὀστέα. καὶ λέγει Πυλάδῃ ὁ Ὀρέστης, Δοκεῖ σοι θεᾶς εἶναι τάδε μέλαθρα, ἔνθα</w:t>
      </w:r>
    </w:p>
    <w:p>
      <w:r>
        <w:rPr>
          <w:rFonts w:ascii="Courier New" w:hAnsi="Courier New"/>
          <w:color w:val="555555"/>
          <w:sz w:val="20"/>
        </w:rPr>
        <w:t>[15]</w:t>
      </w:r>
    </w:p>
    <w:p>
      <w:r>
        <w:rPr>
          <w:rFonts w:ascii="Gentium Plus" w:hAnsi="Gentium Plus"/>
          <w:sz w:val="24"/>
        </w:rPr>
        <w:t>σὺν νηυσὶν ἥκαμεν; ὁρῶ δὲ καὶ τῶν θανόντων ξένων τὰ ὀστέα. καὶ προσεσχηκὼς Πυλάδης λέγει τῷ Ὀρέστῃ, Φύγωμεν, ἐὰν σω‐ θησόμεθα. ὁ δὲ Ὀρέστης ἔφη, Οὐ φεύγομεν· οὔτε γὰρ φεύγειν εἰώθαμεν οὐδὲ τὸν χρησμὸν κακιστεύσομεν.</w:t>
      </w:r>
    </w:p>
    <w:p>
      <w:r>
        <w:rPr>
          <w:rFonts w:ascii="Courier New" w:hAnsi="Courier New"/>
          <w:color w:val="555555"/>
          <w:sz w:val="20"/>
        </w:rPr>
        <w:t>[Chron . 137]</w:t>
      </w:r>
    </w:p>
    <w:p>
      <w:r>
        <w:rPr>
          <w:rFonts w:ascii="Gentium Plus" w:hAnsi="Gentium Plus"/>
          <w:sz w:val="24"/>
        </w:rPr>
        <w:t>νειαν, λέγοντες αὐτῇ, Ἀγαμέμνονος καὶ Κλυταιμνήστρης κόρη, ἥκασι δύο νεανίσκοι παρὰ τὴν Κυανέαν. ἡ δὲ πρὸς αὐτούς, Πο‐ ταποί; τίνος γῆς; τί τοὔνομα ἔχουσιν οἱ ξένοι; ἐπηρώτα γὰρ πάντας ἡ Ἰφιγένεια τοὺς συλλαμβανομένους καὶ ἀγομένους εἰς</w:t>
      </w:r>
    </w:p>
    <w:p>
      <w:r>
        <w:rPr>
          <w:rFonts w:ascii="Courier New" w:hAnsi="Courier New"/>
          <w:color w:val="555555"/>
          <w:sz w:val="20"/>
        </w:rPr>
        <w:t>[5]</w:t>
      </w:r>
    </w:p>
    <w:p>
      <w:r>
        <w:rPr>
          <w:rFonts w:ascii="Gentium Plus" w:hAnsi="Gentium Plus"/>
          <w:sz w:val="24"/>
        </w:rPr>
        <w:t>θυσίαν ἀπὸ οἵας εἰσὶ χώρας, καὶ τότε αὐτοὺς ἔσφαζε, βουλομένη μαθεῖν περὶ τοῦ ἰδίου πατρὸς αὐτῆς Ἀγαμέμνονος καὶ τῶν αὐ‐ τοῦ καὶ περὶ τοῦ κατὰ Φρυγῶν πολέμου τί ἐγένετο. οἱ δὲ βουκό‐ λοι λέγουσιν αὐτῇ, Ἕτερος πρὸς τὸν ἕτερον ἔφη, Πυλάδη· τοῦ δὲ συζύγου τὸ ὄνομα οὐκ ἴσμεν· οὐδὲ γὰρ ἔφη. ἡ δὲ πρὸς αὐτούς,</w:t>
      </w:r>
    </w:p>
    <w:p>
      <w:r>
        <w:rPr>
          <w:rFonts w:ascii="Courier New" w:hAnsi="Courier New"/>
          <w:color w:val="555555"/>
          <w:sz w:val="20"/>
        </w:rPr>
        <w:t>[10]</w:t>
      </w:r>
    </w:p>
    <w:p>
      <w:r>
        <w:rPr>
          <w:rFonts w:ascii="Gentium Plus" w:hAnsi="Gentium Plus"/>
          <w:sz w:val="24"/>
        </w:rPr>
        <w:t>Τί γὰρ κοινὸν βουκόλου ἐν θαλάττῃ; οἱ δὲ εἶπον, Βοῦς ἥκαμεν νίψαι ἐν ἁλίᾳ δρόσῳ. καὶ πέμψασα Σκύθας συνέσχεν αὐτούς· καὶ ἤχθησαν εἰς θυσίαν δέσμιοι· καθὼς ὁ σοφώτατος Εὐριπίδης ἐξέθετο δρᾶμα ποιητικῶς, ὧν μέρος ὀλίγον ἐστὶ ταῦτα. Καὶ δεσμευθέντων αὐτῶν, ἐκέλευσεν ἀφορισθῆναι τὸν ἕνα,</w:t>
      </w:r>
    </w:p>
    <w:p>
      <w:r>
        <w:rPr>
          <w:rFonts w:ascii="Courier New" w:hAnsi="Courier New"/>
          <w:color w:val="555555"/>
          <w:sz w:val="20"/>
        </w:rPr>
        <w:t>[15]</w:t>
      </w:r>
    </w:p>
    <w:p>
      <w:r>
        <w:rPr>
          <w:rFonts w:ascii="Gentium Plus" w:hAnsi="Gentium Plus"/>
          <w:sz w:val="24"/>
        </w:rPr>
        <w:t>καὶ ἀχθῆναι τὸν ἄλλον εἰς θυσίαν. καὶ ἀφώρισαν παρὰ μίαν οἱ Σκύθαι τὸν Ὀρέστην· τὸν δὲ Πυλάδην ἤγαγον πρὸς θυσίαν παρὰ τὸν βωμὸν τῆς Ἀρτέμιδος. καὶ ἐπηρώτησεν αὐτὸν ἡ Ἰφιγένεια ποίας ἂν εἴη χώρας. ὁ δὲ ἔφη, Χώρας μὲν Ἑλλάδος, πόλεως δὲ Μυκήνης, ὁ δυστυχὴς πάρειμι. ἡ δὲ ἀκούσασα τὴν χώραν</w:t>
      </w:r>
    </w:p>
    <w:p>
      <w:r>
        <w:rPr>
          <w:rFonts w:ascii="Courier New" w:hAnsi="Courier New"/>
          <w:color w:val="555555"/>
          <w:sz w:val="20"/>
        </w:rPr>
        <w:t>[20]</w:t>
      </w:r>
    </w:p>
    <w:p>
      <w:r>
        <w:rPr>
          <w:rFonts w:ascii="Gentium Plus" w:hAnsi="Gentium Plus"/>
          <w:sz w:val="24"/>
        </w:rPr>
        <w:t>καὶ τὴν πόλιν, ἔνθα ἐβασίλευσεν ὁ αὐτῆς πατήρ, ἐδάκρυσε.</w:t>
      </w:r>
    </w:p>
    <w:p>
      <w:r>
        <w:rPr>
          <w:rFonts w:ascii="Courier New" w:hAnsi="Courier New"/>
          <w:color w:val="555555"/>
          <w:sz w:val="20"/>
        </w:rPr>
        <w:t>[Chron . 138]</w:t>
      </w:r>
    </w:p>
    <w:p>
      <w:r>
        <w:rPr>
          <w:rFonts w:ascii="Gentium Plus" w:hAnsi="Gentium Plus"/>
          <w:sz w:val="24"/>
        </w:rPr>
        <w:t>Εἰ ἐκ Μυκήνης παρεγένου, οἶδας καὶ τίς ἐν αὐτῇ βασιλεύς. ὁ δὲ εἶπεν, Ἀγαμέμνων ἦν πρῴην. ἡ δὲ πάλιν πρὸς αὐτόν, Εἰ τὸν Ἀγαμέμνονα ἠκρίβωσαι, τίς ἡ τούτου γυνή, καὶ τίνας ἐξ αὐτῆς παῖδας ἔσχεν; ὁ δὲ εἶπεν, Ἔσχεν ἐκ Κλυταιμνήστρας Ὀρέστην καὶ</w:t>
      </w:r>
    </w:p>
    <w:p>
      <w:r>
        <w:rPr>
          <w:rFonts w:ascii="Courier New" w:hAnsi="Courier New"/>
          <w:color w:val="555555"/>
          <w:sz w:val="20"/>
        </w:rPr>
        <w:t>[5]</w:t>
      </w:r>
    </w:p>
    <w:p>
      <w:r>
        <w:rPr>
          <w:rFonts w:ascii="Gentium Plus" w:hAnsi="Gentium Plus"/>
          <w:sz w:val="24"/>
        </w:rPr>
        <w:t>Ἠλέκτραν καὶ Ἰφιγένειαν, ἥτις, ὡς λέγουσι, θυσία προσήχθη Ἀρτέμιδι, καὶ ἡ θεὸς ἐῤῥύσατο αὐτήν· καὶ οὐκ ἐγνώσθη ποῦ ὑπάρχει. ἔσχε δὲ καὶ Χρυσόθεμιν καὶ Λαοδίκην θυγατέρας. ἡ δὲ ἀκούσασα ταῦτα ἐκέλευσεν αὐτὸν λυθῆναι τῶν δεσμῶν· καὶ γράψασα εἰς δίπτυχον ἐπέδωκεν αὐτῷ, εἰποῦσα, Ἰδοὺ τὸ ζῆν</w:t>
      </w:r>
    </w:p>
    <w:p>
      <w:r>
        <w:rPr>
          <w:rFonts w:ascii="Courier New" w:hAnsi="Courier New"/>
          <w:color w:val="555555"/>
          <w:sz w:val="20"/>
        </w:rPr>
        <w:t>[10]</w:t>
      </w:r>
    </w:p>
    <w:p>
      <w:r>
        <w:rPr>
          <w:rFonts w:ascii="Gentium Plus" w:hAnsi="Gentium Plus"/>
          <w:sz w:val="24"/>
        </w:rPr>
        <w:t>ἡ θεός σοι παρέσχε δι’ ἐμοῦ. ἐπόμοσαι κατ’ αὐτῆς ὅτι τὸ δί‐ πτυχον τοῦτο ἐπιδίδως τῷ Ὀρέστῃ καὶ κομίζεις μοι παρ’ αὐτοῦ γράμματα. ὁ δὲ ἐπωμόσατο αὐτῇ ὅτι Εἰς τὰς χεῖρας αὐτοῦ δί‐ δωμι αὐτὸ καὶ πρὸς σὲ αὐτὸν φέρω. καὶ λαβὼν τὸ δίπτυχον ἐξῆλθε πρὸ τοῦ ἱεροῦ, ὅπου ἐφυλάττετο ὁ Ὀρέστης, καὶ ᾔτησε</w:t>
      </w:r>
    </w:p>
    <w:p>
      <w:r>
        <w:rPr>
          <w:rFonts w:ascii="Courier New" w:hAnsi="Courier New"/>
          <w:color w:val="555555"/>
          <w:sz w:val="20"/>
        </w:rPr>
        <w:t>[15]</w:t>
      </w:r>
    </w:p>
    <w:p>
      <w:r>
        <w:rPr>
          <w:rFonts w:ascii="Gentium Plus" w:hAnsi="Gentium Plus"/>
          <w:sz w:val="24"/>
        </w:rPr>
        <w:t>τοὺς Σκύθας λαλῆσαι αὐτῷ. καὶ ἐπιδέδωκεν αὐτῷ τὸ δίπτυ‐ χον, εἰπὼν αὐτῷ, Ἐλθὲ πρὸς τὴν σὴν ἀδελφήν. καὶ ἔμειναν οἱ Σκύθαι θαυμάζοντες τὸ συμβάν· καὶ εἰσήγαγον αὐτὸν ἅμα τῷ Πυλάδῃ πρὸς τὴν Ἰφιγένειαν. καὶ λέγει αὐτῇ ὁ Πυλάδης, Ἰδὲ ὁ Ὀρέστης· καὶ οὐκ ἐγνώρισεν αὐτόν. νομίσασα δὲ ὅτι οὐκ</w:t>
      </w:r>
    </w:p>
    <w:p>
      <w:r>
        <w:rPr>
          <w:rFonts w:ascii="Courier New" w:hAnsi="Courier New"/>
          <w:color w:val="555555"/>
          <w:sz w:val="20"/>
        </w:rPr>
        <w:t>[20]</w:t>
      </w:r>
    </w:p>
    <w:p>
      <w:r>
        <w:rPr>
          <w:rFonts w:ascii="Gentium Plus" w:hAnsi="Gentium Plus"/>
          <w:sz w:val="24"/>
        </w:rPr>
        <w:t>ἔστιν αὐτός, λέγει, Ὁ ἐμὸς ἀδελφὸς τοῦ Πελοπείου γένους σή‐</w:t>
      </w:r>
    </w:p>
    <w:p>
      <w:r>
        <w:rPr>
          <w:rFonts w:ascii="Courier New" w:hAnsi="Courier New"/>
          <w:color w:val="555555"/>
          <w:sz w:val="20"/>
        </w:rPr>
        <w:t>[Chron . 139]</w:t>
      </w:r>
    </w:p>
    <w:p>
      <w:r>
        <w:rPr>
          <w:rFonts w:ascii="Gentium Plus" w:hAnsi="Gentium Plus"/>
          <w:sz w:val="24"/>
        </w:rPr>
        <w:t>πλάτην αὐτοῦ τὸν δεξιὸν εἶδε τὸ Πελόπειον σύσσημον ἔχοντα αὐτόν· καὶ περιεπτύξατο τὸν Ὀρέστην, καὶ ἐκέλευσεν ἀνενεχθῆ‐ ναι τὰ πλοῖα εἰς τὴν γῆν καὶ τοὺς ἐν αὐτοῖς ναύτας· καὶ νεωλκή‐ σαντες αὐτὰ ἔμειναν τὸν χειμῶνα.</w:t>
      </w:r>
    </w:p>
    <w:p>
      <w:r>
        <w:rPr>
          <w:rFonts w:ascii="Courier New" w:hAnsi="Courier New"/>
          <w:color w:val="555555"/>
          <w:sz w:val="20"/>
        </w:rPr>
        <w:t>[5]</w:t>
      </w:r>
    </w:p>
    <w:p>
      <w:r>
        <w:rPr>
          <w:rFonts w:ascii="Gentium Plus" w:hAnsi="Gentium Plus"/>
          <w:sz w:val="24"/>
        </w:rPr>
        <w:t>Τοῦ δὲ θέρους καταφθάσαντος, τὴν Ἰφιγένειαν καὶ τὸ ὁλό‐ χρυσον ἄγαλμα τῆς Ἀρτέμιδος λάθρᾳ λαμβάνων ὁ Ὀρέστης καὶ ὁ Πυλάδης ἔφυγον διὰ ὧν εἶχον ἰδίων πλοίων· καὶ ἀντεπέρασαν ἐπὶ τὴν χώραν τῶν Ἀδιαβηνῶν. κἀκεῖθεν ἦλθον εἰς τὴν ἀνατο‐ λὴν εἰς τὸ Σαρακηνικὸν λίμιτον· καὶ ἀνῆλθον εἰς τὴν χώραν τῆς</w:t>
      </w:r>
    </w:p>
    <w:p>
      <w:r>
        <w:rPr>
          <w:rFonts w:ascii="Courier New" w:hAnsi="Courier New"/>
          <w:color w:val="555555"/>
          <w:sz w:val="20"/>
        </w:rPr>
        <w:t>[10]</w:t>
      </w:r>
    </w:p>
    <w:p>
      <w:r>
        <w:rPr>
          <w:rFonts w:ascii="Gentium Plus" w:hAnsi="Gentium Plus"/>
          <w:sz w:val="24"/>
        </w:rPr>
        <w:t>Παλαιστίνης ἐπὶ τὴν Τρικωμίαν. καὶ προσεσχηκότες οἱ τῆς Τρικωμίας τὸ ἱερατικὸν τῆς Ἰφιγενείας σχῆμα, ἐδέξαντο αὐτὴν ἐν τιμῇ· καὶ διέτριβον ἐκεῖ, τοῦ Ὀρέστου ληφθέντος ἐκεῖ καὶ μαινομένου. κτίσαντες δὲ οἱ Τρικωμῖται ἱερὸν Ἀρτέμιδος μέγα, παρεκάλεσαν τὴν Ἰφιγένειαν θυσιάσαι Ἀρτέμιδι κόρην παρθένον,</w:t>
      </w:r>
    </w:p>
    <w:p>
      <w:r>
        <w:rPr>
          <w:rFonts w:ascii="Courier New" w:hAnsi="Courier New"/>
          <w:color w:val="555555"/>
          <w:sz w:val="20"/>
        </w:rPr>
        <w:t>[15]</w:t>
      </w:r>
    </w:p>
    <w:p>
      <w:r>
        <w:rPr>
          <w:rFonts w:ascii="Gentium Plus" w:hAnsi="Gentium Plus"/>
          <w:sz w:val="24"/>
        </w:rPr>
        <w:t>καὶ τὸ ὄνομα αὐτῆς ἐπιθεῖναι τῇ κώμῃ· ἥντινα κόρην ὀνόματι Νύσσαν προσαγαγόντες αὐτῇ ἐποίησαν θυσίαν Ἀρτέμιδι. καὶ ποιήσαντες τῆς σφαγιασθείσης κόρης στήλην χαλκῆν τυχαίας, ἐκά‐ λεσε τὴν πόλιν τὴν πρῴην οὖσαν κώμην πόλιν Νύσσαν ἡ Ἰφι‐ γένεια εἰς ὄνομα τῆς ὑπ’ αὐτῆς σφαγιασθείσης κόρης, ποιήσασα</w:t>
      </w:r>
    </w:p>
    <w:p>
      <w:r>
        <w:rPr>
          <w:rFonts w:ascii="Courier New" w:hAnsi="Courier New"/>
          <w:color w:val="555555"/>
          <w:sz w:val="20"/>
        </w:rPr>
        <w:t>[20]</w:t>
      </w:r>
    </w:p>
    <w:p>
      <w:r>
        <w:rPr>
          <w:rFonts w:ascii="Gentium Plus" w:hAnsi="Gentium Plus"/>
          <w:sz w:val="24"/>
        </w:rPr>
        <w:t>αὐτῇ καὶ βωμόν, ἐν ᾧ ἐπέγραψε ταῦτα· Τοὺς ἐκ Σκυθίης φεύ‐</w:t>
      </w:r>
    </w:p>
    <w:p>
      <w:r>
        <w:rPr>
          <w:rFonts w:ascii="Courier New" w:hAnsi="Courier New"/>
          <w:color w:val="555555"/>
          <w:sz w:val="20"/>
        </w:rPr>
        <w:t>[Chron . 140]</w:t>
      </w:r>
    </w:p>
    <w:p>
      <w:r>
        <w:rPr>
          <w:rFonts w:ascii="Gentium Plus" w:hAnsi="Gentium Plus"/>
          <w:sz w:val="24"/>
        </w:rPr>
        <w:t>Τοῦ δὲ Ὀρέστου ἀναλαβόντος τὰς ἰδίας φρένας, ἡ Ἰφιγένεια εἶδεν ἐν ὁράματι ἔλαφον λέγουσαν αὐτῇ, Φεῦγε ἐκ τῆς χώρας ἐκείνης. καὶ ἀναστᾶσα τῷ πρωὶ ἅμα τῷ Ὀρέστῃ καὶ τῷ Πυ‐ λάδῃ ἔφυγεν ἐπὶ τὴν πάραλον τῆς Παλαιστίνης· κἀκεῖθεν ἀπο‐</w:t>
      </w:r>
    </w:p>
    <w:p>
      <w:r>
        <w:rPr>
          <w:rFonts w:ascii="Courier New" w:hAnsi="Courier New"/>
          <w:color w:val="555555"/>
          <w:sz w:val="20"/>
        </w:rPr>
        <w:t>[5]</w:t>
      </w:r>
    </w:p>
    <w:p>
      <w:r>
        <w:rPr>
          <w:rFonts w:ascii="Gentium Plus" w:hAnsi="Gentium Plus"/>
          <w:sz w:val="24"/>
        </w:rPr>
        <w:t>πλεύσαντες ἦλθον ἐπὶ τὴν Συρίαν κατὰ τὸν χρησμόν. Ὁ δὲ βασιλεὺς τῆς Σκυθίας ὀνόματι Θόας ἀκούσας ὅτι τὸ ἄγαλμα τῆς Ἀρτέμιδος τὸ ὁλόχρυσον ἔλαβεν ἡ Ἰφιγένεια καὶ ἔφυγεν, ἐξέπεμψε Σκύθας πολλοὺς καταδιώκοντας αὐτήν, εἰρη‐ κὼς αὐτοῖς ὅτι Μὴ ὑποστρέψητε εἰς τὴν Σκυθίαν, εἰ μὴ τὸ ἄγαλ‐</w:t>
      </w:r>
    </w:p>
    <w:p>
      <w:r>
        <w:rPr>
          <w:rFonts w:ascii="Courier New" w:hAnsi="Courier New"/>
          <w:color w:val="555555"/>
          <w:sz w:val="20"/>
        </w:rPr>
        <w:t>[10]</w:t>
      </w:r>
    </w:p>
    <w:p>
      <w:r>
        <w:rPr>
          <w:rFonts w:ascii="Gentium Plus" w:hAnsi="Gentium Plus"/>
          <w:sz w:val="24"/>
        </w:rPr>
        <w:t>μα τὸ ὁλόχρυσον τῆς Ἀρτέμιδος ἀγάγητέ μοι μεθ’ ἑαυτῶν. οἱ δὲ καταδιώκοντες καὶ ἐπιζητήσαντες πανταχῇ ἔφθασαν τὴν Παλαιστίνην χώραν καὶ τὴν πρῴην λεγομένην Τρικωμίαν πό‐ λιν Νύσσαν. καὶ μαθόντες ὅτι κατῆλθον οἱ περὶ τὴν Ἰφιγέ‐ νειαν καὶ τὸν Ὀρέστην ἐπὶ τὴν πάραλον καὶ εὐθέως ἀπέπλευσαν,</w:t>
      </w:r>
    </w:p>
    <w:p>
      <w:r>
        <w:rPr>
          <w:rFonts w:ascii="Courier New" w:hAnsi="Courier New"/>
          <w:color w:val="555555"/>
          <w:sz w:val="20"/>
        </w:rPr>
        <w:t>[15]</w:t>
      </w:r>
    </w:p>
    <w:p>
      <w:r>
        <w:rPr>
          <w:rFonts w:ascii="Gentium Plus" w:hAnsi="Gentium Plus"/>
          <w:sz w:val="24"/>
        </w:rPr>
        <w:t>τερφθέντες τῆς τοποθεσίας καὶ τῆς πόλεως Νύσσης καὶ τοῦ ἱεροῦ τῆς Ἀρτέμιδος, καὶ τὸν βασιλέα δὲ αὐτῶν φοβούμενοι, ἔμειναν αὐτοὶ ἐκεῖ οἰκοῦντες, μετακαλέσαντες τὴν πόλιν εἰς ἴδιον ὄνομα Σκυθῶν πόλιν. Ὁ δὲ Ὀρέστης ἅμα τοῖς σὺν αὐτῷ κατέλαβε τὴν Συρίαν·</w:t>
      </w:r>
    </w:p>
    <w:p>
      <w:r>
        <w:rPr>
          <w:rFonts w:ascii="Courier New" w:hAnsi="Courier New"/>
          <w:color w:val="555555"/>
          <w:sz w:val="20"/>
        </w:rPr>
        <w:t>[20]</w:t>
      </w:r>
    </w:p>
    <w:p>
      <w:r>
        <w:rPr>
          <w:rFonts w:ascii="Gentium Plus" w:hAnsi="Gentium Plus"/>
          <w:sz w:val="24"/>
        </w:rPr>
        <w:t>καὶ ἀνελθὼν ἐκ τοῦ πλοίου ἐπηρώτα ποῦ ἐστι τὸ Μελάντιον</w:t>
      </w:r>
    </w:p>
    <w:p>
      <w:r>
        <w:rPr>
          <w:rFonts w:ascii="Courier New" w:hAnsi="Courier New"/>
          <w:color w:val="555555"/>
          <w:sz w:val="20"/>
        </w:rPr>
        <w:t>[Chron . 141]</w:t>
      </w:r>
    </w:p>
    <w:p>
      <w:r>
        <w:rPr>
          <w:rFonts w:ascii="Gentium Plus" w:hAnsi="Gentium Plus"/>
          <w:sz w:val="24"/>
        </w:rPr>
        <w:t>ἱερῷ· καὶ θυσίαν ποιήσας παρέμεινεν ἐκεῖ παρακοιμώμενος. καὶ ἀπαλλαγεὶς ὁ Ὀρέστης τῆς χαλεπωτάτης νόσου ἀνεχώρησεν ἐκ τοῦ ἱεροῦ· καὶ κατελθὼν ἐν τοῖς ῥείθροις τῶν δύο ποταμῶν τῶν λεγομένων Μελάντων ὑπὸ τῶν Σύρων, διότι ἐκ τοῦ Μελαν‐</w:t>
      </w:r>
    </w:p>
    <w:p>
      <w:r>
        <w:rPr>
          <w:rFonts w:ascii="Courier New" w:hAnsi="Courier New"/>
          <w:color w:val="555555"/>
          <w:sz w:val="20"/>
        </w:rPr>
        <w:t>[5]</w:t>
      </w:r>
    </w:p>
    <w:p>
      <w:r>
        <w:rPr>
          <w:rFonts w:ascii="Gentium Plus" w:hAnsi="Gentium Plus"/>
          <w:sz w:val="24"/>
        </w:rPr>
        <w:t>τίου ὄρους κατέρχονται, ἀπελούσατο. καὶ περάσας ὁ αὐτὸς Ὀρέ‐ στης τὸν Τυφῶνα ποταμόν, τὸν νυνὶ λεγόμενον Ὀρόντην, ἦλθεν ἐπὶ τὸ Σίλπιον ὄρος, προσκυνῆσαι τοὺς Ἰωνίτας. οἱ δὲ τὴν Συ‐ ρίαν οἰκοῦντες Ἀργεῖοι Ἰωνῖται, ἀκηκοότες ὅτι τῆς νόσου ἀπηλ‐ λάγη ὁ Ὀρέστης, ἀπῆλθον πρὸς αὐτόν, ἐπειδὴ ἐκ τῆς χώρας κα‐</w:t>
      </w:r>
    </w:p>
    <w:p>
      <w:r>
        <w:rPr>
          <w:rFonts w:ascii="Courier New" w:hAnsi="Courier New"/>
          <w:color w:val="555555"/>
          <w:sz w:val="20"/>
        </w:rPr>
        <w:t>[10]</w:t>
      </w:r>
    </w:p>
    <w:p>
      <w:r>
        <w:rPr>
          <w:rFonts w:ascii="Gentium Plus" w:hAnsi="Gentium Plus"/>
          <w:sz w:val="24"/>
        </w:rPr>
        <w:t>τήγετο καὶ ἐξ αἵματος βασιλικοῦ ὑπῆρχε. καὶ ἀπαντήσαντες αὐ‐ τῷ ἐγνώρισαν τοὺς ὄντας μετ’ αὐτοῦ ἐκ τοῦ ἱεροῦ τῆς Ἑστίας· καὶ ἐπερωτήσαντες αὐτούς, Τίς ἐστιν οὗτος; εἶπον αὐτοῖς ὅτι Ὁ Ὀρέστης ἐστί, καὶ πρὸς ὑμᾶς αὐτὸν φέρομεν. οἱ δὲ Ἰωνῖται εὐθέως ἠσπάσαντο αὐτόν, εἰρηκότες αὐτῷ, Ὀρέστα, ποῦ τὴν</w:t>
      </w:r>
    </w:p>
    <w:p>
      <w:r>
        <w:rPr>
          <w:rFonts w:ascii="Courier New" w:hAnsi="Courier New"/>
          <w:color w:val="555555"/>
          <w:sz w:val="20"/>
        </w:rPr>
        <w:t>[15]</w:t>
      </w:r>
    </w:p>
    <w:p>
      <w:r>
        <w:rPr>
          <w:rFonts w:ascii="Gentium Plus" w:hAnsi="Gentium Plus"/>
          <w:sz w:val="24"/>
        </w:rPr>
        <w:t>μανίαν ἀπέθου; ὁ δὲ Ὀρέστης, φοβούμενος ἔτι τῆς νόσου τὴν ὀργήν, οὐκ ἀπεστράφη καὶ ὑπέδειξεν αὐτοῖς τὸ ἱερὸν ἢ τὸ ὄρος ὅπου ἐῤῥύσθη τῆς νόσου, ἀλλὰ κουφίσας τὴν δεξιὰν αὐτοῦ χεῖρα ὑπεράνω τῆς αὐτοῦ κορυφῆς τῷ δακτύλῳ τῆς χειρὸς αὐτοῦ ὑπέ‐ δειξεν αὐτοῖς τὸ ὄρος καὶ τὸ ἱερόν, εἰρηκὼς αὐτοῖς ὅτι Ἐν</w:t>
      </w:r>
    </w:p>
    <w:p>
      <w:r>
        <w:rPr>
          <w:rFonts w:ascii="Courier New" w:hAnsi="Courier New"/>
          <w:color w:val="555555"/>
          <w:sz w:val="20"/>
        </w:rPr>
        <w:t>[20]</w:t>
      </w:r>
    </w:p>
    <w:p>
      <w:r>
        <w:rPr>
          <w:rFonts w:ascii="Gentium Plus" w:hAnsi="Gentium Plus"/>
          <w:sz w:val="24"/>
        </w:rPr>
        <w:t>ἐκείνῳ τῷ ὄρει εἰς τὸ ἱερὸν τῆς θείας Ἑστίας τὴν χαλεπὴν μα‐ νίαν ἀπεθέμην. καὶ εὐθέως οἱ Ἰωνῖται ποιήσαντες τῷ αὐτῷ Ὀρέ‐ στῃ στήλην χαλκῆν τῷ σχήματι αὐτῷ ᾧ ὑπέδειξεν αὐτοῖς, ὑπερ‐ άνω κίονος ἵσταται εἰς μνήμην καὶ δόξαν τῆς χώρας καὶ τοῦ</w:t>
      </w:r>
    </w:p>
    <w:p>
      <w:r>
        <w:rPr>
          <w:rFonts w:ascii="Courier New" w:hAnsi="Courier New"/>
          <w:color w:val="555555"/>
          <w:sz w:val="20"/>
        </w:rPr>
        <w:t>[Chron . 142]</w:t>
      </w:r>
    </w:p>
    <w:p>
      <w:r>
        <w:rPr>
          <w:rFonts w:ascii="Gentium Plus" w:hAnsi="Gentium Plus"/>
          <w:sz w:val="24"/>
        </w:rPr>
        <w:t>Ὀρέστης τὴν λυσσώδη μανίαν ἀπέθετο, ἥτις στήλη χαλκῆ ἕως τῆς νῦν ἵσταται, μετακαλέσαντες οἱ Ἰωνῖται καὶ τοῦ Μελαντίου ὄρους τὸ ὄνομα Ἀμανόν. ὁ δὲ Ὀρέστης προσκυνήσας τοὺς Ἰω‐ νίτας κατῆλθεν εἰς τὴν πάραλον τῆς λεγομένης πρῴην Παλαιο‐</w:t>
      </w:r>
    </w:p>
    <w:p>
      <w:r>
        <w:rPr>
          <w:rFonts w:ascii="Courier New" w:hAnsi="Courier New"/>
          <w:color w:val="555555"/>
          <w:sz w:val="20"/>
        </w:rPr>
        <w:t>[5]</w:t>
      </w:r>
    </w:p>
    <w:p>
      <w:r>
        <w:rPr>
          <w:rFonts w:ascii="Gentium Plus" w:hAnsi="Gentium Plus"/>
          <w:sz w:val="24"/>
        </w:rPr>
        <w:t>πόλεως, νυνὶ δὲ Σελευκείας· καὶ εὑρηκὼς νῆας ἐκεῖ, ἀπέπλευσε μετὰ τῆς Ἰφιγενείας καὶ τοῦ Πυλάδου ἐπὶ τὴν Ἑλλάδα. καὶ ζεύξας πρὸς γάμον τὴν ἑαυτοῦ ἀδελφὴν Ἠλέκτραν τῷ Πυλάδῃ, κατέσχε τῆς Μυκηναίων χώρας ἕως θανάτου. οἱ δὲ Σύροι προσε‐ σχηκότες τὸ σχῆμα τῆς στήλης τοῦ Ὀρέστου, καὶ μαθόντες παρὰ</w:t>
      </w:r>
    </w:p>
    <w:p>
      <w:r>
        <w:rPr>
          <w:rFonts w:ascii="Courier New" w:hAnsi="Courier New"/>
          <w:color w:val="555555"/>
          <w:sz w:val="20"/>
        </w:rPr>
        <w:t>[10]</w:t>
      </w:r>
    </w:p>
    <w:p>
      <w:r>
        <w:rPr>
          <w:rFonts w:ascii="Gentium Plus" w:hAnsi="Gentium Plus"/>
          <w:sz w:val="24"/>
        </w:rPr>
        <w:t>τῶν Ἰωνιτῶν τὸν τρόπον, ὀργισθέντες ἐπεκάλεσαν αὐτὸν δρα‐ πέτην, διότι τοιούτου ἀγαθοῦ συμβάντος αὐτῷ ἐν τῇ αὐτῶν χώ‐ ρᾳ, καὶ ἐκφυγόντος τὴν τοιαύτην ἀπειλήν, στραφεὶς καὶ προσε‐ σχηκὼς καὶ ἀνυμνήσας τὰ θεῖα καὶ εὐχαριστῶν οὐχ ὑπέδειξε τοῖς Ἰωνίταις τὸ ἱερὸν τῆς Ἑστίας, ἀλλὰ δραπετεύσας τὸν λογι‐</w:t>
      </w:r>
    </w:p>
    <w:p>
      <w:r>
        <w:rPr>
          <w:rFonts w:ascii="Courier New" w:hAnsi="Courier New"/>
          <w:color w:val="555555"/>
          <w:sz w:val="20"/>
        </w:rPr>
        <w:t>[15]</w:t>
      </w:r>
    </w:p>
    <w:p>
      <w:r>
        <w:rPr>
          <w:rFonts w:ascii="Gentium Plus" w:hAnsi="Gentium Plus"/>
          <w:sz w:val="24"/>
        </w:rPr>
        <w:t>σμόν, ἀντ’ εὐχαριστίας ἀποστρεφόμενος τῷ δακτύλῳ τῆς χει‐ ρὸς αὐτοῦ ὑπέδειξε τὸ ἱερὸν καὶ τὸ ὄρος, ὅπου τῆς ἀνημέρου μανίης ἀπαλλαγεὶς ἐσώθη. ἥτις στήλη τοῦ Ὀρέστου ὁ δρα‐ πέτης καλεῖται παρὰ τοῖς Ἀντιοχεῦσιν ἕως τοῦ παρόντος· πρὸ γὰρ μικροῦ τῆς πόλεώς ἐστιν ὁ αὐτὸς ἀνδριὰς τοῦ Ὀρέστου.</w:t>
      </w:r>
    </w:p>
    <w:p>
      <w:r>
        <w:rPr>
          <w:rFonts w:ascii="Courier New" w:hAnsi="Courier New"/>
          <w:color w:val="555555"/>
          <w:sz w:val="20"/>
        </w:rPr>
        <w:t>[20]</w:t>
      </w:r>
    </w:p>
    <w:p>
      <w:r>
        <w:rPr>
          <w:rFonts w:ascii="Gentium Plus" w:hAnsi="Gentium Plus"/>
          <w:sz w:val="24"/>
        </w:rPr>
        <w:t>ταῦτα δὲ ὁ σοφὸς Δομνῖνος συνεγράψατο. Ἐν τοῖς χρόνοις δὲ τοῖς μετὰ τὴν ἅλωσιν Τροίας παρ’ Ἕλ‐ λησιν ἐθαυμάζετο πρῶτος Θέμις ὀνόματι· ἐξηῦρε γὰρ οὗτος τρα‐</w:t>
      </w:r>
    </w:p>
    <w:p>
      <w:r>
        <w:rPr>
          <w:rFonts w:ascii="Courier New" w:hAnsi="Courier New"/>
          <w:color w:val="555555"/>
          <w:sz w:val="20"/>
        </w:rPr>
        <w:t>[Chron . 143]</w:t>
      </w:r>
    </w:p>
    <w:p>
      <w:r>
        <w:rPr>
          <w:rFonts w:ascii="Gentium Plus" w:hAnsi="Gentium Plus"/>
          <w:sz w:val="24"/>
        </w:rPr>
        <w:t>Μίνως, καὶ μετὰ Μίνωα Αὐλέας τραγικοὺς χοροὺς δραμάτων συνεγράψατο. καὶ λοιπὸν τὸν μετὰ ταῦτα χρόνον ἐξ αὐτῶν Εὐριπίδης εὑρὼν πολλὰς ἱστορίας δραμάτων συνεγράψατο. Καὶ λοιπὸν ἐβασίλευσε Δαβὶδ ὁ τοῦ Ἰεσσαὶ ἐπὶ τὸν Ἰσραὴλ</w:t>
      </w:r>
    </w:p>
    <w:p>
      <w:r>
        <w:rPr>
          <w:rFonts w:ascii="Courier New" w:hAnsi="Courier New"/>
          <w:color w:val="555555"/>
          <w:sz w:val="20"/>
        </w:rPr>
        <w:t>[5]</w:t>
      </w:r>
    </w:p>
    <w:p>
      <w:r>
        <w:rPr>
          <w:rFonts w:ascii="Gentium Plus" w:hAnsi="Gentium Plus"/>
          <w:sz w:val="24"/>
        </w:rPr>
        <w:t>ἔτη τεσσαράκοντα καὶ μῆνας δύο· ὅστις ἀνενέωσε τὴν πρῴην πό‐ λιν λεγομένην Σαλὴμ καὶ μετὰ Ἰεβοῦν, μετακαλέσας αὐτὴν Ἱε‐ ρουσαλήμ. Ἔστιν οὖν ἀπὸ Ἀδὰμ ἕως Δαβὶδ ἔτη ͵δψνεʹ. Μετὰ δὲ Δαβὶδ ἐβασίλευσε Σολομών, υἱὸς Δαβίδ, ἔτη μʹ.</w:t>
      </w:r>
    </w:p>
    <w:p>
      <w:r>
        <w:rPr>
          <w:rFonts w:ascii="Courier New" w:hAnsi="Courier New"/>
          <w:color w:val="555555"/>
          <w:sz w:val="20"/>
        </w:rPr>
        <w:t>[10]</w:t>
      </w:r>
    </w:p>
    <w:p>
      <w:r>
        <w:rPr>
          <w:rFonts w:ascii="Gentium Plus" w:hAnsi="Gentium Plus"/>
          <w:sz w:val="24"/>
        </w:rPr>
        <w:t>ὅστις ἔκτισε τὸ ἱερὸν ἐν Ἱεροσολύμοις, πήξας τὰ Χερουβὶμ καὶ Σεραφὶμ ἐν αὐτῷ τῷ ναῷ χαλκᾶ· ὃς ἐνήρξατο πρῶτος κτίζειν Ἰουδαίοις ἱερά· οὐκ εἶχον γάρ. ἔκτισε δὲ καὶ ἐν τῷ λιμίτῳ πό‐ λιν, ἣν ἐκάλεσε Παλμοῖραν διὰ τὸ πάλαι μοῖραν γενέσθαι τὴν κώμην τῷ Γολιὰθ τῷ παρὰ τοῦ πατρὸς αὐτοῦ φονευθέντι.</w:t>
      </w:r>
    </w:p>
    <w:p>
      <w:r>
        <w:rPr>
          <w:rFonts w:ascii="Courier New" w:hAnsi="Courier New"/>
          <w:color w:val="555555"/>
          <w:sz w:val="20"/>
        </w:rPr>
        <w:t>[15]</w:t>
      </w:r>
    </w:p>
    <w:p>
      <w:r>
        <w:rPr>
          <w:rFonts w:ascii="Gentium Plus" w:hAnsi="Gentium Plus"/>
          <w:sz w:val="24"/>
        </w:rPr>
        <w:t>Ἔστιν οὖν ἀπὸ Ἀδὰμ ἕως Σολομῶντος ἔτη ͵δψϟεʹ. Καὶ μετὰ τὴν βασιλείαν Σολομῶντος ἐβασίλευσαν ἄλλοι· ἐν οἷς ἐβασίλευσεν Ἀχαάβ, βασιλεὺς Ἰουδαίων. ἐπὶ δὲ τῆς αὐ‐ τοῦ βασιλείας ἦν ὁ προφήτης Ἠλίας ὁ Θεσβίτης, ὅστις ἀνε‐ λήφθη.</w:t>
      </w:r>
    </w:p>
    <w:p>
      <w:r>
        <w:rPr>
          <w:rFonts w:ascii="Courier New" w:hAnsi="Courier New"/>
          <w:color w:val="555555"/>
          <w:sz w:val="20"/>
        </w:rPr>
        <w:t>[20]</w:t>
      </w:r>
    </w:p>
    <w:p>
      <w:r>
        <w:rPr>
          <w:rFonts w:ascii="Gentium Plus" w:hAnsi="Gentium Plus"/>
          <w:sz w:val="24"/>
        </w:rPr>
        <w:t>Ἐβασίλευσαν δὲ καὶ ἕτεροι ἕως Ἐζεκίου· ἐν οἷς χρόνοις ἤκμαζεν ὁ σοφὸς Ὅμηρος ὁ ποιητὴς ὁ συγγραψάμενος τὸν πόλε‐</w:t>
      </w:r>
    </w:p>
    <w:p>
      <w:r>
        <w:rPr>
          <w:rFonts w:ascii="Courier New" w:hAnsi="Courier New"/>
          <w:color w:val="555555"/>
          <w:sz w:val="20"/>
        </w:rPr>
        <w:t>[Chron . 144]</w:t>
      </w:r>
    </w:p>
    <w:p>
      <w:r>
        <w:rPr>
          <w:rFonts w:ascii="Gentium Plus" w:hAnsi="Gentium Plus"/>
          <w:sz w:val="24"/>
        </w:rPr>
        <w:t>Ἔστιν οὖν ἀπὸ Ἀδὰμ ἕως Ἐζεκίου, βασιλέως Ἰουδαίων, ἔτη ͵εσξϛʹ. ἦν δὲ τότε ἐπὶ Ἐζεκίου προφήτης τις τῶν Ἰουδαίων Ἠσαΐας. Ἐγένετο δὲ ἐν τῷ τεσσαρεσκαιδεκάτῳ ἔτει τῆς βασιλείας τοῦ</w:t>
      </w:r>
    </w:p>
    <w:p>
      <w:r>
        <w:rPr>
          <w:rFonts w:ascii="Courier New" w:hAnsi="Courier New"/>
          <w:color w:val="555555"/>
          <w:sz w:val="20"/>
        </w:rPr>
        <w:t>[5]</w:t>
      </w:r>
    </w:p>
    <w:p>
      <w:r>
        <w:rPr>
          <w:rFonts w:ascii="Gentium Plus" w:hAnsi="Gentium Plus"/>
          <w:sz w:val="24"/>
        </w:rPr>
        <w:t>αὐτοῦ Ἐζεκίου, βασιλέως Ἰουδαίων, ἀνέβη Σεναχηρείμ, βασι‐ λεὺς Ἀσσυρίων, ἐπὶ τὰς πόλεις τῆς Ἰουδαίας τὰς ὀχυράς, καὶ ἔλαβεν αὐτάς. καὶ ἀπέστειλε βασιλεὺς Ἀσσυρίων Ῥαψάκην ἐκ Λάχεις εἰς Ἱερουσαλὴμ πρὸς βασιλέα Ἐζεκίαν μετὰ δυνά‐ μεως πολλῆς. καὶ ἔστη ἐν τῷ ὑδραγωγῷ τῆς κολυμβήθρας τῆς</w:t>
      </w:r>
    </w:p>
    <w:p>
      <w:r>
        <w:rPr>
          <w:rFonts w:ascii="Courier New" w:hAnsi="Courier New"/>
          <w:color w:val="555555"/>
          <w:sz w:val="20"/>
        </w:rPr>
        <w:t>[10]</w:t>
      </w:r>
    </w:p>
    <w:p>
      <w:r>
        <w:rPr>
          <w:rFonts w:ascii="Gentium Plus" w:hAnsi="Gentium Plus"/>
          <w:sz w:val="24"/>
        </w:rPr>
        <w:t>ἄνω ἐν τῇ ὁδῷ τοῦ ἀγροῦ τοῦ κναφέως. καὶ ἐξῆλθε πρὸς αὐ‐ τὸν Ἐλιακεὶμ ὁ τοῦ Χελκίου ὁ οἰκονόμος καὶ Σομνᾶς ὁ γραμ‐ ματεὺς καὶ Ἰωὰς ὁ τοῦ Ἀσὰφ ὁ ὑπομνηματογράφος. καὶ εἶπεν αὐτοῖς Ῥαψάκης, Εἴπατε Ἐζεκίᾳ, τάδε λέγει ὁ βασιλεὺς Ἀσσυρίων. Τίνι πεποιθὼς εἶ; μὴ ἐν βουλῇ ἢ ἐν λόγοις χειλέων</w:t>
      </w:r>
    </w:p>
    <w:p>
      <w:r>
        <w:rPr>
          <w:rFonts w:ascii="Courier New" w:hAnsi="Courier New"/>
          <w:color w:val="555555"/>
          <w:sz w:val="20"/>
        </w:rPr>
        <w:t>[15]</w:t>
      </w:r>
    </w:p>
    <w:p>
      <w:r>
        <w:rPr>
          <w:rFonts w:ascii="Gentium Plus" w:hAnsi="Gentium Plus"/>
          <w:sz w:val="24"/>
        </w:rPr>
        <w:t>παράταξις γίνεται; καὶ ἐπὶ τὴν ῥάβδον τὴν καλαμίνην τὴν τε‐ θλασμένην ταύτην ἐπ’ Αἴγυπτον; ὃς ἐὰν ἐπ’ αὐτὴν ἐπιστηριχθῇ, εἰσελεύσεται εἰς τὴν χεῖρα αὐτοῦ. οὕτως ἐστὶ Φαραὼ βασιλεὺς Αἰγύπτου καὶ πάντες οἱ πεποιθότες ἐπ’ αὐτῷ. εἰ δὲ λέγετε, Ἐπὶ κύριον τὸν θεὸν ἡμῶν πεποίθαμεν, νυνὶ μίχθητε τῷ κυρίῳ μου,</w:t>
      </w:r>
    </w:p>
    <w:p>
      <w:r>
        <w:rPr>
          <w:rFonts w:ascii="Courier New" w:hAnsi="Courier New"/>
          <w:color w:val="555555"/>
          <w:sz w:val="20"/>
        </w:rPr>
        <w:t>[20]</w:t>
      </w:r>
    </w:p>
    <w:p>
      <w:r>
        <w:rPr>
          <w:rFonts w:ascii="Gentium Plus" w:hAnsi="Gentium Plus"/>
          <w:sz w:val="24"/>
        </w:rPr>
        <w:t>τῷ βασιλεῖ Ἀσσυρίων· καὶ δώσει ὑμῖν δισχιλίους ἵππους, εἰ δυ‐ νήσεσθε ἀναβάτας ἐπ’ αὐτοὺς δοῦναι. καὶ πῶς δυνήσεσθε ἀπο‐ βλέψαι εἰς πρόσωπον τοπάρχου ἑνός; οἰκέται εἰσὶν οἱ πεποιθότες</w:t>
      </w:r>
    </w:p>
    <w:p>
      <w:r>
        <w:rPr>
          <w:rFonts w:ascii="Courier New" w:hAnsi="Courier New"/>
          <w:color w:val="555555"/>
          <w:sz w:val="20"/>
        </w:rPr>
        <w:t>[Chron . 145]</w:t>
      </w:r>
    </w:p>
    <w:p>
      <w:r>
        <w:rPr>
          <w:rFonts w:ascii="Gentium Plus" w:hAnsi="Gentium Plus"/>
          <w:sz w:val="24"/>
        </w:rPr>
        <w:t>ὑμῶν ἀνέβημεν ἐπὶ τὴν χώραν ταύτην πολεμῆσαι αὐτήν; καὶ εἶπεν πρὸς αὐτὸν Ἐλιακεὶμ ὁ τοῦ Χελκίου καὶ Σομνᾶς ὁ γραμματεὺς καὶ Ἰωάς, Λάλησον πρὸς τοὺς παῖδάς σου συριστί· καὶ ἵνα τί λαλεῖτε εἰς τὰ ὦτα τῶν ἀνθρώπων τῶν ἐπὶ τῷ τείχει;</w:t>
      </w:r>
    </w:p>
    <w:p>
      <w:r>
        <w:rPr>
          <w:rFonts w:ascii="Courier New" w:hAnsi="Courier New"/>
          <w:color w:val="555555"/>
          <w:sz w:val="20"/>
        </w:rPr>
        <w:t>[5]</w:t>
      </w:r>
    </w:p>
    <w:p>
      <w:r>
        <w:rPr>
          <w:rFonts w:ascii="Gentium Plus" w:hAnsi="Gentium Plus"/>
          <w:sz w:val="24"/>
        </w:rPr>
        <w:t>καὶ εἶπε Ῥαψάκης πρὸς αὐτούς, Μὴ πρὸς κύριον ὑμῶν ἢ πρὸς ὑμᾶς ἀπέσταλκέ με ὁ κύριός μου λαλῆσαι τοὺς λόγους τούτους, οὐχὶ πρὸς τοὺς ἀνθρώπους τοὺς καθημένους ἐπὶ τῷ τείχει, ἵνα [μὴ] φάγωσι κόπρον καὶ πίωσιν οὖρον μεθ’ ὑμῶν ἅμα; καὶ ἔστη Ῥαψάκης καὶ ἐβόησε φωνῇ μεγάλῃ ἰουδαϊστὶ καὶ εἶπεν,</w:t>
      </w:r>
    </w:p>
    <w:p>
      <w:r>
        <w:rPr>
          <w:rFonts w:ascii="Courier New" w:hAnsi="Courier New"/>
          <w:color w:val="555555"/>
          <w:sz w:val="20"/>
        </w:rPr>
        <w:t>[10]</w:t>
      </w:r>
    </w:p>
    <w:p>
      <w:r>
        <w:rPr>
          <w:rFonts w:ascii="Gentium Plus" w:hAnsi="Gentium Plus"/>
          <w:sz w:val="24"/>
        </w:rPr>
        <w:t>Ἀκούσατε τοὺς λόγους τοῦ μεγάλου βασιλέως Ἀσσυρίων. τάδε λέγει ὁ βασιλεύς. Μὴ ἀπατάτω ὑμᾶς Ἐζεκίας λόγοις· οὐ δύνηται ῥύσασθαι ὑμᾶς. καὶ μὴ λεγέτω ὑμῖν Ἐζεκίας ὅτι ῥύσεται ὑμᾶς θεός, καὶ οὐ μὴ παραδοθῇ ἡ πόλις αὕτη εἰς χεῖρας βασιλέως Ἀσ‐ συρίων. μὴ ἀκούετε Ἐζεκίου. τάδε λέγει ὁ βασιλεὺς Ἀσσυρίων.</w:t>
      </w:r>
    </w:p>
    <w:p>
      <w:r>
        <w:rPr>
          <w:rFonts w:ascii="Courier New" w:hAnsi="Courier New"/>
          <w:color w:val="555555"/>
          <w:sz w:val="20"/>
        </w:rPr>
        <w:t>[15]</w:t>
      </w:r>
    </w:p>
    <w:p>
      <w:r>
        <w:rPr>
          <w:rFonts w:ascii="Gentium Plus" w:hAnsi="Gentium Plus"/>
          <w:sz w:val="24"/>
        </w:rPr>
        <w:t>Βουλεύσασθε εὐλογηθῆναι· ἐκπορεύεσθε πρός με, καὶ φάγεται ἕκαστος τὴν ἄμπελον αὐτοῦ καὶ τὰ σῦκα αὐτοῦ, καὶ πίεσθε ὕδωρ ἐκ τοῦ λάκκου ὑμῶν, ἕως ἂν ἔλθω καὶ λάβω ὑμᾶς εἰς γῆν, ὡς ἡ γῆ ὑμῶν, γῆ σίτου καὶ οἴνου καὶ ἄρτου καὶ ἀμπέλων. μὴ οὖν ὑμᾶς ἀπατάτω Ἐζεκίας λέγων, Ὁ θεὸς ὑμᾶς ῥύσεται. μὴ</w:t>
      </w:r>
    </w:p>
    <w:p>
      <w:r>
        <w:rPr>
          <w:rFonts w:ascii="Courier New" w:hAnsi="Courier New"/>
          <w:color w:val="555555"/>
          <w:sz w:val="20"/>
        </w:rPr>
        <w:t>[20]</w:t>
      </w:r>
    </w:p>
    <w:p>
      <w:r>
        <w:rPr>
          <w:rFonts w:ascii="Gentium Plus" w:hAnsi="Gentium Plus"/>
          <w:sz w:val="24"/>
        </w:rPr>
        <w:t>ἐῤῥύσαντο οἱ θεοὶ τῶν ἐθνῶν ἕκαστος τὴν ἑαυτοῦ χώραν ἐκ χειρὸς</w:t>
      </w:r>
    </w:p>
    <w:p>
      <w:r>
        <w:rPr>
          <w:rFonts w:ascii="Courier New" w:hAnsi="Courier New"/>
          <w:color w:val="555555"/>
          <w:sz w:val="20"/>
        </w:rPr>
        <w:t>[Chron . 146]</w:t>
      </w:r>
    </w:p>
    <w:p>
      <w:r>
        <w:rPr>
          <w:rFonts w:ascii="Gentium Plus" w:hAnsi="Gentium Plus"/>
          <w:sz w:val="24"/>
        </w:rPr>
        <w:t>ποῦ ἐστιν ὁ θεὸς Σεπφαρωθείμ; μὴ ἠδυνήθη Σαμάρεια ῥυσθῆναι ἐκ τῆς χειρός μου; τίς τῶν θεῶν πάντων τῶν ἐθνῶν τούτων ἐῤ‐ ῥύσατο τὴν ἑαυτοῦ γῆν ἐκ τῆς χειρός μου, ὅτι λέγει, Ῥύσεταί σε κύριος ὁ θεὸς Ἰσραὴλ ἐκ χειρός μου;</w:t>
      </w:r>
    </w:p>
    <w:p>
      <w:r>
        <w:rPr>
          <w:rFonts w:ascii="Courier New" w:hAnsi="Courier New"/>
          <w:color w:val="555555"/>
          <w:sz w:val="20"/>
        </w:rPr>
        <w:t>[5]</w:t>
      </w:r>
    </w:p>
    <w:p>
      <w:r>
        <w:rPr>
          <w:rFonts w:ascii="Gentium Plus" w:hAnsi="Gentium Plus"/>
          <w:sz w:val="24"/>
        </w:rPr>
        <w:t>Καὶ ἐσιώπησαν καὶ οὐδεὶς ἀπεκρίθη αὐτῷ διὰ τὸ προστά‐ ξαι τὸν βασιλέα μηδένα ἀποκριθῆναι αὐτῷ. καὶ εἰσῆλθεν Ἐλια‐ κεὶμ ὁ τοῦ Χελκίου ὁ οἰκονόμος καὶ Σομνᾶς ὁ γραμματεὺς καὶ Ἰωὰς ὁ τοῦ Ἀσὰφ ὁ ὑπομνηματογράφος πρὸς Ἐζεκίαν, ἐσχισμένοι τοὺς χιτῶνας, καὶ ἀπήγγειλαν αὐτῷ τοὺς λόγους Ῥα‐</w:t>
      </w:r>
    </w:p>
    <w:p>
      <w:r>
        <w:rPr>
          <w:rFonts w:ascii="Courier New" w:hAnsi="Courier New"/>
          <w:color w:val="555555"/>
          <w:sz w:val="20"/>
        </w:rPr>
        <w:t>[10]</w:t>
      </w:r>
    </w:p>
    <w:p>
      <w:r>
        <w:rPr>
          <w:rFonts w:ascii="Gentium Plus" w:hAnsi="Gentium Plus"/>
          <w:sz w:val="24"/>
        </w:rPr>
        <w:t>ψάκου. καὶ ἐγένετο ἐν τῷ ἀκοῦσαι τὸν βασιλέα Ἐζεκίαν, ἔσχισε τὰ ἱμάτια καὶ σάκκον περιεβάλετο, καὶ ἀνέβη εἰς τὸν ναὸν τοῦ κυρίου· καὶ ἀπέστειλεν Ἐλιακεὶμ τὸν οἰκονόμον καὶ Σομνᾶν τὸν γραμματέα καὶ τοὺς πρεσβυτέρους τῶν ἱερέων, περιβεβλημένους σάκκους, πρὸς Ἠσαΐαν, υἱὸν Ἀμώς, τὸν προφήτην, καὶ εἶπον</w:t>
      </w:r>
    </w:p>
    <w:p>
      <w:r>
        <w:rPr>
          <w:rFonts w:ascii="Courier New" w:hAnsi="Courier New"/>
          <w:color w:val="555555"/>
          <w:sz w:val="20"/>
        </w:rPr>
        <w:t>[15]</w:t>
      </w:r>
    </w:p>
    <w:p>
      <w:r>
        <w:rPr>
          <w:rFonts w:ascii="Gentium Plus" w:hAnsi="Gentium Plus"/>
          <w:sz w:val="24"/>
        </w:rPr>
        <w:t>αὐτῷ, Τάδε λέγει Ἐζεκίας. Ἡμέρα θλίψεως, δεσμοῦ καὶ ἐλε‐ γμοῦ καὶ ὀργῆς ἡ σήμερον ἡμέρα, ὅτι ἥκει ἡ ὠδὶν τῇ τικτού‐ σῃ, ἰσχὺν δὲ οὐκ ἔχει τοῦ τεκεῖν. εἰσακούσῃ κύριος ὁ θεός σου τοὺς λόγους Ῥαψάκου, οὓς ἀπέστειλε βασιλεὺς Ἀσσυρίων ὀνειδί‐ ζειν θεὸν ζῶντα καὶ ὀνειδίζειν λόγοις οἷς ἤκουσε κύριος ὁ θεός</w:t>
      </w:r>
    </w:p>
    <w:p>
      <w:r>
        <w:rPr>
          <w:rFonts w:ascii="Courier New" w:hAnsi="Courier New"/>
          <w:color w:val="555555"/>
          <w:sz w:val="20"/>
        </w:rPr>
        <w:t>[20]</w:t>
      </w:r>
    </w:p>
    <w:p>
      <w:r>
        <w:rPr>
          <w:rFonts w:ascii="Gentium Plus" w:hAnsi="Gentium Plus"/>
          <w:sz w:val="24"/>
        </w:rPr>
        <w:t>σου, καὶ δεηθήσῃ πρὸς κύριον τὸν θεόν σου περὶ τῶν καταλε‐ λειμμένων τούτων. καὶ ἦλθον οἱ παῖδες τοῦ βασιλέως πρὸς</w:t>
      </w:r>
    </w:p>
    <w:p>
      <w:r>
        <w:rPr>
          <w:rFonts w:ascii="Courier New" w:hAnsi="Courier New"/>
          <w:color w:val="555555"/>
          <w:sz w:val="20"/>
        </w:rPr>
        <w:t>[Chron . 147]</w:t>
      </w:r>
    </w:p>
    <w:p>
      <w:r>
        <w:rPr>
          <w:rFonts w:ascii="Gentium Plus" w:hAnsi="Gentium Plus"/>
          <w:sz w:val="24"/>
        </w:rPr>
        <w:t>ριον ὑμῶν. Τάδε λέγει κύριος. Μὴ φοβηθῇς ἀπὸ τῶν λόγων ὧν ἤκουσας, οὓς ὠνείδισάν με οἱ πρέσβεις βασιλέως Ἀσσυρίων. καὶ ἰδοὺ ἐγὼ ἐμβαλῶ εἰς αὐτὸν πνεῦμα, καὶ ἀκούσας ἀγγελίαν ἀποστραφήσεται εἰς τὴν χώραν αὐτοῦ, καὶ πεσεῖται μάχαιρα ἐν</w:t>
      </w:r>
    </w:p>
    <w:p>
      <w:r>
        <w:rPr>
          <w:rFonts w:ascii="Courier New" w:hAnsi="Courier New"/>
          <w:color w:val="555555"/>
          <w:sz w:val="20"/>
        </w:rPr>
        <w:t>[5]</w:t>
      </w:r>
    </w:p>
    <w:p>
      <w:r>
        <w:rPr>
          <w:rFonts w:ascii="Gentium Plus" w:hAnsi="Gentium Plus"/>
          <w:sz w:val="24"/>
        </w:rPr>
        <w:t>τῇ γῇ αὐτοῦ. καὶ ἀπέστρεψε Ῥαψάκης, καὶ κατέλαβε τὸν βασιλέα Ἀσσυρίων πολιορκοῦντα Λομνᾶ. καὶ ἤκουσε βασι‐ λεὺς Ἀσσυρίων ὅτι ἐξῆλθε Θάρα, βασιλεὺς Αἰθιόπων, πο‐ λιορκῆσαι αὐτόν. καὶ ἀκούσας ἀπέστειλεν εἰς ἀπάντησιν αὐτοῦ τὸν Ῥαψάκην μετὰ δυνάμεως πολλῆς· καὶ αὐτὸς μείνας ἀπέ‐</w:t>
      </w:r>
    </w:p>
    <w:p>
      <w:r>
        <w:rPr>
          <w:rFonts w:ascii="Courier New" w:hAnsi="Courier New"/>
          <w:color w:val="555555"/>
          <w:sz w:val="20"/>
        </w:rPr>
        <w:t>[10]</w:t>
      </w:r>
    </w:p>
    <w:p>
      <w:r>
        <w:rPr>
          <w:rFonts w:ascii="Gentium Plus" w:hAnsi="Gentium Plus"/>
          <w:sz w:val="24"/>
        </w:rPr>
        <w:t>στειλεν ἀγγέλους πρὸς Ἐζεκίαν λέγων, Οὕτως ἐρεῖτε Ἐζεκίᾳ, βα‐ σιλεῖ τῆς Ἰουδαίας. Μή σε ἀπατάτω ὁ θεός σου, ἐφ’ ᾧ πεποι‐ θὼς εἶ ἐπ’ αὐτῷ, λέγων, Οὐ μὴ παραδοθῇ Ἱερουσαλὴμ εἰς χεῖρας βασιλέως Ἀσσυρίων. ἢ οὐκ ἤκουσας ἃ ἐποίησαν βασιλεῖς Ἀσ‐ συρίων πάσῃ τῇ γῇ, καὶ μὴ ἐῤῥύσαντο αὐτοὺς οἱ θεοὶ τῶν</w:t>
      </w:r>
    </w:p>
    <w:p>
      <w:r>
        <w:rPr>
          <w:rFonts w:ascii="Courier New" w:hAnsi="Courier New"/>
          <w:color w:val="555555"/>
          <w:sz w:val="20"/>
        </w:rPr>
        <w:t>[15]</w:t>
      </w:r>
    </w:p>
    <w:p>
      <w:r>
        <w:rPr>
          <w:rFonts w:ascii="Gentium Plus" w:hAnsi="Gentium Plus"/>
          <w:sz w:val="24"/>
        </w:rPr>
        <w:t>ἐθνῶν; οὐχὶ οἱ πατέρες μου ἀπώλεσαν τήν τε Γωζὰν καὶ Χα‐ ρὰν καὶ Ῥαφεῖς, αἵ εἰσιν ἐν χώρᾳ Θαιμᾶν; ποῦ εἰσιν οἱ βασι‐ λεῖς Αἰμὰθ καὶ Ἀρφὰδ καὶ πόλεως Σεπφαρείμ; Καὶ ἔλαβεν Ἐζεκίας τὸ βιβλίον παρὰ τῶν ἀγγέλων, καὶ ἀνέ‐ γνω αὐτὸ ἐναντίον κυρίου· καὶ προσηύξατο πρὸς κύριον Ἐζε‐</w:t>
      </w:r>
    </w:p>
    <w:p>
      <w:r>
        <w:rPr>
          <w:rFonts w:ascii="Courier New" w:hAnsi="Courier New"/>
          <w:color w:val="555555"/>
          <w:sz w:val="20"/>
        </w:rPr>
        <w:t>[20]</w:t>
      </w:r>
    </w:p>
    <w:p>
      <w:r>
        <w:rPr>
          <w:rFonts w:ascii="Gentium Plus" w:hAnsi="Gentium Plus"/>
          <w:sz w:val="24"/>
        </w:rPr>
        <w:t>κίας λέγων, Ὁ θεὸς Ἰσραὴλ ὁ καθήμενος ἐπὶ τῶν Χερουβίμ, ὅτι</w:t>
      </w:r>
    </w:p>
    <w:p>
      <w:r>
        <w:rPr>
          <w:rFonts w:ascii="Courier New" w:hAnsi="Courier New"/>
          <w:color w:val="555555"/>
          <w:sz w:val="20"/>
        </w:rPr>
        <w:t>[Chron . 148]</w:t>
      </w:r>
    </w:p>
    <w:p>
      <w:r>
        <w:rPr>
          <w:rFonts w:ascii="Gentium Plus" w:hAnsi="Gentium Plus"/>
          <w:sz w:val="24"/>
        </w:rPr>
        <w:t>νὸν καὶ τὴν γῆν, εἰσάκουσον, κύριε, ἐπίβλεψον, κύριε, καὶ ἴδε τοὺς λόγους, οὓς ἀπέστειλε Σενναχηρείμ, ὀνειδίζων θεὸν ζῶντα. ἐπ’ ἀληθείας γὰρ ἠρήμωσαν βασιλεῖς Ἀσσυρίων τὴν οἰκουμένην ὅλην καὶ τὰς χώρας αὐτῆς, καὶ ἔβαλον τὰ εἴδωλα αὐτῶν εἰς τὸ</w:t>
      </w:r>
    </w:p>
    <w:p>
      <w:r>
        <w:rPr>
          <w:rFonts w:ascii="Courier New" w:hAnsi="Courier New"/>
          <w:color w:val="555555"/>
          <w:sz w:val="20"/>
        </w:rPr>
        <w:t>[5]</w:t>
      </w:r>
    </w:p>
    <w:p>
      <w:r>
        <w:rPr>
          <w:rFonts w:ascii="Gentium Plus" w:hAnsi="Gentium Plus"/>
          <w:sz w:val="24"/>
        </w:rPr>
        <w:t>πῦρ· οὐ γὰρ θεοὶ ἦσαν, ἀλλ’ ἔργα χειρῶν ἀνθρώπων, ξύλα καὶ λίθοι· καὶ ἀπώλεσαν αὐτούς. καὶ νῦν, κύριε ὁ θεὸς ἡμῶν, σῶ‐ σον ἡμᾶς ἐκ χειρὸς αὐτῶν, ἵνα γνῷ πᾶσα βασιλεία τῆς γῆς ὅτι σὺ εἶ θεὸς μόνος. Καὶ ἀπεστάλη Ἠσαΐας, υἱὸς Ἀμώς, πρὸς Ἐζεκίαν, καὶ εἶ‐</w:t>
      </w:r>
    </w:p>
    <w:p>
      <w:r>
        <w:rPr>
          <w:rFonts w:ascii="Courier New" w:hAnsi="Courier New"/>
          <w:color w:val="555555"/>
          <w:sz w:val="20"/>
        </w:rPr>
        <w:t>[10]</w:t>
      </w:r>
    </w:p>
    <w:p>
      <w:r>
        <w:rPr>
          <w:rFonts w:ascii="Gentium Plus" w:hAnsi="Gentium Plus"/>
          <w:sz w:val="24"/>
        </w:rPr>
        <w:t>πεν αὐτῷ, Τάδε λέγει κύριος ὁ θεὸς Ἰσραήλ. Ἤκουσα, ἃ προσηύξω πρός με περὶ Σενναχηρείμ, βασιλέως Ἀσσυρίων. οὕτως λέγει κύ‐ ριος ἐπὶ βασιλέα Ἀσσυρίων. Οὐ μὴ εἰσέλθῃ εἰς τὴν πόλιν ταύτην, οὐδὲ μὴ βάλῃ ἐπ’ αὐτὴν βέλος, οὐδὲ μὴ στήσῃ ἐπ’ αὐτὴν θυρεόν, οὐδὲ μὴ κυκλώσῃ ἐπ’ αὐτὴν χάρακα, ἀλλὰ τῇ ὁδῷ ᾗ ἦλθεν, ἐν</w:t>
      </w:r>
    </w:p>
    <w:p>
      <w:r>
        <w:rPr>
          <w:rFonts w:ascii="Courier New" w:hAnsi="Courier New"/>
          <w:color w:val="555555"/>
          <w:sz w:val="20"/>
        </w:rPr>
        <w:t>[15]</w:t>
      </w:r>
    </w:p>
    <w:p>
      <w:r>
        <w:rPr>
          <w:rFonts w:ascii="Gentium Plus" w:hAnsi="Gentium Plus"/>
          <w:sz w:val="24"/>
        </w:rPr>
        <w:t>αὐτῇ ἀποστραφήσεται, ὅτι τάδε λέγει κύριος. Ὑπερασπιῶ τῆς πόλεως ταύτης τοῦ σῶσαι αὐτὴν δι’ ἐμὲ καὶ διὰ Δαβίδ, τὸν παῖδά μου. Καὶ ἐξῆλθεν ἄγγελος κυρίου νυκτός, καὶ ἀνεῖλεν ἐκ τῆς πα‐ ρεμβολῆς τῶν Ἀσσυρίων ρπεʹ χιλιάδας. καὶ ἀναστάντες τὸ πρωὶ</w:t>
      </w:r>
    </w:p>
    <w:p>
      <w:r>
        <w:rPr>
          <w:rFonts w:ascii="Courier New" w:hAnsi="Courier New"/>
          <w:color w:val="555555"/>
          <w:sz w:val="20"/>
        </w:rPr>
        <w:t>[20]</w:t>
      </w:r>
    </w:p>
    <w:p>
      <w:r>
        <w:rPr>
          <w:rFonts w:ascii="Gentium Plus" w:hAnsi="Gentium Plus"/>
          <w:sz w:val="24"/>
        </w:rPr>
        <w:t>ηὗρον πάντα τὰ σώματα νεκρά· καὶ ἀποστραφεὶς ἀπῆλθεν ὁ βα‐ σιλεὺς Ἀσσυρίων, καὶ ᾤκησε τὴν Νινευή. καὶ ἐν τῷ αὐτὸν</w:t>
      </w:r>
    </w:p>
    <w:p>
      <w:r>
        <w:rPr>
          <w:rFonts w:ascii="Courier New" w:hAnsi="Courier New"/>
          <w:color w:val="555555"/>
          <w:sz w:val="20"/>
        </w:rPr>
        <w:t>[Chron . 149]</w:t>
      </w:r>
    </w:p>
    <w:p>
      <w:r>
        <w:rPr>
          <w:rFonts w:ascii="Gentium Plus" w:hAnsi="Gentium Plus"/>
          <w:sz w:val="24"/>
        </w:rPr>
        <w:t>Σαρσάρ, υἱοὶ αὐτοῦ, ἐπάταξαν αὐτὸν μαχαίραις, αὐτοὶ δὲ διε‐ σώθησαν εἰς Ἀρμενίαν. καὶ ἐβασίλευσε Ναχορδάν, ὁ υἱὸς αὐ‐ τοῦ ἄλλος, Ἀσσυρίων. Μετὰ δὲ τὴν βασιλείαν Ἐζεκίου ἐβασίλευσε τῶν Ἰουδαίων</w:t>
      </w:r>
    </w:p>
    <w:p>
      <w:r>
        <w:rPr>
          <w:rFonts w:ascii="Courier New" w:hAnsi="Courier New"/>
          <w:color w:val="555555"/>
          <w:sz w:val="20"/>
        </w:rPr>
        <w:t>[5]</w:t>
      </w:r>
    </w:p>
    <w:p>
      <w:r>
        <w:rPr>
          <w:rFonts w:ascii="Gentium Plus" w:hAnsi="Gentium Plus"/>
          <w:sz w:val="24"/>
        </w:rPr>
        <w:t>Μανασσῆς ἔτη νεʹ. Εἰσὶν οὖν τὰ πάντα ἀπὸ Ἀδὰμ ἕως Μανασσῆ ἔτη ͵ετκαʹ. Ἐν τοῖς ἔτεσι δὲ τούτοις οἱ Ῥόδιοι, ὡς μηδενὶ ὑποταγέντες ἐν πολέμοις, ἀλλ’ αὐτονομοῦντες καὶ θαλασσοκρατοῦντες, εὐ‐ χαρίστως φερόμενοι, ἀνέστησαν ἐν τῇ αὐτῇ νήσῳ στήλην χαλκῆν</w:t>
      </w:r>
    </w:p>
    <w:p>
      <w:r>
        <w:rPr>
          <w:rFonts w:ascii="Courier New" w:hAnsi="Courier New"/>
          <w:color w:val="555555"/>
          <w:sz w:val="20"/>
        </w:rPr>
        <w:t>[10]</w:t>
      </w:r>
    </w:p>
    <w:p>
      <w:r>
        <w:rPr>
          <w:rFonts w:ascii="Gentium Plus" w:hAnsi="Gentium Plus"/>
          <w:sz w:val="24"/>
        </w:rPr>
        <w:t>τῷ Ἡλίῳ μεγάλην πάνυ· ἥντινα ἐκάλεσαν κολοσσόν, ὡς φοβερὸν θέαμα, καὶ ἐχρημάτισαν ἑαυτοὺς ἔκτοτε Κολοσσαεῖς. Μετὰ δὲ Μανασσῆν ἐβασίλευσε τῆς Ἰουδαίας Ἐλιακεὶμ καὶ Ἰωακείμ, ἀδελφοὶ αὐτοῦ, ἔτη μδʹ.</w:t>
      </w:r>
    </w:p>
    <w:p>
      <w:pPr>
        <w:jc w:val="center"/>
      </w:pPr>
      <w:r>
        <w:rPr>
          <w:rFonts w:ascii="Gentium Plus" w:hAnsi="Gentium Plus"/>
          <w:b/>
          <w:sz w:val="24"/>
        </w:rPr>
        <w:t>ΛΟΓΟΣ ΕΚΤΟΣ</w:t>
      </w:r>
    </w:p>
    <w:p>
      <w:r>
        <w:rPr>
          <w:rFonts w:ascii="Courier New" w:hAnsi="Courier New"/>
          <w:color w:val="555555"/>
          <w:sz w:val="20"/>
        </w:rPr>
        <w:t>[t2]</w:t>
      </w:r>
    </w:p>
    <w:p>
      <w:r>
        <w:rPr>
          <w:rFonts w:ascii="Gentium Plus" w:hAnsi="Gentium Plus"/>
          <w:sz w:val="24"/>
        </w:rPr>
        <w:t>ΧΡΟΝΩΝ ΒΑΣΙΛΕΙΑΣ ΑΣΣΥΡΙΩΝ ΚΑΙ</w:t>
      </w:r>
    </w:p>
    <w:p>
      <w:r>
        <w:rPr>
          <w:rFonts w:ascii="Courier New" w:hAnsi="Courier New"/>
          <w:color w:val="555555"/>
          <w:sz w:val="20"/>
        </w:rPr>
        <w:t>[t3]</w:t>
      </w:r>
    </w:p>
    <w:p>
      <w:r>
        <w:rPr>
          <w:rFonts w:ascii="Gentium Plus" w:hAnsi="Gentium Plus"/>
          <w:sz w:val="24"/>
        </w:rPr>
        <w:t>ΑΙΝΕΙΟΥ ΑΣΚΑΝΙΟΥ.</w:t>
      </w:r>
    </w:p>
    <w:p>
      <w:r>
        <w:rPr>
          <w:rFonts w:ascii="Courier New" w:hAnsi="Courier New"/>
          <w:color w:val="555555"/>
          <w:sz w:val="20"/>
        </w:rPr>
        <w:t>[1]</w:t>
      </w:r>
    </w:p>
    <w:p>
      <w:r>
        <w:rPr>
          <w:rFonts w:ascii="Gentium Plus" w:hAnsi="Gentium Plus"/>
          <w:sz w:val="24"/>
        </w:rPr>
        <w:t>Ἐπὶ οὖν τῆς βασιλείας Ἰωακεὶμ βασιλέως ὁπλισάμενος κατὰ Ἰουδαίων ἀνῆλθε Ναβουχοδονόσορ, βασιλεὺς Ἀσσυρίων· καὶ παρέλαβε τὴν Ἱερουσαλὴμ καὶ πᾶσαν τὴν γῆν τῆς Ἰουδαίας, καθὼς οἱ προφῆται προέλεγον τῷ Ἰσραήλ. καὶ ἀπήγαγε τὸν</w:t>
      </w:r>
    </w:p>
    <w:p>
      <w:r>
        <w:rPr>
          <w:rFonts w:ascii="Courier New" w:hAnsi="Courier New"/>
          <w:color w:val="555555"/>
          <w:sz w:val="20"/>
        </w:rPr>
        <w:t>[5]</w:t>
      </w:r>
    </w:p>
    <w:p>
      <w:r>
        <w:rPr>
          <w:rFonts w:ascii="Gentium Plus" w:hAnsi="Gentium Plus"/>
          <w:sz w:val="24"/>
        </w:rPr>
        <w:t>Ἰωακείμ, βασιλέα τῶν Ἰουδαίων, αἰχμάλωτον καὶ πάντα τὰ βασιλικὰ σκεύη καὶ πάντας δοριαλώτους ἐποίησε, καὶ οὐκέτι ἐβασίλευσε τῶν Ἰουδαίων οὔτε Ἱερουσαλήμ, πόλις τῆς Ἰουδαίας, οὔτε Σαμάρεια. καὶ λοιπὸν παρεδόθη ἡ βασιλεία τῶν Ἰουδαίων εἰς χεῖρας Ἀσσυρίων, καὶ ἐκυρίευσαν αὐτῶν. ἐν δὲ τῷ πέμπτῳ</w:t>
      </w:r>
    </w:p>
    <w:p>
      <w:r>
        <w:rPr>
          <w:rFonts w:ascii="Courier New" w:hAnsi="Courier New"/>
          <w:color w:val="555555"/>
          <w:sz w:val="20"/>
        </w:rPr>
        <w:t>[10]</w:t>
      </w:r>
    </w:p>
    <w:p>
      <w:r>
        <w:rPr>
          <w:rFonts w:ascii="Gentium Plus" w:hAnsi="Gentium Plus"/>
          <w:sz w:val="24"/>
        </w:rPr>
        <w:t>ἔτει τῆς βασιλείας Ναβουχοδονόσορ πᾶσα ἡ αἰχμαλωσία τῶν Ἰουδαίων ἐγένετο ἐν Βαβυλῶνι, καθὼς Εὐσέβιος ὁ Παμφίλου</w:t>
      </w:r>
    </w:p>
    <w:p>
      <w:r>
        <w:rPr>
          <w:rFonts w:ascii="Courier New" w:hAnsi="Courier New"/>
          <w:color w:val="555555"/>
          <w:sz w:val="20"/>
        </w:rPr>
        <w:t>[Chron . 151]</w:t>
      </w:r>
    </w:p>
    <w:p>
      <w:r>
        <w:rPr>
          <w:rFonts w:ascii="Gentium Plus" w:hAnsi="Gentium Plus"/>
          <w:sz w:val="24"/>
        </w:rPr>
        <w:t>Ἐν δὲ τοῖς αὐτοῖς χρόνοις οἱ Λυδοὶ ἔλαβον τὰς βασιλείας, ἤτοι τοπαρχίας, δυνάμει ἀπὸ τῶν πλησίον ὄντων ἄλλων ἐθνῶν. καὶ ἐβασίλευσε τῶν Λυδῶν πρῶτος ὁ Ἀρδεὺς ἔτη λϛʹ. ὅστις καὶ ὑπέταξε τὰ πλησίον ἔθνη καὶ βασίλεια, καὶ διῆγεν ἐν ὑπερη‐</w:t>
      </w:r>
    </w:p>
    <w:p>
      <w:r>
        <w:rPr>
          <w:rFonts w:ascii="Courier New" w:hAnsi="Courier New"/>
          <w:color w:val="555555"/>
          <w:sz w:val="20"/>
        </w:rPr>
        <w:t>[5]</w:t>
      </w:r>
    </w:p>
    <w:p>
      <w:r>
        <w:rPr>
          <w:rFonts w:ascii="Gentium Plus" w:hAnsi="Gentium Plus"/>
          <w:sz w:val="24"/>
        </w:rPr>
        <w:t>φανίᾳ. Μετὰ δὲ τὴν βασιλείαν Ναβουχοδονόσορ, βασιλέως Ἀσσυ‐ ρίων, ἐβασίλευσε Βαλτάσαρ, ὁ υἱὸς αὐτοῦ. ὅστις εἰς τὰ ἱερατι‐ κὰ σκεύη τῶν Ἰουδαίων ὑπηρετεῖτο· ἐκίρνα δὲ καὶ ταῖς παλλακαῖς αὐτοῦ εἰς αὐτὰ καὶ πᾶσι τοῖς συνεσθίουσιν αὐτῷ, ἐνυβρίζων</w:t>
      </w:r>
    </w:p>
    <w:p>
      <w:r>
        <w:rPr>
          <w:rFonts w:ascii="Courier New" w:hAnsi="Courier New"/>
          <w:color w:val="555555"/>
          <w:sz w:val="20"/>
        </w:rPr>
        <w:t>[10]</w:t>
      </w:r>
    </w:p>
    <w:p>
      <w:r>
        <w:rPr>
          <w:rFonts w:ascii="Gentium Plus" w:hAnsi="Gentium Plus"/>
          <w:sz w:val="24"/>
        </w:rPr>
        <w:t>αὐτά. καὶ ἐν τῷ ἀνακεῖσθαι αὐτὸν ἐν ἀπονοίᾳ καὶ δειπνεῖν ἑώρα ἔνθα ἀνέκειτο ἐν τῷ κατέναντι τοίχῳ τοῦ παλατίου ἐξαί‐ φνης ἀστράγαλον χειρὸς ἀνθρώπου γράφοντα, Μανῆ, θεκέλ, φαρές. καὶ ταῦτα γράψας ὁ ἀστράγαλος τῆς χειρὸς ἀφανὴς ἐγέ‐ νετο. ὁ δὲ Βαλτάσαρ ἀναγνοὺς τὰ γράμματα ἐκάλεσε πάντας</w:t>
      </w:r>
    </w:p>
    <w:p>
      <w:r>
        <w:rPr>
          <w:rFonts w:ascii="Courier New" w:hAnsi="Courier New"/>
          <w:color w:val="555555"/>
          <w:sz w:val="20"/>
        </w:rPr>
        <w:t>[15]</w:t>
      </w:r>
    </w:p>
    <w:p>
      <w:r>
        <w:rPr>
          <w:rFonts w:ascii="Gentium Plus" w:hAnsi="Gentium Plus"/>
          <w:sz w:val="24"/>
        </w:rPr>
        <w:t>τοὺς ἐπαοιδοὺς καὶ μάγους καὶ ἀστρονόμους καὶ ὀνειροκρίτας τῆς χώρας αὐτοῦ, ἐπερωτῶν αὐτούς, Τίς ἐστιν ἡ δύναμις αὕτη τοῦ ἀστραγάλου ἢ τίς ἡ ἑρμηνεία τῶν γραφέντων ὑπ’ αὐτοῦ; καὶ οὐδεὶς ἠδυνήθη ἑρμηνεῦσαι αὐτῷ. καὶ ἀκούσας ὅτι ὁ αὐτοῦ πατὴρ ἐν πολλῇ τιμῇ εἶχε τὸν Δανιήλ, ὄντα ἐκ τῆς Ἑβραίων</w:t>
      </w:r>
    </w:p>
    <w:p>
      <w:r>
        <w:rPr>
          <w:rFonts w:ascii="Courier New" w:hAnsi="Courier New"/>
          <w:color w:val="555555"/>
          <w:sz w:val="20"/>
        </w:rPr>
        <w:t>[20]</w:t>
      </w:r>
    </w:p>
    <w:p>
      <w:r>
        <w:rPr>
          <w:rFonts w:ascii="Gentium Plus" w:hAnsi="Gentium Plus"/>
          <w:sz w:val="24"/>
        </w:rPr>
        <w:t>αἰχμαλωσίας, ὅστις τὰ ὁράματα αὐτοῦ ἡρμήνευε, μετεστείλατο τὸν Δανιὴλ καὶ λέγει αὐτῷ, Ἐπειδὴ χάρις ἐστὶ θεοῦ παρά σοι, ἑρμήνευσόν μοι ὅπερ εἶδον τοῖς ἐμοῖς ὀφθαλμοῖς, καὶ τὴν τῶν</w:t>
      </w:r>
    </w:p>
    <w:p>
      <w:r>
        <w:rPr>
          <w:rFonts w:ascii="Courier New" w:hAnsi="Courier New"/>
          <w:color w:val="555555"/>
          <w:sz w:val="20"/>
        </w:rPr>
        <w:t>[Chron . 152]</w:t>
      </w:r>
    </w:p>
    <w:p>
      <w:r>
        <w:rPr>
          <w:rFonts w:ascii="Gentium Plus" w:hAnsi="Gentium Plus"/>
          <w:sz w:val="24"/>
        </w:rPr>
        <w:t>ἑωρακὼς τὴν δύναμιν τῶν γραμμάτων, λέγει αὐτῷ, Μακροθύμη‐ σον ἐπ’ ἐμοί, βασιλεῦ, καὶ μὴ ὀργισθῇς, καὶ ἑρμηνεύσω σοι τὴν τῶν γραμμάτων δύναμιν. ὁ δὲ ἐπωμόσατο μὴ ποιεῖν αὐτῷ κα‐ κὸν ἑρμηνεύοντι. καὶ λέγει αὐτῷ ὁ Δανιήλ, Ὁ θεὸς τοῦ οὐρα‐</w:t>
      </w:r>
    </w:p>
    <w:p>
      <w:r>
        <w:rPr>
          <w:rFonts w:ascii="Courier New" w:hAnsi="Courier New"/>
          <w:color w:val="555555"/>
          <w:sz w:val="20"/>
        </w:rPr>
        <w:t>[5]</w:t>
      </w:r>
    </w:p>
    <w:p>
      <w:r>
        <w:rPr>
          <w:rFonts w:ascii="Gentium Plus" w:hAnsi="Gentium Plus"/>
          <w:sz w:val="24"/>
        </w:rPr>
        <w:t>νοῦ καὶ τῆς γῆς ἀγανακτήσας κατά σου ἐπλήρωσε τὴν βασιλείαν σου. καὶ τοῦτο ἀκούσας ἀπέλυσεν αὐτὸν ἰδεῖν εἰ ἀληθεύει. καὶ μεθ’ ἡμέρας Δαρεῖος ὁ Μῆδος, ὢν ἐτῶν ξʹ, τυραννήσας ἐπῆλθε καὶ ἔσφαξεν αὐτόν, καὶ ἔλαβε τὴν βασιλείαν αὐτοῦ. Μετὰ δὲ τὴν βασιλείαν Δαρείου ἐβασίλευσαν ἕτεροι βασι‐</w:t>
      </w:r>
    </w:p>
    <w:p>
      <w:r>
        <w:rPr>
          <w:rFonts w:ascii="Courier New" w:hAnsi="Courier New"/>
          <w:color w:val="555555"/>
          <w:sz w:val="20"/>
        </w:rPr>
        <w:t>[10]</w:t>
      </w:r>
    </w:p>
    <w:p>
      <w:r>
        <w:rPr>
          <w:rFonts w:ascii="Gentium Plus" w:hAnsi="Gentium Plus"/>
          <w:sz w:val="24"/>
        </w:rPr>
        <w:t>λεῖς Ἀσσυρίων ἕως Ἀστυάγους. καὶ λοιπὸν ὁ Ἀστυάγης ἐβα‐ σίλευσε Περσῶν, ὃς ἐπεστράτευσε κατὰ τῶν Λυδῶν, ἀνελθὼν μετὰ δυνάμεως πολλῆς. ἐν ᾧ χρόνῳ ὁ ἥλιος ἐξέλειψεν ἐπὶ πολλὰς ὥρας τῆς ἡμέρας, προειπόντος Θαλοῦ τοῦ φιλοσόφου τὴν ἔκλει‐ ψιν τοῦ ἡλίου. ἐν τοῖς αὐτοῖς χρόνοις Πεισίστρατος πολεμῶν</w:t>
      </w:r>
    </w:p>
    <w:p>
      <w:r>
        <w:rPr>
          <w:rFonts w:ascii="Courier New" w:hAnsi="Courier New"/>
          <w:color w:val="555555"/>
          <w:sz w:val="20"/>
        </w:rPr>
        <w:t>[15]</w:t>
      </w:r>
    </w:p>
    <w:p>
      <w:r>
        <w:rPr>
          <w:rFonts w:ascii="Gentium Plus" w:hAnsi="Gentium Plus"/>
          <w:sz w:val="24"/>
        </w:rPr>
        <w:t>δημαγωγεῖ, τῶν Λυδῶν μὴ ἡττηθέντων τῷ πολέμῳ, ἀλλὰ τοῦ Ἀστυάγους ἀφ’ ἑαυτοῦ ἀναχωρήσαντος. τότε τοῦτο γνόντες οἱ Πισαῖοι δευτέραν ἑορτὴν ἐπετέλεσαν ἀγῶνος Πυθίων, εὐχαρι‐ στοῦντες τῷ Ἡλίῳ, παρατιθέμενοι ἑαυτοὺς Λυδοῖς καὶ τῷ κρά‐ τει τῆς δυνάμεως αὐτοῦ.</w:t>
      </w:r>
    </w:p>
    <w:p>
      <w:r>
        <w:rPr>
          <w:rFonts w:ascii="Courier New" w:hAnsi="Courier New"/>
          <w:color w:val="555555"/>
          <w:sz w:val="20"/>
        </w:rPr>
        <w:t>[20]</w:t>
      </w:r>
    </w:p>
    <w:p>
      <w:r>
        <w:rPr>
          <w:rFonts w:ascii="Gentium Plus" w:hAnsi="Gentium Plus"/>
          <w:sz w:val="24"/>
        </w:rPr>
        <w:t>Καὶ λοιπὸν ἐν τοῖς μετὰ ταῦτα ἐφηῦρον ἑορτὴν ἀγῶνος τρί‐</w:t>
      </w:r>
    </w:p>
    <w:p>
      <w:r>
        <w:rPr>
          <w:rFonts w:ascii="Courier New" w:hAnsi="Courier New"/>
          <w:color w:val="555555"/>
          <w:sz w:val="20"/>
        </w:rPr>
        <w:t>[Chron . 153]</w:t>
      </w:r>
    </w:p>
    <w:p>
      <w:r>
        <w:rPr>
          <w:rFonts w:ascii="Gentium Plus" w:hAnsi="Gentium Plus"/>
          <w:sz w:val="24"/>
        </w:rPr>
        <w:t>του οἱ αὐτοὶ Πισαῖοι, τὰ Ἴσθμια τῷ Πλούτωνι. τετάρτην δὲ ἑορτὴν ἐφηῦρον ἀγῶνος οἱ αὐτοὶ Πισαῖοι, καὶ ἐπετέλεσαν τὰ Νέ‐ μεια τῷ Διονύσῳ. Μετὰ δὲ τὴν βασιλείαν τοῦ Ἀρδέως ἐβασίλευσαν Λυδῶν</w:t>
      </w:r>
    </w:p>
    <w:p>
      <w:r>
        <w:rPr>
          <w:rFonts w:ascii="Courier New" w:hAnsi="Courier New"/>
          <w:color w:val="555555"/>
          <w:sz w:val="20"/>
        </w:rPr>
        <w:t>[5]</w:t>
      </w:r>
    </w:p>
    <w:p>
      <w:r>
        <w:rPr>
          <w:rFonts w:ascii="Gentium Plus" w:hAnsi="Gentium Plus"/>
          <w:sz w:val="24"/>
        </w:rPr>
        <w:t>ὀκτὼ ἕως Κροίσου τοῦ ὑπερηφάνου· ἐβασίλευσε δὲ ὁ αὐτὸς Κροῖσος ἔτη ιεʹ. κατέσχεν οὖν ἡ βασιλεία Λυδῶν τὰ πάντα ἔτη σλβʹ. Ἐν δὲ τοῖς χρόνοις τῆς βασιλείας αὐτοῦ ὁ αὐτὸς Κροῖσος ὑπέταξε πάσας τὰς ἐπαρχίας, ἤτοι βασιλείας, τὰς πλησίον αὐ‐</w:t>
      </w:r>
    </w:p>
    <w:p>
      <w:r>
        <w:rPr>
          <w:rFonts w:ascii="Courier New" w:hAnsi="Courier New"/>
          <w:color w:val="555555"/>
          <w:sz w:val="20"/>
        </w:rPr>
        <w:t>[10]</w:t>
      </w:r>
    </w:p>
    <w:p>
      <w:r>
        <w:rPr>
          <w:rFonts w:ascii="Gentium Plus" w:hAnsi="Gentium Plus"/>
          <w:sz w:val="24"/>
        </w:rPr>
        <w:t>τοῦ καὶ τὰς πόῤῥωθεν, λαμβάνων ἀπὸ μὲν τῶν πειθομένων αὐτῷ φόρους, ἀπὸ δὲ τῶν ἀνθισταμένων αὐτῷ αὐτοὺς καὶ τὰς βασιλείας αὐτῶν. καὶ εἶχε φόβον πολύν, ὡς εὐτυχὴς καὶ νικητής· καὶ ὑπτιώθη. ἐν οἷς χρόνοις Σόλων ἐφιλοσόφει. Μετὰ δὲ τὴν βασιλείαν Ἀστυάγους, βασιλέως Περσῶν, ἐγέ‐</w:t>
      </w:r>
    </w:p>
    <w:p>
      <w:r>
        <w:rPr>
          <w:rFonts w:ascii="Courier New" w:hAnsi="Courier New"/>
          <w:color w:val="555555"/>
          <w:sz w:val="20"/>
        </w:rPr>
        <w:t>[15]</w:t>
      </w:r>
    </w:p>
    <w:p>
      <w:r>
        <w:rPr>
          <w:rFonts w:ascii="Gentium Plus" w:hAnsi="Gentium Plus"/>
          <w:sz w:val="24"/>
        </w:rPr>
        <w:t>νετο βασιλεὺς Κῦρος ὁ Πέρσης· ὅστις ἐφίλησε τὴν γυναῖκα τοῦ πρὸ αὐτοῦ βασιλέως Δαρείου Βαρδάνην, καὶ ἔλαβεν αὐτήν. τῷ δὲ τεσσαρεσκαιδεκάτῳ ἔτει τῆς βασιλείας Κύρου Κροῖσος ὁ βα‐ σιλεὺς τῶν Λυδῶν διδαχθεὶς ἀπὸ τῶν συγκλητικῶν αὐτοῦ τὴν πρῴην τοῦ Ἀστυάγους, βασιλέως Περσῶν, ἐπὶ τὴν Λυδίαν πο‐</w:t>
      </w:r>
    </w:p>
    <w:p>
      <w:r>
        <w:rPr>
          <w:rFonts w:ascii="Courier New" w:hAnsi="Courier New"/>
          <w:color w:val="555555"/>
          <w:sz w:val="20"/>
        </w:rPr>
        <w:t>[20]</w:t>
      </w:r>
    </w:p>
    <w:p>
      <w:r>
        <w:rPr>
          <w:rFonts w:ascii="Gentium Plus" w:hAnsi="Gentium Plus"/>
          <w:sz w:val="24"/>
        </w:rPr>
        <w:t>λεμικὴν παρουσίαν, ἠγανάκτησε. καὶ δηλοῖ Κύρῳ, τῷ βασιλεῖ Περσῶν, παραχωρῆσαι αὐτῷ τὴν βασιλείαν αὐτοῦ καὶ ἀναχω‐ ρῆσαι, ἢ δέξασθαι τὴν παρουσίαν τῆς εὐτυχεστάτης αὐτοῦ βασι‐</w:t>
      </w:r>
    </w:p>
    <w:p>
      <w:r>
        <w:rPr>
          <w:rFonts w:ascii="Courier New" w:hAnsi="Courier New"/>
          <w:color w:val="555555"/>
          <w:sz w:val="20"/>
        </w:rPr>
        <w:t>[Chron . 154]</w:t>
      </w:r>
    </w:p>
    <w:p>
      <w:r>
        <w:rPr>
          <w:rFonts w:ascii="Gentium Plus" w:hAnsi="Gentium Plus"/>
          <w:sz w:val="24"/>
        </w:rPr>
        <w:t>σταλέντας πρέσβεις, καὶ ἀναγνοὺς τὰ παρ’ αὐτοῦ γραφέντα, εἶπε τοῖς πρεσβευταῖς, Τί γὰρ ἠδίκηται παρ’ ἐμοῦ Κροῖσος, τοσαύ‐ την γῆν ἀφεστηκὼς ἀπ’ ἐμοῦ καὶ τῶν ἐμῶν βασιλείων; ἢ πῶς τοσούτων διαδραμόντων χρόνων βλάβην χώρας διεκδικεῖ; καὶ</w:t>
      </w:r>
    </w:p>
    <w:p>
      <w:r>
        <w:rPr>
          <w:rFonts w:ascii="Courier New" w:hAnsi="Courier New"/>
          <w:color w:val="555555"/>
          <w:sz w:val="20"/>
        </w:rPr>
        <w:t>[5]</w:t>
      </w:r>
    </w:p>
    <w:p>
      <w:r>
        <w:rPr>
          <w:rFonts w:ascii="Gentium Plus" w:hAnsi="Gentium Plus"/>
          <w:sz w:val="24"/>
        </w:rPr>
        <w:t>ἀδημονῶν ἠβούλετο φυγεῖν ἐπὶ τὴν Ἰνδικὴν χώραν. ἰδοῦσα δὲ αὐτὸν ἀθυμοῦντα ἡ γυνὴ αὐτοῦ, καὶ ἐπερωτήσασα καὶ μαθοῦ‐ σα παρ’ αὐτοῦ τὸ πρᾶγμα, λέγει αὐτῷ ὅτι Ἐπὶ Δαρείου, τοῦ πρώτου μου ἀνδρός, ἦν ἀνήρ τις Ἑβραῖος, προφήτης, σοφίαν ἔχων θεοῦ, ᾧ ὄνομα Δανιήλ, ἐκ τῆς αἰχμαλωσίας τῶν υἱῶν Ἰσ‐</w:t>
      </w:r>
    </w:p>
    <w:p>
      <w:r>
        <w:rPr>
          <w:rFonts w:ascii="Courier New" w:hAnsi="Courier New"/>
          <w:color w:val="555555"/>
          <w:sz w:val="20"/>
        </w:rPr>
        <w:t>[10]</w:t>
      </w:r>
    </w:p>
    <w:p>
      <w:r>
        <w:rPr>
          <w:rFonts w:ascii="Gentium Plus" w:hAnsi="Gentium Plus"/>
          <w:sz w:val="24"/>
        </w:rPr>
        <w:t>ραήλ, ὅντινα ἐν πολλῇ τιμῇ εἶχεν ὁ βασιλεὺς Δαρεῖος, καὶ δίχα αὐτοῦ οὐδὲν ἔπραττεν ἐν τοῖς πολέμοις. καὶ ἐπερωτῶν αὐτὸν ἡνίκα εἶχε πόλεμον, κατεπολέμει τοὺς ἐναντίους· ὅστις μετὰ τὴν τελευτὴν ἐκείνου, πλούσιος ὢν καὶ γεγηρακώς, ἰδιάζει εἰς τὴν Μα‐ ραβίτιδα χώραν. ὁ δὲ Κῦρος ἀκούσας ταῦτα, ἔπεμψε πρὸς αὐ‐</w:t>
      </w:r>
    </w:p>
    <w:p>
      <w:r>
        <w:rPr>
          <w:rFonts w:ascii="Courier New" w:hAnsi="Courier New"/>
          <w:color w:val="555555"/>
          <w:sz w:val="20"/>
        </w:rPr>
        <w:t>[15]</w:t>
      </w:r>
    </w:p>
    <w:p>
      <w:r>
        <w:rPr>
          <w:rFonts w:ascii="Gentium Plus" w:hAnsi="Gentium Plus"/>
          <w:sz w:val="24"/>
        </w:rPr>
        <w:t>τὸν τοὺς μεγιστᾶνας αὐτοῦ, ὅπως μετὰ τιμῆς ἀγάγωσιν αὐτόν. οἱ δὲ ἀποσταλέντες ἀπὸ Κροίσου πρὸς Κῦρον ὑποστρέψαντες εἰς τὴν Λυδῶν χώραν τὴν ἀπόκρισιν τὴν δοθεῖσαν αὐτοῖς ἀπὸ Κύρου τῷ ἰδίῳ βασιλεῖ ἀπήγαγον. Ὁ δὲ Κροῖσος, βασιλεὺς Λυδῶν, ἐπιλεξάμενός τινας ἐκ τῶν</w:t>
      </w:r>
    </w:p>
    <w:p>
      <w:r>
        <w:rPr>
          <w:rFonts w:ascii="Courier New" w:hAnsi="Courier New"/>
          <w:color w:val="555555"/>
          <w:sz w:val="20"/>
        </w:rPr>
        <w:t>[20]</w:t>
      </w:r>
    </w:p>
    <w:p>
      <w:r>
        <w:rPr>
          <w:rFonts w:ascii="Gentium Plus" w:hAnsi="Gentium Plus"/>
          <w:sz w:val="24"/>
        </w:rPr>
        <w:t>ἰδίων αὐτοῦ ἀνθρώπων πιστούς, καὶ δοὺς αὐτοῖς δῶρα εὐτελῆ καὶ ἕτερα δῶρα βασιλικά, ἀποστέλλει εἰς Δελφοὺς εἰς τὸ μαν‐ τεῖον, εἰρηκὼς αὐτοῖς ὅτι Ἀλλάξατε τὸ σχῆμα ὑμῶν καὶ φορέ‐</w:t>
      </w:r>
    </w:p>
    <w:p>
      <w:r>
        <w:rPr>
          <w:rFonts w:ascii="Courier New" w:hAnsi="Courier New"/>
          <w:color w:val="555555"/>
          <w:sz w:val="20"/>
        </w:rPr>
        <w:t>[Chron . 155]</w:t>
      </w:r>
    </w:p>
    <w:p>
      <w:r>
        <w:rPr>
          <w:rFonts w:ascii="Gentium Plus" w:hAnsi="Gentium Plus"/>
          <w:sz w:val="24"/>
        </w:rPr>
        <w:t>τὰ εὐτελῆ δῶρα τῷ ἱερεῖ, λέγοντες αὐτῷ ὅτι Αἰγύπτιοί ἐσμεν, καὶ ἤλθομεν ἐπερωτῆσαι τὴν Πυθίαν, καὶ ἐκ τοῦ μήκους τῆς ὁδοῦ ἐληθαργήσαμεν διὰ τί ἤλθομεν ἐπερωτῆσαι ἢ αἰτῆσαι· ἀλλ’ εὖξαι καὶ ἐπερώτησον τὴν θεὰν διὰ τί ἤλθομεν. καὶ εἰ μὲν</w:t>
      </w:r>
    </w:p>
    <w:p>
      <w:r>
        <w:rPr>
          <w:rFonts w:ascii="Courier New" w:hAnsi="Courier New"/>
          <w:color w:val="555555"/>
          <w:sz w:val="20"/>
        </w:rPr>
        <w:t>[5]</w:t>
      </w:r>
    </w:p>
    <w:p>
      <w:r>
        <w:rPr>
          <w:rFonts w:ascii="Gentium Plus" w:hAnsi="Gentium Plus"/>
          <w:sz w:val="24"/>
        </w:rPr>
        <w:t>εἴπῃ ὑμῖν διὰ τί ἤλθετε, δότε καὶ τὰ βασιλικὰ δῶρα καὶ εἴπατε τῷ ἱερεῖ μαθεῖν εἰ νικῶ τὸν βασιλέα Περσῶν τὸν Κῦρον. οἱ δὲ λαβόντες τὰ δῶρα ἀπῆλθον εἰς Δελφοὺς εἰς τὸ ἱερόν, καὶ ἔδωκαν τὰ δῶρα τὰ εὐτελῆ, καὶ εἶπον ἑαυτοὺς Αἰγυπτίους, καὶ ὅτι Ἐληθαργήσαμεν διὸ ἤλθομεν. καὶ ἀκούσας ὁ ἱερεὺς ἐξεπλάγη,</w:t>
      </w:r>
    </w:p>
    <w:p>
      <w:r>
        <w:rPr>
          <w:rFonts w:ascii="Courier New" w:hAnsi="Courier New"/>
          <w:color w:val="555555"/>
          <w:sz w:val="20"/>
        </w:rPr>
        <w:t>[10]</w:t>
      </w:r>
    </w:p>
    <w:p>
      <w:r>
        <w:rPr>
          <w:rFonts w:ascii="Gentium Plus" w:hAnsi="Gentium Plus"/>
          <w:sz w:val="24"/>
        </w:rPr>
        <w:t>καὶ δεξάμενος τὰ δῶρα τὰ εὐτελῆ, εἰσελθὼν ηὔξατο, καὶ ἔλαβε τὴν ἀπόκρισιν ταύτην παρὰ τῆς Πυθίας. Οἶδα ψάμμου τὸν ἀριθμὸν καὶ μέτρα θαλάττης· οὐ λαλέοντος δὲ ἀκούω καὶ κωφοῦ ξυνίη‐ μι. παίζειν δέ με πειρᾶται Κροῖσος ὁ βασιλεὺς καὶ οἱ τούτου Λυδοί. καὶ ἐξελθὼν ὁ ἱερεὺς εἶπεν αὐτοῖς, Οὐκ ἐστὲ Αἰγύπτιοι,</w:t>
      </w:r>
    </w:p>
    <w:p>
      <w:r>
        <w:rPr>
          <w:rFonts w:ascii="Courier New" w:hAnsi="Courier New"/>
          <w:color w:val="555555"/>
          <w:sz w:val="20"/>
        </w:rPr>
        <w:t>[15]</w:t>
      </w:r>
    </w:p>
    <w:p>
      <w:r>
        <w:rPr>
          <w:rFonts w:ascii="Gentium Plus" w:hAnsi="Gentium Plus"/>
          <w:sz w:val="24"/>
        </w:rPr>
        <w:t>ἀλλὰ Λυδοί, καὶ οὐκ ἐληθαργήσατε, ἀλλὰ παίζοντες τὰ θεῖα εἰ‐ ρήκατε ταῦτα. καὶ ἐπιδέδωκεν αὐτοῖς γράψας τὸν χρησμὸν ἐν διπτύχοις εἰς τὸ εἰδέναι Κροῖσον τὸ θαῦμα. ἐκπλαγέντες δὲ οἱ ἀπελθόντες ἐπιδεδώκασι καὶ τὰ ἄλλα βασιλικὰ δῶρα τῷ ἱερεῖ, εἰπόντες αὐτῷ ὅτι Κροῖσος ὁ βασιλεὺς ἡμᾶς ἔπεμψεν, ἐπειδὴ πό‐</w:t>
      </w:r>
    </w:p>
    <w:p>
      <w:r>
        <w:rPr>
          <w:rFonts w:ascii="Courier New" w:hAnsi="Courier New"/>
          <w:color w:val="555555"/>
          <w:sz w:val="20"/>
        </w:rPr>
        <w:t>[20]</w:t>
      </w:r>
    </w:p>
    <w:p>
      <w:r>
        <w:rPr>
          <w:rFonts w:ascii="Gentium Plus" w:hAnsi="Gentium Plus"/>
          <w:sz w:val="24"/>
        </w:rPr>
        <w:t>λεμον ἔχει πρὸς Κῦρον, τὸν Περσῶν βασιλέα· ἀλλὰ μάθε εἰ νι‐ κᾷ αὐτόν. καὶ εἰσελθὼν πάλιν ὁ ἱερεὺς καὶ εὐξάμενος ἔλαβε</w:t>
      </w:r>
    </w:p>
    <w:p>
      <w:r>
        <w:rPr>
          <w:rFonts w:ascii="Courier New" w:hAnsi="Courier New"/>
          <w:color w:val="555555"/>
          <w:sz w:val="20"/>
        </w:rPr>
        <w:t>[Chron . 156]</w:t>
      </w:r>
    </w:p>
    <w:p>
      <w:r>
        <w:rPr>
          <w:rFonts w:ascii="Gentium Plus" w:hAnsi="Gentium Plus"/>
          <w:sz w:val="24"/>
        </w:rPr>
        <w:t>ἀρχὴν καταλύσει. καὶ γράψας καὶ τοῦτον τὸν χρησμὸν ἐν διπτύ‐ χοις δέδωκεν αὐτοῖς ἀπενεγκεῖν τῷ βασιλεῖ Κροίσῳ· καὶ ἀπέ‐ λυσεν αὐτούς. Ὁ δὲ προφήτης Δανιὴλ εἰσῆλθε πρὸς τὸν βασιλέα Περσῶν</w:t>
      </w:r>
    </w:p>
    <w:p>
      <w:r>
        <w:rPr>
          <w:rFonts w:ascii="Courier New" w:hAnsi="Courier New"/>
          <w:color w:val="555555"/>
          <w:sz w:val="20"/>
        </w:rPr>
        <w:t>[5]</w:t>
      </w:r>
    </w:p>
    <w:p>
      <w:r>
        <w:rPr>
          <w:rFonts w:ascii="Gentium Plus" w:hAnsi="Gentium Plus"/>
          <w:sz w:val="24"/>
        </w:rPr>
        <w:t>Κῦρον· καὶ λέγει αὐτῷ, Εἰπέ μοι εἰ νικῶ Κροῖσον τὸν βασιλέα Λυδῶν. καὶ ἀνεβάλετο τοῦ εἰπεῖν ὁ Δανιήλ· καὶ ἀγανακτήσας κατ’ αὐτοῦ ὁ βασιλεὺς ἔβαλεν αὐτὸν εἰς λάκκον λεόντων. καὶ μαθὼν ὅτι οὐδὲν ἔπαθεν ὑπὸ τῶν θηρίων, ἀνήνεγκεν αὐτὸν καὶ προσέπεσεν αὐτῷ λέγων, Ἥμαρτον εἰς σε· ἀλλ’ εὖξαι τῷ θεῷ</w:t>
      </w:r>
    </w:p>
    <w:p>
      <w:r>
        <w:rPr>
          <w:rFonts w:ascii="Courier New" w:hAnsi="Courier New"/>
          <w:color w:val="555555"/>
          <w:sz w:val="20"/>
        </w:rPr>
        <w:t>[10]</w:t>
      </w:r>
    </w:p>
    <w:p>
      <w:r>
        <w:rPr>
          <w:rFonts w:ascii="Gentium Plus" w:hAnsi="Gentium Plus"/>
          <w:sz w:val="24"/>
        </w:rPr>
        <w:t>σου καὶ εἰπέ μοι εἰ δύναμαι ἀντιστῆναι τῷ ἅρπαγι τούτῳ καὶ ὑπερηφάνῳ Κροίσῳ, ὅτι πᾶσαν τὴν γῆν ὑπέταξε καὶ οὐκ ἐκορέ‐ σθη. καὶ ὁ Δανιὴλ εὐξάμενος εἶπεν αὐτῷ ὅτι Νικᾷς τὸν Κροῖ‐ σον καὶ λαμβάνεις αὐτὸν αἰχμάλωτον. περὶ σοῦ γὰρ εἶπεν ὁ θεὸς ὁ ποιήσας πάντα τὰ ὁρώμενα ταῦτα διὰ τοῦ προφήτου</w:t>
      </w:r>
    </w:p>
    <w:p>
      <w:r>
        <w:rPr>
          <w:rFonts w:ascii="Courier New" w:hAnsi="Courier New"/>
          <w:color w:val="555555"/>
          <w:sz w:val="20"/>
        </w:rPr>
        <w:t>[15]</w:t>
      </w:r>
    </w:p>
    <w:p>
      <w:r>
        <w:rPr>
          <w:rFonts w:ascii="Gentium Plus" w:hAnsi="Gentium Plus"/>
          <w:sz w:val="24"/>
        </w:rPr>
        <w:t>Ἠσαΐου, Οὕτως λέγει κύριος ὁ θεὸς τῷ χριστῷ μου Κύρῳ, οὗ ἐκρά‐ τησα τῆς δεξιᾶς αὐτοῦ τοῦ ἐπακοῦσαι ἔμπροσθεν αὐτοῦ ἔθνη, καὶ ἰσχὺν βασιλέων διαῤῥήξω· ἀνοίξω ἔμπροσθεν αὐτοῦ θύρας, καὶ πόλεις οὐ συγκλεισθήσονται. ἐγὼ ἔμπροσθεν αὐτοῦ προπο‐ ρεύσομαι καὶ ὄρη ὁμαλιῶ καὶ θύρας χαλκᾶς συντρίψω καὶ μο‐</w:t>
      </w:r>
    </w:p>
    <w:p>
      <w:r>
        <w:rPr>
          <w:rFonts w:ascii="Courier New" w:hAnsi="Courier New"/>
          <w:color w:val="555555"/>
          <w:sz w:val="20"/>
        </w:rPr>
        <w:t>[20]</w:t>
      </w:r>
    </w:p>
    <w:p>
      <w:r>
        <w:rPr>
          <w:rFonts w:ascii="Gentium Plus" w:hAnsi="Gentium Plus"/>
          <w:sz w:val="24"/>
        </w:rPr>
        <w:t>χλοὺς σιδηροῦς συγκλάσω καὶ δώσω σοι θησαυροὺς σκοτεινοὺς ἀποκρύφους, ἀοράτους ἀνοίξω σοι, ἵνα γνῷς ὅτι ἐγὼ κύριος</w:t>
      </w:r>
    </w:p>
    <w:p>
      <w:r>
        <w:rPr>
          <w:rFonts w:ascii="Courier New" w:hAnsi="Courier New"/>
          <w:color w:val="555555"/>
          <w:sz w:val="20"/>
        </w:rPr>
        <w:t>[Chron . 157]</w:t>
      </w:r>
    </w:p>
    <w:p>
      <w:r>
        <w:rPr>
          <w:rFonts w:ascii="Gentium Plus" w:hAnsi="Gentium Plus"/>
          <w:sz w:val="24"/>
        </w:rPr>
        <w:t>τοῦ εὐθεῖαι. αὐτὸς οἰκοδομήσει τὴν πόλιν μου καὶ τὴν αἰχμα‐ λωσίαν τοῦ λαοῦ μου ἐπιστρέψει οὐ μετὰ λύτρων οὐδὲ μετὰ δώρων. εἶπε κύριος ὁ θεὸς σαβαώθ. Ὁ δὲ βασιλεὺς Κῦρος ἀκούσας ταῦτα, ἔπεσε πρὸς τοὺς πό‐</w:t>
      </w:r>
    </w:p>
    <w:p>
      <w:r>
        <w:rPr>
          <w:rFonts w:ascii="Courier New" w:hAnsi="Courier New"/>
          <w:color w:val="555555"/>
          <w:sz w:val="20"/>
        </w:rPr>
        <w:t>[5]</w:t>
      </w:r>
    </w:p>
    <w:p>
      <w:r>
        <w:rPr>
          <w:rFonts w:ascii="Gentium Plus" w:hAnsi="Gentium Plus"/>
          <w:sz w:val="24"/>
        </w:rPr>
        <w:t>δας τοῦ Δανιὴλ λέγων, Ζῇ κύριος ὁ θεός σου, ἐγὼ ἀπολύσω ἐκ τῆς ἐμῆς γῆς τὸν Ἰσραήλ, ἵνα λατρεύσωσι τῷ θεῷ αὐτῶν ἐν Ἱε‐ ρουσαλήμ. καὶ ὁπλισάμενος παρετάξατο τῷ Κροίσῳ. Ὁ δὲ βασιλεὺς Κροῖσος ἀκούσας τὴν τοῦ χρησμοῦ ἀπόκρι‐ σιν, ἐξῆλθε κατὰ Κύρου μετὰ δυνάμεως πολλῆς· καὶ παρῆλθε</w:t>
      </w:r>
    </w:p>
    <w:p>
      <w:r>
        <w:rPr>
          <w:rFonts w:ascii="Courier New" w:hAnsi="Courier New"/>
          <w:color w:val="555555"/>
          <w:sz w:val="20"/>
        </w:rPr>
        <w:t>[10]</w:t>
      </w:r>
    </w:p>
    <w:p>
      <w:r>
        <w:rPr>
          <w:rFonts w:ascii="Gentium Plus" w:hAnsi="Gentium Plus"/>
          <w:sz w:val="24"/>
        </w:rPr>
        <w:t>τὸν Ἅλυν, ποταμὸν τῆς Καππαδοκίας. καὶ συνέκρουσε Κύρῳ χειμῶνος ὄντος μεγάλου· καὶ ἡττηθεὶς ἠθέλησε φυγεῖν αὐτὸς καὶ τὰ πλήθη αὐτοῦ· καὶ πλημμυρήσαντος τοῦ ποταμοῦ ἐκ τοῦ χει‐ μῶνος, οὐκ ἠδυνήθη φυγεῖν οὐδὲ περᾶσαι· καὶ ἐλήφθη αἰχμά‐ λωτος αὐτὸς καὶ τὰ πλήθη αὐτοῦ, χιλιάδες υʹ. τοὺς δὲ ζήσαν‐</w:t>
      </w:r>
    </w:p>
    <w:p>
      <w:r>
        <w:rPr>
          <w:rFonts w:ascii="Courier New" w:hAnsi="Courier New"/>
          <w:color w:val="555555"/>
          <w:sz w:val="20"/>
        </w:rPr>
        <w:t>[15]</w:t>
      </w:r>
    </w:p>
    <w:p>
      <w:r>
        <w:rPr>
          <w:rFonts w:ascii="Gentium Plus" w:hAnsi="Gentium Plus"/>
          <w:sz w:val="24"/>
        </w:rPr>
        <w:t>τας ἐξ αὐτῶν ἔλαβεν αἰχμαλώτους ὁ Κῦρος ἅμα Κροίσῳ. καὶ στήσας αὐτὸν ἐν ξυλίνῳ τρίποδι ἐν ὕψει δεδεμένον ἐθριάμ‐ βευσεν αὐτὸν τῷ στρατῷ αὐτοῦ. καὶ ἔλαβεν αὐτὸν καὶ κατήγα‐ γεν ἐν Περσίδι. ταῦτα δὲ ἱστόρησαν οἱ σοφώτατοι Θάλης καὶ Κάστωρ καὶ Πολύβιος συγγραψάμενοι καὶ μετ’ αὐτοὺς Ἡρόδο‐</w:t>
      </w:r>
    </w:p>
    <w:p>
      <w:r>
        <w:rPr>
          <w:rFonts w:ascii="Courier New" w:hAnsi="Courier New"/>
          <w:color w:val="555555"/>
          <w:sz w:val="20"/>
        </w:rPr>
        <w:t>[20]</w:t>
      </w:r>
    </w:p>
    <w:p>
      <w:r>
        <w:rPr>
          <w:rFonts w:ascii="Gentium Plus" w:hAnsi="Gentium Plus"/>
          <w:sz w:val="24"/>
        </w:rPr>
        <w:t>τος ὁ ἱστοριογράφος· ἅτινα καὶ ὁ σοφὸς Θεόφιλος ἐχρονογρά‐ φησεν. Ὁ δὲ Κῦρος ὁ βασιλεὺς Περσῶν ἀπέλυσεν ἐκ τῆς αἰχμα‐</w:t>
      </w:r>
    </w:p>
    <w:p>
      <w:r>
        <w:rPr>
          <w:rFonts w:ascii="Courier New" w:hAnsi="Courier New"/>
          <w:color w:val="555555"/>
          <w:sz w:val="20"/>
        </w:rPr>
        <w:t>[Chron . 158]</w:t>
      </w:r>
    </w:p>
    <w:p>
      <w:r>
        <w:rPr>
          <w:rFonts w:ascii="Gentium Plus" w:hAnsi="Gentium Plus"/>
          <w:sz w:val="24"/>
        </w:rPr>
        <w:t>αὑτοῦ κατέλαβεν ἐπὶ Ἱεροσόλυμα μετὰ Ζοροβάβελ ἐξελθεῖν· σκῆ‐ πτρα δὲ δύο ἥμισυ, ἄνδρες καὶ γυναῖκες καὶ παιδία, τὸν ἀρι‐ θμὸν μυριάδες πέντε, ἔμειναν εἰς τὰ Περσικὰ ἰδίᾳ προαιρέσει, φοβηθέντες τὰ ὄντα ἔθνη πέριξ. τὰ δὲ ἐννέα ἥμισυ ἐπανῆλθον,</w:t>
      </w:r>
    </w:p>
    <w:p>
      <w:r>
        <w:rPr>
          <w:rFonts w:ascii="Courier New" w:hAnsi="Courier New"/>
          <w:color w:val="555555"/>
          <w:sz w:val="20"/>
        </w:rPr>
        <w:t>[5]</w:t>
      </w:r>
    </w:p>
    <w:p>
      <w:r>
        <w:rPr>
          <w:rFonts w:ascii="Gentium Plus" w:hAnsi="Gentium Plus"/>
          <w:sz w:val="24"/>
        </w:rPr>
        <w:t>καθὼς Τιμόθεος ὁ χρονογράφος συνεγράψατο. ἀπέλυσε δὲ αὐ‐ τοὺς τοῦ Δανιὴλ αἰτήσαντος αὐτόν. Μετὰ δὲ τὸ ἀπολέσθαι τὴν βασιλείαν τῶν Λυδῶν οἱ Σάμιοι θαλασσοκρατήσαντες ἐβασίλευσαν τῶν μερῶν ἐκείνων. καὶ ἀκού‐ σας μετὰ χρόνους Κῦρος ὁ βασιλεὺς Περσῶν, ἐπεστράτευσε κατ’</w:t>
      </w:r>
    </w:p>
    <w:p>
      <w:r>
        <w:rPr>
          <w:rFonts w:ascii="Courier New" w:hAnsi="Courier New"/>
          <w:color w:val="555555"/>
          <w:sz w:val="20"/>
        </w:rPr>
        <w:t>[10]</w:t>
      </w:r>
    </w:p>
    <w:p>
      <w:r>
        <w:rPr>
          <w:rFonts w:ascii="Gentium Plus" w:hAnsi="Gentium Plus"/>
          <w:sz w:val="24"/>
        </w:rPr>
        <w:t>αὐτῶν, καὶ συμβαλὼν αὐτοῖς ναυμαχίᾳ πολεμήσας ἡττήθη καὶ ἔφυγε, καὶ ἐλθὼν εἰς τὴν χώραν αὐτοῦ ἐσφάγη· περὶ οὗ πολέ‐ μου Κύρου καὶ τῶν Σαμίων ὁ σοφώτατος Πυθαγόρας ὁ Σάμιος συνεγράψατο· ὅστις καὶ εἶπεν αὐτὸν Κῦρον τεθνάναι εἰς τὸν πόλεμον. ταῦτα δὲ πάντα καὶ ὁ σοφὸς Ἀφρικανὸς ἐχρονογρά‐</w:t>
      </w:r>
    </w:p>
    <w:p>
      <w:r>
        <w:rPr>
          <w:rFonts w:ascii="Courier New" w:hAnsi="Courier New"/>
          <w:color w:val="555555"/>
          <w:sz w:val="20"/>
        </w:rPr>
        <w:t>[15]</w:t>
      </w:r>
    </w:p>
    <w:p>
      <w:r>
        <w:rPr>
          <w:rFonts w:ascii="Gentium Plus" w:hAnsi="Gentium Plus"/>
          <w:sz w:val="24"/>
        </w:rPr>
        <w:t>φησε. Μετὰ δὲ τὴν βασιλείαν Κύρου ὁ υἱὸς αὐτοῦ Δαρεῖος ὁ καὶ Καμβύσης καὶ ἄλλοι πολλοὶ ἐβασίλευσαν Ἀσσυρίων. ἐπὶ δὲ τῶν χρόνων τῆς βασιλείας Δαρείου, τοῦ υἱοῦ Κύρου, ἐφιλοσόφει παρ’ Ἕλλησιν Ἀναξίμανδρος. ὅστις εἶπε τὴν γῆν μέσην εἶναι τοῦ</w:t>
      </w:r>
    </w:p>
    <w:p>
      <w:r>
        <w:rPr>
          <w:rFonts w:ascii="Courier New" w:hAnsi="Courier New"/>
          <w:color w:val="555555"/>
          <w:sz w:val="20"/>
        </w:rPr>
        <w:t>[20]</w:t>
      </w:r>
    </w:p>
    <w:p>
      <w:r>
        <w:rPr>
          <w:rFonts w:ascii="Gentium Plus" w:hAnsi="Gentium Plus"/>
          <w:sz w:val="24"/>
        </w:rPr>
        <w:t>παντὸς κόσμου, καὶ τὸν ἥλιον οὐκ ἐλάττω τῆς γῆς ὑπάρχειν, ἀρ‐ χὴν δὲ τῶν πάντων ἀέρα· ἐξ αὐτοῦ γενέσθαι καὶ τὰ πάντα εἰς αὐτὸν ἀναλύεσθαι. καὶ τὴν τοῦ ἀνθρώπου ψυχὴν ἀερίαν καὶ τὸ</w:t>
      </w:r>
    </w:p>
    <w:p>
      <w:r>
        <w:rPr>
          <w:rFonts w:ascii="Courier New" w:hAnsi="Courier New"/>
          <w:color w:val="555555"/>
          <w:sz w:val="20"/>
        </w:rPr>
        <w:t>[Chron . 159]</w:t>
      </w:r>
    </w:p>
    <w:p>
      <w:r>
        <w:rPr>
          <w:rFonts w:ascii="Gentium Plus" w:hAnsi="Gentium Plus"/>
          <w:sz w:val="24"/>
        </w:rPr>
        <w:t>καὶ τὰς ἰσημερίας δὲ καὶ τὰς τροπὰς αὐτὸς ἐξέθετο. καὶ ὁ προει‐ ρημένος δὲ Πυθαγόρας ὁ Σάμιος τὴν ἀριθμητικὴν συνεγράψατο· καὶ δόγμα παρεισήγαγεν Ἕλλησιν δοξάζων ἀσωμάτους τινὰς εἶ‐ ναι ἀρχάς. ταῦτα δὲ ὁ σοφὸς Τιμόθεος ἐν τοῖς συγγράμμασιν</w:t>
      </w:r>
    </w:p>
    <w:p>
      <w:r>
        <w:rPr>
          <w:rFonts w:ascii="Courier New" w:hAnsi="Courier New"/>
          <w:color w:val="555555"/>
          <w:sz w:val="20"/>
        </w:rPr>
        <w:t>[5]</w:t>
      </w:r>
    </w:p>
    <w:p>
      <w:r>
        <w:rPr>
          <w:rFonts w:ascii="Gentium Plus" w:hAnsi="Gentium Plus"/>
          <w:sz w:val="24"/>
        </w:rPr>
        <w:t>αὐτοῦ ἀπεμνημόνευσεν. Ἐν δὲ τῇ βασιλείᾳ Δαρείου, υἱοῦ Κύρου, πόλεμος ἐκινήθη ἀπὸ Αἰθιόπων κατ’ αὐτοῦ· οἵτινες κακῶς αὐτὸν ἔφερον. τοῦτο δὲ γνόντες οἱ ἐν τῇ Μήδων χώρᾳ κατοικοῦντες Ἰουδαῖοι, ἀφέντες κατέλαβον τὴν Ἱερουσαλήμ· ἦν δὲ πλῆθος πολὺ Ἰουδαίων. καὶ</w:t>
      </w:r>
    </w:p>
    <w:p>
      <w:r>
        <w:rPr>
          <w:rFonts w:ascii="Courier New" w:hAnsi="Courier New"/>
          <w:color w:val="555555"/>
          <w:sz w:val="20"/>
        </w:rPr>
        <w:t>[10]</w:t>
      </w:r>
    </w:p>
    <w:p>
      <w:r>
        <w:rPr>
          <w:rFonts w:ascii="Gentium Plus" w:hAnsi="Gentium Plus"/>
          <w:sz w:val="24"/>
        </w:rPr>
        <w:t>μαθὼν τοῦτο Δαρεῖος ὁ Κύρου, ἀπέστειλε τὸν στρατηγὸν αὐ‐ τοῦ κατ’ αὐτῶν ὀνόματι Ὁλοφέρνην μετὰ δυνάμεως πολλῆς εἰς τὰ Ἱεροσόλυμα. καὶ ἐπολιόρκει τὴν Ἱερουσαλήμ, καὶ συνέβη τι φοβερὸν γενέσθαι τότε. Ἰουδὶθ γάρ τις ἦν γυνὴ Ἑβραία, καὶ ἐμηχανήσατο κατὰ τοῦ ἐξάρχου Περσῶν Ὁλοφέρνου, προσποιητὴ</w:t>
      </w:r>
    </w:p>
    <w:p>
      <w:r>
        <w:rPr>
          <w:rFonts w:ascii="Courier New" w:hAnsi="Courier New"/>
          <w:color w:val="555555"/>
          <w:sz w:val="20"/>
        </w:rPr>
        <w:t>[15]</w:t>
      </w:r>
    </w:p>
    <w:p>
      <w:r>
        <w:rPr>
          <w:rFonts w:ascii="Gentium Plus" w:hAnsi="Gentium Plus"/>
          <w:sz w:val="24"/>
        </w:rPr>
        <w:t>οὖσα ὡς τὸ ἔθνος, φησί, τῶν Ἰουδαίων θέλουσα προδοῦναι. καὶ παρεγένετο πρὸς αὐτὸν κρυπτομένη· καὶ ἑωρακὼς αὐτῆς τὴν εὐ‐ μορφίαν ὁ Ὁλοφέρνης, εἰς ἔρωτα αὐτῆς ἐνέπεσε. καὶ λέγει αὐτῷ ὅτι Μηδένα ἐάσῃς ἐνταῦθα εἶναι ἐγγιστά μου δι’ ἐμέ, ὅτι ἐπέρ‐ χονταί μοι πορνεῦσαί με βουλόμενοι· καὶ πεισθεὶς μόνος μετ’</w:t>
      </w:r>
    </w:p>
    <w:p>
      <w:r>
        <w:rPr>
          <w:rFonts w:ascii="Courier New" w:hAnsi="Courier New"/>
          <w:color w:val="555555"/>
          <w:sz w:val="20"/>
        </w:rPr>
        <w:t>[20]</w:t>
      </w:r>
    </w:p>
    <w:p>
      <w:r>
        <w:rPr>
          <w:rFonts w:ascii="Gentium Plus" w:hAnsi="Gentium Plus"/>
          <w:sz w:val="24"/>
        </w:rPr>
        <w:t>αὐτῆς διῆγε. τρεῖς δὲ αὕτη προσκαρτερήσασα αὐτῷ ἡμέρας, ὡς καθεύδει μετ’ αὐτοῦ νυκτός, ἐγερθεῖσα τὴν κεφαλὴν αὐτοῦ ἀφεί‐ λετο· καὶ μέσης νυκτὸς ἐξελθοῦσα διὰ τοῦ παραπυλίου εἰσῆλθεν</w:t>
      </w:r>
    </w:p>
    <w:p>
      <w:r>
        <w:rPr>
          <w:rFonts w:ascii="Courier New" w:hAnsi="Courier New"/>
          <w:color w:val="555555"/>
          <w:sz w:val="20"/>
        </w:rPr>
        <w:t>[Chron . 160]</w:t>
      </w:r>
    </w:p>
    <w:p>
      <w:r>
        <w:rPr>
          <w:rFonts w:ascii="Gentium Plus" w:hAnsi="Gentium Plus"/>
          <w:sz w:val="24"/>
        </w:rPr>
        <w:t>τρεψε τοῦ κρεμασθῆναι αὐτήν· πλησίον γὰρ τοῦ τείχους δι’ αὐτὴν τὸν παπυλεῶνα αὐτοῦ ἔστησεν ὁ Ὁλοφέρνης. λαβόντες οὖν οἱ Ἰουδαῖοι παρ’ αὐτῆς τὴν κεφαλὴν εἰς κοντὸν ἐπάνω τοῦ τείχους ἔπηξαν πρὸ αὔγους, ἐπιδεικνύντες αὐτὴν τῷ στρατῷ αὐ‐</w:t>
      </w:r>
    </w:p>
    <w:p>
      <w:r>
        <w:rPr>
          <w:rFonts w:ascii="Courier New" w:hAnsi="Courier New"/>
          <w:color w:val="555555"/>
          <w:sz w:val="20"/>
        </w:rPr>
        <w:t>[5]</w:t>
      </w:r>
    </w:p>
    <w:p>
      <w:r>
        <w:rPr>
          <w:rFonts w:ascii="Gentium Plus" w:hAnsi="Gentium Plus"/>
          <w:sz w:val="24"/>
        </w:rPr>
        <w:t>τοῦ. πρωίας δὲ γενομένης, ἑωρακότες οἱ Πέρσαι τὴν κεφαλὴν Ὁλοφέρνου κοντευθεῖσαν, ὑπενόησαν ὅτι διὰ δυνάμεώς τινος τοῦτο ἐγένετο καὶ ἔφυγον· καὶ διελύθη ὁ πόλεμος, καὶ νίκην ἔλα‐ βον οἱ Ἰουδαῖοι κατὰ Περσῶν. ταῦτα δὲ ἐν ταῖς Ἑβραϊκαῖς ἐμ‐ φέρεται γραφαῖς. ταῦτα δὲ Εἰρηναῖος ὁ σοφὸς συνεγράψατο.</w:t>
      </w:r>
    </w:p>
    <w:p>
      <w:r>
        <w:rPr>
          <w:rFonts w:ascii="Courier New" w:hAnsi="Courier New"/>
          <w:color w:val="555555"/>
          <w:sz w:val="20"/>
        </w:rPr>
        <w:t>[10]</w:t>
      </w:r>
    </w:p>
    <w:p>
      <w:r>
        <w:rPr>
          <w:rFonts w:ascii="Gentium Plus" w:hAnsi="Gentium Plus"/>
          <w:sz w:val="24"/>
        </w:rPr>
        <w:t>Μετὰ δὲ τὴν βασιλείαν Δαρείου ἐβασίλευσεν Ἀσσυρίων Ἀρ‐ ταξέρξης· καὶ Νεεμίας ὁ ἱερεὺς ὁ ὢν ἐκ τοῦ σπέρματος Δαβίδ, παῤῥησίαν ἔχων πρὸς αὐτόν, ἐδυσώπησε τὸν Ἀρταξέρξην· ἠγάπα γὰρ αὐτόν, ὅστις καὶ ἄρχειν αὐτὸν τῶν εὐνούχων ἐποίησε· καὶ λαβὼν χρήματα πολλὰ ἔπεισεν ἀπολυθῆναι αὐτὸν καὶ ἀπελθεῖν</w:t>
      </w:r>
    </w:p>
    <w:p>
      <w:r>
        <w:rPr>
          <w:rFonts w:ascii="Courier New" w:hAnsi="Courier New"/>
          <w:color w:val="555555"/>
          <w:sz w:val="20"/>
        </w:rPr>
        <w:t>[15]</w:t>
      </w:r>
    </w:p>
    <w:p>
      <w:r>
        <w:rPr>
          <w:rFonts w:ascii="Gentium Plus" w:hAnsi="Gentium Plus"/>
          <w:sz w:val="24"/>
        </w:rPr>
        <w:t>τοῦ κτίσαι τὴν Ἱερουσαλὴμ τὴν πορθηθεῖσαν· πρώτη γὰρ αὕτη τῆς Ἱερουσαλὴμ ἅλωσις καὶ τοῦ ἱεροῦ καταστροφή. ὁ δὲ Νεεμίας ἀπολυθεὶς ἀνῆλθεν εἰς Ἱερουσαλήμ, καὶ ἀνήγειρεν αὐτὴν καὶ τὸ τεῖχος τῆς πόλεως, καὶ τὰς πλατείας αὐτῆς ἐποίησεν εὐρυχώρους, καὶ βελτίω αὐτὴν κατέστησεν· ἦν γὰρ ἔρημος ἐπὶ ἔτη οʹ. αὕτη</w:t>
      </w:r>
    </w:p>
    <w:p>
      <w:r>
        <w:rPr>
          <w:rFonts w:ascii="Courier New" w:hAnsi="Courier New"/>
          <w:color w:val="555555"/>
          <w:sz w:val="20"/>
        </w:rPr>
        <w:t>[20]</w:t>
      </w:r>
    </w:p>
    <w:p>
      <w:r>
        <w:rPr>
          <w:rFonts w:ascii="Gentium Plus" w:hAnsi="Gentium Plus"/>
          <w:sz w:val="24"/>
        </w:rPr>
        <w:t>ἦν ἡ δευτέρα τοῦ ἱεροῦ ἀνοικοδομή. ἐπληρώθη δὲ τὸ ἱερὸν δι’ ἐτῶν μʹ. ὁ δὲ αὐτὸς Ἀρταξέρξης παρακληθεὶς ὑπό τινων τῆς συγκλήτου αὐτοῦ, καὶ τοὺς ὑπολοίπους Ἰουδαίους ἀπέλυσε, καὶ</w:t>
      </w:r>
    </w:p>
    <w:p>
      <w:r>
        <w:rPr>
          <w:rFonts w:ascii="Courier New" w:hAnsi="Courier New"/>
          <w:color w:val="555555"/>
          <w:sz w:val="20"/>
        </w:rPr>
        <w:t>[Chron . 161]</w:t>
      </w:r>
    </w:p>
    <w:p>
      <w:r>
        <w:rPr>
          <w:rFonts w:ascii="Gentium Plus" w:hAnsi="Gentium Plus"/>
          <w:sz w:val="24"/>
        </w:rPr>
        <w:t>μετὰ Ἔσδρα τοῦ προφήτου καὶ ἡγουμένου· ᾧτινι καὶ τὰ ἱερὰ σκεύη ἔδωκε καὶ τὰς βίβλους τὰς ἱερατικὰς τὰς εὑρεθείσας· ὁ δὲ αὐτὸς Ἔσδρας τῶν μὴ εὑρεθέντων βιβλίων ἀπὸ ὑπομνήσεως αὐ‐ τοῦ γράφεσθαι τὰ ὑπομνήματα ἐποίησεν.</w:t>
      </w:r>
    </w:p>
    <w:p>
      <w:r>
        <w:rPr>
          <w:rFonts w:ascii="Courier New" w:hAnsi="Courier New"/>
          <w:color w:val="555555"/>
          <w:sz w:val="20"/>
        </w:rPr>
        <w:t>[5]</w:t>
      </w:r>
    </w:p>
    <w:p>
      <w:r>
        <w:rPr>
          <w:rFonts w:ascii="Gentium Plus" w:hAnsi="Gentium Plus"/>
          <w:sz w:val="24"/>
        </w:rPr>
        <w:t>Ἐν δὲ τοῖς αὐτοῖς χρόνοις ἐβασίλευσεν ἡ Μακεδονία χώρα· ἐν ᾗ πρῶτος ἐβασίλευσεν ὁ Κραναὸς ἔτη κηʹ. καὶ λοιπὸν ἐβασίλευ‐ σαν ἄλλοι κγʹ ἕως Φιλίππου. ἦσαν δὲ τότε τὰ τῶν Ἑλλήνων δι‐ δάσκοντες φιλόσοφοι καὶ ποιηταὶ Σοφοκλῆς καὶ Ἡρακλείδης καὶ Εὐριπίδης καὶ Ἡρόδοτος καὶ Σωκράτης καὶ ὁ μέγας Πυ‐</w:t>
      </w:r>
    </w:p>
    <w:p>
      <w:r>
        <w:rPr>
          <w:rFonts w:ascii="Courier New" w:hAnsi="Courier New"/>
          <w:color w:val="555555"/>
          <w:sz w:val="20"/>
        </w:rPr>
        <w:t>[10]</w:t>
      </w:r>
    </w:p>
    <w:p>
      <w:r>
        <w:rPr>
          <w:rFonts w:ascii="Gentium Plus" w:hAnsi="Gentium Plus"/>
          <w:sz w:val="24"/>
        </w:rPr>
        <w:t>θαγόρας. ἦν δὲ Ἡρακλῆς γεννηθεὶς ἐν τοῖς προειρημένοις ἀνω‐ τέρω χρόνοις ἐν Λατῷ τῆς Θηβαΐδος, ἐκ γένους ὑπάρχων τοῦ Ἡρακλέος τοῦ ἐκ τῆς Ἀλκμήνης καὶ τοῦ Πίκου Διός· ὅστις ἀνε‐ τράφη ἐν τῇ Ἱσπανίᾳ χώρᾳ, καὶ ἀνδρεῖος γενόμενος ἦλθε τότε ἀπὸ τῆς Ἱσπανίας ἐπὶ τὴν Ἰταλίαν, φυγὼν τὸν Εὐρυσθέα βασι‐</w:t>
      </w:r>
    </w:p>
    <w:p>
      <w:r>
        <w:rPr>
          <w:rFonts w:ascii="Courier New" w:hAnsi="Courier New"/>
          <w:color w:val="555555"/>
          <w:sz w:val="20"/>
        </w:rPr>
        <w:t>[15]</w:t>
      </w:r>
    </w:p>
    <w:p>
      <w:r>
        <w:rPr>
          <w:rFonts w:ascii="Gentium Plus" w:hAnsi="Gentium Plus"/>
          <w:sz w:val="24"/>
        </w:rPr>
        <w:t>λέα· καὶ ἐβασίλευσεν ἔτη ληʹ. ὅστις ἔλαβε γυναῖκα τὴν Αὔγην, τὴν Ἀλέου θυγατέρα βασιλέως, ἐβασίλευσε δέ, ὡς ἐκ τοῦ γένους καταγόμενος τοῦ Πίκου Διός· ὅθεν καὶ στήλας αὐτῷ χρυσᾶς καὶ πορφυρᾶς ἀνέστησαν οἱ Ἰταλοὶ καὶ βασιλεῖς, ἤτοι ῥῆγες, ἐκ τοῦ γένους αὐτοῦ βασιλεύσαντες ἐν τοῖς ἐσχάτοις τῆς δύσεως μέ‐</w:t>
      </w:r>
    </w:p>
    <w:p>
      <w:r>
        <w:rPr>
          <w:rFonts w:ascii="Courier New" w:hAnsi="Courier New"/>
          <w:color w:val="555555"/>
          <w:sz w:val="20"/>
        </w:rPr>
        <w:t>[20]</w:t>
      </w:r>
    </w:p>
    <w:p>
      <w:r>
        <w:rPr>
          <w:rFonts w:ascii="Gentium Plus" w:hAnsi="Gentium Plus"/>
          <w:sz w:val="24"/>
        </w:rPr>
        <w:t>ρεσιν· αἵτινες στῆλαι ἕως τοῦ παρόντος ἵστανται.</w:t>
      </w:r>
    </w:p>
    <w:p>
      <w:r>
        <w:rPr>
          <w:rFonts w:ascii="Courier New" w:hAnsi="Courier New"/>
          <w:color w:val="555555"/>
          <w:sz w:val="20"/>
        </w:rPr>
        <w:t>[Chron . 162]</w:t>
      </w:r>
    </w:p>
    <w:p>
      <w:r>
        <w:rPr>
          <w:rFonts w:ascii="Gentium Plus" w:hAnsi="Gentium Plus"/>
          <w:sz w:val="24"/>
        </w:rPr>
        <w:t>Εἰσὶν οὖν ἀπὸ Ἀδὰμ ἕως τῶν χρόνων τούτων ἔτη ͵ετξβʹ. Καὶ μετὰ Ἀρταξέρξην ἐβασίλευσαν τῶν Ἀσσυρίων ἄλλοι πολ‐ λοὶ ἕως Δαρείου τοῦ νεωτέρου. Τῆς δὲ Ἰταλίας ἐβασίλευσεν ὁ υἱὸς τοῦ Ἡρακλέος ὁ ἀπὸ τῆς</w:t>
      </w:r>
    </w:p>
    <w:p>
      <w:r>
        <w:rPr>
          <w:rFonts w:ascii="Courier New" w:hAnsi="Courier New"/>
          <w:color w:val="555555"/>
          <w:sz w:val="20"/>
        </w:rPr>
        <w:t>[5]</w:t>
      </w:r>
    </w:p>
    <w:p>
      <w:r>
        <w:rPr>
          <w:rFonts w:ascii="Gentium Plus" w:hAnsi="Gentium Plus"/>
          <w:sz w:val="24"/>
        </w:rPr>
        <w:t>Αὔγης, ὁ Τήλεφος. καὶ μετ’ αὐτὸν ἐβασίλευσεν ὁμοίως ὁ υἱὸς αὐτοῦ, ὅντινα Λατῖνον ἐκάλεσεν· ἐβασίλευσε δὲ ἐν τῇ χώρᾳ ἐκεί‐ νῃ αὐτὸς Λατῖνος ἔτη ιηʹ, καὶ ἐκ τοῦ ἰδίου ὀνόματος τοὺς Κι‐ τιαίους καλουμένους ἐπωνόμασε Λατίνους. Τότε δὲ Αἰνείας ὁ Ἀγχίσου ὁ Φρὺξ φεύγων ἐκ τῆς πορ‐</w:t>
      </w:r>
    </w:p>
    <w:p>
      <w:r>
        <w:rPr>
          <w:rFonts w:ascii="Courier New" w:hAnsi="Courier New"/>
          <w:color w:val="555555"/>
          <w:sz w:val="20"/>
        </w:rPr>
        <w:t>[10]</w:t>
      </w:r>
    </w:p>
    <w:p>
      <w:r>
        <w:rPr>
          <w:rFonts w:ascii="Gentium Plus" w:hAnsi="Gentium Plus"/>
          <w:sz w:val="24"/>
        </w:rPr>
        <w:t>θήσεως τοῦ Ἰλίου, ἤτοι τοῦ Τρωικοῦ πολέμου, ἀπῆλθεν ἐπὶ τὴν Λιβύην πρὸς τὴν Φοίνισσαν Διδὼ τὴν καὶ Ἐλισσάν. καὶ ἐν‐ διατρίψας ἐκεῖ, λάθρᾳ ἐάσας αὐτὴν ἔφυγεν, ὡς φοβηθεὶς τὸν Ἰάρβα, βασιλέα τῆς Ἀφρικῆς· καθὰ Βεργίλλιος ὁ σοφὸς Ῥω‐ μαίων ποιητὴς συνεγράψατο. ὁ δὲ σοφώτατος Σέρβιος ὁ Ῥω‐</w:t>
      </w:r>
    </w:p>
    <w:p>
      <w:r>
        <w:rPr>
          <w:rFonts w:ascii="Courier New" w:hAnsi="Courier New"/>
          <w:color w:val="555555"/>
          <w:sz w:val="20"/>
        </w:rPr>
        <w:t>[15]</w:t>
      </w:r>
    </w:p>
    <w:p>
      <w:r>
        <w:rPr>
          <w:rFonts w:ascii="Gentium Plus" w:hAnsi="Gentium Plus"/>
          <w:sz w:val="24"/>
        </w:rPr>
        <w:t>μαῖος ἐν τοῖς αὐτοῦ συγγράμμασιν ἐξέθετο, εἰπὼν ὅτι μετὰ τὸ τελευτῆσαι τὸν Αἰνείαν ἔτη πολλὰ ἦν ἡ Διδὼ ἀπὸ πόλεως μικρᾶς λεγομένης Χαρτίμας, οὔσης τῆς παράλου Φοινίκης, μεταξὺ τῶν ὁρίων Τύρου καὶ Σιδῶνος. ἥτις Διδὼ ἦν πλουσιωτάτη· ἔσχε δὲ ἄνδρα τινὰ ὀνόματι Συχαῖον, ὄντα καὶ αὐτὸν πλούσιον σφόδρα.</w:t>
      </w:r>
    </w:p>
    <w:p>
      <w:r>
        <w:rPr>
          <w:rFonts w:ascii="Courier New" w:hAnsi="Courier New"/>
          <w:color w:val="555555"/>
          <w:sz w:val="20"/>
        </w:rPr>
        <w:t>[20]</w:t>
      </w:r>
    </w:p>
    <w:p>
      <w:r>
        <w:rPr>
          <w:rFonts w:ascii="Gentium Plus" w:hAnsi="Gentium Plus"/>
          <w:sz w:val="24"/>
        </w:rPr>
        <w:t>τὸν δὲ αὐτὸν Συχαῖον ἐφόνευσεν, ὡς κυνηγοῦντα, ὁ ἀδελφὸς τῆς</w:t>
      </w:r>
    </w:p>
    <w:p>
      <w:r>
        <w:rPr>
          <w:rFonts w:ascii="Courier New" w:hAnsi="Courier New"/>
          <w:color w:val="555555"/>
          <w:sz w:val="20"/>
        </w:rPr>
        <w:t>[Chron . 163]</w:t>
      </w:r>
    </w:p>
    <w:p>
      <w:r>
        <w:rPr>
          <w:rFonts w:ascii="Gentium Plus" w:hAnsi="Gentium Plus"/>
          <w:sz w:val="24"/>
        </w:rPr>
        <w:t>Διδὼ ὀνόματι Πυγμαλίων, διαφθονούμενος αὐτῷ, ὡς πολὺ εὐ‐ πόρῳ καὶ κελεύοντι πάσῃ τῇ χώρᾳ ἐκείνῃ. ἦσαν γὰρ οἱ δύο ἔφιπποι καταδιώκοντες σύαγρον καὶ βαστάζοντες βήναβλα· ἐκ τῶν ὀπισθίων οὖν ἐλθὼν ὁ Πυγμαλίων δέδωκε τῷ Συχαίῳ κατὰ</w:t>
      </w:r>
    </w:p>
    <w:p>
      <w:r>
        <w:rPr>
          <w:rFonts w:ascii="Courier New" w:hAnsi="Courier New"/>
          <w:color w:val="555555"/>
          <w:sz w:val="20"/>
        </w:rPr>
        <w:t>[5]</w:t>
      </w:r>
    </w:p>
    <w:p>
      <w:r>
        <w:rPr>
          <w:rFonts w:ascii="Gentium Plus" w:hAnsi="Gentium Plus"/>
          <w:sz w:val="24"/>
        </w:rPr>
        <w:t>τοῦ νώτου αὐτοῦ τῇ λόγχῃ, καὶ ἐφόνευσεν αὐτόν· ἦν γὰρ γεν‐ ναῖος· καὶ λαβὼν τὸ λείψανον αὐτοῦ ἔῤῥιψεν εἰς κρημνόν. καὶ ὑποστρέψας εἶπε τοῖς διαφέρουσιν αὐτῷ καὶ τῇ γαμετῇ αὐτοῦ ὅτι ὡς κατεδίωκε τὸν σύαγρον κατεκρημνίσθη. ἠβούλετο δὲ ὁ αὐτὸς Πυγμαλίων καὶ τὴν αὑτοῦ ἀδελφὴν φονεῦσαι καὶ λαβεῖν τὰ χρή‐</w:t>
      </w:r>
    </w:p>
    <w:p>
      <w:r>
        <w:rPr>
          <w:rFonts w:ascii="Courier New" w:hAnsi="Courier New"/>
          <w:color w:val="555555"/>
          <w:sz w:val="20"/>
        </w:rPr>
        <w:t>[10]</w:t>
      </w:r>
    </w:p>
    <w:p>
      <w:r>
        <w:rPr>
          <w:rFonts w:ascii="Gentium Plus" w:hAnsi="Gentium Plus"/>
          <w:sz w:val="24"/>
        </w:rPr>
        <w:t>ματα πάντα. ᾗτινι Διδὼ ἐφάνη ἐν ὁράματι ὁ αὐτῆς ἀνὴρ Συ‐ χαῖος καὶ εἶπεν αὐτῇ, Φύγε, μή σε φονεύσῃ Πυγμαλίων, δείξας αὐτῇ καὶ τὸν τόπον τῆς πληγῆς. καὶ λοιπὸν ἡ αὐτὴ Διδὼ λα‐ θοῦσα τὸν ἑαυτῆς ἀδελφὸν Πυγμαλίωνα, καὶ εὑροῦσα καιρόν, ἔλαβε πάντα τὰ χρήματα τὰ ἑαυτῆς, καὶ βαλοῦσα εἰς πλοῖα</w:t>
      </w:r>
    </w:p>
    <w:p>
      <w:r>
        <w:rPr>
          <w:rFonts w:ascii="Courier New" w:hAnsi="Courier New"/>
          <w:color w:val="555555"/>
          <w:sz w:val="20"/>
        </w:rPr>
        <w:t>[15]</w:t>
      </w:r>
    </w:p>
    <w:p>
      <w:r>
        <w:rPr>
          <w:rFonts w:ascii="Gentium Plus" w:hAnsi="Gentium Plus"/>
          <w:sz w:val="24"/>
        </w:rPr>
        <w:t>μετὰ τῶν ἰδίων ἀνθρώπων αὐτῆς φυγοῦσα ἀπέπλευσεν ἐκ τῆς Φοινίκης, καὶ ἦλθεν εἰς τὴν Λιβύην, χώραν τῆς Ἀφρικῆς. καὶ κτίζει ἐκεῖ πόλιν μεγάλην πάνυ, ἣν ἐκάλεσε Καρτάγεναν· καὶ ἐβασίλευσεν ἐν αὐτῇ, καὶ ἐκεῖ τελευτᾷ σωφρόνως ζήσασα. Ὁ δὲ Αἰνείας χρησμὸν λαβὼν ἀπέπλευσεν ἀπὸ τῆς Λιβύης,</w:t>
      </w:r>
    </w:p>
    <w:p>
      <w:r>
        <w:rPr>
          <w:rFonts w:ascii="Courier New" w:hAnsi="Courier New"/>
          <w:color w:val="555555"/>
          <w:sz w:val="20"/>
        </w:rPr>
        <w:t>[20]</w:t>
      </w:r>
    </w:p>
    <w:p>
      <w:r>
        <w:rPr>
          <w:rFonts w:ascii="Gentium Plus" w:hAnsi="Gentium Plus"/>
          <w:sz w:val="24"/>
        </w:rPr>
        <w:t>βουλόμενος ἐπὶ τὴν Ἰταλίαν ἐλθεῖν. ἀνέμου δὲ ἐναντίου γενομέ‐ νου, ἐξεῤῥίφη μετὰ τῶν ἰδίων πλοίων πλησίον τῆς Σικελίας εἰς τὴν Καλαβρίαν ἐν πόλει λεγομένῃ Ἀργυρίππῃ, τῇ κτισθείσῃ</w:t>
      </w:r>
    </w:p>
    <w:p>
      <w:r>
        <w:rPr>
          <w:rFonts w:ascii="Courier New" w:hAnsi="Courier New"/>
          <w:color w:val="555555"/>
          <w:sz w:val="20"/>
        </w:rPr>
        <w:t>[Chron . 164]</w:t>
      </w:r>
    </w:p>
    <w:p>
      <w:r>
        <w:rPr>
          <w:rFonts w:ascii="Gentium Plus" w:hAnsi="Gentium Plus"/>
          <w:sz w:val="24"/>
        </w:rPr>
        <w:t>φέρων τὴν συγγένειαν ἐκ τοῦ Οἰνέως, βασιλέως τῆς Αἰτωλίας. ὅστις Οἰνεὺς ἀγαγόμενος γυναῖκα ὀνόματι Ἐρίβοιαν ἔσχεν ἐξ αὐτῆς τὸν Τυδέα. καὶ ἐτελεύτησεν ἡ Ἐρίβοια, καὶ ἠγάγετο ἑτέραν γυναῖκα ὀνόματι Ἀλθαίαν· καὶ ἔσχεν ἐξ αὐτῆς τὸν Μελέαγρον</w:t>
      </w:r>
    </w:p>
    <w:p>
      <w:r>
        <w:rPr>
          <w:rFonts w:ascii="Courier New" w:hAnsi="Courier New"/>
          <w:color w:val="555555"/>
          <w:sz w:val="20"/>
        </w:rPr>
        <w:t>[5]</w:t>
      </w:r>
    </w:p>
    <w:p>
      <w:r>
        <w:rPr>
          <w:rFonts w:ascii="Gentium Plus" w:hAnsi="Gentium Plus"/>
          <w:sz w:val="24"/>
        </w:rPr>
        <w:t>καὶ θυγατέρα ὀνόματι Δηιάνειραν. νεώτερός τις ὀνόματι Ἀχε‐ λῷος, υἱὸς Ποσειδωνίου, συγκλητικοῦ τοῦ Τυδέως, ἐμνηστεύσατο. ὁ δὲ Ἀχελῷος πρὸ τοῦ γάμου ἔφθειρε τὴν Δηιάνειραν λάθρᾳ, καὶ μετὰ ταῦτα λέγει τῷ πατρὶ αὐτῆς τῷ Οἰνεῖ, Οὐκ ἄλλως λαμβάνω τὴν θυγατέρα σου, εἰ μὴ παραχωρήσεις μοι τὸ βασί‐</w:t>
      </w:r>
    </w:p>
    <w:p>
      <w:r>
        <w:rPr>
          <w:rFonts w:ascii="Courier New" w:hAnsi="Courier New"/>
          <w:color w:val="555555"/>
          <w:sz w:val="20"/>
        </w:rPr>
        <w:t>[10]</w:t>
      </w:r>
    </w:p>
    <w:p>
      <w:r>
        <w:rPr>
          <w:rFonts w:ascii="Gentium Plus" w:hAnsi="Gentium Plus"/>
          <w:sz w:val="24"/>
        </w:rPr>
        <w:t>λειόν σου διοικεῖν. ὁ δὲ οὐκ ἐπείσθη αὐτῷ· καὶ λοιπὸν σὺν τῷ ἰδίῳ πατρὶ ἀντῆρεν ὁ Ἀχελῷος τῷ Οἰνεῖ καὶ ἐπολέμησεν αὐτῷ. καὶ ἠναγκάσθη ὁ Οἰνεὺς προτρέψασθαι ἐκ τῆς Φθίας χώρας στρατηγὸν γενναῖον, Ἡρακλέα τὸν λεγόμενον Πολύφημον, συν‐ ταξάμενος διδόναι αὐτῷ τὴν ἑαυτοῦ θυγατέρα τὴν Δηιάνειραν.</w:t>
      </w:r>
    </w:p>
    <w:p>
      <w:r>
        <w:rPr>
          <w:rFonts w:ascii="Courier New" w:hAnsi="Courier New"/>
          <w:color w:val="555555"/>
          <w:sz w:val="20"/>
        </w:rPr>
        <w:t>[15]</w:t>
      </w:r>
    </w:p>
    <w:p>
      <w:r>
        <w:rPr>
          <w:rFonts w:ascii="Gentium Plus" w:hAnsi="Gentium Plus"/>
          <w:sz w:val="24"/>
        </w:rPr>
        <w:t>ὅστις κατελθὼν μετὰ τῆς ἐνόπλου αὐτοῦ στρατιᾶς συνέβαλε πόλεμον μετὰ Ποσειδωνίου καὶ τοῦ υἱοῦ αὐτοῦ Ἀχελῴου. καὶ εἰς τὴν συμβολὴν ξίφει ὁ Πολύφημος τὸν Ποσειδώνιον ἀνεῖλε, τὸν πατέρα Ἀχελῴου· διὰ τοῦτο δὲ ἐξέθεντο οἱ ποιηταὶ ὅτι τὸ κέρας τοῦ Ἀχελῴου ἀπέσπασεν ὁ Ἡρακλῆς, ὅπερ ἐστὶ τὴν πατρικὴν αὐ‐</w:t>
      </w:r>
    </w:p>
    <w:p>
      <w:r>
        <w:rPr>
          <w:rFonts w:ascii="Courier New" w:hAnsi="Courier New"/>
          <w:color w:val="555555"/>
          <w:sz w:val="20"/>
        </w:rPr>
        <w:t>[20]</w:t>
      </w:r>
    </w:p>
    <w:p>
      <w:r>
        <w:rPr>
          <w:rFonts w:ascii="Gentium Plus" w:hAnsi="Gentium Plus"/>
          <w:sz w:val="24"/>
        </w:rPr>
        <w:t>τοῦ δύναμιν. καὶ ἑωρακὼς τὸν ἴδιον αὐτοῦ πατέρα πεσόντα, φεύ‐ γει ἔφιππος· διὸ καὶ γράφουσιν αὐτὸν ἱπποκένταυρον. καὶ ἐν τῷ</w:t>
      </w:r>
    </w:p>
    <w:p>
      <w:r>
        <w:rPr>
          <w:rFonts w:ascii="Courier New" w:hAnsi="Courier New"/>
          <w:color w:val="555555"/>
          <w:sz w:val="20"/>
        </w:rPr>
        <w:t>[Chron . 165]</w:t>
      </w:r>
    </w:p>
    <w:p>
      <w:r>
        <w:rPr>
          <w:rFonts w:ascii="Gentium Plus" w:hAnsi="Gentium Plus"/>
          <w:sz w:val="24"/>
        </w:rPr>
        <w:t>αὐτὸν κατὰ τοῦ μαστοῦ· καὶ εὐθέως ὁ Ἡρακλῆς ἀντετόξευσε τὸν Ἀχελῷον, ὡς περᾷ τὸν ποταμὸν ὀνόματι Φορβάν. καὶ φιβλω‐ θεὶς ὁ Ἀχελῷος κατηνέχθη ἀπὸ τοῦ ἵππου εἰς τὰ ῥεῖθρα τοῦ ποταμοῦ καὶ ἀπώλετο. καὶ μετεκλήθη ἔκτοτε ὁ αὐτὸς ποταμὸς</w:t>
      </w:r>
    </w:p>
    <w:p>
      <w:r>
        <w:rPr>
          <w:rFonts w:ascii="Courier New" w:hAnsi="Courier New"/>
          <w:color w:val="555555"/>
          <w:sz w:val="20"/>
        </w:rPr>
        <w:t>[5]</w:t>
      </w:r>
    </w:p>
    <w:p>
      <w:r>
        <w:rPr>
          <w:rFonts w:ascii="Gentium Plus" w:hAnsi="Gentium Plus"/>
          <w:sz w:val="24"/>
        </w:rPr>
        <w:t>ἀπὸ τῶν τῆς Αἰτωλίας χώρας Ἀχελῷος ἕως τῆς νῦν, καθὰ Κε‐ φαλίων ὁ σοφὸς ἐξέθετο. ὁ δὲ Πολύφημος Ἡρακλῆς ἐκ τῆς πληγῆς τοῦ μαστοῦ μεθ’ ἡμέρας τινὰς τελευτᾷ. Μελέαγρος δὲ ὁ τοῦ Οἰνέως υἱός, ἀδελφὸς δὲ τοῦ Τυδέως καὶ Δηιανείρας, ἐποίησεν ἆθλον μέγαν ἐν τῇ Καλυδωνίᾳ χώρᾳ,</w:t>
      </w:r>
    </w:p>
    <w:p>
      <w:r>
        <w:rPr>
          <w:rFonts w:ascii="Courier New" w:hAnsi="Courier New"/>
          <w:color w:val="555555"/>
          <w:sz w:val="20"/>
        </w:rPr>
        <w:t>[10]</w:t>
      </w:r>
    </w:p>
    <w:p>
      <w:r>
        <w:rPr>
          <w:rFonts w:ascii="Gentium Plus" w:hAnsi="Gentium Plus"/>
          <w:sz w:val="24"/>
        </w:rPr>
        <w:t>φονεύσας κάπρον φοβερόν, τῆς Ἀταλάντης τῆς θυγατρὸς τοῦ Σχοινέως οὔσης μετ’ αὐτοῦ· ἥτις προποιήσασα τοξεύει τὸν σύαγρον· ἐλυμαίνετο γὰρ οὗτος ὁ θὴρ πᾶσαν τὴν χώραν ἐκεί‐ νην. καὶ μετὰ τὴν ἀναίρεσιν τοῦ θηρὸς τὸ δέρμα αὐτοῦ ἐχα‐ ρίσατο ὁ Μελέαγρος τῇ Ἀταλάντῃ, εἰς ἔρωτα αὐτῆς βληθείς.</w:t>
      </w:r>
    </w:p>
    <w:p>
      <w:r>
        <w:rPr>
          <w:rFonts w:ascii="Courier New" w:hAnsi="Courier New"/>
          <w:color w:val="555555"/>
          <w:sz w:val="20"/>
        </w:rPr>
        <w:t>[15]</w:t>
      </w:r>
    </w:p>
    <w:p>
      <w:r>
        <w:rPr>
          <w:rFonts w:ascii="Gentium Plus" w:hAnsi="Gentium Plus"/>
          <w:sz w:val="24"/>
        </w:rPr>
        <w:t>ἀπελθὼν δὲ ὁ Μελέαγρος πρὸς τὸν ἑαυτοῦ πατέρα Οἰνέα, ἀπῃ‐ τήθη παρ’ αὐτοῦ τὰ νικητήρια τοῦ θηρός· καὶ μαθὼν ὅτι τῇ Ἀταλάντῃ τὸ δέρμα ἐχαρίσατο, ὀργισθεὶς κατὰ τοῦ ἰδίου υἱοῦ, ὃν εἶχε θαλλὸν ἐλαίας, φυλαττόμενον παρὰ τῇ Ἀλθαίᾳ τῇ ἑαυ‐ τοῦ μὲν γυναικί, μητρὶ δὲ τοῦ Μελεάγρου, ὅντινα θαλλὸν τῆς</w:t>
      </w:r>
    </w:p>
    <w:p>
      <w:r>
        <w:rPr>
          <w:rFonts w:ascii="Courier New" w:hAnsi="Courier New"/>
          <w:color w:val="555555"/>
          <w:sz w:val="20"/>
        </w:rPr>
        <w:t>[20]</w:t>
      </w:r>
    </w:p>
    <w:p>
      <w:r>
        <w:rPr>
          <w:rFonts w:ascii="Gentium Plus" w:hAnsi="Gentium Plus"/>
          <w:sz w:val="24"/>
        </w:rPr>
        <w:t>ἐλαίας ἡ Ἀλθαία ἔγκυος οὖσα ἐπιθυμήσασα ἔφαγε, καὶ κατα‐ πιοῦσα τὸ φύλλον τῆς ἐλαίας εὐθέως τεκοῦσα συνεγέννησε τὸ τῆς ἐλαίας φύλλον σὺν τῷ Μελεάγρῳ· περὶ οὗ χρησμὸς ἐδόθη τῷ</w:t>
      </w:r>
    </w:p>
    <w:p>
      <w:r>
        <w:rPr>
          <w:rFonts w:ascii="Courier New" w:hAnsi="Courier New"/>
          <w:color w:val="555555"/>
          <w:sz w:val="20"/>
        </w:rPr>
        <w:t>[Chron . 166]</w:t>
      </w:r>
    </w:p>
    <w:p>
      <w:r>
        <w:rPr>
          <w:rFonts w:ascii="Gentium Plus" w:hAnsi="Gentium Plus"/>
          <w:sz w:val="24"/>
        </w:rPr>
        <w:t>ὅσον χρόνον φυλάττεται τὸ φύλλον τῆς ἐλαίας τὸ μετ’ αὐτοῦ γεν‐ νηθέν· ὅπερ φύλλον ὀργισθεὶς ὁ Οἰνεὺς εἰς πῦρ ἔβαλε, καὶ ἐκαύ‐ θη, ἀγανακτήσας κατὰ τοῦ ἰδίου υἱοῦ· καὶ παραχρῆμα ὁ Με‐ λέαγρος ἐτελεύτησεν, ὡς ὁ σοφὸς Εὐριπίδης δρᾶμα περὶ τοῦ αὐ‐</w:t>
      </w:r>
    </w:p>
    <w:p>
      <w:r>
        <w:rPr>
          <w:rFonts w:ascii="Courier New" w:hAnsi="Courier New"/>
          <w:color w:val="555555"/>
          <w:sz w:val="20"/>
        </w:rPr>
        <w:t>[5]</w:t>
      </w:r>
    </w:p>
    <w:p>
      <w:r>
        <w:rPr>
          <w:rFonts w:ascii="Gentium Plus" w:hAnsi="Gentium Plus"/>
          <w:sz w:val="24"/>
        </w:rPr>
        <w:t>τοῦ Μελεάγρου ἐξέθετο. Μετὰ δὲ τὴν βασιλείαν τοῦ Οἰνέως ἐβασίλευσε τῆς Αἰτω‐ λίας ὁ ἄλλος υἱὸς αὐτοῦ ὁ Τυδεύς, ὁ πατὴρ τοῦ Διομήδους. ὁ δὲ Διομήδης μετὰ τὴν τελευτὴν τοῦ ἰδίου πατρὸς Τυδέως ἐβα‐ σίλευσε τῆς Ἀργείων χώρας, ἀγαγόμενος ἐκ τοῦ Ἄργους γυναῖκα</w:t>
      </w:r>
    </w:p>
    <w:p>
      <w:r>
        <w:rPr>
          <w:rFonts w:ascii="Courier New" w:hAnsi="Courier New"/>
          <w:color w:val="555555"/>
          <w:sz w:val="20"/>
        </w:rPr>
        <w:t>[10]</w:t>
      </w:r>
    </w:p>
    <w:p>
      <w:r>
        <w:rPr>
          <w:rFonts w:ascii="Gentium Plus" w:hAnsi="Gentium Plus"/>
          <w:sz w:val="24"/>
        </w:rPr>
        <w:t>ὀνόματι Αἰγιάλειαν. καὶ ἀπονοηθεὶς ὑπέταξε τὴν ἑαυτοῦ χώραν τὴν Αἰτωλίαν, πολεμήσας αὐτούς· καὶ καταλύσας τὸ βασίλειον αὐτῆς καὶ ποιήσας αὐτὴν ὑπὸ τὴν Ἀργείων βασιλείαν, τοῦτ’ ἐστὶν ὑπὸ τὸ ἴδιον κράτος, καὶ εὐθέως μετὰ τῶν Ἀχαιῶν ἐξώρ‐ μησεν ἐπὶ τὸν Τρωικὸν πόλεμον. καὶ ἐπανελθὼν μετὰ τὴν νίκην</w:t>
      </w:r>
    </w:p>
    <w:p>
      <w:r>
        <w:rPr>
          <w:rFonts w:ascii="Courier New" w:hAnsi="Courier New"/>
          <w:color w:val="555555"/>
          <w:sz w:val="20"/>
        </w:rPr>
        <w:t>[15]</w:t>
      </w:r>
    </w:p>
    <w:p>
      <w:r>
        <w:rPr>
          <w:rFonts w:ascii="Gentium Plus" w:hAnsi="Gentium Plus"/>
          <w:sz w:val="24"/>
        </w:rPr>
        <w:t>τῆς Τροίας ἐπὶ τὸ ἴδιον αὐτοῦ βασίλειον οὐκ ἐδέχθη ὑπὸ τῆς ἰδίας πόλεως ἢ τῆς συγκλήτου αὐτοῦ, ἀλλ’ ἀντέστησαν αὐτῷ ἐν δυνάμει πολεμοῦντες. μαθὼν δὲ ὅτι ἡ γυνὴ αὐτοῦ ἡ Αἰγιάλεια κατασκευάζει αὐτῷ θάνατον, ὡς πορνευθεῖσα ὑπό τινος συγκλη‐ τικοῦ αὐτοῦ, ὅστις καὶ ἀνθίστατο αὐτῷ κραταιῶς, ὁμοίως δὲ</w:t>
      </w:r>
    </w:p>
    <w:p>
      <w:r>
        <w:rPr>
          <w:rFonts w:ascii="Courier New" w:hAnsi="Courier New"/>
          <w:color w:val="555555"/>
          <w:sz w:val="20"/>
        </w:rPr>
        <w:t>[20]</w:t>
      </w:r>
    </w:p>
    <w:p>
      <w:r>
        <w:rPr>
          <w:rFonts w:ascii="Gentium Plus" w:hAnsi="Gentium Plus"/>
          <w:sz w:val="24"/>
        </w:rPr>
        <w:t>ἀκούσας ὅτι ἐπορνεύθη ὑπὸ τοῦ Οἴακος, υἱοῦ τοῦ Ναυπλίου, οἵτινες διὰ τὸν πρὸς αὐτὴν ἔρωτα πολλῷ σθένει ἀντεμάχοντο αὐτῷ, καθὼς ὁ σοφὸς Δίδυμος ἐξέθετο, προσεσχηκὼς δὲ ὁ Διο‐</w:t>
      </w:r>
    </w:p>
    <w:p>
      <w:r>
        <w:rPr>
          <w:rFonts w:ascii="Courier New" w:hAnsi="Courier New"/>
          <w:color w:val="555555"/>
          <w:sz w:val="20"/>
        </w:rPr>
        <w:t>[Chron . 167]</w:t>
      </w:r>
    </w:p>
    <w:p>
      <w:r>
        <w:rPr>
          <w:rFonts w:ascii="Gentium Plus" w:hAnsi="Gentium Plus"/>
          <w:sz w:val="24"/>
        </w:rPr>
        <w:t>νην αὐτῷ, μὴ δυνάμενος δὲ ἀπελθεῖν μηδὲ ἐπὶ τὴν Αἰτωλίαν, τὴν ἰδίαν αὐτοῦ βασιλείαν, ὡς λύσας αὐτῆς τὸ βασίλειον, πα‐ ραχωρήσας τὴν ἰδίαν αὐτοῦ βασιλείαν ἀνεχώρησεν, ἀποπλεύσας ἐπὶ τὴν Καλαβρίων χώραν· καὶ κτίζει πόλιν ἐκεῖ παραλίαν, ἣν</w:t>
      </w:r>
    </w:p>
    <w:p>
      <w:r>
        <w:rPr>
          <w:rFonts w:ascii="Courier New" w:hAnsi="Courier New"/>
          <w:color w:val="555555"/>
          <w:sz w:val="20"/>
        </w:rPr>
        <w:t>[5]</w:t>
      </w:r>
    </w:p>
    <w:p>
      <w:r>
        <w:rPr>
          <w:rFonts w:ascii="Gentium Plus" w:hAnsi="Gentium Plus"/>
          <w:sz w:val="24"/>
        </w:rPr>
        <w:t>ὠνόμασεν Ἀργυρίππην, ὡς προγέγραπται, τὴν μετακληθεῖσαν Βενέβεντον νῦν. καὶ δεξάμενος τὸν Αἰνείαν ἐκριφέντα ἐν τῇ αὐτῇ πόλει κατέσχεν, ἐν πολλῇ τιμῇ καὶ θεραπείᾳ ἔχων αὐτόν· καὶ συνδιῆξεν αὐτῷ ὁ Αἰνείας τὸν χειμῶνα. Καὶ λέγει τῷ Διομήδει ὁ Αἰνείας, Ἔγνων ὅτι τὸ θεῖον Παλ‐</w:t>
      </w:r>
    </w:p>
    <w:p>
      <w:r>
        <w:rPr>
          <w:rFonts w:ascii="Courier New" w:hAnsi="Courier New"/>
          <w:color w:val="555555"/>
          <w:sz w:val="20"/>
        </w:rPr>
        <w:t>[10]</w:t>
      </w:r>
    </w:p>
    <w:p>
      <w:r>
        <w:rPr>
          <w:rFonts w:ascii="Gentium Plus" w:hAnsi="Gentium Plus"/>
          <w:sz w:val="24"/>
        </w:rPr>
        <w:t>λάδιον τὸ ἐν τῇ Τροίῃ ἀποκείμενον ἐκομίσω, ὅπως ἐπιγραφῇ δίδοται τὸ Παλλάδιον τῷ Αἰνείᾳ. ὁ δὲ Διομήδης εἶπεν αὐτῷ ὅτι Ἐξ οὗ τοῦτο μετὰ τοῦ Ὀδυσσέως ἀφειλόμην οὐκ ἔλειψάν μοι συμφοραὶ οὔτε τῷ ἐμῷ στρατῷ· ὅθεν ἠναγκάσθην αἰτῆσαι τὴν Πυθίαν περὶ αὐτοῦ· καὶ ἐδόθη μοι χρησμὸς ἀποδοῦναι αὐτῷ τοῖς</w:t>
      </w:r>
    </w:p>
    <w:p>
      <w:r>
        <w:rPr>
          <w:rFonts w:ascii="Courier New" w:hAnsi="Courier New"/>
          <w:color w:val="555555"/>
          <w:sz w:val="20"/>
        </w:rPr>
        <w:t>[15]</w:t>
      </w:r>
    </w:p>
    <w:p>
      <w:r>
        <w:rPr>
          <w:rFonts w:ascii="Gentium Plus" w:hAnsi="Gentium Plus"/>
          <w:sz w:val="24"/>
        </w:rPr>
        <w:t>Τρωσί. καὶ εἶπεν ὁ Αἰνείας, Δός μοι αὐτό. καὶ εὐθέως ποιή‐ σας θυσίαν ὁ Διομήδης παρέσχε τὸ Παλλάδιον τῷ Αἰνείᾳ. καὶ λαβὼν αὐτὸ ὁ Αἰνείας, καταφθάσαντος τοῦ θέρους, ἐξώρμησεν ἐπὶ τὴν Ἰταλίαν πρὸς τὸν Λατῖνον· καὶ ἑαυτὸν συμμίξας αὐτῷ μεθ’ ἧς εἶχε βοηθείας ἐνόπλου στρατοῦ τῶν Φρυγῶν, ἐπολέμη‐</w:t>
      </w:r>
    </w:p>
    <w:p>
      <w:r>
        <w:rPr>
          <w:rFonts w:ascii="Courier New" w:hAnsi="Courier New"/>
          <w:color w:val="555555"/>
          <w:sz w:val="20"/>
        </w:rPr>
        <w:t>[20]</w:t>
      </w:r>
    </w:p>
    <w:p>
      <w:r>
        <w:rPr>
          <w:rFonts w:ascii="Gentium Plus" w:hAnsi="Gentium Plus"/>
          <w:sz w:val="24"/>
        </w:rPr>
        <w:t>σαν τοῖς Ῥουστούλοις· καὶ εἰς αὐτὸν τὸν πόλεμον ὁ Λατῖνος ὁ τοῦ Τηλέφου υἱὸς ἐσφάγη, καὶ ἤνεγκαν οἱ Ῥουστοῦλοι τὰς</w:t>
      </w:r>
    </w:p>
    <w:p>
      <w:r>
        <w:rPr>
          <w:rFonts w:ascii="Courier New" w:hAnsi="Courier New"/>
          <w:color w:val="555555"/>
          <w:sz w:val="20"/>
        </w:rPr>
        <w:t>[Chron . 168]</w:t>
      </w:r>
    </w:p>
    <w:p>
      <w:r>
        <w:rPr>
          <w:rFonts w:ascii="Gentium Plus" w:hAnsi="Gentium Plus"/>
          <w:sz w:val="24"/>
        </w:rPr>
        <w:t>Καὶ ἀπῆλθεν ὁ Αἰνείας πρὸς τὸν Εὔανδρον καὶ τὸν υἱὸν αὐτοῦ Πάλλαντα, ἄνδρας πολεμικωτάτους· οἵτινες διῆγον εἰς τὴν Ἰταλίαν, οἰκοῦντες κώμην λεγομένην Βαλεντίαν, ἰθύνοντες ἐπαρχίαν μίαν. ἐν ᾗ κώμῃ καὶ ἔκτισεν ὁ Πάλλας οἶκον μέγαν</w:t>
      </w:r>
    </w:p>
    <w:p>
      <w:r>
        <w:rPr>
          <w:rFonts w:ascii="Courier New" w:hAnsi="Courier New"/>
          <w:color w:val="555555"/>
          <w:sz w:val="20"/>
        </w:rPr>
        <w:t>[5]</w:t>
      </w:r>
    </w:p>
    <w:p>
      <w:r>
        <w:rPr>
          <w:rFonts w:ascii="Gentium Plus" w:hAnsi="Gentium Plus"/>
          <w:sz w:val="24"/>
        </w:rPr>
        <w:t>πάνυ, οἷον οὐκ εἶχεν ἡ περίχωρος ἐκείνη, ὅστις οἶκος ἐκλήθη τὸ Παλλάντιν, καὶ ἀπὸ τότε ἐκλήθη τὰ βασιλικὰ κατοικητήρια παλ‐ λάντιον ἐκ τοῦ Πάλλαντος. καὶ ᾔτησεν αὐτοὺς λαβεῖν παρ’ αὐ‐ τῶν ὁ Αἰνείας βοήθειαν στρατοῦ· ᾧτινι παρέσχεν ὁ αὐτὸς Πάλ‐ λας καὶ ὁ αὐτοῦ πατὴρ Εὔανδρος γενναίους πολεμιστὰς ἄνδρας υʹ.</w:t>
      </w:r>
    </w:p>
    <w:p>
      <w:r>
        <w:rPr>
          <w:rFonts w:ascii="Courier New" w:hAnsi="Courier New"/>
          <w:color w:val="555555"/>
          <w:sz w:val="20"/>
        </w:rPr>
        <w:t>[10]</w:t>
      </w:r>
    </w:p>
    <w:p>
      <w:r>
        <w:rPr>
          <w:rFonts w:ascii="Gentium Plus" w:hAnsi="Gentium Plus"/>
          <w:sz w:val="24"/>
        </w:rPr>
        <w:t>καὶ πάλιν ἀπελθὼν ὁ αὐτὸς Αἰνείας πρὸς ἄλλους τοπάρχας ἔλα‐ βε πολλὴν βοήθειαν στρατοῦ, ἐπειδὴ πᾶσα ἡ χώρα ἐκείνη ἐναν‐ τιοῦτο τοῖς Ῥουστούλοις καὶ τῷ Τούρνῳ, βασιλεῖ αὐτῶν. καὶ συνέβαλεν αὐτοῖς ὁ Αἰνείας πόλεμον, καὶ ἐνικήθησαν τὸν πόλεμον οἱ Ῥουστοῦλοι ὑπὸ τοῦ Αἰνείου, σφαγέντος τοῦ Τούρνου· καὶ</w:t>
      </w:r>
    </w:p>
    <w:p>
      <w:r>
        <w:rPr>
          <w:rFonts w:ascii="Courier New" w:hAnsi="Courier New"/>
          <w:color w:val="555555"/>
          <w:sz w:val="20"/>
        </w:rPr>
        <w:t>[15]</w:t>
      </w:r>
    </w:p>
    <w:p>
      <w:r>
        <w:rPr>
          <w:rFonts w:ascii="Gentium Plus" w:hAnsi="Gentium Plus"/>
          <w:sz w:val="24"/>
        </w:rPr>
        <w:t>ἔλαβεν ὁ Αἰνείας μετὰ τὴν νίκην τὴν βασιλείαν καὶ τὴν θυγα‐ τέρα τοῦ Λατίνου Ἀλβανίαν. καὶ κτίζει ἐκεῖ πόλιν ὁ αὐτὸς Αἰ‐ νείας μεγάλην, ἥντινα ἐπωνόμασεν Ἀλβανίαν· καὶ ἀποτίθεται ὁ Αἰνείας ὃ ἔλαβε Παλλάδιον ἀπὸ τοῦ Διομήδους ἐν τῇ αὐτῇ πόλει Ἀλβανίᾳ. ἐβασίλευσε δὲ ὁ Αἰνείας μετὰ τὸν Λατῖνον</w:t>
      </w:r>
    </w:p>
    <w:p>
      <w:r>
        <w:rPr>
          <w:rFonts w:ascii="Courier New" w:hAnsi="Courier New"/>
          <w:color w:val="555555"/>
          <w:sz w:val="20"/>
        </w:rPr>
        <w:t>[20]</w:t>
      </w:r>
    </w:p>
    <w:p>
      <w:r>
        <w:rPr>
          <w:rFonts w:ascii="Gentium Plus" w:hAnsi="Gentium Plus"/>
          <w:sz w:val="24"/>
        </w:rPr>
        <w:t>ἔτη ιθʹ. Μετὰ δὲ τὸν Αἰνείαν ἐβασίλευσεν ἐκεῖ Ἀσκάνιος Ἰούλιος, ὁ υἱὸς τοῦ Αἰνείου ἀπὸ τῆς Κρεούσης τῆς Τρῳάδος, τῆς</w:t>
      </w:r>
    </w:p>
    <w:p>
      <w:r>
        <w:rPr>
          <w:rFonts w:ascii="Courier New" w:hAnsi="Courier New"/>
          <w:color w:val="555555"/>
          <w:sz w:val="20"/>
        </w:rPr>
        <w:t>[Chron . 169]</w:t>
      </w:r>
    </w:p>
    <w:p>
      <w:r>
        <w:rPr>
          <w:rFonts w:ascii="Gentium Plus" w:hAnsi="Gentium Plus"/>
          <w:sz w:val="24"/>
        </w:rPr>
        <w:t>Λαβινίαν πόλιν, καὶ τὸ βασίλειον τοῖς Λαβινησίοις ἐπέθηκε, μεταγαγὼν ὁ αὐτὸς Ἀσκάνιος ἐκ τῆς Ἀλβανίας πόλεως τὸ Παλ‐ λάδιον εἰς τὴν αὑτοῦ κτισθεῖσαν πόλιν Λαβινίαν. Ἐν τῷ καιρῷ δὲ τῷ αὐτῷ ἀρχιερεύς τις ἦν τῆς Ἱερουσαλὴμ</w:t>
      </w:r>
    </w:p>
    <w:p>
      <w:r>
        <w:rPr>
          <w:rFonts w:ascii="Courier New" w:hAnsi="Courier New"/>
          <w:color w:val="555555"/>
          <w:sz w:val="20"/>
        </w:rPr>
        <w:t>[5]</w:t>
      </w:r>
    </w:p>
    <w:p>
      <w:r>
        <w:rPr>
          <w:rFonts w:ascii="Gentium Plus" w:hAnsi="Gentium Plus"/>
          <w:sz w:val="24"/>
        </w:rPr>
        <w:t>μετὰ τὴν ἐπάνοδον τὴν ἐκ Βαβυλῶνος τῶν δύο ἡμίσεος σκήπτρων τῶν ἀνελθόντων ἐν τῇ Ἱερουσαλὴμ Ἐλιακεὶμ ὁ υἱὸς Ἰησοῦ. Ἐν δὲ τοῖς αὐτοῖς χρόνοις ἦν Ἱππάσιος, φιλόσοφος Πυθα‐ γορικός· ὅστις τὴν σφαῖραν τοῦ οὐρανοῦ πρῶτος ἐξήνεγκεν ἐκ τῶν δεκαδύο ζωδίων, καὶ κατὰ θάλασσαν ναυαγήσας ἐτελεύτα.</w:t>
      </w:r>
    </w:p>
    <w:p>
      <w:r>
        <w:rPr>
          <w:rFonts w:ascii="Courier New" w:hAnsi="Courier New"/>
          <w:color w:val="555555"/>
          <w:sz w:val="20"/>
        </w:rPr>
        <w:t>[10]</w:t>
      </w:r>
    </w:p>
    <w:p>
      <w:r>
        <w:rPr>
          <w:rFonts w:ascii="Gentium Plus" w:hAnsi="Gentium Plus"/>
          <w:sz w:val="24"/>
        </w:rPr>
        <w:t>ἦν δὲ καὶ Ἰσοκράτης τότε καὶ Περικλῆς καὶ Θουκυδίδης ὁ συγ‐ γραψάμενος τὸν πόλεμον τῶν Πελοποννησίων καὶ Ἀθηναίων. ἐν δὲ τοῖς χρόνοις Θουκυδίδου ἦν καὶ Φειδίας ὁ ἀγαλματοποιὸς καὶ Στησίχορος καὶ Βακχυλίδης, οἳ ἦσαν ὀρχήσεως εὑρεταὶ καὶ ποιη‐ ταί, μετὰ τοὺς προειρημένους φιλοσόφους ἄνδρας· μετὰ δὲ χρό‐</w:t>
      </w:r>
    </w:p>
    <w:p>
      <w:r>
        <w:rPr>
          <w:rFonts w:ascii="Courier New" w:hAnsi="Courier New"/>
          <w:color w:val="555555"/>
          <w:sz w:val="20"/>
        </w:rPr>
        <w:t>[15]</w:t>
      </w:r>
    </w:p>
    <w:p>
      <w:r>
        <w:rPr>
          <w:rFonts w:ascii="Gentium Plus" w:hAnsi="Gentium Plus"/>
          <w:sz w:val="24"/>
        </w:rPr>
        <w:t>νον οἱ προῤῥηθέντες τῶν Ἑλλήνων ἦσαν παιδευταί. ἀναφαίνε‐ ται δὲ μετὰ ταῦτα καὶ Δημοσθένης καὶ Ἀριστοφάνης ὁ κω‐ μῳδός. Μετὰ δὲ τὴν βασιλείαν Δαρείου τοῦ νεωτέρου ἐβασίλευσε Περσῶν Ἀρταξέρξης ὁ Μνήμων καλούμενος ἔτη λθʹ.</w:t>
      </w:r>
    </w:p>
    <w:p>
      <w:r>
        <w:rPr>
          <w:rFonts w:ascii="Courier New" w:hAnsi="Courier New"/>
          <w:color w:val="555555"/>
          <w:sz w:val="20"/>
        </w:rPr>
        <w:t>[20]</w:t>
      </w:r>
    </w:p>
    <w:p>
      <w:r>
        <w:rPr>
          <w:rFonts w:ascii="Gentium Plus" w:hAnsi="Gentium Plus"/>
          <w:sz w:val="24"/>
        </w:rPr>
        <w:t>Ἀλβανῶν δὲ ἐβασίλευσεν Ἄλβας ὁ υἱὸς τοῦ Ἀσκανίου ἔτη</w:t>
      </w:r>
    </w:p>
    <w:p>
      <w:r>
        <w:rPr>
          <w:rFonts w:ascii="Courier New" w:hAnsi="Courier New"/>
          <w:color w:val="555555"/>
          <w:sz w:val="20"/>
        </w:rPr>
        <w:t>[Chron . 170]</w:t>
      </w:r>
    </w:p>
    <w:p>
      <w:r>
        <w:rPr>
          <w:rFonts w:ascii="Gentium Plus" w:hAnsi="Gentium Plus"/>
          <w:sz w:val="24"/>
        </w:rPr>
        <w:t>ἐκαλοῦντο· μεταγαγὼν ἐν τῇ αὐτῇ Σίλβει πόλει καὶ τὸ Παλλάδιον ὁ αὐτὸς Ἄλβας βασιλεύς. καὶ ἐβασίλευσαν λοιπὸν οἱ ἐκ τοῦ γέ‐</w:t>
      </w:r>
    </w:p>
    <w:p>
      <w:pPr>
        <w:jc w:val="center"/>
      </w:pPr>
      <w:r>
        <w:rPr>
          <w:rFonts w:ascii="Gentium Plus" w:hAnsi="Gentium Plus"/>
          <w:b/>
          <w:sz w:val="24"/>
        </w:rPr>
        <w:t>ΛΟΓΟΣ ΕΒΔΟΜΟΣ</w:t>
      </w:r>
    </w:p>
    <w:p>
      <w:r>
        <w:rPr>
          <w:rFonts w:ascii="Courier New" w:hAnsi="Courier New"/>
          <w:color w:val="555555"/>
          <w:sz w:val="20"/>
        </w:rPr>
        <w:t>[t2]</w:t>
      </w:r>
    </w:p>
    <w:p>
      <w:r>
        <w:rPr>
          <w:rFonts w:ascii="Gentium Plus" w:hAnsi="Gentium Plus"/>
          <w:sz w:val="24"/>
        </w:rPr>
        <w:t>ΠΕΡΙ ΚΤΙΣΕΩΣ ΡΩΜΗΣ.</w:t>
      </w:r>
    </w:p>
    <w:p>
      <w:r>
        <w:rPr>
          <w:rFonts w:ascii="Courier New" w:hAnsi="Courier New"/>
          <w:color w:val="555555"/>
          <w:sz w:val="20"/>
        </w:rPr>
        <w:t>[1]</w:t>
      </w:r>
    </w:p>
    <w:p>
      <w:r>
        <w:rPr>
          <w:rFonts w:ascii="Gentium Plus" w:hAnsi="Gentium Plus"/>
          <w:sz w:val="24"/>
        </w:rPr>
        <w:t>Καὶ λοιπὸν ἐβασίλευσε Ῥῶμος ὁ κτίστης τῆς Ῥώμης καὶ Ῥῆ‐ μος ὁ ἀδελφὸς αὐτοῦ· ὅθεν μετεκλήθησαν Ῥωμαῖοι. οἵτινες καὶ τὰ ὅπλα τοῦ Ἡρακλέος τοῦ ἐκ τοῦ γένους τοῦ Πίκου Διὸς εὑρηκότες, ἀπέθεντο ἐν τῇ παρ’ αὐτῶν κτισθείσῃ πόλει Ῥώμῃ</w:t>
      </w:r>
    </w:p>
    <w:p>
      <w:r>
        <w:rPr>
          <w:rFonts w:ascii="Courier New" w:hAnsi="Courier New"/>
          <w:color w:val="555555"/>
          <w:sz w:val="20"/>
        </w:rPr>
        <w:t>[5]</w:t>
      </w:r>
    </w:p>
    <w:p>
      <w:r>
        <w:rPr>
          <w:rFonts w:ascii="Gentium Plus" w:hAnsi="Gentium Plus"/>
          <w:sz w:val="24"/>
        </w:rPr>
        <w:t>τῇ πρῴην λεγομένῃ κώμῃ Βαλεντίᾳ ἐν τῷ Βοαρίῳ φόρῳ εἰς τὸν ναὸν τοῦ Πίκου Διός, ἀποκλείσαντες αὐτὰ ἐκεῖ ἕως ἄρτι. οἱ δὲ αὐτοὶ ἀδελφοὶ ἀνενέωσαν τὸ λεγόμενον Παλάντιον, τὸν βα‐ σιλικὸν οἶκον τὸν τοῦ Πάλλαντος, καὶ ναὸν μέγαν τῷ Διὶ κτί‐ σαντες ἐκάλεσαν αὐτὸν Καπετώλιον ῥωμαϊστί, ὅ ἐστιν ἡ κεφα‐</w:t>
      </w:r>
    </w:p>
    <w:p>
      <w:r>
        <w:rPr>
          <w:rFonts w:ascii="Courier New" w:hAnsi="Courier New"/>
          <w:color w:val="555555"/>
          <w:sz w:val="20"/>
        </w:rPr>
        <w:t>[10]</w:t>
      </w:r>
    </w:p>
    <w:p>
      <w:r>
        <w:rPr>
          <w:rFonts w:ascii="Gentium Plus" w:hAnsi="Gentium Plus"/>
          <w:sz w:val="24"/>
        </w:rPr>
        <w:t>λὴ τῆς πόλεως· ἀγαγόντες δὲ τὸ Παλλάδιον τὸ ξόανον ἀπὸ πό‐ λεως Σίλβης ἀπέθεντο αὐτὸ ἐν τῇ Ῥώμῃ. οἵτινες ἀδελφοὶ ἐν τῷ βασιλεύειν εἰς ἔχθραν ἦλθον πρὸς ἀλλήλους· καὶ ἐφονεύθη ὁ</w:t>
      </w:r>
    </w:p>
    <w:p>
      <w:r>
        <w:rPr>
          <w:rFonts w:ascii="Courier New" w:hAnsi="Courier New"/>
          <w:color w:val="555555"/>
          <w:sz w:val="20"/>
        </w:rPr>
        <w:t>[Chron . 172]</w:t>
      </w:r>
    </w:p>
    <w:p>
      <w:r>
        <w:rPr>
          <w:rFonts w:ascii="Gentium Plus" w:hAnsi="Gentium Plus"/>
          <w:sz w:val="24"/>
        </w:rPr>
        <w:t>Ἐξότε δὲ ἀπέκτεινε τὸν ἴδιον αὐτοῦ ἀδελφόν, ἐσείετο ἡ πόλις πᾶσα Ῥώμη καὶ ἐγίνοντο πόλεμοι ἐμφύλιοι ἐπὶ τῆς αὐτοῦ βα‐ σιλείας. καὶ ἀπελθὼν ὁ αὐτὸς Ῥῶμος εἰς τὸ μαντεῖον ἐπηρώ‐ τησε, Διὰ τί γίνεται ἐπὶ τῆς ἐμῆς μόνης βασιλείας ταῦτα; καὶ ἐῤ‐</w:t>
      </w:r>
    </w:p>
    <w:p>
      <w:r>
        <w:rPr>
          <w:rFonts w:ascii="Courier New" w:hAnsi="Courier New"/>
          <w:color w:val="555555"/>
          <w:sz w:val="20"/>
        </w:rPr>
        <w:t>[5]</w:t>
      </w:r>
    </w:p>
    <w:p>
      <w:r>
        <w:rPr>
          <w:rFonts w:ascii="Gentium Plus" w:hAnsi="Gentium Plus"/>
          <w:sz w:val="24"/>
        </w:rPr>
        <w:t>ῥέθη αὐτῷ ἐκ τῆς Πυθίας ὅτι Εἰ μὴ συγκαθεσθῇ σοι ὁ σὸς ἀδελ‐ φὸς ἐν τῷ βασιλικῷ θρόνῳ, οὐ μὴ σταθῇ ἡ πόλις σου Ῥώμη οὔτε ἡσυχάσει ὁ δῆμος οὔτε ὁ πόλεμος. καὶ ποιήσας ἐκ τῆς εἰ‐ κόνος τοῦ αὐτοῦ ἀδελφοῦ ἐκτύπωμα τοῦ προσώπου, ἤτοι χαρα‐ κτῆρος, αὐτοῦ, χρυσοῦν στηθάριον, στήλην ἔθηκεν ἐν τῷ θρό‐</w:t>
      </w:r>
    </w:p>
    <w:p>
      <w:r>
        <w:rPr>
          <w:rFonts w:ascii="Courier New" w:hAnsi="Courier New"/>
          <w:color w:val="555555"/>
          <w:sz w:val="20"/>
        </w:rPr>
        <w:t>[10]</w:t>
      </w:r>
    </w:p>
    <w:p>
      <w:r>
        <w:rPr>
          <w:rFonts w:ascii="Gentium Plus" w:hAnsi="Gentium Plus"/>
          <w:sz w:val="24"/>
        </w:rPr>
        <w:t>νῳ αὐτοῦ, ἔνθα ἐκάθητο. καὶ οὕτως ἐβασίλευσε τὸν ὑπόλοιπον χρόνον, συγκαθημένου αὐτῷ τοῦ ὁλοχρύσου ἐκτυπώματος τοῦ αὐτοῦ ἀδελφοῦ Ῥήμου· καὶ ἐπαύσατο ὁ σεισμὸς τῆς πόλεως καὶ ἡσύχασεν ἡ δημοτικὴ ταραχή. καὶ εἴ τι δὲ ἂν ἐκέλευε θεσπίζων, ἔλεγεν ὡς ἀφ’ ἑαυτοῦ καὶ τοῦ ἀδελφοῦ αὐτοῦ, λέγων Ἐκελεύσα‐</w:t>
      </w:r>
    </w:p>
    <w:p>
      <w:r>
        <w:rPr>
          <w:rFonts w:ascii="Courier New" w:hAnsi="Courier New"/>
          <w:color w:val="555555"/>
          <w:sz w:val="20"/>
        </w:rPr>
        <w:t>[15]</w:t>
      </w:r>
    </w:p>
    <w:p>
      <w:r>
        <w:rPr>
          <w:rFonts w:ascii="Gentium Plus" w:hAnsi="Gentium Plus"/>
          <w:sz w:val="24"/>
        </w:rPr>
        <w:t>μεν καὶ Ἐθεσπίσαμεν· ὅπερ ἔθος κατέσχεν ἐξ ἐκείνου παρὰ τοῖς βασιλεῦσιν ἕως τοῦ παρόντος, τὸ λέγειν Ἐκελεύσαμεν καὶ ἐθε‐ σπίσαμεν. ἐκτότε καὶ εἰς τὰς πόλεις τὰς ὑπὸ Ῥωμαίους ἔπεμψε στηθάρια ὁλόχρυσα αὐτοῦ καὶ τοῦ ἀδελφοῦ αὐτοῦ, ὥστε τίθε‐ σθαι πλησία τῶν ἀρχόντων.</w:t>
      </w:r>
    </w:p>
    <w:p>
      <w:r>
        <w:rPr>
          <w:rFonts w:ascii="Courier New" w:hAnsi="Courier New"/>
          <w:color w:val="555555"/>
          <w:sz w:val="20"/>
        </w:rPr>
        <w:t>[20]</w:t>
      </w:r>
    </w:p>
    <w:p>
      <w:r>
        <w:rPr>
          <w:rFonts w:ascii="Gentium Plus" w:hAnsi="Gentium Plus"/>
          <w:sz w:val="24"/>
        </w:rPr>
        <w:t>Ὁ δὲ αὐτὸς Ῥῶμος βασιλεὺς μετὰ τὸ πληρῶσαι τὰ τείχη καὶ κοσμῆσαι τὴν πόλιν ἔκτισε καὶ τῷ Ἄρηι ναόν· καὶ ἐν αὐτῷ τῷ μηνὶ ἐποίησεν ἑορτὴν μεγάλην θυσίας τῷ Ἄρηι, καλέσας καὶ τὸν</w:t>
      </w:r>
    </w:p>
    <w:p>
      <w:r>
        <w:rPr>
          <w:rFonts w:ascii="Courier New" w:hAnsi="Courier New"/>
          <w:color w:val="555555"/>
          <w:sz w:val="20"/>
        </w:rPr>
        <w:t>[Chron . 173]</w:t>
      </w:r>
    </w:p>
    <w:p>
      <w:r>
        <w:rPr>
          <w:rFonts w:ascii="Gentium Plus" w:hAnsi="Gentium Plus"/>
          <w:sz w:val="24"/>
        </w:rPr>
        <w:t>νεύεται Ἄρεως. ἥνπερ ἑορτὴν κατ’ ἔθος οἱ Ῥωμαῖοι πάντες ἐπι‐ τελοῦσιν ἕως τῆς νῦν, καλοῦντες τὴν ἡμέραν τῆς πανηγύρεως Μάρτις ἐν κάμπῳ. καὶ εὐθέως πάλιν ἀρξάμενος ἔκτισε τὸ ἱππικὸν ἐν τῇ Ῥώμῃ, θέλων διασκεδάσαι τὸ πλῆθος τοῦ δήμου</w:t>
      </w:r>
    </w:p>
    <w:p>
      <w:r>
        <w:rPr>
          <w:rFonts w:ascii="Courier New" w:hAnsi="Courier New"/>
          <w:color w:val="555555"/>
          <w:sz w:val="20"/>
        </w:rPr>
        <w:t>[5]</w:t>
      </w:r>
    </w:p>
    <w:p>
      <w:r>
        <w:rPr>
          <w:rFonts w:ascii="Gentium Plus" w:hAnsi="Gentium Plus"/>
          <w:sz w:val="24"/>
        </w:rPr>
        <w:t>τῶν Ῥωμαίων, ὅτι ἐστασίαζον καὶ ἐπήρχοντο αὐτῷ διὰ τὸν ἀδελφὸν αὐτοῦ. καὶ ἐπετέλεσε πρῶτος ἱπποδρόμιον ἐν τῇ χώρᾳ τῆς Ῥώμης εἰς ἑορτὴν τοῦ Ἡλίου, φησί, καὶ εἰς τιμὴν τῶν ὑπ’ αὐτὸν τεσσάρων στοιχείων, τοῦτ’ ἐστὶ τῆς γῆς καὶ τῆς θαλάσ‐ σης καὶ τοῦ πυρὸς καὶ τοῦ ἀέρος, λογισάμενος καὶ τοῦτο, ὅτι</w:t>
      </w:r>
    </w:p>
    <w:p>
      <w:r>
        <w:rPr>
          <w:rFonts w:ascii="Courier New" w:hAnsi="Courier New"/>
          <w:color w:val="555555"/>
          <w:sz w:val="20"/>
        </w:rPr>
        <w:t>[10]</w:t>
      </w:r>
    </w:p>
    <w:p>
      <w:r>
        <w:rPr>
          <w:rFonts w:ascii="Gentium Plus" w:hAnsi="Gentium Plus"/>
          <w:sz w:val="24"/>
        </w:rPr>
        <w:t>εὐτυχῶς φέρονται οἱ τῶν Περσῶν βασιλεῖς εἰς τοὺς πολέμους, ὡς τιμῶντες τὰ αὐτὰ τέσσαρα στοιχεῖα. ὁ δὲ τῆς Πισαίων χώρας βασιλεὺς Οἰνόμαος ἀγῶνα ἐπετέλει ἐπὶ τὰ Εὐρώπεια μέρη μηνὶ δύστρῳ τῷ καὶ μαρτίῳ κεʹ τῷ Ἡλίῳ Τιτᾶνι ὡς ὑψουμένῳ ἀγωνιζομένης, φησί, τῆς γῆς καὶ τῆς θαλάσσης, ὅ ἐστι Δημή‐</w:t>
      </w:r>
    </w:p>
    <w:p>
      <w:r>
        <w:rPr>
          <w:rFonts w:ascii="Courier New" w:hAnsi="Courier New"/>
          <w:color w:val="555555"/>
          <w:sz w:val="20"/>
        </w:rPr>
        <w:t>[15]</w:t>
      </w:r>
    </w:p>
    <w:p>
      <w:r>
        <w:rPr>
          <w:rFonts w:ascii="Gentium Plus" w:hAnsi="Gentium Plus"/>
          <w:sz w:val="24"/>
        </w:rPr>
        <w:t>τρας καὶ Ποσειδῶνος, τῶν ὑποκειμένων στοιχείων τῷ Ἡλίῳ. καὶ ἐβάλλετο κλῆρος μεταξὺ τοῦ αὐτοῦ Οἰνομάου βασιλέως καὶ τοῦ ἐρχομένου ἀπὸ οἱασδήποτε χώρας καταγωνίσασθαι αὐτόν· καὶ ὅτε μὲν ὁ κλῆρος ἐκάλει τὸν Οἰνόμαον ἀγωνίσασθαι ὑπὲρ τοῦ Ποσειδῶνος, ἐφόρει σχῆμα ἱματίων κυανῶν, ὅ ἐστι τῶν ὑδά‐</w:t>
      </w:r>
    </w:p>
    <w:p>
      <w:r>
        <w:rPr>
          <w:rFonts w:ascii="Courier New" w:hAnsi="Courier New"/>
          <w:color w:val="555555"/>
          <w:sz w:val="20"/>
        </w:rPr>
        <w:t>[20]</w:t>
      </w:r>
    </w:p>
    <w:p>
      <w:r>
        <w:rPr>
          <w:rFonts w:ascii="Gentium Plus" w:hAnsi="Gentium Plus"/>
          <w:sz w:val="24"/>
        </w:rPr>
        <w:t>των, καὶ ὁ ἀνταγωνιζόμενος κατ’ αὐτοῦ ἐφόρει τὸ χλοῶδες σχῆ‐ μα, ὅ ἐστι τῆς γῆς. καὶ πάλιν εἰ ἤνεγκεν ὁ κλῆρος τῷ Οἰνομάῳ</w:t>
      </w:r>
    </w:p>
    <w:p>
      <w:r>
        <w:rPr>
          <w:rFonts w:ascii="Courier New" w:hAnsi="Courier New"/>
          <w:color w:val="555555"/>
          <w:sz w:val="20"/>
        </w:rPr>
        <w:t>[Chron . 174]</w:t>
      </w:r>
    </w:p>
    <w:p>
      <w:r>
        <w:rPr>
          <w:rFonts w:ascii="Gentium Plus" w:hAnsi="Gentium Plus"/>
          <w:sz w:val="24"/>
        </w:rPr>
        <w:t>ὁ ἀνταγωνιστὴς αὐτοῦ ἐφόρει τὸ σχῆμα τοῦ Ποσειδῶνος, ὅ ἐστι τῶν ὑδάτων, τὸ κυανόν· καὶ ὁ ἡττώμενος ἐφονεύετο. καὶ πλῆ‐ θος ἄπειρον ἤρχετο θεωρῆσαι τὸν ἐτήσιον βασιλικὸν ἀγῶνα ἀπὸ ἑκάστης χώρας καὶ πόλεως· καὶ οἱ μὲν τὰς παραλίους πόλεις οἰ‐</w:t>
      </w:r>
    </w:p>
    <w:p>
      <w:r>
        <w:rPr>
          <w:rFonts w:ascii="Courier New" w:hAnsi="Courier New"/>
          <w:color w:val="555555"/>
          <w:sz w:val="20"/>
        </w:rPr>
        <w:t>[5]</w:t>
      </w:r>
    </w:p>
    <w:p>
      <w:r>
        <w:rPr>
          <w:rFonts w:ascii="Gentium Plus" w:hAnsi="Gentium Plus"/>
          <w:sz w:val="24"/>
        </w:rPr>
        <w:t>κοῦντες καὶ τὰς νήσους πολῖται καὶ τὰς κώμας τὰς παραλίους καὶ ναῦται ηὔχοντο νικῆσαι τὸν φοροῦντα τὸ κυανὸν σχῆμα, τοῦτ’ ἐστὶ τὸ τοῦ Ποσειδῶνος, οἰωνιζόμενοι ὅτι ἐὰν ἡττηθῇ ὁ ὑπὲρ τοῦ Ποσειδῶνος ἀγωνιζόμενος, ἔκλειψις ἰχθύων γίνεται παν‐ τοίων καὶ ναυάγια θαλάσσης καὶ ἀνέμων βιαίων ἀνάγκαι. οἱ</w:t>
      </w:r>
    </w:p>
    <w:p>
      <w:r>
        <w:rPr>
          <w:rFonts w:ascii="Courier New" w:hAnsi="Courier New"/>
          <w:color w:val="555555"/>
          <w:sz w:val="20"/>
        </w:rPr>
        <w:t>[10]</w:t>
      </w:r>
    </w:p>
    <w:p>
      <w:r>
        <w:rPr>
          <w:rFonts w:ascii="Gentium Plus" w:hAnsi="Gentium Plus"/>
          <w:sz w:val="24"/>
        </w:rPr>
        <w:t>δὲ τὰς μεσογείους οἰκοῦντες πολῖται καὶ ἐπιχώριοι ἄγροικοι καὶ πάντες οἱ ἐν τῇ γεωργίᾳ κάμνοντες ηὔχοντο νικῆσαι τὸν φοροῦν‐ τα τὸ χλοῶδες σχῆμα, οἰωνιζόμενοι ὅτι εἰ ἡττηθῇ ὁ ὑπὲρ τῆς Δημήτρας ἀγωνιζόμενος, ὅ ἐστιν ὑπὲρ τῆς γῆς, λιμὸς σίτου καὶ σπάνις οἴνου καὶ ἐλαίου καὶ τῶν ἄλλων καρπῶν γίνεται.</w:t>
      </w:r>
    </w:p>
    <w:p>
      <w:r>
        <w:rPr>
          <w:rFonts w:ascii="Courier New" w:hAnsi="Courier New"/>
          <w:color w:val="555555"/>
          <w:sz w:val="20"/>
        </w:rPr>
        <w:t>[15]</w:t>
      </w:r>
    </w:p>
    <w:p>
      <w:r>
        <w:rPr>
          <w:rFonts w:ascii="Gentium Plus" w:hAnsi="Gentium Plus"/>
          <w:sz w:val="24"/>
        </w:rPr>
        <w:t>καὶ ἐνίκησε πολλοὺς ὁ Οἰνόμαος ἀνταγωνιστὰς καὶ ἐπὶ πολλὰ ἔτη· εἶχε γὰρ καὶ τὸν Ἄψυρτον διδάσκοντα αὐτὸν τὴν ἡνιοχικὴν τέχνην. ὅστις Οἰνόμαος ἡττηθεὶς ὑπὸ Πέλοπος τοῦ Λυδοῦ ἐφονεύθη. Τὸν δὲ ἱππικὸν ἀγῶνα τοῦτον ἐπενόησε πρῶτος Ἐνυάλιός τις ὀνόματι, υἱὸς Ποσειδῶνος, ἀγαγόμενος τὴν Λιβύην, θυγατέρα</w:t>
      </w:r>
    </w:p>
    <w:p>
      <w:r>
        <w:rPr>
          <w:rFonts w:ascii="Courier New" w:hAnsi="Courier New"/>
          <w:color w:val="555555"/>
          <w:sz w:val="20"/>
        </w:rPr>
        <w:t>[20]</w:t>
      </w:r>
    </w:p>
    <w:p>
      <w:r>
        <w:rPr>
          <w:rFonts w:ascii="Gentium Plus" w:hAnsi="Gentium Plus"/>
          <w:sz w:val="24"/>
        </w:rPr>
        <w:t>τῆς Ἰοῦς καὶ τοῦ Πίκου Διός, ὃς κρατήσας τὰ μεσημβρινὰ μέρη ἐκάλεσε τὴν αὐτὴν χώραν ἐν ᾗ ἐβασίλευσε Λιβύην εἰς ὄνομα</w:t>
      </w:r>
    </w:p>
    <w:p>
      <w:r>
        <w:rPr>
          <w:rFonts w:ascii="Courier New" w:hAnsi="Courier New"/>
          <w:color w:val="555555"/>
          <w:sz w:val="20"/>
        </w:rPr>
        <w:t>[Chron . 175]</w:t>
      </w:r>
    </w:p>
    <w:p>
      <w:r>
        <w:rPr>
          <w:rFonts w:ascii="Gentium Plus" w:hAnsi="Gentium Plus"/>
          <w:sz w:val="24"/>
        </w:rPr>
        <w:t>ἅρμασι διπώλοις ἐφεῦρε, καθὼς ταῦτα συνεγράψατο Καλλίμαχος ὁ σοφὸς ἐν τοῖς Ἐτησίοις αὐτοῦ. Καὶ λοιπὸν μετ’ αὐτὸν ὁ Ἐριχθόνιος ἐπετέλεσε τὸν αὐτὸν ἀγῶνα ἅρμασι τετραπώλοις· διὸ καὶ περιβόητος ἐγένετο, καθὰ</w:t>
      </w:r>
    </w:p>
    <w:p>
      <w:r>
        <w:rPr>
          <w:rFonts w:ascii="Courier New" w:hAnsi="Courier New"/>
          <w:color w:val="555555"/>
          <w:sz w:val="20"/>
        </w:rPr>
        <w:t>[5]</w:t>
      </w:r>
    </w:p>
    <w:p>
      <w:r>
        <w:rPr>
          <w:rFonts w:ascii="Gentium Plus" w:hAnsi="Gentium Plus"/>
          <w:sz w:val="24"/>
        </w:rPr>
        <w:t>ἐν ταῖς Χάρακος ἐμφέρεται ἱστορίαις· ὃς συνεγράψατο καὶ ταῦτα, ὅτι τοῦ ἱπποδρομίου τὸ κτίσμα εἰς τὴν τοῦ κόσμου διοίκησιν ᾠκο‐ δομήθη, τοῦτ’ ἐστὶ τοῦ οὐρανοῦ καὶ τῆς γῆς καὶ τῆς θαλάσσης· τὰς δὲ δεκαδύο θύρας τοὺς δώδεκα οἴκους ἱστόρησε τοῦ ζωδια‐ κοῦ τοῦ διοικοῦντος τὴν γῆν καὶ τὴν θάλασσαν καὶ τῶν ἀν‐</w:t>
      </w:r>
    </w:p>
    <w:p>
      <w:r>
        <w:rPr>
          <w:rFonts w:ascii="Courier New" w:hAnsi="Courier New"/>
          <w:color w:val="555555"/>
          <w:sz w:val="20"/>
        </w:rPr>
        <w:t>[10]</w:t>
      </w:r>
    </w:p>
    <w:p>
      <w:r>
        <w:rPr>
          <w:rFonts w:ascii="Gentium Plus" w:hAnsi="Gentium Plus"/>
          <w:sz w:val="24"/>
        </w:rPr>
        <w:t>θρώπων τὸν παροδικὸν τοῦ βίου δρόμον. τὸ δὲ πέλμα τοῦ ἱπ‐ πικοῦ τὴν γῆν πᾶσαν εἶναι, τὸν δὲ εὔριπον τὴν θάλασσαν ὑπὸ τῆς γῆς μεσαζομένην, τὸν δὲ ἐπὶ τὰς θύρας καμπτὸν τὴν ἀνατο‐ λήν, τὸν δὲ ἐπὶ τὴν σφενδόνην τὴν δύσιν, τὰ δὲ ἑπτὰ σπάτια τὸν δρόμον καὶ τὴν κίνησιν τῆς ἀστρονομίας τῶν ἑπτὰ ἀστέρων</w:t>
      </w:r>
    </w:p>
    <w:p>
      <w:r>
        <w:rPr>
          <w:rFonts w:ascii="Courier New" w:hAnsi="Courier New"/>
          <w:color w:val="555555"/>
          <w:sz w:val="20"/>
        </w:rPr>
        <w:t>[15]</w:t>
      </w:r>
    </w:p>
    <w:p>
      <w:r>
        <w:rPr>
          <w:rFonts w:ascii="Gentium Plus" w:hAnsi="Gentium Plus"/>
          <w:sz w:val="24"/>
        </w:rPr>
        <w:t>τῆς μεγάλης ἄρκτου. Ὁ δὲ Ῥῶμος βασιλεὺς πρὸς τιμὴν καὶ αὐτὸς τοῦ Ἡλίου καὶ τῶν ὑπ’ αὐτὸν τεσσάρων στοιχείων τὸν ἀγῶνα ἐν τῇ Ῥώμῃ πρῶτος ἐφεῦρε, καὶ ἐπετέλεσεν ἐν τῇ χώρᾳ τῆς δύσεως, ἤτοι τῆς Ἰταλίας, ἅρμασι τετραπώλοις, τοῦτ’ ἐστὶ τῇ γῇ καὶ τῇ θαλάσ‐</w:t>
      </w:r>
    </w:p>
    <w:p>
      <w:r>
        <w:rPr>
          <w:rFonts w:ascii="Courier New" w:hAnsi="Courier New"/>
          <w:color w:val="555555"/>
          <w:sz w:val="20"/>
        </w:rPr>
        <w:t>[20]</w:t>
      </w:r>
    </w:p>
    <w:p>
      <w:r>
        <w:rPr>
          <w:rFonts w:ascii="Gentium Plus" w:hAnsi="Gentium Plus"/>
          <w:sz w:val="24"/>
        </w:rPr>
        <w:t>σῃ καὶ τῷ πυρὶ καὶ τῷ ἀέρι. καὶ ἐπέθηκεν ὁ Ῥῶμος τοῖς αὐ‐ τοῖς τέτρασι στοιχείοις τὰ ὀνόματα, τῇ γῇ τὸ Πράσινον μέρος, ὅ ἐστι τὸ χλοῶδες, τῇ δὲ θαλάσσῃ, ὅ ἐστι τοῖς ὕδασιν, τὸ Βέ‐</w:t>
      </w:r>
    </w:p>
    <w:p>
      <w:r>
        <w:rPr>
          <w:rFonts w:ascii="Courier New" w:hAnsi="Courier New"/>
          <w:color w:val="555555"/>
          <w:sz w:val="20"/>
        </w:rPr>
        <w:t>[Chron . 176]</w:t>
      </w:r>
    </w:p>
    <w:p>
      <w:r>
        <w:rPr>
          <w:rFonts w:ascii="Gentium Plus" w:hAnsi="Gentium Plus"/>
          <w:sz w:val="24"/>
        </w:rPr>
        <w:t>θρόν, τῷ δὲ ἀέρι τὸ Ἄλβον μέρος, ὡς λευκόν· κἀκεῖθεν ἐπε‐ νοήθη τὰ τέσσαρα μέρη ἐν Ῥώμῃ. ἐκάλεσε δὲ τὸ Πράσινον μέ‐ ρος, ὅ ἐστι ῥωμαϊστὶ τὸ ἐμπαράμονον, πραισεντεύειν γὰρ λέγεται τὸ παραμένειν, διότι ἡ χλοώδης γῆ διὰ παντὸς ἵσταται σὺν τοῖς</w:t>
      </w:r>
    </w:p>
    <w:p>
      <w:r>
        <w:rPr>
          <w:rFonts w:ascii="Courier New" w:hAnsi="Courier New"/>
          <w:color w:val="555555"/>
          <w:sz w:val="20"/>
        </w:rPr>
        <w:t>[5]</w:t>
      </w:r>
    </w:p>
    <w:p>
      <w:r>
        <w:rPr>
          <w:rFonts w:ascii="Gentium Plus" w:hAnsi="Gentium Plus"/>
          <w:sz w:val="24"/>
        </w:rPr>
        <w:t>ἄλσεσι. τὸ δὲ Βένετον ἐκάλεσεν ἐκ τοῦ εἶναι ὑπὸ τὴν Ῥώμην ἐπαρχίαν μεγάλην χώραν λεγομένην Βενετζίαν, ἧστινος μητρό‐ πολίς ἐστιν Ἀκυληία, κἀκεῖθεν ἐξέρχεται τὰ κυανά, τοῦτ’ ἐστὶ τὰ Βενέτζια βάμματα τῶν ἱματίων. καὶ προσεκόλλησε τῷ Πρα‐ σίνῳ μέρει, ὅ ἐστι τῇ γῇ, τὸ λευκόν, φησί, τὸν ἀέρα, καθότι καὶ</w:t>
      </w:r>
    </w:p>
    <w:p>
      <w:r>
        <w:rPr>
          <w:rFonts w:ascii="Courier New" w:hAnsi="Courier New"/>
          <w:color w:val="555555"/>
          <w:sz w:val="20"/>
        </w:rPr>
        <w:t>[10]</w:t>
      </w:r>
    </w:p>
    <w:p>
      <w:r>
        <w:rPr>
          <w:rFonts w:ascii="Gentium Plus" w:hAnsi="Gentium Plus"/>
          <w:sz w:val="24"/>
        </w:rPr>
        <w:t>βρέχει καὶ ὑπουργεῖ καὶ ἁρμόττει τῇ γῇ· καὶ τῷ Βενέτῳ μέρει, ὅ ἐστι τοῖς ὕδασι, προσεκόλλησε συμμίξας τὸ Ῥούσιον μέρος, ὅ ἐστι τὸ πῦρ, καθότι σβέννυσι τὸ ὕδωρ τὸ πῦρ, ὡς ὑποτεταγμέ‐ νον αὐτῷ. καὶ λοιπὸν οἱ τὴν Ῥώμην οἰκοῦντες διεμερίσθησαν εἰς τὰ μέρη, καὶ οὐκέτι ὡμονόησαν πρὸς ἀλλήλους διὰ τὸ ἐρᾶν</w:t>
      </w:r>
    </w:p>
    <w:p>
      <w:r>
        <w:rPr>
          <w:rFonts w:ascii="Courier New" w:hAnsi="Courier New"/>
          <w:color w:val="555555"/>
          <w:sz w:val="20"/>
        </w:rPr>
        <w:t>[15]</w:t>
      </w:r>
    </w:p>
    <w:p>
      <w:r>
        <w:rPr>
          <w:rFonts w:ascii="Gentium Plus" w:hAnsi="Gentium Plus"/>
          <w:sz w:val="24"/>
        </w:rPr>
        <w:t>λοιπὸν τῆς ἰδίας νίκης καὶ ἀντιποιεῖσθαι τοῦ ἰδίου μέρους, ὥσπερ θρησκείας τινός. καὶ ἐγένετο μέγα σχίσμα ἐν τῇ Ῥώμῃ, καὶ μεγάλην ἔχθραν εἶχον πρὸς ἀλλήλους ἐν τῇ Ῥώμῃ τὰ μέρη, ἀφότε ἐπενόησεν αὐτοῖς τὴν τοῦ ἱππικοῦ θέαν ὁ Ῥῶμος. καὶ ὅτε ἐν οἱῳδήποτε μέρει εἶδεν ὁ Ῥῶμος φιλοῦντας τοὺς λελυπημένους</w:t>
      </w:r>
    </w:p>
    <w:p>
      <w:r>
        <w:rPr>
          <w:rFonts w:ascii="Courier New" w:hAnsi="Courier New"/>
          <w:color w:val="555555"/>
          <w:sz w:val="20"/>
        </w:rPr>
        <w:t>[20]</w:t>
      </w:r>
    </w:p>
    <w:p>
      <w:r>
        <w:rPr>
          <w:rFonts w:ascii="Gentium Plus" w:hAnsi="Gentium Plus"/>
          <w:sz w:val="24"/>
        </w:rPr>
        <w:t>καὶ ἀνθισταμένους αὐτῷ δήμους ἢ συγκλητικοὺς διὰ τὸν θά‐</w:t>
      </w:r>
    </w:p>
    <w:p>
      <w:r>
        <w:rPr>
          <w:rFonts w:ascii="Courier New" w:hAnsi="Courier New"/>
          <w:color w:val="555555"/>
          <w:sz w:val="20"/>
        </w:rPr>
        <w:t>[Chron . 177]</w:t>
      </w:r>
    </w:p>
    <w:p>
      <w:r>
        <w:rPr>
          <w:rFonts w:ascii="Gentium Plus" w:hAnsi="Gentium Plus"/>
          <w:sz w:val="24"/>
        </w:rPr>
        <w:t>κει ἀντέχεσθαι τοῦ ἄλλου μέρους, καὶ εἶχεν αὐτοὺς εὐμενεῖς καὶ ἐναντιουμένους τῷ σκοπῷ τῶν ἐναντίων αὐτοῦ. ἐξ ἐκείνου καὶ οἱ μετ’ αὐτὸν βασιλεῖς τῆς Ῥώμης τῷ αὐτῷ κανόνι ἐχρήσαντο. Ἐν δὲ τῇ βασιλείᾳ τοῦ αὐτοῦ Ῥώμου ὁ στρατὸς αὐτοῦ ἐγέ‐</w:t>
      </w:r>
    </w:p>
    <w:p>
      <w:r>
        <w:rPr>
          <w:rFonts w:ascii="Courier New" w:hAnsi="Courier New"/>
          <w:color w:val="555555"/>
          <w:sz w:val="20"/>
        </w:rPr>
        <w:t>[5]</w:t>
      </w:r>
    </w:p>
    <w:p>
      <w:r>
        <w:rPr>
          <w:rFonts w:ascii="Gentium Plus" w:hAnsi="Gentium Plus"/>
          <w:sz w:val="24"/>
        </w:rPr>
        <w:t>νετο πολὺς ἐπείσακτος, καὶ πλῆθος ἦν ἐν τῇ Ῥώμῃ τῶν ἀγρίων ἀνθρώπων, καὶ οὐκ ἦσαν πρὸς τὰ πλήθη τῶν ἀνδρῶν γυναῖκες. καὶ ἐπεθύμουν τῆς τοῦ βίου ἡδονῆς τὰ τῶν νεανιῶν στρατεύμα‐ τα· καὶ ἐπήρχοντο κατὰ τὴν ἀγορὰν ταῖς γυναιξί, καὶ ἐγένετο ταραχὴ καὶ ἐμφύλιος πόλεμος. καὶ ἠθύμει ὁ Ῥῶμος, ἀμηχανῶν</w:t>
      </w:r>
    </w:p>
    <w:p>
      <w:r>
        <w:rPr>
          <w:rFonts w:ascii="Courier New" w:hAnsi="Courier New"/>
          <w:color w:val="555555"/>
          <w:sz w:val="20"/>
        </w:rPr>
        <w:t>[10]</w:t>
      </w:r>
    </w:p>
    <w:p>
      <w:r>
        <w:rPr>
          <w:rFonts w:ascii="Gentium Plus" w:hAnsi="Gentium Plus"/>
          <w:sz w:val="24"/>
        </w:rPr>
        <w:t>τί πράξει· οὐδεμία γὰρ ἠνείχετο τῶν γυναικῶν καταμῖξαι τοῖς στρατιώταις, ὡς ἀγρίοις καὶ βαρβάροις. καὶ ἐξεφώνησε νόμον ὥστε λαμβάνειν τοὺς στρατιώτας πρὸς γάμον παρθένους, ἃς ἐκά‐ λεσε Βρυτίδας· καὶ οὐδεὶς εἵλετο δοῦναι αὐτοῖς τὴν ἰδίαν θυγα‐ τέρα, ἀλλ’ ἔλεγον ὅτι οὐκ ἔστιν αὐτοῖς καθ’ ἑκάστην ἐλπὶς ζωῆς</w:t>
      </w:r>
    </w:p>
    <w:p>
      <w:r>
        <w:rPr>
          <w:rFonts w:ascii="Courier New" w:hAnsi="Courier New"/>
          <w:color w:val="555555"/>
          <w:sz w:val="20"/>
        </w:rPr>
        <w:t>[15]</w:t>
      </w:r>
    </w:p>
    <w:p>
      <w:r>
        <w:rPr>
          <w:rFonts w:ascii="Gentium Plus" w:hAnsi="Gentium Plus"/>
          <w:sz w:val="24"/>
        </w:rPr>
        <w:t>διὰ τοὺς πολέμους, ἀλλὰ πάντες τοῖς τῆς πόλεως ἐζεύγνυον τὰς ἑαυτῶν θυγατέρας. καὶ ἀθυμῶν ὁ Ῥῶμος ἀπῆλθεν εἰς τὸ μαν‐ τεῖον· καὶ ἐδόθη αὐτῷ χρησμὸς ὥστε ἐπιτελέσαι ταῖς γυναιξὶ θέαν ἱππικοῦ, ἵνα ἀγάγηται ἑαυτῷ ὁ στρατὸς γυναῖκας. καὶ συνάξας τὸ πλῆθος τοῦ στρατοῦ ἐν τῷ παλατίῳ ἐπετέλεσεν ἱπ‐</w:t>
      </w:r>
    </w:p>
    <w:p>
      <w:r>
        <w:rPr>
          <w:rFonts w:ascii="Courier New" w:hAnsi="Courier New"/>
          <w:color w:val="555555"/>
          <w:sz w:val="20"/>
        </w:rPr>
        <w:t>[20]</w:t>
      </w:r>
    </w:p>
    <w:p>
      <w:r>
        <w:rPr>
          <w:rFonts w:ascii="Gentium Plus" w:hAnsi="Gentium Plus"/>
          <w:sz w:val="24"/>
        </w:rPr>
        <w:t>πικόν, κελεύσας μόνον γυναῖκας θεωρῆσαι τὸ ἱπποδρόμιον. καὶ ὡς παραξένου τινὸς θέας μελλούσης γίνεσθαι, ἀπὸ πάσης τῆς</w:t>
      </w:r>
    </w:p>
    <w:p>
      <w:r>
        <w:rPr>
          <w:rFonts w:ascii="Courier New" w:hAnsi="Courier New"/>
          <w:color w:val="555555"/>
          <w:sz w:val="20"/>
        </w:rPr>
        <w:t>[Chron . 178]</w:t>
      </w:r>
    </w:p>
    <w:p>
      <w:r>
        <w:rPr>
          <w:rFonts w:ascii="Gentium Plus" w:hAnsi="Gentium Plus"/>
          <w:sz w:val="24"/>
        </w:rPr>
        <w:t>λει Ῥώμῃ πλήθη γυναικῶν, καὶ ἀνεπλήρωσαν τὸ ἱππικὸν γυναῖ‐ κες ὕπανδροι καὶ νεώτεραι παρθένοι· ἦλθον δὲ καὶ αἱ θυγατέρες τῶν λεγομένων Σαβίνων, χώρας πλησίον τῆς Ῥώμης οὔσης, γυ‐ ναῖκες εὐπρεπεῖς. καὶ δοὺς ὁ Ῥῶμος μανδᾶτα λάθρᾳ γυναῖκα</w:t>
      </w:r>
    </w:p>
    <w:p>
      <w:r>
        <w:rPr>
          <w:rFonts w:ascii="Courier New" w:hAnsi="Courier New"/>
          <w:color w:val="555555"/>
          <w:sz w:val="20"/>
        </w:rPr>
        <w:t>[5]</w:t>
      </w:r>
    </w:p>
    <w:p>
      <w:r>
        <w:rPr>
          <w:rFonts w:ascii="Gentium Plus" w:hAnsi="Gentium Plus"/>
          <w:sz w:val="24"/>
        </w:rPr>
        <w:t>ὕπανδρον οὖσαν Ῥωμαίαν πολίτιδα μὴ θεωρῆσαι, κελεύσας καὶ ἰδίῳ στρατῷ ὥστε ὑπάνδρου γυναικὸς μὴ τολμῆσαι ἅψασθαι, ἀλλὰ τὰς παρθένους ἁρπάσαι καὶ τὰς μὴ ἐχούσας ἄνδρας καὶ μόνας, ἀνελθὼν ἐν τῷ ἱππικῷ ὁ Ῥῶμος ἐθεώρει. καὶ ἐν τῷ ἐπι‐ τελεῖσθαι τὸ ἱπποδρόμιον ἀπολυθεὶς ὁ στρατὸς ἐκ τοῦ παλατίου</w:t>
      </w:r>
    </w:p>
    <w:p>
      <w:r>
        <w:rPr>
          <w:rFonts w:ascii="Courier New" w:hAnsi="Courier New"/>
          <w:color w:val="555555"/>
          <w:sz w:val="20"/>
        </w:rPr>
        <w:t>[10]</w:t>
      </w:r>
    </w:p>
    <w:p>
      <w:r>
        <w:rPr>
          <w:rFonts w:ascii="Gentium Plus" w:hAnsi="Gentium Plus"/>
          <w:sz w:val="24"/>
        </w:rPr>
        <w:t>ὥρμησαν ἐν τῷ ἱππικῷ, καὶ ἐκ τῶν βάθρων ἀνέσπασαν τὰς παρ‐ θένους γυναῖκας καὶ τὰς μὴ ἐχούσας ἄνδρας· καὶ ἔλαβον ἑαυ‐ τοῖς γυναῖκας. τοῦτο δὲ πρὸς ἅπαξ ἐποίησεν ὁ Ῥῶμος γενέσθαι· καθὼς ὁ σοφώτατος Βεργίλλως ἐξέθετο· ὡσαύτως δὲ καὶ Πλί‐ νιος ὁ Ῥωμαίων ἱστοριογράφος συνεγράψατο, ὁμοίως δὲ καὶ Λί‐</w:t>
      </w:r>
    </w:p>
    <w:p>
      <w:r>
        <w:rPr>
          <w:rFonts w:ascii="Courier New" w:hAnsi="Courier New"/>
          <w:color w:val="555555"/>
          <w:sz w:val="20"/>
        </w:rPr>
        <w:t>[15]</w:t>
      </w:r>
    </w:p>
    <w:p>
      <w:r>
        <w:rPr>
          <w:rFonts w:ascii="Gentium Plus" w:hAnsi="Gentium Plus"/>
          <w:sz w:val="24"/>
        </w:rPr>
        <w:t>βιος. ἕτεροι δὲ ἱστορικοὶ συνεγράψαντο πρῶτον ἱπποδρόμιον ἐπιτελέσαι αὐτοῖς τὸν Ῥῶμον εἰς βούρδωνας. Τὸν δὲ Ῥῶμον καὶ τὸν Ῥῆμον τοὺς ἀδελφοὺς ἱστοροῦσιν ὑπὸ Λυκαίνης γαλακτοτροφέντας, ὅτι βασιλεὺς ὁ Ἀμούλιος, ὁ αὐτῶν πάππος, ἐκέλευσεν αὐτοὺς ῥιφῆναι εἰς τὰς ὕλας, ὡς πορ‐</w:t>
      </w:r>
    </w:p>
    <w:p>
      <w:r>
        <w:rPr>
          <w:rFonts w:ascii="Courier New" w:hAnsi="Courier New"/>
          <w:color w:val="555555"/>
          <w:sz w:val="20"/>
        </w:rPr>
        <w:t>[20]</w:t>
      </w:r>
    </w:p>
    <w:p>
      <w:r>
        <w:rPr>
          <w:rFonts w:ascii="Gentium Plus" w:hAnsi="Gentium Plus"/>
          <w:sz w:val="24"/>
        </w:rPr>
        <w:t>νογεννήτους, ἐπειδὴ ἡ Ἰλία ἡ μήτηρ αὐτῶν, ἱέρεια οὖσα τοῦ Ἄρεως, ἐφθάρη, πορνευθεῖσα ὑπό τινος στρατιώτου, περὶ οὗ</w:t>
      </w:r>
    </w:p>
    <w:p>
      <w:r>
        <w:rPr>
          <w:rFonts w:ascii="Courier New" w:hAnsi="Courier New"/>
          <w:color w:val="555555"/>
          <w:sz w:val="20"/>
        </w:rPr>
        <w:t>[Chron . 179]</w:t>
      </w:r>
    </w:p>
    <w:p>
      <w:r>
        <w:rPr>
          <w:rFonts w:ascii="Gentium Plus" w:hAnsi="Gentium Plus"/>
          <w:sz w:val="24"/>
        </w:rPr>
        <w:t>ἐγέννησεν αὐτοὺς διδύμους, καὶ διὰ τοῦτο ὁ πάππος αὐτῶν ἔῤ‐ ῥιψεν αὐτοὺς εἰς τὰς ὕλας. καὶ εὗρε τοὺς αὐτοὺς παῖδας χωρική τις, βόσκουσα πρόβατα· καὶ σπλαγχνισθεῖσα, ὅτι ἦσαν εὔμορφα, λαβοῦσα ἔθρεψεν αὐτοὺς τῷ ἰδίῳ γάλακτι. εἰς δὲ τὴν χώραν</w:t>
      </w:r>
    </w:p>
    <w:p>
      <w:r>
        <w:rPr>
          <w:rFonts w:ascii="Courier New" w:hAnsi="Courier New"/>
          <w:color w:val="555555"/>
          <w:sz w:val="20"/>
        </w:rPr>
        <w:t>[5]</w:t>
      </w:r>
    </w:p>
    <w:p>
      <w:r>
        <w:rPr>
          <w:rFonts w:ascii="Gentium Plus" w:hAnsi="Gentium Plus"/>
          <w:sz w:val="24"/>
        </w:rPr>
        <w:t>ἐκείνην λυκαίνας καλοῦσιν ἕως ἄρτι τὰς χωρικὰς τὰς βοσκούσας πρόβατα, ὡς ἀεὶ τὸν βίον καὶ τὴν διαγωγὴν ἐχούσας μετὰ λύ‐ κων. τούτου οὖν ἕνεκεν ὁ Ῥῶμος ἐπενόησε τὰ λεγόμενα Βρουμά‐ λια, εἰρηκώς, φησίν, ἀναγκαῖον εἶναι τὸ τρέφειν τὸν κατὰ και‐ ρὸν βασιλέα τὴν ἑαυτοῦ σύγκλητον πᾶσαν καὶ τοὺς ἐν ἀξίᾳ καὶ</w:t>
      </w:r>
    </w:p>
    <w:p>
      <w:r>
        <w:rPr>
          <w:rFonts w:ascii="Courier New" w:hAnsi="Courier New"/>
          <w:color w:val="555555"/>
          <w:sz w:val="20"/>
        </w:rPr>
        <w:t>[10]</w:t>
      </w:r>
    </w:p>
    <w:p>
      <w:r>
        <w:rPr>
          <w:rFonts w:ascii="Gentium Plus" w:hAnsi="Gentium Plus"/>
          <w:sz w:val="24"/>
        </w:rPr>
        <w:t>πάσας τὰς ἔνδον τοῦ παλατίου οὔσας στρατιάς, ὡς ἐντίμους, ἐν τῷ καιρῷ τοῦ χειμῶνος, ὅτε τὰ πολεμικὰ ἔνδοσιν ἔχει. καὶ ἤρ‐ ξατο πρώτους καλεῖν καὶ τρέφειν τοὺς ἀπὸ τοῦ ἄλφα ἔχοντας τὸ ὄνομα, καὶ λοιπὸν ἀκολούθως ἕως τοῦ τελευταίου γράμματος, κελεύσας καὶ τὴν ἑαυτοῦ σύγκλητον θρέψαι τῷ αὐτῷ σχήματι.</w:t>
      </w:r>
    </w:p>
    <w:p>
      <w:r>
        <w:rPr>
          <w:rFonts w:ascii="Courier New" w:hAnsi="Courier New"/>
          <w:color w:val="555555"/>
          <w:sz w:val="20"/>
        </w:rPr>
        <w:t>[15]</w:t>
      </w:r>
    </w:p>
    <w:p>
      <w:r>
        <w:rPr>
          <w:rFonts w:ascii="Gentium Plus" w:hAnsi="Gentium Plus"/>
          <w:sz w:val="24"/>
        </w:rPr>
        <w:t>καὶ ἔθρεψαν καὶ αὐτοὶ τὸν στρατὸν ἅπαντα καὶ οὓς ἐβούλοντο. οἱ οὖν ἑκάστου ἀριθμοῦ πανδοῦροι ἀπὸ ἑσπέρας ἀπιόντες εἰς τοὺς οἴκους τῶν καλεσάντων αὐτοὺς ἐπ’ ἀρίστῳ εἰς τὴν ἑξῆς ηὔλουν πρὸς τὸ γνῶναι ἐκεῖνον ὅτι παρ’ αὐτῷ τρέφονται αὔριον. καὶ κατέσχε τὸ ἔθος τῶν Βρουμαλίων ἐν τῇ Ῥωμαίων πολιτείᾳ ἕως</w:t>
      </w:r>
    </w:p>
    <w:p>
      <w:r>
        <w:rPr>
          <w:rFonts w:ascii="Courier New" w:hAnsi="Courier New"/>
          <w:color w:val="555555"/>
          <w:sz w:val="20"/>
        </w:rPr>
        <w:t>[20]</w:t>
      </w:r>
    </w:p>
    <w:p>
      <w:r>
        <w:rPr>
          <w:rFonts w:ascii="Gentium Plus" w:hAnsi="Gentium Plus"/>
          <w:sz w:val="24"/>
        </w:rPr>
        <w:t>τῆς νῦν. τοῦτο δὲ ἐποίησεν ὁ αὐτὸς Ῥῶμος, θέλων ἐξαλεῖψαι τὴν ἑαυτοῦ ὕβριν, ὅτι οἱ Ῥωμαῖοι ἐχθροὶ αὐτοῦ ὄντες καὶ μι‐ σοῦντες αὐτὸν καὶ λοιδοροῦντες ἔλεγον ὅτι οὐκ ἐχρῆν αὐτὸν βα‐</w:t>
      </w:r>
    </w:p>
    <w:p>
      <w:r>
        <w:rPr>
          <w:rFonts w:ascii="Courier New" w:hAnsi="Courier New"/>
          <w:color w:val="555555"/>
          <w:sz w:val="20"/>
        </w:rPr>
        <w:t>[Chron . 180]</w:t>
      </w:r>
    </w:p>
    <w:p>
      <w:r>
        <w:rPr>
          <w:rFonts w:ascii="Gentium Plus" w:hAnsi="Gentium Plus"/>
          <w:sz w:val="24"/>
        </w:rPr>
        <w:t>δύο ἀδελφοί, ἕως οὗ τελείας ἡλικίας ἐγένοντο καὶ ἐβασίλευσαν, σημαίνοντες ὅτι ὑπὸ τοῦ Φαύστου τοῦ γεωργοῦ καὶ τῆς γυναικὸς αὐτοῦ Λυκαίνης ἐτράφησαν ἐκ τῶν ἀλλοτρίων ἐσθίοντες, ὡς προγέγραπται. ὄνειδος γὰρ ὑπῆρχε παρὰ Ῥωμαίοις καὶ πᾶσι</w:t>
      </w:r>
    </w:p>
    <w:p>
      <w:r>
        <w:rPr>
          <w:rFonts w:ascii="Courier New" w:hAnsi="Courier New"/>
          <w:color w:val="555555"/>
          <w:sz w:val="20"/>
        </w:rPr>
        <w:t>[5]</w:t>
      </w:r>
    </w:p>
    <w:p>
      <w:r>
        <w:rPr>
          <w:rFonts w:ascii="Gentium Plus" w:hAnsi="Gentium Plus"/>
          <w:sz w:val="24"/>
        </w:rPr>
        <w:t>τοῖς ἀρχαίοις ποτὲ τὸ ἐκ τῶν ἀλλοτρίων τρέφεσθαί τινα· ὅθεν καὶ ἐν τοῖς συμποσίοις τοῖς λεγομένοις φιλικοῖς ἕκαστος τῶν συν‐ ερχομένων εἰς τὸ συμπόσιον τὸ ἴδιον αὐτοῦ βρῶμα καὶ πόμα μεθ’ ἑαυτοῦ κομίζει, καὶ εἰς τὸ κοινὸν πάντα παρατίθεται, καὶ ἐσθίουσι κρατήσαντες τὸ ἀρχαῖον ἔθος ἕως τῆς νῦν, τὸ μὴ</w:t>
      </w:r>
    </w:p>
    <w:p>
      <w:r>
        <w:rPr>
          <w:rFonts w:ascii="Courier New" w:hAnsi="Courier New"/>
          <w:color w:val="555555"/>
          <w:sz w:val="20"/>
        </w:rPr>
        <w:t>[10]</w:t>
      </w:r>
    </w:p>
    <w:p>
      <w:r>
        <w:rPr>
          <w:rFonts w:ascii="Gentium Plus" w:hAnsi="Gentium Plus"/>
          <w:sz w:val="24"/>
        </w:rPr>
        <w:t>ἀκούειν ἀλλοτριοφάγοι. τούτου χάριν ἐπενόησε τοῦτο ὁ αὐτὸς Ῥῶμος, πρὸς τὸ ἐξιλεώσασθαι τὴν ὕβριν ἑαυτοῦ, καλέσας καὶ τὸ ὄνομα τοῦ ἀρίστου ῥωμαϊστὶ βρουμάλιουμ, καθὼς ὁ σοφώτατος Λικίννιος ὁ Ῥωμαίων χρονογράφος ἐξέθετο. Μετὰ δὲ Ῥῶμον καὶ Ῥῆμον τοὺς ἀδελφοὺς ἐβασίλευσαν ἄλ‐</w:t>
      </w:r>
    </w:p>
    <w:p>
      <w:r>
        <w:rPr>
          <w:rFonts w:ascii="Courier New" w:hAnsi="Courier New"/>
          <w:color w:val="555555"/>
          <w:sz w:val="20"/>
        </w:rPr>
        <w:t>[15]</w:t>
      </w:r>
    </w:p>
    <w:p>
      <w:r>
        <w:rPr>
          <w:rFonts w:ascii="Gentium Plus" w:hAnsi="Gentium Plus"/>
          <w:sz w:val="24"/>
        </w:rPr>
        <w:t>λοι ἓξ τῆς Ῥώμης ἕως τοῦ Ταρκυνίου Σουπέρβου τοῦ ἀδίκου. ἕβδομος γὰρ βασιλεὺς τῆς Ῥώμης μετὰ τὸ κτισθῆναι αὐτὴν ἐγένετο· καὶ ἐπήρθη τὸ βασίλειον παρ’ αὐτοῦ. Ἐπὶ δὲ τῶν χρόνων τῆς βασιλείας αὐτοῦ ἦν Σίβυλλα ἡ Κυ‐ μαία μάντις.</w:t>
      </w:r>
    </w:p>
    <w:p>
      <w:r>
        <w:rPr>
          <w:rFonts w:ascii="Courier New" w:hAnsi="Courier New"/>
          <w:color w:val="555555"/>
          <w:sz w:val="20"/>
        </w:rPr>
        <w:t>[20]</w:t>
      </w:r>
    </w:p>
    <w:p>
      <w:r>
        <w:rPr>
          <w:rFonts w:ascii="Gentium Plus" w:hAnsi="Gentium Plus"/>
          <w:sz w:val="24"/>
        </w:rPr>
        <w:t>Ἔσχε δὲ ὁ αὐτὸς Ταρκύνιος υἱὸν ὀνόματι Ἄῤῥουνς, δι’ ὃν ἐξεβλήθη τῆς βασιλείας, ὅτι βιασάμενος τὴν Λουκρητίαν συγκλητικὴν ἐμοίχευσεν ὁ υἱὸς τοῦ Ταρκυνίου ὁ Ἄῤῥουνς· κἀ‐</w:t>
      </w:r>
    </w:p>
    <w:p>
      <w:r>
        <w:rPr>
          <w:rFonts w:ascii="Courier New" w:hAnsi="Courier New"/>
          <w:color w:val="555555"/>
          <w:sz w:val="20"/>
        </w:rPr>
        <w:t>[Chron . 181]</w:t>
      </w:r>
    </w:p>
    <w:p>
      <w:r>
        <w:rPr>
          <w:rFonts w:ascii="Gentium Plus" w:hAnsi="Gentium Plus"/>
          <w:sz w:val="24"/>
        </w:rPr>
        <w:t>μος μέγας ἐν τῇ Ῥώμῃ ἐπὶ χρόνων, καὶ πολλοὶ ἐσφάγησαν. ταῦ‐ τα δὲ συνεγράψατο ὁ σοφὸς Σέρβιος ὁ Ῥωμαίων συγγραφεύς. Ὁ δὲ Ταρκύνιος ἐξεβλήθη τῆς βασιλείας τῷ τρόπῳ τούτῳ. πολέμου κινηθέντος ἐν τῇ Ῥώμῃ ἐκ τοῦ ἔθνους τῶν λεγομένων</w:t>
      </w:r>
    </w:p>
    <w:p>
      <w:r>
        <w:rPr>
          <w:rFonts w:ascii="Courier New" w:hAnsi="Courier New"/>
          <w:color w:val="555555"/>
          <w:sz w:val="20"/>
        </w:rPr>
        <w:t>[5]</w:t>
      </w:r>
    </w:p>
    <w:p>
      <w:r>
        <w:rPr>
          <w:rFonts w:ascii="Gentium Plus" w:hAnsi="Gentium Plus"/>
          <w:sz w:val="24"/>
        </w:rPr>
        <w:t>Ἀρδηνῶν, λαβὼν βοήθειαν ὁ Ταρκύνιος βασιλεὺς ἦλθε πολε‐ μῶν τὴν Ἀρδηνῶν χώραν. καὶ εὑρόντες καιρὸν οἱ ἐχθροὶ αὐτοῦ οἱ συγκλητικοὶ Βροῦτος ὁ θεῖος τῆς Λουκρητίας καὶ Κολλατῖνος ὁ ἀνὴρ αὐτῆς, κατεσκεύασαν αὐτῷ, συμποιησαμένων αὐτοῖς καὶ τῶν ἄλλων συγκλητικῶν καὶ τῶν τῆς πόλεως πάντων εἰς τὸ αὐ‐</w:t>
      </w:r>
    </w:p>
    <w:p>
      <w:r>
        <w:rPr>
          <w:rFonts w:ascii="Courier New" w:hAnsi="Courier New"/>
          <w:color w:val="555555"/>
          <w:sz w:val="20"/>
        </w:rPr>
        <w:t>[10]</w:t>
      </w:r>
    </w:p>
    <w:p>
      <w:r>
        <w:rPr>
          <w:rFonts w:ascii="Gentium Plus" w:hAnsi="Gentium Plus"/>
          <w:sz w:val="24"/>
        </w:rPr>
        <w:t>τὸν ἐκβληθῆναι τῆς βασιλείας, πείσαντες συμμαχεῖν αὐτοῖς εἰς τὸ μὴ δέξασθαι τοῦ λοιποῦ τὸν Ταρκύνιον βασιλέα εἰς τὴν Ῥώ‐ μην ὑποστρέφοντα τὸν στρατὸν τὸν φυλάττοντα τὸ παλάτιον καὶ τὴν πόλιν Ῥώμην τῶν λεγομένων Κελεριανῶν, ἀνδρῶν μαχι‐ μωτάτων ἐν πολέμοις. καὶ γνόντος τοῦ Ταρκυνίου τὸ τρακτευ‐</w:t>
      </w:r>
    </w:p>
    <w:p>
      <w:r>
        <w:rPr>
          <w:rFonts w:ascii="Courier New" w:hAnsi="Courier New"/>
          <w:color w:val="555555"/>
          <w:sz w:val="20"/>
        </w:rPr>
        <w:t>[15]</w:t>
      </w:r>
    </w:p>
    <w:p>
      <w:r>
        <w:rPr>
          <w:rFonts w:ascii="Gentium Plus" w:hAnsi="Gentium Plus"/>
          <w:sz w:val="24"/>
        </w:rPr>
        <w:t>θὲν κατ’ αὐτοῦ παρὰ τῆς συγκλήτου καὶ τοῦ στρατοῦ καὶ τοῦ δή‐ μου, πέμψας αὐτὸς ὑπενόθευσε καὶ αὐτὸν τὸν υἱὸν τοῦ Βρούτου, τὸν φίλον ὄντα καὶ συννεώτερον τοῦ υἱοῦ αὐτοῦ Ἄῤῥουνς. καὶ πεισθεὶς συνετάξατο ἐρχομένου τοῦ αὐτοῦ Ταρκυνίου κατὰ τῆς Ῥώμης προδοῦναι τὴν πόλιν καὶ τὸν ἴδιον πατέρα φονεύειν τὸν</w:t>
      </w:r>
    </w:p>
    <w:p>
      <w:r>
        <w:rPr>
          <w:rFonts w:ascii="Courier New" w:hAnsi="Courier New"/>
          <w:color w:val="555555"/>
          <w:sz w:val="20"/>
        </w:rPr>
        <w:t>[20]</w:t>
      </w:r>
    </w:p>
    <w:p>
      <w:r>
        <w:rPr>
          <w:rFonts w:ascii="Gentium Plus" w:hAnsi="Gentium Plus"/>
          <w:sz w:val="24"/>
        </w:rPr>
        <w:t>Βροῦτον. τοῦτο δὲ γνοὺς ὁ δοῦλος τοῦ Βρούτου Βινδίκιος, ὁ συνδιάγων τῷ υἱῷ αὐτοῦ, ἀνήγγειλε λάθρᾳ τῷ ἰδίῳ δεσπότῃ Βρούτῳ τὴν μέλλουσαν γίνεσθαι κατ’ αὐτοῦ ἐπιβουλὴν παρὰ τοῦ</w:t>
      </w:r>
    </w:p>
    <w:p>
      <w:r>
        <w:rPr>
          <w:rFonts w:ascii="Courier New" w:hAnsi="Courier New"/>
          <w:color w:val="555555"/>
          <w:sz w:val="20"/>
        </w:rPr>
        <w:t>[Chron . 182]</w:t>
      </w:r>
    </w:p>
    <w:p>
      <w:r>
        <w:rPr>
          <w:rFonts w:ascii="Gentium Plus" w:hAnsi="Gentium Plus"/>
          <w:sz w:val="24"/>
        </w:rPr>
        <w:t>αὐτοῦ υἱόν, καὶ ἐν τῷ φόρῳ Ῥώμης ἐπὶ πάντων ἐξετάσας αὐτόν, ἠνάγκαζεν αὐτὸν ἐξειπεῖν τὰ αὐτῷ καὶ τῷ Ταρκυνίῳ βεβουλευμέ‐ να. ὁ δὲ ὡμολόγησε τῷ ἰδίῳ πατρὶ τὴν γενομένην παρ’ αὐτοῦ σύνταξιν τῆς προδοσίας πρὸς τὸν Ταρκύνιον· καὶ εὐθέως ἐφό‐</w:t>
      </w:r>
    </w:p>
    <w:p>
      <w:r>
        <w:rPr>
          <w:rFonts w:ascii="Courier New" w:hAnsi="Courier New"/>
          <w:color w:val="555555"/>
          <w:sz w:val="20"/>
        </w:rPr>
        <w:t>[5]</w:t>
      </w:r>
    </w:p>
    <w:p>
      <w:r>
        <w:rPr>
          <w:rFonts w:ascii="Gentium Plus" w:hAnsi="Gentium Plus"/>
          <w:sz w:val="24"/>
        </w:rPr>
        <w:t>νευσε τὸν ἴδιον υἱόν. καὶ λοιπὸν συναθροισθεῖσα ἡ σύγκλητος Ῥώμης πᾶσα ἀπεκήρυξε τὸν Ταρκύνιον τῆς βασιλείας, ἐγγράφως τὴν καθαίρεσιν αὐτοῦ ποιήσαντες, ψηφισάμενοι ἐν πρώτοις καὶ δισιγνατεύσαντες ὑπάτους δύο, τὸν Βροῦτον τὸν μέγαν καὶ τὸν Κολλατῖνον τὸν ἄνδρα τῆς Λουκρητίας, διοικεῖν τὴν πολιτείαν</w:t>
      </w:r>
    </w:p>
    <w:p>
      <w:r>
        <w:rPr>
          <w:rFonts w:ascii="Courier New" w:hAnsi="Courier New"/>
          <w:color w:val="555555"/>
          <w:sz w:val="20"/>
        </w:rPr>
        <w:t>[10]</w:t>
      </w:r>
    </w:p>
    <w:p>
      <w:r>
        <w:rPr>
          <w:rFonts w:ascii="Gentium Plus" w:hAnsi="Gentium Plus"/>
          <w:sz w:val="24"/>
        </w:rPr>
        <w:t>Ῥωμαίων προβαλλομένους κατὰ ἰδίαν δοκιμασίαν ἄρχοντας, καὶ μὴ εἶναι τοῦ λοιποῦ βασιλέα ἐν τῇ Ῥώμῃ, γράψαντες καὶ τῷ στρατῷ τῷ ὄντι μετ’ αὐτοῦ Ταρκυνίου ἀπολιπεῖν αὐτόν· καὶ ἀπέ‐ στησαν εὐθέως. ἢ μόνον δὲ προῆλθεν ὕπατος ὁ Βροῦτος, εὐ‐ θέως ἐπὶ τῆς συγκλήτου καὶ τοῦ δήμου ἀγαγὼν τὸν ἴδιον δοῦλον</w:t>
      </w:r>
    </w:p>
    <w:p>
      <w:r>
        <w:rPr>
          <w:rFonts w:ascii="Courier New" w:hAnsi="Courier New"/>
          <w:color w:val="555555"/>
          <w:sz w:val="20"/>
        </w:rPr>
        <w:t>[15]</w:t>
      </w:r>
    </w:p>
    <w:p>
      <w:r>
        <w:rPr>
          <w:rFonts w:ascii="Gentium Plus" w:hAnsi="Gentium Plus"/>
          <w:sz w:val="24"/>
        </w:rPr>
        <w:t>τὸν Βινδίκιον ὑπὲρ εὐχαριστίας, ὅτι πιστὰ ἐφύλαξε τῷ ἰδίῳ δε‐ σπότῃ, καὶ ἐπιτελέσας ἑορτὴν πανηγυρικὴν τῇ Δίκῃ καὶ καθίσας ἐν τῷ ὑψηλῷ βήματι ἀνήγαγε τὸν Βινδίκιον ἐν ὕψει ἄντικρυς αὑ‐ τοῦ, καὶ ἐκτείνας τὴν δεξιὰν αὐτοῦ χεῖρα, καὶ τῇ παλάμῃ αὐτοῦ πληγὰς τρεῖς ἐπὶ τὴν αὐτοῦ παρειὰν ἐπαγαγὼν μετὰ κραυγῆς ἔφη</w:t>
      </w:r>
    </w:p>
    <w:p>
      <w:r>
        <w:rPr>
          <w:rFonts w:ascii="Courier New" w:hAnsi="Courier New"/>
          <w:color w:val="555555"/>
          <w:sz w:val="20"/>
        </w:rPr>
        <w:t>[20]</w:t>
      </w:r>
    </w:p>
    <w:p>
      <w:r>
        <w:rPr>
          <w:rFonts w:ascii="Gentium Plus" w:hAnsi="Gentium Plus"/>
          <w:sz w:val="24"/>
        </w:rPr>
        <w:t>ταῦτα, Ἀποτιναξάμενος τὴν τῆς σῆς δουλείας τύχην, ὦ Βινδίκιε, καὶ τὴν ταύτης ἐκδυσάμενος ζυγὸν ἔνδυσαι Ῥωμαϊκῆς ἐλευθερίας θώρακα τὸν ἅπαντα τῆς ζωῆς σου χρόνον. καὶ ἀφελόμενος ἐκ τῆς ἰδίας χειρὸς δακτύλιον χρυσοῦν ἐπέβαλεν εἰς τὴν δεξιὰν αὐ‐</w:t>
      </w:r>
    </w:p>
    <w:p>
      <w:r>
        <w:rPr>
          <w:rFonts w:ascii="Courier New" w:hAnsi="Courier New"/>
          <w:color w:val="555555"/>
          <w:sz w:val="20"/>
        </w:rPr>
        <w:t>[Chron . 183]</w:t>
      </w:r>
    </w:p>
    <w:p>
      <w:r>
        <w:rPr>
          <w:rFonts w:ascii="Gentium Plus" w:hAnsi="Gentium Plus"/>
          <w:sz w:val="24"/>
        </w:rPr>
        <w:t>περιουσίας, καλέσας τὴν αὐτὴν ἡμέραν τῆς ἑορτῆς Κονσίλια, ἅπερ ἑρμηνεύεται παροχῆς ἡμέρα, προστάξας καὶ τοῖς παρ’ αὐ‐ τοῦ προβληθεῖσιν ὑπατικοῖς ἄρχουσι τῶν ἐπαρχιῶν τῇ αὐτῇ ἡμέ‐ ρᾳ κατ’ ἔτος ἱερὰν παννυχίδα καὶ ἑορτὴν τῇ Δίκῃ ἐπιτελεῖν εἰς</w:t>
      </w:r>
    </w:p>
    <w:p>
      <w:r>
        <w:rPr>
          <w:rFonts w:ascii="Courier New" w:hAnsi="Courier New"/>
          <w:color w:val="555555"/>
          <w:sz w:val="20"/>
        </w:rPr>
        <w:t>[5]</w:t>
      </w:r>
    </w:p>
    <w:p>
      <w:r>
        <w:rPr>
          <w:rFonts w:ascii="Gentium Plus" w:hAnsi="Gentium Plus"/>
          <w:sz w:val="24"/>
        </w:rPr>
        <w:t>μνημόσυνον τῆς κατὰ τοῦ Ταρκυνίου νίκης καὶ τῆς κατ’ ἀξίαν ἐλευθερίας τοῦ Βινδικίου εἰς τὸ προτρέψασθαι τοὺς λοιποὺς τοὺς πανταχοῦ οἰκέτας εὐγνωμονεῖν τοῖς ἰδίοις δεσπόταις καὶ τοιαύτης ἐλευθερίας ἀξιοῦσθαι καὶ τιμῆς. ἅτινα Κονσίλια οἱ ὑπατικοὶ ἄρχοντες τῶν ἐπαρχιῶν ἕως τῆς νῦν ἐπιτελοῦσι πανη‐</w:t>
      </w:r>
    </w:p>
    <w:p>
      <w:r>
        <w:rPr>
          <w:rFonts w:ascii="Courier New" w:hAnsi="Courier New"/>
          <w:color w:val="555555"/>
          <w:sz w:val="20"/>
        </w:rPr>
        <w:t>[10]</w:t>
      </w:r>
    </w:p>
    <w:p>
      <w:r>
        <w:rPr>
          <w:rFonts w:ascii="Gentium Plus" w:hAnsi="Gentium Plus"/>
          <w:sz w:val="24"/>
        </w:rPr>
        <w:t>γυρίζοντες. περὶ ὧν καὶ Λίβιος ὁ σοφὸς καὶ ἕτεροι πολλοὶ συνε‐ γράψαντο. Μετὰ δὲ χρόνους πολλοὺς τυραννήσαντες οἱ Γάλλοι ἐκίνησαν πόλεμον Ῥωμαίοις· καὶ τοῦτο γνοῦσα ἡ σύγκλητος Ῥώμης προε‐ χειρίσατο κατ’ αὐτῶν στρατηγὸν δυνατὸν ὀνόματι Μαλλίωνα</w:t>
      </w:r>
    </w:p>
    <w:p>
      <w:r>
        <w:rPr>
          <w:rFonts w:ascii="Courier New" w:hAnsi="Courier New"/>
          <w:color w:val="555555"/>
          <w:sz w:val="20"/>
        </w:rPr>
        <w:t>[15]</w:t>
      </w:r>
    </w:p>
    <w:p>
      <w:r>
        <w:rPr>
          <w:rFonts w:ascii="Gentium Plus" w:hAnsi="Gentium Plus"/>
          <w:sz w:val="24"/>
        </w:rPr>
        <w:t>Καπιτωλῖνον. ὅστις ὁπλισάμενος καὶ λαβὼν στρατὸν πολεμι‐ κώτατον, ὥρμησεν εἰς τοὺς Γάλλους· καὶ συμβαλὼν πόλεμον ἐνίκησε κατὰ κράτος. καὶ ὑποστρέψας ἐθριάμβευσε τὴν νίκην ἐν τῇ Ῥώμῃ, καὶ εἰσῆλθεν ἀπονενοημένος κατὰ τῆς συγκλήτου καὶ τοῦ στρατοῦ καὶ τοῦ δήμου· καὶ διὰ τοῦτο ἐλυπήθη ἡ σύγ‐</w:t>
      </w:r>
    </w:p>
    <w:p>
      <w:r>
        <w:rPr>
          <w:rFonts w:ascii="Courier New" w:hAnsi="Courier New"/>
          <w:color w:val="555555"/>
          <w:sz w:val="20"/>
        </w:rPr>
        <w:t>[20]</w:t>
      </w:r>
    </w:p>
    <w:p>
      <w:r>
        <w:rPr>
          <w:rFonts w:ascii="Gentium Plus" w:hAnsi="Gentium Plus"/>
          <w:sz w:val="24"/>
        </w:rPr>
        <w:t>κλητος καὶ πάντες. φθονηθεὶς δὲ ὑπό τινος ἐχθροῦ αὐτοῦ συγκλητικοῦ, ὄντος ἐν δυνάμει, ὀνόματι Φεβρουαρίου, καταγο‐</w:t>
      </w:r>
    </w:p>
    <w:p>
      <w:r>
        <w:rPr>
          <w:rFonts w:ascii="Courier New" w:hAnsi="Courier New"/>
          <w:color w:val="555555"/>
          <w:sz w:val="20"/>
        </w:rPr>
        <w:t>[Chron . 184]</w:t>
      </w:r>
    </w:p>
    <w:p>
      <w:r>
        <w:rPr>
          <w:rFonts w:ascii="Gentium Plus" w:hAnsi="Gentium Plus"/>
          <w:sz w:val="24"/>
        </w:rPr>
        <w:t>εἰσελθόντος τοῦ Μαλλίωνος Καπιτωλίνου, καὶ τοῦ κοινοῦ τῆς συγκλήτου καθεζομένου, ἐξαναστὰς ὁ Φεβρουάριος συγκλητικὸς λέγει τῷ Μαλλίωνι, Τοῦ στρατοῦ Ῥωμαίων νικήσαντος τοὺς Γάλ‐ λους σὺ τί ὑπεραίρῃ, ὡς μονομαχήσας; ἡ τύχη Ῥωμαίων ἀεὶ</w:t>
      </w:r>
    </w:p>
    <w:p>
      <w:r>
        <w:rPr>
          <w:rFonts w:ascii="Courier New" w:hAnsi="Courier New"/>
          <w:color w:val="555555"/>
          <w:sz w:val="20"/>
        </w:rPr>
        <w:t>[5]</w:t>
      </w:r>
    </w:p>
    <w:p>
      <w:r>
        <w:rPr>
          <w:rFonts w:ascii="Gentium Plus" w:hAnsi="Gentium Plus"/>
          <w:sz w:val="24"/>
        </w:rPr>
        <w:t>νικᾷ τοὺς πολεμίους· οὐ διέλαθε δὲ ἡμᾶς καὶ τοῦτο, ὅτι διὰ τοῦ‐ το ἐν ἀπονοίᾳ τοσαύτῃ ὑπάρχεις, ὡς βουλόμενος καὶ σὺ τυραν‐ νῆσαι τοὺς Ῥωμαίους· ὅπερ οὐκ ἐγγίνεταί σοι. καὶ ἀκούσασα ταῦτα ἡ σύγκλητος καὶ ὁ στρατὸς καὶ ὁ δῆμος, ἐπῆλθε τῷ Μαλλίωνι Καπιτωλίνῳ. ὁ δὲ δῆμος ἐπαναστὰς κατὰ γνώμην</w:t>
      </w:r>
    </w:p>
    <w:p>
      <w:r>
        <w:rPr>
          <w:rFonts w:ascii="Courier New" w:hAnsi="Courier New"/>
          <w:color w:val="555555"/>
          <w:sz w:val="20"/>
        </w:rPr>
        <w:t>[10]</w:t>
      </w:r>
    </w:p>
    <w:p>
      <w:r>
        <w:rPr>
          <w:rFonts w:ascii="Gentium Plus" w:hAnsi="Gentium Plus"/>
          <w:sz w:val="24"/>
        </w:rPr>
        <w:t>τῆς συγκλήτου ἐβόησαν ἐκβληθῆναι ἀπὸ τῆς πόλεως Ῥώμης τὸν αὐτὸν Μαλλίωνα Καπιτωλῖνον· ὅστις εὐλαβηθεὶς τὸν στρατὸν καὶ τὸν δῆμον ἐξῆλθεν ἐν τοῖς ἰδίοις κτήμασι, πλησίον τῆς λε‐ γομένης Ἀπουληίας χώρας, κἀκεῖ διῆγεν ἡσυχάζων. ἐκείνου δὲ φυγόντος ἐπῆλθεν ὁ δῆμος Ῥωμαίων τῷ οἴκῳ αὐτοῦ, καὶ πάντα</w:t>
      </w:r>
    </w:p>
    <w:p>
      <w:r>
        <w:rPr>
          <w:rFonts w:ascii="Courier New" w:hAnsi="Courier New"/>
          <w:color w:val="555555"/>
          <w:sz w:val="20"/>
        </w:rPr>
        <w:t>[15]</w:t>
      </w:r>
    </w:p>
    <w:p>
      <w:r>
        <w:rPr>
          <w:rFonts w:ascii="Gentium Plus" w:hAnsi="Gentium Plus"/>
          <w:sz w:val="24"/>
        </w:rPr>
        <w:t>τὰ διαφέροντα αὐτῷ διήρπασαν. Οἱ δὲ Γάλλοι προχειρισάμενοι αὑτοῖς ῥῆγα δυνατὸν ἐν πολέ‐ μοις ὀνόματι Βρῆνον, ἐπεστράτευσαν εὐθέως ἐπὶ τῆς Ῥώμης, ἀκούσαντες καὶ διὰ τὸν Μαλλίωνα ὅτι ἐξεβλήθη ἀπὸ τῆς Ῥώ‐ μης. καὶ ὁρμήσας ὁ Βρῆνος ῥὴξ ἐξαίφνης εἰσῆλθεν ἐν τῇ Ῥώ‐</w:t>
      </w:r>
    </w:p>
    <w:p>
      <w:r>
        <w:rPr>
          <w:rFonts w:ascii="Courier New" w:hAnsi="Courier New"/>
          <w:color w:val="555555"/>
          <w:sz w:val="20"/>
        </w:rPr>
        <w:t>[20]</w:t>
      </w:r>
    </w:p>
    <w:p>
      <w:r>
        <w:rPr>
          <w:rFonts w:ascii="Gentium Plus" w:hAnsi="Gentium Plus"/>
          <w:sz w:val="24"/>
        </w:rPr>
        <w:t>μῃ, καὶ παρέλαβεν αὐτὴν νυκτὸς ἐν χειμῶνι, τῇ πεντεκαιδεκάτῃ τοῦ ἑξτιλλίου μηνός, προπέμψας λάθρᾳ τοὺς ὀφείλοντας φο‐ νεῦσαι τοὺς πορταρίους καὶ ἀνοῖξαι αὐτῷ τὴν πόρταν. καὶ τούτων φονευομένων ἐγένετο πτῦρμα· καὶ γνόντες οἱ συγκλητι‐ κοὶ τὴν παράληψιν τῆς πόλεως, ἔφυγον πάντες, καὶ φανεροὶ τῶν</w:t>
      </w:r>
    </w:p>
    <w:p>
      <w:r>
        <w:rPr>
          <w:rFonts w:ascii="Courier New" w:hAnsi="Courier New"/>
          <w:color w:val="555555"/>
          <w:sz w:val="20"/>
        </w:rPr>
        <w:t>[25]</w:t>
      </w:r>
    </w:p>
    <w:p>
      <w:r>
        <w:rPr>
          <w:rFonts w:ascii="Gentium Plus" w:hAnsi="Gentium Plus"/>
          <w:sz w:val="24"/>
        </w:rPr>
        <w:t>τῆς πόλεως λαμπροὶ σὺν γυναιξὶ καὶ τέκνοις εἰσῆλθον ἐν τῷ</w:t>
      </w:r>
    </w:p>
    <w:p>
      <w:r>
        <w:rPr>
          <w:rFonts w:ascii="Courier New" w:hAnsi="Courier New"/>
          <w:color w:val="555555"/>
          <w:sz w:val="20"/>
        </w:rPr>
        <w:t>[Chron . 185]</w:t>
      </w:r>
    </w:p>
    <w:p>
      <w:r>
        <w:rPr>
          <w:rFonts w:ascii="Gentium Plus" w:hAnsi="Gentium Plus"/>
          <w:sz w:val="24"/>
        </w:rPr>
        <w:t>Καπετωλίῳ εἰς τὸ ἱερὸν τοῦ Διὸς μετὰ τῶν ἰδίων χρημάτων. πα‐ ραλαβὼν δὲ ὁ Βρῆνος ῥὴξ τὴν πόλιν Ῥώμην, κατασφάζει πολλοὺς πολίτας καί τινας τῶν στρατιωτῶν καὶ αἰχμαλωτίζει· καὶ ἔμενε πολιορκῶν τὸ Καπετώλιον διὰ τοὺς ὄντας ἐν αὐτῷ συγκλητι‐</w:t>
      </w:r>
    </w:p>
    <w:p>
      <w:r>
        <w:rPr>
          <w:rFonts w:ascii="Courier New" w:hAnsi="Courier New"/>
          <w:color w:val="555555"/>
          <w:sz w:val="20"/>
        </w:rPr>
        <w:t>[5]</w:t>
      </w:r>
    </w:p>
    <w:p>
      <w:r>
        <w:rPr>
          <w:rFonts w:ascii="Gentium Plus" w:hAnsi="Gentium Plus"/>
          <w:sz w:val="24"/>
        </w:rPr>
        <w:t>κοὺς καὶ διὰ τὰ χρήματα αὐτῶν. δυνηθέντες δὲ οἱ συγκλητι‐ κοὶ ἔγραψαν, δεόμενοι τοῦ Μαλλίωνος Καπιτωλίνου συνάξαι τὸν κατὰ πόλιν καὶ χώραν Ῥωμαίων ὄντα ἐγκάθετον στρατόν, καὶ ἐλθεῖν εἰς ἐκδίκησιν τῆς Ῥώμης καὶ εἰς βοήθειαν αὐτῶν. καὶ δεξάμενος τὰ τῆς συγκλήτου γράμματα ὁ Μαλλίων Καπιτωλῖ‐</w:t>
      </w:r>
    </w:p>
    <w:p>
      <w:r>
        <w:rPr>
          <w:rFonts w:ascii="Courier New" w:hAnsi="Courier New"/>
          <w:color w:val="555555"/>
          <w:sz w:val="20"/>
        </w:rPr>
        <w:t>[10]</w:t>
      </w:r>
    </w:p>
    <w:p>
      <w:r>
        <w:rPr>
          <w:rFonts w:ascii="Gentium Plus" w:hAnsi="Gentium Plus"/>
          <w:sz w:val="24"/>
        </w:rPr>
        <w:t>νος, γνοὺς ὅτι ἐλήφθη ἡ Ῥώμη καὶ τὸ Καπετώλιον φρουρεῖ‐ ται ὑπὸ τοῦ Βρήνου, ῥηγὸς τῶν Γάλλων, ἐταράχθη· καὶ συνα‐ γαγὼν εὐθέως πάντοθεν πλῆθος στρατοῦ, καὶ ὁρμήσας, ἦλθε κατὰ τοῦ Βρήνου ῥηγὸς ἐξαίφνης ἀπροσδοκήτως εἰς τὴν Ῥώμην· καὶ αὐτὸς νυκτὸς κατάξας τὸν ἴδιον στρατὸν ἐν ταῖς ῥύμαις τῆς</w:t>
      </w:r>
    </w:p>
    <w:p>
      <w:r>
        <w:rPr>
          <w:rFonts w:ascii="Courier New" w:hAnsi="Courier New"/>
          <w:color w:val="555555"/>
          <w:sz w:val="20"/>
        </w:rPr>
        <w:t>[15]</w:t>
      </w:r>
    </w:p>
    <w:p>
      <w:r>
        <w:rPr>
          <w:rFonts w:ascii="Gentium Plus" w:hAnsi="Gentium Plus"/>
          <w:sz w:val="24"/>
        </w:rPr>
        <w:t>πόλεως, καὶ μεσάσας τὸν Βρῆνον ῥῆγα καὶ τοὺς αὐτοῦ πάν‐ τας, ὡς ξένους, ἀνεῖλε. καὶ περιγενόμενος συνελάβετο τὸν αὐ‐ τὸν Βρῆνον ῥῆγα· καὶ εὐθέως ἀπεκεφάλισεν αὐτόν, καὶ ἔπηξεν ἐν κοντῷ τὴν κεφαλὴν αὐτοῦ. καὶ τὰ πλήθη δὲ αὐτοῦ καὶ τοὺς κόμητας αὐτοῦ κατακόψας, ἐῤῥύσατο πάντας οὓς συνελάβετο</w:t>
      </w:r>
    </w:p>
    <w:p>
      <w:r>
        <w:rPr>
          <w:rFonts w:ascii="Courier New" w:hAnsi="Courier New"/>
          <w:color w:val="555555"/>
          <w:sz w:val="20"/>
        </w:rPr>
        <w:t>[20]</w:t>
      </w:r>
    </w:p>
    <w:p>
      <w:r>
        <w:rPr>
          <w:rFonts w:ascii="Gentium Plus" w:hAnsi="Gentium Plus"/>
          <w:sz w:val="24"/>
        </w:rPr>
        <w:t>Ῥωμαίους αἰχμαλώτους, ἀφελόμενος καὶ πάντα τὰ παρ’ αὐτῶν πραιδευθέντα καὶ ἐξελθοῦσα ἡ σύγκλητος Ῥωμαίων ἐκ τοῦ Κα‐ πετωλίου μετὰ τὴν νίκην τοῦ Μαλλίωνος Καπιτωλίνου εὐθέως ἐψηφίσατο αὐτὸν ἅμα τῷ στρατῷ καὶ τῷ δήμῳ τῷ περιλει‐</w:t>
      </w:r>
    </w:p>
    <w:p>
      <w:r>
        <w:rPr>
          <w:rFonts w:ascii="Courier New" w:hAnsi="Courier New"/>
          <w:color w:val="555555"/>
          <w:sz w:val="20"/>
        </w:rPr>
        <w:t>[Chron . 186]</w:t>
      </w:r>
    </w:p>
    <w:p>
      <w:r>
        <w:rPr>
          <w:rFonts w:ascii="Gentium Plus" w:hAnsi="Gentium Plus"/>
          <w:sz w:val="24"/>
        </w:rPr>
        <w:t>καὶ κρατήσας πάλιν τῆς Ῥώμης ὁ Μαλλίων Καπιτωλῖνος εὐθέως ἐλυπήθη διὰ τὴν παράληψιν τῆς πόλεως Ῥώμης καὶ τὴν ὕβριν καὶ τὴν ἧτταν Ῥωμαίων. ἐν δὲ τῷ λεγομένῳ μηνὶ ἑξτιλλίῳ τοῦ αὐτοῦ μηνὸς τὰς ἡμέρας ἐκολόβωσεν, ὡς δυσοιωνίστου γε‐</w:t>
      </w:r>
    </w:p>
    <w:p>
      <w:r>
        <w:rPr>
          <w:rFonts w:ascii="Courier New" w:hAnsi="Courier New"/>
          <w:color w:val="555555"/>
          <w:sz w:val="20"/>
        </w:rPr>
        <w:t>[5]</w:t>
      </w:r>
    </w:p>
    <w:p>
      <w:r>
        <w:rPr>
          <w:rFonts w:ascii="Gentium Plus" w:hAnsi="Gentium Plus"/>
          <w:sz w:val="24"/>
        </w:rPr>
        <w:t>νομένου τῇ πόλει Ῥώμῃ, ἀποχαράξας καὶ τὸ ὄνομα αὐτοῦ, μη‐ κέτι καλεῖσθαι οὕτως. συσχὼν δὲ καὶ τὸν συγκλητικὸν τὸν ἐχθρὸν αὐτοῦ, τὸν κατασκευάσαντα αὐτῷ, ὀνόματι Φεβρουά‐ ριον, τὸν καὶ ποιήσαντα αὐτὸν ἐκβληθῆναι ἔξω τῆς πόλεως Ῥώ‐ μης, καὶ πάντα τὰ αὐτοῦ ἀφελόμενος, εὐθέως ἐπ’ ὄψεσιν αὐτοῦ</w:t>
      </w:r>
    </w:p>
    <w:p>
      <w:r>
        <w:rPr>
          <w:rFonts w:ascii="Courier New" w:hAnsi="Courier New"/>
          <w:color w:val="555555"/>
          <w:sz w:val="20"/>
        </w:rPr>
        <w:t>[10]</w:t>
      </w:r>
    </w:p>
    <w:p>
      <w:r>
        <w:rPr>
          <w:rFonts w:ascii="Gentium Plus" w:hAnsi="Gentium Plus"/>
          <w:sz w:val="24"/>
        </w:rPr>
        <w:t>ἐῤῥόγευσε τῷ ἐλθόντι στρατῷ μετ’ αὐτοῦ εἰς ἐκδίκησιν τῆς πό‐ λεως Ῥώμης, προσφωνήσας τῇ συγκλήτῳ καὶ τῷ στρατῷ ὅτι οὗτος ἐκ γένους ἐστὶ τῶν Γάλλων, ὡς καὶ ὑμεῖς ἐπίστασθε, κἀ‐ κείνους ἐκδικῶν κατεσκεύασέ μοι. ἔχει δὲ καὶ ἐνυβρισμένον βίον· ἔστι γὰρ κίναιδος, καὶ οὐκ ἐχρῆν αὐτὸν οἰκεῖν ἐν τῇ Ῥώ‐</w:t>
      </w:r>
    </w:p>
    <w:p>
      <w:r>
        <w:rPr>
          <w:rFonts w:ascii="Courier New" w:hAnsi="Courier New"/>
          <w:color w:val="555555"/>
          <w:sz w:val="20"/>
        </w:rPr>
        <w:t>[15]</w:t>
      </w:r>
    </w:p>
    <w:p>
      <w:r>
        <w:rPr>
          <w:rFonts w:ascii="Gentium Plus" w:hAnsi="Gentium Plus"/>
          <w:sz w:val="24"/>
        </w:rPr>
        <w:t>μῃ, ἀλλὰ χρὴ ἐκβληθῆναι αὐτὸν ἀτίμως καὶ ἐν τῇ αὐτοῦ ζωῇ ἀφαιρεθῆναι τὸ ὄνομα αὐτοῦ καὶ δοθῆναι αὐτὸν εἰς θυσίαν τοῖς καταχθονίοις θεοῖς. καὶ συνῄνεσεν ἡ σύγκλητος καὶ ὁ στρα‐ τός· καὶ εὐθέως ἀφελόμενος αὐτοῦ ἀξίαν ἀπέδυσεν αὐτὸν γυ‐ μνόν, καὶ περιειλήσας αὐτὸν ψίαθον καὶ περιζώσας αὐτὸν σχοῖ‐</w:t>
      </w:r>
    </w:p>
    <w:p>
      <w:r>
        <w:rPr>
          <w:rFonts w:ascii="Courier New" w:hAnsi="Courier New"/>
          <w:color w:val="555555"/>
          <w:sz w:val="20"/>
        </w:rPr>
        <w:t>[20]</w:t>
      </w:r>
    </w:p>
    <w:p>
      <w:r>
        <w:rPr>
          <w:rFonts w:ascii="Gentium Plus" w:hAnsi="Gentium Plus"/>
          <w:sz w:val="24"/>
        </w:rPr>
        <w:t>νον μάσσινον, ἐπιθεὶς τὸ ὄνομα τοῦ αὐτοῦ συγκλητικοῦ δι’ ἐγ‐ γράφου προστάξεως αὐτοῦ τῷ μηνὶ τῷ ἑξτιλλίῳ, ποιήσας λέ‐ γεσθαι τὸν αὐτὸν μῆνα ἐξ ἐκείνου Φεβρουάριον, ὡς ἀξίου ὄντος τοῦ ὀνόματος τοῦ μηνὸς δυσοιωνίστου καὶ ἀτίμου, κελεύσας τοῖς</w:t>
      </w:r>
    </w:p>
    <w:p>
      <w:r>
        <w:rPr>
          <w:rFonts w:ascii="Courier New" w:hAnsi="Courier New"/>
          <w:color w:val="555555"/>
          <w:sz w:val="20"/>
        </w:rPr>
        <w:t>[Chron . 187]</w:t>
      </w:r>
    </w:p>
    <w:p>
      <w:r>
        <w:rPr>
          <w:rFonts w:ascii="Gentium Plus" w:hAnsi="Gentium Plus"/>
          <w:sz w:val="24"/>
        </w:rPr>
        <w:t>αὐτὸν καὶ κράζειν, Ἔξιθι, φεβρουᾶρι, ὅπερ ἐστὶ τῇ Ἑλληνί‐ δι γλώσσῃ Ἔκβα, περίτιε. καὶ οὕτως ἐκβληθεὶς ἀπὸ τῆς πόλεως Ῥώμης ὁ αὐτὸς συγκλητικὸς ἐτελεύτα, θυσιασθεὶς τοῖς καταχθονίοις θεοῖς. καὶ ἐπιτρέψας τοῖς ἱερεῦσιν ὁ αὐτὸς Μαλ‐</w:t>
      </w:r>
    </w:p>
    <w:p>
      <w:r>
        <w:rPr>
          <w:rFonts w:ascii="Courier New" w:hAnsi="Courier New"/>
          <w:color w:val="555555"/>
          <w:sz w:val="20"/>
        </w:rPr>
        <w:t>[5]</w:t>
      </w:r>
    </w:p>
    <w:p>
      <w:r>
        <w:rPr>
          <w:rFonts w:ascii="Gentium Plus" w:hAnsi="Gentium Plus"/>
          <w:sz w:val="24"/>
        </w:rPr>
        <w:t>λίων ποιεῖν θυσίαν ἐν τῷ αὐτῷ μηνὶ φεβρουαρίῳ, κελεύσας ἐν ἑκάστῃ πόλει Ῥωμαίων τὸ αὐτὸ σχῆμα τοῦ φορέματος τοῦ ψια‐ θίου γίνεσθαι καὶ τὰ λοιπὰ κατ’ ἔτος, καὶ διώκεσθαι τὸν φε‐ βρουάριον τὸν καὶ περίτιον μῆνα πρὸ τῆς πόλεως τυπτόμε‐ νον, τὴν κατὰ τοῦ Βρήνου καὶ τῶν Γάλλων σημαίνων νίκην</w:t>
      </w:r>
    </w:p>
    <w:p>
      <w:r>
        <w:rPr>
          <w:rFonts w:ascii="Courier New" w:hAnsi="Courier New"/>
          <w:color w:val="555555"/>
          <w:sz w:val="20"/>
        </w:rPr>
        <w:t>[10]</w:t>
      </w:r>
    </w:p>
    <w:p>
      <w:r>
        <w:rPr>
          <w:rFonts w:ascii="Gentium Plus" w:hAnsi="Gentium Plus"/>
          <w:sz w:val="24"/>
        </w:rPr>
        <w:t>καὶ τὴν τοῦ ἐχθροῦ τοῦ Μαλλίωνος ἐκδίκησιν, ὅπερ γίνεται ἕως τῆς νῦν εἰς ἑκάστην πόλιν Ῥωμαίων. ἥντινα ἔκθεσιν ηὗρον ἐν Θεσσαλονίκῃ πόλει· καὶ ἀναγνοὺς ηὗρον ἐπιγεγραμμένην τὴν βίβλον Ἔκθεσις Βρουνιχίου Ῥωμαίου χρονογράφου. Μετὰ δὲ τοῦ διοικῆσαι τοὺς ὑπάτους ἔτη πολλὰ πάλιν ἐβα‐</w:t>
      </w:r>
    </w:p>
    <w:p>
      <w:r>
        <w:rPr>
          <w:rFonts w:ascii="Courier New" w:hAnsi="Courier New"/>
          <w:color w:val="555555"/>
          <w:sz w:val="20"/>
        </w:rPr>
        <w:t>[15]</w:t>
      </w:r>
    </w:p>
    <w:p>
      <w:r>
        <w:rPr>
          <w:rFonts w:ascii="Gentium Plus" w:hAnsi="Gentium Plus"/>
          <w:sz w:val="24"/>
        </w:rPr>
        <w:t>σίλευσε πρῶτος Ὀκταβιανὸς Αὔγουστος. ὃς ἐπεμέμφετο τῷ Μαλλίωνι Καπιτωλίνῳ, ὡς τάξαντι τὸν κακοιώνιστον φεβρουά‐ ριον μῆνα μέσον, καὶ μεταγαγὼν εὐθέως ὁ αὐτὸς Αὔγουστος διὰ θείας αὐτοῦ κελεύσεως τὸ ὄνομα τοῦ φεβρουαρίου μηνὸς ὕστερον πάντων τῶν μηνῶν ἔταξε, καὶ ἀντ’ αὐτοῦ τὸ ἴδιον ἑαυ‐</w:t>
      </w:r>
    </w:p>
    <w:p>
      <w:r>
        <w:rPr>
          <w:rFonts w:ascii="Courier New" w:hAnsi="Courier New"/>
          <w:color w:val="555555"/>
          <w:sz w:val="20"/>
        </w:rPr>
        <w:t>[20]</w:t>
      </w:r>
    </w:p>
    <w:p>
      <w:r>
        <w:rPr>
          <w:rFonts w:ascii="Gentium Plus" w:hAnsi="Gentium Plus"/>
          <w:sz w:val="24"/>
        </w:rPr>
        <w:t>τοῦ ὄνομα αὔγουστον τὸν ἕκτον ἀπὸ τοῦ πρίμου καὶ τὸν πρὸ τοῦ αὐγούστου μηνὸς ἐκάλεσεν εἰς τὸ ὄνομα τοῦ θείου αὐ‐</w:t>
      </w:r>
    </w:p>
    <w:p>
      <w:r>
        <w:rPr>
          <w:rFonts w:ascii="Courier New" w:hAnsi="Courier New"/>
          <w:color w:val="555555"/>
          <w:sz w:val="20"/>
        </w:rPr>
        <w:t>[Chron . 188]</w:t>
      </w:r>
    </w:p>
    <w:p>
      <w:r>
        <w:rPr>
          <w:rFonts w:ascii="Gentium Plus" w:hAnsi="Gentium Plus"/>
          <w:sz w:val="24"/>
        </w:rPr>
        <w:t>Μετὰ δὲ τὸ ἐκβληθῆναι τὸν Ταρκύνιον τῆς βασιλείας διῴ‐ κουν τὴν πόλιν οἱ προειρημένοι ὕπατοι δύο, Βροῦτος ὁ μέγας καὶ ὁ Κολλατῖνος ὁ ἀνὴρ τῆς Λουκρητίας, καὶ ἄλλοι ὕπατοι πολλοὶ ἕως Καίσαρος Ἰουλίου ἐπὶ ἔτη υξδʹ.</w:t>
      </w:r>
    </w:p>
    <w:p>
      <w:r>
        <w:rPr>
          <w:rFonts w:ascii="Courier New" w:hAnsi="Courier New"/>
          <w:color w:val="555555"/>
          <w:sz w:val="20"/>
        </w:rPr>
        <w:t>[5]</w:t>
      </w:r>
    </w:p>
    <w:p>
      <w:r>
        <w:rPr>
          <w:rFonts w:ascii="Gentium Plus" w:hAnsi="Gentium Plus"/>
          <w:sz w:val="24"/>
        </w:rPr>
        <w:t>Ἐν δὲ τοῖς προειρημένοις χρόνοις μετὰ Ἰωακεὶμ Ἀδδοῦς, ὅστις ἱερεὺς ἦν τῶν Ἰουδαίων, τῶν δὲ Ἑλλήνων φιλόσοφος παι‐ δευτὴς Πλάτων· ὅστις γράφων πρὸς Τίμαιον περὶ θεοῦ εἶπεν ὅτι τὸ θεῖον ἐν τρισὶν ὀνόμασι, μία δὲ δύναμις καὶ θεότης, εἰπὼν εἶναι πρῶτον αἴτιον τὸ ἀγαθὸν τὸ οἰκτεῖρον τὰ πάντα, δεύ‐</w:t>
      </w:r>
    </w:p>
    <w:p>
      <w:r>
        <w:rPr>
          <w:rFonts w:ascii="Courier New" w:hAnsi="Courier New"/>
          <w:color w:val="555555"/>
          <w:sz w:val="20"/>
        </w:rPr>
        <w:t>[10]</w:t>
      </w:r>
    </w:p>
    <w:p>
      <w:r>
        <w:rPr>
          <w:rFonts w:ascii="Gentium Plus" w:hAnsi="Gentium Plus"/>
          <w:sz w:val="24"/>
        </w:rPr>
        <w:t>τερον αἴτιον νοῦς ὁ δημιουργήσας τὰ πάντα, τρίτον αἴτιον ἡ ζωοποιὸς ψυχή, ἥτις ἐζωογόνησε τὰ πάντα. τὰς οὖν τρεῖς δυ‐ νάμεις μίαν ὑπάρχειν θεότητα ὡμολόγησε. ταῦτα Κύριλλος ὁ ὁσιώτατος ἐπίσκοπος Ἀλεξανδρείας ἐν τοῖς συγγράμμασιν αὐ‐ τοῦ ἐνέταξε τοῖς κατὰ Ἰουλιανοῦ τοῦ βασιλέως τοῦ παραβάτου,</w:t>
      </w:r>
    </w:p>
    <w:p>
      <w:r>
        <w:rPr>
          <w:rFonts w:ascii="Courier New" w:hAnsi="Courier New"/>
          <w:color w:val="555555"/>
          <w:sz w:val="20"/>
        </w:rPr>
        <w:t>[15]</w:t>
      </w:r>
    </w:p>
    <w:p>
      <w:r>
        <w:rPr>
          <w:rFonts w:ascii="Gentium Plus" w:hAnsi="Gentium Plus"/>
          <w:sz w:val="24"/>
        </w:rPr>
        <w:t>λέγων ὅτι τὴν ἁγίαν τριάδα εἰς μονάδα θεότητος πάντας προει‐ πεῖν ἀγνοοῦντας τὸ μέλλον. Ἐν δὲ τοῖς χρόνοις τοῦ αὐτοῦ Πλάτωνος ἦσαν καὶ ἄλλοι φιλόσοφοι Ἑλλήνων παιδευταί, Ξενοφῶν καὶ Αἰσχίνης καὶ Ἀρι‐ στοτέλης. οἵτινες πλάνην μετεμψυχώσεως παρεισήγαγον τοῖς ἀν‐</w:t>
      </w:r>
    </w:p>
    <w:p>
      <w:r>
        <w:rPr>
          <w:rFonts w:ascii="Courier New" w:hAnsi="Courier New"/>
          <w:color w:val="555555"/>
          <w:sz w:val="20"/>
        </w:rPr>
        <w:t>[20]</w:t>
      </w:r>
    </w:p>
    <w:p>
      <w:r>
        <w:rPr>
          <w:rFonts w:ascii="Gentium Plus" w:hAnsi="Gentium Plus"/>
          <w:sz w:val="24"/>
        </w:rPr>
        <w:t>θρώποις· καὶ τὴν μὲν Καλλίστην, θυγατέρα τοῦ Λυκάονος, με‐</w:t>
      </w:r>
    </w:p>
    <w:p>
      <w:r>
        <w:rPr>
          <w:rFonts w:ascii="Courier New" w:hAnsi="Courier New"/>
          <w:color w:val="555555"/>
          <w:sz w:val="20"/>
        </w:rPr>
        <w:t>[Chron . 189]</w:t>
      </w:r>
    </w:p>
    <w:p>
      <w:r>
        <w:rPr>
          <w:rFonts w:ascii="Gentium Plus" w:hAnsi="Gentium Plus"/>
          <w:sz w:val="24"/>
        </w:rPr>
        <w:t>τεμψυχωθεῖσαν εἰς ἄρκον, τὴν δὲ Ἱππομένην, θυγατέρα τοῦ Μεγαρέως, εἰς λέοντα, τὴν δὲ Ἰώ, θυγατέρα τοῦ Ἰνάχου, εἰς δάμαλιν, καὶ τὴν Ἀταλάντην, θυγατέρα τοῦ Σχοινέως, εἰς ταῶ‐ να, καὶ τὴν Φιλομήλαν, θυγατέρα Πανδίονος, εἰς χελιδόνα, καὶ</w:t>
      </w:r>
    </w:p>
    <w:p>
      <w:r>
        <w:rPr>
          <w:rFonts w:ascii="Courier New" w:hAnsi="Courier New"/>
          <w:color w:val="555555"/>
          <w:sz w:val="20"/>
        </w:rPr>
        <w:t>[5]</w:t>
      </w:r>
    </w:p>
    <w:p>
      <w:r>
        <w:rPr>
          <w:rFonts w:ascii="Gentium Plus" w:hAnsi="Gentium Plus"/>
          <w:sz w:val="24"/>
        </w:rPr>
        <w:t>τὴν Πρόκνην, τὴν ἀδελφὴν αὐτῆς, εἰς ἀηδόνα, καὶ τὴν Νιόβην, θυγατέρα τοῦ Ταντάλου, εἰς λίθον μετεμψυχωθῆναι. καὶ ἄλλα τοιαῦτά τινα ἐμυθολόγησαν αὐτοὶ καὶ οἱ μετ’ αὐτούς. Μετὰ δὲ τὸ τὸν εἰρημένον Ἀρταξέρξην, βασιλέα Περσῶν, ἀποθανεῖν ἐβασίλευσεν Ὦχος, υἱὸς αὐτοῦ· ὅστις ἐπολέμησεν</w:t>
      </w:r>
    </w:p>
    <w:p>
      <w:r>
        <w:rPr>
          <w:rFonts w:ascii="Courier New" w:hAnsi="Courier New"/>
          <w:color w:val="555555"/>
          <w:sz w:val="20"/>
        </w:rPr>
        <w:t>[10]</w:t>
      </w:r>
    </w:p>
    <w:p>
      <w:r>
        <w:rPr>
          <w:rFonts w:ascii="Gentium Plus" w:hAnsi="Gentium Plus"/>
          <w:sz w:val="24"/>
        </w:rPr>
        <w:t>Αἰγυπτίοις καὶ παρέλαβε πᾶσαν τὴν γῆν Αἰγύπτου καὶ ἀπώλεσεν αὐτήν, βασιλεύοντος τῶν Αἰγυπτίων τότε τοῦ Νεκταναβώ, τοῦ ποιήσαντος λεκανομαντείαν καὶ γνόντος ὅτι δεῖ τὸν Ὦχον, βασι‐ λέα Περσῶν, παραλαβεῖν τὴν Αἴγυπτον. ὃς καὶ κουρευσάμενος τὴν ἰδίαν κόμην τῆς κεφαλῆς αὐτοῦ καὶ ἀλλάξας αὐτοῦ τὰ βα‐</w:t>
      </w:r>
    </w:p>
    <w:p>
      <w:r>
        <w:rPr>
          <w:rFonts w:ascii="Courier New" w:hAnsi="Courier New"/>
          <w:color w:val="555555"/>
          <w:sz w:val="20"/>
        </w:rPr>
        <w:t>[15]</w:t>
      </w:r>
    </w:p>
    <w:p>
      <w:r>
        <w:rPr>
          <w:rFonts w:ascii="Gentium Plus" w:hAnsi="Gentium Plus"/>
          <w:sz w:val="24"/>
        </w:rPr>
        <w:t>σιλικὰ ἱμάτια, ἔφυγε διὰ τοῦ Πηλουσίου ὁ αὐτὸς Νεκταναβώ, καὶ εἰς Πέλλην, πόλιν τῆς Μακεδονίας, διέτριβεν. Ἐν τῷ χρόνῳ οὖν τῷ αὐτῷ ἦν τὰ κατὰ τὴν Ὀλυμπιάδα καὶ τὸν αὐτὸν Νεκταναβὼ θρυλούμενα, ὡς διὰ χλεύης τινὸς ἐπορνεύθη ὑπ’ αὐτοῦ καὶ συνέλαβε τὸν Ἀλέξανδρον, ὃν λέγου‐</w:t>
      </w:r>
    </w:p>
    <w:p>
      <w:r>
        <w:rPr>
          <w:rFonts w:ascii="Courier New" w:hAnsi="Courier New"/>
          <w:color w:val="555555"/>
          <w:sz w:val="20"/>
        </w:rPr>
        <w:t>[20]</w:t>
      </w:r>
    </w:p>
    <w:p>
      <w:r>
        <w:rPr>
          <w:rFonts w:ascii="Gentium Plus" w:hAnsi="Gentium Plus"/>
          <w:sz w:val="24"/>
        </w:rPr>
        <w:t>σιν ἀπὸ Διὸς Ἄμμωνος συλληφθῆναι. κατέσχεν οὖν ἡ βασιλεία</w:t>
      </w:r>
    </w:p>
    <w:p>
      <w:r>
        <w:rPr>
          <w:rFonts w:ascii="Courier New" w:hAnsi="Courier New"/>
          <w:color w:val="555555"/>
          <w:sz w:val="20"/>
        </w:rPr>
        <w:t>[Chron . 190]</w:t>
      </w:r>
    </w:p>
    <w:p>
      <w:r>
        <w:rPr>
          <w:rFonts w:ascii="Gentium Plus" w:hAnsi="Gentium Plus"/>
          <w:sz w:val="24"/>
        </w:rPr>
        <w:t>τῶν Αἰγυπτίων καὶ Θηβαίων ἡ πρώτη ἔτη ͵αυϟγʹ. ταῦτα δὲ Εἰρηναῖος ὁ σοφὸς χρονογράφος ἐξέθετο. Ἐν τῷ αὐτῷ δὲ καιρῷ ἀρχιερεὺς ἦν τῶν Ἰουδαίων Ἰαδδοῦς· κατέσχεν οὖν ἡ Ἑβραϊκὴ ἀρχιερωσύνη ἔτη ͵ασβʹ.</w:t>
      </w:r>
    </w:p>
    <w:p>
      <w:r>
        <w:rPr>
          <w:rFonts w:ascii="Courier New" w:hAnsi="Courier New"/>
          <w:color w:val="555555"/>
          <w:sz w:val="20"/>
        </w:rPr>
        <w:t>[5]</w:t>
      </w:r>
    </w:p>
    <w:p>
      <w:r>
        <w:rPr>
          <w:rFonts w:ascii="Gentium Plus" w:hAnsi="Gentium Plus"/>
          <w:sz w:val="24"/>
        </w:rPr>
        <w:t>Ἐν δὲ τοῖς αὐτοῖς χρόνοις ἡ Ῥόδος ἡ νῆσος ὑπὸ θεομηνίας σεισμοῦ κατηνέχθη πᾶσα ἐν μηνὶ ὀκτωβρίῳ νυκτός· καὶ ἔπε‐ σεν ἡ στήλη τοῦ κολοσσοῦ καὶ ἔκειτο χαμαί. τότε δὲ οἱ ἀρχιερεῖς τῶν Ἰουδαίων καὶ τὸ ἔθνος ὅλον φόρους ἐδίδουν Ἀσσυρίοις. ὑπτιώθησαν δὲ τότε οἱ Ἀσσύριοι καὶ ὁ Ὦχος, βασιλεὺς αὐτῶν·</w:t>
      </w:r>
    </w:p>
    <w:p>
      <w:r>
        <w:rPr>
          <w:rFonts w:ascii="Courier New" w:hAnsi="Courier New"/>
          <w:color w:val="555555"/>
          <w:sz w:val="20"/>
        </w:rPr>
        <w:t>[10]</w:t>
      </w:r>
    </w:p>
    <w:p>
      <w:r>
        <w:rPr>
          <w:rFonts w:ascii="Gentium Plus" w:hAnsi="Gentium Plus"/>
          <w:sz w:val="24"/>
        </w:rPr>
        <w:t>καὶ ἐτυράννησαν πᾶσαν τὴν γῆν, καὶ παρεδόθη ἡ βασιλεία εἰς χεῖρας Ἀσσυρίων καὶ Περσῶν καὶ Μήδων καὶ Πάρθων. Τῆς δὲ Μακεδονίας ἐβασίλευσε Φίλιππος ἔτη κʹ. ὅστις νική‐ σας ὑπέταξε τὴν Θεσσαλίαν, καὶ κτίζει πόλιν εἰς τὴν Μακεδο‐ νίαν, ἣν ἐκάλεσε Θεσσαλονίκην, τὴν πρῴην λεγομένην κώμην</w:t>
      </w:r>
    </w:p>
    <w:p>
      <w:r>
        <w:rPr>
          <w:rFonts w:ascii="Courier New" w:hAnsi="Courier New"/>
          <w:color w:val="555555"/>
          <w:sz w:val="20"/>
        </w:rPr>
        <w:t>[15]</w:t>
      </w:r>
    </w:p>
    <w:p>
      <w:r>
        <w:rPr>
          <w:rFonts w:ascii="Gentium Plus" w:hAnsi="Gentium Plus"/>
          <w:sz w:val="24"/>
        </w:rPr>
        <w:t>Θέρμας. Διονύσιος δὲ ἐξέθετο ὅτι εἰς ὄνομα βασιλίσσης μιᾶς τοῦ γένους Φιλίππου μετὰ ταῦτα ἐκλήθη Θεσσαλονίκη. κατέ‐ σχεν οὖν ἡ βασιλεία, ἤτοι τοπαρχία, Μακεδόνων ἔτη χβʹ ἕως τῆς βασιλείας τοῦ αὐτοῦ Φιλίππου, καθὼς ὁ σοφώτατος Εὐσέ‐ βιος ὁ Παμφίλου χρονογραφεῖ.</w:t>
      </w:r>
    </w:p>
    <w:p>
      <w:r>
        <w:rPr>
          <w:rFonts w:ascii="Courier New" w:hAnsi="Courier New"/>
          <w:color w:val="555555"/>
          <w:sz w:val="20"/>
        </w:rPr>
        <w:t>[20]</w:t>
      </w:r>
    </w:p>
    <w:p>
      <w:r>
        <w:rPr>
          <w:rFonts w:ascii="Gentium Plus" w:hAnsi="Gentium Plus"/>
          <w:sz w:val="24"/>
        </w:rPr>
        <w:t>Καὶ μετὰ Φίλιππον ἐβασίλευσε τῆς Μακεδονίας Ἀλέξανδρος</w:t>
      </w:r>
    </w:p>
    <w:p>
      <w:r>
        <w:rPr>
          <w:rFonts w:ascii="Courier New" w:hAnsi="Courier New"/>
          <w:color w:val="555555"/>
          <w:sz w:val="20"/>
        </w:rPr>
        <w:t>[Chron . 191]</w:t>
      </w:r>
    </w:p>
    <w:p>
      <w:r>
        <w:rPr>
          <w:rFonts w:ascii="Gentium Plus" w:hAnsi="Gentium Plus"/>
          <w:sz w:val="24"/>
        </w:rPr>
        <w:t>ὁ Φιλίππου. τῶν δὲ Βαβυλωνίων μετὰ τὸν Ὦχον ἐβασίλευσε Δαρεῖος ὁ Μῆδος ὁ Ἀσσαλάμου· καὶ κατεκυρίευσε πάντων. Οἱ δὲ Ῥωμαῖοι ἐπὶ τῆς αὐτοῦ βασιλείας περιγενόμενοι προσελάβοντο τὴν περιοχὴν τῆς αὐτῶν γῆς· καὶ προβαλλόμενοι</w:t>
      </w:r>
    </w:p>
    <w:p>
      <w:r>
        <w:rPr>
          <w:rFonts w:ascii="Courier New" w:hAnsi="Courier New"/>
          <w:color w:val="555555"/>
          <w:sz w:val="20"/>
        </w:rPr>
        <w:t>[5]</w:t>
      </w:r>
    </w:p>
    <w:p>
      <w:r>
        <w:rPr>
          <w:rFonts w:ascii="Gentium Plus" w:hAnsi="Gentium Plus"/>
          <w:sz w:val="24"/>
        </w:rPr>
        <w:t>δυνατοὺς ὑπάτους χώρας ἀπέσπων.</w:t>
      </w:r>
    </w:p>
    <w:p>
      <w:pPr>
        <w:jc w:val="center"/>
      </w:pPr>
      <w:r>
        <w:rPr>
          <w:rFonts w:ascii="Gentium Plus" w:hAnsi="Gentium Plus"/>
          <w:b/>
          <w:sz w:val="24"/>
        </w:rPr>
        <w:t>ΛΟΓΟΣ ΟΓΔΟΟΣ</w:t>
      </w:r>
    </w:p>
    <w:p>
      <w:r>
        <w:rPr>
          <w:rFonts w:ascii="Courier New" w:hAnsi="Courier New"/>
          <w:color w:val="555555"/>
          <w:sz w:val="20"/>
        </w:rPr>
        <w:t>[t2]</w:t>
      </w:r>
    </w:p>
    <w:p>
      <w:r>
        <w:rPr>
          <w:rFonts w:ascii="Gentium Plus" w:hAnsi="Gentium Plus"/>
          <w:sz w:val="24"/>
        </w:rPr>
        <w:t>ΧΡΟΝΩΝ ΜΑΚΕΔΟΝΩΝ.</w:t>
      </w:r>
    </w:p>
    <w:p>
      <w:r>
        <w:rPr>
          <w:rFonts w:ascii="Courier New" w:hAnsi="Courier New"/>
          <w:color w:val="555555"/>
          <w:sz w:val="20"/>
        </w:rPr>
        <w:t>[1]</w:t>
      </w:r>
    </w:p>
    <w:p>
      <w:r>
        <w:rPr>
          <w:rFonts w:ascii="Gentium Plus" w:hAnsi="Gentium Plus"/>
          <w:sz w:val="24"/>
        </w:rPr>
        <w:t>Τῷ δὲ τετάρτῳ ἔτει τῆς βασιλείας Δαρείου τοῦ Μήδου τοῦ Ἀσσαλάμου ἐξανέστησεν ὁ θεὸς τοῖς Ἀσσυρίοις καὶ Πέρσαις καὶ Πάρθοις καὶ Μήδοις Ἀλέξανδρον τὸν τῆς Μακεδονίας το‐ πάρχην, ἤτοι βασιλέα, τὸν Φιλίππου. ὅστις καὶ τὴν μεγάλην</w:t>
      </w:r>
    </w:p>
    <w:p>
      <w:r>
        <w:rPr>
          <w:rFonts w:ascii="Courier New" w:hAnsi="Courier New"/>
          <w:color w:val="555555"/>
          <w:sz w:val="20"/>
        </w:rPr>
        <w:t>[5]</w:t>
      </w:r>
    </w:p>
    <w:p>
      <w:r>
        <w:rPr>
          <w:rFonts w:ascii="Gentium Plus" w:hAnsi="Gentium Plus"/>
          <w:sz w:val="24"/>
        </w:rPr>
        <w:t>Ἀλεξάνδρειαν ἔκτισε, τὴν πρῴην λεγομένην κώμην Ῥακοῦστιν· ἣν αὐτὸς ἐκάλεσεν εἰς ἴδιον ὄνομα Ἀλεξάνδρειαν, θυσιάσας κόρην παρθένον, Μακεδονίαν παρ’ αὐτοῦ κληθεῖσαν. ἔκτισε δὲ καὶ ἱερὸν τῷ Σεράπι Ἡλίῳ, καὶ δημόσιον, ὃ καλεῖται ὁ Ἵππος, καὶ ἀλλὰ ἱερά. ὅστις βασιλεὺς Ἀλέξανδρος προτρεψάμενος ὁμόφρο‐</w:t>
      </w:r>
    </w:p>
    <w:p>
      <w:r>
        <w:rPr>
          <w:rFonts w:ascii="Courier New" w:hAnsi="Courier New"/>
          <w:color w:val="555555"/>
          <w:sz w:val="20"/>
        </w:rPr>
        <w:t>[10]</w:t>
      </w:r>
    </w:p>
    <w:p>
      <w:r>
        <w:rPr>
          <w:rFonts w:ascii="Gentium Plus" w:hAnsi="Gentium Plus"/>
          <w:sz w:val="24"/>
        </w:rPr>
        <w:t>νας γενναίους στρατηγούς, κατὰ τῆς ἀπονοίας Ἀσσυρίων ὀργι‐ σθείς, πρῶτος παρετάξατο Δαρείῳ τῷ βασιλεῖ Περσῶν. καὶ</w:t>
      </w:r>
    </w:p>
    <w:p>
      <w:r>
        <w:rPr>
          <w:rFonts w:ascii="Courier New" w:hAnsi="Courier New"/>
          <w:color w:val="555555"/>
          <w:sz w:val="20"/>
        </w:rPr>
        <w:t>[Chron . 193]</w:t>
      </w:r>
    </w:p>
    <w:p>
      <w:r>
        <w:rPr>
          <w:rFonts w:ascii="Gentium Plus" w:hAnsi="Gentium Plus"/>
          <w:sz w:val="24"/>
        </w:rPr>
        <w:t>λεσε τὸ Στρατήγιον· ἐκεῖ γὰρ στρατηγήσας τὰ τοῦ πολέμου με‐ τὰ τοῦ ἰδίου στρατοῦ καὶ τῶν συμμάχων αὐτοῦ ἐπέρασεν ἐκεῖ‐ θεν σὺν τῷ ἰδίῳ πλήθει ἄντικρυς εἰς ἐμπόριον τῆς Βιθυνίας λε‐ γόμενον Δίσκοι. βουλόμενος δὲ προτρέψασθαι τὸ ἴδιον στρά‐</w:t>
      </w:r>
    </w:p>
    <w:p>
      <w:r>
        <w:rPr>
          <w:rFonts w:ascii="Courier New" w:hAnsi="Courier New"/>
          <w:color w:val="555555"/>
          <w:sz w:val="20"/>
        </w:rPr>
        <w:t>[5]</w:t>
      </w:r>
    </w:p>
    <w:p>
      <w:r>
        <w:rPr>
          <w:rFonts w:ascii="Gentium Plus" w:hAnsi="Gentium Plus"/>
          <w:sz w:val="24"/>
        </w:rPr>
        <w:t>τευμα ἐῤῥόγευσεν αὐτοῖς ἐκεῖ πολὺν χρυσόν, καὶ μετεκάλεσε τὸ αὐτὸ ἐμπόριον Χρυσόπολιν· ὅπερ οὕτως καλεῖται ἕως τῆς νῦν. καὶ ἐξορμήσας ἐκεῖθεν ἐν τῇ Τροίᾳ ἦλθε· καὶ ποιήσας θυσίαν εἰς τὸν τύμβον τοῦ Ἀχιλλέως ὡς ἐκ γένους αὐτοῦ καταγόμενος, ᾔτησε τὸ πνεῦμα αὐτοῦ συμμαχεῖν αὐτῷ ἐν τῷ πολέμῳ. ἐκ τοῦ</w:t>
      </w:r>
    </w:p>
    <w:p>
      <w:r>
        <w:rPr>
          <w:rFonts w:ascii="Courier New" w:hAnsi="Courier New"/>
          <w:color w:val="555555"/>
          <w:sz w:val="20"/>
        </w:rPr>
        <w:t>[10]</w:t>
      </w:r>
    </w:p>
    <w:p>
      <w:r>
        <w:rPr>
          <w:rFonts w:ascii="Gentium Plus" w:hAnsi="Gentium Plus"/>
          <w:sz w:val="24"/>
        </w:rPr>
        <w:t>γὰρ Μολοσσοῦ τοῦ υἱοῦ Πύῤῥου καὶ τῆς Ἀνδρομάχης κατήχθη ἡ Ὀλυμπιὰς ἡ μήτηρ τοῦ αὐτοῦ Ἀλεξάνδρου τοῦ Μακεδόνος. καὶ εὐθέως ὡς πάρδαλις ἐκεῖθεν ὁρμήσας ὁ Ἀλέξανδρος, ἅμα τοῖς σὺν αὐτῷ στρατηγοῖς παρέλαβε πάσας τὰς χώρας. καὶ νι‐ κήσας τὸν Δαρεῖον, βασιλέα Περσῶν, τὸν Ἀσσαλάμου, παρέλαβεν</w:t>
      </w:r>
    </w:p>
    <w:p>
      <w:r>
        <w:rPr>
          <w:rFonts w:ascii="Courier New" w:hAnsi="Courier New"/>
          <w:color w:val="555555"/>
          <w:sz w:val="20"/>
        </w:rPr>
        <w:t>[15]</w:t>
      </w:r>
    </w:p>
    <w:p>
      <w:r>
        <w:rPr>
          <w:rFonts w:ascii="Gentium Plus" w:hAnsi="Gentium Plus"/>
          <w:sz w:val="24"/>
        </w:rPr>
        <w:t>αὐτὸν καὶ πᾶσαν τὴν βασιλείαν αὐτοῦ καὶ πᾶσαν τὴν χώραν Ἀσσυρίων καὶ Μήδων καὶ Πάρθων καὶ Βαβυλωνίων καὶ Περσῶν καὶ πάσας τὰς βασιλείας τῆς γῆς, καθὼς Βόττιος ὁ σοφώτατος συνεγράψατο, ἐλευθερώσας ὁ αὐτὸς Ἀλέξανδρος καὶ τὰς πόλεις καὶ τὰς χώρας καὶ πᾶσαν τὴν γῆν τῶν Ῥωμαίων καὶ Ἑλλήνων</w:t>
      </w:r>
    </w:p>
    <w:p>
      <w:r>
        <w:rPr>
          <w:rFonts w:ascii="Courier New" w:hAnsi="Courier New"/>
          <w:color w:val="555555"/>
          <w:sz w:val="20"/>
        </w:rPr>
        <w:t>[20]</w:t>
      </w:r>
    </w:p>
    <w:p>
      <w:r>
        <w:rPr>
          <w:rFonts w:ascii="Gentium Plus" w:hAnsi="Gentium Plus"/>
          <w:sz w:val="24"/>
        </w:rPr>
        <w:t>καὶ Αἰγυπτίων ἐκ τῆς Ἀσσυρίων καὶ Περσῶν καὶ Πάρθων καὶ Μήδων ὑποταγῆς καὶ δουλείας, ἀποδοὺς Ῥωμαίοις πάντα ἃ ἀπώλεσαν.</w:t>
      </w:r>
    </w:p>
    <w:p>
      <w:r>
        <w:rPr>
          <w:rFonts w:ascii="Courier New" w:hAnsi="Courier New"/>
          <w:color w:val="555555"/>
          <w:sz w:val="20"/>
        </w:rPr>
        <w:t>[Chron . 194]</w:t>
      </w:r>
    </w:p>
    <w:p>
      <w:r>
        <w:rPr>
          <w:rFonts w:ascii="Gentium Plus" w:hAnsi="Gentium Plus"/>
          <w:sz w:val="24"/>
        </w:rPr>
        <w:t>νος νίκης ἔτη ͵εφνζʹ. ἦν δὲ τότε ἀρχιερεὺς τῶν Ἰουδαίων ὁ Ἀδ‐ δούς. Ἐλύθη δὲ τότε τὰ Περσικὰ μέρη καὶ τὰ βασίλεια αὐτῆς, καὶ κατεδυνάστευσαν οἱ Μακεδόνες καὶ Ἀλέξανδρος μετὰ τῶν ἅμα</w:t>
      </w:r>
    </w:p>
    <w:p>
      <w:r>
        <w:rPr>
          <w:rFonts w:ascii="Courier New" w:hAnsi="Courier New"/>
          <w:color w:val="555555"/>
          <w:sz w:val="20"/>
        </w:rPr>
        <w:t>[5]</w:t>
      </w:r>
    </w:p>
    <w:p>
      <w:r>
        <w:rPr>
          <w:rFonts w:ascii="Gentium Plus" w:hAnsi="Gentium Plus"/>
          <w:sz w:val="24"/>
        </w:rPr>
        <w:t>αὐτῷ συμμάχων τῆς γῆς Χαλδαίων καὶ Μήδων καὶ Περσῶν καὶ Πάρθων· καὶ νικήσαντες καὶ φονεύσαντες τὸν Δαρεῖον, εἰσῆλ‐ θον εἰς τὰ βασίλεια τοῦ αὐτοῦ Δαρείου. καὶ ἐνομοθέτησεν ὁ αὐτὸς Ἀλέξανδρος τὴν χώραν αὐτῶν καὶ ἐβασίλευσεν αὐτῶν· καὶ ἤγειραν αὐτῷ οἱ Πέρσαι στήλην ἔφιππον χαλκῆν εἰς Βαβυλῶνα,</w:t>
      </w:r>
    </w:p>
    <w:p>
      <w:r>
        <w:rPr>
          <w:rFonts w:ascii="Courier New" w:hAnsi="Courier New"/>
          <w:color w:val="555555"/>
          <w:sz w:val="20"/>
        </w:rPr>
        <w:t>[10]</w:t>
      </w:r>
    </w:p>
    <w:p>
      <w:r>
        <w:rPr>
          <w:rFonts w:ascii="Gentium Plus" w:hAnsi="Gentium Plus"/>
          <w:sz w:val="24"/>
        </w:rPr>
        <w:t>ἥτις ἵσταται ἕως τῆς νῦν. Ὁ δὲ αὐτὸς Ἀλέξανδρος τὴν θυγατέρα Δαρείου τοῦ βασιλέως Περσῶν Ῥωξάνην λαβὼν αἰχμάλωτον, παρθένον οὖσαν, ἠγάγετο εἰς γυναῖκα. παρέλαβε δὲ καὶ πάντα τὰ Ἰνδικὰ μέρη καὶ τὰ βασίλεια αὐτῶν ὁ αὐτὸς Ἀλέξανδρος, λαβὼν καὶ Πῶρον τὸν βα‐</w:t>
      </w:r>
    </w:p>
    <w:p>
      <w:r>
        <w:rPr>
          <w:rFonts w:ascii="Courier New" w:hAnsi="Courier New"/>
          <w:color w:val="555555"/>
          <w:sz w:val="20"/>
        </w:rPr>
        <w:t>[15]</w:t>
      </w:r>
    </w:p>
    <w:p>
      <w:r>
        <w:rPr>
          <w:rFonts w:ascii="Gentium Plus" w:hAnsi="Gentium Plus"/>
          <w:sz w:val="24"/>
        </w:rPr>
        <w:t>σιλέα Ἰνδῶν αἰχμάλωτον· καὶ τὰ ἄλλα πάντα τὰ τῶν ἐθνῶν βα‐ σίλεια δίχα τῆς βασιλείας τῆς Κανδάκης τῆς χήρας τῆς βασι‐ λευούσης τῶν ἐνδοτέρων Ἰνδῶν· ἥτις συνελάβετο τὸν αὐτὸν Ἀλέξανδρον τῷ τρόπῳ τούτῳ. Ἔθος εἶχεν ὁ αὐτὸς Ἀλέξανδρος μετὰ τῶν πεμπομένων παρ’</w:t>
      </w:r>
    </w:p>
    <w:p>
      <w:r>
        <w:rPr>
          <w:rFonts w:ascii="Courier New" w:hAnsi="Courier New"/>
          <w:color w:val="555555"/>
          <w:sz w:val="20"/>
        </w:rPr>
        <w:t>[20]</w:t>
      </w:r>
    </w:p>
    <w:p>
      <w:r>
        <w:rPr>
          <w:rFonts w:ascii="Gentium Plus" w:hAnsi="Gentium Plus"/>
          <w:sz w:val="24"/>
        </w:rPr>
        <w:t>αὐτοῦ πρεσβευτῶν πρὸς τοὺς ἐναντίους βασιλεῖς εἰσέρχεσθαι ἐν σχήματι στρατιώτου καὶ ὁρᾶν ὁποῖός ἐστιν ὁ βασιλεὺς ἐκεῖνος. ἡ δὲ Κανδάκη βασίλισσα μαθοῦσα τοῦτο, περιειργάσατο ὁποίας</w:t>
      </w:r>
    </w:p>
    <w:p>
      <w:r>
        <w:rPr>
          <w:rFonts w:ascii="Courier New" w:hAnsi="Courier New"/>
          <w:color w:val="555555"/>
          <w:sz w:val="20"/>
        </w:rPr>
        <w:t>[Chron . 195]</w:t>
      </w:r>
    </w:p>
    <w:p>
      <w:r>
        <w:rPr>
          <w:rFonts w:ascii="Gentium Plus" w:hAnsi="Gentium Plus"/>
          <w:sz w:val="24"/>
        </w:rPr>
        <w:t>μαλός, ὀδόντας ἔχων μεγάλους καὶ φαινομένους, ἔχων δὲ ὀφθαλ‐ μὸν γλαυκὸν ἕνα καὶ ἕνα μέλανα. καὶ ἐσημειώσατο καθ’ ἑαυτὴν ταῦτα· καὶ εἰσελθόντα πρὸς αὐτὴν ἅμα τοῖς πεμφθεῖσι παρ’ αὐ‐ τοῦ πρεσβευταῖς γνωρίσασα οὖν αὐτὸν ἐκ τῶν συσσημάτων, συνέ‐</w:t>
      </w:r>
    </w:p>
    <w:p>
      <w:r>
        <w:rPr>
          <w:rFonts w:ascii="Courier New" w:hAnsi="Courier New"/>
          <w:color w:val="555555"/>
          <w:sz w:val="20"/>
        </w:rPr>
        <w:t>[5]</w:t>
      </w:r>
    </w:p>
    <w:p>
      <w:r>
        <w:rPr>
          <w:rFonts w:ascii="Gentium Plus" w:hAnsi="Gentium Plus"/>
          <w:sz w:val="24"/>
        </w:rPr>
        <w:t>σχεν αὐτὸν καὶ εἶπεν αὐτῷ, Ἀλέξανδρε βασιλεῦ, τὸν κόσμον ὅλον παρέλαβες· καὶ γυνή σε μία παρέλαβεν. ὁ δὲ Ἀλέξανδρος εἶπεν αὐτῇ, Διὰ τὸ σπουδαῖον καὶ περίγοργον τῆς φρονήσεώς σου ἀβλαβῆ σε φυλάξω καὶ τὴν σὴν γῆν καὶ τοὺς σοὺς υἱεῖς, ἄγο‐ μαι δέ σε εἰς γυναῖκα. ἥτις Κανδάκη ἀκούσασα δέδωκεν ἑαυ‐</w:t>
      </w:r>
    </w:p>
    <w:p>
      <w:r>
        <w:rPr>
          <w:rFonts w:ascii="Courier New" w:hAnsi="Courier New"/>
          <w:color w:val="555555"/>
          <w:sz w:val="20"/>
        </w:rPr>
        <w:t>[10]</w:t>
      </w:r>
    </w:p>
    <w:p>
      <w:r>
        <w:rPr>
          <w:rFonts w:ascii="Gentium Plus" w:hAnsi="Gentium Plus"/>
          <w:sz w:val="24"/>
        </w:rPr>
        <w:t>τήν· ὁ δὲ Ἀλέξανδρος εὐθέως ἔλαβεν αὐτὴν μεθ’ ἑαυτοῦ καὶ εἰσ‐ ῆλθεν ἐπὶ τὴν Αἰθιοπίαν καὶ εἰς ἄλλας χώρας. Μέλλων δὲ τελευτᾶν ὁ αὐτὸς Ἀλέξανδρος διετάξατο ὥστε πάντας τοὺς σὺν αὐτῷ ὑπερασπιστὰς καὶ συμμάχους βασιλεύειν τῆς αὐτῆς χώρας ὅπου ἦν αὐτοὺς ἐάσας καὶ κρατεῖν τῶν ἐκεῖσε</w:t>
      </w:r>
    </w:p>
    <w:p>
      <w:r>
        <w:rPr>
          <w:rFonts w:ascii="Courier New" w:hAnsi="Courier New"/>
          <w:color w:val="555555"/>
          <w:sz w:val="20"/>
        </w:rPr>
        <w:t>[15]</w:t>
      </w:r>
    </w:p>
    <w:p>
      <w:r>
        <w:rPr>
          <w:rFonts w:ascii="Gentium Plus" w:hAnsi="Gentium Plus"/>
          <w:sz w:val="24"/>
        </w:rPr>
        <w:t>τόπων. ἔζησε δὲ ὁ αὐτὸς Ἀλέξανδρος ἔτη λϛʹ, ἐβασίλευσε δὲ ὑποτάξας τὰ πάντα ἔτη ιζʹ, ὁ δὲ πόλεμος αὐτοῦ ἐκράτησεν ἔτη θʹ, ὑπέταξε δὲ βαρβάρων ἔθνη κβʹ, Ἑλλήνων φυλὰς ιγʹ, καὶ ἔκτισε πόλεις αὐτὸς καὶ οἱ μετ’ αὐτοῦ πολλάς. Ἔστιν οὖν ἀπὸ Ἀδὰμ ἕως τῆς τελευτῆς Ἀλεξάνδρου τοῦ Μα‐</w:t>
      </w:r>
    </w:p>
    <w:p>
      <w:r>
        <w:rPr>
          <w:rFonts w:ascii="Courier New" w:hAnsi="Courier New"/>
          <w:color w:val="555555"/>
          <w:sz w:val="20"/>
        </w:rPr>
        <w:t>[20]</w:t>
      </w:r>
    </w:p>
    <w:p>
      <w:r>
        <w:rPr>
          <w:rFonts w:ascii="Gentium Plus" w:hAnsi="Gentium Plus"/>
          <w:sz w:val="24"/>
        </w:rPr>
        <w:t>κεδόνος ἔτη ͵εφϟγʹ, καθὼς συνεγράψατο Θεόφιλος ὁ χρονογράφος. Μετὰ οὖν τὴν τελευτὴν Ἀλεξάνδρου τοῦ Μακεδόνος ἐμερί‐ σθησαν εἰς τέσσαρας τοπαρχίας, ἤτοι βασιλείας, αἱ χῶραι ἃς ὑπέ‐</w:t>
      </w:r>
    </w:p>
    <w:p>
      <w:r>
        <w:rPr>
          <w:rFonts w:ascii="Courier New" w:hAnsi="Courier New"/>
          <w:color w:val="555555"/>
          <w:sz w:val="20"/>
        </w:rPr>
        <w:t>[Chron . 196]</w:t>
      </w:r>
    </w:p>
    <w:p>
      <w:r>
        <w:rPr>
          <w:rFonts w:ascii="Gentium Plus" w:hAnsi="Gentium Plus"/>
          <w:sz w:val="24"/>
        </w:rPr>
        <w:t>σίλευσαν αὐτῶν οἱ Μακεδόνες οἱ συνασπισταὶ τοῦ αὐτοῦ Ἀλεξάν‐ δρου καθὼς διετάξατο οὕτως. τῆς Μακεδονίας καὶ τῆς Εὐρώ‐ πης πάσης κρατεῖν καὶ βασιλεύειν Φίλιππον τὸν ἀδελφὸν αὐτοῦ τὸν ἴδιον τὸν μείζονα. καὶ ἐβασίλευσεν ὁ Φίλιππος, καὶ μετὰ</w:t>
      </w:r>
    </w:p>
    <w:p>
      <w:r>
        <w:rPr>
          <w:rFonts w:ascii="Courier New" w:hAnsi="Courier New"/>
          <w:color w:val="555555"/>
          <w:sz w:val="20"/>
        </w:rPr>
        <w:t>[5]</w:t>
      </w:r>
    </w:p>
    <w:p>
      <w:r>
        <w:rPr>
          <w:rFonts w:ascii="Gentium Plus" w:hAnsi="Gentium Plus"/>
          <w:sz w:val="24"/>
        </w:rPr>
        <w:t>Φίλιππον ἐβασίλευσε Κάσσανδρος, καὶ μετὰ Κάσσανδρον ἐβασί‐ λευσαν οἱ παῖδες τοῦ αὐτοῦ Κασσάνδρου, καὶ μετ’ αὐτοὺς ἐβασί‐ λευσε Δημήτριος, καὶ μετὰ Δημήτριον ἐβασίλευσεν ὁ Ἠπειρώτης Πύῤῥος, καὶ μετὰ Πύῤῥον τὸν Ἠπειρώτην ἐβασίλευσε Μελέα‐ γρος καὶ ἄλλοι βασιλεῖς ἓξ ἐβασίλευσαν ἕως τῆς βασιλείας Περ‐</w:t>
      </w:r>
    </w:p>
    <w:p>
      <w:r>
        <w:rPr>
          <w:rFonts w:ascii="Courier New" w:hAnsi="Courier New"/>
          <w:color w:val="555555"/>
          <w:sz w:val="20"/>
        </w:rPr>
        <w:t>[10]</w:t>
      </w:r>
    </w:p>
    <w:p>
      <w:r>
        <w:rPr>
          <w:rFonts w:ascii="Gentium Plus" w:hAnsi="Gentium Plus"/>
          <w:sz w:val="24"/>
        </w:rPr>
        <w:t>σέως τοῦ Ἠπειρώτου. καὶ ἐκράτησεν ἡ βασιλεία αὐτῶν μετὰ τὴν τελευτὴν Ἀλεξάνδρου ἔτη ρνζʹ. Τῆς δὲ Αἰγύπτου πάσης καὶ τῆς Λιβύης ἦν διαταξάμενος ὁ αὐτὸς Ἀλέξανδρος κρατεῖν καὶ βασιλεύειν Πτολεμαῖον τὸν Λάγου τὸν ἀστρονόμον· ὃς ἐβασίλευσεν Αἰγυπτίων ἐν τῷ τῶν Μακεδό‐</w:t>
      </w:r>
    </w:p>
    <w:p>
      <w:r>
        <w:rPr>
          <w:rFonts w:ascii="Courier New" w:hAnsi="Courier New"/>
          <w:color w:val="555555"/>
          <w:sz w:val="20"/>
        </w:rPr>
        <w:t>[15]</w:t>
      </w:r>
    </w:p>
    <w:p>
      <w:r>
        <w:rPr>
          <w:rFonts w:ascii="Gentium Plus" w:hAnsi="Gentium Plus"/>
          <w:sz w:val="24"/>
        </w:rPr>
        <w:t>νων κράτει ἔτη μβʹ. δεύτερος δὲ βασιλεὺς Πτολεμαῖος ὁ υἱὸς αὐτοῦ. Ἐπὶ δὲ τῆς αὐτοῦ βασιλείας τοῦ αὐτοῦ Πτολεμαίου τοῦ υἱοῦ Λάγου ἡρμηνεύθησαν αἱ βίβλοι τῶν Ἰουδαίων ἑλληνιστὶ παρὰ τῶν οβʹ διδασκάλων δι’ ἡμερῶν οβʹ· ἦσαν γὰρ γεγραμμέναι</w:t>
      </w:r>
    </w:p>
    <w:p>
      <w:r>
        <w:rPr>
          <w:rFonts w:ascii="Courier New" w:hAnsi="Courier New"/>
          <w:color w:val="555555"/>
          <w:sz w:val="20"/>
        </w:rPr>
        <w:t>[20]</w:t>
      </w:r>
    </w:p>
    <w:p>
      <w:r>
        <w:rPr>
          <w:rFonts w:ascii="Gentium Plus" w:hAnsi="Gentium Plus"/>
          <w:sz w:val="24"/>
        </w:rPr>
        <w:t>ἑβραϊστί· οἷα τοῦ αὐτοῦ Πτολεμαίου βουληθέντος ἀναγνῶναι δι’ Ἑλληνικῆς φράσεως τὴν δύναμιν τῶν Ἰουδαϊκῶν βιβλίων. Μετὰ δὲ τὴν βασιλείαν αὐτοῦ ἐβασίλευσε τρίτος Πτολεμαῖος</w:t>
      </w:r>
    </w:p>
    <w:p>
      <w:r>
        <w:rPr>
          <w:rFonts w:ascii="Courier New" w:hAnsi="Courier New"/>
          <w:color w:val="555555"/>
          <w:sz w:val="20"/>
        </w:rPr>
        <w:t>[Chron . 197]</w:t>
      </w:r>
    </w:p>
    <w:p>
      <w:r>
        <w:rPr>
          <w:rFonts w:ascii="Gentium Plus" w:hAnsi="Gentium Plus"/>
          <w:sz w:val="24"/>
        </w:rPr>
        <w:t>λεμαῖος ὁ Εὐεργέτης ἔτη κεʹ, καὶ μετ’ αὐτὸν ἐβασίλευσε εʹ Πτολε‐ μαῖος ὁ Φιλοπάτωρ ἔτη ιζʹ, καὶ μετ’ αὐτὸν ἐβασίλευσεν ϛʹ Πτολε‐ μαῖος ὁ Ἐπιφανής, καὶ μετ’ αὐτὸν ἐβασίλευσεν ζʹ Πτολεμαῖος ὁ Φιλομήτωρ ἔτη ιαʹ. καὶ ἕτεροι Πτολεμαῖοι βασιλεῖς πέντε ἐβα‐</w:t>
      </w:r>
    </w:p>
    <w:p>
      <w:r>
        <w:rPr>
          <w:rFonts w:ascii="Courier New" w:hAnsi="Courier New"/>
          <w:color w:val="555555"/>
          <w:sz w:val="20"/>
        </w:rPr>
        <w:t>[5]</w:t>
      </w:r>
    </w:p>
    <w:p>
      <w:r>
        <w:rPr>
          <w:rFonts w:ascii="Gentium Plus" w:hAnsi="Gentium Plus"/>
          <w:sz w:val="24"/>
        </w:rPr>
        <w:t>σίλευσαν ἔτη ϟβʹ, δωδέκατος δὲ Πτολεμαῖος ἐβασίλευσεν ὀνόματι Διόνυσος ἔτη κθʹ, ὃς ἔσχε θυγατέρα ὀνόματι Κλεοπάτραν καὶ υἱὸν ὀνόματι Πτολεμαῖον. καὶ λοιπὸν τρισκαιδεκάτη βασίλισσα τῶν Πτολεμαίων Κλεοπάτρα· ἐβασίλευσε δὲ ἡ αὐτὴ Κλεοπάτρα ἡ θυγάτηρ τοῦ αὐτοῦ Διονύσου ἔτη κβʹ. ἐβασίλευσαν οὖν οἱ ιγʹ</w:t>
      </w:r>
    </w:p>
    <w:p>
      <w:r>
        <w:rPr>
          <w:rFonts w:ascii="Courier New" w:hAnsi="Courier New"/>
          <w:color w:val="555555"/>
          <w:sz w:val="20"/>
        </w:rPr>
        <w:t>[10]</w:t>
      </w:r>
    </w:p>
    <w:p>
      <w:r>
        <w:rPr>
          <w:rFonts w:ascii="Gentium Plus" w:hAnsi="Gentium Plus"/>
          <w:sz w:val="24"/>
        </w:rPr>
        <w:t>Πτολεμαῖοι οἱ Μακεδόνες τῆς Αἰγυπτιακῆς χώρας ἁπάσης ἀπὸ τοῦ Πτολεμαίου τοῦ Λάγου ἕως Κλεοπάτρας τῆς Διονύσου θυ‐ γατρὸς ἔτη τʹ ἕως τοῦ ιεʹ ἔτους τῆς βασιλείας Αὐγούστου Καί‐ σαρος τοῦ καὶ Ὀκταβιανοῦ Σεβαστοῦ Ἰμπεράτορος, τοῦ νική‐ σαντος τὸν Ἀντώνιον καὶ τὴν αὐτὴν Κλεοπάτραν ἐν τῇ ἐπὶ χώρᾳ</w:t>
      </w:r>
    </w:p>
    <w:p>
      <w:r>
        <w:rPr>
          <w:rFonts w:ascii="Courier New" w:hAnsi="Courier New"/>
          <w:color w:val="555555"/>
          <w:sz w:val="20"/>
        </w:rPr>
        <w:t>[15]</w:t>
      </w:r>
    </w:p>
    <w:p>
      <w:r>
        <w:rPr>
          <w:rFonts w:ascii="Gentium Plus" w:hAnsi="Gentium Plus"/>
          <w:sz w:val="24"/>
        </w:rPr>
        <w:t>ναυμαχίᾳ εἰς τὸν Λευκάτην τόπον καὶ φονεύσαντος αὐτοὺς καὶ ὑποτάξαντος τὴν Αἴγυπτον πᾶσαν, καθὼς Εὐσέβιος ὁ Παμφί‐ λου καὶ Παυσανίας οἱ χρονογράφοι συνεγράψαντο. Τῆς δὲ Ἀσίας διετάξατο κρατεῖν καὶ βασιλεύειν Ἀντίγονον τὸν λεγόμενον Πολιορκητὴν ἕως τῆς Κιλικίας καὶ τοῦ Δράκον‐</w:t>
      </w:r>
    </w:p>
    <w:p>
      <w:r>
        <w:rPr>
          <w:rFonts w:ascii="Courier New" w:hAnsi="Courier New"/>
          <w:color w:val="555555"/>
          <w:sz w:val="20"/>
        </w:rPr>
        <w:t>[20]</w:t>
      </w:r>
    </w:p>
    <w:p>
      <w:r>
        <w:rPr>
          <w:rFonts w:ascii="Gentium Plus" w:hAnsi="Gentium Plus"/>
          <w:sz w:val="24"/>
        </w:rPr>
        <w:t>τος ποταμοῦ τοῦ νυνὶ λεγομένου Ὀρόντου τοῦ διορίζοντος τὴν Κιλικίαν χώραν καὶ τὴν Συρίαν, ὅστις Τυφῶν καὶ Ὀφίτης κα‐ λεῖται.</w:t>
      </w:r>
    </w:p>
    <w:p>
      <w:r>
        <w:rPr>
          <w:rFonts w:ascii="Courier New" w:hAnsi="Courier New"/>
          <w:color w:val="555555"/>
          <w:sz w:val="20"/>
        </w:rPr>
        <w:t>[Chron . 198]</w:t>
      </w:r>
    </w:p>
    <w:p>
      <w:r>
        <w:rPr>
          <w:rFonts w:ascii="Gentium Plus" w:hAnsi="Gentium Plus"/>
          <w:sz w:val="24"/>
        </w:rPr>
        <w:t>κρατεῖν καὶ βασιλεύειν Σέλευκον τὸν Νικάτορα· ὅστις καὶ τῆς Ἀσίας ἐβασίλευσε φονεύσας τὸν Ἀντίγονον. πόλεμον γὰρ συνέ‐ βαλε μετ’ αὐτοῦ, διότι ἔκτισε πόλιν πλησίον τῆς λίμνης καὶ τοῦ ποταμοῦ τοῦ Δράκοντος, ἥντινα ἐκάλεσεν Ἀντιγονίαν. καὶ νική‐</w:t>
      </w:r>
    </w:p>
    <w:p>
      <w:r>
        <w:rPr>
          <w:rFonts w:ascii="Courier New" w:hAnsi="Courier New"/>
          <w:color w:val="555555"/>
          <w:sz w:val="20"/>
        </w:rPr>
        <w:t>[5]</w:t>
      </w:r>
    </w:p>
    <w:p>
      <w:r>
        <w:rPr>
          <w:rFonts w:ascii="Gentium Plus" w:hAnsi="Gentium Plus"/>
          <w:sz w:val="24"/>
        </w:rPr>
        <w:t>σας αὐτὸν ὁ Σέλευκος ἔλαβε καὶ τὴν Ἀσίαν πᾶσαν καὶ πάντα τὰ διαφέροντα τοῦ αὐτοῦ Ἀντιγόνου. ὅστις Σέλευκος ἐπέτρεψε τῆς σατραπείας τὴν φροντίδα πάσης τῆς Ἀσίας ἔχειν Νικομήδην καὶ Νικάνορα, τοὺς συγγενεῖς αὐτοῦ, υἱοὺς δὲ Διδυμέας, ἀδελφῆς τοῦ αὐτοῦ Σελεύκου. ὁ δὲ αὐτὸς Σέλευκος ὁ Νικάτωρ ἔλαβε γυναῖκα</w:t>
      </w:r>
    </w:p>
    <w:p>
      <w:r>
        <w:rPr>
          <w:rFonts w:ascii="Courier New" w:hAnsi="Courier New"/>
          <w:color w:val="555555"/>
          <w:sz w:val="20"/>
        </w:rPr>
        <w:t>[10]</w:t>
      </w:r>
    </w:p>
    <w:p>
      <w:r>
        <w:rPr>
          <w:rFonts w:ascii="Gentium Plus" w:hAnsi="Gentium Plus"/>
          <w:sz w:val="24"/>
        </w:rPr>
        <w:t>ἐν τῷ πολέμῳ ἀπὸ Πάρθων ὀνόματι Ἀπάμαν παρθένον· ἥντινα ἐπῆρεν ἀνελὼν τὸν πατέρα αὐτῆς Πιθαμένην, ὄντα στρατηγὸν Πάρθων μέγαν. ἀφ’ ἧς Ἀπάμας ἔσχεν ὁ αὐτὸς Σέλευκος θυγα‐ τέρας δύο, Ἀπάμαν καὶ Λαοδίκην. καὶ τελευτησάσης τῆς αὐτοῦ γυναικὸς Ἀπάμας τῆς ἐκ Πάρθων, ἑωρακὼς ἐφίλησεν ἄλλην Στρα‐</w:t>
      </w:r>
    </w:p>
    <w:p>
      <w:r>
        <w:rPr>
          <w:rFonts w:ascii="Courier New" w:hAnsi="Courier New"/>
          <w:color w:val="555555"/>
          <w:sz w:val="20"/>
        </w:rPr>
        <w:t>[15]</w:t>
      </w:r>
    </w:p>
    <w:p>
      <w:r>
        <w:rPr>
          <w:rFonts w:ascii="Gentium Plus" w:hAnsi="Gentium Plus"/>
          <w:sz w:val="24"/>
        </w:rPr>
        <w:t>τονίκην ὀνόματι, κόρην εὐπρεπῆ πάνυ, θυγατέρα Δημητρίου, υἱοῦ Ἀντιγόνου τοῦ λεγομένου Πολιορκητοῦ τοῦ φονευθέντος ὑπ’ αὐ‐ τοῦ, ἥντινα ηὗρεν ὁ Σέλευκος ἐν Ῥώσῳ κρυπτομένην μετὰ Δη‐ μητρίου τοῦ πατρὸς αὐτῆς· τὴν δὲ Ῥῶσον πόλιν ἔκτισε Κίλιξ ὁ υἱὸς Ἀγήνορος. ὁ δὲ Σέλευκος ἔσχε θυγατέρα ἐξ αὐτῆς τῆς</w:t>
      </w:r>
    </w:p>
    <w:p>
      <w:r>
        <w:rPr>
          <w:rFonts w:ascii="Courier New" w:hAnsi="Courier New"/>
          <w:color w:val="555555"/>
          <w:sz w:val="20"/>
        </w:rPr>
        <w:t>[20]</w:t>
      </w:r>
    </w:p>
    <w:p>
      <w:r>
        <w:rPr>
          <w:rFonts w:ascii="Gentium Plus" w:hAnsi="Gentium Plus"/>
          <w:sz w:val="24"/>
        </w:rPr>
        <w:t>Στρατονίκης ὀνόματι Φίλαν. καὶ λοιπὸν ἐβασίλευσεν ὁ αὐτὸς Σέλευκος τῆς Συρίας καὶ τῆς Ἀσίας πάσης καὶ τῆς Βαβυλῶνος καὶ Παλαιστίνης ἔτη μγʹ.</w:t>
      </w:r>
    </w:p>
    <w:p>
      <w:r>
        <w:rPr>
          <w:rFonts w:ascii="Courier New" w:hAnsi="Courier New"/>
          <w:color w:val="555555"/>
          <w:sz w:val="20"/>
        </w:rPr>
        <w:t>[Chron . 199]</w:t>
      </w:r>
    </w:p>
    <w:p>
      <w:r>
        <w:rPr>
          <w:rFonts w:ascii="Gentium Plus" w:hAnsi="Gentium Plus"/>
          <w:sz w:val="24"/>
        </w:rPr>
        <w:t>τοῦ Πολιορκητοῦ, βουλόμενος κτίσαι πόλεις διαφόρους ἤρξατο κτίζειν πρῶτον εἰς τὴν πάραλον τῆς Συρίας. καὶ κατελθὼν παρὰ τὴν θάλασσαν εἶδεν ἐν τῷ ὄρει κειμένην πόλιν μικράν, ἥντινα ἔκτι‐ σε Σύρος ὁ υἱὸς Ἀγήνορος. τῇ δὲ κγʹ τοῦ ξανθικοῦ μηνὸς ἦλθε</w:t>
      </w:r>
    </w:p>
    <w:p>
      <w:r>
        <w:rPr>
          <w:rFonts w:ascii="Courier New" w:hAnsi="Courier New"/>
          <w:color w:val="555555"/>
          <w:sz w:val="20"/>
        </w:rPr>
        <w:t>[5]</w:t>
      </w:r>
    </w:p>
    <w:p>
      <w:r>
        <w:rPr>
          <w:rFonts w:ascii="Gentium Plus" w:hAnsi="Gentium Plus"/>
          <w:sz w:val="24"/>
        </w:rPr>
        <w:t>θυσιάσαι εἰς τὸ ὄρος τὸ Κάσιον Διὶ Κασίῳ· καὶ πληρώσας τὴν θυσίαν καὶ κόψας τὰ κρέα ηὔξατο ποῦ χρὴ κτίσαι πόλιν. καὶ ἐξαίφνης ἥρπασεν ἀετὸς ἀπὸ τῆς θυσίας καὶ κατήγαγεν ἐπὶ τὴν παλαιὰν πόλιν· καὶ κατεδίωξεν ὀπίσω Σέλευκος καὶ οἱ μετ’ αὐτοῦ ὀρνοσκόποι, καὶ ηὗρε τὸ κρέας ῥιφὲν παρὰ θάλασσαν κάτω τῆς</w:t>
      </w:r>
    </w:p>
    <w:p>
      <w:r>
        <w:rPr>
          <w:rFonts w:ascii="Courier New" w:hAnsi="Courier New"/>
          <w:color w:val="555555"/>
          <w:sz w:val="20"/>
        </w:rPr>
        <w:t>[10]</w:t>
      </w:r>
    </w:p>
    <w:p>
      <w:r>
        <w:rPr>
          <w:rFonts w:ascii="Gentium Plus" w:hAnsi="Gentium Plus"/>
          <w:sz w:val="24"/>
        </w:rPr>
        <w:t>παλαιᾶς πόλεως ἐν τῷ ἐμπορίῳ τῆς λεγομένης Πιερίας. καὶ περι‐ χαράξας τὰ τείχη εὐθέως ἔβαλε θεμελίους, καλέσας αὐτὴν Σελεύ‐ κειαν πόλιν εἰς ἴδιον ὄνομα. καὶ εὐχαριστῶν ἀνῆλθεν εἰς Ἰώπο‐ λιν καὶ μετὰ τρεῖς ἡμέρας ἐπετέλεσεν ἑορτὴν ἐκεῖ τῷ Κεραυνίῳ Διὶ ἐν τῷ ἱερῷ τῷ κτισθέντι ὑπὸ Περσέως τοῦ υἱοῦ Πίκου καὶ</w:t>
      </w:r>
    </w:p>
    <w:p>
      <w:r>
        <w:rPr>
          <w:rFonts w:ascii="Courier New" w:hAnsi="Courier New"/>
          <w:color w:val="555555"/>
          <w:sz w:val="20"/>
        </w:rPr>
        <w:t>[15]</w:t>
      </w:r>
    </w:p>
    <w:p>
      <w:r>
        <w:rPr>
          <w:rFonts w:ascii="Gentium Plus" w:hAnsi="Gentium Plus"/>
          <w:sz w:val="24"/>
        </w:rPr>
        <w:t>Δανάης, τῷ ὄντι εἰς τὸ Σίλπιον ὄρος, ἔνθα κεῖται ἡ Ἰώπολις, ποιήσας τὴν θυσίαν τῇ πρώτῃ τοῦ ἀρτεμισίου μηνός. καὶ ἐν τῇ πόλει ἐλθὼν Ἀντιγονίᾳ τῇ κτισθείσῃ ὑπὸ Ἀντιγόνου τοῦ Πολιορ‐ κητοῦ, ἀπὸ γὰρ τῆς λίμνης ἐξερχομένου ἄλλου ποταμοῦ Ἀρχευθᾶ τοῦ καὶ Ἰάφθα, ἐμεσάζετο ἡ πόλις Ἀντιγονία καὶ ἐν ἀσφαλείᾳ</w:t>
      </w:r>
    </w:p>
    <w:p>
      <w:r>
        <w:rPr>
          <w:rFonts w:ascii="Courier New" w:hAnsi="Courier New"/>
          <w:color w:val="555555"/>
          <w:sz w:val="20"/>
        </w:rPr>
        <w:t>[20]</w:t>
      </w:r>
    </w:p>
    <w:p>
      <w:r>
        <w:rPr>
          <w:rFonts w:ascii="Gentium Plus" w:hAnsi="Gentium Plus"/>
          <w:sz w:val="24"/>
        </w:rPr>
        <w:t>ἐκαθέζετο· καὶ ποιήσας ἐκεῖ θυσίαν τῷ Διὶ εἰς τοὺς βωμοὺς τοὺς ἀπὸ Ἀντιγόνου κτισθέντας ἔκοψε τὰ κρέα· καὶ ηὔξατο ἅμα τῷ ἱερεῖ Ἀμφίονι μαθεῖν διὰ διδομένου σημείου, εἰ τὴν αὐτὴν ὀφεί‐</w:t>
      </w:r>
    </w:p>
    <w:p>
      <w:r>
        <w:rPr>
          <w:rFonts w:ascii="Courier New" w:hAnsi="Courier New"/>
          <w:color w:val="555555"/>
          <w:sz w:val="20"/>
        </w:rPr>
        <w:t>[Chron . 200]</w:t>
      </w:r>
    </w:p>
    <w:p>
      <w:r>
        <w:rPr>
          <w:rFonts w:ascii="Gentium Plus" w:hAnsi="Gentium Plus"/>
          <w:sz w:val="24"/>
        </w:rPr>
        <w:t>αὐτὴν οἰκῆσαι ἀλλὰ κτίσαι πόλιν ἄλλην ἐν ἄλλῳ τόπῳ. καὶ ἐξαί‐ φνης ἐκ τοῦ ἀέρος κατῆλθεν ἀετὸς μέγας, καὶ ἐπῆρεν ἐκ τοῦ βω‐ μοῦ τοῦ πυρὸς τῆς ὁλοκαυτώσεως κρέα, καὶ ἀπῆλθε παρὰ τὸ ὄρος τὸ Σίλπιον. καὶ καταδιώξας ἅμα τοῖς αὐτοῦ εὗρε τὸ κρέας</w:t>
      </w:r>
    </w:p>
    <w:p>
      <w:r>
        <w:rPr>
          <w:rFonts w:ascii="Courier New" w:hAnsi="Courier New"/>
          <w:color w:val="555555"/>
          <w:sz w:val="20"/>
        </w:rPr>
        <w:t>[5]</w:t>
      </w:r>
    </w:p>
    <w:p>
      <w:r>
        <w:rPr>
          <w:rFonts w:ascii="Gentium Plus" w:hAnsi="Gentium Plus"/>
          <w:sz w:val="24"/>
        </w:rPr>
        <w:t>τὸ ἱερατικὸν καὶ τὸν ἀετὸν ἐπάνω ἑστῶτα. τοῦ δὲ ἱερέως καὶ τῶν ὀρνοσκόπων καὶ τοῦ αὐτοῦ Σελεύκου ἑωρακότων τὸ θαῦμα, εἶπον ὅτι Ἐνταῦθα δεῖ ἡμᾶς οἰκῆσαι, ἐν τῇ δὲ Ἀντιγονίᾳ οὐ δεῖ ἡμᾶς οἰκῆσαι οὔτε δὲ γενέσθαι αὐτὴν πόλιν, ὅτι οὐ βούλονται τὰ θεῖα. καὶ λοιπὸν ἐβουλεύετο ἅμα αὐτοῖς ἐν ποίῳ τόπῳ ἀσφαλῆ</w:t>
      </w:r>
    </w:p>
    <w:p>
      <w:r>
        <w:rPr>
          <w:rFonts w:ascii="Courier New" w:hAnsi="Courier New"/>
          <w:color w:val="555555"/>
          <w:sz w:val="20"/>
        </w:rPr>
        <w:t>[10]</w:t>
      </w:r>
    </w:p>
    <w:p>
      <w:r>
        <w:rPr>
          <w:rFonts w:ascii="Gentium Plus" w:hAnsi="Gentium Plus"/>
          <w:sz w:val="24"/>
        </w:rPr>
        <w:t>ποιήσει τὴν πόλιν. καὶ φοβηθεὶς τὰς ῥύσεις τοῦ Σιλπίου ὄρους καὶ τοὺς κατερχομένους ἐξ αὐτοῦ χειμάῤῥους, ἐν τῇ πεδιάδι τοῦ αὐλῶνος κατέναντι τοῦ ὄρους πλησίον τοῦ Δράκοντος ποταμοῦ τοῦ μεγάλου τοῦ μετακληθέντος Ὀρόντου, ὅπου ἦν ἡ κώμη ἡ καλουμένη Βωττία, ἄντικρυς τῆς Ἰωπόλεως, ἐκεῖ διεχάραξαν τὰ</w:t>
      </w:r>
    </w:p>
    <w:p>
      <w:r>
        <w:rPr>
          <w:rFonts w:ascii="Courier New" w:hAnsi="Courier New"/>
          <w:color w:val="555555"/>
          <w:sz w:val="20"/>
        </w:rPr>
        <w:t>[15]</w:t>
      </w:r>
    </w:p>
    <w:p>
      <w:r>
        <w:rPr>
          <w:rFonts w:ascii="Gentium Plus" w:hAnsi="Gentium Plus"/>
          <w:sz w:val="24"/>
        </w:rPr>
        <w:t>θεμέλια τοῦ τείχους, θυσιάσας δι’ Ἀμφίονος ἀρχιερέως καὶ τε‐ λεστοῦ κόρην παρθένον ὀνόματι Αἰμάθην, κατὰ μέσου τῆς πό‐ λεως καὶ τοῦ ποταμοῦ μηνὶ ἀρτεμισίῳ τῷ καὶ μαΐῳ κβʹ, ὥρᾳ ἡμερινῇ αʹ, τοῦ ἡλίου ἀνατέλλοντος, καλέσας αὐτὴν Ἀντιόχειαν εἰς ὄνομα τοῦ ἰδίου αὐτοῦ υἱοῦ τοῦ λεγομένου Ἀντιόχου Σωτῆρος,</w:t>
      </w:r>
    </w:p>
    <w:p>
      <w:r>
        <w:rPr>
          <w:rFonts w:ascii="Courier New" w:hAnsi="Courier New"/>
          <w:color w:val="555555"/>
          <w:sz w:val="20"/>
        </w:rPr>
        <w:t>[20]</w:t>
      </w:r>
    </w:p>
    <w:p>
      <w:r>
        <w:rPr>
          <w:rFonts w:ascii="Gentium Plus" w:hAnsi="Gentium Plus"/>
          <w:sz w:val="24"/>
        </w:rPr>
        <w:t>κτίσας εὐθέως καὶ ἱερόν, ὃ ἐκάλεσε Βωττίου Διός, ἀνεγείρας</w:t>
      </w:r>
    </w:p>
    <w:p>
      <w:r>
        <w:rPr>
          <w:rFonts w:ascii="Courier New" w:hAnsi="Courier New"/>
          <w:color w:val="555555"/>
          <w:sz w:val="20"/>
        </w:rPr>
        <w:t>[Chron . 201]</w:t>
      </w:r>
    </w:p>
    <w:p>
      <w:r>
        <w:rPr>
          <w:rFonts w:ascii="Gentium Plus" w:hAnsi="Gentium Plus"/>
          <w:sz w:val="24"/>
        </w:rPr>
        <w:t>σας ἀνδριάντος στήλην χαλκῆν τῆς σφαγιασθείσης κόρης τύχην τῇ πόλει ὑπεράνω τοῦ ποταμοῦ, εὐθέως ποιήσας αὐτῇ τῇ τύχῃ θυσίαν. καὶ ἀπελθὼν κατέστρεψε τὴν Ἀντιγονίαν πόλιν πᾶσαν ἕως ἐδάφους, μετενεγκὼν καὶ τὰς ὕλας ἐκεῖθεν διὰ τοῦ ποταμοῦ,</w:t>
      </w:r>
    </w:p>
    <w:p>
      <w:r>
        <w:rPr>
          <w:rFonts w:ascii="Courier New" w:hAnsi="Courier New"/>
          <w:color w:val="555555"/>
          <w:sz w:val="20"/>
        </w:rPr>
        <w:t>[5]</w:t>
      </w:r>
    </w:p>
    <w:p>
      <w:r>
        <w:rPr>
          <w:rFonts w:ascii="Gentium Plus" w:hAnsi="Gentium Plus"/>
          <w:sz w:val="24"/>
        </w:rPr>
        <w:t>καὶ ποιήσας καὶ τῇ τύχῃ Ἀντιγονίᾳ ἀνδριάντα στήλης χαλκῆς ἐχούσης Ἀμαλθείας κέρας ἔμπροσθεν αὐτῆς. καὶ ποιήσας ἐκεῖ τετρακιόνιν ἐν ὕψει ἔστησεν αὐτὴν τὴν τύχην, καταστήσας ἔμ‐ προσθεν αὐτῆς βωμὸν ὑψηλόν· ἥντινα στήλην τῆς τύχης μετὰ τελευτὴν Σελεύκου Δημήτριος ὁ υἱὸς Ἀντιγόνου τοῦ Πολιορκη‐</w:t>
      </w:r>
    </w:p>
    <w:p>
      <w:r>
        <w:rPr>
          <w:rFonts w:ascii="Courier New" w:hAnsi="Courier New"/>
          <w:color w:val="555555"/>
          <w:sz w:val="20"/>
        </w:rPr>
        <w:t>[10]</w:t>
      </w:r>
    </w:p>
    <w:p>
      <w:r>
        <w:rPr>
          <w:rFonts w:ascii="Gentium Plus" w:hAnsi="Gentium Plus"/>
          <w:sz w:val="24"/>
        </w:rPr>
        <w:t>τοῦ ἀπήγαγεν ἐν Ῥώσῳ ἐν τῇ πόλει τῆς Κιλικίας. ἡ δὲ αὐτὴ πόλις Ῥῶσος ἐκτίσθη ὑπὸ Κίλικος τοῦ υἱοῦ Ἀγήνορος. Ὁ δὲ Σέλευκος μετὰ τὸ καταστρέψαι τὴν Ἀντιγονίαν ἐποίη‐ σε μετοικῆσαι τοὺς Ἀθηναίους εἰς ἣν ἔκτισε πόλιν Ἀντιόχειαν τὴν μεγάλην τοὺς οἰκοῦντας τὴν Ἀντιγονίαν· οὕστινας ἦν ἐκεῖ</w:t>
      </w:r>
    </w:p>
    <w:p>
      <w:r>
        <w:rPr>
          <w:rFonts w:ascii="Courier New" w:hAnsi="Courier New"/>
          <w:color w:val="555555"/>
          <w:sz w:val="20"/>
        </w:rPr>
        <w:t>[15]</w:t>
      </w:r>
    </w:p>
    <w:p>
      <w:r>
        <w:rPr>
          <w:rFonts w:ascii="Gentium Plus" w:hAnsi="Gentium Plus"/>
          <w:sz w:val="24"/>
        </w:rPr>
        <w:t>ἐάσας Ἀντίγονος μετὰ Δημητρίου, υἱοῦ αὐτοῦ, καὶ ἄλλους δὲ ἄν‐ δρας Μακεδόνας, τοὺς πάντας ἄνδρας ͵ετʹ, ποιήσας ὁ αὐτὸς Σέ‐ λευκος ἐν Ἀντιοχείᾳ τῇ μεγάλῃ ἀνδριάντα χαλκοῦν φοβερὸν τῆς Ἀθήνης διὰ τοὺς Ἀθηναίους, ὡς αὐτὴν σεβομένους. κατήγαγε δὲ καὶ τοὺς Κρῆτας ἀπὸ τῆς ἀκροπόλεως, οὓς εἴασεν ὁ Κάσος ὁ</w:t>
      </w:r>
    </w:p>
    <w:p>
      <w:r>
        <w:rPr>
          <w:rFonts w:ascii="Courier New" w:hAnsi="Courier New"/>
          <w:color w:val="555555"/>
          <w:sz w:val="20"/>
        </w:rPr>
        <w:t>[20]</w:t>
      </w:r>
    </w:p>
    <w:p>
      <w:r>
        <w:rPr>
          <w:rFonts w:ascii="Gentium Plus" w:hAnsi="Gentium Plus"/>
          <w:sz w:val="24"/>
        </w:rPr>
        <w:t>υἱὸς Ἰνάχου ἄνω οἰκεῖν· οἵτινες μετοικήσαντες εἰς τὴν αὐτὴν Ἀν‐ τιόχειαν μετὰ καὶ τῶν Κυπρίων, ἐπειδὴ ὁ Κάσος βασιλεὺς ἠγά‐</w:t>
      </w:r>
    </w:p>
    <w:p>
      <w:r>
        <w:rPr>
          <w:rFonts w:ascii="Courier New" w:hAnsi="Courier New"/>
          <w:color w:val="555555"/>
          <w:sz w:val="20"/>
        </w:rPr>
        <w:t>[Chron . 202]</w:t>
      </w:r>
    </w:p>
    <w:p>
      <w:r>
        <w:rPr>
          <w:rFonts w:ascii="Gentium Plus" w:hAnsi="Gentium Plus"/>
          <w:sz w:val="24"/>
        </w:rPr>
        <w:t>πρίων βασιλέως· καὶ ἦλθον μετ’ αὐτῆς Κύπριοι καὶ ᾤκησαν τὴν ἀκρόπολιν· καὶ τελευτᾷ ἡ Ἀμυκή, καὶ ἐτάφη ἀπὸ σταδίων τῆς πόλεως ρʹ, δι’ ἣν ἐκλήθη ἡ χώρα Ἀμυκή. προετρέψατο δὲ ὁ αὐτὸς Σέλευκος καὶ τοὺς Ἀργείους Ἰωνίτας, καὶ κατήγαγε καὶ αὐ‐</w:t>
      </w:r>
    </w:p>
    <w:p>
      <w:r>
        <w:rPr>
          <w:rFonts w:ascii="Courier New" w:hAnsi="Courier New"/>
          <w:color w:val="555555"/>
          <w:sz w:val="20"/>
        </w:rPr>
        <w:t>[5]</w:t>
      </w:r>
    </w:p>
    <w:p>
      <w:r>
        <w:rPr>
          <w:rFonts w:ascii="Gentium Plus" w:hAnsi="Gentium Plus"/>
          <w:sz w:val="24"/>
        </w:rPr>
        <w:t>τοὺς ἐκ τῆς Ἰωπόλεως ἐν τῇ αὐτῇ Ἀντιοχείᾳ οἰκεῖν· οὕστινας ὡς ἱερατικοὺς καὶ εὐγενεῖς πολιτευομένους ἐποίησεν. ἔστησε δὲ ὁ αὐτὸς Σέλευκος καὶ πρὸ τῆς πόλεως ἄγαλμα λίθινον τῷ ἀετῷ. ἐκέλευσε δὲ ὁ αὐτὸς καὶ τοὺς μῆνας τῆς Συρίας κατὰ Μακεδόνας ὀνομάζεσθαι, διότι εὗρεν ἐν τῇ αὐτῇ χώρᾳ γίγαντας οἰκήσαντας·</w:t>
      </w:r>
    </w:p>
    <w:p>
      <w:r>
        <w:rPr>
          <w:rFonts w:ascii="Courier New" w:hAnsi="Courier New"/>
          <w:color w:val="555555"/>
          <w:sz w:val="20"/>
        </w:rPr>
        <w:t>[10]</w:t>
      </w:r>
    </w:p>
    <w:p>
      <w:r>
        <w:rPr>
          <w:rFonts w:ascii="Gentium Plus" w:hAnsi="Gentium Plus"/>
          <w:sz w:val="24"/>
        </w:rPr>
        <w:t>ἀπὸ γὰρ δύο μιλίων τῆς πόλεως Ἀντιοχείας ἐστὶ τόπος, ἔχων σώ‐ ματα ἀνθρώπων ἀπολιθωθέντων κατὰ ἀγανάκτησιν θεοῦ, οὕσ‐ τινας ἕως τῆς νῦν καλοῦσι γίγαντας· ὡσαύτως δὲ καὶ Παγράν τινα οὕτω καλούμενον γίγαντα ἐν τῇ αὐτῇ οἰκοῦντα γῇ κεραυ‐ νωθῆναι ὑπὸ πυρός, ὡς δῆλον ὅτι οἱ Ἀντιοχεῖς τῆς Συρίας ἐν τῇ</w:t>
      </w:r>
    </w:p>
    <w:p>
      <w:r>
        <w:rPr>
          <w:rFonts w:ascii="Courier New" w:hAnsi="Courier New"/>
          <w:color w:val="555555"/>
          <w:sz w:val="20"/>
        </w:rPr>
        <w:t>[15]</w:t>
      </w:r>
    </w:p>
    <w:p>
      <w:r>
        <w:rPr>
          <w:rFonts w:ascii="Gentium Plus" w:hAnsi="Gentium Plus"/>
          <w:sz w:val="24"/>
        </w:rPr>
        <w:t>γῇ οἰκοῦσι τῶν γιγάντων. ἐποίησε δὲ ὁ αὐτὸς Σέλευκος πρὸ τῆς πόλεως πέραν τοῦ ποταμοῦ ἄλλο ἄγαλμα κεφαλῆς ἵππου καὶ κασσίδα κεχρυσωμένην πλησίον, ἐπιγράψας ἐν αὐτοῖς, Ἐφ’ οὗ φυ‐ γὼν ὁ Σέλευκος τὸν Ἀντίγονον διεσώθη· καὶ ὑποστρέψας ἐκεῖθεν ἀνεῖλεν αὐτόν. ἀνήγειρε δὲ ὁ αὐτὸς Σέλευκος καὶ τῷ Ἀμφίονι</w:t>
      </w:r>
    </w:p>
    <w:p>
      <w:r>
        <w:rPr>
          <w:rFonts w:ascii="Courier New" w:hAnsi="Courier New"/>
          <w:color w:val="555555"/>
          <w:sz w:val="20"/>
        </w:rPr>
        <w:t>[20]</w:t>
      </w:r>
    </w:p>
    <w:p>
      <w:r>
        <w:rPr>
          <w:rFonts w:ascii="Gentium Plus" w:hAnsi="Gentium Plus"/>
          <w:sz w:val="24"/>
        </w:rPr>
        <w:t>στήλην μαρμαρίνην ἔσω τῆς λεγομένης Ῥωμανησίας πόρτας, ὀρ‐ νεοθυσίαν ποιοῦντι ἅμα αὐτῷ. ἔκτισε δὲ ὁ αὐτὸς Σέλευκος ὁ</w:t>
      </w:r>
    </w:p>
    <w:p>
      <w:r>
        <w:rPr>
          <w:rFonts w:ascii="Courier New" w:hAnsi="Courier New"/>
          <w:color w:val="555555"/>
          <w:sz w:val="20"/>
        </w:rPr>
        <w:t>[Chron . 203]</w:t>
      </w:r>
    </w:p>
    <w:p>
      <w:r>
        <w:rPr>
          <w:rFonts w:ascii="Gentium Plus" w:hAnsi="Gentium Plus"/>
          <w:sz w:val="24"/>
        </w:rPr>
        <w:t>δίκειαν εἰς ὄνομα τῆς αὐτοῦ θυγατρός, πρῴην οὖσαν κώμην ὀνό‐ ματι Μαζαβδάν, ποιήσας κατὰ τὸ ἔθος θυσίαν τῷ Διί, καὶ αἰ‐ τησάμενος ποῦ κτίσει τὴν πόλιν, ἦλθεν ἀετὸς πάλιν καὶ ἥρπασεν ἀπὸ τῆς θυσίας· καὶ ἐν τῷ καταδιώκειν αὐτὸν τὸν ἀετὸν ὑπήντη‐</w:t>
      </w:r>
    </w:p>
    <w:p>
      <w:r>
        <w:rPr>
          <w:rFonts w:ascii="Courier New" w:hAnsi="Courier New"/>
          <w:color w:val="555555"/>
          <w:sz w:val="20"/>
        </w:rPr>
        <w:t>[5]</w:t>
      </w:r>
    </w:p>
    <w:p>
      <w:r>
        <w:rPr>
          <w:rFonts w:ascii="Gentium Plus" w:hAnsi="Gentium Plus"/>
          <w:sz w:val="24"/>
        </w:rPr>
        <w:t>σεν αὐτῷ σύαγρος μέγας, ἐξελθὼν ἀπὸ καλαμῶνος, ὅντινα ἀνεῖλεν ᾧτινι κατεῖχε δόρατι· καὶ φονεύσας τὸν σύαγρον καὶ σύρας τὸ λείψανον αὐτοῦ, ἐκ τοῦ αἵματος αὐτοῦ διεχάραξε τὰ τείχη ἐάσας τὸν ἀετόν· καὶ οὕτως τὴν αὐτὴν πόλιν ἔκτισεν ἐπάνω τοῦ αἵμα‐ τος τοῦ συάγρου, θυσιάσας κόρην ἀδαῆ ὀνόματι Ἀγαύην, ποιή‐</w:t>
      </w:r>
    </w:p>
    <w:p>
      <w:r>
        <w:rPr>
          <w:rFonts w:ascii="Courier New" w:hAnsi="Courier New"/>
          <w:color w:val="555555"/>
          <w:sz w:val="20"/>
        </w:rPr>
        <w:t>[10]</w:t>
      </w:r>
    </w:p>
    <w:p>
      <w:r>
        <w:rPr>
          <w:rFonts w:ascii="Gentium Plus" w:hAnsi="Gentium Plus"/>
          <w:sz w:val="24"/>
        </w:rPr>
        <w:t>σας αὐτῇ στήλην χαλκῆν εἰς τύχην τῆς αὐτῆς πόλεως. ἔκτισε δὲ ὁ αὐτὸς Σέλευκος ὁ Νικάτωρ καὶ ἄλλην πόλιν εἰς τὴν Συρίαν με‐ γάλην εἰς ὄνομα τῆς αὐτοῦ θυγατρὸς Ἀπάμας, εὑρηκὼς κώμην πρῴην λεγομένην Φαρνάκην· καὶ τειχίσας αὐτὴν ὁ αὐτὸς Σέλευ‐ κος ἐπωνόμασε πόλιν, καλέσας αὐτὴν Ἀπάμειαν, θυσίαν ποιήσας·</w:t>
      </w:r>
    </w:p>
    <w:p>
      <w:r>
        <w:rPr>
          <w:rFonts w:ascii="Courier New" w:hAnsi="Courier New"/>
          <w:color w:val="555555"/>
          <w:sz w:val="20"/>
        </w:rPr>
        <w:t>[15]</w:t>
      </w:r>
    </w:p>
    <w:p>
      <w:r>
        <w:rPr>
          <w:rFonts w:ascii="Gentium Plus" w:hAnsi="Gentium Plus"/>
          <w:sz w:val="24"/>
        </w:rPr>
        <w:t>ἣν αὐτὸς μετεκάλεσεν ὀνόματι Πέλλαν διὰ τὸ ἔχειν τὴν τύχην τῆς αὐτῆς Ἀπαμείας πόλεως τὸ ὄνομα τοῦτο· ἦν γὰρ ὁ αὐτὸς Σέλευκος ἀπὸ Πέλλης τῆς πόλεως Μακεδονίας. ἐποίησε δὲ θυ‐ σίαν ταῦρον καὶ τράγον· καὶ ἐλθὼν πάλιν ὁ ἀετὸς ἐπῆρε τὰς κε‐ φαλὰς τοῦ ταύρου καὶ τοῦ τράγου· καὶ περιεχάραξεν ἐκ τοῦ αἵ‐</w:t>
      </w:r>
    </w:p>
    <w:p>
      <w:r>
        <w:rPr>
          <w:rFonts w:ascii="Courier New" w:hAnsi="Courier New"/>
          <w:color w:val="555555"/>
          <w:sz w:val="20"/>
        </w:rPr>
        <w:t>[20]</w:t>
      </w:r>
    </w:p>
    <w:p>
      <w:r>
        <w:rPr>
          <w:rFonts w:ascii="Gentium Plus" w:hAnsi="Gentium Plus"/>
          <w:sz w:val="24"/>
        </w:rPr>
        <w:t>ματος τὰ τείχη. ἔκτισε δὲ καὶ ἄλλας διαφόρους πόλεις εἰς ἄλ‐ λας ἐπαρχίας καὶ εἰς τὰ Περσικὰ μέρη ὁ αὐτὸς Σέλευκος πολλάς, ὧν ἀριθμός ἐστιν οεʹ, καθὼς ὁ σοφὸς Παυσανίας ὁ χρονογράφος</w:t>
      </w:r>
    </w:p>
    <w:p>
      <w:r>
        <w:rPr>
          <w:rFonts w:ascii="Courier New" w:hAnsi="Courier New"/>
          <w:color w:val="555555"/>
          <w:sz w:val="20"/>
        </w:rPr>
        <w:t>[Chron . 204]</w:t>
      </w:r>
    </w:p>
    <w:p>
      <w:r>
        <w:rPr>
          <w:rFonts w:ascii="Gentium Plus" w:hAnsi="Gentium Plus"/>
          <w:sz w:val="24"/>
        </w:rPr>
        <w:t>ὄνομα ἴδιον καὶ τῶν αὐτοῦ τέκνων, ὡς ἔδοξεν αὐτῷ, ὁ Σέλευκος ὁ δὲ σοφὸς Παυσανίας ἐξέθετο εἰς ὄνομα τοῦ ἑαυτοῦ πατρὸς ἔθη‐ κε τὸ ὄνομα τῆς μεγάλης Ἀντιοχείας ὁ αὐτὸς Σέλευκος, ἐπειδὴ καὶ ὁ αὐτοῦ πατὴρ Ἀντίοχος ἐλέγετο. οὐδεὶς δὲ κτίζων πόλιν</w:t>
      </w:r>
    </w:p>
    <w:p>
      <w:r>
        <w:rPr>
          <w:rFonts w:ascii="Courier New" w:hAnsi="Courier New"/>
          <w:color w:val="555555"/>
          <w:sz w:val="20"/>
        </w:rPr>
        <w:t>[5]</w:t>
      </w:r>
    </w:p>
    <w:p>
      <w:r>
        <w:rPr>
          <w:rFonts w:ascii="Gentium Plus" w:hAnsi="Gentium Plus"/>
          <w:sz w:val="24"/>
        </w:rPr>
        <w:t>εἰς ὄνομα τεθνηκότος αὐτὴν καλεῖ· ἔστι γὰρ λῆρος· ἀλλ’ εἰς ὄνο‐ μα ζῶντος καὶ ἑστῶτος καλεῖ. ἥντινα πόλιν εἰς ὄνομα Ἀντιόχου τοῦ ἰδίου αὐτοῦ υἱοῦ, ὡς προείρηται, ἐκάλεσε. πολλὰ δὲ καὶ ἄλλα ὁ αὐτὸς σοφώτατος Παυσανίας ποιητικῶς συνεγράψατο. Ὁ δὲ αὐτὸς Σέλευκος καὶ εἰς τὴν Ἡρακλεῖδα τήν ποτε πόλιν,</w:t>
      </w:r>
    </w:p>
    <w:p>
      <w:r>
        <w:rPr>
          <w:rFonts w:ascii="Courier New" w:hAnsi="Courier New"/>
          <w:color w:val="555555"/>
          <w:sz w:val="20"/>
        </w:rPr>
        <w:t>[10]</w:t>
      </w:r>
    </w:p>
    <w:p>
      <w:r>
        <w:rPr>
          <w:rFonts w:ascii="Gentium Plus" w:hAnsi="Gentium Plus"/>
          <w:sz w:val="24"/>
        </w:rPr>
        <w:t>νυνὶ δὲ λεγομένην Δάφνην, ἐφύτευσε τὰς κυπαρίσσους πλησίον τοῦ ἱεροῦ τοῦ Ἀπόλλωνος, μετὰ τὰς φυτευθείσας κυπαρίσσους ὑπὸ τοῦ Ἡρακλέος τοῦ τελεστοῦ, τοῦ κτίσαντος τὴν Δάφνην εἰς ὄνο‐ μα ἑαυτοῦ καὶ καλέσαντος αὐτὴν Ἡρακλεῖδα πόλιν. αὕτη δὲ ἔξω τοῦ ἄλσους ἦν κεκτισμένη ἐπὶ τὸν ναὸν τῆς Ἀθήνης· τὸ γὰρ</w:t>
      </w:r>
    </w:p>
    <w:p>
      <w:r>
        <w:rPr>
          <w:rFonts w:ascii="Courier New" w:hAnsi="Courier New"/>
          <w:color w:val="555555"/>
          <w:sz w:val="20"/>
        </w:rPr>
        <w:t>[15]</w:t>
      </w:r>
    </w:p>
    <w:p>
      <w:r>
        <w:rPr>
          <w:rFonts w:ascii="Gentium Plus" w:hAnsi="Gentium Plus"/>
          <w:sz w:val="24"/>
        </w:rPr>
        <w:t>τοῦ Ἀπόλλωνος ἱερὸν Δαφναῖον ἐλέγετο, μέσον ὄντα τοῦ ἄλσους. ὅστις Ἡρακλῆς καὶ τὴν τῆς πάλης ἐξέθετο τέχνην πρῶτος. Καὶ λοιπὸν ἐτελεύτησεν ὁ αὐτὸς Σέλευκος ἐν τῇ Ἑλλησπόντῳ ὢν ἐνιαυτῶν οβʹ, καὶ ἐτάφη ἐν Σελευκείᾳ τῆς Συρίας. Μετὰ δὲ τὴν βασιλείαν Σελεύκου ἐβασίλευσεν ὁ υἱὸς αὐτοῦ</w:t>
      </w:r>
    </w:p>
    <w:p>
      <w:r>
        <w:rPr>
          <w:rFonts w:ascii="Courier New" w:hAnsi="Courier New"/>
          <w:color w:val="555555"/>
          <w:sz w:val="20"/>
        </w:rPr>
        <w:t>[20]</w:t>
      </w:r>
    </w:p>
    <w:p>
      <w:r>
        <w:rPr>
          <w:rFonts w:ascii="Gentium Plus" w:hAnsi="Gentium Plus"/>
          <w:sz w:val="24"/>
        </w:rPr>
        <w:t>Ἀντίοχος ὁ ἐπικληθεὶς Σωτὴρ ἔτη εἴκοσι· ὅστις Ἀντίοχος ἐφίλησε</w:t>
      </w:r>
    </w:p>
    <w:p>
      <w:r>
        <w:rPr>
          <w:rFonts w:ascii="Courier New" w:hAnsi="Courier New"/>
          <w:color w:val="555555"/>
          <w:sz w:val="20"/>
        </w:rPr>
        <w:t>[Chron . 205]</w:t>
      </w:r>
    </w:p>
    <w:p>
      <w:r>
        <w:rPr>
          <w:rFonts w:ascii="Gentium Plus" w:hAnsi="Gentium Plus"/>
          <w:sz w:val="24"/>
        </w:rPr>
        <w:t>ἔλαβεν αὐτὴν γυναῖκα· ἀφ’ ἧς εἶχεν υἱοὺς δύο, Σέλευκον, ὅστις μι‐ κρὸς ἐτελεύτησε, καὶ Ἀντίοχον τὸν ἐπικληθέντα Θεοειδῆ. καὶ ἐτε‐ λεύτησεν Ἀντίοχος ὁ Σελεύκου καὶ ἐβασίλευσε μετ’ αὐτὸν Ἀντίο‐ χος ὁ Θεοειδὴς ἔτη ιεʹ. καὶ μετ’ αὐτὸν ἐβασίλευσεν ὁ υἱὸς αὐτοῦ</w:t>
      </w:r>
    </w:p>
    <w:p>
      <w:r>
        <w:rPr>
          <w:rFonts w:ascii="Courier New" w:hAnsi="Courier New"/>
          <w:color w:val="555555"/>
          <w:sz w:val="20"/>
        </w:rPr>
        <w:t>[5]</w:t>
      </w:r>
    </w:p>
    <w:p>
      <w:r>
        <w:rPr>
          <w:rFonts w:ascii="Gentium Plus" w:hAnsi="Gentium Plus"/>
          <w:sz w:val="24"/>
        </w:rPr>
        <w:t>ὁ ἐκ Βερνίκης Σέλευκος ὁ Καλλίνικος ἔτη κδʹ, καὶ Ἀλέξανδρος ὁ Νικάτωρ ἔτη λϛʹ, καὶ Σέλευκος ὁ Φιλοπάτωρ ἔτη δέκα, καὶ Ἀν‐ τίοχος ὁ Ἐπιφανὴς ἔτη ιβʹ. Ἐπὶ δὲ τῆς αὐτοῦ βασιλείας λοιμοῦ γενομένου καὶ πολλῶν διαφθαρέντων τῆς πόλεως, Λήιός τις τελεστὴς ἐκέλευσε πέτραν</w:t>
      </w:r>
    </w:p>
    <w:p>
      <w:r>
        <w:rPr>
          <w:rFonts w:ascii="Courier New" w:hAnsi="Courier New"/>
          <w:color w:val="555555"/>
          <w:sz w:val="20"/>
        </w:rPr>
        <w:t>[10]</w:t>
      </w:r>
    </w:p>
    <w:p>
      <w:r>
        <w:rPr>
          <w:rFonts w:ascii="Gentium Plus" w:hAnsi="Gentium Plus"/>
          <w:sz w:val="24"/>
        </w:rPr>
        <w:t>ἐκ τοῦ ὄρους τοῦ ὑπεράνω τῆς πόλεως γλυφῆναι ἔχουσαν προσω‐ πεῖον μέγα πάνυ, ἐστεμμένον, προσέχοντα ἐπὶ τὴν πόλιν καὶ τὸν αὐλῶνα· καὶ γράψας ἐν αὐτῷ τινα ἔπαυσε τὴν λοιμικὴν θνῆσιν· ὅπερ προσωπεῖον καλοῦσιν ἕως τοῦ νῦν οἱ Ἀντιοχεῖς Χαρώνιον. ὁ δὲ αὐτὸς βασιλεὺς Ἀντίοχος ὁ λεγόμενος Ἐπιφανὴς ἔκτισε πρῶ‐</w:t>
      </w:r>
    </w:p>
    <w:p>
      <w:r>
        <w:rPr>
          <w:rFonts w:ascii="Courier New" w:hAnsi="Courier New"/>
          <w:color w:val="555555"/>
          <w:sz w:val="20"/>
        </w:rPr>
        <w:t>[15]</w:t>
      </w:r>
    </w:p>
    <w:p>
      <w:r>
        <w:rPr>
          <w:rFonts w:ascii="Gentium Plus" w:hAnsi="Gentium Plus"/>
          <w:sz w:val="24"/>
        </w:rPr>
        <w:t>τον ἐν Ἀντιοχείᾳ τῇ μεγάλῃ ἔξω τῆς πόλεως τὸ λεγόμενον βου‐ λευτήριον εἰς τὸ ἐκεῖσε συνάγεσθαι πάντας τοὺς συγκλητικοὺς αὐ‐ τοῦ μετὰ τῶν πολιτευομένων καὶ τῆς πόλεως πάντων τῶν κτη‐ τόρων καὶ βουλεύεσθαι τί δεῖ γίνεσθαι περὶ τῶν ἀνακυπτόντων καὶ τότε ἀναφέρειν ἐπὶ αὐτὸν τὰ συμφέροντα. ἔκτισε δὲ καὶ ἄλ‐</w:t>
      </w:r>
    </w:p>
    <w:p>
      <w:r>
        <w:rPr>
          <w:rFonts w:ascii="Courier New" w:hAnsi="Courier New"/>
          <w:color w:val="555555"/>
          <w:sz w:val="20"/>
        </w:rPr>
        <w:t>[20]</w:t>
      </w:r>
    </w:p>
    <w:p>
      <w:r>
        <w:rPr>
          <w:rFonts w:ascii="Gentium Plus" w:hAnsi="Gentium Plus"/>
          <w:sz w:val="24"/>
        </w:rPr>
        <w:t>λα τινὰ ἔξω τῆς πόλεως, καλέσας τὰ αὐτὰ μέρη εἰς τὸ ἐπώνυμον αὐτοῦ Ἐπιφανίαν πόλιν, μὴ κτίσας αὐτῇ τεῖχος, ἀλλ’ οὕτως ἦν ἡ οἴκησις αὐτῆς ἐπὶ τὸ ὄρος.</w:t>
      </w:r>
    </w:p>
    <w:p>
      <w:r>
        <w:rPr>
          <w:rFonts w:ascii="Courier New" w:hAnsi="Courier New"/>
          <w:color w:val="555555"/>
          <w:sz w:val="20"/>
        </w:rPr>
        <w:t>[Chron . 206]</w:t>
      </w:r>
    </w:p>
    <w:p>
      <w:r>
        <w:rPr>
          <w:rFonts w:ascii="Gentium Plus" w:hAnsi="Gentium Plus"/>
          <w:sz w:val="24"/>
        </w:rPr>
        <w:t>μαίου, βασιλέως Αἰγύπτου, διότι τέλη ἀπῄτησε τοὺς ἐκ τῆς ὑπ’ αὐτὸν ὄντας χώρας Ἰουδαίους. τῶν γὰρ αὐτῶν Ἰουδαίων ἐκ τῆς Παλαιστίνης ἐλθόντων ἐν Ἀντιοχείᾳ καὶ αἰτησάντων τὸν αὐτὸν Ἀντίοχον γράψαι Πτολεμαίῳ τῷ τῆς Αἰγύπτου τοπάρχῃ καὶ βα‐</w:t>
      </w:r>
    </w:p>
    <w:p>
      <w:r>
        <w:rPr>
          <w:rFonts w:ascii="Courier New" w:hAnsi="Courier New"/>
          <w:color w:val="555555"/>
          <w:sz w:val="20"/>
        </w:rPr>
        <w:t>[5]</w:t>
      </w:r>
    </w:p>
    <w:p>
      <w:r>
        <w:rPr>
          <w:rFonts w:ascii="Gentium Plus" w:hAnsi="Gentium Plus"/>
          <w:sz w:val="24"/>
        </w:rPr>
        <w:t>σιλεῖ μὴ ἀπαιτεῖν αὐτοὺς τέλος μετακομίζοντας σῖτον εἰς ἀπο‐ τροφὰς αὑτῶν, μεγάλου λιμοῦ τότε γενομένου ἐν τῇ Παλαιστί‐ νῃ· ἀπὸ γὰρ τῆς Αἰγυπτιακῆς χώρας μετεκόμιζον σῖτον οἱ Ἰου‐ δαῖοι. ὅστις Πτολεμαῖος δεξάμενος τὰ γράμματα Ἀντιόχου πλέον αὐτοὺς ἐκέλευσεν ἀπαιτεῖσθαι. καὶ λοιπὸν Ἀντίοχος ὁ Ἐπιφανὴς</w:t>
      </w:r>
    </w:p>
    <w:p>
      <w:r>
        <w:rPr>
          <w:rFonts w:ascii="Courier New" w:hAnsi="Courier New"/>
          <w:color w:val="555555"/>
          <w:sz w:val="20"/>
        </w:rPr>
        <w:t>[10]</w:t>
      </w:r>
    </w:p>
    <w:p>
      <w:r>
        <w:rPr>
          <w:rFonts w:ascii="Gentium Plus" w:hAnsi="Gentium Plus"/>
          <w:sz w:val="24"/>
        </w:rPr>
        <w:t>ἐπεστράτευσε κατὰ Πτολεμαίου, διότι οὐκ ἐπείσθη τοῖς γράμμασιν αὐτοῦ· καὶ συμβολῆς γενομένης μεταξὺ αὐτῶν ἔπεσε πλῆθος τοῦ αὐτοῦ Ἀντιόχου πολύ, καὶ φυγὼν ἀπῆλθεν ἐπὶ τὸ λίμιτον. τοῦ‐ το δὲ γνόντες οἱ τῆς Ἱερουσαλὴμ Ἰουδαῖοι, ἐξάψεις ἐποίησαν πρὸς χάριν τοῦ Πτολεμαίου, νομίσαντες τεθνάναι τὸν Ἀντίοχον,</w:t>
      </w:r>
    </w:p>
    <w:p>
      <w:r>
        <w:rPr>
          <w:rFonts w:ascii="Courier New" w:hAnsi="Courier New"/>
          <w:color w:val="555555"/>
          <w:sz w:val="20"/>
        </w:rPr>
        <w:t>[15]</w:t>
      </w:r>
    </w:p>
    <w:p>
      <w:r>
        <w:rPr>
          <w:rFonts w:ascii="Gentium Plus" w:hAnsi="Gentium Plus"/>
          <w:sz w:val="24"/>
        </w:rPr>
        <w:t>ἑαυτοὺς παρατιθέμενοι. ὁ δὲ Ἀντίοχος ὁ Ἐπιφανὴς συνάξας πλῆ‐ θος, ἐπέῤῥιψε τῷ Πτολεμαίῳ καὶ ἐφόνευσεν αὐτὸν κόψας καὶ τὰ πλήθη αὐτοῦ. καὶ γνοὺς περὶ τῶν Ἰουδαίων τῆς Ἱερουσαλὴμ τὸ τί πέπραχαν κατ’ αὐτοῦ, ὡς συγχαρέντες τῇ αὐτοῦ ἥττῃ, ὡπλί‐ σατο κατὰ τῆς Ἱερουσαλήμ· καὶ πολιορκήσας αὐτὴν ἐπολέμησε</w:t>
      </w:r>
    </w:p>
    <w:p>
      <w:r>
        <w:rPr>
          <w:rFonts w:ascii="Courier New" w:hAnsi="Courier New"/>
          <w:color w:val="555555"/>
          <w:sz w:val="20"/>
        </w:rPr>
        <w:t>[20]</w:t>
      </w:r>
    </w:p>
    <w:p>
      <w:r>
        <w:rPr>
          <w:rFonts w:ascii="Gentium Plus" w:hAnsi="Gentium Plus"/>
          <w:sz w:val="24"/>
        </w:rPr>
        <w:t>καὶ παρέλαβεν αὐτὴν καὶ κατέσφαξε πάντας· τὸν δὲ Ἐλεάζαρ τὸν ἀρχιερέα τῶν Ἰουδαίων καὶ τοὺς Μακκαβεῖς ἐν Ἀντιοχείᾳ ἀγαγὼν κολάσας ἐφόνευσε. καὶ καθεῖλε τὴν ἀρχιερωσύνην τῆς Ἰουδαίας,</w:t>
      </w:r>
    </w:p>
    <w:p>
      <w:r>
        <w:rPr>
          <w:rFonts w:ascii="Courier New" w:hAnsi="Courier New"/>
          <w:color w:val="555555"/>
          <w:sz w:val="20"/>
        </w:rPr>
        <w:t>[Chron . 207]</w:t>
      </w:r>
    </w:p>
    <w:p>
      <w:r>
        <w:rPr>
          <w:rFonts w:ascii="Gentium Plus" w:hAnsi="Gentium Plus"/>
          <w:sz w:val="24"/>
        </w:rPr>
        <w:t>Ὀλυμπίου καὶ Ἀθηνᾶς, μιάνας τὸν οἶκον χοιρείοις κρέασι, καὶ ἐκώλυσε τοὺς Ἰουδαίους τῆς πατρῴας θρησκείας καὶ ἑλληνίζειν αὐτοὺς ἐβιάζετο ἐπὶ ἔτη τρία. Καὶ τελευτᾷ ὁ αὐτὸς Ἀντίοχος, καὶ ἐβασίλευσεν ὁ αὐτοῦ υἱὸς</w:t>
      </w:r>
    </w:p>
    <w:p>
      <w:r>
        <w:rPr>
          <w:rFonts w:ascii="Courier New" w:hAnsi="Courier New"/>
          <w:color w:val="555555"/>
          <w:sz w:val="20"/>
        </w:rPr>
        <w:t>[5]</w:t>
      </w:r>
    </w:p>
    <w:p>
      <w:r>
        <w:rPr>
          <w:rFonts w:ascii="Gentium Plus" w:hAnsi="Gentium Plus"/>
          <w:sz w:val="24"/>
        </w:rPr>
        <w:t>Ἀντίοχος ὁ Γλαυκὸς ὁ λεγόμενος Ἱέραξ ἔτη δύο. Καὶ μετ’ αὐτὸν ἐβασίλευσεν ὁ Δημητριανὸς ὁ Σελεύκου ἔτη ηʹ. καὶ ἐλθὼν ἐν Ἀντιοχείᾳ τῇ μεγάλῃ Ἰούδας τις ὀνόματι, Ἰου‐ δαῖος τῷ ἔθνει, ἐδυσώπησε Δημητριανὸν τὸν βασιλέα παρακα‐ λέσας αὐτόν, καὶ παρέσχεν αὐτῷ τὸ ἱερὸν καὶ τὰ λείψανα τῶν</w:t>
      </w:r>
    </w:p>
    <w:p>
      <w:r>
        <w:rPr>
          <w:rFonts w:ascii="Courier New" w:hAnsi="Courier New"/>
          <w:color w:val="555555"/>
          <w:sz w:val="20"/>
        </w:rPr>
        <w:t>[10]</w:t>
      </w:r>
    </w:p>
    <w:p>
      <w:r>
        <w:rPr>
          <w:rFonts w:ascii="Gentium Plus" w:hAnsi="Gentium Plus"/>
          <w:sz w:val="24"/>
        </w:rPr>
        <w:t>Μακκαβαίων. καὶ ἔθαψαν αὐτὰ ἐν Ἀντιοχείᾳ τῇ μεγάλῃ ἐν τῷ λεγομένῳ Κερατέῳ· ἦν γὰρ συναγωγὴ ἐκεῖ τῶν Ἰουδαίων· πρὸ μικροῦ γὰρ τῆς πόλεως Ἀντιοχείας ἐτιμωρήσατο αὐτοὺς Ἀντίοχος ἐν τῷ ἀεὶ κλαίοντι ὄρει κατέναντι τοῦ Κασίου Διός. τὸν δὲ ναὸν ἁγνεύσας ὁ Ἰούδας καὶ τὴν Ἱερουσαλὴμ κτίσας τὸ πάσχα ἐτέλεσε</w:t>
      </w:r>
    </w:p>
    <w:p>
      <w:r>
        <w:rPr>
          <w:rFonts w:ascii="Courier New" w:hAnsi="Courier New"/>
          <w:color w:val="555555"/>
          <w:sz w:val="20"/>
        </w:rPr>
        <w:t>[15]</w:t>
      </w:r>
    </w:p>
    <w:p>
      <w:r>
        <w:rPr>
          <w:rFonts w:ascii="Gentium Plus" w:hAnsi="Gentium Plus"/>
          <w:sz w:val="24"/>
        </w:rPr>
        <w:t>τῷ θεῷ. αὕτη βʹ ἦν τῆς Ἱερουσαλὴμ ἡ ἅλωσις, καθὼς Εὐσέβιος ὁ Παμφίλου ἐχρονογράφησε. Μετὰ δὲ Δημητριανὸν ἐγένετο βασιλεὺς Ἀντίοχος ὁ ἔκγονος τοῦ Γρύπου, υἱὸς Λαοδίκης, θυγατρὸς Ἀριαράθου, βασιλέως Καππαδόκων, ἔτη θʹ. καὶ ἔπαθε τότε ὑπὸ θεομηνίας Ἀντιόχεια</w:t>
      </w:r>
    </w:p>
    <w:p>
      <w:r>
        <w:rPr>
          <w:rFonts w:ascii="Courier New" w:hAnsi="Courier New"/>
          <w:color w:val="555555"/>
          <w:sz w:val="20"/>
        </w:rPr>
        <w:t>[20]</w:t>
      </w:r>
    </w:p>
    <w:p>
      <w:r>
        <w:rPr>
          <w:rFonts w:ascii="Gentium Plus" w:hAnsi="Gentium Plus"/>
          <w:sz w:val="24"/>
        </w:rPr>
        <w:t>ἡ μεγάλη τῷ ὀγδόῳ ἔτει τῆς βασιλείας αὐτοῦ ἐπὶ τῶν αὐτῶν Μα‐ κεδόνων, μετὰ τὸ ἐξ ἀρχῆς τεθῆναι θεμέλιον τείχους ὑπὸ Σελεύ‐</w:t>
      </w:r>
    </w:p>
    <w:p>
      <w:r>
        <w:rPr>
          <w:rFonts w:ascii="Courier New" w:hAnsi="Courier New"/>
          <w:color w:val="555555"/>
          <w:sz w:val="20"/>
        </w:rPr>
        <w:t>[Chron . 208]</w:t>
      </w:r>
    </w:p>
    <w:p>
      <w:r>
        <w:rPr>
          <w:rFonts w:ascii="Gentium Plus" w:hAnsi="Gentium Plus"/>
          <w:sz w:val="24"/>
        </w:rPr>
        <w:t>περιτίῳ τῷ καὶ φεβρουαρίῳ καʹ. καὶ ἀνενεώθη πᾶσα, καθὼς Δόμνος ὁ χρονογράφος συνεγράψατο· μετὰ δὲ τὸ πληρωθῆναι τὰ τείχη καὶ τὴν πόλιν πᾶσαν μετὰ ρκβʹ ἔτη ἔπαθε· καὶ βελτίων ἐγένετο.</w:t>
      </w:r>
    </w:p>
    <w:p>
      <w:r>
        <w:rPr>
          <w:rFonts w:ascii="Courier New" w:hAnsi="Courier New"/>
          <w:color w:val="555555"/>
          <w:sz w:val="20"/>
        </w:rPr>
        <w:t>[5]</w:t>
      </w:r>
    </w:p>
    <w:p>
      <w:r>
        <w:rPr>
          <w:rFonts w:ascii="Gentium Plus" w:hAnsi="Gentium Plus"/>
          <w:sz w:val="24"/>
        </w:rPr>
        <w:t>Μετὰ δὲ Ἀντίοχον ἔκγονον τοῦ Γρύπου ἐβασίλευσεν Ἀντίο‐ χος ὁ Εὐεργέτης, ὅστις ἐτυραννήθη ὑπὸ Πάρθων καὶ ἐπεστρά‐ τευσε κατ’ αὐτῶν μεγάλως. καὶ μετὰ τὸ πολλοὺς ἀπολέσθαι Πάρθους εἰς φιλίαν ἦλθον· καὶ ἔλαβε γυναῖκα Ἀντιόχῳ τῷ υἱῷ αὐτοῦ τῷ λεγομένῳ Κυζικηνῷ τὴν θυγατέρα Ἀρσάκους τοῦ</w:t>
      </w:r>
    </w:p>
    <w:p>
      <w:r>
        <w:rPr>
          <w:rFonts w:ascii="Courier New" w:hAnsi="Courier New"/>
          <w:color w:val="555555"/>
          <w:sz w:val="20"/>
        </w:rPr>
        <w:t>[10]</w:t>
      </w:r>
    </w:p>
    <w:p>
      <w:r>
        <w:rPr>
          <w:rFonts w:ascii="Gentium Plus" w:hAnsi="Gentium Plus"/>
          <w:sz w:val="24"/>
        </w:rPr>
        <w:t>Πάρθου τοῦ τυραννήσαντος αὐτὸν ὀνόματι Βριττάνην· καὶ ἐπαύθη ὁ πόλεμος. Μετὰ δὲ Ἀντίοχον τὸν Εὐεργέτην ἐβασίλευσαν ἐκ τοῦ γένους αὐτοῦ ἄλλοι θʹ βασιλεῖς ἕως τῆς βασιλείας Ἀντιόχου τοῦ Διο‐ νίκους τοῦ λεπροῦ τοῦ πατρὸς Κλεοπάτρας καὶ Ἀντιοχίδος.</w:t>
      </w:r>
    </w:p>
    <w:p>
      <w:r>
        <w:rPr>
          <w:rFonts w:ascii="Courier New" w:hAnsi="Courier New"/>
          <w:color w:val="555555"/>
          <w:sz w:val="20"/>
        </w:rPr>
        <w:t>[15]</w:t>
      </w:r>
    </w:p>
    <w:p>
      <w:r>
        <w:rPr>
          <w:rFonts w:ascii="Gentium Plus" w:hAnsi="Gentium Plus"/>
          <w:sz w:val="24"/>
        </w:rPr>
        <w:t>Ἐν δὲ τοῖς χρόνοις τῆς βασιλείας τῶν πρὸ Ἀντιόχου τοῦ Διο‐ νίκους τοῦ προειρημένου ἐτυράννησε Ῥωμαίους ὁ βασιλεύς, ἤτοι τοπάρχης, Πύῤῥος ὁ Ἠπειρώτης, λαβὼν χρησμὸν ὅτι ὑπὸ γυναι‐ κὸς ἀποθνήσκει. καὶ συμβαλὼν αὐτῷ πόλεμον ὁ Κύριος ὕπα‐ τος Ῥωμαίων ἐνίκησεν αὐτόν· καὶ φυγὼν ὁ Πύῤῥος ἦλθε πλη‐</w:t>
      </w:r>
    </w:p>
    <w:p>
      <w:r>
        <w:rPr>
          <w:rFonts w:ascii="Courier New" w:hAnsi="Courier New"/>
          <w:color w:val="555555"/>
          <w:sz w:val="20"/>
        </w:rPr>
        <w:t>[20]</w:t>
      </w:r>
    </w:p>
    <w:p>
      <w:r>
        <w:rPr>
          <w:rFonts w:ascii="Gentium Plus" w:hAnsi="Gentium Plus"/>
          <w:sz w:val="24"/>
        </w:rPr>
        <w:t>σίον πόλεως ἐχρύσης ἔξω τειχῶν οἰκήματα· καὶ ῥίψασα γυνὴ κε‐ ραμῖδα κατὰ τῆς κορυφῆς αὐτοῦ ἐφόνευσεν αὐτόν. Μετὰ ταῦτα δὲ ἐγένετο ὕπατος Μάγνος ὁ καὶ Παῦλος ὁ Μα‐</w:t>
      </w:r>
    </w:p>
    <w:p>
      <w:r>
        <w:rPr>
          <w:rFonts w:ascii="Courier New" w:hAnsi="Courier New"/>
          <w:color w:val="555555"/>
          <w:sz w:val="20"/>
        </w:rPr>
        <w:t>[Chron . 209]</w:t>
      </w:r>
    </w:p>
    <w:p>
      <w:r>
        <w:rPr>
          <w:rFonts w:ascii="Gentium Plus" w:hAnsi="Gentium Plus"/>
          <w:sz w:val="24"/>
        </w:rPr>
        <w:t>ὀνόματι Πέρσην, καὶ παραλαβὼν τὴν Μακεδονίαν χώραν ἐποίη‐ σεν αὐτὴν ὑπὸ Ῥωμαίους· περὶ οὗ Σαλλούστιος μέμνηται εἰς τὴν Κατελλιναρίαν ἔκθεσιν, μνημονεύων τῆς δημηγορίας τοῦ Καίσα‐ ρος. καὶ μετὰ ταῦτα βασιλεύει τῆς ἰδίας χώρας Περσεὺς ὁ</w:t>
      </w:r>
    </w:p>
    <w:p>
      <w:r>
        <w:rPr>
          <w:rFonts w:ascii="Courier New" w:hAnsi="Courier New"/>
          <w:color w:val="555555"/>
          <w:sz w:val="20"/>
        </w:rPr>
        <w:t>[5]</w:t>
      </w:r>
    </w:p>
    <w:p>
      <w:r>
        <w:rPr>
          <w:rFonts w:ascii="Gentium Plus" w:hAnsi="Gentium Plus"/>
          <w:sz w:val="24"/>
        </w:rPr>
        <w:t>Ἠπειρώτης ὁ νεομάχος καὶ τοπάρχης Θεσσαλίας, ὅντινα Περσέα ὠνόμασε τῇ ἰδίᾳ ἐκθέσει Εὐτρόπιος ὁ συγγραφεὺς Ῥωμαίων ἐν τῇ μεταφράσει αὐτοῦ. τούτου δὲ καὶ Παλαίφατος μέμνηται. τὸν δὲ αὐτὸν Περσέα πολέμῳ ἀνεῖλε Λούκιος Παῦλος, ὕπατος Ῥω‐ μαίων.</w:t>
      </w:r>
    </w:p>
    <w:p>
      <w:r>
        <w:rPr>
          <w:rFonts w:ascii="Courier New" w:hAnsi="Courier New"/>
          <w:color w:val="555555"/>
          <w:sz w:val="20"/>
        </w:rPr>
        <w:t>[10]</w:t>
      </w:r>
    </w:p>
    <w:p>
      <w:r>
        <w:rPr>
          <w:rFonts w:ascii="Gentium Plus" w:hAnsi="Gentium Plus"/>
          <w:sz w:val="24"/>
        </w:rPr>
        <w:t>Ἐν οἷς χρόνοις Ἀννιβάλ τις ὀνόματι, ῥὴξ τῶν Ἄφρων, ἐτυράν‐ νησε τὴν Ῥώμην ἐπὶ ἔτη εἴκοσιν, ἀβασίλευτον οὖσαν, διοικουμέ‐ νην δὲ ὑπὸ τῶν ὑπάτων. ὅστις τῆς Ἰταλίας πάσης τὸ πολὺ μέ‐ ρος ἀπώλεσεν ὑποτάξας πολέμοις, καὶ σφάζει τὸν προειρημένον Παῦλον. καὶ λοιπὸν προεβάλετο ἡ σύγκλητος Ῥώμης ὕπατον</w:t>
      </w:r>
    </w:p>
    <w:p>
      <w:r>
        <w:rPr>
          <w:rFonts w:ascii="Courier New" w:hAnsi="Courier New"/>
          <w:color w:val="555555"/>
          <w:sz w:val="20"/>
        </w:rPr>
        <w:t>[15]</w:t>
      </w:r>
    </w:p>
    <w:p>
      <w:r>
        <w:rPr>
          <w:rFonts w:ascii="Gentium Plus" w:hAnsi="Gentium Plus"/>
          <w:sz w:val="24"/>
        </w:rPr>
        <w:t>δυνατὸν ἐν πᾶσι, μάλιστα δὲ ἐν πολέμοις, τὸν λεγόμενον Σκηπίονα τὸν μέγαν. ὅστις Σκηπίων ἐν ᾧ ἦν διατρίβων ὁ Ἀννιβὰλ ἐν τῇ Ἰταλίᾳ ἔλαβε πλῆθος στρατοῦ καὶ ἀπῆλθεν εἰς τὴν χώραν τοῦ Ἀννιβαάλ, εἰς τὴν Ἀφρικήν, καὶ ἀπώλεσεν αὐτήν, ἐμπρήσας τὴν πόλιν ἔνθα ἦν ῥὴξ ὁ Ἀννιβαάλ, τὴν Καρθάγεναν, καὶ αἰχμαλω‐</w:t>
      </w:r>
    </w:p>
    <w:p>
      <w:r>
        <w:rPr>
          <w:rFonts w:ascii="Courier New" w:hAnsi="Courier New"/>
          <w:color w:val="555555"/>
          <w:sz w:val="20"/>
        </w:rPr>
        <w:t>[20]</w:t>
      </w:r>
    </w:p>
    <w:p>
      <w:r>
        <w:rPr>
          <w:rFonts w:ascii="Gentium Plus" w:hAnsi="Gentium Plus"/>
          <w:sz w:val="24"/>
        </w:rPr>
        <w:t>τίσας αὐτὴν καὶ λαβὼν τοὺς αὐτοῦ πάντας μετὰ τῆς συγκλήτου αὐτοῦ ὑπέστη εἰς τὴν Ῥώμην.</w:t>
      </w:r>
    </w:p>
    <w:p>
      <w:r>
        <w:rPr>
          <w:rFonts w:ascii="Courier New" w:hAnsi="Courier New"/>
          <w:color w:val="555555"/>
          <w:sz w:val="20"/>
        </w:rPr>
        <w:t>[Chron . 210]</w:t>
      </w:r>
    </w:p>
    <w:p>
      <w:r>
        <w:rPr>
          <w:rFonts w:ascii="Gentium Plus" w:hAnsi="Gentium Plus"/>
          <w:sz w:val="24"/>
        </w:rPr>
        <w:t>τὸν Ἀντίοχον τὸν Νικομήδους, βασιλέα τῆς Ἀσίας· καὶ παρακα‐ λεῖ αὐτὸν συμμαχῆσαι αὐτῷ. εἶχον δὲ ἀπὸ Ἀλεξάνδρου τοῦ Μακεδόνος οἱ Μακεδόνες συνωμοσίας μετὰ τῶν Ῥωμαίων φι‐ λίας, ὅτι καὶ στρατὸν ἔδωκαν τῷ Ἀλεξάνδρῳ κατὰ Δαρείου. ὁ</w:t>
      </w:r>
    </w:p>
    <w:p>
      <w:r>
        <w:rPr>
          <w:rFonts w:ascii="Courier New" w:hAnsi="Courier New"/>
          <w:color w:val="555555"/>
          <w:sz w:val="20"/>
        </w:rPr>
        <w:t>[5]</w:t>
      </w:r>
    </w:p>
    <w:p>
      <w:r>
        <w:rPr>
          <w:rFonts w:ascii="Gentium Plus" w:hAnsi="Gentium Plus"/>
          <w:sz w:val="24"/>
        </w:rPr>
        <w:t>Ἀντίοχος ὁ τῆς Ἀσίας βασιλεὺς πεισθεὶς τῷ Ἀννιβαὰλ συνέμιξε, καὶ ἀπῆλθε μετ’ αὐτοῦ κατὰ Ῥωμαίων, θαῤῥῶν τῷ ἰδίῳ στρατῷ, ἐκ τῆς Βιθυνίας ἐξορμήσας. καὶ ἀκούσαντες οἱ Ῥώμης συγκλη‐ τικοὶ τοῦτο προεβάλοντο ὕπατον δυνατόν, τὸν δεύτερον Σκηπίο‐ να, τὸν ἀδελφὸν τοῦ πρώτου Σκηπίονος· καὶ ἔπεμψαν αὐτὸν κα‐</w:t>
      </w:r>
    </w:p>
    <w:p>
      <w:r>
        <w:rPr>
          <w:rFonts w:ascii="Courier New" w:hAnsi="Courier New"/>
          <w:color w:val="555555"/>
          <w:sz w:val="20"/>
        </w:rPr>
        <w:t>[10]</w:t>
      </w:r>
    </w:p>
    <w:p>
      <w:r>
        <w:rPr>
          <w:rFonts w:ascii="Gentium Plus" w:hAnsi="Gentium Plus"/>
          <w:sz w:val="24"/>
        </w:rPr>
        <w:t>τὰ τῶν δύο, Ἀντιόχου τοῦ βασιλέως Ἀσίας καὶ Ἀννιβαὰλ τοῦ ῥη‐ γὸς τῆς Ἀφρικῆς. καὶ ἀπαντήσας αὐτοῖς συνέβαλε πόλεμον μέ‐ γαν μετ’ αὐτῶν· καὶ σφαγέντων πολλῶν, ἰδὼν ὁ Ἀννιβαὰλ τὴν τοῦ Σκηπίονος δύναμιν καὶ ὅτι τὰς ἐπάνω φέρει, ἔφυγε· καὶ ἑαυτῷ παραχρησάμενος πιπίσας ἀπέθανε. καὶ ἑωρακὼς ὁ Ἀντίο‐</w:t>
      </w:r>
    </w:p>
    <w:p>
      <w:r>
        <w:rPr>
          <w:rFonts w:ascii="Courier New" w:hAnsi="Courier New"/>
          <w:color w:val="555555"/>
          <w:sz w:val="20"/>
        </w:rPr>
        <w:t>[15]</w:t>
      </w:r>
    </w:p>
    <w:p>
      <w:r>
        <w:rPr>
          <w:rFonts w:ascii="Gentium Plus" w:hAnsi="Gentium Plus"/>
          <w:sz w:val="24"/>
        </w:rPr>
        <w:t>χος τὸν Ἀννιβαὰλ φυγόντα ἔδωκε νῶτα· καὶ κατεδίωξεν αὐτὸν ο Σκηπίων ἕως τοῦ ὄρους τῆς Ἰσαυρίας τοῦ λεγομένου Ταύρου· καὶ ἀνελθὼν ἐκεῖ ὁ Ἀντίοχος ἔπεμψε πρὸς αὐτὸν πρέσβεις, παρακαλῶν αὐτόν, ὡς μηδεμίαν ἔχθραν ἔχων κατὰ Ῥωμαίων ἀλλ’ ὑπὲρ ἄλ‐ λου πολεμῶν. καὶ ἐδέξατο αὐτὸν ὁ Σκηπίων, καὶ ἐποίησεν αὐτὸν</w:t>
      </w:r>
    </w:p>
    <w:p>
      <w:r>
        <w:rPr>
          <w:rFonts w:ascii="Courier New" w:hAnsi="Courier New"/>
          <w:color w:val="555555"/>
          <w:sz w:val="20"/>
        </w:rPr>
        <w:t>[20]</w:t>
      </w:r>
    </w:p>
    <w:p>
      <w:r>
        <w:rPr>
          <w:rFonts w:ascii="Gentium Plus" w:hAnsi="Gentium Plus"/>
          <w:sz w:val="24"/>
        </w:rPr>
        <w:t>ὑπὸ Ῥωμαίους κατὰ γνώμην τῆς συγκλήτου Ῥώμης πρὸς τὸ πα‐ ρέχειν αὐτὸν καθ’ ἕκαστον ἔτος Ῥωμαίοις χρυσοῦ τάλαντα τέσσα‐ ρα καὶ ἀργύρου καὶ ἄλλα τινὰ ἄχρι τῆς αὐτοῦ ζωῆς. καὶ ποιή‐</w:t>
      </w:r>
    </w:p>
    <w:p>
      <w:r>
        <w:rPr>
          <w:rFonts w:ascii="Courier New" w:hAnsi="Courier New"/>
          <w:color w:val="555555"/>
          <w:sz w:val="20"/>
        </w:rPr>
        <w:t>[Chron . 211]</w:t>
      </w:r>
    </w:p>
    <w:p>
      <w:r>
        <w:rPr>
          <w:rFonts w:ascii="Gentium Plus" w:hAnsi="Gentium Plus"/>
          <w:sz w:val="24"/>
        </w:rPr>
        <w:t>πρῶτον τόπον, τιμήσας αὐτόν, ὡς βασιλέα. καὶ μετὰ δόξης ἀνῆλθεν ὁ Σκηπίων ἐν τῇ Ῥώμῃ, καθὼς ὁ σοφώτατος Φλῶρος ὑπεμνημάτισεν ἐκ τῶν Λιβίου συγγραμμάτων. Τῷ δὲ πεντεκαιδεκάτῳ ἔτει τοῦ προειρημένου Ἀντιόχου τοῦ</w:t>
      </w:r>
    </w:p>
    <w:p>
      <w:r>
        <w:rPr>
          <w:rFonts w:ascii="Courier New" w:hAnsi="Courier New"/>
          <w:color w:val="555555"/>
          <w:sz w:val="20"/>
        </w:rPr>
        <w:t>[5]</w:t>
      </w:r>
    </w:p>
    <w:p>
      <w:r>
        <w:rPr>
          <w:rFonts w:ascii="Gentium Plus" w:hAnsi="Gentium Plus"/>
          <w:sz w:val="24"/>
        </w:rPr>
        <w:t>Διονίκους, βασιλέως τῆς Συρίας, τοῦ λεπροῦ, Τιγράνης τις βασι‐ λεὺς Ἀρμενίων ἐλθὼν ἐπολέμησε τῷ αὐτῷ Ἀντιόχῳ πόλεμον μέ‐ γαν. καὶ νικήσας τὸν αὐτὸν Ἀντίοχον ὁ Τιγράνης βασιλεὺς Ἀρ‐ μενίων παρέλαβε τὴν Ἀντιόχειαν τὴν μεγάλην καὶ τὴν βασιλείαν αὐτοῦ, ἀφειλάμενος πάντα παρ’ αὐτοῦ ἃ εἶχε, φυγόντος τοῦ αὐ‐</w:t>
      </w:r>
    </w:p>
    <w:p>
      <w:r>
        <w:rPr>
          <w:rFonts w:ascii="Courier New" w:hAnsi="Courier New"/>
          <w:color w:val="555555"/>
          <w:sz w:val="20"/>
        </w:rPr>
        <w:t>[10]</w:t>
      </w:r>
    </w:p>
    <w:p>
      <w:r>
        <w:rPr>
          <w:rFonts w:ascii="Gentium Plus" w:hAnsi="Gentium Plus"/>
          <w:sz w:val="24"/>
        </w:rPr>
        <w:t>τοῦ Ἀντιόχου βασιλέως ἐπὶ τὰ Περσικὰ μέρη τὸν αὐτὸν Τιγράνην. κατελθόντος δὲ ἀπὸ τῆς Ῥώμης Πομπηίου τοῦ καὶ Μάγνου διὰ τὸν Καίσαρα, καὶ ἐλθόντος κατὰ Κιλίκων τυραννησάντων τὸν αὐτὸν Πομπήιον, καὶ νικήσαντος αὐτοῦ τοὺς Κίλικας, ἐπολέμησε καὶ τῷ Τιγράνῃ, βασιλεῖ τῶν Ἀρμενίων, καὶ νικήσας αὐτὸν παρέ‐</w:t>
      </w:r>
    </w:p>
    <w:p>
      <w:r>
        <w:rPr>
          <w:rFonts w:ascii="Courier New" w:hAnsi="Courier New"/>
          <w:color w:val="555555"/>
          <w:sz w:val="20"/>
        </w:rPr>
        <w:t>[15]</w:t>
      </w:r>
    </w:p>
    <w:p>
      <w:r>
        <w:rPr>
          <w:rFonts w:ascii="Gentium Plus" w:hAnsi="Gentium Plus"/>
          <w:sz w:val="24"/>
        </w:rPr>
        <w:t>λαβε καὶ τὴν Ἀρμενίαν καὶ τὴν Κιλικίαν καὶ τὴν Συρίαν, λύσας καὶ τὰς τοπαρχίας αὐτάς. καὶ ἐξεδίκησε τοὺς Ἀντιοχεῖς, καὶ εἰσ‐ ῆλθεν ἐν τῇ αὐτῇ Ἀντιοχέων πόλει, ποιήσας αὐτὴν ὑπὸ Ῥωμαίους, χαρισάμενος αὐτοῖς πολλὰ καὶ κτίσας τὸ βουλευτήριον· πεσόντα γὰρ ἦν· ἐτίμησε δὲ αὐτούς, ὡς ἐκ γένους Ἀθηναίους ὄντας.</w:t>
      </w:r>
    </w:p>
    <w:p>
      <w:r>
        <w:rPr>
          <w:rFonts w:ascii="Courier New" w:hAnsi="Courier New"/>
          <w:color w:val="555555"/>
          <w:sz w:val="20"/>
        </w:rPr>
        <w:t>[20]</w:t>
      </w:r>
    </w:p>
    <w:p>
      <w:r>
        <w:rPr>
          <w:rFonts w:ascii="Gentium Plus" w:hAnsi="Gentium Plus"/>
          <w:sz w:val="24"/>
        </w:rPr>
        <w:t>Βύβλος δέ τις στρατηγὸς δυνατός, ὃς καὶ ἐν τῇ παραλίᾳ</w:t>
      </w:r>
    </w:p>
    <w:p>
      <w:r>
        <w:rPr>
          <w:rFonts w:ascii="Courier New" w:hAnsi="Courier New"/>
          <w:color w:val="555555"/>
          <w:sz w:val="20"/>
        </w:rPr>
        <w:t>[Chron . 212]</w:t>
      </w:r>
    </w:p>
    <w:p>
      <w:r>
        <w:rPr>
          <w:rFonts w:ascii="Gentium Plus" w:hAnsi="Gentium Plus"/>
          <w:sz w:val="24"/>
        </w:rPr>
        <w:t>σε Βύβλον εἰς ὄνομα αὑτοῦ, οὗτος γὰρ τὸ ἄγαλμα τῆς Ἀθήνης τὸ παρὰ Σελεύκου γενόμενον, φοβερὸν ὄντα, καὶ τὸ ἄγαλμα τοῦ Κεραυνίου Διός, παρὰ τοῦ αὐτοῦ Σελεύκου γενόμενον, καὶ αὐτὸ φοβερόν, αἰτησάμενος χάριν τοὺς Ἀντιοχεῖς ἐπῆρε καὶ ἐν Ῥώμῃ</w:t>
      </w:r>
    </w:p>
    <w:p>
      <w:r>
        <w:rPr>
          <w:rFonts w:ascii="Courier New" w:hAnsi="Courier New"/>
          <w:color w:val="555555"/>
          <w:sz w:val="20"/>
        </w:rPr>
        <w:t>[5]</w:t>
      </w:r>
    </w:p>
    <w:p>
      <w:r>
        <w:rPr>
          <w:rFonts w:ascii="Gentium Plus" w:hAnsi="Gentium Plus"/>
          <w:sz w:val="24"/>
        </w:rPr>
        <w:t>ἔπεμψεν εἰς τὸ Καπετώλιον, ὡς μεγάλης ὄντα θέας καὶ ὡς ὑπο‐ ταγέντα Ῥωμαίοις· ἅτινα ἀγάλματα ἕως τῆς νῦν εἰσί· καὶ ἐπι‐ γράφει Δῆμος Ἀντιοχείας τῆς μεγάλης ἐτίμησε Ῥωμαίους ἀγάλ‐ ματα εὐχαριστῶν. Ἀντίοχος δὲ ὁ Διονίκους βασιλεὺς ἀκούσας τὴν τοῦ Τιγρά‐</w:t>
      </w:r>
    </w:p>
    <w:p>
      <w:r>
        <w:rPr>
          <w:rFonts w:ascii="Courier New" w:hAnsi="Courier New"/>
          <w:color w:val="555555"/>
          <w:sz w:val="20"/>
        </w:rPr>
        <w:t>[10]</w:t>
      </w:r>
    </w:p>
    <w:p>
      <w:r>
        <w:rPr>
          <w:rFonts w:ascii="Gentium Plus" w:hAnsi="Gentium Plus"/>
          <w:sz w:val="24"/>
        </w:rPr>
        <w:t>νου, Ἀρμενίων βασιλέως, ἀπώλειαν καὶ τὴν τοῦ Πομπηίου Μά‐ γνου κατ’ αὐτοῦ νίκην, ἐλθὼν πρὸς τὸν Πομπήιον προσέπεσεν αὐτῷ, αἰτήσας αὐτὸν ἀναδοῦναι αὐτῷ τὴν βασιλείαν αὐτοῦ. ὅστις Πομπήιος παρακληθεὶς ἀνέδωκεν αὐτῷ πάλιν τὴν βασι‐ λείαν τῆς Συρίας καὶ τὴν Κιλικίαν καὶ πάντα ὅσα κατεῖχε πρῴην</w:t>
      </w:r>
    </w:p>
    <w:p>
      <w:r>
        <w:rPr>
          <w:rFonts w:ascii="Courier New" w:hAnsi="Courier New"/>
          <w:color w:val="555555"/>
          <w:sz w:val="20"/>
        </w:rPr>
        <w:t>[15]</w:t>
      </w:r>
    </w:p>
    <w:p>
      <w:r>
        <w:rPr>
          <w:rFonts w:ascii="Gentium Plus" w:hAnsi="Gentium Plus"/>
          <w:sz w:val="24"/>
        </w:rPr>
        <w:t>ὁ αὐτὸς Ἀντίοχος. καὶ τῇ ιθʹ τοῦ δαισίου μηνὸς ἐξῆλθεν ἐπὶ τὴν Αἴγυπτον ἀπὸ Ἀντιοχείας ὁ Πομπήιος· καὶ ἐβασίλευσε πάλιν ὁ αὐτὸς Ἀντίοχος ὁ Μακεδὼν ὁ Διονίκους. Ἐν τοῖς αὐτοῖς. οὖν χρόνοις ἦν ὁ Κικέρων καὶ ὁ Σαλλούστιος, οἱ σοφώτατοι Ῥωμαίων ποιηταί.</w:t>
      </w:r>
    </w:p>
    <w:p>
      <w:r>
        <w:rPr>
          <w:rFonts w:ascii="Courier New" w:hAnsi="Courier New"/>
          <w:color w:val="555555"/>
          <w:sz w:val="20"/>
        </w:rPr>
        <w:t>[20]</w:t>
      </w:r>
    </w:p>
    <w:p>
      <w:r>
        <w:rPr>
          <w:rFonts w:ascii="Gentium Plus" w:hAnsi="Gentium Plus"/>
          <w:sz w:val="24"/>
        </w:rPr>
        <w:t>Ὁ δὲ βασιλεὺς Ἀντίοχος ὁ Διονίκους μέλλων τελευτᾶν κα‐ τέλιπε πάντα τὰ ὑπ’ αὐτὸν Ῥωμαίοις μετὰ τῶν ὑπαρχόντων αὐ‐ τοῦ. μετὰ οὖν τὴν τελευτὴν Ἀντιόχου τοῦ βασιλέως γέγονεν ἡ</w:t>
      </w:r>
    </w:p>
    <w:p>
      <w:r>
        <w:rPr>
          <w:rFonts w:ascii="Courier New" w:hAnsi="Courier New"/>
          <w:color w:val="555555"/>
          <w:sz w:val="20"/>
        </w:rPr>
        <w:t>[Chron . 213]</w:t>
      </w:r>
    </w:p>
    <w:p>
      <w:r>
        <w:rPr>
          <w:rFonts w:ascii="Gentium Plus" w:hAnsi="Gentium Plus"/>
          <w:sz w:val="24"/>
        </w:rPr>
        <w:t>καὶ Κιλικίας καὶ ὅσα κατεῖχον οἱ Μακεδόνες. ἐβασίλευσαν οὖν Ἀντιοχείας τῆς μεγάλης ἤτοι τῆς Συρίας καὶ Κιλικίας καὶ ἄλ‐ λων χωρῶν οἱ Μακεδόνες ἀπὸ Σελεύκου τοῦ Νικάτορος ἕως οὗ</w:t>
      </w:r>
    </w:p>
    <w:p>
      <w:pPr>
        <w:jc w:val="center"/>
      </w:pPr>
      <w:r>
        <w:rPr>
          <w:rFonts w:ascii="Gentium Plus" w:hAnsi="Gentium Plus"/>
          <w:b/>
          <w:sz w:val="24"/>
        </w:rPr>
        <w:t>ΛΟΓΟΣ ΕΝΑΤΟΣ</w:t>
      </w:r>
    </w:p>
    <w:p>
      <w:r>
        <w:rPr>
          <w:rFonts w:ascii="Courier New" w:hAnsi="Courier New"/>
          <w:color w:val="555555"/>
          <w:sz w:val="20"/>
        </w:rPr>
        <w:t>[t2]</w:t>
      </w:r>
    </w:p>
    <w:p>
      <w:r>
        <w:rPr>
          <w:rFonts w:ascii="Gentium Plus" w:hAnsi="Gentium Plus"/>
          <w:sz w:val="24"/>
        </w:rPr>
        <w:t>ΧΡΟΝΩΝ ΥΠΑΤΩΝ ΡΩΜΗΣ.</w:t>
      </w:r>
    </w:p>
    <w:p>
      <w:r>
        <w:rPr>
          <w:rFonts w:ascii="Courier New" w:hAnsi="Courier New"/>
          <w:color w:val="555555"/>
          <w:sz w:val="20"/>
        </w:rPr>
        <w:t>[1]</w:t>
      </w:r>
    </w:p>
    <w:p>
      <w:r>
        <w:rPr>
          <w:rFonts w:ascii="Gentium Plus" w:hAnsi="Gentium Plus"/>
          <w:sz w:val="24"/>
        </w:rPr>
        <w:t>Τὰ οὖν Ῥωμαίων πράγματα πρῴην διῳκεῖτο ὑπὸ τῶν ὑπάτων ἐπὶ ἔτη υξδʹ ἕως Καίσαρος Ἰουλίου τοῦ δικτάτορος· ὃς οὐκ ἐγεννήθη ἀλλὰ τῆς αὐτοῦ μητρὸς τελευτησάσης τῷ ἐνάτῳ μηνὶ ἀνέκειραν αὐτὴν καὶ ἐξέβαλον αὐτὸν βρέφος· διὸ Καῖσαρ ἐλέγε‐</w:t>
      </w:r>
    </w:p>
    <w:p>
      <w:r>
        <w:rPr>
          <w:rFonts w:ascii="Courier New" w:hAnsi="Courier New"/>
          <w:color w:val="555555"/>
          <w:sz w:val="20"/>
        </w:rPr>
        <w:t>[5]</w:t>
      </w:r>
    </w:p>
    <w:p>
      <w:r>
        <w:rPr>
          <w:rFonts w:ascii="Gentium Plus" w:hAnsi="Gentium Plus"/>
          <w:sz w:val="24"/>
        </w:rPr>
        <w:t>το· Καῖσαρ γὰρ λέγεται ῥωμαϊστὶ ἡ ἀνατομή. ἀνατραφεὶς δὲ καὶ ἀνδρεῖος γενόμενος προεβλήθη τριομβυράτωρ μετὰ Πομπηίου Μάγνου καὶ Κράσσου· ὑπὸ γὰρ τῶν τριῶν τούτων ἐδιῳκεῖτο τὰ Ῥωμαίων. ὁ δὲ Καῖσαρ ὁ δικτάτωρ μετὰ τὸ φονευθῆναι τὸν Κράσσον, παραληφθέντα ὑπὸ Περσῶν πολέμῳ ἐν τοῖς Περσικοῖς</w:t>
      </w:r>
    </w:p>
    <w:p>
      <w:r>
        <w:rPr>
          <w:rFonts w:ascii="Courier New" w:hAnsi="Courier New"/>
          <w:color w:val="555555"/>
          <w:sz w:val="20"/>
        </w:rPr>
        <w:t>[10]</w:t>
      </w:r>
    </w:p>
    <w:p>
      <w:r>
        <w:rPr>
          <w:rFonts w:ascii="Gentium Plus" w:hAnsi="Gentium Plus"/>
          <w:sz w:val="24"/>
        </w:rPr>
        <w:t>μέρεσιν, ἔμεινε πολεμῶν μετὰ τοῦ πλήθους αὐτοῦ ἐν τοῖς μέρεσι τῆς δύσεως. καὶ διαδεχθεὶς τῆς ὑπατείας, ἤτοι τῆς τριομβυρα‐</w:t>
      </w:r>
    </w:p>
    <w:p>
      <w:r>
        <w:rPr>
          <w:rFonts w:ascii="Courier New" w:hAnsi="Courier New"/>
          <w:color w:val="555555"/>
          <w:sz w:val="20"/>
        </w:rPr>
        <w:t>[Chron . 215]</w:t>
      </w:r>
    </w:p>
    <w:p>
      <w:r>
        <w:rPr>
          <w:rFonts w:ascii="Gentium Plus" w:hAnsi="Gentium Plus"/>
          <w:sz w:val="24"/>
        </w:rPr>
        <w:t>πηίου Μάγνου τοῦ αὐτοῦ πενθεροῦ ὁ αὐτὸς Καῖσαρ Ἰούλιος, λυπηθεὶς ἐτυράννησε Ῥωμαίους· καὶ προτρεψάμενος τοὺς κατὰ Ῥωμαίων πολεμίους ἐπεστράτευσε κατὰ τῆς συγκλήτου Ῥώμης καὶ Πομπηίου Μάγνου. καὶ παραγενόμενος ἐν Ῥώμῃ παραλαμβάνει</w:t>
      </w:r>
    </w:p>
    <w:p>
      <w:r>
        <w:rPr>
          <w:rFonts w:ascii="Courier New" w:hAnsi="Courier New"/>
          <w:color w:val="555555"/>
          <w:sz w:val="20"/>
        </w:rPr>
        <w:t>[5]</w:t>
      </w:r>
    </w:p>
    <w:p>
      <w:r>
        <w:rPr>
          <w:rFonts w:ascii="Gentium Plus" w:hAnsi="Gentium Plus"/>
          <w:sz w:val="24"/>
        </w:rPr>
        <w:t>αὐτήν, ἀνελὼν πάντας τοὺς συγκλητικούς. ὁ δὲ Πομπήιος ἐξελ‐ θὼν κατ’ αὐτοῦ καὶ ἑωρακὼς ἑαυτὸν μὴ δύνασθαι πολεμῆσαι αὐ‐ τῷ, καταλιπὼν τὰ δυτικὰ μέρη ἐπὶ τὴν ἀνατολὴν ἐξώρμησε, βου‐ λόμενος διακρατῆσαι τὰ αὐτὰ μέρη. ὁ οὖν Ἰούλιος Καῖσαρ ὁ δι‐ κτάτωρ κατὰ αὐθεντίαν ἐγκρατὴς γενόμενος τῆς Ῥώμης καὶ</w:t>
      </w:r>
    </w:p>
    <w:p>
      <w:r>
        <w:rPr>
          <w:rFonts w:ascii="Courier New" w:hAnsi="Courier New"/>
          <w:color w:val="555555"/>
          <w:sz w:val="20"/>
        </w:rPr>
        <w:t>[10]</w:t>
      </w:r>
    </w:p>
    <w:p>
      <w:r>
        <w:rPr>
          <w:rFonts w:ascii="Gentium Plus" w:hAnsi="Gentium Plus"/>
          <w:sz w:val="24"/>
        </w:rPr>
        <w:t>πάντων τῶν δυτικῶν μερῶν, ἐπεστράτευσε κατὰ Πομπηίου Μά‐ γνου· καὶ καταφθάσας αὐτὸν ἀνεῖλεν αὐτὸν εἰς τὴν Αἴγυπτον χώραν, καθὼς περὶ αὐτοῦ ὁ σοφώτατος Λουκανὸς συνεγράψατο. οὗτος οὖν ὁ Καῖσαρ πρῶτος καὶ μόνος ἐκράτησε τῶν Ῥωμαίων μετὰ πολλοῦ φόβου καὶ πάντα ἐξεδίκησεν. οἱ γὰρ Μακεδόνες</w:t>
      </w:r>
    </w:p>
    <w:p>
      <w:r>
        <w:rPr>
          <w:rFonts w:ascii="Courier New" w:hAnsi="Courier New"/>
          <w:color w:val="555555"/>
          <w:sz w:val="20"/>
        </w:rPr>
        <w:t>[15]</w:t>
      </w:r>
    </w:p>
    <w:p>
      <w:r>
        <w:rPr>
          <w:rFonts w:ascii="Gentium Plus" w:hAnsi="Gentium Plus"/>
          <w:sz w:val="24"/>
        </w:rPr>
        <w:t>οἱ μετὰ Σέλευκον τὸν Νικάτορα ἀδρανεῖς ὄντες περιεφρόνησαν τῆς Βαβυλωνίας χώρας, συγχωρήσαντες τοῖς Πέρσαις ποιεῖν ἑαυ‐ τοῖς βασιλέα· ὁμοίως δὲ καὶ τοῖς Ἰουδαίοις παρεχώρησαν λαβεῖν ἀπὸ τῆς συγκλήτου Ῥώμης τετραρχίας βασιλείας. Ἐν τοῖς αὐτοῖς οὖν χρόνοις Λίβιος ὁ σοφὸς Ῥωμαίων ὑπῆρ‐</w:t>
      </w:r>
    </w:p>
    <w:p>
      <w:r>
        <w:rPr>
          <w:rFonts w:ascii="Courier New" w:hAnsi="Courier New"/>
          <w:color w:val="555555"/>
          <w:sz w:val="20"/>
        </w:rPr>
        <w:t>[20]</w:t>
      </w:r>
    </w:p>
    <w:p>
      <w:r>
        <w:rPr>
          <w:rFonts w:ascii="Gentium Plus" w:hAnsi="Gentium Plus"/>
          <w:sz w:val="24"/>
        </w:rPr>
        <w:t>χεν ἱστορικός, ὃς ἐξέθετο πολλὰ περὶ Ῥωμαίων. Ὁ δὲ Καῖσαρ Ἰούλιος ὁ δικτάτωρ, ὅ ἐστι μονάρχης, μετὰ ταῦτα τῶν πάντων ἐκράτησεν ἐν ὑπερηφανίᾳ καὶ τυραννίδι ἐπὶ</w:t>
      </w:r>
    </w:p>
    <w:p>
      <w:r>
        <w:rPr>
          <w:rFonts w:ascii="Courier New" w:hAnsi="Courier New"/>
          <w:color w:val="555555"/>
          <w:sz w:val="20"/>
        </w:rPr>
        <w:t>[Chron . 216]</w:t>
      </w:r>
    </w:p>
    <w:p>
      <w:r>
        <w:rPr>
          <w:rFonts w:ascii="Gentium Plus" w:hAnsi="Gentium Plus"/>
          <w:sz w:val="24"/>
        </w:rPr>
        <w:t>κε, καὶ ὑπάτους δὲ αὐτὸς προεβάλλετο καθ’ ἕκαστον ἔτος οὓς ἠβούλετο. Ἐν δὲ τῷ αὐτῷ καιρῷ Βεργίλλιος ὁ σοφὸς Ῥωμαίων ποιητὴς συνεγράψατο τὴν τοῦ Αἰνείου ἱστορίαν καὶ τῆς Διδὼ τῆς ἐκ</w:t>
      </w:r>
    </w:p>
    <w:p>
      <w:r>
        <w:rPr>
          <w:rFonts w:ascii="Courier New" w:hAnsi="Courier New"/>
          <w:color w:val="555555"/>
          <w:sz w:val="20"/>
        </w:rPr>
        <w:t>[5]</w:t>
      </w:r>
    </w:p>
    <w:p>
      <w:r>
        <w:rPr>
          <w:rFonts w:ascii="Gentium Plus" w:hAnsi="Gentium Plus"/>
          <w:sz w:val="24"/>
        </w:rPr>
        <w:t>Φοινίκης καταγομένης καὶ τὸν δούριον ἵππον καὶ τῆς Τροίης τὴν ἅλωσιν. Καὶ εὐθέως ἐμηνύθη ἡ παρουσία Ἰουλίου Καίσαρος δικτά‐ τορος, ὅ ἐστι μονάρχου, τοῦ τυραννήσαντος καὶ παραλαβόντος τὴν Ῥώμην καὶ φονεύσαντος τὴν σύγκλητον καὶ γενομένου μο‐</w:t>
      </w:r>
    </w:p>
    <w:p>
      <w:r>
        <w:rPr>
          <w:rFonts w:ascii="Courier New" w:hAnsi="Courier New"/>
          <w:color w:val="555555"/>
          <w:sz w:val="20"/>
        </w:rPr>
        <w:t>[10]</w:t>
      </w:r>
    </w:p>
    <w:p>
      <w:r>
        <w:rPr>
          <w:rFonts w:ascii="Gentium Plus" w:hAnsi="Gentium Plus"/>
          <w:sz w:val="24"/>
        </w:rPr>
        <w:t>νάρχου. καὶ κατέφθασε τὸ πρόθεμα ἐν Ἀντιοχείᾳ τῇ πόλει τῇ ιβʹ τοῦ ἀρτεμισίου τοῦ καὶ μαΐου μηνὸς τῆς μετὰ ταῦτα ἐπι‐ νεμήσεως. καὶ προετέθη ἐν Ἀντιοχείᾳ ἡ ἐλευθερία αὐτῆς, ὅτε ἐγένετο ὑπὸ Ῥωμαίους, τῇ εἰκάδι τοῦ ἀρτεμισίου μηνὸς πεμφθεῖ‐ σα παρὰ τοῦ αὐτοῦ Καίσαρος Ἰουλίου. τὸ οὖν ἤδικτον προετέ‐</w:t>
      </w:r>
    </w:p>
    <w:p>
      <w:r>
        <w:rPr>
          <w:rFonts w:ascii="Courier New" w:hAnsi="Courier New"/>
          <w:color w:val="555555"/>
          <w:sz w:val="20"/>
        </w:rPr>
        <w:t>[15]</w:t>
      </w:r>
    </w:p>
    <w:p>
      <w:r>
        <w:rPr>
          <w:rFonts w:ascii="Gentium Plus" w:hAnsi="Gentium Plus"/>
          <w:sz w:val="24"/>
        </w:rPr>
        <w:t>θη περιέχον οὕτως. Ἐν Ἀντιοχείᾳ τῇ μητροπόλει ἱερᾷ καὶ ἀσύλῳ καὶ αὐτονόμῳ καὶ ἀρχούσῃ καὶ προκαθημένῃ τῆς ἀνατολῆς Ἰού‐ λιος Γάϊος Καῖσαρ καὶ τὰ λοιπά. καὶ εἰσῆλθεν ὁ αὐτὸς Ἰούλιος Καῖσαρ ὁ δικτάτωρ ἐν Ἀντιοχείᾳ τῇ κγʹ τοῦ ἀρτεμισίου μηνός· καὶ ἔκτισε βασιλικήν, ἣν ἐκάλεσε τὸ Καισάριον, κατέναντι τοῦ ἱε‐</w:t>
      </w:r>
    </w:p>
    <w:p>
      <w:r>
        <w:rPr>
          <w:rFonts w:ascii="Courier New" w:hAnsi="Courier New"/>
          <w:color w:val="555555"/>
          <w:sz w:val="20"/>
        </w:rPr>
        <w:t>[20]</w:t>
      </w:r>
    </w:p>
    <w:p>
      <w:r>
        <w:rPr>
          <w:rFonts w:ascii="Gentium Plus" w:hAnsi="Gentium Plus"/>
          <w:sz w:val="24"/>
        </w:rPr>
        <w:t>ροῦ τοῦ Ἄρεως τοῦ μετακληθέντος Μακέλλου, στήσας ἐκεῖ στή‐ λην χαλκῆν τῇ τύχῃ Ῥώμης. ἔκτισε δὲ ὡσαύτως καὶ ἄνω εἰς τὴν καλουμένην ἀκρόπολιν εἰς τὸ ὄρος τῆς αὐτῆς Ἀντιοχείας τῆς με‐</w:t>
      </w:r>
    </w:p>
    <w:p>
      <w:r>
        <w:rPr>
          <w:rFonts w:ascii="Courier New" w:hAnsi="Courier New"/>
          <w:color w:val="555555"/>
          <w:sz w:val="20"/>
        </w:rPr>
        <w:t>[Chron . 217]</w:t>
      </w:r>
    </w:p>
    <w:p>
      <w:r>
        <w:rPr>
          <w:rFonts w:ascii="Gentium Plus" w:hAnsi="Gentium Plus"/>
          <w:sz w:val="24"/>
        </w:rPr>
        <w:t>ὕδωρ ἀπὸ τῶν λεγομένων ὑδάτων τῆς Λαοδικηνῆς ὁδοῦ διὰ τοῦ παρ’ αὑτοῦ κτισθέντος ἀγωγοῦ. ἔκτισε δὲ ἐκεῖ ἄνω καὶ μο‐ νομάχιον καὶ θέατρον· ἀνενέωσε δὲ καὶ τὸ Πάνθεον, μέλλοντα συμπίπτειν, ἀνεγείρας τὸν βωμόν.</w:t>
      </w:r>
    </w:p>
    <w:p>
      <w:r>
        <w:rPr>
          <w:rFonts w:ascii="Courier New" w:hAnsi="Courier New"/>
          <w:color w:val="555555"/>
          <w:sz w:val="20"/>
        </w:rPr>
        <w:t>[5]</w:t>
      </w:r>
    </w:p>
    <w:p>
      <w:r>
        <w:rPr>
          <w:rFonts w:ascii="Gentium Plus" w:hAnsi="Gentium Plus"/>
          <w:sz w:val="24"/>
        </w:rPr>
        <w:t>Καὶ ἐν Ἀλεξανδρείᾳ τῇ μεγάλῃ ἀπελθὼν ἔκτισεν ἐκεῖ ὁ αὐτὸς Καῖσαρ εἰς ὄνομα τοῦ ἰδίου αὐτοῦ υἱοῦ οὗ ἔσχεν ἀπὸ Κλεοπά‐ τρας, ἧς ἐφίλησεν ὡς εὐπρεπῆ οὖσαν· ἥντινα ηὗρεν εἰς τὴν Θη‐ βαΐδα διωχθεῖσαν ὑπὸ τοῦ ἰδίου αὐτῆς ἀδελφοῦ Πτολεμαίου λυ‐ πηθέντος πρὸς αὐτήν. ταύτην ὁ Καῖσαρ φθείρας ἔγκυον ἐποίησε·</w:t>
      </w:r>
    </w:p>
    <w:p>
      <w:r>
        <w:rPr>
          <w:rFonts w:ascii="Courier New" w:hAnsi="Courier New"/>
          <w:color w:val="555555"/>
          <w:sz w:val="20"/>
        </w:rPr>
        <w:t>[10]</w:t>
      </w:r>
    </w:p>
    <w:p>
      <w:r>
        <w:rPr>
          <w:rFonts w:ascii="Gentium Plus" w:hAnsi="Gentium Plus"/>
          <w:sz w:val="24"/>
        </w:rPr>
        <w:t>καὶ ἐγέννησεν υἱόν, ὃν ἐπεκάλεσε Καισάριον. εἰς ὄνομα οὖν τοῦ ἰδίου υἱοῦ καὶ τὸ Καισάριον ἔκτισεν ὁ αὐτὸς Ἰούλιος ὁ Καῖσαρ ἐν Ἀλεξανδρείᾳ τῇ μεγάλῃ. καὶ ἐκβαλὼν τὸν ἀδελφὸν αὐτῆς Πτο‐ λεμαῖον ἐκ τῆς βασιλείας τῶν Αἰγυπτίων ἔδωκεν αὐτῇ τὴν βα‐ σιλείαν Αἰγυπτίων, φονεύσας καὶ τοὺς δύο εὐνούχους τοὺς εἰσά‐</w:t>
      </w:r>
    </w:p>
    <w:p>
      <w:r>
        <w:rPr>
          <w:rFonts w:ascii="Courier New" w:hAnsi="Courier New"/>
          <w:color w:val="555555"/>
          <w:sz w:val="20"/>
        </w:rPr>
        <w:t>[15]</w:t>
      </w:r>
    </w:p>
    <w:p>
      <w:r>
        <w:rPr>
          <w:rFonts w:ascii="Gentium Plus" w:hAnsi="Gentium Plus"/>
          <w:sz w:val="24"/>
        </w:rPr>
        <w:t>ξαντας τὸν Πτολεμαῖον εἰς Θηβαΐδα ἐξορίσαι τὴν Κλεοπάτραν. ὁ δὲ υἱὸς τῆς Κλεοπάτρας καὶ τοῦ αὐτοῦ Καίσαρος ἐτελεύτα μικρός. Ἐν δὲ τῇ Ῥώμῃ ἐλθὼν ὁ αὐτὸς Καῖσαρ ἐσφάγη ὑπὸ τοῦ δευ‐ τέρου Βρούτου καὶ ἄλλων μετ’ αὐτοῦ συμποιησαμένων συγκλητι‐</w:t>
      </w:r>
    </w:p>
    <w:p>
      <w:r>
        <w:rPr>
          <w:rFonts w:ascii="Courier New" w:hAnsi="Courier New"/>
          <w:color w:val="555555"/>
          <w:sz w:val="20"/>
        </w:rPr>
        <w:t>[20]</w:t>
      </w:r>
    </w:p>
    <w:p>
      <w:r>
        <w:rPr>
          <w:rFonts w:ascii="Gentium Plus" w:hAnsi="Gentium Plus"/>
          <w:sz w:val="24"/>
        </w:rPr>
        <w:t>κῶν ἐπὶ τῆς ὑπατείας Χρυσαυρίκου καὶ Ἀντωνίου τὸ δεύτερον. χρηματίζει οὖν ἡ μεγάλη Ἀντιόχεια κατὰ τιμὴν ἔτος πρῶτον ἀπὸ</w:t>
      </w:r>
    </w:p>
    <w:p>
      <w:r>
        <w:rPr>
          <w:rFonts w:ascii="Courier New" w:hAnsi="Courier New"/>
          <w:color w:val="555555"/>
          <w:sz w:val="20"/>
        </w:rPr>
        <w:t>[Chron . 218]</w:t>
      </w:r>
    </w:p>
    <w:p>
      <w:r>
        <w:rPr>
          <w:rFonts w:ascii="Gentium Plus" w:hAnsi="Gentium Plus"/>
          <w:sz w:val="24"/>
        </w:rPr>
        <w:t>Μετὰ δὲ τὸν Καίσαρα Γάϊον Ἰούλιον ἐπελέξατο ἡ σύγκλητος Ῥώμης τὸν Αὔγουστον Ὀκταβιανὸν τὸν συγγενῆ τοῦ Καίσαρος καὶ τὸν Ἀντώνιον τὸν τοῦ Αὐγούστου γαμβρὸν ἐπ’ ἀδελφῇ καὶ τὸν Λέπιδον, καὶ ἐγένοντο οἱ τρεῖς τριομβυράτορες, καὶ αὐτοὶ</w:t>
      </w:r>
    </w:p>
    <w:p>
      <w:r>
        <w:rPr>
          <w:rFonts w:ascii="Courier New" w:hAnsi="Courier New"/>
          <w:color w:val="555555"/>
          <w:sz w:val="20"/>
        </w:rPr>
        <w:t>[5]</w:t>
      </w:r>
    </w:p>
    <w:p>
      <w:r>
        <w:rPr>
          <w:rFonts w:ascii="Gentium Plus" w:hAnsi="Gentium Plus"/>
          <w:sz w:val="24"/>
        </w:rPr>
        <w:t>διῴκουν τὰ Ῥωμαίων πράγματα προβαλλόμενοι κατ’ ἔτος ὑπά‐ τους. Τῷ δὲ πεντεκαιδεκάτῳ ἔτει τῆς τριομβυρίας τοῦ αὐτοῦ Αὐ‐ γούστου Ὀκταβιανοῦ, τυραννησάντων τῶν Αἰγυπτίων καὶ τῆς Κλεοπάτρας τῆς κτισάσης ἐν Ἀλεξανδρείᾳ τῇ μεγάλῃ τὴν Φάρον εἰς</w:t>
      </w:r>
    </w:p>
    <w:p>
      <w:r>
        <w:rPr>
          <w:rFonts w:ascii="Courier New" w:hAnsi="Courier New"/>
          <w:color w:val="555555"/>
          <w:sz w:val="20"/>
        </w:rPr>
        <w:t>[10]</w:t>
      </w:r>
    </w:p>
    <w:p>
      <w:r>
        <w:rPr>
          <w:rFonts w:ascii="Gentium Plus" w:hAnsi="Gentium Plus"/>
          <w:sz w:val="24"/>
        </w:rPr>
        <w:t>τὴν νῆσον τὴν λεγομένην Πρωτέως καὶ οὖσαν κατέναντι Ἀλεξαν‐ δρείας ἀπὸ μιλίων δύο καὶ προσχωσάσης γῆν καὶ λίθους εἰς τὴν θάλασσαν ἐπὶ τοσοῦτο διάστημα εἰς τὸ βαδίζεσθαι τὴν θάλασσαν ἕως τῆς νήσου αὐτῆς καὶ τῆς Φάρου ὑπὸ ἀνθρώπων καὶ ἀλόγων· ὅπερ φοβερὸν ἐποίησεν ἔργον ἡ αὐτὴ Κλεοπάτρα διὰ Δεξιφάνους</w:t>
      </w:r>
    </w:p>
    <w:p>
      <w:r>
        <w:rPr>
          <w:rFonts w:ascii="Courier New" w:hAnsi="Courier New"/>
          <w:color w:val="555555"/>
          <w:sz w:val="20"/>
        </w:rPr>
        <w:t>[15]</w:t>
      </w:r>
    </w:p>
    <w:p>
      <w:r>
        <w:rPr>
          <w:rFonts w:ascii="Gentium Plus" w:hAnsi="Gentium Plus"/>
          <w:sz w:val="24"/>
        </w:rPr>
        <w:t>Κνιδίου μηχανικοῦ, ὃς τὴν θάλασσαν ἐποίησε χθόνα. τῆς δὲ τυραννίδος τῶν Αἰγυπτίων καὶ τῆς Κλεοπάτρας βασιλίσσης αὐ‐ τῶν γνωσθείσης Ῥωμαίοις, ἐξῆλθεν ἀπὸ Ῥώμης Ἀντώνιος ὁπλι‐ σάμενος κατὰ τῆς Κλεοπάτρας καὶ τῶν Αἰγυπτίων καὶ ἐπὶ τὰ Περσικὰ μέρη, ὅτι ἐτάρασσον τὴν ἀνατολήν. καὶ κατῆλθεν ἐπὶ</w:t>
      </w:r>
    </w:p>
    <w:p>
      <w:r>
        <w:rPr>
          <w:rFonts w:ascii="Courier New" w:hAnsi="Courier New"/>
          <w:color w:val="555555"/>
          <w:sz w:val="20"/>
        </w:rPr>
        <w:t>[20]</w:t>
      </w:r>
    </w:p>
    <w:p>
      <w:r>
        <w:rPr>
          <w:rFonts w:ascii="Gentium Plus" w:hAnsi="Gentium Plus"/>
          <w:sz w:val="24"/>
        </w:rPr>
        <w:t>τὴν Αἴγυπτον μετὰ πολλῆς δυνάμεως στρατευμάτων ὁ Ἀντώνιος·</w:t>
      </w:r>
    </w:p>
    <w:p>
      <w:r>
        <w:rPr>
          <w:rFonts w:ascii="Courier New" w:hAnsi="Courier New"/>
          <w:color w:val="555555"/>
          <w:sz w:val="20"/>
        </w:rPr>
        <w:t>[Chron . 219]</w:t>
      </w:r>
    </w:p>
    <w:p>
      <w:r>
        <w:rPr>
          <w:rFonts w:ascii="Gentium Plus" w:hAnsi="Gentium Plus"/>
          <w:sz w:val="24"/>
        </w:rPr>
        <w:t>αὐτήν, δηλώσας τῇ Κλεοπάτρᾳ δοῦναι τὴν πόλιν· ᾔδει γὰρ αὐτὴν πρῴην μετὰ τοῦ Καίσαρος Ἰουλίου ἐπὶ τὴν Αἴγυπτον ἐλθών. ἡ δὲ Κλεοπάτρα ἀντεδήλωσεν αὐτῷ, ὑπονοθεύσασα αὐτόν, ὡς ἐρῶ‐ σα αὐτοῦ. ὁ οὖν Ἀντώνιος ἠπατήθη καὶ ἔρωτι βληθεὶς ἐφίλησεν</w:t>
      </w:r>
    </w:p>
    <w:p>
      <w:r>
        <w:rPr>
          <w:rFonts w:ascii="Courier New" w:hAnsi="Courier New"/>
          <w:color w:val="555555"/>
          <w:sz w:val="20"/>
        </w:rPr>
        <w:t>[5]</w:t>
      </w:r>
    </w:p>
    <w:p>
      <w:r>
        <w:rPr>
          <w:rFonts w:ascii="Gentium Plus" w:hAnsi="Gentium Plus"/>
          <w:sz w:val="24"/>
        </w:rPr>
        <w:t>αὐτὴν καὶ ὑπετάγη αὐτῇ. ἦν δὲ κονδοειδὴς ἡ Κλεοπάτρα, εὐπρε‐ πὴς δὲ πάνυ καὶ μυστική. καὶ δεξαμένη τὸν Ἀντώνιον ἐν τῇ πό‐ λει καὶ τὰ πλήθη αὐτοῦ ἐγαμήθη αὐτῷ. καὶ λοιπὸν ὁ αὐτὸς Ἀντώνιος λαβὼν αὐτὴν γυναῖκα ἐτυράννησεν ἅμα αὐτῇ Ῥωμαίους, καὶ καταφρονήσας καὶ ἀποταξάμενος τῇ αὐτοῦ γυναικί, τῇ ἀδελ‐</w:t>
      </w:r>
    </w:p>
    <w:p>
      <w:r>
        <w:rPr>
          <w:rFonts w:ascii="Courier New" w:hAnsi="Courier New"/>
          <w:color w:val="555555"/>
          <w:sz w:val="20"/>
        </w:rPr>
        <w:t>[10]</w:t>
      </w:r>
    </w:p>
    <w:p>
      <w:r>
        <w:rPr>
          <w:rFonts w:ascii="Gentium Plus" w:hAnsi="Gentium Plus"/>
          <w:sz w:val="24"/>
        </w:rPr>
        <w:t>φῇ τοῦ Αὐγούστου Ὀκταβιανοῦ, καὶ συναγαγὼν ἄλλο πλῆθος πο‐ λύ, προτρεψάμενος δὲ καὶ Πέρσας καὶ πολλὰ αὐτοῖς συνταξάμε‐ νος, ποιήσας πλοῖα δρομώνων πολλῶν, καταπλεύσας ἀπὸ Ἀλε‐ ξανδρείας ὥρμησε κατὰ Ῥωμαίων μετὰ τῆς Κλεοπάτρας, παρα‐ λαβεῖν τὴν αὐτὴν Ῥώμην βουλόμενος, διὰ τῆς λεγομένης Ἠπείρου</w:t>
      </w:r>
    </w:p>
    <w:p>
      <w:r>
        <w:rPr>
          <w:rFonts w:ascii="Courier New" w:hAnsi="Courier New"/>
          <w:color w:val="555555"/>
          <w:sz w:val="20"/>
        </w:rPr>
        <w:t>[15]</w:t>
      </w:r>
    </w:p>
    <w:p>
      <w:r>
        <w:rPr>
          <w:rFonts w:ascii="Gentium Plus" w:hAnsi="Gentium Plus"/>
          <w:sz w:val="24"/>
        </w:rPr>
        <w:t>χώρας, θέλων ἀνελθεῖν ἐν Ῥώμῃ. Καὶ γνωσθείσης τῆς τοιαύτης τυραννίδος Ἀντωνίου καὶ τῆς Κλεοπάτρας ἐν τῇ Ῥώμῃ, εὐθέως ὁ αὐτὸς Ὀκταβιανὸς ὡπλίσατο κατ’ αὐτῶν καὶ διὰ τὴν εὐτέλειαν τῆς αὑτοῦ ἀδελφῆς, ὅτι περιε‐ φρόνησεν αὐτὴν ὁ αὐτὸς Ἀντώνιος. καὶ ἔλαβεν ὁ αὐτὸς Αὔγου‐</w:t>
      </w:r>
    </w:p>
    <w:p>
      <w:r>
        <w:rPr>
          <w:rFonts w:ascii="Courier New" w:hAnsi="Courier New"/>
          <w:color w:val="555555"/>
          <w:sz w:val="20"/>
        </w:rPr>
        <w:t>[20]</w:t>
      </w:r>
    </w:p>
    <w:p>
      <w:r>
        <w:rPr>
          <w:rFonts w:ascii="Gentium Plus" w:hAnsi="Gentium Plus"/>
          <w:sz w:val="24"/>
        </w:rPr>
        <w:t>στος στρατηγὸν δυνατόν, ἐκ τῆς συγκλήτου ἐπιλεξάμενος, Μάρ‐ κον Ἀγρίππαν ὀνόματι, καὶ ἔζευξεν αὐτῷ τὴν ἑαυτοῦ ἀδελφὴν Ὀκταβίαν. καὶ ὥρμησεν ἀπὸ τῆς Ῥώμης ἅμα τῷ αὐτῷ Ἀγρίπ‐ πᾳ στρατηγῷ καὶ στρατιωτικῶν δυνάμεων αὐτοῦ. καὶ φθάσας</w:t>
      </w:r>
    </w:p>
    <w:p>
      <w:r>
        <w:rPr>
          <w:rFonts w:ascii="Courier New" w:hAnsi="Courier New"/>
          <w:color w:val="555555"/>
          <w:sz w:val="20"/>
        </w:rPr>
        <w:t>[Chron . 220]</w:t>
      </w:r>
    </w:p>
    <w:p>
      <w:r>
        <w:rPr>
          <w:rFonts w:ascii="Gentium Plus" w:hAnsi="Gentium Plus"/>
          <w:sz w:val="24"/>
        </w:rPr>
        <w:t>τῷ Ἀντωνίῳ καὶ τῇ Κλεοπάτρᾳ πόλεμον ναυμαχίας μέγαν, καθὼς Βεργίλλιος ὁ σοφὸς ἐν τῇ αὐτοῦ ἀσπιδοποιίᾳ συνεγράψατο εἰς τὸν ὄγδοον αὐτοῦ λόγον. τὸ δὲ πλῆθος τῶν ἀμφοτέρων στρατευμά‐ των ἐσκέπασε τὴν γῆν καὶ τὴν θάλασσαν. καὶ ἐσφάγη τοῦ Ἀν‐</w:t>
      </w:r>
    </w:p>
    <w:p>
      <w:r>
        <w:rPr>
          <w:rFonts w:ascii="Courier New" w:hAnsi="Courier New"/>
          <w:color w:val="555555"/>
          <w:sz w:val="20"/>
        </w:rPr>
        <w:t>[5]</w:t>
      </w:r>
    </w:p>
    <w:p>
      <w:r>
        <w:rPr>
          <w:rFonts w:ascii="Gentium Plus" w:hAnsi="Gentium Plus"/>
          <w:sz w:val="24"/>
        </w:rPr>
        <w:t>τωνίου καὶ τῆς Κλεοπάτρας πλῆθος ἐν τῇ ναυμαχίᾳ, ὥστε τὰ ὕδα‐ τα τῆς θαλάσσης αἵμασι μιγέντα κυμάτων καὶ μόνον φαίνεσθαι. καὶ νικήσας ὁ Αὔγουστος Ὀκταβιανὸς ἐφόνευσε τὸν Ἀντώνιον, τὴν δὲ Κλεοπάτραν παραλαβὼν καὶ δήσας ἐθριάμβευσε, κελεύ‐ σας αὐτὴν φυλαχθῆναι εἰς τὸ ἀνενεγκεῖν ἐν τῇ Ῥώμῃ αἰχμάλωτον</w:t>
      </w:r>
    </w:p>
    <w:p>
      <w:r>
        <w:rPr>
          <w:rFonts w:ascii="Courier New" w:hAnsi="Courier New"/>
          <w:color w:val="555555"/>
          <w:sz w:val="20"/>
        </w:rPr>
        <w:t>[10]</w:t>
      </w:r>
    </w:p>
    <w:p>
      <w:r>
        <w:rPr>
          <w:rFonts w:ascii="Gentium Plus" w:hAnsi="Gentium Plus"/>
          <w:sz w:val="24"/>
        </w:rPr>
        <w:t>καὶ πομπεῦσαι. ἥτις Κλεοπάτρα ἀπεχρήσατο ἑαυτῇ, ἀπὸ ἀσπί‐ δος κρουσθεῖσα ἐτελεύτα· ἐβάσταζε γὰρ ἀσπίδας καὶ ἄλλα ἑρπε‐ τὰ εἰς τὰ πλοῖα διὰ τὸν πόλεμον· ὡς φυλάττεται οὖν ὑπὸ στρα‐ τιωτῶν, κρύφα δηχθεῖσα ὑπὸ ἀσπίδος τελευτᾷ διὰ τὸ μὴ ζῶσαν αὐτὴν ἀνενεχθῆναι ἐν τῇ Ῥώμῃ. μετὰ δὲ τὴν τελευτὴν αὐτῆς</w:t>
      </w:r>
    </w:p>
    <w:p>
      <w:r>
        <w:rPr>
          <w:rFonts w:ascii="Courier New" w:hAnsi="Courier New"/>
          <w:color w:val="555555"/>
          <w:sz w:val="20"/>
        </w:rPr>
        <w:t>[15]</w:t>
      </w:r>
    </w:p>
    <w:p>
      <w:r>
        <w:rPr>
          <w:rFonts w:ascii="Gentium Plus" w:hAnsi="Gentium Plus"/>
          <w:sz w:val="24"/>
        </w:rPr>
        <w:t>ἀπηνέχθη τὸ λείψανον αὐτῆς ἐν τῇ Ῥώμῃ σμυρνιασθέντα πρὸς θεραπείαν τῆς ἀδελφῆς τοῦ αὐτοῦ Αὐγούστου Ὀκταβιανοῦ, κα‐ θὰ Θεόφιλος ὁ σοφὸς χρονογράφος συνεγράψατο. οἱ δὲ ἐκθέμε‐ νοι τὰ πάτρια Ἀλεξανδρείας τῆς μεγάλης τὴν Κλεοπάτραν ἐν Αἰ‐ γύπτῳ εἶπαν λειφθεῖσαν, καὶ ἄλλα δέ τινα μὴ συμφωνοῦντα τοῖς</w:t>
      </w:r>
    </w:p>
    <w:p>
      <w:r>
        <w:rPr>
          <w:rFonts w:ascii="Courier New" w:hAnsi="Courier New"/>
          <w:color w:val="555555"/>
          <w:sz w:val="20"/>
        </w:rPr>
        <w:t>[20]</w:t>
      </w:r>
    </w:p>
    <w:p>
      <w:r>
        <w:rPr>
          <w:rFonts w:ascii="Gentium Plus" w:hAnsi="Gentium Plus"/>
          <w:sz w:val="24"/>
        </w:rPr>
        <w:t>Ῥωμαίων συγγραφεῦσι. Μετὰ δὲ τὴν τοιαύτην νίκην ὁ αὐτὸς Αὔγουστος Ὀκταβιανὸς</w:t>
      </w:r>
    </w:p>
    <w:p>
      <w:r>
        <w:rPr>
          <w:rFonts w:ascii="Courier New" w:hAnsi="Courier New"/>
          <w:color w:val="555555"/>
          <w:sz w:val="20"/>
        </w:rPr>
        <w:t>[Chron . 221]</w:t>
      </w:r>
    </w:p>
    <w:p>
      <w:r>
        <w:rPr>
          <w:rFonts w:ascii="Gentium Plus" w:hAnsi="Gentium Plus"/>
          <w:sz w:val="24"/>
        </w:rPr>
        <w:t>Ἠπείρου ἐξορμήσας καὶ ἦλθεν ὑποτάξας τὴν Αἰγύπτιον χώραν καὶ θριαμβεύσας τὴν ἑαυτοῦ νίκην. Καὶ κατιὼν μετὰ τοῦ πλήθους αὐτοῦ ὑπέταξε τὰς ἄλλας χώ‐ ρας, καταλύων τὰς τοπαρχίας αὐτῶν. ἦν δὲ ἐνιαυτῶν ιηʹ, ὅτε</w:t>
      </w:r>
    </w:p>
    <w:p>
      <w:r>
        <w:rPr>
          <w:rFonts w:ascii="Courier New" w:hAnsi="Courier New"/>
          <w:color w:val="555555"/>
          <w:sz w:val="20"/>
        </w:rPr>
        <w:t>[5]</w:t>
      </w:r>
    </w:p>
    <w:p>
      <w:r>
        <w:rPr>
          <w:rFonts w:ascii="Gentium Plus" w:hAnsi="Gentium Plus"/>
          <w:sz w:val="24"/>
        </w:rPr>
        <w:t>τριομβυράτωρ ἐγένετο. ἐκράτησε δὲ ὁ τῆς Αἰγύπτου πόλεμος ἔτη πολλά. Ὁ δὲ Αὔγουστος Ὀκταβιανὸς παρελθὼν τὴν Εὐρώπην πᾶ‐ σαν ἐπέρασεν ἀπὸ τοῦ Βυζαντίου ἐπὶ τὴν Χαλκηδόνα πόλιν τῆς Ἀσίας. καὶ ἐποίησεν εὐθέως ἄρχοντα ὃν ἠβουλήθη ἐν τῇ Βιθυ‐</w:t>
      </w:r>
    </w:p>
    <w:p>
      <w:r>
        <w:rPr>
          <w:rFonts w:ascii="Courier New" w:hAnsi="Courier New"/>
          <w:color w:val="555555"/>
          <w:sz w:val="20"/>
        </w:rPr>
        <w:t>[10]</w:t>
      </w:r>
    </w:p>
    <w:p>
      <w:r>
        <w:rPr>
          <w:rFonts w:ascii="Gentium Plus" w:hAnsi="Gentium Plus"/>
          <w:sz w:val="24"/>
        </w:rPr>
        <w:t>νίᾳ ἐκ τῶν ἰδίων αὐτοῦ ἀνθρώπων ὀνόματι Λαῦσον, διαδεξά‐ μενος τὸν ἰθύνοντα τὴν αὐτὴν χώραν Διήναρον τὸν προβληθέν‐ τα ὑπὸ τοῦ Καίσαρος τοῦ θείου αὐτοῦ· ἦν γὰρ ἤδη ἡ Βιθυνία ἔχουσα ἄρχοντα· ἐπειδὴ πρὸ αὐτοῦ ὁ Πομπήιος Μάγνος ἦν λα‐ βὼν τὴν αὐτὴν Βιθυνίαν, τελευτήσαντος Νικομήδους τοπαρχοῦν‐</w:t>
      </w:r>
    </w:p>
    <w:p>
      <w:r>
        <w:rPr>
          <w:rFonts w:ascii="Courier New" w:hAnsi="Courier New"/>
          <w:color w:val="555555"/>
          <w:sz w:val="20"/>
        </w:rPr>
        <w:t>[15]</w:t>
      </w:r>
    </w:p>
    <w:p>
      <w:r>
        <w:rPr>
          <w:rFonts w:ascii="Gentium Plus" w:hAnsi="Gentium Plus"/>
          <w:sz w:val="24"/>
        </w:rPr>
        <w:t>τος αὐτήν, τοῦ ὄντος ἐκ τοῦ γένους τῶν Μακεδόνων· ὅστις τε‐ λευτῶν εἴασεν αὐτὴν Ῥωμαίοις. Τὴν δὲ Γαλατίαν ὑπέταξεν ὁ αὐτὸς Αὔγουστος ὁ καὶ Ὀκτα‐ βιανός, νικήσας Δηιόταρον, τετράρχην αὐτῆς· καὶ τειχίσας κώ‐ μην τὴν λεγομένην Ἀρσίνην ἐποίησε πόλιν, ἥντινα ἐκάλεσεν Ἄγ‐</w:t>
      </w:r>
    </w:p>
    <w:p>
      <w:r>
        <w:rPr>
          <w:rFonts w:ascii="Courier New" w:hAnsi="Courier New"/>
          <w:color w:val="555555"/>
          <w:sz w:val="20"/>
        </w:rPr>
        <w:t>[20]</w:t>
      </w:r>
    </w:p>
    <w:p>
      <w:r>
        <w:rPr>
          <w:rFonts w:ascii="Gentium Plus" w:hAnsi="Gentium Plus"/>
          <w:sz w:val="24"/>
        </w:rPr>
        <w:t>κυραν διὰ τὸ μέσην αὐτὴν εἶναι δύο θαλασσῶν, τῆς τε Ποντικῆς καὶ τῆς Ἀσιανῆς θαλάσσης. θυσιάσας δὲ κόρην παρθένον ὀνό‐ ματι Γρηγορίαν εἰς ἀποκαθαρισμόν, ποιήσας αὐτὴν ἐπαρχίαν,</w:t>
      </w:r>
    </w:p>
    <w:p>
      <w:r>
        <w:rPr>
          <w:rFonts w:ascii="Courier New" w:hAnsi="Courier New"/>
          <w:color w:val="555555"/>
          <w:sz w:val="20"/>
        </w:rPr>
        <w:t>[Chron . 222]</w:t>
      </w:r>
    </w:p>
    <w:p>
      <w:r>
        <w:rPr>
          <w:rFonts w:ascii="Gentium Plus" w:hAnsi="Gentium Plus"/>
          <w:sz w:val="24"/>
        </w:rPr>
        <w:t>τὴν πόλιν, καλέσας εἰς ὄνομα αὐτῶν καὶ τὴν ἐπαρχίαν καὶ τὸν ποταμὸν Γάλλον. ὁμοίως δὲ καὶ τὴν Λυδίαν καὶ Παμφυλίαν τὰς ἐπαρχίας ἀπὸ τοῦ αὐτοῦ Δηιοτάρου ἐπαρχουμένας παρέλα‐ βε καὶ ἐποίησεν ὑπὸ Ῥωμαίους, πέμψας Κουρίωνα ὀνόματι στρα‐</w:t>
      </w:r>
    </w:p>
    <w:p>
      <w:r>
        <w:rPr>
          <w:rFonts w:ascii="Courier New" w:hAnsi="Courier New"/>
          <w:color w:val="555555"/>
          <w:sz w:val="20"/>
        </w:rPr>
        <w:t>[5]</w:t>
      </w:r>
    </w:p>
    <w:p>
      <w:r>
        <w:rPr>
          <w:rFonts w:ascii="Gentium Plus" w:hAnsi="Gentium Plus"/>
          <w:sz w:val="24"/>
        </w:rPr>
        <w:t>τηγὸν αὐτοῦ μετὰ βοηθείας πολλῆς. Φρυγίαν δὲ Πακατιανὴν ὑπὸ τὴν τετραρχίαν τοῦ αὐτοῦ οὖσαν ὑπὸ Ῥωμαίους ἐποίησε, πέμψας μετὰ βοηθείας Πακατιανὸν στρατηγὸν αὐτοῦ. καὶ τὴν Λυκαονίαν δὲ παρέλαβε τοπαρχουμένην ὑπὸ Λυκάονος, υἱοῦ τοῦ Κάπυος, ὅστις προσέπεσε τῷ αὐτῷ Αὐγούστῳ. καὶ προτρεψόμε‐</w:t>
      </w:r>
    </w:p>
    <w:p>
      <w:r>
        <w:rPr>
          <w:rFonts w:ascii="Courier New" w:hAnsi="Courier New"/>
          <w:color w:val="555555"/>
          <w:sz w:val="20"/>
        </w:rPr>
        <w:t>[10]</w:t>
      </w:r>
    </w:p>
    <w:p>
      <w:r>
        <w:rPr>
          <w:rFonts w:ascii="Gentium Plus" w:hAnsi="Gentium Plus"/>
          <w:sz w:val="24"/>
        </w:rPr>
        <w:t>νος αὐτὸν ὁ Αὔγουστος, ὡς γενναῖον, ἔλαβεν αὐτὸν ἐπὶ τὴν Αἴγυ‐ πτον. Συρία δὲ καὶ Κιλικία πρῴην ἐπὶ τοῦ Καίσαρος Ἰουλίου ἐγένετο ὑπὸ Ῥωμαίους. Καταλαβὼν δὲ ὁ Αὔγουστος τὴν Συρίαν εἰσῆλθεν ἐν Ἀντιο‐ χείᾳ τῇ μεγάλῃ, θριαμβεῦσαι τὴν κατὰ Ἀντωνίου νίκην καὶ</w:t>
      </w:r>
    </w:p>
    <w:p>
      <w:r>
        <w:rPr>
          <w:rFonts w:ascii="Courier New" w:hAnsi="Courier New"/>
          <w:color w:val="555555"/>
          <w:sz w:val="20"/>
        </w:rPr>
        <w:t>[15]</w:t>
      </w:r>
    </w:p>
    <w:p>
      <w:r>
        <w:rPr>
          <w:rFonts w:ascii="Gentium Plus" w:hAnsi="Gentium Plus"/>
          <w:sz w:val="24"/>
        </w:rPr>
        <w:t>Κλεοπάτρας μετὰ τοῦ ἰδίου αὐτοῦ γαμβροῦ Ἀγρίππα. ὅστις Ἀγρίππας τερφθεὶς τῆς τοποθεσίας τῆς πόλεως Ἀντιοχείας, κτί‐ ζει ἐκεῖ δημόσιον λουτρὸν ἔξω τῆς πόλεως παρὰ τὸ ὄρος, εὑρὼν ἐκεῖ πηγήν, ὅπερ ἐκάλεσεν εἰς ὄνομα ἴδιον τὸ Ἀγριππιανόν, τὸ νυ‐ νὶ λεγόμενον Ἀμπελινὸν λουτρόν. κτίζει δὲ καὶ δίαιταν οἰκημά‐</w:t>
      </w:r>
    </w:p>
    <w:p>
      <w:r>
        <w:rPr>
          <w:rFonts w:ascii="Courier New" w:hAnsi="Courier New"/>
          <w:color w:val="555555"/>
          <w:sz w:val="20"/>
        </w:rPr>
        <w:t>[20]</w:t>
      </w:r>
    </w:p>
    <w:p>
      <w:r>
        <w:rPr>
          <w:rFonts w:ascii="Gentium Plus" w:hAnsi="Gentium Plus"/>
          <w:sz w:val="24"/>
        </w:rPr>
        <w:t>των καὶ βανιάριν, καλέσας τὴν γειτνίαν Ἀγριππιτῶν. προσέθηκε δὲ κτίσας ἐν τῷ θεάτρῳ Ἀντιοχείας ἄλλην ζώνην ἐπάνω τῆς πρώ‐ της διὰ τὸν πολὺν δῆμον ὁ Ἀγρίππας.</w:t>
      </w:r>
    </w:p>
    <w:p>
      <w:r>
        <w:rPr>
          <w:rFonts w:ascii="Courier New" w:hAnsi="Courier New"/>
          <w:color w:val="555555"/>
          <w:sz w:val="20"/>
        </w:rPr>
        <w:t>[Chron . 223]</w:t>
      </w:r>
    </w:p>
    <w:p>
      <w:r>
        <w:rPr>
          <w:rFonts w:ascii="Gentium Plus" w:hAnsi="Gentium Plus"/>
          <w:sz w:val="24"/>
        </w:rPr>
        <w:t>πόλιν τῆς Συρίας· καὶ ἔκτισεν ἐν αὐτῇ τῇ πόλει θέατρον μέγα πάνυ, στήσας ἑαυτῷ ἐκεῖ στήλην μαρμαρίνην. ἔκτισε δὲ ἐν αὐ‐ τῇ τῇ πόλει καὶ τὸ μέγα τετράπυλον, ὄντα μικρόν· καὶ κοσμήσας αὐτὸ κίοσι καὶ μαρμάροις ἀνοικοδομήσας καὶ μουσώσας ἐθριάμ‐</w:t>
      </w:r>
    </w:p>
    <w:p>
      <w:r>
        <w:rPr>
          <w:rFonts w:ascii="Courier New" w:hAnsi="Courier New"/>
          <w:color w:val="555555"/>
          <w:sz w:val="20"/>
        </w:rPr>
        <w:t>[5]</w:t>
      </w:r>
    </w:p>
    <w:p>
      <w:r>
        <w:rPr>
          <w:rFonts w:ascii="Gentium Plus" w:hAnsi="Gentium Plus"/>
          <w:sz w:val="24"/>
        </w:rPr>
        <w:t>βευσεν ἐν αὐτῷ τὴν ἑαυτοῦ νίκην, στήσας ἐν τῷ αὐτῷ τετραπύλῳ στήλην χαλκῆν μετὰ τεσσάρων ἵππων. Καὶ τὴν Φοινίκην δὲ ὑπέταξε· καὶ πέμψας στρατηγοὺς μετὰ βοηθείας Λούκουλλον καὶ Πόντιον, οἵτινες ἐνίκησαν Τιγράνην το‐ παρχοῦντα αὐτῆς καὶ ἐποίησεν αὐτὴν ἐπαρχίαν. καὶ τὴν λεγομέ‐</w:t>
      </w:r>
    </w:p>
    <w:p>
      <w:r>
        <w:rPr>
          <w:rFonts w:ascii="Courier New" w:hAnsi="Courier New"/>
          <w:color w:val="555555"/>
          <w:sz w:val="20"/>
        </w:rPr>
        <w:t>[10]</w:t>
      </w:r>
    </w:p>
    <w:p>
      <w:r>
        <w:rPr>
          <w:rFonts w:ascii="Gentium Plus" w:hAnsi="Gentium Plus"/>
          <w:sz w:val="24"/>
        </w:rPr>
        <w:t>νην δὲ Ἀραβίαν ὑφ’ ἑαυτόν, ἤτοι ὑπὸ Ῥωμαίους, ἐποίησε κρα‐ τουμένην ὑπὸ Ἄραβα, βασιλέως βαρβάρων Σαρακηνῶν, καὶ ἐτεί‐ χισε κώμην ἣν ἐκάλεσε Βόστραν εἰς ὄνομα Βόστρου τοῦ πεμ‐ φθέντος ὑπ’ αὐτοῦ στρατηγοῦ, καὶ τὰς λοιπὰς δὲ τοπαρχίας δίχα τῆς Καππαδοκίας τῆς τοπαρχουμένης ὑπὸ Ἀρχελάου καὶ τῆς τε‐</w:t>
      </w:r>
    </w:p>
    <w:p>
      <w:r>
        <w:rPr>
          <w:rFonts w:ascii="Courier New" w:hAnsi="Courier New"/>
          <w:color w:val="555555"/>
          <w:sz w:val="20"/>
        </w:rPr>
        <w:t>[15]</w:t>
      </w:r>
    </w:p>
    <w:p>
      <w:r>
        <w:rPr>
          <w:rFonts w:ascii="Gentium Plus" w:hAnsi="Gentium Plus"/>
          <w:sz w:val="24"/>
        </w:rPr>
        <w:t>τραρχίας Ἡρώδου τοῦ τετραρχοῦντος τῆς Ἰουδαίας χώρας, ἐπει‐ δὴ προσήνεγκαν αὐτῷ ἀμφότεροι δῶρα μεγάλα. Ὁ δὲ Ἡρώδης βασιλεὺς τῆς Ἰουδαίας πρὸς τιμὴν αὐτοῦ ἐποίησε καὶ τὴν ὁδοστρωσίαν τὴν ἔξω τῆς πόλεως Ἀντιοχείας τῆς μεγάλης, ἦν γὰρ δύσβατος, στρώσας αὐτὴν λευκαῖς πλάκαις.</w:t>
      </w:r>
    </w:p>
    <w:p>
      <w:r>
        <w:rPr>
          <w:rFonts w:ascii="Courier New" w:hAnsi="Courier New"/>
          <w:color w:val="555555"/>
          <w:sz w:val="20"/>
        </w:rPr>
        <w:t>[20]</w:t>
      </w:r>
    </w:p>
    <w:p>
      <w:r>
        <w:rPr>
          <w:rFonts w:ascii="Gentium Plus" w:hAnsi="Gentium Plus"/>
          <w:sz w:val="24"/>
        </w:rPr>
        <w:t>ἐκάλεσαν δὲ ἀμφότεροι τοπάρχαι τὰς μητροπόλεις αὑτῶν πρὸς</w:t>
      </w:r>
    </w:p>
    <w:p>
      <w:r>
        <w:rPr>
          <w:rFonts w:ascii="Courier New" w:hAnsi="Courier New"/>
          <w:color w:val="555555"/>
          <w:sz w:val="20"/>
        </w:rPr>
        <w:t>[Chron . 224]</w:t>
      </w:r>
    </w:p>
    <w:p>
      <w:r>
        <w:rPr>
          <w:rFonts w:ascii="Gentium Plus" w:hAnsi="Gentium Plus"/>
          <w:sz w:val="24"/>
        </w:rPr>
        <w:t>καὶ τοπάρχης ἐκάλεσε Καισάρειαν Παλαιστίνης, τὴν πρῴην λε‐ γομένην Στράτωνος πύργον, ὁ δὲ Ἀρχέλαος βασιλεὺς καὶ τοπάρ‐ χης ἐκάλεσε Καισάρειαν Καππαδοκίας τὴν πρῴην λεγομένην Μά‐ ζακαν. ἦν γὰρ ὁ Καῖσαρ θεῖος τοῦ αὐτοῦ Αὐγούστου τοῦ παρε‐</w:t>
      </w:r>
    </w:p>
    <w:p>
      <w:r>
        <w:rPr>
          <w:rFonts w:ascii="Courier New" w:hAnsi="Courier New"/>
          <w:color w:val="555555"/>
          <w:sz w:val="20"/>
        </w:rPr>
        <w:t>[5]</w:t>
      </w:r>
    </w:p>
    <w:p>
      <w:r>
        <w:rPr>
          <w:rFonts w:ascii="Gentium Plus" w:hAnsi="Gentium Plus"/>
          <w:sz w:val="24"/>
        </w:rPr>
        <w:t>σχηκότος αὐτοῖς ἔχειν τῆς τετραρχίας τὴν βασιλείαν ἐπὶ τῶν τῆς ζωῆς αὐτῶν χρόνων. Καὶ ἐξορμήσας ἐκ τῆς Παλαιστίνης παρέλαβε καὶ τὴν Αἴγυ‐ πτον· καὶ ὑποτάξας αὐτὴν εἰσῆλθεν ἐν Ἀλεξανδρείᾳ τῇ μεγάλῃ, καὶ ἐκεῖ ἐθριάμβευσε τὴν ἰδίαν νίκην, ποιήσας καὶ τὴν Αἴγυπτον</w:t>
      </w:r>
    </w:p>
    <w:p>
      <w:r>
        <w:rPr>
          <w:rFonts w:ascii="Courier New" w:hAnsi="Courier New"/>
          <w:color w:val="555555"/>
          <w:sz w:val="20"/>
        </w:rPr>
        <w:t>[10]</w:t>
      </w:r>
    </w:p>
    <w:p>
      <w:r>
        <w:rPr>
          <w:rFonts w:ascii="Gentium Plus" w:hAnsi="Gentium Plus"/>
          <w:sz w:val="24"/>
        </w:rPr>
        <w:t>ὑπὸ Ῥωμαίους. καὶ ἔδωκεν ἄρχειν αὐτῶν τῶν Αἰγυπτίων ἐν Ἀλεξανδρείᾳ τῇ μεγάλῃ ἐν πρώτοις ἄρχοντα ἐκ τῶν ἰδίων αὐτοῦ ἀνθρώπων ὀνόματι Κορνήλιον Γάλλον· ᾧτινι ἔδωκεν ἀξίαν αὐ‐ γουσταλίου τοῦ ἰδίου ὀνόματος σήμαντρον. Καὶ ἐκ τῆς Αἰγύπτου περάσας ὁ αὐτὸς Αὔγουστος ἀνῆλθεν</w:t>
      </w:r>
    </w:p>
    <w:p>
      <w:r>
        <w:rPr>
          <w:rFonts w:ascii="Courier New" w:hAnsi="Courier New"/>
          <w:color w:val="555555"/>
          <w:sz w:val="20"/>
        </w:rPr>
        <w:t>[15]</w:t>
      </w:r>
    </w:p>
    <w:p>
      <w:r>
        <w:rPr>
          <w:rFonts w:ascii="Gentium Plus" w:hAnsi="Gentium Plus"/>
          <w:sz w:val="24"/>
        </w:rPr>
        <w:t>ἐπὶ τὴν Ῥώμην, ὑπτιωθεὶς καὶ ἀπονενοημένος, ὡς ὑποτάξας τὸν κόσμον· καὶ τυραννήσας τὴν σύγκλητον ἐβασίλευσεν ἀφ’ ἑαυτοῦ ἐν ὑπερηφανίᾳ ὤν, ἀνελὼν καὶ τὸν Βροῦτον τὸν φονεύσαντα τὸν Καίσαρα τὸν αὐτοῦ θεῖον. ὅντινα Βροῦτον φυλάττοντα τὴν Θεσσαλίαν μετὰ βοηθείας πέμψας ἀπεκεφάλισεν ἐπὶ τῆς ὑπα‐</w:t>
      </w:r>
    </w:p>
    <w:p>
      <w:r>
        <w:rPr>
          <w:rFonts w:ascii="Courier New" w:hAnsi="Courier New"/>
          <w:color w:val="555555"/>
          <w:sz w:val="20"/>
        </w:rPr>
        <w:t>[20]</w:t>
      </w:r>
    </w:p>
    <w:p>
      <w:r>
        <w:rPr>
          <w:rFonts w:ascii="Gentium Plus" w:hAnsi="Gentium Plus"/>
          <w:sz w:val="24"/>
        </w:rPr>
        <w:t>τείας Καλβισιανοῦ καὶ Πολλίωνος, καθὼς Λουκανὸς ὁ σοφὸς Ῥωμαίων ποιητὴς συνεγράψατο. Ἦν δὲ τοῖς χρόνοις τούτοις Σωσίβιός τις Ἀντιοχεὺς συγκλη‐ τικὸς ἀνελθὼν μετὰ τοῦ Αὐγούστου ἐν τῇ Ῥώμῃ· καὶ τελευτᾷ καταλιπὼν τὴν πρόσοδον αὐτοῦ τῇ ἰδίᾳ πόλει εἰς τὸ ἐπιτελεῖσθαι</w:t>
      </w:r>
    </w:p>
    <w:p>
      <w:r>
        <w:rPr>
          <w:rFonts w:ascii="Courier New" w:hAnsi="Courier New"/>
          <w:color w:val="555555"/>
          <w:sz w:val="20"/>
        </w:rPr>
        <w:t>[25]</w:t>
      </w:r>
    </w:p>
    <w:p>
      <w:r>
        <w:rPr>
          <w:rFonts w:ascii="Gentium Plus" w:hAnsi="Gentium Plus"/>
          <w:sz w:val="24"/>
        </w:rPr>
        <w:t>ἐν αὐτῇ κατὰ πενταετηρίδα τριάκοντα ἡμέρας τοῦ ὑπερβερεταίου</w:t>
      </w:r>
    </w:p>
    <w:p>
      <w:r>
        <w:rPr>
          <w:rFonts w:ascii="Courier New" w:hAnsi="Courier New"/>
          <w:color w:val="555555"/>
          <w:sz w:val="20"/>
        </w:rPr>
        <w:t>[Chron . 225]</w:t>
      </w:r>
    </w:p>
    <w:p>
      <w:r>
        <w:rPr>
          <w:rFonts w:ascii="Gentium Plus" w:hAnsi="Gentium Plus"/>
          <w:sz w:val="24"/>
        </w:rPr>
        <w:t>μηνὸς ἀγῶνας ἀκροαμάτων καὶ θυμελικῶν, σκηνικῶν, πάντων καὶ ἀθλητῶν καὶ ἱππικὸν ἀγῶνα. Καὶ κατέφθασεν ἐν Ἀντιοχείᾳ ἐν τῇ δευτέρᾳ παρουσίᾳ αὐ‐ τοῦ ὁ γαμβρὸς τοῦ αὐτοῦ Αὐγούστου Ἀγρίππας, καὶ ἐξεχόϊσε</w:t>
      </w:r>
    </w:p>
    <w:p>
      <w:r>
        <w:rPr>
          <w:rFonts w:ascii="Courier New" w:hAnsi="Courier New"/>
          <w:color w:val="555555"/>
          <w:sz w:val="20"/>
        </w:rPr>
        <w:t>[5]</w:t>
      </w:r>
    </w:p>
    <w:p>
      <w:r>
        <w:rPr>
          <w:rFonts w:ascii="Gentium Plus" w:hAnsi="Gentium Plus"/>
          <w:sz w:val="24"/>
        </w:rPr>
        <w:t>τοῦ παλαιοῦ ἱππικοῦ τὰ χώματα ἅπερ εἶχεν ἐκ τῶν πρῴην φό‐ βων· καὶ ἐθεώρησε τὴν πολύτροπον θέαν ὁ αὐτός· καὶ θαυμά‐ σας ἐξῆλθεν ἐκεῖθεν. ἔκτισε δὲ πρῴην τὸ αὐτὸ παλαιὸν ἱππικὸν καὶ τὸ παλαιὸν παλάτιον ἐκ τῶν ἰδίων Κοΐντος [δὲ] Μαρκιανὸς ῥὴξ Ῥωμαίων, κατελθὼν ἐν Ἀντιοχείᾳ τῆς Συρίας πρὸς Φίλιππον</w:t>
      </w:r>
    </w:p>
    <w:p>
      <w:r>
        <w:rPr>
          <w:rFonts w:ascii="Courier New" w:hAnsi="Courier New"/>
          <w:color w:val="555555"/>
          <w:sz w:val="20"/>
        </w:rPr>
        <w:t>[10]</w:t>
      </w:r>
    </w:p>
    <w:p>
      <w:r>
        <w:rPr>
          <w:rFonts w:ascii="Gentium Plus" w:hAnsi="Gentium Plus"/>
          <w:sz w:val="24"/>
        </w:rPr>
        <w:t>τὸν βαρύπουν τὸν Μακεδόνα τὸν βασιλεύοντα ἐν Ἀντιοχείᾳ τυ‐ πῶσαι φόρους διδόναι αὐτὸν Ῥωμαίοις. Ἐγένετο βασιλεὺς Ῥωμαίων πρῶτος καὶ μόνος καὶ ὀργιοφάν‐ της ὁ αὐτὸς θειότατος Αὔγουστος· καὶ ἐχρημάτιζεν ἑαυτὸν οὕ‐ τως, Αὔγουστος Καῖσαρ Ὀκταβιανὸς τροπαιοῦχος σεβαστὸς</w:t>
      </w:r>
    </w:p>
    <w:p>
      <w:r>
        <w:rPr>
          <w:rFonts w:ascii="Courier New" w:hAnsi="Courier New"/>
          <w:color w:val="555555"/>
          <w:sz w:val="20"/>
        </w:rPr>
        <w:t>[15]</w:t>
      </w:r>
    </w:p>
    <w:p>
      <w:r>
        <w:rPr>
          <w:rFonts w:ascii="Gentium Plus" w:hAnsi="Gentium Plus"/>
          <w:sz w:val="24"/>
        </w:rPr>
        <w:t>κραταιὸς ἰμπεράτωρ, ὅπερ ἐστὶν αὐτοκράτωρ. καὶ ἐβασίλευσεν ὁ αὐτὸς Αὔγουστος τὰ πάντα ἔτη νϛʹ. τῇ δὲ θέᾳ ὑπῆρχε κον‐ δοειδής, λεπτός, ἁπλόθριξ, εὐόφθαλμος, εὔρινος. Ἐν δὲ αὐτοῦ βασιλείᾳ ἔκτισε τὸ ἱερὸν τοῦ Διὸς ἐν τῇ Ῥώμῃ, ἀνανεώσας καὶ τὸ Καπετώλιον, ποιήσας τὰ ἀμφότερα φοβερὰ</w:t>
      </w:r>
    </w:p>
    <w:p>
      <w:r>
        <w:rPr>
          <w:rFonts w:ascii="Courier New" w:hAnsi="Courier New"/>
          <w:color w:val="555555"/>
          <w:sz w:val="20"/>
        </w:rPr>
        <w:t>[20]</w:t>
      </w:r>
    </w:p>
    <w:p>
      <w:r>
        <w:rPr>
          <w:rFonts w:ascii="Gentium Plus" w:hAnsi="Gentium Plus"/>
          <w:sz w:val="24"/>
        </w:rPr>
        <w:t>κτίσματα.</w:t>
      </w:r>
    </w:p>
    <w:p>
      <w:r>
        <w:rPr>
          <w:rFonts w:ascii="Courier New" w:hAnsi="Courier New"/>
          <w:color w:val="555555"/>
          <w:sz w:val="20"/>
        </w:rPr>
        <w:t>[Chron . 226]</w:t>
      </w:r>
    </w:p>
    <w:p>
      <w:r>
        <w:rPr>
          <w:rFonts w:ascii="Gentium Plus" w:hAnsi="Gentium Plus"/>
          <w:sz w:val="24"/>
        </w:rPr>
        <w:t>Τῷ δὲ λθʹ ἔτει καὶ μηνὶ τῷ δεκάτῳ τῆς βασιλείας αὐτοῦ ἐθέσπισεν ἐκφωνήσας δόγμα ὥστε ἀπογραφῆναι πᾶσαν τὴν ὑπ’ αὐτὸν γενομένην γῆν καὶ ἣν πρῴην εἶχον οἱ Ῥωμαῖοι ἐπὶ τῆς ὑπατείας Ἀγρίππου τὸ δεύτερον καὶ Δονάτου. καὶ ἀπεγράφη</w:t>
      </w:r>
    </w:p>
    <w:p>
      <w:r>
        <w:rPr>
          <w:rFonts w:ascii="Courier New" w:hAnsi="Courier New"/>
          <w:color w:val="555555"/>
          <w:sz w:val="20"/>
        </w:rPr>
        <w:t>[5]</w:t>
      </w:r>
    </w:p>
    <w:p>
      <w:r>
        <w:rPr>
          <w:rFonts w:ascii="Gentium Plus" w:hAnsi="Gentium Plus"/>
          <w:sz w:val="24"/>
        </w:rPr>
        <w:t>πᾶσα ἡ ὑπὸ Ῥωμαίους γῆ διὰ Εὐμενοῦς καὶ Ἀττάλου συγκλητι‐ κῶν Ῥωμαίων. εἶχε γὰρ πολὺν φόβον· ὀργίλος γὰρ ἦν πάνυ. Μετὰ δὲ τὸ διελθεῖν τὸ μαʹ ἔτος καὶ μῆνα τὸν ἕκτον τῆς βασιλείας αὐτοῦ ἐν τῷ δύστρῳ μηνὶ κεʹ, ὥραν ἡμερινὴν δευτέ‐ ραν, ἡμέρᾳ κυριακῇ εὐηγγελίσατο ἐν Ναζαρὲτ τῇ πόλει ὁ ἀρχάγ‐</w:t>
      </w:r>
    </w:p>
    <w:p>
      <w:r>
        <w:rPr>
          <w:rFonts w:ascii="Courier New" w:hAnsi="Courier New"/>
          <w:color w:val="555555"/>
          <w:sz w:val="20"/>
        </w:rPr>
        <w:t>[10]</w:t>
      </w:r>
    </w:p>
    <w:p>
      <w:r>
        <w:rPr>
          <w:rFonts w:ascii="Gentium Plus" w:hAnsi="Gentium Plus"/>
          <w:sz w:val="24"/>
        </w:rPr>
        <w:t>γελος Γαβριὴλ τὴν ἁγίαν παρθένον καὶ θεοτόκον Μαρίαν ἐν ὑπατείᾳ Κουϊνίου καὶ Λογγίνου, ἡγεμονεύοντος δὲ τῆς Συρίας Οὐτιλλίου τοῦ καὶ προαχθέντος νεωστὶ ὑπὸ τοῦ Αὐγούστου</w:t>
      </w:r>
    </w:p>
    <w:p>
      <w:pPr>
        <w:jc w:val="center"/>
      </w:pPr>
      <w:r>
        <w:rPr>
          <w:rFonts w:ascii="Gentium Plus" w:hAnsi="Gentium Plus"/>
          <w:b/>
          <w:sz w:val="24"/>
        </w:rPr>
        <w:t>ΛΟΓΟΣ Ιʹ.</w:t>
      </w:r>
    </w:p>
    <w:p>
      <w:r>
        <w:rPr>
          <w:rFonts w:ascii="Courier New" w:hAnsi="Courier New"/>
          <w:color w:val="555555"/>
          <w:sz w:val="20"/>
        </w:rPr>
        <w:t>[t2]</w:t>
      </w:r>
    </w:p>
    <w:p>
      <w:r>
        <w:rPr>
          <w:rFonts w:ascii="Gentium Plus" w:hAnsi="Gentium Plus"/>
          <w:sz w:val="24"/>
        </w:rPr>
        <w:t>ΧΡΟΝΩΝ ΒΑΣΙΛΕΙΑΣ ΑΥΓΟΥΣΤΟΥ ΚΑΙ</w:t>
      </w:r>
    </w:p>
    <w:p>
      <w:r>
        <w:rPr>
          <w:rFonts w:ascii="Courier New" w:hAnsi="Courier New"/>
          <w:color w:val="555555"/>
          <w:sz w:val="20"/>
        </w:rPr>
        <w:t>[t3]</w:t>
      </w:r>
    </w:p>
    <w:p>
      <w:r>
        <w:rPr>
          <w:rFonts w:ascii="Gentium Plus" w:hAnsi="Gentium Plus"/>
          <w:sz w:val="24"/>
        </w:rPr>
        <w:t>ΕΝΑΝΘΡΩΠΗΣΕΩΣ ΘΕΟΥ.</w:t>
      </w:r>
    </w:p>
    <w:p>
      <w:r>
        <w:rPr>
          <w:rFonts w:ascii="Courier New" w:hAnsi="Courier New"/>
          <w:color w:val="555555"/>
          <w:sz w:val="20"/>
        </w:rPr>
        <w:t>[1]</w:t>
      </w:r>
    </w:p>
    <w:p>
      <w:r>
        <w:rPr>
          <w:rFonts w:ascii="Gentium Plus" w:hAnsi="Gentium Plus"/>
          <w:sz w:val="24"/>
        </w:rPr>
        <w:t>Ἐν δὲ τῷ μβʹ ἔτει καὶ μηνὶ τῷ δʹ τῆς βασιλείας τοῦ αὐτοῦ Αὐγούστου ἐγεννήθη ὁ κύριος ἡμῶν καὶ θεὸς Ἰησοῦς ὁ Χρι‐ στὸς τῇ πρὸ ηʹ καλανδῶν ἰανουαρίων μηνὶ δεκεμβρίῳ κεʹ, ὥραν ἡμερινὴν ἑβδόμην, ἐν πόλει τῆς Ἰουδαίας ὀνόματι Βη‐</w:t>
      </w:r>
    </w:p>
    <w:p>
      <w:r>
        <w:rPr>
          <w:rFonts w:ascii="Courier New" w:hAnsi="Courier New"/>
          <w:color w:val="555555"/>
          <w:sz w:val="20"/>
        </w:rPr>
        <w:t>[5]</w:t>
      </w:r>
    </w:p>
    <w:p>
      <w:r>
        <w:rPr>
          <w:rFonts w:ascii="Gentium Plus" w:hAnsi="Gentium Plus"/>
          <w:sz w:val="24"/>
        </w:rPr>
        <w:t>θλεέμ, πλησίον οὖσαν τῆς Ἱερουσαλήμ, ἔτους κατὰ Ἀντιόχειαν τὴν μεγάλην χρηματίζοντος μβʹ, ἡγεμονεύοντος τῆς Συρίας Κυ‐ ρηνίου τοῦ ἀπὸ ὑπάτων, ὑπατεύοντος δὲ τοῦ αὐτοῦ Ὀκταβια‐ νοῦ καὶ Σιλουανοῦ, τοπαρχοῦντος δέ, ἤτοι βασιλεύοντος, τῆς Ἰουδαίας Ἡρώδου τοῦ βασιλέως.</w:t>
      </w:r>
    </w:p>
    <w:p>
      <w:r>
        <w:rPr>
          <w:rFonts w:ascii="Courier New" w:hAnsi="Courier New"/>
          <w:color w:val="555555"/>
          <w:sz w:val="20"/>
        </w:rPr>
        <w:t>[10]</w:t>
      </w:r>
    </w:p>
    <w:p>
      <w:r>
        <w:rPr>
          <w:rFonts w:ascii="Gentium Plus" w:hAnsi="Gentium Plus"/>
          <w:sz w:val="24"/>
        </w:rPr>
        <w:t>Συνάγεται οὖν ἀπὸ Ἀδὰμ ἕως τοῦ Φαλέκ, υἱοῦ Ἕβερ, ἔτη</w:t>
      </w:r>
    </w:p>
    <w:p>
      <w:r>
        <w:rPr>
          <w:rFonts w:ascii="Courier New" w:hAnsi="Courier New"/>
          <w:color w:val="555555"/>
          <w:sz w:val="20"/>
        </w:rPr>
        <w:t>[Chron . 228]</w:t>
      </w:r>
    </w:p>
    <w:p>
      <w:r>
        <w:rPr>
          <w:rFonts w:ascii="Gentium Plus" w:hAnsi="Gentium Plus"/>
          <w:sz w:val="24"/>
        </w:rPr>
        <w:t>στου Καίσαρος ἔτη ͵βϡξζʹ, ὡς συνάγεσθαι ἀπὸ Ἀδὰμ τοῦ πρωτοπλάστου ἕως τῆς κατὰ σάρκα γεννήσεως τοῦ κυρίου ἡμῶν Ἰησοῦ Χριστοῦ καὶ τοῦ μβʹ ἔτους τῆς βασιλείας τοῦ αὐτοῦ Αὐ‐ γούστου Καίσαρος ἔτη ͵εφʹ.</w:t>
      </w:r>
    </w:p>
    <w:p>
      <w:r>
        <w:rPr>
          <w:rFonts w:ascii="Courier New" w:hAnsi="Courier New"/>
          <w:color w:val="555555"/>
          <w:sz w:val="20"/>
        </w:rPr>
        <w:t>[5]</w:t>
      </w:r>
    </w:p>
    <w:p>
      <w:r>
        <w:rPr>
          <w:rFonts w:ascii="Gentium Plus" w:hAnsi="Gentium Plus"/>
          <w:sz w:val="24"/>
        </w:rPr>
        <w:t>Καὶ λοιπὸν συνανεστράφη ἐπὶ τῆς γῆς τοῖς ἀνθρώποις ὁ κύ‐ ριος ἡμῶν καὶ θεός, ὡς ἐν ταῖς γραφαῖς ἐμφέρεται, ἔτη λγʹ, ὡς γίνεσθαι ἀπὸ Ἀδὰμ ἕως τῆς τοῦ κυρίου ἡμῶν Ἰησοῦ Χριστοῦ κατὰ σάρκα γεννήσεως καὶ σταυρώσεως ἔτη ͵εφλγʹ. ὁ γὰρ Φα‐ λὲκ κατὰ τὴν προφητικὴν φωνὴν Μωσέως τὸ ἥμισυ λέγεται τοῦ</w:t>
      </w:r>
    </w:p>
    <w:p>
      <w:r>
        <w:rPr>
          <w:rFonts w:ascii="Courier New" w:hAnsi="Courier New"/>
          <w:color w:val="555555"/>
          <w:sz w:val="20"/>
        </w:rPr>
        <w:t>[10]</w:t>
      </w:r>
    </w:p>
    <w:p>
      <w:r>
        <w:rPr>
          <w:rFonts w:ascii="Gentium Plus" w:hAnsi="Gentium Plus"/>
          <w:sz w:val="24"/>
        </w:rPr>
        <w:t>χρόνου τῆς μελλούσης τοῦ Χριστοῦ παρουσίας. ὥσπερ γὰρ τὸν ἄνθρωπον τῇ ἕκτῃ ἡμέρᾳ ἔπλασεν, ὡς Μωσῆς ἐξέθετο, συντά‐ ξας ἐν τοῖς ὑπομνήμασιν αὐτοῦ καὶ τοῦτο, „καὶ ἐστὶν ἡ μία ἡμέ‐ ρα κυρίου ὡσεὶ χίλια ἔτη,“ τῇ δὲ ἕκτῃ ἡμέρᾳ, ὡς προεῖπεν ἡ γραφή, ἔπλασεν ὁ θεὸς τὸν ἄνθρωπον, καὶ ὑπέπεσε τῇ ἁμαρτίᾳ</w:t>
      </w:r>
    </w:p>
    <w:p>
      <w:r>
        <w:rPr>
          <w:rFonts w:ascii="Courier New" w:hAnsi="Courier New"/>
          <w:color w:val="555555"/>
          <w:sz w:val="20"/>
        </w:rPr>
        <w:t>[15]</w:t>
      </w:r>
    </w:p>
    <w:p>
      <w:r>
        <w:rPr>
          <w:rFonts w:ascii="Gentium Plus" w:hAnsi="Gentium Plus"/>
          <w:sz w:val="24"/>
        </w:rPr>
        <w:t>ὁ ἄνθρωπος· ὡς δῆλον εἶναι ὅτι οὕτω καὶ τῇ ἕκτῃ ἡμέρᾳ τῆς χιλιάδος ἐπὶ τῆς γῆς ἐφάνη ὁ δεσπότης ἡμῶν Ἰησοῦς ὁ Χριστός, καὶ ἔσωσε τὸν ἄνθρωπον διὰ τοῦ σταυροῦ καὶ τῆς ἀναστάσεως· ἅτινα συνεγράψατο Κλήμης, Θεόφιλος, καὶ Τιμόθεος, οἱ σο‐ φοὶ χρονογράφοι, ὁμοφωνήσαντες. ὁ δὲ θεοφιλέστατος χρονο‐</w:t>
      </w:r>
    </w:p>
    <w:p>
      <w:r>
        <w:rPr>
          <w:rFonts w:ascii="Courier New" w:hAnsi="Courier New"/>
          <w:color w:val="555555"/>
          <w:sz w:val="20"/>
        </w:rPr>
        <w:t>[20]</w:t>
      </w:r>
    </w:p>
    <w:p>
      <w:r>
        <w:rPr>
          <w:rFonts w:ascii="Gentium Plus" w:hAnsi="Gentium Plus"/>
          <w:sz w:val="24"/>
        </w:rPr>
        <w:t>γράφος Εὐσέβιος ὁ Παμφίλου ὁ γενόμενος ἐπίσκοπος Καισα‐</w:t>
      </w:r>
    </w:p>
    <w:p>
      <w:r>
        <w:rPr>
          <w:rFonts w:ascii="Courier New" w:hAnsi="Courier New"/>
          <w:color w:val="555555"/>
          <w:sz w:val="20"/>
        </w:rPr>
        <w:t>[Chron . 229]</w:t>
      </w:r>
    </w:p>
    <w:p>
      <w:r>
        <w:rPr>
          <w:rFonts w:ascii="Gentium Plus" w:hAnsi="Gentium Plus"/>
          <w:sz w:val="24"/>
        </w:rPr>
        <w:t>αὐτὸς φανῆναι τὸν ὅλων σωτῆρα καὶ κύριον Ἰησοῦν Χριστόν, κατὰ τὸν ἀριθμὸν τῶν ἓξ ἡμερῶν τῆς πλάσεως τοῦ Ἀδάμ· πρὸ τοῦ δὲ πληρωθῆναι τὸ ἑξακισχιλιοστὸν ἔτος εἶπεν ὅτι ἐφάνη ἐπὶ τῆς γῆς ὁ κύριος ἡμῶν καὶ θεὸς Ἰησοῦς Χριστὸς ῥύσασθαι</w:t>
      </w:r>
    </w:p>
    <w:p>
      <w:r>
        <w:rPr>
          <w:rFonts w:ascii="Courier New" w:hAnsi="Courier New"/>
          <w:color w:val="555555"/>
          <w:sz w:val="20"/>
        </w:rPr>
        <w:t>[5]</w:t>
      </w:r>
    </w:p>
    <w:p>
      <w:r>
        <w:rPr>
          <w:rFonts w:ascii="Gentium Plus" w:hAnsi="Gentium Plus"/>
          <w:sz w:val="24"/>
        </w:rPr>
        <w:t>τὸ γένος τῶν ἀνθρώπων· καὶ ἐγεννήθη καὶ ἐνηνθρώπησε, φησί, τῷ ͵εφʹ ἔτει· ἔπαθε καὶ ἀνέστη ὁ κύριος ἡμῶν Ἰησοῦς ὁ Χρι‐ στὸς καὶ ἀνελήφθη τῷ ͵εφλγʹ ἔτει. ἐν δὲ τῷ ἑξακισχιλιοστῷ ἔτει συμφωνοῦσιν ἅπαντες φανῆναι τὸν κύριον· κἂν οὖν πλέον κἂν ἔλασσον, εἰς τὸ ͵ϛ ἔτος εἶπαν φανῆναι κατὰ τὴν προφητι‐</w:t>
      </w:r>
    </w:p>
    <w:p>
      <w:r>
        <w:rPr>
          <w:rFonts w:ascii="Courier New" w:hAnsi="Courier New"/>
          <w:color w:val="555555"/>
          <w:sz w:val="20"/>
        </w:rPr>
        <w:t>[10]</w:t>
      </w:r>
    </w:p>
    <w:p>
      <w:r>
        <w:rPr>
          <w:rFonts w:ascii="Gentium Plus" w:hAnsi="Gentium Plus"/>
          <w:sz w:val="24"/>
        </w:rPr>
        <w:t>κὴν φωνήν, καὶ μὴ ὁμοφωνοῦσιν ἐκθέμενοι περὶ τὸν ἀριθμὸν τῶν ἐνιαυτῶν, ἐν ἐσχάτοις καιροῖς ἐφάνη, ὡς ἡ θεία γραφὴ ση‐ μαίνει. Ἐπὶ δὲ τῆς βασιλείας τοῦ αὐτοῦ Αὐγούστου Καίσαρος σε‐ βαστοῦ ἔπαθεν ὑπὸ θεομηνίας πόλις τῆς Παλαιστίνης ὀνόματι</w:t>
      </w:r>
    </w:p>
    <w:p>
      <w:r>
        <w:rPr>
          <w:rFonts w:ascii="Courier New" w:hAnsi="Courier New"/>
          <w:color w:val="555555"/>
          <w:sz w:val="20"/>
        </w:rPr>
        <w:t>[15]</w:t>
      </w:r>
    </w:p>
    <w:p>
      <w:r>
        <w:rPr>
          <w:rFonts w:ascii="Gentium Plus" w:hAnsi="Gentium Plus"/>
          <w:sz w:val="24"/>
        </w:rPr>
        <w:t>Σαλαμίνη. ἥντινα πόλιν ἐγείρας ὁ αὐτὸς Αὔγουστος ἐπεκάλεσε Διὸς πόλιν. Ἡρώδης δὲ ὁ τοπάρχης, ἤτοι βασιλεύς, τῆς Ἰουδαίας ἐν αὐτῷ τῷ χρόνῳ ἐδιδάχθη ὅτι κατάσκοποι μάγοι ἀπὸ Περσίδος εἰσῆλθον εἰς τὴν Ἰουδαίαν χώραν· καὶ ἐκέλευσεν αὐτοὺς συσχε‐</w:t>
      </w:r>
    </w:p>
    <w:p>
      <w:r>
        <w:rPr>
          <w:rFonts w:ascii="Courier New" w:hAnsi="Courier New"/>
          <w:color w:val="555555"/>
          <w:sz w:val="20"/>
        </w:rPr>
        <w:t>[20]</w:t>
      </w:r>
    </w:p>
    <w:p>
      <w:r>
        <w:rPr>
          <w:rFonts w:ascii="Gentium Plus" w:hAnsi="Gentium Plus"/>
          <w:sz w:val="24"/>
        </w:rPr>
        <w:t>θῆναι. ἦλθον γὰρ ἀπὸ τῆς Περσίδος μάγοι, γνόντες, ὡς μυ‐ στικοί, διὰ τοῦ φανέντος ἀστέρος τοῦ μηνύσαντος εἰς τὴν ἀνα‐</w:t>
      </w:r>
    </w:p>
    <w:p>
      <w:r>
        <w:rPr>
          <w:rFonts w:ascii="Courier New" w:hAnsi="Courier New"/>
          <w:color w:val="555555"/>
          <w:sz w:val="20"/>
        </w:rPr>
        <w:t>[Chron . 230]</w:t>
      </w:r>
    </w:p>
    <w:p>
      <w:r>
        <w:rPr>
          <w:rFonts w:ascii="Gentium Plus" w:hAnsi="Gentium Plus"/>
          <w:sz w:val="24"/>
        </w:rPr>
        <w:t>τες αὐτῷ, ὡς βασιλεῖ μεγάλῳ καὶ νικητῇ. οἵτινες εἰς τὴν ἀνα‐ τολὴν ἐλθόντες ἐπηρώτων, Ποῦ ἐστιν ὁ τεχθεὶς βασιλεὺς τῶν Ἰουδαίων; καὶ ἐθρυλήθησαν τοῖς Ἰουδαίοις. οἵτινες μάγοι γνω‐ σθέντες συνεσχέθησαν καὶ εἰσηνέχθησαν τῷ Ἡρώδῃ βασιλεῖ.</w:t>
      </w:r>
    </w:p>
    <w:p>
      <w:r>
        <w:rPr>
          <w:rFonts w:ascii="Courier New" w:hAnsi="Courier New"/>
          <w:color w:val="555555"/>
          <w:sz w:val="20"/>
        </w:rPr>
        <w:t>[5]</w:t>
      </w:r>
    </w:p>
    <w:p>
      <w:r>
        <w:rPr>
          <w:rFonts w:ascii="Gentium Plus" w:hAnsi="Gentium Plus"/>
          <w:sz w:val="24"/>
        </w:rPr>
        <w:t>καὶ ἐπηρώτησεν αὐτούς, Διὰ τί ἐπὶ τὴν Ἰουδαίαν χώραν ἐγένε‐ σθε κατάσκοποι; καὶ ἀνήγαγον αὐτῷ οἱ μάγοι τὸ τοῦ ἀστέρος θαῦμα, καὶ ὅτι μέγας βασιλεὺς ἐγεννήθη τῷ κόσμῳ, καὶ ὅτι δῶ‐ ρα αὐτῷ ἐνεγκόντες παρεγενόμεθα, ὡς βασιλεῖ μεγάλῳ, προσενέγ‐ και αὐτῷ ἃ ἐπιφερόμεθα δῶρα, ὡς θεῷ. εἴδομεν γὰρ αὐτοῦ</w:t>
      </w:r>
    </w:p>
    <w:p>
      <w:r>
        <w:rPr>
          <w:rFonts w:ascii="Courier New" w:hAnsi="Courier New"/>
          <w:color w:val="555555"/>
          <w:sz w:val="20"/>
        </w:rPr>
        <w:t>[10]</w:t>
      </w:r>
    </w:p>
    <w:p>
      <w:r>
        <w:rPr>
          <w:rFonts w:ascii="Gentium Plus" w:hAnsi="Gentium Plus"/>
          <w:sz w:val="24"/>
        </w:rPr>
        <w:t>τὸν ἀστέρα ἐν τῇ ἀνατολῇ, καὶ ἤλθομεν προσκυνῆσαι αὐτῷ. ὁ δὲ Ἡρώδης ἀκούσας ταῦτα ἔκθαμβος ἔμεινε, λογιζόμενος ὅτι μετὰ Αὔγουστον Καίσαρα ποίας ἐστὶ δυνάμεως ὁ γεννηθεὶς βα‐ σιλεύς. ἦσαν οὖν ἐλθόντες οἱ μάγοι ἐν Ἱεροσολύμοις ἐν ὑπα‐ τείᾳ Οὐϊνδικίου καὶ Οὐαλερίου. ἠκριβώσατο οὖν παρ’ αὐτῶν ὁ</w:t>
      </w:r>
    </w:p>
    <w:p>
      <w:r>
        <w:rPr>
          <w:rFonts w:ascii="Courier New" w:hAnsi="Courier New"/>
          <w:color w:val="555555"/>
          <w:sz w:val="20"/>
        </w:rPr>
        <w:t>[15]</w:t>
      </w:r>
    </w:p>
    <w:p>
      <w:r>
        <w:rPr>
          <w:rFonts w:ascii="Gentium Plus" w:hAnsi="Gentium Plus"/>
          <w:sz w:val="24"/>
        </w:rPr>
        <w:t>Ἡρώδης τὸν χρόνον τοῦ φανέντος ἀστέρος, καὶ εἶπεν αὐτοῖς τοῖς μάγοις ὅτι Ἐὰν εὕρητε αὐτόν, ἐλθόντες ἀπαγγείλατέ μοι, ὅπως κἀγὼ ἐλθὼν προσκυνήσω αὐτῷ. καὶ ἀπελθόντες οἱ μάγοι, ὁδηγούμενοι ὑπὸ τοῦ ἀστέρος, οὗ ἑωράκασιν ἐν τῇ ἀνατολῇ, ηὗ‐ ρον τὸν Ἰησοῦν καὶ τὴν μητέρα αὐτοῦ ἐν Βηθλεὲμ τῇ πόλει.</w:t>
      </w:r>
    </w:p>
    <w:p>
      <w:r>
        <w:rPr>
          <w:rFonts w:ascii="Courier New" w:hAnsi="Courier New"/>
          <w:color w:val="555555"/>
          <w:sz w:val="20"/>
        </w:rPr>
        <w:t>[20]</w:t>
      </w:r>
    </w:p>
    <w:p>
      <w:r>
        <w:rPr>
          <w:rFonts w:ascii="Gentium Plus" w:hAnsi="Gentium Plus"/>
          <w:sz w:val="24"/>
        </w:rPr>
        <w:t>καὶ πεσόντες εἰς τὸ ἔδαφος τῆς γῆς προσεκύνησαν τῷ σωτῆρι Χριστῷ· ἔλεγον γὰρ ἐν ἑαυτοῖς ὅτι τὸν μείζονα αὐτοῦ θεὸν ὑποδεικνύει ἡμῖν οὗτος ὁ ἀστήρ, ὃν ἡμεῖς τιμῶμεν, ὡς θεόν.</w:t>
      </w:r>
    </w:p>
    <w:p>
      <w:r>
        <w:rPr>
          <w:rFonts w:ascii="Courier New" w:hAnsi="Courier New"/>
          <w:color w:val="555555"/>
          <w:sz w:val="20"/>
        </w:rPr>
        <w:t>[Chron . 231]</w:t>
      </w:r>
    </w:p>
    <w:p>
      <w:r>
        <w:rPr>
          <w:rFonts w:ascii="Gentium Plus" w:hAnsi="Gentium Plus"/>
          <w:sz w:val="24"/>
        </w:rPr>
        <w:t>χρηματισθέντες, δι’ ἄλλης ὁδοῦ, τῆς τοῦ λιμίτου, ἀνῆλθον εἰς τὰ Περσικὰ μέρη, καταφρονήσαντες τοῦ Ἡρώδου βασιλέως. Καὶ ὡς παιχθεὶς ὁ αὐτὸς Ἡρώδης βασιλεὺς ὑπὸ τῶν μάγων ἐθυμώθη· καὶ περιεργασάμενος ἀπὸ τῶν ἀρχιερέων τῶν Ἰου‐</w:t>
      </w:r>
    </w:p>
    <w:p>
      <w:r>
        <w:rPr>
          <w:rFonts w:ascii="Courier New" w:hAnsi="Courier New"/>
          <w:color w:val="555555"/>
          <w:sz w:val="20"/>
        </w:rPr>
        <w:t>[5]</w:t>
      </w:r>
    </w:p>
    <w:p>
      <w:r>
        <w:rPr>
          <w:rFonts w:ascii="Gentium Plus" w:hAnsi="Gentium Plus"/>
          <w:sz w:val="24"/>
        </w:rPr>
        <w:t>δαίων ποῦ ὁ Χριστὸς γεννᾶται, ἔμαθε. καὶ πέμψας τοὺς στρα‐ τιώτας ἔσφαξε πάντα τὰ νήπια ἐν Βηθλεὲμ τῇ πόλει τῆς Ἰου‐ δαίας, καθὼς ἡ θεία λέγει γραφή. καὶ ληφθεὶς εὐθέως ὁ Ἡρώ‐ δης πάθει ἀνιάτῳ σκωληκόβρωτος ἐγένετο καὶ ἀπέθανε, καὶ ἐγένετο βασιλεύς, ἤτοι τοπάρχης, τοῦ Ἰουδαικοῦ ἔθνους Ἀρχέ‐</w:t>
      </w:r>
    </w:p>
    <w:p>
      <w:r>
        <w:rPr>
          <w:rFonts w:ascii="Courier New" w:hAnsi="Courier New"/>
          <w:color w:val="555555"/>
          <w:sz w:val="20"/>
        </w:rPr>
        <w:t>[10]</w:t>
      </w:r>
    </w:p>
    <w:p>
      <w:r>
        <w:rPr>
          <w:rFonts w:ascii="Gentium Plus" w:hAnsi="Gentium Plus"/>
          <w:sz w:val="24"/>
        </w:rPr>
        <w:t>λαος ὁ υἱὸς αὐτοῦ ἔτη θʹ, ἐν ὑπατείᾳ Λαμία καὶ Σερελλιανοῦ, καθὼς ὁ σοφώτατος Κλήμης ὁ χρονογράφος ἐξέθετο. Ὁ δὲ Αὔγουστος Καῖσαρ Ὀκταβιανὸς τῷ νεʹ ἔτει τῆς βα‐ σιλείας αὐτοῦ μηνὶ ὀκτωβρίῳ τῷ καὶ ὑπερβερεταίῳ ἀπῆλ‐ θεν εἰς τὸ μαντεῖον· καὶ ποιήσας ἑκατόμβην θυσίαν ἐπηρώτη‐</w:t>
      </w:r>
    </w:p>
    <w:p>
      <w:r>
        <w:rPr>
          <w:rFonts w:ascii="Courier New" w:hAnsi="Courier New"/>
          <w:color w:val="555555"/>
          <w:sz w:val="20"/>
        </w:rPr>
        <w:t>[15]</w:t>
      </w:r>
    </w:p>
    <w:p>
      <w:r>
        <w:rPr>
          <w:rFonts w:ascii="Gentium Plus" w:hAnsi="Gentium Plus"/>
          <w:sz w:val="24"/>
        </w:rPr>
        <w:t>σε, Τίς μετ’ ἐμὲ βασιλεύσει τῆς Ῥωμαϊκῆς πολιτείας; καὶ οὐκ ἐδόθη αὐτῷ ἀπόκρισις ἐκ τῆς Πυθίας. καὶ πάλιν ἐποίησεν ἄλ‐ λην θυσίαν, καὶ ἐπηρώτησε τὴν Πυθίαν τὸ διὰ τί οὐκ ἐδόθη αὐτῷ ἀπόκρισις, ἀλλὰ σιγᾷ τὸ μαντεῖον. καὶ ἐῤῥέθη αὐτῷ ἀπὸ τῆς Πυθίας ταῦτα.</w:t>
      </w:r>
    </w:p>
    <w:p>
      <w:r>
        <w:rPr>
          <w:rFonts w:ascii="Courier New" w:hAnsi="Courier New"/>
          <w:color w:val="555555"/>
          <w:sz w:val="20"/>
        </w:rPr>
        <w:t>[20]</w:t>
      </w:r>
    </w:p>
    <w:p>
      <w:r>
        <w:rPr>
          <w:rFonts w:ascii="Gentium Plus" w:hAnsi="Gentium Plus"/>
          <w:sz w:val="24"/>
        </w:rPr>
        <w:t>Παῖς Ἑβραῖος κέλεταί με θεὸς μακάρεσσιν ἀνάσσων</w:t>
      </w:r>
    </w:p>
    <w:p>
      <w:r>
        <w:rPr>
          <w:rFonts w:ascii="Courier New" w:hAnsi="Courier New"/>
          <w:color w:val="555555"/>
          <w:sz w:val="20"/>
        </w:rPr>
        <w:t>[Chron . 232]</w:t>
      </w:r>
    </w:p>
    <w:p>
      <w:r>
        <w:rPr>
          <w:rFonts w:ascii="Gentium Plus" w:hAnsi="Gentium Plus"/>
          <w:sz w:val="24"/>
        </w:rPr>
        <w:t>καὶ λοιπὸν ἄπιθι ἐκ πρόμων ἡμετέρων. Καὶ ἐξελθὼν ἐκ τοῦ μαντείου ὁ Αὔγουστος Καῖσαρ, καὶ ἐλ‐ θὼν εἰς τὸ Καπετώλιον, ἔκτισεν ἐκεῖ βωμὸν μέγαν, ὑψηλόν, ἐν ᾧ ἐπέγραψε Ῥωμαϊκοῖς γράμμασιν, Ὁ βωμὸς οὗτός ἐστι τοῦ πρω‐</w:t>
      </w:r>
    </w:p>
    <w:p>
      <w:r>
        <w:rPr>
          <w:rFonts w:ascii="Courier New" w:hAnsi="Courier New"/>
          <w:color w:val="555555"/>
          <w:sz w:val="20"/>
        </w:rPr>
        <w:t>[5]</w:t>
      </w:r>
    </w:p>
    <w:p>
      <w:r>
        <w:rPr>
          <w:rFonts w:ascii="Gentium Plus" w:hAnsi="Gentium Plus"/>
          <w:sz w:val="24"/>
        </w:rPr>
        <w:t>τογόνου θεοῦ· ὅστις βωμός ἐστιν εἰς τὸ Καπετώλιον ἕως τῆς νῦν, καθὼς Τιμόθεος ὁ σοφὸς συνεγράψατο. Ὁ δὲ αὐτὸς Καῖσαρ Ὀκταβιανὸς νόσῳ βληθεὶς ἐν τῇ Ῥώμῃ ἐτελεύτησε, γέρων ὢν ἐτῶν οεʹ, ἄπαις καὶ σωφρονήσας ἀπὸ σω‐ ματικῆς ἁμαρτίας. ἦν γὰρ μυστικὸς ἀρχιερεὺς καὶ βασιλεύς.</w:t>
      </w:r>
    </w:p>
    <w:p>
      <w:r>
        <w:rPr>
          <w:rFonts w:ascii="Courier New" w:hAnsi="Courier New"/>
          <w:color w:val="555555"/>
          <w:sz w:val="20"/>
        </w:rPr>
        <w:t>[10]</w:t>
      </w:r>
    </w:p>
    <w:p>
      <w:r>
        <w:rPr>
          <w:rFonts w:ascii="Gentium Plus" w:hAnsi="Gentium Plus"/>
          <w:sz w:val="24"/>
        </w:rPr>
        <w:t>Μετὰ δὲ τὴν βασιλείαν Αὐγούστου Καίσαρος ἐπὶ ὑπατείας Σέξτου καὶ Σεκτικιανοῦ ἐβασίλευσε Τιβέριος Καῖσαρ ἔτη κβʹ. ἦν δὲ διμοιριαῖος, γέρων, λεπτακινός, εὐόφθαλμος, μελάγχροος, κονδόθριξ, οὖλος, ὑπόσιμος, φιλοκτίστης. ὅστις ἐπεστράτευσε κατὰ Περσῶν, καὶ μὴ πολεμήσας, ἀλλὰ παρακληθεὶς παρ’ αὐ‐</w:t>
      </w:r>
    </w:p>
    <w:p>
      <w:r>
        <w:rPr>
          <w:rFonts w:ascii="Courier New" w:hAnsi="Courier New"/>
          <w:color w:val="555555"/>
          <w:sz w:val="20"/>
        </w:rPr>
        <w:t>[15]</w:t>
      </w:r>
    </w:p>
    <w:p>
      <w:r>
        <w:rPr>
          <w:rFonts w:ascii="Gentium Plus" w:hAnsi="Gentium Plus"/>
          <w:sz w:val="24"/>
        </w:rPr>
        <w:t>τῶν πάκτα εἰρήνης ἐποίησε. Καὶ ἀνιὼν ἐπὶ τὴν Ῥώμην ἦλθεν ἐν Ἀντιοχείᾳ τῇ μεγάλῃ, καὶ ἔκτισεν ἔξω τῆς πόλεως ἐμβόλους δύο μεγάλους πρὸς τῷ ὄρει τῷ λεγομένῳ Σιλπίῳ, ἔχοντας διαστήματα μιλίων δʹ, ὑπο‐ ρόφους καὶ πανευπρεπεῖς. καὶ κατὰ ῥύμην κτίσας τετράπυλα</w:t>
      </w:r>
    </w:p>
    <w:p>
      <w:r>
        <w:rPr>
          <w:rFonts w:ascii="Courier New" w:hAnsi="Courier New"/>
          <w:color w:val="555555"/>
          <w:sz w:val="20"/>
        </w:rPr>
        <w:t>[20]</w:t>
      </w:r>
    </w:p>
    <w:p>
      <w:r>
        <w:rPr>
          <w:rFonts w:ascii="Gentium Plus" w:hAnsi="Gentium Plus"/>
          <w:sz w:val="24"/>
        </w:rPr>
        <w:t>διὰ εἰλημάτων, φιλοκαλήσας αὐτὰ μουσώσει καὶ μαρμάροις, καὶ τὴν πλατεῖαν δὲ χαλκουργήμασι καὶ ἀγάλμασι κοσμήσας καὶ</w:t>
      </w:r>
    </w:p>
    <w:p>
      <w:r>
        <w:rPr>
          <w:rFonts w:ascii="Courier New" w:hAnsi="Courier New"/>
          <w:color w:val="555555"/>
          <w:sz w:val="20"/>
        </w:rPr>
        <w:t>[Chron . 233]</w:t>
      </w:r>
    </w:p>
    <w:p>
      <w:r>
        <w:rPr>
          <w:rFonts w:ascii="Gentium Plus" w:hAnsi="Gentium Plus"/>
          <w:sz w:val="24"/>
        </w:rPr>
        <w:t>προσεκόλλησε τῷ αὐτῷ τείχει τὸ νέον τῷ παλαιῷ τείχει τῆς πό‐ λεως τῷ ὑπὸ Σελεύκου γενομένῳ, ἀποκλείσας διὰ τοῦ ἰδίου αὐτοῦ τείχους καὶ τὴν ἀκρόπολιν καὶ τὴν Ἰώπολιν. καὶ ἀνέστη‐ σε τῷ αὐτῷ Τιβερίῳ Καίσαρι ἡ βουλὴ καὶ ὁ δῆμος τῶν Ἀντιο‐</w:t>
      </w:r>
    </w:p>
    <w:p>
      <w:r>
        <w:rPr>
          <w:rFonts w:ascii="Courier New" w:hAnsi="Courier New"/>
          <w:color w:val="555555"/>
          <w:sz w:val="20"/>
        </w:rPr>
        <w:t>[5]</w:t>
      </w:r>
    </w:p>
    <w:p>
      <w:r>
        <w:rPr>
          <w:rFonts w:ascii="Gentium Plus" w:hAnsi="Gentium Plus"/>
          <w:sz w:val="24"/>
        </w:rPr>
        <w:t>χέων στήλην χαλκῆν ὑπεράνω μεγάλου κίονος Θηβαίου ἐν τῇ πλατείᾳ κατὰ τὸ μέσον τῶν ἐμβόλων τῶν ὑπ’ αὐτοῦ κτισθέν‐ των. ὅστις τόπος κέκληται ὁ ὀφθαλμὸς τῆς πόλεως, ἔχων καὶ τύ‐ πον ἐγγεγλυμμένον ἐν λίθῳ ὀμφαλοῦ. ἥτις στήλη ἵσταται ἕως τῆς νῦν.</w:t>
      </w:r>
    </w:p>
    <w:p>
      <w:r>
        <w:rPr>
          <w:rFonts w:ascii="Courier New" w:hAnsi="Courier New"/>
          <w:color w:val="555555"/>
          <w:sz w:val="20"/>
        </w:rPr>
        <w:t>[10]</w:t>
      </w:r>
    </w:p>
    <w:p>
      <w:r>
        <w:rPr>
          <w:rFonts w:ascii="Gentium Plus" w:hAnsi="Gentium Plus"/>
          <w:sz w:val="24"/>
        </w:rPr>
        <w:t>Ὁ δὲ αὐτὸς Τιβέριος Καῖσαρ μαθὼν ὅτι ὁ Σέλευκος ὁ βασι‐ λεὺς φοβηθεὶς τὰς ῥύσεις τῶν ὑδάτων κατιόντων ἐκ τοῦ ὄρους χειμῶνος καὶ λιμναζόντων, ἀποφυγὼν τὸ ὄρος ἐν τῇ πεδιάδι τὴν πόλιν ἔκτισε, καὶ ἔθηκε τῇ αὑτοῦ στήλῃ κιβώτιον λίθινον, ἐν ᾧ ἐποίησε τέλεσμα δι’ Ἀβλάκκωνος, τελεστοῦ καὶ ἱερέως, διὰ</w:t>
      </w:r>
    </w:p>
    <w:p>
      <w:r>
        <w:rPr>
          <w:rFonts w:ascii="Courier New" w:hAnsi="Courier New"/>
          <w:color w:val="555555"/>
          <w:sz w:val="20"/>
        </w:rPr>
        <w:t>[15]</w:t>
      </w:r>
    </w:p>
    <w:p>
      <w:r>
        <w:rPr>
          <w:rFonts w:ascii="Gentium Plus" w:hAnsi="Gentium Plus"/>
          <w:sz w:val="24"/>
        </w:rPr>
        <w:t>τὰς ῥύσεις τοῦ Παρμενίου χειμάῤῥου ποταμοῦ καὶ τῶν κατερ‐ χομένων ῥυάκων ἐκ τοῦ ὄρους πρὸς τὸ μὴ βλάπτεσθαι τὸ αὐτὸ μέρος τῆς πόλεως ἢ πορθεῖσθαι τοὺς ὑπ’ αὐτοῦ κτισθέντας δύο ἐμβόλους μεγάλους· ὅπερ κιβώτιον λίθινον λέγουσιν εἶναι οἱ Ἀν‐ τιοχεῖς πολῖται τὰ ὠνεωκὰ τῆς πόλεως αὐτῶν, διότι ἐξηγόρακε</w:t>
      </w:r>
    </w:p>
    <w:p>
      <w:r>
        <w:rPr>
          <w:rFonts w:ascii="Courier New" w:hAnsi="Courier New"/>
          <w:color w:val="555555"/>
          <w:sz w:val="20"/>
        </w:rPr>
        <w:t>[20]</w:t>
      </w:r>
    </w:p>
    <w:p>
      <w:r>
        <w:rPr>
          <w:rFonts w:ascii="Gentium Plus" w:hAnsi="Gentium Plus"/>
          <w:sz w:val="24"/>
        </w:rPr>
        <w:t>τὸ μέρος αὐτὸ τῆς πόλεως διὰ τῆς ἀσφαλείας τοῦ κτισθέντος παρ’ αὐτοῦ τείχους ἐκ τῆς τῶν βαρβάρων Σαρακηνῶν καὶ</w:t>
      </w:r>
    </w:p>
    <w:p>
      <w:r>
        <w:rPr>
          <w:rFonts w:ascii="Courier New" w:hAnsi="Courier New"/>
          <w:color w:val="555555"/>
          <w:sz w:val="20"/>
        </w:rPr>
        <w:t>[Chron . 234]</w:t>
      </w:r>
    </w:p>
    <w:p>
      <w:r>
        <w:rPr>
          <w:rFonts w:ascii="Gentium Plus" w:hAnsi="Gentium Plus"/>
          <w:sz w:val="24"/>
        </w:rPr>
        <w:t>τὸ παρὰ τὸ ὄρος μέρος τῆς πόλεως, κτισθὲν ὑπὸ Ἀντιόχου τοῦ ἐπιφανεστάτου βασιλέως· ὅτι καὶ τὸ βουλευτήριον ἔκτισε καὶ ἄλλα ἱερά. ὡσαύτως δὲ καὶ Ἀντίοχος ὁ βασιλεὺς πάλιν ὁ λε‐ γόμενος Φιλάδελφος ἔκτισεν ἔξω τῆς πόλεως πολλά· ὅστις καὶ</w:t>
      </w:r>
    </w:p>
    <w:p>
      <w:r>
        <w:rPr>
          <w:rFonts w:ascii="Courier New" w:hAnsi="Courier New"/>
          <w:color w:val="555555"/>
          <w:sz w:val="20"/>
        </w:rPr>
        <w:t>[5]</w:t>
      </w:r>
    </w:p>
    <w:p>
      <w:r>
        <w:rPr>
          <w:rFonts w:ascii="Gentium Plus" w:hAnsi="Gentium Plus"/>
          <w:sz w:val="24"/>
        </w:rPr>
        <w:t>ἐν Δάφνῃ ἔκτισεν ἐν τῷ ἄλσει ἱερὰ δύο, Ἀπόλλωνος καὶ Ἀρτέμι‐ δος, στήσας ἐν αὐτοῖς ἀγάλματα δύο χρυσᾶ, παρασχὼν προνό‐ μια τοῖς καταφεύγουσιν ἐκεῖ πρὸς τὸ μὴ ἐκβάλλεσθαί τινα ἐκ τῶν αὐτῶν ἱερῶν. ταῦτα δὲ ἔκτισαν, ὅτε τὰ Μακεδονικὰ βα‐ σίλεια ὑπῆρχεν.</w:t>
      </w:r>
    </w:p>
    <w:p>
      <w:r>
        <w:rPr>
          <w:rFonts w:ascii="Courier New" w:hAnsi="Courier New"/>
          <w:color w:val="555555"/>
          <w:sz w:val="20"/>
        </w:rPr>
        <w:t>[10]</w:t>
      </w:r>
    </w:p>
    <w:p>
      <w:r>
        <w:rPr>
          <w:rFonts w:ascii="Gentium Plus" w:hAnsi="Gentium Plus"/>
          <w:sz w:val="24"/>
        </w:rPr>
        <w:t>Ὁ δὲ Τιβέριος Καῖσαρ ἔκτισεν ἐν τῇ αὐτῇ Ἀντιοχείᾳ πόλει ἱερὸν μέγα Διὸς Καπετωλίου. ὁμοίως δὲ ἔκτισεν ὁ αὐτὸς βασι‐ λεὺς καὶ δημόσιον λουτρὸν πλησίον τῆς Ὀλυμπιάδος πηγῆς τῆς κτισθείσης ὑπὸ Ἀλεξάνδρου τοῦ Μακεδόνος εἰς ὄνομα τῆς αὑ‐ τοῦ μητρός· ἔπιε γὰρ ἐκ τοῦ αὐτοῦ ὕδατος Ἀλέξανδρος ἐλθὼν</w:t>
      </w:r>
    </w:p>
    <w:p>
      <w:r>
        <w:rPr>
          <w:rFonts w:ascii="Courier New" w:hAnsi="Courier New"/>
          <w:color w:val="555555"/>
          <w:sz w:val="20"/>
        </w:rPr>
        <w:t>[15]</w:t>
      </w:r>
    </w:p>
    <w:p>
      <w:r>
        <w:rPr>
          <w:rFonts w:ascii="Gentium Plus" w:hAnsi="Gentium Plus"/>
          <w:sz w:val="24"/>
        </w:rPr>
        <w:t>ἐκεῖ καὶ εἶπεν ὅτι Ἔπια γάλα τῆς ἐμῆς μητρός. κεῖται δὲ ἡ πη‐ γὴ παρὰ τὸ ὄρος· ἥντινα ὁ αὐτὸς Τιβέριος ἔσω τοῦ τείχους ἀπέ‐ κλεισεν. ἔκτισε δὲ καὶ ἱερὸν τῷ Διονύσῳ πρὸς τῷ ὄρει ὁ αὐτὸς Τιβέριος βασιλεύς, στήσας δύο στήλας μεγάλας τῶν ἐξ Ἀντιόπης γεννηθέντων Διοσκούρων ἔξω τοῦ ναοῦ εἰς τιμὴν αὐτῶν, Ἀμφίο‐</w:t>
      </w:r>
    </w:p>
    <w:p>
      <w:r>
        <w:rPr>
          <w:rFonts w:ascii="Courier New" w:hAnsi="Courier New"/>
          <w:color w:val="555555"/>
          <w:sz w:val="20"/>
        </w:rPr>
        <w:t>[20]</w:t>
      </w:r>
    </w:p>
    <w:p>
      <w:r>
        <w:rPr>
          <w:rFonts w:ascii="Gentium Plus" w:hAnsi="Gentium Plus"/>
          <w:sz w:val="24"/>
        </w:rPr>
        <w:t>νός τε καὶ Ζήθου. ὁ αὐτὸς Τιβέριος καὶ τὸν ποταμὸν τῆς πό‐ λεως τὸν πρῴην λεγόμενον Δράκοντα μετεκάλεσεν Ὀρόντην τῇ</w:t>
      </w:r>
    </w:p>
    <w:p>
      <w:r>
        <w:rPr>
          <w:rFonts w:ascii="Courier New" w:hAnsi="Courier New"/>
          <w:color w:val="555555"/>
          <w:sz w:val="20"/>
        </w:rPr>
        <w:t>[Chron . 235]</w:t>
      </w:r>
    </w:p>
    <w:p>
      <w:r>
        <w:rPr>
          <w:rFonts w:ascii="Gentium Plus" w:hAnsi="Gentium Plus"/>
          <w:sz w:val="24"/>
        </w:rPr>
        <w:t>θέατρον, προσθεὶς ἄλλην ζώνην πρὸς τῷ ὄρει καὶ θυσιάσας κόρην παρθένον Ἀντιγόνην ὀνόματι· ὅθεν θέατρον οὐκ ἐπλή‐ ρωσεν εἰς τέλειον. ἔστησε δὲ ἐπάνω τῆς ἀνατολικῆς πόρτας, ἧς αὐτὸς ἔκτισε, στήλην λιθίνην τῇ λυκαίνῃ, τρεφούσῃ τὸν Ῥῶμον</w:t>
      </w:r>
    </w:p>
    <w:p>
      <w:r>
        <w:rPr>
          <w:rFonts w:ascii="Courier New" w:hAnsi="Courier New"/>
          <w:color w:val="555555"/>
          <w:sz w:val="20"/>
        </w:rPr>
        <w:t>[5]</w:t>
      </w:r>
    </w:p>
    <w:p>
      <w:r>
        <w:rPr>
          <w:rFonts w:ascii="Gentium Plus" w:hAnsi="Gentium Plus"/>
          <w:sz w:val="24"/>
        </w:rPr>
        <w:t>καὶ τὸν Ῥῆμον, σημαίνων Ῥωμαῖον εἶναι κτίσμα τοῦ προστε‐ θέντος τείχους τῇ αὐτῇ Ἀντιόχου πόλει. ἔκτισε δὲ καὶ ὄπισθεν τοῦ θεάτρου ἱερὸν τοῦ Πανός. ταῦτα δὲ Δομνῖνος ὁ σοφὸς χρονογράφος ἐξέθετο. Ἔκτισε δὲ ὁ αὐτὸς Τιβέριος ἐν τῇ Ἰουδαίᾳ χώρᾳ παρὰ τὴν</w:t>
      </w:r>
    </w:p>
    <w:p>
      <w:r>
        <w:rPr>
          <w:rFonts w:ascii="Courier New" w:hAnsi="Courier New"/>
          <w:color w:val="555555"/>
          <w:sz w:val="20"/>
        </w:rPr>
        <w:t>[10]</w:t>
      </w:r>
    </w:p>
    <w:p>
      <w:r>
        <w:rPr>
          <w:rFonts w:ascii="Gentium Plus" w:hAnsi="Gentium Plus"/>
          <w:sz w:val="24"/>
        </w:rPr>
        <w:t>λίμνην πόλιν, ἥντινα ἐκάλεσε Τιβεριάδα, εὑρηκὼς ἐν τῷ τόπῳ ὕδατα θερμά, κτίσας τῇ πόλει καὶ δημόσιον λουτρὸν μὴ ὑπο‐ καιόμενον, ἀλλ’ ἐξ αὐτῶν τῶν θερμῶν παρέχοντα τὴν χρῆσιν τῇ πόλει. ἐποίησε δὲ καὶ τὴν Καππαδοκίαν ὑπὸ Ῥωμαίους μετὰ τὴν τελευτὴν Ἀρχελάου τοῦ τοπάρχου αὐτῆς.</w:t>
      </w:r>
    </w:p>
    <w:p>
      <w:r>
        <w:rPr>
          <w:rFonts w:ascii="Courier New" w:hAnsi="Courier New"/>
          <w:color w:val="555555"/>
          <w:sz w:val="20"/>
        </w:rPr>
        <w:t>[15]</w:t>
      </w:r>
    </w:p>
    <w:p>
      <w:r>
        <w:rPr>
          <w:rFonts w:ascii="Gentium Plus" w:hAnsi="Gentium Plus"/>
          <w:sz w:val="24"/>
        </w:rPr>
        <w:t>Ἐν δὲ τοῖς χρόνοις τοῦ αὐτοῦ Τιβερίου ἐμπρησμὸς ἐγένετο ἐν Ἀντιοχείᾳ τῆς Συρίας τῷ οβʹ ἔτει τῆς αὐτονομίας αὐτῆς ἐν νυκτί, ἀδήλως καύσας τὸ πλέον μέρος τῆς ἀγορᾶς καὶ τὸ βου‐ λευτήριον καὶ τὸ ἱερὸν τῶν Μουσῶν τὸ κτισθὲν ὑπὸ Ἀντιόχου τοῦ Φιλοπάτορος ἐκ τῶν ἐαθέντων χρημάτων κατὰ διαθήκας</w:t>
      </w:r>
    </w:p>
    <w:p>
      <w:r>
        <w:rPr>
          <w:rFonts w:ascii="Courier New" w:hAnsi="Courier New"/>
          <w:color w:val="555555"/>
          <w:sz w:val="20"/>
        </w:rPr>
        <w:t>[20]</w:t>
      </w:r>
    </w:p>
    <w:p>
      <w:r>
        <w:rPr>
          <w:rFonts w:ascii="Gentium Plus" w:hAnsi="Gentium Plus"/>
          <w:sz w:val="24"/>
        </w:rPr>
        <w:t>ὑπὸ Μάρωνος Ἀντιοχέως, μετοικήσαντος εἰς τὰς Ἀθήνας καὶ</w:t>
      </w:r>
    </w:p>
    <w:p>
      <w:r>
        <w:rPr>
          <w:rFonts w:ascii="Courier New" w:hAnsi="Courier New"/>
          <w:color w:val="555555"/>
          <w:sz w:val="20"/>
        </w:rPr>
        <w:t>[Chron . 236]</w:t>
      </w:r>
    </w:p>
    <w:p>
      <w:r>
        <w:rPr>
          <w:rFonts w:ascii="Gentium Plus" w:hAnsi="Gentium Plus"/>
          <w:sz w:val="24"/>
        </w:rPr>
        <w:t>ρὸν καὶ βιβλιοθήκην. ἔκτισε δὲ καὶ ὁ Τιβέριος πόλιν ἐν τῇ Θρᾴκῃ ἄλλην, ἣν ἐκάλεσε Τιβερίαν. Τῷ δὲ ιεʹ ἔτει τῆς βασιλείας αὐτοῦ ἐν ὑπατείᾳ Ἀλουανοῦ καὶ Νερούα ἤρξατο ὁ ἅγιος Ἰωάννης ὁ πρόδρομος κηρύσσειν</w:t>
      </w:r>
    </w:p>
    <w:p>
      <w:r>
        <w:rPr>
          <w:rFonts w:ascii="Courier New" w:hAnsi="Courier New"/>
          <w:color w:val="555555"/>
          <w:sz w:val="20"/>
        </w:rPr>
        <w:t>[5]</w:t>
      </w:r>
    </w:p>
    <w:p>
      <w:r>
        <w:rPr>
          <w:rFonts w:ascii="Gentium Plus" w:hAnsi="Gentium Plus"/>
          <w:sz w:val="24"/>
        </w:rPr>
        <w:t>βάπτισμα μετανοίας βαπτίζειν κατὰ τὴν προφητικὴν φωνήν· καὶ ἀπῆλθε πρὸς αὐτὸν πᾶσα ἡ Ἰουδαία χώρα. καὶ λοιπὸν ἀρ‐ χὴν ἐποιήσατο τοῦ σωτηρίου ὁ κύριος ἡμῶν Ἰησοῦς Χριστός, βαπτισθεὶς ὑπὸ τοῦ αὐτοῦ Ἰωάννου τοῦ προδρόμου, γενόμενος ἐνιαυτῶν περί που λʹ καὶ θαυματουργῶν. ἐβαπτίσθη δὲ ἐν τῷ</w:t>
      </w:r>
    </w:p>
    <w:p>
      <w:r>
        <w:rPr>
          <w:rFonts w:ascii="Courier New" w:hAnsi="Courier New"/>
          <w:color w:val="555555"/>
          <w:sz w:val="20"/>
        </w:rPr>
        <w:t>[10]</w:t>
      </w:r>
    </w:p>
    <w:p>
      <w:r>
        <w:rPr>
          <w:rFonts w:ascii="Gentium Plus" w:hAnsi="Gentium Plus"/>
          <w:sz w:val="24"/>
        </w:rPr>
        <w:t>Ἰορδάνῃ, ποταμῷ τῆς Παλαιστίνης, μηνὶ αὐδηναίῳ τῷ καὶ ἰανουαρίῳ ἕκτῃ, ὥρᾳ νυκτερινῇ ιʹ, ἐν ὑπατείᾳ Ῥούφου καὶ Ῥου‐ βελλίωνος. ἀπὸ τότε καὶ ὁ βαπτιστὴς Ἰωάννης δῆλος ἐγένετο τοῖς ἀνθρώποις· καὶ ἀπέτεμεν αὐτὸν Ἡρώδης ὁ βασιλεὺς ὁ Φι‐ λίππου, ὁ τοπαρχῶν, ἤτοι βασιλεύων, τῆς Τραχωνίτιδος χώρας,</w:t>
      </w:r>
    </w:p>
    <w:p>
      <w:r>
        <w:rPr>
          <w:rFonts w:ascii="Courier New" w:hAnsi="Courier New"/>
          <w:color w:val="555555"/>
          <w:sz w:val="20"/>
        </w:rPr>
        <w:t>[15]</w:t>
      </w:r>
    </w:p>
    <w:p>
      <w:r>
        <w:rPr>
          <w:rFonts w:ascii="Gentium Plus" w:hAnsi="Gentium Plus"/>
          <w:sz w:val="24"/>
        </w:rPr>
        <w:t>ἐν Σεβαστῇ πόλει τῇ πρὸ ηʹ καλανδῶν ἰουνίων ἐν ὑπατείᾳ Φλάκκωνος καὶ Ῥουφίνου διὰ Ἡρωδιάδα τὴν γυναῖκα αὐτοῦ, ὅτι ἔλεγεν αὐτῷ ὁ Ἰωάννης, Οὐκ ἔξεστί σοι ἔχειν τὴν γυναῖκα τοῦ</w:t>
      </w:r>
    </w:p>
    <w:p>
      <w:r>
        <w:rPr>
          <w:rFonts w:ascii="Courier New" w:hAnsi="Courier New"/>
          <w:color w:val="555555"/>
          <w:sz w:val="20"/>
        </w:rPr>
        <w:t>[Chron . 237]</w:t>
      </w:r>
    </w:p>
    <w:p>
      <w:r>
        <w:rPr>
          <w:rFonts w:ascii="Gentium Plus" w:hAnsi="Gentium Plus"/>
          <w:sz w:val="24"/>
        </w:rPr>
        <w:t>καὶ λυπούμενος διὰ τὸν Ἰωάννην ὁ αὐτὸς βασιλεὺς Ἡρώδης ὁ δεύτερος ὁ Φιλίππου ἀνῆλθεν ἀπὸ τῆς πόλεως Σεβαστῆς ἐν Πα‐ νεάδι πόλει τῆς Ἰουδαίας. καὶ προσῆλθεν αὐτῷ γυνή τις εὐπο‐ ρωτάτη, οἰκοῦσα τὴν αὐτὴν Πανεάδα πόλιν, ὀνόματι Βερονίκη,</w:t>
      </w:r>
    </w:p>
    <w:p>
      <w:r>
        <w:rPr>
          <w:rFonts w:ascii="Courier New" w:hAnsi="Courier New"/>
          <w:color w:val="555555"/>
          <w:sz w:val="20"/>
        </w:rPr>
        <w:t>[5]</w:t>
      </w:r>
    </w:p>
    <w:p>
      <w:r>
        <w:rPr>
          <w:rFonts w:ascii="Gentium Plus" w:hAnsi="Gentium Plus"/>
          <w:sz w:val="24"/>
        </w:rPr>
        <w:t>βουλομένη ὡς ἰαθεῖσα ὑπὸ τοῦ Ἰησοῦ στήλην αὐτῷ ἀναστῆσαι. καὶ μὴ τολμῶσα δίχα βασιλικῆς κελεύσεως τοῦτο ποιῆσαι δέησιν ἐπέδωκε τῷ αὐτῷ Ἡρώδῃ βασιλεῖ, αἰτοῦσα ἀναστῆσαι στήλην τῷ σωτῆρι Χριστῷ ἐν τῇ αὐτῇ πόλει. ἥτις δέησις ἔχει οὕτως. Σεβαστῷ Ἡρώδῃ τοπάρχῃ καὶ θεσμοδότῃ Ἰουδαίων τε καὶ</w:t>
      </w:r>
    </w:p>
    <w:p>
      <w:r>
        <w:rPr>
          <w:rFonts w:ascii="Courier New" w:hAnsi="Courier New"/>
          <w:color w:val="555555"/>
          <w:sz w:val="20"/>
        </w:rPr>
        <w:t>[10]</w:t>
      </w:r>
    </w:p>
    <w:p>
      <w:r>
        <w:rPr>
          <w:rFonts w:ascii="Gentium Plus" w:hAnsi="Gentium Plus"/>
          <w:sz w:val="24"/>
        </w:rPr>
        <w:t>Ἑλλήνων, βασιλεῖ τῆς Τραχωνίτιδος χώρας, ἱκεσίας δεήσεις παρὰ Βερονίκης, ἀξιωματικῆς πόλεως Πανεάδος. δικαιοσύνη καὶ φι‐ λανθρωπία καὶ αἱ λοιπαὶ τῶν ἀρετῶν πασῶν περιστέφουσι τὴν ὑμετέραν θείαν κορυφήν. ὅθεν κἀγὼ ταῦτα εἰδυῖα ἧκον σὺν ἀγαθαῖς ταῖς ἐλπίσι πάντως τῶν αἰτουμένων τευξομένη. τίς δὲ</w:t>
      </w:r>
    </w:p>
    <w:p>
      <w:r>
        <w:rPr>
          <w:rFonts w:ascii="Courier New" w:hAnsi="Courier New"/>
          <w:color w:val="555555"/>
          <w:sz w:val="20"/>
        </w:rPr>
        <w:t>[15]</w:t>
      </w:r>
    </w:p>
    <w:p>
      <w:r>
        <w:rPr>
          <w:rFonts w:ascii="Gentium Plus" w:hAnsi="Gentium Plus"/>
          <w:sz w:val="24"/>
        </w:rPr>
        <w:t>ἡ τοῦ παρόντος προοιμίου κρηπὶς προϊὼν ὁ λόγος σε διδάξει. ἐκ παιδόθεν ληφθεῖσα πάθει αἱμοῤῥοίας ὀχετῶν εἰς ἰατροὺς κα‐</w:t>
      </w:r>
    </w:p>
    <w:p>
      <w:r>
        <w:rPr>
          <w:rFonts w:ascii="Courier New" w:hAnsi="Courier New"/>
          <w:color w:val="555555"/>
          <w:sz w:val="20"/>
        </w:rPr>
        <w:t>[Chron . 238]</w:t>
      </w:r>
    </w:p>
    <w:p>
      <w:r>
        <w:rPr>
          <w:rFonts w:ascii="Gentium Plus" w:hAnsi="Gentium Plus"/>
          <w:sz w:val="24"/>
        </w:rPr>
        <w:t>ἀκηκουῗα δὲ τοῦ θαυμαζομένου Χριστοῦ τὰ ἰάματα, ὃς νε‐ κροὺς ἐξανίστησι καὶ τυφλοὺς πάλιν εἰς φάος ἕλκων καὶ δαίμο‐ νας ἐκ βροτῶν ἀπελαύνων καὶ πάντας τοὺς ἐν νόσοις μαραινο‐ μένους λόγῳ θεραπεύει, πρὸς αὐτὸν οὖν κἀγὼ ὡς πρὸς θεὸν</w:t>
      </w:r>
    </w:p>
    <w:p>
      <w:r>
        <w:rPr>
          <w:rFonts w:ascii="Courier New" w:hAnsi="Courier New"/>
          <w:color w:val="555555"/>
          <w:sz w:val="20"/>
        </w:rPr>
        <w:t>[5]</w:t>
      </w:r>
    </w:p>
    <w:p>
      <w:r>
        <w:rPr>
          <w:rFonts w:ascii="Gentium Plus" w:hAnsi="Gentium Plus"/>
          <w:sz w:val="24"/>
        </w:rPr>
        <w:t>ἔδραμον. καὶ προσεσχηκυῖα τὸ περιέχον αὐτὸν πλῆθος, δειλιά‐ σασα δὲ ἐξειπεῖν αὐτῷ καὶ τὴν ἀήττητόν μου νόσον, μή πως τὸν μολυσμὸν τοῦ πάθους ἀποστρεφόμενος ὀργισθῇ κατ’ ἐμοῦ καὶ πλέον μοι ἐπέλθῃ ἡ πληγὴ τῆς νόσου, κατ’ ἐμαυτὴν ἐλογισάμην ὅτι εἰ δυνηθείην ἅψασθαι τοῦ κρασπέδου τοῦ ἱματίου αὐτοῦ,</w:t>
      </w:r>
    </w:p>
    <w:p>
      <w:r>
        <w:rPr>
          <w:rFonts w:ascii="Courier New" w:hAnsi="Courier New"/>
          <w:color w:val="555555"/>
          <w:sz w:val="20"/>
        </w:rPr>
        <w:t>[10]</w:t>
      </w:r>
    </w:p>
    <w:p>
      <w:r>
        <w:rPr>
          <w:rFonts w:ascii="Gentium Plus" w:hAnsi="Gentium Plus"/>
          <w:sz w:val="24"/>
        </w:rPr>
        <w:t>πάντως ἰαθήσομαι· καὶ λάθρᾳ εἰς τὸ περὶ αὐτὸν εἰσδύνασα πλῆ‐ θος ἐσύλησα τὴν ἴασιν, τοῦ κρασπέδου αὐτοῦ ἁψαμένη· καὶ στα‐ λείσης μου τῆς πηγῆς τοῦ αἵματος γέγονα παραχρῆμα ὑγιής. αὐτὸς δὲ μᾶλλον, ὡς προγνοὺς τῆς ἐμῆς καρδίας τὸ βούλευμα, ἀνέκραξε, Τίς μου ἥψατο; δύναμις γὰρ ἐξῆλθεν ἀπ’ ἐμοῦ. ἐγὼ δὲ ὠχριῶσα καὶ</w:t>
      </w:r>
    </w:p>
    <w:p>
      <w:r>
        <w:rPr>
          <w:rFonts w:ascii="Courier New" w:hAnsi="Courier New"/>
          <w:color w:val="555555"/>
          <w:sz w:val="20"/>
        </w:rPr>
        <w:t>[15]</w:t>
      </w:r>
    </w:p>
    <w:p>
      <w:r>
        <w:rPr>
          <w:rFonts w:ascii="Gentium Plus" w:hAnsi="Gentium Plus"/>
          <w:sz w:val="24"/>
        </w:rPr>
        <w:t>στένουσα, τὴν νόσον θρασυτέραν ὑποστρέφειν ἐπ’ ἐμὲ λογιζομένη, προσπεσοῦσα αὐτῷ τὴν γῆν ἐπλήρωσα δακρύων, τὴν τόλμαν ἐξει‐ ποῦσα. ὁ δὲ ὡς ἀγαθὸς σπλαγχνισθεὶς ἐπ’ ἐμοὶ ἐπεσφράγισέ μοι τὴν</w:t>
      </w:r>
    </w:p>
    <w:p>
      <w:r>
        <w:rPr>
          <w:rFonts w:ascii="Courier New" w:hAnsi="Courier New"/>
          <w:color w:val="555555"/>
          <w:sz w:val="20"/>
        </w:rPr>
        <w:t>[Chron . 239]</w:t>
      </w:r>
    </w:p>
    <w:p>
      <w:r>
        <w:rPr>
          <w:rFonts w:ascii="Gentium Plus" w:hAnsi="Gentium Plus"/>
          <w:sz w:val="24"/>
        </w:rPr>
        <w:t>ρεύου εἰς εἰρήνην. οὕτως καὶ ὑμεῖς, σεβαστοί, τὴν δέησιν ὀξεῖαν τῇ δεομένῃ παράσχετε. Ὁ δὲ βασιλεὺς Ἡρώδης ἀκηκοὼς ταῦτα διὰ τῆς δεήσεως ἐξεπλάγη διὰ τὸ θαῦμα· καὶ φοβηθεὶς τὸ μυστήριον τῆς ἰάσεως</w:t>
      </w:r>
    </w:p>
    <w:p>
      <w:r>
        <w:rPr>
          <w:rFonts w:ascii="Courier New" w:hAnsi="Courier New"/>
          <w:color w:val="555555"/>
          <w:sz w:val="20"/>
        </w:rPr>
        <w:t>[5]</w:t>
      </w:r>
    </w:p>
    <w:p>
      <w:r>
        <w:rPr>
          <w:rFonts w:ascii="Gentium Plus" w:hAnsi="Gentium Plus"/>
          <w:sz w:val="24"/>
        </w:rPr>
        <w:t>εἶπεν, Αὕτη ἡ εἰς σὲ γενομένη ἴασις, ὦ γύναι, μείζονος στήλης ἐστὶν ἀξία. πορευθεῖσα τοίνυν οἵαν βούλει ἀνάστησον αὐτῷ στήλην, προθέσει δοξάζουσα τὸν ἰασάμενον. Καὶ εὐθέως ἡ αὐτὴ Βερονίκη, ἡ πρῴην αἱμόῤῥους, ἐν μέ‐ σῳ τῆς ἰδίας αὐτῆς πόλεως Πανεάδος ἀνέστησε τῷ κυρίῳ ἡμῶν</w:t>
      </w:r>
    </w:p>
    <w:p>
      <w:r>
        <w:rPr>
          <w:rFonts w:ascii="Courier New" w:hAnsi="Courier New"/>
          <w:color w:val="555555"/>
          <w:sz w:val="20"/>
        </w:rPr>
        <w:t>[10]</w:t>
      </w:r>
    </w:p>
    <w:p>
      <w:r>
        <w:rPr>
          <w:rFonts w:ascii="Gentium Plus" w:hAnsi="Gentium Plus"/>
          <w:sz w:val="24"/>
        </w:rPr>
        <w:t>καὶ θεῷ Ἰησοῦ Χριστῷ στήλην χαλκῆν ἐκ χαλκοῦ θερμηλάτου, συμμίξασα βραχύ τι μέρος χρυσοῦ καὶ ἀργύρου. ἥτις στήλη μένει ἐν Πανεάδι πόλει ἕως τῆς νῦν, πρὸ πολλοῦ χρόνου μετενεχθεῖσα ἀφ’ οὗ ἵστατο ἐν μέσῳ τῆς πόλεως τόπου εἰς ἅγιον εὐκτήριον οἶκον. ὅπερ ὑπόμνημα ηὗρον ἐν τῇ αὐτῇ Πα‐</w:t>
      </w:r>
    </w:p>
    <w:p>
      <w:r>
        <w:rPr>
          <w:rFonts w:ascii="Courier New" w:hAnsi="Courier New"/>
          <w:color w:val="555555"/>
          <w:sz w:val="20"/>
        </w:rPr>
        <w:t>[15]</w:t>
      </w:r>
    </w:p>
    <w:p>
      <w:r>
        <w:rPr>
          <w:rFonts w:ascii="Gentium Plus" w:hAnsi="Gentium Plus"/>
          <w:sz w:val="24"/>
        </w:rPr>
        <w:t>νεάδι πόλει παρὰ Βάσσῳ τινί, γενομένῳ ἀπὸ Ἰουδαίων χριστια‐ νῷ. ἐν οἷς ὑπῆρχεν ὁ βίος πάντων τῶν βασιλέων τῶν βασιλευ‐ σάντων πρῴην τῆς Ἰουδαϊκῆς χώρας. Ὁ δὲ αὐτὸς βασιλεὺς Ἡρώδης ὁ Φιλίππου γενόμενος ἐμ‐</w:t>
      </w:r>
    </w:p>
    <w:p>
      <w:r>
        <w:rPr>
          <w:rFonts w:ascii="Courier New" w:hAnsi="Courier New"/>
          <w:color w:val="555555"/>
          <w:sz w:val="20"/>
        </w:rPr>
        <w:t>[Chron . 240]</w:t>
      </w:r>
    </w:p>
    <w:p>
      <w:r>
        <w:rPr>
          <w:rFonts w:ascii="Gentium Plus" w:hAnsi="Gentium Plus"/>
          <w:sz w:val="24"/>
        </w:rPr>
        <w:t>αὐτοῦ μετὰ τοὺς ηʹ μῆνας συνειδυίας καὶ τῆς γυναικὸς αὐτοῦ, καθὼς ὁ σοφώτατος Κλήμης συνεγράψατο. Τῷ δὲ ὀκτωκαιδεκάτῳ ἔτει τῆς βασιλείας τοῦ αὐτοῦ Τιβε‐ ρίου Καίσαρος καὶ μηνὶ τῷ ζʹ, γενόμενος ἐνιαυτῶν περί που λγʹ</w:t>
      </w:r>
    </w:p>
    <w:p>
      <w:r>
        <w:rPr>
          <w:rFonts w:ascii="Courier New" w:hAnsi="Courier New"/>
          <w:color w:val="555555"/>
          <w:sz w:val="20"/>
        </w:rPr>
        <w:t>[5]</w:t>
      </w:r>
    </w:p>
    <w:p>
      <w:r>
        <w:rPr>
          <w:rFonts w:ascii="Gentium Plus" w:hAnsi="Gentium Plus"/>
          <w:sz w:val="24"/>
        </w:rPr>
        <w:t>ὁ Ἰησοῦς Χριστός, ὁ θεὸς ἡμῶν, παρεδόθη ὑπὸ Ἰούδα Ἰσκαριώ‐ του, μαθητοῦ αὐτοῦ, ὁ αὐτὸς κύριος καὶ σωτὴρ ἡμῶν, μηνὶ δύστρῳ τῷ καὶ μαρτίῳ κγʹ, τῆς σελήνης ἐχούσης ἡμέραν ιγʹ· ἦν δὲ ἡμέρα πέμπτη, ὥρα νυκτερινὴ πέμπτη. καὶ ἀπηνέχθη πρὸς τὸν Καϊάφαν ἀρχιερέα, κἀκεῖθεν ἐξεδόθη Ποντίῳ Πιλάτῳ</w:t>
      </w:r>
    </w:p>
    <w:p>
      <w:r>
        <w:rPr>
          <w:rFonts w:ascii="Courier New" w:hAnsi="Courier New"/>
          <w:color w:val="555555"/>
          <w:sz w:val="20"/>
        </w:rPr>
        <w:t>[10]</w:t>
      </w:r>
    </w:p>
    <w:p>
      <w:r>
        <w:rPr>
          <w:rFonts w:ascii="Gentium Plus" w:hAnsi="Gentium Plus"/>
          <w:sz w:val="24"/>
        </w:rPr>
        <w:t>ἡγεμόνι· καὶ εὐθέως ἡ γυνὴ τοῦ αὐτοῦ Πιλάτου Πρόκλα ἐδή‐ λωσεν αὐτῷ, Μηδὲν σοὶ καὶ τῷ δικαίῳ τούτῳ· πολλὰ γὰρ ἔπα‐ θον σήμερον κατ’ ὄναρ δι’ αὐτόν. καὶ γνόντες τοῦτο οἱ Ἰου‐ δαῖοι, ἐστασίαζον κράζοντες, Ἄρον, ἄρον, σταύρωσον αὐτόν. καὶ ἐσταυρώθη κύριος ἡμῶν Ἰησοῦς Χριστὸς τῇ πρὸ ηʹ καλαν‐</w:t>
      </w:r>
    </w:p>
    <w:p>
      <w:r>
        <w:rPr>
          <w:rFonts w:ascii="Courier New" w:hAnsi="Courier New"/>
          <w:color w:val="555555"/>
          <w:sz w:val="20"/>
        </w:rPr>
        <w:t>[15]</w:t>
      </w:r>
    </w:p>
    <w:p>
      <w:r>
        <w:rPr>
          <w:rFonts w:ascii="Gentium Plus" w:hAnsi="Gentium Plus"/>
          <w:sz w:val="24"/>
        </w:rPr>
        <w:t>δῶν ἀπριλλίων, μηνὶ μαρτίῳ κδʹ, τῆς σελήνης ἐχούσης ἡμέραν ιδʹ· ἦν δὲ ἡμερινὴ ὥρα ἕκτη, τῆς ἡμέρας οὔσης παρασκευῆς. καὶ ἐσκοτίσθη ὁ ἥλιος, καὶ ἦν εἰς τὸν κόσμον σκότος· περὶ οὗ σκό‐ τους συνεγράψατο ὁ σοφώτατος Φλέγων ὁ Ἀθηναῖος εἰς τὴν ἰδίαν αὐτοῦ συγγραφὴν ταῦτα. Τῷ ὀκτωκαιδεκάτῳ ἔτει τῆς βα‐</w:t>
      </w:r>
    </w:p>
    <w:p>
      <w:r>
        <w:rPr>
          <w:rFonts w:ascii="Courier New" w:hAnsi="Courier New"/>
          <w:color w:val="555555"/>
          <w:sz w:val="20"/>
        </w:rPr>
        <w:t>[20]</w:t>
      </w:r>
    </w:p>
    <w:p>
      <w:r>
        <w:rPr>
          <w:rFonts w:ascii="Gentium Plus" w:hAnsi="Gentium Plus"/>
          <w:sz w:val="24"/>
        </w:rPr>
        <w:t>σιλείας Τιβερίου Καίσαρος ἐγένετο ἔκλειψις ἡλίου μεγίστη πλέον τῶν ἐγνωσμένων πρότερον· καὶ νὺξ ὑπῆρχεν ὥρᾳ ἕκτῃ τῆς ἡμέ‐</w:t>
      </w:r>
    </w:p>
    <w:p>
      <w:r>
        <w:rPr>
          <w:rFonts w:ascii="Courier New" w:hAnsi="Courier New"/>
          <w:color w:val="555555"/>
          <w:sz w:val="20"/>
        </w:rPr>
        <w:t>[Chron . 241]</w:t>
      </w:r>
    </w:p>
    <w:p>
      <w:r>
        <w:rPr>
          <w:rFonts w:ascii="Gentium Plus" w:hAnsi="Gentium Plus"/>
          <w:sz w:val="24"/>
        </w:rPr>
        <w:t>Ὁ δὲ κύριος Ἰησοῦς Χριστός, ὁ υἱὸς τοῦ θεοῦ τοῦ ζῶντος, ἔδωκε τὸ πνεῦμα τῇ αὐτῇ παρασκευῇ, ὥρα ἦν ὡς θʹ. καὶ εὐ‐ θέως ἐγένετο εἰς πάντα τὸν κόσμον σεισμὸς μέγας καὶ τάφοι ἀνεῴχθησαν καὶ πέτραι ἐσχίσθησαν καὶ νεκροὶ ἀνέστησαν, κα‐</w:t>
      </w:r>
    </w:p>
    <w:p>
      <w:r>
        <w:rPr>
          <w:rFonts w:ascii="Courier New" w:hAnsi="Courier New"/>
          <w:color w:val="555555"/>
          <w:sz w:val="20"/>
        </w:rPr>
        <w:t>[5]</w:t>
      </w:r>
    </w:p>
    <w:p>
      <w:r>
        <w:rPr>
          <w:rFonts w:ascii="Gentium Plus" w:hAnsi="Gentium Plus"/>
          <w:sz w:val="24"/>
        </w:rPr>
        <w:t>θὰ ἐν ταῖς θείαις γραφαῖς ἐμφέρεται πάντα μετὰ ἀληθείας· ὥστε λέγειν τοὺς Ἰουδαίους, Ἀληθῶς θεοῦ υἱὸς ἦν οὗτος, ὃν ἐσταυρώσαμεν. Καὶ ἐτάφη ὁ Ἰησοῦς Χριστὸς ὥραν δεκάτην τῆς αὐτῆς παρα‐ σκευῆς ἡμέρας, ἐν ὑπατείᾳ Σουλπικίου καὶ Σῶλα, τοῦ ἑβδομη‐</w:t>
      </w:r>
    </w:p>
    <w:p>
      <w:r>
        <w:rPr>
          <w:rFonts w:ascii="Courier New" w:hAnsi="Courier New"/>
          <w:color w:val="555555"/>
          <w:sz w:val="20"/>
        </w:rPr>
        <w:t>[10]</w:t>
      </w:r>
    </w:p>
    <w:p>
      <w:r>
        <w:rPr>
          <w:rFonts w:ascii="Gentium Plus" w:hAnsi="Gentium Plus"/>
          <w:sz w:val="24"/>
        </w:rPr>
        <w:t>κοστοῦ ἐνάτου ἔτους χρηματίζοντος κατὰ Ἀντιόχειαν τὴν μεγά‐ λην, ἡγεμονεύοντος δὲ τότε τῆς Συρίας Κασσίου, τοῦ καὶ προα‐ χθέντος ὑπὸ τοῦ αὐτοῦ Τιβερίου Καίσαρος. Ἀνέστη δὲ ὁ κύριος ἡμῶν καὶ θεὸς Ἰησοῦς μηνὶ δύστρῳ τῷ καὶ μαρτίῳ κεʹ, ὥρᾳ νυκτερινῇ δεκάτῃ, ἐπιφωσκούσης ἡμέ‐</w:t>
      </w:r>
    </w:p>
    <w:p>
      <w:r>
        <w:rPr>
          <w:rFonts w:ascii="Courier New" w:hAnsi="Courier New"/>
          <w:color w:val="555555"/>
          <w:sz w:val="20"/>
        </w:rPr>
        <w:t>[15]</w:t>
      </w:r>
    </w:p>
    <w:p>
      <w:r>
        <w:rPr>
          <w:rFonts w:ascii="Gentium Plus" w:hAnsi="Gentium Plus"/>
          <w:sz w:val="24"/>
        </w:rPr>
        <w:t>ρας κυριακῆς, τοῦ αὐτοῦ μαρτίου μηνὸς ἕκτης εἰκάδος, ἐχού‐ σης τῆς σελήνης ἡμέραν ἑξκαιδεκάτην, καὶ ἐφάνη τοῖς ἀποστό‐ λοις καὶ ἄλλοις ἁγίοις πολλοῖς καὶ συνανεστράφη αὐτοῖς ἐπὶ τῆς γῆς μετὰ τὴν ἀνάστασιν ἡμέρας μʹ. καὶ ἀνελήφθη εἰς τοὺς οὐ‐ ρανοὺς ὁ κύριος ἡμῶν καὶ θεὸς Ἰησοῦς Χριστὸς μηνὶ ἀρτεμι‐</w:t>
      </w:r>
    </w:p>
    <w:p>
      <w:r>
        <w:rPr>
          <w:rFonts w:ascii="Courier New" w:hAnsi="Courier New"/>
          <w:color w:val="555555"/>
          <w:sz w:val="20"/>
        </w:rPr>
        <w:t>[20]</w:t>
      </w:r>
    </w:p>
    <w:p>
      <w:r>
        <w:rPr>
          <w:rFonts w:ascii="Gentium Plus" w:hAnsi="Gentium Plus"/>
          <w:sz w:val="24"/>
        </w:rPr>
        <w:t>σίῳ τῷ καὶ μαΐῳ δʹ, ὥρᾳ ἡμερινῇ βʹ, ἡμέρᾳ εʹ, τῶν ἁγίων ἀπο‐ στόλων ὁρώντων καὶ πολλοῦ πλήθους ἄλλου πῶς ὑπὸ νεφελῶν ἀνελήφθη, καὶ τῶν ἁγίων ἀγγέλων λεγόντων, Τί ἀτενίζετε εἰς</w:t>
      </w:r>
    </w:p>
    <w:p>
      <w:r>
        <w:rPr>
          <w:rFonts w:ascii="Courier New" w:hAnsi="Courier New"/>
          <w:color w:val="555555"/>
          <w:sz w:val="20"/>
        </w:rPr>
        <w:t>[Chron . 242]</w:t>
      </w:r>
    </w:p>
    <w:p>
      <w:r>
        <w:rPr>
          <w:rFonts w:ascii="Gentium Plus" w:hAnsi="Gentium Plus"/>
          <w:sz w:val="24"/>
        </w:rPr>
        <w:t>Καὶ κατῆλθε τὸ ἅγιον καὶ ζωοποιὸν πνεῦμα εἰς τοὺς ἁγίους αὐτοῦ ἀποστόλους μηνὶ ἀρτεμισίῳ τῷ καὶ μαΐῳ ιδʹ, ἡμέρᾳ κυ‐ ριακῇ, ὥραν γʹ ἡμερινήν, ἡγεμονεύοντος τῆς Ἰουδαίας τοῦ αὐτοῦ Ποντίου Πιλάτου· ὅστις προεβλήθη ἄρχειν τοῦ ἔθνους ὑπὸ τοῦ</w:t>
      </w:r>
    </w:p>
    <w:p>
      <w:r>
        <w:rPr>
          <w:rFonts w:ascii="Courier New" w:hAnsi="Courier New"/>
          <w:color w:val="555555"/>
          <w:sz w:val="20"/>
        </w:rPr>
        <w:t>[5]</w:t>
      </w:r>
    </w:p>
    <w:p>
      <w:r>
        <w:rPr>
          <w:rFonts w:ascii="Gentium Plus" w:hAnsi="Gentium Plus"/>
          <w:sz w:val="24"/>
        </w:rPr>
        <w:t>αὐτοῦ Τιβερίου Καίσαρος, τοῦ καταλύσαντος τὴν βασιλείαν τῶν Ἰουδαίων καὶ προχειρισαμένου αὐτοῖς ἄρχοντα ὃν ἠβουλήθη αὐ‐ τός, ἀρχιερευόντων δὲ τοῦ Ἰουδαϊκοῦ ἔθνους Ἄννα καὶ Καϊάφα. Μετὰ δὲ ἔτη τέσσαρα τῆς ἀναστάσεως καὶ ἀναλήψεως τοῦ σωτῆρος ἡμῶν Ἰησοῦ Χριστοῦ, ἐπὶ τῆς βασιλείας τοῦ αὐτοῦ</w:t>
      </w:r>
    </w:p>
    <w:p>
      <w:r>
        <w:rPr>
          <w:rFonts w:ascii="Courier New" w:hAnsi="Courier New"/>
          <w:color w:val="555555"/>
          <w:sz w:val="20"/>
        </w:rPr>
        <w:t>[10]</w:t>
      </w:r>
    </w:p>
    <w:p>
      <w:r>
        <w:rPr>
          <w:rFonts w:ascii="Gentium Plus" w:hAnsi="Gentium Plus"/>
          <w:sz w:val="24"/>
        </w:rPr>
        <w:t>Τιβερίου Καίσαρος, μετὰ τὸ ἐξελθεῖν τὸν ἅγιον Παῦλον ἀπὸ Ἀντιοχείας τῆς μεγάλης, κηρύξαντα ἐκεῖ πρῶτον τὸν λόγον ἐν τῇ ῥύμῃ τῇ πλησίον τοῦ Πανθέου τῇ καλουμένῃ τῶν Σίγγωνος ἅμα Βαρνάβᾳ, καὶ ἐπὶ τὴν Κιλικίαν ἐξελθεῖν, ὁ Πέτρος ἀπὸ Ἱερουσο‐ λύμων ἐν τῇ αὐτῇ Ἀντιοχείᾳ παρεγένετο καὶ τὸν λόγον ἐδίδασκε.</w:t>
      </w:r>
    </w:p>
    <w:p>
      <w:r>
        <w:rPr>
          <w:rFonts w:ascii="Courier New" w:hAnsi="Courier New"/>
          <w:color w:val="555555"/>
          <w:sz w:val="20"/>
        </w:rPr>
        <w:t>[15]</w:t>
      </w:r>
    </w:p>
    <w:p>
      <w:r>
        <w:rPr>
          <w:rFonts w:ascii="Gentium Plus" w:hAnsi="Gentium Plus"/>
          <w:sz w:val="24"/>
        </w:rPr>
        <w:t>καὶ ἐκεῖ αὑτὸν ἐνθρονίσας, πεισθεὶς τοῖς ἀπὸ Ἰουδαίων γενομένοις χριστιανοῖς, τοὺς ἐξ ἐθνῶν πιστοὺς οὐκ ἐδέξατο οὔτε ἠγάπα, ἀλλ’ οὕτως ἐάσας αὐτοὺς ἐξῆλθεν ἐκεῖθεν. ὁ δὲ ἅγιος Παῦλος μετὰ ταῦτα ἐλθὼν ἐν Ἀντιοχείᾳ τῇ μεγάλῃ, καὶ μαθὼν ταῦτα περὶ τοῦ ἁγίου Πέτρου, πανταχοῦ τὸ σκάνδαλον περιεῖλε καὶ πάντας</w:t>
      </w:r>
    </w:p>
    <w:p>
      <w:r>
        <w:rPr>
          <w:rFonts w:ascii="Courier New" w:hAnsi="Courier New"/>
          <w:color w:val="555555"/>
          <w:sz w:val="20"/>
        </w:rPr>
        <w:t>[20]</w:t>
      </w:r>
    </w:p>
    <w:p>
      <w:r>
        <w:rPr>
          <w:rFonts w:ascii="Gentium Plus" w:hAnsi="Gentium Plus"/>
          <w:sz w:val="24"/>
        </w:rPr>
        <w:t>ἴσως ἐδέξατο καὶ ἠγάπα, προτρεπόμενος ἅπαντας, καθὼς συνε‐ γράψαντο ταῦτα οἱ σοφώτατοι Κλήμης καὶ Τατιανὸς οἱ χρονο‐</w:t>
      </w:r>
    </w:p>
    <w:p>
      <w:r>
        <w:rPr>
          <w:rFonts w:ascii="Courier New" w:hAnsi="Courier New"/>
          <w:color w:val="555555"/>
          <w:sz w:val="20"/>
        </w:rPr>
        <w:t>[Chron . 243]</w:t>
      </w:r>
    </w:p>
    <w:p>
      <w:r>
        <w:rPr>
          <w:rFonts w:ascii="Gentium Plus" w:hAnsi="Gentium Plus"/>
          <w:sz w:val="24"/>
        </w:rPr>
        <w:t>Ὁ δὲ Τιβέριος βασιλεὺς τελευτᾷ ἰδίῳ θανάτῳ ἐν τῷ παλατίῳ, ὢν ἐνιαυτῶν οηʹ. Μετὰ δὲ τὴν βασιλείαν Τιβερίου Καίσαρος ἐβασίλευσεν Ἤλιος Γάϊος ὁ καὶ Καλιγουλᾶς, ὃς ἔσχε φόβον πολὺν πρὸς</w:t>
      </w:r>
    </w:p>
    <w:p>
      <w:r>
        <w:rPr>
          <w:rFonts w:ascii="Courier New" w:hAnsi="Courier New"/>
          <w:color w:val="555555"/>
          <w:sz w:val="20"/>
        </w:rPr>
        <w:t>[5]</w:t>
      </w:r>
    </w:p>
    <w:p>
      <w:r>
        <w:rPr>
          <w:rFonts w:ascii="Gentium Plus" w:hAnsi="Gentium Plus"/>
          <w:sz w:val="24"/>
        </w:rPr>
        <w:t>ἅπαντα τὰ τῶν βαρβάρων ἔθνη πρὸ τοῦ βασιλεῦσαι· καὶ διὰ τοῦτο ἡ σύγκλητος βασιλέα ἀνηγόρευσεν αὐτόν. ἐβασίλευσε δὲ ἐπὶ τῆς ὑπατείας Γάλλου καὶ Νοννιανοῦ, καὶ ἐκράτησεν ἡ βασι‐ λεία αὐτοῦ ἔτη δʹ καὶ μῆνας ἑπτά. ἦν δὲ εὐμήκης, εὔθετος, λεπτοχαράκτηρος, εὔχρους, ἀρχιγένειος, ἁπλόθριξ, μικρόφθαλ‐</w:t>
      </w:r>
    </w:p>
    <w:p>
      <w:r>
        <w:rPr>
          <w:rFonts w:ascii="Courier New" w:hAnsi="Courier New"/>
          <w:color w:val="555555"/>
          <w:sz w:val="20"/>
        </w:rPr>
        <w:t>[10]</w:t>
      </w:r>
    </w:p>
    <w:p>
      <w:r>
        <w:rPr>
          <w:rFonts w:ascii="Gentium Plus" w:hAnsi="Gentium Plus"/>
          <w:sz w:val="24"/>
        </w:rPr>
        <w:t>μος, περίγοργος, ὀργίλος, μεγαλόψυχος. ἐν δὲ τῷ πρώτῳ ἔτει τῆς βασιλείας αὐτοῦ ἔπαθεν ὑπὸ θεομηνίας Ἀντιόχεια ἡ μεγάλη μηνὶ δύστρῳ τῷ καὶ μαρτίῳ κγʹ περὶ τὸ αὖγος τὸ δεύτερον αὐτῆς πάθος τοῦτο τὸ μετὰ τοὺς Μακεδόνας, ἔτους χρηματίζον‐ τος πεʹ κατὰ τοὺς Ἀντιοχεῖς. ἔπαθε δὲ καὶ μέρος Δάφνης· καὶ</w:t>
      </w:r>
    </w:p>
    <w:p>
      <w:r>
        <w:rPr>
          <w:rFonts w:ascii="Courier New" w:hAnsi="Courier New"/>
          <w:color w:val="555555"/>
          <w:sz w:val="20"/>
        </w:rPr>
        <w:t>[15]</w:t>
      </w:r>
    </w:p>
    <w:p>
      <w:r>
        <w:rPr>
          <w:rFonts w:ascii="Gentium Plus" w:hAnsi="Gentium Plus"/>
          <w:sz w:val="24"/>
        </w:rPr>
        <w:t>πολλὰ χρήματα παρέσχεν ὁ βασιλεὺς Γάϊος τῇ αὐτῇ πόλει καὶ τοῖς ζήσασι πολίταις. καὶ ἔκτισεν ἐκεῖ δημόσιον λουτρόν, πλησίον τοῦ ὄρους Γαΐου Καίσαρος, πέμψας ἀπὸ Ῥώμης ἐν αὐτῇ Ἀντιο‐ χείᾳ, ἵνα κτίσῃ τὸ δημόσιον λουτρόν, Σαλιανὸν ἔπαρχον· ὅστις καὶ ἀγωγὸν ἐποίησε μέγαν ἀπὸ Δάφνης γλύψας τὸ ὄρος καὶ ἀγα‐</w:t>
      </w:r>
    </w:p>
    <w:p>
      <w:r>
        <w:rPr>
          <w:rFonts w:ascii="Courier New" w:hAnsi="Courier New"/>
          <w:color w:val="555555"/>
          <w:sz w:val="20"/>
        </w:rPr>
        <w:t>[20]</w:t>
      </w:r>
    </w:p>
    <w:p>
      <w:r>
        <w:rPr>
          <w:rFonts w:ascii="Gentium Plus" w:hAnsi="Gentium Plus"/>
          <w:sz w:val="24"/>
        </w:rPr>
        <w:t>γὼν τὰ ὕδατα ἐν τῷ κτισθέντι παρ’ αὐτοῦ δημοσίῳ λουτρῷ. ἔκτι‐ σε δὲ καὶ ἱερά. Ἀπέστειλε δὲ ὁ αὐτὸς Γάϊος Καῖσαρ καὶ δύο συγκλητικοὺς</w:t>
      </w:r>
    </w:p>
    <w:p>
      <w:r>
        <w:rPr>
          <w:rFonts w:ascii="Courier New" w:hAnsi="Courier New"/>
          <w:color w:val="555555"/>
          <w:sz w:val="20"/>
        </w:rPr>
        <w:t>[Chron . 244]</w:t>
      </w:r>
    </w:p>
    <w:p>
      <w:r>
        <w:rPr>
          <w:rFonts w:ascii="Gentium Plus" w:hAnsi="Gentium Plus"/>
          <w:sz w:val="24"/>
        </w:rPr>
        <w:t>ταῦτα, Πόντοος καὶ Οὐάριος, ἐπὶ τὸ καὶ φυλάττειν τὴν πόλιν καὶ κτίσαι αὐτὴν ἐκ τῶν φιλοτιμηθέντων ὑπὸ τοῦ αὐτοῦ βασιλέως, ὡσαύτως δὲ καὶ ἐκ τῶν ἰδίων αὐτῶν παρασχεῖν τῇ αὐτῇ πόλει καὶ οἰκεῖν ἐν αὐτῇ. οἵτινες πολλὰ πάνυ οἰκήματα ἐκ τῶν ἰδίων ἔκτι‐</w:t>
      </w:r>
    </w:p>
    <w:p>
      <w:r>
        <w:rPr>
          <w:rFonts w:ascii="Courier New" w:hAnsi="Courier New"/>
          <w:color w:val="555555"/>
          <w:sz w:val="20"/>
        </w:rPr>
        <w:t>[5]</w:t>
      </w:r>
    </w:p>
    <w:p>
      <w:r>
        <w:rPr>
          <w:rFonts w:ascii="Gentium Plus" w:hAnsi="Gentium Plus"/>
          <w:sz w:val="24"/>
        </w:rPr>
        <w:t>σαν· πρὸς δὲ τοῖς οἰκήμασι καὶ ἄλλα πάλιν ἔκτισαν οἱ αὐτοὶ συγ‐ κλητικοὶ ἐν τῇ αὐτῇ Ἀντιόχου πόλει ἐκ τῶν ἰδίων αὐτῶν χρημά‐ των, δημόσιον λουτρὸν μέγα τὸ λεγόμενον Οὐάριον κάτω παρὰ τὸ τεῖχος πλησίον τοῦ ποταμοῦ, ἔνθα καὶ τὰ οἰκήματα αὐτῶν ἔκτι‐ σαν πλησίον τοῦ δημοσίου, καὶ Τρίνυμφον εὐπρεπέστατον πάνυ,</w:t>
      </w:r>
    </w:p>
    <w:p>
      <w:r>
        <w:rPr>
          <w:rFonts w:ascii="Courier New" w:hAnsi="Courier New"/>
          <w:color w:val="555555"/>
          <w:sz w:val="20"/>
        </w:rPr>
        <w:t>[10]</w:t>
      </w:r>
    </w:p>
    <w:p>
      <w:r>
        <w:rPr>
          <w:rFonts w:ascii="Gentium Plus" w:hAnsi="Gentium Plus"/>
          <w:sz w:val="24"/>
        </w:rPr>
        <w:t>κοσμήσαντες αὐτὸ ἀγάλμασιν εἰς τὸ γαμοστολεῖσθαι τὰς πολίτι‐ δας παρθένους πάσας. καὶ ἐκ τῶν δὲ φιλοτιμηθέντων ἀνήγει‐ ραν πολλὰ κτίσματα ἐν αὐτῇ τῶν Ἀντιοχέων πόλει· καὶ ἔμειναν οἰκοῦντες ἐν αὐτῇ τῇ πόλει οἱ αὐτοὶ συγκλητικοί. καὶ τοὺς ὑπο‐ λειφθέντας δὲ κτήτορας ἀξίαις ἐτίμησεν ὁ αὐτὸς Γάϊος Καῖσαρ.</w:t>
      </w:r>
    </w:p>
    <w:p>
      <w:r>
        <w:rPr>
          <w:rFonts w:ascii="Courier New" w:hAnsi="Courier New"/>
          <w:color w:val="555555"/>
          <w:sz w:val="20"/>
        </w:rPr>
        <w:t>[15]</w:t>
      </w:r>
    </w:p>
    <w:p>
      <w:r>
        <w:rPr>
          <w:rFonts w:ascii="Gentium Plus" w:hAnsi="Gentium Plus"/>
          <w:sz w:val="24"/>
        </w:rPr>
        <w:t>Ἀπὸ δὲ τοῦ πρώτου ἔτους Γαΐου Καίσαρος παῤῥησίαν λαβὸν παρ’ αὐτοῦ τὸ Πράσινον μέρος ἐδημοκράτησεν ἐν τῇ Ῥώμῃ καὶ κατὰ πόλιν ἐπὶ ἔτη γʹ ἄχρι τῆς βασιλείας αὐτοῦ· ἔχαιρε γὰρ αὐ‐ τοῖς. τῷ δὲ τρίτῳ ἔτει τῆς βασιλείας αὐτοῦ ἔκραξαν ἐν Ἀντιο‐ χείᾳ τῆς Συρίας οἱ ἐκ Βενέτου μέρους τῆς αὐτῆς πόλεως τοῖς</w:t>
      </w:r>
    </w:p>
    <w:p>
      <w:r>
        <w:rPr>
          <w:rFonts w:ascii="Courier New" w:hAnsi="Courier New"/>
          <w:color w:val="555555"/>
          <w:sz w:val="20"/>
        </w:rPr>
        <w:t>[20]</w:t>
      </w:r>
    </w:p>
    <w:p>
      <w:r>
        <w:rPr>
          <w:rFonts w:ascii="Gentium Plus" w:hAnsi="Gentium Plus"/>
          <w:sz w:val="24"/>
        </w:rPr>
        <w:t>αὐτόθι Πρασίνοις ἐν τῷ θεάτρῳ, Καιρὸς ἀνάγει καὶ κατάγει, Πράσινοι μάχοι, θεωροῦντος τότε τοῦ Προνοΐου, ἄρχοντος ὑπα‐ τικοῦ. καὶ ἐγένετο δημοτικὴ ἀταξία μεγάλη καὶ συμφορὰ τῇ πό‐ λει συνέβη· οἱ γὰρ Ἀντιοχεῖς Ἕλληνες μετὰ τῶν αὐτόθι Ἰου‐</w:t>
      </w:r>
    </w:p>
    <w:p>
      <w:r>
        <w:rPr>
          <w:rFonts w:ascii="Courier New" w:hAnsi="Courier New"/>
          <w:color w:val="555555"/>
          <w:sz w:val="20"/>
        </w:rPr>
        <w:t>[Chron . 245]</w:t>
      </w:r>
    </w:p>
    <w:p>
      <w:r>
        <w:rPr>
          <w:rFonts w:ascii="Gentium Plus" w:hAnsi="Gentium Plus"/>
          <w:sz w:val="24"/>
        </w:rPr>
        <w:t>δαίους καὶ τὰς συναγωγὰς αὐτῶν ἔκαυσαν. καὶ ἀκούσας ἐν Πα‐ λαιστίνῃ ὁ ἱερεὺς τῶν αὐτῶν Ἰουδαίων ὀνόματι Φινεές, συναθροί‐ σας πλῆθος Ἰουδαίων καὶ Γαλιλαίων, πολιτῶν ὄντων, ὡς λʹ χι‐ λιάδας ἔχων μεθ’ ἑαυτοῦ ἦλθεν ἐξαίφνης ἐν τῇ αὐτῇ Ἀντιόχου</w:t>
      </w:r>
    </w:p>
    <w:p>
      <w:r>
        <w:rPr>
          <w:rFonts w:ascii="Courier New" w:hAnsi="Courier New"/>
          <w:color w:val="555555"/>
          <w:sz w:val="20"/>
        </w:rPr>
        <w:t>[5]</w:t>
      </w:r>
    </w:p>
    <w:p>
      <w:r>
        <w:rPr>
          <w:rFonts w:ascii="Gentium Plus" w:hAnsi="Gentium Plus"/>
          <w:sz w:val="24"/>
        </w:rPr>
        <w:t>πόλει ἀπὸ Τιβεριάδος πόλεως· καὶ ἐφόνευσεν πολλούς, ὡς ἅπαξ αἰφνίδιον εἰσελθὼν μετὰ ὡπλισμένων ἀνδρῶν· καὶ ἐάσας πάλιν ἀπῆλθεν ἐν Τιβεριάδι ὁ αὐτὸς Φινεές. καὶ ταῦτα μαθὼν ὁ βα‐ σιλεὺς Γάϊος ἠγανάκτησε κατὰ τῶν συγκλητικῶν τῶν ὄντων ἐν τῇ αὐτῇ Ἀντιοχείᾳ πόλει Ποντόου καὶ Οὐαρίου, καὶ πέμψας ἐδή‐</w:t>
      </w:r>
    </w:p>
    <w:p>
      <w:r>
        <w:rPr>
          <w:rFonts w:ascii="Courier New" w:hAnsi="Courier New"/>
          <w:color w:val="555555"/>
          <w:sz w:val="20"/>
        </w:rPr>
        <w:t>[10]</w:t>
      </w:r>
    </w:p>
    <w:p>
      <w:r>
        <w:rPr>
          <w:rFonts w:ascii="Gentium Plus" w:hAnsi="Gentium Plus"/>
          <w:sz w:val="24"/>
        </w:rPr>
        <w:t>μευσεν αὐτοὺς ἐπαίρων πᾶσαν τὴν περιουσίαν αὐτῶν καὶ τοὺς διαφέροντας αὐτοῖς ἐν Ἀντιοχείᾳ οἴκους ἐτίτλωσεν, ἅτινα οἰκή‐ ματα ἐκλήθη τὰ βασιλικὰ ἐξ ἐκείνου ἐν τῇ αὐτῇ Ἀντιοχείᾳ τῆς Συρίας, ἀγαγὼν καὶ αὐτοὺς σιδηροδεσμίους, διότι οὔτε τὴν τα‐ ραχὴν τῆς πόλεως ἔπαυσαν οὔτε τῷ ἱερεῖ Φινεὲς πορθοῦντι τὴν</w:t>
      </w:r>
    </w:p>
    <w:p>
      <w:r>
        <w:rPr>
          <w:rFonts w:ascii="Courier New" w:hAnsi="Courier New"/>
          <w:color w:val="555555"/>
          <w:sz w:val="20"/>
        </w:rPr>
        <w:t>[15]</w:t>
      </w:r>
    </w:p>
    <w:p>
      <w:r>
        <w:rPr>
          <w:rFonts w:ascii="Gentium Plus" w:hAnsi="Gentium Plus"/>
          <w:sz w:val="24"/>
        </w:rPr>
        <w:t>πόλιν ἀντέστησαν. Ἔπεμψε δὲ καὶ ἐν Τιβεριάδι πόλει τῆς Παλαιστίνης, καὶ πα‐ ρέλαβε τὸν αὐτὸν Φινεές, ἱερέα τῶν Ἰουδαίων, καὶ ἀπεκεφάλισεν αὐτὸν ὡς τύραννον, καὶ πολλοὺς Ἰουδαίους καὶ Γαλιλαίους ἀπώ‐ λεσε. καὶ τὴν κεφαλὴν δὲ τοῦ ἱερέως Φινεὲς ἐκόντευσεν ἔξω τῆς</w:t>
      </w:r>
    </w:p>
    <w:p>
      <w:r>
        <w:rPr>
          <w:rFonts w:ascii="Courier New" w:hAnsi="Courier New"/>
          <w:color w:val="555555"/>
          <w:sz w:val="20"/>
        </w:rPr>
        <w:t>[20]</w:t>
      </w:r>
    </w:p>
    <w:p>
      <w:r>
        <w:rPr>
          <w:rFonts w:ascii="Gentium Plus" w:hAnsi="Gentium Plus"/>
          <w:sz w:val="24"/>
        </w:rPr>
        <w:t>πόλεως Ἀντιοχείας πέραν τοῦ Ὀρέντου ποταμοῦ, καὶ τὰ καυθέν‐ τα ἐν τῇ πόλει ἀνενέωσε πέμψας χρήματα.</w:t>
      </w:r>
    </w:p>
    <w:p>
      <w:r>
        <w:rPr>
          <w:rFonts w:ascii="Courier New" w:hAnsi="Courier New"/>
          <w:color w:val="555555"/>
          <w:sz w:val="20"/>
        </w:rPr>
        <w:t>[Chron . 246]</w:t>
      </w:r>
    </w:p>
    <w:p>
      <w:r>
        <w:rPr>
          <w:rFonts w:ascii="Gentium Plus" w:hAnsi="Gentium Plus"/>
          <w:sz w:val="24"/>
        </w:rPr>
        <w:t>τῷ παλατίῳ ὑπὸ τῶν ἰδίων σπαθαρίων τῶν κουβικουλαρίων εὐ‐ νούχων κατὰ γνώμην τῆς συγκλήτου, ὢν ἐτῶν λθʹ. Μετὰ δὲ τὴν βασιλείαν Γαΐου Καίσαρος ἐβασίλευσε Κλαύ‐ διος Καῖσαρ ὁ Γερμανικὸς ἐπὶ τῆς ὑπατείας Κασίου καὶ Σόλω‐</w:t>
      </w:r>
    </w:p>
    <w:p>
      <w:r>
        <w:rPr>
          <w:rFonts w:ascii="Courier New" w:hAnsi="Courier New"/>
          <w:color w:val="555555"/>
          <w:sz w:val="20"/>
        </w:rPr>
        <w:t>[5]</w:t>
      </w:r>
    </w:p>
    <w:p>
      <w:r>
        <w:rPr>
          <w:rFonts w:ascii="Gentium Plus" w:hAnsi="Gentium Plus"/>
          <w:sz w:val="24"/>
        </w:rPr>
        <w:t>νος. ἐβασίλευσε δὲ ὁ αὐτὸς Κλαύδιος Καῖσαρ ἔτη ιδʹ καὶ μῆ‐ νας θʹ. ἦν δὲ κονδοειδής, εὔογκος, γλαυκόφθαλμος, μιξοπό‐ λιος, λευκός, μάκροψις, γαληνότατος. ἔκτισε δὲ πόλιν, ἣν ἐκά‐ λεσεν εἰς ἴδιον ὄνομα Κλαυδιούπολιν. ἔκτισε δὲ καὶ Βρεττανίαν πόλιν πλησίον τοῦ Ὠκεανοῦ.</w:t>
      </w:r>
    </w:p>
    <w:p>
      <w:r>
        <w:rPr>
          <w:rFonts w:ascii="Courier New" w:hAnsi="Courier New"/>
          <w:color w:val="555555"/>
          <w:sz w:val="20"/>
        </w:rPr>
        <w:t>[10]</w:t>
      </w:r>
    </w:p>
    <w:p>
      <w:r>
        <w:rPr>
          <w:rFonts w:ascii="Gentium Plus" w:hAnsi="Gentium Plus"/>
          <w:sz w:val="24"/>
        </w:rPr>
        <w:t>Ὁ δὲ αὐτὸς Κλαύδιος βασιλεὺς καὶ τῇ δημοκρατίᾳ τῶν Πρα‐ σίνων κατάστασιν ἔδωκεν. ἐπὶ δὲ τῆς αὐτοῦ βασιλείας ἔπαθεν ὑπὸ θεομηνίας ἡ Ἔφεσος καὶ ἡ Σμύρνα καὶ πολλαὶ ἄλλαι πόλεις τῆς Ἀσίας, αἷστισιν ἐχαρίσατο πολλὰ εἰς ἀνανέωσιν. ἐσείσθη δὲ τότε καὶ ἡ μεγάλη Ἀντιόχεια πόλις, καὶ διεῤῥάγη ὁ ναὸς τῆς</w:t>
      </w:r>
    </w:p>
    <w:p>
      <w:r>
        <w:rPr>
          <w:rFonts w:ascii="Courier New" w:hAnsi="Courier New"/>
          <w:color w:val="555555"/>
          <w:sz w:val="20"/>
        </w:rPr>
        <w:t>[15]</w:t>
      </w:r>
    </w:p>
    <w:p>
      <w:r>
        <w:rPr>
          <w:rFonts w:ascii="Gentium Plus" w:hAnsi="Gentium Plus"/>
          <w:sz w:val="24"/>
        </w:rPr>
        <w:t>Ἀρτέμιδος καὶ τοῦ Ἄρεως καὶ τοῦ Ἡρακλέος καὶ οἶκοι φανεροὶ ἔπεσαν. ὁ δὲ αὐτὸς βασιλεὺς Κλαύδιος ἐκούφισεν ἀπὸ τῶν συν‐ εργιῶν, ἤτοι συστημάτων, τῆς Ἀντιοχέων πόλεως τῆς Συρίας τὴν λειτουργίαν ἣν παρεῖχον ὑπὲρ καπνοῦ, εἰς ἀνανέωσιν τῶν ὑπορό‐ φων ἐμβόλων αὐτῆς τῶν κτισθέντων ὑπὸ Τιβερίου Καίσαρος.</w:t>
      </w:r>
    </w:p>
    <w:p>
      <w:r>
        <w:rPr>
          <w:rFonts w:ascii="Courier New" w:hAnsi="Courier New"/>
          <w:color w:val="555555"/>
          <w:sz w:val="20"/>
        </w:rPr>
        <w:t>[20]</w:t>
      </w:r>
    </w:p>
    <w:p>
      <w:r>
        <w:rPr>
          <w:rFonts w:ascii="Gentium Plus" w:hAnsi="Gentium Plus"/>
          <w:sz w:val="24"/>
        </w:rPr>
        <w:t>Ἐν δὲ ταῖς ἀρχαῖς τῆς βασιλείας τοῦ αὐτοῦ Κλαυδίου Καίσα‐ ρος μετὰ τὸ ἀναληφθῆναι τὸν κύριον ἡμῶν καὶ θεὸν Ἰησοῦν Χριστὸν μετὰ ἔτη δέκα πρῶτος μετὰ τὸν ἅγιον Πέτρον τὸν ἀπό‐</w:t>
      </w:r>
    </w:p>
    <w:p>
      <w:r>
        <w:rPr>
          <w:rFonts w:ascii="Courier New" w:hAnsi="Courier New"/>
          <w:color w:val="555555"/>
          <w:sz w:val="20"/>
        </w:rPr>
        <w:t>[Chron . 247]</w:t>
      </w:r>
    </w:p>
    <w:p>
      <w:r>
        <w:rPr>
          <w:rFonts w:ascii="Gentium Plus" w:hAnsi="Gentium Plus"/>
          <w:sz w:val="24"/>
        </w:rPr>
        <w:t>πόλεως τῆς Συρίας ἔλαβεν Εὔοδος γενόμενος πατριάρχης. καὶ ἐπὶ αὐτοῦ χριστιανοὶ ὠνομάσθησαν τοῦ αὐτοῦ ἐπισκόπου Εὐόδου προσομιλήσαντος αὐτοῖς καὶ ἐπιθήσαντος αὐτοῖς τὸ ὄνομα τοῦτο. πρῴην γὰρ Ναζωραῖοι [ἐκαλοῦντο] καὶ Γαλιλαῖοι ἐκαλοῦντο οἱ</w:t>
      </w:r>
    </w:p>
    <w:p>
      <w:r>
        <w:rPr>
          <w:rFonts w:ascii="Courier New" w:hAnsi="Courier New"/>
          <w:color w:val="555555"/>
          <w:sz w:val="20"/>
        </w:rPr>
        <w:t>[5]</w:t>
      </w:r>
    </w:p>
    <w:p>
      <w:r>
        <w:rPr>
          <w:rFonts w:ascii="Gentium Plus" w:hAnsi="Gentium Plus"/>
          <w:sz w:val="24"/>
        </w:rPr>
        <w:t>χριστιανοί. Τῷ δὲ ὀγδόῳ ἔτει τῆς βασιλείας τοῦ αὐτοῦ Κλαυδίου Καίσα‐ ρος διωγμὸν μέγαν ἐποίησαν οἱ Ἰουδαῖοι κατὰ τῶν ἀποστόλων καὶ τῶν μαθητῶν αὐτῶν καὶ τυραννίδα κατὰ Ῥωμαίων ἐμελέ‐ τουν. ὅθεν πρῶτος ἐπέμφθη κατ’ αὐτῶν χιλίαρχος ὀνόματι Φῆ‐</w:t>
      </w:r>
    </w:p>
    <w:p>
      <w:r>
        <w:rPr>
          <w:rFonts w:ascii="Courier New" w:hAnsi="Courier New"/>
          <w:color w:val="555555"/>
          <w:sz w:val="20"/>
        </w:rPr>
        <w:t>[10]</w:t>
      </w:r>
    </w:p>
    <w:p>
      <w:r>
        <w:rPr>
          <w:rFonts w:ascii="Gentium Plus" w:hAnsi="Gentium Plus"/>
          <w:sz w:val="24"/>
        </w:rPr>
        <w:t>στος· καὶ ἐξ ἐκείνου ὄλεθρος αὐτοῖς ἐγένετο. καὶ ἄρχοντα γὰρ προεχειρίσατο αὐτοῖς ὁ αὐτὸς Κλαύδιος βασιλεὺς Φήλικα ὀνό‐ ματι, ταράσσοντα αὐτούς. Μετὰ δὲ ιηʹ ἔτη τοῦ ἀναληφθῆναι ἐν τοῖς οὐρανοῖς τὸν κύ‐ ριον ἡμῶν καὶ θεὸν Ἰησοῦν Χριστόν, ἐν τῇ ἑορτῇ τῆς πεντηκο‐</w:t>
      </w:r>
    </w:p>
    <w:p>
      <w:r>
        <w:rPr>
          <w:rFonts w:ascii="Courier New" w:hAnsi="Courier New"/>
          <w:color w:val="555555"/>
          <w:sz w:val="20"/>
        </w:rPr>
        <w:t>[15]</w:t>
      </w:r>
    </w:p>
    <w:p>
      <w:r>
        <w:rPr>
          <w:rFonts w:ascii="Gentium Plus" w:hAnsi="Gentium Plus"/>
          <w:sz w:val="24"/>
        </w:rPr>
        <w:t>στῆς τῶν αὐτῶν Ἰουδαίων, οἱ ἱερεῖς ἐν τῇ αὐτῇ ἡμέρᾳ ἤκουσαν φωνῆς ἀνθρωπίνης λεγούσης ἀπὸ τοῦ ἐσωτέρου ἱεροῦ τοῦ λεγομέ‐ νου ἅγιον τῶν ἁγίων, Μεθιστάμεθα ἐντεῦθεν. τὴν δὲ φωνὴν ταύ‐ την τρίτον ῥηθεῖσαν ἤκουσαν, ὡς θυσιάζουσιν, οἱ αὐτοὶ ἱερεῖς, καὶ ἐγνώσθη τοῦτο παντὶ τῷ ἔθνει. καὶ ἐξ ἐκείνου ὄλεθρος ἤρξατο</w:t>
      </w:r>
    </w:p>
    <w:p>
      <w:r>
        <w:rPr>
          <w:rFonts w:ascii="Courier New" w:hAnsi="Courier New"/>
          <w:color w:val="555555"/>
          <w:sz w:val="20"/>
        </w:rPr>
        <w:t>[20]</w:t>
      </w:r>
    </w:p>
    <w:p>
      <w:r>
        <w:rPr>
          <w:rFonts w:ascii="Gentium Plus" w:hAnsi="Gentium Plus"/>
          <w:sz w:val="24"/>
        </w:rPr>
        <w:t>τοῖς Ἰουδαίοις, καθὼς Ἰώσηπος ὁ Ἑβραίων φιλόσοφος ταῦτα</w:t>
      </w:r>
    </w:p>
    <w:p>
      <w:r>
        <w:rPr>
          <w:rFonts w:ascii="Courier New" w:hAnsi="Courier New"/>
          <w:color w:val="555555"/>
          <w:sz w:val="20"/>
        </w:rPr>
        <w:t>[Chron . 248]</w:t>
      </w:r>
    </w:p>
    <w:p>
      <w:r>
        <w:rPr>
          <w:rFonts w:ascii="Gentium Plus" w:hAnsi="Gentium Plus"/>
          <w:sz w:val="24"/>
        </w:rPr>
        <w:t>Ἰησοῦν, ὃς ἦν ἄνθρωπος ἀγαθὸς καὶ δίκαιος, εἴπερ ἄρα τὸν τοιοῦ‐ τον ἄνθρωπον δεῖ λέγειν καὶ μὴ θεόν, οὐκ ἐξέλειψεν ὀδύνη ἐκ τῆς Ἰουδαίας χώρας. ταῦτα ἐν τοῖς Ἰουδαϊκοῖς συγγράμμασιν αὐτοῦ ἐξέθετο ὁ αὐτὸς Ἰώσηπος Ἰουδαίοις.</w:t>
      </w:r>
    </w:p>
    <w:p>
      <w:r>
        <w:rPr>
          <w:rFonts w:ascii="Courier New" w:hAnsi="Courier New"/>
          <w:color w:val="555555"/>
          <w:sz w:val="20"/>
        </w:rPr>
        <w:t>[5]</w:t>
      </w:r>
    </w:p>
    <w:p>
      <w:r>
        <w:rPr>
          <w:rFonts w:ascii="Gentium Plus" w:hAnsi="Gentium Plus"/>
          <w:sz w:val="24"/>
        </w:rPr>
        <w:t>Ἐπὶ δὲ τῆς βασιλείας τοῦ αὐτοῦ Κλαυδίου οἱ αὐτοὶ Ἀντιο‐ χεῖς κτήτορες καὶ πολῖται ἀναφορὰν ἔπεμψαν, δεόμενοι ὥστε πα‐ ρασχεθῆναι αὐτοῖς ἀπὸ θείας αὐτοῦ κελεύσεως ἀγορασθῆναι τὰ Ὀλύμπια ἀπὸ τῶν Πισαίων τῆς Ἑλλάδος χώρας ἀπὸ τῶν ἐτησίων προσόδων τῶν ἐαθέντων χρημάτων παρὰ Σωσιβίου τινὸς συγ‐</w:t>
      </w:r>
    </w:p>
    <w:p>
      <w:r>
        <w:rPr>
          <w:rFonts w:ascii="Courier New" w:hAnsi="Courier New"/>
          <w:color w:val="555555"/>
          <w:sz w:val="20"/>
        </w:rPr>
        <w:t>[10]</w:t>
      </w:r>
    </w:p>
    <w:p>
      <w:r>
        <w:rPr>
          <w:rFonts w:ascii="Gentium Plus" w:hAnsi="Gentium Plus"/>
          <w:sz w:val="24"/>
        </w:rPr>
        <w:t>κλητικοῦ, συμπολίτου αὐτῶν. καὶ παρέσχεν αὐτοῖς ἀγοράσαι τὰ Ὀλύμπια ὁ αὐτὸς Κλαύδιος βασιλεύς, ἔτους χρηματίζοντος κατὰ τοὺς Ἀντιοχεῖς Σύρους ϟβʹ. τοῦτο δὲ ἐποίησαν οἱ αὐτοὶ Ἀντιο‐ χεῖς λυπηθέντες πρὸς τοὺς πολιτευομένους τῆς αὐτῆς πόλεως διὰ τὰς προσόδους τὰς προειρημένας, παρὰ Σωσιβίου ἐαθείσας τῇ πό‐</w:t>
      </w:r>
    </w:p>
    <w:p>
      <w:r>
        <w:rPr>
          <w:rFonts w:ascii="Courier New" w:hAnsi="Courier New"/>
          <w:color w:val="555555"/>
          <w:sz w:val="20"/>
        </w:rPr>
        <w:t>[15]</w:t>
      </w:r>
    </w:p>
    <w:p>
      <w:r>
        <w:rPr>
          <w:rFonts w:ascii="Gentium Plus" w:hAnsi="Gentium Plus"/>
          <w:sz w:val="24"/>
        </w:rPr>
        <w:t>λει αὐτῶν· περὶ οὗ Σωσιβίου ὁ σοφὸς χρονογράφος Παυσανίας ἐξέθετο ὅτι εἴασε τελευτῶν κατὰ διαθήκας τῇ τῶν Ἀντιοχέων με‐ γάλῃ πόλει Σωσίβιός τις ἐτησίαν πρόσοδον χρυσίου τάλαντα δε‐ καπέντε· ἅτινα ἐν τοῖς ἀνωτέρω χρόνοις τοῦ Αὐγούστου Ὀκτα‐ βιανοῦ προγέγραπται. τὰ δὲ τῆς προσόδου εἰάθη εἰς τὸ ἐπιτε‐</w:t>
      </w:r>
    </w:p>
    <w:p>
      <w:r>
        <w:rPr>
          <w:rFonts w:ascii="Courier New" w:hAnsi="Courier New"/>
          <w:color w:val="555555"/>
          <w:sz w:val="20"/>
        </w:rPr>
        <w:t>[20]</w:t>
      </w:r>
    </w:p>
    <w:p>
      <w:r>
        <w:rPr>
          <w:rFonts w:ascii="Gentium Plus" w:hAnsi="Gentium Plus"/>
          <w:sz w:val="24"/>
        </w:rPr>
        <w:t>λεῖσθαι τοῖς αὐτοῖς συμπολίταις κατὰ πενταετῆ χρόνον πολύτρο‐ πον θέαν ἐπὶ ἡμέρας λʹ μηνὶ ὑπερβερεταίῳ τῷ καὶ ὀκτωβρίῳ</w:t>
      </w:r>
    </w:p>
    <w:p>
      <w:r>
        <w:rPr>
          <w:rFonts w:ascii="Courier New" w:hAnsi="Courier New"/>
          <w:color w:val="555555"/>
          <w:sz w:val="20"/>
        </w:rPr>
        <w:t>[Chron . 249]</w:t>
      </w:r>
    </w:p>
    <w:p>
      <w:r>
        <w:rPr>
          <w:rFonts w:ascii="Gentium Plus" w:hAnsi="Gentium Plus"/>
          <w:sz w:val="24"/>
        </w:rPr>
        <w:t>πικῶν καὶ μονομάχων. καὶ τὰς μὲν ἀρχὰς ἐπετέλεσαν οἱ αὐτοὶ πολιτευόμενοι, μετὰ δὲ ταῦτα ὑπερετίθεντο τὰς προσόδους ἀπο‐ κερδαίνοντες, ἀπὸ θείας κελεύσεως οἱ αὐτοὶ πολιτευόμενοι Ἀν‐ τιοχείας μετὰ καὶ τῶν κτητόρων ἠγόρασαν τὰ Ὀλύμπια ἀπὸ τῶν</w:t>
      </w:r>
    </w:p>
    <w:p>
      <w:r>
        <w:rPr>
          <w:rFonts w:ascii="Courier New" w:hAnsi="Courier New"/>
          <w:color w:val="555555"/>
          <w:sz w:val="20"/>
        </w:rPr>
        <w:t>[5]</w:t>
      </w:r>
    </w:p>
    <w:p>
      <w:r>
        <w:rPr>
          <w:rFonts w:ascii="Gentium Plus" w:hAnsi="Gentium Plus"/>
          <w:sz w:val="24"/>
        </w:rPr>
        <w:t>Πισαίων. καὶ ᾔτησαν οἱ αὐτοὶ βουλευταὶ τοὺς τῆς πόλεως πάν‐ τας, ὡς ἂν ἕτοιμοι ὄντες ἐνδοῦναι αὐτοῖς ἐν τῷ τέως τὴν τῶν Ὀλυμπίων ἑορτὴν ἐπιτελεῖσθαι αὐτοῖς. καὶ πεισθέντων τῶν κτη‐ τόρων καὶ τοῦ δήμου παντὸς καὶ τῶν ἱερέων, ἐνεδόθη αὐτοῖς· καὶ ἐπετέλεσαν οἱ αὐτοὶ πολιτευόμενοι κατὰ τὸ πρῴην ἔθος πάλιν</w:t>
      </w:r>
    </w:p>
    <w:p>
      <w:r>
        <w:rPr>
          <w:rFonts w:ascii="Courier New" w:hAnsi="Courier New"/>
          <w:color w:val="555555"/>
          <w:sz w:val="20"/>
        </w:rPr>
        <w:t>[10]</w:t>
      </w:r>
    </w:p>
    <w:p>
      <w:r>
        <w:rPr>
          <w:rFonts w:ascii="Gentium Plus" w:hAnsi="Gentium Plus"/>
          <w:sz w:val="24"/>
        </w:rPr>
        <w:t>τὸν τῶν σκηνικῶν καὶ ἀθλητῶν, θυμελικῶν καὶ τραγικῶν καὶ ἱπ‐ πικῶν ἀγῶνα, καὶ λοιπὸν τὰς λʹ ἡμέρας ἀπὸ τῆς νεομηνίας τοῦ ὑπερβερεταίου μηνὸς κατὰ πέντε ἔτη ἕως τοῦ καιροῦ τοῦ πενταε‐ τοῦς φθάσαντος. Καὶ πάλιν εὑρίσκοντες ἀφορμὴν εὔλογον οἱ αὐτοὶ πολιτευό‐</w:t>
      </w:r>
    </w:p>
    <w:p>
      <w:r>
        <w:rPr>
          <w:rFonts w:ascii="Courier New" w:hAnsi="Courier New"/>
          <w:color w:val="555555"/>
          <w:sz w:val="20"/>
        </w:rPr>
        <w:t>[15]</w:t>
      </w:r>
    </w:p>
    <w:p>
      <w:r>
        <w:rPr>
          <w:rFonts w:ascii="Gentium Plus" w:hAnsi="Gentium Plus"/>
          <w:sz w:val="24"/>
        </w:rPr>
        <w:t>μενοι, διαφόρων πολέμων κινηθέντων ἐν τῇ ἀνατολῇ, οὐ μὴν ἀλ‐ λὰ καὶ τῆς αὐτῆς πόλεως Ἀντιοχείας ληφθείσης ὑπὸ ἐναντίων, ὡσαύτως δὲ καὶ θεομηνίας γενομένης καὶ διαφόρων σεισμῶν καὶ ἐμπρησμῶν, ἀνεβάλοντο καὶ τὴν κατὰ πενταετῆ χρόνον πάλιν ἐπι‐ τελεῖν αὐτοῖς πολύτροπον ἀγῶνος θέαν, ἀλλ’ ἐπετέλεσαν ἄλλας</w:t>
      </w:r>
    </w:p>
    <w:p>
      <w:r>
        <w:rPr>
          <w:rFonts w:ascii="Courier New" w:hAnsi="Courier New"/>
          <w:color w:val="555555"/>
          <w:sz w:val="20"/>
        </w:rPr>
        <w:t>[20]</w:t>
      </w:r>
    </w:p>
    <w:p>
      <w:r>
        <w:rPr>
          <w:rFonts w:ascii="Gentium Plus" w:hAnsi="Gentium Plus"/>
          <w:sz w:val="24"/>
        </w:rPr>
        <w:t>διαφόρους περιόδους ἓξ τὴν αὐτὴν προειρημένην πανήγυριν δι’ ἐνιαυτῶν ιεʹ ἢ καὶ κʹ, ὡς ἐὰν αὐτοῖς ἔδοξε μετὰ τὸ τὴν πόλιν</w:t>
      </w:r>
    </w:p>
    <w:p>
      <w:r>
        <w:rPr>
          <w:rFonts w:ascii="Courier New" w:hAnsi="Courier New"/>
          <w:color w:val="555555"/>
          <w:sz w:val="20"/>
        </w:rPr>
        <w:t>[Chron . 250]</w:t>
      </w:r>
    </w:p>
    <w:p>
      <w:r>
        <w:rPr>
          <w:rFonts w:ascii="Gentium Plus" w:hAnsi="Gentium Plus"/>
          <w:sz w:val="24"/>
        </w:rPr>
        <w:t>Τῷ δὲ ιγʹ ἔτει τῆς βασιλείας τοῦ αὐτοῦ Κλαυδίου Καίσαρος ἔπαθεν ὑπὸ θεομηνίας ἡ Κρήτη νῆσος πᾶσα· ἐν οἷς χρόνοις ηὑ‐ ρέθη ἐν τῷ μνήματι τοῦ Δίκτυος ἐν κασσιτερίνῳ κιβωτίῳ ἡ ἔκθεσις τοῦ Τρωικοῦ πολέμου μετὰ ἀληθείας παρ’ αὐτοῦ συγγρα‐</w:t>
      </w:r>
    </w:p>
    <w:p>
      <w:r>
        <w:rPr>
          <w:rFonts w:ascii="Courier New" w:hAnsi="Courier New"/>
          <w:color w:val="555555"/>
          <w:sz w:val="20"/>
        </w:rPr>
        <w:t>[5]</w:t>
      </w:r>
    </w:p>
    <w:p>
      <w:r>
        <w:rPr>
          <w:rFonts w:ascii="Gentium Plus" w:hAnsi="Gentium Plus"/>
          <w:sz w:val="24"/>
        </w:rPr>
        <w:t>φεῖσα πᾶσα. ἔκειτο δὲ προσκέφαλα τοῦ λειψάνου τοῦ Δίκτυος· καὶ νομίσαντες τὸ αὐτὸ κιβώτιον θησαυρὸν εἶναι προσήνεγκαν αὐτὸ τῷ βασιλεῖ Κλαυδίῳ· καὶ ἐκέλευσε μετὰ τὸ ἀνοῖξαι καὶ γνῶ‐ ναι τί ἐστι μεταγραφῆναι αὐτὰ καὶ ἐν τῇ δημοσίᾳ βιβλιοθήκῃ ἀποτεθῆναι αὐτά.</w:t>
      </w:r>
    </w:p>
    <w:p>
      <w:r>
        <w:rPr>
          <w:rFonts w:ascii="Courier New" w:hAnsi="Courier New"/>
          <w:color w:val="555555"/>
          <w:sz w:val="20"/>
        </w:rPr>
        <w:t>[10]</w:t>
      </w:r>
    </w:p>
    <w:p>
      <w:r>
        <w:rPr>
          <w:rFonts w:ascii="Gentium Plus" w:hAnsi="Gentium Plus"/>
          <w:sz w:val="24"/>
        </w:rPr>
        <w:t>Καὶ ἐτελεύτα ὁ Κλαύδιος πολλὰ ἐν τῇ Κρήτῃ χαρισάμενος εἰς ἐπανόρθωσιν. ἐτελεύτησεν οὖν ὁ αὐτὸς Κλαύδιος ἰδίῳ θανάτῳ ἐν τῷ παλατίῳ, ἀῤῥωστήσας ἡμέρας δύο, ὢν ἐνιαυτῶν ξεʹ. Μετὰ δὲ τὴν βασιλείαν Κλαυδίου Καίσαρος ἐβασίλευσε Νέ‐ ρων ὁ υἱὸς αὐτοῦ ἐπὶ τῆς ὑπατείας Σιλουανοῦ καὶ Ἀντωνίνου·</w:t>
      </w:r>
    </w:p>
    <w:p>
      <w:r>
        <w:rPr>
          <w:rFonts w:ascii="Courier New" w:hAnsi="Courier New"/>
          <w:color w:val="555555"/>
          <w:sz w:val="20"/>
        </w:rPr>
        <w:t>[15]</w:t>
      </w:r>
    </w:p>
    <w:p>
      <w:r>
        <w:rPr>
          <w:rFonts w:ascii="Gentium Plus" w:hAnsi="Gentium Plus"/>
          <w:sz w:val="24"/>
        </w:rPr>
        <w:t>ὅστις ἐβασίλευσεν ἔτη ιγʹ καὶ μῆνας δύο. ἦν δὲ μακρός, λε‐ πτός, εὔμορφος, εὔρινος, ἀνθηροπρόσωπος, μεγαλόφθαλμος, ἁπλόθριξ, ὁλοπόλιος, δασυπώγων, εὔτακτος. ἢ μόνον δὲ ἐβα‐ σίλευσε ἐξεζήτησε τὰ περὶ τοῦ Ἰησοῦ· καὶ ἀγνοήσας ὅτι ἐσταυρώ‐ θη ἐζήτησεν αὐτὸν ἀνενέγκαι ἐν Ῥώμῃ, ὡς φιλόσοφον μέγαν καὶ</w:t>
      </w:r>
    </w:p>
    <w:p>
      <w:r>
        <w:rPr>
          <w:rFonts w:ascii="Courier New" w:hAnsi="Courier New"/>
          <w:color w:val="555555"/>
          <w:sz w:val="20"/>
        </w:rPr>
        <w:t>[20]</w:t>
      </w:r>
    </w:p>
    <w:p>
      <w:r>
        <w:rPr>
          <w:rFonts w:ascii="Gentium Plus" w:hAnsi="Gentium Plus"/>
          <w:sz w:val="24"/>
        </w:rPr>
        <w:t>θαύματα ποιοῦντα· ἤκουσε γὰρ πρὸ τοῦ βασιλεῦσαι περὶ αὐτοῦ τοιαῦτα. θέλων δὲ ἐπερωτῆσαι αὐτόν τινα ἐζήτει ἀναγάγαι αὐ‐</w:t>
      </w:r>
    </w:p>
    <w:p>
      <w:r>
        <w:rPr>
          <w:rFonts w:ascii="Courier New" w:hAnsi="Courier New"/>
          <w:color w:val="555555"/>
          <w:sz w:val="20"/>
        </w:rPr>
        <w:t>[Chron . 251]</w:t>
      </w:r>
    </w:p>
    <w:p>
      <w:r>
        <w:rPr>
          <w:rFonts w:ascii="Gentium Plus" w:hAnsi="Gentium Plus"/>
          <w:sz w:val="24"/>
        </w:rPr>
        <w:t>νων Ἐπικουρείων, ὅ ἐστι τῶν αὐτοματιστῶν τῶν λεγόντων ἀπρο‐ νόητα εἶναι τὰ πάντα. καὶ μαθὼν ὁ αὐτὸς βασιλεὺς Νέρων ὅτι πρὸ πολλοῦ χρόνου ἐσταύρωσαν αὐτὸν οἱ Ἰουδαῖοι ζήλῳ φερόμε‐ νοι καὶ μόνον ἐν μηδενὶ μεμφθέντα, ἠγανάκτησε· καὶ ἐκέλευσε, καὶ</w:t>
      </w:r>
    </w:p>
    <w:p>
      <w:r>
        <w:rPr>
          <w:rFonts w:ascii="Courier New" w:hAnsi="Courier New"/>
          <w:color w:val="555555"/>
          <w:sz w:val="20"/>
        </w:rPr>
        <w:t>[5]</w:t>
      </w:r>
    </w:p>
    <w:p>
      <w:r>
        <w:rPr>
          <w:rFonts w:ascii="Gentium Plus" w:hAnsi="Gentium Plus"/>
          <w:sz w:val="24"/>
        </w:rPr>
        <w:t>ἀνηνέχθησαν ἐν τῇ Ῥώμῃ διὰ Μαξίμου ὅ τε Ἄννας καὶ Καϊάφας. καὶ Πιλᾶτον δὲ οἰκοῦντα τὴν Παλαιστίνην μετὰ διαδοχὰς τῆς ἀρ‐ χῆς αὐτοῦ ἀνήγαγε διὰ Μάξιμον. πολλὰ δὲ εἰπόντες περὶ τοῦ Πι‐ λάτου κακὰ οἱ περὶ τὸν Ἄνναν καὶ Καϊάφαν ἐδίδασκον καὶ τοῦτο, ὅτι Ἡμεῖς τοῖς νόμοις αὐτὸν παρεδώκαμεν. καὶ πολλοῖς παρα‐</w:t>
      </w:r>
    </w:p>
    <w:p>
      <w:r>
        <w:rPr>
          <w:rFonts w:ascii="Courier New" w:hAnsi="Courier New"/>
          <w:color w:val="555555"/>
          <w:sz w:val="20"/>
        </w:rPr>
        <w:t>[10]</w:t>
      </w:r>
    </w:p>
    <w:p>
      <w:r>
        <w:rPr>
          <w:rFonts w:ascii="Gentium Plus" w:hAnsi="Gentium Plus"/>
          <w:sz w:val="24"/>
        </w:rPr>
        <w:t>σχόντες χρήματα οἱ περὶ τὸν Ἄνναν καὶ Καϊάφαν κατορθώσαντες ἀπελύθησαν. Ἐν δὲ τοῖς χρόνοις τῆς βασιλείας τοῦ αὐτοῦ Νέρωνος ὁ ἅγιος Παῦλος ἀπῆλθεν ἐν Ἀθήναις τῇ πόλει τῆς Ἑλλάδος· καὶ ηὗρεν ἐκεῖ φιλόσοφον ὀνόματι Διονύσιον τὸν Ἀρεοπαγίτην τὸν Ἀθηναῖον</w:t>
      </w:r>
    </w:p>
    <w:p>
      <w:r>
        <w:rPr>
          <w:rFonts w:ascii="Courier New" w:hAnsi="Courier New"/>
          <w:color w:val="555555"/>
          <w:sz w:val="20"/>
        </w:rPr>
        <w:t>[15]</w:t>
      </w:r>
    </w:p>
    <w:p>
      <w:r>
        <w:rPr>
          <w:rFonts w:ascii="Gentium Plus" w:hAnsi="Gentium Plus"/>
          <w:sz w:val="24"/>
        </w:rPr>
        <w:t>τὸν περιβόητον, βρύοντα φιλοσοφίας διδάγματα· ὃς ἐξέθετο περὶ τοῦ ἡλίου ὅτι ἀπὸ τῆς ἀποῤῥοίας τοῦ φωτὸς τοῦ θεοῦ ἐστι, καὶ ἄλλα τινὰ εἰπὼν περὶ τοῦ δημιουργήματος. ὅντινα ἑωρακὼς ὁ ἅγιος Παῦλος προσηγόρευσε, καὶ ἐπηρώτα τὸν ἅγιον Παῦλον ὁ Διονύσιος, Τίνα κηρύσσεις θεόν, σπερμολόγε; καὶ ἀκούσας τοῦ</w:t>
      </w:r>
    </w:p>
    <w:p>
      <w:r>
        <w:rPr>
          <w:rFonts w:ascii="Courier New" w:hAnsi="Courier New"/>
          <w:color w:val="555555"/>
          <w:sz w:val="20"/>
        </w:rPr>
        <w:t>[20]</w:t>
      </w:r>
    </w:p>
    <w:p>
      <w:r>
        <w:rPr>
          <w:rFonts w:ascii="Gentium Plus" w:hAnsi="Gentium Plus"/>
          <w:sz w:val="24"/>
        </w:rPr>
        <w:t>ἁγίου Παύλου ὁ αὐτὸς Διονύσιος διδάσκοντος αὐτὸν προσέπεσεν αὐτῷ, αἰτῶν αὐτὸν φωτισθῆναι καὶ γενέσθαι χριστιανόν. καὶ</w:t>
      </w:r>
    </w:p>
    <w:p>
      <w:r>
        <w:rPr>
          <w:rFonts w:ascii="Courier New" w:hAnsi="Courier New"/>
          <w:color w:val="555555"/>
          <w:sz w:val="20"/>
        </w:rPr>
        <w:t>[Chron . 252]</w:t>
      </w:r>
    </w:p>
    <w:p>
      <w:r>
        <w:rPr>
          <w:rFonts w:ascii="Gentium Plus" w:hAnsi="Gentium Plus"/>
          <w:sz w:val="24"/>
        </w:rPr>
        <w:t>κὼς ὁ ἅγιος Παῦλος τὸ θερμὸν τῆς πίστεως τοῦ αὐτοῦ Διονυσίου ἐποίησεν αὐτὸν ἐπίσκοπον ἐν τῇ χώρᾳ ἐκείνῃ· ὅστις Διονύσιος ὁ ἀπὸ φιλοσόφων καὶ βίβλους καθ’ Ἑλλήνων ἐξέθετο. ὁ δὲ ἅγιος Παῦλος ὑπέστρεψεν εἰς Ἱεροσόλυμα.</w:t>
      </w:r>
    </w:p>
    <w:p>
      <w:r>
        <w:rPr>
          <w:rFonts w:ascii="Courier New" w:hAnsi="Courier New"/>
          <w:color w:val="555555"/>
          <w:sz w:val="20"/>
        </w:rPr>
        <w:t>[5]</w:t>
      </w:r>
    </w:p>
    <w:p>
      <w:r>
        <w:rPr>
          <w:rFonts w:ascii="Gentium Plus" w:hAnsi="Gentium Plus"/>
          <w:sz w:val="24"/>
        </w:rPr>
        <w:t>Ἐπὶ δὲ τῆς βασιλείας τοῦ αὐτοῦ Νέρωνος ἀνῆλθεν ἐν Ῥώμῃ Σίμων τις ὀνόματι Αἰγύπτιος μάγος, ποιῶν διὰ γοητείας φαντα‐ σίας τινὰς καὶ λέγων ἑαυτὸν Χριστόν. ἀκούσας δὲ ὁ ἅγιος Πέ‐ τρος ὁ ἀπόστολος περὶ αὐτοῦ ἀνήρχετο ἐν τῇ Ῥώμῃ. ἐν τῷ δὲ ἀνιέναι αὐτὸν ἐν τῇ Ῥώμῃ διερχομένου αὐτοῦ δι’ Ἀντιοχείας τῆς</w:t>
      </w:r>
    </w:p>
    <w:p>
      <w:r>
        <w:rPr>
          <w:rFonts w:ascii="Courier New" w:hAnsi="Courier New"/>
          <w:color w:val="555555"/>
          <w:sz w:val="20"/>
        </w:rPr>
        <w:t>[10]</w:t>
      </w:r>
    </w:p>
    <w:p>
      <w:r>
        <w:rPr>
          <w:rFonts w:ascii="Gentium Plus" w:hAnsi="Gentium Plus"/>
          <w:sz w:val="24"/>
        </w:rPr>
        <w:t>μεγάλης συνέβη τελευτῆσαι Εὔοδον τὸν ἐπίσκοπον καὶ πατριάρ‐ χην Ἀντιοχείας· καὶ ἔλαβε τὸ σχῆμα τῆς ἐπισκοπῆς Ἀντιοχείας τῆς μεγάλης Ἰγνάτιος, τοῦ ἁγίου Πέτρου τοῦ ἀποστόλου χειροτο‐ νήσαντος. συνέβη δὲ ἐν τοῖς αὐτοῖς χρόνοις τελευτῆσαι καὶ Μάρ‐ κον τὸν ἀπόστολον ἐν Ἀλεξανδρείᾳ τῇ μεγάλῃ, ἐπίσκοπον ὄντα</w:t>
      </w:r>
    </w:p>
    <w:p>
      <w:r>
        <w:rPr>
          <w:rFonts w:ascii="Courier New" w:hAnsi="Courier New"/>
          <w:color w:val="555555"/>
          <w:sz w:val="20"/>
        </w:rPr>
        <w:t>[15]</w:t>
      </w:r>
    </w:p>
    <w:p>
      <w:r>
        <w:rPr>
          <w:rFonts w:ascii="Gentium Plus" w:hAnsi="Gentium Plus"/>
          <w:sz w:val="24"/>
        </w:rPr>
        <w:t>ἐκεῖ καὶ πατριάρχην. καὶ παρέλαβε τὴν ἐπισκοπὴν παρ’ αὐτοῦ Ἀνιανός, μαθητὴς αὐτοῦ, καθὼς ὁ σοφὸς Θεόφιλος ὁ χρονο‐ γράφος συνεγράψατο. Καταφθάσαντος δὲ τοῦ ἁγίου Πέτρου τοῦ ἀποστόλου τὴν Ῥώμην καὶ μαθόντος ποῦ μένει Σίμων ὁ μάγος, ἀπῆλθε πρὸς</w:t>
      </w:r>
    </w:p>
    <w:p>
      <w:r>
        <w:rPr>
          <w:rFonts w:ascii="Courier New" w:hAnsi="Courier New"/>
          <w:color w:val="555555"/>
          <w:sz w:val="20"/>
        </w:rPr>
        <w:t>[20]</w:t>
      </w:r>
    </w:p>
    <w:p>
      <w:r>
        <w:rPr>
          <w:rFonts w:ascii="Gentium Plus" w:hAnsi="Gentium Plus"/>
          <w:sz w:val="24"/>
        </w:rPr>
        <w:t>αὐτὸν ἔνθα κατέμεινε· καὶ ηὗρεν ἐκεῖ κύνα μέγαν ἐν τῷ πυλεῶνι ποιμενικόν, ὅπου κατέμεινε Σίμων ὁ μάγος, ἁλύσεσι δεδεμένον, ὅντινα ὁ Σίμων διὰ τὸν Πέτρον καὶ τοὺς θέλοντας ἀνιέναι πρὸς αὐτὸν ἐδέσμησεν εἰς τὸ μηδένα ὡς ἔτυχεν δίχα τοῦ τὸν Σίμωνα κελεύειν τῷ κυνὶ καὶ συγχωρεῖν τὸν κύνα παριέναι, οὓς ἠβούλετο</w:t>
      </w:r>
    </w:p>
    <w:p>
      <w:r>
        <w:rPr>
          <w:rFonts w:ascii="Courier New" w:hAnsi="Courier New"/>
          <w:color w:val="555555"/>
          <w:sz w:val="20"/>
        </w:rPr>
        <w:t>[25]</w:t>
      </w:r>
    </w:p>
    <w:p>
      <w:r>
        <w:rPr>
          <w:rFonts w:ascii="Gentium Plus" w:hAnsi="Gentium Plus"/>
          <w:sz w:val="24"/>
        </w:rPr>
        <w:t>ὁ Σίμων· καὶ τοῦτο ἦν πρῴην θαῦμα τῷ μέλλοντι ἀνιέναι πρὸς</w:t>
      </w:r>
    </w:p>
    <w:p>
      <w:r>
        <w:rPr>
          <w:rFonts w:ascii="Courier New" w:hAnsi="Courier New"/>
          <w:color w:val="555555"/>
          <w:sz w:val="20"/>
        </w:rPr>
        <w:t>[Chron . 253]</w:t>
      </w:r>
    </w:p>
    <w:p>
      <w:r>
        <w:rPr>
          <w:rFonts w:ascii="Gentium Plus" w:hAnsi="Gentium Plus"/>
          <w:sz w:val="24"/>
        </w:rPr>
        <w:t>τὸν αὐτὸν Σίμωνα. ὁ δὲ Πέτρος ἑωρακὼς τὸν κύνα οὕτω μέγαν καὶ φοβερόν, καὶ μαθὼν παρὰ τῶν ἑστηκότων ἔξω τοῦ αὐτοῦ πυλῶνος ὅτι εἰ μὴ κελεύσει ὁ Σίμων τῷ κυνί, οὐ συγχωρεῖ ὁ αὐ‐ τὸς κύων τινὰ ἀνελθεῖν, ἀλλ’ ἐπερχόμενος φονεύει τὸν πλησιά‐</w:t>
      </w:r>
    </w:p>
    <w:p>
      <w:r>
        <w:rPr>
          <w:rFonts w:ascii="Courier New" w:hAnsi="Courier New"/>
          <w:color w:val="555555"/>
          <w:sz w:val="20"/>
        </w:rPr>
        <w:t>[5]</w:t>
      </w:r>
    </w:p>
    <w:p>
      <w:r>
        <w:rPr>
          <w:rFonts w:ascii="Gentium Plus" w:hAnsi="Gentium Plus"/>
          <w:sz w:val="24"/>
        </w:rPr>
        <w:t>ζοντα αὐτῷ· κρατήσας οὖν ὁ Πέτρος τὴν ἅλυσιν τοῦ κυνὸς ἔλυ‐ σεν αὐτὸν καὶ εἶπεν αὐτῷ, Ἄνελθε πρὸς Σίμωνα καὶ εἰπὲ αὐτῷ ἀνθρωπίνῃ φωνῇ, Πέτρος ὁ δοῦλος τοῦ θεοῦ τοῦ ὑψίστου ἀνελ‐ θεῖν θέλει. ὁ δὲ αὐτὸς κύων ἀνῆλθεν εὐθέως δρομαίως· καὶ ἐν τῷ ἐκεῖνον διδάσκειν τινὰ μαγικὰ πλανήματα ἔστη ἐν μέσῳ ὁ</w:t>
      </w:r>
    </w:p>
    <w:p>
      <w:r>
        <w:rPr>
          <w:rFonts w:ascii="Courier New" w:hAnsi="Courier New"/>
          <w:color w:val="555555"/>
          <w:sz w:val="20"/>
        </w:rPr>
        <w:t>[10]</w:t>
      </w:r>
    </w:p>
    <w:p>
      <w:r>
        <w:rPr>
          <w:rFonts w:ascii="Gentium Plus" w:hAnsi="Gentium Plus"/>
          <w:sz w:val="24"/>
        </w:rPr>
        <w:t>κύων καὶ ἀνθρωπίνῃ φωνῇ λέγει τῷ Σίμωνι, Πέτρος ὁ δοῦλος τοῦ θεοῦ τοῦ ὑψίστου ἀνελθεῖν θέλει πρός σε. οἱ δὲ ἀκούσαν‐ τες τοῦ κυνὸς λαλοῦντος ἀνθρωπίνῃ φωνῇ, ἐθαύμασαν λέγοντες, Τίς ἐστι Πέτρος ἢ ἡ δύναμις αὐτοῦ Πέτρου οὗ εἶπεν ὁ κύων, ὅτι ἐποίησε τὸν κύνα ἀνθρωπιστὶ λαλῆσαι καὶ ποιῆσαι αὐτῷ τὴν ἀπό‐</w:t>
      </w:r>
    </w:p>
    <w:p>
      <w:r>
        <w:rPr>
          <w:rFonts w:ascii="Courier New" w:hAnsi="Courier New"/>
          <w:color w:val="555555"/>
          <w:sz w:val="20"/>
        </w:rPr>
        <w:t>[15]</w:t>
      </w:r>
    </w:p>
    <w:p>
      <w:r>
        <w:rPr>
          <w:rFonts w:ascii="Gentium Plus" w:hAnsi="Gentium Plus"/>
          <w:sz w:val="24"/>
        </w:rPr>
        <w:t>κρισιν. καὶ λέγει ὁ Σίμων τοῖς ἑστῶσι καὶ θαυμάζουσι τὸν Πέ‐ τρον τοῖς ἀνθρώποις, Τοῦτο ὑμᾶς μὴ ξενίσῃ· ἰδοὺ γὰρ κἀγὼ λέγω αὐτῷ τῷ κυνὶ τῇ αὐτῇ ἀνθρωπίνῃ φωνῇ ἀπόκρισιν αὐτῷ κατενέγκαι. καὶ λέγει ὁ Σίμων τῷ κυνί, Κελεύω σοι ἀπελθεῖν καὶ εἰπεῖν τῷ Πέτρῳ ἀνθρωπίνῃ φωνῇ ὅτι εἶπεν ὁ Σίμων, Ἄνελ‐</w:t>
      </w:r>
    </w:p>
    <w:p>
      <w:r>
        <w:rPr>
          <w:rFonts w:ascii="Courier New" w:hAnsi="Courier New"/>
          <w:color w:val="555555"/>
          <w:sz w:val="20"/>
        </w:rPr>
        <w:t>[20]</w:t>
      </w:r>
    </w:p>
    <w:p>
      <w:r>
        <w:rPr>
          <w:rFonts w:ascii="Gentium Plus" w:hAnsi="Gentium Plus"/>
          <w:sz w:val="24"/>
        </w:rPr>
        <w:t>θε. καὶ ἀνῆλθε πρὸς τὸν Σίμωνα ὁ Πέτρος καὶ συνέβαλε μετὰ Σίμωνος τοῦ Αἰγυπτίου, ποιῶν καὶ αὐτὸς θαυμάσια· καὶ ἐνίκησε τὸν Σίμωνα τὸν μάγον ποιῶν ἰάσεις. καὶ ἐπίστευσαν τῷ Πέτρῳ</w:t>
      </w:r>
    </w:p>
    <w:p>
      <w:r>
        <w:rPr>
          <w:rFonts w:ascii="Courier New" w:hAnsi="Courier New"/>
          <w:color w:val="555555"/>
          <w:sz w:val="20"/>
        </w:rPr>
        <w:t>[Chron . 254]</w:t>
      </w:r>
    </w:p>
    <w:p>
      <w:r>
        <w:rPr>
          <w:rFonts w:ascii="Gentium Plus" w:hAnsi="Gentium Plus"/>
          <w:sz w:val="24"/>
        </w:rPr>
        <w:t>Καὶ ἦν ἐν τῇ Ῥώμῃ ταραχὴ μεγάλη καὶ θρύλος ἕνεκεν τοῦ Σίμωνος καὶ τοῦ Πέτρου, ὅτι κατέναντι ἀλλήλων ἐποίουν θαύ‐ ματα. καὶ ἀκούσας τὴν ταραχὴν Ἀγρίππας ὁ ἔπαρχος, ἀνήγαγε τῷ βασιλεῖ Νέρωνι ὅτι εἰσί τινες ἐν ταύτῃ τῇ βασιλευούσῃ πόλει</w:t>
      </w:r>
    </w:p>
    <w:p>
      <w:r>
        <w:rPr>
          <w:rFonts w:ascii="Courier New" w:hAnsi="Courier New"/>
          <w:color w:val="555555"/>
          <w:sz w:val="20"/>
        </w:rPr>
        <w:t>[5]</w:t>
      </w:r>
    </w:p>
    <w:p>
      <w:r>
        <w:rPr>
          <w:rFonts w:ascii="Gentium Plus" w:hAnsi="Gentium Plus"/>
          <w:sz w:val="24"/>
        </w:rPr>
        <w:t>θαύματα ποιοῦντες κατέναντι ἀλλήλων, καὶ ὁ μὲν εἷς λέγει αὑτὸν Χριστόν, ὁ δὲ ἕτερος λέγει, Οὐκ ἔστιν αὐτός, ἀλλὰ μάγος ἐστίν· ἐγὼ γὰρ τοῦ Χριστοῦ μαθητής εἰμι. καὶ ἐκέλευσεν ὁ βασιλεὺς Νέρων εἰσαχθῆναι πρὸς αὐτὸν τὸν Σίμωνα καὶ τὸν Πέτρον, καὶ τὸν Πιλᾶτον δὲ ἀχθῆναι ἀπὸ τοῦ δεσμωτηρίου. καὶ εἰσηνέχθη‐</w:t>
      </w:r>
    </w:p>
    <w:p>
      <w:r>
        <w:rPr>
          <w:rFonts w:ascii="Courier New" w:hAnsi="Courier New"/>
          <w:color w:val="555555"/>
          <w:sz w:val="20"/>
        </w:rPr>
        <w:t>[10]</w:t>
      </w:r>
    </w:p>
    <w:p>
      <w:r>
        <w:rPr>
          <w:rFonts w:ascii="Gentium Plus" w:hAnsi="Gentium Plus"/>
          <w:sz w:val="24"/>
        </w:rPr>
        <w:t>σαν πρὸς τὸν βασιλέα· καὶ ἐπηρώτησε τὸν Σίμωνα ὁ Νέρων, λέ‐ γων, Σὺ εἶ ὃν λέγουσιν οἱ ἄνθρωποι εἶναι Χριστόν; ὁ δὲ εἶπε, Ναί. καὶ ἐπηρώτησε καὶ τὸν Πέτρον ὁ Νέρων λέγων, Ἀκριβῶς οὗτός ἐστιν ὁ Χριστός; ὁ δὲ Πέτρος ἔφη, Οὐκ ἔστιν αὐτός· ἐγὼ γὰρ ἐκείνου μαθητής εἰμι, καὶ ἐπ’ ἐμοῦ εἰς τοὺς οὐρανοὺς ἀνελή‐</w:t>
      </w:r>
    </w:p>
    <w:p>
      <w:r>
        <w:rPr>
          <w:rFonts w:ascii="Courier New" w:hAnsi="Courier New"/>
          <w:color w:val="555555"/>
          <w:sz w:val="20"/>
        </w:rPr>
        <w:t>[15]</w:t>
      </w:r>
    </w:p>
    <w:p>
      <w:r>
        <w:rPr>
          <w:rFonts w:ascii="Gentium Plus" w:hAnsi="Gentium Plus"/>
          <w:sz w:val="24"/>
        </w:rPr>
        <w:t>φθη. καὶ καλέσας τὸν Πιλᾶτον εἶπεν αὐτῷ περὶ τοῦ Σίμωνος ὅτι Οὗτός ἐστιν ὃν ἐξέδωκας εἰς τὸ σταυρωθῆναι; καὶ προσε‐ σχηκὼς αὐτῷ ὁ Πιλᾶτος εἶπεν, Οὐκ ἔστιν αὐτός· οὗτος γὰρ καὶ καρηκομόων ἐστὶ καὶ περιπληθής. περὶ δὲ τοῦ Πέτρου ἐπηρώ‐ τησεν αὐτόν, Τοῦτον δὲ μαθητὴν αὐτοῦ οἶδας; ὁ δὲ εἶπε, Ναί.</w:t>
      </w:r>
    </w:p>
    <w:p>
      <w:r>
        <w:rPr>
          <w:rFonts w:ascii="Courier New" w:hAnsi="Courier New"/>
          <w:color w:val="555555"/>
          <w:sz w:val="20"/>
        </w:rPr>
        <w:t>[20]</w:t>
      </w:r>
    </w:p>
    <w:p>
      <w:r>
        <w:rPr>
          <w:rFonts w:ascii="Gentium Plus" w:hAnsi="Gentium Plus"/>
          <w:sz w:val="24"/>
        </w:rPr>
        <w:t>εἰσήγαγον γάρ μοι αὐτόν, ὡς μαθητὴν αὐτοῦ, καὶ ἐπηρώτησα αὐ‐ τόν, καὶ ἠρνήσατο λέγων μὴ εἶναι αὐτοῦ μαθητής· καὶ ἀπέλυσα αὐτόν. καὶ λοιπὸν Νέρων, ὡς ψευσαμένου τοῦ Σίμωνος καὶ εἰ‐</w:t>
      </w:r>
    </w:p>
    <w:p>
      <w:r>
        <w:rPr>
          <w:rFonts w:ascii="Courier New" w:hAnsi="Courier New"/>
          <w:color w:val="555555"/>
          <w:sz w:val="20"/>
        </w:rPr>
        <w:t>[Chron . 255]</w:t>
      </w:r>
    </w:p>
    <w:p>
      <w:r>
        <w:rPr>
          <w:rFonts w:ascii="Gentium Plus" w:hAnsi="Gentium Plus"/>
          <w:sz w:val="24"/>
        </w:rPr>
        <w:t>ἐλεγχθέντος ὑπὸ τοῦ Πιλάτου καὶ ἀρνησαμένου τὸν Χριστόν, ἐκέλευσε, καὶ ἐξεβλήθησαν ἀμφότεροι ἐκ τοῦ παλατίου. Καὶ διῆγον ἐν τῇ Ῥώμῃ ποιοῦντες θαύματα ἀπέναντι ἀλλή‐ λων· καὶ ὁ μὲν Σίμων ὁ μάγος ἀχθέντος ταύρου μεγάλου εἶπεν</w:t>
      </w:r>
    </w:p>
    <w:p>
      <w:r>
        <w:rPr>
          <w:rFonts w:ascii="Courier New" w:hAnsi="Courier New"/>
          <w:color w:val="555555"/>
          <w:sz w:val="20"/>
        </w:rPr>
        <w:t>[5]</w:t>
      </w:r>
    </w:p>
    <w:p>
      <w:r>
        <w:rPr>
          <w:rFonts w:ascii="Gentium Plus" w:hAnsi="Gentium Plus"/>
          <w:sz w:val="24"/>
        </w:rPr>
        <w:t>εἰς τὸ ὠτίον αὐτοῦ λόγον, καὶ εὐθέως ὁ ταῦρος ἀπέθανε καὶ ἐθαυμάζετο ὁ Σίμων. ὁ δὲ Πέτρος εὐθέως εὐξάμενος ἐπὶ πάν‐ των ἐποίησεν ἀναζῆσαι τὸν ταῦρον· καὶ ἀπεδόθη τῷ ἰδίῳ δεσπό‐ τῃ ὁ αὐτὸς ταῦρος. καὶ πάντες ἐπῄνουν τὸν Πέτρον, λέγοντες ὅτι τὸ ποιῆσαι τεθνεῶτα ζῆσαι μεῖζόν ἐστι θαῦμα. καὶ ἄλλα δὲ πολ‐</w:t>
      </w:r>
    </w:p>
    <w:p>
      <w:r>
        <w:rPr>
          <w:rFonts w:ascii="Courier New" w:hAnsi="Courier New"/>
          <w:color w:val="555555"/>
          <w:sz w:val="20"/>
        </w:rPr>
        <w:t>[10]</w:t>
      </w:r>
    </w:p>
    <w:p>
      <w:r>
        <w:rPr>
          <w:rFonts w:ascii="Gentium Plus" w:hAnsi="Gentium Plus"/>
          <w:sz w:val="24"/>
        </w:rPr>
        <w:t>λὰ ἐποίησαν σημεῖα κατέναντι ἀλλήλων, ἅτινα ἐν ταῖς πράξεσι τῶν ἁγίων ἀποστόλων συγγέγραπται. ὁ δὲ ἀπόστολος Πέτρος δι’ εὐχῆς αὐτοῦ ἐφόνευσε τὸν Σίμωνα τὸν μάγον θελήσαντα ἀνα‐ ληφθῆναι. εἶπε γὰρ ὁ Σίμων τῷ Πέτρῳ ὅτι εἶπεν ὅτι Χριστὸς ὁ θεός σου ἀνελήφθη. ἰδοὺ κἀγὼ ἀναλαμβάνομαι. καὶ εἶδεν</w:t>
      </w:r>
    </w:p>
    <w:p>
      <w:r>
        <w:rPr>
          <w:rFonts w:ascii="Courier New" w:hAnsi="Courier New"/>
          <w:color w:val="555555"/>
          <w:sz w:val="20"/>
        </w:rPr>
        <w:t>[15]</w:t>
      </w:r>
    </w:p>
    <w:p>
      <w:r>
        <w:rPr>
          <w:rFonts w:ascii="Gentium Plus" w:hAnsi="Gentium Plus"/>
          <w:sz w:val="24"/>
        </w:rPr>
        <w:t>αὐτὸν ὁ Πέτρος κουφιζόμενον διὰ τῆς μαγείας εἰς τὸν ἀέρα ἐν μέσῳ τῆς πόλεως Ῥώμης· καὶ ηὔξατο ὁ Πέτρος καὶ κατηνέχθη Σίμων ὁ μάγος ἐκ τοῦ ἀέρος εἰς τὴν γῆν ἐπὶ τὴν πλατεῖαν καὶ ἐψόφησε. καὶ τὸ λείψανον αὐτοῦ κεῖται ἐκεῖ ἕως ἄρτι ὅπου ἔπε‐ σε, καὶ ἔχει πέριξ κάγκελλον λίθινον· καὶ ἀκούει ὁ τόπος ἐκεῖνος</w:t>
      </w:r>
    </w:p>
    <w:p>
      <w:r>
        <w:rPr>
          <w:rFonts w:ascii="Courier New" w:hAnsi="Courier New"/>
          <w:color w:val="555555"/>
          <w:sz w:val="20"/>
        </w:rPr>
        <w:t>[20]</w:t>
      </w:r>
    </w:p>
    <w:p>
      <w:r>
        <w:rPr>
          <w:rFonts w:ascii="Gentium Plus" w:hAnsi="Gentium Plus"/>
          <w:sz w:val="24"/>
        </w:rPr>
        <w:t>ἔκτοτε τὸ Σιμώνιον. Ἀκούσας δὲ Νέρων ὁ βασιλεὺς ὅτι ἐφονεύθη ὑπὸ τοῦ Πέτρου</w:t>
      </w:r>
    </w:p>
    <w:p>
      <w:r>
        <w:rPr>
          <w:rFonts w:ascii="Courier New" w:hAnsi="Courier New"/>
          <w:color w:val="555555"/>
          <w:sz w:val="20"/>
        </w:rPr>
        <w:t>[Chron . 256]</w:t>
      </w:r>
    </w:p>
    <w:p>
      <w:r>
        <w:rPr>
          <w:rFonts w:ascii="Gentium Plus" w:hAnsi="Gentium Plus"/>
          <w:sz w:val="24"/>
        </w:rPr>
        <w:t>νεῖν. καὶ ἢ μόνον ἐκρατήθη ὁ ἅγιος Πέτρος, ἐπέδωκε τὸ ἔνδυμα τῆς ἐπισκοπῆς Ῥώμης Λίνῳ ὀνόματι, μαθητῇ αὐτοῦ· ἠκολούθει γὰρ αὐτῷ ὅτε ἐκρατήθη. ὁ δὲ αὐτὸς ἅγιος Πέτρος γέρων ὑπῆρχε τῇ ἡλικίᾳ διμοιριαῖος, ἀναφάλας, κονδόθριξ, ὁλοπόλιος τὴν κάραν</w:t>
      </w:r>
    </w:p>
    <w:p>
      <w:r>
        <w:rPr>
          <w:rFonts w:ascii="Courier New" w:hAnsi="Courier New"/>
          <w:color w:val="555555"/>
          <w:sz w:val="20"/>
        </w:rPr>
        <w:t>[5]</w:t>
      </w:r>
    </w:p>
    <w:p>
      <w:r>
        <w:rPr>
          <w:rFonts w:ascii="Gentium Plus" w:hAnsi="Gentium Plus"/>
          <w:sz w:val="24"/>
        </w:rPr>
        <w:t>καὶ τὸ γένειον, λευκός, ὑπόχλωρος, οἰνοπαὴς τοὺς ὀφθαλμούς, εὐ‐ πώγων, μακρόρινος, σύνοφρυς, ἀνακαθήμενος, φρόνιμος, ὀξύ‐ χολος, εὐμετάβλητος, δειλός, φθεγγόμενος ὑπὸ πνεύματος ἁγίου καὶ θαυματουργῶν. Καὶ ἐγένετο μετὰ τὸν ἅγιον Πέτρον τὸν ἐπίσκοπον, ἤτοι πα‐</w:t>
      </w:r>
    </w:p>
    <w:p>
      <w:r>
        <w:rPr>
          <w:rFonts w:ascii="Courier New" w:hAnsi="Courier New"/>
          <w:color w:val="555555"/>
          <w:sz w:val="20"/>
        </w:rPr>
        <w:t>[10]</w:t>
      </w:r>
    </w:p>
    <w:p>
      <w:r>
        <w:rPr>
          <w:rFonts w:ascii="Gentium Plus" w:hAnsi="Gentium Plus"/>
          <w:sz w:val="24"/>
        </w:rPr>
        <w:t>τριάρχην, Ῥώμης ὀνόματι Λίνος, καθὼς ὁ σοφὸς Εὐσέβιος ὁ Παμφίλου ἐχρονογράφησεν. Ὁ δὲ ἅγιος Πέτρος ὁ ἀπόστολος ἐμαρτύρησε σταυρωθεὶς κα‐ τακέφαλα, τοῦ αὐτοῦ ἀποστόλου ὁρκώσαντος τοῦτο τὸν ἔπαρχον ὅτι Μὴ ὡς ὁ κύριός μου σταυρωθῶ. καὶ ἐτελειώθη ὁ ἅγιος Πέ‐</w:t>
      </w:r>
    </w:p>
    <w:p>
      <w:r>
        <w:rPr>
          <w:rFonts w:ascii="Courier New" w:hAnsi="Courier New"/>
          <w:color w:val="555555"/>
          <w:sz w:val="20"/>
        </w:rPr>
        <w:t>[15]</w:t>
      </w:r>
    </w:p>
    <w:p>
      <w:r>
        <w:rPr>
          <w:rFonts w:ascii="Gentium Plus" w:hAnsi="Gentium Plus"/>
          <w:sz w:val="24"/>
        </w:rPr>
        <w:t>τρος ἐπὶ τῆς ὑπατείας Ἀπρωνιανοῦ καὶ Καπίτωνος. Ὁμοίως δὲ καὶ κατὰ τοῦ Πιλάτου ἠγανάκτησεν ὁ αὐτὸς βα‐ σιλεὺς Νέρων, καὶ ἐκέλευσεν αὐτὸν ἀποκεφαλισθῆναι, λέγων, Διὰ τί ἐξέδωκε τὸν δεσπότην Χριστὸν τοῖς Ἰουδαίοις, ἄνδρα ἄμεμπτον καὶ δυνάμεις ποιοῦντα; εἰ γὰρ ὁ αὐτοῦ μαθητὴς τοιαῦτα θαυ‐</w:t>
      </w:r>
    </w:p>
    <w:p>
      <w:r>
        <w:rPr>
          <w:rFonts w:ascii="Courier New" w:hAnsi="Courier New"/>
          <w:color w:val="555555"/>
          <w:sz w:val="20"/>
        </w:rPr>
        <w:t>[20]</w:t>
      </w:r>
    </w:p>
    <w:p>
      <w:r>
        <w:rPr>
          <w:rFonts w:ascii="Gentium Plus" w:hAnsi="Gentium Plus"/>
          <w:sz w:val="24"/>
        </w:rPr>
        <w:t>μάσια ἐποίει, ὁποῖος ὑπῆρχεν ἐκεῖνος δυνατός; Ἐπὶ δὲ τῆς αὐτοῦ βασιλείας κατέφθασεν εὐθέως ἐν τῇ Ῥώμῃ</w:t>
      </w:r>
    </w:p>
    <w:p>
      <w:r>
        <w:rPr>
          <w:rFonts w:ascii="Courier New" w:hAnsi="Courier New"/>
          <w:color w:val="555555"/>
          <w:sz w:val="20"/>
        </w:rPr>
        <w:t>[Chron . 257]</w:t>
      </w:r>
    </w:p>
    <w:p>
      <w:r>
        <w:rPr>
          <w:rFonts w:ascii="Gentium Plus" w:hAnsi="Gentium Plus"/>
          <w:sz w:val="24"/>
        </w:rPr>
        <w:t>σιμος· καὶ ἐμαρτύρησε καὶ αὐτὸς ἀποτμηθεὶς τὴν κεφαλὴν τῇ πρὸ γʹ καλανδῶν ἰουλίων ἐπὶ τῆς ὑπατείας Νέρωνος καὶ Λεντού‐ λου. καὶ ἐκέλευσεν ὁ βασιλεὺς Νέρων τὰ σώματα τῶν ἁγίων ἀποστόλων ταφῇ μὴ παραδοθῆναι ἀλλ’ ἄταφα μεῖναι. ὑπῆρχε</w:t>
      </w:r>
    </w:p>
    <w:p>
      <w:r>
        <w:rPr>
          <w:rFonts w:ascii="Courier New" w:hAnsi="Courier New"/>
          <w:color w:val="555555"/>
          <w:sz w:val="20"/>
        </w:rPr>
        <w:t>[5]</w:t>
      </w:r>
    </w:p>
    <w:p>
      <w:r>
        <w:rPr>
          <w:rFonts w:ascii="Gentium Plus" w:hAnsi="Gentium Plus"/>
          <w:sz w:val="24"/>
        </w:rPr>
        <w:t>δὲ ὁ Παῦλος ἔτι περιὼν τῇ ἡλικίᾳ κονδοειδής, φαλακρός, μιξοπό‐ λιος τὴν κάραν καὶ τὸ γένειον, εὔρινος, ὑπόγλαυκος, σύνοφρυς, λευκόχρους, ἀνθηροπρόσωπος, εὐπώγων, ὑπογελῶντα ἔχων τὸν χαρακτῆρα, φρόνιμος, ἠθικός, εὐόμιλος, γλυκύς, ὑπὸ πνεύμα‐ τος ἁγίου ἐνθουσιαζόμενος καὶ ἰώμενος.</w:t>
      </w:r>
    </w:p>
    <w:p>
      <w:r>
        <w:rPr>
          <w:rFonts w:ascii="Courier New" w:hAnsi="Courier New"/>
          <w:color w:val="555555"/>
          <w:sz w:val="20"/>
        </w:rPr>
        <w:t>[10]</w:t>
      </w:r>
    </w:p>
    <w:p>
      <w:r>
        <w:rPr>
          <w:rFonts w:ascii="Gentium Plus" w:hAnsi="Gentium Plus"/>
          <w:sz w:val="24"/>
        </w:rPr>
        <w:t>Ἔπεμψε δὲ κατὰ τῆς Ἰουδαίας καὶ τῆς Ἱερουσαλὴμ ὁ αὐτὸς βασιλεὺς Νέρων, καὶ πᾶσι κακῶς ἐχρήσατο, πολλοὺς φονεύσας στρατιωτικῇ συμβολῇ, ὅτι τυραννίδι φερόμενοι ἐξεφώνησαν ὑβρι‐ στικὰς φωνὰς κατὰ τοῦ Νέρωνος, διότι ἀπεκεφάλισε τὸν Πιλᾶτον ὡς εἰς ἐκδίκησιν Χριστοῦ· καὶ ἦλθεν εἰς αὐτὸν οὐ μὴν ἀλλὰ ὅτι</w:t>
      </w:r>
    </w:p>
    <w:p>
      <w:r>
        <w:rPr>
          <w:rFonts w:ascii="Courier New" w:hAnsi="Courier New"/>
          <w:color w:val="555555"/>
          <w:sz w:val="20"/>
        </w:rPr>
        <w:t>[15]</w:t>
      </w:r>
    </w:p>
    <w:p>
      <w:r>
        <w:rPr>
          <w:rFonts w:ascii="Gentium Plus" w:hAnsi="Gentium Plus"/>
          <w:sz w:val="24"/>
        </w:rPr>
        <w:t>καὶ αὐθεντήσαντες τὸν ἡγεμόνα ἐσταύρωσαν τὸν Χριστόν· καὶ διὰ τοῦτο ἠγανάκτει κατ’ αὐτῶν ὡς τυράννων, καὶ ἐσφάγησαν τότε ὑπὸ στρατιωτῶν ἐν τῇ συμβολῇ ὅ τε Ἄννας καὶ ὁ Καϊάφας. Παρέλαβε δὲ ὁ αὐτὸς Νέρων ἐν τῷ βασιλεύειν αὐτὸν χώραν ἄλλην ἐν τῇ Πόντῳ, πέμψας Πολέμωνα στρατηγὸν αὐτοῦ· καὶ</w:t>
      </w:r>
    </w:p>
    <w:p>
      <w:r>
        <w:rPr>
          <w:rFonts w:ascii="Courier New" w:hAnsi="Courier New"/>
          <w:color w:val="555555"/>
          <w:sz w:val="20"/>
        </w:rPr>
        <w:t>[20]</w:t>
      </w:r>
    </w:p>
    <w:p>
      <w:r>
        <w:rPr>
          <w:rFonts w:ascii="Gentium Plus" w:hAnsi="Gentium Plus"/>
          <w:sz w:val="24"/>
        </w:rPr>
        <w:t>ἐποίησεν αὐτὴν ἐπαρχίαν, καλέσας αὐτὴν Πόντον Πολεμωνιακόν. Ὁ δὲ αὐτὸς Νέρων ἔχαιρε τῷ Βενέτῳ μέρει πολύ. Ἐπὶ δὲ τῶν χρόνων τῆς βασιλείας αὐτοῦ Λουκανὸς ὁ σοφώ‐</w:t>
      </w:r>
    </w:p>
    <w:p>
      <w:r>
        <w:rPr>
          <w:rFonts w:ascii="Courier New" w:hAnsi="Courier New"/>
          <w:color w:val="555555"/>
          <w:sz w:val="20"/>
        </w:rPr>
        <w:t>[Chron . 258]</w:t>
      </w:r>
    </w:p>
    <w:p>
      <w:r>
        <w:rPr>
          <w:rFonts w:ascii="Gentium Plus" w:hAnsi="Gentium Plus"/>
          <w:sz w:val="24"/>
        </w:rPr>
        <w:t>ὑπατείας Ἰτορικοῦ καὶ Τολπιλλιανοῦ τοῦ καὶ Τροχέλου ἀφανὴς ἐγένετο Νέρων ὁ βασιλεὺς καὶ ἐτελεύτα, τῶν ἱερέων τῶν Ἑλλήνων κατασκευασάντων αὐτῷ διὰ πότου δόσεως, ὄντος τοῦ δόγματος τῶν Ἐπικουρείων τοῦ μετ’ αὐτὸν λαβόντος παρὰ τῶν ἱερέων σύν‐</w:t>
      </w:r>
    </w:p>
    <w:p>
      <w:r>
        <w:rPr>
          <w:rFonts w:ascii="Courier New" w:hAnsi="Courier New"/>
          <w:color w:val="555555"/>
          <w:sz w:val="20"/>
        </w:rPr>
        <w:t>[5]</w:t>
      </w:r>
    </w:p>
    <w:p>
      <w:r>
        <w:rPr>
          <w:rFonts w:ascii="Gentium Plus" w:hAnsi="Gentium Plus"/>
          <w:sz w:val="24"/>
        </w:rPr>
        <w:t>ταξιν τῆς βασιλείας καὶ εἰσελθόντος ἰδεῖν αὐτόν, ὡς ἄῤῥωστον, καὶ κεντήσαντος αὐτὸν ἐν τῷ παλατίῳ. καὶ τελευτᾷ ὁ αὐτὸς Νέ‐ ρων, ὢν ἐνιαυτῶν ξθʹ. Μετὰ δὲ τὴν βασιλείαν Νέρωνος ἐβασίλευσε Γαλβᾶς Αὔγου‐ στος μῆνας ζʹ. ἦν δὲ μακρός, γενναῖος, λευκόχρους, ὑπόστρα‐</w:t>
      </w:r>
    </w:p>
    <w:p>
      <w:r>
        <w:rPr>
          <w:rFonts w:ascii="Courier New" w:hAnsi="Courier New"/>
          <w:color w:val="555555"/>
          <w:sz w:val="20"/>
        </w:rPr>
        <w:t>[10]</w:t>
      </w:r>
    </w:p>
    <w:p>
      <w:r>
        <w:rPr>
          <w:rFonts w:ascii="Gentium Plus" w:hAnsi="Gentium Plus"/>
          <w:sz w:val="24"/>
        </w:rPr>
        <w:t>βος, γρυπόρυγχος, μιξοπόλιος, μανικός. ἐπὶ δὲ τῆς βασιλείας τοῦ αὐτοῦ Γαλβᾶ ταφῇ παρεδόθησαν τὰ σώματα τῶν ἁγίων ἀπο‐ στόλων κατὰ κέλευσιν τοῦ αὐτοῦ βασιλέως· ἐν ὁράματι γὰρ ἐκε‐ λεύσθη δοῦναι τὰ σώματα τῶν ἁγίων ἀποστόλων εἰς ταφήν. καὶ τελευτᾷ ὁ Γαλβᾶς ἰδίῳ θανάτῳ ἐξαίφνης φλεβοτομηθείς, ὢν</w:t>
      </w:r>
    </w:p>
    <w:p>
      <w:r>
        <w:rPr>
          <w:rFonts w:ascii="Courier New" w:hAnsi="Courier New"/>
          <w:color w:val="555555"/>
          <w:sz w:val="20"/>
        </w:rPr>
        <w:t>[15]</w:t>
      </w:r>
    </w:p>
    <w:p>
      <w:r>
        <w:rPr>
          <w:rFonts w:ascii="Gentium Plus" w:hAnsi="Gentium Plus"/>
          <w:sz w:val="24"/>
        </w:rPr>
        <w:t>ἐνιαυτῶν μθʹ. Μετὰ δὲ τὴν βασιλείαν Γαλβᾶ ἐβασίλευσε Λούκιος Ὄθων μῆνας γʹ. ἦν δὲ κονδοειδής, πλατύς, γενναῖος, ἁπλόθριξ, μι‐ κρόφθαλμος, ὑπόσιμος, ψελλός. ἐν δὲ τῇ αὐτοῖ βασιλείᾳ ὁ ἅγιος Ἰάκωβος ὁ ἀπόστολος, ὁ ἐπίσκοπος Ἱεροσολύμων καὶ πα‐</w:t>
      </w:r>
    </w:p>
    <w:p>
      <w:r>
        <w:rPr>
          <w:rFonts w:ascii="Courier New" w:hAnsi="Courier New"/>
          <w:color w:val="555555"/>
          <w:sz w:val="20"/>
        </w:rPr>
        <w:t>[20]</w:t>
      </w:r>
    </w:p>
    <w:p>
      <w:r>
        <w:rPr>
          <w:rFonts w:ascii="Gentium Plus" w:hAnsi="Gentium Plus"/>
          <w:sz w:val="24"/>
        </w:rPr>
        <w:t>τριάρχης, ὃν ἐνεθρόνισεν ὁ ἅγιος Πέτρος ἀντὶ ἑαυτοῦ ἀνιὼν ἐπὶ</w:t>
      </w:r>
    </w:p>
    <w:p>
      <w:r>
        <w:rPr>
          <w:rFonts w:ascii="Courier New" w:hAnsi="Courier New"/>
          <w:color w:val="555555"/>
          <w:sz w:val="20"/>
        </w:rPr>
        <w:t>[Chron . 259]</w:t>
      </w:r>
    </w:p>
    <w:p>
      <w:r>
        <w:rPr>
          <w:rFonts w:ascii="Gentium Plus" w:hAnsi="Gentium Plus"/>
          <w:sz w:val="24"/>
        </w:rPr>
        <w:t>Ῥώμην, ἐτελεύτησε· καὶ παρέλαβε τὸ σχῆμα τῆς ἐπισκοπῆς Ἱερο‐ σολύμων Συμεὼν ὁ καὶ Σίμων καὶ ἐγένετο πατριάρχης. Τελευτᾷ δὲ ὁ αὐτὸς Ὄθων ἐτῶν νγʹ ἀῤῥωστήσας. Μετὰ δὲ τὴν βασιλείαν Ὄθωνος ἐβασίλευσε Βιτέλλιος Αὔ‐</w:t>
      </w:r>
    </w:p>
    <w:p>
      <w:r>
        <w:rPr>
          <w:rFonts w:ascii="Courier New" w:hAnsi="Courier New"/>
          <w:color w:val="555555"/>
          <w:sz w:val="20"/>
        </w:rPr>
        <w:t>[5]</w:t>
      </w:r>
    </w:p>
    <w:p>
      <w:r>
        <w:rPr>
          <w:rFonts w:ascii="Gentium Plus" w:hAnsi="Gentium Plus"/>
          <w:sz w:val="24"/>
        </w:rPr>
        <w:t>γουστος ἔτη θʹ καὶ μῆνας ηʹ. ἦν δὲ διμοιριαῖος, εὔστηθος, γλαυ‐ κός, πυῤῥάκης, δασυπώγων, εὐόφθαλμος, δειλός. ἐπὶ δὲ τῆς βασιλείας εὐθέως ἔπαθεν ὑπὸ θεομηνίας Νικομήδεια, πόλις μεγά‐ λη, τῆς Βιθυνίας μητρόπολις. καὶ πολλὰ αὐτοῖς τοῖς περισωθεῖ‐ σιν ἐχαρίσατο καὶ τῇ πόλει εἰς ἀνανέωσιν ὁ αὐτὸς βασιλεύς· ἦν</w:t>
      </w:r>
    </w:p>
    <w:p>
      <w:r>
        <w:rPr>
          <w:rFonts w:ascii="Courier New" w:hAnsi="Courier New"/>
          <w:color w:val="555555"/>
          <w:sz w:val="20"/>
        </w:rPr>
        <w:t>[10]</w:t>
      </w:r>
    </w:p>
    <w:p>
      <w:r>
        <w:rPr>
          <w:rFonts w:ascii="Gentium Plus" w:hAnsi="Gentium Plus"/>
          <w:sz w:val="24"/>
        </w:rPr>
        <w:t>γὰρ καὶ πρῴην παθοῦσα ὑπὸ θεομηνίας καὶ ἐστραμμένη· καὶ ἀνήγειρεν αὐτήν. Ἐπὶ δὲ τῆς βασιλείας τοῦ αὐτοῦ Βιτελλίου Καίσαρος ἐτυράν‐ νησαν οἱ Ἰουδαῖοι καὶ ἐφόνευσαν Κυρήνιον τὸν ἄρχοντα αὐτῶν λιθοβολήσαντες αὐτόν. τῷ δὲ λεʹ ἔτει μετὰ τὴν τοῦ σωτῆρος</w:t>
      </w:r>
    </w:p>
    <w:p>
      <w:r>
        <w:rPr>
          <w:rFonts w:ascii="Courier New" w:hAnsi="Courier New"/>
          <w:color w:val="555555"/>
          <w:sz w:val="20"/>
        </w:rPr>
        <w:t>[15]</w:t>
      </w:r>
    </w:p>
    <w:p>
      <w:r>
        <w:rPr>
          <w:rFonts w:ascii="Gentium Plus" w:hAnsi="Gentium Plus"/>
          <w:sz w:val="24"/>
        </w:rPr>
        <w:t>ἡμῶν καὶ θεοῦ ἀνάληψιν ἐπεστράτευσε κατ’ αὐτῶν ὁ Βιτέλλιος βασιλεύς, πέμψας στρατηγὸν ἑαυτοῦ Οὐεσπασιανὸν καὶ Τίτον υἱὸν αὐτοῦ. καὶ ἐπέστησαν τῇ Ἰουδαίᾳ χώρᾳ, πολεμοῦντες αὐτὴν καὶ τὴν Ἱερουσαλήμ. καὶ ἐν τῷ πολεμεῖν αὐτὸν ἀπέθανεν ἐν τῇ Ῥώμῃ ὁ Βιτέλλιος βασιλεὺς νόσῳ βληθείς, ὢν ἐνιαυτῶν μηʹ.</w:t>
      </w:r>
    </w:p>
    <w:p>
      <w:r>
        <w:rPr>
          <w:rFonts w:ascii="Courier New" w:hAnsi="Courier New"/>
          <w:color w:val="555555"/>
          <w:sz w:val="20"/>
        </w:rPr>
        <w:t>[20]</w:t>
      </w:r>
    </w:p>
    <w:p>
      <w:r>
        <w:rPr>
          <w:rFonts w:ascii="Gentium Plus" w:hAnsi="Gentium Plus"/>
          <w:sz w:val="24"/>
        </w:rPr>
        <w:t>Καὶ μετ’ αὐτὸν ἀνηγορεύθη βασιλεὺς ὁ θειότατος Οὐεσπα‐ σιανός, καὶ ἔστεψεν αὐτὸν ὁ στρατός, ἐπὶ τῆς ὑπατείας Ῥούφου καὶ Καπιτιανοῦ. ἦν δὲ κονδοειδής, φαλακρός, προγάστωρ, πο‐</w:t>
      </w:r>
    </w:p>
    <w:p>
      <w:r>
        <w:rPr>
          <w:rFonts w:ascii="Courier New" w:hAnsi="Courier New"/>
          <w:color w:val="555555"/>
          <w:sz w:val="20"/>
        </w:rPr>
        <w:t>[Chron . 260]</w:t>
      </w:r>
    </w:p>
    <w:p>
      <w:r>
        <w:rPr>
          <w:rFonts w:ascii="Gentium Plus" w:hAnsi="Gentium Plus"/>
          <w:sz w:val="24"/>
        </w:rPr>
        <w:t>λος. καὶ ἐάσας Τίτον τὸν ἑαυτοῦ υἱὸν πολεμεῖν τὴν Ἰουδαίαν χώραν ἦλθεν ἐπὶ τὴν Ῥώμην, καὶ ἐβασίλευσεν ἔτη θʹ καὶ μῆνας ιʹ. ἐπὶ δὲ τῆς αὐτοῦ βασιλείας ἐγένετο διωγμὸς μέγας τῶν χριστιανῶν ἐπὶ τῆς ὑπατείας Δεκίου καὶ Ῥουστικίου. τῷ δὲ ληʹ ἔτει μετὰ τὸ</w:t>
      </w:r>
    </w:p>
    <w:p>
      <w:r>
        <w:rPr>
          <w:rFonts w:ascii="Courier New" w:hAnsi="Courier New"/>
          <w:color w:val="555555"/>
          <w:sz w:val="20"/>
        </w:rPr>
        <w:t>[5]</w:t>
      </w:r>
    </w:p>
    <w:p>
      <w:r>
        <w:rPr>
          <w:rFonts w:ascii="Gentium Plus" w:hAnsi="Gentium Plus"/>
          <w:sz w:val="24"/>
        </w:rPr>
        <w:t>ἀναληφθῆναι τὸν σωτῆρα Χριστὸν ὁ Τίτος τὴν Ἰουδαίαν πα‐ ρέλαβε καὶ τὴν Ἱερουσαλὴμ ἐπὶ τῆς ὑπατείας Κομμόδου καὶ Ῥούφου, βασιλεύοντος τοῦ πατρὸς αὐτοῦ Οὐεσπασιανοῦ· καὶ ἐπόρθησε τὴν Ἱερουσαλὴμ καὶ πᾶσαν τὴν Παλαιστίνην καὶ τὸ ἱε‐ ρὸν τῶν Ἰουδαίων κατέστρεψεν ἐν τῇ αὐτῇ τῆς ἑορτῆς ἡμέρᾳ, ὅτε</w:t>
      </w:r>
    </w:p>
    <w:p>
      <w:r>
        <w:rPr>
          <w:rFonts w:ascii="Courier New" w:hAnsi="Courier New"/>
          <w:color w:val="555555"/>
          <w:sz w:val="20"/>
        </w:rPr>
        <w:t>[10]</w:t>
      </w:r>
    </w:p>
    <w:p>
      <w:r>
        <w:rPr>
          <w:rFonts w:ascii="Gentium Plus" w:hAnsi="Gentium Plus"/>
          <w:sz w:val="24"/>
        </w:rPr>
        <w:t>παρέλαβε τὴν πόλιν, καὶ ἀπώλεσε ψυχῶν μυριάδας ριʹ, ξίφεσιν αὐτοὺς κατακόψας· ἄλλας δὲ μυριάδας ιεʹ διαπέπρακεν αἰχμα‐ λώτων νεανίσκων καὶ παίδων ἀῤῥενικῶν καὶ παρθένων κορα‐ σίων, καθὼς καὶ Ἰώσηπος ὁ σοφώτατος συνεγράψατο· Ἑβραῖος γὰρ ὑπῆρχε καὶ παρῆν ἐν τῷ πολέμῳ. καὶ πάσας δὲ τὰς ἐπαρ‐</w:t>
      </w:r>
    </w:p>
    <w:p>
      <w:r>
        <w:rPr>
          <w:rFonts w:ascii="Courier New" w:hAnsi="Courier New"/>
          <w:color w:val="555555"/>
          <w:sz w:val="20"/>
        </w:rPr>
        <w:t>[15]</w:t>
      </w:r>
    </w:p>
    <w:p>
      <w:r>
        <w:rPr>
          <w:rFonts w:ascii="Gentium Plus" w:hAnsi="Gentium Plus"/>
          <w:sz w:val="24"/>
        </w:rPr>
        <w:t>χίας τῆς Ἰουδαίας ἀπώλεσεν ὁ Τίτος. ὁ δὲ σοφὸς Εὐσέβιος ὁ Παμφίλου συνεγράψατο οὕτως, ὅτι ἐν τῇ ἑορτῇ αὐτῶν τὸν Χριστὸν ἐσταύρωσαν οἱ Ἰουδαῖοι καὶ ἐν τῇ αὐτῇ ἑορτῇ πάντες ἀπώλοντο, τοῦ σωτηρὸς ἐκδεδωκότος αὐτούς. τρεῖς δὲ μετὰ ταύ‐ της πορθήσεις εἰσὶ τῆς Ἱερουσαλήμ, καθὼς ὁ σοφώτατος Εὐσέ‐</w:t>
      </w:r>
    </w:p>
    <w:p>
      <w:r>
        <w:rPr>
          <w:rFonts w:ascii="Courier New" w:hAnsi="Courier New"/>
          <w:color w:val="555555"/>
          <w:sz w:val="20"/>
        </w:rPr>
        <w:t>[20]</w:t>
      </w:r>
    </w:p>
    <w:p>
      <w:r>
        <w:rPr>
          <w:rFonts w:ascii="Gentium Plus" w:hAnsi="Gentium Plus"/>
          <w:sz w:val="24"/>
        </w:rPr>
        <w:t>βιος συνεγράψατο. Ὁ δὲ Τίτος θριαμβεύσας τὴν νίκην ἀπῆλθεν ἐπὶ τὴν Ῥώμην·</w:t>
      </w:r>
    </w:p>
    <w:p>
      <w:r>
        <w:rPr>
          <w:rFonts w:ascii="Courier New" w:hAnsi="Courier New"/>
          <w:color w:val="555555"/>
          <w:sz w:val="20"/>
        </w:rPr>
        <w:t>[Chron . 261]</w:t>
      </w:r>
    </w:p>
    <w:p>
      <w:r>
        <w:rPr>
          <w:rFonts w:ascii="Gentium Plus" w:hAnsi="Gentium Plus"/>
          <w:sz w:val="24"/>
        </w:rPr>
        <w:t>χείᾳ τῇ μεγάλῃ τὰ λεγόμενα Χερουβὶμ πρὸ τῆς πύλης τῆς πόλεως. ἐκεῖ γὰρ ἔπηξε τὰ Χερουβὶμ τὰ χαλκᾶ ἃ εὗρε Τίτος ὁ αὐτοῦ υἱὸς ἐν τῷ ναῷ Σολομῶντος πεπηγμένα, καὶ ὅτε τὸν ναὸν ἔστρεψεν, ἀφεί‐ λατο αὐτὰ ἐκεῖθεν καὶ ἐν Ἀντιοχείᾳ αὐτὰ ἤνεγκε σὺν τοῖς Σεραφίμ,</w:t>
      </w:r>
    </w:p>
    <w:p>
      <w:r>
        <w:rPr>
          <w:rFonts w:ascii="Courier New" w:hAnsi="Courier New"/>
          <w:color w:val="555555"/>
          <w:sz w:val="20"/>
        </w:rPr>
        <w:t>[5]</w:t>
      </w:r>
    </w:p>
    <w:p>
      <w:r>
        <w:rPr>
          <w:rFonts w:ascii="Gentium Plus" w:hAnsi="Gentium Plus"/>
          <w:sz w:val="24"/>
        </w:rPr>
        <w:t>θριαμβεύων τὴν κατὰ Ἰουδαίων γενομένην νίκην ἐπὶ τῆς αὐτοῦ βα‐ σιλείας, [στήσας ἄνω στήλην χαλκῆν] εἰς τιμὴν τῇ σελήνῃ μετὰ τεσ‐ σάρων ταύρων προσεχόντων ἐπὶ τὴν Ἱερουσαλήμ· νυκτὸς γὰρ αὐτὴν παρέλαβε λαμπούσης τῆς σελήνης. ἔκτισε δὲ καὶ τὸ θέατρον Δάφνης ἐπιγράψας ἐν αὐτῷ, Ἐξ πραίδα Ἰουδαία. ἦν δὲ πρῴην ὁ τοῦ αὐ‐</w:t>
      </w:r>
    </w:p>
    <w:p>
      <w:r>
        <w:rPr>
          <w:rFonts w:ascii="Courier New" w:hAnsi="Courier New"/>
          <w:color w:val="555555"/>
          <w:sz w:val="20"/>
        </w:rPr>
        <w:t>[10]</w:t>
      </w:r>
    </w:p>
    <w:p>
      <w:r>
        <w:rPr>
          <w:rFonts w:ascii="Gentium Plus" w:hAnsi="Gentium Plus"/>
          <w:sz w:val="24"/>
        </w:rPr>
        <w:t>τοῦ θεάτρου τόπος συναγωγὴ τῶν Ἰουδαίων· καὶ πρὸς ὕβριν αὐ‐ τῶν τὴν συναγωγὴν αὐτῶν λύσας ἐποίησε θέατρον, στήσας ἑαυ‐ τῷ ἄγαλμα μαρμάρινον ἐκεῖ, ὅπερ ἕως τῆς νῦν ἵσταται. Ἔκτισε δὲ καὶ ἐν Καισαρείᾳ τῆς Παλαιστίνης ἐκ τῆς αὐτῆς Ἰουδαϊκῆς πραίδας ὁ αὐτὸς Οὐεσπασιανὸς ᾠδεῖον μέγα πάνυ,</w:t>
      </w:r>
    </w:p>
    <w:p>
      <w:r>
        <w:rPr>
          <w:rFonts w:ascii="Courier New" w:hAnsi="Courier New"/>
          <w:color w:val="555555"/>
          <w:sz w:val="20"/>
        </w:rPr>
        <w:t>[15]</w:t>
      </w:r>
    </w:p>
    <w:p>
      <w:r>
        <w:rPr>
          <w:rFonts w:ascii="Gentium Plus" w:hAnsi="Gentium Plus"/>
          <w:sz w:val="24"/>
        </w:rPr>
        <w:t>θεάτρου ἔχον διάστημα μέγα, ὄντος καὶ αὐτοῦ τοῦ τόπου πρῴην συναγωγῆς τῶν Ἰουδαίων. Ἐποίησε δὲ καὶ ἐπαρχίαν Μακεδονίαν δευτέραν, ἀπὸ τῆς πρώ‐ της αὐτὴν ἀπομερίσας. Ἐπὶ δὲ τῆς αὐτοῦ βασιλείας ἔπαθεν ὑπὸ θεομηνίας ἡ Κόριν‐</w:t>
      </w:r>
    </w:p>
    <w:p>
      <w:r>
        <w:rPr>
          <w:rFonts w:ascii="Courier New" w:hAnsi="Courier New"/>
          <w:color w:val="555555"/>
          <w:sz w:val="20"/>
        </w:rPr>
        <w:t>[20]</w:t>
      </w:r>
    </w:p>
    <w:p>
      <w:r>
        <w:rPr>
          <w:rFonts w:ascii="Gentium Plus" w:hAnsi="Gentium Plus"/>
          <w:sz w:val="24"/>
        </w:rPr>
        <w:t>θος, μητρόπολις τῆς Ἑλλάδος, μηνὶ ἰουνίῳ τῷ καὶ δαισίῳ κʹ, ἑσπέ‐ ρας βαθείας. καὶ ἐχαρίσατο τοῖς ζήσασι καὶ τῇ πόλει πολλά.</w:t>
      </w:r>
    </w:p>
    <w:p>
      <w:r>
        <w:rPr>
          <w:rFonts w:ascii="Courier New" w:hAnsi="Courier New"/>
          <w:color w:val="555555"/>
          <w:sz w:val="20"/>
        </w:rPr>
        <w:t>[Chron . 262]</w:t>
      </w:r>
    </w:p>
    <w:p>
      <w:r>
        <w:rPr>
          <w:rFonts w:ascii="Gentium Plus" w:hAnsi="Gentium Plus"/>
          <w:sz w:val="24"/>
        </w:rPr>
        <w:t>πολλά. καὶ τὴν Εὐρώπην δὲ ἀπὸ Θρᾴκης ἐμέρισε, κτίσας Ἡρά‐ κλειαν πόλιν τὴν πρῴην λεγομένην Πείρινθον· ἥντινα ἐποίησε μητρόπολιν, δοὺς αὐτῇ ἄρχοντα. ἔκτισε δὲ καὶ ἐν Ἀντιοχείᾳ τῇ μεγάλῃ πλησίον τοῦ θεάτρου ἱερόν, ὃ ἐπεκάλεσε τῶν Ἀνέμων.</w:t>
      </w:r>
    </w:p>
    <w:p>
      <w:r>
        <w:rPr>
          <w:rFonts w:ascii="Courier New" w:hAnsi="Courier New"/>
          <w:color w:val="555555"/>
          <w:sz w:val="20"/>
        </w:rPr>
        <w:t>[5]</w:t>
      </w:r>
    </w:p>
    <w:p>
      <w:r>
        <w:rPr>
          <w:rFonts w:ascii="Gentium Plus" w:hAnsi="Gentium Plus"/>
          <w:sz w:val="24"/>
        </w:rPr>
        <w:t>Νόσῳ δὲ βληθεὶς καὶ πάρετος γενόμενος ἐτελεύτα, ὢν ἐνιαυ‐ τῶν οαʹ. Μετὰ δὲ τὴν βασιλείαν αὐτοῦ ἐβασίλευσε Τίτος ὁ υἱὸς αὐτοῦ ἔτη βʹ. ἦν δὲ μακρός, λεπτός, εὔχροος, ἁπλόθριξ, σπανός, μικρόφθαλμος, κονδόθριξ. καὶ πάθει ἀνιάτῳ βληθεὶς ἀπέ‐</w:t>
      </w:r>
    </w:p>
    <w:p>
      <w:r>
        <w:rPr>
          <w:rFonts w:ascii="Courier New" w:hAnsi="Courier New"/>
          <w:color w:val="555555"/>
          <w:sz w:val="20"/>
        </w:rPr>
        <w:t>[10]</w:t>
      </w:r>
    </w:p>
    <w:p>
      <w:r>
        <w:rPr>
          <w:rFonts w:ascii="Gentium Plus" w:hAnsi="Gentium Plus"/>
          <w:sz w:val="24"/>
        </w:rPr>
        <w:t>θανεν, ὢν ἐνιαυτῶν μβʹ. Μετὰ δὲ τὴν βασιλείαν Τίτου ἐβασίλευσεν ὁ θειότατος Δο‐ μετιανὸς ἔτη ιεʹ καὶ μῆνας βʹ. ἦν δὲ μακρός, λεπτός, λευκός, ξανθός, κονδόθριξ, γλαυκός, ὑπόκυρτος, φιλόσοφος ἄκρος. ἐπὶ δὲ τῆς αὐτοῦ βασιλείας διωγμὸς χριστιανῶν ἐγένετο· ὅστις</w:t>
      </w:r>
    </w:p>
    <w:p>
      <w:r>
        <w:rPr>
          <w:rFonts w:ascii="Courier New" w:hAnsi="Courier New"/>
          <w:color w:val="555555"/>
          <w:sz w:val="20"/>
        </w:rPr>
        <w:t>[15]</w:t>
      </w:r>
    </w:p>
    <w:p>
      <w:r>
        <w:rPr>
          <w:rFonts w:ascii="Gentium Plus" w:hAnsi="Gentium Plus"/>
          <w:sz w:val="24"/>
        </w:rPr>
        <w:t>καὶ τὸν ἅγιον Ἰωάννην τὸν θεολόγον ἀνήνεγκεν ἐν τῇ Ῥώμῃ καὶ ἐξήτασεν αὐτόν. καὶ θαυμάσας τοῦ αὐτοῦ ἀποστόλου τὴν σο‐ φίαν ἀπέλυσεν αὐτὸν λάθρᾳ ἀπελθεῖν εἰς Ἔφεσον, εἰπὼν αὐτῷ, Ἄπελθε καὶ ἡσύχασον ὅθεν ἦλθες. καὶ ἐλοιδορήθη· καὶ ἐξώρι‐ σεν αὐτὸν εἰς Πάτμον. πολλοὺς δὲ ἄλλους χριστιανοὺς ἐτιμω‐</w:t>
      </w:r>
    </w:p>
    <w:p>
      <w:r>
        <w:rPr>
          <w:rFonts w:ascii="Courier New" w:hAnsi="Courier New"/>
          <w:color w:val="555555"/>
          <w:sz w:val="20"/>
        </w:rPr>
        <w:t>[20]</w:t>
      </w:r>
    </w:p>
    <w:p>
      <w:r>
        <w:rPr>
          <w:rFonts w:ascii="Gentium Plus" w:hAnsi="Gentium Plus"/>
          <w:sz w:val="24"/>
        </w:rPr>
        <w:t>ρήσατο, ὥστε φυγεῖν ἐξ αὐτῶν πλῆθος ἐπὶ τὸν Πόντον, καθὼς Βώττιος ὁ σοφὸς χρονογράφος συνεγράψατο κατ’ αὐτῶν.</w:t>
      </w:r>
    </w:p>
    <w:p>
      <w:r>
        <w:rPr>
          <w:rFonts w:ascii="Courier New" w:hAnsi="Courier New"/>
          <w:color w:val="555555"/>
          <w:sz w:val="20"/>
        </w:rPr>
        <w:t>[Chron . 263]</w:t>
      </w:r>
    </w:p>
    <w:p>
      <w:r>
        <w:rPr>
          <w:rFonts w:ascii="Gentium Plus" w:hAnsi="Gentium Plus"/>
          <w:sz w:val="24"/>
        </w:rPr>
        <w:t>Πρασίνου μέρους τῆς Ῥώμης τὸν λεγόμενον Πάριδα. περὶ οὗ καὶ ἐλοιδορεῖτο ἀπὸ τῆς συγκλήτου Ῥώμης καὶ Ἰουβεναλίου τοῦ ποιητοῦ τοῦ Ῥωμαίου, ὡς χαίρων εἰς τὸ Πράσινον. ὅστις βασι‐ λεὺς ἐξώρισε τὸν αὐτὸν Ἰουβενάλιον τὸν ποιητὴν ἐν Πενταπόλει</w:t>
      </w:r>
    </w:p>
    <w:p>
      <w:r>
        <w:rPr>
          <w:rFonts w:ascii="Courier New" w:hAnsi="Courier New"/>
          <w:color w:val="555555"/>
          <w:sz w:val="20"/>
        </w:rPr>
        <w:t>[5]</w:t>
      </w:r>
    </w:p>
    <w:p>
      <w:r>
        <w:rPr>
          <w:rFonts w:ascii="Gentium Plus" w:hAnsi="Gentium Plus"/>
          <w:sz w:val="24"/>
        </w:rPr>
        <w:t>ἐπὶ τὴν Λιβύην, τὸν δὲ ὀρχηστὴν πλουτίσας ἔπεμψεν ἐν Ἀν‐ τιοχείᾳ τῇ μεγάλῃ ἐπὶ τὸ ἐκεῖ αὐτὸν οἰκεῖν ἔξω τῆς πόλεως. ὅστις Πάρις ὀρχηστὴς ἐκεῖ ἀπελθὼν ᾤκει ἔξω τῆς αὐτῆς πό‐ λεως, κτίσας ἑαυτῷ οἶκον προάστειον καὶ λουτρόν, ὅπερ ἐστὶν ἕως τῆς νῦν, τὸ λεγόμενον Παράδεισος καὶ ὁ οἶκος· κἀκεῖ τελευτή‐</w:t>
      </w:r>
    </w:p>
    <w:p>
      <w:r>
        <w:rPr>
          <w:rFonts w:ascii="Courier New" w:hAnsi="Courier New"/>
          <w:color w:val="555555"/>
          <w:sz w:val="20"/>
        </w:rPr>
        <w:t>[10]</w:t>
      </w:r>
    </w:p>
    <w:p>
      <w:r>
        <w:rPr>
          <w:rFonts w:ascii="Gentium Plus" w:hAnsi="Gentium Plus"/>
          <w:sz w:val="24"/>
        </w:rPr>
        <w:t>σας κεῖται ἐν σορῷ ὄπισθεν τοῦ οἴκου ἐν τοῖς κήποις αὐτοῦ. Ὁ δὲ αὐτὸς Δομετιανὸς ἔκτισεν ἐν Ἀντιοχείᾳ τῇ μεγάλῃ δη‐ μόσιον λουτρὸν τὸ λεγόμενον τῆς Μηδείας, διότι ἄγαλμα ἔστη‐ σεν ἐν αὐτῷ θαυμαστὸν τῇ Μηδείᾳ· καὶ οὕτως αὐτὸ τὸ δημόσιον λουτρὸν ἐκάλουν οἱ πολῖται καὶ οὐκέτι τὸ Δομετιανόν· τὸ δὲ αὐ‐</w:t>
      </w:r>
    </w:p>
    <w:p>
      <w:r>
        <w:rPr>
          <w:rFonts w:ascii="Courier New" w:hAnsi="Courier New"/>
          <w:color w:val="555555"/>
          <w:sz w:val="20"/>
        </w:rPr>
        <w:t>[15]</w:t>
      </w:r>
    </w:p>
    <w:p>
      <w:r>
        <w:rPr>
          <w:rFonts w:ascii="Gentium Plus" w:hAnsi="Gentium Plus"/>
          <w:sz w:val="24"/>
        </w:rPr>
        <w:t>τὸ δημόσιον ἦν κεκτισμένον παρὰ τὸ ὄρος πλησίον τοῦ μονομα‐ χίου καὶ τοῦ ἱεροῦ τῆς Ἀφροδίτης. ἔκτισε δὲ ἐκεῖ ὁ αὐτὸς βασι‐ λεὺς καὶ ἱερὸν τοῦ Ἀσκληπιοῦ. Ἦν δὲ τοῖς χρόνοις τῆς βασιλείας τοῦ αὐτοῦ Δομετιανοῦ ὁ σοφώτατος Ἀπολλώνιος ὁ Τυανεύς· καὶ ἤκμαζε περιπολεύων καὶ</w:t>
      </w:r>
    </w:p>
    <w:p>
      <w:r>
        <w:rPr>
          <w:rFonts w:ascii="Courier New" w:hAnsi="Courier New"/>
          <w:color w:val="555555"/>
          <w:sz w:val="20"/>
        </w:rPr>
        <w:t>[20]</w:t>
      </w:r>
    </w:p>
    <w:p>
      <w:r>
        <w:rPr>
          <w:rFonts w:ascii="Gentium Plus" w:hAnsi="Gentium Plus"/>
          <w:sz w:val="24"/>
        </w:rPr>
        <w:t>πανταχοῦ ποιῶν τελέσματα εἰς τὰς πόλεις καὶ εἰς τὰς χώρας. ὅστις ἀπὸ τῆς Ῥώμης ἐξελθὼν κατέλαβε τὸ Βυζάντιον· καὶ εἰσ‐</w:t>
      </w:r>
    </w:p>
    <w:p>
      <w:r>
        <w:rPr>
          <w:rFonts w:ascii="Courier New" w:hAnsi="Courier New"/>
          <w:color w:val="555555"/>
          <w:sz w:val="20"/>
        </w:rPr>
        <w:t>[Chron . 264]</w:t>
      </w:r>
    </w:p>
    <w:p>
      <w:r>
        <w:rPr>
          <w:rFonts w:ascii="Gentium Plus" w:hAnsi="Gentium Plus"/>
          <w:sz w:val="24"/>
        </w:rPr>
        <w:t>νούπολιν, ἐποίησε καὶ ἐκεῖ πολλὰ τελέσματα παρακληθεὶς ὑπὸ τῶν Βυζαντίων, τὸ τῶν πελαργῶν καὶ τὸ τοῦ Λύκου ποταμοῦ τοῦ κατὰ μέσου τῆς πόλεως παρερχομένου καὶ τὸ τῆς χελώνης καὶ τὸ τῶν ἵππων καὶ ἄλλα τινὰ θαυμαστά· καὶ λοιπὸν ἀπὸ τοῦ</w:t>
      </w:r>
    </w:p>
    <w:p>
      <w:r>
        <w:rPr>
          <w:rFonts w:ascii="Courier New" w:hAnsi="Courier New"/>
          <w:color w:val="555555"/>
          <w:sz w:val="20"/>
        </w:rPr>
        <w:t>[5]</w:t>
      </w:r>
    </w:p>
    <w:p>
      <w:r>
        <w:rPr>
          <w:rFonts w:ascii="Gentium Plus" w:hAnsi="Gentium Plus"/>
          <w:sz w:val="24"/>
        </w:rPr>
        <w:t>Βυζαντίου ἐξελθὼν ἐποίει εἰς τὰς ἄλλας πόλεις ὁ αὐτὸς Ἀπολ‐ λώνιος τελέσματα. καὶ ἦλθεν ἐπὶ τὴν Συρίαν ἀπὸ Τυάνων, καὶ εἰσῆλθεν ἐν Ἀντιοχείᾳ τῇ μεγάλῃ· καὶ ᾔτησαν αὐτὸν οἱ Ἀντιο‐ χεῖς κτήτορες ποιῆσαι κἀκεῖ τελέσματα περὶ ὧν ἐδέοντο. καὶ ἐποίησεν εἰς τὸν βοῤῥᾶν ἄνεμον, θήσας τὸ αὐτὸ τέλεσμα κατὰ</w:t>
      </w:r>
    </w:p>
    <w:p>
      <w:r>
        <w:rPr>
          <w:rFonts w:ascii="Courier New" w:hAnsi="Courier New"/>
          <w:color w:val="555555"/>
          <w:sz w:val="20"/>
        </w:rPr>
        <w:t>[10]</w:t>
      </w:r>
    </w:p>
    <w:p>
      <w:r>
        <w:rPr>
          <w:rFonts w:ascii="Gentium Plus" w:hAnsi="Gentium Plus"/>
          <w:sz w:val="24"/>
        </w:rPr>
        <w:t>τὴν ἀνατολικὴν πόρταν. ὁμοίως δὲ ἐποίησε τέλεσμα ἐν αὐτῇ τῇ πόλει καὶ διὰ τοὺς σκορπίους, πρὸς τὸ μὴ τολμᾶν αὐτοὺς πλη‐ σιάζειν τῇ χώρᾳ· καὶ ἔθηκε τὸ αὐτὸ τέλεσμα ἐν μέσῳ τῆς πό‐ λεως, ποιήσας χαλκοῦν σκορπίον καὶ χώσας αὐτόν, πήξας ἐπάνω κίονα μικρόν. καὶ ἐγένοντο ἀφανεῖς οἱ σκορπίοι ἐκ τῆς ἐνορίας</w:t>
      </w:r>
    </w:p>
    <w:p>
      <w:r>
        <w:rPr>
          <w:rFonts w:ascii="Courier New" w:hAnsi="Courier New"/>
          <w:color w:val="555555"/>
          <w:sz w:val="20"/>
        </w:rPr>
        <w:t>[15]</w:t>
      </w:r>
    </w:p>
    <w:p>
      <w:r>
        <w:rPr>
          <w:rFonts w:ascii="Gentium Plus" w:hAnsi="Gentium Plus"/>
          <w:sz w:val="24"/>
        </w:rPr>
        <w:t>Ἀντιοχείας πάσης. ἐποίησε δὲ καὶ ἄλλα πολλὰ ἐκεῖ. ᾔτησαν δὲ αὐτὸν οἱ πολῖται ἵνα ποιήσῃ τέλεσμα πρὸς τοὺς κώνωπας, εἰς τὸ μὴ ἔχειν κώνωπας τὴν αὐτὴν πόλιν Ἀντιόχειαν. καὶ ἐποίησε, κελεύσας αὐτοῖς ἵνα τῇ ἑβδόμῃ τοῦ δαισίου τοῦ καὶ ἰουνίου μη‐ νὸς ἐπιτελῆται ἐν αὐτῇ Ἀντιοχείᾳ τῆς Συρίας τὸ ἱππικὸν τὸ ἀπὸ</w:t>
      </w:r>
    </w:p>
    <w:p>
      <w:r>
        <w:rPr>
          <w:rFonts w:ascii="Courier New" w:hAnsi="Courier New"/>
          <w:color w:val="555555"/>
          <w:sz w:val="20"/>
        </w:rPr>
        <w:t>[20]</w:t>
      </w:r>
    </w:p>
    <w:p>
      <w:r>
        <w:rPr>
          <w:rFonts w:ascii="Gentium Plus" w:hAnsi="Gentium Plus"/>
          <w:sz w:val="24"/>
        </w:rPr>
        <w:t>Γράστης τοῦ αὐτοῦ δαισίου μηνός· ἀλλὰ τῇ νεομηνίᾳ τοῦ δαισίου μηνὸς θήσας τὸ τέλεσμα, τῇ ἑβδόμῃ τοῦ αὐτοῦ μηνὸς ἐπιτρέψας ἵνα πάντες ἐν τῇ αὐτῇ ἡμέρᾳ τοῦ ἱπποδρομίου τῆς Γράστης βα‐</w:t>
      </w:r>
    </w:p>
    <w:p>
      <w:r>
        <w:rPr>
          <w:rFonts w:ascii="Courier New" w:hAnsi="Courier New"/>
          <w:color w:val="555555"/>
          <w:sz w:val="20"/>
        </w:rPr>
        <w:t>[Chron . 265]</w:t>
      </w:r>
    </w:p>
    <w:p>
      <w:r>
        <w:rPr>
          <w:rFonts w:ascii="Gentium Plus" w:hAnsi="Gentium Plus"/>
          <w:sz w:val="24"/>
        </w:rPr>
        <w:t>τα λεμὶν τοῦ Ἄρεως, καὶ ὑποκάτω τοῦ καλάμου σκουτάριον κρε‐ μάμενον ἀπὸ δέρματος ῥουσίου ἐντεῦθεν, κἀκεῖθεν δὲ παραμῆ‐ ριν ἀπὸ καλαμίου κρεμάμενον ὡσαύτως, λινῷ ῥάμματι δεδεμένα, εἰρηκὼς αὐτοῖς κράζειν εἰσελαύνοντας καὶ λέγειν, Ἀκώνωπα τῇ</w:t>
      </w:r>
    </w:p>
    <w:p>
      <w:r>
        <w:rPr>
          <w:rFonts w:ascii="Courier New" w:hAnsi="Courier New"/>
          <w:color w:val="555555"/>
          <w:sz w:val="20"/>
        </w:rPr>
        <w:t>[5]</w:t>
      </w:r>
    </w:p>
    <w:p>
      <w:r>
        <w:rPr>
          <w:rFonts w:ascii="Gentium Plus" w:hAnsi="Gentium Plus"/>
          <w:sz w:val="24"/>
        </w:rPr>
        <w:t>πόλει, καὶ μετὰ τὸ ἀπολῦσαι τὸ ἱπποδρόμιον ἕκαστον ἀποτίθε‐ σθαι αὐτὸ εἰς τὸν ἰδίον οἶκον. καὶ οὐκέτι ἐφάνη ἐν Ἀντιοχείᾳ τῇ μεγάλῃ κώνωψ. Ἐν τῷ δὲ περιέρχεσθαι τὸν αὐτὸν Ἀπολλώνιον τὸν Τυανέα καὶ ἱστορεῖν τὴν αὐτὴν Ἀντιόχειαν μετὰ τῶν κτητόρων τῆς πό‐</w:t>
      </w:r>
    </w:p>
    <w:p>
      <w:r>
        <w:rPr>
          <w:rFonts w:ascii="Courier New" w:hAnsi="Courier New"/>
          <w:color w:val="555555"/>
          <w:sz w:val="20"/>
        </w:rPr>
        <w:t>[10]</w:t>
      </w:r>
    </w:p>
    <w:p>
      <w:r>
        <w:rPr>
          <w:rFonts w:ascii="Gentium Plus" w:hAnsi="Gentium Plus"/>
          <w:sz w:val="24"/>
        </w:rPr>
        <w:t>λεως τοποθεσίαν, εἶδεν ἐν μέσῳ τῆς αὐτῆς πόλεως κίονα ἑστῶτα πορφυροῦν καὶ μὴ ἔχοντα ἐπάνω τί ποτε, ἀλλὰ καὶ αὐτὸν τὸν κίονα ὑπὸ τυφωνικοῦ πυρὸς φλογισθέντα. καὶ ἐπερωτήσας περὶ αὐτοῦ, τί ἐστι τοῦτο, ἔμαθε παρ’ αὐτῶν ὅτι μετὰ τὸ πάθος τῆς πόλεως τὸ ἐπὶ Γαΐου Καίσαρος Δεββόριός τις φιλόσοφος τελε‐</w:t>
      </w:r>
    </w:p>
    <w:p>
      <w:r>
        <w:rPr>
          <w:rFonts w:ascii="Courier New" w:hAnsi="Courier New"/>
          <w:color w:val="555555"/>
          <w:sz w:val="20"/>
        </w:rPr>
        <w:t>[15]</w:t>
      </w:r>
    </w:p>
    <w:p>
      <w:r>
        <w:rPr>
          <w:rFonts w:ascii="Gentium Plus" w:hAnsi="Gentium Plus"/>
          <w:sz w:val="24"/>
        </w:rPr>
        <w:t>στὴς ἐποίησε τὸ τέλεσμα τοῦτο ὥστε δονουμένην τὴν πόλιν ὑπὸ σεισμοῦ μὴ πίπτειν, στήσας τὸν κίονα καὶ ὑπεράνω αὐτοῦ στη‐ θάριν μαρμάρινον, καὶ ἐν τῷ στήθει αὐτοῦ ἔγραφεν, Ἄσειστα, ἄπτωτα. καὶ τυφωνικοῦ πυρὸς ὑπὸ τῆς ἀστραπῆς γενομένου, καυθὲν τὸ ἐπάνω τοῦ κίονος στηθάριν ἔπεσε, καὶ δεδοίκαμεν</w:t>
      </w:r>
    </w:p>
    <w:p>
      <w:r>
        <w:rPr>
          <w:rFonts w:ascii="Courier New" w:hAnsi="Courier New"/>
          <w:color w:val="555555"/>
          <w:sz w:val="20"/>
        </w:rPr>
        <w:t>[20]</w:t>
      </w:r>
    </w:p>
    <w:p>
      <w:r>
        <w:rPr>
          <w:rFonts w:ascii="Gentium Plus" w:hAnsi="Gentium Plus"/>
          <w:sz w:val="24"/>
        </w:rPr>
        <w:t>μὴ πάλιν πάθῃ ἡ πόλις ἡμῶν. ἀλλὰ παρακλήθητι καὶ ποίησον</w:t>
      </w:r>
    </w:p>
    <w:p>
      <w:r>
        <w:rPr>
          <w:rFonts w:ascii="Courier New" w:hAnsi="Courier New"/>
          <w:color w:val="555555"/>
          <w:sz w:val="20"/>
        </w:rPr>
        <w:t>[Chron . 266]</w:t>
      </w:r>
    </w:p>
    <w:p>
      <w:r>
        <w:rPr>
          <w:rFonts w:ascii="Gentium Plus" w:hAnsi="Gentium Plus"/>
          <w:sz w:val="24"/>
        </w:rPr>
        <w:t>Ἀπολλώνιος στενάξας ἀνεβάλετο τοῦ ποιῆσαι ἄλλο τέλεσμα περὶ σεισμῶν. καὶ ἑωρακότες αὐτὸν στενάξαντα, ἐπέμειναν παρακα‐ λοῦντες αὐτόν· καὶ λαβὼν δίπτυχον ἔγραψε ταῦτα. Καὶ σύ, τά‐ λαινα Ἀντιόχεια, δὶς πάθοις· ἀλλὰ καὶ πάλιν ἐλεύσεται καιρός,</w:t>
      </w:r>
    </w:p>
    <w:p>
      <w:r>
        <w:rPr>
          <w:rFonts w:ascii="Courier New" w:hAnsi="Courier New"/>
          <w:color w:val="555555"/>
          <w:sz w:val="20"/>
        </w:rPr>
        <w:t>[5]</w:t>
      </w:r>
    </w:p>
    <w:p>
      <w:r>
        <w:rPr>
          <w:rFonts w:ascii="Gentium Plus" w:hAnsi="Gentium Plus"/>
          <w:sz w:val="24"/>
        </w:rPr>
        <w:t>ὅτε δὴ ἐπὶ πήμασι κεῖσε σεισμοῖς· δὶς δ’ αὖθ’ πυρὶ καύσαι ὁ παρ’ αἰγιαλοῖς Ἀρέντησι· εἰ μὴ πάλιν πάθοις. καὶ ἐπιδέδωκε τὸ δίπτυχον τοῖς αὐτοῖς Ἀντιοχεῦσι κτήτορσι. καὶ ἐξορμήσας ἀπὸ τῆς τοῦ Ἀντιόχου πόλεως κατῆλθεν εἰς Σελεύκειαν τῆς Συ‐ ρίας· καὶ ἀπέπλευσεν ἐπὶ τὴν Αἴγυπτον. ἔζησε δὲ ὁ αὐτὸς Ἀπολ‐</w:t>
      </w:r>
    </w:p>
    <w:p>
      <w:r>
        <w:rPr>
          <w:rFonts w:ascii="Courier New" w:hAnsi="Courier New"/>
          <w:color w:val="555555"/>
          <w:sz w:val="20"/>
        </w:rPr>
        <w:t>[10]</w:t>
      </w:r>
    </w:p>
    <w:p>
      <w:r>
        <w:rPr>
          <w:rFonts w:ascii="Gentium Plus" w:hAnsi="Gentium Plus"/>
          <w:sz w:val="24"/>
        </w:rPr>
        <w:t>λώνιος ἔτη τριάκοντα καὶ τέσσαρα καὶ μῆνας ὀκτώ, καθὼς Δο‐ μνῖνος ὁ σοφώτατος χρονογράφος συνεγράψατο ταῦτα. Ὁ δὲ αὐτὸς θειότατος Δομετιανὸς βασιλεὺς ἔκτισεν εἰς τὴν Ἰσαυρίαν πόλιν, ἥντινα ἐκάλεσε Δομετιανούπολιν. ἐφόνευσε δὲ ἀγανακτήσας ὁ αὐτὸς Δομετιανὸς τὸν περιβόητον Ἀσκληπίονα,</w:t>
      </w:r>
    </w:p>
    <w:p>
      <w:r>
        <w:rPr>
          <w:rFonts w:ascii="Courier New" w:hAnsi="Courier New"/>
          <w:color w:val="555555"/>
          <w:sz w:val="20"/>
        </w:rPr>
        <w:t>[15]</w:t>
      </w:r>
    </w:p>
    <w:p>
      <w:r>
        <w:rPr>
          <w:rFonts w:ascii="Gentium Plus" w:hAnsi="Gentium Plus"/>
          <w:sz w:val="24"/>
        </w:rPr>
        <w:t>εἰπόντα αὐτῷ ὅτι Σφαζόμενος τελευτᾷς· καὶ μετ’ ὀλίγον καιρὸν</w:t>
      </w:r>
    </w:p>
    <w:p>
      <w:r>
        <w:rPr>
          <w:rFonts w:ascii="Courier New" w:hAnsi="Courier New"/>
          <w:color w:val="555555"/>
          <w:sz w:val="20"/>
        </w:rPr>
        <w:t>[Chron . 267]</w:t>
      </w:r>
    </w:p>
    <w:p>
      <w:r>
        <w:rPr>
          <w:rFonts w:ascii="Gentium Plus" w:hAnsi="Gentium Plus"/>
          <w:sz w:val="24"/>
        </w:rPr>
        <w:t>ῆλθεν ἐν τῷ ἱερῷ τοῦ Διὸς θυσιάσαι, καὶ ἀφανὴς γενόμενος, τε‐ λευτᾷ, ἐτῶν μέ, εἰπόντων πάντων ὅτι ἐπήρθη ἀπὸ τῆς γῆς εἰς τὸν ἀέρα, ὡς φιλόσοφος. ἐφονεύθη δὲ σφαγεὶς ἐν τῷ αὐτῷ ἱερῷ τοῦ Διὸς ὑπὸ τῆς συγκλήτου, ὡς ὑπερήφανος καὶ ἐνυβρίζων αὐτούς.</w:t>
      </w:r>
    </w:p>
    <w:p>
      <w:r>
        <w:rPr>
          <w:rFonts w:ascii="Courier New" w:hAnsi="Courier New"/>
          <w:color w:val="555555"/>
          <w:sz w:val="20"/>
        </w:rPr>
        <w:t>[5]</w:t>
      </w:r>
    </w:p>
    <w:p>
      <w:r>
        <w:rPr>
          <w:rFonts w:ascii="Gentium Plus" w:hAnsi="Gentium Plus"/>
          <w:sz w:val="24"/>
        </w:rPr>
        <w:t>οἵτινες συγκλητικοὶ ἐποίησαν ἣν ἐφόρει χλαμύδα πορφυρᾶν κρε‐ μασθῆναι εἰς μίαν ἅλυσιν τῶν ὄντων ἐν τῷ ἱερῷ κανδήλων· καὶ πάντες οἱ εἰσιόντες εἰς τὸ ἱερὸν ἠπατοῦντο, νομίζοντες ὅτι ἐπήρ‐ θη εἰς τὸν ἀέρα. ἐγνώσθη δὲ μετὰ ταῦτα ὅτι ἐσφάγη· καὶ ἐγέ‐ νετο ταραχὴ μεγάλη, διότι εἰς τὸ ἱερὸν ἐσφάγη.</w:t>
      </w:r>
    </w:p>
    <w:p>
      <w:r>
        <w:rPr>
          <w:rFonts w:ascii="Courier New" w:hAnsi="Courier New"/>
          <w:color w:val="555555"/>
          <w:sz w:val="20"/>
        </w:rPr>
        <w:t>[10]</w:t>
      </w:r>
    </w:p>
    <w:p>
      <w:r>
        <w:rPr>
          <w:rFonts w:ascii="Gentium Plus" w:hAnsi="Gentium Plus"/>
          <w:sz w:val="24"/>
        </w:rPr>
        <w:t>Μετὰ δὲ τὴν βασιλείαν Δομετιανοῦ ἐβασίλευσε Νερβᾶς Αὔ‐ γουστος ἔτος αʹ καὶ μῆνα αʹ. ἦν δὲ διμοιριαῖος, γέρων, εὐόφθαλ‐ μος, μακρόρινος, εὔσωμος, μιξοπόλιος, μελάγχροος, οὖλος, δασυ‐ πώγων, ἀγαθός. ἐπὶ δὲ τῆς αὐτοῦ βασιλείας ἔπαθεν ὑπὸ θεο‐ μηνίας τὸ τρίτον αὐτῆς πάθος Διοκαισάρεια, πόλις τῆς Κιλικίας,</w:t>
      </w:r>
    </w:p>
    <w:p>
      <w:r>
        <w:rPr>
          <w:rFonts w:ascii="Courier New" w:hAnsi="Courier New"/>
          <w:color w:val="555555"/>
          <w:sz w:val="20"/>
        </w:rPr>
        <w:t>[15]</w:t>
      </w:r>
    </w:p>
    <w:p>
      <w:r>
        <w:rPr>
          <w:rFonts w:ascii="Gentium Plus" w:hAnsi="Gentium Plus"/>
          <w:sz w:val="24"/>
        </w:rPr>
        <w:t>καὶ Νικούπολις καὶ ἡ χώρα αὐτῆς. καὶ εὐθέως ἔπεμψέ τινα ἐκεῖ ὁ αὐτὸς βασιλεὺς συγκλητικὸν Ῥωμαῖον ὀνόματι Ζάρβον εἰς τὸ κτίσαι αὐτήν, παρασχὼν αὐτῷ ὀκτὼ κεντηνάρια. καὶ καταλα‐ βὼν τὴν Κιλικίαν ὁ αὐτὸς Ζάρβος ὁ συγκλητικός, καὶ ἑωρακὼς τὰ πεπτωκότα, πολλὴν σπουδὴν θέμενος ἀνενέωσε τὴν πόλιν,</w:t>
      </w:r>
    </w:p>
    <w:p>
      <w:r>
        <w:rPr>
          <w:rFonts w:ascii="Courier New" w:hAnsi="Courier New"/>
          <w:color w:val="555555"/>
          <w:sz w:val="20"/>
        </w:rPr>
        <w:t>[20]</w:t>
      </w:r>
    </w:p>
    <w:p>
      <w:r>
        <w:rPr>
          <w:rFonts w:ascii="Gentium Plus" w:hAnsi="Gentium Plus"/>
          <w:sz w:val="24"/>
        </w:rPr>
        <w:t>βελτίω αὐτὴν ποιήσας. ὅθεν καὶ εἰς τὸ αὐτοῦ ὄνομα ἐκλήθη ἡ πόλις, τῶν πολιτῶν εὐχαριστούντων αὐτῷ. ὁ γὰρ συγκλητικὸς</w:t>
      </w:r>
    </w:p>
    <w:p>
      <w:r>
        <w:rPr>
          <w:rFonts w:ascii="Courier New" w:hAnsi="Courier New"/>
          <w:color w:val="555555"/>
          <w:sz w:val="20"/>
        </w:rPr>
        <w:t>[Chron . 268]</w:t>
      </w:r>
    </w:p>
    <w:p>
      <w:r>
        <w:rPr>
          <w:rFonts w:ascii="Gentium Plus" w:hAnsi="Gentium Plus"/>
          <w:sz w:val="24"/>
        </w:rPr>
        <w:t>συνέβη δὲ τελευτῆσαι τὸν βασιλέα πρὸ τοῦ πληρωθῆναι αὐ‐ τήν· καὶ μετεκάλεσαν αὐτὴν Ἀνάζαρβον, ἐπιτρέψαντες τοῖς συμ‐ βολαιογράφοις οὕτως αὐτὴν χρηματίζειν. ἐλέγετο γὰρ ἐξ ἀρχῆς ἡ αὐτὴ πόλις Κύϊνδα· καὶ ἔπαθε πρῶτον πάθος ἐπὶ τῶν ὑπά‐</w:t>
      </w:r>
    </w:p>
    <w:p>
      <w:r>
        <w:rPr>
          <w:rFonts w:ascii="Courier New" w:hAnsi="Courier New"/>
          <w:color w:val="555555"/>
          <w:sz w:val="20"/>
        </w:rPr>
        <w:t>[5]</w:t>
      </w:r>
    </w:p>
    <w:p>
      <w:r>
        <w:rPr>
          <w:rFonts w:ascii="Gentium Plus" w:hAnsi="Gentium Plus"/>
          <w:sz w:val="24"/>
        </w:rPr>
        <w:t>των Ῥώμης, καὶ ἀνενεώθη καὶ μετεκλήθη Κίσκος πόλις. καὶ πάλιν ἔπαθεν ἐπὶ τοῦ Καίσαρος Ἰουλίου τὸ βʹ αὐτῆς πάθος· καὶ ἀνενεώθη καὶ μετεκλήθη Διοκαισάρεια· καὶ παθοῦσα ὡς προεί‐ ρηται ἐπὶ Νερβᾶ βασιλέως μετωνομάσθη Ἀνάζαρβος. ποιήσας δὲ θυσίαν κόρην ὁ Ζάρβος ὀνόματι Κηπάραν χωρικήν, ἐποίησεν</w:t>
      </w:r>
    </w:p>
    <w:p>
      <w:r>
        <w:rPr>
          <w:rFonts w:ascii="Courier New" w:hAnsi="Courier New"/>
          <w:color w:val="555555"/>
          <w:sz w:val="20"/>
        </w:rPr>
        <w:t>[10]</w:t>
      </w:r>
    </w:p>
    <w:p>
      <w:r>
        <w:rPr>
          <w:rFonts w:ascii="Gentium Plus" w:hAnsi="Gentium Plus"/>
          <w:sz w:val="24"/>
        </w:rPr>
        <w:t>αὐτῇ στήλην χαλκῆν εἰς τύχην τῆς πόλεως. ἐμήνυσε δὲ τῷ αὐτῷ βασιλεῖ ὁ Ζάρβος περὶ τῶν πολιτῶν καὶ τοῖς σωθεῖσι πολίταις ἐχαρίσατο, ὡς φιλότιμος, πολλὰ ὁ αὐτὸς βασιλεύς. ὅστις Νερ‐ βᾶς ἀνεκαλέσατο τὸν ἀπόστολον τὸν ἅγιον Ἰωάννην· καὶ ἦλθεν ἐν Ἐφέσῳ πάλιν ἀπὸ Πάτμων.</w:t>
      </w:r>
    </w:p>
    <w:p>
      <w:r>
        <w:rPr>
          <w:rFonts w:ascii="Courier New" w:hAnsi="Courier New"/>
          <w:color w:val="555555"/>
          <w:sz w:val="20"/>
        </w:rPr>
        <w:t>[15]</w:t>
      </w:r>
    </w:p>
    <w:p>
      <w:r>
        <w:rPr>
          <w:rFonts w:ascii="Gentium Plus" w:hAnsi="Gentium Plus"/>
          <w:sz w:val="24"/>
        </w:rPr>
        <w:t>Ἐπὶ δὲ τῆς αὐτοῦ βασιλείας ἀνεφάνη Μάνης δογματίζων καὶ διδάσκων ὀχλαγωγῶν. ὡσαύτως δὲ ἐπὶ τῆς αὐτοῦ βασιλείας ἐκω‐ λύθησαν οἱ μονομάχοι καὶ αἱ θέαι αὐτῶν· καὶ ἐπενοήθη ἀντ’ αὐτῶν τῶν κυνηγίων ἡ θέα. Ὁ δὲ αὐτὸς βασιλεὺς νοσήσας καὶ φθαρεὶς τελευτᾷ, ὢν ἐνιαυ‐</w:t>
      </w:r>
    </w:p>
    <w:p>
      <w:r>
        <w:rPr>
          <w:rFonts w:ascii="Courier New" w:hAnsi="Courier New"/>
          <w:color w:val="555555"/>
          <w:sz w:val="20"/>
        </w:rPr>
        <w:t>[20]</w:t>
      </w:r>
    </w:p>
    <w:p>
      <w:r>
        <w:rPr>
          <w:rFonts w:ascii="Gentium Plus" w:hAnsi="Gentium Plus"/>
          <w:sz w:val="24"/>
        </w:rPr>
        <w:t>τῶν οαʹ.</w:t>
      </w:r>
    </w:p>
    <w:p>
      <w:pPr>
        <w:jc w:val="center"/>
      </w:pPr>
      <w:r>
        <w:rPr>
          <w:rFonts w:ascii="Gentium Plus" w:hAnsi="Gentium Plus"/>
          <w:b/>
          <w:sz w:val="24"/>
        </w:rPr>
        <w:t>ΛΟΓΟΣ ΙΑʹ</w:t>
      </w:r>
    </w:p>
    <w:p>
      <w:r>
        <w:rPr>
          <w:rFonts w:ascii="Courier New" w:hAnsi="Courier New"/>
          <w:color w:val="555555"/>
          <w:sz w:val="20"/>
        </w:rPr>
        <w:t>[t2]</w:t>
      </w:r>
    </w:p>
    <w:p>
      <w:r>
        <w:rPr>
          <w:rFonts w:ascii="Gentium Plus" w:hAnsi="Gentium Plus"/>
          <w:sz w:val="24"/>
        </w:rPr>
        <w:t>ΧΡΟΝΩΝ ΤΡΑΙΑΝΟΥ ΒΑΣΙΛΕΩΣ ΚΑΙ ΠΑΘΟΥΣ</w:t>
      </w:r>
    </w:p>
    <w:p>
      <w:r>
        <w:rPr>
          <w:rFonts w:ascii="Courier New" w:hAnsi="Courier New"/>
          <w:color w:val="555555"/>
          <w:sz w:val="20"/>
        </w:rPr>
        <w:t>[t3]</w:t>
      </w:r>
    </w:p>
    <w:p>
      <w:r>
        <w:rPr>
          <w:rFonts w:ascii="Gentium Plus" w:hAnsi="Gentium Plus"/>
          <w:sz w:val="24"/>
        </w:rPr>
        <w:t>ΑΝΤΙΟΧΕΙΑΣ ΤΡΙΤΟΥ.</w:t>
      </w:r>
    </w:p>
    <w:p>
      <w:r>
        <w:rPr>
          <w:rFonts w:ascii="Courier New" w:hAnsi="Courier New"/>
          <w:color w:val="555555"/>
          <w:sz w:val="20"/>
        </w:rPr>
        <w:t>[1]</w:t>
      </w:r>
    </w:p>
    <w:p>
      <w:r>
        <w:rPr>
          <w:rFonts w:ascii="Gentium Plus" w:hAnsi="Gentium Plus"/>
          <w:sz w:val="24"/>
        </w:rPr>
        <w:t>Μετὰ δὲ τὴν βασιλείαν Νερβᾶ ἐβασίλευσεν ὁ θειότατος Τραϊα‐ νὸς ἔτη ιθʹ καὶ μῆνας ἕξ. ἦν δὲ μακρός, ξηρὸς τῷ σώματι, μελάγχροος, λεπτοχαράκτηρος, κονδόθριξ, πολιός, βαθεῖς ἔχων ὀφθαλμούς. ἕως δὲ τοῦ δευτέρου ἔτους τῆς βασιλείας αὐτοῦ ἦν</w:t>
      </w:r>
    </w:p>
    <w:p>
      <w:r>
        <w:rPr>
          <w:rFonts w:ascii="Courier New" w:hAnsi="Courier New"/>
          <w:color w:val="555555"/>
          <w:sz w:val="20"/>
        </w:rPr>
        <w:t>[5]</w:t>
      </w:r>
    </w:p>
    <w:p>
      <w:r>
        <w:rPr>
          <w:rFonts w:ascii="Gentium Plus" w:hAnsi="Gentium Plus"/>
          <w:sz w:val="24"/>
        </w:rPr>
        <w:t>φαινόμενος καὶ διδάσκων ἐν Ἐφέσῳ, ἐπίσκοπος καὶ πατριάρχης ὤν, ὁ ἅγιος Ἰωάννης ὁ ἀπόστολος καὶ θεολόγος· καὶ ἀφανῆ ἑαυ‐ τὸν ποιήσας οὐκέτι ὤφθη τινὶ καὶ οὐδεὶς ἔγνω τί ἐγένετο ἕως τῆς νῦν, καθὼς Ἀφρικανὸς καὶ Εἰρηναῖος οἱ σοφώτατοι συνεγρά‐ ψαντο.</w:t>
      </w:r>
    </w:p>
    <w:p>
      <w:r>
        <w:rPr>
          <w:rFonts w:ascii="Courier New" w:hAnsi="Courier New"/>
          <w:color w:val="555555"/>
          <w:sz w:val="20"/>
        </w:rPr>
        <w:t>[10]</w:t>
      </w:r>
    </w:p>
    <w:p>
      <w:r>
        <w:rPr>
          <w:rFonts w:ascii="Gentium Plus" w:hAnsi="Gentium Plus"/>
          <w:sz w:val="24"/>
        </w:rPr>
        <w:t>Ἐπὶ δὲ τῆς βασιλείας τοῦ αὐτοῦ Τραϊανοῦ διωγμὸς μέγας</w:t>
      </w:r>
    </w:p>
    <w:p>
      <w:r>
        <w:rPr>
          <w:rFonts w:ascii="Courier New" w:hAnsi="Courier New"/>
          <w:color w:val="555555"/>
          <w:sz w:val="20"/>
        </w:rPr>
        <w:t>[Chron . 270]</w:t>
      </w:r>
    </w:p>
    <w:p>
      <w:r>
        <w:rPr>
          <w:rFonts w:ascii="Gentium Plus" w:hAnsi="Gentium Plus"/>
          <w:sz w:val="24"/>
        </w:rPr>
        <w:t>ἐπιστρατεύσας ἀνῆλθε πολεμῶν μετὰ δυνάμεως πολλῆς κατὰ Ῥω‐ μανίας ἐκ γένους Πάρθων βασιλεὺς Περσῶν, ὁ ἀδελφὸς Ὀσδρόου, βασιλέως Ἀρμενίων. καὶ παρέλαβε πόλεις καὶ ἐπραίδευσε χώρας πολλάς, ἔχων μεθ’ ἑαυτοῦ καὶ τὸν ἴδιον αὐτοῦ υἱὸν Σανατρούκιον.</w:t>
      </w:r>
    </w:p>
    <w:p>
      <w:r>
        <w:rPr>
          <w:rFonts w:ascii="Courier New" w:hAnsi="Courier New"/>
          <w:color w:val="555555"/>
          <w:sz w:val="20"/>
        </w:rPr>
        <w:t>[5]</w:t>
      </w:r>
    </w:p>
    <w:p>
      <w:r>
        <w:rPr>
          <w:rFonts w:ascii="Gentium Plus" w:hAnsi="Gentium Plus"/>
          <w:sz w:val="24"/>
        </w:rPr>
        <w:t>καὶ ὡς πραιδεύει ὁ Μεερδότης βασιλεὺς τὴν Εὐφρατησίαν χώραν, ἐλαύνων κατηνέχθη ἀπὸ τοῦ ἵππου καὶ ἐκλάσθη κακῶς καὶ ἐτελεύ‐ τησεν ἰδίῳ θανάτῳ. ἐν τῷ δὲ μέλλειν αὐτὸν τελευτᾶν ἐποίησε τὸν υἱὸν αὐτοῦ τὸν Σανατρούκιον ἀρσάκην, ὅ ἐστι βασιλέα, ἀντ’ αὐτοῦ· περσιστὶ δὲ τορκὶμ βασιλεὺς ἑρμηνεύεται. καὶ ἐπέμεινεν</w:t>
      </w:r>
    </w:p>
    <w:p>
      <w:r>
        <w:rPr>
          <w:rFonts w:ascii="Courier New" w:hAnsi="Courier New"/>
          <w:color w:val="555555"/>
          <w:sz w:val="20"/>
        </w:rPr>
        <w:t>[10]</w:t>
      </w:r>
    </w:p>
    <w:p>
      <w:r>
        <w:rPr>
          <w:rFonts w:ascii="Gentium Plus" w:hAnsi="Gentium Plus"/>
          <w:sz w:val="24"/>
        </w:rPr>
        <w:t>ὁ αὐτὸς Σανατρούκιος βασιλεὺς Περσῶν λυμαινόμενος τὴν Ῥωμα‐ νίαν. ὁ δὲ Ὀσδρόης, βασιλεὺς Ἀρμενίων, ὁ τοῦ Μεερδότου ἀδελ‐ φός, ἀκούσας τὸν αὐτοῦ θάνατον, ἔπεμψε καὶ αὐτὸς εὐθέως τὸν ἴδιον αὐτοῦ υἱὸν ἀπ’ αὐτῆς τῆς Ἀρμενίας μετὰ πολλοῦ στρατοῦ τὸν Παρθεμασπάτην πρὸς βοήθειαν τοῦ ἑαυτοῦ ἐξαδέλφου Σα‐</w:t>
      </w:r>
    </w:p>
    <w:p>
      <w:r>
        <w:rPr>
          <w:rFonts w:ascii="Courier New" w:hAnsi="Courier New"/>
          <w:color w:val="555555"/>
          <w:sz w:val="20"/>
        </w:rPr>
        <w:t>[15]</w:t>
      </w:r>
    </w:p>
    <w:p>
      <w:r>
        <w:rPr>
          <w:rFonts w:ascii="Gentium Plus" w:hAnsi="Gentium Plus"/>
          <w:sz w:val="24"/>
        </w:rPr>
        <w:t>νατρουκίου, βασιλέως Περσῶν, κατὰ Ῥωμαίων. καὶ ταῦτα ἀκού‐ σας ὁ θειότατος Τραϊανὸς βασιλεύς, εὐθέως ἐπεστράτευσε τῷ ιβʹ ἔτει τῆς βασιλείας αὐτοῦ ἐξελθὼν κατ’ αὐτῶν μηνὶ ὀκτωβρίῳ τῷ καὶ ὑπερβερεταίῳ ἀπὸ Ῥώμης· καὶ φθασάντων πρῶτον κατέ‐ πλευσεν ἐπὶ τὴν ἀνατολήν, ὁρμήσας μετὰ δυνάμεως πολλῆς στρα‐</w:t>
      </w:r>
    </w:p>
    <w:p>
      <w:r>
        <w:rPr>
          <w:rFonts w:ascii="Courier New" w:hAnsi="Courier New"/>
          <w:color w:val="555555"/>
          <w:sz w:val="20"/>
        </w:rPr>
        <w:t>[20]</w:t>
      </w:r>
    </w:p>
    <w:p>
      <w:r>
        <w:rPr>
          <w:rFonts w:ascii="Gentium Plus" w:hAnsi="Gentium Plus"/>
          <w:sz w:val="24"/>
        </w:rPr>
        <w:t>τοῦ καὶ συγκλητικῶν· ἐν οἷς ἦν καὶ Ἀδριανὸς ὁ γαμβρὸς αὐτοῦ ἐπὶ ἀδελφῇ. καὶ κατέφθασεν ἐν Σελευκείᾳ τῆς Συρίας μηνὶ ἀπελλαίῳ τῷ καὶ δεκεμβρίῳ εἰς δρόμωνα ἀπὸ τοῦ λεγομένου Βυ‐</w:t>
      </w:r>
    </w:p>
    <w:p>
      <w:r>
        <w:rPr>
          <w:rFonts w:ascii="Courier New" w:hAnsi="Courier New"/>
          <w:color w:val="555555"/>
          <w:sz w:val="20"/>
        </w:rPr>
        <w:t>[Chron . 271]</w:t>
      </w:r>
    </w:p>
    <w:p>
      <w:r>
        <w:rPr>
          <w:rFonts w:ascii="Gentium Plus" w:hAnsi="Gentium Plus"/>
          <w:sz w:val="24"/>
        </w:rPr>
        <w:t>κείας τῆς Συρίας. οἱ δὲ Πέρσαι ἦσαν παραλαβόντες Ἀντιόχειαν τὴν μεγάλην, δίχα μέντοι πολέμου κατὰ σύνταξιν φιλικὴν καὶ πά‐ κτα ἐκάθηντο ἐν αὐτῇ κρατοῦντες αὐτὴν καὶ φυλάττοντες τῷ βα‐ σιλεῖ Περσῶν Σανατρουκίῳ, τῶν Ἀντιοχέων ἀξιωματικῶν κατὰ</w:t>
      </w:r>
    </w:p>
    <w:p>
      <w:r>
        <w:rPr>
          <w:rFonts w:ascii="Courier New" w:hAnsi="Courier New"/>
          <w:color w:val="555555"/>
          <w:sz w:val="20"/>
        </w:rPr>
        <w:t>[5]</w:t>
      </w:r>
    </w:p>
    <w:p>
      <w:r>
        <w:rPr>
          <w:rFonts w:ascii="Gentium Plus" w:hAnsi="Gentium Plus"/>
          <w:sz w:val="24"/>
        </w:rPr>
        <w:t>ἰδίαν προαίρεσιν πάκτα εἰρήνης καὶ ὑποταγῆς στησάντων διὰ πρεσβείας αὐτῶν πρὸς τὸν βασιλέα Περσῶν. ὁ δὲ αὐτὸς βασι‐ λεὺς Περσῶν πεισθεὶς ἔπεμψε δύο βαρζαμαράτας, ὧντινων τὰ ὀνόματά ἐστι ταῦτα, Φούρτων καὶ Γάργαρις, μετὰ βοηθείας πολ‐ λῆς Περσικῆς, χιλιάδων γʹ. ὁ δὲ βασιλεὺς Τραϊανὸς ἢ μόνον κα‐</w:t>
      </w:r>
    </w:p>
    <w:p>
      <w:r>
        <w:rPr>
          <w:rFonts w:ascii="Courier New" w:hAnsi="Courier New"/>
          <w:color w:val="555555"/>
          <w:sz w:val="20"/>
        </w:rPr>
        <w:t>[10]</w:t>
      </w:r>
    </w:p>
    <w:p>
      <w:r>
        <w:rPr>
          <w:rFonts w:ascii="Gentium Plus" w:hAnsi="Gentium Plus"/>
          <w:sz w:val="24"/>
        </w:rPr>
        <w:t>τέφθασε τῷ δρόμωνι τὴν Σελευκέων πόλιν τῆς Συρίας, ἔγραψε λάθρᾳ τοῖς Ἀντιοχεῦσιν ἀξιωματικοῖς καὶ τοῖς πολίταις πᾶσι, ση‐ μαίνων τὴν ἑαυτοῦ παρουσίαν καὶ ταῦτα, ὅτι Ἐγνώκαμεν τὴν ὑμετέραν πόλιν ἔχειν ἴδιον πλῆθος ἀνδρῶν πολὺ δίχα τῶν ἱδρυ‐ μένων αὐτόθι στρατιωτικῶν ἀριθμῶν. οἱ δὲ πολέμιοι Πέρσαι οἱ</w:t>
      </w:r>
    </w:p>
    <w:p>
      <w:r>
        <w:rPr>
          <w:rFonts w:ascii="Courier New" w:hAnsi="Courier New"/>
          <w:color w:val="555555"/>
          <w:sz w:val="20"/>
        </w:rPr>
        <w:t>[15]</w:t>
      </w:r>
    </w:p>
    <w:p>
      <w:r>
        <w:rPr>
          <w:rFonts w:ascii="Gentium Plus" w:hAnsi="Gentium Plus"/>
          <w:sz w:val="24"/>
        </w:rPr>
        <w:t>ἐν ὑμετέρᾳ πόλει ὄντες ὀλίγοι ὑπάρχουσι πρὸς τὸ ὑμέτερον πλῆ‐ θος. ἀναιρεῖ οὖν ἕκαστος οὓς ἔχει Πέρσας εἰς ἴδιον αὐτοῦ οἶκον, θαῤῥῶν εἰς τὴν ἡμετέραν παρουσίαν, διότι ἐληλύθαμεν ἐκδικοῦν‐ τες τὰ Ῥωμαίων. Καὶ ταῦτα γνόντες οἱ αὐτοὶ Ἀντιοχεῖς νυκτὸς ὥρμησαν κατὰ</w:t>
      </w:r>
    </w:p>
    <w:p>
      <w:r>
        <w:rPr>
          <w:rFonts w:ascii="Courier New" w:hAnsi="Courier New"/>
          <w:color w:val="555555"/>
          <w:sz w:val="20"/>
        </w:rPr>
        <w:t>[20]</w:t>
      </w:r>
    </w:p>
    <w:p>
      <w:r>
        <w:rPr>
          <w:rFonts w:ascii="Gentium Plus" w:hAnsi="Gentium Plus"/>
          <w:sz w:val="24"/>
        </w:rPr>
        <w:t>τῶν ὄντων ἐν τῇ αὐτῶν πόλει Περσῶν, καὶ ἀγρυπνήσαντες ἀνεῖ‐ λον πάντας. καὶ συλλαβόμενοι τοὺς δύο στρατηγοὺς Περσῶν τοὺς λεγομένους βαρσαμανάτας καὶ φονεύσαντες καὶ αὐτοὺς ἔσυραν</w:t>
      </w:r>
    </w:p>
    <w:p>
      <w:r>
        <w:rPr>
          <w:rFonts w:ascii="Courier New" w:hAnsi="Courier New"/>
          <w:color w:val="555555"/>
          <w:sz w:val="20"/>
        </w:rPr>
        <w:t>[Chron . 272]</w:t>
      </w:r>
    </w:p>
    <w:p>
      <w:r>
        <w:rPr>
          <w:rFonts w:ascii="Gentium Plus" w:hAnsi="Gentium Plus"/>
          <w:sz w:val="24"/>
        </w:rPr>
        <w:t>Γάργαρι, φωνὴν κράζοντες περὶ αὐτῶν ταύτην. Εἰς τὴν νίκην Τραϊανοῦ τοῦ δεσπότου ἴδε σύρονται Φουρτοῦνος καὶ Γάργαρις· ἄγε ἄγε, Γάργαρι, Φουρτοῦνε. οἱ δὲ δυνηθέντες Πέρσαι ἐξει‐ λῆσαι ἐν τῷ σύρεσθαι ἐκείνους ὑπὸ τοῦ πλήθους ἐξερχόμενοι καὶ</w:t>
      </w:r>
    </w:p>
    <w:p>
      <w:r>
        <w:rPr>
          <w:rFonts w:ascii="Courier New" w:hAnsi="Courier New"/>
          <w:color w:val="555555"/>
          <w:sz w:val="20"/>
        </w:rPr>
        <w:t>[5]</w:t>
      </w:r>
    </w:p>
    <w:p>
      <w:r>
        <w:rPr>
          <w:rFonts w:ascii="Gentium Plus" w:hAnsi="Gentium Plus"/>
          <w:sz w:val="24"/>
        </w:rPr>
        <w:t>φεύγοντες, ἔβαλον πῦρ τῇ αὐτῇ νυκτὶ καὶ ἔκαυσαν μέρος μικρὸν τῆς πόλεως ἐπὶ τὴν λεγομένην Σκεπινὴν γειτονίαν. ὁ δὲ βασιλεὺς Τραϊανὸς ἀκούσας ταῦτα ἐπῄνεσε τὸ ἀνδρεῖον τῶν Ἀντιοχέων πο‐ λιτῶν· καὶ τῶν δὲ πλοίων τοῦ στρατοῦ αὐτοῦ καταφθασάντων ἀπὸ Σελευκείας, ἀνῆλθον ἐπὶ τὴν ἱερὰν Δάφνην εὔξασθαι καὶ θυ‐</w:t>
      </w:r>
    </w:p>
    <w:p>
      <w:r>
        <w:rPr>
          <w:rFonts w:ascii="Courier New" w:hAnsi="Courier New"/>
          <w:color w:val="555555"/>
          <w:sz w:val="20"/>
        </w:rPr>
        <w:t>[10]</w:t>
      </w:r>
    </w:p>
    <w:p>
      <w:r>
        <w:rPr>
          <w:rFonts w:ascii="Gentium Plus" w:hAnsi="Gentium Plus"/>
          <w:sz w:val="24"/>
        </w:rPr>
        <w:t>σιάσαι εἰς τὸ ἱερὸν τοῦ Ἀπόλλωνος. καὶ ἐδήλωσε τοῖς Ἀντιοχεῦ‐ σιν ἀπὸ Δάφνης κελεύσας ἐπαρθῆναι ἀπὸ τῆς πόλεως τὰ λείψανα τῶν φονευθέντων Περσῶν καὶ ἀπὸ διαστήματος τῆς αὐτῆς πό‐ λεως ἐκβληθέντα καυθῆναι, ἁγνισθῆναι δὲ καὶ τὴν πόλιν πᾶσαν καὶ γενέσθαι πυρὰς κατὰ τόπον καὶ πυλῶνα τῆς αὐτῆς πόλεως</w:t>
      </w:r>
    </w:p>
    <w:p>
      <w:r>
        <w:rPr>
          <w:rFonts w:ascii="Courier New" w:hAnsi="Courier New"/>
          <w:color w:val="555555"/>
          <w:sz w:val="20"/>
        </w:rPr>
        <w:t>[15]</w:t>
      </w:r>
    </w:p>
    <w:p>
      <w:r>
        <w:rPr>
          <w:rFonts w:ascii="Gentium Plus" w:hAnsi="Gentium Plus"/>
          <w:sz w:val="24"/>
        </w:rPr>
        <w:t>δαφνίνων δένδρων, καὶ βάλλεσθαι ἐν τῷ πυρὶ τῶν φυλλοδαφνῶν λίβανον πολὺ καὶ κατὰ πᾶσαν τὴν πόλιν ταυρέας ἐκτυπεῖν πρὸς τὸ ἀποδιωχθῆναι τὰ πνεύματα τὰ ἄδικα τῶν σφαγέντων Περσῶν· καὶ ἐγένετο οὕτως. καὶ κατῆλθεν ὁ αὐτὸς βασιλεὺς Τραϊανὸς ἀπὸ Δάφνης καὶ εἰσῆλθεν ἐν Ἀντιοχείᾳ τῆς Συρίας διὰ τῆς χρυ‐</w:t>
      </w:r>
    </w:p>
    <w:p>
      <w:r>
        <w:rPr>
          <w:rFonts w:ascii="Courier New" w:hAnsi="Courier New"/>
          <w:color w:val="555555"/>
          <w:sz w:val="20"/>
        </w:rPr>
        <w:t>[20]</w:t>
      </w:r>
    </w:p>
    <w:p>
      <w:r>
        <w:rPr>
          <w:rFonts w:ascii="Gentium Plus" w:hAnsi="Gentium Plus"/>
          <w:sz w:val="24"/>
        </w:rPr>
        <w:t>σέας τῆς λεγομένης, τοῦτ’ ἔστι τῆς Δαφνητικῆς, φορῶν ἐν τῇ αὐ‐ τοῦ κεφαλῇ στέφανον ἀπὸ ἐλαιοκλάδων, μηνὶ αὐδηναίῳ τῷ καὶ</w:t>
      </w:r>
    </w:p>
    <w:p>
      <w:r>
        <w:rPr>
          <w:rFonts w:ascii="Courier New" w:hAnsi="Courier New"/>
          <w:color w:val="555555"/>
          <w:sz w:val="20"/>
        </w:rPr>
        <w:t>[Chron . 273]</w:t>
      </w:r>
    </w:p>
    <w:p>
      <w:r>
        <w:rPr>
          <w:rFonts w:ascii="Gentium Plus" w:hAnsi="Gentium Plus"/>
          <w:sz w:val="24"/>
        </w:rPr>
        <w:t>ἐκέλευσε βάλλεσθαι ἄχρι ἡμερῶν λʹ καθ’ ἑκάστην νύκτα, κελεύ‐ σας καὶ τοῦτο, ὥστε κατ’ ἔτος τῷ αὐτῷ χρόνῳ γίνεσθαι μνήμης χάριν τῆς τῶν Περσῶν ἀπωλείας. ἅτινα Δομνῖνος ὁ χρονογρά‐ φος συνεγράψατο.</w:t>
      </w:r>
    </w:p>
    <w:p>
      <w:r>
        <w:rPr>
          <w:rFonts w:ascii="Courier New" w:hAnsi="Courier New"/>
          <w:color w:val="555555"/>
          <w:sz w:val="20"/>
        </w:rPr>
        <w:t>[5]</w:t>
      </w:r>
    </w:p>
    <w:p>
      <w:r>
        <w:rPr>
          <w:rFonts w:ascii="Gentium Plus" w:hAnsi="Gentium Plus"/>
          <w:sz w:val="24"/>
        </w:rPr>
        <w:t>Ἐν τῷ δὲ διατρίβειν τὸν αὐτὸν Τραϊανὸν βασιλέα ἐν Ἀντιο‐ χείᾳ τῆς Συρίας βουλευόμενον τὰ περὶ τοῦ πολέμου ἐμήνυσεν αὐτὸν Τιβεριανός, ἡγεμὼν τοῦ πρώτου Παλαιστινῶν ἔθνους, ταῦτα. Αὐτοκράτορι νικητῇ Καίσαρι θειοτάτῳ Τραϊανῷ. ἀπέ‐ καμον τιμωρούμενος καὶ φονεύων τοὺς Γαλιλαίους τοὺς τοῦ δό‐</w:t>
      </w:r>
    </w:p>
    <w:p>
      <w:r>
        <w:rPr>
          <w:rFonts w:ascii="Courier New" w:hAnsi="Courier New"/>
          <w:color w:val="555555"/>
          <w:sz w:val="20"/>
        </w:rPr>
        <w:t>[10]</w:t>
      </w:r>
    </w:p>
    <w:p>
      <w:r>
        <w:rPr>
          <w:rFonts w:ascii="Gentium Plus" w:hAnsi="Gentium Plus"/>
          <w:sz w:val="24"/>
        </w:rPr>
        <w:t>γματος τῶν λεγομένων χριστιανῶν κατὰ τὰ ὑμέτερα θεσπίσμα‐ τα· καὶ οὐ παύονται ἑαυτοὺς μηνύοντες εἰς τὸ ἀναιρεῖσθαι. ὅθεν ἐκοπίασα τούτοις παραινῶν καὶ ἀπειλῶν μὴ τολμᾶν αὐτοὺς μη‐ νύειν μοι ὑπάρχοντας ἐκ τοῦ προειρημένου δόγματος· καὶ ἀπο‐ διωκόμενοι οὐ παύονται. θεσπίσαι μοι οὖν καταξιώσατε τὰ πα‐</w:t>
      </w:r>
    </w:p>
    <w:p>
      <w:r>
        <w:rPr>
          <w:rFonts w:ascii="Courier New" w:hAnsi="Courier New"/>
          <w:color w:val="555555"/>
          <w:sz w:val="20"/>
        </w:rPr>
        <w:t>[15]</w:t>
      </w:r>
    </w:p>
    <w:p>
      <w:r>
        <w:rPr>
          <w:rFonts w:ascii="Gentium Plus" w:hAnsi="Gentium Plus"/>
          <w:sz w:val="24"/>
        </w:rPr>
        <w:t>ριστάμενα τῷ ὑμετέρῳ κράτει τροπαιούχῳ. καὶ ἐκέλευσεν αὐτῷ ὁ αὐτὸς Τραϊανὸς παύσασθαι τοῦ φονεύειν τοὺς χριστιανούς. ὁμοίως δὲ καὶ τοῖς πανταχοῦ ἄρχουσι τοῦτο ἐκέλευσε, μὴ φονεύειν τοῦ λοιποῦ τοὺς λεγομένους χριστιανούς. καὶ ἐγένετο ἔνδοσις μικρὰ τοῖς χριστιανοῖς.</w:t>
      </w:r>
    </w:p>
    <w:p>
      <w:r>
        <w:rPr>
          <w:rFonts w:ascii="Courier New" w:hAnsi="Courier New"/>
          <w:color w:val="555555"/>
          <w:sz w:val="20"/>
        </w:rPr>
        <w:t>[20]</w:t>
      </w:r>
    </w:p>
    <w:p>
      <w:r>
        <w:rPr>
          <w:rFonts w:ascii="Gentium Plus" w:hAnsi="Gentium Plus"/>
          <w:sz w:val="24"/>
        </w:rPr>
        <w:t>Καὶ ἐξῆλθεν ἀπὸ Ἀντιοχείας τῆς μεγάλης πόλεμον κατὰ Περ‐ σῶν κινήσας ὁ αὐτὸς Τραϊανός· καὶ ἐνίκησεν αὐτοὺς κατὰ κράτος τῷ τρόπῳ τούτῳ. μαθὼν ὅτι διαφθονεῖται τῷ Σανατρουκίῳ,</w:t>
      </w:r>
    </w:p>
    <w:p>
      <w:r>
        <w:rPr>
          <w:rFonts w:ascii="Courier New" w:hAnsi="Courier New"/>
          <w:color w:val="555555"/>
          <w:sz w:val="20"/>
        </w:rPr>
        <w:t>[Chron . 274]</w:t>
      </w:r>
    </w:p>
    <w:p>
      <w:r>
        <w:rPr>
          <w:rFonts w:ascii="Gentium Plus" w:hAnsi="Gentium Plus"/>
          <w:sz w:val="24"/>
        </w:rPr>
        <w:t>ψας πρὸς αὐτὸν ὑπενόθευσεν αὐτὸν Τραϊανὸς βασιλεύς, ταξάμε‐ νος δοῦναι αὐτῷ τὴν βασιλείαν Περσῶν, ἐὰν συμμαχήσῃ αὐτῷ. καὶ ὑπονοθευθεὶς ἦλθε πρὸς αὐτὸν νυκτός· καὶ λαβὼν αὐτὸν εἰς τὸ ἴδιον αὐτοῦ μέρος μετὰ τοῦ πλήθους αὐτοῦ ὁ αὐτὸς θειότατος</w:t>
      </w:r>
    </w:p>
    <w:p>
      <w:r>
        <w:rPr>
          <w:rFonts w:ascii="Courier New" w:hAnsi="Courier New"/>
          <w:color w:val="555555"/>
          <w:sz w:val="20"/>
        </w:rPr>
        <w:t>[5]</w:t>
      </w:r>
    </w:p>
    <w:p>
      <w:r>
        <w:rPr>
          <w:rFonts w:ascii="Gentium Plus" w:hAnsi="Gentium Plus"/>
          <w:sz w:val="24"/>
        </w:rPr>
        <w:t>Τραϊανός, ὥρμησε κατὰ τοῦ Σανατρουκίου, βασιλέως Περσῶν· καὶ πολλῶν Περσῶν πεσόντων συνελάβετο τὸν Σανατρούκιον, βα‐ σιλέα Περσῶν, φεύγοντα· καὶ ἐφόνευσεν αὐτόν. καὶ ἐποίησεν ἀντ’ αὐτοῦ βασιλέα Περσῶν τοῖς ὑπολειφθεῖσι καὶ προσπεσοῦσιν αὐτῷ Πέρσαις ὁ αὐτὸς Τραϊανὸς κατὰ τὰς συντάξεις ὀνόματι</w:t>
      </w:r>
    </w:p>
    <w:p>
      <w:r>
        <w:rPr>
          <w:rFonts w:ascii="Courier New" w:hAnsi="Courier New"/>
          <w:color w:val="555555"/>
          <w:sz w:val="20"/>
        </w:rPr>
        <w:t>[10]</w:t>
      </w:r>
    </w:p>
    <w:p>
      <w:r>
        <w:rPr>
          <w:rFonts w:ascii="Gentium Plus" w:hAnsi="Gentium Plus"/>
          <w:sz w:val="24"/>
        </w:rPr>
        <w:t>Παρθεμασπάτην, υἱὸν Ὀσδρόου, γράψας τῇ συγκλήτῳ τῇ ἐν Ῥώ‐ μῃ ὅτι τοσαύτην καὶ ἄπειρον γῆν καὶ ἄμετρα διαστήματα ἀφεστη‐ κότα τῆς Ῥώμης διοικεῖν οὐκ ἀντεχόμεθα, ἀλλὰ παράσχωμεν αὐ‐ τοῖς βασιλέα ὑποτεταγμένον τῷ τῶν Ῥωμαίων κράτει. καὶ ἀν‐ τέγραψεν αὐτῷ ἡ σύγκλητος ἀπὸ Ῥώμης ἅπαντα ποιῆσαι ὡς δ’</w:t>
      </w:r>
    </w:p>
    <w:p>
      <w:r>
        <w:rPr>
          <w:rFonts w:ascii="Courier New" w:hAnsi="Courier New"/>
          <w:color w:val="555555"/>
          <w:sz w:val="20"/>
        </w:rPr>
        <w:t>[15]</w:t>
      </w:r>
    </w:p>
    <w:p>
      <w:r>
        <w:rPr>
          <w:rFonts w:ascii="Gentium Plus" w:hAnsi="Gentium Plus"/>
          <w:sz w:val="24"/>
        </w:rPr>
        <w:t>ἂν βούληται καὶ αὐτὸς συνίδῃ συμφέρειν τῇ Ῥωμανίᾳ. καὶ ἐβα‐ σίλευσε Περσῶν ὁ Παρθεμασπάτης. τὸν δὲ πόλεμον καὶ τὴν κα‐ τὰ Περσῶν νίκην τοῦ θειοτάτου Τραϊανοῦ ὁ σοφώτατος Ἀρεια‐ νὸς ὁ χρονογράφος ἐξέθετο, ἱστορήσας καὶ συγγραψάμενος πάντα ἀκριβῶς.</w:t>
      </w:r>
    </w:p>
    <w:p>
      <w:r>
        <w:rPr>
          <w:rFonts w:ascii="Courier New" w:hAnsi="Courier New"/>
          <w:color w:val="555555"/>
          <w:sz w:val="20"/>
        </w:rPr>
        <w:t>[20]</w:t>
      </w:r>
    </w:p>
    <w:p>
      <w:r>
        <w:rPr>
          <w:rFonts w:ascii="Gentium Plus" w:hAnsi="Gentium Plus"/>
          <w:sz w:val="24"/>
        </w:rPr>
        <w:t>Ὁ δὲ αὐτὸς βασιλεὺς ἐποίησε καὶ τὴν Ἄμιδαν μητρόπολιν, κα‐ λέσας ἐπαρχίαν Μεσοποταμίαν, ἀπομερίσας αὐτὴν ἀπὸ Ὀσδροη‐</w:t>
      </w:r>
    </w:p>
    <w:p>
      <w:r>
        <w:rPr>
          <w:rFonts w:ascii="Courier New" w:hAnsi="Courier New"/>
          <w:color w:val="555555"/>
          <w:sz w:val="20"/>
        </w:rPr>
        <w:t>[Chron . 275]</w:t>
      </w:r>
    </w:p>
    <w:p>
      <w:r>
        <w:rPr>
          <w:rFonts w:ascii="Gentium Plus" w:hAnsi="Gentium Plus"/>
          <w:sz w:val="24"/>
        </w:rPr>
        <w:t>δὲ καὶ ἄλλην ἐπαρχίαν εἰς τὸν Δάνυβιν ποταμόν, ἣν ἐκάλεσε Δα‐ κίαν παραποταμίαν. Ἐπὶ δὲ τῆς βασιλείας τοῦ αὐτοῦ θειοτάτου Τραϊανοῦ ἔπαθεν Ἀντιόχεια ἡ μεγάλη ἡ πρὸς Δάφνην τὸ τρίτον αὐτῆς πάθος μηνὶ</w:t>
      </w:r>
    </w:p>
    <w:p>
      <w:r>
        <w:rPr>
          <w:rFonts w:ascii="Courier New" w:hAnsi="Courier New"/>
          <w:color w:val="555555"/>
          <w:sz w:val="20"/>
        </w:rPr>
        <w:t>[5]</w:t>
      </w:r>
    </w:p>
    <w:p>
      <w:r>
        <w:rPr>
          <w:rFonts w:ascii="Gentium Plus" w:hAnsi="Gentium Plus"/>
          <w:sz w:val="24"/>
        </w:rPr>
        <w:t>ἀπελλαίῳ τῷ καὶ δεκεμβρίῳ ιγʹ, ἡμέρᾳ αʹ, μετὰ ἀλεκτρυόνα, ἔτους χρηματίζοντος ρξδʹ κατὰ τοὺς αὐτοὺς Ἀντιοχεῖς, μετὰ δὲ βʹ ἔτη τῆς παρουσίας τοῦ θειοτάτου βασιλέως Τραϊανοῦ τῆς ἐπὶ τὴν ἀνατολήν. οἱ δὲ Ἀντιοχεῖς οἱ ἀπομείναντες καὶ ζήσαντες τότε ἱερὸν ἔκτισαν ἐν Δάφνῃ, ἐν ᾧ ἐπέγραψαν, Οἱ σωθέντες ἀνέστησαν</w:t>
      </w:r>
    </w:p>
    <w:p>
      <w:r>
        <w:rPr>
          <w:rFonts w:ascii="Courier New" w:hAnsi="Courier New"/>
          <w:color w:val="555555"/>
          <w:sz w:val="20"/>
        </w:rPr>
        <w:t>[10]</w:t>
      </w:r>
    </w:p>
    <w:p>
      <w:r>
        <w:rPr>
          <w:rFonts w:ascii="Gentium Plus" w:hAnsi="Gentium Plus"/>
          <w:sz w:val="24"/>
        </w:rPr>
        <w:t>Διὶ σωτῆρι. Ἐν δὲ τῇ αὐτῇ νυκτὶ ὅτε ἔπαθεν ἡ αὐτὴ Ἀντιόχεια ἡ μεγάλη ἔπαθε τότε καὶ ἡ Ῥόδος πόλις νῆσος, οὖσα τῆς Ἑξαπόλεως, ὑπὸ θεομηνίας τὸ δεύτερον αὐτῆς πάθος. ὁ δὲ αὐτὸς εὐσεβέστατος Τραϊανὸς ἔκτισεν ἐν Ἀντιοχείᾳ τῇ μεγάλῃ ἀρξάμενος πρῶτον</w:t>
      </w:r>
    </w:p>
    <w:p>
      <w:r>
        <w:rPr>
          <w:rFonts w:ascii="Courier New" w:hAnsi="Courier New"/>
          <w:color w:val="555555"/>
          <w:sz w:val="20"/>
        </w:rPr>
        <w:t>[15]</w:t>
      </w:r>
    </w:p>
    <w:p>
      <w:r>
        <w:rPr>
          <w:rFonts w:ascii="Gentium Plus" w:hAnsi="Gentium Plus"/>
          <w:sz w:val="24"/>
        </w:rPr>
        <w:t>κτίσμα τὴν λεγομένην μέσην πύλην πλησίον τοῦ ἱεροῦ τοῦ Ἄρεως, ὅπου ὁ Παρμένιος ὁ χείμαῤῥος κατέρχεται, ἔγγιστα τοῦ νυνὶ λεγο‐ μένου Μακέλλου, γλύψας ἄνω ἄγαλμα λυκαίνης τρεφούσης τὸν Ῥῶμον καὶ τὸν Ῥῆμον, διὰ τὸ γινώσκεσθαι ὅτι Ῥωμαῖόν ἐστι τὸ κτίσμα, θυσιάσας ἐκεῖ παρθένον κόρην εὐπρεπῆ πολίτιδα ὀνό‐</w:t>
      </w:r>
    </w:p>
    <w:p>
      <w:r>
        <w:rPr>
          <w:rFonts w:ascii="Courier New" w:hAnsi="Courier New"/>
          <w:color w:val="555555"/>
          <w:sz w:val="20"/>
        </w:rPr>
        <w:t>[20]</w:t>
      </w:r>
    </w:p>
    <w:p>
      <w:r>
        <w:rPr>
          <w:rFonts w:ascii="Gentium Plus" w:hAnsi="Gentium Plus"/>
          <w:sz w:val="24"/>
        </w:rPr>
        <w:t>ματι Καλλιόπην ὑπὲρ λύτρου καὶ ἀποκαθαρισμοῦ τῆς πόλεως, νυμφαγωγίαν αὐτῇ ποιήσας. καὶ εὐθέως ἀνήγειρε τοὺς δύο ἐμ‐</w:t>
      </w:r>
    </w:p>
    <w:p>
      <w:r>
        <w:rPr>
          <w:rFonts w:ascii="Courier New" w:hAnsi="Courier New"/>
          <w:color w:val="555555"/>
          <w:sz w:val="20"/>
        </w:rPr>
        <w:t>[Chron . 276]</w:t>
      </w:r>
    </w:p>
    <w:p>
      <w:r>
        <w:rPr>
          <w:rFonts w:ascii="Gentium Plus" w:hAnsi="Gentium Plus"/>
          <w:sz w:val="24"/>
        </w:rPr>
        <w:t>Ἀντιόχου πόλει καὶ δημόσιον καὶ ἀγωγόν, ἀποστρέψας τὸ ὕδωρ τὸ ἀπὸ τῶν πηγῶν Δάφνης ἐκχεόμενον εἰς τὰς λεγομένας Ἀγρίας, ἐπιθήσας καὶ τῷ δημοσίῳ καὶ τῷ ἀγωγῷ εἰς τὸ ἴδιον ὄνομα. καὶ τὸ θέατρον δὲ τῆς αὐτῆς Ἀντιοχείας ἀνεπλήρωσεν ἀτελὲς ὄν, στή‐</w:t>
      </w:r>
    </w:p>
    <w:p>
      <w:r>
        <w:rPr>
          <w:rFonts w:ascii="Courier New" w:hAnsi="Courier New"/>
          <w:color w:val="555555"/>
          <w:sz w:val="20"/>
        </w:rPr>
        <w:t>[5]</w:t>
      </w:r>
    </w:p>
    <w:p>
      <w:r>
        <w:rPr>
          <w:rFonts w:ascii="Gentium Plus" w:hAnsi="Gentium Plus"/>
          <w:sz w:val="24"/>
        </w:rPr>
        <w:t>σας ἐν αὐτῷ ὑπεράνω τεσσάρων κιόνων ἐν μέσῳ τοῦ νυμφαίου τοῦ προσκηνίου τῆς σφαγιασθείσης ὑπ’ αὐτοῦ κόρης στήλην χαλ‐ κῆν κεχρυσωμένην, καθημένην ἐπάνω τοῦ Ὀρόντου ποταμοῦ, εἰς λόγον τύχης τῆς αὐτῆς πόλεως, στεφομένην ὑπὸ Σελεύκου καὶ Ἀν‐ τιόχου βασιλέων. ὁ δὲ αὐτὸς βασιλεὺς Τραϊανὸς ἐν τῇ αὐτῇ πό‐</w:t>
      </w:r>
    </w:p>
    <w:p>
      <w:r>
        <w:rPr>
          <w:rFonts w:ascii="Courier New" w:hAnsi="Courier New"/>
          <w:color w:val="555555"/>
          <w:sz w:val="20"/>
        </w:rPr>
        <w:t>[10]</w:t>
      </w:r>
    </w:p>
    <w:p>
      <w:r>
        <w:rPr>
          <w:rFonts w:ascii="Gentium Plus" w:hAnsi="Gentium Plus"/>
          <w:sz w:val="24"/>
        </w:rPr>
        <w:t>λει διῆγεν ὅτε ἡ θεομηνία ἐγένετο. ἐμαρτύρησε δὲ ἐπὶ αὐτοῦ τότε ὁ ἅγιος Ἰγνάτιος ὁ ἐπίσκοπος τῆς πόλεως Ἀντιοχείας· ἠγανά‐ κτησε γὰρ κατ’ αὐτοῦ, ὅτι ἐλοιδόρει αὐτόν. συνέσχε δὲ τότε καὶ πέντε ὀνόματα χριστιανῶν γυναικῶν Ἀντιοχισσῶν καὶ ἐξήτασεν αὐτὰς λέγων, Τίς ἐστιν ἡ ἐλπὶς ὑμῶν, ὅτι οὕτως ἐκδίδοτε ἑαυτὰς</w:t>
      </w:r>
    </w:p>
    <w:p>
      <w:r>
        <w:rPr>
          <w:rFonts w:ascii="Courier New" w:hAnsi="Courier New"/>
          <w:color w:val="555555"/>
          <w:sz w:val="20"/>
        </w:rPr>
        <w:t>[15]</w:t>
      </w:r>
    </w:p>
    <w:p>
      <w:r>
        <w:rPr>
          <w:rFonts w:ascii="Gentium Plus" w:hAnsi="Gentium Plus"/>
          <w:sz w:val="24"/>
        </w:rPr>
        <w:t>εἰς θάνατον; αἱ δὲ ἀπεκρίθησαν λέγουσαι ὅτι Φονευομένας ἡμᾶς παρ’ ὑμῶν ἀνίστασθαι ἡμᾶς πάλιν ὡς ἔχομεν σώματι εἰς αἰωνίαν ζωήν. καὶ ἐκέλευσεν αὐτὰς πυρικαύστους γενέσθαι καὶ τὸν χοῦν τῶν ὀστέων αὐτῶν συνέμιξε χαλκῷ καὶ ἐποίησε τὸν χαλκὸν εἰς ὃ ἐποίησε δημόσιον χαλκία τοῦ θερμοῦ. καὶ ὅτε ἤρξατο παρέχειν</w:t>
      </w:r>
    </w:p>
    <w:p>
      <w:r>
        <w:rPr>
          <w:rFonts w:ascii="Courier New" w:hAnsi="Courier New"/>
          <w:color w:val="555555"/>
          <w:sz w:val="20"/>
        </w:rPr>
        <w:t>[20]</w:t>
      </w:r>
    </w:p>
    <w:p>
      <w:r>
        <w:rPr>
          <w:rFonts w:ascii="Gentium Plus" w:hAnsi="Gentium Plus"/>
          <w:sz w:val="24"/>
        </w:rPr>
        <w:t>τὸ δημόσιον, εἴ τις ἐὰν ἐλούετο εἰς αὐτὸ τὸ δημόσιον, ἐσκοτοῦτο καὶ ἔπιπτε καὶ ἐξήρχετο βασταγμῷ. καὶ μαθὼν ὁ βασιλεὺς</w:t>
      </w:r>
    </w:p>
    <w:p>
      <w:r>
        <w:rPr>
          <w:rFonts w:ascii="Courier New" w:hAnsi="Courier New"/>
          <w:color w:val="555555"/>
          <w:sz w:val="20"/>
        </w:rPr>
        <w:t>[Chron . 277]</w:t>
      </w:r>
    </w:p>
    <w:p>
      <w:r>
        <w:rPr>
          <w:rFonts w:ascii="Gentium Plus" w:hAnsi="Gentium Plus"/>
          <w:sz w:val="24"/>
        </w:rPr>
        <w:t>καθαροῦ χαλκοῦ, λέγων ὅτι Καλῶς ἐποίησα χοῦν σωμάτων συμ‐ μίξας αὐτοῖς καὶ κοινώσας τὰ θερμὰ ὕδατα. ταῦτα δὲ ἔλεγεν, ἐπειδὴ οἱ χριστιανοὶ ὑπέξιζον τοῖς Ἕλλησι καυχώμενοι. τὰ δὲ πρῶτα χαλκία ἀναχώσας ἐποίησε στήλας χαλκᾶς πέντε ταῖς αὐ‐</w:t>
      </w:r>
    </w:p>
    <w:p>
      <w:r>
        <w:rPr>
          <w:rFonts w:ascii="Courier New" w:hAnsi="Courier New"/>
          <w:color w:val="555555"/>
          <w:sz w:val="20"/>
        </w:rPr>
        <w:t>[5]</w:t>
      </w:r>
    </w:p>
    <w:p>
      <w:r>
        <w:rPr>
          <w:rFonts w:ascii="Gentium Plus" w:hAnsi="Gentium Plus"/>
          <w:sz w:val="24"/>
        </w:rPr>
        <w:t>ταῖς γυναιξί, λέγων ὅτι Ἰδοὺ ἐγὼ αὐτὰς ἀνέστησα καθὼς εἶπον καὶ οὐχὶ ὁ θεὸς αὐτῶν. αἵτινες στῆλαι εἰς αὐτὸ τὸ δημόσιον λου‐ τρὸν ἵστανται ἕως ἄρτι. ἐποίησε δὲ καὶ κάμινον πυρός, καὶ ἐκέ‐ λευσε τοὺς βουλομένους χριστιανοὺς βάλλειν ἑαυτοὺς ἐν προθέ‐ σει. καὶ πολλοὶ ἔβαλλον ἑαυτοὺς καὶ ἐμαρτύρησαν. ἐμαρτύρη‐</w:t>
      </w:r>
    </w:p>
    <w:p>
      <w:r>
        <w:rPr>
          <w:rFonts w:ascii="Courier New" w:hAnsi="Courier New"/>
          <w:color w:val="555555"/>
          <w:sz w:val="20"/>
        </w:rPr>
        <w:t>[10]</w:t>
      </w:r>
    </w:p>
    <w:p>
      <w:r>
        <w:rPr>
          <w:rFonts w:ascii="Gentium Plus" w:hAnsi="Gentium Plus"/>
          <w:sz w:val="24"/>
        </w:rPr>
        <w:t>σε δὲ τότε ἡ ἁγία Δροσινὴ καὶ ἄλλαι παρθένοι πολλαί. Ἔκτισε δὲ ἐν Δάφνῃ ἱερὸν Ἀρτέμιδος ἐν μέσῳ τοῦ ἄλσους. ἐποίησε δὲ ὁ αὐτὸς βασιλεὺς καὶ πέραν τοῦ Δανυβίου ποταμοῦ ἐπὶ τὰ δυτικὰ μέρη ἐπαρχίας δύο. ἅστινας ἐκάλεσε Δακίαν πρώ‐ την καὶ δευτέραν.</w:t>
      </w:r>
    </w:p>
    <w:p>
      <w:r>
        <w:rPr>
          <w:rFonts w:ascii="Courier New" w:hAnsi="Courier New"/>
          <w:color w:val="555555"/>
          <w:sz w:val="20"/>
        </w:rPr>
        <w:t>[15]</w:t>
      </w:r>
    </w:p>
    <w:p>
      <w:r>
        <w:rPr>
          <w:rFonts w:ascii="Gentium Plus" w:hAnsi="Gentium Plus"/>
          <w:sz w:val="24"/>
        </w:rPr>
        <w:t>Καὶ εὐθέως νόσῳ βληθεὶς ἐτελεύτα, ὢν ἐνιαυτῶν ξϛʹ. Μετὰ δὲ τὴν βασιλείαν Τραϊανοῦ ἐβασίλευσεν Ἤλιος Ἀδρια‐ νὸς ἐπὶ τῆς ὑπατείας Ἀπρωνιανοῦ καὶ Νίγρου. ἐβασίλευσε δὲ ἔτη κβʹ καὶ μῆνας εʹ. ἦν δὲ διμοιριαῖος, εὔογκος, λευκόχροος, μιξοπόλιος, εὐειδής, δασυπώγων, γλαυκόφθαλμος, ἥσυχος, ἐλ‐</w:t>
      </w:r>
    </w:p>
    <w:p>
      <w:r>
        <w:rPr>
          <w:rFonts w:ascii="Courier New" w:hAnsi="Courier New"/>
          <w:color w:val="555555"/>
          <w:sz w:val="20"/>
        </w:rPr>
        <w:t>[20]</w:t>
      </w:r>
    </w:p>
    <w:p>
      <w:r>
        <w:rPr>
          <w:rFonts w:ascii="Gentium Plus" w:hAnsi="Gentium Plus"/>
          <w:sz w:val="24"/>
        </w:rPr>
        <w:t>λόγιμος, ἱερατικός. ἔκτισε δὲ ἐν Ἀντιοχείᾳ τῇ μεγάλῃ καὶ αὐτὸς</w:t>
      </w:r>
    </w:p>
    <w:p>
      <w:r>
        <w:rPr>
          <w:rFonts w:ascii="Courier New" w:hAnsi="Courier New"/>
          <w:color w:val="555555"/>
          <w:sz w:val="20"/>
        </w:rPr>
        <w:t>[Chron . 278]</w:t>
      </w:r>
    </w:p>
    <w:p>
      <w:r>
        <w:rPr>
          <w:rFonts w:ascii="Gentium Plus" w:hAnsi="Gentium Plus"/>
          <w:sz w:val="24"/>
        </w:rPr>
        <w:t>δημόσιον λουτρὸν καὶ ἀγωγὸν ἐπ’ ὄνομα αὑτοῦ, καὶ τὸ θέατρον τῶν πηγῶν Δάφνης αὐτὸς ἐποίησε καὶ τὰ ἐκχεόμενα ὕδατα ἐν ταῖς Ἀγρίαις ταῖς λεγομέναις φάραγξιν ὑπέστρεψε, ποιήσας πί‐ λας καὶ οἰκοδομήσας στερεὰς καὶ πολυδαπανήτους πρὸς τὸ νικῆσαι</w:t>
      </w:r>
    </w:p>
    <w:p>
      <w:r>
        <w:rPr>
          <w:rFonts w:ascii="Courier New" w:hAnsi="Courier New"/>
          <w:color w:val="555555"/>
          <w:sz w:val="20"/>
        </w:rPr>
        <w:t>[5]</w:t>
      </w:r>
    </w:p>
    <w:p>
      <w:r>
        <w:rPr>
          <w:rFonts w:ascii="Gentium Plus" w:hAnsi="Gentium Plus"/>
          <w:sz w:val="24"/>
        </w:rPr>
        <w:t>τὰς ὁρμὰς τῶν ὑδάτων καὶ διὰ τοῦ γενομένου παρ’ αὐτοῦ ἀγωγοῦ ἀχθῆναι εἰς τὴν αὐτὴν Ἀντιόχου πόλιν εἰς ἀφνίαν τῆς πόλεως. ἔκτισε δὲ καὶ τὸν ναὸν τῶν αὐτῶν πηγῶν, ὅθεν ἐξέρχονται τὰ ῥεῖ‐ θρα ἐν τῇ αὐτῇ Δάφνῃ, ἐγείρας ἐν τῷ αὐτῷ ναῷ τῶν Νυμφῶν ἄγαλμα μέγα καθήμενον καὶ κρατοῦν πῶλον τοῦ Διὸς εἰς τιμὴν</w:t>
      </w:r>
    </w:p>
    <w:p>
      <w:r>
        <w:rPr>
          <w:rFonts w:ascii="Courier New" w:hAnsi="Courier New"/>
          <w:color w:val="555555"/>
          <w:sz w:val="20"/>
        </w:rPr>
        <w:t>[10]</w:t>
      </w:r>
    </w:p>
    <w:p>
      <w:r>
        <w:rPr>
          <w:rFonts w:ascii="Gentium Plus" w:hAnsi="Gentium Plus"/>
          <w:sz w:val="24"/>
        </w:rPr>
        <w:t>τῶν Ναϊάδων, ὅτι ἐτελείωσε τὸ τοιοῦτο φοβερὸν ἔργον, ὑπὲρ εὐ‐ χαριστίας. ἐποίησε δὲ καὶ τὸ βλύζον ὕδωρ τῆς λεγομένης Σαρα‐ μάννας πηγῆς δι’ ὁλκοῦ ἐξιέναι καὶ ἐκχεῖσθαι εἰς αὐτὸν τὸν τῆς πηγῆς ὁλκὸν ἐν τῷ θεατριδίῳ τὸ ἐκ τοῦ ναοῦ ἐξιὸν ὕδωρ ἐν διαφό‐ ροις χεύμασι εʹ, ἅπερ ἐκάλεσεν ὁ αὐτὸς πενταμόδιον, τετραμό‐</w:t>
      </w:r>
    </w:p>
    <w:p>
      <w:r>
        <w:rPr>
          <w:rFonts w:ascii="Courier New" w:hAnsi="Courier New"/>
          <w:color w:val="555555"/>
          <w:sz w:val="20"/>
        </w:rPr>
        <w:t>[15]</w:t>
      </w:r>
    </w:p>
    <w:p>
      <w:r>
        <w:rPr>
          <w:rFonts w:ascii="Gentium Plus" w:hAnsi="Gentium Plus"/>
          <w:sz w:val="24"/>
        </w:rPr>
        <w:t>διον, τριμόδιον, διμόδιον, μόδιον. καὶ ἐπετέλεσεν ὁ αὐτὸς Ἀδριανὸς ἑορτὴν τῶν πηγῶν μηνὶ δαισίῳ τῷ καὶ ἰουνίῳ κγʹ. καὶ τὰς θυσίας δὲ ὡσαύτως γίνεσθαι. τὴν δὲ πηγὴν τὴν εἰς τὰς Ἀγρίας τὴν λεγομένην Παλλάδος ἀπολλυμένην περισφίγξας ἐποίη‐ σεν ἀγωγὸν εἰς μετάληψιν τοῖς οἰκοῦσι τὴν ἱερὰν Δάφνην.</w:t>
      </w:r>
    </w:p>
    <w:p>
      <w:r>
        <w:rPr>
          <w:rFonts w:ascii="Courier New" w:hAnsi="Courier New"/>
          <w:color w:val="555555"/>
          <w:sz w:val="20"/>
        </w:rPr>
        <w:t>[20]</w:t>
      </w:r>
    </w:p>
    <w:p>
      <w:r>
        <w:rPr>
          <w:rFonts w:ascii="Gentium Plus" w:hAnsi="Gentium Plus"/>
          <w:sz w:val="24"/>
        </w:rPr>
        <w:t>Ὁ δὲ αὐτὸς Ἀδριανὸς βασιλεὺς πρὸ τοῦ βασιλεῦσαι ἦν μετὰ Τραϊανοῦ τοῦ βασιλέως, ὡς γαμβρὸς αὐτοῦ, ὅτε ἔπαθεν ἡ αὐτὴ Ἀντιόχου πόλις ἡ μεγάλη ὑπὸ τῆς θεομηνίας, τότε συγκλητικὸς</w:t>
      </w:r>
    </w:p>
    <w:p>
      <w:r>
        <w:rPr>
          <w:rFonts w:ascii="Courier New" w:hAnsi="Courier New"/>
          <w:color w:val="555555"/>
          <w:sz w:val="20"/>
        </w:rPr>
        <w:t>[Chron . 279]</w:t>
      </w:r>
    </w:p>
    <w:p>
      <w:r>
        <w:rPr>
          <w:rFonts w:ascii="Gentium Plus" w:hAnsi="Gentium Plus"/>
          <w:sz w:val="24"/>
        </w:rPr>
        <w:t>τῇ αὐτῇ πόλει Ἀντιοχείᾳ· οἵτινες καὶ ἐκελεύσθησαν παρ’ αὐτοῦ καὶ ἔκτισαν ἐν Ἀντιοχείᾳ οἴκους πολλοὺς καὶ λουτρά. ἐπὶ δὲ τῆς βασιλείας τοῦ αὐτοῦ θειοτάτου Ἀδριανοῦ ἔπαθεν ὑπὸ θεομηνίας σεισμοῦ ἡ Κύζικος, ἥτις ἐστὶ μητρόπολις μεγάλη τῆς Ἑλλησπόν‐</w:t>
      </w:r>
    </w:p>
    <w:p>
      <w:r>
        <w:rPr>
          <w:rFonts w:ascii="Courier New" w:hAnsi="Courier New"/>
          <w:color w:val="555555"/>
          <w:sz w:val="20"/>
        </w:rPr>
        <w:t>[5]</w:t>
      </w:r>
    </w:p>
    <w:p>
      <w:r>
        <w:rPr>
          <w:rFonts w:ascii="Gentium Plus" w:hAnsi="Gentium Plus"/>
          <w:sz w:val="24"/>
        </w:rPr>
        <w:t>του ἐπαρχίας, μηνὶ νοεμβρίῳ ιʹ νυκτός. καὶ πολλὰ τῇ αὐτῇ πό‐ λει ἐχαρίσατο καὶ ἀνήγειρεν αὐτήν· καὶ τοῖς ὑπολειφθεῖσι πολί‐ ταις ἐχαρίσατο χρήματα καὶ ἀξίας. ἔκτισε δὲ ὁ αὐτὸς Ἀδριανὸς ἐν τῇ αὐτῇ Κυζίκῳ ναὸν μέγαν πάνυ, ἕνα ὄντα τῶν θαυμάτων, στήσας ἑαυτῷ στήλην μαρμαρίνην στηθαρίου μεγάλου πάνυ ἐκεῖ</w:t>
      </w:r>
    </w:p>
    <w:p>
      <w:r>
        <w:rPr>
          <w:rFonts w:ascii="Courier New" w:hAnsi="Courier New"/>
          <w:color w:val="555555"/>
          <w:sz w:val="20"/>
        </w:rPr>
        <w:t>[10]</w:t>
      </w:r>
    </w:p>
    <w:p>
      <w:r>
        <w:rPr>
          <w:rFonts w:ascii="Gentium Plus" w:hAnsi="Gentium Plus"/>
          <w:sz w:val="24"/>
        </w:rPr>
        <w:t>εἰς τὴν ὀροφὴν τοῦ ναοῦ, ἐν ᾧ ἐπιγράφει, Θείου Ἀδριανοῦ· ὅπερ ἐστὶν ἕως τῆς νῦν. Ὁ δὲ αὐτὸς Ἀδριανὸς ὀργισθεὶς κατὰ Ἰουδαίων ἐκέλευσεν εἰς τὴν Ἱερουσαλὴμ οἰκεῖν Ἕλληνας, μετονομάσας αὐτὴν πόλιν Αἰλίαν. ἐν δὲ τῇ αὐτοῦ βασιλείᾳ ὁ αὐτὸς Ἀδριανὸς ἀνήγειρε καὶ τὸν κο‐</w:t>
      </w:r>
    </w:p>
    <w:p>
      <w:r>
        <w:rPr>
          <w:rFonts w:ascii="Courier New" w:hAnsi="Courier New"/>
          <w:color w:val="555555"/>
          <w:sz w:val="20"/>
        </w:rPr>
        <w:t>[15]</w:t>
      </w:r>
    </w:p>
    <w:p>
      <w:r>
        <w:rPr>
          <w:rFonts w:ascii="Gentium Plus" w:hAnsi="Gentium Plus"/>
          <w:sz w:val="24"/>
        </w:rPr>
        <w:t>λοσσὸν Ῥόδου, πεσόντα ὑπὸ σεισμοῦ θεομηνίας ὅτε καὶ ἡ πόλις Ῥόδος νῆσος ἔπαθεν ἐν τοῖς πρῴην χρόνοις, κείμενον χαμαὶ ἔτη τιβʹ, μὴ ἀπολομένου ἐξ αὐτοῦ τινος, ἀναλώσας εἰς τὸ ἀναστῆσαι καὶ στῆσαι εἰς τὸν ἴδιον τόπον εἰς μηχανὰς καὶ σχοῖνα καὶ τεχνί‐ τας κεντηνάρια γʹ, ὡς ὑποκάτω ἔγραψε τὸν χρόνον καὶ τὰ δαπα‐</w:t>
      </w:r>
    </w:p>
    <w:p>
      <w:r>
        <w:rPr>
          <w:rFonts w:ascii="Courier New" w:hAnsi="Courier New"/>
          <w:color w:val="555555"/>
          <w:sz w:val="20"/>
        </w:rPr>
        <w:t>[20]</w:t>
      </w:r>
    </w:p>
    <w:p>
      <w:r>
        <w:rPr>
          <w:rFonts w:ascii="Gentium Plus" w:hAnsi="Gentium Plus"/>
          <w:sz w:val="24"/>
        </w:rPr>
        <w:t>νήματα. Ἐπὶ δὲ τῆς βασιλείας τοῦ αὐτοῦ Ἀδριανοῦ Μαρκίων τις ὀνό‐ ματι τὸ Μανιχαϊκὸν μυσερὸν δόγμα ἐπλάτυνε, λέγων ἐκ τοῦ πο‐</w:t>
      </w:r>
    </w:p>
    <w:p>
      <w:r>
        <w:rPr>
          <w:rFonts w:ascii="Courier New" w:hAnsi="Courier New"/>
          <w:color w:val="555555"/>
          <w:sz w:val="20"/>
        </w:rPr>
        <w:t>[Chron . 280]</w:t>
      </w:r>
    </w:p>
    <w:p>
      <w:r>
        <w:rPr>
          <w:rFonts w:ascii="Gentium Plus" w:hAnsi="Gentium Plus"/>
          <w:sz w:val="24"/>
        </w:rPr>
        <w:t>ψας Ἕλληνας καὶ Ἰουδαίους καὶ χριστιανοὺς εἰς ἑαυτὸν προσε‐ λάβετο, καθὼς ὁ σοφώτατος Κλήμης ἐξέθετο. Ὁ δὲ αὐτὸς Ἀδριανὸς ἔκτισε πόλιν ἐν τῇ Θρᾴκῃ, ἣν ἐπεκάλε‐ σεν Ἀδριανούπολιν· καὶ ἄλλην δὲ ἔκτισε πόλιν, ἣν ἐκάλεσεν Ἀδρια‐</w:t>
      </w:r>
    </w:p>
    <w:p>
      <w:r>
        <w:rPr>
          <w:rFonts w:ascii="Courier New" w:hAnsi="Courier New"/>
          <w:color w:val="555555"/>
          <w:sz w:val="20"/>
        </w:rPr>
        <w:t>[5]</w:t>
      </w:r>
    </w:p>
    <w:p>
      <w:r>
        <w:rPr>
          <w:rFonts w:ascii="Gentium Plus" w:hAnsi="Gentium Plus"/>
          <w:sz w:val="24"/>
        </w:rPr>
        <w:t>νοῦ Θήρας. ἔκτισε δὲ πόλιν ἐν τῇ Αἰγύπτῳ, ἣν ἐκάλεσεν Ἀντίνω. ὑδρωπιάσας δὲ ὁ αὐτὸς Ἀδριανὸς τελευτᾷ ἐν Βαΐαις, ὢν ἐνιαυ‐ τῶν ξεʹ. Μετὰ δὲ τὴν βασιλείαν Ἀδριανοῦ ἐβασίλευσεν Ἤλιος Ἀντω‐ νῖνος Πῖος εὐσεβὴς ἔτη κγʹ. ἦν δὲ εὐῆλιξ, εὔστολος, λευκός,</w:t>
      </w:r>
    </w:p>
    <w:p>
      <w:r>
        <w:rPr>
          <w:rFonts w:ascii="Courier New" w:hAnsi="Courier New"/>
          <w:color w:val="555555"/>
          <w:sz w:val="20"/>
        </w:rPr>
        <w:t>[10]</w:t>
      </w:r>
    </w:p>
    <w:p>
      <w:r>
        <w:rPr>
          <w:rFonts w:ascii="Gentium Plus" w:hAnsi="Gentium Plus"/>
          <w:sz w:val="24"/>
        </w:rPr>
        <w:t>πολιὸς καὶ τὴν κάραν καὶ τὸ γένειον, εὔρινος, πλάτοψις, οἰνο‐ παὴς τοὺς ὀφθαλμούς, πυῤῥακής, ὑπογελῶν ἀεί, μεγαλόψυχος πάνυ. ὅστις ἔκτισεν ἐν Ἡλιουπόλει τῆς Φοινίκης τοῦ Λιβάνου ναὸν τῷ Διὶ μέγαν, ἕνα καὶ αὐτὸν ὄντα τῶν θεαμάτων. ἔκτισε δὲ καὶ ἐν Λαοδικείᾳ τῆς Συρίας τὸν φόρον, μέγα θέαμα, καὶ τὸ</w:t>
      </w:r>
    </w:p>
    <w:p>
      <w:r>
        <w:rPr>
          <w:rFonts w:ascii="Courier New" w:hAnsi="Courier New"/>
          <w:color w:val="555555"/>
          <w:sz w:val="20"/>
        </w:rPr>
        <w:t>[15]</w:t>
      </w:r>
    </w:p>
    <w:p>
      <w:r>
        <w:rPr>
          <w:rFonts w:ascii="Gentium Plus" w:hAnsi="Gentium Plus"/>
          <w:sz w:val="24"/>
        </w:rPr>
        <w:t>Ἀντωνινιανὸν δημόσιον λουτρόν. Ἐπεστράτευσε δὲ κατὰ Αἰγυπτίων τυραννησάντων καὶ φο‐ νευσάντων τὸν αὐγουστάλιον Δείναρχον· καὶ μετὰ τὴν ἐκδίκησιν καὶ τὴν νίκην ἔκτισεν ἐν Ἀλεξανδρείᾳ τῇ μεγάλῃ κατελθὼν τὴν Ἡλιακὴν πύλην καὶ τὴν Σεληνιακὴν καὶ τὸν δρόμον.</w:t>
      </w:r>
    </w:p>
    <w:p>
      <w:r>
        <w:rPr>
          <w:rFonts w:ascii="Courier New" w:hAnsi="Courier New"/>
          <w:color w:val="555555"/>
          <w:sz w:val="20"/>
        </w:rPr>
        <w:t>[20]</w:t>
      </w:r>
    </w:p>
    <w:p>
      <w:r>
        <w:rPr>
          <w:rFonts w:ascii="Gentium Plus" w:hAnsi="Gentium Plus"/>
          <w:sz w:val="24"/>
        </w:rPr>
        <w:t>Ἐλθὼν δὲ καὶ ἐν Ἀντιοχείᾳ τῇ μεγάλῃ ἐποίησε τὴν πλάκωσιν</w:t>
      </w:r>
    </w:p>
    <w:p>
      <w:r>
        <w:rPr>
          <w:rFonts w:ascii="Courier New" w:hAnsi="Courier New"/>
          <w:color w:val="555555"/>
          <w:sz w:val="20"/>
        </w:rPr>
        <w:t>[Chron . 281]</w:t>
      </w:r>
    </w:p>
    <w:p>
      <w:r>
        <w:rPr>
          <w:rFonts w:ascii="Gentium Plus" w:hAnsi="Gentium Plus"/>
          <w:sz w:val="24"/>
        </w:rPr>
        <w:t>των, καὶ πάσης δὲ τῆς πόλεως, στρώσας τὴν διὰ μυλίτου λίθου, ἐκ τῶν ἰδίων ἀγαθῶν λίθους ἀπὸ Θηβαΐδος καὶ τὰ δὲ λοιπὰ ἀνα‐ λώματα ἐκ τῶν ἰδίων φιλοτιμησάμενος, καθὼς καὶ ἐν λιθίνῃ πλακὶ γράψας ταύτην τὴν φιλοτιμίαν ἔστησεν αὐτὴν ἐν τῇ πύλῃ</w:t>
      </w:r>
    </w:p>
    <w:p>
      <w:r>
        <w:rPr>
          <w:rFonts w:ascii="Courier New" w:hAnsi="Courier New"/>
          <w:color w:val="555555"/>
          <w:sz w:val="20"/>
        </w:rPr>
        <w:t>[5]</w:t>
      </w:r>
    </w:p>
    <w:p>
      <w:r>
        <w:rPr>
          <w:rFonts w:ascii="Gentium Plus" w:hAnsi="Gentium Plus"/>
          <w:sz w:val="24"/>
        </w:rPr>
        <w:t>τῇ λεγομένῃ τῶν Χερουβίμ· ἐκεῖθεν γὰρ ἤρξατο. ἥτις στήλη ἐστὶν ἕως τῆς νῦν ἐκεῖ, ὡς μεγάλης οὔσης τῆς φιλοτιμίας. Ἔκτισε δὲ καὶ ἐν Καισαρείᾳ τῆς Παλαιστίνης λουτρόν, καὶ ἐν Νικομηδείᾳ τῆς Βιθυνίας καὶ ἐν Ἐφέσῳ τῆς Ἀσίας· ἅπερ δημόσια λουτρὰ εἰς τὸ ἴδιον ἐπεκάλεσεν ὄνομα.</w:t>
      </w:r>
    </w:p>
    <w:p>
      <w:r>
        <w:rPr>
          <w:rFonts w:ascii="Courier New" w:hAnsi="Courier New"/>
          <w:color w:val="555555"/>
          <w:sz w:val="20"/>
        </w:rPr>
        <w:t>[10]</w:t>
      </w:r>
    </w:p>
    <w:p>
      <w:r>
        <w:rPr>
          <w:rFonts w:ascii="Gentium Plus" w:hAnsi="Gentium Plus"/>
          <w:sz w:val="24"/>
        </w:rPr>
        <w:t>Καὶ ἀνελθὼν ἐπὶ Ῥώμην ἔκτισεν ἐν τῇ Ῥώμῃ ἀγωγὸν μέγαν· καὶ ἔκαυσε τοὺς χάρτας τοῦ ταμιείου, ἐφ’ οἷς ἡ σύγκλητος ἐγγρά‐ φως ὡμολόγησεν ἐπὶ τοῦ Καίσαρος Ἰουλίου Γαΐου, παρ’ αὐτοῦ κελευσθέντες, μὴ ἐξεῖναι συγκλητικὸν διαθήκην ποιεῖν εἰς τοὺς ἰδίους, εἰ μὴ τὸ ἥμισυ μέρος τῆς αὐτοῦ περιουσίας διατίθεται εἰς</w:t>
      </w:r>
    </w:p>
    <w:p>
      <w:r>
        <w:rPr>
          <w:rFonts w:ascii="Courier New" w:hAnsi="Courier New"/>
          <w:color w:val="555555"/>
          <w:sz w:val="20"/>
        </w:rPr>
        <w:t>[15]</w:t>
      </w:r>
    </w:p>
    <w:p>
      <w:r>
        <w:rPr>
          <w:rFonts w:ascii="Gentium Plus" w:hAnsi="Gentium Plus"/>
          <w:sz w:val="24"/>
        </w:rPr>
        <w:t>τὸν κατὰ καιρὸν βασιλέα, εἰρηκὼς ὁ αὐτὸς εὐσεβέστατος Ἀντω‐ νῖνος διὰ θείου αὐτοῦ τύπου ἕκαστον ἀπολαύειν τῶν ἰδίων καὶ βουλεύεσθαι ὡς θέλει. Ὁ δὲ αὐτὸς Ἀντωνῖνος, ὡς ἐστὶν ἐν Λωρίῳ, νοσήσας ἡμέρας ὀλίγας ἀπέθανεν, ὢν ἐνιαυτῶν οζʹ.</w:t>
      </w:r>
    </w:p>
    <w:p>
      <w:r>
        <w:rPr>
          <w:rFonts w:ascii="Courier New" w:hAnsi="Courier New"/>
          <w:color w:val="555555"/>
          <w:sz w:val="20"/>
        </w:rPr>
        <w:t>[20]</w:t>
      </w:r>
    </w:p>
    <w:p>
      <w:r>
        <w:rPr>
          <w:rFonts w:ascii="Gentium Plus" w:hAnsi="Gentium Plus"/>
          <w:sz w:val="24"/>
        </w:rPr>
        <w:t>Μετὰ δὲ τὴν βασιλείαν Ἀντωνίνου ἐβασίλευσε Μάρκος Ἀν‐ τωνῖνος ὁ φιλόσοφος, ὁ υἱὸς αὐτοῦ, ἔτη ιηʹ καὶ μῆνας θʹ. ἦν δὲ κονδοειδής, λεπτός, λευκός, μιξοπόλιος, κονδόθριξ, εὐό‐</w:t>
      </w:r>
    </w:p>
    <w:p>
      <w:r>
        <w:rPr>
          <w:rFonts w:ascii="Courier New" w:hAnsi="Courier New"/>
          <w:color w:val="555555"/>
          <w:sz w:val="20"/>
        </w:rPr>
        <w:t>[Chron . 282]</w:t>
      </w:r>
    </w:p>
    <w:p>
      <w:r>
        <w:rPr>
          <w:rFonts w:ascii="Gentium Plus" w:hAnsi="Gentium Plus"/>
          <w:sz w:val="24"/>
        </w:rPr>
        <w:t>τὸς Μάρκος βασιλεὺς ἐξεφώνησε τὸν δικαιότατον νόμον, ὥστε καὶ ἐξ ἀδιαθέτου κληρονομεῖν τὸν πατέρα τὰ τέκνα καὶ τῷ ἀχαρι‐ στουμένῳ παιδὶ τὸ τέταρτον μέρος δίδοσθαι τῆς πατρικῆς πε‐ ριουσίας.</w:t>
      </w:r>
    </w:p>
    <w:p>
      <w:r>
        <w:rPr>
          <w:rFonts w:ascii="Courier New" w:hAnsi="Courier New"/>
          <w:color w:val="555555"/>
          <w:sz w:val="20"/>
        </w:rPr>
        <w:t>[5]</w:t>
      </w:r>
    </w:p>
    <w:p>
      <w:r>
        <w:rPr>
          <w:rFonts w:ascii="Gentium Plus" w:hAnsi="Gentium Plus"/>
          <w:sz w:val="24"/>
        </w:rPr>
        <w:t>Ἐπὶ δὲ τῆς βασιλείας αὐτοῦ ὑπέταξε τὸ ἔθνος τῶν Γερμανῶν. ὡσαύτως δὲ ἐπὶ τῶν χρόνων τῆς βασιλείας αὐτοῦ τὰ κατὰ Ἰου‐ λιανὸν τὸν Χαλδαῖον τὸν μέγαν ἐθαυμάζετο. Ὁ δὲ αὐτὸς βασιλεὺς Μάρκος ἔκτισεν, ἤτοι ἀνενέωσεν, ἐν Ἀν‐ τιοχείᾳ τῇ μεγάλῃ τὸ δημόσιον τὸ λεγόμενον Κεντηνάριον· ἦν</w:t>
      </w:r>
    </w:p>
    <w:p>
      <w:r>
        <w:rPr>
          <w:rFonts w:ascii="Courier New" w:hAnsi="Courier New"/>
          <w:color w:val="555555"/>
          <w:sz w:val="20"/>
        </w:rPr>
        <w:t>[10]</w:t>
      </w:r>
    </w:p>
    <w:p>
      <w:r>
        <w:rPr>
          <w:rFonts w:ascii="Gentium Plus" w:hAnsi="Gentium Plus"/>
          <w:sz w:val="24"/>
        </w:rPr>
        <w:t>γὰρ ἐν τῷ χρόνῳ Τραϊανοῦ πεσὸν ἐν τῇ θεομηνίᾳ. ἔκτισε δὲ καὶ τὸ Μουσεῖον καὶ τὸ Νυμφαῖον αὐτοῦ τὸ λεγόμενον Ὠκεανόν. ὁ δὲ αὐτὸς Μάρκος Ἀντωνῖνος βασιλεὺς ἔχαιρε τῷ Πρασίνῳ μέρει. Ἀπελθὼν δὲ ἐν τῇ Παννονίᾳ χώρᾳ νόσῳ τελευτᾷ. Μετὰ δὲ τὴν βασιλείαν Μάρκου Ἀντωνίνου ἐβασίλευσεν Ἀν‐</w:t>
      </w:r>
    </w:p>
    <w:p>
      <w:r>
        <w:rPr>
          <w:rFonts w:ascii="Courier New" w:hAnsi="Courier New"/>
          <w:color w:val="555555"/>
          <w:sz w:val="20"/>
        </w:rPr>
        <w:t>[15]</w:t>
      </w:r>
    </w:p>
    <w:p>
      <w:r>
        <w:rPr>
          <w:rFonts w:ascii="Gentium Plus" w:hAnsi="Gentium Plus"/>
          <w:sz w:val="24"/>
        </w:rPr>
        <w:t>τωνῖνος Βῆρος, υἱὸς αὐτοῦ, ἔτη ηʹ. ἦν δὲ εὐμήκης, παχύς, στρε‐ βλόρινος, εὐόφθαλμος, μελάγχρους, οὐλόθριξ, κονδόθριξ, γε‐ νηίτης, καταγύναιος πολύ. ὅστις πολεμήσας κατὰ ἑνὸς ἔθνους Οὕννων καὶ νικήσας αὐτοὺς πολλὰ ἄλλα ἔθνη δίχα πολέμου ὑπέ‐ ταξεν· ἦν γὰρ καὶ φιλότιμος. ὅστις ἐσφάγη ἐν Προκονήσῳ, ὢν</w:t>
      </w:r>
    </w:p>
    <w:p>
      <w:r>
        <w:rPr>
          <w:rFonts w:ascii="Courier New" w:hAnsi="Courier New"/>
          <w:color w:val="555555"/>
          <w:sz w:val="20"/>
        </w:rPr>
        <w:t>[20]</w:t>
      </w:r>
    </w:p>
    <w:p>
      <w:r>
        <w:rPr>
          <w:rFonts w:ascii="Gentium Plus" w:hAnsi="Gentium Plus"/>
          <w:sz w:val="24"/>
        </w:rPr>
        <w:t>ἐνιαυτῶν λθʹ.</w:t>
      </w:r>
    </w:p>
    <w:p>
      <w:pPr>
        <w:jc w:val="center"/>
      </w:pPr>
      <w:r>
        <w:rPr>
          <w:rFonts w:ascii="Gentium Plus" w:hAnsi="Gentium Plus"/>
          <w:b/>
          <w:sz w:val="24"/>
        </w:rPr>
        <w:t>ΛΟΓΟΣ ΙΒʹ</w:t>
      </w:r>
    </w:p>
    <w:p>
      <w:r>
        <w:rPr>
          <w:rFonts w:ascii="Courier New" w:hAnsi="Courier New"/>
          <w:color w:val="555555"/>
          <w:sz w:val="20"/>
        </w:rPr>
        <w:t>[t2]</w:t>
      </w:r>
    </w:p>
    <w:p>
      <w:r>
        <w:rPr>
          <w:rFonts w:ascii="Gentium Plus" w:hAnsi="Gentium Plus"/>
          <w:sz w:val="24"/>
        </w:rPr>
        <w:t>ΧΡΟΝΩΝ ΚΟΜΜΟΔΟΥ ΒΑΣΙΛΕΩΣ ΚΑΙ</w:t>
      </w:r>
    </w:p>
    <w:p>
      <w:r>
        <w:rPr>
          <w:rFonts w:ascii="Courier New" w:hAnsi="Courier New"/>
          <w:color w:val="555555"/>
          <w:sz w:val="20"/>
        </w:rPr>
        <w:t>[t3]</w:t>
      </w:r>
    </w:p>
    <w:p>
      <w:r>
        <w:rPr>
          <w:rFonts w:ascii="Gentium Plus" w:hAnsi="Gentium Plus"/>
          <w:sz w:val="24"/>
        </w:rPr>
        <w:t>ΠΑΡΟΧΗΣ ΟΛΥΜΠΙΩΝ.</w:t>
      </w:r>
    </w:p>
    <w:p>
      <w:r>
        <w:rPr>
          <w:rFonts w:ascii="Courier New" w:hAnsi="Courier New"/>
          <w:color w:val="555555"/>
          <w:sz w:val="20"/>
        </w:rPr>
        <w:t>[1]</w:t>
      </w:r>
    </w:p>
    <w:p>
      <w:r>
        <w:rPr>
          <w:rFonts w:ascii="Gentium Plus" w:hAnsi="Gentium Plus"/>
          <w:sz w:val="24"/>
        </w:rPr>
        <w:t>Μετὰ δὲ τὴν βασιλείαν Ἀντωνίνου Βήρου ἐβασίλευσε Κόμμο‐ δος ὁ Αὔγουστος ἔτη κβʹ καὶ μῆνας ηʹ. ἦν δὲ τὴν ἡλικίαν δι‐ μοιριαῖος, λευκός, ὑπόγλαυκος, πλάτοψις, σιμός, εὔστηθος, ἀρχιγένειος, φιλοκτίστης, ἱερός. ὅστις ἔκτισεν ἐν Ἀντιοχείᾳ τῇ</w:t>
      </w:r>
    </w:p>
    <w:p>
      <w:r>
        <w:rPr>
          <w:rFonts w:ascii="Courier New" w:hAnsi="Courier New"/>
          <w:color w:val="555555"/>
          <w:sz w:val="20"/>
        </w:rPr>
        <w:t>[5]</w:t>
      </w:r>
    </w:p>
    <w:p>
      <w:r>
        <w:rPr>
          <w:rFonts w:ascii="Gentium Plus" w:hAnsi="Gentium Plus"/>
          <w:sz w:val="24"/>
        </w:rPr>
        <w:t>μεγάλῃ δημόσιον λουτρόν, ὅπερ ἐκάλεσε Κομμόδιον. καὶ τὸ ἱε‐ ρὸν δὲ τῆς Ἀθήνης τὸ κατέναντι αὐτοῦ ἀνενέωσε καὶ εἰς τὸ μέσον αὐτῶν ἐποίησε τὸ λεγόμενον Ξυστόν, κτίσας βάθρα καὶ τοὺς ἐμ‐ βόλους. καὶ εἰς τὴν ἀρχὴν δὲ τὴν κάτω τοῦ Ξυστοῦ ἔκτισεν ἱε‐</w:t>
      </w:r>
    </w:p>
    <w:p>
      <w:r>
        <w:rPr>
          <w:rFonts w:ascii="Courier New" w:hAnsi="Courier New"/>
          <w:color w:val="555555"/>
          <w:sz w:val="20"/>
        </w:rPr>
        <w:t>[Chron . 284]</w:t>
      </w:r>
    </w:p>
    <w:p>
      <w:r>
        <w:rPr>
          <w:rFonts w:ascii="Gentium Plus" w:hAnsi="Gentium Plus"/>
          <w:sz w:val="24"/>
        </w:rPr>
        <w:t>Ἐπὶ δὲ τῆς αὐτοῦ βασιλείας οἱ Ἀντιοχεῖς κτήτορες καὶ πολῖ‐ ται μήνυσιν ποιήσαντες ἐδεήθησαν τοῦ αὐτοῦ βασιλέως Κομμό‐ δου, ἵνα ἀπὸ θείας αὐτοῦ κελεύσεως προσκυρώσῃ τῷ δημοσίῳ τὰς προσόδους ἃς εἴασε τῇ τῶν Ἀντιοχέων πόλει Σωσίβιος ὁ</w:t>
      </w:r>
    </w:p>
    <w:p>
      <w:r>
        <w:rPr>
          <w:rFonts w:ascii="Courier New" w:hAnsi="Courier New"/>
          <w:color w:val="555555"/>
          <w:sz w:val="20"/>
        </w:rPr>
        <w:t>[5]</w:t>
      </w:r>
    </w:p>
    <w:p>
      <w:r>
        <w:rPr>
          <w:rFonts w:ascii="Gentium Plus" w:hAnsi="Gentium Plus"/>
          <w:sz w:val="24"/>
        </w:rPr>
        <w:t>προειρημένος λόγῳ θεωριῶν πολυτρόπων καὶ διαφόρων ἀγώνων ἐπιτελουμένων τῇ αὐτῇ πόλει, καὶ ἵνα μὴ πορίζωνται τὰς προσό‐ δους οἱ πολιτευόμενοι, ἀλλὰ τὸ δημόσιον καὶ αὐτὸ χορηγεῖ λόγῳ τῶν ἐπιτελουμένων πρὸς τέρψιν τῆς πόλεως Ὀλυμπίων καὶ ἄλλων τινῶν θεωριῶν ἐν τῇ αὐτῇ πόλει τῶν Ἀντιοχέων. καὶ εὐθέως ὁ</w:t>
      </w:r>
    </w:p>
    <w:p>
      <w:r>
        <w:rPr>
          <w:rFonts w:ascii="Courier New" w:hAnsi="Courier New"/>
          <w:color w:val="555555"/>
          <w:sz w:val="20"/>
        </w:rPr>
        <w:t>[10]</w:t>
      </w:r>
    </w:p>
    <w:p>
      <w:r>
        <w:rPr>
          <w:rFonts w:ascii="Gentium Plus" w:hAnsi="Gentium Plus"/>
          <w:sz w:val="24"/>
        </w:rPr>
        <w:t>αὐτὸς βασιλεὺς Κόμμοδος διὰ θείας αὐτοῦ κελεύσεως προσεκύ‐ ρωσε τῷ δημοσίῳ τὰς προσόδους, θεσπίσας τὰ Ὀλύμπια ἐπιτε‐ λεῖσθαι καὶ ἀφορίσας ἐκ τοῦ δημοσίου παρέχεσθαι εἰς λόγον ἀναλωμάτων τῶν ὑπουργούντων τῇ τῶν Ὀλυμπίων ἱερᾷ καὶ κο‐ σμικῇ ἑορτῇ φανερὰ χρήματα, νομοθετήσας κατὰ τετραετῆ χρό‐</w:t>
      </w:r>
    </w:p>
    <w:p>
      <w:r>
        <w:rPr>
          <w:rFonts w:ascii="Courier New" w:hAnsi="Courier New"/>
          <w:color w:val="555555"/>
          <w:sz w:val="20"/>
        </w:rPr>
        <w:t>[15]</w:t>
      </w:r>
    </w:p>
    <w:p>
      <w:r>
        <w:rPr>
          <w:rFonts w:ascii="Gentium Plus" w:hAnsi="Gentium Plus"/>
          <w:sz w:val="24"/>
        </w:rPr>
        <w:t>νον ἐπιτελεῖσθαι ἀμέμπτως ἐν ταῖς ἑορταῖς τῶν ἀναθημάτων, ἤτοι θυσιῶν, τῶν ἐξ ἔθους, τοῦτ’ ἐστὶ τῷ πανέμῳ ἤτοι ἰουλίῳ μηνὶ καὶ τῷ λώῳ τῷ λεγομένῳ αὐγούστῳ μηνὶ ἐπὶ ἡμέρας μεʹ εἰς ἑορτὴν τοῦ Ὀλυμπίου Διός, ὡσαύτως ἀφορίσας καὶ εἰς λόγον ἱπποδρομίου ἀμέμπτως ἐπιτελουμένου κατὰ τὴν Ἡλίου ἡμέραν,</w:t>
      </w:r>
    </w:p>
    <w:p>
      <w:r>
        <w:rPr>
          <w:rFonts w:ascii="Courier New" w:hAnsi="Courier New"/>
          <w:color w:val="555555"/>
          <w:sz w:val="20"/>
        </w:rPr>
        <w:t>[20]</w:t>
      </w:r>
    </w:p>
    <w:p>
      <w:r>
        <w:rPr>
          <w:rFonts w:ascii="Gentium Plus" w:hAnsi="Gentium Plus"/>
          <w:sz w:val="24"/>
        </w:rPr>
        <w:t>τοῦτ’ ἐστὶ κατὰ κυριακήν, ἄλλην ἐξ αὐτῶν φανερὰν χρυσίου ποσό‐ τητα. ὁμοίως δὲ καὶ εἰς λόγον σκηνικῆς ἑορτῆς νυκτερινῆς ἐπι‐</w:t>
      </w:r>
    </w:p>
    <w:p>
      <w:r>
        <w:rPr>
          <w:rFonts w:ascii="Courier New" w:hAnsi="Courier New"/>
          <w:color w:val="555555"/>
          <w:sz w:val="20"/>
        </w:rPr>
        <w:t>[Chron . 285]</w:t>
      </w:r>
    </w:p>
    <w:p>
      <w:r>
        <w:rPr>
          <w:rFonts w:ascii="Gentium Plus" w:hAnsi="Gentium Plus"/>
          <w:sz w:val="24"/>
        </w:rPr>
        <w:t>στηρίων Διονύσου καὶ Ἀφροδίτης, τοῦτ’ ἐστὶ τοῦ λεγομένου Μαϊουμᾶ διὰ τὸ ἐν τῷ μαΐῳ τῷ καὶ ἀρτεμισίῳ μηνὶ ἐπιτελεῖ‐ σθαι τὴν αὐτὴν ἑορτήν, ἀφώρισε φανερὰν χρυσίου ποσότητα λό‐ γῳ λαμπάδων καὶ κανδήλων καὶ τῶν ἄλλων τῶν προχωρούντων</w:t>
      </w:r>
    </w:p>
    <w:p>
      <w:r>
        <w:rPr>
          <w:rFonts w:ascii="Courier New" w:hAnsi="Courier New"/>
          <w:color w:val="555555"/>
          <w:sz w:val="20"/>
        </w:rPr>
        <w:t>[5]</w:t>
      </w:r>
    </w:p>
    <w:p>
      <w:r>
        <w:rPr>
          <w:rFonts w:ascii="Gentium Plus" w:hAnsi="Gentium Plus"/>
          <w:sz w:val="24"/>
        </w:rPr>
        <w:t>ἐπὶ τὴν πανήγυριν τῶν λʹ ἡμερῶν τερπνῶν παννυχίδων. περὶ ἧς νυκτερινῆς ἑορτῆς μέμνηται Βεργίλλιος ὁ σοφώτατος Ῥωμαίων ποιητὴς ἐν τῷ δʹ αὐτοῦ λόγῳ, τῇ Ῥωμαϊκῇ γλώσσῃ ἐκθέμενος ταῦτα. Τριετηρικὰ Βάκχω ὄργια νοκτούρνους κουὲ βοκὰτ κλά‐ μωρε Κιθαιρών· ὅ ἐστι τῇ Ἑλληνίδι γλώσσῃ τῷ τριετηρικῷ</w:t>
      </w:r>
    </w:p>
    <w:p>
      <w:r>
        <w:rPr>
          <w:rFonts w:ascii="Courier New" w:hAnsi="Courier New"/>
          <w:color w:val="555555"/>
          <w:sz w:val="20"/>
        </w:rPr>
        <w:t>[10]</w:t>
      </w:r>
    </w:p>
    <w:p>
      <w:r>
        <w:rPr>
          <w:rFonts w:ascii="Gentium Plus" w:hAnsi="Gentium Plus"/>
          <w:sz w:val="24"/>
        </w:rPr>
        <w:t>ἔτει, ὅτε ὁ Διόνυσος ἐν νυκτὶ τῇ φωνῇ τὴν ἑορτὴν τῶν ὀργίων ἐν τῷ Κιθαιρωνίῳ ὄρει. Ὁ δὲ αὐτὸς βασιλεὺς ἀφώρισε φανερὰ χρήματα καὶ εἰς λόγον κυνηγίων ὀφειλόντων ἐπιτελεῖσθαι ἐπὶ ἔτη δʹ οὕτως· ἄγεσθαι μὲν ἐπὶ μῆνας λβʹ ἕως τῆς ἀποσφαγῆς, ἀργεῖν δὲ τοὺς ὑπολοίπους</w:t>
      </w:r>
    </w:p>
    <w:p>
      <w:r>
        <w:rPr>
          <w:rFonts w:ascii="Courier New" w:hAnsi="Courier New"/>
          <w:color w:val="555555"/>
          <w:sz w:val="20"/>
        </w:rPr>
        <w:t>[15]</w:t>
      </w:r>
    </w:p>
    <w:p>
      <w:r>
        <w:rPr>
          <w:rFonts w:ascii="Gentium Plus" w:hAnsi="Gentium Plus"/>
          <w:sz w:val="24"/>
        </w:rPr>
        <w:t>μῆνας ϛʹ εἰς τὴν συλλογὴν τῶν θηρίων εἰς ἑορτὴν θεραπείας Ἄρεως καὶ Ἀρτέμιδος. Καὶ εὐθέως τότε ὠνομάσθη Συριάρχης πρῶτος Ἀρταβάνιος πολιτευόμενος, προβληθεὶς ἀπὸ τῶν κτητόρων καὶ τοῦ δήμου παντός.</w:t>
      </w:r>
    </w:p>
    <w:p>
      <w:r>
        <w:rPr>
          <w:rFonts w:ascii="Courier New" w:hAnsi="Courier New"/>
          <w:color w:val="555555"/>
          <w:sz w:val="20"/>
        </w:rPr>
        <w:t>[20]</w:t>
      </w:r>
    </w:p>
    <w:p>
      <w:r>
        <w:rPr>
          <w:rFonts w:ascii="Gentium Plus" w:hAnsi="Gentium Plus"/>
          <w:sz w:val="24"/>
        </w:rPr>
        <w:t>Ἀφώρισε δὲ καὶ τὰ λοιπὰ χρήματα εἰς λόγον μίμων καὶ ὀρ‐</w:t>
      </w:r>
    </w:p>
    <w:p>
      <w:r>
        <w:rPr>
          <w:rFonts w:ascii="Courier New" w:hAnsi="Courier New"/>
          <w:color w:val="555555"/>
          <w:sz w:val="20"/>
        </w:rPr>
        <w:t>[Chron . 286]</w:t>
      </w:r>
    </w:p>
    <w:p>
      <w:r>
        <w:rPr>
          <w:rFonts w:ascii="Gentium Plus" w:hAnsi="Gentium Plus"/>
          <w:sz w:val="24"/>
        </w:rPr>
        <w:t>χηστικῶν καὶ τῶν λοιπῶν τέρψεων τῶν ἐν Πανδήμοις ἐπιτελουμέ‐ νων. καὶ ἔκτοτε παρεσχέθη τῇ αὐτῇ τῶν Ἀντιοχέων πόλει παρὰ τοῦ δημοσίου ἀμέμπτως τὰ χορηγούμενα λόγῳ τῶν προειρημένων θεωριῶν πάντα. καὶ ἀνέστησαν τῷ βασιλεῖ Κομμόδῳ οἱ Ἀντιο‐</w:t>
      </w:r>
    </w:p>
    <w:p>
      <w:r>
        <w:rPr>
          <w:rFonts w:ascii="Courier New" w:hAnsi="Courier New"/>
          <w:color w:val="555555"/>
          <w:sz w:val="20"/>
        </w:rPr>
        <w:t>[5]</w:t>
      </w:r>
    </w:p>
    <w:p>
      <w:r>
        <w:rPr>
          <w:rFonts w:ascii="Gentium Plus" w:hAnsi="Gentium Plus"/>
          <w:sz w:val="24"/>
        </w:rPr>
        <w:t>χεῖς στήλην χαλκῆν κατὰ μέσου τῆς πόλεως αὐτῶν. ἐπὶ οὖν τῆς αὐτοῦ βασιλείας πρώτοις ἐπετελέσθη τὰ Ὀλύμπια τοῖς Ἀντιοχεῦ‐ σι Σύροις ἀπὸ θείας αὐτοῦ, ὡς προείρηται, κελεύσεως ἔτους σξʹ χρηματίζοντος κατὰ τοὺς αὐτοὺς Ἀντιοχεῖς Σύρους ἐν τῷ παρ’ αὐτοῦ κτισθέντι Ξυστῷ. ἠγόρασαν δὲ τὰ αὐτὰ Ὀλύμπια οἱ Ἀντιοχεῖς</w:t>
      </w:r>
    </w:p>
    <w:p>
      <w:r>
        <w:rPr>
          <w:rFonts w:ascii="Courier New" w:hAnsi="Courier New"/>
          <w:color w:val="555555"/>
          <w:sz w:val="20"/>
        </w:rPr>
        <w:t>[10]</w:t>
      </w:r>
    </w:p>
    <w:p>
      <w:r>
        <w:rPr>
          <w:rFonts w:ascii="Gentium Plus" w:hAnsi="Gentium Plus"/>
          <w:sz w:val="24"/>
        </w:rPr>
        <w:t>παρὰ τῶν Πισαίων τῆς Ἑλλάδος ἐπ’ ἐνενήκοντα περιόδους ἀγῶνος Ὀλυμπίων, ὡς εἶναι ἐπὶ ἔτη τξʹ, ἀγράφῳ πάκτῳ. Καὶ ἐγένετο ἐν αὐτῇ Ἀντιοχείᾳ ἀλυτάρχης ἐν τῇ αὐτῇ θείᾳ κελεύσει ὀνομασθεὶς πρῶτος Ἀφρόνιος ὁ ἀπὸ ἐπάρχων, πολίτης Ἀντιοχεύς. ὅστις φορέσας τὸ σχῆμα τοῦ ἀλυτάρχου τὰς μὲν ἡμέ‐</w:t>
      </w:r>
    </w:p>
    <w:p>
      <w:r>
        <w:rPr>
          <w:rFonts w:ascii="Courier New" w:hAnsi="Courier New"/>
          <w:color w:val="555555"/>
          <w:sz w:val="20"/>
        </w:rPr>
        <w:t>[15]</w:t>
      </w:r>
    </w:p>
    <w:p>
      <w:r>
        <w:rPr>
          <w:rFonts w:ascii="Gentium Plus" w:hAnsi="Gentium Plus"/>
          <w:sz w:val="24"/>
        </w:rPr>
        <w:t>ρας ἐτιμᾶτο καὶ προσεκυνεῖτο ὡς αὐτὸς ὁ Ζεύς, μὴ ἀνιὼν δὲ εἰς οἶκον τὰς αὐτὰς ἡμέρας μήτε εἰς κλίνην ἀναπίπτων, ἀλλ’ εἰς ἐξάερον καθεύδων εἰς ἔδαφος ὑπεράνω λίθων καὶ καθαρῶν στρω‐ μάτων καὶ θρυΐνης ψιάθου. ἐφόρει δὲ στολὴν διάχρυσον ἄσπρην ὡσεὶ χιὼν καὶ στέφανον ἀπὸ λυχνιτῶν καὶ ἄλλων τιμίων, καὶ</w:t>
      </w:r>
    </w:p>
    <w:p>
      <w:r>
        <w:rPr>
          <w:rFonts w:ascii="Courier New" w:hAnsi="Courier New"/>
          <w:color w:val="555555"/>
          <w:sz w:val="20"/>
        </w:rPr>
        <w:t>[20]</w:t>
      </w:r>
    </w:p>
    <w:p>
      <w:r>
        <w:rPr>
          <w:rFonts w:ascii="Gentium Plus" w:hAnsi="Gentium Plus"/>
          <w:sz w:val="24"/>
        </w:rPr>
        <w:t>κατεῖχε ῥάβδον ἐβελίνην, φορῶν εἰς τοὺς ἰδίους πόδας σανδάλια</w:t>
      </w:r>
    </w:p>
    <w:p>
      <w:r>
        <w:rPr>
          <w:rFonts w:ascii="Courier New" w:hAnsi="Courier New"/>
          <w:color w:val="555555"/>
          <w:sz w:val="20"/>
        </w:rPr>
        <w:t>[Chron . 287]</w:t>
      </w:r>
    </w:p>
    <w:p>
      <w:r>
        <w:rPr>
          <w:rFonts w:ascii="Gentium Plus" w:hAnsi="Gentium Plus"/>
          <w:sz w:val="24"/>
        </w:rPr>
        <w:t>ἄσπρα. ἐκάθευδε δὲ τὰς αὐτὰς ἡμέρας εἰς τὸ ἐξάερον τῆς λεγο‐ μένης βασιλικῆς τὸ Καισάριον, τὸ κτισθὲν ὑπὸ τοῦ Καίσαρος Ἰουλίου τοῦ δικτάτορος, ὅπου ἵστατο ὁ ἀνδριὰς τοῦ αὐτοῦ Καί‐ σαρος ὁ ἔξω τῆς Κόγχης τῆς βασιλικῆς. τὸ δὲ αὐτὸ Καισάριον</w:t>
      </w:r>
    </w:p>
    <w:p>
      <w:r>
        <w:rPr>
          <w:rFonts w:ascii="Courier New" w:hAnsi="Courier New"/>
          <w:color w:val="555555"/>
          <w:sz w:val="20"/>
        </w:rPr>
        <w:t>[5]</w:t>
      </w:r>
    </w:p>
    <w:p>
      <w:r>
        <w:rPr>
          <w:rFonts w:ascii="Gentium Plus" w:hAnsi="Gentium Plus"/>
          <w:sz w:val="24"/>
        </w:rPr>
        <w:t>κατέναντι τοῦ ἱεροῦ τοῦ Ἄρεως ὑπῆρχεν, ὅπου τὸ λεγόμενον Μά‐ κελλον, διὰ τὸ ἐκεῖ τὰ χοίρεια κρέα κόπτεσθαι μόνον, πλησίον τοῦ Ἄρεως τοῦ ἱεροῦ. Ὁ δὲ γραμματεὺς προεχειρίσθη πρώτοις ἀπὸ τῆς βουλῆς καὶ τοῦ δήμου ὀνόματι Πομπηιανὸς Κοιαίστωρ, ὃς ἐκ γένους συγκλη‐</w:t>
      </w:r>
    </w:p>
    <w:p>
      <w:r>
        <w:rPr>
          <w:rFonts w:ascii="Courier New" w:hAnsi="Courier New"/>
          <w:color w:val="555555"/>
          <w:sz w:val="20"/>
        </w:rPr>
        <w:t>[10]</w:t>
      </w:r>
    </w:p>
    <w:p>
      <w:r>
        <w:rPr>
          <w:rFonts w:ascii="Gentium Plus" w:hAnsi="Gentium Plus"/>
          <w:sz w:val="24"/>
        </w:rPr>
        <w:t>τικῶν Ῥώμης ὑπάρχων, φορέσας καὶ αὐτὸς στολὴν ἄσπρον καὶ στέφανον ὁλόχρυσον τύπῳ φυλλοδαφνῶν. ὅντινα ἐτίμων καὶ προσεκύνουν ὥς τινα, φησίν, Ἀπόλλωνα. Ἡ αὐτὴ δὲ βουλὴ καὶ ὁ δῆμος πάλιν προεβάλοντο Ἀμφιθα‐ λὴν ὀνόματι Κάσιον Ἰλλούστριον, φοροῦντα ὡσαύτως στολὴν</w:t>
      </w:r>
    </w:p>
    <w:p>
      <w:r>
        <w:rPr>
          <w:rFonts w:ascii="Courier New" w:hAnsi="Courier New"/>
          <w:color w:val="555555"/>
          <w:sz w:val="20"/>
        </w:rPr>
        <w:t>[15]</w:t>
      </w:r>
    </w:p>
    <w:p>
      <w:r>
        <w:rPr>
          <w:rFonts w:ascii="Gentium Plus" w:hAnsi="Gentium Plus"/>
          <w:sz w:val="24"/>
        </w:rPr>
        <w:t>ἄσπρον ὁλοσηρικὸν καὶ στέφανον πεπλεγμένον ἀπὸ δαφνίνων φύλ‐ λων καὶ ἐν τῷ μέσῳ στηθάριν χρυσοῦν ἔχον τὸν Δία. ὅντινα Ἀμφιθαλὴν ἐτίμων καὶ προσεκύνουν ὡς τὸν Ἑρμῆν, καθὼς ὁ σοφὸς Δομνῖνος ὁ χρονογράφος πάντα ταῦτα συνεγράψατο. Εἰς δὲ τὸν αὐτὸν ἱερὸν ἀγῶνα τῶν Ὀλυμπίων ἤρχοντο ἀπὸ</w:t>
      </w:r>
    </w:p>
    <w:p>
      <w:r>
        <w:rPr>
          <w:rFonts w:ascii="Courier New" w:hAnsi="Courier New"/>
          <w:color w:val="555555"/>
          <w:sz w:val="20"/>
        </w:rPr>
        <w:t>[20]</w:t>
      </w:r>
    </w:p>
    <w:p>
      <w:r>
        <w:rPr>
          <w:rFonts w:ascii="Gentium Plus" w:hAnsi="Gentium Plus"/>
          <w:sz w:val="24"/>
        </w:rPr>
        <w:t>ἑκάστης πόλεως καὶ χώρας νεώτεροι εὐγενεῖς κατὰ τάγμα ἀγωνι‐ ζόμενοι, καὶ ἐμέριζον αὑτοὺς κατέναντι ἀλλήλων. μετὰ δὲ πολ‐ λῆς σωφροσύνης καὶ ἐπιεικείας διῆγον μηδαμόθεν μηδὲν κομιζό‐</w:t>
      </w:r>
    </w:p>
    <w:p>
      <w:r>
        <w:rPr>
          <w:rFonts w:ascii="Courier New" w:hAnsi="Courier New"/>
          <w:color w:val="555555"/>
          <w:sz w:val="20"/>
        </w:rPr>
        <w:t>[Chron . 288]</w:t>
      </w:r>
    </w:p>
    <w:p>
      <w:r>
        <w:rPr>
          <w:rFonts w:ascii="Gentium Plus" w:hAnsi="Gentium Plus"/>
          <w:sz w:val="24"/>
        </w:rPr>
        <w:t>σίαν ἕκαστος κατὰ τὸν ἴδιον πλοῦτον· οἱ δὲ πολλοὶ ἐξ αὐτῶν καὶ παρθένοι ὑπῆρχον· ἦσαν δὲ ἐπιφερόμενοι καὶ πολὺν χρυσὸν ἐκ τῆς ἰδίας πατρίδος· ἀλλ’ εὐχῆς χάριν καὶ τάγματος ἠγωνίζοντο καὶ διὰ τὸ ἔχειν δόξας εἰς τὴν ἰδίαν πατρίδα. πολὺν οὖν εἶχον ἀγῶνα καὶ</w:t>
      </w:r>
    </w:p>
    <w:p>
      <w:r>
        <w:rPr>
          <w:rFonts w:ascii="Courier New" w:hAnsi="Courier New"/>
          <w:color w:val="555555"/>
          <w:sz w:val="20"/>
        </w:rPr>
        <w:t>[5]</w:t>
      </w:r>
    </w:p>
    <w:p>
      <w:r>
        <w:rPr>
          <w:rFonts w:ascii="Gentium Plus" w:hAnsi="Gentium Plus"/>
          <w:sz w:val="24"/>
        </w:rPr>
        <w:t>φόβον ἐρχόμενοι· καὶ οἱ μὲν ἐπάλαιον, οἱ δὲ ἔτρεχον, οἱ δὲ ἐσάλπιζον, οἱ δὲ ἐπαγκρατίαζον, ἕτεροι δὲ ἐπύκτευον πυξίνοις δακτύλοις πυκτι‐ κὰς συμβολάς, ἄλλοι δὲ ἡνιόχουν ἵπποις πρωτοβόλοις, οἱ δὲ ἐφω‐ νάσκουν τραγικὰ μέλη. ἦσαν δὲ καὶ παρθένοι κόραι φιλοσοφοῦ‐ σαι καὶ κατὰ τάγμα σωφροσύνης ἐρχόμεναι καὶ ἀγωνιζόμεναι καὶ</w:t>
      </w:r>
    </w:p>
    <w:p>
      <w:r>
        <w:rPr>
          <w:rFonts w:ascii="Courier New" w:hAnsi="Courier New"/>
          <w:color w:val="555555"/>
          <w:sz w:val="20"/>
        </w:rPr>
        <w:t>[10]</w:t>
      </w:r>
    </w:p>
    <w:p>
      <w:r>
        <w:rPr>
          <w:rFonts w:ascii="Gentium Plus" w:hAnsi="Gentium Plus"/>
          <w:sz w:val="24"/>
        </w:rPr>
        <w:t>παλαίουσαι μετὰ βομβωναρίων καὶ τρέχουσαι καὶ τραγῳδοῦσαι καὶ λέγουσαι ὕμνους τινὰς Ἑλληνικούς· αἵτινες γυναῖκες μετὰ γυναικῶν ἐμάχοντο ἀγωνιζόμεναι πικρῶς καὶ περὶ τὰ παλαίσματα καὶ περὶ τοὺς δρόμους καὶ τὸ φώνημα. καὶ εἴ τις ἐξ αὐτῶν εἴτε γυνὴ εἴτε νέος τοῦ ἱεροῦ, φησί, δήμου κράζοντος ἐστέφθη, ὁ στε‐</w:t>
      </w:r>
    </w:p>
    <w:p>
      <w:r>
        <w:rPr>
          <w:rFonts w:ascii="Courier New" w:hAnsi="Courier New"/>
          <w:color w:val="555555"/>
          <w:sz w:val="20"/>
        </w:rPr>
        <w:t>[15]</w:t>
      </w:r>
    </w:p>
    <w:p>
      <w:r>
        <w:rPr>
          <w:rFonts w:ascii="Gentium Plus" w:hAnsi="Gentium Plus"/>
          <w:sz w:val="24"/>
        </w:rPr>
        <w:t>φανούμενος ὡς νικητὴς σώφρων ἔμενεν ἕως τῆς τελευτῆς αὐ‐ τοῦ· ἐσφραγίζετο γὰρ εὐθέως μετὰ τὸν ἀγῶνα καὶ ἐγίνετο ἱερεύς. ὡσαύτως δὲ καὶ παρθένοι φιλόσοφοι αἱ στεφανούμεναι ἐγίνοντο μετὰ τὸν ἀγῶνα ἱέρειαι. κἀκεῖθεν ἀπεστρέφοντο πάντες. οἱ δὲ ἔχοντες κτήσεις χωρίων οὐ συνετέλουν ἀλλὰ ἀσυντελεῖς ἔμενον</w:t>
      </w:r>
    </w:p>
    <w:p>
      <w:r>
        <w:rPr>
          <w:rFonts w:ascii="Courier New" w:hAnsi="Courier New"/>
          <w:color w:val="555555"/>
          <w:sz w:val="20"/>
        </w:rPr>
        <w:t>[20]</w:t>
      </w:r>
    </w:p>
    <w:p>
      <w:r>
        <w:rPr>
          <w:rFonts w:ascii="Gentium Plus" w:hAnsi="Gentium Plus"/>
          <w:sz w:val="24"/>
        </w:rPr>
        <w:t>ἀφ’ οὗ ἐστέφθησαν ἡ κτῆσις αὐτοῦ τὸν χρόνον καὶ μόνον τῆς</w:t>
      </w:r>
    </w:p>
    <w:p>
      <w:r>
        <w:rPr>
          <w:rFonts w:ascii="Courier New" w:hAnsi="Courier New"/>
          <w:color w:val="555555"/>
          <w:sz w:val="20"/>
        </w:rPr>
        <w:t>[Chron . 289]</w:t>
      </w:r>
    </w:p>
    <w:p>
      <w:r>
        <w:rPr>
          <w:rFonts w:ascii="Gentium Plus" w:hAnsi="Gentium Plus"/>
          <w:sz w:val="24"/>
        </w:rPr>
        <w:t>ζωῆς τοῦ στεφθέντος. εἰ δὲ καὶ ἐργαστηρίων τινῶν ἐδέσποζεν, ἀλειτούργητα ἔμενε τὸν χρόνον τῆς ζωῆς αὐτοῦ μόνου ἃ εἶχεν ἐρ‐ γαστήρια ὁ ἀγωνισάμενος. τοσοῦτοι δὲ ἦσαν οἱ ἐρχόμενοι ἀγω‐ νίσασθαι ὅτι οὐχ ὑπερεβάλλοντο ἀριθμῷ, ἀλλ’ ὅσους συνέβη ἐλ‐</w:t>
      </w:r>
    </w:p>
    <w:p>
      <w:r>
        <w:rPr>
          <w:rFonts w:ascii="Courier New" w:hAnsi="Courier New"/>
          <w:color w:val="555555"/>
          <w:sz w:val="20"/>
        </w:rPr>
        <w:t>[5]</w:t>
      </w:r>
    </w:p>
    <w:p>
      <w:r>
        <w:rPr>
          <w:rFonts w:ascii="Gentium Plus" w:hAnsi="Gentium Plus"/>
          <w:sz w:val="24"/>
        </w:rPr>
        <w:t>θεῖν κατὰ τάγμα καὶ εἴτε νέους εἴτε παρθένους κόρας πάντας ἐθεώρουν. καὶ ποτὲ μὲν πλῆθος ἤρχετο πολύ, ποτὲ οὐκ ἤρχετο, πρὸς τοὺς χρόνους καὶ τοὺς ἀνέμους τῆς θαλάσσης. Ἐπὶ δὲ τῆς τοῦ αὐτοῦ Κομμόδου βασιλείας ἔπαθεν ὑπὸ θεο‐ μηνίας Νικομήδεια, μητρόπολις τῆς Βιθυνίας, τὸ τρίτον αὐτῆς</w:t>
      </w:r>
    </w:p>
    <w:p>
      <w:r>
        <w:rPr>
          <w:rFonts w:ascii="Courier New" w:hAnsi="Courier New"/>
          <w:color w:val="555555"/>
          <w:sz w:val="20"/>
        </w:rPr>
        <w:t>[10]</w:t>
      </w:r>
    </w:p>
    <w:p>
      <w:r>
        <w:rPr>
          <w:rFonts w:ascii="Gentium Plus" w:hAnsi="Gentium Plus"/>
          <w:sz w:val="24"/>
        </w:rPr>
        <w:t>πάθος ἕως τῆς Μουδουπόλεως καὶ τοῦ ποταμοῦ τοῦ Σαγάρεως τὰ πέριξ μηνὶ μαΐῳ τῷ καὶ ἀρτεμισίῳ γʹ εἰς τὸ αὖγος. καὶ πολ‐ λὰ ἐχαρίσατο ὁ βασιλεὺς τῇ αὐτῇ πόλει καὶ ἀνήγειρεν αὐτήν. Ἐπὶ δὲ τοῦ αὐτοῦ Κομμόδου κτήτωρ τις καὶ πολιτευόμενος Ἀντιοχείας τῆς μεγάλης ὀνόματι Ἀρταβάνης, ἀλυτάρχης, μετὰ τὸ</w:t>
      </w:r>
    </w:p>
    <w:p>
      <w:r>
        <w:rPr>
          <w:rFonts w:ascii="Courier New" w:hAnsi="Courier New"/>
          <w:color w:val="555555"/>
          <w:sz w:val="20"/>
        </w:rPr>
        <w:t>[15]</w:t>
      </w:r>
    </w:p>
    <w:p>
      <w:r>
        <w:rPr>
          <w:rFonts w:ascii="Gentium Plus" w:hAnsi="Gentium Plus"/>
          <w:sz w:val="24"/>
        </w:rPr>
        <w:t>πληρῶσαι τὸ στεφάνιον τῶν Ὀλυμπίων ἐν Δάφνῃ ἐφιλοτιμήσατο ῥίψας ἐν τῇ ἱερᾷ Δάφνῃ τῷ δήμῳ καλαμίων συντόμια πολλὰ ἄρτων διαιωνιζόντων, καλέσας τοὺς αὐτοὺς ἄρτους πολιτικοὺς διὰ τὸ τῇ ἰδίᾳ αὐτοῦ πόλει τούτους χαρίσασθαι, ἀφορίσας ἐκ τῶν</w:t>
      </w:r>
    </w:p>
    <w:p>
      <w:r>
        <w:rPr>
          <w:rFonts w:ascii="Courier New" w:hAnsi="Courier New"/>
          <w:color w:val="555555"/>
          <w:sz w:val="20"/>
        </w:rPr>
        <w:t>[Chron . 290]</w:t>
      </w:r>
    </w:p>
    <w:p>
      <w:r>
        <w:rPr>
          <w:rFonts w:ascii="Gentium Plus" w:hAnsi="Gentium Plus"/>
          <w:sz w:val="24"/>
        </w:rPr>
        <w:t>των. καὶ ἀνήγειραν αὐτῷ οἱ Ἀντιοχεῖς στήλην ἐν Δάφνῃ μαρ‐ μαρίνην, ἐπιγράψαντες, Ἀρταβάνης αἰωνία μνήμη. Ὁ δὲ αὐτὸς Κόμμοδος βασιλεὺς ἀπελθὼν εἰς τὸν οἶκον Φαυ‐ στίνου, συγγενοῦς αὐτοῦ, ἀπὸ αἱματικοῦ χυμοῦ ἀθρόως ἐτελεύ‐</w:t>
      </w:r>
    </w:p>
    <w:p>
      <w:r>
        <w:rPr>
          <w:rFonts w:ascii="Courier New" w:hAnsi="Courier New"/>
          <w:color w:val="555555"/>
          <w:sz w:val="20"/>
        </w:rPr>
        <w:t>[5]</w:t>
      </w:r>
    </w:p>
    <w:p>
      <w:r>
        <w:rPr>
          <w:rFonts w:ascii="Gentium Plus" w:hAnsi="Gentium Plus"/>
          <w:sz w:val="24"/>
        </w:rPr>
        <w:t>τησε. Μετὰ δὲ τὴν βασιλείαν Κομμόδου ἐβασίλευσε Περτίναξ ὁ καὶ Λούκιος Αὔγουστος μῆνας βʹ καὶ ἡμέρας ιηʹ. ἦν δὲ μακρός, εὐθώραξ, ἐπίρινος, ἁπλόθριξ, μεγαλόφθαλμος, γέρων, ὁλο‐ πόλιος. τελευτᾷ δὲ σφαγεὶς ὑπὸ τῶν στρατιωτῶν, ὡς ἐξήρχετο</w:t>
      </w:r>
    </w:p>
    <w:p>
      <w:r>
        <w:rPr>
          <w:rFonts w:ascii="Courier New" w:hAnsi="Courier New"/>
          <w:color w:val="555555"/>
          <w:sz w:val="20"/>
        </w:rPr>
        <w:t>[10]</w:t>
      </w:r>
    </w:p>
    <w:p>
      <w:r>
        <w:rPr>
          <w:rFonts w:ascii="Gentium Plus" w:hAnsi="Gentium Plus"/>
          <w:sz w:val="24"/>
        </w:rPr>
        <w:t>ἐκ τοῦ παλατίου εἰς τὸν Μάρτιον, ὢν ἐτῶν οʹ. Μετὰ δὲ τὴν βασιλείαν Περτίνακος ἐβασίλευσε Δίδιος Ἰου‐ λιανὸς ὁ καὶ Σίλβιος μῆνας ζʹ. ἦν δὲ μακρός, μιξοπόλιος, οὐ‐ λόθριξ, σύνοφρυς, ὑπόστραβος, λεπτοχαράκτηρος, μελίχρους. Ἔκτισε δὲ ἐν Ἀντιοχείᾳ τῇ μεγάλῃ τὸ λεγόμενον Πλεθρίν,</w:t>
      </w:r>
    </w:p>
    <w:p>
      <w:r>
        <w:rPr>
          <w:rFonts w:ascii="Courier New" w:hAnsi="Courier New"/>
          <w:color w:val="555555"/>
          <w:sz w:val="20"/>
        </w:rPr>
        <w:t>[15]</w:t>
      </w:r>
    </w:p>
    <w:p>
      <w:r>
        <w:rPr>
          <w:rFonts w:ascii="Gentium Plus" w:hAnsi="Gentium Plus"/>
          <w:sz w:val="24"/>
        </w:rPr>
        <w:t>ἐπειδὴ εἰς τὸ θέατρον ἐπετέλουν τὰς πάλας ἐν τοῖς Ὀλυμπίοις. καὶ διὰ μηνύσεως τῶν τῆς πόλεως Ἀντιοχείας κτητόρων δεηθέν‐ των παρέσχεν αὐτοῖς χρήματα εἰς τὸ κτίσαι τὸ αὐτὸ Πλεθρίν· καὶ ἔκτισαν αὐτὸ πλησίον τοῦ Καισαρίου, ἀγοράσαντες τὴν οἰκίαν Ἀσαβίνου πολιτευομένου, Ἰουδαίου τὴν θρησκείαν, πλησίον τοῦ</w:t>
      </w:r>
    </w:p>
    <w:p>
      <w:r>
        <w:rPr>
          <w:rFonts w:ascii="Courier New" w:hAnsi="Courier New"/>
          <w:color w:val="555555"/>
          <w:sz w:val="20"/>
        </w:rPr>
        <w:t>[20]</w:t>
      </w:r>
    </w:p>
    <w:p>
      <w:r>
        <w:rPr>
          <w:rFonts w:ascii="Gentium Plus" w:hAnsi="Gentium Plus"/>
          <w:sz w:val="24"/>
        </w:rPr>
        <w:t>Ξυστοῦ καὶ τοῦ Κομμοδίου δημοσίου. ἐσφάγη δὲ ὁ αὐτὸς Ἰου‐</w:t>
      </w:r>
    </w:p>
    <w:p>
      <w:r>
        <w:rPr>
          <w:rFonts w:ascii="Courier New" w:hAnsi="Courier New"/>
          <w:color w:val="555555"/>
          <w:sz w:val="20"/>
        </w:rPr>
        <w:t>[Chron . 291]</w:t>
      </w:r>
    </w:p>
    <w:p>
      <w:r>
        <w:rPr>
          <w:rFonts w:ascii="Gentium Plus" w:hAnsi="Gentium Plus"/>
          <w:sz w:val="24"/>
        </w:rPr>
        <w:t>Ῥώμης ἔσω, ὡς προσέχει τοῖς ἰχθύσι, κατὰ συσκευὴν τοῦ μετ’ αὐτόν. ἦν δὲ ἐνιαυτῶν ξʹ. Μετὰ δὲ τὴν βασιλείαν Διδίου Ἰουλιανοῦ ἐβασίλευσεν ὁ θειό‐ τατος Σέβηρος ὁ καὶ Σεπτίμιος, ὑπὸ τῆς συγκλήτου Ῥώμης ψη‐</w:t>
      </w:r>
    </w:p>
    <w:p>
      <w:r>
        <w:rPr>
          <w:rFonts w:ascii="Courier New" w:hAnsi="Courier New"/>
          <w:color w:val="555555"/>
          <w:sz w:val="20"/>
        </w:rPr>
        <w:t>[5]</w:t>
      </w:r>
    </w:p>
    <w:p>
      <w:r>
        <w:rPr>
          <w:rFonts w:ascii="Gentium Plus" w:hAnsi="Gentium Plus"/>
          <w:sz w:val="24"/>
        </w:rPr>
        <w:t>φισθείς, ἐπὶ τῆς ὑπατείας Φλάκωνος καὶ Κλάρου. ἐβασίλευσε δὲ ἔτη ιζʹ καὶ μῆνας θʹ. ἦν δὲ διμοιριαῖος τῇ ἡλικίᾳ, λεπτός, εὔ‐ στηθος, μακρόρινος, εὐόφθαλμος, μελάγχροος, οὐλόθριξ, ὁλο‐ πόλιος, μεγαλοπώγων, τοὺς πόδας στυφόμενος, μεγαλόψυχος, ὀργίλος.</w:t>
      </w:r>
    </w:p>
    <w:p>
      <w:r>
        <w:rPr>
          <w:rFonts w:ascii="Courier New" w:hAnsi="Courier New"/>
          <w:color w:val="555555"/>
          <w:sz w:val="20"/>
        </w:rPr>
        <w:t>[10]</w:t>
      </w:r>
    </w:p>
    <w:p>
      <w:r>
        <w:rPr>
          <w:rFonts w:ascii="Gentium Plus" w:hAnsi="Gentium Plus"/>
          <w:sz w:val="24"/>
        </w:rPr>
        <w:t>Ἐπὶ δὲ τῆς αὐτοῦ βασιλείας ἐτυράννησεν Ἀλβῖνος ὁ συγκλη‐ τικός· ὅντινα ὁ στρατός, ὡς πολεμεῖ τοῖς Γήπεσι πεμφθεὶς πα‐ ρὰ τοῦ πρὸ αὐτοῦ βασιλέως Διδίου, ἀνηγόρευσε βασιλέα αὐθεντή‐ σας τὴν σύγκλητον. καὶ κατεδίωξεν αὐτὸν ὁ Σέβηρος ἐν τῇ Θρᾴκῃ, καὶ παραλαβὼν αὐτὸν ἐφόνευσεν.</w:t>
      </w:r>
    </w:p>
    <w:p>
      <w:r>
        <w:rPr>
          <w:rFonts w:ascii="Courier New" w:hAnsi="Courier New"/>
          <w:color w:val="555555"/>
          <w:sz w:val="20"/>
        </w:rPr>
        <w:t>[15]</w:t>
      </w:r>
    </w:p>
    <w:p>
      <w:r>
        <w:rPr>
          <w:rFonts w:ascii="Gentium Plus" w:hAnsi="Gentium Plus"/>
          <w:sz w:val="24"/>
        </w:rPr>
        <w:t>Ἐλθὼν δὲ ὁ Σέβηρος ἐπὶ τὸ Βυζάντιον, καὶ ἑωρακὼς τὴν το‐ ποθεσίαν τῆς πόλεως καλήν, ἀνήγειρε τὴν Βυζούπολιν, καὶ ἔκτισε δημόσιον λουτρὸν τὸ λεγόμενον Ζεύξιππον διότι ἐκεῖ ἵστατο ἐν μέσῳ τοῦ τετραστῴου στήλη χαλκῆ τοῦ Ἡλίου, καὶ ὑποκάτω αὐ‐ τῆς ἔγραψε τὸ μυστικὸν ὄνομα τοῦ ἡλίου, Ζευξίππῳ θεῷ· οἱ</w:t>
      </w:r>
    </w:p>
    <w:p>
      <w:r>
        <w:rPr>
          <w:rFonts w:ascii="Courier New" w:hAnsi="Courier New"/>
          <w:color w:val="555555"/>
          <w:sz w:val="20"/>
        </w:rPr>
        <w:t>[20]</w:t>
      </w:r>
    </w:p>
    <w:p>
      <w:r>
        <w:rPr>
          <w:rFonts w:ascii="Gentium Plus" w:hAnsi="Gentium Plus"/>
          <w:sz w:val="24"/>
        </w:rPr>
        <w:t>γὰρ Θρᾷκες οὕτως ἔλεγον τὸν ἥλιον. οἱ δὲ τῆς πόλεως Βύζης οὕ‐</w:t>
      </w:r>
    </w:p>
    <w:p>
      <w:r>
        <w:rPr>
          <w:rFonts w:ascii="Courier New" w:hAnsi="Courier New"/>
          <w:color w:val="555555"/>
          <w:sz w:val="20"/>
        </w:rPr>
        <w:t>[Chron . 292]</w:t>
      </w:r>
    </w:p>
    <w:p>
      <w:r>
        <w:rPr>
          <w:rFonts w:ascii="Gentium Plus" w:hAnsi="Gentium Plus"/>
          <w:sz w:val="24"/>
        </w:rPr>
        <w:t>εἶχε τὸ πρότερον ὁ τόπος, καὶ οὐκέτι, ὡς εἶπεν ὁ βασιλεύς, εἰς τὸ ἴδιον αὐτοῦ ὄνομα ἐκάλουν αὐτὸ Σεβήριον. ὁ δὲ βασιλεὺς Σέβη‐ ρος τὸ Τετράστῳον, οὗπερ ἐν μέσῳ ἵστατο ἡ στήλη τοῦ ἡλίου, προσέθηκε τὸ δημόσιον ὃ ἔκτισεν αὐτός, ἀντ’ αὐτοῦ κτίσας ἐν τῇ</w:t>
      </w:r>
    </w:p>
    <w:p>
      <w:r>
        <w:rPr>
          <w:rFonts w:ascii="Courier New" w:hAnsi="Courier New"/>
          <w:color w:val="555555"/>
          <w:sz w:val="20"/>
        </w:rPr>
        <w:t>[5]</w:t>
      </w:r>
    </w:p>
    <w:p>
      <w:r>
        <w:rPr>
          <w:rFonts w:ascii="Gentium Plus" w:hAnsi="Gentium Plus"/>
          <w:sz w:val="24"/>
        </w:rPr>
        <w:t>ἀκροπόλει τῆς αὐτῆς Βυζουπόλεως ναόν, ἤτοι ἱερόν, τῷ Ἡλίῳ, πλη‐ σίον τῶν ὄντων ἐκεῖ ἄλλων δύο ἱερῶν τῶν κτισθέντων πρῴην ὑπὸ μὲν Βύζου τῇ Ἀρτέμιδι σὺν τῇ ἐλάφῳ, ὑπὸ δὲ Φιδαλίας Ἀφροδίτῃ· καὶ ἀναγαγὼν ἐκ τοῦ Τετραστῴου ὁ Σέβηρος τὸ ἄγαλμα τοῦ Ἡλίου ἔστησεν ἄνωθεν τοῦ ἱεροῦ, καὶ κτίσας ὁ αὐ‐</w:t>
      </w:r>
    </w:p>
    <w:p>
      <w:r>
        <w:rPr>
          <w:rFonts w:ascii="Courier New" w:hAnsi="Courier New"/>
          <w:color w:val="555555"/>
          <w:sz w:val="20"/>
        </w:rPr>
        <w:t>[10]</w:t>
      </w:r>
    </w:p>
    <w:p>
      <w:r>
        <w:rPr>
          <w:rFonts w:ascii="Gentium Plus" w:hAnsi="Gentium Plus"/>
          <w:sz w:val="24"/>
        </w:rPr>
        <w:t>τὸς βασιλεὺς καὶ κατέναντι τοῦ ἱεροῦ τῆς Ἀρτέμιδος κυνήγιον μέγα πάνυ, καὶ κατέναντι τοῦ ἱεροῦ τῆς Ἀφροδίτης θέατρον. τὸ δὲ Ἱππικὸν ἔστησεν εἰς τὸ αὐτὸ Βυζάντιον ὁ αὐτὸς θειότατος Σέβη‐ ρος ἀγοράσας οἰκήματα, καὶ τὸν κῆπον τὸν ὄντα ἐκδενδρώσας ἐποίησε τὸ Ἱππικὸν τοῖς Βυζαντίοις· ὅπερ οὐκ ἔφθασε πληρῶ‐</w:t>
      </w:r>
    </w:p>
    <w:p>
      <w:r>
        <w:rPr>
          <w:rFonts w:ascii="Courier New" w:hAnsi="Courier New"/>
          <w:color w:val="555555"/>
          <w:sz w:val="20"/>
        </w:rPr>
        <w:t>[15]</w:t>
      </w:r>
    </w:p>
    <w:p>
      <w:r>
        <w:rPr>
          <w:rFonts w:ascii="Gentium Plus" w:hAnsi="Gentium Plus"/>
          <w:sz w:val="24"/>
        </w:rPr>
        <w:t>σαι. καὶ τὸ δὲ λεγόμενον Στρατήγιον ἀνενέωσεν ὁ αὐτὸς Σέβηρος· πρῴην γὰρ ἦν κτισθὲν ὑπὸ Ἀλεξάνδρου τοῦ Μακεδόνος, ὅτε κατὰ Δαρείου ἐπεστράτευσεν, ὃς καὶ ἐκάλεσε τὸν τόπον Στρατήγιον· ἐκεῖ γὰρ στρατηγήσας τὰ τοῦ πολέμου ὥρμησεν εἰς τὸ πέραν κατὰ Περσῶν.</w:t>
      </w:r>
    </w:p>
    <w:p>
      <w:r>
        <w:rPr>
          <w:rFonts w:ascii="Courier New" w:hAnsi="Courier New"/>
          <w:color w:val="555555"/>
          <w:sz w:val="20"/>
        </w:rPr>
        <w:t>[20]</w:t>
      </w:r>
    </w:p>
    <w:p>
      <w:r>
        <w:rPr>
          <w:rFonts w:ascii="Gentium Plus" w:hAnsi="Gentium Plus"/>
          <w:sz w:val="24"/>
        </w:rPr>
        <w:t>Ἐπὶ δὲ τῆς βασιλείας τοῦ αὐτοῦ Σεβήρου ἐτυράννησε καὶ ἄλ‐ λος συγκλητικὸς Νίγερ τις ὀνόματι, κατελθὼν κατὰ Περσῶν· καὶ</w:t>
      </w:r>
    </w:p>
    <w:p>
      <w:r>
        <w:rPr>
          <w:rFonts w:ascii="Courier New" w:hAnsi="Courier New"/>
          <w:color w:val="555555"/>
          <w:sz w:val="20"/>
        </w:rPr>
        <w:t>[Chron . 293]</w:t>
      </w:r>
    </w:p>
    <w:p>
      <w:r>
        <w:rPr>
          <w:rFonts w:ascii="Gentium Plus" w:hAnsi="Gentium Plus"/>
          <w:sz w:val="24"/>
        </w:rPr>
        <w:t>ὅτι τινὲς τῆς συγκλήτου Ῥώμης αὐτὸν ὠνόμασαν βασιλέα, ἀνη‐ γόρευσαν τὸν αὐτὸν Νίγερτα βασιλέα. καὶ παρέλαβε πᾶσαν τὴν ἀνατολὴν ἕως τῆς Αἰγύπτου· ὅντινα οὐκ ἐδέξαντο οἱ Λαοδικεῖς Σύροι, ἀλλ’ ἀντέστησαν αὐτῷ. καὶ φοσατεύσας παρέλαβε Λαο‐</w:t>
      </w:r>
    </w:p>
    <w:p>
      <w:r>
        <w:rPr>
          <w:rFonts w:ascii="Courier New" w:hAnsi="Courier New"/>
          <w:color w:val="555555"/>
          <w:sz w:val="20"/>
        </w:rPr>
        <w:t>[5]</w:t>
      </w:r>
    </w:p>
    <w:p>
      <w:r>
        <w:rPr>
          <w:rFonts w:ascii="Gentium Plus" w:hAnsi="Gentium Plus"/>
          <w:sz w:val="24"/>
        </w:rPr>
        <w:t>δίκειαν, καὶ ἔστρεψεν αὐτὴν καὶ κατέσφαξε πάντας. Καὶ ἐπεστράτευσε κατ’ αὐτοῦ ὁ αὐτὸς Σέβηρος, καὶ καταδιώ‐ ξας ἔφθασεν αὐτὸν ἐν Θηβαΐδι τῆς Αἰγύπτου· ὅντινα πολέμῳ συλλαμβανόμενος ἐφόνευσεν. καὶ ὑποστρέψας ἀπὸ τῆς Θηβαΐ‐ δος μετὰ τὴν νίκην ἠγανάκτει κατὰ τῶν Ἀλεξανδρέων, διότι ἐδέ‐</w:t>
      </w:r>
    </w:p>
    <w:p>
      <w:r>
        <w:rPr>
          <w:rFonts w:ascii="Courier New" w:hAnsi="Courier New"/>
          <w:color w:val="555555"/>
          <w:sz w:val="20"/>
        </w:rPr>
        <w:t>[10]</w:t>
      </w:r>
    </w:p>
    <w:p>
      <w:r>
        <w:rPr>
          <w:rFonts w:ascii="Gentium Plus" w:hAnsi="Gentium Plus"/>
          <w:sz w:val="24"/>
        </w:rPr>
        <w:t>ξαντο τὸν Νίγερτον τύραννον καὶ ἐπέγραψαν εἰς τὰς πόρτας αὐ‐ τῶν, Τοῦ κυροῦ Νίγερος ἡ πόλις. καὶ ἀπαντήσαντες τῷ αὐτῷ βασιλεῖ Σεβήρῳ οἱ δῆμοι τῆς αὐτῆς Ἀλεξανδρέων μεγάλης πόλεως ἔκραζον ταῦτα, Οἴδαμεν, εἰρήκαμεν, Τοῦ κυροῦ Νίγερος ἡ πόλις· σὺ ἦσθα ὁ κῦρις αὐτοῦ. καὶ δεξάμενος τὸ ἕτοιμον τῆς ἀπολο‐</w:t>
      </w:r>
    </w:p>
    <w:p>
      <w:r>
        <w:rPr>
          <w:rFonts w:ascii="Courier New" w:hAnsi="Courier New"/>
          <w:color w:val="555555"/>
          <w:sz w:val="20"/>
        </w:rPr>
        <w:t>[15]</w:t>
      </w:r>
    </w:p>
    <w:p>
      <w:r>
        <w:rPr>
          <w:rFonts w:ascii="Gentium Plus" w:hAnsi="Gentium Plus"/>
          <w:sz w:val="24"/>
        </w:rPr>
        <w:t>γίας συνεχώρησεν αὐτοῖς τὸ πταῖσμα καὶ ἰνδουλγεντίας αὐτοῖς παρασχὼν ἐδέξατο αὐτούς. καὶ ἔκτισεν αὐτοῖς δημόσιον λουτρόν, ὃ ἐπεκάλεσε Σεβήριον· ἔκτισε δὲ καὶ ἱερὸν τῆς Ῥέας. ἐν τῷ δὲ μέλλειν αὐτὸν ἐξιέναι συνέσχε Θερμόν τινα ὀνόματι, ὅστις ὑπῆρχε τῶν πρώτων ἀξιωματικῶν Ἀλεξανδρείας τῆς μεγάλης καὶ ἀγαπώ‐</w:t>
      </w:r>
    </w:p>
    <w:p>
      <w:r>
        <w:rPr>
          <w:rFonts w:ascii="Courier New" w:hAnsi="Courier New"/>
          <w:color w:val="555555"/>
          <w:sz w:val="20"/>
        </w:rPr>
        <w:t>[20]</w:t>
      </w:r>
    </w:p>
    <w:p>
      <w:r>
        <w:rPr>
          <w:rFonts w:ascii="Gentium Plus" w:hAnsi="Gentium Plus"/>
          <w:sz w:val="24"/>
        </w:rPr>
        <w:t>μενος ἀπὸ τῶν πολιτῶν· ὅστις Θερμὸς ἦν κτίσας ἐν τῇ πόλει ἐκ τῶν ἰδίων δημόσιον λουτρόν, ὃ ἐπεκάλεσε Θέρμα εἰς ὄνομα ἑαυ‐ τοῦ. ὅντινα Θερμὸν ἐδήμευσεν Σέβηρος, ὡς φίλον τοῦ Νίγερος.</w:t>
      </w:r>
    </w:p>
    <w:p>
      <w:r>
        <w:rPr>
          <w:rFonts w:ascii="Courier New" w:hAnsi="Courier New"/>
          <w:color w:val="555555"/>
          <w:sz w:val="20"/>
        </w:rPr>
        <w:t>[Chron . 294]</w:t>
      </w:r>
    </w:p>
    <w:p>
      <w:r>
        <w:rPr>
          <w:rFonts w:ascii="Gentium Plus" w:hAnsi="Gentium Plus"/>
          <w:sz w:val="24"/>
        </w:rPr>
        <w:t>ἐπῄνησε τοὺς ὑπολειφθέντας Λαοδικεῖς, καὶ πολλὰ αὐτοῖς ἐχα‐ ρίσατο καὶ δίκαιον μητροπόλεως παρέσχε τῇ αὐτῇ πόλει τὸν χρό‐ νον τῆς βασιλείας αὐτοῦ καὶ μόνον, καὶ Σεπτιμίους ἐκέλευσεν αὐ‐ τοὺς χρηματίζειν εἰς τὸ ἴδιον αὐτοῦ ἐπώνυμον, καὶ ἀξίας συγκλη‐</w:t>
      </w:r>
    </w:p>
    <w:p>
      <w:r>
        <w:rPr>
          <w:rFonts w:ascii="Courier New" w:hAnsi="Courier New"/>
          <w:color w:val="555555"/>
          <w:sz w:val="20"/>
        </w:rPr>
        <w:t>[5]</w:t>
      </w:r>
    </w:p>
    <w:p>
      <w:r>
        <w:rPr>
          <w:rFonts w:ascii="Gentium Plus" w:hAnsi="Gentium Plus"/>
          <w:sz w:val="24"/>
        </w:rPr>
        <w:t>τικῶν παρέσχε τοῖς περισωθεῖσιν ἀξιωματικοῖς τῆς αὐτῶν Λαοδι‐ κέων πόλεως, διότι οὐκ ἐδέξαντο τὸν τύραννον Νίγερα, ἀλλ’ ἐπολέ‐ μησαν αὐτῷ. καὶ παρέσχεν αὐτοῖς καὶ σιτωνικὰ χρήματα πολλὰ καὶ πολιτικὰ χρήματα πολλά, ἐτήσια θεσπίσας ἔχειν αὐτοὺς εἰς ἐπανόρθωσιν τῆς πόλεως αὐτῶν, ὅτι ὅτε ἦν παραλαβὼν αὐτὴν ὁ</w:t>
      </w:r>
    </w:p>
    <w:p>
      <w:r>
        <w:rPr>
          <w:rFonts w:ascii="Courier New" w:hAnsi="Courier New"/>
          <w:color w:val="555555"/>
          <w:sz w:val="20"/>
        </w:rPr>
        <w:t>[10]</w:t>
      </w:r>
    </w:p>
    <w:p>
      <w:r>
        <w:rPr>
          <w:rFonts w:ascii="Gentium Plus" w:hAnsi="Gentium Plus"/>
          <w:sz w:val="24"/>
        </w:rPr>
        <w:t>Νίγερ, ἔκαυσε καὶ ἔστρεψε καὶ πάντας κατέσφαξε τοὺς ἀντιστα‐ θέντας καὶ πολεμήσαντας αὐτῷ. ἔκτισε δὲ τοῖς αὐτοῖς Λαοδι‐ κεῦσιν ὁ Σέβηρος καὶ Ἱππικὸν καὶ Κυνήγιον καὶ δημόσιον λουτρὸν πλησίον κάτω τοῦ λιμένος, εὑρηκὼς ἐκεῖ πηγήν. ἔκτισε δὲ ἐκεῖ καὶ τὸ λεγόμενον Ἑξάστῳον.</w:t>
      </w:r>
    </w:p>
    <w:p>
      <w:r>
        <w:rPr>
          <w:rFonts w:ascii="Courier New" w:hAnsi="Courier New"/>
          <w:color w:val="555555"/>
          <w:sz w:val="20"/>
        </w:rPr>
        <w:t>[15]</w:t>
      </w:r>
    </w:p>
    <w:p>
      <w:r>
        <w:rPr>
          <w:rFonts w:ascii="Gentium Plus" w:hAnsi="Gentium Plus"/>
          <w:sz w:val="24"/>
        </w:rPr>
        <w:t>Ἐλθὼν δὲ καὶ ἐν Ἀντιοχείᾳ τῇ μεγάλῃ πολλὰ καὶ αὐτοῖς ἐχα‐ ρίσατο· κληδόνα γὰρ νίκης ἔδωκαν αὐτῷ κράζοντες, ἐξιόντι εἰς Αἴγυπτον κατὰ Νίγερος. ἔκτισε δὲ τοῖς αὐτοῖς Ἀντιοχεῦσι δη‐ μόσιον λουτρὸν μέγα παρὰ τὸ ὄρος, ὃ ἐπεκάλεσεν εἰς ὄνομα αὐτοῦ Σεβηριανόν. ἐκέλευσε δὲ τοῖς αὐτόθι πολιτευομένοις ἐκ τῆς πε‐</w:t>
      </w:r>
    </w:p>
    <w:p>
      <w:r>
        <w:rPr>
          <w:rFonts w:ascii="Courier New" w:hAnsi="Courier New"/>
          <w:color w:val="555555"/>
          <w:sz w:val="20"/>
        </w:rPr>
        <w:t>[20]</w:t>
      </w:r>
    </w:p>
    <w:p>
      <w:r>
        <w:rPr>
          <w:rFonts w:ascii="Gentium Plus" w:hAnsi="Gentium Plus"/>
          <w:sz w:val="24"/>
        </w:rPr>
        <w:t>ρισσείας τῶν ἀπομεινάντων ἐγκαυστικῶν χρημάτων ἐκ τῶν δημο‐ σίων τῶν πεσόντων κτίσαι τῇ πόλει δημόσιον λουτρὸν ἄλλο· οἵ‐ τινες πολιτευόμενοι ἀγοράσαντες τὴν οἰκίαν πᾶσαν τῆς Λιβίας</w:t>
      </w:r>
    </w:p>
    <w:p>
      <w:r>
        <w:rPr>
          <w:rFonts w:ascii="Courier New" w:hAnsi="Courier New"/>
          <w:color w:val="555555"/>
          <w:sz w:val="20"/>
        </w:rPr>
        <w:t>[Chron . 295]</w:t>
      </w:r>
    </w:p>
    <w:p>
      <w:r>
        <w:rPr>
          <w:rFonts w:ascii="Gentium Plus" w:hAnsi="Gentium Plus"/>
          <w:sz w:val="24"/>
        </w:rPr>
        <w:t>δημόσιον λουτρὸν εἰς τὴν πεδιάδα τῆς πόλεως. ὅπερ δημόσιον πληρώσαντες ἐπωνόμασαν διαφθονούμενοι ἀλλήλοις Λιβιανὸν εἰς ὄνομα τῆς πωλησάσης τὸν τόπον. ὁ δὲ αὐτὸς Σέβηρος ἐξελθὼν εἰς ἄλλον πόλεμον ἐτελεύτησεν εἰς τὸ βαρβαρικὸν ἐπὶ τὴν</w:t>
      </w:r>
    </w:p>
    <w:p>
      <w:r>
        <w:rPr>
          <w:rFonts w:ascii="Courier New" w:hAnsi="Courier New"/>
          <w:color w:val="555555"/>
          <w:sz w:val="20"/>
        </w:rPr>
        <w:t>[5]</w:t>
      </w:r>
    </w:p>
    <w:p>
      <w:r>
        <w:rPr>
          <w:rFonts w:ascii="Gentium Plus" w:hAnsi="Gentium Plus"/>
          <w:sz w:val="24"/>
        </w:rPr>
        <w:t>δύσιν, ὢν ἐνιαυτῶν ξεʹ. Μετὰ δὲ τὴν βασιλείαν Σεβήρου ἐβασίλευσεν Ἀντωνῖνος Γέτας ἔτος αʹ. ἦν δὲ κονδοειδής, πλάτοψις, σιμός, ὑποφάλα‐ κρος, μιξοπόλιος, προγάστωρ, μεγαλόστομος, λευκόχρους, μι‐ κρόφθαλμος. ἀνεῖλεν δὲ αὐτὸν ὁ στρατός, καὶ τελευτᾷ ὢν</w:t>
      </w:r>
    </w:p>
    <w:p>
      <w:r>
        <w:rPr>
          <w:rFonts w:ascii="Courier New" w:hAnsi="Courier New"/>
          <w:color w:val="555555"/>
          <w:sz w:val="20"/>
        </w:rPr>
        <w:t>[10]</w:t>
      </w:r>
    </w:p>
    <w:p>
      <w:r>
        <w:rPr>
          <w:rFonts w:ascii="Gentium Plus" w:hAnsi="Gentium Plus"/>
          <w:sz w:val="24"/>
        </w:rPr>
        <w:t>ἐνιαυτῶν ναʹ. Μετὰ δὲ τὴν βασιλείαν Ἀντωνίνου Γέτα ἐβασίλευσεν Ἀν‐ τωνῖνος ὁ Καράκαλλος, υἱὸς Σεβήρου ἔτη ϛʹ καὶ ἡμέρας κβʹ. ἦν δὲ εὐμήκης καὶ εὐσθενής, εὔχροος, στρεβλόρινος, δασυπώγων, μιξοπόλιος, οὐλόθριξ. ἐφιλεῖτο δὲ ὑπὸ τοῦ δήμου Ῥώμης παν‐</w:t>
      </w:r>
    </w:p>
    <w:p>
      <w:r>
        <w:rPr>
          <w:rFonts w:ascii="Courier New" w:hAnsi="Courier New"/>
          <w:color w:val="555555"/>
          <w:sz w:val="20"/>
        </w:rPr>
        <w:t>[15]</w:t>
      </w:r>
    </w:p>
    <w:p>
      <w:r>
        <w:rPr>
          <w:rFonts w:ascii="Gentium Plus" w:hAnsi="Gentium Plus"/>
          <w:sz w:val="24"/>
        </w:rPr>
        <w:t>τός· ἔχαιρε δὲ εἰς τὸ Πράσινον μέρος. ἐσφάγη δὲ ἐν τῷ παλα‐ τίῳ, ὡς ἐξήρχετο εἰς τὸ ἱερόν, ὢν ἐνιαυτῶν μζʹ. Μετὰ δὲ τὴν βασιλείαν Ἀντωνίνου Καρακάλλου ἐβασίλευσε Βαλεριανὸς ἔτη ϛʹ. ἦν δὲ κονδοειδής, λεπτός, ἁπλόθριξ, πολιός, ὑπόσιμος, δασυπώγων, μελάγκορος, μεγαλόφθαλμος, δειλός,</w:t>
      </w:r>
    </w:p>
    <w:p>
      <w:r>
        <w:rPr>
          <w:rFonts w:ascii="Courier New" w:hAnsi="Courier New"/>
          <w:color w:val="555555"/>
          <w:sz w:val="20"/>
        </w:rPr>
        <w:t>[20]</w:t>
      </w:r>
    </w:p>
    <w:p>
      <w:r>
        <w:rPr>
          <w:rFonts w:ascii="Gentium Plus" w:hAnsi="Gentium Plus"/>
          <w:sz w:val="24"/>
        </w:rPr>
        <w:t>σκνιφός. ἐπὶ δὲ τῆς αὐτοῦ βασιλείας εἷς τῶν πολιτευομένων Ἀντιοχείας τῆς μεγάλης ὀνόματι Μαριάδης, ἐκβληθεὶς ἐκ τῆς βουλῆς κατὰ συσκευὴν τοῦ παντὸς βουλευτηρίου καὶ τοῦ δήμου,</w:t>
      </w:r>
    </w:p>
    <w:p>
      <w:r>
        <w:rPr>
          <w:rFonts w:ascii="Courier New" w:hAnsi="Courier New"/>
          <w:color w:val="555555"/>
          <w:sz w:val="20"/>
        </w:rPr>
        <w:t>[Chron . 296]</w:t>
      </w:r>
    </w:p>
    <w:p>
      <w:r>
        <w:rPr>
          <w:rFonts w:ascii="Gentium Plus" w:hAnsi="Gentium Plus"/>
          <w:sz w:val="24"/>
        </w:rPr>
        <w:t>μὴ ἀγοράζων ἵππους, ἀλλὰ τὰ τοῦ ἱππικοῦ δημόσια ἀποκερδαί‐ νων, ἀπῆλθεν εἰς τὴν Περσίδα καὶ ἐπηγγείλατο τῷ βασιλεῖ Περ‐ σῶν Σάπωρι προδίδειν αὐτῷ Ἀντιόχειαν τὴν μεγάλην, τὴν ἰδίαν αὐτοῦ πόλιν. καὶ ἦλθεν ὁ αὐτὸς Σαπώρης, βασιλεὺς Περσῶν,</w:t>
      </w:r>
    </w:p>
    <w:p>
      <w:r>
        <w:rPr>
          <w:rFonts w:ascii="Courier New" w:hAnsi="Courier New"/>
          <w:color w:val="555555"/>
          <w:sz w:val="20"/>
        </w:rPr>
        <w:t>[5]</w:t>
      </w:r>
    </w:p>
    <w:p>
      <w:r>
        <w:rPr>
          <w:rFonts w:ascii="Gentium Plus" w:hAnsi="Gentium Plus"/>
          <w:sz w:val="24"/>
        </w:rPr>
        <w:t>μετὰ δυνάμεως στρατοῦ πολλοῦ διὰ τοῦ λιμίτου Χαλκίδος, καὶ παραλαμβάνει τὴν Συρίαν πᾶσαν καὶ πραιδεύει αὐτήν. καὶ πα‐ ραλαμβάνει Ἀντιόχειαν τὴν μεγάλην πόλιν ἐν ἑσπέρᾳ καὶ πραι‐ δεύει αὐτήν, καὶ στρέφει καὶ καίει αὐτήν, χρηματιζούσης τότε τῆς μεγάλης Ἀντιοχείας τιδʹ. ἀπεκεφάλισε δὲ καὶ τὸν πολιτευό‐</w:t>
      </w:r>
    </w:p>
    <w:p>
      <w:r>
        <w:rPr>
          <w:rFonts w:ascii="Courier New" w:hAnsi="Courier New"/>
          <w:color w:val="555555"/>
          <w:sz w:val="20"/>
        </w:rPr>
        <w:t>[10]</w:t>
      </w:r>
    </w:p>
    <w:p>
      <w:r>
        <w:rPr>
          <w:rFonts w:ascii="Gentium Plus" w:hAnsi="Gentium Plus"/>
          <w:sz w:val="24"/>
        </w:rPr>
        <w:t>μενον, ὡς προδότην ὄντα πατρίδος ἰδίας. παρέλαβε δὲ καὶ πάν‐ τα τὰ ἀνατολικὰ μέρη, καὶ στρέφει καὶ καίει καὶ πραιδεύει αὐ‐ τὰ καὶ ἐφόνευσε πάντας, ἕως πόλεως Ἐμίσης τῆς τοῦ Λιβάνου Φοινίκης. καὶ ἐξελθὼν ὁ ἱερεὺς τῆς Ἀφροδίτης ὀνόματι Σαμ‐ ψιγέραμος μετὰ βοηθείας ἀγροικικῆς καὶ σφενδοβόλων ὑπήντη‐</w:t>
      </w:r>
    </w:p>
    <w:p>
      <w:r>
        <w:rPr>
          <w:rFonts w:ascii="Courier New" w:hAnsi="Courier New"/>
          <w:color w:val="555555"/>
          <w:sz w:val="20"/>
        </w:rPr>
        <w:t>[15]</w:t>
      </w:r>
    </w:p>
    <w:p>
      <w:r>
        <w:rPr>
          <w:rFonts w:ascii="Gentium Plus" w:hAnsi="Gentium Plus"/>
          <w:sz w:val="24"/>
        </w:rPr>
        <w:t>σεν αὐτῷ. καὶ προσεσχηκὼς ὁ Σαπώρης, βασιλεὺς Περσῶν, ἱε‐ ρατικὸν σχῆμα, παρήγγειλε τῷ στρατῷ τῷ ἰδίῳ μὴ τοξεῦσαι κατ’ αὐτῶν μήτε ἐπελθεῖν αὐτοῖς μήτε πολεμῆσαι αὐτοῖς, εἰς πρεσβείαν δεχόμενος τὸν ἱερέα· προεδήλωσε γὰρ αὐτῷ ὁ ἱερεὺς δέξασθαι αὐτὸν πρεσβεύοντα ὑπὲρ τῆς ἰδίας χώρας. ἐν τῷ δὲ</w:t>
      </w:r>
    </w:p>
    <w:p>
      <w:r>
        <w:rPr>
          <w:rFonts w:ascii="Courier New" w:hAnsi="Courier New"/>
          <w:color w:val="555555"/>
          <w:sz w:val="20"/>
        </w:rPr>
        <w:t>[20]</w:t>
      </w:r>
    </w:p>
    <w:p>
      <w:r>
        <w:rPr>
          <w:rFonts w:ascii="Gentium Plus" w:hAnsi="Gentium Plus"/>
          <w:sz w:val="24"/>
        </w:rPr>
        <w:t>διαλέγεσθαι αὐτὸν τῷ ἱερεῖ, ἐν ὑψηλῷ βωμῷ καθημένου τοῦ αὐ‐ τοῦ βασιλέως Σαπώρη, ἔῤῥιψεν εἷς τῶν ἀγροίκων σφενδοβόλῳ λί‐ θον, καὶ ἔδωκε τῷ αὐτῷ Σαπώρῃ βασιλεῖ κατὰ τοῦ μετώπου,</w:t>
      </w:r>
    </w:p>
    <w:p>
      <w:r>
        <w:rPr>
          <w:rFonts w:ascii="Courier New" w:hAnsi="Courier New"/>
          <w:color w:val="555555"/>
          <w:sz w:val="20"/>
        </w:rPr>
        <w:t>[Chron . 297]</w:t>
      </w:r>
    </w:p>
    <w:p>
      <w:r>
        <w:rPr>
          <w:rFonts w:ascii="Gentium Plus" w:hAnsi="Gentium Plus"/>
          <w:sz w:val="24"/>
        </w:rPr>
        <w:t>ἤκουσεν ὁ στρατὸς αὐτοῦ ὅτι ἀπέθανε· καὶ ὑπολαβόντες Ῥω‐ μαίους καταφθάσαι, ἔφυγον ἐπὶ τὸ λίμιτον πάντες, διωκόμενοι ὑπὸ τῶν ἀγροίκων καὶ τοῦ ἱερέως Σαμψιγεράμου, ἐάσαντες τὰ τῆς πραίδας πάντα, ἀφανεῖς ἐγένοντο. ὑπήντησε δὲ αὐτοῖς διὰ</w:t>
      </w:r>
    </w:p>
    <w:p>
      <w:r>
        <w:rPr>
          <w:rFonts w:ascii="Courier New" w:hAnsi="Courier New"/>
          <w:color w:val="555555"/>
          <w:sz w:val="20"/>
        </w:rPr>
        <w:t>[5]</w:t>
      </w:r>
    </w:p>
    <w:p>
      <w:r>
        <w:rPr>
          <w:rFonts w:ascii="Gentium Plus" w:hAnsi="Gentium Plus"/>
          <w:sz w:val="24"/>
        </w:rPr>
        <w:t>τοῦ λιμίτου, ἀντιποιούμενος Ῥωμαίων, Ἔναθος, βασιλεὺς Σα‐ ρακηνῶν βαρβάρων, ὁ κρατῶν τὴν Ἀραβίαν χώραν· ὅστις εἶχε γυναῖκα Ζηνοβίαν ὀνόματι, Σαρακηνὴν βασίλισσαν. καὶ πάν‐ τας τοὺς Πέρσας τοὺς τῆς βοηθείας Σαπώρη ἀνήλωσεν Ἔνα‐ θος, βασιλεὺς Σαρακηνῶν, καθὼς Δομνῖνος ὁ σοφὸς χρονο‐</w:t>
      </w:r>
    </w:p>
    <w:p>
      <w:r>
        <w:rPr>
          <w:rFonts w:ascii="Courier New" w:hAnsi="Courier New"/>
          <w:color w:val="555555"/>
          <w:sz w:val="20"/>
        </w:rPr>
        <w:t>[10]</w:t>
      </w:r>
    </w:p>
    <w:p>
      <w:r>
        <w:rPr>
          <w:rFonts w:ascii="Gentium Plus" w:hAnsi="Gentium Plus"/>
          <w:sz w:val="24"/>
        </w:rPr>
        <w:t>γράφος ἐξέθετο· ὁ δὲ σοφώτατος Φιλόστρατος ἄλλως συνεγρά‐ ψατο τὰ περὶ Σάπωρος, βασιλέως Περσῶν, εἰπὼν ὅτι καὶ τὴν Συρίαν παρέλαβε καὶ ἔκαυσε σὺν τῇ μεγάλῃ Ἀντιοχείᾳ καὶ ἄλ‐ λας πόλεις πολλάς, ὁμοίως δὲ καὶ τὴν Κιλικίαν παρέλαβε, καύ‐ σας Ἀλεξάνδρειαν τὴν μικρὰν καὶ Ῥωσσὸν καὶ Ἀνάζαρβον καὶ</w:t>
      </w:r>
    </w:p>
    <w:p>
      <w:r>
        <w:rPr>
          <w:rFonts w:ascii="Courier New" w:hAnsi="Courier New"/>
          <w:color w:val="555555"/>
          <w:sz w:val="20"/>
        </w:rPr>
        <w:t>[15]</w:t>
      </w:r>
    </w:p>
    <w:p>
      <w:r>
        <w:rPr>
          <w:rFonts w:ascii="Gentium Plus" w:hAnsi="Gentium Plus"/>
          <w:sz w:val="24"/>
        </w:rPr>
        <w:t>Αἰγὰς καὶ Νικόπολιν καὶ ἄλλας πολλὰς πόλεις τῆς Κιλικίας, καὶ διὰ τῆς Καππαδοκίας κατῆλθεν ἐπὶ τὰ Περσικὰ μέρη, καὶ ὅτι ἀπήντησεν αὐτῷ Ἔναθος, βασιλεὺς Σαρακηνῶν, εἰς συμμαχίαν αὐτοῦ, φησίν, ἐλθών, καὶ ἐφόνευσεν αὐτόν. Δομνῖνος δὲ ἀλη‐ θέστερον μᾶλλον ἐξέθετο, εἰρηκὼς ὅτι ἐπὶ τὴν Κιλικίαν Σπά‐</w:t>
      </w:r>
    </w:p>
    <w:p>
      <w:r>
        <w:rPr>
          <w:rFonts w:ascii="Courier New" w:hAnsi="Courier New"/>
          <w:color w:val="555555"/>
          <w:sz w:val="20"/>
        </w:rPr>
        <w:t>[20]</w:t>
      </w:r>
    </w:p>
    <w:p>
      <w:r>
        <w:rPr>
          <w:rFonts w:ascii="Gentium Plus" w:hAnsi="Gentium Plus"/>
          <w:sz w:val="24"/>
        </w:rPr>
        <w:t>την τὸν σατράπην αὐτοῦ ἐξέπεμψε μετὰ πλήθους. Ὁ δὲ Βαλεριανὸς βασιλεὺς ἐξελθὼν ἀπὸ Ῥώμης ἦν ἀπελθὼν εἰς πόλεμον εἰς Μιζουλανόν· καὶ ἐγνώσθη αὐτῷ διὰ τὴν ἀνατο‐</w:t>
      </w:r>
    </w:p>
    <w:p>
      <w:r>
        <w:rPr>
          <w:rFonts w:ascii="Courier New" w:hAnsi="Courier New"/>
          <w:color w:val="555555"/>
          <w:sz w:val="20"/>
        </w:rPr>
        <w:t>[Chron . 298]</w:t>
      </w:r>
    </w:p>
    <w:p>
      <w:r>
        <w:rPr>
          <w:rFonts w:ascii="Gentium Plus" w:hAnsi="Gentium Plus"/>
          <w:sz w:val="24"/>
        </w:rPr>
        <w:t>καὶ οὐκ ἠδυνήθη, ἀλλὰ μεσασθεὶς ἐσφάγη ἐκεῖ εἰς Μιζουλανόν, ὢν ἐνιαυτῶν ξαʹ. Μετὰ δὲ τὴν βασιλείαν Βαλεριανοῦ ἐβασίλευσε Γαλλιενὸς ὁ καὶ Λικινιανὸς ἔτη ιδʹ. ἦν δὲ τῇ ἡλικίᾳ τέλειος καὶ γενναῖος, μελάγχροος,</w:t>
      </w:r>
    </w:p>
    <w:p>
      <w:r>
        <w:rPr>
          <w:rFonts w:ascii="Courier New" w:hAnsi="Courier New"/>
          <w:color w:val="555555"/>
          <w:sz w:val="20"/>
        </w:rPr>
        <w:t>[5]</w:t>
      </w:r>
    </w:p>
    <w:p>
      <w:r>
        <w:rPr>
          <w:rFonts w:ascii="Gentium Plus" w:hAnsi="Gentium Plus"/>
          <w:sz w:val="24"/>
        </w:rPr>
        <w:t>οὐλόθριξ, δασυπώγων, εὔρινος, μεγαλόφθαλμος, μεγαλόψυχος· ἐφίλει δὲ τὸ Βένετον μέρος. καὶ ἢ μόνον ἐβασίλευσεν, ἐπεστράτευ‐ σε κατὰ Περσῶν καὶ κατῆλθεν εἰς ἐκδίκησιν Ῥωμαίων· καὶ πολ‐ λὰ παρέσχε τοῖς πραιδευθεῖσι καὶ ζήσασι, καὶ ἀνήγειρε τὰ καυ‐ θέντα καὶ ἐκούφισε τὰς συντελείας ἐπὶ ἔτη δʹ. ἔκτισε δὲ καὶ</w:t>
      </w:r>
    </w:p>
    <w:p>
      <w:r>
        <w:rPr>
          <w:rFonts w:ascii="Courier New" w:hAnsi="Courier New"/>
          <w:color w:val="555555"/>
          <w:sz w:val="20"/>
        </w:rPr>
        <w:t>[10]</w:t>
      </w:r>
    </w:p>
    <w:p>
      <w:r>
        <w:rPr>
          <w:rFonts w:ascii="Gentium Plus" w:hAnsi="Gentium Plus"/>
          <w:sz w:val="24"/>
        </w:rPr>
        <w:t>ἱερὸν ἐν Ἐμίσῃ μέγα. καὶ συμβαλὼν πόλεμον πρὸς τοὺς Πέρσας, καὶ πολλῶν πεσόντων ἐξ ἀμφοτέρων τῶν μερῶν, ἐποίησεν εἰρή‐ νης πάκτα. κἀκεῖθεν ὑποστρέψας ἀπῆλθεν εἰς τὴν Ἀραβίαν, καὶ συνέβαλε πόλεμον τῷ Ἐνάθῳ, βασιλεῖ Σαρακηνῶν βαρβά‐ ρων, καὶ ἐφόνευσεν αὐτόν, καὶ παρέλαβε τὴν Ἀραβίαν· καὶ</w:t>
      </w:r>
    </w:p>
    <w:p>
      <w:r>
        <w:rPr>
          <w:rFonts w:ascii="Courier New" w:hAnsi="Courier New"/>
          <w:color w:val="555555"/>
          <w:sz w:val="20"/>
        </w:rPr>
        <w:t>[15]</w:t>
      </w:r>
    </w:p>
    <w:p>
      <w:r>
        <w:rPr>
          <w:rFonts w:ascii="Gentium Plus" w:hAnsi="Gentium Plus"/>
          <w:sz w:val="24"/>
        </w:rPr>
        <w:t>ὑπέστρεψεν ἐν Ῥώμῃ, καὶ νόσῳ βληθεὶς τελευτᾷ, ὢν ἐνιαυ‐ τῶν νʹ. Μετὰ δὲ τὴν βασιλείαν Γαλλιενοῦ τοῦ καὶ Λικινιανοῦ ἐβα‐ σίλευσε Κλαύδιος Ἀπολλιανὸς ἔτη θʹ. ἦν δὲ διμοιριαῖος, λευ‐ κός, προκοίλιος, ἁπλόθριξ, πλάτοψις, ὑπόσιμος, ὑπόγλαυκος,</w:t>
      </w:r>
    </w:p>
    <w:p>
      <w:r>
        <w:rPr>
          <w:rFonts w:ascii="Courier New" w:hAnsi="Courier New"/>
          <w:color w:val="555555"/>
          <w:sz w:val="20"/>
        </w:rPr>
        <w:t>[20]</w:t>
      </w:r>
    </w:p>
    <w:p>
      <w:r>
        <w:rPr>
          <w:rFonts w:ascii="Gentium Plus" w:hAnsi="Gentium Plus"/>
          <w:sz w:val="24"/>
        </w:rPr>
        <w:t>ὑπόξανθος, στρεβλόστομος, μικρὸν ὑπότραυλος, μεγαλόψυχος ἔχαιρε δὲ τῷ Πρασίνῳ μέρει.</w:t>
      </w:r>
    </w:p>
    <w:p>
      <w:r>
        <w:rPr>
          <w:rFonts w:ascii="Courier New" w:hAnsi="Courier New"/>
          <w:color w:val="555555"/>
          <w:sz w:val="20"/>
        </w:rPr>
        <w:t>[Chron . 299]</w:t>
      </w:r>
    </w:p>
    <w:p>
      <w:r>
        <w:rPr>
          <w:rFonts w:ascii="Gentium Plus" w:hAnsi="Gentium Plus"/>
          <w:sz w:val="24"/>
        </w:rPr>
        <w:t>τῆς Βιθυνίας τὸ τέταρτον αὐτῆς πάθος ἀπὸ θεομηνίας ἕως ποταμῶν καὶ Δακιβίζης. καὶ ἐφιλοτιμήσατο τοῖς ζήσασι πολλὰ καὶ τῇ πόλει. Ἐν αὐτῷ χρόνῳ Ζηνοβία ἡ Σαρακηνή, ἡ Ἐνάθου γυνή, ἐκ‐</w:t>
      </w:r>
    </w:p>
    <w:p>
      <w:r>
        <w:rPr>
          <w:rFonts w:ascii="Courier New" w:hAnsi="Courier New"/>
          <w:color w:val="555555"/>
          <w:sz w:val="20"/>
        </w:rPr>
        <w:t>[5]</w:t>
      </w:r>
    </w:p>
    <w:p>
      <w:r>
        <w:rPr>
          <w:rFonts w:ascii="Gentium Plus" w:hAnsi="Gentium Plus"/>
          <w:sz w:val="24"/>
        </w:rPr>
        <w:t>δικοῦσα τὸν θάνατον τοῦ ἰδίου αὐτῆς ἀνδρός, λαβοῦσα τοὺς συγ‐ γενεῖς αὐτοῦ, παρέλαβε τὴν Ἀραβίαν, κατεχομένην τότε ὑπὸ Ῥω‐ μαίων, φονεύσασα καὶ τὸν δοῦκα Ῥωμαίων Τρασσὸν καὶ πᾶ‐ σαν τὴν σὺν αὐτῷ βοήθειαν ἐπὶ τῆς αὐτοῦ Ἀπουλλιανοῦ τοῦ καὶ Κλαυδίου βασιλείας. ὁ δὲ αὐτὸς βασιλεὺς Κλαύδιος ἐν τῷ</w:t>
      </w:r>
    </w:p>
    <w:p>
      <w:r>
        <w:rPr>
          <w:rFonts w:ascii="Courier New" w:hAnsi="Courier New"/>
          <w:color w:val="555555"/>
          <w:sz w:val="20"/>
        </w:rPr>
        <w:t>[10]</w:t>
      </w:r>
    </w:p>
    <w:p>
      <w:r>
        <w:rPr>
          <w:rFonts w:ascii="Gentium Plus" w:hAnsi="Gentium Plus"/>
          <w:sz w:val="24"/>
        </w:rPr>
        <w:t>Σιρμίῳ ἦν πολεμῶν, κἀκεῖσε τελευτᾷ, ὢν ἐτῶν νϛʹ. Μετὰ δὲ τὴν βασιλείαν Ἀπολλιανοῦ Κλαυδίου ἐβασίλευσε Κυντιλλιανὸς ἡμέρας ιζʹ. ἦν δὲ διμοιριαῖος, λεπτός, μάκρο‐ ψις, μακρόρινος, μελάγχροος, ἁπλόθριξ, εὐόφθαλμος, μιξοπόλιος τὴν κάραν καὶ τὸ γένειον. καὶ τελευτᾷ ἐν τῷ παλατίῳ, ἠῤῥώ‐</w:t>
      </w:r>
    </w:p>
    <w:p>
      <w:r>
        <w:rPr>
          <w:rFonts w:ascii="Courier New" w:hAnsi="Courier New"/>
          <w:color w:val="555555"/>
          <w:sz w:val="20"/>
        </w:rPr>
        <w:t>[15]</w:t>
      </w:r>
    </w:p>
    <w:p>
      <w:r>
        <w:rPr>
          <w:rFonts w:ascii="Gentium Plus" w:hAnsi="Gentium Plus"/>
          <w:sz w:val="24"/>
        </w:rPr>
        <w:t>στει γάρ, ὅτε ἀνηγορεύθη βασιλεὺς δεινῇ ἀνάγκῃ, ὢν ἐνιαυ‐ τῶν μαʹ. Μετὰ δὲ τὴν βασιλείαν Κυντιλλιανοῦ ἐβασίλευσεν ὁ θειό‐ τατος Αὐρηλιανὸς ὁ πολεμικὸς ἔτη ϛʹ. ἦν δὲ μακρός, λεπτός, ὑποφάλακρος, μικρόφθαλμος, ὁλοπόλιος, μεγαλόψυχος, εὔσκυλ‐</w:t>
      </w:r>
    </w:p>
    <w:p>
      <w:r>
        <w:rPr>
          <w:rFonts w:ascii="Courier New" w:hAnsi="Courier New"/>
          <w:color w:val="555555"/>
          <w:sz w:val="20"/>
        </w:rPr>
        <w:t>[20]</w:t>
      </w:r>
    </w:p>
    <w:p>
      <w:r>
        <w:rPr>
          <w:rFonts w:ascii="Gentium Plus" w:hAnsi="Gentium Plus"/>
          <w:sz w:val="24"/>
        </w:rPr>
        <w:t>τος· ἐφόρει δὲ διάδημα ἔχον ἀστέρα. ἢ μόνον δὲ ἐβασίλευσεν, ἤρξατο τὰ τείχη Ῥώμης κτίζειν γενναῖα· ἦν γὰρ τῷ χρόνῳ φθα‐ ρέντα. αὐτὸς δὲ ἐφέστηκε τῷ ἔργῳ, καὶ ἠνάγκαζε τὰ συνέργεια</w:t>
      </w:r>
    </w:p>
    <w:p>
      <w:r>
        <w:rPr>
          <w:rFonts w:ascii="Courier New" w:hAnsi="Courier New"/>
          <w:color w:val="555555"/>
          <w:sz w:val="20"/>
        </w:rPr>
        <w:t>[Chron . 300]</w:t>
      </w:r>
    </w:p>
    <w:p>
      <w:r>
        <w:rPr>
          <w:rFonts w:ascii="Gentium Plus" w:hAnsi="Gentium Plus"/>
          <w:sz w:val="24"/>
        </w:rPr>
        <w:t>πάνυ χρόνῳ, ἐποίησε θείαν αὐτοῦ κέλευσιν ἵνα ἐξ ἐκείνου τοῦ χρόνου οἱ τῆς πόλεως πάσης ἐργαστηριακοὶ Αὐρηλιανοὶ χρη‐ ματίζουσι, τοῦ βασιλικοῦ ὀνόματος λαβόντες τὴν ἀξίαν ὑπὲρ τιμῆς καὶ κόπων. ὁ δὲ αὐτὸς Αὐρηλιανὸς δεξάμενος μήνυσιν,</w:t>
      </w:r>
    </w:p>
    <w:p>
      <w:r>
        <w:rPr>
          <w:rFonts w:ascii="Courier New" w:hAnsi="Courier New"/>
          <w:color w:val="555555"/>
          <w:sz w:val="20"/>
        </w:rPr>
        <w:t>[5]</w:t>
      </w:r>
    </w:p>
    <w:p>
      <w:r>
        <w:rPr>
          <w:rFonts w:ascii="Gentium Plus" w:hAnsi="Gentium Plus"/>
          <w:sz w:val="24"/>
        </w:rPr>
        <w:t>ἐπεστράτευσε κατὰ Ζηνοβίας, βασιλίσσης Σαρακηνῶν, εἰς τὴν ἀνατολὴν ἀπελθών. ἐμηνύθη γὰρ περὶ αὐτῆς ὅτι ἐπραίδευσε καὶ ἔκαυσε τὰ ἀνατολικὰ μέρη ἕως τῶν ὁρίων Ἀντιοχείας τῆς μεγάλης, πλησίον τοῦ Ὀρόντου ποταμοῦ κατασκηνώσασα. ἢ μό‐ νον δὲ κατέφθασεν ὁ αὐτὸς βασιλεὺς Αὐρηλιανὸς Ἀντιόχειαν,</w:t>
      </w:r>
    </w:p>
    <w:p>
      <w:r>
        <w:rPr>
          <w:rFonts w:ascii="Courier New" w:hAnsi="Courier New"/>
          <w:color w:val="555555"/>
          <w:sz w:val="20"/>
        </w:rPr>
        <w:t>[10]</w:t>
      </w:r>
    </w:p>
    <w:p>
      <w:r>
        <w:rPr>
          <w:rFonts w:ascii="Gentium Plus" w:hAnsi="Gentium Plus"/>
          <w:sz w:val="24"/>
        </w:rPr>
        <w:t>εὐθέως ὥρμησεν, ὡς ἔχει, κατ’ αὐτῆς ἐξελθών· καὶ συγκρούσας κατέκοψε τὰ πλήθη αὐτῆς πάντα. παραλαβὼν δὲ αὐτὴν Ζηνο‐ βίαν, ἐκάθισεν εἰς δρομωναρίαν κάμηλον· καὶ πομπεύσας αὐτὴν εἰς τὰς ἀνατολικὰς χώρας πάσας εἰσήγαγεν αὐτὴν καὶ εἰς Ἀντιό‐ χειαν τὴν μεγάλην. καὶ θεωρήσας ἐκεῖ ἱπποδρόμιον εἰσήγαγεν</w:t>
      </w:r>
    </w:p>
    <w:p>
      <w:r>
        <w:rPr>
          <w:rFonts w:ascii="Courier New" w:hAnsi="Courier New"/>
          <w:color w:val="555555"/>
          <w:sz w:val="20"/>
        </w:rPr>
        <w:t>[15]</w:t>
      </w:r>
    </w:p>
    <w:p>
      <w:r>
        <w:rPr>
          <w:rFonts w:ascii="Gentium Plus" w:hAnsi="Gentium Plus"/>
          <w:sz w:val="24"/>
        </w:rPr>
        <w:t>αὐτὴν εἰς δρομωναρίαν κάμηλον. καὶ κτίσας ἐν αὐτῇ Ἀντιοχείᾳ τόπον, ἔστησεν αὐτὴν ἄνω δεδεμένην ἐπὶ ἡμέρας τρεῖς· ὅντινα τόπον κτίσας ἐκάλεσε θρίαμβον. κἀκεῖθεν κατενεγκὼν αὐτὴν ἀπήγαγεν ἐν τῇ Ῥώμῃ, ὡς βασίλισσαν βαρβάρων Σαρακηνῶν· καὶ θριαμβεύσας αὐτὴν ἐν τῇ Ῥώμῃ τῷ πρῴην σχήματι ἀπε‐</w:t>
      </w:r>
    </w:p>
    <w:p>
      <w:r>
        <w:rPr>
          <w:rFonts w:ascii="Courier New" w:hAnsi="Courier New"/>
          <w:color w:val="555555"/>
          <w:sz w:val="20"/>
        </w:rPr>
        <w:t>[20]</w:t>
      </w:r>
    </w:p>
    <w:p>
      <w:r>
        <w:rPr>
          <w:rFonts w:ascii="Gentium Plus" w:hAnsi="Gentium Plus"/>
          <w:sz w:val="24"/>
        </w:rPr>
        <w:t>κεφάλισεν αὐτήν. Ὁ δὲ αὐτὸς βασιλεὺς Αὐρηλιανὸς καὶ τὴν Ἀραβίαν, κατεχο‐ μένην ὑπὸ βαρβάρων Σαρακηνῶν, συγγενῶν Ἐνάθου Σαρακηνοῦ,</w:t>
      </w:r>
    </w:p>
    <w:p>
      <w:r>
        <w:rPr>
          <w:rFonts w:ascii="Courier New" w:hAnsi="Courier New"/>
          <w:color w:val="555555"/>
          <w:sz w:val="20"/>
        </w:rPr>
        <w:t>[Chron . 301]</w:t>
      </w:r>
    </w:p>
    <w:p>
      <w:r>
        <w:rPr>
          <w:rFonts w:ascii="Gentium Plus" w:hAnsi="Gentium Plus"/>
          <w:sz w:val="24"/>
        </w:rPr>
        <w:t>Ἐν δὲ τῷ μέλλειν αὐτὸν ἐξιέναι ἀπὸ Ἀντιοχείας τῆς μεγάλης ἐστασίασαν οἱ λεγόμενοι Μονητάριοι Ἀντιοχείας ἐπὶ αὐτοῦ, κρά‐ ζοντες διὰ συνηθείας τινάς. καὶ ἀγανακτήσας κατ’ αὐτῶν ἐτι‐ μωρήσατο αὐτούς.</w:t>
      </w:r>
    </w:p>
    <w:p>
      <w:r>
        <w:rPr>
          <w:rFonts w:ascii="Courier New" w:hAnsi="Courier New"/>
          <w:color w:val="555555"/>
          <w:sz w:val="20"/>
        </w:rPr>
        <w:t>[5]</w:t>
      </w:r>
    </w:p>
    <w:p>
      <w:r>
        <w:rPr>
          <w:rFonts w:ascii="Gentium Plus" w:hAnsi="Gentium Plus"/>
          <w:sz w:val="24"/>
        </w:rPr>
        <w:t>Ὁ δὲ αὐτὸς Αὐρηλιανὸς καὶ Δακίαν ἐποίησεν ἐπαρχίαν τὴν παραποταμίαν, πλησίον οὖσαν τοῦ Δανουβίου ποταμοῦ. συνέ‐ βαλε δὲ ὁ αὐτὸς Αὐρηλιανὸς ἄλλον πόλεμον· καὶ ὑπὸ τοῦ ἰδίου στρατοῦ ἐδολοφονήθη ἐν τόπῳ καλουμένῳ Καινῷ Φρουρίῳ, ὡς κακῶς στρατηγήσας τὸν στρατόν. καὶ τελευτᾷ ὢν ἐνιαυτῶν ξαʹ.</w:t>
      </w:r>
    </w:p>
    <w:p>
      <w:r>
        <w:rPr>
          <w:rFonts w:ascii="Courier New" w:hAnsi="Courier New"/>
          <w:color w:val="555555"/>
          <w:sz w:val="20"/>
        </w:rPr>
        <w:t>[10]</w:t>
      </w:r>
    </w:p>
    <w:p>
      <w:r>
        <w:rPr>
          <w:rFonts w:ascii="Gentium Plus" w:hAnsi="Gentium Plus"/>
          <w:sz w:val="24"/>
        </w:rPr>
        <w:t>Μετὰ δὲ τὴν βασιλείαν Αὐρηλιανοῦ ἐβασίλευσε Τάκιτος Αὔγουστος μῆνας ζʹ. ἦν δὲ διμοιριαῖος, λεπτός, ὑποφάλακρος, ἐλλόγιμος, κονδόθριξ, ὁλοπόλιος, λεπτόρινος, φρόνιμος. ἐν δὲ τῇ αὐτοῦ βασιλείᾳ ἀνεφάνη Μανιχαῖός τις ὀνόματι Κέρδων, δογματίζων καὶ διδάσκων καὶ συνάγων ὄχλους. ἐπὶ δὲ τῆς βα‐</w:t>
      </w:r>
    </w:p>
    <w:p>
      <w:r>
        <w:rPr>
          <w:rFonts w:ascii="Courier New" w:hAnsi="Courier New"/>
          <w:color w:val="555555"/>
          <w:sz w:val="20"/>
        </w:rPr>
        <w:t>[15]</w:t>
      </w:r>
    </w:p>
    <w:p>
      <w:r>
        <w:rPr>
          <w:rFonts w:ascii="Gentium Plus" w:hAnsi="Gentium Plus"/>
          <w:sz w:val="24"/>
        </w:rPr>
        <w:t>σιλείας τοῦ αὐτοῦ Τακίτου ἐγένετο πόλεμος ἐν τῇ Ποντικῇ· καὶ κατῆλθεν ὁ αὐτὸς βασιλεὺς πολεμῶν, καὶ ἐσφάγη ἐν Ζταννικῇ τῆς Πόντου ὢν ἐνιαυτῶν οεʹ. Μετὰ δὲ τὴν βασιλείαν Τακίτου ἐβασίλευσε Φλωριανὸς Αὔ‐ γουστος μῆνας βʹ. ἦν δὲ κονδοειδής, παχύς, ἀναφάλας, λευ‐</w:t>
      </w:r>
    </w:p>
    <w:p>
      <w:r>
        <w:rPr>
          <w:rFonts w:ascii="Courier New" w:hAnsi="Courier New"/>
          <w:color w:val="555555"/>
          <w:sz w:val="20"/>
        </w:rPr>
        <w:t>[20]</w:t>
      </w:r>
    </w:p>
    <w:p>
      <w:r>
        <w:rPr>
          <w:rFonts w:ascii="Gentium Plus" w:hAnsi="Gentium Plus"/>
          <w:sz w:val="24"/>
        </w:rPr>
        <w:t>κός, οἰνοπαὴς τοὺς ὀφθαλμούς, ὑπόσιμος, μιξοπόλιος τὴν κά‐</w:t>
      </w:r>
    </w:p>
    <w:p>
      <w:r>
        <w:rPr>
          <w:rFonts w:ascii="Courier New" w:hAnsi="Courier New"/>
          <w:color w:val="555555"/>
          <w:sz w:val="20"/>
        </w:rPr>
        <w:t>[Chron . 302]</w:t>
      </w:r>
    </w:p>
    <w:p>
      <w:r>
        <w:rPr>
          <w:rFonts w:ascii="Gentium Plus" w:hAnsi="Gentium Plus"/>
          <w:sz w:val="24"/>
        </w:rPr>
        <w:t>Περσῶν, καὶ ὡς κατέρχεται ἐν Ταρσῷ, ἐσφάγη ὑπὸ τῶν ἰδίων, ὢν ἐνιαυτῶν ξεʹ. Μετὰ δὲ τὴν βασιλείαν Φλωριανοῦ ἐβασίλευσεν Ἤλιος Πρό‐ βος ἔτη γʹ καὶ μῆνας γʹ. ἦν δὲ διμοιριαῖος, προγάστωρ, ἁπλό‐</w:t>
      </w:r>
    </w:p>
    <w:p>
      <w:r>
        <w:rPr>
          <w:rFonts w:ascii="Courier New" w:hAnsi="Courier New"/>
          <w:color w:val="555555"/>
          <w:sz w:val="20"/>
        </w:rPr>
        <w:t>[5]</w:t>
      </w:r>
    </w:p>
    <w:p>
      <w:r>
        <w:rPr>
          <w:rFonts w:ascii="Gentium Plus" w:hAnsi="Gentium Plus"/>
          <w:sz w:val="24"/>
        </w:rPr>
        <w:t>θριξ, ἀσσόκουρος, δασυπώγων, μελάγχρους, πυῤῥακής, εὐόφθαλ‐ μος, σοφὸς πάνυ· ἐφίλει δὲ τὸ Πράσινον μέρος. ἐν δὲ τῇ αὐ‐ τοῦ βασιλείᾳ ἐπεκόσμησεν ἐν Ἀντιοχείᾳ τῇ μεγάλῃ τὸ λεγόμενον Μουσεῖον, καὶ τὸ ἐν αὐτῷ Νυμφαῖον τὸ σιγματοειδές, γράψας ἐν αὐτῷ διὰ μουσαρίου τὸν Ὠκεανόν. ὁ δὲ αὐτὸς βασιλεὺς καὶ τὰς</w:t>
      </w:r>
    </w:p>
    <w:p>
      <w:r>
        <w:rPr>
          <w:rFonts w:ascii="Courier New" w:hAnsi="Courier New"/>
          <w:color w:val="555555"/>
          <w:sz w:val="20"/>
        </w:rPr>
        <w:t>[10]</w:t>
      </w:r>
    </w:p>
    <w:p>
      <w:r>
        <w:rPr>
          <w:rFonts w:ascii="Gentium Plus" w:hAnsi="Gentium Plus"/>
          <w:sz w:val="24"/>
        </w:rPr>
        <w:t>σιτήσεις τῆς αὐτῆς πόλεως Ἀντιοχείας ἐκ τοῦ δημοσίου ἔταξεν, ἵνα δωρεὰν παιδεύωσι διὰ θείας αὐτοῦ προστάξεως θεσπίσας. Ὁ δὲ αὐτὸς βασιλεὺς Πρόβος ἐπολέμησε τοῖς Γότθοις ἐν τῷ Σιρμίῳ· καὶ ἐν τῷ πολεμεῖν αὐτὸν ἐγένετο λιμὸς κοσμικὸς μέ‐ γας, καὶ μὴ εὑρεθέντων ἀναλωμάτων ἐστασίασεν ὁ στρατός·</w:t>
      </w:r>
    </w:p>
    <w:p>
      <w:r>
        <w:rPr>
          <w:rFonts w:ascii="Courier New" w:hAnsi="Courier New"/>
          <w:color w:val="555555"/>
          <w:sz w:val="20"/>
        </w:rPr>
        <w:t>[15]</w:t>
      </w:r>
    </w:p>
    <w:p>
      <w:r>
        <w:rPr>
          <w:rFonts w:ascii="Gentium Plus" w:hAnsi="Gentium Plus"/>
          <w:sz w:val="24"/>
        </w:rPr>
        <w:t>καὶ ἐπελθόντες ἔσφαξαν αὐτὸν ἐν τῷ Σιρμίῳ ὄντα ἐνιαυτῶν νʹ. Μετὰ δὲ τὴν βασιλείαν Πρόβου ἐβασίλευσεν ὁ θειότατος Κᾶρος ἔτη βʹ. ἦν δὲ κονδοειδής, εὔστηθος, λευκός, ἁπλόθριξ, μιξοπόλιος, ὑπόγλαυκος, πλάτοψις, εὔρινος, παχύχειλος, ὑπε‐ ρήφανος. ἐπὶ δὲ τῆς αὐτοῦ βασιλείας ὑπέταξε χώραν, ἥντινα</w:t>
      </w:r>
    </w:p>
    <w:p>
      <w:r>
        <w:rPr>
          <w:rFonts w:ascii="Courier New" w:hAnsi="Courier New"/>
          <w:color w:val="555555"/>
          <w:sz w:val="20"/>
        </w:rPr>
        <w:t>[20]</w:t>
      </w:r>
    </w:p>
    <w:p>
      <w:r>
        <w:rPr>
          <w:rFonts w:ascii="Gentium Plus" w:hAnsi="Gentium Plus"/>
          <w:sz w:val="24"/>
        </w:rPr>
        <w:t>ἐκάλεσε Καρίαν, ποιήσας αὐτὴν ἐπαρχίαν. ἐπεστράτευσε δὲ κατὰ Περσῶν, καὶ εἰσελθὼν παρέλαβε τὰ Περσικὰ μέρη ἕως</w:t>
      </w:r>
    </w:p>
    <w:p>
      <w:r>
        <w:rPr>
          <w:rFonts w:ascii="Courier New" w:hAnsi="Courier New"/>
          <w:color w:val="555555"/>
          <w:sz w:val="20"/>
        </w:rPr>
        <w:t>[Chron . 303]</w:t>
      </w:r>
    </w:p>
    <w:p>
      <w:r>
        <w:rPr>
          <w:rFonts w:ascii="Gentium Plus" w:hAnsi="Gentium Plus"/>
          <w:sz w:val="24"/>
        </w:rPr>
        <w:t>κάστρον, ὅπερ ἐποίησε πόλιν, δοὺς αὐτῇ καὶ δίκαιον πόλεως, ὃ ἐκάλεσεν εἰς ἴδιον ὄνομα Κάρας. ὑποστρέψας δὲ ἐν Ῥώμῃ, ἐξῆλθεν ἐν ἄλλῳ πολέμῳ Οὕννους, καὶ ἐσφάγη ἐπὶ τῆς ὑπατείας Μαξίμου καὶ Ἰανουαρίου, ὢν ἐτῶν ξʹ ἥμισυ.</w:t>
      </w:r>
    </w:p>
    <w:p>
      <w:r>
        <w:rPr>
          <w:rFonts w:ascii="Courier New" w:hAnsi="Courier New"/>
          <w:color w:val="555555"/>
          <w:sz w:val="20"/>
        </w:rPr>
        <w:t>[5]</w:t>
      </w:r>
    </w:p>
    <w:p>
      <w:r>
        <w:rPr>
          <w:rFonts w:ascii="Gentium Plus" w:hAnsi="Gentium Plus"/>
          <w:sz w:val="24"/>
        </w:rPr>
        <w:t>Μετὰ δὲ τὴν βασιλείαν Κάρου ἐβασίλευσε Νουμεριανὸς Αὔ‐ γουστος ἔτη δύο. ἦν δὲ μακρός, λεπτός, ἁπλόθριξ, μάκροψις, λεπτοχαράκτηρος, εὐπώγων, μιξοπόλιος, εὔρινος, εὐόφθαλμος, με‐ λάγχροος. ἐπὶ δὲ τῆς αὐτοῦ βασιλείας διωγμὸς χριστιανῶν μέ‐ γας ἐγένετο· ἐν οἷς ἐμαρτύρησεν ὁ ἅγιος Γεώργιος ὁ Καππάδοξ</w:t>
      </w:r>
    </w:p>
    <w:p>
      <w:r>
        <w:rPr>
          <w:rFonts w:ascii="Courier New" w:hAnsi="Courier New"/>
          <w:color w:val="555555"/>
          <w:sz w:val="20"/>
        </w:rPr>
        <w:t>[10]</w:t>
      </w:r>
    </w:p>
    <w:p>
      <w:r>
        <w:rPr>
          <w:rFonts w:ascii="Gentium Plus" w:hAnsi="Gentium Plus"/>
          <w:sz w:val="24"/>
        </w:rPr>
        <w:t>καὶ ὁ ἅγιος Βαβυλᾶς· ἦν γὰρ ἐπίσκοπος Ἀντιοχείας τῆς μεγάλης. καὶ κατέφθασεν ὁ αὐτὸς βασιλεὺς Νουμεριανός, ἀπιὼν πολεμῆ‐ σαι κατὰ Περσῶν. καὶ θέλων κατασκοπῆσαι τῶν χριστιανῶν τὰ θεῖα μυστήρια, ἐβουλήθη εἰσελθεῖν ἐν τῇ ἁγίᾳ ἐκκλησίᾳ, ὅπου συνήγοντο οἱ χριστιανοί, εἰς τὸ θεάσασθαι τί ἐστιν ἃ ποιοῦσι</w:t>
      </w:r>
    </w:p>
    <w:p>
      <w:r>
        <w:rPr>
          <w:rFonts w:ascii="Courier New" w:hAnsi="Courier New"/>
          <w:color w:val="555555"/>
          <w:sz w:val="20"/>
        </w:rPr>
        <w:t>[15]</w:t>
      </w:r>
    </w:p>
    <w:p>
      <w:r>
        <w:rPr>
          <w:rFonts w:ascii="Gentium Plus" w:hAnsi="Gentium Plus"/>
          <w:sz w:val="24"/>
        </w:rPr>
        <w:t>μυστήρια, ἀκούσας ὅτι κρυπτόμενοι τελοῦσι τὰς λειτουργίας αὐ‐ τῶν οἱ αὐτοὶ Γαλιλαῖοι. καὶ ἐλθὼν πλησίον ἐξαίφνης ὑπηντή‐ θη ὑπὸ τοῦ ἁγίου Βαβυλᾶ· καὶ ἐκώλυσεν αὐτόν, λέγων αὐτῷ ὅτι Μεμιαμμένος ὑπάρχεις ἐκ τῶν θυσιῶν τῶν εἰδώλων· καὶ οὐ συγχωρῶ σοι ἰδεῖν μυστήρια θεοῦ ζῶντος. καὶ ἀγανακτήσας ὁ</w:t>
      </w:r>
    </w:p>
    <w:p>
      <w:r>
        <w:rPr>
          <w:rFonts w:ascii="Courier New" w:hAnsi="Courier New"/>
          <w:color w:val="555555"/>
          <w:sz w:val="20"/>
        </w:rPr>
        <w:t>[20]</w:t>
      </w:r>
    </w:p>
    <w:p>
      <w:r>
        <w:rPr>
          <w:rFonts w:ascii="Gentium Plus" w:hAnsi="Gentium Plus"/>
          <w:sz w:val="24"/>
        </w:rPr>
        <w:t>βασιλεὺς Νουμεριανὸς ἐφόνευσεν αὐτὸν εὐθέως. καὶ ἐξῆλθεν ἀπὸ Ἀντιοχείας, καὶ ἐπεστράτευσε κατὰ Περσῶν· ἐν τῷ δὲ συγ‐</w:t>
      </w:r>
    </w:p>
    <w:p>
      <w:r>
        <w:rPr>
          <w:rFonts w:ascii="Courier New" w:hAnsi="Courier New"/>
          <w:color w:val="555555"/>
          <w:sz w:val="20"/>
        </w:rPr>
        <w:t>[Chron . 304]</w:t>
      </w:r>
    </w:p>
    <w:p>
      <w:r>
        <w:rPr>
          <w:rFonts w:ascii="Gentium Plus" w:hAnsi="Gentium Plus"/>
          <w:sz w:val="24"/>
        </w:rPr>
        <w:t>ἀνεῖλαν τὸ πολὺ πλῆθος τῆς βοηθείας αὐτοῦ, καὶ ἔφυγεν ἐν Κά‐ ραις τῇ πόλει· καὶ φοσσεύσαντες οἱ Πέρσαι παρέλαβον αὐτὸν αἰχμάλωτον, καὶ εὐθέως ἐφόνευσαν αὐτόν· καὶ ἐκδείραντες τὸ δέρμα αὐτοῦ ἐποίησαν ἀσκόν, καὶ σμυρνιάσαντες ἐφύλαξαν</w:t>
      </w:r>
    </w:p>
    <w:p>
      <w:r>
        <w:rPr>
          <w:rFonts w:ascii="Courier New" w:hAnsi="Courier New"/>
          <w:color w:val="555555"/>
          <w:sz w:val="20"/>
        </w:rPr>
        <w:t>[5]</w:t>
      </w:r>
    </w:p>
    <w:p>
      <w:r>
        <w:rPr>
          <w:rFonts w:ascii="Gentium Plus" w:hAnsi="Gentium Plus"/>
          <w:sz w:val="24"/>
        </w:rPr>
        <w:t>αὐτὸν εἰς ἰδίαν δόξαν· τὸ δὲ λοιπὸν πλῆθος αὐτοῦ κατέκοψαν. τελευτᾷ δὲ ὁ βασιλεὺς Νουμεριανὸς ὢν ἐνιαυτῶν λϛʹ. Μετὰ δὲ τὴν βασιλείαν Νουμεριανοῦ ἐβασίλευσε Καρῖνος Αὔγουστος ὁ ἀδελφὸς αὐτοῦ ἔτη βʹ. ἦν δὲ κονδοειδής, παχύς, πλάτοψις, λευκός, οὐλόθριξ, ἀναφάλας, σπανός, μεγαλόψυχος.</w:t>
      </w:r>
    </w:p>
    <w:p>
      <w:r>
        <w:rPr>
          <w:rFonts w:ascii="Courier New" w:hAnsi="Courier New"/>
          <w:color w:val="555555"/>
          <w:sz w:val="20"/>
        </w:rPr>
        <w:t>[10]</w:t>
      </w:r>
    </w:p>
    <w:p>
      <w:r>
        <w:rPr>
          <w:rFonts w:ascii="Gentium Plus" w:hAnsi="Gentium Plus"/>
          <w:sz w:val="24"/>
        </w:rPr>
        <w:t>ἐφίλει δὲ τὸ Πράσινον μέρος. Ἢ μόνον δὲ ἐβασίλευσεν, ἐπεστράτευσε κατὰ Περσῶν εἰς ἐκδίκησιν τοῦ ἰδίου αὐτοῦ ἀδελφοῦ Νουμεριανοῦ· καὶ περιεγέ‐ νετο αὐτῶν κατὰ κράτος. ἐπὶ δὲ τῆς αὐτοῦ βασιλείας ἐτελεύ‐ τησαν οἱ ἅγιοι Κοσμᾶς καὶ Δαμιανὸς τῷ τρόπῳ τούτῳ, φθο‐</w:t>
      </w:r>
    </w:p>
    <w:p>
      <w:r>
        <w:rPr>
          <w:rFonts w:ascii="Courier New" w:hAnsi="Courier New"/>
          <w:color w:val="555555"/>
          <w:sz w:val="20"/>
        </w:rPr>
        <w:t>[15]</w:t>
      </w:r>
    </w:p>
    <w:p>
      <w:r>
        <w:rPr>
          <w:rFonts w:ascii="Gentium Plus" w:hAnsi="Gentium Plus"/>
          <w:sz w:val="24"/>
        </w:rPr>
        <w:t>νηθέντες ὑπὸ τοῦ ἰδίου αὐτῶν ἐπιστάτου. ἦσαν γὰρ ἰατροὶ τὴν ἐπιστήμην, ἠγαπῶντο δὲ ὑπὸ τοῦ βασιλέως Καρίνου, ὡς ποιοῦν‐ τες ἰάσεις· συνέβη γὰρ τοῦτο γενέσθαι τῷ αὐτῷ Καρίνῳ βασιλεῖ. μετὰ τὸ συγκροῦσαι τοῖς Πέρσαις καὶ τὰς ἐπάνω ἐνέγκαι καὶ κό‐ ψαι ἐξ αὐτῶν ἄπειρον πλῆθος χειμῶνος βαρυτάτου γενομένου</w:t>
      </w:r>
    </w:p>
    <w:p>
      <w:r>
        <w:rPr>
          <w:rFonts w:ascii="Courier New" w:hAnsi="Courier New"/>
          <w:color w:val="555555"/>
          <w:sz w:val="20"/>
        </w:rPr>
        <w:t>[20]</w:t>
      </w:r>
    </w:p>
    <w:p>
      <w:r>
        <w:rPr>
          <w:rFonts w:ascii="Gentium Plus" w:hAnsi="Gentium Plus"/>
          <w:sz w:val="24"/>
        </w:rPr>
        <w:t>ᾔτησαν οἱ Πέρσαι μηνῶν τριῶν ἔνδοσιν γενέσθαι· καὶ διὰ τὸ ἐπα‐ χθὲς τοῦ χειμῶνος φειδόμενος τοῦ ἰδίου στρατοῦ, ὡς κοπωθέντι, ἐνέδωκε τῶν τριῶν μηνῶν τὴν αἴτησιν τῆς εἰρήνης. καὶ λαβὼν</w:t>
      </w:r>
    </w:p>
    <w:p>
      <w:r>
        <w:rPr>
          <w:rFonts w:ascii="Courier New" w:hAnsi="Courier New"/>
          <w:color w:val="555555"/>
          <w:sz w:val="20"/>
        </w:rPr>
        <w:t>[Chron . 305]</w:t>
      </w:r>
    </w:p>
    <w:p>
      <w:r>
        <w:rPr>
          <w:rFonts w:ascii="Gentium Plus" w:hAnsi="Gentium Plus"/>
          <w:sz w:val="24"/>
        </w:rPr>
        <w:t>βουλόμενος καὶ τὸν ἴδιον στρατὸν ἀναπαῦσαι καὶ τοὺς πληγάτους θεραπευθῆναι. ἐλθόντος δὲ αὐτοῦ ἐν τοῖς Κυρηστικοῖς ἐν τῷ χειμῶνι, κἀκεῖ αὐτοῦ διάγοντος καὶ τὰ τοῦ πολέμου τρακταΐζοντος, συνέβη ἐξαίφνης τὴν ὄψιν αὐτοῦ εἰς τὰ ὀπίσω στραφῆναι. καὶ</w:t>
      </w:r>
    </w:p>
    <w:p>
      <w:r>
        <w:rPr>
          <w:rFonts w:ascii="Courier New" w:hAnsi="Courier New"/>
          <w:color w:val="555555"/>
          <w:sz w:val="20"/>
        </w:rPr>
        <w:t>[5]</w:t>
      </w:r>
    </w:p>
    <w:p>
      <w:r>
        <w:rPr>
          <w:rFonts w:ascii="Gentium Plus" w:hAnsi="Gentium Plus"/>
          <w:sz w:val="24"/>
        </w:rPr>
        <w:t>πολλῶν ἰατρῶν ἀκολουθούντων τῷ αὐτῷ βασιλεῖ καὶ μηδὲν αὐ‐ τὸν ὠφελησάντων, ἐκελεύσθησαν οἱ τῆς χώρας ἰατροὶ εἰσελθεῖν πρὸς τὸν βασιλέα, ὡς εἰδότες τοὺς ἀέρας τῆς ἑαυτῶν χώρας. ἐν οἷς εἰσῆλθε καὶ ὁ ἐπιστάτης τῶν ἁγίων Κοσμᾶ καὶ Δαμιανοῦ πρὸς τὸν βασιλέα, καὶ συνεισῆλθαν ἅμα αὐτῷ οἱ ἅγιοι. καὶ μηδὲν</w:t>
      </w:r>
    </w:p>
    <w:p>
      <w:r>
        <w:rPr>
          <w:rFonts w:ascii="Courier New" w:hAnsi="Courier New"/>
          <w:color w:val="555555"/>
          <w:sz w:val="20"/>
        </w:rPr>
        <w:t>[10]</w:t>
      </w:r>
    </w:p>
    <w:p>
      <w:r>
        <w:rPr>
          <w:rFonts w:ascii="Gentium Plus" w:hAnsi="Gentium Plus"/>
          <w:sz w:val="24"/>
        </w:rPr>
        <w:t>δυνηθέντων τῶν ἰατρῶν ὠφελῆσαι τὸν βασιλέα Καρῖνον, οἱ ἅγιοι Κοσμᾶς καὶ Δαμιανὸς λαθραίως διελέχθησάν τισι τῶν μεγιστά‐ νων τοῦ βασιλέως ἵνα ἰάσωνται αὐτόν. καὶ εἰσηνέχθησαν οἱ ἅγιοι τῷ βασιλεῖ ἐν νυκτὶ καὶ αὐτοὶ ἰάσαντο αὐτὸν διὰ τῆς ἰδίας προσευχῆς. καὶ ἐπίστευσεν αὐτοῖς, λέγων ὅτι Οὗτοι οἱ ἄνθρω‐</w:t>
      </w:r>
    </w:p>
    <w:p>
      <w:r>
        <w:rPr>
          <w:rFonts w:ascii="Courier New" w:hAnsi="Courier New"/>
          <w:color w:val="555555"/>
          <w:sz w:val="20"/>
        </w:rPr>
        <w:t>[15]</w:t>
      </w:r>
    </w:p>
    <w:p>
      <w:r>
        <w:rPr>
          <w:rFonts w:ascii="Gentium Plus" w:hAnsi="Gentium Plus"/>
          <w:sz w:val="24"/>
        </w:rPr>
        <w:t>ποι δοῦλοι τοῦ θεοῦ τοῦ ὑψίστου εἰσί. καὶ ὑγιάνας καὶ ἀποκα‐ τασταθεὶς ὡς ἦν τὸ πρῴην εἶχεν αὐτοὺς ἐν τιμῇ καὶ πάντες οἱ με‐ γιστᾶνες αὐτοῦ. παρακληθεὶς δὲ παρ’ αὐτῶν τῶν ἁγίων, ἐποίη‐ σεν εὐθέως θείαν αὐτοῦ διάταξιν εἰς πᾶσαν τὴν Ῥωμαϊκὴν πολι‐ τείαν, ὥστε μηδένα τῶν λεγομένων χριστιανῶν ὑπομεῖναί τι κα‐</w:t>
      </w:r>
    </w:p>
    <w:p>
      <w:r>
        <w:rPr>
          <w:rFonts w:ascii="Courier New" w:hAnsi="Courier New"/>
          <w:color w:val="555555"/>
          <w:sz w:val="20"/>
        </w:rPr>
        <w:t>[20]</w:t>
      </w:r>
    </w:p>
    <w:p>
      <w:r>
        <w:rPr>
          <w:rFonts w:ascii="Gentium Plus" w:hAnsi="Gentium Plus"/>
          <w:sz w:val="24"/>
        </w:rPr>
        <w:t>κόν, μήτε δὲ κωλύεσθαι θρησκεύειν ὡς βούλονται. Ὁ δὲ ἐπιστάτης αὐτῶν εἰσαχθεὶς ἀπὸ τῶν ἄλλων ἀξιωματι‐ κῶν ἰατρῶν τῶν ἀκολουθούντων τῷ αὐτῷ βασιλεῖ, καὶ ἑωρακὼς</w:t>
      </w:r>
    </w:p>
    <w:p>
      <w:r>
        <w:rPr>
          <w:rFonts w:ascii="Courier New" w:hAnsi="Courier New"/>
          <w:color w:val="555555"/>
          <w:sz w:val="20"/>
        </w:rPr>
        <w:t>[Chron . 306]</w:t>
      </w:r>
    </w:p>
    <w:p>
      <w:r>
        <w:rPr>
          <w:rFonts w:ascii="Gentium Plus" w:hAnsi="Gentium Plus"/>
          <w:sz w:val="24"/>
        </w:rPr>
        <w:t>φθονῶν αὐτοῖς ἐκαρτέρησε. καὶ μετὰ τὸ ἐξελθεῖν τὸν αὐτὸν βα‐ σιλέα Καρῖνον ἐκ τῶν Κυρηστικῶν εἰς τὰ Περσικὰ δόλῳ ὁ ἐπι‐ στάτης τῶν ἁγίων Κοσμᾶ καὶ Δαμιανοῦ λαβὼν αὐτοὺς μετὰ τῶν ἰδίων αὐτοῦ ἀνθρώπων ἐν τοῖς ὄρεσιν ἐκρήμνισεν αὐτούς, ὡς ὄν‐</w:t>
      </w:r>
    </w:p>
    <w:p>
      <w:r>
        <w:rPr>
          <w:rFonts w:ascii="Courier New" w:hAnsi="Courier New"/>
          <w:color w:val="555555"/>
          <w:sz w:val="20"/>
        </w:rPr>
        <w:t>[5]</w:t>
      </w:r>
    </w:p>
    <w:p>
      <w:r>
        <w:rPr>
          <w:rFonts w:ascii="Gentium Plus" w:hAnsi="Gentium Plus"/>
          <w:sz w:val="24"/>
        </w:rPr>
        <w:t>τας ἐκ τοῦ δόγματος τῶν χριστιανῶν, καὶ οὕτως οἱ δίκαιοι ἐτε‐ λειώθησαν. Ἐν δὲ τῷ μέσῳ χρόνῳ τοῦ πολέμου ὁ αὐτὸς Καρῖνος τελευτᾷ ἰδίῳ θανάτῳ, ὢν ἐνιαυτῶν λβʹ. Μετὰ δὲ τὴν βασιλείαν Καρίνου ἐβασίλευσε Διοκλητιανὸς</w:t>
      </w:r>
    </w:p>
    <w:p>
      <w:r>
        <w:rPr>
          <w:rFonts w:ascii="Courier New" w:hAnsi="Courier New"/>
          <w:color w:val="555555"/>
          <w:sz w:val="20"/>
        </w:rPr>
        <w:t>[10]</w:t>
      </w:r>
    </w:p>
    <w:p>
      <w:r>
        <w:rPr>
          <w:rFonts w:ascii="Gentium Plus" w:hAnsi="Gentium Plus"/>
          <w:sz w:val="24"/>
        </w:rPr>
        <w:t>ἔτη κʹ καὶ μῆνας θʹ. ἦν δὲ μακρός, λεπτός, ξήροψις, ὁλοπό‐ λιος τὴν κάραν καὶ τὸ γένειον, λευκὸς τῷ σώματι, γλαυκός, πα‐ χύρινος, ὑπόκυρτος, μεγαλόψυχος πάνυ καὶ φιλοκτίστης. ἀνη‐ γορεύθη δὲ βασιλεὺς ἐπὶ τῆς ὑπατείας Βάσσου καὶ Κυντιανοῦ. Ἐπὶ δὲ τῆς αὐτοῦ βασιλείας ἐγένετο σκότος μέγα πᾶσαν τὴν</w:t>
      </w:r>
    </w:p>
    <w:p>
      <w:r>
        <w:rPr>
          <w:rFonts w:ascii="Courier New" w:hAnsi="Courier New"/>
          <w:color w:val="555555"/>
          <w:sz w:val="20"/>
        </w:rPr>
        <w:t>[15]</w:t>
      </w:r>
    </w:p>
    <w:p>
      <w:r>
        <w:rPr>
          <w:rFonts w:ascii="Gentium Plus" w:hAnsi="Gentium Plus"/>
          <w:sz w:val="24"/>
        </w:rPr>
        <w:t>ἡμέραν· μετὰ δὲ τρία ἔτη τῆς βασιλείας αὐτοῦ ἐποίησε Καίσαρα τὸν υἱὸν αὐτοῦ Μαξιμιανὸν τὸν καὶ Ἑρκουλλιανόν. τῶν δὲ Περσῶν κινησάντων ὁπλισάμενος ὁ Διοκλητιανὸς ἐπεστράτευσεν ἅμα τῷ Μαξιμιανῷ. καὶ φθασάντων τῶν αὐτῶν Ἀντιόχειαν τὴν μεγάλην, ἔπεμψεν ὁ αὐτὸς Διοκλητιανὸς Μαξιμιανὸν τὸν Καί‐</w:t>
      </w:r>
    </w:p>
    <w:p>
      <w:r>
        <w:rPr>
          <w:rFonts w:ascii="Courier New" w:hAnsi="Courier New"/>
          <w:color w:val="555555"/>
          <w:sz w:val="20"/>
        </w:rPr>
        <w:t>[20]</w:t>
      </w:r>
    </w:p>
    <w:p>
      <w:r>
        <w:rPr>
          <w:rFonts w:ascii="Gentium Plus" w:hAnsi="Gentium Plus"/>
          <w:sz w:val="24"/>
        </w:rPr>
        <w:t>σαρα κατὰ Περσῶν καὶ ἔμεινεν ὁ αὐτὸς Διοκλητιανὸς ἐν Ἀντιο‐ χείᾳ. καὶ ἔκτισεν ἐκεῖ παλάτιον μέγα, εὑρὼν θεμελίους τεθέντας</w:t>
      </w:r>
    </w:p>
    <w:p>
      <w:r>
        <w:rPr>
          <w:rFonts w:ascii="Courier New" w:hAnsi="Courier New"/>
          <w:color w:val="555555"/>
          <w:sz w:val="20"/>
        </w:rPr>
        <w:t>[Chron . 307]</w:t>
      </w:r>
    </w:p>
    <w:p>
      <w:r>
        <w:rPr>
          <w:rFonts w:ascii="Gentium Plus" w:hAnsi="Gentium Plus"/>
          <w:sz w:val="24"/>
        </w:rPr>
        <w:t>τὸς Διοκλητιανὸς καὶ δημόσιον λουτρὸν εἰς τὴν πεδιάδα, πλησίον τοῦ παλαίου ἱππικοῦ, ὅπερ ἐκάλεσε τὸ Διοκλητιανόν. ἔκτισε δὲ καὶ ὡρεῖα λόγῳ ἀποθέτων σίτου· καὶ μέτρα δὲ σίτου πᾶσιν ἔδω‐ κε καὶ τῶν πιπρασκομένων ἄλλων πάντων διὰ τὸ μὴ ἐπηρεάζε‐</w:t>
      </w:r>
    </w:p>
    <w:p>
      <w:r>
        <w:rPr>
          <w:rFonts w:ascii="Courier New" w:hAnsi="Courier New"/>
          <w:color w:val="555555"/>
          <w:sz w:val="20"/>
        </w:rPr>
        <w:t>[5]</w:t>
      </w:r>
    </w:p>
    <w:p>
      <w:r>
        <w:rPr>
          <w:rFonts w:ascii="Gentium Plus" w:hAnsi="Gentium Plus"/>
          <w:sz w:val="24"/>
        </w:rPr>
        <w:t>σθαί τινα τῶν ἀγοραίων ἀπὸ τῶν στρατιωτῶν· ἔκτισε δὲ καὶ τὸ στάδιον τὸ λεγόμενον ἐν Δάφνῃ διὰ τοὺς Ὀλυμπικοὺς καὶ τοὺς λοιποὺς ἀγωνιστάς, ὥστε μὴ ἀπιέναι ἐν κοτρίγαις καὶ στεφανοῦ‐ σθαι ἐν Ἀργυρῷ ποταμῷ, ἀλλὰ μετὰ τὸ ἀγωνίσασθαι πάντας ἐν Ἀντιοχείᾳ τῇ μεγάλῃ ἀνιέναι αὐτοὺς ἐν τῇ λεγομένῃ Δάφνῃ, καὶ</w:t>
      </w:r>
    </w:p>
    <w:p>
      <w:r>
        <w:rPr>
          <w:rFonts w:ascii="Courier New" w:hAnsi="Courier New"/>
          <w:color w:val="555555"/>
          <w:sz w:val="20"/>
        </w:rPr>
        <w:t>[10]</w:t>
      </w:r>
    </w:p>
    <w:p>
      <w:r>
        <w:rPr>
          <w:rFonts w:ascii="Gentium Plus" w:hAnsi="Gentium Plus"/>
          <w:sz w:val="24"/>
        </w:rPr>
        <w:t>μὴ ἵνα τοσοῦτον διάστημα ὁδοῦ ἀπέρχωνται ἐν τῷ Ἀργυρῷ πο‐ ταμῷ ἐν κοτρίγαις τῆς Κιλικίας, καὶ οἱ Ὀλυμπικοὶ καὶ οἱ Ἀντιο‐ χεῖς ἀπιόντες κατὰ τὸ Ὀλύμπια, καθὼς καὶ ἐν τῇ θείᾳ αὐτοῦ διατάξει ἐκέλευσεν ἐν Δάφνῃ δαφνοῦσθαι τοὺς ἀγωνιζομένους ἐν τῷ ἀγῶνι τῶν Ὀλυμπίων. ἔκτισε δὲ ἐν αὐτῷ τῷ σταδίῳ Δάφνης</w:t>
      </w:r>
    </w:p>
    <w:p>
      <w:r>
        <w:rPr>
          <w:rFonts w:ascii="Courier New" w:hAnsi="Courier New"/>
          <w:color w:val="555555"/>
          <w:sz w:val="20"/>
        </w:rPr>
        <w:t>[15]</w:t>
      </w:r>
    </w:p>
    <w:p>
      <w:r>
        <w:rPr>
          <w:rFonts w:ascii="Gentium Plus" w:hAnsi="Gentium Plus"/>
          <w:sz w:val="24"/>
        </w:rPr>
        <w:t>ἱερὸν Ὀλυμπίου Διός, καὶ ἐν τῇ σφενδόνῃ τοῦ αὐτοῦ σταδίου ἔκτισεν ἱερὸν τῇ Νεμέσει. ἀνενέωσε δὲ καὶ τὸ τοῦ Ἀπόλλωνος ἱε‐ ρόν, κοσμήσας διαφόροις μαρμάροις. ἔκτισε δὲ καὶ τῇ Ἑκάτῃ ἱερὸν καταχθόνιον βαθμῶν τξεʹ. ἔκτισε δὲ ἐν Δάφνῃ καὶ παλά‐ τιον εἰς τὸ τοὺς ἀνιόντας βασιλεῖς ἐκεῖ καταμένειν, ἐπειδὴ πρῴην</w:t>
      </w:r>
    </w:p>
    <w:p>
      <w:r>
        <w:rPr>
          <w:rFonts w:ascii="Courier New" w:hAnsi="Courier New"/>
          <w:color w:val="555555"/>
          <w:sz w:val="20"/>
        </w:rPr>
        <w:t>[20]</w:t>
      </w:r>
    </w:p>
    <w:p>
      <w:r>
        <w:rPr>
          <w:rFonts w:ascii="Gentium Plus" w:hAnsi="Gentium Plus"/>
          <w:sz w:val="24"/>
        </w:rPr>
        <w:t>εἰς τὸ ἄλσος ἐποίουν παπυλεῶνας καὶ κατέμενον. ἔκτισε δὲ καὶ φαβρικὰς τρεῖς πρὸς τὸ κατασκευάζεσθαι ὅπλα τῷ στρατῷ, ἔκτισε δὲ καὶ ἐν Ἐδέσῃ φαβρικὰ διὰ τὸ τὰ ὅπλα ἐγγὺς χορηγεῖ‐</w:t>
      </w:r>
    </w:p>
    <w:p>
      <w:r>
        <w:rPr>
          <w:rFonts w:ascii="Courier New" w:hAnsi="Courier New"/>
          <w:color w:val="555555"/>
          <w:sz w:val="20"/>
        </w:rPr>
        <w:t>[Chron . 308]</w:t>
      </w:r>
    </w:p>
    <w:p>
      <w:r>
        <w:rPr>
          <w:rFonts w:ascii="Gentium Plus" w:hAnsi="Gentium Plus"/>
          <w:sz w:val="24"/>
        </w:rPr>
        <w:t>τὰς ἐπιδρομὰς τῶν Σαρακηνῶν. ἔκτισε δὲ καὶ ἐν Ἀντιοχείᾳ Μό‐ νηταν, ὥστε χαράσσεσθαι ἐκεῖ νομίσματα· ἦν γὰρ ἡ αὐτὴ Μό‐ νητα ἀπὸ σεισμοῦ καταστραφεῖσα· καὶ ἀνενεώθη. ἔκτισε δὲ καὶ λουτρόν, ὅπερ ἐκάλεσε συγκλητικόν, ὁμοίως δὲ καὶ ἄλλα γʹ</w:t>
      </w:r>
    </w:p>
    <w:p>
      <w:r>
        <w:rPr>
          <w:rFonts w:ascii="Courier New" w:hAnsi="Courier New"/>
          <w:color w:val="555555"/>
          <w:sz w:val="20"/>
        </w:rPr>
        <w:t>[5]</w:t>
      </w:r>
    </w:p>
    <w:p>
      <w:r>
        <w:rPr>
          <w:rFonts w:ascii="Gentium Plus" w:hAnsi="Gentium Plus"/>
          <w:sz w:val="24"/>
        </w:rPr>
        <w:t>λουτρά. Ὁ δὲ Καῖσαρ Μαξιμιανὸς ἀπελθὼν κατὰ Περσῶν καὶ νική‐ σας αὐτοὺς κατὰ κράτος ἐπανῆλθεν ἐν Ἀντιοχείᾳ, λαβὼν αἰχμά‐ λωτον τὴν τοῦ βασιλέως τῶν Περσῶν γυναῖκα. ἐκείνων φυγόντων μετὰ ὀλίγων ἀνδρῶν εἰς τὸ Ἰνδολίμιτον, τοῦ πλήθους αὐτῶν ἀνα‐</w:t>
      </w:r>
    </w:p>
    <w:p>
      <w:r>
        <w:rPr>
          <w:rFonts w:ascii="Courier New" w:hAnsi="Courier New"/>
          <w:color w:val="555555"/>
          <w:sz w:val="20"/>
        </w:rPr>
        <w:t>[10]</w:t>
      </w:r>
    </w:p>
    <w:p>
      <w:r>
        <w:rPr>
          <w:rFonts w:ascii="Gentium Plus" w:hAnsi="Gentium Plus"/>
          <w:sz w:val="24"/>
        </w:rPr>
        <w:t>λωθέντος. ἡ δὲ βασίλισσα τῶν Περσῶν Ἀρσανὴ ᾤκησεν ἐν Δά‐ φνῃ φυλαττομένη κατὰ κέλευσιν τοῦ βασιλέως Ῥωμαίων Διοκλη‐ τιανοῦ μετὰ τιμῆς ἐπὶ χρόνον. καὶ μετὰ ταῦτα πάκτων εἰρή‐ νης γενομένων ἀπεδόθη Πέρσαις τῷ ἰδίῳ αὐτῆς ἀνδρί, φυλαχθεῖ‐ σα μετὰ τιμῆς.</w:t>
      </w:r>
    </w:p>
    <w:p>
      <w:r>
        <w:rPr>
          <w:rFonts w:ascii="Courier New" w:hAnsi="Courier New"/>
          <w:color w:val="555555"/>
          <w:sz w:val="20"/>
        </w:rPr>
        <w:t>[15]</w:t>
      </w:r>
    </w:p>
    <w:p>
      <w:r>
        <w:rPr>
          <w:rFonts w:ascii="Gentium Plus" w:hAnsi="Gentium Plus"/>
          <w:sz w:val="24"/>
        </w:rPr>
        <w:t>Ἐν αὐτῷ δὲ τῷ χρόνῳ δωρεαὶ παρεσχέθησαν παρὰ τοῦ βασι‐ λέως πάσῃ τῇ Ῥωμαίων πολιτείᾳ ὑπὲρ τῶν ἐπινικίων. Ἔκτισε δὲ καὶ εἰς τὰ λίμιτα κάστρα ὁ αὐτὸς Διοκλητιανὸς ἀπὸ τῆς Αἰγύπτου ἕως τῶν Περσικῶν ὅρων, τάξας ἐν αὐτοῖς στρατιώτας λιμιτανέους, προχειρισάμενος καὶ δοῦκας κατὰ ἐπαρ‐</w:t>
      </w:r>
    </w:p>
    <w:p>
      <w:r>
        <w:rPr>
          <w:rFonts w:ascii="Courier New" w:hAnsi="Courier New"/>
          <w:color w:val="555555"/>
          <w:sz w:val="20"/>
        </w:rPr>
        <w:t>[20]</w:t>
      </w:r>
    </w:p>
    <w:p>
      <w:r>
        <w:rPr>
          <w:rFonts w:ascii="Gentium Plus" w:hAnsi="Gentium Plus"/>
          <w:sz w:val="24"/>
        </w:rPr>
        <w:t>χίαν ἐνδοτέρω τῶν κάστρων καθέζεσθαι μετὰ πολλῆς βοηθείας πρὸς παραφυλακήν. καὶ ἀνήνεγκαν τῷ βασιλεῖ καὶ τῷ Καίσαρι στήλας ἐν τῷ λιμίτῳ τῆς Συρίας. Ἐν αὐτῷ δὲ τῷ χρόνῳ ἐτυράννησαν οἱ Αἰγύπτιοι καὶ ἐφόνευ‐</w:t>
      </w:r>
    </w:p>
    <w:p>
      <w:r>
        <w:rPr>
          <w:rFonts w:ascii="Courier New" w:hAnsi="Courier New"/>
          <w:color w:val="555555"/>
          <w:sz w:val="20"/>
        </w:rPr>
        <w:t>[Chron . 309]</w:t>
      </w:r>
    </w:p>
    <w:p>
      <w:r>
        <w:rPr>
          <w:rFonts w:ascii="Gentium Plus" w:hAnsi="Gentium Plus"/>
          <w:sz w:val="24"/>
        </w:rPr>
        <w:t>τὸς Διοκλητιανός, καὶ ἐπολέμησεν ἐν Ἀλεξανδρείᾳ τῇ μεγάλῃ, πο‐ λιορκήσας αὐτὴν καὶ ποιήσας φοσάτα, κόψας τὸν ἀγωγὸν καὶ στρέψας αὐτὸν ἀπὸ τοῦ λεγομένου Κανώπου καὶ παρέχοντα χρῆ‐ σιν τῇ πόλει. παραλαβὼν δὲ Ἀλεξάνδρειαν ἐνέπρησεν αὐτήν·</w:t>
      </w:r>
    </w:p>
    <w:p>
      <w:r>
        <w:rPr>
          <w:rFonts w:ascii="Courier New" w:hAnsi="Courier New"/>
          <w:color w:val="555555"/>
          <w:sz w:val="20"/>
        </w:rPr>
        <w:t>[5]</w:t>
      </w:r>
    </w:p>
    <w:p>
      <w:r>
        <w:rPr>
          <w:rFonts w:ascii="Gentium Plus" w:hAnsi="Gentium Plus"/>
          <w:sz w:val="24"/>
        </w:rPr>
        <w:t>εἰσῆλθε δὲ ἐν αὐτῇ ἔφιππος, τοῦ ἵππου αὐτοῦ περιπατοῦντος ἐπά‐ νω τῶν λειψάνων. ἦν δὲ κελεύσας τῷ ἐξπεδίτῳ μὴ φείσασθαι τοῦ φονεύειν, ἕως οὗ ἀνέλθῃ τὰ αἵματα τῶν σφαζομένων ἕως τὸ γόνυ τοῦ ἵππου οὗ ἐκάθητο. συνέβη δὲ κατὰ κέλευσιν θεοῦ πλη‐ σίον τῆς πόρτας εἰσελθόντος αὐτοῦ τὸν ἵππον ἐν ᾧ ἐκάθητο ὁ</w:t>
      </w:r>
    </w:p>
    <w:p>
      <w:r>
        <w:rPr>
          <w:rFonts w:ascii="Courier New" w:hAnsi="Courier New"/>
          <w:color w:val="555555"/>
          <w:sz w:val="20"/>
        </w:rPr>
        <w:t>[10]</w:t>
      </w:r>
    </w:p>
    <w:p>
      <w:r>
        <w:rPr>
          <w:rFonts w:ascii="Gentium Plus" w:hAnsi="Gentium Plus"/>
          <w:sz w:val="24"/>
        </w:rPr>
        <w:t>βασιλεὺς πατῆσαι λείψανον ἀνθρώπου καὶ κονδάψαντα εἰς αὐτὸ γονατίσαι καὶ αἱματωθῆναι τὸ γόνυ τοῦ ἵππου· καὶ προσεσχηκὼς ἔδωκεν ἰνδουλγεντίας, καὶ ἐπαύσαντο οἱ στρατιῶται κόπτοντες τοὺς πολίτας Ἀλεξανδρείας. καὶ ἀνέστησαν οἱ αὐτοὶ Ἀλεξανδρεῖς στή‐ λην χαλκῆν τῷ ἵππῳ ὑπὲρ εὐχαριστίας· ὅστις τόπος οὕτως ὀνο‐</w:t>
      </w:r>
    </w:p>
    <w:p>
      <w:r>
        <w:rPr>
          <w:rFonts w:ascii="Courier New" w:hAnsi="Courier New"/>
          <w:color w:val="555555"/>
          <w:sz w:val="20"/>
        </w:rPr>
        <w:t>[15]</w:t>
      </w:r>
    </w:p>
    <w:p>
      <w:r>
        <w:rPr>
          <w:rFonts w:ascii="Gentium Plus" w:hAnsi="Gentium Plus"/>
          <w:sz w:val="24"/>
        </w:rPr>
        <w:t>μάζεται ἕως τῆς σήμερον ὁ ἵππος Διοκλητιανοῦ. καὶ ἔκτοτε ἐχρη‐ μάτισεν ὀνομάζεσθαι πρῶτον ἔτος Ἀλεξανδρείας. ἔστιν οὖν ἐξ ἐκείνου τοῦ χρόνου ὁ χρηματισμὸς τῆς πρὸς Αἴγυπτον Ἀλεξαν‐ δρείας. Ἐπὶ δὲ τῆς βασιλείας αὐτοῦ ἀνεφάνη τις Μανιχαῖος ἐν Ῥώμῃ</w:t>
      </w:r>
    </w:p>
    <w:p>
      <w:r>
        <w:rPr>
          <w:rFonts w:ascii="Courier New" w:hAnsi="Courier New"/>
          <w:color w:val="555555"/>
          <w:sz w:val="20"/>
        </w:rPr>
        <w:t>[20]</w:t>
      </w:r>
    </w:p>
    <w:p>
      <w:r>
        <w:rPr>
          <w:rFonts w:ascii="Gentium Plus" w:hAnsi="Gentium Plus"/>
          <w:sz w:val="24"/>
        </w:rPr>
        <w:t>τῇ πόλει ὀνόματι Βοῦνδος· ὅστις ἀπέσχισεν ἐκ τοῦ δόγματος τῶν Μανιχαίων, παρεισαγαγὼν ἴδιον δόγμα καὶ διδάσκων ὅτι ὁ ἀγα‐ θὸς θεὸς ἐπολέμησε τῷ πονηρῷ καὶ ἐνίκησεν αὐτόν, καὶ δεῖ τὸν</w:t>
      </w:r>
    </w:p>
    <w:p>
      <w:r>
        <w:rPr>
          <w:rFonts w:ascii="Courier New" w:hAnsi="Courier New"/>
          <w:color w:val="555555"/>
          <w:sz w:val="20"/>
        </w:rPr>
        <w:t>[Chron . 310]</w:t>
      </w:r>
    </w:p>
    <w:p>
      <w:r>
        <w:rPr>
          <w:rFonts w:ascii="Gentium Plus" w:hAnsi="Gentium Plus"/>
          <w:sz w:val="24"/>
        </w:rPr>
        <w:t>γμα Μανιχαϊκὸν παρὰ Πέρσαις καλεῖται κατὰ τὴν αὐτῶν γλῶσ‐ σαν τὸ τῶν Δαρισθενῶν, ὃ ἑρμηνεύεται τὸ τοῦ ἀγαθοῦ. Ὁ δὲ αὐτὸς Διοκλητιανὸς βασιλεὺς ἐποίησε διωγμὸν χριστια‐ νῶν· καὶ ἐτιμωρήθησαν πολλοὶ μαρτυρήσαντες, ἐν οἷς ἐμαρτύ‐</w:t>
      </w:r>
    </w:p>
    <w:p>
      <w:r>
        <w:rPr>
          <w:rFonts w:ascii="Courier New" w:hAnsi="Courier New"/>
          <w:color w:val="555555"/>
          <w:sz w:val="20"/>
        </w:rPr>
        <w:t>[5]</w:t>
      </w:r>
    </w:p>
    <w:p>
      <w:r>
        <w:rPr>
          <w:rFonts w:ascii="Gentium Plus" w:hAnsi="Gentium Plus"/>
          <w:sz w:val="24"/>
        </w:rPr>
        <w:t>ρησε καὶ ὁ ἅγιος Μηνᾶς· καὶ αἱ ἐκκλησίαι δὲ καθῃρέθησαν, καὶ ἀπειλαὶ δὲ καὶ φόβος ἦν πολύς. Ἐν δὲ τῷ χρόνῳ τῶν Ὀλυμπίων κατέφθασεν ἐν Ἀντιοχείᾳ ὁ αὐτὸς βασιλεὺς Διοκλητιανός, ἐλθὼν ἐξ Αἰγύπτου. καὶ τοῦ Ὀλυμπικοῦ ἀγῶνος μέλλοντος ἐπιτελεῖσθαι, ἐφόρεσε τὸ σχῆμα τὸ</w:t>
      </w:r>
    </w:p>
    <w:p>
      <w:r>
        <w:rPr>
          <w:rFonts w:ascii="Courier New" w:hAnsi="Courier New"/>
          <w:color w:val="555555"/>
          <w:sz w:val="20"/>
        </w:rPr>
        <w:t>[10]</w:t>
      </w:r>
    </w:p>
    <w:p>
      <w:r>
        <w:rPr>
          <w:rFonts w:ascii="Gentium Plus" w:hAnsi="Gentium Plus"/>
          <w:sz w:val="24"/>
        </w:rPr>
        <w:t>τοῦ ἀλυτάρχου ὁ βασιλεὺς Διοκλητιανός. τὴν δὲ στολὴν ὁ ἀλύ‐ ταρχος ἄσπρον ὁλοσηρικὸν ἐφόρει· ὁ δὲ βασιλεὺς ἀντὶ τοῦ ἄσπρου ἐφόρεσε πορφυροῦν, τὰ δὲ ἄλλα πάντα ὡς ἦν ἔθος τῷ ἀλυτάρχῃ φορεῖν, κρατῶν τὴν ἱερὰν ῥάβδον καὶ προσκυνῶν τὸν δῆμον, ἐθεώρησε τὸν Ὀλυμπικὸν ἀγῶνα τὰς νενομισμένας πάσας ἡμέρας.</w:t>
      </w:r>
    </w:p>
    <w:p>
      <w:r>
        <w:rPr>
          <w:rFonts w:ascii="Courier New" w:hAnsi="Courier New"/>
          <w:color w:val="555555"/>
          <w:sz w:val="20"/>
        </w:rPr>
        <w:t>[15]</w:t>
      </w:r>
    </w:p>
    <w:p>
      <w:r>
        <w:rPr>
          <w:rFonts w:ascii="Gentium Plus" w:hAnsi="Gentium Plus"/>
          <w:sz w:val="24"/>
        </w:rPr>
        <w:t>καὶ ἐκ τῶν ἀξιωματικῶν αὐτοῦ κατήρχοντό τινες ἐν τοῖς Ὀλυμπι‐ κοῖς ἀγῶσιν ἐπιδεικνύμενοι ἀρετῆς χάριν· καὶ οἱ μὲν ἐπάλαιον, οἱ δὲ ἐπύκτευον, οἱ δὲ ἐπαγκρατίαζον, οἱ δὲ ἔτρεχον· καὶ τοῖς νι‐ κῶσι παρεῖχε σάκρας καὶ πᾶσι πολλὰ ἐφιλοτιμήσατο· καθὼς Δο‐ μετιανὸς ὁ σοφώτατος συνεγράψατο. καὶ ἀλυτάρχης ἐν Ἀντιο‐</w:t>
      </w:r>
    </w:p>
    <w:p>
      <w:r>
        <w:rPr>
          <w:rFonts w:ascii="Courier New" w:hAnsi="Courier New"/>
          <w:color w:val="555555"/>
          <w:sz w:val="20"/>
        </w:rPr>
        <w:t>[20]</w:t>
      </w:r>
    </w:p>
    <w:p>
      <w:r>
        <w:rPr>
          <w:rFonts w:ascii="Gentium Plus" w:hAnsi="Gentium Plus"/>
          <w:sz w:val="24"/>
        </w:rPr>
        <w:t>χείᾳ ὁ αὐτὸς Διοκλητιανὸς καὶ ἀποθέμενος τὸ βασιλικὸν σχῆμα καὶ μετὰ τὸ πληρῶσαι τὰ Ὀλύμπια οὐχ εἵλετο βασιλεῦσαι, λέ‐</w:t>
      </w:r>
    </w:p>
    <w:p>
      <w:r>
        <w:rPr>
          <w:rFonts w:ascii="Courier New" w:hAnsi="Courier New"/>
          <w:color w:val="555555"/>
          <w:sz w:val="20"/>
        </w:rPr>
        <w:t>[Chron . 311]</w:t>
      </w:r>
    </w:p>
    <w:p>
      <w:r>
        <w:rPr>
          <w:rFonts w:ascii="Gentium Plus" w:hAnsi="Gentium Plus"/>
          <w:sz w:val="24"/>
        </w:rPr>
        <w:t>νάτου Διός. καὶ ἔκτοτε ἔμεινεν οὕτως. τελευτᾷ δὲ ἰδίῳ θανά‐ τῳ, ὢν ἐνιαυτῶν οβʹ. Μετὰ δὲ τὸ ἀποθέσθαι τὸν Διοκλητιανὸν τὴν βασιλείαν ἐβα‐ σίλευσε Μαξιμιανὸς ὁ καὶ ἐπίκλην Ἑρκούλιος ἔτη ιθʹ. καὶ ἀνελ‐</w:t>
      </w:r>
    </w:p>
    <w:p>
      <w:r>
        <w:rPr>
          <w:rFonts w:ascii="Courier New" w:hAnsi="Courier New"/>
          <w:color w:val="555555"/>
          <w:sz w:val="20"/>
        </w:rPr>
        <w:t>[5]</w:t>
      </w:r>
    </w:p>
    <w:p>
      <w:r>
        <w:rPr>
          <w:rFonts w:ascii="Gentium Plus" w:hAnsi="Gentium Plus"/>
          <w:sz w:val="24"/>
        </w:rPr>
        <w:t>θὼν ἐν Ῥώμῃ ἐθριάμβευσε τὴν κατὰ Περσῶν καὶ Αἰγυπτίων νί‐ κην. ἦν δὲ μακρός, εὐσθενής, μιξοπόλιος τὴν κάραν, ἁπλό‐ θριξ, τελειοπώγων, μελάγχροος, εὔρινος, εὐόφθαλμος, ἐλλόγι‐ μος. ἠγωνίσατο δὲ καὶ αὐτὸς κατὰ χριστιανῶν καὶ ἐτιμωρήσα‐ το πολλοὺς ἁγίους· ἐν οἷς ἐμαρτύρησεν ὁ ἅγιος Πανταλέων καὶ ὁ</w:t>
      </w:r>
    </w:p>
    <w:p>
      <w:r>
        <w:rPr>
          <w:rFonts w:ascii="Courier New" w:hAnsi="Courier New"/>
          <w:color w:val="555555"/>
          <w:sz w:val="20"/>
        </w:rPr>
        <w:t>[10]</w:t>
      </w:r>
    </w:p>
    <w:p>
      <w:r>
        <w:rPr>
          <w:rFonts w:ascii="Gentium Plus" w:hAnsi="Gentium Plus"/>
          <w:sz w:val="24"/>
        </w:rPr>
        <w:t>ἅγιος Ἡσύχιος καὶ ὁ ἅγιος Ἕρμιππος καὶ ὁ ἅγιος Ἑρμόλαος καὶ ὁ ἅγιος Ἑρμοκράτης. Καὶ πάλιν Ὀλυμπίων ἀγομένων ἐν τῇ αὐτοῦ βασιλείᾳ, ἐλθόν‐ τος αὐτοῦ ἐν τῇ ἀνατολῇ κατὰ Ἀρμενίων τυραννησάντων Ῥω‐ μαίους, νικήσας αὐτοὺς κατὰ κράτος καὶ ὑποτάξας αὐτούς, μα‐</w:t>
      </w:r>
    </w:p>
    <w:p>
      <w:r>
        <w:rPr>
          <w:rFonts w:ascii="Courier New" w:hAnsi="Courier New"/>
          <w:color w:val="555555"/>
          <w:sz w:val="20"/>
        </w:rPr>
        <w:t>[15]</w:t>
      </w:r>
    </w:p>
    <w:p>
      <w:r>
        <w:rPr>
          <w:rFonts w:ascii="Gentium Plus" w:hAnsi="Gentium Plus"/>
          <w:sz w:val="24"/>
        </w:rPr>
        <w:t>θὼν δὲ τὸν καιρὸν τῶν Ὀλυμπίων ὑπάρχειν, παρεγένετο ἐν Ἀν‐ τιοχείᾳ διὰ τὰς ἐπισήμους ἡμέρας τοῦ ἀγῶνος. καὶ φορέσας καὶ αὐτὸς τὸ σχῆμα τοῦ ἀλυτάρχου ἀλυτάρχησε· καὶ ἠγωνίσαντο καὶ ἐπὶ αὐτοῦ ἐκ τοῦ δήμου τέκνα συγκλητικῶν καὶ συγκλητικοὶ νεώ‐ τεροι· καὶ οἱ μὲν ἐπάλαιον, οἱ δὲ ἔτρεχον, οἱ δὲ ἐπαγκρατίαζον, οἱ</w:t>
      </w:r>
    </w:p>
    <w:p>
      <w:r>
        <w:rPr>
          <w:rFonts w:ascii="Courier New" w:hAnsi="Courier New"/>
          <w:color w:val="555555"/>
          <w:sz w:val="20"/>
        </w:rPr>
        <w:t>[20]</w:t>
      </w:r>
    </w:p>
    <w:p>
      <w:r>
        <w:rPr>
          <w:rFonts w:ascii="Gentium Plus" w:hAnsi="Gentium Plus"/>
          <w:sz w:val="24"/>
        </w:rPr>
        <w:t>δὲ ἡνιόχουν, οἱ δὲ ἐπύκτευον, οἱ δὲ ἐφωνάσκουν· καὶ οἱ νικῶντες ἐλάμβανον μείζους ἀξίας, οἱ δὲ προέκοπτον ἐν ταῖς στρατείαις δί‐</w:t>
      </w:r>
    </w:p>
    <w:p>
      <w:r>
        <w:rPr>
          <w:rFonts w:ascii="Courier New" w:hAnsi="Courier New"/>
          <w:color w:val="555555"/>
          <w:sz w:val="20"/>
        </w:rPr>
        <w:t>[Chron . 312]</w:t>
      </w:r>
    </w:p>
    <w:p>
      <w:r>
        <w:rPr>
          <w:rFonts w:ascii="Gentium Plus" w:hAnsi="Gentium Plus"/>
          <w:sz w:val="24"/>
        </w:rPr>
        <w:t>Μαξιμιανὸς τὴν βασιλείαν καὶ τὴν πορφύραν καὶ πᾶσαν τὴν βα‐ σιλικὴν φορεσίαν, καὶ ἐφόρεσε τὰ ἀλυταρχικά. καὶ μετὰ τὸ πλη‐ ρωθῆναι τὰς ἡμέρας τῶν Ὀλυμπίων οὐχ εἵλετο οὐδὲ αὐτὸς βασι‐ λεῦσαι, ἀλλ’ ἐπανελθὼν ἐν τῇ Ῥώμῃ ἀπετάξατο τῆς βασιλείας</w:t>
      </w:r>
    </w:p>
    <w:p>
      <w:r>
        <w:rPr>
          <w:rFonts w:ascii="Courier New" w:hAnsi="Courier New"/>
          <w:color w:val="555555"/>
          <w:sz w:val="20"/>
        </w:rPr>
        <w:t>[5]</w:t>
      </w:r>
    </w:p>
    <w:p>
      <w:r>
        <w:rPr>
          <w:rFonts w:ascii="Gentium Plus" w:hAnsi="Gentium Plus"/>
          <w:sz w:val="24"/>
        </w:rPr>
        <w:t>καὶ ἔμεινεν οὕτως ἕως θανάτου. καὶ μετὰ χρόνον τελευτᾷ ἰδίῳ θανάτῳ, ὢν ἐνιαυτῶν νζʹ. Καὶ μετὰ τὸ ἀποθέσθαι τὴν βασιλείαν Μαξιμιανὸν ἐβασίλευ‐ σε Μαξέντιος ὁ καὶ Γαλέριος ἔτη γʹ. ἦν κονδοειδής, πλατύς, οὐλόθριξ, λευκός, εὐπώγων, ὑπόστραβος, σιμός, ὀργίλος, ἐφί‐</w:t>
      </w:r>
    </w:p>
    <w:p>
      <w:r>
        <w:rPr>
          <w:rFonts w:ascii="Courier New" w:hAnsi="Courier New"/>
          <w:color w:val="555555"/>
          <w:sz w:val="20"/>
        </w:rPr>
        <w:t>[10]</w:t>
      </w:r>
    </w:p>
    <w:p>
      <w:r>
        <w:rPr>
          <w:rFonts w:ascii="Gentium Plus" w:hAnsi="Gentium Plus"/>
          <w:sz w:val="24"/>
        </w:rPr>
        <w:t>λει δὲ τὸ Βένετον μέρος. Ἐπὶ δὲ τῆς αὐτοῦ βασιλείας Ἰάμβλιχος ὁ φιλόσοφος ἐδίδα‐ σκεν, οἰκῶν ἐν Δάφνῃ ἕως τῆς τελευτῆς αὐτοῦ. Ἐν δὲ τῷ αὐτῷ χρόνῳ οἱ Πέρσαι συμμαχοῦντες Ἀρμενίοις πολεμηθεῖσιν ἅμα αὐτοῖς ἐπελθόντες ἐν τοῖς Ῥωμαϊκοῖς ἐπραίδευ‐</w:t>
      </w:r>
    </w:p>
    <w:p>
      <w:r>
        <w:rPr>
          <w:rFonts w:ascii="Courier New" w:hAnsi="Courier New"/>
          <w:color w:val="555555"/>
          <w:sz w:val="20"/>
        </w:rPr>
        <w:t>[15]</w:t>
      </w:r>
    </w:p>
    <w:p>
      <w:r>
        <w:rPr>
          <w:rFonts w:ascii="Gentium Plus" w:hAnsi="Gentium Plus"/>
          <w:sz w:val="24"/>
        </w:rPr>
        <w:t>σαν χώρας. καὶ ἐπεστράτευσε κατ’ αὐτῶν ὁ αὐτὸς Μαξέντιος καὶ ἐπολέμησε Πέρσαις, καὶ ἀνήλωσεν αὐτοὺς διὰ τῆς Ἀρμενίας κατελθὼν κατ’ αὐτῶν, καὶ ἀπέσπασε χώρας ἐκ τῶν Περσαρμε‐ νίων καὶ ἐποίησεν ὑπὸ Ῥωμαίους· ἥντινα ἐκάλεσε πρώτην καὶ δευτέραν Ἀρμενίαν Ῥωμαίων. ἐν τῷ δὲ εἶναι τὸν αὐτὸν Μαξέν‐</w:t>
      </w:r>
    </w:p>
    <w:p>
      <w:r>
        <w:rPr>
          <w:rFonts w:ascii="Courier New" w:hAnsi="Courier New"/>
          <w:color w:val="555555"/>
          <w:sz w:val="20"/>
        </w:rPr>
        <w:t>[20]</w:t>
      </w:r>
    </w:p>
    <w:p>
      <w:r>
        <w:rPr>
          <w:rFonts w:ascii="Gentium Plus" w:hAnsi="Gentium Plus"/>
          <w:sz w:val="24"/>
        </w:rPr>
        <w:t>τιον εἰς Περσαρμενίαν ἐπέῤῥιψαν οἱ Πέρσαι εἰς τὴν Ὀσδροηνὴν καὶ παρέλαβον πόλιν καὶ ἔκαυσαν καὶ ἔστρεψαν, καὶ λαβόντες πολλὴν πραῖδαν ἐξαίφνης ἀνεχώρησαν· ἐλέγετο δὲ ἡ παραλη‐</w:t>
      </w:r>
    </w:p>
    <w:p>
      <w:r>
        <w:rPr>
          <w:rFonts w:ascii="Courier New" w:hAnsi="Courier New"/>
          <w:color w:val="555555"/>
          <w:sz w:val="20"/>
        </w:rPr>
        <w:t>[Chron . 313]</w:t>
      </w:r>
    </w:p>
    <w:p>
      <w:r>
        <w:rPr>
          <w:rFonts w:ascii="Gentium Plus" w:hAnsi="Gentium Plus"/>
          <w:sz w:val="24"/>
        </w:rPr>
        <w:t>Μαξέντιος ἀνήγειρεν αὐτὴν κτίσας καὶ τὰ τείχη, καὶ πολλὰ φιλο‐ τιμησάμενος τοῖς ζήσασιν ἐκούφισεν αὐτοὺς τῆς συντελείας ἐπὶ ἔτη γʹ. καὶ ἐπανελθὼν ἐν τῇ Ῥώμῃ ἀνῃρέθη, ὢν ἐνιαυτῶν νγʹ. Μετὰ δὲ τὴν βασιλείαν Μαξεντίου ἐβασίλευσε Κωνστάντιος</w:t>
      </w:r>
    </w:p>
    <w:p>
      <w:r>
        <w:rPr>
          <w:rFonts w:ascii="Courier New" w:hAnsi="Courier New"/>
          <w:color w:val="555555"/>
          <w:sz w:val="20"/>
        </w:rPr>
        <w:t>[5]</w:t>
      </w:r>
    </w:p>
    <w:p>
      <w:r>
        <w:rPr>
          <w:rFonts w:ascii="Gentium Plus" w:hAnsi="Gentium Plus"/>
          <w:sz w:val="24"/>
        </w:rPr>
        <w:t>ὁ Χλωρὸς ἔτη ιγʹ. ἦν δὲ μακρός, λεπτός, μιξοπόλιος, εὔχροος τὸ σῶμα καὶ τοὺς ὀφθαλμούς, εὔρινος, σπανός, ἥσυχος, με‐ γαλόψυχος. Ἐν δὲ τῇ αὐτοῦ βασιλείᾳ ἔπαθεν ὑπὸ θεομηνίας Σαλαμιὰς πόλις τῆς Κύπρου, ὑπὸ σεισμοῦ καταποντισθεῖσα εἰς τὴν θά‐</w:t>
      </w:r>
    </w:p>
    <w:p>
      <w:r>
        <w:rPr>
          <w:rFonts w:ascii="Courier New" w:hAnsi="Courier New"/>
          <w:color w:val="555555"/>
          <w:sz w:val="20"/>
        </w:rPr>
        <w:t>[10]</w:t>
      </w:r>
    </w:p>
    <w:p>
      <w:r>
        <w:rPr>
          <w:rFonts w:ascii="Gentium Plus" w:hAnsi="Gentium Plus"/>
          <w:sz w:val="24"/>
        </w:rPr>
        <w:t>λασσαν τὸ πολὺ αὐτῆς μέρος· τὸ δὲ λοιπὸν ἕως ἐδάφους ἔπεσεν. ἥντινα ἀνεγείρας ὁ αὐτὸς Κωνστάντιος καὶ πολλὰ πάνυ φιλοτιμη‐ σάμενος καὶ κτίσας καὶ τοῖς ζήσασι πολίταις συγχωρήσας συντε‐ λείας ἐπὶ ἔτη τέσσαρα, καὶ κτίσας διαφόροις κτίσμασι τὴν πρῴην μὲν λεγομένην Σαλαμιάδα, ἐξ ἐκείνου δὲ μετακληθεῖσαν Κων‐</w:t>
      </w:r>
    </w:p>
    <w:p>
      <w:r>
        <w:rPr>
          <w:rFonts w:ascii="Courier New" w:hAnsi="Courier New"/>
          <w:color w:val="555555"/>
          <w:sz w:val="20"/>
        </w:rPr>
        <w:t>[15]</w:t>
      </w:r>
    </w:p>
    <w:p>
      <w:r>
        <w:rPr>
          <w:rFonts w:ascii="Gentium Plus" w:hAnsi="Gentium Plus"/>
          <w:sz w:val="24"/>
        </w:rPr>
        <w:t>σταντίαν· ἥτις ἐστὶ νῦν μητρόπολις τῆς Κύπρου. Ἐν δὲ τῇ αὐτοῦ βασιλείᾳ ἀπέστειλε Μάξιμον τὸν καὶ Λικι‐ νιανὸν μετὰ πολλοῦ στρατοῦ ἐπὶ τὸ φυλάττειν τὰ μέρη τῆς ἀνα‐ τολῆς διὰ τοὺς Πέρσας καὶ τὰς ἐπιδρομὰς τῶν Σαρακηνῶν· ἐτά‐ ρασσον γὰρ πρῴην τὴν ἀνατολὴν ἕως Αἰγύπτου. συνέβη δὲ ἐν</w:t>
      </w:r>
    </w:p>
    <w:p>
      <w:r>
        <w:rPr>
          <w:rFonts w:ascii="Courier New" w:hAnsi="Courier New"/>
          <w:color w:val="555555"/>
          <w:sz w:val="20"/>
        </w:rPr>
        <w:t>[20]</w:t>
      </w:r>
    </w:p>
    <w:p>
      <w:r>
        <w:rPr>
          <w:rFonts w:ascii="Gentium Plus" w:hAnsi="Gentium Plus"/>
          <w:sz w:val="24"/>
        </w:rPr>
        <w:t>αὐτῷ τῷ χρόνῳ τὸν βασιλέα Κωνστάντιον ἀῤῥωστήσαντα ἡμέρας μʹ τελευτῆσαι· ἦν δὲ ἐνιαυτῶν ἑξήκοντα.</w:t>
      </w:r>
    </w:p>
    <w:p>
      <w:r>
        <w:rPr>
          <w:rFonts w:ascii="Courier New" w:hAnsi="Courier New"/>
          <w:color w:val="555555"/>
          <w:sz w:val="20"/>
        </w:rPr>
        <w:t>[Chron . 314]</w:t>
      </w:r>
    </w:p>
    <w:p>
      <w:r>
        <w:rPr>
          <w:rFonts w:ascii="Gentium Plus" w:hAnsi="Gentium Plus"/>
          <w:sz w:val="24"/>
        </w:rPr>
        <w:t>ἐν τῇ ἀνατολῇ Μάξιμον Λικινιανὸν αὐτοκράτορα. καὶ ἐάσας ἐν αὐτῇ τῇ ἀνατολῇ Φεστιανὸν ἔξαρχον μετὰ βοηθείας εἰς τὸ φυλάττειν τὴν ἀνατολὴν ἀπῆλθεν ἐν Ῥώμῃ. ἐν τῷ δὲ μέλλειν αὐτὸν ἐξιέναι ἀπὸ Ἀντιοχείας ἐθεώρησεν ἱπποδρόμιον· καὶ ὕβρι‐</w:t>
      </w:r>
    </w:p>
    <w:p>
      <w:r>
        <w:rPr>
          <w:rFonts w:ascii="Courier New" w:hAnsi="Courier New"/>
          <w:color w:val="555555"/>
          <w:sz w:val="20"/>
        </w:rPr>
        <w:t>[5]</w:t>
      </w:r>
    </w:p>
    <w:p>
      <w:r>
        <w:rPr>
          <w:rFonts w:ascii="Gentium Plus" w:hAnsi="Gentium Plus"/>
          <w:sz w:val="24"/>
        </w:rPr>
        <w:t>σαν αὐτὸν οἱ δῆμοι τῆς πόλεως, ὅτι οὐδὲν ἐφιλοτιμήσατο τῇ πό‐ λει ἐκεῖ ἀναγορευθεὶς βασιλεύς. καὶ ἀγανακτήσας ἐκέλευσεν ἄρ‐ μα κατ’ αὐτῶν ἐξελθεῖν· καὶ ἐτόξευσαν αὐτοὺς οἱ στρατιῶται ἐν τῷ ἱπποδρομίῳ, καὶ ἀπώλοντο χιλιάδες δύο. ὁ δὲ αὐτὸς βασι‐ λεὺς Μάξιμος ἐλθὼν ἐν τῇ Ῥώμῃ ἐβασίλευσεν ἔτη ζʹ. ἦν δὲ εὔ‐</w:t>
      </w:r>
    </w:p>
    <w:p>
      <w:r>
        <w:rPr>
          <w:rFonts w:ascii="Courier New" w:hAnsi="Courier New"/>
          <w:color w:val="555555"/>
          <w:sz w:val="20"/>
        </w:rPr>
        <w:t>[10]</w:t>
      </w:r>
    </w:p>
    <w:p>
      <w:r>
        <w:rPr>
          <w:rFonts w:ascii="Gentium Plus" w:hAnsi="Gentium Plus"/>
          <w:sz w:val="24"/>
        </w:rPr>
        <w:t>στηθος, μελάνθριξ, εὔθετος, δασυπώγων, εὐόφθαλμος, καμ‐ πυλόρινος, φιλοστρατιώτης, ὀργίλος, τρακταϊστής. Ἐν δὲ τῇ αὐτοῦ βασιλείᾳ ἐχαρίσατο ἐλευθερίαν τοῖς χριστια‐ νοῖς εἰς τὸ μὴ κρύπτεσθαι αὐτοὺς ἀλλὰ δημοσιεύειν. συνέβη δὲ ἐν τῷ χρόνῳ τῆς αὐτοῦ βασιλείας ἐν Ἡλιουπόλει τῆς Φοινίκης</w:t>
      </w:r>
    </w:p>
    <w:p>
      <w:r>
        <w:rPr>
          <w:rFonts w:ascii="Courier New" w:hAnsi="Courier New"/>
          <w:color w:val="555555"/>
          <w:sz w:val="20"/>
        </w:rPr>
        <w:t>[15]</w:t>
      </w:r>
    </w:p>
    <w:p>
      <w:r>
        <w:rPr>
          <w:rFonts w:ascii="Gentium Plus" w:hAnsi="Gentium Plus"/>
          <w:sz w:val="24"/>
        </w:rPr>
        <w:t>μαρτυρῆσαι τὸν ἅγιον Γελάσινον· ἦν γὰρ μῖμος δεύτερος καὶ εἰσῆλθεν εἰς τὸ παιγνίδιον πανδήμου ἀγομένου. καὶ πλήθους θεωροῦντος ἔβαλον αὐτὸν εἰς βοῦττιν μεγάλην βαλανείου γέμου‐ σαν ὕδατος χλιαροῦ, καταγελῶντες τοῦ χριστιανικοῦ δόγματος καὶ τοῦ ἁγίου βαπτίσματος. ὁ δὲ αὐτὸς Γελάσινος ὁ μῖμος βα‐</w:t>
      </w:r>
    </w:p>
    <w:p>
      <w:r>
        <w:rPr>
          <w:rFonts w:ascii="Courier New" w:hAnsi="Courier New"/>
          <w:color w:val="555555"/>
          <w:sz w:val="20"/>
        </w:rPr>
        <w:t>[20]</w:t>
      </w:r>
    </w:p>
    <w:p>
      <w:r>
        <w:rPr>
          <w:rFonts w:ascii="Gentium Plus" w:hAnsi="Gentium Plus"/>
          <w:sz w:val="24"/>
        </w:rPr>
        <w:t>πτισθεὶς καὶ ἀνελθὼν ἐκ τοῦ βοττίου καὶ φορέσας ἱμάτια λευκὰ οὐκέτι ἠνέσχετο θεατρίσαι, λέγων ἐπὶ τοῦ δήμου ὅτι Χριστιανός</w:t>
      </w:r>
    </w:p>
    <w:p>
      <w:r>
        <w:rPr>
          <w:rFonts w:ascii="Courier New" w:hAnsi="Courier New"/>
          <w:color w:val="555555"/>
          <w:sz w:val="20"/>
        </w:rPr>
        <w:t>[Chron . 315]</w:t>
      </w:r>
    </w:p>
    <w:p>
      <w:r>
        <w:rPr>
          <w:rFonts w:ascii="Gentium Plus" w:hAnsi="Gentium Plus"/>
          <w:sz w:val="24"/>
        </w:rPr>
        <w:t>τῷ βουττίῳ καὶ χριστιανὸς ἀποθνήσκω. καὶ ἀκούσας ταῦτα ὁ δῆμος ὅλος ὁ θεωρῶν ἐν τῷ θεάτρῳ τῆς πόλεως ἐμάνη σφόδρα· καὶ ὁρμήσαντες ἐκ τῶν βάθρων εἰς τὴν θυμέλην ἐκράτησαν αὐτὸν καὶ σύραντες αὐτὸν ἔξω τοῦ θεάτρου, ὡς φορεῖ τὰ λευκὰ ἱμάτια</w:t>
      </w:r>
    </w:p>
    <w:p>
      <w:r>
        <w:rPr>
          <w:rFonts w:ascii="Courier New" w:hAnsi="Courier New"/>
          <w:color w:val="555555"/>
          <w:sz w:val="20"/>
        </w:rPr>
        <w:t>[5]</w:t>
      </w:r>
    </w:p>
    <w:p>
      <w:r>
        <w:rPr>
          <w:rFonts w:ascii="Gentium Plus" w:hAnsi="Gentium Plus"/>
          <w:sz w:val="24"/>
        </w:rPr>
        <w:t>αὐτοῦ, λιθοβολήσαντες ἐφόνευσαν αὐτόν, καὶ οὕτως ἐτελειώθη ὁ δίκαιος. καὶ λαβόντες τὸ λείψανον αὐτοῦ ἀπήγαγον αὐτὸ εἰς τὴν κώμην τὴν λεγομένην Μαριάμμην, ὅθεν ὑπῆρχεν, ἔξω οὖσαν Δαμασκοῦ τῆς πόλεως ἀπὸ ἑνὸς ἡμίσεος μιλίου. καὶ ἐκτίσθη αὐτῷ εὐκτήριος οἶκος.</w:t>
      </w:r>
    </w:p>
    <w:p>
      <w:r>
        <w:rPr>
          <w:rFonts w:ascii="Courier New" w:hAnsi="Courier New"/>
          <w:color w:val="555555"/>
          <w:sz w:val="20"/>
        </w:rPr>
        <w:t>[10]</w:t>
      </w:r>
    </w:p>
    <w:p>
      <w:r>
        <w:rPr>
          <w:rFonts w:ascii="Gentium Plus" w:hAnsi="Gentium Plus"/>
          <w:sz w:val="24"/>
        </w:rPr>
        <w:t>Ὁ δὲ βασιλεὺς Λικιννιανὸς Μάξιμος χειρουργηθεὶς τελευτᾷ,</w:t>
      </w:r>
    </w:p>
    <w:p>
      <w:pPr>
        <w:jc w:val="center"/>
      </w:pPr>
      <w:r>
        <w:rPr>
          <w:rFonts w:ascii="Gentium Plus" w:hAnsi="Gentium Plus"/>
          <w:b/>
          <w:sz w:val="24"/>
        </w:rPr>
        <w:t>ΛΟΓΟΣ ΙΓʹ</w:t>
      </w:r>
    </w:p>
    <w:p>
      <w:r>
        <w:rPr>
          <w:rFonts w:ascii="Courier New" w:hAnsi="Courier New"/>
          <w:color w:val="555555"/>
          <w:sz w:val="20"/>
        </w:rPr>
        <w:t>[t2]</w:t>
      </w:r>
    </w:p>
    <w:p>
      <w:r>
        <w:rPr>
          <w:rFonts w:ascii="Gentium Plus" w:hAnsi="Gentium Plus"/>
          <w:sz w:val="24"/>
        </w:rPr>
        <w:t>ΧΡΟΝΩΝ ΚΩΝΣΤΑΝΤΙΝΟΥ ΒΑΣΙΛΕΩΣ.</w:t>
      </w:r>
    </w:p>
    <w:p>
      <w:r>
        <w:rPr>
          <w:rFonts w:ascii="Courier New" w:hAnsi="Courier New"/>
          <w:color w:val="555555"/>
          <w:sz w:val="20"/>
        </w:rPr>
        <w:t>[1]</w:t>
      </w:r>
    </w:p>
    <w:p>
      <w:r>
        <w:rPr>
          <w:rFonts w:ascii="Gentium Plus" w:hAnsi="Gentium Plus"/>
          <w:sz w:val="24"/>
        </w:rPr>
        <w:t>Μετὰ δὲ τὴν βασιλείαν Μαξίμου Λικιννίου ἐβασίλευσεν ὁ θειό‐ τατος καὶ πιστότατος, ὁ υἱὸς Κωνσταντίου τοῦ Χλωροῦ, Κων‐ σταντῖνος ὁ μέγας τῇ πρὸ ὀκτὼ καλανδῶν αὐγούστων ἐπὶ τῆς ὑπατείας Σεβήρου καὶ Μαξιμιανοῦ· καὶ ἔμεινε βασιλεύων ἔτη λβʹ.</w:t>
      </w:r>
    </w:p>
    <w:p>
      <w:r>
        <w:rPr>
          <w:rFonts w:ascii="Courier New" w:hAnsi="Courier New"/>
          <w:color w:val="555555"/>
          <w:sz w:val="20"/>
        </w:rPr>
        <w:t>[5]</w:t>
      </w:r>
    </w:p>
    <w:p>
      <w:r>
        <w:rPr>
          <w:rFonts w:ascii="Gentium Plus" w:hAnsi="Gentium Plus"/>
          <w:sz w:val="24"/>
        </w:rPr>
        <w:t>ἦν δὲ μακρός, πυῤῥός, μεγαλόψυχος, ἥσυχος, θεοφιλής. Ἐν δὲ τοῖς χρόνοις τῆς βασιλείας αὐτοῦ πόλεμος ἐγένετο ἐν τῇ δύσει μέγας· καὶ ἐξῆλθε κατ’ αὐτῶν ὁ θειότατος Κωνσταντῖ‐ νος, καὶ ἡττηθεὶς ἐφοσσεύετο ὑπὸ τῶν βαρβάρων. καὶ θλιβόμε‐ νος ἐν τῷ μέλλειν αὐτὸν καθεύδειν ηὔχετο ῥυσθῆναι ἀπ’ αὐτῶν·</w:t>
      </w:r>
    </w:p>
    <w:p>
      <w:r>
        <w:rPr>
          <w:rFonts w:ascii="Courier New" w:hAnsi="Courier New"/>
          <w:color w:val="555555"/>
          <w:sz w:val="20"/>
        </w:rPr>
        <w:t>[10]</w:t>
      </w:r>
    </w:p>
    <w:p>
      <w:r>
        <w:rPr>
          <w:rFonts w:ascii="Gentium Plus" w:hAnsi="Gentium Plus"/>
          <w:sz w:val="24"/>
        </w:rPr>
        <w:t>καὶ ἑλκυσθεὶς εἰς ὕπνον εἶδε κατ’ ὄναρ ἐν τῷ οὐρανῷ σταυρόν, ἐν ᾧ ἐπεγέγραπτο, Ἐν τούτω νίκα. καὶ ἀναγνοὺς τὸ ἐπιγεγραμ‐</w:t>
      </w:r>
    </w:p>
    <w:p>
      <w:r>
        <w:rPr>
          <w:rFonts w:ascii="Courier New" w:hAnsi="Courier New"/>
          <w:color w:val="555555"/>
          <w:sz w:val="20"/>
        </w:rPr>
        <w:t>[Chron . 317]</w:t>
      </w:r>
    </w:p>
    <w:p>
      <w:r>
        <w:rPr>
          <w:rFonts w:ascii="Gentium Plus" w:hAnsi="Gentium Plus"/>
          <w:sz w:val="24"/>
        </w:rPr>
        <w:t>σταυροῦ, ὡς εἶδεν ἐν τῷ οὐρανῷ, καὶ προηγεῖτο αὐτοῦ. καὶ προ‐ τρεψάμενος τὸν ἴδιον στρατόν, λέγων ὅτι Νικῶμεν, καὶ ὁρμήσας καὶ συμβαλὼν τοῖς βαρβάροις, ἐνίκησε τὸν πόλεμον κατὰ κράτος, ὥστε μηδένα τῶν βαρβάρων σωθῆναι ἀλλὰ πάντας ἀπολέσθαι.</w:t>
      </w:r>
    </w:p>
    <w:p>
      <w:r>
        <w:rPr>
          <w:rFonts w:ascii="Courier New" w:hAnsi="Courier New"/>
          <w:color w:val="555555"/>
          <w:sz w:val="20"/>
        </w:rPr>
        <w:t>[5]</w:t>
      </w:r>
    </w:p>
    <w:p>
      <w:r>
        <w:rPr>
          <w:rFonts w:ascii="Gentium Plus" w:hAnsi="Gentium Plus"/>
          <w:sz w:val="24"/>
        </w:rPr>
        <w:t>καὶ ἐπανῆλθεν ἐν τῇ Ῥώμῃ μετὰ νίκης καὶ χαρᾶς μεγάλης, ἔχων ἔμπροσθεν αὐτοῦ τὸν σίγνον τοῦ σταυροῦ. ἐξηγεῖτο δὲ πᾶσι τὴν τοῦ ὁράματος καὶ τοῦ σίγνου τοῦ σταυροῦ δύναμιν, λέγων ὅτι Τοῦτο τὸ σημεῖόν ἐστι τοῦ θεοῦ τῶν Γαλιλαίων τῶν λεγομένων χριστιανῶν. καὶ εὐθέως τὰ ἱερὰ καὶ πάντας τοὺς ναοὺς τῶν</w:t>
      </w:r>
    </w:p>
    <w:p>
      <w:r>
        <w:rPr>
          <w:rFonts w:ascii="Courier New" w:hAnsi="Courier New"/>
          <w:color w:val="555555"/>
          <w:sz w:val="20"/>
        </w:rPr>
        <w:t>[10]</w:t>
      </w:r>
    </w:p>
    <w:p>
      <w:r>
        <w:rPr>
          <w:rFonts w:ascii="Gentium Plus" w:hAnsi="Gentium Plus"/>
          <w:sz w:val="24"/>
        </w:rPr>
        <w:t>Ἑλλήνων κατέστρεψε καὶ τὰς ἐκκλησίας τῶν χριστιανῶν ἀνέῳξε, πανταχοῦ σάκρας καταπέμψας ὥστε τὰς ἐκκλησίας τῶν χριστια‐ νῶν ἀνοιχθῆναι. καὶ νηστεύσας καὶ κατηχηθεὶς ἐβαπτίσθη ὑπὸ Σιλβέστρου, ἐπισκόπου Ῥώμης, αὐτὸς καὶ ἡ μήτηρ αὐτοῦ Ἑλένη καὶ πάντες οἱ συγγενεῖς αὐτοῦ καὶ οἱ φίλοι αὐτοῦ καὶ πλῆθος ἄλ‐</w:t>
      </w:r>
    </w:p>
    <w:p>
      <w:r>
        <w:rPr>
          <w:rFonts w:ascii="Courier New" w:hAnsi="Courier New"/>
          <w:color w:val="555555"/>
          <w:sz w:val="20"/>
        </w:rPr>
        <w:t>[15]</w:t>
      </w:r>
    </w:p>
    <w:p>
      <w:r>
        <w:rPr>
          <w:rFonts w:ascii="Gentium Plus" w:hAnsi="Gentium Plus"/>
          <w:sz w:val="24"/>
        </w:rPr>
        <w:t>λων πολλῶν Ῥωμαίων. καὶ ἐγένετο χριστιανὸς ὁ αὐτὸς Κων‐ σταντῖνος βασιλεύς. Καὶ ἐπεστράτευσε κατὰ Περσῶν καὶ ἐνίκησεν καὶ ἐποίησε πά‐ κτα εἰρήνης μετὰ Σαραβάρου, βασιλέως Περσῶν, τοῦ Πέρσου αἰ‐</w:t>
      </w:r>
    </w:p>
    <w:p>
      <w:r>
        <w:rPr>
          <w:rFonts w:ascii="Courier New" w:hAnsi="Courier New"/>
          <w:color w:val="555555"/>
          <w:sz w:val="20"/>
        </w:rPr>
        <w:t>[Chron . 318]</w:t>
      </w:r>
    </w:p>
    <w:p>
      <w:r>
        <w:rPr>
          <w:rFonts w:ascii="Gentium Plus" w:hAnsi="Gentium Plus"/>
          <w:sz w:val="24"/>
        </w:rPr>
        <w:t>νος βασιλεὺς καὶ τὴν Εὐφρατησίαν ἐποίησεν ἐπαρχίαν, ἀπὸ Συ‐ ρίας καὶ Ὀσροηνῆς μερίσας καὶ δοὺς δίκαιον πόλεως ἐν Ἱε‐ ραπόλει. καὶ ὑποστρέψας ἦλθεν ἐν Ἀντιοχείᾳ τῇ μεγάλῃ· καὶ ἔκτισεν ἐκεῖ τὴν μεγάλην ἐκκλησίαν, μέγιστον κτίσμα, λύσας τὸ λε‐</w:t>
      </w:r>
    </w:p>
    <w:p>
      <w:r>
        <w:rPr>
          <w:rFonts w:ascii="Courier New" w:hAnsi="Courier New"/>
          <w:color w:val="555555"/>
          <w:sz w:val="20"/>
        </w:rPr>
        <w:t>[5]</w:t>
      </w:r>
    </w:p>
    <w:p>
      <w:r>
        <w:rPr>
          <w:rFonts w:ascii="Gentium Plus" w:hAnsi="Gentium Plus"/>
          <w:sz w:val="24"/>
        </w:rPr>
        <w:t>γόμενον Φιλίππου βασιλέως δημόσιον· λουτρὸν γὰρ παλαιὸν ἦν καὶ τῷ χρόνῳ φθαρὲν καὶ μὴ λοῦον. ἔκτισε δὲ καὶ ξενῶνα πλησίον· ὁμοίως δὲ ἔκτισε καὶ τὴν λεγομένην Ῥουφίνου βασιλικήν· ἦν γὰρ τοῦτο ἱερὸν τοῦ Ἑρμοῦ καὶ ἔλυσεν αὐτὸ Ῥουφῖνος ὁ ἔπαρχος τῶν ἱερῶν πραιτωρίων. ἀπελθὼν δὲ μετὰ τοῦ βασιλέως ἐν τῷ πολέ‐</w:t>
      </w:r>
    </w:p>
    <w:p>
      <w:r>
        <w:rPr>
          <w:rFonts w:ascii="Courier New" w:hAnsi="Courier New"/>
          <w:color w:val="555555"/>
          <w:sz w:val="20"/>
        </w:rPr>
        <w:t>[10]</w:t>
      </w:r>
    </w:p>
    <w:p>
      <w:r>
        <w:rPr>
          <w:rFonts w:ascii="Gentium Plus" w:hAnsi="Gentium Plus"/>
          <w:sz w:val="24"/>
        </w:rPr>
        <w:t>μῳ ἐκελεύσθη ὑπ’ αὐτοῦ περιμεῖναι ἐν Ἀντιοχείᾳ τῇ μεγάλῃ· καὶ ἐπλήρωσε τὴν αὐτὴν βασιλικήν, ἐπανερχομένου τοῦ αὐτοῦ βασι‐ λέως ἐπὶ Ῥώμην. ἐν τῷ δὲ μέλλειν ἐξέρχεσθαι τὸν βασιλέα Κων‐ σταντῖνον ἀπὸ τῆς αὐτῆς Ἀντιοχείας, ἐποίησε πρῶτος αὐτὸς ἄρ‐ χοντα Ἀντιοχείας τῆς Συρίας Πλούταρχον ὀνόματι χριστιανόν·</w:t>
      </w:r>
    </w:p>
    <w:p>
      <w:r>
        <w:rPr>
          <w:rFonts w:ascii="Courier New" w:hAnsi="Courier New"/>
          <w:color w:val="555555"/>
          <w:sz w:val="20"/>
        </w:rPr>
        <w:t>[15]</w:t>
      </w:r>
    </w:p>
    <w:p>
      <w:r>
        <w:rPr>
          <w:rFonts w:ascii="Gentium Plus" w:hAnsi="Gentium Plus"/>
          <w:sz w:val="24"/>
        </w:rPr>
        <w:t>ὅστις καὶ εἰς τὸ κτίσμα τῆς ἐκκλησίας καὶ τῆς βασιλικῆς ἐκελεύ‐ σθη ἐργοδιωκτεῖν. ὁ δὲ αὐτὸς Πλούταρχος ἐν τῷ κτίζειν τὸν ξε‐ νῶνα εὑρηκὼς τὸ χαλκούργημα τοῦ Ποσειδῶνος τὸ ἑστὼς τετελε‐ σμένον ἕνεκεν τοῦ μὴ πάσχειν σειομένην τὴν πόλιν, ἐπάρας τοῦτο ἐχώνευσε καὶ ἐποίησεν αὐτὸ στήλην τῷ αὐτῷ Κωνσταντίνῳ τῷ</w:t>
      </w:r>
    </w:p>
    <w:p>
      <w:r>
        <w:rPr>
          <w:rFonts w:ascii="Courier New" w:hAnsi="Courier New"/>
          <w:color w:val="555555"/>
          <w:sz w:val="20"/>
        </w:rPr>
        <w:t>[20]</w:t>
      </w:r>
    </w:p>
    <w:p>
      <w:r>
        <w:rPr>
          <w:rFonts w:ascii="Gentium Plus" w:hAnsi="Gentium Plus"/>
          <w:sz w:val="24"/>
        </w:rPr>
        <w:t>βασιλεῖ, στήσας αὐτὴν ἔξω τοῦ πραιτωρίου αὑτοῦ, γράψας ὑπο‐ κάτω αὐτῆς, Βόνω Κωνσταντίνω. ἥτις στήλη χαλκῆ ἵσταται ἕως τῆς νῦν.</w:t>
      </w:r>
    </w:p>
    <w:p>
      <w:r>
        <w:rPr>
          <w:rFonts w:ascii="Courier New" w:hAnsi="Courier New"/>
          <w:color w:val="555555"/>
          <w:sz w:val="20"/>
        </w:rPr>
        <w:t>[Chron . 319]</w:t>
      </w:r>
    </w:p>
    <w:p>
      <w:r>
        <w:rPr>
          <w:rFonts w:ascii="Gentium Plus" w:hAnsi="Gentium Plus"/>
          <w:sz w:val="24"/>
        </w:rPr>
        <w:t>τῶν Ἀντιοχέων πρώτοις κόμητα ἀνατολῆς ἐπὶ τῆς ὑπατείας Ἴλλου καὶ Ἀλβίνου, ποιήσας αὐτῷ πραιτώριον τὸ ἱερὸν τῶν Μουσῶν, πληροῦντα τὸν τόπον ἐν τῇ ἀνατολῇ τοῦ ἐπάρχου τῶν πραιτω‐ ρίων, ὀνόματι Φηλικιανὸν χριστιανόν, χαρισάμενος τῇ αὐτῇ</w:t>
      </w:r>
    </w:p>
    <w:p>
      <w:r>
        <w:rPr>
          <w:rFonts w:ascii="Courier New" w:hAnsi="Courier New"/>
          <w:color w:val="555555"/>
          <w:sz w:val="20"/>
        </w:rPr>
        <w:t>[5]</w:t>
      </w:r>
    </w:p>
    <w:p>
      <w:r>
        <w:rPr>
          <w:rFonts w:ascii="Gentium Plus" w:hAnsi="Gentium Plus"/>
          <w:sz w:val="24"/>
        </w:rPr>
        <w:t>πόλει τῶν Ἀντιοχέων διὰ θείου αὐτοῦ τύπου δικαιώματα ἀξίας δευτέρου κομετάτου, τοῦ τπγʹ ἔτους χρηματίζοντος κατὰ τὴν με‐ γάλην τῶν Ἀντιοχέων πόλιν. οὐκ ἦν γὰρ πρῴην ἐν τῇ αὐτῇ με‐ γάλῃ Ἀντιοχείᾳ κόμης ἀνατολῆς ἐγκάθετος, ἀλλὰ κατὰ πόλεμον κινούμενον δηληγάτωρ ἐκάθητο ἐν Ἀντιοχείᾳ τῆς Συρίας, καὶ ὅτε</w:t>
      </w:r>
    </w:p>
    <w:p>
      <w:r>
        <w:rPr>
          <w:rFonts w:ascii="Courier New" w:hAnsi="Courier New"/>
          <w:color w:val="555555"/>
          <w:sz w:val="20"/>
        </w:rPr>
        <w:t>[10]</w:t>
      </w:r>
    </w:p>
    <w:p>
      <w:r>
        <w:rPr>
          <w:rFonts w:ascii="Gentium Plus" w:hAnsi="Gentium Plus"/>
          <w:sz w:val="24"/>
        </w:rPr>
        <w:t>ἐπαύθη ὁ πόλεμος, ἐκουφίζετο ὁ δηληγάτωρ. ὁ δὲ βασιλεὺς Κων‐ σταντῖνος ἐξῆλθεν ἀπὸ Ἀντιοχείας, ἐάσας Ῥουφῖνον τὸν ἔπαρχον· ὅστις Ῥουφῖνος σπουδάσας ἀνεπλήρωσε τὴν βασιλικήν· καὶ διὰ τοῦτο ἐκλήθη ἡ Ῥουφίνου. Ὁ δὲ βασιλεὺς Κωνσταντῖνος ἔπεμψε τὴν ἑαυτοῦ μητέρα τὴν</w:t>
      </w:r>
    </w:p>
    <w:p>
      <w:r>
        <w:rPr>
          <w:rFonts w:ascii="Courier New" w:hAnsi="Courier New"/>
          <w:color w:val="555555"/>
          <w:sz w:val="20"/>
        </w:rPr>
        <w:t>[15]</w:t>
      </w:r>
    </w:p>
    <w:p>
      <w:r>
        <w:rPr>
          <w:rFonts w:ascii="Gentium Plus" w:hAnsi="Gentium Plus"/>
          <w:sz w:val="24"/>
        </w:rPr>
        <w:t>κυρὰν Ἑλένην εἰς Ἱεροσόλυμα εἰς ἀναζήτησιν τοῦ τιμίου σταυ‐ ροῦ· ἥτις καὶ εὑροῦσα ἀνήγαγε τὸν αὐτὸν τίμιον σταυρὸν μετὰ τῶν πέντε ἥλων· καὶ ηὐξήθη ἐξ ἐκείνου τὰ τῶν χριστιανῶν πάντα. Ὁ δὲ αὐτὸς βασιλεὺς καὶ τρίτην Παλαιστίνην ἐποίησεν ἐπαρ‐</w:t>
      </w:r>
    </w:p>
    <w:p>
      <w:r>
        <w:rPr>
          <w:rFonts w:ascii="Courier New" w:hAnsi="Courier New"/>
          <w:color w:val="555555"/>
          <w:sz w:val="20"/>
        </w:rPr>
        <w:t>[20]</w:t>
      </w:r>
    </w:p>
    <w:p>
      <w:r>
        <w:rPr>
          <w:rFonts w:ascii="Gentium Plus" w:hAnsi="Gentium Plus"/>
          <w:sz w:val="24"/>
        </w:rPr>
        <w:t>χίαν. καὶ ἐπὶ τῆς αὐτοῦ βασιλείας ἐνεκαινίσθη τό ποτε Βυζάν‐ τιον ἐπὶ τῆς ὑπατείας Γαλλιανοῦ καὶ Συμμάχου, τοῦ αὐτοῦ δὲ βασιλέως Κωνσταντίνου ποιήσαντος πρόκεσσον ἐπὶ πολὺν χρόνον,</w:t>
      </w:r>
    </w:p>
    <w:p>
      <w:r>
        <w:rPr>
          <w:rFonts w:ascii="Courier New" w:hAnsi="Courier New"/>
          <w:color w:val="555555"/>
          <w:sz w:val="20"/>
        </w:rPr>
        <w:t>[Chron . 320]</w:t>
      </w:r>
    </w:p>
    <w:p>
      <w:r>
        <w:rPr>
          <w:rFonts w:ascii="Gentium Plus" w:hAnsi="Gentium Plus"/>
          <w:sz w:val="24"/>
        </w:rPr>
        <w:t>χος τῆς αὐτῆς πόλεως ἀνενέωσε τοῦ Βύζου καὶ προσθεὶς ἄλλο διά‐ στημα πολὺ τῷ τείχει, καὶ συνάψας τῷ παλαιῷ τείχει τῆς αὐτῆς πόλεως, ἐκέλευσεν αὐτὴν Κωνσταντινούπολιν λέγεσθαι, ἀναπλη‐ ρώσας καὶ τὸ Ἱππικὸν καὶ κοσμήσας αὐτὸ χαλκουργήμασι καὶ πάσῃ</w:t>
      </w:r>
    </w:p>
    <w:p>
      <w:r>
        <w:rPr>
          <w:rFonts w:ascii="Courier New" w:hAnsi="Courier New"/>
          <w:color w:val="555555"/>
          <w:sz w:val="20"/>
        </w:rPr>
        <w:t>[5]</w:t>
      </w:r>
    </w:p>
    <w:p>
      <w:r>
        <w:rPr>
          <w:rFonts w:ascii="Gentium Plus" w:hAnsi="Gentium Plus"/>
          <w:sz w:val="24"/>
        </w:rPr>
        <w:t>ἀρετῇ, κτίσας ἐν αὐτῷ καὶ κάθισμα θεωρίου βασιλικοῦ καθ’ ὁμοιότητα τοῦ ἐν Ῥώμῃ ὄντος. ἔκτισε δὲ καὶ παλάτιον μέγα καὶ εὐπρεπὲς καθ’ ὁμοιότητα ὡσαύτως τοῦ Ῥώμης πλησίον τοῦ Ἱππι‐ κοῦ, [τὴν ἄνοδον ἀπὸ τοῦ παλατίου εἰς τὸ κάθισμα τοῦ Ἱππικοῦ διὰ] τοῦ λεγομένου Κοχλίου, κτίσας καὶ φόρον μέγαν καὶ εὐπρε‐</w:t>
      </w:r>
    </w:p>
    <w:p>
      <w:r>
        <w:rPr>
          <w:rFonts w:ascii="Courier New" w:hAnsi="Courier New"/>
          <w:color w:val="555555"/>
          <w:sz w:val="20"/>
        </w:rPr>
        <w:t>[10]</w:t>
      </w:r>
    </w:p>
    <w:p>
      <w:r>
        <w:rPr>
          <w:rFonts w:ascii="Gentium Plus" w:hAnsi="Gentium Plus"/>
          <w:sz w:val="24"/>
        </w:rPr>
        <w:t>πῆ πάνυ, καὶ στήσας ἐν τῷ μέσῳ κίονα ὁλοπόρφυρον ἄξιον θαύ‐ ματος, καὶ ἐπάνω τοῦ αὐτοῦ κίονος ἑαυτῷ ἔστησεν ἀνδριάντα, ἔχοντα ἐν τῇ κεφαλῇ αὐτοῦ ἀκτῖνας ἑπτά· ὅπερ χαλκούργημα ἤγαγεν εἰς τὸ Ἴλιον ἑστηκός, πόλιν τῆς Φρυγίας. ὁ δὲ αὐτὸς Κωνσταντῖνος ἀφελόμενος ἀπὸ Ῥώμης κρύφα τὸ λεγόμενον Παλ‐</w:t>
      </w:r>
    </w:p>
    <w:p>
      <w:r>
        <w:rPr>
          <w:rFonts w:ascii="Courier New" w:hAnsi="Courier New"/>
          <w:color w:val="555555"/>
          <w:sz w:val="20"/>
        </w:rPr>
        <w:t>[15]</w:t>
      </w:r>
    </w:p>
    <w:p>
      <w:r>
        <w:rPr>
          <w:rFonts w:ascii="Gentium Plus" w:hAnsi="Gentium Plus"/>
          <w:sz w:val="24"/>
        </w:rPr>
        <w:t>λάδιον ξόανον, ἔθηκεν αὐτὸ εἰς τὸν ὑπ’ αὐτοῦ κτισθέντα φόρον ὑποκάτω τοῦ κίονος τῆς στήλης αὐτοῦ, ὥς τινες λέγουσι τῶν Βυ‐ ζαντίων ὅτι ἐκεῖ κεῖται. τὴν δὲ τύχην τῆς πόλεως τῆς ὑπ’ αὐτοῦ ἀνανεωθείσης καὶ εἰς ὄνομα αὐτοῦ κτισθείσης ποιήσας τῷ θεῷ θυσίαν ἀναίμακτον ἐκάλεσεν Ἄνθουσαν. ἥτις πόλις ἐκτίσθη ἐξ</w:t>
      </w:r>
    </w:p>
    <w:p>
      <w:r>
        <w:rPr>
          <w:rFonts w:ascii="Courier New" w:hAnsi="Courier New"/>
          <w:color w:val="555555"/>
          <w:sz w:val="20"/>
        </w:rPr>
        <w:t>[20]</w:t>
      </w:r>
    </w:p>
    <w:p>
      <w:r>
        <w:rPr>
          <w:rFonts w:ascii="Gentium Plus" w:hAnsi="Gentium Plus"/>
          <w:sz w:val="24"/>
        </w:rPr>
        <w:t>ἀρχῆς ὑπὸ Φιδαλίας· καὶ ἐκάλεσε τότε τὴν τύχην αὐτῆς Κη‐</w:t>
      </w:r>
    </w:p>
    <w:p>
      <w:r>
        <w:rPr>
          <w:rFonts w:ascii="Courier New" w:hAnsi="Courier New"/>
          <w:color w:val="555555"/>
          <w:sz w:val="20"/>
        </w:rPr>
        <w:t>[Chron . 321]</w:t>
      </w:r>
    </w:p>
    <w:p>
      <w:r>
        <w:rPr>
          <w:rFonts w:ascii="Gentium Plus" w:hAnsi="Gentium Plus"/>
          <w:sz w:val="24"/>
        </w:rPr>
        <w:t>σιλεὺς μετὰ τὴν τελευτὴν Βαρβυσίου τοῦ πατρὸς αὐτῆς, τοῦ το‐ πάρχου καὶ φύλακος τοῦ αὐτοῦ ἐμπορίου. ὅστις Βαρβύσιος μέλ‐ λων τελευτᾶν ἐκέλευσε τὴν Φιδαλίαν ποιῆσαι τεῖχος τῷ τόπῳ ἕως θαλάσσης. ὁ δὲ Βύζας εἰς τὸ ἑαυτοῦ ὄνομα καλέσας τὴν χώραν</w:t>
      </w:r>
    </w:p>
    <w:p>
      <w:r>
        <w:rPr>
          <w:rFonts w:ascii="Courier New" w:hAnsi="Courier New"/>
          <w:color w:val="555555"/>
          <w:sz w:val="20"/>
        </w:rPr>
        <w:t>[5]</w:t>
      </w:r>
    </w:p>
    <w:p>
      <w:r>
        <w:rPr>
          <w:rFonts w:ascii="Gentium Plus" w:hAnsi="Gentium Plus"/>
          <w:sz w:val="24"/>
        </w:rPr>
        <w:t>ἐβασίλευσεν ἐν τῇ αὐτῇ πόλει. Ἔκτισε δὲ δύο ἐμβόλους ἀπὸ τῆς εἰσόδου τοῦ παλατίου ἕως τοῦ αὐτοῦ φόρου εὐπρεπεῖς καὶ κεκοσμημένους ἀνδριᾶσι καὶ μαρ‐ μάροις διαφόροις, καλέσας τὸν τόπον τῶν ἐμβόλων Ῥηγίαν, κτί‐ σας ἐγγὺς καὶ βασιλικὴν καὶ ἔξω μεγάλους κίονας καὶ ἀνδριάντας,</w:t>
      </w:r>
    </w:p>
    <w:p>
      <w:r>
        <w:rPr>
          <w:rFonts w:ascii="Courier New" w:hAnsi="Courier New"/>
          <w:color w:val="555555"/>
          <w:sz w:val="20"/>
        </w:rPr>
        <w:t>[10]</w:t>
      </w:r>
    </w:p>
    <w:p>
      <w:r>
        <w:rPr>
          <w:rFonts w:ascii="Gentium Plus" w:hAnsi="Gentium Plus"/>
          <w:sz w:val="24"/>
        </w:rPr>
        <w:t>ἥνπερ ἐκάλεσε Σενᾶτον, κατέναντι στήσας τῇ ἰδίᾳ μητρὶ Ἑλένῃ στήλην Αὐγούστας ἐν πορφυρῷ μικρῷ κίονι, καλέσας τὸν τόπον Αὐγουστιῶνα. ὁμοίως δὲ ἀνεπλήρωσε καὶ τὸ λεγόμενον Ζεύξιπ‐ πον δημόσιον λουτρόν, κοσμήσας κίοσι καὶ μαρμάροις ποικίλοις καὶ χαλκουργήμασιν· εὗρε γὰρ αὐτὸ ἀπλήρωτον, ἀρχθὲν μὲν</w:t>
      </w:r>
    </w:p>
    <w:p>
      <w:r>
        <w:rPr>
          <w:rFonts w:ascii="Courier New" w:hAnsi="Courier New"/>
          <w:color w:val="555555"/>
          <w:sz w:val="20"/>
        </w:rPr>
        <w:t>[15]</w:t>
      </w:r>
    </w:p>
    <w:p>
      <w:r>
        <w:rPr>
          <w:rFonts w:ascii="Gentium Plus" w:hAnsi="Gentium Plus"/>
          <w:sz w:val="24"/>
        </w:rPr>
        <w:t>πρῴην ὑπὸ Σεβήρου βασιλέως τὸ αὐτὸ δημόσιον. ἔκτισε δὲ καὶ τὸ Ἱππικὸν καὶ ἄλλα πολλά· καὶ ὅτε πάντα ἐπλήρωσεν, ἐπετέλε‐ σεν ἱππικόν, ἐν πρώτοις θεωρήσας ἐκεῖ καὶ φορέσας τότε ἐν πρώ‐ τοις ἐν τῇ ἰδίᾳ αὐτοῦ κορυφῇ διάδημα διὰ μαργαριτῶν καὶ λί‐ θων τιμίων, βουλόμενος πληρῶσαι τὴν προφητικὴν φωνὴν τὴν</w:t>
      </w:r>
    </w:p>
    <w:p>
      <w:r>
        <w:rPr>
          <w:rFonts w:ascii="Courier New" w:hAnsi="Courier New"/>
          <w:color w:val="555555"/>
          <w:sz w:val="20"/>
        </w:rPr>
        <w:t>[20]</w:t>
      </w:r>
    </w:p>
    <w:p>
      <w:r>
        <w:rPr>
          <w:rFonts w:ascii="Gentium Plus" w:hAnsi="Gentium Plus"/>
          <w:sz w:val="24"/>
        </w:rPr>
        <w:t>λέγουσαν„ ἔθηκας ἐπὶ τὴν κεφαλὴν αὐτοῦ στέφανον ἐκ λίθου τιμίου.“ οὐδεὶς γὰρ τῶν πρὸ αὐτοῦ βασιλευσάντων τοιοῦτόν τί</w:t>
      </w:r>
    </w:p>
    <w:p>
      <w:r>
        <w:rPr>
          <w:rFonts w:ascii="Courier New" w:hAnsi="Courier New"/>
          <w:color w:val="555555"/>
          <w:sz w:val="20"/>
        </w:rPr>
        <w:t>[Chron . 322]</w:t>
      </w:r>
    </w:p>
    <w:p>
      <w:r>
        <w:rPr>
          <w:rFonts w:ascii="Gentium Plus" w:hAnsi="Gentium Plus"/>
          <w:sz w:val="24"/>
        </w:rPr>
        <w:t>ἀρτεμισίῳ ιαʹ, ἔτους κατὰ Ἀντιόχειαν τὴν μεγάλην χρηματίζον‐ τος τοηʹ, κελεύσας διὰ θείου αὐτοῦ τύπου τῇ αὐτῇ ἡμέρᾳ ἐπιτε‐ λεῖσθαι τὴν ἑορτὴν τοῦ γενεθλίου τῆς πόλεως αὐτοῦ, καὶ ἀνοί‐ γειν τῇ αὐτῇ ιαʹ τοῦ μαΐου μηνὸς τὸ δημόσιον λουτρὸν τὸ Ζεύ‐</w:t>
      </w:r>
    </w:p>
    <w:p>
      <w:r>
        <w:rPr>
          <w:rFonts w:ascii="Courier New" w:hAnsi="Courier New"/>
          <w:color w:val="555555"/>
          <w:sz w:val="20"/>
        </w:rPr>
        <w:t>[5]</w:t>
      </w:r>
    </w:p>
    <w:p>
      <w:r>
        <w:rPr>
          <w:rFonts w:ascii="Gentium Plus" w:hAnsi="Gentium Plus"/>
          <w:sz w:val="24"/>
        </w:rPr>
        <w:t>ξιππον, πλησίον ὂν τοῦ Ἱππικοῦ καὶ τῆς Ῥηγίας καὶ τοῦ παλατίου, ποιήσας ἑαυτῷ ἄλλην στήλην ξοάνου κεχρυσωμένην, βαστάζου‐ σαν τῇ δεξιᾷ αὐτοῦ χειρὶ τὴν τύχην τῆς αὐτῆς πόλεως καὶ αὐτὴν κεχρυσωμένην, ἣν ἐκάλεσεν Ἄνθουσαν, κελεύσας κατὰ τὴν αὐτὴν ἡμέραν τοῦ γενεθλιακοῦ ἱππικοῦ εἰσιέναι τὴν αὐτὴν τοῦ ξοάνου</w:t>
      </w:r>
    </w:p>
    <w:p>
      <w:r>
        <w:rPr>
          <w:rFonts w:ascii="Courier New" w:hAnsi="Courier New"/>
          <w:color w:val="555555"/>
          <w:sz w:val="20"/>
        </w:rPr>
        <w:t>[10]</w:t>
      </w:r>
    </w:p>
    <w:p>
      <w:r>
        <w:rPr>
          <w:rFonts w:ascii="Gentium Plus" w:hAnsi="Gentium Plus"/>
          <w:sz w:val="24"/>
        </w:rPr>
        <w:t>στήλην διριγευομένην ὑπὸ τῶν στρατιωτῶν μετὰ χλαμύδων καὶ καμπαγίων, πάντων κατεχόντων κηρούς, καὶ περιέρχεσθαι τὸ σχῆ‐ μα τὸν ἄνω καμπτὸν καὶ ἔρχεσθαι εἰς τὸ σκάμμα κατέναντι τοῦ βασιλικοῦ καθίσματος, καὶ ἐγείρεσθαι τὸν κατὰ καιρὸν βασιλέα καὶ προσκυνεῖν, ὡς θεωρεῖ τὴν αὐτὴν στήλην Κωνσταντίνου καὶ</w:t>
      </w:r>
    </w:p>
    <w:p>
      <w:r>
        <w:rPr>
          <w:rFonts w:ascii="Courier New" w:hAnsi="Courier New"/>
          <w:color w:val="555555"/>
          <w:sz w:val="20"/>
        </w:rPr>
        <w:t>[15]</w:t>
      </w:r>
    </w:p>
    <w:p>
      <w:r>
        <w:rPr>
          <w:rFonts w:ascii="Gentium Plus" w:hAnsi="Gentium Plus"/>
          <w:sz w:val="24"/>
        </w:rPr>
        <w:t>τῆς τύχης τῆς πόλεως. καὶ πεφύλακται τοῦτο τὸ ἔθος ἕως τοῦ νῦν. Ὁ δὲ θειότατος Κωνσταντῖνος ἐν τῇ συμπληρώσει τῆς αὐτοῦ ὑπατείας ἔῤῥιψεν ἐν Κωνσταντινουπόλει χάρισμα τοῖς Βυζαντίοις καλάμων συντόμια ἄρτων ἡμερησίων διαιωνιζόντων, οὕστινας</w:t>
      </w:r>
    </w:p>
    <w:p>
      <w:r>
        <w:rPr>
          <w:rFonts w:ascii="Courier New" w:hAnsi="Courier New"/>
          <w:color w:val="555555"/>
          <w:sz w:val="20"/>
        </w:rPr>
        <w:t>[20]</w:t>
      </w:r>
    </w:p>
    <w:p>
      <w:r>
        <w:rPr>
          <w:rFonts w:ascii="Gentium Plus" w:hAnsi="Gentium Plus"/>
          <w:sz w:val="24"/>
        </w:rPr>
        <w:t>ἄρτους ἐκάλεσε παλατίνους διὰ τὸ ἐν τῷ παλατίῳ ῥογεύεσθαι</w:t>
      </w:r>
    </w:p>
    <w:p>
      <w:r>
        <w:rPr>
          <w:rFonts w:ascii="Courier New" w:hAnsi="Courier New"/>
          <w:color w:val="555555"/>
          <w:sz w:val="20"/>
        </w:rPr>
        <w:t>[Chron . 323]</w:t>
      </w:r>
    </w:p>
    <w:p>
      <w:r>
        <w:rPr>
          <w:rFonts w:ascii="Gentium Plus" w:hAnsi="Gentium Plus"/>
          <w:sz w:val="24"/>
        </w:rPr>
        <w:t>στια, ἀφορίσας πρόσοδον ὑπὲρ αὐτῶν ἐκ τῶν ἰδίων καὶ καλέσας αὐτοὺς πολιτικούς. Ὁ δὲ αὐτὸς Κωνσταντῖνος ἔμεινε βασιλεύων ἐν Κωνσταντι‐ νουπόλει, ἀφελόμενος αὐτὴν ἀπὸ τῆς Εὐρώπης ἐπαρχίας ἀπὸ</w:t>
      </w:r>
    </w:p>
    <w:p>
      <w:r>
        <w:rPr>
          <w:rFonts w:ascii="Courier New" w:hAnsi="Courier New"/>
          <w:color w:val="555555"/>
          <w:sz w:val="20"/>
        </w:rPr>
        <w:t>[5]</w:t>
      </w:r>
    </w:p>
    <w:p>
      <w:r>
        <w:rPr>
          <w:rFonts w:ascii="Gentium Plus" w:hAnsi="Gentium Plus"/>
          <w:sz w:val="24"/>
        </w:rPr>
        <w:t>Ἡρακλείας τῆς μητροπόλεως αὐτῆς, δοὺς αὐτῇ ἀπὸ θεοῦ δίκαιον βασιλείας, προβαλόμενος ἐν αὐτῇ ἔπαρχον πραιτωρίων καὶ ἔπαρ‐ χον πόλεως καὶ τοὺς λοιποὺς μεγάλους ἄρχοντας, χριστιανοὺς πάντας ποιήσας. καὶ ἔμεινεν ἐξ ἐκείνου εὐτυχῶς βασιλεύουσα. Ὁ δὲ αὐτὸς Κωνσταντῖνος βασιλεὺς καὶ τὴν Φρυγίαν Σαλου‐</w:t>
      </w:r>
    </w:p>
    <w:p>
      <w:r>
        <w:rPr>
          <w:rFonts w:ascii="Courier New" w:hAnsi="Courier New"/>
          <w:color w:val="555555"/>
          <w:sz w:val="20"/>
        </w:rPr>
        <w:t>[10]</w:t>
      </w:r>
    </w:p>
    <w:p>
      <w:r>
        <w:rPr>
          <w:rFonts w:ascii="Gentium Plus" w:hAnsi="Gentium Plus"/>
          <w:sz w:val="24"/>
        </w:rPr>
        <w:t>ταρίαν ἐποίησεν ἐπαρχίαν. ἐπὶ δὲ τῆς αὐτοῦ βασιλείας ἡ σύνο‐ δος ἐγένετο τῶν τιηʹ ἐπισκόπων κατὰ Ἀρείου περὶ τῆς πίστεως τῶν χριστιανῶν. ἐν αὐτῇ δὲ τῇ συνόδῳ ὑπῆρχε καὶ ὁ ὁσιώτα‐ τος ἐπίσκοπος Εὐσέβιος ὁ Παμφίλου ὁ χρονογράφος. Ἔπαθε δὲ ἐπὶ τῆς βασιλείας τοῦ αὐτοῦ Κωνσταντίνου ὑπὸ</w:t>
      </w:r>
    </w:p>
    <w:p>
      <w:r>
        <w:rPr>
          <w:rFonts w:ascii="Courier New" w:hAnsi="Courier New"/>
          <w:color w:val="555555"/>
          <w:sz w:val="20"/>
        </w:rPr>
        <w:t>[15]</w:t>
      </w:r>
    </w:p>
    <w:p>
      <w:r>
        <w:rPr>
          <w:rFonts w:ascii="Gentium Plus" w:hAnsi="Gentium Plus"/>
          <w:sz w:val="24"/>
        </w:rPr>
        <w:t>θεομηνίας Μαξιμιανούπολις τῆς Ὀσδροηνῆς τὸ δεύτερον αὐτῆς πάθος τὸ μετὰ τὸ ληφθῆναι ὑπὸ τῶν Περσῶν. καὶ ἀνήγειρεν αὐτὴν ὁ αὐτὸς βασιλεὺς Κωνσταντῖνος καὶ τὰ τείχη αὐτῆς· ἦσαν γὰρ πεσόντα· καὶ τοῖς περισωθεῖσι πολλὰ ἐχαρίσατο· καὶ μετε‐ κάλεσεν αὐτὴν εἰς τὸ ἴδιον ὄνομα Κωνσταντῖναν. ἔκτισε δὲ καὶ</w:t>
      </w:r>
    </w:p>
    <w:p>
      <w:r>
        <w:rPr>
          <w:rFonts w:ascii="Courier New" w:hAnsi="Courier New"/>
          <w:color w:val="555555"/>
          <w:sz w:val="20"/>
        </w:rPr>
        <w:t>[20]</w:t>
      </w:r>
    </w:p>
    <w:p>
      <w:r>
        <w:rPr>
          <w:rFonts w:ascii="Gentium Plus" w:hAnsi="Gentium Plus"/>
          <w:sz w:val="24"/>
        </w:rPr>
        <w:t>εἰς τὴν Βιθυνίαν τὴν πρῴην οὖσαν κώμην λεγομένην Σουγάν, δοὺς αὐτῇ καὶ δίκαιον πόλεως καὶ καλέσας αὐτὴν εἰς ὄνομα τῆς ἰδίας αὐτοῦ μητρὸς Ἑλενούπολιν. καὶ εἰς ὄνομα δὲ τῆς αὐτοῦ</w:t>
      </w:r>
    </w:p>
    <w:p>
      <w:r>
        <w:rPr>
          <w:rFonts w:ascii="Courier New" w:hAnsi="Courier New"/>
          <w:color w:val="555555"/>
          <w:sz w:val="20"/>
        </w:rPr>
        <w:t>[Chron . 324]</w:t>
      </w:r>
    </w:p>
    <w:p>
      <w:r>
        <w:rPr>
          <w:rFonts w:ascii="Gentium Plus" w:hAnsi="Gentium Plus"/>
          <w:sz w:val="24"/>
        </w:rPr>
        <w:t>Καὶ ἐν αὐτῷ τῷ χρόνῳ ὁ αὐτὸς βασιλεὺς Κωνσταντῖνος τοὺς ὄντας ἐν Κωνσταντινουπόλει τρεῖς ναοὺς ἐν τῇ πρῴην λεγομένῃ ἀκροπόλει τοῦ Ἡλίου καὶ τῆς Ἀρτέμιδος σελήνης καὶ τῆς Ἀφρο‐ δίτης ἐκέλευσεν ἀχρηματίστους τοῦ λοιποῦ διαμεῖναι.</w:t>
      </w:r>
    </w:p>
    <w:p>
      <w:r>
        <w:rPr>
          <w:rFonts w:ascii="Courier New" w:hAnsi="Courier New"/>
          <w:color w:val="555555"/>
          <w:sz w:val="20"/>
        </w:rPr>
        <w:t>[5]</w:t>
      </w:r>
    </w:p>
    <w:p>
      <w:r>
        <w:rPr>
          <w:rFonts w:ascii="Gentium Plus" w:hAnsi="Gentium Plus"/>
          <w:sz w:val="24"/>
        </w:rPr>
        <w:t>Μετὰ δὲ ὀλίγον καιρὸν ἐτελεύτησεν ὁ αὐτὸς βασιλεὺς Κων‐ σταντῖνος ἐν Νικομηδείᾳ τῆς Βιθυνίας, ὡς ἔστιν ἐν προκέσσῳ, ἐν προαστείῳ τινὶ λεγομένῳ Ἀχυρῶνι πρὸ ὀλίγου διαστήματος τῆς πόλεως, ἀῤῥωστήσας ἡμέρας ἕξ, πρὸ τοῦ πληρωθῆναι τὸ κτίσμα ἐν Ἀντιοχείᾳ τῇ μεγάλῃ τῆς Συρίας τὸ τῆς μεγάλης ἐκκλησίας τὸ</w:t>
      </w:r>
    </w:p>
    <w:p>
      <w:r>
        <w:rPr>
          <w:rFonts w:ascii="Courier New" w:hAnsi="Courier New"/>
          <w:color w:val="555555"/>
          <w:sz w:val="20"/>
        </w:rPr>
        <w:t>[10]</w:t>
      </w:r>
    </w:p>
    <w:p>
      <w:r>
        <w:rPr>
          <w:rFonts w:ascii="Gentium Plus" w:hAnsi="Gentium Plus"/>
          <w:sz w:val="24"/>
        </w:rPr>
        <w:t>μέγιστον καὶ ἓν ὂν τῶν θεαμάτων. τελευτᾷ δὲ ὢν ἐνιαυτῶν ξʹ καὶ μηνῶν γʹ, ὡς ταῦτα συνεγράψατο καὶ τοὺς χρόνους πάντας τῶν προγεγραμμένων βασιλέων ὁ σοφώτατος Νεστοριανὸς ὁ χρο‐ νογράφος. Μετὰ δὲ τὴν βασιλείαν Κωνσταντίνου τοῦ μεγάλου ηὑρέθη</w:t>
      </w:r>
    </w:p>
    <w:p>
      <w:r>
        <w:rPr>
          <w:rFonts w:ascii="Courier New" w:hAnsi="Courier New"/>
          <w:color w:val="555555"/>
          <w:sz w:val="20"/>
        </w:rPr>
        <w:t>[15]</w:t>
      </w:r>
    </w:p>
    <w:p>
      <w:r>
        <w:rPr>
          <w:rFonts w:ascii="Gentium Plus" w:hAnsi="Gentium Plus"/>
          <w:sz w:val="24"/>
        </w:rPr>
        <w:t>βασιλεὺς ὢν ἐν Ῥώμῃ Κωνσταντῖνος ὁ υἱὸς αὐτοῦ· ὅντινα ἐν τῇ ζωῇ αὐτοῦ ἐποίησε βασιλέα Ῥώμης ἐπὶ τῆς ὑπατείας Οὔρσου καὶ</w:t>
      </w:r>
    </w:p>
    <w:p>
      <w:r>
        <w:rPr>
          <w:rFonts w:ascii="Courier New" w:hAnsi="Courier New"/>
          <w:color w:val="555555"/>
          <w:sz w:val="20"/>
        </w:rPr>
        <w:t>[Chron . 325]</w:t>
      </w:r>
    </w:p>
    <w:p>
      <w:r>
        <w:rPr>
          <w:rFonts w:ascii="Gentium Plus" w:hAnsi="Gentium Plus"/>
          <w:sz w:val="24"/>
        </w:rPr>
        <w:t>Ὁ δὲ αὐτὸς Κωνσταντῖνος βασιλεὺς ὁ μικρὸς ἐβασίλευσεν ἐν τῇ Ῥώμῃ ἔνη ιβʹ. ὅστις μετὰ τελευτὴν τοῦ πατρὸς ἐξῆλθεν εἰς πρόκεσσον καὶ ἐσφάγη ἐν Μοθώνῃ ὑπὸ τῶν ἀνθρώπων τοῦ ἀδελ‐ φοῦ αὐτοῦ, ὢν ἐνιαυτῶν κʹ.</w:t>
      </w:r>
    </w:p>
    <w:p>
      <w:r>
        <w:rPr>
          <w:rFonts w:ascii="Courier New" w:hAnsi="Courier New"/>
          <w:color w:val="555555"/>
          <w:sz w:val="20"/>
        </w:rPr>
        <w:t>[5]</w:t>
      </w:r>
    </w:p>
    <w:p>
      <w:r>
        <w:rPr>
          <w:rFonts w:ascii="Gentium Plus" w:hAnsi="Gentium Plus"/>
          <w:sz w:val="24"/>
        </w:rPr>
        <w:t>Μετὰ δὲ τὴν βασιλείαν Κωνσταντίνου τοῦ μικροῦ ἐβασίλευ‐ σεν ἐν τῇ Ῥώμῃ Κώνστας ὁ ἀδελφὸς αὐτοῦ ἔτη ιϛʹ. ὅστις ἀῤῥω‐ στήσας ἀπὸ δυσεντερίας ἐτελεύτα, ὢν ἐνιαυτῶν κζʹ. Μετὰ δὲ τὴν βασιλείαν Κωνσταντίνου τοῦ μεγάλου ἐβασίλευ‐ σε Κωνσταντινουπόλεως Κωνστάντιος ὁ υἱὸς αὐτοῦ ὁ μικρότερος</w:t>
      </w:r>
    </w:p>
    <w:p>
      <w:r>
        <w:rPr>
          <w:rFonts w:ascii="Courier New" w:hAnsi="Courier New"/>
          <w:color w:val="555555"/>
          <w:sz w:val="20"/>
        </w:rPr>
        <w:t>[10]</w:t>
      </w:r>
    </w:p>
    <w:p>
      <w:r>
        <w:rPr>
          <w:rFonts w:ascii="Gentium Plus" w:hAnsi="Gentium Plus"/>
          <w:sz w:val="24"/>
        </w:rPr>
        <w:t>ἔτη λʹ. ἦν δὲ μεγαλόψυχος, ἐξακιονίτης, ὅ ἐστιν Ἀρειανός. ἐπὶ δὲ τῆς αὐτοῦ βασιλείας ἐκίνησαν οἱ Πέρσαι, ἤτοι Ἀββουραρσάκιος ὁ βασιλεύς· καὶ ἐπεστράτευσε κατ’ αὐτῶν ποιήσας Καίσαρα Ἰου‐ λιανὸν συγγενέα αὐτοῦ. Καὶ γενόμενος ἐν Ἀντιοχείᾳ τῇ μεγάλῃ ἐπλήρωσε τὴν μεγάλην</w:t>
      </w:r>
    </w:p>
    <w:p>
      <w:r>
        <w:rPr>
          <w:rFonts w:ascii="Courier New" w:hAnsi="Courier New"/>
          <w:color w:val="555555"/>
          <w:sz w:val="20"/>
        </w:rPr>
        <w:t>[15]</w:t>
      </w:r>
    </w:p>
    <w:p>
      <w:r>
        <w:rPr>
          <w:rFonts w:ascii="Gentium Plus" w:hAnsi="Gentium Plus"/>
          <w:sz w:val="24"/>
        </w:rPr>
        <w:t>ἐκκλησίαν ἐπιγράψας ταῦτα·</w:t>
      </w:r>
    </w:p>
    <w:p>
      <w:r>
        <w:rPr>
          <w:rFonts w:ascii="Courier New" w:hAnsi="Courier New"/>
          <w:color w:val="555555"/>
          <w:sz w:val="20"/>
        </w:rPr>
        <w:t>[Chron . 326]</w:t>
      </w:r>
    </w:p>
    <w:p>
      <w:r>
        <w:rPr>
          <w:rFonts w:ascii="Gentium Plus" w:hAnsi="Gentium Plus"/>
          <w:sz w:val="24"/>
        </w:rPr>
        <w:t>Χριστῷ Κωνστάντιος ἐπέραιστον οἶκον ἔτευξεν, Οὐρανίαις ἀψῖσι πανείκελα, παμφανόωντα, Κωνσταντίου ἄνακτος ὑποδρήσσοντος ἐφετμαῖς· Γοργόνιος δὲ κόμης θαλαμηπόλον ἔργον ὕφανε.</w:t>
      </w:r>
    </w:p>
    <w:p>
      <w:r>
        <w:rPr>
          <w:rFonts w:ascii="Courier New" w:hAnsi="Courier New"/>
          <w:color w:val="555555"/>
          <w:sz w:val="20"/>
        </w:rPr>
        <w:t>[5]</w:t>
      </w:r>
    </w:p>
    <w:p>
      <w:r>
        <w:rPr>
          <w:rFonts w:ascii="Gentium Plus" w:hAnsi="Gentium Plus"/>
          <w:sz w:val="24"/>
        </w:rPr>
        <w:t>καὶ κατελθὼν ἐπὶ τὰ Περσικὰ ἐποίησε πάκτα εἰρήνης μετὰ Περ‐ σῶν ἐπὶ φανερὸν χρόνον, πολλῶν πεσόντων ἐξ ἀμφοτέρων ἐν τῇ συμβολῇ. καὶ ὑποστρέψας ἐποίησε τὰ ἐγκαίνια τῆς αὐτῆς μεγά‐ λης ἐκκλησίας ἐν Ἀντιοχείᾳ. καὶ ἐξελθὼν ὁ αὐτὸς Κωνστάντιος ἀπὸ Ἀντιοχείας, ἀνιὼν ἐπὶ Κωνσταντινούπολιν, ἔφθασε τὴν Κιλι‐</w:t>
      </w:r>
    </w:p>
    <w:p>
      <w:r>
        <w:rPr>
          <w:rFonts w:ascii="Courier New" w:hAnsi="Courier New"/>
          <w:color w:val="555555"/>
          <w:sz w:val="20"/>
        </w:rPr>
        <w:t>[10]</w:t>
      </w:r>
    </w:p>
    <w:p>
      <w:r>
        <w:rPr>
          <w:rFonts w:ascii="Gentium Plus" w:hAnsi="Gentium Plus"/>
          <w:sz w:val="24"/>
        </w:rPr>
        <w:t>κίαν· καὶ ἔκτισεν ἐκεῖ τὴν γέφυραν τοῦ Πυράμου ποταμοῦ, ἔργον μέγιστον. καὶ εἰσελθὼν ἐν Μαμψουεστίᾳ, πόλει τῆς Κιλικίας, ἀῤ‐ ῥωστήσας τελευτᾷ ἐκεῖ, ὢν ἐνιαυτῶν μʹ. Μετὰ δὲ τὴν βασιλείαν Κωνσταντίου ἐβασίλευσεν Ἰουλιανὸς ὁ παραβάτης, ὁ πρῴην γενόμενος Καῖσαρ, ὁ συγγενεὺς τοῦ αὐτοῦ</w:t>
      </w:r>
    </w:p>
    <w:p>
      <w:r>
        <w:rPr>
          <w:rFonts w:ascii="Courier New" w:hAnsi="Courier New"/>
          <w:color w:val="555555"/>
          <w:sz w:val="20"/>
        </w:rPr>
        <w:t>[15]</w:t>
      </w:r>
    </w:p>
    <w:p>
      <w:r>
        <w:rPr>
          <w:rFonts w:ascii="Gentium Plus" w:hAnsi="Gentium Plus"/>
          <w:sz w:val="24"/>
        </w:rPr>
        <w:t>Κωνσταντίου, ἐπὶ ὑπατείας Μαρμεντίου καὶ Νεβήτα· ὅστις ἐβα‐</w:t>
      </w:r>
    </w:p>
    <w:p>
      <w:r>
        <w:rPr>
          <w:rFonts w:ascii="Courier New" w:hAnsi="Courier New"/>
          <w:color w:val="555555"/>
          <w:sz w:val="20"/>
        </w:rPr>
        <w:t>[Chron . 327]</w:t>
      </w:r>
    </w:p>
    <w:p>
      <w:r>
        <w:rPr>
          <w:rFonts w:ascii="Gentium Plus" w:hAnsi="Gentium Plus"/>
          <w:sz w:val="24"/>
        </w:rPr>
        <w:t>ἀρνησάμενος τὸ δόγμα τῶν αὐτοῦ προγόνων, τὸ τῶν χριστιανῶν, γέγονεν Ἕλλην. ἦν δὲ φίλος καὶ ὁμόχρονος Λιβανίου τοῦ περι‐ βοήτου σοφιστοῦ Ἀντιοχείας. Ἐπὶ δὲ τῆς αὐτοῦ βασιλείας ἐμαρτύρησεν ὁ ἅγιος Δομέ‐</w:t>
      </w:r>
    </w:p>
    <w:p>
      <w:r>
        <w:rPr>
          <w:rFonts w:ascii="Courier New" w:hAnsi="Courier New"/>
          <w:color w:val="555555"/>
          <w:sz w:val="20"/>
        </w:rPr>
        <w:t>[5]</w:t>
      </w:r>
    </w:p>
    <w:p>
      <w:r>
        <w:rPr>
          <w:rFonts w:ascii="Gentium Plus" w:hAnsi="Gentium Plus"/>
          <w:sz w:val="24"/>
        </w:rPr>
        <w:t>τιος. ἐπεστράτευσε γὰρ κατὰ Περσῶν δυνατὴν στρατείαν, καὶ κατελθὼν κατέλαβεν Ἀντιόχειαν· καὶ ἀνελθὼν ἐν τῷ ὄρει τῷ λε‐ γομένῳ Κασίῳ ἐποίησεν ἐκεῖ θυσίαν ἑκατόμβην τῷ Διὶ Κασίῳ· καὶ κατελθὼν ἐκεῖθεν καὶ ἐλθὼν εἰς Δάφνην ἐποίησε κἀκεῖ θυ‐ σίαν τῷ Ἀπόλλωνι. καὶ παρακοιμηθεὶς εἶδεν ἐν ὁράματι παῖδα</w:t>
      </w:r>
    </w:p>
    <w:p>
      <w:r>
        <w:rPr>
          <w:rFonts w:ascii="Courier New" w:hAnsi="Courier New"/>
          <w:color w:val="555555"/>
          <w:sz w:val="20"/>
        </w:rPr>
        <w:t>[10]</w:t>
      </w:r>
    </w:p>
    <w:p>
      <w:r>
        <w:rPr>
          <w:rFonts w:ascii="Gentium Plus" w:hAnsi="Gentium Plus"/>
          <w:sz w:val="24"/>
        </w:rPr>
        <w:t>ξανθὸν λέγοντα αὐτῷ, Ἐν Ἀσίᾳ δεῖ σε τεθνάναι. εἰσερχόμενος δὲ ἀπὸ Δάφνης ἐν Ἀντιοχείᾳ ὑπηντήθη ὑπὸ τῶν συγκλητικῶν αὐ‐ τοῦ καὶ τῶν ἀξιωματικῶν αὐτοῦ καὶ τοῦ δήμου. καὶ ἔκραξαν αὐ‐ τῷ οἱ δημόται Ἀντιοχείας ὑβριστικὰς φωνάς, ὡς χριστιανοὶ θερ‐ μοὶ ὄντες, δεδωκότες αὐτῷ ἐν ταῖς αὐτῶν φωναῖς κληδόνα μὴ</w:t>
      </w:r>
    </w:p>
    <w:p>
      <w:r>
        <w:rPr>
          <w:rFonts w:ascii="Courier New" w:hAnsi="Courier New"/>
          <w:color w:val="555555"/>
          <w:sz w:val="20"/>
        </w:rPr>
        <w:t>[15]</w:t>
      </w:r>
    </w:p>
    <w:p>
      <w:r>
        <w:rPr>
          <w:rFonts w:ascii="Gentium Plus" w:hAnsi="Gentium Plus"/>
          <w:sz w:val="24"/>
        </w:rPr>
        <w:t>ὑποστρέψαι. ἀπὸ δὲ τῶν πλησίον αὐτοῦ δύο κανδιδᾶτοι χρι‐ στιανοί, ὧν τὰ ὀνόματά ἐστι ταῦτα, Ἰουβεντῖνος καὶ Μαξιμιανός, ἀποσχίσαντες συνέμιξαν τοῖς ὑβρίζουσιν αὐτὸν ὄχλοις, πλέον ἀνε‐ γείροντες τὸν δῆμον εἰς ὕβρεις. καὶ ἑωρακὼς αὐτοὺς Ἰουλιανὸς ὁ βασιλεύς, ἐκέλευσεν αὐτοὺς συσχεθῆναι· καὶ εὐθέως αὐτοὺς</w:t>
      </w:r>
    </w:p>
    <w:p>
      <w:r>
        <w:rPr>
          <w:rFonts w:ascii="Courier New" w:hAnsi="Courier New"/>
          <w:color w:val="555555"/>
          <w:sz w:val="20"/>
        </w:rPr>
        <w:t>[20]</w:t>
      </w:r>
    </w:p>
    <w:p>
      <w:r>
        <w:rPr>
          <w:rFonts w:ascii="Gentium Plus" w:hAnsi="Gentium Plus"/>
          <w:sz w:val="24"/>
        </w:rPr>
        <w:t>ἀπεκεφάλισεν ἐν Ἀντιοχείᾳ, καὶ ἐτέθησαν τὰ λείψανα αὐτῶν ἐν τῷ μαρτυρίῳ τῷ λεγομένῳ Κοιμητηρίῳ· οὕστινας καλοῦσιν οἱ Ἀν‐ τιοχεῖς Γεντιλίους. καὶ ἀγανακτήσας κατὰ τῶν Ἀντιοχέων ἠπεί‐</w:t>
      </w:r>
    </w:p>
    <w:p>
      <w:r>
        <w:rPr>
          <w:rFonts w:ascii="Courier New" w:hAnsi="Courier New"/>
          <w:color w:val="555555"/>
          <w:sz w:val="20"/>
        </w:rPr>
        <w:t>[Chron . 328]</w:t>
      </w:r>
    </w:p>
    <w:p>
      <w:r>
        <w:rPr>
          <w:rFonts w:ascii="Gentium Plus" w:hAnsi="Gentium Plus"/>
          <w:sz w:val="24"/>
        </w:rPr>
        <w:t>ἔχοντας κληδόνα, εἰπὼν περὶ τῶν αὐτῶν Ἀντιοχέων λόγον, δια‐ βάλλων αὐτοὺς ὡς τυράννους. καὶ προέθηκε τὸν κατ’ αὐτῶν ῥηθέντα παρ’ αὐτοῦ λόγον ἔξω τοῦ παλατίου τῆς αὐτῆς πόλεως εἰς τὸ λεγόμενον Τετράπυλον τῶν ἐλεφάντων πλησίον τῆς Ῥηγίας.</w:t>
      </w:r>
    </w:p>
    <w:p>
      <w:r>
        <w:rPr>
          <w:rFonts w:ascii="Courier New" w:hAnsi="Courier New"/>
          <w:color w:val="555555"/>
          <w:sz w:val="20"/>
        </w:rPr>
        <w:t>[5]</w:t>
      </w:r>
    </w:p>
    <w:p>
      <w:r>
        <w:rPr>
          <w:rFonts w:ascii="Gentium Plus" w:hAnsi="Gentium Plus"/>
          <w:sz w:val="24"/>
        </w:rPr>
        <w:t>Καὶ ἐξελθὼν διὰ τῶν Κυρηστικῶν ἀπῆλθε κατὰ Περσῶν· παρερχόμενος δὲ διὰ Κύρου τῆς πόλεως ἐν τῇ χώρᾳ εἶδεν ὄχλον ἑστῶτα ἐν τῷ σπηλαίῳ τοῦ ἁγίου Δομετίου καὶ ἰώμενον παρ’ αὐ‐ τοῦ. καὶ ἐρωτᾷ τινας τίς ἐστιν ἐκεῖνος ὁ συναγόμενος ὄχλος; καὶ ἔμαθεν ὅτι ἐν τῷ σπηλαίῳ τοῦ ὄρους ἐστὶ μοναχὸς καὶ πρὸς αὐτὸν</w:t>
      </w:r>
    </w:p>
    <w:p>
      <w:r>
        <w:rPr>
          <w:rFonts w:ascii="Courier New" w:hAnsi="Courier New"/>
          <w:color w:val="555555"/>
          <w:sz w:val="20"/>
        </w:rPr>
        <w:t>[10]</w:t>
      </w:r>
    </w:p>
    <w:p>
      <w:r>
        <w:rPr>
          <w:rFonts w:ascii="Gentium Plus" w:hAnsi="Gentium Plus"/>
          <w:sz w:val="24"/>
        </w:rPr>
        <w:t>συνάγεται ὁ ἑστὼς ὄχλος, θέλων ἰαθῆναι καὶ εὐλογηθῆναι παρ’ αὐτοῦ. καὶ ἐδήλωσε τῷ ἁγίῳ Δομετίῳ ὁ βασιλεὺς Ἰουλιανὸς διὰ ῥεφερενδαρίου χριστιανοῦ ταῦτα· Διὰ τὸ ἀρέσαι τῷ θεῷ σου εἰς τὸ σπήλαιον εἰσῆλθες· ἀνθρώποις μὴ θέλε ἀρέσκειν, ἀλλὰ ἰδίαζε. καὶ ἀντεδήλωσεν αὐτῷ ὁ ἅγιος Δομέτιος ὅτι Ὡς τῷ θεῷ ἐκδό‐</w:t>
      </w:r>
    </w:p>
    <w:p>
      <w:r>
        <w:rPr>
          <w:rFonts w:ascii="Courier New" w:hAnsi="Courier New"/>
          <w:color w:val="555555"/>
          <w:sz w:val="20"/>
        </w:rPr>
        <w:t>[15]</w:t>
      </w:r>
    </w:p>
    <w:p>
      <w:r>
        <w:rPr>
          <w:rFonts w:ascii="Gentium Plus" w:hAnsi="Gentium Plus"/>
          <w:sz w:val="24"/>
        </w:rPr>
        <w:t>σαντός μου τὴν ψυχὴν καὶ τὸ σῶμα ἐκ πολλοῦ χρόνου ἐν τῷ σπη‐ λαίῳ τούτῳ ἐμαυτὸν ἀπέκλεισα· τὸν δὲ πρός με ἐρχόμενον ὄχλον ἐν πίστει ἀποδιώκειν οὐ δύναμαι. καὶ ἐκέλευσεν ὁ βασιλεὺς Ἰου‐ λιανὸς ἀναφραγῆναι τὸ σπήλαιον λίθοις μεγάλοις καὶ εἶναι αὐτὸν τὸν δίκαιον ἔσω. καὶ ἐκ τούτου ἐτελειώθη ὁ ἅγιος Δομέτιος.</w:t>
      </w:r>
    </w:p>
    <w:p>
      <w:r>
        <w:rPr>
          <w:rFonts w:ascii="Courier New" w:hAnsi="Courier New"/>
          <w:color w:val="555555"/>
          <w:sz w:val="20"/>
        </w:rPr>
        <w:t>[20]</w:t>
      </w:r>
    </w:p>
    <w:p>
      <w:r>
        <w:rPr>
          <w:rFonts w:ascii="Gentium Plus" w:hAnsi="Gentium Plus"/>
          <w:sz w:val="24"/>
        </w:rPr>
        <w:t>Καὶ κατιὼν ὁ αὐτὸς βασιλεὺς Ἰουλιανὸς κατὰ Σαββουραρσά‐</w:t>
      </w:r>
    </w:p>
    <w:p>
      <w:r>
        <w:rPr>
          <w:rFonts w:ascii="Courier New" w:hAnsi="Courier New"/>
          <w:color w:val="555555"/>
          <w:sz w:val="20"/>
        </w:rPr>
        <w:t>[Chron . 329]</w:t>
      </w:r>
    </w:p>
    <w:p>
      <w:r>
        <w:rPr>
          <w:rFonts w:ascii="Gentium Plus" w:hAnsi="Gentium Plus"/>
          <w:sz w:val="24"/>
        </w:rPr>
        <w:t>τεσκεύασε πλοῖα ἐν Σαμοσάτοις, πόλει τῆς Εὐφρατησίας, τὰ μὲν διὰ ξύλων τὰ δὲ διὰ βυρσῶν, ὡς ὁ σοφώτατος Μάγνος ὁ χρονο‐ γράφος ὁ Καρηνός, ὁ συνὼν αὐτῷ Ἰουλιανῷ βασιλεῖ, συνεγράψα‐ το. ἀπὸ δὲ Ἱεραπόλεως ἐξελθὼν ἦλθεν ἐν Κάραις τῇ πόλει·</w:t>
      </w:r>
    </w:p>
    <w:p>
      <w:r>
        <w:rPr>
          <w:rFonts w:ascii="Courier New" w:hAnsi="Courier New"/>
          <w:color w:val="555555"/>
          <w:sz w:val="20"/>
        </w:rPr>
        <w:t>[5]</w:t>
      </w:r>
    </w:p>
    <w:p>
      <w:r>
        <w:rPr>
          <w:rFonts w:ascii="Gentium Plus" w:hAnsi="Gentium Plus"/>
          <w:sz w:val="24"/>
        </w:rPr>
        <w:t>κἀκεῖθεν εὗρε δύο ὁδούς, μίαν ἀπάγουσαν εἰς τὴν Νίσιβιν πόλιν, οὖσάν ποτε Ῥωμαίων, καὶ ἄλλην ἐπὶ τὸ Ῥωμαϊκὸν κάστρον τὸ λεγόμενον Κιρκήσιον, κείμενον εἰς τὸ μέσον τῶν δύο ποταμῶν τοῦ Εὐφράτου καὶ τοῦ Ἀββορᾶ· ὅπερ ἔκτισε Διοκλητιανός, βασι‐ λεὺς Ῥωμαίων. καὶ μερίσας τὸν στρατὸν ὁ αὐτὸς βασιλεὺς πέμ‐</w:t>
      </w:r>
    </w:p>
    <w:p>
      <w:r>
        <w:rPr>
          <w:rFonts w:ascii="Courier New" w:hAnsi="Courier New"/>
          <w:color w:val="555555"/>
          <w:sz w:val="20"/>
        </w:rPr>
        <w:t>[10]</w:t>
      </w:r>
    </w:p>
    <w:p>
      <w:r>
        <w:rPr>
          <w:rFonts w:ascii="Gentium Plus" w:hAnsi="Gentium Plus"/>
          <w:sz w:val="24"/>
        </w:rPr>
        <w:t>πει ἐπὶ τὴν Νίσιβιν ὁπλίτας ἄνδρας μυρίους ἑξακισχιλίους μετὰ δύο ἐξάρχων Σεβαστιανοῦ καὶ Προκοπίου. καὶ κατέφθασεν ὁ αὐτὸς Ἰουλιανὸς τὸ Κιρκήσιον κάστρον· καὶ ἐάσας καὶ ἐν τῷ Κιρκησίῳ κάστρῳ ὅσους εὗρεν ἐγκαθέτους στρατιώτας ἑξακισχι‐ λίους, προσθεὶς αὐτοῖς καὶ ἄλλους ὁπλίτας ἄνδρας τετρακισχι‐</w:t>
      </w:r>
    </w:p>
    <w:p>
      <w:r>
        <w:rPr>
          <w:rFonts w:ascii="Courier New" w:hAnsi="Courier New"/>
          <w:color w:val="555555"/>
          <w:sz w:val="20"/>
        </w:rPr>
        <w:t>[15]</w:t>
      </w:r>
    </w:p>
    <w:p>
      <w:r>
        <w:rPr>
          <w:rFonts w:ascii="Gentium Plus" w:hAnsi="Gentium Plus"/>
          <w:sz w:val="24"/>
        </w:rPr>
        <w:t>λίους μετὰ ἐξάρχων δύο Ἀκκαμέου καὶ Μαύρου. καὶ ἐξῆλθεν ἐκεῖθεν καὶ παρῆλθε τὸν Ἀββορὰν ποταμὸν διὰ τῆς γεφύρης, τῶν πλοίων φθασάντων εἰς τὸν Εὐφράτην ποταμόν· ὧντινων πλοίων ὑπῆρχεν ὁ ἀριθμὸς χιλίων διακοσίων πεντήκοντα. καὶ συνα‐ θροίσας τὸν ἴδιον αὐτοῦ στρατόν, ἔχων μεθ’ ἑαυτοῦ Ἀνατόλιον</w:t>
      </w:r>
    </w:p>
    <w:p>
      <w:r>
        <w:rPr>
          <w:rFonts w:ascii="Courier New" w:hAnsi="Courier New"/>
          <w:color w:val="555555"/>
          <w:sz w:val="20"/>
        </w:rPr>
        <w:t>[20]</w:t>
      </w:r>
    </w:p>
    <w:p>
      <w:r>
        <w:rPr>
          <w:rFonts w:ascii="Gentium Plus" w:hAnsi="Gentium Plus"/>
          <w:sz w:val="24"/>
        </w:rPr>
        <w:t>μάγιστρον καὶ Σαλούστιον ἔπαρχον πραιτωρίων καὶ τοὺς στρατη‐ λάτας αὐτοῦ, ἀνελθὼν ἐν ὑψηλῷ βήματι δι’ ἑαυτοῦ προσεφώνη‐ σε τῷ στρατῷ, ἐπαινῶν αὐτοὺς καὶ προτρεπόμενος προθύμως</w:t>
      </w:r>
    </w:p>
    <w:p>
      <w:r>
        <w:rPr>
          <w:rFonts w:ascii="Courier New" w:hAnsi="Courier New"/>
          <w:color w:val="555555"/>
          <w:sz w:val="20"/>
        </w:rPr>
        <w:t>[Chron . 330]</w:t>
      </w:r>
    </w:p>
    <w:p>
      <w:r>
        <w:rPr>
          <w:rFonts w:ascii="Gentium Plus" w:hAnsi="Gentium Plus"/>
          <w:sz w:val="24"/>
        </w:rPr>
        <w:t>εἰς τὰ πλοῖα ἐπέτρεψεν, εἰσελθὼν καὶ αὐτὸς ὁ βασιλεὺς εἰς τὸ εὐ‐ τρεπισθὲν αὐτῷ πλοῖον, καὶ προηγεῖσθαι αὐτῶν προσκουλκάτο‐ ρας προσέταξεν ἄνδρας γενναίους ἐκ τοῦ ἀριθμοῦ τῶν λαγκια‐ ρίων καὶ ματτιαρίων χιλίους πεντακοσίους, κελεύσας βαστάζε‐</w:t>
      </w:r>
    </w:p>
    <w:p>
      <w:r>
        <w:rPr>
          <w:rFonts w:ascii="Courier New" w:hAnsi="Courier New"/>
          <w:color w:val="555555"/>
          <w:sz w:val="20"/>
        </w:rPr>
        <w:t>[5]</w:t>
      </w:r>
    </w:p>
    <w:p>
      <w:r>
        <w:rPr>
          <w:rFonts w:ascii="Gentium Plus" w:hAnsi="Gentium Plus"/>
          <w:sz w:val="24"/>
        </w:rPr>
        <w:t>σθαι καὶ τὰ σίγνα αὐτοῦ καὶ τὸν κόμητα Λουκιανόν, ἄνδρα πο‐ λεμικώτατον, εἶναι σὺν αὐτῷ. ὅστις καὶ πολλὰ κάστρα Περσι‐ κὰ παρὰ τὸν Εὐφράτην κείμενα καὶ ἐν μέσῳ τῶν ὑδάτων ἐν νή‐ σοις ὄντα ἐπόρθησε καὶ τοὺς ἐν αὐτοῖς ὄντας Πέρσας ἀνεῖλε. Βίκτορα δὲ καὶ Δαγαλάϊφον κατέταξεν ὄπισθεν τῶν λοιπῶν</w:t>
      </w:r>
    </w:p>
    <w:p>
      <w:r>
        <w:rPr>
          <w:rFonts w:ascii="Courier New" w:hAnsi="Courier New"/>
          <w:color w:val="555555"/>
          <w:sz w:val="20"/>
        </w:rPr>
        <w:t>[10]</w:t>
      </w:r>
    </w:p>
    <w:p>
      <w:r>
        <w:rPr>
          <w:rFonts w:ascii="Gentium Plus" w:hAnsi="Gentium Plus"/>
          <w:sz w:val="24"/>
        </w:rPr>
        <w:t>πλοίων εἶναι καὶ φυλάττειν τὰ πλήθη. καὶ κατῆλθεν ὁ βασιλεὺς μετὰ τοῦ στρατοῦ παντὸς διὰ τῆς μεγάλης διώρυγος τοῦ Εὐφράτου τῆς μισγούσης τῷ Τίγρητι ποταμῷ· καὶ εἰσῆλθεν εἰς τὸν αὐτὸν Τίγρητα ποταμόν, ὅπου μίγνυνται οἱ δύο ποταμοὶ καὶ ἀποτελοῦ‐ σι λίμνην μεγάλην. καὶ παρέβαλεν εἰς τὰ Περσικὰ ἐν τῇ χώρᾳ</w:t>
      </w:r>
    </w:p>
    <w:p>
      <w:r>
        <w:rPr>
          <w:rFonts w:ascii="Courier New" w:hAnsi="Courier New"/>
          <w:color w:val="555555"/>
          <w:sz w:val="20"/>
        </w:rPr>
        <w:t>[15]</w:t>
      </w:r>
    </w:p>
    <w:p>
      <w:r>
        <w:rPr>
          <w:rFonts w:ascii="Gentium Plus" w:hAnsi="Gentium Plus"/>
          <w:sz w:val="24"/>
        </w:rPr>
        <w:t>τῶν λεγομένων Μαυζανιτῶν, πλησίον Κτησιφῶντος πόλεως, ἔνθα ὑπῆρχε τὸ Περσικὸν βασίλειον· καὶ ἐπικρατὴς γενόμενος Ἰουλια‐ νὸς ὁ βασιλεὺς ἐσκήνωσεν ἐν τῇ πεδιάδι τῆς αὐτῆς πόλεως Κτησι‐ φῶντος, βουλόμενος μετὰ τῆς ἰδίας συγκλήτου καὶ ἕως Βαβυλῶ‐ νος εἰσελθεῖν καὶ παραλαβεῖν τὰ ἐκεῖσε.</w:t>
      </w:r>
    </w:p>
    <w:p>
      <w:r>
        <w:rPr>
          <w:rFonts w:ascii="Courier New" w:hAnsi="Courier New"/>
          <w:color w:val="555555"/>
          <w:sz w:val="20"/>
        </w:rPr>
        <w:t>[20]</w:t>
      </w:r>
    </w:p>
    <w:p>
      <w:r>
        <w:rPr>
          <w:rFonts w:ascii="Gentium Plus" w:hAnsi="Gentium Plus"/>
          <w:sz w:val="24"/>
        </w:rPr>
        <w:t>Ὁ δὲ βασιλεὺς Σαββουραρσάκιος ὑπονοήσας ὅτι διὰ τῆς Νι‐ σίβεως ἤρχετο ὁ βασιλεὺς Ῥωμαίων Ἰουλιανός, ὥρμησε κατ’ αὐτοῦ</w:t>
      </w:r>
    </w:p>
    <w:p>
      <w:r>
        <w:rPr>
          <w:rFonts w:ascii="Courier New" w:hAnsi="Courier New"/>
          <w:color w:val="555555"/>
          <w:sz w:val="20"/>
        </w:rPr>
        <w:t>[Chron . 331]</w:t>
      </w:r>
    </w:p>
    <w:p>
      <w:r>
        <w:rPr>
          <w:rFonts w:ascii="Gentium Plus" w:hAnsi="Gentium Plus"/>
          <w:sz w:val="24"/>
        </w:rPr>
        <w:t>ὄπισθεν αὐτοῦ ἐστιν ὁ βασιλεὺς Ῥωμαίων Ἰουλιανὸς παραλαβὼν τὰ Περσικὰ μέρη, καὶ ὅτι ἔμπροσθεν αὐτῷ ἀπαντῶσιν οἱ στρατη‐ γοὶ τῶν Ῥωμαίων καὶ πλήθη πολλά, καὶ γνοὺς ὅτι ἐμεσάσθη, φεύ‐ γει ἐπὶ τὴν Περσαρμενίαν, δόλῳ πέμψας δύο συγκλητικοὺς αὐ‐</w:t>
      </w:r>
    </w:p>
    <w:p>
      <w:r>
        <w:rPr>
          <w:rFonts w:ascii="Courier New" w:hAnsi="Courier New"/>
          <w:color w:val="555555"/>
          <w:sz w:val="20"/>
        </w:rPr>
        <w:t>[5]</w:t>
      </w:r>
    </w:p>
    <w:p>
      <w:r>
        <w:rPr>
          <w:rFonts w:ascii="Gentium Plus" w:hAnsi="Gentium Plus"/>
          <w:sz w:val="24"/>
        </w:rPr>
        <w:t>τοῦ καὶ αὐτοὺς κατὰ ἰδίαν βούλησιν ῥινοτομήσας πρὸς Ἰουλια‐ νὸν τὸν βασιλέα Ῥωμαίων, ἵνα πλανήσωσιν αὐτόν, πρὸς τὸ μὴ κα‐ ταδιωχθέντα αὐτὸν φθασθῆναι. οἱ δὲ ῥινοτομηθέντες Πέρσες ἦλθον πρὸς τὸν βασιλέα Ῥωμαίων προδοῦναι, φησίν, θέλοντες τὸν βασιλέα Περσῶν, ὡς τιμωρησάμενον αὐτούς. ἀπατηθεὶς δὲ παρ’</w:t>
      </w:r>
    </w:p>
    <w:p>
      <w:r>
        <w:rPr>
          <w:rFonts w:ascii="Courier New" w:hAnsi="Courier New"/>
          <w:color w:val="555555"/>
          <w:sz w:val="20"/>
        </w:rPr>
        <w:t>[10]</w:t>
      </w:r>
    </w:p>
    <w:p>
      <w:r>
        <w:rPr>
          <w:rFonts w:ascii="Gentium Plus" w:hAnsi="Gentium Plus"/>
          <w:sz w:val="24"/>
        </w:rPr>
        <w:t>αὐτῶν ἐπομνυμένων ὁ αὐτὸς βασιλεὺς Ἰουλιανὸς ἠκολούθησεν αὐτοῖς μετὰ τοῦ ἰδίου στρατεύματος· καὶ ἀπήγαγον αὐτὸν εἰς τὴν ἔρημον καὶ ἄνυδρον ἐπὶ μίλια ρνʹ, πλανήσαντες αὐτούς, τῇ εἰκάδι πέμπτῃ τοῦ δαισίου τοῦ καὶ ἰουνίου μηνός. καὶ εὑρὼν ἐκεῖ τείχη παλαιὰ πεπτωκότα πόλεως λεγομένης Βουβίων, καὶ ἄλλο δὲ</w:t>
      </w:r>
    </w:p>
    <w:p>
      <w:r>
        <w:rPr>
          <w:rFonts w:ascii="Courier New" w:hAnsi="Courier New"/>
          <w:color w:val="555555"/>
          <w:sz w:val="20"/>
        </w:rPr>
        <w:t>[15]</w:t>
      </w:r>
    </w:p>
    <w:p>
      <w:r>
        <w:rPr>
          <w:rFonts w:ascii="Gentium Plus" w:hAnsi="Gentium Plus"/>
          <w:sz w:val="24"/>
        </w:rPr>
        <w:t>χωρίον, ἑστώτων μὲν τῶν οἰκημάτων, ἔρημον δὲ ἦν, ὅπερ ἐλέγετο Ἀσία· ἔνθα ἐλθὼν ὁ βασιλεὺς Ἰουλιανὸς καὶ ὁ πᾶς στρατὸς τῶν Ῥωμαίων ἐκεῖ ἐσκήνωσεν. ἐν αὐτοῖς δὲ τοῖς τόποις γενόμενοι ἐλίποντο τροφῶν καὶ οὐδὲ τοῖς ἀλόγοις ὑπῆρχε βοτάνη· ἦν γὰρ ἐρημία· καὶ γνοὺς ὁ πᾶς στρατὸς Ῥωμαίων ὅτι ἀπατηθεὶς ὁ βα‐</w:t>
      </w:r>
    </w:p>
    <w:p>
      <w:r>
        <w:rPr>
          <w:rFonts w:ascii="Courier New" w:hAnsi="Courier New"/>
          <w:color w:val="555555"/>
          <w:sz w:val="20"/>
        </w:rPr>
        <w:t>[20]</w:t>
      </w:r>
    </w:p>
    <w:p>
      <w:r>
        <w:rPr>
          <w:rFonts w:ascii="Gentium Plus" w:hAnsi="Gentium Plus"/>
          <w:sz w:val="24"/>
        </w:rPr>
        <w:t>σιλεὺς ἐπλάνησεν αὐτοὺς καὶ εἰς ἐρήμους ἤγαγε τόπους, εἰς πολ‐ λὴν ἀταξίαν ἐτράπησαν. τῇ δὲ ἑξῆς ἡμέρᾳ μηνὶ ἰουνίῳ κϛʹ, ἀγα‐ γὼν τοὺς πλανήσαντας αὐτὸν Πέρσας ἐξήτασεν αὐτούς· καὶ ὡμο‐</w:t>
      </w:r>
    </w:p>
    <w:p>
      <w:r>
        <w:rPr>
          <w:rFonts w:ascii="Courier New" w:hAnsi="Courier New"/>
          <w:color w:val="555555"/>
          <w:sz w:val="20"/>
        </w:rPr>
        <w:t>[Chron . 332]</w:t>
      </w:r>
    </w:p>
    <w:p>
      <w:r>
        <w:rPr>
          <w:rFonts w:ascii="Gentium Plus" w:hAnsi="Gentium Plus"/>
          <w:sz w:val="24"/>
        </w:rPr>
        <w:t>σωθῇ, ἐδώκαμεν ἡμᾶς ἑαυτοὺς εἰς θάνατον καὶ ἐπλανήσαμεν ὑμᾶς· ἰδοὺ οἱ δοῦλοί σου ἀπεθάνομεν. καὶ ἀπεδέξατο αὐτούς, μὴ φο‐ νεύσας αὐτούς, ἀλλὰ δοὺς λόγον αὐτοῖς, ἵνα ἐκβάλωσι τὸν στρα‐ τὸν ἐκ τῆς ἐρήμου χώρας.</w:t>
      </w:r>
    </w:p>
    <w:p>
      <w:r>
        <w:rPr>
          <w:rFonts w:ascii="Courier New" w:hAnsi="Courier New"/>
          <w:color w:val="555555"/>
          <w:sz w:val="20"/>
        </w:rPr>
        <w:t>[5]</w:t>
      </w:r>
    </w:p>
    <w:p>
      <w:r>
        <w:rPr>
          <w:rFonts w:ascii="Gentium Plus" w:hAnsi="Gentium Plus"/>
          <w:sz w:val="24"/>
        </w:rPr>
        <w:t>Καὶ περὶ ὥραν δευτέραν τῆς αὐτῆς ἡμέρας ὁ βασιλεὺς Ἰου‐ λιανὸς παριὼν τὸ στράτευμα καὶ δυσωπῶν αὐτοὺς μὴ ἀτάκτως φέρεσθαι ἐτρώθη ἀδήλως· καὶ εἰσελθὼν εἰς τὸν ἴδιον παπυλεῶ‐ να διὰ τῆς νυκτὸς τελευτᾷ, ὡς ὁ προγεγραμμένος Μάγνος ἐξέ‐ θετο. Εὐτυχιανὸς δὲ ὁ χρονογράφος ὁ Καππάδοξ, στρατιώτης</w:t>
      </w:r>
    </w:p>
    <w:p>
      <w:r>
        <w:rPr>
          <w:rFonts w:ascii="Courier New" w:hAnsi="Courier New"/>
          <w:color w:val="555555"/>
          <w:sz w:val="20"/>
        </w:rPr>
        <w:t>[10]</w:t>
      </w:r>
    </w:p>
    <w:p>
      <w:r>
        <w:rPr>
          <w:rFonts w:ascii="Gentium Plus" w:hAnsi="Gentium Plus"/>
          <w:sz w:val="24"/>
        </w:rPr>
        <w:t>ὢν καὶ βικάριος τοῦ ἰδίου ἀριθμοῦ τῶν Πριμοαρμενιακῶν, πα‐ ρὼν καὶ αὐτὸς ἐν τῷ πολέμῳ, συνεγράψατο ὅτι κατελθὼν ὁ αὐτὸς βασιλεὺς Ἰουλιανὸς μονὰς ιεʹ ἐπὶ τὰ Περσικὰ μέρη διὰ τοῦ Εὐ‐ φράτου εἰσῆλθε καὶ ἐπικρατὴς γενόμενος καὶ νικήσας πάντας πα‐ ρέλαβεν ἕως πόλεως λεγομένης Κτησιφῶντος, ἔνθα ὁ βασιλεὺς</w:t>
      </w:r>
    </w:p>
    <w:p>
      <w:r>
        <w:rPr>
          <w:rFonts w:ascii="Courier New" w:hAnsi="Courier New"/>
          <w:color w:val="555555"/>
          <w:sz w:val="20"/>
        </w:rPr>
        <w:t>[15]</w:t>
      </w:r>
    </w:p>
    <w:p>
      <w:r>
        <w:rPr>
          <w:rFonts w:ascii="Gentium Plus" w:hAnsi="Gentium Plus"/>
          <w:sz w:val="24"/>
        </w:rPr>
        <w:t>Περσῶν ἐκάθητο, ἐκείνου φυγόντος ἐπὶ τὰ μέρη τῶν Περσαρμε‐ νίων, καὶ βουλομένου μετὰ τῆς ἰδίας συγκλήτου καὶ τοῦ στρα‐ τοῦ αὐτοῦ ἄχρι τῆς Βαβυλῶνος τῇ ἑξῆς ὁρμῆσαι καὶ ταύτην παραλαβεῖν διὰ τῆς νυκτός. καὶ ὡς καθεύδει, εἶδεν ἐν ὁράματί τινα τέλειον ἄνδρα ἐνδεδυμένον ζάβαν καὶ εἰσελθόντα πρὸς αὐτὸν</w:t>
      </w:r>
    </w:p>
    <w:p>
      <w:r>
        <w:rPr>
          <w:rFonts w:ascii="Courier New" w:hAnsi="Courier New"/>
          <w:color w:val="555555"/>
          <w:sz w:val="20"/>
        </w:rPr>
        <w:t>[20]</w:t>
      </w:r>
    </w:p>
    <w:p>
      <w:r>
        <w:rPr>
          <w:rFonts w:ascii="Gentium Plus" w:hAnsi="Gentium Plus"/>
          <w:sz w:val="24"/>
        </w:rPr>
        <w:t>εἰς τὸν παπυλεῶνα αὐτοῦ πλησίον τῆς πόλεως Κτησιφῶντος ἐν πόλει λεγομένῃ Ἀσίᾳ καὶ κρούσαντα αὐτὸν λόγχῃ· καὶ πτοηθεὶς ἐξυπνίσθη κράξας· καὶ ἐξανέστησαν οἱ κουβικουλάριοι εὐνοῦχοι καὶ σπαθάριοι καὶ ὁ στρατὸς ὁ φυλάττων τὸν παπυλεῶνα, καὶ</w:t>
      </w:r>
    </w:p>
    <w:p>
      <w:r>
        <w:rPr>
          <w:rFonts w:ascii="Courier New" w:hAnsi="Courier New"/>
          <w:color w:val="555555"/>
          <w:sz w:val="20"/>
        </w:rPr>
        <w:t>[Chron . 333]</w:t>
      </w:r>
    </w:p>
    <w:p>
      <w:r>
        <w:rPr>
          <w:rFonts w:ascii="Gentium Plus" w:hAnsi="Gentium Plus"/>
          <w:sz w:val="24"/>
        </w:rPr>
        <w:t>σχηκὼς Ἰουλιανὸς ὁ βασιλεὺς ἑαυτὸν σφαγέντα κατὰ τῆς μασχά‐ λης ἐπηρώτησεν αὐτούς, Πῶς λέγεται ἡ κώμη ὅπου ἐστὶν ὁ πα‐ πυλεών μου; καὶ εἶπον αὐτῷ ὅτι Ἀσία λέγεται. καὶ εὐθέως ἔκραξεν, Ὦ Ἥλιε, ἀπώλεσας Ἰουλιανόν. καὶ ἐκχυθεὶς τὸ αἷμα</w:t>
      </w:r>
    </w:p>
    <w:p>
      <w:r>
        <w:rPr>
          <w:rFonts w:ascii="Courier New" w:hAnsi="Courier New"/>
          <w:color w:val="555555"/>
          <w:sz w:val="20"/>
        </w:rPr>
        <w:t>[5]</w:t>
      </w:r>
    </w:p>
    <w:p>
      <w:r>
        <w:rPr>
          <w:rFonts w:ascii="Gentium Plus" w:hAnsi="Gentium Plus"/>
          <w:sz w:val="24"/>
        </w:rPr>
        <w:t>παρέδωκε τὴν ψυχὴν ὥραν νυκτερινὴν πέμπτην ἔτους κατὰ Ἀν‐ τιόχειαν τὴν μεγάλην χρηματίζοντος υιαʹ. Καὶ εὐθέως ὁ στρατὸς πρὸ τοῦ γνῶναι τοὺς πολεμίους Πέρ‐ σας ἀπῆλθον εἰς τὸν παπυλεῶνα Ἰοβιανοῦ, κόμητος τῶν δομε‐ στίκων καὶ στρατηλάτου τὴν ἀξίαν ἔχοντος· καὶ ἀγνοοῦντα ἤγα‐</w:t>
      </w:r>
    </w:p>
    <w:p>
      <w:r>
        <w:rPr>
          <w:rFonts w:ascii="Courier New" w:hAnsi="Courier New"/>
          <w:color w:val="555555"/>
          <w:sz w:val="20"/>
        </w:rPr>
        <w:t>[10]</w:t>
      </w:r>
    </w:p>
    <w:p>
      <w:r>
        <w:rPr>
          <w:rFonts w:ascii="Gentium Plus" w:hAnsi="Gentium Plus"/>
          <w:sz w:val="24"/>
        </w:rPr>
        <w:t>γον αὐτὸν εἰς τὸν βασιλικὸν παπυλεῶνα, ὡς δῆθεν τοῦ βασιλέως Ἰουλιανοῦ ζητήσαντος αὐτόν. καὶ ὅτε εἰσῆλθεν εἰς τὸν παπυ‐ λεῶνα, συσχόντες αὐτὸν ἀνηγόρευσαν βασιλέα τῇ κζʹ τοῦ δαισίου τοῦ καὶ ἰουνίου μηνός, πρὸ τοῦ διαφαῦσαι. τὸ δὲ πλῆθος τοῦ στρατοῦ τὸ ἐπὶ Κτησιφῶντα καὶ τὸ ἀπὸ πολλοῦ διαστήματος</w:t>
      </w:r>
    </w:p>
    <w:p>
      <w:r>
        <w:rPr>
          <w:rFonts w:ascii="Courier New" w:hAnsi="Courier New"/>
          <w:color w:val="555555"/>
          <w:sz w:val="20"/>
        </w:rPr>
        <w:t>[15]</w:t>
      </w:r>
    </w:p>
    <w:p>
      <w:r>
        <w:rPr>
          <w:rFonts w:ascii="Gentium Plus" w:hAnsi="Gentium Plus"/>
          <w:sz w:val="24"/>
        </w:rPr>
        <w:t>ἀπληκεῦον οὐκ ἔγνω τὰ συμβάντα ἕως ἀνατολῆς ἡλίου, ὡς ἀπὸ διαστήματος ὄντες. ἐτελεύτα οὖν ὁ αὐτὸς Ἰουλιανὸς βασιλεὺς ὢν ἐνιαυτῶν λγʹ. Ἐν αὐτῇ δὲ τῇ νυκτὶ εἶδεν ἐν ὁράματι καὶ ὁ ὁσιώτατος ἐπί‐ σκοπος Βασίλειος ὁ Καισαρείας Καππαδοκίας τοὺς οὐρανοὺς</w:t>
      </w:r>
    </w:p>
    <w:p>
      <w:r>
        <w:rPr>
          <w:rFonts w:ascii="Courier New" w:hAnsi="Courier New"/>
          <w:color w:val="555555"/>
          <w:sz w:val="20"/>
        </w:rPr>
        <w:t>[20]</w:t>
      </w:r>
    </w:p>
    <w:p>
      <w:r>
        <w:rPr>
          <w:rFonts w:ascii="Gentium Plus" w:hAnsi="Gentium Plus"/>
          <w:sz w:val="24"/>
        </w:rPr>
        <w:t>ἠνεῳγμένους καὶ τὸν σωτῆρα Χριστὸν ἐπὶ θρόνου καθήμενον καὶ εἰπόντα κραυγῇ, Μερκούριε, ἀπελθὼν φόνευσον Ἰουλιανὸν τὸν βασιλέα τὸν κατὰ τῶν χριστιανῶν. ὁ δὲ ἅγιος Μερκούριος ἑστὼς</w:t>
      </w:r>
    </w:p>
    <w:p>
      <w:r>
        <w:rPr>
          <w:rFonts w:ascii="Courier New" w:hAnsi="Courier New"/>
          <w:color w:val="555555"/>
          <w:sz w:val="20"/>
        </w:rPr>
        <w:t>[Chron . 334]</w:t>
      </w:r>
    </w:p>
    <w:p>
      <w:r>
        <w:rPr>
          <w:rFonts w:ascii="Gentium Plus" w:hAnsi="Gentium Plus"/>
          <w:sz w:val="24"/>
        </w:rPr>
        <w:t>καὶ ἀκούσας τὴν κέλευσιν ἀφανὴς ἐγένετο. καὶ πάλιν εὑρέθη ἑστὼς ἔμπροσθεν τοῦ κυρίου καὶ ἔκραξεν, Ἰουλιανὸς ὁ βασιλεὺς σφαγεὶς ἀπέθανεν, ὡς ἐκέλευσας, κύριε. καὶ πτοηθεὶς ἐκ τῆς κραυ‐ γῆς ὁ ἐπίσκοπος Βασίλειος διυπνίσθη τεταραγμένος. ἐτίμα γὰρ</w:t>
      </w:r>
    </w:p>
    <w:p>
      <w:r>
        <w:rPr>
          <w:rFonts w:ascii="Courier New" w:hAnsi="Courier New"/>
          <w:color w:val="555555"/>
          <w:sz w:val="20"/>
        </w:rPr>
        <w:t>[5]</w:t>
      </w:r>
    </w:p>
    <w:p>
      <w:r>
        <w:rPr>
          <w:rFonts w:ascii="Gentium Plus" w:hAnsi="Gentium Plus"/>
          <w:sz w:val="24"/>
        </w:rPr>
        <w:t>αὐτὸν Ἰουλιανὸς ὁ βασιλεὺς καὶ ὡς ἐλλόγιμον καὶ ὡς συμπράκτο‐ ρα αὐτοῦ, καὶ ἔγραφεν αὐτῷ συχνῶς. καὶ κατελθὼν ὁ ἅγιος Βασίλειος διὰ τὰ ἑωθινὰ εἰς τὴν ἐκκλησίαν, καλέσας πάντα τὸν κλῆρον αὐτοῦ εἶπεν αὐτοῖς τὸ τοῦ ὁράματος μυστήριον, καὶ ὅτι ἐσφάγη Ἰουλιανὸς ὁ βασιλεὺς καὶ τελευτᾷ ἐν τῇ νυκτὶ ταύτῃ. καὶ</w:t>
      </w:r>
    </w:p>
    <w:p>
      <w:r>
        <w:rPr>
          <w:rFonts w:ascii="Courier New" w:hAnsi="Courier New"/>
          <w:color w:val="555555"/>
          <w:sz w:val="20"/>
        </w:rPr>
        <w:t>[10]</w:t>
      </w:r>
    </w:p>
    <w:p>
      <w:r>
        <w:rPr>
          <w:rFonts w:ascii="Gentium Plus" w:hAnsi="Gentium Plus"/>
          <w:sz w:val="24"/>
        </w:rPr>
        <w:t>πάντες παρεκάλουν αὐτὸν σιγᾶν καὶ μηδενὶ λέγειν τι τοιοῦτον. ὁ δὲ σοφώτατος Εὐτρόπιος ὁ χρονογράφος ἔν τισι τούτων οὐχ ὡμο‐ φώνησεν ἐν τῇ αὐτοῦ συγγραφῇ. Μετὰ δὲ τὴν βασιλείαν Ἰουλιανοῦ τοῦ παραβάτου ἐβασίλευ‐ σεν Ἰουβιανὸς ὁ υἱὸς Οὐρανιανοῦ, στεφθεὶς ὑπὸ τοῦ στρατοῦ ἐκεῖ</w:t>
      </w:r>
    </w:p>
    <w:p>
      <w:r>
        <w:rPr>
          <w:rFonts w:ascii="Courier New" w:hAnsi="Courier New"/>
          <w:color w:val="555555"/>
          <w:sz w:val="20"/>
        </w:rPr>
        <w:t>[15]</w:t>
      </w:r>
    </w:p>
    <w:p>
      <w:r>
        <w:rPr>
          <w:rFonts w:ascii="Gentium Plus" w:hAnsi="Gentium Plus"/>
          <w:sz w:val="24"/>
        </w:rPr>
        <w:t>ὑπὸ τὰ Περσικὰ μέρη ἐπὶ τῆς ὑπατείας Σαλουστίου· ἦν δὲ χρι‐ στιανὸς πάνυ· ἐβασίλευσε δὲ μῆνας ζʹ. Ἢ μόνον δὲ ἐβασίλευσε, προσεφώνησε παντὶ τῷ στρατῷ καὶ τοῖς μετ’ αὐτοῦ συγκλητικοῖς δι’ ἑαυτοῦ κράξας, Εἰ θέλετέ με</w:t>
      </w:r>
    </w:p>
    <w:p>
      <w:r>
        <w:rPr>
          <w:rFonts w:ascii="Courier New" w:hAnsi="Courier New"/>
          <w:color w:val="555555"/>
          <w:sz w:val="20"/>
        </w:rPr>
        <w:t>[Chron . 335]</w:t>
      </w:r>
    </w:p>
    <w:p>
      <w:r>
        <w:rPr>
          <w:rFonts w:ascii="Gentium Plus" w:hAnsi="Gentium Plus"/>
          <w:sz w:val="24"/>
        </w:rPr>
        <w:t>τὸν ἅπας ὁ στρατὸς καὶ οἱ συγκλητικοί. καὶ ἐξελθὼν ὁ αὐτὸς Ἰοβιανὸς ἅμα τῷ στρατῷ ἐκ τῆς ἐρήμου εἰς τὴν εὐθαλῆ γῆν τὴν Περσικὴν ἐμερίμνα πῶς ἂν ἐξέλθοι ἐκ τῶν Περσικῶν μερῶν. ὁ δὲ βασιλεὺς Περσῶν Σαββουραρσάκιος μαθὼν τὴν τοῦ βασιλέως</w:t>
      </w:r>
    </w:p>
    <w:p>
      <w:r>
        <w:rPr>
          <w:rFonts w:ascii="Courier New" w:hAnsi="Courier New"/>
          <w:color w:val="555555"/>
          <w:sz w:val="20"/>
        </w:rPr>
        <w:t>[5]</w:t>
      </w:r>
    </w:p>
    <w:p>
      <w:r>
        <w:rPr>
          <w:rFonts w:ascii="Gentium Plus" w:hAnsi="Gentium Plus"/>
          <w:sz w:val="24"/>
        </w:rPr>
        <w:t>Ἰουλιανοῦ τελευτήν, φόβῳ πολλῷ συνεχόμενος ἐκ τῆς Περσαρμε‐ νίας χώρας πρεσβευτὴν ἐξέπεμψεν, αἰτῶν περὶ εἰρήνης καὶ δεό‐ μενος ἕνα τῶν μεγιστάνων αὐτοῦ ὀνόματι Σουῤῥαεινᾶν πρὸς τὸν βασιλέα Ῥωμαίων· ὅντινα ἐδέξατο ἀσμένως ὁ θειότατος Ἰο‐ βιανὸς βασιλεὺς καὶ ἐπένευσε δέχεσθαι τὴν πρεσβείαν τῆς εἰρή‐</w:t>
      </w:r>
    </w:p>
    <w:p>
      <w:r>
        <w:rPr>
          <w:rFonts w:ascii="Courier New" w:hAnsi="Courier New"/>
          <w:color w:val="555555"/>
          <w:sz w:val="20"/>
        </w:rPr>
        <w:t>[10]</w:t>
      </w:r>
    </w:p>
    <w:p>
      <w:r>
        <w:rPr>
          <w:rFonts w:ascii="Gentium Plus" w:hAnsi="Gentium Plus"/>
          <w:sz w:val="24"/>
        </w:rPr>
        <w:t>νης, εἰρηκὼς πέμπειν καὶ αὐτὸς πρεσβευτὴν πρὸς τὸν βασιλέα Περσῶν. [ἀκούσας δὲ τοῦτο Σουῤῥαεινᾶς πρεσβευτὴς Περσῶν] ᾔτησε τὸν βασιλέα Ἰοβιανὸν τυπῶσαι εὐθὺς καὶ παραχρῆμα εἰρή‐ νης πάκτα. καὶ ἀφορίσας συγκλητικὸν αὐτοῦ τὸν πατρίκιον Ἀρίν‐ θεον δέδωκεν αὐτῷ τὸ πᾶν, συνταξάμενος ἐμμένειν τοῖς παρ’</w:t>
      </w:r>
    </w:p>
    <w:p>
      <w:r>
        <w:rPr>
          <w:rFonts w:ascii="Courier New" w:hAnsi="Courier New"/>
          <w:color w:val="555555"/>
          <w:sz w:val="20"/>
        </w:rPr>
        <w:t>[15]</w:t>
      </w:r>
    </w:p>
    <w:p>
      <w:r>
        <w:rPr>
          <w:rFonts w:ascii="Gentium Plus" w:hAnsi="Gentium Plus"/>
          <w:sz w:val="24"/>
        </w:rPr>
        <w:t>αὐτοῦ δοκιμαζομένοις, ἤτοι τυπουμένοις, οἷα τοῦ βασιλέως αὐτοῦ ὑπερηφανοῦντος, μετὰ τοῦ συγκλητικοῦ, ἤτοι πρεσβευτοῦ Περσῶν, ποιῆσαι εἰρήνης πάκτα, καὶ παρασχόντος ἔνδοσιν τοῦ πολέμου</w:t>
      </w:r>
    </w:p>
    <w:p>
      <w:r>
        <w:rPr>
          <w:rFonts w:ascii="Courier New" w:hAnsi="Courier New"/>
          <w:color w:val="555555"/>
          <w:sz w:val="20"/>
        </w:rPr>
        <w:t>[Chron . 336]</w:t>
      </w:r>
    </w:p>
    <w:p>
      <w:r>
        <w:rPr>
          <w:rFonts w:ascii="Gentium Plus" w:hAnsi="Gentium Plus"/>
          <w:sz w:val="24"/>
        </w:rPr>
        <w:t>ξὺ τοῦ πατρικίου Ἀρινθέου τοῦ Ῥωμαίου καὶ Σουῤῥαεινᾶ, συγκλη‐ τικοῦ καὶ πρεσβευτοῦ Περσῶν, δοῦναι Ῥωμαίους Πέρσαις πᾶσαν τὴν ἐπαρχίαν τὴν λεγομένην Μυγδονίαν καὶ τὴν μητρόπολιν αὐ‐ τῆς τὴν λεγομένην Νιζτίβιος γυμνὴν σὺν τείχεσι μόνοις ἄνευ ἀν‐</w:t>
      </w:r>
    </w:p>
    <w:p>
      <w:r>
        <w:rPr>
          <w:rFonts w:ascii="Courier New" w:hAnsi="Courier New"/>
          <w:color w:val="555555"/>
          <w:sz w:val="20"/>
        </w:rPr>
        <w:t>[5]</w:t>
      </w:r>
    </w:p>
    <w:p>
      <w:r>
        <w:rPr>
          <w:rFonts w:ascii="Gentium Plus" w:hAnsi="Gentium Plus"/>
          <w:sz w:val="24"/>
        </w:rPr>
        <w:t>δρῶν τῶν οἰκούντων αὐτήν. καὶ τούτου στηριχθέντος καὶ εἰρή‐ νης ἐγγράφου γενομένης, ἔλαβε μεθ’ ἑαυτοῦ ὁ βασιλεὺς Ἰοβιανὸς ἕνα τῶν σατραπῶν Πέρσην ὄντα μετὰ τοῦ πρεσβευτοῦ ὀνόματι Ἰούνιον εἰς τὸ διασῶσαι αὐτὸν καὶ τὰ ἐξπέδιτα αὐτοῦ ἐκ τῆς Περσικῆς χώρας καὶ παραλαβεῖν τὴν ἐπαρχίαν καὶ τὴν μητρόπο‐</w:t>
      </w:r>
    </w:p>
    <w:p>
      <w:r>
        <w:rPr>
          <w:rFonts w:ascii="Courier New" w:hAnsi="Courier New"/>
          <w:color w:val="555555"/>
          <w:sz w:val="20"/>
        </w:rPr>
        <w:t>[10]</w:t>
      </w:r>
    </w:p>
    <w:p>
      <w:r>
        <w:rPr>
          <w:rFonts w:ascii="Gentium Plus" w:hAnsi="Gentium Plus"/>
          <w:sz w:val="24"/>
        </w:rPr>
        <w:t>λιν αὐτῆς. Καὶ καταφθάσας ὁ βασιλεὺς Ἰοβιανὸς τὸ Νιζτίβιος πόλιν οὐκ εἰσῆλθεν ἐν αὐτῇ, ἀλλ’ ἔξω τῶν τειχέων κατεσκήνωσεν. ὁ δὲ Ἰούνιος ὁ τῶν Περσῶν σατράπης εἰσελθὼν εἰς τὴν πόλιν κατὰ κέλευσιν τοῦ βασιλέως, εἰς ἕνα τῶν πύργων σημεῖον Περσικὸν</w:t>
      </w:r>
    </w:p>
    <w:p>
      <w:r>
        <w:rPr>
          <w:rFonts w:ascii="Courier New" w:hAnsi="Courier New"/>
          <w:color w:val="555555"/>
          <w:sz w:val="20"/>
        </w:rPr>
        <w:t>[15]</w:t>
      </w:r>
    </w:p>
    <w:p>
      <w:r>
        <w:rPr>
          <w:rFonts w:ascii="Gentium Plus" w:hAnsi="Gentium Plus"/>
          <w:sz w:val="24"/>
        </w:rPr>
        <w:t>ἔθηκε, τοῦ βασιλέως Ῥωμαίων κελεύσαντος τοὺς πολίτας πάν‐ τας σὺν πᾶσι τοῖς διαφέρουσιν αὐτοῖς ἕως ἑνὸς ἐξελθεῖν. καὶ ἐξελθὼν πρὸς αὐτὸν Σιλουανὸς κόμης τῇ ἀξίᾳ καὶ πολιτευόμενος τῆς αὐτῆς πόλεως προσέπεσεν αὐτῷ τῷ βασιλεῖ δεόμενος αὐτοῦ μὴ προδοῦναι τὴν πόλιν Πέρσαις· καὶ οὐκ ἔπεισεν αὐτόν. ὀμω‐</w:t>
      </w:r>
    </w:p>
    <w:p>
      <w:r>
        <w:rPr>
          <w:rFonts w:ascii="Courier New" w:hAnsi="Courier New"/>
          <w:color w:val="555555"/>
          <w:sz w:val="20"/>
        </w:rPr>
        <w:t>[20]</w:t>
      </w:r>
    </w:p>
    <w:p>
      <w:r>
        <w:rPr>
          <w:rFonts w:ascii="Gentium Plus" w:hAnsi="Gentium Plus"/>
          <w:sz w:val="24"/>
        </w:rPr>
        <w:t>μοκέναι γάρ, φησίν, ἔφασκε καὶ μὴ βούλεσθαι δόξαν ἐπίορκον παρὰ πᾶσιν ἔχειν. καὶ τειχίσας πόλιν ἔξω τοῦ τείχους τῆς πόλεως</w:t>
      </w:r>
    </w:p>
    <w:p>
      <w:r>
        <w:rPr>
          <w:rFonts w:ascii="Courier New" w:hAnsi="Courier New"/>
          <w:color w:val="555555"/>
          <w:sz w:val="20"/>
        </w:rPr>
        <w:t>[Chron . 337]</w:t>
      </w:r>
    </w:p>
    <w:p>
      <w:r>
        <w:rPr>
          <w:rFonts w:ascii="Gentium Plus" w:hAnsi="Gentium Plus"/>
          <w:sz w:val="24"/>
        </w:rPr>
        <w:t>Μυγδονίας χώρας οἰκεῖν ἐποίησε καὶ Σιλουανὸν τὸν πολιτευό‐ μενον. Καὶ περάσας ἐπὶ τὴν Μεσοποταμίαν εὐθέως πάντα τὰ χρι‐ στιανῶν ἀνήγειρε καὶ χριστιανοῖς ἐνεχείριζε τὰ πράγματα καὶ ἄρ‐</w:t>
      </w:r>
    </w:p>
    <w:p>
      <w:r>
        <w:rPr>
          <w:rFonts w:ascii="Courier New" w:hAnsi="Courier New"/>
          <w:color w:val="555555"/>
          <w:sz w:val="20"/>
        </w:rPr>
        <w:t>[5]</w:t>
      </w:r>
    </w:p>
    <w:p>
      <w:r>
        <w:rPr>
          <w:rFonts w:ascii="Gentium Plus" w:hAnsi="Gentium Plus"/>
          <w:sz w:val="24"/>
        </w:rPr>
        <w:t>χοντας χριστιανοὺς εἰς τὴν ἀνατολὴν πᾶσαν προηγάγετο καὶ ἐξάρ‐ χους. καὶ ἀπολιπὼν τὴν ἀνατολὴν ὁ αὐτὸς βασιλεὺς Ἰοβιανὸς μετὰ τὸ ποιῆσαι πάκτα εἰρήνης μετὰ Περσῶν πρὸς ὀλίγον χρόνον ἐξώρμησεν ἐπὶ Κωνσταντινούπολιν σπουδαίως μετὰ τοῦ αὐτοῦ στρατοῦ διὰ τὸν χειμῶνα· ἦν γὰρ βαρύς. καὶ ἐν τῷ ἀνιέναι αὐ‐</w:t>
      </w:r>
    </w:p>
    <w:p>
      <w:r>
        <w:rPr>
          <w:rFonts w:ascii="Courier New" w:hAnsi="Courier New"/>
          <w:color w:val="555555"/>
          <w:sz w:val="20"/>
        </w:rPr>
        <w:t>[10]</w:t>
      </w:r>
    </w:p>
    <w:p>
      <w:r>
        <w:rPr>
          <w:rFonts w:ascii="Gentium Plus" w:hAnsi="Gentium Plus"/>
          <w:sz w:val="24"/>
        </w:rPr>
        <w:t>τὸν κατέφθασε τὴν Γαλατῶν χώραν· καὶ τελευτᾷ ἰδίῳ θανάτῳ ἐν κώμῃ λεγομένῃ Δαδάστανα, ὢν ἐνιαυτῶν ξʹ. Μετὰ δὲ τὴν βασιλείαν Ἰοβιανοῦ ἐβασίλευσε Βαλεντινιανὸς ἐν Νικαίᾳ πόλει ὁ ἀπότομος ἔτη ιϛʹ. ἦν δὲ χριστιανός. οὗτος δὲ ὑπὸ τῆς συγκλήτου προήχθη καὶ ἐστέφθη βασιλεὺς ὑπὸ Σα‐</w:t>
      </w:r>
    </w:p>
    <w:p>
      <w:r>
        <w:rPr>
          <w:rFonts w:ascii="Courier New" w:hAnsi="Courier New"/>
          <w:color w:val="555555"/>
          <w:sz w:val="20"/>
        </w:rPr>
        <w:t>[15]</w:t>
      </w:r>
    </w:p>
    <w:p>
      <w:r>
        <w:rPr>
          <w:rFonts w:ascii="Gentium Plus" w:hAnsi="Gentium Plus"/>
          <w:sz w:val="24"/>
        </w:rPr>
        <w:t>λουστίου τοῦ ἐπάρχου τῶν πραιτωρίων, ἐπιλεξαμένου αὐτὸν καὶ καταναγκάσαντος αὐτὸν βασιλεῦσαι. τὸν γὰρ αὐτὸν βασιλέα Βα‐ λεντινιανὸν Ἰουλιανὸς ὁ βασιλεὺς ὁ παραβάτης, ὡς χριστιανὸν πά‐ νυ, ἔπεμψεν εἰς Σαλαβρίαν, ποιήσας τριβοῦνον ἀριθμοῦ· ἔγνω γὰρ</w:t>
      </w:r>
    </w:p>
    <w:p>
      <w:r>
        <w:rPr>
          <w:rFonts w:ascii="Courier New" w:hAnsi="Courier New"/>
          <w:color w:val="555555"/>
          <w:sz w:val="20"/>
        </w:rPr>
        <w:t>[Chron . 338]</w:t>
      </w:r>
    </w:p>
    <w:p>
      <w:r>
        <w:rPr>
          <w:rFonts w:ascii="Gentium Plus" w:hAnsi="Gentium Plus"/>
          <w:sz w:val="24"/>
        </w:rPr>
        <w:t>λούστιος πέμψας ἤνεγκεν αὐτὸν ἀπὸ Σαλαμβρίας, καὶ εἶπε τῷ στρατῷ ὅτι οὐδεὶς ποιεῖ βασιλέα Ῥωμαίων ὡς οὗτος. Ἢ μόνον δὲ ἐβασίλευσεν, εὐθέως διεδέξατο τὸν αὐτὸν ἔπαρ‐ χον Σαλούστιον, καὶ ὑπὸ ἐγγύας ποιήσας ἔθηκε πρόθεμα κατ’</w:t>
      </w:r>
    </w:p>
    <w:p>
      <w:r>
        <w:rPr>
          <w:rFonts w:ascii="Courier New" w:hAnsi="Courier New"/>
          <w:color w:val="555555"/>
          <w:sz w:val="20"/>
        </w:rPr>
        <w:t>[5]</w:t>
      </w:r>
    </w:p>
    <w:p>
      <w:r>
        <w:rPr>
          <w:rFonts w:ascii="Gentium Plus" w:hAnsi="Gentium Plus"/>
          <w:sz w:val="24"/>
        </w:rPr>
        <w:t>αὐτοῦ, ἵνα εἴ τις ἠδικήθη τι παρ’ αὐτοῦ, προσέλθῃ τῷ βασιλεῖ. καὶ οὐδεὶς προσῆλθε κατὰ Σαλουστίου· ἦν γὰρ ἁγνότατος. Ὁ δὲ αὐτὸς βασιλεὺς Βαλεντινιανὸς ἔκτισεν ἐν Ἀντιοχείᾳ τῇ μεγάλῃ πολλά. ἐπεστράτευσε δὲ κατὰ Περσῶν, πέμψας τὸν ἴδιον αὐτοῦ ἀδελφὸν Βάλεντα, ποιήσας αὐτὸν Καίσαρα, μηνὶ ἀπριλλίῳ</w:t>
      </w:r>
    </w:p>
    <w:p>
      <w:r>
        <w:rPr>
          <w:rFonts w:ascii="Courier New" w:hAnsi="Courier New"/>
          <w:color w:val="555555"/>
          <w:sz w:val="20"/>
        </w:rPr>
        <w:t>[10]</w:t>
      </w:r>
    </w:p>
    <w:p>
      <w:r>
        <w:rPr>
          <w:rFonts w:ascii="Gentium Plus" w:hAnsi="Gentium Plus"/>
          <w:sz w:val="24"/>
        </w:rPr>
        <w:t>πρώτῃ· καὶ οὐκ ἐπολέμησεν ὁ αὐτὸς Βάλης, ἀλλὰ κατελθὼν ἐποίησεν εἰρήνης πάκτα· εἶχε γὰρ πᾶσαν ἐξουσίαν εἰς πρόσωπον τοῦ ἰδίου ἀδελφοῦ· κατελθόντων Περσῶν καὶ αἰτησάντων εἰ‐ ρήνην. Γενόμενος οὖν ὁ αὐτὸς Βάλης ἐν Ἀντιοχείᾳ τῆς Συρίας μετὰ</w:t>
      </w:r>
    </w:p>
    <w:p>
      <w:r>
        <w:rPr>
          <w:rFonts w:ascii="Courier New" w:hAnsi="Courier New"/>
          <w:color w:val="555555"/>
          <w:sz w:val="20"/>
        </w:rPr>
        <w:t>[15]</w:t>
      </w:r>
    </w:p>
    <w:p>
      <w:r>
        <w:rPr>
          <w:rFonts w:ascii="Gentium Plus" w:hAnsi="Gentium Plus"/>
          <w:sz w:val="24"/>
        </w:rPr>
        <w:t>τοῦ πλήθους τῆς στρατιωτικῆς δυνάμεως μηνὶ νοεμβρίῳ δεκάτῃ, ἰνδικτιῶνι ιδʹ, διέσυρεν ἐκεῖ ἕνεκεν τοῦ ποιῆσαι μετὰ Περσῶν τὰ πάκτα τῆς εἰρήνης· καὶ ἐποίησε τὰ πάκτα ἐπὶ ἔτη ἑπτά, τῶν Περ‐ σῶν αἰτησάντων εἰρήνην καὶ παραχωρησάντων τὸ ἥμισυ τοῦ Νι‐ ζτίβιος. καὶ ἔκτισεν ἐν τῇ αὐτῇ Ἀντιοχέων πόλει, τερφθεὶς τῆς</w:t>
      </w:r>
    </w:p>
    <w:p>
      <w:r>
        <w:rPr>
          <w:rFonts w:ascii="Courier New" w:hAnsi="Courier New"/>
          <w:color w:val="555555"/>
          <w:sz w:val="20"/>
        </w:rPr>
        <w:t>[20]</w:t>
      </w:r>
    </w:p>
    <w:p>
      <w:r>
        <w:rPr>
          <w:rFonts w:ascii="Gentium Plus" w:hAnsi="Gentium Plus"/>
          <w:sz w:val="24"/>
        </w:rPr>
        <w:t>τοποθεσίας καὶ τῶν ἀέρων καὶ τῶν ὑδάτων, πρῶτον τὸν φόρον, ἐπιβαλόμενος μέγα κτίσμα, λύσας τὴν βασιλικὴν τὴν λεγομένην πρῴην τὸ Καισάριον, τὴν οὖσαν πλησίον τοῦ ὡρολογίου καὶ τοῦ</w:t>
      </w:r>
    </w:p>
    <w:p>
      <w:r>
        <w:rPr>
          <w:rFonts w:ascii="Courier New" w:hAnsi="Courier New"/>
          <w:color w:val="555555"/>
          <w:sz w:val="20"/>
        </w:rPr>
        <w:t>[Chron . 339]</w:t>
      </w:r>
    </w:p>
    <w:p>
      <w:r>
        <w:rPr>
          <w:rFonts w:ascii="Gentium Plus" w:hAnsi="Gentium Plus"/>
          <w:sz w:val="24"/>
        </w:rPr>
        <w:t>ρίας ἄρχοντος, ἕως τοῦ λεγομένου Πλεθρίου, καὶ τὴν κόγχην ἀνα‐ νεώσας αὐτῆς καὶ εἰλήσας ἁψῖδας ἐπάνω τοῦ λεγομένου Παρμε‐ νίου χειμάῤῥου ποταμοῦ, κατερχομένου ἀπὸ τοῦ ὄρους κατὰ μέ‐ σον τῆς πόλεως Ἀντιοχείας. καὶ ποιήσας ἄλλην βασιλικὴν κατέ‐</w:t>
      </w:r>
    </w:p>
    <w:p>
      <w:r>
        <w:rPr>
          <w:rFonts w:ascii="Courier New" w:hAnsi="Courier New"/>
          <w:color w:val="555555"/>
          <w:sz w:val="20"/>
        </w:rPr>
        <w:t>[5]</w:t>
      </w:r>
    </w:p>
    <w:p>
      <w:r>
        <w:rPr>
          <w:rFonts w:ascii="Gentium Plus" w:hAnsi="Gentium Plus"/>
          <w:sz w:val="24"/>
        </w:rPr>
        <w:t>ναντι τοῦ Κομμοδίου καὶ κοσμήσας τὰς τέσσαρας βασιλικὰς κίοσι μεγάλοις Σαλωνιτικοῖς, καλαθώσας δὲ τὰς ὑποροφώσεις καὶ καλ‐ λωπίσας γραφαῖς καὶ μαρμάροις διαφόροις καὶ μουσώσει, μαρ‐ μαρώσας δὲ ἐπάνω τῶν εἰλημάτων τοῦ χειμάῤῥου πᾶν τὸ μέσαυ‐ λον ἐπλήρωσε τὸν φόρον αὐτοῦ, καὶ ταῖς τέτρασι βασιλικαῖς δια‐</w:t>
      </w:r>
    </w:p>
    <w:p>
      <w:r>
        <w:rPr>
          <w:rFonts w:ascii="Courier New" w:hAnsi="Courier New"/>
          <w:color w:val="555555"/>
          <w:sz w:val="20"/>
        </w:rPr>
        <w:t>[10]</w:t>
      </w:r>
    </w:p>
    <w:p>
      <w:r>
        <w:rPr>
          <w:rFonts w:ascii="Gentium Plus" w:hAnsi="Gentium Plus"/>
          <w:sz w:val="24"/>
        </w:rPr>
        <w:t>φόρους ἀρετὰς χαρισάμενος καὶ ἀνδριάντας στήσας, ἐν δὲ τῷ μέσῳ στήσας μεγάλην πάνυ κίονα, ἔχουσαν στήλην Βαλεντινιανοῦ βασιλέως, ἀδελφοῦ αὐτοῦ· καὶ στήλην δὲ μαρμαρίνην ἐν τῷ Σηνά‐ τῳ τῆς Κόγχης καὶ ἐν τῷ μέσῳ τῆς ἐν τῇ Κόγχῃ βασιλικῆς ἄλλην στήλην διὰ τιμίου λίθου ἀνέθηκε καθεζομένην τῷ αὐτῷ θειο‐</w:t>
      </w:r>
    </w:p>
    <w:p>
      <w:r>
        <w:rPr>
          <w:rFonts w:ascii="Courier New" w:hAnsi="Courier New"/>
          <w:color w:val="555555"/>
          <w:sz w:val="20"/>
        </w:rPr>
        <w:t>[15]</w:t>
      </w:r>
    </w:p>
    <w:p>
      <w:r>
        <w:rPr>
          <w:rFonts w:ascii="Gentium Plus" w:hAnsi="Gentium Plus"/>
          <w:sz w:val="24"/>
        </w:rPr>
        <w:t>τάτῳ βασιλεῖ Βαλεντινιανῷ. ἔκτισε δὲ καὶ τὰς δύο σφενδόνας τοῦ Κυνηγίου, εἰλήσας αὐτὰς καὶ πληρώσας βάθρων, ἐπειδὴ πρῴην μονομαχεῖον ἦν. ἔκτισε δὲ καὶ τὸ δημόσιον λουτρὸν πλη‐ σίον τοῦ Ἱππικοῦ. ἔκτισε δὲ καὶ ἄλλα πολλὰ θαυμαστὰ ἔργα ἐν τῇ αὐτῇ πόλει.</w:t>
      </w:r>
    </w:p>
    <w:p>
      <w:r>
        <w:rPr>
          <w:rFonts w:ascii="Courier New" w:hAnsi="Courier New"/>
          <w:color w:val="555555"/>
          <w:sz w:val="20"/>
        </w:rPr>
        <w:t>[20]</w:t>
      </w:r>
    </w:p>
    <w:p>
      <w:r>
        <w:rPr>
          <w:rFonts w:ascii="Gentium Plus" w:hAnsi="Gentium Plus"/>
          <w:sz w:val="24"/>
        </w:rPr>
        <w:t>Ὁ δὲ θειότατος βασιλεὺς Βαλεντινιανὸς πολλοὺς συγκλητι‐ κοὺς καὶ ἄρχοντας ἐπαρχιῶν ἐφόνευσεν, ὡς ἀδικοῦντας καὶ κλέ‐</w:t>
      </w:r>
    </w:p>
    <w:p>
      <w:r>
        <w:rPr>
          <w:rFonts w:ascii="Courier New" w:hAnsi="Courier New"/>
          <w:color w:val="555555"/>
          <w:sz w:val="20"/>
        </w:rPr>
        <w:t>[Chron . 340]</w:t>
      </w:r>
    </w:p>
    <w:p>
      <w:r>
        <w:rPr>
          <w:rFonts w:ascii="Gentium Plus" w:hAnsi="Gentium Plus"/>
          <w:sz w:val="24"/>
        </w:rPr>
        <w:t>τοῦ ὀνόματι Ῥοδανόν, ἄνδρα δυνατώτατον καὶ εὔπορον καὶ διοι‐ κοῦντα τὸ παλάτιον, ὡς πρῶτον ὄντα ἀρχιευνοῦχον καὶ ἐν μεγά‐ λῃ τιμῇ ὄντα, ζῶντα ἔκαυσεν εἰς τὴν σφενδόνην τοῦ Ἱππικοῦ φρυ‐ γάνοις, ὡς θεωρεῖ τὸ ἱππικὸν ὁ αὐτὸς βασιλεὺς Βαλεντινιανός.</w:t>
      </w:r>
    </w:p>
    <w:p>
      <w:r>
        <w:rPr>
          <w:rFonts w:ascii="Courier New" w:hAnsi="Courier New"/>
          <w:color w:val="555555"/>
          <w:sz w:val="20"/>
        </w:rPr>
        <w:t>[5]</w:t>
      </w:r>
    </w:p>
    <w:p>
      <w:r>
        <w:rPr>
          <w:rFonts w:ascii="Gentium Plus" w:hAnsi="Gentium Plus"/>
          <w:sz w:val="24"/>
        </w:rPr>
        <w:t>ὁ γὰρ πραιπόσιτος αὐτοῦ Ῥοδανὸς ἥρπασεν οὐσίαν ἀπό τινος χή‐ ρας γυναικὸς καλουμένης Βερονίκης, πλέξας αὐτῇ, ὡς ἐν δυνάμει ὤν· καὶ προσῆλθεν ἐκείνη τῷ αὐτῷ Βαλεντινιανῷ βασιλεῖ. ἢ μόνον δὲ ἐβασίλευσε, κατ’ αὐτοῦ ἔδωκεν αὐτοῖς δικαστὴν τὸν πα‐ τρίκιον Σαλούστιον· ὅστις κατέκρινε τὸν αὐτὸν πραιπόσιτον Ῥο‐</w:t>
      </w:r>
    </w:p>
    <w:p>
      <w:r>
        <w:rPr>
          <w:rFonts w:ascii="Courier New" w:hAnsi="Courier New"/>
          <w:color w:val="555555"/>
          <w:sz w:val="20"/>
        </w:rPr>
        <w:t>[10]</w:t>
      </w:r>
    </w:p>
    <w:p>
      <w:r>
        <w:rPr>
          <w:rFonts w:ascii="Gentium Plus" w:hAnsi="Gentium Plus"/>
          <w:sz w:val="24"/>
        </w:rPr>
        <w:t>δανόν. καὶ μαθὼν ὁ αὐτὸς βασιλεὺς τὸν ὅρον παρὰ τοῦ πατρι‐ κίου Σαλουστίου, ἐκέλευσε τῷ αὐτῷ πραιποσίτῳ ἀναδοῦναι τῇ χήρᾳ ἅπερ ἥρπασε παρ’ αὐτῆς. καὶ οὐκ ἐπείσθη ὁ αὐτὸς Ῥοδα‐ νὸς καὶ ἀνέδωκεν αὐτῇ, ἀλλ’ ἐξεκαλέσατο τὸν πατρίκιον Σαλού‐ στιον. καὶ ἀγανακτήσας ὁ αὐτὸς βασιλεὺς ἐκέλευσε τῇ αὐτῇ γυ‐</w:t>
      </w:r>
    </w:p>
    <w:p>
      <w:r>
        <w:rPr>
          <w:rFonts w:ascii="Courier New" w:hAnsi="Courier New"/>
          <w:color w:val="555555"/>
          <w:sz w:val="20"/>
        </w:rPr>
        <w:t>[15]</w:t>
      </w:r>
    </w:p>
    <w:p>
      <w:r>
        <w:rPr>
          <w:rFonts w:ascii="Gentium Plus" w:hAnsi="Gentium Plus"/>
          <w:sz w:val="24"/>
        </w:rPr>
        <w:t>ναικὶ προσελθεῖν αὐτῷ, ὡς θεωρεῖ τὸ ἱππικόν· καὶ προσῆλθεν αὐτῷ ἡ γυνὴ τῷ πέμπτῳ βαΐῳ πρωίας. καὶ ὡς ἵσταται ἔγγιστα αὐτοῦ εἰς τὰ δεξιὰ ὁ αὐτὸς Ῥοδανὸς πραιπόσιτος, ἐκέλευσεν ὁ αὐτὸς βασιλεύς, καὶ κατεσχέθη ἀπὸ τοῦ καθίσματος ἐπὶ πάσης τῆς πόλεως, καὶ ἀπηνέχθη εἰς τὴν σφενδόνην τοῦ Ἱππικοῦ καὶ</w:t>
      </w:r>
    </w:p>
    <w:p>
      <w:r>
        <w:rPr>
          <w:rFonts w:ascii="Courier New" w:hAnsi="Courier New"/>
          <w:color w:val="555555"/>
          <w:sz w:val="20"/>
        </w:rPr>
        <w:t>[20]</w:t>
      </w:r>
    </w:p>
    <w:p>
      <w:r>
        <w:rPr>
          <w:rFonts w:ascii="Gentium Plus" w:hAnsi="Gentium Plus"/>
          <w:sz w:val="24"/>
        </w:rPr>
        <w:t>ἐκαύθη. καὶ ἐχαρίσατο τῇ αὐτῇ χήρᾳ γυναικὶ ὁ αὐτὸς βασιλεὺς Βαλεντινιανὸς πᾶσαν τὴν περιουσίαν τοῦ αὐτοῦ πραιποσίτου Ῥο‐ δανοῦ· καὶ εὐφημίσθη ὑπὸ τοῦ δήμου παντὸς καὶ τῆς συγκλήτου, ὡς δίκαιος καὶ ἀπότομος· καὶ ἐγένετο φόβος πολὺς εἰς τοὺς κα‐ κοπράγμονας καὶ εἰς τοὺς ἁρπάζοντας τὰ ἀλλότρια, καὶ ἡ δικαιο‐</w:t>
      </w:r>
    </w:p>
    <w:p>
      <w:r>
        <w:rPr>
          <w:rFonts w:ascii="Courier New" w:hAnsi="Courier New"/>
          <w:color w:val="555555"/>
          <w:sz w:val="20"/>
        </w:rPr>
        <w:t>[25]</w:t>
      </w:r>
    </w:p>
    <w:p>
      <w:r>
        <w:rPr>
          <w:rFonts w:ascii="Gentium Plus" w:hAnsi="Gentium Plus"/>
          <w:sz w:val="24"/>
        </w:rPr>
        <w:t>σύνη ἐκράτει.</w:t>
      </w:r>
    </w:p>
    <w:p>
      <w:r>
        <w:rPr>
          <w:rFonts w:ascii="Courier New" w:hAnsi="Courier New"/>
          <w:color w:val="555555"/>
          <w:sz w:val="20"/>
        </w:rPr>
        <w:t>[Chron . 341]</w:t>
      </w:r>
    </w:p>
    <w:p>
      <w:r>
        <w:rPr>
          <w:rFonts w:ascii="Gentium Plus" w:hAnsi="Gentium Plus"/>
          <w:sz w:val="24"/>
        </w:rPr>
        <w:t>Ὁμοίως δὲ καὶ τὴν δέσποιναν Μαριανὴν τὴν ἑαυτοῦ γυναῖκα ἀγοράσασαν προάστειον ἔχον πρόσοδον καὶ δοῦσαν παρ’ ὃ ἦν τὸ προάστειον ἄξιον καὶ τιμηθεῖσαν ὡς Αὔγουσταν, ἀκούσας ἔπεμ‐ ψε καὶ διετιμήσατο τὸ αὐτὸ προάστειον, ὁρκώσας τοὺς διατιμη‐</w:t>
      </w:r>
    </w:p>
    <w:p>
      <w:r>
        <w:rPr>
          <w:rFonts w:ascii="Courier New" w:hAnsi="Courier New"/>
          <w:color w:val="555555"/>
          <w:sz w:val="20"/>
        </w:rPr>
        <w:t>[5]</w:t>
      </w:r>
    </w:p>
    <w:p>
      <w:r>
        <w:rPr>
          <w:rFonts w:ascii="Gentium Plus" w:hAnsi="Gentium Plus"/>
          <w:sz w:val="24"/>
        </w:rPr>
        <w:t>σαμένους· καὶ μαθὼν ὅτι πλείονος τιμῆς πολὺ ἄξιόν ἐστι τῆς ἀγορασίας, ἠγανάκτησε κατὰ τῆς βασιλίσσης καὶ ἐξώρισεν αὐτὴν τῆς πόλεως, ἀναδοὺς τῇ πωλησάσῃ γυναικὶ τὸ προάστειον. Ὁ δὲ αὐτὸς βασιλεὺς ἀνηγόρευσε βασιλέα Γρατιανὸν τὸν υἱὸν αὐτοῦ· τὴν δὲ αὐτὴν δέσποιναν Μαριανὴν ἀνεκαλέσατο ὁ</w:t>
      </w:r>
    </w:p>
    <w:p>
      <w:r>
        <w:rPr>
          <w:rFonts w:ascii="Courier New" w:hAnsi="Courier New"/>
          <w:color w:val="555555"/>
          <w:sz w:val="20"/>
        </w:rPr>
        <w:t>[10]</w:t>
      </w:r>
    </w:p>
    <w:p>
      <w:r>
        <w:rPr>
          <w:rFonts w:ascii="Gentium Plus" w:hAnsi="Gentium Plus"/>
          <w:sz w:val="24"/>
        </w:rPr>
        <w:t>υἱὸς αὐτῆς Βαλεριανὸς μετὰ τὸ γενέσθαι αὐτὸν βασιλέα ἐν τῇ Ῥώμῃ παρὰ τοῦ αὐτοῦ πατρός. Ὁ δὲ θειότατος Βαλεντινιανὸς νόσῳ βληθεὶς μετὰ χρόνον ἐτελεύτα ἐν καστελλίῳ Βιργιτινών, ὢν ἐνιαυτῶν νεʹ. Μετὰ δὲ τὴν βασιλείαν Βαλεντινιανοῦ τοῦ μεγάλου τοῦ ἀπο‐</w:t>
      </w:r>
    </w:p>
    <w:p>
      <w:r>
        <w:rPr>
          <w:rFonts w:ascii="Courier New" w:hAnsi="Courier New"/>
          <w:color w:val="555555"/>
          <w:sz w:val="20"/>
        </w:rPr>
        <w:t>[15]</w:t>
      </w:r>
    </w:p>
    <w:p>
      <w:r>
        <w:rPr>
          <w:rFonts w:ascii="Gentium Plus" w:hAnsi="Gentium Plus"/>
          <w:sz w:val="24"/>
        </w:rPr>
        <w:t>τόμου ἐποίησεν ὁ στρατὸς βασιλέα αὐθεντήσας τὴν σύγκλητον Εὐγένιον ὀνόματι· καὶ ἐβασίλευσεν ἡμέρας εἴκοσι δύο καὶ ἐσφάγη</w:t>
      </w:r>
    </w:p>
    <w:p>
      <w:r>
        <w:rPr>
          <w:rFonts w:ascii="Courier New" w:hAnsi="Courier New"/>
          <w:color w:val="555555"/>
          <w:sz w:val="20"/>
        </w:rPr>
        <w:t>[Chron . 342]</w:t>
      </w:r>
    </w:p>
    <w:p>
      <w:r>
        <w:rPr>
          <w:rFonts w:ascii="Gentium Plus" w:hAnsi="Gentium Plus"/>
          <w:sz w:val="24"/>
        </w:rPr>
        <w:t>Καὶ ἐβασίλευσεν ὁ θειότατος Βάλης ὁ ἀδελφὸς Βαλεντινια‐ νοῦ τοῦ ἀποτόμου, ὁ γενναῖος ἐν πολέμοις, ὑπὸ τῆς συγκλήτου Κωνσταντινουπόλεως ἀναγορευθείς, ἔτους τκϛʹ κατὰ Ἀντιόχειαν. ὅτε γὰρ ἐτελεύτα Βαλεντινιανὸς ὁ αὐτοῦ ἀδελφός, οὐκ ἦν ἐν Κων‐</w:t>
      </w:r>
    </w:p>
    <w:p>
      <w:r>
        <w:rPr>
          <w:rFonts w:ascii="Courier New" w:hAnsi="Courier New"/>
          <w:color w:val="555555"/>
          <w:sz w:val="20"/>
        </w:rPr>
        <w:t>[5]</w:t>
      </w:r>
    </w:p>
    <w:p>
      <w:r>
        <w:rPr>
          <w:rFonts w:ascii="Gentium Plus" w:hAnsi="Gentium Plus"/>
          <w:sz w:val="24"/>
        </w:rPr>
        <w:t>σταντινουπόλει ὁ Βάλης, ἀλλ’ ἦν πέμψας αὐτὸν ὁ ἀδελφὸς αὐ‐ τοῦ ἐν τῇ ζωῇ αὐτοῦ πολεμῆσαι εἰς τὸ Σίρμιον πρὸς τοὺς Γότ‐ θους. οὕστινας νικήσας κατὰ κράτος ὑπέστρεψε· καὶ στεφθεὶς ἐβασίλευσεν ἔτη ιγʹ. ἦν δὲ τῷ δόγματι Ἐξακιονίτης, πολεμιστής, καὶ μεγαλόψυχος καὶ φιλοκτίστης.</w:t>
      </w:r>
    </w:p>
    <w:p>
      <w:r>
        <w:rPr>
          <w:rFonts w:ascii="Courier New" w:hAnsi="Courier New"/>
          <w:color w:val="555555"/>
          <w:sz w:val="20"/>
        </w:rPr>
        <w:t>[10]</w:t>
      </w:r>
    </w:p>
    <w:p>
      <w:r>
        <w:rPr>
          <w:rFonts w:ascii="Gentium Plus" w:hAnsi="Gentium Plus"/>
          <w:sz w:val="24"/>
        </w:rPr>
        <w:t>Ἢ μόνον δὲ ἐβασίλευσεν, ἔδωκε τοῖς Ἀρειανοῖς τὴν μεγάλην ἐκκλησίαν ἐν Κωνσταντινουπόλει, καὶ εἰς τὰς ἄλλας πόλεις τὸ αὐτὸ πεποιηκώς. καὶ πάνυ ἐκάκωσε τοὺς χριστιανοὺς ἐν τῇ βα‐ σιλείᾳ αὐτοῦ. Ὁ δὲ αὐτὸς Βάλης καὶ τὴν δευτέραν Καππαδοκίαν ἐποίησεν</w:t>
      </w:r>
    </w:p>
    <w:p>
      <w:r>
        <w:rPr>
          <w:rFonts w:ascii="Courier New" w:hAnsi="Courier New"/>
          <w:color w:val="555555"/>
          <w:sz w:val="20"/>
        </w:rPr>
        <w:t>[15]</w:t>
      </w:r>
    </w:p>
    <w:p>
      <w:r>
        <w:rPr>
          <w:rFonts w:ascii="Gentium Plus" w:hAnsi="Gentium Plus"/>
          <w:sz w:val="24"/>
        </w:rPr>
        <w:t>ἐπαρχίαν, ἀπομερίσας αὐτὴν ἀπὸ τῆς πρώτης.</w:t>
      </w:r>
    </w:p>
    <w:p>
      <w:r>
        <w:rPr>
          <w:rFonts w:ascii="Courier New" w:hAnsi="Courier New"/>
          <w:color w:val="555555"/>
          <w:sz w:val="20"/>
        </w:rPr>
        <w:t>[Chron . 343]</w:t>
      </w:r>
    </w:p>
    <w:p>
      <w:r>
        <w:rPr>
          <w:rFonts w:ascii="Gentium Plus" w:hAnsi="Gentium Plus"/>
          <w:sz w:val="24"/>
        </w:rPr>
        <w:t>πόλις τῆς Βιθυνίας, μηνὶ σεπτεμβρίῳ ἰνδικτιῶνος ιαʹ· ἐτελεύτησε δὲ ὁ αὐτὸς Βάλης ποιήσας πρόκενσον εἰς Ἀδριανούπολιν τῆς Θρᾴκης, ἀπελθὼν κτίσαι φαβρίκα ἐκεῖ οἶκον πρὸ τῆς πόλεως ἐν ἀγρῷ ἑτέρῳ, τοῦ οἰκήματος τοῦ ἀγροῦ ἀδήλως ἀναφθέντος καὶ</w:t>
      </w:r>
    </w:p>
    <w:p>
      <w:r>
        <w:rPr>
          <w:rFonts w:ascii="Courier New" w:hAnsi="Courier New"/>
          <w:color w:val="555555"/>
          <w:sz w:val="20"/>
        </w:rPr>
        <w:t>[5]</w:t>
      </w:r>
    </w:p>
    <w:p>
      <w:r>
        <w:rPr>
          <w:rFonts w:ascii="Gentium Plus" w:hAnsi="Gentium Plus"/>
          <w:sz w:val="24"/>
        </w:rPr>
        <w:t>ἀναφθέντων τῶν σκαλῶν νυκτός, ἀπώλετο μετὰ τῶν κουβικουλα‐ ρίων καὶ σπαθαρίων αὐτοῦ, ὢν ἐνιαυτῶν μθʹ. Μετὰ δὲ τὴν βασιλείαν Βάλεντος ἐβασίλευσεν ὁ εὐσεβέστατος Γρατιανὸς ὁ υἱὸς Βαλεντινιανοῦ ὁ μείζων ἐπὶ τῆς ὑπατείας Αὐ‐ σονιανοῦ καὶ Ἑρμογένους· ἐβασίλευσε δὲ ἔτη ιζʹ. ἦν δὲ ἥσυχος</w:t>
      </w:r>
    </w:p>
    <w:p>
      <w:r>
        <w:rPr>
          <w:rFonts w:ascii="Courier New" w:hAnsi="Courier New"/>
          <w:color w:val="555555"/>
          <w:sz w:val="20"/>
        </w:rPr>
        <w:t>[10]</w:t>
      </w:r>
    </w:p>
    <w:p>
      <w:r>
        <w:rPr>
          <w:rFonts w:ascii="Gentium Plus" w:hAnsi="Gentium Plus"/>
          <w:sz w:val="24"/>
        </w:rPr>
        <w:t>καὶ τιμητικός. Ἐπὶ δὲ τῆς βασιλείας αὐτοῦ Θέων ὁ σοφώτατος φιλόσοφος ἐδίδασκε καὶ ἡρμήνευε τὰ ἀστρονομικὰ καὶ τὰ Ἑρμοῦ τοῦ Τρισ‐ μεγίστου συγγράμματα καὶ τὰ Ὀρφέως. Τῷ δὲ ἕκτῳ ἔτει τῆς βασιλείας τοῦ αὐτοῦ Γρατιανοῦ ἀνη‐</w:t>
      </w:r>
    </w:p>
    <w:p>
      <w:r>
        <w:rPr>
          <w:rFonts w:ascii="Courier New" w:hAnsi="Courier New"/>
          <w:color w:val="555555"/>
          <w:sz w:val="20"/>
        </w:rPr>
        <w:t>[15]</w:t>
      </w:r>
    </w:p>
    <w:p>
      <w:r>
        <w:rPr>
          <w:rFonts w:ascii="Gentium Plus" w:hAnsi="Gentium Plus"/>
          <w:sz w:val="24"/>
        </w:rPr>
        <w:t>γορεύθη ὑπ’ αὐτοῦ βασιλεὺς Θεοδόσιος ὁ Σπανός, γαμήσας Πλα‐</w:t>
      </w:r>
    </w:p>
    <w:p>
      <w:r>
        <w:rPr>
          <w:rFonts w:ascii="Courier New" w:hAnsi="Courier New"/>
          <w:color w:val="555555"/>
          <w:sz w:val="20"/>
        </w:rPr>
        <w:t>[Chron . 344]</w:t>
      </w:r>
    </w:p>
    <w:p>
      <w:r>
        <w:rPr>
          <w:rFonts w:ascii="Gentium Plus" w:hAnsi="Gentium Plus"/>
          <w:sz w:val="24"/>
        </w:rPr>
        <w:t>Πρὸ δὲ τῆς βασιλείας Γρατιανοῦ ἐτελεύτησε Βαλεριανός, βα‐ σιλεὺς Ῥώμης, ὁ υἱὸς Βαλεντινιανοῦ, ὁ ἀδελφὸς Γρατιανοῦ ὁ μεί‐ ζων, βασιλεύσας τῆς Ῥώμης ἔτη ὀλίγα πάνυ· καὶ ἐγένετο ἀντ’ αὐ‐ τοῦ βασιλεὺς ἐν τῇ Ῥώμῃ ὁ συγγενὴς αὐτοῦ Βαλεντινιανός.</w:t>
      </w:r>
    </w:p>
    <w:p>
      <w:r>
        <w:rPr>
          <w:rFonts w:ascii="Courier New" w:hAnsi="Courier New"/>
          <w:color w:val="555555"/>
          <w:sz w:val="20"/>
        </w:rPr>
        <w:t>[5]</w:t>
      </w:r>
    </w:p>
    <w:p>
      <w:r>
        <w:rPr>
          <w:rFonts w:ascii="Gentium Plus" w:hAnsi="Gentium Plus"/>
          <w:sz w:val="24"/>
        </w:rPr>
        <w:t>Ὁ δὲ βασιλεὺς Γρατιανὸς νόσῳ περιπεσὼν τὸν σπλῆνα ἔμεινεν ἐπὶ πολὺν χρόνον νοσῶν· καὶ ἐν τῷ ἀνιέναι αὐτὸν ἐν τῷ Ἱππικῷ Κωνσταντινουπόλεως θεωρῆσαι διὰ τοῦ Κοχλίου κατὰ τὴν θύραν τοῦ λεγομένου Δεκίμου ἐσφάγη καὶ τελευτᾷ, ὢν ἐνιαυτῶν κηʹ. Μετὰ δὲ τὴν βασιλείαν Γρατιανοῦ ἡ σύγκλητος Κωνσταντι‐</w:t>
      </w:r>
    </w:p>
    <w:p>
      <w:r>
        <w:rPr>
          <w:rFonts w:ascii="Courier New" w:hAnsi="Courier New"/>
          <w:color w:val="555555"/>
          <w:sz w:val="20"/>
        </w:rPr>
        <w:t>[10]</w:t>
      </w:r>
    </w:p>
    <w:p>
      <w:r>
        <w:rPr>
          <w:rFonts w:ascii="Gentium Plus" w:hAnsi="Gentium Plus"/>
          <w:sz w:val="24"/>
        </w:rPr>
        <w:t>νουπόλεως ἀνηγόρευσε βασιλέα Θεοδόσιον, ὡς ἐκ τοῦ γένους αὐ‐ τῶν ὄντα ἐκ τῆς Ἱσπανίας χώρας. καὶ ἀναγορευθεὶς ὑπὸ τῆς συγκλήτου ἐβασίλευσεν ὁ θειότατος Θεοδόσιος ὁ Σπανός, ὁ μέγας, γαμβρὸς Γρατιανοῦ, ἔτη ιζʹ. ἦν δὲ χριστιανὸς καὶ φρόνιμος καὶ εὐσεβὴς καὶ ἐνδρανής. ἢ μόνον δὲ ἐβασίλευσεν, εὐθέως ἀνέδωκε</w:t>
      </w:r>
    </w:p>
    <w:p>
      <w:r>
        <w:rPr>
          <w:rFonts w:ascii="Courier New" w:hAnsi="Courier New"/>
          <w:color w:val="555555"/>
          <w:sz w:val="20"/>
        </w:rPr>
        <w:t>[15]</w:t>
      </w:r>
    </w:p>
    <w:p>
      <w:r>
        <w:rPr>
          <w:rFonts w:ascii="Gentium Plus" w:hAnsi="Gentium Plus"/>
          <w:sz w:val="24"/>
        </w:rPr>
        <w:t>τὰς ἐκκλησίας τοῖς ὀρθοδόξοις, πανταχοῦ ποιήσας σάκρας καὶ διώξας τοὺς Ἀρειανούς. ὁ δὲ αὐτὸς βασιλεὺς ἔστεψε τοὺς δύο αὐτοῦ υἱούς, οὓς ἔσχεν ἀπὸ τῆς προτέρας αὐτοῦ γυναικὸς Γάλλης, καὶ τὸν μὲν Ἀρκάδιον ἐποίησε βασιλέα ἐν Κωνσταντινουπόλει, τὸν δὲ Ὁνώριον ἐν Ῥώμῃ. τοὺς δὲ ναοὺς τῶν Ἑλλήνων πάντας</w:t>
      </w:r>
    </w:p>
    <w:p>
      <w:r>
        <w:rPr>
          <w:rFonts w:ascii="Courier New" w:hAnsi="Courier New"/>
          <w:color w:val="555555"/>
          <w:sz w:val="20"/>
        </w:rPr>
        <w:t>[20]</w:t>
      </w:r>
    </w:p>
    <w:p>
      <w:r>
        <w:rPr>
          <w:rFonts w:ascii="Gentium Plus" w:hAnsi="Gentium Plus"/>
          <w:sz w:val="24"/>
        </w:rPr>
        <w:t>κατέστρεψεν ἕως ἐδάφους ὁ αὐτὸς Θεοδόσιος βασιλεύς. κατέλυσε δὲ καὶ τὸ ἱερὸν Ἡλιουπόλεως τὸ μέγα καὶ περιβόητον τὸ λεγόμενον Τρίλιθον, καὶ ἐποίησεν αὐτὸ ἐκκλησίαν χριστιανοῖς. ὁμοίως δὲ</w:t>
      </w:r>
    </w:p>
    <w:p>
      <w:r>
        <w:rPr>
          <w:rFonts w:ascii="Courier New" w:hAnsi="Courier New"/>
          <w:color w:val="555555"/>
          <w:sz w:val="20"/>
        </w:rPr>
        <w:t>[Chron . 345]</w:t>
      </w:r>
    </w:p>
    <w:p>
      <w:r>
        <w:rPr>
          <w:rFonts w:ascii="Gentium Plus" w:hAnsi="Gentium Plus"/>
          <w:sz w:val="24"/>
        </w:rPr>
        <w:t>δὲ πολλὰ ἱερὰ ἐποίησεν ἐκκλησίας, καὶ ηὐξήθη τὰ τῶν χριστιανῶν πλέον ἐπὶ τῆς βασιλείας αὐτοῦ. Ὁ δὲ αὐτὸς βασιλεὺς ἀπεμέρισε καὶ τὴν Φοινίκην Λιβανη‐ σίαν ἀπὸ τῆς παράλου καὶ ἐποίησεν ἐπαρχίαν, δοὺς δίκαια μη‐</w:t>
      </w:r>
    </w:p>
    <w:p>
      <w:r>
        <w:rPr>
          <w:rFonts w:ascii="Courier New" w:hAnsi="Courier New"/>
          <w:color w:val="555555"/>
          <w:sz w:val="20"/>
        </w:rPr>
        <w:t>[5]</w:t>
      </w:r>
    </w:p>
    <w:p>
      <w:r>
        <w:rPr>
          <w:rFonts w:ascii="Gentium Plus" w:hAnsi="Gentium Plus"/>
          <w:sz w:val="24"/>
        </w:rPr>
        <w:t>τροπόλεως καὶ ἄρχοντα ὀρδινάριον Ἐμέζτῃ τῇ πόλει. ὁ αὐτὸς δὲ βασιλεὺς καὶ τὸν Πόντον μερίσας ἐποίησεν ἐπαρχίαν, ἥντινα ἐκά‐ λεσεν Αἱμίμοντον. Ἐπὶ δὲ τῆς αὐτοῦ βασιλείας ἐτυράννησε Βαλβῖνος ὁ Ἴσαυρος, καὶ ἔστρεψεν Ἀνάζαρβον τὴν πόλιν καὶ Εἰρηνούπολιν καὶ Καστά‐</w:t>
      </w:r>
    </w:p>
    <w:p>
      <w:r>
        <w:rPr>
          <w:rFonts w:ascii="Courier New" w:hAnsi="Courier New"/>
          <w:color w:val="555555"/>
          <w:sz w:val="20"/>
        </w:rPr>
        <w:t>[10]</w:t>
      </w:r>
    </w:p>
    <w:p>
      <w:r>
        <w:rPr>
          <w:rFonts w:ascii="Gentium Plus" w:hAnsi="Gentium Plus"/>
          <w:sz w:val="24"/>
        </w:rPr>
        <w:t>βαλαν, τῆς Κιλικίας πόλεις. καὶ συλληφθεὶς ὑπὸ Ῥούφου στρα‐ τηλάτου ἀνῃρέθη. Ὁ δὲ αὐτὸς βασιλεὺς Θεοδόσιος ἐν τῷ αὐτῷ χρόνῳ τοὺς τρεῖς ναοὺς τοὺς ὄντας ἐν Κωνσταντινουπόλει εἰς τὴν πρῴην λεγομέ‐ νην Ἀκρόπολιν καταλύσας, ἐποίησε τὸν τοῦ Ἡλίου ναὸν αὐλὴν</w:t>
      </w:r>
    </w:p>
    <w:p>
      <w:r>
        <w:rPr>
          <w:rFonts w:ascii="Courier New" w:hAnsi="Courier New"/>
          <w:color w:val="555555"/>
          <w:sz w:val="20"/>
        </w:rPr>
        <w:t>[15]</w:t>
      </w:r>
    </w:p>
    <w:p>
      <w:r>
        <w:rPr>
          <w:rFonts w:ascii="Gentium Plus" w:hAnsi="Gentium Plus"/>
          <w:sz w:val="24"/>
        </w:rPr>
        <w:t>οἰκημάτων, καὶ ἐδωρήσατο αὐτὴν τῇ μεγάλῃ ἐκκλησίᾳ Κωνσταν‐ τινουπόλεως· ἥτις αὐλὴ κέκληται ἕως τοῦ νῦν τοῦ Ἡλίου· τὸν δὲ τῆς Ἀρτέμιδος ναὸν ἐποίησε ταβλοπαρόχιον τοῖς κοττίζουσιν· ὅστις τόπος κέκληται ἕως τῆς νῦν ὁ ναός· ἡ δὲ πλησίον ῥύμη τὸ ἐλάφιν. τὸν δὲ τῆς Ἀφροδίτης ναὸν ἐποίησε καρουχαρεῖον τοῦ</w:t>
      </w:r>
    </w:p>
    <w:p>
      <w:r>
        <w:rPr>
          <w:rFonts w:ascii="Courier New" w:hAnsi="Courier New"/>
          <w:color w:val="555555"/>
          <w:sz w:val="20"/>
        </w:rPr>
        <w:t>[20]</w:t>
      </w:r>
    </w:p>
    <w:p>
      <w:r>
        <w:rPr>
          <w:rFonts w:ascii="Gentium Plus" w:hAnsi="Gentium Plus"/>
          <w:sz w:val="24"/>
        </w:rPr>
        <w:t>ἐπάρχου τῶν πραιτωρίων, κτίσας πέριξ ὁσπήτια καὶ κελεύσας δωρεὰν μένειν ἐν αὐτοῖς τὰς πάνυ πενιχρὰς πόρνας. ἐποίησε δὲ ὁ αὐτὸς Θεοδόσιος καὶ τὴν λεγομένην πρῴην κώμην Ῥοφαεινᾶν</w:t>
      </w:r>
    </w:p>
    <w:p>
      <w:r>
        <w:rPr>
          <w:rFonts w:ascii="Courier New" w:hAnsi="Courier New"/>
          <w:color w:val="555555"/>
          <w:sz w:val="20"/>
        </w:rPr>
        <w:t>[Chron . 346]</w:t>
      </w:r>
    </w:p>
    <w:p>
      <w:r>
        <w:rPr>
          <w:rFonts w:ascii="Gentium Plus" w:hAnsi="Gentium Plus"/>
          <w:sz w:val="24"/>
        </w:rPr>
        <w:t>κώμη καὶ δίκαιον πόλεως ἕως τῆς νῦν, ἐπὶ τῆς ὑπατείας Μηρο‐ βαύδου καὶ Σατουρνίνου. Ὁ δὲ αὐτὸς Θεοδόσιος ἐπὶ τῆς ἑαυτοῦ βασιλείας ἐποίησε τὴν σύνοδον τῶν ρνʹ ἐπισκόπων τῶν ἐν Κωνσταντινουπόλει ἕνεκεν</w:t>
      </w:r>
    </w:p>
    <w:p>
      <w:r>
        <w:rPr>
          <w:rFonts w:ascii="Courier New" w:hAnsi="Courier New"/>
          <w:color w:val="555555"/>
          <w:sz w:val="20"/>
        </w:rPr>
        <w:t>[5]</w:t>
      </w:r>
    </w:p>
    <w:p>
      <w:r>
        <w:rPr>
          <w:rFonts w:ascii="Gentium Plus" w:hAnsi="Gentium Plus"/>
          <w:sz w:val="24"/>
        </w:rPr>
        <w:t>τοῦ ὁμοουσίου τοῦ ἁγίου πνεύματος. ὡσαύτως δὲ ὁ αὐτὸς Θεο‐ δόσιος βασιλεὺς προήγαγε τὸν ἔπαρχον πραιτωρίων Ἀντίοχον τὸν ἐπίκλην Χούζωνα τὸν μέγαν, καταγόμενον ἀπὸ Ἀντιοχείας τῆς μεγάλης. ἢ μόνον δὲ προήχθη ἔπαρχος, ἀνήγαγε τῷ αὐτῷ Θεο‐ δοσίῳ βασιλεῖ ὅτι ἐπλατύνθη καὶ ηὐξήθη ἡ αὐτὴ μεγάλη πόλις</w:t>
      </w:r>
    </w:p>
    <w:p>
      <w:r>
        <w:rPr>
          <w:rFonts w:ascii="Courier New" w:hAnsi="Courier New"/>
          <w:color w:val="555555"/>
          <w:sz w:val="20"/>
        </w:rPr>
        <w:t>[10]</w:t>
      </w:r>
    </w:p>
    <w:p>
      <w:r>
        <w:rPr>
          <w:rFonts w:ascii="Gentium Plus" w:hAnsi="Gentium Plus"/>
          <w:sz w:val="24"/>
        </w:rPr>
        <w:t>Ἀντιόχεια τῆς Συρίας καὶ ἔχει πολλὰ οἰκήματα ἔξω τειχέων ἐπὶ μίλιον ἕνα. καὶ ἐκέλευσεν ὁ αὐτὸς βασιλεὺς Θεοδόσιος περιτειχι‐ σθῆναι καὶ τὰ ἔξω τῆς πόλεως ὄντα οἰκήματα· καὶ ἐγένετο τεῖχος ἀπὸ τῆς πόρτας τοῦ λεγομένου φίλον αὐτοῦ ἕως τοῦ λεγομένου Ῥοδίωνος· καὶ περιέλαβε τὸ ὄρος τὸ νέον τεῖχος ἕως τοῦ πα‐</w:t>
      </w:r>
    </w:p>
    <w:p>
      <w:r>
        <w:rPr>
          <w:rFonts w:ascii="Courier New" w:hAnsi="Courier New"/>
          <w:color w:val="555555"/>
          <w:sz w:val="20"/>
        </w:rPr>
        <w:t>[15]</w:t>
      </w:r>
    </w:p>
    <w:p>
      <w:r>
        <w:rPr>
          <w:rFonts w:ascii="Gentium Plus" w:hAnsi="Gentium Plus"/>
          <w:sz w:val="24"/>
        </w:rPr>
        <w:t>λαιοῦ τείχους τοῦ κτισθέντος ὑπὸ Τιβερίου Καίσαρος, καὶ προσε‐ κόλλησε τὸ νέον τεῖχος ἕως τοῦ ῥύακος τοῦ λεγομένου Φυρμίνου τοῦ κατερχομένου ἐκ τῆς διασφαγῆς τοῦ ὄρους, ἐνεγκὼν τοὺς λί‐ θους ἐκ τοῦ μονομαχείου τοῦ παλαιοῦ τοῦ ὄντος εἰς τὴν ἀκρό‐ πολιν ἄνω, λύσας καὶ τὸν ἀγωγὸν τὸν ἐρχόμενον εἰς τὴν αὐτὴν</w:t>
      </w:r>
    </w:p>
    <w:p>
      <w:r>
        <w:rPr>
          <w:rFonts w:ascii="Courier New" w:hAnsi="Courier New"/>
          <w:color w:val="555555"/>
          <w:sz w:val="20"/>
        </w:rPr>
        <w:t>[20]</w:t>
      </w:r>
    </w:p>
    <w:p>
      <w:r>
        <w:rPr>
          <w:rFonts w:ascii="Gentium Plus" w:hAnsi="Gentium Plus"/>
          <w:sz w:val="24"/>
        </w:rPr>
        <w:t>ἀκρόπολιν ἀπὸ τῶν λεγομένων ὑδάτων ἐκ τῆς Λαοδικηνῆς ὁδοῦ·</w:t>
      </w:r>
    </w:p>
    <w:p>
      <w:r>
        <w:rPr>
          <w:rFonts w:ascii="Courier New" w:hAnsi="Courier New"/>
          <w:color w:val="555555"/>
          <w:sz w:val="20"/>
        </w:rPr>
        <w:t>[Chron . 347]</w:t>
      </w:r>
    </w:p>
    <w:p>
      <w:r>
        <w:rPr>
          <w:rFonts w:ascii="Gentium Plus" w:hAnsi="Gentium Plus"/>
          <w:sz w:val="24"/>
        </w:rPr>
        <w:t>ἄνω εἰς τὸ ὄρος τοῖς λεγομένοις ἀκροπολίταις τοῖς ἀπομείνασι καὶ οἰκήσασιν ἄνω μεθ’ οὓς κατήγαγε Σέλευκος ὁ Μακεδὼν ὁ Νικά‐ τωρ ἐν τῇ πόλει τῇ κτισθείσῃ ὑπ’ αὐτοῦ ἐν τῷ λεγομένῳ αὐλῶνι· οὕστινας καὶ παρεκάλεσεν οἰκεῖν ἅμα αὐτῷ τὴν κάτω πόλιν Ἀν‐</w:t>
      </w:r>
    </w:p>
    <w:p>
      <w:r>
        <w:rPr>
          <w:rFonts w:ascii="Courier New" w:hAnsi="Courier New"/>
          <w:color w:val="555555"/>
          <w:sz w:val="20"/>
        </w:rPr>
        <w:t>[5]</w:t>
      </w:r>
    </w:p>
    <w:p>
      <w:r>
        <w:rPr>
          <w:rFonts w:ascii="Gentium Plus" w:hAnsi="Gentium Plus"/>
          <w:sz w:val="24"/>
        </w:rPr>
        <w:t>τιόχειαν τὴν μεγάλην. ἐν ἐκείνῳ δὲ τῷ καιρῷ ἔλαβε τεῖχος καὶ Γίνδαρος καὶ τὸ Λύταργον καὶ ἄλλαι πολλαὶ κωμοπόλεις τῆς Συρίας. Ἐπὶ δὲ τῆς αὐτοῦ βασιλείας οἱ Τζάννοι περάσαντες ἦλθον εἰς τὴν Καππαδοκίαν καὶ Κιλικίαν καὶ Συρίαν· καὶ ἐπραίδευσαν καὶ</w:t>
      </w:r>
    </w:p>
    <w:p>
      <w:r>
        <w:rPr>
          <w:rFonts w:ascii="Courier New" w:hAnsi="Courier New"/>
          <w:color w:val="555555"/>
          <w:sz w:val="20"/>
        </w:rPr>
        <w:t>[10]</w:t>
      </w:r>
    </w:p>
    <w:p>
      <w:r>
        <w:rPr>
          <w:rFonts w:ascii="Gentium Plus" w:hAnsi="Gentium Plus"/>
          <w:sz w:val="24"/>
        </w:rPr>
        <w:t>ἀπῆλθον. Ὁ δὲ αὐτὸς βασιλεὺς Θεοδόσιος ἐμέρισε τὴν νέαν Ἤπειρον ἀπὸ τῆς παλαιᾶς καὶ ἐποίησεν ἐπαρχίαν, δοὺς δίκαιον μητροπόλεως καὶ ἄρχοντα Δοῤῥαχίῳ πόλει· ὁμοίως δὲ καὶ δευτέραν Παλαιστί‐ νην ἐμέρισεν ἀπὸ τῆς πρώτης καὶ ἐποίησεν ἄρχοντα, δοὺς δίκαιον</w:t>
      </w:r>
    </w:p>
    <w:p>
      <w:r>
        <w:rPr>
          <w:rFonts w:ascii="Courier New" w:hAnsi="Courier New"/>
          <w:color w:val="555555"/>
          <w:sz w:val="20"/>
        </w:rPr>
        <w:t>[15]</w:t>
      </w:r>
    </w:p>
    <w:p>
      <w:r>
        <w:rPr>
          <w:rFonts w:ascii="Gentium Plus" w:hAnsi="Gentium Plus"/>
          <w:sz w:val="24"/>
        </w:rPr>
        <w:t>μητροπόλεως καὶ ἄρχοντα τῇ λεγομένῃ Σκυθῶν πόλει. Ὁ δὲ αὐτὸς Θεοδόσιος βασιλεὺς ἀπὸ Κωνσταντινουπόλεως ἐξελθὼν ἐπὶ Ῥώμην εἰσῆλθεν ἐν Θεσσαλονίκῃ πόλει· καὶ τοῦ ὄν‐ τος μετ’ αὐτοῦ στρατιωτικοῦ πλήθους διὰ μιτᾶτα ταράξαντος τὴν πόλιν, ἐστασίασαν καὶ ὕβρισαν τὸν βασιλέα οἱ Θεσσαλονικεῖς.</w:t>
      </w:r>
    </w:p>
    <w:p>
      <w:r>
        <w:rPr>
          <w:rFonts w:ascii="Courier New" w:hAnsi="Courier New"/>
          <w:color w:val="555555"/>
          <w:sz w:val="20"/>
        </w:rPr>
        <w:t>[20]</w:t>
      </w:r>
    </w:p>
    <w:p>
      <w:r>
        <w:rPr>
          <w:rFonts w:ascii="Gentium Plus" w:hAnsi="Gentium Plus"/>
          <w:sz w:val="24"/>
        </w:rPr>
        <w:t>καὶ θεωρήσας ἱππικὸν ἐν τῇ αὐτῇ πόλει γέμοντος τοῦ Ἱππικοῦ ἐκέλευσε τοξευθῆναι· καὶ ἀπώλετο πλῆθος χιλιάδων δεκαπέντε. καὶ διὰ τοῦτο ἀγανακτήσας κατ’ αὐτοῦ Ἀμβρόσιος ὁ ἐπίσκοπος</w:t>
      </w:r>
    </w:p>
    <w:p>
      <w:r>
        <w:rPr>
          <w:rFonts w:ascii="Courier New" w:hAnsi="Courier New"/>
          <w:color w:val="555555"/>
          <w:sz w:val="20"/>
        </w:rPr>
        <w:t>[Chron . 348]</w:t>
      </w:r>
    </w:p>
    <w:p>
      <w:r>
        <w:rPr>
          <w:rFonts w:ascii="Gentium Plus" w:hAnsi="Gentium Plus"/>
          <w:sz w:val="24"/>
        </w:rPr>
        <w:t>εἰσερχόμενος εἰς τὴν ἐκκλησίαν, ἕως οὗ παρακληθεὶς ὁ ἐπίσκοπος εἰς τὰ ἅγια γενέθλια ἐδέξατο αὐτόν. οὐκ ἄλλως δὲ ἐδέξατο αὐ‐ τόν, ἕως οὗ ἐποίησε σάκραν, ἵνα οἱασδήποτε ἀγανακτήσεως παρὰ βασιλέως γινομένης ἔνδοσιν δίδοσθαι ἀπὸ τῶν ἐπιτρεπομένων</w:t>
      </w:r>
    </w:p>
    <w:p>
      <w:r>
        <w:rPr>
          <w:rFonts w:ascii="Courier New" w:hAnsi="Courier New"/>
          <w:color w:val="555555"/>
          <w:sz w:val="20"/>
        </w:rPr>
        <w:t>[5]</w:t>
      </w:r>
    </w:p>
    <w:p>
      <w:r>
        <w:rPr>
          <w:rFonts w:ascii="Gentium Plus" w:hAnsi="Gentium Plus"/>
          <w:sz w:val="24"/>
        </w:rPr>
        <w:t>τριάκοντα ἡμερῶν καὶ εἶθ’ οὕτως γενέσθαι τὸ προσταχθέν. Ὁ δὲ αὐτὸς βασιλεὺς καὶ τὴν δευτέραν Γαλατίαν ἀπὸ τῆς πρώτης μερίσας ἐποίησεν ἐπαρχίαν, δοὺς δίκαιον πόλεως καὶ ἄρ‐ χοντα Πισινοῦντι τῇ πόλει. Ὁ δὲ αὐτὸς Θεοδόσιος βασιλεὺς ποιήσας πρόκενσον ἀπιὼν ἐπὶ</w:t>
      </w:r>
    </w:p>
    <w:p>
      <w:r>
        <w:rPr>
          <w:rFonts w:ascii="Courier New" w:hAnsi="Courier New"/>
          <w:color w:val="555555"/>
          <w:sz w:val="20"/>
        </w:rPr>
        <w:t>[10]</w:t>
      </w:r>
    </w:p>
    <w:p>
      <w:r>
        <w:rPr>
          <w:rFonts w:ascii="Gentium Plus" w:hAnsi="Gentium Plus"/>
          <w:sz w:val="24"/>
        </w:rPr>
        <w:t>πόλεμον, ἐν Μιζουλάνῳ ἠῤῥώστησε, καὶ τελευτᾷ ἐκεῖ ἐν Μιζου‐ λάνῳ, ὢν ἐνιαυτῶν ξεʹ· καὶ ἠνέχθη τὸ λείψανον αὐτοῦ ἐν Κων‐ σταντινουπόλει. ὅτε δὲ ἔμελλε τελευτᾶν Θεοδόσιος, μαθὼν ὅτι εἰς Ῥώμην ἦλθεν ὁ Ἀρκάδιος πρὸς Ὁνώριον τὸν αὐτοῦ ἀδελφὸν ἀῤῥωστήσαντα, ἔγραψεν αὐτῷ ὑποστρέψαι εἰς Κωνσταντινούπο‐</w:t>
      </w:r>
    </w:p>
    <w:p>
      <w:r>
        <w:rPr>
          <w:rFonts w:ascii="Courier New" w:hAnsi="Courier New"/>
          <w:color w:val="555555"/>
          <w:sz w:val="20"/>
        </w:rPr>
        <w:t>[15]</w:t>
      </w:r>
    </w:p>
    <w:p>
      <w:r>
        <w:rPr>
          <w:rFonts w:ascii="Gentium Plus" w:hAnsi="Gentium Plus"/>
          <w:sz w:val="24"/>
        </w:rPr>
        <w:t>λιν διὰ τὴν ἀνατολήν. καὶ διατρίψαντος ἐν Ῥώμῃ τοῦ αὐτοῦ βα‐ σιλέως Ἀρκαδίου πρὸς τὸν αὐτοῦ ἀδελφὸν βασιλέα Ὁνώριον, ὡσαύτως δὲ καὶ κατὰ τὴν ὁδὸν διασύραντος, ἐν ὅσῳ ἔρχεται ὁ Ἀρκάδιος ἐν Κωνσταντινουπόλει, Γαϊνὰς ἐτυράννησεν ὁ συγκλητι‐ κός, θέλων βασιλεῦσαι. καὶ κατέφθασεν ὁ Ἀρκάδιος ἐν Κων‐</w:t>
      </w:r>
    </w:p>
    <w:p>
      <w:r>
        <w:rPr>
          <w:rFonts w:ascii="Courier New" w:hAnsi="Courier New"/>
          <w:color w:val="555555"/>
          <w:sz w:val="20"/>
        </w:rPr>
        <w:t>[20]</w:t>
      </w:r>
    </w:p>
    <w:p>
      <w:r>
        <w:rPr>
          <w:rFonts w:ascii="Gentium Plus" w:hAnsi="Gentium Plus"/>
          <w:sz w:val="24"/>
        </w:rPr>
        <w:t>σταντινουπόλει καὶ ἐφόνευσε τὸν τύραννον Γαϊνάν. Μετὰ οὖν τὴν βασιλείαν Θεοδοσίου τοῦ μεγάλου τοῦ Σπανοῦ</w:t>
      </w:r>
    </w:p>
    <w:p>
      <w:r>
        <w:rPr>
          <w:rFonts w:ascii="Courier New" w:hAnsi="Courier New"/>
          <w:color w:val="555555"/>
          <w:sz w:val="20"/>
        </w:rPr>
        <w:t>[Chron . 349]</w:t>
      </w:r>
    </w:p>
    <w:p>
      <w:r>
        <w:rPr>
          <w:rFonts w:ascii="Gentium Plus" w:hAnsi="Gentium Plus"/>
          <w:sz w:val="24"/>
        </w:rPr>
        <w:t>ἀπὸ Ῥώμης τὰ πάντα ἔτη εἰκοσιτρία, ἐάσας ἐν Ῥώμῃ Ὁνώριον τὸν ἀδελφὸν αὐτοῦ τὸν μικρότερον. ἦν δὲ περίγοργος καὶ ἐνδρα‐ νής. καὶ εὐθέως ἐλθὼν ἐποίησε βασιλέα τὸν υἱὸν αὐτοῦ Θεο‐ δόσιον τὸν μικρὸν ἐν Κωνσταντινουπόλει.</w:t>
      </w:r>
    </w:p>
    <w:p>
      <w:r>
        <w:rPr>
          <w:rFonts w:ascii="Courier New" w:hAnsi="Courier New"/>
          <w:color w:val="555555"/>
          <w:sz w:val="20"/>
        </w:rPr>
        <w:t>[5]</w:t>
      </w:r>
    </w:p>
    <w:p>
      <w:r>
        <w:rPr>
          <w:rFonts w:ascii="Gentium Plus" w:hAnsi="Gentium Plus"/>
          <w:sz w:val="24"/>
        </w:rPr>
        <w:t>Ὁ δὲ αὐτὸς Ἀρκάδιος ἐποίησε καὶ ἴδιον ἀριθμόν, οὓς ἐκάλε‐ σεν Ἀρκαδιακούς. ἀῤῥωστήσας δὲ ἐξαίφνης τελευτᾷ, ὢν ἐνιαυ‐ τῶν λαʹ. Μετὰ δὲ τὴν βασιλείαν Ἀρκαδίου ἐβασίλευσεν ὁ ἀδελφὸς αὐ‐ τοῦ Ὁνώριος ἐν Ῥώμῃ ἔτη λαʹ. ἦν δὲ ὀργίλος καὶ σώφρων.</w:t>
      </w:r>
    </w:p>
    <w:p>
      <w:r>
        <w:rPr>
          <w:rFonts w:ascii="Courier New" w:hAnsi="Courier New"/>
          <w:color w:val="555555"/>
          <w:sz w:val="20"/>
        </w:rPr>
        <w:t>[10]</w:t>
      </w:r>
    </w:p>
    <w:p>
      <w:r>
        <w:rPr>
          <w:rFonts w:ascii="Gentium Plus" w:hAnsi="Gentium Plus"/>
          <w:sz w:val="24"/>
        </w:rPr>
        <w:t>Ὁ δὲ αὐτὸς βασιλεὺς ἔκλεισε τὸ ἱερὸν τοῦ Σεράπιδος Ἡλίου τοῦ ἐν Ἀλεξανδρείᾳ τῇ μεγάλῃ. Ἐπὶ δὲ τῆς αὐτοῦ βασιλείας ταραχῆς γενομένης δημοτικῆς ἐν τῇ Ῥώμῃ μεγάλης, ἀγανακτήσας ἀπῆλθεν εἰς Ῥάβενναν πόλιν· καὶ πέμψας ἤγαγεν Ἀλάριχον στρατηλάτην ἀπὸ τῶν Γαλλιῶν μετὰ</w:t>
      </w:r>
    </w:p>
    <w:p>
      <w:r>
        <w:rPr>
          <w:rFonts w:ascii="Courier New" w:hAnsi="Courier New"/>
          <w:color w:val="555555"/>
          <w:sz w:val="20"/>
        </w:rPr>
        <w:t>[15]</w:t>
      </w:r>
    </w:p>
    <w:p>
      <w:r>
        <w:rPr>
          <w:rFonts w:ascii="Gentium Plus" w:hAnsi="Gentium Plus"/>
          <w:sz w:val="24"/>
        </w:rPr>
        <w:t>πλήθους, ἵνα πραιδεύσῃ τὴν Ῥώμην. καὶ ἐλθὼν ὁ Ἀλάριχος ἐν τῇ πόλει παρέθετο αὑτὸν τῇ πόλει καὶ τοῖς συγκλητικοῖς τοῖς ἐχθροῖς Ὁνωρίου, καί τινα τῶν τῆς πόλεως οὐκ ἔβλαψεν, ἀλλὰ ὁρμήσας εἰς τὸ παλάτιον ἐπῆρε πάντα τὰ τοῦ παλατίου χρήματα</w:t>
      </w:r>
    </w:p>
    <w:p>
      <w:r>
        <w:rPr>
          <w:rFonts w:ascii="Courier New" w:hAnsi="Courier New"/>
          <w:color w:val="555555"/>
          <w:sz w:val="20"/>
        </w:rPr>
        <w:t>[Chron . 350]</w:t>
      </w:r>
    </w:p>
    <w:p>
      <w:r>
        <w:rPr>
          <w:rFonts w:ascii="Gentium Plus" w:hAnsi="Gentium Plus"/>
          <w:sz w:val="24"/>
        </w:rPr>
        <w:t>παρθένον· καὶ πάλιν ἀπῆλθεν αὐτὸς εἰς τὰς Γαλλίας τυραννή‐ σας. Κωνστάντιος δὲ ἔτι κόμης ὢν μετὰ Ἀλαρίχου, πιστευθεὶς παρ’ αὐτοῦ τὴν κόρην Πλακιδίαν, δυνηθεὶς ἔλαβεν αὐτήν· καὶ φυγὼν τὸν Ἀλάριχον ἤγαγεν αὐτὴν πρὸς τὸν βασιλέα Ὁνώριον.</w:t>
      </w:r>
    </w:p>
    <w:p>
      <w:r>
        <w:rPr>
          <w:rFonts w:ascii="Courier New" w:hAnsi="Courier New"/>
          <w:color w:val="555555"/>
          <w:sz w:val="20"/>
        </w:rPr>
        <w:t>[5]</w:t>
      </w:r>
    </w:p>
    <w:p>
      <w:r>
        <w:rPr>
          <w:rFonts w:ascii="Gentium Plus" w:hAnsi="Gentium Plus"/>
          <w:sz w:val="24"/>
        </w:rPr>
        <w:t>καὶ εὐχαριστῶν αὐτῷ ὁ Ὁνώριος ἐποίησεν αὐτὸν συγκλητικόν, καὶ ἐξέδωκεν αὐτῷ τὴν Πλακιδίαν εἰς γυναῖκα, καὶ ἐποίησεν αὐτὸν βασιλέα ἐν Ῥώμῃ· ἐξ ἧς ἔσχεν υἱὸν ὁ αὐτὸς Κωνστάντιος, ὃν ἐκάλεσε Βαλεντινιανόν. καὶ ἅμα Κωνσταντίῳ γενόμενος ὁ Ὁνώ‐ ριος ἐπὶ τῆς αὐτοῦ βασιλείας ἀνεῖλε τοὺς τέσσαρας τυράννους</w:t>
      </w:r>
    </w:p>
    <w:p>
      <w:r>
        <w:rPr>
          <w:rFonts w:ascii="Courier New" w:hAnsi="Courier New"/>
          <w:color w:val="555555"/>
          <w:sz w:val="20"/>
        </w:rPr>
        <w:t>[10]</w:t>
      </w:r>
    </w:p>
    <w:p>
      <w:r>
        <w:rPr>
          <w:rFonts w:ascii="Gentium Plus" w:hAnsi="Gentium Plus"/>
          <w:sz w:val="24"/>
        </w:rPr>
        <w:t>Ἄτταλον καὶ Σεβαστιανὸν καὶ Μάξιμον καὶ Κώνσταν τοὺς συγ‐ κλητικούς, οἵτινες ἀντῆραν αὐτῷ ὑπονοθεύσαντες τὸν δῆμον. μετὰ δὲ τὸ φονευθῆναι αὐτοὺς καὶ τὰς οὐσίας αὐτῶν δημευθῆναι ἐάσας τὸν Κωνστάντιον ἐν τῇ Ῥώμῃ βασιλεύειν ἦλθεν ὁ αὐτὸς Ὁνώριος ἐν Κωνσταντινουπόλει βασιλεύων μετὰ Θεοδοσίου τοῦ</w:t>
      </w:r>
    </w:p>
    <w:p>
      <w:r>
        <w:rPr>
          <w:rFonts w:ascii="Courier New" w:hAnsi="Courier New"/>
          <w:color w:val="555555"/>
          <w:sz w:val="20"/>
        </w:rPr>
        <w:t>[15]</w:t>
      </w:r>
    </w:p>
    <w:p>
      <w:r>
        <w:rPr>
          <w:rFonts w:ascii="Gentium Plus" w:hAnsi="Gentium Plus"/>
          <w:sz w:val="24"/>
        </w:rPr>
        <w:t>μικροῦ. Ὁ δὲ Κωνστάντιος, βασιλεὺς Ῥώμης, τελευτᾷ ἰδίῳ θανάτῳ ἐπὶ τῆς βασιλείας καὶ ζωῆς Ὁνωρίου· καὶ τυραννήσας συγκλητι‐ κός τις ὀνόματι Ἰωάννης, τῶν ἄλλων συγκλητικῶν συμποιησαμέ‐ νων μετ’ αὐτοῦ, βασιλεύει ἐν τῇ Ῥώμῃ. καὶ γνοὺς τοῦτο ὁ Ὁνώ‐</w:t>
      </w:r>
    </w:p>
    <w:p>
      <w:r>
        <w:rPr>
          <w:rFonts w:ascii="Courier New" w:hAnsi="Courier New"/>
          <w:color w:val="555555"/>
          <w:sz w:val="20"/>
        </w:rPr>
        <w:t>[20]</w:t>
      </w:r>
    </w:p>
    <w:p>
      <w:r>
        <w:rPr>
          <w:rFonts w:ascii="Gentium Plus" w:hAnsi="Gentium Plus"/>
          <w:sz w:val="24"/>
        </w:rPr>
        <w:t>ριος ἐμάνη· καὶ νόσῳ βληθεὶς ὑδρωπιάσας τελευτᾷ, ὢν ἐνιαυ‐</w:t>
      </w:r>
    </w:p>
    <w:p>
      <w:pPr>
        <w:jc w:val="center"/>
      </w:pPr>
      <w:r>
        <w:rPr>
          <w:rFonts w:ascii="Gentium Plus" w:hAnsi="Gentium Plus"/>
          <w:b/>
          <w:sz w:val="24"/>
        </w:rPr>
        <w:t>ΛΟΓΟΣ ΙΔʹ</w:t>
      </w:r>
    </w:p>
    <w:p>
      <w:r>
        <w:rPr>
          <w:rFonts w:ascii="Courier New" w:hAnsi="Courier New"/>
          <w:color w:val="555555"/>
          <w:sz w:val="20"/>
        </w:rPr>
        <w:t>[t2]</w:t>
      </w:r>
    </w:p>
    <w:p>
      <w:r>
        <w:rPr>
          <w:rFonts w:ascii="Gentium Plus" w:hAnsi="Gentium Plus"/>
          <w:sz w:val="24"/>
        </w:rPr>
        <w:t>ΒΑΣΙΛΕΙΑΣ ΘΕΟΔΟΣΙΟΥ ΝΕΩΤΕΡΟΥ</w:t>
      </w:r>
    </w:p>
    <w:p>
      <w:r>
        <w:rPr>
          <w:rFonts w:ascii="Courier New" w:hAnsi="Courier New"/>
          <w:color w:val="555555"/>
          <w:sz w:val="20"/>
        </w:rPr>
        <w:t>[t3]</w:t>
      </w:r>
    </w:p>
    <w:p>
      <w:r>
        <w:rPr>
          <w:rFonts w:ascii="Gentium Plus" w:hAnsi="Gentium Plus"/>
          <w:sz w:val="24"/>
        </w:rPr>
        <w:t>ΕΩΣ ΤΗΣ ΒΑΣΙΛΕΙΑΣ ΛΕΟΝΤΟΣ ΤΟΥ ΜΙΚΡΟΥ.</w:t>
      </w:r>
    </w:p>
    <w:p>
      <w:r>
        <w:rPr>
          <w:rFonts w:ascii="Courier New" w:hAnsi="Courier New"/>
          <w:color w:val="555555"/>
          <w:sz w:val="20"/>
        </w:rPr>
        <w:t>[1]</w:t>
      </w:r>
    </w:p>
    <w:p>
      <w:r>
        <w:rPr>
          <w:rFonts w:ascii="Gentium Plus" w:hAnsi="Gentium Plus"/>
          <w:sz w:val="24"/>
        </w:rPr>
        <w:t>Μετὰ δὲ τὴν βασιλείαν Ὁνωρίου ἐβασίλευσε μόνος ὁ θειότατος Θεοδόσιος ὁ νέος, ὁ υἱὸς Ἀρκαδίου βασιλέως, ἀδελφοῦ Ὁνωρίου, ἐπὶ τῆς ὑπατείας Στελίχωνος καὶ Ἀβριλιανοῦ, ὑπὸ τοῦ ἰδίου πα‐ τρὸς στεφθείς· ἐβασίλευσε δὲ τὰ πάντα ἔτη νʹ καὶ μῆνας ζʹ.</w:t>
      </w:r>
    </w:p>
    <w:p>
      <w:r>
        <w:rPr>
          <w:rFonts w:ascii="Courier New" w:hAnsi="Courier New"/>
          <w:color w:val="555555"/>
          <w:sz w:val="20"/>
        </w:rPr>
        <w:t>[5]</w:t>
      </w:r>
    </w:p>
    <w:p>
      <w:r>
        <w:rPr>
          <w:rFonts w:ascii="Gentium Plus" w:hAnsi="Gentium Plus"/>
          <w:sz w:val="24"/>
        </w:rPr>
        <w:t>ὅστις ἔχαιρε τῷ Πρασίνῳ μέρει καὶ ἀντεποιεῖτο αὐτῶν κατὰ πό‐ λιν. ἐν δὲ Κωνσταντινουπόλει μετήγαγεν αὐτούς, θεωροῦντας πρῴην εἰς τὰ δεξιὰ αὐτοῦ μέρη, καὶ ἐποίησεν αὐτοὺς θεωρεῖν εἰς τὰ ἀριστερὰ βάθρα· καὶ τοὺς τῆς πεδατούρας στρατιώτας τοὺς κατέναντι τοῦ καθίσματος θεωροῦντας μετέστησεν ἐπὶ τὸ Βένετον</w:t>
      </w:r>
    </w:p>
    <w:p>
      <w:r>
        <w:rPr>
          <w:rFonts w:ascii="Courier New" w:hAnsi="Courier New"/>
          <w:color w:val="555555"/>
          <w:sz w:val="20"/>
        </w:rPr>
        <w:t>[10]</w:t>
      </w:r>
    </w:p>
    <w:p>
      <w:r>
        <w:rPr>
          <w:rFonts w:ascii="Gentium Plus" w:hAnsi="Gentium Plus"/>
          <w:sz w:val="24"/>
        </w:rPr>
        <w:t>μέρος· καὶ τὰ βάθρα ἔδωκε τοῖς τοῦ Πρασίνου μέρους, ἔχοντα</w:t>
      </w:r>
    </w:p>
    <w:p>
      <w:r>
        <w:rPr>
          <w:rFonts w:ascii="Courier New" w:hAnsi="Courier New"/>
          <w:color w:val="555555"/>
          <w:sz w:val="20"/>
        </w:rPr>
        <w:t>[Chron . 352]</w:t>
      </w:r>
    </w:p>
    <w:p>
      <w:r>
        <w:rPr>
          <w:rFonts w:ascii="Gentium Plus" w:hAnsi="Gentium Plus"/>
          <w:sz w:val="24"/>
        </w:rPr>
        <w:t>ναντί μου θέλω θεωρεῖν. καὶ ἔκραξαν ἐν Κωνσταντινουπόλει οἱ ἐκ τοῦ Πρασίνου μέρους τῷ αὐτῷ βασιλεῖ, Τὰ ἴδια τοῖς ἰδίοις. καὶ ἔπεμψεν αὐτοῖς μανδᾶτα διὰ τοῦ πρωτοκούρσορος, λέγων ὅτι Ἐγὼ ὡς τιμῶν ὑμᾶς εἰς τὰ ἀριστερὰ τοῦ καθίσματος, ἔνθα</w:t>
      </w:r>
    </w:p>
    <w:p>
      <w:r>
        <w:rPr>
          <w:rFonts w:ascii="Courier New" w:hAnsi="Courier New"/>
          <w:color w:val="555555"/>
          <w:sz w:val="20"/>
        </w:rPr>
        <w:t>[5]</w:t>
      </w:r>
    </w:p>
    <w:p>
      <w:r>
        <w:rPr>
          <w:rFonts w:ascii="Gentium Plus" w:hAnsi="Gentium Plus"/>
          <w:sz w:val="24"/>
        </w:rPr>
        <w:t>θεωρῶ, μετέστησα ὑμᾶς· καὶ εὐφήμησαν αὐτόν. καὶ ἐκέλευσε κατὰ πόλιν εἰς τὰ ἀριστερὰ τῶν ἀρχόντων θεωρεῖν τοὺς Πρασί‐ νους. Ἐβασίλευσε δὲ παιδίον· ὅτε δὲ προέκοψε τῇ ἡλικίᾳ ὁ αὐτὸς Θεοδόσιος βασιλεύς, ἀνεγίνωσκεν ἔσω εἰς τὸ παλάτιον ἐν τῇ ζωῇ</w:t>
      </w:r>
    </w:p>
    <w:p>
      <w:r>
        <w:rPr>
          <w:rFonts w:ascii="Courier New" w:hAnsi="Courier New"/>
          <w:color w:val="555555"/>
          <w:sz w:val="20"/>
        </w:rPr>
        <w:t>[10]</w:t>
      </w:r>
    </w:p>
    <w:p>
      <w:r>
        <w:rPr>
          <w:rFonts w:ascii="Gentium Plus" w:hAnsi="Gentium Plus"/>
          <w:sz w:val="24"/>
        </w:rPr>
        <w:t>τοῦ αὐτοῦ πατρὸς Ἀρκαδίου. καὶ μετὰ τὴν τελευτὴν τοῦ πατρὸς αὐτοῦ συνανεγίνωσκεν αὐτῷ ἄλλος νεώτερος εὐφυέστατος ὀνό‐ ματι Παυλῖνος, υἱὸς κόμητος δομεστίκων. μετὰ δὲ τὴν τελευτὴν τοῦ αὐτοῦ πατρὸς ἀνδρωθεὶς Θεοδόσιος ὁ βασιλεὺς ἐζήτει λαβεῖν γυναῖκα εἰς γάμον· καὶ ὤχλει τῇ αὐτοῦ ἀδελφῇ Πουλχερίᾳ τῇ</w:t>
      </w:r>
    </w:p>
    <w:p>
      <w:r>
        <w:rPr>
          <w:rFonts w:ascii="Courier New" w:hAnsi="Courier New"/>
          <w:color w:val="555555"/>
          <w:sz w:val="20"/>
        </w:rPr>
        <w:t>[15]</w:t>
      </w:r>
    </w:p>
    <w:p>
      <w:r>
        <w:rPr>
          <w:rFonts w:ascii="Gentium Plus" w:hAnsi="Gentium Plus"/>
          <w:sz w:val="24"/>
        </w:rPr>
        <w:t>δεσποίνῃ, οὔσῃ παρθένῳ, ἥτις ὡς φιλοῦσα τὸν ἴδιον αὐτῆς ἀδελ‐ φὸν οὐχ εἵλατο γαμηθῆναί τινι· καὶ δὴ περιεργασαμένη περὶ παρθένων πολλῶν κορασίων, θυγατέρων πατρικίων ἢ ἐξ αἵματος βασιλικοῦ, εἶπεν τῷ αὐτῷ Θεοδοσίῳ βασιλεῖ, ἀδελφῷ αὐτῆς, συνδιάγουσα αὐτῷ ἐν τῷ παλατίῳ. καὶ εἶπεν αὐτῇ ὁ αὐτὸς βα‐</w:t>
      </w:r>
    </w:p>
    <w:p>
      <w:r>
        <w:rPr>
          <w:rFonts w:ascii="Courier New" w:hAnsi="Courier New"/>
          <w:color w:val="555555"/>
          <w:sz w:val="20"/>
        </w:rPr>
        <w:t>[20]</w:t>
      </w:r>
    </w:p>
    <w:p>
      <w:r>
        <w:rPr>
          <w:rFonts w:ascii="Gentium Plus" w:hAnsi="Gentium Plus"/>
          <w:sz w:val="24"/>
        </w:rPr>
        <w:t>σιλεὺς Θεοδόσιος ὅτι Ἐγὼ θέλω, εἰ εὕρῃς μοι νεωτέραν εὔμορφον πάνυ, ἵνα τοιοῦτον κάλλος μὴ ἔχῃ γυνὴ εἰς Κωνσταντινούπολιν,</w:t>
      </w:r>
    </w:p>
    <w:p>
      <w:r>
        <w:rPr>
          <w:rFonts w:ascii="Courier New" w:hAnsi="Courier New"/>
          <w:color w:val="555555"/>
          <w:sz w:val="20"/>
        </w:rPr>
        <w:t>[Chron . 353]</w:t>
      </w:r>
    </w:p>
    <w:p>
      <w:r>
        <w:rPr>
          <w:rFonts w:ascii="Gentium Plus" w:hAnsi="Gentium Plus"/>
          <w:sz w:val="24"/>
        </w:rPr>
        <w:t>πρώτου. εἰ δὲ μή ἐστι καλὴ εἰς ὑπερβολήν, οὐ χρείαν ἔχω, οὔτε ἀξιωματικὴν οὔτε ἐκ βασιλικοῦ αἵματος οὔτε πλοῦτον, ἀλλὰ καὶ εἴ τινος δή ποτέ ἐστι θυγάτηρ, μόνον παρθένον καὶ εὐπρεπε‐ στάτην πάνυ, ταύτην λαμβάνω. καὶ ἀκηκοῶσα ταῦτα ἡ δέσποινα</w:t>
      </w:r>
    </w:p>
    <w:p>
      <w:r>
        <w:rPr>
          <w:rFonts w:ascii="Courier New" w:hAnsi="Courier New"/>
          <w:color w:val="555555"/>
          <w:sz w:val="20"/>
        </w:rPr>
        <w:t>[5]</w:t>
      </w:r>
    </w:p>
    <w:p>
      <w:r>
        <w:rPr>
          <w:rFonts w:ascii="Gentium Plus" w:hAnsi="Gentium Plus"/>
          <w:sz w:val="24"/>
        </w:rPr>
        <w:t>Πουλχερία πανταχοῦ ἔπεμψε περιεργαζομένη· καὶ Παυλῖνος δὲ περιέτρεχεν, ἀρέσαι αὐτῷ. Ἐν δὲ τῷ μεταξὺ συνέβη ἐλθεῖν ἐν Κωνσταντινουπόλει μετὰ τῶν ἰδίων συγγενῶν κόρην εὐπρεπῆ, ἐλλόγιμον, Ἑλλαδικήν, ὀνό‐ ματι Ἀθηναΐδα, τὴν καὶ Εὐδοκίαν μετακληθεῖσαν, θυγατέρα γε‐</w:t>
      </w:r>
    </w:p>
    <w:p>
      <w:r>
        <w:rPr>
          <w:rFonts w:ascii="Courier New" w:hAnsi="Courier New"/>
          <w:color w:val="555555"/>
          <w:sz w:val="20"/>
        </w:rPr>
        <w:t>[10]</w:t>
      </w:r>
    </w:p>
    <w:p>
      <w:r>
        <w:rPr>
          <w:rFonts w:ascii="Gentium Plus" w:hAnsi="Gentium Plus"/>
          <w:sz w:val="24"/>
        </w:rPr>
        <w:t>νομένην Λεοντίου τοῦ φιλοσόφου Ἀθηναίου εὐπορωτάτου· ἥτις Ἀθηναῒς ἡ καὶ Εὐδοκία ἠναγκάσθη καταλαβεῖν τὴν βασιλεύου‐ σαν πόλιν πρὸς τὴν ἰδίαν αὐτῆς θείαν διὰ τὴν αἰτίαν ταύτην. ὁ φιλόσοφος Λεόντιος ὁ αὐτῆς πατὴρ ἔχων υἱοὺς τελείους δύο, μέλλων τελευτᾶν διέθετο, τάξας ἐν τῇ ἑαυτοῦ διαθήκῃ τοὺς δύο</w:t>
      </w:r>
    </w:p>
    <w:p>
      <w:r>
        <w:rPr>
          <w:rFonts w:ascii="Courier New" w:hAnsi="Courier New"/>
          <w:color w:val="555555"/>
          <w:sz w:val="20"/>
        </w:rPr>
        <w:t>[15]</w:t>
      </w:r>
    </w:p>
    <w:p>
      <w:r>
        <w:rPr>
          <w:rFonts w:ascii="Gentium Plus" w:hAnsi="Gentium Plus"/>
          <w:sz w:val="24"/>
        </w:rPr>
        <w:t>αὐτοῦ υἱοὺς κληρονόμους πάσης τῆς ὑπ’ αὐτοῦ καταλιμπανομένης περιουσίας Οὐαλέριον καὶ Γέσιον, εἰρηκὼς ἐν τῇ αὐτοῦ διαθήκῃ, Ἀθηναΐδι τῇ ποθεινοτάτῃ μου γνησίᾳ θυγατρὶ δοθῆναι βούλομαι νομίσματα ἑκατὸν καὶ μόνον· ἀρκεῖ γὰρ αὐτῇ ἡ αὐτῆς τύχη ἡ ὑπερέχουσα πᾶσαν γυναικείαν τύχην. καὶ ἐτελεύτησεν ὁ αὐτὸς</w:t>
      </w:r>
    </w:p>
    <w:p>
      <w:r>
        <w:rPr>
          <w:rFonts w:ascii="Courier New" w:hAnsi="Courier New"/>
          <w:color w:val="555555"/>
          <w:sz w:val="20"/>
        </w:rPr>
        <w:t>[20]</w:t>
      </w:r>
    </w:p>
    <w:p>
      <w:r>
        <w:rPr>
          <w:rFonts w:ascii="Gentium Plus" w:hAnsi="Gentium Plus"/>
          <w:sz w:val="24"/>
        </w:rPr>
        <w:t>Λεόντιος ὁ φιλόσοφος ἐν Ἀθήναις. μετὰ οὖν τὴν αὐτοῦ ἀποβίω‐ σιν ἐδυσώπει ἡ αὐτὴ Ἀθηναῒς ἡ καὶ Εὐδοκία τοὺς ἰδίους ἀδελ‐ φούς, ὡς μείζονας, προσπίπτουσα αὐτοῖς καὶ αἰτοῦσα μὴ προσχεῖν</w:t>
      </w:r>
    </w:p>
    <w:p>
      <w:r>
        <w:rPr>
          <w:rFonts w:ascii="Courier New" w:hAnsi="Courier New"/>
          <w:color w:val="555555"/>
          <w:sz w:val="20"/>
        </w:rPr>
        <w:t>[Chron . 354]</w:t>
      </w:r>
    </w:p>
    <w:p>
      <w:r>
        <w:rPr>
          <w:rFonts w:ascii="Gentium Plus" w:hAnsi="Gentium Plus"/>
          <w:sz w:val="24"/>
        </w:rPr>
        <w:t>αὐτῶν τὰ πατρῷα, λέγουσα μηδὲν ἡμαρτηκέναι, ὡς καὶ ὑμεῖς οἴ‐ δατε, πρὸς τὸν ἴδιον ὑμῶν πατέρα· καὶ οὐκ οἶδα διὰ τί ἄπορόν με κατέλιπε μέλλων τελευτᾶν καὶ εὐπορίας τύχην μετὰ τὴν αὐτοῦ νέκρωσιν ἐχαρίσατο. οἱ δὲ αὐτῆς ἀδελφοὶ ἔμειναν ἀπειθεῖς, καὶ</w:t>
      </w:r>
    </w:p>
    <w:p>
      <w:r>
        <w:rPr>
          <w:rFonts w:ascii="Courier New" w:hAnsi="Courier New"/>
          <w:color w:val="555555"/>
          <w:sz w:val="20"/>
        </w:rPr>
        <w:t>[5]</w:t>
      </w:r>
    </w:p>
    <w:p>
      <w:r>
        <w:rPr>
          <w:rFonts w:ascii="Gentium Plus" w:hAnsi="Gentium Plus"/>
          <w:sz w:val="24"/>
        </w:rPr>
        <w:t>ὀργισθέντες ἐδίωξαν αὐτὴν καὶ ἐκ τοῦ πατρῴου αὐτῆς οἴκου, ἔνθα συνέμενεν αὐτοῖς. καὶ ἐδέξατο αὐτὴν ἡ ἀδελφὴ τῆς γενομένης αὐτῆς μητρός, ὡς ὀρφανήν, καὶ ὡς παρθένον ἐφύλαξεν αὐτήν. ἥντινα λαβοῦσα ἀνῆλθεν ἐν Κωνσταντινουπόλει πρὸς τὴν ἄλλην ἀδελφὴν τοῦ αὐτῆς πατρὸς καὶ θείαν αὐτῆς. καὶ λαβοῦσαι αὐ‐</w:t>
      </w:r>
    </w:p>
    <w:p>
      <w:r>
        <w:rPr>
          <w:rFonts w:ascii="Courier New" w:hAnsi="Courier New"/>
          <w:color w:val="555555"/>
          <w:sz w:val="20"/>
        </w:rPr>
        <w:t>[10]</w:t>
      </w:r>
    </w:p>
    <w:p>
      <w:r>
        <w:rPr>
          <w:rFonts w:ascii="Gentium Plus" w:hAnsi="Gentium Plus"/>
          <w:sz w:val="24"/>
        </w:rPr>
        <w:t>τὴν ποιῆσαι ἀξίωσιν κατὰ τῶν αὑτῆς ἀδελφῶν παρεσκεύασαν αὐτὴν προσελθεῖν τῇ εὐσεβεστάτῃ δεσποίνῃ Πουλχερίᾳ, ἀδελφῇ Θεοδοσίου βασιλέως. καὶ δὴ προσελθοῦσα ἐδίδαξεν ὡς βιαζομένη παρὰ τῶν ἰδίων αὐτῆς ἀδελφῶν, διαλεγομένη ἐλλογίμως. καὶ ἑω‐ ρακυῖα αὐτὴν ἡ αὐτὴ Πουλχερία εὐπρεπῆ καὶ ἐλλόγιμον, ἐπηρώ‐</w:t>
      </w:r>
    </w:p>
    <w:p>
      <w:r>
        <w:rPr>
          <w:rFonts w:ascii="Courier New" w:hAnsi="Courier New"/>
          <w:color w:val="555555"/>
          <w:sz w:val="20"/>
        </w:rPr>
        <w:t>[15]</w:t>
      </w:r>
    </w:p>
    <w:p>
      <w:r>
        <w:rPr>
          <w:rFonts w:ascii="Gentium Plus" w:hAnsi="Gentium Plus"/>
          <w:sz w:val="24"/>
        </w:rPr>
        <w:t>τησε τὰς αὐτῆς θείας εἰ ἐστὶ παρθένος. καὶ ἐδιδάχθη παρ’ αὐ‐ τῶν ὅτι παρθένος ἐστὶν ἁγνὴ φυλαχθεῖσα ὑπὸ τοῦ αὐτῆς πατρός, φιλοσόφου γεναμένου ἐν Ἑλλάδι, καὶ διὰ λόγων πολλῶν φιλοσο‐ φίας ἀναχθεῖσα. καὶ κελεύσασα αὐτὴν ἅμα ταῖς αὐταῖς θείαις διὰ κουβικουλαρίων φυλαχθῆναι καὶ περιμεῖναι, λαβοῦσα, φησί,</w:t>
      </w:r>
    </w:p>
    <w:p>
      <w:r>
        <w:rPr>
          <w:rFonts w:ascii="Courier New" w:hAnsi="Courier New"/>
          <w:color w:val="555555"/>
          <w:sz w:val="20"/>
        </w:rPr>
        <w:t>[20]</w:t>
      </w:r>
    </w:p>
    <w:p>
      <w:r>
        <w:rPr>
          <w:rFonts w:ascii="Gentium Plus" w:hAnsi="Gentium Plus"/>
          <w:sz w:val="24"/>
        </w:rPr>
        <w:t>τὴν δέησιν παρ’ αὐτῆς εἰσῆλθε πρὸς τὸν ἴδιον αὐτῆς ἀδελφὸν τὸν βασιλέα Θεοδόσιον καὶ εἶπεν αὐτῷ ὅτι Ηὗρον νεωτέραν πάνυ</w:t>
      </w:r>
    </w:p>
    <w:p>
      <w:r>
        <w:rPr>
          <w:rFonts w:ascii="Courier New" w:hAnsi="Courier New"/>
          <w:color w:val="555555"/>
          <w:sz w:val="20"/>
        </w:rPr>
        <w:t>[Chron . 355]</w:t>
      </w:r>
    </w:p>
    <w:p>
      <w:r>
        <w:rPr>
          <w:rFonts w:ascii="Gentium Plus" w:hAnsi="Gentium Plus"/>
          <w:sz w:val="24"/>
        </w:rPr>
        <w:t>θένον, θυγατέρα φιλοσόφου. ὁ δὲ ἀκούσας, ὡς νεώτερος, ἀνή‐ φθη· καὶ μεταστειλάμενος τὸν συμπράκτορα αὐτοῦ καὶ φίλον Παυλῖνον ᾔτησε τὴν ἑαυτοῦ ἀδελφὴν ὡς ἐπ’ ἄλλῳ τινὶ εἰσαγα‐ γεῖν τὴν Ἀθηναΐδα τὴν καὶ Εὐδοκίαν ἐν τῷ αὑτῆς κουβικλείῳ,</w:t>
      </w:r>
    </w:p>
    <w:p>
      <w:r>
        <w:rPr>
          <w:rFonts w:ascii="Courier New" w:hAnsi="Courier New"/>
          <w:color w:val="555555"/>
          <w:sz w:val="20"/>
        </w:rPr>
        <w:t>[5]</w:t>
      </w:r>
    </w:p>
    <w:p>
      <w:r>
        <w:rPr>
          <w:rFonts w:ascii="Gentium Plus" w:hAnsi="Gentium Plus"/>
          <w:sz w:val="24"/>
        </w:rPr>
        <w:t>ἵνα διὰ τοῦ βήλου θεάσηται αὐτὴν ἅμα Παυλίνῳ. καὶ εἰσήχθη· καὶ ἑωρακὼς αὐτὴν ἠράσθη αὐτῆς, καὶ Παυλίνου δὲ θαυμάσαν‐ τος αὐτήν. καὶ κρατήσας αὐτὴν καὶ χριστιανὴν ποιήσας, ἦν γὰρ Ἕλλην, καὶ μετονομάσας αὐτὴν Εὐδοκίαν, ἔλαβεν αὐτὴν εἰς γυναῖκα, ποιήσας αὐτῇ βασιλικοὺς γάμους. καὶ ἔσχεν ἐξ αὐτῆς</w:t>
      </w:r>
    </w:p>
    <w:p>
      <w:r>
        <w:rPr>
          <w:rFonts w:ascii="Courier New" w:hAnsi="Courier New"/>
          <w:color w:val="555555"/>
          <w:sz w:val="20"/>
        </w:rPr>
        <w:t>[10]</w:t>
      </w:r>
    </w:p>
    <w:p>
      <w:r>
        <w:rPr>
          <w:rFonts w:ascii="Gentium Plus" w:hAnsi="Gentium Plus"/>
          <w:sz w:val="24"/>
        </w:rPr>
        <w:t>θυγατέρα ὀνόματι Εὐδοξίαν. Ἀκούσαντες δὲ οἱ τῆς Αὐγούστας Εὐδοκίας ἀδελφοὶ ὅτι βα‐ σιλεύει, προσέφυγον ἐν τῇ Ἑλλάδι φοβηθέντες· καὶ πέμψασα ἤνεγκεν αὐτοὺς ἐκ τῆς πόλεως Ἀθηνῶν ὑπὸ λόγον ἐν Κωνσταν‐ τινουπόλει, καὶ ἐποίησεν αὐτοὺς ἀξιωματικούς, προαγαγόντος αὐ‐</w:t>
      </w:r>
    </w:p>
    <w:p>
      <w:r>
        <w:rPr>
          <w:rFonts w:ascii="Courier New" w:hAnsi="Courier New"/>
          <w:color w:val="555555"/>
          <w:sz w:val="20"/>
        </w:rPr>
        <w:t>[15]</w:t>
      </w:r>
    </w:p>
    <w:p>
      <w:r>
        <w:rPr>
          <w:rFonts w:ascii="Gentium Plus" w:hAnsi="Gentium Plus"/>
          <w:sz w:val="24"/>
        </w:rPr>
        <w:t>τοὺς τοῦ βασιλέως τὸν μὲν λεγόμενον Γέσιον ἔπαρχον πραιτω‐ ρίων τοῦ Ἰλλυριῶν ἔθνους, τὸν δὲ Οὐαλέριον μάγιστρον, εἰρη‐ κυίας αὐτοῖς τῆς αὐτῆς βασιλίσσης Εὐδοκίας, ἀδελφῆς αὐτῶν, ὅτι Εἰ μὴ ὑμεῖς κακῶς ἐχρήσασθέ μοι, οὐκ ἠναγκαζόμην ἐλθεῖν καὶ βασιλεῦσαι. τὴν οὖν ἐκ τῆς γενέσεώς μου βασιλείαν ὑμεῖς</w:t>
      </w:r>
    </w:p>
    <w:p>
      <w:r>
        <w:rPr>
          <w:rFonts w:ascii="Courier New" w:hAnsi="Courier New"/>
          <w:color w:val="555555"/>
          <w:sz w:val="20"/>
        </w:rPr>
        <w:t>[20]</w:t>
      </w:r>
    </w:p>
    <w:p>
      <w:r>
        <w:rPr>
          <w:rFonts w:ascii="Gentium Plus" w:hAnsi="Gentium Plus"/>
          <w:sz w:val="24"/>
        </w:rPr>
        <w:t>μοι ἐχαρίσασθε· ἡ γὰρ ἐμὴ ἀγαθὴ τύχη ἐποίησεν ὑμᾶς ἀτυχεῖς εἰς ἐμέ, οὐχὶ ἡ ὑμετέρα πρὸς ἐμὲ γνώμη.</w:t>
      </w:r>
    </w:p>
    <w:p>
      <w:r>
        <w:rPr>
          <w:rFonts w:ascii="Courier New" w:hAnsi="Courier New"/>
          <w:color w:val="555555"/>
          <w:sz w:val="20"/>
        </w:rPr>
        <w:t>[Chron . 356]</w:t>
      </w:r>
    </w:p>
    <w:p>
      <w:r>
        <w:rPr>
          <w:rFonts w:ascii="Gentium Plus" w:hAnsi="Gentium Plus"/>
          <w:sz w:val="24"/>
        </w:rPr>
        <w:t>καὶ μεσάσαντα τῷ γάμῳ καὶ συναριστοῦντα αὐτοῖς, ἐποίησε διὰ πάσης ἀξίας ἐλθεῖν· καὶ μετὰ ταῦτα προηγάγετο αὐτὸν μάγι‐ στρον· καὶ ηὐξήθη. ὡς ἔχων δὲ παῤῥησίαν πρὸς τὸν βασιλέα Θεοδόσιον, ὡς παράνυμφος, καὶ πρὸς τὴν Αὔγουσταν Εὐδοκίαν</w:t>
      </w:r>
    </w:p>
    <w:p>
      <w:r>
        <w:rPr>
          <w:rFonts w:ascii="Courier New" w:hAnsi="Courier New"/>
          <w:color w:val="555555"/>
          <w:sz w:val="20"/>
        </w:rPr>
        <w:t>[5]</w:t>
      </w:r>
    </w:p>
    <w:p>
      <w:r>
        <w:rPr>
          <w:rFonts w:ascii="Gentium Plus" w:hAnsi="Gentium Plus"/>
          <w:sz w:val="24"/>
        </w:rPr>
        <w:t>εἰσῄει συχνῶς ὁ αὐτὸς Παυλῖνος, ὡς μάγιστρος. Ὁ δὲ αὐτὸς Θεοδόσιος βασιλεὺς ἔπεμψεν ἐν τῇ Ῥώμῃ Ἄ‐ σπαρα τὸν πατρίκιον μετὰ δυνάμεως πολλῆς στρατοῦ κα‐ τὰ Ἰωάννου τοῦ τυράννου. καὶ ἐνίκησε τὸν αὐτὸν Ἰωάννην ὁ Ἄσπαρ, καὶ ἐξέβαλεν αὐτὸν τῆς βασιλείας Ῥώμης, καὶ ἐφόνευσεν</w:t>
      </w:r>
    </w:p>
    <w:p>
      <w:r>
        <w:rPr>
          <w:rFonts w:ascii="Courier New" w:hAnsi="Courier New"/>
          <w:color w:val="555555"/>
          <w:sz w:val="20"/>
        </w:rPr>
        <w:t>[10]</w:t>
      </w:r>
    </w:p>
    <w:p>
      <w:r>
        <w:rPr>
          <w:rFonts w:ascii="Gentium Plus" w:hAnsi="Gentium Plus"/>
          <w:sz w:val="24"/>
        </w:rPr>
        <w:t>αὐτόν. καὶ ἐποίησεν ὁ βασιλεὺς Θεοδόσιος βασιλέα ἐν τῇ Ῥώμῃ Βαλεντινιανὸν τὸν μικρόν, τὸν υἱὸν Πλακιδίας τῆς μεγάλης καὶ Κωνσταντίου βασιλέως, τὸν ἴδιον αὐτοῦ συγγενέα. καὶ ἐκδίδω‐ σιν αὐτῷ τὴν ἑαυτοῦ θυγατέρα, ἣν εἶχεν ἀπὸ Εὐδοκίας Αὐγού‐ στας, θυγατρὸς τοῦ φιλοσόφου, ὀνόματι Εὐδοξίαν· ἀφ’ ἧς</w:t>
      </w:r>
    </w:p>
    <w:p>
      <w:r>
        <w:rPr>
          <w:rFonts w:ascii="Courier New" w:hAnsi="Courier New"/>
          <w:color w:val="555555"/>
          <w:sz w:val="20"/>
        </w:rPr>
        <w:t>[15]</w:t>
      </w:r>
    </w:p>
    <w:p>
      <w:r>
        <w:rPr>
          <w:rFonts w:ascii="Gentium Plus" w:hAnsi="Gentium Plus"/>
          <w:sz w:val="24"/>
        </w:rPr>
        <w:t>ἔσχεν ὁ αὐτὸς Βαλεντινιανὸς θυγατέρας δύο Εὐδοκίαν καὶ Πλακιδίαν. Συνέβη δὲ μετὰ χρόνον ἐν τῷ προϊέναι τὸν βασιλέα Θεοδό‐ σιον εἰς τὴν ἐκκλησίαν ἐν τοῖς ἁγίοις θεοφανίοις τὸν μάγιστρον Παυλῖνον ἀηδισθέντα ἐκ τοῦ ποδὸς ἀπρόϊτον μεῖναι καὶ ἐκ‐</w:t>
      </w:r>
    </w:p>
    <w:p>
      <w:r>
        <w:rPr>
          <w:rFonts w:ascii="Courier New" w:hAnsi="Courier New"/>
          <w:color w:val="555555"/>
          <w:sz w:val="20"/>
        </w:rPr>
        <w:t>[20]</w:t>
      </w:r>
    </w:p>
    <w:p>
      <w:r>
        <w:rPr>
          <w:rFonts w:ascii="Gentium Plus" w:hAnsi="Gentium Plus"/>
          <w:sz w:val="24"/>
        </w:rPr>
        <w:t>κουσσεῦσαι. προσήνεγκε δὲ τῷ αὐτῷ Θεοδοσίῳ βασιλεῖ πένης τις μῆλον Φρυγιατικὸν παμμέγεθες πολὺ εἰς πᾶσαν ὑπερβολήν. καὶ ἐξενίσθη ὁ βασιλεὺς καὶ πᾶσα ἡ σύγκλητος αὐτοῦ· καὶ εὐ‐</w:t>
      </w:r>
    </w:p>
    <w:p>
      <w:r>
        <w:rPr>
          <w:rFonts w:ascii="Courier New" w:hAnsi="Courier New"/>
          <w:color w:val="555555"/>
          <w:sz w:val="20"/>
        </w:rPr>
        <w:t>[Chron . 357]</w:t>
      </w:r>
    </w:p>
    <w:p>
      <w:r>
        <w:rPr>
          <w:rFonts w:ascii="Gentium Plus" w:hAnsi="Gentium Plus"/>
          <w:sz w:val="24"/>
        </w:rPr>
        <w:t>τα ἑκατὸν πεντήκοντα, ἔπεμψεν αὐτὸ τῇ Αὐγούστῃ Εὐδοκίᾳ· καὶ ἡ Αὔγουστα ἔπεμψεν αὐτὸ Παυλίνῳ μαγίστρῳ, ὡς φίλῳ τοῦ βα‐ σιλέως· ὁ δὲ μάγιστρος Παυλῖνος, ἀγνοῶν ὅτι ὁ βασιλεὺς ἔπεμ‐ ψεν αὐτὸ τῇ Αὐγούστῃ, λαβὼν ἔπεμψεν αὐτὸ τῷ βασιλεῖ Θεοδο‐</w:t>
      </w:r>
    </w:p>
    <w:p>
      <w:r>
        <w:rPr>
          <w:rFonts w:ascii="Courier New" w:hAnsi="Courier New"/>
          <w:color w:val="555555"/>
          <w:sz w:val="20"/>
        </w:rPr>
        <w:t>[5]</w:t>
      </w:r>
    </w:p>
    <w:p>
      <w:r>
        <w:rPr>
          <w:rFonts w:ascii="Gentium Plus" w:hAnsi="Gentium Plus"/>
          <w:sz w:val="24"/>
        </w:rPr>
        <w:t>σίῳ, ὡς εἰσέρχεται εἰς τὸ παλάτιον. καὶ δεξάμενος αὐτὸ ὁ βα‐ σιλεὺς ἐγνώρισεν αὐτὸ καὶ ἀπέκρυψεν αὐτό· καὶ καλέσας τὴν Αὔγουσταν ἐπηρώτησεν αὐτήν, λέγων, Ποῦ ἐστι τὸ μῆλον ὃ ἔπεμψά σοι; ἡ δὲ εἶπεν ὅτι ἔφαγον αὐτό. καὶ ὥρκωσεν αὐτὴν κατὰ τῆς αὐτοῦ σωτηρίας εἰ ἔφαγεν αὐτὸ ἤ τινι αὐτὸ ἔπεμψε.</w:t>
      </w:r>
    </w:p>
    <w:p>
      <w:r>
        <w:rPr>
          <w:rFonts w:ascii="Courier New" w:hAnsi="Courier New"/>
          <w:color w:val="555555"/>
          <w:sz w:val="20"/>
        </w:rPr>
        <w:t>[10]</w:t>
      </w:r>
    </w:p>
    <w:p>
      <w:r>
        <w:rPr>
          <w:rFonts w:ascii="Gentium Plus" w:hAnsi="Gentium Plus"/>
          <w:sz w:val="24"/>
        </w:rPr>
        <w:t>καὶ ἐπωμόσατο ὅτι Οὐδενὶ αὐτὸ ἔπεμψα, ἀλλ’ ὅτι αὐτὴ αὐτὸ ἔφαγε. καὶ ἐκέλευσεν ὁ βασιλεὺς ἐνεχθῆναι τὸ μῆλον, καὶ ἔδειξεν αὐτῇ αὐτό. καὶ ἠγανάκτησε κατ’ αὐτῆς, ὑπονοήσας ὅτι ὡς ἐρῶσα τῷ αὐτῷ Παυλίνῳ ἔπεμψεν αὐτῷ τὸ μῆλον καὶ ἠρνήσα‐ το. καὶ διὰ τοῦτο ἀνεῖλε τὸν αὐτὸν Παυλῖνον ὁ βασιλεὺς Θεο‐</w:t>
      </w:r>
    </w:p>
    <w:p>
      <w:r>
        <w:rPr>
          <w:rFonts w:ascii="Courier New" w:hAnsi="Courier New"/>
          <w:color w:val="555555"/>
          <w:sz w:val="20"/>
        </w:rPr>
        <w:t>[15]</w:t>
      </w:r>
    </w:p>
    <w:p>
      <w:r>
        <w:rPr>
          <w:rFonts w:ascii="Gentium Plus" w:hAnsi="Gentium Plus"/>
          <w:sz w:val="24"/>
        </w:rPr>
        <w:t>δόσιος· καὶ λυπηθεῖσα ἡ Αὔγουστα Εὐδοκία, ὡς ὑβρισθεῖσα, ἐγνώσθη γὰρ πανταχοῦ ὅτι δι’ αὐτὴν ἐσφάγη ὁ Παυλῖνος· ἦν γὰρ πάνυ εὔμορφος νεώτερος· ᾐτήσατο δὲ ἡ Αὔγουστα τὸν βα‐ σιλέα Θεοδόσιον τοῦ κατελθεῖν εἰς τοὺς ἁγίους τόπους εἰς εὐ‐ χήν· καὶ παρέσχεν αὐτῇ. καὶ κατῆλθεν ἀπὸ Κωνσταντινουπό‐</w:t>
      </w:r>
    </w:p>
    <w:p>
      <w:r>
        <w:rPr>
          <w:rFonts w:ascii="Courier New" w:hAnsi="Courier New"/>
          <w:color w:val="555555"/>
          <w:sz w:val="20"/>
        </w:rPr>
        <w:t>[20]</w:t>
      </w:r>
    </w:p>
    <w:p>
      <w:r>
        <w:rPr>
          <w:rFonts w:ascii="Gentium Plus" w:hAnsi="Gentium Plus"/>
          <w:sz w:val="24"/>
        </w:rPr>
        <w:t>λεως ἐπὶ Ἱεροσόλυμα εὔξασθαι· καὶ ἔκτισεν ἐν Ἱεροσολύμοις πολλά, καὶ τὸ τεῖχος ἀνενέωσε τῆς Ἱερουσαλήμ, εἰποῦσα ὅτι Δι’</w:t>
      </w:r>
    </w:p>
    <w:p>
      <w:r>
        <w:rPr>
          <w:rFonts w:ascii="Courier New" w:hAnsi="Courier New"/>
          <w:color w:val="555555"/>
          <w:sz w:val="20"/>
        </w:rPr>
        <w:t>[Chron . 358]</w:t>
      </w:r>
    </w:p>
    <w:p>
      <w:r>
        <w:rPr>
          <w:rFonts w:ascii="Gentium Plus" w:hAnsi="Gentium Plus"/>
          <w:sz w:val="24"/>
        </w:rPr>
        <w:t>μηθήσεται τὰ τείχη Ἱερουσαλήμ, κύριε. καὶ μείνασα ἐκεῖ καὶ κτίσασα ἑαυτῇ μνῆμα βασιλικὸν ἐτελεύτησε, καὶ ἐτέθη ἐν Ἱεροσο‐ λύμοις. ἐν δὲ τῷ μέλλειν αὐτὴν τελευτᾶν ἐπωμόσατο μὴ συν‐ ειδέναι τῇ κατηγορίᾳ τῆς ἕνεκεν Παυλίνου.</w:t>
      </w:r>
    </w:p>
    <w:p>
      <w:r>
        <w:rPr>
          <w:rFonts w:ascii="Courier New" w:hAnsi="Courier New"/>
          <w:color w:val="555555"/>
          <w:sz w:val="20"/>
        </w:rPr>
        <w:t>[5]</w:t>
      </w:r>
    </w:p>
    <w:p>
      <w:r>
        <w:rPr>
          <w:rFonts w:ascii="Gentium Plus" w:hAnsi="Gentium Plus"/>
          <w:sz w:val="24"/>
        </w:rPr>
        <w:t>Ὁ δὲ βασιλεὺς Θεοδόσιος ἦν ἐλλόγιμος, παρὰ παντὸς τοῦ δήμου φιλούμενος καὶ τῆς συγκλήτου. ἐπὶ δὲ τῆς βασιλείας αὐ‐ τοῦ καὶ Βαλεντινιανοῦ ἐπεστράτευσε κατὰ Ῥώμης καὶ κατὰ Κωνσταντινουπόλεως Ἀττιλᾶς, ἐκ τοῦ γένους τῶν Γηπέδων, πλῆθος ἔχων μυριάδων πολλῶν, δηλώσας διὰ Γότθου ἑνὸς</w:t>
      </w:r>
    </w:p>
    <w:p>
      <w:r>
        <w:rPr>
          <w:rFonts w:ascii="Courier New" w:hAnsi="Courier New"/>
          <w:color w:val="555555"/>
          <w:sz w:val="20"/>
        </w:rPr>
        <w:t>[10]</w:t>
      </w:r>
    </w:p>
    <w:p>
      <w:r>
        <w:rPr>
          <w:rFonts w:ascii="Gentium Plus" w:hAnsi="Gentium Plus"/>
          <w:sz w:val="24"/>
        </w:rPr>
        <w:t>πρεσβευτοῦ τῷ Βαλεντινιανῷ, βασιλεῖ Ῥώμης, Ἐκέλευσέ σοι δι’ ἐμοῦ ὁ δεσπότης μου καὶ δεσπότης σου Ἀττιλᾶς ἵνα εὐτρε‐ πίσῃς αὐτῷ τὸ παλάτιόν σου. ὁμοίως δὲ καὶ Θεοδοσίῳ βασιλεῖ τὰ αὐτὰ ἐν Κωνσταντινουπόλει ἐδήλωσε δι’ ἑνὸς Γότθου πρεσ‐ βευτοῦ. καὶ ἀκηκοὼς Ἀέτιος ὁ πρῶτος συγκλητικὸς Ῥώμης</w:t>
      </w:r>
    </w:p>
    <w:p>
      <w:r>
        <w:rPr>
          <w:rFonts w:ascii="Courier New" w:hAnsi="Courier New"/>
          <w:color w:val="555555"/>
          <w:sz w:val="20"/>
        </w:rPr>
        <w:t>[15]</w:t>
      </w:r>
    </w:p>
    <w:p>
      <w:r>
        <w:rPr>
          <w:rFonts w:ascii="Gentium Plus" w:hAnsi="Gentium Plus"/>
          <w:sz w:val="24"/>
        </w:rPr>
        <w:t>τὴν ὑπερβάλλουσαν τόλμαν τῆς ἀπονενοημένης ἀποκρίσεως Ἀττι‐ λᾶ, ἀπῆλθε πρὸς Ἀλάριχον πρὸς τοὺς Γάλλους, ὄντα ἐχθρὸν Ῥωμαίων, καὶ προετρέψατο αὐτὸν καὶ ἤνεγκεν αὐτὸν ἅμα αὐτῷ κατὰ Ἀττιλᾶ· ἐπολέμησε γὰρ πόλεις πολλὰς τῆς Ῥώμης. καὶ ἐξαίφνης ἐπιῤῥίψαντες αὐτῷ, ὡς ἐστὶν ἀπληκεύων πλησίον τοῦ</w:t>
      </w:r>
    </w:p>
    <w:p>
      <w:r>
        <w:rPr>
          <w:rFonts w:ascii="Courier New" w:hAnsi="Courier New"/>
          <w:color w:val="555555"/>
          <w:sz w:val="20"/>
        </w:rPr>
        <w:t>[20]</w:t>
      </w:r>
    </w:p>
    <w:p>
      <w:r>
        <w:rPr>
          <w:rFonts w:ascii="Gentium Plus" w:hAnsi="Gentium Plus"/>
          <w:sz w:val="24"/>
        </w:rPr>
        <w:t>Δανουβίου ποταμοῦ, ἔκοψαν αὐτῶν χιλιάδας πολλάς. εἰς δὲ</w:t>
      </w:r>
    </w:p>
    <w:p>
      <w:r>
        <w:rPr>
          <w:rFonts w:ascii="Courier New" w:hAnsi="Courier New"/>
          <w:color w:val="555555"/>
          <w:sz w:val="20"/>
        </w:rPr>
        <w:t>[Chron . 359]</w:t>
      </w:r>
    </w:p>
    <w:p>
      <w:r>
        <w:rPr>
          <w:rFonts w:ascii="Gentium Plus" w:hAnsi="Gentium Plus"/>
          <w:sz w:val="24"/>
        </w:rPr>
        <w:t>σεν. ὡσαύτως δὲ καὶ ὁ Ἀττιλᾶς ἐτελεύτησε καταφορᾷ αἵματος διὰ τῶν ῥινῶν ἐνεχθείσῃ νυκτός, μετὰ Οὕννας παλλακίδος αὐτοῦ καθεύδων· ἥτις κόρη καὶ ὑπενοήθη ὅτι αὐτὴ αὐτὸν ἀνεῖλε. πε‐ ρὶ οὗ πολέμου συνεγράψατο ὁ σοφώτατος Πρίσκος ὁ Θρᾴξ. ἕτε‐</w:t>
      </w:r>
    </w:p>
    <w:p>
      <w:r>
        <w:rPr>
          <w:rFonts w:ascii="Courier New" w:hAnsi="Courier New"/>
          <w:color w:val="555555"/>
          <w:sz w:val="20"/>
        </w:rPr>
        <w:t>[5]</w:t>
      </w:r>
    </w:p>
    <w:p>
      <w:r>
        <w:rPr>
          <w:rFonts w:ascii="Gentium Plus" w:hAnsi="Gentium Plus"/>
          <w:sz w:val="24"/>
        </w:rPr>
        <w:t>ροι δὲ συνεγράψαντο ὅτι Ἀέτιος ὁ πατρίκιος τὸν σπαθάριον αὐ‐ τοῦ ὑπενόθευσε, καὶ αὐτὸς κεντήσας ἀνεῖλεν αὐτόν· καὶ ὑπέστρε‐ ψεν ἐν Ῥώμῃ ὁ πατρίκιος Ἀέτιος νικήσας. Ὁ δὲ βασιλεὺς Θεοδόσιος ἐν τοῖς αὐτοῖς χρόνοις ἔκτισε τὴν μεγάλην ἐκκλησίαν ἐν Ἀλεξανδρείᾳ· ἥτις λέγεται ἕως τοῦ νῦν</w:t>
      </w:r>
    </w:p>
    <w:p>
      <w:r>
        <w:rPr>
          <w:rFonts w:ascii="Courier New" w:hAnsi="Courier New"/>
          <w:color w:val="555555"/>
          <w:sz w:val="20"/>
        </w:rPr>
        <w:t>[10]</w:t>
      </w:r>
    </w:p>
    <w:p>
      <w:r>
        <w:rPr>
          <w:rFonts w:ascii="Gentium Plus" w:hAnsi="Gentium Plus"/>
          <w:sz w:val="24"/>
        </w:rPr>
        <w:t>ἡ Θεοδοσίου· ἐφίλει γὰρ Κύριλλον τὸν ἐπίσκοπον Ἀλεξαν‐ δρείας. Κατ’ ἐκεῖνον δὲ τὸν καιρὸν παῤῥησίαν λαβόντες ὑπὸ τοῦ ἐπι‐ σκόπου οἱ Ἀλεξανδρεῖς ἔκαυσαν φρυγάνοις αὐθεντήσαντες Ὑπα‐ τίαν τὴν περιβόητον φιλόσοφον, περὶ ἧς μεγάλα ἐφέρετο· ἦν</w:t>
      </w:r>
    </w:p>
    <w:p>
      <w:r>
        <w:rPr>
          <w:rFonts w:ascii="Courier New" w:hAnsi="Courier New"/>
          <w:color w:val="555555"/>
          <w:sz w:val="20"/>
        </w:rPr>
        <w:t>[15]</w:t>
      </w:r>
    </w:p>
    <w:p>
      <w:r>
        <w:rPr>
          <w:rFonts w:ascii="Gentium Plus" w:hAnsi="Gentium Plus"/>
          <w:sz w:val="24"/>
        </w:rPr>
        <w:t>δὲ παλαιὰ γυνή. ἐν δὲ τῇ αὐτοῦ βασιλείᾳ ἔπαθεν ὑπὸ θεομη‐ νίας ἡ Κρήτη νῆσος, ἥτις εἶχεν ἐν μέσῳ θαλάσσης ὑπαρχούσας πόλεις ἑκατόν, καθὼς περὶ τῆς αὐτῆς νήσου ἐξέθετο ὁ σοφώτατος Εὐριπίδης. ἔπαθε δὲ καὶ πᾶσα ἡ περίχωρος αὐτῆς. ἔπεσε δὲ ἐν τῇ αὐτῇ Κρήτῃ τὸ δημόσιον τῆς μητροπόλεως Γορτύνης τὸ</w:t>
      </w:r>
    </w:p>
    <w:p>
      <w:r>
        <w:rPr>
          <w:rFonts w:ascii="Courier New" w:hAnsi="Courier New"/>
          <w:color w:val="555555"/>
          <w:sz w:val="20"/>
        </w:rPr>
        <w:t>[20]</w:t>
      </w:r>
    </w:p>
    <w:p>
      <w:r>
        <w:rPr>
          <w:rFonts w:ascii="Gentium Plus" w:hAnsi="Gentium Plus"/>
          <w:sz w:val="24"/>
        </w:rPr>
        <w:t>κτισθὲν ὑπὸ τοῦ Καίσαρος Ἰουλίου, ἔχον ἰδιάζοντα θόλα ιβʹ,</w:t>
      </w:r>
    </w:p>
    <w:p>
      <w:r>
        <w:rPr>
          <w:rFonts w:ascii="Courier New" w:hAnsi="Courier New"/>
          <w:color w:val="555555"/>
          <w:sz w:val="20"/>
        </w:rPr>
        <w:t>[Chron . 360]</w:t>
      </w:r>
    </w:p>
    <w:p>
      <w:r>
        <w:rPr>
          <w:rFonts w:ascii="Gentium Plus" w:hAnsi="Gentium Plus"/>
          <w:sz w:val="24"/>
        </w:rPr>
        <w:t>δημόσιον τέλειον, ὑπὸ δὲ ἑνὸς καμινίου μόνου τὰ δώδεκα θόλα ὑπεκαίοντο· καὶ ἦν ἰδεῖν ξένον θέαμα. καὶ ἀνήγειρεν ἓξ αὐτῶν ὁ βασιλεὺς Θεοδόσιος, ὅ ἐστι δύο σχήματα τοῦ δημοσίου, θερι‐ νοῦ καὶ χειμερινοῦ, τῶν κτητόρων τῆς αὐτῆς πόλεως αἰτησάντων</w:t>
      </w:r>
    </w:p>
    <w:p>
      <w:r>
        <w:rPr>
          <w:rFonts w:ascii="Courier New" w:hAnsi="Courier New"/>
          <w:color w:val="555555"/>
          <w:sz w:val="20"/>
        </w:rPr>
        <w:t>[5]</w:t>
      </w:r>
    </w:p>
    <w:p>
      <w:r>
        <w:rPr>
          <w:rFonts w:ascii="Gentium Plus" w:hAnsi="Gentium Plus"/>
          <w:sz w:val="24"/>
        </w:rPr>
        <w:t>αὐτόν. παρέσχε δὲ καὶ λόγῳ κτισμάτων ὑπὲρ τῆς πόλεως καὶ χώρας πολλά. Ἔκτισε δὲ καὶ ἐν Ἀντιοχείᾳ τῇ μεγάλῃ βασιλικὴν διάφωτον μεγάλην, πάνυ εὐπρεπῆ, κατέναντι οὖσαν τῶν λεγομένων Ἄθλων, ἥντινα οἱ Ἀντιοχεῖς καλοῦσι τὴν Ἀνατολίου, διότι Ἀνατόλιος</w:t>
      </w:r>
    </w:p>
    <w:p>
      <w:r>
        <w:rPr>
          <w:rFonts w:ascii="Courier New" w:hAnsi="Courier New"/>
          <w:color w:val="555555"/>
          <w:sz w:val="20"/>
        </w:rPr>
        <w:t>[10]</w:t>
      </w:r>
    </w:p>
    <w:p>
      <w:r>
        <w:rPr>
          <w:rFonts w:ascii="Gentium Plus" w:hAnsi="Gentium Plus"/>
          <w:sz w:val="24"/>
        </w:rPr>
        <w:t>στρατηλάτης ἐπέστη τῷ κτίσματι, λαβὼν τὰ χρήματα ἀπὸ τοῦ βασιλέως, ὅτε ἐγένετο παρ’ αὐτοῦ στρατηλάτης ἀνατολῆς· διὰ τοῦτο καὶ ὅτε ἐπλήρωσε τὸ αὐτὸ ἔργον τῆς βασιλικῆς, ἐπέγραψεν ἐν αὐτῇ διὰ χρυσέου μουσαρίου ταῦτα· Ἔργον Θεοδοσίου βα‐ σιλέως· ὥσπερ ἄξιον. ἐπάνω δὲ ἦσαν βασιλεῖς δύο Θεοδόσιος</w:t>
      </w:r>
    </w:p>
    <w:p>
      <w:r>
        <w:rPr>
          <w:rFonts w:ascii="Courier New" w:hAnsi="Courier New"/>
          <w:color w:val="555555"/>
          <w:sz w:val="20"/>
        </w:rPr>
        <w:t>[15]</w:t>
      </w:r>
    </w:p>
    <w:p>
      <w:r>
        <w:rPr>
          <w:rFonts w:ascii="Gentium Plus" w:hAnsi="Gentium Plus"/>
          <w:sz w:val="24"/>
        </w:rPr>
        <w:t>καὶ ὁ συγγενὴς αὐτοῦ Βαλεντινιανὸς ὁ ἐν Ῥώμῃ βασιλεύων. ὁ δὲ αὐτὸς Θεοδόσιος ἐχρύσωσε καὶ τῆς Δαφνητικῆς πόρτας δύο θύρας τὰς χαλκᾶς καθ’ ὁμοιότητα ἧς ἐχρύσωσε πόρτας ἐν Κων‐ σταντινουπόλει, ἥτις καλεῖται ἕως ἄρτι ἡ χρυσέα πόρτα· ὁμοίως δὲ καὶ ἐν Ἀντιοχείᾳ τῇ μεγάλῃ καλεῖται ἕως τῆς νῦν ἡ χρυσέα</w:t>
      </w:r>
    </w:p>
    <w:p>
      <w:r>
        <w:rPr>
          <w:rFonts w:ascii="Courier New" w:hAnsi="Courier New"/>
          <w:color w:val="555555"/>
          <w:sz w:val="20"/>
        </w:rPr>
        <w:t>[20]</w:t>
      </w:r>
    </w:p>
    <w:p>
      <w:r>
        <w:rPr>
          <w:rFonts w:ascii="Gentium Plus" w:hAnsi="Gentium Plus"/>
          <w:sz w:val="24"/>
        </w:rPr>
        <w:t>πόρτα, χρυσωθεῖσα διὰ Νυμφιδιανοῦ ὑπατικοῦ. ἐν ᾧ χρόνῳ ἀπηγγέλθη ὁ θάνατος Βαλεντινιανοῦ βασιλέως Ῥώμης, σφαγέν‐ τος ὑπὸ Μαξίμου συγκλητικοῦ καὶ κρατήσαντος καὶ βασιλεύ‐</w:t>
      </w:r>
    </w:p>
    <w:p>
      <w:r>
        <w:rPr>
          <w:rFonts w:ascii="Courier New" w:hAnsi="Courier New"/>
          <w:color w:val="555555"/>
          <w:sz w:val="20"/>
        </w:rPr>
        <w:t>[Chron . 361]</w:t>
      </w:r>
    </w:p>
    <w:p>
      <w:r>
        <w:rPr>
          <w:rFonts w:ascii="Gentium Plus" w:hAnsi="Gentium Plus"/>
          <w:sz w:val="24"/>
        </w:rPr>
        <w:t>Ὁ δὲ αὐτὸς Θεοδόσιος βασιλεὺς ἐποίησε κακῶς Ἀντιόχῳ τῷ πραιποσίτῳ καὶ πατρικίῳ, δυναμένῳ ἐν τῷ παλατίῳ καὶ κρατή‐ σαντι τῶν πραγμάτων. ἦν γὰρ καὶ ἀναθρεψάμενος τὸν αὐτὸν Θεοδόσιον ἐν τῇ ζωῇ τοῦ αὐτοῦ πατρός, ὡς κουβικουλάριος καὶ</w:t>
      </w:r>
    </w:p>
    <w:p>
      <w:r>
        <w:rPr>
          <w:rFonts w:ascii="Courier New" w:hAnsi="Courier New"/>
          <w:color w:val="555555"/>
          <w:sz w:val="20"/>
        </w:rPr>
        <w:t>[5]</w:t>
      </w:r>
    </w:p>
    <w:p>
      <w:r>
        <w:rPr>
          <w:rFonts w:ascii="Gentium Plus" w:hAnsi="Gentium Plus"/>
          <w:sz w:val="24"/>
        </w:rPr>
        <w:t>διοικῶν ἀπὸ τοῦ αὐτοῦ πατρὸς Ἀρκαδίου τὴν πολιτείαν Ῥω‐ μαίων. καὶ ἔμεινε μετὰ τὸ πληρῶσαι αὐτόν, ὡς πατρίκιος κα‐ ταυθεντῶν τοῦ αὐτοῦ Θεοδοσίου. καὶ ἀγανακτήσας κατ’ αὐτοῦ ἐδήμευσεν αὐτὸν καὶ κουρεύσας ἐποίησε παπᾶν τῆς μεγάλης ἐκ‐ κλησίας Κωνσταντινουπόλεως, ποιήσας διάταξιν μὴ εἰσέρχε‐</w:t>
      </w:r>
    </w:p>
    <w:p>
      <w:r>
        <w:rPr>
          <w:rFonts w:ascii="Courier New" w:hAnsi="Courier New"/>
          <w:color w:val="555555"/>
          <w:sz w:val="20"/>
        </w:rPr>
        <w:t>[10]</w:t>
      </w:r>
    </w:p>
    <w:p>
      <w:r>
        <w:rPr>
          <w:rFonts w:ascii="Gentium Plus" w:hAnsi="Gentium Plus"/>
          <w:sz w:val="24"/>
        </w:rPr>
        <w:t>σθαι εἰς ἀξίας συγκλητικῶν ἢ πατρικίων τοὺς εὐνούχους κουβικου‐ λαρίους μετὰ τὸ πλήρωμα τῆς αὐτῶν στρατείας, τοῦτ’ ἐστὶ τοὺς ἀπὸ πραιποσίτων παλατίου. καὶ ἐτελεύτα ὁ αὐτὸς Ἀντίοχος, ὢν πρεσβύτερος. Ὁ δὲ αὐτὸς βασιλεὺς προεβάλετο ἔπαρχον πραιτωρίων καὶ</w:t>
      </w:r>
    </w:p>
    <w:p>
      <w:r>
        <w:rPr>
          <w:rFonts w:ascii="Courier New" w:hAnsi="Courier New"/>
          <w:color w:val="555555"/>
          <w:sz w:val="20"/>
        </w:rPr>
        <w:t>[15]</w:t>
      </w:r>
    </w:p>
    <w:p>
      <w:r>
        <w:rPr>
          <w:rFonts w:ascii="Gentium Plus" w:hAnsi="Gentium Plus"/>
          <w:sz w:val="24"/>
        </w:rPr>
        <w:t>ἔπαρχον πόλεως τὸν πατρίκιον Κῦρον, τὸν φιλόσοφον, ἄνδρα σοφώτατον ἐν πᾶσι. καὶ ἦρξεν ἔχων τὰς δύο ἀρχὰς ἔτη τέσσα‐ ρα, προϊὼν εἰς τὴν καροῦχαν τοῦ ἐπάρχου τῆς πόλεως καὶ φρον‐ τίζων τῶν κτισμάτων καὶ ἀνανεώσας πᾶσαν Κωνσταντινούπολιν· ἦν γὰρ καθαριώτατος. περὶ οὗ ἔκραξαν οἱ Βυζάντιοι εἰς τὸ ἱπ‐</w:t>
      </w:r>
    </w:p>
    <w:p>
      <w:r>
        <w:rPr>
          <w:rFonts w:ascii="Courier New" w:hAnsi="Courier New"/>
          <w:color w:val="555555"/>
          <w:sz w:val="20"/>
        </w:rPr>
        <w:t>[20]</w:t>
      </w:r>
    </w:p>
    <w:p>
      <w:r>
        <w:rPr>
          <w:rFonts w:ascii="Gentium Plus" w:hAnsi="Gentium Plus"/>
          <w:sz w:val="24"/>
        </w:rPr>
        <w:t>πικὸν πᾶσαν τὴν ἡμέραν θεωροῦντος Θεοδοσίου ταῦτα. Κων‐ σταντῖνος ἔκτισε, Κῦρος ἀνενέωσεν· αὐτὸν ἐπὶ τόπον, Αὔγουστε.</w:t>
      </w:r>
    </w:p>
    <w:p>
      <w:r>
        <w:rPr>
          <w:rFonts w:ascii="Courier New" w:hAnsi="Courier New"/>
          <w:color w:val="555555"/>
          <w:sz w:val="20"/>
        </w:rPr>
        <w:t>[Chron . 362]</w:t>
      </w:r>
    </w:p>
    <w:p>
      <w:r>
        <w:rPr>
          <w:rFonts w:ascii="Gentium Plus" w:hAnsi="Gentium Plus"/>
          <w:sz w:val="24"/>
        </w:rPr>
        <w:t>γελῶσα. καὶ ἐχόλησεν ὁ βασιλεύς, ὅτι ἔκραξαν περὶ Κύρου καὶ μετὰ Κωνσταντίνου αὐτὸν ἔκραξαν, ὡς ἀνανεώσαντα τὴν πόλιν· καὶ κατεσκευάσθη λοιπὸν καὶ ἐπλάκη ὡς Ἕλλην ὁ αὐτὸς Κῦρος, καὶ ἐδημεύθη παυθεὶς τῆς ἀρχῆς. καὶ προσφυγὼν ἐγένετο καὶ</w:t>
      </w:r>
    </w:p>
    <w:p>
      <w:r>
        <w:rPr>
          <w:rFonts w:ascii="Courier New" w:hAnsi="Courier New"/>
          <w:color w:val="555555"/>
          <w:sz w:val="20"/>
        </w:rPr>
        <w:t>[5]</w:t>
      </w:r>
    </w:p>
    <w:p>
      <w:r>
        <w:rPr>
          <w:rFonts w:ascii="Gentium Plus" w:hAnsi="Gentium Plus"/>
          <w:sz w:val="24"/>
        </w:rPr>
        <w:t>αὐτὸς παπᾶς, καὶ ἐπέμφθη εἰς τὴν Φρυγίαν, ἐπίσκοπος γενάμε‐ νος εἰς τὸ λεγόμενον Κοτυάειον. ἦσαν γὰρ οἱ αὐτοὶ Κοτυαεῖς πολῖται φονεύσαντες ἐπισκόπους τέσσαρας· τὸ δὲ Κοτυάειον πό‐ λις ἐστὶ τῆς Φρυγίας ἐπαρχίας Σαλουταρίας. καὶ κατέλαβε τὴν Κοτυαέων πόλιν ἐπίσκοπος ὢν ὁ αὐτὸς Κῦρος πρὸ τῶν ἁγίων</w:t>
      </w:r>
    </w:p>
    <w:p>
      <w:r>
        <w:rPr>
          <w:rFonts w:ascii="Courier New" w:hAnsi="Courier New"/>
          <w:color w:val="555555"/>
          <w:sz w:val="20"/>
        </w:rPr>
        <w:t>[10]</w:t>
      </w:r>
    </w:p>
    <w:p>
      <w:r>
        <w:rPr>
          <w:rFonts w:ascii="Gentium Plus" w:hAnsi="Gentium Plus"/>
          <w:sz w:val="24"/>
        </w:rPr>
        <w:t>γενεθλίων. γνόντες δὲ οἱ τῆς πόλεως κληρικοὶ καὶ πολῖται ὅτι ὡς Ἕλληνα ἔπεμψεν αὐτὸν ὁ βασιλεύς, ἵνα ἀποθάνῃ, ἐν τοῖς ἁγίοις γενεθλίοις ἐξαίφνης οὖν ἐν τῇ ἐκκλησίᾳ ἔκραξαν αὐτῷ προσ‐ ομιλῆσαι. καὶ ἀναγκασθεὶς ἀνῆλθεν ὁμιλῆσαι· καὶ μετὰ τοῦ δοῦναι εἰρήνην προσωμίλησεν οὕτως. Ἀδελφοί, ἡ γέννησις τοῦ</w:t>
      </w:r>
    </w:p>
    <w:p>
      <w:r>
        <w:rPr>
          <w:rFonts w:ascii="Courier New" w:hAnsi="Courier New"/>
          <w:color w:val="555555"/>
          <w:sz w:val="20"/>
        </w:rPr>
        <w:t>[15]</w:t>
      </w:r>
    </w:p>
    <w:p>
      <w:r>
        <w:rPr>
          <w:rFonts w:ascii="Gentium Plus" w:hAnsi="Gentium Plus"/>
          <w:sz w:val="24"/>
        </w:rPr>
        <w:t>θεοῦ καὶ σωτῆρος ἡμῶν Ἰησοῦ Χριστοῦ σιωπῇ τιμάσθω, ὅτι ἀκοῇ μόνῃ συνελήφθη ἐν τῇ ἁγίᾳ παρθένῳ λόγῳ. αὐτῷ ἡ δόξα εἰς τοὺς αἰῶνας· ἀμήν. καὶ εὐφημηθεὶς κατῆλθε, καὶ ἔμεινεν ἐκεῖ ἕως θανάτου. καὶ προηγάγετο ἔπαρχον Ἀντίοχον τὸν Χού‐ ζωνα, τὸν ἔγγονον Ἀντιόχου τοῦ Χούζωνος τοῦ μεγάλου, ὃς πα‐</w:t>
      </w:r>
    </w:p>
    <w:p>
      <w:r>
        <w:rPr>
          <w:rFonts w:ascii="Courier New" w:hAnsi="Courier New"/>
          <w:color w:val="555555"/>
          <w:sz w:val="20"/>
        </w:rPr>
        <w:t>[20]</w:t>
      </w:r>
    </w:p>
    <w:p>
      <w:r>
        <w:rPr>
          <w:rFonts w:ascii="Gentium Plus" w:hAnsi="Gentium Plus"/>
          <w:sz w:val="24"/>
        </w:rPr>
        <w:t>ρέσχεν ἐν Ἀντιοχείᾳ τῇ μεγάλῃ προσθήκην χρημάτων εἰς τὸ ἱπ‐</w:t>
      </w:r>
    </w:p>
    <w:p>
      <w:r>
        <w:rPr>
          <w:rFonts w:ascii="Courier New" w:hAnsi="Courier New"/>
          <w:color w:val="555555"/>
          <w:sz w:val="20"/>
        </w:rPr>
        <w:t>[Chron . 363]</w:t>
      </w:r>
    </w:p>
    <w:p>
      <w:r>
        <w:rPr>
          <w:rFonts w:ascii="Gentium Plus" w:hAnsi="Gentium Plus"/>
          <w:sz w:val="24"/>
        </w:rPr>
        <w:t>προήχθη ἔπαρχος Ῥουφῖνος ὁ συγγενὴς τοῦ αὐτοῦ βασιλέως· καὶ ἐφονεύθη, ὡς μελετήσας τυραννίδα. Ὁ δὲ αὐτὸς βασιλεὺς Θεοδόσιος ἐφίλει ἔρωτι Χρυσάφιον τὸν κουβικουλάριον, τὸν λεγόμενον Ζτομμᾶν, ὡς πάνυ εὐπρεπῆ</w:t>
      </w:r>
    </w:p>
    <w:p>
      <w:r>
        <w:rPr>
          <w:rFonts w:ascii="Courier New" w:hAnsi="Courier New"/>
          <w:color w:val="555555"/>
          <w:sz w:val="20"/>
        </w:rPr>
        <w:t>[5]</w:t>
      </w:r>
    </w:p>
    <w:p>
      <w:r>
        <w:rPr>
          <w:rFonts w:ascii="Gentium Plus" w:hAnsi="Gentium Plus"/>
          <w:sz w:val="24"/>
        </w:rPr>
        <w:t>ὄντα· καὶ παρεῖχεν αὐτῷ πολλὰ ὅσα ἂν ᾐτήσατο αὐτόν, καὶ εἶχε παῤῥησίαν πρὸς αὐτόν, καὶ κατῆρχε πάντων τῶν πραγμάτων καὶ ἥρπαζε πάντα· ἦν γὰρ πάτρων καὶ προστάτης τῶν Πρα‐ σίνων. Ἐπὶ δὲ τῆς αὐτοῦ βασιλείας ἔπαθεν ὑπὸ θεομηνίας Νικομή‐</w:t>
      </w:r>
    </w:p>
    <w:p>
      <w:r>
        <w:rPr>
          <w:rFonts w:ascii="Courier New" w:hAnsi="Courier New"/>
          <w:color w:val="555555"/>
          <w:sz w:val="20"/>
        </w:rPr>
        <w:t>[10]</w:t>
      </w:r>
    </w:p>
    <w:p>
      <w:r>
        <w:rPr>
          <w:rFonts w:ascii="Gentium Plus" w:hAnsi="Gentium Plus"/>
          <w:sz w:val="24"/>
        </w:rPr>
        <w:t>δεια, μητρόπολις τῆς Βιθυνίας, τὸ πέμπτον αὐτῆς πάθος ἑσπέ‐ ρας βαθείας καὶ ἀπώλετο εἰς γῆν καὶ εἰς θάλασσαν καταποντι‐ σθεῖσα. καὶ πολλὰ ἔκτισεν ἐκεῖ καὶ τὰ δημόσια καὶ τοὺς ἐμβό‐ λους καὶ τὸν λιμένα καὶ τὰ θεώρια καὶ τὸ μαρτύριον τοῦ ἁγίου Ἀνθίμου καὶ πάσας τὰς ἐκκλησίας αὐτῆς.</w:t>
      </w:r>
    </w:p>
    <w:p>
      <w:r>
        <w:rPr>
          <w:rFonts w:ascii="Courier New" w:hAnsi="Courier New"/>
          <w:color w:val="555555"/>
          <w:sz w:val="20"/>
        </w:rPr>
        <w:t>[15]</w:t>
      </w:r>
    </w:p>
    <w:p>
      <w:r>
        <w:rPr>
          <w:rFonts w:ascii="Gentium Plus" w:hAnsi="Gentium Plus"/>
          <w:sz w:val="24"/>
        </w:rPr>
        <w:t>Ἐπὶ δὲ τῆς βασιλείας αὐτοῦ παρέλαβον οἱ Ἴσαυροι λῃσταρ‐ χοῦντες Σελεύκειαν τῆς Συρίας μηνὶ περιτίῳ, ἐπὶ τῆς ὑπατείας τοῦ αὐτοῦ Θεοδοσίου καὶ Ῥομορίδου· καὶ ἐπραίδευσαν καὶ ἔστρε‐ ψαν τὴν χώραν ἐλθόντες διὰ τῶν ὀρέων· καὶ πάντα λαβόντες ὑπέστρεψαν εἰς τὴν Ἰσαυρίαν.</w:t>
      </w:r>
    </w:p>
    <w:p>
      <w:r>
        <w:rPr>
          <w:rFonts w:ascii="Courier New" w:hAnsi="Courier New"/>
          <w:color w:val="555555"/>
          <w:sz w:val="20"/>
        </w:rPr>
        <w:t>[20]</w:t>
      </w:r>
    </w:p>
    <w:p>
      <w:r>
        <w:rPr>
          <w:rFonts w:ascii="Gentium Plus" w:hAnsi="Gentium Plus"/>
          <w:sz w:val="24"/>
        </w:rPr>
        <w:t>Ἐπὶ δὲ τῆς αὐτοῦ βασιλείας ἔπαθεν ὑπὸ θεομηνίας πρώτοις Κωνσταντινούπολις ὑπὸ σεισμοῦ μηνὶ ἰανουαρίῳ κϛʹ ἐν νυκτὶ</w:t>
      </w:r>
    </w:p>
    <w:p>
      <w:r>
        <w:rPr>
          <w:rFonts w:ascii="Courier New" w:hAnsi="Courier New"/>
          <w:color w:val="555555"/>
          <w:sz w:val="20"/>
        </w:rPr>
        <w:t>[Chron . 364]</w:t>
      </w:r>
    </w:p>
    <w:p>
      <w:r>
        <w:rPr>
          <w:rFonts w:ascii="Gentium Plus" w:hAnsi="Gentium Plus"/>
          <w:sz w:val="24"/>
        </w:rPr>
        <w:t>πύλου. ὅστις βασιλεὺς ἐλιτάνευσε μετὰ τῆς συγκλήτου καὶ τοῦ ὄχλου καὶ τοῦ κλήρου ἀνυπόδητος ἐπὶ ἡμέρας πολλάς. Ἐν αὐτῷ δὲ τῷ χρόνῳ ἦλθε πολεμῶν Ῥωμαίοις Βλάσσης, βα‐ σιλεὺς Περσῶν· καὶ γνοὺς ὁ βασιλεὺς Ῥωμαίων ἐποίησε στρατη‐</w:t>
      </w:r>
    </w:p>
    <w:p>
      <w:r>
        <w:rPr>
          <w:rFonts w:ascii="Courier New" w:hAnsi="Courier New"/>
          <w:color w:val="555555"/>
          <w:sz w:val="20"/>
        </w:rPr>
        <w:t>[5]</w:t>
      </w:r>
    </w:p>
    <w:p>
      <w:r>
        <w:rPr>
          <w:rFonts w:ascii="Gentium Plus" w:hAnsi="Gentium Plus"/>
          <w:sz w:val="24"/>
        </w:rPr>
        <w:t>λάτην ἀνατολῆς τὸν πατρίκιον Προκόπιον καὶ ἔπεμψεν αὐτὸν με‐ τὰ ἐξπεδίτου πολεμῆσαι. μέλλοντος δὲ αὐτοῦ συμβάλλειν ἐδή‐ λωσεν αὐτῷ ὁ βασιλεὺς Περσῶν ὅτι Εἰ ἔχει τὸ ἐξπέδιτόν σου ὅλον ἄνδρα δυνάμενον μονομαχῆσαι καὶ νικῆσαι ἕνα Πέρσην προβαλ‐ λόμενον παρ’ ἐμοῦ, εὐθέως ποιῶ τὰ πάκτα τῆς εἰρήνης ἐπὶ ἔτη νʹ</w:t>
      </w:r>
    </w:p>
    <w:p>
      <w:r>
        <w:rPr>
          <w:rFonts w:ascii="Courier New" w:hAnsi="Courier New"/>
          <w:color w:val="555555"/>
          <w:sz w:val="20"/>
        </w:rPr>
        <w:t>[10]</w:t>
      </w:r>
    </w:p>
    <w:p>
      <w:r>
        <w:rPr>
          <w:rFonts w:ascii="Gentium Plus" w:hAnsi="Gentium Plus"/>
          <w:sz w:val="24"/>
        </w:rPr>
        <w:t>καὶ τὰ ἐξ ἔθους παρεχόμενα δῶρα. καὶ τούτων δοξάντων προε‐ βάλετο ὁ βασιλεὺς Περσῶν ἐκ τοῦ τάγματος τῶν λεγομένων ἀθανάτων Πέρσην ὀνόματι Ἀρδαζάνην, οἱ δὲ Ῥωμαῖοι Ἀρεόβιν‐ δόν τινα Γότθον, κόμητα φοιδεράτων. καὶ ἐξῆλθον οἱ δύο ἔφιπ‐ ποι καὶ ἔνοπλοι. ὁ δὲ Ἀρεόβινδος ἐβάσταζε καὶ σωκάρην κατὰ</w:t>
      </w:r>
    </w:p>
    <w:p>
      <w:r>
        <w:rPr>
          <w:rFonts w:ascii="Courier New" w:hAnsi="Courier New"/>
          <w:color w:val="555555"/>
          <w:sz w:val="20"/>
        </w:rPr>
        <w:t>[15]</w:t>
      </w:r>
    </w:p>
    <w:p>
      <w:r>
        <w:rPr>
          <w:rFonts w:ascii="Gentium Plus" w:hAnsi="Gentium Plus"/>
          <w:sz w:val="24"/>
        </w:rPr>
        <w:t>τὸ Γοτθικὸν ἔθος. πρῶτος δὲ ὁ Πέρσης ὥρμησε μετὰ τοῦ κον‐ τοῦ· καὶ πλαγιάσας ὁ Ἀρεόβινδος ἐπὶ τὸ δεξιὸν αὑτοῦ μέρος ἐσόκκευσεν αὐτόν, καὶ κατενεγκὼν ἐκ τοῦ ἵππου ἔσφαξε. καὶ λοιπὸν ὁ βασιλεὺς Περσῶν ἐποίησε πάκτα εἰρήνης· καὶ ἀνελθὼν μετὰ τὴν νίκην ὁ αὐτὸς Ἀρεόβινδος ἐν Κωνσταντινουπόλει σὺν</w:t>
      </w:r>
    </w:p>
    <w:p>
      <w:r>
        <w:rPr>
          <w:rFonts w:ascii="Courier New" w:hAnsi="Courier New"/>
          <w:color w:val="555555"/>
          <w:sz w:val="20"/>
        </w:rPr>
        <w:t>[20]</w:t>
      </w:r>
    </w:p>
    <w:p>
      <w:r>
        <w:rPr>
          <w:rFonts w:ascii="Gentium Plus" w:hAnsi="Gentium Plus"/>
          <w:sz w:val="24"/>
        </w:rPr>
        <w:t>τῷ στρατηλάτῃ Προκοπίῳ καὶ εὐχαριστηθεὶς παρὰ τοῦ βασιλέως προήχθη ὕπατος.</w:t>
      </w:r>
    </w:p>
    <w:p>
      <w:r>
        <w:rPr>
          <w:rFonts w:ascii="Courier New" w:hAnsi="Courier New"/>
          <w:color w:val="555555"/>
          <w:sz w:val="20"/>
        </w:rPr>
        <w:t>[Chron . 365]</w:t>
      </w:r>
    </w:p>
    <w:p>
      <w:r>
        <w:rPr>
          <w:rFonts w:ascii="Gentium Plus" w:hAnsi="Gentium Plus"/>
          <w:sz w:val="24"/>
        </w:rPr>
        <w:t>τῆς Λυκαονίας, ἥντινα ἐκάλεσε Λυκίαν, δοὺς δίκαιον μητροπό‐ λεως καὶ ἄρχοντα τῇ λεγομένῃ πόλει Μύρᾳ τῆς αὐτῆς Λυκίας, ἔνθα ἐστὶ θεοῦ μυστήριον πῦρ αὐτόματον. ὁμοίως δὲ ὁ αὐτὸς βασιλεὺς καὶ Συρίαν δευτέραν ἀπομερίσας ἀπὸ τῆς πρώτης ἐπαρ‐</w:t>
      </w:r>
    </w:p>
    <w:p>
      <w:r>
        <w:rPr>
          <w:rFonts w:ascii="Courier New" w:hAnsi="Courier New"/>
          <w:color w:val="555555"/>
          <w:sz w:val="20"/>
        </w:rPr>
        <w:t>[5]</w:t>
      </w:r>
    </w:p>
    <w:p>
      <w:r>
        <w:rPr>
          <w:rFonts w:ascii="Gentium Plus" w:hAnsi="Gentium Plus"/>
          <w:sz w:val="24"/>
        </w:rPr>
        <w:t>χίας, δοὺς δίκαιον μητροπόλεως καὶ ἄρχοντα τῇ Ἀπαμείᾳ τῇ πόλει, καὶ Κιλικίαν δευτέραν ἀπομερίσας ἀπὸ τῆς πρώτης ἐποίη‐ σεν ἐπαρχίαν, δοὺς δίκαιον μητροπόλεως καὶ ἄρχοντα Ἀναζάρ‐ βῳ τῇ πόλει. ἐποίησε δὲ καὶ ἄλλην ἐπαρχίαν, ἀπομερίσας ἀπὸ τῆς Βιθυνίας, ἥντινα ἐκάλεσεν Ὁνωριάδα εἰς ὄνομα τοῦ αὑ‐</w:t>
      </w:r>
    </w:p>
    <w:p>
      <w:r>
        <w:rPr>
          <w:rFonts w:ascii="Courier New" w:hAnsi="Courier New"/>
          <w:color w:val="555555"/>
          <w:sz w:val="20"/>
        </w:rPr>
        <w:t>[10]</w:t>
      </w:r>
    </w:p>
    <w:p>
      <w:r>
        <w:rPr>
          <w:rFonts w:ascii="Gentium Plus" w:hAnsi="Gentium Plus"/>
          <w:sz w:val="24"/>
        </w:rPr>
        <w:t>τοῦ θείου Ὁνωρίου, δοὺς δίκαιον μητροπόλεως καὶ ἄρχοντα Ἡρακλείᾳ, πόλει τῆς Πόντου. Ἐπὶ δὲ τῆς βασιλείας αὐτοῦ ἀκμὴν Νεστόριος ἤκμαζεν· ὅστις ἐπίσκοπος μετὰ ταῦτα ἐγένετο Κωνσταντινουπόλεως· καὶ ταρα‐ χῆς γενομένης ἐν τῷ ὁμιλεῖν αὐτόν, ἠναγκάσθη ὁ αὐτὸς Θεοδό‐</w:t>
      </w:r>
    </w:p>
    <w:p>
      <w:r>
        <w:rPr>
          <w:rFonts w:ascii="Courier New" w:hAnsi="Courier New"/>
          <w:color w:val="555555"/>
          <w:sz w:val="20"/>
        </w:rPr>
        <w:t>[15]</w:t>
      </w:r>
    </w:p>
    <w:p>
      <w:r>
        <w:rPr>
          <w:rFonts w:ascii="Gentium Plus" w:hAnsi="Gentium Plus"/>
          <w:sz w:val="24"/>
        </w:rPr>
        <w:t>σιος προσκαλέσασθαι τὴν σύνοδον τῶν σμʹ ἐπισκόπων ἐν Ἐφέσῳ κατὰ τοῦ αὐτοῦ Νεστορίου καὶ καθελεῖν αὐτὸν ἀπὸ τῆς ἐπισκο‐ πῆς. ἡγεῖτο δὲ τῆς συνόδου Κύριλλος ὁ ἐπίσκοπος Ἀλεξαν‐ δρείας τῆς μεγάλης. Ἐν αὐτῷ δὲ τῷ καιρῷ ἐν τῇ Ῥώμῃ διάγουσα ἡ δέσποινα Εὐ‐</w:t>
      </w:r>
    </w:p>
    <w:p>
      <w:r>
        <w:rPr>
          <w:rFonts w:ascii="Courier New" w:hAnsi="Courier New"/>
          <w:color w:val="555555"/>
          <w:sz w:val="20"/>
        </w:rPr>
        <w:t>[20]</w:t>
      </w:r>
    </w:p>
    <w:p>
      <w:r>
        <w:rPr>
          <w:rFonts w:ascii="Gentium Plus" w:hAnsi="Gentium Plus"/>
          <w:sz w:val="24"/>
        </w:rPr>
        <w:t>δοξία, γενομένη χήρα, γυνὴ Βαλεντινιανοῦ βασιλέως, θυγάτηρ δὲ Θεοδοσίου βασιλέως καὶ Εὐδοκίας, λυπουμένη κατὰ Μαξίμου τοῦ τυράννου τοῦ φονεύσαντος τὸν ἄνδρα αὐτῆς καὶ βασιλεύ‐ σαντος, προετρέψατο δὲ Ζινζίριχον τὸν Οὐάνδαλον, τὸν ῥῆγα</w:t>
      </w:r>
    </w:p>
    <w:p>
      <w:r>
        <w:rPr>
          <w:rFonts w:ascii="Courier New" w:hAnsi="Courier New"/>
          <w:color w:val="555555"/>
          <w:sz w:val="20"/>
        </w:rPr>
        <w:t>[Chron . 366]</w:t>
      </w:r>
    </w:p>
    <w:p>
      <w:r>
        <w:rPr>
          <w:rFonts w:ascii="Gentium Plus" w:hAnsi="Gentium Plus"/>
          <w:sz w:val="24"/>
        </w:rPr>
        <w:t>ἐξαίφνης ἦλθεν ἐν τῇ Ῥώμῃ πόλει μετὰ πλήθους καὶ παρέλαβε τὴν Ῥώμην, καὶ ἐφόνευσε τὸν Μάξιμον βασιλέα καὶ πάντας ἀπώλεσε, πραιδεύσας πάντα τὰ τοῦ παλατίου ἕως τῶν χαλκουρ‐ γημάτων, λαβὼν αἰχμαλώτους τοὺς περιλειφθέντας συγκλητι‐</w:t>
      </w:r>
    </w:p>
    <w:p>
      <w:r>
        <w:rPr>
          <w:rFonts w:ascii="Courier New" w:hAnsi="Courier New"/>
          <w:color w:val="555555"/>
          <w:sz w:val="20"/>
        </w:rPr>
        <w:t>[5]</w:t>
      </w:r>
    </w:p>
    <w:p>
      <w:r>
        <w:rPr>
          <w:rFonts w:ascii="Gentium Plus" w:hAnsi="Gentium Plus"/>
          <w:sz w:val="24"/>
        </w:rPr>
        <w:t>κοὺς καὶ τὰς γυναῖκας αὐτῶν, ἐν οἷς ἔλαβε καὶ τὴν προτρεψα‐ μένην αὐτὸν τὴν δέσποιναν Εὐδοξίαν καὶ τὴν θυγατέρα αὐτῆς Πλακιδίαν τὴν γυναῖκα τοῦ πατρικίου Ὀλυβρίου, αὐτοῦ διά‐ γοντος ἐν Κωνσταντινουπόλει, καὶ Εὐδοκίαν δὲ τὴν παρθένον αἰχμαλώτους· καὶ ἀπήγαγε πάντας ἐν τῇ Ἀφρικῇ, ἐν Καρταγένῃ</w:t>
      </w:r>
    </w:p>
    <w:p>
      <w:r>
        <w:rPr>
          <w:rFonts w:ascii="Courier New" w:hAnsi="Courier New"/>
          <w:color w:val="555555"/>
          <w:sz w:val="20"/>
        </w:rPr>
        <w:t>[10]</w:t>
      </w:r>
    </w:p>
    <w:p>
      <w:r>
        <w:rPr>
          <w:rFonts w:ascii="Gentium Plus" w:hAnsi="Gentium Plus"/>
          <w:sz w:val="24"/>
        </w:rPr>
        <w:t>πόλει. ὅστις Ζινζίριχος εὐθέως ἐξέδωκε τῷ ἰδίῳ αὐτοῦ υἱῷ Ὁνω‐ ρίχῳ τὴν θυγατέρα Εὐδοξίας τῆς δεσποίνης τὴν παρθένον Εὐ‐ δοκίαν τὴν μικράν· καὶ εἶχεν αὐτὰς ἐν τιμῇ μεθ’ ἑαυτοῦ. Ὁ δὲ βασιλεὺς Θεοδόσιος μαθὼν ὅτι κατὰ γνώμην Εὐδοξίας τῆς αὑτοῦ θυγατρὸς προεδόθη ἡ Ῥώμη, ἐλυπήθη πρὸς αὐτὴν καὶ</w:t>
      </w:r>
    </w:p>
    <w:p>
      <w:r>
        <w:rPr>
          <w:rFonts w:ascii="Courier New" w:hAnsi="Courier New"/>
          <w:color w:val="555555"/>
          <w:sz w:val="20"/>
        </w:rPr>
        <w:t>[15]</w:t>
      </w:r>
    </w:p>
    <w:p>
      <w:r>
        <w:rPr>
          <w:rFonts w:ascii="Gentium Plus" w:hAnsi="Gentium Plus"/>
          <w:sz w:val="24"/>
        </w:rPr>
        <w:t>εἴασεν αὐτὴν ἐν τῇ Ἀφρικῇ παρὰ Ζινζιρίχῳ μηδὲν αὐτῷ δηλώσας, ἀλλὰ ποιήσας πρόκενσον ἐξῆλθεν ἀπὸ Κωνσταντινουπόλεως εἰς Ἔφεσον, πόλιν τῆς Ἀσίας· καὶ ηὔξατο εἰς τὸν ἅγιον Ἰωάννην τὸν θεολόγον αἰτῶν αὐτὸν τίς ἄρα μετ’ αὐτὸν βασιλεύει; καὶ ἐν ὁρά‐ ματι ἔμαθε· καὶ ἦλθεν ἐν Κωνσταντινουπόλει. μετὰ δὲ ὀλίγον</w:t>
      </w:r>
    </w:p>
    <w:p>
      <w:r>
        <w:rPr>
          <w:rFonts w:ascii="Courier New" w:hAnsi="Courier New"/>
          <w:color w:val="555555"/>
          <w:sz w:val="20"/>
        </w:rPr>
        <w:t>[20]</w:t>
      </w:r>
    </w:p>
    <w:p>
      <w:r>
        <w:rPr>
          <w:rFonts w:ascii="Gentium Plus" w:hAnsi="Gentium Plus"/>
          <w:sz w:val="24"/>
        </w:rPr>
        <w:t>καιρὸν ἐξῆλθεν ἱππασθῆναι· καὶ ἐν τῷ ἱππάζεσθαι αὐτὸν συνέπε‐ σεν ἐκ τοῦ ἵππου· καὶ πληγεὶς τὸν σφόνδυλον αὐτοῦ εἰσῆλθε λε‐</w:t>
      </w:r>
    </w:p>
    <w:p>
      <w:r>
        <w:rPr>
          <w:rFonts w:ascii="Courier New" w:hAnsi="Courier New"/>
          <w:color w:val="555555"/>
          <w:sz w:val="20"/>
        </w:rPr>
        <w:t>[Chron . 367]</w:t>
      </w:r>
    </w:p>
    <w:p>
      <w:r>
        <w:rPr>
          <w:rFonts w:ascii="Gentium Plus" w:hAnsi="Gentium Plus"/>
          <w:sz w:val="24"/>
        </w:rPr>
        <w:t>χερίαν εἶπεν αὐτῇ διὰ Μαρκιανὸν τὸν ἔχοντα μετ’ αὐτὸν βασιλεῦ‐ σαι. καὶ μεταστειλάμενος Μαρκιανὸν τὸν ἀπὸ τριβούνων εἶπεν αὐτῷ ἐπὶ Ἄσπαρος καὶ τῶν συγκλητικῶν πάντων ὅτι Ἐφάνη μοι, ὅτι σὲ δεῖ γενέσθαι βασιλέα μετ’ ἐμέ. καὶ μεθ’ ἡμέρας δύο τε‐</w:t>
      </w:r>
    </w:p>
    <w:p>
      <w:r>
        <w:rPr>
          <w:rFonts w:ascii="Courier New" w:hAnsi="Courier New"/>
          <w:color w:val="555555"/>
          <w:sz w:val="20"/>
        </w:rPr>
        <w:t>[5]</w:t>
      </w:r>
    </w:p>
    <w:p>
      <w:r>
        <w:rPr>
          <w:rFonts w:ascii="Gentium Plus" w:hAnsi="Gentium Plus"/>
          <w:sz w:val="24"/>
        </w:rPr>
        <w:t>λευτᾷ ὁ αὐτὸς Θεοδόσιος, ὢν ἐνιαυτῶν ναʹ. Μετὰ δὲ τὴν βασιλείαν τοῦ αὐτοῦ Θεοδοσίου ἐβασίλευσεν ἀπὸ τῆς συγκλήτου στεφθεὶς ὁ θειότατος Μαρκιανός· ἦν δὲ μακρός, ἁπλόθριξ, πολιός, στυφόμενος τοὺς πόδας, ἔτους κατὰ Ἀντιό‐ χειαν υϟθʹ, ἰνδικτιῶνος δʹ. ἢ μόνον δὲ ἐβασίλευσεν, ἐγάμησε τὴν</w:t>
      </w:r>
    </w:p>
    <w:p>
      <w:r>
        <w:rPr>
          <w:rFonts w:ascii="Courier New" w:hAnsi="Courier New"/>
          <w:color w:val="555555"/>
          <w:sz w:val="20"/>
        </w:rPr>
        <w:t>[10]</w:t>
      </w:r>
    </w:p>
    <w:p>
      <w:r>
        <w:rPr>
          <w:rFonts w:ascii="Gentium Plus" w:hAnsi="Gentium Plus"/>
          <w:sz w:val="24"/>
        </w:rPr>
        <w:t>ἀδελφὴν Θεοδοσίου τοῦ βασιλέως τὴν δέσποιναν Πουλχερίαν, οὖ‐ σαν παρθένον ἐνιαυτῶν νδʹ. ἐβασίλευσε δὲ ἔτη ϛʹ καὶ μῆνας εʹ. Ἐπὶ δὲ τῆς αὐτοῦ βασιλείας ἔπαθεν ὑπὸ θεομηνίας ἡ λεγομέ‐ νη Τρίπολις τῆς Φοινίκης παράλου μηνὶ γορπιαίῳ ἐν νυκτί. καὶ ἀνήγειρε τὸ δημόσιον τὸ θερινὸν πεσόντα τὸ λεγόμενον ὁ Ἴκα‐</w:t>
      </w:r>
    </w:p>
    <w:p>
      <w:r>
        <w:rPr>
          <w:rFonts w:ascii="Courier New" w:hAnsi="Courier New"/>
          <w:color w:val="555555"/>
          <w:sz w:val="20"/>
        </w:rPr>
        <w:t>[15]</w:t>
      </w:r>
    </w:p>
    <w:p>
      <w:r>
        <w:rPr>
          <w:rFonts w:ascii="Gentium Plus" w:hAnsi="Gentium Plus"/>
          <w:sz w:val="24"/>
        </w:rPr>
        <w:t>ρος. ἦν γὰρ ἐν αὐτῷ χαλκουργήματα δύο, ἅτινα καὶ αὐτά εἰσι τῶν θεαμάτων, ὁ Ἴκαρος καὶ ὁ Δαίδαλος καὶ ὁ Βελλεροφὼν καὶ ὁ Πήγασος ἵππος. καὶ τὸ Φακίδιον δὲ ἀνενέωσε καὶ ἄλλα φανερὰ τῆς πόλεως αὐτῆς σὺν τῷ ἀγωγῷ. Ἐπὶ δὲ τῆς αὐτοῦ βασιλείας προσεκαλέσατο τὴν σύνοδον</w:t>
      </w:r>
    </w:p>
    <w:p>
      <w:r>
        <w:rPr>
          <w:rFonts w:ascii="Courier New" w:hAnsi="Courier New"/>
          <w:color w:val="555555"/>
          <w:sz w:val="20"/>
        </w:rPr>
        <w:t>[20]</w:t>
      </w:r>
    </w:p>
    <w:p>
      <w:r>
        <w:rPr>
          <w:rFonts w:ascii="Gentium Plus" w:hAnsi="Gentium Plus"/>
          <w:sz w:val="24"/>
        </w:rPr>
        <w:t>Χαλκηδόνος τῶν χλʹ ἐπισκόπων.</w:t>
      </w:r>
    </w:p>
    <w:p>
      <w:r>
        <w:rPr>
          <w:rFonts w:ascii="Courier New" w:hAnsi="Courier New"/>
          <w:color w:val="555555"/>
          <w:sz w:val="20"/>
        </w:rPr>
        <w:t>[Chron . 368]</w:t>
      </w:r>
    </w:p>
    <w:p>
      <w:r>
        <w:rPr>
          <w:rFonts w:ascii="Gentium Plus" w:hAnsi="Gentium Plus"/>
          <w:sz w:val="24"/>
        </w:rPr>
        <w:t>Ἐπὶ δὲ τῆς αὐτοῦ βασιλείας ἀνεδόθησαν αἱ δέσποιναι Εὐδο‐ ξία καὶ Πλακιδία, καὶ ἦλθον ἐν Κωνσταντινουπόλει· καὶ ἔλαβεν Ὀλύβριος τὴν γυναῖκα αὐτοῦ Πλακιδίαν· καὶ ἔτεκεν Ἰουλιάναν εἰς τὸ Βυζάντιον.</w:t>
      </w:r>
    </w:p>
    <w:p>
      <w:r>
        <w:rPr>
          <w:rFonts w:ascii="Courier New" w:hAnsi="Courier New"/>
          <w:color w:val="555555"/>
          <w:sz w:val="20"/>
        </w:rPr>
        <w:t>[5]</w:t>
      </w:r>
    </w:p>
    <w:p>
      <w:r>
        <w:rPr>
          <w:rFonts w:ascii="Gentium Plus" w:hAnsi="Gentium Plus"/>
          <w:sz w:val="24"/>
        </w:rPr>
        <w:t>Ὁ δὲ αὐτὸς βασιλεὺς καὶ Χρυσάφιον τὸν Ζτουμμὰν τὸν κου‐ βικουλάριον ἀπεκεφάλισε καὶ ἐδήμευσε, τὸν φιλούμενον παρὰ τοῦ πρὸ αὐτοῦ βασιλέως, ὡς πολλοὺς ἐπηρεάσαντα προσελθόντας κατ’ αὐτοῦ καὶ ὡς προστάτην καὶ πάτρωνα τῶν Πρασίνων. Ὁ δὲ αὐτὸς Μαρκιανὸς ἔδωκε τὴν θυγατέρα αὐτοῦ τὴν ἀπὸ</w:t>
      </w:r>
    </w:p>
    <w:p>
      <w:r>
        <w:rPr>
          <w:rFonts w:ascii="Courier New" w:hAnsi="Courier New"/>
          <w:color w:val="555555"/>
          <w:sz w:val="20"/>
        </w:rPr>
        <w:t>[10]</w:t>
      </w:r>
    </w:p>
    <w:p>
      <w:r>
        <w:rPr>
          <w:rFonts w:ascii="Gentium Plus" w:hAnsi="Gentium Plus"/>
          <w:sz w:val="24"/>
        </w:rPr>
        <w:t>προτέρας γαμετῆς Ἀνθιμίῳ· καὶ ἐποίησεν αὐτὸν βασιλέα ἐν τῇ Ῥώμῃ· ἐξ ἧς ἔσχε θυγατέρα Ἀνθίμιος ἣν ἐξέδωκε τῷ στρατηλάτῃ Ῥεκίμερ. Ὁ δὲ αὐτὸς Μαρκιανὸς ἔχαιρε τῷ Βενέτῳ μέρει κατὰ πόλιν· ὅστις καὶ διάταξιν αὐτοῦ θείαν ἐξεφώνησε, ταραχῆς γενομένης πα‐</w:t>
      </w:r>
    </w:p>
    <w:p>
      <w:r>
        <w:rPr>
          <w:rFonts w:ascii="Courier New" w:hAnsi="Courier New"/>
          <w:color w:val="555555"/>
          <w:sz w:val="20"/>
        </w:rPr>
        <w:t>[15]</w:t>
      </w:r>
    </w:p>
    <w:p>
      <w:r>
        <w:rPr>
          <w:rFonts w:ascii="Gentium Plus" w:hAnsi="Gentium Plus"/>
          <w:sz w:val="24"/>
        </w:rPr>
        <w:t>ρὰ τῶν τοῦ Πρασίνου μέρους, μὴ πολιτεύεσθαι Πρασίνους ἐκέ‐ λευσε μήτε στρατεύεσθαι ἐπὶ ἔτη τρία. καὶ ὀργισθεὶς διὰ τὴν ταραχὴν ἐστύφθη τοὺς πόδας αὐτοῦ· καὶ ἐξ αὐτοῦ ἀῤῥωστήσας ἐπὶ μῆνας πέντε καὶ σαπεὶς ἐτελεύτα, ὢν ἐνιαυτῶν ξεʹ. Πουλ‐</w:t>
      </w:r>
    </w:p>
    <w:p>
      <w:r>
        <w:rPr>
          <w:rFonts w:ascii="Courier New" w:hAnsi="Courier New"/>
          <w:color w:val="555555"/>
          <w:sz w:val="20"/>
        </w:rPr>
        <w:t>[Chron . 369]</w:t>
      </w:r>
    </w:p>
    <w:p>
      <w:r>
        <w:rPr>
          <w:rFonts w:ascii="Gentium Plus" w:hAnsi="Gentium Plus"/>
          <w:sz w:val="24"/>
        </w:rPr>
        <w:t>Μετὰ δὲ τὴν βασιλείαν Μαρκιανοῦ ἐστέφθη ὑπὸ τῆς συγκλή‐ του ὁ θειότατος Λέων ὁ μέγας ὁ Βέσσος ἔτη ιϛʹ καὶ μῆνας ιαʹ. Ἐπὶ δὲ τῆς αὐτοῦ βασιλείας ἐβασίλευσεν ἐν Ῥώμῃ Ἀνθίμιος ὁ ὑπὸ Μαρκιανοῦ στεφθείς.</w:t>
      </w:r>
    </w:p>
    <w:p>
      <w:r>
        <w:rPr>
          <w:rFonts w:ascii="Courier New" w:hAnsi="Courier New"/>
          <w:color w:val="555555"/>
          <w:sz w:val="20"/>
        </w:rPr>
        <w:t>[5]</w:t>
      </w:r>
    </w:p>
    <w:p>
      <w:r>
        <w:rPr>
          <w:rFonts w:ascii="Gentium Plus" w:hAnsi="Gentium Plus"/>
          <w:sz w:val="24"/>
        </w:rPr>
        <w:t>Ἐν δὲ τῇ βασιλείᾳ Λέοντος ἔπαθεν ὑπὸ θεομηνίας Ἀντιόχεια ἡ μεγάλη τὸ τέταρτον αὐτῆς πάθος μηνὶ σεπτεμβρίῳ ιγʹ δια‐ φαούσης κυριακῆς ἔτους κατὰ τὴν αὐτὴν Ἀντιόχειαν χρηματίζον‐ τος φϛʹ, ἐπὶ τῆς ὑπατείας Πατρικίου· καὶ ἐχαρίσατο τοῖς Ἀντιο‐ χεῦσι καὶ τῇ πόλει λόγον κτισμάτων ὁ αὐτὸς βασιλεὺς πολλά.</w:t>
      </w:r>
    </w:p>
    <w:p>
      <w:r>
        <w:rPr>
          <w:rFonts w:ascii="Courier New" w:hAnsi="Courier New"/>
          <w:color w:val="555555"/>
          <w:sz w:val="20"/>
        </w:rPr>
        <w:t>[10]</w:t>
      </w:r>
    </w:p>
    <w:p>
      <w:r>
        <w:rPr>
          <w:rFonts w:ascii="Gentium Plus" w:hAnsi="Gentium Plus"/>
          <w:sz w:val="24"/>
        </w:rPr>
        <w:t>Ἐπὶ δὲ τῆς αὐτοῦ βασιλείας ἐτελεύτα ὁ ἅγιος Συμεὼν ὁ στυ‐ λίτης, ὄντος τότε Ἀρδαβουρίου τοῦ πατρικίου, τοῦ υἱοῦ Ἄσπαρος, στρατηλάτου ἀνατολῆς. καὶ κραξάντων τῶν Ἀντιοχέων καὶ αἰ‐ τησάντων τὸ σῶμα τοῦ δικαίου, ἔπεμψεν ὁ αὐτὸς Ἀρδαβούριος Γοτθικὴν βοήθειαν καὶ ἤνεγκε τὸ λείψανον τοῦ ἁγίου Συμεῶνος</w:t>
      </w:r>
    </w:p>
    <w:p>
      <w:r>
        <w:rPr>
          <w:rFonts w:ascii="Courier New" w:hAnsi="Courier New"/>
          <w:color w:val="555555"/>
          <w:sz w:val="20"/>
        </w:rPr>
        <w:t>[15]</w:t>
      </w:r>
    </w:p>
    <w:p>
      <w:r>
        <w:rPr>
          <w:rFonts w:ascii="Gentium Plus" w:hAnsi="Gentium Plus"/>
          <w:sz w:val="24"/>
        </w:rPr>
        <w:t>ἐν Ἀντιοχείᾳ τῇ μεγάλῃ· καὶ ἐκτίσθη αὐτῷ μαρτύριον οἶκος μέ‐ γας καὶ ἐτέθη ἐν αὐτῷ εἰς σορόν. Ἐν δὲ τῇ αὐτοῦ βασιλείᾳ Λέοντος κατεῤῥήθη Ἰσοκάσιος ὁ κοιαιστώριος ὁ φιλόσοφος ὡς Ἕλλην· ὅστις κατήγετο ἐκ γένους</w:t>
      </w:r>
    </w:p>
    <w:p>
      <w:r>
        <w:rPr>
          <w:rFonts w:ascii="Courier New" w:hAnsi="Courier New"/>
          <w:color w:val="555555"/>
          <w:sz w:val="20"/>
        </w:rPr>
        <w:t>[Chron . 370]</w:t>
      </w:r>
    </w:p>
    <w:p>
      <w:r>
        <w:rPr>
          <w:rFonts w:ascii="Gentium Plus" w:hAnsi="Gentium Plus"/>
          <w:sz w:val="24"/>
        </w:rPr>
        <w:t>ὅστις διήνυσεν ἀρχὰς πολλὰς μετὰ δόξης· ἦν γὰρ σφόδρα λογι‐ κός· καὶ συσχεθεὶς κατὰ κέλευσιν τοῦ βασιλέως, διάγων τότε ἐν Κωνσταντινουπόλει καὶ ἀποζωσθεὶς τῆς ἀξίας αὐτοῦ, παρεπέμ‐ φθη ἐν Χαλκηδόνι ἀπὸ Κωνσταντινουπόλεως τῷ ἄρχοντι Βιθυ‐</w:t>
      </w:r>
    </w:p>
    <w:p>
      <w:r>
        <w:rPr>
          <w:rFonts w:ascii="Courier New" w:hAnsi="Courier New"/>
          <w:color w:val="555555"/>
          <w:sz w:val="20"/>
        </w:rPr>
        <w:t>[5]</w:t>
      </w:r>
    </w:p>
    <w:p>
      <w:r>
        <w:rPr>
          <w:rFonts w:ascii="Gentium Plus" w:hAnsi="Gentium Plus"/>
          <w:sz w:val="24"/>
        </w:rPr>
        <w:t>νίας Θεοφίλῳ, ὅστις καὶ τὰς φωνὰς αὐτοῦ ἔλαβεν. Ἰακώβου δὲ τοῦ κόμητος καὶ ἀρχιατροῦ τοῦ λεγομένου ψυχρίστου παρακαλέ‐ σαντος τὸν βασιλέα· ἐφίλει γὰρ ὁ βασιλεὺς τὸν αὐτὸν Ἰάκωβον καὶ πᾶσα δὲ ἡ σύγκλητος καὶ ἡ πόλις, ὡς ἄριστον ἰατρὸν καὶ φι‐ λόσοφον· ᾧτινι καὶ ἡ σύγκλητος εἰκόνα συνεστήσατο ἐν τῷ Ζευ‐</w:t>
      </w:r>
    </w:p>
    <w:p>
      <w:r>
        <w:rPr>
          <w:rFonts w:ascii="Courier New" w:hAnsi="Courier New"/>
          <w:color w:val="555555"/>
          <w:sz w:val="20"/>
        </w:rPr>
        <w:t>[10]</w:t>
      </w:r>
    </w:p>
    <w:p>
      <w:r>
        <w:rPr>
          <w:rFonts w:ascii="Gentium Plus" w:hAnsi="Gentium Plus"/>
          <w:sz w:val="24"/>
        </w:rPr>
        <w:t>ξίππῳ· ὅστις Ἰάκωβος ἐδυσώπησε τὸν βασιλέα, αἰτῶν αὐτὸν ἐν Κωνσταντινουπόλει ἐξετασθῆναι τὸν αὐτὸν Ἰσοκάσιον παρὰ τῆς συγκλήτου καὶ τοῦ ἐπάρχου τῶν πραιτωρίων καὶ μὴ παρὰ ἄρχον‐ τι ἐπαρχίας, ἐπειδὴ κοιαίστωρος εἶχεν ἀξίας. καὶ πεισθεὶς ὁ βασιλεὺς Λέων ἐκέλευσεν ἐνεχθῆναι ἀπὸ Χαλκηδόνος τὸν αὐτὸν</w:t>
      </w:r>
    </w:p>
    <w:p>
      <w:r>
        <w:rPr>
          <w:rFonts w:ascii="Courier New" w:hAnsi="Courier New"/>
          <w:color w:val="555555"/>
          <w:sz w:val="20"/>
        </w:rPr>
        <w:t>[15]</w:t>
      </w:r>
    </w:p>
    <w:p>
      <w:r>
        <w:rPr>
          <w:rFonts w:ascii="Gentium Plus" w:hAnsi="Gentium Plus"/>
          <w:sz w:val="24"/>
        </w:rPr>
        <w:t>Ἰσοκάσιον· καὶ ἐνεχθεὶς εἰς τὸν Ζεύξιππον ἐξητάζετο παρὰ τοῦ ἐπάρχου τῶν πραιτωρίων Πουσαίου· καὶ ἐλάλησεν ὁ αὐτὸς Που‐ σαῖος κατὰ αὐτοῦ Ἰσοκασίου εἰσελθόντος πρὸ βήματος γυμνοῦ καὶ δεδεμένου ὀπισθάγκωνα, Ὁρᾷς σαυτόν, Ἰσοκάσιε, ἐν ποίῳ σχήματι καθέστηκας; ἀποκριθεὶς ὁ Ἰσοκάσιος εἶπεν, Ὁρῶ καὶ</w:t>
      </w:r>
    </w:p>
    <w:p>
      <w:r>
        <w:rPr>
          <w:rFonts w:ascii="Courier New" w:hAnsi="Courier New"/>
          <w:color w:val="555555"/>
          <w:sz w:val="20"/>
        </w:rPr>
        <w:t>[20]</w:t>
      </w:r>
    </w:p>
    <w:p>
      <w:r>
        <w:rPr>
          <w:rFonts w:ascii="Gentium Plus" w:hAnsi="Gentium Plus"/>
          <w:sz w:val="24"/>
        </w:rPr>
        <w:t>οὐ ξενίζομαι· ἄνθρωπος γὰρ ὢν ἀνθρωπίναις περιέπεσα συμ‐ φοραῖς. ἀλλὰ δίκῃ καθαρᾷ δίκασον ἐπ’ ἐμοί, ὡς ἐδίκαζες σὺν</w:t>
      </w:r>
    </w:p>
    <w:p>
      <w:r>
        <w:rPr>
          <w:rFonts w:ascii="Courier New" w:hAnsi="Courier New"/>
          <w:color w:val="555555"/>
          <w:sz w:val="20"/>
        </w:rPr>
        <w:t>[Chron . 371]</w:t>
      </w:r>
    </w:p>
    <w:p>
      <w:r>
        <w:rPr>
          <w:rFonts w:ascii="Gentium Plus" w:hAnsi="Gentium Plus"/>
          <w:sz w:val="24"/>
        </w:rPr>
        <w:t>ἑστὼς καὶ θεωρῶν, εὐφήμησε τὸν βασιλέα Λέοντα πολλά· καὶ ἀποσπάσαντες αὐτὸν ἀπήγαγον ἀπὸ τοῦ Ζευξίππου εἰς τὴν μεγά‐ λην ἐκκλησίαν. καὶ δοὺς τὸ ὄνομα αὐτοῦ κατηχήθη καὶ ἐφωτί‐ σθη· καὶ ἐπέμφθη εἰς τὴν χώραν αὐτοῦ.</w:t>
      </w:r>
    </w:p>
    <w:p>
      <w:r>
        <w:rPr>
          <w:rFonts w:ascii="Courier New" w:hAnsi="Courier New"/>
          <w:color w:val="555555"/>
          <w:sz w:val="20"/>
        </w:rPr>
        <w:t>[5]</w:t>
      </w:r>
    </w:p>
    <w:p>
      <w:r>
        <w:rPr>
          <w:rFonts w:ascii="Gentium Plus" w:hAnsi="Gentium Plus"/>
          <w:sz w:val="24"/>
        </w:rPr>
        <w:t>Ὁ δὲ αὐτὸς θειότατος Λέων βασιλεὺς τὰς κυριακὰς ἀπρά‐ κτους εἶναι ἐκέλευσεν, ἐκφωνήσας περὶ τούτου θεῖον αὐτοῦ νό‐ μον ἵνα μήτε αὐλὸς ἢ κιθάρα ἢ ἄλλο τι μουσικὸν λέγειν ἐν κυ‐ ριακῇ, ἀλλὰ πάντας ἀργεῖν· καὶ πᾶς ἄνθρωπος ἠνέσχετο. Ἐπὶ δὲ τῆς αὐτοῦ βασιλείας ὑπονοήσας τυραννίδα μελετᾶν</w:t>
      </w:r>
    </w:p>
    <w:p>
      <w:r>
        <w:rPr>
          <w:rFonts w:ascii="Courier New" w:hAnsi="Courier New"/>
          <w:color w:val="555555"/>
          <w:sz w:val="20"/>
        </w:rPr>
        <w:t>[10]</w:t>
      </w:r>
    </w:p>
    <w:p>
      <w:r>
        <w:rPr>
          <w:rFonts w:ascii="Gentium Plus" w:hAnsi="Gentium Plus"/>
          <w:sz w:val="24"/>
        </w:rPr>
        <w:t>Ἄσπαρα τὸν πατρίκιον, ὡς πρῶτον τῆς συγκλήτου, ἐφόνευσεν ἐν τῷ παλατίῳ καὶ Ἀρδαβούριον καὶ Πατρίκιον τοὺς υἱοὺς αὐτοῦ ἐν κομβέντῳ, καὶ αὐτοὺς ὄντας συγκλητικούς, κατακόψας τὰ σώμα‐ τα αὐτῶν. καὶ ἐγένετο ἐν Κωνσταντινουπόλει ταραχή· εἶχον γὰρ πλῆθος Γότθων καὶ κόμητας καὶ ἄλλους παῖδας καὶ παραμένον‐</w:t>
      </w:r>
    </w:p>
    <w:p>
      <w:r>
        <w:rPr>
          <w:rFonts w:ascii="Courier New" w:hAnsi="Courier New"/>
          <w:color w:val="555555"/>
          <w:sz w:val="20"/>
        </w:rPr>
        <w:t>[15]</w:t>
      </w:r>
    </w:p>
    <w:p>
      <w:r>
        <w:rPr>
          <w:rFonts w:ascii="Gentium Plus" w:hAnsi="Gentium Plus"/>
          <w:sz w:val="24"/>
        </w:rPr>
        <w:t>τας αὐτοῖς ἀνθρώπους πολλούς. ὅθεν εἷς Γότθος τῶν διαφερόν‐ των τῷ αὐτῷ Ἄσπαρι ὀνόματι Ὄστρυς, κόμης, εἰσῆλθεν εἰς τὸ παλάτιον τοξεύων μετὰ ἄλλων Γότθων· καὶ συμβολῆς γενομέ‐ νης μετὰ τῶν ἐξκουβιτώρων καὶ αὐτοῦ Ὄστρυ πολλοὶ ἐκόπησαν. καὶ μεσασθεὶς εἶδεν ὅτι ἡττήθη, καὶ ἔφυγε λαβὼν τὴν παλλακίδα</w:t>
      </w:r>
    </w:p>
    <w:p>
      <w:r>
        <w:rPr>
          <w:rFonts w:ascii="Courier New" w:hAnsi="Courier New"/>
          <w:color w:val="555555"/>
          <w:sz w:val="20"/>
        </w:rPr>
        <w:t>[20]</w:t>
      </w:r>
    </w:p>
    <w:p>
      <w:r>
        <w:rPr>
          <w:rFonts w:ascii="Gentium Plus" w:hAnsi="Gentium Plus"/>
          <w:sz w:val="24"/>
        </w:rPr>
        <w:t>Ἄσπαρος, Γότθαν εὐπρεπῆ, ἥτις ἔφιππος ἐξῆλθεν ἅμα αὐτῷ ἐπὶ</w:t>
      </w:r>
    </w:p>
    <w:p>
      <w:r>
        <w:rPr>
          <w:rFonts w:ascii="Courier New" w:hAnsi="Courier New"/>
          <w:color w:val="555555"/>
          <w:sz w:val="20"/>
        </w:rPr>
        <w:t>[Chron . 372]</w:t>
      </w:r>
    </w:p>
    <w:p>
      <w:r>
        <w:rPr>
          <w:rFonts w:ascii="Gentium Plus" w:hAnsi="Gentium Plus"/>
          <w:sz w:val="24"/>
        </w:rPr>
        <w:t>τὴν Θρᾴκην· καὶ ἐπραίδευσε τὰ χωρία. περὶ οὗ ἔκραξαν οἱ Βυ‐ ζάντιοι, Νεκροῦ φίλος οὐδεὶς εἰ μὴ μόνος Ὄστρυς. Ὁ δὲ αὐτὸς βασιλεὺς Λέων διωγμὸν ἐποίησε τῶν Ἀρειανῶν Ἐξακιονιτῶν διὰ Ἄσπαρα καὶ Ἀρδαβούριον, διατάξεις πανταχοῦ</w:t>
      </w:r>
    </w:p>
    <w:p>
      <w:r>
        <w:rPr>
          <w:rFonts w:ascii="Courier New" w:hAnsi="Courier New"/>
          <w:color w:val="555555"/>
          <w:sz w:val="20"/>
        </w:rPr>
        <w:t>[5]</w:t>
      </w:r>
    </w:p>
    <w:p>
      <w:r>
        <w:rPr>
          <w:rFonts w:ascii="Gentium Plus" w:hAnsi="Gentium Plus"/>
          <w:sz w:val="24"/>
        </w:rPr>
        <w:t>καταπέμψας μὴ ἔχειν αὐτοὺς ἐκκλησίας ἢ συνάγεσθαι. Ἐπὶ δὲ τῆς αὐτοῦ βασιλείας ἔβρεξεν ἐν Κωνσταντινουπόλει κονίαν ἀντὶ βροχῆς καὶ ἐπὶ παλαιστῇ ὕψους ἕστηκεν εἰς τοὺς κε‐ ράμους ἡ κονία· καὶ πάντες ἔτρεμον λιτανεύοντες καὶ λέγοντες ὅτι Πῦρ ἦν καὶ ἐσβέσθη καὶ εὑρέθη κονία τοῦ θεοῦ φιλανθρω‐</w:t>
      </w:r>
    </w:p>
    <w:p>
      <w:r>
        <w:rPr>
          <w:rFonts w:ascii="Courier New" w:hAnsi="Courier New"/>
          <w:color w:val="555555"/>
          <w:sz w:val="20"/>
        </w:rPr>
        <w:t>[10]</w:t>
      </w:r>
    </w:p>
    <w:p>
      <w:r>
        <w:rPr>
          <w:rFonts w:ascii="Gentium Plus" w:hAnsi="Gentium Plus"/>
          <w:sz w:val="24"/>
        </w:rPr>
        <w:t>πευσαμένου. Ἐγένετο δὲ ἐν τῇ αὐτοῦ βασιλείᾳ ἐμπρησμὸς μέγας ἐν Κων‐ σταντινουπόλει οἷος οὐδέποτε· ἐκαύθη γὰρ ἀπὸ θαλάσσης ἕως θαλάσσης· καὶ φοβηθεὶς τὸ παλάτιον ἐξῆλθεν ὁ βασιλεὺς Λέων πέραν εἰς τὸν ἅγιον Μάμαντα, καὶ ἐποίησεν ἐκεῖ μῆνας ἓξ ἐν</w:t>
      </w:r>
    </w:p>
    <w:p>
      <w:r>
        <w:rPr>
          <w:rFonts w:ascii="Courier New" w:hAnsi="Courier New"/>
          <w:color w:val="555555"/>
          <w:sz w:val="20"/>
        </w:rPr>
        <w:t>[15]</w:t>
      </w:r>
    </w:p>
    <w:p>
      <w:r>
        <w:rPr>
          <w:rFonts w:ascii="Gentium Plus" w:hAnsi="Gentium Plus"/>
          <w:sz w:val="24"/>
        </w:rPr>
        <w:t>προκέσσῳ· καὶ ἔκτισεν ἐκεῖ λιμενάριον καὶ ἔμβολον, ὅνπερ ἐκάλεσε νέον ἔμβολον· ὅστις οὕτω καλεῖται ἕως τῆς νῦν. Ἐπεστράτευσε δὲ ὁ αὐτὸς Λέων ἐν τοῖς χρόνοις τῆς αὐτοῦ βασιλείας κατὰ Σινζηρίχου Οὐανδάλου, ῥηγὸς τῶν Ἄφρων, πόλε‐ μον ναυμαχίας φοβερόν· καὶ ἔπεμψε στόλον μέγαν καὶ Βασιλί‐</w:t>
      </w:r>
    </w:p>
    <w:p>
      <w:r>
        <w:rPr>
          <w:rFonts w:ascii="Courier New" w:hAnsi="Courier New"/>
          <w:color w:val="555555"/>
          <w:sz w:val="20"/>
        </w:rPr>
        <w:t>[20]</w:t>
      </w:r>
    </w:p>
    <w:p>
      <w:r>
        <w:rPr>
          <w:rFonts w:ascii="Gentium Plus" w:hAnsi="Gentium Plus"/>
          <w:sz w:val="24"/>
        </w:rPr>
        <w:t>σκον τὸν πατρίκιον, τὸν ἀδελφὸν Βηρίνης τῆς Αὐγούστας, τῆς γυ‐ ναικὸς τοῦ αὐτοῦ Λέοντος. ὅστις Βασιλίσκος λαβὼν χρήματα</w:t>
      </w:r>
    </w:p>
    <w:p>
      <w:r>
        <w:rPr>
          <w:rFonts w:ascii="Courier New" w:hAnsi="Courier New"/>
          <w:color w:val="555555"/>
          <w:sz w:val="20"/>
        </w:rPr>
        <w:t>[Chron . 373]</w:t>
      </w:r>
    </w:p>
    <w:p>
      <w:r>
        <w:rPr>
          <w:rFonts w:ascii="Gentium Plus" w:hAnsi="Gentium Plus"/>
          <w:sz w:val="24"/>
        </w:rPr>
        <w:t>καὶ τοὺς ἐξάρχους καὶ τοὺς κόμητας καὶ τὸν στρατὸν πάντα, καὶ μόνος μετὰ τοῦ ἰδίου πλοίου, ἤτοι λιβέρνου, πρῶτος ἔφυγε· τὰ δ’ ἄλλα πλοῖα πάντα καὶ ὁ στρατὸς ἀπώλετο ἐν τῇ θαλάσσῃ βυθι‐ σθέντα. ἐν οἷς καὶ Δαμονικὸς ὁ ἀπὸ δουκῶν, γενόμενος στρατη‐</w:t>
      </w:r>
    </w:p>
    <w:p>
      <w:r>
        <w:rPr>
          <w:rFonts w:ascii="Courier New" w:hAnsi="Courier New"/>
          <w:color w:val="555555"/>
          <w:sz w:val="20"/>
        </w:rPr>
        <w:t>[5]</w:t>
      </w:r>
    </w:p>
    <w:p>
      <w:r>
        <w:rPr>
          <w:rFonts w:ascii="Gentium Plus" w:hAnsi="Gentium Plus"/>
          <w:sz w:val="24"/>
        </w:rPr>
        <w:t>λάτης ἐξπεδίτου, καταγόμενος ἐκ τῆς Ἀντιοχέων μεγάλης πόλεως, ἀνδραγαθήσας κατὰ τῶν Ἄφρων καὶ μονασθεὶς ἐμεσάσθη καὶ συνελήφθη καὶ ἐῤῥίφη εἰς τὸν βυθὸν ἔνοπλος. καὶ ὑπέστρεψεν ὁ Βασιλίσκος ἐν Κωνσταντινουπόλει ἡττηθείς. Ἐπὶ δὲ τῆς βασιλείας τοῦ αὐτοῦ Λέοντος ἐσφάγη Ἀνθίμιος</w:t>
      </w:r>
    </w:p>
    <w:p>
      <w:r>
        <w:rPr>
          <w:rFonts w:ascii="Courier New" w:hAnsi="Courier New"/>
          <w:color w:val="555555"/>
          <w:sz w:val="20"/>
        </w:rPr>
        <w:t>[10]</w:t>
      </w:r>
    </w:p>
    <w:p>
      <w:r>
        <w:rPr>
          <w:rFonts w:ascii="Gentium Plus" w:hAnsi="Gentium Plus"/>
          <w:sz w:val="24"/>
        </w:rPr>
        <w:t>ὁ βασιλεὺς ἐν Ῥώμῃ· ἐν ἔχθρᾳ γὰρ γενόμενος τοῦ ἰδίου αὐτοῦ υἱοῦ γαμβροῦ Ῥεκίμερ τοῦ στρατηλάτου, φοβηθεὶς αὐτὸν ὡς Γότ‐ θον, ἀπῆλθεν εἰς τὸν ἅγιον Πέτρον προσφεύγων ὁ βασιλεὺς Ἀνθίμιος, φησίν, ὡς ἄῤῥωστος. καὶ γνοὺς Λέων ὁ βασιλεὺς ἔπεμψεν ἐν Ῥώμῃ τὸν πατρίκιον Ὀλύβριον τὸν Ῥωμαῖον μετὰ</w:t>
      </w:r>
    </w:p>
    <w:p>
      <w:r>
        <w:rPr>
          <w:rFonts w:ascii="Courier New" w:hAnsi="Courier New"/>
          <w:color w:val="555555"/>
          <w:sz w:val="20"/>
        </w:rPr>
        <w:t>[15]</w:t>
      </w:r>
    </w:p>
    <w:p>
      <w:r>
        <w:rPr>
          <w:rFonts w:ascii="Gentium Plus" w:hAnsi="Gentium Plus"/>
          <w:sz w:val="24"/>
        </w:rPr>
        <w:t>τὴν ὑπατείαν αὐτοῦ, ἣν δέδωκεν ἅμα Ῥουστικίῳ, εἰς τό, φησί, ποιῆσαι φίλους τὸν βασιλέα Ἀνθίμιον καὶ τὸν γαμβρὸν αὐτοῦ Ῥεκίμερ, ὡς ὄντας ἐκ τῆς συγκλήτου Ῥώμης· καὶ κελεύσας αὐτῷ ὅτι Μετὰ τὸ γενέσθαι Ἀνθίμιον καὶ Ῥεκίμερ φίλους ἐκ τῆς Ῥώ‐ μης ἔξελθε καὶ ἄπελθε πρὸς Ζινζήριχον Οὐάνδαλον, τὸν ῥῆγα τῆς</w:t>
      </w:r>
    </w:p>
    <w:p>
      <w:r>
        <w:rPr>
          <w:rFonts w:ascii="Courier New" w:hAnsi="Courier New"/>
          <w:color w:val="555555"/>
          <w:sz w:val="20"/>
        </w:rPr>
        <w:t>[20]</w:t>
      </w:r>
    </w:p>
    <w:p>
      <w:r>
        <w:rPr>
          <w:rFonts w:ascii="Gentium Plus" w:hAnsi="Gentium Plus"/>
          <w:sz w:val="24"/>
        </w:rPr>
        <w:t>Ἀφρικῆς, ὡς ἔχων παῤῥησίαν πρὸς αὐτόν, διότι τὴν ἀδελφὴν</w:t>
      </w:r>
    </w:p>
    <w:p>
      <w:r>
        <w:rPr>
          <w:rFonts w:ascii="Courier New" w:hAnsi="Courier New"/>
          <w:color w:val="555555"/>
          <w:sz w:val="20"/>
        </w:rPr>
        <w:t>[Chron . 374]</w:t>
      </w:r>
    </w:p>
    <w:p>
      <w:r>
        <w:rPr>
          <w:rFonts w:ascii="Gentium Plus" w:hAnsi="Gentium Plus"/>
          <w:sz w:val="24"/>
        </w:rPr>
        <w:t>πεῖσον αὐτὸν φίλον μου γενέσθαι. ὑπελάμβανε δὲ ὁ αὐτὸς βα‐ σιλεὺς Λέων τὸν αὐτὸν Ὀλύβριον, ὅτι ἀντείχετο Ζινζηρίχου καὶ ὅτι τοῦ μέρους αὐτοῦ ὑπῆρχε, καὶ παρεφυλάττετο αὐτὸν ὁ Λέων, μὴ ἐὰν κινήσῃ κατὰ Λέοντος Ζινζήριχος πόλεμον, προδώσει ὁ</w:t>
      </w:r>
    </w:p>
    <w:p>
      <w:r>
        <w:rPr>
          <w:rFonts w:ascii="Courier New" w:hAnsi="Courier New"/>
          <w:color w:val="555555"/>
          <w:sz w:val="20"/>
        </w:rPr>
        <w:t>[5]</w:t>
      </w:r>
    </w:p>
    <w:p>
      <w:r>
        <w:rPr>
          <w:rFonts w:ascii="Gentium Plus" w:hAnsi="Gentium Plus"/>
          <w:sz w:val="24"/>
        </w:rPr>
        <w:t>αὐτὸς Ὀλύβριος Κωνσταντινούπολιν τῷ Ζινζηρίχῳ, ὡς συγγενής, καὶ ὅτι βασιλεύει ὁ αὐτὸς Ὀλύβριος ἐν Κωνσταντινουπόλει. καὶ μετὰ τὸ ὁδεῦσαι Ὀλύβριον ἐπὶ τὴν Ῥώμην ἐάσαντα τὴν ἑαυτοῦ γυναῖκα Πλακιδίαν καὶ τὴν θυγατέρα αὐτοῦ ἐν Κωνσταντινουπό‐ λει ἔγραψεν ὁ θειότατος [θεῖος] βασιλεὺς Λέων διὰ μαγιστριανοῦ</w:t>
      </w:r>
    </w:p>
    <w:p>
      <w:r>
        <w:rPr>
          <w:rFonts w:ascii="Courier New" w:hAnsi="Courier New"/>
          <w:color w:val="555555"/>
          <w:sz w:val="20"/>
        </w:rPr>
        <w:t>[10]</w:t>
      </w:r>
    </w:p>
    <w:p>
      <w:r>
        <w:rPr>
          <w:rFonts w:ascii="Gentium Plus" w:hAnsi="Gentium Plus"/>
          <w:sz w:val="24"/>
        </w:rPr>
        <w:t>Ἀνθιμίῳ, βασιλεῖ τῆς Ῥώμης, ταῦτα ὅτι Ἐγὼ ἐφόνευσα Ἄσπαρα καὶ Ἀρδαβούριον, ἵνα μηδείς μοι ἐναντιοῦται κελεύοντι· ἀλλὰ καὶ σὺ φόνευσον τὸν γαμβρόν σου Ῥεκίμερ, ἵνα μὴ ἐπάνω σου κελεύῃ. ἰδοὺ ἀπέστειλά σοι καὶ Ὀλύβριον τὸν πατρίκιον· φό‐ νευσον καὶ αὐτὸν καὶ βασίλευσον κελεύων καὶ μὴ κελευόμενος.</w:t>
      </w:r>
    </w:p>
    <w:p>
      <w:r>
        <w:rPr>
          <w:rFonts w:ascii="Courier New" w:hAnsi="Courier New"/>
          <w:color w:val="555555"/>
          <w:sz w:val="20"/>
        </w:rPr>
        <w:t>[15]</w:t>
      </w:r>
    </w:p>
    <w:p>
      <w:r>
        <w:rPr>
          <w:rFonts w:ascii="Gentium Plus" w:hAnsi="Gentium Plus"/>
          <w:sz w:val="24"/>
        </w:rPr>
        <w:t>ἦν δὲ ἀφορίσας ὁ Ῥεκίμερ εἰς ἑκάστην πόρταν Ῥώμης καὶ εἰς τὸν λιμένα βοήθειαν Γοτθικήν· καὶ εἴ τις εἰσήρχετο ἐν Ῥώμῃ, ἐρευ‐ νᾶτο τί ἐπεφέρετο. καὶ ἀπελθόντος τοῦ μαγιστριανοῦ Μοδέστου τοῦ πεμφθέντος ἀπὸ Λέοντος πρὸς Ἀνθίμιον βασιλέα καὶ ἐρευνη‐ θέντος, ἐπήρθησαν αἱ σάκραι Λέοντος αἱ πρὸς Ἀνθίμιον καὶ</w:t>
      </w:r>
    </w:p>
    <w:p>
      <w:r>
        <w:rPr>
          <w:rFonts w:ascii="Courier New" w:hAnsi="Courier New"/>
          <w:color w:val="555555"/>
          <w:sz w:val="20"/>
        </w:rPr>
        <w:t>[20]</w:t>
      </w:r>
    </w:p>
    <w:p>
      <w:r>
        <w:rPr>
          <w:rFonts w:ascii="Gentium Plus" w:hAnsi="Gentium Plus"/>
          <w:sz w:val="24"/>
        </w:rPr>
        <w:t>εἰσηνέχθησαν τῷ Ῥεκίμερ· καὶ ἔδειξεν αὐτὰς Ὀλυβρίῳ. καὶ λοι‐</w:t>
      </w:r>
    </w:p>
    <w:p>
      <w:r>
        <w:rPr>
          <w:rFonts w:ascii="Courier New" w:hAnsi="Courier New"/>
          <w:color w:val="555555"/>
          <w:sz w:val="20"/>
        </w:rPr>
        <w:t>[Chron . 375]</w:t>
      </w:r>
    </w:p>
    <w:p>
      <w:r>
        <w:rPr>
          <w:rFonts w:ascii="Gentium Plus" w:hAnsi="Gentium Plus"/>
          <w:sz w:val="24"/>
        </w:rPr>
        <w:t>αὐτοῦ καὶ ἤνεγκεν αὐτὸν ἀπὸ τῶν Γαλλιῶν· ἐκεῖ γὰρ ἦν στρατη‐ λάτης. ὅστις ἐλθὼν ἐφόνευσε τὸν Ἀνθίμιον βασιλέα, ὡς ἐστὶν εἰς τὸν ἅγιον οἶκον τοῦ ἀποστόλου Πέτρου· καὶ εὐθέως ἀπῆλθεν εἰς τὰς Γαλλίας ὁ αὐτὸς Γουνδαβάριος. καὶ ἔστεψεν ὁ Ῥεκίμερ</w:t>
      </w:r>
    </w:p>
    <w:p>
      <w:r>
        <w:rPr>
          <w:rFonts w:ascii="Courier New" w:hAnsi="Courier New"/>
          <w:color w:val="555555"/>
          <w:sz w:val="20"/>
        </w:rPr>
        <w:t>[5]</w:t>
      </w:r>
    </w:p>
    <w:p>
      <w:r>
        <w:rPr>
          <w:rFonts w:ascii="Gentium Plus" w:hAnsi="Gentium Plus"/>
          <w:sz w:val="24"/>
        </w:rPr>
        <w:t>βασιλέα Ὀλύβριον μετὰ γνώμης τῆς συγκλήτου Ῥώμης· καὶ ἐβα‐ σίλευσεν ὁ αὐτὸς Ὀλύβριος τῆς Ῥώμης μῆνας ὀλίγους· καὶ ἀῤῥω‐ στήσας ἐτελεύτα. καὶ ἐποίησε πάλιν ἄλλον βασιλέα ὁ Ῥεκίμερ ἀπὸ τῆς συγκλήτου τῆς αὐτῆς Ῥώμης Μαιουρῖνον· καὶ ἐφόνευσαν καὶ αὐτόν, ὡς φιλήσαντα Ζινζήριχον, ῥῆγα τῶν Ἄφρων. καὶ ἐποίη‐</w:t>
      </w:r>
    </w:p>
    <w:p>
      <w:r>
        <w:rPr>
          <w:rFonts w:ascii="Courier New" w:hAnsi="Courier New"/>
          <w:color w:val="555555"/>
          <w:sz w:val="20"/>
        </w:rPr>
        <w:t>[10]</w:t>
      </w:r>
    </w:p>
    <w:p>
      <w:r>
        <w:rPr>
          <w:rFonts w:ascii="Gentium Plus" w:hAnsi="Gentium Plus"/>
          <w:sz w:val="24"/>
        </w:rPr>
        <w:t>σεν ἀντ’ αὐτοῦ πάλιν ἄλλον βασιλέα ἐν τῇ Ῥώμῃ ἀπὸ τῆς συγ‐ κλήτου ὀνόματι Νέπον ὁ αὐτὸς Ῥεκίμερ· καὶ τελευτᾷ ὁ Ῥεκίμερ. Ὁ δὲ αὐτὸς Λέων βασιλεὺς ἔλαβε γαμβροὺς δύο ταῖς θυγα‐ τράσιν αὐτοῦ, Λεοντίᾳ τῇ μείζονι Μαρκιανὸν τὸν πατρίκιον, τὸν υἱὸν γενόμενον Ἀνθιμίου, βασιλέως Ῥώμης, καὶ Ἀριάδνῃ Ζήνωνα</w:t>
      </w:r>
    </w:p>
    <w:p>
      <w:r>
        <w:rPr>
          <w:rFonts w:ascii="Courier New" w:hAnsi="Courier New"/>
          <w:color w:val="555555"/>
          <w:sz w:val="20"/>
        </w:rPr>
        <w:t>[15]</w:t>
      </w:r>
    </w:p>
    <w:p>
      <w:r>
        <w:rPr>
          <w:rFonts w:ascii="Gentium Plus" w:hAnsi="Gentium Plus"/>
          <w:sz w:val="24"/>
        </w:rPr>
        <w:t>τὸν Ἴσαυρον τὸν Κοδισσέον· καὶ ἐποίησεν ἀμφοτέρους στρατη‐ λάτας πραισέντου καὶ πατρικίους. ἔτεκε δὲ ἡ περιφανεστάτη Ἀριάδνη πρωτότοκον ἄῤῥενα, ὃν ἐπεκάλεσε Λέοντα· ἡ γὰρ Λεον‐ τία ἡ ἐμφανεστάτη θηλείας ἔσχε μόνον. Ὁ δὲ βασιλεὺς Λέων ἔστεψεν ἐν Κωνσταντινουπόλει Λέοντα</w:t>
      </w:r>
    </w:p>
    <w:p>
      <w:r>
        <w:rPr>
          <w:rFonts w:ascii="Courier New" w:hAnsi="Courier New"/>
          <w:color w:val="555555"/>
          <w:sz w:val="20"/>
        </w:rPr>
        <w:t>[20]</w:t>
      </w:r>
    </w:p>
    <w:p>
      <w:r>
        <w:rPr>
          <w:rFonts w:ascii="Gentium Plus" w:hAnsi="Gentium Plus"/>
          <w:sz w:val="24"/>
        </w:rPr>
        <w:t>τὸν μικρὸν τὸν ἔγγονον αὐτοῦ, υἱὸν δὲ Ζήνωνος, ποιήσας αὐτὸν</w:t>
      </w:r>
    </w:p>
    <w:p>
      <w:r>
        <w:rPr>
          <w:rFonts w:ascii="Courier New" w:hAnsi="Courier New"/>
          <w:color w:val="555555"/>
          <w:sz w:val="20"/>
        </w:rPr>
        <w:t>[Chron . 376]</w:t>
      </w:r>
    </w:p>
    <w:p>
      <w:r>
        <w:rPr>
          <w:rFonts w:ascii="Gentium Plus" w:hAnsi="Gentium Plus"/>
          <w:sz w:val="24"/>
        </w:rPr>
        <w:t>βασιλέα ἅμα αὐτῷ. καὶ προῆλθεν ὕπατος ὁ αὐτὸς Καῖσαρ Λέων ὁ μικρὸς τῷ ἰανουαρίῳ μηνὶ τῆς δωδεκάτης ἐπινεμήσεως τοῦ φκβʹ ἔτους κατὰ Ἀντιόχειαν. τῷ δὲ μετ’ αὐτὸν φεβρουαρίῳ μη‐ νὶ γʹ νόσῳ βληθεὶς ὁ βασιλεὺς Λέων ὁ μέγας δυσεντερίας τελευ‐</w:t>
      </w:r>
    </w:p>
    <w:p>
      <w:r>
        <w:rPr>
          <w:rFonts w:ascii="Courier New" w:hAnsi="Courier New"/>
          <w:color w:val="555555"/>
          <w:sz w:val="20"/>
        </w:rPr>
        <w:t>[5]</w:t>
      </w:r>
    </w:p>
    <w:p>
      <w:r>
        <w:rPr>
          <w:rFonts w:ascii="Gentium Plus" w:hAnsi="Gentium Plus"/>
          <w:sz w:val="24"/>
        </w:rPr>
        <w:t>τᾷ, ὢν ἐνιαυτῶν ογʹ. Μετὰ δὲ τὴν βασιλείαν Λέοντος τοῦ μεγάλου ἐβασίλευσε Λέων ὁ μικρὸς ἔτος αʹ καὶ ἡμέρας εἰκοσιτρεῖς· ἦν δὲ παιδίον μι‐ κρόν. ὑπεβλήθη δὲ ὑπὸ τῆς ἰδίας αὐτοῦ μητρὸς τῆς ἐπιφανε‐ στάτης Ἀριάδνης· καὶ ὡς προσκυνεῖ αὐτὸν ὡς βασιλέα Ζήνων ὁ</w:t>
      </w:r>
    </w:p>
    <w:p>
      <w:r>
        <w:rPr>
          <w:rFonts w:ascii="Courier New" w:hAnsi="Courier New"/>
          <w:color w:val="555555"/>
          <w:sz w:val="20"/>
        </w:rPr>
        <w:t>[10]</w:t>
      </w:r>
    </w:p>
    <w:p>
      <w:r>
        <w:rPr>
          <w:rFonts w:ascii="Gentium Plus" w:hAnsi="Gentium Plus"/>
          <w:sz w:val="24"/>
        </w:rPr>
        <w:t>στρατηλάτης, ὁ πατρίκιος, ὁ αὐτοῦ πατήρ, ἐπέθηκε στέφανον βα‐ σιλικὸν ἐπὶ τὴν κεφαλὴν αὐτοῦ, τῇ ἐνάτῃ τοῦ περιτίου μηνὸς τῆς δωδεκάτης ἐπινεμήσεως· καὶ ἐβασίλευσαν ἅμα. Ἐβασίλευσε δὲ ὁ αὐτὸς βασιλεὺς Ζήνων ὁ Κοδισσέος ὁ Ἴσαυ‐ ρος μετὰ τοῦ ἰδίου αὐτοῦ υἱοῦ Λέοντος ὀλίγον χρόνον. καὶ προ‐</w:t>
      </w:r>
    </w:p>
    <w:p>
      <w:r>
        <w:rPr>
          <w:rFonts w:ascii="Courier New" w:hAnsi="Courier New"/>
          <w:color w:val="555555"/>
          <w:sz w:val="20"/>
        </w:rPr>
        <w:t>[15]</w:t>
      </w:r>
    </w:p>
    <w:p>
      <w:r>
        <w:rPr>
          <w:rFonts w:ascii="Gentium Plus" w:hAnsi="Gentium Plus"/>
          <w:sz w:val="24"/>
        </w:rPr>
        <w:t>ῆλθεν ὕπατος ὁ θειότατος Λέων ὁ μικρὸς ἔτους κατὰ Ἀντιόχειαν φκβʹ ἰνδικτιῶνος δωδεκάτης· καὶ τῷ ἑνδεκάτῳ μηνὶ τῆς αὐτοῦ ὑπατείας ἠῤῥώστησε καὶ τελευτᾷ ὁ θειότατος Λέων ὁ μικρὸς μηνὶ νοεμβρίῳ ἰνδικτιῶνος ιγʹ, ἔτους χρηματίζοντος κατὰ Ἀντιόχειαν φκγʹ, ὢν ἐνιαυτῶν ζʹ, καθὼς συνεγράψατο Νεστοριανὸς ὁ σο‐</w:t>
      </w:r>
    </w:p>
    <w:p>
      <w:r>
        <w:rPr>
          <w:rFonts w:ascii="Courier New" w:hAnsi="Courier New"/>
          <w:color w:val="555555"/>
          <w:sz w:val="20"/>
        </w:rPr>
        <w:t>[20]</w:t>
      </w:r>
    </w:p>
    <w:p>
      <w:r>
        <w:rPr>
          <w:rFonts w:ascii="Gentium Plus" w:hAnsi="Gentium Plus"/>
          <w:sz w:val="24"/>
        </w:rPr>
        <w:t>φώτατος χρονογράφος ἕως Λέοντος τοῦ μικροῦ.</w:t>
      </w:r>
    </w:p>
    <w:p>
      <w:pPr>
        <w:jc w:val="center"/>
      </w:pPr>
      <w:r>
        <w:rPr>
          <w:rFonts w:ascii="Gentium Plus" w:hAnsi="Gentium Plus"/>
          <w:b/>
          <w:sz w:val="24"/>
        </w:rPr>
        <w:t>ΛΟΓΟΣ ΙΕʹ</w:t>
      </w:r>
    </w:p>
    <w:p>
      <w:r>
        <w:rPr>
          <w:rFonts w:ascii="Courier New" w:hAnsi="Courier New"/>
          <w:color w:val="555555"/>
          <w:sz w:val="20"/>
        </w:rPr>
        <w:t>[t2]</w:t>
      </w:r>
    </w:p>
    <w:p>
      <w:r>
        <w:rPr>
          <w:rFonts w:ascii="Gentium Plus" w:hAnsi="Gentium Plus"/>
          <w:sz w:val="24"/>
        </w:rPr>
        <w:t>ΧΡΟΝΩΝ ΒΑΣΙΛΕΙΑΣ ΖΗΝΩΝΟΣ ΕΩΣ ΤΗΣ</w:t>
      </w:r>
    </w:p>
    <w:p>
      <w:r>
        <w:rPr>
          <w:rFonts w:ascii="Courier New" w:hAnsi="Courier New"/>
          <w:color w:val="555555"/>
          <w:sz w:val="20"/>
        </w:rPr>
        <w:t>[t3]</w:t>
      </w:r>
    </w:p>
    <w:p>
      <w:r>
        <w:rPr>
          <w:rFonts w:ascii="Gentium Plus" w:hAnsi="Gentium Plus"/>
          <w:sz w:val="24"/>
        </w:rPr>
        <w:t>ΒΑΣΙΛΕΙΑΣ ΑΝΑΣΤΑΣΙΟΥ.</w:t>
      </w:r>
    </w:p>
    <w:p>
      <w:r>
        <w:rPr>
          <w:rFonts w:ascii="Courier New" w:hAnsi="Courier New"/>
          <w:color w:val="555555"/>
          <w:sz w:val="20"/>
        </w:rPr>
        <w:t>[1]</w:t>
      </w:r>
    </w:p>
    <w:p>
      <w:r>
        <w:rPr>
          <w:rFonts w:ascii="Gentium Plus" w:hAnsi="Gentium Plus"/>
          <w:sz w:val="24"/>
        </w:rPr>
        <w:t>Μετὰ δὲ τὴν βασιλείαν Λέοντος τοῦ μικροῦ ἐβασίλευσεν ὁ θειό‐ τατος Ζήνων ἔτη ιεʹ. καὶ τῷ μηνὶ τῷ ὀγδόῳ τῆς αὐτοῦ βασι‐ λείας ἐποίησεν ἐπίσκοπον πατριάρχην ἐν Ἀντιοχείᾳ τῇ μεγάλῃ Πέτρον, τὸν παραμονάριον τῆς ἁγίας Εὐφημίας τῆς ἐν Χαλκη‐</w:t>
      </w:r>
    </w:p>
    <w:p>
      <w:r>
        <w:rPr>
          <w:rFonts w:ascii="Courier New" w:hAnsi="Courier New"/>
          <w:color w:val="555555"/>
          <w:sz w:val="20"/>
        </w:rPr>
        <w:t>[5]</w:t>
      </w:r>
    </w:p>
    <w:p>
      <w:r>
        <w:rPr>
          <w:rFonts w:ascii="Gentium Plus" w:hAnsi="Gentium Plus"/>
          <w:sz w:val="24"/>
        </w:rPr>
        <w:t>δόνι· καὶ ἔπεμψεν αὐτὸν ἐν Ἀντιοχείᾳ. μετὰ δὲ δύο ἔτη καὶ μῆ‐ νας δέκα τῆς βασιλείας αὐτοῦ ἐν λύπῃ γενόμενος διὰ πρᾶγμα αἰ‐ τηθὲν παρὰ τῆς αὐτοῦ πενθερᾶς Βηρίνης καὶ μὴ παρασχεθὲν αὐ‐ τῇ παρ’ αὐτοῦ, κατεσκευάσθη παρὰ τῆς δεσποίνης Βηρίνης τῆς αὐτοῦ πενθερᾶς. καὶ φοβηθεὶς μὴ σφαγῇ ὑπό τινος τῶν τοῦ πα‐</w:t>
      </w:r>
    </w:p>
    <w:p>
      <w:r>
        <w:rPr>
          <w:rFonts w:ascii="Courier New" w:hAnsi="Courier New"/>
          <w:color w:val="555555"/>
          <w:sz w:val="20"/>
        </w:rPr>
        <w:t>[10]</w:t>
      </w:r>
    </w:p>
    <w:p>
      <w:r>
        <w:rPr>
          <w:rFonts w:ascii="Gentium Plus" w:hAnsi="Gentium Plus"/>
          <w:sz w:val="24"/>
        </w:rPr>
        <w:t>λατίου, ὡς συνοικούσης τῆς πενθερᾶς αὐτοῦ ἐν τῷ παλατίῳ, ποιήσας πρόκεσσον ἐν Χαλκηδόνι ἔφυγεν ἐκεῖθεν βερέδοις καὶ</w:t>
      </w:r>
    </w:p>
    <w:p>
      <w:r>
        <w:rPr>
          <w:rFonts w:ascii="Courier New" w:hAnsi="Courier New"/>
          <w:color w:val="555555"/>
          <w:sz w:val="20"/>
        </w:rPr>
        <w:t>[Chron . 378]</w:t>
      </w:r>
    </w:p>
    <w:p>
      <w:r>
        <w:rPr>
          <w:rFonts w:ascii="Gentium Plus" w:hAnsi="Gentium Plus"/>
          <w:sz w:val="24"/>
        </w:rPr>
        <w:t>φυγοῦσα τὴν ἰδίαν αὐτῆς μητέρα λάθρᾳ καὶ ἡ βασίλισσα Ἀριάδνη εἰς τὴν Ἰσαυρίαν· καὶ διῆγεν ἅμα τῷ ἰδίῳ αὐτῆς ἀνδρί. Καὶ μετὰ τὸ φυγεῖν Ζήνωνα τὸν βασιλέα καὶ Ἀριάδνην εὐ‐ θέως προεχειρίσατο ἡ αὐτὴ δέσποινα Βηρῖνα βασιλέα, στέψασα</w:t>
      </w:r>
    </w:p>
    <w:p>
      <w:r>
        <w:rPr>
          <w:rFonts w:ascii="Courier New" w:hAnsi="Courier New"/>
          <w:color w:val="555555"/>
          <w:sz w:val="20"/>
        </w:rPr>
        <w:t>[5]</w:t>
      </w:r>
    </w:p>
    <w:p>
      <w:r>
        <w:rPr>
          <w:rFonts w:ascii="Gentium Plus" w:hAnsi="Gentium Plus"/>
          <w:sz w:val="24"/>
        </w:rPr>
        <w:t>Βασιλίσκον τὸν ἴδιον αὐτῆς ἀδελφόν· καὶ ἐβασίλευσεν ὁ αὐτὸς Βασιλίσκος ὁ ἀδελφὸς Βηρίνης τῆς πενθερᾶς Ζήνωνος ἔτη βʹ. ἡ δὲ αὐτὴ Βηρῖνα ὅτε αὐτὸν βασιλέα, ὠνόμασε καὶ ὕπατον μετὰ Ἀρμάτου προαχθέντος παρὰ Βασιλίσκου στρατηλάτου τοῦ μεγά‐ λου πραισέντου· καὶ ὑπάτευσαν οἱ δύο.</w:t>
      </w:r>
    </w:p>
    <w:p>
      <w:r>
        <w:rPr>
          <w:rFonts w:ascii="Courier New" w:hAnsi="Courier New"/>
          <w:color w:val="555555"/>
          <w:sz w:val="20"/>
        </w:rPr>
        <w:t>[10]</w:t>
      </w:r>
    </w:p>
    <w:p>
      <w:r>
        <w:rPr>
          <w:rFonts w:ascii="Gentium Plus" w:hAnsi="Gentium Plus"/>
          <w:sz w:val="24"/>
        </w:rPr>
        <w:t>Ὁ δὲ αὐτὸς Βασιλίσκος ἢ μόνον ἐβασίλευσεν, ἔστεψε τὸν υἱὸν αὐτοῦ βασιλέα ὀνόματι Μάρκον· καὶ ἐβασίλευσαν οἱ δύο. Ἐπὶ δὲ τῆς αὐτοῦ βασιλείας Βασιλίσκου καὶ Μάρκου τοῦ υἱοῦ αὐτοῦ ἔπαθεν ὑπὸ θεομηνίας πόλις τῆς πρώτης Συρίας ὀνόματι Γάβαλα μηνὶ γορπιαίῳ εἰς τὸ αὖγος· καὶ ἐχαρίσατο τῇ</w:t>
      </w:r>
    </w:p>
    <w:p>
      <w:r>
        <w:rPr>
          <w:rFonts w:ascii="Courier New" w:hAnsi="Courier New"/>
          <w:color w:val="555555"/>
          <w:sz w:val="20"/>
        </w:rPr>
        <w:t>[15]</w:t>
      </w:r>
    </w:p>
    <w:p>
      <w:r>
        <w:rPr>
          <w:rFonts w:ascii="Gentium Plus" w:hAnsi="Gentium Plus"/>
          <w:sz w:val="24"/>
        </w:rPr>
        <w:t>αὐτῇ πόλει ὁ βασιλεὺς Βασιλίσκος εἰς ἀνανέωσιν χρυσίου λί‐ τρας νʹ. Καὶ ἐπανῆλθε Ζήνων ὁ βασιλεὺς μετὰ πλήθους πολλοῦ ἐκ</w:t>
      </w:r>
    </w:p>
    <w:p>
      <w:r>
        <w:rPr>
          <w:rFonts w:ascii="Courier New" w:hAnsi="Courier New"/>
          <w:color w:val="555555"/>
          <w:sz w:val="20"/>
        </w:rPr>
        <w:t>[Chron . 379]</w:t>
      </w:r>
    </w:p>
    <w:p>
      <w:r>
        <w:rPr>
          <w:rFonts w:ascii="Gentium Plus" w:hAnsi="Gentium Plus"/>
          <w:sz w:val="24"/>
        </w:rPr>
        <w:t>μεγάλην παραφύλακας Ἰσαύρους καὶ στρατηλάτην Τροκόνδην. ἀκούσας οὖν Πέτρος ὁ πατριάρχης ὁ ὑπ’ αὐτοῦ δεξάμενος τῆς ἐπισκοπῆς τὴν χειροτονίαν ὑπὲρ τοῦ μέρους Βασιλίσκου ἐποίει. ὁ δὲ Βασιλίσκος μαθὼν τὴν τοῦ βασιλέως Ζήνωνος ἐπάνοδον,</w:t>
      </w:r>
    </w:p>
    <w:p>
      <w:r>
        <w:rPr>
          <w:rFonts w:ascii="Courier New" w:hAnsi="Courier New"/>
          <w:color w:val="555555"/>
          <w:sz w:val="20"/>
        </w:rPr>
        <w:t>[5]</w:t>
      </w:r>
    </w:p>
    <w:p>
      <w:r>
        <w:rPr>
          <w:rFonts w:ascii="Gentium Plus" w:hAnsi="Gentium Plus"/>
          <w:sz w:val="24"/>
        </w:rPr>
        <w:t>ἔπεμψεν Ἀρμᾶτον τὸν στρατηλάτην τοῦ πραισέντου μετὰ πάσης ἧς εἶχε βοηθείας στρατοῦ ἐν Θρᾴκῃ καὶ ἐν Κωνσταντινουπόλει καὶ εἰς τὸ παλάτιον, ὁρκώσας αὐτὸν εἰς ἅγιον βάπτισμα νεοφω‐ τίστου μὴ προδοῦναι. καὶ λαβὼν τὸ πλῆθος τοῦ στρατοῦ ὁ Ἀρμᾶτος ἐπέρασε· καὶ τοῦτο προμαθὼν Ζήνων ὁ βασιλεὺς ἔπεμ‐</w:t>
      </w:r>
    </w:p>
    <w:p>
      <w:r>
        <w:rPr>
          <w:rFonts w:ascii="Courier New" w:hAnsi="Courier New"/>
          <w:color w:val="555555"/>
          <w:sz w:val="20"/>
        </w:rPr>
        <w:t>[10]</w:t>
      </w:r>
    </w:p>
    <w:p>
      <w:r>
        <w:rPr>
          <w:rFonts w:ascii="Gentium Plus" w:hAnsi="Gentium Plus"/>
          <w:sz w:val="24"/>
        </w:rPr>
        <w:t>ψε πρὸς τὸν αὐτὸν Ἀρμάτιον ἐπαγγειλάμενος αὐτῷ πολλὰ καὶ τὴν στρατηλασίαν τῆς αὐτοῦ ζωῆς καὶ τὸν υἱὸν αὐτοῦ ποιεῖν Καίσα‐ ρα. καὶ προτραπεὶς ὁ αὐτὸς Ἀρμᾶτος ὑπὸ Ζήνωνος βασιλέως προέδωκεν, εὑρεθεὶς εἰς τὸ μέρος Ζήνωνος τοῦ βασιλέως· καὶ οὐκ‐ έτι ὑπήντησε Ζήνωνι ἐρχομένῳ ὁ αὐτὸς Ἀρμᾶτος, ἀλλὰ δι’ ἄλ‐</w:t>
      </w:r>
    </w:p>
    <w:p>
      <w:r>
        <w:rPr>
          <w:rFonts w:ascii="Courier New" w:hAnsi="Courier New"/>
          <w:color w:val="555555"/>
          <w:sz w:val="20"/>
        </w:rPr>
        <w:t>[15]</w:t>
      </w:r>
    </w:p>
    <w:p>
      <w:r>
        <w:rPr>
          <w:rFonts w:ascii="Gentium Plus" w:hAnsi="Gentium Plus"/>
          <w:sz w:val="24"/>
        </w:rPr>
        <w:t>λης ἔδοξεν ἐπιέναι ὁδοῦ τῆς Ἰσαυρίας. Ἐξορμήσας δὲ Ζήνων ἐπέρασεν ἀπὸ τῶν λεγομένων Πυλῶν καὶ εἰσῆλθεν εἰς τὸ παλάτιον μετὰ τῶν ἰδίων ὁπλιτῶν ἰνδικτιῶνι ιδʹ· καὶ ἐδέχθη ὑπὸ τῶν στρατευμάτων καὶ τῆς συγκλήτου. ἐθάῤῥει δὲ εἰς τὸ Πράσινον μέρος, ὅτι ἐφιλεῖτο παρ’ αὐτῶν· ἔχαι‐</w:t>
      </w:r>
    </w:p>
    <w:p>
      <w:r>
        <w:rPr>
          <w:rFonts w:ascii="Courier New" w:hAnsi="Courier New"/>
          <w:color w:val="555555"/>
          <w:sz w:val="20"/>
        </w:rPr>
        <w:t>[20]</w:t>
      </w:r>
    </w:p>
    <w:p>
      <w:r>
        <w:rPr>
          <w:rFonts w:ascii="Gentium Plus" w:hAnsi="Gentium Plus"/>
          <w:sz w:val="24"/>
        </w:rPr>
        <w:t>ρε γὰρ καὶ αὐτὸς Ζήνων ὁ βασιλεὺς εἰς τὸ Πράσινον μέρος. Ἀκούσας δὲ ἐξαίφνης Βασιλίσκος ὅτι Ζήνων ὁ βασιλεὺς εἰς</w:t>
      </w:r>
    </w:p>
    <w:p>
      <w:r>
        <w:rPr>
          <w:rFonts w:ascii="Courier New" w:hAnsi="Courier New"/>
          <w:color w:val="555555"/>
          <w:sz w:val="20"/>
        </w:rPr>
        <w:t>[Chron . 380]</w:t>
      </w:r>
    </w:p>
    <w:p>
      <w:r>
        <w:rPr>
          <w:rFonts w:ascii="Gentium Plus" w:hAnsi="Gentium Plus"/>
          <w:sz w:val="24"/>
        </w:rPr>
        <w:t>καὶ Βηρῖνα ἡ δέσποινα, ἡ πενθερὰ αὐτοῦ, λαβὼν οὖν Βασιλίσκος τὴν γυναῖκα αὐτοῦ καὶ τὰ τέκνα ἔφυγεν εἰς τὴν μεγάλην ἐκκλησίαν Κωνσταντινουπόλεως εἰς τὸ μέγα φωτιστήριον, προδοθεὶς ὑπὸ Ἀρμάτου, ἐπὶ τῆς ὑπατείας Θευδερίχου.</w:t>
      </w:r>
    </w:p>
    <w:p>
      <w:r>
        <w:rPr>
          <w:rFonts w:ascii="Courier New" w:hAnsi="Courier New"/>
          <w:color w:val="555555"/>
          <w:sz w:val="20"/>
        </w:rPr>
        <w:t>[5]</w:t>
      </w:r>
    </w:p>
    <w:p>
      <w:r>
        <w:rPr>
          <w:rFonts w:ascii="Gentium Plus" w:hAnsi="Gentium Plus"/>
          <w:sz w:val="24"/>
        </w:rPr>
        <w:t>Ὁ δὲ θειότατος Ζήνων βασιλεὺς παρασχὼν τὸ βῆλον τοῦ ἱππικοῦ εὐθέως ἐλθὼν ἐθεώρησε· καὶ ἐδέχθη ἀπὸ πάσης τῆς πόλεως. καὶ μετὰ τὸ δεχθῆναι, ἐν ὅσῳ θεωρεῖ, ἔπεμψεν εἰς τὴν μεγάλην ἐκκλησίαν καὶ ἐπῆρε παρὰ Βασιλίσκου καὶ τοῦ υἱοῦ αὐ‐ τοῦ καὶ τῆς γυναικὸς αὐτοῦ τὸ σχῆμα τῆς βασιλείας· καὶ ἐκβα‐</w:t>
      </w:r>
    </w:p>
    <w:p>
      <w:r>
        <w:rPr>
          <w:rFonts w:ascii="Courier New" w:hAnsi="Courier New"/>
          <w:color w:val="555555"/>
          <w:sz w:val="20"/>
        </w:rPr>
        <w:t>[10]</w:t>
      </w:r>
    </w:p>
    <w:p>
      <w:r>
        <w:rPr>
          <w:rFonts w:ascii="Gentium Plus" w:hAnsi="Gentium Plus"/>
          <w:sz w:val="24"/>
        </w:rPr>
        <w:t>λὼν αὐτὸν καὶ τὴν γυναῖκα αὐτοῦ καὶ τὰ τέκνα αὐτοῦ ὑπὸ λόγον ὅτι οὔτε ἀποκεφαλίζονται οὔτε σφαγιάζονται ἔπεμψεν αὐτὸν καὶ τοὺς αὐτοῦ εἰς Λίμνας κάστρον ἐν Καππαδοκίᾳ. καὶ ἐβλήθησαν εἰς ἕνα πύργον τοῦ κάστρου καὶ ἀνεχρίσθη ἡ θύρα καὶ ἐφύλατ‐ τον τὸν πύργον καὶ τὸ κάστρον Λίμνας πλῆθος στρατιωτῶν</w:t>
      </w:r>
    </w:p>
    <w:p>
      <w:r>
        <w:rPr>
          <w:rFonts w:ascii="Courier New" w:hAnsi="Courier New"/>
          <w:color w:val="555555"/>
          <w:sz w:val="20"/>
        </w:rPr>
        <w:t>[15]</w:t>
      </w:r>
    </w:p>
    <w:p>
      <w:r>
        <w:rPr>
          <w:rFonts w:ascii="Gentium Plus" w:hAnsi="Gentium Plus"/>
          <w:sz w:val="24"/>
        </w:rPr>
        <w:t>Ἰσαύρων πολύ, ἕως λιμοκτονηθεὶς, ὁ αὐτὸς Βασιλίσκος καὶ ἡ γυνὴ αὐτοῦ καὶ τὰ τέκνα αὐτοῦ ἀπέδωκαν τὰς ψυχάς· καὶ ἐτάφησαν ἐκεῖ εἰς τὸν αὐτὸν πύργον ἐν Καππαδοκίᾳ. Καὶ ἐβασίλευσε Ζήνων μετὰ τὴν ἐπάνοδον αὐτοῦ ἄλλα ἔτη ιβʹ, τοῦτ’ ἐστὶ τὰ πάντα ἔτη ἐβασίλευσε ιεʹ καὶ μῆνας δύο· τινὲς</w:t>
      </w:r>
    </w:p>
    <w:p>
      <w:r>
        <w:rPr>
          <w:rFonts w:ascii="Courier New" w:hAnsi="Courier New"/>
          <w:color w:val="555555"/>
          <w:sz w:val="20"/>
        </w:rPr>
        <w:t>[20]</w:t>
      </w:r>
    </w:p>
    <w:p>
      <w:r>
        <w:rPr>
          <w:rFonts w:ascii="Gentium Plus" w:hAnsi="Gentium Plus"/>
          <w:sz w:val="24"/>
        </w:rPr>
        <w:t>δὲ καὶ τὰ δύο ἔτη Βασιλίσκου εἰς τὴν αὐτοῦ τάσσουσι βασιλείαν. ὁ δὲ αὐτὸς Ζήνων βασιλεὺς ἐπανελθὼν εὐθέως καθεῖλε Πέτρον τὸν ἐπίσκοπον καὶ πατριάρχην Ἀντιοχείας τῆς μεγάλης, ὡς φίλον Βασιλίσκου, καὶ ἐξώρισεν αὐτὸν εἰς Εὐχάϊτα εἰς τὴν Ποντικήν,</w:t>
      </w:r>
    </w:p>
    <w:p>
      <w:r>
        <w:rPr>
          <w:rFonts w:ascii="Courier New" w:hAnsi="Courier New"/>
          <w:color w:val="555555"/>
          <w:sz w:val="20"/>
        </w:rPr>
        <w:t>[Chron . 381]</w:t>
      </w:r>
    </w:p>
    <w:p>
      <w:r>
        <w:rPr>
          <w:rFonts w:ascii="Gentium Plus" w:hAnsi="Gentium Plus"/>
          <w:sz w:val="24"/>
        </w:rPr>
        <w:t>δὲ ὑπὲρ τῆς ἐπανόδου αὑτοῦ ὁ αὐτὸς βασιλεὺς Ζήνων δωρεὰς πᾶσι τοῖς ὑποτελέσιν αὐτοῦ. ἐν δὲ τῇ αὐτοῦ βασιλείᾳ ἐσφάγη ὁ ἐπί‐ σκοπος Στέφανος Ἀντιοχείας εἰς καλάμια ὀξυνθέντα ὑπὸ τοῦ κλή‐ ρου τοῦ ἰδίου, ἔξω τῆς αὐτῆς πόλεως εἰσελθὼν εἰς τὴν σύναξιν</w:t>
      </w:r>
    </w:p>
    <w:p>
      <w:r>
        <w:rPr>
          <w:rFonts w:ascii="Courier New" w:hAnsi="Courier New"/>
          <w:color w:val="555555"/>
          <w:sz w:val="20"/>
        </w:rPr>
        <w:t>[5]</w:t>
      </w:r>
    </w:p>
    <w:p>
      <w:r>
        <w:rPr>
          <w:rFonts w:ascii="Gentium Plus" w:hAnsi="Gentium Plus"/>
          <w:sz w:val="24"/>
        </w:rPr>
        <w:t>τῶν ἁγίων τεσσαράκοντα, εἰς τὰ λεγόμενα Βαρλαῆ, ὡς Νεστο‐ ριανός· καὶ ἐῤῥίφη τὸ λείψανον αὐτοῦ εἰς τὸν Ὀρόντην ποταμόν. καὶ μαθὼν Ζήνων ὁ βασιλεὺς ἐποίησεν ἐπίσκοπον καὶ πατριάρχην ἄλλον ὀνόματι Καλανδίωνα ἐν τῇ αὐτῇ Ἀντιοχέων πόλει τῆς Συρίας· καὶ ἐξωρίσθη καὶ αὐτός, ὡς Νεστοριανός· καὶ ἀνεκλή‐</w:t>
      </w:r>
    </w:p>
    <w:p>
      <w:r>
        <w:rPr>
          <w:rFonts w:ascii="Courier New" w:hAnsi="Courier New"/>
          <w:color w:val="555555"/>
          <w:sz w:val="20"/>
        </w:rPr>
        <w:t>[10]</w:t>
      </w:r>
    </w:p>
    <w:p>
      <w:r>
        <w:rPr>
          <w:rFonts w:ascii="Gentium Plus" w:hAnsi="Gentium Plus"/>
          <w:sz w:val="24"/>
        </w:rPr>
        <w:t>θη ὑπὸ τοῦ αὐτοῦ Ζήνωνος βασιλέως ὁ ἐπίσκοπος Πέτρος ἐκ τῆς ἐξορίας, τοῦ δήμου τῶν Ἀντιοχέων αἰτησάντων καὶ τοῦ κλήρου· καὶ ἐλθὼν ἀπὸ Εὐχαΐτων ἐγένετο πάλιν πατριάρχης καὶ ἀπέθανεν εἰς τὸν ἴδιον αὐτοῦ θρόνον ἐν Ἀντιοχείᾳ. Ἐπὶ δὲ τῆς τοῦ Ζήνωνος βασιλείας προεχειρίσθη παρ’ αὐτοῦ</w:t>
      </w:r>
    </w:p>
    <w:p>
      <w:r>
        <w:rPr>
          <w:rFonts w:ascii="Courier New" w:hAnsi="Courier New"/>
          <w:color w:val="555555"/>
          <w:sz w:val="20"/>
        </w:rPr>
        <w:t>[15]</w:t>
      </w:r>
    </w:p>
    <w:p>
      <w:r>
        <w:rPr>
          <w:rFonts w:ascii="Gentium Plus" w:hAnsi="Gentium Plus"/>
          <w:sz w:val="24"/>
        </w:rPr>
        <w:t>κατὰ συντάξεις καὶ ἐγένετο Καῖσαρ ὁ υἱὸς Ἀρμάτου τοῦ στρα‐ τηλάτου πραισέντου ὀνόματι Βασιλίσκος· καὶ συνεκάθητο τῷ αὐ‐ τῷ Ζήνωνι Βασιλίσκος εἰς τὸ ἱππικὸν θεωροῦντι, καὶ ἐτίμα τοὺς ἡνιόχους ὁ βασιλεὺς καὶ ὁ Καῖσαρ. ὁ δὲ Ζήνων λογισάμενος ὅτι ἐπιώρκησεν Ἀρμᾶτος ὁ στρατηλάτης τοῦ πραισέντου, ὁ πατὴρ τοῦ</w:t>
      </w:r>
    </w:p>
    <w:p>
      <w:r>
        <w:rPr>
          <w:rFonts w:ascii="Courier New" w:hAnsi="Courier New"/>
          <w:color w:val="555555"/>
          <w:sz w:val="20"/>
        </w:rPr>
        <w:t>[20]</w:t>
      </w:r>
    </w:p>
    <w:p>
      <w:r>
        <w:rPr>
          <w:rFonts w:ascii="Gentium Plus" w:hAnsi="Gentium Plus"/>
          <w:sz w:val="24"/>
        </w:rPr>
        <w:t>Καίσαρος, ἐπομοσάμενος εἰς τὸ ἅγιον βάπτισμα Βασιλίσκῳ τῷ</w:t>
      </w:r>
    </w:p>
    <w:p>
      <w:r>
        <w:rPr>
          <w:rFonts w:ascii="Courier New" w:hAnsi="Courier New"/>
          <w:color w:val="555555"/>
          <w:sz w:val="20"/>
        </w:rPr>
        <w:t>[Chron . 382]</w:t>
      </w:r>
    </w:p>
    <w:p>
      <w:r>
        <w:rPr>
          <w:rFonts w:ascii="Gentium Plus" w:hAnsi="Gentium Plus"/>
          <w:sz w:val="24"/>
        </w:rPr>
        <w:t>κεν αὐτὸν καὶ ἀπέθανεν, πῶς τῇ ἐμῇ, φησί, βασιλείᾳ πιστὰ φυ‐ λάξει; μικρὸν γάρ, ἐὰν ἀνδρωθῇ ὁ υἱὸς αὐτοῦ ὁ Καῖσαρ, πάντως καὶ ἐμὲ παραβαίνει· ἐγὼ δὲ οὐ παρέβην αὐτόν, ἀλλὰ καὶ αὐτὸν ἐποίησα ἐπὶ τόπῳ πατρίκιον καὶ στρατηλάτην καὶ τὸν υἱὸν αὐτοῦ</w:t>
      </w:r>
    </w:p>
    <w:p>
      <w:r>
        <w:rPr>
          <w:rFonts w:ascii="Courier New" w:hAnsi="Courier New"/>
          <w:color w:val="555555"/>
          <w:sz w:val="20"/>
        </w:rPr>
        <w:t>[5]</w:t>
      </w:r>
    </w:p>
    <w:p>
      <w:r>
        <w:rPr>
          <w:rFonts w:ascii="Gentium Plus" w:hAnsi="Gentium Plus"/>
          <w:sz w:val="24"/>
        </w:rPr>
        <w:t>Καίσαρα· ἐκέλευσεν οὖν σφαγῆναι τὸν Ἀρμᾶτον, ὡς ἐπίορκον, καὶ ἐσφάγη, ὡς ἀνέρχεται κατὰ τὸ Δέκιμον εἰς τὸ ἱππικὸν θεωρῆ‐ σαι. καὶ μετὰ τὸ φονευθῆναι Ἀρμᾶτον τὸν υἱὸν αὐτοῦ Βασιλί‐ σκον τὸν Καίσαρα παιδίον ὄντα ἐχειροτόνησεν ἐπίσκοπον ἐν Κυ‐ ζίκῳ τῇ μητροπόλει τῆς Ἑλλησπόντου.</w:t>
      </w:r>
    </w:p>
    <w:p>
      <w:r>
        <w:rPr>
          <w:rFonts w:ascii="Courier New" w:hAnsi="Courier New"/>
          <w:color w:val="555555"/>
          <w:sz w:val="20"/>
        </w:rPr>
        <w:t>[10]</w:t>
      </w:r>
    </w:p>
    <w:p>
      <w:r>
        <w:rPr>
          <w:rFonts w:ascii="Gentium Plus" w:hAnsi="Gentium Plus"/>
          <w:sz w:val="24"/>
        </w:rPr>
        <w:t>Ἐπὶ δὲ τῆς αὐτοῦ βασιλείας τυραννήσαντες οἱ Σαμαρεῖται ἐν Παλαιστίνῃ ἔστεψαν λῄσταρχον ὀνόματι Ἰουστασὰν Σαμαρεί‐ την· καὶ εἰσῆλθεν ἐν Καισαρείᾳ καὶ ἐθεώρησεν ἱππικὸν καὶ ἐφό‐ νευσε πολλοὺς χριστιανοὺς ἡγεμονεύοντος τῆς πρώτης Παλαιστί‐ νης Πορφυρίου. ὁ δὲ αὐτὸς Ἰουστασὰς ἔκαυσε τὸν ἅγιον Προ‐</w:t>
      </w:r>
    </w:p>
    <w:p>
      <w:r>
        <w:rPr>
          <w:rFonts w:ascii="Courier New" w:hAnsi="Courier New"/>
          <w:color w:val="555555"/>
          <w:sz w:val="20"/>
        </w:rPr>
        <w:t>[15]</w:t>
      </w:r>
    </w:p>
    <w:p>
      <w:r>
        <w:rPr>
          <w:rFonts w:ascii="Gentium Plus" w:hAnsi="Gentium Plus"/>
          <w:sz w:val="24"/>
        </w:rPr>
        <w:t>κόπιον ἐπὶ Τιμοθέου ἐπισκόπου Καισαρείας. καὶ ἐλθὼν ὁ δοὺξ Παλαιστίνης Ἀσκληπιάδης μετὰ τῆς αὐτοῦ βοηθείας καὶ ὁ λῃστο‐ διώκτης Ῥήγης, ὁ ἀξιωματικὸς Καισαρείας μετὰ τῶν Ἀρκαδια‐ κῶν, ὁρμήσαντες κατ’ αὐτοῦ συνέβαλον αὐτῷ καὶ παρέλαβον αὐ‐ τόν· καὶ ἀπεκεφάλισαν τὸν αὐτὸν Ἰουστασάν, καὶ ἐπέμφθη ἡ</w:t>
      </w:r>
    </w:p>
    <w:p>
      <w:r>
        <w:rPr>
          <w:rFonts w:ascii="Courier New" w:hAnsi="Courier New"/>
          <w:color w:val="555555"/>
          <w:sz w:val="20"/>
        </w:rPr>
        <w:t>[20]</w:t>
      </w:r>
    </w:p>
    <w:p>
      <w:r>
        <w:rPr>
          <w:rFonts w:ascii="Gentium Plus" w:hAnsi="Gentium Plus"/>
          <w:sz w:val="24"/>
        </w:rPr>
        <w:t>κεφαλὴ αὐτοῦ μετὰ τοῦ διαδήματος τῷ βασιλεῖ Ζήνωνι. καὶ εὐ‐</w:t>
      </w:r>
    </w:p>
    <w:p>
      <w:r>
        <w:rPr>
          <w:rFonts w:ascii="Courier New" w:hAnsi="Courier New"/>
          <w:color w:val="555555"/>
          <w:sz w:val="20"/>
        </w:rPr>
        <w:t>[Chron . 383]</w:t>
      </w:r>
    </w:p>
    <w:p>
      <w:r>
        <w:rPr>
          <w:rFonts w:ascii="Gentium Plus" w:hAnsi="Gentium Plus"/>
          <w:sz w:val="24"/>
        </w:rPr>
        <w:t>σαν εἰς τὸ Γαργαζὶ ὄρος εὐκτήριον οἶκον τῆς ἁγίας θεοτόκου Μαρίας, ἀνανεώσας καὶ τὸν ἅγιον Προκόπιον, ποιήσας διάταξιν μὴ στρατεύεσθαι Σαμαρείτην, δημεύσας καὶ τοὺς εὐπόρους αὐ‐ τῶν· καὶ ἐγένετο κατάστασις.</w:t>
      </w:r>
    </w:p>
    <w:p>
      <w:r>
        <w:rPr>
          <w:rFonts w:ascii="Courier New" w:hAnsi="Courier New"/>
          <w:color w:val="555555"/>
          <w:sz w:val="20"/>
        </w:rPr>
        <w:t>[5]</w:t>
      </w:r>
    </w:p>
    <w:p>
      <w:r>
        <w:rPr>
          <w:rFonts w:ascii="Gentium Plus" w:hAnsi="Gentium Plus"/>
          <w:sz w:val="24"/>
        </w:rPr>
        <w:t>Ἐπὶ δὲ τῆς αὐτοῦ βασιλείας Θευδερίχος ὁ ἀπὸ ὑπάτων, ὁ υἱὸς Οὐαλέμερος, ἐν Κωνσταντινουπόλει ἀνατραφεὶς καὶ ἀναγνούς, στρατηλάτης ὢν πραισέντου καὶ ἑωρακὼς τί ὑπέστη Ἀρμᾶτος, φοβηθεὶς τὸν βασιλέα Ζήνωνα, ἔλαβε τὴν ἰδίαν βοήθειαν καὶ ἐξῆλθεν ἀπὸ Κωνσταντινουπόλεως, ἐπὶ Σαλαβρίαν ἀπιὼν διὰ τοὺς</w:t>
      </w:r>
    </w:p>
    <w:p>
      <w:r>
        <w:rPr>
          <w:rFonts w:ascii="Courier New" w:hAnsi="Courier New"/>
          <w:color w:val="555555"/>
          <w:sz w:val="20"/>
        </w:rPr>
        <w:t>[10]</w:t>
      </w:r>
    </w:p>
    <w:p>
      <w:r>
        <w:rPr>
          <w:rFonts w:ascii="Gentium Plus" w:hAnsi="Gentium Plus"/>
          <w:sz w:val="24"/>
        </w:rPr>
        <w:t>ἐκεῖ καθεζομένους ἀριθμούς. καὶ τυραννήσας παρέλαβε τὴν Θρᾴκην πᾶσαν· καὶ ἦλθε κατὰ τοῦ βασιλέως Ζήνωνος ἕως Συ‐ κῶν πέραν κατέναντι Κωνσταντινουπόλεως, κόψας καὶ τὸν ἀγω‐ γὸν τῆς πόλεως. καὶ ποιήσας ἡμέρας πολλάς, καὶ μὴ δυνηθεὶς βλάψαι τὸν βασιλέα, ἀνεχώρησεν ἐκεῖθεν ὁρμήσας ἐπὶ τὴν Ῥώμην,</w:t>
      </w:r>
    </w:p>
    <w:p>
      <w:r>
        <w:rPr>
          <w:rFonts w:ascii="Courier New" w:hAnsi="Courier New"/>
          <w:color w:val="555555"/>
          <w:sz w:val="20"/>
        </w:rPr>
        <w:t>[15]</w:t>
      </w:r>
    </w:p>
    <w:p>
      <w:r>
        <w:rPr>
          <w:rFonts w:ascii="Gentium Plus" w:hAnsi="Gentium Plus"/>
          <w:sz w:val="24"/>
        </w:rPr>
        <w:t>τότε κατεχομένην ὑπὸ τοῦ Ὀδοάκρου, ῥηγὸς τῶν βαρβάρων. καὶ πολεμήσας αὐτῷ κατὰ γνώμην καὶ προδοσίαν τῆς συγκλήτου Ῥώ‐ μης, παρέλαβεν ἀνεπηρεάστως τὴν αὐτὴν Ῥώμην καὶ τὸν Ὀδοά‐ κρον ῥῆγα· καὶ ἐφόνευσεν αὐτὸν καὶ κατέσχε τῆς Ῥώμης, γενόμε‐ νος ἀντ’ αὐτοῦ ῥὴξ ἐν αὐτῇ ἔτη μζʹ. καὶ ἐφιλιώθη Ζήνωνι μετὰ</w:t>
      </w:r>
    </w:p>
    <w:p>
      <w:r>
        <w:rPr>
          <w:rFonts w:ascii="Courier New" w:hAnsi="Courier New"/>
          <w:color w:val="555555"/>
          <w:sz w:val="20"/>
        </w:rPr>
        <w:t>[20]</w:t>
      </w:r>
    </w:p>
    <w:p>
      <w:r>
        <w:rPr>
          <w:rFonts w:ascii="Gentium Plus" w:hAnsi="Gentium Plus"/>
          <w:sz w:val="24"/>
        </w:rPr>
        <w:t>ταῦτα τῷ βασιλεῖ, καὶ πάντα ὅσα ἔπραττε κατὰ γνώμην αὐτοῦ,</w:t>
      </w:r>
    </w:p>
    <w:p>
      <w:r>
        <w:rPr>
          <w:rFonts w:ascii="Courier New" w:hAnsi="Courier New"/>
          <w:color w:val="555555"/>
          <w:sz w:val="20"/>
        </w:rPr>
        <w:t>[Chron . 384]</w:t>
      </w:r>
    </w:p>
    <w:p>
      <w:r>
        <w:rPr>
          <w:rFonts w:ascii="Gentium Plus" w:hAnsi="Gentium Plus"/>
          <w:sz w:val="24"/>
        </w:rPr>
        <w:t>ἐπάρχους τῶν πραιτωρίων, καὶ τὰ κωδικίλλια μὲν τῶν αὐτοῦ ἀρχόντων τῶν μεγάλων ἀπὸ τοῦ βασιλέως Ζήνωνος ἐδέχετο, μη‐ νύων αὐτῷ τίνα ἤθελε προαχθῆναι· καὶ τοὺς σκηπίονας δὲ τῶν ὑπάτων ἐπὶ τοῦ βασιλέως αὐτοῦ ἐλάμβανεν.</w:t>
      </w:r>
    </w:p>
    <w:p>
      <w:r>
        <w:rPr>
          <w:rFonts w:ascii="Courier New" w:hAnsi="Courier New"/>
          <w:color w:val="555555"/>
          <w:sz w:val="20"/>
        </w:rPr>
        <w:t>[5]</w:t>
      </w:r>
    </w:p>
    <w:p>
      <w:r>
        <w:rPr>
          <w:rFonts w:ascii="Gentium Plus" w:hAnsi="Gentium Plus"/>
          <w:sz w:val="24"/>
        </w:rPr>
        <w:t>Ἢ μόνον δὲ ῥὴξ ἐγένετο ὁ αὐτὸς Θευδερίχος, προσῆλ‐ θεν αὐτῷ μία χήρα, συγκλητικὴ Ῥώμης, ὀνόματι Ἰουβενα‐ λία, διδάσκουσα αὐτὸν ὅτι τριάκοντα ἔτη ἔχω δικαζομένη με‐ τὰ τοῦ πατρικίου Φίρμου· ἀλλὰ εὐλύτωσόν με. καὶ ἐνεγκὼν τοὺς δικολόγους τῶν ἀμφοτέρων μερῶν εἶπεν αὐτοῖς, Εἰ μὴ διὰ τῆς</w:t>
      </w:r>
    </w:p>
    <w:p>
      <w:r>
        <w:rPr>
          <w:rFonts w:ascii="Courier New" w:hAnsi="Courier New"/>
          <w:color w:val="555555"/>
          <w:sz w:val="20"/>
        </w:rPr>
        <w:t>[10]</w:t>
      </w:r>
    </w:p>
    <w:p>
      <w:r>
        <w:rPr>
          <w:rFonts w:ascii="Gentium Plus" w:hAnsi="Gentium Plus"/>
          <w:sz w:val="24"/>
        </w:rPr>
        <w:t>αὔριον καὶ τῆς μετ’ αὐτῆς δώσετε αὐτοῖς τὸν ὅρον καὶ ἀπαλλάξετε αὐτούς, ἀποκεφαλίζω ὑμᾶς. καὶ καθίσαντες διὰ τῶν δύο ἡμερῶν εἶπαν τὰ δοκοῦντα τοῖς νόμοις, δεδωκότες αὐτοῖς ὅρον καὶ ἀπαλλά‐ ξαντες αὐτούς. καὶ ἅψασα κηροὺς Ἰουβεναλία προσῆλθεν αὐτῷ, εὐχαριστοῦσα ὅτι εὐλυτώθη τῆς δίκης· καὶ ἠγανάκτησεν ὁ αὐ‐</w:t>
      </w:r>
    </w:p>
    <w:p>
      <w:r>
        <w:rPr>
          <w:rFonts w:ascii="Courier New" w:hAnsi="Courier New"/>
          <w:color w:val="555555"/>
          <w:sz w:val="20"/>
        </w:rPr>
        <w:t>[15]</w:t>
      </w:r>
    </w:p>
    <w:p>
      <w:r>
        <w:rPr>
          <w:rFonts w:ascii="Gentium Plus" w:hAnsi="Gentium Plus"/>
          <w:sz w:val="24"/>
        </w:rPr>
        <w:t>τὸς Θευδερίχος κατὰ τῶν δικολόγων, καὶ ἀγαγὼν αὐτοὺς εἶπεν αὐτοῖς, Διὰ τί, ὃ ἐποιήσατε εἰς δύο ἡμέρας καὶ ἀπηλλάξατε αὐτούς, εἰς τριάκοντα ἔτη οὐκ ἐποιήσατε; καὶ πέμψας ἀπεκε‐ φάλισε τοὺς δικολόγους τῶν ἀμφοτέρων μερῶν, καὶ ἐγένετο φό‐ βος πολύς. καὶ ἐποίησε διάταξιν περὶ ἑκάστου νόμου.</w:t>
      </w:r>
    </w:p>
    <w:p>
      <w:r>
        <w:rPr>
          <w:rFonts w:ascii="Courier New" w:hAnsi="Courier New"/>
          <w:color w:val="555555"/>
          <w:sz w:val="20"/>
        </w:rPr>
        <w:t>[20]</w:t>
      </w:r>
    </w:p>
    <w:p>
      <w:r>
        <w:rPr>
          <w:rFonts w:ascii="Gentium Plus" w:hAnsi="Gentium Plus"/>
          <w:sz w:val="24"/>
        </w:rPr>
        <w:t>Καὶ ἐξελθὼν ἀπὸ τῆς Ῥώμης ᾤκησε τὴν Ῥάβενναν, πόλιν</w:t>
      </w:r>
    </w:p>
    <w:p>
      <w:r>
        <w:rPr>
          <w:rFonts w:ascii="Courier New" w:hAnsi="Courier New"/>
          <w:color w:val="555555"/>
          <w:sz w:val="20"/>
        </w:rPr>
        <w:t>[Chron . 385]</w:t>
      </w:r>
    </w:p>
    <w:p>
      <w:r>
        <w:rPr>
          <w:rFonts w:ascii="Gentium Plus" w:hAnsi="Gentium Plus"/>
          <w:sz w:val="24"/>
        </w:rPr>
        <w:t>νετο ῥὴξ Ῥώμης ὁ ἔκγονος αὐτοῦ Ἀλάριχος. ἦν δὲ Ἀρειανὸς τῷ δόγματι, ὅ ἐστιν Ἐξακιονίτης. Ἐπὶ δὲ τῆς βασιλείας Ζήνωνος ἔπαθεν ὑπὸ θεομηνίας σει‐ σμοῦ τὸ δεύτερον αὐτῆς πάθος Κωνσταντινούπολις ἐπὶ ὀλίγον</w:t>
      </w:r>
    </w:p>
    <w:p>
      <w:r>
        <w:rPr>
          <w:rFonts w:ascii="Courier New" w:hAnsi="Courier New"/>
          <w:color w:val="555555"/>
          <w:sz w:val="20"/>
        </w:rPr>
        <w:t>[5]</w:t>
      </w:r>
    </w:p>
    <w:p>
      <w:r>
        <w:rPr>
          <w:rFonts w:ascii="Gentium Plus" w:hAnsi="Gentium Plus"/>
          <w:sz w:val="24"/>
        </w:rPr>
        <w:t>διάστημα, ἕως τοῦ Ταύρου. ἔπαθε δὲ τότε καὶ Νικομήδεια, μητρόπολις τῆς Βιθυνίας, τὸ ἕκτον αὐτῆς πάθος, ὁμοίως δὲ καὶ Ἑλενούπολις τῆς αὐτῆς ἐπαρχίας· καὶ πολλὰ παρέσχεν αὐ‐ τοῖς ὁ αὐτὸς Ζήνων. Ἐν δὲ τῇ αὐτοῦ βασιλείᾳ ἀντῆρεν ὁ πατρίκιος Ἰλλοῦς ὁ Ἴσαυ‐</w:t>
      </w:r>
    </w:p>
    <w:p>
      <w:r>
        <w:rPr>
          <w:rFonts w:ascii="Courier New" w:hAnsi="Courier New"/>
          <w:color w:val="555555"/>
          <w:sz w:val="20"/>
        </w:rPr>
        <w:t>[10]</w:t>
      </w:r>
    </w:p>
    <w:p>
      <w:r>
        <w:rPr>
          <w:rFonts w:ascii="Gentium Plus" w:hAnsi="Gentium Plus"/>
          <w:sz w:val="24"/>
        </w:rPr>
        <w:t>ρος, ὁ φίλος τοῦ αὐτοῦ βασιλέως Ζήνωνος, ὁ ἀναγαγὼν τὸν αὐ‐ τὸν βασιλέα Ζήνωνα μετὰ βοηθείας πολλῆς τὴν δευτέραν αὐτοῦ ἐπάνοδον ἀπὸ τῆς Ἰσαυρίας, ὅτε ἔφυγεν ἀπὸ Κωνσταντινουπό‐ λεως βασιλεύων. ὅστις Ἰλλοῦς ἀνῆλθεν ἐν Κωνσταντινουπόλει μετὰ τοῦ αὐτοῦ βασιλέως Ζήνωνος· καὶ ὡς θαῤῥούμενος παρ’</w:t>
      </w:r>
    </w:p>
    <w:p>
      <w:r>
        <w:rPr>
          <w:rFonts w:ascii="Courier New" w:hAnsi="Courier New"/>
          <w:color w:val="555555"/>
          <w:sz w:val="20"/>
        </w:rPr>
        <w:t>[15]</w:t>
      </w:r>
    </w:p>
    <w:p>
      <w:r>
        <w:rPr>
          <w:rFonts w:ascii="Gentium Plus" w:hAnsi="Gentium Plus"/>
          <w:sz w:val="24"/>
        </w:rPr>
        <w:t>αὐτοῦ καὶ θαῤῥῶν αὐτῷ, ἐβουλεύσατο μετὰ τοῦ αὐτοῦ Ζήνωνος ὁ Ἰλλοῦς ὥστε ἐκβληθῆναι τὴν πενθερὰν τοῦ αὐτοῦ Ζήνωνος ἀπὸ Κωνσταντινουπόλεως, ἵνα μὴ πάλιν ἐπιβουλεύσῃ, ὡς πρῶτον. καὶ πέμπει τὸν αὐτὸν Ἴλλον ὁ Ζήνων εἰς τὴν Ἰσαυρίαν, ἵνα ἐνέγ‐ κῃ Λογγῖνον τὸν ἀδελφὸν Ζήνωνος. καὶ κατελθὼν ὁ αὐτὸς</w:t>
      </w:r>
    </w:p>
    <w:p>
      <w:r>
        <w:rPr>
          <w:rFonts w:ascii="Courier New" w:hAnsi="Courier New"/>
          <w:color w:val="555555"/>
          <w:sz w:val="20"/>
        </w:rPr>
        <w:t>[20]</w:t>
      </w:r>
    </w:p>
    <w:p>
      <w:r>
        <w:rPr>
          <w:rFonts w:ascii="Gentium Plus" w:hAnsi="Gentium Plus"/>
          <w:sz w:val="24"/>
        </w:rPr>
        <w:t>Ἰλλοῦς ἀπέμεινεν εἰς τὴν Ἰσαυρίαν, γράφων, φησί, Ζήνωνι ὥστε</w:t>
      </w:r>
    </w:p>
    <w:p>
      <w:r>
        <w:rPr>
          <w:rFonts w:ascii="Courier New" w:hAnsi="Courier New"/>
          <w:color w:val="555555"/>
          <w:sz w:val="20"/>
        </w:rPr>
        <w:t>[Chron . 386]</w:t>
      </w:r>
    </w:p>
    <w:p>
      <w:r>
        <w:rPr>
          <w:rFonts w:ascii="Gentium Plus" w:hAnsi="Gentium Plus"/>
          <w:sz w:val="24"/>
        </w:rPr>
        <w:t>τοῦ αὐτοῦ Ζήνωνος βασιλέως, ὡς φοβούμενος τὸν βασιλέα Ζή‐ νωνα. καὶ ἔπεισε τὴν αὐτὴν δέσποιναν Βηρῖναν ὁ βασιλεὺς Ζή‐ νων, ὁ γαμβρὸς αὐτῆς, κατὰ τὰ δόξαντα μεταξὺ Ἰλλοῦ καὶ τοῦ αὐτοῦ Ζήνωνος, ὥστε κατελθεῖν καὶ δοῦναι Ἰλλοῦ λόγον ἀπα‐</w:t>
      </w:r>
    </w:p>
    <w:p>
      <w:r>
        <w:rPr>
          <w:rFonts w:ascii="Courier New" w:hAnsi="Courier New"/>
          <w:color w:val="555555"/>
          <w:sz w:val="20"/>
        </w:rPr>
        <w:t>[5]</w:t>
      </w:r>
    </w:p>
    <w:p>
      <w:r>
        <w:rPr>
          <w:rFonts w:ascii="Gentium Plus" w:hAnsi="Gentium Plus"/>
          <w:sz w:val="24"/>
        </w:rPr>
        <w:t>θείας, ὡς φοβουμένου Ζήνωνα, καὶ ἀνενέγκαι αὐτὸν καὶ τὸν ἀδελφὸν αὐτοῦ Λογγῖνον. καὶ κατῆλθεν ἡ αὐτὴ Βηρῖνα εἰς τὴν Ἰσαυρίαν· καὶ δεξάμενος αὐτὴν Ἰλλοῦς ἀπέκλεισεν εἰς καστέλ‐ λιον ἐν τῇ Ἰσαυρίᾳ ἔχον βοήθειαν πολλήν, καὶ κελεύσας αὐτὴν διὰ στρατιωτῶν φυλάττεσθαι, καὶ λαβὼν Λογγῖνον τὸν ἀδελ‐</w:t>
      </w:r>
    </w:p>
    <w:p>
      <w:r>
        <w:rPr>
          <w:rFonts w:ascii="Courier New" w:hAnsi="Courier New"/>
          <w:color w:val="555555"/>
          <w:sz w:val="20"/>
        </w:rPr>
        <w:t>[10]</w:t>
      </w:r>
    </w:p>
    <w:p>
      <w:r>
        <w:rPr>
          <w:rFonts w:ascii="Gentium Plus" w:hAnsi="Gentium Plus"/>
          <w:sz w:val="24"/>
        </w:rPr>
        <w:t>φὸν τοῦ βασιλέως, ἀνῆλθεν ἐν Κωνσταντινουπόλει. καὶ ἐγένε‐ το ὁ αὐτὸς Ἰλλοῦς συγκλητικὸς καὶ ὕπατος καὶ μάγιστρος καὶ πατρίκιος, διοικῶν τὴν πᾶσαν πολιτείαν. ὁμοίως δὲ καὶ ὁ Λογ‐ γῖνος ὁ ἀδελφὸς τοῦ βασιλέως ἐγένετο στρατηλάτης πραισέν‐ του καὶ ὕπατος· καὶ παρέσχεν εἰς τὰ τέσσαρα μέρη Κωνσταντι‐</w:t>
      </w:r>
    </w:p>
    <w:p>
      <w:r>
        <w:rPr>
          <w:rFonts w:ascii="Courier New" w:hAnsi="Courier New"/>
          <w:color w:val="555555"/>
          <w:sz w:val="20"/>
        </w:rPr>
        <w:t>[15]</w:t>
      </w:r>
    </w:p>
    <w:p>
      <w:r>
        <w:rPr>
          <w:rFonts w:ascii="Gentium Plus" w:hAnsi="Gentium Plus"/>
          <w:sz w:val="24"/>
        </w:rPr>
        <w:t>νουπόλεως ὀρχηστὰς ἐμμάλους μικροὺς τέσσαρας· ἦσαν γὰρ οἱ ὀρχούμενοι ἐν Κωνσταντινουπόλει εὔφημοι παλαιοί, καὶ ἐποίησεν αὐτοὺς λῦσαι, πολλὰ χαρισάμενος αὐτοῖς. ἔδωκε δὲ τοῖς Πρασί‐ νοις ἔμμαλον τὸν Αὐτοκύονα τὸν λεγόμενον Καράμαλλον ἀπὸ Ἀλεξανδρείας τῆς μεγάλης, καὶ τὸν Ῥόδον τὸν λεγόμενον Χρυ‐</w:t>
      </w:r>
    </w:p>
    <w:p>
      <w:r>
        <w:rPr>
          <w:rFonts w:ascii="Courier New" w:hAnsi="Courier New"/>
          <w:color w:val="555555"/>
          <w:sz w:val="20"/>
        </w:rPr>
        <w:t>[20]</w:t>
      </w:r>
    </w:p>
    <w:p>
      <w:r>
        <w:rPr>
          <w:rFonts w:ascii="Gentium Plus" w:hAnsi="Gentium Plus"/>
          <w:sz w:val="24"/>
        </w:rPr>
        <w:t>σόμαλλον, καὶ αὐτὸν Ἀλεξανδρέα, εἰς τὸ Βένετον, καὶ Ἑλλάδιον τὸν ἀπὸ Ἐμέζτης τῆς πόλεως εἰς τὸ Ῥούσιον μέρος· ἔδωκε δὲ καὶ τὸν λεγόμενον Μαργαρίτην τὸν Κατζάμυν τὸν ἀπὸ Κυζίκου ἐνεγ‐ κὼν τοῖς Λευκοῖς. καὶ ἀπέθετο τὴν δευτέραν αὐτοῦ ὑπατείαν</w:t>
      </w:r>
    </w:p>
    <w:p>
      <w:r>
        <w:rPr>
          <w:rFonts w:ascii="Courier New" w:hAnsi="Courier New"/>
          <w:color w:val="555555"/>
          <w:sz w:val="20"/>
        </w:rPr>
        <w:t>[Chron . 387]</w:t>
      </w:r>
    </w:p>
    <w:p>
      <w:r>
        <w:rPr>
          <w:rFonts w:ascii="Gentium Plus" w:hAnsi="Gentium Plus"/>
          <w:sz w:val="24"/>
        </w:rPr>
        <w:t>Ἡ δὲ βασίλισσα Ἀριάδνη ἡ τοῦ αὐτοῦ Ζήνωνος γυνὴ δε‐ ξαμένη παρὰ τῆς ἰδίας αὐτῆς μητρὸς γράμματα λάθρᾳ καὶ παρε‐ κάλεσε τὸν βασιλέα Ζήνωνα ἵνα ἀπολυθῇ ἀπὸ καστελλίου, ὅπου ἦν ἀποκεκλεισμένη ἡ δέσποινα Βηρῖνα. καὶ εἶπεν αὐτῇ ὁ βασι‐</w:t>
      </w:r>
    </w:p>
    <w:p>
      <w:r>
        <w:rPr>
          <w:rFonts w:ascii="Courier New" w:hAnsi="Courier New"/>
          <w:color w:val="555555"/>
          <w:sz w:val="20"/>
        </w:rPr>
        <w:t>[5]</w:t>
      </w:r>
    </w:p>
    <w:p>
      <w:r>
        <w:rPr>
          <w:rFonts w:ascii="Gentium Plus" w:hAnsi="Gentium Plus"/>
          <w:sz w:val="24"/>
        </w:rPr>
        <w:t>λεὺς Ζήνων ἵνα αἰτήσῃ τὸν πατρίκιον Ἰλλοῦν περὶ αὐτῆς. καὶ μεταστειλαμένη ἡ βασίλισσα Ἀριάδνη Ἰλλοῦν ᾔτησεν αὐτὸν μετὰ δακρύων διὰ τὴν αὑτῆς μητέρα Βηρῖναν ἵνα ἀπολυθῇ· καὶ οὐκ ἐπείσθη Ἰλλοῦς, ἀλλὰ λέγει αὐτῇ, Τί αὐτὴν ζητεῖς; ἵνα ποιήσῃ πάλιν ἄλλον βασιλέα κατὰ τοῦ σοῦ ἀνδρός; καὶ πάλιν εἶπεν ἡ</w:t>
      </w:r>
    </w:p>
    <w:p>
      <w:r>
        <w:rPr>
          <w:rFonts w:ascii="Courier New" w:hAnsi="Courier New"/>
          <w:color w:val="555555"/>
          <w:sz w:val="20"/>
        </w:rPr>
        <w:t>[10]</w:t>
      </w:r>
    </w:p>
    <w:p>
      <w:r>
        <w:rPr>
          <w:rFonts w:ascii="Gentium Plus" w:hAnsi="Gentium Plus"/>
          <w:sz w:val="24"/>
        </w:rPr>
        <w:t>Ἀριάδνη τῷ βασιλεῖ Ζήνωνι ὅτι Ἰλλοῦς ἐστιν εἰς τὸ παλάτιον ἢ ἐγώ; καὶ λέγει αὐτῇ ὁ βασιλεὺς ὅτι Εἴ τι δύνῃ, πρᾶξον· ἐγώ σε θέλω. καὶ λοιπὸν ἡ Ἀριάδνη κατεσκεύασε τοῦ φονεῦσαι τὸν Ἰλ‐ λοῦν· καὶ ἱππικοῦ ἀγομένου, ὡς ἀνέρχεται διὰ τῶν πουλπιτῶν ἐπὶ τὸ Δέκιμον, ἔκρουσεν αὐτῷ ὁ προτραπεὶς σχολάριος σπαθίῳ</w:t>
      </w:r>
    </w:p>
    <w:p>
      <w:r>
        <w:rPr>
          <w:rFonts w:ascii="Courier New" w:hAnsi="Courier New"/>
          <w:color w:val="555555"/>
          <w:sz w:val="20"/>
        </w:rPr>
        <w:t>[15]</w:t>
      </w:r>
    </w:p>
    <w:p>
      <w:r>
        <w:rPr>
          <w:rFonts w:ascii="Gentium Plus" w:hAnsi="Gentium Plus"/>
          <w:sz w:val="24"/>
        </w:rPr>
        <w:t>κατὰ τῆς κεφαλῆς, ὀνόματι Σποράκιος, βουλόμενος εἰς δύο αὐτὸν κόψαι· καὶ εὑρέθη ὁ σπαθάριος τοῦ Ἰλλοῦ ἐγγύς, καὶ προσεσχη‐ κὼς τὸ ξίφος κατερχόμενον τῇ δεξιᾷ αὐτοῦ χειρὶ ἐδέξατο· καὶ κα‐ τελθοῦσα ἡ ἀρχὴ τοῦ ξίφους εἰς τὴν κεφαλὴν αὐτοῦ ἔκοψε τὸ ὠτίον τοῦ αὐτοῦ Ἰλλοῦ τὸ δεξιόν· καὶ ἐσφάγη ὁ σχολάριος ἐπὶ τὸν</w:t>
      </w:r>
    </w:p>
    <w:p>
      <w:r>
        <w:rPr>
          <w:rFonts w:ascii="Courier New" w:hAnsi="Courier New"/>
          <w:color w:val="555555"/>
          <w:sz w:val="20"/>
        </w:rPr>
        <w:t>[20]</w:t>
      </w:r>
    </w:p>
    <w:p>
      <w:r>
        <w:rPr>
          <w:rFonts w:ascii="Gentium Plus" w:hAnsi="Gentium Plus"/>
          <w:sz w:val="24"/>
        </w:rPr>
        <w:t>τόπον. ὁ δὲ Ἰλλοῦς κουφισθεὶς ὑπὸ τῶν ἀνθρώπων αὐτοῦ ἀπη‐ νέχθη εἰς τὸν ἴδιον αὐτοῦ οἶκον βασταζόμενος. ὁ δὲ Ζήνων ἀκούσας ἐπωμόσατο λέγων ἀγνοεῖν τὴν κατὰ Ἰλλοῦν κατασκευήν,</w:t>
      </w:r>
    </w:p>
    <w:p>
      <w:r>
        <w:rPr>
          <w:rFonts w:ascii="Courier New" w:hAnsi="Courier New"/>
          <w:color w:val="555555"/>
          <w:sz w:val="20"/>
        </w:rPr>
        <w:t>[Chron . 388]</w:t>
      </w:r>
    </w:p>
    <w:p>
      <w:r>
        <w:rPr>
          <w:rFonts w:ascii="Gentium Plus" w:hAnsi="Gentium Plus"/>
          <w:sz w:val="24"/>
        </w:rPr>
        <w:t>καὶ κάλλιον ἐσχηκὼς ἀπῆλθε πέραν, βουλόμενός τι πρᾶξαι· εἰς τέ‐ λειον δὲ ὑγιάνας ἔμεινεν ἔχων τῆς πληγῆς τὴν ὠτειλήν. καὶ εἰσ‐ ελθὼν πρὸς τὸν βασιλέα Ζήνωνα ᾔτησεν αὐτὸν ἐπὶ τὴν ἀνατο‐ λὴν ἀπολυθῆναι πρὸς ὀλίγον χρόνον διὰ τὸ τοὺς ἀέρας, φησίν,</w:t>
      </w:r>
    </w:p>
    <w:p>
      <w:r>
        <w:rPr>
          <w:rFonts w:ascii="Courier New" w:hAnsi="Courier New"/>
          <w:color w:val="555555"/>
          <w:sz w:val="20"/>
        </w:rPr>
        <w:t>[5]</w:t>
      </w:r>
    </w:p>
    <w:p>
      <w:r>
        <w:rPr>
          <w:rFonts w:ascii="Gentium Plus" w:hAnsi="Gentium Plus"/>
          <w:sz w:val="24"/>
        </w:rPr>
        <w:t>ἀλλάξαι, ἐπειδὴ ἠσθένει ἀπὸ τῆς πληγῆς. ὁ δὲ βασιλεὺς Ζήνων πεισθεὶς διεδέξατο αὐτὸν ἐκ τῆς ἀρχῆς τοῦ μαγίστρου καὶ ἐποίη‐ σεν αὐτὸν στρατηλάτην ἀνατολῆς, δοὺς αὐτῷ πᾶσαν ἐξουσίαν. καὶ αὐτὸς δὲ Ἰλλοῦς ᾔτησεν αὐτὸν λαβεῖν μεθ’ ἑαυτοῦ πρὸς θε‐ ραπείαν τῆς Αὐγούστας τὸν πατρίκιον Λεόντιον τὸν Παυλίνης,</w:t>
      </w:r>
    </w:p>
    <w:p>
      <w:r>
        <w:rPr>
          <w:rFonts w:ascii="Courier New" w:hAnsi="Courier New"/>
          <w:color w:val="555555"/>
          <w:sz w:val="20"/>
        </w:rPr>
        <w:t>[10]</w:t>
      </w:r>
    </w:p>
    <w:p>
      <w:r>
        <w:rPr>
          <w:rFonts w:ascii="Gentium Plus" w:hAnsi="Gentium Plus"/>
          <w:sz w:val="24"/>
        </w:rPr>
        <w:t>εἰς τὸ δοῦναι αὐτῷ τὴν δέσποιναν Βηρῖναν τὴν μητέρα τῆς βα‐ σιλίσσης Ἀριάδνης, ἵνα ἀναγάγῃ αὐτὴν ἐν Κωνσταντινουπόλει. ᾔτησε δὲ τὸν βασιλέα ὁ αὐτὸς Ἰλλοῦς λαβεῖν καὶ ἄλλους συγκλη‐ τικοὺς πρὸς ἰδίαν ὑπόληψιν· καὶ παρέσχεν αὐτῷ. καὶ κατῆλθεν ὁ πατρίκιος Ἰλλοῦς, λαβὼν μεθ’ ἑαυτοῦ τὸν πατρίκιον Λεόντιον</w:t>
      </w:r>
    </w:p>
    <w:p>
      <w:r>
        <w:rPr>
          <w:rFonts w:ascii="Courier New" w:hAnsi="Courier New"/>
          <w:color w:val="555555"/>
          <w:sz w:val="20"/>
        </w:rPr>
        <w:t>[15]</w:t>
      </w:r>
    </w:p>
    <w:p>
      <w:r>
        <w:rPr>
          <w:rFonts w:ascii="Gentium Plus" w:hAnsi="Gentium Plus"/>
          <w:sz w:val="24"/>
        </w:rPr>
        <w:t>καὶ τοὺς ἄλλους συγκλητικούς· καὶ κατῆλθεν ἐν Ἀντιοχείᾳ τῇ με‐ γάλῃ, ποιήσας ὀλίγον χρόνον, χαρισάμενος αὐτοῖς πολλὰ ἐξῆλθεν ἐπὶ τὴν Ἰσαυρίαν· καὶ καταγαγὼν τὴν δέσποιναν Βηρῖναν ἀπὸ τοῦ καστελλίου ἐποίησεν αὐτὴν στέψαι βασιλέα εἰς τὸν ἅγιον Πέτρον ἔξω τῆς πόλεως Ταρσοῦ τῆς Κιλικίας τὸν πατρίκιον</w:t>
      </w:r>
    </w:p>
    <w:p>
      <w:r>
        <w:rPr>
          <w:rFonts w:ascii="Courier New" w:hAnsi="Courier New"/>
          <w:color w:val="555555"/>
          <w:sz w:val="20"/>
        </w:rPr>
        <w:t>[20]</w:t>
      </w:r>
    </w:p>
    <w:p>
      <w:r>
        <w:rPr>
          <w:rFonts w:ascii="Gentium Plus" w:hAnsi="Gentium Plus"/>
          <w:sz w:val="24"/>
        </w:rPr>
        <w:t>Λεόντιον, πείσας αὐτὸν στεφθῆναι, ὄντα ἄνδρα ἐλεύθερον. καὶ ἐποίησεν ἡ αὐτὴ Βηρῖνα θείας κελεύσεις κατὰ πόλιν καὶ σάκρας</w:t>
      </w:r>
    </w:p>
    <w:p>
      <w:r>
        <w:rPr>
          <w:rFonts w:ascii="Courier New" w:hAnsi="Courier New"/>
          <w:color w:val="555555"/>
          <w:sz w:val="20"/>
        </w:rPr>
        <w:t>[Chron . 389]</w:t>
      </w:r>
    </w:p>
    <w:p>
      <w:r>
        <w:rPr>
          <w:rFonts w:ascii="Gentium Plus" w:hAnsi="Gentium Plus"/>
          <w:sz w:val="24"/>
        </w:rPr>
        <w:t>αὐτὸν καὶ μὴ ἐναντιωθῆναί τινα, γράψασα δὲ σάκραν ἔχουσαν πολλὰ κακὰ περὶ Ζήνωνος. καὶ ἐβασίλευσεν ἐν Ἀντιοχείᾳ ὀλίγας ἡμέρας. Καὶ γνοὺς Ζήνων ὁ βασιλεὺς ἔπεμψε βοήθειαν πολλὴν καὶ</w:t>
      </w:r>
    </w:p>
    <w:p>
      <w:r>
        <w:rPr>
          <w:rFonts w:ascii="Courier New" w:hAnsi="Courier New"/>
          <w:color w:val="555555"/>
          <w:sz w:val="20"/>
        </w:rPr>
        <w:t>[5]</w:t>
      </w:r>
    </w:p>
    <w:p>
      <w:r>
        <w:rPr>
          <w:rFonts w:ascii="Gentium Plus" w:hAnsi="Gentium Plus"/>
          <w:sz w:val="24"/>
        </w:rPr>
        <w:t>στρατηλάτην Ἰωάννην τὸν Σκύθην. καὶ ἀκούσας Λεόντιος καὶ Ἰλλοῦς καὶ οἱ μετ’ αὐτοῦ καὶ ἀνῆλθαν μετὰ Βηρίνης εἰς τὸ Παπῦ‐ ριν καστέλλιον· καὶ Βηρῖνα μὲν ἰδίῳ θανάτῳ τελευτᾷ. Παμπρέ‐ πιος δέ τις ὡς προδότης μετ’ αὐτῶν ὢν ἐσφάγη ἄνω καὶ ἐῤῥίφη τὸ λείψανον αὐτοῦ εἰς τὰ ὄρη. Ἰλλοῦς δὲ καὶ Λεόντιος φοσσευ‐</w:t>
      </w:r>
    </w:p>
    <w:p>
      <w:r>
        <w:rPr>
          <w:rFonts w:ascii="Courier New" w:hAnsi="Courier New"/>
          <w:color w:val="555555"/>
          <w:sz w:val="20"/>
        </w:rPr>
        <w:t>[10]</w:t>
      </w:r>
    </w:p>
    <w:p>
      <w:r>
        <w:rPr>
          <w:rFonts w:ascii="Gentium Plus" w:hAnsi="Gentium Plus"/>
          <w:sz w:val="24"/>
        </w:rPr>
        <w:t>θέντες παρελήφθησαν· καὶ πρόοδον δεδωκότες παρὰ τῷ ἄρχοντι Σελευκείας τῆς Ἰσαυρίας ἀπὸ διαλαλιᾶς ἀπεκεφαλίσθησαν· καὶ αἱ κεφαλαὶ αὐτῶν εἰσηνέχθησαν Ζήνωνι ἐν Κωνσταντινουπόλει εἰς κοντὸν πεπηγμέναι· καὶ πολὺς ὄχλος ἀπῄει θεωρῶν αὐτάς· ἦσαν γὰρ ἀπενεχθεῖσαι πέραν ἐν Σύκαις ἐπὶ τὸν ἅγιον Κόνωνα.</w:t>
      </w:r>
    </w:p>
    <w:p>
      <w:r>
        <w:rPr>
          <w:rFonts w:ascii="Courier New" w:hAnsi="Courier New"/>
          <w:color w:val="555555"/>
          <w:sz w:val="20"/>
        </w:rPr>
        <w:t>[15]</w:t>
      </w:r>
    </w:p>
    <w:p>
      <w:r>
        <w:rPr>
          <w:rFonts w:ascii="Gentium Plus" w:hAnsi="Gentium Plus"/>
          <w:sz w:val="24"/>
        </w:rPr>
        <w:t>Ἐπὶ δὲ τῆς αὐτοῦ βασιλείας ἐβασίλευσε Περσῶν Περόζης· πολλὰς δὲ ταραχὰς καὶ φόνους ἐν τῷ αὐτῷ καιρῷ ἐποίησαν οἱ Πράσινοι ἐν Ἀντιοχείᾳ· ἐφόνευσαν γάρ, φησίν, Ἰουδαίους μη‐ δενὸς φειδόμενοι. καὶ διεδέχθη ὁ τότε κόμης τῆς ἀνατολῆς Θεό‐ δωρος ἀγανακτηθείς· καὶ εἰρήνευσαν τὰ δημοτικά. καὶ ἀνηνέ‐</w:t>
      </w:r>
    </w:p>
    <w:p>
      <w:r>
        <w:rPr>
          <w:rFonts w:ascii="Courier New" w:hAnsi="Courier New"/>
          <w:color w:val="555555"/>
          <w:sz w:val="20"/>
        </w:rPr>
        <w:t>[20]</w:t>
      </w:r>
    </w:p>
    <w:p>
      <w:r>
        <w:rPr>
          <w:rFonts w:ascii="Gentium Plus" w:hAnsi="Gentium Plus"/>
          <w:sz w:val="24"/>
        </w:rPr>
        <w:t>χθη τῷ αὐτῷ βασιλεῖ Ζήνωνι τὸ γενόμενον ὑπὸ τῶν Πρασίνων</w:t>
      </w:r>
    </w:p>
    <w:p>
      <w:r>
        <w:rPr>
          <w:rFonts w:ascii="Courier New" w:hAnsi="Courier New"/>
          <w:color w:val="555555"/>
          <w:sz w:val="20"/>
        </w:rPr>
        <w:t>[Chron . 390]</w:t>
      </w:r>
    </w:p>
    <w:p>
      <w:r>
        <w:rPr>
          <w:rFonts w:ascii="Gentium Plus" w:hAnsi="Gentium Plus"/>
          <w:sz w:val="24"/>
        </w:rPr>
        <w:t>σίνων τῶν ἐν Ἀντιοχείᾳ, λέγων, Διὰ τί τοὺς νεκροὺς μόνον τῶν Ἰουδαίων ἔκαυσαν; ἐχρῆν γὰρ αὐτοὺς καὶ τοὺς ζῶντας Ἰουδαίους καῦσαι. καὶ ἐσιωπήθη τὸ πρᾶγμα. Ὁ δὲ αὐτὸς βασιλεὺς Ζήνων ἐρωτήσας Μαυριανὸν τὸν σο‐</w:t>
      </w:r>
    </w:p>
    <w:p>
      <w:r>
        <w:rPr>
          <w:rFonts w:ascii="Courier New" w:hAnsi="Courier New"/>
          <w:color w:val="555555"/>
          <w:sz w:val="20"/>
        </w:rPr>
        <w:t>[5]</w:t>
      </w:r>
    </w:p>
    <w:p>
      <w:r>
        <w:rPr>
          <w:rFonts w:ascii="Gentium Plus" w:hAnsi="Gentium Plus"/>
          <w:sz w:val="24"/>
        </w:rPr>
        <w:t>φώτατον κόμητα, ὅστις πολλὰ αὐτῷ προέλεγεν, ἦν γὰρ καὶ μυ‐ στικά τινα εἰδώς, καὶ τίς μετ’ αὐτὸν βασιλεύει, προεῖπεν ὅτι καὶ τὴν βασιλείαν αὐτοῦ καὶ τὴν γυναῖκα αὐτοῦ διαδέχεταί τις ἀπὸ σιλεντιαρίων. [καὶ ταῦτα ἀκούσας ὁ βασιλεὺς Ζήνων συν‐ έσχε τὸν πατρίκιον Πελάγιον τὸν ἀπὸ σιλεντιαρίων] πληρώ‐</w:t>
      </w:r>
    </w:p>
    <w:p>
      <w:r>
        <w:rPr>
          <w:rFonts w:ascii="Courier New" w:hAnsi="Courier New"/>
          <w:color w:val="555555"/>
          <w:sz w:val="20"/>
        </w:rPr>
        <w:t>[10]</w:t>
      </w:r>
    </w:p>
    <w:p>
      <w:r>
        <w:rPr>
          <w:rFonts w:ascii="Gentium Plus" w:hAnsi="Gentium Plus"/>
          <w:sz w:val="24"/>
        </w:rPr>
        <w:t>σαντα καὶ ἐλθόντα εἰς τὴν τοῦ πατρικίου ἀξίαν, ἄνδρα σοφόν· ἐκέλευσε δημεύσας φυλάττεσθαι· ὅντινα νυκτὸς οἱ φυλάσσοντες ἔπνιξαν καὶ ἔῤῥιψαν εἰς θάλασσαν τὸ λείψανον αὐτοῦ κατὰ κέλευσιν τοῦ βασιλέως. καὶ ἀκούσας τοῦτο ὁ ἔπαρχος τῶν πραι‐ τωρίων Ἀρκάδιος ἐλοιδόρει τὸν βασιλέα Ζήνωνα διὰ Πελάγιον·</w:t>
      </w:r>
    </w:p>
    <w:p>
      <w:r>
        <w:rPr>
          <w:rFonts w:ascii="Courier New" w:hAnsi="Courier New"/>
          <w:color w:val="555555"/>
          <w:sz w:val="20"/>
        </w:rPr>
        <w:t>[15]</w:t>
      </w:r>
    </w:p>
    <w:p>
      <w:r>
        <w:rPr>
          <w:rFonts w:ascii="Gentium Plus" w:hAnsi="Gentium Plus"/>
          <w:sz w:val="24"/>
        </w:rPr>
        <w:t>καὶ ἦλθεν εἰς τὰς ἀκοὰς Ζήνωνος, καὶ ἐκέλευσεν εἰσερχόμενον εἰς τὸ παλάτιον σφαγῆναι. ὁ δὲ Ἀρκάδιος μαθὼν τοῦτο, ὡς μετεστάλη ἀπὸ τοῦ βασιλέως, παρερχόμενος ἀπὸ τῆς ἐκκλησίας ἐποίησεν ὡς θέλων εὔξασθαι· καὶ κατελθὼν ἐκ τοῦ ὀχήματος εἰσῆλθεν εἰς τὴν μεγάλην ἐκκλησίαν Κωνσταντινουπόλεως· καὶ</w:t>
      </w:r>
    </w:p>
    <w:p>
      <w:r>
        <w:rPr>
          <w:rFonts w:ascii="Courier New" w:hAnsi="Courier New"/>
          <w:color w:val="555555"/>
          <w:sz w:val="20"/>
        </w:rPr>
        <w:t>[20]</w:t>
      </w:r>
    </w:p>
    <w:p>
      <w:r>
        <w:rPr>
          <w:rFonts w:ascii="Gentium Plus" w:hAnsi="Gentium Plus"/>
          <w:sz w:val="24"/>
        </w:rPr>
        <w:t>ἔμεινεν ἔσω, καὶ ἐῤῥύσθη θανάτου. καὶ ὡς ἔστιν ἐκεῖ, ἐδήμευ‐</w:t>
      </w:r>
    </w:p>
    <w:p>
      <w:r>
        <w:rPr>
          <w:rFonts w:ascii="Courier New" w:hAnsi="Courier New"/>
          <w:color w:val="555555"/>
          <w:sz w:val="20"/>
        </w:rPr>
        <w:t>[Chron . 391]</w:t>
      </w:r>
    </w:p>
    <w:p>
      <w:r>
        <w:rPr>
          <w:rFonts w:ascii="Gentium Plus" w:hAnsi="Gentium Plus"/>
          <w:sz w:val="24"/>
        </w:rPr>
        <w:t>σεν αὐτὸν ὁ βασιλεὺς Ζήνων. μετὰ δὲ ὀλίγον καιρὸν δυσεντε‐ ρίᾳ ληφθεὶς ὁ αὐτὸς βασιλεὺς Ζήνων ἐτελεύτησεν, ὢν ἐνιαυτῶν ξʹ καὶ μηνῶν θʹ, μηνὶ ξανθικῷ θʹ ἔτους κατὰ Ἀντιόχειαν φλθʹ, ἰνδικτιῶνος ιδʹ.</w:t>
      </w:r>
    </w:p>
    <w:p>
      <w:r>
        <w:rPr>
          <w:rFonts w:ascii="Courier New" w:hAnsi="Courier New"/>
          <w:color w:val="555555"/>
          <w:sz w:val="20"/>
        </w:rPr>
        <w:t>[5]</w:t>
      </w:r>
    </w:p>
    <w:p>
      <w:r>
        <w:rPr>
          <w:rFonts w:ascii="Gentium Plus" w:hAnsi="Gentium Plus"/>
          <w:sz w:val="24"/>
        </w:rPr>
        <w:t>Ἔστιν οὖν ἀπὸ Ἀδὰμ ἕως τῆς τελευτῆς Ζήνωνος βασιλέως</w:t>
      </w:r>
    </w:p>
    <w:p>
      <w:pPr>
        <w:jc w:val="center"/>
      </w:pPr>
      <w:r>
        <w:rPr>
          <w:rFonts w:ascii="Gentium Plus" w:hAnsi="Gentium Plus"/>
          <w:b/>
          <w:sz w:val="24"/>
        </w:rPr>
        <w:t>ΛΟΓΟΣ Ιϛʹ</w:t>
      </w:r>
    </w:p>
    <w:p>
      <w:r>
        <w:rPr>
          <w:rFonts w:ascii="Courier New" w:hAnsi="Courier New"/>
          <w:color w:val="555555"/>
          <w:sz w:val="20"/>
        </w:rPr>
        <w:t>[t2]</w:t>
      </w:r>
    </w:p>
    <w:p>
      <w:r>
        <w:rPr>
          <w:rFonts w:ascii="Gentium Plus" w:hAnsi="Gentium Plus"/>
          <w:sz w:val="24"/>
        </w:rPr>
        <w:t>ΧΡΟΝΩΝ ΑΝΑΣΤΑΣΙΟΥ ΒΑΣΙΛΕΩΣ.</w:t>
      </w:r>
    </w:p>
    <w:p>
      <w:r>
        <w:rPr>
          <w:rFonts w:ascii="Courier New" w:hAnsi="Courier New"/>
          <w:color w:val="555555"/>
          <w:sz w:val="20"/>
        </w:rPr>
        <w:t>[1]</w:t>
      </w:r>
    </w:p>
    <w:p>
      <w:r>
        <w:rPr>
          <w:rFonts w:ascii="Gentium Plus" w:hAnsi="Gentium Plus"/>
          <w:sz w:val="24"/>
        </w:rPr>
        <w:t>Μετὰ δὲ τὴν βασιλείαν Ζήνωνος ἐβασίλευσεν ὁ θειότατος Ἀνα‐ στάσιος ὁ δίκορος, ὁ Δυῤῥαχηνός, ὁ ἀπὸ τῆς νέας Ἠπείρου, ἀπὸ σιλεντιαρίων, ἐπὶ τῆς ὑπατείας Ὀλυβρίου τοῦ υἱοῦ Ἀρεοβίνδου· ὅστις ἐβασίλευσεν ἔτη κζʹ καὶ μῆνας γʹ, στεφθεὶς ἐν μηνὶ ἀπριλ‐</w:t>
      </w:r>
    </w:p>
    <w:p>
      <w:r>
        <w:rPr>
          <w:rFonts w:ascii="Courier New" w:hAnsi="Courier New"/>
          <w:color w:val="555555"/>
          <w:sz w:val="20"/>
        </w:rPr>
        <w:t>[5]</w:t>
      </w:r>
    </w:p>
    <w:p>
      <w:r>
        <w:rPr>
          <w:rFonts w:ascii="Gentium Plus" w:hAnsi="Gentium Plus"/>
          <w:sz w:val="24"/>
        </w:rPr>
        <w:t>λίῳ τῇ ἁγίᾳ πέμπτῃ τῆς μεγάλης ἑβδομάδος. καὶ ἠγάγετο Ἀριάδ‐ νην τὴν τοῦ Ζήνωνος τοῦ πρὸ αὐτοῦ βασιλεύσαντος γενομένην γυναῖκα. ἦν δὲ μακρὸς πάνυ, κονδόθριξ, εὔστολος, στρογγύ‐ λοψις, μιξοπόλιος τὴν κάραν καὶ τὸ γένειον, ἐν τῷ δεξιῷ ὀφθαλ‐ μῷ ἔχων τὴν κόρην γλαυκὴν καὶ ἐν τῷ ἀριστερῷ μέλαιναν, τε‐</w:t>
      </w:r>
    </w:p>
    <w:p>
      <w:r>
        <w:rPr>
          <w:rFonts w:ascii="Courier New" w:hAnsi="Courier New"/>
          <w:color w:val="555555"/>
          <w:sz w:val="20"/>
        </w:rPr>
        <w:t>[10]</w:t>
      </w:r>
    </w:p>
    <w:p>
      <w:r>
        <w:rPr>
          <w:rFonts w:ascii="Gentium Plus" w:hAnsi="Gentium Plus"/>
          <w:sz w:val="24"/>
        </w:rPr>
        <w:t>λείους ἔχων ὀφθαλμούς, τὸ δὲ γένειον αὐτοῦ πυκνῶς ἐκείρετο. Ἐν δὲ τῇ αὐτοῦ βασιλείᾳ ἐποίησεν ἔπαρχον πραιτωρίων τὸν πατρίκιον Ἱέριον· ὅστις ἐποίησε κόμητα ἀνατολῆς Καλλιόπιον</w:t>
      </w:r>
    </w:p>
    <w:p>
      <w:r>
        <w:rPr>
          <w:rFonts w:ascii="Courier New" w:hAnsi="Courier New"/>
          <w:color w:val="555555"/>
          <w:sz w:val="20"/>
        </w:rPr>
        <w:t>[Chron . 393]</w:t>
      </w:r>
    </w:p>
    <w:p>
      <w:r>
        <w:rPr>
          <w:rFonts w:ascii="Gentium Plus" w:hAnsi="Gentium Plus"/>
          <w:sz w:val="24"/>
        </w:rPr>
        <w:t>οἱ Πράσινοι Ἀντιοχείας ἐν τῷ πραιτωρίῳ· καὶ φυγὼν διεσώθη. τοῦτο δὲ γνοὺς ὁ ἔπαρχος Ἱέριος ἀνήγαγε τῷ βασιλεῖ Ἀναστασίῳ· καὶ εὐθέως προηγάγετο ὁ αὐτὸς βασιλεὺς κόμητα ἀνατολῆς Κων‐ στάντιον τὸν Ταρσέα, δοὺς αὐτῷ ἐξουσίαν κατὰ πάσης ζωῆς,</w:t>
      </w:r>
    </w:p>
    <w:p>
      <w:r>
        <w:rPr>
          <w:rFonts w:ascii="Courier New" w:hAnsi="Courier New"/>
          <w:color w:val="555555"/>
          <w:sz w:val="20"/>
        </w:rPr>
        <w:t>[5]</w:t>
      </w:r>
    </w:p>
    <w:p>
      <w:r>
        <w:rPr>
          <w:rFonts w:ascii="Gentium Plus" w:hAnsi="Gentium Plus"/>
          <w:sz w:val="24"/>
        </w:rPr>
        <w:t>ἐπειδὴ τὸ Πράσινον μέρος Ἀντιοχείας δημοκρατοῦν ἐπήρχετο τοῖς ἄρχουσιν· ὅστις Κωνστάντιος ἐποίησε τὸν δῆμον Ἀντιοχείας εἴ‐ κειν κελεύσμασιν ἀρχόντων, ἔτους χρηματίζοντος κατὰ Ἀντιό‐ χειαν φμγʹ. Ἐφίλει δὲ ὁ αὐτὸς βασιλεὺς τὸ Ῥούσιον μέρος Κωνσταντινου‐</w:t>
      </w:r>
    </w:p>
    <w:p>
      <w:r>
        <w:rPr>
          <w:rFonts w:ascii="Courier New" w:hAnsi="Courier New"/>
          <w:color w:val="555555"/>
          <w:sz w:val="20"/>
        </w:rPr>
        <w:t>[10]</w:t>
      </w:r>
    </w:p>
    <w:p>
      <w:r>
        <w:rPr>
          <w:rFonts w:ascii="Gentium Plus" w:hAnsi="Gentium Plus"/>
          <w:sz w:val="24"/>
        </w:rPr>
        <w:t>πόλεως, τοῖς δὲ Πρασίνοις καὶ Βενέτοις πανταχῇ ἐπεξήρχετο στα‐ σιάζουσιν. Ὁ δὲ αὐτὸς βασιλεὺς ἀκούσας ὅτι συνάγονται οἱ Ἴσαυροι εἰς τὴν ἰδίαν αὐτῶν χώραν τυραννῆσαι βουλόμενοι, εὐθέως ἐπεστρά‐ τευσε κατ’ αὐτῶν· καὶ ἐπολέμησεν αὐτοῖς πέμψας στρατηγοὺς</w:t>
      </w:r>
    </w:p>
    <w:p>
      <w:r>
        <w:rPr>
          <w:rFonts w:ascii="Courier New" w:hAnsi="Courier New"/>
          <w:color w:val="555555"/>
          <w:sz w:val="20"/>
        </w:rPr>
        <w:t>[15]</w:t>
      </w:r>
    </w:p>
    <w:p>
      <w:r>
        <w:rPr>
          <w:rFonts w:ascii="Gentium Plus" w:hAnsi="Gentium Plus"/>
          <w:sz w:val="24"/>
        </w:rPr>
        <w:t>Ἰωάννην τὸν ἐπίκλην κυρτόν, στρατηλάτην πραισέντου, καὶ Διο‐ γενιανὸν τὸν πατρίκιον, τὸν συγγενέα τῆς Αὐγούστας, καὶ ἄλλους μετὰ πλήθους Σκυθῶν καὶ Γοτθικῆς καὶ Βεσσικῆς χειρός. καὶ ἀνήλωσε τοὺς αὐτοὺς Ἰσαύρους καὶ ἀπώλεσε τὴν χώραν αὐτῶν καὶ τὰς πόλεις αὐτῶν κατέστρεψε καὶ πυρίκαυστα ἐποίησε τὰ κα‐</w:t>
      </w:r>
    </w:p>
    <w:p>
      <w:r>
        <w:rPr>
          <w:rFonts w:ascii="Courier New" w:hAnsi="Courier New"/>
          <w:color w:val="555555"/>
          <w:sz w:val="20"/>
        </w:rPr>
        <w:t>[20]</w:t>
      </w:r>
    </w:p>
    <w:p>
      <w:r>
        <w:rPr>
          <w:rFonts w:ascii="Gentium Plus" w:hAnsi="Gentium Plus"/>
          <w:sz w:val="24"/>
        </w:rPr>
        <w:t>στέλλια αὐτῶν, λαβὼν αἰχμαλώτους τοὺς ἐξάρχους αὐτῶν εἰς τὴν αὐτῶν τυραννίδα Λογγῖνον τὸν ἀπὸ μαγίστρων τὸν φαλακρὸν καὶ Ἀθηνόδωρον τὸν νεώτερον καὶ Λογγινίνην τὸν χωλὸν καὶ Κό‐ νωνα τὸν Φουσκιανοῦ τὸν ἀπὸ ἐπισκόπων Ἀπαμείας· ὁ δὲ Λογ‐</w:t>
      </w:r>
    </w:p>
    <w:p>
      <w:r>
        <w:rPr>
          <w:rFonts w:ascii="Courier New" w:hAnsi="Courier New"/>
          <w:color w:val="555555"/>
          <w:sz w:val="20"/>
        </w:rPr>
        <w:t>[Chron . 394]</w:t>
      </w:r>
    </w:p>
    <w:p>
      <w:r>
        <w:rPr>
          <w:rFonts w:ascii="Gentium Plus" w:hAnsi="Gentium Plus"/>
          <w:sz w:val="24"/>
        </w:rPr>
        <w:t>τησαν ἀλλήλοις τὰ ἐξέρκετα εἰς τὸ Κοτυάειον, πόλιν τῆς Φρυγίας, ἐκεῖ ἐσφάγη· καὶ μετ’ αὐτὸν Κόνων ὁ Φουσκιανοῦ λόγχῃ βληθεὶς ἔπεσε. καὶ τραπέντες οἱ Ἴσαυροι εἰς φυγὴν συνελήφθησαν τότε καὶ οἱ λοιποὶ ἔξαρχοι ζῶντες· καὶ ἀπεκεφαλίσθησαν καὶ ἀνηνέ‐</w:t>
      </w:r>
    </w:p>
    <w:p>
      <w:r>
        <w:rPr>
          <w:rFonts w:ascii="Courier New" w:hAnsi="Courier New"/>
          <w:color w:val="555555"/>
          <w:sz w:val="20"/>
        </w:rPr>
        <w:t>[5]</w:t>
      </w:r>
    </w:p>
    <w:p>
      <w:r>
        <w:rPr>
          <w:rFonts w:ascii="Gentium Plus" w:hAnsi="Gentium Plus"/>
          <w:sz w:val="24"/>
        </w:rPr>
        <w:t>χθησαν αἱ κεφαλαὶ αὐτῶν τῷ αὐτῷ Ἀναστασίῳ βασιλεῖ. καὶ με‐ τὰ τὴν αὐτὴν νίκην ἔδωκε δωρεὰς τοῖς ὑποτελέσι πᾶσι τοῖς ὑπὸ τὴν αὐτοῦ βασιλείαν. Ὁ δὲ θειότατος βασιλεὺς Ἀναστάσιος ἐποίησε χρυσοτέλειαν τῶν ἰούγων τοῖς συντελεσταῖς πᾶσι διὰ τὸ μὴ ἀπαιτεῖσθαι τὰ εἴδη</w:t>
      </w:r>
    </w:p>
    <w:p>
      <w:r>
        <w:rPr>
          <w:rFonts w:ascii="Courier New" w:hAnsi="Courier New"/>
          <w:color w:val="555555"/>
          <w:sz w:val="20"/>
        </w:rPr>
        <w:t>[10]</w:t>
      </w:r>
    </w:p>
    <w:p>
      <w:r>
        <w:rPr>
          <w:rFonts w:ascii="Gentium Plus" w:hAnsi="Gentium Plus"/>
          <w:sz w:val="24"/>
        </w:rPr>
        <w:t>καὶ διατρέφεσθαι ὑπὸ τῶν στρατιωτῶν. Ἐπὶ δὲ τῆς αὐτοῦ βασιλείας οἱ δῆμοι Κωνσταντινουπόλεως τῶν Πρασίνων ἱππικοῦ ἀγομένου παρεκάλουν τὸν βασιλέα ἀπο‐ λυθῆναί τινας συσχεθέντας παρὰ τοῦ ἐπάρχου τῆς πόλεως ὡς λιθοβολήσαντας· καὶ οὐ παρεκλήθη ὑπὸ τοῦ δήμου ὁ αὐτὸς βα‐</w:t>
      </w:r>
    </w:p>
    <w:p>
      <w:r>
        <w:rPr>
          <w:rFonts w:ascii="Courier New" w:hAnsi="Courier New"/>
          <w:color w:val="555555"/>
          <w:sz w:val="20"/>
        </w:rPr>
        <w:t>[15]</w:t>
      </w:r>
    </w:p>
    <w:p>
      <w:r>
        <w:rPr>
          <w:rFonts w:ascii="Gentium Plus" w:hAnsi="Gentium Plus"/>
          <w:sz w:val="24"/>
        </w:rPr>
        <w:t>σιλεύς, ἀλλὰ ἀγανακτήσας ἐκέλευσεν ἄρμα κατ’ αὐτῶν ἐξελθεῖν, καὶ ἐγένετο μεγάλη ἀταξία. καὶ κατῆλθον οἱ δῆμοι κατὰ τῶν ἐξκου‐ βιτόρων καὶ ἐλθόντες ἐπὶ τὸ κάθισμα ἔῤῥιψαν [λίθους κατὰ τοῦ βασιλέως Ἀναστασίου, ἐν οἷς εἷς Μαῦρος ἔῤῥιψε] λίθον κατὰ τοῦ βασιλέως· καὶ ἀναστὰς ὁ βασιλεὺς ἐξέφυγε τὸν λίθον. καὶ θεα‐</w:t>
      </w:r>
    </w:p>
    <w:p>
      <w:r>
        <w:rPr>
          <w:rFonts w:ascii="Courier New" w:hAnsi="Courier New"/>
          <w:color w:val="555555"/>
          <w:sz w:val="20"/>
        </w:rPr>
        <w:t>[20]</w:t>
      </w:r>
    </w:p>
    <w:p>
      <w:r>
        <w:rPr>
          <w:rFonts w:ascii="Gentium Plus" w:hAnsi="Gentium Plus"/>
          <w:sz w:val="24"/>
        </w:rPr>
        <w:t>σάμενοι οἱ ἐξκουβίτορες τὴν τοῦ ἀνδρὸς τόλμαν, ὥρμησαν κατ’ αὐτοῦ καὶ ἔκοψαν αὐτὸν κατὰ μέλος· καὶ οὕτως ἀπέδωκε τὴν ψυχήν. ὁ δὲ δῆμος στενωθεὶς ἔβαλε πῦρ εἰς τὴν λεγομένην Χαλ‐</w:t>
      </w:r>
    </w:p>
    <w:p>
      <w:r>
        <w:rPr>
          <w:rFonts w:ascii="Courier New" w:hAnsi="Courier New"/>
          <w:color w:val="555555"/>
          <w:sz w:val="20"/>
        </w:rPr>
        <w:t>[Chron . 395]</w:t>
      </w:r>
    </w:p>
    <w:p>
      <w:r>
        <w:rPr>
          <w:rFonts w:ascii="Gentium Plus" w:hAnsi="Gentium Plus"/>
          <w:sz w:val="24"/>
        </w:rPr>
        <w:t>σματος, καὶ ὁ ἔμβολος δὲ ὁ δημόσιος ἕως τοῦ Ἑξαϊππίου καὶ τοῦ φόρου Κωνσταντίνου ἅπας καυθεὶς κατηνέχθη, πανταχῇ διακοπῶν γενομένων. πολλῶν δὲ συσχεθέντων καὶ τιμωρηθέντων ἐγένετο ἡσυχία, προαχθέντος ἐπάρχου πόλεως Πλάτωνος, ὃς ὑπῆρχε πά‐</w:t>
      </w:r>
    </w:p>
    <w:p>
      <w:r>
        <w:rPr>
          <w:rFonts w:ascii="Courier New" w:hAnsi="Courier New"/>
          <w:color w:val="555555"/>
          <w:sz w:val="20"/>
        </w:rPr>
        <w:t>[5]</w:t>
      </w:r>
    </w:p>
    <w:p>
      <w:r>
        <w:rPr>
          <w:rFonts w:ascii="Gentium Plus" w:hAnsi="Gentium Plus"/>
          <w:sz w:val="24"/>
        </w:rPr>
        <w:t>τρων τοῦ Πρασίνου μέρους. Ἐπὶ δὲ τῆς αὐτοῦ βασιλείας ἀνεφάνη τις ἀνὴρ ἐν Ἀντιοχείᾳ τῇ μεγάλῃ, ὢν ἀπὸ πόλεως Ἀμίδης, ὀνόματι Ἰωάννης Ἰσθμέος, χειμευτὴς ὑπάρχων καὶ φοβερὸς ἐπιθέτης· καὶ λάθρᾳ εἰσήρχετο εἰς τὰ ἀργυροπρατεῖα καὶ ὑπεδείκνυεν αὐτοῖς χεῖρας ἀνδριάντων</w:t>
      </w:r>
    </w:p>
    <w:p>
      <w:r>
        <w:rPr>
          <w:rFonts w:ascii="Courier New" w:hAnsi="Courier New"/>
          <w:color w:val="555555"/>
          <w:sz w:val="20"/>
        </w:rPr>
        <w:t>[10]</w:t>
      </w:r>
    </w:p>
    <w:p>
      <w:r>
        <w:rPr>
          <w:rFonts w:ascii="Gentium Plus" w:hAnsi="Gentium Plus"/>
          <w:sz w:val="24"/>
        </w:rPr>
        <w:t>καὶ πόδας χρυσοῦς καὶ ἄλλα ζώδια, λέγων ὅτι Θησαυρὸν γέμοντα τοιαῦτα ζώδια ὄβρυζα ηὗρον. καὶ ἐκ τούτου ἠπάτησε πολλοὺς καὶ ἐκόμβωσε πολλὰ χρήματα· ᾧτινι παρωνύμην ἔθηκαν οἱ Ἀν‐ τιοχεῖς Βαγουλάν, ὅ ἐστι γοργὸς ἐπιθέτης. καὶ λαθὼν πάντας ἔφυγεν ἐν Κωνσταντινουπόλει καὶ ἐκόμβωσε κἀκεῖ πολλοὺς ἀργυ‐</w:t>
      </w:r>
    </w:p>
    <w:p>
      <w:r>
        <w:rPr>
          <w:rFonts w:ascii="Courier New" w:hAnsi="Courier New"/>
          <w:color w:val="555555"/>
          <w:sz w:val="20"/>
        </w:rPr>
        <w:t>[15]</w:t>
      </w:r>
    </w:p>
    <w:p>
      <w:r>
        <w:rPr>
          <w:rFonts w:ascii="Gentium Plus" w:hAnsi="Gentium Plus"/>
          <w:sz w:val="24"/>
        </w:rPr>
        <w:t>ροπράτας, ὥστε γνωσθῆναι τῷ βασιλεῖ. καὶ συσχεθεὶς εἰσήχθη πρὸς τὸν βασιλέα, καὶ προσήνεγκεν αὐτῷ χαλινὸν ἵππου ὁλόχρυσον, διὰ μαργαριτῶν ὂν τὸ κούρκωμον αὐτοῦ. καὶ λαβὼν αὐτὸ ὁ βα‐ σιλεὺς Ἀναστάσιος λέγει αὐτῷ, Ἐμὲ οὐ κομβώσεις· καὶ ἐξώρισεν αὐτὸν εἰς Πέτρας, κἀκεῖ τελευτᾷ.</w:t>
      </w:r>
    </w:p>
    <w:p>
      <w:r>
        <w:rPr>
          <w:rFonts w:ascii="Courier New" w:hAnsi="Courier New"/>
          <w:color w:val="555555"/>
          <w:sz w:val="20"/>
        </w:rPr>
        <w:t>[20]</w:t>
      </w:r>
    </w:p>
    <w:p>
      <w:r>
        <w:rPr>
          <w:rFonts w:ascii="Gentium Plus" w:hAnsi="Gentium Plus"/>
          <w:sz w:val="24"/>
        </w:rPr>
        <w:t>Ἐν δὲ τῷ αὐτῷ χρόνῳ τῆς αὐτοῦ βασιλείας ἐπὶ τῆς ὑπα‐ τείας τοῦ αὐτοῦ βασιλέως Ἀναστασίου ὡς τὸ τρίτον κατῆλθεν</w:t>
      </w:r>
    </w:p>
    <w:p>
      <w:r>
        <w:rPr>
          <w:rFonts w:ascii="Courier New" w:hAnsi="Courier New"/>
          <w:color w:val="555555"/>
          <w:sz w:val="20"/>
        </w:rPr>
        <w:t>[Chron . 396]</w:t>
      </w:r>
    </w:p>
    <w:p>
      <w:r>
        <w:rPr>
          <w:rFonts w:ascii="Gentium Plus" w:hAnsi="Gentium Plus"/>
          <w:sz w:val="24"/>
        </w:rPr>
        <w:t>ρίων Κωνσταντινουπόλεως· καὶ ἐδόθη εἰς τὸ Πράσινον μέρος Ἀντιοχείας ἐπὶ Βασιλείου κόμητος Αἰδεσινοῦ· καὶ παρέλαβε τὸν σταῦλον τοῦ Πρασίνου μέρους λιπόμενον, καὶ ἐνίκησε κατὰ κράτος. καὶ μετ’ ὀλίγον καιρὸν ἐπετελέσθη ἐν τῇ Δάφνῃ Ἀντιο‐</w:t>
      </w:r>
    </w:p>
    <w:p>
      <w:r>
        <w:rPr>
          <w:rFonts w:ascii="Courier New" w:hAnsi="Courier New"/>
          <w:color w:val="555555"/>
          <w:sz w:val="20"/>
        </w:rPr>
        <w:t>[5]</w:t>
      </w:r>
    </w:p>
    <w:p>
      <w:r>
        <w:rPr>
          <w:rFonts w:ascii="Gentium Plus" w:hAnsi="Gentium Plus"/>
          <w:sz w:val="24"/>
        </w:rPr>
        <w:t>χείας κατὰ τὸ ἔθος ἡ συνήθεια τῶν Ὀλυμπίων ἡ λεγομένη· καὶ τοῦ πλήθους τῶν Ἀντιοχέων ἀνελθόντος ἐν Δάφνῃ, οἱ ἐκ τῆς εἰσελασίας ὁρμήσαντες μετὰ τοῦ ἡνιόχου Καλλιόπα κα‐ τελθόντες ἐν τῇ συναγωγῇ τῶν Ἰουδαίων τῇ οὔσῃ ἐν τῇ αὐτῇ Δάφνῃ ἐνέπρησαν αὐτήν, πραιδεύσαντες πάντα ὅσα ἦν ἐν τῇ</w:t>
      </w:r>
    </w:p>
    <w:p>
      <w:r>
        <w:rPr>
          <w:rFonts w:ascii="Courier New" w:hAnsi="Courier New"/>
          <w:color w:val="555555"/>
          <w:sz w:val="20"/>
        </w:rPr>
        <w:t>[10]</w:t>
      </w:r>
    </w:p>
    <w:p>
      <w:r>
        <w:rPr>
          <w:rFonts w:ascii="Gentium Plus" w:hAnsi="Gentium Plus"/>
          <w:sz w:val="24"/>
        </w:rPr>
        <w:t>συναγωγῇ καὶ ἐφόνευσαν πολλούς, μηνὶ ἰουλίῳ θʹ, ἰνδικτιῶνος ιεʹ· καὶ πήξαντες ἐκεῖ τὸν τίμιον σταυρὸν ἐποίησαν γενέσθαι μαρτύριον τοῦ ἁγίου Λεοντίου. τούτων δὲ γνωσθέντων τῷ αὐ‐ τῷ Ἀναστασίῳ βασιλεῖ, προηγάγετο κόμητα ἀνατολῆς τὸν ἀπὸ κομμερκιαρίων Προκόπιον τὸν Ἀντιοχέα· ὅστις κατήνεγκε μεθ’</w:t>
      </w:r>
    </w:p>
    <w:p>
      <w:r>
        <w:rPr>
          <w:rFonts w:ascii="Courier New" w:hAnsi="Courier New"/>
          <w:color w:val="555555"/>
          <w:sz w:val="20"/>
        </w:rPr>
        <w:t>[15]</w:t>
      </w:r>
    </w:p>
    <w:p>
      <w:r>
        <w:rPr>
          <w:rFonts w:ascii="Gentium Plus" w:hAnsi="Gentium Plus"/>
          <w:sz w:val="24"/>
        </w:rPr>
        <w:t>ἑαυτοῦ ἀπὸ θείου τύπου νυκτέπαρχον Μηνᾶν ὀνόματι, Βυζάν‐ τιον. καὶ ταραχῆς γενομένης παρὰ τῶν τοῦ Πρασίνου μέρους, ἐβουλήθη ὁ αὐτὸς Μηνᾶς κατασχεῖν τινας τῶν ἀτάκτων· καὶ γνόντες ἐκεῖνοι προσέφυγον εἰς τὸν ἅγιον Ἰωάννην ἔξω τῆς πό‐ λεως. καὶ γνοὺς τοῦτο ὁ νυκτέπαρχος ἐν τῷ μεσημβρίῳ ἀπῆλ‐</w:t>
      </w:r>
    </w:p>
    <w:p>
      <w:r>
        <w:rPr>
          <w:rFonts w:ascii="Courier New" w:hAnsi="Courier New"/>
          <w:color w:val="555555"/>
          <w:sz w:val="20"/>
        </w:rPr>
        <w:t>[20]</w:t>
      </w:r>
    </w:p>
    <w:p>
      <w:r>
        <w:rPr>
          <w:rFonts w:ascii="Gentium Plus" w:hAnsi="Gentium Plus"/>
          <w:sz w:val="24"/>
        </w:rPr>
        <w:t>θε μετὰ Γοτθικῆς βοηθείας εἰς τὸν ἅγιον Ἰωάννην· καὶ ἐξαίφνης εἰσῆλθεν εἰς τὸν ἅγιον οἶκον, καὶ εὗρεν ἐκεῖ ὑποκάτω τῆς ἁγίας τραπέζης τοῦ θυσιαστηρίου τινὰ τῶν ἀτάκτων ὀνόματι Ἐλευ‐</w:t>
      </w:r>
    </w:p>
    <w:p>
      <w:r>
        <w:rPr>
          <w:rFonts w:ascii="Courier New" w:hAnsi="Courier New"/>
          <w:color w:val="555555"/>
          <w:sz w:val="20"/>
        </w:rPr>
        <w:t>[Chron . 397]</w:t>
      </w:r>
    </w:p>
    <w:p>
      <w:r>
        <w:rPr>
          <w:rFonts w:ascii="Gentium Plus" w:hAnsi="Gentium Plus"/>
          <w:sz w:val="24"/>
        </w:rPr>
        <w:t>ρίου τὸ λείψανον αὐτοῦ, ἀπεκεφάλισεν· ὥστε τὸ ἅγιον θυσια‐ στήριον πληρωθῆναι αἵματος. καὶ λαβὼν τὴν κεφαλὴν εἰσήρχε‐ το ἐπὶ τὴν πόλιν Ἀντιόχειαν· καὶ ἐλθὼν ἕως τῆς γεφύρης τοῦ Ὀρόντου ποταμοῦ ἔῤῥιψε τὴν κεφαλὴν εἰς τὸν ποταμόν. καὶ</w:t>
      </w:r>
    </w:p>
    <w:p>
      <w:r>
        <w:rPr>
          <w:rFonts w:ascii="Courier New" w:hAnsi="Courier New"/>
          <w:color w:val="555555"/>
          <w:sz w:val="20"/>
        </w:rPr>
        <w:t>[5]</w:t>
      </w:r>
    </w:p>
    <w:p>
      <w:r>
        <w:rPr>
          <w:rFonts w:ascii="Gentium Plus" w:hAnsi="Gentium Plus"/>
          <w:sz w:val="24"/>
        </w:rPr>
        <w:t>εἰσῆλθεν ἔγγιστα Προκοπίου τοῦ κόμητος τῆς ἀνατολῆς, διηγού‐ μενος αὐτῷ τὰ συμβάντα. καὶ μετὰ τὸ μεσημβρινὸν ἐγνώσθη τοῦτο τοῖς Πρασίνοις· καὶ ἐξελθόντες εἰς τὸν ἅγιον Ἰωάννην εὗ‐ ρον τὸν κορμὸν Ἐλευθερίου. καὶ λαβόντες εἰς κραβαταρέαν τὸ λείψανον αὐτοῦ, εἰσήγαγον εἰς τὴν πόλιν βαστάζοντες αὐτό. καὶ</w:t>
      </w:r>
    </w:p>
    <w:p>
      <w:r>
        <w:rPr>
          <w:rFonts w:ascii="Courier New" w:hAnsi="Courier New"/>
          <w:color w:val="555555"/>
          <w:sz w:val="20"/>
        </w:rPr>
        <w:t>[10]</w:t>
      </w:r>
    </w:p>
    <w:p>
      <w:r>
        <w:rPr>
          <w:rFonts w:ascii="Gentium Plus" w:hAnsi="Gentium Plus"/>
          <w:sz w:val="24"/>
        </w:rPr>
        <w:t>ὑπηντήθησαν κατέναντι τῆς λεγομένης Ῥουφίνου βασιλικῆς ἐπὶ τὸ λουτρὸν τὸ λεγόμενον τῶν Ὀλβίης· καὶ συμβαλόντες εἰς τὴν ῥύμην τῶν θαλασσίων μετὰ τῆς βοηθείας καὶ τοῦ νυκτεπάρχου καὶ τῶν τοῦ Βενέτου μέρους δημοτῶν μάχην, περιεγένετο ὁ δῆ‐ μος τοῦ Πρασίνου μέρους· καὶ παραλαβόντες τὴν Ῥουφίνου βα‐</w:t>
      </w:r>
    </w:p>
    <w:p>
      <w:r>
        <w:rPr>
          <w:rFonts w:ascii="Courier New" w:hAnsi="Courier New"/>
          <w:color w:val="555555"/>
          <w:sz w:val="20"/>
        </w:rPr>
        <w:t>[15]</w:t>
      </w:r>
    </w:p>
    <w:p>
      <w:r>
        <w:rPr>
          <w:rFonts w:ascii="Gentium Plus" w:hAnsi="Gentium Plus"/>
          <w:sz w:val="24"/>
        </w:rPr>
        <w:t>σιλικὴν καὶ τὴν λεγομένην Ζηνοδότου ἔβαλον πῦρ, καὶ ἐκαύθη πᾶσα ἡ Ῥουφίνου καὶ τὰ δύο τετράπυλα τὰ ἐντεῦθεν κἀκεῖθεν καὶ τὸ πραιτώριον τοῦ κόμητος τῆς ἀνατολῆς, καὶ πάντα κατη‐ νέχθη ὑπὸ τοῦ πυρὸς διαφθαρέντα. καὶ ἔφυγεν ὁ κόμης τῆς ἀνατολῆς εἰς Ἀλεξάνδρειαν τὴν Καμβύσου. καὶ πιάσαντες οἱ ἀπὸ</w:t>
      </w:r>
    </w:p>
    <w:p>
      <w:r>
        <w:rPr>
          <w:rFonts w:ascii="Courier New" w:hAnsi="Courier New"/>
          <w:color w:val="555555"/>
          <w:sz w:val="20"/>
        </w:rPr>
        <w:t>[20]</w:t>
      </w:r>
    </w:p>
    <w:p>
      <w:r>
        <w:rPr>
          <w:rFonts w:ascii="Gentium Plus" w:hAnsi="Gentium Plus"/>
          <w:sz w:val="24"/>
        </w:rPr>
        <w:t>τοῦ Πρασίνου μέρους τὸν νυκτέπαρχον Μηνᾶν καὶ ἀνακείραντες αὐτόν, ἐξέβαλον τὰ συκότια αὐτοῦ. καὶ μετὰ τὸ σῦραι τὸ λεί‐ ψανον αὐτοῦ ἐκρέμασαν αὐτὸ ἐν τῷ ἑστῶτι χαλκῷ ἀνδριάντι</w:t>
      </w:r>
    </w:p>
    <w:p>
      <w:r>
        <w:rPr>
          <w:rFonts w:ascii="Courier New" w:hAnsi="Courier New"/>
          <w:color w:val="555555"/>
          <w:sz w:val="20"/>
        </w:rPr>
        <w:t>[Chron . 398]</w:t>
      </w:r>
    </w:p>
    <w:p>
      <w:r>
        <w:rPr>
          <w:rFonts w:ascii="Gentium Plus" w:hAnsi="Gentium Plus"/>
          <w:sz w:val="24"/>
        </w:rPr>
        <w:t>γόντες τὸ λείψανον, σύραντες ἔξω τῆς πόλεως Ἀντιοχείας ἔκαυ‐ σαν φρυγάνοις. ὁ δὲ βασιλεὺς Ἀναστάσιος διδαχθεὶς προεχει‐ ρίσατο κόμητα ἀνατολῆς Εἰρηναῖον τὸν Πενταδιαστήν, Ἀντιο‐ χέα· καὶ ἐποίησεν ἐκδίκησιν καὶ φόβον ἐν τῇ πόλει.</w:t>
      </w:r>
    </w:p>
    <w:p>
      <w:r>
        <w:rPr>
          <w:rFonts w:ascii="Courier New" w:hAnsi="Courier New"/>
          <w:color w:val="555555"/>
          <w:sz w:val="20"/>
        </w:rPr>
        <w:t>[5]</w:t>
      </w:r>
    </w:p>
    <w:p>
      <w:r>
        <w:rPr>
          <w:rFonts w:ascii="Gentium Plus" w:hAnsi="Gentium Plus"/>
          <w:sz w:val="24"/>
        </w:rPr>
        <w:t>Ὁ δὲ αὐτὸς βασιλεὺς ἐκούφισε τὴν λειτουργίαν τοῦ λεγομένου χρυσαργύρου πᾶσαν διαιωνίζουσαν ἀπὸ θείου τύπου, ἥτις ἐστὶ μεγάλη καὶ φοβερὰ φιλοτιμία, ἀντεισάξας ταῖς θείαις λαργιτιῶσι πρόσοδον ἀντ’ αὐτοῦ ἐκ τῶν ἰδίων αὐτοῦ. Ἔκτισε δὲ ὁ αὐτὸς βασιλεὺς ἐν Ἀντιοχείᾳ καὶ τὴν λεγομένην</w:t>
      </w:r>
    </w:p>
    <w:p>
      <w:r>
        <w:rPr>
          <w:rFonts w:ascii="Courier New" w:hAnsi="Courier New"/>
          <w:color w:val="555555"/>
          <w:sz w:val="20"/>
        </w:rPr>
        <w:t>[10]</w:t>
      </w:r>
    </w:p>
    <w:p>
      <w:r>
        <w:rPr>
          <w:rFonts w:ascii="Gentium Plus" w:hAnsi="Gentium Plus"/>
          <w:sz w:val="24"/>
        </w:rPr>
        <w:t>Ῥουφίνου καὶ κατὰ πόλιν τῆς Ῥωμανίας διάφορα κτίσματα. Ἐπὶ δὲ τῆς αὐτοῦ βασιλείας παρελήφθη Ἄμιδα, μητρόπολις ὀχυρὰ πάνυ τῆς Μεσοποταμίας, καὶ Θεοδοσιούπολις, πολέμῳ ληφθεῖσα ὑπὸ Κωάδου, βασιλέως Περσῶν, ἐπελθόντος τοῦ βασι‐ λέως μετὰ δυνάμεως πολλῆς. ἔλαβε δὲ παραλήπτους ὁ αὐτὸς</w:t>
      </w:r>
    </w:p>
    <w:p>
      <w:r>
        <w:rPr>
          <w:rFonts w:ascii="Courier New" w:hAnsi="Courier New"/>
          <w:color w:val="555555"/>
          <w:sz w:val="20"/>
        </w:rPr>
        <w:t>[15]</w:t>
      </w:r>
    </w:p>
    <w:p>
      <w:r>
        <w:rPr>
          <w:rFonts w:ascii="Gentium Plus" w:hAnsi="Gentium Plus"/>
          <w:sz w:val="24"/>
        </w:rPr>
        <w:t>βασιλεὺς Περσῶν Κωνσταντῖνον, στρατηγὸν Ῥωμαίων δυνατόν, φυλάττοντα τὴν αὐτὴν Θεοδοσιούπολιν, καὶ ἄλλους δὲ πολλούς· οἵτινες καὶ ἐτελεύτησαν ἐν τοῖς Περσικοῖς μέρεσι. καὶ ἐπεστρά‐ τευσε κατὰ Περσῶν ὁ αὐτὸς Ἀναστάσιος βασιλεύς, πέμψας Ἀρεό‐ βινδον τὸν Δαγαλαΐφου υἱόν, στρατηλάτην ἀνατολῆς, τὸν ἄν‐</w:t>
      </w:r>
    </w:p>
    <w:p>
      <w:r>
        <w:rPr>
          <w:rFonts w:ascii="Courier New" w:hAnsi="Courier New"/>
          <w:color w:val="555555"/>
          <w:sz w:val="20"/>
        </w:rPr>
        <w:t>[20]</w:t>
      </w:r>
    </w:p>
    <w:p>
      <w:r>
        <w:rPr>
          <w:rFonts w:ascii="Gentium Plus" w:hAnsi="Gentium Plus"/>
          <w:sz w:val="24"/>
        </w:rPr>
        <w:t>δρα Ἰουλιάνας, καὶ Πατρίκιν, στρατηλάτην τοῦ μεγάλου πραισέν‐ του, καὶ Ὑπάτην, στρατηλάτην πραισέντου, τὸν υἱὸν Σεκουνδί‐ νου τοῦ πατρικίου, καὶ τὸν πατρίκιον Ἀππίονα, ποιήσας αὐτὸν</w:t>
      </w:r>
    </w:p>
    <w:p>
      <w:r>
        <w:rPr>
          <w:rFonts w:ascii="Courier New" w:hAnsi="Courier New"/>
          <w:color w:val="555555"/>
          <w:sz w:val="20"/>
        </w:rPr>
        <w:t>[Chron . 399]</w:t>
      </w:r>
    </w:p>
    <w:p>
      <w:r>
        <w:rPr>
          <w:rFonts w:ascii="Gentium Plus" w:hAnsi="Gentium Plus"/>
          <w:sz w:val="24"/>
        </w:rPr>
        <w:t>μετ’ αὐτῶν πεζικῆς καὶ ἱππικῆς δυνάμεως. καὶ συνέβαλον μετ’ ἀλλήλων τὰ ἀμφότερα τάγματα, καὶ ἐσφάγησαν πολλοὶ καὶ ἔπε‐ σαν ἐξ ἀμφοτέρων τῶν μερῶν· περὶ οὗ πολέμου Εὐστάθιος ὁ σο‐ φώτατος χρονογράφος συνεγράψατο· ὅστις καὶ εὐθέως ἐτελεύτη‐</w:t>
      </w:r>
    </w:p>
    <w:p>
      <w:r>
        <w:rPr>
          <w:rFonts w:ascii="Courier New" w:hAnsi="Courier New"/>
          <w:color w:val="555555"/>
          <w:sz w:val="20"/>
        </w:rPr>
        <w:t>[5]</w:t>
      </w:r>
    </w:p>
    <w:p>
      <w:r>
        <w:rPr>
          <w:rFonts w:ascii="Gentium Plus" w:hAnsi="Gentium Plus"/>
          <w:sz w:val="24"/>
        </w:rPr>
        <w:t>σε, μήτε εἰς τέλειον τὴν ἔκθεσιν αὐτοῦ συντάξας. ὁ δὲ αὐτὸς βα‐ σιλεὺς Ἀναστάσιος μετεστείλατο τὸν στρατηλάτην Ὑπάτιον τὸν Σεκουνδίνου ἐν Κωνσταντινουπόλει, καὶ ἔπεμψεν ἀντ’ αὐτοῦ τὸν ἐνδοξότατον Κέλερα τὸν Ἰλλυριόν, ἄνδρα σοφόν· καὶ ἀνεδόθη‐ σαν αἱ πόλεις αἱ κατεχόμεναι ὑπὸ Περσῶν διὰ τοῦ αὐτοῦ Κέλε‐</w:t>
      </w:r>
    </w:p>
    <w:p>
      <w:r>
        <w:rPr>
          <w:rFonts w:ascii="Courier New" w:hAnsi="Courier New"/>
          <w:color w:val="555555"/>
          <w:sz w:val="20"/>
        </w:rPr>
        <w:t>[10]</w:t>
      </w:r>
    </w:p>
    <w:p>
      <w:r>
        <w:rPr>
          <w:rFonts w:ascii="Gentium Plus" w:hAnsi="Gentium Plus"/>
          <w:sz w:val="24"/>
        </w:rPr>
        <w:t>ρος μαγίστρου. καὶ ἐγένετο εἰρήνη καὶ ἔνδοσις τοῦ πολέμου, καὶ ἀνεχώρησαν τὰ ἐξέρκετα καὶ ὁ στρατὸς ὅλος Ῥωμαίων τε καὶ Περσῶν. Ὁ δὲ θειότατος Ἀναστάσιος εὐθέως ἐτείχισε τὸ Δοράς, χω‐ ρίον ὄντα τῆς Μεσοποταμίας, μέγα δὲ ὄντα πάνυ καὶ ὀχυρόν,</w:t>
      </w:r>
    </w:p>
    <w:p>
      <w:r>
        <w:rPr>
          <w:rFonts w:ascii="Courier New" w:hAnsi="Courier New"/>
          <w:color w:val="555555"/>
          <w:sz w:val="20"/>
        </w:rPr>
        <w:t>[15]</w:t>
      </w:r>
    </w:p>
    <w:p>
      <w:r>
        <w:rPr>
          <w:rFonts w:ascii="Gentium Plus" w:hAnsi="Gentium Plus"/>
          <w:sz w:val="24"/>
        </w:rPr>
        <w:t>κείμενον μέσον τῶν ὅρων Ῥωμαίων τε καὶ Περσῶν· καὶ ἐποίη‐ σεν ἐν αὐτῷ δημόσια λουτρὰ δύο καὶ ἐκκλησίας καὶ ἐμβόλους καὶ ὡρεῖα εἰς ἀπόθετα σίτου καὶ κιστέρνας ὑδάτων. τὸ δὲ αὐ‐ τὸ χωρίον διὰ τοῦτο ἐκλήθη Δορὰς ὑπὸ Ἀλεξάνδρου τοῦ Μακε‐ δόνος, διότι τὸν βασιλέα Περσῶν ἐκεῖ συνελάβετο, κἀκεῖθεν ἔχει</w:t>
      </w:r>
    </w:p>
    <w:p>
      <w:r>
        <w:rPr>
          <w:rFonts w:ascii="Courier New" w:hAnsi="Courier New"/>
          <w:color w:val="555555"/>
          <w:sz w:val="20"/>
        </w:rPr>
        <w:t>[20]</w:t>
      </w:r>
    </w:p>
    <w:p>
      <w:r>
        <w:rPr>
          <w:rFonts w:ascii="Gentium Plus" w:hAnsi="Gentium Plus"/>
          <w:sz w:val="24"/>
        </w:rPr>
        <w:t>τὸ ὄνομα· νυνὶ δὲ λαβόντα δίκαιον πόλεως μετεκλήθη Ἀναστα‐</w:t>
      </w:r>
    </w:p>
    <w:p>
      <w:r>
        <w:rPr>
          <w:rFonts w:ascii="Courier New" w:hAnsi="Courier New"/>
          <w:color w:val="555555"/>
          <w:sz w:val="20"/>
        </w:rPr>
        <w:t>[Chron . 400]</w:t>
      </w:r>
    </w:p>
    <w:p>
      <w:r>
        <w:rPr>
          <w:rFonts w:ascii="Gentium Plus" w:hAnsi="Gentium Plus"/>
          <w:sz w:val="24"/>
        </w:rPr>
        <w:t>Ἐν δὲ τῇ αὐτοῦ βασιλείᾳ καθῃρέθη Εὐφήμιος ὁ πατριάρ‐ χης Κωνσταντινουπόλεως· καὶ ἐξώρισεν αὐτὸν εἰς Εὐχαΐταν ἐπὶ τὸν Πόντον ὡς Νεστοριανόν· καὶ ἐγένετο ἀντ’ αὐτοῦ πατριάρ‐ χης Κωνσταντινουπόλεως Μακεδόνιος, ὅστις καὶ αὐτὸς καθῃρέ‐</w:t>
      </w:r>
    </w:p>
    <w:p>
      <w:r>
        <w:rPr>
          <w:rFonts w:ascii="Courier New" w:hAnsi="Courier New"/>
          <w:color w:val="555555"/>
          <w:sz w:val="20"/>
        </w:rPr>
        <w:t>[5]</w:t>
      </w:r>
    </w:p>
    <w:p>
      <w:r>
        <w:rPr>
          <w:rFonts w:ascii="Gentium Plus" w:hAnsi="Gentium Plus"/>
          <w:sz w:val="24"/>
        </w:rPr>
        <w:t>θη ὡς Νεστοριανός. ὁμοίως δὲ καὶ ὁ πατριάρχης Ἀντιοχείας Φλαβιανὸς ὡς Νεστοριανὸς ἐξωρίσθη εἰς Πέτρας, πόλιν οὕτω καλουμένην, οὖσαν τῆς τρίτης Παλαιστίνης. καὶ ἐγένετο ἀντ’ αὐτοῦ Σέβηρος πατριάρχης ἐν Ἀντιοχείᾳ τῇ μεγάλῃ ἀπὸ μονα‐ ζόντων, μηνὶ νοεμβρίῳ ϛʹ, ἔτους χρηματίζοντος κατὰ τοὺς Ἀν‐</w:t>
      </w:r>
    </w:p>
    <w:p>
      <w:r>
        <w:rPr>
          <w:rFonts w:ascii="Courier New" w:hAnsi="Courier New"/>
          <w:color w:val="555555"/>
          <w:sz w:val="20"/>
        </w:rPr>
        <w:t>[10]</w:t>
      </w:r>
    </w:p>
    <w:p>
      <w:r>
        <w:rPr>
          <w:rFonts w:ascii="Gentium Plus" w:hAnsi="Gentium Plus"/>
          <w:sz w:val="24"/>
        </w:rPr>
        <w:t>τιοχεῖς φξαʹ. Ὁ δὲ αὐτὸς βασιλεὺς κουφίσας Ἰωάννην τὸν Παφλαγόνα ἐκ τοῦ τρακτεύειν τὰ δημόσια χαρτία τοῦ πραιτωρίου τῶν ἐπάρχων ἐποίησεν αὐτὸν ἀπὸ ὑπάτων, ἀντ’ αὐτοῦ ποιήσας τρακτευτὴν καὶ λογοθέτην Μαρῖνον τὸν Σύρον· ὅστις τοὺς πολιτευομένους</w:t>
      </w:r>
    </w:p>
    <w:p>
      <w:r>
        <w:rPr>
          <w:rFonts w:ascii="Courier New" w:hAnsi="Courier New"/>
          <w:color w:val="555555"/>
          <w:sz w:val="20"/>
        </w:rPr>
        <w:t>[15]</w:t>
      </w:r>
    </w:p>
    <w:p>
      <w:r>
        <w:rPr>
          <w:rFonts w:ascii="Gentium Plus" w:hAnsi="Gentium Plus"/>
          <w:sz w:val="24"/>
        </w:rPr>
        <w:t>ἅπαντας ἐπῆρε τῆς βουλῆς, καὶ ἐποίησεν ἀντ’ αὐτῶν τοὺς λεγο‐ μένους βίνδικας εἰς πᾶσαν πόλιν τῆς Ῥωμανίας. ὁ δὲ αὐτὸς βασιλεὺς προεχειρίσατο κόμητα λαργιτιώνων ἐν Κωνσταντινουπό‐ λει τὸν ἀπὸ ὑπάτων Ἰωάννην τὸν Παφλαγόνα τὸν λεγόμενον Καϊάφαν· ὅστις ἅπαν τὸ προχωρὸν κέρμα τὸ λεπτὸν ἐποίησε</w:t>
      </w:r>
    </w:p>
    <w:p>
      <w:r>
        <w:rPr>
          <w:rFonts w:ascii="Courier New" w:hAnsi="Courier New"/>
          <w:color w:val="555555"/>
          <w:sz w:val="20"/>
        </w:rPr>
        <w:t>[20]</w:t>
      </w:r>
    </w:p>
    <w:p>
      <w:r>
        <w:rPr>
          <w:rFonts w:ascii="Gentium Plus" w:hAnsi="Gentium Plus"/>
          <w:sz w:val="24"/>
        </w:rPr>
        <w:t>φολλερὰ προχωρεῖν εἰς πᾶσαν τὴν Ῥωμαϊκὴν κατάστασιν ἔκ‐ τοτε. Ὁ δὲ αὐτὸς Ἰωάννης τὰ χαλκουργήματα τῆς πλατείας Κων‐</w:t>
      </w:r>
    </w:p>
    <w:p>
      <w:r>
        <w:rPr>
          <w:rFonts w:ascii="Courier New" w:hAnsi="Courier New"/>
          <w:color w:val="555555"/>
          <w:sz w:val="20"/>
        </w:rPr>
        <w:t>[Chron . 401]</w:t>
      </w:r>
    </w:p>
    <w:p>
      <w:r>
        <w:rPr>
          <w:rFonts w:ascii="Gentium Plus" w:hAnsi="Gentium Plus"/>
          <w:sz w:val="24"/>
        </w:rPr>
        <w:t>σταντῖνος ὡς καλλιστεύοντα ἀπὸ ἑκάστης πόλεως συναγαγὼν ἤνεγκεν εἰς κόσμησιν τῆς αὐτῆς Κωνσταντινουπόλεως δι’ ἀρετῆς. ὁ δὲ αὐτὸς Ἰωάννης χωνεύσας αὐτὰ ἐποίησεν ἐξ αὐτῶν στήλην μεγάλην εἰς πᾶσαν ὑπερβολὴν τῷ αὐτῷ Ἀναστασίῳ βασιλεῖ· ἥν‐</w:t>
      </w:r>
    </w:p>
    <w:p>
      <w:r>
        <w:rPr>
          <w:rFonts w:ascii="Courier New" w:hAnsi="Courier New"/>
          <w:color w:val="555555"/>
          <w:sz w:val="20"/>
        </w:rPr>
        <w:t>[5]</w:t>
      </w:r>
    </w:p>
    <w:p>
      <w:r>
        <w:rPr>
          <w:rFonts w:ascii="Gentium Plus" w:hAnsi="Gentium Plus"/>
          <w:sz w:val="24"/>
        </w:rPr>
        <w:t>τινα ἔστησεν εἰς τὸν κίονα τὸν μέγαν, ἑστῶτα ἀργὸν εἰς τὸν φόρον τοῦ Ταύρου τοῦ λεγομένου· ὅστις κίων πρῴην μὲν εἶχε στήλην Θεοδοσίου τοῦ μεγάλου, καὶ ἦν πεσοῦσα εἰς τοὺς φόβους ἡ αὐτὴ στήλη μόνη. Ἐν αὐτῷ δὲ τῷ χρόνῳ ἐξεφώνησεν ὁ αὐτὸς βασιλεὺς διάτα‐</w:t>
      </w:r>
    </w:p>
    <w:p>
      <w:r>
        <w:rPr>
          <w:rFonts w:ascii="Courier New" w:hAnsi="Courier New"/>
          <w:color w:val="555555"/>
          <w:sz w:val="20"/>
        </w:rPr>
        <w:t>[10]</w:t>
      </w:r>
    </w:p>
    <w:p>
      <w:r>
        <w:rPr>
          <w:rFonts w:ascii="Gentium Plus" w:hAnsi="Gentium Plus"/>
          <w:sz w:val="24"/>
        </w:rPr>
        <w:t>ξιν, ὥστε μὴ ποιεῖν τινα ἔγγραφον κοπιδερμίας, μήτε δὲ αὐτὸ τὸ ὄνομα τοῦ κοπιδέρμου ὀνομάζεσθαι, μήτε τὸ πρᾶγμα γίνεσθαι, τῆς αὐτοῦ νομοθεσίας ἐχούσης οὕτως· ὅτι ἡμῖν ἐστιν εὐχὴ τοὺς ἐν ζυγῷ δουλείας ἐλευθεροῦν· πῶς οὖν ἀνεξόμεθα τοὺς ἐν ἐλευ‐ θερίᾳ ὄντας ἄγεσθαι εἰς δουλικὴν τύχην; ὁ δὲ αὐτὸς βασιλεὺς</w:t>
      </w:r>
    </w:p>
    <w:p>
      <w:r>
        <w:rPr>
          <w:rFonts w:ascii="Courier New" w:hAnsi="Courier New"/>
          <w:color w:val="555555"/>
          <w:sz w:val="20"/>
        </w:rPr>
        <w:t>[15]</w:t>
      </w:r>
    </w:p>
    <w:p>
      <w:r>
        <w:rPr>
          <w:rFonts w:ascii="Gentium Plus" w:hAnsi="Gentium Plus"/>
          <w:sz w:val="24"/>
        </w:rPr>
        <w:t>ἕτερον ἐξέθετο θεῖον τύπον, ὥστε μηδένα δίχα σάκρας τινὰ τεκνοποιεῖσθαι, μήτε ἄῤῥεν μήτε θῆλυ, ἀλλὰ ἀπὸ θείας σάκρας, διὰ τὸ καὶ τὸ τεκνοποιούμενον ἔχειν δίκαιον υἱοῦ νομίμου καὶ θυγατρὸς εἰς τὸ καὶ ἐξ ἀδιαθέτου κληρονομεῖν τὴν οὐσίαν τοῦ τεκνοποιουμένου αὐτόν.</w:t>
      </w:r>
    </w:p>
    <w:p>
      <w:r>
        <w:rPr>
          <w:rFonts w:ascii="Courier New" w:hAnsi="Courier New"/>
          <w:color w:val="555555"/>
          <w:sz w:val="20"/>
        </w:rPr>
        <w:t>[20]</w:t>
      </w:r>
    </w:p>
    <w:p>
      <w:r>
        <w:rPr>
          <w:rFonts w:ascii="Gentium Plus" w:hAnsi="Gentium Plus"/>
          <w:sz w:val="24"/>
        </w:rPr>
        <w:t>Ἐν δὲ τῷ αὐτῷ χρόνῳ τῆς αὐτοῦ βασιλείας οἱ δῆμοι Ἀλε‐ ξανδρείας τῆς μεγάλης ἐστασίασαν καὶ ἐφόνευσαν τὸν αὐγου‐ στάλιον αὐτῶν Θεοδόσιον ὀνόματι, τὸν καταγόμενον ἀπὸ Ἀν‐ τιοχείας, τὸν υἱὸν Καλλιοπίου τοῦ πατρικίου, διὰ λεῖψιν ἐλαίου,</w:t>
      </w:r>
    </w:p>
    <w:p>
      <w:r>
        <w:rPr>
          <w:rFonts w:ascii="Courier New" w:hAnsi="Courier New"/>
          <w:color w:val="555555"/>
          <w:sz w:val="20"/>
        </w:rPr>
        <w:t>[Chron . 402]</w:t>
      </w:r>
    </w:p>
    <w:p>
      <w:r>
        <w:rPr>
          <w:rFonts w:ascii="Gentium Plus" w:hAnsi="Gentium Plus"/>
          <w:sz w:val="24"/>
        </w:rPr>
        <w:t>καὶ ἀγανακτήσας ὁ αὐτὸς βασιλεὺς πολλοὺς ἐτιμωρήσατο ἐξ αὐ‐ τῶν τῶν Ἀλεξανδρέων, ὡς τυραννήσαντας τὸν ἄρχοντα αὐτῶν. Ἐπὶ δὲ τῆς αὐτοῦ βασιλείας ἐτυράννησε Βιταλιανὸς ὁ Θρᾲξ διὰ πρόφασίν τινα, φησί, λέγων ὅτι διὰ τοὺς ἐξορισθέντας ἐπι‐</w:t>
      </w:r>
    </w:p>
    <w:p>
      <w:r>
        <w:rPr>
          <w:rFonts w:ascii="Courier New" w:hAnsi="Courier New"/>
          <w:color w:val="555555"/>
          <w:sz w:val="20"/>
        </w:rPr>
        <w:t>[5]</w:t>
      </w:r>
    </w:p>
    <w:p>
      <w:r>
        <w:rPr>
          <w:rFonts w:ascii="Gentium Plus" w:hAnsi="Gentium Plus"/>
          <w:sz w:val="24"/>
        </w:rPr>
        <w:t>σκόπους. καὶ παρέλαβε τὴν Θρᾴκην καὶ Σκυθίαν καὶ Μυσίαν ἕως Ὀδησσοῦ καὶ Ἀγχιάλου, ἔχων μεθ’ ἑαυτοῦ πλῆθος Οὕννων καὶ Βουλγάρων. καὶ ἔπεμψεν ὁ αὐτὸς βασιλεὺς Ὑπάτιον τὸν στρατηλάτην Θρᾴκης· καὶ παρετάξατο αὐτῷ, καὶ προδοθεὶς παρελήφθη ὑπὸ τοῦ αὐτοῦ Βιταλιανοῦ· καὶ δοθέντων χρημάτων</w:t>
      </w:r>
    </w:p>
    <w:p>
      <w:r>
        <w:rPr>
          <w:rFonts w:ascii="Courier New" w:hAnsi="Courier New"/>
          <w:color w:val="555555"/>
          <w:sz w:val="20"/>
        </w:rPr>
        <w:t>[10]</w:t>
      </w:r>
    </w:p>
    <w:p>
      <w:r>
        <w:rPr>
          <w:rFonts w:ascii="Gentium Plus" w:hAnsi="Gentium Plus"/>
          <w:sz w:val="24"/>
        </w:rPr>
        <w:t>πολλῶν ἀνεδόθη Ῥωμαίοις. καὶ διαδεχθέντος τοῦ αὐτοῦ Ὑπα‐ τίου, μετὰ τὴν ἐν Κωνσταντινουπόλει ἐπάνοδον αὐτοῦ προήχθη ἀντ’ αὐτοῦ στρατηλάτης Θρᾴκης Κύριλλος Ἰλλυρικιανός. καὶ εὐθέως ἀπελθὼν παρετάξατο τῷ αὐτῷ Βιταλιανῷ· καὶ συνέκρου‐ σαν, καὶ ἔπεσαν πολλοὶ ἐξ ἀμφοτέρων τῶν μερῶν· καὶ περιγενό‐</w:t>
      </w:r>
    </w:p>
    <w:p>
      <w:r>
        <w:rPr>
          <w:rFonts w:ascii="Courier New" w:hAnsi="Courier New"/>
          <w:color w:val="555555"/>
          <w:sz w:val="20"/>
        </w:rPr>
        <w:t>[15]</w:t>
      </w:r>
    </w:p>
    <w:p>
      <w:r>
        <w:rPr>
          <w:rFonts w:ascii="Gentium Plus" w:hAnsi="Gentium Plus"/>
          <w:sz w:val="24"/>
        </w:rPr>
        <w:t>μενος ὁ Κύριλλος εἰσῆλθεν ἐν Ὀδησσῷ τῇ πόλει, καὶ διῆγεν ἐκεῖ, Βιταλιανοῦ ἀναχωρήσαντος ἐκ τῶν μερῶν ἐκείνων. διὰ δόσεως δὲ χρημάτων ἐξηγόρασεν ὁ αὐτὸς Βιταλιανὸς τοὺς φυλάττοντας τῆς αὐτῆς Ὀδησσοῦ πόλεως τὰς πόρτας, πέμψας διά τινων συγ‐ γενῶν τῶν αὐτῶν πορταρίων χρήματα καί τινας ἐπαγγελίας.</w:t>
      </w:r>
    </w:p>
    <w:p>
      <w:r>
        <w:rPr>
          <w:rFonts w:ascii="Courier New" w:hAnsi="Courier New"/>
          <w:color w:val="555555"/>
          <w:sz w:val="20"/>
        </w:rPr>
        <w:t>[20]</w:t>
      </w:r>
    </w:p>
    <w:p>
      <w:r>
        <w:rPr>
          <w:rFonts w:ascii="Gentium Plus" w:hAnsi="Gentium Plus"/>
          <w:sz w:val="24"/>
        </w:rPr>
        <w:t>προδοσίας δὲ γενομένης, εἰσῆλθε νυκτὸς εἰς τὴν Ὄδησσον πόλιν ὁ αὐτὸς Βιταλιανός, καὶ παρέλαβε τὸν στρατηλάτην Θρᾴκης</w:t>
      </w:r>
    </w:p>
    <w:p>
      <w:r>
        <w:rPr>
          <w:rFonts w:ascii="Courier New" w:hAnsi="Courier New"/>
          <w:color w:val="555555"/>
          <w:sz w:val="20"/>
        </w:rPr>
        <w:t>[Chron . 403]</w:t>
      </w:r>
    </w:p>
    <w:p>
      <w:r>
        <w:rPr>
          <w:rFonts w:ascii="Gentium Plus" w:hAnsi="Gentium Plus"/>
          <w:sz w:val="24"/>
        </w:rPr>
        <w:t>τὴν Θρᾴκην καὶ τὴν Εὐρώπην, ἕως οὗ ἦλθεν ἐν Σύκαις καὶ ἐπὶ τὸν ἀνάπλουν πέραν Κωνσταντινουπόλεως, βουλόμενος καὶ αὐτὴν Κωνσταντινούπολιν λαβεῖν. καὶ ἐκάθητο ἐν τῷ ἀνάπλῳ ἐπὶ τὸ λεγόμενον Σωσθένην ἐν τῷ εὐκτηρίῳ τοῦ ἀρχαγγέλου Μι‐</w:t>
      </w:r>
    </w:p>
    <w:p>
      <w:r>
        <w:rPr>
          <w:rFonts w:ascii="Courier New" w:hAnsi="Courier New"/>
          <w:color w:val="555555"/>
          <w:sz w:val="20"/>
        </w:rPr>
        <w:t>[5]</w:t>
      </w:r>
    </w:p>
    <w:p>
      <w:r>
        <w:rPr>
          <w:rFonts w:ascii="Gentium Plus" w:hAnsi="Gentium Plus"/>
          <w:sz w:val="24"/>
        </w:rPr>
        <w:t>χαήλ. ὁ δὲ βασιλεὺς Ἀναστάσιος πρῴην μὲν ἦν μεταστειλάμε‐ νος διὰ Μαρίνου τὸν φιλόσοφον Πρόκλον τὸν Ἀθηναῖον, ἄν‐ δρα περιβόητον, καὶ εἶπεν αὐτῷ ὁ βασιλεὺς Ἀναστάσιος, Τί ἔχω ποιῆσαι τῷ κυνὶ τούτῳ, ὅτι οὕτως ταράσσει με καὶ τὴν πο‐ λιτείαν, φιλόσοφε; ὁ δὲ Πρόκλος εἶπεν αὐτῷ, Μὴ ἀθυμήσεις,</w:t>
      </w:r>
    </w:p>
    <w:p>
      <w:r>
        <w:rPr>
          <w:rFonts w:ascii="Courier New" w:hAnsi="Courier New"/>
          <w:color w:val="555555"/>
          <w:sz w:val="20"/>
        </w:rPr>
        <w:t>[10]</w:t>
      </w:r>
    </w:p>
    <w:p>
      <w:r>
        <w:rPr>
          <w:rFonts w:ascii="Gentium Plus" w:hAnsi="Gentium Plus"/>
          <w:sz w:val="24"/>
        </w:rPr>
        <w:t>βασιλεῦ· φεύγει γὰρ καὶ ἀπέρχεται, ἢ μόνον πέμψεις κατ’ αὐ‐ τοῦ τινας. καὶ εὐθέως ὁ βασιλεὺς Ἀναστάσιος εἶπε Μαρίνῳ τῷ Σύρῳ τῷ ἀπὸ ἐπάρχων, ἑστῶτι πλησίον ὅτε διελέγετο ὁ βασιλεὺς τῷ φιλοσόφῳ Πρόκλῳ, ὁπλίσασθαι κατὰ τοῦ αὐτοῦ Βιταλιανοῦ, ὄντι εἰς τὸ πέραν Κωνσταντινουπόλεως. καὶ λέγει Πρόκλος ὁ</w:t>
      </w:r>
    </w:p>
    <w:p>
      <w:r>
        <w:rPr>
          <w:rFonts w:ascii="Courier New" w:hAnsi="Courier New"/>
          <w:color w:val="555555"/>
          <w:sz w:val="20"/>
        </w:rPr>
        <w:t>[15]</w:t>
      </w:r>
    </w:p>
    <w:p>
      <w:r>
        <w:rPr>
          <w:rFonts w:ascii="Gentium Plus" w:hAnsi="Gentium Plus"/>
          <w:sz w:val="24"/>
        </w:rPr>
        <w:t>φιλόσοφος ἔμπροσθεν τοῦ βασιλέως Μαρίνῳ τῷ Σύρῳ, Ὃ δί‐ δωμί σοι λάβε, καὶ ἔξελθε κατὰ τοῦ αὐτοῦ Βιταλιανοῦ. καὶ ἐκέλευσεν ὁ αὐτὸς φιλόσοφος ἐνεχθῆναι τὸ λεγόμενον θεῖον ἄπυ‐ ρον πολύ, εἰπὼν τριβῆναι αὐτὸ ὡς εἰς μῖγμα λεπτόν, καὶ δέδω‐ κε τῷ αὐτῷ Μαρίνῳ, εἰρηκὼς αὐτῷ ὅτι Ὅπου ῥίψεις ἐξ αὐτοῦ</w:t>
      </w:r>
    </w:p>
    <w:p>
      <w:r>
        <w:rPr>
          <w:rFonts w:ascii="Courier New" w:hAnsi="Courier New"/>
          <w:color w:val="555555"/>
          <w:sz w:val="20"/>
        </w:rPr>
        <w:t>[20]</w:t>
      </w:r>
    </w:p>
    <w:p>
      <w:r>
        <w:rPr>
          <w:rFonts w:ascii="Gentium Plus" w:hAnsi="Gentium Plus"/>
          <w:sz w:val="24"/>
        </w:rPr>
        <w:t>εἴτε εἰς οἶκον εἴτε ἐν πλοίῳ μετὰ τὸ ἀνατεῖλαι τὸν ἥλιον, εὐ‐ θέως ἅπτεται ὁ οἶκος ἢ τὸ πλοῖον καὶ ὑπὸ πυρὸς ἀναλίσκεται. ὁ δὲ Μαρῖνος παρεκάλεσε τὸν βασιλέα ἵνα ἕνα τῶν στρατηλα‐</w:t>
      </w:r>
    </w:p>
    <w:p>
      <w:r>
        <w:rPr>
          <w:rFonts w:ascii="Courier New" w:hAnsi="Courier New"/>
          <w:color w:val="555555"/>
          <w:sz w:val="20"/>
        </w:rPr>
        <w:t>[Chron . 404]</w:t>
      </w:r>
    </w:p>
    <w:p>
      <w:r>
        <w:rPr>
          <w:rFonts w:ascii="Gentium Plus" w:hAnsi="Gentium Plus"/>
          <w:sz w:val="24"/>
        </w:rPr>
        <w:t>στείλατο ὁ βασιλεὺς Πατρίκιον τὸν Φρύγα, τὸν στρατηλάτην, καὶ Ἰωάννην τὸν Βαλεριανῆς, καὶ εἶπεν αὐτοῖς ὁπλίσασθαι κατὰ τοῦ αὐτοῦ Βιταλιανοῦ εἰς τὸ πέραν, λαμβάνοντας πλοῖα δρο‐ μώνων καὶ στρατιώτας. καὶ ἔπεσαν ἐπὶ τοὺς πόδας τοῦ βασι‐</w:t>
      </w:r>
    </w:p>
    <w:p>
      <w:r>
        <w:rPr>
          <w:rFonts w:ascii="Courier New" w:hAnsi="Courier New"/>
          <w:color w:val="555555"/>
          <w:sz w:val="20"/>
        </w:rPr>
        <w:t>[5]</w:t>
      </w:r>
    </w:p>
    <w:p>
      <w:r>
        <w:rPr>
          <w:rFonts w:ascii="Gentium Plus" w:hAnsi="Gentium Plus"/>
          <w:sz w:val="24"/>
        </w:rPr>
        <w:t>λέως, λέγοντες ὅτι Καὶ αὐτοῦ καὶ τοῦ πατρὸς αὐτοῦ οἱ δύο ἡμεῖς φίλοι ἤμεθα· καὶ μὴ συμβῇ τινα ἀποτυχίαν γενέσθαι, καὶ ὑπονοηθῶμεν ὡς προδόται. καὶ ἀγανακτήσας κατ’ αὐτῶν ὁ βασιλεὺς ἔβαλεν αὐτοὺς ἔξω τοῦ παλατίου, καὶ κελεύσας Μαρί‐ νῳ τῷ Σύρῳ λαβεῖν τοὺς δρόμωνας καὶ τὸ θεῖον ἄπυρον καὶ</w:t>
      </w:r>
    </w:p>
    <w:p>
      <w:r>
        <w:rPr>
          <w:rFonts w:ascii="Courier New" w:hAnsi="Courier New"/>
          <w:color w:val="555555"/>
          <w:sz w:val="20"/>
        </w:rPr>
        <w:t>[10]</w:t>
      </w:r>
    </w:p>
    <w:p>
      <w:r>
        <w:rPr>
          <w:rFonts w:ascii="Gentium Plus" w:hAnsi="Gentium Plus"/>
          <w:sz w:val="24"/>
        </w:rPr>
        <w:t>τὴν στρατιωτικὴν βοήθειαν ὁπλισαμένην, καὶ ἐξελθεῖν κατὰ τοῦ αὐτοῦ Βιταλιανοῦ. ἀκούσας δὲ Βιταλιανὸς ὅτι μετὰ πολλῆς βοηθείας ἐξέρχεται ὁ Μαρῖνος κατ’ αὐτοῦ, ὅσα εὗρε πλοῖα ἐκρά‐ τησε καὶ ἐγόμωσεν αὐτὰ Οὑννικὴν καὶ Γοτθικὴν χεῖρα ὡπλισμέ‐ νους. καὶ ὥρμησεν εἰσελθεῖν εἰς Κωνσταντινούπολιν, θαῤῥῶν</w:t>
      </w:r>
    </w:p>
    <w:p>
      <w:r>
        <w:rPr>
          <w:rFonts w:ascii="Courier New" w:hAnsi="Courier New"/>
          <w:color w:val="555555"/>
          <w:sz w:val="20"/>
        </w:rPr>
        <w:t>[15]</w:t>
      </w:r>
    </w:p>
    <w:p>
      <w:r>
        <w:rPr>
          <w:rFonts w:ascii="Gentium Plus" w:hAnsi="Gentium Plus"/>
          <w:sz w:val="24"/>
        </w:rPr>
        <w:t>ὅτι πάντως αὐτὴν λαμβάνει, καὶ Μαρῖνον δὲ ἀπαντῶντα ἀνα‐ λίσκει μεθ’ ἧς ἔχει βοηθείας. ὁ δὲ Μαρῖνος ἐῤῥόγευσε τὸ θεῖον ἄπυρον, ὃ ἔδωκεν αὐτῷ ὁ φιλόσοφος, εἰς ὅλα τὰ πλοῖα τῶν δρομώ‐ νων, εἰρηκὼς τοῖς ναύταις καὶ τοῖς στρατιώταις ὅτι οὐ χρεία ὅπλων, ἀλλ’ ἵνα ῥίπτετε ἐκ τούτου εἰς τὰ ἐρχόμενα κατέναντι</w:t>
      </w:r>
    </w:p>
    <w:p>
      <w:r>
        <w:rPr>
          <w:rFonts w:ascii="Courier New" w:hAnsi="Courier New"/>
          <w:color w:val="555555"/>
          <w:sz w:val="20"/>
        </w:rPr>
        <w:t>[20]</w:t>
      </w:r>
    </w:p>
    <w:p>
      <w:r>
        <w:rPr>
          <w:rFonts w:ascii="Gentium Plus" w:hAnsi="Gentium Plus"/>
          <w:sz w:val="24"/>
        </w:rPr>
        <w:t>ὑμῶν πλοῖα καὶ καίονται. εἰ δὲ πέραν ἀπέλθωμεν εἰς τοὺς οἴ‐ κους, ἔνθα εἰσὶν οἱ ἐχθροὶ τοῦ βασιλέως, ἐκεῖ ῥίψατε. ὁ δὲ</w:t>
      </w:r>
    </w:p>
    <w:p>
      <w:r>
        <w:rPr>
          <w:rFonts w:ascii="Courier New" w:hAnsi="Courier New"/>
          <w:color w:val="555555"/>
          <w:sz w:val="20"/>
        </w:rPr>
        <w:t>[Chron . 405]</w:t>
      </w:r>
    </w:p>
    <w:p>
      <w:r>
        <w:rPr>
          <w:rFonts w:ascii="Gentium Plus" w:hAnsi="Gentium Plus"/>
          <w:sz w:val="24"/>
        </w:rPr>
        <w:t>τοῦ πυρὸς τὰ πλοῖα καὶ ποντίζονται αὔτανδρα, παρήγγειλεν αὐτοῖς ῥίπτειν· καὶ ὥρμησεν εἰς τὸ πέραν κατὰ Βιταλιανοῦ καὶ τῶν ἀν‐ θρώπων αὐτοῦ. καὶ κατήντησαν καὶ τὰ πλοῖα Βιταλιανοῦ, καὶ εὑρέθησαν ἔγγιστα ἀλλήλων κατέναντι τῆς ἁγίας Θέκλης τῆς ἐν Σύ‐</w:t>
      </w:r>
    </w:p>
    <w:p>
      <w:r>
        <w:rPr>
          <w:rFonts w:ascii="Courier New" w:hAnsi="Courier New"/>
          <w:color w:val="555555"/>
          <w:sz w:val="20"/>
        </w:rPr>
        <w:t>[5]</w:t>
      </w:r>
    </w:p>
    <w:p>
      <w:r>
        <w:rPr>
          <w:rFonts w:ascii="Gentium Plus" w:hAnsi="Gentium Plus"/>
          <w:sz w:val="24"/>
        </w:rPr>
        <w:t>καις εἰς τὸν τόπον τοῦ ῥεύματος ὅπου λέγεται τὸ βυθάριν. καὶ γί‐ νεται ἐκεῖ ἡ ναυμαχία ὥραν τρίτην τῆς ἡμέρας· καὶ ἀνήφθησαν ἐξαίφνης ὑπὸ πυρὸς τὰ πλοῖα ἅπαντα Βιταλιανοῦ τοῦ τυράννου καὶ ἐποντίσθησαν εἰς τὸν βυθὸν τοῦ ῥεύματος μεθ’ ὧν εἶχον Γότθων καὶ Οὕννων καὶ Σκυθῶν στρατιωτῶν συνεπομένων αὐτῷ. ὁ δὲ Βι‐</w:t>
      </w:r>
    </w:p>
    <w:p>
      <w:r>
        <w:rPr>
          <w:rFonts w:ascii="Courier New" w:hAnsi="Courier New"/>
          <w:color w:val="555555"/>
          <w:sz w:val="20"/>
        </w:rPr>
        <w:t>[10]</w:t>
      </w:r>
    </w:p>
    <w:p>
      <w:r>
        <w:rPr>
          <w:rFonts w:ascii="Gentium Plus" w:hAnsi="Gentium Plus"/>
          <w:sz w:val="24"/>
        </w:rPr>
        <w:t>ταλιανὸς καὶ οἱ εἰς τὰ ἄλλα πλοῖα προσεσχηκότες τὸ γεγονός, ὅτι ὑπὸ πυρὸς αἰφνίδιον ἀνάπτονται τὰ ἑαυτῶν πλοῖα, ἔφυγον καὶ ὑπέ‐ στρεψαν ἐπὶ τὸν ἀνάπλουν. Μαρῖνος δὲ ὁ ἀπὸ ἐπάρχων περά‐ σας ἐν Σύκαις, ὅσους εὗρε τῶν Βιταλιανοῦ εἰς τὰ προάστεια ἢ εἰς οἴκους, ἀνεῖλε, καταδιώκων αὐτοὺς ἕως τοῦ ἁγίου Μάμαντος·</w:t>
      </w:r>
    </w:p>
    <w:p>
      <w:r>
        <w:rPr>
          <w:rFonts w:ascii="Courier New" w:hAnsi="Courier New"/>
          <w:color w:val="555555"/>
          <w:sz w:val="20"/>
        </w:rPr>
        <w:t>[15]</w:t>
      </w:r>
    </w:p>
    <w:p>
      <w:r>
        <w:rPr>
          <w:rFonts w:ascii="Gentium Plus" w:hAnsi="Gentium Plus"/>
          <w:sz w:val="24"/>
        </w:rPr>
        <w:t>καὶ γενομένης ἑσπέρας ἔμεινε Μαρῖνος καὶ ἡ βοήθεια αὐτοῦ φυ‐ λάττουσα τὰ ἐκεῖ. ὁ δὲ Βιταλιανὸς ἔφυγε νυκτὸς μετὰ τῶν ὑπολειφθέντων αὐτῷ ἐκ τοῦ ἀνάπλου, ὁδεύσας ἐν τῇ αὐτῇ νυ‐ κτὶ μίλια ξʹ· καὶ πρωίας γενομένης οὐδεὶς εὑρέθη εἰς τὸ πέραν ἐκ τοῦ αὐτοῦ Βιταλιανοῦ, καὶ ἐνίκησεν ὁ σωτὴρ Χριστὸς καὶ</w:t>
      </w:r>
    </w:p>
    <w:p>
      <w:r>
        <w:rPr>
          <w:rFonts w:ascii="Courier New" w:hAnsi="Courier New"/>
          <w:color w:val="555555"/>
          <w:sz w:val="20"/>
        </w:rPr>
        <w:t>[20]</w:t>
      </w:r>
    </w:p>
    <w:p>
      <w:r>
        <w:rPr>
          <w:rFonts w:ascii="Gentium Plus" w:hAnsi="Gentium Plus"/>
          <w:sz w:val="24"/>
        </w:rPr>
        <w:t>ἡ τοῦ βασιλέως τύχη. καὶ ἐποίησε πρόκεσσον ὁ βασιλεὺς Ἀνα‐ στάσιος εἰς τὸ Σωσθένιν, ἐν τῷ ἀρχαγγέλῳ Μιχαὴλ εὐχαριστῶν</w:t>
      </w:r>
    </w:p>
    <w:p>
      <w:r>
        <w:rPr>
          <w:rFonts w:ascii="Courier New" w:hAnsi="Courier New"/>
          <w:color w:val="555555"/>
          <w:sz w:val="20"/>
        </w:rPr>
        <w:t>[Chron . 406]</w:t>
      </w:r>
    </w:p>
    <w:p>
      <w:r>
        <w:rPr>
          <w:rFonts w:ascii="Gentium Plus" w:hAnsi="Gentium Plus"/>
          <w:sz w:val="24"/>
        </w:rPr>
        <w:t>τήσας τὸν βασιλέα ἀπελύθη, μηδὲν ἀνασχόμενος λαβεῖν παρὰ τοῦ αὐτοῦ βασιλέως· ἦν γὰρ κελεύσας αὐτὸν λαβεῖν κεντηνάρια τέσσαρα· ὅστις φιλόσοφος ἀπελθὼν ἐν Ἀθήναις εἰς τὴν ἰδίαν πόλιν εὐθέως ἐτελεύτησεν. ἔλεγον δέ τινες ἐν Κωνσταντινου‐</w:t>
      </w:r>
    </w:p>
    <w:p>
      <w:r>
        <w:rPr>
          <w:rFonts w:ascii="Courier New" w:hAnsi="Courier New"/>
          <w:color w:val="555555"/>
          <w:sz w:val="20"/>
        </w:rPr>
        <w:t>[5]</w:t>
      </w:r>
    </w:p>
    <w:p>
      <w:r>
        <w:rPr>
          <w:rFonts w:ascii="Gentium Plus" w:hAnsi="Gentium Plus"/>
          <w:sz w:val="24"/>
        </w:rPr>
        <w:t>πόλει ὅτι ἀπὸ τῆς θέρμης τοῦ ἡλίου, ὡς λεπτότατον ὄντα, τὸ θεῖον ἄπυρον ῥιπτόμενον εἰς τὸν ἀέρα ἅπτεται καὶ φυσικόν ἐστι τοῦτο. ὁ δὲ Βιταλιανὸς ἀπελθὼν ἐν Ἀγχιάλῳ ἐκάθητο ἐκεῖ ἡσυχάζων. Ἐν δὲ τοῖς χρόνοις τοῦ αὐτοῦ Ἀναστασίου βασιλέως οἱ Οὗννοι</w:t>
      </w:r>
    </w:p>
    <w:p>
      <w:r>
        <w:rPr>
          <w:rFonts w:ascii="Courier New" w:hAnsi="Courier New"/>
          <w:color w:val="555555"/>
          <w:sz w:val="20"/>
        </w:rPr>
        <w:t>[10]</w:t>
      </w:r>
    </w:p>
    <w:p>
      <w:r>
        <w:rPr>
          <w:rFonts w:ascii="Gentium Plus" w:hAnsi="Gentium Plus"/>
          <w:sz w:val="24"/>
        </w:rPr>
        <w:t>Σάβειροι περάσαντες τὰς Κασπίας πύλας, ἔθνος πολεμικώτατον, ἦλθον ἕως Καππαδοκίας, καὶ πραιδεύσαντες αὐτὴν καὶ ὅσας πα‐ ρῆλθον χώρας Ῥωμαίων, καὶ ἐφόνευσαν πολλοὺς καὶ ἔκαυσαν τὰ κτήματα καὶ λαβόντες αἰχμαλωσίαν πολλὴν ἀνεχώρησαν. ἦλθον δὲ οἱ ἀπὸ τῆς αἰχμαλωσίας πραιδευθέντες, καὶ πολλὰ παρέσχεν ὁ</w:t>
      </w:r>
    </w:p>
    <w:p>
      <w:r>
        <w:rPr>
          <w:rFonts w:ascii="Courier New" w:hAnsi="Courier New"/>
          <w:color w:val="555555"/>
          <w:sz w:val="20"/>
        </w:rPr>
        <w:t>[15]</w:t>
      </w:r>
    </w:p>
    <w:p>
      <w:r>
        <w:rPr>
          <w:rFonts w:ascii="Gentium Plus" w:hAnsi="Gentium Plus"/>
          <w:sz w:val="24"/>
        </w:rPr>
        <w:t>βασιλεὺς τοῖς πραιδευθεῖσιν ἑκάστης πόλεως. ἔκτισε δὲ καὶ τείχη ταῖς μεγάλαις κώμαις Καππαδοκίας καὶ ἠσφαλίσατο τὰς δύο Καπ‐ παδοκίας· καὶ συνεχώρησε πάσαις ταῖς πραιδευθείσαις ἐπαρχίαις τὰς συντελείας εἰς τέλειον ἐπὶ ἔτη γʹ. Ἐπὶ δὲ τῆς αὐτοῦ βασιλείας ἔπαθεν ὑπὸ θεομηνίας ἡ Ῥόδος</w:t>
      </w:r>
    </w:p>
    <w:p>
      <w:r>
        <w:rPr>
          <w:rFonts w:ascii="Courier New" w:hAnsi="Courier New"/>
          <w:color w:val="555555"/>
          <w:sz w:val="20"/>
        </w:rPr>
        <w:t>[20]</w:t>
      </w:r>
    </w:p>
    <w:p>
      <w:r>
        <w:rPr>
          <w:rFonts w:ascii="Gentium Plus" w:hAnsi="Gentium Plus"/>
          <w:sz w:val="24"/>
        </w:rPr>
        <w:t>νῆσος τὸ τρίτον αὐτῆς πάθος νυκτός· καὶ πολλὰ αὐτοῖς τοῖς περιλειφθεῖσιν ἐχαρίσατο καὶ τῇ πόλει λόγῳ κτισμάτων.</w:t>
      </w:r>
    </w:p>
    <w:p>
      <w:r>
        <w:rPr>
          <w:rFonts w:ascii="Courier New" w:hAnsi="Courier New"/>
          <w:color w:val="555555"/>
          <w:sz w:val="20"/>
        </w:rPr>
        <w:t>[Chron . 407]</w:t>
      </w:r>
    </w:p>
    <w:p>
      <w:r>
        <w:rPr>
          <w:rFonts w:ascii="Gentium Plus" w:hAnsi="Gentium Plus"/>
          <w:sz w:val="24"/>
        </w:rPr>
        <w:t>ρὶ τοῦ χριστιανικοῦ δόγματος παρὰ τῶν Βυζαντίων ἐν Κων‐ σταντινουπόλει, ὡς βουληθέντος τοῦ αὐτοῦ βασιλέως προσθεῖ‐ ναι εἰς τὸ Τρισάγιος τὸ „ὁ σταυρωθεὶς δι’ ἡμᾶς, ἐλέησον ἡμᾶσ“, καθὼς ἐν ταῖς ἀνατολικαῖς πόλεσι λέγουσι. καὶ συνα‐</w:t>
      </w:r>
    </w:p>
    <w:p>
      <w:r>
        <w:rPr>
          <w:rFonts w:ascii="Courier New" w:hAnsi="Courier New"/>
          <w:color w:val="555555"/>
          <w:sz w:val="20"/>
        </w:rPr>
        <w:t>[5]</w:t>
      </w:r>
    </w:p>
    <w:p>
      <w:r>
        <w:rPr>
          <w:rFonts w:ascii="Gentium Plus" w:hAnsi="Gentium Plus"/>
          <w:sz w:val="24"/>
        </w:rPr>
        <w:t>θροισθὲν τὸ πλῆθος τῆς πόλεως ἐστασίασαν δυνατῶς, ὥς τινος παραξένου προστιθεμένου τῇ πίστει τῶν χριστιανῶν. καὶ θρύ‐ λος ἐγένετο ἐν τῷ παλατίῳ, ὥστε τὸν ἔπαρχον τῆς πόλεως Πλά‐ τωνα εἰσδραμόντα φυγεῖν καὶ ἀποκρυβῆναι τὴν τοῦ δήμου ὀρ‐ γήν. ἔκραζον γὰρ στασιάζοντες, Ἄλλον βασιλέα τῇ Ῥωμανίᾳ, καὶ</w:t>
      </w:r>
    </w:p>
    <w:p>
      <w:r>
        <w:rPr>
          <w:rFonts w:ascii="Courier New" w:hAnsi="Courier New"/>
          <w:color w:val="555555"/>
          <w:sz w:val="20"/>
        </w:rPr>
        <w:t>[10]</w:t>
      </w:r>
    </w:p>
    <w:p>
      <w:r>
        <w:rPr>
          <w:rFonts w:ascii="Gentium Plus" w:hAnsi="Gentium Plus"/>
          <w:sz w:val="24"/>
        </w:rPr>
        <w:t>ἀπελθόντες εἰς τὰ Μαρίνου τοῦ Σύρου τοῦ ἀπὸ ἐπάρχων ἔκαυσαν τὸν οἶκον αὐτοῦ καὶ ἐπραίδευσαν τὰ αὐτοῦ πάντα· αὐτὸν γὰρ οὐχ εὗρον. ἀκούσας γὰρ ὅτι εἰς τὸν αὐτοῦ τὸ πολὺ πλῆθος τοῦ δήμου ἔρχεται, ἔφυγεν· ἔλεγον γὰρ ὅτι ὡς ἀνατολικὸς αὐ‐ τὸς τῷ βασιλεῖ ὑπέβαλε λέγεσθαι τοῦτο. καὶ πραιδεύσαντες τὰ</w:t>
      </w:r>
    </w:p>
    <w:p>
      <w:r>
        <w:rPr>
          <w:rFonts w:ascii="Courier New" w:hAnsi="Courier New"/>
          <w:color w:val="555555"/>
          <w:sz w:val="20"/>
        </w:rPr>
        <w:t>[15]</w:t>
      </w:r>
    </w:p>
    <w:p>
      <w:r>
        <w:rPr>
          <w:rFonts w:ascii="Gentium Plus" w:hAnsi="Gentium Plus"/>
          <w:sz w:val="24"/>
        </w:rPr>
        <w:t>αὐτοῦ δημόσια τὸν ἄργυρον αὐτοῦ εἰς ἀξίνας ἔκοπτον καὶ ἐμε‐ ρίζοντο. εὗρον δὲ εἰς τὸν οἶκον αὐτοῦ μονάζοντα ἀνατολικόν, καὶ τοῦτον συλλαβόντες ἐφόνευσαν, καὶ τὴν κεφαλὴν αὐτοῦ εἰς κοντὸν βαστάζοντες ἔκραζον, Οὗτός ἐστιν ὁ ἐπίβουλος τῆς τριάδος. καὶ ἐλθόντες εἰς τὰ Ἰουλιανῆς τῆς ἐπιφανεστάτης πα‐</w:t>
      </w:r>
    </w:p>
    <w:p>
      <w:r>
        <w:rPr>
          <w:rFonts w:ascii="Courier New" w:hAnsi="Courier New"/>
          <w:color w:val="555555"/>
          <w:sz w:val="20"/>
        </w:rPr>
        <w:t>[20]</w:t>
      </w:r>
    </w:p>
    <w:p>
      <w:r>
        <w:rPr>
          <w:rFonts w:ascii="Gentium Plus" w:hAnsi="Gentium Plus"/>
          <w:sz w:val="24"/>
        </w:rPr>
        <w:t>τρικίας ἔκραζον διὰ τὸν ἄνδρα αὐτῆς Ἀρεόβινδον βασιλέα τῇ Ῥωμανίᾳ· καὶ ἔφυγεν Ἀρεόβινδος ἐν περάματι κρυβείς. καὶ</w:t>
      </w:r>
    </w:p>
    <w:p>
      <w:r>
        <w:rPr>
          <w:rFonts w:ascii="Courier New" w:hAnsi="Courier New"/>
          <w:color w:val="555555"/>
          <w:sz w:val="20"/>
        </w:rPr>
        <w:t>[Chron . 408]</w:t>
      </w:r>
    </w:p>
    <w:p>
      <w:r>
        <w:rPr>
          <w:rFonts w:ascii="Gentium Plus" w:hAnsi="Gentium Plus"/>
          <w:sz w:val="24"/>
        </w:rPr>
        <w:t>τὸ κάθισμα δίχα διαδήματος· καὶ τοῦτο γνοὺς ὁ δῆμος εἰσ‐ ῆλθεν ἐν τῷ Ἱππικῷ· καὶ διὰ θείας προσφωνήσεως αὐτοῦ μετε‐ χειρίσατο τὰ πλήθη τῆς πόλεως, παραγγείλας αὐτοῖς μὴ ὡς ἔτυ‐ χε φονεύειν ἢ ἐπέρχεσθαί τισι· καὶ ἡσύχασεν ἅπαν τὸ πλῆθος,</w:t>
      </w:r>
    </w:p>
    <w:p>
      <w:r>
        <w:rPr>
          <w:rFonts w:ascii="Courier New" w:hAnsi="Courier New"/>
          <w:color w:val="555555"/>
          <w:sz w:val="20"/>
        </w:rPr>
        <w:t>[5]</w:t>
      </w:r>
    </w:p>
    <w:p>
      <w:r>
        <w:rPr>
          <w:rFonts w:ascii="Gentium Plus" w:hAnsi="Gentium Plus"/>
          <w:sz w:val="24"/>
        </w:rPr>
        <w:t>αἰτήσαντες αὐτὸν φορέσαι τὸ στέμμα. καὶ ἐξότε ἡσύχασαν καὶ ἀνεχώρησαν τοῦ συναθροίζεσθαι, ἐκέλευσε κατοχὴν γενέσθαι· καὶ πολλῶν κρατηθέντων, τοὺς μὲν ἐτιμωρήσατο, τοὺς δὲ ἐρευ‐ μάτισε διὰ τοῦ ἐπάρχου τῆς πόλεως. ταῦτα δὲ ἔπασχον ἐπὶ πολ‐ λὰς ἡμέρας, καὶ πλήθους ἀπείρου φονευθέντος εὐταξία ἐγένετο</w:t>
      </w:r>
    </w:p>
    <w:p>
      <w:r>
        <w:rPr>
          <w:rFonts w:ascii="Courier New" w:hAnsi="Courier New"/>
          <w:color w:val="555555"/>
          <w:sz w:val="20"/>
        </w:rPr>
        <w:t>[10]</w:t>
      </w:r>
    </w:p>
    <w:p>
      <w:r>
        <w:rPr>
          <w:rFonts w:ascii="Gentium Plus" w:hAnsi="Gentium Plus"/>
          <w:sz w:val="24"/>
        </w:rPr>
        <w:t>μεγάλη καὶ φόβος οὐκ ὀλίγος ἐν Κωνσταντινουπόλει καὶ ἐν ἑκάστῃ πόλει τῆς Ῥωμανίας. Μετὰ δὲ ὀλίγον καιρὸν εἶδεν ἐν ὁράματι ὁ αὐτὸς βασιλεὺς Ἀναστάσιος ὅτι ἔστη ἐναντίον αὐτοῦ ἀνήρ τις τέλειος, εὐσχή‐ μων, βαστάζων κώδικα γεγραμμένον, καὶ ἀναγινώσκων καὶ</w:t>
      </w:r>
    </w:p>
    <w:p>
      <w:r>
        <w:rPr>
          <w:rFonts w:ascii="Courier New" w:hAnsi="Courier New"/>
          <w:color w:val="555555"/>
          <w:sz w:val="20"/>
        </w:rPr>
        <w:t>[15]</w:t>
      </w:r>
    </w:p>
    <w:p>
      <w:r>
        <w:rPr>
          <w:rFonts w:ascii="Gentium Plus" w:hAnsi="Gentium Plus"/>
          <w:sz w:val="24"/>
        </w:rPr>
        <w:t>ἀναπτύξας τοῦ κώδικος φύλλα πέντε καὶ ἀναγνοὺς τὸ τοῦ βα‐ σιλέως ὄνομα εἶπεν αὐτῷ, Ἴδε, διὰ τὴν ἀπληστίαν σου ἀπα‐ λείφω δεκατέσσαρα· καὶ τῷ ἰδίῳ δακτύλῳ αὐτοῦ ἀπήλειψε, φησί. καὶ διυπνίσθη ταραχθεὶς ὁ αὐτὸς Ἀναστάσιος βασιλεύς, καὶ προσκαλεσάμενος Ἀμάντιον τὸν κουβικουλάριον καὶ πραι‐</w:t>
      </w:r>
    </w:p>
    <w:p>
      <w:r>
        <w:rPr>
          <w:rFonts w:ascii="Courier New" w:hAnsi="Courier New"/>
          <w:color w:val="555555"/>
          <w:sz w:val="20"/>
        </w:rPr>
        <w:t>[20]</w:t>
      </w:r>
    </w:p>
    <w:p>
      <w:r>
        <w:rPr>
          <w:rFonts w:ascii="Gentium Plus" w:hAnsi="Gentium Plus"/>
          <w:sz w:val="24"/>
        </w:rPr>
        <w:t>πόσιτον διηγήσατο αὐτῷ τὴν τοῦ ὁράματος ὀπτασίαν. ὅστις</w:t>
      </w:r>
    </w:p>
    <w:p>
      <w:r>
        <w:rPr>
          <w:rFonts w:ascii="Courier New" w:hAnsi="Courier New"/>
          <w:color w:val="555555"/>
          <w:sz w:val="20"/>
        </w:rPr>
        <w:t>[Chron . 409]</w:t>
      </w:r>
    </w:p>
    <w:p>
      <w:r>
        <w:rPr>
          <w:rFonts w:ascii="Gentium Plus" w:hAnsi="Gentium Plus"/>
          <w:sz w:val="24"/>
        </w:rPr>
        <w:t>Ἀμάντιος εἶπεν αὐτῷ, Εἰς τὸν αἰῶνα ζῆθι, βασιλεῦ· ἐνύπνιον γὰρ εἶδον κἀγὼ ἐν ταύτῃ τῇ νυκτὶ ὅτι ὡς ἑστηκὼς κἀγὼ ἐναντίον τοῦ ὑμετέρου κράτους ὄπισθέν μου ἐλθὼν χοῖρος, ὥσπερ σύαγρος μέγας, καὶ δραξάμενος τῷ στόματι τὴν ἀρχὴν τῆς χλαμύδος</w:t>
      </w:r>
    </w:p>
    <w:p>
      <w:r>
        <w:rPr>
          <w:rFonts w:ascii="Courier New" w:hAnsi="Courier New"/>
          <w:color w:val="555555"/>
          <w:sz w:val="20"/>
        </w:rPr>
        <w:t>[5]</w:t>
      </w:r>
    </w:p>
    <w:p>
      <w:r>
        <w:rPr>
          <w:rFonts w:ascii="Gentium Plus" w:hAnsi="Gentium Plus"/>
          <w:sz w:val="24"/>
        </w:rPr>
        <w:t>καὶ τινάξας κατήγαγέ με εἰς τὸ ἔδαφος τῆς γῆς, καὶ ἀνήλωσέ με κατεσθίων καὶ καταπατῶν. καὶ προσκαλεσάμενος ὁ βασιλεὺς Πρόκλον τὸν Ἀσιανὸν φιλόσοφον, τὸν ὀνειροκρίτην, ὄντα πάνυ ἐπιτήδειον, εἶπεν αὐτῷ [τὸ ὅραμα, ὁμοίως δὲ καὶ Ἀμάντιος· ὁ δὲ ἐσαφήνισεν αὐτοῖς] τὴν τοῦ ὁράματος δύναμιν καὶ ὅτι μετὰ</w:t>
      </w:r>
    </w:p>
    <w:p>
      <w:r>
        <w:rPr>
          <w:rFonts w:ascii="Courier New" w:hAnsi="Courier New"/>
          <w:color w:val="555555"/>
          <w:sz w:val="20"/>
        </w:rPr>
        <w:t>[10]</w:t>
      </w:r>
    </w:p>
    <w:p>
      <w:r>
        <w:rPr>
          <w:rFonts w:ascii="Gentium Plus" w:hAnsi="Gentium Plus"/>
          <w:sz w:val="24"/>
        </w:rPr>
        <w:t>χρόνον τελειοῦνται. Ὁ δὲ αὐτὸς βασιλεὺς Ἀναστάσιος μετὰ τὰς πρώτας αὐτοῦ δωρεὰς πάλιν ἄλλας κατέπεμψε πᾶσι τοῖς ὑποτελέσι τῆς αὐτοῦ πολιτείας. ἔκτισε δὲ καὶ εἰς ἑκάστην πόλιν τῆς Ῥωμανίας διά‐ φορα κτίσματα καὶ τείχη καὶ ἀγωγούς, καὶ λιμένας ἀνακαθάρας</w:t>
      </w:r>
    </w:p>
    <w:p>
      <w:r>
        <w:rPr>
          <w:rFonts w:ascii="Courier New" w:hAnsi="Courier New"/>
          <w:color w:val="555555"/>
          <w:sz w:val="20"/>
        </w:rPr>
        <w:t>[15]</w:t>
      </w:r>
    </w:p>
    <w:p>
      <w:r>
        <w:rPr>
          <w:rFonts w:ascii="Gentium Plus" w:hAnsi="Gentium Plus"/>
          <w:sz w:val="24"/>
        </w:rPr>
        <w:t>καὶ δημόσια λουτρὰ ἐκ θεμελίων οἰκοδομήσας, καὶ ἄλλα πολλὰ ἐν ἑκάστῃ παρέσχε πόλει. Καὶ μετ’ ὀλίγον χρόνον ἀῤῥωστήσας ἀνέκειτο, καὶ ἀστραπῆς καὶ βροντῆς γενομένης μεγάλης πάνυ, θροηθεὶς ὁ αὐτὸς βασιλεὺς Ἀναστάσιος ἀπέδωκε τὸ πνεῦμα, ὢν ἐνιαυτῶν ἐνενήκοντα καὶ</w:t>
      </w:r>
    </w:p>
    <w:p>
      <w:r>
        <w:rPr>
          <w:rFonts w:ascii="Courier New" w:hAnsi="Courier New"/>
          <w:color w:val="555555"/>
          <w:sz w:val="20"/>
        </w:rPr>
        <w:t>[20]</w:t>
      </w:r>
    </w:p>
    <w:p>
      <w:r>
        <w:rPr>
          <w:rFonts w:ascii="Gentium Plus" w:hAnsi="Gentium Plus"/>
          <w:sz w:val="24"/>
        </w:rPr>
        <w:t>μηνῶν πέντε.</w:t>
      </w:r>
    </w:p>
    <w:p>
      <w:pPr>
        <w:jc w:val="center"/>
      </w:pPr>
      <w:r>
        <w:rPr>
          <w:rFonts w:ascii="Gentium Plus" w:hAnsi="Gentium Plus"/>
          <w:b/>
          <w:sz w:val="24"/>
        </w:rPr>
        <w:t>ΛΟΓΟΣ ΙΖʹ</w:t>
      </w:r>
    </w:p>
    <w:p>
      <w:r>
        <w:rPr>
          <w:rFonts w:ascii="Courier New" w:hAnsi="Courier New"/>
          <w:color w:val="555555"/>
          <w:sz w:val="20"/>
        </w:rPr>
        <w:t>[t2]</w:t>
      </w:r>
    </w:p>
    <w:p>
      <w:r>
        <w:rPr>
          <w:rFonts w:ascii="Gentium Plus" w:hAnsi="Gentium Plus"/>
          <w:sz w:val="24"/>
        </w:rPr>
        <w:t>ΧΡΟΝΩΝ ΙΟΥΣΤΙΝΟΥ ΒΑΣΙΛΕΩΣ.</w:t>
      </w:r>
    </w:p>
    <w:p>
      <w:r>
        <w:rPr>
          <w:rFonts w:ascii="Courier New" w:hAnsi="Courier New"/>
          <w:color w:val="555555"/>
          <w:sz w:val="20"/>
        </w:rPr>
        <w:t>[1]</w:t>
      </w:r>
    </w:p>
    <w:p>
      <w:r>
        <w:rPr>
          <w:rFonts w:ascii="Gentium Plus" w:hAnsi="Gentium Plus"/>
          <w:sz w:val="24"/>
        </w:rPr>
        <w:t>Μετὰ δὲ τὴν βασιλείαν Ἀναστασίου ἐβασίλευσεν ὁ θειότατος Ἰουστῖνος, ἀπὸ Βεδεριάνας ὢν Θρᾴξ, ἐπὶ τῆς ὑπατείας Μάγνου, μηνὶ ἰουλίῳ θʹ, ἰνδικτιῶνι ἑνδεκάτῃ· ὅντινα ὁ στρατὸς τῶν φυ‐ λαττόντων τὸ παλάτιον κελεύσει θεοῦ ἐξκουβιτόρων ἅμα τῷ δή‐</w:t>
      </w:r>
    </w:p>
    <w:p>
      <w:r>
        <w:rPr>
          <w:rFonts w:ascii="Courier New" w:hAnsi="Courier New"/>
          <w:color w:val="555555"/>
          <w:sz w:val="20"/>
        </w:rPr>
        <w:t>[5]</w:t>
      </w:r>
    </w:p>
    <w:p>
      <w:r>
        <w:rPr>
          <w:rFonts w:ascii="Gentium Plus" w:hAnsi="Gentium Plus"/>
          <w:sz w:val="24"/>
        </w:rPr>
        <w:t>μῳ στέψαντες ἐποίησαν βασιλέα· ἦν γὰρ κόμης ἐξκουβιτόρων. ἐβασίλευσε δὲ ἔτη θʹ καὶ ἡμέρας εἰκοσιδύο. τῇ δὲ ἡλικίᾳ ἦν διμοιριαῖος, εὔστηθος, οὖλος, ὁλοπόλιος, εὔρινος, ὑπόπυῤῥος, εὔμορφος, ἐν πολέμοις κοπωθείς, φιλότιμος, ἀγράμματος δέ. ἢ μόνον δὲ ἐβασίλευσεν, ἀνεῖλεν Ἀμάντιον τὸν πραιπόσιτον αὐτοῦ</w:t>
      </w:r>
    </w:p>
    <w:p>
      <w:r>
        <w:rPr>
          <w:rFonts w:ascii="Courier New" w:hAnsi="Courier New"/>
          <w:color w:val="555555"/>
          <w:sz w:val="20"/>
        </w:rPr>
        <w:t>[10]</w:t>
      </w:r>
    </w:p>
    <w:p>
      <w:r>
        <w:rPr>
          <w:rFonts w:ascii="Gentium Plus" w:hAnsi="Gentium Plus"/>
          <w:sz w:val="24"/>
        </w:rPr>
        <w:t>καὶ Ἀνδρέαν τὸν κουβικουλάριον αὐτοῦ τὸν Λαυσιακὸν καὶ Θεό‐ κριτον τὸν κόμητα τὸν τοῦ αὐτοῦ Ἀμαντίου δομέστικον· ὅντι‐ να ἐβουλεύετο ποιῆσαι βασιλέα ὁ αὐτὸς Ἀμάντιος, δοὺς τῷ αὐ‐</w:t>
      </w:r>
    </w:p>
    <w:p>
      <w:r>
        <w:rPr>
          <w:rFonts w:ascii="Courier New" w:hAnsi="Courier New"/>
          <w:color w:val="555555"/>
          <w:sz w:val="20"/>
        </w:rPr>
        <w:t>[Chron . 411]</w:t>
      </w:r>
    </w:p>
    <w:p>
      <w:r>
        <w:rPr>
          <w:rFonts w:ascii="Gentium Plus" w:hAnsi="Gentium Plus"/>
          <w:sz w:val="24"/>
        </w:rPr>
        <w:t>καὶ ἐῤῥόγευσεν. ὁ στρατὸς οὖν καὶ ὁ δῆμος λαβὼν οὐχ εἵλατο Θεόκριτον ποιῆσαι βασιλέα, ἀλλὰ θελήσει θεοῦ ἐποίησαν Ἰου‐ στῖνον βασιλέα. μετὰ δὲ τὸ βασιλεῦσαι αὐτὸν τοὺς βουληθέν‐ τας ἐπιβουλεῦσαι τῇ αὐτοῦ βασιλείᾳ ἐφόνευσεν ἔσω ἐν τῷ πα‐</w:t>
      </w:r>
    </w:p>
    <w:p>
      <w:r>
        <w:rPr>
          <w:rFonts w:ascii="Courier New" w:hAnsi="Courier New"/>
          <w:color w:val="555555"/>
          <w:sz w:val="20"/>
        </w:rPr>
        <w:t>[5]</w:t>
      </w:r>
    </w:p>
    <w:p>
      <w:r>
        <w:rPr>
          <w:rFonts w:ascii="Gentium Plus" w:hAnsi="Gentium Plus"/>
          <w:sz w:val="24"/>
        </w:rPr>
        <w:t>λατίῳ. Ὁ δὲ αὐτὸς βασιλεὺς ἀνεκαλέσατο τὸν πατρίκιον Ἀππίωνα καὶ Διογενιανὸν καὶ Φιλόξενον, ὄντας συγκλητικούς, ἐν ἐξορίᾳ πεμφθέντας παρὰ τοῦ πρὸ αὐτοῦ βασιλέως· καὶ ἐποίησεν Ἀπ‐ πίωνα ἔπαρχον πραιτωρίων καὶ Διογενιανὸν στρατηλάτην ἀνατο‐</w:t>
      </w:r>
    </w:p>
    <w:p>
      <w:r>
        <w:rPr>
          <w:rFonts w:ascii="Courier New" w:hAnsi="Courier New"/>
          <w:color w:val="555555"/>
          <w:sz w:val="20"/>
        </w:rPr>
        <w:t>[10]</w:t>
      </w:r>
    </w:p>
    <w:p>
      <w:r>
        <w:rPr>
          <w:rFonts w:ascii="Gentium Plus" w:hAnsi="Gentium Plus"/>
          <w:sz w:val="24"/>
        </w:rPr>
        <w:t>λῆς, καὶ Φιλόξενον δὲ μετὰ χρόνον ἐποίησεν ὕπατον. Ἐν δὲ τῇ ἀρχῇ τῆς αὐτοῦ βασιλείας ἀνῆλθεν ἐν τῇ ἀνατολῇ φοβερὸς ἀστήρ, ὀνόματι κομήτης, ὃς εἶχεν ἀκτῖνα πέμπουσαν ἐπὶ τὰ κάτω, ὃν ἔλεγον εἶναι πωγωνίαν· καὶ ἐφοβοῦντο. Ὁ δὲ αὐτὸς βασιλεὺς εὐθέως προετρέψατο καὶ Βιταλιανὸν</w:t>
      </w:r>
    </w:p>
    <w:p>
      <w:r>
        <w:rPr>
          <w:rFonts w:ascii="Courier New" w:hAnsi="Courier New"/>
          <w:color w:val="555555"/>
          <w:sz w:val="20"/>
        </w:rPr>
        <w:t>[15]</w:t>
      </w:r>
    </w:p>
    <w:p>
      <w:r>
        <w:rPr>
          <w:rFonts w:ascii="Gentium Plus" w:hAnsi="Gentium Plus"/>
          <w:sz w:val="24"/>
        </w:rPr>
        <w:t>τὸν τυραννήσαντα Ἀναστασίῳ τῷ βασιλεῖ καὶ τῇ πολιτείᾳ, καὶ ἐποίησεν αὐτὸν στρατηλάτην πραισέντου. Τῷ δὲ πρώτῳ ἔτει τῆς βασιλείας αὐτοῦ ἔφυγε Σέβηρος ὁ πατριάρχης Ἀντιοχείας εἰς Αἴγυπτον, φοβηθεὶς Βιταλιανόν· καὶ ἐγένετο ἀντ’ αὐτοῦ Παῦλος πατριάρχης ὁ ἀπὸ ξενοδόχων</w:t>
      </w:r>
    </w:p>
    <w:p>
      <w:r>
        <w:rPr>
          <w:rFonts w:ascii="Courier New" w:hAnsi="Courier New"/>
          <w:color w:val="555555"/>
          <w:sz w:val="20"/>
        </w:rPr>
        <w:t>[20]</w:t>
      </w:r>
    </w:p>
    <w:p>
      <w:r>
        <w:rPr>
          <w:rFonts w:ascii="Gentium Plus" w:hAnsi="Gentium Plus"/>
          <w:sz w:val="24"/>
        </w:rPr>
        <w:t>τῶν Εὐβούλου. ὅστις τοὺς τῆς συνόδου Χαλκηδόνος ἑξακοσίους τριάκοντα ἐπισκόπους ἐνέταξε τοῖς διπτύχοις τῶν ἐκκλησιῶν ἑκά‐</w:t>
      </w:r>
    </w:p>
    <w:p>
      <w:r>
        <w:rPr>
          <w:rFonts w:ascii="Courier New" w:hAnsi="Courier New"/>
          <w:color w:val="555555"/>
          <w:sz w:val="20"/>
        </w:rPr>
        <w:t>[Chron . 412]</w:t>
      </w:r>
    </w:p>
    <w:p>
      <w:r>
        <w:rPr>
          <w:rFonts w:ascii="Gentium Plus" w:hAnsi="Gentium Plus"/>
          <w:sz w:val="24"/>
        </w:rPr>
        <w:t>νώνουν αὐτῷ πολλοί, λέγοντες ὅτι οἱ τῆς συνόδου ἀκολουθοῦν‐ τες τὰ Νεστορίου φρονοῦσιν. Ἐπὶ δὲ τῆς αὐτοῦ βασιλείας τὰ ἱπποδρόμια παρεσχέθη τοῖς Σελευκέσι καὶ Ἰσαύροις. καὶ ἐν αὐτῷ τῷ χρόνῳ ἀνεφάνη γυνή</w:t>
      </w:r>
    </w:p>
    <w:p>
      <w:r>
        <w:rPr>
          <w:rFonts w:ascii="Courier New" w:hAnsi="Courier New"/>
          <w:color w:val="555555"/>
          <w:sz w:val="20"/>
        </w:rPr>
        <w:t>[5]</w:t>
      </w:r>
    </w:p>
    <w:p>
      <w:r>
        <w:rPr>
          <w:rFonts w:ascii="Gentium Plus" w:hAnsi="Gentium Plus"/>
          <w:sz w:val="24"/>
        </w:rPr>
        <w:t>τις ἐκ τῆς χώρας τῆς Κιλικίας γιγαντογενὴς ὑπάρχουσα τὴν ἡλικίαν, εἰς μῆκός τε καὶ πλάτος ἄνθρωπον ὑπερτέλειον πῆχυν ἕνα· ἥτις προσαιτοῦσα περιῆλθε πᾶσαν τὴν Ῥωμαίων πολιτείαν· εὑρέθη δὲ ἡ αὐτὴ καὶ ἐν Ἀντιοχείᾳ τῇ μεγάλῃ· ἥτις ἐκομίζετο ἀπὸ ἑκάστου ἐργαστηρίου φόλλιν μίαν.</w:t>
      </w:r>
    </w:p>
    <w:p>
      <w:r>
        <w:rPr>
          <w:rFonts w:ascii="Courier New" w:hAnsi="Courier New"/>
          <w:color w:val="555555"/>
          <w:sz w:val="20"/>
        </w:rPr>
        <w:t>[10]</w:t>
      </w:r>
    </w:p>
    <w:p>
      <w:r>
        <w:rPr>
          <w:rFonts w:ascii="Gentium Plus" w:hAnsi="Gentium Plus"/>
          <w:sz w:val="24"/>
        </w:rPr>
        <w:t>Ὁ δὲ αὐτὸς Ἰουστῖνος βασιλεὺς ἐδισιγνάτευσεν ὕπατον στρα‐ τηλάτην πραισέντου Βιταλιανόν, ὅστις προῆλθεν ὕπατος Ῥω‐ μαίων· καὶ ἐν τῷ ὑπατεύειν αὐτὸν μετὰ τὴν πρώτην αὐτοῦ μάππαν ἐσφάγη ὁ αὐτὸς Βιταλιανὸς ἐν τῷ παλατίῳ, ὡς τυ‐ ραννήσας Ῥωμαίους καὶ πολλὰς πόλεις καὶ χώρας τῆς Ῥωμανίας</w:t>
      </w:r>
    </w:p>
    <w:p>
      <w:r>
        <w:rPr>
          <w:rFonts w:ascii="Courier New" w:hAnsi="Courier New"/>
          <w:color w:val="555555"/>
          <w:sz w:val="20"/>
        </w:rPr>
        <w:t>[15]</w:t>
      </w:r>
    </w:p>
    <w:p>
      <w:r>
        <w:rPr>
          <w:rFonts w:ascii="Gentium Plus" w:hAnsi="Gentium Plus"/>
          <w:sz w:val="24"/>
        </w:rPr>
        <w:t>πραιδεύσας. Ἐπὶ δὲ τῆς αὐτοῦ βασιλείας Ζτάθιος ὁ τῶν Λαζῶν βασι‐ λεὺς μηνιάσας καὶ ἀναχωρήσας ἀπὸ τῶν Περσικῶν μερῶν βασιλεύοντος Περσῶν Κωάδου καὶ φίλου ὄντος τοῦ αὐτοῦ Ζτα‐ θίου, βασιλέως Λαζῶν, ὡς ἅπαξ ὑποκειμένου τῇ βασιλείᾳ τοῦ</w:t>
      </w:r>
    </w:p>
    <w:p>
      <w:r>
        <w:rPr>
          <w:rFonts w:ascii="Courier New" w:hAnsi="Courier New"/>
          <w:color w:val="555555"/>
          <w:sz w:val="20"/>
        </w:rPr>
        <w:t>[20]</w:t>
      </w:r>
    </w:p>
    <w:p>
      <w:r>
        <w:rPr>
          <w:rFonts w:ascii="Gentium Plus" w:hAnsi="Gentium Plus"/>
          <w:sz w:val="24"/>
        </w:rPr>
        <w:t>αὐτοῦ Κωάδου· διὸ καὶ εἰ συνέβη τινὰ τελευτῆσαι τῶν βασιλέων</w:t>
      </w:r>
    </w:p>
    <w:p>
      <w:r>
        <w:rPr>
          <w:rFonts w:ascii="Courier New" w:hAnsi="Courier New"/>
          <w:color w:val="555555"/>
          <w:sz w:val="20"/>
        </w:rPr>
        <w:t>[Chron . 413]</w:t>
      </w:r>
    </w:p>
    <w:p>
      <w:r>
        <w:rPr>
          <w:rFonts w:ascii="Gentium Plus" w:hAnsi="Gentium Plus"/>
          <w:sz w:val="24"/>
        </w:rPr>
        <w:t>το, ἐκ τοῦ γένους μέντοι τῶν αὐτῶν Λαζῶν· ὁ δὲ αὐτὸς βασιλεὺς Λαζῶν φυγὼν τὸ τῶν Ἑλλήνων δόγμα διὰ τὸ μὴ προχειρισθέν‐ τα αὐτὸν ἀπὸ Κωάδου, βασιλέως Περσῶν, ποιῆσαι καὶ θυσίας καὶ πάντα τὰ ἤθη τὰ Περσικά, ἢ μόνον ἐτελεύτησεν ὁ αὐτοῦ</w:t>
      </w:r>
    </w:p>
    <w:p>
      <w:r>
        <w:rPr>
          <w:rFonts w:ascii="Courier New" w:hAnsi="Courier New"/>
          <w:color w:val="555555"/>
          <w:sz w:val="20"/>
        </w:rPr>
        <w:t>[5]</w:t>
      </w:r>
    </w:p>
    <w:p>
      <w:r>
        <w:rPr>
          <w:rFonts w:ascii="Gentium Plus" w:hAnsi="Gentium Plus"/>
          <w:sz w:val="24"/>
        </w:rPr>
        <w:t>πατὴρ Δαμνάζης, εὐθέως ἀνῆλθε πρὸς τὸν βασιλέα Ἰουστῖνον ἐν τῷ Βυζαντίῳ, καὶ αὑτὸν ἐκδοὺς παρεκάλεσεν αὐτὸν ἀναγο‐ ρευθῆναι βασιλέα Λαζῶν. καὶ δεχθεὶς παρὰ τοῦ βασιλέως ἐφω‐ τίσθη, καὶ χριστιανὸς γενόμενος ἠγάγετο γυναῖκα Ῥωμαίαν, τὴν ἐκγόνην Νόμου τοῦ πατρικίου, ὀνόματι Οὐαλεριανήν. καὶ</w:t>
      </w:r>
    </w:p>
    <w:p>
      <w:r>
        <w:rPr>
          <w:rFonts w:ascii="Courier New" w:hAnsi="Courier New"/>
          <w:color w:val="555555"/>
          <w:sz w:val="20"/>
        </w:rPr>
        <w:t>[10]</w:t>
      </w:r>
    </w:p>
    <w:p>
      <w:r>
        <w:rPr>
          <w:rFonts w:ascii="Gentium Plus" w:hAnsi="Gentium Plus"/>
          <w:sz w:val="24"/>
        </w:rPr>
        <w:t>ἔλαβεν αὐτὴν μεθ’ ἑαυτοῦ εἰς τὴν ἰδίαν αὑτοῦ χώραν, στεφθεὶς παρὰ Ἰουστίνου, βασιλέως Ῥωμαίων, καὶ φορέσας στεφάνιον Ῥω‐ μαϊκὸν βασιλικὸν καὶ χλαμύδα ἄσπρον ὁλοσήρικον, ἔχον ἀντὶ πορφυροῦ ταβλίου χρυσοῦν βασιλικὸν ταβλίον, ἐν ᾧ ὑπῆρχεν ἐν μέσῳ στηθάριον ἀληθινόν, ἔχοντα τὸν χαρακτῆρα τοῦ αὐτοῦ</w:t>
      </w:r>
    </w:p>
    <w:p>
      <w:r>
        <w:rPr>
          <w:rFonts w:ascii="Courier New" w:hAnsi="Courier New"/>
          <w:color w:val="555555"/>
          <w:sz w:val="20"/>
        </w:rPr>
        <w:t>[15]</w:t>
      </w:r>
    </w:p>
    <w:p>
      <w:r>
        <w:rPr>
          <w:rFonts w:ascii="Gentium Plus" w:hAnsi="Gentium Plus"/>
          <w:sz w:val="24"/>
        </w:rPr>
        <w:t>βασιλέως Ἰουστίνου, καὶ στιχάριον δὲ ἄσπρον παραγαύδιον, καὶ αὐτὸ ἔχον χρυσᾶ πλουμία βασιλικά, ὡσαύτως ἔχοντα τὸν χαρα‐ κτῆρα τοῦ αὐτοῦ βασιλέως· τὰ γὰρ ζταγγία, ἃ ἐφόρει, ἦν ἀγα‐ γὼν ἀπὸ τῆς ἰδίας αὐτοῦ χώρας, ἔχοντα μαργαρίτας Περσικῷ σχή‐ ματι· ὁμοίως δὲ καὶ ἡ ζώνη αὐτοῦ ὑπῆρχε διὰ μαργαριτῶν. καὶ</w:t>
      </w:r>
    </w:p>
    <w:p>
      <w:r>
        <w:rPr>
          <w:rFonts w:ascii="Courier New" w:hAnsi="Courier New"/>
          <w:color w:val="555555"/>
          <w:sz w:val="20"/>
        </w:rPr>
        <w:t>[20]</w:t>
      </w:r>
    </w:p>
    <w:p>
      <w:r>
        <w:rPr>
          <w:rFonts w:ascii="Gentium Plus" w:hAnsi="Gentium Plus"/>
          <w:sz w:val="24"/>
        </w:rPr>
        <w:t>ἄλλα δὲ ἔλαβε δῶρα πολλὰ παρὰ τοῦ αὐτοῦ βασιλέως Ἰουστί‐ νου καὶ αὐτὸς καὶ ἡ γυνὴ αὐτοῦ Οὐαλεριανή.</w:t>
      </w:r>
    </w:p>
    <w:p>
      <w:r>
        <w:rPr>
          <w:rFonts w:ascii="Courier New" w:hAnsi="Courier New"/>
          <w:color w:val="555555"/>
          <w:sz w:val="20"/>
        </w:rPr>
        <w:t>[Chron . 414]</w:t>
      </w:r>
    </w:p>
    <w:p>
      <w:r>
        <w:rPr>
          <w:rFonts w:ascii="Gentium Plus" w:hAnsi="Gentium Plus"/>
          <w:sz w:val="24"/>
        </w:rPr>
        <w:t>βασιλεῖ Ἰουστίνῳ διὰ πρεσβευτοῦ ταῦτα, ὅτι Φιλίας καὶ εἰρήνης ἀναμεταξὺ ἡμῶν λαλουμένης καὶ γινομένης τὰ ἐχθρῶν πράττεις. ἰδοὺ γὰρ τὸν ὑποκείμενόν μοι βασιλέα Λαζῶν αὐτὸς προεχειρίσω, μὴ ὄντα ὑπὸ τὴν Ῥωμαίων διοίκησιν, ἀλλ’ ὑπὸ τὴν Περσῶν πο‐</w:t>
      </w:r>
    </w:p>
    <w:p>
      <w:r>
        <w:rPr>
          <w:rFonts w:ascii="Courier New" w:hAnsi="Courier New"/>
          <w:color w:val="555555"/>
          <w:sz w:val="20"/>
        </w:rPr>
        <w:t>[5]</w:t>
      </w:r>
    </w:p>
    <w:p>
      <w:r>
        <w:rPr>
          <w:rFonts w:ascii="Gentium Plus" w:hAnsi="Gentium Plus"/>
          <w:sz w:val="24"/>
        </w:rPr>
        <w:t>λιτείαν ἐξ αἰῶνος. καὶ πρὸς ταῦτα ἀντεδήλωσεν ὁ βασιλεὺς Ῥω‐ μαίων Ἰουστῖνος διὰ πρεσβευτοῦ, Ἡμεῖς τινα τῶν ὑποκειμένων τῇ ὑμετέρᾳ βασιλείᾳ οὔτε προσελαβόμεθα οὔτε προετρεψάμεθα, ἀλλ’ ἐλθὼν πρὸς ἡμᾶς τις ὀνόματι Ζτάθιος εἰς τὰ ἡμέτερα βασί‐ λεια ἐδεήθη προσπίπτων ἡμῖν ῥυσθῆναι τοῦ Ἑλληνικοῦ δόγμα‐</w:t>
      </w:r>
    </w:p>
    <w:p>
      <w:r>
        <w:rPr>
          <w:rFonts w:ascii="Courier New" w:hAnsi="Courier New"/>
          <w:color w:val="555555"/>
          <w:sz w:val="20"/>
        </w:rPr>
        <w:t>[10]</w:t>
      </w:r>
    </w:p>
    <w:p>
      <w:r>
        <w:rPr>
          <w:rFonts w:ascii="Gentium Plus" w:hAnsi="Gentium Plus"/>
          <w:sz w:val="24"/>
        </w:rPr>
        <w:t>τος καὶ θυσιῶν ἀσεβῶν καὶ δαιμόνων πλάνης καὶ γενέσθαι χριστιανός, ἀξιούμενος τῆς δυνάμεως τοῦ αἰωνίου θεοῦ καὶ δημιουργοῦ τῶν ἁπάντων. καὶ κωλῦσαι τὸν βουλόμενον εἰς βελτίονα τάξιν ἐλθεῖν καὶ γνῶναι θεὸν ἀληθινὸν ἡμεῖς προτρε‐ πόμεθα ὥστε χριστιανὸν αὐτὸν γενόμενον καὶ ἀξιωθέντα τῶν</w:t>
      </w:r>
    </w:p>
    <w:p>
      <w:r>
        <w:rPr>
          <w:rFonts w:ascii="Courier New" w:hAnsi="Courier New"/>
          <w:color w:val="555555"/>
          <w:sz w:val="20"/>
        </w:rPr>
        <w:t>[15]</w:t>
      </w:r>
    </w:p>
    <w:p>
      <w:r>
        <w:rPr>
          <w:rFonts w:ascii="Gentium Plus" w:hAnsi="Gentium Plus"/>
          <w:sz w:val="24"/>
        </w:rPr>
        <w:t>ἐπουρανίων μυστηρίων εἰς τὴν ἰδίαν ἀπελύσαμεν χώραν. καὶ ἐγένετο ἐκ τούτου ἔχθρα μεταξὺ Ῥωμαίων καὶ Περσῶν. Καὶ προετρέψατο ὁ βασιλεὺς Περσῶν ἐν τῷ αὐτῷ χρόνῳ ῥῆγα τῶν Οὕννων ὀνόματι Ζιλγιβί· περὶ οὗ ἀκούσας Ἰουστῖ‐ νος ὁ βασιλεύς, ὅτι πρῴην μὲν αὐτὸς ἦν προτρεψάμενος αὐτὸν</w:t>
      </w:r>
    </w:p>
    <w:p>
      <w:r>
        <w:rPr>
          <w:rFonts w:ascii="Courier New" w:hAnsi="Courier New"/>
          <w:color w:val="555555"/>
          <w:sz w:val="20"/>
        </w:rPr>
        <w:t>[20]</w:t>
      </w:r>
    </w:p>
    <w:p>
      <w:r>
        <w:rPr>
          <w:rFonts w:ascii="Gentium Plus" w:hAnsi="Gentium Plus"/>
          <w:sz w:val="24"/>
        </w:rPr>
        <w:t>πρὸς βοήθειαν Ῥωμαίων· πέμψας γὰρ ἦν αὐτῷ καὶ δῶρα πολλὰ καὶ σύνταξιν παρ’ αὐτοῦ λαβὼν μεθ’ ὅρκου, ἀκούσας ὅτι προσ‐</w:t>
      </w:r>
    </w:p>
    <w:p>
      <w:r>
        <w:rPr>
          <w:rFonts w:ascii="Courier New" w:hAnsi="Courier New"/>
          <w:color w:val="555555"/>
          <w:sz w:val="20"/>
        </w:rPr>
        <w:t>[Chron . 415]</w:t>
      </w:r>
    </w:p>
    <w:p>
      <w:r>
        <w:rPr>
          <w:rFonts w:ascii="Gentium Plus" w:hAnsi="Gentium Plus"/>
          <w:sz w:val="24"/>
        </w:rPr>
        <w:t>Οὗννος, προτραπεὶς ὑπὸ Κωάδου βασιλέως Περσῶν ἦλθε κατὰ Ῥωμαίων μετὰ εἴκοσι χιλιάδων, ὀφείλων πολεμῆσαι Ῥωμαίοις. ὁ δὲ θειότατος Ἰουστῖνος ἐδήλωσε διὰ πρεσβευτοῦ τῷ βασι‐ λεῖ Κωάδῃ μετὰ φιλικῆς αὐτοῦ ἀποκρίσεως ἕνεκεν εἰρήνης, ὡς</w:t>
      </w:r>
    </w:p>
    <w:p>
      <w:r>
        <w:rPr>
          <w:rFonts w:ascii="Courier New" w:hAnsi="Courier New"/>
          <w:color w:val="555555"/>
          <w:sz w:val="20"/>
        </w:rPr>
        <w:t>[5]</w:t>
      </w:r>
    </w:p>
    <w:p>
      <w:r>
        <w:rPr>
          <w:rFonts w:ascii="Gentium Plus" w:hAnsi="Gentium Plus"/>
          <w:sz w:val="24"/>
        </w:rPr>
        <w:t>ἐπ’ ἄλλῳ τινὶ γράψας, φησί, τὴν τοῦ αὐτοῦ Ζιλγιβὶ ῥηγὸς παρα‐ βασίαν καὶ ἐπιορκίαν, καὶ ὅτι παρὰ Ῥωμαίων ἐκομίσατο χρήμα‐ τα κατὰ Περσῶν, ὀφείλων αὐτοὺς προδοῦναι καὶ τῷ καιρῷ τῆς συμβολῆς ὑπὲρ Ῥωμαίων συμμαχεῖν, καὶ ὅτι δεῖ ἡμᾶς ἀδελ‐ φοὺς ὄντας εἰς φιλίαν λαλεῖν καὶ μὴ ὑπὸ τῶν κυνῶν τούτων</w:t>
      </w:r>
    </w:p>
    <w:p>
      <w:r>
        <w:rPr>
          <w:rFonts w:ascii="Courier New" w:hAnsi="Courier New"/>
          <w:color w:val="555555"/>
          <w:sz w:val="20"/>
        </w:rPr>
        <w:t>[10]</w:t>
      </w:r>
    </w:p>
    <w:p>
      <w:r>
        <w:rPr>
          <w:rFonts w:ascii="Gentium Plus" w:hAnsi="Gentium Plus"/>
          <w:sz w:val="24"/>
        </w:rPr>
        <w:t>παίζεσθαι. καὶ ἐπιγνοὺς ταῦτα ὁ βασιλεὺς Περσῶν, ἐπηρώ‐ τησε τὸν Ζιλγιβίν, εἰρηκὼς ὅτι Δῶρα ἔλαβες παρὰ Ῥωμαίων προτραπεὶς κατὰ Περσῶν; καὶ εἶπεν ὁ Ζιλγιβὶς τὸ ἀληθὲς καὶ ὡμολόγησε. καὶ ὠργίσθη ὁ βασιλεὺς Περσῶν Κωάδης, καὶ ἐφόνευσεν αὐτόν, ὑπονοήσας ὅτι δόλῳ ἦλθε πρὸς αὐτόν, καὶ</w:t>
      </w:r>
    </w:p>
    <w:p>
      <w:r>
        <w:rPr>
          <w:rFonts w:ascii="Courier New" w:hAnsi="Courier New"/>
          <w:color w:val="555555"/>
          <w:sz w:val="20"/>
        </w:rPr>
        <w:t>[15]</w:t>
      </w:r>
    </w:p>
    <w:p>
      <w:r>
        <w:rPr>
          <w:rFonts w:ascii="Gentium Plus" w:hAnsi="Gentium Plus"/>
          <w:sz w:val="24"/>
        </w:rPr>
        <w:t>πολλοὺς τοῦ ὄχλου αὐτοῦ νυκτὸς ἀνεῖλε, πέμψας κατ’ αὐτῶν πλῆθος πολύ, ἀγνοούντων ὅτι ἀπὸ τοῦ βασιλέως Περσῶν ἐπέμ‐ φθη κατ’ αὐτῶν τὸ πλῆθος, ἀλλὰ ὡς ἀπὸ ἄλλης χώρας, φησίν, ἐπελθόντων τοῖς Οὕννοις καὶ τῷ ῥηγὶ αὐτῶν· οἱ δὲ λοιποὶ τῶν Οὕννων οἱ περισωθέντες ἔφυγον. καὶ ἔδοξε λοιπὸν ὁ βασιλεὺς</w:t>
      </w:r>
    </w:p>
    <w:p>
      <w:r>
        <w:rPr>
          <w:rFonts w:ascii="Courier New" w:hAnsi="Courier New"/>
          <w:color w:val="555555"/>
          <w:sz w:val="20"/>
        </w:rPr>
        <w:t>[20]</w:t>
      </w:r>
    </w:p>
    <w:p>
      <w:r>
        <w:rPr>
          <w:rFonts w:ascii="Gentium Plus" w:hAnsi="Gentium Plus"/>
          <w:sz w:val="24"/>
        </w:rPr>
        <w:t>Κωάδης λαλεῖν περὶ πάκτων εἰρήνης, δηλώσας διὰ Λαβροΐου πρεσβευτοῦ τῷ βασιλεῖ Ῥωμαίων Ἰουστίνῳ.</w:t>
      </w:r>
    </w:p>
    <w:p>
      <w:r>
        <w:rPr>
          <w:rFonts w:ascii="Courier New" w:hAnsi="Courier New"/>
          <w:color w:val="555555"/>
          <w:sz w:val="20"/>
        </w:rPr>
        <w:t>[Chron . 416]</w:t>
      </w:r>
    </w:p>
    <w:p>
      <w:r>
        <w:rPr>
          <w:rFonts w:ascii="Gentium Plus" w:hAnsi="Gentium Plus"/>
          <w:sz w:val="24"/>
        </w:rPr>
        <w:t>ἐγένετο ἀντ’ αὐτοῦ Εὐφράσιος ὁ Ἱεροσολυμίτης, ὅστις μέγαν ἐποί‐ ησε διωγμὸν κατὰ τῶν λεγομένων ὀρθοδόξων, πολλοὺς φονεύσας. Ἐν δὲ τοῖς αὐτοῖς χρόνοις τὸ Βένετον μέρος ἐν πάσαις ταῖς πόλεσιν ἠτάκτει, καὶ ἐτάρασσον τὰς πόλεις λιθασμοῖς καὶ κα‐</w:t>
      </w:r>
    </w:p>
    <w:p>
      <w:r>
        <w:rPr>
          <w:rFonts w:ascii="Courier New" w:hAnsi="Courier New"/>
          <w:color w:val="555555"/>
          <w:sz w:val="20"/>
        </w:rPr>
        <w:t>[5]</w:t>
      </w:r>
    </w:p>
    <w:p>
      <w:r>
        <w:rPr>
          <w:rFonts w:ascii="Gentium Plus" w:hAnsi="Gentium Plus"/>
          <w:sz w:val="24"/>
        </w:rPr>
        <w:t>ταβασίαις καὶ φόνοις· ἐπήρχοντο γὰρ καὶ τοῖς κατὰ πόλιν ἄρχουσιν, ἀρξάμενοι ἀπὸ τοῦ Βυζαντίου. ταῦτα δὲ ἐπράττον‐ το ἕως τῆς γενομένης προαγωγῆς τῆς ἐν Κωνσταντινουπόλει γε‐ νομένου Θεοδότου ὑπάρχου πόλεως, τοῦ ἀπὸ κομήτων τῆς ἀνα‐ τολῆς· ὅστις προεβλήθη ἐπὶ τῆς πρώτης ἰνδικτιῶνος, καὶ κατε‐</w:t>
      </w:r>
    </w:p>
    <w:p>
      <w:r>
        <w:rPr>
          <w:rFonts w:ascii="Courier New" w:hAnsi="Courier New"/>
          <w:color w:val="555555"/>
          <w:sz w:val="20"/>
        </w:rPr>
        <w:t>[10]</w:t>
      </w:r>
    </w:p>
    <w:p>
      <w:r>
        <w:rPr>
          <w:rFonts w:ascii="Gentium Plus" w:hAnsi="Gentium Plus"/>
          <w:sz w:val="24"/>
        </w:rPr>
        <w:t>δυνάστευσε τῆς δημοκρατίας τῶν Βυζαντίων, τιμωρησάμενος πολλοὺς τῶν ἀτάκτων κατὰ κέλευσιν τοῦ βασιλέως Ἰουστίνου. ἐν οἷς συνελάβετο Θεοδόσιόν τινα, τὸν ἐπίκλην Ζτικκάν, ὅστις ἐν πολλῇ εὐπορίᾳ ὑπῆρχε, καὶ τῇ ἀξίᾳ ὢν ἰλλούστριος, καὶ τοῦ‐ τον αὐθεντήσας ἀνεῖλε, μὴ ἀναγαγὼν τῷ βασιλεῖ. καὶ ἀγα‐</w:t>
      </w:r>
    </w:p>
    <w:p>
      <w:r>
        <w:rPr>
          <w:rFonts w:ascii="Courier New" w:hAnsi="Courier New"/>
          <w:color w:val="555555"/>
          <w:sz w:val="20"/>
        </w:rPr>
        <w:t>[15]</w:t>
      </w:r>
    </w:p>
    <w:p>
      <w:r>
        <w:rPr>
          <w:rFonts w:ascii="Gentium Plus" w:hAnsi="Gentium Plus"/>
          <w:sz w:val="24"/>
        </w:rPr>
        <w:t>νακτηθεὶς ὑπὸ τοῦ βασιλέως ἐπαύθη τῆς ἀρχῆς καὶ ἀπεζώ‐ σθη τῆς ἀξίας, κελευσθεὶς ἐξελθεῖν ἐπὶ τὴν ἀνατολήν. καὶ μετὰ τὸ καταλαβεῖν αὐτὸν τὴν ἀνατολὴν ἔφυγε φοβηθεὶς ἐν τῇ τρίτῃ ἰνδικτιῶνι, προσφυγὼν ἐν Ἱεροσολύμοις, καὶ ἀπεκρύβη ἐκεῖ· καὶ ἀντ’ αὐτοῦ προήχθη ἔπαρχος πόλεως Θεόδωρος ὁ ἀπὸ</w:t>
      </w:r>
    </w:p>
    <w:p>
      <w:r>
        <w:rPr>
          <w:rFonts w:ascii="Courier New" w:hAnsi="Courier New"/>
          <w:color w:val="555555"/>
          <w:sz w:val="20"/>
        </w:rPr>
        <w:t>[20]</w:t>
      </w:r>
    </w:p>
    <w:p>
      <w:r>
        <w:rPr>
          <w:rFonts w:ascii="Gentium Plus" w:hAnsi="Gentium Plus"/>
          <w:sz w:val="24"/>
        </w:rPr>
        <w:t>ὑπάτων, ὁ ἐπίκλην τηγανιστής. προήχθη δὲ ἐν Ἀντιοχείᾳ Ἐφραΐμιος ὁ Ἀμιδηνός· ὅστις ἠγωνίσατο κατὰ τῶν δημοκρα‐</w:t>
      </w:r>
    </w:p>
    <w:p>
      <w:r>
        <w:rPr>
          <w:rFonts w:ascii="Courier New" w:hAnsi="Courier New"/>
          <w:color w:val="555555"/>
          <w:sz w:val="20"/>
        </w:rPr>
        <w:t>[Chron . 417]</w:t>
      </w:r>
    </w:p>
    <w:p>
      <w:r>
        <w:rPr>
          <w:rFonts w:ascii="Gentium Plus" w:hAnsi="Gentium Plus"/>
          <w:sz w:val="24"/>
        </w:rPr>
        <w:t>νέτου μέρους τοῦ ποιεῖν ταραχὰς ἐν ταῖς πόλεσι· καὶ ἐπήρθη‐ σαν τὰ θεώρια, καὶ οἱ ὀρχησταὶ ἐκ τῆς ἀνατολῆς καὶ πάντες ἐξωρίσθησαν, δίχα μέντοι τῆς μεγάλης Ἀλεξανδρείας τῆς πρὸς Αἴγυπτον.</w:t>
      </w:r>
    </w:p>
    <w:p>
      <w:r>
        <w:rPr>
          <w:rFonts w:ascii="Courier New" w:hAnsi="Courier New"/>
          <w:color w:val="555555"/>
          <w:sz w:val="20"/>
        </w:rPr>
        <w:t>[5]</w:t>
      </w:r>
    </w:p>
    <w:p>
      <w:r>
        <w:rPr>
          <w:rFonts w:ascii="Gentium Plus" w:hAnsi="Gentium Plus"/>
          <w:sz w:val="24"/>
        </w:rPr>
        <w:t>Ὁ δὲ αὐτὸς βασιλεὺς ἐκώλυσε τὸν ἀγῶνα τῶν Ὀλυμπίων πρὸς τὸ μὴ ἐπιτελεῖσθαι ἐν Ἀντιοχείᾳ ἀπὸ ἰνδικτιῶνος ιδʹ. ἀλυτάρχησαν δὲ ἀπὸ Ἀφρανίου ἕως ὀγδόου ἑξηκοστοῦ πεντα‐ κοσιοστοῦ, ἀφ’ οὗ ἐκωλύθη τὰ Ὀλύμπια, ἀλύταρχοι οζʹ. Τῷ δὲ αὐτῷ χρόνῳ, Ἀνατολίου τοῦ Καρίνου ὄντος κόμητος</w:t>
      </w:r>
    </w:p>
    <w:p>
      <w:r>
        <w:rPr>
          <w:rFonts w:ascii="Courier New" w:hAnsi="Courier New"/>
          <w:color w:val="555555"/>
          <w:sz w:val="20"/>
        </w:rPr>
        <w:t>[10]</w:t>
      </w:r>
    </w:p>
    <w:p>
      <w:r>
        <w:rPr>
          <w:rFonts w:ascii="Gentium Plus" w:hAnsi="Gentium Plus"/>
          <w:sz w:val="24"/>
        </w:rPr>
        <w:t>ἀνατολῆς, συνέβη ἐν Ἀντιοχείᾳ ἐμπρησμὸν μέγαν γενέσθαι ὑπὸ θεϊκῆς ὀργῆς· ὅστις ἐμπρησμὸς προεμήνυσε τὴν τοῦ θεοῦ μέλλου‐ σαν ἔσεσθαι ἀγανάκτησιν. ἐκαύθη γὰρ ἀπὸ τοῦ μαρτυρίου τοῦ ἁγίου Στεφάνου ἕως τοῦ πραιτωρίου τοῦ στρατηλάτου. ἐγένον‐ το δὲ καὶ μετὰ ταῦτα ἐμπρησμοὶ πολλοὶ εἰς διαφόρους γειτο‐</w:t>
      </w:r>
    </w:p>
    <w:p>
      <w:r>
        <w:rPr>
          <w:rFonts w:ascii="Courier New" w:hAnsi="Courier New"/>
          <w:color w:val="555555"/>
          <w:sz w:val="20"/>
        </w:rPr>
        <w:t>[15]</w:t>
      </w:r>
    </w:p>
    <w:p>
      <w:r>
        <w:rPr>
          <w:rFonts w:ascii="Gentium Plus" w:hAnsi="Gentium Plus"/>
          <w:sz w:val="24"/>
        </w:rPr>
        <w:t>νίας τῆς αὐτῆς πόλεως, καὶ ἐκαύθησαν πολλοὶ οἶκοι καὶ ἀπώ‐ λοντο πολλαὶ ψυχαί, καὶ οὐδεὶς ἐγίνωσκε πόθεν τὸ πῦρ ἀνήπτε‐ το. κατὰ πρεσβείαν Ἐφραϊμίου τοῦ πατριάρχου Ἀντιοχείας ἐφιλοτιμήσατο ὁ αὐτὸς βασιλεὺς διὰ τοὺς καυθέντας τόπους χρυσοῦ κεντηνάρια δύο.</w:t>
      </w:r>
    </w:p>
    <w:p>
      <w:r>
        <w:rPr>
          <w:rFonts w:ascii="Courier New" w:hAnsi="Courier New"/>
          <w:color w:val="555555"/>
          <w:sz w:val="20"/>
        </w:rPr>
        <w:t>[20]</w:t>
      </w:r>
    </w:p>
    <w:p>
      <w:r>
        <w:rPr>
          <w:rFonts w:ascii="Gentium Plus" w:hAnsi="Gentium Plus"/>
          <w:sz w:val="24"/>
        </w:rPr>
        <w:t>Ἐν δὲ τῷ αὐτῷ χρόνῳ συνέβη παθεῖν ὑπὸ θεομηνίας τὸ λε‐ γόμενον Δοῤῥάχιον, πόλιν τῆς νέας Ἠπείρου ἐπαρχίας, ἐξ ἧς</w:t>
      </w:r>
    </w:p>
    <w:p>
      <w:r>
        <w:rPr>
          <w:rFonts w:ascii="Courier New" w:hAnsi="Courier New"/>
          <w:color w:val="555555"/>
          <w:sz w:val="20"/>
        </w:rPr>
        <w:t>[Chron . 418]</w:t>
      </w:r>
    </w:p>
    <w:p>
      <w:r>
        <w:rPr>
          <w:rFonts w:ascii="Gentium Plus" w:hAnsi="Gentium Plus"/>
          <w:sz w:val="24"/>
        </w:rPr>
        <w:t>παρεσχηκὼς αὐτοῖς καὶ τὸ ἱπποδρόμιον. ὁ δὲ βασιλεὺς Ἰουστῖ‐ νος πολλὰ παρέσχεν εἰς ἀνανέωσιν τῇ αὐτῇ Δοῤῥαχηνῶν πόλει, ἥτις πρῴην μὲν ἐλέγετο Ἐπίδαμνος· ὁμοίως δὲ καὶ τοῖς περι‐ λειφθεῖσιν ἐφιλοτιμήσατο. ἐν δὲ τῷ αὐτῷ χρόνῳ καὶ ἡ Κό‐</w:t>
      </w:r>
    </w:p>
    <w:p>
      <w:r>
        <w:rPr>
          <w:rFonts w:ascii="Courier New" w:hAnsi="Courier New"/>
          <w:color w:val="555555"/>
          <w:sz w:val="20"/>
        </w:rPr>
        <w:t>[5]</w:t>
      </w:r>
    </w:p>
    <w:p>
      <w:r>
        <w:rPr>
          <w:rFonts w:ascii="Gentium Plus" w:hAnsi="Gentium Plus"/>
          <w:sz w:val="24"/>
        </w:rPr>
        <w:t>ρινθος τῆς Ἑλλάδος ἔπαθε· καὶ πολλὰ κἀκεῖ ἐχαρίσατο ὁ αὐτὸς βασιλεύς. ἐν δὲ τῷ μεταξὺ χρόνῳ ἔπαθεν ὑπὸ θεομηνίας Ἀνά‐ ζαρβος, πόλις τῆς Κιλικίας τὸ τέταρτον αὐτῆς πάθος· ἀνήγειρε δὲ αὐτὴν ὁ αὐτὸς βασιλεύς. ἐν αὐτῷ δὲ τῷ χρόνῳ κατεπόθη ὑπὸ θεομηνίας ὑδάτων ποταμιαίων Ἔδεσα, πόλις μεγάλη τῆς</w:t>
      </w:r>
    </w:p>
    <w:p>
      <w:r>
        <w:rPr>
          <w:rFonts w:ascii="Courier New" w:hAnsi="Courier New"/>
          <w:color w:val="555555"/>
          <w:sz w:val="20"/>
        </w:rPr>
        <w:t>[10]</w:t>
      </w:r>
    </w:p>
    <w:p>
      <w:r>
        <w:rPr>
          <w:rFonts w:ascii="Gentium Plus" w:hAnsi="Gentium Plus"/>
          <w:sz w:val="24"/>
        </w:rPr>
        <w:t>Ὀσδροηνῆς ἐπαρχίας, ἐν ἑσπέρᾳ, τοῦ αὐτοῦ ποταμοῦ κατὰ μέ‐ σον τῆς πόλεως παρερχομένου τοῦ λεγομένου Σκίρτου, αὔ‐ τανδροι σὺν τοῖς οἴκοις ἀπώλοντο. ἔλεγον δὲ οἱ περισωθέντες καὶ οἰκοῦντες τὴν αὐτὴν πόλιν ὅτι καὶ ἐν ἄλλῳ καιρῷ κατέκλυσε τὴν αὐτὴν πόλιν ὁ αὐτὸς ποταμός, ἀλλ’ οὐχ οὕτως ἀπώλεσεν·</w:t>
      </w:r>
    </w:p>
    <w:p>
      <w:r>
        <w:rPr>
          <w:rFonts w:ascii="Courier New" w:hAnsi="Courier New"/>
          <w:color w:val="555555"/>
          <w:sz w:val="20"/>
        </w:rPr>
        <w:t>[15]</w:t>
      </w:r>
    </w:p>
    <w:p>
      <w:r>
        <w:rPr>
          <w:rFonts w:ascii="Gentium Plus" w:hAnsi="Gentium Plus"/>
          <w:sz w:val="24"/>
        </w:rPr>
        <w:t>ἐπεὶ μεμαθήκαμεν ὅτι καὶ ἐν ἄλλοις χρόνοις ἐγένετο τὸ αὐτὸ σχῆμα, μετὰ δὲ τὸ παυθῆναι τὴν ὀργὴν τὰ πλησίον τῶν θεμε‐ λίων τοῦ αὐτοῦ ποταμοῦ οἰκήματα φιλοκαλίας τυγχάνοντα εὑρέθη πλὰξ λιθίνη μεγάλη, ἐν ᾗ ἐπεγέγραπτο ἐν γλυφῇ ταῦτα· Σκίρτος ποταμὸς σκιρτήσει κακὰ σκιρτήματα πολίταις. ἡ δὲ</w:t>
      </w:r>
    </w:p>
    <w:p>
      <w:r>
        <w:rPr>
          <w:rFonts w:ascii="Courier New" w:hAnsi="Courier New"/>
          <w:color w:val="555555"/>
          <w:sz w:val="20"/>
        </w:rPr>
        <w:t>[20]</w:t>
      </w:r>
    </w:p>
    <w:p>
      <w:r>
        <w:rPr>
          <w:rFonts w:ascii="Gentium Plus" w:hAnsi="Gentium Plus"/>
          <w:sz w:val="24"/>
        </w:rPr>
        <w:t>αὐτὴ Ἔδεσα πόλις ἐκτίσθη ὑπὸ Σελεύκου τοῦ Νικάτορος, λα‐ βοῦσα τείχη· ἥντινα ὠνόμασεν ὁ αὐτὸς Σέλευκος ὁ Μακεδὼν</w:t>
      </w:r>
    </w:p>
    <w:p>
      <w:r>
        <w:rPr>
          <w:rFonts w:ascii="Courier New" w:hAnsi="Courier New"/>
          <w:color w:val="555555"/>
          <w:sz w:val="20"/>
        </w:rPr>
        <w:t>[Chron . 419]</w:t>
      </w:r>
    </w:p>
    <w:p>
      <w:r>
        <w:rPr>
          <w:rFonts w:ascii="Gentium Plus" w:hAnsi="Gentium Plus"/>
          <w:sz w:val="24"/>
        </w:rPr>
        <w:t>πάθος, μετεκλήθη Ἔδεσα. πολλὰ δὲ παρέσχεν ὁ αὐτὸς βασιλεὺς ἐν ἑκάστῃ πόλει, ἀνακαινίσας ἐν πολλαῖς εὐπρεπείαις καὶ τοῖς σωθεῖσι πολλὰ χαρισάμενος· τὴν δὲ Ἔδεσαν μετωνόμασεν Ἰου‐ στινούπολιν.</w:t>
      </w:r>
    </w:p>
    <w:p>
      <w:r>
        <w:rPr>
          <w:rFonts w:ascii="Courier New" w:hAnsi="Courier New"/>
          <w:color w:val="555555"/>
          <w:sz w:val="20"/>
        </w:rPr>
        <w:t>[5]</w:t>
      </w:r>
    </w:p>
    <w:p>
      <w:r>
        <w:rPr>
          <w:rFonts w:ascii="Gentium Plus" w:hAnsi="Gentium Plus"/>
          <w:sz w:val="24"/>
        </w:rPr>
        <w:t>Τῷ δὲ ἑβδόμῳ ἔτει τῆς αὐτοῦ βασιλείας ἔπαθεν ὑπὸ θεο‐ μηνίας Ἀντιόχεια ἡ μεγάλη τὸ πέμπτον αὐτῆς πάθος ἐν μηνὶ μαΐῳ, ὑπατείας Ὀλυβρίου· πολὺς γὰρ ἦν ὁ φόβος ὁ τοῦ θεοῦ γενόμενος κατ’ ἐκεῖνον τὸν καιρόν, ὥστε τοὺς συλληφθέντας ὑπὸ τῶν οἰκημάτων ἐν τῇ γῇ καὶ πυρικαύστους γενέσθαι, καὶ</w:t>
      </w:r>
    </w:p>
    <w:p>
      <w:r>
        <w:rPr>
          <w:rFonts w:ascii="Courier New" w:hAnsi="Courier New"/>
          <w:color w:val="555555"/>
          <w:sz w:val="20"/>
        </w:rPr>
        <w:t>[10]</w:t>
      </w:r>
    </w:p>
    <w:p>
      <w:r>
        <w:rPr>
          <w:rFonts w:ascii="Gentium Plus" w:hAnsi="Gentium Plus"/>
          <w:sz w:val="24"/>
        </w:rPr>
        <w:t>ἐκ τοῦ ἀέρος δὲ σπινθῆρας πυρὸς φαίνεσθαι· καὶ ἔκαιον ὡς ἀπὸ ἀστραπῆς τὸν εὑρισκόμενον, καὶ ἐκόχλαζε τὸ ἔδαφος τῆς γῆς, καὶ ἐκεραυνοῦντο οἱ θεμέλιοι, κουφιζόμενοι ὑπὸ τῶν σεισμῶν καὶ ὑπὸ τοῦ πυρὸς τεφρούμενοι, ὥστε καὶ τοῖς φεύγουσιν ὑπήν‐ τα τὸ πῦρ. καὶ ἦν ἰδεῖν θαῦμα φοβερὸν καὶ παράδοξον,</w:t>
      </w:r>
    </w:p>
    <w:p>
      <w:r>
        <w:rPr>
          <w:rFonts w:ascii="Courier New" w:hAnsi="Courier New"/>
          <w:color w:val="555555"/>
          <w:sz w:val="20"/>
        </w:rPr>
        <w:t>[15]</w:t>
      </w:r>
    </w:p>
    <w:p>
      <w:r>
        <w:rPr>
          <w:rFonts w:ascii="Gentium Plus" w:hAnsi="Gentium Plus"/>
          <w:sz w:val="24"/>
        </w:rPr>
        <w:t>πῦρ ἐρευγόμενον ὄμβρον, ὄμβρος καμίνων φοβερῶν, φλὸξ εἰς ὑετὸν λυομένη, καὶ ὑετὸς ὡς φλὸξ ἐξαπτόμενος καὶ τοὺς βοῶντας ἐν τῇ γῇ κατανήλισκε. καὶ ἐκ τούτου Ἀντιόχεια ἄχρη‐ στος ἐγένετο· οὐκ ἔμεινε γάρ, εἰ μὴ τὰ πρὸς ὄρος μόνον πα‐ ροικούμενα οἰκήματα. οὐκ ἔμεινε δὲ οὔτε ἅγιος οἶκος εὐκτηρίου</w:t>
      </w:r>
    </w:p>
    <w:p>
      <w:r>
        <w:rPr>
          <w:rFonts w:ascii="Courier New" w:hAnsi="Courier New"/>
          <w:color w:val="555555"/>
          <w:sz w:val="20"/>
        </w:rPr>
        <w:t>[20]</w:t>
      </w:r>
    </w:p>
    <w:p>
      <w:r>
        <w:rPr>
          <w:rFonts w:ascii="Gentium Plus" w:hAnsi="Gentium Plus"/>
          <w:sz w:val="24"/>
        </w:rPr>
        <w:t>ἢ μοναστηρίου ἢ ἄλλου ἁγίου τόπου ἀδιάῤῥηκτος· τὰ γὰρ ἄλλα συνετελέσθησαν εἰς τὸ παντελές· ἡ δὲ μεγάλη ἐκκλησία Ἀν‐</w:t>
      </w:r>
    </w:p>
    <w:p>
      <w:r>
        <w:rPr>
          <w:rFonts w:ascii="Courier New" w:hAnsi="Courier New"/>
          <w:color w:val="555555"/>
          <w:sz w:val="20"/>
        </w:rPr>
        <w:t>[Chron . 420]</w:t>
      </w:r>
    </w:p>
    <w:p>
      <w:r>
        <w:rPr>
          <w:rFonts w:ascii="Gentium Plus" w:hAnsi="Gentium Plus"/>
          <w:sz w:val="24"/>
        </w:rPr>
        <w:t>τῆς θεομηνίας γενομένης καὶ πάντων πεπτωκότων εἰς τὸ ἔδα‐ φος ἔστη ἐπὶ ἡμέρας βʹ μετὰ τὸ γενέσθαι τὴν τοῦ θεοῦ φο‐ βερὰν ἀπειλήν· καὶ αὐτὴ ὑπὸ πυρὸς ληφθεῖσα κατηνέχθη ἕως ἐδάφους. καὶ ἕτεροι δὲ οἶκοι μὴ πεπτωκότες ὑπὸ τοῦ πάθους</w:t>
      </w:r>
    </w:p>
    <w:p>
      <w:r>
        <w:rPr>
          <w:rFonts w:ascii="Courier New" w:hAnsi="Courier New"/>
          <w:color w:val="555555"/>
          <w:sz w:val="20"/>
        </w:rPr>
        <w:t>[5]</w:t>
      </w:r>
    </w:p>
    <w:p>
      <w:r>
        <w:rPr>
          <w:rFonts w:ascii="Gentium Plus" w:hAnsi="Gentium Plus"/>
          <w:sz w:val="24"/>
        </w:rPr>
        <w:t>τοῦ θεϊκοῦ ὑπὸ τοῦ πυρὸς διελύθησαν ἕως θεμελίων. καὶ ἀπώλοντο ἐν αὐτῷ τῷ φόβῳ ἄχρι χιλιάδων διακοσίων πεντήκον‐ τα· ἦν γὰρ ἡ μεγάλη ἑορτὴ Χριστοῦ τοῦ θεοῦ ἡμῶν ἡ τῆς ἀνα‐ λήψεως· καὶ πολὺ πλῆθος ἦν τῶν ξένων ἐπιδημῆσαν· ἐπὶ δὲ τῆς αὐτῆς θεομηνίας ἐδείχθη καὶ τὸ τῶν πολιτῶν πλῆθος ὁπό‐</w:t>
      </w:r>
    </w:p>
    <w:p>
      <w:r>
        <w:rPr>
          <w:rFonts w:ascii="Courier New" w:hAnsi="Courier New"/>
          <w:color w:val="555555"/>
          <w:sz w:val="20"/>
        </w:rPr>
        <w:t>[10]</w:t>
      </w:r>
    </w:p>
    <w:p>
      <w:r>
        <w:rPr>
          <w:rFonts w:ascii="Gentium Plus" w:hAnsi="Gentium Plus"/>
          <w:sz w:val="24"/>
        </w:rPr>
        <w:t>σον ὑπῆρχε. πολλοὶ δὲ τῶν χωσθέντων ζήσαντες μετὰ τὸ ἀνενεχθῆναι αὐτοὺς ζῶντας ἀπέθανον. τινὲς δὲ ἐκ τῶν πο‐ λιτῶν τῶν σωθέντων, εἴ τι ἠδυνήθησαν, ἀφείλαντο καὶ ἔφευ‐ γον· καὶ ὑπήντουν αὐτοῖς γεωργοί, καὶ ἀπέσπων παρ’ αὐτῶν φονεύοντες αὐτούς. ἐδείχθη δὲ καὶ ἐν τούτῳ ἡ τοῦ θεοῦ φι‐</w:t>
      </w:r>
    </w:p>
    <w:p>
      <w:r>
        <w:rPr>
          <w:rFonts w:ascii="Courier New" w:hAnsi="Courier New"/>
          <w:color w:val="555555"/>
          <w:sz w:val="20"/>
        </w:rPr>
        <w:t>[15]</w:t>
      </w:r>
    </w:p>
    <w:p>
      <w:r>
        <w:rPr>
          <w:rFonts w:ascii="Gentium Plus" w:hAnsi="Gentium Plus"/>
          <w:sz w:val="24"/>
        </w:rPr>
        <w:t>λανθρωπία· ὅσοι γὰρ ἀπέσπων, ἀπέθνησκον βιαίως, οἱ μὲν σηπό‐ μενοι, οἱ δὲ τυφλούμενοι, οἱ δὲ χειρουργίαις κοπτόμενοι, καὶ ὁμο‐ λογοῦντες τὰ πλημμελήματα ἑαυτῶν παρεδίδουν τὰς ψυχάς. ἐν οἷς ἦν ἐν αὐτῷ τῷ καιρῷ ἁρπαγῇ χρησάμενος Θωμᾶς τις σιλεντιάριος, ὅστις ἐξῆλθε φεύγων ἐκ τῆς θεομηνίας, καὶ ἔξω τῆς πόλεως ὡς</w:t>
      </w:r>
    </w:p>
    <w:p>
      <w:r>
        <w:rPr>
          <w:rFonts w:ascii="Courier New" w:hAnsi="Courier New"/>
          <w:color w:val="555555"/>
          <w:sz w:val="20"/>
        </w:rPr>
        <w:t>[20]</w:t>
      </w:r>
    </w:p>
    <w:p>
      <w:r>
        <w:rPr>
          <w:rFonts w:ascii="Gentium Plus" w:hAnsi="Gentium Plus"/>
          <w:sz w:val="24"/>
        </w:rPr>
        <w:t>ἀπὸ μιλίων τριῶν ἐπὶ τὴν πόρταν τὴν λεγομένην τοῦ ἁγίου Ἰουλιανοῦ οἴκει, καὶ ἀπέσπα πάντα ἐκ τῶν φευγόντων διὰ τῶν οἰκετῶν αὐτοῦ. τοῦτο δὲ διεπράξατο ἐπὶ ἡμέρας τέσσαρας·</w:t>
      </w:r>
    </w:p>
    <w:p>
      <w:r>
        <w:rPr>
          <w:rFonts w:ascii="Courier New" w:hAnsi="Courier New"/>
          <w:color w:val="555555"/>
          <w:sz w:val="20"/>
        </w:rPr>
        <w:t>[Chron . 421]</w:t>
      </w:r>
    </w:p>
    <w:p>
      <w:r>
        <w:rPr>
          <w:rFonts w:ascii="Gentium Plus" w:hAnsi="Gentium Plus"/>
          <w:sz w:val="24"/>
        </w:rPr>
        <w:t>καὶ πάντες ἐδόξαζον τὸν θεόν. ἡ δὲ αὐτοῦ περιουσία ἁρπαγεῖ‐ σα ἀπώλετο· καὶ ἐν ᾧ τόπῳ ἐτελεύτησεν, ἐκεῖ καὶ ἐτάφη. ἐδείχθη γὰρ καὶ ἄλλα τινὰ μυστήρια τοῦ φιλανθρώπου θεοῦ· ἔγκυοι γὰρ γυναῖκες δι’ εἴκοσιν ἡμερῶν ἢ καὶ τριάκοντα ἀνῆλ‐</w:t>
      </w:r>
    </w:p>
    <w:p>
      <w:r>
        <w:rPr>
          <w:rFonts w:ascii="Courier New" w:hAnsi="Courier New"/>
          <w:color w:val="555555"/>
          <w:sz w:val="20"/>
        </w:rPr>
        <w:t>[5]</w:t>
      </w:r>
    </w:p>
    <w:p>
      <w:r>
        <w:rPr>
          <w:rFonts w:ascii="Gentium Plus" w:hAnsi="Gentium Plus"/>
          <w:sz w:val="24"/>
        </w:rPr>
        <w:t>θον ἐκ τῶν χωσθέντων ὑγιεῖς· πολλαὶ δὲ γεννήσασαι εἰς τὴν γῆν κάτω ὑπὸ τὰ χώματα ἀνῆλθον σὺν νηπίοις ἀβλαβεῖς καὶ ἔζησαν μετὰ τῶν τεχθέντων ἐξ αὐτῶν. καὶ ἄλλα δὲ παιδία ὡσαύτως διεσώθησαν μεθ’ ἡμέρας λʹ· καὶ πολλὰ φοβερώτερα τούτων ἐγένετο. τῇ δὲ τρίτῃ ἡμέρᾳ μετὰ τὴν πτῶσιν ἐφάνη ἐν</w:t>
      </w:r>
    </w:p>
    <w:p>
      <w:r>
        <w:rPr>
          <w:rFonts w:ascii="Courier New" w:hAnsi="Courier New"/>
          <w:color w:val="555555"/>
          <w:sz w:val="20"/>
        </w:rPr>
        <w:t>[10]</w:t>
      </w:r>
    </w:p>
    <w:p>
      <w:r>
        <w:rPr>
          <w:rFonts w:ascii="Gentium Plus" w:hAnsi="Gentium Plus"/>
          <w:sz w:val="24"/>
        </w:rPr>
        <w:t>τῷ οὐρανῷ ὁ τίμιος σταυρὸς διὰ νεφέλης κατὰ τὸ ἀρκτῷον μέ‐ ρος τῆς αὐτῆς πόλεως· καὶ πάντες θεασάμενοι αὐτὸν ἔμειναν κλαίοντες καὶ εὐχόμενοι ἐπὶ μίαν ὥραν. ἐγένοντο δὲ μετὰ τὴν πτῶσιν τῆς πόλεως καὶ ἄλλοι σεισμοὶ πολλοὶ ὡς ἐπὶ χρόνον ἐνιαυτοῦ καὶ μηνῶν ἕξ. Σελευκείας δὲ καὶ Δάφνης ὡς ἐπὶ</w:t>
      </w:r>
    </w:p>
    <w:p>
      <w:r>
        <w:rPr>
          <w:rFonts w:ascii="Courier New" w:hAnsi="Courier New"/>
          <w:color w:val="555555"/>
          <w:sz w:val="20"/>
        </w:rPr>
        <w:t>[15]</w:t>
      </w:r>
    </w:p>
    <w:p>
      <w:r>
        <w:rPr>
          <w:rFonts w:ascii="Gentium Plus" w:hAnsi="Gentium Plus"/>
          <w:sz w:val="24"/>
        </w:rPr>
        <w:t>μίλια εἴκοσι πτῶσις ἐγένετο· πολλὰ δὲ χρήματα παρέσχε ταῖς παθούσαις πόλεσιν ὁ αὐτὸς βασιλεύς. ἀκούσας γὰρ τὴν γενο‐ μένην ὑπὸ τοῦ θεοῦ φιλανθρωπίαν, λύπῃ συσχεθεὶς οὐ μικρᾷ, θεωριῶν μὴ ἀγομένων ἐν Βυζαντίῳ, καὶ ἁγίας πεντηκοστῆς κα‐ ταλαβούσης, δίχα διαδήματος εἰσῆλθεν ἐν τῇ ἐκκλησίᾳ μετὰ</w:t>
      </w:r>
    </w:p>
    <w:p>
      <w:r>
        <w:rPr>
          <w:rFonts w:ascii="Courier New" w:hAnsi="Courier New"/>
          <w:color w:val="555555"/>
          <w:sz w:val="20"/>
        </w:rPr>
        <w:t>[20]</w:t>
      </w:r>
    </w:p>
    <w:p>
      <w:r>
        <w:rPr>
          <w:rFonts w:ascii="Gentium Plus" w:hAnsi="Gentium Plus"/>
          <w:sz w:val="24"/>
        </w:rPr>
        <w:t>πορφυροῦ μαντίου κλαίων, σὺν αὐτῷ δὲ καὶ πάντες οἱ συγκλη‐</w:t>
      </w:r>
    </w:p>
    <w:p>
      <w:r>
        <w:rPr>
          <w:rFonts w:ascii="Courier New" w:hAnsi="Courier New"/>
          <w:color w:val="555555"/>
          <w:sz w:val="20"/>
        </w:rPr>
        <w:t>[Chron . 422]</w:t>
      </w:r>
    </w:p>
    <w:p>
      <w:r>
        <w:rPr>
          <w:rFonts w:ascii="Gentium Plus" w:hAnsi="Gentium Plus"/>
          <w:sz w:val="24"/>
        </w:rPr>
        <w:t>Ἐν αὐτῷ δὲ τῷ χρόνῳ ἀπέστειλεν ὁ αὐτὸς βασιλεὺς Καρῖνον κόμητα μετὰ κεντηναρίων πέντε· συναπέστειλε δὲ καὶ Φωκᾶν τὸν πατρίκιον καὶ Ἀστέριον, ἄνδρας σοφούς, δοὺς καὶ αὐ‐ τοῖς χρήματα πολλὰ εἰς ἐπανόρθωσιν τῆς πόλεως καὶ τῶν ἀγω‐</w:t>
      </w:r>
    </w:p>
    <w:p>
      <w:r>
        <w:rPr>
          <w:rFonts w:ascii="Courier New" w:hAnsi="Courier New"/>
          <w:color w:val="555555"/>
          <w:sz w:val="20"/>
        </w:rPr>
        <w:t>[5]</w:t>
      </w:r>
    </w:p>
    <w:p>
      <w:r>
        <w:rPr>
          <w:rFonts w:ascii="Gentium Plus" w:hAnsi="Gentium Plus"/>
          <w:sz w:val="24"/>
        </w:rPr>
        <w:t>γῶν καὶ τῶν γεφυρῶν τοῦ ποταμοῦ, ὡς ἐπιστάμενος τὴν αὐτὴν πό‐ λιν· ἦν γὰρ οἰκήσας ἐν αὐτῇ χρόνον τινά, ὅτε κατῆλθε μετὰ τῶν στρατηλατῶν ἐν τῷ Περσικῷ πολέμῳ. καὶ πυκνῶς ἔγραφε τοῖς αὐτοῖς πατρικίοις τοῦ φροντισθῆναι τὴν πόλιν. Μετὰ δὲ τὸ ὄγδοον ἔτος τῆς αὐτοῦ Ἰουστίνου βασιλείας</w:t>
      </w:r>
    </w:p>
    <w:p>
      <w:r>
        <w:rPr>
          <w:rFonts w:ascii="Courier New" w:hAnsi="Courier New"/>
          <w:color w:val="555555"/>
          <w:sz w:val="20"/>
        </w:rPr>
        <w:t>[10]</w:t>
      </w:r>
    </w:p>
    <w:p>
      <w:r>
        <w:rPr>
          <w:rFonts w:ascii="Gentium Plus" w:hAnsi="Gentium Plus"/>
          <w:sz w:val="24"/>
        </w:rPr>
        <w:t>καὶ μηνῶν θʹ συνεβασίλευσεν αὐτῷ ὁ θειότατος Ἰουστινιανὸς μετὰ τῆς Αὐγούστας Θεοδώρας, στεφθεὶς ὑπὸ τοῦ θειοτάτου αὐτοῦ θείου ἐπὶ τῆς ὑπατείας Μαβορτίου. ὅστις βασιλεὺς Ἰουστινιανὸς πολλὰ ἐχαρίσατο τῇ αὐτῇ τῶν Ἀντιοχέων πόλει· καὶ εἰς πᾶσαν πόλιν τῆς Ῥωμαϊκῆς πολιτείας ποιήσας μεγάλην</w:t>
      </w:r>
    </w:p>
    <w:p>
      <w:r>
        <w:rPr>
          <w:rFonts w:ascii="Courier New" w:hAnsi="Courier New"/>
          <w:color w:val="555555"/>
          <w:sz w:val="20"/>
        </w:rPr>
        <w:t>[15]</w:t>
      </w:r>
    </w:p>
    <w:p>
      <w:r>
        <w:rPr>
          <w:rFonts w:ascii="Gentium Plus" w:hAnsi="Gentium Plus"/>
          <w:sz w:val="24"/>
        </w:rPr>
        <w:t>κατάστασιν· καὶ ἐν ἑκάστῃ δὲ πόλει κατέπεμψε θείας σάκρας, ὥστε τιμωρηθῆναι τοὺς ἀταξίας ἢ φόνους ποιοῦντας, ὁποίου δ’ ἂν ὑπάρχωσι μέρους, ὥστε μὴ τολμᾶν τινα τοῦ λοιποῦ τὴν οἱανδήποτε ἀταξίαν ποιῆσαι, φόβον ἐνδειξάμενος εἰς πάσας τὰς ἐπαρχίας.</w:t>
      </w:r>
    </w:p>
    <w:p>
      <w:r>
        <w:rPr>
          <w:rFonts w:ascii="Courier New" w:hAnsi="Courier New"/>
          <w:color w:val="555555"/>
          <w:sz w:val="20"/>
        </w:rPr>
        <w:t>[20]</w:t>
      </w:r>
    </w:p>
    <w:p>
      <w:r>
        <w:rPr>
          <w:rFonts w:ascii="Gentium Plus" w:hAnsi="Gentium Plus"/>
          <w:sz w:val="24"/>
        </w:rPr>
        <w:t>Ἐν δὲ Ἀντιοχείᾳ τῇ μεγάλῃ πρὸς ὀλίγον καιρὸν ἐγένοντο ἐν</w:t>
      </w:r>
    </w:p>
    <w:p>
      <w:r>
        <w:rPr>
          <w:rFonts w:ascii="Courier New" w:hAnsi="Courier New"/>
          <w:color w:val="555555"/>
          <w:sz w:val="20"/>
        </w:rPr>
        <w:t>[Chron . 423]</w:t>
      </w:r>
    </w:p>
    <w:p>
      <w:r>
        <w:rPr>
          <w:rFonts w:ascii="Gentium Plus" w:hAnsi="Gentium Plus"/>
          <w:sz w:val="24"/>
        </w:rPr>
        <w:t>Ἔκτισε δὲ ἐν τῇ αὐτῇ Ἀντιοχείᾳ εὐκτήριον οἶκον τῆς ἁγίας θεοτόκου καὶ ἀειπαρθένου Μαρίας, ἄντικρυς τῆς λεγομένης Ῥουφίνου βασιλικῆς, κτίσας πλησίον καὶ ἕτερον οἶκον τῶν ἁγίων Κοσμᾶ καὶ Δαμιανοῦ. ὡσαύτως δὲ ἔκτισε καὶ ξενῶνα καὶ</w:t>
      </w:r>
    </w:p>
    <w:p>
      <w:r>
        <w:rPr>
          <w:rFonts w:ascii="Courier New" w:hAnsi="Courier New"/>
          <w:color w:val="555555"/>
          <w:sz w:val="20"/>
        </w:rPr>
        <w:t>[5]</w:t>
      </w:r>
    </w:p>
    <w:p>
      <w:r>
        <w:rPr>
          <w:rFonts w:ascii="Gentium Plus" w:hAnsi="Gentium Plus"/>
          <w:sz w:val="24"/>
        </w:rPr>
        <w:t>λουτρὰ καὶ κινστέρνας. ὁμοίως δὲ καὶ ἡ εὐσεβεστάτη Θεο‐ δώρα καὶ αὐτὴ πολλὰ τῇ πόλει παρέσχεν· ἔκτισε δὲ καὶ οἶκον τοῦ ἀρχαγγέλου Μιχαὴλ εὐπρεπέστατον πάνυ· ἔκτισε δὲ καὶ τὴν λεγομένην Ἀνατολίου βασιλικήν, πέμψας τοὺς κίονας ἀπὸ Κωνσταντινουπόλεως. ἡ δὲ αὐτὴ Αὔγουστα Θεοδώρα, ποιή‐</w:t>
      </w:r>
    </w:p>
    <w:p>
      <w:r>
        <w:rPr>
          <w:rFonts w:ascii="Courier New" w:hAnsi="Courier New"/>
          <w:color w:val="555555"/>
          <w:sz w:val="20"/>
        </w:rPr>
        <w:t>[10]</w:t>
      </w:r>
    </w:p>
    <w:p>
      <w:r>
        <w:rPr>
          <w:rFonts w:ascii="Gentium Plus" w:hAnsi="Gentium Plus"/>
          <w:sz w:val="24"/>
        </w:rPr>
        <w:t>σασα σταυρὸν πολύτιμον διὰ μαργαριτῶν ἔπεμψεν ἐν Ἱεροσο‐ λύμοις. ὁ δὲ αὐτὸς Ἰουστινιανὸς δωρεὰς κατέπεμψε πᾶσι τοῖς ὑποτελέσι τῆς Ῥωμαϊκῆς πολιτείας. Οἱ δὲ αὐτοὶ βασιλεῖς προεχειρίσαντο τὸν πατρίκιον Ὑπάτιον στρατηλάτην ἀνατολῆς εἰς τὸ φυλάξαι τὰς ἐπιδρομὰς τῶν Σα‐</w:t>
      </w:r>
    </w:p>
    <w:p>
      <w:r>
        <w:rPr>
          <w:rFonts w:ascii="Courier New" w:hAnsi="Courier New"/>
          <w:color w:val="555555"/>
          <w:sz w:val="20"/>
        </w:rPr>
        <w:t>[15]</w:t>
      </w:r>
    </w:p>
    <w:p>
      <w:r>
        <w:rPr>
          <w:rFonts w:ascii="Gentium Plus" w:hAnsi="Gentium Plus"/>
          <w:sz w:val="24"/>
        </w:rPr>
        <w:t>ρακηνῶν διὰ τὰ ἀνατολικὰ μέρη. Ἐν δὲ τῷ αὐτῷ καιρῷ κατὰ πόλιν πολλοὶ ἐτιμωρήθησαν Μανιχαῖοι, ἐν οἷς ἐτιμωρήθη καὶ ἡ γυνὴ Ἐρυθρίου τοῦ συγκλη‐ τικοῦ καὶ ἄλλαι ἅμα αὐτῇ. Τῆς δὲ θεομηνίας συμβάσης κόμης ἀνατολῆς ὑπῆρχεν</w:t>
      </w:r>
    </w:p>
    <w:p>
      <w:r>
        <w:rPr>
          <w:rFonts w:ascii="Courier New" w:hAnsi="Courier New"/>
          <w:color w:val="555555"/>
          <w:sz w:val="20"/>
        </w:rPr>
        <w:t>[20]</w:t>
      </w:r>
    </w:p>
    <w:p>
      <w:r>
        <w:rPr>
          <w:rFonts w:ascii="Gentium Plus" w:hAnsi="Gentium Plus"/>
          <w:sz w:val="24"/>
        </w:rPr>
        <w:t>Ἐφραΐμιος· ὅστις μετ’ ὀλίγον χρόνον ἀναγκασθεὶς προεχειρίσθη πατριάρχης Ἀντιοχείας· ὁ γὰρ πρὸ αὐτοῦ γεγονὼς Εὐφράσιος</w:t>
      </w:r>
    </w:p>
    <w:p>
      <w:r>
        <w:rPr>
          <w:rFonts w:ascii="Courier New" w:hAnsi="Courier New"/>
          <w:color w:val="555555"/>
          <w:sz w:val="20"/>
        </w:rPr>
        <w:t>[Chron . 424]</w:t>
      </w:r>
    </w:p>
    <w:p>
      <w:r>
        <w:rPr>
          <w:rFonts w:ascii="Gentium Plus" w:hAnsi="Gentium Plus"/>
          <w:sz w:val="24"/>
        </w:rPr>
        <w:t>σιλεῖς ὅτι ὁ κόμης τῆς ἀνατολῆς Ἐφραΐμιος ὑπὸ τοῦ κλήρου κανονικῶς ἐχειροτονήθη πατριάρχης, προηγάγοντο ἀντ’ αὐτοῦ κόμητα ἀνατολῆς Ζαχαρίαν, ὅστις ὑπῆρχε Τύριος. ὁ δὲ αὐτὸς Ζαχαρίας, ἰδὼν τὴν γενομένην ἅλωσιν τῆς πόλεως, ᾐτήσατο</w:t>
      </w:r>
    </w:p>
    <w:p>
      <w:r>
        <w:rPr>
          <w:rFonts w:ascii="Courier New" w:hAnsi="Courier New"/>
          <w:color w:val="555555"/>
          <w:sz w:val="20"/>
        </w:rPr>
        <w:t>[5]</w:t>
      </w:r>
    </w:p>
    <w:p>
      <w:r>
        <w:rPr>
          <w:rFonts w:ascii="Gentium Plus" w:hAnsi="Gentium Plus"/>
          <w:sz w:val="24"/>
        </w:rPr>
        <w:t>τοὺς αὐτοὺς εὐσεβεῖς βασιλεῖς διὰ μηνύσεως αὐτοῦ ἀνελθεῖν ἐν Βυζαντίῳ καὶ πρεσβεῦσαι ὑπὲρ τῆς Ἀντιοχέων πόλεως. καὶ ἔλαβε μεθ’ ἑαυτοῦ τὸν ἐπίσκοπον Ἀμηδείας, ἄνδρα εὐλαβῆ, καὶ ἄλλους κληρικούς· καὶ ἀνῆλθον ἐν Κωνσταντινουπόλει, καὶ πολ‐ λὰ κατορθώσαντες ὑπέστρεψαν ἐν Ἀντιοχείᾳ τῇ μεγάλῃ μετὰ</w:t>
      </w:r>
    </w:p>
    <w:p>
      <w:r>
        <w:rPr>
          <w:rFonts w:ascii="Courier New" w:hAnsi="Courier New"/>
          <w:color w:val="555555"/>
          <w:sz w:val="20"/>
        </w:rPr>
        <w:t>[10]</w:t>
      </w:r>
    </w:p>
    <w:p>
      <w:r>
        <w:rPr>
          <w:rFonts w:ascii="Gentium Plus" w:hAnsi="Gentium Plus"/>
          <w:sz w:val="24"/>
        </w:rPr>
        <w:t>δωρεῶν βασιλικῶν, λαβόντες χρυσοῦ κεντηνάρια λʹ καὶ τύπους περὶ διαφόρων κεφαλαίων τοῦ ἄγεσθαι ἐν τῇ αὐτῇ πόλει τὰ πάτρια. οἱ δὲ αὐτοὶ βασιλεῖς μετ’ ὀλίγον καιρὸν ἐδωρήσαντο τῇ αὐτῇ πόλει καὶ ἄλλα κεντηνάρια δέκα. Ἐν δὲ τῷ μεταξὺ συνέβη ἀσθενῆσαι τὸν θειότατον Ἰουστῖ‐</w:t>
      </w:r>
    </w:p>
    <w:p>
      <w:r>
        <w:rPr>
          <w:rFonts w:ascii="Courier New" w:hAnsi="Courier New"/>
          <w:color w:val="555555"/>
          <w:sz w:val="20"/>
        </w:rPr>
        <w:t>[15]</w:t>
      </w:r>
    </w:p>
    <w:p>
      <w:r>
        <w:rPr>
          <w:rFonts w:ascii="Gentium Plus" w:hAnsi="Gentium Plus"/>
          <w:sz w:val="24"/>
        </w:rPr>
        <w:t>νον ἐκ τοῦ ἕλκους οὗ εἶχεν ἐν τῷ ποδί· ἦν γὰρ λαβὼν ἐν τῷ τό‐ πῳ σαγίτταν ἐν πολέμῳ, καὶ ἐξ αὐτοῦ ὁ κίνδυνος τῆς ζωῆς αὐ‐ τοῦ ἐγένετο· μηνὶ αὐγούστῳ αʹ, ἰνδικτιῶνος πέμπτης· τελευτᾷ δὲ ἐνιαυτῶν οεʹ. ὡς εἶναι τὸν πάντα χρόνον τῆς αὐτοῦ βασι‐ λείας ἔτη θʹ καὶ ἡμέρας εἰκοσιδύο μετὰ καὶ τῶν τεσσάρων μη‐</w:t>
      </w:r>
    </w:p>
    <w:p>
      <w:r>
        <w:rPr>
          <w:rFonts w:ascii="Courier New" w:hAnsi="Courier New"/>
          <w:color w:val="555555"/>
          <w:sz w:val="20"/>
        </w:rPr>
        <w:t>[20]</w:t>
      </w:r>
    </w:p>
    <w:p>
      <w:r>
        <w:rPr>
          <w:rFonts w:ascii="Gentium Plus" w:hAnsi="Gentium Plus"/>
          <w:sz w:val="24"/>
        </w:rPr>
        <w:t>νῶν τοῦ αὐτοῦ ἀνεψιοῦ.</w:t>
      </w:r>
    </w:p>
    <w:p>
      <w:pPr>
        <w:jc w:val="center"/>
      </w:pPr>
      <w:r>
        <w:rPr>
          <w:rFonts w:ascii="Gentium Plus" w:hAnsi="Gentium Plus"/>
          <w:b/>
          <w:sz w:val="24"/>
        </w:rPr>
        <w:t>ΛΟΓΟΣ ΙΗʹ</w:t>
      </w:r>
    </w:p>
    <w:p>
      <w:r>
        <w:rPr>
          <w:rFonts w:ascii="Courier New" w:hAnsi="Courier New"/>
          <w:color w:val="555555"/>
          <w:sz w:val="20"/>
        </w:rPr>
        <w:t>[t2]</w:t>
      </w:r>
    </w:p>
    <w:p>
      <w:r>
        <w:rPr>
          <w:rFonts w:ascii="Gentium Plus" w:hAnsi="Gentium Plus"/>
          <w:sz w:val="24"/>
        </w:rPr>
        <w:t>ΧΡΟΝΩΝ ΙΟΥΣΤΙΝΙΑΝΟΥ ΒΑΣΙΛΕΩΣ.</w:t>
      </w:r>
    </w:p>
    <w:p>
      <w:r>
        <w:rPr>
          <w:rFonts w:ascii="Courier New" w:hAnsi="Courier New"/>
          <w:color w:val="555555"/>
          <w:sz w:val="20"/>
        </w:rPr>
        <w:t>[1]</w:t>
      </w:r>
    </w:p>
    <w:p>
      <w:r>
        <w:rPr>
          <w:rFonts w:ascii="Gentium Plus" w:hAnsi="Gentium Plus"/>
          <w:sz w:val="24"/>
        </w:rPr>
        <w:t>Μετὰ δὲ τὴν βασιλείαν Ἰουστίνου ἐβασίλευσεν ὁ θειότατος Ἰουστινιανὸς ἔτη ληʹ καὶ μῆνας ζʹ καὶ ἡμέρας ιγʹ ἐν μηνὶ ἀπριλλίῳ πρώτῃ, ἰνδικτιῶνι πέμπτῃ, ἔτους χρηματίζοντος κατὰ Ἀντιόχειαν πεντακοσιοστοῦ ἑβδομηκοστοῦ πέμπτου, ἐπὶ τῆς</w:t>
      </w:r>
    </w:p>
    <w:p>
      <w:r>
        <w:rPr>
          <w:rFonts w:ascii="Courier New" w:hAnsi="Courier New"/>
          <w:color w:val="555555"/>
          <w:sz w:val="20"/>
        </w:rPr>
        <w:t>[5]</w:t>
      </w:r>
    </w:p>
    <w:p>
      <w:r>
        <w:rPr>
          <w:rFonts w:ascii="Gentium Plus" w:hAnsi="Gentium Plus"/>
          <w:sz w:val="24"/>
        </w:rPr>
        <w:t>ὑπατείας Μαβορτίου. ἦν δὲ τῇ ἰδέᾳ κονδοειδής, εὔστηθος, εὔρινος, λευκός, οὐλόθριξ, στρογγύλοψις, εὔμορφος, ἀναφά‐ λας, ἀνθηροπρόσωπος, μιξοπόλιος τὴν κάραν καὶ τὸ γένειον, μεγαλόψυχος, χριστιανός. ἔχαιρε δὲ τῷ Βενέτῳ μέρει, καὶ αὐτὸς δὲ ὢν Θρᾲξ ἀπὸ Βεδεριάνας.</w:t>
      </w:r>
    </w:p>
    <w:p>
      <w:r>
        <w:rPr>
          <w:rFonts w:ascii="Courier New" w:hAnsi="Courier New"/>
          <w:color w:val="555555"/>
          <w:sz w:val="20"/>
        </w:rPr>
        <w:t>[10]</w:t>
      </w:r>
    </w:p>
    <w:p>
      <w:r>
        <w:rPr>
          <w:rFonts w:ascii="Gentium Plus" w:hAnsi="Gentium Plus"/>
          <w:sz w:val="24"/>
        </w:rPr>
        <w:t>Ὁ δὲ αὐτὸς βασιλεὺς ἐπὶ τῆς ἕκτης ἐπινεμήσεως τῷ ὀκτω‐ βρίῳ μηνὶ προηγάγετο κόμητα ἀνατολῆς ἐν Ἀντιοχείᾳ ὀνόματι</w:t>
      </w:r>
    </w:p>
    <w:p>
      <w:r>
        <w:rPr>
          <w:rFonts w:ascii="Courier New" w:hAnsi="Courier New"/>
          <w:color w:val="555555"/>
          <w:sz w:val="20"/>
        </w:rPr>
        <w:t>[Chron . 426]</w:t>
      </w:r>
    </w:p>
    <w:p>
      <w:r>
        <w:rPr>
          <w:rFonts w:ascii="Gentium Plus" w:hAnsi="Gentium Plus"/>
          <w:sz w:val="24"/>
        </w:rPr>
        <w:t>αὐτῷ ἀπελθεῖν καὶ ἀνανεῶσαι πόλιν τῆς Φοινίκης εἰς τὸ λίμιτον τὴν λεγομένην Πάλμυραν καὶ τὰς ἐκκλησίας καὶ τὰ δημόσια, κελεύσας καὶ ἀριθμὸν στρατιωτῶν μετὰ τῶν λιμιτανέων καθέ‐ ζεσθαι ἐκεῖ καὶ τὸν δοῦκα Ἐμίσσης πρὸς τὸ φυλάττεσθαι τὰ</w:t>
      </w:r>
    </w:p>
    <w:p>
      <w:r>
        <w:rPr>
          <w:rFonts w:ascii="Courier New" w:hAnsi="Courier New"/>
          <w:color w:val="555555"/>
          <w:sz w:val="20"/>
        </w:rPr>
        <w:t>[5]</w:t>
      </w:r>
    </w:p>
    <w:p>
      <w:r>
        <w:rPr>
          <w:rFonts w:ascii="Gentium Plus" w:hAnsi="Gentium Plus"/>
          <w:sz w:val="24"/>
        </w:rPr>
        <w:t>Ῥωμαϊκὰ καὶ Ἱεροσόλυμα. ἡ δὲ Πάλμυρα πρῴην μὲν μεγάλη ὑπῆρχεν, ἐπειδὴ ὁ Δαβὶδ ἐν αὐτῷ τῷ τόπῳ πρὸ τοῦ κτισθῆ‐ ναι πόλιν ἐμονομάχησε μετὰ τοῦ Γολιὰθ ὡπλισμένου ὄντος. ὅστις Γολιὰθ λίθῳ λαβὼν ἔπεσε, καὶ δραμὼν ὁ Δαβὶδ ἀπεκεφά‐ λισεν αὐτὸν εἰς ὃ ἐπεφέρετο ὁ Γολιὰθ ξίφος, καὶ τὴν κεφαλὴν</w:t>
      </w:r>
    </w:p>
    <w:p>
      <w:r>
        <w:rPr>
          <w:rFonts w:ascii="Courier New" w:hAnsi="Courier New"/>
          <w:color w:val="555555"/>
          <w:sz w:val="20"/>
        </w:rPr>
        <w:t>[10]</w:t>
      </w:r>
    </w:p>
    <w:p>
      <w:r>
        <w:rPr>
          <w:rFonts w:ascii="Gentium Plus" w:hAnsi="Gentium Plus"/>
          <w:sz w:val="24"/>
        </w:rPr>
        <w:t>αὐτοῦ λαβὼν κατέσχεν ἐπὶ ἡμέρας, καὶ εἶθ’ οὕτως ἐν Ἱεροσολύ‐ μοις εἰσήγαγεν αὐτὴν μετὰ νίκης ἔμπροσθεν αὑτοῦ εἰς κοντὸν βασταζομένην. διὰ τοῦτο Σολομὼν ὁ βασιλεὺς ὑπὲρ τῆς νί‐ κης τοῦ αὑτοῖ πατρὸς Δαβὶδ ἐποίησεν αὐτὴν πόλιν μεγάλην, ἐπι‐ θεὶς αὐτῇ τὸ ὄνομα Πάλμυραν, ὡς γενομένην μοῖραν τῷ Γο‐</w:t>
      </w:r>
    </w:p>
    <w:p>
      <w:r>
        <w:rPr>
          <w:rFonts w:ascii="Courier New" w:hAnsi="Courier New"/>
          <w:color w:val="555555"/>
          <w:sz w:val="20"/>
        </w:rPr>
        <w:t>[15]</w:t>
      </w:r>
    </w:p>
    <w:p>
      <w:r>
        <w:rPr>
          <w:rFonts w:ascii="Gentium Plus" w:hAnsi="Gentium Plus"/>
          <w:sz w:val="24"/>
        </w:rPr>
        <w:t>λιάθ. τὸ δὲ πρῴην ἐφύλαττεν ἡ αὐτὴ πόλις καὶ τὰ Ἱεροσόλυ‐ μα, ὅθεν καὶ Ναβουχοδονόσορ ὁ βασιλεὺς Περσῶν δι’ αὐτῆς παρελθὼν πρώτην αὐτὴν παρέλαβε πολλῷ κόπῳ· ἐφοβεῖτο γὰρ ὄπισθεν αὐτὴν ἐᾶσαι· πλῆθος γὰρ στρατιωτῶν Ἰουδαίων ἐκάθητο ἐκεῖ· ἥντινα παραλαβὼν καύσας ἔστρεψε, καὶ οὕτως</w:t>
      </w:r>
    </w:p>
    <w:p>
      <w:r>
        <w:rPr>
          <w:rFonts w:ascii="Courier New" w:hAnsi="Courier New"/>
          <w:color w:val="555555"/>
          <w:sz w:val="20"/>
        </w:rPr>
        <w:t>[20]</w:t>
      </w:r>
    </w:p>
    <w:p>
      <w:r>
        <w:rPr>
          <w:rFonts w:ascii="Gentium Plus" w:hAnsi="Gentium Plus"/>
          <w:sz w:val="24"/>
        </w:rPr>
        <w:t>τὴν Ἱερουσαλὴμ παρέλαβεν. Ὁ δὲ αὐτὸς Ἰουστινιανὸς δέδωκεν ὑπατείαν τῇ ἕκτῃ ἐπινεμή‐</w:t>
      </w:r>
    </w:p>
    <w:p>
      <w:r>
        <w:rPr>
          <w:rFonts w:ascii="Courier New" w:hAnsi="Courier New"/>
          <w:color w:val="555555"/>
          <w:sz w:val="20"/>
        </w:rPr>
        <w:t>[Chron . 427]</w:t>
      </w:r>
    </w:p>
    <w:p>
      <w:r>
        <w:rPr>
          <w:rFonts w:ascii="Gentium Plus" w:hAnsi="Gentium Plus"/>
          <w:sz w:val="24"/>
        </w:rPr>
        <w:t>Ἐν δὲ τῷ αὐτῷ χρόνῳ ὁ Πέρσης ἐπολέμησε τῷ Λαζῶν βασι‐ λεῖ Ζταθίῳ, ὡς προσρυέντι Ῥωμαίοις. ὁ δὲ Λαζῶν βασιλεὺς πέμψας ἐδεήθη τοῦ βασιλέως Ῥωμαίων, αἰτῶν βοήθειαν παρ’ αὐτοῦ λαβεῖν· καὶ πέμψας αὐτῷ ὁ βασιλεὺς Ἰουστινιανὸς στρα‐</w:t>
      </w:r>
    </w:p>
    <w:p>
      <w:r>
        <w:rPr>
          <w:rFonts w:ascii="Courier New" w:hAnsi="Courier New"/>
          <w:color w:val="555555"/>
          <w:sz w:val="20"/>
        </w:rPr>
        <w:t>[5]</w:t>
      </w:r>
    </w:p>
    <w:p>
      <w:r>
        <w:rPr>
          <w:rFonts w:ascii="Gentium Plus" w:hAnsi="Gentium Plus"/>
          <w:sz w:val="24"/>
        </w:rPr>
        <w:t>τηλάτας τρεῖς, Γιλδέριχ καὶ Κήρυκον καὶ Εἰρηναῖον, μετὰ πολ‐ λῆς βοηθείας Ῥωμαϊκῆς, καὶ συγκρούσαντες πόλεμον, ἔπεσον ἐξ ἀμφοτέρων πολλοί. καὶ ἀκούσας ὁ βασιλεὺς Ῥωμαίων ἠγα‐ νάκτησε κατὰ τῶν στρατηλατῶν, ὅτι φθόνῳ φερόμενοι πρὸς ἑαυτοὺς οἱ στρατηλάται Ῥωμαίων προδεδώκασιν ἀλλήλους. καὶ</w:t>
      </w:r>
    </w:p>
    <w:p>
      <w:r>
        <w:rPr>
          <w:rFonts w:ascii="Courier New" w:hAnsi="Courier New"/>
          <w:color w:val="555555"/>
          <w:sz w:val="20"/>
        </w:rPr>
        <w:t>[10]</w:t>
      </w:r>
    </w:p>
    <w:p>
      <w:r>
        <w:rPr>
          <w:rFonts w:ascii="Gentium Plus" w:hAnsi="Gentium Plus"/>
          <w:sz w:val="24"/>
        </w:rPr>
        <w:t>ἀγανακτήσας ὁ βασιλεὺς κατ’ αὐτῶν διεδέξατο αὐτούς· καὶ κατελθόντος Πέτρου στρατηλάτου καὶ ἀποκινήσαντος αὐτοὺς τῆς ἐξαρχίας καὶ λαβόντος τὰ ἐξπέδιτα παρ’ αὐτῶν, ἀνεχώρη‐ σεν ἐκεῖθεν. Ὁ δὲ αὐτὸς βασιλεὺς ἀνενέωσε πόλιν τῆς Ἀρμενίας ὀνόματι</w:t>
      </w:r>
    </w:p>
    <w:p>
      <w:r>
        <w:rPr>
          <w:rFonts w:ascii="Courier New" w:hAnsi="Courier New"/>
          <w:color w:val="555555"/>
          <w:sz w:val="20"/>
        </w:rPr>
        <w:t>[15]</w:t>
      </w:r>
    </w:p>
    <w:p>
      <w:r>
        <w:rPr>
          <w:rFonts w:ascii="Gentium Plus" w:hAnsi="Gentium Plus"/>
          <w:sz w:val="24"/>
        </w:rPr>
        <w:t>Μαρτυρόπολιν, μετονομάσας αὐτὴν Ἰουστινιανόπολιν, ποιήσας τὰ τείχη αὐτῆς καὶ τοὺς ἐμβόλους, ἦσαν γὰρ τῷ χρόνῳ φθα‐ ρέντες, μετενέγκας ἐκεῖ καὶ ἀνατολικὸν ἀριθμόν. ἐν δὲ τῷ αὐτῷ χρόνῳ προσεῤῥύη Ῥωμαίοις ὁ ῥὴξ τῶν Ἑρούλων ὀνόματι Γρέπης· καὶ ἦλθεν ἐν Βυζαντίῳ μετὰ ἰδικῆς βοηθείας, καὶ</w:t>
      </w:r>
    </w:p>
    <w:p>
      <w:r>
        <w:rPr>
          <w:rFonts w:ascii="Courier New" w:hAnsi="Courier New"/>
          <w:color w:val="555555"/>
          <w:sz w:val="20"/>
        </w:rPr>
        <w:t>[20]</w:t>
      </w:r>
    </w:p>
    <w:p>
      <w:r>
        <w:rPr>
          <w:rFonts w:ascii="Gentium Plus" w:hAnsi="Gentium Plus"/>
          <w:sz w:val="24"/>
        </w:rPr>
        <w:t>προσεκύνησε τὸν βασιλέα Ἰουστινιανὸν καὶ ᾔτησεν ἑαυτὸν γε‐ νέσθαι χριστιανόν. καὶ βαπτισθεὶς ἐν ἁγίοις θεοφανίοις ἀνά‐ δοχος αὐτοῦ ἐγένετο τοῦ ἀχράντου βαπτίσματος ὁ αὐτὸς βασιλεὺς</w:t>
      </w:r>
    </w:p>
    <w:p>
      <w:r>
        <w:rPr>
          <w:rFonts w:ascii="Courier New" w:hAnsi="Courier New"/>
          <w:color w:val="555555"/>
          <w:sz w:val="20"/>
        </w:rPr>
        <w:t>[Chron . 428]</w:t>
      </w:r>
    </w:p>
    <w:p>
      <w:r>
        <w:rPr>
          <w:rFonts w:ascii="Gentium Plus" w:hAnsi="Gentium Plus"/>
          <w:sz w:val="24"/>
        </w:rPr>
        <w:t>τοῦ καὶ συγγενεῖς αὐτοῦ δώδεκα. καὶ πολλὰ χαρισάμενος αὐ‐ τῷ ἀπέλυσεν αὐτόν, καὶ ὥδευσεν ἐπὶ τὴν ἰδίαν χώραν μετὰ τῆς ἑαυτοῦ βοηθείας, εἰπόντος αὐτῷ τοῦ βασιλέως Ῥωμαίων ὅτι Ὅταν βουληθῶ, δηλῶ σοι.</w:t>
      </w:r>
    </w:p>
    <w:p>
      <w:r>
        <w:rPr>
          <w:rFonts w:ascii="Courier New" w:hAnsi="Courier New"/>
          <w:color w:val="555555"/>
          <w:sz w:val="20"/>
        </w:rPr>
        <w:t>[5]</w:t>
      </w:r>
    </w:p>
    <w:p>
      <w:r>
        <w:rPr>
          <w:rFonts w:ascii="Gentium Plus" w:hAnsi="Gentium Plus"/>
          <w:sz w:val="24"/>
        </w:rPr>
        <w:t>Ἐν δὲ τῇ αὐτοῦ βασιλείᾳ ἐκωλύθησαν αἱρέσεις διάφοροι, καὶ ἀπεσπάσθησαν αἱ ἐκκλησίαι παρ’ αὐτῶν δίχα τῶν λεγομένων Ἐξακιονιτῶν Ἀρειανῶν. Γίνεται οὖν ὁ πᾶς χρόνος ἀπὸ τῆς ἀρχῆς Αὐγούστου τοῦ καὶ Ὀκταβιανοῦ Ἰμπεράτορος ἕως τῆς συμπληρώσεως τῆς δευτέ‐</w:t>
      </w:r>
    </w:p>
    <w:p>
      <w:r>
        <w:rPr>
          <w:rFonts w:ascii="Courier New" w:hAnsi="Courier New"/>
          <w:color w:val="555555"/>
          <w:sz w:val="20"/>
        </w:rPr>
        <w:t>[10]</w:t>
      </w:r>
    </w:p>
    <w:p>
      <w:r>
        <w:rPr>
          <w:rFonts w:ascii="Gentium Plus" w:hAnsi="Gentium Plus"/>
          <w:sz w:val="24"/>
        </w:rPr>
        <w:t>ρας ὑπατείας τοῦ βασιλέως Ἰουστινιανοῦ ἰνδικτιῶνος ζʹ ἔτη φνθʹ, ὡς εἶναι τὰ πάντα ἔτη ἀπὸ τοῦ Ἀδὰμ ἕως τῆς αὐτῆς ἰνδικτιῶνος ἔτη ͵ϛυϟζʹ, καθὼς εὗρον τὸν ἀριθμὸν τῶν ἐνιαυ‐ τῶν ἐν τοῖς συντάγμασι Κλήμεντος καὶ Θεοφίλου καὶ Τιμοθέου τῶν χρονογράφων ὁμοφωνησάντων. ἐν δὲ τοῖς χρόνοις Εὐσεβίου</w:t>
      </w:r>
    </w:p>
    <w:p>
      <w:r>
        <w:rPr>
          <w:rFonts w:ascii="Courier New" w:hAnsi="Courier New"/>
          <w:color w:val="555555"/>
          <w:sz w:val="20"/>
        </w:rPr>
        <w:t>[15]</w:t>
      </w:r>
    </w:p>
    <w:p>
      <w:r>
        <w:rPr>
          <w:rFonts w:ascii="Gentium Plus" w:hAnsi="Gentium Plus"/>
          <w:sz w:val="24"/>
        </w:rPr>
        <w:t>τοῦ Παμφίλου εὗρον τὸν ἀριθμὸν τῶν ἐτῶν ἀπὸ Ἀδὰμ ἕως τῆς ὑπατείας Ἰουστινιανοῦ βασιλέως τῆς ἑβδόμης ἰνδικτιῶνος ἔτη ͵ϛυλβʹ. ἀκριβέστερον δὲ μᾶλλον οἱ περὶ Θεόφιλον καὶ Τιμό‐ θεον ψηφίσαντες τοὺς χρόνους ἐξέθεντο. πάντων οὖν τὰ συγ‐ γράμματα φέρει ἕκτην χιλιάδα ἐνιαυτῶν περαιωθεῖσαν. ἔστι</w:t>
      </w:r>
    </w:p>
    <w:p>
      <w:r>
        <w:rPr>
          <w:rFonts w:ascii="Courier New" w:hAnsi="Courier New"/>
          <w:color w:val="555555"/>
          <w:sz w:val="20"/>
        </w:rPr>
        <w:t>[20]</w:t>
      </w:r>
    </w:p>
    <w:p>
      <w:r>
        <w:rPr>
          <w:rFonts w:ascii="Gentium Plus" w:hAnsi="Gentium Plus"/>
          <w:sz w:val="24"/>
        </w:rPr>
        <w:t>δὲ καὶ ἀπὸ κτίσεως Ῥώμης ἕως τῆς δευτέρας ὑπατείας τοῦ θειο‐ τάτου Ἰουστινιανοῦ ἔτη ͵ασπʹ μικρῷ πλέον ἢ ἔλασσον, ἀπὸ δὲ τῆς κτίσεως Κωνσταντινουπόλεως ἕως τῆς προγεγραμμένης</w:t>
      </w:r>
    </w:p>
    <w:p>
      <w:r>
        <w:rPr>
          <w:rFonts w:ascii="Courier New" w:hAnsi="Courier New"/>
          <w:color w:val="555555"/>
          <w:sz w:val="20"/>
        </w:rPr>
        <w:t>[Chron . 429]</w:t>
      </w:r>
    </w:p>
    <w:p>
      <w:r>
        <w:rPr>
          <w:rFonts w:ascii="Gentium Plus" w:hAnsi="Gentium Plus"/>
          <w:sz w:val="24"/>
        </w:rPr>
        <w:t>δικτιῶνος ἔτη ρϟθʹ. τῶν ἀρχαίων δὲ βασιλέων τοὺς χρόνους οὐ δεῖ ψηφίζειν κατὰ τὸν προειρημένον ἀριθμὸν τῆς βασιλείας αὐτῶν διὰ τὸ καὶ δύο ἅμα βασιλεῦσαι. ὡσαύτως δὲ καὶ τὰ τέκνα αὐτῶν ἐκ παιδόθεν ἔστεφον οἱ πατέρες καὶ μετ’ αὐτῶν ἐβα‐</w:t>
      </w:r>
    </w:p>
    <w:p>
      <w:r>
        <w:rPr>
          <w:rFonts w:ascii="Courier New" w:hAnsi="Courier New"/>
          <w:color w:val="555555"/>
          <w:sz w:val="20"/>
        </w:rPr>
        <w:t>[5]</w:t>
      </w:r>
    </w:p>
    <w:p>
      <w:r>
        <w:rPr>
          <w:rFonts w:ascii="Gentium Plus" w:hAnsi="Gentium Plus"/>
          <w:sz w:val="24"/>
        </w:rPr>
        <w:t>σίλευον. ὁ οὖν χρονογράφος ἀνάγκην ἔχει γράφειν τοὺς χρό‐ νους ὅσους ἐβασίλευσεν ἕκαστος βασιλεύς. δεῖ οὖν τοὺς ἀναγι‐ νώσκοντας χρονικὰ συγγράμματα τῇ ποσότητι προσέχειν τῶν δια‐ δραμόντων χρόνων καὶ μόνον ἐπὶ τῆς τῶν προγεγραμμένων πάν‐ των βασιλείας.</w:t>
      </w:r>
    </w:p>
    <w:p>
      <w:r>
        <w:rPr>
          <w:rFonts w:ascii="Courier New" w:hAnsi="Courier New"/>
          <w:color w:val="555555"/>
          <w:sz w:val="20"/>
        </w:rPr>
        <w:t>[10]</w:t>
      </w:r>
    </w:p>
    <w:p>
      <w:r>
        <w:rPr>
          <w:rFonts w:ascii="Gentium Plus" w:hAnsi="Gentium Plus"/>
          <w:sz w:val="24"/>
        </w:rPr>
        <w:t>Ἐν δὲ τοῖς χρόνοις τούτοις, ὡς προεῖπον, ἐβασίλευσεν ὁ θειό‐ τατος Ἰουστινιανός, τῶν δὲ Περσῶν βασιλεὺς Κωάδης ὁ Δα‐ ράσθενος, ὁ υἱὸς Περόζου, ἐν δὲ Ῥώμῃ Ἀλλάριχος, ἔκγονος τοῦ Οὐαλεμεριακοῦ, τῆς δὲ Ἀφρικῆς ῥὴξ Γιλδέριχ ὁ ἔκγονος Γινζι‐ ρίχου, τῶν δὲ Ἰνδῶν Αὐξουμιτῶν ἐβασίλευσεν Ἄνδας ὁ γεγονὼς</w:t>
      </w:r>
    </w:p>
    <w:p>
      <w:r>
        <w:rPr>
          <w:rFonts w:ascii="Courier New" w:hAnsi="Courier New"/>
          <w:color w:val="555555"/>
          <w:sz w:val="20"/>
        </w:rPr>
        <w:t>[15]</w:t>
      </w:r>
    </w:p>
    <w:p>
      <w:r>
        <w:rPr>
          <w:rFonts w:ascii="Gentium Plus" w:hAnsi="Gentium Plus"/>
          <w:sz w:val="24"/>
        </w:rPr>
        <w:t>χριστιανός, τῶν δὲ Ἰβήρων Σαμαναζός. Ἐν δὲ τῷ προγεγραμμένῳ ἔτει τῆς βασιλείας Ἰουστινιανοῦ κατεπέμφθη στρατηλάτης Ἀρμενίας ὀνόματι Ζτίττας. ἐν γὰρ τοῖς προλαβοῦσι χρόνοις οὐκ εἶχεν ἡ αὐτὴ Ἀρμενία στρατηλάτην, ἀλλὰ δοῦκας καὶ ἄρχοντας καὶ κόμητας. δέδωκε δὲ ὁ αὐτὸς</w:t>
      </w:r>
    </w:p>
    <w:p>
      <w:r>
        <w:rPr>
          <w:rFonts w:ascii="Courier New" w:hAnsi="Courier New"/>
          <w:color w:val="555555"/>
          <w:sz w:val="20"/>
        </w:rPr>
        <w:t>[20]</w:t>
      </w:r>
    </w:p>
    <w:p>
      <w:r>
        <w:rPr>
          <w:rFonts w:ascii="Gentium Plus" w:hAnsi="Gentium Plus"/>
          <w:sz w:val="24"/>
        </w:rPr>
        <w:t>βασιλεὺς τῷ αὐτῷ στρατηλάτῃ ἀριθμοὺς στρατιωτῶν ἐκ τῶν</w:t>
      </w:r>
    </w:p>
    <w:p>
      <w:r>
        <w:rPr>
          <w:rFonts w:ascii="Courier New" w:hAnsi="Courier New"/>
          <w:color w:val="555555"/>
          <w:sz w:val="20"/>
        </w:rPr>
        <w:t>[Chron . 430]</w:t>
      </w:r>
    </w:p>
    <w:p>
      <w:r>
        <w:rPr>
          <w:rFonts w:ascii="Gentium Plus" w:hAnsi="Gentium Plus"/>
          <w:sz w:val="24"/>
        </w:rPr>
        <w:t>νιαρίους ἐποίησεν ἑαυτῷ σκρινιαρίους στρατηλατιανοὺς ἀπὸ θείας σάκρας, αἰτησάμενος τὸν βασιλέα αὐτόχθονας στρατεῦσαι, ὡς εἰδότας τὰ μέρη τῆς Ἀρμενίας. καὶ παρέσχεν αὐτῷ τοῦτο καὶ τὰ δίκαια τῶν Ἀρμενίων τῶν δουκῶν καὶ τῶν κομήτων καὶ</w:t>
      </w:r>
    </w:p>
    <w:p>
      <w:r>
        <w:rPr>
          <w:rFonts w:ascii="Courier New" w:hAnsi="Courier New"/>
          <w:color w:val="555555"/>
          <w:sz w:val="20"/>
        </w:rPr>
        <w:t>[5]</w:t>
      </w:r>
    </w:p>
    <w:p>
      <w:r>
        <w:rPr>
          <w:rFonts w:ascii="Gentium Plus" w:hAnsi="Gentium Plus"/>
          <w:sz w:val="24"/>
        </w:rPr>
        <w:t>τοὺς ὑπάτους αὐτῶν, πρῴην μὲν ὄντας καστρισιανοὺς στρατιώ‐ τας· ἦσαν γὰρ καταλυθεῖσαι αἱ πρῴην οὖσαι ἀρχαί. ἔλαβε δὲ καὶ ἀπὸ τοῦ στρατηλάτου ἀνατολῆς ἀριθμοὺς τέσσαρας· καὶ γέ‐ γονεν ἔκτοτε μεγάλη παραφυλακὴ Ῥωμαίοις. ἦν δὲ καὶ ὁ ἀνὴρ πολεμικός· ὅστις καὶ τὴν ἀδελφὴν Θεοδώρας τῆς Αὐγούστας</w:t>
      </w:r>
    </w:p>
    <w:p>
      <w:r>
        <w:rPr>
          <w:rFonts w:ascii="Courier New" w:hAnsi="Courier New"/>
          <w:color w:val="555555"/>
          <w:sz w:val="20"/>
        </w:rPr>
        <w:t>[10]</w:t>
      </w:r>
    </w:p>
    <w:p>
      <w:r>
        <w:rPr>
          <w:rFonts w:ascii="Gentium Plus" w:hAnsi="Gentium Plus"/>
          <w:sz w:val="24"/>
        </w:rPr>
        <w:t>ἠγάγετο πρὸς γάμον, ὀνόματι Κομιτώ, νυμφευθεῖσαν ἐν τοῖς Ἀν‐ τιόχου, πλησίον τοῦ Ἱππικοῦ Κωνσταντινουπόλεως. Ἐν δὲ τῷ αὐτῷ χρόνῳ ἐξεφώνησεν ὁ αὐτὸς βασιλεὺς θεῖον τύπον περὶ ἐπισκόπων καὶ ὀρφανοτρόφων καὶ οἰκονόμων καὶ ξενοδόχων, εἰ μὴ ὅσα πρὸ τοῦ γενέσθαι ἕκαστος τῶν προειρημέ‐</w:t>
      </w:r>
    </w:p>
    <w:p>
      <w:r>
        <w:rPr>
          <w:rFonts w:ascii="Courier New" w:hAnsi="Courier New"/>
          <w:color w:val="555555"/>
          <w:sz w:val="20"/>
        </w:rPr>
        <w:t>[15]</w:t>
      </w:r>
    </w:p>
    <w:p>
      <w:r>
        <w:rPr>
          <w:rFonts w:ascii="Gentium Plus" w:hAnsi="Gentium Plus"/>
          <w:sz w:val="24"/>
        </w:rPr>
        <w:t>νων εἶχεν ἐν ὑποστάσει περιουσίας, εἰς ταῦτα καὶ μόνα ἵνα δια‐ τίθηται, καὶ εὐθέως, ἢ μόνον προεχειρίσθη, ἐδηλοῦτο ἡ αὐτοῦ περιουσία. Ἐν δὲ τῷ αὐτῷ χρόνῳ ἀνενεώθη τὰ μέρη Συκῶν καὶ τὸ θέατρον καὶ τὰ τείχη, μετονομάσας αὐτὴν Ἰουστινιανούπολιν.</w:t>
      </w:r>
    </w:p>
    <w:p>
      <w:r>
        <w:rPr>
          <w:rFonts w:ascii="Courier New" w:hAnsi="Courier New"/>
          <w:color w:val="555555"/>
          <w:sz w:val="20"/>
        </w:rPr>
        <w:t>[20]</w:t>
      </w:r>
    </w:p>
    <w:p>
      <w:r>
        <w:rPr>
          <w:rFonts w:ascii="Gentium Plus" w:hAnsi="Gentium Plus"/>
          <w:sz w:val="24"/>
        </w:rPr>
        <w:t>Ἐν αὐτῷ δὲ τῷ χρόνῳ προσεῤῥύη Ῥωμαίοις ῥήγισσα ἐκ τῶν Σαβείρων Οὕννων, γυνή τις ἀνδρεία καὶ πλήθει καὶ φρονήσει,</w:t>
      </w:r>
    </w:p>
    <w:p>
      <w:r>
        <w:rPr>
          <w:rFonts w:ascii="Courier New" w:hAnsi="Courier New"/>
          <w:color w:val="555555"/>
          <w:sz w:val="20"/>
        </w:rPr>
        <w:t>[Chron . 431]</w:t>
      </w:r>
    </w:p>
    <w:p>
      <w:r>
        <w:rPr>
          <w:rFonts w:ascii="Gentium Plus" w:hAnsi="Gentium Plus"/>
          <w:sz w:val="24"/>
        </w:rPr>
        <w:t>τὴν χιλιάδας ἑκατόν· ἥτις ἐδυνάστευσε τῶν Οὑννικῶν μερῶν μετὰ τὴν τοῦ ἰδίου ἀνδρὸς Βλὰχ ἀποβίωσιν. καὶ προτραπεῖσα ὑπὸ τοῦ βασιλέως Ἰουστινιανοῦ ξενίοις πολλοῖς βασιλικῆς φορε‐ σίας καὶ σκευῶν διαφόρων ἐν ἀργύρῳ καὶ χρημάτων οὐκ ὀλί‐</w:t>
      </w:r>
    </w:p>
    <w:p>
      <w:r>
        <w:rPr>
          <w:rFonts w:ascii="Courier New" w:hAnsi="Courier New"/>
          <w:color w:val="555555"/>
          <w:sz w:val="20"/>
        </w:rPr>
        <w:t>[5]</w:t>
      </w:r>
    </w:p>
    <w:p>
      <w:r>
        <w:rPr>
          <w:rFonts w:ascii="Gentium Plus" w:hAnsi="Gentium Plus"/>
          <w:sz w:val="24"/>
        </w:rPr>
        <w:t>γων, συνελάβετο δορυαλώτους καὶ ἄλλους ῥῆγας δύο Οὕννους, οὕστινας ἦν προτρεψάμενος Κωάδης ὁ τῶν Περσῶν βασιλεὺς εἰς τὸ συμμαχῆσαι αὐτῷ κατὰ Ῥωμαίων. καὶ παραλαβοῦσα αὐτοὺς ἡ αὐτὴ Βώα ῥήγισσα παριόντας ἐπὶ τὰ Περσικὰ πρὸς Κωάδην, βασιλέα Περσῶν, μετὰ πλήθους βοηθείας χιλιάδων</w:t>
      </w:r>
    </w:p>
    <w:p>
      <w:r>
        <w:rPr>
          <w:rFonts w:ascii="Courier New" w:hAnsi="Courier New"/>
          <w:color w:val="555555"/>
          <w:sz w:val="20"/>
        </w:rPr>
        <w:t>[10]</w:t>
      </w:r>
    </w:p>
    <w:p>
      <w:r>
        <w:rPr>
          <w:rFonts w:ascii="Gentium Plus" w:hAnsi="Gentium Plus"/>
          <w:sz w:val="24"/>
        </w:rPr>
        <w:t>κʹ. ὧντινων τὰ πλήθη κατεσφάγη ἐν τῇ συμβολῇ· τὸν δὲ ἕνα ῥῆγα αὐτῶν ὀνόματι Τύραγξ συλλαβομένη δέσμιον ἔπεμψεν ἐν Κωνσταντινουπόλει τῷ βασιλεῖ Ἰουστινιανῷ, καὶ ἐφούλκισεν αὐτὸν πέραν ἐν τῷ ἁγίῳ Κόνωνι. ὁ γὰρ Γλὼμ ὁ ἄλλος ῥὴξ τῶν αὐτῶν Οὕννων ἐσφάγη ἐν τῇ συμβολῇ ὑπὸ τῶν πολεμίων</w:t>
      </w:r>
    </w:p>
    <w:p>
      <w:r>
        <w:rPr>
          <w:rFonts w:ascii="Courier New" w:hAnsi="Courier New"/>
          <w:color w:val="555555"/>
          <w:sz w:val="20"/>
        </w:rPr>
        <w:t>[15]</w:t>
      </w:r>
    </w:p>
    <w:p>
      <w:r>
        <w:rPr>
          <w:rFonts w:ascii="Gentium Plus" w:hAnsi="Gentium Plus"/>
          <w:sz w:val="24"/>
        </w:rPr>
        <w:t>τῆς ῥηγίσσης. Ἐν αὐτῷ δὲ τῷ χρόνῳ καὶ ὁ πλησίον Βοσπόρου ῥὴξ τῶν Οὕννων ὀνόματι Γρὼδ προσεῤῥύη τῷ αὐτῷ βασιλεῖ· καὶ ἦλ‐ θεν ἐν Κωνσταντινουπόλει καὶ ἐφωτίσθη· ὅντινα ὁ αὐτὸς βα‐ σιλεὺς ἐδέξατο εἰς φώτισμα, καὶ πολλὰ χαρισάμενος αὐτῷ ἀπέ‐</w:t>
      </w:r>
    </w:p>
    <w:p>
      <w:r>
        <w:rPr>
          <w:rFonts w:ascii="Courier New" w:hAnsi="Courier New"/>
          <w:color w:val="555555"/>
          <w:sz w:val="20"/>
        </w:rPr>
        <w:t>[20]</w:t>
      </w:r>
    </w:p>
    <w:p>
      <w:r>
        <w:rPr>
          <w:rFonts w:ascii="Gentium Plus" w:hAnsi="Gentium Plus"/>
          <w:sz w:val="24"/>
        </w:rPr>
        <w:t>λυσεν αὐτὸν εἰς τὴν ἰδίαν χώραν εἰς τὸ φυλάττειν τὰ Ῥωμαϊκὰ καὶ τὴν Βόσπορον, ἥντινα πόλιν Ἡρακλῆς ὁ ἀπὸ Ἱσπανιῶν ἔκτισε καὶ ἐποίησε συντελεῖν Ῥωμαίοις ἀντὶ χρημάτων βόας</w:t>
      </w:r>
    </w:p>
    <w:p>
      <w:r>
        <w:rPr>
          <w:rFonts w:ascii="Courier New" w:hAnsi="Courier New"/>
          <w:color w:val="555555"/>
          <w:sz w:val="20"/>
        </w:rPr>
        <w:t>[Chron . 432]</w:t>
      </w:r>
    </w:p>
    <w:p>
      <w:r>
        <w:rPr>
          <w:rFonts w:ascii="Gentium Plus" w:hAnsi="Gentium Plus"/>
          <w:sz w:val="24"/>
        </w:rPr>
        <w:t>συντελεῖν αὐτὴν ἐκέλευσεν. ἐν αὐτῇ δὲ τῇ πόλει ἐκάθισεν ἀρι‐ θμὸν στρατιωτῶν Ῥωμαίων, ἤτοι Ἰταλῶν, λεγομένων Ἱσπανῶν, δοὺς αὐτοῖς καὶ τριβοῦνον σὺν αὐτοῖς φυλάττοντα. ἦν δὲ ἐν τῇ πόλει συναλλαγαὶ Ῥωμαίων τε καὶ Οὕννων.</w:t>
      </w:r>
    </w:p>
    <w:p>
      <w:r>
        <w:rPr>
          <w:rFonts w:ascii="Courier New" w:hAnsi="Courier New"/>
          <w:color w:val="555555"/>
          <w:sz w:val="20"/>
        </w:rPr>
        <w:t>[5]</w:t>
      </w:r>
    </w:p>
    <w:p>
      <w:r>
        <w:rPr>
          <w:rFonts w:ascii="Gentium Plus" w:hAnsi="Gentium Plus"/>
          <w:sz w:val="24"/>
        </w:rPr>
        <w:t>Ὁ δὲ αὐτὸς ῥὴξ ὁ γενόμενος χριστιανὸς ἀπελθὼν ἐπὶ τὴν ἰδίαν χώραν πλησίον Βοσπόρου εὗρε τὸν ἴδιον ἀδελφόν· καὶ ἐάσας αὐτὸν μετὰ βοηθείας Οὑννικῆς ἀνεχώρησεν. ἔσεβον δὲ οἱ αὐτοὶ Οὗννοι ἀγάλματα· καὶ λαβόντες αὐτὰ ἐχώνευσαν· ἦσαν γὰρ ἀργυρᾶ καὶ ἠλέκτρινα· καὶ κατήλλαξαν αὐτὰ ἐν Βοσπό‐</w:t>
      </w:r>
    </w:p>
    <w:p>
      <w:r>
        <w:rPr>
          <w:rFonts w:ascii="Courier New" w:hAnsi="Courier New"/>
          <w:color w:val="555555"/>
          <w:sz w:val="20"/>
        </w:rPr>
        <w:t>[10]</w:t>
      </w:r>
    </w:p>
    <w:p>
      <w:r>
        <w:rPr>
          <w:rFonts w:ascii="Gentium Plus" w:hAnsi="Gentium Plus"/>
          <w:sz w:val="24"/>
        </w:rPr>
        <w:t>ρῳ, λαβόντες ἀντ’ αὐτῶν μιλιαρίσια. καὶ μανέντες οἱ ἱερεῖς τῶν αὐτῶν Οὕννων καὶ ἔσφαξαν τὸν ῥῆγα καὶ ἐποίησαν ἀντ’ αὐτοῦ τὸν αὐτοῦ ἀδελφὸν Μοῦγελ. καὶ πτοηθέντες Ῥωμαίους ἦλ‐ θον ἐν Βοσπόρῳ καὶ ἐφόνευσαν τοὺς φυλάττοντας τὴν πόλιν. Καὶ ἀκούσας ταῦτα ὁ αὐτὸς βασιλεὺς ἐποίησε κόμητα στε‐</w:t>
      </w:r>
    </w:p>
    <w:p>
      <w:r>
        <w:rPr>
          <w:rFonts w:ascii="Courier New" w:hAnsi="Courier New"/>
          <w:color w:val="555555"/>
          <w:sz w:val="20"/>
        </w:rPr>
        <w:t>[15]</w:t>
      </w:r>
    </w:p>
    <w:p>
      <w:r>
        <w:rPr>
          <w:rFonts w:ascii="Gentium Plus" w:hAnsi="Gentium Plus"/>
          <w:sz w:val="24"/>
        </w:rPr>
        <w:t>νῶν τῆς Ποντικῆς θαλάσσης, ὃν ἐκέλευσε καθῆσθαι ἐν τῷ λε‐ γομένῳ Ἱερῷ εἰς αὐτὸ τὸ στομίον τῆς Πόντου, Ἰωάννην τὸν ἀπὸ ὑπάτων, ἀποστείλας αὐτὸν μετὰ βοηθείας Γοτθικῆς. καὶ ἐπεστράτευσε κατὰ τῶν αὐτῶν Οὕννων ὁ αὐτὸς βασιλεὺς πέμψας διὰ τῆς αὐτῆς Ποντικῆς θαλάσσης πλοῖα γέμοντα στρατιωτῶν</w:t>
      </w:r>
    </w:p>
    <w:p>
      <w:r>
        <w:rPr>
          <w:rFonts w:ascii="Courier New" w:hAnsi="Courier New"/>
          <w:color w:val="555555"/>
          <w:sz w:val="20"/>
        </w:rPr>
        <w:t>[20]</w:t>
      </w:r>
    </w:p>
    <w:p>
      <w:r>
        <w:rPr>
          <w:rFonts w:ascii="Gentium Plus" w:hAnsi="Gentium Plus"/>
          <w:sz w:val="24"/>
        </w:rPr>
        <w:t>καὶ ἔξαρχον, ὁμοίως δὲ καὶ διὰ γῆς πέμψας πολλὴν βοήθειαν</w:t>
      </w:r>
    </w:p>
    <w:p>
      <w:r>
        <w:rPr>
          <w:rFonts w:ascii="Courier New" w:hAnsi="Courier New"/>
          <w:color w:val="555555"/>
          <w:sz w:val="20"/>
        </w:rPr>
        <w:t>[Chron . 433]</w:t>
      </w:r>
    </w:p>
    <w:p>
      <w:r>
        <w:rPr>
          <w:rFonts w:ascii="Gentium Plus" w:hAnsi="Gentium Plus"/>
          <w:sz w:val="24"/>
        </w:rPr>
        <w:t>γον, καὶ γέγονεν ἐν εἰρήνῃ ἡ Βόσπορος, ὑπὸ Ῥωμαίων οἰκου‐ μένη. Ἐν αὐτῷ δὲ τῷ χρόνῳ συνέβη Ἰνδοὺς πολεμῆσαι πρὸς ἑαυ‐ τοὺς οἱ ὀνομαζόμενοι Αὐξουμῖται καὶ οἱ Ὁμηρῖται· ἡ δὲ αἰτία</w:t>
      </w:r>
    </w:p>
    <w:p>
      <w:r>
        <w:rPr>
          <w:rFonts w:ascii="Courier New" w:hAnsi="Courier New"/>
          <w:color w:val="555555"/>
          <w:sz w:val="20"/>
        </w:rPr>
        <w:t>[5]</w:t>
      </w:r>
    </w:p>
    <w:p>
      <w:r>
        <w:rPr>
          <w:rFonts w:ascii="Gentium Plus" w:hAnsi="Gentium Plus"/>
          <w:sz w:val="24"/>
        </w:rPr>
        <w:t>τοῦ πολέμου αὕτη. Ὁ τῶν Αὐξουμιτῶν βασιλεὺς ἐνδότερός ἐστι τῶν Ἀμεριτῶν, ὁ δὲ τῶν Ὁμηριτῶν πλησίον ἐστὶ τῆς Αἰγύπτου. οἱ δὲ πραγμα‐ τευταὶ Ῥωμαίων διὰ τῶν Ὁμηριτῶν εἰσέρχονται εἰς τὴν Αὐξού‐ μην καὶ ἐπὶ τὰ ἐνδότερα βασίλεια τῶν Ἰνδῶν. εἰσὶ γὰρ Ἰνδῶν</w:t>
      </w:r>
    </w:p>
    <w:p>
      <w:r>
        <w:rPr>
          <w:rFonts w:ascii="Courier New" w:hAnsi="Courier New"/>
          <w:color w:val="555555"/>
          <w:sz w:val="20"/>
        </w:rPr>
        <w:t>[10]</w:t>
      </w:r>
    </w:p>
    <w:p>
      <w:r>
        <w:rPr>
          <w:rFonts w:ascii="Gentium Plus" w:hAnsi="Gentium Plus"/>
          <w:sz w:val="24"/>
        </w:rPr>
        <w:t>καὶ Αἰθιόπων βασίλεια ἑπτά, τρία μὲν Ἰνδῶν, τέσσαρα δὲ Αἰ‐ θιόπων, τὰ πλησίον ὄντα τοῦ Ὠκεανοῦ ἐπὶ τὰ ἀνατολικὰ μέρη. τῶν οὖν πραγματευτῶν εἰσελθόντων εἰς τὴν χώραν τῶν Ἀμερι‐ τῶν ἐπὶ τὸ ποιήσασθαι πραγματείαν, ἐγνωκὼς Δίμνος ὁ βα‐ σιλεὺς τῶν Ἀμεριτῶν, ἐφόνευσεν αὐτοὺς καὶ πάντα τὰ αὐτῶν</w:t>
      </w:r>
    </w:p>
    <w:p>
      <w:r>
        <w:rPr>
          <w:rFonts w:ascii="Courier New" w:hAnsi="Courier New"/>
          <w:color w:val="555555"/>
          <w:sz w:val="20"/>
        </w:rPr>
        <w:t>[15]</w:t>
      </w:r>
    </w:p>
    <w:p>
      <w:r>
        <w:rPr>
          <w:rFonts w:ascii="Gentium Plus" w:hAnsi="Gentium Plus"/>
          <w:sz w:val="24"/>
        </w:rPr>
        <w:t>ἀφείλετο, λέγων ὅτι οἱ Ῥωμαῖοι οἱ χριστιανοὶ κακῶς ποιοῦσι τοῖς Ἰουδαίοις ἐν τοῖς μέρεσιν αὐτῶν καὶ πολλοὺς κατ’ ἔτος φο‐ νεύουσι· καὶ ἐκ τούτου ἐκωλύθη ἡ πραγματεία. ὁ δὲ τῶν Αὐ‐ ξουμιτῶν βασιλεὺς ἐδήλωσε τῷ βασιλεῖ τῶν Ἀμεριτῶν ὅτι Κα‐ κῶς ἐποίησας φονεύσας Ῥωμαίους χριστιανοὺς πραγματευτὰς</w:t>
      </w:r>
    </w:p>
    <w:p>
      <w:r>
        <w:rPr>
          <w:rFonts w:ascii="Courier New" w:hAnsi="Courier New"/>
          <w:color w:val="555555"/>
          <w:sz w:val="20"/>
        </w:rPr>
        <w:t>[20]</w:t>
      </w:r>
    </w:p>
    <w:p>
      <w:r>
        <w:rPr>
          <w:rFonts w:ascii="Gentium Plus" w:hAnsi="Gentium Plus"/>
          <w:sz w:val="24"/>
        </w:rPr>
        <w:t>καὶ ἔβλαψας τὰ ἐμὰ βασίλεια. καὶ ἐκ τούτου εἰς ἔχθραν ἐτρά‐ πησαν μεγάλην καὶ συνέβαλον πρὸς ἀλλήλους πόλεμον. ἐν τῷ</w:t>
      </w:r>
    </w:p>
    <w:p>
      <w:r>
        <w:rPr>
          <w:rFonts w:ascii="Courier New" w:hAnsi="Courier New"/>
          <w:color w:val="555555"/>
          <w:sz w:val="20"/>
        </w:rPr>
        <w:t>[Chron . 434]</w:t>
      </w:r>
    </w:p>
    <w:p>
      <w:r>
        <w:rPr>
          <w:rFonts w:ascii="Gentium Plus" w:hAnsi="Gentium Plus"/>
          <w:sz w:val="24"/>
        </w:rPr>
        <w:t>λέγων ὅτι Ἐὰν νικήσω Δίμνον τὸν βασιλέα τῶν Ἀμεριτῶν, χρι‐ στιανὸς γίνομαι· ὑπὲρ γὰρ τῶν χριστιανῶν πολεμῶ αὐτῷ. καὶ νικήσας ὁ βασιλεὺς τῶν Αὐξουμιτῶν καὶ παραλαβὼν αὐτὸν αἰ‐ χμάλωτον, ἀνεῖλεν αὐτὸν καὶ πᾶσαν τὴν βοήθειαν αὐτοῦ, καὶ</w:t>
      </w:r>
    </w:p>
    <w:p>
      <w:r>
        <w:rPr>
          <w:rFonts w:ascii="Courier New" w:hAnsi="Courier New"/>
          <w:color w:val="555555"/>
          <w:sz w:val="20"/>
        </w:rPr>
        <w:t>[5]</w:t>
      </w:r>
    </w:p>
    <w:p>
      <w:r>
        <w:rPr>
          <w:rFonts w:ascii="Gentium Plus" w:hAnsi="Gentium Plus"/>
          <w:sz w:val="24"/>
        </w:rPr>
        <w:t>τὴν χώραν καὶ τὰ βασίλεια αὐτοῦ ἔλαβε. Καὶ μετὰ τὴν νίκην ἔπεμψε συγκλητικοὺς αὐτοῦ δύο καὶ μετ’ αὐτῶν διακοσίους ἐν Ἀλεξανδρείᾳ, δεόμενος τοῦ βασιλέως Ἰουστινιανοῦ ὥστε λαβεῖν αὐτὸν ἐπίσκοπον καὶ κληρικοὺς καὶ κατηχηθῆναι καὶ διδαχθῆναι τὰ χριστιανῶν μυστήρια καὶ φω‐</w:t>
      </w:r>
    </w:p>
    <w:p>
      <w:r>
        <w:rPr>
          <w:rFonts w:ascii="Courier New" w:hAnsi="Courier New"/>
          <w:color w:val="555555"/>
          <w:sz w:val="20"/>
        </w:rPr>
        <w:t>[10]</w:t>
      </w:r>
    </w:p>
    <w:p>
      <w:r>
        <w:rPr>
          <w:rFonts w:ascii="Gentium Plus" w:hAnsi="Gentium Plus"/>
          <w:sz w:val="24"/>
        </w:rPr>
        <w:t>τισθῆναι καὶ πᾶσαν τὴν Ἰνδικὴν χώραν ὑπὸ Ῥωμαίους γενέσθαι. καὶ ἐμηνύθη τῷ βασιλεῖ Ἰουστινιανῷ πάντα διὰ Λικινίου, αὐ‐ γουσταλίου Ἀλεξανδρείας· καὶ ἐθέσπισεν ὁ αὐτὸς βασιλεὺς ὅν‐ τινα βούλονται ἐπίσκοπον λαβεῖν αὐτούς. καὶ ἐπελέξαντο οἱ αὐ‐ τοὶ πρεσβευταὶ Ἰνδοὶ τὸν παραμονάριον τοῦ ἁγίου Ἰωάννου τοῦ</w:t>
      </w:r>
    </w:p>
    <w:p>
      <w:r>
        <w:rPr>
          <w:rFonts w:ascii="Courier New" w:hAnsi="Courier New"/>
          <w:color w:val="555555"/>
          <w:sz w:val="20"/>
        </w:rPr>
        <w:t>[15]</w:t>
      </w:r>
    </w:p>
    <w:p>
      <w:r>
        <w:rPr>
          <w:rFonts w:ascii="Gentium Plus" w:hAnsi="Gentium Plus"/>
          <w:sz w:val="24"/>
        </w:rPr>
        <w:t>ἐν Ἀλεξανδρείᾳ, ἄνδρα εὐλαβῆ, παρθένον, ὀνόματι Ἰωάννην, ὄντα ἐνιαυτῶν ὡς ἑξήκοντα δύο. καὶ λαβόντες τὸν ἐπίσκοπον καὶ τοὺς κληρικούς, οὓς αὐτὸς ἐπελέξατο, ἀπήγαγον εἰς τὴν Ἰνδικὴν χώραν πρὸς Ἄνδαν τὸν βασιλέα αὐτῶν. Ἐν αὐτῷ δὲ τῷ χρόνῳ συνέβη ἔχθραν γενέσθαι τοῦ δουκὸς</w:t>
      </w:r>
    </w:p>
    <w:p>
      <w:r>
        <w:rPr>
          <w:rFonts w:ascii="Courier New" w:hAnsi="Courier New"/>
          <w:color w:val="555555"/>
          <w:sz w:val="20"/>
        </w:rPr>
        <w:t>[20]</w:t>
      </w:r>
    </w:p>
    <w:p>
      <w:r>
        <w:rPr>
          <w:rFonts w:ascii="Gentium Plus" w:hAnsi="Gentium Plus"/>
          <w:sz w:val="24"/>
        </w:rPr>
        <w:t>Παλαιστίνης Διομήδου σιλεντιαρίου μετὰ τοῦ φυλάρχου Ἀρέ‐ θα. ὁ δὲ Ἀρέθας φοβηθεὶς εἰσῆλθεν εἰς τὸ ἐνδότερον λίμιτον ἐπὶ τὰ Ἰνδικά. καὶ μαθὼν τοῦτο ὁ Ἀλαμούνδαρος ὁ Σαρα‐</w:t>
      </w:r>
    </w:p>
    <w:p>
      <w:r>
        <w:rPr>
          <w:rFonts w:ascii="Courier New" w:hAnsi="Courier New"/>
          <w:color w:val="555555"/>
          <w:sz w:val="20"/>
        </w:rPr>
        <w:t>[Chron . 435]</w:t>
      </w:r>
    </w:p>
    <w:p>
      <w:r>
        <w:rPr>
          <w:rFonts w:ascii="Gentium Plus" w:hAnsi="Gentium Plus"/>
          <w:sz w:val="24"/>
        </w:rPr>
        <w:t>ραλαβὼν ἐφόνευσεν αὐτόν· ἦν γὰρ μετὰ χιλιάδων τριάκοντα. καὶ μαθὼν ταῦτα ὁ βασιλεὺς Ἰουστινιανὸς γράφει τοῖς δουξὶ Φοινίκης καὶ Ἀραβίας καὶ Μεσοποταμίας καὶ τοῖς τῶν ἐπαρ‐ χιῶν φυλάρχοις ἀπελθεῖν κατ’ αὐτοῦ καὶ καταδιῶξαι αὐτὸν καὶ</w:t>
      </w:r>
    </w:p>
    <w:p>
      <w:r>
        <w:rPr>
          <w:rFonts w:ascii="Courier New" w:hAnsi="Courier New"/>
          <w:color w:val="555555"/>
          <w:sz w:val="20"/>
        </w:rPr>
        <w:t>[5]</w:t>
      </w:r>
    </w:p>
    <w:p>
      <w:r>
        <w:rPr>
          <w:rFonts w:ascii="Gentium Plus" w:hAnsi="Gentium Plus"/>
          <w:sz w:val="24"/>
        </w:rPr>
        <w:t>τὸ πλῆθος αὐτοῦ. καὶ εὐθέως ἀπελθόντες Ἀρέθας ὁ φύλαρχος καὶ Γνούφας καὶ Νααμὰν καὶ Διονύσιος ὁ δοὺξ Φοινίκης καὶ Ἰωάννης ὁ τῆς Εὐφρατησίας καὶ Σεβαστιανὸς ὁ χιλίαρχος μετὰ τῆς στρατιωτικῆς βοηθείας· καὶ μαθὼν Ἀλαμούνδαρος ὁ Σα‐ ρακηνὸς ἔφυγεν εἰς τὰ Ἰνδικὰ μέρη μεθ’ ἧς εἶχε βοηθείας Σα‐</w:t>
      </w:r>
    </w:p>
    <w:p>
      <w:r>
        <w:rPr>
          <w:rFonts w:ascii="Courier New" w:hAnsi="Courier New"/>
          <w:color w:val="555555"/>
          <w:sz w:val="20"/>
        </w:rPr>
        <w:t>[10]</w:t>
      </w:r>
    </w:p>
    <w:p>
      <w:r>
        <w:rPr>
          <w:rFonts w:ascii="Gentium Plus" w:hAnsi="Gentium Plus"/>
          <w:sz w:val="24"/>
        </w:rPr>
        <w:t>ρακηνικῆς. καὶ εἰσελθόντες οἱ δοῦκες Ῥωμαίων καὶ οἱ φύλαρ‐ χοι μετὰ βοηθείας συνεπομένης, καὶ μηδαμοῦ αὐτὸν καταλα‐ βόντες, ὥρμησαν ἐπὶ τὰ Περσικὰ μέρη, καὶ παρέλαβον τὰς σκηνὰς αὐτοῦ, καὶ αἰχμαλώτους δὲ ἔλαβον πλῆθος ἀνδρῶν καὶ γυναικῶν καὶ παιδίων καὶ ὅσας εὗρον καμήλους δρομωναρίας</w:t>
      </w:r>
    </w:p>
    <w:p>
      <w:r>
        <w:rPr>
          <w:rFonts w:ascii="Courier New" w:hAnsi="Courier New"/>
          <w:color w:val="555555"/>
          <w:sz w:val="20"/>
        </w:rPr>
        <w:t>[15]</w:t>
      </w:r>
    </w:p>
    <w:p>
      <w:r>
        <w:rPr>
          <w:rFonts w:ascii="Gentium Plus" w:hAnsi="Gentium Plus"/>
          <w:sz w:val="24"/>
        </w:rPr>
        <w:t>καὶ ἄλλα διάφορα κτήνη. ἔκαυσαν δὲ καὶ κάστρα Περσικὰ τέσ‐ σαρα παραλαβόντες καὶ τοὺς ἐν αὐτοῖς ὄντας Σαρακηνούς τε καὶ Πέρσας, καὶ ὑπέστρεψαν εἰς τὰ Ῥωμαϊκὰ μετὰ νίκης. Ὁ δὲ αὐτὸς βασιλεὺς ἀνεπλήρωσε καὶ τὸ δημόσιον τὸ ἐν Κων‐ σταντινουπόλει, ὃ ἤρξατο κτίζειν Ἀναστάσιος ὁ βασιλεύς, τὸ</w:t>
      </w:r>
    </w:p>
    <w:p>
      <w:r>
        <w:rPr>
          <w:rFonts w:ascii="Courier New" w:hAnsi="Courier New"/>
          <w:color w:val="555555"/>
          <w:sz w:val="20"/>
        </w:rPr>
        <w:t>[20]</w:t>
      </w:r>
    </w:p>
    <w:p>
      <w:r>
        <w:rPr>
          <w:rFonts w:ascii="Gentium Plus" w:hAnsi="Gentium Plus"/>
          <w:sz w:val="24"/>
        </w:rPr>
        <w:t>ἐπίκλην Δαγισθέου. ἔκτισε δὲ καὶ τὸ μεσίαυλον τῆς βασιλικῆς</w:t>
      </w:r>
    </w:p>
    <w:p>
      <w:r>
        <w:rPr>
          <w:rFonts w:ascii="Courier New" w:hAnsi="Courier New"/>
          <w:color w:val="555555"/>
          <w:sz w:val="20"/>
        </w:rPr>
        <w:t>[Chron . 436]</w:t>
      </w:r>
    </w:p>
    <w:p>
      <w:r>
        <w:rPr>
          <w:rFonts w:ascii="Gentium Plus" w:hAnsi="Gentium Plus"/>
          <w:sz w:val="24"/>
        </w:rPr>
        <w:t>κινστέρνας, βουλόμενος εἰσαγαγεῖν ἐν αὐτῇ τὸ ὕδωρ τὸ Ἀδριά‐ νιον. ἀνενέωσε δὲ καὶ τὸν ἀγωγὸν τῆς πόλεως. Ἐν αὐτῷ δὲ τῷ χρόνῳ διεβλήθησάν τινες τῶν ἐπισκόπων ἀπὸ διαφόρων ἐπαρχιῶν, ὡς κακῶς βιοῦντες περὶ τὰ σωματι‐</w:t>
      </w:r>
    </w:p>
    <w:p>
      <w:r>
        <w:rPr>
          <w:rFonts w:ascii="Courier New" w:hAnsi="Courier New"/>
          <w:color w:val="555555"/>
          <w:sz w:val="20"/>
        </w:rPr>
        <w:t>[5]</w:t>
      </w:r>
    </w:p>
    <w:p>
      <w:r>
        <w:rPr>
          <w:rFonts w:ascii="Gentium Plus" w:hAnsi="Gentium Plus"/>
          <w:sz w:val="24"/>
        </w:rPr>
        <w:t>κὰ καὶ ἀρσενοκοιτοῦντες. ἐν οἷς ἦν Ἠσαΐας ὁ τῆς Ῥόδου ὁ ἀπὸ νυκτεπάρχων Κωνσταντινουπόλεως, ὁμοίως δὲ καὶ ὁ ἀπὸ Διὸς πόλεως τῆς Θρᾴκης, ὀνόματι Ἀλέξανδρος. οἵτινες κατὰ θείαν πρόσταξιν ἠνέχθησαν ἐν Κωνσταντινουπόλει, καὶ ἐξετα‐ σθέντες καθῃρέθησαν ὑπὸ Βίκτωρος ἐπάρχου πόλεως, ὅστις</w:t>
      </w:r>
    </w:p>
    <w:p>
      <w:r>
        <w:rPr>
          <w:rFonts w:ascii="Courier New" w:hAnsi="Courier New"/>
          <w:color w:val="555555"/>
          <w:sz w:val="20"/>
        </w:rPr>
        <w:t>[10]</w:t>
      </w:r>
    </w:p>
    <w:p>
      <w:r>
        <w:rPr>
          <w:rFonts w:ascii="Gentium Plus" w:hAnsi="Gentium Plus"/>
          <w:sz w:val="24"/>
        </w:rPr>
        <w:t>ἐτιμωρήσατο αὐτούς, καὶ τὸν μὲν Ἠσαΐαν πικρῶς βασανίσας ἐξώρισε, τὸν δὲ Ἀλέξανδρον καυλοτομήσας ἐπόμπευσεν εἰς κραβαταρίαν· καὶ εὐθέως προσέταξεν ὁ αὐτὸς βασιλεὺς τοὺς ἐν παιδεραστίαις εὑρισκομένους καυλοτομεῖσθαι. καὶ συνεσχέ‐ θησαν ἐν αὐτῷ τῷ καιρῷ πολλοὶ ἀνδροκοῖται, καὶ καυλοτομη‐</w:t>
      </w:r>
    </w:p>
    <w:p>
      <w:r>
        <w:rPr>
          <w:rFonts w:ascii="Courier New" w:hAnsi="Courier New"/>
          <w:color w:val="555555"/>
          <w:sz w:val="20"/>
        </w:rPr>
        <w:t>[15]</w:t>
      </w:r>
    </w:p>
    <w:p>
      <w:r>
        <w:rPr>
          <w:rFonts w:ascii="Gentium Plus" w:hAnsi="Gentium Plus"/>
          <w:sz w:val="24"/>
        </w:rPr>
        <w:t>θέντες ἀπέθανον. καὶ ἐγένετο ἔκτοτε φόβος κατὰ τῶν νοσούντων τὴν τῶν ἀῤῥένων ἐπιθυμίαν. Ἐν αὐτῷ δὲ τῷ χρόνῳ ἔπαθεν ὑπὸ θεομηνίας ἐν τῇ Μυσίᾳ Πομπηιούπολις· τῆς γὰρ κινήσεως γενομένης ἐξαίφνης ἐσχί‐ σθη ἡ γῆ καὶ ἐχαώθη τὸ ἥμισυ τῆς πόλεως μετὰ τῶν οἰκούντων,</w:t>
      </w:r>
    </w:p>
    <w:p>
      <w:r>
        <w:rPr>
          <w:rFonts w:ascii="Courier New" w:hAnsi="Courier New"/>
          <w:color w:val="555555"/>
          <w:sz w:val="20"/>
        </w:rPr>
        <w:t>[20]</w:t>
      </w:r>
    </w:p>
    <w:p>
      <w:r>
        <w:rPr>
          <w:rFonts w:ascii="Gentium Plus" w:hAnsi="Gentium Plus"/>
          <w:sz w:val="24"/>
        </w:rPr>
        <w:t>καὶ ἦσαν ὑπὸ τὴν γῆν, καὶ τὸ ἦχος αὐτῶν ἐφέρετο τοῖς περισω‐</w:t>
      </w:r>
    </w:p>
    <w:p>
      <w:r>
        <w:rPr>
          <w:rFonts w:ascii="Courier New" w:hAnsi="Courier New"/>
          <w:color w:val="555555"/>
          <w:sz w:val="20"/>
        </w:rPr>
        <w:t>[Chron . 437]</w:t>
      </w:r>
    </w:p>
    <w:p>
      <w:r>
        <w:rPr>
          <w:rFonts w:ascii="Gentium Plus" w:hAnsi="Gentium Plus"/>
          <w:sz w:val="24"/>
        </w:rPr>
        <w:t>τοῦ περισωθῆναι τοὺς ὄντας ὑπὸ τὴν γῆν, ὡσαύτως δὲ καὶ τοῖς ζήσασι καὶ τῇ πόλει εἰς ἀνανέωσιν. Ὁ δὲ αὐτὸς βασιλεὺς ἀνενέωσε τοὺς νόμους τοὺς ἐκ τῶν προλαβόντων βασιλέων θεσπισθέντας, καὶ ποιήσας νεαροὺς νό‐</w:t>
      </w:r>
    </w:p>
    <w:p>
      <w:r>
        <w:rPr>
          <w:rFonts w:ascii="Courier New" w:hAnsi="Courier New"/>
          <w:color w:val="555555"/>
          <w:sz w:val="20"/>
        </w:rPr>
        <w:t>[5]</w:t>
      </w:r>
    </w:p>
    <w:p>
      <w:r>
        <w:rPr>
          <w:rFonts w:ascii="Gentium Plus" w:hAnsi="Gentium Plus"/>
          <w:sz w:val="24"/>
        </w:rPr>
        <w:t>μους ἔπεμψε κατὰ πόλιν, ὥστε τὸν ἄρχοντα ἐν ᾧ τὴν ἀρχὴν ἔχει μὴ κτίζειν οἶκον ἢ ἀγοράζειν κτῆμα, εἰ μή τις συγγενὴς αὐ‐ τοῦ ὑπάρχει, διὰ τὸ μὴ βιάζεσθαι τοὺς συγκεκτημένους ἢ ἀναγ‐ κάζεσθαί τινα διὰ τὴν ἀρχικὴν προστασίαν εἰς αὐτὸν διατί‐ θεσθαι.</w:t>
      </w:r>
    </w:p>
    <w:p>
      <w:r>
        <w:rPr>
          <w:rFonts w:ascii="Courier New" w:hAnsi="Courier New"/>
          <w:color w:val="555555"/>
          <w:sz w:val="20"/>
        </w:rPr>
        <w:t>[10]</w:t>
      </w:r>
    </w:p>
    <w:p>
      <w:r>
        <w:rPr>
          <w:rFonts w:ascii="Gentium Plus" w:hAnsi="Gentium Plus"/>
          <w:sz w:val="24"/>
        </w:rPr>
        <w:t>Ὁμοίως δὲ καὶ περὶ τῶν φυσικῶν παίδων, ὥστε κληρονο‐ μεῖν κατὰ τὸν Ἀναστασίου τοῦ βασιλέως νόμον. Καὶ περὶ τοῦ κληρονομοῦντος, ὥστε ἐξεῖναι αὐτῷ παραιτεῖ‐ σθαι τὴν κληρονομίαν ὅτε δ’ ἂν βούληται, καὶ μὴ ἀποκλείεσθαι χρόνῳ.</w:t>
      </w:r>
    </w:p>
    <w:p>
      <w:r>
        <w:rPr>
          <w:rFonts w:ascii="Courier New" w:hAnsi="Courier New"/>
          <w:color w:val="555555"/>
          <w:sz w:val="20"/>
        </w:rPr>
        <w:t>[15]</w:t>
      </w:r>
    </w:p>
    <w:p>
      <w:r>
        <w:rPr>
          <w:rFonts w:ascii="Gentium Plus" w:hAnsi="Gentium Plus"/>
          <w:sz w:val="24"/>
        </w:rPr>
        <w:t>Περὶ δὲ τῶν μαρτύρων, ὥστε ἀναγκάζεσθαι τοὺς ἰδιώτας καὶ ἄκοντας μαρτυρεῖν. Ὁ δὲ αὐτὸς βασιλεὺς ἐδωρήσατο τὸ Γοτθικὸν ξυλέλαιον, κουφίσας τοὺς ὑποτελεῖς ἐκ τοῦ βάρους. Ἐπὶ δὲ τῆς αὐτοῦ βασιλείας δύο στρατηγοὶ Οὕννων ἐπιῤ‐</w:t>
      </w:r>
    </w:p>
    <w:p>
      <w:r>
        <w:rPr>
          <w:rFonts w:ascii="Courier New" w:hAnsi="Courier New"/>
          <w:color w:val="555555"/>
          <w:sz w:val="20"/>
        </w:rPr>
        <w:t>[20]</w:t>
      </w:r>
    </w:p>
    <w:p>
      <w:r>
        <w:rPr>
          <w:rFonts w:ascii="Gentium Plus" w:hAnsi="Gentium Plus"/>
          <w:sz w:val="24"/>
        </w:rPr>
        <w:t>ῥίψαντες μετὰ πλήθους εἰς τὴν Σκυθίαν καὶ τὴν Μυσίαν, ὄν‐ τος ἐκεῖ στρατηλάτου Ῥωμαίων Βαδουαρίου καὶ Ἰουστίνου, καὶ ἐξελθόντων αὐτῶν κατὰ τῶν Οὕννων, καὶ συμβολῆς γενομέ‐</w:t>
      </w:r>
    </w:p>
    <w:p>
      <w:r>
        <w:rPr>
          <w:rFonts w:ascii="Courier New" w:hAnsi="Courier New"/>
          <w:color w:val="555555"/>
          <w:sz w:val="20"/>
        </w:rPr>
        <w:t>[Chron . 438]</w:t>
      </w:r>
    </w:p>
    <w:p>
      <w:r>
        <w:rPr>
          <w:rFonts w:ascii="Gentium Plus" w:hAnsi="Gentium Plus"/>
          <w:sz w:val="24"/>
        </w:rPr>
        <w:t>Κωνσταντίολος ὁ Φλωρεντίου στρατηλάτης τῆς Μυσίας. καὶ ἦλθον οἱ Οὗννοι πραιδεύοντες ἕως τῆς Θρᾴκης· καὶ ἐξελθὼν κατ’ αὐτῶν ὁ στρατηλάτης Κωνσταντίολος καὶ Γοδιλᾶς καὶ ὁ τοῦ Ἰλλυρικοῦ στρατηλάτης Ἀσκοὺμ ὁ Οὗννος, ὃν ἐδέξατο ὁ</w:t>
      </w:r>
    </w:p>
    <w:p>
      <w:r>
        <w:rPr>
          <w:rFonts w:ascii="Courier New" w:hAnsi="Courier New"/>
          <w:color w:val="555555"/>
          <w:sz w:val="20"/>
        </w:rPr>
        <w:t>[5]</w:t>
      </w:r>
    </w:p>
    <w:p>
      <w:r>
        <w:rPr>
          <w:rFonts w:ascii="Gentium Plus" w:hAnsi="Gentium Plus"/>
          <w:sz w:val="24"/>
        </w:rPr>
        <w:t>βασιλεὺς Ἰουστινιανὸς ἐν ἁγίῳ βαπτίσματι, καὶ μεσολαβηθέν‐ των τῶν Οὕννων ἐν τῷ πολέμῳ, καὶ πολλῶν ἐξ αὐτῶν πιπτόντων, ἀπέφυγεν ἡ πραῖδα πᾶσα, καὶ ἐγένοντο Ῥωμαῖοι ἐπικρατέστεροι, φονεύσαντες καὶ τοὺς δύο ῥῆγας. καὶ ὡς ὑποστρέφουσιν, ὑπην‐ τήθησαν ὑπὸ ἄλλων Οὕννων· καὶ συμβαλόντες ἀπὸ κόπου, καὶ</w:t>
      </w:r>
    </w:p>
    <w:p>
      <w:r>
        <w:rPr>
          <w:rFonts w:ascii="Courier New" w:hAnsi="Courier New"/>
          <w:color w:val="555555"/>
          <w:sz w:val="20"/>
        </w:rPr>
        <w:t>[10]</w:t>
      </w:r>
    </w:p>
    <w:p>
      <w:r>
        <w:rPr>
          <w:rFonts w:ascii="Gentium Plus" w:hAnsi="Gentium Plus"/>
          <w:sz w:val="24"/>
        </w:rPr>
        <w:t>ἀσθενέστεροι ὄντες οἱ Ῥωμαίων στρατηγοί, δέδωκαν νῶτα· καὶ καταδιώξαντες οἱ Οὗννοι ἐσόκευσαν φεύγοντας τοὺς ἐξάρχους Ῥωμαίων. καὶ ὁ μὲν Γοδιλᾶς ἀποσπάσας τὸ ἴδιον ξίφος ἔκοψε τὸν σόκον καὶ ἐξείλησεν, ὁ δὲ Κωνσταντίολος ἠνέχθη ἀπὸ τοῦ ἵππου ἐπὶ τὸ ἔδαφος· καὶ ὁ Ἀσκοὺμ δὲ συνελήφθη. καὶ λαβόν‐</w:t>
      </w:r>
    </w:p>
    <w:p>
      <w:r>
        <w:rPr>
          <w:rFonts w:ascii="Courier New" w:hAnsi="Courier New"/>
          <w:color w:val="555555"/>
          <w:sz w:val="20"/>
        </w:rPr>
        <w:t>[15]</w:t>
      </w:r>
    </w:p>
    <w:p>
      <w:r>
        <w:rPr>
          <w:rFonts w:ascii="Gentium Plus" w:hAnsi="Gentium Plus"/>
          <w:sz w:val="24"/>
        </w:rPr>
        <w:t>τες τοὺς δύο αἰχμαλώτους, τὸν μὲν Κωνσταντίολον ἀνέδωκαν, λαβόντες παρὰ τοῦ βασιλέως Ῥωμαίων νομίσματα μύρια, καὶ ἀνῆλθεν ἐν Κωνσταντινουπόλει· τὸν δὲ Ἀσκοὺμ τὸν Οὗννον κρατήσαντες ἀνεχώρησαν ἐπὶ τὴν χώραν αὐτῶν μετὰ καὶ ἄλ‐ λων πολλῶν αἰχμαλώτων· καὶ εἰρήνευσε λοιπὸν τὰ Θρᾳκικὰ</w:t>
      </w:r>
    </w:p>
    <w:p>
      <w:r>
        <w:rPr>
          <w:rFonts w:ascii="Courier New" w:hAnsi="Courier New"/>
          <w:color w:val="555555"/>
          <w:sz w:val="20"/>
        </w:rPr>
        <w:t>[20]</w:t>
      </w:r>
    </w:p>
    <w:p>
      <w:r>
        <w:rPr>
          <w:rFonts w:ascii="Gentium Plus" w:hAnsi="Gentium Plus"/>
          <w:sz w:val="24"/>
        </w:rPr>
        <w:t>μέρη. Ἐν αὐτῷ δὲ τῷ χρόνῳ ἠγανακτήθη ὁ πατρίκιος Πρόβος, ὅστις συγγενὴς ἦν Ἀναστασίου τοῦ βασιλέως, ὡς λοιδορήσας</w:t>
      </w:r>
    </w:p>
    <w:p>
      <w:r>
        <w:rPr>
          <w:rFonts w:ascii="Courier New" w:hAnsi="Courier New"/>
          <w:color w:val="555555"/>
          <w:sz w:val="20"/>
        </w:rPr>
        <w:t>[Chron . 439]</w:t>
      </w:r>
    </w:p>
    <w:p>
      <w:r>
        <w:rPr>
          <w:rFonts w:ascii="Gentium Plus" w:hAnsi="Gentium Plus"/>
          <w:sz w:val="24"/>
        </w:rPr>
        <w:t>βέντου ἐπὶ πράξεως ὑπομνημάτων ἐγγράφως, καὶ τῶν πεπρα‐ γμένων πάντων ὑπαναγνωσθέντων τῷ βασιλεῖ μετὰ τὸ ἐλεγχθῆναι τὸν αὐτὸν Πρόβον ἐπὶ κοινοῦ τῆς συγκλήτου, λαβὼν ὁ αὐτὸς βασιλεὺς τὰ πεπραγμένα ἔσχισεν, εἰπὼν τῷ αὐτῷ Πρόβῳ ὅτι</w:t>
      </w:r>
    </w:p>
    <w:p>
      <w:r>
        <w:rPr>
          <w:rFonts w:ascii="Courier New" w:hAnsi="Courier New"/>
          <w:color w:val="555555"/>
          <w:sz w:val="20"/>
        </w:rPr>
        <w:t>[5]</w:t>
      </w:r>
    </w:p>
    <w:p>
      <w:r>
        <w:rPr>
          <w:rFonts w:ascii="Gentium Plus" w:hAnsi="Gentium Plus"/>
          <w:sz w:val="24"/>
        </w:rPr>
        <w:t>Ἐγὼ τὸ ἁμάρτημα συγχωρῶ σοι, ὃ κατ’ ἐμοῦ ἔπραξας· εὖξαι οὖν ἵνα καὶ ὁ θεὸς συγχωρήσῃ σοι. καὶ ἀνυμνήθη ὁ αὐτὸς βα‐ σιλεὺς ὑπὸ τῆς συγκλήτου. Ἐν αὐτῷ δὲ τῷ χρόνῳ Εὐλάλιός τις, κόμης δομεστίκων, ἀπὸ εὐπόρων πένης γενόμενος τῷ τρόπῳ τούτῳ· ἐμπρησμοῦ</w:t>
      </w:r>
    </w:p>
    <w:p>
      <w:r>
        <w:rPr>
          <w:rFonts w:ascii="Courier New" w:hAnsi="Courier New"/>
          <w:color w:val="555555"/>
          <w:sz w:val="20"/>
        </w:rPr>
        <w:t>[10]</w:t>
      </w:r>
    </w:p>
    <w:p>
      <w:r>
        <w:rPr>
          <w:rFonts w:ascii="Gentium Plus" w:hAnsi="Gentium Plus"/>
          <w:sz w:val="24"/>
        </w:rPr>
        <w:t>γενομένου ἔνθα ἔμενε, γυμνὸς ἔφυγε μετὰ καὶ τῶν τριῶν αὐ‐ τοῦ τέκνων· οὐκ ὀλίγοις δὲ δανείοις ὑποκείμενος, καὶ μέλλων τελευτᾶν, διαθήκας συνεστήσατο εἰς τὸν αὐτὸν βασιλέα, εἰπὼν ἐν τῇ διαθήκῃ, ὥστε τὸν εὐσεβέστατον Ἰουστινιανὸν παρασχεῖν ταῖς ἐμαῖς θυγατράσιν ἡμερησίας ἀνὰ φόλεις ιεʹ· καὶ γινομένης</w:t>
      </w:r>
    </w:p>
    <w:p>
      <w:r>
        <w:rPr>
          <w:rFonts w:ascii="Courier New" w:hAnsi="Courier New"/>
          <w:color w:val="555555"/>
          <w:sz w:val="20"/>
        </w:rPr>
        <w:t>[15]</w:t>
      </w:r>
    </w:p>
    <w:p>
      <w:r>
        <w:rPr>
          <w:rFonts w:ascii="Gentium Plus" w:hAnsi="Gentium Plus"/>
          <w:sz w:val="24"/>
        </w:rPr>
        <w:t>αὐτῶν τελείας ἡλικίας καὶ ἐρχομένας ἐπὶ γάμον λαμβάνειν προῖ‐ κα ἑκάστην δέκα χρυσίου λιτρῶν. ἀποπληρωθῆναι δὲ καὶ τοὺς ἐμοὺς δανειστὰς παρὰ τοῦ ἐμοῦ κληρονόμου. καὶ ἐπὶ τούτοις ἐτελεύτα ὁ αὐτὸς Εὐλάλιος· καὶ ἀνηνέχθη ἡ διαθήκη τῷ βασιλεῖ διὰ τοῦ κουράτωρος. καὶ ἐκέλευσεν αὐτὸν ὑπεισελθεῖν τῇ κλη‐</w:t>
      </w:r>
    </w:p>
    <w:p>
      <w:r>
        <w:rPr>
          <w:rFonts w:ascii="Courier New" w:hAnsi="Courier New"/>
          <w:color w:val="555555"/>
          <w:sz w:val="20"/>
        </w:rPr>
        <w:t>[20]</w:t>
      </w:r>
    </w:p>
    <w:p>
      <w:r>
        <w:rPr>
          <w:rFonts w:ascii="Gentium Plus" w:hAnsi="Gentium Plus"/>
          <w:sz w:val="24"/>
        </w:rPr>
        <w:t>ρονομίᾳ· ὅστις ἀπελθὼν εἰς τὸν οἶκον ἔνθα κατέμεινεν ὁ αὐτὸς Εὐλάλιος, καὶ ποιήσας ἀναγραφὴν τῆς ὑποστάσεως αὐτοῦ, εὑρέ‐</w:t>
      </w:r>
    </w:p>
    <w:p>
      <w:r>
        <w:rPr>
          <w:rFonts w:ascii="Courier New" w:hAnsi="Courier New"/>
          <w:color w:val="555555"/>
          <w:sz w:val="20"/>
        </w:rPr>
        <w:t>[Chron . 440]</w:t>
      </w:r>
    </w:p>
    <w:p>
      <w:r>
        <w:rPr>
          <w:rFonts w:ascii="Gentium Plus" w:hAnsi="Gentium Plus"/>
          <w:sz w:val="24"/>
        </w:rPr>
        <w:t>ἀνήγαγε τῷ βασιλεῖ τὴν διατίμησιν τῆς ὑποστάσεως καὶ τὰ ὑπ’ αὐτοῦ καταλειφθέντα ληγᾶτα. καὶ ταῦτα ἀκούσας ὁ αὐτὸς βα‐ σιλεὺς ἐπιτρέπει τῷ κουράτωρι Μακεδονίῳ ὑπεισελθεῖν τῇ κληρονομίᾳ. καὶ δὴ τοῦ κουράτωρος ἀντειπόντος τῷ αὐτῷ βα‐</w:t>
      </w:r>
    </w:p>
    <w:p>
      <w:r>
        <w:rPr>
          <w:rFonts w:ascii="Courier New" w:hAnsi="Courier New"/>
          <w:color w:val="555555"/>
          <w:sz w:val="20"/>
        </w:rPr>
        <w:t>[5]</w:t>
      </w:r>
    </w:p>
    <w:p>
      <w:r>
        <w:rPr>
          <w:rFonts w:ascii="Gentium Plus" w:hAnsi="Gentium Plus"/>
          <w:sz w:val="24"/>
        </w:rPr>
        <w:t>σιλεῖ μὴ αὐταρκεῖν τὰ τῶν ληγάτων πρὸς τὰ τῆς διαθήκης, ἐπέτρεψεν ὁ αὐτὸς βασιλεύς, εἰπών, Τί με κωλύεις ὑπεισελθεῖν τῇ κληρονομίᾳ, εὐσεβὲς θέλοντα ποιῆσαι; ἄπελθε, ἀποπλή‐ ρωσον πάντας τοὺς δανειστὰς αὐτοῦ καὶ τὰ ληγᾶτα τὰ ὑπ’ αὐ‐ τοῦ διατυπωθέντα· τὰς δὲ τρεῖς θυγατέρας αὐτοῦ ἀχθῆναι κε‐</w:t>
      </w:r>
    </w:p>
    <w:p>
      <w:r>
        <w:rPr>
          <w:rFonts w:ascii="Courier New" w:hAnsi="Courier New"/>
          <w:color w:val="555555"/>
          <w:sz w:val="20"/>
        </w:rPr>
        <w:t>[10]</w:t>
      </w:r>
    </w:p>
    <w:p>
      <w:r>
        <w:rPr>
          <w:rFonts w:ascii="Gentium Plus" w:hAnsi="Gentium Plus"/>
          <w:sz w:val="24"/>
        </w:rPr>
        <w:t>λεύω παρὰ τῇ Αὐγούστᾳ Θεοδώρᾳ τοῦ φυλάττεσθαι αὐτὰς ἐν τῷ δεσποτικῷ κουβικλείῳ, κελεύσας τοῦ δοθῆναι αὐταῖς χάριν προικὸς ἀνὰ χρυσίου λιτρῶν εἴκοσι καὶ πᾶσαν τὴν ὑπόστασιν, ἣν εἴασεν αὐταῖς ὁ αὐτῶν πατήρ. Ἐν αὐτῷ δὲ τῷ καιρῷ ἡ εὐσεβὴς Θεοδώρα μετὰ καὶ τῶν</w:t>
      </w:r>
    </w:p>
    <w:p>
      <w:r>
        <w:rPr>
          <w:rFonts w:ascii="Courier New" w:hAnsi="Courier New"/>
          <w:color w:val="555555"/>
          <w:sz w:val="20"/>
        </w:rPr>
        <w:t>[15]</w:t>
      </w:r>
    </w:p>
    <w:p>
      <w:r>
        <w:rPr>
          <w:rFonts w:ascii="Gentium Plus" w:hAnsi="Gentium Plus"/>
          <w:sz w:val="24"/>
        </w:rPr>
        <w:t>ἄλλων αὐτῆς ἀγαθῶν ἐποίησε καὶ τοῦτο. οἱ γὰρ ὀνομαζόμε‐ νοι πορνοβοσκοὶ περιῆγον ἐν ἑκάστῳ τόπῳ περιβλεπόμενοι πέ‐ νητας ἔχοντας θυγατέρας, καὶ διδόντες αὐτοῖς, φησίν, ὅρ‐ κους καὶ ὀλίγα νομίσματα ἐλάμβανον αὐτάς, ὡς ἐπὶ συγκρο‐ τήσει, καὶ προΐστων αὐτὰς δημοσίᾳ, κατακοσμοῦντες ἐκ τῆς</w:t>
      </w:r>
    </w:p>
    <w:p>
      <w:r>
        <w:rPr>
          <w:rFonts w:ascii="Courier New" w:hAnsi="Courier New"/>
          <w:color w:val="555555"/>
          <w:sz w:val="20"/>
        </w:rPr>
        <w:t>[20]</w:t>
      </w:r>
    </w:p>
    <w:p>
      <w:r>
        <w:rPr>
          <w:rFonts w:ascii="Gentium Plus" w:hAnsi="Gentium Plus"/>
          <w:sz w:val="24"/>
        </w:rPr>
        <w:t>αὐτῶν ἀτυχίας, κομιζόμενοι παρ’ αὐτῶν τὸ τοῦ σώματος αὐ‐ τῶν δυστυχὲς κέρδος, καὶ ἠνάγκαζον αὐτὰς τοῦ προΐστασθαι. καὶ τοὺς τοιούτους πορνοβοσκοὺς ἐκέλευσε συσχεθῆναι μετὰ</w:t>
      </w:r>
    </w:p>
    <w:p>
      <w:r>
        <w:rPr>
          <w:rFonts w:ascii="Courier New" w:hAnsi="Courier New"/>
          <w:color w:val="555555"/>
          <w:sz w:val="20"/>
        </w:rPr>
        <w:t>[Chron . 441]</w:t>
      </w:r>
    </w:p>
    <w:p>
      <w:r>
        <w:rPr>
          <w:rFonts w:ascii="Gentium Plus" w:hAnsi="Gentium Plus"/>
          <w:sz w:val="24"/>
        </w:rPr>
        <w:t>λευσεν εἰπεῖν ἕκαστον αὐτῶν μεθ’ ὅρκου δόσεως τί παρέσχον τοῖς αὐτῶν γονεῦσι· καὶ εἶπον δεδωκέναι ἀνὰ πέντε νομίσματα. καὶ πάντων ἐπιδεδωκότων γνῶσιν μεθ’ ὅρκου, δεδωκυῖα τὰ χρή‐ ματα ἡ αὐτὴ εὐσεβὴς βασίλισσα ἠλευθέρωσεν αὐτὰς τοῦ ζυγοῦ</w:t>
      </w:r>
    </w:p>
    <w:p>
      <w:r>
        <w:rPr>
          <w:rFonts w:ascii="Courier New" w:hAnsi="Courier New"/>
          <w:color w:val="555555"/>
          <w:sz w:val="20"/>
        </w:rPr>
        <w:t>[5]</w:t>
      </w:r>
    </w:p>
    <w:p>
      <w:r>
        <w:rPr>
          <w:rFonts w:ascii="Gentium Plus" w:hAnsi="Gentium Plus"/>
          <w:sz w:val="24"/>
        </w:rPr>
        <w:t>τῆς δυστυχοῦς δουλείας, κελεύσασα τοῦ λοιποῦ μὴ εἶναι πορ‐ νοβοσκούς, ἀλλὰ χαρισαμένη ταῖς αὐταῖς κόραις τὴν τοῦ σώ‐ ματος ἔνδυσιν καὶ ἀπὸ νομίσματος ἑνὸς ἀπέλυσεν αὐτάς. Ἐν δὲ τῇ συμπληρώσει τῆς αὐτῆς ἰνδικτιῶνος ἐξώρμησεν ἡ αὐτὴ Αὔγουστα Θεοδώρα εἰς τὸ λεγόμενον Πύθιον μετὰ πατρι‐</w:t>
      </w:r>
    </w:p>
    <w:p>
      <w:r>
        <w:rPr>
          <w:rFonts w:ascii="Courier New" w:hAnsi="Courier New"/>
          <w:color w:val="555555"/>
          <w:sz w:val="20"/>
        </w:rPr>
        <w:t>[10]</w:t>
      </w:r>
    </w:p>
    <w:p>
      <w:r>
        <w:rPr>
          <w:rFonts w:ascii="Gentium Plus" w:hAnsi="Gentium Plus"/>
          <w:sz w:val="24"/>
        </w:rPr>
        <w:t>κίων καὶ κουβικουλαρίων, οὖσα σὺν χιλιάσι τέτρασι. καὶ πολ‐ λὰ χαρισαμένη ταῖς κατὰ τόπον ἐκκλησίαις ὑπέστρεψεν ἐν Κων‐ σταντινουπόλει. Ἐν αὐτῷ δὲ τῷ χρόνῳ ἀπηγγέλθη Ἰουστινιανῷ τῷ βασιλεῖ ὅτι συμβολῆς γενομένης μεταξὺ Περσῶν καὶ Ῥωμαίων, ἐπὶ τὴν</w:t>
      </w:r>
    </w:p>
    <w:p>
      <w:r>
        <w:rPr>
          <w:rFonts w:ascii="Courier New" w:hAnsi="Courier New"/>
          <w:color w:val="555555"/>
          <w:sz w:val="20"/>
        </w:rPr>
        <w:t>[15]</w:t>
      </w:r>
    </w:p>
    <w:p>
      <w:r>
        <w:rPr>
          <w:rFonts w:ascii="Gentium Plus" w:hAnsi="Gentium Plus"/>
          <w:sz w:val="24"/>
        </w:rPr>
        <w:t>Μεσοποταμίαν ἐπιῤῥιψάντων τῶν Περσῶν μετὰ χιλιάδων λʹ καὶ Ξέρξου τοῦ υἱοῦ τοῦ βασιλέως Κωάδου· ὁ γὰρ Περόζης ὁ μείζων υἱὸς αὐτοῦ ἐπὶ τὴν Λαζικὴν καὶ τὴν Περσαρμε‐ νίαν ἐπολέμει μετὰ βοηθείας πολλῆς· ὁ γὰρ πατὴρ αὐτῶν Κωάδης ἐν αὐτῷ τῷ καιρῷ οὐκ ἦλθεν ἐπὶ τὰ Ῥωμαϊκά· ἐξῆλ‐</w:t>
      </w:r>
    </w:p>
    <w:p>
      <w:r>
        <w:rPr>
          <w:rFonts w:ascii="Courier New" w:hAnsi="Courier New"/>
          <w:color w:val="555555"/>
          <w:sz w:val="20"/>
        </w:rPr>
        <w:t>[20]</w:t>
      </w:r>
    </w:p>
    <w:p>
      <w:r>
        <w:rPr>
          <w:rFonts w:ascii="Gentium Plus" w:hAnsi="Gentium Plus"/>
          <w:sz w:val="24"/>
        </w:rPr>
        <w:t>θον δὲ κατὰ τοῦ Μέραν καὶ Ξέρξου ὁ ἀπὸ δουκῶν Δαμασκοῦ Κουζτὶς ὁ Βιταλιανοῦ, ἀνὴρ μαχιμώτατος, καὶ Σεβαστιανὸς μετὰ τῆς Ἰσαυρικῆς χειρὸς καὶ Προκληιανὸς ὁ δοὺξ Φοινίκης καὶ Βασίλειος ὁ κόμης. ἦν δὲ καὶ Βελισάριος μετ’ αὐτῶν καὶ</w:t>
      </w:r>
    </w:p>
    <w:p>
      <w:r>
        <w:rPr>
          <w:rFonts w:ascii="Courier New" w:hAnsi="Courier New"/>
          <w:color w:val="555555"/>
          <w:sz w:val="20"/>
        </w:rPr>
        <w:t>[Chron . 442]</w:t>
      </w:r>
    </w:p>
    <w:p>
      <w:r>
        <w:rPr>
          <w:rFonts w:ascii="Gentium Plus" w:hAnsi="Gentium Plus"/>
          <w:sz w:val="24"/>
        </w:rPr>
        <w:t>κατενεχθεὶς ἐπὶ τὴν γῆν ἐσφάγη, ὁμοίως δὲ καὶ Προκληιανός· Σεβαστιανὸς δὲ καὶ Βασίλειος ἐλήφθησαν αἰχμάλωτοι, Κου‐ ζτὶς δὲ πληγᾶτος γενόμενος παρελήφθη, Βελισάριος δὲ φυγῇ χρησάμενος διεσώθη. καὶ ἀπηγγέλθη τὰ γενόμενα τῷ βασιλεῖ</w:t>
      </w:r>
    </w:p>
    <w:p>
      <w:r>
        <w:rPr>
          <w:rFonts w:ascii="Courier New" w:hAnsi="Courier New"/>
          <w:color w:val="555555"/>
          <w:sz w:val="20"/>
        </w:rPr>
        <w:t>[5]</w:t>
      </w:r>
    </w:p>
    <w:p>
      <w:r>
        <w:rPr>
          <w:rFonts w:ascii="Gentium Plus" w:hAnsi="Gentium Plus"/>
          <w:sz w:val="24"/>
        </w:rPr>
        <w:t>Ἰουστινιανῷ, καὶ ἐλυπήθη σφόδρα. ἔπεσον δὲ καὶ ἐκ τῶν Περ‐ σῶν στρατηγοὶ μετὰ βοηθείας αὐτῶν πολλῆς· καὶ ὑπέστρεψαν εἰς τὴν ἰδίαν αὐτῶν χώραν. Ἔπεμψε δὲ ὁ αὐτὸς βασιλεὺς συγκλητικοὺς ἀπὸ Κωνσταντι‐ νουπόλεως φυλάττειν τὰς πόλεις τῆς ἀνατολῆς μετὰ τῆς αὐ‐</w:t>
      </w:r>
    </w:p>
    <w:p>
      <w:r>
        <w:rPr>
          <w:rFonts w:ascii="Courier New" w:hAnsi="Courier New"/>
          <w:color w:val="555555"/>
          <w:sz w:val="20"/>
        </w:rPr>
        <w:t>[10]</w:t>
      </w:r>
    </w:p>
    <w:p>
      <w:r>
        <w:rPr>
          <w:rFonts w:ascii="Gentium Plus" w:hAnsi="Gentium Plus"/>
          <w:sz w:val="24"/>
        </w:rPr>
        <w:t>τῶν βοηθείας, τὸν μὲν πατρίκιον Πλάτωνα ἐν Ἀμηδίᾳ, τὸν δὲ Θεόδωρον τὸν πατρίκιον ἐν Ἐδέσῃ, Ἀλέξανδρον δὲ τὸν Ἱερίου ἐν Βεροίᾳ, καὶ ἄλλους δὲ συγκλητικοὺς ἐπὶ τὸ Σοῦρον καὶ Κων‐ σταντῖναν εἰς τὸ φυλάττειν τὰς πόλεις. ἐπέμφθη δὲ ἐν αὐτῷ τῷ καιρῷ καὶ ὁ πατρίκιος Πόμπιος μετὰ πολλῆς βοηθείας,</w:t>
      </w:r>
    </w:p>
    <w:p>
      <w:r>
        <w:rPr>
          <w:rFonts w:ascii="Courier New" w:hAnsi="Courier New"/>
          <w:color w:val="555555"/>
          <w:sz w:val="20"/>
        </w:rPr>
        <w:t>[15]</w:t>
      </w:r>
    </w:p>
    <w:p>
      <w:r>
        <w:rPr>
          <w:rFonts w:ascii="Gentium Plus" w:hAnsi="Gentium Plus"/>
          <w:sz w:val="24"/>
        </w:rPr>
        <w:t>ἔχων μεθ’ ἑαυτοῦ Ἰλλυρικιανοὺς καὶ Σκύθας καὶ Ἰσαύρους καὶ Θρᾷκας· καὶ ἔνδοσις ἐγένετο τοῦ πολέμου κατὰ σύνταξιν Ῥω‐ μαίων τε καὶ Περσῶν διὰ τὸ γενέσθαι χειμῶνας βαρεῖς. Συνέβη δὲ ἐν αὐτῷ τῷ καιρῷ ὑπὸ θεομηνίας παθεῖν Ἀντιό‐ χειαν τὸ ἕκτον αὐτῆς πάθος. ὁ δὲ γεγονὼς σεισμὸς κατέσχεν</w:t>
      </w:r>
    </w:p>
    <w:p>
      <w:r>
        <w:rPr>
          <w:rFonts w:ascii="Courier New" w:hAnsi="Courier New"/>
          <w:color w:val="555555"/>
          <w:sz w:val="20"/>
        </w:rPr>
        <w:t>[20]</w:t>
      </w:r>
    </w:p>
    <w:p>
      <w:r>
        <w:rPr>
          <w:rFonts w:ascii="Gentium Plus" w:hAnsi="Gentium Plus"/>
          <w:sz w:val="24"/>
        </w:rPr>
        <w:t>ἐπὶ μίαν ὥραν, καὶ μετὰ τούτου βρυγμὸς φοβερός, ὥστε τὰ ἀνα‐ νεωθέντα κτίσματα ὑπὸ τῶν πρῴην γενομένων φόβων κατα‐</w:t>
      </w:r>
    </w:p>
    <w:p>
      <w:r>
        <w:rPr>
          <w:rFonts w:ascii="Courier New" w:hAnsi="Courier New"/>
          <w:color w:val="555555"/>
          <w:sz w:val="20"/>
        </w:rPr>
        <w:t>[Chron . 443]</w:t>
      </w:r>
    </w:p>
    <w:p>
      <w:r>
        <w:rPr>
          <w:rFonts w:ascii="Gentium Plus" w:hAnsi="Gentium Plus"/>
          <w:sz w:val="24"/>
        </w:rPr>
        <w:t>ἠκούσθη καὶ ἐν ταῖς ἄλλαις πόλεσι, καὶ πᾶσαι πενθοῦσαι ἐλιτά‐ νευον. ἔπαθε δὲ καὶ μέρη τῶν πέριξ τῆς πόλεως· τελευτῶσι δὲ ἐν αὐτῷ τῷ σεισμῷ ἄχρι ψυχῶν πεντακισχιλίων. οἱ δὲ περι‐ σωθέντες πολῖται εἰς τὰς ἄλλας πόλεις, φανεροὶ δὲ ἐν τοῖς ὄρε‐</w:t>
      </w:r>
    </w:p>
    <w:p>
      <w:r>
        <w:rPr>
          <w:rFonts w:ascii="Courier New" w:hAnsi="Courier New"/>
          <w:color w:val="555555"/>
          <w:sz w:val="20"/>
        </w:rPr>
        <w:t>[5]</w:t>
      </w:r>
    </w:p>
    <w:p>
      <w:r>
        <w:rPr>
          <w:rFonts w:ascii="Gentium Plus" w:hAnsi="Gentium Plus"/>
          <w:sz w:val="24"/>
        </w:rPr>
        <w:t>σιν ᾤκουν. ὁ δὲ πατριάρχης Ἐφραΐμιος πάντα τὰ γενόμενα ἀνήγαγε τῷ βασιλεῖ· καὶ ἀκούσαντες οἱ ἐν τῷ Βυζαντίῳ τὰ συμ‐ βάντα ἐλιτάνευον ἐπὶ ἡμέρας ἱκανάς. Ἐν δὲ τῷ αὐτῷ χρόνῳ συνέβη παθεῖν ὑπὸ σεισμοῦ Λαο‐ δίκειαν τὸ πρῶτον αὐτῆς πάθος· κατηνέχθη δὲ ὑπὸ τοῦ φόβου</w:t>
      </w:r>
    </w:p>
    <w:p>
      <w:r>
        <w:rPr>
          <w:rFonts w:ascii="Courier New" w:hAnsi="Courier New"/>
          <w:color w:val="555555"/>
          <w:sz w:val="20"/>
        </w:rPr>
        <w:t>[10]</w:t>
      </w:r>
    </w:p>
    <w:p>
      <w:r>
        <w:rPr>
          <w:rFonts w:ascii="Gentium Plus" w:hAnsi="Gentium Plus"/>
          <w:sz w:val="24"/>
        </w:rPr>
        <w:t>τὸ ἥμισυ τῆς αὐτῆς πόλεως καὶ αἱ συναγωγαὶ τῶν Ἰουδαίων. ἀπώλοντο δὲ ἐν αὐτῷ τῷ φόβῳ χιλιάδες ἑπτὰ ἥμισυ, Ἑβραίων τε πλῆθος καὶ χριστιανῶν ὀλίγοι· αἱ δὲ ἐκκλησίαι τῆς αὐτῆς πόλεως ἔμειναν ἀῤῥαγεῖς, περισωθεῖσαι ὑπὸ θεοῦ. ὁ δὲ αὐτὸς βασιλεὺς ἐχαρίσατο τοῖς Λαοδικεῦσιν εἰς ἐκχόϊσιν τῆς αὐτῶν</w:t>
      </w:r>
    </w:p>
    <w:p>
      <w:r>
        <w:rPr>
          <w:rFonts w:ascii="Courier New" w:hAnsi="Courier New"/>
          <w:color w:val="555555"/>
          <w:sz w:val="20"/>
        </w:rPr>
        <w:t>[15]</w:t>
      </w:r>
    </w:p>
    <w:p>
      <w:r>
        <w:rPr>
          <w:rFonts w:ascii="Gentium Plus" w:hAnsi="Gentium Plus"/>
          <w:sz w:val="24"/>
        </w:rPr>
        <w:t>πόλεως κεντηνάρια δύο. Ἐν αὐτῷ δὲ τῷ χρόνῳ μετεκλήθη Ἀντιόχεια Θεούπολις κατὰ κέλευσιν τοῦ ἁγίου Συμεὼν τοῦ θαυματουργοῦ. εὑρέθη δὲ καὶ ἐν τῇ αὐτῇ Ἀντιοχείᾳ χρησμὸς ἀναγεγραμμένος, περιέχων οὕτως· Καὶ σύ, τάλαινα πόλις, Ἀντιόχου οὐ κληθήσῃ. ὁμοίως</w:t>
      </w:r>
    </w:p>
    <w:p>
      <w:r>
        <w:rPr>
          <w:rFonts w:ascii="Courier New" w:hAnsi="Courier New"/>
          <w:color w:val="555555"/>
          <w:sz w:val="20"/>
        </w:rPr>
        <w:t>[20]</w:t>
      </w:r>
    </w:p>
    <w:p>
      <w:r>
        <w:rPr>
          <w:rFonts w:ascii="Gentium Plus" w:hAnsi="Gentium Plus"/>
          <w:sz w:val="24"/>
        </w:rPr>
        <w:t>δὲ καὶ ἐν τοῖς χαρτίοις εὑρέθη τῶν τὰ ἄκτα γραφόντων τῆς αὐ‐ τῆς πόλεως ὅτι ἔκραζον κληδόνα διδοῦντες εἰς τὸ μετακλη‐</w:t>
      </w:r>
    </w:p>
    <w:p>
      <w:r>
        <w:rPr>
          <w:rFonts w:ascii="Courier New" w:hAnsi="Courier New"/>
          <w:color w:val="555555"/>
          <w:sz w:val="20"/>
        </w:rPr>
        <w:t>[Chron . 444]</w:t>
      </w:r>
    </w:p>
    <w:p>
      <w:r>
        <w:rPr>
          <w:rFonts w:ascii="Gentium Plus" w:hAnsi="Gentium Plus"/>
          <w:sz w:val="24"/>
        </w:rPr>
        <w:t>Ἰουστινιανῷ. καὶ ἐδωρήσατο θείαν φιλοτιμίαν τοῖς Ἀντιοχεῦσι καὶ Λαοδικεῦσι καὶ Σελευκέσιν, ὥστε κουφισθῆναι τὴν αὐτῶν συντέλειαν ἐπὶ ἔτη τρία, χαρισάμενος ταῖς αὐταῖς πόλεσι λίτρας διακοσίας καὶ τοῖς κτήτορσιν ἀξίας ἰλλουστρίων.</w:t>
      </w:r>
    </w:p>
    <w:p>
      <w:r>
        <w:rPr>
          <w:rFonts w:ascii="Courier New" w:hAnsi="Courier New"/>
          <w:color w:val="555555"/>
          <w:sz w:val="20"/>
        </w:rPr>
        <w:t>[5]</w:t>
      </w:r>
    </w:p>
    <w:p>
      <w:r>
        <w:rPr>
          <w:rFonts w:ascii="Gentium Plus" w:hAnsi="Gentium Plus"/>
          <w:sz w:val="24"/>
        </w:rPr>
        <w:t>Ἐν δὲ τῷ αὐτῷ χρόνῳ ἀνεφάνη ἐν τοῖς Περσικοῖς μέρεσι δόγμα Μανιχαϊκόν· καὶ μαθὼν ὁ τῶν Περσῶν βασιλεὺς ἠγα‐ νάκτησεν· ὡσαύτως δὲ καὶ οἱ ἀρχιμάγοι τῶν Περσῶν· ἦσαν γὰρ ποιήσαντες οἱ αὐτοὶ Μανιχαῖοι καὶ ἐπίσκοπον, ὀνόματι Ἰν‐ δαράζαρ. ὁ δὲ βασιλεὺς Περσῶν σιλέντιον ποιήσας, καὶ πάν‐</w:t>
      </w:r>
    </w:p>
    <w:p>
      <w:r>
        <w:rPr>
          <w:rFonts w:ascii="Courier New" w:hAnsi="Courier New"/>
          <w:color w:val="555555"/>
          <w:sz w:val="20"/>
        </w:rPr>
        <w:t>[10]</w:t>
      </w:r>
    </w:p>
    <w:p>
      <w:r>
        <w:rPr>
          <w:rFonts w:ascii="Gentium Plus" w:hAnsi="Gentium Plus"/>
          <w:sz w:val="24"/>
        </w:rPr>
        <w:t>τας αὐτοὺς κατεσχηκὼς καὶ τὸν ἐπίσκοπον τῶν Μανιχαίων, κελεύει τῇ παρεστώσῃ αὐτῷ ἐνόπλῳ στρατιᾷ, καὶ κατέκοψαν ξί‐ φεσι πάντας τοὺς Μανιχαίους καὶ τὸν ἐπίσκοπον αὐτῶν σὺν τῷ κλήρῳ αὐτοῦ· καὶ ἐφονεύθησαν πάντες ἐπ’ ὄψεσι τοῦ αὐτοῦ βα‐ σιλέως καὶ τοῦ ἐπισκόπου τῶν χριστιανῶν. ἐδημεύθησαν δὲ καὶ</w:t>
      </w:r>
    </w:p>
    <w:p>
      <w:r>
        <w:rPr>
          <w:rFonts w:ascii="Courier New" w:hAnsi="Courier New"/>
          <w:color w:val="555555"/>
          <w:sz w:val="20"/>
        </w:rPr>
        <w:t>[15]</w:t>
      </w:r>
    </w:p>
    <w:p>
      <w:r>
        <w:rPr>
          <w:rFonts w:ascii="Gentium Plus" w:hAnsi="Gentium Plus"/>
          <w:sz w:val="24"/>
        </w:rPr>
        <w:t>αἱ ὑποστάσεις αὐτῶν, καὶ τὰς ἐκκλησίας αὐτῶν δέδωκε τοῖς χριστι‐ ανοῖς, ἐκπέμψας θείας αὑτοῦ σάκρας ἐν τῇ ὑπ’ αὐτοῦ διοικουμένῃ πολιτείᾳ, ὥστε τὸν εὑρισκόμενον Μανιχαῖον πυρίκαυστον γενέσθαι· καὶ τὰς βίβλους δὲ αὐτῶν πάσας κατέκαυσεν. ἅτινα διηγήσατο βασταγάριος Περσῶν, ὅστις βαπτισθεὶς μετεκλήθη Τιμόθεος.</w:t>
      </w:r>
    </w:p>
    <w:p>
      <w:r>
        <w:rPr>
          <w:rFonts w:ascii="Courier New" w:hAnsi="Courier New"/>
          <w:color w:val="555555"/>
          <w:sz w:val="20"/>
        </w:rPr>
        <w:t>[20]</w:t>
      </w:r>
    </w:p>
    <w:p>
      <w:r>
        <w:rPr>
          <w:rFonts w:ascii="Gentium Plus" w:hAnsi="Gentium Plus"/>
          <w:sz w:val="24"/>
        </w:rPr>
        <w:t>Ἐν αὐτῷ δὲ τῷ χρόνῳ ὁ Ῥωμαίων βασιλεὺς τὸ κάστρον τὸ λεγόμενον Ἀνάσαρθον μετεκάλεσε Θεοδωριάδα εἰς τὸ ὄνομα τῆς Αὐγούστας, παρεσχηκὼς καὶ δίκαια πόλεως. ὁμοίως δὲ τὸ ἐν</w:t>
      </w:r>
    </w:p>
    <w:p>
      <w:r>
        <w:rPr>
          <w:rFonts w:ascii="Courier New" w:hAnsi="Courier New"/>
          <w:color w:val="555555"/>
          <w:sz w:val="20"/>
        </w:rPr>
        <w:t>[Chron . 445]</w:t>
      </w:r>
    </w:p>
    <w:p>
      <w:r>
        <w:rPr>
          <w:rFonts w:ascii="Gentium Plus" w:hAnsi="Gentium Plus"/>
          <w:sz w:val="24"/>
        </w:rPr>
        <w:t>Τῷ δὲ αὐτῷ χρόνῳ Ἀλαμούνδαρος ὁ τῶν Περσῶν Σαρα‐ κηνὸς ἐλθὼν μετὰ Περσικῆς καὶ Σαρακηνικῆς βοηθείας ἐπραί‐ δευσε τὴν πρώτην Συρίαν ἕως τῶν ὅρων Ἀντιοχείας, καύσας καὶ τόπους τῆς αὐτῆς χώρας. καὶ ἀκούσαντες τὰ γεγονότα οἱ</w:t>
      </w:r>
    </w:p>
    <w:p>
      <w:r>
        <w:rPr>
          <w:rFonts w:ascii="Courier New" w:hAnsi="Courier New"/>
          <w:color w:val="555555"/>
          <w:sz w:val="20"/>
        </w:rPr>
        <w:t>[5]</w:t>
      </w:r>
    </w:p>
    <w:p>
      <w:r>
        <w:rPr>
          <w:rFonts w:ascii="Gentium Plus" w:hAnsi="Gentium Plus"/>
          <w:sz w:val="24"/>
        </w:rPr>
        <w:t>ἔξαρχοι Ῥωμαίων ἐξῆλθον κατ’ αὐτῶν· καὶ γνόντες οἱ Σαρα‐ κηνοί, λαβόντες πᾶσαν τὴν πραῖδαν διὰ τοῦ ἐξωτέρου λιμίτου ἔφυγον. Ἐν αὐτῷ δὲ τῷ καιρῷ καὶ ὁ ἀγωγὸς Ἀλεξανδρείας τῆς μεγά‐ λης ἀνενεώθη ὑπὸ τοῦ βασιλέως Ἰουστινιανοῦ.</w:t>
      </w:r>
    </w:p>
    <w:p>
      <w:r>
        <w:rPr>
          <w:rFonts w:ascii="Courier New" w:hAnsi="Courier New"/>
          <w:color w:val="555555"/>
          <w:sz w:val="20"/>
        </w:rPr>
        <w:t>[10]</w:t>
      </w:r>
    </w:p>
    <w:p>
      <w:r>
        <w:rPr>
          <w:rFonts w:ascii="Gentium Plus" w:hAnsi="Gentium Plus"/>
          <w:sz w:val="24"/>
        </w:rPr>
        <w:t>Ἀκούσας δὲ ὁ αὐτὸς βασιλεὺς τὰ γενόμενα ὑπὸ τῶν Σαρα‐ κηνῶν, πέμψας οὐκ ὀλίγην βοήθειαν πεζικὴν ἐκ τῆς Φρυγῶν χώρας, τοὺς λεγομένους Λυκοκρανίτας, ἀπῆλθεν ἐπὶ τὰ Σαρακη‐ νικὰ καὶ τὰ Περσικὰ μέρη. ἐν αὐτῷ δὲ τῷ καιρῷ προεβλήθη ἔξαρχος Ῥωμαίων Βελισσάριος ὑπὸ τοῦ αὐτοῦ βασιλέως· ἦν γὰρ</w:t>
      </w:r>
    </w:p>
    <w:p>
      <w:r>
        <w:rPr>
          <w:rFonts w:ascii="Courier New" w:hAnsi="Courier New"/>
          <w:color w:val="555555"/>
          <w:sz w:val="20"/>
        </w:rPr>
        <w:t>[15]</w:t>
      </w:r>
    </w:p>
    <w:p>
      <w:r>
        <w:rPr>
          <w:rFonts w:ascii="Gentium Plus" w:hAnsi="Gentium Plus"/>
          <w:sz w:val="24"/>
        </w:rPr>
        <w:t>διαδεχθεὶς Ὑπάτιος ὁ πατρίκιος, ὁ πρὸ αὐτοῦ ὢν στρατηλάτης, καταπιστευθεὶς δὲ Βελισσάριος τὰ ἐξέρκετα καὶ τοὺς δοῦκας εἰς τὴν κατὰ Περσῶν μάχην. ἐν αὐτῷ δὲ τῷ χρόνῳ ἐπέμφθη εἰς τὰ Περσικὰ Ἑρμογένης ὁ ἀπὸ μαγίστρων, ὁ Σκύθης, ἀνὴρ σοφός. τῷ δὲ ἰουνίῳ μηνὶ τῆς ἑβδόμης ἰνδικτιῶνος ταραχῆς</w:t>
      </w:r>
    </w:p>
    <w:p>
      <w:r>
        <w:rPr>
          <w:rFonts w:ascii="Courier New" w:hAnsi="Courier New"/>
          <w:color w:val="555555"/>
          <w:sz w:val="20"/>
        </w:rPr>
        <w:t>[20]</w:t>
      </w:r>
    </w:p>
    <w:p>
      <w:r>
        <w:rPr>
          <w:rFonts w:ascii="Gentium Plus" w:hAnsi="Gentium Plus"/>
          <w:sz w:val="24"/>
        </w:rPr>
        <w:t>γενομένης ἐθνικῆς, συμβαλόντων γὰρ τῶν Σαμαρειτῶν μεταξὺ χριστιανῶν καὶ Ἰουδαίων, πολλοὶ τόποι ἐνεπρήσθησαν ἐν Σκυ‐ θοπόλει ἐκ τῶν αὐτῶν Σαμαρειτῶν. καὶ τοῦτο ἀκούσας ὁ αὐτὸς βασιλεὺς ἠγανάκτησε κατὰ τοῦ ἄρχοντος Βάσσου· ὅντινα δια‐</w:t>
      </w:r>
    </w:p>
    <w:p>
      <w:r>
        <w:rPr>
          <w:rFonts w:ascii="Courier New" w:hAnsi="Courier New"/>
          <w:color w:val="555555"/>
          <w:sz w:val="20"/>
        </w:rPr>
        <w:t>[Chron . 446]</w:t>
      </w:r>
    </w:p>
    <w:p>
      <w:r>
        <w:rPr>
          <w:rFonts w:ascii="Gentium Plus" w:hAnsi="Gentium Plus"/>
          <w:sz w:val="24"/>
        </w:rPr>
        <w:t>γνόντες τὴν καθ’ ἑαυτῶν ἀγανάκτησιν, ἐτυράννησαν καὶ ἔστεψαν λῄσταρχον ὀνόματι Ἰουλιανόν, Σαμαρείτην, καὶ ἔκαυσαν κτή‐ ματα καὶ ἐκκλησίας καὶ ἐφόνευσαν πολλοὺς χριστιανούς. καὶ εἰσελθὼν ἐν Νεαπόλει ἐθεώρησεν ἱπποδρόμιον μετὰ πλήθους</w:t>
      </w:r>
    </w:p>
    <w:p>
      <w:r>
        <w:rPr>
          <w:rFonts w:ascii="Courier New" w:hAnsi="Courier New"/>
          <w:color w:val="555555"/>
          <w:sz w:val="20"/>
        </w:rPr>
        <w:t>[5]</w:t>
      </w:r>
    </w:p>
    <w:p>
      <w:r>
        <w:rPr>
          <w:rFonts w:ascii="Gentium Plus" w:hAnsi="Gentium Plus"/>
          <w:sz w:val="24"/>
        </w:rPr>
        <w:t>Σαμαρειτῶν· καὶ τὸ πρῶτον βάϊον ἐνίκησε Νικέας τις, ἡνίοχος χριστιανός. ἦσαν δὲ καὶ ἄλλοι ἐν τῇ αὐτῇ Νεαπόλει ἡνίοχοι, Σαμαρεῖται καὶ Ἰουδαῖοι, οὕστινας ἐνίκησεν ὁ αὐτὸς Νικέας ἡνί‐ οχος. καὶ ἐλθὼν πρὸς τὸν τύραννον, ὀφείλων τιμηθῆναι, ἐπη‐ ρώτησε δὲ αὐτὸν ποίας ὑπάρχει θρησκείας; καὶ μαθὼν ὅτι</w:t>
      </w:r>
    </w:p>
    <w:p>
      <w:r>
        <w:rPr>
          <w:rFonts w:ascii="Courier New" w:hAnsi="Courier New"/>
          <w:color w:val="555555"/>
          <w:sz w:val="20"/>
        </w:rPr>
        <w:t>[10]</w:t>
      </w:r>
    </w:p>
    <w:p>
      <w:r>
        <w:rPr>
          <w:rFonts w:ascii="Gentium Plus" w:hAnsi="Gentium Plus"/>
          <w:sz w:val="24"/>
        </w:rPr>
        <w:t>χριστιανός ἐστι, καὶ εἰς σύμβολον δεξάμενος τὴν τῶν χριστια‐ νῶν εὐθέως πρώτην νίκην κατ’ αὐτοῦ, ὅπερ καὶ γέγονεν, εὐθέως πέμψας ἀπεκεφάλισε τὸν ἡνίοχον ἐν τῷ ἱπποδρομίῳ. ἐχρήσατο κακῶς καὶ τῷ ἐπισκόπῳ τῆς αὐτῆς πόλεως. τοῦτο δὲ γνόντες οἱ ἄρχοντες Παλαιστίνης καὶ ὁ δοὺξ Θεόδωρος ὁ σιμὸς τὸ τῆς τυ‐</w:t>
      </w:r>
    </w:p>
    <w:p>
      <w:r>
        <w:rPr>
          <w:rFonts w:ascii="Courier New" w:hAnsi="Courier New"/>
          <w:color w:val="555555"/>
          <w:sz w:val="20"/>
        </w:rPr>
        <w:t>[15]</w:t>
      </w:r>
    </w:p>
    <w:p>
      <w:r>
        <w:rPr>
          <w:rFonts w:ascii="Gentium Plus" w:hAnsi="Gentium Plus"/>
          <w:sz w:val="24"/>
        </w:rPr>
        <w:t>ραννίδος τόλμημα ἐμήνυσεν εὐθέως τῷ βασιλεῖ Ἰουστινιανῷ· καὶ ἀπελθὼν ὁ δοὺξ κατ’ αὐτοῦ μετὰ πολλῆς βοηθείας, λαβὼν μεθ’ ἑαυτοῦ καὶ τὸν φύλαρχον Παλαιστίνης· καὶ γνοὺς τοῦτο ὁ τύ‐ ραννος Ἰουλιανὸς ὁ Σαμαρείτης, φυγὼν ἐξῆλθεν ἀπὸ Νεαπόλεως. καὶ κατεδίωξεν αὐτὸν ὁ δοὺξ μετὰ τῆς ἑαυτοῦ βοηθείας, καὶ συν‐</w:t>
      </w:r>
    </w:p>
    <w:p>
      <w:r>
        <w:rPr>
          <w:rFonts w:ascii="Courier New" w:hAnsi="Courier New"/>
          <w:color w:val="555555"/>
          <w:sz w:val="20"/>
        </w:rPr>
        <w:t>[20]</w:t>
      </w:r>
    </w:p>
    <w:p>
      <w:r>
        <w:rPr>
          <w:rFonts w:ascii="Gentium Plus" w:hAnsi="Gentium Plus"/>
          <w:sz w:val="24"/>
        </w:rPr>
        <w:t>έκρουσαν πόλεμον· καὶ ἔκοψεν ὁ δοὺξ ἐκ τῶν Σαμαρειτῶν πλῆ‐</w:t>
      </w:r>
    </w:p>
    <w:p>
      <w:r>
        <w:rPr>
          <w:rFonts w:ascii="Courier New" w:hAnsi="Courier New"/>
          <w:color w:val="555555"/>
          <w:sz w:val="20"/>
        </w:rPr>
        <w:t>[Chron . 447]</w:t>
      </w:r>
    </w:p>
    <w:p>
      <w:r>
        <w:rPr>
          <w:rFonts w:ascii="Gentium Plus" w:hAnsi="Gentium Plus"/>
          <w:sz w:val="24"/>
        </w:rPr>
        <w:t>ραδόντος αὐτόν. καὶ ἀποκεφαλίσας αὐτὸν ἔπεμψε τὴν κεφαλὴν αὐτοῦ μετὰ τοῦ διαδήματος τῷ βασιλεῖ Ἰουστινιανῷ. καὶ ὅτε ἐγνώσθη τῷ αὐτῷ βασιλεῖ τὰ γενόμενα, τὸ τῆς τυραννίδος τῶν Σαμαρειτῶν καὶ τοῦ δυστυχοῦς Ἰουλιανοῦ, ἡ παρὰ τῶν ἀρχόν‐</w:t>
      </w:r>
    </w:p>
    <w:p>
      <w:r>
        <w:rPr>
          <w:rFonts w:ascii="Courier New" w:hAnsi="Courier New"/>
          <w:color w:val="555555"/>
          <w:sz w:val="20"/>
        </w:rPr>
        <w:t>[5]</w:t>
      </w:r>
    </w:p>
    <w:p>
      <w:r>
        <w:rPr>
          <w:rFonts w:ascii="Gentium Plus" w:hAnsi="Gentium Plus"/>
          <w:sz w:val="24"/>
        </w:rPr>
        <w:t>των μήνυσις εὐθέως κατέλαβεν ἐν Κωνσταντινουπόλει καὶ ἡ τοῦ τυράννου κεφαλή. ἔπεσον δὲ ἐκ τῶν Σαμαρειτῶν ἐν τῷ πολέμῳ χιλιάδες εἴκοσι· καὶ οἱ μὲν ἔφυγον εἰς τὸ ὄρος τὸ λεγόμενον Ἀρ‐ παρίζιν, ἄλλοι δὲ εἰς τὸν Τραχῶνα εἰς τὸ λεγόμενον σιδηροῦν ὄρος. ἔλαβε δὲ καὶ ὁ φύλαρχος Σαρακηνὸς ὁ τῶν Ῥωμαίων</w:t>
      </w:r>
    </w:p>
    <w:p>
      <w:r>
        <w:rPr>
          <w:rFonts w:ascii="Courier New" w:hAnsi="Courier New"/>
          <w:color w:val="555555"/>
          <w:sz w:val="20"/>
        </w:rPr>
        <w:t>[10]</w:t>
      </w:r>
    </w:p>
    <w:p>
      <w:r>
        <w:rPr>
          <w:rFonts w:ascii="Gentium Plus" w:hAnsi="Gentium Plus"/>
          <w:sz w:val="24"/>
        </w:rPr>
        <w:t>πραῖδαν ἐξ αὐτῶν χιλιάδας εἴκοσι παίδων καὶ κορασίων· οὕσ‐ τινας λαβὼν αἰχμαλώτους ἐπώλησεν ἐν τοῖς Περσικοῖς καὶ Ἰνδικοῖς μέρεσιν. Ὁ δὲ αὐτὸς βασιλεὺς γνοὺς ὅτι πολλὰ κτήματα τῆς Παλαι‐ στίνης ἔκαυσαν οἱ Σαμαρεῖται τὴν ἀρχὴν ὅτε ἐτυράννησαν, ἠγα‐</w:t>
      </w:r>
    </w:p>
    <w:p>
      <w:r>
        <w:rPr>
          <w:rFonts w:ascii="Courier New" w:hAnsi="Courier New"/>
          <w:color w:val="555555"/>
          <w:sz w:val="20"/>
        </w:rPr>
        <w:t>[15]</w:t>
      </w:r>
    </w:p>
    <w:p>
      <w:r>
        <w:rPr>
          <w:rFonts w:ascii="Gentium Plus" w:hAnsi="Gentium Plus"/>
          <w:sz w:val="24"/>
        </w:rPr>
        <w:t>νάκτησε κατὰ τοῦ δουκὸς Παλαιστίνης, διότι πρὸ τοῦ ἐπιῤῥίψω‐ σιν εἰς τὰ κτήματα ἢ εἰς τὴν πόλιν, ἢ μόνον ἤκουσεν ὅτι συν‐ άγονται, οὐχ ὥρμησε κατ’ αὐτῶν καὶ ἐσκορπίζοντο. καὶ δια‐ δεξάμενος τὸν αὐτὸν δοῦκα ἀσχήμως ἐκέλευσεν αὐτὸν ἀσφαλι‐ σθέντα φυλάττεσθαι. καὶ ἐπέμφθη ἀντ’ αὐτοῦ δοὺξ Εἰρηναῖος,</w:t>
      </w:r>
    </w:p>
    <w:p>
      <w:r>
        <w:rPr>
          <w:rFonts w:ascii="Courier New" w:hAnsi="Courier New"/>
          <w:color w:val="555555"/>
          <w:sz w:val="20"/>
        </w:rPr>
        <w:t>[20]</w:t>
      </w:r>
    </w:p>
    <w:p>
      <w:r>
        <w:rPr>
          <w:rFonts w:ascii="Gentium Plus" w:hAnsi="Gentium Plus"/>
          <w:sz w:val="24"/>
        </w:rPr>
        <w:t>Ἀντιοχεύς· ὅστις ὁρμήσας κατὰ τῶν ἀπομεινάντων Σαμαρειτῶν ἐν τοῖς ὄρεσι, πολλοὺς ἀπώλεσε πικρῶς τιμωρησάμενος.</w:t>
      </w:r>
    </w:p>
    <w:p>
      <w:r>
        <w:rPr>
          <w:rFonts w:ascii="Courier New" w:hAnsi="Courier New"/>
          <w:color w:val="555555"/>
          <w:sz w:val="20"/>
        </w:rPr>
        <w:t>[Chron . 448]</w:t>
      </w:r>
    </w:p>
    <w:p>
      <w:r>
        <w:rPr>
          <w:rFonts w:ascii="Gentium Plus" w:hAnsi="Gentium Plus"/>
          <w:sz w:val="24"/>
        </w:rPr>
        <w:t>μάγιστρον, ἐν φιλίᾳ πρεσβείας πεμφθέντα μετὰ καὶ δώρων τῆς ἀναγορεύσεως τοῦ βασιλέως Ἰουστινιανοῦ ἐν μηνὶ ἰουλίῳ. Συνέβη δὲ κατ’ ἐκεῖνο καιροῦ παθεῖν ὑπὸ θεομηνίας Ἀμά‐ σειαν ἐν τῇ Ποντικῇ καὶ αὐτῆς τῆς περιχώρου μέρη. ὁ δὲ αὐ‐</w:t>
      </w:r>
    </w:p>
    <w:p>
      <w:r>
        <w:rPr>
          <w:rFonts w:ascii="Courier New" w:hAnsi="Courier New"/>
          <w:color w:val="555555"/>
          <w:sz w:val="20"/>
        </w:rPr>
        <w:t>[5]</w:t>
      </w:r>
    </w:p>
    <w:p>
      <w:r>
        <w:rPr>
          <w:rFonts w:ascii="Gentium Plus" w:hAnsi="Gentium Plus"/>
          <w:sz w:val="24"/>
        </w:rPr>
        <w:t>τὸς βασιλεὺς τῇ αὐτῇ πόλει πολλὰ ἐχαρίσατο. Ἐν αὐτῷ δὲ τῷ χρόνῳ ἀνακωδίκευσις ἐγένετο τῶν παλαιῶν νόμων· καὶ ποιήσας ἰδίους νόμους κατέπεμψεν ἐν πάσαις ταῖς πόλεσι πρὸς τὸ τοὺς δικαζομένους μὴ περιπίπτειν θλίψεσι καὶ ζημίαις, ἀλλὰ ταχεῖαν ἔχειν τὴν ἀπαλλαγήν· ὅπερ μονόβιβλον</w:t>
      </w:r>
    </w:p>
    <w:p>
      <w:r>
        <w:rPr>
          <w:rFonts w:ascii="Courier New" w:hAnsi="Courier New"/>
          <w:color w:val="555555"/>
          <w:sz w:val="20"/>
        </w:rPr>
        <w:t>[10]</w:t>
      </w:r>
    </w:p>
    <w:p>
      <w:r>
        <w:rPr>
          <w:rFonts w:ascii="Gentium Plus" w:hAnsi="Gentium Plus"/>
          <w:sz w:val="24"/>
        </w:rPr>
        <w:t>κατασκευάσας ἔπεμψεν ἐν Ἀθήναις καὶ ἐν Βηρυτῷ. Ὁ δὲ αὐτὸς βασιλεὺς ἀπεμέρισεν ἀπὸ Ἀντιοχείας τῆς πρώτης Συρίας Λαοδίκειαν καὶ Γάβαλα καὶ Πάλτον τὰς πόλεις, καὶ ἀπὸ Ἀπαμείας τῆς δευτέρας Συρίας Βαλανέας πόλιν, καὶ ἐποίησεν ἐπαρχίαν, ἥντινα ἐπωνόμασε Θεοδωριάδα, δοὺς αὐτῇ</w:t>
      </w:r>
    </w:p>
    <w:p>
      <w:r>
        <w:rPr>
          <w:rFonts w:ascii="Courier New" w:hAnsi="Courier New"/>
          <w:color w:val="555555"/>
          <w:sz w:val="20"/>
        </w:rPr>
        <w:t>[15]</w:t>
      </w:r>
    </w:p>
    <w:p>
      <w:r>
        <w:rPr>
          <w:rFonts w:ascii="Gentium Plus" w:hAnsi="Gentium Plus"/>
          <w:sz w:val="24"/>
        </w:rPr>
        <w:t>καὶ μητροπολιτικὸν δίκαιον. τὸν δὲ ἐπίσκοπον Λαοδικείας οὐκ ἠλευθέρωσε τοῦ ὑποκεῖσθαι τῷ πατριάρχῃ τῆς Ἀντιοχέων πόλεως. Ἐν δὲ τῷ αὐτῷ χρόνῳ ἔπαθεν ὑπὸ θεομηνίας μητρόπολις τῆς Λυκίας τὰ Μύρα· καὶ πολλὰ ἐχαρίσατο τοῖς ὑπολειφθεῖ‐ σι καὶ τῇ πόλει εἰς κτίσματα ὁ αὐτὸς βασιλεύς.</w:t>
      </w:r>
    </w:p>
    <w:p>
      <w:r>
        <w:rPr>
          <w:rFonts w:ascii="Courier New" w:hAnsi="Courier New"/>
          <w:color w:val="555555"/>
          <w:sz w:val="20"/>
        </w:rPr>
        <w:t>[20]</w:t>
      </w:r>
    </w:p>
    <w:p>
      <w:r>
        <w:rPr>
          <w:rFonts w:ascii="Gentium Plus" w:hAnsi="Gentium Plus"/>
          <w:sz w:val="24"/>
        </w:rPr>
        <w:t>Ἐν δὲ τῷ αὐτῷ χρόνῳ ἐγένετο ταραχὴ ἐν Ἀντιοχείᾳ τῇ μεγά‐ λῃ ἐν τῷ θεάτρῳ. καὶ τὰ τῆς ταραχῆς ἀνηνέχθη τῷ αὐτῷ</w:t>
      </w:r>
    </w:p>
    <w:p>
      <w:r>
        <w:rPr>
          <w:rFonts w:ascii="Courier New" w:hAnsi="Courier New"/>
          <w:color w:val="555555"/>
          <w:sz w:val="20"/>
        </w:rPr>
        <w:t>[Chron . 449]</w:t>
      </w:r>
    </w:p>
    <w:p>
      <w:r>
        <w:rPr>
          <w:rFonts w:ascii="Gentium Plus" w:hAnsi="Gentium Plus"/>
          <w:sz w:val="24"/>
        </w:rPr>
        <w:t>θεάτρου πρὸς τὸ μὴ ἐπιτελεῖσθαι τοῦ λοιποῦ ἐν τῇ τῶν Ἀντιο‐ χέων πόλει. Ἐν αὐτῷ δὲ τῷ χρόνῳ διωγμὸς γέγονεν Ἑλλήνων μέγας, καὶ πολλοὶ ἐδημεύθησαν, ἐν οἷς ἐτελεύτησαν Μακεδόνιος, Ἀσκληπιό‐</w:t>
      </w:r>
    </w:p>
    <w:p>
      <w:r>
        <w:rPr>
          <w:rFonts w:ascii="Courier New" w:hAnsi="Courier New"/>
          <w:color w:val="555555"/>
          <w:sz w:val="20"/>
        </w:rPr>
        <w:t>[5]</w:t>
      </w:r>
    </w:p>
    <w:p>
      <w:r>
        <w:rPr>
          <w:rFonts w:ascii="Gentium Plus" w:hAnsi="Gentium Plus"/>
          <w:sz w:val="24"/>
        </w:rPr>
        <w:t>δοτος, Φωκᾶς ὁ Κρατεροῦ, καὶ Θωμᾶς ὁ Κοιαίστωρ· καὶ ἐκ τούτου πολὺς φόβος γέγονεν. ἐθέσπισε δὲ ὁ αὐτὸς βασιλεὺς ὥστε μὴ πολιτεύεσθαι τοὺς ἑλληνίζοντας, τοὺς δὲ τῶν ἄλλων αἱρέσεων ὄντας ἀφανεῖς γενέσθαι τῆς Ῥωμαϊκῆς πολιτείας, προ‐ θεσμίαν τριῶν μηνῶν λαβόντας εἰς τὸ γενέσθαι αὐτοὺς κοινω‐</w:t>
      </w:r>
    </w:p>
    <w:p>
      <w:r>
        <w:rPr>
          <w:rFonts w:ascii="Courier New" w:hAnsi="Courier New"/>
          <w:color w:val="555555"/>
          <w:sz w:val="20"/>
        </w:rPr>
        <w:t>[10]</w:t>
      </w:r>
    </w:p>
    <w:p>
      <w:r>
        <w:rPr>
          <w:rFonts w:ascii="Gentium Plus" w:hAnsi="Gentium Plus"/>
          <w:sz w:val="24"/>
        </w:rPr>
        <w:t>νοὺς τῆς ὀρθοδόξου πίστεως. ὅστις θεῖος τύπος ἐνεφανίσθη ἐν πάσαις ταῖς ἐξωτικαῖς πόλεσιν. Ἐν αὐτῷ δὲ τῷ καιρῷ ἠγανακτήθη ὁ ἀπὸ ὑπάτων Πρίσκος, ὁ ἀπὸ νοταρίων τοῦ αὐτοῦ βασιλέως, καὶ δημευθεὶς ἐγένετο διά‐ κονος καὶ ἐπέμφθη ἐν Κυζίκῳ.</w:t>
      </w:r>
    </w:p>
    <w:p>
      <w:r>
        <w:rPr>
          <w:rFonts w:ascii="Courier New" w:hAnsi="Courier New"/>
          <w:color w:val="555555"/>
          <w:sz w:val="20"/>
        </w:rPr>
        <w:t>[15]</w:t>
      </w:r>
    </w:p>
    <w:p>
      <w:r>
        <w:rPr>
          <w:rFonts w:ascii="Gentium Plus" w:hAnsi="Gentium Plus"/>
          <w:sz w:val="24"/>
        </w:rPr>
        <w:t>Ἐν αὐτῷ δὲ τῷ καιρῷ Ἑρμογένης ὁ μάγιστρος ὑποστρέψας ἐκ τῶν Περσικῶν δοὺς τὰ δῶρα ἀνήγαγεν ἀποκρίσεις παρὰ Κωάδου, βασιλέως Περσῶν, πρὸς Ἰουστινιανόν, βασιλέα Ῥωμαίων, ἐπιφερόμενος σάκρας περιεχούσας οὕτως. Κωάδης βασιλεὺς βασιλευόντων, ἡλίου ἀνατολῆς, Φλαβίῳ</w:t>
      </w:r>
    </w:p>
    <w:p>
      <w:r>
        <w:rPr>
          <w:rFonts w:ascii="Courier New" w:hAnsi="Courier New"/>
          <w:color w:val="555555"/>
          <w:sz w:val="20"/>
        </w:rPr>
        <w:t>[20]</w:t>
      </w:r>
    </w:p>
    <w:p>
      <w:r>
        <w:rPr>
          <w:rFonts w:ascii="Gentium Plus" w:hAnsi="Gentium Plus"/>
          <w:sz w:val="24"/>
        </w:rPr>
        <w:t>Ἰουστινιανῷ Καίσαρι σελήνης δύσεως. ηὕραμεν ἐν τοῖς ἡμετέ‐</w:t>
      </w:r>
    </w:p>
    <w:p>
      <w:r>
        <w:rPr>
          <w:rFonts w:ascii="Courier New" w:hAnsi="Courier New"/>
          <w:color w:val="555555"/>
          <w:sz w:val="20"/>
        </w:rPr>
        <w:t>[Chron . 450]</w:t>
      </w:r>
    </w:p>
    <w:p>
      <w:r>
        <w:rPr>
          <w:rFonts w:ascii="Gentium Plus" w:hAnsi="Gentium Plus"/>
          <w:sz w:val="24"/>
        </w:rPr>
        <w:t>ἐάν τις ἐπιδεηθῇ σωμάτων ἢ χρημάτων, παρέχειν τὸν ἕτερον. καὶ μεμενήκαμεν ἐξ ἐκείνου καὶ μέχρι τοῦ παρόντος οὕτως διατε‐ λοῦντες· καὶ ποτὲ μὲν ἐθνῶν ἡμῖν ἐπανισταμένων, τοῖς μὲν πα‐ ρατάξασθαι ἠναγκάσθημεν, τοὺς δὲ καὶ διὰ δόσεως χρημάτων</w:t>
      </w:r>
    </w:p>
    <w:p>
      <w:r>
        <w:rPr>
          <w:rFonts w:ascii="Courier New" w:hAnsi="Courier New"/>
          <w:color w:val="555555"/>
          <w:sz w:val="20"/>
        </w:rPr>
        <w:t>[5]</w:t>
      </w:r>
    </w:p>
    <w:p>
      <w:r>
        <w:rPr>
          <w:rFonts w:ascii="Gentium Plus" w:hAnsi="Gentium Plus"/>
          <w:sz w:val="24"/>
        </w:rPr>
        <w:t>ὑποταγῆναι ἐπείσαμεν, ὡς δῆλον εἶναι πάντα τὰ ἐν τοῖς ἡμε‐ τέροις θησαυροῖς ἀναλωθῆναι. ταῦτα δὲ καὶ Ἀναστασίῳ καὶ Ἰουστίνῳ τοῖς βασιλεῦσι γεγραφήκαμεν, καὶ ἠνύσαμεν πλέον οὐ‐ δέν· ὅθεν ἠναγκάσθημεν παρατάξασθαι πολέμου χάριν, καὶ πλησίον τῶν Ῥωμαϊκῶν γενόμενοι τοὺς ἐν μέσῳ μηδὲν ἁμαρτή‐</w:t>
      </w:r>
    </w:p>
    <w:p>
      <w:r>
        <w:rPr>
          <w:rFonts w:ascii="Courier New" w:hAnsi="Courier New"/>
          <w:color w:val="555555"/>
          <w:sz w:val="20"/>
        </w:rPr>
        <w:t>[10]</w:t>
      </w:r>
    </w:p>
    <w:p>
      <w:r>
        <w:rPr>
          <w:rFonts w:ascii="Gentium Plus" w:hAnsi="Gentium Plus"/>
          <w:sz w:val="24"/>
        </w:rPr>
        <w:t>σαντας προφάσει τῆς ἐκείνων ἀπειθείας ἀπολέσαι. ἀλλ’, ὡς χριστιανοὶ καὶ εὐσεβεῖς, φείσασθε ψυχῶν καὶ σωμάτων, καὶ με‐ τάδοτε ἡμῖν χρυσίου· εἰ δὲ μὴ τοῦτο ποιεῖτε, εὐτρεπίσατε ἑαυ‐ τοὺς πρὸς πόλεμον, προθεσμίαν ἔχοντες ὅλου τοῦ ἐνιαυτοῦ, ἵνα μὴ νομισθῶμεν κλέπτειν τὴν νίκην καὶ δόλῳ περιγίνεσθαι τοῦ</w:t>
      </w:r>
    </w:p>
    <w:p>
      <w:r>
        <w:rPr>
          <w:rFonts w:ascii="Courier New" w:hAnsi="Courier New"/>
          <w:color w:val="555555"/>
          <w:sz w:val="20"/>
        </w:rPr>
        <w:t>[15]</w:t>
      </w:r>
    </w:p>
    <w:p>
      <w:r>
        <w:rPr>
          <w:rFonts w:ascii="Gentium Plus" w:hAnsi="Gentium Plus"/>
          <w:sz w:val="24"/>
        </w:rPr>
        <w:t>πολέμου. Τῷ δὲ αὐτῷ χρόνῳ ὁ αὐτὸς βασιλεὺς Ἰουστινιανὸς ἐδωρή‐ σατο τοῖς Ἀντιοχεῦσι τὴν ἰδίαν τόγαν, ἔχουσαν καὶ λίθους βασιλι‐ κούς· καὶ ἡπλώθη ἐν τῇ ἐκκλησίᾳ τῇ λεγομένῃ Κασσιανοῦ. Ἐπὶ δὲ τῆς ὑπατείας Δεκίου προσεῤῥύη Ῥωμαίοις Μοῦνδος</w:t>
      </w:r>
    </w:p>
    <w:p>
      <w:r>
        <w:rPr>
          <w:rFonts w:ascii="Courier New" w:hAnsi="Courier New"/>
          <w:color w:val="555555"/>
          <w:sz w:val="20"/>
        </w:rPr>
        <w:t>[20]</w:t>
      </w:r>
    </w:p>
    <w:p>
      <w:r>
        <w:rPr>
          <w:rFonts w:ascii="Gentium Plus" w:hAnsi="Gentium Plus"/>
          <w:sz w:val="24"/>
        </w:rPr>
        <w:t>ὁ ἐκ γένους τῶν Γηπέδων καταγόμενος, υἱὸς ὢν ῥηγός, μετὰ τὴν τελευτὴν τοῦ ἰδίου αὐτοῦ πατρὸς πρὸς Θραυστίλαν, θεῖον αὐ‐</w:t>
      </w:r>
    </w:p>
    <w:p>
      <w:r>
        <w:rPr>
          <w:rFonts w:ascii="Courier New" w:hAnsi="Courier New"/>
          <w:color w:val="555555"/>
          <w:sz w:val="20"/>
        </w:rPr>
        <w:t>[Chron . 451]</w:t>
      </w:r>
    </w:p>
    <w:p>
      <w:r>
        <w:rPr>
          <w:rFonts w:ascii="Gentium Plus" w:hAnsi="Gentium Plus"/>
          <w:sz w:val="24"/>
        </w:rPr>
        <w:t>ῥὴξ Ῥώμης ὁ Οὐαλεμεριακὸς ὁ καὶ Θευδερίχος, πέμψας προε‐ τρέψατο τὸν αὐτὸν Μοῦνδον· καὶ πεισθεὶς ἀπῆλθε πρὸς αὐτὸν μετὰ τῶν ἀνθρώπων αὐτοῦ καὶ διέτριψε πρὸς αὐτόν, ὑπερμα‐ χῶν ὑπὲρ τοῦ Οὐαλεμεριακοῦ τοῦ καὶ Θευδερίχου. ἀναχωρή‐</w:t>
      </w:r>
    </w:p>
    <w:p>
      <w:r>
        <w:rPr>
          <w:rFonts w:ascii="Courier New" w:hAnsi="Courier New"/>
          <w:color w:val="555555"/>
          <w:sz w:val="20"/>
        </w:rPr>
        <w:t>[5]</w:t>
      </w:r>
    </w:p>
    <w:p>
      <w:r>
        <w:rPr>
          <w:rFonts w:ascii="Gentium Plus" w:hAnsi="Gentium Plus"/>
          <w:sz w:val="24"/>
        </w:rPr>
        <w:t>σας δὲ Μοῦνδος ἀπὸ Ῥώμης ἀνῆλθεν ἐπὶ τὸν Δανούβιον ποτα‐ μόν· καὶ πέμψας πρὸς τὸν βασιλέα Ἰουστινιανὸν πρεσβευτὰς ᾔτησεν αὐτὸν ὑπὸ τὴν βασιλείαν αὐτοῦ γενέσθαι. καὶ ἐδέξατο αὐτὸν σὺν τοῖς ἀνθρώποις αὐτοῦ, ποιήσας αὐτὸν στρατηλάτην τοῦ Ἰλλυριῶν ἔθνους, καὶ ἀπέλυσεν αὐτὸν ἐν τῇ ἰδίᾳ στρατηλα‐</w:t>
      </w:r>
    </w:p>
    <w:p>
      <w:r>
        <w:rPr>
          <w:rFonts w:ascii="Courier New" w:hAnsi="Courier New"/>
          <w:color w:val="555555"/>
          <w:sz w:val="20"/>
        </w:rPr>
        <w:t>[10]</w:t>
      </w:r>
    </w:p>
    <w:p>
      <w:r>
        <w:rPr>
          <w:rFonts w:ascii="Gentium Plus" w:hAnsi="Gentium Plus"/>
          <w:sz w:val="24"/>
        </w:rPr>
        <w:t>σίᾳ. καὶ καταλαβόντος αὐτοῦ τὴν χώραν τοῦ Ἰλλυρικοῦ, ἐπέῤ‐ ῥιψαν αὐτῷ Οὗννοι μετὰ πολλοῦ πλήθους διαφόρων βαρβάρων· καὶ ἐξελθὼν ὥρμησε κατ’ αὐτῶν, καὶ πάντας κατανήλωσε· καὶ ἔπεμψε πραῖδαν ἐξ αὐτῶν καὶ ἕνα ῥῆγα αὐτῶν· καὶ ἐγένετο εἰ‐ ρήνη ἐν τῇ Θρᾴκῃ, καὶ ἐκ τούτου φόβος κατεῖχε τὰ βάρβαρα</w:t>
      </w:r>
    </w:p>
    <w:p>
      <w:r>
        <w:rPr>
          <w:rFonts w:ascii="Courier New" w:hAnsi="Courier New"/>
          <w:color w:val="555555"/>
          <w:sz w:val="20"/>
        </w:rPr>
        <w:t>[15]</w:t>
      </w:r>
    </w:p>
    <w:p>
      <w:r>
        <w:rPr>
          <w:rFonts w:ascii="Gentium Plus" w:hAnsi="Gentium Plus"/>
          <w:sz w:val="24"/>
        </w:rPr>
        <w:t>ἔθνη. Ἐπὶ δὲ τῆς ὑπατείας τοῦ αὐτοῦ Δεκίου ὁ αὐτὸς βασιλεὺς θεσπίσας πρόσταξιν ἔπεμψεν ἐν Ἀθήναις, κελεύσας μηδένα δι‐ δάσκειν φιλοσοφίαν μήτε νόμιμα ἐξηγεῖσθαι μήτε κόττον ἐν μιᾷ τῶν πόλεων γίνεσθαι, ἐπειδὴ ἐν Βυζαντίῳ εὑρεθέντες τινὲς</w:t>
      </w:r>
    </w:p>
    <w:p>
      <w:r>
        <w:rPr>
          <w:rFonts w:ascii="Courier New" w:hAnsi="Courier New"/>
          <w:color w:val="555555"/>
          <w:sz w:val="20"/>
        </w:rPr>
        <w:t>[20]</w:t>
      </w:r>
    </w:p>
    <w:p>
      <w:r>
        <w:rPr>
          <w:rFonts w:ascii="Gentium Plus" w:hAnsi="Gentium Plus"/>
          <w:sz w:val="24"/>
        </w:rPr>
        <w:t>τῶν κοττιστῶν καὶ βλασφημίαις δειναῖς ἑαυτοὺς περιβαλόντες</w:t>
      </w:r>
    </w:p>
    <w:p>
      <w:r>
        <w:rPr>
          <w:rFonts w:ascii="Courier New" w:hAnsi="Courier New"/>
          <w:color w:val="555555"/>
          <w:sz w:val="20"/>
        </w:rPr>
        <w:t>[Chron . 452]</w:t>
      </w:r>
    </w:p>
    <w:p>
      <w:r>
        <w:rPr>
          <w:rFonts w:ascii="Gentium Plus" w:hAnsi="Gentium Plus"/>
          <w:sz w:val="24"/>
        </w:rPr>
        <w:t>Ἐν αὐτῷ δὲ τῷ χρόνῳ παρεσχέθη ἐτησία πρόσοδος ἐν τῷ ξενῶνι Ἀντιοχείας νομισμάτων τετρακισχιλίων ὑπὸ τοῦ αὐτοῦ εὐσεβοῦς βασιλέως. Εὑρέθη δὲ ἐν αὐτῷ τῷ χρόνῳ καὶ τὸ τίμιον λείψανον τοῦ</w:t>
      </w:r>
    </w:p>
    <w:p>
      <w:r>
        <w:rPr>
          <w:rFonts w:ascii="Courier New" w:hAnsi="Courier New"/>
          <w:color w:val="555555"/>
          <w:sz w:val="20"/>
        </w:rPr>
        <w:t>[5]</w:t>
      </w:r>
    </w:p>
    <w:p>
      <w:r>
        <w:rPr>
          <w:rFonts w:ascii="Gentium Plus" w:hAnsi="Gentium Plus"/>
          <w:sz w:val="24"/>
        </w:rPr>
        <w:t>ἁγίου μάρτυρος Μαρίνου εἰς τὴν πρώτην Συρίαν ἔξω τῆς λεγο‐ μένης Γινδάρου πόλεως, τοῦ περιοδευτοῦ τῆς χώρας ἐν ὀπτα‐ σίᾳ πλειστάκις ἑωρακότος τὸν τόπον ἔνθα ἔκειτο ὁ ἅγιος, ἔχων ἀπὸ τῆς κεφαλῆς κατὰ παντὸς τοῦ σώματος αὐτοῦ ἥλους σι‐ δηροῦς, εἰς σανίδα παραπλωθεὶς προσηλώθη, καὶ ἐτέθη εἰς πέ‐</w:t>
      </w:r>
    </w:p>
    <w:p>
      <w:r>
        <w:rPr>
          <w:rFonts w:ascii="Courier New" w:hAnsi="Courier New"/>
          <w:color w:val="555555"/>
          <w:sz w:val="20"/>
        </w:rPr>
        <w:t>[10]</w:t>
      </w:r>
    </w:p>
    <w:p>
      <w:r>
        <w:rPr>
          <w:rFonts w:ascii="Gentium Plus" w:hAnsi="Gentium Plus"/>
          <w:sz w:val="24"/>
        </w:rPr>
        <w:t>τραν γλυφεῖσαν αὐτῷ τάφον. καὶ ἐπήρθη τὸ λείψανον αὐτοῦ, καὶ ἠνέχθη καὶ κατετέθη ἔξω τῆς Ἀντιοχέων πόλεως ἐν τῷ ἁγίῳ Ἰουλιανῷ. Ἐν αὐτῷ δὲ τῷ χρόνῳ κατεπέμφθησαν πρέσβεις Ῥωμαίων ἐν τοῖς Περσικοῖς μέρεσιν Ἑρμογένης καὶ Ῥουφῖνος ὁ στρατηλά‐</w:t>
      </w:r>
    </w:p>
    <w:p>
      <w:r>
        <w:rPr>
          <w:rFonts w:ascii="Courier New" w:hAnsi="Courier New"/>
          <w:color w:val="555555"/>
          <w:sz w:val="20"/>
        </w:rPr>
        <w:t>[15]</w:t>
      </w:r>
    </w:p>
    <w:p>
      <w:r>
        <w:rPr>
          <w:rFonts w:ascii="Gentium Plus" w:hAnsi="Gentium Plus"/>
          <w:sz w:val="24"/>
        </w:rPr>
        <w:t>της, ἐπὶ τῆς ὑπατείας Λαμπαδίου καὶ Ὀρέστου. καὶ φθασάν‐ των αὐτῶν τὸ Δόρας τὸ μετακληθὲν Ἀναστασιούπολις, μήνυ‐ σιν κατέπεμψαν τῷ βασιλεῖ Περσῶν Κωάδῃ· καὶ ὑπερέθετο ὁ αὐτὸς βασιλεὺς τοῦ δέξασθαι αὐτούς. καὶ ἐν τῷ διάγειν αὐ‐ τοὺς εἰς τὸ Δόρας ἅμα Βελισαρίῳ τῷ στρατηλάτῃ σὺν τοῖς</w:t>
      </w:r>
    </w:p>
    <w:p>
      <w:r>
        <w:rPr>
          <w:rFonts w:ascii="Courier New" w:hAnsi="Courier New"/>
          <w:color w:val="555555"/>
          <w:sz w:val="20"/>
        </w:rPr>
        <w:t>[20]</w:t>
      </w:r>
    </w:p>
    <w:p>
      <w:r>
        <w:rPr>
          <w:rFonts w:ascii="Gentium Plus" w:hAnsi="Gentium Plus"/>
          <w:sz w:val="24"/>
        </w:rPr>
        <w:t>ἄλλοις ἐξάρχοις καὶ τῇ στρατιωτικῇ βοηθείᾳ, καὶ ἀπληκευόντων αὐτῶν ἔξω τοῦ Δόρας, τὴν ἀπόκρισιν τοῦ βασιλέως Περσῶν δε‐ χόμενοι, ὁ Μηρὰμ ὁ πρῶτος ἔξαρχος Περσῶν καὶ ὁ υἱὸς τοῦ βασιλέως Περσῶν σὺν ἄλλοις ἐξάρχοις Περσῶν καθήμενοι εἰς</w:t>
      </w:r>
    </w:p>
    <w:p>
      <w:r>
        <w:rPr>
          <w:rFonts w:ascii="Courier New" w:hAnsi="Courier New"/>
          <w:color w:val="555555"/>
          <w:sz w:val="20"/>
        </w:rPr>
        <w:t>[Chron . 453]</w:t>
      </w:r>
    </w:p>
    <w:p>
      <w:r>
        <w:rPr>
          <w:rFonts w:ascii="Gentium Plus" w:hAnsi="Gentium Plus"/>
          <w:sz w:val="24"/>
        </w:rPr>
        <w:t>μαῖοι, ἐπέῤῥιψαν Πέρσαι μετὰ ἑβδομήκοντα χιλιάδων, διελόντες αὑτοὺς εἰς τρεῖς ἀρχάς. Καὶ γνόντες οἱ ἔξαρχοι Ῥωμαίων, ὁρμήσαντες κατὰ Περσῶν συνέκρουσαν· καὶ συμβολῆς γενομένης ἐμίγησαν τὰ Περσῶν</w:t>
      </w:r>
    </w:p>
    <w:p>
      <w:r>
        <w:rPr>
          <w:rFonts w:ascii="Courier New" w:hAnsi="Courier New"/>
          <w:color w:val="555555"/>
          <w:sz w:val="20"/>
        </w:rPr>
        <w:t>[5]</w:t>
      </w:r>
    </w:p>
    <w:p>
      <w:r>
        <w:rPr>
          <w:rFonts w:ascii="Gentium Plus" w:hAnsi="Gentium Plus"/>
          <w:sz w:val="24"/>
        </w:rPr>
        <w:t>καὶ Ῥωμαίων στρατόπεδα, καὶ ἔκοψαν Ῥωμαῖοι Πέρσας κατὰ κράτος, λαβόντες καὶ σίγνον Περσικόν. ὁ δὲ Μηρὰμ μετὰ ὀλί‐ γων φυγὼν σὺν τῷ υἱῷ τοῦ βασιλέως διεσώθη εἰς τὸ Νισίβιον. ἐν αὐτῇ δὲ τῇ συμβολῇ καὶ ἔξαρχος Περσῶν κατεσφάγη ὀνό‐ ματι Σάγος, Σουνίκα τοῦ δουκὸς καὶ ἐξάρχου Ῥωμαίων εἰς μο‐</w:t>
      </w:r>
    </w:p>
    <w:p>
      <w:r>
        <w:rPr>
          <w:rFonts w:ascii="Courier New" w:hAnsi="Courier New"/>
          <w:color w:val="555555"/>
          <w:sz w:val="20"/>
        </w:rPr>
        <w:t>[10]</w:t>
      </w:r>
    </w:p>
    <w:p>
      <w:r>
        <w:rPr>
          <w:rFonts w:ascii="Gentium Plus" w:hAnsi="Gentium Plus"/>
          <w:sz w:val="24"/>
        </w:rPr>
        <w:t>νομαχίαν αὐτὸν προτρεψαμένου· καὶ ἦν ἰδεῖν νίκην Περσικῆς ἀπονοίας, εἰς ἔδαφος ἡπλωμένων νεκρῶν. Καὶ γνοὺς τοῦτο Κωάδης ὁ Περσῶν βασιλεὺς ἐπέτρεψεν εἰσελθεῖν τὸν πατρίκιον Ῥουφῖνον ἅμα τῷ κόμητι Ἀλεξάνδρῳ εἰς τὴν πρεσβείαν.</w:t>
      </w:r>
    </w:p>
    <w:p>
      <w:r>
        <w:rPr>
          <w:rFonts w:ascii="Courier New" w:hAnsi="Courier New"/>
          <w:color w:val="555555"/>
          <w:sz w:val="20"/>
        </w:rPr>
        <w:t>[15]</w:t>
      </w:r>
    </w:p>
    <w:p>
      <w:r>
        <w:rPr>
          <w:rFonts w:ascii="Gentium Plus" w:hAnsi="Gentium Plus"/>
          <w:sz w:val="24"/>
        </w:rPr>
        <w:t>Ἐν αὐτῷ δὲ τῷ χρόνῳ ἀνεφάνη τις ἐκ τῆς Ἰταλῶν χώρας κωμοδρομῶν, ἔχων μεθ’ ἑαυτοῦ κύνα ξανθόν, ὅστις κελευόμε‐ νος ὑπὸ τοῦ ἀναθρεψαμένου ἐποίει τινὰ θαύματος ἄξια. ὁ γὰρ αὐτὸν ἀναθρεψάμενος ἑστὼς ἐν τῇ ἀγορᾷ, καὶ ὄχλου περιεστῶ‐ τος εἰς τὸ θεάσασθαι, λάθρᾳ τοῦ κυνὸς ἐκομίζετο παρὰ τῶν</w:t>
      </w:r>
    </w:p>
    <w:p>
      <w:r>
        <w:rPr>
          <w:rFonts w:ascii="Courier New" w:hAnsi="Courier New"/>
          <w:color w:val="555555"/>
          <w:sz w:val="20"/>
        </w:rPr>
        <w:t>[20]</w:t>
      </w:r>
    </w:p>
    <w:p>
      <w:r>
        <w:rPr>
          <w:rFonts w:ascii="Gentium Plus" w:hAnsi="Gentium Plus"/>
          <w:sz w:val="24"/>
        </w:rPr>
        <w:t>ἑστώτων δακτυλίδια, καὶ ἐτίθει εἰς τὸ ἔδαφος περισκέπων αὐτὰ ἐν χώματι. καὶ ἐπέτρεπε τῷ κυνὶ ἐπᾶραι καὶ δοῦναι ἑκάστῳ τὸ ἴδιον· καὶ ἐρευνῶν ὁ κύων τῷ στόματι ἐπεδίδου ἑκάστῳ τὸ γνωριζόμενον. ὁ δὲ αὐτὸς κύων καὶ διαφόρων βασιλέων νομί‐</w:t>
      </w:r>
    </w:p>
    <w:p>
      <w:r>
        <w:rPr>
          <w:rFonts w:ascii="Courier New" w:hAnsi="Courier New"/>
          <w:color w:val="555555"/>
          <w:sz w:val="20"/>
        </w:rPr>
        <w:t>[Chron . 454]</w:t>
      </w:r>
    </w:p>
    <w:p>
      <w:r>
        <w:rPr>
          <w:rFonts w:ascii="Gentium Plus" w:hAnsi="Gentium Plus"/>
          <w:sz w:val="24"/>
        </w:rPr>
        <w:t>δρῶν τε καὶ γυναικῶν, ἐπερωτώμενος ἐδείκνυε τὰς ἐν γαστρὶ ἐχούσας καὶ τοὺς ὄντας πορνοβοσκοὺς καὶ μοιχοὺς καὶ κνιποὺς καὶ μεγαλοψύχους· καὶ ἀπεδείκνυε πάντα μετὰ ἀληθείας. ὅθεν ἔλεγον πολλοὶ ὅτι πνεῦμα Πύθωνος ἔχει.</w:t>
      </w:r>
    </w:p>
    <w:p>
      <w:r>
        <w:rPr>
          <w:rFonts w:ascii="Courier New" w:hAnsi="Courier New"/>
          <w:color w:val="555555"/>
          <w:sz w:val="20"/>
        </w:rPr>
        <w:t>[5]</w:t>
      </w:r>
    </w:p>
    <w:p>
      <w:r>
        <w:rPr>
          <w:rFonts w:ascii="Gentium Plus" w:hAnsi="Gentium Plus"/>
          <w:sz w:val="24"/>
        </w:rPr>
        <w:t>Ἐπὶ δὲ τῆς αὐτῆς βασιλείας ἐφάνη ἀστὴρ μέγας καὶ φοβερὸς κατὰ τὸ δυτικὸν μέρος, πέμπων ἐπὶ τὴν ἄνω ἀκτῖνα λευκήν, ὁ δὲ χαρακτὴρ αὐτοῦ ἀστραπὰς ἀπέπεμπεν· ὃν ἔλεγόν τινες εἶναι λαμπαδίαν. ἔμεινε δὲ ἐπὶ ἡμέρας εἴκοσιν ἐκλάμπων, καὶ ἐγένον‐ το ἀνυδρίαι καὶ κατὰ πόλιν δημοτικοὶ φόνοι καὶ ἄλλα πολλὰ</w:t>
      </w:r>
    </w:p>
    <w:p>
      <w:r>
        <w:rPr>
          <w:rFonts w:ascii="Courier New" w:hAnsi="Courier New"/>
          <w:color w:val="555555"/>
          <w:sz w:val="20"/>
        </w:rPr>
        <w:t>[10]</w:t>
      </w:r>
    </w:p>
    <w:p>
      <w:r>
        <w:rPr>
          <w:rFonts w:ascii="Gentium Plus" w:hAnsi="Gentium Plus"/>
          <w:sz w:val="24"/>
        </w:rPr>
        <w:t>ἀπειλῆς πεπληρωμένα. Τῇ δὲ συμπληρώσει τοῦ σεπτεμβρίου μηνὸς οἱ πρέσβεις Ῥωμαίων οἱ πεμφθέντες ἐν τοῖς Περσικοῖς ὑπέστρεψαν ποιή‐ σαντες πάκτα. καὶ γνοὺς τοῦτο ὁ βασιλεὺς Ἰουστινιανός, ὅτι εἰρήνην ἔχει πρὸς Ῥωμαίους, χαρᾶς ἐπλήσθη. δεξάμενος γὰρ τὰ</w:t>
      </w:r>
    </w:p>
    <w:p>
      <w:r>
        <w:rPr>
          <w:rFonts w:ascii="Courier New" w:hAnsi="Courier New"/>
          <w:color w:val="555555"/>
          <w:sz w:val="20"/>
        </w:rPr>
        <w:t>[15]</w:t>
      </w:r>
    </w:p>
    <w:p>
      <w:r>
        <w:rPr>
          <w:rFonts w:ascii="Gentium Plus" w:hAnsi="Gentium Plus"/>
          <w:sz w:val="24"/>
        </w:rPr>
        <w:t>γράμματα τῶν πάκτων καὶ ἀναγνοὺς εὗρε περιέχοντα οὕτως. Ἀνελθόντες πρὸς ἡμᾶς οἱ ἡμέτεροι πρεσβευταὶ οἱ πρὸς τὴν σὴν σταλέντες ἡμερότητα ἀπήγγειλαν ἡμῖν τὴν ἀγαθὴν προαίρε‐ σιν τῆς πατρικῆς ὑμῶν διαθέσεως. καὶ ἐπὶ πᾶσιν εὐχαριστήσα‐ μεν τῷ δεσπότῃ θεῷ ὅτι πρέπον τῇ αὐτοῦ ἀγαθότητι πρᾶγμα γέ‐</w:t>
      </w:r>
    </w:p>
    <w:p>
      <w:r>
        <w:rPr>
          <w:rFonts w:ascii="Courier New" w:hAnsi="Courier New"/>
          <w:color w:val="555555"/>
          <w:sz w:val="20"/>
        </w:rPr>
        <w:t>[20]</w:t>
      </w:r>
    </w:p>
    <w:p>
      <w:r>
        <w:rPr>
          <w:rFonts w:ascii="Gentium Plus" w:hAnsi="Gentium Plus"/>
          <w:sz w:val="24"/>
        </w:rPr>
        <w:t>γονε καὶ προέβη σὺν θεῷ εἰρήνη εἰς ὠφέλειαν τῶν δύο πολιτειῶν. ὅτι δὲ μεγάλη δόξα καὶ ἔπαινός ἐστιν ἐν πάσῃ τῇ γῇ παρὰ θεῷ</w:t>
      </w:r>
    </w:p>
    <w:p>
      <w:r>
        <w:rPr>
          <w:rFonts w:ascii="Courier New" w:hAnsi="Courier New"/>
          <w:color w:val="555555"/>
          <w:sz w:val="20"/>
        </w:rPr>
        <w:t>[Chron . 455]</w:t>
      </w:r>
    </w:p>
    <w:p>
      <w:r>
        <w:rPr>
          <w:rFonts w:ascii="Gentium Plus" w:hAnsi="Gentium Plus"/>
          <w:sz w:val="24"/>
        </w:rPr>
        <w:t>τῆς σῆς ἡμερότητος καὶ ἡμῶν τῶν γνησίως ὑμᾶς ἀγαπώντων πρόδηλόν ἐστι· καὶ οἱ ἐχθροὶ δὲ ἑκατέρας πολιτείας καταπε‐ σοῦνται ταύτης σὺν θεῷ γενομένης. διὰ τάχους τοίνυν ἐπικα‐ ταλήψονται οἱ ἡμέτεροι πρεσβευταί, ὀφείλοντες ἀναπληρῶσαι τὰ</w:t>
      </w:r>
    </w:p>
    <w:p>
      <w:r>
        <w:rPr>
          <w:rFonts w:ascii="Courier New" w:hAnsi="Courier New"/>
          <w:color w:val="555555"/>
          <w:sz w:val="20"/>
        </w:rPr>
        <w:t>[5]</w:t>
      </w:r>
    </w:p>
    <w:p>
      <w:r>
        <w:rPr>
          <w:rFonts w:ascii="Gentium Plus" w:hAnsi="Gentium Plus"/>
          <w:sz w:val="24"/>
        </w:rPr>
        <w:t>πρὸς ἀσφάλειαν τῆς εἰρήνης. εὐχόμεθα γοῦν ἐν πολλοῖς χρό‐ νοις τὴν πατρικὴν ὑμῶν διάθεσιν περισῴζεσθαι. Καὶ ἐκπεμφθεὶς ὑπὸ Ῥωμαίων πάλιν Ῥουφῖνος, δευτέρας ἀποκρίσεως καταπεμφθείσης ἐν τοῖς Περσικοῖς μέρεσιν, εὗρε τὸν βασιλέα Περσῶν ἀναδυέντα πρὸς τὰ δόξαντα μεταξὺ αὐτῶν ἕνε‐</w:t>
      </w:r>
    </w:p>
    <w:p>
      <w:r>
        <w:rPr>
          <w:rFonts w:ascii="Courier New" w:hAnsi="Courier New"/>
          <w:color w:val="555555"/>
          <w:sz w:val="20"/>
        </w:rPr>
        <w:t>[10]</w:t>
      </w:r>
    </w:p>
    <w:p>
      <w:r>
        <w:rPr>
          <w:rFonts w:ascii="Gentium Plus" w:hAnsi="Gentium Plus"/>
          <w:sz w:val="24"/>
        </w:rPr>
        <w:t>κεν τῆς εἰρήνης. φημισθέντος γὰρ τούτου, ὡς τῶν Σαμαρει‐ τῶν Ῥωμαίων ἀγανακτηθέντων ὑπὸ τοῦ βασιλέως Ἰουστινιανοῦ, ὡς προγέγραπται, φυγόντων καὶ ἀπελθόντων πρὸς Κωάδην, βα‐ σιλέα Περσῶν, ἀπὸ τῆς ἑαυτῶν χώρας Παλαιστίνης, καὶ ἐπαγ‐ γειλαμένων αὐτῷ συμμαχεῖν· τὸ δὲ πλῆθος αὐτῶν ἦν χιλιάδες</w:t>
      </w:r>
    </w:p>
    <w:p>
      <w:r>
        <w:rPr>
          <w:rFonts w:ascii="Courier New" w:hAnsi="Courier New"/>
          <w:color w:val="555555"/>
          <w:sz w:val="20"/>
        </w:rPr>
        <w:t>[15]</w:t>
      </w:r>
    </w:p>
    <w:p>
      <w:r>
        <w:rPr>
          <w:rFonts w:ascii="Gentium Plus" w:hAnsi="Gentium Plus"/>
          <w:sz w:val="24"/>
        </w:rPr>
        <w:t>πεντήκοντα, ἐπηγγείλαντο δὲ τῶν Περσῶν βασιλεῖ προδιδόναι τὴν ἑαυτῶν χώραν, τὴν Παλαιστίνην πᾶσαν καὶ τοὺς ἁγίους τόπους, πόλιν ἔχουσαν διαφόρων βασιλέων χαρίσματα· χρυσοῦ τε γὰρ πλῆθος πολὺ καὶ λίθων τιμίων ἀναρίθμητος ποσότης· καὶ ἀκούσας ταῦτα ὁ βασιλεὺς Περσῶν, καὶ πεισθεὶς τοῖς παρ’</w:t>
      </w:r>
    </w:p>
    <w:p>
      <w:r>
        <w:rPr>
          <w:rFonts w:ascii="Courier New" w:hAnsi="Courier New"/>
          <w:color w:val="555555"/>
          <w:sz w:val="20"/>
        </w:rPr>
        <w:t>[20]</w:t>
      </w:r>
    </w:p>
    <w:p>
      <w:r>
        <w:rPr>
          <w:rFonts w:ascii="Gentium Plus" w:hAnsi="Gentium Plus"/>
          <w:sz w:val="24"/>
        </w:rPr>
        <w:t>αὐτῶν λεγομένοις, ἀνεδύη περὶ τὸ ποιῆσαι τὰ πάκτα. ἀφορ‐ μὴν δὲ λαβὼν περὶ τῶν χρυσοῤῥύτων τῶν εὑρεθέντων πρῴην ἐπὶ Ἀναστασίου τοῦ βασιλέως, ὄντων ὑπὸ Ῥωμαίους· ἦν γὰρ πρῴην τὰ αὐτὰ ὄρη ὑπὸ τὴν Περσῶν πολιτείαν· τὰ δὲ χρυσόῤ‐</w:t>
      </w:r>
    </w:p>
    <w:p>
      <w:r>
        <w:rPr>
          <w:rFonts w:ascii="Courier New" w:hAnsi="Courier New"/>
          <w:color w:val="555555"/>
          <w:sz w:val="20"/>
        </w:rPr>
        <w:t>[Chron . 456]</w:t>
      </w:r>
    </w:p>
    <w:p>
      <w:r>
        <w:rPr>
          <w:rFonts w:ascii="Gentium Plus" w:hAnsi="Gentium Plus"/>
          <w:sz w:val="24"/>
        </w:rPr>
        <w:t>Περσαρμενίων, ὡς εἰδότες λέγουσιν· ἅτινα ὄρη φέρουσι χρυσὸν πολύν· ὅτε γὰρ βροχαὶ καὶ ὄμβροι γίνονται, κατασύρεται ἡ γῆ τῶν αὐτῶν ὀρέων, λεπτίδας ἀναβλύζουσα χρυσοῦ· τὰ δὲ αὐτὰ ὄρη ἐμισθοῦντο τὸ πρότερόν τινες ἀπὸ Ῥωμαίων καὶ Περσῶν</w:t>
      </w:r>
    </w:p>
    <w:p>
      <w:r>
        <w:rPr>
          <w:rFonts w:ascii="Courier New" w:hAnsi="Courier New"/>
          <w:color w:val="555555"/>
          <w:sz w:val="20"/>
        </w:rPr>
        <w:t>[5]</w:t>
      </w:r>
    </w:p>
    <w:p>
      <w:r>
        <w:rPr>
          <w:rFonts w:ascii="Gentium Plus" w:hAnsi="Gentium Plus"/>
          <w:sz w:val="24"/>
        </w:rPr>
        <w:t>χρυσοῦ λιτρῶν διακοσίων· ἐξ οὗ δὲ παρελήφθησαν τὰ αὐτὰ ὄρη ὑπὸ τοῦ θειοτάτου Ἀναστασίου, Ῥωμαῖοι μόνοι κομίζονται τὴν θεσπισθεῖσαν συντέλειαν. καὶ ἐκ τούτου ἐγένετο διαστροφὴ περὶ τὰ πάκτα. Ἡ δὲ τῶν Σαμαρειτῶν προδοσία ἐγνώσθη Ῥωμαίοις, ὥς τι‐</w:t>
      </w:r>
    </w:p>
    <w:p>
      <w:r>
        <w:rPr>
          <w:rFonts w:ascii="Courier New" w:hAnsi="Courier New"/>
          <w:color w:val="555555"/>
          <w:sz w:val="20"/>
        </w:rPr>
        <w:t>[10]</w:t>
      </w:r>
    </w:p>
    <w:p>
      <w:r>
        <w:rPr>
          <w:rFonts w:ascii="Gentium Plus" w:hAnsi="Gentium Plus"/>
          <w:sz w:val="24"/>
        </w:rPr>
        <w:t>νων ἐξ αὐτῶν εὐπόρων συσχεθέντων ἐν τῷ ὑποστρέφειν αὐτοὺς ἀπὸ τῶν Περσικῶν μερῶν, καὶ γνωρισθέντων μετὰ τὸ ἀπελθεῖν αὐτοὺς πρὸς Κωάδην, βασιλέα Περσῶν, καὶ συντάξασθαι αὐτῷ ποιεῖν τὴν προδοσίαν τῆς ἰδίας χώρας, ὡς προείρηται· ἦσαν δὲ οἱ γνωρισθέντες Σαμαρεῖται ὀνόματα πέντε· καὶ συσχεθέντες</w:t>
      </w:r>
    </w:p>
    <w:p>
      <w:r>
        <w:rPr>
          <w:rFonts w:ascii="Courier New" w:hAnsi="Courier New"/>
          <w:color w:val="555555"/>
          <w:sz w:val="20"/>
        </w:rPr>
        <w:t>[15]</w:t>
      </w:r>
    </w:p>
    <w:p>
      <w:r>
        <w:rPr>
          <w:rFonts w:ascii="Gentium Plus" w:hAnsi="Gentium Plus"/>
          <w:sz w:val="24"/>
        </w:rPr>
        <w:t>ἀπηνέχθησαν πρὸς τὸν στρατηλάτην τῆς ἀνατολῆς, καὶ ἐξητά‐ σθησαν παρ’ αὐτῷ, καὶ ὡμολόγησαν τὴν προδοσίαν ἣν ἐμελέ‐ των. τὰ δὲ πεπραγμένα αὐτῶν ἀνεγνώσθη τῷ βασιλεῖ Ἰουστι‐ νιανῷ. Ἐν αὐτῷ δὲ τῷ χρόνῳ ἐγένοντο σεισμοὶ κατὰ τόπον, καὶ λι‐</w:t>
      </w:r>
    </w:p>
    <w:p>
      <w:r>
        <w:rPr>
          <w:rFonts w:ascii="Courier New" w:hAnsi="Courier New"/>
          <w:color w:val="555555"/>
          <w:sz w:val="20"/>
        </w:rPr>
        <w:t>[20]</w:t>
      </w:r>
    </w:p>
    <w:p>
      <w:r>
        <w:rPr>
          <w:rFonts w:ascii="Gentium Plus" w:hAnsi="Gentium Plus"/>
          <w:sz w:val="24"/>
        </w:rPr>
        <w:t>ταῖς ἐσχόλαζον ἐν ἑκάστῃ πόλει. Τῷ δὲ αὐτῷ καιρῷ καὶ πρεσβευτὴς ἐπέμφθη ὑπὸ τοῦ βασι‐ λέως Περσῶν πρὸς τὸν βασιλέα Ῥωμαίων· καὶ ἐπιδοὺς ἃς ἐπε‐ φέρετο σάκρας ἀπελύθη κομισάμενος δῶρα.</w:t>
      </w:r>
    </w:p>
    <w:p>
      <w:r>
        <w:rPr>
          <w:rFonts w:ascii="Courier New" w:hAnsi="Courier New"/>
          <w:color w:val="555555"/>
          <w:sz w:val="20"/>
        </w:rPr>
        <w:t>[Chron . 457]</w:t>
      </w:r>
    </w:p>
    <w:p>
      <w:r>
        <w:rPr>
          <w:rFonts w:ascii="Gentium Plus" w:hAnsi="Gentium Plus"/>
          <w:sz w:val="24"/>
        </w:rPr>
        <w:t>φίνου τὴν παρὰ Κωάδου, βασιλέως Περσῶν, παράβασιν, ποιήσας θείας κελεύσεις κατέπεμψε πρὸς τὸν βασιλέα τῶν Αὐξουμιτῶν· ὅστις βασιλεὺς Ἰνδῶν συμβολὴν ποιήσας μετὰ τοῦ βασιλέως τῶν Ἀμεριτῶν Ἰνδῶν, κατὰ κράτος νικήσας παρέλαβε τὰ βασίλεια</w:t>
      </w:r>
    </w:p>
    <w:p>
      <w:r>
        <w:rPr>
          <w:rFonts w:ascii="Courier New" w:hAnsi="Courier New"/>
          <w:color w:val="555555"/>
          <w:sz w:val="20"/>
        </w:rPr>
        <w:t>[5]</w:t>
      </w:r>
    </w:p>
    <w:p>
      <w:r>
        <w:rPr>
          <w:rFonts w:ascii="Gentium Plus" w:hAnsi="Gentium Plus"/>
          <w:sz w:val="24"/>
        </w:rPr>
        <w:t>αὐτοῦ καὶ τὴν χώραν αὐτοῦ πᾶσαν, καὶ ἐποίησεν ἀντ’ αὐτοῦ βα‐ σιλέα τῶν Ἀμεριτῶν Ἰνδῶν ἐκ τοῦ ἰδίου γένους Ἀγγάνην διὰ τὸ εἶναι καὶ τὸ τῶν Ἀμεριτῶν Ἰνδῶν βασίλειον ὑπ’ αὐτόν. καὶ ἀποπλεύσας ὁ πρεσβευτὴς Ῥωμαίων ἐπὶ Ἀλεξάνδρειαν διὰ τοῦ Νείλου ποταμοῦ καὶ τῆς Ἰνδικῆς θαλάσσης κατέφθασε τὰ Ἰνδικὰ</w:t>
      </w:r>
    </w:p>
    <w:p>
      <w:r>
        <w:rPr>
          <w:rFonts w:ascii="Courier New" w:hAnsi="Courier New"/>
          <w:color w:val="555555"/>
          <w:sz w:val="20"/>
        </w:rPr>
        <w:t>[10]</w:t>
      </w:r>
    </w:p>
    <w:p>
      <w:r>
        <w:rPr>
          <w:rFonts w:ascii="Gentium Plus" w:hAnsi="Gentium Plus"/>
          <w:sz w:val="24"/>
        </w:rPr>
        <w:t>μέρη. καὶ εἰσελθὼν παρὰ τῷ βασιλεῖ τῶν Ἰνδῶν, μετὰ χαρᾶς πολλῆς ἐξενίσθη ὁ βασιλεὺς Ἰνδῶν, ὅτι διὰ πολλῶν χρόνων ἠξιώ‐ θη μετὰ τοῦ βασιλέως Ῥωμαίων κτήσασθαι φιλίαν. ὡς δὲ ἐξηγήσατο ὁ αὐτὸς πρεσβευτής, ὅτε ἐδέξατο αὐτὸν ὁ τῶν Ἰνδῶν βασιλεύς, ὑφηγήσατο τὸ σχῆμα τῆς βασιλικῆς τῶν Ἰνδῶν κατα‐</w:t>
      </w:r>
    </w:p>
    <w:p>
      <w:r>
        <w:rPr>
          <w:rFonts w:ascii="Courier New" w:hAnsi="Courier New"/>
          <w:color w:val="555555"/>
          <w:sz w:val="20"/>
        </w:rPr>
        <w:t>[15]</w:t>
      </w:r>
    </w:p>
    <w:p>
      <w:r>
        <w:rPr>
          <w:rFonts w:ascii="Gentium Plus" w:hAnsi="Gentium Plus"/>
          <w:sz w:val="24"/>
        </w:rPr>
        <w:t>στάσεως ὅτι γυμνὸς ὑπῆρχε καὶ κατὰ τοῦ ζώσματος εἰς τὰς ψύας αὐτοῦ λινόχρυσα ἱμάτια, κατὰ δὲ τῆς γαστρὸς καὶ τῶν ὤμων φορῶν σχιαστὰς διὰ μαργαριτῶν καὶ κλαβία ἀνὰ πέντε καὶ χρυσᾶ ψέλια εἰς τὰς χεῖρας αὐτοῦ, ἐν δὲ τῇ κεφαλῇ αὐτοῦ λινό‐ χρυσον φακιόλιν ἐσφενδονισμένον, ἔχον ἐξ ἀμφοτέρων τῶν μερῶν</w:t>
      </w:r>
    </w:p>
    <w:p>
      <w:r>
        <w:rPr>
          <w:rFonts w:ascii="Courier New" w:hAnsi="Courier New"/>
          <w:color w:val="555555"/>
          <w:sz w:val="20"/>
        </w:rPr>
        <w:t>[20]</w:t>
      </w:r>
    </w:p>
    <w:p>
      <w:r>
        <w:rPr>
          <w:rFonts w:ascii="Gentium Plus" w:hAnsi="Gentium Plus"/>
          <w:sz w:val="24"/>
        </w:rPr>
        <w:t>σειρὰς τέσσαρας, καὶ μανιάκιν χρυσοῦν ἐν τῷ τραχήλῳ αὐτοῦ, καὶ ἵστατο ὑπεράνω τεσσάρων ἐλεφάντων ἐχόντων ζυγὸν καὶ τροχοὺς δʹ, καὶ ἐπάνω, ὡς ὄχημα ὑψηλὸν ἠμφιεσμένον χρυσέοις</w:t>
      </w:r>
    </w:p>
    <w:p>
      <w:r>
        <w:rPr>
          <w:rFonts w:ascii="Courier New" w:hAnsi="Courier New"/>
          <w:color w:val="555555"/>
          <w:sz w:val="20"/>
        </w:rPr>
        <w:t>[Chron . 458]</w:t>
      </w:r>
    </w:p>
    <w:p>
      <w:r>
        <w:rPr>
          <w:rFonts w:ascii="Gentium Plus" w:hAnsi="Gentium Plus"/>
          <w:sz w:val="24"/>
        </w:rPr>
        <w:t>ἀργύρῳ ἠμφιεσμένα. καὶ ἵστατο ἐπάνω ὁ βασιλεὺς τῶν Ἰνδῶν βαστάζων σκουτάριον μικρὸν κεχρυσωμένον καὶ δύο λαγκίδια καὶ αὐτὰ κεχρυσωμένα κατέχων ἐν ταῖς χερσὶν αὐτοῦ. καὶ οὕ‐ τως ἵστατο πᾶσα ἡ σύγκλητος αὐτοῦ μεθ’ ὅπλων καὶ αὐλοὶ ᾄδον‐</w:t>
      </w:r>
    </w:p>
    <w:p>
      <w:r>
        <w:rPr>
          <w:rFonts w:ascii="Courier New" w:hAnsi="Courier New"/>
          <w:color w:val="555555"/>
          <w:sz w:val="20"/>
        </w:rPr>
        <w:t>[5]</w:t>
      </w:r>
    </w:p>
    <w:p>
      <w:r>
        <w:rPr>
          <w:rFonts w:ascii="Gentium Plus" w:hAnsi="Gentium Plus"/>
          <w:sz w:val="24"/>
        </w:rPr>
        <w:t>τες μέλη μουσικά. Καὶ εἰσενεχθεὶς ὁ πρεσβευτὴς Ῥωμαίων, κλίνας τὸ γόνυ προσεκύνησε· καὶ ἐκέλευσεν ὁ βασιλεὺς Ἰνδῶν ἀναστῆναί με καὶ ἀναχθῆναι πρὸς αὐτόν. καὶ δεξάμενος τὴν τοῦ βασιλέως Ῥω‐ μαίων σάκραν κατεφίλησε τὴν σφραγῖδα. δεξάμενος δὲ καὶ τὰ</w:t>
      </w:r>
    </w:p>
    <w:p>
      <w:r>
        <w:rPr>
          <w:rFonts w:ascii="Courier New" w:hAnsi="Courier New"/>
          <w:color w:val="555555"/>
          <w:sz w:val="20"/>
        </w:rPr>
        <w:t>[10]</w:t>
      </w:r>
    </w:p>
    <w:p>
      <w:r>
        <w:rPr>
          <w:rFonts w:ascii="Gentium Plus" w:hAnsi="Gentium Plus"/>
          <w:sz w:val="24"/>
        </w:rPr>
        <w:t>δῶρα τὰ πεμφθέντα ὑπὸ τοῦ βασιλέως ἐξεπλάγη. λύσας δὲ καὶ ἀναγνοὺς δι’ ἑρμηνέως τὰ γράμματα, εὗρε περιέχοντα ὥστε ὁπλίσασθαι αὐτὸν κατὰ Κωάδου, βασιλέως Περσῶν, καὶ τὴν πλησιάζουσαν αὐτῷ χώραν ἀπολέσαι καὶ τοῦ λοιποῦ μηκέτι συν‐ άλλαγμα ποιῆσαι μετ’ αὐτοῦ, ἀλλὰ δι’ ἧς ὑπέταξε χάρας τῶν</w:t>
      </w:r>
    </w:p>
    <w:p>
      <w:r>
        <w:rPr>
          <w:rFonts w:ascii="Courier New" w:hAnsi="Courier New"/>
          <w:color w:val="555555"/>
          <w:sz w:val="20"/>
        </w:rPr>
        <w:t>[15]</w:t>
      </w:r>
    </w:p>
    <w:p>
      <w:r>
        <w:rPr>
          <w:rFonts w:ascii="Gentium Plus" w:hAnsi="Gentium Plus"/>
          <w:sz w:val="24"/>
        </w:rPr>
        <w:t>Ἀμεριτῶν Ἰνδῶν διὰ τοῦ Νείλου ἐπὶ τὴν Αἴγυπτον ἐν Ἀλεξαν‐ δρείᾳ τὴν πραγματείαν ποιεῖσθαι. καὶ εὐθέως ὁ βασιλεὺς Ἰν‐ δῶν Ἐλεσβόας ἐπ’ ὄψεσι τοῦ πρεσβευτοῦ Ῥωμαίων ἐκίνησε πόλεμον κατὰ Περσῶν, προπέμψας καὶ τοὺς ὑπ’ αὐτὸν Ἰνδοὺς Σαρακηνούς, ἐπῆλθε τῇ Περσικῇ χώρᾳ ὑπὲρ Ῥωμαίων, δηλώσας</w:t>
      </w:r>
    </w:p>
    <w:p>
      <w:r>
        <w:rPr>
          <w:rFonts w:ascii="Courier New" w:hAnsi="Courier New"/>
          <w:color w:val="555555"/>
          <w:sz w:val="20"/>
        </w:rPr>
        <w:t>[20]</w:t>
      </w:r>
    </w:p>
    <w:p>
      <w:r>
        <w:rPr>
          <w:rFonts w:ascii="Gentium Plus" w:hAnsi="Gentium Plus"/>
          <w:sz w:val="24"/>
        </w:rPr>
        <w:t>τῷ βασιλεῖ Περσῶν τοῦ δέξασθαι τὸν βασιλέα Ἰνδῶν πολεμοῦντα αὐτῷ καὶ ἐκπορθῆσαι πᾶσαν τὴν ὑπ’ αὐτοῦ βασιλευομένην γῆν.</w:t>
      </w:r>
    </w:p>
    <w:p>
      <w:r>
        <w:rPr>
          <w:rFonts w:ascii="Courier New" w:hAnsi="Courier New"/>
          <w:color w:val="555555"/>
          <w:sz w:val="20"/>
        </w:rPr>
        <w:t>[Chron . 459]</w:t>
      </w:r>
    </w:p>
    <w:p>
      <w:r>
        <w:rPr>
          <w:rFonts w:ascii="Gentium Plus" w:hAnsi="Gentium Plus"/>
          <w:sz w:val="24"/>
        </w:rPr>
        <w:t>κεφαλὴν τοῦ πρεσβευτοῦ Ῥωμαίων, δεδωκὼς εἰρήνης φίλημα, ἀπέλυσεν ἐν πολλῇ θεραπείᾳ. κατέπεμψε γὰρ καὶ σάκρας διὰ Ἰνδοῦ πρεσβευτοῦ καὶ δῶρα τῷ βασιλεῖ Ῥωμαίων. Ἐν αὐτῷ δὲ τῷ χρόνῳ κατεπέμφθη δέησις παρὰ Γιλδερίχου,</w:t>
      </w:r>
    </w:p>
    <w:p>
      <w:r>
        <w:rPr>
          <w:rFonts w:ascii="Courier New" w:hAnsi="Courier New"/>
          <w:color w:val="555555"/>
          <w:sz w:val="20"/>
        </w:rPr>
        <w:t>[5]</w:t>
      </w:r>
    </w:p>
    <w:p>
      <w:r>
        <w:rPr>
          <w:rFonts w:ascii="Gentium Plus" w:hAnsi="Gentium Plus"/>
          <w:sz w:val="24"/>
        </w:rPr>
        <w:t>ῥηγὸς τῶν Ἀφρῶν, ὡς τυραννήσαντος τοῦ ἰδίου ἐξαδέλφου κατ’ αὐτοῦ, καὶ πόλεμον τῶν Μαυρουσίων μετὰ τῶν Ἀφρῶν συμβα‐ λόντων, παρέλαβον πολλὴν αὐτοῦ χώραν, ἐν οἷς παρελήφθη ἡ παρ’ αὐτοῖς λεγομένη Τρίπολις καὶ Λεπτωμὰ καὶ Σαβαθὰ καὶ τὸ Βυζάκιν, αἰχμαλωτίσαντες ἐπὶ μονὰς δέκα. καὶ ἐπεστράτευσε</w:t>
      </w:r>
    </w:p>
    <w:p>
      <w:r>
        <w:rPr>
          <w:rFonts w:ascii="Courier New" w:hAnsi="Courier New"/>
          <w:color w:val="555555"/>
          <w:sz w:val="20"/>
        </w:rPr>
        <w:t>[10]</w:t>
      </w:r>
    </w:p>
    <w:p>
      <w:r>
        <w:rPr>
          <w:rFonts w:ascii="Gentium Plus" w:hAnsi="Gentium Plus"/>
          <w:sz w:val="24"/>
        </w:rPr>
        <w:t>κατ’ αὐτῶν ὁ αὐτὸς ῥὴξ τῶν Ἀφρῶν Γιλδερίχος πλῆθος ἔχων πολὺ σὺν στρατηγῷ ὀνόματι Γελίμερ· ὅστις συμβαλὼν μετὰ Μαυρουσίων περιεγένετο κατὰ κράτος. καὶ συνάψας φιλίαν μετ’ αὐτῶν ἔλαβεν αὐτοὺς εἰς συμμαχίαν, καὶ τυραννήσας εἰσ‐ ῆλθε κατὰ τοῦ αὐτοῦ Γιλδερίχου ἐν Καρταγένῃ, καὶ συνέλαβεν</w:t>
      </w:r>
    </w:p>
    <w:p>
      <w:r>
        <w:rPr>
          <w:rFonts w:ascii="Courier New" w:hAnsi="Courier New"/>
          <w:color w:val="555555"/>
          <w:sz w:val="20"/>
        </w:rPr>
        <w:t>[15]</w:t>
      </w:r>
    </w:p>
    <w:p>
      <w:r>
        <w:rPr>
          <w:rFonts w:ascii="Gentium Plus" w:hAnsi="Gentium Plus"/>
          <w:sz w:val="24"/>
        </w:rPr>
        <w:t>αὐτὸν καὶ ἀποκλείσας αὐτὸν ἐν οἴκῳ μετὰ τῆς γυναικὸς αὐ‐ τοῦ καὶ τῶν τέκνων αὐτοῦ, φονεύσας καὶ τοὺς συγκλητικούς. καὶ ἔπεμψεν ὁ αὐτὸς Γελίμερ διὰ τοῦ ἰδίου πρεσβευτοῦ δῶρα τῷ βασιλεῖ Ἰουστινιανῷ· καὶ μηνυθέντων τῷ βασιλεῖ Ῥωμαίων ἠγα‐ νάκτησε κατ’ αὐτῶν ἕνεκεν τοῦ ῥηγὸς τῶν Ἀφρῶν· ἦν γὰρ μα‐</w:t>
      </w:r>
    </w:p>
    <w:p>
      <w:r>
        <w:rPr>
          <w:rFonts w:ascii="Courier New" w:hAnsi="Courier New"/>
          <w:color w:val="555555"/>
          <w:sz w:val="20"/>
        </w:rPr>
        <w:t>[20]</w:t>
      </w:r>
    </w:p>
    <w:p>
      <w:r>
        <w:rPr>
          <w:rFonts w:ascii="Gentium Plus" w:hAnsi="Gentium Plus"/>
          <w:sz w:val="24"/>
        </w:rPr>
        <w:t>θὼν τὴν γενομένην τυραννίδα κατὰ Γιλδερίχου· καὶ ἀπέλυσεν</w:t>
      </w:r>
    </w:p>
    <w:p>
      <w:r>
        <w:rPr>
          <w:rFonts w:ascii="Courier New" w:hAnsi="Courier New"/>
          <w:color w:val="555555"/>
          <w:sz w:val="20"/>
        </w:rPr>
        <w:t>[Chron . 460]</w:t>
      </w:r>
    </w:p>
    <w:p>
      <w:r>
        <w:rPr>
          <w:rFonts w:ascii="Gentium Plus" w:hAnsi="Gentium Plus"/>
          <w:sz w:val="24"/>
        </w:rPr>
        <w:t>μῃ πρὸς τὸν ῥῆγα Ἀθαλάριχον, ἔκγονον τοῦ Οὐαλεμεριακοῦ, δηλώσας αὐτῷ τοῦ μὴ δέξασθαι πρεσβευτὰς παρὰ Γελίμερ ἐκ‐ πεμπομένους πρὸς αὐτόν, μήτε δὲ τὴν ὀνομασίαν αὐτοῦ εἰς ῥῆ‐ γα, διότι ἐστὶ τύραννος. καὶ δεξάμενος τὰ ἐκπεμφθέντα γράμ‐</w:t>
      </w:r>
    </w:p>
    <w:p>
      <w:r>
        <w:rPr>
          <w:rFonts w:ascii="Courier New" w:hAnsi="Courier New"/>
          <w:color w:val="555555"/>
          <w:sz w:val="20"/>
        </w:rPr>
        <w:t>[5]</w:t>
      </w:r>
    </w:p>
    <w:p>
      <w:r>
        <w:rPr>
          <w:rFonts w:ascii="Gentium Plus" w:hAnsi="Gentium Plus"/>
          <w:sz w:val="24"/>
        </w:rPr>
        <w:t>ματα παρὰ τοῦ βασιλέως καὶ στοιχήσας, οὐκ ἐδέξατο πρεσβευ‐ τὰς παρὰ Γελίμερ τοῦ Ἀφροῦ. Ἐν αὐτῷ δὲ τῷ χρόνῳ ὁ αὐτὸς βασιλεὺς ἀγωνίσασθαι βου‐ λόμενος κατὰ Περσῶν διὰ γῆς τε καὶ θαλάσσης, ἐκπέμπει στρά‐ τευμα τοῦ φυλάξαι ἀτάραχον τὴν πολιτείαν Ῥωμαίων.</w:t>
      </w:r>
    </w:p>
    <w:p>
      <w:r>
        <w:rPr>
          <w:rFonts w:ascii="Courier New" w:hAnsi="Courier New"/>
          <w:color w:val="555555"/>
          <w:sz w:val="20"/>
        </w:rPr>
        <w:t>[10]</w:t>
      </w:r>
    </w:p>
    <w:p>
      <w:r>
        <w:rPr>
          <w:rFonts w:ascii="Gentium Plus" w:hAnsi="Gentium Plus"/>
          <w:sz w:val="24"/>
        </w:rPr>
        <w:t>Τῷ δὲ αὐτῷ χρόνῳ δέησις κατεπέμφθη Ἐφραϊμίῳ πατριάρ‐ χῃ παρὰ τῶν ἀπομεινάντων ἐν αἰχμαλωσίᾳ ὑπὸ Ἀλαμουνδάρου Σαρακηνοῦ, ὡς πικραῖς τιμωρίαις δεδέσθαι αὐτούς. τινὰς γὰρ καὶ ἀπεκεφάλισεν ἐξ αὐτῶν, φοβούμενος μήπως καὶ προδοσία ἐξ αὐτῶν γένηται. καί τινες προσπεσόντες αὐτῷ παρεκάλεσαν ὀλί‐</w:t>
      </w:r>
    </w:p>
    <w:p>
      <w:r>
        <w:rPr>
          <w:rFonts w:ascii="Courier New" w:hAnsi="Courier New"/>
          <w:color w:val="555555"/>
          <w:sz w:val="20"/>
        </w:rPr>
        <w:t>[15]</w:t>
      </w:r>
    </w:p>
    <w:p>
      <w:r>
        <w:rPr>
          <w:rFonts w:ascii="Gentium Plus" w:hAnsi="Gentium Plus"/>
          <w:sz w:val="24"/>
        </w:rPr>
        <w:t>γων ἡμερῶν ἔνδοσιν γενέσθαι αὐτοῖς πρὸς τὸ πέμψαι δέησιν ἐν τῇ Ῥωμαίων πολιτείᾳ τοῦ ἐκπεμφθῆναι χρήματα εἰς ἀνάῤ‐ ῥυσιν αὐτῶν. καὶ ταῦτα ἀκούσας Ἀλαμούνδαρος, χαίρων, φησί, παρεκλήθη· καὶ δεδωκὼς προθεσμίαν ἡμερῶν ἑξήκοντα, ἀντι‐ φωνήσαντος ὑπὲρ αὐτῶν Ταϊζάνου τοῦ ἀρχιφύλου Σαρακηνῶν,</w:t>
      </w:r>
    </w:p>
    <w:p>
      <w:r>
        <w:rPr>
          <w:rFonts w:ascii="Courier New" w:hAnsi="Courier New"/>
          <w:color w:val="555555"/>
          <w:sz w:val="20"/>
        </w:rPr>
        <w:t>[20]</w:t>
      </w:r>
    </w:p>
    <w:p>
      <w:r>
        <w:rPr>
          <w:rFonts w:ascii="Gentium Plus" w:hAnsi="Gentium Plus"/>
          <w:sz w:val="24"/>
        </w:rPr>
        <w:t>καὶ τῆς δεήσεως ἐκπεμφθείσης, ἀνεγνώσθη ἐν Ἀντιοχείᾳ, καὶ με‐ τὰ δακρύων πάντες εἰς τὰ λεγόμενα γαζοφυλάκια ἐν ἑκάστῃ ἐκ‐</w:t>
      </w:r>
    </w:p>
    <w:p>
      <w:r>
        <w:rPr>
          <w:rFonts w:ascii="Courier New" w:hAnsi="Courier New"/>
          <w:color w:val="555555"/>
          <w:sz w:val="20"/>
        </w:rPr>
        <w:t>[Chron . 461]</w:t>
      </w:r>
    </w:p>
    <w:p>
      <w:r>
        <w:rPr>
          <w:rFonts w:ascii="Gentium Plus" w:hAnsi="Gentium Plus"/>
          <w:sz w:val="24"/>
        </w:rPr>
        <w:t>νυχθεὶς ὁ πατριάρχης σὺν τοῖς κληρικοῖς καὶ τοῖς ἄρχουσιν ἐξ οἰκείας προαιρέσεως μετέδωκαν. καὶ ἀναγνωσθείσης τῆς δεήσεως τῆς παρὰ τῶν αἰχμαλώτων πεμφθείσης, ᾔτησε πᾶς ὁ δῆμος τοῦ ἀχθῆναι πάνδημον· καὶ τοῦ πανδήμου ἀχθέντος καὶ τάπητος</w:t>
      </w:r>
    </w:p>
    <w:p>
      <w:r>
        <w:rPr>
          <w:rFonts w:ascii="Courier New" w:hAnsi="Courier New"/>
          <w:color w:val="555555"/>
          <w:sz w:val="20"/>
        </w:rPr>
        <w:t>[5]</w:t>
      </w:r>
    </w:p>
    <w:p>
      <w:r>
        <w:rPr>
          <w:rFonts w:ascii="Gentium Plus" w:hAnsi="Gentium Plus"/>
          <w:sz w:val="24"/>
        </w:rPr>
        <w:t>ἁπλωθέντος, ἕκαστος καθ’ ὃ ηὐπόρει ἔῤῥιπτεν ἐν τῷ τάπητι. καὶ συναχθέντων πάντων καὶ ἐκπεμφθέντων ἀνεῤῥύσθησαν οἱ αἰχμάλωτοι. Τῷ δὲ αὐτῷ χρόνῳ κατεπέμφθη ὁ μάγιστρος Ἑρμογένης ἐν τοῖς ἀνατολικοῖς μέρεσιν ἕνεκεν τοῦ Περσικοῦ πολέμου· ἦν γὰρ</w:t>
      </w:r>
    </w:p>
    <w:p>
      <w:r>
        <w:rPr>
          <w:rFonts w:ascii="Courier New" w:hAnsi="Courier New"/>
          <w:color w:val="555555"/>
          <w:sz w:val="20"/>
        </w:rPr>
        <w:t>[10]</w:t>
      </w:r>
    </w:p>
    <w:p>
      <w:r>
        <w:rPr>
          <w:rFonts w:ascii="Gentium Plus" w:hAnsi="Gentium Plus"/>
          <w:sz w:val="24"/>
        </w:rPr>
        <w:t>ὁ βασιλεὺς Ῥωμαίων μαθὼν ὅτι στρατηλάτης Περσῶν Ἐξαρὰθ ὀνόματι μετὰ Περσικῆς βοηθείας, ἔχων μεθ’ ἑαυτοῦ καὶ βάνδον βασιλικόν, ὥρμησεν ἐπὶ τὰ Ῥωμαϊκά. καὶ Ἀλαμούνδαρος δέ, βασιλίσκος Σαρακηνῶν, μετὰ πολλῆς ἐνόπλου βοηθείας, διὰ τοῦ Κιρκησίου ἐλθὼν ἀνεφάνη εἰς Καλλίνικον, πόλιν τῆς Ὀσ‐</w:t>
      </w:r>
    </w:p>
    <w:p>
      <w:r>
        <w:rPr>
          <w:rFonts w:ascii="Courier New" w:hAnsi="Courier New"/>
          <w:color w:val="555555"/>
          <w:sz w:val="20"/>
        </w:rPr>
        <w:t>[15]</w:t>
      </w:r>
    </w:p>
    <w:p>
      <w:r>
        <w:rPr>
          <w:rFonts w:ascii="Gentium Plus" w:hAnsi="Gentium Plus"/>
          <w:sz w:val="24"/>
        </w:rPr>
        <w:t>δροηνῆς. Καὶ γνοὺς ταῦτα Βελισάριος ὁ στρατηλάτης, ἀπελθὼν εἰς συμμαχίαν τῶν δουκῶν μετὰ χιλιάδων ὀκτώ, ἐν οἷς εὑρέθη καὶ Ἀρέθας ὁ φύλαρχος μετὰ χιλιάδων πέντε. ὁρμήσαντες δὲ οἱ Πέρσαι μετὰ τῶν ἰδίων Σαρακηνῶν νυκτὸς κατεσκήνωσαν πλη‐</w:t>
      </w:r>
    </w:p>
    <w:p>
      <w:r>
        <w:rPr>
          <w:rFonts w:ascii="Courier New" w:hAnsi="Courier New"/>
          <w:color w:val="555555"/>
          <w:sz w:val="20"/>
        </w:rPr>
        <w:t>[20]</w:t>
      </w:r>
    </w:p>
    <w:p>
      <w:r>
        <w:rPr>
          <w:rFonts w:ascii="Gentium Plus" w:hAnsi="Gentium Plus"/>
          <w:sz w:val="24"/>
        </w:rPr>
        <w:t>σίον τοῦ κάστρου Γαββουλῶν, ἔχον παρακείμενον καὶ μικρὸν πο‐ ταμόν· καὶ ποιήσαντες ἐκεῖ φοσσᾶτον ἐσκόρπισαν πέριξ τοῦ</w:t>
      </w:r>
    </w:p>
    <w:p>
      <w:r>
        <w:rPr>
          <w:rFonts w:ascii="Courier New" w:hAnsi="Courier New"/>
          <w:color w:val="555555"/>
          <w:sz w:val="20"/>
        </w:rPr>
        <w:t>[Chron . 462]</w:t>
      </w:r>
    </w:p>
    <w:p>
      <w:r>
        <w:rPr>
          <w:rFonts w:ascii="Gentium Plus" w:hAnsi="Gentium Plus"/>
          <w:sz w:val="24"/>
        </w:rPr>
        <w:t>ἐάσαντες εἴσοδον. καὶ ἐλθόντος ὄπισθεν αὐτῶν Σουνίκα τοῦ δουκὸς μετὰ χιλιάδων τεσσάρων, καὶ εὑρηκώς τινας ἐκ τῶν Περ‐ σῶν καὶ Σαρακηνῶν πραιδεύοντας τὰ παρακείμενα χωρία καὶ καταδιώξας, ἐφόνευσεν ἐξ αὐτῶν ὀλίγους, συλλαβόμενος καί τι‐</w:t>
      </w:r>
    </w:p>
    <w:p>
      <w:r>
        <w:rPr>
          <w:rFonts w:ascii="Courier New" w:hAnsi="Courier New"/>
          <w:color w:val="555555"/>
          <w:sz w:val="20"/>
        </w:rPr>
        <w:t>[5]</w:t>
      </w:r>
    </w:p>
    <w:p>
      <w:r>
        <w:rPr>
          <w:rFonts w:ascii="Gentium Plus" w:hAnsi="Gentium Plus"/>
          <w:sz w:val="24"/>
        </w:rPr>
        <w:t>νας ἐξ αὐτῶν· οὕστινας ἐξετάσας ἔμαθε περὶ τῶν βεβουλευ‐ μένων. Ὁ δὲ μάγιστρος Ῥωμαίων καταλαβὼν τὴν Ἱεράπολιν, καὶ μαθὼν ὅτι εἰς τὰ Ῥωμαϊκὰ ἐσκήνωσαν οἱ Πέρσαι, ἐξελθὼν πρὸς Βελισάριον πλησίον ὄντα τῶν Περσῶν μετὰ Στεφάνου καὶ</w:t>
      </w:r>
    </w:p>
    <w:p>
      <w:r>
        <w:rPr>
          <w:rFonts w:ascii="Courier New" w:hAnsi="Courier New"/>
          <w:color w:val="555555"/>
          <w:sz w:val="20"/>
        </w:rPr>
        <w:t>[10]</w:t>
      </w:r>
    </w:p>
    <w:p>
      <w:r>
        <w:rPr>
          <w:rFonts w:ascii="Gentium Plus" w:hAnsi="Gentium Plus"/>
          <w:sz w:val="24"/>
        </w:rPr>
        <w:t>Ἄψκαλ ἐξάρχων καὶ Σίμμα τοῦ δουκὸς μετὰ χιλιάδων τεσσάρων, ἐπὶ Βαρβαισισσὸν τὴν πόλιν· καὶ ἀγανακτήσαντος Βελισαρίου κατὰ Σουνίκα, διότι αὐθεντήσας ἐπῆλθε τῷ Περσικῷ στρατῷ, καὶ φθάσαντος τοῦ μαγίστρου ἐποίησεν αὐτοὺς γενέσθαι φίλους, προτρεψάμενος ὁρμῆσαι κατὰ Περσῶν. καὶ μεσολαβηθέντων</w:t>
      </w:r>
    </w:p>
    <w:p>
      <w:r>
        <w:rPr>
          <w:rFonts w:ascii="Courier New" w:hAnsi="Courier New"/>
          <w:color w:val="555555"/>
          <w:sz w:val="20"/>
        </w:rPr>
        <w:t>[15]</w:t>
      </w:r>
    </w:p>
    <w:p>
      <w:r>
        <w:rPr>
          <w:rFonts w:ascii="Gentium Plus" w:hAnsi="Gentium Plus"/>
          <w:sz w:val="24"/>
        </w:rPr>
        <w:t>τῶν Περσῶν σὺν τοῖς Σαρακηνοῖς ἐπὶ τὴν κώμην τὴν λεγο‐ μένην Βεσελαθὼν καὶ Βατνῶν καὶ τῶν πέριξ πόλεων, καὶ ποι‐ ήσαντες οἱ Πέρσαι διὰ ξύλων μηχανήματα καὶ διορύξαντες, ἔστρεψαν τὸ τεῖχος Γαββουλῶν, καὶ εἰσελθόντες ὅσους ηὗρον ἐφόνευσαν, ἐπαρόντες καὶ αἰχμαλώτους. καὶ ἄλλους δὲ τόπους</w:t>
      </w:r>
    </w:p>
    <w:p>
      <w:r>
        <w:rPr>
          <w:rFonts w:ascii="Courier New" w:hAnsi="Courier New"/>
          <w:color w:val="555555"/>
          <w:sz w:val="20"/>
        </w:rPr>
        <w:t>[20]</w:t>
      </w:r>
    </w:p>
    <w:p>
      <w:r>
        <w:rPr>
          <w:rFonts w:ascii="Gentium Plus" w:hAnsi="Gentium Plus"/>
          <w:sz w:val="24"/>
        </w:rPr>
        <w:t>παρέλαβον ποιήσαντες αἰφνιδίους καταδρομάς.</w:t>
      </w:r>
    </w:p>
    <w:p>
      <w:r>
        <w:rPr>
          <w:rFonts w:ascii="Courier New" w:hAnsi="Courier New"/>
          <w:color w:val="555555"/>
          <w:sz w:val="20"/>
        </w:rPr>
        <w:t>[Chron . 463]</w:t>
      </w:r>
    </w:p>
    <w:p>
      <w:r>
        <w:rPr>
          <w:rFonts w:ascii="Gentium Plus" w:hAnsi="Gentium Plus"/>
          <w:sz w:val="24"/>
        </w:rPr>
        <w:t>πάραλον τῆς Συρίας. τῶν δὲ στρατηγῶν Ῥωμαίων δηλωσάν‐ των ἑαυτοῖς τοῦ ἑτοίμως ἔχειν συγκροῦσαι μετ’ αὐτῶν· ἦν γὰρ δηλωθὲν ἐκ τῶν Περσῶν τοῦ συναφθῆναι τὸν πόλεμον, καὶ παραλαβόντες πᾶσαν τὴν πραῖδαν, νυκτὸς ἔφυγον· καὶ μαθὼν</w:t>
      </w:r>
    </w:p>
    <w:p>
      <w:r>
        <w:rPr>
          <w:rFonts w:ascii="Courier New" w:hAnsi="Courier New"/>
          <w:color w:val="555555"/>
          <w:sz w:val="20"/>
        </w:rPr>
        <w:t>[5]</w:t>
      </w:r>
    </w:p>
    <w:p>
      <w:r>
        <w:rPr>
          <w:rFonts w:ascii="Gentium Plus" w:hAnsi="Gentium Plus"/>
          <w:sz w:val="24"/>
        </w:rPr>
        <w:t>ταῦτα Βελισάριος καὶ οἱ ἔξαρχοι Ῥωμαίων, ἐπιδιώξαντες κατέ‐ λαβον αὐτούς· καὶ στραφέντες οἱ Πέρσαι ἔστησαν, καὶ τάξαντες ἑαυτοὺς ἐσκήνωσαν ἐπὶ τὸ λίμιτον πέραν τοῦ Εὐφράτου βου‐ λευόμενοι. ὁμοίως δὲ καὶ οἱ ἔξαρχοι Ῥωμαίων στρατολογήσαν‐ τες ἔστησαν κατέναντι τῶν Περσῶν, κατὰ νώτου ἑαυτῶν τάξαν‐</w:t>
      </w:r>
    </w:p>
    <w:p>
      <w:r>
        <w:rPr>
          <w:rFonts w:ascii="Courier New" w:hAnsi="Courier New"/>
          <w:color w:val="555555"/>
          <w:sz w:val="20"/>
        </w:rPr>
        <w:t>[10]</w:t>
      </w:r>
    </w:p>
    <w:p>
      <w:r>
        <w:rPr>
          <w:rFonts w:ascii="Gentium Plus" w:hAnsi="Gentium Plus"/>
          <w:sz w:val="24"/>
        </w:rPr>
        <w:t>τες τὸν Εὐφράτην, Βελισαρίου ἐπιτρέψαντος τὰ πλοῖα παρὰ τὰς ὄχθας τοῦ ποταμοῦ ἑστάναι. εἰς δὲ τὸ κατὰ μεσημβρίαν μέρος ἐσκήνωσεν Ἀρέθας μετὰ Δωροθέου καὶ Μάμαντος, ἐξάρχων Ἰσαύρων, εἰς δὲ τὸ ἀρκτῷον Σουνίκας καὶ Σίμμας ἔχοντες στρα‐ τόν. καὶ τῇ ιθʹ τοῦ ἀπριλλίου ἐν ἁγίῳ σαββάτῳ τοῦ πάσχα</w:t>
      </w:r>
    </w:p>
    <w:p>
      <w:r>
        <w:rPr>
          <w:rFonts w:ascii="Courier New" w:hAnsi="Courier New"/>
          <w:color w:val="555555"/>
          <w:sz w:val="20"/>
        </w:rPr>
        <w:t>[15]</w:t>
      </w:r>
    </w:p>
    <w:p>
      <w:r>
        <w:rPr>
          <w:rFonts w:ascii="Gentium Plus" w:hAnsi="Gentium Plus"/>
          <w:sz w:val="24"/>
        </w:rPr>
        <w:t>ἐγένετο ἡ συμβολὴ τοῦ πολέμου. ὁρμησάντων γὰρ τῶν Περσῶν κατὰ Σουνίκα καὶ Σίμμα, καὶ ἀντιστάντων Ῥωμαίων, δόλῳ δέ‐ δωκαν οἱ Πέρσαι νῶτα ἐπὶ τοὺς ἰδίους ἑαυτῶν. καὶ ὑφ’ ἓν γε‐ νόμενοι Πέρσαι, προσεσχηκότες ὅτι Ῥωμαῖοι κατὰ νώτου ἔχουσι τὸν Εὐφράτην, ὁρμήσαντες σὺν τοῖς Σαρακηνοῖς συνέκρουσαν</w:t>
      </w:r>
    </w:p>
    <w:p>
      <w:r>
        <w:rPr>
          <w:rFonts w:ascii="Courier New" w:hAnsi="Courier New"/>
          <w:color w:val="555555"/>
          <w:sz w:val="20"/>
        </w:rPr>
        <w:t>[20]</w:t>
      </w:r>
    </w:p>
    <w:p>
      <w:r>
        <w:rPr>
          <w:rFonts w:ascii="Gentium Plus" w:hAnsi="Gentium Plus"/>
          <w:sz w:val="24"/>
        </w:rPr>
        <w:t>τὸν πόλεμον, καὶ πολλῶν πεσόντων ἐξ ἀμφοτέρων τῶν μερῶν, ἐν οἷς ἔπεσον ἀπὸ μὲν Περσῶν Ἀνδράζης, χιλίαρχος, καὶ Νααμάν, υἱὸς Ἀλαμουνδάρου, ἐκ δὲ Ῥωμαίων Σαρακηνῶν ἐλήφθη Ἄβρος</w:t>
      </w:r>
    </w:p>
    <w:p>
      <w:r>
        <w:rPr>
          <w:rFonts w:ascii="Courier New" w:hAnsi="Courier New"/>
          <w:color w:val="555555"/>
          <w:sz w:val="20"/>
        </w:rPr>
        <w:t>[Chron . 464]</w:t>
      </w:r>
    </w:p>
    <w:p>
      <w:r>
        <w:rPr>
          <w:rFonts w:ascii="Gentium Plus" w:hAnsi="Gentium Plus"/>
          <w:sz w:val="24"/>
        </w:rPr>
        <w:t>ἀμιξίας γενομένης, ὁ Ἄψκαλ εἰς μέσον Περσῶν ὁρμήσας, καὶ τοῦ ἵππου αὐτοῦ πατήσαντος λείψανον, εἰς μέσον αὐτῶν ἀπώλετο· οἱ δὲ Φρύγες ἑωρακότες τὸν ἔξαρχον ἑαυτῶν πεσόντα καὶ τὸ βάν‐ δον αὐτοῦ ὑπὸ Περσῶν συλληφθέντα εἰς φυγὴν ἐτράπησαν, σὺν</w:t>
      </w:r>
    </w:p>
    <w:p>
      <w:r>
        <w:rPr>
          <w:rFonts w:ascii="Courier New" w:hAnsi="Courier New"/>
          <w:color w:val="555555"/>
          <w:sz w:val="20"/>
        </w:rPr>
        <w:t>[5]</w:t>
      </w:r>
    </w:p>
    <w:p>
      <w:r>
        <w:rPr>
          <w:rFonts w:ascii="Gentium Plus" w:hAnsi="Gentium Plus"/>
          <w:sz w:val="24"/>
        </w:rPr>
        <w:t>αὐτοῖς δὲ καὶ οἱ Σαρακηνοὶ Ῥωμαίων. ἄλλοι δὲ ἐπέμειναν σὺν Ἀρέθᾳ μαχόμενοι. ὑπέλαβον δέ τινες ὅτι κατὰ προδοσίαν τῶν φυλάρχων αὐτῶν δέδωκαν νῶτα φανεροὶ τῶν Σαρακηνῶν. Ἴσαυ‐ ροι δὲ πλησίον αὐτῶν ἑστῶτες καὶ εἰδότες τοὺς Σαρακηνοὺς φεύ‐ γοντας, ἔῤῥιψαν ἑαυτοὺς ἐν τῷ Εὐφράτῃ, νομίζοντες περᾶν.</w:t>
      </w:r>
    </w:p>
    <w:p>
      <w:r>
        <w:rPr>
          <w:rFonts w:ascii="Courier New" w:hAnsi="Courier New"/>
          <w:color w:val="555555"/>
          <w:sz w:val="20"/>
        </w:rPr>
        <w:t>[10]</w:t>
      </w:r>
    </w:p>
    <w:p>
      <w:r>
        <w:rPr>
          <w:rFonts w:ascii="Gentium Plus" w:hAnsi="Gentium Plus"/>
          <w:sz w:val="24"/>
        </w:rPr>
        <w:t>Βελισάριος δὲ ἑωρακὼς τὸ γενόμενον, λαβὼν μεθ’ ἑαυτοῦ τὸ ἴδιον βάνδον ἀνῆλθεν ἐν πλοίῳ· καὶ περάσας τὸν Εὐφράτην ἦλθεν εἰς Καλλίνικον. συνηκολούθησε δὲ αὐτῷ καὶ ὁ στρατὸς αὐτοῦ· καὶ οἱ μὲν εἰς πλοῖα ἐμβάντες, οἱ δὲ μετὰ τῶν ἵππων ἐκκολυμβῆσαι βουλόμενοι, ἐπλήρωσαν τὸν ποταμὸν λειψάνων. Σουνίκας δὲ</w:t>
      </w:r>
    </w:p>
    <w:p>
      <w:r>
        <w:rPr>
          <w:rFonts w:ascii="Courier New" w:hAnsi="Courier New"/>
          <w:color w:val="555555"/>
          <w:sz w:val="20"/>
        </w:rPr>
        <w:t>[15]</w:t>
      </w:r>
    </w:p>
    <w:p>
      <w:r>
        <w:rPr>
          <w:rFonts w:ascii="Gentium Plus" w:hAnsi="Gentium Plus"/>
          <w:sz w:val="24"/>
        </w:rPr>
        <w:t>καὶ Σίμμας ἐπέμειναν μετὰ Περσῶν μαχόμενοι· καὶ οἱ δύο ἔξαρ‐ χοι ἐπιμείναντες μετὰ τοῦ περιλειφθέντος στρατοῦ ἀποβάντες τῶν ἵππων πεζικὴν μάχην ἐμάχοντο γενναίως, καὶ τακτικῶς χρησά‐ μενοι πολλοὺς ἀπώλεσαν ἐκ τῶν Περσῶν. οὐ συνεχώρησαν δὲ αὐτοῖς καταδιῶξαι τοὺς φεύγοντας, ἀλλὰ καὶ μεσολαβήσαντες</w:t>
      </w:r>
    </w:p>
    <w:p>
      <w:r>
        <w:rPr>
          <w:rFonts w:ascii="Courier New" w:hAnsi="Courier New"/>
          <w:color w:val="555555"/>
          <w:sz w:val="20"/>
        </w:rPr>
        <w:t>[20]</w:t>
      </w:r>
    </w:p>
    <w:p>
      <w:r>
        <w:rPr>
          <w:rFonts w:ascii="Gentium Plus" w:hAnsi="Gentium Plus"/>
          <w:sz w:val="24"/>
        </w:rPr>
        <w:t>τρεῖς ἐκ τῶν ἐξάρχων αὐτῶν δύο μὲν ἐφόνευσαν, ἕνα δὲ ζῶντα συνέλαβον τῷ ὀνόματι Ἀμερδάχ, ἄνδρα πολεμικόν, τῆς δεξιᾶς αὐ‐</w:t>
      </w:r>
    </w:p>
    <w:p>
      <w:r>
        <w:rPr>
          <w:rFonts w:ascii="Courier New" w:hAnsi="Courier New"/>
          <w:color w:val="555555"/>
          <w:sz w:val="20"/>
        </w:rPr>
        <w:t>[Chron . 465]</w:t>
      </w:r>
    </w:p>
    <w:p>
      <w:r>
        <w:rPr>
          <w:rFonts w:ascii="Gentium Plus" w:hAnsi="Gentium Plus"/>
          <w:sz w:val="24"/>
        </w:rPr>
        <w:t>μαχόμενοι μετὰ τοῦ ἰδίου στρατοῦ· καὶ ἐπιλαβομένης ἑσπέρας, τῶν Περσῶν διωχθέντων ἐπὶ μίλια δύο, οἱ ἔξαρχοι Ῥωμαίων σὺν τῷ στρατῷ εἰσῆλθον εἰς Καλλίνικον πόλιν. καὶ τῇ ἑξῆς ἡμέρᾳ ἡλίου ἀνατείλαντος ἐξῆλθον ἀπὸ Καλλινίκου πόλεως, περάσαν‐</w:t>
      </w:r>
    </w:p>
    <w:p>
      <w:r>
        <w:rPr>
          <w:rFonts w:ascii="Courier New" w:hAnsi="Courier New"/>
          <w:color w:val="555555"/>
          <w:sz w:val="20"/>
        </w:rPr>
        <w:t>[5]</w:t>
      </w:r>
    </w:p>
    <w:p>
      <w:r>
        <w:rPr>
          <w:rFonts w:ascii="Gentium Plus" w:hAnsi="Gentium Plus"/>
          <w:sz w:val="24"/>
        </w:rPr>
        <w:t>τες τὸν Εὐφράτην μετὰ τοῦ ἰδίου στρατοῦ καὶ τῶν πολιτῶν· καὶ ἐσκύλευσαν τὰ λείψανα τῶν Περσῶν. καὶ μαθὼν πάντα τὰ γενόμενα ἐν τῷ πολέμῳ ὁ μάγιστρος, ἐδήλωσε τῷ βασιλεῖ Ῥω‐ μαίων. καὶ ἐντυχὼν τοῖς γράμμασιν ὁ βασιλεὺς Ἰουστινιανός, κελεύσας διὰ γραμμάτων Τζίττᾳ τῷ στρατηλάτῃ πραισέντου,</w:t>
      </w:r>
    </w:p>
    <w:p>
      <w:r>
        <w:rPr>
          <w:rFonts w:ascii="Courier New" w:hAnsi="Courier New"/>
          <w:color w:val="555555"/>
          <w:sz w:val="20"/>
        </w:rPr>
        <w:t>[10]</w:t>
      </w:r>
    </w:p>
    <w:p>
      <w:r>
        <w:rPr>
          <w:rFonts w:ascii="Gentium Plus" w:hAnsi="Gentium Plus"/>
          <w:sz w:val="24"/>
        </w:rPr>
        <w:t>ἐν Ἀρμενίᾳ διάγοντι, καταλαβεῖν τὴν ἀνατολὴν πρὸς συμμαχίαν· ὅστις Τζίττας καὶ Περσικὰς χώρας παρέλαβε. παρελθὼν δὲ διὰ τῶν Ἀρμενίων ὀρέων εἰσῆλθεν εἰς Σαμόσατα· ἐκελεύσθη δὲ καὶ Κωνσταντίολος καταλαβεῖν τὴν ἀνατολήν, γνῶναι τὴν ἀλήθειαν τοῦ πολέμου. καὶ καταλαβόντος αὐτοῦ Ἀντιόχειαν, ἐξώρμησε</w:t>
      </w:r>
    </w:p>
    <w:p>
      <w:r>
        <w:rPr>
          <w:rFonts w:ascii="Courier New" w:hAnsi="Courier New"/>
          <w:color w:val="555555"/>
          <w:sz w:val="20"/>
        </w:rPr>
        <w:t>[15]</w:t>
      </w:r>
    </w:p>
    <w:p>
      <w:r>
        <w:rPr>
          <w:rFonts w:ascii="Gentium Plus" w:hAnsi="Gentium Plus"/>
          <w:sz w:val="24"/>
        </w:rPr>
        <w:t>πρὸς τοὺς ἐξάρχους Ῥωμαίων, ὀφείλων τὴν πᾶσαν ἀλήθειαν μαθεῖν. Ἐν αὐτῷ δὲ τῷ καιρῷ διεδέχθη Ἰουλιανός, ἔπαρχος πραιτω‐ ρίων, καὶ ἐγένετο ἀντ’ αὐτοῦ Ἰωάννης ὁ Καππάδοξ. Ἐγνώσθη δὲ Ῥωμαίοις ὅτι ἔξαρχοι Περσῶν μετὰ Περσικῆς</w:t>
      </w:r>
    </w:p>
    <w:p>
      <w:r>
        <w:rPr>
          <w:rFonts w:ascii="Courier New" w:hAnsi="Courier New"/>
          <w:color w:val="555555"/>
          <w:sz w:val="20"/>
        </w:rPr>
        <w:t>[20]</w:t>
      </w:r>
    </w:p>
    <w:p>
      <w:r>
        <w:rPr>
          <w:rFonts w:ascii="Gentium Plus" w:hAnsi="Gentium Plus"/>
          <w:sz w:val="24"/>
        </w:rPr>
        <w:t>βοηθείας καὶ Σαρακηνῶν ἦλθαν ἐπὶ τὴν Ὀσδροηνήν, φοσσεύσαν‐ τες τὸ κάστρον τὸ λεγόμενον Ἀβγερσᾶτον, τὸ κτισθὲν ὑπὸ Ἀβ‐ γάρου, τοπάρχου τῆς Ὀσδροηνῶν πόλεως· εἶχε δὲ παλαιὸν τεῖ‐</w:t>
      </w:r>
    </w:p>
    <w:p>
      <w:r>
        <w:rPr>
          <w:rFonts w:ascii="Courier New" w:hAnsi="Courier New"/>
          <w:color w:val="555555"/>
          <w:sz w:val="20"/>
        </w:rPr>
        <w:t>[Chron . 466]</w:t>
      </w:r>
    </w:p>
    <w:p>
      <w:r>
        <w:rPr>
          <w:rFonts w:ascii="Gentium Plus" w:hAnsi="Gentium Plus"/>
          <w:sz w:val="24"/>
        </w:rPr>
        <w:t>ἐθανάτωσαν ἐκ τῶν Περσῶν ἄνδρας χιλίους· καὶ ἀπορήσαντες βελῶν, σφενδόναις χρησάμενοι πολλοὺς ἐξ αὐτῶν ἐθανάτωσαν. ὅθεν οἱ Πέρσαι στενούμενοι καὶ διαφόροις χρησάμενοι μηχαναῖς, ὀρύξαντες τὸ πλίνθινον τεῖχος τοῦ κάστρου ὑπεισήρχοντο. γνόν‐</w:t>
      </w:r>
    </w:p>
    <w:p>
      <w:r>
        <w:rPr>
          <w:rFonts w:ascii="Courier New" w:hAnsi="Courier New"/>
          <w:color w:val="555555"/>
          <w:sz w:val="20"/>
        </w:rPr>
        <w:t>[5]</w:t>
      </w:r>
    </w:p>
    <w:p>
      <w:r>
        <w:rPr>
          <w:rFonts w:ascii="Gentium Plus" w:hAnsi="Gentium Plus"/>
          <w:sz w:val="24"/>
        </w:rPr>
        <w:t>τες δὲ οἱ ἐκ τοῦ τείχους τὴν γενομένην ὑπὸ βαρβάρων διωρυγήν, κατελθόντες ἐκ τοῦ τείχους τοὺς ὑπεισερχομένους Πέρσας ξίφε‐ σι κατανήλισκον. καὶ γνόντες οἱ Πέρσαι, ἐν τῷ ἀσχολεῖσθαι τοὺς στρατιώτας Ῥωμαίων εἰς τὴν διωρυγὴν λαβόντες σκάλας προσήγγισαν τῷ τείχει νυκτός· καὶ εἰσελθόντες παρέλαβον τὸ</w:t>
      </w:r>
    </w:p>
    <w:p>
      <w:r>
        <w:rPr>
          <w:rFonts w:ascii="Courier New" w:hAnsi="Courier New"/>
          <w:color w:val="555555"/>
          <w:sz w:val="20"/>
        </w:rPr>
        <w:t>[10]</w:t>
      </w:r>
    </w:p>
    <w:p>
      <w:r>
        <w:rPr>
          <w:rFonts w:ascii="Gentium Plus" w:hAnsi="Gentium Plus"/>
          <w:sz w:val="24"/>
        </w:rPr>
        <w:t>κάστρον καὶ πάντας ἀνεῖλον· τινὲς δὲ ἐκφυγεῖν δυνηθέντες ἀπήγ‐ γειλαν τὰ γενόμενα· κἀκεῖθεν οἱ Πέρσαι ἐξορμήσαντες ἀνεχώ‐ ρησαν εἰς τὰ Περσικά. Καὶ μαθὼν Κωνσταντίολος τὰ συμβάντα παρὰ τοῦ μαγί‐ στρου καὶ τῶν λοιπῶν ἐξάρχων, ἐξώρμησεν ἐν Βυζαντίῳ, καὶ</w:t>
      </w:r>
    </w:p>
    <w:p>
      <w:r>
        <w:rPr>
          <w:rFonts w:ascii="Courier New" w:hAnsi="Courier New"/>
          <w:color w:val="555555"/>
          <w:sz w:val="20"/>
        </w:rPr>
        <w:t>[15]</w:t>
      </w:r>
    </w:p>
    <w:p>
      <w:r>
        <w:rPr>
          <w:rFonts w:ascii="Gentium Plus" w:hAnsi="Gentium Plus"/>
          <w:sz w:val="24"/>
        </w:rPr>
        <w:t>ἀνήγαγε τὰ συμβάντα τῷ βασιλεῖ. ἀκηκοὼς δὲ παρὰ Κωνσταν‐ τιόλου τὰ περὶ τῆς συμβολῆς τοῦ πολέμου, διεδέξατο μὲν Βε‐ λισάριον τῆς στρατηλασίας, προαγαγὼν δὲ Μοῦνδον ἐποίησεν αὐτὸν στρατηλάτην ἀνατολῆς. τῷ δὲ ἰουνίῳ μηνὶ τῶν στρατη‐ λατῶν Ῥωμαίων κατὰ Περσῶν εὐτρεπιζομένων, Ἀλαμούνδαρος</w:t>
      </w:r>
    </w:p>
    <w:p>
      <w:r>
        <w:rPr>
          <w:rFonts w:ascii="Courier New" w:hAnsi="Courier New"/>
          <w:color w:val="555555"/>
          <w:sz w:val="20"/>
        </w:rPr>
        <w:t>[20]</w:t>
      </w:r>
    </w:p>
    <w:p>
      <w:r>
        <w:rPr>
          <w:rFonts w:ascii="Gentium Plus" w:hAnsi="Gentium Plus"/>
          <w:sz w:val="24"/>
        </w:rPr>
        <w:t>ὁ τῶν Σαρακηνῶν βασιλίσκος γράψας Ῥωμαίοις διὰ Σέργιόν τινα διάκονον ὥστε πεμφθῆναι αὐτὸν πρὸς αὐτόν, ἵνα δι’ αὐτοῦ μηνύσῃ τῷ βασιλεῖ Ῥωμαίων πάκτα εἰρήνης. καὶ Σεργίου κατα‐</w:t>
      </w:r>
    </w:p>
    <w:p>
      <w:r>
        <w:rPr>
          <w:rFonts w:ascii="Courier New" w:hAnsi="Courier New"/>
          <w:color w:val="555555"/>
          <w:sz w:val="20"/>
        </w:rPr>
        <w:t>[Chron . 467]</w:t>
      </w:r>
    </w:p>
    <w:p>
      <w:r>
        <w:rPr>
          <w:rFonts w:ascii="Gentium Plus" w:hAnsi="Gentium Plus"/>
          <w:sz w:val="24"/>
        </w:rPr>
        <w:t>των τῶν ὑπὸ Ἀλαμουνδάρου πεμφθέντων, καὶ ἐντυχὼν τοῖς γράμμασιν ὁ αὐτὸς βασιλεύς, οὐκ ἐπαύσατο ἐπιστρατεύειν κατὰ Περσῶν. καὶ πέμψας Ῥουφῖνον ἐν Περσίδι πρεσβευτήν, γράψας αὐτῷ τοῦ ἀγαπῆσαι φιλίαν· τιμὴ γάρ ἐστι καὶ δόξα ποιῆσαι</w:t>
      </w:r>
    </w:p>
    <w:p>
      <w:r>
        <w:rPr>
          <w:rFonts w:ascii="Courier New" w:hAnsi="Courier New"/>
          <w:color w:val="555555"/>
          <w:sz w:val="20"/>
        </w:rPr>
        <w:t>[5]</w:t>
      </w:r>
    </w:p>
    <w:p>
      <w:r>
        <w:rPr>
          <w:rFonts w:ascii="Gentium Plus" w:hAnsi="Gentium Plus"/>
          <w:sz w:val="24"/>
        </w:rPr>
        <w:t>τὰς δύο πολιτείας ἐν εἰρήνῃ διάγειν· εἰ δὲ μὴ τοῦτο ποιήσει, τὴν Περσικὴν γῆν δι’ ἐμαυτοῦ καταλήψομαι. Ἐν ταὐτῷ δὲ κατεπέμφθη καὶ Σέργιος διάκονος πρὸς Ἀλα‐ μούνδαρον βασιλέα μετὰ δώρων βασιλικῶν. ἐν αὐτῷ δὲ τῷ χρόνῳ κατεπέμφθησαν δῶρα παρὰ τοῦ βασιλέως Ῥωμαίων τῷ</w:t>
      </w:r>
    </w:p>
    <w:p>
      <w:r>
        <w:rPr>
          <w:rFonts w:ascii="Courier New" w:hAnsi="Courier New"/>
          <w:color w:val="555555"/>
          <w:sz w:val="20"/>
        </w:rPr>
        <w:t>[10]</w:t>
      </w:r>
    </w:p>
    <w:p>
      <w:r>
        <w:rPr>
          <w:rFonts w:ascii="Gentium Plus" w:hAnsi="Gentium Plus"/>
          <w:sz w:val="24"/>
        </w:rPr>
        <w:t>βασιλεῖ Περσῶν· ὁμοίως δὲ καὶ ἡ Αὔγουστα κατέπεμψε τῇ βα‐ σιλίσσῃ Περσῶν, τῇ οὔσῃ αὐτοῦ ἀδελφῇ. καὶ καταλαβόντες Ῥουφῖνος καὶ Στρατήγιος τὴν Ἐδεσηνῶν πόλιν ἐμήνυσαν Κωά‐ δῃ, βασιλεῖ Περσῶν. καὶ ἀνεβάλετο τοῦ δέξασθαι αὐτούς, ὅτι ἦν πέμψας κατὰ Ῥωμαίων λαθραίως.</w:t>
      </w:r>
    </w:p>
    <w:p>
      <w:r>
        <w:rPr>
          <w:rFonts w:ascii="Courier New" w:hAnsi="Courier New"/>
          <w:color w:val="555555"/>
          <w:sz w:val="20"/>
        </w:rPr>
        <w:t>[15]</w:t>
      </w:r>
    </w:p>
    <w:p>
      <w:r>
        <w:rPr>
          <w:rFonts w:ascii="Gentium Plus" w:hAnsi="Gentium Plus"/>
          <w:sz w:val="24"/>
        </w:rPr>
        <w:t>Ἐν αὐτῷ δὲ τῷ χρόνῳ καὶ ἐμπρησμὸς ἐγένετο ἐν Ἀντιοχείᾳ· τινὸς γὰρ ὑφάψαντος κηροὺς ἐν τῷ θεάτρῳ, καὶ τοῦ κηροῦ στά‐ ξαντος ἐπάνω τῶν ξύλων, ὑφῆψαν τὰ ξύλα· καὶ συνδρομῆς γενο‐ μένης ἐσβέσθη. Ἐν αὐτῷ δὲ τῷ χρόνῳ κατεπέμφθη εἰς τὰ ἀνατολικὰ Δη‐</w:t>
      </w:r>
    </w:p>
    <w:p>
      <w:r>
        <w:rPr>
          <w:rFonts w:ascii="Courier New" w:hAnsi="Courier New"/>
          <w:color w:val="555555"/>
          <w:sz w:val="20"/>
        </w:rPr>
        <w:t>[20]</w:t>
      </w:r>
    </w:p>
    <w:p>
      <w:r>
        <w:rPr>
          <w:rFonts w:ascii="Gentium Plus" w:hAnsi="Gentium Plus"/>
          <w:sz w:val="24"/>
        </w:rPr>
        <w:t>μοσθένης, ἐπιφερόμενος καὶ χρήματα οὐκ ὀλίγα εἰς τὸ εὐτρεπίσαι κατὰ πόλιν ἀπόθετα σίτου ἕνεκεν τῆς μετὰ Περσῶν συμβολῆς·</w:t>
      </w:r>
    </w:p>
    <w:p>
      <w:r>
        <w:rPr>
          <w:rFonts w:ascii="Courier New" w:hAnsi="Courier New"/>
          <w:color w:val="555555"/>
          <w:sz w:val="20"/>
        </w:rPr>
        <w:t>[Chron . 468]</w:t>
      </w:r>
    </w:p>
    <w:p>
      <w:r>
        <w:rPr>
          <w:rFonts w:ascii="Gentium Plus" w:hAnsi="Gentium Plus"/>
          <w:sz w:val="24"/>
        </w:rPr>
        <w:t>Κατεπέμφθησαν δὲ σάκραι ἐν ταῖς πόλεσιν, ὥστε τοὺς μὴ κοινωνοῦντας ταῖς ἁγίαις ἐκκλησίαις ἐν ἐξορίαις καταπέμπεσθαι, ὡς προφασιζομένους τοῦ ὀνομάζεσθαι τὴν σύνοδον Χαλκηδόνος τῶν ἑξακοσίων τριάκοντα. καὶ γενομένης ταραχῆς ἐν Ἀντιοχείᾳ,</w:t>
      </w:r>
    </w:p>
    <w:p>
      <w:r>
        <w:rPr>
          <w:rFonts w:ascii="Courier New" w:hAnsi="Courier New"/>
          <w:color w:val="555555"/>
          <w:sz w:val="20"/>
        </w:rPr>
        <w:t>[5]</w:t>
      </w:r>
    </w:p>
    <w:p>
      <w:r>
        <w:rPr>
          <w:rFonts w:ascii="Gentium Plus" w:hAnsi="Gentium Plus"/>
          <w:sz w:val="24"/>
        </w:rPr>
        <w:t>ὥρμησαν οἱ δῆμοι ἐν τῷ ἐπισκοπείῳ λιθοβολοῦντες καὶ φωνὰς ὑβριστικὰς κατακράζοντες. καὶ ἐξελθόντες οἱ παραμένοντες ἐν τῷ πατριαρχείῳ ἅμα τῷ κόμητι τῆς ἀνατολῆς, βέλεσι καὶ λίθοις ἀντιστάντες πολλοὺς τῶν στασιαζόντων ἀνεῖλον. τὰ δὲ πρα‐ χθέντα ἀνηνέχθη τῷ βασιλεῖ καὶ ἐκέλευσε τιμωρηθῆναι πολλούς.</w:t>
      </w:r>
    </w:p>
    <w:p>
      <w:r>
        <w:rPr>
          <w:rFonts w:ascii="Courier New" w:hAnsi="Courier New"/>
          <w:color w:val="555555"/>
          <w:sz w:val="20"/>
        </w:rPr>
        <w:t>[10]</w:t>
      </w:r>
    </w:p>
    <w:p>
      <w:r>
        <w:rPr>
          <w:rFonts w:ascii="Gentium Plus" w:hAnsi="Gentium Plus"/>
          <w:sz w:val="24"/>
        </w:rPr>
        <w:t>Ἐν αὐτῷ δὲ τῷ χρόνῳ καὶ μήνυσις κατεπέμφθη παρὰ Ἑρ‐ μογένους ἕνεκεν τῆς συμβολῆς τοῦ πολέμου Ῥωμαίων τε καὶ Περσῶν. στρατηγοὶ γὰρ Περσῶν καταδραμόντες μετὰ βοηθείας χιλιάδων ἕξ, ὡς ὀφείλοντες παραλαβεῖν Μαρτυρόπολιν· ἦσαν γὰρ σκηνώσαντες εἰς τὰ μέρη Ἀμίδης παρὰ τῷ λεγομένῳ Νυμ‐</w:t>
      </w:r>
    </w:p>
    <w:p>
      <w:r>
        <w:rPr>
          <w:rFonts w:ascii="Courier New" w:hAnsi="Courier New"/>
          <w:color w:val="555555"/>
          <w:sz w:val="20"/>
        </w:rPr>
        <w:t>[15]</w:t>
      </w:r>
    </w:p>
    <w:p>
      <w:r>
        <w:rPr>
          <w:rFonts w:ascii="Gentium Plus" w:hAnsi="Gentium Plus"/>
          <w:sz w:val="24"/>
        </w:rPr>
        <w:t>φίῳ ποταμῷ. ἀντικαταστάντες δὲ Ῥωμαῖοι Πέρσαις οὐκ ἐδυνή‐ θησαν τρέψαι αὐτούς. καὶ δευτέραν σύγκρουσιν συμβαλόντες, καὶ τρακτάτῳ φυγῆς χρησάμενοι Ῥωμαῖοι, ἐδόκουν φεύγειν. οἱ δὲ Πέρσαι καταδραμόντες, νομίσαντες αὐτοὺς διώκεσθαι, ἔλυσαν τὰ ἑαυτῶν τάγματα· στραφέντες δὲ Ῥωμαῖοι ἔκοψαν ἐκ τῶν</w:t>
      </w:r>
    </w:p>
    <w:p>
      <w:r>
        <w:rPr>
          <w:rFonts w:ascii="Courier New" w:hAnsi="Courier New"/>
          <w:color w:val="555555"/>
          <w:sz w:val="20"/>
        </w:rPr>
        <w:t>[20]</w:t>
      </w:r>
    </w:p>
    <w:p>
      <w:r>
        <w:rPr>
          <w:rFonts w:ascii="Gentium Plus" w:hAnsi="Gentium Plus"/>
          <w:sz w:val="24"/>
        </w:rPr>
        <w:t>Περσῶν χιλιάδας δύο, χειρὶ λαβόντες καί τινας ἐξάρχους αὐτῶν αἰχμαλώτους, ἀφειλάμενοι ἐξ αὐτῶν καὶ βάνδα. τῶν δὲ λοιπῶν ἐκφευγόντων ἐκπερᾶν τὸν Νυμφίον ποταμὸν ἐν τοῖς ῥεύμασι τοῦ</w:t>
      </w:r>
    </w:p>
    <w:p>
      <w:r>
        <w:rPr>
          <w:rFonts w:ascii="Courier New" w:hAnsi="Courier New"/>
          <w:color w:val="555555"/>
          <w:sz w:val="20"/>
        </w:rPr>
        <w:t>[Chron . 469]</w:t>
      </w:r>
    </w:p>
    <w:p>
      <w:r>
        <w:rPr>
          <w:rFonts w:ascii="Gentium Plus" w:hAnsi="Gentium Plus"/>
          <w:sz w:val="24"/>
        </w:rPr>
        <w:t>Μαρτυρόπολιν. ὁ δὲ δοὺξ Ῥωμαίων σὺν τοῖς κτήτορσιν ἐξελ‐ θὼν ἐσκύλευσε τὰ λείψανα τῶν Περσῶν, τοὺς ἐξάρχους αὐτῶν ἐν φρουρᾷ ἀποθέμενοι. Ἐν αὐτῷ δὲ τῷ χρόνῳ καὶ Δωρόθεος ὁ τῆς Ἀρμενίας στρα‐</w:t>
      </w:r>
    </w:p>
    <w:p>
      <w:r>
        <w:rPr>
          <w:rFonts w:ascii="Courier New" w:hAnsi="Courier New"/>
          <w:color w:val="555555"/>
          <w:sz w:val="20"/>
        </w:rPr>
        <w:t>[5]</w:t>
      </w:r>
    </w:p>
    <w:p>
      <w:r>
        <w:rPr>
          <w:rFonts w:ascii="Gentium Plus" w:hAnsi="Gentium Plus"/>
          <w:sz w:val="24"/>
        </w:rPr>
        <w:t>τηλάτης ἔχων Ῥωμαϊκὴν χεῖρα πολεμικὴν ὥρμησε κατὰ Περσῶν· καὶ περιγενόμενος ἀπώλεσε Περσαρμενίους καὶ Πέρσας, πικρῶς αὐτοῖς χρησάμενος. παρέλαβε δὲ καὶ πολλὰ καστέλλια Περσι‐ κά· ἐν οἷς παρέλαβε καστέλλιον ὀχυρὸν κείμενον ἐπάνω ὄρους, μίαν ὁδὸν ἔχον μονοπατίου, ὅθεν κατιόντες οἱ ἐκεῖσε ὑδρεύοντο</w:t>
      </w:r>
    </w:p>
    <w:p>
      <w:r>
        <w:rPr>
          <w:rFonts w:ascii="Courier New" w:hAnsi="Courier New"/>
          <w:color w:val="555555"/>
          <w:sz w:val="20"/>
        </w:rPr>
        <w:t>[10]</w:t>
      </w:r>
    </w:p>
    <w:p>
      <w:r>
        <w:rPr>
          <w:rFonts w:ascii="Gentium Plus" w:hAnsi="Gentium Plus"/>
          <w:sz w:val="24"/>
        </w:rPr>
        <w:t>ἐκ τοῦ παραῤῥέοντος ποταμοῦ. οἱ δὲ πραγματευταὶ τῶν Περ‐ σῶν πάντα ὅσα ἐπεφέροντο ἐν τῇ πραγματείᾳ ἐκεῖσε ἀπετίθουν, ὡς ἀσφαλοῦς τοῦ τόπου ὄντος. καὶ μηνυθὲν τῷ αὐτῷ Δωρο‐ θέῳ, παρεφόσευσε τῷ κάστρῳ φυλάττων τὴν ἄνοδον αὐτοῦ· καὶ λιμώξαντες οἱ ἔνδοθεν Πέρσαι, ὅρκοις πεισθέντες προέδωκαν. καὶ</w:t>
      </w:r>
    </w:p>
    <w:p>
      <w:r>
        <w:rPr>
          <w:rFonts w:ascii="Courier New" w:hAnsi="Courier New"/>
          <w:color w:val="555555"/>
          <w:sz w:val="20"/>
        </w:rPr>
        <w:t>[15]</w:t>
      </w:r>
    </w:p>
    <w:p>
      <w:r>
        <w:rPr>
          <w:rFonts w:ascii="Gentium Plus" w:hAnsi="Gentium Plus"/>
          <w:sz w:val="24"/>
        </w:rPr>
        <w:t>καταπεμφθείσης μηνύσεως ὑπὸ Δωροθέου τῷ βασιλεῖ Ἰουστι‐ νιανῷ περὶ τῶν εὑρεθέντων ἐν τᾷ καστελλίῳ, ἐξέπεμψε Νάρ‐ σην κουβικουλάριον ἐπὶ τῷ παραλαβεῖν τὰ ἀποκείμενα ἐν τῷ κα‐ στελλίῳ. καὶ κατελθόντος Ναρσοῦ παρέδωκαν πάντα. Οἱ δὲ ἔξαρχοι Περσῶν ἀνήγαγον τὰ γενόμενα τῷ αὐτῶν βασι‐</w:t>
      </w:r>
    </w:p>
    <w:p>
      <w:r>
        <w:rPr>
          <w:rFonts w:ascii="Courier New" w:hAnsi="Courier New"/>
          <w:color w:val="555555"/>
          <w:sz w:val="20"/>
        </w:rPr>
        <w:t>[20]</w:t>
      </w:r>
    </w:p>
    <w:p>
      <w:r>
        <w:rPr>
          <w:rFonts w:ascii="Gentium Plus" w:hAnsi="Gentium Plus"/>
          <w:sz w:val="24"/>
        </w:rPr>
        <w:t>λεῖ· καὶ ἐκπεμφθέντος πλήθους στρατοῦ Περσικοῦ, ἦλθον πλη‐</w:t>
      </w:r>
    </w:p>
    <w:p>
      <w:r>
        <w:rPr>
          <w:rFonts w:ascii="Courier New" w:hAnsi="Courier New"/>
          <w:color w:val="555555"/>
          <w:sz w:val="20"/>
        </w:rPr>
        <w:t>[Chron . 470]</w:t>
      </w:r>
    </w:p>
    <w:p>
      <w:r>
        <w:rPr>
          <w:rFonts w:ascii="Gentium Plus" w:hAnsi="Gentium Plus"/>
          <w:sz w:val="24"/>
        </w:rPr>
        <w:t>σίον Μαρτυρουπόλεως· ἦν γὰρ λαβόντες ἀπόκρισιν ὑπὸ τοῦ αὐ‐ τῶν βασιλέως μὴ ὑποστρέψαι ἐν Περσίδι, ἕως οὗ τὸ αὐτὸ κα‐ στέλλιον ἀντιπαραλάβωσι. καὶ ἐπιστάντες τῷ τόπῳ, παρεκάθι‐ σαν πολεμοῦντες καὶ κατορύσσοντες κλίμακάς τε ποιοῦντες καὶ</w:t>
      </w:r>
    </w:p>
    <w:p>
      <w:r>
        <w:rPr>
          <w:rFonts w:ascii="Courier New" w:hAnsi="Courier New"/>
          <w:color w:val="555555"/>
          <w:sz w:val="20"/>
        </w:rPr>
        <w:t>[5]</w:t>
      </w:r>
    </w:p>
    <w:p>
      <w:r>
        <w:rPr>
          <w:rFonts w:ascii="Gentium Plus" w:hAnsi="Gentium Plus"/>
          <w:sz w:val="24"/>
        </w:rPr>
        <w:t>τῷ τείχει ἐπανορθοῦντες. ὕστερον δὲ πύργον ὑψηλὸν διὰ ξύλων μηχανησάμενοι οὐδὲν ἠδυνήθησαν ὠφελῆσαι· ἦν γὰρ ἐκεῖσε φοσσευθεὶς ἀνὴρ σοφός, ὅστις ἀντιμηχανησάμενος ταῖς τῶν Περσῶν ἐπιβουλαῖς, ποιήσας ἔσωθεν ὑψηλότερον πύργον, καὶ τῶν Περσῶν ἐκ τοῦ πύργου ἔξωθεν μαχομένων, τῶν δὲ Ῥωμαίων</w:t>
      </w:r>
    </w:p>
    <w:p>
      <w:r>
        <w:rPr>
          <w:rFonts w:ascii="Courier New" w:hAnsi="Courier New"/>
          <w:color w:val="555555"/>
          <w:sz w:val="20"/>
        </w:rPr>
        <w:t>[10]</w:t>
      </w:r>
    </w:p>
    <w:p>
      <w:r>
        <w:rPr>
          <w:rFonts w:ascii="Gentium Plus" w:hAnsi="Gentium Plus"/>
          <w:sz w:val="24"/>
        </w:rPr>
        <w:t>ἔσωθεν ἐκ τοῦ πύργου ἀντιμαχομένων, κίων ἀπελύθη ὑπὸ μηχανή‐ ματος καὶ πάντα κατέστρεψεν ἕως ἐδάφους, καὶ Πέρσας δὲ πολ‐ λοὺς συναπώλεσεν. ὡς οὖν εἶδον τὸ γεγονὸς οἱ λοιποὶ Πέρσαι, φθειρόμενοι καὶ ἀκηκοότες ὡς Ζίττα στρατηλάτου Ῥωμαίων κα‐ τερχομένου πρὸς βοήθειαν τῶν ὄντων ἐν τῷ καστελλίῳ, ἀνεχώ‐</w:t>
      </w:r>
    </w:p>
    <w:p>
      <w:r>
        <w:rPr>
          <w:rFonts w:ascii="Courier New" w:hAnsi="Courier New"/>
          <w:color w:val="555555"/>
          <w:sz w:val="20"/>
        </w:rPr>
        <w:t>[15]</w:t>
      </w:r>
    </w:p>
    <w:p>
      <w:r>
        <w:rPr>
          <w:rFonts w:ascii="Gentium Plus" w:hAnsi="Gentium Plus"/>
          <w:sz w:val="24"/>
        </w:rPr>
        <w:t>ρησαν οἱ αὐτοὶ Πέρσαι, φοβούμενοι μήπως καὶ κυκλευθῶσιν. ἀκούσας δὲ ταῦτα ὁ βασιλεὺς Ἰουστινιανὸς διεκώλυσε τοὺς ἑαυ‐ τοῦ πρεσβευτὰς τοῦ εἰσελθεῖν ἐν Περσίδι ἄχρι δευτέρας αὐτοῦ μηνύσεως, ἀλλ’ ἔμειναν εἰς τὸ Ῥωμαϊκὰ σὺν τοῖς δώροις. Ὁ δὲ αὐτὸς βασιλεὺς κατέπεμψεν ἐν πάσαις ταῖς πόλεσι νό‐</w:t>
      </w:r>
    </w:p>
    <w:p>
      <w:r>
        <w:rPr>
          <w:rFonts w:ascii="Courier New" w:hAnsi="Courier New"/>
          <w:color w:val="555555"/>
          <w:sz w:val="20"/>
        </w:rPr>
        <w:t>[20]</w:t>
      </w:r>
    </w:p>
    <w:p>
      <w:r>
        <w:rPr>
          <w:rFonts w:ascii="Gentium Plus" w:hAnsi="Gentium Plus"/>
          <w:sz w:val="24"/>
        </w:rPr>
        <w:t>μους ἕνεκεν τῶν δικαζομένων περὶ τῶν παρεχομένων δαπανη‐ μάτων ἐν ταῖς διαγνώσεσιν, ὁμοίως δὲ καὶ περὶ τῶν παρεχομέ‐</w:t>
      </w:r>
    </w:p>
    <w:p>
      <w:r>
        <w:rPr>
          <w:rFonts w:ascii="Courier New" w:hAnsi="Courier New"/>
          <w:color w:val="555555"/>
          <w:sz w:val="20"/>
        </w:rPr>
        <w:t>[Chron . 471]</w:t>
      </w:r>
    </w:p>
    <w:p>
      <w:r>
        <w:rPr>
          <w:rFonts w:ascii="Gentium Plus" w:hAnsi="Gentium Plus"/>
          <w:sz w:val="24"/>
        </w:rPr>
        <w:t>ρω τῆς παρ’ αὐτοῦ τυπωθείσης ποσότητος. ἐν δὲ τῇ Ἀντιοχέων πόλει ἐν τίτλοις σανίδων ἐπεγράφη δι’ Ἑλληνικῶν γραμμάτων. ἐν ταὐτῷ δὲ καὶ τὸ θέατρον τῆς πόλεως ἐχρημάτισε. Τῇ δὲ ὀγδόῃ τοῦ σεπτεμβρίου μηνὸς ὁ βασιλεὺς Περσῶν</w:t>
      </w:r>
    </w:p>
    <w:p>
      <w:r>
        <w:rPr>
          <w:rFonts w:ascii="Courier New" w:hAnsi="Courier New"/>
          <w:color w:val="555555"/>
          <w:sz w:val="20"/>
        </w:rPr>
        <w:t>[5]</w:t>
      </w:r>
    </w:p>
    <w:p>
      <w:r>
        <w:rPr>
          <w:rFonts w:ascii="Gentium Plus" w:hAnsi="Gentium Plus"/>
          <w:sz w:val="24"/>
        </w:rPr>
        <w:t>Κωάδης, ἀκηκοὼς τὰ συμβάντα Πέρσαις κακὰ ὑπὸ Ῥωμαίων, καὶ αἰφνίδιον παρεθεὶς τὰ δεξιὰ μέρη, καὶ ἀγαγὼν τὸν δεύτερον αὐ‐ τοῦ υἱὸν Χοσδρόην, ἀνηγόρευσε βασιλέα, ἐπιθεὶς αὐτῷ στέφα‐ νον τῇ κορυφῇ· καὶ ἀῤῥωστήσας ἡμέρας πέντε ὁ τῶν Περσῶν βασιλεὺς Κωάδης τελευτᾷ, ὢν ἐνιαυτῶν πβʹ καὶ μηνῶν τριῶν·</w:t>
      </w:r>
    </w:p>
    <w:p>
      <w:r>
        <w:rPr>
          <w:rFonts w:ascii="Courier New" w:hAnsi="Courier New"/>
          <w:color w:val="555555"/>
          <w:sz w:val="20"/>
        </w:rPr>
        <w:t>[10]</w:t>
      </w:r>
    </w:p>
    <w:p>
      <w:r>
        <w:rPr>
          <w:rFonts w:ascii="Gentium Plus" w:hAnsi="Gentium Plus"/>
          <w:sz w:val="24"/>
        </w:rPr>
        <w:t>ἐβασίλευσε δὲ ἔτη μγʹ καὶ μῆνας δύο. Ὅτε δὲ ἀνηγορεύθη βασιλεὺς Περσῶν Χοσδρόης, ἐδήλωσε τοῖς πρεσβευταῖς Ῥωμαίων διὰ Περσοῦ μαγιστριανοῦ εἰσελθεῖν ἐν τοῖς Περσικοῖς καὶ ποιῆσαι εἰρήνης πάκτα μεταξὺ Ῥωμαίων τε καὶ Περσῶν· τῶν δὲ πρεσβευτῶν Ῥωμαίων μὴ ἀνασχεθέντων</w:t>
      </w:r>
    </w:p>
    <w:p>
      <w:r>
        <w:rPr>
          <w:rFonts w:ascii="Courier New" w:hAnsi="Courier New"/>
          <w:color w:val="555555"/>
          <w:sz w:val="20"/>
        </w:rPr>
        <w:t>[15]</w:t>
      </w:r>
    </w:p>
    <w:p>
      <w:r>
        <w:rPr>
          <w:rFonts w:ascii="Gentium Plus" w:hAnsi="Gentium Plus"/>
          <w:sz w:val="24"/>
        </w:rPr>
        <w:t>εἰσελθεῖν εἰς τὰ Περσικὰ δίχα κελεύσεως βασιλικῆς, ἀπολογού‐ μενοι, Οὐ τολμῶμεν τὰ πρὸς ὑμᾶς καταφθάσαι, καὶ γνοὺς ταῦτα ὁ Περσῶν βασιλεύς, γράψας ἐπιστολὴν ἔπεμψε πρὸς τὸν βασιλέα Ἰουστινιανόν, αἰτῶν ἐπιτραπῆναι τοὺς πρεσβευτὰς Ῥω‐ μαίων εἰσελθεῖν ἐν Περσίδι καὶ πάκτα ποιῆσαι. καὶ γράψας</w:t>
      </w:r>
    </w:p>
    <w:p>
      <w:r>
        <w:rPr>
          <w:rFonts w:ascii="Courier New" w:hAnsi="Courier New"/>
          <w:color w:val="555555"/>
          <w:sz w:val="20"/>
        </w:rPr>
        <w:t>[20]</w:t>
      </w:r>
    </w:p>
    <w:p>
      <w:r>
        <w:rPr>
          <w:rFonts w:ascii="Gentium Plus" w:hAnsi="Gentium Plus"/>
          <w:sz w:val="24"/>
        </w:rPr>
        <w:t>φιλικὴν ἐπιστολὴν ὁ βασιλεὺς Περσῶν, ἀπέστειλε διὰ Ἑρμογένους μαγίστρου· ἥντινα μήνυσιν δεξάμενος ὁ βασιλεὺς Ῥωμαίων</w:t>
      </w:r>
    </w:p>
    <w:p>
      <w:r>
        <w:rPr>
          <w:rFonts w:ascii="Courier New" w:hAnsi="Courier New"/>
          <w:color w:val="555555"/>
          <w:sz w:val="20"/>
        </w:rPr>
        <w:t>[Chron . 472]</w:t>
      </w:r>
    </w:p>
    <w:p>
      <w:r>
        <w:rPr>
          <w:rFonts w:ascii="Gentium Plus" w:hAnsi="Gentium Plus"/>
          <w:sz w:val="24"/>
        </w:rPr>
        <w:t>ταῖς πρὸς ὑμᾶς καταλαβεῖν· οὔτε γὰρ ἐπιστάμεθά σε βασιλέα Περσῶν. Καὶ αὐτῷ τῷ χρόνῳ ὁ βασιλεὺς Περσῶν τοὺς ὄντας ὑπὸ τὴν αὐτοῦ πολιτείαν Μανιχαίους ἐκέλευσε θρησκεύειν ὡς βούλονται.</w:t>
      </w:r>
    </w:p>
    <w:p>
      <w:r>
        <w:rPr>
          <w:rFonts w:ascii="Courier New" w:hAnsi="Courier New"/>
          <w:color w:val="555555"/>
          <w:sz w:val="20"/>
        </w:rPr>
        <w:t>[5]</w:t>
      </w:r>
    </w:p>
    <w:p>
      <w:r>
        <w:rPr>
          <w:rFonts w:ascii="Gentium Plus" w:hAnsi="Gentium Plus"/>
          <w:sz w:val="24"/>
        </w:rPr>
        <w:t>οἱ δὲ μάγοι Περσῶν, λυπηθέντες ἐπὶ τῷ συμβάντι, βουλευσάμενοι μετὰ τῶν συγκλητικῶν ἠβουλήθησαν ἐκβαλεῖν αὐτὸν τῆς βασι‐ λείας καὶ ποιῆσαι ἀντ’ αὐτοῦ τὸν ἀδελφὸν αὐτοῦ. καὶ γνοὺς ταῦ‐ τα ὁ βασιλεὺς Περσῶν, τὸν μὲν ἀδελφὸν αὐτοῦ ἀπεκεφάλισε, συγ‐ κλητικοὺς δὲ καὶ μάγους φονεύσας γράφει τῷ βασιλεῖ Ῥωμαίων</w:t>
      </w:r>
    </w:p>
    <w:p>
      <w:r>
        <w:rPr>
          <w:rFonts w:ascii="Courier New" w:hAnsi="Courier New"/>
          <w:color w:val="555555"/>
          <w:sz w:val="20"/>
        </w:rPr>
        <w:t>[10]</w:t>
      </w:r>
    </w:p>
    <w:p>
      <w:r>
        <w:rPr>
          <w:rFonts w:ascii="Gentium Plus" w:hAnsi="Gentium Plus"/>
          <w:sz w:val="24"/>
        </w:rPr>
        <w:t>ἐπιστολὴν περιέχουσαν τριῶν μηνῶν ἔνδοσιν πολέμου. καὶ ἀντέ‐ γραψεν ὁ Ῥωμαίων βασιλεὺς τῷ μαγίστρῳ τοῦ δέξασθαι τὴν τῶν τριῶν μηνῶν ἔνδοσιν καὶ δοῦναι ὁμήρους καὶ λαβεῖν ἀπὸ Περσῶν, κελεύσας Στρατηγίῳ καὶ Ῥουφίνῳ τοῖς πρεσβευταῖς ἀνελθεῖν ἐν Βυζαντίῳ.</w:t>
      </w:r>
    </w:p>
    <w:p>
      <w:r>
        <w:rPr>
          <w:rFonts w:ascii="Courier New" w:hAnsi="Courier New"/>
          <w:color w:val="555555"/>
          <w:sz w:val="20"/>
        </w:rPr>
        <w:t>[15]</w:t>
      </w:r>
    </w:p>
    <w:p>
      <w:r>
        <w:rPr>
          <w:rFonts w:ascii="Gentium Plus" w:hAnsi="Gentium Plus"/>
          <w:sz w:val="24"/>
        </w:rPr>
        <w:t>Καὶ αὐτῷ τῷ χρόνῳ Οὗννοι Σάβηρες περάσαντες διὰ τῶν Κασπίων πυλῶν ἀνεφάνησαν ἐν τοῖς Ῥωμαϊκοῖς μέρεσι, πραι‐ δεύοντες ἐπὶ τὴν Ἀρμενίων χώραν· καὶ ἁπλώσαντες ἑαυτοὺς κα‐ τέσχον ἕως τῆς Εὐφρατησίας καὶ τῆς δευτέρας Κιλικίας καὶ τῶν Κυρηστικῶν. καὶ γνοὺς τοῦτο ὁ βασιλεὺς Ῥωμαίων, μεταστειλά‐</w:t>
      </w:r>
    </w:p>
    <w:p>
      <w:r>
        <w:rPr>
          <w:rFonts w:ascii="Courier New" w:hAnsi="Courier New"/>
          <w:color w:val="555555"/>
          <w:sz w:val="20"/>
        </w:rPr>
        <w:t>[20]</w:t>
      </w:r>
    </w:p>
    <w:p>
      <w:r>
        <w:rPr>
          <w:rFonts w:ascii="Gentium Plus" w:hAnsi="Gentium Plus"/>
          <w:sz w:val="24"/>
        </w:rPr>
        <w:t>μενος τὸν πατρίκιον Ῥουφῖνος ἐκέλευσεν αὐτῷ ἐξελθεῖν ἐπὶ τὰ ἀνατολικὰ μέρη καὶ μαθεῖν εἰ ἀπὸ τοῦ βασιλέως Περσῶν ἦλθον κατὰ Ῥωμαίων. καὶ ἐξελθὼν Ῥουφῖνος καὶ μηνύσας τῷ βασιλεῖ Περσῶν, εὗρεν ὅτι οὐ κατὰ γνώμην τοῦ βασιλέως Περσῶν οἱ αὐ‐</w:t>
      </w:r>
    </w:p>
    <w:p>
      <w:r>
        <w:rPr>
          <w:rFonts w:ascii="Courier New" w:hAnsi="Courier New"/>
          <w:color w:val="555555"/>
          <w:sz w:val="20"/>
        </w:rPr>
        <w:t>[Chron . 473]</w:t>
      </w:r>
    </w:p>
    <w:p>
      <w:r>
        <w:rPr>
          <w:rFonts w:ascii="Gentium Plus" w:hAnsi="Gentium Plus"/>
          <w:sz w:val="24"/>
        </w:rPr>
        <w:t>Ἀρμενίας ὁπλίσασθαι κατὰ τῶν αὐτῶν Οὕννων, καὶ ἀκούσαν‐ τες οἱ Οὗννοι, λαβόντες τὴν πραῖδαν πᾶσαν ὑπέστρεψαν δι’ ὧν ἐπανῆλθον τόπων. καὶ καταδιώξας αὐτοὺς ὁ στρατηλάτης Δω‐ ρόθεος ἀφείλατο παρ’ αὐτῶν οὐκ ὀλίγην πραῖδαν.</w:t>
      </w:r>
    </w:p>
    <w:p>
      <w:r>
        <w:rPr>
          <w:rFonts w:ascii="Courier New" w:hAnsi="Courier New"/>
          <w:color w:val="555555"/>
          <w:sz w:val="20"/>
        </w:rPr>
        <w:t>[5]</w:t>
      </w:r>
    </w:p>
    <w:p>
      <w:r>
        <w:rPr>
          <w:rFonts w:ascii="Gentium Plus" w:hAnsi="Gentium Plus"/>
          <w:sz w:val="24"/>
        </w:rPr>
        <w:t>Ἐν αὐτῷ δὲ τῷ χρόνῳ τῆς δεκάτης ἰνδικτιῶνος συνέβη ὑπό τινων ἀλαστόρων δαιμόνων πρόφασιν γενέσθαι ταραχῆς ἐν Βυ‐ ζαντίῳ, Εὐδαίμονος ἐπάρχου πόλεως ὄντος καὶ ἔχοντος ἀτάκτους ἐν φρουρᾷ ἐξ ἀμφοτέρων τῶν μερῶν, καὶ ἐξετάσαντος διάφορα πρόσωπα εὗρεν ἐξ αὐτῶν ὀνόματα ἑπτὰ αἰτίους φόνων· καὶ ψη‐</w:t>
      </w:r>
    </w:p>
    <w:p>
      <w:r>
        <w:rPr>
          <w:rFonts w:ascii="Courier New" w:hAnsi="Courier New"/>
          <w:color w:val="555555"/>
          <w:sz w:val="20"/>
        </w:rPr>
        <w:t>[10]</w:t>
      </w:r>
    </w:p>
    <w:p>
      <w:r>
        <w:rPr>
          <w:rFonts w:ascii="Gentium Plus" w:hAnsi="Gentium Plus"/>
          <w:sz w:val="24"/>
        </w:rPr>
        <w:t>φισάμενος τῶν μὲν τεσσάρων καρατόμησιν, τῶν δὲ τριῶν ἀνα‐ σκολοπισμόν. καὶ περιβωμισθέντων αὐτῶν ἀνὰ πᾶσαν τὴν πό‐ λιν καὶ περασάντων αὐτῶν, καὶ τῶν μὲν κρεμασθέντων, ἐξέπεσαν δύο τῶν ξύλων ῥαγέντων, ἑνὸς μὲν Βενέτου, καὶ ἑτέρου Πρασί‐ νου. καὶ ἑωρακὼς ὁ περιεστὼς λαὸς τὸ συμβὰν εὐφήμησαν τὸν</w:t>
      </w:r>
    </w:p>
    <w:p>
      <w:r>
        <w:rPr>
          <w:rFonts w:ascii="Courier New" w:hAnsi="Courier New"/>
          <w:color w:val="555555"/>
          <w:sz w:val="20"/>
        </w:rPr>
        <w:t>[15]</w:t>
      </w:r>
    </w:p>
    <w:p>
      <w:r>
        <w:rPr>
          <w:rFonts w:ascii="Gentium Plus" w:hAnsi="Gentium Plus"/>
          <w:sz w:val="24"/>
        </w:rPr>
        <w:t>βασιλέα. ἀκηκοότες δὲ οἱ πλησίον τοῦ ἁγίου Κόνωνος μοναχοὶ καὶ ἐξελθόντες, εὗρον ἐκ τῶν κρεμασθέντων δύο ζῶντας κειμέ‐ νους εἰς τὸ ἔδαφος. καὶ καταγαγόντες αὐτοὺς πλησίον θαλάσ‐ σης, καὶ ἐμβαλόντες ἐν πλοίῳ, ἔπεμψαν αὐτοὺς ἐν τῷ ἁγίῳ Λαυρεντίῳ ἐν ἀσύλοις τόποις. καὶ γνοὺς ταῦτα ὁ τῆς πόλεως</w:t>
      </w:r>
    </w:p>
    <w:p>
      <w:r>
        <w:rPr>
          <w:rFonts w:ascii="Courier New" w:hAnsi="Courier New"/>
          <w:color w:val="555555"/>
          <w:sz w:val="20"/>
        </w:rPr>
        <w:t>[20]</w:t>
      </w:r>
    </w:p>
    <w:p>
      <w:r>
        <w:rPr>
          <w:rFonts w:ascii="Gentium Plus" w:hAnsi="Gentium Plus"/>
          <w:sz w:val="24"/>
        </w:rPr>
        <w:t>ἔπαρχος, πέμψας στρατιωτικὴν βοήθειαν ἐφύλαττεν αὐτοὺς ἐκεῖσε</w:t>
      </w:r>
    </w:p>
    <w:p>
      <w:r>
        <w:rPr>
          <w:rFonts w:ascii="Courier New" w:hAnsi="Courier New"/>
          <w:color w:val="555555"/>
          <w:sz w:val="20"/>
        </w:rPr>
        <w:t>[Chron . 474]</w:t>
      </w:r>
    </w:p>
    <w:p>
      <w:r>
        <w:rPr>
          <w:rFonts w:ascii="Gentium Plus" w:hAnsi="Gentium Plus"/>
          <w:sz w:val="24"/>
        </w:rPr>
        <w:t>ὄντας. καὶ μετὰ τρεῖς ἡμέρας ἤχθη τὸ ἱπποδρόμιον τὸ ὀνομα‐ ζόμενον τῶν εἰδῶν· εἰδοὶ δὲ ὀνομάζονται, διότι πάντας τοὺς προκόπτοντας ἐν ταῖς στρατείαις ὁ βασιλεὺς Ῥωμαίων ἐν ἀριστο‐ δείπνοις τρέφει ἐν τῷ αὐτοῦ παλατίῳ, χαριζόμενος ἑκάστῳ τὰ</w:t>
      </w:r>
    </w:p>
    <w:p>
      <w:r>
        <w:rPr>
          <w:rFonts w:ascii="Courier New" w:hAnsi="Courier New"/>
          <w:color w:val="555555"/>
          <w:sz w:val="20"/>
        </w:rPr>
        <w:t>[5]</w:t>
      </w:r>
    </w:p>
    <w:p>
      <w:r>
        <w:rPr>
          <w:rFonts w:ascii="Gentium Plus" w:hAnsi="Gentium Plus"/>
          <w:sz w:val="24"/>
        </w:rPr>
        <w:t>τοῦ πριμικηράτου. τοῦ δὲ ἱπποδρομίου ἀγομένου τῇ τρεισκαι‐ δεκάτῃ τοῦ ἰανουαρίου μηνός, τὰ ἀμφότερα μέρη παρεκάλουν τὸν βασιλέα φιλανθρωπευθῆναι. ἐπέμενον δὲ κράζοντες ἕως τοῦ εἰκοστοῦ δευτέρου βαΐου, καὶ ἀποκρίσεως οὐκ ἠξιώθησαν. τοῦ δὲ διαβόλου ἐμβαλόντος αὐτοῖς λογισμὸν πονηρόν, ἔκραζον πρὸς</w:t>
      </w:r>
    </w:p>
    <w:p>
      <w:r>
        <w:rPr>
          <w:rFonts w:ascii="Courier New" w:hAnsi="Courier New"/>
          <w:color w:val="555555"/>
          <w:sz w:val="20"/>
        </w:rPr>
        <w:t>[10]</w:t>
      </w:r>
    </w:p>
    <w:p>
      <w:r>
        <w:rPr>
          <w:rFonts w:ascii="Gentium Plus" w:hAnsi="Gentium Plus"/>
          <w:sz w:val="24"/>
        </w:rPr>
        <w:t>ἀλλήλους, Φιλανθρώπων Πρασίνων καὶ Βενέτων πολλὰ τὰ ἔτη. καὶ τοῦ ἱππικοῦ ἀπολύσαντες κατῆλθον τὰ πλήθη φιλιάσαντα, δεδωκότες ἑαυτοῖς μανδᾶτα ἐκ τοῦ λέγειν Νίκα, διὰ τὸ μὴ ἀνα‐ μιγῆναι αὐτοῖς στρατιώτας ἢ ἐξκουβίτορας· καὶ οὕτως εἰσήλαυ‐ νον. βραδείας δὲ γενομένης ὥρας ἦλθον ἐν τῷ πραιτωρίῳ τοῦ</w:t>
      </w:r>
    </w:p>
    <w:p>
      <w:r>
        <w:rPr>
          <w:rFonts w:ascii="Courier New" w:hAnsi="Courier New"/>
          <w:color w:val="555555"/>
          <w:sz w:val="20"/>
        </w:rPr>
        <w:t>[15]</w:t>
      </w:r>
    </w:p>
    <w:p>
      <w:r>
        <w:rPr>
          <w:rFonts w:ascii="Gentium Plus" w:hAnsi="Gentium Plus"/>
          <w:sz w:val="24"/>
        </w:rPr>
        <w:t>ἐπάρχου τῆς πόλεως, αἰτοῦντες ἀπόκρισιν περὶ τῶν προφύγων τῶν ὄντων ἐν τῷ ἁγίῳ Λαυρεντίῳ. καὶ μὴ τυχόντες ἀποκρίσεως ὑφῆψαν πῦρ ἐν τῷ αὐτῷ πραιτωρίῳ· ἐκαύθη δὲ τὸ πραιτώριον καὶ ἡ χαλκῆ τοῦ παλατίου ἕως τῶν σχολῶν καὶ ἡ μεγάλη ἐκ‐ κλησία καὶ ὁ δημόσιος ἔμβολος· καὶ ἐπέμεινεν ὁ δῆμος εἰσελαύ‐</w:t>
      </w:r>
    </w:p>
    <w:p>
      <w:r>
        <w:rPr>
          <w:rFonts w:ascii="Courier New" w:hAnsi="Courier New"/>
          <w:color w:val="555555"/>
          <w:sz w:val="20"/>
        </w:rPr>
        <w:t>[20]</w:t>
      </w:r>
    </w:p>
    <w:p>
      <w:r>
        <w:rPr>
          <w:rFonts w:ascii="Gentium Plus" w:hAnsi="Gentium Plus"/>
          <w:sz w:val="24"/>
        </w:rPr>
        <w:t>νων ἀτάκτως. καὶ πρωίας γενομένης, τοῦ βασιλέως κελεύσαν‐ τος ἀχθῆναι ἱπποδρόμιον, καὶ κρεμασθέντος τοῦ ἐξ ἔθους βήλου, ὑφῆψαν πάλιν οἱ αὐτοὶ δημόται ἐν τῇ ἀναβάθρᾳ τοῦ ἱππικοῦ·</w:t>
      </w:r>
    </w:p>
    <w:p>
      <w:r>
        <w:rPr>
          <w:rFonts w:ascii="Courier New" w:hAnsi="Courier New"/>
          <w:color w:val="555555"/>
          <w:sz w:val="20"/>
        </w:rPr>
        <w:t>[Chron . 475]</w:t>
      </w:r>
    </w:p>
    <w:p>
      <w:r>
        <w:rPr>
          <w:rFonts w:ascii="Gentium Plus" w:hAnsi="Gentium Plus"/>
          <w:sz w:val="24"/>
        </w:rPr>
        <w:t>που. καὶ ἐξελθόντες οἱ περὶ Μοῦνδον καὶ Κωνσταντίολον καὶ Βασιλίδην μετὰ βοηθείας κατὰ κέλευσιν τοῦ βασιλέως, βουλόμε‐ νοι κατασιγῆσαι τὰ στασιάζοντα πλήθη· κατέκραζε γὰρ τὸ πλῆ‐ θος Ἰωάννου τοῦ ἐπίκλην Καππάδοκος καὶ Τριβουνιανοῦ τοῦ</w:t>
      </w:r>
    </w:p>
    <w:p>
      <w:r>
        <w:rPr>
          <w:rFonts w:ascii="Courier New" w:hAnsi="Courier New"/>
          <w:color w:val="555555"/>
          <w:sz w:val="20"/>
        </w:rPr>
        <w:t>[5]</w:t>
      </w:r>
    </w:p>
    <w:p>
      <w:r>
        <w:rPr>
          <w:rFonts w:ascii="Gentium Plus" w:hAnsi="Gentium Plus"/>
          <w:sz w:val="24"/>
        </w:rPr>
        <w:t>Κοιαίστωρος καὶ τοῦ ἐπάρχου τῆς πόλεως Εὐδαίμονος· καὶ ταῦ‐ τα παρ’ αὐτῶν ἀκηκοότες οἱ ἐκπεμφθέντες συγκλητικοὶ ἀνήγαγον τῷ βασιλεῖ· καὶ εὐθέως διεδέχθησαν τῆς ἀρχῆς ὅ τε Ἰωάννης καὶ Τριβουνιανὸς καὶ Εὐδαίμων. καὶ ἐξελθόντος Βελισαρίου μετὰ πλήθους Γοτθικοῦ, καὶ συμβολῆς γενομένης, πολλοὶ ἐκ τῶν</w:t>
      </w:r>
    </w:p>
    <w:p>
      <w:r>
        <w:rPr>
          <w:rFonts w:ascii="Courier New" w:hAnsi="Courier New"/>
          <w:color w:val="555555"/>
          <w:sz w:val="20"/>
        </w:rPr>
        <w:t>[10]</w:t>
      </w:r>
    </w:p>
    <w:p>
      <w:r>
        <w:rPr>
          <w:rFonts w:ascii="Gentium Plus" w:hAnsi="Gentium Plus"/>
          <w:sz w:val="24"/>
        </w:rPr>
        <w:t>δημοτῶν κατεσφάγησαν. θυμωθὲν δὲ τὸ πλῆθος καὶ ἐν ἄλλοις τόποις ἔβαλον πῦρ καί τινας ἀτάκτως ἐφόνευον. τῇ δὲ ὀκτωκαι‐ δεκάτῃ τοῦ αὐτοῦ μηνὸς ἀνῆλθεν ὁ βασιλεὺς ἐν τῷ Ἱππικῷ βα‐ στάζων τὸ ἅγιον μεγαλεῖον· καὶ μαθόντες οἱ ὄχλοι ἀνῆλθον, καὶ προσεφώνησεν αὐτοῖς μεθ’ ὅρκων μανδᾶτα· καὶ πολλοὶ μὲν τοῦ</w:t>
      </w:r>
    </w:p>
    <w:p>
      <w:r>
        <w:rPr>
          <w:rFonts w:ascii="Courier New" w:hAnsi="Courier New"/>
          <w:color w:val="555555"/>
          <w:sz w:val="20"/>
        </w:rPr>
        <w:t>[15]</w:t>
      </w:r>
    </w:p>
    <w:p>
      <w:r>
        <w:rPr>
          <w:rFonts w:ascii="Gentium Plus" w:hAnsi="Gentium Plus"/>
          <w:sz w:val="24"/>
        </w:rPr>
        <w:t>δήμου ἔκραζον αὐτὸν βασιλέα, ἕτεροι δὲ ἐστασίαζον, κράζοντες Ὑπάτιον. καὶ λαβόντες οἱ δῆμοι τὸν αὐτὸν Ὑπάτιον ἀπήγα‐ γον αὐτὸν ἐν τῷ λεγομένῳ φόρῳ Κωνσταντίνου· καὶ στήσαντες αὐτὸν ἐν ὕψει εἰς τοὺς βαθμοὺς καὶ ἀφειλάμενοι ἐκ τοῦ παλατίου σίγνα καὶ μανιάκιον χρυσοῦν, περιέθηκαν αὐτῷ ἐν τῇ κεφαλῇ.</w:t>
      </w:r>
    </w:p>
    <w:p>
      <w:r>
        <w:rPr>
          <w:rFonts w:ascii="Courier New" w:hAnsi="Courier New"/>
          <w:color w:val="555555"/>
          <w:sz w:val="20"/>
        </w:rPr>
        <w:t>[20]</w:t>
      </w:r>
    </w:p>
    <w:p>
      <w:r>
        <w:rPr>
          <w:rFonts w:ascii="Gentium Plus" w:hAnsi="Gentium Plus"/>
          <w:sz w:val="24"/>
        </w:rPr>
        <w:t>καὶ λαβόντες αὐτὸν ἀπήγαγον ἐν τῷ Ἱππικῷ, βουλόμενοι ἀναγά‐ γαι αὐτὸν ἐν τῷ βασιλικῷ καθίσματι. ἔσπευδε γὰρ τὸ πλῆθος φορεσίαν βασιλικὴν ἐκβάλαι αὐτῷ ἐκ τοῦ παλατίου· ἦν γὰρ μα‐ θὼν ὁ Ὑπάτιος ὅτι ὁ βασιλεὺς ἀνεχώρησε· καὶ καθεσθεὶς ἐν</w:t>
      </w:r>
    </w:p>
    <w:p>
      <w:r>
        <w:rPr>
          <w:rFonts w:ascii="Courier New" w:hAnsi="Courier New"/>
          <w:color w:val="555555"/>
          <w:sz w:val="20"/>
        </w:rPr>
        <w:t>[Chron . 476]</w:t>
      </w:r>
    </w:p>
    <w:p>
      <w:r>
        <w:rPr>
          <w:rFonts w:ascii="Gentium Plus" w:hAnsi="Gentium Plus"/>
          <w:sz w:val="24"/>
        </w:rPr>
        <w:t>Ἀνελθόντων δὲ διὰ τοῦ καθίσματος ὄπισθεν Μούνδου καὶ Κωνσταντιόλου καὶ Βελισαρίου καὶ ἄλλων συγκλητικῶν καὶ βοηθείας ἐνόπλου, λαθραίως ἐξελθὼν Ναρσὴς κουβικουλάριος καὶ σπαθάριος ὑπέκλεψέ τινας τοὺς τοῦ Βενέτου μέρους, ῥογεύ‐</w:t>
      </w:r>
    </w:p>
    <w:p>
      <w:r>
        <w:rPr>
          <w:rFonts w:ascii="Courier New" w:hAnsi="Courier New"/>
          <w:color w:val="555555"/>
          <w:sz w:val="20"/>
        </w:rPr>
        <w:t>[5]</w:t>
      </w:r>
    </w:p>
    <w:p>
      <w:r>
        <w:rPr>
          <w:rFonts w:ascii="Gentium Plus" w:hAnsi="Gentium Plus"/>
          <w:sz w:val="24"/>
        </w:rPr>
        <w:t>σας αὐτοῖς χρήματα. καὶ στασιάσαντές τινες ἐκ τοῦ πλήθους ἔκραζον Ἰουστινιανὸν βασιλέα τῇ πόλει· διχονοῆσαν δὲ τὸ πλῆ‐ θος ὥρμησαν κατ’ ἀλλήλων. τῶν δὲ στρατηλατῶν εἰσελθόντων μετὰ βοηθείας ἐν τῷ ἱπποδρομίῳ, ἐξ ἀμφοτέρων τῶν εἰσόδων ἤρξαντο κόπτειν τὰ πλήθη· καὶ ἄλλοι μὲν ἐτόξευον, ἕτεροι δὲ κα‐</w:t>
      </w:r>
    </w:p>
    <w:p>
      <w:r>
        <w:rPr>
          <w:rFonts w:ascii="Courier New" w:hAnsi="Courier New"/>
          <w:color w:val="555555"/>
          <w:sz w:val="20"/>
        </w:rPr>
        <w:t>[10]</w:t>
      </w:r>
    </w:p>
    <w:p>
      <w:r>
        <w:rPr>
          <w:rFonts w:ascii="Gentium Plus" w:hAnsi="Gentium Plus"/>
          <w:sz w:val="24"/>
        </w:rPr>
        <w:t>τέσφαζον. κρυφῇ δὲ ἐξελθὼν Βελισάριος τὸν μὲν Ὑπάτιον καὶ Πομπήιον χειρὶ συνελάβετο, καὶ εἰσήγαγεν αὐτοὺς τῷ βασιλεῖ Ἰουστινιανῷ. καὶ προσέπεσαν ὑπὸ τοὺς πόδας τοῦ αὐτοῦ βασι‐ λέως ἀπολογούμενοι καὶ λέγοντες, Δέσποτα, πολὺς ἡμῖν κόπος ἐγένετο ὥστε συναγάγαι τοὺς ἐχθροὺς τοῦ κράτους ὑμῶν ἐν τῷ</w:t>
      </w:r>
    </w:p>
    <w:p>
      <w:r>
        <w:rPr>
          <w:rFonts w:ascii="Courier New" w:hAnsi="Courier New"/>
          <w:color w:val="555555"/>
          <w:sz w:val="20"/>
        </w:rPr>
        <w:t>[15]</w:t>
      </w:r>
    </w:p>
    <w:p>
      <w:r>
        <w:rPr>
          <w:rFonts w:ascii="Gentium Plus" w:hAnsi="Gentium Plus"/>
          <w:sz w:val="24"/>
        </w:rPr>
        <w:t>Ἱπποδρομίῳ. καὶ ἀποκριθεὶς πρὸς αὐτοὺς ὁ βασιλεὺς εἶπε, Κα‐ λῶς μὲν πεποιήκατε· εἰ δὲ ἐπείθοντο ὑμῖν προστατοῦσι, διὰ τί μὴ τοῦτο ἐποιήσατε πρὸ τοῦ καυθῆναι πᾶσαν τὴν πόλιν; καὶ ἐπιτραπέντες οἱ σπαθάριοι ὑπὸ τοῦ βασιλέως παρέλαβον καὶ ἀπέκλεισαν Ὑπάτιον καὶ Πομπήιον. οἱ δὲ ἐν τῷ ἱπποδρομίῳ</w:t>
      </w:r>
    </w:p>
    <w:p>
      <w:r>
        <w:rPr>
          <w:rFonts w:ascii="Courier New" w:hAnsi="Courier New"/>
          <w:color w:val="555555"/>
          <w:sz w:val="20"/>
        </w:rPr>
        <w:t>[20]</w:t>
      </w:r>
    </w:p>
    <w:p>
      <w:r>
        <w:rPr>
          <w:rFonts w:ascii="Gentium Plus" w:hAnsi="Gentium Plus"/>
          <w:sz w:val="24"/>
        </w:rPr>
        <w:t>σφαγέντες ἦσαν χιλιάδες τριάκοντα πέντε μικρῷ πλέον ἢ ἔλασσον. καὶ τῇ ἐπαύριον ἐσφάγησαν Ὑπάτιος καὶ Πομπήιος, καὶ ἐῤῥί‐ φησαν τὰ λείψανα αὐτῶν ἐν θαλάσσῃ. ὁ δὲ αὐτὸς βασιλεὺς ἐσή‐</w:t>
      </w:r>
    </w:p>
    <w:p>
      <w:r>
        <w:rPr>
          <w:rFonts w:ascii="Courier New" w:hAnsi="Courier New"/>
          <w:color w:val="555555"/>
          <w:sz w:val="20"/>
        </w:rPr>
        <w:t>[Chron . 477]</w:t>
      </w:r>
    </w:p>
    <w:p>
      <w:r>
        <w:rPr>
          <w:rFonts w:ascii="Gentium Plus" w:hAnsi="Gentium Plus"/>
          <w:sz w:val="24"/>
        </w:rPr>
        <w:t>τῶν τυράννων, ἐπιβαλλόμενος κτίζειν τοὺς καυθέντας τόπους. ἔκτισε δὲ πλησίον τοῦ παλατίου καὶ ὡρεῖον καὶ κιστέρνας ὑδάτων διὰ τὸ ἐν περιστάσεσιν ἔχειν ἀπόθετα. Ἐν αὐτῷ δὲ τῷ χρόνῳ ἐξῆλθε Ῥουφῖνος ἐν τοῖς Περσικοῖς</w:t>
      </w:r>
    </w:p>
    <w:p>
      <w:r>
        <w:rPr>
          <w:rFonts w:ascii="Courier New" w:hAnsi="Courier New"/>
          <w:color w:val="555555"/>
          <w:sz w:val="20"/>
        </w:rPr>
        <w:t>[5]</w:t>
      </w:r>
    </w:p>
    <w:p>
      <w:r>
        <w:rPr>
          <w:rFonts w:ascii="Gentium Plus" w:hAnsi="Gentium Plus"/>
          <w:sz w:val="24"/>
        </w:rPr>
        <w:t>μέρεσι μετὰ θείων ὑπομνηστικῶν τοῦ ποιῆσαι μετὰ Περσῶν πά‐ κτα εἰρήνης. Ἐν αὐτῷ δὲ τῷ χρόνῳ καὶ πρεσβευτὴς Ἰνδῶν μετὰ δώρων κατεπέμφθη ἐν Κωνσταντινουπόλει. καὶ αὐτῷ τῷ χρόνῳ Ἰωάν‐ νης ὁ Καππάδοξ ἐγένετο ἔπαρχος πραιτωρίων.</w:t>
      </w:r>
    </w:p>
    <w:p>
      <w:r>
        <w:rPr>
          <w:rFonts w:ascii="Courier New" w:hAnsi="Courier New"/>
          <w:color w:val="555555"/>
          <w:sz w:val="20"/>
        </w:rPr>
        <w:t>[10]</w:t>
      </w:r>
    </w:p>
    <w:p>
      <w:r>
        <w:rPr>
          <w:rFonts w:ascii="Gentium Plus" w:hAnsi="Gentium Plus"/>
          <w:sz w:val="24"/>
        </w:rPr>
        <w:t>Καὶ ἐν αὐτῷ τῷ χρόνῳ ἐγένετο δρόμος ἀστέρων πολὺς ἀπὸ ἑσπέρας ἕως αὔγους, ὥστε πάντας ἐκπλήττεσθαι καὶ λέγειν ὅτι Οὐδέποτε οἴδαμεν τοιοῦτόν τι γεγονός. Ἐν αὐτῷ δὲ τῷ χρόνῳ ὑπέστρεψαν ἐκ τῶν Περσικῶν Ἑρμο‐ γένης καὶ Ῥουφῖνος, ἐπιφερόμενοι μεθ’ ἑαυτῶν καὶ πάκτα εἰρή‐</w:t>
      </w:r>
    </w:p>
    <w:p>
      <w:r>
        <w:rPr>
          <w:rFonts w:ascii="Courier New" w:hAnsi="Courier New"/>
          <w:color w:val="555555"/>
          <w:sz w:val="20"/>
        </w:rPr>
        <w:t>[15]</w:t>
      </w:r>
    </w:p>
    <w:p>
      <w:r>
        <w:rPr>
          <w:rFonts w:ascii="Gentium Plus" w:hAnsi="Gentium Plus"/>
          <w:sz w:val="24"/>
        </w:rPr>
        <w:t>νης τῶν δύο πολιτειῶν Ῥωμαίων τε καὶ Περσῶν τῶν δύο πολι‐ τειῶν ἄχρι τῆς τῶν ἀμφοτέρων ζωῆς, ἀναδοθέντων μὲν Πέρσαις τὸ μέρος τῶν Φαραγγίων μετὰ πάντων τῶν αἰχμαλώτων, Ῥω‐ μαίοις δὲ τὰ κάστρα τὰ περιληφθέντα ὑπὸ Περσῶν σὺν τοῖς πα‐ ραληφθεῖσι, συνθεμένων τῶν δύο βασιλέων καὶ ὀνομασάντων</w:t>
      </w:r>
    </w:p>
    <w:p>
      <w:r>
        <w:rPr>
          <w:rFonts w:ascii="Courier New" w:hAnsi="Courier New"/>
          <w:color w:val="555555"/>
          <w:sz w:val="20"/>
        </w:rPr>
        <w:t>[20]</w:t>
      </w:r>
    </w:p>
    <w:p>
      <w:r>
        <w:rPr>
          <w:rFonts w:ascii="Gentium Plus" w:hAnsi="Gentium Plus"/>
          <w:sz w:val="24"/>
        </w:rPr>
        <w:t>ἐν τοῖς πάκτοις ἑαυτοὺς ἀδελφοὺς εἶναι κατὰ τὸ ἀρχαῖον ἔθος, καὶ ἵνα εἴ τις δεηθῇ ἑαυτῶν ἢ χρημάτων ἢ σωμάτων εἰς συμ‐</w:t>
      </w:r>
    </w:p>
    <w:p>
      <w:r>
        <w:rPr>
          <w:rFonts w:ascii="Courier New" w:hAnsi="Courier New"/>
          <w:color w:val="555555"/>
          <w:sz w:val="20"/>
        </w:rPr>
        <w:t>[Chron . 478]</w:t>
      </w:r>
    </w:p>
    <w:p>
      <w:r>
        <w:rPr>
          <w:rFonts w:ascii="Gentium Plus" w:hAnsi="Gentium Plus"/>
          <w:sz w:val="24"/>
        </w:rPr>
        <w:t>χώρησαν τὰ ἀμφότερα ἐξπέδιτα, Ῥωμαίων τε καὶ Περσῶν, τοῦ πολέμου κατασχόντος λʹ καὶ ἕνα ἐνιαυτὸν ἀφ’ οὗ ἦν ἀνελθὼν ἐν τοῖς Ῥωμαϊκοῖς Κωάδης ὁ Περσῶν βασιλεὺς πολεμῶν, ὡς προγέ‐ γραπται ἐπὶ τῆς βασιλείας Ἀναστασίου, καὶ τὴν παράληψιν Ἀμί‐</w:t>
      </w:r>
    </w:p>
    <w:p>
      <w:r>
        <w:rPr>
          <w:rFonts w:ascii="Courier New" w:hAnsi="Courier New"/>
          <w:color w:val="555555"/>
          <w:sz w:val="20"/>
        </w:rPr>
        <w:t>[5]</w:t>
      </w:r>
    </w:p>
    <w:p>
      <w:r>
        <w:rPr>
          <w:rFonts w:ascii="Gentium Plus" w:hAnsi="Gentium Plus"/>
          <w:sz w:val="24"/>
        </w:rPr>
        <w:t>δης, ὡς προγέγραπται, καὶ τὴν πρὸς Ῥωμαίους ἀποκατάστασιν τῆς αὐτῆς πόλεως Ἀμίδης καὶ τοὺς μερικοὺς πολέμους τῶν Σαρα‐ κηνῶν ἐπιδρομῶν. Ἐν αὐτῷ δὲ τῷ χρόνῳ γέγονε σεισμὸς ἐν Βυζαντίῳ ἑσπέρας βαθείας, ὥστε πᾶσαν τὴν πόλιν συναχθῆναι ἐν τῷ λεγομένῳ φό‐</w:t>
      </w:r>
    </w:p>
    <w:p>
      <w:r>
        <w:rPr>
          <w:rFonts w:ascii="Courier New" w:hAnsi="Courier New"/>
          <w:color w:val="555555"/>
          <w:sz w:val="20"/>
        </w:rPr>
        <w:t>[10]</w:t>
      </w:r>
    </w:p>
    <w:p>
      <w:r>
        <w:rPr>
          <w:rFonts w:ascii="Gentium Plus" w:hAnsi="Gentium Plus"/>
          <w:sz w:val="24"/>
        </w:rPr>
        <w:t>ρῳ Κωνσταντίνου, ἐν λιταῖς καὶ δεήσεσι καὶ ἀγρυπνίαις συνα‐ γόμενοι. Ἐν αὐταῖς δὲ ταῖς ἡμέραις ὁ αὐτὸς βασιλεὺς Ἰουστινιανὸς ἐν ἑκάστῃ πόλει κατέπεμψε θείας προστάξεις περιεχούσας οὕτως. Ἤδικτον περιέχον περὶ τῆς ὀρθοδόξου πίστεως καὶ κατὰ ἀσεβῶν αἱ‐</w:t>
      </w:r>
    </w:p>
    <w:p>
      <w:r>
        <w:rPr>
          <w:rFonts w:ascii="Courier New" w:hAnsi="Courier New"/>
          <w:color w:val="555555"/>
          <w:sz w:val="20"/>
        </w:rPr>
        <w:t>[15]</w:t>
      </w:r>
    </w:p>
    <w:p>
      <w:r>
        <w:rPr>
          <w:rFonts w:ascii="Gentium Plus" w:hAnsi="Gentium Plus"/>
          <w:sz w:val="24"/>
        </w:rPr>
        <w:t>ρετικῶν. καὶ προετέθη ἐν ἑκάστῃ πόλει ἐν ταῖς ἐκκλησίαις. Καὶ μετ’ οὐ πολὺ σεισμὸς ἐγένετο φοβερὸς ἐν Ἀντιοχείᾳ τῇ μεγάλῃ ἀβλαβής. Ἐν αὐτῷ δὲ τῷ χρόνῳ ἔῤῥιψε καὶ τὴν τρίτην ὑπατείαν ὁ αὐ‐ τὸς βασιλεύς, ἀνακαλεσάμενος τοὺς πατρικίους Ὀλύβριον καὶ</w:t>
      </w:r>
    </w:p>
    <w:p>
      <w:r>
        <w:rPr>
          <w:rFonts w:ascii="Courier New" w:hAnsi="Courier New"/>
          <w:color w:val="555555"/>
          <w:sz w:val="20"/>
        </w:rPr>
        <w:t>[20]</w:t>
      </w:r>
    </w:p>
    <w:p>
      <w:r>
        <w:rPr>
          <w:rFonts w:ascii="Gentium Plus" w:hAnsi="Gentium Plus"/>
          <w:sz w:val="24"/>
        </w:rPr>
        <w:t>Πρόβον, ὄντας ἐν ἐξορίᾳ, δεδωκὼς αὐτοῖς πάντα τὰ ὑπάρχοντα αὐτῶν.</w:t>
      </w:r>
    </w:p>
    <w:p>
      <w:r>
        <w:rPr>
          <w:rFonts w:ascii="Courier New" w:hAnsi="Courier New"/>
          <w:color w:val="555555"/>
          <w:sz w:val="20"/>
        </w:rPr>
        <w:t>[Chron . 479]</w:t>
      </w:r>
    </w:p>
    <w:p>
      <w:r>
        <w:rPr>
          <w:rFonts w:ascii="Gentium Plus" w:hAnsi="Gentium Plus"/>
          <w:sz w:val="24"/>
        </w:rPr>
        <w:t>γυναικὸς ὑπὸ Βελισαρίου· καὶ εἰσηνέχθησαν ἐν Κωνσταντινουπό‐ λει. καὶ ἱπποδρομίου ἀγομένου εἰσηνέχθησαν αἰχμάλωτοι μετὰ καὶ τῶν λαφύρων. Τῷ αὐτῷ δὲ χρόνῳ ἔπεσεν ἡ στήλη Ἰουλιανοῦ τοῦ παραβά‐</w:t>
      </w:r>
    </w:p>
    <w:p>
      <w:r>
        <w:rPr>
          <w:rFonts w:ascii="Courier New" w:hAnsi="Courier New"/>
          <w:color w:val="555555"/>
          <w:sz w:val="20"/>
        </w:rPr>
        <w:t>[5]</w:t>
      </w:r>
    </w:p>
    <w:p>
      <w:r>
        <w:rPr>
          <w:rFonts w:ascii="Gentium Plus" w:hAnsi="Gentium Plus"/>
          <w:sz w:val="24"/>
        </w:rPr>
        <w:t>του ἡ σταθεῖσα μέσον τοῦ Ἰουλιανοῦ λιμένος· καὶ ἔπηξαν ἀντὶ τῆς αὐτῆς στήλης σταυρόν. Καὶ μετὰ τὴν ὑπατείαν Βελισαρίου ἐγένετο σύνοδος ἐν Κων‐ σταντινουπόλει ὑπὸ τοῦ ἐπισκόπου Ῥώμης Ἀγαπητοῦ· καὶ κα‐ θῆρεν Ἀνθέμιον τὸν πατριάρχην Κωνσταντινουπόλεως. καὶ ἐν</w:t>
      </w:r>
    </w:p>
    <w:p>
      <w:r>
        <w:rPr>
          <w:rFonts w:ascii="Courier New" w:hAnsi="Courier New"/>
          <w:color w:val="555555"/>
          <w:sz w:val="20"/>
        </w:rPr>
        <w:t>[10]</w:t>
      </w:r>
    </w:p>
    <w:p>
      <w:r>
        <w:rPr>
          <w:rFonts w:ascii="Gentium Plus" w:hAnsi="Gentium Plus"/>
          <w:sz w:val="24"/>
        </w:rPr>
        <w:t>τῷ αὐτῷ ἔτει τελευτᾷ ἐν Βυζαντίῳ ὁ ἐπίσκοπος Ῥώμης· καὶ γέ‐ γονε πατριάρχης ἐν Κωνσταντινουπόλει Μηνᾶς ὁ ἀπὸ ξενοδόχων τῶν Σαμψών. Ἐν δὲ τῇ ὑπατείᾳ Ἰωάννου τοῦ Καππάδοκος ἐπήρθησαν αἱ ἐκκλησίαι τῶν Ἀρειανῶν.</w:t>
      </w:r>
    </w:p>
    <w:p>
      <w:r>
        <w:rPr>
          <w:rFonts w:ascii="Courier New" w:hAnsi="Courier New"/>
          <w:color w:val="555555"/>
          <w:sz w:val="20"/>
        </w:rPr>
        <w:t>[15]</w:t>
      </w:r>
    </w:p>
    <w:p>
      <w:r>
        <w:rPr>
          <w:rFonts w:ascii="Gentium Plus" w:hAnsi="Gentium Plus"/>
          <w:sz w:val="24"/>
        </w:rPr>
        <w:t>Καὶ τῷ αὐτῷ χρόνῳ ἐπληρώθη ἡ χαλκῆ τοῦ παλατίου Κων‐ σταντινουπόλεως, κοσμηθεῖσα διαφόροις μαρμάροις καὶ μου‐ σίῳ. μετηνέχθη δὲ καὶ τὸ ὡρολογεῖον τὸ πλησίον τοῦ Αὐγου‐ στίου καὶ τῆς βασιλικῆς. περιῃρέθη δὲ τῷ αὐτῷ χρόνῳ ἡ τοῦ νυκτεπάρχου ἀρχή, καὶ ἐγένετο ἀντ’ αὐτοῦ πραίτωρ. καὶ τῷ</w:t>
      </w:r>
    </w:p>
    <w:p>
      <w:r>
        <w:rPr>
          <w:rFonts w:ascii="Courier New" w:hAnsi="Courier New"/>
          <w:color w:val="555555"/>
          <w:sz w:val="20"/>
        </w:rPr>
        <w:t>[20]</w:t>
      </w:r>
    </w:p>
    <w:p>
      <w:r>
        <w:rPr>
          <w:rFonts w:ascii="Gentium Plus" w:hAnsi="Gentium Plus"/>
          <w:sz w:val="24"/>
        </w:rPr>
        <w:t>αὐτῷ ἔτει προεβλήθη κοιαίστωρ. Ἐν αὐτῇ δὲ τῇ ὑπατείᾳ γέγονε τὰ ἐγκαίνια τῆς μεγάλης ἐκ‐ κλησίας.</w:t>
      </w:r>
    </w:p>
    <w:p>
      <w:r>
        <w:rPr>
          <w:rFonts w:ascii="Courier New" w:hAnsi="Courier New"/>
          <w:color w:val="555555"/>
          <w:sz w:val="20"/>
        </w:rPr>
        <w:t>[Chron . 480]</w:t>
      </w:r>
    </w:p>
    <w:p>
      <w:r>
        <w:rPr>
          <w:rFonts w:ascii="Gentium Plus" w:hAnsi="Gentium Plus"/>
          <w:sz w:val="24"/>
        </w:rPr>
        <w:t>λη ὑπὸ Χοσρόου, βασιλέως Περσῶν. καὶ ἐπέμφθη εἰς τὸ πολε‐ μῆσαι Γερμανὸς ζωσθεὶς στρατηλάτης μετὰ καὶ τοῦ ἰδίου αὐ‐ τοῦ υἱοῦ Ἰουστίνου. καὶ μηδὲν ὠφελήσας ἐκάθητο ἐν Ἀντιοχείᾳ, ἀγοράζων τὸν ἄργυρον νομισμάτων βʹ ἢ τριῶν τὴν λίτραν ἐκ τῶν</w:t>
      </w:r>
    </w:p>
    <w:p>
      <w:r>
        <w:rPr>
          <w:rFonts w:ascii="Courier New" w:hAnsi="Courier New"/>
          <w:color w:val="555555"/>
          <w:sz w:val="20"/>
        </w:rPr>
        <w:t>[5]</w:t>
      </w:r>
    </w:p>
    <w:p>
      <w:r>
        <w:rPr>
          <w:rFonts w:ascii="Gentium Plus" w:hAnsi="Gentium Plus"/>
          <w:sz w:val="24"/>
        </w:rPr>
        <w:t>αὐτῶν Ἀντιοχέων. Ὁ δὲ βασιλεὺς Περσῶν εἰσῆλθε καὶ ἐν Ἀπαμείᾳ καὶ ἐν ἑτέ‐ ραις πόλεσι τῆς ἀνατολῆς. Καὶ τῷ αὐτῷ χρόνῳ κατεπέμφθη Βελισάριος ἐν Ῥώμῃ· καὶ πολεμήσας παρέλαβε τήν τε Ῥώμην καὶ Σικελίαν καὶ τὰς πέριξ</w:t>
      </w:r>
    </w:p>
    <w:p>
      <w:r>
        <w:rPr>
          <w:rFonts w:ascii="Courier New" w:hAnsi="Courier New"/>
          <w:color w:val="555555"/>
          <w:sz w:val="20"/>
        </w:rPr>
        <w:t>[10]</w:t>
      </w:r>
    </w:p>
    <w:p>
      <w:r>
        <w:rPr>
          <w:rFonts w:ascii="Gentium Plus" w:hAnsi="Gentium Plus"/>
          <w:sz w:val="24"/>
        </w:rPr>
        <w:t>πόλεις κρατουμένας ὑπὸ Οὐιττιγή, ῥηγὸς τῶν Γότθων. καὶ πο‐ λεμήσας, καὶ παραλαβὼν τὸν αὐτὸν Οὐιττιγὴν καὶ τὴν γυναῖκα αὐτοῦ καὶ τὸν υἱὸν αὐτοῦ, ἤγαγεν ἐν Βυζαντίῳ. Καὶ μετ’ ὀλίγον καιρὸν ὁ αὐτὸς βασιλεὺς ἔπεμψε Ναρσὴν τὸν κουβικουλάριον μετὰ πολλῆς βοηθείας ἐν Ῥώμῃ κατὰ τῶν αὐ‐</w:t>
      </w:r>
    </w:p>
    <w:p>
      <w:r>
        <w:rPr>
          <w:rFonts w:ascii="Courier New" w:hAnsi="Courier New"/>
          <w:color w:val="555555"/>
          <w:sz w:val="20"/>
        </w:rPr>
        <w:t>[15]</w:t>
      </w:r>
    </w:p>
    <w:p>
      <w:r>
        <w:rPr>
          <w:rFonts w:ascii="Gentium Plus" w:hAnsi="Gentium Plus"/>
          <w:sz w:val="24"/>
        </w:rPr>
        <w:t>τῶν Γότθων. Μηνὶ αὐγούστῳ ἀπεζώσθη Ἰωάννης ὁ ἐπίκλην Καππά‐ δοξ, δὶς διανύσας τὴν τῶν ἐπάρχων ἀρχήν. καὶ δημευθεὶς ἐπέμφθη ἐν Κυζίκῳ, κληρωθεὶς διάκονος ἐν Ἀρτάκῃ· κἀκεῖσε φρατριάσας μετά τινων κτητόρων ἀνεῖλον Εὐσέβιον τὸν ἐπί‐</w:t>
      </w:r>
    </w:p>
    <w:p>
      <w:r>
        <w:rPr>
          <w:rFonts w:ascii="Courier New" w:hAnsi="Courier New"/>
          <w:color w:val="555555"/>
          <w:sz w:val="20"/>
        </w:rPr>
        <w:t>[20]</w:t>
      </w:r>
    </w:p>
    <w:p>
      <w:r>
        <w:rPr>
          <w:rFonts w:ascii="Gentium Plus" w:hAnsi="Gentium Plus"/>
          <w:sz w:val="24"/>
        </w:rPr>
        <w:t>σκοπον τῆς αὐτῆς Κυζικηνῶν πόλεως. μαθὼν δὲ ὁ βασιλεὺς καὶ ἀγανακτήσας κατὰ τοῦ αὐτοῦ Ἰωάννου, πέμψας ἐξήτασεν αὐτὸν</w:t>
      </w:r>
    </w:p>
    <w:p>
      <w:r>
        <w:rPr>
          <w:rFonts w:ascii="Courier New" w:hAnsi="Courier New"/>
          <w:color w:val="555555"/>
          <w:sz w:val="20"/>
        </w:rPr>
        <w:t>[Chron . 481]</w:t>
      </w:r>
    </w:p>
    <w:p>
      <w:r>
        <w:rPr>
          <w:rFonts w:ascii="Gentium Plus" w:hAnsi="Gentium Plus"/>
          <w:sz w:val="24"/>
        </w:rPr>
        <w:t>βασιλέως ἐκεῖθεν ἐξωρίσθη ἐν Ἀντίνῳ. καὶ μετὰ χρόνον ἀνα‐ κληθεὶς τελευτᾷ ἐν Βυζαντίῳ. Ἰνδικτιῶνος εʹ συνέβη γενέσθαι τοιοῦτον πρᾶγμα. γυνή τις καταμένουσα πλησίον τῆς λεγομένης Χρυσῆς πόρτας κρεμα‐</w:t>
      </w:r>
    </w:p>
    <w:p>
      <w:r>
        <w:rPr>
          <w:rFonts w:ascii="Courier New" w:hAnsi="Courier New"/>
          <w:color w:val="555555"/>
          <w:sz w:val="20"/>
        </w:rPr>
        <w:t>[5]</w:t>
      </w:r>
    </w:p>
    <w:p>
      <w:r>
        <w:rPr>
          <w:rFonts w:ascii="Gentium Plus" w:hAnsi="Gentium Plus"/>
          <w:sz w:val="24"/>
        </w:rPr>
        <w:t>σθεῖσα ἐν μιᾷ νυκτὶ ἐφλυάρησε πολλά, ὥστε συνδραμεῖν τὰ πλή‐ θη Κωνσταντινουπόλεως καὶ ἀπελθεῖν λιτανεύοντα εἰς τὸν ἅγιον Διομήδην εἰς Ἱερουσαλὴμ καὶ καταγαγεῖν τὴν γυναῖκα ἐκ τοῦ οἴκου αὐτῆς καὶ εἰσαγαγεῖν εἰς τὴν ἐκκλησίαν τοῦ ἁγίου Διομήδους· ἔλεγε γὰρ ὅτι μετὰ τρεῖς ἡμέρας ἀνέρχεται ἡ θάλασσα καὶ πάντας</w:t>
      </w:r>
    </w:p>
    <w:p>
      <w:r>
        <w:rPr>
          <w:rFonts w:ascii="Courier New" w:hAnsi="Courier New"/>
          <w:color w:val="555555"/>
          <w:sz w:val="20"/>
        </w:rPr>
        <w:t>[10]</w:t>
      </w:r>
    </w:p>
    <w:p>
      <w:r>
        <w:rPr>
          <w:rFonts w:ascii="Gentium Plus" w:hAnsi="Gentium Plus"/>
          <w:sz w:val="24"/>
        </w:rPr>
        <w:t>λαμβάνει. καὶ πάντων λιτανευόντων καὶ κραζόντων τὸ Κύριε ἐλέησον· ἠκούετο γὰρ ὅτι καὶ πόλεις πολλαὶ κατεπόθησαν. τότε δὲ καὶ ἐν Αἰγύπτῳ καὶ ἐν Ἀλεξανδρείᾳ θνῆσις ἀνθρώπων γέ‐ γονεν. ὁ δὲ αὐτὸς βασιλεὺς πέμψας Ναρσὴν τὸν κουβικουλάριον μετὰ δρομώνων καὶ ἄλλους τινὰς μαθεῖν τὰ γενόμενα, καὶ ἀπελ‐</w:t>
      </w:r>
    </w:p>
    <w:p>
      <w:r>
        <w:rPr>
          <w:rFonts w:ascii="Courier New" w:hAnsi="Courier New"/>
          <w:color w:val="555555"/>
          <w:sz w:val="20"/>
        </w:rPr>
        <w:t>[15]</w:t>
      </w:r>
    </w:p>
    <w:p>
      <w:r>
        <w:rPr>
          <w:rFonts w:ascii="Gentium Plus" w:hAnsi="Gentium Plus"/>
          <w:sz w:val="24"/>
        </w:rPr>
        <w:t>θόντων τῶν παίδων Ναρσοῦ κατ’ ἐπιτροπὴν αὐτοῦ εἰς τὸν ἅγιον Διομήδην καὶ μαθόντων παρὰ τοῦ συναχθέντος ὄχλου τὰ λεγό‐ μενα ὑπὸ τῆς γυναικός, ἐλθόντες ἀπήγγειλαν Ναρσῇ τὰ γενόμενα ἐν τῇ ἐκκλησίᾳ, καὶ ὅτι ἤκουσαν ἀπὸ τῆς γυναικὸς τῆς κρεμα‐ σθείσης ὅτι μετὰ τρεῖς ἡμέρας ἀνέρχεται ἡ θάλασσα καὶ κα‐</w:t>
      </w:r>
    </w:p>
    <w:p>
      <w:r>
        <w:rPr>
          <w:rFonts w:ascii="Courier New" w:hAnsi="Courier New"/>
          <w:color w:val="555555"/>
          <w:sz w:val="20"/>
        </w:rPr>
        <w:t>[20]</w:t>
      </w:r>
    </w:p>
    <w:p>
      <w:r>
        <w:rPr>
          <w:rFonts w:ascii="Gentium Plus" w:hAnsi="Gentium Plus"/>
          <w:sz w:val="24"/>
        </w:rPr>
        <w:t>τακλύζει πάντας. καὶ ἀκούσαντες οἱ ὄχλοι τῶν λεγομένων παρ’</w:t>
      </w:r>
    </w:p>
    <w:p>
      <w:r>
        <w:rPr>
          <w:rFonts w:ascii="Courier New" w:hAnsi="Courier New"/>
          <w:color w:val="555555"/>
          <w:sz w:val="20"/>
        </w:rPr>
        <w:t>[Chron . 482]</w:t>
      </w:r>
    </w:p>
    <w:p>
      <w:r>
        <w:rPr>
          <w:rFonts w:ascii="Gentium Plus" w:hAnsi="Gentium Plus"/>
          <w:sz w:val="24"/>
        </w:rPr>
        <w:t>Καὶ τῷ αὐτῷ χρόνῳ Λογγῖνος ἔπαρχος πόλεως προεβλήθη· ὅστις ἔστρωσε τὸ μεσίαυλον τῆς βασιλικῆς κιστέρνης. ἔκτισε δὲ καὶ τοὺς ἐμβόλους τῆς αὐτῆς βασιλικῆς εὐπρεπῶς. Ἰδὼν δὲ κύριος ὁ θεὸς ὅτι ἐπληθύνθησαν αἱ ἀνομίαι τῶν ἀν‐</w:t>
      </w:r>
    </w:p>
    <w:p>
      <w:r>
        <w:rPr>
          <w:rFonts w:ascii="Courier New" w:hAnsi="Courier New"/>
          <w:color w:val="555555"/>
          <w:sz w:val="20"/>
        </w:rPr>
        <w:t>[5]</w:t>
      </w:r>
    </w:p>
    <w:p>
      <w:r>
        <w:rPr>
          <w:rFonts w:ascii="Gentium Plus" w:hAnsi="Gentium Plus"/>
          <w:sz w:val="24"/>
        </w:rPr>
        <w:t>θρώπων, ἐπήγαγε πτῶσιν ἀνθρώπων ἐπὶ τῆς γῆς εἰς ἐξάλειψιν ἐν πάσαις ταῖς πόλεσι καὶ ἐν ταῖς χώραις. ἐπεκράτησε γὰρ ἡ θνῆσις ἐπὶ χρόνον, ὥστε μὴ αὐταρκεῖν τοὺς θάπτοντας. τινὲς γὰρ καὶ ἐκ τῶν ἰδίων οἴκων ἐν ξυλίνοις κραβάτοις ἐξέφερον, καὶ οὐδὲ οὕτως ἐξήρκουν. ἔμενον γὰρ καί τινα τῶν σκηνωμάτων ἐπὶ ἡμέρας ἄτα‐</w:t>
      </w:r>
    </w:p>
    <w:p>
      <w:r>
        <w:rPr>
          <w:rFonts w:ascii="Courier New" w:hAnsi="Courier New"/>
          <w:color w:val="555555"/>
          <w:sz w:val="20"/>
        </w:rPr>
        <w:t>[10]</w:t>
      </w:r>
    </w:p>
    <w:p>
      <w:r>
        <w:rPr>
          <w:rFonts w:ascii="Gentium Plus" w:hAnsi="Gentium Plus"/>
          <w:sz w:val="24"/>
        </w:rPr>
        <w:t>φα· τινὲς γὰρ καὶ τῶν ἰδίων προσγενῶν τὴν ταφὴν οὐκ ἔβλεπον. ἐπεκράτησε δὲ ἡ εὐσπλαγχνία τοῦ θεοῦ ἐν Βυζαντίῳ ἐπὶ μῆνας δύο. Μηνὶ σεπτεμβρίῳ ἰνδικτιῶνος ζʹ ἐγένετο σεισμὸς ἐν Κυζί‐ κῳ, καὶ τὸ ἥμισυ τῆς αὐτῆς πόλεως ἔπεσε. Καὶ τῷ αὐτῷ χρόνῳ ἀνηνέχθη ἔφιππος στήλη τοῦ βασιλέως</w:t>
      </w:r>
    </w:p>
    <w:p>
      <w:r>
        <w:rPr>
          <w:rFonts w:ascii="Courier New" w:hAnsi="Courier New"/>
          <w:color w:val="555555"/>
          <w:sz w:val="20"/>
        </w:rPr>
        <w:t>[15]</w:t>
      </w:r>
    </w:p>
    <w:p>
      <w:r>
        <w:rPr>
          <w:rFonts w:ascii="Gentium Plus" w:hAnsi="Gentium Plus"/>
          <w:sz w:val="24"/>
        </w:rPr>
        <w:t>Ἰουστινιανοῦ πλησίον τοῦ παλατίου ἐν τῷ λεγομένῳ Αὐγου‐ στεών· ἥτις στήλη ἦν Ἀρκαδίου βασιλέως, πρῴην οὖσα ἐν τῷ Ταύρῳ ἐν βωμίσκῳ. Ἐν αὐτῷ δὲ τῷ χρόνῳ καὶ σπάνις οἴνου ἐγένετο. Τῷ δὲ νοεμβρίῳ μηνὶ διαστροφὴ ἐγένετο περὶ τῆς ἀποκρεω‐</w:t>
      </w:r>
    </w:p>
    <w:p>
      <w:r>
        <w:rPr>
          <w:rFonts w:ascii="Courier New" w:hAnsi="Courier New"/>
          <w:color w:val="555555"/>
          <w:sz w:val="20"/>
        </w:rPr>
        <w:t>[20]</w:t>
      </w:r>
    </w:p>
    <w:p>
      <w:r>
        <w:rPr>
          <w:rFonts w:ascii="Gentium Plus" w:hAnsi="Gentium Plus"/>
          <w:sz w:val="24"/>
        </w:rPr>
        <w:t>σίμου· ὁ δὲ αὐτὸς βασιλεὺς προσέταξεν ἑτέραν ἑβδομάδα πρα‐</w:t>
      </w:r>
    </w:p>
    <w:p>
      <w:r>
        <w:rPr>
          <w:rFonts w:ascii="Courier New" w:hAnsi="Courier New"/>
          <w:color w:val="555555"/>
          <w:sz w:val="20"/>
        </w:rPr>
        <w:t>[Chron . 483]</w:t>
      </w:r>
    </w:p>
    <w:p>
      <w:r>
        <w:rPr>
          <w:rFonts w:ascii="Gentium Plus" w:hAnsi="Gentium Plus"/>
          <w:sz w:val="24"/>
        </w:rPr>
        <w:t>καν, οὐδεὶς δὲ ἤσθιεν· ἐγένετο δὲ καὶ πάθος Χριστοῦ τοῦ θεοῦ ἡμῶν, καθὼς ὁ αὐτὸς βασιλεὺς ἠβουλήθη. Μηνὶ φεβρουαρίῳ ἰνδικτιῶνος δεκάτης ὁ ἐπίσκοπος Ῥώμης Βιγίλιος παρεγένετο ἐν Κωνσταντινουπόλει· καὶ τῷ αὐτῷ χρόνῳ</w:t>
      </w:r>
    </w:p>
    <w:p>
      <w:r>
        <w:rPr>
          <w:rFonts w:ascii="Courier New" w:hAnsi="Courier New"/>
          <w:color w:val="555555"/>
          <w:sz w:val="20"/>
        </w:rPr>
        <w:t>[5]</w:t>
      </w:r>
    </w:p>
    <w:p>
      <w:r>
        <w:rPr>
          <w:rFonts w:ascii="Gentium Plus" w:hAnsi="Gentium Plus"/>
          <w:sz w:val="24"/>
        </w:rPr>
        <w:t>παρελήφθη Ῥώμη ὑπὸ Γότθων. Ἐν αὐτῷ δὲ τῷ ἔτει Μηνᾶς ὁ πατριάρχης Κωνσταντινου‐ πόλεως καθῃρέθη ὑπὸ τοῦ πάπα Ῥώμης διά τινας αἰτίας κα‐ νονικάς. Καὶ τῇ αὐτῇ ἰνδικτιῶνι γενεθλίου ἀγομένου ἐν Βυζαντίῳ, ὄν‐</w:t>
      </w:r>
    </w:p>
    <w:p>
      <w:r>
        <w:rPr>
          <w:rFonts w:ascii="Courier New" w:hAnsi="Courier New"/>
          <w:color w:val="555555"/>
          <w:sz w:val="20"/>
        </w:rPr>
        <w:t>[10]</w:t>
      </w:r>
    </w:p>
    <w:p>
      <w:r>
        <w:rPr>
          <w:rFonts w:ascii="Gentium Plus" w:hAnsi="Gentium Plus"/>
          <w:sz w:val="24"/>
        </w:rPr>
        <w:t>τος ἐπάρχου πόλεως Θωμᾶ, ἀμιξία ἐγένετο ἐξ ἀμφοτέρων τῶν με‐ ρῶν· καὶ θεωρήσας ὁ βασιλεὺς τὸ γεγονός, κελεύσας τοῖς ἐξκου‐ βίτορσιν, ἐπέβησαν κατὰ τοῦ πλήθους· καὶ οἱ μὲν φεύγοντες ἀπεπνίγησαν, ἕτεροι δὲ κατεσφάγησαν. Τῇ δὲ αὐτῇ ἰνδικτιῶνι ἐδέχθη Μηνᾶς ὁ ἀρχιεπίσκοπος Κων‐</w:t>
      </w:r>
    </w:p>
    <w:p>
      <w:r>
        <w:rPr>
          <w:rFonts w:ascii="Courier New" w:hAnsi="Courier New"/>
          <w:color w:val="555555"/>
          <w:sz w:val="20"/>
        </w:rPr>
        <w:t>[15]</w:t>
      </w:r>
    </w:p>
    <w:p>
      <w:r>
        <w:rPr>
          <w:rFonts w:ascii="Gentium Plus" w:hAnsi="Gentium Plus"/>
          <w:sz w:val="24"/>
        </w:rPr>
        <w:t>σταντινουπόλεως εἰς τὴν ἐπισκοπὴν αὐτοῦ· καὶ ἀπῆλθεν εἰς τὴν ἄθλησιν τῶν ἁγίων ἀποστόλων ἐν τῷ περιτειχίσματι. Καὶ τῷ αὐτῷ χρόνῳ ὄντος κόμητος πραίτωρος τοῦ ἐπίκλην Διπουνδιαρίστου δημοσίᾳ ἐξητάσθησαν οἱ εὑρεθέντες ἐν τῷ φό‐ νῳ τοῦ ἐπισκόπου Κυζίκου, Ἀνδρέας καὶ Ἰωάννης ὁ ἐπίκλην</w:t>
      </w:r>
    </w:p>
    <w:p>
      <w:r>
        <w:rPr>
          <w:rFonts w:ascii="Courier New" w:hAnsi="Courier New"/>
          <w:color w:val="555555"/>
          <w:sz w:val="20"/>
        </w:rPr>
        <w:t>[20]</w:t>
      </w:r>
    </w:p>
    <w:p>
      <w:r>
        <w:rPr>
          <w:rFonts w:ascii="Gentium Plus" w:hAnsi="Gentium Plus"/>
          <w:sz w:val="24"/>
        </w:rPr>
        <w:t>Δάνδαξ· καὶ μετὰ τὴν ἐξέτασιν ἐπήρθησαν τῶν δύο αἱ δεξιαί. καὶ τῷ αὐτῷ χρόνῳ ἐγένοντο σεισμοὶ συνεχεῖς.</w:t>
      </w:r>
    </w:p>
    <w:p>
      <w:r>
        <w:rPr>
          <w:rFonts w:ascii="Courier New" w:hAnsi="Courier New"/>
          <w:color w:val="555555"/>
          <w:sz w:val="20"/>
        </w:rPr>
        <w:t>[Chron . 484]</w:t>
      </w:r>
    </w:p>
    <w:p>
      <w:r>
        <w:rPr>
          <w:rFonts w:ascii="Gentium Plus" w:hAnsi="Gentium Plus"/>
          <w:sz w:val="24"/>
        </w:rPr>
        <w:t>παὶ φοβεραὶ πάνυ, ὥστε καὶ ἀνθρώπους καθεύδοντας ἐκ τῶν ἀστραπῶν βλαβῆναι. ἐν αὐτοῖς δὲ τοῖς φόβοις καὶ τοῦ κίονος τοῦ ἐν τῷ Ξηρολόφῳ ἀπεπτελώθη μέρος. Καὶ τῇ κηʹ τοῦ αὐτοῦ μηνὸς ἰνδικτιῶνος δεκάτης τελευτᾷ</w:t>
      </w:r>
    </w:p>
    <w:p>
      <w:r>
        <w:rPr>
          <w:rFonts w:ascii="Courier New" w:hAnsi="Courier New"/>
          <w:color w:val="555555"/>
          <w:sz w:val="20"/>
        </w:rPr>
        <w:t>[5]</w:t>
      </w:r>
    </w:p>
    <w:p>
      <w:r>
        <w:rPr>
          <w:rFonts w:ascii="Gentium Plus" w:hAnsi="Gentium Plus"/>
          <w:sz w:val="24"/>
        </w:rPr>
        <w:t>ἡ Αὔγουστα Θεοδώρα. Καὶ τῷ ἰουλίῳ μηνὶ συμβολῆς γενομένης ἐξ ἀμφοτέρων τῶν μερῶν ἐμπρησμὸς γέγονεν ἐν τῇ οἰκίᾳ τῇ λεγομένῃ τὰ Πάρδου· καὶ ἐκαύθησαν πολλὰ καὶ ἔπεσαν φόνοι πολλοί. Ἰνδικτιῶνος ιγʹ πρεσβευτὴς Ἰνδῶν κατεπέμφθη μετὰ καὶ</w:t>
      </w:r>
    </w:p>
    <w:p>
      <w:r>
        <w:rPr>
          <w:rFonts w:ascii="Courier New" w:hAnsi="Courier New"/>
          <w:color w:val="555555"/>
          <w:sz w:val="20"/>
        </w:rPr>
        <w:t>[10]</w:t>
      </w:r>
    </w:p>
    <w:p>
      <w:r>
        <w:rPr>
          <w:rFonts w:ascii="Gentium Plus" w:hAnsi="Gentium Plus"/>
          <w:sz w:val="24"/>
        </w:rPr>
        <w:t>ἐλέφαντος ἐν Κωνσταντινουπόλει. Καὶ τῷ αὐτῷ χρόνῳ περιῃρέθη τὸ ὄνομα Μηνᾶ τοῦ ἀρχι‐ επισκόπου ἐκ τῶν ἁγίων διπτύχων καὶ τὸ ὄνομα Βιγιλίου τοῦ πάπα Ῥώμης. Μηνὶ ἀπριλλίῳ ἐγένετο συμβολὴ δημοτικὴ ἐν τῷ Ἱπποδρο‐</w:t>
      </w:r>
    </w:p>
    <w:p>
      <w:r>
        <w:rPr>
          <w:rFonts w:ascii="Courier New" w:hAnsi="Courier New"/>
          <w:color w:val="555555"/>
          <w:sz w:val="20"/>
        </w:rPr>
        <w:t>[15]</w:t>
      </w:r>
    </w:p>
    <w:p>
      <w:r>
        <w:rPr>
          <w:rFonts w:ascii="Gentium Plus" w:hAnsi="Gentium Plus"/>
          <w:sz w:val="24"/>
        </w:rPr>
        <w:t>μίῳ μὴ ἀγομένου τοῦ ἱππικοῦ· καὶ πολλοὶ ἀπέθανον ἐξ ἀμ‐ φοτέρων. Μηνὶ ἰουνίῳ κηʹ, ἰνδικτιῶνι τῇ αὐτῇ, ἐγένετο τὰ ἐγκαίνια τῶν ἁγίων ἀποστόλων καὶ ἡ κατάθεσις τῶν τιμίων λειψάνων Ἀν‐ δρέου, Λουκᾶ, καὶ Τιμοθέου ἐν Κωνσταντινουπόλει· καὶ διῆλθεν</w:t>
      </w:r>
    </w:p>
    <w:p>
      <w:r>
        <w:rPr>
          <w:rFonts w:ascii="Courier New" w:hAnsi="Courier New"/>
          <w:color w:val="555555"/>
          <w:sz w:val="20"/>
        </w:rPr>
        <w:t>[20]</w:t>
      </w:r>
    </w:p>
    <w:p>
      <w:r>
        <w:rPr>
          <w:rFonts w:ascii="Gentium Plus" w:hAnsi="Gentium Plus"/>
          <w:sz w:val="24"/>
        </w:rPr>
        <w:t>ὁ ἐπίσκοπος Μηνᾶς μετὰ τῶν αὐτῶν ἁγίων λειψάνων καθήμενος ἐν ὀχήματι βασιλικῷ.</w:t>
      </w:r>
    </w:p>
    <w:p>
      <w:r>
        <w:rPr>
          <w:rFonts w:ascii="Courier New" w:hAnsi="Courier New"/>
          <w:color w:val="555555"/>
          <w:sz w:val="20"/>
        </w:rPr>
        <w:t>[Chron . 485]</w:t>
      </w:r>
    </w:p>
    <w:p>
      <w:r>
        <w:rPr>
          <w:rFonts w:ascii="Gentium Plus" w:hAnsi="Gentium Plus"/>
          <w:sz w:val="24"/>
        </w:rPr>
        <w:t>κουλάριος ἐν Ῥώμῃ ἐπὶ τὸ πολεμῆσαι τοῖς Γότθοις, ὅτι μετὰ τὸ περιλαβεῖν Βελισσάριον Ῥώμην πάλιν παρελήφθη ὑπὸ τῶν Γότθων. Μηνὶ ἰουνίῳ κϛʹ, ἰνδικτιῶνι τῇ αὐτῇ, ἐδέχθη ὁ ἐπίσκοπος</w:t>
      </w:r>
    </w:p>
    <w:p>
      <w:r>
        <w:rPr>
          <w:rFonts w:ascii="Courier New" w:hAnsi="Courier New"/>
          <w:color w:val="555555"/>
          <w:sz w:val="20"/>
        </w:rPr>
        <w:t>[5]</w:t>
      </w:r>
    </w:p>
    <w:p>
      <w:r>
        <w:rPr>
          <w:rFonts w:ascii="Gentium Plus" w:hAnsi="Gentium Plus"/>
          <w:sz w:val="24"/>
        </w:rPr>
        <w:t>Ῥώμης Βιγίλιος ὑπὸ τοῦ βασιλέως· ἦν γὰρ ἀγανακτηθεὶς καὶ προσφυγίῳ χρησάμενος εἰς τὸν ἅγιον Σέργιον τοῖς ἐπίκλην τῶν Ὁρμίσδου. Ἰνδικτιῶνος ιδʹ ἐγένετο σεισμὸς μέγας καὶ φοβερὸς ἐν πάσῃ τῇ χώρᾳ τῆς Παλαιστίνης ἔν τε Ἀραβίᾳ καὶ ἐν τῇ χώρᾳ τῆς</w:t>
      </w:r>
    </w:p>
    <w:p>
      <w:r>
        <w:rPr>
          <w:rFonts w:ascii="Courier New" w:hAnsi="Courier New"/>
          <w:color w:val="555555"/>
          <w:sz w:val="20"/>
        </w:rPr>
        <w:t>[10]</w:t>
      </w:r>
    </w:p>
    <w:p>
      <w:r>
        <w:rPr>
          <w:rFonts w:ascii="Gentium Plus" w:hAnsi="Gentium Plus"/>
          <w:sz w:val="24"/>
        </w:rPr>
        <w:t>Μεσοποταμίας καὶ Ἀντιοχείας καὶ Φοινίκης παράλου καὶ Λιβα‐ νησίας. καὶ ἐν αὐτῷ τῷ φόβῳ ἔπαθον αἱ πόλεις, τοῦτ’ ἐστὶ Τύ‐ ρος, Σιδών, Βηρυτός, Τρίπολις, Βύβλος, Βότρυς, καὶ ἄλλων πόλεων μέρη. κατελήφθησαν δὲ ἐν αὐταῖς καὶ πλήθη ἀνθρώ‐ πων. ἐν δὲ τῇ πόλει Βότρυος ἀπεσπάσθη ἀπὸ τοῦ παρακειμέ‐</w:t>
      </w:r>
    </w:p>
    <w:p>
      <w:r>
        <w:rPr>
          <w:rFonts w:ascii="Courier New" w:hAnsi="Courier New"/>
          <w:color w:val="555555"/>
          <w:sz w:val="20"/>
        </w:rPr>
        <w:t>[15]</w:t>
      </w:r>
    </w:p>
    <w:p>
      <w:r>
        <w:rPr>
          <w:rFonts w:ascii="Gentium Plus" w:hAnsi="Gentium Plus"/>
          <w:sz w:val="24"/>
        </w:rPr>
        <w:t>νου τῇ θαλάσσῃ ὄρους τοῦ ἐπίκλην Λιθοπροσώπου μέρος καὶ κατηνέχθη εἰς τὴν θάλασσαν, καὶ ἀπετέλεσε λιμένα, ὡς δύνασθαι ὁρμεῖν ἐν τῷ λιμένι τοῦ ἀποσπασθέντος ὄρους πλοῖα παμμεγέθη· οὐκ εἶχε γὰρ ἡ αὐτὴ πόλις τὸ πάλαι λιμένα. ὁ δὲ αὐτὸς βασι‐ λεὺς ἀπέστειλε χρήματα ἐν πάσαις ταῖς ἐπαρχίαις καὶ ἀνήγειρε</w:t>
      </w:r>
    </w:p>
    <w:p>
      <w:r>
        <w:rPr>
          <w:rFonts w:ascii="Courier New" w:hAnsi="Courier New"/>
          <w:color w:val="555555"/>
          <w:sz w:val="20"/>
        </w:rPr>
        <w:t>[20]</w:t>
      </w:r>
    </w:p>
    <w:p>
      <w:r>
        <w:rPr>
          <w:rFonts w:ascii="Gentium Plus" w:hAnsi="Gentium Plus"/>
          <w:sz w:val="24"/>
        </w:rPr>
        <w:t>φανερὰ τῶν αὐτῶν πόλεων. ἐν δὲ τῷ καιρῷ τοῦ σεισμοῦ ἔφυγε θάλασσα εἰς τὸ πέλαγος ἐπὶ μίλιον ἕν, καὶ ἀπώλοντο πλοῖα πολ‐ λά· καὶ πάλιν τῇ τοῦ θεοῦ κελεύσει ἀπεκατέστη ἡ θάλασσα εἰς</w:t>
      </w:r>
    </w:p>
    <w:p>
      <w:r>
        <w:rPr>
          <w:rFonts w:ascii="Courier New" w:hAnsi="Courier New"/>
          <w:color w:val="555555"/>
          <w:sz w:val="20"/>
        </w:rPr>
        <w:t>[Chron . 486]</w:t>
      </w:r>
    </w:p>
    <w:p>
      <w:r>
        <w:rPr>
          <w:rFonts w:ascii="Gentium Plus" w:hAnsi="Gentium Plus"/>
          <w:sz w:val="24"/>
        </w:rPr>
        <w:t>Μηνὶ σεπτεμβρίῳ ἰνδικτιῶνος ιεʹ γέγονε τὰ ἐγκαίνια τῆς ἁγίας Εἰρήνης τῆς οὔσης πέραν ἐν Ἰουστινιαναῖς· καὶ ἐξῆλθον τὰ ἅγια λείψανα ἐκ τῆς μεγάλης ἐκκλησίας μετὰ καὶ τῶν δύο πατριαρχῶν, λέγω δὴ Μηνᾶ τοῦ πατριάρχου Κωνσταντινουπόλεως</w:t>
      </w:r>
    </w:p>
    <w:p>
      <w:r>
        <w:rPr>
          <w:rFonts w:ascii="Courier New" w:hAnsi="Courier New"/>
          <w:color w:val="555555"/>
          <w:sz w:val="20"/>
        </w:rPr>
        <w:t>[5]</w:t>
      </w:r>
    </w:p>
    <w:p>
      <w:r>
        <w:rPr>
          <w:rFonts w:ascii="Gentium Plus" w:hAnsi="Gentium Plus"/>
          <w:sz w:val="24"/>
        </w:rPr>
        <w:t>καὶ Ἀπολλιναρίου τοῦ πάπα Ἀλεξανδρείας· καὶ ἐκάθισαν ἀμ‐ φότεροι ἐν τῷ βασιλικῷ ὀχήματι, κατέχοντες ἐν τοῖς γόνασιν αὐ‐ τῶν τὰ τίμια λείψανα. Καὶ τῷ αὐτῷ χρόνῳ ἐξηντλήθη καὶ ἐκαθαρίσθη ὁ λιμὴν ὁ πλησίον τοῦ παλατίου Σεκουνδιανῶν.</w:t>
      </w:r>
    </w:p>
    <w:p>
      <w:r>
        <w:rPr>
          <w:rFonts w:ascii="Courier New" w:hAnsi="Courier New"/>
          <w:color w:val="555555"/>
          <w:sz w:val="20"/>
        </w:rPr>
        <w:t>[10]</w:t>
      </w:r>
    </w:p>
    <w:p>
      <w:r>
        <w:rPr>
          <w:rFonts w:ascii="Gentium Plus" w:hAnsi="Gentium Plus"/>
          <w:sz w:val="24"/>
        </w:rPr>
        <w:t>Μηνὶ αὐγούστῳ ἰνδικτιῶνος ιεʹ τελευτᾷ Μηνᾶς ὁ ἀρχιεπί‐ σκοπος Κωνσταντινουπόλεως· καὶ κειμένου τοῦ λειψάνου εἰς τὸ ἅγιον θυσιαστήριον τῆς μεγάλης ἐκκλησίας γέγονε πατριάρχης Εὐτύχιος ὁ ἀποκρισιάριος Ἀμασείας. Καὶ τῷ αὐτῷ μηνὶ ἐπινίκια ἦλθον ἀπὸ Ῥώμης ἀπὸ Ναρσοῦ</w:t>
      </w:r>
    </w:p>
    <w:p>
      <w:r>
        <w:rPr>
          <w:rFonts w:ascii="Courier New" w:hAnsi="Courier New"/>
          <w:color w:val="555555"/>
          <w:sz w:val="20"/>
        </w:rPr>
        <w:t>[15]</w:t>
      </w:r>
    </w:p>
    <w:p>
      <w:r>
        <w:rPr>
          <w:rFonts w:ascii="Gentium Plus" w:hAnsi="Gentium Plus"/>
          <w:sz w:val="24"/>
        </w:rPr>
        <w:t>τοῦ κουβικουλαρίου καὶ ἐξάρχου Ῥωμαίων. συμβαλόντος γὰρ αὐτοῦ πόλεμον μετὰ Τοτίλα, ῥηγὸς τῶν Γότθων, κατὰ κράτος νικήσας τὸν πόλεμον καὶ αὐτὸν κατέσφαξε· καὶ ἐπέμφθη τὰ ἱμάτια αὐτοῦ ᾑμαγμένα ἐν Κωνσταντινουπόλει. Μηνὶ μαρτίῳ ἰνδικτιῶνος αʹ ἐγένετο διαστροφὴ τοῦ κέρμα‐</w:t>
      </w:r>
    </w:p>
    <w:p>
      <w:r>
        <w:rPr>
          <w:rFonts w:ascii="Courier New" w:hAnsi="Courier New"/>
          <w:color w:val="555555"/>
          <w:sz w:val="20"/>
        </w:rPr>
        <w:t>[20]</w:t>
      </w:r>
    </w:p>
    <w:p>
      <w:r>
        <w:rPr>
          <w:rFonts w:ascii="Gentium Plus" w:hAnsi="Gentium Plus"/>
          <w:sz w:val="24"/>
        </w:rPr>
        <w:t>τος· καὶ ἐκ τῶν πτωχῶν στάσεως γενομένης καὶ θορύβου ἀνη‐ νέχθη τῷ αὐτῷ βασιλεῖ· καὶ ἐκέλευσε τὴν κατάστασιν τοῦ κέρ‐ ματος κρατῆσαι κατὰ τὸ ἀρχαῖον ἔθος.</w:t>
      </w:r>
    </w:p>
    <w:p>
      <w:r>
        <w:rPr>
          <w:rFonts w:ascii="Courier New" w:hAnsi="Courier New"/>
          <w:color w:val="555555"/>
          <w:sz w:val="20"/>
        </w:rPr>
        <w:t>[Chron . 487]</w:t>
      </w:r>
    </w:p>
    <w:p>
      <w:r>
        <w:rPr>
          <w:rFonts w:ascii="Gentium Plus" w:hAnsi="Gentium Plus"/>
          <w:sz w:val="24"/>
        </w:rPr>
        <w:t>το σεισμὸς φοβερός, ὥστε παθεῖν οἴκους πολλοὺς καὶ λουτρὰ καὶ ἐκκλησίας καὶ μέρη τῶν τειχέων παθεῖν ἐν Βυζαντίῳ. ἐν αὐτῷ δὲ τῷ φόβῳ ἔπεσεν ἡ λόγχη, ἣν ἐκράτει τὸ ἄγαλμα τὸ ἐν τῷ φόρῳ Κωνσταντίνου, καὶ κατεπάρη ἐν τῇ γῇ ἐπὶ πήχεις</w:t>
      </w:r>
    </w:p>
    <w:p>
      <w:r>
        <w:rPr>
          <w:rFonts w:ascii="Courier New" w:hAnsi="Courier New"/>
          <w:color w:val="555555"/>
          <w:sz w:val="20"/>
        </w:rPr>
        <w:t>[5]</w:t>
      </w:r>
    </w:p>
    <w:p>
      <w:r>
        <w:rPr>
          <w:rFonts w:ascii="Gentium Plus" w:hAnsi="Gentium Plus"/>
          <w:sz w:val="24"/>
        </w:rPr>
        <w:t>τρεῖς. ἐν δὲ τοῖς συμπτώμασι πολλοὶ συνελήφθησαν. ἐν αὐ‐ τῷ δὲ τῷ φόβῳ καὶ ἄλλαι πόλεις ἔπαθον, ἐν οἷς καὶ Νικομηδείας μέρος καταπεσεῖν. ἐκ δὲ τῶν συμπτωμάτων Νικομηδείας καὶ μεθ’ ἡμέρας τινὲς ζῶντες ἀνηνέχθησαν. ἐπεκράτησε δὲ ὁ αὐ‐ τὸς σεισμὸς ἡμέρας μʹ.</w:t>
      </w:r>
    </w:p>
    <w:p>
      <w:r>
        <w:rPr>
          <w:rFonts w:ascii="Courier New" w:hAnsi="Courier New"/>
          <w:color w:val="555555"/>
          <w:sz w:val="20"/>
        </w:rPr>
        <w:t>[10]</w:t>
      </w:r>
    </w:p>
    <w:p>
      <w:r>
        <w:rPr>
          <w:rFonts w:ascii="Gentium Plus" w:hAnsi="Gentium Plus"/>
          <w:sz w:val="24"/>
        </w:rPr>
        <w:t>Μηνὶ ἰουλίῳ ἰνδικτιῶνος δʹ στασιάσαντες οἱ Σαμαρεῖται καὶ οἱ Ἰουδαῖοι ἐν Καισαρείᾳ Παλαιστίνης, ποιήσαντες τὸ ἓν εἰς ἀλλήλους ὡς ἐν τάξει μερικῶν ἐπῆλθον τοῖς χριστιανοῖς τῆς αὐτῆς πόλεως καὶ πολλοὺς κατέσφαξαν τῶν χριστιανῶν. ἐπῆλ‐ θον δὲ καὶ ἐπόρθησαν τὰς ἐκκλησίας. καὶ τοῦ ἄρχοντος τῆς</w:t>
      </w:r>
    </w:p>
    <w:p>
      <w:r>
        <w:rPr>
          <w:rFonts w:ascii="Courier New" w:hAnsi="Courier New"/>
          <w:color w:val="555555"/>
          <w:sz w:val="20"/>
        </w:rPr>
        <w:t>[15]</w:t>
      </w:r>
    </w:p>
    <w:p>
      <w:r>
        <w:rPr>
          <w:rFonts w:ascii="Gentium Plus" w:hAnsi="Gentium Plus"/>
          <w:sz w:val="24"/>
        </w:rPr>
        <w:t>αὐτῆς πόλεως ἐξελθόντος πρὸς βοήθειαν τῶν χριστιανῶν ἐπῆλ‐ θον οἱ αὐτοὶ Σαμαρεῖται, κἀκεῖνον κατέσφαξαν ἐν τῷ πραιτω‐ ρίῳ, καὶ τὰ πράγματα αὐτοῦ πάντα καθήρπασαν. ἡ δὲ γυνὴ τοῦ αὐτοῦ ἄρχοντος Στεφάνου, ἀνελθοῦσα ἐν Κωνσταντινουπό‐ λει, προσῆλθε τῷ αὐτῷ βασιλεῖ. καὶ ἀκούσας ὁ βασιλεὺς τὰ</w:t>
      </w:r>
    </w:p>
    <w:p>
      <w:r>
        <w:rPr>
          <w:rFonts w:ascii="Courier New" w:hAnsi="Courier New"/>
          <w:color w:val="555555"/>
          <w:sz w:val="20"/>
        </w:rPr>
        <w:t>[20]</w:t>
      </w:r>
    </w:p>
    <w:p>
      <w:r>
        <w:rPr>
          <w:rFonts w:ascii="Gentium Plus" w:hAnsi="Gentium Plus"/>
          <w:sz w:val="24"/>
        </w:rPr>
        <w:t>γεγονότα ὑπὸ τῶν Σαμαρειτῶν καὶ θυμωθείς, ἐκέλευσε τῷ ὄντι τότε ἄρχοντι τῆς ἀνατολῆς Ἀμαντίῳ ἐκζητῆσαι τὰ γενόμενα καὶ τὸν φόνον τοῦ αὐτοῦ Στεφάνου. ὅστις Ἀμάντιος δεξάμενος ἀπο‐ κρίσεις βασιλικὰς καὶ ἀπελθὼν ἐν Καισαρείᾳ, καὶ ἀναζητήσας</w:t>
      </w:r>
    </w:p>
    <w:p>
      <w:r>
        <w:rPr>
          <w:rFonts w:ascii="Courier New" w:hAnsi="Courier New"/>
          <w:color w:val="555555"/>
          <w:sz w:val="20"/>
        </w:rPr>
        <w:t>[Chron . 488]</w:t>
      </w:r>
    </w:p>
    <w:p>
      <w:r>
        <w:rPr>
          <w:rFonts w:ascii="Gentium Plus" w:hAnsi="Gentium Plus"/>
          <w:sz w:val="24"/>
        </w:rPr>
        <w:t>ἑτέρους δὲ ἀπεκεφάλισε καὶ ἄλλους ἐδεξιοκόπησε καί τινας ἐδή‐ μευσε· καὶ ἐγένετο φόβος μέγας ἐν τῇ πόλει Καισαρείας καὶ ἐν τοῖς ἀνατολικοῖς μέρεσι. Μηνὶ δεκεμβρίῳ, ἰνδικτιῶνι τῇ αὐτῇ, ἐγένετο θνῆσις ἀνθρώ‐</w:t>
      </w:r>
    </w:p>
    <w:p>
      <w:r>
        <w:rPr>
          <w:rFonts w:ascii="Courier New" w:hAnsi="Courier New"/>
          <w:color w:val="555555"/>
          <w:sz w:val="20"/>
        </w:rPr>
        <w:t>[5]</w:t>
      </w:r>
    </w:p>
    <w:p>
      <w:r>
        <w:rPr>
          <w:rFonts w:ascii="Gentium Plus" w:hAnsi="Gentium Plus"/>
          <w:sz w:val="24"/>
        </w:rPr>
        <w:t>πων ἐν διαφόροις πόλεσι. Μηνὶ μαΐῳ τῆς αὐτῆς ἰνδικτιῶνος ἐγένετο σπάνις ἄρτου ἐν Κωνσταντινουπόλει, καὶ πρὸς μὲν ὀλίγον ἐστενώθησαν οἱ ἄν‐ θρωποι, καὶ ἔκραξαν τῷ αὐτῷ βασιλεῖ ἐν γενεθλίῳ συνθεωροῦν‐ τος τῷ αὐτῷ βασιλεῖ πρεσβευτοῦ Περσῶν· καὶ ἀγανακτήσας ὁ</w:t>
      </w:r>
    </w:p>
    <w:p>
      <w:r>
        <w:rPr>
          <w:rFonts w:ascii="Courier New" w:hAnsi="Courier New"/>
          <w:color w:val="555555"/>
          <w:sz w:val="20"/>
        </w:rPr>
        <w:t>[10]</w:t>
      </w:r>
    </w:p>
    <w:p>
      <w:r>
        <w:rPr>
          <w:rFonts w:ascii="Gentium Plus" w:hAnsi="Gentium Plus"/>
          <w:sz w:val="24"/>
        </w:rPr>
        <w:t>αὐτὸς βασιλεὺς κελεύει Μουσωνίῳ τῷ ὄντι ἐπάρχῳ πόλεως, καὶ κατεσχέθησαν ἐκ τοῦ Βενέτου μέρους καὶ ἐκολάσθησάν τινες τῶν ἐνδόξων ἀνδρῶν. κατέσχε δὲ ἡ αὐτὴ σπάνις τοῦ ἄρτου ἐπὶ μῆ‐ νας τρεῖς. καὶ μετ’ ὀλίγας ἡμέρας ἐγένοντο ἀστραπαὶ καὶ βρον‐ ταὶ φοβεραὶ ἐν διαφόροις πόλεσιν, ὥστε καὶ πολλοὺς βλαβῆναι.</w:t>
      </w:r>
    </w:p>
    <w:p>
      <w:r>
        <w:rPr>
          <w:rFonts w:ascii="Courier New" w:hAnsi="Courier New"/>
          <w:color w:val="555555"/>
          <w:sz w:val="20"/>
        </w:rPr>
        <w:t>[15]</w:t>
      </w:r>
    </w:p>
    <w:p>
      <w:r>
        <w:rPr>
          <w:rFonts w:ascii="Gentium Plus" w:hAnsi="Gentium Plus"/>
          <w:sz w:val="24"/>
        </w:rPr>
        <w:t>Μηνὶ νοεμβρίῳ ἰνδικτιῶνος εʹ ἐφάνη πῦρ ἐν τῷ οὐρανῷ ὡς εἶδος λόγχης ἀπὸ τῶν ἀνατολικῶν μερῶν ἐκτεταμένον ἕως δυσμῶν. Μηνὶ ἀπριλλίῳ, ἰνδικτιῶνι τῇ αὐτῇ, γέγονε σεισμὸς φοβερὸς καὶ ἀβλαβής.</w:t>
      </w:r>
    </w:p>
    <w:p>
      <w:r>
        <w:rPr>
          <w:rFonts w:ascii="Courier New" w:hAnsi="Courier New"/>
          <w:color w:val="555555"/>
          <w:sz w:val="20"/>
        </w:rPr>
        <w:t>[20]</w:t>
      </w:r>
    </w:p>
    <w:p>
      <w:r>
        <w:rPr>
          <w:rFonts w:ascii="Gentium Plus" w:hAnsi="Gentium Plus"/>
          <w:sz w:val="24"/>
        </w:rPr>
        <w:t>Μηνὶ δεκεμβρίῳ ἰνδικτιῶνος ϛʹ γέγονεν ἕτερος σεισμὸς ἐν μεσονυκτίῳ φοβερὸς πάνυ, ὥστε παθεῖν τὰ δύο τείχη Κωνσταν‐</w:t>
      </w:r>
    </w:p>
    <w:p>
      <w:r>
        <w:rPr>
          <w:rFonts w:ascii="Courier New" w:hAnsi="Courier New"/>
          <w:color w:val="555555"/>
          <w:sz w:val="20"/>
        </w:rPr>
        <w:t>[Chron . 489]</w:t>
      </w:r>
    </w:p>
    <w:p>
      <w:r>
        <w:rPr>
          <w:rFonts w:ascii="Gentium Plus" w:hAnsi="Gentium Plus"/>
          <w:sz w:val="24"/>
        </w:rPr>
        <w:t>τὸ κτισθὲν ὑπὸ Θεοδοσίου, καὶ ἐκκλησιῶν δὲ μέρη κατέπεσον, ἐξαιρέτως δὲ τὰ ἐπέκεινα τοῦ Ἑβδόμου· καὶ ὁ κίων δὲ ὢν ἐν Σε‐ κουνδιαναῖς σὺν τῇ στήλῃ κατηνέχθη· τοῦ δὲ Ῥηγίου πάνυ πολ‐ λὰ κατέπεσον. πολλοὶ ἀπέθανον ἐν τοῖς συμπτώμασι· τινὲς δὲ</w:t>
      </w:r>
    </w:p>
    <w:p>
      <w:r>
        <w:rPr>
          <w:rFonts w:ascii="Courier New" w:hAnsi="Courier New"/>
          <w:color w:val="555555"/>
          <w:sz w:val="20"/>
        </w:rPr>
        <w:t>[5]</w:t>
      </w:r>
    </w:p>
    <w:p>
      <w:r>
        <w:rPr>
          <w:rFonts w:ascii="Gentium Plus" w:hAnsi="Gentium Plus"/>
          <w:sz w:val="24"/>
        </w:rPr>
        <w:t>καὶ μεθ’ ἡμέρας ἐκ τῶν καταληφθέντων ὑπὸ τῶν συμπτωμάτων διεσώθησαν. ἐν αὐτῷ δὲ τῷ φόβῳ καὶ ἐν ταῖς ἔξω πόλεσι πολ‐ λοὶ τόποι πεπτώκασιν. ἡ δὲ αὐτὴ φοβερὰ ἀπειλὴ ἐπεκράτησεν ἐπὶ ἡμέρας δέκα· καὶ πρὸς ὀλίγον κατενύγησαν οἱ ἄνθρωποι λι‐ ταῖς καὶ δεήσεσι προσκαρτεροῦντες ἐν τῇ ἐκκλησίᾳ. ὁ δὲ αὐτὸς</w:t>
      </w:r>
    </w:p>
    <w:p>
      <w:r>
        <w:rPr>
          <w:rFonts w:ascii="Courier New" w:hAnsi="Courier New"/>
          <w:color w:val="555555"/>
          <w:sz w:val="20"/>
        </w:rPr>
        <w:t>[10]</w:t>
      </w:r>
    </w:p>
    <w:p>
      <w:r>
        <w:rPr>
          <w:rFonts w:ascii="Gentium Plus" w:hAnsi="Gentium Plus"/>
          <w:sz w:val="24"/>
        </w:rPr>
        <w:t>βασιλεὺς Ἰουστινιανὸς οὐκ ἐφόρεσε στέμμα ἐπὶ ἡμέρας τριάκοντα. Καὶ τῷ αὐτῷ χρόνῳ εἰσῆλθεν ἐν Κωνσταντινουπόλει ἔθνος Οὕννων παράξενον τῶν λεγομένων Ἀβάρων. Ἐν αὐταῖς δὲ ταῖς ἡμέραις τελευτᾷ ὁ ἐπίσκοπος Καισαρείας Καππαδοκίας ἐν Βυζαντίῳ· καὶ ἐγένετο ἀντ’ αὐτοῦ Θεόκριτος.</w:t>
      </w:r>
    </w:p>
    <w:p>
      <w:r>
        <w:rPr>
          <w:rFonts w:ascii="Courier New" w:hAnsi="Courier New"/>
          <w:color w:val="555555"/>
          <w:sz w:val="20"/>
        </w:rPr>
        <w:t>[15]</w:t>
      </w:r>
    </w:p>
    <w:p>
      <w:r>
        <w:rPr>
          <w:rFonts w:ascii="Gentium Plus" w:hAnsi="Gentium Plus"/>
          <w:sz w:val="24"/>
        </w:rPr>
        <w:t>Μηνὶ φεβρουαρίῳ ἰνδικτιῶνος ϛʹ γέγονε θνῆσις ἐν Κων‐ σταντινουπόλει ἀπὸ βουβώνων. ἐν αὐτῷ δὲ τῷ φόβῳ τὰ μεθό‐ δια πάντα κραββάτους ἀργυροὺς ἐποίησαν. ἐπεκράτησε δὲ ἡ αὐτὴ φοβερὰ τοῦ θεοῦ ἀπειλὴ ἐπὶ μῆνας ἕξ. Ἐν αὐτῷ δὲ τῷ χρόνῳ φιλοκαλουμένου τοῦ τρούλλου τῆς με‐</w:t>
      </w:r>
    </w:p>
    <w:p>
      <w:r>
        <w:rPr>
          <w:rFonts w:ascii="Courier New" w:hAnsi="Courier New"/>
          <w:color w:val="555555"/>
          <w:sz w:val="20"/>
        </w:rPr>
        <w:t>[20]</w:t>
      </w:r>
    </w:p>
    <w:p>
      <w:r>
        <w:rPr>
          <w:rFonts w:ascii="Gentium Plus" w:hAnsi="Gentium Plus"/>
          <w:sz w:val="24"/>
        </w:rPr>
        <w:t>γάλης ἐκκλησίας, ῥήξας γὰρ ἦν εἰς φανεροὺς τόπους ἐκ τῶν γε‐</w:t>
      </w:r>
    </w:p>
    <w:p>
      <w:r>
        <w:rPr>
          <w:rFonts w:ascii="Courier New" w:hAnsi="Courier New"/>
          <w:color w:val="555555"/>
          <w:sz w:val="20"/>
        </w:rPr>
        <w:t>[Chron . 490]</w:t>
      </w:r>
    </w:p>
    <w:p>
      <w:r>
        <w:rPr>
          <w:rFonts w:ascii="Gentium Plus" w:hAnsi="Gentium Plus"/>
          <w:sz w:val="24"/>
        </w:rPr>
        <w:t>γονότων κατὰ φιλανθρωπίαν θεοῦ φόβων, αἰφνιδίως ἐργαζο‐ μένων τῶν Ἰσαύρων ἔπεσε τὸ ἀνατολικὸν μέρος τῆς προϋποστο‐ λῆς, καὶ συνέτριψε τὸ κιβούριον σὺν τῇ ἁγίᾳ τραπέζῃ. κατη‐ νέχθη δὲ καὶ τὸ λοιπὸν μέρος τὸ ἀπομεῖναν καὶ αὐτὰ τὰ εἰλήμα‐</w:t>
      </w:r>
    </w:p>
    <w:p>
      <w:r>
        <w:rPr>
          <w:rFonts w:ascii="Courier New" w:hAnsi="Courier New"/>
          <w:color w:val="555555"/>
          <w:sz w:val="20"/>
        </w:rPr>
        <w:t>[5]</w:t>
      </w:r>
    </w:p>
    <w:p>
      <w:r>
        <w:rPr>
          <w:rFonts w:ascii="Gentium Plus" w:hAnsi="Gentium Plus"/>
          <w:sz w:val="24"/>
        </w:rPr>
        <w:t>τα· ἐκτίσθη δὲ ὁ αὐτὸς τροῦλλος ὑψωθεὶς ἐπὶ πόδας εἴκοσι. Μηνὶ μαρτίῳ ἰνδικτιῶνος ζʹ ἐπανέστησαν οἱ Οὗννοι καὶ οἱ Σκλᾶβοι τῇ Θρᾴκῃ· καὶ πολεμήσαντες πολλοὺς ἀπέκτειναν καί τινας ἐπραίδευσαν· τὸν δὲ υἱὸν Βάκχου Σέργιον τὸν στρατη‐ λάτην καὶ Ἐδέρμαν μειζότερον Καλοποδίου ἐπραίδευσαν, λαβόν‐</w:t>
      </w:r>
    </w:p>
    <w:p>
      <w:r>
        <w:rPr>
          <w:rFonts w:ascii="Courier New" w:hAnsi="Courier New"/>
          <w:color w:val="555555"/>
          <w:sz w:val="20"/>
        </w:rPr>
        <w:t>[10]</w:t>
      </w:r>
    </w:p>
    <w:p>
      <w:r>
        <w:rPr>
          <w:rFonts w:ascii="Gentium Plus" w:hAnsi="Gentium Plus"/>
          <w:sz w:val="24"/>
        </w:rPr>
        <w:t>τες αὐτοὺς αἰχμαλώτους. εὗρον δὲ τοῦ τείχους Κωνσταντινου‐ πόλεως τόπους καταπεπτωκότας, κἀκεῖθεν εἰσελθόντες κατέδρα‐ μον ἕως τοῦ ἁγίου Στρατονίκου ****** τὴν ὀρθόδοξον πίστιν. Μηνὶ μαΐῳ ἀπεζώσθη Ζήμαρχος ὁ ἀπὸ ἐπάρχων καὶ κου‐ ράτωρ τοῦ δεσποτικοῦ οἴκου τῶν Πλακιδίας· καὶ γέγονεν ἀντ’</w:t>
      </w:r>
    </w:p>
    <w:p>
      <w:r>
        <w:rPr>
          <w:rFonts w:ascii="Courier New" w:hAnsi="Courier New"/>
          <w:color w:val="555555"/>
          <w:sz w:val="20"/>
        </w:rPr>
        <w:t>[15]</w:t>
      </w:r>
    </w:p>
    <w:p>
      <w:r>
        <w:rPr>
          <w:rFonts w:ascii="Gentium Plus" w:hAnsi="Gentium Plus"/>
          <w:sz w:val="24"/>
        </w:rPr>
        <w:t>αὐτοῦ Θεόδωρος ὁ ἐπίκλην Νικομηδεύς. Μηνὶ τῷ αὐτῷ οὐκ ἤχθη τὸ γενέθλιον τὸ ἐξ ἔθους ἐπιτελού‐ μενον, ἀλλ’ ἤχθη τῇ τρισκαιδεκάτῃ τοῦ αὐτοῦ μηνός. καὶ με‐ τὰ τὴν ἀπόλυσιν τοῦ ἱπποδρομίου ἀναχωρούντων τῶν Πρασίνων, καὶ κατερχομένων τὸν ἔμβολον τῶν Μοσχιανοῦ μετὰ παραφυλα‐</w:t>
      </w:r>
    </w:p>
    <w:p>
      <w:r>
        <w:rPr>
          <w:rFonts w:ascii="Courier New" w:hAnsi="Courier New"/>
          <w:color w:val="555555"/>
          <w:sz w:val="20"/>
        </w:rPr>
        <w:t>[20]</w:t>
      </w:r>
    </w:p>
    <w:p>
      <w:r>
        <w:rPr>
          <w:rFonts w:ascii="Gentium Plus" w:hAnsi="Gentium Plus"/>
          <w:sz w:val="24"/>
        </w:rPr>
        <w:t>κῆς, ἐξαίφνης ὑβρισθέντες οἱ αὐτοὶ Πράσινοι ἔκ τινων τῶν τῆς οἰκίας τῆς λεγομένης τῶν Ἀππίωνος, ἐπέβησαν τοῖς Πρασίνοις οἱ τοῦ Βενέτου μέρους, καὶ ἐγένετο συμβολὴ ἐν διαφόροις τόποις.</w:t>
      </w:r>
    </w:p>
    <w:p>
      <w:r>
        <w:rPr>
          <w:rFonts w:ascii="Courier New" w:hAnsi="Courier New"/>
          <w:color w:val="555555"/>
          <w:sz w:val="20"/>
        </w:rPr>
        <w:t>[Chron . 491]</w:t>
      </w:r>
    </w:p>
    <w:p>
      <w:r>
        <w:rPr>
          <w:rFonts w:ascii="Gentium Plus" w:hAnsi="Gentium Plus"/>
          <w:sz w:val="24"/>
        </w:rPr>
        <w:t>καίειν τὰς παραθαλασσίους ἀποθήκας· καὶ εἰ ἐπεχείρησέ τις τοῦ σβέσαι, ἐτοξεύετο ἐκ τῶν τοῦ Βενέτου μέρους· εἶχον γὰρ τῶν αὐ‐ τῶν ἐργαστηριακῶν διαφόρους ἀμοιβάς. καὶ τῇ ἔριδι συσχεθέν‐ τες, ἔκαυσαν τὴν οἰκίαν τὴν λεγομένην τῶν Ἀνδρέου τὴν οὖσαν</w:t>
      </w:r>
    </w:p>
    <w:p>
      <w:r>
        <w:rPr>
          <w:rFonts w:ascii="Courier New" w:hAnsi="Courier New"/>
          <w:color w:val="555555"/>
          <w:sz w:val="20"/>
        </w:rPr>
        <w:t>[5]</w:t>
      </w:r>
    </w:p>
    <w:p>
      <w:r>
        <w:rPr>
          <w:rFonts w:ascii="Gentium Plus" w:hAnsi="Gentium Plus"/>
          <w:sz w:val="24"/>
        </w:rPr>
        <w:t>ἐν τῷ νεωρίῳ· ὁμοίως δὲ συνέβαλον καὶ ἐν τῇ Μέσῃ· κἀκεῖσε ἔβαλον πῦρ εἰς τὴν οἰκίαν τὴν λεγομένην τῶν Βαρσυμίου, τότε διανύοντος τὴν τῶν ἐπάρχων ἀρχήν· καὶ ἐκαύθη ἕως τοῦ χαλκοῦ Τετραπύλου καὶ ὁ ἄντικρυς ἔμβολος· καὶ ἐπεκράτησεν ἡ μάχη ἡμέρας δύο. καὶ ἐξελθόντος τοῦ κόμητος τῶν ἐξκουβιτόρων</w:t>
      </w:r>
    </w:p>
    <w:p>
      <w:r>
        <w:rPr>
          <w:rFonts w:ascii="Courier New" w:hAnsi="Courier New"/>
          <w:color w:val="555555"/>
          <w:sz w:val="20"/>
        </w:rPr>
        <w:t>[10]</w:t>
      </w:r>
    </w:p>
    <w:p>
      <w:r>
        <w:rPr>
          <w:rFonts w:ascii="Gentium Plus" w:hAnsi="Gentium Plus"/>
          <w:sz w:val="24"/>
        </w:rPr>
        <w:t>Μαρίνου μετὰ πολλῆς βοηθείας στρατιωτικῆς καὶ Ἰουστίνου τοῦ ἐνδοξοτάτου κουροπαλάτου, μόλις ἠδυνήθησαν καταπαῦσαι τὰ ἀμφότερα μέρη. Τῷ δὲ αὐτῷ χρόνῳ ἐπάρχου πόλεως ὄντος Γεροντίου ἐμ‐ πρησμοὶ πολλοὶ γεγόνασιν ἐν διαφόροις μέρεσι Κωνσταντινουπό‐</w:t>
      </w:r>
    </w:p>
    <w:p>
      <w:r>
        <w:rPr>
          <w:rFonts w:ascii="Courier New" w:hAnsi="Courier New"/>
          <w:color w:val="555555"/>
          <w:sz w:val="20"/>
        </w:rPr>
        <w:t>[15]</w:t>
      </w:r>
    </w:p>
    <w:p>
      <w:r>
        <w:rPr>
          <w:rFonts w:ascii="Gentium Plus" w:hAnsi="Gentium Plus"/>
          <w:sz w:val="24"/>
        </w:rPr>
        <w:t>λεως. καὶ γενομένης κατοχῆς ἐξ ἀμφοτέρων τῶν μερῶν πολλοὶ μὲν ἐσωφρονίσθησαν, τινὲς δὲ καὶ ἀπετμήθησαν· καὶ ἐπεκρά‐ τησεν ἡ αὐτὴ κατοχὴ ἐπὶ ἡμέρας ἑβδομήκοντα. Μηνὶ ἰουνίῳ, ἰνδικτιῶνι τῇ αὐτῇ, συσχεθέντες Ἕλληνες πε‐ ριεβωμίσθησαν καὶ τὰ βιβλία αὐτῶν κατεκαύθη ἐν τῷ Κυνηγίῳ</w:t>
      </w:r>
    </w:p>
    <w:p>
      <w:r>
        <w:rPr>
          <w:rFonts w:ascii="Courier New" w:hAnsi="Courier New"/>
          <w:color w:val="555555"/>
          <w:sz w:val="20"/>
        </w:rPr>
        <w:t>[20]</w:t>
      </w:r>
    </w:p>
    <w:p>
      <w:r>
        <w:rPr>
          <w:rFonts w:ascii="Gentium Plus" w:hAnsi="Gentium Plus"/>
          <w:sz w:val="24"/>
        </w:rPr>
        <w:t>καὶ εἰκόνες τῶν μυσερῶν θεῶν αὐτῶν καὶ ἀγάλματα. Καὶ τῷ αὐτῷ μηνὶ ἠνέχθησαν τὰ συνοδικὰ τοῦ πάπα Ῥώμης.</w:t>
      </w:r>
    </w:p>
    <w:p>
      <w:r>
        <w:rPr>
          <w:rFonts w:ascii="Courier New" w:hAnsi="Courier New"/>
          <w:color w:val="555555"/>
          <w:sz w:val="20"/>
        </w:rPr>
        <w:t>[Chron . 492]</w:t>
      </w:r>
    </w:p>
    <w:p>
      <w:r>
        <w:rPr>
          <w:rFonts w:ascii="Gentium Plus" w:hAnsi="Gentium Plus"/>
          <w:sz w:val="24"/>
        </w:rPr>
        <w:t>ὥστε πολλοὺς πεσεῖν ἐξ ἀμφοτέρων τῶν μερῶν. ἐν αὐτῇ δὲ τῇ μάχῃ καί τινα τῶν ἐκεῖσε κατεστράφη. Μηνὶ αὐγούστῳ ἰνδικτιῶνος δεκάτης ἐγένοντο τὰ ἐγκαίνια τῆς ἁγίας μάρτυρος Θεοδώρας τῆς οὔσης πλησίον τῆς γεφύρης.</w:t>
      </w:r>
    </w:p>
    <w:p>
      <w:r>
        <w:rPr>
          <w:rFonts w:ascii="Courier New" w:hAnsi="Courier New"/>
          <w:color w:val="555555"/>
          <w:sz w:val="20"/>
        </w:rPr>
        <w:t>[5]</w:t>
      </w:r>
    </w:p>
    <w:p>
      <w:r>
        <w:rPr>
          <w:rFonts w:ascii="Gentium Plus" w:hAnsi="Gentium Plus"/>
          <w:sz w:val="24"/>
        </w:rPr>
        <w:t>κατὰ κέλευσιν δὲ τοῦ αὐτοῦ βασιλέως καὶ πρόβλησις ἐκ τῶν ἀρ‐ γυροπρατῶν καὶ φῶτα πάμπολλα ἐγένετο. Μηνὶ ὀκτωβρίῳ ἰνδικτιῶνος ιαʹ διμερὲς γέγονεν ἐκ τῶν Βε‐ νέτων ἐν Βυζαντίῳ· καὶ γενομένης συμβολῆς πρὸς ἀλλήλους ἐν τοῖς ἐπίκλην Πιττακίοις, ξιφῶν συρέντων, ἀπεχειρίσθη Κληρικός,</w:t>
      </w:r>
    </w:p>
    <w:p>
      <w:r>
        <w:rPr>
          <w:rFonts w:ascii="Courier New" w:hAnsi="Courier New"/>
          <w:color w:val="555555"/>
          <w:sz w:val="20"/>
        </w:rPr>
        <w:t>[10]</w:t>
      </w:r>
    </w:p>
    <w:p>
      <w:r>
        <w:rPr>
          <w:rFonts w:ascii="Gentium Plus" w:hAnsi="Gentium Plus"/>
          <w:sz w:val="24"/>
        </w:rPr>
        <w:t>ὡς μάχεται, υἱὸς ὢν Ἰωάννου Κομενταρισίου τοῦ ἐπίκλην Γύλου. Μηνὶ νοεμβρίῳ πολλὴ ἀβροχία ἐγένετο ἐν Κωνσταντινουπό‐ λει, ὡς καὶ πολλὰς μάχας γενέσθαι ἐν τοῖς ὑδρείοις. καὶ βορεῖς δὲ πολλοὺς φυσῆσαι· ἀπὸ γὰρ τῆς ἀρχῆς τοῦ αὐγούστου μηνὸς οὐκ ἐφύσησε νότος, καὶ ὁ τρίτος δὲ στόλος τῶν πλοίων οὐκ εἰσῆλ‐</w:t>
      </w:r>
    </w:p>
    <w:p>
      <w:r>
        <w:rPr>
          <w:rFonts w:ascii="Courier New" w:hAnsi="Courier New"/>
          <w:color w:val="555555"/>
          <w:sz w:val="20"/>
        </w:rPr>
        <w:t>[15]</w:t>
      </w:r>
    </w:p>
    <w:p>
      <w:r>
        <w:rPr>
          <w:rFonts w:ascii="Gentium Plus" w:hAnsi="Gentium Plus"/>
          <w:sz w:val="24"/>
        </w:rPr>
        <w:t>θεν, ὥστε καὶ λιτανείας Εὐτύχιον τὸν πατριάρχην ἐπιτρέψαι γε‐ νέσθαι εἰς Ἱερουσαλήμ. Καὶ τῷ αὐτῷ μηνὶ ἐπινίκια ἦλθον ἀπὸ Ῥώμης ἀπὸ Ναρσοῦ τοῦ πατρικίου, ὡς ὅτιπερ παρέλαβε πόλεις ὀχυρὰς τῶν Γότθων, τοῦτ’ ἐστὶ Βεροΐαν καὶ Βρίνκας. ἔπεμψε καὶ τὰς τῶν αὐτῶν</w:t>
      </w:r>
    </w:p>
    <w:p>
      <w:r>
        <w:rPr>
          <w:rFonts w:ascii="Courier New" w:hAnsi="Courier New"/>
          <w:color w:val="555555"/>
          <w:sz w:val="20"/>
        </w:rPr>
        <w:t>[20]</w:t>
      </w:r>
    </w:p>
    <w:p>
      <w:r>
        <w:rPr>
          <w:rFonts w:ascii="Gentium Plus" w:hAnsi="Gentium Plus"/>
          <w:sz w:val="24"/>
        </w:rPr>
        <w:t>πόλεων κλεῖς μετὰ καὶ τῶν λαφύρων.</w:t>
      </w:r>
    </w:p>
    <w:p>
      <w:r>
        <w:rPr>
          <w:rFonts w:ascii="Courier New" w:hAnsi="Courier New"/>
          <w:color w:val="555555"/>
          <w:sz w:val="20"/>
        </w:rPr>
        <w:t>[Chron . 493]</w:t>
      </w:r>
    </w:p>
    <w:p>
      <w:r>
        <w:rPr>
          <w:rFonts w:ascii="Gentium Plus" w:hAnsi="Gentium Plus"/>
          <w:sz w:val="24"/>
        </w:rPr>
        <w:t>Μηνὶ νοεμβρίῳ ἰνδικτιῶνος ιαʹ ἐμελέτησαν δόλον τινὲς κα‐ τὰ τοῦ αὐτοῦ βασιλέως Ἰουστινιανοῦ τοῦ φονεῦσαι αὐτόν, ὡς κάθηται ἐν τῷ παλατίῳ ἐν ἑσπέρᾳ. οἱ δὲ τὴν σκέψιν τῆς ἐπιβου‐ λῆς μελετήσαντες ἦσαν οὗτοι, Ἀβλάβιος Μελτιάδου καὶ Μάρ‐</w:t>
      </w:r>
    </w:p>
    <w:p>
      <w:r>
        <w:rPr>
          <w:rFonts w:ascii="Courier New" w:hAnsi="Courier New"/>
          <w:color w:val="555555"/>
          <w:sz w:val="20"/>
        </w:rPr>
        <w:t>[5]</w:t>
      </w:r>
    </w:p>
    <w:p>
      <w:r>
        <w:rPr>
          <w:rFonts w:ascii="Gentium Plus" w:hAnsi="Gentium Plus"/>
          <w:sz w:val="24"/>
        </w:rPr>
        <w:t>κελλος ὁ ἀργυροπράτης καὶ Σέργιος ὁ ἀνεψιὸς Αἰθερίου τοῦ κουράτωρος. ἡ δὲ μελέτη αὐτῶν ἦν αὕτη, ἵνα, ὡς κάθηται ἐν τῷ τρικλίνῳ ἑσπέρας, εἰσέλθωσι καὶ σφάξωσι τὸν αὐτὸν βασιλέα. ἦσαν γὰρ καὶ ἰδίους ἀνθρώπους στήσαντες κατὰ τόπον, ἵνα γενο‐ μένης τῆς αὐτῆς ἐπιβουλῆς ταραχὴν ποιήσωσιν. ὁ δὲ αὐτὸς</w:t>
      </w:r>
    </w:p>
    <w:p>
      <w:r>
        <w:rPr>
          <w:rFonts w:ascii="Courier New" w:hAnsi="Courier New"/>
          <w:color w:val="555555"/>
          <w:sz w:val="20"/>
        </w:rPr>
        <w:t>[10]</w:t>
      </w:r>
    </w:p>
    <w:p>
      <w:r>
        <w:rPr>
          <w:rFonts w:ascii="Gentium Plus" w:hAnsi="Gentium Plus"/>
          <w:sz w:val="24"/>
        </w:rPr>
        <w:t>Ἀβλάβιος ἦν λαβὼν καὶ χρυσίον παρὰ Μαρκέλλου, περὶ τὰς πεντήκοντα τοῦ χρυσίου λίτρας, εἰς τὸ συνεπαμῦναι. καὶ δή, τοῦ θεοῦ οὕτως εὐδοκήσαντος, εἷς ἐξ αὐτῶν τῶν τὴν ἐπιβουλὴν μελετησάντων, Ἀβλάβιος ὁ Μελτιάδου, ἐθάῤῥησεν Εὐσεβίῳ τῷ κόμητι τῶν φοιδεράτων καὶ Ἰωάννῃ τῷ Δομετιόλου τὴν σκέ‐</w:t>
      </w:r>
    </w:p>
    <w:p>
      <w:r>
        <w:rPr>
          <w:rFonts w:ascii="Courier New" w:hAnsi="Courier New"/>
          <w:color w:val="555555"/>
          <w:sz w:val="20"/>
        </w:rPr>
        <w:t>[15]</w:t>
      </w:r>
    </w:p>
    <w:p>
      <w:r>
        <w:rPr>
          <w:rFonts w:ascii="Gentium Plus" w:hAnsi="Gentium Plus"/>
          <w:sz w:val="24"/>
        </w:rPr>
        <w:t>ψιν, ὅτι Ἐν τῇ ἑσπέρᾳ βουλόμεθα ἐπιβῆναι τῷ εὐσεβεῖ βασιλεῖ, ὡς κάθηται ἐν τῷ τρικλίνῳ. καὶ φανερωθείσης τῆς ἐπιβουλῆς, εὑρέθη Μάρκελλος ὁ ἀργυροπράτης τῇ αὐτῇ ἑσπέρᾳ ἐν ᾗ τὴν σκέψιν τῆς ἐπιβουλῆς ἔμελλε ποιεῖν εἰσερχόμενος ἐν τῷ παλα‐ τίῳ φορῶν βοῦγλιν, καὶ ὁ τὴν ἐπιβουλὴν φανερώσας Ἀβλάβιος</w:t>
      </w:r>
    </w:p>
    <w:p>
      <w:r>
        <w:rPr>
          <w:rFonts w:ascii="Courier New" w:hAnsi="Courier New"/>
          <w:color w:val="555555"/>
          <w:sz w:val="20"/>
        </w:rPr>
        <w:t>[20]</w:t>
      </w:r>
    </w:p>
    <w:p>
      <w:r>
        <w:rPr>
          <w:rFonts w:ascii="Gentium Plus" w:hAnsi="Gentium Plus"/>
          <w:sz w:val="24"/>
        </w:rPr>
        <w:t>ὁμοίως ἀπὸ σπαθίου. καὶ ὡς προγνωσθέντες συνεσχέθη μὲν Μάρκελλος, καὶ ἀστοχήσας τοῦ προσδοκωμένου σύρας τὸ βοῦγ‐ λιν ὃ ἐφόρει ἑαυτῷ ἐπήγαγε πληγὰς τρεῖς, καὶ οὕτως ἐτελεύτησε·</w:t>
      </w:r>
    </w:p>
    <w:p>
      <w:r>
        <w:rPr>
          <w:rFonts w:ascii="Courier New" w:hAnsi="Courier New"/>
          <w:color w:val="555555"/>
          <w:sz w:val="20"/>
        </w:rPr>
        <w:t>[Chron . 494]</w:t>
      </w:r>
    </w:p>
    <w:p>
      <w:r>
        <w:rPr>
          <w:rFonts w:ascii="Gentium Plus" w:hAnsi="Gentium Plus"/>
          <w:sz w:val="24"/>
        </w:rPr>
        <w:t>σποίνῃ ἡμῶν τῇ θεοτόκῳ ἐν Βλαχέρναις. καὶ ἐκβληθεὶς ἐκ τῶν ὅρων, ὡς οἷα κατὰ βασιλέως σκεψάμενος, καὶ ἐξετασθείς, κατέ‐ θετο ὅτι καὶ Ἰσάκιος ὁ ἀργυροπράτης ὁ κατὰ Βελισσάριον τὸν πατρίκιον καὶ αὐτὸς σύνοιδε τῇ αὐτῇ ἐπιβουλῇ, καὶ Βῖτος δὲ ὁ</w:t>
      </w:r>
    </w:p>
    <w:p>
      <w:r>
        <w:rPr>
          <w:rFonts w:ascii="Courier New" w:hAnsi="Courier New"/>
          <w:color w:val="555555"/>
          <w:sz w:val="20"/>
        </w:rPr>
        <w:t>[5]</w:t>
      </w:r>
    </w:p>
    <w:p>
      <w:r>
        <w:rPr>
          <w:rFonts w:ascii="Gentium Plus" w:hAnsi="Gentium Plus"/>
          <w:sz w:val="24"/>
        </w:rPr>
        <w:t>ἀργυροπράτης καὶ Παῦλος ὁ ὑποπτίων Βελισσαρίου. καὶ ἀμ‐ φοτέρων συσχεθέντων καὶ ἐκδοθέντων Προκοπίῳ, ἐπάρχῳ πό‐ λεως, συγκαθημένων αὐτῷ καὶ συνεξεταζόντων Κωνσταντίνου κοιαίστωρος καὶ Ἰουλιανοῦ ἀντιγραφέως καὶ Ζηνοδώρου ἀσεκρῆ‐ τις, ἐκλαμβάνοντος τὰς αὐτῶν ἀποκρίσεις, κατεῖπον Βελισσαρίου</w:t>
      </w:r>
    </w:p>
    <w:p>
      <w:r>
        <w:rPr>
          <w:rFonts w:ascii="Courier New" w:hAnsi="Courier New"/>
          <w:color w:val="555555"/>
          <w:sz w:val="20"/>
        </w:rPr>
        <w:t>[10]</w:t>
      </w:r>
    </w:p>
    <w:p>
      <w:r>
        <w:rPr>
          <w:rFonts w:ascii="Gentium Plus" w:hAnsi="Gentium Plus"/>
          <w:sz w:val="24"/>
        </w:rPr>
        <w:t>τοῦ πατρικίου· καὶ ἐκ τούτου ὑπὸ ἀγανάκτησιν γέγονεν. ἄλλοι δέ τινες τῶν ἐξονομασθέντων φυγῇ ἐχρήσαντο. καὶ τῇ πέμπτῃ τοῦ δεκεμβρίου μηνὸς ὁ αὐτὸς βασιλεὺς ποιήσας σιλέντιον κόμ‐ βεντον κελεύει πάντας τοὺς ἄρχοντας εἰσελθεῖν καὶ τὸν πατρι‐ άρχην Εὐτύχιον καί τινας ἐκ τῶν σχολῶν· καὶ δεξάμενος αὐτοὺς</w:t>
      </w:r>
    </w:p>
    <w:p>
      <w:r>
        <w:rPr>
          <w:rFonts w:ascii="Courier New" w:hAnsi="Courier New"/>
          <w:color w:val="555555"/>
          <w:sz w:val="20"/>
        </w:rPr>
        <w:t>[15]</w:t>
      </w:r>
    </w:p>
    <w:p>
      <w:r>
        <w:rPr>
          <w:rFonts w:ascii="Gentium Plus" w:hAnsi="Gentium Plus"/>
          <w:sz w:val="24"/>
        </w:rPr>
        <w:t>ἐν τῷ τρικλίνῳ, κελεύει τὰς τούτων καταθέσεις ἀναγνωσθῆναι καὶ φανερωθῆναι πᾶσι τὰ τῆς ἐπιβουλῆς, λέγω δὴ Σεργίου τοῦ ἀνεψιοῦ Αἰθερίου καὶ Εὐσεβίου τοῦ ἀργυροπράτου καὶ Παύλου τοῦ ὑποπτίωνος καὶ Βίτου. καὶ ἀνεγνώσθησαν αἱ καταθέσεις αὐτῶν, καὶ ἐξ αὐτῶν τῶν καταθέσεων ἠγανακτήθη ὁ πατρίκιος</w:t>
      </w:r>
    </w:p>
    <w:p>
      <w:r>
        <w:rPr>
          <w:rFonts w:ascii="Courier New" w:hAnsi="Courier New"/>
          <w:color w:val="555555"/>
          <w:sz w:val="20"/>
        </w:rPr>
        <w:t>[20]</w:t>
      </w:r>
    </w:p>
    <w:p>
      <w:r>
        <w:rPr>
          <w:rFonts w:ascii="Gentium Plus" w:hAnsi="Gentium Plus"/>
          <w:sz w:val="24"/>
        </w:rPr>
        <w:t>Βελισσάριος· καὶ πέμψας ὁ αὐτὸς βασιλεὺς ἐπῆρε πάντας τοὺς ἀνθρώπους Βελισσαρίου, καὶ ἐν οὐδενὶ ἀντέστη ὁ αὐτὸς ἀνήρ.</w:t>
      </w:r>
    </w:p>
    <w:p>
      <w:r>
        <w:rPr>
          <w:rFonts w:ascii="Courier New" w:hAnsi="Courier New"/>
          <w:color w:val="555555"/>
          <w:sz w:val="20"/>
        </w:rPr>
        <w:t>[Chron . 495]</w:t>
      </w:r>
    </w:p>
    <w:p>
      <w:r>
        <w:rPr>
          <w:rFonts w:ascii="Gentium Plus" w:hAnsi="Gentium Plus"/>
          <w:sz w:val="24"/>
        </w:rPr>
        <w:t>τιγραφεύς, ὡς, φησίν, ὑπὲρ Αἰθερίου ποιήσαντες, ὡς οἷα καὶ αὐ‐ τοῦ Αἰθερίου συνειδότος τῇ ἐπιβουλῇ· καὶ μεθ’ ἡμέρας ἓξ πά‐ λιν ἐξητάσθησαν οἱ τὴν αὐτὴν ἐπιβουλὴν μελετήσαντες ὑπὸ Μα‐ ρίνου τοῦ κόμητος τῶν ἐξκουβιτόρων καὶ Κωνσταντιανοῦ τοῦ</w:t>
      </w:r>
    </w:p>
    <w:p>
      <w:r>
        <w:rPr>
          <w:rFonts w:ascii="Courier New" w:hAnsi="Courier New"/>
          <w:color w:val="555555"/>
          <w:sz w:val="20"/>
        </w:rPr>
        <w:t>[5]</w:t>
      </w:r>
    </w:p>
    <w:p>
      <w:r>
        <w:rPr>
          <w:rFonts w:ascii="Gentium Plus" w:hAnsi="Gentium Plus"/>
          <w:sz w:val="24"/>
        </w:rPr>
        <w:t>στρατηλάτου, καὶ ἔμεινεν ὁ αὐτὸς Βελισσάριος ὑπὸ ἀγανάκτησιν. Καὶ τῷ αὐτῷ μηνὶ προετέθη ἤδικτον περὶ τῶν διακρινομέ‐ νων ἐν διαφόροις ἐκκλησίαις ὑπὸ τοῦ αὐτοῦ βασιλέως ὅτι Οὐ χρὴ μετὰ τὴν ἕνωσιν λέγειν μίαν φύσιν, ἀλλὰ δύο ὁμολογεῖν. Καὶ τῇ αὐτῇ ἰνδικτιῶνι ἐγένοντο τὰ ἐγκαίνια τῆς ἁγιωτάτης</w:t>
      </w:r>
    </w:p>
    <w:p>
      <w:r>
        <w:rPr>
          <w:rFonts w:ascii="Courier New" w:hAnsi="Courier New"/>
          <w:color w:val="555555"/>
          <w:sz w:val="20"/>
        </w:rPr>
        <w:t>[10]</w:t>
      </w:r>
    </w:p>
    <w:p>
      <w:r>
        <w:rPr>
          <w:rFonts w:ascii="Gentium Plus" w:hAnsi="Gentium Plus"/>
          <w:sz w:val="24"/>
        </w:rPr>
        <w:t>μεγάλης ἐκκλησίας τὸ δεύτερον. προσετέθη δὲ τῷ τρούλλῳ κα‐ τὰ τὸ παλαιὸν σχῆμα πόδες λʹ, καὶ τὰς δύο καμάρας ἐκ προσθή‐ κης ποιήσαντες, τήν τε ἀρκτῴαν καὶ τὴν μεσημβρινήν. ἐν δὲ τῇ συμπληρώσει τοῦ εἰλήματος Εὐτυχίου τοῦ πατριάρχου κατέχον‐ τος τὸ ἅγιον μεγαλεῖον καὶ τοῦ ὄχλου παρισταμένου ἐψάλλετο,</w:t>
      </w:r>
    </w:p>
    <w:p>
      <w:r>
        <w:rPr>
          <w:rFonts w:ascii="Courier New" w:hAnsi="Courier New"/>
          <w:color w:val="555555"/>
          <w:sz w:val="20"/>
        </w:rPr>
        <w:t>[15]</w:t>
      </w:r>
    </w:p>
    <w:p>
      <w:r>
        <w:rPr>
          <w:rFonts w:ascii="Gentium Plus" w:hAnsi="Gentium Plus"/>
          <w:sz w:val="24"/>
        </w:rPr>
        <w:t>Ἄρατε πύλας, οἱ ἄρχοντες, ὑμῶν, καὶ ἐπάρθητε, πύλαι αἰώνιοι, καὶ εἰσελεύσεται ὁ βασιλεὺς τῆς δόξης, καὶ τὰ λοιπά. Μηνὶ ἰανουαρίῳ ἰνδικτιῶνος ιαʹ ἱπποδρομίου ἀγομένου συ‐ ρεὶς Ἰουλιανικὸς ὁ ἡνίοχος ἐν τῷ ἱπποδρομίῳ τελευτᾷ. Καὶ τῷ αὐτῷ μηνὶ παρελήφθη μέρη τινὰ τῆς Ἀφρικῆς ὑπὸ</w:t>
      </w:r>
    </w:p>
    <w:p>
      <w:r>
        <w:rPr>
          <w:rFonts w:ascii="Courier New" w:hAnsi="Courier New"/>
          <w:color w:val="555555"/>
          <w:sz w:val="20"/>
        </w:rPr>
        <w:t>[20]</w:t>
      </w:r>
    </w:p>
    <w:p>
      <w:r>
        <w:rPr>
          <w:rFonts w:ascii="Gentium Plus" w:hAnsi="Gentium Plus"/>
          <w:sz w:val="24"/>
        </w:rPr>
        <w:t>τῶν Μαυριτανῶν· Κουτζίνης γὰρ ὁ ἔξαρχος τοῦ αὐτοῦ ἔθνους ἔθος εἶχε λαμβάνειν ἀπὸ Ῥωμαίων διὰ τοῦ κατὰ καιρὸν ἄρχοντος</w:t>
      </w:r>
    </w:p>
    <w:p>
      <w:r>
        <w:rPr>
          <w:rFonts w:ascii="Courier New" w:hAnsi="Courier New"/>
          <w:color w:val="555555"/>
          <w:sz w:val="20"/>
        </w:rPr>
        <w:t>[Chron . 496]</w:t>
      </w:r>
    </w:p>
    <w:p>
      <w:r>
        <w:rPr>
          <w:rFonts w:ascii="Gentium Plus" w:hAnsi="Gentium Plus"/>
          <w:sz w:val="24"/>
        </w:rPr>
        <w:t>κατελθόντος Ἰωάννου τοῦ ἐπίκλην Ῥογαθινοῦ, καὶ μηδὲν αὐτῷ δεδωκότος κατὰ τὸ πρῴην ἔθος, ἀλλὰ τοὐναντίον καὶ δολοφονή‐ σαντος αὐτόν, ἀνέστησαν τὰ τέκνα τοῦ αὐτοῦ Κουζτίνη, ἐκδικοῦντες τὸ πατρῷον αἷμα. καὶ ἐπαναστάντες τοῖς μέρεσι τῆς Ἀφρικῆς,</w:t>
      </w:r>
    </w:p>
    <w:p>
      <w:r>
        <w:rPr>
          <w:rFonts w:ascii="Courier New" w:hAnsi="Courier New"/>
          <w:color w:val="555555"/>
          <w:sz w:val="20"/>
        </w:rPr>
        <w:t>[5]</w:t>
      </w:r>
    </w:p>
    <w:p>
      <w:r>
        <w:rPr>
          <w:rFonts w:ascii="Gentium Plus" w:hAnsi="Gentium Plus"/>
          <w:sz w:val="24"/>
        </w:rPr>
        <w:t>παρέλαβόν τινας τόπους φονεύσαντες καὶ πραιδεύσαντες. ὁ δὲ αὐτὸς βασιλεὺς Ἰουστινιανὸς ἔπεμψε Μαρκιανὸν τὸν ἴδιον αὐτοῦ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