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Δάφνις καὶ Χλόη</w:t>
      </w:r>
      <w:r>
        <w:br/>
      </w:r>
      <w:r>
        <w:rPr>
          <w:i/>
          <w:color w:val="666666"/>
          <w:sz w:val="40"/>
        </w:rPr>
        <w:t>Daphnis and Chloe</w:t>
      </w:r>
    </w:p>
    <w:p>
      <w:pPr>
        <w:jc w:val="center"/>
      </w:pPr>
      <w:r>
        <w:rPr>
          <w:rFonts w:ascii="Times New Roman" w:hAnsi="Times New Roman"/>
          <w:color w:val="1E3A70"/>
          <w:sz w:val="32"/>
        </w:rPr>
        <w:t>Λόγγος ὁ μυθιστοριογράφος</w:t>
      </w:r>
      <w:r>
        <w:br/>
      </w:r>
      <w:r>
        <w:rPr>
          <w:i/>
          <w:color w:val="666666"/>
          <w:sz w:val="28"/>
        </w:rPr>
        <w:t>by Longus the Novelist</w:t>
      </w:r>
    </w:p>
    <w:p/>
    <w:p>
      <w:r>
        <w:rPr>
          <w:rFonts w:ascii="Courier New" w:hAnsi="Courier New"/>
          <w:color w:val="555555"/>
          <w:sz w:val="20"/>
        </w:rPr>
        <w:t>[p 1 . 1]</w:t>
      </w:r>
    </w:p>
    <w:p>
      <w:r>
        <w:rPr>
          <w:rFonts w:ascii="Gentium Plus" w:hAnsi="Gentium Plus"/>
          <w:sz w:val="24"/>
        </w:rPr>
        <w:t>Ἐν Λέσβῳ θηρῶν ἐν ἄλσει Νυμφῶν θέαμα εἶδον κάλ‐ λιστον ὧν εἶδον· εἰκόνα γραπτήν, ἱστορίαν ἔρωτος. Καλὸν μὲν καὶ τὸ ἄλσος, πολύδενδρον, ἀνθηρόν, κατάρρυτον· μία πηγὴ πάντα ἔτρεφε, καὶ τὰ ἄνθη καὶ τὰ δένδρα· ἀλλ’ ἡ</w:t>
      </w:r>
    </w:p>
    <w:p>
      <w:r>
        <w:rPr>
          <w:rFonts w:ascii="Courier New" w:hAnsi="Courier New"/>
          <w:color w:val="555555"/>
          <w:sz w:val="20"/>
        </w:rPr>
        <w:t>[5]</w:t>
      </w:r>
    </w:p>
    <w:p>
      <w:r>
        <w:rPr>
          <w:rFonts w:ascii="Gentium Plus" w:hAnsi="Gentium Plus"/>
          <w:sz w:val="24"/>
        </w:rPr>
        <w:t>γραφὴ τερπνοτέρα καὶ τέχνην ἔχουσα περιττὴν καὶ τύχην ἐρωτικήν· ὥστε πολλοὶ καὶ τῶν ξένων κατὰ φήμην ᾔεσαν, τῶν μὲν Νυμφῶν ἱκέται, τῆς δὲ εἰκόνος θεαταί.</w:t>
      </w:r>
    </w:p>
    <w:p>
      <w:r>
        <w:rPr>
          <w:rFonts w:ascii="Courier New" w:hAnsi="Courier New"/>
          <w:color w:val="555555"/>
          <w:sz w:val="20"/>
        </w:rPr>
        <w:t>[p 1 . 2]</w:t>
      </w:r>
    </w:p>
    <w:p>
      <w:r>
        <w:rPr>
          <w:rFonts w:ascii="Gentium Plus" w:hAnsi="Gentium Plus"/>
          <w:sz w:val="24"/>
        </w:rPr>
        <w:t>Γυναῖ‐ κες ἐπ’ αὐτῆς τίκτουσαι καὶ ἄλλαι σπαργάνοις κοσμοῦσαι, παιδία ἐκκείμενα, ποίμνια τρέφοντα, ποιμένες ἀναιρούμε‐ νοι, νέοι συντιθέμενοι, λῃστῶν καταδρομή, πολεμίων ἐμβολή.</w:t>
      </w:r>
    </w:p>
    <w:p>
      <w:r>
        <w:rPr>
          <w:rFonts w:ascii="Courier New" w:hAnsi="Courier New"/>
          <w:color w:val="555555"/>
          <w:sz w:val="20"/>
        </w:rPr>
        <w:t>[5]</w:t>
      </w:r>
    </w:p>
    <w:p>
      <w:r>
        <w:rPr>
          <w:rFonts w:ascii="Gentium Plus" w:hAnsi="Gentium Plus"/>
          <w:sz w:val="24"/>
        </w:rPr>
        <w:t>Πολλὰ ἄλλα καὶ πάντα ἐρωτικὰ ἰδόντα με καὶ θαυμάσαντα πόθος ἔσχεν ἀντιγράψαι τῇ γραφῇ·</w:t>
      </w:r>
    </w:p>
    <w:p>
      <w:r>
        <w:rPr>
          <w:rFonts w:ascii="Courier New" w:hAnsi="Courier New"/>
          <w:color w:val="555555"/>
          <w:sz w:val="20"/>
        </w:rPr>
        <w:t>[p 1 . 3]</w:t>
      </w:r>
    </w:p>
    <w:p>
      <w:r>
        <w:rPr>
          <w:rFonts w:ascii="Gentium Plus" w:hAnsi="Gentium Plus"/>
          <w:sz w:val="24"/>
        </w:rPr>
        <w:t>καὶ ἀναζητησάμε‐ νος ἐξηγητὴν τῆς εἰκόνος τέτταρας βίβλους ἐξεπονησά‐ μην, ἀνάθημα μὲν Ἔρωτι καὶ Νύμφαις καὶ Πανί, κτῆμα δὲ τερπνὸν πᾶσιν ἀνθρώποις, ὃ καὶ νοσοῦντα ἰάσεται, καὶ</w:t>
      </w:r>
    </w:p>
    <w:p>
      <w:r>
        <w:rPr>
          <w:rFonts w:ascii="Courier New" w:hAnsi="Courier New"/>
          <w:color w:val="555555"/>
          <w:sz w:val="20"/>
        </w:rPr>
        <w:t>[5]</w:t>
      </w:r>
    </w:p>
    <w:p>
      <w:r>
        <w:rPr>
          <w:rFonts w:ascii="Gentium Plus" w:hAnsi="Gentium Plus"/>
          <w:sz w:val="24"/>
        </w:rPr>
        <w:t>λυπούμενον παραμυθήσεται, τὸν ἐρασθέντα ἀναμνήσει, τὸν οὐκ ἐρασθέντα προπαιδεύσει.</w:t>
      </w:r>
    </w:p>
    <w:p>
      <w:r>
        <w:rPr>
          <w:rFonts w:ascii="Courier New" w:hAnsi="Courier New"/>
          <w:color w:val="555555"/>
          <w:sz w:val="20"/>
        </w:rPr>
        <w:t>[p 1 . 4]</w:t>
      </w:r>
    </w:p>
    <w:p>
      <w:r>
        <w:rPr>
          <w:rFonts w:ascii="Gentium Plus" w:hAnsi="Gentium Plus"/>
          <w:sz w:val="24"/>
        </w:rPr>
        <w:t>Πάντως γὰρ οὐδεὶς ἔρωτα ἔφυγεν ἢ φεύξεται, μέχρις ἂν κάλλος ᾖ καὶ ὀφθαλμοὶ βλέπωσιν.</w:t>
      </w:r>
    </w:p>
    <w:p>
      <w:r>
        <w:rPr>
          <w:rFonts w:ascii="Courier New" w:hAnsi="Courier New"/>
          <w:color w:val="555555"/>
          <w:sz w:val="20"/>
        </w:rPr>
        <w:t>[1 . 1 . 1]</w:t>
      </w:r>
    </w:p>
    <w:p>
      <w:r>
        <w:rPr>
          <w:rFonts w:ascii="Gentium Plus" w:hAnsi="Gentium Plus"/>
          <w:sz w:val="24"/>
        </w:rPr>
        <w:t>Πόλις ἐστὶ τῆς Λέσβου Μιτυλήνη, μεγάλη καὶ καλή· διείληπται γὰρ εὐρίποις ὑπεισρεούσης τῆς θαλάσσης, καὶ κεκόσμηται γεφύραις ξεστοῦ καὶ λευκοῦ λίθου. Νομί‐ σαις οὐ πόλιν ὁρᾶν ἀλλὰ νῆσον.</w:t>
      </w:r>
    </w:p>
    <w:p>
      <w:r>
        <w:rPr>
          <w:rFonts w:ascii="Courier New" w:hAnsi="Courier New"/>
          <w:color w:val="555555"/>
          <w:sz w:val="20"/>
        </w:rPr>
        <w:t>[1 . 1 . 2]</w:t>
      </w:r>
    </w:p>
    <w:p>
      <w:r>
        <w:rPr>
          <w:rFonts w:ascii="Gentium Plus" w:hAnsi="Gentium Plus"/>
          <w:sz w:val="24"/>
        </w:rPr>
        <w:t>Ταύτης τῆς πόλεως τῆς Μιτυλήνης ὅσον ἀπὸ σταδίων διακοσίων ἀγρὸς ἦν ἀνδρὸς εὐδαίμονος, κτῆμα κάλλιστον· ὄρη θηροτρόφα, πεδία πυρο‐ φόρα· γήλοφοι κλημάτων, νομαὶ ποιμνίων· καὶ ἡ θάλασσα</w:t>
      </w:r>
    </w:p>
    <w:p>
      <w:r>
        <w:rPr>
          <w:rFonts w:ascii="Courier New" w:hAnsi="Courier New"/>
          <w:color w:val="555555"/>
          <w:sz w:val="20"/>
        </w:rPr>
        <w:t>[5]</w:t>
      </w:r>
    </w:p>
    <w:p>
      <w:r>
        <w:rPr>
          <w:rFonts w:ascii="Gentium Plus" w:hAnsi="Gentium Plus"/>
          <w:sz w:val="24"/>
        </w:rPr>
        <w:t>προσέκλυζεν ἠϊόνι ἐκτεταμένῃ ψάμμου μαλθακῆς.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[1 . 2 . 1]</w:t>
      </w:r>
    </w:p>
    <w:p>
      <w:r>
        <w:rPr>
          <w:rFonts w:ascii="Gentium Plus" w:hAnsi="Gentium Plus"/>
          <w:sz w:val="24"/>
        </w:rPr>
        <w:t>Ἐν τῷδε τῷ ἀγρῷ νέμων αἰπόλος, Λάμων τοὔνομα, παιδίον εὗρεν ὑπὸ μιᾶς τῶν αἰγῶν τρεφόμενον. Δρυμὸς ἦν καὶ λόχμη βάτων καὶ κιττὸς ἐπιπλανώμενος καὶ πόα μαλθακή, καθ’ ἧς ἔκειτο τὸ παιδίον. Ἐνταῦθα ἡ αἲξ</w:t>
      </w:r>
    </w:p>
    <w:p>
      <w:r>
        <w:rPr>
          <w:rFonts w:ascii="Courier New" w:hAnsi="Courier New"/>
          <w:color w:val="555555"/>
          <w:sz w:val="20"/>
        </w:rPr>
        <w:t>[5]</w:t>
      </w:r>
    </w:p>
    <w:p>
      <w:r>
        <w:rPr>
          <w:rFonts w:ascii="Gentium Plus" w:hAnsi="Gentium Plus"/>
          <w:sz w:val="24"/>
        </w:rPr>
        <w:t>θέουσα συνεχὲς ἀφανὴς ἐγίνετο πολλάκις καὶ τὸν ἔριφον ἀπολιποῦσα τῷ βρέφει παρέμενε.</w:t>
      </w:r>
    </w:p>
    <w:p>
      <w:r>
        <w:rPr>
          <w:rFonts w:ascii="Courier New" w:hAnsi="Courier New"/>
          <w:color w:val="555555"/>
          <w:sz w:val="20"/>
        </w:rPr>
        <w:t>[1 . 2 . 2]</w:t>
      </w:r>
    </w:p>
    <w:p>
      <w:r>
        <w:rPr>
          <w:rFonts w:ascii="Gentium Plus" w:hAnsi="Gentium Plus"/>
          <w:sz w:val="24"/>
        </w:rPr>
        <w:t>Φυλάττει τὰς δια‐ δρομὰς ὁ Λάμων οἰκτείρας ἀμελούμενον τὸν ἔριφον, καὶ μεσημβρίας ἀκμαζούσης κατ’ ἴχνος ἐλθὼν ὁρᾷ τὴν μὲν αἶγα</w:t>
      </w:r>
    </w:p>
    <w:p>
      <w:r>
        <w:rPr>
          <w:rFonts w:ascii="Courier New" w:hAnsi="Courier New"/>
          <w:color w:val="555555"/>
          <w:sz w:val="20"/>
        </w:rPr>
        <w:t>[5]</w:t>
      </w:r>
    </w:p>
    <w:p>
      <w:r>
        <w:rPr>
          <w:rFonts w:ascii="Gentium Plus" w:hAnsi="Gentium Plus"/>
          <w:sz w:val="24"/>
        </w:rPr>
        <w:t>πατοῦσα, τὸ δὲ ὥσπερ ἐκ μητρῴας θηλῆς τὴν ἐπιρροὴν ἕλκον τοῦ γάλακτος.</w:t>
      </w:r>
    </w:p>
    <w:p>
      <w:r>
        <w:rPr>
          <w:rFonts w:ascii="Courier New" w:hAnsi="Courier New"/>
          <w:color w:val="555555"/>
          <w:sz w:val="20"/>
        </w:rPr>
        <w:t>[1 . 2 . 3]</w:t>
      </w:r>
    </w:p>
    <w:p>
      <w:r>
        <w:rPr>
          <w:rFonts w:ascii="Gentium Plus" w:hAnsi="Gentium Plus"/>
          <w:sz w:val="24"/>
        </w:rPr>
        <w:t>Θαυμάσας, ὥσπερ εἰκὸς ἦν, πρό‐ σεισιν ἐγγὺς καὶ εὑρίσκει παιδίον ἄρρεν, μέγα καὶ καλὸν καὶ τῆς κατὰ τὴν ἔκθεσιν τύχης ἐν σπαργάνοις κρείττοσι· χλανίδιόν τε γὰρ ἦν ἁλουργὲς καὶ πόρπη χρυσῆ καὶ ξιφίδιον</w:t>
      </w:r>
    </w:p>
    <w:p>
      <w:r>
        <w:rPr>
          <w:rFonts w:ascii="Courier New" w:hAnsi="Courier New"/>
          <w:color w:val="555555"/>
          <w:sz w:val="20"/>
        </w:rPr>
        <w:t>[5]</w:t>
      </w:r>
    </w:p>
    <w:p>
      <w:r>
        <w:rPr>
          <w:rFonts w:ascii="Gentium Plus" w:hAnsi="Gentium Plus"/>
          <w:sz w:val="24"/>
        </w:rPr>
        <w:t>ἐλεφαντόκωπον.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[1 . 3 . 1]</w:t>
      </w:r>
    </w:p>
    <w:p>
      <w:r>
        <w:rPr>
          <w:rFonts w:ascii="Gentium Plus" w:hAnsi="Gentium Plus"/>
          <w:sz w:val="24"/>
        </w:rPr>
        <w:t>Τὸ μὲν οὖν πρῶτον ἐβουλεύσατο μόνα τὰ γνω‐ ρίσματα βαστάσας ἀμελῆσαι τοῦ βρέφους· ἔπειτα αἰδεσθεὶς εἰ μηδὲ αἰγὸς φιλανθρωπίαν μιμήσεται, νύκτα φυλάξας κομίζει πάντα πρὸς τὴν γυναῖκα Μυρτάλην, καὶ τὰ γνω‐</w:t>
      </w:r>
    </w:p>
    <w:p>
      <w:r>
        <w:rPr>
          <w:rFonts w:ascii="Courier New" w:hAnsi="Courier New"/>
          <w:color w:val="555555"/>
          <w:sz w:val="20"/>
        </w:rPr>
        <w:t>[5]</w:t>
      </w:r>
    </w:p>
    <w:p>
      <w:r>
        <w:rPr>
          <w:rFonts w:ascii="Gentium Plus" w:hAnsi="Gentium Plus"/>
          <w:sz w:val="24"/>
        </w:rPr>
        <w:t>ρίσματα καὶ τὸ παιδίον καὶ τὴν αἶγα αὐτήν.</w:t>
      </w:r>
    </w:p>
    <w:p>
      <w:r>
        <w:rPr>
          <w:rFonts w:ascii="Courier New" w:hAnsi="Courier New"/>
          <w:color w:val="555555"/>
          <w:sz w:val="20"/>
        </w:rPr>
        <w:t>[1 . 3 . 2]</w:t>
      </w:r>
    </w:p>
    <w:p>
      <w:r>
        <w:rPr>
          <w:rFonts w:ascii="Gentium Plus" w:hAnsi="Gentium Plus"/>
          <w:sz w:val="24"/>
        </w:rPr>
        <w:t>Τῆς δὲ ἐκπλαγείσης εἰ παιδία τίκτουσιν αἶγες, πάντα αὐτῇ διη‐ γεῖται, πῶς εὗρεν ἐκκείμενον, πῶς εἶδε τρεφόμενον, πῶς ᾐδέσθη καταλιπεῖν ἀποθανούμενον. Δόξαν δὴ κἀκείνῃ,</w:t>
      </w:r>
    </w:p>
    <w:p>
      <w:r>
        <w:rPr>
          <w:rFonts w:ascii="Courier New" w:hAnsi="Courier New"/>
          <w:color w:val="555555"/>
          <w:sz w:val="20"/>
        </w:rPr>
        <w:t>[5]</w:t>
      </w:r>
    </w:p>
    <w:p>
      <w:r>
        <w:rPr>
          <w:rFonts w:ascii="Gentium Plus" w:hAnsi="Gentium Plus"/>
          <w:sz w:val="24"/>
        </w:rPr>
        <w:t>τὰ μὲν συνεκτεθέντα κρύπτουσι, τὸ δὲ παιδίον αὑτῶν νομίζουσι, τῇ δὲ αἰγὶ τὴν τροφὴν ἐπιτρέπουσιν. Ὡς δ’ ἂν καὶ τοὔνομα τοῦ παιδίου ποιμενικὸν δοκοίη, Δάφνιν αὐτὸν ἔγνωσαν καλεῖν.</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[1 . 4 . 1]</w:t>
      </w:r>
    </w:p>
    <w:p>
      <w:r>
        <w:rPr>
          <w:rFonts w:ascii="Gentium Plus" w:hAnsi="Gentium Plus"/>
          <w:sz w:val="24"/>
        </w:rPr>
        <w:t>Ἤδη δὲ διετοῦς χρόνου διικνουμένου, ποιμὴν ἐξ ἀγρῶν ὁμόρων νέμων, Δρύας τὸ ὄνομα, καὶ αὐτὸς ὁμοίοις ἐπιτυγχάνει καὶ εὑρήμασι καὶ θεάμασι. Νυμφῶν ἄντρον ἦν, πέτρα μεγάλη, τὰ ἔνδοθεν κοίλη, τὰ ἔξωθεν περιφερής.</w:t>
      </w:r>
    </w:p>
    <w:p>
      <w:r>
        <w:rPr>
          <w:rFonts w:ascii="Courier New" w:hAnsi="Courier New"/>
          <w:color w:val="555555"/>
          <w:sz w:val="20"/>
        </w:rPr>
        <w:t>[1 . 4 . 2]</w:t>
      </w:r>
    </w:p>
    <w:p>
      <w:r>
        <w:rPr>
          <w:rFonts w:ascii="Gentium Plus" w:hAnsi="Gentium Plus"/>
          <w:sz w:val="24"/>
        </w:rPr>
        <w:t>Τὰ ἀγάλματα τῶν Νυμφῶν αὐτῶν λίθοις ἐπεποίητο· πόδες ἀνυπόδητοι, χεῖρες εἰς ὤμους γυμναί, κόμαι μέχρι</w:t>
      </w:r>
    </w:p>
    <w:p>
      <w:r>
        <w:rPr>
          <w:rFonts w:ascii="Courier New" w:hAnsi="Courier New"/>
          <w:color w:val="555555"/>
          <w:sz w:val="20"/>
        </w:rPr>
        <w:t>[5]</w:t>
      </w:r>
    </w:p>
    <w:p>
      <w:r>
        <w:rPr>
          <w:rFonts w:ascii="Gentium Plus" w:hAnsi="Gentium Plus"/>
          <w:sz w:val="24"/>
        </w:rPr>
        <w:t>τοῦ ἄντρου τῆς μεγάλης πέτρας ἦν τὸ μεσαίτατον.</w:t>
      </w:r>
    </w:p>
    <w:p>
      <w:r>
        <w:rPr>
          <w:rFonts w:ascii="Courier New" w:hAnsi="Courier New"/>
          <w:color w:val="555555"/>
          <w:sz w:val="20"/>
        </w:rPr>
        <w:t>[1 . 4 . 3]</w:t>
      </w:r>
    </w:p>
    <w:p>
      <w:r>
        <w:rPr>
          <w:rFonts w:ascii="Gentium Plus" w:hAnsi="Gentium Plus"/>
          <w:sz w:val="24"/>
        </w:rPr>
        <w:t>Ἐκ πηγῆς ἀναβλύζον ὕδωρ ῥεῖθρον ἐποίει χεόμενον, ὥστε καὶ λειμὼν πάνυ γλαφυρὸς ἐκτέτατο πρὸ τοῦ ἄντρου, πολλῆς καὶ μαλακῆς πόας ὑπὸ τῆς νοτίδος τρεφομένης. Ἀνέ‐</w:t>
      </w:r>
    </w:p>
    <w:p>
      <w:r>
        <w:rPr>
          <w:rFonts w:ascii="Courier New" w:hAnsi="Courier New"/>
          <w:color w:val="555555"/>
          <w:sz w:val="20"/>
        </w:rPr>
        <w:t>[5]</w:t>
      </w:r>
    </w:p>
    <w:p>
      <w:r>
        <w:rPr>
          <w:rFonts w:ascii="Gentium Plus" w:hAnsi="Gentium Plus"/>
          <w:sz w:val="24"/>
        </w:rPr>
        <w:t>κειντο δὲ καὶ γαυλοὶ καὶ αὐλοὶ πλάγιοι καὶ σύριγγες καὶ κάλαμοι, πρεσβυτέρων ποιμένων ἀναθήματα.</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[1 . 5 . 1]</w:t>
      </w:r>
    </w:p>
    <w:p>
      <w:r>
        <w:rPr>
          <w:rFonts w:ascii="Gentium Plus" w:hAnsi="Gentium Plus"/>
          <w:sz w:val="24"/>
        </w:rPr>
        <w:t>Εἰς τοῦτο τὸ νυμφαῖον ὄϊς ἀρτιτόκος συχνὰ φοι‐ τῶσα δόξαν πολλάκις ἀπωλείας παρεῖχε. Κολάσαι δὴ βου‐ λόμενος αὐτὴν καὶ εἰς τὴν πρότερον εὐνομίαν καταστῆσαι, δεσμὸν ῥάβδου χλωρᾶς λυγίσας ὅμοιον βρόχῳ τῇ πέτρᾳ προ‐</w:t>
      </w:r>
    </w:p>
    <w:p>
      <w:r>
        <w:rPr>
          <w:rFonts w:ascii="Courier New" w:hAnsi="Courier New"/>
          <w:color w:val="555555"/>
          <w:sz w:val="20"/>
        </w:rPr>
        <w:t>[5]</w:t>
      </w:r>
    </w:p>
    <w:p>
      <w:r>
        <w:rPr>
          <w:rFonts w:ascii="Gentium Plus" w:hAnsi="Gentium Plus"/>
          <w:sz w:val="24"/>
        </w:rPr>
        <w:t>σῆλθεν, ὡς ἐκεῖ συλληψόμενος αὐτήν.</w:t>
      </w:r>
    </w:p>
    <w:p>
      <w:r>
        <w:rPr>
          <w:rFonts w:ascii="Courier New" w:hAnsi="Courier New"/>
          <w:color w:val="555555"/>
          <w:sz w:val="20"/>
        </w:rPr>
        <w:t>[1 . 5 . 2]</w:t>
      </w:r>
    </w:p>
    <w:p>
      <w:r>
        <w:rPr>
          <w:rFonts w:ascii="Gentium Plus" w:hAnsi="Gentium Plus"/>
          <w:sz w:val="24"/>
        </w:rPr>
        <w:t>Ἐπιστὰς δὲ οὐδὲν εἶδεν ὧν ἤλπισεν, ἀλλὰ τὴν μὲν διδοῦσαν πάνυ ἀνθρωπίνως τὴν θηλὴν εἰς ἄφθονον τοῦ γάλακτος ὁλκήν, τὸ δὲ παιδίον ἀκλαυτὶ λάβρως εἰς ἀμφοτέρας τὰς θηλὰς μεταφέρον τὸ</w:t>
      </w:r>
    </w:p>
    <w:p>
      <w:r>
        <w:rPr>
          <w:rFonts w:ascii="Courier New" w:hAnsi="Courier New"/>
          <w:color w:val="555555"/>
          <w:sz w:val="20"/>
        </w:rPr>
        <w:t>[5]</w:t>
      </w:r>
    </w:p>
    <w:p>
      <w:r>
        <w:rPr>
          <w:rFonts w:ascii="Gentium Plus" w:hAnsi="Gentium Plus"/>
          <w:sz w:val="24"/>
        </w:rPr>
        <w:t>στόμα καθαρὸν καὶ φαιδρόν, οἷα τῆς ὄϊος τῇ γλώττῃ τὸ πρόσωπον ἀπολιχμωμένης μετὰ τὸν κόρον τῆς τροφῆς.</w:t>
      </w:r>
    </w:p>
    <w:p>
      <w:r>
        <w:rPr>
          <w:rFonts w:ascii="Courier New" w:hAnsi="Courier New"/>
          <w:color w:val="555555"/>
          <w:sz w:val="20"/>
        </w:rPr>
        <w:t>[1 . 5 . 3]</w:t>
      </w:r>
    </w:p>
    <w:p>
      <w:r>
        <w:rPr>
          <w:rFonts w:ascii="Gentium Plus" w:hAnsi="Gentium Plus"/>
          <w:sz w:val="24"/>
        </w:rPr>
        <w:t>Θῆλυ ἦν τοῦτο τὸ παιδίον, καὶ παρέκειτο καὶ τούτῳ [σπάργανα] γνωρίσματα· μίτρα διάχρυσος, ὑποδήματα ἐπί‐ χρυσα, περισκελίδες χρυσαῖ.</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[1 . 6 . 1]</w:t>
      </w:r>
    </w:p>
    <w:p>
      <w:r>
        <w:rPr>
          <w:rFonts w:ascii="Gentium Plus" w:hAnsi="Gentium Plus"/>
          <w:sz w:val="24"/>
        </w:rPr>
        <w:t>Θεῖον δή τι νομίσας τὸ εὕρημα καὶ διδασκόμενος παρὰ τῆς ὄϊος ἐλεεῖν τε τὸ παιδίον καὶ φιλεῖν ἀναιρεῖται μὲν τὸ βρέφος ἐπ’ ἀγκῶνος, ἀποτίθεται δὲ τὰ γνωρίσματα</w:t>
      </w:r>
    </w:p>
    <w:p>
      <w:r>
        <w:rPr>
          <w:rFonts w:ascii="Courier New" w:hAnsi="Courier New"/>
          <w:color w:val="555555"/>
          <w:sz w:val="20"/>
        </w:rPr>
        <w:t>[5]</w:t>
      </w:r>
    </w:p>
    <w:p>
      <w:r>
        <w:rPr>
          <w:rFonts w:ascii="Gentium Plus" w:hAnsi="Gentium Plus"/>
          <w:sz w:val="24"/>
        </w:rPr>
        <w:t>τύχῃ θρέψαι τὴν ἱκέτιν αὐτῶν.</w:t>
      </w:r>
    </w:p>
    <w:p>
      <w:r>
        <w:rPr>
          <w:rFonts w:ascii="Courier New" w:hAnsi="Courier New"/>
          <w:color w:val="555555"/>
          <w:sz w:val="20"/>
        </w:rPr>
        <w:t>[1 . 6 . 2]</w:t>
      </w:r>
    </w:p>
    <w:p>
      <w:r>
        <w:rPr>
          <w:rFonts w:ascii="Gentium Plus" w:hAnsi="Gentium Plus"/>
          <w:sz w:val="24"/>
        </w:rPr>
        <w:t>Καὶ ἐπεὶ καιρὸς ἦν ἀπε‐ λαύνειν τὴν ποίμνην, ἐλθὼν εἰς τὴν ἔπαυλιν τῇ γυναικὶ διη‐ γεῖται τὰ ὀφθέντα, δείκνυσι τὰ εὑρεθέντα, παρακελεύεται θυγάτριον νομίζειν καὶ λανθάνουσαν ὡς ἴδιον τρέφειν.</w:t>
      </w:r>
    </w:p>
    <w:p>
      <w:r>
        <w:rPr>
          <w:rFonts w:ascii="Courier New" w:hAnsi="Courier New"/>
          <w:color w:val="555555"/>
          <w:sz w:val="20"/>
        </w:rPr>
        <w:t>[1 . 6 . 3]</w:t>
      </w:r>
    </w:p>
    <w:p>
      <w:r>
        <w:rPr>
          <w:rFonts w:ascii="Gentium Plus" w:hAnsi="Gentium Plus"/>
          <w:sz w:val="24"/>
        </w:rPr>
        <w:t>Ἡ μὲν δὴ Νάπη—τοῦτο γὰρ ἐκαλεῖτο—μήτηρ εὐθὺς ἦν καὶ ἐφίλει τὸ παιδίον, ὥσπερ ὑπὸ τῆς ὄϊος παρευδοκιμη‐ θῆναι δεδοικυῖα, καὶ τίθεται καὶ αὐτὴ ποιμενικὸν ὄνομα πρὸς πίστιν αὐτῷ, Χλόην.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 . 7 . 1]</w:t>
      </w:r>
    </w:p>
    <w:p>
      <w:r>
        <w:rPr>
          <w:rFonts w:ascii="Gentium Plus" w:hAnsi="Gentium Plus"/>
          <w:sz w:val="24"/>
        </w:rPr>
        <w:t>Ταῦτα τὰ παιδία ταχὺ μάλα ηὔξησε, καὶ κάλλος αὐτοῖς ἐξεφαίνετο κρεῖττον ἀγροικίας. Ἤδη τε ἦν ὁ μὲν πέντε καὶ δέκα ἐτῶν ἀπὸ γενεᾶς, ἡ δὲ τοσούτων, δυοῖν ἀπο‐ δεόντοιν, καὶ ὁ Δρύας καὶ ὁ Λάμων ἐπὶ μιᾶς νυκτὸς ὁρῶσιν</w:t>
      </w:r>
    </w:p>
    <w:p>
      <w:r>
        <w:rPr>
          <w:rFonts w:ascii="Courier New" w:hAnsi="Courier New"/>
          <w:color w:val="555555"/>
          <w:sz w:val="20"/>
        </w:rPr>
        <w:t>[5]</w:t>
      </w:r>
    </w:p>
    <w:p>
      <w:r>
        <w:rPr>
          <w:rFonts w:ascii="Gentium Plus" w:hAnsi="Gentium Plus"/>
          <w:sz w:val="24"/>
        </w:rPr>
        <w:t>ὄναρ τοιόνδε τι.</w:t>
      </w:r>
    </w:p>
    <w:p>
      <w:r>
        <w:rPr>
          <w:rFonts w:ascii="Courier New" w:hAnsi="Courier New"/>
          <w:color w:val="555555"/>
          <w:sz w:val="20"/>
        </w:rPr>
        <w:t>[1 . 7 . 2]</w:t>
      </w:r>
    </w:p>
    <w:p>
      <w:r>
        <w:rPr>
          <w:rFonts w:ascii="Gentium Plus" w:hAnsi="Gentium Plus"/>
          <w:sz w:val="24"/>
        </w:rPr>
        <w:t>Τὰς Νύμφας ἐδόκουν ἐκείνας, τὰς ἐν τῷ ἄντρῳ, ἐν ᾧ ἡ πηγή, ἐν ᾧ τὸ παιδίον εὗρεν ὁ Δρύας, τὸν Δάφνιν καὶ τὴν Χλόην παραδιδόναι παιδίῳ μάλα σοβαρῷ καὶ καλῷ, πτερὰ ἐκ τῶν ὤμων ἔχοντι, βέλη σμικρὰ ἅμα</w:t>
      </w:r>
    </w:p>
    <w:p>
      <w:r>
        <w:rPr>
          <w:rFonts w:ascii="Courier New" w:hAnsi="Courier New"/>
          <w:color w:val="555555"/>
          <w:sz w:val="20"/>
        </w:rPr>
        <w:t>[5]</w:t>
      </w:r>
    </w:p>
    <w:p>
      <w:r>
        <w:rPr>
          <w:rFonts w:ascii="Gentium Plus" w:hAnsi="Gentium Plus"/>
          <w:sz w:val="24"/>
        </w:rPr>
        <w:t>τοξαρίῳ φέροντι· τὸ δὲ ἐφαψάμενον ἀμφοτέρων ἑνὶ βέλει κελεῦσαι λοιπὸν ποιμαίνειν τὸν μὲν τὸ αἰπόλιον, τὴν δὲ τὸ ποίμνιον.</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[1 . 8 . 1]</w:t>
      </w:r>
    </w:p>
    <w:p>
      <w:r>
        <w:rPr>
          <w:rFonts w:ascii="Gentium Plus" w:hAnsi="Gentium Plus"/>
          <w:sz w:val="24"/>
        </w:rPr>
        <w:t>Τοῦτο τὸ ὄναρ ἰδόντες ἤχθοντο μὲν εἰ ποιμένες ἔσοιντο καὶ αἰπόλοι 〈οἱ〉 τύχην ἐκ σπαργάνων ἐπαγγελλόμε‐ νοι κρείττονα—δι’ ἣν αὐτοὺς καὶ τροφαῖς ἁβροτέραις ἔτρεφον καὶ γράμματα ἐπαίδευον καὶ πάντα ὅσα καλὰ ἦν</w:t>
      </w:r>
    </w:p>
    <w:p>
      <w:r>
        <w:rPr>
          <w:rFonts w:ascii="Courier New" w:hAnsi="Courier New"/>
          <w:color w:val="555555"/>
          <w:sz w:val="20"/>
        </w:rPr>
        <w:t>[5]</w:t>
      </w:r>
    </w:p>
    <w:p>
      <w:r>
        <w:rPr>
          <w:rFonts w:ascii="Gentium Plus" w:hAnsi="Gentium Plus"/>
          <w:sz w:val="24"/>
        </w:rPr>
        <w:t>ἐπ’ ἀγροικίας—, ἐδόκει δὲ πείθεσθαι θεοῖς περὶ τῶν σωθέν‐ των προνοίᾳ θεῶν.</w:t>
      </w:r>
    </w:p>
    <w:p>
      <w:r>
        <w:rPr>
          <w:rFonts w:ascii="Courier New" w:hAnsi="Courier New"/>
          <w:color w:val="555555"/>
          <w:sz w:val="20"/>
        </w:rPr>
        <w:t>[1 . 8 . 2]</w:t>
      </w:r>
    </w:p>
    <w:p>
      <w:r>
        <w:rPr>
          <w:rFonts w:ascii="Gentium Plus" w:hAnsi="Gentium Plus"/>
          <w:sz w:val="24"/>
        </w:rPr>
        <w:t>Καὶ κοινώσαντες ἀλλήλοις τὸ ὄναρ καὶ θύσαντες τῷ τὰ πτερὰ ἔχοντι παιδίῳ παρὰ ταῖς Νύμ‐ φαις—τὸ γὰρ ὄνομα λέγειν οὐκ εἶχον—ὡς ποιμένας ἐκπέμπουσιν αὐτοὺς ἅμα ταῖς ἀγέλαις, ἐκδιδάξαντες</w:t>
      </w:r>
    </w:p>
    <w:p>
      <w:r>
        <w:rPr>
          <w:rFonts w:ascii="Courier New" w:hAnsi="Courier New"/>
          <w:color w:val="555555"/>
          <w:sz w:val="20"/>
        </w:rPr>
        <w:t>[5]</w:t>
      </w:r>
    </w:p>
    <w:p>
      <w:r>
        <w:rPr>
          <w:rFonts w:ascii="Gentium Plus" w:hAnsi="Gentium Plus"/>
          <w:sz w:val="24"/>
        </w:rPr>
        <w:t>ἕκαστα· πῶς δεῖ νέμειν πρὸ μεσημβρίας, πῶς ἐπινέμειν κοπάσαντος τοῦ καύματος·</w:t>
      </w:r>
    </w:p>
    <w:p>
      <w:r>
        <w:rPr>
          <w:rFonts w:ascii="Courier New" w:hAnsi="Courier New"/>
          <w:color w:val="555555"/>
          <w:sz w:val="20"/>
        </w:rPr>
        <w:t>[1 . 8 . 3]</w:t>
      </w:r>
    </w:p>
    <w:p>
      <w:r>
        <w:rPr>
          <w:rFonts w:ascii="Gentium Plus" w:hAnsi="Gentium Plus"/>
          <w:sz w:val="24"/>
        </w:rPr>
        <w:t>πότε ἄγειν ἐπὶ ποτόν, πότε ἀπάγειν ἐπὶ κοῖτον· ἐπὶ τίσι καλαύροπι χρηστέον, ἐπὶ τίσι φωνῇ μόνῃ. Οἱ δὲ μάλα χαίροντες ὡς ἀρχὴν μεγάλην παρελάμβανον καὶ ἐφίλουν τὰς αἶγας καὶ τὰ πρό‐</w:t>
      </w:r>
    </w:p>
    <w:p>
      <w:r>
        <w:rPr>
          <w:rFonts w:ascii="Courier New" w:hAnsi="Courier New"/>
          <w:color w:val="555555"/>
          <w:sz w:val="20"/>
        </w:rPr>
        <w:t>[5]</w:t>
      </w:r>
    </w:p>
    <w:p>
      <w:r>
        <w:rPr>
          <w:rFonts w:ascii="Gentium Plus" w:hAnsi="Gentium Plus"/>
          <w:sz w:val="24"/>
        </w:rPr>
        <w:t>βατα μᾶλλον ἢ ποιμέσιν ἔθος, ἡ μὲν ἐς ποίμνιον ἄγουσα τῆς σωτηρίας τὴν αἰτίαν, ὁ δὲ μεμνημένος ὡς ἐκκείμενον αὐτὸν αἲξ ἀνέθρεψεν.</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[1 . 9 . 1]</w:t>
      </w:r>
    </w:p>
    <w:p>
      <w:r>
        <w:rPr>
          <w:rFonts w:ascii="Gentium Plus" w:hAnsi="Gentium Plus"/>
          <w:sz w:val="24"/>
        </w:rPr>
        <w:t>Ἦρος ἦν ἀρχὴ καὶ πάντα ἤκμαζεν ἄνθη, τὰ ἐν δρυμοῖς, τὰ ἐν λειμῶσι καὶ ὅσα ὄρεια· βόμβος ἦν ἤδη μελιτ‐ τῶν, ἦχος ὀρνίθων μουσικῶν, σκιρτήματα ποιμνίων ἀρτι‐ γεννήτων· ἄρνες ἐσκίρτων ἐν τοῖς ὄρεσιν, ἐβόμβουν ἐν</w:t>
      </w:r>
    </w:p>
    <w:p>
      <w:r>
        <w:rPr>
          <w:rFonts w:ascii="Courier New" w:hAnsi="Courier New"/>
          <w:color w:val="555555"/>
          <w:sz w:val="20"/>
        </w:rPr>
        <w:t>[5]</w:t>
      </w:r>
    </w:p>
    <w:p>
      <w:r>
        <w:rPr>
          <w:rFonts w:ascii="Gentium Plus" w:hAnsi="Gentium Plus"/>
          <w:sz w:val="24"/>
        </w:rPr>
        <w:t>τοῖς λειμῶσιν αἱ μέλιτται, τὰς λόχμας κατῇδον ὄρνιθες.</w:t>
      </w:r>
    </w:p>
    <w:p>
      <w:r>
        <w:rPr>
          <w:rFonts w:ascii="Courier New" w:hAnsi="Courier New"/>
          <w:color w:val="555555"/>
          <w:sz w:val="20"/>
        </w:rPr>
        <w:t>[1 . 9 . 2]</w:t>
      </w:r>
    </w:p>
    <w:p>
      <w:r>
        <w:rPr>
          <w:rFonts w:ascii="Gentium Plus" w:hAnsi="Gentium Plus"/>
          <w:sz w:val="24"/>
        </w:rPr>
        <w:t>Τοσαύτης δὴ πάντα κατεχούσης εὐωρίας οἷ’ ἁπαλοὶ καὶ νέοι μιμηταὶ τῶν ἀκουομένων ἐγίνοντο καὶ βλεπομένων· ἀκούοντες μὲν τῶν ὀρνίθων ᾀδόντων ᾖδον, βλέποντες δὲ σκιρτῶντας τοὺς ἄρνας ἥλλοντο κοῦφα, καὶ τὰς μελίττας</w:t>
      </w:r>
    </w:p>
    <w:p>
      <w:r>
        <w:rPr>
          <w:rFonts w:ascii="Courier New" w:hAnsi="Courier New"/>
          <w:color w:val="555555"/>
          <w:sz w:val="20"/>
        </w:rPr>
        <w:t>[5]</w:t>
      </w:r>
    </w:p>
    <w:p>
      <w:r>
        <w:rPr>
          <w:rFonts w:ascii="Gentium Plus" w:hAnsi="Gentium Plus"/>
          <w:sz w:val="24"/>
        </w:rPr>
        <w:t>δὲ μιμούμενοι τὰ ἄνθη συνέλεγον· καὶ τὰ μὲν εἰς τοὺς κόλπους ἔβαλλον, τὰ δὲ στεφανίσκους πλέκοντες ταῖς</w:t>
      </w:r>
    </w:p>
    <w:p>
      <w:r>
        <w:rPr>
          <w:rFonts w:ascii="Courier New" w:hAnsi="Courier New"/>
          <w:color w:val="555555"/>
          <w:sz w:val="20"/>
        </w:rPr>
        <w:t>[1 . 10 . 1]</w:t>
      </w:r>
    </w:p>
    <w:p>
      <w:r>
        <w:rPr>
          <w:rFonts w:ascii="Gentium Plus" w:hAnsi="Gentium Plus"/>
          <w:sz w:val="24"/>
        </w:rPr>
        <w:t>Ἔπραττον δὲ κοινῇ πάντα, πλησίον ἀλλήλων νέ‐ μοντες. Καὶ πολλάκις μὲν ὁ Δάφνις τῶν προβάτων τὰ ἀπο‐ πλανώμενα συνέστελλε, πολλάκις δὲ ἡ Χλόη τὰς θρασυτέρας τῶν αἰγῶν ἀπὸ τῶν κρημνῶν κατήλαυνεν, ἤδη δέ τις καὶ τὰς</w:t>
      </w:r>
    </w:p>
    <w:p>
      <w:r>
        <w:rPr>
          <w:rFonts w:ascii="Courier New" w:hAnsi="Courier New"/>
          <w:color w:val="555555"/>
          <w:sz w:val="20"/>
        </w:rPr>
        <w:t>[5]</w:t>
      </w:r>
    </w:p>
    <w:p>
      <w:r>
        <w:rPr>
          <w:rFonts w:ascii="Gentium Plus" w:hAnsi="Gentium Plus"/>
          <w:sz w:val="24"/>
        </w:rPr>
        <w:t>ἀγέλας ἀμφοτέρας ἐφρούρησε θατέρου προσλιπαρήσαντος ἀθύρματι. Ἀθύρματα δὲ ἦν αὐτοῖς ποιμενικὰ καὶ παι‐ δικά.</w:t>
      </w:r>
    </w:p>
    <w:p>
      <w:r>
        <w:rPr>
          <w:rFonts w:ascii="Courier New" w:hAnsi="Courier New"/>
          <w:color w:val="555555"/>
          <w:sz w:val="20"/>
        </w:rPr>
        <w:t>[1 . 10 . 2]</w:t>
      </w:r>
    </w:p>
    <w:p>
      <w:r>
        <w:rPr>
          <w:rFonts w:ascii="Gentium Plus" w:hAnsi="Gentium Plus"/>
          <w:sz w:val="24"/>
        </w:rPr>
        <w:t>Ἡ μὲν ἀνθερίκους ἀνελομένη ποθὲν ἐξ ἕλους ἀκριδοθήκην ἔπλεκε καὶ περὶ τοῦτο πονουμένη τῶν ποιμ‐ νίων ἠμέλησεν· ὁ δὲ καλάμους ἐκτεμὼν λεπτοὺς καὶ τρή‐ σας τὰς τῶν γονάτων διαφυάς, ἀλλήλοις τε κηρῷ μαλθακῷ</w:t>
      </w:r>
    </w:p>
    <w:p>
      <w:r>
        <w:rPr>
          <w:rFonts w:ascii="Courier New" w:hAnsi="Courier New"/>
          <w:color w:val="555555"/>
          <w:sz w:val="20"/>
        </w:rPr>
        <w:t>[5]</w:t>
      </w:r>
    </w:p>
    <w:p>
      <w:r>
        <w:rPr>
          <w:rFonts w:ascii="Gentium Plus" w:hAnsi="Gentium Plus"/>
          <w:sz w:val="24"/>
        </w:rPr>
        <w:t>συναρτήσας, μέχρι νυκτὸς συρίττειν ἐμελέτα·</w:t>
      </w:r>
    </w:p>
    <w:p>
      <w:r>
        <w:rPr>
          <w:rFonts w:ascii="Courier New" w:hAnsi="Courier New"/>
          <w:color w:val="555555"/>
          <w:sz w:val="20"/>
        </w:rPr>
        <w:t>[1 . 10 . 3]</w:t>
      </w:r>
    </w:p>
    <w:p>
      <w:r>
        <w:rPr>
          <w:rFonts w:ascii="Gentium Plus" w:hAnsi="Gentium Plus"/>
          <w:sz w:val="24"/>
        </w:rPr>
        <w:t>καί ποτε δὲ ἐκοινώνουν γάλακτος καὶ οἴνου, καὶ τροφάς, ἃς οἴκοθεν ἔφερον, εἰς κοινὸν ἔφερον. Θᾶττον ἄν τις εἶδε τὰ ποίμνια καὶ τὰς αἶγας ἀπ’ ἀλλήλων μεμερισμένας ἢ</w:t>
      </w:r>
    </w:p>
    <w:p>
      <w:r>
        <w:rPr>
          <w:rFonts w:ascii="Courier New" w:hAnsi="Courier New"/>
          <w:color w:val="555555"/>
          <w:sz w:val="20"/>
        </w:rPr>
        <w:t>[5]</w:t>
      </w:r>
    </w:p>
    <w:p>
      <w:r>
        <w:rPr>
          <w:rFonts w:ascii="Gentium Plus" w:hAnsi="Gentium Plus"/>
          <w:sz w:val="24"/>
        </w:rPr>
        <w:t>Χλόην καὶ Δάφνιν.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[1 . 11 . 1]</w:t>
      </w:r>
    </w:p>
    <w:p>
      <w:r>
        <w:rPr>
          <w:rFonts w:ascii="Gentium Plus" w:hAnsi="Gentium Plus"/>
          <w:sz w:val="24"/>
        </w:rPr>
        <w:t>Τοιαῦτα δὲ αὐτῶν παιζόντων τοιάνδε σπουδὴν Ἔρως ἀνέπλασε. Λύκαινα τρέφουσα σκύμνους νέους ἐκ τῶν πλησίον ἀγρῶν ἐξ ἄλλων ποιμνίων πολλὰ ἥρπαζε, πολλῆς τροφῆς ἐς ἀνατροφὴν τῶν σκύμνων δεομένη.</w:t>
      </w:r>
    </w:p>
    <w:p>
      <w:r>
        <w:rPr>
          <w:rFonts w:ascii="Courier New" w:hAnsi="Courier New"/>
          <w:color w:val="555555"/>
          <w:sz w:val="20"/>
        </w:rPr>
        <w:t>[1 . 11 . 2]</w:t>
      </w:r>
    </w:p>
    <w:p>
      <w:r>
        <w:rPr>
          <w:rFonts w:ascii="Gentium Plus" w:hAnsi="Gentium Plus"/>
          <w:sz w:val="24"/>
        </w:rPr>
        <w:t>Συνελ‐ θόντες οὖν οἱ κωμῆται νύκτωρ σιροὺς ὀρύττουσι τὸ εὖρος ὀργυιᾶς, τὸ βάθος τεττάρων. Τὸ μὲν δὴ χῶμα τὸ πολὺ σπείρουσι κομίσαντες μακράν, ξύλα δὲ ξηρὰ μακρὰ τεί‐</w:t>
      </w:r>
    </w:p>
    <w:p>
      <w:r>
        <w:rPr>
          <w:rFonts w:ascii="Courier New" w:hAnsi="Courier New"/>
          <w:color w:val="555555"/>
          <w:sz w:val="20"/>
        </w:rPr>
        <w:t>[5]</w:t>
      </w:r>
    </w:p>
    <w:p>
      <w:r>
        <w:rPr>
          <w:rFonts w:ascii="Gentium Plus" w:hAnsi="Gentium Plus"/>
          <w:sz w:val="24"/>
        </w:rPr>
        <w:t>ναντες ὑπὲρ τοῦ χάσματος τὸ περιττὸν τοῦ χώματος κατέ‐</w:t>
      </w:r>
    </w:p>
    <w:p>
      <w:r>
        <w:rPr>
          <w:rFonts w:ascii="Courier New" w:hAnsi="Courier New"/>
          <w:color w:val="555555"/>
          <w:sz w:val="20"/>
        </w:rPr>
        <w:t>[10]</w:t>
      </w:r>
    </w:p>
    <w:p>
      <w:r>
        <w:rPr>
          <w:rFonts w:ascii="Gentium Plus" w:hAnsi="Gentium Plus"/>
          <w:sz w:val="24"/>
        </w:rPr>
        <w:t>ὀρύξαντες τὴν μὲν λύκαιναν οὐκ εὐτύχησαν λαβεῖν· αἰσθά‐ νεται γὰρ καὶ γῆς σεσοφισμένης· πολλὰς δὲ αἶγας καὶ ποίμνια διέφθειραν, καὶ Δάφνιν παρ’ ὀλίγον ὧδε.</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[1 . 12 . 1]</w:t>
      </w:r>
    </w:p>
    <w:p>
      <w:r>
        <w:rPr>
          <w:rFonts w:ascii="Gentium Plus" w:hAnsi="Gentium Plus"/>
          <w:sz w:val="24"/>
        </w:rPr>
        <w:t>Τράγοι παροξυνθέντες εἰς μάχην συνέπεσον. Τῷ οὖν ἑτέρῳ τὸ ἕτερον κέρας βιαιοτέρας γενομένης ἐμβολῆς θραύεται, καὶ ἀλγήσας, φριμαξάμενος ἐς φυγὴν ἐτρέπετο· ὁ δὲ νικῶν κατ’ ἴχνος ἑπόμενος ἄπαυστον ἐποίει τὴν</w:t>
      </w:r>
    </w:p>
    <w:p>
      <w:r>
        <w:rPr>
          <w:rFonts w:ascii="Courier New" w:hAnsi="Courier New"/>
          <w:color w:val="555555"/>
          <w:sz w:val="20"/>
        </w:rPr>
        <w:t>[5]</w:t>
      </w:r>
    </w:p>
    <w:p>
      <w:r>
        <w:rPr>
          <w:rFonts w:ascii="Gentium Plus" w:hAnsi="Gentium Plus"/>
          <w:sz w:val="24"/>
        </w:rPr>
        <w:t>φυγήν. Ἀλγεῖ Δάφνις περὶ τῷ κέρατι καὶ τῇ θρασύτητι ἀχθεσθεὶς [ξύλον καὶ] τὴν καλαύροπα λαβὼν ἐδίωκε τὸν διώκοντα.</w:t>
      </w:r>
    </w:p>
    <w:p>
      <w:r>
        <w:rPr>
          <w:rFonts w:ascii="Courier New" w:hAnsi="Courier New"/>
          <w:color w:val="555555"/>
          <w:sz w:val="20"/>
        </w:rPr>
        <w:t>[1 . 12 . 2]</w:t>
      </w:r>
    </w:p>
    <w:p>
      <w:r>
        <w:rPr>
          <w:rFonts w:ascii="Gentium Plus" w:hAnsi="Gentium Plus"/>
          <w:sz w:val="24"/>
        </w:rPr>
        <w:t>Οἷα δὲ τοῦ μὲν ὑπεκφεύγοντος, τοῦ δὲ ὀργῇ διώκοντος οὐκ ἀκριβὴς τῶν ἐν ποσὶν ἡ πρόσοψις ἦν, ἀλλὰ κατὰ χάσματος ἄμφω πίπτουσιν, ὁ τράγος πρότερος, ὁ Δάφνις δεύτερος. Τοῦτο καὶ ἔσωσε Δάφνιν, χρήσασθαι</w:t>
      </w:r>
    </w:p>
    <w:p>
      <w:r>
        <w:rPr>
          <w:rFonts w:ascii="Courier New" w:hAnsi="Courier New"/>
          <w:color w:val="555555"/>
          <w:sz w:val="20"/>
        </w:rPr>
        <w:t>[5]</w:t>
      </w:r>
    </w:p>
    <w:p>
      <w:r>
        <w:rPr>
          <w:rFonts w:ascii="Gentium Plus" w:hAnsi="Gentium Plus"/>
          <w:sz w:val="24"/>
        </w:rPr>
        <w:t>τῆς καταφορᾶς ὀχήματι τῷ τράγῳ.</w:t>
      </w:r>
    </w:p>
    <w:p>
      <w:r>
        <w:rPr>
          <w:rFonts w:ascii="Courier New" w:hAnsi="Courier New"/>
          <w:color w:val="555555"/>
          <w:sz w:val="20"/>
        </w:rPr>
        <w:t>[1 . 12 . 3]</w:t>
      </w:r>
    </w:p>
    <w:p>
      <w:r>
        <w:rPr>
          <w:rFonts w:ascii="Gentium Plus" w:hAnsi="Gentium Plus"/>
          <w:sz w:val="24"/>
        </w:rPr>
        <w:t>Ὁ μὲν δὴ τὸν ἀνι‐ μησόμενον, εἴ τις ἄρα γένοιτο, δακρύων ἀνέμενεν· ἡ δὲ Χλόη θεασαμένη τὸ συμβὰν δρόμῳ παραγίνεται πρὸς τὸν σιρόν, καὶ μαθοῦσα ὅτι ζῇ, καλεῖ τινα βουκόλον ἐκ τῶν</w:t>
      </w:r>
    </w:p>
    <w:p>
      <w:r>
        <w:rPr>
          <w:rFonts w:ascii="Courier New" w:hAnsi="Courier New"/>
          <w:color w:val="555555"/>
          <w:sz w:val="20"/>
        </w:rPr>
        <w:t>[5]</w:t>
      </w:r>
    </w:p>
    <w:p>
      <w:r>
        <w:rPr>
          <w:rFonts w:ascii="Gentium Plus" w:hAnsi="Gentium Plus"/>
          <w:sz w:val="24"/>
        </w:rPr>
        <w:t>ἀγρῶν τῶν πλησίον εἰς ἐπικουρίαν.</w:t>
      </w:r>
    </w:p>
    <w:p>
      <w:r>
        <w:rPr>
          <w:rFonts w:ascii="Courier New" w:hAnsi="Courier New"/>
          <w:color w:val="555555"/>
          <w:sz w:val="20"/>
        </w:rPr>
        <w:t>[1 . 12 . 4]</w:t>
      </w:r>
    </w:p>
    <w:p>
      <w:r>
        <w:rPr>
          <w:rFonts w:ascii="Gentium Plus" w:hAnsi="Gentium Plus"/>
          <w:sz w:val="24"/>
        </w:rPr>
        <w:t>Ὁ δὲ ἐλθὼν σχοῖ‐ νον ἐζήτει μακράν, ἧς ἐχόμενος ἀνιμώμενος ἐκβήσεται. Καὶ σχοῖνος μὲν οὐκ ἦν, ἡ δὲ Χλόη λυσαμένη ταινίαν</w:t>
      </w:r>
    </w:p>
    <w:p>
      <w:r>
        <w:rPr>
          <w:rFonts w:ascii="Courier New" w:hAnsi="Courier New"/>
          <w:color w:val="555555"/>
          <w:sz w:val="20"/>
        </w:rPr>
        <w:t>[5]</w:t>
      </w:r>
    </w:p>
    <w:p>
      <w:r>
        <w:rPr>
          <w:rFonts w:ascii="Gentium Plus" w:hAnsi="Gentium Plus"/>
          <w:sz w:val="24"/>
        </w:rPr>
        <w:t>χείλους ἑστῶτες εἷλκον, ὁ δὲ ἀνέβη ταῖς τῆς ταινίας ὁλκαῖς ταῖς χερσὶν ἀκολουθῶν.</w:t>
      </w:r>
    </w:p>
    <w:p>
      <w:r>
        <w:rPr>
          <w:rFonts w:ascii="Courier New" w:hAnsi="Courier New"/>
          <w:color w:val="555555"/>
          <w:sz w:val="20"/>
        </w:rPr>
        <w:t>[1 . 12 . 5]</w:t>
      </w:r>
    </w:p>
    <w:p>
      <w:r>
        <w:rPr>
          <w:rFonts w:ascii="Gentium Plus" w:hAnsi="Gentium Plus"/>
          <w:sz w:val="24"/>
        </w:rPr>
        <w:t>Ἀνιμήσαντο δὲ καὶ τὸν ἄθλιον τράγον συντεθραυσμένον ἄμφω τὰ κέρατα· τοσοῦτον ἄρα ἡ δίκη μετῆλθε τοῦ νικηθέντος τράγου. Τοῦ‐ τον μὲν δὴ τυθησόμενον χαρίζονται σῶστρα τῷ βουκόλῳ,</w:t>
      </w:r>
    </w:p>
    <w:p>
      <w:r>
        <w:rPr>
          <w:rFonts w:ascii="Courier New" w:hAnsi="Courier New"/>
          <w:color w:val="555555"/>
          <w:sz w:val="20"/>
        </w:rPr>
        <w:t>[5]</w:t>
      </w:r>
    </w:p>
    <w:p>
      <w:r>
        <w:rPr>
          <w:rFonts w:ascii="Gentium Plus" w:hAnsi="Gentium Plus"/>
          <w:sz w:val="24"/>
        </w:rPr>
        <w:t>καὶ ἔμελλον ψεύδεσθαι πρὸς τοὺς οἴκοι λύκων ἐπιδρομήν, εἴ τις αὐτὸν ἐπόθησεν· αὐτοὶ δὲ ἐπανελθόντες ἐπεσκο‐ ποῦντο τὴν ποίμνην καὶ τὸ αἰπόλιον· καὶ ἐπεὶ κατέμαθον ἐν κόσμῳ νομῆς καὶ τὰς αἶγας καὶ τὰ πρόβατα, καθίσαντες ἐπὶ στελέχει δρυὸς ἐσκόπουν μή τι μέρος τοῦ σώματος ὁ</w:t>
      </w:r>
    </w:p>
    <w:p>
      <w:r>
        <w:rPr>
          <w:rFonts w:ascii="Courier New" w:hAnsi="Courier New"/>
          <w:color w:val="555555"/>
          <w:sz w:val="20"/>
        </w:rPr>
        <w:t>[10]</w:t>
      </w:r>
    </w:p>
    <w:p>
      <w:r>
        <w:rPr>
          <w:rFonts w:ascii="Gentium Plus" w:hAnsi="Gentium Plus"/>
          <w:sz w:val="24"/>
        </w:rPr>
        <w:t>Δάφνις ᾕμαξε καταπεσών.</w:t>
      </w:r>
    </w:p>
    <w:p>
      <w:r>
        <w:rPr>
          <w:rFonts w:ascii="Courier New" w:hAnsi="Courier New"/>
          <w:color w:val="555555"/>
          <w:sz w:val="20"/>
        </w:rPr>
        <w:t>[1 . 12 . 6]</w:t>
      </w:r>
    </w:p>
    <w:p>
      <w:r>
        <w:rPr>
          <w:rFonts w:ascii="Gentium Plus" w:hAnsi="Gentium Plus"/>
          <w:sz w:val="24"/>
        </w:rPr>
        <w:t>Τέτρωτο μὲν οὖν οὐδὲν οὐδὲ ᾕμακτο οὐδέν, χώματος δὲ καὶ πηλοῦ πέπαστο καὶ τὰς κόμας καὶ τὸ ἄλλο σῶμα. Ἐδόκει δὲ λούσασθαι, πρὶν αἴσθησιν γενέσθαι τοῦ συμβάντος Λάμωνι καὶ Μυρτάλῃ.</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 . 13 . 1]</w:t>
      </w:r>
    </w:p>
    <w:p>
      <w:r>
        <w:rPr>
          <w:rFonts w:ascii="Gentium Plus" w:hAnsi="Gentium Plus"/>
          <w:sz w:val="24"/>
        </w:rPr>
        <w:t>Καὶ ἐλθὼν ἅμα τῇ Χλόῃ πρὸς τὸ νυμφαῖον τῇ μὲν ἔδωκε καὶ τὸν χιτωνίσκον καὶ τὴν πήραν φυλάττειν, αὐτὸς δὲ τῇ πηγῇ προστὰς τήν τε κόμην καὶ τὸ σῶμα πᾶν ἀπελούετο.</w:t>
      </w:r>
    </w:p>
    <w:p>
      <w:r>
        <w:rPr>
          <w:rFonts w:ascii="Courier New" w:hAnsi="Courier New"/>
          <w:color w:val="555555"/>
          <w:sz w:val="20"/>
        </w:rPr>
        <w:t>[1 . 13 . 2]</w:t>
      </w:r>
    </w:p>
    <w:p>
      <w:r>
        <w:rPr>
          <w:rFonts w:ascii="Gentium Plus" w:hAnsi="Gentium Plus"/>
          <w:sz w:val="24"/>
        </w:rPr>
        <w:t>Ἦν δὲ ἡ μὲν κόμη μέλαινα καὶ πολλή, τὸ δὲ σῶμα ἐπίκαυτον ἡλίῳ· εἴκασεν ἄν τις αὐτὸ χρώζεσθαι τῇ σκιᾷ τῆς κόμης. Ἐδόκει δὲ τῇ Χλόῃ θεωμένῃ καλὸς ὁ Δάφνις, ὅτι 〈δὲ μὴ〉 πρότερον αὐτῇ καλὸς ἐδόκει, τὸ λου‐</w:t>
      </w:r>
    </w:p>
    <w:p>
      <w:r>
        <w:rPr>
          <w:rFonts w:ascii="Courier New" w:hAnsi="Courier New"/>
          <w:color w:val="555555"/>
          <w:sz w:val="20"/>
        </w:rPr>
        <w:t>[5]</w:t>
      </w:r>
    </w:p>
    <w:p>
      <w:r>
        <w:rPr>
          <w:rFonts w:ascii="Gentium Plus" w:hAnsi="Gentium Plus"/>
          <w:sz w:val="24"/>
        </w:rPr>
        <w:t>τρὸν ἐνόμιζε τοῦ κάλλους αἴτιον. Καὶ τὰ νῶτα δὲ ἀπο‐ λουούσης ἡ σὰρξ καθυπέπιπτε μαλθακή, ὥστε λαθοῦσα ἑαυτῆς ἥψατο πολλάκις, εἰ τρυφερωτέρα εἴη πειρωμένη.</w:t>
      </w:r>
    </w:p>
    <w:p>
      <w:r>
        <w:rPr>
          <w:rFonts w:ascii="Courier New" w:hAnsi="Courier New"/>
          <w:color w:val="555555"/>
          <w:sz w:val="20"/>
        </w:rPr>
        <w:t>[1 . 13 . 3]</w:t>
      </w:r>
    </w:p>
    <w:p>
      <w:r>
        <w:rPr>
          <w:rFonts w:ascii="Gentium Plus" w:hAnsi="Gentium Plus"/>
          <w:sz w:val="24"/>
        </w:rPr>
        <w:t>Καὶ τότε μὲν—ἐπὶ δυσμαῖς γὰρ ἦν ὁ ἥλιος—ἀπήλα‐ σαν τὰς ἀγέλας οἴκαδε καὶ ἐπεπόνθει Χλόη περιττὸν οὐδέν, ὅτι μὴ Δάφνιν ἐπεθύμει λουόμενον ἰδέσθαι πάλιν.</w:t>
      </w:r>
    </w:p>
    <w:p>
      <w:r>
        <w:rPr>
          <w:rFonts w:ascii="Courier New" w:hAnsi="Courier New"/>
          <w:color w:val="555555"/>
          <w:sz w:val="20"/>
        </w:rPr>
        <w:t>[1 . 13 . 4]</w:t>
      </w:r>
    </w:p>
    <w:p>
      <w:r>
        <w:rPr>
          <w:rFonts w:ascii="Gentium Plus" w:hAnsi="Gentium Plus"/>
          <w:sz w:val="24"/>
        </w:rPr>
        <w:t>Τῆς δὲ ἐπιούσης ὡς ἧκον εἰς τὴν νομήν, ὁ μὲν Δάφνις ὑπὸ τῇ δρυῒ τῇ συνήθει καθεζόμενος ἐσύριττε καὶ ἅμα τὰς αἶγας ἐπεσκόπει κατακειμένας καὶ ὥσπερ τῶν μελῶν ἀκροωμένας,</w:t>
      </w:r>
    </w:p>
    <w:p>
      <w:r>
        <w:rPr>
          <w:rFonts w:ascii="Courier New" w:hAnsi="Courier New"/>
          <w:color w:val="555555"/>
          <w:sz w:val="20"/>
        </w:rPr>
        <w:t>[5]</w:t>
      </w:r>
    </w:p>
    <w:p>
      <w:r>
        <w:rPr>
          <w:rFonts w:ascii="Gentium Plus" w:hAnsi="Gentium Plus"/>
          <w:sz w:val="24"/>
        </w:rPr>
        <w:t>ἡ δὲ Χλόη πλησίον καθημένη [καὶ] τὴν ἀγέλην μὲν τῶν προβάτων ἐπέβλεπε, τὸ δὲ πλέον εἰς Δάφνιν ἑώρα· καὶ ἐδόκει καλὸς αὐτῇ συρίττων πάλιν, καὶ αὖθις αἰτίαν ἐνό‐ μιζε τὴν μουσικὴν τοῦ κάλλους, ὥστε μετ’ ἐκεῖνον καὶ αὐτὴ τὴν σύριγγα ἔλαβεν, εἴ πως γένοιτο καὶ αὐτὴ καλή.</w:t>
      </w:r>
    </w:p>
    <w:p>
      <w:r>
        <w:rPr>
          <w:rFonts w:ascii="Courier New" w:hAnsi="Courier New"/>
          <w:color w:val="555555"/>
          <w:sz w:val="20"/>
        </w:rPr>
        <w:t>[1 . 13 . 5]</w:t>
      </w:r>
    </w:p>
    <w:p>
      <w:r>
        <w:rPr>
          <w:rFonts w:ascii="Gentium Plus" w:hAnsi="Gentium Plus"/>
          <w:sz w:val="24"/>
        </w:rPr>
        <w:t>Ἔπεισε δὲ αὐτὸν καὶ λούσασθαι πάλιν καὶ λουόμενον εἶδε καὶ ἰδοῦσα ἥψατο καὶ ἀπῆλθε πάλιν ἐπαινέσασα, καὶ ὁ ἔπαινος ἦν ἔρωτος ἀρχή. Ὅ τι μὲν οὖν ἔπασχεν οὐκ ᾔδει, νέα κόρη καὶ ἐν ἀγροικίᾳ τεθραμμένη καὶ οὐδὲ ἄλλου λέγον‐</w:t>
      </w:r>
    </w:p>
    <w:p>
      <w:r>
        <w:rPr>
          <w:rFonts w:ascii="Courier New" w:hAnsi="Courier New"/>
          <w:color w:val="555555"/>
          <w:sz w:val="20"/>
        </w:rPr>
        <w:t>[5]</w:t>
      </w:r>
    </w:p>
    <w:p>
      <w:r>
        <w:rPr>
          <w:rFonts w:ascii="Gentium Plus" w:hAnsi="Gentium Plus"/>
          <w:sz w:val="24"/>
        </w:rPr>
        <w:t>τος ἀκούσασα τὸ τοῦ ἔρωτος ὄνομα· ἄση δὲ αὐτῆς εἶχε τὴν ψυχήν, καὶ τῶν ὀφθαλμῶν οὐκ ἐκράτει καὶ πολλὰ ἐλά‐ λει Δάφνιν·</w:t>
      </w:r>
    </w:p>
    <w:p>
      <w:r>
        <w:rPr>
          <w:rFonts w:ascii="Courier New" w:hAnsi="Courier New"/>
          <w:color w:val="555555"/>
          <w:sz w:val="20"/>
        </w:rPr>
        <w:t>[1 . 13 . 6]</w:t>
      </w:r>
    </w:p>
    <w:p>
      <w:r>
        <w:rPr>
          <w:rFonts w:ascii="Gentium Plus" w:hAnsi="Gentium Plus"/>
          <w:sz w:val="24"/>
        </w:rPr>
        <w:t>τροφῆς ἠμέλει, νύκτωρ ἠγρύπνει, τῆς ἀγέλης κατεφρόνει· νῦν ἐγέλα, νῦν ἔκλαεν· εἶτα ἐκάθευ‐ δεν, εἶτα ἀνεπήδα· ὠχρία τὸ πρόσωπον, ἐρυθήματι αὖθις ἐφλέγετο. Οὐδὲ βοὸς οἴστρῳ πληγείσης τοσαῦτα ἔργα.</w:t>
      </w:r>
    </w:p>
    <w:p>
      <w:r>
        <w:rPr>
          <w:rFonts w:ascii="Courier New" w:hAnsi="Courier New"/>
          <w:color w:val="555555"/>
          <w:sz w:val="20"/>
        </w:rPr>
        <w:t>[5]</w:t>
      </w:r>
    </w:p>
    <w:p>
      <w:r>
        <w:rPr>
          <w:rFonts w:ascii="Gentium Plus" w:hAnsi="Gentium Plus"/>
          <w:sz w:val="24"/>
        </w:rPr>
        <w:t>Ἐπῆλθόν ποτε αὐτῇ καὶ τοιοίδε λόγοι μόνῃ γενομένῃ.</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[1 . 14 . 1]</w:t>
      </w:r>
    </w:p>
    <w:p>
      <w:r>
        <w:rPr>
          <w:rFonts w:ascii="Gentium Plus" w:hAnsi="Gentium Plus"/>
          <w:sz w:val="24"/>
        </w:rPr>
        <w:t>«Νῦν ἐγὼ νοσῶ μέν, τί δὲ ἡ νόσος ἀγνοῶ· ἀλγῶ, καὶ ἕλκος οὐκ ἔστι μοι· λυποῦμαι, καὶ οὐδὲν τῶν προβάτων ἀπόλωλέ μοι· κάομαι, καὶ ἐν σκιᾷ τοσαύτῃ κάθημαι.</w:t>
      </w:r>
    </w:p>
    <w:p>
      <w:r>
        <w:rPr>
          <w:rFonts w:ascii="Courier New" w:hAnsi="Courier New"/>
          <w:color w:val="555555"/>
          <w:sz w:val="20"/>
        </w:rPr>
        <w:t>[1 . 14 . 2]</w:t>
      </w:r>
    </w:p>
    <w:p>
      <w:r>
        <w:rPr>
          <w:rFonts w:ascii="Gentium Plus" w:hAnsi="Gentium Plus"/>
          <w:sz w:val="24"/>
        </w:rPr>
        <w:t>Πόσοι βάτοι με πολλάκις ἤμυξαν, καὶ οὐκ ἔκλαυσα· πόσαι μέλιτται κέντρα ἐνῆκαν, ἀλλὰ ἔφαγον· τουτὶ δὲ τὸ νύττον μου τὴν καρδίαν πάντων ἐκείνων πικρότερον. Καλὸς ὁ Δάφνις, καὶ γὰρ τὰ ἄνθη· καλὸν ἡ σῦριγξ αὐτοῦ φθέγγεται,</w:t>
      </w:r>
    </w:p>
    <w:p>
      <w:r>
        <w:rPr>
          <w:rFonts w:ascii="Courier New" w:hAnsi="Courier New"/>
          <w:color w:val="555555"/>
          <w:sz w:val="20"/>
        </w:rPr>
        <w:t>[5]</w:t>
      </w:r>
    </w:p>
    <w:p>
      <w:r>
        <w:rPr>
          <w:rFonts w:ascii="Gentium Plus" w:hAnsi="Gentium Plus"/>
          <w:sz w:val="24"/>
        </w:rPr>
        <w:t>καὶ γὰρ αἱ ἀηδόνες. Ἀλλ’ ἐκείνων οὐδείς μοι λόγος.</w:t>
      </w:r>
    </w:p>
    <w:p>
      <w:r>
        <w:rPr>
          <w:rFonts w:ascii="Courier New" w:hAnsi="Courier New"/>
          <w:color w:val="555555"/>
          <w:sz w:val="20"/>
        </w:rPr>
        <w:t>[1 . 14 . 3]</w:t>
      </w:r>
    </w:p>
    <w:p>
      <w:r>
        <w:rPr>
          <w:rFonts w:ascii="Gentium Plus" w:hAnsi="Gentium Plus"/>
          <w:sz w:val="24"/>
        </w:rPr>
        <w:t>Εἴθε αὐτοῦ σῦριγξ ἐγενόμην, ἵν’ ἐμπνέῃ μοι· εἴθε αἴξ, ἵν’ ὑπ’ ἐκείνου νέμωμαι. Ὦ πονηρὸν ὕδωρ, μόνον Δάφνιν καλὸν ἐποίησας, ἐγὼ δὲ μάτην ἀπελουσάμην. Οἴχομαι, Νύμφαι φίλαι· οὐδὲ ὑμεῖς σῴζετε τὴν παρθένον τὴν</w:t>
      </w:r>
    </w:p>
    <w:p>
      <w:r>
        <w:rPr>
          <w:rFonts w:ascii="Courier New" w:hAnsi="Courier New"/>
          <w:color w:val="555555"/>
          <w:sz w:val="20"/>
        </w:rPr>
        <w:t>[5]</w:t>
      </w:r>
    </w:p>
    <w:p>
      <w:r>
        <w:rPr>
          <w:rFonts w:ascii="Gentium Plus" w:hAnsi="Gentium Plus"/>
          <w:sz w:val="24"/>
        </w:rPr>
        <w:t>ἐν ὑμῖν τραφεῖσαν. Τίς ὑμᾶς στεφανώσει μετ’ ἐμέ;</w:t>
      </w:r>
    </w:p>
    <w:p>
      <w:r>
        <w:rPr>
          <w:rFonts w:ascii="Courier New" w:hAnsi="Courier New"/>
          <w:color w:val="555555"/>
          <w:sz w:val="20"/>
        </w:rPr>
        <w:t>[1 . 14 . 4]</w:t>
      </w:r>
    </w:p>
    <w:p>
      <w:r>
        <w:rPr>
          <w:rFonts w:ascii="Gentium Plus" w:hAnsi="Gentium Plus"/>
          <w:sz w:val="24"/>
        </w:rPr>
        <w:t>τίς τοὺς ἀθλίους ἄρνας ἀναθρέψει; τίς τὴν λάλον ἀκρίδα θεραπεύσει, ἣν πολλὰ καμοῦσα ἐθήρασα, ἵνα με κατακοι‐ μίζῃ φθεγγομένη πρὸ τοῦ ἄντρου; νῦν δὲ ἐγὼ μὲν ἀγρυ‐ πνῶ διὰ Δάφνιν, ἡ δὲ μάτην λαλεῖ.»</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 . 15 . 1]</w:t>
      </w:r>
    </w:p>
    <w:p>
      <w:r>
        <w:rPr>
          <w:rFonts w:ascii="Gentium Plus" w:hAnsi="Gentium Plus"/>
          <w:sz w:val="24"/>
        </w:rPr>
        <w:t>Τοιαῦτα ἔπασχε, τοιαῦτα ἔλεγεν, ἐπιζητοῦσα 〈τὸ〉 τοῦ ἔρωτος ὄνομα. Δόρκων δὲ ὁ βουκόλος, ὁ τὸν Δάφνιν ἐκ τοῦ σιροῦ καὶ τὸν τράγον ἀνιμησάμενος, ἀρτι‐ γένειος μειρακίσκος καὶ εἰδὼς ἔρωτος καὶ τὰ ἔργα καὶ τὰ</w:t>
      </w:r>
    </w:p>
    <w:p>
      <w:r>
        <w:rPr>
          <w:rFonts w:ascii="Courier New" w:hAnsi="Courier New"/>
          <w:color w:val="555555"/>
          <w:sz w:val="20"/>
        </w:rPr>
        <w:t>[5]</w:t>
      </w:r>
    </w:p>
    <w:p>
      <w:r>
        <w:rPr>
          <w:rFonts w:ascii="Gentium Plus" w:hAnsi="Gentium Plus"/>
          <w:sz w:val="24"/>
        </w:rPr>
        <w:t>ὀνόματα εὐθὺς μὲν ἐπ’ ἐκείνης τῆς ἡμέρας ἐρωτικῶς τῆς Χλόης διετέθη, πλειόνων δὲ διαγενομένων μᾶλλον τὴν ψυχὴν ἐξεπυρσεύθη καὶ τοῦ Δάφνιδος ὡς παιδὸς κατα‐ φρονήσας ἔγνω κατεργάσασθαι δώροις ἢ βίᾳ.</w:t>
      </w:r>
    </w:p>
    <w:p>
      <w:r>
        <w:rPr>
          <w:rFonts w:ascii="Courier New" w:hAnsi="Courier New"/>
          <w:color w:val="555555"/>
          <w:sz w:val="20"/>
        </w:rPr>
        <w:t>[1 . 15 . 2]</w:t>
      </w:r>
    </w:p>
    <w:p>
      <w:r>
        <w:rPr>
          <w:rFonts w:ascii="Gentium Plus" w:hAnsi="Gentium Plus"/>
          <w:sz w:val="24"/>
        </w:rPr>
        <w:t>Τὰ μὲν δὴ πρῶτα δῶρα αὐτοῖς ἐκόμισε, τῷ μὲν σύριγγα βουκολικήν, καλάμους ἐννέα χαλκῷ δεδεμένους ἀντὶ κηροῦ, τῇ δὲ νεβρίδα βακχικήν, καὶ αὐτῇ τὸ τρίχωμα 〈ἦν〉 ὥσπερ γεγραμ‐</w:t>
      </w:r>
    </w:p>
    <w:p>
      <w:r>
        <w:rPr>
          <w:rFonts w:ascii="Courier New" w:hAnsi="Courier New"/>
          <w:color w:val="555555"/>
          <w:sz w:val="20"/>
        </w:rPr>
        <w:t>[5]</w:t>
      </w:r>
    </w:p>
    <w:p>
      <w:r>
        <w:rPr>
          <w:rFonts w:ascii="Gentium Plus" w:hAnsi="Gentium Plus"/>
          <w:sz w:val="24"/>
        </w:rPr>
        <w:t>μένον χρώμασιν.</w:t>
      </w:r>
    </w:p>
    <w:p>
      <w:r>
        <w:rPr>
          <w:rFonts w:ascii="Courier New" w:hAnsi="Courier New"/>
          <w:color w:val="555555"/>
          <w:sz w:val="20"/>
        </w:rPr>
        <w:t>[1 . 15 . 3]</w:t>
      </w:r>
    </w:p>
    <w:p>
      <w:r>
        <w:rPr>
          <w:rFonts w:ascii="Gentium Plus" w:hAnsi="Gentium Plus"/>
          <w:sz w:val="24"/>
        </w:rPr>
        <w:t>Ἐντεῦθεν δὲ φίλος νομιζόμενος τοῦ μὲν Δάφνιδος ἠμέλει κατ’ ὀλίγον, τῇ Χλόῃ δὲ ἀνὰ πᾶσαν ἡμέραν ἐπέφερεν ἢ τυρὸν ἁπαλὸν ἢ στέφανον ἀνθηρὸν ἢ</w:t>
      </w:r>
    </w:p>
    <w:p>
      <w:r>
        <w:rPr>
          <w:rFonts w:ascii="Courier New" w:hAnsi="Courier New"/>
          <w:color w:val="555555"/>
          <w:sz w:val="20"/>
        </w:rPr>
        <w:t>[5]</w:t>
      </w:r>
    </w:p>
    <w:p>
      <w:r>
        <w:rPr>
          <w:rFonts w:ascii="Gentium Plus" w:hAnsi="Gentium Plus"/>
          <w:sz w:val="24"/>
        </w:rPr>
        <w:t>νητον καὶ κισσύβιον διάχρυσον καὶ ὀρνίθων ὀρείων νεοτ‐ τούς. Ἡ δὲ ἄπειρος οὖσα τέχνης ἐραστοῦ, λαμβάνουσα μὲν τὰ δῶρα ἔχαιρε, μᾶλλον δὲ ἔχαιρεν ὅτι Δάφνιδι εἶχεν αὐτὴ χαρίζεσθαι.</w:t>
      </w:r>
    </w:p>
    <w:p>
      <w:r>
        <w:rPr>
          <w:rFonts w:ascii="Courier New" w:hAnsi="Courier New"/>
          <w:color w:val="555555"/>
          <w:sz w:val="20"/>
        </w:rPr>
        <w:t>[1 . 15 . 4]</w:t>
      </w:r>
    </w:p>
    <w:p>
      <w:r>
        <w:rPr>
          <w:rFonts w:ascii="Gentium Plus" w:hAnsi="Gentium Plus"/>
          <w:sz w:val="24"/>
        </w:rPr>
        <w:t>Καὶ—ἔδει γὰρ ἤδη καὶ Δάφνιν γνῶναι τὰ ἔρωτος ἔργα—γίνεταί ποτε τῷ Δόρκωνι πρὸς αὐτὸν ὑπὲρ κάλλους ἔρις, καὶ ἐδίκαζε μὲν Χλόη, ἔκειτο δὲ ἆθλον τῷ νικήσαντι φιλῆσαι Χλόην. Δόρκων δὲ πρότερος</w:t>
      </w:r>
    </w:p>
    <w:p>
      <w:r>
        <w:rPr>
          <w:rFonts w:ascii="Courier New" w:hAnsi="Courier New"/>
          <w:color w:val="555555"/>
          <w:sz w:val="20"/>
        </w:rPr>
        <w:t>[5]</w:t>
      </w:r>
    </w:p>
    <w:p>
      <w:r>
        <w:rPr>
          <w:rFonts w:ascii="Gentium Plus" w:hAnsi="Gentium Plus"/>
          <w:sz w:val="24"/>
        </w:rPr>
        <w:t>ὧδε ἔλεγεν·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[1 . 16 . 1]</w:t>
      </w:r>
    </w:p>
    <w:p>
      <w:r>
        <w:rPr>
          <w:rFonts w:ascii="Gentium Plus" w:hAnsi="Gentium Plus"/>
          <w:sz w:val="24"/>
        </w:rPr>
        <w:t>«Ἐγώ, παρθένε, μείζων εἰμὶ Δάφνιδος, καὶ ἐγὼ μὲν βουκόλος, ὁ δ’ αἰπόλος· τοσοῦτον 〈ἐγὼ〉 κρείττων ὅσον αἰγῶν βόες· καὶ λευκός εἰμι ὡς γάλα, καὶ πυρρὸς ὡς θέρος μέλλον ἀμᾶσθαι, καὶ ἔθρεψε μήτηρ, οὐ θηρίον.</w:t>
      </w:r>
    </w:p>
    <w:p>
      <w:r>
        <w:rPr>
          <w:rFonts w:ascii="Courier New" w:hAnsi="Courier New"/>
          <w:color w:val="555555"/>
          <w:sz w:val="20"/>
        </w:rPr>
        <w:t>[1 . 16 . 2]</w:t>
      </w:r>
    </w:p>
    <w:p>
      <w:r>
        <w:rPr>
          <w:rFonts w:ascii="Gentium Plus" w:hAnsi="Gentium Plus"/>
          <w:sz w:val="24"/>
        </w:rPr>
        <w:t>Οὗτος δέ ἐστι μικρὸς καὶ ἀγένειος ὡς γυνή, καὶ μέλας ὡς λύκος· νέμει δὲ τράγους, ὀδω〈δὼς ἀπ’ αὐτῶν〉 δεινόν, καὶ ἔστι πένης ὡς μηδὲ κύνα τρέφειν. Εἰ δέ, ὡς λέγουσι, καὶ αἲξ αὐτῷ γάλα δέδωκεν, οὐδὲν ἐρίφων διαφέρει.»</w:t>
      </w:r>
    </w:p>
    <w:p>
      <w:r>
        <w:rPr>
          <w:rFonts w:ascii="Courier New" w:hAnsi="Courier New"/>
          <w:color w:val="555555"/>
          <w:sz w:val="20"/>
        </w:rPr>
        <w:t>[1 . 16 . 3]</w:t>
      </w:r>
    </w:p>
    <w:p>
      <w:r>
        <w:rPr>
          <w:rFonts w:ascii="Gentium Plus" w:hAnsi="Gentium Plus"/>
          <w:sz w:val="24"/>
        </w:rPr>
        <w:t>Ταῦτα καὶ τοιαῦτα ὁ Δόρκων καὶ μετὰ ταῦτα ὁ Δάφνις· «Ἐμὲ αἲξ ἀνέθρεψεν ὥσπερ τὸν Δία· νέμω δὲ τράγους τῶν τούτου βοῶν μείζονας· ὄζω δὲ οὐδὲν ἀπ’ αὐτῶν, ὅτι</w:t>
      </w:r>
    </w:p>
    <w:p>
      <w:r>
        <w:rPr>
          <w:rFonts w:ascii="Courier New" w:hAnsi="Courier New"/>
          <w:color w:val="555555"/>
          <w:sz w:val="20"/>
        </w:rPr>
        <w:t>[5]</w:t>
      </w:r>
    </w:p>
    <w:p>
      <w:r>
        <w:rPr>
          <w:rFonts w:ascii="Gentium Plus" w:hAnsi="Gentium Plus"/>
          <w:sz w:val="24"/>
        </w:rPr>
        <w:t>μηδὲ ὁ Πάν, καίτοι γε ὢν τὸ πλέον τράγος.</w:t>
      </w:r>
    </w:p>
    <w:p>
      <w:r>
        <w:rPr>
          <w:rFonts w:ascii="Courier New" w:hAnsi="Courier New"/>
          <w:color w:val="555555"/>
          <w:sz w:val="20"/>
        </w:rPr>
        <w:t>[1 . 16 . 4]</w:t>
      </w:r>
    </w:p>
    <w:p>
      <w:r>
        <w:rPr>
          <w:rFonts w:ascii="Gentium Plus" w:hAnsi="Gentium Plus"/>
          <w:sz w:val="24"/>
        </w:rPr>
        <w:t>Ἀρκεῖ δέ μοι ὁ τυρὸς καὶ ἄρτος ὀβελίας καὶ οἶνος λευκός, ὅσα ἀγροί‐ κων πλουσίων κτήματα. Ἀγένειός εἰμι, καὶ γὰρ ὁ Διόνυ‐</w:t>
      </w:r>
    </w:p>
    <w:p>
      <w:r>
        <w:rPr>
          <w:rFonts w:ascii="Courier New" w:hAnsi="Courier New"/>
          <w:color w:val="555555"/>
          <w:sz w:val="20"/>
        </w:rPr>
        <w:t>[5]</w:t>
      </w:r>
    </w:p>
    <w:p>
      <w:r>
        <w:rPr>
          <w:rFonts w:ascii="Gentium Plus" w:hAnsi="Gentium Plus"/>
          <w:sz w:val="24"/>
        </w:rPr>
        <w:t>Διόνυσος Σατύρων 〈καὶ〉 ὁ ὑάκινθος κρίνων.</w:t>
      </w:r>
    </w:p>
    <w:p>
      <w:r>
        <w:rPr>
          <w:rFonts w:ascii="Courier New" w:hAnsi="Courier New"/>
          <w:color w:val="555555"/>
          <w:sz w:val="20"/>
        </w:rPr>
        <w:t>[1 . 16 . 5]</w:t>
      </w:r>
    </w:p>
    <w:p>
      <w:r>
        <w:rPr>
          <w:rFonts w:ascii="Gentium Plus" w:hAnsi="Gentium Plus"/>
          <w:sz w:val="24"/>
        </w:rPr>
        <w:t>Οὗτος δὲ καὶ πυρρὸς ὡς ἀλώπηξ καὶ προγένειος ὡς τράγος καὶ λευκὸς ὡς ἐξ ἄστεος γυνή· κἂν δέῃ σε φιλεῖν, ἐμοῦ μὲν φιλεῖς τὸ στόμα, τούτου δὲ τὰς ἐπὶ τοῦ γενείου τρίχας.</w:t>
      </w:r>
    </w:p>
    <w:p>
      <w:r>
        <w:rPr>
          <w:rFonts w:ascii="Courier New" w:hAnsi="Courier New"/>
          <w:color w:val="555555"/>
          <w:sz w:val="20"/>
        </w:rPr>
        <w:t>[5]</w:t>
      </w:r>
    </w:p>
    <w:p>
      <w:r>
        <w:rPr>
          <w:rFonts w:ascii="Gentium Plus" w:hAnsi="Gentium Plus"/>
          <w:sz w:val="24"/>
        </w:rPr>
        <w:t>Μέμνησο δέ, ὦ παρθένε, ὅτι 〈καὶ〉 σὲ ποίμνιον ἔθρεψεν, ἀλλὰ καὶ εἶ καλή.»</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[1 . 17 . 1]</w:t>
      </w:r>
    </w:p>
    <w:p>
      <w:r>
        <w:rPr>
          <w:rFonts w:ascii="Gentium Plus" w:hAnsi="Gentium Plus"/>
          <w:sz w:val="24"/>
        </w:rPr>
        <w:t>Οὐκέθ’ ἡ Χλόη περιέμεινεν, ἀλλὰ τὰ μὲν ἡσθεῖ‐ σα τῷ ἐγκωμίῳ, τὰ δὲ πάλαι ποθοῦσα φιλῆσαι Δάφνιν, ἀναπηδήσασα αὐτὸν ἐφίλησεν, ἀδίδακτον μὲν καὶ ἄτεχνον, πάνυ δὲ ψυχὴν θερμᾶναι δυνάμενον.</w:t>
      </w:r>
    </w:p>
    <w:p>
      <w:r>
        <w:rPr>
          <w:rFonts w:ascii="Courier New" w:hAnsi="Courier New"/>
          <w:color w:val="555555"/>
          <w:sz w:val="20"/>
        </w:rPr>
        <w:t>[1 . 17 . 2]</w:t>
      </w:r>
    </w:p>
    <w:p>
      <w:r>
        <w:rPr>
          <w:rFonts w:ascii="Gentium Plus" w:hAnsi="Gentium Plus"/>
          <w:sz w:val="24"/>
        </w:rPr>
        <w:t>Δόρκων μὲν οὖν ἀλγήσας ἀπέδραμε, ζητῶν ἄλλην ὁδὸν ἔρωτος· Δάφνις δέ, ὥσπερ οὐ φιληθείς, ἀλλὰ δηχθείς, σκυθρωπός τις εὐθὺς ἦν καὶ πολλάκις ἐψύχετο καὶ τὴν καρδίαν παλλομένην κατεῖχε,</w:t>
      </w:r>
    </w:p>
    <w:p>
      <w:r>
        <w:rPr>
          <w:rFonts w:ascii="Courier New" w:hAnsi="Courier New"/>
          <w:color w:val="555555"/>
          <w:sz w:val="20"/>
        </w:rPr>
        <w:t>[5]</w:t>
      </w:r>
    </w:p>
    <w:p>
      <w:r>
        <w:rPr>
          <w:rFonts w:ascii="Gentium Plus" w:hAnsi="Gentium Plus"/>
          <w:sz w:val="24"/>
        </w:rPr>
        <w:t>καὶ βλέπειν μὲν ἤθελε τὴν Χλόην, βλέπων δ’ ἐρυθήματι ἐπίμπλατο.</w:t>
      </w:r>
    </w:p>
    <w:p>
      <w:r>
        <w:rPr>
          <w:rFonts w:ascii="Courier New" w:hAnsi="Courier New"/>
          <w:color w:val="555555"/>
          <w:sz w:val="20"/>
        </w:rPr>
        <w:t>[1 . 17 . 3]</w:t>
      </w:r>
    </w:p>
    <w:p>
      <w:r>
        <w:rPr>
          <w:rFonts w:ascii="Gentium Plus" w:hAnsi="Gentium Plus"/>
          <w:sz w:val="24"/>
        </w:rPr>
        <w:t>Τότε πρῶτον καὶ τὴν κόμην αὐτῆς ἐθαύ‐ μασεν ὅτι ξανθή, καὶ τοὺς ὀφθαλμοὺς ὅτι μεγάλοι καθάπερ βοός, καὶ τὸ πρόσωπον ὅτι λευκότερον ἀληθῶς καὶ τοῦ τῶν αἰγῶν γάλακτος, ὥσπερ τότε πρῶτον ὀφθαλμοὺς κτησάμε‐</w:t>
      </w:r>
    </w:p>
    <w:p>
      <w:r>
        <w:rPr>
          <w:rFonts w:ascii="Courier New" w:hAnsi="Courier New"/>
          <w:color w:val="555555"/>
          <w:sz w:val="20"/>
        </w:rPr>
        <w:t>[5]</w:t>
      </w:r>
    </w:p>
    <w:p>
      <w:r>
        <w:rPr>
          <w:rFonts w:ascii="Gentium Plus" w:hAnsi="Gentium Plus"/>
          <w:sz w:val="24"/>
        </w:rPr>
        <w:t>νος, τὸν δὲ πρότερον χρόνον πεπηρωμένος.</w:t>
      </w:r>
    </w:p>
    <w:p>
      <w:r>
        <w:rPr>
          <w:rFonts w:ascii="Courier New" w:hAnsi="Courier New"/>
          <w:color w:val="555555"/>
          <w:sz w:val="20"/>
        </w:rPr>
        <w:t>[1 . 17 . 4]</w:t>
      </w:r>
    </w:p>
    <w:p>
      <w:r>
        <w:rPr>
          <w:rFonts w:ascii="Gentium Plus" w:hAnsi="Gentium Plus"/>
          <w:sz w:val="24"/>
        </w:rPr>
        <w:t>Οὔτε οὖν τροφὴν προσεφέρετο πλὴν ὅσον ἀπογεύσασθαι· καὶ ποτόν, εἴ ποτε ἐβιάσθη, μέχρι τοῦ [ἂν] διαβρέξαι τὸ στόμα προ‐ σεφέρετο. Σιωπηλὸς ἦν ὁ πρότερον τῶν ἀκρίδων λαλίστε‐</w:t>
      </w:r>
    </w:p>
    <w:p>
      <w:r>
        <w:rPr>
          <w:rFonts w:ascii="Courier New" w:hAnsi="Courier New"/>
          <w:color w:val="555555"/>
          <w:sz w:val="20"/>
        </w:rPr>
        <w:t>[5]</w:t>
      </w:r>
    </w:p>
    <w:p>
      <w:r>
        <w:rPr>
          <w:rFonts w:ascii="Gentium Plus" w:hAnsi="Gentium Plus"/>
          <w:sz w:val="24"/>
        </w:rPr>
        <w:t>ρος, ἀργὸς ὁ περιττότερα τῶν αἰγῶν κινούμενος. Ἠμέ‐ λητο καὶ ἡ ἀγέλη· ἔρριπτο [καὶ] ἡ σῦριγξ· χλωρότερον τὸ</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 . 18 . 1]</w:t>
      </w:r>
    </w:p>
    <w:p>
      <w:r>
        <w:rPr>
          <w:rFonts w:ascii="Gentium Plus" w:hAnsi="Gentium Plus"/>
          <w:sz w:val="24"/>
        </w:rPr>
        <w:t>«Τί ποτέ με Χλόης ἐργάζεται 〈τὸ〉 φίλημα; Χείλη μὲν ῥόδων ἁπαλώτερα καὶ στόμα κηρίων γλυκύτερον. τὸ δὲ φίλημα κέντρου μελίττης πικρότερον. Πολλάκις ἐφίλησα ἐρίφους, πολλάκις ἐφίλησα σκύλακας ἀρτιγεννή‐</w:t>
      </w:r>
    </w:p>
    <w:p>
      <w:r>
        <w:rPr>
          <w:rFonts w:ascii="Courier New" w:hAnsi="Courier New"/>
          <w:color w:val="555555"/>
          <w:sz w:val="20"/>
        </w:rPr>
        <w:t>[5]</w:t>
      </w:r>
    </w:p>
    <w:p>
      <w:r>
        <w:rPr>
          <w:rFonts w:ascii="Gentium Plus" w:hAnsi="Gentium Plus"/>
          <w:sz w:val="24"/>
        </w:rPr>
        <w:t>τους καὶ τὸν μόσχον, ὃν ὁ Δόρκων ἐδωρήσατο· ἀλλὰ τοῦτο φίλημα καινόν· ἐκπηδᾷ μου τὸ πνεῦμα, ἐξάλλεται ἡ καρδία, τήκεται ἡ ψυχή, καὶ ὅμως πάλιν φιλῆσαι θέλω.</w:t>
      </w:r>
    </w:p>
    <w:p>
      <w:r>
        <w:rPr>
          <w:rFonts w:ascii="Courier New" w:hAnsi="Courier New"/>
          <w:color w:val="555555"/>
          <w:sz w:val="20"/>
        </w:rPr>
        <w:t>[1 . 18 . 2]</w:t>
      </w:r>
    </w:p>
    <w:p>
      <w:r>
        <w:rPr>
          <w:rFonts w:ascii="Gentium Plus" w:hAnsi="Gentium Plus"/>
          <w:sz w:val="24"/>
        </w:rPr>
        <w:t>Ὢ νίκης κακῆς· ὢ νόσου καινῆς, ἧς οὐδὲ εἰπεῖν οἶδα τὸ ὄνομα. Ἆρα φαρμάκων ἐγεύσατο ἡ Χλόη μέλλουσά με φιλεῖν; Πῶς οὖν οὐκ ἀπέθανεν; Οἷον ᾄδουσιν αἱ ἀηδόνες, ἡ δὲ ἐμὴ σῦριγξ σιωπᾷ· οἷον σκιρτῶσιν οἱ ἔριφοι, κἀγὼ</w:t>
      </w:r>
    </w:p>
    <w:p>
      <w:r>
        <w:rPr>
          <w:rFonts w:ascii="Courier New" w:hAnsi="Courier New"/>
          <w:color w:val="555555"/>
          <w:sz w:val="20"/>
        </w:rPr>
        <w:t>[5]</w:t>
      </w:r>
    </w:p>
    <w:p>
      <w:r>
        <w:rPr>
          <w:rFonts w:ascii="Gentium Plus" w:hAnsi="Gentium Plus"/>
          <w:sz w:val="24"/>
        </w:rPr>
        <w:t>κάθημαι· οἷον ἀκμάζει τὰ ἄνθη, κἀγὼ στεφάνους οὐ πλέκω, ἀλλὰ τὰ μὲν ἴα καὶ ὁ ὑάκινθος ἀνθεῖ, Δάφνις δὲ μαραίνε‐ ται. Ἆρά μου καὶ Δόρκων εὐμορφότερος ὀφθήσεται;»</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[1 . 19 . 1]</w:t>
      </w:r>
    </w:p>
    <w:p>
      <w:r>
        <w:rPr>
          <w:rFonts w:ascii="Gentium Plus" w:hAnsi="Gentium Plus"/>
          <w:sz w:val="24"/>
        </w:rPr>
        <w:t>Τοιαῦτα ὁ βέλτιστος Δάφνις ἔπασχε καὶ ἔλεγεν, οἷα πρῶτον γευόμενος τῶν ἔρωτος ἔργων καὶ λόγων. Ὁ δὲ Δόρκων ὁ βουκόλος, ὁ τῆς Χλόης ἐραστής, φυλάξας τὸν Δρύαντα φυτὸν κατορύττοντα πλησίον κλήματος πρόσεισιν</w:t>
      </w:r>
    </w:p>
    <w:p>
      <w:r>
        <w:rPr>
          <w:rFonts w:ascii="Courier New" w:hAnsi="Courier New"/>
          <w:color w:val="555555"/>
          <w:sz w:val="20"/>
        </w:rPr>
        <w:t>[5]</w:t>
      </w:r>
    </w:p>
    <w:p>
      <w:r>
        <w:rPr>
          <w:rFonts w:ascii="Gentium Plus" w:hAnsi="Gentium Plus"/>
          <w:sz w:val="24"/>
        </w:rPr>
        <w:t>αὐτῷ μετὰ τυρίσκων τινῶν γεννικῶν, καὶ τοὺς μὲν δῶρον εἶναι δίδωσι, πάλαι φίλος ὤν, ἡνίκα αὐτὸς ἔνεμεν· ἐντεῦ‐ θεν δὲ ἀρξάμενος ἐνέβαλε λόγον περὶ τοῦ τῆς Χλόης γάμου·</w:t>
      </w:r>
    </w:p>
    <w:p>
      <w:r>
        <w:rPr>
          <w:rFonts w:ascii="Courier New" w:hAnsi="Courier New"/>
          <w:color w:val="555555"/>
          <w:sz w:val="20"/>
        </w:rPr>
        <w:t>[1 . 19 . 2]</w:t>
      </w:r>
    </w:p>
    <w:p>
      <w:r>
        <w:rPr>
          <w:rFonts w:ascii="Gentium Plus" w:hAnsi="Gentium Plus"/>
          <w:sz w:val="24"/>
        </w:rPr>
        <w:t>καὶ εἰ λαμβάνοι γυναῖκα, δῶρα πολλὰ καὶ μεγάλα, ὡς βουκόλος, ἐπηγγέλλετο· ζεῦγος βοῶν ἀροτή‐ ρων, σμήνη τέτταρα μελιττῶν, φυτὰ μηλεῶν πεντήκοντα, δέρμα ταύρου τεμεῖν ὑποδήματα, μόσχον ἀνὰ πᾶν ἔτος,</w:t>
      </w:r>
    </w:p>
    <w:p>
      <w:r>
        <w:rPr>
          <w:rFonts w:ascii="Courier New" w:hAnsi="Courier New"/>
          <w:color w:val="555555"/>
          <w:sz w:val="20"/>
        </w:rPr>
        <w:t>[5]</w:t>
      </w:r>
    </w:p>
    <w:p>
      <w:r>
        <w:rPr>
          <w:rFonts w:ascii="Gentium Plus" w:hAnsi="Gentium Plus"/>
          <w:sz w:val="24"/>
        </w:rPr>
        <w:t>μηκέτι γάλακτος δεόμενον·</w:t>
      </w:r>
    </w:p>
    <w:p>
      <w:r>
        <w:rPr>
          <w:rFonts w:ascii="Courier New" w:hAnsi="Courier New"/>
          <w:color w:val="555555"/>
          <w:sz w:val="20"/>
        </w:rPr>
        <w:t>[1 . 19 . 3]</w:t>
      </w:r>
    </w:p>
    <w:p>
      <w:r>
        <w:rPr>
          <w:rFonts w:ascii="Gentium Plus" w:hAnsi="Gentium Plus"/>
          <w:sz w:val="24"/>
        </w:rPr>
        <w:t>ὥστε σμικροῦ δεῖν ὁ Δρύας θελχθεὶς τοῖς δώροις ἐπένευσε τὸν γάμον· Ἐννοήσας δὲ ὡς κρείττονος ἡ παρθένος ἀξία νυμφίου, καὶ δείσας μὴ φωραθείς ποτε κακοῖς ἀνηκέστοις περιπέσοι, τόν τε γάμον</w:t>
      </w:r>
    </w:p>
    <w:p>
      <w:r>
        <w:rPr>
          <w:rFonts w:ascii="Courier New" w:hAnsi="Courier New"/>
          <w:color w:val="555555"/>
          <w:sz w:val="20"/>
        </w:rPr>
        <w:t>[5]</w:t>
      </w:r>
    </w:p>
    <w:p>
      <w:r>
        <w:rPr>
          <w:rFonts w:ascii="Gentium Plus" w:hAnsi="Gentium Plus"/>
          <w:sz w:val="24"/>
        </w:rPr>
        <w:t>ἀνένευσε καὶ συγγνώμην ἔχειν ᾐτήσατο καὶ τὰ ὀνομασθέντα δῶρα παρῃτήσατο.</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[1 . 20 . 1]</w:t>
      </w:r>
    </w:p>
    <w:p>
      <w:r>
        <w:rPr>
          <w:rFonts w:ascii="Gentium Plus" w:hAnsi="Gentium Plus"/>
          <w:sz w:val="24"/>
        </w:rPr>
        <w:t>Δευτέρας δὴ διαμαρτὼν ὁ Δόρκων ἐλπίδος καὶ μάτην τυροὺς ἀγαθοὺς ἀπολέσας ἔγνω διὰ χειρῶν ἐπιθέσ‐ θαι τῇ Χλόῃ μόνῃ γενομένῃ· καὶ παραφυλάξας ὅτι παρ’ ἡμέραν ἐπὶ ποτὸν ἄγουσι τὰς ἀγέλας ποτὲ μὲν ὁ Δάφνις</w:t>
      </w:r>
    </w:p>
    <w:p>
      <w:r>
        <w:rPr>
          <w:rFonts w:ascii="Courier New" w:hAnsi="Courier New"/>
          <w:color w:val="555555"/>
          <w:sz w:val="20"/>
        </w:rPr>
        <w:t>[5]</w:t>
      </w:r>
    </w:p>
    <w:p>
      <w:r>
        <w:rPr>
          <w:rFonts w:ascii="Gentium Plus" w:hAnsi="Gentium Plus"/>
          <w:sz w:val="24"/>
        </w:rPr>
        <w:t>ποτὲ δὲ ἡ παῖς, ἐπιτεχνᾶται τέχνην ποιμένι πρέπουσαν.</w:t>
      </w:r>
    </w:p>
    <w:p>
      <w:r>
        <w:rPr>
          <w:rFonts w:ascii="Courier New" w:hAnsi="Courier New"/>
          <w:color w:val="555555"/>
          <w:sz w:val="20"/>
        </w:rPr>
        <w:t>[1 . 20 . 2]</w:t>
      </w:r>
    </w:p>
    <w:p>
      <w:r>
        <w:rPr>
          <w:rFonts w:ascii="Gentium Plus" w:hAnsi="Gentium Plus"/>
          <w:sz w:val="24"/>
        </w:rPr>
        <w:t>Λύκου δέρμα μεγάλου λαβών, ὃν ταῦρός ποτε πρὸ τῶν βοῶν μαχόμενος τοῖς κέρασι διέφθειρε, περιέτεινε τῷ σώματι, ποδῆρες κατανωτισάμενος, ὡς τούς τ’ ἐμπροσ‐ θίους πόδας ἐφηπλῶσθαι ταῖς χερσὶ καὶ τοὺς κατόπιν τοῖς</w:t>
      </w:r>
    </w:p>
    <w:p>
      <w:r>
        <w:rPr>
          <w:rFonts w:ascii="Courier New" w:hAnsi="Courier New"/>
          <w:color w:val="555555"/>
          <w:sz w:val="20"/>
        </w:rPr>
        <w:t>[5]</w:t>
      </w:r>
    </w:p>
    <w:p>
      <w:r>
        <w:rPr>
          <w:rFonts w:ascii="Gentium Plus" w:hAnsi="Gentium Plus"/>
          <w:sz w:val="24"/>
        </w:rPr>
        <w:t>σκέλεσιν ἄχρι πτέρνης καὶ τοῦ στόματος τὸ χάσμα σκέπειν τὴν κεφαλήν, ὥσπερ ἀνδρὸς ὁπλίτου κράνος·</w:t>
      </w:r>
    </w:p>
    <w:p>
      <w:r>
        <w:rPr>
          <w:rFonts w:ascii="Courier New" w:hAnsi="Courier New"/>
          <w:color w:val="555555"/>
          <w:sz w:val="20"/>
        </w:rPr>
        <w:t>[1 . 20 . 3]</w:t>
      </w:r>
    </w:p>
    <w:p>
      <w:r>
        <w:rPr>
          <w:rFonts w:ascii="Gentium Plus" w:hAnsi="Gentium Plus"/>
          <w:sz w:val="24"/>
        </w:rPr>
        <w:t>ἐκθη‐ ριώσας δὲ αὑτὸν ὡς ἔνι μάλιστα, παραγίνεται πρὸς τὴν πηγήν, ἧς ἔπινον αἱ αἶγες καὶ τὰ πρόβατα μετὰ τὴν νομήν. Ἐν κοίλῃ δὲ πάνυ [γῇ] ἦν ἡ πηγή, καὶ περὶ αὐτὴν πᾶς ὁ</w:t>
      </w:r>
    </w:p>
    <w:p>
      <w:r>
        <w:rPr>
          <w:rFonts w:ascii="Courier New" w:hAnsi="Courier New"/>
          <w:color w:val="555555"/>
          <w:sz w:val="20"/>
        </w:rPr>
        <w:t>[5]</w:t>
      </w:r>
    </w:p>
    <w:p>
      <w:r>
        <w:rPr>
          <w:rFonts w:ascii="Gentium Plus" w:hAnsi="Gentium Plus"/>
          <w:sz w:val="24"/>
        </w:rPr>
        <w:t>τόπος ἀκάνθαις καὶ βάτοις καὶ ἀρκεύθῳ ταπεινῇ καὶ σκο‐ λύμοις ἠγρίωτο·</w:t>
      </w:r>
    </w:p>
    <w:p>
      <w:r>
        <w:rPr>
          <w:rFonts w:ascii="Courier New" w:hAnsi="Courier New"/>
          <w:color w:val="555555"/>
          <w:sz w:val="20"/>
        </w:rPr>
        <w:t>[1 . 20 . 4]</w:t>
      </w:r>
    </w:p>
    <w:p>
      <w:r>
        <w:rPr>
          <w:rFonts w:ascii="Gentium Plus" w:hAnsi="Gentium Plus"/>
          <w:sz w:val="24"/>
        </w:rPr>
        <w:t>ῥᾳδίως ἂν ἐκεῖ καὶ λύκος ἀληθινὸς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 . 21 . 1]</w:t>
      </w:r>
    </w:p>
    <w:p>
      <w:r>
        <w:rPr>
          <w:rFonts w:ascii="Gentium Plus" w:hAnsi="Gentium Plus"/>
          <w:sz w:val="24"/>
        </w:rPr>
        <w:t>Χρόνος ὀλίγος διαγίνεται καὶ Χλόη κατήλαυνε τὰς ἀγέλας εἰς τὴν πηγήν, καταλιποῦσα τὸν Δάφνιν φυλ‐ λάδα χλωρὰν κόπτοντα τοῖς ἐρίφοις τροφὴν μετὰ τὴν νομήν.</w:t>
      </w:r>
    </w:p>
    <w:p>
      <w:r>
        <w:rPr>
          <w:rFonts w:ascii="Courier New" w:hAnsi="Courier New"/>
          <w:color w:val="555555"/>
          <w:sz w:val="20"/>
        </w:rPr>
        <w:t>[1 . 21 . 2]</w:t>
      </w:r>
    </w:p>
    <w:p>
      <w:r>
        <w:rPr>
          <w:rFonts w:ascii="Gentium Plus" w:hAnsi="Gentium Plus"/>
          <w:sz w:val="24"/>
        </w:rPr>
        <w:t>Καὶ οἱ κύνες οἱ τῶν προβάτων ἐπὶ φυλακὴν καὶ τῶν αἰγῶν ἑπόμενοι, οἵα δὴ κυνῶν ἐν ῥινηλασίαις περιεργία, κινούμενον τὸν Δόρκωνα πρὸς τὴν ἐπίθεσιν τῆς κόρης φωράσαντες, πικρὸν μάλα ὑλακτήσαντες ὥρμησαν ὡς ἐπὶ</w:t>
      </w:r>
    </w:p>
    <w:p>
      <w:r>
        <w:rPr>
          <w:rFonts w:ascii="Courier New" w:hAnsi="Courier New"/>
          <w:color w:val="555555"/>
          <w:sz w:val="20"/>
        </w:rPr>
        <w:t>[5]</w:t>
      </w:r>
    </w:p>
    <w:p>
      <w:r>
        <w:rPr>
          <w:rFonts w:ascii="Gentium Plus" w:hAnsi="Gentium Plus"/>
          <w:sz w:val="24"/>
        </w:rPr>
        <w:t>λύκον· καὶ περισχόντες, πρὶν ὅλως ἀναστῆναι δι’ ἔκπληξιν, ἔδακνον κατὰ τοῦ δέρματος.</w:t>
      </w:r>
    </w:p>
    <w:p>
      <w:r>
        <w:rPr>
          <w:rFonts w:ascii="Courier New" w:hAnsi="Courier New"/>
          <w:color w:val="555555"/>
          <w:sz w:val="20"/>
        </w:rPr>
        <w:t>[1 . 21 . 3]</w:t>
      </w:r>
    </w:p>
    <w:p>
      <w:r>
        <w:rPr>
          <w:rFonts w:ascii="Gentium Plus" w:hAnsi="Gentium Plus"/>
          <w:sz w:val="24"/>
        </w:rPr>
        <w:t>Τέως μὲν οὖν τὸν ἔλεγ‐ χον φοβούμενος καὶ ὑπὸ τοῦ δέρματος ἐπισκέποντος φρου‐ ρούμενος ἔκειτο σιωπῶν ἐν τῇ λόχμῃ· ἐπεὶ δὲ ἥ τε Χλόη πρὸς τὴν πρώτην θέαν διαταραχθεῖσα τὸν Δάφνιν ἐκάλει</w:t>
      </w:r>
    </w:p>
    <w:p>
      <w:r>
        <w:rPr>
          <w:rFonts w:ascii="Courier New" w:hAnsi="Courier New"/>
          <w:color w:val="555555"/>
          <w:sz w:val="20"/>
        </w:rPr>
        <w:t>[5]</w:t>
      </w:r>
    </w:p>
    <w:p>
      <w:r>
        <w:rPr>
          <w:rFonts w:ascii="Gentium Plus" w:hAnsi="Gentium Plus"/>
          <w:sz w:val="24"/>
        </w:rPr>
        <w:t>βοηθόν, οἵ τε κύνες περισπῶντες τὸ δέρμα τοῦ σώματος ἥπτοντο αὐτοῦ, μέγα οἰμώξας ἱκέτευε βοηθεῖν τὴν κόρην καὶ τὸν Δάφνιν ἤδη παρόντα.</w:t>
      </w:r>
    </w:p>
    <w:p>
      <w:r>
        <w:rPr>
          <w:rFonts w:ascii="Courier New" w:hAnsi="Courier New"/>
          <w:color w:val="555555"/>
          <w:sz w:val="20"/>
        </w:rPr>
        <w:t>[1 . 21 . 4]</w:t>
      </w:r>
    </w:p>
    <w:p>
      <w:r>
        <w:rPr>
          <w:rFonts w:ascii="Gentium Plus" w:hAnsi="Gentium Plus"/>
          <w:sz w:val="24"/>
        </w:rPr>
        <w:t>Τοὺς μὲν δὴ κύνας ἀνακαλέσαντες συνήθως ταχέως ἡμέρωσαν, τὸν δὲ Δόρ‐ κωνα κατά τε μηρῶν καὶ ὤμων δεδηγμένον ἀγαγόντες ἐπὶ τὴν πηγὴν ἀπένιψαν [τὰ δήγματα], ἵνα ἦσαν τῶν ὀδόντων</w:t>
      </w:r>
    </w:p>
    <w:p>
      <w:r>
        <w:rPr>
          <w:rFonts w:ascii="Courier New" w:hAnsi="Courier New"/>
          <w:color w:val="555555"/>
          <w:sz w:val="20"/>
        </w:rPr>
        <w:t>[5]</w:t>
      </w:r>
    </w:p>
    <w:p>
      <w:r>
        <w:rPr>
          <w:rFonts w:ascii="Gentium Plus" w:hAnsi="Gentium Plus"/>
          <w:sz w:val="24"/>
        </w:rPr>
        <w:t>αἱ ἐμβολαί, καὶ διαμασησάμενοι φλοιὸν χλωρὸν πτελέας ἐπέπασαν·</w:t>
      </w:r>
    </w:p>
    <w:p>
      <w:r>
        <w:rPr>
          <w:rFonts w:ascii="Courier New" w:hAnsi="Courier New"/>
          <w:color w:val="555555"/>
          <w:sz w:val="20"/>
        </w:rPr>
        <w:t>[1 . 21 . 5]</w:t>
      </w:r>
    </w:p>
    <w:p>
      <w:r>
        <w:rPr>
          <w:rFonts w:ascii="Gentium Plus" w:hAnsi="Gentium Plus"/>
          <w:sz w:val="24"/>
        </w:rPr>
        <w:t>ὑπό τε ἀπειρίας ἐρωτικῶν τολμημάτων ποιμενικὴν παιδιὰν νομίζοντες τὴν ἐπιβολὴν τοῦ δέρμα‐ τος, οὐδὲν ὀργισθέντες, ἀλλὰ καὶ παραμυθησάμενοι καὶ</w:t>
      </w:r>
    </w:p>
    <w:p>
      <w:r>
        <w:rPr>
          <w:rFonts w:ascii="Courier New" w:hAnsi="Courier New"/>
          <w:color w:val="555555"/>
          <w:sz w:val="20"/>
        </w:rPr>
        <w:t>[1 . 22 . 1]</w:t>
      </w:r>
    </w:p>
    <w:p>
      <w:r>
        <w:rPr>
          <w:rFonts w:ascii="Gentium Plus" w:hAnsi="Gentium Plus"/>
          <w:sz w:val="24"/>
        </w:rPr>
        <w:t>Καὶ ὁ μὲν κινδύνου παρὰ τοσοῦτον ἐλθὼν καὶ σω‐ θεὶς ἐκ κυνός, οὐ λύκου, φασί, στόματος, ἐθεράπευε τὸ σῶμα· ὁ δὲ Δάφνις καὶ ἡ Χλόη κάματον πολὺν ἔσχον μέχρι νυκτὸς τὰς αἶγας καὶ τὰς ὄϊς συλλέγοντες·</w:t>
      </w:r>
    </w:p>
    <w:p>
      <w:r>
        <w:rPr>
          <w:rFonts w:ascii="Courier New" w:hAnsi="Courier New"/>
          <w:color w:val="555555"/>
          <w:sz w:val="20"/>
        </w:rPr>
        <w:t>[1 . 22 . 2]</w:t>
      </w:r>
    </w:p>
    <w:p>
      <w:r>
        <w:rPr>
          <w:rFonts w:ascii="Gentium Plus" w:hAnsi="Gentium Plus"/>
          <w:sz w:val="24"/>
        </w:rPr>
        <w:t>ὑπὸ γὰρ τοῦ δέρ‐ ματος πτοηθεῖσαι καὶ ὑπὸ τῶν κυνῶν ὑλακτησάντων ταραχθεῖσαι, αἱ μὲν εἰς πέτρας ἀνέδραμον, αἱ δὲ μέχρι καὶ τῆς θαλάσσης αὐτῆς κατέδραμον. Καίτοι γε πεπαίδευντο</w:t>
      </w:r>
    </w:p>
    <w:p>
      <w:r>
        <w:rPr>
          <w:rFonts w:ascii="Courier New" w:hAnsi="Courier New"/>
          <w:color w:val="555555"/>
          <w:sz w:val="20"/>
        </w:rPr>
        <w:t>[5]</w:t>
      </w:r>
    </w:p>
    <w:p>
      <w:r>
        <w:rPr>
          <w:rFonts w:ascii="Gentium Plus" w:hAnsi="Gentium Plus"/>
          <w:sz w:val="24"/>
        </w:rPr>
        <w:t>καὶ φωνῇ πείθεσθαι καὶ σύριγγι θέλγεσθαι καὶ χειρὸς πλα‐ ταγῇ συλλέγεσθαι· ἀλλὰ τότε πάντων αὐταῖς ὁ φόβος λήθην ἐνέβαλε.</w:t>
      </w:r>
    </w:p>
    <w:p>
      <w:r>
        <w:rPr>
          <w:rFonts w:ascii="Courier New" w:hAnsi="Courier New"/>
          <w:color w:val="555555"/>
          <w:sz w:val="20"/>
        </w:rPr>
        <w:t>[1 . 22 . 3]</w:t>
      </w:r>
    </w:p>
    <w:p>
      <w:r>
        <w:rPr>
          <w:rFonts w:ascii="Gentium Plus" w:hAnsi="Gentium Plus"/>
          <w:sz w:val="24"/>
        </w:rPr>
        <w:t>Καὶ μόλις ὥσπερ λαγὼς ἐκ τῶν ἰχνῶν εὑρίσκοντες εἰς τὰς ἐπαύλεις ἤγαγον. Ἐκείνης μόνης τῆς νυκτὸς ἐκοιμήθησαν βαθὺν ὕπνον καὶ τῆς ἐρωτικῆς λύπης φάρμακον τὸν κάματον ἔσχον.</w:t>
      </w:r>
    </w:p>
    <w:p>
      <w:r>
        <w:rPr>
          <w:rFonts w:ascii="Courier New" w:hAnsi="Courier New"/>
          <w:color w:val="555555"/>
          <w:sz w:val="20"/>
        </w:rPr>
        <w:t>[1 . 22 . 4]</w:t>
      </w:r>
    </w:p>
    <w:p>
      <w:r>
        <w:rPr>
          <w:rFonts w:ascii="Gentium Plus" w:hAnsi="Gentium Plus"/>
          <w:sz w:val="24"/>
        </w:rPr>
        <w:t>Αὖθις δὲ ἡμέ‐ ρας ἐπελθούσης, πάλιν ἔπασχον παραπλήσια. Ἔχαιρον ἰδόντες, [ἐλυποῦντο] ἀπαλλαγέντες ἤλγουν, ἤθελόν τι, ἠγνόουν ὅ τι θέλουσι. Τοῦτο μόνον ᾔδεσαν ὅτι τὸν μὲν</w:t>
      </w:r>
    </w:p>
    <w:p>
      <w:r>
        <w:rPr>
          <w:rFonts w:ascii="Courier New" w:hAnsi="Courier New"/>
          <w:color w:val="555555"/>
          <w:sz w:val="20"/>
        </w:rPr>
        <w:t>[5]</w:t>
      </w:r>
    </w:p>
    <w:p>
      <w:r>
        <w:rPr>
          <w:rFonts w:ascii="Gentium Plus" w:hAnsi="Gentium Plus"/>
          <w:sz w:val="24"/>
        </w:rPr>
        <w:t>φίλημα, τὴν δὲ λουτρὸν ἀπώλεσεν.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[1 . 23 . 1]</w:t>
      </w:r>
    </w:p>
    <w:p>
      <w:r>
        <w:rPr>
          <w:rFonts w:ascii="Gentium Plus" w:hAnsi="Gentium Plus"/>
          <w:sz w:val="24"/>
        </w:rPr>
        <w:t>Ἐξέκαε δὲ αὐτοὺς καὶ ἡ ὥρα τοῦ ἔτους. Ἦρος ἦν ἤδη τέλος καὶ θέρους ἀρχή, καὶ πάντα ἐν ἀκμῇ· δένδρα ἐν καρποῖς, πεδία ἐν ληΐοις. Ἡδεῖα μὲν τεττίγων ἠχή, γλυκεῖα δὲ ὀπώρας ὀδμή, τερπνὴ δὲ ποιμνίων βληχή.</w:t>
      </w:r>
    </w:p>
    <w:p>
      <w:r>
        <w:rPr>
          <w:rFonts w:ascii="Courier New" w:hAnsi="Courier New"/>
          <w:color w:val="555555"/>
          <w:sz w:val="20"/>
        </w:rPr>
        <w:t>[1 . 23 . 2]</w:t>
      </w:r>
    </w:p>
    <w:p>
      <w:r>
        <w:rPr>
          <w:rFonts w:ascii="Gentium Plus" w:hAnsi="Gentium Plus"/>
          <w:sz w:val="24"/>
        </w:rPr>
        <w:t>Εἴκασεν ἄν τις καὶ τοὺς ποταμοὺς ᾄδειν ἠρέμα ῥέον‐ τας καὶ τοὺς ἀνέμους συρίττειν ταῖς πίτυσιν ἐμπνέοντας καὶ τὰ μῆλα ἐρῶντα πίπτειν χαμαὶ καὶ τὸν ἥλιον φιλόκα‐ λον ὄντα πάντας ἀποδύειν. Ὁ μὲν δὴ Δάφνις θαλπόμε‐</w:t>
      </w:r>
    </w:p>
    <w:p>
      <w:r>
        <w:rPr>
          <w:rFonts w:ascii="Courier New" w:hAnsi="Courier New"/>
          <w:color w:val="555555"/>
          <w:sz w:val="20"/>
        </w:rPr>
        <w:t>[5]</w:t>
      </w:r>
    </w:p>
    <w:p>
      <w:r>
        <w:rPr>
          <w:rFonts w:ascii="Gentium Plus" w:hAnsi="Gentium Plus"/>
          <w:sz w:val="24"/>
        </w:rPr>
        <w:t>νος τούτοις ἅπασιν εἰς τοὺς ποταμοὺς ἐνέβαινε, καὶ ποτὲ μὲν ἐλούετο, ποτὲ δὲ καὶ τῶν ἰχθύων τοὺς ἐνδινεύοντας ἐθήρα· πολλάκις δὲ καὶ ἔπινεν, ὡς τὸ ἔνδοθεν καῦμα σβέ‐ σων.</w:t>
      </w:r>
    </w:p>
    <w:p>
      <w:r>
        <w:rPr>
          <w:rFonts w:ascii="Courier New" w:hAnsi="Courier New"/>
          <w:color w:val="555555"/>
          <w:sz w:val="20"/>
        </w:rPr>
        <w:t>[1 . 23 . 3]</w:t>
      </w:r>
    </w:p>
    <w:p>
      <w:r>
        <w:rPr>
          <w:rFonts w:ascii="Gentium Plus" w:hAnsi="Gentium Plus"/>
          <w:sz w:val="24"/>
        </w:rPr>
        <w:t>Ἡ δὲ Χλόη μετὰ τὸ ἀμέλξαι τὰς ὄϊς καὶ τῶν αἰγῶν τὰς πολλὰς ἐπὶ πολὺν μὲν χρόνον εἶχε πηγνῦσα τὸ γάλα· δειναὶ γὰρ αἱ μυῖαι λυπῆσαι καὶ δακεῖν, εἰ διώ‐ κοιντο· τὸ δὲ ἐντεῦθεν ἀπολουσαμένη τὸ πρόσωπον πίτυος</w:t>
      </w:r>
    </w:p>
    <w:p>
      <w:r>
        <w:rPr>
          <w:rFonts w:ascii="Courier New" w:hAnsi="Courier New"/>
          <w:color w:val="555555"/>
          <w:sz w:val="20"/>
        </w:rPr>
        <w:t>[5]</w:t>
      </w:r>
    </w:p>
    <w:p>
      <w:r>
        <w:rPr>
          <w:rFonts w:ascii="Gentium Plus" w:hAnsi="Gentium Plus"/>
          <w:sz w:val="24"/>
        </w:rPr>
        <w:t>ἐστεφανοῦτο κλάδοις καὶ τῇ νεβρίδι ἐζώννυτο καὶ τὸν γαυ‐ λὸν ἀναπλήσασα οἴνου καὶ γάλακτος κοινὸν μετὰ τοῦ Δάφνιδος ποτὸν εἶχε.</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[1 . 24 . 1]</w:t>
      </w:r>
    </w:p>
    <w:p>
      <w:r>
        <w:rPr>
          <w:rFonts w:ascii="Gentium Plus" w:hAnsi="Gentium Plus"/>
          <w:sz w:val="24"/>
        </w:rPr>
        <w:t>Τῆς δὲ μεσημβρίας ἐπελθούσης ἐγίνετο ἤδη τῶν ὀφθαλμῶν ἅλωσις αὐτοῖς· ἡ μὲν γὰρ γυμνὸν ὁρῶσα τὸν Δάφνιν ἐπ’ ἄθρουν καὶ ἐνέπιπτε τὸ κάλλος, καὶ ἐτήκετο μηδὲν αὐτοῦ μέρος μέμψασθαι δυναμένη· ὁ δὲ ἰδὼν ἐν</w:t>
      </w:r>
    </w:p>
    <w:p>
      <w:r>
        <w:rPr>
          <w:rFonts w:ascii="Courier New" w:hAnsi="Courier New"/>
          <w:color w:val="555555"/>
          <w:sz w:val="20"/>
        </w:rPr>
        <w:t>[5]</w:t>
      </w:r>
    </w:p>
    <w:p>
      <w:r>
        <w:rPr>
          <w:rFonts w:ascii="Gentium Plus" w:hAnsi="Gentium Plus"/>
          <w:sz w:val="24"/>
        </w:rPr>
        <w:t>νεβρίδι καὶ στεφάνῳ πίτυος ὀρέγουσαν τὸν γαυλὸν μίαν ᾤετο τῶν ἐκ τοῦ ἄντρου Νυμφῶν ὁρᾶν.</w:t>
      </w:r>
    </w:p>
    <w:p>
      <w:r>
        <w:rPr>
          <w:rFonts w:ascii="Courier New" w:hAnsi="Courier New"/>
          <w:color w:val="555555"/>
          <w:sz w:val="20"/>
        </w:rPr>
        <w:t>[1 . 24 . 2]</w:t>
      </w:r>
    </w:p>
    <w:p>
      <w:r>
        <w:rPr>
          <w:rFonts w:ascii="Gentium Plus" w:hAnsi="Gentium Plus"/>
          <w:sz w:val="24"/>
        </w:rPr>
        <w:t>Ὁ μὲν οὖν τὴν πίτυν ἀπὸ τῆς κεφαλῆς ἁρπάζων αὐτὸς ἐστεφανοῦτο, πρότερον φιλήσας τὸν στέφανον· ἡ δὲ τὴν ἐσθῆτα αὐτοῦ λουομένου καὶ γυμνωθέντος ἐνεδύετο, πρότερον καὶ αὐτὴ φιλήσασα.</w:t>
      </w:r>
    </w:p>
    <w:p>
      <w:r>
        <w:rPr>
          <w:rFonts w:ascii="Courier New" w:hAnsi="Courier New"/>
          <w:color w:val="555555"/>
          <w:sz w:val="20"/>
        </w:rPr>
        <w:t>[1 . 24 . 3]</w:t>
      </w:r>
    </w:p>
    <w:p>
      <w:r>
        <w:rPr>
          <w:rFonts w:ascii="Gentium Plus" w:hAnsi="Gentium Plus"/>
          <w:sz w:val="24"/>
        </w:rPr>
        <w:t>Ἤδη ποτὲ καὶ μήλοις ἀλλήλους ἔβαλον καὶ τὰς κεφα‐ λὰς ἀλλήλων ἐκόσμησαν διακρίνοντες τὰς κόμας· καὶ ἡ μὲν εἴκασεν αὐτοῦ τὴν κόμην, ὅτι μέλαινα, μύρτοις, ὁ δὲ μήλῳ τὸ πρόσωπον αὐτῆς, ὅτι λευκὸν καὶ ἐνερευθὲς ἦν.</w:t>
      </w:r>
    </w:p>
    <w:p>
      <w:r>
        <w:rPr>
          <w:rFonts w:ascii="Courier New" w:hAnsi="Courier New"/>
          <w:color w:val="555555"/>
          <w:sz w:val="20"/>
        </w:rPr>
        <w:t>[1 . 24 . 4]</w:t>
      </w:r>
    </w:p>
    <w:p>
      <w:r>
        <w:rPr>
          <w:rFonts w:ascii="Gentium Plus" w:hAnsi="Gentium Plus"/>
          <w:sz w:val="24"/>
        </w:rPr>
        <w:t>Ἐδίδασκεν αὐτὴν καὶ συρίττειν· καὶ ἀρξαμένης ἐμπνεῖν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 . 25 . 1]</w:t>
      </w:r>
    </w:p>
    <w:p>
      <w:r>
        <w:rPr>
          <w:rFonts w:ascii="Gentium Plus" w:hAnsi="Gentium Plus"/>
          <w:sz w:val="24"/>
        </w:rPr>
        <w:t>Συρίττοντος δὲ αὐτοῦ τὸ μεσημβρινὸν καὶ τῶν ποιμνίων σκιαζομένων ἔλαθεν ἡ Χλόη κατανυστάξασα. Φωράσας τοῦτο ὁ Δάφνις καὶ καταθέμενος τὴν σύριγγα πᾶσαν αὐτὴν ἔβλεπεν ἀπλήστως, οἷα μηδὲν αἰδούμενος,</w:t>
      </w:r>
    </w:p>
    <w:p>
      <w:r>
        <w:rPr>
          <w:rFonts w:ascii="Courier New" w:hAnsi="Courier New"/>
          <w:color w:val="555555"/>
          <w:sz w:val="20"/>
        </w:rPr>
        <w:t>[5]</w:t>
      </w:r>
    </w:p>
    <w:p>
      <w:r>
        <w:rPr>
          <w:rFonts w:ascii="Gentium Plus" w:hAnsi="Gentium Plus"/>
          <w:sz w:val="24"/>
        </w:rPr>
        <w:t>καὶ ἅμα κρύφα ἠρέμα ὑπεφθέγγετο·</w:t>
      </w:r>
    </w:p>
    <w:p>
      <w:r>
        <w:rPr>
          <w:rFonts w:ascii="Courier New" w:hAnsi="Courier New"/>
          <w:color w:val="555555"/>
          <w:sz w:val="20"/>
        </w:rPr>
        <w:t>[1 . 25 . 2]</w:t>
      </w:r>
    </w:p>
    <w:p>
      <w:r>
        <w:rPr>
          <w:rFonts w:ascii="Gentium Plus" w:hAnsi="Gentium Plus"/>
          <w:sz w:val="24"/>
        </w:rPr>
        <w:t>«οἷοι καθεύδουσιν ὀφθαλμοί, οἷον δὲ ἀποπνεῖ τὸ στόμα· οὐδὲ τὰ μῆλα τοιοῦ‐ τον, οὐδὲ αἱ λόχμαι. Ἀλλὰ φιλῆσαι δέδοικα· δάκνει τὸ φίλημα τὴν καρδίαν, καὶ ὥσπερ τὸ νέον μέλι μαίνεσθαι</w:t>
      </w:r>
    </w:p>
    <w:p>
      <w:r>
        <w:rPr>
          <w:rFonts w:ascii="Courier New" w:hAnsi="Courier New"/>
          <w:color w:val="555555"/>
          <w:sz w:val="20"/>
        </w:rPr>
        <w:t>[5]</w:t>
      </w:r>
    </w:p>
    <w:p>
      <w:r>
        <w:rPr>
          <w:rFonts w:ascii="Gentium Plus" w:hAnsi="Gentium Plus"/>
          <w:sz w:val="24"/>
        </w:rPr>
        <w:t>ποιεῖ· ὀκνῶ δὲ μὴ καὶ φιλήσας αὐτὴν ἀφυπνίσω.</w:t>
      </w:r>
    </w:p>
    <w:p>
      <w:r>
        <w:rPr>
          <w:rFonts w:ascii="Courier New" w:hAnsi="Courier New"/>
          <w:color w:val="555555"/>
          <w:sz w:val="20"/>
        </w:rPr>
        <w:t>[1 . 25 . 3]</w:t>
      </w:r>
    </w:p>
    <w:p>
      <w:r>
        <w:rPr>
          <w:rFonts w:ascii="Gentium Plus" w:hAnsi="Gentium Plus"/>
          <w:sz w:val="24"/>
        </w:rPr>
        <w:t>Ὢ λάλων τεττίγων, οὐκ ἐάσουσιν αὐτὴν καθεύδειν μέγα ἠχοῦντες. Ἀλλὰ καὶ οἱ τράγοι τοῖς κέρασι παίουσι μαχό‐ μενοι. Ὢ λύκων ἀλωπέκων δειλοτέρων, οἳ τούτους οὐχ</w:t>
      </w:r>
    </w:p>
    <w:p>
      <w:r>
        <w:rPr>
          <w:rFonts w:ascii="Courier New" w:hAnsi="Courier New"/>
          <w:color w:val="555555"/>
          <w:sz w:val="20"/>
        </w:rPr>
        <w:t>[5]</w:t>
      </w:r>
    </w:p>
    <w:p>
      <w:r>
        <w:rPr>
          <w:rFonts w:ascii="Gentium Plus" w:hAnsi="Gentium Plus"/>
          <w:sz w:val="24"/>
        </w:rPr>
        <w:t>ἥρπασαν.»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[1 . 26 . 1]</w:t>
      </w:r>
    </w:p>
    <w:p>
      <w:r>
        <w:rPr>
          <w:rFonts w:ascii="Gentium Plus" w:hAnsi="Gentium Plus"/>
          <w:sz w:val="24"/>
        </w:rPr>
        <w:t>Ἐν τοιούτοις ὄντος αὐτοῦ λόγοις τέττιξ φεύγων χελιδόνα θηρᾶσαι θέλουσαν κατέπεσεν εἰς τὸν κόλ‐ πον τῆς Χλόης· καὶ ἡ χελιδὼν ἑπομένη τὸν μὲν οὐκ ἠδυ‐ νήθη λαβεῖν, ταῖς δὲ πτέρυξιν ἐγγὺς διὰ τὴν δίωξιν γενο‐</w:t>
      </w:r>
    </w:p>
    <w:p>
      <w:r>
        <w:rPr>
          <w:rFonts w:ascii="Courier New" w:hAnsi="Courier New"/>
          <w:color w:val="555555"/>
          <w:sz w:val="20"/>
        </w:rPr>
        <w:t>[5]</w:t>
      </w:r>
    </w:p>
    <w:p>
      <w:r>
        <w:rPr>
          <w:rFonts w:ascii="Gentium Plus" w:hAnsi="Gentium Plus"/>
          <w:sz w:val="24"/>
        </w:rPr>
        <w:t>μένη τῶν παρειῶν αὐτῆς ἥψατο.</w:t>
      </w:r>
    </w:p>
    <w:p>
      <w:r>
        <w:rPr>
          <w:rFonts w:ascii="Courier New" w:hAnsi="Courier New"/>
          <w:color w:val="555555"/>
          <w:sz w:val="20"/>
        </w:rPr>
        <w:t>[1 . 26 . 2]</w:t>
      </w:r>
    </w:p>
    <w:p>
      <w:r>
        <w:rPr>
          <w:rFonts w:ascii="Gentium Plus" w:hAnsi="Gentium Plus"/>
          <w:sz w:val="24"/>
        </w:rPr>
        <w:t>Ἡ δὲ οὐκ εἰδυῖα τὸ πραχθὲν μέγα βοήσασα τῶν ὕπνων ἐξέθορεν. Ἰδοῦσα δὲ καὶ τὴν χελιδόνα ἔτι πλησίον πετομένην καὶ τὸν Δάφνιν ἐπὶ τῷ δέει γελῶντα τοῦ φόβου μὲν ἐπαύσατο, τοὺς δὲ</w:t>
      </w:r>
    </w:p>
    <w:p>
      <w:r>
        <w:rPr>
          <w:rFonts w:ascii="Courier New" w:hAnsi="Courier New"/>
          <w:color w:val="555555"/>
          <w:sz w:val="20"/>
        </w:rPr>
        <w:t>[5]</w:t>
      </w:r>
    </w:p>
    <w:p>
      <w:r>
        <w:rPr>
          <w:rFonts w:ascii="Gentium Plus" w:hAnsi="Gentium Plus"/>
          <w:sz w:val="24"/>
        </w:rPr>
        <w:t>ὀφθαλμοὺς ἀπέματτεν ἔτι καθεύδειν θέλοντας.</w:t>
      </w:r>
    </w:p>
    <w:p>
      <w:r>
        <w:rPr>
          <w:rFonts w:ascii="Courier New" w:hAnsi="Courier New"/>
          <w:color w:val="555555"/>
          <w:sz w:val="20"/>
        </w:rPr>
        <w:t>[1 . 26 . 3]</w:t>
      </w:r>
    </w:p>
    <w:p>
      <w:r>
        <w:rPr>
          <w:rFonts w:ascii="Gentium Plus" w:hAnsi="Gentium Plus"/>
          <w:sz w:val="24"/>
        </w:rPr>
        <w:t>Καὶ ὁ τέττιξ ἐκ τῶν κόλπων ἐπήχησεν ὅμοιον ἱκέτῃ χάριν ὁμολο‐ γοῦντι τῆς σωτηρίας. Πάλιν οὖν ἡ Χλόη μέγα ἐβόησεν, ὁ δὲ Δάφνις ἐγέλασε· καὶ προφάσεως λαβόμενος καθῆκεν</w:t>
      </w:r>
    </w:p>
    <w:p>
      <w:r>
        <w:rPr>
          <w:rFonts w:ascii="Courier New" w:hAnsi="Courier New"/>
          <w:color w:val="555555"/>
          <w:sz w:val="20"/>
        </w:rPr>
        <w:t>[5]</w:t>
      </w:r>
    </w:p>
    <w:p>
      <w:r>
        <w:rPr>
          <w:rFonts w:ascii="Gentium Plus" w:hAnsi="Gentium Plus"/>
          <w:sz w:val="24"/>
        </w:rPr>
        <w:t>αὐτῆς εἰς τὰ στέρνα τὰς χεῖρας καὶ ἐξάγει τὸν βέλτιστον τέττιγα, μηδὲ ἐν τῇ δεξιᾷ σιωπῶντα. Ἡ δὲ ἥδετο ἰδοῦσα καὶ ἐφίλησε λαβοῦσα καὶ αὖθις ἐνέβαλε τῷ κόλπῳ λαλοῦντα.</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[1 . 27 . 1]</w:t>
      </w:r>
    </w:p>
    <w:p>
      <w:r>
        <w:rPr>
          <w:rFonts w:ascii="Gentium Plus" w:hAnsi="Gentium Plus"/>
          <w:sz w:val="24"/>
        </w:rPr>
        <w:t>Ἔτερψεν αὐτούς ποτε φάττα βουκολικὸν ἐκ τῆς ὕλης φθεγξαμένη. Καὶ τῆς Χλόης ξητούσης μαθεῖν ὅ τι λέγει, διδάσκει αὐτὴν ὁ Δάφνις μυθολογῶν τὰ θρυλούμενα.</w:t>
      </w:r>
    </w:p>
    <w:p>
      <w:r>
        <w:rPr>
          <w:rFonts w:ascii="Courier New" w:hAnsi="Courier New"/>
          <w:color w:val="555555"/>
          <w:sz w:val="20"/>
        </w:rPr>
        <w:t>[1 . 27 . 2]</w:t>
      </w:r>
    </w:p>
    <w:p>
      <w:r>
        <w:rPr>
          <w:rFonts w:ascii="Gentium Plus" w:hAnsi="Gentium Plus"/>
          <w:sz w:val="24"/>
        </w:rPr>
        <w:t>«Ἦν παρθένος, παρθένε, οὕτω καλὴ καὶ ἔνεμε βοῦς πολλὰς οὕτως ἐν ὕλῃ· ἦν δὲ ἄρα καὶ ᾠδικὴ καὶ ἐτέρποντο αἱ βόες αὐτῆς τῇ μουσικῇ, καὶ ἔνεμεν οὔτε καλαύροπος πληγῇ οὔτε κέντρου προσβολῇ, ἀλλὰ καθίσασα ὑπὸ πίτυν</w:t>
      </w:r>
    </w:p>
    <w:p>
      <w:r>
        <w:rPr>
          <w:rFonts w:ascii="Courier New" w:hAnsi="Courier New"/>
          <w:color w:val="555555"/>
          <w:sz w:val="20"/>
        </w:rPr>
        <w:t>[5]</w:t>
      </w:r>
    </w:p>
    <w:p>
      <w:r>
        <w:rPr>
          <w:rFonts w:ascii="Gentium Plus" w:hAnsi="Gentium Plus"/>
          <w:sz w:val="24"/>
        </w:rPr>
        <w:t>καὶ στεφανωσαμένη πίτυϊ ᾖδε Πᾶνα καὶ τὴν Πίτυν, καὶ αἱ βόες τῇ φωνῇ παρέμενον.</w:t>
      </w:r>
    </w:p>
    <w:p>
      <w:r>
        <w:rPr>
          <w:rFonts w:ascii="Courier New" w:hAnsi="Courier New"/>
          <w:color w:val="555555"/>
          <w:sz w:val="20"/>
        </w:rPr>
        <w:t>[1 . 27 . 3]</w:t>
      </w:r>
    </w:p>
    <w:p>
      <w:r>
        <w:rPr>
          <w:rFonts w:ascii="Gentium Plus" w:hAnsi="Gentium Plus"/>
          <w:sz w:val="24"/>
        </w:rPr>
        <w:t>Παῖς οὐ μακρὰν νέμων βοῦς, καὶ αὐτὸς καλὸς καὶ ᾠδικὸς ὡς ἡ παρθένος, φιλο‐ νεικήσας πρὸς τὴν μελῳδίαν, μείζονα ὡς ἀνήρ, ἡδεῖαν ὡς παῖς φωνὴν ἀντεπεδείξατο, καὶ τῶν βοῶν ὀκτὼ τὰς</w:t>
      </w:r>
    </w:p>
    <w:p>
      <w:r>
        <w:rPr>
          <w:rFonts w:ascii="Courier New" w:hAnsi="Courier New"/>
          <w:color w:val="555555"/>
          <w:sz w:val="20"/>
        </w:rPr>
        <w:t>[5]</w:t>
      </w:r>
    </w:p>
    <w:p>
      <w:r>
        <w:rPr>
          <w:rFonts w:ascii="Gentium Plus" w:hAnsi="Gentium Plus"/>
          <w:sz w:val="24"/>
        </w:rPr>
        <w:t>ἀρίστας ἐς τὴν ἰδίαν ἀγέλην θέλξας ἀπεβουκόλησεν.</w:t>
      </w:r>
    </w:p>
    <w:p>
      <w:r>
        <w:rPr>
          <w:rFonts w:ascii="Courier New" w:hAnsi="Courier New"/>
          <w:color w:val="555555"/>
          <w:sz w:val="20"/>
        </w:rPr>
        <w:t>[1 . 27 . 4]</w:t>
      </w:r>
    </w:p>
    <w:p>
      <w:r>
        <w:rPr>
          <w:rFonts w:ascii="Gentium Plus" w:hAnsi="Gentium Plus"/>
          <w:sz w:val="24"/>
        </w:rPr>
        <w:t>Ἄχθεται ἡ παρθένος τῇ βλάβῃ τῆς ἀγέλης, τῇ ἥττῃ τῆς ᾠδῆς, καὶ εὔχεται τοῖς θεοῖς ὄρνις γενέσθαι πρὶν οἴκαδε ἀφικέσθαι. Πείθονται οἱ θεοὶ καὶ ποιοῦσι τήνδε τὴν ὄρνιν, ὄρειον ὡς ἡ παρθένος, μουσικὴν ὡς ἐκείνη. Καὶ</w:t>
      </w:r>
    </w:p>
    <w:p>
      <w:r>
        <w:rPr>
          <w:rFonts w:ascii="Courier New" w:hAnsi="Courier New"/>
          <w:color w:val="555555"/>
          <w:sz w:val="20"/>
        </w:rPr>
        <w:t>[5]</w:t>
      </w:r>
    </w:p>
    <w:p>
      <w:r>
        <w:rPr>
          <w:rFonts w:ascii="Gentium Plus" w:hAnsi="Gentium Plus"/>
          <w:sz w:val="24"/>
        </w:rPr>
        <w:t>ἔτι νῦν ᾄδουσα μηνύει τὴν συμφοράν, ὅτι βοῦς ζητεῖ</w:t>
      </w:r>
    </w:p>
    <w:p>
      <w:r>
        <w:rPr>
          <w:rFonts w:ascii="Courier New" w:hAnsi="Courier New"/>
          <w:color w:val="555555"/>
          <w:sz w:val="20"/>
        </w:rPr>
        <w:t>[1 . 28 . 1]</w:t>
      </w:r>
    </w:p>
    <w:p>
      <w:r>
        <w:rPr>
          <w:rFonts w:ascii="Gentium Plus" w:hAnsi="Gentium Plus"/>
          <w:sz w:val="24"/>
        </w:rPr>
        <w:t>Τοιάσδε τέρψεις αὐτοῖς τὸ θέρος παρεῖχε. Μετοπώρου δὲ ἀκμάζοντος καὶ τοῦ βότρυος, Τύριοι λῃσταὶ Καρικὴν ἔχοντες ἡμιολίαν, ὡς ἂν μὴ δοκοῖεν βάρβαροι, προσέσχον τοῖς ἀγροῖς, καὶ ἐκβάντες σὺν μαχαίραις καὶ</w:t>
      </w:r>
    </w:p>
    <w:p>
      <w:r>
        <w:rPr>
          <w:rFonts w:ascii="Courier New" w:hAnsi="Courier New"/>
          <w:color w:val="555555"/>
          <w:sz w:val="20"/>
        </w:rPr>
        <w:t>[5]</w:t>
      </w:r>
    </w:p>
    <w:p>
      <w:r>
        <w:rPr>
          <w:rFonts w:ascii="Gentium Plus" w:hAnsi="Gentium Plus"/>
          <w:sz w:val="24"/>
        </w:rPr>
        <w:t>ἡμιθωρακίοις κατέσυρον πάντα τὰ εἰς χεῖρας ἐλθόντα, οἶνον ἀνθοσμίαν, πυρὸν ἄφθονον, μέλι ἐν κηρίοις· ἤλασάν τινας καὶ βοῦς ἐκ τῆς Δόρκωνος ἀγέλης.</w:t>
      </w:r>
    </w:p>
    <w:p>
      <w:r>
        <w:rPr>
          <w:rFonts w:ascii="Courier New" w:hAnsi="Courier New"/>
          <w:color w:val="555555"/>
          <w:sz w:val="20"/>
        </w:rPr>
        <w:t>[1 . 28 . 2]</w:t>
      </w:r>
    </w:p>
    <w:p>
      <w:r>
        <w:rPr>
          <w:rFonts w:ascii="Gentium Plus" w:hAnsi="Gentium Plus"/>
          <w:sz w:val="24"/>
        </w:rPr>
        <w:t>Λαμβάνουσι καὶ τὸν Δάφνιν ἀλύοντα περὶ τὴν θάλασσαν· ἡ γὰρ Χλόη βραδύτερον ὡς κόρη τὰ πρόβατα ἐξῆγε τοῦ Δρύαντος, φόβῳ τῶν ἀγερώχων ποιμένων. Ἰδόντες δὲ μειράκιον μέγα</w:t>
      </w:r>
    </w:p>
    <w:p>
      <w:r>
        <w:rPr>
          <w:rFonts w:ascii="Courier New" w:hAnsi="Courier New"/>
          <w:color w:val="555555"/>
          <w:sz w:val="20"/>
        </w:rPr>
        <w:t>[5]</w:t>
      </w:r>
    </w:p>
    <w:p>
      <w:r>
        <w:rPr>
          <w:rFonts w:ascii="Gentium Plus" w:hAnsi="Gentium Plus"/>
          <w:sz w:val="24"/>
        </w:rPr>
        <w:t>καὶ καλὸν καὶ κρεῖττον τῆς ἐξ ἀγρῶν ἁρπαγῆς, μηδέτι μηδὲν μηδὲ εἰς τὰς αἶγας μηδὲ εἰς τοὺς ἄλλους ἀγροὺς περιεργασάμενοι κατῆγον αὐτὸν ἐπὶ τὴν ναῦν κλάοντα καὶ ἠπορημένον καὶ μέγα Χλόην καλοῦντα.</w:t>
      </w:r>
    </w:p>
    <w:p>
      <w:r>
        <w:rPr>
          <w:rFonts w:ascii="Courier New" w:hAnsi="Courier New"/>
          <w:color w:val="555555"/>
          <w:sz w:val="20"/>
        </w:rPr>
        <w:t>[1 . 28 . 3]</w:t>
      </w:r>
    </w:p>
    <w:p>
      <w:r>
        <w:rPr>
          <w:rFonts w:ascii="Gentium Plus" w:hAnsi="Gentium Plus"/>
          <w:sz w:val="24"/>
        </w:rPr>
        <w:t>Καὶ οἱ μὲν ἄρτι τὸ πεῖσμα ἀπολύσαντες καὶ ταῖς κώπαις ἐμβαλόντες ἀπέπλεον εἰς τὸ πέλαγος· Χλόη δὲ κατήλαυνε τὸ ποίμνιον, σύριγγα καινὴν τῷ Δάφνιδι δῶρον κομίζουσα. Ἰδοῦσα δὲ</w:t>
      </w:r>
    </w:p>
    <w:p>
      <w:r>
        <w:rPr>
          <w:rFonts w:ascii="Courier New" w:hAnsi="Courier New"/>
          <w:color w:val="555555"/>
          <w:sz w:val="20"/>
        </w:rPr>
        <w:t>[5]</w:t>
      </w:r>
    </w:p>
    <w:p>
      <w:r>
        <w:rPr>
          <w:rFonts w:ascii="Gentium Plus" w:hAnsi="Gentium Plus"/>
          <w:sz w:val="24"/>
        </w:rPr>
        <w:t>τὰς αἶγας τεταραγμένας καὶ ἀκούσασα τοῦ Δάφνιδος ἀεὶ μεῖζον αὐτὴν βοῶντος, προβάτων μὲν ἀμελεῖ καὶ τὴν σύριγγα ῥίπτει, δρόμῳ δὲ πρὸς τὸν Δόρκωνα παραγίνεται δεησομένη βοηθεῖν.</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[1 . 29 . 1]</w:t>
      </w:r>
    </w:p>
    <w:p>
      <w:r>
        <w:rPr>
          <w:rFonts w:ascii="Gentium Plus" w:hAnsi="Gentium Plus"/>
          <w:sz w:val="24"/>
        </w:rPr>
        <w:t>Ὁ δὲ ἔκειτο πληγαῖς νεανικαῖς συγκεκομμέ‐ νος ὑπὸ τῶν λῃστῶν καὶ ὀλίγον ἐμπνέων, αἵματος πολ‐ λοῦ χεομένου. Ἰδὼν δὲ τὴν Χλόην καὶ ὀλίγον ἐκ τοῦ πρό‐ τερον ἔρωτος ἐμπύρευμα λαβὼν «ἐγὼ μὲν» εἶπε, «Χλόη,</w:t>
      </w:r>
    </w:p>
    <w:p>
      <w:r>
        <w:rPr>
          <w:rFonts w:ascii="Courier New" w:hAnsi="Courier New"/>
          <w:color w:val="555555"/>
          <w:sz w:val="20"/>
        </w:rPr>
        <w:t>[5]</w:t>
      </w:r>
    </w:p>
    <w:p>
      <w:r>
        <w:rPr>
          <w:rFonts w:ascii="Gentium Plus" w:hAnsi="Gentium Plus"/>
          <w:sz w:val="24"/>
        </w:rPr>
        <w:t>τεθνήξομαι μετ’ ὀλίγον· οἱ γάρ με ἀσεβεῖς λῃσταὶ πρὸ τῶν βοῶν μαχόμενον κατέκοψαν ὡς βοῦν.</w:t>
      </w:r>
    </w:p>
    <w:p>
      <w:r>
        <w:rPr>
          <w:rFonts w:ascii="Courier New" w:hAnsi="Courier New"/>
          <w:color w:val="555555"/>
          <w:sz w:val="20"/>
        </w:rPr>
        <w:t>[1 . 29 . 2]</w:t>
      </w:r>
    </w:p>
    <w:p>
      <w:r>
        <w:rPr>
          <w:rFonts w:ascii="Gentium Plus" w:hAnsi="Gentium Plus"/>
          <w:sz w:val="24"/>
        </w:rPr>
        <w:t>Σὺ δέ μοι καὶ Δάφνιν σῶσον κἀμοὶ τιμώρησον κἀκείνους ἀπόλεσον. Ἐπαίδευσα τὰς βοῦς ἤχῳ σύριγγος ἀκολουθεῖν καὶ διώ‐ κειν τὸ μέλος αὐτῆς, κἂν νέμωνταί ποι μακράν. Ἴθι δή,</w:t>
      </w:r>
    </w:p>
    <w:p>
      <w:r>
        <w:rPr>
          <w:rFonts w:ascii="Courier New" w:hAnsi="Courier New"/>
          <w:color w:val="555555"/>
          <w:sz w:val="20"/>
        </w:rPr>
        <w:t>[5]</w:t>
      </w:r>
    </w:p>
    <w:p>
      <w:r>
        <w:rPr>
          <w:rFonts w:ascii="Gentium Plus" w:hAnsi="Gentium Plus"/>
          <w:sz w:val="24"/>
        </w:rPr>
        <w:t>λαβοῦσα τὴν σύριγγα ταύτην ἔμπνευσον αὐτῇ μέλος ἐκεῖνο, ὃ Δάφνιν μὲν ἐγώ ποτε ἐδιδαξάμην, σὲ δὲ Δάφνις· τὸ δὲ ἐντεῦθεν τῇ σύριγγι μελήσει καὶ τῶν βοῶν ταῖς ἐκεῖ.</w:t>
      </w:r>
    </w:p>
    <w:p>
      <w:r>
        <w:rPr>
          <w:rFonts w:ascii="Courier New" w:hAnsi="Courier New"/>
          <w:color w:val="555555"/>
          <w:sz w:val="20"/>
        </w:rPr>
        <w:t>[1 . 29 . 3]</w:t>
      </w:r>
    </w:p>
    <w:p>
      <w:r>
        <w:rPr>
          <w:rFonts w:ascii="Gentium Plus" w:hAnsi="Gentium Plus"/>
          <w:sz w:val="24"/>
        </w:rPr>
        <w:t>Χαρίζομαι δέ σοι καὶ τὴν σύριγγα αὐτήν, ᾖ πολλοὺς ἐρίζων καὶ βουκόλους ἐνίκησα καὶ αἰπόλους. Σὺ δὲ ἀντὶ τῶνδε καὶ ζῶντα ἔτι φίλησον καὶ ἀποθανόντα κλαῦσον· κἂν ἴδῃς ἄλλον νέμοντα τὰς βοῦς, ἐμοῦ μνημόνευσον.»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 . 30 . 1]</w:t>
      </w:r>
    </w:p>
    <w:p>
      <w:r>
        <w:rPr>
          <w:rFonts w:ascii="Gentium Plus" w:hAnsi="Gentium Plus"/>
          <w:sz w:val="24"/>
        </w:rPr>
        <w:t>Δόρκων μὲν 〈δὴ〉 τοσαῦτα εἰπὼν καὶ φίλημα φιλήσας ὕστατον ἀφῆκεν ἅμα τῷ φιλήματι καὶ τῇ φωνῇ τὴν ψυχήν· ἡ δὲ Χλόη λαβοῦσα τὴν σύριγγα καὶ ἐνθεῖσα τοῖς χείλεσιν ἐσύριζε μέγιστον ὡς ἠδύνατο· καὶ αἱ βόες</w:t>
      </w:r>
    </w:p>
    <w:p>
      <w:r>
        <w:rPr>
          <w:rFonts w:ascii="Courier New" w:hAnsi="Courier New"/>
          <w:color w:val="555555"/>
          <w:sz w:val="20"/>
        </w:rPr>
        <w:t>[5]</w:t>
      </w:r>
    </w:p>
    <w:p>
      <w:r>
        <w:rPr>
          <w:rFonts w:ascii="Gentium Plus" w:hAnsi="Gentium Plus"/>
          <w:sz w:val="24"/>
        </w:rPr>
        <w:t>ἀκούουσι καὶ τὸ μέλος γνωρίζουσι καὶ ὁρμῇ μιᾷ μυκησά‐ μεναι πηδῶσιν εἰς τὴν θάλασσαν.</w:t>
      </w:r>
    </w:p>
    <w:p>
      <w:r>
        <w:rPr>
          <w:rFonts w:ascii="Courier New" w:hAnsi="Courier New"/>
          <w:color w:val="555555"/>
          <w:sz w:val="20"/>
        </w:rPr>
        <w:t>[1 . 30 . 2]</w:t>
      </w:r>
    </w:p>
    <w:p>
      <w:r>
        <w:rPr>
          <w:rFonts w:ascii="Gentium Plus" w:hAnsi="Gentium Plus"/>
          <w:sz w:val="24"/>
        </w:rPr>
        <w:t>Βιαίου δὲ πηδή‐ ματος εἰς ἕνα τοῖχον τῆς νεὼς γενομένου καὶ ἐκ τῆς ἐμπτώσεως τῶν βοῶν κοίλης τῆς θαλάσσης διαστάσης τρέπεται μὲν ἡ ναῦς καὶ τοῦ κλύδωνος συνιόντος ἀπόλ‐</w:t>
      </w:r>
    </w:p>
    <w:p>
      <w:r>
        <w:rPr>
          <w:rFonts w:ascii="Courier New" w:hAnsi="Courier New"/>
          <w:color w:val="555555"/>
          <w:sz w:val="20"/>
        </w:rPr>
        <w:t>[5]</w:t>
      </w:r>
    </w:p>
    <w:p>
      <w:r>
        <w:rPr>
          <w:rFonts w:ascii="Gentium Plus" w:hAnsi="Gentium Plus"/>
          <w:sz w:val="24"/>
        </w:rPr>
        <w:t>λυται, οἱ δὲ ἐκπίπτουσιν οὐχ ὁμοίαν ἔχοντες ἐλπίδα σωτη‐ ρίας.</w:t>
      </w:r>
    </w:p>
    <w:p>
      <w:r>
        <w:rPr>
          <w:rFonts w:ascii="Courier New" w:hAnsi="Courier New"/>
          <w:color w:val="555555"/>
          <w:sz w:val="20"/>
        </w:rPr>
        <w:t>[1 . 30 . 3]</w:t>
      </w:r>
    </w:p>
    <w:p>
      <w:r>
        <w:rPr>
          <w:rFonts w:ascii="Gentium Plus" w:hAnsi="Gentium Plus"/>
          <w:sz w:val="24"/>
        </w:rPr>
        <w:t>Οἱ μὲν γὰρ λῃσταὶ τὰς μαχαίρας παρήρτηντο καὶ τὰ ἡμιθωράκια 〈τὰ〉 λεπιδωτὰ ἐνεδέδυντο καὶ κνημῖ‐ δας εἰς μέσην κνήμην ὑπεδέδεντο· ὁ δὲ Δάφνις ἀνυπό‐</w:t>
      </w:r>
    </w:p>
    <w:p>
      <w:r>
        <w:rPr>
          <w:rFonts w:ascii="Courier New" w:hAnsi="Courier New"/>
          <w:color w:val="555555"/>
          <w:sz w:val="20"/>
        </w:rPr>
        <w:t>[5]</w:t>
      </w:r>
    </w:p>
    <w:p>
      <w:r>
        <w:rPr>
          <w:rFonts w:ascii="Gentium Plus" w:hAnsi="Gentium Plus"/>
          <w:sz w:val="24"/>
        </w:rPr>
        <w:t>ὥρας οὔσης καύματος.</w:t>
      </w:r>
    </w:p>
    <w:p>
      <w:r>
        <w:rPr>
          <w:rFonts w:ascii="Courier New" w:hAnsi="Courier New"/>
          <w:color w:val="555555"/>
          <w:sz w:val="20"/>
        </w:rPr>
        <w:t>[1 . 30 . 4]</w:t>
      </w:r>
    </w:p>
    <w:p>
      <w:r>
        <w:rPr>
          <w:rFonts w:ascii="Gentium Plus" w:hAnsi="Gentium Plus"/>
          <w:sz w:val="24"/>
        </w:rPr>
        <w:t>Ἐκείνους μὲν οὖν ἐπ’ ὀλίγον νηξαμένους τὰ ὅπλα κατήνεγκεν εἰς βυθόν· ὁ δὲ Δάφνις τὴν μὲν ἐσθῆτα ῥᾳδίως ἀπεδύσατο, περὶ δὲ τὴν νῆξιν ἔκαμνεν, οἷα πρότερον νηχόμενος ἐν ποταμοῖς μόνοις·</w:t>
      </w:r>
    </w:p>
    <w:p>
      <w:r>
        <w:rPr>
          <w:rFonts w:ascii="Courier New" w:hAnsi="Courier New"/>
          <w:color w:val="555555"/>
          <w:sz w:val="20"/>
        </w:rPr>
        <w:t>[1 . 30 . 5]</w:t>
      </w:r>
    </w:p>
    <w:p>
      <w:r>
        <w:rPr>
          <w:rFonts w:ascii="Gentium Plus" w:hAnsi="Gentium Plus"/>
          <w:sz w:val="24"/>
        </w:rPr>
        <w:t>ὕστερον δὲ παρὰ τῆς ἀνάγκης τὸ πρακτέον διδαχθεὶς εἰς μέσας ὥρμησε τὰς βοῦς, καὶ βοῶν δύο κεράτων ταῖς δύο χερσὶ λαβόμενος ἐκομίζετο μέσος ἀλύπως καὶ ἀπόνως, ὥσπερ ἐλαύνων ἅμαξαν.</w:t>
      </w:r>
    </w:p>
    <w:p>
      <w:r>
        <w:rPr>
          <w:rFonts w:ascii="Courier New" w:hAnsi="Courier New"/>
          <w:color w:val="555555"/>
          <w:sz w:val="20"/>
        </w:rPr>
        <w:t>[1 . 30 . 6]</w:t>
      </w:r>
    </w:p>
    <w:p>
      <w:r>
        <w:rPr>
          <w:rFonts w:ascii="Gentium Plus" w:hAnsi="Gentium Plus"/>
          <w:sz w:val="24"/>
        </w:rPr>
        <w:t>[Νήχεται δὲ ἄρα βοῦς ὅσον οὐδὲ ἄνθρωπος· μόνων λείπεται τῶν ἐνύδρων ὀρνίθων καὶ αὖ τῶν ἰχθύων· οὐδ’ ἂν ἀπόλοιτο βοῦς νηχόμενος, εἰ μὴ τῶν χηλῶν οἱ ὄνυχες περιπέσοιεν διάβροχοι γενόμενοι.</w:t>
      </w:r>
    </w:p>
    <w:p>
      <w:r>
        <w:rPr>
          <w:rFonts w:ascii="Courier New" w:hAnsi="Courier New"/>
          <w:color w:val="555555"/>
          <w:sz w:val="20"/>
        </w:rPr>
        <w:t>[5]</w:t>
      </w:r>
    </w:p>
    <w:p>
      <w:r>
        <w:rPr>
          <w:rFonts w:ascii="Gentium Plus" w:hAnsi="Gentium Plus"/>
          <w:sz w:val="24"/>
        </w:rPr>
        <w:t>Μαρτυροῦσι τῷ λόγῳ μέχρι νῦν πολλοὶ τόποι τῆς θαλάσ‐ σης, βοὸς πόροι λεγόμενοι.]</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[1 . 31 . 1]</w:t>
      </w:r>
    </w:p>
    <w:p>
      <w:r>
        <w:rPr>
          <w:rFonts w:ascii="Gentium Plus" w:hAnsi="Gentium Plus"/>
          <w:sz w:val="24"/>
        </w:rPr>
        <w:t>Ἐκσῴζεται μὲν δὴ τὸν τρόπον τοῦτον ὁ Δάφνις, δύο κινδύνους παρ’ ἐλπίδα πᾶσαν διαφυγών, λῃστηρίου καὶ ναυαγίου· ἐξελθὼν δὲ καὶ τὴν Χλόην ἐπὶ τῆς γῆς γελῶσαν ἅμα καὶ δακρύουσαν εὑρὼν ἐμπίπτει τε</w:t>
      </w:r>
    </w:p>
    <w:p>
      <w:r>
        <w:rPr>
          <w:rFonts w:ascii="Courier New" w:hAnsi="Courier New"/>
          <w:color w:val="555555"/>
          <w:sz w:val="20"/>
        </w:rPr>
        <w:t>[5]</w:t>
      </w:r>
    </w:p>
    <w:p>
      <w:r>
        <w:rPr>
          <w:rFonts w:ascii="Gentium Plus" w:hAnsi="Gentium Plus"/>
          <w:sz w:val="24"/>
        </w:rPr>
        <w:t>αὐτῆς τοῖς κόλποις καὶ ἐπυνθάνετο τί βουλομένη συρί‐ σειεν·</w:t>
      </w:r>
    </w:p>
    <w:p>
      <w:r>
        <w:rPr>
          <w:rFonts w:ascii="Courier New" w:hAnsi="Courier New"/>
          <w:color w:val="555555"/>
          <w:sz w:val="20"/>
        </w:rPr>
        <w:t>[1 . 31 . 2]</w:t>
      </w:r>
    </w:p>
    <w:p>
      <w:r>
        <w:rPr>
          <w:rFonts w:ascii="Gentium Plus" w:hAnsi="Gentium Plus"/>
          <w:sz w:val="24"/>
        </w:rPr>
        <w:t>ἡ δὲ αὐτῷ διηγεῖται πάντα· τὸν δρόμον τὸν ἐπὶ τὸν Δόρκωνα, τὸ παίδευμα τὸ τῶν βοῶν, πῶς κελευσ‐ θείη συρίσαι, καὶ ὅτι τέθνηκε Δόρκων· μόνον αἰδεσθεῖσα τὸ φίλημα οὐκ εἶπεν. Ἔδοξε δὴ τιμῆσαι τὸν εὐεργέτην,</w:t>
      </w:r>
    </w:p>
    <w:p>
      <w:r>
        <w:rPr>
          <w:rFonts w:ascii="Courier New" w:hAnsi="Courier New"/>
          <w:color w:val="555555"/>
          <w:sz w:val="20"/>
        </w:rPr>
        <w:t>[5]</w:t>
      </w:r>
    </w:p>
    <w:p>
      <w:r>
        <w:rPr>
          <w:rFonts w:ascii="Gentium Plus" w:hAnsi="Gentium Plus"/>
          <w:sz w:val="24"/>
        </w:rPr>
        <w:t>καὶ ἐλθόντες μετὰ τῶν προσηκόντων Δόρκωνα θάπτουσι τὸν ἄθλιον.</w:t>
      </w:r>
    </w:p>
    <w:p>
      <w:r>
        <w:rPr>
          <w:rFonts w:ascii="Courier New" w:hAnsi="Courier New"/>
          <w:color w:val="555555"/>
          <w:sz w:val="20"/>
        </w:rPr>
        <w:t>[1 . 31 . 3]</w:t>
      </w:r>
    </w:p>
    <w:p>
      <w:r>
        <w:rPr>
          <w:rFonts w:ascii="Gentium Plus" w:hAnsi="Gentium Plus"/>
          <w:sz w:val="24"/>
        </w:rPr>
        <w:t>Γῆν μὲν οὖν πολλὴν ἐπέθεσαν, φυτὰ δὲ ἥμερα πολλὰ ἐφύτευσαν καὶ ἐξήρτησαν αὐτῷ τῶν ἔργων</w:t>
      </w:r>
    </w:p>
    <w:p>
      <w:r>
        <w:rPr>
          <w:rFonts w:ascii="Courier New" w:hAnsi="Courier New"/>
          <w:color w:val="555555"/>
          <w:sz w:val="20"/>
        </w:rPr>
        <w:t>[1 . 31 . 4]</w:t>
      </w:r>
    </w:p>
    <w:p>
      <w:r>
        <w:rPr>
          <w:rFonts w:ascii="Gentium Plus" w:hAnsi="Gentium Plus"/>
          <w:sz w:val="24"/>
        </w:rPr>
        <w:t>Ἠκούσθη καὶ τῶν βοῶν ἐλεεινὰ μυκήματα καὶ δρόμοι τινὲς ὤφθησαν ἅμα τοῖς μυκήμασιν ἄτακτοι· καὶ ὡς ἐν ποιμέσιν εἰκάζετο καὶ αἰπό‐ λοις, ταῦτα θρῆνος ἦν τῶν βοῶν ἐπὶ βουκόλῳ τετελευτηκότι.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 . 32 . 1]</w:t>
      </w:r>
    </w:p>
    <w:p>
      <w:r>
        <w:rPr>
          <w:rFonts w:ascii="Gentium Plus" w:hAnsi="Gentium Plus"/>
          <w:sz w:val="24"/>
        </w:rPr>
        <w:t>Μετὰ δὲ τὸν Δόρκωνος τάφον λούει τὸν Δάφνιν ἡ Χλόη πρὸς τὰς Νύμφας ἀγαγοῦσα [εἰς τὸ ἄντρον εἰσαγαγοῦσα]. Καὶ αὐτὴ τότε πρῶτον Δάφνιδος ὁρῶντος ἐλούσατο τὸ σῶμα λευκὸν καὶ καθαρὸν ὑπὸ κάλλους καὶ</w:t>
      </w:r>
    </w:p>
    <w:p>
      <w:r>
        <w:rPr>
          <w:rFonts w:ascii="Courier New" w:hAnsi="Courier New"/>
          <w:color w:val="555555"/>
          <w:sz w:val="20"/>
        </w:rPr>
        <w:t>[5]</w:t>
      </w:r>
    </w:p>
    <w:p>
      <w:r>
        <w:rPr>
          <w:rFonts w:ascii="Gentium Plus" w:hAnsi="Gentium Plus"/>
          <w:sz w:val="24"/>
        </w:rPr>
        <w:t>οὐδὲν λουτρῶν ἐς κάλλος δεόμενον·</w:t>
      </w:r>
    </w:p>
    <w:p>
      <w:r>
        <w:rPr>
          <w:rFonts w:ascii="Courier New" w:hAnsi="Courier New"/>
          <w:color w:val="555555"/>
          <w:sz w:val="20"/>
        </w:rPr>
        <w:t>[1 . 32 . 2]</w:t>
      </w:r>
    </w:p>
    <w:p>
      <w:r>
        <w:rPr>
          <w:rFonts w:ascii="Gentium Plus" w:hAnsi="Gentium Plus"/>
          <w:sz w:val="24"/>
        </w:rPr>
        <w:t>καὶ ἄνθη τε συλ‐ λέξαντες, ὅσα [ἄνθη] τῆς ὥρας ἐκείνης, ἐστεφάνωσαν τὰ ἀγάλματα καὶ τὴν τοῦ Δόρκωνος σύριγγα τῆς πέτρας ἐξήρ‐ τησαν ἀνάθημα. Καὶ μετὰ τοῦτο ἐλθόντες ἐπεσκόπουν</w:t>
      </w:r>
    </w:p>
    <w:p>
      <w:r>
        <w:rPr>
          <w:rFonts w:ascii="Courier New" w:hAnsi="Courier New"/>
          <w:color w:val="555555"/>
          <w:sz w:val="20"/>
        </w:rPr>
        <w:t>[5]</w:t>
      </w:r>
    </w:p>
    <w:p>
      <w:r>
        <w:rPr>
          <w:rFonts w:ascii="Gentium Plus" w:hAnsi="Gentium Plus"/>
          <w:sz w:val="24"/>
        </w:rPr>
        <w:t>τὰς αἶγας καὶ τὰ πρόβατα.</w:t>
      </w:r>
    </w:p>
    <w:p>
      <w:r>
        <w:rPr>
          <w:rFonts w:ascii="Courier New" w:hAnsi="Courier New"/>
          <w:color w:val="555555"/>
          <w:sz w:val="20"/>
        </w:rPr>
        <w:t>[1 . 32 . 3]</w:t>
      </w:r>
    </w:p>
    <w:p>
      <w:r>
        <w:rPr>
          <w:rFonts w:ascii="Gentium Plus" w:hAnsi="Gentium Plus"/>
          <w:sz w:val="24"/>
        </w:rPr>
        <w:t>Τὰ δὲ πάντα κατέκειτο μήτε νεμόμενα μήτε βληχώμενα, ἀλλ’, οἶμαι, τὸν Δάφνιν καὶ τὴν Χλόην ἀφανεῖς ὄντας ποθοῦντα. Ἐπεὶ γοῦν ὀφθέντες καὶ ἐβόησαν τὸ σύνηθες καὶ ἐσύρισαν, τὰ μὲν</w:t>
      </w:r>
    </w:p>
    <w:p>
      <w:r>
        <w:rPr>
          <w:rFonts w:ascii="Courier New" w:hAnsi="Courier New"/>
          <w:color w:val="555555"/>
          <w:sz w:val="20"/>
        </w:rPr>
        <w:t>[5]</w:t>
      </w:r>
    </w:p>
    <w:p>
      <w:r>
        <w:rPr>
          <w:rFonts w:ascii="Gentium Plus" w:hAnsi="Gentium Plus"/>
          <w:sz w:val="24"/>
        </w:rPr>
        <w:t>〈πρόβατα〉 ἀναστάντα ἐνέμετο, αἱ δὲ αἶγες ἐσκίρτων φρι‐ μασσόμεναι, καθάπερ ἡδόμεναι σωτηρίᾳ συνήθους αἰπό‐ λου.</w:t>
      </w:r>
    </w:p>
    <w:p>
      <w:r>
        <w:rPr>
          <w:rFonts w:ascii="Courier New" w:hAnsi="Courier New"/>
          <w:color w:val="555555"/>
          <w:sz w:val="20"/>
        </w:rPr>
        <w:t>[1 . 32 . 4]</w:t>
      </w:r>
    </w:p>
    <w:p>
      <w:r>
        <w:rPr>
          <w:rFonts w:ascii="Gentium Plus" w:hAnsi="Gentium Plus"/>
          <w:sz w:val="24"/>
        </w:rPr>
        <w:t>Οὐ μὴν ὁ Δάφνις χαίρειν ἔπειθε τὴν ψυχήν, ἰδὼν τὴν Χλόην γυμνὴν καὶ τὸ πρότερον λανθάνον κάλλος ἐκκε‐ καλυμμένον. Ἤλγει τὴν καρδίαν ὡς ἐσθιομένην ὑπὸ φαρ‐ μάκων, καὶ αὐτῷ τὸ πνεῦμα ποτὲ μὲν λάβρον ἐξέπνει,</w:t>
      </w:r>
    </w:p>
    <w:p>
      <w:r>
        <w:rPr>
          <w:rFonts w:ascii="Courier New" w:hAnsi="Courier New"/>
          <w:color w:val="555555"/>
          <w:sz w:val="20"/>
        </w:rPr>
        <w:t>[5]</w:t>
      </w:r>
    </w:p>
    <w:p>
      <w:r>
        <w:rPr>
          <w:rFonts w:ascii="Gentium Plus" w:hAnsi="Gentium Plus"/>
          <w:sz w:val="24"/>
        </w:rPr>
        <w:t>καθάπερ τινὸς διώκοντος αὐτόν, ποτὲ δὲ ἐπέλειπε, καθά‐ περ ἐκδαπανηθὲν ἐν ταῖς προτέραις ἐπιδρομαῖς. Ἐδόκει τὸ λουτρὸν εἶναι τῆς θαλάσσης φοβερώτερον· ἐνόμιζε τὴν ψυχὴν ἔτι παρὰ τοῖς λῃσταῖς μένειν, οἷα νέος καὶ ἄγροι‐</w:t>
      </w:r>
    </w:p>
    <w:p>
      <w:r>
        <w:rPr>
          <w:rFonts w:ascii="Courier New" w:hAnsi="Courier New"/>
          <w:color w:val="555555"/>
          <w:sz w:val="20"/>
        </w:rPr>
        <w:t>[2 . 1 . 1]</w:t>
      </w:r>
    </w:p>
    <w:p>
      <w:r>
        <w:rPr>
          <w:rFonts w:ascii="Gentium Plus" w:hAnsi="Gentium Plus"/>
          <w:sz w:val="24"/>
        </w:rPr>
        <w:t>Ἤδη δὲ τῆς ὀπώρας ἀκμαζούσης καὶ ἐπείγοντος τοῦ τρυγητοῦ πᾶς ἦν κατὰ τοὺς ἀγροὺς ἐν ἔργῳ· ὁ μὲν ληνοὺς ἐπεσκεύαζεν, ὁ δὲ πίθους ἐξεκάθαιρεν, ὁ δὲ ἀρρί‐ χους ἔπλεκεν·</w:t>
      </w:r>
    </w:p>
    <w:p>
      <w:r>
        <w:rPr>
          <w:rFonts w:ascii="Courier New" w:hAnsi="Courier New"/>
          <w:color w:val="555555"/>
          <w:sz w:val="20"/>
        </w:rPr>
        <w:t>[2 . 1 . 2]</w:t>
      </w:r>
    </w:p>
    <w:p>
      <w:r>
        <w:rPr>
          <w:rFonts w:ascii="Gentium Plus" w:hAnsi="Gentium Plus"/>
          <w:sz w:val="24"/>
        </w:rPr>
        <w:t>ἔμελέ τινι δρεπάνης μικρᾶς ἐς βότρυος τομὴν καὶ ἑτέρῳ λίθου θλῖψαι τὰ ἔνοινα τῶν βοτρύων δυναμένου καὶ ἄλλῳ λύγου ξηρᾶς πληγαῖς κατεξασμένης, ὡς ἂν ὑπὸ φωτὶ νύκτωρ τὸ γλεῦκος φέροιτο.</w:t>
      </w:r>
    </w:p>
    <w:p>
      <w:r>
        <w:rPr>
          <w:rFonts w:ascii="Courier New" w:hAnsi="Courier New"/>
          <w:color w:val="555555"/>
          <w:sz w:val="20"/>
        </w:rPr>
        <w:t>[2 . 1 . 3]</w:t>
      </w:r>
    </w:p>
    <w:p>
      <w:r>
        <w:rPr>
          <w:rFonts w:ascii="Gentium Plus" w:hAnsi="Gentium Plus"/>
          <w:sz w:val="24"/>
        </w:rPr>
        <w:t>Ἀμελή‐ σαντες οὖν καὶ ὁ Δάφνις καὶ ἡ Χλόη τῶν αἰγῶν καὶ τῶν προβάτων, χειρὸς ὠφέλειαν ἄλλοις μετεδίδοσαν. Ὁ μὲν ἐβάσταζεν ἐν ἀρρίχοις βότρυς καὶ ἐπάτει ταῖς ληνοῖς</w:t>
      </w:r>
    </w:p>
    <w:p>
      <w:r>
        <w:rPr>
          <w:rFonts w:ascii="Courier New" w:hAnsi="Courier New"/>
          <w:color w:val="555555"/>
          <w:sz w:val="20"/>
        </w:rPr>
        <w:t>[5]</w:t>
      </w:r>
    </w:p>
    <w:p>
      <w:r>
        <w:rPr>
          <w:rFonts w:ascii="Gentium Plus" w:hAnsi="Gentium Plus"/>
          <w:sz w:val="24"/>
        </w:rPr>
        <w:t>ἐμβαλὼν καὶ εἰς τοὺς πίθους ἔφερε τὸν οἶνον· ἡ δὲ τρο‐ φὴν παρεσκεύαζε τοῖς τρυγῶσι καὶ ἐνέχει ποτὸν αὐτοῖς πρεσβύτερον οἶνον καὶ τῶν ἀμπέλων δὲ τὰς ταπεινοτέρας ἀπετρύγα.</w:t>
      </w:r>
    </w:p>
    <w:p>
      <w:r>
        <w:rPr>
          <w:rFonts w:ascii="Courier New" w:hAnsi="Courier New"/>
          <w:color w:val="555555"/>
          <w:sz w:val="20"/>
        </w:rPr>
        <w:t>[2 . 1 . 4]</w:t>
      </w:r>
    </w:p>
    <w:p>
      <w:r>
        <w:rPr>
          <w:rFonts w:ascii="Gentium Plus" w:hAnsi="Gentium Plus"/>
          <w:sz w:val="24"/>
        </w:rPr>
        <w:t>Πᾶσα γὰρ κατὰ τὴν Λέσβον ἡ ἄμπελος ταπεινή, οὐ μετέωρος οὐδὲ ἀναδενδράς, ἀλλὰ κάτω τὰ κλήματα ἀποτείνουσα καὶ ὥσπερ κιττὸς νεμομένη· καὶ παῖς ἂν ἐφίκοιτο βότρυος ἄρτι τὰς χεῖρας ἐκ σπαργάνων</w:t>
      </w:r>
    </w:p>
    <w:p>
      <w:r>
        <w:rPr>
          <w:rFonts w:ascii="Courier New" w:hAnsi="Courier New"/>
          <w:color w:val="555555"/>
          <w:sz w:val="20"/>
        </w:rPr>
        <w:t>[5]</w:t>
      </w:r>
    </w:p>
    <w:p>
      <w:r>
        <w:rPr>
          <w:rFonts w:ascii="Gentium Plus" w:hAnsi="Gentium Plus"/>
          <w:sz w:val="24"/>
        </w:rPr>
        <w:t>λελυμένος.</w:t>
      </w:r>
    </w:p>
    <w:p>
      <w:r>
        <w:rPr>
          <w:rFonts w:ascii="Courier New" w:hAnsi="Courier New"/>
          <w:color w:val="555555"/>
          <w:sz w:val="20"/>
        </w:rPr>
        <w:t>[2 . 2 . 1]</w:t>
      </w:r>
    </w:p>
    <w:p>
      <w:r>
        <w:rPr>
          <w:rFonts w:ascii="Gentium Plus" w:hAnsi="Gentium Plus"/>
          <w:sz w:val="24"/>
        </w:rPr>
        <w:t>Οἷον οὖν εἰκὸς ἐν ἑορτῇ Διονύσου καὶ οἴνου γενέ‐ σει αἱ μὲν γυναῖκες ἐκ τῶν πλησίον ἀγρῶν εἰς ἐπικουρίαν κεκλημέναι τῷ Δάφνιδι τοὺς ὀφθαλμοὺς ἐπέβαλλον καὶ ἐπῄνουν ὡς ὅμοιον τῷ Διονύσῳ τὸ κάλλος· καί τις τῶν</w:t>
      </w:r>
    </w:p>
    <w:p>
      <w:r>
        <w:rPr>
          <w:rFonts w:ascii="Courier New" w:hAnsi="Courier New"/>
          <w:color w:val="555555"/>
          <w:sz w:val="20"/>
        </w:rPr>
        <w:t>[5]</w:t>
      </w:r>
    </w:p>
    <w:p>
      <w:r>
        <w:rPr>
          <w:rFonts w:ascii="Gentium Plus" w:hAnsi="Gentium Plus"/>
          <w:sz w:val="24"/>
        </w:rPr>
        <w:t>θρασυτέρων καὶ ἐφίλησε καὶ τὸν Δάφνιν παρώξυνε, τὴν δὲ Χλόην ἐλύπησεν·</w:t>
      </w:r>
    </w:p>
    <w:p>
      <w:r>
        <w:rPr>
          <w:rFonts w:ascii="Courier New" w:hAnsi="Courier New"/>
          <w:color w:val="555555"/>
          <w:sz w:val="20"/>
        </w:rPr>
        <w:t>[2 . 2 . 2]</w:t>
      </w:r>
    </w:p>
    <w:p>
      <w:r>
        <w:rPr>
          <w:rFonts w:ascii="Gentium Plus" w:hAnsi="Gentium Plus"/>
          <w:sz w:val="24"/>
        </w:rPr>
        <w:t>οἱ δὲ ἐν ταῖς ληνοῖς ποικίλας φωνὰς ἔρριπτον ἐπὶ τὴν Χλόην καὶ ὥσπερ ἐπί τινα Βάκχην Σάτυροι μανικώτερον ἐπήδων καὶ ηὔχοντο γενέσθαι ποίμ‐ νια καὶ ὑπ’ ἐκείνης νέμεσθαι· ὥστε αὖ πάλιν ἡ μὲν ἥδετο,</w:t>
      </w:r>
    </w:p>
    <w:p>
      <w:r>
        <w:rPr>
          <w:rFonts w:ascii="Courier New" w:hAnsi="Courier New"/>
          <w:color w:val="555555"/>
          <w:sz w:val="20"/>
        </w:rPr>
        <w:t>[5]</w:t>
      </w:r>
    </w:p>
    <w:p>
      <w:r>
        <w:rPr>
          <w:rFonts w:ascii="Gentium Plus" w:hAnsi="Gentium Plus"/>
          <w:sz w:val="24"/>
        </w:rPr>
        <w:t>Δάφνις δὲ ἐλυπεῖτο.</w:t>
      </w:r>
    </w:p>
    <w:p>
      <w:r>
        <w:rPr>
          <w:rFonts w:ascii="Courier New" w:hAnsi="Courier New"/>
          <w:color w:val="555555"/>
          <w:sz w:val="20"/>
        </w:rPr>
        <w:t>[2 . 2 . 3]</w:t>
      </w:r>
    </w:p>
    <w:p>
      <w:r>
        <w:rPr>
          <w:rFonts w:ascii="Gentium Plus" w:hAnsi="Gentium Plus"/>
          <w:sz w:val="24"/>
        </w:rPr>
        <w:t>Ηὔχοντο δὲ δὴ ταχέως παύσασ‐ θαι τὸν τρυγητὸν καὶ λαβέσθαι τῶν συνήθων χωρίων καὶ ἀντὶ τῆς ἀμούσου βοῆς ἀκούειν σύριγγος ἢ τῶν ποιμνίων αὐτῶν βληχωμένων.</w:t>
      </w:r>
    </w:p>
    <w:p>
      <w:r>
        <w:rPr>
          <w:rFonts w:ascii="Courier New" w:hAnsi="Courier New"/>
          <w:color w:val="555555"/>
          <w:sz w:val="20"/>
        </w:rPr>
        <w:t>[2 . 2 . 4]</w:t>
      </w:r>
    </w:p>
    <w:p>
      <w:r>
        <w:rPr>
          <w:rFonts w:ascii="Gentium Plus" w:hAnsi="Gentium Plus"/>
          <w:sz w:val="24"/>
        </w:rPr>
        <w:t>Καὶ ἐπεὶ διαγενομένων ὀλίγων ἡμερῶν αἱ μὲν ἄμπελοι τετρύγηντο, πίθοι δὲ τὸ γλεῦκος εἶχον, ἔδει δὲ οὐκέτ’ οὐδὲν πολυχειρίας, κατήλαυνον τὰς ἀγέλας εἰς τὸ πεδίον καὶ μάλα χαίροντες τὰς Νύμφας</w:t>
      </w:r>
    </w:p>
    <w:p>
      <w:r>
        <w:rPr>
          <w:rFonts w:ascii="Courier New" w:hAnsi="Courier New"/>
          <w:color w:val="555555"/>
          <w:sz w:val="20"/>
        </w:rPr>
        <w:t>[5]</w:t>
      </w:r>
    </w:p>
    <w:p>
      <w:r>
        <w:rPr>
          <w:rFonts w:ascii="Gentium Plus" w:hAnsi="Gentium Plus"/>
          <w:sz w:val="24"/>
        </w:rPr>
        <w:t>προσεκύνουν, βότρυς αὐταῖς κομίζοντες ἐπὶ κλημάτων, ἀπαρχὰς τοῦ τρυγητοῦ.</w:t>
      </w:r>
    </w:p>
    <w:p>
      <w:r>
        <w:rPr>
          <w:rFonts w:ascii="Courier New" w:hAnsi="Courier New"/>
          <w:color w:val="555555"/>
          <w:sz w:val="20"/>
        </w:rPr>
        <w:t>[2 . 2 . 5]</w:t>
      </w:r>
    </w:p>
    <w:p>
      <w:r>
        <w:rPr>
          <w:rFonts w:ascii="Gentium Plus" w:hAnsi="Gentium Plus"/>
          <w:sz w:val="24"/>
        </w:rPr>
        <w:t>Οὐδὲ τὸν πρότερον χρόνον ἀμελῶς ποτε παρῆλθον, ἀλλ’ ἀεί τε ἀρχόμενοι νομῆς προ‐ σήδρευον καὶ ἐκ νομῆς ἀνιόντες προσεκύνουν, καὶ πάντως τι ἐπέφερον, ἢ ἄνθος ἢ ὀπώραν ἢ φυλλάδα χλωρὰν ἢ</w:t>
      </w:r>
    </w:p>
    <w:p>
      <w:r>
        <w:rPr>
          <w:rFonts w:ascii="Courier New" w:hAnsi="Courier New"/>
          <w:color w:val="555555"/>
          <w:sz w:val="20"/>
        </w:rPr>
        <w:t>[5]</w:t>
      </w:r>
    </w:p>
    <w:p>
      <w:r>
        <w:rPr>
          <w:rFonts w:ascii="Gentium Plus" w:hAnsi="Gentium Plus"/>
          <w:sz w:val="24"/>
        </w:rPr>
        <w:t>γάλακτος σπονδήν.</w:t>
      </w:r>
    </w:p>
    <w:p>
      <w:r>
        <w:rPr>
          <w:rFonts w:ascii="Courier New" w:hAnsi="Courier New"/>
          <w:color w:val="555555"/>
          <w:sz w:val="20"/>
        </w:rPr>
        <w:t>[2 . 2 . 6]</w:t>
      </w:r>
    </w:p>
    <w:p>
      <w:r>
        <w:rPr>
          <w:rFonts w:ascii="Gentium Plus" w:hAnsi="Gentium Plus"/>
          <w:sz w:val="24"/>
        </w:rPr>
        <w:t>Καὶ τούτου μὲν ὕστερον ἀμοιβὰς ἐκομίσαντο παρὰ τῶν θεῶν· τότε δὲ κύνες, φασίν, ἐκ δεσμῶν λυθέντες, ἐσκίρτων, ἐσύριττον, ᾖδον, τοῖς τράγοις</w:t>
      </w:r>
    </w:p>
    <w:p>
      <w:r>
        <w:rPr>
          <w:rFonts w:ascii="Courier New" w:hAnsi="Courier New"/>
          <w:color w:val="555555"/>
          <w:sz w:val="20"/>
        </w:rPr>
        <w:t>[2 . 3 . 1]</w:t>
      </w:r>
    </w:p>
    <w:p>
      <w:r>
        <w:rPr>
          <w:rFonts w:ascii="Gentium Plus" w:hAnsi="Gentium Plus"/>
          <w:sz w:val="24"/>
        </w:rPr>
        <w:t>Τερπομένοις δὲ αὐτοῖς ἐφίσταται πρεσβύτης σισύρας ἐνδεδυμένος, καρβατίνας ὑποδεδεμένος, πήραν ἐξηρτημένος, καὶ τὴν πήραν παλαιάν. Οὗτος πλησίον καθίσας αὐτῶν ὧδε εἶπε·</w:t>
      </w:r>
    </w:p>
    <w:p>
      <w:r>
        <w:rPr>
          <w:rFonts w:ascii="Courier New" w:hAnsi="Courier New"/>
          <w:color w:val="555555"/>
          <w:sz w:val="20"/>
        </w:rPr>
        <w:t>[2 . 3 . 2]</w:t>
      </w:r>
    </w:p>
    <w:p>
      <w:r>
        <w:rPr>
          <w:rFonts w:ascii="Gentium Plus" w:hAnsi="Gentium Plus"/>
          <w:sz w:val="24"/>
        </w:rPr>
        <w:t>«Φιλητᾶς, ὦ παῖδες, ὁ πρεσβύτης ἐγώ, ὃς πολλὰ μὲν ταῖσδε ταῖς Νύμφαις ᾖσα, πολλὰ δὲ τῷ Πανὶ ἐκείνῳ ἐσύρισα, βοῶν δὲ πολλῆς ἀγέλης ἡγησάμην μόνῃ μου‐ σικῇ. Ἥκω δὲ ὑμῖν ὅσα εἶδον μηνύσων, ὅσα ἤκουσα</w:t>
      </w:r>
    </w:p>
    <w:p>
      <w:r>
        <w:rPr>
          <w:rFonts w:ascii="Courier New" w:hAnsi="Courier New"/>
          <w:color w:val="555555"/>
          <w:sz w:val="20"/>
        </w:rPr>
        <w:t>[5]</w:t>
      </w:r>
    </w:p>
    <w:p>
      <w:r>
        <w:rPr>
          <w:rFonts w:ascii="Gentium Plus" w:hAnsi="Gentium Plus"/>
          <w:sz w:val="24"/>
        </w:rPr>
        <w:t>ἀπαγγελῶν.</w:t>
      </w:r>
    </w:p>
    <w:p>
      <w:r>
        <w:rPr>
          <w:rFonts w:ascii="Courier New" w:hAnsi="Courier New"/>
          <w:color w:val="555555"/>
          <w:sz w:val="20"/>
        </w:rPr>
        <w:t>[2 . 3 . 3]</w:t>
      </w:r>
    </w:p>
    <w:p>
      <w:r>
        <w:rPr>
          <w:rFonts w:ascii="Gentium Plus" w:hAnsi="Gentium Plus"/>
          <w:sz w:val="24"/>
        </w:rPr>
        <w:t>Κῆπός ἐστί μοι τῶν ἐμῶν χειρῶν, ὃν ἐξ οὗ νέμειν διὰ γῆρας ἐπαυσάμην, ἐξεπονησάμην, ὅσα ὧραι φέρουσι, πάντα ἔχων ἐν αὑτῷ καθ’ ὥραν ἑκάστην·</w:t>
      </w:r>
    </w:p>
    <w:p>
      <w:r>
        <w:rPr>
          <w:rFonts w:ascii="Courier New" w:hAnsi="Courier New"/>
          <w:color w:val="555555"/>
          <w:sz w:val="20"/>
        </w:rPr>
        <w:t>[2 . 3 . 4]</w:t>
      </w:r>
    </w:p>
    <w:p>
      <w:r>
        <w:rPr>
          <w:rFonts w:ascii="Gentium Plus" w:hAnsi="Gentium Plus"/>
          <w:sz w:val="24"/>
        </w:rPr>
        <w:t>ἦρος ῥόδα 〈καὶ〉 κρίνα καὶ ὑάκινθος καὶ ἴα ἀμφότερα, θέρους μήκωνες καὶ ἀχράδες καὶ μῆλα πάντα, νῦν ἄμπελοι καὶ συκαῖ καὶ ῥοιαὶ καὶ μύρτα χλωρά.</w:t>
      </w:r>
    </w:p>
    <w:p>
      <w:r>
        <w:rPr>
          <w:rFonts w:ascii="Courier New" w:hAnsi="Courier New"/>
          <w:color w:val="555555"/>
          <w:sz w:val="20"/>
        </w:rPr>
        <w:t>[2 . 3 . 5]</w:t>
      </w:r>
    </w:p>
    <w:p>
      <w:r>
        <w:rPr>
          <w:rFonts w:ascii="Gentium Plus" w:hAnsi="Gentium Plus"/>
          <w:sz w:val="24"/>
        </w:rPr>
        <w:t>Εἰς τοῦτον τὸν κῆπον ὀρνίθων ἀγέλαι συνέρχονται τὸ ἑωθινόν, τῶν μὲν ἐς τρο‐ φήν, τῶν δὲ ἐς ᾠδήν· συνηρεφὴς γὰρ καὶ κατάσκιος καὶ πηγαῖς τρισὶ κατάρρυτος· ἂν περιέλῃ τις τὴν αἱμασιάν,</w:t>
      </w:r>
    </w:p>
    <w:p>
      <w:r>
        <w:rPr>
          <w:rFonts w:ascii="Courier New" w:hAnsi="Courier New"/>
          <w:color w:val="555555"/>
          <w:sz w:val="20"/>
        </w:rPr>
        <w:t>[5]</w:t>
      </w:r>
    </w:p>
    <w:p>
      <w:r>
        <w:rPr>
          <w:rFonts w:ascii="Gentium Plus" w:hAnsi="Gentium Plus"/>
          <w:sz w:val="24"/>
        </w:rPr>
        <w:t>ἄλσος ὁρᾶν οἰήσεται.</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[2 . 4 . 1]</w:t>
      </w:r>
    </w:p>
    <w:p>
      <w:r>
        <w:rPr>
          <w:rFonts w:ascii="Gentium Plus" w:hAnsi="Gentium Plus"/>
          <w:sz w:val="24"/>
        </w:rPr>
        <w:t>Εἰσελθόντι δέ μοι τήμερον ἀμφὶ μέσην ἡμέραν ὑπὸ ταῖς ῥοιαῖς καὶ ταῖς μυρρίναις βλέπεται παῖς, μύρτα καὶ ῥοιὰς ἔχων, λευκὸς ὡς γάλα καὶ ξανθὸς ὡς πῦρ, στιλ‐ πνὸς ὡς ἄρτι λελουμένος· γυμνὸς ἦν, μόνος ἦν· ἔπαιζεν</w:t>
      </w:r>
    </w:p>
    <w:p>
      <w:r>
        <w:rPr>
          <w:rFonts w:ascii="Courier New" w:hAnsi="Courier New"/>
          <w:color w:val="555555"/>
          <w:sz w:val="20"/>
        </w:rPr>
        <w:t>[5]</w:t>
      </w:r>
    </w:p>
    <w:p>
      <w:r>
        <w:rPr>
          <w:rFonts w:ascii="Gentium Plus" w:hAnsi="Gentium Plus"/>
          <w:sz w:val="24"/>
        </w:rPr>
        <w:t>ὡς ἴδιον κῆπον τρυγῶν.</w:t>
      </w:r>
    </w:p>
    <w:p>
      <w:r>
        <w:rPr>
          <w:rFonts w:ascii="Courier New" w:hAnsi="Courier New"/>
          <w:color w:val="555555"/>
          <w:sz w:val="20"/>
        </w:rPr>
        <w:t>[2 . 4 . 2]</w:t>
      </w:r>
    </w:p>
    <w:p>
      <w:r>
        <w:rPr>
          <w:rFonts w:ascii="Gentium Plus" w:hAnsi="Gentium Plus"/>
          <w:sz w:val="24"/>
        </w:rPr>
        <w:t>Ἐγὼ μὲν οὖν ὥρμησα ἐπ’ αὐτὸν ὡς συλληψόμενος, δείσας μὴ ὑπ’ ἀγερωχίας τὰς μυρρίνας καὶ τὰς ῥοιὰς κατακλάσῃ· ὁ δέ με κούφως καὶ ῥᾳδίως ὑπέφευγε, ποτὲ μὲν ταῖς ῥοδωνιαῖς ὑποτρέχων,</w:t>
      </w:r>
    </w:p>
    <w:p>
      <w:r>
        <w:rPr>
          <w:rFonts w:ascii="Courier New" w:hAnsi="Courier New"/>
          <w:color w:val="555555"/>
          <w:sz w:val="20"/>
        </w:rPr>
        <w:t>[5]</w:t>
      </w:r>
    </w:p>
    <w:p>
      <w:r>
        <w:rPr>
          <w:rFonts w:ascii="Gentium Plus" w:hAnsi="Gentium Plus"/>
          <w:sz w:val="24"/>
        </w:rPr>
        <w:t>ποτὲ δὲ ταῖς μήκωσιν ὑποκρυπτόμενος, ὥσπερ πέρδικος νεοττός.</w:t>
      </w:r>
    </w:p>
    <w:p>
      <w:r>
        <w:rPr>
          <w:rFonts w:ascii="Courier New" w:hAnsi="Courier New"/>
          <w:color w:val="555555"/>
          <w:sz w:val="20"/>
        </w:rPr>
        <w:t>[2 . 4 . 3]</w:t>
      </w:r>
    </w:p>
    <w:p>
      <w:r>
        <w:rPr>
          <w:rFonts w:ascii="Gentium Plus" w:hAnsi="Gentium Plus"/>
          <w:sz w:val="24"/>
        </w:rPr>
        <w:t>Καίτοι πολλάκις μὲν πράγματα ἔσχον ἐρί‐ φους γαλαθηνοὺς διώκων, πολλάκις δὲ ἔκαμον μεταθέων μόσχους ἀρτιγεννήτους· ἀλλὰ τοῦτο ποικίλον τι χρῆμα ἦν καὶ ἀθήρατον. Καμὼν οὖν ὡς γέρων καὶ ἐπερεισάμενος</w:t>
      </w:r>
    </w:p>
    <w:p>
      <w:r>
        <w:rPr>
          <w:rFonts w:ascii="Courier New" w:hAnsi="Courier New"/>
          <w:color w:val="555555"/>
          <w:sz w:val="20"/>
        </w:rPr>
        <w:t>[5]</w:t>
      </w:r>
    </w:p>
    <w:p>
      <w:r>
        <w:rPr>
          <w:rFonts w:ascii="Gentium Plus" w:hAnsi="Gentium Plus"/>
          <w:sz w:val="24"/>
        </w:rPr>
        <w:t>τῇ βακτηρίᾳ καὶ ἅμα φυλάττων μὴ φύγῃ, ἐπυνθανόμην τίνος ἐστὶ τῶν γειτόνων, καὶ τί βουλόμενος ἀλλότριον κῆπον τρυγᾷ.</w:t>
      </w:r>
    </w:p>
    <w:p>
      <w:r>
        <w:rPr>
          <w:rFonts w:ascii="Courier New" w:hAnsi="Courier New"/>
          <w:color w:val="555555"/>
          <w:sz w:val="20"/>
        </w:rPr>
        <w:t>[2 . 4 . 4]</w:t>
      </w:r>
    </w:p>
    <w:p>
      <w:r>
        <w:rPr>
          <w:rFonts w:ascii="Gentium Plus" w:hAnsi="Gentium Plus"/>
          <w:sz w:val="24"/>
        </w:rPr>
        <w:t>Ὁ δὲ ἀπεκρίνατο μὲν οὐδέν, στὰς δὲ πλησίον ἐγέλα πάνυ ἁπαλὸν καὶ ἔβαλλέ με τοῖς μύρτοις καὶ οὐκ οἶδ’ ὅπως ἔθελγε μηκέτι θυμοῦσθαι. Ἐδεόμην οὖν εἰς χεῖρας ἐλθεῖν μηδὲν φοβούμενον ἔτι, καὶ ὤμνυον</w:t>
      </w:r>
    </w:p>
    <w:p>
      <w:r>
        <w:rPr>
          <w:rFonts w:ascii="Courier New" w:hAnsi="Courier New"/>
          <w:color w:val="555555"/>
          <w:sz w:val="20"/>
        </w:rPr>
        <w:t>[5]</w:t>
      </w:r>
    </w:p>
    <w:p>
      <w:r>
        <w:rPr>
          <w:rFonts w:ascii="Gentium Plus" w:hAnsi="Gentium Plus"/>
          <w:sz w:val="24"/>
        </w:rPr>
        <w:t>κατὰ τῶν μύρτων ἀφήσειν, ἐπιδοὺς μήλων καὶ ῥοιῶν, παρέξειν τε ἀεὶ τρυγᾶν τὰ φυτὰ καὶ δρέπειν τὰ ἄνθη, τυχὼν παρ’ αὐτοῦ φιλήματος ἑνός.</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[2 . 5 . 1]</w:t>
      </w:r>
    </w:p>
    <w:p>
      <w:r>
        <w:rPr>
          <w:rFonts w:ascii="Gentium Plus" w:hAnsi="Gentium Plus"/>
          <w:sz w:val="24"/>
        </w:rPr>
        <w:t>Ἐνταῦθα πάνυ καπυρὸν γελάσας ἀφίησι φωνήν, οἵαν οὔτε χελιδὼν οὔτε ἀηδὼν οὔτε κύκνος, ὅμοιος ἐμοὶ γέρων γενόμενος. «Ἐμοὶ μέν, ὦ Φιλητᾶ, φιλῆσαί σε φθό‐ νος οὐδείς· βούλομαι γὰρ φιλεῖσθαι μᾶλλον ἢ σὺ γενέσθαι</w:t>
      </w:r>
    </w:p>
    <w:p>
      <w:r>
        <w:rPr>
          <w:rFonts w:ascii="Courier New" w:hAnsi="Courier New"/>
          <w:color w:val="555555"/>
          <w:sz w:val="20"/>
        </w:rPr>
        <w:t>[5]</w:t>
      </w:r>
    </w:p>
    <w:p>
      <w:r>
        <w:rPr>
          <w:rFonts w:ascii="Gentium Plus" w:hAnsi="Gentium Plus"/>
          <w:sz w:val="24"/>
        </w:rPr>
        <w:t>νέος· ὅρα δὲ εἴ σοι καθ’ ἡλικίαν τὸ δῶρον·</w:t>
      </w:r>
    </w:p>
    <w:p>
      <w:r>
        <w:rPr>
          <w:rFonts w:ascii="Courier New" w:hAnsi="Courier New"/>
          <w:color w:val="555555"/>
          <w:sz w:val="20"/>
        </w:rPr>
        <w:t>[2 . 5 . 2]</w:t>
      </w:r>
    </w:p>
    <w:p>
      <w:r>
        <w:rPr>
          <w:rFonts w:ascii="Gentium Plus" w:hAnsi="Gentium Plus"/>
          <w:sz w:val="24"/>
        </w:rPr>
        <w:t>οὐδὲν γάρ σε ὠφελήσει τὸ γῆρας πρὸς τὸ μὴ διώκειν ἐμὲ μετὰ τὸ ἓν φίλημα. Δυσθήρατος 〈δ’〉 εἰμὶ καὶ ἱέρακι καὶ ἀετῷ καὶ εἴ τις ἄλλος τούτων ὠκύτερος ὄρνις. Οὔ τοι παῖς ἐγὼ</w:t>
      </w:r>
    </w:p>
    <w:p>
      <w:r>
        <w:rPr>
          <w:rFonts w:ascii="Courier New" w:hAnsi="Courier New"/>
          <w:color w:val="555555"/>
          <w:sz w:val="20"/>
        </w:rPr>
        <w:t>[5]</w:t>
      </w:r>
    </w:p>
    <w:p>
      <w:r>
        <w:rPr>
          <w:rFonts w:ascii="Gentium Plus" w:hAnsi="Gentium Plus"/>
          <w:sz w:val="24"/>
        </w:rPr>
        <w:t>καὶ εἰ δοκῶ παῖς, ἀλλὰ καὶ τοῦ Κρόνου πρεσβύτερος καὶ αὐτοῦ τοῦ παντὸς χρόνου.</w:t>
      </w:r>
    </w:p>
    <w:p>
      <w:r>
        <w:rPr>
          <w:rFonts w:ascii="Courier New" w:hAnsi="Courier New"/>
          <w:color w:val="555555"/>
          <w:sz w:val="20"/>
        </w:rPr>
        <w:t>[2 . 5 . 3]</w:t>
      </w:r>
    </w:p>
    <w:p>
      <w:r>
        <w:rPr>
          <w:rFonts w:ascii="Gentium Plus" w:hAnsi="Gentium Plus"/>
          <w:sz w:val="24"/>
        </w:rPr>
        <w:t>Καί σε οἶδα νέμοντα πρω‐ θήβην ἐν ἐκείνῳ τῷ ὄρει τὸ πλατὺ βουκόλιον καὶ παρήμην σοι συρίττοντι πρὸς ταῖς φηγοῖς ἐκείναις, ἡνίκα ἤρας</w:t>
      </w:r>
    </w:p>
    <w:p>
      <w:r>
        <w:rPr>
          <w:rFonts w:ascii="Courier New" w:hAnsi="Courier New"/>
          <w:color w:val="555555"/>
          <w:sz w:val="20"/>
        </w:rPr>
        <w:t>[5]</w:t>
      </w:r>
    </w:p>
    <w:p>
      <w:r>
        <w:rPr>
          <w:rFonts w:ascii="Gentium Plus" w:hAnsi="Gentium Plus"/>
          <w:sz w:val="24"/>
        </w:rPr>
        <w:t>κόρῃ παρεστῶτα. Σοὶ μὲν οὖν ἐκείνην ἔδωκα· καὶ ἤδη σοι παῖδες, ἀγαθοὶ βουκόλοι καὶ γεωργοί·</w:t>
      </w:r>
    </w:p>
    <w:p>
      <w:r>
        <w:rPr>
          <w:rFonts w:ascii="Courier New" w:hAnsi="Courier New"/>
          <w:color w:val="555555"/>
          <w:sz w:val="20"/>
        </w:rPr>
        <w:t>[2 . 5 . 4]</w:t>
      </w:r>
    </w:p>
    <w:p>
      <w:r>
        <w:rPr>
          <w:rFonts w:ascii="Gentium Plus" w:hAnsi="Gentium Plus"/>
          <w:sz w:val="24"/>
        </w:rPr>
        <w:t>νῦν δὲ Δάφνιν ποιμαίνω καὶ Χλόην· καὶ ἡνίκα ἂν αὐτοὺς εἰς ἓν συναγάγω τὸ ἑωθινόν, εἰς τὸν σὸν ἔρχομαι κῆπον καὶ τέρ‐ πομαι τοῖς ἄνθεσι καὶ τοῖς φυτοῖς κἀν ταῖς πηγαῖς ταύ‐</w:t>
      </w:r>
    </w:p>
    <w:p>
      <w:r>
        <w:rPr>
          <w:rFonts w:ascii="Courier New" w:hAnsi="Courier New"/>
          <w:color w:val="555555"/>
          <w:sz w:val="20"/>
        </w:rPr>
        <w:t>[5]</w:t>
      </w:r>
    </w:p>
    <w:p>
      <w:r>
        <w:rPr>
          <w:rFonts w:ascii="Gentium Plus" w:hAnsi="Gentium Plus"/>
          <w:sz w:val="24"/>
        </w:rPr>
        <w:t>ταις λούομαι. Διὰ τοῦτο καλὰ καὶ τὰ ἄνθη καὶ τὰ φυτά, τοῖς ἐμοῖς λουτροῖς ἀρδόμενα.</w:t>
      </w:r>
    </w:p>
    <w:p>
      <w:r>
        <w:rPr>
          <w:rFonts w:ascii="Courier New" w:hAnsi="Courier New"/>
          <w:color w:val="555555"/>
          <w:sz w:val="20"/>
        </w:rPr>
        <w:t>[2 . 5 . 5]</w:t>
      </w:r>
    </w:p>
    <w:p>
      <w:r>
        <w:rPr>
          <w:rFonts w:ascii="Gentium Plus" w:hAnsi="Gentium Plus"/>
          <w:sz w:val="24"/>
        </w:rPr>
        <w:t>Ὅρα δὲ μή τί σοι τῶν φυτῶν κατακέκλασται, μή τις ὀπώρα τετρύγηται, μή τις ἄνθους ῥίζα πεπάτηται, μή τις πηγὴ τετάρακται, καὶ χαῖρε μόνος ἀνθρώπων ἐν γήρᾳ θεασάμενος τοῦτο τὸ</w:t>
      </w:r>
    </w:p>
    <w:p>
      <w:r>
        <w:rPr>
          <w:rFonts w:ascii="Courier New" w:hAnsi="Courier New"/>
          <w:color w:val="555555"/>
          <w:sz w:val="20"/>
        </w:rPr>
        <w:t>[5]</w:t>
      </w:r>
    </w:p>
    <w:p>
      <w:r>
        <w:rPr>
          <w:rFonts w:ascii="Gentium Plus" w:hAnsi="Gentium Plus"/>
          <w:sz w:val="24"/>
        </w:rPr>
        <w:t>παιδίον.»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[2 . 6 . 1]</w:t>
      </w:r>
    </w:p>
    <w:p>
      <w:r>
        <w:rPr>
          <w:rFonts w:ascii="Gentium Plus" w:hAnsi="Gentium Plus"/>
          <w:sz w:val="24"/>
        </w:rPr>
        <w:t>Ταῦτα εἰπὼν ἀνήλατο καθάπερ ἀηδόνος νεοττὸς ἐπὶ τὰς μυρρίνας, καὶ κλάδον ἀμείβων ἐκ κλάδου διὰ τῶν φύλλων ἀνεῖρπεν εἰς ἄκρον. Εἶδον αὐτοῦ καὶ πτέρυγας ἐκ τῶν ὤμων καὶ τοξάρια μεταξὺ τῶν πτερύγων [καὶ τῶν</w:t>
      </w:r>
    </w:p>
    <w:p>
      <w:r>
        <w:rPr>
          <w:rFonts w:ascii="Courier New" w:hAnsi="Courier New"/>
          <w:color w:val="555555"/>
          <w:sz w:val="20"/>
        </w:rPr>
        <w:t>[5]</w:t>
      </w:r>
    </w:p>
    <w:p>
      <w:r>
        <w:rPr>
          <w:rFonts w:ascii="Gentium Plus" w:hAnsi="Gentium Plus"/>
          <w:sz w:val="24"/>
        </w:rPr>
        <w:t>ὤμων], καὶ οὐκέτι εἶδον οὔτε ταῦτα οὔτε αὐτόν.</w:t>
      </w:r>
    </w:p>
    <w:p>
      <w:r>
        <w:rPr>
          <w:rFonts w:ascii="Courier New" w:hAnsi="Courier New"/>
          <w:color w:val="555555"/>
          <w:sz w:val="20"/>
        </w:rPr>
        <w:t>[2 . 6 . 2]</w:t>
      </w:r>
    </w:p>
    <w:p>
      <w:r>
        <w:rPr>
          <w:rFonts w:ascii="Gentium Plus" w:hAnsi="Gentium Plus"/>
          <w:sz w:val="24"/>
        </w:rPr>
        <w:t>Εἰ δὲ μὴ μάτην ταύτας τὰς πολιὰς ἔφυσα μηδὲ γηράσας ματαιοτέρας τὰς φρένας ἐκτησάμην, Ἔρωτι, ὦ παῖδες κατέσπεισθε καὶ Ἔρωτι ὑμῶν μέλει.»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[2 . 7 . 1]</w:t>
      </w:r>
    </w:p>
    <w:p>
      <w:r>
        <w:rPr>
          <w:rFonts w:ascii="Gentium Plus" w:hAnsi="Gentium Plus"/>
          <w:sz w:val="24"/>
        </w:rPr>
        <w:t>Πάνυ ἐτέρφθησαν ὥσπερ μῦθον οὐ λόγον ἀκούοντες καὶ ἐπυνθάνοντο τί ἐστί ποτε ὁ Ἔρως, πότερα παῖς ἢ ὄρνις, καὶ τί δύναται. Πάλιν οὖν ὁ Φιλητᾶς ἔφη· «θεός ἐστιν, ὦ παῖδες, ὁ Ἔρως, νέος καὶ καλὸς καὶ πετό‐</w:t>
      </w:r>
    </w:p>
    <w:p>
      <w:r>
        <w:rPr>
          <w:rFonts w:ascii="Courier New" w:hAnsi="Courier New"/>
          <w:color w:val="555555"/>
          <w:sz w:val="20"/>
        </w:rPr>
        <w:t>[5]</w:t>
      </w:r>
    </w:p>
    <w:p>
      <w:r>
        <w:rPr>
          <w:rFonts w:ascii="Gentium Plus" w:hAnsi="Gentium Plus"/>
          <w:sz w:val="24"/>
        </w:rPr>
        <w:t>μενος· διὰ τοῦτο καὶ νεότητι χαίρει καὶ κάλλος διώκει καὶ τὰς ψυχὰς ἀναπτεροῖ.</w:t>
      </w:r>
    </w:p>
    <w:p>
      <w:r>
        <w:rPr>
          <w:rFonts w:ascii="Courier New" w:hAnsi="Courier New"/>
          <w:color w:val="555555"/>
          <w:sz w:val="20"/>
        </w:rPr>
        <w:t>[2 . 7 . 2]</w:t>
      </w:r>
    </w:p>
    <w:p>
      <w:r>
        <w:rPr>
          <w:rFonts w:ascii="Gentium Plus" w:hAnsi="Gentium Plus"/>
          <w:sz w:val="24"/>
        </w:rPr>
        <w:t>Δύναται δὲ τοσοῦτον ὅσον</w:t>
      </w:r>
    </w:p>
    <w:p>
      <w:r>
        <w:rPr>
          <w:rFonts w:ascii="Courier New" w:hAnsi="Courier New"/>
          <w:color w:val="555555"/>
          <w:sz w:val="20"/>
        </w:rPr>
        <w:t>[2 . 7 . 3]</w:t>
      </w:r>
    </w:p>
    <w:p>
      <w:r>
        <w:rPr>
          <w:rFonts w:ascii="Gentium Plus" w:hAnsi="Gentium Plus"/>
          <w:sz w:val="24"/>
        </w:rPr>
        <w:t>Τὰ ἄνθη πάντα Ἔρωτος ἔργα· τὰ φυτὰ ταῦτα τούτου ποιήματα· διὰ τοῦτον καὶ ποταμοὶ ῥέουσι καὶ ἄνεμοι πνέουσιν.</w:t>
      </w:r>
    </w:p>
    <w:p>
      <w:r>
        <w:rPr>
          <w:rFonts w:ascii="Courier New" w:hAnsi="Courier New"/>
          <w:color w:val="555555"/>
          <w:sz w:val="20"/>
        </w:rPr>
        <w:t>[2 . 7 . 4]</w:t>
      </w:r>
    </w:p>
    <w:p>
      <w:r>
        <w:rPr>
          <w:rFonts w:ascii="Gentium Plus" w:hAnsi="Gentium Plus"/>
          <w:sz w:val="24"/>
        </w:rPr>
        <w:t>Ἔγνων δὲ ἐγὼ καὶ ταῦρον ἐρασθέντα, καὶ ὡς οἴστρῳ πληγεὶς ἐμυκᾶτο· καὶ τράγον φιλήσαντα αἶγα, καὶ ἠκολούθει πανταχοῦ. Αὐτὸς μὲν γὰρ ἤμην νέος καὶ ἠράσθην Ἀμαρυλλίδος· καὶ</w:t>
      </w:r>
    </w:p>
    <w:p>
      <w:r>
        <w:rPr>
          <w:rFonts w:ascii="Courier New" w:hAnsi="Courier New"/>
          <w:color w:val="555555"/>
          <w:sz w:val="20"/>
        </w:rPr>
        <w:t>[5]</w:t>
      </w:r>
    </w:p>
    <w:p>
      <w:r>
        <w:rPr>
          <w:rFonts w:ascii="Gentium Plus" w:hAnsi="Gentium Plus"/>
          <w:sz w:val="24"/>
        </w:rPr>
        <w:t>οὔτε τροφῆς ἐμεμνήμην οὔτε ποτὸν προσεφερόμην οὔτε ὕπνον ᾑρούμην.</w:t>
      </w:r>
    </w:p>
    <w:p>
      <w:r>
        <w:rPr>
          <w:rFonts w:ascii="Courier New" w:hAnsi="Courier New"/>
          <w:color w:val="555555"/>
          <w:sz w:val="20"/>
        </w:rPr>
        <w:t>[2 . 7 . 5]</w:t>
      </w:r>
    </w:p>
    <w:p>
      <w:r>
        <w:rPr>
          <w:rFonts w:ascii="Gentium Plus" w:hAnsi="Gentium Plus"/>
          <w:sz w:val="24"/>
        </w:rPr>
        <w:t>Ἤλγουν τὴν ψυχήν, τὴν καρδίαν ἐπαλλόμην, τὸ σῶμα ἐψυχόμην· ἐβόων ὡς παιόμενος, ἐσιώπων ὡς νεκρούμενος, εἰς ποταμοὺς ἐνέβαινον ὡς καό‐ μενος.</w:t>
      </w:r>
    </w:p>
    <w:p>
      <w:r>
        <w:rPr>
          <w:rFonts w:ascii="Courier New" w:hAnsi="Courier New"/>
          <w:color w:val="555555"/>
          <w:sz w:val="20"/>
        </w:rPr>
        <w:t>[2 . 7 . 6]</w:t>
      </w:r>
    </w:p>
    <w:p>
      <w:r>
        <w:rPr>
          <w:rFonts w:ascii="Gentium Plus" w:hAnsi="Gentium Plus"/>
          <w:sz w:val="24"/>
        </w:rPr>
        <w:t>Ἐκάλουν τὸν Πᾶνα βοηθόν, ὡς καὶ αὐτὸν τῆς Πίτυος ἐρασθέντα· ἐπῄνουν τὴν Ἠχὼ τὸ Ἀμαρυλλίδος ὄνομα μετ’ ἐμὲ καλοῦσαν· κατέκλων τὰς σύριγγας, ὅτι μοι τὰς μὲν βοῦς ἔθελγον, Ἀμαρυλλίδα δὲ οὐκ ἦγον.</w:t>
      </w:r>
    </w:p>
    <w:p>
      <w:r>
        <w:rPr>
          <w:rFonts w:ascii="Courier New" w:hAnsi="Courier New"/>
          <w:color w:val="555555"/>
          <w:sz w:val="20"/>
        </w:rPr>
        <w:t>[2 . 7 . 7]</w:t>
      </w:r>
    </w:p>
    <w:p>
      <w:r>
        <w:rPr>
          <w:rFonts w:ascii="Gentium Plus" w:hAnsi="Gentium Plus"/>
          <w:sz w:val="24"/>
        </w:rPr>
        <w:t>Ἔρωτος γὰρ οὐδὲν φάρμακον, οὐ πινόμενον, οὐκ ἐσθιό‐ μενον, οὐκ ἐν ᾠδαῖς λαλούμενον, ὅτι μὴ φίλημα καὶ περι‐ βολὴ καὶ συγκατακλιθῆναι γυμνοῖς σώμασι.»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[2 . 8 . 1]</w:t>
      </w:r>
    </w:p>
    <w:p>
      <w:r>
        <w:rPr>
          <w:rFonts w:ascii="Gentium Plus" w:hAnsi="Gentium Plus"/>
          <w:sz w:val="24"/>
        </w:rPr>
        <w:t>Φιλητᾶς μὲν τοσαῦτα παιδεύσας αὐτοὺς ἀπαλ‐ λάττεται, τυρούς τινας παρ’ αὐτῶν καὶ ἔριφον ἤδη κεράσ‐ την λαβών· οἱ δὲ μόνοι καταλειφθέντες, καὶ τότε πρῶτον ἀκούσαντες τὸ Ἔρωτος ὄνομα τάς τε ψυχὰς συνεστάλη‐</w:t>
      </w:r>
    </w:p>
    <w:p>
      <w:r>
        <w:rPr>
          <w:rFonts w:ascii="Courier New" w:hAnsi="Courier New"/>
          <w:color w:val="555555"/>
          <w:sz w:val="20"/>
        </w:rPr>
        <w:t>[5]</w:t>
      </w:r>
    </w:p>
    <w:p>
      <w:r>
        <w:rPr>
          <w:rFonts w:ascii="Gentium Plus" w:hAnsi="Gentium Plus"/>
          <w:sz w:val="24"/>
        </w:rPr>
        <w:t>σαν ὑπὸ λύπης, καὶ ἐπανελθόντες νύκτωρ εἰς τὰς ἐπαύ‐ λεις παρέβαλλον οἷς ἤκουσαν τὰ αὑτῶν.</w:t>
      </w:r>
    </w:p>
    <w:p>
      <w:r>
        <w:rPr>
          <w:rFonts w:ascii="Courier New" w:hAnsi="Courier New"/>
          <w:color w:val="555555"/>
          <w:sz w:val="20"/>
        </w:rPr>
        <w:t>[2 . 8 . 2]</w:t>
      </w:r>
    </w:p>
    <w:p>
      <w:r>
        <w:rPr>
          <w:rFonts w:ascii="Gentium Plus" w:hAnsi="Gentium Plus"/>
          <w:sz w:val="24"/>
        </w:rPr>
        <w:t>«Ἀλγοῦσιν οἱ ἐρῶντες, καὶ ἡμεῖς· 〈τροφῆσ〉 ἀμελοῦσιν· [ἵν’] ἠμελή‐</w:t>
      </w:r>
    </w:p>
    <w:p>
      <w:r>
        <w:rPr>
          <w:rFonts w:ascii="Courier New" w:hAnsi="Courier New"/>
          <w:color w:val="555555"/>
          <w:sz w:val="20"/>
        </w:rPr>
        <w:t>[5]</w:t>
      </w:r>
    </w:p>
    <w:p>
      <w:r>
        <w:rPr>
          <w:rFonts w:ascii="Gentium Plus" w:hAnsi="Gentium Plus"/>
          <w:sz w:val="24"/>
        </w:rPr>
        <w:t>ἐπιθυμοῦσιν ἀλλήλους ὁρᾶν· διὰ τοῦτο θᾶττον εὐχόμεθα γενέσθαι τὴν ἡμέραν.</w:t>
      </w:r>
    </w:p>
    <w:p>
      <w:r>
        <w:rPr>
          <w:rFonts w:ascii="Courier New" w:hAnsi="Courier New"/>
          <w:color w:val="555555"/>
          <w:sz w:val="20"/>
        </w:rPr>
        <w:t>[2 . 8 . 3]</w:t>
      </w:r>
    </w:p>
    <w:p>
      <w:r>
        <w:rPr>
          <w:rFonts w:ascii="Gentium Plus" w:hAnsi="Gentium Plus"/>
          <w:sz w:val="24"/>
        </w:rPr>
        <w:t>Σχεδὸν τοῦτό ἐστιν ὁ ἔρως, καὶ ἐρῶμεν ἀλλήλων οὐκ εἰδότες. Εἰ 〈γὰρ〉 τοῦτο μή ἐστιν [ὁ] ἔρως ἐγὼ δὲ ἐρώμενος, τί οὖν ταῦτα ἀλγοῦμεν, τί δὲ ἀλλήλους ζητοῦμεν; ἀληθῆ πάντα εἶπεν ὁ Φιλητᾶς.</w:t>
      </w:r>
    </w:p>
    <w:p>
      <w:r>
        <w:rPr>
          <w:rFonts w:ascii="Courier New" w:hAnsi="Courier New"/>
          <w:color w:val="555555"/>
          <w:sz w:val="20"/>
        </w:rPr>
        <w:t>[2 . 8 . 4]</w:t>
      </w:r>
    </w:p>
    <w:p>
      <w:r>
        <w:rPr>
          <w:rFonts w:ascii="Gentium Plus" w:hAnsi="Gentium Plus"/>
          <w:sz w:val="24"/>
        </w:rPr>
        <w:t>Τὸ ἐκ τοῦ κήπου παιδίον ὤφθη καὶ τοῖς πατράσιν ἡμῶν ὄναρ ἐκεῖνο καὶ νέμειν ἡμᾶς τὰς ἀγέλας ἐκέλευσε. Πῶς ἄν τις αὐτὸ λάβοι; σμικρόν ἐστι καὶ φεύξεται. Καὶ πῶς ἄν τις αὐτὸ φύγοι; πτερὰ ἔχει καὶ καταλήψεται.</w:t>
      </w:r>
    </w:p>
    <w:p>
      <w:r>
        <w:rPr>
          <w:rFonts w:ascii="Courier New" w:hAnsi="Courier New"/>
          <w:color w:val="555555"/>
          <w:sz w:val="20"/>
        </w:rPr>
        <w:t>[2 . 8 . 5]</w:t>
      </w:r>
    </w:p>
    <w:p>
      <w:r>
        <w:rPr>
          <w:rFonts w:ascii="Gentium Plus" w:hAnsi="Gentium Plus"/>
          <w:sz w:val="24"/>
        </w:rPr>
        <w:t>Ἐπὶ τὰς Νύμφας δεῖ βοηθοὺς καταφεύγειν. Ἀλλ’ οὐδὲ Φιλητᾶν ὁ Πὰν ὠφέλησεν Ἀμαρυλλίδος ἐρῶντα. Ὅσα εἶπεν ἄρα φάρμακα, ταῦτα ζητητέα, φίλημα καὶ περιβολὴν καὶ κεῖσθαι γυμνοὺς χαμαί. Κρύος μέν, ἀλλὰ</w:t>
      </w:r>
    </w:p>
    <w:p>
      <w:r>
        <w:rPr>
          <w:rFonts w:ascii="Courier New" w:hAnsi="Courier New"/>
          <w:color w:val="555555"/>
          <w:sz w:val="20"/>
        </w:rPr>
        <w:t>[5]</w:t>
      </w:r>
    </w:p>
    <w:p>
      <w:r>
        <w:rPr>
          <w:rFonts w:ascii="Gentium Plus" w:hAnsi="Gentium Plus"/>
          <w:sz w:val="24"/>
        </w:rPr>
        <w:t>καρτερήσομεν δεύτεροι μετὰ Φιλητᾶν.»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[2 . 9 . 1]</w:t>
      </w:r>
    </w:p>
    <w:p>
      <w:r>
        <w:rPr>
          <w:rFonts w:ascii="Gentium Plus" w:hAnsi="Gentium Plus"/>
          <w:sz w:val="24"/>
        </w:rPr>
        <w:t>Τοῦτο αὐτοῖς γίνεται νυκτερινὸν παιδευτήριον. Καὶ ἀγαγόντες τῆς ἐπιούσης ἡμέρας τὰς ἀγέλας εἰς νομήν, ἐφίλησαν μὲν ἀλλήλους ἰδόντες καὶ—ὃ μήπω πρότερον ἐποίησαν—περιέβαλον τὰς χεῖρας ἐπαλλά‐</w:t>
      </w:r>
    </w:p>
    <w:p>
      <w:r>
        <w:rPr>
          <w:rFonts w:ascii="Courier New" w:hAnsi="Courier New"/>
          <w:color w:val="555555"/>
          <w:sz w:val="20"/>
        </w:rPr>
        <w:t>[5]</w:t>
      </w:r>
    </w:p>
    <w:p>
      <w:r>
        <w:rPr>
          <w:rFonts w:ascii="Gentium Plus" w:hAnsi="Gentium Plus"/>
          <w:sz w:val="24"/>
        </w:rPr>
        <w:t>ξαντες· τὸ δὲ τρίτον ὤκνουν φάρμακον ἀποδυθέντες κατακλιθῆναι· θρασύτερον γὰρ οὐ μόνον παρθένων ἀλλὰ καὶ νέων αἰπόλων.</w:t>
      </w:r>
    </w:p>
    <w:p>
      <w:r>
        <w:rPr>
          <w:rFonts w:ascii="Courier New" w:hAnsi="Courier New"/>
          <w:color w:val="555555"/>
          <w:sz w:val="20"/>
        </w:rPr>
        <w:t>[2 . 9 . 2]</w:t>
      </w:r>
    </w:p>
    <w:p>
      <w:r>
        <w:rPr>
          <w:rFonts w:ascii="Gentium Plus" w:hAnsi="Gentium Plus"/>
          <w:sz w:val="24"/>
        </w:rPr>
        <w:t>Πάλιν οὖν νὺξ ἀγρυπνίαν ἔχουσα καὶ ἔννοιαν τῶν γεγενημένων καὶ κατάμεμψιν τῶν παρα‐ λελειμμένων. «Κατεφιλήσαμεν, καὶ οὐδὲν ὄφελος· περιε‐ βάλομεν, καὶ οὐδὲν πλέον σχεδόν· τὸ οὖν 〈συγ〉κατακλι‐</w:t>
      </w:r>
    </w:p>
    <w:p>
      <w:r>
        <w:rPr>
          <w:rFonts w:ascii="Courier New" w:hAnsi="Courier New"/>
          <w:color w:val="555555"/>
          <w:sz w:val="20"/>
        </w:rPr>
        <w:t>[5]</w:t>
      </w:r>
    </w:p>
    <w:p>
      <w:r>
        <w:rPr>
          <w:rFonts w:ascii="Gentium Plus" w:hAnsi="Gentium Plus"/>
          <w:sz w:val="24"/>
        </w:rPr>
        <w:t>θῆναι μόνον φάρμακον ἔρωτος. Πειρατέον καὶ τούτου· πάντως ἐν αὐτῷ τι κρεῖττον ἔσται φιλήματος.»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 . 10 . 1]</w:t>
      </w:r>
    </w:p>
    <w:p>
      <w:r>
        <w:rPr>
          <w:rFonts w:ascii="Gentium Plus" w:hAnsi="Gentium Plus"/>
          <w:sz w:val="24"/>
        </w:rPr>
        <w:t>Ἐπὶ τούτοις τοῖς λογισμοῖς οἷον εἰκὸς καὶ ὀνεί‐ ρατα ἑώρων ἐρωτικά, τὰ φιλήματα, τὰς περιβολάς· καὶ ὅσα δὲ μεθ’ ἡμέραν οὐκ ἔπραξαν, ταῦτα ὄναρ ἔπραξαν· γυμνοὶ μετ’ ἀλλήλων ἔκειντο.</w:t>
      </w:r>
    </w:p>
    <w:p>
      <w:r>
        <w:rPr>
          <w:rFonts w:ascii="Courier New" w:hAnsi="Courier New"/>
          <w:color w:val="555555"/>
          <w:sz w:val="20"/>
        </w:rPr>
        <w:t>[2 . 10 . 2]</w:t>
      </w:r>
    </w:p>
    <w:p>
      <w:r>
        <w:rPr>
          <w:rFonts w:ascii="Gentium Plus" w:hAnsi="Gentium Plus"/>
          <w:sz w:val="24"/>
        </w:rPr>
        <w:t>Ἐνθεώτεροι δὴ κατὰ τὴν ἐπιοῦσαν ἡμέραν ἀνέστησαν καὶ ῥοίζῳ τὰς ἀγέλας κατήλαυνον ἐπειγόμενοι πρὸς τὰ φιλήματα· καὶ ἰδόντες ἀλλήλους ἅμα μειδιάματι προσέδραμον.</w:t>
      </w:r>
    </w:p>
    <w:p>
      <w:r>
        <w:rPr>
          <w:rFonts w:ascii="Courier New" w:hAnsi="Courier New"/>
          <w:color w:val="555555"/>
          <w:sz w:val="20"/>
        </w:rPr>
        <w:t>[2 . 10 . 3]</w:t>
      </w:r>
    </w:p>
    <w:p>
      <w:r>
        <w:rPr>
          <w:rFonts w:ascii="Gentium Plus" w:hAnsi="Gentium Plus"/>
          <w:sz w:val="24"/>
        </w:rPr>
        <w:t>Τὰ μὲν οὖν φιλήματα ἐγένετο καὶ ἡ περιβολὴ τῶν χειρῶν ἠκολούθησε, τὸ δὲ τρίτον φάρμακον ἐβράδυνε, μήτε τοῦ Δάφνιδος τολ‐ μῶντος εἰπεῖν, μήτε τῆς Χλόης βουλομένης κατάρχεσθαι,</w:t>
      </w:r>
    </w:p>
    <w:p>
      <w:r>
        <w:rPr>
          <w:rFonts w:ascii="Courier New" w:hAnsi="Courier New"/>
          <w:color w:val="555555"/>
          <w:sz w:val="20"/>
        </w:rPr>
        <w:t>[5]</w:t>
      </w:r>
    </w:p>
    <w:p>
      <w:r>
        <w:rPr>
          <w:rFonts w:ascii="Gentium Plus" w:hAnsi="Gentium Plus"/>
          <w:sz w:val="24"/>
        </w:rPr>
        <w:t>ἔστε τύχῃ καὶ τοῦτο ἔπραξαν.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[2 . 11 . 1]</w:t>
      </w:r>
    </w:p>
    <w:p>
      <w:r>
        <w:rPr>
          <w:rFonts w:ascii="Gentium Plus" w:hAnsi="Gentium Plus"/>
          <w:sz w:val="24"/>
        </w:rPr>
        <w:t>Καθεζόμενοι 〈ἐπὶ〉 στελέχους δρυὸς πλησίον ἀλλήλων καὶ γευσάμενοι τῆς ἐν φιλήματι τέρψεως ἀπλή‐ στως ἐνεφοροῦντο τῆς ἡδονῆς. Ἦσαν δὲ καὶ χειρῶν περιβολαὶ θλῖψιν τοῖς στόμασι παρέχουσαι.</w:t>
      </w:r>
    </w:p>
    <w:p>
      <w:r>
        <w:rPr>
          <w:rFonts w:ascii="Courier New" w:hAnsi="Courier New"/>
          <w:color w:val="555555"/>
          <w:sz w:val="20"/>
        </w:rPr>
        <w:t>[2 . 11 . 2]</w:t>
      </w:r>
    </w:p>
    <w:p>
      <w:r>
        <w:rPr>
          <w:rFonts w:ascii="Gentium Plus" w:hAnsi="Gentium Plus"/>
          <w:sz w:val="24"/>
        </w:rPr>
        <w:t>Κατὰ τὴν τῶν χειρῶν προσβολὴν βιαιότερον δή 〈τι〉 τοῦ Δάφνιδος</w:t>
      </w:r>
    </w:p>
    <w:p>
      <w:r>
        <w:rPr>
          <w:rFonts w:ascii="Courier New" w:hAnsi="Courier New"/>
          <w:color w:val="555555"/>
          <w:sz w:val="20"/>
        </w:rPr>
        <w:t>[5]</w:t>
      </w:r>
    </w:p>
    <w:p>
      <w:r>
        <w:rPr>
          <w:rFonts w:ascii="Gentium Plus" w:hAnsi="Gentium Plus"/>
          <w:sz w:val="24"/>
        </w:rPr>
        <w:t>γνωρίσαντες τῶν ὀνείρων τὴν εἰκόνα κατέκειντο πολὺν χρόνον ὥσπερ συνδεδεμένοι.</w:t>
      </w:r>
    </w:p>
    <w:p>
      <w:r>
        <w:rPr>
          <w:rFonts w:ascii="Courier New" w:hAnsi="Courier New"/>
          <w:color w:val="555555"/>
          <w:sz w:val="20"/>
        </w:rPr>
        <w:t>[2 . 11 . 3]</w:t>
      </w:r>
    </w:p>
    <w:p>
      <w:r>
        <w:rPr>
          <w:rFonts w:ascii="Gentium Plus" w:hAnsi="Gentium Plus"/>
          <w:sz w:val="24"/>
        </w:rPr>
        <w:t>Εἰδότες δὲ τῶν ἐντεῦθεν οὐδὲν καὶ νομίσαντες τοῦτο εἶναι πέρας ἐρωτικῆς ἀπο‐ λαύσεως, μάτην τὸ πλεῖστον τῆς ἡμέρας δαπανήσαντες διελύθησαν καὶ τὰς ἀγέλας ἀπήλαυνον, τὴν νύκτα μι‐</w:t>
      </w:r>
    </w:p>
    <w:p>
      <w:r>
        <w:rPr>
          <w:rFonts w:ascii="Courier New" w:hAnsi="Courier New"/>
          <w:color w:val="555555"/>
          <w:sz w:val="20"/>
        </w:rPr>
        <w:t>[5]</w:t>
      </w:r>
    </w:p>
    <w:p>
      <w:r>
        <w:rPr>
          <w:rFonts w:ascii="Gentium Plus" w:hAnsi="Gentium Plus"/>
          <w:sz w:val="24"/>
        </w:rPr>
        <w:t>σοῦντες. Ἴσως δὲ ἄν τι καὶ τῶν ἀληθῶν ἔπραξαν, εἰ μὴ θόρυβος τοιόσδε πᾶσαν τὴν ἀγροικίαν ἐκείνην κατέλαβε.</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 . 12 . 1]</w:t>
      </w:r>
    </w:p>
    <w:p>
      <w:r>
        <w:rPr>
          <w:rFonts w:ascii="Gentium Plus" w:hAnsi="Gentium Plus"/>
          <w:sz w:val="24"/>
        </w:rPr>
        <w:t>Νέοι Μηθυμναῖοι πλούσιοι διαθέσθαι τὸν τρυ‐ γητὸν ἐν ξενικῇ τέρψει θελήσαντες, ναῦν μικρὰν καθελ‐ κύσαντες καὶ οἰκέτας προσκώπους καθίσαντες, τοὺς Μιτυληναίων ἀγροὺς παρέπλεον, ὅσοι θαλάσσης πλησίον.</w:t>
      </w:r>
    </w:p>
    <w:p>
      <w:r>
        <w:rPr>
          <w:rFonts w:ascii="Courier New" w:hAnsi="Courier New"/>
          <w:color w:val="555555"/>
          <w:sz w:val="20"/>
        </w:rPr>
        <w:t>[2 . 12 . 2]</w:t>
      </w:r>
    </w:p>
    <w:p>
      <w:r>
        <w:rPr>
          <w:rFonts w:ascii="Gentium Plus" w:hAnsi="Gentium Plus"/>
          <w:sz w:val="24"/>
        </w:rPr>
        <w:t>Εὐλίμενός τε γὰρ ἡ παραθαλασσία καὶ οἰκήσεσιν ἠσκη‐ μένη πολυτελῶς, καὶ λουτρὰ συνεχῆ, παράδεισοί τε καὶ ἄλση· τὰ μὲν φύσεως ἔργα, τὰ δ’ ἀνθρώπων τέχνη· πάντα ἐνηβῆσαι καλά.</w:t>
      </w:r>
    </w:p>
    <w:p>
      <w:r>
        <w:rPr>
          <w:rFonts w:ascii="Courier New" w:hAnsi="Courier New"/>
          <w:color w:val="555555"/>
          <w:sz w:val="20"/>
        </w:rPr>
        <w:t>[2 . 12 . 3]</w:t>
      </w:r>
    </w:p>
    <w:p>
      <w:r>
        <w:rPr>
          <w:rFonts w:ascii="Gentium Plus" w:hAnsi="Gentium Plus"/>
          <w:sz w:val="24"/>
        </w:rPr>
        <w:t>Παραπλέοντες δὲ καὶ ἐνορ‐ μιζόμενοι κακὸν μὲν ἐποίουν οὐδέν, τέρψεις δὲ ποικίλας ἐτέρποντο, ποτὲ μὲν ἀγκίστροις καλάμων ἀπηρτημένοις ἐκ λίνου λεπτοῦ πετραίους ἰχθῦς ἁλιεύοντες ἐκ πέτρας</w:t>
      </w:r>
    </w:p>
    <w:p>
      <w:r>
        <w:rPr>
          <w:rFonts w:ascii="Courier New" w:hAnsi="Courier New"/>
          <w:color w:val="555555"/>
          <w:sz w:val="20"/>
        </w:rPr>
        <w:t>[5]</w:t>
      </w:r>
    </w:p>
    <w:p>
      <w:r>
        <w:rPr>
          <w:rFonts w:ascii="Gentium Plus" w:hAnsi="Gentium Plus"/>
          <w:sz w:val="24"/>
        </w:rPr>
        <w:t>ἁλιτενοῦς, ποτὲ δὲ κυσὶ καὶ δικτύοις λαγὼς φεύγοντας τὸν ἐν ταῖς ἀμπέλοις θόρυβον λαμβάνοντες·</w:t>
      </w:r>
    </w:p>
    <w:p>
      <w:r>
        <w:rPr>
          <w:rFonts w:ascii="Courier New" w:hAnsi="Courier New"/>
          <w:color w:val="555555"/>
          <w:sz w:val="20"/>
        </w:rPr>
        <w:t>[2 . 12 . 4]</w:t>
      </w:r>
    </w:p>
    <w:p>
      <w:r>
        <w:rPr>
          <w:rFonts w:ascii="Gentium Plus" w:hAnsi="Gentium Plus"/>
          <w:sz w:val="24"/>
        </w:rPr>
        <w:t>ἤδη δὲ καὶ ὀρνίθων ἄγρας ἐμέλησεν αὐτοῖς, καὶ ἔλαβον βρόχοις χῆνας ἀγρίους καὶ νήττας καὶ ὠτίδας, ὥστε ἡ τέρψις αὐτοῖς καὶ τραπέζης ὠφέλειαν παρεῖχεν. Εἰ δέ τινος</w:t>
      </w:r>
    </w:p>
    <w:p>
      <w:r>
        <w:rPr>
          <w:rFonts w:ascii="Courier New" w:hAnsi="Courier New"/>
          <w:color w:val="555555"/>
          <w:sz w:val="20"/>
        </w:rPr>
        <w:t>[5]</w:t>
      </w:r>
    </w:p>
    <w:p>
      <w:r>
        <w:rPr>
          <w:rFonts w:ascii="Gentium Plus" w:hAnsi="Gentium Plus"/>
          <w:sz w:val="24"/>
        </w:rPr>
        <w:t>προσέδει, παρὰ τῶν ἐν τοῖς ἀγροῖς ἐλάμβανον, περιττο‐ τέρους τῆς ἀξίας ὀβολοὺς καταβάλλοντες.</w:t>
      </w:r>
    </w:p>
    <w:p>
      <w:r>
        <w:rPr>
          <w:rFonts w:ascii="Courier New" w:hAnsi="Courier New"/>
          <w:color w:val="555555"/>
          <w:sz w:val="20"/>
        </w:rPr>
        <w:t>[2 . 12 . 5]</w:t>
      </w:r>
    </w:p>
    <w:p>
      <w:r>
        <w:rPr>
          <w:rFonts w:ascii="Gentium Plus" w:hAnsi="Gentium Plus"/>
          <w:sz w:val="24"/>
        </w:rPr>
        <w:t>Ἔδει δὲ μόνον ἄρτου καὶ οἴνου καὶ στέγης· οὐ γὰρ ἀσφαλὲς ἐδό‐ κει μετοπωρινῆς ὥρας ἐνεστώσης ἐνθαλαττεύειν· ὥστε καὶ τὴν ναῦν ἀνεῖλκον ἐπὶ τὴν γῆν νύκτα χειμέριον δεδοι‐</w:t>
      </w:r>
    </w:p>
    <w:p>
      <w:r>
        <w:rPr>
          <w:rFonts w:ascii="Courier New" w:hAnsi="Courier New"/>
          <w:color w:val="555555"/>
          <w:sz w:val="20"/>
        </w:rPr>
        <w:t>[5]</w:t>
      </w:r>
    </w:p>
    <w:p>
      <w:r>
        <w:rPr>
          <w:rFonts w:ascii="Gentium Plus" w:hAnsi="Gentium Plus"/>
          <w:sz w:val="24"/>
        </w:rPr>
        <w:t>κότες.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[2 . 13 . 1]</w:t>
      </w:r>
    </w:p>
    <w:p>
      <w:r>
        <w:rPr>
          <w:rFonts w:ascii="Gentium Plus" w:hAnsi="Gentium Plus"/>
          <w:sz w:val="24"/>
        </w:rPr>
        <w:t>Τῶν δή τις ἀγροίκων ἐς ἀνολκὴν λίθου θλίβον‐ τος τὰ πατηθέντα βοτρύδια χρῄζων σχοίνου, τῆς πρότε‐ ρον ῥαγείσης, κρύφα ἐπὶ τὴν θάλασσαν ἐλθών, ἀφρουρήτῳ τῇ νηῒ προσελθών, τὸ πεῖσμα ἐκλύσας, οἴκαδε κομίσας ἐς</w:t>
      </w:r>
    </w:p>
    <w:p>
      <w:r>
        <w:rPr>
          <w:rFonts w:ascii="Courier New" w:hAnsi="Courier New"/>
          <w:color w:val="555555"/>
          <w:sz w:val="20"/>
        </w:rPr>
        <w:t>[5]</w:t>
      </w:r>
    </w:p>
    <w:p>
      <w:r>
        <w:rPr>
          <w:rFonts w:ascii="Gentium Plus" w:hAnsi="Gentium Plus"/>
          <w:sz w:val="24"/>
        </w:rPr>
        <w:t>ὅ τι ἔχρῃζεν ἐχρήσατο.</w:t>
      </w:r>
    </w:p>
    <w:p>
      <w:r>
        <w:rPr>
          <w:rFonts w:ascii="Courier New" w:hAnsi="Courier New"/>
          <w:color w:val="555555"/>
          <w:sz w:val="20"/>
        </w:rPr>
        <w:t>[2 . 13 . 2]</w:t>
      </w:r>
    </w:p>
    <w:p>
      <w:r>
        <w:rPr>
          <w:rFonts w:ascii="Gentium Plus" w:hAnsi="Gentium Plus"/>
          <w:sz w:val="24"/>
        </w:rPr>
        <w:t>Ἕωθεν οὖν οἱ Μηθυμναῖοι νεανίσκοι ζήτησιν ἐποιοῦντο τοῦ πείσματος καὶ—ὡμολό‐ γει γὰρ οὐδεὶς τὴν κλοπὴν—ὀλίγα μεμψάμενοι τοὺς ξενο‐ δόχους ἀπέπλεον· καὶ σταδίους τριάκοντα παρελάσαντες</w:t>
      </w:r>
    </w:p>
    <w:p>
      <w:r>
        <w:rPr>
          <w:rFonts w:ascii="Courier New" w:hAnsi="Courier New"/>
          <w:color w:val="555555"/>
          <w:sz w:val="20"/>
        </w:rPr>
        <w:t>[5]</w:t>
      </w:r>
    </w:p>
    <w:p>
      <w:r>
        <w:rPr>
          <w:rFonts w:ascii="Gentium Plus" w:hAnsi="Gentium Plus"/>
          <w:sz w:val="24"/>
        </w:rPr>
        <w:t>προσορμίζονται τοῖς ἀγροῖς, ἐν οἷς ᾤκουν ὁ Δάφνις καὶ ἡ Χλόη· ἐδόκει γὰρ αὐτοῖς καλὸν εἶναι τὸ πεδίον ἐς θήραν λαγῶν.</w:t>
      </w:r>
    </w:p>
    <w:p>
      <w:r>
        <w:rPr>
          <w:rFonts w:ascii="Courier New" w:hAnsi="Courier New"/>
          <w:color w:val="555555"/>
          <w:sz w:val="20"/>
        </w:rPr>
        <w:t>[2 . 13 . 3]</w:t>
      </w:r>
    </w:p>
    <w:p>
      <w:r>
        <w:rPr>
          <w:rFonts w:ascii="Gentium Plus" w:hAnsi="Gentium Plus"/>
          <w:sz w:val="24"/>
        </w:rPr>
        <w:t>Σχοῖνον μὲν οὖν οὐκ εἶχον ὥστε ἐκδήσασθαι πεῖσμα· λύγον δὲ χλωρὰν μακρὰν στρέψαντες ὡς σχοῖνον, ταύτῃ τὴν ναῦν ἐκ τῆς πρύμνης ἄκρας εἰς τὴν γῆν ἔδη‐ σαν· ἔπειτα τοὺς κύνας ἀφέντες ῥινηλατεῖν ἐν ταῖς</w:t>
      </w:r>
    </w:p>
    <w:p>
      <w:r>
        <w:rPr>
          <w:rFonts w:ascii="Courier New" w:hAnsi="Courier New"/>
          <w:color w:val="555555"/>
          <w:sz w:val="20"/>
        </w:rPr>
        <w:t>[5]</w:t>
      </w:r>
    </w:p>
    <w:p>
      <w:r>
        <w:rPr>
          <w:rFonts w:ascii="Gentium Plus" w:hAnsi="Gentium Plus"/>
          <w:sz w:val="24"/>
        </w:rPr>
        <w:t>εὐκαίροις φαινομέναις τῶν ὁδῶν ἐλινοστάτουν.</w:t>
      </w:r>
    </w:p>
    <w:p>
      <w:r>
        <w:rPr>
          <w:rFonts w:ascii="Courier New" w:hAnsi="Courier New"/>
          <w:color w:val="555555"/>
          <w:sz w:val="20"/>
        </w:rPr>
        <w:t>[2 . 13 . 4]</w:t>
      </w:r>
    </w:p>
    <w:p>
      <w:r>
        <w:rPr>
          <w:rFonts w:ascii="Gentium Plus" w:hAnsi="Gentium Plus"/>
          <w:sz w:val="24"/>
        </w:rPr>
        <w:t>Οἱ μὲν δὴ κύνες ἅμα ὑλακῇ διαθέοντες ἐφόβησαν τὰς αἶγας· αἱ δὲ τὰ ὀρεινὰ καταλιποῦσαι μᾶλλόν τι πρὸς τὴν θάλασσαν ὥρμησαν· ἔχουσαι δὲ οὐδὲν ἐν ψάμμῳ τρώξιμον, ἐλθοῦσαι</w:t>
      </w:r>
    </w:p>
    <w:p>
      <w:r>
        <w:rPr>
          <w:rFonts w:ascii="Courier New" w:hAnsi="Courier New"/>
          <w:color w:val="555555"/>
          <w:sz w:val="20"/>
        </w:rPr>
        <w:t>[5]</w:t>
      </w:r>
    </w:p>
    <w:p>
      <w:r>
        <w:rPr>
          <w:rFonts w:ascii="Gentium Plus" w:hAnsi="Gentium Plus"/>
          <w:sz w:val="24"/>
        </w:rPr>
        <w:t>πρὸς τὴν ναῦν αἱ θρασύτεραι αὐτῶν τὴν λύγον τὴν χλωράν,</w:t>
      </w:r>
    </w:p>
    <w:p>
      <w:r>
        <w:rPr>
          <w:rFonts w:ascii="Courier New" w:hAnsi="Courier New"/>
          <w:color w:val="555555"/>
          <w:sz w:val="20"/>
        </w:rPr>
        <w:t>[2 . 14 . 1]</w:t>
      </w:r>
    </w:p>
    <w:p>
      <w:r>
        <w:rPr>
          <w:rFonts w:ascii="Gentium Plus" w:hAnsi="Gentium Plus"/>
          <w:sz w:val="24"/>
        </w:rPr>
        <w:t>Ἦν δέ τι καὶ κλυδώνιον ἐν τῇ θαλάσσῃ, κινη‐ θέντος ἀπὸ τῶν ὀρῶν πνεύματος. Ταχὺ δὴ μάλα λυθεῖ‐ σαν αὐτὴν ὑπήνεγκεν ἡ παλίρροια τοῦ κύματος καὶ ἐς τὸ πέλαγος μετέωρον ἔφερεν.</w:t>
      </w:r>
    </w:p>
    <w:p>
      <w:r>
        <w:rPr>
          <w:rFonts w:ascii="Courier New" w:hAnsi="Courier New"/>
          <w:color w:val="555555"/>
          <w:sz w:val="20"/>
        </w:rPr>
        <w:t>[2 . 14 . 2]</w:t>
      </w:r>
    </w:p>
    <w:p>
      <w:r>
        <w:rPr>
          <w:rFonts w:ascii="Gentium Plus" w:hAnsi="Gentium Plus"/>
          <w:sz w:val="24"/>
        </w:rPr>
        <w:t>Αἰσθήσεως δὴ τοῖς Μηθυμ‐ ναίοις γενομένης οἱ μὲν ἐπὶ τὴν θάλασσαν ἔθεον, οἱ δὲ τοὺς κύνας συνέλεγον· ἐβόων δὲ πάντες, ὡς πάντας τοὺς ἐκ τῶν πλησίον ἀγρῶν ἀκούσαντας συνελθεῖν. Ἀλλ’ ἦν</w:t>
      </w:r>
    </w:p>
    <w:p>
      <w:r>
        <w:rPr>
          <w:rFonts w:ascii="Courier New" w:hAnsi="Courier New"/>
          <w:color w:val="555555"/>
          <w:sz w:val="20"/>
        </w:rPr>
        <w:t>[5]</w:t>
      </w:r>
    </w:p>
    <w:p>
      <w:r>
        <w:rPr>
          <w:rFonts w:ascii="Gentium Plus" w:hAnsi="Gentium Plus"/>
          <w:sz w:val="24"/>
        </w:rPr>
        <w:t>οὐδὲν ὄφελος· τοῦ γὰρ πνεύματος ἀκμάζοντος ἀσχέτῳ τάχει κατὰ ῥοῦν ἡ ναῦς ἐφέρετο.</w:t>
      </w:r>
    </w:p>
    <w:p>
      <w:r>
        <w:rPr>
          <w:rFonts w:ascii="Courier New" w:hAnsi="Courier New"/>
          <w:color w:val="555555"/>
          <w:sz w:val="20"/>
        </w:rPr>
        <w:t>[2 . 14 . 3]</w:t>
      </w:r>
    </w:p>
    <w:p>
      <w:r>
        <w:rPr>
          <w:rFonts w:ascii="Gentium Plus" w:hAnsi="Gentium Plus"/>
          <w:sz w:val="24"/>
        </w:rPr>
        <w:t>Οἱ δ’ οὖν οὐκ ὀλίγων κτημάτων [οἱ Μηθυμναῖοι] στερόμενοι ἐζήτουν τὸν νέμοντα τὰς αἶγας· καὶ εὑρόντες τὸν Δάφνιν ἔπαιον, ἀπέδυον· εἷς δέ τις καὶ κυνόδεσμον ἀράμενος περιῆγε τὰς χεῖρας</w:t>
      </w:r>
    </w:p>
    <w:p>
      <w:r>
        <w:rPr>
          <w:rFonts w:ascii="Courier New" w:hAnsi="Courier New"/>
          <w:color w:val="555555"/>
          <w:sz w:val="20"/>
        </w:rPr>
        <w:t>[5]</w:t>
      </w:r>
    </w:p>
    <w:p>
      <w:r>
        <w:rPr>
          <w:rFonts w:ascii="Gentium Plus" w:hAnsi="Gentium Plus"/>
          <w:sz w:val="24"/>
        </w:rPr>
        <w:t>ὡς δήσων.</w:t>
      </w:r>
    </w:p>
    <w:p>
      <w:r>
        <w:rPr>
          <w:rFonts w:ascii="Courier New" w:hAnsi="Courier New"/>
          <w:color w:val="555555"/>
          <w:sz w:val="20"/>
        </w:rPr>
        <w:t>[2 . 14 . 4]</w:t>
      </w:r>
    </w:p>
    <w:p>
      <w:r>
        <w:rPr>
          <w:rFonts w:ascii="Gentium Plus" w:hAnsi="Gentium Plus"/>
          <w:sz w:val="24"/>
        </w:rPr>
        <w:t>Ὁ δὲ ἐβόα τε παιόμενος καὶ ἱκέτευε τοὺς ἀγροίκους καὶ πρώτους γε τὸν Λάμωνα καὶ τὸν Δρύαντα βοηθοὺς ἐπεκαλεῖτο. Οἱ δὲ ἀντείχοντο σκληροὶ γέροντες καὶ χεῖρας ἐκ γεωργικῶν ἔργων ἰσχυρὰς ἔχοντες, καὶ</w:t>
      </w:r>
    </w:p>
    <w:p>
      <w:r>
        <w:rPr>
          <w:rFonts w:ascii="Courier New" w:hAnsi="Courier New"/>
          <w:color w:val="555555"/>
          <w:sz w:val="20"/>
        </w:rPr>
        <w:t>[5]</w:t>
      </w:r>
    </w:p>
    <w:p>
      <w:r>
        <w:rPr>
          <w:rFonts w:ascii="Gentium Plus" w:hAnsi="Gentium Plus"/>
          <w:sz w:val="24"/>
        </w:rPr>
        <w:t>ἠξίουν δικαιολογήσασθαι περὶ τῶν γεγενημένων.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[2 . 15 . 1]</w:t>
      </w:r>
    </w:p>
    <w:p>
      <w:r>
        <w:rPr>
          <w:rFonts w:ascii="Gentium Plus" w:hAnsi="Gentium Plus"/>
          <w:sz w:val="24"/>
        </w:rPr>
        <w:t>Ταὐτὰ δὲ καὶ τῶν ἄλλων ἀξιούντων δικαστὴν καθίζουσι Φιλητᾶν τὸν βουκόλον· πρεσβύτατός τε γὰρ ἦν τῶν παρόντων καὶ κλέος εἶχεν ἐν τοῖς κωμήταις δικαιο‐ σύνης περιττῆς. Πρῶτοι δὲ κατηγόρουν οἱ Μηθυμναῖοι</w:t>
      </w:r>
    </w:p>
    <w:p>
      <w:r>
        <w:rPr>
          <w:rFonts w:ascii="Courier New" w:hAnsi="Courier New"/>
          <w:color w:val="555555"/>
          <w:sz w:val="20"/>
        </w:rPr>
        <w:t>[5]</w:t>
      </w:r>
    </w:p>
    <w:p>
      <w:r>
        <w:rPr>
          <w:rFonts w:ascii="Gentium Plus" w:hAnsi="Gentium Plus"/>
          <w:sz w:val="24"/>
        </w:rPr>
        <w:t>σαφῆ καὶ σύντομα, βουκόλον ἔχοντες δικαστήν.</w:t>
      </w:r>
    </w:p>
    <w:p>
      <w:r>
        <w:rPr>
          <w:rFonts w:ascii="Courier New" w:hAnsi="Courier New"/>
          <w:color w:val="555555"/>
          <w:sz w:val="20"/>
        </w:rPr>
        <w:t>[2 . 15 . 2]</w:t>
      </w:r>
    </w:p>
    <w:p>
      <w:r>
        <w:rPr>
          <w:rFonts w:ascii="Gentium Plus" w:hAnsi="Gentium Plus"/>
          <w:sz w:val="24"/>
        </w:rPr>
        <w:t>«Ἤλθομεν εἰς τούτους τοὺς ἀγροὺς θηρᾶσαι θέ‐ λοντες. Τὴν μὲν οὖν ναῦν λύγῳ χλωρᾷ δήσαντες ἐπὶ τῆς ἀκτῆς κατελίπομεν, αὐτοὶ δὲ διὰ τῶν κυνῶν ζήτησιν</w:t>
      </w:r>
    </w:p>
    <w:p>
      <w:r>
        <w:rPr>
          <w:rFonts w:ascii="Courier New" w:hAnsi="Courier New"/>
          <w:color w:val="555555"/>
          <w:sz w:val="20"/>
        </w:rPr>
        <w:t>[5]</w:t>
      </w:r>
    </w:p>
    <w:p>
      <w:r>
        <w:rPr>
          <w:rFonts w:ascii="Gentium Plus" w:hAnsi="Gentium Plus"/>
          <w:sz w:val="24"/>
        </w:rPr>
        <w:t>αἶγες τούτου κατελθοῦσαι τήν τε λύγον κατεσθίουσι καὶ τὴν ναῦν ἀπολύουσιν.</w:t>
      </w:r>
    </w:p>
    <w:p>
      <w:r>
        <w:rPr>
          <w:rFonts w:ascii="Courier New" w:hAnsi="Courier New"/>
          <w:color w:val="555555"/>
          <w:sz w:val="20"/>
        </w:rPr>
        <w:t>[2 . 15 . 3]</w:t>
      </w:r>
    </w:p>
    <w:p>
      <w:r>
        <w:rPr>
          <w:rFonts w:ascii="Gentium Plus" w:hAnsi="Gentium Plus"/>
          <w:sz w:val="24"/>
        </w:rPr>
        <w:t>Εἶδες αὐτὴν ἐπὶ τῇ θαλάσσῃ φερομένην, πόσων οἴει μεστὴν ἀγαθῶν; Οἵα μὲν ἐσθὴς ἀπόλωλεν, οἷος δὲ κόσμος κυνῶν, ὅσον δὲ ἀργύριον. Τοὺς ἀγροὺς ἄν τις τούτους ἐκεῖνα ἔχων ὠνήσαιτο. Ἀνθ’ ὧν</w:t>
      </w:r>
    </w:p>
    <w:p>
      <w:r>
        <w:rPr>
          <w:rFonts w:ascii="Courier New" w:hAnsi="Courier New"/>
          <w:color w:val="555555"/>
          <w:sz w:val="20"/>
        </w:rPr>
        <w:t>[5]</w:t>
      </w:r>
    </w:p>
    <w:p>
      <w:r>
        <w:rPr>
          <w:rFonts w:ascii="Gentium Plus" w:hAnsi="Gentium Plus"/>
          <w:sz w:val="24"/>
        </w:rPr>
        <w:t>ἀξιοῦμεν ἄγειν τοῦτον, πονηρὸν ὄντα αἰπόλον, ὃς ἐπὶ τῆς θαλάσσης νέμει τὰς αἶγας ὡς ναύτης.»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 . 16 . 1]</w:t>
      </w:r>
    </w:p>
    <w:p>
      <w:r>
        <w:rPr>
          <w:rFonts w:ascii="Gentium Plus" w:hAnsi="Gentium Plus"/>
          <w:sz w:val="24"/>
        </w:rPr>
        <w:t>Τοσαῦτα οἱ Μηθυμναῖοι κατηγόρησαν· ὁ δὲ Δάφνις διέκειτο μὲν κακῶς ὑπὸ τῶν πληγῶν, Χλόην δὲ ὁρῶν παροῦσαν πάντων κατεφρόνει καὶ ὧδε εἶπεν· «Ἐγὼ νέμω τὰς αἶγας καλῶς. Οὐδέποτε ᾐτιάσατο</w:t>
      </w:r>
    </w:p>
    <w:p>
      <w:r>
        <w:rPr>
          <w:rFonts w:ascii="Courier New" w:hAnsi="Courier New"/>
          <w:color w:val="555555"/>
          <w:sz w:val="20"/>
        </w:rPr>
        <w:t>[5]</w:t>
      </w:r>
    </w:p>
    <w:p>
      <w:r>
        <w:rPr>
          <w:rFonts w:ascii="Gentium Plus" w:hAnsi="Gentium Plus"/>
          <w:sz w:val="24"/>
        </w:rPr>
        <w:t>κωμήτης οὐδὲ εἷς ὡς ἢ κῆπόν τινος αἲξ ἐμὴ κατεβοσκή‐ σατο ἢ ἄμπελον βλαστάνουσαν κατέκλασεν.</w:t>
      </w:r>
    </w:p>
    <w:p>
      <w:r>
        <w:rPr>
          <w:rFonts w:ascii="Courier New" w:hAnsi="Courier New"/>
          <w:color w:val="555555"/>
          <w:sz w:val="20"/>
        </w:rPr>
        <w:t>[2 . 16 . 2]</w:t>
      </w:r>
    </w:p>
    <w:p>
      <w:r>
        <w:rPr>
          <w:rFonts w:ascii="Gentium Plus" w:hAnsi="Gentium Plus"/>
          <w:sz w:val="24"/>
        </w:rPr>
        <w:t>Οὗτοι δέ εἰσι κυνηγέται πονηροὶ καὶ κύνας ἔχουσι κακῶς πεπαι‐ δευμένους, οἵτινες τρέχοντες πολλὰ καὶ ὑλακτοῦντες σκληρὰ κατεδίωξαν αὐτὰς ἐκ τῶν ὀρῶν καὶ τῶν πεδίων</w:t>
      </w:r>
    </w:p>
    <w:p>
      <w:r>
        <w:rPr>
          <w:rFonts w:ascii="Courier New" w:hAnsi="Courier New"/>
          <w:color w:val="555555"/>
          <w:sz w:val="20"/>
        </w:rPr>
        <w:t>[5]</w:t>
      </w:r>
    </w:p>
    <w:p>
      <w:r>
        <w:rPr>
          <w:rFonts w:ascii="Gentium Plus" w:hAnsi="Gentium Plus"/>
          <w:sz w:val="24"/>
        </w:rPr>
        <w:t>ἐπὶ τὴν θάλασσαν, ὥσπερ λύκοι.</w:t>
      </w:r>
    </w:p>
    <w:p>
      <w:r>
        <w:rPr>
          <w:rFonts w:ascii="Courier New" w:hAnsi="Courier New"/>
          <w:color w:val="555555"/>
          <w:sz w:val="20"/>
        </w:rPr>
        <w:t>[2 . 16 . 3]</w:t>
      </w:r>
    </w:p>
    <w:p>
      <w:r>
        <w:rPr>
          <w:rFonts w:ascii="Gentium Plus" w:hAnsi="Gentium Plus"/>
          <w:sz w:val="24"/>
        </w:rPr>
        <w:t>Ἀλλὰ ἀπέφαγον τὴν λύγον· οὐ γὰρ εἶχον ἐν ψάμμῳ πόαν ἢ κόμαρον ἢ θύμον· Ἀλλὰ ἀπώλετο ἡ ναῦς ὑπὸ τοῦ πνεύματος καὶ τῆς θαλάσ‐ σης· ταῦτα χειμῶνος, οὐκ αἰγῶν ἐστιν ἔργα. Ἀλλὰ ἐσθὴς</w:t>
      </w:r>
    </w:p>
    <w:p>
      <w:r>
        <w:rPr>
          <w:rFonts w:ascii="Courier New" w:hAnsi="Courier New"/>
          <w:color w:val="555555"/>
          <w:sz w:val="20"/>
        </w:rPr>
        <w:t>[5]</w:t>
      </w:r>
    </w:p>
    <w:p>
      <w:r>
        <w:rPr>
          <w:rFonts w:ascii="Gentium Plus" w:hAnsi="Gentium Plus"/>
          <w:sz w:val="24"/>
        </w:rPr>
        <w:t>ἐνέκειτο καὶ ἄργυρος· καὶ τίς πιστεύσει νοῦν ἔχων ὅτι τοσαῦτα φέρουσα ναῦς πεῖσμα εἶχε λύγον;»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 . 17 . 1]</w:t>
      </w:r>
    </w:p>
    <w:p>
      <w:r>
        <w:rPr>
          <w:rFonts w:ascii="Gentium Plus" w:hAnsi="Gentium Plus"/>
          <w:sz w:val="24"/>
        </w:rPr>
        <w:t>Τούτοις ἐπεδάκρυσεν ὁ Δάφνις καὶ εἰς οἶκτον ὑπηγάγετο τοὺς ἀγροίκους πολύν, ὥστε ὁ Φιλητᾶς, ὁ</w:t>
      </w:r>
    </w:p>
    <w:p>
      <w:r>
        <w:rPr>
          <w:rFonts w:ascii="Courier New" w:hAnsi="Courier New"/>
          <w:color w:val="555555"/>
          <w:sz w:val="20"/>
        </w:rPr>
        <w:t>[5]</w:t>
      </w:r>
    </w:p>
    <w:p>
      <w:r>
        <w:rPr>
          <w:rFonts w:ascii="Gentium Plus" w:hAnsi="Gentium Plus"/>
          <w:sz w:val="24"/>
        </w:rPr>
        <w:t>μον, ὧν ἄλλους εἶναι δικαστάς.</w:t>
      </w:r>
    </w:p>
    <w:p>
      <w:r>
        <w:rPr>
          <w:rFonts w:ascii="Courier New" w:hAnsi="Courier New"/>
          <w:color w:val="555555"/>
          <w:sz w:val="20"/>
        </w:rPr>
        <w:t>[2 . 17 . 2]</w:t>
      </w:r>
    </w:p>
    <w:p>
      <w:r>
        <w:rPr>
          <w:rFonts w:ascii="Gentium Plus" w:hAnsi="Gentium Plus"/>
          <w:sz w:val="24"/>
        </w:rPr>
        <w:t>Οὐκ ἔπειθε ταῦτα Φιλητᾶς Μηθυμναίους λέγων, ἀλλ’ ὑπ’ ὀργῆς ὁρμή‐ σαντες ἦγον τὸν Δάφνιν πάλιν καὶ συνδεῖν ἤθελον.</w:t>
      </w:r>
    </w:p>
    <w:p>
      <w:r>
        <w:rPr>
          <w:rFonts w:ascii="Courier New" w:hAnsi="Courier New"/>
          <w:color w:val="555555"/>
          <w:sz w:val="20"/>
        </w:rPr>
        <w:t>[2 . 17 . 3]</w:t>
      </w:r>
    </w:p>
    <w:p>
      <w:r>
        <w:rPr>
          <w:rFonts w:ascii="Gentium Plus" w:hAnsi="Gentium Plus"/>
          <w:sz w:val="24"/>
        </w:rPr>
        <w:t>Ἐνταῦθα οἱ κωμῆται ταραχθέντες ἐπιπηδῶσιν αὐτοῖς ὡσεὶ ψᾶρες ἢ κολοιοί· καὶ ταχὺ μὲν ἀφαιροῦνται τὸν Δάφνιν ἤδη καὶ αὐτὸν μαχόμενον, ταχὺ δὲ ξύλοις παίοντες ἐκείνους εἰς φυγὴν ἔτρεψαν· ἀπέστησαν δὲ οὐ πρότερον</w:t>
      </w:r>
    </w:p>
    <w:p>
      <w:r>
        <w:rPr>
          <w:rFonts w:ascii="Courier New" w:hAnsi="Courier New"/>
          <w:color w:val="555555"/>
          <w:sz w:val="20"/>
        </w:rPr>
        <w:t>[5]</w:t>
      </w:r>
    </w:p>
    <w:p>
      <w:r>
        <w:rPr>
          <w:rFonts w:ascii="Gentium Plus" w:hAnsi="Gentium Plus"/>
          <w:sz w:val="24"/>
        </w:rPr>
        <w:t>ἔστε τῶν ὅρων αὐτοὺς ἐξήλασαν ἐς ἄλλους ἀγρούς.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[2 . 18 . 1]</w:t>
      </w:r>
    </w:p>
    <w:p>
      <w:r>
        <w:rPr>
          <w:rFonts w:ascii="Gentium Plus" w:hAnsi="Gentium Plus"/>
          <w:sz w:val="24"/>
        </w:rPr>
        <w:t>Διωκόντων δὴ τοὺς Μηθυμναίους ἐκείνων ἡ Χλόη κατὰ πολλὴν ἡσυχίαν ἄγει πρὸς τὰς Νύμφας τὸν Δάφνιν καὶ ἀπονίπτει τε τὸ πρόσωπον ᾑμαγμένον ἐκ τῶν ῥινῶν ῥαγεισῶν ὑπὸ πληγῆς τινος, καὶ τῆς πήρας προκο‐</w:t>
      </w:r>
    </w:p>
    <w:p>
      <w:r>
        <w:rPr>
          <w:rFonts w:ascii="Courier New" w:hAnsi="Courier New"/>
          <w:color w:val="555555"/>
          <w:sz w:val="20"/>
        </w:rPr>
        <w:t>[5]</w:t>
      </w:r>
    </w:p>
    <w:p>
      <w:r>
        <w:rPr>
          <w:rFonts w:ascii="Gentium Plus" w:hAnsi="Gentium Plus"/>
          <w:sz w:val="24"/>
        </w:rPr>
        <w:t>μίσασα ζυμίτου μέρος καὶ τυροῦ τμῆμά τι, δίδωσι φαγεῖν· τό τε μάλιστα ἀνακτησόμενον αὐτόν, φίλημα ἐφίλησε μελιτῶδες ἁπαλοῖς τοῖς χείλεσι.</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[2 . 19 . 1]</w:t>
      </w:r>
    </w:p>
    <w:p>
      <w:r>
        <w:rPr>
          <w:rFonts w:ascii="Gentium Plus" w:hAnsi="Gentium Plus"/>
          <w:sz w:val="24"/>
        </w:rPr>
        <w:t>Τότε μὲν δὴ παρὰ τοσοῦτον Δάφνις ἦλθε κακοῦ. Τὸ δὲ πρᾶγμα οὐ ταύτῃ πέπαυτο, ἀλλ’ ἐλθόντες οἱ Μηθυμναῖοι μόλις εἰς τὴν ἑαυτῶν, ὁδοιπόροι μὲν ἀντὶ ναυτῶν, τραυματίαι δὲ ἀντὶ τρυφώντων, ἐκκλησίαν τε</w:t>
      </w:r>
    </w:p>
    <w:p>
      <w:r>
        <w:rPr>
          <w:rFonts w:ascii="Courier New" w:hAnsi="Courier New"/>
          <w:color w:val="555555"/>
          <w:sz w:val="20"/>
        </w:rPr>
        <w:t>[5]</w:t>
      </w:r>
    </w:p>
    <w:p>
      <w:r>
        <w:rPr>
          <w:rFonts w:ascii="Gentium Plus" w:hAnsi="Gentium Plus"/>
          <w:sz w:val="24"/>
        </w:rPr>
        <w:t>συνήγαγον τῶν πολιτῶν καὶ ἱκετηρίας θέντες ἱκέτευον τιμωρίας ἀξιωθῆναι·</w:t>
      </w:r>
    </w:p>
    <w:p>
      <w:r>
        <w:rPr>
          <w:rFonts w:ascii="Courier New" w:hAnsi="Courier New"/>
          <w:color w:val="555555"/>
          <w:sz w:val="20"/>
        </w:rPr>
        <w:t>[2 . 19 . 2]</w:t>
      </w:r>
    </w:p>
    <w:p>
      <w:r>
        <w:rPr>
          <w:rFonts w:ascii="Gentium Plus" w:hAnsi="Gentium Plus"/>
          <w:sz w:val="24"/>
        </w:rPr>
        <w:t>τῶν μὲν ἀληθῶν λέγοντες οὐδὲ ἕν, μὴ καὶ πρὸς καταγέλαστοι γένοιντο τοιαῦτα καὶ τοσαῦτα παθόντες ὑπὸ ποιμένων, κατηγοροῦντες δὲ Μιτυληναίων, ὡς τὴν ναῦν ἀφελομένων καὶ τὰ χρήματα διαρπασάντων</w:t>
      </w:r>
    </w:p>
    <w:p>
      <w:r>
        <w:rPr>
          <w:rFonts w:ascii="Courier New" w:hAnsi="Courier New"/>
          <w:color w:val="555555"/>
          <w:sz w:val="20"/>
        </w:rPr>
        <w:t>[5]</w:t>
      </w:r>
    </w:p>
    <w:p>
      <w:r>
        <w:rPr>
          <w:rFonts w:ascii="Gentium Plus" w:hAnsi="Gentium Plus"/>
          <w:sz w:val="24"/>
        </w:rPr>
        <w:t>πολέμου νόμῳ.</w:t>
      </w:r>
    </w:p>
    <w:p>
      <w:r>
        <w:rPr>
          <w:rFonts w:ascii="Courier New" w:hAnsi="Courier New"/>
          <w:color w:val="555555"/>
          <w:sz w:val="20"/>
        </w:rPr>
        <w:t>[2 . 19 . 3]</w:t>
      </w:r>
    </w:p>
    <w:p>
      <w:r>
        <w:rPr>
          <w:rFonts w:ascii="Gentium Plus" w:hAnsi="Gentium Plus"/>
          <w:sz w:val="24"/>
        </w:rPr>
        <w:t>Οἱ δὲ πιστεύοντες διὰ τὰ τραύματα καὶ νεανίσκοις τῶν πρώτων παρ’ αὐτοῖς οἰκιῶν τιμωρῆσαι δίκαιον νομίζοντες Μιτυληναίοις μὲν πόλεμον ἀκήρυκτον ἐψηφίσαντο· τὸν δὲ στρατηγὸν ἐκέλευσαν δέκα ναῦς καθ‐</w:t>
      </w:r>
    </w:p>
    <w:p>
      <w:r>
        <w:rPr>
          <w:rFonts w:ascii="Courier New" w:hAnsi="Courier New"/>
          <w:color w:val="555555"/>
          <w:sz w:val="20"/>
        </w:rPr>
        <w:t>[5]</w:t>
      </w:r>
    </w:p>
    <w:p>
      <w:r>
        <w:rPr>
          <w:rFonts w:ascii="Gentium Plus" w:hAnsi="Gentium Plus"/>
          <w:sz w:val="24"/>
        </w:rPr>
        <w:t>ελκύσαντα κακουργεῖν αὐτῶν τὴν παραλίαν· πλησίον γὰρ χειμῶνος ὄντος οὐκ ἦν ἀσφαλὲς μείζονα στόλον πιστεύειν τῇ θαλάσσῃ.</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[2 . 20 . 1]</w:t>
      </w:r>
    </w:p>
    <w:p>
      <w:r>
        <w:rPr>
          <w:rFonts w:ascii="Gentium Plus" w:hAnsi="Gentium Plus"/>
          <w:sz w:val="24"/>
        </w:rPr>
        <w:t>Ὁ δὲ εὐθὺς τῆς ἐπιούσης ἀναγόμενος αὐτερέ‐ ταις στρατιώταις ἐπέπλει τοῖς παραθαλασσίοις τῶν Μιτυ‐ ληναίων ἀγροῖς. Καὶ πολλὰ μὲν ἥρπαζε ποίμνια, πολὺν δὲ σῖτον καὶ οἶνον, ἄρτι πεπαυμένου τοῦ τρυγητοῦ, καὶ</w:t>
      </w:r>
    </w:p>
    <w:p>
      <w:r>
        <w:rPr>
          <w:rFonts w:ascii="Courier New" w:hAnsi="Courier New"/>
          <w:color w:val="555555"/>
          <w:sz w:val="20"/>
        </w:rPr>
        <w:t>[5]</w:t>
      </w:r>
    </w:p>
    <w:p>
      <w:r>
        <w:rPr>
          <w:rFonts w:ascii="Gentium Plus" w:hAnsi="Gentium Plus"/>
          <w:sz w:val="24"/>
        </w:rPr>
        <w:t>ἀνθρώπους δὲ οὐκ ὀλίγους, ὅσοι τούτων ἐργάται.</w:t>
      </w:r>
    </w:p>
    <w:p>
      <w:r>
        <w:rPr>
          <w:rFonts w:ascii="Courier New" w:hAnsi="Courier New"/>
          <w:color w:val="555555"/>
          <w:sz w:val="20"/>
        </w:rPr>
        <w:t>[2 . 20 . 2]</w:t>
      </w:r>
    </w:p>
    <w:p>
      <w:r>
        <w:rPr>
          <w:rFonts w:ascii="Gentium Plus" w:hAnsi="Gentium Plus"/>
          <w:sz w:val="24"/>
        </w:rPr>
        <w:t>Ἐπέ‐ πλευσε καὶ τοῖς τῆς Χλόης ἀγροῖς καὶ τοῦ Δάφνιδος, καὶ ἀπόβασιν ὀξεῖαν θέμενος λείαν ἤλαυνε τὰ ἐν ποσίν. Ὁ μὲν 〈δὴ〉 Δάφνις οὐκ ἔνεμε τὰς αἶγας ἀλλ’ ἐς τὴν ὕλην</w:t>
      </w:r>
    </w:p>
    <w:p>
      <w:r>
        <w:rPr>
          <w:rFonts w:ascii="Courier New" w:hAnsi="Courier New"/>
          <w:color w:val="555555"/>
          <w:sz w:val="20"/>
        </w:rPr>
        <w:t>[5]</w:t>
      </w:r>
    </w:p>
    <w:p>
      <w:r>
        <w:rPr>
          <w:rFonts w:ascii="Gentium Plus" w:hAnsi="Gentium Plus"/>
          <w:sz w:val="24"/>
        </w:rPr>
        <w:t>ἀνελθὼν φυλλάδα χλωρὰν ἔκοπτεν, ὡς ἔχοι τοῦ χειμῶνος παρέχειν τοῖς ἐρίφοις τροφήν· ὥστε ἄνωθεν θεασάμενος τὴν καταδρομὴν ἐνέκρυψεν αὑτὸν στελέχει κοίλῳ ξηρᾶς ὀξύης·</w:t>
      </w:r>
    </w:p>
    <w:p>
      <w:r>
        <w:rPr>
          <w:rFonts w:ascii="Courier New" w:hAnsi="Courier New"/>
          <w:color w:val="555555"/>
          <w:sz w:val="20"/>
        </w:rPr>
        <w:t>[2 . 20 . 3]</w:t>
      </w:r>
    </w:p>
    <w:p>
      <w:r>
        <w:rPr>
          <w:rFonts w:ascii="Gentium Plus" w:hAnsi="Gentium Plus"/>
          <w:sz w:val="24"/>
        </w:rPr>
        <w:t>ἡ δὲ Χλόη παρῆν ταῖς ἀγέλαις καὶ διωκο‐ μένη καταφεύγει πρὸς τὰς Νύμφας ἱκέτις καὶ ἐδεῖτο</w:t>
      </w:r>
    </w:p>
    <w:p>
      <w:r>
        <w:rPr>
          <w:rFonts w:ascii="Courier New" w:hAnsi="Courier New"/>
          <w:color w:val="555555"/>
          <w:sz w:val="20"/>
        </w:rPr>
        <w:t>[5]</w:t>
      </w:r>
    </w:p>
    <w:p>
      <w:r>
        <w:rPr>
          <w:rFonts w:ascii="Gentium Plus" w:hAnsi="Gentium Plus"/>
          <w:sz w:val="24"/>
        </w:rPr>
        <w:t>μάτων κατακερτομήσαντες καὶ τὰς ἀγέλας ἤλασαν κἀκεί‐ νην ἤγαγον ὥσπερ αἶγα ἢ πρόβατον παίοντες λύγοις.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 . 21 . 1]</w:t>
      </w:r>
    </w:p>
    <w:p>
      <w:r>
        <w:rPr>
          <w:rFonts w:ascii="Gentium Plus" w:hAnsi="Gentium Plus"/>
          <w:sz w:val="24"/>
        </w:rPr>
        <w:t>Ἔχοντες δὲ ἤδη τὰς ναῦς παντοδαπῆς ἁρπα‐ γῆς μεστάς, οὐκέτ’ ἐγίνωσκον περαιτέρω πλεῖν, ἀλλὰ τὸν οἴκαδε πλοῦν ἐποιοῦντο καὶ τὸν χειμῶνα καὶ τοὺς πολε‐ μίους δεδιότες. Οἱ μὲν οὖν ἀπέπλεον εἰρεσίᾳ προσ‐</w:t>
      </w:r>
    </w:p>
    <w:p>
      <w:r>
        <w:rPr>
          <w:rFonts w:ascii="Courier New" w:hAnsi="Courier New"/>
          <w:color w:val="555555"/>
          <w:sz w:val="20"/>
        </w:rPr>
        <w:t>[5]</w:t>
      </w:r>
    </w:p>
    <w:p>
      <w:r>
        <w:rPr>
          <w:rFonts w:ascii="Gentium Plus" w:hAnsi="Gentium Plus"/>
          <w:sz w:val="24"/>
        </w:rPr>
        <w:t>ταλαιπωροῦντες· ἄνεμος γὰρ οὐκ ἦν·</w:t>
      </w:r>
    </w:p>
    <w:p>
      <w:r>
        <w:rPr>
          <w:rFonts w:ascii="Courier New" w:hAnsi="Courier New"/>
          <w:color w:val="555555"/>
          <w:sz w:val="20"/>
        </w:rPr>
        <w:t>[2 . 21 . 2]</w:t>
      </w:r>
    </w:p>
    <w:p>
      <w:r>
        <w:rPr>
          <w:rFonts w:ascii="Gentium Plus" w:hAnsi="Gentium Plus"/>
          <w:sz w:val="24"/>
        </w:rPr>
        <w:t>ὁ δὲ Δάφνις ἡσυχίας γενομένης ἐλθὼν εἰς τὸ πεδίον ἔνθα ἔνεμον, καὶ μήτε τὰς αἶγας ἰδὼν μήτε τὰ πρόβατα καταλαβὼν μήτε Χλόην εὑρὼν ἀλλὰ ἐρημίαν πολλὴν καὶ τὴν σύριγγα ἐρριμ‐</w:t>
      </w:r>
    </w:p>
    <w:p>
      <w:r>
        <w:rPr>
          <w:rFonts w:ascii="Courier New" w:hAnsi="Courier New"/>
          <w:color w:val="555555"/>
          <w:sz w:val="20"/>
        </w:rPr>
        <w:t>[5]</w:t>
      </w:r>
    </w:p>
    <w:p>
      <w:r>
        <w:rPr>
          <w:rFonts w:ascii="Gentium Plus" w:hAnsi="Gentium Plus"/>
          <w:sz w:val="24"/>
        </w:rPr>
        <w:t>μένην, ᾗ συνήθως ἐτέρπετο ἡ Χλόη,</w:t>
      </w:r>
    </w:p>
    <w:p>
      <w:r>
        <w:rPr>
          <w:rFonts w:ascii="Courier New" w:hAnsi="Courier New"/>
          <w:color w:val="555555"/>
          <w:sz w:val="20"/>
        </w:rPr>
        <w:t>[2 . 21 . 3]</w:t>
      </w:r>
    </w:p>
    <w:p>
      <w:r>
        <w:rPr>
          <w:rFonts w:ascii="Gentium Plus" w:hAnsi="Gentium Plus"/>
          <w:sz w:val="24"/>
        </w:rPr>
        <w:t>μέγα βοῶν καὶ ἐλεεινὸν κωκύων ποτὲ μὲν πρὸς τὴν φηγὸν ἔτρεχεν ἔνθα ἐκαθέζοντο, ποτὲ δὲ ἐπὶ τὴν θάλασσαν ὡς ὀψόμενος αὐτήν, ποτὲ δὲ ἐπὶ τὰς Νύμφας, ἐφ’ ἃς διωκομένη κατέ‐</w:t>
      </w:r>
    </w:p>
    <w:p>
      <w:r>
        <w:rPr>
          <w:rFonts w:ascii="Courier New" w:hAnsi="Courier New"/>
          <w:color w:val="555555"/>
          <w:sz w:val="20"/>
        </w:rPr>
        <w:t>[5]</w:t>
      </w:r>
    </w:p>
    <w:p>
      <w:r>
        <w:rPr>
          <w:rFonts w:ascii="Gentium Plus" w:hAnsi="Gentium Plus"/>
          <w:sz w:val="24"/>
        </w:rPr>
        <w:t>φυγεν. Ἐνταῦθα καὶ ἔρριψεν ἑαυτὸν χαμαὶ καὶ ταῖς Νύμ‐ φαις ὡς προδούσαις κατεμέμφετο.</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 . 22 . 1]</w:t>
      </w:r>
    </w:p>
    <w:p>
      <w:r>
        <w:rPr>
          <w:rFonts w:ascii="Gentium Plus" w:hAnsi="Gentium Plus"/>
          <w:sz w:val="24"/>
        </w:rPr>
        <w:t>«Ἀφ’ ὑμῶν ἡρπάσθη Χλόη, καὶ τοῦτο ὑμεῖς ἰδεῖν ὑπεμείνατε; ἡ τοὺς στεφάνους ὑμῖν πλέκουσα, ἡ σπένδουσα τοῦ πρώτου γάλακτος, ἧς καὶ ἡ σῦριγξ ἥδε ἀνάθημα;</w:t>
      </w:r>
    </w:p>
    <w:p>
      <w:r>
        <w:rPr>
          <w:rFonts w:ascii="Courier New" w:hAnsi="Courier New"/>
          <w:color w:val="555555"/>
          <w:sz w:val="20"/>
        </w:rPr>
        <w:t>[2 . 22 . 2]</w:t>
      </w:r>
    </w:p>
    <w:p>
      <w:r>
        <w:rPr>
          <w:rFonts w:ascii="Gentium Plus" w:hAnsi="Gentium Plus"/>
          <w:sz w:val="24"/>
        </w:rPr>
        <w:t>Αἶγα μὲν οὐδὲ μίαν μοι λύκος ἥρπασε, πολέμιοι δὲ τὴν ἀγέλην 〈ὅλην〉 καὶ τὴν συννέμουσαν. Καὶ</w:t>
      </w:r>
    </w:p>
    <w:p>
      <w:r>
        <w:rPr>
          <w:rFonts w:ascii="Courier New" w:hAnsi="Courier New"/>
          <w:color w:val="555555"/>
          <w:sz w:val="20"/>
        </w:rPr>
        <w:t>[2 . 22 . 3]</w:t>
      </w:r>
    </w:p>
    <w:p>
      <w:r>
        <w:rPr>
          <w:rFonts w:ascii="Gentium Plus" w:hAnsi="Gentium Plus"/>
          <w:sz w:val="24"/>
        </w:rPr>
        <w:t>Ποίοις ποσὶν ἄπειμι παρὰ τὸν πατέρα καὶ τὴν μητέρα ἄνευ τῶν αἰγῶν, ἄνευ Χλόης, λιπεργάτης ἐσόμενος; ἔχω γὰρ νέμειν ἔτι οὐδέν.</w:t>
      </w:r>
    </w:p>
    <w:p>
      <w:r>
        <w:rPr>
          <w:rFonts w:ascii="Courier New" w:hAnsi="Courier New"/>
          <w:color w:val="555555"/>
          <w:sz w:val="20"/>
        </w:rPr>
        <w:t>[2 . 22 . 4]</w:t>
      </w:r>
    </w:p>
    <w:p>
      <w:r>
        <w:rPr>
          <w:rFonts w:ascii="Gentium Plus" w:hAnsi="Gentium Plus"/>
          <w:sz w:val="24"/>
        </w:rPr>
        <w:t>Ἐνταῦθα περιμενῶ κείμενος ἢ θάνατον ἢ πόλεμον δεύ‐ τερον. Ἆρα καὶ σύ, Χλόη, τοιαῦτα πάσχεις; ἆρα μέμνη‐ σαι τοῦ πεδίου τοῦδε καὶ τῶν Νυμφῶν τῶνδε κἀμοῦ; ἢ παραμυθοῦνταί σε τὰ πρόβατα καὶ αἱ αἶγες αἰχμάλωτοι</w:t>
      </w:r>
    </w:p>
    <w:p>
      <w:r>
        <w:rPr>
          <w:rFonts w:ascii="Courier New" w:hAnsi="Courier New"/>
          <w:color w:val="555555"/>
          <w:sz w:val="20"/>
        </w:rPr>
        <w:t>[5]</w:t>
      </w:r>
    </w:p>
    <w:p>
      <w:r>
        <w:rPr>
          <w:rFonts w:ascii="Gentium Plus" w:hAnsi="Gentium Plus"/>
          <w:sz w:val="24"/>
        </w:rPr>
        <w:t>μετὰ σοῦ γενόμεναι;»</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[2 . 23 . 1]</w:t>
      </w:r>
    </w:p>
    <w:p>
      <w:r>
        <w:rPr>
          <w:rFonts w:ascii="Gentium Plus" w:hAnsi="Gentium Plus"/>
          <w:sz w:val="24"/>
        </w:rPr>
        <w:t>Τοιαῦτα λέγοντα αὐτὸν ἐκ τῶν δακρύων καὶ τῆς λύπης ὕπνος βαθὺς καταλαμβάνει. Καὶ αὐτῷ αἱ τρεῖς ἐφίστανται Νύμφαι, μεγάλαι γυναῖκες καὶ καλαί, ἡμίγυμ‐ νοι καὶ ἀνυπόδετοι, τὰς κόμας λελυμέναι καὶ τοῖς ἀγάλμα‐</w:t>
      </w:r>
    </w:p>
    <w:p>
      <w:r>
        <w:rPr>
          <w:rFonts w:ascii="Courier New" w:hAnsi="Courier New"/>
          <w:color w:val="555555"/>
          <w:sz w:val="20"/>
        </w:rPr>
        <w:t>[5]</w:t>
      </w:r>
    </w:p>
    <w:p>
      <w:r>
        <w:rPr>
          <w:rFonts w:ascii="Gentium Plus" w:hAnsi="Gentium Plus"/>
          <w:sz w:val="24"/>
        </w:rPr>
        <w:t>σιν ὅμοιαι.</w:t>
      </w:r>
    </w:p>
    <w:p>
      <w:r>
        <w:rPr>
          <w:rFonts w:ascii="Courier New" w:hAnsi="Courier New"/>
          <w:color w:val="555555"/>
          <w:sz w:val="20"/>
        </w:rPr>
        <w:t>[2 . 23 . 2]</w:t>
      </w:r>
    </w:p>
    <w:p>
      <w:r>
        <w:rPr>
          <w:rFonts w:ascii="Gentium Plus" w:hAnsi="Gentium Plus"/>
          <w:sz w:val="24"/>
        </w:rPr>
        <w:t>Καὶ τὸ μὲν πρῶτον ἐῴκεσαν ἐλεοῦσαι τὸν Δάφνιν· ἔπειτα ἡ πρεσβυτάτη λέγει ἐπιρρωννύουσα. «Μηδὲν ἡμᾶς μέμφου, Δάφνι· Χλόης γὰρ ἡμῖν μᾶλλον ἢ σοὶ μέλει. Ἡμεῖς τοι καὶ παιδίον οὖσαν αὐτὴν ἠλεή‐</w:t>
      </w:r>
    </w:p>
    <w:p>
      <w:r>
        <w:rPr>
          <w:rFonts w:ascii="Courier New" w:hAnsi="Courier New"/>
          <w:color w:val="555555"/>
          <w:sz w:val="20"/>
        </w:rPr>
        <w:t>[5]</w:t>
      </w:r>
    </w:p>
    <w:p>
      <w:r>
        <w:rPr>
          <w:rFonts w:ascii="Gentium Plus" w:hAnsi="Gentium Plus"/>
          <w:sz w:val="24"/>
        </w:rPr>
        <w:t>σαμεν καὶ ἐν τῷδε τῷ ἄντρῳ κειμένην [αὐτὴν] ἀνεθρέψα‐ μεν.</w:t>
      </w:r>
    </w:p>
    <w:p>
      <w:r>
        <w:rPr>
          <w:rFonts w:ascii="Courier New" w:hAnsi="Courier New"/>
          <w:color w:val="555555"/>
          <w:sz w:val="20"/>
        </w:rPr>
        <w:t>[2 . 23 . 3]</w:t>
      </w:r>
    </w:p>
    <w:p>
      <w:r>
        <w:rPr>
          <w:rFonts w:ascii="Gentium Plus" w:hAnsi="Gentium Plus"/>
          <w:sz w:val="24"/>
        </w:rPr>
        <w:t>Ἐκείνῃ 〈καὶ〉 πεδίοις κοινὸν οὐδὲν καὶ τοῖς προ‐ βατίοις τοῦ Δρύαντος. Καὶ νῦν δὲ ἡμῖν πεφρόντισται τὸ κατ’ ἐκείνην, ὡς μήτε εἰς τὴν Μήθυμναν κομισθεῖσα δου‐ λεύοι μὴτε μέρος γένοιτο λείας πολεμικῆς.</w:t>
      </w:r>
    </w:p>
    <w:p>
      <w:r>
        <w:rPr>
          <w:rFonts w:ascii="Courier New" w:hAnsi="Courier New"/>
          <w:color w:val="555555"/>
          <w:sz w:val="20"/>
        </w:rPr>
        <w:t>[2 . 23 . 4]</w:t>
      </w:r>
    </w:p>
    <w:p>
      <w:r>
        <w:rPr>
          <w:rFonts w:ascii="Gentium Plus" w:hAnsi="Gentium Plus"/>
          <w:sz w:val="24"/>
        </w:rPr>
        <w:t>Καὶ τὸν Πᾶνα ἐκεῖνον τὸν ὑπὸ τῇ πίτυϊ ἱδρυμένον ὃν ὑμεῖς οὐδέποτε οὐδὲ ἄνθεσιν ἐτιμήσατε, τούτου ἐδεήθημεν ἐπίκουρον γε‐ νέσθαι Χλόης; συνήθης γὰρ στρατοπέδοις μᾶλλον ἡμῶν</w:t>
      </w:r>
    </w:p>
    <w:p>
      <w:r>
        <w:rPr>
          <w:rFonts w:ascii="Courier New" w:hAnsi="Courier New"/>
          <w:color w:val="555555"/>
          <w:sz w:val="20"/>
        </w:rPr>
        <w:t>[5]</w:t>
      </w:r>
    </w:p>
    <w:p>
      <w:r>
        <w:rPr>
          <w:rFonts w:ascii="Gentium Plus" w:hAnsi="Gentium Plus"/>
          <w:sz w:val="24"/>
        </w:rPr>
        <w:t>καὶ πολλοὺς ἤδη πολέμους ἐπολέμησε τὴν ἀγροικίαν κατα‐ λιπών· καὶ ἄπεισι τοῖς Μηθυμναίοις οὐκ ἀγαθὸς πολέμιος.</w:t>
      </w:r>
    </w:p>
    <w:p>
      <w:r>
        <w:rPr>
          <w:rFonts w:ascii="Courier New" w:hAnsi="Courier New"/>
          <w:color w:val="555555"/>
          <w:sz w:val="20"/>
        </w:rPr>
        <w:t>[2 . 23 . 5]</w:t>
      </w:r>
    </w:p>
    <w:p>
      <w:r>
        <w:rPr>
          <w:rFonts w:ascii="Gentium Plus" w:hAnsi="Gentium Plus"/>
          <w:sz w:val="24"/>
        </w:rPr>
        <w:t>Κάμνε δὲ μηδέν, ἀλλ’ ἀναστὰς ὄφθητι Λάμωνι καὶ Μυρτάλῃ, οἳ καὶ αὐτοὶ κεῖνται χαμαί, νομίζοντες καὶ σὲ μέρος γεγονέναι τῆς ἁρπαγῆς· Χλόη γάρ σοι τῆς ἐπιούσης ἀφίξεται μετὰ τῶν αἰγῶν, μετὰ τῶν προβάτων, καὶ νεμή‐</w:t>
      </w:r>
    </w:p>
    <w:p>
      <w:r>
        <w:rPr>
          <w:rFonts w:ascii="Courier New" w:hAnsi="Courier New"/>
          <w:color w:val="555555"/>
          <w:sz w:val="20"/>
        </w:rPr>
        <w:t>[5]</w:t>
      </w:r>
    </w:p>
    <w:p>
      <w:r>
        <w:rPr>
          <w:rFonts w:ascii="Gentium Plus" w:hAnsi="Gentium Plus"/>
          <w:sz w:val="24"/>
        </w:rPr>
        <w:t>σετε κοινῇ καὶ συρίσετε κοινῇ· τὰ δὲ ἄλλα μελήσει περὶ ὑμῶν Ἔρωτι.»</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 . 24 . 1]</w:t>
      </w:r>
    </w:p>
    <w:p>
      <w:r>
        <w:rPr>
          <w:rFonts w:ascii="Gentium Plus" w:hAnsi="Gentium Plus"/>
          <w:sz w:val="24"/>
        </w:rPr>
        <w:t>Τοιαῦτα ἰδὼν καὶ ἀκούσας Δάφνις ἀναπηδήσας τῶν ὕπνων καὶ κοινῇ ὑφ’ ἡδονῆς καὶ λύπης δακρύων τὰ ἀγάλματα τῶν Νυμφῶν προσεκύνει καὶ ἐπηγγέλλετο σωθεί‐ σης Χλόης θύσειν τῶν αἰγῶν τὴν ἀρίστην.</w:t>
      </w:r>
    </w:p>
    <w:p>
      <w:r>
        <w:rPr>
          <w:rFonts w:ascii="Courier New" w:hAnsi="Courier New"/>
          <w:color w:val="555555"/>
          <w:sz w:val="20"/>
        </w:rPr>
        <w:t>[2 . 24 . 2]</w:t>
      </w:r>
    </w:p>
    <w:p>
      <w:r>
        <w:rPr>
          <w:rFonts w:ascii="Gentium Plus" w:hAnsi="Gentium Plus"/>
          <w:sz w:val="24"/>
        </w:rPr>
        <w:t>Δραμὼν δὲ καὶ ἐπὶ τὴν πίτυν, ἔνθα τὸ τοῦ Πανὸς ἄγαλμα ἵδρυτο τραγοσκελές, κερασφόρον, τῇ μὲν σύριγγα τῇ δὲ τράγον πηδῶντα κατέχον, κἀκεῖνον προσεκύνει καὶ ηὔχετο ὑπὲρ</w:t>
      </w:r>
    </w:p>
    <w:p>
      <w:r>
        <w:rPr>
          <w:rFonts w:ascii="Courier New" w:hAnsi="Courier New"/>
          <w:color w:val="555555"/>
          <w:sz w:val="20"/>
        </w:rPr>
        <w:t>[5]</w:t>
      </w:r>
    </w:p>
    <w:p>
      <w:r>
        <w:rPr>
          <w:rFonts w:ascii="Gentium Plus" w:hAnsi="Gentium Plus"/>
          <w:sz w:val="24"/>
        </w:rPr>
        <w:t>τῆς Χλόης καὶ τράγον θύσειν ἐπηγγέλλετο.</w:t>
      </w:r>
    </w:p>
    <w:p>
      <w:r>
        <w:rPr>
          <w:rFonts w:ascii="Courier New" w:hAnsi="Courier New"/>
          <w:color w:val="555555"/>
          <w:sz w:val="20"/>
        </w:rPr>
        <w:t>[2 . 24 . 3]</w:t>
      </w:r>
    </w:p>
    <w:p>
      <w:r>
        <w:rPr>
          <w:rFonts w:ascii="Gentium Plus" w:hAnsi="Gentium Plus"/>
          <w:sz w:val="24"/>
        </w:rPr>
        <w:t>Καὶ μόλις ποτὲ περὶ ἡλίου καταφορὰς παυσάμενος δακρύων καὶ εὐχῶν, ἀράμενος τὰς φυλλάδας, ἃς ἔκοψεν, ἐπανῆλθεν εἰς τὴν ἔπαυλιν, καὶ τοὺς ἀμφὶ τὸν Λάμωνα πένθους ἀπαλ‐</w:t>
      </w:r>
    </w:p>
    <w:p>
      <w:r>
        <w:rPr>
          <w:rFonts w:ascii="Courier New" w:hAnsi="Courier New"/>
          <w:color w:val="555555"/>
          <w:sz w:val="20"/>
        </w:rPr>
        <w:t>[5]</w:t>
      </w:r>
    </w:p>
    <w:p>
      <w:r>
        <w:rPr>
          <w:rFonts w:ascii="Gentium Plus" w:hAnsi="Gentium Plus"/>
          <w:sz w:val="24"/>
        </w:rPr>
        <w:t>λάξας, εὐφροσύνης ἐμπλήσας,</w:t>
      </w:r>
    </w:p>
    <w:p>
      <w:r>
        <w:rPr>
          <w:rFonts w:ascii="Courier New" w:hAnsi="Courier New"/>
          <w:color w:val="555555"/>
          <w:sz w:val="20"/>
        </w:rPr>
        <w:t>[2 . 24 . 4]</w:t>
      </w:r>
    </w:p>
    <w:p>
      <w:r>
        <w:rPr>
          <w:rFonts w:ascii="Gentium Plus" w:hAnsi="Gentium Plus"/>
          <w:sz w:val="24"/>
        </w:rPr>
        <w:t>τροφῆς τε ἐγεύσατο καὶ εἰς ὕπνον ὥρμησεν οὐδὲ τοῦτον ἄδακρυν, ἀλλ’ εὐχόμενος μὲν αὖθις τὰς Νύμφας ὄναρ ἰδεῖν, εὐχόμενος δὲ τὴν ἡμέ‐ ραν γενέσθαι ταχέως, ἐν ᾗ Χλόην ἐπηγγείλαντο αὐτῷ.</w:t>
      </w:r>
    </w:p>
    <w:p>
      <w:r>
        <w:rPr>
          <w:rFonts w:ascii="Courier New" w:hAnsi="Courier New"/>
          <w:color w:val="555555"/>
          <w:sz w:val="20"/>
        </w:rPr>
        <w:t>[5]</w:t>
      </w:r>
    </w:p>
    <w:p>
      <w:r>
        <w:rPr>
          <w:rFonts w:ascii="Gentium Plus" w:hAnsi="Gentium Plus"/>
          <w:sz w:val="24"/>
        </w:rPr>
        <w:t>Νυκτῶν πασῶν ἐκείνη ἔδοξε μακροτάτη γεγονέναι· ἐπράχθη</w:t>
      </w:r>
    </w:p>
    <w:p>
      <w:r>
        <w:rPr>
          <w:rFonts w:ascii="Courier New" w:hAnsi="Courier New"/>
          <w:color w:val="555555"/>
          <w:sz w:val="20"/>
        </w:rPr>
        <w:t>[2 . 25 . 1]</w:t>
      </w:r>
    </w:p>
    <w:p>
      <w:r>
        <w:rPr>
          <w:rFonts w:ascii="Gentium Plus" w:hAnsi="Gentium Plus"/>
          <w:sz w:val="24"/>
        </w:rPr>
        <w:t>Ὁ στρατηγὸς ὁ τῶν Μηθυμναίων ὅσον δέκα σταδίους ἀπελάσας ἠθέλησε τοὺς στρατιώτας τῇ κατα‐ δρομῇ κεκμηκότας ἀναλαβεῖν.</w:t>
      </w:r>
    </w:p>
    <w:p>
      <w:r>
        <w:rPr>
          <w:rFonts w:ascii="Courier New" w:hAnsi="Courier New"/>
          <w:color w:val="555555"/>
          <w:sz w:val="20"/>
        </w:rPr>
        <w:t>[2 . 25 . 2]</w:t>
      </w:r>
    </w:p>
    <w:p>
      <w:r>
        <w:rPr>
          <w:rFonts w:ascii="Gentium Plus" w:hAnsi="Gentium Plus"/>
          <w:sz w:val="24"/>
        </w:rPr>
        <w:t>Ἄκρας οὖν ἐπεμβαινού‐ σης τῷ πελάγει λαβόμενος ἐπεκτεινομένης μηνοειδῶς, ἧς ἐντὸς θάλασσα γαληνότερον τῶν λιμένων ὅρμον εἰργάζετο, ἐνταῦθα τὰς ναῦς ἐπ’ ἀγκυρῶν μετεώρους διορμίσας, ὡς</w:t>
      </w:r>
    </w:p>
    <w:p>
      <w:r>
        <w:rPr>
          <w:rFonts w:ascii="Courier New" w:hAnsi="Courier New"/>
          <w:color w:val="555555"/>
          <w:sz w:val="20"/>
        </w:rPr>
        <w:t>[5]</w:t>
      </w:r>
    </w:p>
    <w:p>
      <w:r>
        <w:rPr>
          <w:rFonts w:ascii="Gentium Plus" w:hAnsi="Gentium Plus"/>
          <w:sz w:val="24"/>
        </w:rPr>
        <w:t>μηδεμίαν ἐκ τῆς γῆς τῶν ἀγροίκων τινὰ λυπῆσαι, ἀνῆκε τοὺς Μηθυμναίους εἰς τέρψιν εἰρηνικήν.</w:t>
      </w:r>
    </w:p>
    <w:p>
      <w:r>
        <w:rPr>
          <w:rFonts w:ascii="Courier New" w:hAnsi="Courier New"/>
          <w:color w:val="555555"/>
          <w:sz w:val="20"/>
        </w:rPr>
        <w:t>[2 . 25 . 3]</w:t>
      </w:r>
    </w:p>
    <w:p>
      <w:r>
        <w:rPr>
          <w:rFonts w:ascii="Gentium Plus" w:hAnsi="Gentium Plus"/>
          <w:sz w:val="24"/>
        </w:rPr>
        <w:t>Οἱ δὲ ἔχοντες πάντων ἀφθονίαν ἐκ τῆς ἁρπαγῆς ἔπινον, ἔπαιζον, ἐπι‐ νίκιον ἑορτὴν ἐμιμοῦντο. Ἄρτι δὲ παυομένης ἡμέρας καὶ τῆς τέρψεως ἐς νύκτα ληγούσης αἰφνίδιον μὲν ἡ γῆ</w:t>
      </w:r>
    </w:p>
    <w:p>
      <w:r>
        <w:rPr>
          <w:rFonts w:ascii="Courier New" w:hAnsi="Courier New"/>
          <w:color w:val="555555"/>
          <w:sz w:val="20"/>
        </w:rPr>
        <w:t>[5]</w:t>
      </w:r>
    </w:p>
    <w:p>
      <w:r>
        <w:rPr>
          <w:rFonts w:ascii="Gentium Plus" w:hAnsi="Gentium Plus"/>
          <w:sz w:val="24"/>
        </w:rPr>
        <w:t>πᾶσα ἐδόκει λάμπεσθαι πυρί, κτύπος δὲ ἠκούετο ῥόθιος κωπῶν, ὡς ἐπιπλέοντος μεγάλου στόλου.</w:t>
      </w:r>
    </w:p>
    <w:p>
      <w:r>
        <w:rPr>
          <w:rFonts w:ascii="Courier New" w:hAnsi="Courier New"/>
          <w:color w:val="555555"/>
          <w:sz w:val="20"/>
        </w:rPr>
        <w:t>[2 . 25 . 4]</w:t>
      </w:r>
    </w:p>
    <w:p>
      <w:r>
        <w:rPr>
          <w:rFonts w:ascii="Gentium Plus" w:hAnsi="Gentium Plus"/>
          <w:sz w:val="24"/>
        </w:rPr>
        <w:t>Ἐβόα τις ὁπλίζεσθαι, τὸν στρατηγὸν ἄλλος ἐκάλει, καὶ τετρῶσθαι τις ἐδόκει, καὶ σχῆμά τις ἔκειτο νεκροῦ μιμούμενος. Εἴκασεν ἄν τις ὁρᾶν νυκτομαχίαν οὐ παρόντων πολεμίων.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[2 . 26 . 1]</w:t>
      </w:r>
    </w:p>
    <w:p>
      <w:r>
        <w:rPr>
          <w:rFonts w:ascii="Gentium Plus" w:hAnsi="Gentium Plus"/>
          <w:sz w:val="24"/>
        </w:rPr>
        <w:t>Τῆς δὲ νυκτὸς αὐτοῖς τοιαύτης γενομένης ἐπῆλθεν ἡ ἡμέρα πολὺ τῆς νυκτὸς φοβερωτέρα. Οἱ τράγοι μὲν οἱ τοῦ Δάφνιδος καὶ αἱ αἶγες κιττὸν ἐν τοῖς κέρασι κορυμβοφόρον εἶχον, οἱ δὲ κριοὶ καὶ αἱ ὄϊες τῆς Χλόης</w:t>
      </w:r>
    </w:p>
    <w:p>
      <w:r>
        <w:rPr>
          <w:rFonts w:ascii="Courier New" w:hAnsi="Courier New"/>
          <w:color w:val="555555"/>
          <w:sz w:val="20"/>
        </w:rPr>
        <w:t>[5]</w:t>
      </w:r>
    </w:p>
    <w:p>
      <w:r>
        <w:rPr>
          <w:rFonts w:ascii="Gentium Plus" w:hAnsi="Gentium Plus"/>
          <w:sz w:val="24"/>
        </w:rPr>
        <w:t>λύκων ὠρυγμὸν ὠρύοντο.</w:t>
      </w:r>
    </w:p>
    <w:p>
      <w:r>
        <w:rPr>
          <w:rFonts w:ascii="Courier New" w:hAnsi="Courier New"/>
          <w:color w:val="555555"/>
          <w:sz w:val="20"/>
        </w:rPr>
        <w:t>[2 . 26 . 2]</w:t>
      </w:r>
    </w:p>
    <w:p>
      <w:r>
        <w:rPr>
          <w:rFonts w:ascii="Gentium Plus" w:hAnsi="Gentium Plus"/>
          <w:sz w:val="24"/>
        </w:rPr>
        <w:t>Ὤφθη δὲ καὶ αὐτὴ πίτυος ἐστεφανωμένη. Ἐγίνετο καὶ περὶ τὴν θάλασσαν αὐτὴν πολλὰ παράδοξα. Αἵ τε γὰρ ἄγκυραι κατὰ βυθοῦ πειρω‐ μένων ἀναφέρειν ἔμενον, αἵ τε κῶπαι καθιέντων εἰς εἰρε‐</w:t>
      </w:r>
    </w:p>
    <w:p>
      <w:r>
        <w:rPr>
          <w:rFonts w:ascii="Courier New" w:hAnsi="Courier New"/>
          <w:color w:val="555555"/>
          <w:sz w:val="20"/>
        </w:rPr>
        <w:t>[5]</w:t>
      </w:r>
    </w:p>
    <w:p>
      <w:r>
        <w:rPr>
          <w:rFonts w:ascii="Gentium Plus" w:hAnsi="Gentium Plus"/>
          <w:sz w:val="24"/>
        </w:rPr>
        <w:t>σίαν ἐθραύοντο· καὶ δελφῖνες πηδῶντες ἐξ ἁλὸς ταῖς οὐ‐ ραῖς παίοντες τὰς ναῦς ἔλυον τὰ γομφώματα.</w:t>
      </w:r>
    </w:p>
    <w:p>
      <w:r>
        <w:rPr>
          <w:rFonts w:ascii="Courier New" w:hAnsi="Courier New"/>
          <w:color w:val="555555"/>
          <w:sz w:val="20"/>
        </w:rPr>
        <w:t>[2 . 26 . 3]</w:t>
      </w:r>
    </w:p>
    <w:p>
      <w:r>
        <w:rPr>
          <w:rFonts w:ascii="Gentium Plus" w:hAnsi="Gentium Plus"/>
          <w:sz w:val="24"/>
        </w:rPr>
        <w:t>Ἠκούετό τις καὶ ἀπὸ τῆς ὀρθίου πέτρας τῆς ὑπὲρ τὴν ἄκραν σύριγ‐ γος ἦχος· ἀλλὰ οὐκ ἔτερπεν ὡς σῦριγξ, ἐφόβει δὲ τοὺς ἀκούοντας ὡς σάλπιγξ.</w:t>
      </w:r>
    </w:p>
    <w:p>
      <w:r>
        <w:rPr>
          <w:rFonts w:ascii="Courier New" w:hAnsi="Courier New"/>
          <w:color w:val="555555"/>
          <w:sz w:val="20"/>
        </w:rPr>
        <w:t>[2 . 26 . 4]</w:t>
      </w:r>
    </w:p>
    <w:p>
      <w:r>
        <w:rPr>
          <w:rFonts w:ascii="Gentium Plus" w:hAnsi="Gentium Plus"/>
          <w:sz w:val="24"/>
        </w:rPr>
        <w:t>Ἐταράττοντο οὖν καὶ ἐπὶ τὰ ὅπλα ἔθεον καὶ πολεμίους ἐκάλουν τοὺς οὐ βλεπομένους, ὥστε πάλιν ηὔχοντο νύκτα ἐπελθεῖν, ὡς τευξόμενοι σπον‐ δῶν ἐν αὐτῇ.</w:t>
      </w:r>
    </w:p>
    <w:p>
      <w:r>
        <w:rPr>
          <w:rFonts w:ascii="Courier New" w:hAnsi="Courier New"/>
          <w:color w:val="555555"/>
          <w:sz w:val="20"/>
        </w:rPr>
        <w:t>[2 . 26 . 5]</w:t>
      </w:r>
    </w:p>
    <w:p>
      <w:r>
        <w:rPr>
          <w:rFonts w:ascii="Gentium Plus" w:hAnsi="Gentium Plus"/>
          <w:sz w:val="24"/>
        </w:rPr>
        <w:t>Συνετὰ μὲν οὖν πᾶσιν ἦν τὰ γινόμενα τοῖς φρονοῦσιν ὀρθῶς ὅτι ἐκ Πανὸς ἦν τὰ φαντάσματα καὶ ἀκούσματα μηνίοντός τι τοῖς ναύταις· οὐκ εἶχον δὲ τὴν αἰτίαν συμβαλεῖν—οὐδὲν γὰρ ἱερὸν σεσύλητο Πανός—, ἔστε</w:t>
      </w:r>
    </w:p>
    <w:p>
      <w:r>
        <w:rPr>
          <w:rFonts w:ascii="Courier New" w:hAnsi="Courier New"/>
          <w:color w:val="555555"/>
          <w:sz w:val="20"/>
        </w:rPr>
        <w:t>[5]</w:t>
      </w:r>
    </w:p>
    <w:p>
      <w:r>
        <w:rPr>
          <w:rFonts w:ascii="Gentium Plus" w:hAnsi="Gentium Plus"/>
          <w:sz w:val="24"/>
        </w:rPr>
        <w:t>ἀμφὶ μέσην ἡμέραν ἐς ὕπνον οὐκ ἀθεεὶ τοῦ στρατηγοῦ καταπεσόντος αὐτὸς ὁ Πὰν ὤφθη τοιάδε λέγων·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 . 27 . 1]</w:t>
      </w:r>
    </w:p>
    <w:p>
      <w:r>
        <w:rPr>
          <w:rFonts w:ascii="Gentium Plus" w:hAnsi="Gentium Plus"/>
          <w:sz w:val="24"/>
        </w:rPr>
        <w:t>«Ὦ πάντων ἀνοσιώτατοι καὶ ἀσεβέστατοι, τί ταῦτα μαινομέναις φρεσὶν ἐτολμήσατε; Πολέμου μὲν τὴν ἀγροικίαν ἐνεπλήσατε τὴν ἐμοὶ φίλην, ἀγέλας δὲ βοῶν καὶ αἰγῶν καὶ ποιμνίων ἀπηλάσατε τὰς ἐμοὶ μελο‐</w:t>
      </w:r>
    </w:p>
    <w:p>
      <w:r>
        <w:rPr>
          <w:rFonts w:ascii="Courier New" w:hAnsi="Courier New"/>
          <w:color w:val="555555"/>
          <w:sz w:val="20"/>
        </w:rPr>
        <w:t>[5]</w:t>
      </w:r>
    </w:p>
    <w:p>
      <w:r>
        <w:rPr>
          <w:rFonts w:ascii="Gentium Plus" w:hAnsi="Gentium Plus"/>
          <w:sz w:val="24"/>
        </w:rPr>
        <w:t>μένας·</w:t>
      </w:r>
    </w:p>
    <w:p>
      <w:r>
        <w:rPr>
          <w:rFonts w:ascii="Courier New" w:hAnsi="Courier New"/>
          <w:color w:val="555555"/>
          <w:sz w:val="20"/>
        </w:rPr>
        <w:t>[2 . 27 . 2]</w:t>
      </w:r>
    </w:p>
    <w:p>
      <w:r>
        <w:rPr>
          <w:rFonts w:ascii="Gentium Plus" w:hAnsi="Gentium Plus"/>
          <w:sz w:val="24"/>
        </w:rPr>
        <w:t>ἀπεσπάσατε δὲ βωμῶν παρθένον, ἐξ ἧς Ἔρως μῦθον ποιῆσαι θέλει· καὶ οὔτε τὰς Νύμφας ᾐδέσ‐ θητε βλεπούσας οὔτε τὸν Πᾶνα ἐμέ. Οὔτ’ οὖν Μήθυμ‐ ναν ὄψεσθε μετὰ τοιούτων λαφύρων πλέοντες, οὔτε</w:t>
      </w:r>
    </w:p>
    <w:p>
      <w:r>
        <w:rPr>
          <w:rFonts w:ascii="Courier New" w:hAnsi="Courier New"/>
          <w:color w:val="555555"/>
          <w:sz w:val="20"/>
        </w:rPr>
        <w:t>[5]</w:t>
      </w:r>
    </w:p>
    <w:p>
      <w:r>
        <w:rPr>
          <w:rFonts w:ascii="Gentium Plus" w:hAnsi="Gentium Plus"/>
          <w:sz w:val="24"/>
        </w:rPr>
        <w:t>τήνδε φεύξεσθε τὴν σύριγγα τὴν ὑμᾶς ταράττουσαν·</w:t>
      </w:r>
    </w:p>
    <w:p>
      <w:r>
        <w:rPr>
          <w:rFonts w:ascii="Courier New" w:hAnsi="Courier New"/>
          <w:color w:val="555555"/>
          <w:sz w:val="20"/>
        </w:rPr>
        <w:t>[2 . 27 . 3]</w:t>
      </w:r>
    </w:p>
    <w:p>
      <w:r>
        <w:rPr>
          <w:rFonts w:ascii="Gentium Plus" w:hAnsi="Gentium Plus"/>
          <w:sz w:val="24"/>
        </w:rPr>
        <w:t>ἀλλὰ ὑμᾶς βορὰν ἰχθύων θήσω καταδύσας, εἰ μὴ τὴν ταχίστην καὶ Χλόην ταῖς Νύμφαις ἀποδώσεις καὶ τὰς ἀγέλας Χλόης καὶ τὰς αἶγας καὶ τὰ πρόβατα. Ἀνάστα δὴ καὶ ἐκβίβαζε τὴν κόρην μεθ’ ὧν εἶπον. Ἡγήσομαι δὲ</w:t>
      </w:r>
    </w:p>
    <w:p>
      <w:r>
        <w:rPr>
          <w:rFonts w:ascii="Courier New" w:hAnsi="Courier New"/>
          <w:color w:val="555555"/>
          <w:sz w:val="20"/>
        </w:rPr>
        <w:t>[5]</w:t>
      </w:r>
    </w:p>
    <w:p>
      <w:r>
        <w:rPr>
          <w:rFonts w:ascii="Gentium Plus" w:hAnsi="Gentium Plus"/>
          <w:sz w:val="24"/>
        </w:rPr>
        <w:t>ἐγὼ καὶ σοὶ τοῦ πλοῦ κἀκείνῃ τῆς ὁδοῦ.»</w:t>
      </w:r>
    </w:p>
    <w:p>
      <w:r>
        <w:rPr>
          <w:rFonts w:ascii="Courier New" w:hAnsi="Courier New"/>
          <w:color w:val="555555"/>
          <w:sz w:val="20"/>
        </w:rPr>
        <w:t>[2 . 28 . 1]</w:t>
      </w:r>
    </w:p>
    <w:p>
      <w:r>
        <w:rPr>
          <w:rFonts w:ascii="Gentium Plus" w:hAnsi="Gentium Plus"/>
          <w:sz w:val="24"/>
        </w:rPr>
        <w:t>Πάνυ οὖν τεθορυβημένος ὁ Βρύαξις—οὕτω γὰρ ἐκαλεῖτο ὁ στρατηγὸς—ἀναπηδᾷ καὶ τῶν νεῶν καλέσας τοὺς ἡγεμόνας ἐκέλευσε τὴν ταχίστην ἐν τοῖς αἰχμαλώτοις ἀναζητεῖσθαι Χλόην.</w:t>
      </w:r>
    </w:p>
    <w:p>
      <w:r>
        <w:rPr>
          <w:rFonts w:ascii="Courier New" w:hAnsi="Courier New"/>
          <w:color w:val="555555"/>
          <w:sz w:val="20"/>
        </w:rPr>
        <w:t>[2 . 28 . 2]</w:t>
      </w:r>
    </w:p>
    <w:p>
      <w:r>
        <w:rPr>
          <w:rFonts w:ascii="Gentium Plus" w:hAnsi="Gentium Plus"/>
          <w:sz w:val="24"/>
        </w:rPr>
        <w:t>Οἱ δὲ ταχέως καὶ ἀνεῦρον καὶ εἰς ὀφθαλμοὺς ἐκόμισαν· ἐκαθέζετο γὰρ τῆς πίτυος ἐστε‐ φανωμένη. Σύμβολον δὴ καὶ τοῦτο τῆς ἐν τοῖς ὀνείροις ὄψεως ποιούμενος ἐπ’ αὐτῆς τῆς ναυαρχίδος εἰς τὴν γῆν</w:t>
      </w:r>
    </w:p>
    <w:p>
      <w:r>
        <w:rPr>
          <w:rFonts w:ascii="Courier New" w:hAnsi="Courier New"/>
          <w:color w:val="555555"/>
          <w:sz w:val="20"/>
        </w:rPr>
        <w:t>[5]</w:t>
      </w:r>
    </w:p>
    <w:p>
      <w:r>
        <w:rPr>
          <w:rFonts w:ascii="Gentium Plus" w:hAnsi="Gentium Plus"/>
          <w:sz w:val="24"/>
        </w:rPr>
        <w:t>αὐτὴν κομίζει.</w:t>
      </w:r>
    </w:p>
    <w:p>
      <w:r>
        <w:rPr>
          <w:rFonts w:ascii="Courier New" w:hAnsi="Courier New"/>
          <w:color w:val="555555"/>
          <w:sz w:val="20"/>
        </w:rPr>
        <w:t>[2 . 28 . 3]</w:t>
      </w:r>
    </w:p>
    <w:p>
      <w:r>
        <w:rPr>
          <w:rFonts w:ascii="Gentium Plus" w:hAnsi="Gentium Plus"/>
          <w:sz w:val="24"/>
        </w:rPr>
        <w:t>Κἀκείνη ἄρτι ἀποβεβήκει καὶ σύριγγος ἦχος ἀκούεται πάλιν ἐκ τῆς πέτρας, οὐκέτι πολεμικὸς καὶ φοβερός, ἀλλὰ ποιμενικὸς καὶ οἷος εἰς νομὴν ἡγεῖται ποιμνίων. Καὶ τά τε πρόβατα κατὰ τῆς ἀποβάθρας ἐξέ‐</w:t>
      </w:r>
    </w:p>
    <w:p>
      <w:r>
        <w:rPr>
          <w:rFonts w:ascii="Courier New" w:hAnsi="Courier New"/>
          <w:color w:val="555555"/>
          <w:sz w:val="20"/>
        </w:rPr>
        <w:t>[5]</w:t>
      </w:r>
    </w:p>
    <w:p>
      <w:r>
        <w:rPr>
          <w:rFonts w:ascii="Gentium Plus" w:hAnsi="Gentium Plus"/>
          <w:sz w:val="24"/>
        </w:rPr>
        <w:t>τρεχεν ἐξολισθαίνοντα τοῖς κέρασι τῶν χηλῶν, καὶ αἱ αἶγες πολὺ θρασύτερον, οἷα καὶ κρημνοβατεῖν εἰθισμέναι.</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 . 29 . 1]</w:t>
      </w:r>
    </w:p>
    <w:p>
      <w:r>
        <w:rPr>
          <w:rFonts w:ascii="Gentium Plus" w:hAnsi="Gentium Plus"/>
          <w:sz w:val="24"/>
        </w:rPr>
        <w:t>Καὶ ταῦτα μὲν περιίσταται κύκλῳ τὴν Χλόην ὥσπερ χορός, σκιρτῶντα καὶ βληχώμενα καὶ ὅμοια χαίρου‐ σιν· αἱ δὲ τῶν ἄλλων αἰπόλων αἶγες καὶ τὰ πρόβατα καὶ τὰ βουκόλια κατὰ χώραν ἔμενεν ἐν κοίλῃ νηΐ, καθάπερ</w:t>
      </w:r>
    </w:p>
    <w:p>
      <w:r>
        <w:rPr>
          <w:rFonts w:ascii="Courier New" w:hAnsi="Courier New"/>
          <w:color w:val="555555"/>
          <w:sz w:val="20"/>
        </w:rPr>
        <w:t>[5]</w:t>
      </w:r>
    </w:p>
    <w:p>
      <w:r>
        <w:rPr>
          <w:rFonts w:ascii="Gentium Plus" w:hAnsi="Gentium Plus"/>
          <w:sz w:val="24"/>
        </w:rPr>
        <w:t>αὐτὰ τοῦ μέλους μὴ καλοῦντος.</w:t>
      </w:r>
    </w:p>
    <w:p>
      <w:r>
        <w:rPr>
          <w:rFonts w:ascii="Courier New" w:hAnsi="Courier New"/>
          <w:color w:val="555555"/>
          <w:sz w:val="20"/>
        </w:rPr>
        <w:t>[2 . 29 . 2]</w:t>
      </w:r>
    </w:p>
    <w:p>
      <w:r>
        <w:rPr>
          <w:rFonts w:ascii="Gentium Plus" w:hAnsi="Gentium Plus"/>
          <w:sz w:val="24"/>
        </w:rPr>
        <w:t>Θαύματι δὲ πάντων ἐχομένων καὶ τὸν Πᾶνα εὐφημούντων ὤφθη τούτων ἐν τοῖς στοιχείοις ἀμφοτέροις θαυμασιώτερα.</w:t>
      </w:r>
    </w:p>
    <w:p>
      <w:r>
        <w:rPr>
          <w:rFonts w:ascii="Courier New" w:hAnsi="Courier New"/>
          <w:color w:val="555555"/>
          <w:sz w:val="20"/>
        </w:rPr>
        <w:t>[2 . 29 . 3]</w:t>
      </w:r>
    </w:p>
    <w:p>
      <w:r>
        <w:rPr>
          <w:rFonts w:ascii="Gentium Plus" w:hAnsi="Gentium Plus"/>
          <w:sz w:val="24"/>
        </w:rPr>
        <w:t>Τῶν μὲν Μηθυμ‐ ναίων, πρὶν ἀνασπάσαι τὰς ἀγκύρας, ἔπλεον αἱ νῆες καὶ τῆς ναυαρχίδος ἡγεῖτο δελφὶν πηδῶν ἐξ ἁλός· τῶν δὲ αἰγῶν καὶ τῶν προβάτων ἡγεῖτο σύριγγος ἦχος ἥδιστος,</w:t>
      </w:r>
    </w:p>
    <w:p>
      <w:r>
        <w:rPr>
          <w:rFonts w:ascii="Courier New" w:hAnsi="Courier New"/>
          <w:color w:val="555555"/>
          <w:sz w:val="20"/>
        </w:rPr>
        <w:t>[5]</w:t>
      </w:r>
    </w:p>
    <w:p>
      <w:r>
        <w:rPr>
          <w:rFonts w:ascii="Gentium Plus" w:hAnsi="Gentium Plus"/>
          <w:sz w:val="24"/>
        </w:rPr>
        <w:t>καὶ τὸν συρίττοντα ἔβλεπεν οὐδείς, ὥστε τὰ ποίμνια καὶ</w:t>
      </w:r>
    </w:p>
    <w:p>
      <w:r>
        <w:rPr>
          <w:rFonts w:ascii="Courier New" w:hAnsi="Courier New"/>
          <w:color w:val="555555"/>
          <w:sz w:val="20"/>
        </w:rPr>
        <w:t>[2 . 30 . 1]</w:t>
      </w:r>
    </w:p>
    <w:p>
      <w:r>
        <w:rPr>
          <w:rFonts w:ascii="Gentium Plus" w:hAnsi="Gentium Plus"/>
          <w:sz w:val="24"/>
        </w:rPr>
        <w:t>Δευτέρας που νομῆς καιρὸς ἦν, καὶ ὁ Δάφνις ἀπὸ σκοπῆς τινος μετεώρου θεασάμενος τὰς ἀγέλας καὶ τὴν Χλόην, μέγα βοήσας «ὦ Νύμφαι καὶ Πὰν» κατέδρα‐ μεν εἰς τὸ πεδίον καὶ περιπλακεὶς τῇ Χλόῃ [καὶ] λιπο‐</w:t>
      </w:r>
    </w:p>
    <w:p>
      <w:r>
        <w:rPr>
          <w:rFonts w:ascii="Courier New" w:hAnsi="Courier New"/>
          <w:color w:val="555555"/>
          <w:sz w:val="20"/>
        </w:rPr>
        <w:t>[5]</w:t>
      </w:r>
    </w:p>
    <w:p>
      <w:r>
        <w:rPr>
          <w:rFonts w:ascii="Gentium Plus" w:hAnsi="Gentium Plus"/>
          <w:sz w:val="24"/>
        </w:rPr>
        <w:t>θυμήσας κατέπεσε.</w:t>
      </w:r>
    </w:p>
    <w:p>
      <w:r>
        <w:rPr>
          <w:rFonts w:ascii="Courier New" w:hAnsi="Courier New"/>
          <w:color w:val="555555"/>
          <w:sz w:val="20"/>
        </w:rPr>
        <w:t>[2 . 30 . 2]</w:t>
      </w:r>
    </w:p>
    <w:p>
      <w:r>
        <w:rPr>
          <w:rFonts w:ascii="Gentium Plus" w:hAnsi="Gentium Plus"/>
          <w:sz w:val="24"/>
        </w:rPr>
        <w:t>Μόλις δὲ ἔμβιος ὑπὸ τῆς Χλόης φιλούσης καὶ ταῖς περιβολαῖς θαλπούσης γενόμενος ἐπὶ τὴν συνήθη φηγὸν ἔρχεται· καὶ ὑπὸ τῷ στελέχει καθίσας ἐπυνθάνετο πῶς ἀπέδρα τοσούτους πολεμίους.</w:t>
      </w:r>
    </w:p>
    <w:p>
      <w:r>
        <w:rPr>
          <w:rFonts w:ascii="Courier New" w:hAnsi="Courier New"/>
          <w:color w:val="555555"/>
          <w:sz w:val="20"/>
        </w:rPr>
        <w:t>[2 . 30 . 3]</w:t>
      </w:r>
    </w:p>
    <w:p>
      <w:r>
        <w:rPr>
          <w:rFonts w:ascii="Gentium Plus" w:hAnsi="Gentium Plus"/>
          <w:sz w:val="24"/>
        </w:rPr>
        <w:t>Ἡ δὲ αὐτῷ κατέλεξε πάντα, τὸν τῶν αἰγῶν κιττόν, τὸν τῶν προβάτων ὠρυγμόν, τὴν ἐπανθήσασαν τῇ κεφαλῇ πίτυν, τὸ ἐν τῇ γῇ πῦρ, τὸν ἐν τῇ θαλάσσῃ κτύπον, τὰ συρίσματα</w:t>
      </w:r>
    </w:p>
    <w:p>
      <w:r>
        <w:rPr>
          <w:rFonts w:ascii="Courier New" w:hAnsi="Courier New"/>
          <w:color w:val="555555"/>
          <w:sz w:val="20"/>
        </w:rPr>
        <w:t>[5]</w:t>
      </w:r>
    </w:p>
    <w:p>
      <w:r>
        <w:rPr>
          <w:rFonts w:ascii="Gentium Plus" w:hAnsi="Gentium Plus"/>
          <w:sz w:val="24"/>
        </w:rPr>
        <w:t>ἀμφότερα, τὸ πολεμικὸν καὶ τὸ εἰρηνικόν, τὴν νύκτα τὴν φοβεράν, ὅπως αὐτῇ ὁδὸν ἀγνοούσῃ καθηγήσατο τῆς ὁδοῦ μουσική.</w:t>
      </w:r>
    </w:p>
    <w:p>
      <w:r>
        <w:rPr>
          <w:rFonts w:ascii="Courier New" w:hAnsi="Courier New"/>
          <w:color w:val="555555"/>
          <w:sz w:val="20"/>
        </w:rPr>
        <w:t>[2 . 30 . 4]</w:t>
      </w:r>
    </w:p>
    <w:p>
      <w:r>
        <w:rPr>
          <w:rFonts w:ascii="Gentium Plus" w:hAnsi="Gentium Plus"/>
          <w:sz w:val="24"/>
        </w:rPr>
        <w:t>Γνωρίσας οὖν ὁ Δάφνις τὰ τῶν Νυμφῶν ὀνείρατα καὶ τὰ τοῦ Πανὸς ἔργα, διηγεῖται καὶ αὐτὸς ὅσα εἶδεν, ὅσα ἤκουσεν· ὅτι μέλλων ἀποθνῄσκειν διὰ τὰς Νύμφας ἔζησε.</w:t>
      </w:r>
    </w:p>
    <w:p>
      <w:r>
        <w:rPr>
          <w:rFonts w:ascii="Courier New" w:hAnsi="Courier New"/>
          <w:color w:val="555555"/>
          <w:sz w:val="20"/>
        </w:rPr>
        <w:t>[2 . 30 . 5]</w:t>
      </w:r>
    </w:p>
    <w:p>
      <w:r>
        <w:rPr>
          <w:rFonts w:ascii="Gentium Plus" w:hAnsi="Gentium Plus"/>
          <w:sz w:val="24"/>
        </w:rPr>
        <w:t>Καὶ τὴν μὲν ἀποπέμπει κομίσουσαν τοὺς ἀμφὶ τὸν Δρύαντα καὶ Λάμωνα καὶ ὅσα πρέπει θυσίᾳ· αὐτὸς δὲ ἐν τούτῳ τῶν αἰγῶν τὴν ἀρίστην συλλαβὼν καὶ κιττῷ στεφανώσας, ὥσπερ ὤφθησαν τοῖς πολεμίοις, καὶ</w:t>
      </w:r>
    </w:p>
    <w:p>
      <w:r>
        <w:rPr>
          <w:rFonts w:ascii="Courier New" w:hAnsi="Courier New"/>
          <w:color w:val="555555"/>
          <w:sz w:val="20"/>
        </w:rPr>
        <w:t>[5]</w:t>
      </w:r>
    </w:p>
    <w:p>
      <w:r>
        <w:rPr>
          <w:rFonts w:ascii="Gentium Plus" w:hAnsi="Gentium Plus"/>
          <w:sz w:val="24"/>
        </w:rPr>
        <w:t>γάλα τῶν κεράτων κατασπείσας, ἔθυσέ τε ταῖς Νύμφαις καὶ κρεμάσας ἀπέδειρε καὶ τὸ δέρμα ἀνέθηκεν.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 . 31 . 1]</w:t>
      </w:r>
    </w:p>
    <w:p>
      <w:r>
        <w:rPr>
          <w:rFonts w:ascii="Gentium Plus" w:hAnsi="Gentium Plus"/>
          <w:sz w:val="24"/>
        </w:rPr>
        <w:t>Ἤδη δὲ παρόντων τῶν ἀμφὶ τὴν Χλόην, πῦρ ἀνακαύσας καὶ τὰ μὲν ἑψήσας τῶν κρεῶν τὰ δὲ ὀπτή‐ σας ἀπήρξατό τε ταῖς Νύμφαις καὶ κρατῆρα ἐπέσπεισε γλεύκους μεστὸν καὶ ἐκ φυλλάδος στιβάδας ὑποστορέσας</w:t>
      </w:r>
    </w:p>
    <w:p>
      <w:r>
        <w:rPr>
          <w:rFonts w:ascii="Courier New" w:hAnsi="Courier New"/>
          <w:color w:val="555555"/>
          <w:sz w:val="20"/>
        </w:rPr>
        <w:t>[5]</w:t>
      </w:r>
    </w:p>
    <w:p>
      <w:r>
        <w:rPr>
          <w:rFonts w:ascii="Gentium Plus" w:hAnsi="Gentium Plus"/>
          <w:sz w:val="24"/>
        </w:rPr>
        <w:t>ἐντεῦθεν ἐν τροφῇ ἦν καὶ πότῳ καὶ παιδιᾷ· καὶ ἅμα τὰς ἀγέλας ἐπεσκόπει, μὴ λύκος ἐμπεσὼν ἔργα ποιήσῃ πολε‐ μίων.</w:t>
      </w:r>
    </w:p>
    <w:p>
      <w:r>
        <w:rPr>
          <w:rFonts w:ascii="Courier New" w:hAnsi="Courier New"/>
          <w:color w:val="555555"/>
          <w:sz w:val="20"/>
        </w:rPr>
        <w:t>[2 . 31 . 2]</w:t>
      </w:r>
    </w:p>
    <w:p>
      <w:r>
        <w:rPr>
          <w:rFonts w:ascii="Gentium Plus" w:hAnsi="Gentium Plus"/>
          <w:sz w:val="24"/>
        </w:rPr>
        <w:t>ᾞσάν τινας καὶ ᾠδὰς εἰς τὰς Νύμφας, πα‐ λαιῶν ποιμένων ποιήματα. Νυκτὸς δὲ ἐπελθούσης αὐτοῦ κοιμηθέντες ἐν τῷ ἀγρῷ, τῆς ἐπιούσης τοῦ Πανὸς ἐμνη‐ μόνευον, καὶ τῶν τράγων τὸν ἀγελάρχην στεφανώσαντες</w:t>
      </w:r>
    </w:p>
    <w:p>
      <w:r>
        <w:rPr>
          <w:rFonts w:ascii="Courier New" w:hAnsi="Courier New"/>
          <w:color w:val="555555"/>
          <w:sz w:val="20"/>
        </w:rPr>
        <w:t>[5]</w:t>
      </w:r>
    </w:p>
    <w:p>
      <w:r>
        <w:rPr>
          <w:rFonts w:ascii="Gentium Plus" w:hAnsi="Gentium Plus"/>
          <w:sz w:val="24"/>
        </w:rPr>
        <w:t>πίτυος προσήγαγον τῇ πίτυϊ, καὶ ἐπισπείσαντες οἴνου καὶ εὐφημοῦντες τὸν θεὸν ἔθυσαν, ἐκρέμασαν, ἀπέδειραν·</w:t>
      </w:r>
    </w:p>
    <w:p>
      <w:r>
        <w:rPr>
          <w:rFonts w:ascii="Courier New" w:hAnsi="Courier New"/>
          <w:color w:val="555555"/>
          <w:sz w:val="20"/>
        </w:rPr>
        <w:t>[2 . 31 . 3]</w:t>
      </w:r>
    </w:p>
    <w:p>
      <w:r>
        <w:rPr>
          <w:rFonts w:ascii="Gentium Plus" w:hAnsi="Gentium Plus"/>
          <w:sz w:val="24"/>
        </w:rPr>
        <w:t>καὶ τὰ μὲν κρέα ὀπτήσαντες καὶ ἑψήσαντες πλησίον ἔθηκαν ἐν τῷ λειμῶνι, ἐν τοῖς φύλλοις· τὸ δὲ δέρμα κέρασιν αὐτοῖς ἐνέπηξαν τῇ πίτυϊ πρὸς τῷ ἀγάλματι, ποιμενικὸν ἀνάθημα ποιμενικῷ θεῷ. Ἀπήρξαντο καὶ τῶν</w:t>
      </w:r>
    </w:p>
    <w:p>
      <w:r>
        <w:rPr>
          <w:rFonts w:ascii="Courier New" w:hAnsi="Courier New"/>
          <w:color w:val="555555"/>
          <w:sz w:val="20"/>
        </w:rPr>
        <w:t>[5]</w:t>
      </w:r>
    </w:p>
    <w:p>
      <w:r>
        <w:rPr>
          <w:rFonts w:ascii="Gentium Plus" w:hAnsi="Gentium Plus"/>
          <w:sz w:val="24"/>
        </w:rPr>
        <w:t>κρεῶν, ἀπέσπεισαν καὶ κρατῆρος μείζονος· ᾖσεν ἡ Χλόη, Δάφνις ἐσύρισεν.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 . 32 . 1]</w:t>
      </w:r>
    </w:p>
    <w:p>
      <w:r>
        <w:rPr>
          <w:rFonts w:ascii="Gentium Plus" w:hAnsi="Gentium Plus"/>
          <w:sz w:val="24"/>
        </w:rPr>
        <w:t>Ἐπὶ τούτοις κατακλιθέντες ἤσθιον· καὶ αὐτοῖς ἐφίσταται Φιλητᾶς ὁ βουκόλος κατὰ τύχην στε‐ φανίσκους τινὰς τῷ Πανὶ κομίζων καὶ βότρυς ἔτι ἐν φύλ‐ λοις καὶ κλήμασι· καὶ αὐτῷ τῶν παίδων ὁ νεώτατος</w:t>
      </w:r>
    </w:p>
    <w:p>
      <w:r>
        <w:rPr>
          <w:rFonts w:ascii="Courier New" w:hAnsi="Courier New"/>
          <w:color w:val="555555"/>
          <w:sz w:val="20"/>
        </w:rPr>
        <w:t>[5]</w:t>
      </w:r>
    </w:p>
    <w:p>
      <w:r>
        <w:rPr>
          <w:rFonts w:ascii="Gentium Plus" w:hAnsi="Gentium Plus"/>
          <w:sz w:val="24"/>
        </w:rPr>
        <w:t>εἵπετο Τίτυρος, πυρρὸν παιδίον καὶ γλαυκόν, λευκὸν δὲ καὶ ἀγέρωχον· καὶ ἥλλετο κοῦφα βαδίζων ὥσπερ ἔριφος.</w:t>
      </w:r>
    </w:p>
    <w:p>
      <w:r>
        <w:rPr>
          <w:rFonts w:ascii="Courier New" w:hAnsi="Courier New"/>
          <w:color w:val="555555"/>
          <w:sz w:val="20"/>
        </w:rPr>
        <w:t>[2 . 32 . 2]</w:t>
      </w:r>
    </w:p>
    <w:p>
      <w:r>
        <w:rPr>
          <w:rFonts w:ascii="Gentium Plus" w:hAnsi="Gentium Plus"/>
          <w:sz w:val="24"/>
        </w:rPr>
        <w:t>Ἀναπηδήσαντες οὖν συνεστεφάνουν τὸν Πᾶνα καὶ τὰ κλήματα τῆς κόμης τῆς πίτυος ἐξήρτων, καὶ κατακλί‐ ναντες πλησίον αὑτῶν συμπότην ἐποιοῦντο.</w:t>
      </w:r>
    </w:p>
    <w:p>
      <w:r>
        <w:rPr>
          <w:rFonts w:ascii="Courier New" w:hAnsi="Courier New"/>
          <w:color w:val="555555"/>
          <w:sz w:val="20"/>
        </w:rPr>
        <w:t>[2 . 32 . 3]</w:t>
      </w:r>
    </w:p>
    <w:p>
      <w:r>
        <w:rPr>
          <w:rFonts w:ascii="Gentium Plus" w:hAnsi="Gentium Plus"/>
          <w:sz w:val="24"/>
        </w:rPr>
        <w:t>Καὶ οἷα δὴ γέροντες ὑποβεβρεγμένοι πρὸς ἀλλήλους πολλὰ ἔλεγον· ὡς ἔνεμον ἡνίκα ἦσαν νέοι, ὡς πολλὰς λῃστῶν καταδρομὰς διέφυγον· ἐσεμνύνετό τις ὡς λύκον ἀποκτείνας, ἄλλος ὡς</w:t>
      </w:r>
    </w:p>
    <w:p>
      <w:r>
        <w:rPr>
          <w:rFonts w:ascii="Courier New" w:hAnsi="Courier New"/>
          <w:color w:val="555555"/>
          <w:sz w:val="20"/>
        </w:rPr>
        <w:t>[5]</w:t>
      </w:r>
    </w:p>
    <w:p>
      <w:r>
        <w:rPr>
          <w:rFonts w:ascii="Gentium Plus" w:hAnsi="Gentium Plus"/>
          <w:sz w:val="24"/>
        </w:rPr>
        <w:t>μόνου τοῦ Πανὸς δεύτερα συρίσας· τοῦτο τοῦ Φιλητᾶ</w:t>
      </w:r>
    </w:p>
    <w:p>
      <w:r>
        <w:rPr>
          <w:rFonts w:ascii="Courier New" w:hAnsi="Courier New"/>
          <w:color w:val="555555"/>
          <w:sz w:val="20"/>
        </w:rPr>
        <w:t>[2 . 33 . 1]</w:t>
      </w:r>
    </w:p>
    <w:p>
      <w:r>
        <w:rPr>
          <w:rFonts w:ascii="Gentium Plus" w:hAnsi="Gentium Plus"/>
          <w:sz w:val="24"/>
        </w:rPr>
        <w:t>Ὁ οὖν Δάφνις καὶ ἡ Χλόη πάσας δεήσεις προ‐ σέφερον μεταδοῦναι καὶ αὐτοῖς τῆς τέχνης, συρίσαι τε ἐν ἑορτῇ θεοῦ σύριγγι χαίροντος. Ἐπαγγέλλεται Φιλητᾶς, καίτοι τὸ γῆρας ὡς ἄπνουν μεμψάμενος, καὶ ἔλαβε σύριγγα</w:t>
      </w:r>
    </w:p>
    <w:p>
      <w:r>
        <w:rPr>
          <w:rFonts w:ascii="Courier New" w:hAnsi="Courier New"/>
          <w:color w:val="555555"/>
          <w:sz w:val="20"/>
        </w:rPr>
        <w:t>[5]</w:t>
      </w:r>
    </w:p>
    <w:p>
      <w:r>
        <w:rPr>
          <w:rFonts w:ascii="Gentium Plus" w:hAnsi="Gentium Plus"/>
          <w:sz w:val="24"/>
        </w:rPr>
        <w:t>τὴν τοῦ Δάφνιδος·</w:t>
      </w:r>
    </w:p>
    <w:p>
      <w:r>
        <w:rPr>
          <w:rFonts w:ascii="Courier New" w:hAnsi="Courier New"/>
          <w:color w:val="555555"/>
          <w:sz w:val="20"/>
        </w:rPr>
        <w:t>[2 . 33 . 2]</w:t>
      </w:r>
    </w:p>
    <w:p>
      <w:r>
        <w:rPr>
          <w:rFonts w:ascii="Gentium Plus" w:hAnsi="Gentium Plus"/>
          <w:sz w:val="24"/>
        </w:rPr>
        <w:t>ἡ δὲ ἦν μικρὰ πρὸς μεγάλην τέχνην, οἷα ἐν στόματι παιδὸς ἐμπνεομένη. Πέμπει οὖν Τίτυρον ἐπὶ τὴν ἑαυτοῦ σύριγγα, τῆς ἐπαύλεως ἀπεχούσης σταδίους δέκα.</w:t>
      </w:r>
    </w:p>
    <w:p>
      <w:r>
        <w:rPr>
          <w:rFonts w:ascii="Courier New" w:hAnsi="Courier New"/>
          <w:color w:val="555555"/>
          <w:sz w:val="20"/>
        </w:rPr>
        <w:t>[2 . 33 . 3]</w:t>
      </w:r>
    </w:p>
    <w:p>
      <w:r>
        <w:rPr>
          <w:rFonts w:ascii="Gentium Plus" w:hAnsi="Gentium Plus"/>
          <w:sz w:val="24"/>
        </w:rPr>
        <w:t>Ὁ μὲν οὖν ῥίψας τὸ ἐγκόμβωμα γυμνὸς ὥρμησε τρέχειν, ὥσπερ νεβρός· ὁ δὲ Λάμων ἐπηγγείλατο αὐτοῖς τὸν περὶ τῆς σύριγγος ἀφηγήσασθαι μῦθον, ὃν αὐτῷ Σικελὸς αἰπόλος ᾖσεν ἐπὶ μισθῷ τράγῳ καὶ σύριγγι·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[2 . 34 . 1]</w:t>
      </w:r>
    </w:p>
    <w:p>
      <w:r>
        <w:rPr>
          <w:rFonts w:ascii="Gentium Plus" w:hAnsi="Gentium Plus"/>
          <w:sz w:val="24"/>
        </w:rPr>
        <w:t>«Αὕτη ἡ σῦριγξ τὸ ὄργανον οὐκ ἦν ὄργανον ἀλλὰ παρθένος καλὴ καὶ τὴν φωνὴν μουσική· αἶγας ἔνεμεν, Νύμφαις συνέπαιζεν, ᾖδεν οἷον νῦν. Πάν, ταύτης νεμού‐ σης παιζούσης ᾀδούσης, προσελθὼν ἔπειθεν ἐς ὅ τι ἔχρῃζε,</w:t>
      </w:r>
    </w:p>
    <w:p>
      <w:r>
        <w:rPr>
          <w:rFonts w:ascii="Courier New" w:hAnsi="Courier New"/>
          <w:color w:val="555555"/>
          <w:sz w:val="20"/>
        </w:rPr>
        <w:t>[5]</w:t>
      </w:r>
    </w:p>
    <w:p>
      <w:r>
        <w:rPr>
          <w:rFonts w:ascii="Gentium Plus" w:hAnsi="Gentium Plus"/>
          <w:sz w:val="24"/>
        </w:rPr>
        <w:t>καὶ ἐπηγγέλλετο τὰς αἶγας πάσας θήσειν διδυματόκους.</w:t>
      </w:r>
    </w:p>
    <w:p>
      <w:r>
        <w:rPr>
          <w:rFonts w:ascii="Courier New" w:hAnsi="Courier New"/>
          <w:color w:val="555555"/>
          <w:sz w:val="20"/>
        </w:rPr>
        <w:t>[2 . 34 . 2]</w:t>
      </w:r>
    </w:p>
    <w:p>
      <w:r>
        <w:rPr>
          <w:rFonts w:ascii="Gentium Plus" w:hAnsi="Gentium Plus"/>
          <w:sz w:val="24"/>
        </w:rPr>
        <w:t>Ἡ δὲ ἐγέλα τὸν ἔρωτα αὐτοῦ, οὐδὲ ἐραστὴν ἔφη δέξασθαι μήτε τράγον 〈ὄντα〉 μήτε ἄνθρωπον ὁλόκληρον. Ὁρμᾷ διώκειν ὁ Πὰν πρὸς βίαν· ἡ Σῦριγξ ἔφευγε καὶ τὸν Πᾶνα καὶ τὴν βίαν· φεύγουσα κάμνουσα ἐς δόνακας</w:t>
      </w:r>
    </w:p>
    <w:p>
      <w:r>
        <w:rPr>
          <w:rFonts w:ascii="Courier New" w:hAnsi="Courier New"/>
          <w:color w:val="555555"/>
          <w:sz w:val="20"/>
        </w:rPr>
        <w:t>[5]</w:t>
      </w:r>
    </w:p>
    <w:p>
      <w:r>
        <w:rPr>
          <w:rFonts w:ascii="Gentium Plus" w:hAnsi="Gentium Plus"/>
          <w:sz w:val="24"/>
        </w:rPr>
        <w:t>κρύπτεται, εἰς ἕλος ἀφανίζεται.</w:t>
      </w:r>
    </w:p>
    <w:p>
      <w:r>
        <w:rPr>
          <w:rFonts w:ascii="Courier New" w:hAnsi="Courier New"/>
          <w:color w:val="555555"/>
          <w:sz w:val="20"/>
        </w:rPr>
        <w:t>[2 . 34 . 3]</w:t>
      </w:r>
    </w:p>
    <w:p>
      <w:r>
        <w:rPr>
          <w:rFonts w:ascii="Gentium Plus" w:hAnsi="Gentium Plus"/>
          <w:sz w:val="24"/>
        </w:rPr>
        <w:t>Πὰν τοὺς δόνακας ὀργῇ τεμών, τὴν κόρην οὐχ εὑρών, τὸ πάθος μαθών, τὸ ὄργανον νοεῖ, [καὶ] τοὺς καλάμους κηρῷ συνδήσας ἀνί‐ σους, καθ’ ὅ τι καὶ ὁ ἔρως ἄνισος αὐτοῖς· καὶ ἡ τότε</w:t>
      </w:r>
    </w:p>
    <w:p>
      <w:r>
        <w:rPr>
          <w:rFonts w:ascii="Courier New" w:hAnsi="Courier New"/>
          <w:color w:val="555555"/>
          <w:sz w:val="20"/>
        </w:rPr>
        <w:t>[5]</w:t>
      </w:r>
    </w:p>
    <w:p>
      <w:r>
        <w:rPr>
          <w:rFonts w:ascii="Gentium Plus" w:hAnsi="Gentium Plus"/>
          <w:sz w:val="24"/>
        </w:rPr>
        <w:t>παρθένος καλὴ νῦν ἐστι σῦριγξ μουσική.»</w:t>
      </w:r>
    </w:p>
    <w:p>
      <w:r>
        <w:rPr>
          <w:rFonts w:ascii="Courier New" w:hAnsi="Courier New"/>
          <w:color w:val="555555"/>
          <w:sz w:val="20"/>
        </w:rPr>
        <w:t>[2 . 35 . 1]</w:t>
      </w:r>
    </w:p>
    <w:p>
      <w:r>
        <w:rPr>
          <w:rFonts w:ascii="Gentium Plus" w:hAnsi="Gentium Plus"/>
          <w:sz w:val="24"/>
        </w:rPr>
        <w:t>Ἄρτι πέπαυτο τοῦ μυθολογήματος ὁ Λάμων, καὶ ἐπῄνει Φιλητᾶς αὐτὸν ὡς εἰπόντα μῦθον ᾠδῆς γλυ‐ κύτερον, καὶ ὁ Τίτυρος ἐφίσταται τὴν σύριγγα τῷ πατρὶ κομίζων, μέγα ὄργανον καὶ αὐλῶν μεγάλων, καὶ ἵνα κεκή‐</w:t>
      </w:r>
    </w:p>
    <w:p>
      <w:r>
        <w:rPr>
          <w:rFonts w:ascii="Courier New" w:hAnsi="Courier New"/>
          <w:color w:val="555555"/>
          <w:sz w:val="20"/>
        </w:rPr>
        <w:t>[5]</w:t>
      </w:r>
    </w:p>
    <w:p>
      <w:r>
        <w:rPr>
          <w:rFonts w:ascii="Gentium Plus" w:hAnsi="Gentium Plus"/>
          <w:sz w:val="24"/>
        </w:rPr>
        <w:t>ρωτο, χαλκῷ πεποίκιλτο.</w:t>
      </w:r>
    </w:p>
    <w:p>
      <w:r>
        <w:rPr>
          <w:rFonts w:ascii="Courier New" w:hAnsi="Courier New"/>
          <w:color w:val="555555"/>
          <w:sz w:val="20"/>
        </w:rPr>
        <w:t>[2 . 35 . 2]</w:t>
      </w:r>
    </w:p>
    <w:p>
      <w:r>
        <w:rPr>
          <w:rFonts w:ascii="Gentium Plus" w:hAnsi="Gentium Plus"/>
          <w:sz w:val="24"/>
        </w:rPr>
        <w:t>Εἴκασεν ἄν τις εἶναι ταύ‐ την ἐκείνην, ἣν ὁ Πὰν πρώτην ἐπήξατο. Διεγερθεὶς οὖν ὁ Φιλητᾶς καὶ καθίσας ἐν καθέδρᾳ ὄρθιον πρῶτον μὲν ἀπεπειράθη τῶν καλάμων εἰ εὔπνοοι·</w:t>
      </w:r>
    </w:p>
    <w:p>
      <w:r>
        <w:rPr>
          <w:rFonts w:ascii="Courier New" w:hAnsi="Courier New"/>
          <w:color w:val="555555"/>
          <w:sz w:val="20"/>
        </w:rPr>
        <w:t>[2 . 35 . 3]</w:t>
      </w:r>
    </w:p>
    <w:p>
      <w:r>
        <w:rPr>
          <w:rFonts w:ascii="Gentium Plus" w:hAnsi="Gentium Plus"/>
          <w:sz w:val="24"/>
        </w:rPr>
        <w:t>ἔπειτα μαθὼν ὡς ἀκώλυτον διατρέχει τὸ πνεῦμα, ἐνέπνει τὸ ἐντεῦθεν πολὺ καὶ νεανικόν. Αὐλῶν τις ἂν ᾠήθη συναυλούντων ἀκούειν· τοσοῦτον ἤχει τὸ σύριγμα. Κατ’ ὀλίγον δὲ τῆς</w:t>
      </w:r>
    </w:p>
    <w:p>
      <w:r>
        <w:rPr>
          <w:rFonts w:ascii="Courier New" w:hAnsi="Courier New"/>
          <w:color w:val="555555"/>
          <w:sz w:val="20"/>
        </w:rPr>
        <w:t>[5]</w:t>
      </w:r>
    </w:p>
    <w:p>
      <w:r>
        <w:rPr>
          <w:rFonts w:ascii="Gentium Plus" w:hAnsi="Gentium Plus"/>
          <w:sz w:val="24"/>
        </w:rPr>
        <w:t>βίας ἀφαιρῶν εἰς τὸ τερπνότερον μετέβαλλε τὸ μέλος.</w:t>
      </w:r>
    </w:p>
    <w:p>
      <w:r>
        <w:rPr>
          <w:rFonts w:ascii="Courier New" w:hAnsi="Courier New"/>
          <w:color w:val="555555"/>
          <w:sz w:val="20"/>
        </w:rPr>
        <w:t>[2 . 35 . 4]</w:t>
      </w:r>
    </w:p>
    <w:p>
      <w:r>
        <w:rPr>
          <w:rFonts w:ascii="Gentium Plus" w:hAnsi="Gentium Plus"/>
          <w:sz w:val="24"/>
        </w:rPr>
        <w:t>Καὶ πᾶσαν τέχνην ἐπιδεικνύμενος εὐνομίας μουσικῆς ἐσύριττεν οἷον βοῶν ἀγέλῃ πρέπον, οἷον αἰπολίῳ πρόσφο‐ ρον, οἷον ποίμναις φίλον. Τερπνὸν ἦν τὸ ποιμνίων, μέγα τὸ βοῶν, ὀξὺ τὸ αἰγῶν· ὅλως πάσας σύριγγας μία σῦριγξ</w:t>
      </w:r>
    </w:p>
    <w:p>
      <w:r>
        <w:rPr>
          <w:rFonts w:ascii="Courier New" w:hAnsi="Courier New"/>
          <w:color w:val="555555"/>
          <w:sz w:val="20"/>
        </w:rPr>
        <w:t>[5]</w:t>
      </w:r>
    </w:p>
    <w:p>
      <w:r>
        <w:rPr>
          <w:rFonts w:ascii="Gentium Plus" w:hAnsi="Gentium Plus"/>
          <w:sz w:val="24"/>
        </w:rPr>
        <w:t>ἐμιμήσατο.</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[2 . 36 . 1]</w:t>
      </w:r>
    </w:p>
    <w:p>
      <w:r>
        <w:rPr>
          <w:rFonts w:ascii="Gentium Plus" w:hAnsi="Gentium Plus"/>
          <w:sz w:val="24"/>
        </w:rPr>
        <w:t>Οἱ μὲν οὖν ἄλλοι σιωπῇ κατέκειντο τερπό‐ μενοι· Δρύας δὲ ἀναστὰς καὶ κελεύσας συρίζειν Διονυ‐ σιακὸν μέλος, ἐπιλήνιον αὐτοῖς ὄρχησιν ὠρχήσατο· καὶ ἐῴκει ποτὲ μὲν τρυγῶντι, ποτὲ δὲ φέροντι ἀρρίχους, εἶτα</w:t>
      </w:r>
    </w:p>
    <w:p>
      <w:r>
        <w:rPr>
          <w:rFonts w:ascii="Courier New" w:hAnsi="Courier New"/>
          <w:color w:val="555555"/>
          <w:sz w:val="20"/>
        </w:rPr>
        <w:t>[5]</w:t>
      </w:r>
    </w:p>
    <w:p>
      <w:r>
        <w:rPr>
          <w:rFonts w:ascii="Gentium Plus" w:hAnsi="Gentium Plus"/>
          <w:sz w:val="24"/>
        </w:rPr>
        <w:t>πατοῦντι τοὺς βότρυς, εἶτα πληροῦντι τοὺς πίθους, εἶτα πίνοντι τοῦ γλεύκους.</w:t>
      </w:r>
    </w:p>
    <w:p>
      <w:r>
        <w:rPr>
          <w:rFonts w:ascii="Courier New" w:hAnsi="Courier New"/>
          <w:color w:val="555555"/>
          <w:sz w:val="20"/>
        </w:rPr>
        <w:t>[2 . 36 . 2]</w:t>
      </w:r>
    </w:p>
    <w:p>
      <w:r>
        <w:rPr>
          <w:rFonts w:ascii="Gentium Plus" w:hAnsi="Gentium Plus"/>
          <w:sz w:val="24"/>
        </w:rPr>
        <w:t>Ταῦτα πάντα οὕτως εὐσχη‐ μόνως ὠρχήσατο Δρύας καὶ ἐναργῶς, ὥστε ἐδόκουν βλέ‐ πειν καὶ τὰς ἀμπέλους καὶ τὴν ληνὸν καὶ τοὺς πίθους</w:t>
      </w:r>
    </w:p>
    <w:p>
      <w:r>
        <w:rPr>
          <w:rFonts w:ascii="Courier New" w:hAnsi="Courier New"/>
          <w:color w:val="555555"/>
          <w:sz w:val="20"/>
        </w:rPr>
        <w:t>[2 . 37 . 1]</w:t>
      </w:r>
    </w:p>
    <w:p>
      <w:r>
        <w:rPr>
          <w:rFonts w:ascii="Gentium Plus" w:hAnsi="Gentium Plus"/>
          <w:sz w:val="24"/>
        </w:rPr>
        <w:t>Τρίτος δὴ γέρων οὗτος εὐδοκιμήσας ἐπ’ ὀρχήσει, φιλεῖ Χλόην καὶ Δάφνιν· οἱ δὲ μάλα ταχέως ἀνασ‐ τάντες ὠρχήσαντο τὸν μῦθον τοῦ Λάμωνος. Ὁ Δάφνις Πᾶνα ἐμιμεῖτο, τὴν Σύριγγα Χλόη· ὁ μὲν ἱκέτευε</w:t>
      </w:r>
    </w:p>
    <w:p>
      <w:r>
        <w:rPr>
          <w:rFonts w:ascii="Courier New" w:hAnsi="Courier New"/>
          <w:color w:val="555555"/>
          <w:sz w:val="20"/>
        </w:rPr>
        <w:t>[5]</w:t>
      </w:r>
    </w:p>
    <w:p>
      <w:r>
        <w:rPr>
          <w:rFonts w:ascii="Gentium Plus" w:hAnsi="Gentium Plus"/>
          <w:sz w:val="24"/>
        </w:rPr>
        <w:t>πείθων, ἡ δὲ ἀμελοῦσα ἐμειδία·</w:t>
      </w:r>
    </w:p>
    <w:p>
      <w:r>
        <w:rPr>
          <w:rFonts w:ascii="Courier New" w:hAnsi="Courier New"/>
          <w:color w:val="555555"/>
          <w:sz w:val="20"/>
        </w:rPr>
        <w:t>[2 . 37 . 2]</w:t>
      </w:r>
    </w:p>
    <w:p>
      <w:r>
        <w:rPr>
          <w:rFonts w:ascii="Gentium Plus" w:hAnsi="Gentium Plus"/>
          <w:sz w:val="24"/>
        </w:rPr>
        <w:t>ὁ μὲν ἐδίωκε καὶ ἐπ’ ἄκρων τῶν ὀνύχων ἔτρεχε τὰς χηλὰς μιμούμενος, ἡ δὲ ἐνέφαινε τὴν κάμνουσαν ἐν τῇ φυγῇ. Ἔπειτα Χλόη μὲν εἰς τὴν ὕλην ὡς εἰς ἕλος κρύπτεται,</w:t>
      </w:r>
    </w:p>
    <w:p>
      <w:r>
        <w:rPr>
          <w:rFonts w:ascii="Courier New" w:hAnsi="Courier New"/>
          <w:color w:val="555555"/>
          <w:sz w:val="20"/>
        </w:rPr>
        <w:t>[2 . 37 . 3]</w:t>
      </w:r>
    </w:p>
    <w:p>
      <w:r>
        <w:rPr>
          <w:rFonts w:ascii="Gentium Plus" w:hAnsi="Gentium Plus"/>
          <w:sz w:val="24"/>
        </w:rPr>
        <w:t>Δάφνις δὲ λαβὼν τὴν Φιλητᾶ σύριγγα τὴν μεγάλην ἐσύρισε γοερὸν ὡς ἐρῶν, ἐρωτικὸν ὡς πείθων, ἀνακλητικὸν ὡς ἐπιζητῶν, ὥστε ὁ Φιλητᾶς θαυμάσας φιλεῖ τε ἀναπηδήσας καὶ τὴν</w:t>
      </w:r>
    </w:p>
    <w:p>
      <w:r>
        <w:rPr>
          <w:rFonts w:ascii="Courier New" w:hAnsi="Courier New"/>
          <w:color w:val="555555"/>
          <w:sz w:val="20"/>
        </w:rPr>
        <w:t>[5]</w:t>
      </w:r>
    </w:p>
    <w:p>
      <w:r>
        <w:rPr>
          <w:rFonts w:ascii="Gentium Plus" w:hAnsi="Gentium Plus"/>
          <w:sz w:val="24"/>
        </w:rPr>
        <w:t>σύριγγα χαρίζεται φιλήσας καὶ εὔχεται καὶ Δάφνιν κατα‐ λιπεῖν αὐτὴν ὁμοίῳ διαδόχῳ.</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[2 . 38 . 1]</w:t>
      </w:r>
    </w:p>
    <w:p>
      <w:r>
        <w:rPr>
          <w:rFonts w:ascii="Gentium Plus" w:hAnsi="Gentium Plus"/>
          <w:sz w:val="24"/>
        </w:rPr>
        <w:t>Ὁ δὲ τὴν ἰδίαν ἀναθεὶς τῷ Πανὶ τὴν σμικρὰν καὶ φιλήσας ὡς ἐκ φυγῆς ἀληθινῆς εὑρεθεῖσαν τὴν Χλόην ἀπήλαυνε τὴν ἀγέλην συρίζων νυκτὸς ἤδη ἐπι‐ γινομένης· ἀπήλαυνε 〈δὲ〉 καὶ ἡ Χλόη τὴν ποίμνην τῷ</w:t>
      </w:r>
    </w:p>
    <w:p>
      <w:r>
        <w:rPr>
          <w:rFonts w:ascii="Courier New" w:hAnsi="Courier New"/>
          <w:color w:val="555555"/>
          <w:sz w:val="20"/>
        </w:rPr>
        <w:t>[5]</w:t>
      </w:r>
    </w:p>
    <w:p>
      <w:r>
        <w:rPr>
          <w:rFonts w:ascii="Gentium Plus" w:hAnsi="Gentium Plus"/>
          <w:sz w:val="24"/>
        </w:rPr>
        <w:t>μέλει τῆς σύριγγος συνάγουσα·</w:t>
      </w:r>
    </w:p>
    <w:p>
      <w:r>
        <w:rPr>
          <w:rFonts w:ascii="Courier New" w:hAnsi="Courier New"/>
          <w:color w:val="555555"/>
          <w:sz w:val="20"/>
        </w:rPr>
        <w:t>[2 . 38 . 2]</w:t>
      </w:r>
    </w:p>
    <w:p>
      <w:r>
        <w:rPr>
          <w:rFonts w:ascii="Gentium Plus" w:hAnsi="Gentium Plus"/>
          <w:sz w:val="24"/>
        </w:rPr>
        <w:t>καὶ αἵ τε αἶγες πλη‐ σίον τῶν προβάτων ᾔεσαν, ὅ τε Δάφνις ἐβάδιζεν ἐγγὺς τῆς Χλόης, ὥστε ἐνέπλησαν ἕως νυκτὸς ἀλλήλους καὶ συνέθεντο θᾶττον τὰς ἀγέλας τῆς ἐπιούσης κατελάσαι·</w:t>
      </w:r>
    </w:p>
    <w:p>
      <w:r>
        <w:rPr>
          <w:rFonts w:ascii="Courier New" w:hAnsi="Courier New"/>
          <w:color w:val="555555"/>
          <w:sz w:val="20"/>
        </w:rPr>
        <w:t>[5]</w:t>
      </w:r>
    </w:p>
    <w:p>
      <w:r>
        <w:rPr>
          <w:rFonts w:ascii="Gentium Plus" w:hAnsi="Gentium Plus"/>
          <w:sz w:val="24"/>
        </w:rPr>
        <w:t>καὶ οὕτως ἐποίησαν.</w:t>
      </w:r>
    </w:p>
    <w:p>
      <w:r>
        <w:rPr>
          <w:rFonts w:ascii="Courier New" w:hAnsi="Courier New"/>
          <w:color w:val="555555"/>
          <w:sz w:val="20"/>
        </w:rPr>
        <w:t>[2 . 38 . 3]</w:t>
      </w:r>
    </w:p>
    <w:p>
      <w:r>
        <w:rPr>
          <w:rFonts w:ascii="Gentium Plus" w:hAnsi="Gentium Plus"/>
          <w:sz w:val="24"/>
        </w:rPr>
        <w:t>Ἄρτι γοῦν ἀρχομένης ἡμέρας ἦλθον εἰς τὴν νομήν· καὶ τὰς Νύμφας προτέρας, εἶτα τὸν Πᾶνα προσαγορεύσαντες, τὸ ἐντεῦθεν ὑπὸ τῇ δρυῒ</w:t>
      </w:r>
    </w:p>
    <w:p>
      <w:r>
        <w:rPr>
          <w:rFonts w:ascii="Courier New" w:hAnsi="Courier New"/>
          <w:color w:val="555555"/>
          <w:sz w:val="20"/>
        </w:rPr>
        <w:t>[5]</w:t>
      </w:r>
    </w:p>
    <w:p>
      <w:r>
        <w:rPr>
          <w:rFonts w:ascii="Gentium Plus" w:hAnsi="Gentium Plus"/>
          <w:sz w:val="24"/>
        </w:rPr>
        <w:t>βαλλον, κατεκλίνοντο, καὶ οὐδὲν δράσαντες πλέον ἀνίσ‐ ταντο. Ἐμέλησεν αὐτοῖς καὶ τροφῆς, καὶ ἔπιον οἶνον μίξαντες γάλα.</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[2 . 39 . 1]</w:t>
      </w:r>
    </w:p>
    <w:p>
      <w:r>
        <w:rPr>
          <w:rFonts w:ascii="Gentium Plus" w:hAnsi="Gentium Plus"/>
          <w:sz w:val="24"/>
        </w:rPr>
        <w:t>Καὶ τούτοις ἅπασι θερμότεροι γενόμενοι καὶ θρασύτεροι, πρὸς ἀλλήλους ἤριζον ἔριν ἐρωτικήν, καὶ κατ’ ὀλίγον εἰς ὅρκων πίστιν προῆλθον. Ὁ μὲν δὴ Δάφνις τὸν Πᾶνα ὤμοσεν ἐλθὼν ἐπὶ τὴν πίτυν μὴ ζήσεσθαι μόνος</w:t>
      </w:r>
    </w:p>
    <w:p>
      <w:r>
        <w:rPr>
          <w:rFonts w:ascii="Courier New" w:hAnsi="Courier New"/>
          <w:color w:val="555555"/>
          <w:sz w:val="20"/>
        </w:rPr>
        <w:t>[5]</w:t>
      </w:r>
    </w:p>
    <w:p>
      <w:r>
        <w:rPr>
          <w:rFonts w:ascii="Gentium Plus" w:hAnsi="Gentium Plus"/>
          <w:sz w:val="24"/>
        </w:rPr>
        <w:t>ἄνευ Χλόης μηδὲ μιᾶς χρόνον ἡμέρας·</w:t>
      </w:r>
    </w:p>
    <w:p>
      <w:r>
        <w:rPr>
          <w:rFonts w:ascii="Courier New" w:hAnsi="Courier New"/>
          <w:color w:val="555555"/>
          <w:sz w:val="20"/>
        </w:rPr>
        <w:t>[2 . 39 . 2]</w:t>
      </w:r>
    </w:p>
    <w:p>
      <w:r>
        <w:rPr>
          <w:rFonts w:ascii="Gentium Plus" w:hAnsi="Gentium Plus"/>
          <w:sz w:val="24"/>
        </w:rPr>
        <w:t>ἡ δὲ Χλόη Δάφνιδι τὰς Νύμφας, εἰσελθοῦσα εἰς τὸ ἄντρον, τὸν αὐτὸν στέρξειν καὶ θάνατον καὶ βίον. Τοσοῦτον δὲ ἄρα τῇ Χλόῃ τὸ ἀφελὲς προσῆν ὡς κόρῃ, ὥστε ἐξιοῦσα τοῦ ἄντρου καὶ</w:t>
      </w:r>
    </w:p>
    <w:p>
      <w:r>
        <w:rPr>
          <w:rFonts w:ascii="Courier New" w:hAnsi="Courier New"/>
          <w:color w:val="555555"/>
          <w:sz w:val="20"/>
        </w:rPr>
        <w:t>[5]</w:t>
      </w:r>
    </w:p>
    <w:p>
      <w:r>
        <w:rPr>
          <w:rFonts w:ascii="Gentium Plus" w:hAnsi="Gentium Plus"/>
          <w:sz w:val="24"/>
        </w:rPr>
        <w:t>δεύτερον ἠξίου λαβεῖν ὅρκον παρ’ αὐτοῦ «ὦ Δάφνι» λέγουσα «θεὸς ὁ Πὰν ἐρωτικός ἐστι καὶ ἄπιστος·</w:t>
      </w:r>
    </w:p>
    <w:p>
      <w:r>
        <w:rPr>
          <w:rFonts w:ascii="Courier New" w:hAnsi="Courier New"/>
          <w:color w:val="555555"/>
          <w:sz w:val="20"/>
        </w:rPr>
        <w:t>[2 . 39 . 3]</w:t>
      </w:r>
    </w:p>
    <w:p>
      <w:r>
        <w:rPr>
          <w:rFonts w:ascii="Gentium Plus" w:hAnsi="Gentium Plus"/>
          <w:sz w:val="24"/>
        </w:rPr>
        <w:t>ἠράσθη μὲν Πίτυος, ἠράσθη δὲ Σύριγγος· παύεται δὲ οὐδέποτε Δρυάσιν ἐνοχλῶν καὶ Ἐπιμηλίσι Νύμφαις πράγ‐ ματα παρέχων. Οὗτος μὲν οὖν ἀμεληθεὶς ἐν τοῖς ὅρκοις ἀμελήσει σε κολάσαι, κἂν ἐπὶ πλείονας ἔλθῃς γυναῖκας</w:t>
      </w:r>
    </w:p>
    <w:p>
      <w:r>
        <w:rPr>
          <w:rFonts w:ascii="Courier New" w:hAnsi="Courier New"/>
          <w:color w:val="555555"/>
          <w:sz w:val="20"/>
        </w:rPr>
        <w:t>[5]</w:t>
      </w:r>
    </w:p>
    <w:p>
      <w:r>
        <w:rPr>
          <w:rFonts w:ascii="Gentium Plus" w:hAnsi="Gentium Plus"/>
          <w:sz w:val="24"/>
        </w:rPr>
        <w:t>τῶν ἐν τῇ σύριγγι καλάμων·</w:t>
      </w:r>
    </w:p>
    <w:p>
      <w:r>
        <w:rPr>
          <w:rFonts w:ascii="Courier New" w:hAnsi="Courier New"/>
          <w:color w:val="555555"/>
          <w:sz w:val="20"/>
        </w:rPr>
        <w:t>[2 . 39 . 4]</w:t>
      </w:r>
    </w:p>
    <w:p>
      <w:r>
        <w:rPr>
          <w:rFonts w:ascii="Gentium Plus" w:hAnsi="Gentium Plus"/>
          <w:sz w:val="24"/>
        </w:rPr>
        <w:t>σὺ δέ μοι τὸ αἰπόλιον τοῦτο ὄμοσον καὶ τὴν αἶγα ἐκείνην, ἥ σε ἀνέθρεψε, μὴ καταλιπεῖν Χλόην, ἔστ’ ἂν πιστή σοι μένῃ· ἄδικον δὲ εἰς σὲ καὶ τὰς Νύμφας γενομένην καὶ φεῦγε καὶ μίσει καὶ</w:t>
      </w:r>
    </w:p>
    <w:p>
      <w:r>
        <w:rPr>
          <w:rFonts w:ascii="Courier New" w:hAnsi="Courier New"/>
          <w:color w:val="555555"/>
          <w:sz w:val="20"/>
        </w:rPr>
        <w:t>[5]</w:t>
      </w:r>
    </w:p>
    <w:p>
      <w:r>
        <w:rPr>
          <w:rFonts w:ascii="Gentium Plus" w:hAnsi="Gentium Plus"/>
          <w:sz w:val="24"/>
        </w:rPr>
        <w:t>ἀπόκτεινον ὥσπερ λύκον.»</w:t>
      </w:r>
    </w:p>
    <w:p>
      <w:r>
        <w:rPr>
          <w:rFonts w:ascii="Courier New" w:hAnsi="Courier New"/>
          <w:color w:val="555555"/>
          <w:sz w:val="20"/>
        </w:rPr>
        <w:t>[2 . 39 . 5]</w:t>
      </w:r>
    </w:p>
    <w:p>
      <w:r>
        <w:rPr>
          <w:rFonts w:ascii="Gentium Plus" w:hAnsi="Gentium Plus"/>
          <w:sz w:val="24"/>
        </w:rPr>
        <w:t>Ἥδετο ὁ Δάφνις ἀπιστούμενος καὶ στὰς εἰς μέσον τὸ αἰπόλιον καὶ τῇ μὲν τῶν χειρῶν αἰγὸς τῇ δὲ τράγου λαβόμενος ὤμνυε Χλόην φιλῆσαι φιλοῦσαν· κἂν ἕτερον</w:t>
      </w:r>
    </w:p>
    <w:p>
      <w:r>
        <w:rPr>
          <w:rFonts w:ascii="Courier New" w:hAnsi="Courier New"/>
          <w:color w:val="555555"/>
          <w:sz w:val="20"/>
        </w:rPr>
        <w:t>[2 . 39 . 6]</w:t>
      </w:r>
    </w:p>
    <w:p>
      <w:r>
        <w:rPr>
          <w:rFonts w:ascii="Gentium Plus" w:hAnsi="Gentium Plus"/>
          <w:sz w:val="24"/>
        </w:rPr>
        <w:t>Ἡ δὲ ἔχαιρε καὶ ἐπίστευεν ὡς κόρη [καὶ] νέμουσα καὶ νομίζουσα τὰς αἶγας καὶ τὰ πρόβατα ποιμένων καὶ</w:t>
      </w:r>
    </w:p>
    <w:p>
      <w:r>
        <w:rPr>
          <w:rFonts w:ascii="Courier New" w:hAnsi="Courier New"/>
          <w:color w:val="555555"/>
          <w:sz w:val="20"/>
        </w:rPr>
        <w:t>[3 . 1 . 1]</w:t>
      </w:r>
    </w:p>
    <w:p>
      <w:r>
        <w:rPr>
          <w:rFonts w:ascii="Gentium Plus" w:hAnsi="Gentium Plus"/>
          <w:sz w:val="24"/>
        </w:rPr>
        <w:t>Μιτυληναῖοι δὲ ὡς ᾔσθοντο τὸν ἐπίπλουν τῶν δέκα νεῶν καί τινες ἐμήνυσαν αὐτοῖς τὴν ἁρπαγὴν ἐλθόντες ἐκ τῶν ἀγρῶν, οὐκ ἀνασχετὸν νομίσαντες ταῦτα ἐκ Μηθυμναίων παθεῖν, ἔγνωσαν καὶ αὐτοὶ τὴν ταχίστην</w:t>
      </w:r>
    </w:p>
    <w:p>
      <w:r>
        <w:rPr>
          <w:rFonts w:ascii="Courier New" w:hAnsi="Courier New"/>
          <w:color w:val="555555"/>
          <w:sz w:val="20"/>
        </w:rPr>
        <w:t>[5]</w:t>
      </w:r>
    </w:p>
    <w:p>
      <w:r>
        <w:rPr>
          <w:rFonts w:ascii="Gentium Plus" w:hAnsi="Gentium Plus"/>
          <w:sz w:val="24"/>
        </w:rPr>
        <w:t>ἐπ’ αὐτοὺς ὅπλα κινεῖν·</w:t>
      </w:r>
    </w:p>
    <w:p>
      <w:r>
        <w:rPr>
          <w:rFonts w:ascii="Courier New" w:hAnsi="Courier New"/>
          <w:color w:val="555555"/>
          <w:sz w:val="20"/>
        </w:rPr>
        <w:t>[3 . 1 . 2]</w:t>
      </w:r>
    </w:p>
    <w:p>
      <w:r>
        <w:rPr>
          <w:rFonts w:ascii="Gentium Plus" w:hAnsi="Gentium Plus"/>
          <w:sz w:val="24"/>
        </w:rPr>
        <w:t>καὶ καταλέξαντες ἀσπίδα τρισχιλίαν καὶ ἵππον πεντακοσίαν ἐξέπεμψαν κατὰ γῆν τὸν στρατηγὸν Ἵππασον, ὀκνοῦντες ἐν ὥρᾳ χειμῶνος τὴν θάλασσαν.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[3 . 2 . 1]</w:t>
      </w:r>
    </w:p>
    <w:p>
      <w:r>
        <w:rPr>
          <w:rFonts w:ascii="Gentium Plus" w:hAnsi="Gentium Plus"/>
          <w:sz w:val="24"/>
        </w:rPr>
        <w:t>Ὁ δὲ ἐξορμηθεὶς ἀγροὺς μὲν οὐκ ἐλεηλάτει τῶν Μηθυμναίων οὐδὲ ἀγέλας καὶ κτήματα ἥρπαζε γεωργῶν καὶ ποιμένων, λῃστοῦ νομίζων ταῦτα ἔργα μᾶλλον ἢ στρα‐ τηγοῦ· ταχὺ δὲ ἐπὶ τὴν πόλιν αὐτὴν 〈ἦγεν〉 ὡς ἐπεισπε‐</w:t>
      </w:r>
    </w:p>
    <w:p>
      <w:r>
        <w:rPr>
          <w:rFonts w:ascii="Courier New" w:hAnsi="Courier New"/>
          <w:color w:val="555555"/>
          <w:sz w:val="20"/>
        </w:rPr>
        <w:t>[5]</w:t>
      </w:r>
    </w:p>
    <w:p>
      <w:r>
        <w:rPr>
          <w:rFonts w:ascii="Gentium Plus" w:hAnsi="Gentium Plus"/>
          <w:sz w:val="24"/>
        </w:rPr>
        <w:t>σούμενος ἀφρουρήτοις ταῖς πύλαις·</w:t>
      </w:r>
    </w:p>
    <w:p>
      <w:r>
        <w:rPr>
          <w:rFonts w:ascii="Courier New" w:hAnsi="Courier New"/>
          <w:color w:val="555555"/>
          <w:sz w:val="20"/>
        </w:rPr>
        <w:t>[3 . 2 . 2]</w:t>
      </w:r>
    </w:p>
    <w:p>
      <w:r>
        <w:rPr>
          <w:rFonts w:ascii="Gentium Plus" w:hAnsi="Gentium Plus"/>
          <w:sz w:val="24"/>
        </w:rPr>
        <w:t>Καὶ αὐτῷ στα‐ δίους ὅσον ἑκατὸν ἀπέχοντι κῆρυξ ἀπαντᾷ σπονδὰς κομίζων.</w:t>
      </w:r>
    </w:p>
    <w:p>
      <w:r>
        <w:rPr>
          <w:rFonts w:ascii="Courier New" w:hAnsi="Courier New"/>
          <w:color w:val="555555"/>
          <w:sz w:val="20"/>
        </w:rPr>
        <w:t>[3 . 2 . 3]</w:t>
      </w:r>
    </w:p>
    <w:p>
      <w:r>
        <w:rPr>
          <w:rFonts w:ascii="Gentium Plus" w:hAnsi="Gentium Plus"/>
          <w:sz w:val="24"/>
        </w:rPr>
        <w:t>Οἱ γὰρ Μηθυμναῖοι μαθόντες παρὰ τῶν ἑαλωκότων ὡς οὐδὲν ἴσασι Μιτυληναῖοι τῶν γεγενημένων, ἀλλὰ γεωργοὶ καὶ ποιμένες ὑβρίζοντας τοὺς νεανίσκους</w:t>
      </w:r>
    </w:p>
    <w:p>
      <w:r>
        <w:rPr>
          <w:rFonts w:ascii="Courier New" w:hAnsi="Courier New"/>
          <w:color w:val="555555"/>
          <w:sz w:val="20"/>
        </w:rPr>
        <w:t>[5]</w:t>
      </w:r>
    </w:p>
    <w:p>
      <w:r>
        <w:rPr>
          <w:rFonts w:ascii="Gentium Plus" w:hAnsi="Gentium Plus"/>
          <w:sz w:val="24"/>
        </w:rPr>
        <w:t>εἰς γείτονα πόλιν ἢ σωφρονέστερα, σπουδὴν δὲ εἶχον ἀποδόντες πᾶσαν τὴν ἁρπαγὴν ἀδεῶς ἐπιμίγνυσθαι καὶ κατὰ γῆν καὶ κατὰ θάλασσαν.</w:t>
      </w:r>
    </w:p>
    <w:p>
      <w:r>
        <w:rPr>
          <w:rFonts w:ascii="Courier New" w:hAnsi="Courier New"/>
          <w:color w:val="555555"/>
          <w:sz w:val="20"/>
        </w:rPr>
        <w:t>[3 . 2 . 4]</w:t>
      </w:r>
    </w:p>
    <w:p>
      <w:r>
        <w:rPr>
          <w:rFonts w:ascii="Gentium Plus" w:hAnsi="Gentium Plus"/>
          <w:sz w:val="24"/>
        </w:rPr>
        <w:t>Τὸν μὲν οὖν κήρυκα τοῖς Μιτυληναίοις ὁ Ἵππασος ἀποστέλλει, καίτοιγε αὐτοκράτωρ στρατηγὸς κεχειροτονημένος· αὐτὸς δὲ τῆς Μηθύμνης ὅσον ἀπὸ δέκα σταδίων στρατόπεδον βαλόμενος τὰς ἐκ</w:t>
      </w:r>
    </w:p>
    <w:p>
      <w:r>
        <w:rPr>
          <w:rFonts w:ascii="Courier New" w:hAnsi="Courier New"/>
          <w:color w:val="555555"/>
          <w:sz w:val="20"/>
        </w:rPr>
        <w:t>[5]</w:t>
      </w:r>
    </w:p>
    <w:p>
      <w:r>
        <w:rPr>
          <w:rFonts w:ascii="Gentium Plus" w:hAnsi="Gentium Plus"/>
          <w:sz w:val="24"/>
        </w:rPr>
        <w:t>τῆς πόλεως ἐντολὰς ἀνέμενε.</w:t>
      </w:r>
    </w:p>
    <w:p>
      <w:r>
        <w:rPr>
          <w:rFonts w:ascii="Courier New" w:hAnsi="Courier New"/>
          <w:color w:val="555555"/>
          <w:sz w:val="20"/>
        </w:rPr>
        <w:t>[3 . 2 . 5]</w:t>
      </w:r>
    </w:p>
    <w:p>
      <w:r>
        <w:rPr>
          <w:rFonts w:ascii="Gentium Plus" w:hAnsi="Gentium Plus"/>
          <w:sz w:val="24"/>
        </w:rPr>
        <w:t>Καὶ δύο διαγενομένων ἡμερῶν ἐλθὼν ὁ ἄγγελος τήν τε ἁρπαγὴν ἐκέλευσε κομί‐ σασθαι καὶ ἀδικήσαντα μηδὲν ἀναχωρεῖν οἴκαδε· πολέμου γὰρ καὶ εἰρήνης ἐν αἱρέσει γενόμενοι, τὴν εἰρήνην εὕρισ‐</w:t>
      </w:r>
    </w:p>
    <w:p>
      <w:r>
        <w:rPr>
          <w:rFonts w:ascii="Courier New" w:hAnsi="Courier New"/>
          <w:color w:val="555555"/>
          <w:sz w:val="20"/>
        </w:rPr>
        <w:t>[5]</w:t>
      </w:r>
    </w:p>
    <w:p>
      <w:r>
        <w:rPr>
          <w:rFonts w:ascii="Gentium Plus" w:hAnsi="Gentium Plus"/>
          <w:sz w:val="24"/>
        </w:rPr>
        <w:t>κον κερδαλεωτέραν.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[3 . 3 . 1]</w:t>
      </w:r>
    </w:p>
    <w:p>
      <w:r>
        <w:rPr>
          <w:rFonts w:ascii="Gentium Plus" w:hAnsi="Gentium Plus"/>
          <w:sz w:val="24"/>
        </w:rPr>
        <w:t>Ὁ μὲν δὴ Μηθυμναίων καὶ Μιτυληναίων πόλε‐ μος ἀδόκητον λαβὼν ἀρχὴν καὶ τέλος οὕτω διελύθη. Γίνε‐ ται δὲ χειμὼν Δάφνιδι καὶ Χλόῃ τοῦ πολέμου πικρότερος· ἐξαίφνης γὰρ περιπεσοῦσα πολλὴ χιὼν πάσας μὲν ἀπέ‐</w:t>
      </w:r>
    </w:p>
    <w:p>
      <w:r>
        <w:rPr>
          <w:rFonts w:ascii="Courier New" w:hAnsi="Courier New"/>
          <w:color w:val="555555"/>
          <w:sz w:val="20"/>
        </w:rPr>
        <w:t>[5]</w:t>
      </w:r>
    </w:p>
    <w:p>
      <w:r>
        <w:rPr>
          <w:rFonts w:ascii="Gentium Plus" w:hAnsi="Gentium Plus"/>
          <w:sz w:val="24"/>
        </w:rPr>
        <w:t>κλεισε τὰς ὁδούς, πάντας δὲ κατέκλεισε τοὺς γεωργούς.</w:t>
      </w:r>
    </w:p>
    <w:p>
      <w:r>
        <w:rPr>
          <w:rFonts w:ascii="Courier New" w:hAnsi="Courier New"/>
          <w:color w:val="555555"/>
          <w:sz w:val="20"/>
        </w:rPr>
        <w:t>[3 . 3 . 2]</w:t>
      </w:r>
    </w:p>
    <w:p>
      <w:r>
        <w:rPr>
          <w:rFonts w:ascii="Gentium Plus" w:hAnsi="Gentium Plus"/>
          <w:sz w:val="24"/>
        </w:rPr>
        <w:t>Λάβροι μὲν οἱ χείμαρροι κατέρρεον, ἐπεπήγει δὲ κρύσ‐ ταλλος· τὰ δένδρα ἐῴκει κατακλωμένοις· ἡ γῆ πᾶσα ἀφανὴς ἦν ὅτι μὴ περὶ πηγάς που καὶ ῥεύματα.</w:t>
      </w:r>
    </w:p>
    <w:p>
      <w:r>
        <w:rPr>
          <w:rFonts w:ascii="Courier New" w:hAnsi="Courier New"/>
          <w:color w:val="555555"/>
          <w:sz w:val="20"/>
        </w:rPr>
        <w:t>[3 . 3 . 3]</w:t>
      </w:r>
    </w:p>
    <w:p>
      <w:r>
        <w:rPr>
          <w:rFonts w:ascii="Gentium Plus" w:hAnsi="Gentium Plus"/>
          <w:sz w:val="24"/>
        </w:rPr>
        <w:t>Οὔτε οὖν ἀγέλην τις εἰς νομὴν ἦγεν οὔτε αὐτὸς προῄει τῶν θυρῶν, ἀλλὰ πῦρ καύσαντες μέγα περὶ ᾠδὰς ἀλεκτρυόνων οἱ μὲν δὴ λίνον ἔστρεφον, οἱ δὲ αἰγῶν τρίχας ἔπεκον, οἱ</w:t>
      </w:r>
    </w:p>
    <w:p>
      <w:r>
        <w:rPr>
          <w:rFonts w:ascii="Courier New" w:hAnsi="Courier New"/>
          <w:color w:val="555555"/>
          <w:sz w:val="20"/>
        </w:rPr>
        <w:t>[5]</w:t>
      </w:r>
    </w:p>
    <w:p>
      <w:r>
        <w:rPr>
          <w:rFonts w:ascii="Gentium Plus" w:hAnsi="Gentium Plus"/>
          <w:sz w:val="24"/>
        </w:rPr>
        <w:t>δὲ πάγας ὀρνίθων ἐσοφίζοντο.</w:t>
      </w:r>
    </w:p>
    <w:p>
      <w:r>
        <w:rPr>
          <w:rFonts w:ascii="Courier New" w:hAnsi="Courier New"/>
          <w:color w:val="555555"/>
          <w:sz w:val="20"/>
        </w:rPr>
        <w:t>[3 . 3 . 4]</w:t>
      </w:r>
    </w:p>
    <w:p>
      <w:r>
        <w:rPr>
          <w:rFonts w:ascii="Gentium Plus" w:hAnsi="Gentium Plus"/>
          <w:sz w:val="24"/>
        </w:rPr>
        <w:t>Τότε βοῶν ἐπὶ φάτναις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[3 . 4 . 1]</w:t>
      </w:r>
    </w:p>
    <w:p>
      <w:r>
        <w:rPr>
          <w:rFonts w:ascii="Gentium Plus" w:hAnsi="Gentium Plus"/>
          <w:sz w:val="24"/>
        </w:rPr>
        <w:t>Ἀναγκαίας οὖν οἰκουρίας ἐπεχούσης ἅπαντας οἱ μὲν ἄλλοι γεωργοὶ καὶ νομεῖς ἔχαιρον πόνων τε ἀπηλλαγ‐ μένοι πρὸς ὀλίγον καὶ τροφὰς ἑωθινὰς ἐσθίοντες καὶ καθεύδοντες μακρὸν ὕπνον, ὥστε αὐτοῖς τὸν χειμῶνα</w:t>
      </w:r>
    </w:p>
    <w:p>
      <w:r>
        <w:rPr>
          <w:rFonts w:ascii="Courier New" w:hAnsi="Courier New"/>
          <w:color w:val="555555"/>
          <w:sz w:val="20"/>
        </w:rPr>
        <w:t>[5]</w:t>
      </w:r>
    </w:p>
    <w:p>
      <w:r>
        <w:rPr>
          <w:rFonts w:ascii="Gentium Plus" w:hAnsi="Gentium Plus"/>
          <w:sz w:val="24"/>
        </w:rPr>
        <w:t>δοκεῖν καὶ θέρους καὶ μετοπώρου καὶ ἦρος αὐτοῦ γλυκύ‐ τερον.</w:t>
      </w:r>
    </w:p>
    <w:p>
      <w:r>
        <w:rPr>
          <w:rFonts w:ascii="Courier New" w:hAnsi="Courier New"/>
          <w:color w:val="555555"/>
          <w:sz w:val="20"/>
        </w:rPr>
        <w:t>[3 . 4 . 2]</w:t>
      </w:r>
    </w:p>
    <w:p>
      <w:r>
        <w:rPr>
          <w:rFonts w:ascii="Gentium Plus" w:hAnsi="Gentium Plus"/>
          <w:sz w:val="24"/>
        </w:rPr>
        <w:t>Χλόη δὲ καὶ Δάφνις ἐν μνήμῃ γινόμενοι τῶν καταλειφθέντων τερπνῶν, ὡς ἐφίλουν, ὡς περιέβαλλον, ὡς ἅμα τὴν τροφὴν προσεφέροντο, νύκτας τε ἀγρύπνους διῆγον καὶ λυπηρὰς καὶ τὴν ἠρινὴν ὥραν ἀνέμενον ἐκ</w:t>
      </w:r>
    </w:p>
    <w:p>
      <w:r>
        <w:rPr>
          <w:rFonts w:ascii="Courier New" w:hAnsi="Courier New"/>
          <w:color w:val="555555"/>
          <w:sz w:val="20"/>
        </w:rPr>
        <w:t>[5]</w:t>
      </w:r>
    </w:p>
    <w:p>
      <w:r>
        <w:rPr>
          <w:rFonts w:ascii="Gentium Plus" w:hAnsi="Gentium Plus"/>
          <w:sz w:val="24"/>
        </w:rPr>
        <w:t>θανάτου παλιγγενεσίαν.</w:t>
      </w:r>
    </w:p>
    <w:p>
      <w:r>
        <w:rPr>
          <w:rFonts w:ascii="Courier New" w:hAnsi="Courier New"/>
          <w:color w:val="555555"/>
          <w:sz w:val="20"/>
        </w:rPr>
        <w:t>[3 . 4 . 3]</w:t>
      </w:r>
    </w:p>
    <w:p>
      <w:r>
        <w:rPr>
          <w:rFonts w:ascii="Gentium Plus" w:hAnsi="Gentium Plus"/>
          <w:sz w:val="24"/>
        </w:rPr>
        <w:t>Ἐλύπει δὲ αὐτοὺς ἢ πήρα τις ἐλθοῦσα εἰς χεῖρας, ἐξ ἧς 〈συν〉ήσθιον, ἢ γαυλὸς ὀφθείς, ἐξ οὗ συνέπινον, ἢ σῦριγξ ἀμελῶς ἐρριμμένη, δῶρον ἐρωτικὸν γεγενημένη.</w:t>
      </w:r>
    </w:p>
    <w:p>
      <w:r>
        <w:rPr>
          <w:rFonts w:ascii="Courier New" w:hAnsi="Courier New"/>
          <w:color w:val="555555"/>
          <w:sz w:val="20"/>
        </w:rPr>
        <w:t>[3 . 4 . 4]</w:t>
      </w:r>
    </w:p>
    <w:p>
      <w:r>
        <w:rPr>
          <w:rFonts w:ascii="Gentium Plus" w:hAnsi="Gentium Plus"/>
          <w:sz w:val="24"/>
        </w:rPr>
        <w:t>Ηὔχοντο δὴ ταῖς Νύμ‐ φαις καὶ τῷ Πανὶ [καὶ] τούτων αὐτοὺς ἐκλύσασθαι τῶν κακῶν καὶ δεῖξαί ποτε αὐτοῖς καὶ ταῖς ἀγέλαις ἥλιον· ἅμα τε εὐχόμενοι τέχνην ἐζήτουν, δι’ ἧς ἀλλήλους θεά‐</w:t>
      </w:r>
    </w:p>
    <w:p>
      <w:r>
        <w:rPr>
          <w:rFonts w:ascii="Courier New" w:hAnsi="Courier New"/>
          <w:color w:val="555555"/>
          <w:sz w:val="20"/>
        </w:rPr>
        <w:t>[5]</w:t>
      </w:r>
    </w:p>
    <w:p>
      <w:r>
        <w:rPr>
          <w:rFonts w:ascii="Gentium Plus" w:hAnsi="Gentium Plus"/>
          <w:sz w:val="24"/>
        </w:rPr>
        <w:t>σονται.</w:t>
      </w:r>
    </w:p>
    <w:p>
      <w:r>
        <w:rPr>
          <w:rFonts w:ascii="Courier New" w:hAnsi="Courier New"/>
          <w:color w:val="555555"/>
          <w:sz w:val="20"/>
        </w:rPr>
        <w:t>[3 . 4 . 5]</w:t>
      </w:r>
    </w:p>
    <w:p>
      <w:r>
        <w:rPr>
          <w:rFonts w:ascii="Gentium Plus" w:hAnsi="Gentium Plus"/>
          <w:sz w:val="24"/>
        </w:rPr>
        <w:t>Ἡ μὲν δὴ Χλόη δεινῶς ἄπορος ἦν καὶ ἀμή‐ χανος· ἀεὶ γὰρ αὐτῇ συνῆν ἡ δοκοῦσα μήτηρ ἔριά τε ξαίνειν διδάσκουσα καὶ ἀτράκτους στρέφειν καὶ γάμου μνημονεύουσα· ὁ δὲ Δάφνις, οἷα σχολὴν ἄγων καὶ συνε‐</w:t>
      </w:r>
    </w:p>
    <w:p>
      <w:r>
        <w:rPr>
          <w:rFonts w:ascii="Courier New" w:hAnsi="Courier New"/>
          <w:color w:val="555555"/>
          <w:sz w:val="20"/>
        </w:rPr>
        <w:t>[5]</w:t>
      </w:r>
    </w:p>
    <w:p>
      <w:r>
        <w:rPr>
          <w:rFonts w:ascii="Gentium Plus" w:hAnsi="Gentium Plus"/>
          <w:sz w:val="24"/>
        </w:rPr>
        <w:t>τώτερος κόρης, τοιόνδε σόφισμα εὗρεν ἐς θέαν τῆς Χλόης.</w:t>
      </w:r>
    </w:p>
    <w:p>
      <w:r>
        <w:rPr>
          <w:rFonts w:ascii="Courier New" w:hAnsi="Courier New"/>
          <w:color w:val="555555"/>
          <w:sz w:val="20"/>
        </w:rPr>
        <w:t>[3 . 5 . 1]</w:t>
      </w:r>
    </w:p>
    <w:p>
      <w:r>
        <w:rPr>
          <w:rFonts w:ascii="Gentium Plus" w:hAnsi="Gentium Plus"/>
          <w:sz w:val="24"/>
        </w:rPr>
        <w:t>Πρὸ τῆς αὐλῆς τοῦ Δρύαντος, ἐπ’ αὐτῇ τῇ αὐλῇ, μυρρίναι μεγάλαι δύο καὶ κιττὸς ἐπεφύκει· αἱ μυρρίναι πλησίον ἀλλήλων, ὁ κιττὸς ἀμφοτέρων μέσος, ὥστε ἐφ’ ἑκατέραν διαθεὶς τοὺς ἀκρεμόνας ὡς ἄμπελος ἄντρου</w:t>
      </w:r>
    </w:p>
    <w:p>
      <w:r>
        <w:rPr>
          <w:rFonts w:ascii="Courier New" w:hAnsi="Courier New"/>
          <w:color w:val="555555"/>
          <w:sz w:val="20"/>
        </w:rPr>
        <w:t>[5]</w:t>
      </w:r>
    </w:p>
    <w:p>
      <w:r>
        <w:rPr>
          <w:rFonts w:ascii="Gentium Plus" w:hAnsi="Gentium Plus"/>
          <w:sz w:val="24"/>
        </w:rPr>
        <w:t>σχῆμα διὰ τῶν φύλλων ἐπαλλαττόντων ἐποίει· καὶ ὁ κόρυμβος πολὺς καὶ μέγας ὅσος βότρυς κλημάτων ἐξε‐ κρέματο.</w:t>
      </w:r>
    </w:p>
    <w:p>
      <w:r>
        <w:rPr>
          <w:rFonts w:ascii="Courier New" w:hAnsi="Courier New"/>
          <w:color w:val="555555"/>
          <w:sz w:val="20"/>
        </w:rPr>
        <w:t>[3 . 5 . 2]</w:t>
      </w:r>
    </w:p>
    <w:p>
      <w:r>
        <w:rPr>
          <w:rFonts w:ascii="Gentium Plus" w:hAnsi="Gentium Plus"/>
          <w:sz w:val="24"/>
        </w:rPr>
        <w:t>Ἦν οὖν πολὺ πλῆθος περὶ αὐτὸν τῶν χει‐ μερινῶν ὀρνίθων ἀπορίᾳ τῆς ἔξω τροφῆς· πολὺς μὲν κόψιχος, πολλὴ δὲ κίχλη, καὶ φάτται καὶ ψᾶρες καὶ ὅσον ἄλλο κιττοφάγον πτερόν.</w:t>
      </w:r>
    </w:p>
    <w:p>
      <w:r>
        <w:rPr>
          <w:rFonts w:ascii="Courier New" w:hAnsi="Courier New"/>
          <w:color w:val="555555"/>
          <w:sz w:val="20"/>
        </w:rPr>
        <w:t>[3 . 5 . 3]</w:t>
      </w:r>
    </w:p>
    <w:p>
      <w:r>
        <w:rPr>
          <w:rFonts w:ascii="Gentium Plus" w:hAnsi="Gentium Plus"/>
          <w:sz w:val="24"/>
        </w:rPr>
        <w:t>Τούτων τῶν ὀρνίθων ἐπὶ προφάσει θήρας ἐξώρμησεν ὁ Δάφνις, ἐμπλήσας μὲν τὴν πήραν ὀψημάτων μεμελιτωμένων, κομίζων δὲ ἐς πίστιν ἰξὸν καὶ βρόχους.</w:t>
      </w:r>
    </w:p>
    <w:p>
      <w:r>
        <w:rPr>
          <w:rFonts w:ascii="Courier New" w:hAnsi="Courier New"/>
          <w:color w:val="555555"/>
          <w:sz w:val="20"/>
        </w:rPr>
        <w:t>[3 . 5 . 4]</w:t>
      </w:r>
    </w:p>
    <w:p>
      <w:r>
        <w:rPr>
          <w:rFonts w:ascii="Gentium Plus" w:hAnsi="Gentium Plus"/>
          <w:sz w:val="24"/>
        </w:rPr>
        <w:t>Τὸ μὲν οὖν μεταξὺ σταδίων ἦν οὐ πλέον δέκα· οὔπω δὲ ἡ χιὼν λελυμένη πολὺν αὐτῷ κάμα‐ τον παρέσχεν· ἔρωτι δὲ ἄρα πάντα βάσιμα καὶ πῦρ καὶ ὕδωρ καὶ Σκυθικὴ χιών.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[3 . 6 . 1]</w:t>
      </w:r>
    </w:p>
    <w:p>
      <w:r>
        <w:rPr>
          <w:rFonts w:ascii="Gentium Plus" w:hAnsi="Gentium Plus"/>
          <w:sz w:val="24"/>
        </w:rPr>
        <w:t>Δρόμῳ οὖν πρὸς τὴν αὐλὴν ἔρχεται καὶ ἀποσει‐ σάμενος τῶν σκελῶν τὴν χιόνα τούς τε βρόχους ἔστησε καὶ τὸν ἰξὸν ῥάβδοις μακραῖς ἐπήλειψε· καὶ ἐκαθέζετο τὸ ἐντεῦθεν ὄρνιθας καὶ τὴν Χλόην μεριμνῶν.</w:t>
      </w:r>
    </w:p>
    <w:p>
      <w:r>
        <w:rPr>
          <w:rFonts w:ascii="Courier New" w:hAnsi="Courier New"/>
          <w:color w:val="555555"/>
          <w:sz w:val="20"/>
        </w:rPr>
        <w:t>[3 . 6 . 2]</w:t>
      </w:r>
    </w:p>
    <w:p>
      <w:r>
        <w:rPr>
          <w:rFonts w:ascii="Gentium Plus" w:hAnsi="Gentium Plus"/>
          <w:sz w:val="24"/>
        </w:rPr>
        <w:t>Ἀλλ’ ὄρνιθες μὲν καὶ ἧκον πολλοὶ καὶ ἐλήφθησαν ἱκανοί, ὥστε πράγματα μυρία ἔσχε συλλέγων αὐτοὺς καὶ ἀποκτιννὺς καὶ ἀποδύων τὰ πτερά· τῆς δὲ αὐλῆς προῆλθεν οὐδείς, οὐκ</w:t>
      </w:r>
    </w:p>
    <w:p>
      <w:r>
        <w:rPr>
          <w:rFonts w:ascii="Courier New" w:hAnsi="Courier New"/>
          <w:color w:val="555555"/>
          <w:sz w:val="20"/>
        </w:rPr>
        <w:t>[5]</w:t>
      </w:r>
    </w:p>
    <w:p>
      <w:r>
        <w:rPr>
          <w:rFonts w:ascii="Gentium Plus" w:hAnsi="Gentium Plus"/>
          <w:sz w:val="24"/>
        </w:rPr>
        <w:t>ἀνήρ, οὐ γύναιον, οὐ κατοικίδιος ὄρνις, ἀλλὰ πάντες τῷ</w:t>
      </w:r>
    </w:p>
    <w:p>
      <w:r>
        <w:rPr>
          <w:rFonts w:ascii="Courier New" w:hAnsi="Courier New"/>
          <w:color w:val="555555"/>
          <w:sz w:val="20"/>
        </w:rPr>
        <w:t>[3 . 6 . 3]</w:t>
      </w:r>
    </w:p>
    <w:p>
      <w:r>
        <w:rPr>
          <w:rFonts w:ascii="Gentium Plus" w:hAnsi="Gentium Plus"/>
          <w:sz w:val="24"/>
        </w:rPr>
        <w:t>«Πῦρ ἐναυσόμενος ἦλθον. — Μὴ γὰρ οὐκ ἦσαν ἀπὸ σταδίου γείτονες; — Ἄρτους αἰτησόμενος ἧκον. — Ἀλλ’ ἡ πήρα μεστὴ τροφῆς. — Οἴνου δέομαι. — Καὶ μὴν χθὲς καὶ</w:t>
      </w:r>
    </w:p>
    <w:p>
      <w:r>
        <w:rPr>
          <w:rFonts w:ascii="Courier New" w:hAnsi="Courier New"/>
          <w:color w:val="555555"/>
          <w:sz w:val="20"/>
        </w:rPr>
        <w:t>[5]</w:t>
      </w:r>
    </w:p>
    <w:p>
      <w:r>
        <w:rPr>
          <w:rFonts w:ascii="Gentium Plus" w:hAnsi="Gentium Plus"/>
          <w:sz w:val="24"/>
        </w:rPr>
        <w:t>πρώην ἐτρύγησας. — Λύκος με ἐδίωκε. — Καὶ ποῦ τὰ ἴχνη τοῦ λύκου; — Θηράσων ἀφικόμην τοὺς ὄρνι‐ θας. — Τί οὖν θηράσας οὐκ ἄπει; — Χλόην θεάσασθαι βούλομαι.</w:t>
      </w:r>
    </w:p>
    <w:p>
      <w:r>
        <w:rPr>
          <w:rFonts w:ascii="Courier New" w:hAnsi="Courier New"/>
          <w:color w:val="555555"/>
          <w:sz w:val="20"/>
        </w:rPr>
        <w:t>[3 . 6 . 4]</w:t>
      </w:r>
    </w:p>
    <w:p>
      <w:r>
        <w:rPr>
          <w:rFonts w:ascii="Gentium Plus" w:hAnsi="Gentium Plus"/>
          <w:sz w:val="24"/>
        </w:rPr>
        <w:t>— Πατρὶ δὲ τίς καὶ μητρὶ παρθένου τοῦτο ὁμολογεῖ;» Πταίων δὴ πανταχοῦ, «ἀλλ’ οὐδὲν» 〈ἔφη〉 «τούτων ἁπάντων ἀνύποπτον. Ἄμεινον ἄρα σιγᾶν· Χλόην δὲ ἦρος ὄψομαι, ἐπεὶ μὴ εἵμαρτο, ὡς ἔοικε, χειμῶνός με</w:t>
      </w:r>
    </w:p>
    <w:p>
      <w:r>
        <w:rPr>
          <w:rFonts w:ascii="Courier New" w:hAnsi="Courier New"/>
          <w:color w:val="555555"/>
          <w:sz w:val="20"/>
        </w:rPr>
        <w:t>[5]</w:t>
      </w:r>
    </w:p>
    <w:p>
      <w:r>
        <w:rPr>
          <w:rFonts w:ascii="Gentium Plus" w:hAnsi="Gentium Plus"/>
          <w:sz w:val="24"/>
        </w:rPr>
        <w:t>ταύτην ἰδεῖν.»</w:t>
      </w:r>
    </w:p>
    <w:p>
      <w:r>
        <w:rPr>
          <w:rFonts w:ascii="Courier New" w:hAnsi="Courier New"/>
          <w:color w:val="555555"/>
          <w:sz w:val="20"/>
        </w:rPr>
        <w:t>[3 . 6 . 5]</w:t>
      </w:r>
    </w:p>
    <w:p>
      <w:r>
        <w:rPr>
          <w:rFonts w:ascii="Gentium Plus" w:hAnsi="Gentium Plus"/>
          <w:sz w:val="24"/>
        </w:rPr>
        <w:t>Τοιαῦτα δή τινα διανοηθεὶς καὶ σιωπῇ τὰ θηραθέντα συλλαβὼν ὥρμητο ἀπιέναι· καὶ ὥσπερ αὐτὸν οἰκτείραντος τοῦ Ἔρωτος τάδε γίνεται.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[3 . 7 . 1]</w:t>
      </w:r>
    </w:p>
    <w:p>
      <w:r>
        <w:rPr>
          <w:rFonts w:ascii="Gentium Plus" w:hAnsi="Gentium Plus"/>
          <w:sz w:val="24"/>
        </w:rPr>
        <w:t>Περὶ τράπεζαν εἶχον οἱ ἀμφὶ τὸν Δρύαντα· κρέα διῃρεῖτο, ἄρτοι παρετίθεντο, κρατὴρ ἐκιρνᾶτο. Εἷς δὴ κύων τῶν προβατευτικῶν ἀμέλειαν φυλάξας, κρέας ἁρπάσας ἔφυγε διὰ θυρῶν.</w:t>
      </w:r>
    </w:p>
    <w:p>
      <w:r>
        <w:rPr>
          <w:rFonts w:ascii="Courier New" w:hAnsi="Courier New"/>
          <w:color w:val="555555"/>
          <w:sz w:val="20"/>
        </w:rPr>
        <w:t>[3 . 7 . 2]</w:t>
      </w:r>
    </w:p>
    <w:p>
      <w:r>
        <w:rPr>
          <w:rFonts w:ascii="Gentium Plus" w:hAnsi="Gentium Plus"/>
          <w:sz w:val="24"/>
        </w:rPr>
        <w:t>Ἀλγήσας ὁ Δρύας—καὶ γὰρ ἦν ἐκεί‐ νου μοῖρα—ξύλον ἁρπασάμενος ἐδίωκε κατ’ ἴχνος ὥσπερ κύων· διώκων δὲ κατὰ τὸν κιττὸν γενόμενος ὁρᾷ τὸν Δά‐ φνιν ἀνατεθειμένον ἐπὶ τοὺς ὤμους τὴν ἄγραν καὶ ἀπο‐</w:t>
      </w:r>
    </w:p>
    <w:p>
      <w:r>
        <w:rPr>
          <w:rFonts w:ascii="Courier New" w:hAnsi="Courier New"/>
          <w:color w:val="555555"/>
          <w:sz w:val="20"/>
        </w:rPr>
        <w:t>[5]</w:t>
      </w:r>
    </w:p>
    <w:p>
      <w:r>
        <w:rPr>
          <w:rFonts w:ascii="Gentium Plus" w:hAnsi="Gentium Plus"/>
          <w:sz w:val="24"/>
        </w:rPr>
        <w:t>σοβεῖν ἐγνωκότα.</w:t>
      </w:r>
    </w:p>
    <w:p>
      <w:r>
        <w:rPr>
          <w:rFonts w:ascii="Courier New" w:hAnsi="Courier New"/>
          <w:color w:val="555555"/>
          <w:sz w:val="20"/>
        </w:rPr>
        <w:t>[3 . 7 . 3]</w:t>
      </w:r>
    </w:p>
    <w:p>
      <w:r>
        <w:rPr>
          <w:rFonts w:ascii="Gentium Plus" w:hAnsi="Gentium Plus"/>
          <w:sz w:val="24"/>
        </w:rPr>
        <w:t>Κρέως μὲν καὶ κυνὸς αὐτίκα ἐπε‐ λάθετο, μέγα δὲ βοήσας «χαῖρε, ὦ παῖ» περιεπλέκετο καὶ κατεφίλει καὶ ἦγεν ἔσω 〈τῆς χειρὸσ〉 λαβόμενος. Μικροῦ μὲν οὖν ἰδόντες ἀλλήλους εἰς τὴν γῆν κατερρύησαν· μεῖναι</w:t>
      </w:r>
    </w:p>
    <w:p>
      <w:r>
        <w:rPr>
          <w:rFonts w:ascii="Courier New" w:hAnsi="Courier New"/>
          <w:color w:val="555555"/>
          <w:sz w:val="20"/>
        </w:rPr>
        <w:t>[5]</w:t>
      </w:r>
    </w:p>
    <w:p>
      <w:r>
        <w:rPr>
          <w:rFonts w:ascii="Gentium Plus" w:hAnsi="Gentium Plus"/>
          <w:sz w:val="24"/>
        </w:rPr>
        <w:t>δὲ καρτερήσαντες ὀρθοὶ προσηγόρευσάν τε καὶ κατεφίλησαν· καὶ τοῦτο οἱονεὶ ἔρεισμα αὐτοῖς τοῦ μὴ πεσεῖν ἐγένετο.</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[3 . 8 . 1]</w:t>
      </w:r>
    </w:p>
    <w:p>
      <w:r>
        <w:rPr>
          <w:rFonts w:ascii="Gentium Plus" w:hAnsi="Gentium Plus"/>
          <w:sz w:val="24"/>
        </w:rPr>
        <w:t>Τυχὼν δὲ ὁ Δάφνις παρ’ ἐλπίδας καὶ φιλήματος καὶ Χλόης τοῦ τε πυρὸς ἐκαθέσθη πλησίον καὶ ἐπὶ τὴν τράπεζαν ἀπὸ τῶν ὤμων τὰς φάττας ἀπεφορτίζετο καὶ τοὺς κοψίχους, καὶ διηγεῖτο πῶς ἀσχάλλων πρὸς τὴν οἰκου‐</w:t>
      </w:r>
    </w:p>
    <w:p>
      <w:r>
        <w:rPr>
          <w:rFonts w:ascii="Courier New" w:hAnsi="Courier New"/>
          <w:color w:val="555555"/>
          <w:sz w:val="20"/>
        </w:rPr>
        <w:t>[5]</w:t>
      </w:r>
    </w:p>
    <w:p>
      <w:r>
        <w:rPr>
          <w:rFonts w:ascii="Gentium Plus" w:hAnsi="Gentium Plus"/>
          <w:sz w:val="24"/>
        </w:rPr>
        <w:t>ρίαν ὥρμησε πρὸς ἄγραν, καὶ ὅπως τὰ μὲν βρόχοις αὐτῶν τὰ δὲ ἰξῷ λάβοι τῶν μύρτων καὶ τοῦ κιττοῦ γλιχόμενα.</w:t>
      </w:r>
    </w:p>
    <w:p>
      <w:r>
        <w:rPr>
          <w:rFonts w:ascii="Courier New" w:hAnsi="Courier New"/>
          <w:color w:val="555555"/>
          <w:sz w:val="20"/>
        </w:rPr>
        <w:t>[3 . 8 . 2]</w:t>
      </w:r>
    </w:p>
    <w:p>
      <w:r>
        <w:rPr>
          <w:rFonts w:ascii="Gentium Plus" w:hAnsi="Gentium Plus"/>
          <w:sz w:val="24"/>
        </w:rPr>
        <w:t>Οἱ δὲ ἐπῄνουν τὸ ἐνεργὸν καὶ ἐκέλευον ἐσθίειν ὧν ὁ κύων κατέλιπεν, ἐκέλευον δὲ καὶ τῇ Χλόῃ πιεῖν ἐγχέαι. Καὶ ἣ χαίρουσα τοῖς τε ἄλλοις ὤρεξε καὶ Δάφνιδι μετὰ τοὺς ἄλλους· ἐσκήπτετο γὰρ ὀργίζεσθαι, διότι ἐλθὼν ἔμελλεν</w:t>
      </w:r>
    </w:p>
    <w:p>
      <w:r>
        <w:rPr>
          <w:rFonts w:ascii="Courier New" w:hAnsi="Courier New"/>
          <w:color w:val="555555"/>
          <w:sz w:val="20"/>
        </w:rPr>
        <w:t>[5]</w:t>
      </w:r>
    </w:p>
    <w:p>
      <w:r>
        <w:rPr>
          <w:rFonts w:ascii="Gentium Plus" w:hAnsi="Gentium Plus"/>
          <w:sz w:val="24"/>
        </w:rPr>
        <w:t>ἀποτρέχειν οὐκ ἰδών· ὅμως μέντοι πρὶν προσενεγκεῖν ἀπ‐ έπιεν, εἶθ’ οὕτως ἔδωκεν. Ὁ δέ, καίτοι διψῶν, βραδέως ἔπινε, παρέχων ἑαυτῷ διὰ τῆς βραδυτῆτος μακροτέραν ἡδονήν.</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[3 . 9 . 1]</w:t>
      </w:r>
    </w:p>
    <w:p>
      <w:r>
        <w:rPr>
          <w:rFonts w:ascii="Gentium Plus" w:hAnsi="Gentium Plus"/>
          <w:sz w:val="24"/>
        </w:rPr>
        <w:t>Ἡ μὲν δὴ τράπεζα ταχέως ἐγένετο κενὴ ἄρτων καὶ κρεῶν· καθήμενοι δὲ περὶ τῆς Μυρτάλης καὶ τοῦ Λάμω‐ νος ἐπυνθάνοντο καὶ εὐδαιμόνιζον αὐτοὺς τοιούτου γηρο‐ τρόφου εὐτυχήσαντας.</w:t>
      </w:r>
    </w:p>
    <w:p>
      <w:r>
        <w:rPr>
          <w:rFonts w:ascii="Courier New" w:hAnsi="Courier New"/>
          <w:color w:val="555555"/>
          <w:sz w:val="20"/>
        </w:rPr>
        <w:t>[3 . 9 . 2]</w:t>
      </w:r>
    </w:p>
    <w:p>
      <w:r>
        <w:rPr>
          <w:rFonts w:ascii="Gentium Plus" w:hAnsi="Gentium Plus"/>
          <w:sz w:val="24"/>
        </w:rPr>
        <w:t>Καὶ τοῖς ἐπαίνοις μὲν ἥδετο, Χλόης ἀκροωμένης· ὅτε δὲ κατεῖχον αὐτόν, ὡς θύσοντες Διο‐ νύσῳ τῆς ἐπιούσης ἡμέρας, μικροῦ δεῖν ὑφ’ ἡδονῆς ἐκείνους ἀντὶ τοῦ Διονύσου προσεκύνησεν.</w:t>
      </w:r>
    </w:p>
    <w:p>
      <w:r>
        <w:rPr>
          <w:rFonts w:ascii="Courier New" w:hAnsi="Courier New"/>
          <w:color w:val="555555"/>
          <w:sz w:val="20"/>
        </w:rPr>
        <w:t>[3 . 9 . 3]</w:t>
      </w:r>
    </w:p>
    <w:p>
      <w:r>
        <w:rPr>
          <w:rFonts w:ascii="Gentium Plus" w:hAnsi="Gentium Plus"/>
          <w:sz w:val="24"/>
        </w:rPr>
        <w:t>Αὐτίκα οὖν ἐκ τῆς πήρας προεκόμιζε μελιτώματα πολλὰ καὶ τοὺς θηραθέντας δὲ τῶν ὀρνίθων· καὶ τούτους ἐς τράπεζαν νυκτερινὴν ηὐ‐ τρέπιζον.</w:t>
      </w:r>
    </w:p>
    <w:p>
      <w:r>
        <w:rPr>
          <w:rFonts w:ascii="Courier New" w:hAnsi="Courier New"/>
          <w:color w:val="555555"/>
          <w:sz w:val="20"/>
        </w:rPr>
        <w:t>[3 . 9 . 4]</w:t>
      </w:r>
    </w:p>
    <w:p>
      <w:r>
        <w:rPr>
          <w:rFonts w:ascii="Gentium Plus" w:hAnsi="Gentium Plus"/>
          <w:sz w:val="24"/>
        </w:rPr>
        <w:t>Δεύτερος κρατὴρ ἵστατο καὶ δεύτερον πῦρ ἀνεκάετο, καὶ ταχὺ μάλα νυκτὸς γενομένης, δευτέρας τρα‐ πέζης ἐνεφοροῦντο, μεθ’ ἣν τὰ μὲν μυθολογήσαντες τὰ δὲ ᾄσαντες εἰς ὕπνον ἐχώρουν, Χλόη μετὰ τῆς μητρός, Δρύ‐</w:t>
      </w:r>
    </w:p>
    <w:p>
      <w:r>
        <w:rPr>
          <w:rFonts w:ascii="Courier New" w:hAnsi="Courier New"/>
          <w:color w:val="555555"/>
          <w:sz w:val="20"/>
        </w:rPr>
        <w:t>[5]</w:t>
      </w:r>
    </w:p>
    <w:p>
      <w:r>
        <w:rPr>
          <w:rFonts w:ascii="Gentium Plus" w:hAnsi="Gentium Plus"/>
          <w:sz w:val="24"/>
        </w:rPr>
        <w:t>ας ἅμα Δάφνιδι.</w:t>
      </w:r>
    </w:p>
    <w:p>
      <w:r>
        <w:rPr>
          <w:rFonts w:ascii="Courier New" w:hAnsi="Courier New"/>
          <w:color w:val="555555"/>
          <w:sz w:val="20"/>
        </w:rPr>
        <w:t>[3 . 9 . 5]</w:t>
      </w:r>
    </w:p>
    <w:p>
      <w:r>
        <w:rPr>
          <w:rFonts w:ascii="Gentium Plus" w:hAnsi="Gentium Plus"/>
          <w:sz w:val="24"/>
        </w:rPr>
        <w:t>Χλόῃ μὲν οὖν οὐδὲν χρηστὸν ἦν ὅτι μὴ τῆς ἐπιούσης ἡμέρας ὀφθησόμενος ὁ Δάφνις· Δάφνις δὲ κενὴν τέρψιν ἐτέρπετο· τερπνὸν γὰρ ἐνόμιζε καὶ πατρὶ συγκοιμηθῆναι Χλόης· ὥστε καὶ περιέβαλλεν αὐτὸν καὶ κα‐</w:t>
      </w:r>
    </w:p>
    <w:p>
      <w:r>
        <w:rPr>
          <w:rFonts w:ascii="Courier New" w:hAnsi="Courier New"/>
          <w:color w:val="555555"/>
          <w:sz w:val="20"/>
        </w:rPr>
        <w:t>[5]</w:t>
      </w:r>
    </w:p>
    <w:p>
      <w:r>
        <w:rPr>
          <w:rFonts w:ascii="Gentium Plus" w:hAnsi="Gentium Plus"/>
          <w:sz w:val="24"/>
        </w:rPr>
        <w:t>τεφίλει πολλάκις, ταῦτα πάντα ποιεῖν Χλόην ὀνειροπο‐ λούμενος.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[3 . 10 . 1]</w:t>
      </w:r>
    </w:p>
    <w:p>
      <w:r>
        <w:rPr>
          <w:rFonts w:ascii="Gentium Plus" w:hAnsi="Gentium Plus"/>
          <w:sz w:val="24"/>
        </w:rPr>
        <w:t>Ὡς δὲ ἐγένετο ἡμέρα, κρύος μὲν ἦν ἐξαίσιον καὶ αὔρα βόρειος ὑπέκαε πάντα. Οἱ δὲ ἀναστάντες θύουσι τῷ Διονύσῳ κριὸν ἐνιαύσιον καὶ πῦρ ἀνακαύσαντες μέγα παρα‐ σκευάζοντο τροφήν.</w:t>
      </w:r>
    </w:p>
    <w:p>
      <w:r>
        <w:rPr>
          <w:rFonts w:ascii="Courier New" w:hAnsi="Courier New"/>
          <w:color w:val="555555"/>
          <w:sz w:val="20"/>
        </w:rPr>
        <w:t>[3 . 10 . 2]</w:t>
      </w:r>
    </w:p>
    <w:p>
      <w:r>
        <w:rPr>
          <w:rFonts w:ascii="Gentium Plus" w:hAnsi="Gentium Plus"/>
          <w:sz w:val="24"/>
        </w:rPr>
        <w:t>Τῆς οὖν Νάπης ἀρτοποιούσης καὶ τοῦ Δρύαντος τὸν κριὸν ἕψοντος, σχολῆς ὁ Δάφνις καὶ ἡ Χλόη λαβόμενοι προῆλθον τῆς αὐλῆς ἵνα ὁ κιττός· καὶ πάλιν βρόχους στήσαντες καὶ ἰξὸν ἐπαλείψαντες ἐθήρων πλῆθος</w:t>
      </w:r>
    </w:p>
    <w:p>
      <w:r>
        <w:rPr>
          <w:rFonts w:ascii="Courier New" w:hAnsi="Courier New"/>
          <w:color w:val="555555"/>
          <w:sz w:val="20"/>
        </w:rPr>
        <w:t>[5]</w:t>
      </w:r>
    </w:p>
    <w:p>
      <w:r>
        <w:rPr>
          <w:rFonts w:ascii="Gentium Plus" w:hAnsi="Gentium Plus"/>
          <w:sz w:val="24"/>
        </w:rPr>
        <w:t>οὐκ ὀλίγον ὀρνίθων.</w:t>
      </w:r>
    </w:p>
    <w:p>
      <w:r>
        <w:rPr>
          <w:rFonts w:ascii="Courier New" w:hAnsi="Courier New"/>
          <w:color w:val="555555"/>
          <w:sz w:val="20"/>
        </w:rPr>
        <w:t>[3 . 10 . 3]</w:t>
      </w:r>
    </w:p>
    <w:p>
      <w:r>
        <w:rPr>
          <w:rFonts w:ascii="Gentium Plus" w:hAnsi="Gentium Plus"/>
          <w:sz w:val="24"/>
        </w:rPr>
        <w:t>Ἦν δὲ αὐτοῖς καὶ φιλημάτων ἀπό‐ λαυσις συνεχὴς καὶ λόγων ὁμιλία τερπνή. «Διὰ σὲ ἦλθον, Χλόη. — Οἶδα, Δάφνι· — Διὰ σὲ ἀπολλύω τοὺς ἀθλίους κοψίχους. — Τίς οὖν σοι γένωμαι; — Μέμνησό μου.</w:t>
      </w:r>
    </w:p>
    <w:p>
      <w:r>
        <w:rPr>
          <w:rFonts w:ascii="Courier New" w:hAnsi="Courier New"/>
          <w:color w:val="555555"/>
          <w:sz w:val="20"/>
        </w:rPr>
        <w:t>[5]</w:t>
      </w:r>
    </w:p>
    <w:p>
      <w:r>
        <w:rPr>
          <w:rFonts w:ascii="Gentium Plus" w:hAnsi="Gentium Plus"/>
          <w:sz w:val="24"/>
        </w:rPr>
        <w:t>— Μνημονεύω, νὴ τὰς Νύμφας, ἃς ὤμοσά ποτε εἰς ἐκεῖνο τὸ ἄντρον, εἰς ὃ ἥξομεν εὐθέως, ὡς ἂν ἡ χιὼν τακῇ. —</w:t>
      </w:r>
    </w:p>
    <w:p>
      <w:r>
        <w:rPr>
          <w:rFonts w:ascii="Courier New" w:hAnsi="Courier New"/>
          <w:color w:val="555555"/>
          <w:sz w:val="20"/>
        </w:rPr>
        <w:t>[3 . 10 . 4]</w:t>
      </w:r>
    </w:p>
    <w:p>
      <w:r>
        <w:rPr>
          <w:rFonts w:ascii="Gentium Plus" w:hAnsi="Gentium Plus"/>
          <w:sz w:val="24"/>
        </w:rPr>
        <w:t>Ἀλλὰ πολλή ἐστι, Χλόη, καὶ δέδοικα μὴ ἐγὼ πρὸ ταύτης τακῶ· — Θάρρει, Δάφνι, θερμός ἐστιν ὁ ἥλιος. — Εἰ γὰρ οὕτως γένοιτο, Χλόη, θερμός, ὡς τὸ κᾶον πῦρ τὴν καρδίαν τὴν ἐμήν. — Παίζεις ἀπατῶν</w:t>
      </w:r>
    </w:p>
    <w:p>
      <w:r>
        <w:rPr>
          <w:rFonts w:ascii="Courier New" w:hAnsi="Courier New"/>
          <w:color w:val="555555"/>
          <w:sz w:val="20"/>
        </w:rPr>
        <w:t>[5]</w:t>
      </w:r>
    </w:p>
    <w:p>
      <w:r>
        <w:rPr>
          <w:rFonts w:ascii="Gentium Plus" w:hAnsi="Gentium Plus"/>
          <w:sz w:val="24"/>
        </w:rPr>
        <w:t>με. — Οὐ μὰ τὰς αἶγας, ἃς σύ με ἐκέλευες ὀμνύειν.»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[3 . 11 . 1]</w:t>
      </w:r>
    </w:p>
    <w:p>
      <w:r>
        <w:rPr>
          <w:rFonts w:ascii="Gentium Plus" w:hAnsi="Gentium Plus"/>
          <w:sz w:val="24"/>
        </w:rPr>
        <w:t>Τοιαῦτα ἀντιφωνήσασα πρὸς τὸν Δάφνιν ἡ Χλόη καθάπερ ἠχώ, καλούντων αὐτοὺς τῶν περὶ τὴν Νάπην εἰσέ‐ δραμον, πολὺ περιττοτέραν τῆς χθιζῆς θήραν κομίζοντες· καὶ ἀπαρξάμενοι τῷ Διονύσῳ κρατῆρος ἤσθιον κιττῷ τὰς</w:t>
      </w:r>
    </w:p>
    <w:p>
      <w:r>
        <w:rPr>
          <w:rFonts w:ascii="Courier New" w:hAnsi="Courier New"/>
          <w:color w:val="555555"/>
          <w:sz w:val="20"/>
        </w:rPr>
        <w:t>[5]</w:t>
      </w:r>
    </w:p>
    <w:p>
      <w:r>
        <w:rPr>
          <w:rFonts w:ascii="Gentium Plus" w:hAnsi="Gentium Plus"/>
          <w:sz w:val="24"/>
        </w:rPr>
        <w:t>κεφαλὰς ἐστεφανωμένοι.</w:t>
      </w:r>
    </w:p>
    <w:p>
      <w:r>
        <w:rPr>
          <w:rFonts w:ascii="Courier New" w:hAnsi="Courier New"/>
          <w:color w:val="555555"/>
          <w:sz w:val="20"/>
        </w:rPr>
        <w:t>[3 . 11 . 2]</w:t>
      </w:r>
    </w:p>
    <w:p>
      <w:r>
        <w:rPr>
          <w:rFonts w:ascii="Gentium Plus" w:hAnsi="Gentium Plus"/>
          <w:sz w:val="24"/>
        </w:rPr>
        <w:t>Καὶ ἐπεὶ καιρὸς ἦν, ἰακχά‐ σαντες καὶ εὐάσαντες προέπεμπον τὸν Δάφνιν, πλήσαντες αὐτοῦ τὴν πήραν κρεῶν καὶ ἄρτων. Ἔδωκαν δὲ καὶ τὰς φάττας καὶ τὰς κίχλας Λάμωνι καὶ Μυρτάλῃ κομίζειν, ὡς</w:t>
      </w:r>
    </w:p>
    <w:p>
      <w:r>
        <w:rPr>
          <w:rFonts w:ascii="Courier New" w:hAnsi="Courier New"/>
          <w:color w:val="555555"/>
          <w:sz w:val="20"/>
        </w:rPr>
        <w:t>[5]</w:t>
      </w:r>
    </w:p>
    <w:p>
      <w:r>
        <w:rPr>
          <w:rFonts w:ascii="Gentium Plus" w:hAnsi="Gentium Plus"/>
          <w:sz w:val="24"/>
        </w:rPr>
        <w:t>αὐτοὶ θηράσοντες ἄλλας, ἔστ’ ἂν ὁ χειμὼν μένῃ καὶ ὁ κιτ‐ τὸς μὴ λείπῃ.</w:t>
      </w:r>
    </w:p>
    <w:p>
      <w:r>
        <w:rPr>
          <w:rFonts w:ascii="Courier New" w:hAnsi="Courier New"/>
          <w:color w:val="555555"/>
          <w:sz w:val="20"/>
        </w:rPr>
        <w:t>[3 . 11 . 3]</w:t>
      </w:r>
    </w:p>
    <w:p>
      <w:r>
        <w:rPr>
          <w:rFonts w:ascii="Gentium Plus" w:hAnsi="Gentium Plus"/>
          <w:sz w:val="24"/>
        </w:rPr>
        <w:t>Ὁ δὲ ἀπῄει, φιλήσας αὐτοὺς προτέ‐ ρους Χλόης, ἵνα τὸ ἐκείνης φίλημα καθαρὸν μείνῃ. Καὶ ἄλλας δὲ πολλὰς ἦλθεν ὁδοὺς ἐπ’ ἄλλαις τέχναις, ὥστε μὴ παντάπασιν αὐτοῖς γενέσθαι τὸν χειμῶνα ἀνέραστον.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[3 . 12 . 1]</w:t>
      </w:r>
    </w:p>
    <w:p>
      <w:r>
        <w:rPr>
          <w:rFonts w:ascii="Gentium Plus" w:hAnsi="Gentium Plus"/>
          <w:sz w:val="24"/>
        </w:rPr>
        <w:t>Ἤδη δὲ ἦρος ἀρχομένου καὶ τῆς μὲν χιόνος λυο‐ μένης, τῆς δὲ γῆς γυμνουμένης καὶ τῆς πόας ὑπανθούσης οἵ τε ἄλλοι νομεῖς ἦγον τὰς ἀγέλας εἰς νομὴν καὶ πρὸ τῶν ἄλλων Χλόη καὶ Δάφνις, οἷα μείζονι δουλεύοντες ποιμένι.</w:t>
      </w:r>
    </w:p>
    <w:p>
      <w:r>
        <w:rPr>
          <w:rFonts w:ascii="Courier New" w:hAnsi="Courier New"/>
          <w:color w:val="555555"/>
          <w:sz w:val="20"/>
        </w:rPr>
        <w:t>[3 . 12 . 2]</w:t>
      </w:r>
    </w:p>
    <w:p>
      <w:r>
        <w:rPr>
          <w:rFonts w:ascii="Gentium Plus" w:hAnsi="Gentium Plus"/>
          <w:sz w:val="24"/>
        </w:rPr>
        <w:t>Εὐθὺς οὖν δρόμος ἦν ἐπὶ τὰς Νύμφας καὶ τὸ ἄντρον, ἐντεῦθεν ἐπὶ τὸν Πᾶνα καὶ τὴν πίτυν, εἶτα ἐπὶ τὴν δρῦν,</w:t>
      </w:r>
    </w:p>
    <w:p>
      <w:r>
        <w:rPr>
          <w:rFonts w:ascii="Courier New" w:hAnsi="Courier New"/>
          <w:color w:val="555555"/>
          <w:sz w:val="20"/>
        </w:rPr>
        <w:t>[5]</w:t>
      </w:r>
    </w:p>
    <w:p>
      <w:r>
        <w:rPr>
          <w:rFonts w:ascii="Gentium Plus" w:hAnsi="Gentium Plus"/>
          <w:sz w:val="24"/>
        </w:rPr>
        <w:t>τοὺς θεούς· τὰ δὲ ἄρτι ὁ ζέφυρος τρέφων καὶ ὁ ἥλιος θερ‐ μαίνων ἐξῆγεν· ὅμως δὲ εὑρέθη καὶ ἴα καὶ νάρκισσος καὶ ἀναγαλλὶς καὶ ὅσα ἦρος πρωτοφορήματα.</w:t>
      </w:r>
    </w:p>
    <w:p>
      <w:r>
        <w:rPr>
          <w:rFonts w:ascii="Courier New" w:hAnsi="Courier New"/>
          <w:color w:val="555555"/>
          <w:sz w:val="20"/>
        </w:rPr>
        <w:t>[3 . 12 . 3]</w:t>
      </w:r>
    </w:p>
    <w:p>
      <w:r>
        <w:rPr>
          <w:rFonts w:ascii="Gentium Plus" w:hAnsi="Gentium Plus"/>
          <w:sz w:val="24"/>
        </w:rPr>
        <w:t>Ἡ μὲν Χλόη καὶ ὁ Δάφνις ἀπὸ αἰγῶν καὶ ἀπὸ ὀΐων τινῶν γάλα νέον 〈ἔ‐ πινον〉 καὶ τούτου στεφανοῦντες τὰ ἀγάλματα κατέσπεισαν.</w:t>
      </w:r>
    </w:p>
    <w:p>
      <w:r>
        <w:rPr>
          <w:rFonts w:ascii="Courier New" w:hAnsi="Courier New"/>
          <w:color w:val="555555"/>
          <w:sz w:val="20"/>
        </w:rPr>
        <w:t>[3 . 12 . 4]</w:t>
      </w:r>
    </w:p>
    <w:p>
      <w:r>
        <w:rPr>
          <w:rFonts w:ascii="Gentium Plus" w:hAnsi="Gentium Plus"/>
          <w:sz w:val="24"/>
        </w:rPr>
        <w:t>Ἀπήρξαντο καὶ σύριγγος, καθάπερ τὰς ἀηδόνας εἰς τὴν μουσικὴν ἐρεθίζοντες· αἱ δ’ ὑπεφθέγγοντο ἐν ταῖς λόχμαις καὶ τὸν Ἴτυν κατ’ ὀλίγον ἠκρίβουν, ὥσπερ ἀναμιμνῃσκόμε‐ ναι τῆς ᾠδῆς ἐκ μακρᾶς σιωπῆς.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[3 . 13 . 1]</w:t>
      </w:r>
    </w:p>
    <w:p>
      <w:r>
        <w:rPr>
          <w:rFonts w:ascii="Gentium Plus" w:hAnsi="Gentium Plus"/>
          <w:sz w:val="24"/>
        </w:rPr>
        <w:t>Ἐβληχήσατό που καὶ ποίμνιον· ἐσκίρτησάν που καὶ ἄρνες καὶ ταῖς μητράσιν ὑποκλάσαντες αὑτοὺς τὴν θη‐ λὴν ἔσπασαν· τὰς δὲ μήπω τετοκυίας οἱ κριοὶ κατεδίωκόν τε καὶ κάτω στήσαντες ἔβαινον ἄλλος ἄλλην.</w:t>
      </w:r>
    </w:p>
    <w:p>
      <w:r>
        <w:rPr>
          <w:rFonts w:ascii="Courier New" w:hAnsi="Courier New"/>
          <w:color w:val="555555"/>
          <w:sz w:val="20"/>
        </w:rPr>
        <w:t>[3 . 13 . 2]</w:t>
      </w:r>
    </w:p>
    <w:p>
      <w:r>
        <w:rPr>
          <w:rFonts w:ascii="Gentium Plus" w:hAnsi="Gentium Plus"/>
          <w:sz w:val="24"/>
        </w:rPr>
        <w:t>Ἐγίνοντο καὶ τράγων διώγματα καὶ ἐς τὰς αἶγας ἐρωτικώτερα πηδήματα, καὶ ἐμάχοντο περὶ τῶν αἰγῶν· καὶ ἕκαστος εἶχεν ἰδίας καὶ ἐφύλαττε μή τις αὐτὰς μοιχεύσῃ λαθών.</w:t>
      </w:r>
    </w:p>
    <w:p>
      <w:r>
        <w:rPr>
          <w:rFonts w:ascii="Courier New" w:hAnsi="Courier New"/>
          <w:color w:val="555555"/>
          <w:sz w:val="20"/>
        </w:rPr>
        <w:t>[3 . 13 . 3]</w:t>
      </w:r>
    </w:p>
    <w:p>
      <w:r>
        <w:rPr>
          <w:rFonts w:ascii="Gentium Plus" w:hAnsi="Gentium Plus"/>
          <w:sz w:val="24"/>
        </w:rPr>
        <w:t>Καὶ γέροντας ὁρῶντας ἐξώρμησεν εἰς ἀφροδίτην τὰ τοιαῦτα θεάματα· οἱ δέ, νέοι καὶ σφριγῶντες καὶ πολὺν ἤδη χρόνον ἔρωτα ζη‐ τοῦντες, ἐξεκάοντο πρὸς τὰ ἀκούσματα καὶ ἐτήκοντο πρὸς</w:t>
      </w:r>
    </w:p>
    <w:p>
      <w:r>
        <w:rPr>
          <w:rFonts w:ascii="Courier New" w:hAnsi="Courier New"/>
          <w:color w:val="555555"/>
          <w:sz w:val="20"/>
        </w:rPr>
        <w:t>[5]</w:t>
      </w:r>
    </w:p>
    <w:p>
      <w:r>
        <w:rPr>
          <w:rFonts w:ascii="Gentium Plus" w:hAnsi="Gentium Plus"/>
          <w:sz w:val="24"/>
        </w:rPr>
        <w:t>τὰ θεάματα καὶ ἐζήτουν καὶ αὐτοὶ περιττότερόν τι φιλήμα‐ τος καὶ περιβολῆς, μάλιστα δὲ ὁ Δάφνις.</w:t>
      </w:r>
    </w:p>
    <w:p>
      <w:r>
        <w:rPr>
          <w:rFonts w:ascii="Courier New" w:hAnsi="Courier New"/>
          <w:color w:val="555555"/>
          <w:sz w:val="20"/>
        </w:rPr>
        <w:t>[3 . 13 . 4]</w:t>
      </w:r>
    </w:p>
    <w:p>
      <w:r>
        <w:rPr>
          <w:rFonts w:ascii="Gentium Plus" w:hAnsi="Gentium Plus"/>
          <w:sz w:val="24"/>
        </w:rPr>
        <w:t>Οἷα γοῦν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[3 . 14 . 1]</w:t>
      </w:r>
    </w:p>
    <w:p>
      <w:r>
        <w:rPr>
          <w:rFonts w:ascii="Gentium Plus" w:hAnsi="Gentium Plus"/>
          <w:sz w:val="24"/>
        </w:rPr>
        <w:t>ᾜτει δὴ τὴν Χλόην χαρίσασθαί οἱ πᾶν ὅσον βού‐ λεται καὶ γυμνὴν γυμνῷ συγκατακλιθῆναι μακρότερον ἢ πρόσθεν εἰώθεσαν· τοῦτο γὰρ λείπειν τοῖς Φιλητᾶ παιδεύ‐ μασιν, ἵνα δὴ γένηται τὸ μόνον ἔρωτα παῦον φάρμακον.</w:t>
      </w:r>
    </w:p>
    <w:p>
      <w:r>
        <w:rPr>
          <w:rFonts w:ascii="Courier New" w:hAnsi="Courier New"/>
          <w:color w:val="555555"/>
          <w:sz w:val="20"/>
        </w:rPr>
        <w:t>[3 . 14 . 2]</w:t>
      </w:r>
    </w:p>
    <w:p>
      <w:r>
        <w:rPr>
          <w:rFonts w:ascii="Gentium Plus" w:hAnsi="Gentium Plus"/>
          <w:sz w:val="24"/>
        </w:rPr>
        <w:t>Τῆς δὲ πυνθανομένης τί πλέον ἐστὶ φιλήματος καὶ περιβο‐ λῆς καὶ αὐτῆς κατακλίσεως καὶ τί ἔγνωκε δρᾶσαι γυμνὸς γυμνῇ συγκατακλινείς, «τοῦτο» εἶπεν «ὃ οἱ κριοὶ ποιοῦσι τὰς ὄϊς καὶ τράγοι τὰς αἶγας.</w:t>
      </w:r>
    </w:p>
    <w:p>
      <w:r>
        <w:rPr>
          <w:rFonts w:ascii="Courier New" w:hAnsi="Courier New"/>
          <w:color w:val="555555"/>
          <w:sz w:val="20"/>
        </w:rPr>
        <w:t>[3 . 14 . 3]</w:t>
      </w:r>
    </w:p>
    <w:p>
      <w:r>
        <w:rPr>
          <w:rFonts w:ascii="Gentium Plus" w:hAnsi="Gentium Plus"/>
          <w:sz w:val="24"/>
        </w:rPr>
        <w:t>Ὁρᾷς ὡς μετὰ τοῦτο τὸ ἔργον οὔτε ἐκεῖναι φεύγουσιν ἔτι αὐτοὺς οὔτε ἐκεῖνοι κάμνουσι διώκοντες, ἀλλ’ ὥσπερ κοινῆς λοιπὸν ἀπολαύσαν‐ τες ἡδονῆς συννέμονται; Γλυκύ τι, ὡς ἔοικεν, ἐστὶ τὸ ἔργον</w:t>
      </w:r>
    </w:p>
    <w:p>
      <w:r>
        <w:rPr>
          <w:rFonts w:ascii="Courier New" w:hAnsi="Courier New"/>
          <w:color w:val="555555"/>
          <w:sz w:val="20"/>
        </w:rPr>
        <w:t>[5]</w:t>
      </w:r>
    </w:p>
    <w:p>
      <w:r>
        <w:rPr>
          <w:rFonts w:ascii="Gentium Plus" w:hAnsi="Gentium Plus"/>
          <w:sz w:val="24"/>
        </w:rPr>
        <w:t>καὶ νικᾷ τὸ ἔρωτος πικρόν.</w:t>
      </w:r>
    </w:p>
    <w:p>
      <w:r>
        <w:rPr>
          <w:rFonts w:ascii="Courier New" w:hAnsi="Courier New"/>
          <w:color w:val="555555"/>
          <w:sz w:val="20"/>
        </w:rPr>
        <w:t>[3 . 14 . 4]</w:t>
      </w:r>
    </w:p>
    <w:p>
      <w:r>
        <w:rPr>
          <w:rFonts w:ascii="Gentium Plus" w:hAnsi="Gentium Plus"/>
          <w:sz w:val="24"/>
        </w:rPr>
        <w:t>— Εἶτα οὐχ ὁρᾷς, ὦ Δά‐ φνι, τὰς αἶγας καὶ τοὺς τράγους καὶ τοὺς κριοὺς καὶ τὰς ὄϊς ὡς ὀρθοὶ μὲν ἐκεῖνοι δρῶσιν, ὀρθαὶ δὲ ἐκεῖναι πάσχου‐ σιν, οἱ μὲν 〈ἐπι〉πηδήσαντες, αἱ δὲ κατανωτισάμεναι; Σὺ</w:t>
      </w:r>
    </w:p>
    <w:p>
      <w:r>
        <w:rPr>
          <w:rFonts w:ascii="Courier New" w:hAnsi="Courier New"/>
          <w:color w:val="555555"/>
          <w:sz w:val="20"/>
        </w:rPr>
        <w:t>[5]</w:t>
      </w:r>
    </w:p>
    <w:p>
      <w:r>
        <w:rPr>
          <w:rFonts w:ascii="Gentium Plus" w:hAnsi="Gentium Plus"/>
          <w:sz w:val="24"/>
        </w:rPr>
        <w:t>δέ με ἀξιοῖς συγκατακλινῆναι καὶ ταῦτα γυμνήν; Καίτοιγε ἐκεῖναι πόσον ἐνδεδυμένης ἐμοῦ λασιώτεραι;»</w:t>
      </w:r>
    </w:p>
    <w:p>
      <w:r>
        <w:rPr>
          <w:rFonts w:ascii="Courier New" w:hAnsi="Courier New"/>
          <w:color w:val="555555"/>
          <w:sz w:val="20"/>
        </w:rPr>
        <w:t>[3 . 14 . 5]</w:t>
      </w:r>
    </w:p>
    <w:p>
      <w:r>
        <w:rPr>
          <w:rFonts w:ascii="Gentium Plus" w:hAnsi="Gentium Plus"/>
          <w:sz w:val="24"/>
        </w:rPr>
        <w:t>Πείθε‐ ται Δάφνις καὶ συγκατακλινεὶς αὐτῇ πολὺν χρόνον ἔκειτο καὶ οὐδὲν ὧν ἕνεκα ὤργα ποιεῖν ἐπιστάμενος ἀνίστησιν αὐτὴν καὶ κατόπιν περιεφύετο μιμούμενος τοὺς τράγους.</w:t>
      </w:r>
    </w:p>
    <w:p>
      <w:r>
        <w:rPr>
          <w:rFonts w:ascii="Courier New" w:hAnsi="Courier New"/>
          <w:color w:val="555555"/>
          <w:sz w:val="20"/>
        </w:rPr>
        <w:t>[5]</w:t>
      </w:r>
    </w:p>
    <w:p>
      <w:r>
        <w:rPr>
          <w:rFonts w:ascii="Gentium Plus" w:hAnsi="Gentium Plus"/>
          <w:sz w:val="24"/>
        </w:rPr>
        <w:t>Πολὺ δὲ μᾶλλον ἀπορηθείς, καθίσας ἔκλαεν εἰ καὶ κριῶν</w:t>
      </w:r>
    </w:p>
    <w:p>
      <w:r>
        <w:rPr>
          <w:rFonts w:ascii="Courier New" w:hAnsi="Courier New"/>
          <w:color w:val="555555"/>
          <w:sz w:val="20"/>
        </w:rPr>
        <w:t>[3 . 15 . 1]</w:t>
      </w:r>
    </w:p>
    <w:p>
      <w:r>
        <w:rPr>
          <w:rFonts w:ascii="Gentium Plus" w:hAnsi="Gentium Plus"/>
          <w:sz w:val="24"/>
        </w:rPr>
        <w:t>Ἦν δέ τις αὐτῷ γείτων, γεωργὸς γῆς ἰδίας, Χρῶ‐ μις τὸ ὄνομα, παρηβῶν ἤδη τὸ σῶμα. Τούτῳ γύναιον ἦν ἐπα‐ κτὸν ἐξ ἄστεος, νέον καὶ ὡραῖον καὶ ἀγροικίας ἁβρότερον· τούτῳ Λυκαίνιον ὄνομα ἦν.</w:t>
      </w:r>
    </w:p>
    <w:p>
      <w:r>
        <w:rPr>
          <w:rFonts w:ascii="Courier New" w:hAnsi="Courier New"/>
          <w:color w:val="555555"/>
          <w:sz w:val="20"/>
        </w:rPr>
        <w:t>[3 . 15 . 2]</w:t>
      </w:r>
    </w:p>
    <w:p>
      <w:r>
        <w:rPr>
          <w:rFonts w:ascii="Gentium Plus" w:hAnsi="Gentium Plus"/>
          <w:sz w:val="24"/>
        </w:rPr>
        <w:t>Αὕτη ἡ Λυκαίνιον ὁρῶσα τὸν Δάφνιν καθ’ ἑκάστην ἡμέραν παρελαύνοντα τὰς αἶγας ἕωθεν εἰς νόμην, νύκτωρ ἐκ νομῆς, ἐπεθύμησεν ἐραστὴν κτήσα‐ σθαι δώροις δελεάσασα.</w:t>
      </w:r>
    </w:p>
    <w:p>
      <w:r>
        <w:rPr>
          <w:rFonts w:ascii="Courier New" w:hAnsi="Courier New"/>
          <w:color w:val="555555"/>
          <w:sz w:val="20"/>
        </w:rPr>
        <w:t>[3 . 15 . 3]</w:t>
      </w:r>
    </w:p>
    <w:p>
      <w:r>
        <w:rPr>
          <w:rFonts w:ascii="Gentium Plus" w:hAnsi="Gentium Plus"/>
          <w:sz w:val="24"/>
        </w:rPr>
        <w:t>Καὶ δή ποτε λοχήσασα μόνον καὶ σύριγγα δῶρον ἔδωκε καὶ μέλι ἐν κηρίῳ καὶ πήραν ἐλά‐ φου· εἰπεῖν δέ τι ὤκνει, τὸν Χλόης ἔρωτα καταμαντευο‐ μένη· πάντα γὰρ ἑώρα προσκείμενον αὐτὸν τῇ κόρῃ.</w:t>
      </w:r>
    </w:p>
    <w:p>
      <w:r>
        <w:rPr>
          <w:rFonts w:ascii="Courier New" w:hAnsi="Courier New"/>
          <w:color w:val="555555"/>
          <w:sz w:val="20"/>
        </w:rPr>
        <w:t>[3 . 15 . 4]</w:t>
      </w:r>
    </w:p>
    <w:p>
      <w:r>
        <w:rPr>
          <w:rFonts w:ascii="Gentium Plus" w:hAnsi="Gentium Plus"/>
          <w:sz w:val="24"/>
        </w:rPr>
        <w:t>Πρότερον μὲν οὖν ἐκ νευμάτων καὶ γέλωτος συνεβάλλετο τοῦτο, τότε δὲ ἐξ ἑωθινοῦ σκηψαμένη πρὸς Χρῶμιν ὡς παρὰ τίκτουσαν ἄπεισι γείτονα, κατόπιν τε αὐτοῖς κατηκολούθησε καὶ εἴς τινα λόχμην ἐγκρύψασα ἑαυτήν,</w:t>
      </w:r>
    </w:p>
    <w:p>
      <w:r>
        <w:rPr>
          <w:rFonts w:ascii="Courier New" w:hAnsi="Courier New"/>
          <w:color w:val="555555"/>
          <w:sz w:val="20"/>
        </w:rPr>
        <w:t>[5]</w:t>
      </w:r>
    </w:p>
    <w:p>
      <w:r>
        <w:rPr>
          <w:rFonts w:ascii="Gentium Plus" w:hAnsi="Gentium Plus"/>
          <w:sz w:val="24"/>
        </w:rPr>
        <w:t>ὡς μὴ βλέποιτο, πάντα ἤκουσεν ὅσα εἶπον, πάντα εἶδεν ὅσα ἔπραξαν· οὐκ ἔλαθεν αὐτὴν οὐδὲ κλαύσας ὁ Δάφνις.</w:t>
      </w:r>
    </w:p>
    <w:p>
      <w:r>
        <w:rPr>
          <w:rFonts w:ascii="Courier New" w:hAnsi="Courier New"/>
          <w:color w:val="555555"/>
          <w:sz w:val="20"/>
        </w:rPr>
        <w:t>[3 . 15 . 5]</w:t>
      </w:r>
    </w:p>
    <w:p>
      <w:r>
        <w:rPr>
          <w:rFonts w:ascii="Gentium Plus" w:hAnsi="Gentium Plus"/>
          <w:sz w:val="24"/>
        </w:rPr>
        <w:t>Συναλγήσασα δὴ τοῖς ἀθλίοις καὶ καιρὸν ἥκειν νομίσασα διττόν, τὸν μὲν εἰς τὴν ἐκείνων σωτη‐ ρίαν, τὸν δὲ εἰς τὴν ἑαυτῆς ἐπιθυμίαν, ἐπιτεχνᾶταί τι τοιόνδε.</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[3 . 16 . 1]</w:t>
      </w:r>
    </w:p>
    <w:p>
      <w:r>
        <w:rPr>
          <w:rFonts w:ascii="Gentium Plus" w:hAnsi="Gentium Plus"/>
          <w:sz w:val="24"/>
        </w:rPr>
        <w:t>Τῆς ἐπιούσης ὡς παρὰ τὴν γυναῖκα [λαβὴν] τὴν τίκτουσαν ἀπιοῦσα φανερῶς ἐπὶ τὴν δρῦν, ἐν ᾗ ἐκαθέζετο</w:t>
      </w:r>
    </w:p>
    <w:p>
      <w:r>
        <w:rPr>
          <w:rFonts w:ascii="Courier New" w:hAnsi="Courier New"/>
          <w:color w:val="555555"/>
          <w:sz w:val="20"/>
        </w:rPr>
        <w:t>[3 . 16 . 2]</w:t>
      </w:r>
    </w:p>
    <w:p>
      <w:r>
        <w:rPr>
          <w:rFonts w:ascii="Gentium Plus" w:hAnsi="Gentium Plus"/>
          <w:sz w:val="24"/>
        </w:rPr>
        <w:t>«σῶσόν με» εἶπε «Δάφνι, τὴν ἀθλίαν· ἐκ γάρ μοι τῶν χηνῶν τῶν εἴκοσιν ἕνα τὸν κάλλιστον ἀε‐ τὸς ἥρπασε, καὶ οἷα μέγα φορτίον ἀράμενος οὐκ ἠδυνήθη μετέωρος ἐπὶ τὴν συνήθη τὴν ὑψηλὴν κομίσαι ἐκείνην πέ‐</w:t>
      </w:r>
    </w:p>
    <w:p>
      <w:r>
        <w:rPr>
          <w:rFonts w:ascii="Courier New" w:hAnsi="Courier New"/>
          <w:color w:val="555555"/>
          <w:sz w:val="20"/>
        </w:rPr>
        <w:t>[5]</w:t>
      </w:r>
    </w:p>
    <w:p>
      <w:r>
        <w:rPr>
          <w:rFonts w:ascii="Gentium Plus" w:hAnsi="Gentium Plus"/>
          <w:sz w:val="24"/>
        </w:rPr>
        <w:t>τραν, ἀλλ’ εἰς τήνδε τὴν ὕλην τὴν ταπεινὴν ἔχων κατέπε‐ σε.</w:t>
      </w:r>
    </w:p>
    <w:p>
      <w:r>
        <w:rPr>
          <w:rFonts w:ascii="Courier New" w:hAnsi="Courier New"/>
          <w:color w:val="555555"/>
          <w:sz w:val="20"/>
        </w:rPr>
        <w:t>[3 . 16 . 3]</w:t>
      </w:r>
    </w:p>
    <w:p>
      <w:r>
        <w:rPr>
          <w:rFonts w:ascii="Gentium Plus" w:hAnsi="Gentium Plus"/>
          <w:sz w:val="24"/>
        </w:rPr>
        <w:t>Σὺ τοίνυν, πρὸς τῶν Νυμφῶν καὶ τοῦ Πανὸς ἐκεί‐ νου, 〈συν〉εισελθὼν εἰς τὴν ὕλην—μόνη γὰρ δέδοικα— σῶσόν μοι τὸν χῆνα, μηδὲ περιίδῃς ἀτελῆ μοι τὸν ἀριθμὸν γενόμενον.</w:t>
      </w:r>
    </w:p>
    <w:p>
      <w:r>
        <w:rPr>
          <w:rFonts w:ascii="Courier New" w:hAnsi="Courier New"/>
          <w:color w:val="555555"/>
          <w:sz w:val="20"/>
        </w:rPr>
        <w:t>[3 . 16 . 4]</w:t>
      </w:r>
    </w:p>
    <w:p>
      <w:r>
        <w:rPr>
          <w:rFonts w:ascii="Gentium Plus" w:hAnsi="Gentium Plus"/>
          <w:sz w:val="24"/>
        </w:rPr>
        <w:t>Τάχα δὲ καὶ αὐτὸν τὸν ἀετὸν ἀποκτενεῖς καὶ οὐκέτι πολλοὺς ὑμῶν ἄρνας καὶ ἐρίφους ἁρπάσει. Τὴν δὲ ἀγέλην τέως φρουρήσει Χλόη· πάντως αὐτὴν ἴσασιν αἱ αἶγες ἀεί σοι συννέμουσαν.»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[3 . 17 . 1]</w:t>
      </w:r>
    </w:p>
    <w:p>
      <w:r>
        <w:rPr>
          <w:rFonts w:ascii="Gentium Plus" w:hAnsi="Gentium Plus"/>
          <w:sz w:val="24"/>
        </w:rPr>
        <w:t>Οὐδὲν οὖν τῶν μελλόντων ὑποπτεύσας ὁ Δάφ‐ νις εὐθὺς ἐγείρεται καὶ ἀράμενος τὴν καλαύροπα κατόπιν ἠκολούθει τῇ Λυκαινίῳ· ἡ δὲ ἡγεῖτο ὡς μακροτάτω τῆς Χλόης. Καὶ ἐπειδὴ κατὰ τὸ πυκνότατον ἐγένοντο, πηγῆς</w:t>
      </w:r>
    </w:p>
    <w:p>
      <w:r>
        <w:rPr>
          <w:rFonts w:ascii="Courier New" w:hAnsi="Courier New"/>
          <w:color w:val="555555"/>
          <w:sz w:val="20"/>
        </w:rPr>
        <w:t>[5]</w:t>
      </w:r>
    </w:p>
    <w:p>
      <w:r>
        <w:rPr>
          <w:rFonts w:ascii="Gentium Plus" w:hAnsi="Gentium Plus"/>
          <w:sz w:val="24"/>
        </w:rPr>
        <w:t>πλησίον καθίσαι κελεύσασα αὐτόν «ἐρᾷς» εἶπε «Δάφνι, Χλόης, καὶ τοῦτο ἔμαθον ἐγὼ νύκτωρ παρὰ τῶν Νυμ‐ φῶν.</w:t>
      </w:r>
    </w:p>
    <w:p>
      <w:r>
        <w:rPr>
          <w:rFonts w:ascii="Courier New" w:hAnsi="Courier New"/>
          <w:color w:val="555555"/>
          <w:sz w:val="20"/>
        </w:rPr>
        <w:t>[3 . 17 . 2]</w:t>
      </w:r>
    </w:p>
    <w:p>
      <w:r>
        <w:rPr>
          <w:rFonts w:ascii="Gentium Plus" w:hAnsi="Gentium Plus"/>
          <w:sz w:val="24"/>
        </w:rPr>
        <w:t>Δι’ ὀνείρατος ἐμοὶ καὶ τὰ χθιζά σου διηγήσαν‐ το δάκρυα καὶ ἐκέλευσάν σε σῶσαι διδαξαμένην τὰ ἔρωτος ἔργα. Τὰ δέ ἐστιν οὐ φίλημα καὶ περιβολὴ καὶ οἷα δρῶσι κριοὶ καὶ τράγοι· ἄλλα ταῦτα πηδήματα καὶ τῶν ἐκεῖ γλυ‐</w:t>
      </w:r>
    </w:p>
    <w:p>
      <w:r>
        <w:rPr>
          <w:rFonts w:ascii="Courier New" w:hAnsi="Courier New"/>
          <w:color w:val="555555"/>
          <w:sz w:val="20"/>
        </w:rPr>
        <w:t>[5]</w:t>
      </w:r>
    </w:p>
    <w:p>
      <w:r>
        <w:rPr>
          <w:rFonts w:ascii="Gentium Plus" w:hAnsi="Gentium Plus"/>
          <w:sz w:val="24"/>
        </w:rPr>
        <w:t>κύτερα· πρόσεστι γὰρ αὐτοῖς χρόνος μακροτέρας ἡδονῆς.</w:t>
      </w:r>
    </w:p>
    <w:p>
      <w:r>
        <w:rPr>
          <w:rFonts w:ascii="Courier New" w:hAnsi="Courier New"/>
          <w:color w:val="555555"/>
          <w:sz w:val="20"/>
        </w:rPr>
        <w:t>[3 . 17 . 3]</w:t>
      </w:r>
    </w:p>
    <w:p>
      <w:r>
        <w:rPr>
          <w:rFonts w:ascii="Gentium Plus" w:hAnsi="Gentium Plus"/>
          <w:sz w:val="24"/>
        </w:rPr>
        <w:t>Εἰ δή σοι φίλον ἀπηλλάχθαι κακῶν καὶ ἐν πείρᾳ γενέ‐ σθαι ζητουμένων τερπνῶν, ἴθι, παραδίδου μοι τερπνὸν σαυτὸν μαθητήν· ἐγὼ δὲ χαριζομένη ταῖς Νύμφαις ἐκεῖ‐ να διδάξω.</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[3 . 18 . 1]</w:t>
      </w:r>
    </w:p>
    <w:p>
      <w:r>
        <w:rPr>
          <w:rFonts w:ascii="Gentium Plus" w:hAnsi="Gentium Plus"/>
          <w:sz w:val="24"/>
        </w:rPr>
        <w:t>Οὐκ ἐκαρτέρησεν ὁ Δάφνις ὑφ’ ἡδονῆς, ἀλλ’ ἅτε ἄγροικος καὶ αἰπόλος καὶ ἐρῶν καὶ νέος, πρὸ τῶν πο‐ δῶν καταπεσὼν τὴν Λυκαίνιον ἱκέτευεν ὅτι τάχιστα διδά‐ ξαι τὴν τέχνην, δι’ ἧς ὃ βούλεται δράσει Χλόην·</w:t>
      </w:r>
    </w:p>
    <w:p>
      <w:r>
        <w:rPr>
          <w:rFonts w:ascii="Courier New" w:hAnsi="Courier New"/>
          <w:color w:val="555555"/>
          <w:sz w:val="20"/>
        </w:rPr>
        <w:t>[3 . 18 . 2]</w:t>
      </w:r>
    </w:p>
    <w:p>
      <w:r>
        <w:rPr>
          <w:rFonts w:ascii="Gentium Plus" w:hAnsi="Gentium Plus"/>
          <w:sz w:val="24"/>
        </w:rPr>
        <w:t>καὶ ὥσπερ τι μέγα καὶ θεόπεμπτον ἀληθῶς μέλλων διδάσκε‐ σθαι καὶ ἔριφον αὐτῇ σηκίτην δώσειν ἐπηγγείλατο καὶ τυ‐ ροὺς ἁπαλοὺς πρωτορρύτου γάλακτος καὶ τὴν αἶγα αὐτήν.</w:t>
      </w:r>
    </w:p>
    <w:p>
      <w:r>
        <w:rPr>
          <w:rFonts w:ascii="Courier New" w:hAnsi="Courier New"/>
          <w:color w:val="555555"/>
          <w:sz w:val="20"/>
        </w:rPr>
        <w:t>[3 . 18 . 3]</w:t>
      </w:r>
    </w:p>
    <w:p>
      <w:r>
        <w:rPr>
          <w:rFonts w:ascii="Gentium Plus" w:hAnsi="Gentium Plus"/>
          <w:sz w:val="24"/>
        </w:rPr>
        <w:t>Εὑροῦσα δὴ ἡ Λυκαίνιον αἰπολικὴν ἀφθονίαν, οἵαν οὐ προσεδόκησεν, ἤρχετο παιδεύειν τὸν Δάφνιν τοῦτον τὸν τρόπον. Ἐκέλευσεν αὐτὸν καθίσαι πλησίον αὐτῆς, ὡς εἶχε, καὶ φιλήματα φιλεῖν οἷα εἰώθει καὶ ὅσα, καὶ φιλοῦντα ἅμα</w:t>
      </w:r>
    </w:p>
    <w:p>
      <w:r>
        <w:rPr>
          <w:rFonts w:ascii="Courier New" w:hAnsi="Courier New"/>
          <w:color w:val="555555"/>
          <w:sz w:val="20"/>
        </w:rPr>
        <w:t>[5]</w:t>
      </w:r>
    </w:p>
    <w:p>
      <w:r>
        <w:rPr>
          <w:rFonts w:ascii="Gentium Plus" w:hAnsi="Gentium Plus"/>
          <w:sz w:val="24"/>
        </w:rPr>
        <w:t>περιβάλλειν καὶ κατακλίνεσθαι χαμαί.</w:t>
      </w:r>
    </w:p>
    <w:p>
      <w:r>
        <w:rPr>
          <w:rFonts w:ascii="Courier New" w:hAnsi="Courier New"/>
          <w:color w:val="555555"/>
          <w:sz w:val="20"/>
        </w:rPr>
        <w:t>[3 . 18 . 4]</w:t>
      </w:r>
    </w:p>
    <w:p>
      <w:r>
        <w:rPr>
          <w:rFonts w:ascii="Gentium Plus" w:hAnsi="Gentium Plus"/>
          <w:sz w:val="24"/>
        </w:rPr>
        <w:t>Ὡς δὲ ἐκαθέσ‐ θη καὶ ἐφίλησε καὶ κατεκλίθη, μαθοῦσα ἐνεργεῖν δυνάμε‐ νον καὶ σφριγῶντα, ἀπὸ μὲν τῆς ἐπὶ πλευρὰν κατακλίσεως ἀνίστησιν, αὑτὴν δὲ ὑποστορέσασα ἐντέχνως ἐς τὴν τέως</w:t>
      </w:r>
    </w:p>
    <w:p>
      <w:r>
        <w:rPr>
          <w:rFonts w:ascii="Courier New" w:hAnsi="Courier New"/>
          <w:color w:val="555555"/>
          <w:sz w:val="20"/>
        </w:rPr>
        <w:t>[5]</w:t>
      </w:r>
    </w:p>
    <w:p>
      <w:r>
        <w:rPr>
          <w:rFonts w:ascii="Gentium Plus" w:hAnsi="Gentium Plus"/>
          <w:sz w:val="24"/>
        </w:rPr>
        <w:t>ζητουμένην ὁδὸν ἦγε. Τὸ δὲ ἐντεῦθεν οὐδὲν περιειργάζετο ξένον· αὐτὴ γὰρ ἡ φύσις λοιπὸν ἐπαίδευσε τὸ πρακτέον.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[3 . 19 . 1]</w:t>
      </w:r>
    </w:p>
    <w:p>
      <w:r>
        <w:rPr>
          <w:rFonts w:ascii="Gentium Plus" w:hAnsi="Gentium Plus"/>
          <w:sz w:val="24"/>
        </w:rPr>
        <w:t>Τελεσθείσης δὲ τῆς ἐρωτικῆς παιδαγωγίας ὁ μὲν Δάφνις ἔτι ποιμενικὴν γνώμην ἔχων ὥρμητο τρέχειν</w:t>
      </w:r>
    </w:p>
    <w:p>
      <w:r>
        <w:rPr>
          <w:rFonts w:ascii="Courier New" w:hAnsi="Courier New"/>
          <w:color w:val="555555"/>
          <w:sz w:val="20"/>
        </w:rPr>
        <w:t>[5]</w:t>
      </w:r>
    </w:p>
    <w:p>
      <w:r>
        <w:rPr>
          <w:rFonts w:ascii="Gentium Plus" w:hAnsi="Gentium Plus"/>
          <w:sz w:val="24"/>
        </w:rPr>
        <w:t>σχοῦσα αὐτὸν ἔλεξεν ὧδε· «ἔτι καὶ ταῦτά σε δεῖ μαθεῖν, Δάφνι.</w:t>
      </w:r>
    </w:p>
    <w:p>
      <w:r>
        <w:rPr>
          <w:rFonts w:ascii="Courier New" w:hAnsi="Courier New"/>
          <w:color w:val="555555"/>
          <w:sz w:val="20"/>
        </w:rPr>
        <w:t>[3 . 19 . 2]</w:t>
      </w:r>
    </w:p>
    <w:p>
      <w:r>
        <w:rPr>
          <w:rFonts w:ascii="Gentium Plus" w:hAnsi="Gentium Plus"/>
          <w:sz w:val="24"/>
        </w:rPr>
        <w:t>Ἐγὼ γυνὴ τυγχάνουσα πέπονθα νῦν οὐδέν· πάλαι γάρ με ταῦτα ἀνὴρ ἄλλος ἐπαίδευσε, μισθὸν τὴν παρ‐ θενίαν λαβών· Χλόη δὲ συμπαλαίουσά σοι ταύτην τὴν πά‐ λην καὶ οἰμώξει καὶ κλαύσεται κἀν αἵματι κείσεται πολ‐</w:t>
      </w:r>
    </w:p>
    <w:p>
      <w:r>
        <w:rPr>
          <w:rFonts w:ascii="Courier New" w:hAnsi="Courier New"/>
          <w:color w:val="555555"/>
          <w:sz w:val="20"/>
        </w:rPr>
        <w:t>[5]</w:t>
      </w:r>
    </w:p>
    <w:p>
      <w:r>
        <w:rPr>
          <w:rFonts w:ascii="Gentium Plus" w:hAnsi="Gentium Plus"/>
          <w:sz w:val="24"/>
        </w:rPr>
        <w:t>λῷ [καθάπερ πεφονευμένη].</w:t>
      </w:r>
    </w:p>
    <w:p>
      <w:r>
        <w:rPr>
          <w:rFonts w:ascii="Courier New" w:hAnsi="Courier New"/>
          <w:color w:val="555555"/>
          <w:sz w:val="20"/>
        </w:rPr>
        <w:t>[3 . 19 . 3]</w:t>
      </w:r>
    </w:p>
    <w:p>
      <w:r>
        <w:rPr>
          <w:rFonts w:ascii="Gentium Plus" w:hAnsi="Gentium Plus"/>
          <w:sz w:val="24"/>
        </w:rPr>
        <w:t>Ἀλλὰ σὺ τὸ αἷμα μὴ φο‐ βηθῇς, ἀλλ’ ἡνίκα ἂν πείσῃς αὐτήν σοι παρασχεῖν, ἄγαγε αὐτὴν εἰς τοῦτο τὸ χωρίον, ἵνα, κἂν βοήσῃ, μηδεὶς ἀκού‐ σῃ, κἂν δακρύσῃ, μηδεὶς ἴδῃ, κἂν αἱμαχθῇ, λούσηται τῇ</w:t>
      </w:r>
    </w:p>
    <w:p>
      <w:r>
        <w:rPr>
          <w:rFonts w:ascii="Courier New" w:hAnsi="Courier New"/>
          <w:color w:val="555555"/>
          <w:sz w:val="20"/>
        </w:rPr>
        <w:t>[5]</w:t>
      </w:r>
    </w:p>
    <w:p>
      <w:r>
        <w:rPr>
          <w:rFonts w:ascii="Gentium Plus" w:hAnsi="Gentium Plus"/>
          <w:sz w:val="24"/>
        </w:rPr>
        <w:t>πηγῇ· καὶ μέμνησο ὅτι σε ἄνδρα ἐγὼ πρὸ Χλόης πεποί‐ ηκα.»</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[3 . 20 . 1]</w:t>
      </w:r>
    </w:p>
    <w:p>
      <w:r>
        <w:rPr>
          <w:rFonts w:ascii="Gentium Plus" w:hAnsi="Gentium Plus"/>
          <w:sz w:val="24"/>
        </w:rPr>
        <w:t>Ἡ μὲν οὖν Λυκαίνιον τοσαῦτα ὑποθεμένη κατ’ ἄλλο μέρος τῆς ὕλης ἀπῆλθεν, ὡς ἔτι ζητοῦσα τὸν χῆνα· ὁ δὲ Δάφνις εἰς λογισμὸν ἄγων τὰ εἰρημένα, τῆς μὲν προ‐ τέρας ὁρμῆς ἀπήλλακτο, διοχλεῖν δὲ τῇ Χλόῃ περιττότερον</w:t>
      </w:r>
    </w:p>
    <w:p>
      <w:r>
        <w:rPr>
          <w:rFonts w:ascii="Courier New" w:hAnsi="Courier New"/>
          <w:color w:val="555555"/>
          <w:sz w:val="20"/>
        </w:rPr>
        <w:t>[5]</w:t>
      </w:r>
    </w:p>
    <w:p>
      <w:r>
        <w:rPr>
          <w:rFonts w:ascii="Gentium Plus" w:hAnsi="Gentium Plus"/>
          <w:sz w:val="24"/>
        </w:rPr>
        <w:t>ὤκνει φιλήματος καὶ περιβολῆς, μήτε βοῆσαι θέλων αὐτὴν ὡς πρὸς πολέμιον, μήτε δακρῦσαι ὡς ἀλγοῦσαν, μήτε αἱ‐ μαχθῆναι καθάπερ πεφονευμένην·</w:t>
      </w:r>
    </w:p>
    <w:p>
      <w:r>
        <w:rPr>
          <w:rFonts w:ascii="Courier New" w:hAnsi="Courier New"/>
          <w:color w:val="555555"/>
          <w:sz w:val="20"/>
        </w:rPr>
        <w:t>[3 . 20 . 2]</w:t>
      </w:r>
    </w:p>
    <w:p>
      <w:r>
        <w:rPr>
          <w:rFonts w:ascii="Gentium Plus" w:hAnsi="Gentium Plus"/>
          <w:sz w:val="24"/>
        </w:rPr>
        <w:t>ἀρτιμαθὴς γὰρ ὢν ἐδεδοίκει τὸ αἷμα καὶ ἐνόμιζεν ὅτι ἄρα ἐκ μόνου τραύμα‐ τος αἷμα γίνεται. Γνοὺς δὲ τὰ συνήθη τέρπεσθαι μετ’ αὐ‐ τῆς, ἐξέβη τῆς ὕλης· καὶ ἐλθὼν ἵνα ἐκάθητο στεφανίσκον</w:t>
      </w:r>
    </w:p>
    <w:p>
      <w:r>
        <w:rPr>
          <w:rFonts w:ascii="Courier New" w:hAnsi="Courier New"/>
          <w:color w:val="555555"/>
          <w:sz w:val="20"/>
        </w:rPr>
        <w:t>[5]</w:t>
      </w:r>
    </w:p>
    <w:p>
      <w:r>
        <w:rPr>
          <w:rFonts w:ascii="Gentium Plus" w:hAnsi="Gentium Plus"/>
          <w:sz w:val="24"/>
        </w:rPr>
        <w:t>ἴων πλέκουσα, τόν τε χῆνα τῶν τοῦ ἀετοῦ ὀνύχων ἐψεύ‐ σατο ἐξαρπάσαι καὶ περιφὺς ἐφίλησεν, οἷον ἐν τῇ τέρψει Λυκαίνιον· τοῦτο γὰρ ἐξῆν ὡς ἀκίνδυνον·</w:t>
      </w:r>
    </w:p>
    <w:p>
      <w:r>
        <w:rPr>
          <w:rFonts w:ascii="Courier New" w:hAnsi="Courier New"/>
          <w:color w:val="555555"/>
          <w:sz w:val="20"/>
        </w:rPr>
        <w:t>[3 . 20 . 3]</w:t>
      </w:r>
    </w:p>
    <w:p>
      <w:r>
        <w:rPr>
          <w:rFonts w:ascii="Gentium Plus" w:hAnsi="Gentium Plus"/>
          <w:sz w:val="24"/>
        </w:rPr>
        <w:t>ἡ δὲ τὸν στέ‐</w:t>
      </w:r>
    </w:p>
    <w:p>
      <w:r>
        <w:rPr>
          <w:rFonts w:ascii="Courier New" w:hAnsi="Courier New"/>
          <w:color w:val="555555"/>
          <w:sz w:val="20"/>
        </w:rPr>
        <w:t>[5]</w:t>
      </w:r>
    </w:p>
    <w:p>
      <w:r>
        <w:rPr>
          <w:rFonts w:ascii="Gentium Plus" w:hAnsi="Gentium Plus"/>
          <w:sz w:val="24"/>
        </w:rPr>
        <w:t>τος ἀπὸ τοῦ στόματος ἥρπαζε καὶ οὕτως ἤσθιεν ὥσπερ νεοττὸς ὄρνιθος.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[3 . 21 . 1]</w:t>
      </w:r>
    </w:p>
    <w:p>
      <w:r>
        <w:rPr>
          <w:rFonts w:ascii="Gentium Plus" w:hAnsi="Gentium Plus"/>
          <w:sz w:val="24"/>
        </w:rPr>
        <w:t>Ἐσθιόντων δὲ αὐτῶν καὶ περιττότερα φιλούν‐ των ὧν ἤσθιον, ναῦς ἁλιέων ὤφθη παραπλέουσα. Ἄνεμος μὲν οὐκ ἦν, γαλήνη δὲ ἦν καὶ ἐρέττειν ἐδόκει. Καὶ ἤρετ‐ τον ἐρρωμένως· ἠπείγοντο γὰρ νεαλεῖς ἰχθῦς εἰς τὴν πόλιν</w:t>
      </w:r>
    </w:p>
    <w:p>
      <w:r>
        <w:rPr>
          <w:rFonts w:ascii="Courier New" w:hAnsi="Courier New"/>
          <w:color w:val="555555"/>
          <w:sz w:val="20"/>
        </w:rPr>
        <w:t>[5]</w:t>
      </w:r>
    </w:p>
    <w:p>
      <w:r>
        <w:rPr>
          <w:rFonts w:ascii="Gentium Plus" w:hAnsi="Gentium Plus"/>
          <w:sz w:val="24"/>
        </w:rPr>
        <w:t>διασώσασθαι τῶν τινι πλουσίων.</w:t>
      </w:r>
    </w:p>
    <w:p>
      <w:r>
        <w:rPr>
          <w:rFonts w:ascii="Courier New" w:hAnsi="Courier New"/>
          <w:color w:val="555555"/>
          <w:sz w:val="20"/>
        </w:rPr>
        <w:t>[3 . 21 . 2]</w:t>
      </w:r>
    </w:p>
    <w:p>
      <w:r>
        <w:rPr>
          <w:rFonts w:ascii="Gentium Plus" w:hAnsi="Gentium Plus"/>
          <w:sz w:val="24"/>
        </w:rPr>
        <w:t>Οἷον οὖν εἰώθασι ναῦται δρᾶν ἐς καμάτων ἀμέλειαν, τοῦτο κἀκεῖνοι δρῶντες τὰς κώπας ἀνέφερον. Εἷς μὲν αὐτοῖς κελευστὴς ναυτικὰς ᾖδεν ᾠδάς, οἱ δὲ λοιποὶ καθάπερ χορὸς ὁμοφώνως κατὰ</w:t>
      </w:r>
    </w:p>
    <w:p>
      <w:r>
        <w:rPr>
          <w:rFonts w:ascii="Courier New" w:hAnsi="Courier New"/>
          <w:color w:val="555555"/>
          <w:sz w:val="20"/>
        </w:rPr>
        <w:t>[5]</w:t>
      </w:r>
    </w:p>
    <w:p>
      <w:r>
        <w:rPr>
          <w:rFonts w:ascii="Gentium Plus" w:hAnsi="Gentium Plus"/>
          <w:sz w:val="24"/>
        </w:rPr>
        <w:t>καιρὸν τῆς ἐκείνου φωνῆς ἐβόων.</w:t>
      </w:r>
    </w:p>
    <w:p>
      <w:r>
        <w:rPr>
          <w:rFonts w:ascii="Courier New" w:hAnsi="Courier New"/>
          <w:color w:val="555555"/>
          <w:sz w:val="20"/>
        </w:rPr>
        <w:t>[3 . 21 . 3]</w:t>
      </w:r>
    </w:p>
    <w:p>
      <w:r>
        <w:rPr>
          <w:rFonts w:ascii="Gentium Plus" w:hAnsi="Gentium Plus"/>
          <w:sz w:val="24"/>
        </w:rPr>
        <w:t>Ἡνίκα μὲν οὖν ἐν ἀναπεπταμένῃ τῇ θαλάσσῃ ταῦτα ἔπραττον, ἠφανίζετο ἡ βοὴ χεομένης τῆς φωνῆς εἰς πολὺν ἀέρα· ἐπεὶ δὲ ἄκρᾳ τινὶ ὑποδραμόντες εἰς κόλπον μηνοειδῆ καὶ κοῖλον εἰσήλα‐</w:t>
      </w:r>
    </w:p>
    <w:p>
      <w:r>
        <w:rPr>
          <w:rFonts w:ascii="Courier New" w:hAnsi="Courier New"/>
          <w:color w:val="555555"/>
          <w:sz w:val="20"/>
        </w:rPr>
        <w:t>[5]</w:t>
      </w:r>
    </w:p>
    <w:p>
      <w:r>
        <w:rPr>
          <w:rFonts w:ascii="Gentium Plus" w:hAnsi="Gentium Plus"/>
          <w:sz w:val="24"/>
        </w:rPr>
        <w:t>σαν, μείζων μὲν ἠκούετο βοή, σαφῆ δὲ ἐξέπιπτεν εἰς τὴν γῆν τὰ τῶν κελευσμάτων ᾄσματα.</w:t>
      </w:r>
    </w:p>
    <w:p>
      <w:r>
        <w:rPr>
          <w:rFonts w:ascii="Courier New" w:hAnsi="Courier New"/>
          <w:color w:val="555555"/>
          <w:sz w:val="20"/>
        </w:rPr>
        <w:t>[3 . 21 . 4]</w:t>
      </w:r>
    </w:p>
    <w:p>
      <w:r>
        <w:rPr>
          <w:rFonts w:ascii="Gentium Plus" w:hAnsi="Gentium Plus"/>
          <w:sz w:val="24"/>
        </w:rPr>
        <w:t>Κοῖλος γὰρ τῷ πεδίῳ αὐλὼν ὑποκείμενος καὶ τὸν ἦχον εἰς αὑτὸν ὡς ὄργανον δεχό‐ μενος πάντων τῶν λεγομένων μιμητὴν φωνὴν ἀπεδίδου, ἰδίᾳ μὲν τῶν κωπῶν τὸν ἦχον, ἰδίᾳ δὲ τὴν φωνὴν τῶν ναυ‐</w:t>
      </w:r>
    </w:p>
    <w:p>
      <w:r>
        <w:rPr>
          <w:rFonts w:ascii="Courier New" w:hAnsi="Courier New"/>
          <w:color w:val="555555"/>
          <w:sz w:val="20"/>
        </w:rPr>
        <w:t>[5]</w:t>
      </w:r>
    </w:p>
    <w:p>
      <w:r>
        <w:rPr>
          <w:rFonts w:ascii="Gentium Plus" w:hAnsi="Gentium Plus"/>
          <w:sz w:val="24"/>
        </w:rPr>
        <w:t>τῶν· καὶ ἐγίνετο ἄκουσμα τερπνόν. Φθανούσης γὰρ τῆς ἀπὸ τῆς θαλάσσης φωνῆς, ἡ ἐκ τῆς γῆς φωνὴ τοσοῦτον ἐπαύετο βράδιον, ὅσον ἤρξατο.</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[3 . 22 . 1]</w:t>
      </w:r>
    </w:p>
    <w:p>
      <w:r>
        <w:rPr>
          <w:rFonts w:ascii="Gentium Plus" w:hAnsi="Gentium Plus"/>
          <w:sz w:val="24"/>
        </w:rPr>
        <w:t>Ὁ μὲν οὖν Δάφνις εἰδὼς τὸ πραττόμενον μό‐ νῃ τῇ θαλάσσῃ προσεῖχε καὶ ἐτέρπετο τῇ νηὶ παρατρεχού‐ σῃ τὸ πεδίον θᾶττον πτεροῦ καὶ ἐπειρᾶτό τινα διασώσα‐ σθαι τῶν ᾀσμάτων, ὡς γένοιτο τῆς σύριγγος μέλη·</w:t>
      </w:r>
    </w:p>
    <w:p>
      <w:r>
        <w:rPr>
          <w:rFonts w:ascii="Courier New" w:hAnsi="Courier New"/>
          <w:color w:val="555555"/>
          <w:sz w:val="20"/>
        </w:rPr>
        <w:t>[3 . 22 . 2]</w:t>
      </w:r>
    </w:p>
    <w:p>
      <w:r>
        <w:rPr>
          <w:rFonts w:ascii="Gentium Plus" w:hAnsi="Gentium Plus"/>
          <w:sz w:val="24"/>
        </w:rPr>
        <w:t>ἡ δὲ Χλόη τότε πρῶτον πειρωμένη τῆς καλουμένης ἠχοῦς πο‐ τὲ μὲν εἰς τὴν θάλασσαν ἀπέβλεπε, τῶν ναυτῶν κελευόν‐ των, ποτὲ δὲ εἰς τὴν γῆν ὑπέστρεφε, ζητοῦσα τοὺς ἀντιφω‐</w:t>
      </w:r>
    </w:p>
    <w:p>
      <w:r>
        <w:rPr>
          <w:rFonts w:ascii="Courier New" w:hAnsi="Courier New"/>
          <w:color w:val="555555"/>
          <w:sz w:val="20"/>
        </w:rPr>
        <w:t>[5]</w:t>
      </w:r>
    </w:p>
    <w:p>
      <w:r>
        <w:rPr>
          <w:rFonts w:ascii="Gentium Plus" w:hAnsi="Gentium Plus"/>
          <w:sz w:val="24"/>
        </w:rPr>
        <w:t>νοῦντας.</w:t>
      </w:r>
    </w:p>
    <w:p>
      <w:r>
        <w:rPr>
          <w:rFonts w:ascii="Courier New" w:hAnsi="Courier New"/>
          <w:color w:val="555555"/>
          <w:sz w:val="20"/>
        </w:rPr>
        <w:t>[3 . 22 . 3]</w:t>
      </w:r>
    </w:p>
    <w:p>
      <w:r>
        <w:rPr>
          <w:rFonts w:ascii="Gentium Plus" w:hAnsi="Gentium Plus"/>
          <w:sz w:val="24"/>
        </w:rPr>
        <w:t>Καὶ ἐπεὶ παραπλευσάντων ἦν κἀν τῷ αὐλῶνι σιγή, ἐπυνθάνετο τοῦ Δάφνιδος, εἰ καὶ ὀπίσω τῆς ἄκρας ἐστὶ θάλασσα καὶ ναῦς ἄλλη παραπλεῖ καὶ ἄλλοι ναῦται τὰ αὐτὰ ᾖδον καὶ ἅμα πάντες σιωπῶσι.</w:t>
      </w:r>
    </w:p>
    <w:p>
      <w:r>
        <w:rPr>
          <w:rFonts w:ascii="Courier New" w:hAnsi="Courier New"/>
          <w:color w:val="555555"/>
          <w:sz w:val="20"/>
        </w:rPr>
        <w:t>[3 . 22 . 4]</w:t>
      </w:r>
    </w:p>
    <w:p>
      <w:r>
        <w:rPr>
          <w:rFonts w:ascii="Gentium Plus" w:hAnsi="Gentium Plus"/>
          <w:sz w:val="24"/>
        </w:rPr>
        <w:t>Γελάσας οὖν ὁ Δάφνις ἡδὺ καὶ φιλήσας ἥδιον φίλημα καὶ τὸν τῶν ἴων στέφανον ἐκείνῃ περιθεὶς ἤρξατο αὐτῇ μυθολογεῖν τὸν μῦ‐ θον τῆς Ἠχοῦς, αἰτήσας, εἰ διδάξειε, μισθὸν παρ’ αὐτῆς</w:t>
      </w:r>
    </w:p>
    <w:p>
      <w:r>
        <w:rPr>
          <w:rFonts w:ascii="Courier New" w:hAnsi="Courier New"/>
          <w:color w:val="555555"/>
          <w:sz w:val="20"/>
        </w:rPr>
        <w:t>[5]</w:t>
      </w:r>
    </w:p>
    <w:p>
      <w:r>
        <w:rPr>
          <w:rFonts w:ascii="Gentium Plus" w:hAnsi="Gentium Plus"/>
          <w:sz w:val="24"/>
        </w:rPr>
        <w:t>ἄλλα φιλήματα δέκα.</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[3 . 23 . 1]</w:t>
      </w:r>
    </w:p>
    <w:p>
      <w:r>
        <w:rPr>
          <w:rFonts w:ascii="Gentium Plus" w:hAnsi="Gentium Plus"/>
          <w:sz w:val="24"/>
        </w:rPr>
        <w:t>«Νυμφῶν, ὦ κόρη, πολὺ γένος, Μελίαι καὶ Δρυάδες καὶ Ἕλειοι· πᾶσαι καλαί, πᾶσαι μουσικαί. Καὶ μιᾶς τούτων θυγάτηρ Ἠχὼ γίνεται, θνητὴ μὲν ὡς ἐκ πα‐ τρὸς θνητοῦ, καλὴ δὲ ὡς ἐκ μητρὸς καλῆς.</w:t>
      </w:r>
    </w:p>
    <w:p>
      <w:r>
        <w:rPr>
          <w:rFonts w:ascii="Courier New" w:hAnsi="Courier New"/>
          <w:color w:val="555555"/>
          <w:sz w:val="20"/>
        </w:rPr>
        <w:t>[3 . 23 . 2]</w:t>
      </w:r>
    </w:p>
    <w:p>
      <w:r>
        <w:rPr>
          <w:rFonts w:ascii="Gentium Plus" w:hAnsi="Gentium Plus"/>
          <w:sz w:val="24"/>
        </w:rPr>
        <w:t>Τρέφεται μὲν ὑπὸ Νυμφῶν, παιδεύεται δὲ ὑπὸ Μουσῶν συρίζειν, αὐ‐</w:t>
      </w:r>
    </w:p>
    <w:p>
      <w:r>
        <w:rPr>
          <w:rFonts w:ascii="Courier New" w:hAnsi="Courier New"/>
          <w:color w:val="555555"/>
          <w:sz w:val="20"/>
        </w:rPr>
        <w:t>[5]</w:t>
      </w:r>
    </w:p>
    <w:p>
      <w:r>
        <w:rPr>
          <w:rFonts w:ascii="Gentium Plus" w:hAnsi="Gentium Plus"/>
          <w:sz w:val="24"/>
        </w:rPr>
        <w:t>ρευε, ταῖς Μούσαις συνῇδεν· ἄρρενας δὲ ἔφευγε πάντας, καὶ ἀνθρώπους καὶ θεούς, φιλοῦσα τὴν παρθενίαν·</w:t>
      </w:r>
    </w:p>
    <w:p>
      <w:r>
        <w:rPr>
          <w:rFonts w:ascii="Courier New" w:hAnsi="Courier New"/>
          <w:color w:val="555555"/>
          <w:sz w:val="20"/>
        </w:rPr>
        <w:t>[3 . 23 . 3]</w:t>
      </w:r>
    </w:p>
    <w:p>
      <w:r>
        <w:rPr>
          <w:rFonts w:ascii="Gentium Plus" w:hAnsi="Gentium Plus"/>
          <w:sz w:val="24"/>
        </w:rPr>
        <w:t>Ὁ Πὰν ὀργίζεται τῇ κόρῃ, τῆς μουσικῆς φθονῶν, τοῦ κάλλους μὴ τυχών, καὶ μανίαν ἐμβάλλει τοῖς ποιμέσι καὶ τοῖς αἰπό‐ λοις. Οἱ δὲ ὥσπερ κύνες ἢ λύκοι διασπῶσιν αὐτὴν καὶ ῥίπ‐</w:t>
      </w:r>
    </w:p>
    <w:p>
      <w:r>
        <w:rPr>
          <w:rFonts w:ascii="Courier New" w:hAnsi="Courier New"/>
          <w:color w:val="555555"/>
          <w:sz w:val="20"/>
        </w:rPr>
        <w:t>[5]</w:t>
      </w:r>
    </w:p>
    <w:p>
      <w:r>
        <w:rPr>
          <w:rFonts w:ascii="Gentium Plus" w:hAnsi="Gentium Plus"/>
          <w:sz w:val="24"/>
        </w:rPr>
        <w:t>τουσιν εἰς πᾶσαν τὴν γῆν ἔτι ᾄδοντα τὰ μέλη.</w:t>
      </w:r>
    </w:p>
    <w:p>
      <w:r>
        <w:rPr>
          <w:rFonts w:ascii="Courier New" w:hAnsi="Courier New"/>
          <w:color w:val="555555"/>
          <w:sz w:val="20"/>
        </w:rPr>
        <w:t>[3 . 23 . 4]</w:t>
      </w:r>
    </w:p>
    <w:p>
      <w:r>
        <w:rPr>
          <w:rFonts w:ascii="Gentium Plus" w:hAnsi="Gentium Plus"/>
          <w:sz w:val="24"/>
        </w:rPr>
        <w:t>Καὶ τὰ μέλη Γῆ χαριζομένη Νύμφαις ἔκρυψε πάντα. Καὶ ἐτήρη‐ σε τὴν μουσικὴν καὶ γνώμῃ Μουσῶν ἀφίησι φωνὴν καὶ μι‐ μεῖται πάντα, καθάπερ τότε ἡ κόρη, θεούς, ἀνθρώπους, ὄρ‐</w:t>
      </w:r>
    </w:p>
    <w:p>
      <w:r>
        <w:rPr>
          <w:rFonts w:ascii="Courier New" w:hAnsi="Courier New"/>
          <w:color w:val="555555"/>
          <w:sz w:val="20"/>
        </w:rPr>
        <w:t>[5]</w:t>
      </w:r>
    </w:p>
    <w:p>
      <w:r>
        <w:rPr>
          <w:rFonts w:ascii="Gentium Plus" w:hAnsi="Gentium Plus"/>
          <w:sz w:val="24"/>
        </w:rPr>
        <w:t>γανα, θηρία· μιμεῖται καὶ αὐτὸν συρίττοντα τὸν Πᾶνα.</w:t>
      </w:r>
    </w:p>
    <w:p>
      <w:r>
        <w:rPr>
          <w:rFonts w:ascii="Courier New" w:hAnsi="Courier New"/>
          <w:color w:val="555555"/>
          <w:sz w:val="20"/>
        </w:rPr>
        <w:t>[3 . 23 . 5]</w:t>
      </w:r>
    </w:p>
    <w:p>
      <w:r>
        <w:rPr>
          <w:rFonts w:ascii="Gentium Plus" w:hAnsi="Gentium Plus"/>
          <w:sz w:val="24"/>
        </w:rPr>
        <w:t>Ὁ δὲ ἀκούσας ἀναπηδᾷ καὶ διώκει κατὰ τῶν ὀρῶν, οὐκ ἐρῶν τυχεῖν ἀλλ’ ἢ τοῦ μαθεῖν τίς ἐστιν ὁ λανθάνων μα‐ θητής.» Ταῦτα μυθολογήσαντα τὸν Δάφνιν οὐ δέκα μόνον φιλήμα‐</w:t>
      </w:r>
    </w:p>
    <w:p>
      <w:r>
        <w:rPr>
          <w:rFonts w:ascii="Courier New" w:hAnsi="Courier New"/>
          <w:color w:val="555555"/>
          <w:sz w:val="20"/>
        </w:rPr>
        <w:t>[5]</w:t>
      </w:r>
    </w:p>
    <w:p>
      <w:r>
        <w:rPr>
          <w:rFonts w:ascii="Gentium Plus" w:hAnsi="Gentium Plus"/>
          <w:sz w:val="24"/>
        </w:rPr>
        <w:t>τα ἀλλὰ πάνυ πολλὰ κατεφίλησεν ἡ Χλόη· μικροῦ γὰρ καὶ τὰ αὐτὰ εἶπεν ἡ Ἠχώ, καθάπερ μαρτυροῦσα ὅτι μηδὲν ἐψεύσατο.</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[3 . 24 . 1]</w:t>
      </w:r>
    </w:p>
    <w:p>
      <w:r>
        <w:rPr>
          <w:rFonts w:ascii="Gentium Plus" w:hAnsi="Gentium Plus"/>
          <w:sz w:val="24"/>
        </w:rPr>
        <w:t>Θερμοτέρου δὲ καθ’ ἑκάστην ἡμέραν γινομέ‐ νου τοῦ ἡλίου, οἷα τοῦ μὲν ἦρος παυομένου τοῦ δὲ θέρους ἀρχομένου, πάλιν αὐτοῖς ἐγίνοντο καιναὶ τέρψεις καὶ θέ‐ ρειοι.</w:t>
      </w:r>
    </w:p>
    <w:p>
      <w:r>
        <w:rPr>
          <w:rFonts w:ascii="Courier New" w:hAnsi="Courier New"/>
          <w:color w:val="555555"/>
          <w:sz w:val="20"/>
        </w:rPr>
        <w:t>[3 . 24 . 2]</w:t>
      </w:r>
    </w:p>
    <w:p>
      <w:r>
        <w:rPr>
          <w:rFonts w:ascii="Gentium Plus" w:hAnsi="Gentium Plus"/>
          <w:sz w:val="24"/>
        </w:rPr>
        <w:t>Ὁ μὲν γὰρ ἐνήχετο ἐν τοῖς ποταμοῖς, ἡ δὲ ἐν ταῖς πηγαῖς ἐλούετο· ὁ μὲν ἐσύριζεν ἁμιλλώμενος πρὸς τὰς πίτυς, ἡ δὲ ᾖδε ταῖς ἀηδόσιν ἐρίζουσα· ἐθήρων ἀκρί‐ δας λάλους, ἐλάμβανον τέττιγας ἠχοῦντας, ἄνθη συνέλεγον,</w:t>
      </w:r>
    </w:p>
    <w:p>
      <w:r>
        <w:rPr>
          <w:rFonts w:ascii="Courier New" w:hAnsi="Courier New"/>
          <w:color w:val="555555"/>
          <w:sz w:val="20"/>
        </w:rPr>
        <w:t>[5]</w:t>
      </w:r>
    </w:p>
    <w:p>
      <w:r>
        <w:rPr>
          <w:rFonts w:ascii="Gentium Plus" w:hAnsi="Gentium Plus"/>
          <w:sz w:val="24"/>
        </w:rPr>
        <w:t>δένδρα ἔσειον, ὀπώραν ἤσθιον· ἤδη ποτὲ καὶ γυμνοὶ συγκα‐ τεκλίθησαν καὶ ἓν δέρμα αἰγὸς ἐπεσύραντο.</w:t>
      </w:r>
    </w:p>
    <w:p>
      <w:r>
        <w:rPr>
          <w:rFonts w:ascii="Courier New" w:hAnsi="Courier New"/>
          <w:color w:val="555555"/>
          <w:sz w:val="20"/>
        </w:rPr>
        <w:t>[3 . 24 . 3]</w:t>
      </w:r>
    </w:p>
    <w:p>
      <w:r>
        <w:rPr>
          <w:rFonts w:ascii="Gentium Plus" w:hAnsi="Gentium Plus"/>
          <w:sz w:val="24"/>
        </w:rPr>
        <w:t>Καὶ ἐγέ‐ νετο ἂν γυνὴ Χλόη ῥᾳδίως, εἰ μὴ Δάφνιν ἐτάραξε τὸ αἷ‐ μα. Ἀμέλει καὶ δεδοικὼς μὴ νικηθῇ τὸν λογισμόν ποτε, πολλὰ γυμνοῦσθαι τὴν Χλόην οὐκ ἐπέτρεπεν, ὥστε ἐθαύ‐</w:t>
      </w:r>
    </w:p>
    <w:p>
      <w:r>
        <w:rPr>
          <w:rFonts w:ascii="Courier New" w:hAnsi="Courier New"/>
          <w:color w:val="555555"/>
          <w:sz w:val="20"/>
        </w:rPr>
        <w:t>[5]</w:t>
      </w:r>
    </w:p>
    <w:p>
      <w:r>
        <w:rPr>
          <w:rFonts w:ascii="Gentium Plus" w:hAnsi="Gentium Plus"/>
          <w:sz w:val="24"/>
        </w:rPr>
        <w:t>μαζε μὲν ἡ Χλόη, τὴν δὲ αἰτίαν ᾐδεῖτο πυθέσθαι.</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[3 . 25 . 1]</w:t>
      </w:r>
    </w:p>
    <w:p>
      <w:r>
        <w:rPr>
          <w:rFonts w:ascii="Gentium Plus" w:hAnsi="Gentium Plus"/>
          <w:sz w:val="24"/>
        </w:rPr>
        <w:t>Ἐν τῷ θέρει τῷδε καὶ μνηστήρων πλῆθος ἦν περὶ τὴν Χλόην καὶ πολλοὶ πολλαχόθεν ἐφοίτων παρὰ τὸν Δρύαντα πρὸς γάμον αἰτοῦντες αὐτήν. Καὶ οἱ μέν τι δῶρον ἔφερον, οἱ δὲ πολλὰ ὑπέσχοντο εἰ ταύτης τύχοιεν.</w:t>
      </w:r>
    </w:p>
    <w:p>
      <w:r>
        <w:rPr>
          <w:rFonts w:ascii="Courier New" w:hAnsi="Courier New"/>
          <w:color w:val="555555"/>
          <w:sz w:val="20"/>
        </w:rPr>
        <w:t>[3 . 25 . 2]</w:t>
      </w:r>
    </w:p>
    <w:p>
      <w:r>
        <w:rPr>
          <w:rFonts w:ascii="Gentium Plus" w:hAnsi="Gentium Plus"/>
          <w:sz w:val="24"/>
        </w:rPr>
        <w:t>Ἡ μὲν οὖν Νάπη ταῖς ἐλπίσιν ἐπαιρομένη συνεβούλευεν ἐκ‐ διδόναι τὴν Χλόην μηδὲ κατέχειν οἴκοι πρὸς πλέον τηλι‐ καύτην κόρην, ἣ τάχα μικρὸν ὕστερον νέμουσα τὴν παρθε‐</w:t>
      </w:r>
    </w:p>
    <w:p>
      <w:r>
        <w:rPr>
          <w:rFonts w:ascii="Courier New" w:hAnsi="Courier New"/>
          <w:color w:val="555555"/>
          <w:sz w:val="20"/>
        </w:rPr>
        <w:t>[5]</w:t>
      </w:r>
    </w:p>
    <w:p>
      <w:r>
        <w:rPr>
          <w:rFonts w:ascii="Gentium Plus" w:hAnsi="Gentium Plus"/>
          <w:sz w:val="24"/>
        </w:rPr>
        <w:t>νίαν ἀπολέσει καὶ ἄνδρα ποιήσεταί τινα τῶν ποιμένων ἐπὶ μήλοις ἢ ῥόδοις, ἀλλ’ ἐκείνην τε ποιῆσαι δέσποιναν οἰκίας καὶ αὐτοὺς πολλὰ λαβόντας ἰδίῳ φυλάττειν αὐτὰ καὶ γνησίῳ παιδίῳ—ἐγεγόνει δὲ αὐτοῖς ἄρρεν παιδίον οὐ πρὸ πολλοῦ τινος—·</w:t>
      </w:r>
    </w:p>
    <w:p>
      <w:r>
        <w:rPr>
          <w:rFonts w:ascii="Courier New" w:hAnsi="Courier New"/>
          <w:color w:val="555555"/>
          <w:sz w:val="20"/>
        </w:rPr>
        <w:t>[3 . 25 . 3]</w:t>
      </w:r>
    </w:p>
    <w:p>
      <w:r>
        <w:rPr>
          <w:rFonts w:ascii="Gentium Plus" w:hAnsi="Gentium Plus"/>
          <w:sz w:val="24"/>
        </w:rPr>
        <w:t>ὁ δὲ Δρύας ποτὲ μὲν ἐθέλγετο τοῖς λεγομένοις —μείζονα γὰρ ἢ κατὰ ποιμαίνουσαν κόρην δῶρα ὠνομάζετο παρ’ ἑκάστου—, ποτὲ δὲ 〈ἐννοήσασ〉 ὡς κρείττων ἐστὶν ἡ παρ‐ θένος μνηστήρων γεωργῶν καὶ ὡς, εἴ ποτε τοὺς ἀληθινοὺς</w:t>
      </w:r>
    </w:p>
    <w:p>
      <w:r>
        <w:rPr>
          <w:rFonts w:ascii="Courier New" w:hAnsi="Courier New"/>
          <w:color w:val="555555"/>
          <w:sz w:val="20"/>
        </w:rPr>
        <w:t>[5]</w:t>
      </w:r>
    </w:p>
    <w:p>
      <w:r>
        <w:rPr>
          <w:rFonts w:ascii="Gentium Plus" w:hAnsi="Gentium Plus"/>
          <w:sz w:val="24"/>
        </w:rPr>
        <w:t>γονέας εὕροι, μεγάλως αὐτοὺς εὐδαίμονας θήσει, ἀνεβάλλε‐ το τὴν ἀπόκρισιν καὶ εἷλκε χρόνον ἐκ χρόνου καὶ ἐν τῷ τέως ἀπεκέρδαινεν οὐκ ὀλίγα δῶρα.</w:t>
      </w:r>
    </w:p>
    <w:p>
      <w:r>
        <w:rPr>
          <w:rFonts w:ascii="Courier New" w:hAnsi="Courier New"/>
          <w:color w:val="555555"/>
          <w:sz w:val="20"/>
        </w:rPr>
        <w:t>[3 . 25 . 4]</w:t>
      </w:r>
    </w:p>
    <w:p>
      <w:r>
        <w:rPr>
          <w:rFonts w:ascii="Gentium Plus" w:hAnsi="Gentium Plus"/>
          <w:sz w:val="24"/>
        </w:rPr>
        <w:t>Ἡ μὲν δὴ μαθοῦσα λυπηρῶς πάνυ διῆγε καὶ τὸν Δάφνιν ἐλάνθανεν ἐπὶ πολύ,</w:t>
      </w:r>
    </w:p>
    <w:p>
      <w:r>
        <w:rPr>
          <w:rFonts w:ascii="Courier New" w:hAnsi="Courier New"/>
          <w:color w:val="555555"/>
          <w:sz w:val="20"/>
        </w:rPr>
        <w:t>[5]</w:t>
      </w:r>
    </w:p>
    <w:p>
      <w:r>
        <w:rPr>
          <w:rFonts w:ascii="Gentium Plus" w:hAnsi="Gentium Plus"/>
          <w:sz w:val="24"/>
        </w:rPr>
        <w:t>τα αὐτῷ διηγεῖται, τοὺς μνηστευομένους ὡς πολλοὶ καὶ πλούσιοι, τοὺς λόγους οὓς ἡ Νάπη σπεύδουσα πρὸς τὸν γάμον ἔλεγεν, ὡς οὐκ ἀπείπατο Δρύας, ἀλλ’ ὡς εἰς τὸν τρυ‐ γητὸν ἀναβέβληται.</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[3 . 26 . 1]</w:t>
      </w:r>
    </w:p>
    <w:p>
      <w:r>
        <w:rPr>
          <w:rFonts w:ascii="Gentium Plus" w:hAnsi="Gentium Plus"/>
          <w:sz w:val="24"/>
        </w:rPr>
        <w:t>Ἔκφρων ἐπὶ τούτοις ὁ Δάφνις γίνεται καὶ ἐδάκρυσε καθήμενος, ἀποθανεῖσθαι μηκέτι νεμούσης Χλόης λέγων· καὶ οὐκ αὐτὸς μόνος, ἀλλὰ καὶ τὰ πρόβατα μετὰ τοι‐ οῦτον ποιμένα. Εἶτα ἀνενεγκὼν ἐθάρρει καὶ πείσειν ἐνενόει</w:t>
      </w:r>
    </w:p>
    <w:p>
      <w:r>
        <w:rPr>
          <w:rFonts w:ascii="Courier New" w:hAnsi="Courier New"/>
          <w:color w:val="555555"/>
          <w:sz w:val="20"/>
        </w:rPr>
        <w:t>[5]</w:t>
      </w:r>
    </w:p>
    <w:p>
      <w:r>
        <w:rPr>
          <w:rFonts w:ascii="Gentium Plus" w:hAnsi="Gentium Plus"/>
          <w:sz w:val="24"/>
        </w:rPr>
        <w:t>τὸν πατέρα καὶ ἕνα τῶν μνωμένων αὑτὸν ἠρίθμει καὶ πολὺ κρατήσειν ἤλπιζε τῶν ἄλλων.</w:t>
      </w:r>
    </w:p>
    <w:p>
      <w:r>
        <w:rPr>
          <w:rFonts w:ascii="Courier New" w:hAnsi="Courier New"/>
          <w:color w:val="555555"/>
          <w:sz w:val="20"/>
        </w:rPr>
        <w:t>[3 . 26 . 2]</w:t>
      </w:r>
    </w:p>
    <w:p>
      <w:r>
        <w:rPr>
          <w:rFonts w:ascii="Gentium Plus" w:hAnsi="Gentium Plus"/>
          <w:sz w:val="24"/>
        </w:rPr>
        <w:t>Ἓν αὐτὸν ἐτά‐ ραττεν· οὐκ ἦν Λάμων πλούσιος· τοῦτο αὐτοῦ τὴν ἐλπίδα μόνον λεπτὴν εἰργάζετο· ὅμως δὲ ἐδόκει μνᾶσθαι, καὶ τῇ Χλόῃ συνεδόκει. Τῷ Λάμωνι μὲν οὖν οὐδὲν ἐτόλμησεν</w:t>
      </w:r>
    </w:p>
    <w:p>
      <w:r>
        <w:rPr>
          <w:rFonts w:ascii="Courier New" w:hAnsi="Courier New"/>
          <w:color w:val="555555"/>
          <w:sz w:val="20"/>
        </w:rPr>
        <w:t>[5]</w:t>
      </w:r>
    </w:p>
    <w:p>
      <w:r>
        <w:rPr>
          <w:rFonts w:ascii="Gentium Plus" w:hAnsi="Gentium Plus"/>
          <w:sz w:val="24"/>
        </w:rPr>
        <w:t>εἰπεῖν, τῇ Μυρτάλῃ δὲ θαρρήσας καὶ τὸν ἔρωτα ἐμήνυσε καὶ περὶ τοῦ γάμου λόγους προσήνεγκεν· ἡ δὲ τῷ Λάμωνι νύκτωρ ἐκοινώσατο.</w:t>
      </w:r>
    </w:p>
    <w:p>
      <w:r>
        <w:rPr>
          <w:rFonts w:ascii="Courier New" w:hAnsi="Courier New"/>
          <w:color w:val="555555"/>
          <w:sz w:val="20"/>
        </w:rPr>
        <w:t>[3 . 26 . 3]</w:t>
      </w:r>
    </w:p>
    <w:p>
      <w:r>
        <w:rPr>
          <w:rFonts w:ascii="Gentium Plus" w:hAnsi="Gentium Plus"/>
          <w:sz w:val="24"/>
        </w:rPr>
        <w:t>Σκληρῶς δὲ ἐκείνου τὴν ἔντευξιν ἐνεγκόντος καὶ λοιδορήσαντος εἰ παιδὶ θυγάτριον ποιμένων προξενεῖ μεγάλην ἐν τοῖς γνωρίσμασιν ἐπαγγελλομένῳ τύχην, ὃς αὐτούς, εὑρὼν τοὺς οἰκείους, καὶ ἐλευθέρους</w:t>
      </w:r>
    </w:p>
    <w:p>
      <w:r>
        <w:rPr>
          <w:rFonts w:ascii="Courier New" w:hAnsi="Courier New"/>
          <w:color w:val="555555"/>
          <w:sz w:val="20"/>
        </w:rPr>
        <w:t>[5]</w:t>
      </w:r>
    </w:p>
    <w:p>
      <w:r>
        <w:rPr>
          <w:rFonts w:ascii="Gentium Plus" w:hAnsi="Gentium Plus"/>
          <w:sz w:val="24"/>
        </w:rPr>
        <w:t>θήσει καὶ δεσπότας ἀγρῶν μειζόνων, ἡ Μυρτάλη διὰ τὸν ἔρωτα φοβουμένη μὴ τελέως ἀπελπίσας ὁ Δάφνις τὸν γάμον τολμήσῃ τι θανατῶδες, ἄλλας αὐτῷ τῆς ἀντιρρήσεως αἰτίας ἀπήγγελλε.</w:t>
      </w:r>
    </w:p>
    <w:p>
      <w:r>
        <w:rPr>
          <w:rFonts w:ascii="Courier New" w:hAnsi="Courier New"/>
          <w:color w:val="555555"/>
          <w:sz w:val="20"/>
        </w:rPr>
        <w:t>[3 . 26 . 4]</w:t>
      </w:r>
    </w:p>
    <w:p>
      <w:r>
        <w:rPr>
          <w:rFonts w:ascii="Gentium Plus" w:hAnsi="Gentium Plus"/>
          <w:sz w:val="24"/>
        </w:rPr>
        <w:t>«Πένητές ἐσμεν, ὦ παῖ, καὶ δεό‐</w:t>
      </w:r>
    </w:p>
    <w:p>
      <w:r>
        <w:rPr>
          <w:rFonts w:ascii="Courier New" w:hAnsi="Courier New"/>
          <w:color w:val="555555"/>
          <w:sz w:val="20"/>
        </w:rPr>
        <w:t>[5]</w:t>
      </w:r>
    </w:p>
    <w:p>
      <w:r>
        <w:rPr>
          <w:rFonts w:ascii="Gentium Plus" w:hAnsi="Gentium Plus"/>
          <w:sz w:val="24"/>
        </w:rPr>
        <w:t>τως δέ που κἀκείνη φιλεῖ σε καὶ βούλεται συγκαθεύδειν πένητι καλῷ μᾶλλον ἢ πιθήκῳ πλουσίῳ.»</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[3 . 27 . 1]</w:t>
      </w:r>
    </w:p>
    <w:p>
      <w:r>
        <w:rPr>
          <w:rFonts w:ascii="Gentium Plus" w:hAnsi="Gentium Plus"/>
          <w:sz w:val="24"/>
        </w:rPr>
        <w:t>Μυρτάλη μὲν οὖν οὔποτε ἐλπίσασα Δρύαντα τούτοις συντεθήσεσθαι μνηστῆρας ἔχοντα πλουσιωτάτους εὐπρεπῶς ᾤετο παρῃτῆσθαι τὸν γάμον· Δάφνις δὲ οὐκ εἶχε μέμφεσθαι τὰ λελεγμένα. Λειπόμενος δὲ πολὺ τῶν</w:t>
      </w:r>
    </w:p>
    <w:p>
      <w:r>
        <w:rPr>
          <w:rFonts w:ascii="Courier New" w:hAnsi="Courier New"/>
          <w:color w:val="555555"/>
          <w:sz w:val="20"/>
        </w:rPr>
        <w:t>[5]</w:t>
      </w:r>
    </w:p>
    <w:p>
      <w:r>
        <w:rPr>
          <w:rFonts w:ascii="Gentium Plus" w:hAnsi="Gentium Plus"/>
          <w:sz w:val="24"/>
        </w:rPr>
        <w:t>αἰτουμένων τὸ σύνηθες ἐρασταῖς πενομένοις ἔπραττεν· ἐδάκρυε καὶ τὰς Νύμφας αὖθις ἐκάλει βοηθούς.</w:t>
      </w:r>
    </w:p>
    <w:p>
      <w:r>
        <w:rPr>
          <w:rFonts w:ascii="Courier New" w:hAnsi="Courier New"/>
          <w:color w:val="555555"/>
          <w:sz w:val="20"/>
        </w:rPr>
        <w:t>[3 . 27 . 2]</w:t>
      </w:r>
    </w:p>
    <w:p>
      <w:r>
        <w:rPr>
          <w:rFonts w:ascii="Gentium Plus" w:hAnsi="Gentium Plus"/>
          <w:sz w:val="24"/>
        </w:rPr>
        <w:t>Αἱ δὲ αὐτῷ καθεύδοντι νύκτωρ ἐν τοῖς αὐτοῖς ἐφίστανται σχήμασιν, ἐν οἷς καὶ πρότερον· ἔλεγε δὲ ἡ πρεσβυτάτη πάλιν· «γάμου μὲν μέλει τῆς Χλόης ἄλλῳ θεῷ, δῶρα δέ σοι</w:t>
      </w:r>
    </w:p>
    <w:p>
      <w:r>
        <w:rPr>
          <w:rFonts w:ascii="Courier New" w:hAnsi="Courier New"/>
          <w:color w:val="555555"/>
          <w:sz w:val="20"/>
        </w:rPr>
        <w:t>[5]</w:t>
      </w:r>
    </w:p>
    <w:p>
      <w:r>
        <w:rPr>
          <w:rFonts w:ascii="Gentium Plus" w:hAnsi="Gentium Plus"/>
          <w:sz w:val="24"/>
        </w:rPr>
        <w:t>δώσομεν ἡμεῖς, ἃ θέλξει Δρύαντα.</w:t>
      </w:r>
    </w:p>
    <w:p>
      <w:r>
        <w:rPr>
          <w:rFonts w:ascii="Courier New" w:hAnsi="Courier New"/>
          <w:color w:val="555555"/>
          <w:sz w:val="20"/>
        </w:rPr>
        <w:t>[3 . 27 . 3]</w:t>
      </w:r>
    </w:p>
    <w:p>
      <w:r>
        <w:rPr>
          <w:rFonts w:ascii="Gentium Plus" w:hAnsi="Gentium Plus"/>
          <w:sz w:val="24"/>
        </w:rPr>
        <w:t>Ἡ ναῦς ἡ τῶν Μηθυμναίων νεανίσκων, ἧς τὴν λύγον αἱ σαί ποτε αἶγες κατέφαγον, ἡμέρᾳ μὲν ἐκείνῃ μακρὰν τῆς γῆς ὑπηνέχθη πνεύματι· νυκτὸς δέ, πελαγίου ταράξαντος ἀνέμου τὴν</w:t>
      </w:r>
    </w:p>
    <w:p>
      <w:r>
        <w:rPr>
          <w:rFonts w:ascii="Courier New" w:hAnsi="Courier New"/>
          <w:color w:val="555555"/>
          <w:sz w:val="20"/>
        </w:rPr>
        <w:t>[5]</w:t>
      </w:r>
    </w:p>
    <w:p>
      <w:r>
        <w:rPr>
          <w:rFonts w:ascii="Gentium Plus" w:hAnsi="Gentium Plus"/>
          <w:sz w:val="24"/>
        </w:rPr>
        <w:t>θάλασσαν, εἰς τὴν γῆν εἰς τὰς τῆς ἄκρας πέτρας ἐξε‐ βράσθη.</w:t>
      </w:r>
    </w:p>
    <w:p>
      <w:r>
        <w:rPr>
          <w:rFonts w:ascii="Courier New" w:hAnsi="Courier New"/>
          <w:color w:val="555555"/>
          <w:sz w:val="20"/>
        </w:rPr>
        <w:t>[3 . 27 . 4]</w:t>
      </w:r>
    </w:p>
    <w:p>
      <w:r>
        <w:rPr>
          <w:rFonts w:ascii="Gentium Plus" w:hAnsi="Gentium Plus"/>
          <w:sz w:val="24"/>
        </w:rPr>
        <w:t>Αὕτη μὲν οὖν διεφθάρη καὶ πολλὰ τῶν ἐν αὐτῇ· βαλάντιον δὲ τρισχιλίων δραχμῶν ὑπὸ τοῦ κύματος ἀπεπτύσθη καὶ κεῖται φυκίοις κεκαλυμμένον πλησίον δελ‐ φῖνος νεκροῦ, δι’ ὃν οὐδεὶς οὐδὲ προσῆλθεν ὁδοιπόρος, τὸ</w:t>
      </w:r>
    </w:p>
    <w:p>
      <w:r>
        <w:rPr>
          <w:rFonts w:ascii="Courier New" w:hAnsi="Courier New"/>
          <w:color w:val="555555"/>
          <w:sz w:val="20"/>
        </w:rPr>
        <w:t>[5]</w:t>
      </w:r>
    </w:p>
    <w:p>
      <w:r>
        <w:rPr>
          <w:rFonts w:ascii="Gentium Plus" w:hAnsi="Gentium Plus"/>
          <w:sz w:val="24"/>
        </w:rPr>
        <w:t>δυσῶδες τῆς σηπεδόνος παρατρέχων.</w:t>
      </w:r>
    </w:p>
    <w:p>
      <w:r>
        <w:rPr>
          <w:rFonts w:ascii="Courier New" w:hAnsi="Courier New"/>
          <w:color w:val="555555"/>
          <w:sz w:val="20"/>
        </w:rPr>
        <w:t>[3 . 27 . 5]</w:t>
      </w:r>
    </w:p>
    <w:p>
      <w:r>
        <w:rPr>
          <w:rFonts w:ascii="Gentium Plus" w:hAnsi="Gentium Plus"/>
          <w:sz w:val="24"/>
        </w:rPr>
        <w:t>Ἀλλὰ σὺ πρό‐ σελθε καὶ προσελθὼν ἀνελοῦ καὶ ἀνελόμενος δός. Ἱκανόν σοι νῦν δόξαι μὴ πένητι, χρόνῳ δὲ ὕστερον ἔσῃ καὶ πλού‐</w:t>
      </w:r>
    </w:p>
    <w:p>
      <w:r>
        <w:rPr>
          <w:rFonts w:ascii="Courier New" w:hAnsi="Courier New"/>
          <w:color w:val="555555"/>
          <w:sz w:val="20"/>
        </w:rPr>
        <w:t>[3 . 28 . 1]</w:t>
      </w:r>
    </w:p>
    <w:p>
      <w:r>
        <w:rPr>
          <w:rFonts w:ascii="Gentium Plus" w:hAnsi="Gentium Plus"/>
          <w:sz w:val="24"/>
        </w:rPr>
        <w:t>Αἱ μὲν ταῦτα εἰποῦσαι τῇ νυκτὶ συναπῆλθον· γενομένης δὲ ἡμέρας ἀναπηδήσας ὁ Δάφνις περιχαρὴς ἤλαυνε ῥοίζῳ πολλῷ τὰς αἶγας εἰς τὴν νομήν· καὶ τὴν Χλόην φιλήσας καὶ τὰς Νύμφας προσκυνήσας κατῆλθεν</w:t>
      </w:r>
    </w:p>
    <w:p>
      <w:r>
        <w:rPr>
          <w:rFonts w:ascii="Courier New" w:hAnsi="Courier New"/>
          <w:color w:val="555555"/>
          <w:sz w:val="20"/>
        </w:rPr>
        <w:t>[5]</w:t>
      </w:r>
    </w:p>
    <w:p>
      <w:r>
        <w:rPr>
          <w:rFonts w:ascii="Gentium Plus" w:hAnsi="Gentium Plus"/>
          <w:sz w:val="24"/>
        </w:rPr>
        <w:t>ἐπὶ θάλασσαν, ὡς περιρράνασθαι θέλων· καὶ ἐπὶ τῆς ψάμ‐ μου πλησίον τῆς κυματωγῆς ἐβάδιζε ζητῶν τὰς τρισχι‐ λίας.</w:t>
      </w:r>
    </w:p>
    <w:p>
      <w:r>
        <w:rPr>
          <w:rFonts w:ascii="Courier New" w:hAnsi="Courier New"/>
          <w:color w:val="555555"/>
          <w:sz w:val="20"/>
        </w:rPr>
        <w:t>[3 . 28 . 2]</w:t>
      </w:r>
    </w:p>
    <w:p>
      <w:r>
        <w:rPr>
          <w:rFonts w:ascii="Gentium Plus" w:hAnsi="Gentium Plus"/>
          <w:sz w:val="24"/>
        </w:rPr>
        <w:t>Ἔμελλε δὲ ἄρα οὐ πολὺν κάματον ἕξειν· ὁ γὰρ δελφὶς οὐκ ἀγαθὸν ὀδωδὼς αὐτῷ προσέπιπτεν ἐρριμμένος καὶ μυδῶν· οὗ τῇ σηπεδόνι καθάπερ ἡγεμόνι χρώμενος ὁδοῦ προσῆλθέ τε εὐθὺς καὶ τὰ φυκία ἀφελὼν εὑρίσκει τὸ</w:t>
      </w:r>
    </w:p>
    <w:p>
      <w:r>
        <w:rPr>
          <w:rFonts w:ascii="Courier New" w:hAnsi="Courier New"/>
          <w:color w:val="555555"/>
          <w:sz w:val="20"/>
        </w:rPr>
        <w:t>[5]</w:t>
      </w:r>
    </w:p>
    <w:p>
      <w:r>
        <w:rPr>
          <w:rFonts w:ascii="Gentium Plus" w:hAnsi="Gentium Plus"/>
          <w:sz w:val="24"/>
        </w:rPr>
        <w:t>βαλάντιον ἀργυρίου μεστόν.</w:t>
      </w:r>
    </w:p>
    <w:p>
      <w:r>
        <w:rPr>
          <w:rFonts w:ascii="Courier New" w:hAnsi="Courier New"/>
          <w:color w:val="555555"/>
          <w:sz w:val="20"/>
        </w:rPr>
        <w:t>[3 . 28 . 3]</w:t>
      </w:r>
    </w:p>
    <w:p>
      <w:r>
        <w:rPr>
          <w:rFonts w:ascii="Gentium Plus" w:hAnsi="Gentium Plus"/>
          <w:sz w:val="24"/>
        </w:rPr>
        <w:t>Τοῦτο ἀνελόμενος καὶ εἰς τὴν πήραν ἐνθέμενος οὐ πρόσθεν ἀπῆλθε, πρὶν τὰς Νύμφας εὐφημῆσαι καὶ αὐτὴν τὴν θάλασσαν· καίπερ γὰρ αἰπόλος ὤν, ἤδη καὶ τὴν θάλασσαν ἐνόμιζε τῆς γῆς</w:t>
      </w:r>
    </w:p>
    <w:p>
      <w:r>
        <w:rPr>
          <w:rFonts w:ascii="Courier New" w:hAnsi="Courier New"/>
          <w:color w:val="555555"/>
          <w:sz w:val="20"/>
        </w:rPr>
        <w:t>[5]</w:t>
      </w:r>
    </w:p>
    <w:p>
      <w:r>
        <w:rPr>
          <w:rFonts w:ascii="Gentium Plus" w:hAnsi="Gentium Plus"/>
          <w:sz w:val="24"/>
        </w:rPr>
        <w:t>γλυκυτέραν, ὡς εἰς τὸν γάμον αὐτῷ τὸν Χλόης συλλαμβά‐ νουσαν.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[3 . 29 . 1]</w:t>
      </w:r>
    </w:p>
    <w:p>
      <w:r>
        <w:rPr>
          <w:rFonts w:ascii="Gentium Plus" w:hAnsi="Gentium Plus"/>
          <w:sz w:val="24"/>
        </w:rPr>
        <w:t>Εἰλημμένος δὲ τῶν τρισχιλίων οὐκέτ’ ἔμελλεν, ἀλλ’ ὡς πάντων ἀνθρώπων πλουσιώτατος, οὐ μόνον τῶν ἐκεῖ γεωργῶν, αὐτίκα ἐλθὼν παρὰ τὴν Χλόην διηγεῖται αὐτῇ τὸ ὄναρ, δείκνυσι τὸ βαλάντιον, κελεύει τὰς ἀγέλας</w:t>
      </w:r>
    </w:p>
    <w:p>
      <w:r>
        <w:rPr>
          <w:rFonts w:ascii="Courier New" w:hAnsi="Courier New"/>
          <w:color w:val="555555"/>
          <w:sz w:val="20"/>
        </w:rPr>
        <w:t>[5]</w:t>
      </w:r>
    </w:p>
    <w:p>
      <w:r>
        <w:rPr>
          <w:rFonts w:ascii="Gentium Plus" w:hAnsi="Gentium Plus"/>
          <w:sz w:val="24"/>
        </w:rPr>
        <w:t>φυλάττειν, ἔστ’ ἂν ἐπανέλθῃ, καὶ συντείνας σοβεῖ παρὰ τὸν Δρύαντα. Καὶ εὑρὼν πυρούς τινας ἁλωνοτριβοῦντα μετὰ τῆς Νάπης πάνυ θρασὺν ἐμβάλλει λόγον περὶ γάμου.</w:t>
      </w:r>
    </w:p>
    <w:p>
      <w:r>
        <w:rPr>
          <w:rFonts w:ascii="Courier New" w:hAnsi="Courier New"/>
          <w:color w:val="555555"/>
          <w:sz w:val="20"/>
        </w:rPr>
        <w:t>[3 . 29 . 2]</w:t>
      </w:r>
    </w:p>
    <w:p>
      <w:r>
        <w:rPr>
          <w:rFonts w:ascii="Gentium Plus" w:hAnsi="Gentium Plus"/>
          <w:sz w:val="24"/>
        </w:rPr>
        <w:t>«Ἐμοὶ δὸς Χλόην γυναῖκα· ἐγὼ καὶ θερίζειν οἶδα καλῶς καὶ κλᾶν ἄμπελον καὶ φυτὰ κατορύττειν· οἶδα καὶ</w:t>
      </w:r>
    </w:p>
    <w:p>
      <w:r>
        <w:rPr>
          <w:rFonts w:ascii="Courier New" w:hAnsi="Courier New"/>
          <w:color w:val="555555"/>
          <w:sz w:val="20"/>
        </w:rPr>
        <w:t>[5]</w:t>
      </w:r>
    </w:p>
    <w:p>
      <w:r>
        <w:rPr>
          <w:rFonts w:ascii="Gentium Plus" w:hAnsi="Gentium Plus"/>
          <w:sz w:val="24"/>
        </w:rPr>
        <w:t>σίονας πεποίηκα· ἔθρεψα καὶ τράγους μεγάλους καὶ καλούς· πρότερον δὲ ἀλλοτρίοις τὰς αἶγας ὑπεβάλλομεν.</w:t>
      </w:r>
    </w:p>
    <w:p>
      <w:r>
        <w:rPr>
          <w:rFonts w:ascii="Courier New" w:hAnsi="Courier New"/>
          <w:color w:val="555555"/>
          <w:sz w:val="20"/>
        </w:rPr>
        <w:t>[3 . 29 . 3]</w:t>
      </w:r>
    </w:p>
    <w:p>
      <w:r>
        <w:rPr>
          <w:rFonts w:ascii="Gentium Plus" w:hAnsi="Gentium Plus"/>
          <w:sz w:val="24"/>
        </w:rPr>
        <w:t>Ἀλλὰ καὶ νέος εἰμὶ καὶ γείτων ὑμῖν ἄμεμπτος· καί με ἔθρεψεν αἴξ, ὡς Χλόην ὄϊς. Τοσοῦτον δὲ τῶν ἄλλων κρατῶν οὐδὲ δώροις ἡττηθήσομαι·</w:t>
      </w:r>
    </w:p>
    <w:p>
      <w:r>
        <w:rPr>
          <w:rFonts w:ascii="Courier New" w:hAnsi="Courier New"/>
          <w:color w:val="555555"/>
          <w:sz w:val="20"/>
        </w:rPr>
        <w:t>[3 . 29 . 4]</w:t>
      </w:r>
    </w:p>
    <w:p>
      <w:r>
        <w:rPr>
          <w:rFonts w:ascii="Gentium Plus" w:hAnsi="Gentium Plus"/>
          <w:sz w:val="24"/>
        </w:rPr>
        <w:t>ἐκεῖνοι δώσουσιν αἶγας καὶ πρό‐ βατα καὶ ζεῦγος ψωραλέων βοῶν καὶ σῖτον μηδὲ ἀλεκτο‐ ρίδας θρέψαι δυνάμενον· παρ’ ἐμοῦ δὲ αἵδε ὑμῖν τρισχί‐ λιαι. Μόνον ἴστω τοῦτο μηδείς, μὴ Λάμων αὐτὸς οὑμὸς</w:t>
      </w:r>
    </w:p>
    <w:p>
      <w:r>
        <w:rPr>
          <w:rFonts w:ascii="Courier New" w:hAnsi="Courier New"/>
          <w:color w:val="555555"/>
          <w:sz w:val="20"/>
        </w:rPr>
        <w:t>[5]</w:t>
      </w:r>
    </w:p>
    <w:p>
      <w:r>
        <w:rPr>
          <w:rFonts w:ascii="Gentium Plus" w:hAnsi="Gentium Plus"/>
          <w:sz w:val="24"/>
        </w:rPr>
        <w:t>πατήρ.» Ἅμα τε ἐδίδου καὶ περιβαλὼν κατεφίλει.</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[3 . 30 . 1]</w:t>
      </w:r>
    </w:p>
    <w:p>
      <w:r>
        <w:rPr>
          <w:rFonts w:ascii="Gentium Plus" w:hAnsi="Gentium Plus"/>
          <w:sz w:val="24"/>
        </w:rPr>
        <w:t>Οἱ δὲ παρ’ ἐλπίδα ἰδόντες τοσοῦτον ἀργύριον, αὐτίκα τε δώσειν ἐπηγγέλλοντο τὴν Χλόην καὶ πείσειν ὑπισχνοῦντο τὸν Λάμωνα.</w:t>
      </w:r>
    </w:p>
    <w:p>
      <w:r>
        <w:rPr>
          <w:rFonts w:ascii="Courier New" w:hAnsi="Courier New"/>
          <w:color w:val="555555"/>
          <w:sz w:val="20"/>
        </w:rPr>
        <w:t>[3 . 30 . 2]</w:t>
      </w:r>
    </w:p>
    <w:p>
      <w:r>
        <w:rPr>
          <w:rFonts w:ascii="Gentium Plus" w:hAnsi="Gentium Plus"/>
          <w:sz w:val="24"/>
        </w:rPr>
        <w:t>Ἡ μὲν δὴ Νάπη μετὰ τοῦ Δάφνιδος αὐτοῦ μένουσα περιήλαυνε τὰς βοῦς καὶ τοῖς τριβόλοις κατειργάζετο τὸν στάχυν· ὁ δὲ Δρύας θησαυρί‐ σας τὸ βαλάντιον ἔνθα ἀπέκειτο τὰ γνωρίσματα, ταχὺς</w:t>
      </w:r>
    </w:p>
    <w:p>
      <w:r>
        <w:rPr>
          <w:rFonts w:ascii="Courier New" w:hAnsi="Courier New"/>
          <w:color w:val="555555"/>
          <w:sz w:val="20"/>
        </w:rPr>
        <w:t>[5]</w:t>
      </w:r>
    </w:p>
    <w:p>
      <w:r>
        <w:rPr>
          <w:rFonts w:ascii="Gentium Plus" w:hAnsi="Gentium Plus"/>
          <w:sz w:val="24"/>
        </w:rPr>
        <w:t>παρὰ τὸν Λάμωνα καὶ τὴν Μυρτάλην ἐφέρετο, μέλλων παρ’ αὐτῶν, τὸ καινότατον, μνᾶσθαι νυμφίον.</w:t>
      </w:r>
    </w:p>
    <w:p>
      <w:r>
        <w:rPr>
          <w:rFonts w:ascii="Courier New" w:hAnsi="Courier New"/>
          <w:color w:val="555555"/>
          <w:sz w:val="20"/>
        </w:rPr>
        <w:t>[3 . 30 . 3]</w:t>
      </w:r>
    </w:p>
    <w:p>
      <w:r>
        <w:rPr>
          <w:rFonts w:ascii="Gentium Plus" w:hAnsi="Gentium Plus"/>
          <w:sz w:val="24"/>
        </w:rPr>
        <w:t>Εὑρὼν δὲ κἀκείνους κριθία μετροῦντας οὐ πρὸ πολλοῦ λελικμη‐ μένα ἀθύμως τε ἔχοντας ὅτι μικροῦ δεῖν ὀλιγώτερα ἦν τῶν καταβληθέντων σπερμάτων, ἐπ’ ἐκείνοις μὲν παρεμυθή‐</w:t>
      </w:r>
    </w:p>
    <w:p>
      <w:r>
        <w:rPr>
          <w:rFonts w:ascii="Courier New" w:hAnsi="Courier New"/>
          <w:color w:val="555555"/>
          <w:sz w:val="20"/>
        </w:rPr>
        <w:t>[5]</w:t>
      </w:r>
    </w:p>
    <w:p>
      <w:r>
        <w:rPr>
          <w:rFonts w:ascii="Gentium Plus" w:hAnsi="Gentium Plus"/>
          <w:sz w:val="24"/>
        </w:rPr>
        <w:t>σατο, κοινὴν ὁμολογήσας αἰτίαν γεγονέναι πανταχοῦ·</w:t>
      </w:r>
    </w:p>
    <w:p>
      <w:r>
        <w:rPr>
          <w:rFonts w:ascii="Courier New" w:hAnsi="Courier New"/>
          <w:color w:val="555555"/>
          <w:sz w:val="20"/>
        </w:rPr>
        <w:t>[3 . 30 . 4]</w:t>
      </w:r>
    </w:p>
    <w:p>
      <w:r>
        <w:rPr>
          <w:rFonts w:ascii="Gentium Plus" w:hAnsi="Gentium Plus"/>
          <w:sz w:val="24"/>
        </w:rPr>
        <w:t>τὸν δὲ Δάφνιν ᾐτεῖτο Χλόῃ καὶ ἔλεγεν ὅτι πολλὰ</w:t>
      </w:r>
    </w:p>
    <w:p>
      <w:r>
        <w:rPr>
          <w:rFonts w:ascii="Courier New" w:hAnsi="Courier New"/>
          <w:color w:val="555555"/>
          <w:sz w:val="20"/>
        </w:rPr>
        <w:t>[5]</w:t>
      </w:r>
    </w:p>
    <w:p>
      <w:r>
        <w:rPr>
          <w:rFonts w:ascii="Gentium Plus" w:hAnsi="Gentium Plus"/>
          <w:sz w:val="24"/>
        </w:rPr>
        <w:t>ἤδη δὲ καὶ ἡλικίαν ἔχειν ὡς συγκαθεύδειν μετ’ ἀλλήλων.</w:t>
      </w:r>
    </w:p>
    <w:p>
      <w:r>
        <w:rPr>
          <w:rFonts w:ascii="Courier New" w:hAnsi="Courier New"/>
          <w:color w:val="555555"/>
          <w:sz w:val="20"/>
        </w:rPr>
        <w:t>[3 . 30 . 5]</w:t>
      </w:r>
    </w:p>
    <w:p>
      <w:r>
        <w:rPr>
          <w:rFonts w:ascii="Gentium Plus" w:hAnsi="Gentium Plus"/>
          <w:sz w:val="24"/>
        </w:rPr>
        <w:t>Ὁ μὲν ταῦτα καὶ ἔτι πλείω ἔλεγεν, οἷα τοῦ πεῖσαι λέγων ἆθλον ἔχων τὰς τρισχιλίας· ὁ δὲ Λάμων μήτε πενίαν ἔτι προβάλλεσθαι δυνάμενος—αὐτοὶ γὰρ οὐχ ὑπερη‐ φάνουν—μήτε ἡλικίαν Δάφνιδος—ἤδη γὰρ μειράκιον ἦν</w:t>
      </w:r>
    </w:p>
    <w:p>
      <w:r>
        <w:rPr>
          <w:rFonts w:ascii="Courier New" w:hAnsi="Courier New"/>
          <w:color w:val="555555"/>
          <w:sz w:val="20"/>
        </w:rPr>
        <w:t>[5]</w:t>
      </w:r>
    </w:p>
    <w:p>
      <w:r>
        <w:rPr>
          <w:rFonts w:ascii="Gentium Plus" w:hAnsi="Gentium Plus"/>
          <w:sz w:val="24"/>
        </w:rPr>
        <w:t>—τὸ μὲν ἀληθὲς οὐδ’ ὣς ἐξηγόρευσεν, ὅτι κρείττων ἐστὶ τοιούτου γάμου, χρόνον δὲ σιωπήσας ὀλίγον οὕτως ἀπε‐ κρίνατο·</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[3 . 31 . 1]</w:t>
      </w:r>
    </w:p>
    <w:p>
      <w:r>
        <w:rPr>
          <w:rFonts w:ascii="Gentium Plus" w:hAnsi="Gentium Plus"/>
          <w:sz w:val="24"/>
        </w:rPr>
        <w:t>«Δίκαια ποιεῖτε τοὺς γείτονας προτιμῶντες τῶν ξένων καὶ πενίας ἀγαθῆς πλοῦτον μὴ νομίζοντες κρείττονα. Ὁ Πὰν ὑμᾶς ἀντὶ τῶνδε καὶ αἱ Νύμφαι φιλή‐ σειαν.</w:t>
      </w:r>
    </w:p>
    <w:p>
      <w:r>
        <w:rPr>
          <w:rFonts w:ascii="Courier New" w:hAnsi="Courier New"/>
          <w:color w:val="555555"/>
          <w:sz w:val="20"/>
        </w:rPr>
        <w:t>[3 . 31 . 2]</w:t>
      </w:r>
    </w:p>
    <w:p>
      <w:r>
        <w:rPr>
          <w:rFonts w:ascii="Gentium Plus" w:hAnsi="Gentium Plus"/>
          <w:sz w:val="24"/>
        </w:rPr>
        <w:t>Ἐγὼ δὲ σπεύδω μὲν καὶ αὐτὸς τὸν γάμον τοῦ‐ τον· καὶ γὰρ ἂν μαινοίμην, εἰ μὴ γέρων τε ὢν ἤδη καὶ χει‐ ρὸς εἰς τὰ ἔργα δεόμενος περιττοτέρας ᾤμην καὶ τὸν ὑμέ‐ τερον οἶκον φίλον προσλαβεῖν ἀγαθόν τι μέγα·</w:t>
      </w:r>
    </w:p>
    <w:p>
      <w:r>
        <w:rPr>
          <w:rFonts w:ascii="Courier New" w:hAnsi="Courier New"/>
          <w:color w:val="555555"/>
          <w:sz w:val="20"/>
        </w:rPr>
        <w:t>[3 . 31 . 3]</w:t>
      </w:r>
    </w:p>
    <w:p>
      <w:r>
        <w:rPr>
          <w:rFonts w:ascii="Gentium Plus" w:hAnsi="Gentium Plus"/>
          <w:sz w:val="24"/>
        </w:rPr>
        <w:t>περι‐ σπούδαστος δὲ καὶ Χλόη, καλὴ καὶ ὡραία κόρη καὶ πάντα ἀγαθή· δοῦλος δὲ ὢν οὐδενός εἰμι τῶν ἐμῶν κύριος, ἀλλὰ δεῖ τὸν δεσπότην μανθάνοντα ταῦτα συγχωρεῖν. Φέρε οὖν</w:t>
      </w:r>
    </w:p>
    <w:p>
      <w:r>
        <w:rPr>
          <w:rFonts w:ascii="Courier New" w:hAnsi="Courier New"/>
          <w:color w:val="555555"/>
          <w:sz w:val="20"/>
        </w:rPr>
        <w:t>[5]</w:t>
      </w:r>
    </w:p>
    <w:p>
      <w:r>
        <w:rPr>
          <w:rFonts w:ascii="Gentium Plus" w:hAnsi="Gentium Plus"/>
          <w:sz w:val="24"/>
        </w:rPr>
        <w:t>ἀναβαλώμεθα τὸν γάμον εἰς τὸ μετόπωρον·</w:t>
      </w:r>
    </w:p>
    <w:p>
      <w:r>
        <w:rPr>
          <w:rFonts w:ascii="Courier New" w:hAnsi="Courier New"/>
          <w:color w:val="555555"/>
          <w:sz w:val="20"/>
        </w:rPr>
        <w:t>[3 . 31 . 4]</w:t>
      </w:r>
    </w:p>
    <w:p>
      <w:r>
        <w:rPr>
          <w:rFonts w:ascii="Gentium Plus" w:hAnsi="Gentium Plus"/>
          <w:sz w:val="24"/>
        </w:rPr>
        <w:t>ἀφίξεσθαι τότε λέγουσιν αὐτὸν οἱ παραγινόμενοι πρὸς ἡμᾶς ἐξ ἄστεος. Τότε ἔσονται ἀνὴρ καὶ γυνή· νῦν δὲ φιλείτωσαν ἀλλήλους</w:t>
      </w:r>
    </w:p>
    <w:p>
      <w:r>
        <w:rPr>
          <w:rFonts w:ascii="Courier New" w:hAnsi="Courier New"/>
          <w:color w:val="555555"/>
          <w:sz w:val="20"/>
        </w:rPr>
        <w:t>[5]</w:t>
      </w:r>
    </w:p>
    <w:p>
      <w:r>
        <w:rPr>
          <w:rFonts w:ascii="Gentium Plus" w:hAnsi="Gentium Plus"/>
          <w:sz w:val="24"/>
        </w:rPr>
        <w:t>μειράκιον κρεῖττον ἡμῶν.» Ὁ μὲν ταῦτα εἰπὼν ἐφίλησέ τε αὐτὸν καὶ ὤρεξε πότον ἤδη μεσημβρίας ἀκμαζούσης καὶ προύπεμψε μέχρι τινός, φιλοφρονούμενος πάντα.</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[3 . 32 . 1]</w:t>
      </w:r>
    </w:p>
    <w:p>
      <w:r>
        <w:rPr>
          <w:rFonts w:ascii="Gentium Plus" w:hAnsi="Gentium Plus"/>
          <w:sz w:val="24"/>
        </w:rPr>
        <w:t>Ὁ δὲ Δρύας οὐ παρέργως ἀκούσας τὸν ὕστε‐ ρον λόγον τοῦ Λάμωνος ἐφρόντιζε βαδίζων καθ’ αὑτὸν ὅστις ὁ Δάφνις. «Ἐτράφη μὲν ὑπὸ αἰγὸς ὡς κηδομένων θεῶν· ἔστι δὲ καλὸς καὶ οὐδὲν ἐοικὼς σιμῷ γέροντι καὶ</w:t>
      </w:r>
    </w:p>
    <w:p>
      <w:r>
        <w:rPr>
          <w:rFonts w:ascii="Courier New" w:hAnsi="Courier New"/>
          <w:color w:val="555555"/>
          <w:sz w:val="20"/>
        </w:rPr>
        <w:t>[5]</w:t>
      </w:r>
    </w:p>
    <w:p>
      <w:r>
        <w:rPr>
          <w:rFonts w:ascii="Gentium Plus" w:hAnsi="Gentium Plus"/>
          <w:sz w:val="24"/>
        </w:rPr>
        <w:t>μαδώσῃ γυναικί· εὐπόρησε δὲ καὶ τρισχιλίων, ὅσον οὐδὲ ἀχράδων εἰκὸς ἔχειν αἰπόλον.</w:t>
      </w:r>
    </w:p>
    <w:p>
      <w:r>
        <w:rPr>
          <w:rFonts w:ascii="Courier New" w:hAnsi="Courier New"/>
          <w:color w:val="555555"/>
          <w:sz w:val="20"/>
        </w:rPr>
        <w:t>[3 . 32 . 2]</w:t>
      </w:r>
    </w:p>
    <w:p>
      <w:r>
        <w:rPr>
          <w:rFonts w:ascii="Gentium Plus" w:hAnsi="Gentium Plus"/>
          <w:sz w:val="24"/>
        </w:rPr>
        <w:t>Ἆρα καὶ τοῦτον ἐξέ‐ θηκέ τις ὡς Χλόην· Ἆρα καὶ τοῦτον εὗρε Λάμων ὡς ἐκείνην ἐγώ; Ἆρα καὶ γνωρίσματα ὅμοια παρέκειτο τοῖς εὑρεθεῖσιν ὑπ’ ἐμοῦ; Ἐὰν ταῦτα οὕτως, ὦ δέσποτα Πὰν</w:t>
      </w:r>
    </w:p>
    <w:p>
      <w:r>
        <w:rPr>
          <w:rFonts w:ascii="Courier New" w:hAnsi="Courier New"/>
          <w:color w:val="555555"/>
          <w:sz w:val="20"/>
        </w:rPr>
        <w:t>[5]</w:t>
      </w:r>
    </w:p>
    <w:p>
      <w:r>
        <w:rPr>
          <w:rFonts w:ascii="Gentium Plus" w:hAnsi="Gentium Plus"/>
          <w:sz w:val="24"/>
        </w:rPr>
        <w:t>καὶ Νύμφαι φίλαι, τάχα οὗτος τοὺς ἰδίους εὑρὼν εὑρήσει τι καὶ τῶν Χλόης ἀπορρήτων.»</w:t>
      </w:r>
    </w:p>
    <w:p>
      <w:r>
        <w:rPr>
          <w:rFonts w:ascii="Courier New" w:hAnsi="Courier New"/>
          <w:color w:val="555555"/>
          <w:sz w:val="20"/>
        </w:rPr>
        <w:t>[3 . 32 . 3]</w:t>
      </w:r>
    </w:p>
    <w:p>
      <w:r>
        <w:rPr>
          <w:rFonts w:ascii="Gentium Plus" w:hAnsi="Gentium Plus"/>
          <w:sz w:val="24"/>
        </w:rPr>
        <w:t>Τοιαῦτα μὲν πρὸς αὑτὸν ἐφρόντιζε καὶ ὠνειροπόλει μέχρι τῆς ἅλω· ἐλθὼν δὲ ἐκεῖ καὶ τὸν Δάφνιν μετέωρον πρὸς τὴν ἀκοὴν κατα‐ λαβὼν ἀνέρρωσέ τε γαμβρὸν προσαγορεύσας καὶ τῷ μετο‐</w:t>
      </w:r>
    </w:p>
    <w:p>
      <w:r>
        <w:rPr>
          <w:rFonts w:ascii="Courier New" w:hAnsi="Courier New"/>
          <w:color w:val="555555"/>
          <w:sz w:val="20"/>
        </w:rPr>
        <w:t>[5]</w:t>
      </w:r>
    </w:p>
    <w:p>
      <w:r>
        <w:rPr>
          <w:rFonts w:ascii="Gentium Plus" w:hAnsi="Gentium Plus"/>
          <w:sz w:val="24"/>
        </w:rPr>
        <w:t>πώρῳ τοὺς γάμους θύσειν ἐπαγγέλλεται, δεξιάν τε ἔδωκεν ὡς οὐδενὸς ἐσομένης ὅτι μὴ Δάφνιδος Χλόης.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[3 . 33 . 1]</w:t>
      </w:r>
    </w:p>
    <w:p>
      <w:r>
        <w:rPr>
          <w:rFonts w:ascii="Gentium Plus" w:hAnsi="Gentium Plus"/>
          <w:sz w:val="24"/>
        </w:rPr>
        <w:t>Θᾶττον οὖν νοήματος, μηδὲν πιὼν μηδὲ φαγών, παρὰ τὴν Χλόην κατέδραμε· καὶ εὑρὼν αὐτὴν ἀμέλ‐ γουσαν καὶ τυροποιοῦσαν, τόν τε γάμον εὐηγγελίζετο καὶ ὡς γυναῖκα λοιπὸν μὴ λανθάνων κατεφίλει καὶ ἐκοινώνει</w:t>
      </w:r>
    </w:p>
    <w:p>
      <w:r>
        <w:rPr>
          <w:rFonts w:ascii="Courier New" w:hAnsi="Courier New"/>
          <w:color w:val="555555"/>
          <w:sz w:val="20"/>
        </w:rPr>
        <w:t>[5]</w:t>
      </w:r>
    </w:p>
    <w:p>
      <w:r>
        <w:rPr>
          <w:rFonts w:ascii="Gentium Plus" w:hAnsi="Gentium Plus"/>
          <w:sz w:val="24"/>
        </w:rPr>
        <w:t>τοῦ πόνου.</w:t>
      </w:r>
    </w:p>
    <w:p>
      <w:r>
        <w:rPr>
          <w:rFonts w:ascii="Courier New" w:hAnsi="Courier New"/>
          <w:color w:val="555555"/>
          <w:sz w:val="20"/>
        </w:rPr>
        <w:t>[3 . 33 . 2]</w:t>
      </w:r>
    </w:p>
    <w:p>
      <w:r>
        <w:rPr>
          <w:rFonts w:ascii="Gentium Plus" w:hAnsi="Gentium Plus"/>
          <w:sz w:val="24"/>
        </w:rPr>
        <w:t>Ἤμελγε μὲν εἰς γαυλοὺς τὸ γάλα, ἐνε‐ πήγνυ δὲ ταρσοῖς τοὺς τυρούς, προσέβαλλε ταῖς μητράσι τοὺς ἄρνας καὶ τοὺς ἐρίφους. Καλῶς δὲ ἐχόντων τούτων ἀπελούσαντο, ἐνέφαγον, ἔπιον, περιῄεσαν ζητοῦντες ὀπώ‐</w:t>
      </w:r>
    </w:p>
    <w:p>
      <w:r>
        <w:rPr>
          <w:rFonts w:ascii="Courier New" w:hAnsi="Courier New"/>
          <w:color w:val="555555"/>
          <w:sz w:val="20"/>
        </w:rPr>
        <w:t>[5]</w:t>
      </w:r>
    </w:p>
    <w:p>
      <w:r>
        <w:rPr>
          <w:rFonts w:ascii="Gentium Plus" w:hAnsi="Gentium Plus"/>
          <w:sz w:val="24"/>
        </w:rPr>
        <w:t>ραν ἀκμάζουσαν.</w:t>
      </w:r>
    </w:p>
    <w:p>
      <w:r>
        <w:rPr>
          <w:rFonts w:ascii="Courier New" w:hAnsi="Courier New"/>
          <w:color w:val="555555"/>
          <w:sz w:val="20"/>
        </w:rPr>
        <w:t>[3 . 33 . 3]</w:t>
      </w:r>
    </w:p>
    <w:p>
      <w:r>
        <w:rPr>
          <w:rFonts w:ascii="Gentium Plus" w:hAnsi="Gentium Plus"/>
          <w:sz w:val="24"/>
        </w:rPr>
        <w:t>Ἦν δὲ ἀφθονία πολλὴ διὰ τὸ τῆς ὥρας πάμφορον· πολλαὶ μὲν ἀχράδες, πολλαὶ δὲ ὄχναι πολλὰ δὲ μῆλα· τὰ μὲν ἤδη πεπτωκότα κάτω, τὰ δὲ ἔτι ἐπὶ τῶν φυτῶν· τὰ ἐπὶ τῆς γῆς εὐωδέστερα, τὰ ἐπὶ τῶν κλά‐</w:t>
      </w:r>
    </w:p>
    <w:p>
      <w:r>
        <w:rPr>
          <w:rFonts w:ascii="Courier New" w:hAnsi="Courier New"/>
          <w:color w:val="555555"/>
          <w:sz w:val="20"/>
        </w:rPr>
        <w:t>[5]</w:t>
      </w:r>
    </w:p>
    <w:p>
      <w:r>
        <w:rPr>
          <w:rFonts w:ascii="Gentium Plus" w:hAnsi="Gentium Plus"/>
          <w:sz w:val="24"/>
        </w:rPr>
        <w:t>δων εὐανθέστερα· τὰ μὲν οἷον οἶνος ἀπῶζε, τὰ δὲ οἷον χρυσὸς ἀπέλαμπε.</w:t>
      </w:r>
    </w:p>
    <w:p>
      <w:r>
        <w:rPr>
          <w:rFonts w:ascii="Courier New" w:hAnsi="Courier New"/>
          <w:color w:val="555555"/>
          <w:sz w:val="20"/>
        </w:rPr>
        <w:t>[3 . 33 . 4]</w:t>
      </w:r>
    </w:p>
    <w:p>
      <w:r>
        <w:rPr>
          <w:rFonts w:ascii="Gentium Plus" w:hAnsi="Gentium Plus"/>
          <w:sz w:val="24"/>
        </w:rPr>
        <w:t>Μία μηλέα τετρύγητο καὶ οὔτε καρπὸν εἶχεν οὔτε φύλλον· γυμνοὶ πάντες ἦσαν οἱ κλάδοι· καὶ ἓν μῆλον ἐπέττετο ἐπ’ αὐτοῖς ἄκροις ἀκρότατον, μέγα καὶ καλὸν καὶ τῶν πολλῶν τὴν εὐανθίαν ἐνίκα μόνον· ἔδει‐</w:t>
      </w:r>
    </w:p>
    <w:p>
      <w:r>
        <w:rPr>
          <w:rFonts w:ascii="Courier New" w:hAnsi="Courier New"/>
          <w:color w:val="555555"/>
          <w:sz w:val="20"/>
        </w:rPr>
        <w:t>[5]</w:t>
      </w:r>
    </w:p>
    <w:p>
      <w:r>
        <w:rPr>
          <w:rFonts w:ascii="Gentium Plus" w:hAnsi="Gentium Plus"/>
          <w:sz w:val="24"/>
        </w:rPr>
        <w:t>σεν ὁ τρυγῶν ἀνελθεῖν, ἠμέλησε καθελεῖν· τάχα δὲ καὶ ἐφυ‐ λάττετο τὸ καλὸν μῆλον ἐρωτικῷ ποιμένι.</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[3 . 34 . 1]</w:t>
      </w:r>
    </w:p>
    <w:p>
      <w:r>
        <w:rPr>
          <w:rFonts w:ascii="Gentium Plus" w:hAnsi="Gentium Plus"/>
          <w:sz w:val="24"/>
        </w:rPr>
        <w:t>Τοῦτο τὸ μῆλον ὡς εἶδεν ὁ Δάφνις, ὥρμα τρυγᾶν ἀνελθὼν καὶ Χλόης κωλυούσης ἠμέλησεν· ἡ μὲν ἀμεληθεῖσα, ὀργισθεῖσα πρὸς τὰς ἀγέλας ἀπῆλθε· Δάφνις δὲ ἀναδραμὼν ἐξίκετο τρυγῆσαι καὶ κομίσαι δῶρον Χλόῃ</w:t>
      </w:r>
    </w:p>
    <w:p>
      <w:r>
        <w:rPr>
          <w:rFonts w:ascii="Courier New" w:hAnsi="Courier New"/>
          <w:color w:val="555555"/>
          <w:sz w:val="20"/>
        </w:rPr>
        <w:t>[5]</w:t>
      </w:r>
    </w:p>
    <w:p>
      <w:r>
        <w:rPr>
          <w:rFonts w:ascii="Gentium Plus" w:hAnsi="Gentium Plus"/>
          <w:sz w:val="24"/>
        </w:rPr>
        <w:t>καὶ λόγον τοιόνδε εἶπεν ὠργισμένῃ· «ὦ παρθένε, τοῦτο τὸ μῆλον ἔφυσαν Ὧραι καλαὶ καὶ φυτὸν καλὸν ἔθρεψε πεπαί‐ νοντος Ἡλίου, καὶ ἐτήρησε Τύχη.</w:t>
      </w:r>
    </w:p>
    <w:p>
      <w:r>
        <w:rPr>
          <w:rFonts w:ascii="Courier New" w:hAnsi="Courier New"/>
          <w:color w:val="555555"/>
          <w:sz w:val="20"/>
        </w:rPr>
        <w:t>[3 . 34 . 2]</w:t>
      </w:r>
    </w:p>
    <w:p>
      <w:r>
        <w:rPr>
          <w:rFonts w:ascii="Gentium Plus" w:hAnsi="Gentium Plus"/>
          <w:sz w:val="24"/>
        </w:rPr>
        <w:t>Καὶ οὐκ ἔμελλον αὐτὸ καταλιπεῖν ὀφθαλμοὺς ἔχων, ἵνα πέσῃ χαμαὶ καὶ ἢ ποίμνιον αὐτὸ πατήσῃ νεμόμενον ἢ ἑρπετὸν φαρμάξῃ συρόμενον ἢ χρόνος δαπανήσῃ 〈ἐπι〉κείμενον, βλεπόμε‐</w:t>
      </w:r>
    </w:p>
    <w:p>
      <w:r>
        <w:rPr>
          <w:rFonts w:ascii="Courier New" w:hAnsi="Courier New"/>
          <w:color w:val="555555"/>
          <w:sz w:val="20"/>
        </w:rPr>
        <w:t>[5]</w:t>
      </w:r>
    </w:p>
    <w:p>
      <w:r>
        <w:rPr>
          <w:rFonts w:ascii="Gentium Plus" w:hAnsi="Gentium Plus"/>
          <w:sz w:val="24"/>
        </w:rPr>
        <w:t>νον, ἐπαινούμενον. Τοῦτο Ἀφροδίτη κάλλους ἔλαβεν ἆθλον· τοῦτο ἐγὼ σοὶ δίδωμι νικητήριον.</w:t>
      </w:r>
    </w:p>
    <w:p>
      <w:r>
        <w:rPr>
          <w:rFonts w:ascii="Courier New" w:hAnsi="Courier New"/>
          <w:color w:val="555555"/>
          <w:sz w:val="20"/>
        </w:rPr>
        <w:t>[3 . 34 . 3]</w:t>
      </w:r>
    </w:p>
    <w:p>
      <w:r>
        <w:rPr>
          <w:rFonts w:ascii="Gentium Plus" w:hAnsi="Gentium Plus"/>
          <w:sz w:val="24"/>
        </w:rPr>
        <w:t>Ὁμοίους ἔχετε τοὺς μάρτυρας· ἐκεῖνος ἦν ποιμήν, αἰπόλος ἐγώ.» Ταῦτα εἰπὼν ἐντίθησι τοῖς κόλποις· ἡ δὲ ἐγγὺς γενόμενον κατεφίλησεν, ὥστε ὁ Δάφνις οὐ μετέγνω τολμήσας ἀνελθεῖν εἰς τοσοῦτον</w:t>
      </w:r>
    </w:p>
    <w:p>
      <w:r>
        <w:rPr>
          <w:rFonts w:ascii="Courier New" w:hAnsi="Courier New"/>
          <w:color w:val="555555"/>
          <w:sz w:val="20"/>
        </w:rPr>
        <w:t>[5]</w:t>
      </w:r>
    </w:p>
    <w:p>
      <w:r>
        <w:rPr>
          <w:rFonts w:ascii="Gentium Plus" w:hAnsi="Gentium Plus"/>
          <w:sz w:val="24"/>
        </w:rPr>
        <w:t>ὕψος· ἔλαβε γὰρ κρεῖττον καὶ χρυσοῦ μήλου φίλημα.</w:t>
      </w:r>
    </w:p>
    <w:p>
      <w:r>
        <w:rPr>
          <w:rFonts w:ascii="Courier New" w:hAnsi="Courier New"/>
          <w:color w:val="555555"/>
          <w:sz w:val="20"/>
        </w:rPr>
        <w:t>[4 . 1 . 1]</w:t>
      </w:r>
    </w:p>
    <w:p>
      <w:r>
        <w:rPr>
          <w:rFonts w:ascii="Gentium Plus" w:hAnsi="Gentium Plus"/>
          <w:sz w:val="24"/>
        </w:rPr>
        <w:t>Ἥκων δέ τις ἐκ τῆς Μιτυλήνης ὁμόδουλος τοῦ Λάμωνος ἤγγειλεν ὅτι ὀλίγον πρὸ τοῦ τρυγητοῦ ὁ δεσπότης ἀφίξεται μαθησόμενος μή τι τοὺς ἀγροὺς ὁ τῶν Μηθυμ‐ ναίων ἐπίπλους ἐλυμήνατο.</w:t>
      </w:r>
    </w:p>
    <w:p>
      <w:r>
        <w:rPr>
          <w:rFonts w:ascii="Courier New" w:hAnsi="Courier New"/>
          <w:color w:val="555555"/>
          <w:sz w:val="20"/>
        </w:rPr>
        <w:t>[4 . 1 . 2]</w:t>
      </w:r>
    </w:p>
    <w:p>
      <w:r>
        <w:rPr>
          <w:rFonts w:ascii="Gentium Plus" w:hAnsi="Gentium Plus"/>
          <w:sz w:val="24"/>
        </w:rPr>
        <w:t>Ἤδη οὖν τοῦ θέρους ἀπιόντος καὶ τοῦ μετοπώρου προσιόντος παρεσκεύαζεν αὐτῷ τὴν καταγωγὴν ὁ Λάμων εἰς πᾶσαν θέας ἡδονήν.</w:t>
      </w:r>
    </w:p>
    <w:p>
      <w:r>
        <w:rPr>
          <w:rFonts w:ascii="Courier New" w:hAnsi="Courier New"/>
          <w:color w:val="555555"/>
          <w:sz w:val="20"/>
        </w:rPr>
        <w:t>[4 . 1 . 3]</w:t>
      </w:r>
    </w:p>
    <w:p>
      <w:r>
        <w:rPr>
          <w:rFonts w:ascii="Gentium Plus" w:hAnsi="Gentium Plus"/>
          <w:sz w:val="24"/>
        </w:rPr>
        <w:t>Πηγὰς ἐξεκάθαιρεν, ὡς τὸ ὕδωρ καθαρὸν ἔχοιεν· τὴν κόπρον ἐξεφόρει τῆς αὐλῆς, ὡς ἀπόζουσα μὴ διοχλοίη· τὸν παράδεισον ἐθεράπευεν, ὡς ὀφθείη καλός.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[4 . 2 . 1]</w:t>
      </w:r>
    </w:p>
    <w:p>
      <w:r>
        <w:rPr>
          <w:rFonts w:ascii="Gentium Plus" w:hAnsi="Gentium Plus"/>
          <w:sz w:val="24"/>
        </w:rPr>
        <w:t>Ἦν δὲ ὁ παράδεισος πάγκαλόν τι χρῆμα καὶ κατὰ τοὺς βασιλικούς. Ἐκτέτατο μὲν εἰς σταδίου μῆκος, ἐπέκειτο δὲ ἐν χώρῳ μετεώρῳ, τὸ εὖρος ἔχων πλέθρων τεττάρων.</w:t>
      </w:r>
    </w:p>
    <w:p>
      <w:r>
        <w:rPr>
          <w:rFonts w:ascii="Courier New" w:hAnsi="Courier New"/>
          <w:color w:val="555555"/>
          <w:sz w:val="20"/>
        </w:rPr>
        <w:t>[4 . 2 . 2]</w:t>
      </w:r>
    </w:p>
    <w:p>
      <w:r>
        <w:rPr>
          <w:rFonts w:ascii="Gentium Plus" w:hAnsi="Gentium Plus"/>
          <w:sz w:val="24"/>
        </w:rPr>
        <w:t>Εἴκασεν ἄν τις αὐτὸν πεδίῳ μακρῷ. Εἶχε δὲ πάντα δένδρα, μηλέας, μυρρίνας, ὄχνας καὶ ῥοιὰς καὶ συκῆν καὶ ἐλαίας· ἑτέρωθι ἄμπελον ὑψηλήν, καὶ ἐπέκειτο ταῖς μηλέαις καὶ ταῖς ὄχναις περκάζουσα, καθάπερ περὶ</w:t>
      </w:r>
    </w:p>
    <w:p>
      <w:r>
        <w:rPr>
          <w:rFonts w:ascii="Courier New" w:hAnsi="Courier New"/>
          <w:color w:val="555555"/>
          <w:sz w:val="20"/>
        </w:rPr>
        <w:t>[5]</w:t>
      </w:r>
    </w:p>
    <w:p>
      <w:r>
        <w:rPr>
          <w:rFonts w:ascii="Gentium Plus" w:hAnsi="Gentium Plus"/>
          <w:sz w:val="24"/>
        </w:rPr>
        <w:t>τοῦ καρποῦ αὐταῖς προσερίζουσα.</w:t>
      </w:r>
    </w:p>
    <w:p>
      <w:r>
        <w:rPr>
          <w:rFonts w:ascii="Courier New" w:hAnsi="Courier New"/>
          <w:color w:val="555555"/>
          <w:sz w:val="20"/>
        </w:rPr>
        <w:t>[4 . 2 . 3]</w:t>
      </w:r>
    </w:p>
    <w:p>
      <w:r>
        <w:rPr>
          <w:rFonts w:ascii="Gentium Plus" w:hAnsi="Gentium Plus"/>
          <w:sz w:val="24"/>
        </w:rPr>
        <w:t>Τοσαῦτα ἥμερα. Ἦσαν δὲ καὶ κυπάριττοι καὶ δάφναι καὶ πλάτανοι καὶ πίτυς. Ταύταις πάσαις ἀντὶ τῆς ἀμπέλου κιττὸς ἐπέ‐</w:t>
      </w:r>
    </w:p>
    <w:p>
      <w:r>
        <w:rPr>
          <w:rFonts w:ascii="Courier New" w:hAnsi="Courier New"/>
          <w:color w:val="555555"/>
          <w:sz w:val="20"/>
        </w:rPr>
        <w:t>[5]</w:t>
      </w:r>
    </w:p>
    <w:p>
      <w:r>
        <w:rPr>
          <w:rFonts w:ascii="Gentium Plus" w:hAnsi="Gentium Plus"/>
          <w:sz w:val="24"/>
        </w:rPr>
        <w:t>βότρυν ἐμιμεῖτο.</w:t>
      </w:r>
    </w:p>
    <w:p>
      <w:r>
        <w:rPr>
          <w:rFonts w:ascii="Courier New" w:hAnsi="Courier New"/>
          <w:color w:val="555555"/>
          <w:sz w:val="20"/>
        </w:rPr>
        <w:t>[4 . 2 . 4]</w:t>
      </w:r>
    </w:p>
    <w:p>
      <w:r>
        <w:rPr>
          <w:rFonts w:ascii="Gentium Plus" w:hAnsi="Gentium Plus"/>
          <w:sz w:val="24"/>
        </w:rPr>
        <w:t>Ἔνδον ἦν τὰ καρποφόρα φυτά, καθάπερ φρουρούμενα· ἔξωθεν περιειστήκει τὰ ἄκαρπα, καθάπερ θριγγὸς χειροποίητος· καὶ ταῦτα μέντοι λεπτῆς αἱμασιᾶς περιέθει περίβολος.</w:t>
      </w:r>
    </w:p>
    <w:p>
      <w:r>
        <w:rPr>
          <w:rFonts w:ascii="Courier New" w:hAnsi="Courier New"/>
          <w:color w:val="555555"/>
          <w:sz w:val="20"/>
        </w:rPr>
        <w:t>[4 . 2 . 5]</w:t>
      </w:r>
    </w:p>
    <w:p>
      <w:r>
        <w:rPr>
          <w:rFonts w:ascii="Gentium Plus" w:hAnsi="Gentium Plus"/>
          <w:sz w:val="24"/>
        </w:rPr>
        <w:t>Τέτμητο καὶ διακέκριτο πάντα καὶ στέλεχος στελέχους ἀφειστήκει, ἐν μετεώρῳ δὲ οἱ κλάδοι συνέπιπτον ἀλλήλοις καὶ ἐπήλλαττον τὰς κόμας· ἐδόκει μέντοι καὶ ἡ τούτων φύσις εἶναι τέχνη.</w:t>
      </w:r>
    </w:p>
    <w:p>
      <w:r>
        <w:rPr>
          <w:rFonts w:ascii="Courier New" w:hAnsi="Courier New"/>
          <w:color w:val="555555"/>
          <w:sz w:val="20"/>
        </w:rPr>
        <w:t>[4 . 2 . 6]</w:t>
      </w:r>
    </w:p>
    <w:p>
      <w:r>
        <w:rPr>
          <w:rFonts w:ascii="Gentium Plus" w:hAnsi="Gentium Plus"/>
          <w:sz w:val="24"/>
        </w:rPr>
        <w:t>Ἦσαν καὶ ἀνθῶν πρασιαί, ὧν τὰ μὲν ἔφερεν ἡ γῆ, τὰ δὲ ἐποίει τέχνη· ῥοδωνιαὶ καὶ ὑάκινθοι καὶ κρίνα χειρὸς ἔργα· ἰωνιὰς καὶ ναρκίσσους καὶ ἀναγαλλίδας ἔφερεν ἡ γῆ. Σκιά</w:t>
      </w:r>
    </w:p>
    <w:p>
      <w:r>
        <w:rPr>
          <w:rFonts w:ascii="Courier New" w:hAnsi="Courier New"/>
          <w:color w:val="555555"/>
          <w:sz w:val="20"/>
        </w:rPr>
        <w:t>[5]</w:t>
      </w:r>
    </w:p>
    <w:p>
      <w:r>
        <w:rPr>
          <w:rFonts w:ascii="Gentium Plus" w:hAnsi="Gentium Plus"/>
          <w:sz w:val="24"/>
        </w:rPr>
        <w:t>τε ἦν θέρους καὶ ἦρος ἄνθη καὶ μετοπώρου ὀπώρα καὶ κατὰ πᾶσαν ὥραν τρυφή.</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[4 . 3 . 1]</w:t>
      </w:r>
    </w:p>
    <w:p>
      <w:r>
        <w:rPr>
          <w:rFonts w:ascii="Gentium Plus" w:hAnsi="Gentium Plus"/>
          <w:sz w:val="24"/>
        </w:rPr>
        <w:t>Ἐντεῦθεν εὔοπτον μὲν ἦν τὸ πεδίον καὶ ἦν ὁρᾶν τοὺς νέμοντας, εὔοπτος δ’ ἡ θάλασσα καὶ ἑωρῶντο οἱ παραπλέοντες· ὥστε καὶ ταῦτα μέρος ἐγίνετο τῆς ἐν τῷ παραδείσῳ τρυφῆς. Ἵνα τοῦ παραδείσου τὸ μεσαίτατον</w:t>
      </w:r>
    </w:p>
    <w:p>
      <w:r>
        <w:rPr>
          <w:rFonts w:ascii="Courier New" w:hAnsi="Courier New"/>
          <w:color w:val="555555"/>
          <w:sz w:val="20"/>
        </w:rPr>
        <w:t>[5]</w:t>
      </w:r>
    </w:p>
    <w:p>
      <w:r>
        <w:rPr>
          <w:rFonts w:ascii="Gentium Plus" w:hAnsi="Gentium Plus"/>
          <w:sz w:val="24"/>
        </w:rPr>
        <w:t>ἐπὶ μῆκος καὶ εὖρος ἦν, νεὼς Διονύσου καὶ βωμὸς ἦν· περιεῖχε τὸν μὲν βωμὸν κιττός, τὸν νεὼν δὲ κλήματα.</w:t>
      </w:r>
    </w:p>
    <w:p>
      <w:r>
        <w:rPr>
          <w:rFonts w:ascii="Courier New" w:hAnsi="Courier New"/>
          <w:color w:val="555555"/>
          <w:sz w:val="20"/>
        </w:rPr>
        <w:t>[4 . 3 . 2]</w:t>
      </w:r>
    </w:p>
    <w:p>
      <w:r>
        <w:rPr>
          <w:rFonts w:ascii="Gentium Plus" w:hAnsi="Gentium Plus"/>
          <w:sz w:val="24"/>
        </w:rPr>
        <w:t>Εἶχε δὲ καὶ ἔνδοθεν ὁ νεὼς Διονυσιακὰς γραφάς· Σεμέλην τίκτουσαν, Ἀριάδνην καθεύδουσαν, Λυκοῦργον δεδεμένον, Πενθέα διαιρούμενον· ἐπῆσαν καὶ Ἰνδοὶ νικώ‐ μενοι καὶ Τυρρηνοὶ μεταμορφούμενοι· πανταχοῦ Σάτυροι</w:t>
      </w:r>
    </w:p>
    <w:p>
      <w:r>
        <w:rPr>
          <w:rFonts w:ascii="Courier New" w:hAnsi="Courier New"/>
          <w:color w:val="555555"/>
          <w:sz w:val="20"/>
        </w:rPr>
        <w:t>[5]</w:t>
      </w:r>
    </w:p>
    <w:p>
      <w:r>
        <w:rPr>
          <w:rFonts w:ascii="Gentium Plus" w:hAnsi="Gentium Plus"/>
          <w:sz w:val="24"/>
        </w:rPr>
        <w:t>〈πατοῦντεσ〉, πανταχοῦ Βάκχαι χορεύουσαι· οὐδὲ ὁ Πὰν ἠμέλητο· ἐκαθέζετο δὲ καὶ αὐτὸς συρίζων ἐπὶ πέτρας, ὅμοιος ἐνδιδόντι κοινὸν μέλος καὶ τοῖς πατοῦσι καὶ ταῖς</w:t>
      </w:r>
    </w:p>
    <w:p>
      <w:r>
        <w:rPr>
          <w:rFonts w:ascii="Courier New" w:hAnsi="Courier New"/>
          <w:color w:val="555555"/>
          <w:sz w:val="20"/>
        </w:rPr>
        <w:t>[4 . 4 . 1]</w:t>
      </w:r>
    </w:p>
    <w:p>
      <w:r>
        <w:rPr>
          <w:rFonts w:ascii="Gentium Plus" w:hAnsi="Gentium Plus"/>
          <w:sz w:val="24"/>
        </w:rPr>
        <w:t>Τοιοῦτον ὄντα τὸν παράδεισον ὁ Λάμων ἐθερά‐ πευε, τὰ ξηρὰ ἀποτέμνων, τὰ κλήματα ἀναλαμβάνων· τὸν Διόνυσον ἐστεφάνωσε· τοῖς ἄνθεσιν ὕδωρ ἐπωχέτευσε. Πηγή τις ἦν, 〈ἣν〉 εὗρεν ἐς τὰ ἄνθη Δάφνις· ἐσχόλαζε</w:t>
      </w:r>
    </w:p>
    <w:p>
      <w:r>
        <w:rPr>
          <w:rFonts w:ascii="Courier New" w:hAnsi="Courier New"/>
          <w:color w:val="555555"/>
          <w:sz w:val="20"/>
        </w:rPr>
        <w:t>[5]</w:t>
      </w:r>
    </w:p>
    <w:p>
      <w:r>
        <w:rPr>
          <w:rFonts w:ascii="Gentium Plus" w:hAnsi="Gentium Plus"/>
          <w:sz w:val="24"/>
        </w:rPr>
        <w:t>μὲν τοῖς ἄνθεσιν ἡ πηγή, Δάφνιδος δὲ ὅμως ἐκαλεῖτο πηγή.</w:t>
      </w:r>
    </w:p>
    <w:p>
      <w:r>
        <w:rPr>
          <w:rFonts w:ascii="Courier New" w:hAnsi="Courier New"/>
          <w:color w:val="555555"/>
          <w:sz w:val="20"/>
        </w:rPr>
        <w:t>[4 . 4 . 2]</w:t>
      </w:r>
    </w:p>
    <w:p>
      <w:r>
        <w:rPr>
          <w:rFonts w:ascii="Gentium Plus" w:hAnsi="Gentium Plus"/>
          <w:sz w:val="24"/>
        </w:rPr>
        <w:t>Παρεκελεύετο δὲ καὶ τῷ Δάφνιδι ὁ Λάμων πιαίνειν τὰς αἶγας ὡς δυνατὸν μάλιστα, πάντως που κἀκείνας λέγων ὄψεσθαι τὸν δεσπότην ἀφικόμενον διὰ μακροῦ.</w:t>
      </w:r>
    </w:p>
    <w:p>
      <w:r>
        <w:rPr>
          <w:rFonts w:ascii="Courier New" w:hAnsi="Courier New"/>
          <w:color w:val="555555"/>
          <w:sz w:val="20"/>
        </w:rPr>
        <w:t>[4 . 4 . 3]</w:t>
      </w:r>
    </w:p>
    <w:p>
      <w:r>
        <w:rPr>
          <w:rFonts w:ascii="Gentium Plus" w:hAnsi="Gentium Plus"/>
          <w:sz w:val="24"/>
        </w:rPr>
        <w:t>Ὁ δὲ ἐθάρρει μὲν ὡς ἐπαινεθησόμενος ἐπ’ αὐταῖς· διπλασίονάς τε γὰρ ὧν ἔλαβεν ἐποίησε καὶ λύκος οὐδὲ μίαν ἥρπασε, καὶ ἦσαν πιότεραι τῶν ὀΐων· βουλόμενος δὲ προθυμότερον αὐτὸν γενέσθαι πρὸς τὸν γάμον πᾶσαν</w:t>
      </w:r>
    </w:p>
    <w:p>
      <w:r>
        <w:rPr>
          <w:rFonts w:ascii="Courier New" w:hAnsi="Courier New"/>
          <w:color w:val="555555"/>
          <w:sz w:val="20"/>
        </w:rPr>
        <w:t>[5]</w:t>
      </w:r>
    </w:p>
    <w:p>
      <w:r>
        <w:rPr>
          <w:rFonts w:ascii="Gentium Plus" w:hAnsi="Gentium Plus"/>
          <w:sz w:val="24"/>
        </w:rPr>
        <w:t>θεραπείαν καὶ προθυμίαν προσέφερεν, ἐξάγων τε αὐτὰς πάνυ ἕωθεν καὶ ἀπάγων τὸ δειλινόν.</w:t>
      </w:r>
    </w:p>
    <w:p>
      <w:r>
        <w:rPr>
          <w:rFonts w:ascii="Courier New" w:hAnsi="Courier New"/>
          <w:color w:val="555555"/>
          <w:sz w:val="20"/>
        </w:rPr>
        <w:t>[4 . 4 . 4]</w:t>
      </w:r>
    </w:p>
    <w:p>
      <w:r>
        <w:rPr>
          <w:rFonts w:ascii="Gentium Plus" w:hAnsi="Gentium Plus"/>
          <w:sz w:val="24"/>
        </w:rPr>
        <w:t>Δὶς ἡγεῖτο ἐπὶ ποτόν· ἀνεζήτει τὰ εὐνομώτατα τῶν χωρίων· ἐμέλησεν αὐτῷ καὶ σκαφίδων καινῶν καὶ γαυλῶν πολλῶν καὶ ταρσῶν μειζόνων· τοσαύτη δὲ ἦν κηδεμονία, ὥστε καὶ τὰ κέρατα</w:t>
      </w:r>
    </w:p>
    <w:p>
      <w:r>
        <w:rPr>
          <w:rFonts w:ascii="Courier New" w:hAnsi="Courier New"/>
          <w:color w:val="555555"/>
          <w:sz w:val="20"/>
        </w:rPr>
        <w:t>[5]</w:t>
      </w:r>
    </w:p>
    <w:p>
      <w:r>
        <w:rPr>
          <w:rFonts w:ascii="Gentium Plus" w:hAnsi="Gentium Plus"/>
          <w:sz w:val="24"/>
        </w:rPr>
        <w:t>ἤλειφε καὶ τὰς τρίχας ἐθεράπευε.</w:t>
      </w:r>
    </w:p>
    <w:p>
      <w:r>
        <w:rPr>
          <w:rFonts w:ascii="Courier New" w:hAnsi="Courier New"/>
          <w:color w:val="555555"/>
          <w:sz w:val="20"/>
        </w:rPr>
        <w:t>[4 . 4 . 5]</w:t>
      </w:r>
    </w:p>
    <w:p>
      <w:r>
        <w:rPr>
          <w:rFonts w:ascii="Gentium Plus" w:hAnsi="Gentium Plus"/>
          <w:sz w:val="24"/>
        </w:rPr>
        <w:t>Πανὸς ἄν τις ἱερὰν ἀγέλην ἔδοξεν ὁρᾶν. Ἐκοινώνει δὲ παντὸς εἰς αὐτὰς καμάτου καὶ ἡ Χλόη, καὶ τῆς ποίμνης παραμελοῦσα τὸ πλέον ἐκείναις ἐσχόλαζεν, ὥστε ἐνόμιζεν ὁ Δάφνις δι’</w:t>
      </w:r>
    </w:p>
    <w:p>
      <w:r>
        <w:rPr>
          <w:rFonts w:ascii="Courier New" w:hAnsi="Courier New"/>
          <w:color w:val="555555"/>
          <w:sz w:val="20"/>
        </w:rPr>
        <w:t>[5]</w:t>
      </w:r>
    </w:p>
    <w:p>
      <w:r>
        <w:rPr>
          <w:rFonts w:ascii="Gentium Plus" w:hAnsi="Gentium Plus"/>
          <w:sz w:val="24"/>
        </w:rPr>
        <w:t>ἐκείνην αὐτὰς φαίνεσθαι καλάς.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[4 . 5 . 1]</w:t>
      </w:r>
    </w:p>
    <w:p>
      <w:r>
        <w:rPr>
          <w:rFonts w:ascii="Gentium Plus" w:hAnsi="Gentium Plus"/>
          <w:sz w:val="24"/>
        </w:rPr>
        <w:t>Ἐν τούτοις οὖσιν αὐτοῖς δεύτερος ἄγγελος ἐλθὼν ἐξ ἄστεος ἐκέλευεν ἀποτρυγᾶν τὰς ἀμπέλους ὅτι τάχιστα, καὶ αὐτὸς ἔφη παραμενεῖν ἔστ’ ἂν τοὺς βότρυς ποιήσωσι γλεῦκος, εἶτα οὕτως κατελθὼν εἰς τὴν πόλιν ἄξειν τὸν</w:t>
      </w:r>
    </w:p>
    <w:p>
      <w:r>
        <w:rPr>
          <w:rFonts w:ascii="Courier New" w:hAnsi="Courier New"/>
          <w:color w:val="555555"/>
          <w:sz w:val="20"/>
        </w:rPr>
        <w:t>[5]</w:t>
      </w:r>
    </w:p>
    <w:p>
      <w:r>
        <w:rPr>
          <w:rFonts w:ascii="Gentium Plus" w:hAnsi="Gentium Plus"/>
          <w:sz w:val="24"/>
        </w:rPr>
        <w:t>δεσπότην ἤδη τῆς μετοπωρινῆς τρύγης 〈πεπαυμένησ〉.</w:t>
      </w:r>
    </w:p>
    <w:p>
      <w:r>
        <w:rPr>
          <w:rFonts w:ascii="Courier New" w:hAnsi="Courier New"/>
          <w:color w:val="555555"/>
          <w:sz w:val="20"/>
        </w:rPr>
        <w:t>[4 . 5 . 2]</w:t>
      </w:r>
    </w:p>
    <w:p>
      <w:r>
        <w:rPr>
          <w:rFonts w:ascii="Gentium Plus" w:hAnsi="Gentium Plus"/>
          <w:sz w:val="24"/>
        </w:rPr>
        <w:t>Τοῦτόν τε οὖν τὸν Εὔδρομον—οὕτω γὰρ ἐκαλεῖτο, ὅτι ἦν αὐτῷ ἔργον τρέχειν—ἐδεξιοῦντο πᾶσαν δεξίωσιν καὶ ἅμα τὰς ἀμπέλους ἀπετρύγων, τοὺς βότρυς ἐς τὰς ληνοὺς κομίζοντες, τὸ γλεῦκος εἰς τοὺς πίθους φέροντες,</w:t>
      </w:r>
    </w:p>
    <w:p>
      <w:r>
        <w:rPr>
          <w:rFonts w:ascii="Courier New" w:hAnsi="Courier New"/>
          <w:color w:val="555555"/>
          <w:sz w:val="20"/>
        </w:rPr>
        <w:t>[5]</w:t>
      </w:r>
    </w:p>
    <w:p>
      <w:r>
        <w:rPr>
          <w:rFonts w:ascii="Gentium Plus" w:hAnsi="Gentium Plus"/>
          <w:sz w:val="24"/>
        </w:rPr>
        <w:t>τῶν βοτρύων τοὺς ἡβῶντας ἐπὶ κλημάτων ἀφαιροῦντες, ὡς εἴη καὶ τοῖς ἐκ τῆς πόλεως ἐλθοῦσιν ἐν εἰκόνι καὶ ἡδονῇ γενέσθαι τρυγητοῦ.</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[4 . 6 . 1]</w:t>
      </w:r>
    </w:p>
    <w:p>
      <w:r>
        <w:rPr>
          <w:rFonts w:ascii="Gentium Plus" w:hAnsi="Gentium Plus"/>
          <w:sz w:val="24"/>
        </w:rPr>
        <w:t>Μέλλοντος δὲ ἤδη σοβεῖν ἐς ἄστυ τοῦ Εὐδρόμου καὶ ἄλλα μὲν οὐκ ὀλίγα αὐτῷ Δάφνις ἔδωκεν, ἔδωκε δὲ καὶ ὅσα ἀπὸ αἰπολίου δῶρα, τυροὺς εὐπαγεῖς, ἔριφον ὀψίγονον, δέρμα αἰγὸς λευκὸν καὶ λάσιον, ὡς ἔχοι χειμῶνος ἐπιβάλ‐</w:t>
      </w:r>
    </w:p>
    <w:p>
      <w:r>
        <w:rPr>
          <w:rFonts w:ascii="Courier New" w:hAnsi="Courier New"/>
          <w:color w:val="555555"/>
          <w:sz w:val="20"/>
        </w:rPr>
        <w:t>[5]</w:t>
      </w:r>
    </w:p>
    <w:p>
      <w:r>
        <w:rPr>
          <w:rFonts w:ascii="Gentium Plus" w:hAnsi="Gentium Plus"/>
          <w:sz w:val="24"/>
        </w:rPr>
        <w:t>λεσθαι τρέχων.</w:t>
      </w:r>
    </w:p>
    <w:p>
      <w:r>
        <w:rPr>
          <w:rFonts w:ascii="Courier New" w:hAnsi="Courier New"/>
          <w:color w:val="555555"/>
          <w:sz w:val="20"/>
        </w:rPr>
        <w:t>[4 . 6 . 2]</w:t>
      </w:r>
    </w:p>
    <w:p>
      <w:r>
        <w:rPr>
          <w:rFonts w:ascii="Gentium Plus" w:hAnsi="Gentium Plus"/>
          <w:sz w:val="24"/>
        </w:rPr>
        <w:t>Ὁ δὲ ἥδετο καὶ ἐφίλει τὸν Δάφνιν καὶ ἀγαθόν τι ἐρεῖν περὶ αὐτοῦ πρὸς τὸν δεσπότην ἐπηγ‐ γέλλετο. Καὶ ὁ μὲν ἀπῄει φίλα φρονῶν, ὁ δὲ Δάφνις ἀγω‐ νιῶν τῇ Χλόῃ συνένεμεν. Εἶχε δὲ κἀκείνη πολὺ δέος· μει‐</w:t>
      </w:r>
    </w:p>
    <w:p>
      <w:r>
        <w:rPr>
          <w:rFonts w:ascii="Courier New" w:hAnsi="Courier New"/>
          <w:color w:val="555555"/>
          <w:sz w:val="20"/>
        </w:rPr>
        <w:t>[5]</w:t>
      </w:r>
    </w:p>
    <w:p>
      <w:r>
        <w:rPr>
          <w:rFonts w:ascii="Gentium Plus" w:hAnsi="Gentium Plus"/>
          <w:sz w:val="24"/>
        </w:rPr>
        <w:t>ράκιον γὰρ εἰωθὸς αἶγας βλέπειν καὶ ὄϊς καὶ γεωργοὺς καὶ Χλόην πρῶτον ἔμελλεν ὄψεσθαι δεσπότην, οὗ πρότερον μόνον ἤκουε τὸ ὄνομα.</w:t>
      </w:r>
    </w:p>
    <w:p>
      <w:r>
        <w:rPr>
          <w:rFonts w:ascii="Courier New" w:hAnsi="Courier New"/>
          <w:color w:val="555555"/>
          <w:sz w:val="20"/>
        </w:rPr>
        <w:t>[4 . 6 . 3]</w:t>
      </w:r>
    </w:p>
    <w:p>
      <w:r>
        <w:rPr>
          <w:rFonts w:ascii="Gentium Plus" w:hAnsi="Gentium Plus"/>
          <w:sz w:val="24"/>
        </w:rPr>
        <w:t>Ὑπέρ τε οὖν τοῦ Δάφνιδος ἐφρόντιζεν, ὅπως ἐντεύξεται τῷ δεσπότῃ καὶ περὶ τοῦ γάμου τὴν ψυχὴν ἐταράττετο, μὴ μάτην ὀνειροπολοῦσιν αὐτόν. Συνεχῆ μὲν οὖν τὰ φιλήματα καὶ ὥσπερ συμπεφυ‐</w:t>
      </w:r>
    </w:p>
    <w:p>
      <w:r>
        <w:rPr>
          <w:rFonts w:ascii="Courier New" w:hAnsi="Courier New"/>
          <w:color w:val="555555"/>
          <w:sz w:val="20"/>
        </w:rPr>
        <w:t>[5]</w:t>
      </w:r>
    </w:p>
    <w:p>
      <w:r>
        <w:rPr>
          <w:rFonts w:ascii="Gentium Plus" w:hAnsi="Gentium Plus"/>
          <w:sz w:val="24"/>
        </w:rPr>
        <w:t>κότων αἱ περιβολαί· καὶ τὰ φιλήματα δειλὰ ἦν καὶ αἱ περι‐ βολαὶ σκυθρωπαί, καθάπερ ἤδη παρόντα τὸν δεσπότην φοβουμένων ἢ λανθανόντων. Προσγίνεται δέ τις αὐτοῖς καὶ</w:t>
      </w:r>
    </w:p>
    <w:p>
      <w:r>
        <w:rPr>
          <w:rFonts w:ascii="Courier New" w:hAnsi="Courier New"/>
          <w:color w:val="555555"/>
          <w:sz w:val="20"/>
        </w:rPr>
        <w:t>[4 . 7 . 1]</w:t>
      </w:r>
    </w:p>
    <w:p>
      <w:r>
        <w:rPr>
          <w:rFonts w:ascii="Gentium Plus" w:hAnsi="Gentium Plus"/>
          <w:sz w:val="24"/>
        </w:rPr>
        <w:t>Λάμπις τις ἦν ἀγέρωχος βουκόλος. Οὗτος καὶ αὐτὸς ἐμνᾶτο τὴν Χλόην παρὰ τοῦ Δρύαντος καὶ δῶρα ἤδη πολλὰ ἐδεδώκει σπεύδων τὸν γάμον.</w:t>
      </w:r>
    </w:p>
    <w:p>
      <w:r>
        <w:rPr>
          <w:rFonts w:ascii="Courier New" w:hAnsi="Courier New"/>
          <w:color w:val="555555"/>
          <w:sz w:val="20"/>
        </w:rPr>
        <w:t>[4 . 7 . 2]</w:t>
      </w:r>
    </w:p>
    <w:p>
      <w:r>
        <w:rPr>
          <w:rFonts w:ascii="Gentium Plus" w:hAnsi="Gentium Plus"/>
          <w:sz w:val="24"/>
        </w:rPr>
        <w:t>Αἰσθόμενος οὖν ὡς, εἰ συγχωρηθείη παρὰ τοῦ δεσπότου, Δάφνις αὐτὴν ἄξεται, τέχνην ἐζήτει, δι’ ἧς τὸν δεσπότην αὐτοῖς ποιή‐ σειε πικρόν· καὶ εἰδὼς πάνυ αὐτὸν τῷ παραδείσῳ τερ‐</w:t>
      </w:r>
    </w:p>
    <w:p>
      <w:r>
        <w:rPr>
          <w:rFonts w:ascii="Courier New" w:hAnsi="Courier New"/>
          <w:color w:val="555555"/>
          <w:sz w:val="20"/>
        </w:rPr>
        <w:t>[5]</w:t>
      </w:r>
    </w:p>
    <w:p>
      <w:r>
        <w:rPr>
          <w:rFonts w:ascii="Gentium Plus" w:hAnsi="Gentium Plus"/>
          <w:sz w:val="24"/>
        </w:rPr>
        <w:t>πόμενον, ἔγνω τοῦτον, ὅσον οἷός τέ ἐστι, διαφθεῖραι καὶ ἀποκοσμῆσαι.</w:t>
      </w:r>
    </w:p>
    <w:p>
      <w:r>
        <w:rPr>
          <w:rFonts w:ascii="Courier New" w:hAnsi="Courier New"/>
          <w:color w:val="555555"/>
          <w:sz w:val="20"/>
        </w:rPr>
        <w:t>[4 . 7 . 3]</w:t>
      </w:r>
    </w:p>
    <w:p>
      <w:r>
        <w:rPr>
          <w:rFonts w:ascii="Gentium Plus" w:hAnsi="Gentium Plus"/>
          <w:sz w:val="24"/>
        </w:rPr>
        <w:t>Δένδρα μὲν οὖν τέμνων ἔμελλεν ἁλώσεσ‐ θαι διὰ τὸν κτύπον· ἐπεῖχε δὲ τοῖς ἄνθεσιν, ὥστε διαφθεῖ‐ ραι αὐτά. Νύκτα δὴ φυλάξας καὶ ὑπερβὰς τὴν αἱμασιὰν τὰ μὲν ἀνώρυξε, τὰ δὲ κατέκλασε, τὰ δὲ κατεπάτησεν</w:t>
      </w:r>
    </w:p>
    <w:p>
      <w:r>
        <w:rPr>
          <w:rFonts w:ascii="Courier New" w:hAnsi="Courier New"/>
          <w:color w:val="555555"/>
          <w:sz w:val="20"/>
        </w:rPr>
        <w:t>[5]</w:t>
      </w:r>
    </w:p>
    <w:p>
      <w:r>
        <w:rPr>
          <w:rFonts w:ascii="Gentium Plus" w:hAnsi="Gentium Plus"/>
          <w:sz w:val="24"/>
        </w:rPr>
        <w:t>ὥσπερ σῦς.</w:t>
      </w:r>
    </w:p>
    <w:p>
      <w:r>
        <w:rPr>
          <w:rFonts w:ascii="Courier New" w:hAnsi="Courier New"/>
          <w:color w:val="555555"/>
          <w:sz w:val="20"/>
        </w:rPr>
        <w:t>[4 . 7 . 4]</w:t>
      </w:r>
    </w:p>
    <w:p>
      <w:r>
        <w:rPr>
          <w:rFonts w:ascii="Gentium Plus" w:hAnsi="Gentium Plus"/>
          <w:sz w:val="24"/>
        </w:rPr>
        <w:t>Καὶ ὁ μὲν λαθὼν ἀπεληλύθει· Λάμων δὲ τῆς ἐπιούσης παρελθὼν εἰς τὸν κῆπον ἔμελλεν ὕδωρ αὐτοῖς ἐκ τῆς πηγῆς ἐπάξειν.</w:t>
      </w:r>
    </w:p>
    <w:p>
      <w:r>
        <w:rPr>
          <w:rFonts w:ascii="Courier New" w:hAnsi="Courier New"/>
          <w:color w:val="555555"/>
          <w:sz w:val="20"/>
        </w:rPr>
        <w:t>[4 . 7 . 5]</w:t>
      </w:r>
    </w:p>
    <w:p>
      <w:r>
        <w:rPr>
          <w:rFonts w:ascii="Gentium Plus" w:hAnsi="Gentium Plus"/>
          <w:sz w:val="24"/>
        </w:rPr>
        <w:t>Ἰδὼν δὲ πᾶν τὸ χωρίον δεδῃωμένον καὶ ἔργον οἷον ἐχθρός, οὐ λῃστής, ἐργάσαιτο, κατερρήξατο μὲν εὐθὺς τὸν χιτωνίσκον, βοῇ δὲ μεγάλῃ θεοὺς ἀνεκάλει, ὥστε καὶ ἡ Μυρτάλη τὰ ἐν χερσὶ καταλι‐</w:t>
      </w:r>
    </w:p>
    <w:p>
      <w:r>
        <w:rPr>
          <w:rFonts w:ascii="Courier New" w:hAnsi="Courier New"/>
          <w:color w:val="555555"/>
          <w:sz w:val="20"/>
        </w:rPr>
        <w:t>[5]</w:t>
      </w:r>
    </w:p>
    <w:p>
      <w:r>
        <w:rPr>
          <w:rFonts w:ascii="Gentium Plus" w:hAnsi="Gentium Plus"/>
          <w:sz w:val="24"/>
        </w:rPr>
        <w:t>ποῦσα ἐξέδραμε καὶ ὁ Δάφνις ἐάσας τὰς αἶγας ἀνέδραμε· καὶ ἰδόντες ἐβόων καὶ βοῶντες ἐδάκρυον.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[4 . 8 . 1]</w:t>
      </w:r>
    </w:p>
    <w:p>
      <w:r>
        <w:rPr>
          <w:rFonts w:ascii="Gentium Plus" w:hAnsi="Gentium Plus"/>
          <w:sz w:val="24"/>
        </w:rPr>
        <w:t>Καὶ ἦν μὲν καινὸν πένθος ἀνθῶν· ἀλλ’ οἱ μὲν πτοούμενοι τὸν δεσπότην ἔκλαον· ἔκλαυσε δ’ ἄν τις καὶ ξένος ἐπιστάς· ἀποκεκόσμητο γὰρ ὁ τόπος καὶ ἦν λοιπὸν γῆ πηλώδης. Τῶν δὲ εἴ τι διέφυγε τὴν ὕβριν, ὑπήνθει καὶ</w:t>
      </w:r>
    </w:p>
    <w:p>
      <w:r>
        <w:rPr>
          <w:rFonts w:ascii="Courier New" w:hAnsi="Courier New"/>
          <w:color w:val="555555"/>
          <w:sz w:val="20"/>
        </w:rPr>
        <w:t>[5]</w:t>
      </w:r>
    </w:p>
    <w:p>
      <w:r>
        <w:rPr>
          <w:rFonts w:ascii="Gentium Plus" w:hAnsi="Gentium Plus"/>
          <w:sz w:val="24"/>
        </w:rPr>
        <w:t>ἔλαμπε καὶ ἦν ἔτι καλὸν καὶ κείμενον.</w:t>
      </w:r>
    </w:p>
    <w:p>
      <w:r>
        <w:rPr>
          <w:rFonts w:ascii="Courier New" w:hAnsi="Courier New"/>
          <w:color w:val="555555"/>
          <w:sz w:val="20"/>
        </w:rPr>
        <w:t>[4 . 8 . 2]</w:t>
      </w:r>
    </w:p>
    <w:p>
      <w:r>
        <w:rPr>
          <w:rFonts w:ascii="Gentium Plus" w:hAnsi="Gentium Plus"/>
          <w:sz w:val="24"/>
        </w:rPr>
        <w:t>Ἐπέκειντο δὲ</w:t>
      </w:r>
    </w:p>
    <w:p>
      <w:r>
        <w:rPr>
          <w:rFonts w:ascii="Courier New" w:hAnsi="Courier New"/>
          <w:color w:val="555555"/>
          <w:sz w:val="20"/>
        </w:rPr>
        <w:t>[4 . 8 . 3]</w:t>
      </w:r>
    </w:p>
    <w:p>
      <w:r>
        <w:rPr>
          <w:rFonts w:ascii="Gentium Plus" w:hAnsi="Gentium Plus"/>
          <w:sz w:val="24"/>
        </w:rPr>
        <w:t>«Φεῦ τῆς ῥοδωνιᾶς, ὡς κατακέκλασται· φεῦ τῆς ἰωνιᾶς, ὡς 〈κατα〉πεπάτηται· φεῦ τῶν ὑακίνθων καὶ τῶν ναρκίσσων, οὓς ἀνώρυξέ τις πονηρὸς ἄνθρωπος. Ἀφί‐ ξεται τὸ ἦρ, τὰ δὲ οὐκ ἀνθήσει· ἔσται τὸ θέρος, τὰ</w:t>
      </w:r>
    </w:p>
    <w:p>
      <w:r>
        <w:rPr>
          <w:rFonts w:ascii="Courier New" w:hAnsi="Courier New"/>
          <w:color w:val="555555"/>
          <w:sz w:val="20"/>
        </w:rPr>
        <w:t>[5]</w:t>
      </w:r>
    </w:p>
    <w:p>
      <w:r>
        <w:rPr>
          <w:rFonts w:ascii="Gentium Plus" w:hAnsi="Gentium Plus"/>
          <w:sz w:val="24"/>
        </w:rPr>
        <w:t>δὲ οὐκ ἀκμάσει· μετόπωρον, τὰ δὲ οὐδένα στεφανώσει.</w:t>
      </w:r>
    </w:p>
    <w:p>
      <w:r>
        <w:rPr>
          <w:rFonts w:ascii="Courier New" w:hAnsi="Courier New"/>
          <w:color w:val="555555"/>
          <w:sz w:val="20"/>
        </w:rPr>
        <w:t>[4 . 8 . 4]</w:t>
      </w:r>
    </w:p>
    <w:p>
      <w:r>
        <w:rPr>
          <w:rFonts w:ascii="Gentium Plus" w:hAnsi="Gentium Plus"/>
          <w:sz w:val="24"/>
        </w:rPr>
        <w:t>Οὐδὲ σύ, δέσποτα Διόνυσε, τὰ ἄθλια ταῦτα ἠλέησας ἄνθη, οἷς παρῴκεις καὶ ἔβλεπες, ἀφ’ ὧν ἐστεφάνωσά σε πολλάκις; Πῶς δείξω νῦν τὸν παράδεισον τῷ δεσπότῃ; Τίς ἐκεῖνος θεασάμενος ἔσται; Κρεμᾷ γέροντα ἄνθρωπον</w:t>
      </w:r>
    </w:p>
    <w:p>
      <w:r>
        <w:rPr>
          <w:rFonts w:ascii="Courier New" w:hAnsi="Courier New"/>
          <w:color w:val="555555"/>
          <w:sz w:val="20"/>
        </w:rPr>
        <w:t>[5]</w:t>
      </w:r>
    </w:p>
    <w:p>
      <w:r>
        <w:rPr>
          <w:rFonts w:ascii="Gentium Plus" w:hAnsi="Gentium Plus"/>
          <w:sz w:val="24"/>
        </w:rPr>
        <w:t>ἐκ μιᾶς πίτυος ὡς Μαρσύαν· τάχα δὲ καὶ Δάφνιν, ὡς τῶν αἰγῶν ταῦτα εἰργασμένων.»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[4 . 9 . 1]</w:t>
      </w:r>
    </w:p>
    <w:p>
      <w:r>
        <w:rPr>
          <w:rFonts w:ascii="Gentium Plus" w:hAnsi="Gentium Plus"/>
          <w:sz w:val="24"/>
        </w:rPr>
        <w:t>Δάκρυα ἦν ἐπὶ τούτοις θερμότερα, καὶ ἐθρήνουν οὐ τὰ ἄνθη λοιπόν, ἀλλὰ τὰ αὑτῶν σώματα. Ἐθρήνει καὶ Χλόη Δάφνιν εἰ κρεμήσεται καὶ ηὔχετο μηκέτι ἐλθεῖν τὸν δεσπότην αὐτῶν καὶ ἡμέρας διήντλει μοχθηράς, ὡς ἤδη</w:t>
      </w:r>
    </w:p>
    <w:p>
      <w:r>
        <w:rPr>
          <w:rFonts w:ascii="Courier New" w:hAnsi="Courier New"/>
          <w:color w:val="555555"/>
          <w:sz w:val="20"/>
        </w:rPr>
        <w:t>[5]</w:t>
      </w:r>
    </w:p>
    <w:p>
      <w:r>
        <w:rPr>
          <w:rFonts w:ascii="Gentium Plus" w:hAnsi="Gentium Plus"/>
          <w:sz w:val="24"/>
        </w:rPr>
        <w:t>Δάφνιν βλέπουσα μαστιγούμενον.</w:t>
      </w:r>
    </w:p>
    <w:p>
      <w:r>
        <w:rPr>
          <w:rFonts w:ascii="Courier New" w:hAnsi="Courier New"/>
          <w:color w:val="555555"/>
          <w:sz w:val="20"/>
        </w:rPr>
        <w:t>[4 . 9 . 2]</w:t>
      </w:r>
    </w:p>
    <w:p>
      <w:r>
        <w:rPr>
          <w:rFonts w:ascii="Gentium Plus" w:hAnsi="Gentium Plus"/>
          <w:sz w:val="24"/>
        </w:rPr>
        <w:t>Καὶ ἤδη νυκτὸς ἀρχομένης ὁ Εὔδρομος αὐτοῖς ἀπήγγελλεν ὅτι ὁ μὲν πρεσβύτερος δεσπότης μεθ’ ἡμέρας ἀφίξεται τρεῖς, ὁ δὲ παῖς αὐτοῦ τῆς ἐπιούσης πρόσεισι.</w:t>
      </w:r>
    </w:p>
    <w:p>
      <w:r>
        <w:rPr>
          <w:rFonts w:ascii="Courier New" w:hAnsi="Courier New"/>
          <w:color w:val="555555"/>
          <w:sz w:val="20"/>
        </w:rPr>
        <w:t>[4 . 9 . 3]</w:t>
      </w:r>
    </w:p>
    <w:p>
      <w:r>
        <w:rPr>
          <w:rFonts w:ascii="Gentium Plus" w:hAnsi="Gentium Plus"/>
          <w:sz w:val="24"/>
        </w:rPr>
        <w:t>Σκέψις οὖν ἦν περὶ τῶν συμβεβηκότων καὶ κοινωνὸν εἰς τὴν γνώμην τὸν Εὔδρομον παρελάμβανον· ὁ δὲ εὔνους ὢν τῷ Δάφνιδι, παρῄνει τὸ συμβὰν ὁμολογῆσαι πρότερον τῷ νέῳ δεσπότῃ</w:t>
      </w:r>
    </w:p>
    <w:p>
      <w:r>
        <w:rPr>
          <w:rFonts w:ascii="Courier New" w:hAnsi="Courier New"/>
          <w:color w:val="555555"/>
          <w:sz w:val="20"/>
        </w:rPr>
        <w:t>[5]</w:t>
      </w:r>
    </w:p>
    <w:p>
      <w:r>
        <w:rPr>
          <w:rFonts w:ascii="Gentium Plus" w:hAnsi="Gentium Plus"/>
          <w:sz w:val="24"/>
        </w:rPr>
        <w:t>καὶ αὐτὸς συμπράξειν ἐπηγγέλλετο, τιμώμενος ὡς ὁμογά‐</w:t>
      </w:r>
    </w:p>
    <w:p>
      <w:r>
        <w:rPr>
          <w:rFonts w:ascii="Courier New" w:hAnsi="Courier New"/>
          <w:color w:val="555555"/>
          <w:sz w:val="20"/>
        </w:rPr>
        <w:t>[4 . 10 . 1]</w:t>
      </w:r>
    </w:p>
    <w:p>
      <w:r>
        <w:rPr>
          <w:rFonts w:ascii="Gentium Plus" w:hAnsi="Gentium Plus"/>
          <w:sz w:val="24"/>
        </w:rPr>
        <w:t>Ἧκε μὲν ὁ Ἄστυλος ἐπὶ ἵππου καὶ παράσιτος αὐτοῦ, καὶ οὗτος ἐπὶ ἵππου· ὁ μὲν ἀρτιγένειος, ὁ δὲ Γνάθων —τουτὶ γὰρ ἐκαλεῖτο—τὸν πώγωνα ξυρώμενος πάλαι. Ὁ δὲ Λάμων ἅμα τῇ Μυρτάλῃ καὶ τῷ Δάφνιδι πρὸ τῶν</w:t>
      </w:r>
    </w:p>
    <w:p>
      <w:r>
        <w:rPr>
          <w:rFonts w:ascii="Courier New" w:hAnsi="Courier New"/>
          <w:color w:val="555555"/>
          <w:sz w:val="20"/>
        </w:rPr>
        <w:t>[5]</w:t>
      </w:r>
    </w:p>
    <w:p>
      <w:r>
        <w:rPr>
          <w:rFonts w:ascii="Gentium Plus" w:hAnsi="Gentium Plus"/>
          <w:sz w:val="24"/>
        </w:rPr>
        <w:t>ποδῶν αὐτοῦ καταπεσὼν ἱκέτευεν οἰκτεῖραι γέροντα ἀτυχῆ καὶ πατρῴας ὀργῆς ἐξαρπάσαι τὸν οὐδὲν ἀδικήσαντα, ἅμα τε αὐτῷ καταλέγει πάντα.</w:t>
      </w:r>
    </w:p>
    <w:p>
      <w:r>
        <w:rPr>
          <w:rFonts w:ascii="Courier New" w:hAnsi="Courier New"/>
          <w:color w:val="555555"/>
          <w:sz w:val="20"/>
        </w:rPr>
        <w:t>[4 . 10 . 2]</w:t>
      </w:r>
    </w:p>
    <w:p>
      <w:r>
        <w:rPr>
          <w:rFonts w:ascii="Gentium Plus" w:hAnsi="Gentium Plus"/>
          <w:sz w:val="24"/>
        </w:rPr>
        <w:t>Οἰκτείρει τὴν ἱκεσίαν ὁ Ἄστυλος καὶ ἐπὶ τὸν παράδεισον ἐλθὼν καὶ τὴν ἀπώλειαν τῶν ἀνθῶν ἰδὼν αὐτὸς ἔφη παραιτήσεσθαι τὸν πατέρα καὶ κατηγορήσειν τῶν ἵππων, ὡς ἐκεῖ δεθέντες ἐξύβρισαν, καὶ</w:t>
      </w:r>
    </w:p>
    <w:p>
      <w:r>
        <w:rPr>
          <w:rFonts w:ascii="Courier New" w:hAnsi="Courier New"/>
          <w:color w:val="555555"/>
          <w:sz w:val="20"/>
        </w:rPr>
        <w:t>[5]</w:t>
      </w:r>
    </w:p>
    <w:p>
      <w:r>
        <w:rPr>
          <w:rFonts w:ascii="Gentium Plus" w:hAnsi="Gentium Plus"/>
          <w:sz w:val="24"/>
        </w:rPr>
        <w:t>τὰ μὲν κατέκλασαν, τὰ δὲ κατεπάτησαν, τὰ δὲ ἀνώρυξαν λυθέντες.</w:t>
      </w:r>
    </w:p>
    <w:p>
      <w:r>
        <w:rPr>
          <w:rFonts w:ascii="Courier New" w:hAnsi="Courier New"/>
          <w:color w:val="555555"/>
          <w:sz w:val="20"/>
        </w:rPr>
        <w:t>[4 . 10 . 3]</w:t>
      </w:r>
    </w:p>
    <w:p>
      <w:r>
        <w:rPr>
          <w:rFonts w:ascii="Gentium Plus" w:hAnsi="Gentium Plus"/>
          <w:sz w:val="24"/>
        </w:rPr>
        <w:t>Ἐπὶ τούτοις ηὔχοντο μὲν αὐτῷ πάντα τὰ ἀγαθὰ Λάμων καὶ Μυρτάλη· Δάφνις δὲ δῶρα προσεκόμι‐ σεν ἐρίφους, τυρούς, ὄρνιθας καὶ τὰ ἔκγονα αὐτῶν, βότρυς ἐπὶ κλημάτων, μῆλα ἐπὶ κλάδων. Ἦν ἐν τοῖς δώροις</w:t>
      </w:r>
    </w:p>
    <w:p>
      <w:r>
        <w:rPr>
          <w:rFonts w:ascii="Courier New" w:hAnsi="Courier New"/>
          <w:color w:val="555555"/>
          <w:sz w:val="20"/>
        </w:rPr>
        <w:t>[5]</w:t>
      </w:r>
    </w:p>
    <w:p>
      <w:r>
        <w:rPr>
          <w:rFonts w:ascii="Gentium Plus" w:hAnsi="Gentium Plus"/>
          <w:sz w:val="24"/>
        </w:rPr>
        <w:t>καὶ ἀνθοσμίας οἶνος Λέσβιος, ποθῆναι κάλλιστος οἶνος.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[4 . 11 . 1]</w:t>
      </w:r>
    </w:p>
    <w:p>
      <w:r>
        <w:rPr>
          <w:rFonts w:ascii="Gentium Plus" w:hAnsi="Gentium Plus"/>
          <w:sz w:val="24"/>
        </w:rPr>
        <w:t>Ὁ μὲν δὴ Ἄστυλος ἐπῄνει ταῦτα καὶ περὶ θήραν εἶχε λαγῶν, οἷα πλούσιος νεανίσκος καὶ τρυφῶν ἀεὶ καὶ ἀφιγμένος εἰς τὸν ἀγρὸν εἰς ἀπόλαυσιν ξένης ἡδονῆς.</w:t>
      </w:r>
    </w:p>
    <w:p>
      <w:r>
        <w:rPr>
          <w:rFonts w:ascii="Courier New" w:hAnsi="Courier New"/>
          <w:color w:val="555555"/>
          <w:sz w:val="20"/>
        </w:rPr>
        <w:t>[4 . 11 . 2]</w:t>
      </w:r>
    </w:p>
    <w:p>
      <w:r>
        <w:rPr>
          <w:rFonts w:ascii="Gentium Plus" w:hAnsi="Gentium Plus"/>
          <w:sz w:val="24"/>
        </w:rPr>
        <w:t>Ὁ δὲ Γνάθων, οἷα μαθὼν ἐσθίειν ἄνθρωπος καὶ πίνειν εἰς μέθην καὶ λαγνεύειν μετὰ τὴν μέθην καὶ οὐδὲν ἄλλο ὢν ἢ γνάθος καὶ γαστὴρ καὶ τὰ ὑπὸ γαστέρα, οὐ παρέργως εἶδε τὸν Δάφνιν τὰ δῶρα κομίσαντα, ἀλλὰ</w:t>
      </w:r>
    </w:p>
    <w:p>
      <w:r>
        <w:rPr>
          <w:rFonts w:ascii="Courier New" w:hAnsi="Courier New"/>
          <w:color w:val="555555"/>
          <w:sz w:val="20"/>
        </w:rPr>
        <w:t>[5]</w:t>
      </w:r>
    </w:p>
    <w:p>
      <w:r>
        <w:rPr>
          <w:rFonts w:ascii="Gentium Plus" w:hAnsi="Gentium Plus"/>
          <w:sz w:val="24"/>
        </w:rPr>
        <w:t>καὶ φύσει παιδεραστὴς ὢν καὶ κάλλος οἷον οὐδὲ ἐπὶ τῆς</w:t>
      </w:r>
    </w:p>
    <w:p>
      <w:r>
        <w:rPr>
          <w:rFonts w:ascii="Courier New" w:hAnsi="Courier New"/>
          <w:color w:val="555555"/>
          <w:sz w:val="20"/>
        </w:rPr>
        <w:t>[4 . 11 . 3]</w:t>
      </w:r>
    </w:p>
    <w:p>
      <w:r>
        <w:rPr>
          <w:rFonts w:ascii="Gentium Plus" w:hAnsi="Gentium Plus"/>
          <w:sz w:val="24"/>
        </w:rPr>
        <w:t>Γνοὺς δὲ ταῦτα θήρας μὲν οὐκ ἐκοινώνει τῷ Ἀστύλῳ, κατιὼν δὲ ἵνα ἔνεμεν ὁ Δάφνις, λόγῳ μὲν τῶν αἰγῶν, τὸ δ’ ἀληθὲς Δάφνιδος ἐγίνετο θεα‐ τής· μαλθάσσων δὲ αὐτὸν τάς τε αἶγας ἐπῄνει καὶ συρίσαι</w:t>
      </w:r>
    </w:p>
    <w:p>
      <w:r>
        <w:rPr>
          <w:rFonts w:ascii="Courier New" w:hAnsi="Courier New"/>
          <w:color w:val="555555"/>
          <w:sz w:val="20"/>
        </w:rPr>
        <w:t>[5]</w:t>
      </w:r>
    </w:p>
    <w:p>
      <w:r>
        <w:rPr>
          <w:rFonts w:ascii="Gentium Plus" w:hAnsi="Gentium Plus"/>
          <w:sz w:val="24"/>
        </w:rPr>
        <w:t>τὸ αἰπολικὸν ἠξίωσε καὶ ἔφη ταχέως ἐλεύθερον θήσειν τὸ πᾶν δυνάμενος.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[4 . 12 . 1]</w:t>
      </w:r>
    </w:p>
    <w:p>
      <w:r>
        <w:rPr>
          <w:rFonts w:ascii="Gentium Plus" w:hAnsi="Gentium Plus"/>
          <w:sz w:val="24"/>
        </w:rPr>
        <w:t>Ὡς δὲ εἶδε χειροήθη, νύκτωρ λοχήσας ἐκ τῆς νομῆς ἐλαύνοντα τὰς αἶγας πρῶτον μὲν ἐφίλησε προσ‐ δραμών, εἶτα ὄπισθεν παρασχεῖν 〈ἐδεῖτο〉 τοιοῦτον οἷον αἱ αἶγες τοῖς τράγοις.</w:t>
      </w:r>
    </w:p>
    <w:p>
      <w:r>
        <w:rPr>
          <w:rFonts w:ascii="Courier New" w:hAnsi="Courier New"/>
          <w:color w:val="555555"/>
          <w:sz w:val="20"/>
        </w:rPr>
        <w:t>[4 . 12 . 2]</w:t>
      </w:r>
    </w:p>
    <w:p>
      <w:r>
        <w:rPr>
          <w:rFonts w:ascii="Gentium Plus" w:hAnsi="Gentium Plus"/>
          <w:sz w:val="24"/>
        </w:rPr>
        <w:t>Τοῦ δὲ βραδέως νοήσαντος καὶ λέγοντος ὡς αἶγας μὲν βαίνειν τράγους καλόν, τράγον δὲ οὐπώποτέ τις εἶδε βαίνοντα τράγον, οὐδὲ κριὸν ἀντὶ τῶν ὀΐων κριόν, οὐδὲ ἀλεκτρυόνας ἀντὶ τῶν ἀλεκτορίδων</w:t>
      </w:r>
    </w:p>
    <w:p>
      <w:r>
        <w:rPr>
          <w:rFonts w:ascii="Courier New" w:hAnsi="Courier New"/>
          <w:color w:val="555555"/>
          <w:sz w:val="20"/>
        </w:rPr>
        <w:t>[5]</w:t>
      </w:r>
    </w:p>
    <w:p>
      <w:r>
        <w:rPr>
          <w:rFonts w:ascii="Gentium Plus" w:hAnsi="Gentium Plus"/>
          <w:sz w:val="24"/>
        </w:rPr>
        <w:t>ἀλεκτρυόνας, οἷός τε ἦν ὁ Γνάθων βιάζεσθαι τὰς χεῖρας προσφέρων·</w:t>
      </w:r>
    </w:p>
    <w:p>
      <w:r>
        <w:rPr>
          <w:rFonts w:ascii="Courier New" w:hAnsi="Courier New"/>
          <w:color w:val="555555"/>
          <w:sz w:val="20"/>
        </w:rPr>
        <w:t>[4 . 12 . 3]</w:t>
      </w:r>
    </w:p>
    <w:p>
      <w:r>
        <w:rPr>
          <w:rFonts w:ascii="Gentium Plus" w:hAnsi="Gentium Plus"/>
          <w:sz w:val="24"/>
        </w:rPr>
        <w:t>ὁ δὲ μεθύοντα ἄνθρωπον καὶ ἑστῶτα μόλις παρωσάμενος ἔσφηλεν εἰς τὴν γῆν καὶ ὥσπερ σκύλαξ ἀπο‐ δραμὼν κείμενον κατέλιπεν, ἀνδρὸς οὐ παιδὸς ἐς χειρα‐ γωγίαν δεόμενον· καὶ οὐκέτι προσίετο ὅλως, ἀλλὰ ἄλλοτε</w:t>
      </w:r>
    </w:p>
    <w:p>
      <w:r>
        <w:rPr>
          <w:rFonts w:ascii="Courier New" w:hAnsi="Courier New"/>
          <w:color w:val="555555"/>
          <w:sz w:val="20"/>
        </w:rPr>
        <w:t>[5]</w:t>
      </w:r>
    </w:p>
    <w:p>
      <w:r>
        <w:rPr>
          <w:rFonts w:ascii="Gentium Plus" w:hAnsi="Gentium Plus"/>
          <w:sz w:val="24"/>
        </w:rPr>
        <w:t>ἄλλῃ τὰς αἶγας ἔνεμεν, ἐκεῖνον μὲν φεύγων, Χλόην δὲ τηρῶν,</w:t>
      </w:r>
    </w:p>
    <w:p>
      <w:r>
        <w:rPr>
          <w:rFonts w:ascii="Courier New" w:hAnsi="Courier New"/>
          <w:color w:val="555555"/>
          <w:sz w:val="20"/>
        </w:rPr>
        <w:t>[4 . 12 . 4]</w:t>
      </w:r>
    </w:p>
    <w:p>
      <w:r>
        <w:rPr>
          <w:rFonts w:ascii="Gentium Plus" w:hAnsi="Gentium Plus"/>
          <w:sz w:val="24"/>
        </w:rPr>
        <w:t>Οὐδὲ ὁ Γνάθων ἔτι περιειργάζετο, καταμαθὼν ὡς οὐ μόνον καλός, ἀλλὰ καὶ ἰσχυρός ἐστιν· ἐπετήρει δὲ καιρὸν διαλεχθῆναι περὶ αὐτοῦ τῷ Ἀστύλῳ καὶ ἤλπιζε δῶρον αὐτὸν ἕξειν παρὰ τοῦ νεανίσκου πολλὰ καὶ μεγάλα</w:t>
      </w:r>
    </w:p>
    <w:p>
      <w:r>
        <w:rPr>
          <w:rFonts w:ascii="Courier New" w:hAnsi="Courier New"/>
          <w:color w:val="555555"/>
          <w:sz w:val="20"/>
        </w:rPr>
        <w:t>[5]</w:t>
      </w:r>
    </w:p>
    <w:p>
      <w:r>
        <w:rPr>
          <w:rFonts w:ascii="Gentium Plus" w:hAnsi="Gentium Plus"/>
          <w:sz w:val="24"/>
        </w:rPr>
        <w:t>χαρίζεσθαι θέλοντος.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[4 . 13 . 1]</w:t>
      </w:r>
    </w:p>
    <w:p>
      <w:r>
        <w:rPr>
          <w:rFonts w:ascii="Gentium Plus" w:hAnsi="Gentium Plus"/>
          <w:sz w:val="24"/>
        </w:rPr>
        <w:t>Τότε μὲν οὖν οὐκ ἠδυνήθη· προσῄει γὰρ ὁ Διο‐</w:t>
      </w:r>
    </w:p>
    <w:p>
      <w:r>
        <w:rPr>
          <w:rFonts w:ascii="Courier New" w:hAnsi="Courier New"/>
          <w:color w:val="555555"/>
          <w:sz w:val="20"/>
        </w:rPr>
        <w:t>[4 . 13 . 2]</w:t>
      </w:r>
    </w:p>
    <w:p>
      <w:r>
        <w:rPr>
          <w:rFonts w:ascii="Gentium Plus" w:hAnsi="Gentium Plus"/>
          <w:sz w:val="24"/>
        </w:rPr>
        <w:t>Ἦν δὲ ὁ Διο‐ νυσοφάνης μεσαιπόλιος μὲν ἤδη, μέγας δὲ καὶ καλὸς καὶ μειρακίοις ἁμιλλᾶσθαι δυνάμενος· ἀλλὰ καὶ πλούσιος ἐν ὀλίγοις καὶ χρηστὸς ὡς οὐδεὶς ἕτερος.</w:t>
      </w:r>
    </w:p>
    <w:p>
      <w:r>
        <w:rPr>
          <w:rFonts w:ascii="Courier New" w:hAnsi="Courier New"/>
          <w:color w:val="555555"/>
          <w:sz w:val="20"/>
        </w:rPr>
        <w:t>[4 . 13 . 3]</w:t>
      </w:r>
    </w:p>
    <w:p>
      <w:r>
        <w:rPr>
          <w:rFonts w:ascii="Gentium Plus" w:hAnsi="Gentium Plus"/>
          <w:sz w:val="24"/>
        </w:rPr>
        <w:t>Οὗτος ἐλθὼν τῇ πρώτῃ μὲν ἡμέρᾳ θεοῖς ἔθυσεν, ὅσοι προεστᾶσιν ἀγροι‐ κίας, Δήμητρι καὶ Διονύσῳ καὶ Πανὶ καὶ Νύμφαις, καὶ κοινὸν πᾶσι τοῖς παροῦσιν ἔστησε κρατῆρα· ταῖς δὲ ἄλλαις</w:t>
      </w:r>
    </w:p>
    <w:p>
      <w:r>
        <w:rPr>
          <w:rFonts w:ascii="Courier New" w:hAnsi="Courier New"/>
          <w:color w:val="555555"/>
          <w:sz w:val="20"/>
        </w:rPr>
        <w:t>[5]</w:t>
      </w:r>
    </w:p>
    <w:p>
      <w:r>
        <w:rPr>
          <w:rFonts w:ascii="Gentium Plus" w:hAnsi="Gentium Plus"/>
          <w:sz w:val="24"/>
        </w:rPr>
        <w:t>ἡμέραις ἐπεσκόπει τὰ τοῦ Λάμωνος ἔργα.</w:t>
      </w:r>
    </w:p>
    <w:p>
      <w:r>
        <w:rPr>
          <w:rFonts w:ascii="Courier New" w:hAnsi="Courier New"/>
          <w:color w:val="555555"/>
          <w:sz w:val="20"/>
        </w:rPr>
        <w:t>[4 . 13 . 4]</w:t>
      </w:r>
    </w:p>
    <w:p>
      <w:r>
        <w:rPr>
          <w:rFonts w:ascii="Gentium Plus" w:hAnsi="Gentium Plus"/>
          <w:sz w:val="24"/>
        </w:rPr>
        <w:t>Καὶ ὁρῶν τὰ μὲν πεδία ἐν αὔλακι, τὰς δὲ ἀμπέλους ἐν κλήματι, τὸν δὲ παράδεισον ἐν κάλλει—περὶ γὰρ τῶν ἀνθῶν Ἄστυλος τὴν αἰτίαν ἀνελάμβανεν—ἥδετο περιττῶς καὶ τὸν Λάμωνα</w:t>
      </w:r>
    </w:p>
    <w:p>
      <w:r>
        <w:rPr>
          <w:rFonts w:ascii="Courier New" w:hAnsi="Courier New"/>
          <w:color w:val="555555"/>
          <w:sz w:val="20"/>
        </w:rPr>
        <w:t>[5]</w:t>
      </w:r>
    </w:p>
    <w:p>
      <w:r>
        <w:rPr>
          <w:rFonts w:ascii="Gentium Plus" w:hAnsi="Gentium Plus"/>
          <w:sz w:val="24"/>
        </w:rPr>
        <w:t>ἐπῄνει καὶ ἐλεύθερον ἀφήσειν ἐπηγγέλλετο.</w:t>
      </w:r>
    </w:p>
    <w:p>
      <w:r>
        <w:rPr>
          <w:rFonts w:ascii="Courier New" w:hAnsi="Courier New"/>
          <w:color w:val="555555"/>
          <w:sz w:val="20"/>
        </w:rPr>
        <w:t>[4 . 13 . 5]</w:t>
      </w:r>
    </w:p>
    <w:p>
      <w:r>
        <w:rPr>
          <w:rFonts w:ascii="Gentium Plus" w:hAnsi="Gentium Plus"/>
          <w:sz w:val="24"/>
        </w:rPr>
        <w:t>Κατῆλθε μετὰ ταῦτα καὶ εἰς τὸ αἰπόλιον τάς τε αἶγας ὀψόμενος καὶ τὸν νέμοντα.</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[4 . 14 . 1]</w:t>
      </w:r>
    </w:p>
    <w:p>
      <w:r>
        <w:rPr>
          <w:rFonts w:ascii="Gentium Plus" w:hAnsi="Gentium Plus"/>
          <w:sz w:val="24"/>
        </w:rPr>
        <w:t>Χλόη μὲν οὖν εἰς τὴν ὕλην ἔφυγεν, ὄχλον τοσοῦ‐ τον αἰδεσθεῖσα καὶ φοβηθεῖσα· ὁ δὲ Δάφνις εἱστήκει δέρμα λάσιον αἰγὸς ἐζωσμένος, πήραν νεορραφῆ κατὰ τῶν ὤμων ἐξηρτημένος, κρατῶν ταῖς χερσὶν ἀμφοτέραις τῇ μὲν ἀρτι‐</w:t>
      </w:r>
    </w:p>
    <w:p>
      <w:r>
        <w:rPr>
          <w:rFonts w:ascii="Courier New" w:hAnsi="Courier New"/>
          <w:color w:val="555555"/>
          <w:sz w:val="20"/>
        </w:rPr>
        <w:t>[5]</w:t>
      </w:r>
    </w:p>
    <w:p>
      <w:r>
        <w:rPr>
          <w:rFonts w:ascii="Gentium Plus" w:hAnsi="Gentium Plus"/>
          <w:sz w:val="24"/>
        </w:rPr>
        <w:t>παγεῖς τυρούς, τῇ δὲ ἐρίφους ἔτι γαλαθηνούς.</w:t>
      </w:r>
    </w:p>
    <w:p>
      <w:r>
        <w:rPr>
          <w:rFonts w:ascii="Courier New" w:hAnsi="Courier New"/>
          <w:color w:val="555555"/>
          <w:sz w:val="20"/>
        </w:rPr>
        <w:t>[4 . 14 . 2]</w:t>
      </w:r>
    </w:p>
    <w:p>
      <w:r>
        <w:rPr>
          <w:rFonts w:ascii="Gentium Plus" w:hAnsi="Gentium Plus"/>
          <w:sz w:val="24"/>
        </w:rPr>
        <w:t>Εἴ ποτε Ἀπόλλων Λαομέδοντι θητεύων ἐβουκόλησε, τοιόσδε ἦν, οἷος τότε ὤφθη Δάφνις. Αὐτὸς μὲν οὖν εἶπεν οὐδέν, ἀλλὰ ἐρυθήματος πλησθεὶς ἔνευσε κάτω, προτείνας τὰ</w:t>
      </w:r>
    </w:p>
    <w:p>
      <w:r>
        <w:rPr>
          <w:rFonts w:ascii="Courier New" w:hAnsi="Courier New"/>
          <w:color w:val="555555"/>
          <w:sz w:val="20"/>
        </w:rPr>
        <w:t>[5]</w:t>
      </w:r>
    </w:p>
    <w:p>
      <w:r>
        <w:rPr>
          <w:rFonts w:ascii="Gentium Plus" w:hAnsi="Gentium Plus"/>
          <w:sz w:val="24"/>
        </w:rPr>
        <w:t>δῶρα· ὁ δὲ Λάμων «οὗτος» εἶπε «σοί, δέσποτα, τῶν αἰγῶν αἰπόλος.</w:t>
      </w:r>
    </w:p>
    <w:p>
      <w:r>
        <w:rPr>
          <w:rFonts w:ascii="Courier New" w:hAnsi="Courier New"/>
          <w:color w:val="555555"/>
          <w:sz w:val="20"/>
        </w:rPr>
        <w:t>[4 . 14 . 3]</w:t>
      </w:r>
    </w:p>
    <w:p>
      <w:r>
        <w:rPr>
          <w:rFonts w:ascii="Gentium Plus" w:hAnsi="Gentium Plus"/>
          <w:sz w:val="24"/>
        </w:rPr>
        <w:t>Σὺ μὲν ἐμοὶ πεντήκοντα νέμειν δέδω‐ κας καὶ δύο τράγους, οὗτος δέ σοι πεποίηκεν ἑκατὸν καὶ</w:t>
      </w:r>
    </w:p>
    <w:p>
      <w:r>
        <w:rPr>
          <w:rFonts w:ascii="Courier New" w:hAnsi="Courier New"/>
          <w:color w:val="555555"/>
          <w:sz w:val="20"/>
        </w:rPr>
        <w:t>[5]</w:t>
      </w:r>
    </w:p>
    <w:p>
      <w:r>
        <w:rPr>
          <w:rFonts w:ascii="Gentium Plus" w:hAnsi="Gentium Plus"/>
          <w:sz w:val="24"/>
        </w:rPr>
        <w:t>σύριγγος γοῦν ἀκούουσαι ποιοῦσι πάντα.»</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[4 . 15 . 1]</w:t>
      </w:r>
    </w:p>
    <w:p>
      <w:r>
        <w:rPr>
          <w:rFonts w:ascii="Gentium Plus" w:hAnsi="Gentium Plus"/>
          <w:sz w:val="24"/>
        </w:rPr>
        <w:t>Παροῦσα δὴ τοῖς λεγομένοις ἡ Κλεαρίστη πεῖ‐ ραν ἐπεθύμησε τοῦ λεχθέντος λαβεῖν καὶ κελεύει τὸν Δάφ‐ νιν ταῖς αἰξὶν οἷον εἴωθε συρίσαι καὶ ἐπαγγέλλεται συρί‐ σαντι χαρίσασθαι χιτῶνα καὶ χλαῖναν καὶ ὑποδήματα.</w:t>
      </w:r>
    </w:p>
    <w:p>
      <w:r>
        <w:rPr>
          <w:rFonts w:ascii="Courier New" w:hAnsi="Courier New"/>
          <w:color w:val="555555"/>
          <w:sz w:val="20"/>
        </w:rPr>
        <w:t>[4 . 15 . 2]</w:t>
      </w:r>
    </w:p>
    <w:p>
      <w:r>
        <w:rPr>
          <w:rFonts w:ascii="Gentium Plus" w:hAnsi="Gentium Plus"/>
          <w:sz w:val="24"/>
        </w:rPr>
        <w:t>Ὁ δὲ καθίσας αὐτοὺς ὥσπερ θέατρον, στὰς ὑπὸ τῇ φηγῷ καὶ ἐκ τῆς πήρας τὴν σύριγγα προκομίσας πρῶτα μὲν ὀλίγον ἐνέπνευσε· καὶ αἱ αἶγες ἔστησαν τὰς κεφαλὰς ἀράμεναι· εἶτα ἐνέπνευσε τὸ νόμιον, καὶ αἱ αἶγες ἐνέμοντο</w:t>
      </w:r>
    </w:p>
    <w:p>
      <w:r>
        <w:rPr>
          <w:rFonts w:ascii="Courier New" w:hAnsi="Courier New"/>
          <w:color w:val="555555"/>
          <w:sz w:val="20"/>
        </w:rPr>
        <w:t>[5]</w:t>
      </w:r>
    </w:p>
    <w:p>
      <w:r>
        <w:rPr>
          <w:rFonts w:ascii="Gentium Plus" w:hAnsi="Gentium Plus"/>
          <w:sz w:val="24"/>
        </w:rPr>
        <w:t>νεύσασαι κάτω· αὖθις λιγυρὸν ἐνέδωκε, καὶ ἀθρόαι κατε‐ κλίθησαν·</w:t>
      </w:r>
    </w:p>
    <w:p>
      <w:r>
        <w:rPr>
          <w:rFonts w:ascii="Courier New" w:hAnsi="Courier New"/>
          <w:color w:val="555555"/>
          <w:sz w:val="20"/>
        </w:rPr>
        <w:t>[4 . 15 . 3]</w:t>
      </w:r>
    </w:p>
    <w:p>
      <w:r>
        <w:rPr>
          <w:rFonts w:ascii="Gentium Plus" w:hAnsi="Gentium Plus"/>
          <w:sz w:val="24"/>
        </w:rPr>
        <w:t>ἐσύρισέ τι καὶ ὀξὺ μέλος, αἱ δὲ ὥσπερ λύκου προσιόντος εἰς τὴν ὕλην κατέφυγον· μετ’ ὀλίγον ἀνακλητικὸν ἐφθέγξατο, καὶ ἐξελθοῦσαι τῆς ὕλης πλησίον αὐτοῦ τῶν ποδῶν συνέδραμον.</w:t>
      </w:r>
    </w:p>
    <w:p>
      <w:r>
        <w:rPr>
          <w:rFonts w:ascii="Courier New" w:hAnsi="Courier New"/>
          <w:color w:val="555555"/>
          <w:sz w:val="20"/>
        </w:rPr>
        <w:t>[4 . 15 . 4]</w:t>
      </w:r>
    </w:p>
    <w:p>
      <w:r>
        <w:rPr>
          <w:rFonts w:ascii="Gentium Plus" w:hAnsi="Gentium Plus"/>
          <w:sz w:val="24"/>
        </w:rPr>
        <w:t>Οὐδὲ ἀνθρώπους οἰκέ‐ τας εἶδεν ἄν τις οὕτω πειθομένους προστάγματι δεσπό‐ του. Οἵ τε οὖν ἄλλοι πάντες ἐθαύμαζον καὶ πρὸ πάντων ἡ Κλεαρίστη καὶ τὰ δῶρα ἀποδώσειν ὤμοσε καλῷ τε ὄντι</w:t>
      </w:r>
    </w:p>
    <w:p>
      <w:r>
        <w:rPr>
          <w:rFonts w:ascii="Courier New" w:hAnsi="Courier New"/>
          <w:color w:val="555555"/>
          <w:sz w:val="20"/>
        </w:rPr>
        <w:t>[5]</w:t>
      </w:r>
    </w:p>
    <w:p>
      <w:r>
        <w:rPr>
          <w:rFonts w:ascii="Gentium Plus" w:hAnsi="Gentium Plus"/>
          <w:sz w:val="24"/>
        </w:rPr>
        <w:t>αἰπόλῳ καὶ μουσικῷ· καὶ ἀνελθόντες εἰς τὴν ἔπαυλιν ἀμφὶ ἄριστον εἶχον καὶ τῷ Δάφνιδι ἀφ’ ὧν ἤσθιον ἔπεμψαν. Ὁ δὲ μετὰ τῆς Χλόης ἤσθιε καὶ ἥδετο γευόμενος ἀστυ‐ κῆς ὀψαρτυσίας καὶ εὔελπις ἦν τεύξεσθαι τοῦ γάμου,</w:t>
      </w:r>
    </w:p>
    <w:p>
      <w:r>
        <w:rPr>
          <w:rFonts w:ascii="Courier New" w:hAnsi="Courier New"/>
          <w:color w:val="555555"/>
          <w:sz w:val="20"/>
        </w:rPr>
        <w:t>[4 . 16 . 1]</w:t>
      </w:r>
    </w:p>
    <w:p>
      <w:r>
        <w:rPr>
          <w:rFonts w:ascii="Gentium Plus" w:hAnsi="Gentium Plus"/>
          <w:sz w:val="24"/>
        </w:rPr>
        <w:t>Ὁ δὲ Γνάθων προσεκκαυθεὶς τοῖς κατὰ τὸ αἰπόλιον γεγενημένοις καὶ ἀβίωτον νομίζων τὸν βίον, εἰ μὴ τεύξεται Δάφνιδος, περιπατοῦντα τὸν Ἄστυλον ἐν τῷ παραδείσῳ φυλάξας καὶ ἀναγαγὼν εἰς τὸν τοῦ Διονύσου</w:t>
      </w:r>
    </w:p>
    <w:p>
      <w:r>
        <w:rPr>
          <w:rFonts w:ascii="Courier New" w:hAnsi="Courier New"/>
          <w:color w:val="555555"/>
          <w:sz w:val="20"/>
        </w:rPr>
        <w:t>[5]</w:t>
      </w:r>
    </w:p>
    <w:p>
      <w:r>
        <w:rPr>
          <w:rFonts w:ascii="Gentium Plus" w:hAnsi="Gentium Plus"/>
          <w:sz w:val="24"/>
        </w:rPr>
        <w:t>νεὼν πόδας καὶ χεῖρας κατεφίλει.</w:t>
      </w:r>
    </w:p>
    <w:p>
      <w:r>
        <w:rPr>
          <w:rFonts w:ascii="Courier New" w:hAnsi="Courier New"/>
          <w:color w:val="555555"/>
          <w:sz w:val="20"/>
        </w:rPr>
        <w:t>[4 . 16 . 2]</w:t>
      </w:r>
    </w:p>
    <w:p>
      <w:r>
        <w:rPr>
          <w:rFonts w:ascii="Gentium Plus" w:hAnsi="Gentium Plus"/>
          <w:sz w:val="24"/>
        </w:rPr>
        <w:t>Τοῦ δὲ πυνθανομέ‐ νου τίνος ἕνεκα ταῦτα δρᾷ, καὶ λέγειν κελεύοντος καὶ ὑπουργήσειν ὀμνύντος, «οἴχεταί σοι Γνάθων» ἔφη «δέσ‐ ποτα. Ὁ μέχρι νῦν μόνης τραπέζης τῆς σῆς ἐρῶν, ὁ</w:t>
      </w:r>
    </w:p>
    <w:p>
      <w:r>
        <w:rPr>
          <w:rFonts w:ascii="Courier New" w:hAnsi="Courier New"/>
          <w:color w:val="555555"/>
          <w:sz w:val="20"/>
        </w:rPr>
        <w:t>[5]</w:t>
      </w:r>
    </w:p>
    <w:p>
      <w:r>
        <w:rPr>
          <w:rFonts w:ascii="Gentium Plus" w:hAnsi="Gentium Plus"/>
          <w:sz w:val="24"/>
        </w:rPr>
        <w:t>πρότερον ὀμνὺς ὅτι μηδέν ἐστιν ὡραιότερον οἴνου γέρον‐ τος, ὁ κρείττους τῶν ἐφήβων τῶν ἐν Μιτυλήνῃ τοὺς σοὺς ὀψαρτυτὰς λέγων, μόνον λοιπὸν καλὸν εἶναι Δάφνιν νομίζω.</w:t>
      </w:r>
    </w:p>
    <w:p>
      <w:r>
        <w:rPr>
          <w:rFonts w:ascii="Courier New" w:hAnsi="Courier New"/>
          <w:color w:val="555555"/>
          <w:sz w:val="20"/>
        </w:rPr>
        <w:t>[4 . 16 . 3]</w:t>
      </w:r>
    </w:p>
    <w:p>
      <w:r>
        <w:rPr>
          <w:rFonts w:ascii="Gentium Plus" w:hAnsi="Gentium Plus"/>
          <w:sz w:val="24"/>
        </w:rPr>
        <w:t>Καὶ τροφῆς μὲν τῆς πολυτελοῦς οὐ γεύομαι, καίτοι τοσούτων παρασκευαζομένων ἑκάστης ἡμέρας κρεῶν, ἰχθύων, μελιτωμάτων, ἡδέως δ’ ἂν αἲξ γενόμενος πόαν ἐσθίοιμι καὶ φύλλα, τῆς Δάφνιδος ἀκούων σύριγγος καὶ</w:t>
      </w:r>
    </w:p>
    <w:p>
      <w:r>
        <w:rPr>
          <w:rFonts w:ascii="Courier New" w:hAnsi="Courier New"/>
          <w:color w:val="555555"/>
          <w:sz w:val="20"/>
        </w:rPr>
        <w:t>[5]</w:t>
      </w:r>
    </w:p>
    <w:p>
      <w:r>
        <w:rPr>
          <w:rFonts w:ascii="Gentium Plus" w:hAnsi="Gentium Plus"/>
          <w:sz w:val="24"/>
        </w:rPr>
        <w:t>ὑπ’ ἐκείνου νεμόμενος. Σὺ δὲ σῶσον Γνάθωνα τὸν σὸν καὶ τὸν ἀήττητον Ἔρωτα νίκησον.</w:t>
      </w:r>
    </w:p>
    <w:p>
      <w:r>
        <w:rPr>
          <w:rFonts w:ascii="Courier New" w:hAnsi="Courier New"/>
          <w:color w:val="555555"/>
          <w:sz w:val="20"/>
        </w:rPr>
        <w:t>[4 . 16 . 4]</w:t>
      </w:r>
    </w:p>
    <w:p>
      <w:r>
        <w:rPr>
          <w:rFonts w:ascii="Gentium Plus" w:hAnsi="Gentium Plus"/>
          <w:sz w:val="24"/>
        </w:rPr>
        <w:t>Εἰ δὲ μή, σὲ ἐπόμνυμι, τὸν ἐμὸν θεόν, ξιφίδιον λαβὼν καὶ ἐμπλήσας τὴν γαστέρα τροφῆς ἐμαυτὸν ἀποκτενῶ πρὸ τῶν Δάφνιδος θυρῶν· σὺ δὲ οὐκέτι καλέσεις Γναθωνάριον, ὥσπερ εἰώθεις παίζων</w:t>
      </w:r>
    </w:p>
    <w:p>
      <w:r>
        <w:rPr>
          <w:rFonts w:ascii="Courier New" w:hAnsi="Courier New"/>
          <w:color w:val="555555"/>
          <w:sz w:val="20"/>
        </w:rPr>
        <w:t>[5]</w:t>
      </w:r>
    </w:p>
    <w:p>
      <w:r>
        <w:rPr>
          <w:rFonts w:ascii="Gentium Plus" w:hAnsi="Gentium Plus"/>
          <w:sz w:val="24"/>
        </w:rPr>
        <w:t>ἀεί.»</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[4 . 17 . 1]</w:t>
      </w:r>
    </w:p>
    <w:p>
      <w:r>
        <w:rPr>
          <w:rFonts w:ascii="Gentium Plus" w:hAnsi="Gentium Plus"/>
          <w:sz w:val="24"/>
        </w:rPr>
        <w:t>Οὐκ ἀντέσχε κλάοντι καὶ αὖθις τοὺς πόδας καταφιλοῦντι νεανίσκος μεγαλόφρων καὶ οὐκ ἄπειρος ἐρω‐</w:t>
      </w:r>
    </w:p>
    <w:p>
      <w:r>
        <w:rPr>
          <w:rFonts w:ascii="Courier New" w:hAnsi="Courier New"/>
          <w:color w:val="555555"/>
          <w:sz w:val="20"/>
        </w:rPr>
        <w:t>[5]</w:t>
      </w:r>
    </w:p>
    <w:p>
      <w:r>
        <w:rPr>
          <w:rFonts w:ascii="Gentium Plus" w:hAnsi="Gentium Plus"/>
          <w:sz w:val="24"/>
        </w:rPr>
        <w:t>δὲ ἐρώμενον.</w:t>
      </w:r>
    </w:p>
    <w:p>
      <w:r>
        <w:rPr>
          <w:rFonts w:ascii="Courier New" w:hAnsi="Courier New"/>
          <w:color w:val="555555"/>
          <w:sz w:val="20"/>
        </w:rPr>
        <w:t>[4 . 17 . 2]</w:t>
      </w:r>
    </w:p>
    <w:p>
      <w:r>
        <w:rPr>
          <w:rFonts w:ascii="Gentium Plus" w:hAnsi="Gentium Plus"/>
          <w:sz w:val="24"/>
        </w:rPr>
        <w:t>Εἰς εὐθυμίαν δὲ καὶ αὐτὸν [ἐκεῖνον] θέλων προαγαγεῖν ἐπυνθάνετο μειδιῶν εἰ οὐκ αἰσχύνεται Λάμωνος υἱὸν φιλῶν, ἀλλὰ καὶ σπουδάζει συγκατακλιθῆναι νέμοντι αἶγας μειρακίῳ· καὶ ἅμα ὑπεκρίνετο τὴν τραγικὴν</w:t>
      </w:r>
    </w:p>
    <w:p>
      <w:r>
        <w:rPr>
          <w:rFonts w:ascii="Courier New" w:hAnsi="Courier New"/>
          <w:color w:val="555555"/>
          <w:sz w:val="20"/>
        </w:rPr>
        <w:t>[5]</w:t>
      </w:r>
    </w:p>
    <w:p>
      <w:r>
        <w:rPr>
          <w:rFonts w:ascii="Gentium Plus" w:hAnsi="Gentium Plus"/>
          <w:sz w:val="24"/>
        </w:rPr>
        <w:t>δυσωδίαν μυσάττεσθαι.</w:t>
      </w:r>
    </w:p>
    <w:p>
      <w:r>
        <w:rPr>
          <w:rFonts w:ascii="Courier New" w:hAnsi="Courier New"/>
          <w:color w:val="555555"/>
          <w:sz w:val="20"/>
        </w:rPr>
        <w:t>[4 . 17 . 3]</w:t>
      </w:r>
    </w:p>
    <w:p>
      <w:r>
        <w:rPr>
          <w:rFonts w:ascii="Gentium Plus" w:hAnsi="Gentium Plus"/>
          <w:sz w:val="24"/>
        </w:rPr>
        <w:t>Ὁ δέ, οἷα πᾶσαν ἐρωτικὴν μυθολογίαν ἐν τοῖς τῶν ἀσώτων συμποσίοις πεπαιδευμένος, οὐκ ἀπὸ σκοποῦ καὶ ὑπὲρ αὑτοῦ καὶ ὑπὲρ τοῦ Δάφνιδος ἔλεγεν· «οὐδεὶς ταῦτα, δέσποτα, ἐραστὴς πολυπραγμονεῖ·</w:t>
      </w:r>
    </w:p>
    <w:p>
      <w:r>
        <w:rPr>
          <w:rFonts w:ascii="Courier New" w:hAnsi="Courier New"/>
          <w:color w:val="555555"/>
          <w:sz w:val="20"/>
        </w:rPr>
        <w:t>[5]</w:t>
      </w:r>
    </w:p>
    <w:p>
      <w:r>
        <w:rPr>
          <w:rFonts w:ascii="Gentium Plus" w:hAnsi="Gentium Plus"/>
          <w:sz w:val="24"/>
        </w:rPr>
        <w:t>ἀλλ’ ἐν οἵῳ ποτε ἂν σώματι εὕρῃ τὸ κάλλος, ἑάλωκε.</w:t>
      </w:r>
    </w:p>
    <w:p>
      <w:r>
        <w:rPr>
          <w:rFonts w:ascii="Courier New" w:hAnsi="Courier New"/>
          <w:color w:val="555555"/>
          <w:sz w:val="20"/>
        </w:rPr>
        <w:t>[4 . 17 . 4]</w:t>
      </w:r>
    </w:p>
    <w:p>
      <w:r>
        <w:rPr>
          <w:rFonts w:ascii="Gentium Plus" w:hAnsi="Gentium Plus"/>
          <w:sz w:val="24"/>
        </w:rPr>
        <w:t>Διὰ τοῦτο καὶ φυτοῦ τις ἠράσθη καὶ ποταμοῦ καὶ θηρίου. Καίτοι τίς οὐκ ἂν ἐραστὴν ἠλέησεν, ὃν ἔδει φοβεῖσ‐ θαι τὸν ἐρώμενον; Ἐγὼ δὲ σώματος μὲν ἐρῶ δούλου, κάλ‐ λους δὲ ἐλευθέρου.</w:t>
      </w:r>
    </w:p>
    <w:p>
      <w:r>
        <w:rPr>
          <w:rFonts w:ascii="Courier New" w:hAnsi="Courier New"/>
          <w:color w:val="555555"/>
          <w:sz w:val="20"/>
        </w:rPr>
        <w:t>[4 . 17 . 5]</w:t>
      </w:r>
    </w:p>
    <w:p>
      <w:r>
        <w:rPr>
          <w:rFonts w:ascii="Gentium Plus" w:hAnsi="Gentium Plus"/>
          <w:sz w:val="24"/>
        </w:rPr>
        <w:t>Ὁρᾷς ὡς ὑακίνθῳ μὲν τὴν κόμην ὁμοίαν ἔχει, λάμπουσι δὲ ὑπὸ ταῖς ὀφρύσιν οἱ ὀφθαλμοὶ καθάπερ ἐν χρυσῇ σφενδόνῃ ψηφίς; Καὶ τὸ μὲν πρόσωπον ἐρυθήματος μεστόν, τὸ δὲ στόμα λευκῶν ὀδόντων ὥσπερ</w:t>
      </w:r>
    </w:p>
    <w:p>
      <w:r>
        <w:rPr>
          <w:rFonts w:ascii="Courier New" w:hAnsi="Courier New"/>
          <w:color w:val="555555"/>
          <w:sz w:val="20"/>
        </w:rPr>
        <w:t>[5]</w:t>
      </w:r>
    </w:p>
    <w:p>
      <w:r>
        <w:rPr>
          <w:rFonts w:ascii="Gentium Plus" w:hAnsi="Gentium Plus"/>
          <w:sz w:val="24"/>
        </w:rPr>
        <w:t>ἐλέφαντος.</w:t>
      </w:r>
    </w:p>
    <w:p>
      <w:r>
        <w:rPr>
          <w:rFonts w:ascii="Courier New" w:hAnsi="Courier New"/>
          <w:color w:val="555555"/>
          <w:sz w:val="20"/>
        </w:rPr>
        <w:t>[4 . 17 . 6]</w:t>
      </w:r>
    </w:p>
    <w:p>
      <w:r>
        <w:rPr>
          <w:rFonts w:ascii="Gentium Plus" w:hAnsi="Gentium Plus"/>
          <w:sz w:val="24"/>
        </w:rPr>
        <w:t>Τίς ἐκεῖθεν οὐκ ἂν εὔξαιτο λαβεῖν ἐρασ‐ τὴς λευκὰ φιλήματα; Εἰ δὲ νέμοντος ἠράσθην, θεοὺς ἐμι‐ μησάμην. Βουκόλος ἦν Ἀγχίσης, καὶ ἔσχεν αὐτὸν Ἀφρο‐ δίτη· αἶγας ἔνεμε Βράγχος, καὶ Ἀπόλλων αὐτὸν ἐφίλησε·</w:t>
      </w:r>
    </w:p>
    <w:p>
      <w:r>
        <w:rPr>
          <w:rFonts w:ascii="Courier New" w:hAnsi="Courier New"/>
          <w:color w:val="555555"/>
          <w:sz w:val="20"/>
        </w:rPr>
        <w:t>[5]</w:t>
      </w:r>
    </w:p>
    <w:p>
      <w:r>
        <w:rPr>
          <w:rFonts w:ascii="Gentium Plus" w:hAnsi="Gentium Plus"/>
          <w:sz w:val="24"/>
        </w:rPr>
        <w:t>ποιμὴν ἦν Γανυμήδης, καὶ αὐτὸν ὁ τῶν ὅλων βασιλεὺς ἥρπασε.</w:t>
      </w:r>
    </w:p>
    <w:p>
      <w:r>
        <w:rPr>
          <w:rFonts w:ascii="Courier New" w:hAnsi="Courier New"/>
          <w:color w:val="555555"/>
          <w:sz w:val="20"/>
        </w:rPr>
        <w:t>[4 . 17 . 7]</w:t>
      </w:r>
    </w:p>
    <w:p>
      <w:r>
        <w:rPr>
          <w:rFonts w:ascii="Gentium Plus" w:hAnsi="Gentium Plus"/>
          <w:sz w:val="24"/>
        </w:rPr>
        <w:t>Μὴ καταφρονῶμεν παιδός, ᾧ καὶ αἶγας ὡς ἐρώσας πειθομένας εἴδομεν· ἀλλ’ εἰ ἔτι μένειν ἐπὶ γῆς ἐπιτρέπουσι τοιοῦτον κάλλος, χάριν ἔχωμεν τοῖς Διὸς</w:t>
      </w:r>
    </w:p>
    <w:p>
      <w:r>
        <w:rPr>
          <w:rFonts w:ascii="Courier New" w:hAnsi="Courier New"/>
          <w:color w:val="555555"/>
          <w:sz w:val="20"/>
        </w:rPr>
        <w:t>[4 . 18 . 1]</w:t>
      </w:r>
    </w:p>
    <w:p>
      <w:r>
        <w:rPr>
          <w:rFonts w:ascii="Gentium Plus" w:hAnsi="Gentium Plus"/>
          <w:sz w:val="24"/>
        </w:rPr>
        <w:t>Ἡδὺ γελάσας ὁ Ἄστυλος ἐπὶ τούτῳ μάλιστα τῷ λεχθέντι καὶ ὡς μεγάλους ὁ Ἔρως ποιεῖ σοφιστὰς εἰπὼν ἐπετήρει καιρόν, ἐν ᾧ τῷ πατρὶ περὶ Δάφνιδος διαλέξεται. Ἀκούσας δὲ τὰ λεχθέντα κρύφα πάντα ὁ</w:t>
      </w:r>
    </w:p>
    <w:p>
      <w:r>
        <w:rPr>
          <w:rFonts w:ascii="Courier New" w:hAnsi="Courier New"/>
          <w:color w:val="555555"/>
          <w:sz w:val="20"/>
        </w:rPr>
        <w:t>[5]</w:t>
      </w:r>
    </w:p>
    <w:p>
      <w:r>
        <w:rPr>
          <w:rFonts w:ascii="Gentium Plus" w:hAnsi="Gentium Plus"/>
          <w:sz w:val="24"/>
        </w:rPr>
        <w:t>Εὔδρομος καὶ τὰ μὲν τὸν Δάφνιν φιλῶν ὡς ἀγαθὸν νεανίσ‐ κον, τὰ δὲ ἀχθόμενος εἰ Γνάθωνος ἐμπαροίνημα γενήσεται τοιοῦτον κάλλος, αὐτίκα καταλέγει πάντα κἀκείνῳ καὶ Λά‐ μωνι.</w:t>
      </w:r>
    </w:p>
    <w:p>
      <w:r>
        <w:rPr>
          <w:rFonts w:ascii="Courier New" w:hAnsi="Courier New"/>
          <w:color w:val="555555"/>
          <w:sz w:val="20"/>
        </w:rPr>
        <w:t>[4 . 18 . 2]</w:t>
      </w:r>
    </w:p>
    <w:p>
      <w:r>
        <w:rPr>
          <w:rFonts w:ascii="Gentium Plus" w:hAnsi="Gentium Plus"/>
          <w:sz w:val="24"/>
        </w:rPr>
        <w:t>Ὁ μὲν οὖν Δάφνις ἐκπλαγεὶς ἐγίνωσκεν ἅμα τῇ Χλόῃ τολμῆσαι φυγεῖν ἢ ἀποθανεῖν, κοινωνὸν κἀκείνην λαβών· ὁ δὲ Λάμων προκαλεσάμενος ἔξω τῆς αὐλῆς τὴν Μυρτάλην «οἰχόμεθα» εἶπεν «ὦ γύναι· ἥκει καιρὸς</w:t>
      </w:r>
    </w:p>
    <w:p>
      <w:r>
        <w:rPr>
          <w:rFonts w:ascii="Courier New" w:hAnsi="Courier New"/>
          <w:color w:val="555555"/>
          <w:sz w:val="20"/>
        </w:rPr>
        <w:t>[5]</w:t>
      </w:r>
    </w:p>
    <w:p>
      <w:r>
        <w:rPr>
          <w:rFonts w:ascii="Gentium Plus" w:hAnsi="Gentium Plus"/>
          <w:sz w:val="24"/>
        </w:rPr>
        <w:t>ἐκκαλύπτειν τὰ κρυπτά.</w:t>
      </w:r>
    </w:p>
    <w:p>
      <w:r>
        <w:rPr>
          <w:rFonts w:ascii="Courier New" w:hAnsi="Courier New"/>
          <w:color w:val="555555"/>
          <w:sz w:val="20"/>
        </w:rPr>
        <w:t>[4 . 18 . 3]</w:t>
      </w:r>
    </w:p>
    <w:p>
      <w:r>
        <w:rPr>
          <w:rFonts w:ascii="Gentium Plus" w:hAnsi="Gentium Plus"/>
          <w:sz w:val="24"/>
        </w:rPr>
        <w:t>Ἔρρει μοι δὲ αἱ αἶγες καὶ τὰ λοιπὰ πάντα· ἀλλ’ οὐ μὰ τὸν Πᾶνα καὶ τὰς Νύμφας, οὐδ’ εἰ μέλλω βοῦς, φασίν, ἐν αὐλίῳ καταλείπεσθαι, τὴν Δάφνι‐ δος τύχην ἥτις ἐστὶν οὐ σιωπήσομαι, ἀλλὰ καὶ ὅτι εὗρον</w:t>
      </w:r>
    </w:p>
    <w:p>
      <w:r>
        <w:rPr>
          <w:rFonts w:ascii="Courier New" w:hAnsi="Courier New"/>
          <w:color w:val="555555"/>
          <w:sz w:val="20"/>
        </w:rPr>
        <w:t>[5]</w:t>
      </w:r>
    </w:p>
    <w:p>
      <w:r>
        <w:rPr>
          <w:rFonts w:ascii="Gentium Plus" w:hAnsi="Gentium Plus"/>
          <w:sz w:val="24"/>
        </w:rPr>
        <w:t>ἐκκείμενον ἐρῶ καὶ ὅπως τρεφόμενον μηνύσω καὶ ὅσα εὗρον συνεκκείμενα δείξω. Μαθέτω Γνάθων ὁ μιαρὸς οἷος ὢν οἵων ἐρᾷ. Παρασκεύαζέ μοι μόνον εὐτρεπῆ τὰ γνωρίσ‐ ματα.»</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[4 . 19 . 1]</w:t>
      </w:r>
    </w:p>
    <w:p>
      <w:r>
        <w:rPr>
          <w:rFonts w:ascii="Gentium Plus" w:hAnsi="Gentium Plus"/>
          <w:sz w:val="24"/>
        </w:rPr>
        <w:t>Οἱ μὲν ταῦτα συνθέμενοι ἀπῆλθον εἴσω πάλιν· ὁ δὲ Ἄστυλος σχολὴν ἄγοντι τῷ πατρὶ προσρυεὶς αἰτεῖ τὸν</w:t>
      </w:r>
    </w:p>
    <w:p>
      <w:r>
        <w:rPr>
          <w:rFonts w:ascii="Courier New" w:hAnsi="Courier New"/>
          <w:color w:val="555555"/>
          <w:sz w:val="20"/>
        </w:rPr>
        <w:t>[5]</w:t>
      </w:r>
    </w:p>
    <w:p>
      <w:r>
        <w:rPr>
          <w:rFonts w:ascii="Gentium Plus" w:hAnsi="Gentium Plus"/>
          <w:sz w:val="24"/>
        </w:rPr>
        <w:t>ἀστυκὰ διδαχθῆναι δυνάμενον.</w:t>
      </w:r>
    </w:p>
    <w:p>
      <w:r>
        <w:rPr>
          <w:rFonts w:ascii="Courier New" w:hAnsi="Courier New"/>
          <w:color w:val="555555"/>
          <w:sz w:val="20"/>
        </w:rPr>
        <w:t>[4 . 19 . 2]</w:t>
      </w:r>
    </w:p>
    <w:p>
      <w:r>
        <w:rPr>
          <w:rFonts w:ascii="Gentium Plus" w:hAnsi="Gentium Plus"/>
          <w:sz w:val="24"/>
        </w:rPr>
        <w:t>Χαίρων ὁ πατὴρ δίδωσι καὶ μεταπεμψάμενος τὸν Λάμωνα καὶ τὴν Μυρτάλην εὐηγ‐ γελίζετο μὲν αὐτοῖς ὅτι Ἄστυλον θεραπεύσει λοιπὸν ἀντὶ αἰγῶν καὶ τράγων Δάφνις, ἐπηγγέλλετο δὲ δύο ἀντ’ ἐκείνου</w:t>
      </w:r>
    </w:p>
    <w:p>
      <w:r>
        <w:rPr>
          <w:rFonts w:ascii="Courier New" w:hAnsi="Courier New"/>
          <w:color w:val="555555"/>
          <w:sz w:val="20"/>
        </w:rPr>
        <w:t>[5]</w:t>
      </w:r>
    </w:p>
    <w:p>
      <w:r>
        <w:rPr>
          <w:rFonts w:ascii="Gentium Plus" w:hAnsi="Gentium Plus"/>
          <w:sz w:val="24"/>
        </w:rPr>
        <w:t>δώσειν αὐτοῖς αἰπόλους.</w:t>
      </w:r>
    </w:p>
    <w:p>
      <w:r>
        <w:rPr>
          <w:rFonts w:ascii="Courier New" w:hAnsi="Courier New"/>
          <w:color w:val="555555"/>
          <w:sz w:val="20"/>
        </w:rPr>
        <w:t>[4 . 19 . 3]</w:t>
      </w:r>
    </w:p>
    <w:p>
      <w:r>
        <w:rPr>
          <w:rFonts w:ascii="Gentium Plus" w:hAnsi="Gentium Plus"/>
          <w:sz w:val="24"/>
        </w:rPr>
        <w:t>Ἐνταῦθα ὁ Λάμων, πάντων ἤδη συνερρυηκότων καὶ ὅτι καλὸν ὁμόδουλον ἕξουσιν ἡδο‐ μένων, αἰτήσας λόγον ἤρξατο λέγειν· «ἄκουσον, ὦ δέσποτα, παρ’ ἀνδρὸς γέροντος ἀληθῆ λόγον· ἐπόμνυμι δὲ τὸν Πᾶνα</w:t>
      </w:r>
    </w:p>
    <w:p>
      <w:r>
        <w:rPr>
          <w:rFonts w:ascii="Courier New" w:hAnsi="Courier New"/>
          <w:color w:val="555555"/>
          <w:sz w:val="20"/>
        </w:rPr>
        <w:t>[5]</w:t>
      </w:r>
    </w:p>
    <w:p>
      <w:r>
        <w:rPr>
          <w:rFonts w:ascii="Gentium Plus" w:hAnsi="Gentium Plus"/>
          <w:sz w:val="24"/>
        </w:rPr>
        <w:t>καὶ τὰς Νύμφας ὡς οὐδὲν ψεύσομαι.</w:t>
      </w:r>
    </w:p>
    <w:p>
      <w:r>
        <w:rPr>
          <w:rFonts w:ascii="Courier New" w:hAnsi="Courier New"/>
          <w:color w:val="555555"/>
          <w:sz w:val="20"/>
        </w:rPr>
        <w:t>[4 . 19 . 4]</w:t>
      </w:r>
    </w:p>
    <w:p>
      <w:r>
        <w:rPr>
          <w:rFonts w:ascii="Gentium Plus" w:hAnsi="Gentium Plus"/>
          <w:sz w:val="24"/>
        </w:rPr>
        <w:t>Οὐκ εἰμὶ Δάφνι‐ δος πατήρ, οὐδ’ εὐτύχησέ ποτε Μυρτάλη μήτηρ γενέσθαι. Ἄλλοι πατέρες ἐξέθηκαν τοῦτον, ἴσως παιδίων πρεσβυτέ‐ ρων ἅλις ἔχοντες· ἐγὼ δὲ εὗρον ἐκκείμενον καὶ ὑπὸ αἰγὸς</w:t>
      </w:r>
    </w:p>
    <w:p>
      <w:r>
        <w:rPr>
          <w:rFonts w:ascii="Courier New" w:hAnsi="Courier New"/>
          <w:color w:val="555555"/>
          <w:sz w:val="20"/>
        </w:rPr>
        <w:t>[5]</w:t>
      </w:r>
    </w:p>
    <w:p>
      <w:r>
        <w:rPr>
          <w:rFonts w:ascii="Gentium Plus" w:hAnsi="Gentium Plus"/>
          <w:sz w:val="24"/>
        </w:rPr>
        <w:t>ἐμῆς τρεφόμενον, ἣν καὶ ἀποθανοῦσαν ἔθαψα ἐν τῷ περι‐ κήπῳ φιλῶν ὅτι ἐποίησε μητρὸς ἔργα.</w:t>
      </w:r>
    </w:p>
    <w:p>
      <w:r>
        <w:rPr>
          <w:rFonts w:ascii="Courier New" w:hAnsi="Courier New"/>
          <w:color w:val="555555"/>
          <w:sz w:val="20"/>
        </w:rPr>
        <w:t>[4 . 19 . 5]</w:t>
      </w:r>
    </w:p>
    <w:p>
      <w:r>
        <w:rPr>
          <w:rFonts w:ascii="Gentium Plus" w:hAnsi="Gentium Plus"/>
          <w:sz w:val="24"/>
        </w:rPr>
        <w:t>Εὗρον αὐτῷ καὶ γνωρίσματα συνεκκείμενα· ὁμολογῶ, δέσποτα, καὶ φυλάττω· τύχης γάρ ἐστι μείζονος ἢ καθ’ ἡμᾶς σύμβολα. Ἀστύλου μὲν οὖν εἶναι δοῦλον αὐτὸν οὐχ ὑπερηφανῶ, καλὸν οἰκέτην</w:t>
      </w:r>
    </w:p>
    <w:p>
      <w:r>
        <w:rPr>
          <w:rFonts w:ascii="Courier New" w:hAnsi="Courier New"/>
          <w:color w:val="555555"/>
          <w:sz w:val="20"/>
        </w:rPr>
        <w:t>[5]</w:t>
      </w:r>
    </w:p>
    <w:p>
      <w:r>
        <w:rPr>
          <w:rFonts w:ascii="Gentium Plus" w:hAnsi="Gentium Plus"/>
          <w:sz w:val="24"/>
        </w:rPr>
        <w:t>καλοῦ καὶ ἀγαθοῦ δεσπότου· παροίνημα δὲ Γνάθωνος οὐ δύναμαι περιιδεῖν γενόμενον, ὃς ἐς Μιτυλήνην αὐτὸν ἄγειν ἐπὶ γυναικῶν ἔργα σπουδάζει.»</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[4 . 20 . 1]</w:t>
      </w:r>
    </w:p>
    <w:p>
      <w:r>
        <w:rPr>
          <w:rFonts w:ascii="Gentium Plus" w:hAnsi="Gentium Plus"/>
          <w:sz w:val="24"/>
        </w:rPr>
        <w:t>Ὁ μὲν Λάμων ταῦτα εἰπὼν ἐσιώπησε καὶ πολλὰ ἀφῆκε δάκρυα· τοῦ δὲ Γνάθωνος θρασυνομένου καὶ πληγὰς ἀπειλοῦντος, ὁ Διονυσοφάνης τοῖς εἰρημένοις ἐκπλαγεὶς τὸν μὲν Γνάθωνα σιωπᾶν ἐκέλευσε, σφόδρα τὴν ὀφρὺν εἰς</w:t>
      </w:r>
    </w:p>
    <w:p>
      <w:r>
        <w:rPr>
          <w:rFonts w:ascii="Courier New" w:hAnsi="Courier New"/>
          <w:color w:val="555555"/>
          <w:sz w:val="20"/>
        </w:rPr>
        <w:t>[5]</w:t>
      </w:r>
    </w:p>
    <w:p>
      <w:r>
        <w:rPr>
          <w:rFonts w:ascii="Gentium Plus" w:hAnsi="Gentium Plus"/>
          <w:sz w:val="24"/>
        </w:rPr>
        <w:t>αὐτὸν τοξοποιήσας, τὸν δὲ Λάμωνα πάλιν ἀνέκρινε καὶ παρεκελεύετο τἀληθῆ λέγειν μηδὲ ὅμοια πλάττειν μύθοις ἐπὶ τῷ κατέχειν τὸν υἱόν.</w:t>
      </w:r>
    </w:p>
    <w:p>
      <w:r>
        <w:rPr>
          <w:rFonts w:ascii="Courier New" w:hAnsi="Courier New"/>
          <w:color w:val="555555"/>
          <w:sz w:val="20"/>
        </w:rPr>
        <w:t>[4 . 20 . 2]</w:t>
      </w:r>
    </w:p>
    <w:p>
      <w:r>
        <w:rPr>
          <w:rFonts w:ascii="Gentium Plus" w:hAnsi="Gentium Plus"/>
          <w:sz w:val="24"/>
        </w:rPr>
        <w:t>Ὡς δὲ ἀτενὴς ἦν καὶ κατὰ πάντων ὤμνυε θεῶν καὶ ἐδίδου βασανίζειν αὑτόν, εἰ ψεύ‐ δεται, 〈παρα〉καθημένης τῆς Κλεαρίστης ἐβασάνιζε τὰ λελεγμένα. «Τί δ’ ἂν ἐψεύδετο Λάμων, μέλλων ἀνθ’ ἑνὸς</w:t>
      </w:r>
    </w:p>
    <w:p>
      <w:r>
        <w:rPr>
          <w:rFonts w:ascii="Courier New" w:hAnsi="Courier New"/>
          <w:color w:val="555555"/>
          <w:sz w:val="20"/>
        </w:rPr>
        <w:t>[5]</w:t>
      </w:r>
    </w:p>
    <w:p>
      <w:r>
        <w:rPr>
          <w:rFonts w:ascii="Gentium Plus" w:hAnsi="Gentium Plus"/>
          <w:sz w:val="24"/>
        </w:rPr>
        <w:t>δύο λαμβάνειν αἰπόλους; Πῶς δ’ ἂν καὶ ταῦτα ἔπλασεν ἄγροικος; Οὐ γὰρ εὐθὺς ἦν ἄπιστον ἐκ τοιούτου γέροντος καὶ μητρὸς εὐτελοῦς υἱὸν καλὸν οὕτω γενέσθαι;»</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[4 . 21 . 1]</w:t>
      </w:r>
    </w:p>
    <w:p>
      <w:r>
        <w:rPr>
          <w:rFonts w:ascii="Gentium Plus" w:hAnsi="Gentium Plus"/>
          <w:sz w:val="24"/>
        </w:rPr>
        <w:t>Ἐδόκει μὴ μαντεύεσθαι ἐπὶ πλέον, ἀλλὰ ἤδη τὰ γνωρίσματα σκοπεῖν εἰ λαμπρᾶς καὶ ἐνδοξοτέρας τύχης. Ἀπῄει μὲν Μυρτάλη κομίσουσα πάντα φυλαττόμενα ἐν πήρᾳ παλαιᾷ·</w:t>
      </w:r>
    </w:p>
    <w:p>
      <w:r>
        <w:rPr>
          <w:rFonts w:ascii="Courier New" w:hAnsi="Courier New"/>
          <w:color w:val="555555"/>
          <w:sz w:val="20"/>
        </w:rPr>
        <w:t>[4 . 21 . 2]</w:t>
      </w:r>
    </w:p>
    <w:p>
      <w:r>
        <w:rPr>
          <w:rFonts w:ascii="Gentium Plus" w:hAnsi="Gentium Plus"/>
          <w:sz w:val="24"/>
        </w:rPr>
        <w:t>κομισθέντα δὲ πρῶτος Διονυσοφάνης ἐπέβλεπε, καὶ ἰδὼν χλανίδιον ἁλουργές, πόρπην χρυσήλα‐ τον, ξιφίδιον ἐλεφαντόκωπον, μέγα βοήσας «ὦ Ζεῦ δέσ‐ ποτα» καλεῖ τὴν γυναῖκα θεασομένην·</w:t>
      </w:r>
    </w:p>
    <w:p>
      <w:r>
        <w:rPr>
          <w:rFonts w:ascii="Courier New" w:hAnsi="Courier New"/>
          <w:color w:val="555555"/>
          <w:sz w:val="20"/>
        </w:rPr>
        <w:t>[4 . 21 . 3]</w:t>
      </w:r>
    </w:p>
    <w:p>
      <w:r>
        <w:rPr>
          <w:rFonts w:ascii="Gentium Plus" w:hAnsi="Gentium Plus"/>
          <w:sz w:val="24"/>
        </w:rPr>
        <w:t>Ἡ δὲ ἰδοῦσα μέγα καὶ αὐτὴ βοᾷ· «φίλαι Μοῖραι· οὐ ταῦτα ἡμεῖς συν‐ εξεθήκαμεν ἰδίῳ παιδί; Οὐκ εἰς τούτους τοὺς ἀγροὺς κομί‐ σουσαν Σωφροσύνην ἀπεστείλαμεν; Οὐκ ἄλλα μὲν οὖν, ἀλλ’</w:t>
      </w:r>
    </w:p>
    <w:p>
      <w:r>
        <w:rPr>
          <w:rFonts w:ascii="Courier New" w:hAnsi="Courier New"/>
          <w:color w:val="555555"/>
          <w:sz w:val="20"/>
        </w:rPr>
        <w:t>[5]</w:t>
      </w:r>
    </w:p>
    <w:p>
      <w:r>
        <w:rPr>
          <w:rFonts w:ascii="Gentium Plus" w:hAnsi="Gentium Plus"/>
          <w:sz w:val="24"/>
        </w:rPr>
        <w:t>αὐτὰ ταῦτα. Φίλε ἄνερ, ἡμέτερόν ἐστι τὸ παιδίον· σὸς υἱός ἐστι Δάφνις, καὶ πατρῴας ἔνεμεν αἶγας.»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[4 . 22 . 1]</w:t>
      </w:r>
    </w:p>
    <w:p>
      <w:r>
        <w:rPr>
          <w:rFonts w:ascii="Gentium Plus" w:hAnsi="Gentium Plus"/>
          <w:sz w:val="24"/>
        </w:rPr>
        <w:t>Ἔτι λεγούσης αὐτῆς καὶ τοῦ Διονυσοφάνους</w:t>
      </w:r>
    </w:p>
    <w:p>
      <w:r>
        <w:rPr>
          <w:rFonts w:ascii="Courier New" w:hAnsi="Courier New"/>
          <w:color w:val="555555"/>
          <w:sz w:val="20"/>
        </w:rPr>
        <w:t>[5]</w:t>
      </w:r>
    </w:p>
    <w:p>
      <w:r>
        <w:rPr>
          <w:rFonts w:ascii="Gentium Plus" w:hAnsi="Gentium Plus"/>
          <w:sz w:val="24"/>
        </w:rPr>
        <w:t>θέλων.</w:t>
      </w:r>
    </w:p>
    <w:p>
      <w:r>
        <w:rPr>
          <w:rFonts w:ascii="Courier New" w:hAnsi="Courier New"/>
          <w:color w:val="555555"/>
          <w:sz w:val="20"/>
        </w:rPr>
        <w:t>[4 . 22 . 2]</w:t>
      </w:r>
    </w:p>
    <w:p>
      <w:r>
        <w:rPr>
          <w:rFonts w:ascii="Gentium Plus" w:hAnsi="Gentium Plus"/>
          <w:sz w:val="24"/>
        </w:rPr>
        <w:t>Ἰδὼν δὲ αὐτὸν ὁ Δάφνις θέοντα μετὰ πολλῶν καὶ βοῶντα «Δάφνι», νομίσας ὅτι συλλαβεῖν αὐτὸν βου‐ λόμενος τρέχει, ῥίψας τὴν πήραν καὶ τὴν σύριγγα πρὸς τὴν θάλασσαν ἐφέρετο ῥίψων ἑαυτὸν ἀπὸ τῆς μεγάλης πέτρας.</w:t>
      </w:r>
    </w:p>
    <w:p>
      <w:r>
        <w:rPr>
          <w:rFonts w:ascii="Courier New" w:hAnsi="Courier New"/>
          <w:color w:val="555555"/>
          <w:sz w:val="20"/>
        </w:rPr>
        <w:t>[4 . 22 . 3]</w:t>
      </w:r>
    </w:p>
    <w:p>
      <w:r>
        <w:rPr>
          <w:rFonts w:ascii="Gentium Plus" w:hAnsi="Gentium Plus"/>
          <w:sz w:val="24"/>
        </w:rPr>
        <w:t>Καὶ ἴσως ἄν, τὸ καινότατον, εὑρεθεὶς ἀπωλώλει Δάφ‐ νις, εἰ μὴ συνεὶς ὁ Ἄστυλος ἐβόα πάλιν· «στῆθι, Δάφνι, μηδὲν φοβηθῇς· ἀδελφός εἰμί σου, καὶ γονεῖς οἱ μέχρι νῦν δεσπόται.</w:t>
      </w:r>
    </w:p>
    <w:p>
      <w:r>
        <w:rPr>
          <w:rFonts w:ascii="Courier New" w:hAnsi="Courier New"/>
          <w:color w:val="555555"/>
          <w:sz w:val="20"/>
        </w:rPr>
        <w:t>[4 . 22 . 4]</w:t>
      </w:r>
    </w:p>
    <w:p>
      <w:r>
        <w:rPr>
          <w:rFonts w:ascii="Gentium Plus" w:hAnsi="Gentium Plus"/>
          <w:sz w:val="24"/>
        </w:rPr>
        <w:t>Νῦν ἡμῖν Λάμων τὴν αἶγα εἶπε καὶ τὰ γνω‐ ρίσματα ἔδειξεν· ὅρα δὲ ἐπιστραφεὶς πῶς ἴασι φαιδροὶ καὶ γελῶντες. Ἀλλ’ ἐμὲ πρῶτον φίλησον· ὄμνυμι δὲ τὰς Νύμ‐ φας ὡς οὐ ψεύδομαι.»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[4 . 23 . 1]</w:t>
      </w:r>
    </w:p>
    <w:p>
      <w:r>
        <w:rPr>
          <w:rFonts w:ascii="Gentium Plus" w:hAnsi="Gentium Plus"/>
          <w:sz w:val="24"/>
        </w:rPr>
        <w:t>Μόλις οὖν μετὰ τὸν ὅρκον ἔστη καὶ τὸν Ἄσ‐ τυλον τρέχοντα περιέμεινε καὶ προσελθόντα κατεφίλησεν. Ἐν ᾧ δὲ ἐκεῖνον ἐφίλει, πλῆθος τὸ λοιπὸν ἐπιρρεῖ θερα‐ πόντων, θεραπαινῶν, αὐτὸς ὁ πατήρ, ἡ μήτηρ μετ’ αὐτοῦ.</w:t>
      </w:r>
    </w:p>
    <w:p>
      <w:r>
        <w:rPr>
          <w:rFonts w:ascii="Courier New" w:hAnsi="Courier New"/>
          <w:color w:val="555555"/>
          <w:sz w:val="20"/>
        </w:rPr>
        <w:t>[5]</w:t>
      </w:r>
    </w:p>
    <w:p>
      <w:r>
        <w:rPr>
          <w:rFonts w:ascii="Gentium Plus" w:hAnsi="Gentium Plus"/>
          <w:sz w:val="24"/>
        </w:rPr>
        <w:t>Οὗτοι πάντες περιέβαλλον, κατεφίλουν, χαίροντες κλάον‐ τες.</w:t>
      </w:r>
    </w:p>
    <w:p>
      <w:r>
        <w:rPr>
          <w:rFonts w:ascii="Courier New" w:hAnsi="Courier New"/>
          <w:color w:val="555555"/>
          <w:sz w:val="20"/>
        </w:rPr>
        <w:t>[4 . 23 . 2]</w:t>
      </w:r>
    </w:p>
    <w:p>
      <w:r>
        <w:rPr>
          <w:rFonts w:ascii="Gentium Plus" w:hAnsi="Gentium Plus"/>
          <w:sz w:val="24"/>
        </w:rPr>
        <w:t>Ὁ δὲ τὸν πατέρα καὶ τὴν μητέρα πρὸ τῶν ἄλλων ἐφιλοφρονεῖτο, καὶ ὡς πάλαι εἰδὼς προσεστερνίζετο καὶ ἐξελθεῖν τῶν περιβολῶν οὐκ ἤθελεν· οὕτω φύσις ταχέως πιστεύεται. Ἐξελάθετο καὶ Χλόης πρὸς ὀλίγον· καὶ ἐλθὼν</w:t>
      </w:r>
    </w:p>
    <w:p>
      <w:r>
        <w:rPr>
          <w:rFonts w:ascii="Courier New" w:hAnsi="Courier New"/>
          <w:color w:val="555555"/>
          <w:sz w:val="20"/>
        </w:rPr>
        <w:t>[5]</w:t>
      </w:r>
    </w:p>
    <w:p>
      <w:r>
        <w:rPr>
          <w:rFonts w:ascii="Gentium Plus" w:hAnsi="Gentium Plus"/>
          <w:sz w:val="24"/>
        </w:rPr>
        <w:t>εἰς τὴν ἔπαυλιν ἐσθῆτά τε ἔλαβε πολυτελῆ καὶ παρὰ τὸν</w:t>
      </w:r>
    </w:p>
    <w:p>
      <w:r>
        <w:rPr>
          <w:rFonts w:ascii="Courier New" w:hAnsi="Courier New"/>
          <w:color w:val="555555"/>
          <w:sz w:val="20"/>
        </w:rPr>
        <w:t>[4 . 24 . 1]</w:t>
      </w:r>
    </w:p>
    <w:p>
      <w:r>
        <w:rPr>
          <w:rFonts w:ascii="Gentium Plus" w:hAnsi="Gentium Plus"/>
          <w:sz w:val="24"/>
        </w:rPr>
        <w:t>«Ἔγημα, ὦ παῖδες, κομιδῇ νέος. Καὶ χρόνου διελθόντος ὀλίγου πατήρ, ὡς ᾤμην, εὐτυχὴς ἐγεγόνειν· ἐγένετο γάρ μοι πρῶτος υἱὸς καὶ δευτέρα θυγάτηρ καὶ τρίτος Ἄστυλος. ᾬμην ἱκανὸν εἶναι τὸ γένος, καὶ γενό‐</w:t>
      </w:r>
    </w:p>
    <w:p>
      <w:r>
        <w:rPr>
          <w:rFonts w:ascii="Courier New" w:hAnsi="Courier New"/>
          <w:color w:val="555555"/>
          <w:sz w:val="20"/>
        </w:rPr>
        <w:t>[5]</w:t>
      </w:r>
    </w:p>
    <w:p>
      <w:r>
        <w:rPr>
          <w:rFonts w:ascii="Gentium Plus" w:hAnsi="Gentium Plus"/>
          <w:sz w:val="24"/>
        </w:rPr>
        <w:t>μενον ἐπὶ πᾶσι τοῦτο τὸ παιδίον ἐξέθηκα, οὐ γνωρίσματα ταῦτα συνεκθείς, ἀλλ’ ἐντάφια.</w:t>
      </w:r>
    </w:p>
    <w:p>
      <w:r>
        <w:rPr>
          <w:rFonts w:ascii="Courier New" w:hAnsi="Courier New"/>
          <w:color w:val="555555"/>
          <w:sz w:val="20"/>
        </w:rPr>
        <w:t>[4 . 24 . 2]</w:t>
      </w:r>
    </w:p>
    <w:p>
      <w:r>
        <w:rPr>
          <w:rFonts w:ascii="Gentium Plus" w:hAnsi="Gentium Plus"/>
          <w:sz w:val="24"/>
        </w:rPr>
        <w:t>Τὰ δὲ τῆς Τύχης ἄλλα βουλεύματα. Ὁ μὲν γὰρ πρεσβύτερος παῖς καὶ ἡ θυγάτηρ ὁμοίᾳ νόσῳ μιᾶς ἡμέρας ἀπώλοντο· σὺ δέ μοι προ‐ νοίᾳ θεῶν ἐσώθης, ἵνα πλείους ἔχωμεν χειραγωγούς.</w:t>
      </w:r>
    </w:p>
    <w:p>
      <w:r>
        <w:rPr>
          <w:rFonts w:ascii="Courier New" w:hAnsi="Courier New"/>
          <w:color w:val="555555"/>
          <w:sz w:val="20"/>
        </w:rPr>
        <w:t>[4 . 24 . 3]</w:t>
      </w:r>
    </w:p>
    <w:p>
      <w:r>
        <w:rPr>
          <w:rFonts w:ascii="Gentium Plus" w:hAnsi="Gentium Plus"/>
          <w:sz w:val="24"/>
        </w:rPr>
        <w:t>Μήτ’ οὖν σύ μοι μνησικακήσῃς ποτὲ τῆς ἐκθέσεως— ἑκὼν γὰρ οὐκ ἐβουλευσάμην—, μήτε σὺ λυπηθῇς, Ἄστυλε, μέρος ληψόμενος ἀντὶ πάσης τῆς οὐσίας—κρεῖττον γὰρ τοῖς εὖ φρονοῦσιν ἀδελφοῦ κτῆμα οὐδέν—, ἀλλὰ φιλεῖτε ἀλλή‐</w:t>
      </w:r>
    </w:p>
    <w:p>
      <w:r>
        <w:rPr>
          <w:rFonts w:ascii="Courier New" w:hAnsi="Courier New"/>
          <w:color w:val="555555"/>
          <w:sz w:val="20"/>
        </w:rPr>
        <w:t>[5]</w:t>
      </w:r>
    </w:p>
    <w:p>
      <w:r>
        <w:rPr>
          <w:rFonts w:ascii="Gentium Plus" w:hAnsi="Gentium Plus"/>
          <w:sz w:val="24"/>
        </w:rPr>
        <w:t>λους καὶ χρημάτων 〈γ’〉 ἕνεκα καὶ βασιλεῦσιν ἐρίζετε.</w:t>
      </w:r>
    </w:p>
    <w:p>
      <w:r>
        <w:rPr>
          <w:rFonts w:ascii="Courier New" w:hAnsi="Courier New"/>
          <w:color w:val="555555"/>
          <w:sz w:val="20"/>
        </w:rPr>
        <w:t>[4 . 24 . 4]</w:t>
      </w:r>
    </w:p>
    <w:p>
      <w:r>
        <w:rPr>
          <w:rFonts w:ascii="Gentium Plus" w:hAnsi="Gentium Plus"/>
          <w:sz w:val="24"/>
        </w:rPr>
        <w:t>Πολλὴν μὲν γὰρ ἐγὼ ὑμῖν καταλείψω γῆν, πολλοὺς δὲ οἰκέτας δεξιούς, χρυσόν, ἄργυρον 〈καὶ〉 ὅσα ἄλλα εὐδαι‐ μόνων κτήματα. Μόνον ἐξαίρετον τοῦτο Δάφνιδι τὸ χωρίον δίδωμι καὶ Λάμωνα καὶ Μυρτάλην καὶ τὰς αἶγας, ἃς αὐτὸς</w:t>
      </w:r>
    </w:p>
    <w:p>
      <w:r>
        <w:rPr>
          <w:rFonts w:ascii="Courier New" w:hAnsi="Courier New"/>
          <w:color w:val="555555"/>
          <w:sz w:val="20"/>
        </w:rPr>
        <w:t>[5]</w:t>
      </w:r>
    </w:p>
    <w:p>
      <w:r>
        <w:rPr>
          <w:rFonts w:ascii="Gentium Plus" w:hAnsi="Gentium Plus"/>
          <w:sz w:val="24"/>
        </w:rPr>
        <w:t>ἔνεμεν.»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[4 . 25 . 1]</w:t>
      </w:r>
    </w:p>
    <w:p>
      <w:r>
        <w:rPr>
          <w:rFonts w:ascii="Gentium Plus" w:hAnsi="Gentium Plus"/>
          <w:sz w:val="24"/>
        </w:rPr>
        <w:t>Ἔτι αὐτοῦ λέγοντος Δάφνις ἀναπηδήσας «κα‐ λῶς με» εἶπε «ταῦτα, πάτερ, ἀνέμνησας. Ἄπειμι τὰς αἶγας [απ]ἄξων ἐπὶ ποτόν, αἵ που νῦν διψῶσαι περι‐ μένουσι τὴν σύριγγα τὴν ἐμήν· ἐγὼ δὲ ἐνταυθοῖ καθέζο‐</w:t>
      </w:r>
    </w:p>
    <w:p>
      <w:r>
        <w:rPr>
          <w:rFonts w:ascii="Courier New" w:hAnsi="Courier New"/>
          <w:color w:val="555555"/>
          <w:sz w:val="20"/>
        </w:rPr>
        <w:t>[5]</w:t>
      </w:r>
    </w:p>
    <w:p>
      <w:r>
        <w:rPr>
          <w:rFonts w:ascii="Gentium Plus" w:hAnsi="Gentium Plus"/>
          <w:sz w:val="24"/>
        </w:rPr>
        <w:t>μαι.»</w:t>
      </w:r>
    </w:p>
    <w:p>
      <w:r>
        <w:rPr>
          <w:rFonts w:ascii="Courier New" w:hAnsi="Courier New"/>
          <w:color w:val="555555"/>
          <w:sz w:val="20"/>
        </w:rPr>
        <w:t>[4 . 25 . 2]</w:t>
      </w:r>
    </w:p>
    <w:p>
      <w:r>
        <w:rPr>
          <w:rFonts w:ascii="Gentium Plus" w:hAnsi="Gentium Plus"/>
          <w:sz w:val="24"/>
        </w:rPr>
        <w:t>Ἡδὺ πάντες ἐξεγέλασαν ὅτι δεσπότης γεγε‐ νημένος ἔτι θέλει εἶναι αἰπόλος· κἀκείνας μὲν θεραπεύ‐</w:t>
      </w:r>
    </w:p>
    <w:p>
      <w:r>
        <w:rPr>
          <w:rFonts w:ascii="Courier New" w:hAnsi="Courier New"/>
          <w:color w:val="555555"/>
          <w:sz w:val="20"/>
        </w:rPr>
        <w:t>[5]</w:t>
      </w:r>
    </w:p>
    <w:p>
      <w:r>
        <w:rPr>
          <w:rFonts w:ascii="Gentium Plus" w:hAnsi="Gentium Plus"/>
          <w:sz w:val="24"/>
        </w:rPr>
        <w:t>ἧκε Γνάθων, ἀλλὰ φοβούμενος ἐν τῷ νεῲ τοῦ Διονύσου καὶ τὴν ἡμέραν ἔμεινε καὶ τὴν νύκτα, ὥσπερ ἱκέτης.</w:t>
      </w:r>
    </w:p>
    <w:p>
      <w:r>
        <w:rPr>
          <w:rFonts w:ascii="Courier New" w:hAnsi="Courier New"/>
          <w:color w:val="555555"/>
          <w:sz w:val="20"/>
        </w:rPr>
        <w:t>[4 . 25 . 3]</w:t>
      </w:r>
    </w:p>
    <w:p>
      <w:r>
        <w:rPr>
          <w:rFonts w:ascii="Gentium Plus" w:hAnsi="Gentium Plus"/>
          <w:sz w:val="24"/>
        </w:rPr>
        <w:t>Ταχείας δὲ φήμης εἰς πάντας ἐλθούσης ὅτι Διονυσο‐ φάνης εὗρεν υἱόν, καὶ ὅτι Δάφνις ὁ αἰπόλος δεσπότης τῶν ἀγρῶν εὑρέθη, ἅμα ἕῳ συνέτρεχον ἄλλος ἀλλαχόθεν, τῷ μὲν μειρακίῳ συνηδόμενοι, τῷ δὲ πατρὶ αὐτοῦ δῶρα κομί‐</w:t>
      </w:r>
    </w:p>
    <w:p>
      <w:r>
        <w:rPr>
          <w:rFonts w:ascii="Courier New" w:hAnsi="Courier New"/>
          <w:color w:val="555555"/>
          <w:sz w:val="20"/>
        </w:rPr>
        <w:t>[5]</w:t>
      </w:r>
    </w:p>
    <w:p>
      <w:r>
        <w:rPr>
          <w:rFonts w:ascii="Gentium Plus" w:hAnsi="Gentium Plus"/>
          <w:sz w:val="24"/>
        </w:rPr>
        <w:t>ζοντες· ἐν οἷς καὶ ὁ Δρύας πρῶτος ὁ τρέφων τὴν Χλόην.</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[4 . 26 . 1]</w:t>
      </w:r>
    </w:p>
    <w:p>
      <w:r>
        <w:rPr>
          <w:rFonts w:ascii="Gentium Plus" w:hAnsi="Gentium Plus"/>
          <w:sz w:val="24"/>
        </w:rPr>
        <w:t>Ὁ δὲ Διονυσοφάνης κατεῖχε πάντας, κοινω‐ νοὺς μετὰ τὴν εὐφροσύνην καὶ τῆς ἑορτῆς ἐσομένους. Παρεσκεύαστο δὲ πολὺς μὲν οἶνος, πολλὰ δὲ ἄλευρα, ὄρνι‐ θες ἕλειοι, χοῖροι γαλαθηνοί, μελιτώματα ποικίλα· καὶ</w:t>
      </w:r>
    </w:p>
    <w:p>
      <w:r>
        <w:rPr>
          <w:rFonts w:ascii="Courier New" w:hAnsi="Courier New"/>
          <w:color w:val="555555"/>
          <w:sz w:val="20"/>
        </w:rPr>
        <w:t>[5]</w:t>
      </w:r>
    </w:p>
    <w:p>
      <w:r>
        <w:rPr>
          <w:rFonts w:ascii="Gentium Plus" w:hAnsi="Gentium Plus"/>
          <w:sz w:val="24"/>
        </w:rPr>
        <w:t>ἱερεῖα δὲ πολλὰ τοῖς ἐπιχωρίοις θεοῖς ἐθύετο.</w:t>
      </w:r>
    </w:p>
    <w:p>
      <w:r>
        <w:rPr>
          <w:rFonts w:ascii="Courier New" w:hAnsi="Courier New"/>
          <w:color w:val="555555"/>
          <w:sz w:val="20"/>
        </w:rPr>
        <w:t>[4 . 26 . 2]</w:t>
      </w:r>
    </w:p>
    <w:p>
      <w:r>
        <w:rPr>
          <w:rFonts w:ascii="Gentium Plus" w:hAnsi="Gentium Plus"/>
          <w:sz w:val="24"/>
        </w:rPr>
        <w:t>Ἐν‐ ταῦθα ὁ Δάφνις συναθροίσας πάντα τὰ ποιμενικὰ κτήματα διένειμεν ἀναθήματα τοῖς θεοῖς. Τῷ Διονύσῳ μὲν ἀνέθηκε τὴν πήραν καὶ τὸ δέρμα, τῷ Πανὶ τὴν σύριγγα καὶ τὸν</w:t>
      </w:r>
    </w:p>
    <w:p>
      <w:r>
        <w:rPr>
          <w:rFonts w:ascii="Courier New" w:hAnsi="Courier New"/>
          <w:color w:val="555555"/>
          <w:sz w:val="20"/>
        </w:rPr>
        <w:t>[5]</w:t>
      </w:r>
    </w:p>
    <w:p>
      <w:r>
        <w:rPr>
          <w:rFonts w:ascii="Gentium Plus" w:hAnsi="Gentium Plus"/>
          <w:sz w:val="24"/>
        </w:rPr>
        <w:t>πλάγιον αὐλόν, τὴν καλαύροπα ταῖς Νύμφαις καὶ τοὺς γαυλοὺς οὓς αὐτὸς ἐτεκτήνατο.</w:t>
      </w:r>
    </w:p>
    <w:p>
      <w:r>
        <w:rPr>
          <w:rFonts w:ascii="Courier New" w:hAnsi="Courier New"/>
          <w:color w:val="555555"/>
          <w:sz w:val="20"/>
        </w:rPr>
        <w:t>[4 . 26 . 3]</w:t>
      </w:r>
    </w:p>
    <w:p>
      <w:r>
        <w:rPr>
          <w:rFonts w:ascii="Gentium Plus" w:hAnsi="Gentium Plus"/>
          <w:sz w:val="24"/>
        </w:rPr>
        <w:t>Οὕτως δὲ ἄρα τὸ σύνηθες ξενιζούσης εὐδαιμονίας τερπνότερόν ἐστιν, ὥστε ἐδάκρυεν ἐφ’ ἑκάστῳ τούτων ἀπαλλαττόμενος· καὶ οὔτε τοὺς γαυλοὺς ἀνέθηκε πρὶν ἀμέλξαι, οὔτε τὸ δέρμα πρὶν</w:t>
      </w:r>
    </w:p>
    <w:p>
      <w:r>
        <w:rPr>
          <w:rFonts w:ascii="Courier New" w:hAnsi="Courier New"/>
          <w:color w:val="555555"/>
          <w:sz w:val="20"/>
        </w:rPr>
        <w:t>[5]</w:t>
      </w:r>
    </w:p>
    <w:p>
      <w:r>
        <w:rPr>
          <w:rFonts w:ascii="Gentium Plus" w:hAnsi="Gentium Plus"/>
          <w:sz w:val="24"/>
        </w:rPr>
        <w:t>ἐνδύσασθαι, οὔτε τὴν σύριγγα πρὶν συρίσαι·</w:t>
      </w:r>
    </w:p>
    <w:p>
      <w:r>
        <w:rPr>
          <w:rFonts w:ascii="Courier New" w:hAnsi="Courier New"/>
          <w:color w:val="555555"/>
          <w:sz w:val="20"/>
        </w:rPr>
        <w:t>[4 . 26 . 4]</w:t>
      </w:r>
    </w:p>
    <w:p>
      <w:r>
        <w:rPr>
          <w:rFonts w:ascii="Gentium Plus" w:hAnsi="Gentium Plus"/>
          <w:sz w:val="24"/>
        </w:rPr>
        <w:t>ἀλλὰ καὶ ἐφίλησεν αὐτὰ πάντα καὶ τὰς αἶγας προσεῖπε καὶ τοὺς τράγους ἐκάλεσεν ὀνομαστί. Τῆς μὲν [γὰρ] πηγῆς καὶ ἔπιεν, ὅτι πολλάκις καὶ μετὰ Χλόης. Οὔπω δὲ ὡμολόγει τὸν ἔρωτα</w:t>
      </w:r>
    </w:p>
    <w:p>
      <w:r>
        <w:rPr>
          <w:rFonts w:ascii="Courier New" w:hAnsi="Courier New"/>
          <w:color w:val="555555"/>
          <w:sz w:val="20"/>
        </w:rPr>
        <w:t>[5]</w:t>
      </w:r>
    </w:p>
    <w:p>
      <w:r>
        <w:rPr>
          <w:rFonts w:ascii="Gentium Plus" w:hAnsi="Gentium Plus"/>
          <w:sz w:val="24"/>
        </w:rPr>
        <w:t>καιρὸν παραφυλάττων.</w:t>
      </w:r>
    </w:p>
    <w:p>
      <w:r>
        <w:rPr>
          <w:rFonts w:ascii="Courier New" w:hAnsi="Courier New"/>
          <w:color w:val="555555"/>
          <w:sz w:val="20"/>
        </w:rPr>
        <w:t>[4 . 27 . 1]</w:t>
      </w:r>
    </w:p>
    <w:p>
      <w:r>
        <w:rPr>
          <w:rFonts w:ascii="Gentium Plus" w:hAnsi="Gentium Plus"/>
          <w:sz w:val="24"/>
        </w:rPr>
        <w:t>Ἐν ᾧ δὲ Δάφνις ἐν θυσίαις ἦν, τάδε γίνεται περὶ τὴν Χλόην. Ἐκάθητο κλάουσα, τὰ πρόβατα νέμουσα, λέγουσα, οἷα εἰκὸς ἦν· «Ἐξελάθετό μου Δάφνις. Ὀνειρο‐ πολεῖ γάμους πλουσίους.</w:t>
      </w:r>
    </w:p>
    <w:p>
      <w:r>
        <w:rPr>
          <w:rFonts w:ascii="Courier New" w:hAnsi="Courier New"/>
          <w:color w:val="555555"/>
          <w:sz w:val="20"/>
        </w:rPr>
        <w:t>[4 . 27 . 2]</w:t>
      </w:r>
    </w:p>
    <w:p>
      <w:r>
        <w:rPr>
          <w:rFonts w:ascii="Gentium Plus" w:hAnsi="Gentium Plus"/>
          <w:sz w:val="24"/>
        </w:rPr>
        <w:t>Τί γὰρ αὐτὸν ὀμνύειν ἀντὶ τῶν Νυμφῶν τὰς αἶγας ἐκέλευον; Κατέλιπε ταύτας ὡς καὶ Χλόην. Οὐδὲ θύων ταῖς Νύμφαις καὶ τῷ Πανὶ ἐπεθύ‐ μησεν ἰδεῖν Χλόην. Εὗρεν ἴσως παρὰ τῇ μητρὶ θεραπαίνας</w:t>
      </w:r>
    </w:p>
    <w:p>
      <w:r>
        <w:rPr>
          <w:rFonts w:ascii="Courier New" w:hAnsi="Courier New"/>
          <w:color w:val="555555"/>
          <w:sz w:val="20"/>
        </w:rPr>
        <w:t>[5]</w:t>
      </w:r>
    </w:p>
    <w:p>
      <w:r>
        <w:rPr>
          <w:rFonts w:ascii="Gentium Plus" w:hAnsi="Gentium Plus"/>
          <w:sz w:val="24"/>
        </w:rPr>
        <w:t>ἐμοῦ κρείττονας. Χαιρέτω· ἐγὼ δὲ οὐ ζήσομαι.»</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[4 . 28 . 1]</w:t>
      </w:r>
    </w:p>
    <w:p>
      <w:r>
        <w:rPr>
          <w:rFonts w:ascii="Gentium Plus" w:hAnsi="Gentium Plus"/>
          <w:sz w:val="24"/>
        </w:rPr>
        <w:t>Τοιαῦτα λέγουσαν, ταῦτα ἐννοοῦσαν ὁ Λάμ‐ πις ὁ βουκόλος μετὰ χειρὸς γεωργικῆς ἐπιστὰς ἥρπασεν αὐτήν, ὡς οὔτε Δάφνιδος ἔτι γαμήσοντος καὶ Δρύαντος ἐκεῖνον ἀγαπήσοντος. Ἡ μὲν οὖν ἐκομίζετο βοῶσα ἐλεει‐</w:t>
      </w:r>
    </w:p>
    <w:p>
      <w:r>
        <w:rPr>
          <w:rFonts w:ascii="Courier New" w:hAnsi="Courier New"/>
          <w:color w:val="555555"/>
          <w:sz w:val="20"/>
        </w:rPr>
        <w:t>[5]</w:t>
      </w:r>
    </w:p>
    <w:p>
      <w:r>
        <w:rPr>
          <w:rFonts w:ascii="Gentium Plus" w:hAnsi="Gentium Plus"/>
          <w:sz w:val="24"/>
        </w:rPr>
        <w:t>νόν, τῶν δέ τις ἰδόντων ἐμήνυσε τῇ Νάπῃ κἀκείνη τῷ Δρύαντι καὶ ὁ Δρύας τῷ Δάφνιδι.</w:t>
      </w:r>
    </w:p>
    <w:p>
      <w:r>
        <w:rPr>
          <w:rFonts w:ascii="Courier New" w:hAnsi="Courier New"/>
          <w:color w:val="555555"/>
          <w:sz w:val="20"/>
        </w:rPr>
        <w:t>[4 . 28 . 2]</w:t>
      </w:r>
    </w:p>
    <w:p>
      <w:r>
        <w:rPr>
          <w:rFonts w:ascii="Gentium Plus" w:hAnsi="Gentium Plus"/>
          <w:sz w:val="24"/>
        </w:rPr>
        <w:t>Ὁ δὲ ἔξω τῶν φρε‐ νῶν γενόμενος οὔτε εἰπεῖν πρὸς τὸν πατέρα ἐτόλμα καὶ καρτερεῖν μὴ δυνάμενος εἰς τὸν περίκηπον εἰσελθὼν ὠδύ‐ ρετο «ὢ πικρᾶς ἀνευρέσεως» λέγων·</w:t>
      </w:r>
    </w:p>
    <w:p>
      <w:r>
        <w:rPr>
          <w:rFonts w:ascii="Courier New" w:hAnsi="Courier New"/>
          <w:color w:val="555555"/>
          <w:sz w:val="20"/>
        </w:rPr>
        <w:t>[4 . 28 . 3]</w:t>
      </w:r>
    </w:p>
    <w:p>
      <w:r>
        <w:rPr>
          <w:rFonts w:ascii="Gentium Plus" w:hAnsi="Gentium Plus"/>
          <w:sz w:val="24"/>
        </w:rPr>
        <w:t>«πόσον ἦν μοι κρεῖττον νέμειν; πόσον ἤμην μακαριώτερος, δοῦλος ὤν. Τότε ἔβλεπον Χλόην, τότε .... Νῦν δὲ τὴν μὲν Λάμπις</w:t>
      </w:r>
    </w:p>
    <w:p>
      <w:r>
        <w:rPr>
          <w:rFonts w:ascii="Courier New" w:hAnsi="Courier New"/>
          <w:color w:val="555555"/>
          <w:sz w:val="20"/>
        </w:rPr>
        <w:t>[5]</w:t>
      </w:r>
    </w:p>
    <w:p>
      <w:r>
        <w:rPr>
          <w:rFonts w:ascii="Gentium Plus" w:hAnsi="Gentium Plus"/>
          <w:sz w:val="24"/>
        </w:rPr>
        <w:t>Ἐγὼ δὲ πίνω καὶ τρυφῶ καὶ μάτην τὸν Πᾶνα καὶ τὰς αἶγας καὶ τὰς Νύμφας ὠμόσα〈μεν〉.»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[4 . 29 . 1]</w:t>
      </w:r>
    </w:p>
    <w:p>
      <w:r>
        <w:rPr>
          <w:rFonts w:ascii="Gentium Plus" w:hAnsi="Gentium Plus"/>
          <w:sz w:val="24"/>
        </w:rPr>
        <w:t>Ταῦτα τοῦ Δάφνιδος λέγοντος ἤκουσεν ὁ Γνάθων ἐν τῷ παραδείσῳ λανθάνων· καὶ καιρὸν ἥκειν διαλ‐ λαγῶν πρὸς αὐτὸν νομίζων τινὰς τῶν τοῦ Ἀστύλου νεανίσ‐ κων προσλαβὼν μεταδιώκει τὸν Δρύαντα.</w:t>
      </w:r>
    </w:p>
    <w:p>
      <w:r>
        <w:rPr>
          <w:rFonts w:ascii="Courier New" w:hAnsi="Courier New"/>
          <w:color w:val="555555"/>
          <w:sz w:val="20"/>
        </w:rPr>
        <w:t>[4 . 29 . 2]</w:t>
      </w:r>
    </w:p>
    <w:p>
      <w:r>
        <w:rPr>
          <w:rFonts w:ascii="Gentium Plus" w:hAnsi="Gentium Plus"/>
          <w:sz w:val="24"/>
        </w:rPr>
        <w:t>Καὶ ἡγεῖσ‐ θαι κελεύσας ἐπὶ τὴν τοῦ Λάμπιδος ἔπαυλιν συνέτεινε δρόμον· καὶ καταλαβὼν ἄρτι εἰσάγοντα τὴν Χλόην, ἐκεί‐ νην τε ἀφαιρεῖται καὶ ἀνθρώπους γεωργοὺς συνηλόησε</w:t>
      </w:r>
    </w:p>
    <w:p>
      <w:r>
        <w:rPr>
          <w:rFonts w:ascii="Courier New" w:hAnsi="Courier New"/>
          <w:color w:val="555555"/>
          <w:sz w:val="20"/>
        </w:rPr>
        <w:t>[5]</w:t>
      </w:r>
    </w:p>
    <w:p>
      <w:r>
        <w:rPr>
          <w:rFonts w:ascii="Gentium Plus" w:hAnsi="Gentium Plus"/>
          <w:sz w:val="24"/>
        </w:rPr>
        <w:t>πληγαῖς.</w:t>
      </w:r>
    </w:p>
    <w:p>
      <w:r>
        <w:rPr>
          <w:rFonts w:ascii="Courier New" w:hAnsi="Courier New"/>
          <w:color w:val="555555"/>
          <w:sz w:val="20"/>
        </w:rPr>
        <w:t>[4 . 29 . 3]</w:t>
      </w:r>
    </w:p>
    <w:p>
      <w:r>
        <w:rPr>
          <w:rFonts w:ascii="Gentium Plus" w:hAnsi="Gentium Plus"/>
          <w:sz w:val="24"/>
        </w:rPr>
        <w:t>Ἐσπούδαζε δὲ καὶ τὸν Λάμπιν δήσας ἄγειν ὡς αἰχμάλωτον ἐκ πολέμου τινός, εἰ μὴ φθάσας ἀπέδρα.</w:t>
      </w:r>
    </w:p>
    <w:p>
      <w:r>
        <w:rPr>
          <w:rFonts w:ascii="Courier New" w:hAnsi="Courier New"/>
          <w:color w:val="555555"/>
          <w:sz w:val="20"/>
        </w:rPr>
        <w:t>[4 . 29 . 4]</w:t>
      </w:r>
    </w:p>
    <w:p>
      <w:r>
        <w:rPr>
          <w:rFonts w:ascii="Gentium Plus" w:hAnsi="Gentium Plus"/>
          <w:sz w:val="24"/>
        </w:rPr>
        <w:t>Καὶ τὸν μὲν Διονυσοφάνην εὑρίσκει καθεύδοντα, τὸν δὲ Δάφνιν ἀγρυπνοῦντα καὶ ἔτι ἐν τῷ περικήπῳ δακρύοντα. Προσάγει δὴ τὴν Χλόην αὐτῷ καὶ διδοὺς διηγεῖται πάντα· καὶ δεῖται μηδὲν ἔτι μνησικακοῦντα δοῦλον ἔχειν οὐκ</w:t>
      </w:r>
    </w:p>
    <w:p>
      <w:r>
        <w:rPr>
          <w:rFonts w:ascii="Courier New" w:hAnsi="Courier New"/>
          <w:color w:val="555555"/>
          <w:sz w:val="20"/>
        </w:rPr>
        <w:t>[5]</w:t>
      </w:r>
    </w:p>
    <w:p>
      <w:r>
        <w:rPr>
          <w:rFonts w:ascii="Gentium Plus" w:hAnsi="Gentium Plus"/>
          <w:sz w:val="24"/>
        </w:rPr>
        <w:t>ἄχρηστον, μηδὲ ἀφελέσθαι τραπέζης, μεθ’ ἣν τεθνήξεται λιμῷ.</w:t>
      </w:r>
    </w:p>
    <w:p>
      <w:r>
        <w:rPr>
          <w:rFonts w:ascii="Courier New" w:hAnsi="Courier New"/>
          <w:color w:val="555555"/>
          <w:sz w:val="20"/>
        </w:rPr>
        <w:t>[4 . 29 . 5]</w:t>
      </w:r>
    </w:p>
    <w:p>
      <w:r>
        <w:rPr>
          <w:rFonts w:ascii="Gentium Plus" w:hAnsi="Gentium Plus"/>
          <w:sz w:val="24"/>
        </w:rPr>
        <w:t>Ὁ δὲ ἰδὼν [Χλόην] καὶ ἔχων ἐν ταῖς χερσὶ Χλόην τῷ μὲν ὡς εὐεργέτῃ διηλλάττετο, τῇ δὲ ὑπὲρ τῆς ἀμε‐ λείας ἀπελογεῖτο.</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[4 . 30 . 1]</w:t>
      </w:r>
    </w:p>
    <w:p>
      <w:r>
        <w:rPr>
          <w:rFonts w:ascii="Gentium Plus" w:hAnsi="Gentium Plus"/>
          <w:sz w:val="24"/>
        </w:rPr>
        <w:t>Βουλευομένοις δὲ αὐτοῖς ἐδόκει τὸν γάμον κρύπτειν, ἔχειν δὲ κρύφα τὴν Χλόην πρὸς μόνην ὁμολο‐ γήσαντα τὸν ἔρωτα τὴν μητέρα· ἀλλ’ οὐ συνεχώρει Δρύας, ἠξίου δὲ τῷ πατρὶ λέγειν καὶ πείσειν αὐτὸς ἐπηγγέλλετο.</w:t>
      </w:r>
    </w:p>
    <w:p>
      <w:r>
        <w:rPr>
          <w:rFonts w:ascii="Courier New" w:hAnsi="Courier New"/>
          <w:color w:val="555555"/>
          <w:sz w:val="20"/>
        </w:rPr>
        <w:t>[4 . 30 . 2]</w:t>
      </w:r>
    </w:p>
    <w:p>
      <w:r>
        <w:rPr>
          <w:rFonts w:ascii="Gentium Plus" w:hAnsi="Gentium Plus"/>
          <w:sz w:val="24"/>
        </w:rPr>
        <w:t>Καὶ γενομένης ἡμέρας ἔχων ἐν τῇ πήρᾳ τὰ γνωρίσματα</w:t>
      </w:r>
    </w:p>
    <w:p>
      <w:r>
        <w:rPr>
          <w:rFonts w:ascii="Courier New" w:hAnsi="Courier New"/>
          <w:color w:val="555555"/>
          <w:sz w:val="20"/>
        </w:rPr>
        <w:t>[4 . 30 . 3]</w:t>
      </w:r>
    </w:p>
    <w:p>
      <w:r>
        <w:rPr>
          <w:rFonts w:ascii="Gentium Plus" w:hAnsi="Gentium Plus"/>
          <w:sz w:val="24"/>
        </w:rPr>
        <w:t>«Ὁμοία με ἀνάγκη Λάμωνι τὰ μέχρι νῦν ἄρρητα ἐκέλευσε λέγειν. Χλόην 〈ἐγὼ〉 ταύτην οὔτε ἐγέννησα οὔτε ἀνέθρεψα, ἀλλὰ ἐγέννησαν μὲν ἄλλοι, κειμένην δὲ ἐν ἄντρῳ Νυμφῶν ἀνέθρεψεν ὄϊς.</w:t>
      </w:r>
    </w:p>
    <w:p>
      <w:r>
        <w:rPr>
          <w:rFonts w:ascii="Courier New" w:hAnsi="Courier New"/>
          <w:color w:val="555555"/>
          <w:sz w:val="20"/>
        </w:rPr>
        <w:t>[4 . 30 . 4]</w:t>
      </w:r>
    </w:p>
    <w:p>
      <w:r>
        <w:rPr>
          <w:rFonts w:ascii="Gentium Plus" w:hAnsi="Gentium Plus"/>
          <w:sz w:val="24"/>
        </w:rPr>
        <w:t>Εἶδον τοῦτο αὐτὸς καὶ ἰδὼν ἐθαύμασα καὶ θαυμάσας ἔθρεψα. Μαρτυρεῖ μὲν καὶ τὸ κάλλος, ἔοικε γὰρ οὐδὲν ἡμῖν· μαρτυρεῖ δὲ καὶ τὰ γνωρίσ‐ ματα, πλουσιώτερα γὰρ ἢ κατὰ ποιμένα. Ἴδετε ταῦτα καὶ</w:t>
      </w:r>
    </w:p>
    <w:p>
      <w:r>
        <w:rPr>
          <w:rFonts w:ascii="Courier New" w:hAnsi="Courier New"/>
          <w:color w:val="555555"/>
          <w:sz w:val="20"/>
        </w:rPr>
        <w:t>[5]</w:t>
      </w:r>
    </w:p>
    <w:p>
      <w:r>
        <w:rPr>
          <w:rFonts w:ascii="Gentium Plus" w:hAnsi="Gentium Plus"/>
          <w:sz w:val="24"/>
        </w:rPr>
        <w:t>τοὺς προσήκοντας τῇ κόρῃ ζητήσατε, ἂν ἀξία ποτὲ Δάφ‐ νιδος φανῇ.»</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[4 . 31 . 1]</w:t>
      </w:r>
    </w:p>
    <w:p>
      <w:r>
        <w:rPr>
          <w:rFonts w:ascii="Gentium Plus" w:hAnsi="Gentium Plus"/>
          <w:sz w:val="24"/>
        </w:rPr>
        <w:t>Τοῦτο οὔτε Δρύας ἀσκόπως ἔρριψεν οὔτε Διονυσοφάνης ἀμελῶς ἤκουσεν, ἀλλ’ ἰδὼν εἰς τὸν Δάφνιν καὶ ὁρῶν αὐτὸν χλωριῶντα καὶ κρύφα δακρύοντα ταχέως ἐφώρασε τὸν ἔρωτα· καὶ ὡς ὑπὲρ παιδὸς ἰδίου μᾶλλον ἢ</w:t>
      </w:r>
    </w:p>
    <w:p>
      <w:r>
        <w:rPr>
          <w:rFonts w:ascii="Courier New" w:hAnsi="Courier New"/>
          <w:color w:val="555555"/>
          <w:sz w:val="20"/>
        </w:rPr>
        <w:t>[5]</w:t>
      </w:r>
    </w:p>
    <w:p>
      <w:r>
        <w:rPr>
          <w:rFonts w:ascii="Gentium Plus" w:hAnsi="Gentium Plus"/>
          <w:sz w:val="24"/>
        </w:rPr>
        <w:t>κόρης ἀλλοτρίας δεδοικὼς διὰ πάσης ἀκριβείας ἠλέγχετο τοὺς λόγους τοῦ Δρύαντος.</w:t>
      </w:r>
    </w:p>
    <w:p>
      <w:r>
        <w:rPr>
          <w:rFonts w:ascii="Courier New" w:hAnsi="Courier New"/>
          <w:color w:val="555555"/>
          <w:sz w:val="20"/>
        </w:rPr>
        <w:t>[4 . 31 . 2]</w:t>
      </w:r>
    </w:p>
    <w:p>
      <w:r>
        <w:rPr>
          <w:rFonts w:ascii="Gentium Plus" w:hAnsi="Gentium Plus"/>
          <w:sz w:val="24"/>
        </w:rPr>
        <w:t>Ἐπεὶ δὲ καὶ τὰ γνωρίσ‐ ματα εἶδε κομισθέντα, 〈τὰ〉 ὑποδήματα 〈τὰ〉 κατάχρυσα, τὰς περισκελίδας, τὴν μίτραν, προσκαλεσάμενος τὴν Χλόην παρεκελεύετο θαρρεῖν, ὡς ἄνδρα μὲν ἔχουσαν ἤδη, ταχέως</w:t>
      </w:r>
    </w:p>
    <w:p>
      <w:r>
        <w:rPr>
          <w:rFonts w:ascii="Courier New" w:hAnsi="Courier New"/>
          <w:color w:val="555555"/>
          <w:sz w:val="20"/>
        </w:rPr>
        <w:t>[5]</w:t>
      </w:r>
    </w:p>
    <w:p>
      <w:r>
        <w:rPr>
          <w:rFonts w:ascii="Gentium Plus" w:hAnsi="Gentium Plus"/>
          <w:sz w:val="24"/>
        </w:rPr>
        <w:t>δὲ εὑρήσουσαν καὶ τὸν πατέρα καὶ τὴν μητέρα.</w:t>
      </w:r>
    </w:p>
    <w:p>
      <w:r>
        <w:rPr>
          <w:rFonts w:ascii="Courier New" w:hAnsi="Courier New"/>
          <w:color w:val="555555"/>
          <w:sz w:val="20"/>
        </w:rPr>
        <w:t>[4 . 31 . 3]</w:t>
      </w:r>
    </w:p>
    <w:p>
      <w:r>
        <w:rPr>
          <w:rFonts w:ascii="Gentium Plus" w:hAnsi="Gentium Plus"/>
          <w:sz w:val="24"/>
        </w:rPr>
        <w:t>Καὶ τὴν μὲν ἡ Κλεαρίστη παραλαβοῦσα ἐκόσμει λοιπὸν ὡς υἱοῦ γυναῖκα, τὸν δὲ Δάφνιν ὁ Διονυσοφάνης ἀναστήσας μόνον</w:t>
      </w:r>
    </w:p>
    <w:p>
      <w:r>
        <w:rPr>
          <w:rFonts w:ascii="Courier New" w:hAnsi="Courier New"/>
          <w:color w:val="555555"/>
          <w:sz w:val="20"/>
        </w:rPr>
        <w:t>[5]</w:t>
      </w:r>
    </w:p>
    <w:p>
      <w:r>
        <w:rPr>
          <w:rFonts w:ascii="Gentium Plus" w:hAnsi="Gentium Plus"/>
          <w:sz w:val="24"/>
        </w:rPr>
        <w:t>νέναι φιλήματος καὶ ὅρκων πλέον, ἡσθεὶς ἐπὶ τῷ συνωμο‐ σίῳ κατέκλινεν αὐτούς.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[4 . 32 . 1]</w:t>
      </w:r>
    </w:p>
    <w:p>
      <w:r>
        <w:rPr>
          <w:rFonts w:ascii="Gentium Plus" w:hAnsi="Gentium Plus"/>
          <w:sz w:val="24"/>
        </w:rPr>
        <w:t>Ἦν οὖν μαθεῖν οἷόν ἐστι τὸ κάλλος, ὅταν κόσμον προσλάβῃ. Ἐνδυθεῖσα γὰρ ἡ Χλόη καὶ ἀναπλεξαμένη τὴν κόμην καὶ ἀπολούσασα τὸ πρόσωπον εὐμορφοτέρα το‐ σοῦτον ἐφάνη πᾶσιν, ὥστε καὶ Δάφνις αὐτὴν μόλις ἐγνώρι‐</w:t>
      </w:r>
    </w:p>
    <w:p>
      <w:r>
        <w:rPr>
          <w:rFonts w:ascii="Courier New" w:hAnsi="Courier New"/>
          <w:color w:val="555555"/>
          <w:sz w:val="20"/>
        </w:rPr>
        <w:t>[5]</w:t>
      </w:r>
    </w:p>
    <w:p>
      <w:r>
        <w:rPr>
          <w:rFonts w:ascii="Gentium Plus" w:hAnsi="Gentium Plus"/>
          <w:sz w:val="24"/>
        </w:rPr>
        <w:t>σεν.</w:t>
      </w:r>
    </w:p>
    <w:p>
      <w:r>
        <w:rPr>
          <w:rFonts w:ascii="Courier New" w:hAnsi="Courier New"/>
          <w:color w:val="555555"/>
          <w:sz w:val="20"/>
        </w:rPr>
        <w:t>[4 . 32 . 2]</w:t>
      </w:r>
    </w:p>
    <w:p>
      <w:r>
        <w:rPr>
          <w:rFonts w:ascii="Gentium Plus" w:hAnsi="Gentium Plus"/>
          <w:sz w:val="24"/>
        </w:rPr>
        <w:t>Ὤμοσεν ἄν τις καὶ ἄνευ τῶν γνωρισμάτων ὅτι τοιαύτης κόρης οὐκ ἦν Δρύας πατήρ. Ὅμως μέντοι παρῆν καὶ αὐτὸς καὶ συνειστιᾶτο μετὰ τῆς Νάπης, συμπότας ἔχων ἐπὶ κλίνης ἰδίας τὸν Λάμωνα καὶ τὴν Μυρτάλην.</w:t>
      </w:r>
    </w:p>
    <w:p>
      <w:r>
        <w:rPr>
          <w:rFonts w:ascii="Courier New" w:hAnsi="Courier New"/>
          <w:color w:val="555555"/>
          <w:sz w:val="20"/>
        </w:rPr>
        <w:t>[4 . 32 . 3]</w:t>
      </w:r>
    </w:p>
    <w:p>
      <w:r>
        <w:rPr>
          <w:rFonts w:ascii="Gentium Plus" w:hAnsi="Gentium Plus"/>
          <w:sz w:val="24"/>
        </w:rPr>
        <w:t>Πάλιν οὖν ταῖς ἑξῆς ἡμέραις ἐθύετο ἱερεῖα καὶ κρατῆ‐ ρες ἵσταντο καὶ ἀνετίθει καὶ Χλόη τὰ ἑαυτῆς, τὴν σύριγγα, τὴν πήραν, τὸ δέρμα, τοὺς γαυλούς· ἐκέρασε δὲ καὶ τὴν πηγὴν οἴνῳ τὴν ἐν τῷ ἄντρῳ, ὅτι καὶ ἐτράφη παρ’ αὐτῇ,</w:t>
      </w:r>
    </w:p>
    <w:p>
      <w:r>
        <w:rPr>
          <w:rFonts w:ascii="Courier New" w:hAnsi="Courier New"/>
          <w:color w:val="555555"/>
          <w:sz w:val="20"/>
        </w:rPr>
        <w:t>[5]</w:t>
      </w:r>
    </w:p>
    <w:p>
      <w:r>
        <w:rPr>
          <w:rFonts w:ascii="Gentium Plus" w:hAnsi="Gentium Plus"/>
          <w:sz w:val="24"/>
        </w:rPr>
        <w:t>καὶ ἐλούσατο πολλάκις ἐν αὐτῇ·</w:t>
      </w:r>
    </w:p>
    <w:p>
      <w:r>
        <w:rPr>
          <w:rFonts w:ascii="Courier New" w:hAnsi="Courier New"/>
          <w:color w:val="555555"/>
          <w:sz w:val="20"/>
        </w:rPr>
        <w:t>[4 . 32 . 4]</w:t>
      </w:r>
    </w:p>
    <w:p>
      <w:r>
        <w:rPr>
          <w:rFonts w:ascii="Gentium Plus" w:hAnsi="Gentium Plus"/>
          <w:sz w:val="24"/>
        </w:rPr>
        <w:t>ἐστεφάνωσε καὶ τὸν τάφον τῆς ὄϊος, δείξαντος Δρύαντος, καὶ ἐσύρισέ τι καὶ αὐτὴ τῇ ποίμνῃ, καὶ συρίσασα ταῖς θεαῖς ηὔξατο τοὺς ἐκθέντας εὑρεῖν ἀξίους τῶν Δάφνιδος γάμων.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[4 . 33 . 1]</w:t>
      </w:r>
    </w:p>
    <w:p>
      <w:r>
        <w:rPr>
          <w:rFonts w:ascii="Gentium Plus" w:hAnsi="Gentium Plus"/>
          <w:sz w:val="24"/>
        </w:rPr>
        <w:t>Ἐπεὶ δὲ ἅλις ἦν τῶν κατ’ ἀγρὸν ἑορτῶν, ἔδοξε βαδίζειν εἰς τὴν πόλιν καὶ τούς τε τῆς Χλόης πατέρας ἀναζητεῖν καὶ περὶ τὸν γάμον αὐτῶν μηκέτι βραδύνειν.</w:t>
      </w:r>
    </w:p>
    <w:p>
      <w:r>
        <w:rPr>
          <w:rFonts w:ascii="Courier New" w:hAnsi="Courier New"/>
          <w:color w:val="555555"/>
          <w:sz w:val="20"/>
        </w:rPr>
        <w:t>[4 . 33 . 2]</w:t>
      </w:r>
    </w:p>
    <w:p>
      <w:r>
        <w:rPr>
          <w:rFonts w:ascii="Gentium Plus" w:hAnsi="Gentium Plus"/>
          <w:sz w:val="24"/>
        </w:rPr>
        <w:t>Ἕωθεν οὖν ἐνσκευασάμενοι τῷ Δρύαντι μὲν ἔδωκαν ἄλλας τρισχιλίας, τῷ Λάμωνι δὲ τὴν ἡμίσειαν μοῖραν τῶν ἀγρῶν θερίζειν καὶ τρυγᾶν καὶ τὰς αἶγας ἅμα τοῖς αἰπό‐</w:t>
      </w:r>
    </w:p>
    <w:p>
      <w:r>
        <w:rPr>
          <w:rFonts w:ascii="Courier New" w:hAnsi="Courier New"/>
          <w:color w:val="555555"/>
          <w:sz w:val="20"/>
        </w:rPr>
        <w:t>[5]</w:t>
      </w:r>
    </w:p>
    <w:p>
      <w:r>
        <w:rPr>
          <w:rFonts w:ascii="Gentium Plus" w:hAnsi="Gentium Plus"/>
          <w:sz w:val="24"/>
        </w:rPr>
        <w:t>καὶ 〈ἐλεύθερον αὐτὸν ἔθηκαν καὶ〉 ἐλευθέραν τὴν γυναῖκα· καὶ μετὰ τοῦτο ἤλαυνον ἐπὶ Μιτυλήνην ἵπποις καὶ ζεύγεσι καὶ τρυφῇ πολλῇ.</w:t>
      </w:r>
    </w:p>
    <w:p>
      <w:r>
        <w:rPr>
          <w:rFonts w:ascii="Courier New" w:hAnsi="Courier New"/>
          <w:color w:val="555555"/>
          <w:sz w:val="20"/>
        </w:rPr>
        <w:t>[4 . 33 . 3]</w:t>
      </w:r>
    </w:p>
    <w:p>
      <w:r>
        <w:rPr>
          <w:rFonts w:ascii="Gentium Plus" w:hAnsi="Gentium Plus"/>
          <w:sz w:val="24"/>
        </w:rPr>
        <w:t>Τότε μὲν οὖν ἔλαθον τοὺς πολίτας, νυκτὸς κατελ‐ θόντες· τῆς δὲ ἐπιούσης ὄχλος ἠθροίσθη περὶ τὰς θύρας ἀνδρῶν, γυναικῶν. Οἱ μὲν τῷ Διονυσοφάνει συνήδοντο παῖδα εὑρόντι, καὶ μᾶλλον ὁρῶντες τὸ κάλλος τοῦ Δάφνι‐</w:t>
      </w:r>
    </w:p>
    <w:p>
      <w:r>
        <w:rPr>
          <w:rFonts w:ascii="Courier New" w:hAnsi="Courier New"/>
          <w:color w:val="555555"/>
          <w:sz w:val="20"/>
        </w:rPr>
        <w:t>[5]</w:t>
      </w:r>
    </w:p>
    <w:p>
      <w:r>
        <w:rPr>
          <w:rFonts w:ascii="Gentium Plus" w:hAnsi="Gentium Plus"/>
          <w:sz w:val="24"/>
        </w:rPr>
        <w:t>δος· αἱ δὲ τῇ Κλεαρίστῃ συνέχαιρον ἅμα κομιζούσῃ καὶ παῖδα καὶ νύμφην.</w:t>
      </w:r>
    </w:p>
    <w:p>
      <w:r>
        <w:rPr>
          <w:rFonts w:ascii="Courier New" w:hAnsi="Courier New"/>
          <w:color w:val="555555"/>
          <w:sz w:val="20"/>
        </w:rPr>
        <w:t>[4 . 33 . 4]</w:t>
      </w:r>
    </w:p>
    <w:p>
      <w:r>
        <w:rPr>
          <w:rFonts w:ascii="Gentium Plus" w:hAnsi="Gentium Plus"/>
          <w:sz w:val="24"/>
        </w:rPr>
        <w:t>Ἐξέπλησσε γὰρ κἀκείνας ἡ Χλόη κάλλος ἐκφέρουσα παρευδοκιμηθῆναι μὴ δυνάμεμον· ὅλη δὲ ἄρα ἐκίττα ἡ πόλις ἐπὶ τῷ μειρακίῳ καὶ τῇ παρθένῳ· καὶ εὐδαιμόνιζον μὲν ἤδη τὸν γάμον, ηὔχοντο δὲ καὶ τὸ γένος</w:t>
      </w:r>
    </w:p>
    <w:p>
      <w:r>
        <w:rPr>
          <w:rFonts w:ascii="Courier New" w:hAnsi="Courier New"/>
          <w:color w:val="555555"/>
          <w:sz w:val="20"/>
        </w:rPr>
        <w:t>[5]</w:t>
      </w:r>
    </w:p>
    <w:p>
      <w:r>
        <w:rPr>
          <w:rFonts w:ascii="Gentium Plus" w:hAnsi="Gentium Plus"/>
          <w:sz w:val="24"/>
        </w:rPr>
        <w:t>ἄξιον τῆς μορφῆς εὑρεθῆναι τῆς κόρης· καὶ γυναῖκες πολλαὶ τῶν μέγα πλουσίων ἠράσαντο θεοῖς αὐταὶ πιστευθῆναι μητέρες θυγατρὸς οὕτω καλῆς.</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[4 . 34 . 1]</w:t>
      </w:r>
    </w:p>
    <w:p>
      <w:r>
        <w:rPr>
          <w:rFonts w:ascii="Gentium Plus" w:hAnsi="Gentium Plus"/>
          <w:sz w:val="24"/>
        </w:rPr>
        <w:t>Ὄναρ δὲ Διονυσοφάνει μετὰ φροντίδα πολ‐ λὴν εἰς βαθὺν ὕπνον κατενεχθέντι τοιόνδε γίνεται. Ἐδόκει τὰς Νύμφας δεῖσθαι τοῦ Ἔρωτος ἤδη ποτε αὐτοῖς κατα‐ νεῦσαι τὸν γάμον· τὸν δὲ ἐκλύσαντα τὸ τοξάριον καὶ ἀπο‐</w:t>
      </w:r>
    </w:p>
    <w:p>
      <w:r>
        <w:rPr>
          <w:rFonts w:ascii="Courier New" w:hAnsi="Courier New"/>
          <w:color w:val="555555"/>
          <w:sz w:val="20"/>
        </w:rPr>
        <w:t>[5]</w:t>
      </w:r>
    </w:p>
    <w:p>
      <w:r>
        <w:rPr>
          <w:rFonts w:ascii="Gentium Plus" w:hAnsi="Gentium Plus"/>
          <w:sz w:val="24"/>
        </w:rPr>
        <w:t>θέμενον τὴν φαρέτραν κελεῦσαι τῷ Διονυσοφάνει πάντας τοὺς ἀρίστους Μιτυληναίων θέμενον συμπότας, ἡνίκα ἂν τὸν ὕστατον πλήσῃ κρατῆρα, τότε δεικνύειν ἑκάστῳ τὰ</w:t>
      </w:r>
    </w:p>
    <w:p>
      <w:r>
        <w:rPr>
          <w:rFonts w:ascii="Courier New" w:hAnsi="Courier New"/>
          <w:color w:val="555555"/>
          <w:sz w:val="20"/>
        </w:rPr>
        <w:t>[4 . 34 . 2]</w:t>
      </w:r>
    </w:p>
    <w:p>
      <w:r>
        <w:rPr>
          <w:rFonts w:ascii="Gentium Plus" w:hAnsi="Gentium Plus"/>
          <w:sz w:val="24"/>
        </w:rPr>
        <w:t>Ταῦτα ἰδὼν καὶ ἀκούσας ἕωθεν ἀνίσταται καὶ κελεύσας λαμπρὰν ἑστίασιν παρασκευασθῆναι τῶν ἀπὸ γῆς, τῶν ἀπὸ θαλάσσης καὶ εἴ τι ἐν λίμναις καὶ εἴ τι ἐν ποταμοῖς, πάντας τοὺς ἀρίστους Μιτυληναίων ποιεῖται συμπότας.</w:t>
      </w:r>
    </w:p>
    <w:p>
      <w:r>
        <w:rPr>
          <w:rFonts w:ascii="Courier New" w:hAnsi="Courier New"/>
          <w:color w:val="555555"/>
          <w:sz w:val="20"/>
        </w:rPr>
        <w:t>[4 . 34 . 3]</w:t>
      </w:r>
    </w:p>
    <w:p>
      <w:r>
        <w:rPr>
          <w:rFonts w:ascii="Gentium Plus" w:hAnsi="Gentium Plus"/>
          <w:sz w:val="24"/>
        </w:rPr>
        <w:t>Ὡς δὲ ἤδη νὺξ ἦν καὶ πέπληστο 〈ὁ〉 κρατὴρ ἐξ οὗ σπέν‐ δουσιν Ἑρμῇ, εἰσκομίζει τις ἐπὶ σκεύους ἀργυροῦ θεράπων τὰ γνωρίσματα καὶ περιφέρων ἐνδέξια πᾶσιν ἐδείκνυε.</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[4 . 35 . 1]</w:t>
      </w:r>
    </w:p>
    <w:p>
      <w:r>
        <w:rPr>
          <w:rFonts w:ascii="Gentium Plus" w:hAnsi="Gentium Plus"/>
          <w:sz w:val="24"/>
        </w:rPr>
        <w:t>Τῶν μὲν οὖν ἄλλων ἐγνώρισεν οὐδείς· Μεγα‐ κλῆς δέ τις διὰ γῆρας ὕστατος κατακείμενος ὡς εἶδε, γνωρίσας, πάνυ μέγα καὶ νεανικὸν ἐκβοᾷ· «τίνα ὁρῶ ταῦτα; Τί γέγονάς μοι, θυγάτριον; Ἆρα καὶ σὺ ζῇς ἢ ταῦτά τις</w:t>
      </w:r>
    </w:p>
    <w:p>
      <w:r>
        <w:rPr>
          <w:rFonts w:ascii="Courier New" w:hAnsi="Courier New"/>
          <w:color w:val="555555"/>
          <w:sz w:val="20"/>
        </w:rPr>
        <w:t>[5]</w:t>
      </w:r>
    </w:p>
    <w:p>
      <w:r>
        <w:rPr>
          <w:rFonts w:ascii="Gentium Plus" w:hAnsi="Gentium Plus"/>
          <w:sz w:val="24"/>
        </w:rPr>
        <w:t>ἐβάστασε μόνα ποιμὴν ἐντυχών;</w:t>
      </w:r>
    </w:p>
    <w:p>
      <w:r>
        <w:rPr>
          <w:rFonts w:ascii="Courier New" w:hAnsi="Courier New"/>
          <w:color w:val="555555"/>
          <w:sz w:val="20"/>
        </w:rPr>
        <w:t>[4 . 35 . 2]</w:t>
      </w:r>
    </w:p>
    <w:p>
      <w:r>
        <w:rPr>
          <w:rFonts w:ascii="Gentium Plus" w:hAnsi="Gentium Plus"/>
          <w:sz w:val="24"/>
        </w:rPr>
        <w:t>Δέομαι, Διονυσό‐ φανες, εἰπέ μοι· πόθεν ἔχεις ἐμοῦ παιδίου γνωρίσματα; Μὴ φθονήσῃς μετὰ Δάφνιν εὑρεῖν τι κἀμέ.» Κελεύσαντος δὲ τοῦ Διονυσοφάνους πρότερον ἐκεῖνον λέγειν τὴν ἔκθε‐</w:t>
      </w:r>
    </w:p>
    <w:p>
      <w:r>
        <w:rPr>
          <w:rFonts w:ascii="Courier New" w:hAnsi="Courier New"/>
          <w:color w:val="555555"/>
          <w:sz w:val="20"/>
        </w:rPr>
        <w:t>[5]</w:t>
      </w:r>
    </w:p>
    <w:p>
      <w:r>
        <w:rPr>
          <w:rFonts w:ascii="Gentium Plus" w:hAnsi="Gentium Plus"/>
          <w:sz w:val="24"/>
        </w:rPr>
        <w:t>σιν, ὁ Μεγακλῆς οὐδὲν ὑφελὼν τοῦ τόνου τῆς φωνῆς ἔφη·</w:t>
      </w:r>
    </w:p>
    <w:p>
      <w:r>
        <w:rPr>
          <w:rFonts w:ascii="Courier New" w:hAnsi="Courier New"/>
          <w:color w:val="555555"/>
          <w:sz w:val="20"/>
        </w:rPr>
        <w:t>[4 . 35 . 3]</w:t>
      </w:r>
    </w:p>
    <w:p>
      <w:r>
        <w:rPr>
          <w:rFonts w:ascii="Gentium Plus" w:hAnsi="Gentium Plus"/>
          <w:sz w:val="24"/>
        </w:rPr>
        <w:t>«ἦν ὀλίγος μοι βίος τὸ πρότερον· ὃν γὰρ εἶχον εἰς χορηγίας καὶ τριηραρχίας ἐξεδαπάνησα. Ὅτε ταῦτα ἦν, γίνεταί μοι θυγάτριον. Τοῦτο τρέφειν ὀκνήσας ἐν πενίᾳ, τούτοις τοῖς γνωρίσμασι κοσμήσας ἐξέθηκα, εἰδὼς ὅτι</w:t>
      </w:r>
    </w:p>
    <w:p>
      <w:r>
        <w:rPr>
          <w:rFonts w:ascii="Courier New" w:hAnsi="Courier New"/>
          <w:color w:val="555555"/>
          <w:sz w:val="20"/>
        </w:rPr>
        <w:t>[5]</w:t>
      </w:r>
    </w:p>
    <w:p>
      <w:r>
        <w:rPr>
          <w:rFonts w:ascii="Gentium Plus" w:hAnsi="Gentium Plus"/>
          <w:sz w:val="24"/>
        </w:rPr>
        <w:t>πολλοὶ καὶ οὕτω σπουδάζουσι πατέρες γενέσθαι.</w:t>
      </w:r>
    </w:p>
    <w:p>
      <w:r>
        <w:rPr>
          <w:rFonts w:ascii="Courier New" w:hAnsi="Courier New"/>
          <w:color w:val="555555"/>
          <w:sz w:val="20"/>
        </w:rPr>
        <w:t>[4 . 35 . 4]</w:t>
      </w:r>
    </w:p>
    <w:p>
      <w:r>
        <w:rPr>
          <w:rFonts w:ascii="Gentium Plus" w:hAnsi="Gentium Plus"/>
          <w:sz w:val="24"/>
        </w:rPr>
        <w:t>Καὶ τὸ μὲν ἐξέκειτο ἐν ἄντρῳ Νυμφῶν πιστευθὲν ταῖς θεαῖς, ἐμοὶ δὲ πλοῦτος ἐπέρρει καθ’ ἑκάστην ἡμέραν κληρονόμον οὐκ ἔχοντι.</w:t>
      </w:r>
    </w:p>
    <w:p>
      <w:r>
        <w:rPr>
          <w:rFonts w:ascii="Courier New" w:hAnsi="Courier New"/>
          <w:color w:val="555555"/>
          <w:sz w:val="20"/>
        </w:rPr>
        <w:t>[4 . 35 . 5]</w:t>
      </w:r>
    </w:p>
    <w:p>
      <w:r>
        <w:rPr>
          <w:rFonts w:ascii="Gentium Plus" w:hAnsi="Gentium Plus"/>
          <w:sz w:val="24"/>
        </w:rPr>
        <w:t>Οὐκέτι γοῦν οὐδὲ θυγατρίου γενέσθαι πα‐</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[4 . 36 . 1]</w:t>
      </w:r>
    </w:p>
    <w:p>
      <w:r>
        <w:rPr>
          <w:rFonts w:ascii="Gentium Plus" w:hAnsi="Gentium Plus"/>
          <w:sz w:val="24"/>
        </w:rPr>
        <w:t>Ἀνεβόησεν ὁ Διονυσοφάνης μεῖζον τοῦ Μεγακλέους καὶ ἀναπηδήσας εἰσάγει Χλόην πάνυ καλῶς κεκοσμημένην καὶ λέγει· «τοῦτο τὸ παιδίον ἐξέθηκας· ταύτην σοὶ τὴν παρθένον ὄϊς προνοίᾳ θεῶν ἀνέθρεψεν,</w:t>
      </w:r>
    </w:p>
    <w:p>
      <w:r>
        <w:rPr>
          <w:rFonts w:ascii="Courier New" w:hAnsi="Courier New"/>
          <w:color w:val="555555"/>
          <w:sz w:val="20"/>
        </w:rPr>
        <w:t>[5]</w:t>
      </w:r>
    </w:p>
    <w:p>
      <w:r>
        <w:rPr>
          <w:rFonts w:ascii="Gentium Plus" w:hAnsi="Gentium Plus"/>
          <w:sz w:val="24"/>
        </w:rPr>
        <w:t>ὡς αἲξ Δάφνιν ἐμοί.</w:t>
      </w:r>
    </w:p>
    <w:p>
      <w:r>
        <w:rPr>
          <w:rFonts w:ascii="Courier New" w:hAnsi="Courier New"/>
          <w:color w:val="555555"/>
          <w:sz w:val="20"/>
        </w:rPr>
        <w:t>[4 . 36 . 2]</w:t>
      </w:r>
    </w:p>
    <w:p>
      <w:r>
        <w:rPr>
          <w:rFonts w:ascii="Gentium Plus" w:hAnsi="Gentium Plus"/>
          <w:sz w:val="24"/>
        </w:rPr>
        <w:t>Λαβὲ τὰ γνωρίσματα καὶ τὴν θυγατέρα, λαβὼν δὲ ἀπόδος Δάφνιδι νύμφην. Ἀμφοτέρους ἐξεθήκαμεν, ἀμφοτέρους εὑρήκαμεν, ἀμφοτέρων ἐμέλησε Πανὶ καὶ Νύμφαις καὶ Ἔρωτι».</w:t>
      </w:r>
    </w:p>
    <w:p>
      <w:r>
        <w:rPr>
          <w:rFonts w:ascii="Courier New" w:hAnsi="Courier New"/>
          <w:color w:val="555555"/>
          <w:sz w:val="20"/>
        </w:rPr>
        <w:t>[4 . 36 . 3]</w:t>
      </w:r>
    </w:p>
    <w:p>
      <w:r>
        <w:rPr>
          <w:rFonts w:ascii="Gentium Plus" w:hAnsi="Gentium Plus"/>
          <w:sz w:val="24"/>
        </w:rPr>
        <w:t>Ἐπῄνει τὰ λεγό‐ μενα ὁ Μεγακλῆς καὶ τὴν γυναῖκα Ῥόδην μετεπέμπετο καὶ τὴν Χλόην ἐν τοῖς κόλποις εἶχε. Καὶ ὕπνον αὐτοῦ μένοντες εἵλοντο· Δάφνις γὰρ οὐδενὶ διώμνυτο προήσεσθαι</w:t>
      </w:r>
    </w:p>
    <w:p>
      <w:r>
        <w:rPr>
          <w:rFonts w:ascii="Courier New" w:hAnsi="Courier New"/>
          <w:color w:val="555555"/>
          <w:sz w:val="20"/>
        </w:rPr>
        <w:t>[5]</w:t>
      </w:r>
    </w:p>
    <w:p>
      <w:r>
        <w:rPr>
          <w:rFonts w:ascii="Gentium Plus" w:hAnsi="Gentium Plus"/>
          <w:sz w:val="24"/>
        </w:rPr>
        <w:t>τὴν Χλόην, οὐδὲ αὐτῷ τῷ πατρί.</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[4 . 37 . 1]</w:t>
      </w:r>
    </w:p>
    <w:p>
      <w:r>
        <w:rPr>
          <w:rFonts w:ascii="Gentium Plus" w:hAnsi="Gentium Plus"/>
          <w:sz w:val="24"/>
        </w:rPr>
        <w:t>Ἡμέρας δὲ γενομένης συνθέμενοι πάλιν εἰς τὸν ἀγρὸν ἤλαυνον· ἐδεήθησαν γὰρ τοῦτο Δάφνις καὶ Χλόη, μὴ φέροντες τὴν ἐν ἄστει διατριβήν. Ἐδόκει δὲ κἀκείνοις ποιμενικούς τινας αὐτοῖς ποιῆσαι τοὺς γάμους.</w:t>
      </w:r>
    </w:p>
    <w:p>
      <w:r>
        <w:rPr>
          <w:rFonts w:ascii="Courier New" w:hAnsi="Courier New"/>
          <w:color w:val="555555"/>
          <w:sz w:val="20"/>
        </w:rPr>
        <w:t>[4 . 37 . 2]</w:t>
      </w:r>
    </w:p>
    <w:p>
      <w:r>
        <w:rPr>
          <w:rFonts w:ascii="Gentium Plus" w:hAnsi="Gentium Plus"/>
          <w:sz w:val="24"/>
        </w:rPr>
        <w:t>Ἐλθόντες οὖν παρὰ τὸν Λάμωνα τόν τε Δρύαντα τῷ Μεγακλεῖ προσήγαγον καὶ τῇ Ῥόδῃ τὴν Νάπην συνέστη‐ σαν καὶ τὰ πρὸς τὴν ἑορτὴν παρεσκευάζοντο λαμπρῶς. Παρέδωκε μὲν οὖν ἔτι ταῖς Νύμφαις τὴν Χλόην ὁ πατὴρ</w:t>
      </w:r>
    </w:p>
    <w:p>
      <w:r>
        <w:rPr>
          <w:rFonts w:ascii="Courier New" w:hAnsi="Courier New"/>
          <w:color w:val="555555"/>
          <w:sz w:val="20"/>
        </w:rPr>
        <w:t>[5]</w:t>
      </w:r>
    </w:p>
    <w:p>
      <w:r>
        <w:rPr>
          <w:rFonts w:ascii="Gentium Plus" w:hAnsi="Gentium Plus"/>
          <w:sz w:val="24"/>
        </w:rPr>
        <w:t>καὶ μετὰ ἄλλων πολλῶν ἐποίησεν ἀναθήματα τὰ γνωρίσματα</w:t>
      </w:r>
    </w:p>
    <w:p>
      <w:r>
        <w:rPr>
          <w:rFonts w:ascii="Courier New" w:hAnsi="Courier New"/>
          <w:color w:val="555555"/>
          <w:sz w:val="20"/>
        </w:rPr>
        <w:t>[4 . 38 . 1]</w:t>
      </w:r>
    </w:p>
    <w:p>
      <w:r>
        <w:rPr>
          <w:rFonts w:ascii="Gentium Plus" w:hAnsi="Gentium Plus"/>
          <w:sz w:val="24"/>
        </w:rPr>
        <w:t>Ὁ δὲ Διονυσοφάνης, εὐημερίας οὔσης, αὐτοῦ πρὸ τοῦ ἄντρου στιβάδας ὑπεστόρεσεν ἐκ χλωρᾶς φυλλάδος καὶ πάντας τοὺς κωμήτας κατακλίνας εἱστία πολυτελῶς.</w:t>
      </w:r>
    </w:p>
    <w:p>
      <w:r>
        <w:rPr>
          <w:rFonts w:ascii="Courier New" w:hAnsi="Courier New"/>
          <w:color w:val="555555"/>
          <w:sz w:val="20"/>
        </w:rPr>
        <w:t>[4 . 38 . 2]</w:t>
      </w:r>
    </w:p>
    <w:p>
      <w:r>
        <w:rPr>
          <w:rFonts w:ascii="Gentium Plus" w:hAnsi="Gentium Plus"/>
          <w:sz w:val="24"/>
        </w:rPr>
        <w:t>Παρῆσαν δὲ Λάμων καὶ Μυρτάλη, Δρύας καὶ Νάπη, οἱ Δόρκωνι προσήκοντες, 〈Φιλητᾶσ〉, οἱ Φιλητᾶς παῖδες, Χρῶμις καὶ Λυκαίνιον· οὐκ ἀπῆν οὐδὲ Λάμπις συγγνώμης ἀξιωθείς.</w:t>
      </w:r>
    </w:p>
    <w:p>
      <w:r>
        <w:rPr>
          <w:rFonts w:ascii="Courier New" w:hAnsi="Courier New"/>
          <w:color w:val="555555"/>
          <w:sz w:val="20"/>
        </w:rPr>
        <w:t>[4 . 38 . 3]</w:t>
      </w:r>
    </w:p>
    <w:p>
      <w:r>
        <w:rPr>
          <w:rFonts w:ascii="Gentium Plus" w:hAnsi="Gentium Plus"/>
          <w:sz w:val="24"/>
        </w:rPr>
        <w:t>Ἦν οὖν ὡς ἐν τοιοίσδε συμπό‐ ταις πάντα γεωργικὰ καὶ ἄγροικα· ὁ μὲν ᾖδεν οἷα ᾄδουσι θερίζοντες, ὁ δὲ ἔσκωπτε τὰ ἐπὶ ληνοῖς σκώμματα· Φιλη‐ τᾶς ἐσύρισε, Λάμπις ηὔλησε, Δρύας καὶ Λάμων ὠρχήσαντο,</w:t>
      </w:r>
    </w:p>
    <w:p>
      <w:r>
        <w:rPr>
          <w:rFonts w:ascii="Courier New" w:hAnsi="Courier New"/>
          <w:color w:val="555555"/>
          <w:sz w:val="20"/>
        </w:rPr>
        <w:t>[5]</w:t>
      </w:r>
    </w:p>
    <w:p>
      <w:r>
        <w:rPr>
          <w:rFonts w:ascii="Gentium Plus" w:hAnsi="Gentium Plus"/>
          <w:sz w:val="24"/>
        </w:rPr>
        <w:t>Χλόη καὶ Δάφνις ἀλλήλους κατεφίλουν.</w:t>
      </w:r>
    </w:p>
    <w:p>
      <w:r>
        <w:rPr>
          <w:rFonts w:ascii="Courier New" w:hAnsi="Courier New"/>
          <w:color w:val="555555"/>
          <w:sz w:val="20"/>
        </w:rPr>
        <w:t>[4 . 38 . 4]</w:t>
      </w:r>
    </w:p>
    <w:p>
      <w:r>
        <w:rPr>
          <w:rFonts w:ascii="Gentium Plus" w:hAnsi="Gentium Plus"/>
          <w:sz w:val="24"/>
        </w:rPr>
        <w:t>Ἐνέμοντο δὲ καὶ αἱ αἶγες πλησίον, ὥσπερ καὶ αὐταὶ κοινωνοῦσαι τῆς ἑορτῆς. Τοῦτο τοῖς μὲν ἀστυκοῖς οὐ πάνυ τερπνὸν ἦν· ὁ δὲ Δάφνις καὶ ἐκάλεσέ τινας αὐτῶν ὀνομαστὶ καὶ</w:t>
      </w:r>
    </w:p>
    <w:p>
      <w:r>
        <w:rPr>
          <w:rFonts w:ascii="Courier New" w:hAnsi="Courier New"/>
          <w:color w:val="555555"/>
          <w:sz w:val="20"/>
        </w:rPr>
        <w:t>[5]</w:t>
      </w:r>
    </w:p>
    <w:p>
      <w:r>
        <w:rPr>
          <w:rFonts w:ascii="Gentium Plus" w:hAnsi="Gentium Plus"/>
          <w:sz w:val="24"/>
        </w:rPr>
        <w:t>φυλλάδα χλωρὰν ἔδωκε καὶ κρατήσας ἐκ τῶν κεράτων κατεφίλησε.</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[4 . 39 . 1]</w:t>
      </w:r>
    </w:p>
    <w:p>
      <w:r>
        <w:rPr>
          <w:rFonts w:ascii="Gentium Plus" w:hAnsi="Gentium Plus"/>
          <w:sz w:val="24"/>
        </w:rPr>
        <w:t>Καὶ ταῦτα οὐ τότε μόνον ἀλλ’ ἔστε ἔζων τὸν πλεῖστον χρόνον ποιμενικὸν εἶχον, θεοὺς σέβοντες Νύμφας καὶ Πᾶνα καὶ Ἔρωτα, ἀγέλας δὲ προβάτων καὶ αἰγῶν πλείστας κτησάμενοι, ἡδίστην δὲ τροφὴν νομίζοντες</w:t>
      </w:r>
    </w:p>
    <w:p>
      <w:r>
        <w:rPr>
          <w:rFonts w:ascii="Courier New" w:hAnsi="Courier New"/>
          <w:color w:val="555555"/>
          <w:sz w:val="20"/>
        </w:rPr>
        <w:t>[5]</w:t>
      </w:r>
    </w:p>
    <w:p>
      <w:r>
        <w:rPr>
          <w:rFonts w:ascii="Gentium Plus" w:hAnsi="Gentium Plus"/>
          <w:sz w:val="24"/>
        </w:rPr>
        <w:t>ὀπώραν καὶ γάλα.</w:t>
      </w:r>
    </w:p>
    <w:p>
      <w:r>
        <w:rPr>
          <w:rFonts w:ascii="Courier New" w:hAnsi="Courier New"/>
          <w:color w:val="555555"/>
          <w:sz w:val="20"/>
        </w:rPr>
        <w:t>[4 . 39 . 2]</w:t>
      </w:r>
    </w:p>
    <w:p>
      <w:r>
        <w:rPr>
          <w:rFonts w:ascii="Gentium Plus" w:hAnsi="Gentium Plus"/>
          <w:sz w:val="24"/>
        </w:rPr>
        <w:t>Ἀλλὰ καὶ ἄρρεν μὲν παιδίον ὑπέ‐ θηκαν 〈αἰγὶ〉 καὶ θυγάτριον γενόμενον δεύτερον ὄϊος ἑλκύ‐ σαι θηλὴν ἐποίησαν, καὶ ἐκάλεσαν τὸν μὲν Φιλοποίμενα</w:t>
      </w:r>
    </w:p>
    <w:p>
      <w:r>
        <w:rPr>
          <w:rFonts w:ascii="Courier New" w:hAnsi="Courier New"/>
          <w:color w:val="555555"/>
          <w:sz w:val="20"/>
        </w:rPr>
        <w:t>[5]</w:t>
      </w:r>
    </w:p>
    <w:p>
      <w:r>
        <w:rPr>
          <w:rFonts w:ascii="Gentium Plus" w:hAnsi="Gentium Plus"/>
          <w:sz w:val="24"/>
        </w:rPr>
        <w:t>οὗτοι]. Καὶ τὸ ἄντρον ἐκόσμησαν καὶ εἰκόνας ἀνέθεσαν καὶ βωμὸν εἵσαντο Ποιμένος Ἔρωτος· καὶ τῷ Πανὶ δὲ ἔδοσαν ἀντὶ τῆς πίτυος οἰκεῖν νεὼν Πανὸς Στρατιώτου ὀνομά‐ σαντες.</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[4 . 40 . 1]</w:t>
      </w:r>
    </w:p>
    <w:p>
      <w:r>
        <w:rPr>
          <w:rFonts w:ascii="Gentium Plus" w:hAnsi="Gentium Plus"/>
          <w:sz w:val="24"/>
        </w:rPr>
        <w:t>Ἀλλὰ ταῦτα μὲν ὕστερον καὶ ὠνόμασαν καὶ ἔπραξαν· τότε δὲ νυκτὸς γενομένης πάντες αὐτοὺς παρέ‐ πεμπον εἰς τὸν θάλαμον, οἱ μὲν συρίττοντες, οἱ δὲ αὐ‐ λοῦντες, οἱ δὲ δᾷδας μεγάλας ἀνίσχοντες.</w:t>
      </w:r>
    </w:p>
    <w:p>
      <w:r>
        <w:rPr>
          <w:rFonts w:ascii="Courier New" w:hAnsi="Courier New"/>
          <w:color w:val="555555"/>
          <w:sz w:val="20"/>
        </w:rPr>
        <w:t>[4 . 40 . 2]</w:t>
      </w:r>
    </w:p>
    <w:p>
      <w:r>
        <w:rPr>
          <w:rFonts w:ascii="Gentium Plus" w:hAnsi="Gentium Plus"/>
          <w:sz w:val="24"/>
        </w:rPr>
        <w:t>Καὶ ἐπεὶ πλησίον ἦσαν τῶν θυρῶν, ᾖδον σκληρᾷ καὶ ἀπηνεῖ τῇ φωνῇ, καθάπερ τριαίναις γῆν ἀναρρηγνύντες, οὐχ ὑμέ‐ ναιον ᾄδοντες.</w:t>
      </w:r>
    </w:p>
    <w:p>
      <w:r>
        <w:rPr>
          <w:rFonts w:ascii="Courier New" w:hAnsi="Courier New"/>
          <w:color w:val="555555"/>
          <w:sz w:val="20"/>
        </w:rPr>
        <w:t>[4 . 40 . 3]</w:t>
      </w:r>
    </w:p>
    <w:p>
      <w:r>
        <w:rPr>
          <w:rFonts w:ascii="Gentium Plus" w:hAnsi="Gentium Plus"/>
          <w:sz w:val="24"/>
        </w:rPr>
        <w:t>Δάφνις δὲ καὶ Χλόη γυμνοὶ συγκατα‐ κλιθέντες περιέβαλλον ἀλλήλους καὶ κατεφίλουν, ἀγρυ‐ πνήσαντες τῆς νυκτὸς ὅσον οὐδὲ γλαῦκες· καὶ ἔδρασέ τι Δάφνις ὧν αὐτὸν ἐπαίδευσε Λυκαίνιον, καὶ τότε Χλόη</w:t>
      </w:r>
    </w:p>
    <w:p>
      <w:r>
        <w:rPr>
          <w:rFonts w:ascii="Courier New" w:hAnsi="Courier New"/>
          <w:color w:val="555555"/>
          <w:sz w:val="20"/>
        </w:rPr>
        <w:t>[5]</w:t>
      </w:r>
    </w:p>
    <w:p>
      <w:r>
        <w:rPr>
          <w:rFonts w:ascii="Gentium Plus" w:hAnsi="Gentium Plus"/>
          <w:sz w:val="24"/>
        </w:rPr>
        <w:t>πρῶτον ἔμαθεν ὅτι τὰ ἐπὶ τῆς ὕλης γινόμενα ἦν ποιμέ‐</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