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Ἀλέξανδρος ἢ Ψευδόμαντις</w:t>
      </w:r>
      <w:r>
        <w:br/>
      </w:r>
      <w:r>
        <w:rPr>
          <w:i/>
          <w:color w:val="666666"/>
          <w:sz w:val="40"/>
        </w:rPr>
        <w:t>Alexander Or The False Prophet</w:t>
      </w:r>
    </w:p>
    <w:p>
      <w:pPr>
        <w:jc w:val="center"/>
      </w:pPr>
      <w:r>
        <w:rPr>
          <w:rFonts w:ascii="Times New Roman" w:hAnsi="Times New Roman"/>
          <w:color w:val="1E3A70"/>
          <w:sz w:val="32"/>
        </w:rPr>
        <w:t>Λουκιανὸς ὁ Σαμοσατεύς</w:t>
      </w:r>
      <w:r>
        <w:br/>
      </w:r>
      <w:r>
        <w:rPr>
          <w:i/>
          <w:color w:val="666666"/>
          <w:sz w:val="28"/>
        </w:rPr>
        <w:t>by Lucian of Samosata</w:t>
      </w:r>
    </w:p>
    <w:p/>
    <w:p>
      <w:pPr>
        <w:jc w:val="center"/>
      </w:pPr>
      <w:r>
        <w:rPr>
          <w:rFonts w:ascii="Gentium Plus" w:hAnsi="Gentium Plus"/>
          <w:b/>
          <w:sz w:val="24"/>
        </w:rPr>
        <w:t>ΑΛΕΧΑΝΔΡΟΣ Η ΨΕΥΔΟΜΑΝΤΙΣ</w:t>
      </w:r>
    </w:p>
    <w:p>
      <w:r>
        <w:rPr>
          <w:rFonts w:ascii="Courier New" w:hAnsi="Courier New"/>
          <w:color w:val="555555"/>
          <w:sz w:val="20"/>
        </w:rPr>
        <w:t>[Alex . 1]</w:t>
      </w:r>
    </w:p>
    <w:p>
      <w:r>
        <w:rPr>
          <w:rFonts w:ascii="Gentium Plus" w:hAnsi="Gentium Plus"/>
          <w:sz w:val="24"/>
        </w:rPr>
        <w:t>Σὺ μὲν ἴσως, ὦ φίλτατε Κέλσε, μικρόν τι καὶ φαῦλον οἴει τὸ πρόσταγμα, προστάττειν τὸν Ἀλεξάνδρου σοι τοῦ Ἀβωνοτειχίτου γόητος βίον καὶ ἐπινοίας αὐτοῦ καὶ τολμήματα καὶ μαγγανείας</w:t>
      </w:r>
    </w:p>
    <w:p>
      <w:r>
        <w:rPr>
          <w:rFonts w:ascii="Courier New" w:hAnsi="Courier New"/>
          <w:color w:val="555555"/>
          <w:sz w:val="20"/>
        </w:rPr>
        <w:t>[5]</w:t>
      </w:r>
    </w:p>
    <w:p>
      <w:r>
        <w:rPr>
          <w:rFonts w:ascii="Gentium Plus" w:hAnsi="Gentium Plus"/>
          <w:sz w:val="24"/>
        </w:rPr>
        <w:t>εἰς βιβλίον ἐγγράψαντα πέμψαι· τὸ δέ, εἴ τις ἐθέλοι πρὸς τὸ ἀκριβὲς ἕκαστον ἐπεξιέναι, οὐ μεῖόν ἐστιν ἢ τὰς Ἀλεξάνδρου τοῦ Φιλίππου πράξεις ἀναγράψαι· τοσοῦτος εἰς κακίαν οὗτος, ὅσος εἰς ἀρετὴν ἐκεῖνος. ὅμως δὲ εἰ μετὰ</w:t>
      </w:r>
    </w:p>
    <w:p>
      <w:r>
        <w:rPr>
          <w:rFonts w:ascii="Courier New" w:hAnsi="Courier New"/>
          <w:color w:val="555555"/>
          <w:sz w:val="20"/>
        </w:rPr>
        <w:t>[10]</w:t>
      </w:r>
    </w:p>
    <w:p>
      <w:r>
        <w:rPr>
          <w:rFonts w:ascii="Gentium Plus" w:hAnsi="Gentium Plus"/>
          <w:sz w:val="24"/>
        </w:rPr>
        <w:t>συγγνώμης ἀναγνώσεσθαι μέλλοις καὶ τὰ ἐνδέοντα τοῖς ἱστορουμένοις προσλογιεῖσθαι, ὑποστήσομαί σοι τὸν ἆθλον, καὶ τὴν Αὐγέου βουστασίαν, εἰ καὶ μὴ πᾶσαν, ἀλλ’ εἰς δύναμίν γε τὴν ἐμαυτοῦ ἀνακαθάρασθαι πειράσομαι, ὀλίγους ὅσους τῶν</w:t>
      </w:r>
    </w:p>
    <w:p>
      <w:r>
        <w:rPr>
          <w:rFonts w:ascii="Courier New" w:hAnsi="Courier New"/>
          <w:color w:val="555555"/>
          <w:sz w:val="20"/>
        </w:rPr>
        <w:t>[15]</w:t>
      </w:r>
    </w:p>
    <w:p>
      <w:r>
        <w:rPr>
          <w:rFonts w:ascii="Gentium Plus" w:hAnsi="Gentium Plus"/>
          <w:sz w:val="24"/>
        </w:rPr>
        <w:t>κοφίνων ἐκφορήσας, ὡς ἀπ’ ἐκείνων τεκμαίροιο</w:t>
      </w:r>
    </w:p>
    <w:p>
      <w:r>
        <w:rPr>
          <w:rFonts w:ascii="Courier New" w:hAnsi="Courier New"/>
          <w:color w:val="555555"/>
          <w:sz w:val="20"/>
        </w:rPr>
        <w:t>[Alex . 2]</w:t>
      </w:r>
    </w:p>
    <w:p>
      <w:r>
        <w:rPr>
          <w:rFonts w:ascii="Gentium Plus" w:hAnsi="Gentium Plus"/>
          <w:sz w:val="24"/>
        </w:rPr>
        <w:t>Αἰδοῦμαι μὲν οὖν ὑπὲρ ἀμφοῖν, ὑπέρ τε σοῦ καὶ ἐμαυτοῦ· σοῦ μέν, ἀξιοῦντος μνήμῃ καὶ γραφῇ παραδοθῆναι ἄνδρα τρισκατάρατον, ἐμαυτοῦ δέ, σπουδὴν ποιουμένου ἐπὶ τοιαύτῃ ἱστορίᾳ καὶ</w:t>
      </w:r>
    </w:p>
    <w:p>
      <w:r>
        <w:rPr>
          <w:rFonts w:ascii="Courier New" w:hAnsi="Courier New"/>
          <w:color w:val="555555"/>
          <w:sz w:val="20"/>
        </w:rPr>
        <w:t>[5]</w:t>
      </w:r>
    </w:p>
    <w:p>
      <w:r>
        <w:rPr>
          <w:rFonts w:ascii="Gentium Plus" w:hAnsi="Gentium Plus"/>
          <w:sz w:val="24"/>
        </w:rPr>
        <w:t>πράξεσιν ἀνθρώπου, ὃν οὐκ ἀναγιγνώσκεσθαι πρὸς τῶν πεπαιδευμένων ἦν ἄξιον, ἀλλ’ ἐν πανδήμῳ τινὶ μεγίστῳ θεάτρῳ ὁρᾶσθαι ὑπὸ πιθήκων ἢ ἀλωπέκων σπαραττόμενον. ἀλλ’ ἤν τις ἡμῖν ταύτην ἐπιφέρῃ τὴν αἰτίαν, ἕξομεν καὶ</w:t>
      </w:r>
    </w:p>
    <w:p>
      <w:r>
        <w:rPr>
          <w:rFonts w:ascii="Courier New" w:hAnsi="Courier New"/>
          <w:color w:val="555555"/>
          <w:sz w:val="20"/>
        </w:rPr>
        <w:t>[10]</w:t>
      </w:r>
    </w:p>
    <w:p>
      <w:r>
        <w:rPr>
          <w:rFonts w:ascii="Gentium Plus" w:hAnsi="Gentium Plus"/>
          <w:sz w:val="24"/>
        </w:rPr>
        <w:t>αὐτοὶ εἰς παράδειγμά τι τοιοῦτον ἀνενεγκεῖν. καὶ Ἀρριανὸς γὰρ ὁ τοῦ Ἐπικτήτου μαθητής, ἀνὴρ Ῥωμαίων ἐν τοῖς πρώτοις καὶ παιδείᾳ παρ’ ὅλον τὸν βίον συγγενόμενος, ὅμοιόν τι παθὼν ἀπο‐ λογήσαιτ’ ἂν καὶ ὑπὲρ ἡμῶν· Τιλλορόβου γοῦν</w:t>
      </w:r>
    </w:p>
    <w:p>
      <w:r>
        <w:rPr>
          <w:rFonts w:ascii="Courier New" w:hAnsi="Courier New"/>
          <w:color w:val="555555"/>
          <w:sz w:val="20"/>
        </w:rPr>
        <w:t>[15]</w:t>
      </w:r>
    </w:p>
    <w:p>
      <w:r>
        <w:rPr>
          <w:rFonts w:ascii="Gentium Plus" w:hAnsi="Gentium Plus"/>
          <w:sz w:val="24"/>
        </w:rPr>
        <w:t>τοῦ λῃστοῦ κἀκεῖνος βίον ἀναγράψαι ἠξίωσεν. ἡμεῖς δὲ πολὺ ὠμοτέρου λῃστοῦ μνήμην ποιησό‐ μεθα, ὅσῳ μὴ ἐν ὕλαις καὶ ἐν ὄρεσιν, ἀλλ’ ἐν πόλεσιν οὗτος ἐλῄστευεν, οὐ Μυσίαν μόνην οὐδὲ τὴν Ἴδην κατατρέχων οὐδὲ ὀλίγα τῆς Ἀσίας</w:t>
      </w:r>
    </w:p>
    <w:p>
      <w:r>
        <w:rPr>
          <w:rFonts w:ascii="Courier New" w:hAnsi="Courier New"/>
          <w:color w:val="555555"/>
          <w:sz w:val="20"/>
        </w:rPr>
        <w:t>[20]</w:t>
      </w:r>
    </w:p>
    <w:p>
      <w:r>
        <w:rPr>
          <w:rFonts w:ascii="Gentium Plus" w:hAnsi="Gentium Plus"/>
          <w:sz w:val="24"/>
        </w:rPr>
        <w:t>μέρη τὰ ἐρημότερα λεηλατῶν, ἀλλὰ πᾶσαν ὡς εἰπεῖν τὴν Ῥωμαίων ἀρχὴν ἐμπλήσας τῆς λῃστείας τῆς αὑτοῦ.</w:t>
      </w:r>
    </w:p>
    <w:p>
      <w:r>
        <w:rPr>
          <w:rFonts w:ascii="Courier New" w:hAnsi="Courier New"/>
          <w:color w:val="555555"/>
          <w:sz w:val="20"/>
        </w:rPr>
        <w:t>[Alex . 3]</w:t>
      </w:r>
    </w:p>
    <w:p>
      <w:r>
        <w:rPr>
          <w:rFonts w:ascii="Gentium Plus" w:hAnsi="Gentium Plus"/>
          <w:sz w:val="24"/>
        </w:rPr>
        <w:t>Πρότερον δέ σοι αὐτὸν ὑπογράψω τῷ λόγῳ πρὸς τὸ ὁμοιότατον εἰκάσας, ὡς ἂν δύνωμαι, καίτοι μὴ πάνυ γραφικός τις ὤν. τὸ γὰρ δὴ σῶμα, ἵνα σοι καὶ τοῦτο δείξω, μέγας τε ἦν καὶ</w:t>
      </w:r>
    </w:p>
    <w:p>
      <w:r>
        <w:rPr>
          <w:rFonts w:ascii="Courier New" w:hAnsi="Courier New"/>
          <w:color w:val="555555"/>
          <w:sz w:val="20"/>
        </w:rPr>
        <w:t>[5]</w:t>
      </w:r>
    </w:p>
    <w:p>
      <w:r>
        <w:rPr>
          <w:rFonts w:ascii="Gentium Plus" w:hAnsi="Gentium Plus"/>
          <w:sz w:val="24"/>
        </w:rPr>
        <w:t>καλὸς ἰδεῖν καὶ θεοπρεπὴς ὡς ἀληθῶς, λευκὸς</w:t>
      </w:r>
    </w:p>
    <w:p>
      <w:r>
        <w:rPr>
          <w:rFonts w:ascii="Courier New" w:hAnsi="Courier New"/>
          <w:color w:val="555555"/>
          <w:sz w:val="20"/>
        </w:rPr>
        <w:t>[10]</w:t>
      </w:r>
    </w:p>
    <w:p>
      <w:r>
        <w:rPr>
          <w:rFonts w:ascii="Gentium Plus" w:hAnsi="Gentium Plus"/>
          <w:sz w:val="24"/>
        </w:rPr>
        <w:t>καὶ ἔνθεον διεμφαίνοντες, φώνημα ἥδιστόν τε ἅμα καὶ λαμπρότατον· καὶ ὅλως οὐδαμόθεν μεμπτὸς ἦν ταῦτά γε.</w:t>
      </w:r>
    </w:p>
    <w:p>
      <w:r>
        <w:rPr>
          <w:rFonts w:ascii="Courier New" w:hAnsi="Courier New"/>
          <w:color w:val="555555"/>
          <w:sz w:val="20"/>
        </w:rPr>
        <w:t>[Alex . 4]</w:t>
      </w:r>
    </w:p>
    <w:p>
      <w:r>
        <w:rPr>
          <w:rFonts w:ascii="Gentium Plus" w:hAnsi="Gentium Plus"/>
          <w:sz w:val="24"/>
        </w:rPr>
        <w:t>Τοιόσδε μὲν τὴν μορφήν· ἡ ψυχὴ δὲ καὶ ἡ γνώμη—ἀλεξίκακε Ἡράκλεις καὶ Ζεῦ ἀποτρόπαιε καὶ Διόσκουροι σωτῆρες, πολεμίοις καὶ ἐχθροῖς ἐντυχεῖν γένοιτο καὶ συγγενέσθαι τοιούτῳ τινί.</w:t>
      </w:r>
    </w:p>
    <w:p>
      <w:r>
        <w:rPr>
          <w:rFonts w:ascii="Courier New" w:hAnsi="Courier New"/>
          <w:color w:val="555555"/>
          <w:sz w:val="20"/>
        </w:rPr>
        <w:t>[5]</w:t>
      </w:r>
    </w:p>
    <w:p>
      <w:r>
        <w:rPr>
          <w:rFonts w:ascii="Gentium Plus" w:hAnsi="Gentium Plus"/>
          <w:sz w:val="24"/>
        </w:rPr>
        <w:t>συνέσει μὲν γὰρ καὶ ἀγχινοίᾳ καὶ δριμύτητι πάμπολυ τῶν ἄλλων διέφερεν, καὶ τό τε περίεργον καὶ εὐμαθὲς καὶ μνημονικὸν καὶ πρὸς τὰ μαθή‐ ματα εὐφυές, πάντα ταῦτα εἰς ὑπερβολὴν ἑκασταχοῦ ὑπῆρχεν αὐτῷ. ἐχρῆτο δὲ αὐτοῖς εἰς</w:t>
      </w:r>
    </w:p>
    <w:p>
      <w:r>
        <w:rPr>
          <w:rFonts w:ascii="Courier New" w:hAnsi="Courier New"/>
          <w:color w:val="555555"/>
          <w:sz w:val="20"/>
        </w:rPr>
        <w:t>[10]</w:t>
      </w:r>
    </w:p>
    <w:p>
      <w:r>
        <w:rPr>
          <w:rFonts w:ascii="Gentium Plus" w:hAnsi="Gentium Plus"/>
          <w:sz w:val="24"/>
        </w:rPr>
        <w:t>τὸ χείριστον, καὶ ὄργανα ταῦτα γενναῖα ὑπο‐ βεβλημένα ἔχων αὐτίκα μάλα τῶν ἐπὶ κακίᾳ διαβοήτων ἀκρότατος ἀπετελέσθη, ὑπὲρ τοὺς Κέρκωπας, ὑπὲρ τὸν Εὐρύβατον ἢ Φρυνώνδαν ἢ Ἀριστόδημον ἢ Σώστρατον. αὐτὸς μὲν γὰρ τῷ</w:t>
      </w:r>
    </w:p>
    <w:p>
      <w:r>
        <w:rPr>
          <w:rFonts w:ascii="Courier New" w:hAnsi="Courier New"/>
          <w:color w:val="555555"/>
          <w:sz w:val="20"/>
        </w:rPr>
        <w:t>[15]</w:t>
      </w:r>
    </w:p>
    <w:p>
      <w:r>
        <w:rPr>
          <w:rFonts w:ascii="Gentium Plus" w:hAnsi="Gentium Plus"/>
          <w:sz w:val="24"/>
        </w:rPr>
        <w:t>γαμβρῷ Ῥουτιλιανῷ ποτε γράφων καὶ τὰ μετριώτατα ὑπὲρ αὑτοῦ λέγων Πυθαγόρᾳ ὅμοιος εἶναι ἠξίου. ἀλλ’ ἵλεως μὲν ὁ Πυθαγόρας εἴη, σοφὸς ἀνὴρ καὶ τὴν γνώμην θεσπέσιος, εἰ δὲ κατὰ τοῦτον ἐγεγένητο, παῖς ἂν εὖ οἶδ’ ὅτι πρὸς αὐτὸν</w:t>
      </w:r>
    </w:p>
    <w:p>
      <w:r>
        <w:rPr>
          <w:rFonts w:ascii="Courier New" w:hAnsi="Courier New"/>
          <w:color w:val="555555"/>
          <w:sz w:val="20"/>
        </w:rPr>
        <w:t>[20]</w:t>
      </w:r>
    </w:p>
    <w:p>
      <w:r>
        <w:rPr>
          <w:rFonts w:ascii="Gentium Plus" w:hAnsi="Gentium Plus"/>
          <w:sz w:val="24"/>
        </w:rPr>
        <w:t>εἶναι ἔδοξε. καὶ πρὸς Χαρίτων μή με νομίσῃς</w:t>
      </w:r>
    </w:p>
    <w:p>
      <w:r>
        <w:rPr>
          <w:rFonts w:ascii="Courier New" w:hAnsi="Courier New"/>
          <w:color w:val="555555"/>
          <w:sz w:val="20"/>
        </w:rPr>
        <w:t>[25]</w:t>
      </w:r>
    </w:p>
    <w:p>
      <w:r>
        <w:rPr>
          <w:rFonts w:ascii="Gentium Plus" w:hAnsi="Gentium Plus"/>
          <w:sz w:val="24"/>
        </w:rPr>
        <w:t>Πυθαγόρου λεγομένων, οἷς ἔγωγε οὐκ ἂν πεισθείην ὡς ἀληθέσιν οὖσιν, ὅμως συναγάγοι εἰς τὸ αὐτό, πολλοστὸν ἂν μέρος ἅπαντα ἐκεῖνα γένοιτο τῆς Ἀλεξάνδρου δεινότητος. ὅλως γὰρ ἐπινόησόν μοι καὶ τῷ λογισμῷ διατύπωσον ποικιλωτάτην</w:t>
      </w:r>
    </w:p>
    <w:p>
      <w:r>
        <w:rPr>
          <w:rFonts w:ascii="Courier New" w:hAnsi="Courier New"/>
          <w:color w:val="555555"/>
          <w:sz w:val="20"/>
        </w:rPr>
        <w:t>[30]</w:t>
      </w:r>
    </w:p>
    <w:p>
      <w:r>
        <w:rPr>
          <w:rFonts w:ascii="Gentium Plus" w:hAnsi="Gentium Plus"/>
          <w:sz w:val="24"/>
        </w:rPr>
        <w:t>τινὰ ψυχῆς κρᾶσιν ἐκ ψεύδους καὶ δόλων καὶ ἐπιορκιῶν καὶ κακοτεχνιῶν συγκειμένην, ῥᾳδίαν, τολμηράν, παράβολον, φιλόπονον ἐξεργάσασθαι τὰ νοηθέντα, καὶ πιθανὴν καὶ ἀξιόπιστον καὶ ὑποκριτικὴν τοῦ βελτίονος καὶ τῷ ἐναντιωτάτῳ</w:t>
      </w:r>
    </w:p>
    <w:p>
      <w:r>
        <w:rPr>
          <w:rFonts w:ascii="Courier New" w:hAnsi="Courier New"/>
          <w:color w:val="555555"/>
          <w:sz w:val="20"/>
        </w:rPr>
        <w:t>[35]</w:t>
      </w:r>
    </w:p>
    <w:p>
      <w:r>
        <w:rPr>
          <w:rFonts w:ascii="Gentium Plus" w:hAnsi="Gentium Plus"/>
          <w:sz w:val="24"/>
        </w:rPr>
        <w:t>τῆς βουλήσεως ἐοικυῖαν. οὐδεὶς γοῦν τὸ πρῶτον ἐντυχὼν οὐκ ἀπῆλθε δόξαν λαβὼν ὑπὲρ αὐτοῦ ὡς εἴη πάντων ἀνθρώπων χρηστότατος καὶ ἐπιεικέστατος καὶ προσέτι ἁπλοϊκώτατός τε καὶ ἀφελέστατος. ἐπὶ πᾶσι δὲ τούτοις τὸ μεγαλουργὸν</w:t>
      </w:r>
    </w:p>
    <w:p>
      <w:r>
        <w:rPr>
          <w:rFonts w:ascii="Courier New" w:hAnsi="Courier New"/>
          <w:color w:val="555555"/>
          <w:sz w:val="20"/>
        </w:rPr>
        <w:t>[40]</w:t>
      </w:r>
    </w:p>
    <w:p>
      <w:r>
        <w:rPr>
          <w:rFonts w:ascii="Gentium Plus" w:hAnsi="Gentium Plus"/>
          <w:sz w:val="24"/>
        </w:rPr>
        <w:t>προσῆν καὶ τὸ μηδὲν μικρὸν ἐπινοεῖν, ἀλλ’ ἀεὶ τοῖς μεγίστοις ἐπέχειν τὸν νοῦν.</w:t>
      </w:r>
    </w:p>
    <w:p>
      <w:r>
        <w:rPr>
          <w:rFonts w:ascii="Courier New" w:hAnsi="Courier New"/>
          <w:color w:val="555555"/>
          <w:sz w:val="20"/>
        </w:rPr>
        <w:t>[Alex . 5]</w:t>
      </w:r>
    </w:p>
    <w:p>
      <w:r>
        <w:rPr>
          <w:rFonts w:ascii="Gentium Plus" w:hAnsi="Gentium Plus"/>
          <w:sz w:val="24"/>
        </w:rPr>
        <w:t>Μειράκιον μὲν οὖν ἔτι ὢν πάνυ ὡραῖον, ὡς ἐνῆν ἀπὸ τῆς καλάμης τεκμαίρεσθαι καὶ ἀκούειν τῶν διηγουμένων, ἀνέδην ἐπόρνευε καὶ συνῆν ἐπὶ μισθῷ τοῖς δεομένοις. ἐν δὲ τοῖς ἄλλοις λαμβάνει</w:t>
      </w:r>
    </w:p>
    <w:p>
      <w:r>
        <w:rPr>
          <w:rFonts w:ascii="Courier New" w:hAnsi="Courier New"/>
          <w:color w:val="555555"/>
          <w:sz w:val="20"/>
        </w:rPr>
        <w:t>[5]</w:t>
      </w:r>
    </w:p>
    <w:p>
      <w:r>
        <w:rPr>
          <w:rFonts w:ascii="Gentium Plus" w:hAnsi="Gentium Plus"/>
          <w:sz w:val="24"/>
        </w:rPr>
        <w:t>τις αὐτὸν ἐραστὴς γόης τῶν μαγείας καὶ ἐπῳδὰς θεσπεσίους ὑπισχνουμένων καὶ χάριτας ἐπὶ τοῖς ἐρωτικοῖς καὶ ἐπαγωγὰς τοῖς ἐχθροῖς καὶ θησαυρῶν ἀναπομπὰς καὶ κλήρων διαδοχάς. οὗτος ἰδὼν εὐφυᾶ παῖδα καὶ πρὸς ὑπηρεσίαν τῶν ἑαυτοῦ</w:t>
      </w:r>
    </w:p>
    <w:p>
      <w:r>
        <w:rPr>
          <w:rFonts w:ascii="Courier New" w:hAnsi="Courier New"/>
          <w:color w:val="555555"/>
          <w:sz w:val="20"/>
        </w:rPr>
        <w:t>[10]</w:t>
      </w:r>
    </w:p>
    <w:p>
      <w:r>
        <w:rPr>
          <w:rFonts w:ascii="Gentium Plus" w:hAnsi="Gentium Plus"/>
          <w:sz w:val="24"/>
        </w:rPr>
        <w:t>πράξεων ἑτοιμότατον, οὐ μεῖον ἐρῶντα τῆς κακίας τῆς αὐτοῦ ἢ αὐτὸς τῆς ὥρας τῆς ἐκείνου, ἐξεπαίδευσέ τε αὐτὸν καὶ διετέλει ὑπουργῷ καὶ ὑπηρέτῃ καὶ διακόνῳ χρώμενος. ὁ δ’ αὐτὸς ἐκεῖνος δημοσίᾳ μὲν ἰατρὸς δῆθεν ἦν, ἠπίστατο δὲ</w:t>
      </w:r>
    </w:p>
    <w:p>
      <w:r>
        <w:rPr>
          <w:rFonts w:ascii="Courier New" w:hAnsi="Courier New"/>
          <w:color w:val="555555"/>
          <w:sz w:val="20"/>
        </w:rPr>
        <w:t>[15]</w:t>
      </w:r>
    </w:p>
    <w:p>
      <w:r>
        <w:rPr>
          <w:rFonts w:ascii="Gentium Plus" w:hAnsi="Gentium Plus"/>
          <w:sz w:val="24"/>
        </w:rPr>
        <w:t>κατὰ τὴν Θῶνος τοῦ Αἰγυπτίου γυναῖκα φάρμακα πολλὰ μὲν ἐσθλὰ μεμιγμένα, πολλὰ δὲ λυγρά· ὧν ἁπάντων κληρονόμος καὶ διάδοχος οὗτος ἐγένετο. ἦν δὲ ὁ διδάσκαλος ἐκεῖνος καὶ ἐραστὴς τὸ γένος Τυανεύς, τῶν Ἀπολλωνίῳ τῷ πάνυ</w:t>
      </w:r>
    </w:p>
    <w:p>
      <w:r>
        <w:rPr>
          <w:rFonts w:ascii="Courier New" w:hAnsi="Courier New"/>
          <w:color w:val="555555"/>
          <w:sz w:val="20"/>
        </w:rPr>
        <w:t>[20]</w:t>
      </w:r>
    </w:p>
    <w:p>
      <w:r>
        <w:rPr>
          <w:rFonts w:ascii="Gentium Plus" w:hAnsi="Gentium Plus"/>
          <w:sz w:val="24"/>
        </w:rPr>
        <w:t>συγγενομένων καὶ τὴν πᾶσαν αὐτοῦ τραγῳδίαν εἰδότων. ὁρᾷς ἐξ οἵας σοι διατριβῆς ἄνθρωπον λέγω.</w:t>
      </w:r>
    </w:p>
    <w:p>
      <w:r>
        <w:rPr>
          <w:rFonts w:ascii="Courier New" w:hAnsi="Courier New"/>
          <w:color w:val="555555"/>
          <w:sz w:val="20"/>
        </w:rPr>
        <w:t>[Alex . 6]</w:t>
      </w:r>
    </w:p>
    <w:p>
      <w:r>
        <w:rPr>
          <w:rFonts w:ascii="Gentium Plus" w:hAnsi="Gentium Plus"/>
          <w:sz w:val="24"/>
        </w:rPr>
        <w:t>Ἤδη δὲ πώγωνος ὁ Ἀλέξανδρος πιμπλάμενος καὶ τοῦ Τυανέως ἐκείνου ἀποθανόντος ἐν ἀπορίᾳ καθεστώς, ἀπηνθηκυίας ἅμα τῆς ὥρας, ἀφ’ ἧς τρέφεσθαι ἐδύνατο, οὐκέτι μικρὸν οὐδὲν ἐπενόει,</w:t>
      </w:r>
    </w:p>
    <w:p>
      <w:r>
        <w:rPr>
          <w:rFonts w:ascii="Courier New" w:hAnsi="Courier New"/>
          <w:color w:val="555555"/>
          <w:sz w:val="20"/>
        </w:rPr>
        <w:t>[5]</w:t>
      </w:r>
    </w:p>
    <w:p>
      <w:r>
        <w:rPr>
          <w:rFonts w:ascii="Gentium Plus" w:hAnsi="Gentium Plus"/>
          <w:sz w:val="24"/>
        </w:rPr>
        <w:t>ἀλλὰ κοινωνήσας Βυζαντίῳ τινὶ χορογράφῳ τῶν καθιέντων εἰς τοὺς ἀγῶνας, πολὺ καταρατοτέρῳ τὴν φύσιν—Κοκκωνᾶς δέ, οἶμαι, ἐπεκαλεῖτο— περιῄεσαν γοητεύοντες καὶ μαγγανεύοντες καὶ τοὺς παχεῖς τῶν ἀνθρώπων—οὕτως γὰρ αὐτοὶ τῇ</w:t>
      </w:r>
    </w:p>
    <w:p>
      <w:r>
        <w:rPr>
          <w:rFonts w:ascii="Courier New" w:hAnsi="Courier New"/>
          <w:color w:val="555555"/>
          <w:sz w:val="20"/>
        </w:rPr>
        <w:t>[10]</w:t>
      </w:r>
    </w:p>
    <w:p>
      <w:r>
        <w:rPr>
          <w:rFonts w:ascii="Gentium Plus" w:hAnsi="Gentium Plus"/>
          <w:sz w:val="24"/>
        </w:rPr>
        <w:t>πατρίῳ τῶν μάγων φωνῇ τοὺς πολλοὺς ὀνομά‐ ζουσιν—ἀποκείροντες. ἐν δὴ τούτοις καὶ Μακέτιν γυναῖκα πλουσίαν, ἔξωρον μέν, ἐράσμιον δὲ ἔτι εἶναι βουλομένην, ἐξευρόντες ἐπεσιτίσαντό τε τὰ ἀρκοῦντα παρ’ αὐτῆς καὶ ἠκολούθησαν ἐκ τῆς</w:t>
      </w:r>
    </w:p>
    <w:p>
      <w:r>
        <w:rPr>
          <w:rFonts w:ascii="Courier New" w:hAnsi="Courier New"/>
          <w:color w:val="555555"/>
          <w:sz w:val="20"/>
        </w:rPr>
        <w:t>[15]</w:t>
      </w:r>
    </w:p>
    <w:p>
      <w:r>
        <w:rPr>
          <w:rFonts w:ascii="Gentium Plus" w:hAnsi="Gentium Plus"/>
          <w:sz w:val="24"/>
        </w:rPr>
        <w:t>Βιθυνίας εἰς τὴν Μακεδονίαν. Πελλαία δὲ ἦν ἐκείνη, πάλαι μὲν εὐδαίμονος χωρίου κατὰ τοὺς τῶν Μακεδόνων βασιλέας, νῦν δὲ ταπεινοῦ καὶ</w:t>
      </w:r>
    </w:p>
    <w:p>
      <w:r>
        <w:rPr>
          <w:rFonts w:ascii="Courier New" w:hAnsi="Courier New"/>
          <w:color w:val="555555"/>
          <w:sz w:val="20"/>
        </w:rPr>
        <w:t>[Alex . 7]</w:t>
      </w:r>
    </w:p>
    <w:p>
      <w:r>
        <w:rPr>
          <w:rFonts w:ascii="Gentium Plus" w:hAnsi="Gentium Plus"/>
          <w:sz w:val="24"/>
        </w:rPr>
        <w:t>ὀλιγίστους οἰκήτορας ἔχοντος. ἐνταῦθα ἰδόντες δράκοντας παμμεγέθεις, ἡμέρους πάνυ καὶ τιθασούς, ὡς καὶ ὑπὸ γυναικῶν τρέφεσθαι καὶ παιδίοις συγκαθεύδειν καὶ πατουμένους ἀνέχεσθαι</w:t>
      </w:r>
    </w:p>
    <w:p>
      <w:r>
        <w:rPr>
          <w:rFonts w:ascii="Courier New" w:hAnsi="Courier New"/>
          <w:color w:val="555555"/>
          <w:sz w:val="20"/>
        </w:rPr>
        <w:t>[5]</w:t>
      </w:r>
    </w:p>
    <w:p>
      <w:r>
        <w:rPr>
          <w:rFonts w:ascii="Gentium Plus" w:hAnsi="Gentium Plus"/>
          <w:sz w:val="24"/>
        </w:rPr>
        <w:t>καὶ θλιβομένους μὴ ἀγανακτεῖν καὶ γάλα πίνειν ἀπὸ θηλῆς κατὰ ταὐτὰ τοῖς βρέφεσι—πολλοὶ δὲ γίγνονται παρ’ αὐτοῖς τοιοῦτοι, ὅθεν καὶ τὸν περὶ τῆς Ὀλυμπιάδος μῦθον διαφοιτῆσαι πάλαι εἰκός, ὁπότε ἐκύει τὸν Ἀλέξανδρον, δράκοντός τινος,</w:t>
      </w:r>
    </w:p>
    <w:p>
      <w:r>
        <w:rPr>
          <w:rFonts w:ascii="Courier New" w:hAnsi="Courier New"/>
          <w:color w:val="555555"/>
          <w:sz w:val="20"/>
        </w:rPr>
        <w:t>[10]</w:t>
      </w:r>
    </w:p>
    <w:p>
      <w:r>
        <w:rPr>
          <w:rFonts w:ascii="Gentium Plus" w:hAnsi="Gentium Plus"/>
          <w:sz w:val="24"/>
        </w:rPr>
        <w:t>οἶμαι, τοιούτου συγκαθεύδοντος αὐτῇ—ὠνοῦνται</w:t>
      </w:r>
    </w:p>
    <w:p>
      <w:r>
        <w:rPr>
          <w:rFonts w:ascii="Courier New" w:hAnsi="Courier New"/>
          <w:color w:val="555555"/>
          <w:sz w:val="20"/>
        </w:rPr>
        <w:t>[Alex . 8]</w:t>
      </w:r>
    </w:p>
    <w:p>
      <w:r>
        <w:rPr>
          <w:rFonts w:ascii="Gentium Plus" w:hAnsi="Gentium Plus"/>
          <w:sz w:val="24"/>
        </w:rPr>
        <w:t>τῶν ἑρπετῶν ἓν κάλλιστον ὀλίγων ὀβολῶν. καὶ κατὰ τὸν Θουκυδίδην ἄρχεται ὁ πόλεμος ἐνθένδε ἤδη. Ὡς γὰρ ἂν δύο κάκιστοι καὶ μεγαλότολμοι καὶ</w:t>
      </w:r>
    </w:p>
    <w:p>
      <w:r>
        <w:rPr>
          <w:rFonts w:ascii="Courier New" w:hAnsi="Courier New"/>
          <w:color w:val="555555"/>
          <w:sz w:val="20"/>
        </w:rPr>
        <w:t>[5]</w:t>
      </w:r>
    </w:p>
    <w:p>
      <w:r>
        <w:rPr>
          <w:rFonts w:ascii="Gentium Plus" w:hAnsi="Gentium Plus"/>
          <w:sz w:val="24"/>
        </w:rPr>
        <w:t>πρὸς τὸ κακουργεῖν προχειρότατοι εἰς τὸ αὐτὸ συνελθόντες, ῥᾳδίως κατενόησαν τὸν τῶν ἀνθρώπων βίον ὑπὸ δυοῖν τούτοιν μεγίστοιν τυραννούμενον, ἐλπίδος καὶ φόβου, καὶ ὅτι ὁ τούτων ἑκατέρῳ εἰς δέον χρήσασθαι δυνάμενος τάχιστα πλουτήσειεν</w:t>
      </w:r>
    </w:p>
    <w:p>
      <w:r>
        <w:rPr>
          <w:rFonts w:ascii="Courier New" w:hAnsi="Courier New"/>
          <w:color w:val="555555"/>
          <w:sz w:val="20"/>
        </w:rPr>
        <w:t>[10]</w:t>
      </w:r>
    </w:p>
    <w:p>
      <w:r>
        <w:rPr>
          <w:rFonts w:ascii="Gentium Plus" w:hAnsi="Gentium Plus"/>
          <w:sz w:val="24"/>
        </w:rPr>
        <w:t>ἄν· ἀμφοτέροις γάρ, τῷ τε δεδιότι καὶ τῷ ἐλπίζοντι, ἑώρων τὴν πρόγνωσιν ἀναγκαιοτάτην τε καὶ ποθεινοτάτην οὖσαν, καὶ Δελφοὺς οὕτω πάλαι πλουτῆσαι καὶ ἀοιδίμους γενέσθαι καὶ Δῆλον καὶ Κλάρον καὶ Βραγχίδας, τῶν ἀνθρώπων</w:t>
      </w:r>
    </w:p>
    <w:p>
      <w:r>
        <w:rPr>
          <w:rFonts w:ascii="Courier New" w:hAnsi="Courier New"/>
          <w:color w:val="555555"/>
          <w:sz w:val="20"/>
        </w:rPr>
        <w:t>[15]</w:t>
      </w:r>
    </w:p>
    <w:p>
      <w:r>
        <w:rPr>
          <w:rFonts w:ascii="Gentium Plus" w:hAnsi="Gentium Plus"/>
          <w:sz w:val="24"/>
        </w:rPr>
        <w:t>ἀεὶ δι’ οὓς προεῖπον τυράννους, τὴν ἐλπίδα καὶ τὸν φόβον, φοιτώντων εἰς τὰ ἱερὰ καὶ προμαθεῖν τὰ μέλλοντα δεομένων, καὶ δι’ αὐτὸ ἑκατόμβας θυόντων καὶ χρυσᾶς πλίνθους ἀνατιθέντων.</w:t>
      </w:r>
    </w:p>
    <w:p>
      <w:r>
        <w:rPr>
          <w:rFonts w:ascii="Courier New" w:hAnsi="Courier New"/>
          <w:color w:val="555555"/>
          <w:sz w:val="20"/>
        </w:rPr>
        <w:t>[20]</w:t>
      </w:r>
    </w:p>
    <w:p>
      <w:r>
        <w:rPr>
          <w:rFonts w:ascii="Gentium Plus" w:hAnsi="Gentium Plus"/>
          <w:sz w:val="24"/>
        </w:rPr>
        <w:t>μαντεῖον συστήσασθαι καὶ χρηστήριον ἐβου‐ λεύοντο· εἰ γὰρ τοῦτο προχωρήσειεν αὐτοῖς, αὐτίκα πλούσιοί τε καὶ εὐδαίμονες ἔσεσθαι ἤλπι‐ ζον—ὅπερ ἐπὶ μεῖζον ἢ κατὰ τὴν πρώτην προσδοκίαν ἀπήντησεν αὐτοῖς καὶ κρεῖττον</w:t>
      </w:r>
    </w:p>
    <w:p>
      <w:r>
        <w:rPr>
          <w:rFonts w:ascii="Courier New" w:hAnsi="Courier New"/>
          <w:color w:val="555555"/>
          <w:sz w:val="20"/>
        </w:rPr>
        <w:t>[25]</w:t>
      </w:r>
    </w:p>
    <w:p>
      <w:r>
        <w:rPr>
          <w:rFonts w:ascii="Gentium Plus" w:hAnsi="Gentium Plus"/>
          <w:sz w:val="24"/>
        </w:rPr>
        <w:t>διεφάνη τῆς ἐλπίδος.</w:t>
      </w:r>
    </w:p>
    <w:p>
      <w:r>
        <w:rPr>
          <w:rFonts w:ascii="Courier New" w:hAnsi="Courier New"/>
          <w:color w:val="555555"/>
          <w:sz w:val="20"/>
        </w:rPr>
        <w:t>[Alex . 9]</w:t>
      </w:r>
    </w:p>
    <w:p>
      <w:r>
        <w:rPr>
          <w:rFonts w:ascii="Gentium Plus" w:hAnsi="Gentium Plus"/>
          <w:sz w:val="24"/>
        </w:rPr>
        <w:t>Τοὐντεῦθεν τὴν σκέψιν ἐποιοῦντο, πρῶτον μὲν περὶ τοῦ χωρίου, δεύτερον δὲ ἥτις ἡ ἀρχὴ καὶ ὁ τρόπος ἂν γένοιτο τῆς ἐπιχειρήσεως. ὁ μὲν οὖν Κοκκωνᾶς τὴν Καλχηδόνα ἐδοκίμαζεν ἐπιτήδειον</w:t>
      </w:r>
    </w:p>
    <w:p>
      <w:r>
        <w:rPr>
          <w:rFonts w:ascii="Courier New" w:hAnsi="Courier New"/>
          <w:color w:val="555555"/>
          <w:sz w:val="20"/>
        </w:rPr>
        <w:t>[5]</w:t>
      </w:r>
    </w:p>
    <w:p>
      <w:r>
        <w:rPr>
          <w:rFonts w:ascii="Gentium Plus" w:hAnsi="Gentium Plus"/>
          <w:sz w:val="24"/>
        </w:rPr>
        <w:t>εἶναι καὶ εὔκαιρον χωρίον, τῇ τε Θρᾴκῃ καὶ τῇ Βιθυνίᾳ πρόσοικον, οὐχ ἑκὰς οὐδὲ τῆς Ἀσίας καὶ Γαλατίας καὶ τῶν ὑπερκειμένων ἐθνῶν ἁπάντων· ὁ δὲ Ἀλέξανδρος ἔμπαλιν τὰ οἴκοι προὔκρινεν, λέγων ὅπερ ἀληθὲς ἦν, πρὸς τὴν τῶν τοιούτων</w:t>
      </w:r>
    </w:p>
    <w:p>
      <w:r>
        <w:rPr>
          <w:rFonts w:ascii="Courier New" w:hAnsi="Courier New"/>
          <w:color w:val="555555"/>
          <w:sz w:val="20"/>
        </w:rPr>
        <w:t>[10]</w:t>
      </w:r>
    </w:p>
    <w:p>
      <w:r>
        <w:rPr>
          <w:rFonts w:ascii="Gentium Plus" w:hAnsi="Gentium Plus"/>
          <w:sz w:val="24"/>
        </w:rPr>
        <w:t>ἀρχὴν καὶ ἐπιχείρησιν ἀνθρώπων δεῖν παχέων καὶ ἠλιθίων τῶν ὑποδεξομένων, οἵους τοὺς Παφλα‐ γόνας εἶναι ἔφασκεν ὑπεροικοῦντας τὸ τοῦ Ἀβώνου τεῖχος, δεισιδαίμονας τοὺς πολλοὺς καὶ πλουσίους, καὶ μόνον εἰ φανείη τις αὐλητὴν ἢ τυμπανιστὴν</w:t>
      </w:r>
    </w:p>
    <w:p>
      <w:r>
        <w:rPr>
          <w:rFonts w:ascii="Courier New" w:hAnsi="Courier New"/>
          <w:color w:val="555555"/>
          <w:sz w:val="20"/>
        </w:rPr>
        <w:t>[15]</w:t>
      </w:r>
    </w:p>
    <w:p>
      <w:r>
        <w:rPr>
          <w:rFonts w:ascii="Gentium Plus" w:hAnsi="Gentium Plus"/>
          <w:sz w:val="24"/>
        </w:rPr>
        <w:t>ἢ κυμβάλοις κροτοῦντα ἐπαγόμενος, κοσκίνῳ τὸ</w:t>
      </w:r>
    </w:p>
    <w:p>
      <w:r>
        <w:rPr>
          <w:rFonts w:ascii="Courier New" w:hAnsi="Courier New"/>
          <w:color w:val="555555"/>
          <w:sz w:val="20"/>
        </w:rPr>
        <w:t>[Alex . 10]</w:t>
      </w:r>
    </w:p>
    <w:p>
      <w:r>
        <w:rPr>
          <w:rFonts w:ascii="Gentium Plus" w:hAnsi="Gentium Plus"/>
          <w:sz w:val="24"/>
        </w:rPr>
        <w:t>Οὐκ ὀλίγης δὲ τῆς περὶ τοῦτο στάσεως αὐτοῖς γενομένης τέλος ἐνίκησεν ὁ Ἀλέξανδρος, καὶ ἀφικόμενοι εἰς τὴν Χαλκηδόνα—χρήσιμον γάρ τι ὅμως ἡ πόλις αὐτοῖς ἔχειν ἔδοξε—ἐν τῷ Ἀπόλ‐</w:t>
      </w:r>
    </w:p>
    <w:p>
      <w:r>
        <w:rPr>
          <w:rFonts w:ascii="Courier New" w:hAnsi="Courier New"/>
          <w:color w:val="555555"/>
          <w:sz w:val="20"/>
        </w:rPr>
        <w:t>[5]</w:t>
      </w:r>
    </w:p>
    <w:p>
      <w:r>
        <w:rPr>
          <w:rFonts w:ascii="Gentium Plus" w:hAnsi="Gentium Plus"/>
          <w:sz w:val="24"/>
        </w:rPr>
        <w:t>λωνος ἱερῷ, ὅπερ ἀρχαιότατόν ἐστι τοῖς Χαλκη‐ δονίοις, κατορύττουσι δέλτους χαλκᾶς, λεγούσας ὡς αὐτίκα μάλα ὁ Ἀσκληπιὸς σὺν τῷ πατρὶ Ἀπόλλωνι μέτεισιν εἰς τὸν Πόντον καὶ καθέξει τὸ τοῦ Ἀβώνου τεῖχος. αὗται αἱ δέλτοι ἐξεπί‐</w:t>
      </w:r>
    </w:p>
    <w:p>
      <w:r>
        <w:rPr>
          <w:rFonts w:ascii="Courier New" w:hAnsi="Courier New"/>
          <w:color w:val="555555"/>
          <w:sz w:val="20"/>
        </w:rPr>
        <w:t>[10]</w:t>
      </w:r>
    </w:p>
    <w:p>
      <w:r>
        <w:rPr>
          <w:rFonts w:ascii="Gentium Plus" w:hAnsi="Gentium Plus"/>
          <w:sz w:val="24"/>
        </w:rPr>
        <w:t>τηδες εὑρεθεῖσαι διαφοιτῆσαι ῥᾳδίως τὸν λόγον τοῦτον εἰς πᾶσαν τὴν Βιθυνίαν καὶ τὸν Πόντον ἐποίησαν, καὶ πολὺ πρὸ τῶν ἄλλων εἰς τὸ τοῦ Ἀβώνου τεῖχος· κἀκεῖνοι γὰρ καὶ νεὼν αὐτίκα ἐψηφίσαντο ἐγεῖραι καὶ τοὺς θεμελίους ἤδη</w:t>
      </w:r>
    </w:p>
    <w:p>
      <w:r>
        <w:rPr>
          <w:rFonts w:ascii="Courier New" w:hAnsi="Courier New"/>
          <w:color w:val="555555"/>
          <w:sz w:val="20"/>
        </w:rPr>
        <w:t>[15]</w:t>
      </w:r>
    </w:p>
    <w:p>
      <w:r>
        <w:rPr>
          <w:rFonts w:ascii="Gentium Plus" w:hAnsi="Gentium Plus"/>
          <w:sz w:val="24"/>
        </w:rPr>
        <w:t>ἔσκαπτον. κἀνταῦθα ὁ μὲν Κοκκωνᾶς ἐν Χαλκη‐ δόνι καταλείπεται, διττούς τινας καὶ ἀμφιβόλους καὶ λοξοὺς χρησμοὺς συγγράφων, καὶ μετ’ ὀλίγον ἐτελεύτησε τὸν βίον, ὑπὸ ἐχίδνης, οἶμαι, δηχθείς.</w:t>
      </w:r>
    </w:p>
    <w:p>
      <w:r>
        <w:rPr>
          <w:rFonts w:ascii="Courier New" w:hAnsi="Courier New"/>
          <w:color w:val="555555"/>
          <w:sz w:val="20"/>
        </w:rPr>
        <w:t>[Alex . 11]</w:t>
      </w:r>
    </w:p>
    <w:p>
      <w:r>
        <w:rPr>
          <w:rFonts w:ascii="Gentium Plus" w:hAnsi="Gentium Plus"/>
          <w:sz w:val="24"/>
        </w:rPr>
        <w:t>προεισπέμπεται δὲ ὁ Ἀλέξανδρος, κομῶν ἤδη καὶ πλοκάμους καθειμένος καὶ μεσόλευκον χιτῶνα πορφυροῦν ἐνδεδυκὼς καὶ ἱμάτιον ὑπὲρ αὐτοῦ λευκὸν ἀναβεβλημένος, ἅρπην ἔχων κατὰ τὸν</w:t>
      </w:r>
    </w:p>
    <w:p>
      <w:r>
        <w:rPr>
          <w:rFonts w:ascii="Courier New" w:hAnsi="Courier New"/>
          <w:color w:val="555555"/>
          <w:sz w:val="20"/>
        </w:rPr>
        <w:t>[5]</w:t>
      </w:r>
    </w:p>
    <w:p>
      <w:r>
        <w:rPr>
          <w:rFonts w:ascii="Gentium Plus" w:hAnsi="Gentium Plus"/>
          <w:sz w:val="24"/>
        </w:rPr>
        <w:t>Περσέα, ἀφ’ οὗ ἑαυτὸν ἐγενεαλόγει μητρόθεν· καὶ οἱ ὄλεθροι ἐκεῖνοι Παφλαγόνες, εἰδότες αὐτοῦ ἄμφω τοὺς γονέας ἀφανεῖς καὶ ταπεινούς, ἐπίστευον τῷ χρησμῷ λέγοντι Περσείδης γενεὴν Φοίβῳ φίλος οὗτος ὁρᾶται,</w:t>
      </w:r>
    </w:p>
    <w:p>
      <w:r>
        <w:rPr>
          <w:rFonts w:ascii="Courier New" w:hAnsi="Courier New"/>
          <w:color w:val="555555"/>
          <w:sz w:val="20"/>
        </w:rPr>
        <w:t>[10]</w:t>
      </w:r>
    </w:p>
    <w:p>
      <w:r>
        <w:rPr>
          <w:rFonts w:ascii="Gentium Plus" w:hAnsi="Gentium Plus"/>
          <w:sz w:val="24"/>
        </w:rPr>
        <w:t>δῖος Ἀλέξανδρος, Ποδαλειρίου αἷμα λελογχώς. οὕτως ἄρα ὁ Ποδαλείριος μάχλος καὶ γυναι‐ κομανὴς τὴν φύσιν, ὡς ἀπὸ Τρίκκης μέχρι Παφλαγονίας στύεσθαι ἐπὶ τὴν Ἀλεξάνδρου μητέρα.</w:t>
      </w:r>
    </w:p>
    <w:p>
      <w:r>
        <w:rPr>
          <w:rFonts w:ascii="Courier New" w:hAnsi="Courier New"/>
          <w:color w:val="555555"/>
          <w:sz w:val="20"/>
        </w:rPr>
        <w:t>[15]</w:t>
      </w:r>
    </w:p>
    <w:p>
      <w:r>
        <w:rPr>
          <w:rFonts w:ascii="Gentium Plus" w:hAnsi="Gentium Plus"/>
          <w:sz w:val="24"/>
        </w:rPr>
        <w:t>Εὕρητο δὲ χρησμὸς ἤδη, ὡς Σιβύλλης προ‐ μαντευσαμένης· Εὐξείνου Πόντοιο παρ’ ᾐόσιν ἄγχι Σινώπης ἔσται τις κατὰ Τύρσιν ὑπ’ Αὐσονίοισι προφήτης, ἐκ πρώτης δεικνὺς μονάδος τρισσῶν δεκάδων τε</w:t>
      </w:r>
    </w:p>
    <w:p>
      <w:r>
        <w:rPr>
          <w:rFonts w:ascii="Courier New" w:hAnsi="Courier New"/>
          <w:color w:val="555555"/>
          <w:sz w:val="20"/>
        </w:rPr>
        <w:t>[20]</w:t>
      </w:r>
    </w:p>
    <w:p>
      <w:r>
        <w:rPr>
          <w:rFonts w:ascii="Gentium Plus" w:hAnsi="Gentium Plus"/>
          <w:sz w:val="24"/>
        </w:rPr>
        <w:t>πένθ’ ἑτέρας μονάδας καὶ εἰκοσάδα τρισάριθμον, ἀνδρὸς ἀλεξητῆρος ὁμωνυμίην τετράκυκλον.</w:t>
      </w:r>
    </w:p>
    <w:p>
      <w:r>
        <w:rPr>
          <w:rFonts w:ascii="Courier New" w:hAnsi="Courier New"/>
          <w:color w:val="555555"/>
          <w:sz w:val="20"/>
        </w:rPr>
        <w:t>[Alex . 12]</w:t>
      </w:r>
    </w:p>
    <w:p>
      <w:r>
        <w:rPr>
          <w:rFonts w:ascii="Gentium Plus" w:hAnsi="Gentium Plus"/>
          <w:sz w:val="24"/>
        </w:rPr>
        <w:t>Εἰσβαλὼν οὖν ὁ Ἀλέξανδρος μετὰ τοιαύτης τραγῳδίας διὰ πολλοῦ εἰς τὴν πατρίδα περί‐ βλεπτός τε καὶ λαμπρὸς ἦν, μεμηνέναι προσ‐ ποιούμενος ἐνίοτε καὶ ἀφροῦ ὑποπιμπλάμενος</w:t>
      </w:r>
    </w:p>
    <w:p>
      <w:r>
        <w:rPr>
          <w:rFonts w:ascii="Courier New" w:hAnsi="Courier New"/>
          <w:color w:val="555555"/>
          <w:sz w:val="20"/>
        </w:rPr>
        <w:t>[5]</w:t>
      </w:r>
    </w:p>
    <w:p>
      <w:r>
        <w:rPr>
          <w:rFonts w:ascii="Gentium Plus" w:hAnsi="Gentium Plus"/>
          <w:sz w:val="24"/>
        </w:rPr>
        <w:t>τὸ στόμα· ῥᾳδίως δὲ τοῦτο ὑπῆρχεν αὐτῷ, στρουθίου τῆς βαφικῆς βοτάνης τὴν ῥίζαν δια‐ μασησαμένῳ· τοῖς δὲ θεῖόν τι καὶ φοβερὸν ἐδόκει καὶ ὁ ἀφρός. ἐπεποίητο δὲ αὐτοῖς πάλαι καὶ</w:t>
      </w:r>
    </w:p>
    <w:p>
      <w:r>
        <w:rPr>
          <w:rFonts w:ascii="Courier New" w:hAnsi="Courier New"/>
          <w:color w:val="555555"/>
          <w:sz w:val="20"/>
        </w:rPr>
        <w:t>[10]</w:t>
      </w:r>
    </w:p>
    <w:p>
      <w:r>
        <w:rPr>
          <w:rFonts w:ascii="Gentium Plus" w:hAnsi="Gentium Plus"/>
          <w:sz w:val="24"/>
        </w:rPr>
        <w:t>πόμορφόν τι ἐπιφαίνουσα, κατάγραφος, πάνυ εἰκασμένη, ὑπὸ θριξὶν ἱππείαις ἀνοίγουσά τε καὶ αὖθις ἐπικλείουσα τὸ στόμα, καὶ γλῶττα οἵα δρά‐ κοντος διττὴ μέλαινα προέκυπτεν, ὑπὸ τριχῶν καὶ αὐτὴ ἑλκομένη. καὶ ὁ Πελλαῖος δὲ δράκων</w:t>
      </w:r>
    </w:p>
    <w:p>
      <w:r>
        <w:rPr>
          <w:rFonts w:ascii="Courier New" w:hAnsi="Courier New"/>
          <w:color w:val="555555"/>
          <w:sz w:val="20"/>
        </w:rPr>
        <w:t>[15]</w:t>
      </w:r>
    </w:p>
    <w:p>
      <w:r>
        <w:rPr>
          <w:rFonts w:ascii="Gentium Plus" w:hAnsi="Gentium Plus"/>
          <w:sz w:val="24"/>
        </w:rPr>
        <w:t>προϋπῆρχεν καὶ οἴκοι ἐτρέφετο, κατὰ καιρὸν ἐπιφανησόμενος αὐτοῖς καὶ συντραγῳδήσων, μᾶλλον δὲ πρωταγωνιστὴς ἐσόμενος.</w:t>
      </w:r>
    </w:p>
    <w:p>
      <w:r>
        <w:rPr>
          <w:rFonts w:ascii="Courier New" w:hAnsi="Courier New"/>
          <w:color w:val="555555"/>
          <w:sz w:val="20"/>
        </w:rPr>
        <w:t>[Alex . 13]</w:t>
      </w:r>
    </w:p>
    <w:p>
      <w:r>
        <w:rPr>
          <w:rFonts w:ascii="Gentium Plus" w:hAnsi="Gentium Plus"/>
          <w:sz w:val="24"/>
        </w:rPr>
        <w:t>Ἤδη δὲ ἄρχεσθαι δέον, μηχανᾶται τοιόνδε τι· νύκτωρ γὰρ ἐλθὼν ἐπὶ τοὺς θεμελίους τοῦ νεὼ τοὺς ἄρτι ὀρυττομένους—συνειστήκει δὲ ἐν αὐτοῖς ὕδωρ ἢ αὐτόθεν ποθὲν συλλειβόμενον ἢ ἐξ</w:t>
      </w:r>
    </w:p>
    <w:p>
      <w:r>
        <w:rPr>
          <w:rFonts w:ascii="Courier New" w:hAnsi="Courier New"/>
          <w:color w:val="555555"/>
          <w:sz w:val="20"/>
        </w:rPr>
        <w:t>[5]</w:t>
      </w:r>
    </w:p>
    <w:p>
      <w:r>
        <w:rPr>
          <w:rFonts w:ascii="Gentium Plus" w:hAnsi="Gentium Plus"/>
          <w:sz w:val="24"/>
        </w:rPr>
        <w:t>οὐρανοῦ πεσόν—ἐνταῦθα κατατίθεται χήνειον ᾠὸν προκεκενωμένον, ἔνδον φυλάττον ἑρπετόν τι ἀρτιγέννητον, καὶ βυθίσας τοῦτο ἐν μυχῷ τοῦ πηλοῦ ὀπίσω αὖθις ἀπηλλάττετο. ἕωθεν δὲ γυμνὸς εἰς τὴν ἀγορὰν προπηδήσας, διάζωμα περὶ</w:t>
      </w:r>
    </w:p>
    <w:p>
      <w:r>
        <w:rPr>
          <w:rFonts w:ascii="Courier New" w:hAnsi="Courier New"/>
          <w:color w:val="555555"/>
          <w:sz w:val="20"/>
        </w:rPr>
        <w:t>[10]</w:t>
      </w:r>
    </w:p>
    <w:p>
      <w:r>
        <w:rPr>
          <w:rFonts w:ascii="Gentium Plus" w:hAnsi="Gentium Plus"/>
          <w:sz w:val="24"/>
        </w:rPr>
        <w:t>τὸ αἰδοῖον ἔχων, κατάχρυσον καὶ τοῦτο, καὶ τὴν ἅρπην ἐκείνην φέρων, σείων ἅμα τὴν κόμην ἄνετον ὥσπερ οἱ τῇ μητρὶ ἀγείροντές τε καὶ ἐνθεαζόμενοι, ἐδημηγόρει ἐπὶ βωμόν τινα ὑψηλὸν ἀναβὰς καὶ τὴν πόλιν ἐμακάριζεν αὐτίκα μάλα δεξομένην</w:t>
      </w:r>
    </w:p>
    <w:p>
      <w:r>
        <w:rPr>
          <w:rFonts w:ascii="Courier New" w:hAnsi="Courier New"/>
          <w:color w:val="555555"/>
          <w:sz w:val="20"/>
        </w:rPr>
        <w:t>[15]</w:t>
      </w:r>
    </w:p>
    <w:p>
      <w:r>
        <w:rPr>
          <w:rFonts w:ascii="Gentium Plus" w:hAnsi="Gentium Plus"/>
          <w:sz w:val="24"/>
        </w:rPr>
        <w:t>ἐναργῆ τὸν θεόν. οἱ παρόντες δέ—συνδεδραμήκει γὰρ σχεδὸν ἅπασα ἡ πόλις ἅμα γυναιξὶ καὶ γέρουσι καὶ παιδίοις—ἐτεθήπεσαν καὶ εὔχοντο καὶ προσεκύνουν. ὁ δὲ φωνάς τινας ἀσήμους φθεγγόμενος, οἷαι γένοιντο ἂν Ἑβραίων ἢ</w:t>
      </w:r>
    </w:p>
    <w:p>
      <w:r>
        <w:rPr>
          <w:rFonts w:ascii="Courier New" w:hAnsi="Courier New"/>
          <w:color w:val="555555"/>
          <w:sz w:val="20"/>
        </w:rPr>
        <w:t>[20]</w:t>
      </w:r>
    </w:p>
    <w:p>
      <w:r>
        <w:rPr>
          <w:rFonts w:ascii="Gentium Plus" w:hAnsi="Gentium Plus"/>
          <w:sz w:val="24"/>
        </w:rPr>
        <w:t>Φοινίκων, ἐξέπληττε τοὺς ἀνθρώπους οὐκ εἰδότας</w:t>
      </w:r>
    </w:p>
    <w:p>
      <w:r>
        <w:rPr>
          <w:rFonts w:ascii="Courier New" w:hAnsi="Courier New"/>
          <w:color w:val="555555"/>
          <w:sz w:val="20"/>
        </w:rPr>
        <w:t>[Alex . 14]</w:t>
      </w:r>
    </w:p>
    <w:p>
      <w:r>
        <w:rPr>
          <w:rFonts w:ascii="Gentium Plus" w:hAnsi="Gentium Plus"/>
          <w:sz w:val="24"/>
        </w:rPr>
        <w:t>εἶτ’ ἔθει δρόμῳ ἐπὶ τὸν ἐσόμενον νεών· καὶ ἐπὶ τὸ ὄρυγμα ἐλθὼν καὶ τὴν προῳκονομημένην τοῦ χρηστηρίου πηγήν, ἐμβὰς εἰς τὸ ὕδωρ ὕμνους τε ᾖδεν Ἀσκληπιοῦ καὶ Ἀπόλλωνος μεγάλῃ τῇ</w:t>
      </w:r>
    </w:p>
    <w:p>
      <w:r>
        <w:rPr>
          <w:rFonts w:ascii="Courier New" w:hAnsi="Courier New"/>
          <w:color w:val="555555"/>
          <w:sz w:val="20"/>
        </w:rPr>
        <w:t>[5]</w:t>
      </w:r>
    </w:p>
    <w:p>
      <w:r>
        <w:rPr>
          <w:rFonts w:ascii="Gentium Plus" w:hAnsi="Gentium Plus"/>
          <w:sz w:val="24"/>
        </w:rPr>
        <w:t>φωνῇ καὶ ἐκάλει τὸν θεὸν ἥκειν τύχῃ τῇ ἀγαθῇ εἰς τὴν πόλιν. εἶτα φιάλην αἰτήσας, ἀναδόντος τινός, ῥᾳδίως ὑποβαλὼν ἀνιμᾶται μετὰ τοῦ ὕδατος καὶ τοῦ πηλοῦ τὸ ᾠὸν ἐκεῖνο ἐν ᾧ ὁ θεὸς αὐτῷ κατεκέκλειστο, κηρῷ λευκῷ καὶ ψιμυθίῳ τὴν</w:t>
      </w:r>
    </w:p>
    <w:p>
      <w:r>
        <w:rPr>
          <w:rFonts w:ascii="Courier New" w:hAnsi="Courier New"/>
          <w:color w:val="555555"/>
          <w:sz w:val="20"/>
        </w:rPr>
        <w:t>[10]</w:t>
      </w:r>
    </w:p>
    <w:p>
      <w:r>
        <w:rPr>
          <w:rFonts w:ascii="Gentium Plus" w:hAnsi="Gentium Plus"/>
          <w:sz w:val="24"/>
        </w:rPr>
        <w:t>ἁρμογὴν τοῦ πώματος συγκεκολλημένον· καὶ λαβὼν αὐτὸ εἰς τὰς χεῖρας ἔχειν ἔφασκεν ἤδη τὸν Ἀσκληπιόν. οἱ δὲ ἀπενὲς ἀπέβλεπον ὅ τι καὶ γίγνοιτο, πολὺ πρότερον θαυμάσαντες τὸ ᾠὸν ἐν τῷ ὕδατι εὑρημένον. ἐπεὶ δὲ καὶ κατάξας</w:t>
      </w:r>
    </w:p>
    <w:p>
      <w:r>
        <w:rPr>
          <w:rFonts w:ascii="Courier New" w:hAnsi="Courier New"/>
          <w:color w:val="555555"/>
          <w:sz w:val="20"/>
        </w:rPr>
        <w:t>[15]</w:t>
      </w:r>
    </w:p>
    <w:p>
      <w:r>
        <w:rPr>
          <w:rFonts w:ascii="Gentium Plus" w:hAnsi="Gentium Plus"/>
          <w:sz w:val="24"/>
        </w:rPr>
        <w:t>αὐτὸ εἰς κοίλην τὴν χεῖρα ὑπεδέξατο τὸ τοῦ ἑρπετοῦ ἐκείνου ἔμβρυον καὶ οἱ παρόντες εἶδον κινούμενον καὶ περὶ τοῖς δακτύλοις εἰλούμενον, ἀνέκραγον εὐθὺς καὶ ἠσπάζοντο τὸν θεὸν καὶ τὴν πόλιν ἐμακάριζον καὶ χανδὸν ἕκαστος ἐνε‐</w:t>
      </w:r>
    </w:p>
    <w:p>
      <w:r>
        <w:rPr>
          <w:rFonts w:ascii="Courier New" w:hAnsi="Courier New"/>
          <w:color w:val="555555"/>
          <w:sz w:val="20"/>
        </w:rPr>
        <w:t>[20]</w:t>
      </w:r>
    </w:p>
    <w:p>
      <w:r>
        <w:rPr>
          <w:rFonts w:ascii="Gentium Plus" w:hAnsi="Gentium Plus"/>
          <w:sz w:val="24"/>
        </w:rPr>
        <w:t>πίμπλατο τῶν εὐχῶν, θησαυροὺς καὶ πλούτους καὶ ὑγιείας καὶ τὰ ἄλλα ἀγαθὰ αἰτῶν παρ’ αὐτοῦ. ὁ δὲ δρομαῖος αὖθις ἐπὶ τὴν οἰκίαν ἵετο φέρων ἅμα καὶ τὸν ἀρτιγέννητον Ἀσκληπιόν, “δὶς τεχθέντα, ὅτε ἄλλοι ἅπαξ τίκτοντ’ ἄνθρωποι,”</w:t>
      </w:r>
    </w:p>
    <w:p>
      <w:r>
        <w:rPr>
          <w:rFonts w:ascii="Courier New" w:hAnsi="Courier New"/>
          <w:color w:val="555555"/>
          <w:sz w:val="20"/>
        </w:rPr>
        <w:t>[25]</w:t>
      </w:r>
    </w:p>
    <w:p>
      <w:r>
        <w:rPr>
          <w:rFonts w:ascii="Gentium Plus" w:hAnsi="Gentium Plus"/>
          <w:sz w:val="24"/>
        </w:rPr>
        <w:t>οὐκ ἐκ Κορωνίδος μὰ Δί’ οὐδέ γε κορώνης, ἀλλ’ ἐκ χηνὸς γεγεννημένον. ὁ δὲ λεὼς ἅπας ἠκολούθει,</w:t>
      </w:r>
    </w:p>
    <w:p>
      <w:r>
        <w:rPr>
          <w:rFonts w:ascii="Courier New" w:hAnsi="Courier New"/>
          <w:color w:val="555555"/>
          <w:sz w:val="20"/>
        </w:rPr>
        <w:t>[Alex . 15]</w:t>
      </w:r>
    </w:p>
    <w:p>
      <w:r>
        <w:rPr>
          <w:rFonts w:ascii="Gentium Plus" w:hAnsi="Gentium Plus"/>
          <w:sz w:val="24"/>
        </w:rPr>
        <w:t>Ἡμέρας μὲν οὖν τινας οἴκοι ἔμεινεν ἐλπίζων ὅπερ ἦν, ὑπὸ τῆς φήμης αὐτίκα μάλα παμπόλλους τῶν Παφλαγόνων συνδραμεῖσθαι. ἐπεὶ δὲ ὑπερεπέπληστο ἀνθρώπων ἡ πόλις, ἁπάντων</w:t>
      </w:r>
    </w:p>
    <w:p>
      <w:r>
        <w:rPr>
          <w:rFonts w:ascii="Courier New" w:hAnsi="Courier New"/>
          <w:color w:val="555555"/>
          <w:sz w:val="20"/>
        </w:rPr>
        <w:t>[5]</w:t>
      </w:r>
    </w:p>
    <w:p>
      <w:r>
        <w:rPr>
          <w:rFonts w:ascii="Gentium Plus" w:hAnsi="Gentium Plus"/>
          <w:sz w:val="24"/>
        </w:rPr>
        <w:t>τοὺς ἐγκεφάλους καὶ τὰς καρδίας προεξῃρημένων οὐδὲν ἐοικότων σιτοφάγοις ἀνδράσιν, ἀλλὰ μόνῃ τῇ μορφῇ μὴ οὐχὶ πρόβατα εἶναι διαφερόντων, ἐν οἰκίσκῳ τινὶ ἐπὶ κλίνης καθεζόμενος μάλα θεοπρεπῶς ἐσταλμένος ἐλάμβανεν εἰς τὸν κόλπον</w:t>
      </w:r>
    </w:p>
    <w:p>
      <w:r>
        <w:rPr>
          <w:rFonts w:ascii="Courier New" w:hAnsi="Courier New"/>
          <w:color w:val="555555"/>
          <w:sz w:val="20"/>
        </w:rPr>
        <w:t>[10]</w:t>
      </w:r>
    </w:p>
    <w:p>
      <w:r>
        <w:rPr>
          <w:rFonts w:ascii="Gentium Plus" w:hAnsi="Gentium Plus"/>
          <w:sz w:val="24"/>
        </w:rPr>
        <w:t>τὸν Πελλαῖον ἐκεῖνον Ἀσκληπιόν, μέγιστόν τε καὶ κάλλιστον, ὡς ἔφην, ὄντα, καὶ ὅλον τῷ αὑτοῦ τραχήλῳ περιειλήσας καὶ τὴν οὐρὰν ἔξω ἀφείς—πολὺς δὲ ἦν—ἐν τῷ προκολπίῳ προ‐ κεχύσθαι αὐτοῦ καὶ χαμαὶ τὸ μέρος ἐπισύρεσθαι,</w:t>
      </w:r>
    </w:p>
    <w:p>
      <w:r>
        <w:rPr>
          <w:rFonts w:ascii="Courier New" w:hAnsi="Courier New"/>
          <w:color w:val="555555"/>
          <w:sz w:val="20"/>
        </w:rPr>
        <w:t>[15]</w:t>
      </w:r>
    </w:p>
    <w:p>
      <w:r>
        <w:rPr>
          <w:rFonts w:ascii="Gentium Plus" w:hAnsi="Gentium Plus"/>
          <w:sz w:val="24"/>
        </w:rPr>
        <w:t>μόνην τὴν κεφαλὴν ὑπὸ μάλης ἔχων καὶ ἀπο‐ κρύπτων, ἀνεχομένου πάντα ἐκείνου, προὔφαινεν τὴν ὀθονίνην κεφαλὴν κατὰ θάτερον τοῦ πώγωνος, ὡς δῆθεν ἐκείνου τοῦ φαινομένου πάντως οὖσαν.</w:t>
      </w:r>
    </w:p>
    <w:p>
      <w:r>
        <w:rPr>
          <w:rFonts w:ascii="Courier New" w:hAnsi="Courier New"/>
          <w:color w:val="555555"/>
          <w:sz w:val="20"/>
        </w:rPr>
        <w:t>[Alex . 16]</w:t>
      </w:r>
    </w:p>
    <w:p>
      <w:r>
        <w:rPr>
          <w:rFonts w:ascii="Gentium Plus" w:hAnsi="Gentium Plus"/>
          <w:sz w:val="24"/>
        </w:rPr>
        <w:t>Εἶτά μοι ἐπινόησον οἰκίσκον οὐ πάνυ φαιδρὸν οὐδὲ εἰς κόρον τοῦ φωτὸς δεχόμενον καὶ πλῆθος ἀνθρώπων συγκλύδων, τεταραγμένων καὶ προεκπε‐ πληγμένων καὶ ταῖς ἐλπίσιν ἐπαιωρουμένων, οἷς</w:t>
      </w:r>
    </w:p>
    <w:p>
      <w:r>
        <w:rPr>
          <w:rFonts w:ascii="Courier New" w:hAnsi="Courier New"/>
          <w:color w:val="555555"/>
          <w:sz w:val="20"/>
        </w:rPr>
        <w:t>[5]</w:t>
      </w:r>
    </w:p>
    <w:p>
      <w:r>
        <w:rPr>
          <w:rFonts w:ascii="Gentium Plus" w:hAnsi="Gentium Plus"/>
          <w:sz w:val="24"/>
        </w:rPr>
        <w:t>εἰσελθοῦσι τεράστιον ὡς εἰκὸς τὸ πρᾶγμα ἐφαίνετο, ἐκ τοῦ τέως μικροῦ ἑρπετοῦ ἐντὸς ἡμερῶν ὀλίγων τοσοῦτον δράκοντα πεφηνέναι, ἀνθρωπόμορφον καὶ ταῦτα καὶ τιθασόν. ἠπείγοντο δὲ αὐτίκα πρὸς τὴν ἔξοδον, καὶ πρὶν ἀκριβῶς ἰδεῖν,</w:t>
      </w:r>
    </w:p>
    <w:p>
      <w:r>
        <w:rPr>
          <w:rFonts w:ascii="Courier New" w:hAnsi="Courier New"/>
          <w:color w:val="555555"/>
          <w:sz w:val="20"/>
        </w:rPr>
        <w:t>[10]</w:t>
      </w:r>
    </w:p>
    <w:p>
      <w:r>
        <w:rPr>
          <w:rFonts w:ascii="Gentium Plus" w:hAnsi="Gentium Plus"/>
          <w:sz w:val="24"/>
        </w:rPr>
        <w:t>ἐξηλαύνοντο ὑπὸ τῶν ἀεὶ ἐπεισιόντων· ἐτετρύπητο δὲ κατὰ τὸ ἀντίθυρον ἄλλη ἔξοδος. οἷόν τι καὶ τοὺς Μακεδόνας ἐν Βαβυλῶνι ποιῆσαι ἐπ’ Ἀλεξάνδρῳ νοσοῦντι λόγος, ὅτε ὁ μὲν ἤδη πονήρως εἶχεν, οἱ δὲ περιστάντες τὰ βασίλεια</w:t>
      </w:r>
    </w:p>
    <w:p>
      <w:r>
        <w:rPr>
          <w:rFonts w:ascii="Courier New" w:hAnsi="Courier New"/>
          <w:color w:val="555555"/>
          <w:sz w:val="20"/>
        </w:rPr>
        <w:t>[15]</w:t>
      </w:r>
    </w:p>
    <w:p>
      <w:r>
        <w:rPr>
          <w:rFonts w:ascii="Gentium Plus" w:hAnsi="Gentium Plus"/>
          <w:sz w:val="24"/>
        </w:rPr>
        <w:t>ἐπόθουν ἰδεῖν αὐτὸν καὶ προσειπεῖν τὸ ὕστατον. τὴν δὲ ἐπίδειξιν ταύτην οὐχ ἅπαξ ὁ μιαρός, ἀλλὰ πολλάκις ποιῆσαι λέγεται, καὶ μάλιστα εἴ τινες τῶν πλουσίων ἀφίκοιντο νεαλέστεροι.</w:t>
      </w:r>
    </w:p>
    <w:p>
      <w:r>
        <w:rPr>
          <w:rFonts w:ascii="Courier New" w:hAnsi="Courier New"/>
          <w:color w:val="555555"/>
          <w:sz w:val="20"/>
        </w:rPr>
        <w:t>[Alex . 17]</w:t>
      </w:r>
    </w:p>
    <w:p>
      <w:r>
        <w:rPr>
          <w:rFonts w:ascii="Gentium Plus" w:hAnsi="Gentium Plus"/>
          <w:sz w:val="24"/>
        </w:rPr>
        <w:t>Ἐνταῦθα, ὦ φίλε Κέλσε, εἰ δεῖ τἀληθῆ λέγειν, συγγνώμην χρὴ ἀπονέμειν τοῖς Παφλαγόσι καὶ Ποντικοῖς ἐκείνοις, παχέσι καὶ ἀπαιδεύτοις ἀνθρώποις, εἰ ἐξηπατήθησαν ἁπτόμενοι τοῦ</w:t>
      </w:r>
    </w:p>
    <w:p>
      <w:r>
        <w:rPr>
          <w:rFonts w:ascii="Courier New" w:hAnsi="Courier New"/>
          <w:color w:val="555555"/>
          <w:sz w:val="20"/>
        </w:rPr>
        <w:t>[5]</w:t>
      </w:r>
    </w:p>
    <w:p>
      <w:r>
        <w:rPr>
          <w:rFonts w:ascii="Gentium Plus" w:hAnsi="Gentium Plus"/>
          <w:sz w:val="24"/>
        </w:rPr>
        <w:t>δράκοντος—καὶ γὰρ τοῦτο παρεῖχεν τοῖς βουλο‐ μένοις ὁ Ἀλέξανδρος—ὁρῶντές τε ἐν ἀμυδρῷ τῷ φωτὶ τὴν κεφαλὴν δῆθεν αὐτοῦ ἀνοίγουσάν τε καὶ συγκλείουσαν τὸ στόμα, ὥστε πάνυ τὸ μηχάνημα ἐδεῖτο Δημοκρίτου τινὸς ἢ καὶ αὐτοῦ</w:t>
      </w:r>
    </w:p>
    <w:p>
      <w:r>
        <w:rPr>
          <w:rFonts w:ascii="Courier New" w:hAnsi="Courier New"/>
          <w:color w:val="555555"/>
          <w:sz w:val="20"/>
        </w:rPr>
        <w:t>[10]</w:t>
      </w:r>
    </w:p>
    <w:p>
      <w:r>
        <w:rPr>
          <w:rFonts w:ascii="Gentium Plus" w:hAnsi="Gentium Plus"/>
          <w:sz w:val="24"/>
        </w:rPr>
        <w:t>Ἐπικούρου ἢ Μητροδώρου ἤ τινος ἄλλου ἀδαμαντίνην πρὸς τὰ τοιαῦτα τὴν γνώμην ἔχοντος, ὡς ἀπιστῆσαι καὶ ὅπερ ἦν εἰκάσαι, καὶ εἰ μὴ εὑρεῖν τὸν τρόπον ἐδύνατο, ἐκεῖνο γοῦν προ‐ πεπεισμένου, ὅτι λέληθεν αὐτὸν ὁ τρόπος τῆς</w:t>
      </w:r>
    </w:p>
    <w:p>
      <w:r>
        <w:rPr>
          <w:rFonts w:ascii="Courier New" w:hAnsi="Courier New"/>
          <w:color w:val="555555"/>
          <w:sz w:val="20"/>
        </w:rPr>
        <w:t>[15]</w:t>
      </w:r>
    </w:p>
    <w:p>
      <w:r>
        <w:rPr>
          <w:rFonts w:ascii="Gentium Plus" w:hAnsi="Gentium Plus"/>
          <w:sz w:val="24"/>
        </w:rPr>
        <w:t>μαγγανείας, τὸ δ’ οὖν πᾶν ψεῦδός ἐστι καὶ γενέσθαι ἀδύνατον.</w:t>
      </w:r>
    </w:p>
    <w:p>
      <w:r>
        <w:rPr>
          <w:rFonts w:ascii="Courier New" w:hAnsi="Courier New"/>
          <w:color w:val="555555"/>
          <w:sz w:val="20"/>
        </w:rPr>
        <w:t>[Alex . 18]</w:t>
      </w:r>
    </w:p>
    <w:p>
      <w:r>
        <w:rPr>
          <w:rFonts w:ascii="Gentium Plus" w:hAnsi="Gentium Plus"/>
          <w:sz w:val="24"/>
        </w:rPr>
        <w:t>Κατ’ ὀλίγον οὖν καὶ ἡ Βιθυνία καὶ ἡ Γαλατία καὶ ἡ Θρᾴκη συνέρρει, ἑκάστου τῶν ἀπαγγελλόν‐ των κατὰ τὸ εἰκὸς λέγοντος ὡς καὶ γεννώμενον ἴδοι τὸν θεὸν καὶ ὕστερον ἅψαιτο μετ’ ὀλίγον</w:t>
      </w:r>
    </w:p>
    <w:p>
      <w:r>
        <w:rPr>
          <w:rFonts w:ascii="Courier New" w:hAnsi="Courier New"/>
          <w:color w:val="555555"/>
          <w:sz w:val="20"/>
        </w:rPr>
        <w:t>[5]</w:t>
      </w:r>
    </w:p>
    <w:p>
      <w:r>
        <w:rPr>
          <w:rFonts w:ascii="Gentium Plus" w:hAnsi="Gentium Plus"/>
          <w:sz w:val="24"/>
        </w:rPr>
        <w:t>παμμεγέθους αὐτοῦ γεγενημένου καὶ τὸ πρόσωπον ἀνθρώπῳ ἐοικότος. γραφαί τε ἐπὶ τούτῳ καὶ εἰκόνες καὶ ξόανα, τὰ μὲν ἐκ χαλκοῦ, τὰ δὲ ἐξ</w:t>
      </w:r>
    </w:p>
    <w:p>
      <w:r>
        <w:rPr>
          <w:rFonts w:ascii="Courier New" w:hAnsi="Courier New"/>
          <w:color w:val="555555"/>
          <w:sz w:val="20"/>
        </w:rPr>
        <w:t>[10]</w:t>
      </w:r>
    </w:p>
    <w:p>
      <w:r>
        <w:rPr>
          <w:rFonts w:ascii="Gentium Plus" w:hAnsi="Gentium Plus"/>
          <w:sz w:val="24"/>
        </w:rPr>
        <w:t>θείου προστάγματος. ἀνεφώνησε γὰρ ὁ Ἀλέξανδρος Εἰμὶ Γλύκων, τρίτον αἷμα Διός, φάος ἀνθρώποισιν.</w:t>
      </w:r>
    </w:p>
    <w:p>
      <w:r>
        <w:rPr>
          <w:rFonts w:ascii="Courier New" w:hAnsi="Courier New"/>
          <w:color w:val="555555"/>
          <w:sz w:val="20"/>
        </w:rPr>
        <w:t>[Alex . 19]</w:t>
      </w:r>
    </w:p>
    <w:p>
      <w:r>
        <w:rPr>
          <w:rFonts w:ascii="Gentium Plus" w:hAnsi="Gentium Plus"/>
          <w:sz w:val="24"/>
        </w:rPr>
        <w:t>Καὶ ἐπειδὴ καιρὸς ἦν, οὗπερ ἕνεκα τὰ πάντα ἐμεμηχάνητο, καὶ χρᾶν τοῖς δεομένοις καὶ θεσπίζειν, παρ’ Ἀμφιλόχου τοῦ ἐν Κιλικίᾳ τὸ ἐνδόσιμον λαβών—καὶ γὰρ ἐκεῖνος, μετὰ τὴν τοῦ</w:t>
      </w:r>
    </w:p>
    <w:p>
      <w:r>
        <w:rPr>
          <w:rFonts w:ascii="Courier New" w:hAnsi="Courier New"/>
          <w:color w:val="555555"/>
          <w:sz w:val="20"/>
        </w:rPr>
        <w:t>[5]</w:t>
      </w:r>
    </w:p>
    <w:p>
      <w:r>
        <w:rPr>
          <w:rFonts w:ascii="Gentium Plus" w:hAnsi="Gentium Plus"/>
          <w:sz w:val="24"/>
        </w:rPr>
        <w:t>πατρὸς τελευτὴν τοῦ Ἀμφιάρεω καὶ τὸν ἐν Θήβαις ἀφανισμὸν αὐτοῦ ἐκπεσὼν τῆς οἰκείας εἰς τὴν Κιλικίαν ἀφικόμενος, οὐ πονήρως ἀπήλλαξεν, προθεσπίζων καὶ αὐτὸς τοῖς Κίλιξι τὰ μέλλοντα καὶ δύ’ ὀβολοὺς ἐφ’ ἑκάστῳ χρησμῷ λαμβάνων—</w:t>
      </w:r>
    </w:p>
    <w:p>
      <w:r>
        <w:rPr>
          <w:rFonts w:ascii="Courier New" w:hAnsi="Courier New"/>
          <w:color w:val="555555"/>
          <w:sz w:val="20"/>
        </w:rPr>
        <w:t>[10]</w:t>
      </w:r>
    </w:p>
    <w:p>
      <w:r>
        <w:rPr>
          <w:rFonts w:ascii="Gentium Plus" w:hAnsi="Gentium Plus"/>
          <w:sz w:val="24"/>
        </w:rPr>
        <w:t>ἐκεῖθεν οὖν τὸ ἐνδόσιμον λαβὼν ὁ Ἀλέξανδρος προλέγει πᾶσι τοῖς ἀφικομένοις ὡς μαντεύσεται ὁ θεός, ῥητήν τινα ἡμέραν προειπών. ἐκέλευσεν δὲ ἕκαστον, οὗ δέοιτο ἂν καὶ ὃ μάλιστα μαθεῖν ἐθέλοι, εἰς βιβλίον ἐγγράψαντα καταρράψαι τε</w:t>
      </w:r>
    </w:p>
    <w:p>
      <w:r>
        <w:rPr>
          <w:rFonts w:ascii="Courier New" w:hAnsi="Courier New"/>
          <w:color w:val="555555"/>
          <w:sz w:val="20"/>
        </w:rPr>
        <w:t>[15]</w:t>
      </w:r>
    </w:p>
    <w:p>
      <w:r>
        <w:rPr>
          <w:rFonts w:ascii="Gentium Plus" w:hAnsi="Gentium Plus"/>
          <w:sz w:val="24"/>
        </w:rPr>
        <w:t>καὶ κατασημήνασθαι κηρῷ ἢ πηλῷ ἢ ἄλλῳ τοιούτῳ. αὐτὸς δὲ λαβὼν τὰ βιβλία καὶ εἰς τὸ ἄδυτον κατελθὼν—ἤδη γὰρ ὁ νεὼς ἐγήγερτο καὶ ἡ σκηνὴ παρεσκεύαστο—καλέσειν ἔμελλε κατὰ τάξιν τοὺς δεδωκότας ὑπὸ κήρυκι καὶ θεολόγῳ,</w:t>
      </w:r>
    </w:p>
    <w:p>
      <w:r>
        <w:rPr>
          <w:rFonts w:ascii="Courier New" w:hAnsi="Courier New"/>
          <w:color w:val="555555"/>
          <w:sz w:val="20"/>
        </w:rPr>
        <w:t>[20]</w:t>
      </w:r>
    </w:p>
    <w:p>
      <w:r>
        <w:rPr>
          <w:rFonts w:ascii="Gentium Plus" w:hAnsi="Gentium Plus"/>
          <w:sz w:val="24"/>
        </w:rPr>
        <w:t>καὶ παρὰ τοῦ θεοῦ ἀκούων ἕκαστα τὸ μὲν βιβλίον ἀποδώσειν σεσημασμένον ὡς εἶχε, τὴν δὲ πρὸς αὐτὸ ἀπόκρισιν ὑπογεγραμμένην, πρὸς ἔπος</w:t>
      </w:r>
    </w:p>
    <w:p>
      <w:r>
        <w:rPr>
          <w:rFonts w:ascii="Courier New" w:hAnsi="Courier New"/>
          <w:color w:val="555555"/>
          <w:sz w:val="20"/>
        </w:rPr>
        <w:t>[Alex . 20]</w:t>
      </w:r>
    </w:p>
    <w:p>
      <w:r>
        <w:rPr>
          <w:rFonts w:ascii="Gentium Plus" w:hAnsi="Gentium Plus"/>
          <w:sz w:val="24"/>
        </w:rPr>
        <w:t>Ἦν δὲ τὸ μηχάνημα τοῦτο ἀνδρὶ μὲν οἵῳ σοί, εἰ δὲ μὴ φορτικὸν εἰπεῖν, καὶ οἵῳ ἐμοί, πρόδηλον καὶ γνῶναι ῥᾴδιον, τοῖς δὲ ἰδιώταις καὶ κορύζης μεστοῖς τὴν ῥῖνα τεράστιον καὶ πάνυ ἀπίστῳ</w:t>
      </w:r>
    </w:p>
    <w:p>
      <w:r>
        <w:rPr>
          <w:rFonts w:ascii="Courier New" w:hAnsi="Courier New"/>
          <w:color w:val="555555"/>
          <w:sz w:val="20"/>
        </w:rPr>
        <w:t>[5]</w:t>
      </w:r>
    </w:p>
    <w:p>
      <w:r>
        <w:rPr>
          <w:rFonts w:ascii="Gentium Plus" w:hAnsi="Gentium Plus"/>
          <w:sz w:val="24"/>
        </w:rPr>
        <w:t>ὅμοιον. ἐπινοήσας γὰρ ποικίλας τῶν σφραγίδων τὰς λύσεις ἀνεγίγνωσκέν τε τὰς ἐρωτήσεις ἑκάστας καὶ τὰ δοκοῦντα πρὸς αὐτὰς ἀπεκρίνετο, εἶτα κατειλήσας αὖθις καὶ σημηνάμενος ἀπεδίδου μετὰ πολλοῦ θαύματος τοῖς λαμβάνουσιν. καὶ πολὺ</w:t>
      </w:r>
    </w:p>
    <w:p>
      <w:r>
        <w:rPr>
          <w:rFonts w:ascii="Courier New" w:hAnsi="Courier New"/>
          <w:color w:val="555555"/>
          <w:sz w:val="20"/>
        </w:rPr>
        <w:t>[10]</w:t>
      </w:r>
    </w:p>
    <w:p>
      <w:r>
        <w:rPr>
          <w:rFonts w:ascii="Gentium Plus" w:hAnsi="Gentium Plus"/>
          <w:sz w:val="24"/>
        </w:rPr>
        <w:t>ἦν παρ’ αὐτοῖς τὸ “πόθεν γὰρ οὗτος ἠπίστατο ἃ ἐγὼ πάνυ ἀσφαλῶς σημηνάμενος αὐτῷ ἔδωκα ὑπὸ σφραγῖσιν δυσμιμήτοις, εἰ μὴ θεός τις ὡς ἀληθῶς ὁ πάντα γιγνώσκων ἦν”;</w:t>
      </w:r>
    </w:p>
    <w:p>
      <w:r>
        <w:rPr>
          <w:rFonts w:ascii="Courier New" w:hAnsi="Courier New"/>
          <w:color w:val="555555"/>
          <w:sz w:val="20"/>
        </w:rPr>
        <w:t>[Alex . 21]</w:t>
      </w:r>
    </w:p>
    <w:p>
      <w:r>
        <w:rPr>
          <w:rFonts w:ascii="Gentium Plus" w:hAnsi="Gentium Plus"/>
          <w:sz w:val="24"/>
        </w:rPr>
        <w:t>Τίνες οὖν αἱ ἐπίνοιαι, ἴσως γὰρ ἐρήσῃ με. ἄκουε τοίνυν, ὡς ἔχοις ἐλέγχειν τὰ τοιαῦτα. ἡ πρώτη μὲν ἐκείνη, ὦ φίλτατε Κέλσε· βελόνην πυρώσας τὸ ὑπὸ τὴν σφραγῖδα μέρος τοῦ κηροῦ</w:t>
      </w:r>
    </w:p>
    <w:p>
      <w:r>
        <w:rPr>
          <w:rFonts w:ascii="Courier New" w:hAnsi="Courier New"/>
          <w:color w:val="555555"/>
          <w:sz w:val="20"/>
        </w:rPr>
        <w:t>[5]</w:t>
      </w:r>
    </w:p>
    <w:p>
      <w:r>
        <w:rPr>
          <w:rFonts w:ascii="Gentium Plus" w:hAnsi="Gentium Plus"/>
          <w:sz w:val="24"/>
        </w:rPr>
        <w:t>διατήκων ἐξῄρει καὶ μετὰ τὴν ἀνάγνωσιν τῇ βελόνῃ αὖθις ἐπιχλιάνας τὸν κηρόν, τόν τε κάτω ὑπὸ τῷ λίνῳ καὶ τὸν αὐτὴν τὴν σφραγῖδα ἔχοντα, ῥᾳδίως συνεκόλλα. ἕτερος δὲ τρόπος ὁ διὰ τοῦ λεγομένου κολλυρίου· σκευαστὸν δὲ τοῦτό ἐστιν</w:t>
      </w:r>
    </w:p>
    <w:p>
      <w:r>
        <w:rPr>
          <w:rFonts w:ascii="Courier New" w:hAnsi="Courier New"/>
          <w:color w:val="555555"/>
          <w:sz w:val="20"/>
        </w:rPr>
        <w:t>[10]</w:t>
      </w:r>
    </w:p>
    <w:p>
      <w:r>
        <w:rPr>
          <w:rFonts w:ascii="Gentium Plus" w:hAnsi="Gentium Plus"/>
          <w:sz w:val="24"/>
        </w:rPr>
        <w:t>ἐκ πίττης Βρεττίας καὶ ἀσφάλτου καὶ λίθου τοῦ διαφανοῦς τετριμμένου καὶ κηροῦ καὶ μαστίχης. ἐκ γὰρ τούτων ἁπάντων ἀναπλάσας τὸ κολλύριον καὶ θερμήνας πυρί, σιάλῳ τὴν σφραγῖδα προ‐ χρίσας ἐπετίθει καὶ ἀπέματτε τὸν τύπον. εἶτα</w:t>
      </w:r>
    </w:p>
    <w:p>
      <w:r>
        <w:rPr>
          <w:rFonts w:ascii="Courier New" w:hAnsi="Courier New"/>
          <w:color w:val="555555"/>
          <w:sz w:val="20"/>
        </w:rPr>
        <w:t>[15]</w:t>
      </w:r>
    </w:p>
    <w:p>
      <w:r>
        <w:rPr>
          <w:rFonts w:ascii="Gentium Plus" w:hAnsi="Gentium Plus"/>
          <w:sz w:val="24"/>
        </w:rPr>
        <w:t>αὐτίκα ξηροῦ ἐκείνου γενομένου, λύσας ῥᾳδίως καὶ ἀναγνούς, ἐπιθεὶς τὸν κηρὸν ἀπετύπου ὥσπερ ἐκ λίθου τὴν σφραγῖδα εὖ μάλα τῷ ἀρχετύπῳ</w:t>
      </w:r>
    </w:p>
    <w:p>
      <w:r>
        <w:rPr>
          <w:rFonts w:ascii="Courier New" w:hAnsi="Courier New"/>
          <w:color w:val="555555"/>
          <w:sz w:val="20"/>
        </w:rPr>
        <w:t>[20]</w:t>
      </w:r>
    </w:p>
    <w:p>
      <w:r>
        <w:rPr>
          <w:rFonts w:ascii="Gentium Plus" w:hAnsi="Gentium Plus"/>
          <w:sz w:val="24"/>
        </w:rPr>
        <w:t>βιβλία, καὶ κηρὸν ἐκ τούτου ποιήσας, ἔτι ὑγρὸν ὄντα ἐπετίθει τῇ σφραγῖδι καὶ ἀφελών—αὐτίκα δὲ ξηρὸν γίγνεται καὶ κέρατος, μᾶλλον δὲ σιδήρου παγιώτερον—τούτῳ ἐχρῆτο πρὸς τὸν τύπον. ἔστι δὲ καὶ ἄλλα πολλὰ πρὸς τοῦτο ἐπινενοημένα,</w:t>
      </w:r>
    </w:p>
    <w:p>
      <w:r>
        <w:rPr>
          <w:rFonts w:ascii="Courier New" w:hAnsi="Courier New"/>
          <w:color w:val="555555"/>
          <w:sz w:val="20"/>
        </w:rPr>
        <w:t>[25]</w:t>
      </w:r>
    </w:p>
    <w:p>
      <w:r>
        <w:rPr>
          <w:rFonts w:ascii="Gentium Plus" w:hAnsi="Gentium Plus"/>
          <w:sz w:val="24"/>
        </w:rPr>
        <w:t>ὧν οὐκ ἀναγκαῖον μεμνῆσθαι ἁπάντων, ὡς μὴ ἀπειρόκαλοι εἶναι δοκοίημεν, καὶ μάλιστα σοῦ ἐν οἷς κατὰ μάγων συνέγραψας, καλλίστοις τε ἅμα καὶ ὠφελιμωτάτοις συγγράμμασιν καὶ δυναμένοις σωφρονίζειν τοὺς ἐντυγχάνοντας, ἱκανὰ παραθε‐</w:t>
      </w:r>
    </w:p>
    <w:p>
      <w:r>
        <w:rPr>
          <w:rFonts w:ascii="Courier New" w:hAnsi="Courier New"/>
          <w:color w:val="555555"/>
          <w:sz w:val="20"/>
        </w:rPr>
        <w:t>[30]</w:t>
      </w:r>
    </w:p>
    <w:p>
      <w:r>
        <w:rPr>
          <w:rFonts w:ascii="Gentium Plus" w:hAnsi="Gentium Plus"/>
          <w:sz w:val="24"/>
        </w:rPr>
        <w:t>μένου καὶ πολλῷ τούτων πλείονα.</w:t>
      </w:r>
    </w:p>
    <w:p>
      <w:r>
        <w:rPr>
          <w:rFonts w:ascii="Courier New" w:hAnsi="Courier New"/>
          <w:color w:val="555555"/>
          <w:sz w:val="20"/>
        </w:rPr>
        <w:t>[Alex . 22]</w:t>
      </w:r>
    </w:p>
    <w:p>
      <w:r>
        <w:rPr>
          <w:rFonts w:ascii="Gentium Plus" w:hAnsi="Gentium Plus"/>
          <w:sz w:val="24"/>
        </w:rPr>
        <w:t>Ἔχρη οὖν καὶ ἐθέσπιζε, πολλῇ τῇ συνέσει ἐνταῦθα χρώμενος καὶ τὸ εἰκαστικὸν τῇ ἐπινοίᾳ προσάπτων, τοῖς μὲν λοξὰ καὶ ἀμφίβολα πρὸς τὰς ἐρωτήσεις ἀποκρινόμενος, τοῖς δὲ καὶ πάνυ</w:t>
      </w:r>
    </w:p>
    <w:p>
      <w:r>
        <w:rPr>
          <w:rFonts w:ascii="Courier New" w:hAnsi="Courier New"/>
          <w:color w:val="555555"/>
          <w:sz w:val="20"/>
        </w:rPr>
        <w:t>[5]</w:t>
      </w:r>
    </w:p>
    <w:p>
      <w:r>
        <w:rPr>
          <w:rFonts w:ascii="Gentium Plus" w:hAnsi="Gentium Plus"/>
          <w:sz w:val="24"/>
        </w:rPr>
        <w:t>ἀσαφῆ· χρησμῳδικὸν γὰρ ἐδόκει αὐτῷ τοῦτο. τοὺς δὲ ἀπέτρεπεν ἢ προὔτρεπεν, ὡς ἄμεινον ἔδοξεν αὐτῷ εἰκάζοντι· τοῖς δὲ θεραπείας προὔ‐ λεγεν καὶ διαίτας, εἰδώς, ὅπερ ἐν ἀρχῇ ἔφην, πολλὰ καὶ χρήσιμα φάρμακα. μάλιστα δὲ</w:t>
      </w:r>
    </w:p>
    <w:p>
      <w:r>
        <w:rPr>
          <w:rFonts w:ascii="Courier New" w:hAnsi="Courier New"/>
          <w:color w:val="555555"/>
          <w:sz w:val="20"/>
        </w:rPr>
        <w:t>[10]</w:t>
      </w:r>
    </w:p>
    <w:p>
      <w:r>
        <w:rPr>
          <w:rFonts w:ascii="Gentium Plus" w:hAnsi="Gentium Plus"/>
          <w:sz w:val="24"/>
        </w:rPr>
        <w:t>εὐδοκίμουν παρ’ αὐτῷ αἱ κυτμίδες, ἀκόπου τι ὄνομα πεπλασμένον, ἐκ λίπους ἀρκείου συν‐</w:t>
      </w:r>
    </w:p>
    <w:p>
      <w:r>
        <w:rPr>
          <w:rFonts w:ascii="Courier New" w:hAnsi="Courier New"/>
          <w:color w:val="555555"/>
          <w:sz w:val="20"/>
        </w:rPr>
        <w:t>[15]</w:t>
      </w:r>
    </w:p>
    <w:p>
      <w:r>
        <w:rPr>
          <w:rFonts w:ascii="Gentium Plus" w:hAnsi="Gentium Plus"/>
          <w:sz w:val="24"/>
        </w:rPr>
        <w:t>ἐγὼ καὶ Ἀλέξανδρος ὁ προφήτης μου δεηθῇ καὶ εὔξηται ὑπὲρ ὑμῶν.”</w:t>
      </w:r>
    </w:p>
    <w:p>
      <w:r>
        <w:rPr>
          <w:rFonts w:ascii="Courier New" w:hAnsi="Courier New"/>
          <w:color w:val="555555"/>
          <w:sz w:val="20"/>
        </w:rPr>
        <w:t>[Alex . 23]</w:t>
      </w:r>
    </w:p>
    <w:p>
      <w:r>
        <w:rPr>
          <w:rFonts w:ascii="Gentium Plus" w:hAnsi="Gentium Plus"/>
          <w:sz w:val="24"/>
        </w:rPr>
        <w:t>Ἐτέτακτο δὲ ὁ μισθὸς ἐφ’ ἑκάστῳ χρησμῷ δραχμὴ καὶ δύ’ ὀβολώ. μὴ μικρὸν οἰηθῇς, ὦ ἑταῖρε, μηδ’ ὀλίγον γεγενῆσθαι τὸν πόρον τοῦτον, ἀλλ’ εἰς ἑπτὰ ἢ ὀκτὼ μυριάδας ἑκάστου ἔτους</w:t>
      </w:r>
    </w:p>
    <w:p>
      <w:r>
        <w:rPr>
          <w:rFonts w:ascii="Courier New" w:hAnsi="Courier New"/>
          <w:color w:val="555555"/>
          <w:sz w:val="20"/>
        </w:rPr>
        <w:t>[5]</w:t>
      </w:r>
    </w:p>
    <w:p>
      <w:r>
        <w:rPr>
          <w:rFonts w:ascii="Gentium Plus" w:hAnsi="Gentium Plus"/>
          <w:sz w:val="24"/>
        </w:rPr>
        <w:t>ἤθροιζεν, ἀνὰ δέκα καὶ πεντεκαίδεκα χρησμοὺς τῶν ἀνθρώπων ὑπὸ ἀπληστίας ἀναδιδόντων. λαμβάνων δὲ οὐκ αὐτὸς ἐχρῆτο μόνος οὐδ’ εἰς πλοῦτον ἀπεθησαύριζεν, ἀλλὰ πολλοὺς ἤδη περὶ αὑτὸν ἔχων συνεργοὺς καὶ ὑπηρέτας καὶ πευθῆνας</w:t>
      </w:r>
    </w:p>
    <w:p>
      <w:r>
        <w:rPr>
          <w:rFonts w:ascii="Courier New" w:hAnsi="Courier New"/>
          <w:color w:val="555555"/>
          <w:sz w:val="20"/>
        </w:rPr>
        <w:t>[10]</w:t>
      </w:r>
    </w:p>
    <w:p>
      <w:r>
        <w:rPr>
          <w:rFonts w:ascii="Gentium Plus" w:hAnsi="Gentium Plus"/>
          <w:sz w:val="24"/>
        </w:rPr>
        <w:t>καὶ χρησμοποιοὺς καὶ χρησμοφύλακας καὶ ὑπο‐ γραφέας καὶ ἐπισφραγιστὰς καὶ ἐξηγητάς, ἅπασιν ἔνεμεν ἑκάστῳ τὸ κατ’ ἀξίαν.</w:t>
      </w:r>
    </w:p>
    <w:p>
      <w:r>
        <w:rPr>
          <w:rFonts w:ascii="Courier New" w:hAnsi="Courier New"/>
          <w:color w:val="555555"/>
          <w:sz w:val="20"/>
        </w:rPr>
        <w:t>[Alex . 24]</w:t>
      </w:r>
    </w:p>
    <w:p>
      <w:r>
        <w:rPr>
          <w:rFonts w:ascii="Gentium Plus" w:hAnsi="Gentium Plus"/>
          <w:sz w:val="24"/>
        </w:rPr>
        <w:t>Ἤδη δέ τινας καὶ ἐπὶ τὴν ἀλλοδαπὴν ἐξέπεμ‐ πεν, φήμας ἐμποιήσοντας τοῖς ἔθνεσιν ὑπὲρ τοῦ μαντείου καὶ διηγησομένους ὡς προείποι καὶ ἀνεύροι δραπέτας καὶ κλέπτας καὶ λῃστὰς</w:t>
      </w:r>
    </w:p>
    <w:p>
      <w:r>
        <w:rPr>
          <w:rFonts w:ascii="Courier New" w:hAnsi="Courier New"/>
          <w:color w:val="555555"/>
          <w:sz w:val="20"/>
        </w:rPr>
        <w:t>[5]</w:t>
      </w:r>
    </w:p>
    <w:p>
      <w:r>
        <w:rPr>
          <w:rFonts w:ascii="Gentium Plus" w:hAnsi="Gentium Plus"/>
          <w:sz w:val="24"/>
        </w:rPr>
        <w:t>ἐξελέγξειε καὶ θησαυροὺς ἀνορύξαι παράσχοι καὶ νοσοῦντας ἰάσαιτο, ἐνίους δὲ καὶ ἤδη ἀπο‐ θανόντας ἀναστήσειεν. δρόμος οὖν καὶ ὠθισμὸς ἁπανταχόθεν ἐγίγνετο καὶ θυσίαι καὶ ἀναθήματα, καὶ διπλάσια τῷ προφήτῃ καὶ μαθητῇ τοῦ θεοῦ.</w:t>
      </w:r>
    </w:p>
    <w:p>
      <w:r>
        <w:rPr>
          <w:rFonts w:ascii="Courier New" w:hAnsi="Courier New"/>
          <w:color w:val="555555"/>
          <w:sz w:val="20"/>
        </w:rPr>
        <w:t>[10]</w:t>
      </w:r>
    </w:p>
    <w:p>
      <w:r>
        <w:rPr>
          <w:rFonts w:ascii="Gentium Plus" w:hAnsi="Gentium Plus"/>
          <w:sz w:val="24"/>
        </w:rPr>
        <w:t>καὶ γὰρ αὖ καὶ οὗτος ἐξέπεσεν ὁ χρησμός· Τιέμεναι κέλομαι τὸν ἐμὸν θεράπονθ’ ὑποφήτην·</w:t>
      </w:r>
    </w:p>
    <w:p>
      <w:r>
        <w:rPr>
          <w:rFonts w:ascii="Courier New" w:hAnsi="Courier New"/>
          <w:color w:val="555555"/>
          <w:sz w:val="20"/>
        </w:rPr>
        <w:t>[Alex . 25]</w:t>
      </w:r>
    </w:p>
    <w:p>
      <w:r>
        <w:rPr>
          <w:rFonts w:ascii="Gentium Plus" w:hAnsi="Gentium Plus"/>
          <w:sz w:val="24"/>
        </w:rPr>
        <w:t>Ἐπεὶ δὲ ἤδη πολλοὶ τῶν νοῦν ἐχόντων ὥσπερ ἐκ μέθης βαθείας ἀναφέροντες συνίσταντο ἐπ’ αὐτόν, καὶ μάλιστα ὅσοι Ἐπικούρου ἑταῖροι ἦσαν, καὶ ἐν ταῖς πόλεσιν ἐπεφώρατο ἠρέμα ἡ</w:t>
      </w:r>
    </w:p>
    <w:p>
      <w:r>
        <w:rPr>
          <w:rFonts w:ascii="Courier New" w:hAnsi="Courier New"/>
          <w:color w:val="555555"/>
          <w:sz w:val="20"/>
        </w:rPr>
        <w:t>[5]</w:t>
      </w:r>
    </w:p>
    <w:p>
      <w:r>
        <w:rPr>
          <w:rFonts w:ascii="Gentium Plus" w:hAnsi="Gentium Plus"/>
          <w:sz w:val="24"/>
        </w:rPr>
        <w:t>πᾶσα μαγγανεία καὶ συσκευὴ τοῦ δράματος, ἐκφέρει φόβητρόν τι ἐπ’ αὐτούς, λέγων ἀθέων ἐμπεπλῆσθαι καὶ Χριστιανῶν τὸν Πόντον, οἳ περὶ αὐτοῦ τολμῶσι τὰ κάκιστα βλασφημεῖν· οὓς ἐκέλευε λίθοις ἐλαύνειν, εἴ γε θέλουσιν ἵλεω</w:t>
      </w:r>
    </w:p>
    <w:p>
      <w:r>
        <w:rPr>
          <w:rFonts w:ascii="Courier New" w:hAnsi="Courier New"/>
          <w:color w:val="555555"/>
          <w:sz w:val="20"/>
        </w:rPr>
        <w:t>[10]</w:t>
      </w:r>
    </w:p>
    <w:p>
      <w:r>
        <w:rPr>
          <w:rFonts w:ascii="Gentium Plus" w:hAnsi="Gentium Plus"/>
          <w:sz w:val="24"/>
        </w:rPr>
        <w:t>ἔχειν τὸν θεόν. περὶ δὲ Ἐπικούρου καὶ τοιοῦτόν τινα χρησμὸν ἀπεφθέγξατο· ἐρομένου γάρ τινος τί πράττει ἐν Ἅιδου ὁ Ἐπίκουρος; “Μολυβδίνας ἔχων,” ἔφη, “πέδας ἐν βορβόρῳ κάθηται.” εἶτα θαυμάζεις εἰ ἐπὶ μέγα ἤρθη τὸ χρηστήριον,</w:t>
      </w:r>
    </w:p>
    <w:p>
      <w:r>
        <w:rPr>
          <w:rFonts w:ascii="Courier New" w:hAnsi="Courier New"/>
          <w:color w:val="555555"/>
          <w:sz w:val="20"/>
        </w:rPr>
        <w:t>[15]</w:t>
      </w:r>
    </w:p>
    <w:p>
      <w:r>
        <w:rPr>
          <w:rFonts w:ascii="Gentium Plus" w:hAnsi="Gentium Plus"/>
          <w:sz w:val="24"/>
        </w:rPr>
        <w:t>ὁρῶν τὰς ἐρωτήσεις τῶν προσιόντων συνετὰς καὶ πεπαιδευμένας; Ὅλως δὲ ἄσπονδος καὶ ἀκήρυκτος αὐτῷ ὁ πόλεμος πρὸς Ἐπίκουρον ἦν· μάλα εἰκότως. τίνι γὰρ ἂν ἄλλῳ δικαιότερον προσεπολέμει γόης</w:t>
      </w:r>
    </w:p>
    <w:p>
      <w:r>
        <w:rPr>
          <w:rFonts w:ascii="Courier New" w:hAnsi="Courier New"/>
          <w:color w:val="555555"/>
          <w:sz w:val="20"/>
        </w:rPr>
        <w:t>[20]</w:t>
      </w:r>
    </w:p>
    <w:p>
      <w:r>
        <w:rPr>
          <w:rFonts w:ascii="Gentium Plus" w:hAnsi="Gentium Plus"/>
          <w:sz w:val="24"/>
        </w:rPr>
        <w:t>ἄνθρωπος καὶ τερατείᾳ φίλος, ἀληθείᾳ δὲ ἔχθιστος, ἢ Ἐπικούρῳ ἀνδρὶ τὴν φύσιν τῶν πραγμάτων καθεωρακότι καὶ μόνῳ τὴν ἐν αὐτοῖς ἀλήθειαν εἰδότι; οἱ μὲν γὰρ ἀμφὶ τὸν Πλάτωνα καὶ Χρύ‐ σιππον καὶ Πυθαγόραν φίλοι, καὶ εἰρήνη βαθεῖα</w:t>
      </w:r>
    </w:p>
    <w:p>
      <w:r>
        <w:rPr>
          <w:rFonts w:ascii="Courier New" w:hAnsi="Courier New"/>
          <w:color w:val="555555"/>
          <w:sz w:val="20"/>
        </w:rPr>
        <w:t>[25]</w:t>
      </w:r>
    </w:p>
    <w:p>
      <w:r>
        <w:rPr>
          <w:rFonts w:ascii="Gentium Plus" w:hAnsi="Gentium Plus"/>
          <w:sz w:val="24"/>
        </w:rPr>
        <w:t>πρὸς ἐκείνους ἦν· ὁ δὲ ἄτεγκτος Ἐπίκουρος— οὕτως γὰρ αὐτὸν ὠνόμαζεν—ἔχθιστος δικαίως, πάντα ταῦτα ἐν γέλωτι καὶ παιδιᾷ τιθέμενος. διὸ καὶ τὴν Ἄμαστριν ἐμίσει μάλιστα τῶν</w:t>
      </w:r>
    </w:p>
    <w:p>
      <w:r>
        <w:rPr>
          <w:rFonts w:ascii="Courier New" w:hAnsi="Courier New"/>
          <w:color w:val="555555"/>
          <w:sz w:val="20"/>
        </w:rPr>
        <w:t>[30]</w:t>
      </w:r>
    </w:p>
    <w:p>
      <w:r>
        <w:rPr>
          <w:rFonts w:ascii="Gentium Plus" w:hAnsi="Gentium Plus"/>
          <w:sz w:val="24"/>
        </w:rPr>
        <w:t>Λέπιδον καὶ ἄλλους ὁμοίους αὐτοῖς πολλοὺς ἐνόντας ἐν τῇ πόλει· οὐδὲ ἐχρησμῴδησε πώποτε Ἀμαστριανῷ ἀνδρί. ὁπότε δὲ καὶ ἐτόλμησεν ἀδελφῷ συγκλητικοῦ χρησμῳδῆσαι, κατα‐ γελάστως ἀπήλλαξεν, οὐχ εὑρὼν οὔτε αὐτὸς</w:t>
      </w:r>
    </w:p>
    <w:p>
      <w:r>
        <w:rPr>
          <w:rFonts w:ascii="Courier New" w:hAnsi="Courier New"/>
          <w:color w:val="555555"/>
          <w:sz w:val="20"/>
        </w:rPr>
        <w:t>[35]</w:t>
      </w:r>
    </w:p>
    <w:p>
      <w:r>
        <w:rPr>
          <w:rFonts w:ascii="Gentium Plus" w:hAnsi="Gentium Plus"/>
          <w:sz w:val="24"/>
        </w:rPr>
        <w:t>πλάσασθαι χρησμὸν δεξιὸν οὔτε τὸν ποιῆσαι πρὸς καιρὸν αὐτῷ δυνησόμενον. μεμφομένῳ γὰρ αὐτῷ στομάχου ὀδύνην προστάξαι βουλόμενος ὕειον πόδα μετὰ μαλάχης ἐσκευασμένον ἐσθίειν οὕτως ἔφη·</w:t>
      </w:r>
    </w:p>
    <w:p>
      <w:r>
        <w:rPr>
          <w:rFonts w:ascii="Courier New" w:hAnsi="Courier New"/>
          <w:color w:val="555555"/>
          <w:sz w:val="20"/>
        </w:rPr>
        <w:t>[40]</w:t>
      </w:r>
    </w:p>
    <w:p>
      <w:r>
        <w:rPr>
          <w:rFonts w:ascii="Gentium Plus" w:hAnsi="Gentium Plus"/>
          <w:sz w:val="24"/>
        </w:rPr>
        <w:t>Μάλβακα χοιράων ἱερῇ κυμίνευε σιπύδνῳ.</w:t>
      </w:r>
    </w:p>
    <w:p>
      <w:r>
        <w:rPr>
          <w:rFonts w:ascii="Courier New" w:hAnsi="Courier New"/>
          <w:color w:val="555555"/>
          <w:sz w:val="20"/>
        </w:rPr>
        <w:t>[Alex . 26]</w:t>
      </w:r>
    </w:p>
    <w:p>
      <w:r>
        <w:rPr>
          <w:rFonts w:ascii="Gentium Plus" w:hAnsi="Gentium Plus"/>
          <w:sz w:val="24"/>
        </w:rPr>
        <w:t>Πολλάκις μὲν οὖν, ὡς προεῖπον, ἔδειξε τὸν δρά‐ κοντα τοῖς δεομένοις, οὐχ ὅλον, ἀλλὰ τὴν οὐρὸν μάλιστα καὶ τὸ ἄλλο σῶμα προβεβληκώς, τὴν κεφαλὴν δὲ ὑπὸ κόλπου ἀθέατον φυλάττων.</w:t>
      </w:r>
    </w:p>
    <w:p>
      <w:r>
        <w:rPr>
          <w:rFonts w:ascii="Courier New" w:hAnsi="Courier New"/>
          <w:color w:val="555555"/>
          <w:sz w:val="20"/>
        </w:rPr>
        <w:t>[5]</w:t>
      </w:r>
    </w:p>
    <w:p>
      <w:r>
        <w:rPr>
          <w:rFonts w:ascii="Gentium Plus" w:hAnsi="Gentium Plus"/>
          <w:sz w:val="24"/>
        </w:rPr>
        <w:t>ἐθελήσας δὲ καὶ μειζόνως ἐκπλῆξαι τὸ πλῆθος, ὑπέσχετο καὶ λαλοῦντα παρέξειν τὸν θεόν, αὐτὸν ἄνευ ὑποφήτου χρησμῳδοῦντα. εἶτα οὐ χαλεπῶς γεράνων ἀρτηρίας συνάψας καὶ διὰ τῆς κεφαλῆς ἐκείνης τῆς μεμηχανημένης πρὸς ὁμοιότητα διεί‐</w:t>
      </w:r>
    </w:p>
    <w:p>
      <w:r>
        <w:rPr>
          <w:rFonts w:ascii="Courier New" w:hAnsi="Courier New"/>
          <w:color w:val="555555"/>
          <w:sz w:val="20"/>
        </w:rPr>
        <w:t>[10]</w:t>
      </w:r>
    </w:p>
    <w:p>
      <w:r>
        <w:rPr>
          <w:rFonts w:ascii="Gentium Plus" w:hAnsi="Gentium Plus"/>
          <w:sz w:val="24"/>
        </w:rPr>
        <w:t>ρας, ἄλλου τινὸς ἔξωθεν ἐμβοῶντος, ἀπεκρίνετο πρὸς τὰς ἐρωτήσεις, τῆς φωνῆς διὰ τοῦ ὀθονίνου ἐκείνου Ἀσκληπιοῦ προπιπτούσης. Ἐκαλοῦντο δὲ οἱ χρησμοὶ οὗτοι αὐτόφωνοι, καὶ</w:t>
      </w:r>
    </w:p>
    <w:p>
      <w:r>
        <w:rPr>
          <w:rFonts w:ascii="Courier New" w:hAnsi="Courier New"/>
          <w:color w:val="555555"/>
          <w:sz w:val="20"/>
        </w:rPr>
        <w:t>[Alex . 27]</w:t>
      </w:r>
    </w:p>
    <w:p>
      <w:r>
        <w:rPr>
          <w:rFonts w:ascii="Gentium Plus" w:hAnsi="Gentium Plus"/>
          <w:sz w:val="24"/>
        </w:rPr>
        <w:t>παρύφοις καὶ πλουσίοις καὶ μεγαλοδώροις. ὁ γοῦν Σευηριανῷ δοθεὶς ὑπὲρ τῆς εἰς Ἀρμενίαν εἰσόδου τῶν αὐτοφώνων καὶ αὐτὸς ἦν. προτρέπων γὰρ αὐτὸν ἐπὶ τὴν εἰσβολὴν οὕτως ἔφη·</w:t>
      </w:r>
    </w:p>
    <w:p>
      <w:r>
        <w:rPr>
          <w:rFonts w:ascii="Courier New" w:hAnsi="Courier New"/>
          <w:color w:val="555555"/>
          <w:sz w:val="20"/>
        </w:rPr>
        <w:t>[5]</w:t>
      </w:r>
    </w:p>
    <w:p>
      <w:r>
        <w:rPr>
          <w:rFonts w:ascii="Gentium Plus" w:hAnsi="Gentium Plus"/>
          <w:sz w:val="24"/>
        </w:rPr>
        <w:t>Πάρθους Ἀρμενίους τε θοῷ ὑπὸ δουρὶ δαμάσσας νοστήσεις Ῥώμην καὶ Θύβριδος ἀγλαὸν ὕδωρ στέμμα φέρων κροτάφοισι μεμιγμένον ἀκτίνεσσιν. εἶτ’ ἐπειδὴ πεισθεὶς ὁ ἠλίθιος ἐκεῖνος Κελτὸς εἰσέβαλε καὶ ἀπήλλαξεν αὐτῇ στρατιᾷ ὑπὸ τοῦ</w:t>
      </w:r>
    </w:p>
    <w:p>
      <w:r>
        <w:rPr>
          <w:rFonts w:ascii="Courier New" w:hAnsi="Courier New"/>
          <w:color w:val="555555"/>
          <w:sz w:val="20"/>
        </w:rPr>
        <w:t>[10]</w:t>
      </w:r>
    </w:p>
    <w:p>
      <w:r>
        <w:rPr>
          <w:rFonts w:ascii="Gentium Plus" w:hAnsi="Gentium Plus"/>
          <w:sz w:val="24"/>
        </w:rPr>
        <w:t>Ὀσρόου κατακοπείς, τοῦτον μὲν τὸν χρησμὸν ἐξαιρεῖ ἐκ τῶν ὑπομνημάτων, ἐντίθησιν δ’ ἄλλον ἀντ’ αὐτοῦ· Μὴ σύ γ’ ἐπ’ Ἀρμενίους ἐλάαν στρατόν, οὐ γὰρ ἄμεινον, μή σοι θηλυχίτων τις ἀνὴρ τόξου ἄπο λυγρὸν</w:t>
      </w:r>
    </w:p>
    <w:p>
      <w:r>
        <w:rPr>
          <w:rFonts w:ascii="Courier New" w:hAnsi="Courier New"/>
          <w:color w:val="555555"/>
          <w:sz w:val="20"/>
        </w:rPr>
        <w:t>[15]</w:t>
      </w:r>
    </w:p>
    <w:p>
      <w:r>
        <w:rPr>
          <w:rFonts w:ascii="Gentium Plus" w:hAnsi="Gentium Plus"/>
          <w:sz w:val="24"/>
        </w:rPr>
        <w:t>πότμον ἐπιπροϊεὶς παύσῃ βιότοιο φάους τε.</w:t>
      </w:r>
    </w:p>
    <w:p>
      <w:r>
        <w:rPr>
          <w:rFonts w:ascii="Courier New" w:hAnsi="Courier New"/>
          <w:color w:val="555555"/>
          <w:sz w:val="20"/>
        </w:rPr>
        <w:t>[Alex . 28]</w:t>
      </w:r>
    </w:p>
    <w:p>
      <w:r>
        <w:rPr>
          <w:rFonts w:ascii="Gentium Plus" w:hAnsi="Gentium Plus"/>
          <w:sz w:val="24"/>
        </w:rPr>
        <w:t>Καὶ γὰρ αὖ καὶ τοῦτο σοφώτατον ἐπενόησε, τοὺς μεταχρονίους χρησμοὺς ἐπὶ θεραπείᾳ τῶν κακῶς προτεθεσπισμένων καὶ ἀποτετευγμένων.</w:t>
      </w:r>
    </w:p>
    <w:p>
      <w:r>
        <w:rPr>
          <w:rFonts w:ascii="Courier New" w:hAnsi="Courier New"/>
          <w:color w:val="555555"/>
          <w:sz w:val="20"/>
        </w:rPr>
        <w:t>[5]</w:t>
      </w:r>
    </w:p>
    <w:p>
      <w:r>
        <w:rPr>
          <w:rFonts w:ascii="Gentium Plus" w:hAnsi="Gentium Plus"/>
          <w:sz w:val="24"/>
        </w:rPr>
        <w:t>ὑγίειαν ἐπηγγέλλετο, ἀποθανόντων δὲ χρησμὸς ἄλλος ἕτοιμος ἦν παλινῳδῶν· Μηκέτι δίζησθαι νούσοιο λυγρῆς ἐπαρωγήν· πότμος γὰρ προφανὴς οὐδ’ ἐκφυγέειν δυνατόν σοι.</w:t>
      </w:r>
    </w:p>
    <w:p>
      <w:r>
        <w:rPr>
          <w:rFonts w:ascii="Courier New" w:hAnsi="Courier New"/>
          <w:color w:val="555555"/>
          <w:sz w:val="20"/>
        </w:rPr>
        <w:t>[Alex . 29]</w:t>
      </w:r>
    </w:p>
    <w:p>
      <w:r>
        <w:rPr>
          <w:rFonts w:ascii="Gentium Plus" w:hAnsi="Gentium Plus"/>
          <w:sz w:val="24"/>
        </w:rPr>
        <w:t>Εἰδὼς δὲ τοὺς ἐν Κλάρῳ καὶ Διδύμοις καὶ Μαλλῷ καὶ αὐτοὺς εὐδοκιμοῦντας ἐπὶ τῇ ὁμοίᾳ μαντικῇ ταύτῃ, φίλους αὐτοὺς ἐποιεῖτο, πολλοὺς τῶν προσιόντων πέμπων ἐπ’ αὐτοὺς λέγων·</w:t>
      </w:r>
    </w:p>
    <w:p>
      <w:r>
        <w:rPr>
          <w:rFonts w:ascii="Courier New" w:hAnsi="Courier New"/>
          <w:color w:val="555555"/>
          <w:sz w:val="20"/>
        </w:rPr>
        <w:t>[5]</w:t>
      </w:r>
    </w:p>
    <w:p>
      <w:r>
        <w:rPr>
          <w:rFonts w:ascii="Gentium Plus" w:hAnsi="Gentium Plus"/>
          <w:sz w:val="24"/>
        </w:rPr>
        <w:t>Ἐς Κλάρον ἵεσο νῦν, τοὐμοῦ πατρὸς ὡς ὄπ’ ἀκούσῃς. καὶ πάλιν· Βραγχιδέων ἀδύτοισι πελάζεο καὶ κλύε χρησμῶν. καὶ αὖθις· Ἐς Μαλλὸν χώρει θεσπίσματά τ’ Ἀμφιλόχοιο.</w:t>
      </w:r>
    </w:p>
    <w:p>
      <w:r>
        <w:rPr>
          <w:rFonts w:ascii="Courier New" w:hAnsi="Courier New"/>
          <w:color w:val="555555"/>
          <w:sz w:val="20"/>
        </w:rPr>
        <w:t>[Alex . 30]</w:t>
      </w:r>
    </w:p>
    <w:p>
      <w:r>
        <w:rPr>
          <w:rFonts w:ascii="Gentium Plus" w:hAnsi="Gentium Plus"/>
          <w:sz w:val="24"/>
        </w:rPr>
        <w:t>Ταῦτα μὲν ἐντὸς τῶν ὅρων μέχρι τῆς Ἰωνίας καὶ Κιλικίας καὶ Παφλαγονίας καὶ Γαλατίας. ὡς δὲ καὶ εἰς τὴν Ἰταλίαν διεφοίτησεν τοῦ μαντείου τὸ κλέος καὶ εἰς τὴν Ῥωμαίων πόλιν</w:t>
      </w:r>
    </w:p>
    <w:p>
      <w:r>
        <w:rPr>
          <w:rFonts w:ascii="Courier New" w:hAnsi="Courier New"/>
          <w:color w:val="555555"/>
          <w:sz w:val="20"/>
        </w:rPr>
        <w:t>[5]</w:t>
      </w:r>
    </w:p>
    <w:p>
      <w:r>
        <w:rPr>
          <w:rFonts w:ascii="Gentium Plus" w:hAnsi="Gentium Plus"/>
          <w:sz w:val="24"/>
        </w:rPr>
        <w:t>ἐνέπεσεν, οὐδεὶς ὅστις οὐκ ἄλλος πρὸ ἄλλου ἠπείγετο, οἱ μὲν αὐτοὶ ἰόντες, οἱ δὲ πέμποντες, καὶ μάλιστα οἱ δυνατώτατοι καὶ μέγιστον ἀξίωμα ἐν τῇ πόλει ἔχοντες· ὧν πρῶτος καὶ κορυφαιότατος</w:t>
      </w:r>
    </w:p>
    <w:p>
      <w:r>
        <w:rPr>
          <w:rFonts w:ascii="Courier New" w:hAnsi="Courier New"/>
          <w:color w:val="555555"/>
          <w:sz w:val="20"/>
        </w:rPr>
        <w:t>[10]</w:t>
      </w:r>
    </w:p>
    <w:p>
      <w:r>
        <w:rPr>
          <w:rFonts w:ascii="Gentium Plus" w:hAnsi="Gentium Plus"/>
          <w:sz w:val="24"/>
        </w:rPr>
        <w:t>καὶ ἀγαθὸς καὶ ἐν πολλαῖς τάξεσι Ῥωμαϊκαῖς ἐξητασμένος, τὰ δὲ περὶ τοὺς θεοὺς πάνυ νοσῶν καὶ ἀλλόκοτα περὶ αὐτῶν πεπιστευκώς, εἰ μόνον ἀληλιμμένον που λίθον ἢ ἐστεφανωμένον θεάσαιτο, προσπίπτων εὐθὺς καὶ προσκυνῶν καὶ ἐπὶ πολὺ</w:t>
      </w:r>
    </w:p>
    <w:p>
      <w:r>
        <w:rPr>
          <w:rFonts w:ascii="Courier New" w:hAnsi="Courier New"/>
          <w:color w:val="555555"/>
          <w:sz w:val="20"/>
        </w:rPr>
        <w:t>[15]</w:t>
      </w:r>
    </w:p>
    <w:p>
      <w:r>
        <w:rPr>
          <w:rFonts w:ascii="Gentium Plus" w:hAnsi="Gentium Plus"/>
          <w:sz w:val="24"/>
        </w:rPr>
        <w:t>παρεστὼς καὶ εὐχόμενος καὶ τἀγαθὰ παρ’ αὐτοῦ αἰτῶν. Οὗτος τοίνυν ἀκούσας τὰ περὶ τοῦ χρηστηρίου μικροῦ μὲν ἐδέησεν ἀφεὶς τὴν ἐγκεχειρισμένην τάξιν εἰς τὸ τοῦ Ἀβώνου τεῖχος ἀναπτῆναι.</w:t>
      </w:r>
    </w:p>
    <w:p>
      <w:r>
        <w:rPr>
          <w:rFonts w:ascii="Courier New" w:hAnsi="Courier New"/>
          <w:color w:val="555555"/>
          <w:sz w:val="20"/>
        </w:rPr>
        <w:t>[20]</w:t>
      </w:r>
    </w:p>
    <w:p>
      <w:r>
        <w:rPr>
          <w:rFonts w:ascii="Gentium Plus" w:hAnsi="Gentium Plus"/>
          <w:sz w:val="24"/>
        </w:rPr>
        <w:t>ἔπεμπε δ’ οὖν ἄλλους ἐπ’ ἄλλοις· οἱ δὲ πεμπό‐ μενοι, ἰδιῶταί τινες οἰκέται, ῥᾳδίως ἐξαπατηθέντες ἂν ἐπανῄεσαν, τὰ μὲν ἰδόντες, τὰ δὲ ὡς ἰδόντες καὶ ἀκούσαντες διηγούμενοι καὶ προσεπι‐ μετροῦντες ἔτι πλείω τούτων, ὡς ἐντιμότεροι</w:t>
      </w:r>
    </w:p>
    <w:p>
      <w:r>
        <w:rPr>
          <w:rFonts w:ascii="Courier New" w:hAnsi="Courier New"/>
          <w:color w:val="555555"/>
          <w:sz w:val="20"/>
        </w:rPr>
        <w:t>[25]</w:t>
      </w:r>
    </w:p>
    <w:p>
      <w:r>
        <w:rPr>
          <w:rFonts w:ascii="Gentium Plus" w:hAnsi="Gentium Plus"/>
          <w:sz w:val="24"/>
        </w:rPr>
        <w:t>εἶεν παρὰ τῷ δεσπότῃ. ἐξέκαιον οὖν τὸν ἄθλιον</w:t>
      </w:r>
    </w:p>
    <w:p>
      <w:r>
        <w:rPr>
          <w:rFonts w:ascii="Courier New" w:hAnsi="Courier New"/>
          <w:color w:val="555555"/>
          <w:sz w:val="20"/>
        </w:rPr>
        <w:t>[Alex . 31]</w:t>
      </w:r>
    </w:p>
    <w:p>
      <w:r>
        <w:rPr>
          <w:rFonts w:ascii="Gentium Plus" w:hAnsi="Gentium Plus"/>
          <w:sz w:val="24"/>
        </w:rPr>
        <w:t>γέροντα καὶ εἰς μανίαν ἐρρωμένην ἐνέβαλον. ὁ δέ, ὡς ἂν τοῖς πλείστοις καὶ δυνατωτάτοις φίλος ὤν, περιῄει τὰ μὲν διηγούμενος ὡς ἀκούσειε παρὰ τῶν πεμφθέντων, τὰ δὲ καὶ παρ’ αὑτοῦ προστιθείς.</w:t>
      </w:r>
    </w:p>
    <w:p>
      <w:r>
        <w:rPr>
          <w:rFonts w:ascii="Courier New" w:hAnsi="Courier New"/>
          <w:color w:val="555555"/>
          <w:sz w:val="20"/>
        </w:rPr>
        <w:t>[5]</w:t>
      </w:r>
    </w:p>
    <w:p>
      <w:r>
        <w:rPr>
          <w:rFonts w:ascii="Gentium Plus" w:hAnsi="Gentium Plus"/>
          <w:sz w:val="24"/>
        </w:rPr>
        <w:t>ἐνέπλησεν οὖν τὴν πόλιν καὶ διεσάλευσεν οὗτος, καὶ τῶν ἐν τῇ αὐλῇ τοὺς πλείστους διεθορύβησεν, οἳ αὐτίκα καὶ αὐτοὶ ἠπείγοντο ἀκοῦσαί τι τῶν καθ’ αὑτούς. Ὁ δὲ τοὺς ἀφικνουμένους πάνυ φιλοφρόνως</w:t>
      </w:r>
    </w:p>
    <w:p>
      <w:r>
        <w:rPr>
          <w:rFonts w:ascii="Courier New" w:hAnsi="Courier New"/>
          <w:color w:val="555555"/>
          <w:sz w:val="20"/>
        </w:rPr>
        <w:t>[10]</w:t>
      </w:r>
    </w:p>
    <w:p>
      <w:r>
        <w:rPr>
          <w:rFonts w:ascii="Gentium Plus" w:hAnsi="Gentium Plus"/>
          <w:sz w:val="24"/>
        </w:rPr>
        <w:t>ὑποδεχόμενος ξενίοις τε καὶ ταῖς ἄλλαις δωρεαῖς</w:t>
      </w:r>
    </w:p>
    <w:p>
      <w:r>
        <w:rPr>
          <w:rFonts w:ascii="Courier New" w:hAnsi="Courier New"/>
          <w:color w:val="555555"/>
          <w:sz w:val="20"/>
        </w:rPr>
        <w:t>[Alex . 32]</w:t>
      </w:r>
    </w:p>
    <w:p>
      <w:r>
        <w:rPr>
          <w:rFonts w:ascii="Gentium Plus" w:hAnsi="Gentium Plus"/>
          <w:sz w:val="24"/>
        </w:rPr>
        <w:t>μαντείου καὶ αὐτοὺς ψευσομένους. ἀλλὰ καὶ μηχανᾶταί τι ὁ τρισκατάρατος οὐκ ἄσοφον οὐδὲ τοῦ προστυχόντος λῃστοῦ ἄξιον. λύων γὰρ τὰ πεπεμμένα βιβλία καὶ ἀναγιγνώσκων, εἴ τι εὕροι</w:t>
      </w:r>
    </w:p>
    <w:p>
      <w:r>
        <w:rPr>
          <w:rFonts w:ascii="Courier New" w:hAnsi="Courier New"/>
          <w:color w:val="555555"/>
          <w:sz w:val="20"/>
        </w:rPr>
        <w:t>[5]</w:t>
      </w:r>
    </w:p>
    <w:p>
      <w:r>
        <w:rPr>
          <w:rFonts w:ascii="Gentium Plus" w:hAnsi="Gentium Plus"/>
          <w:sz w:val="24"/>
        </w:rPr>
        <w:t>ἐπισφαλὲς καὶ παρακεκινδυνευμένον ἐν ταῖς ἐρωτήσεσιν, κατεῖχεν αὐτὸς καὶ οὐκ ἀπέπεμπεν, ὡς ὑποχειρίους καὶ μονονουχὶ δούλους διὰ τὸ δέος ἔχοι τοὺς πεπομφότας, μεμνημένους οἷα ἦν ἃ ἤροντο. συνίης δὲ οἵας εἰκὸς τοὺς πλουσίους</w:t>
      </w:r>
    </w:p>
    <w:p>
      <w:r>
        <w:rPr>
          <w:rFonts w:ascii="Courier New" w:hAnsi="Courier New"/>
          <w:color w:val="555555"/>
          <w:sz w:val="20"/>
        </w:rPr>
        <w:t>[10]</w:t>
      </w:r>
    </w:p>
    <w:p>
      <w:r>
        <w:rPr>
          <w:rFonts w:ascii="Gentium Plus" w:hAnsi="Gentium Plus"/>
          <w:sz w:val="24"/>
        </w:rPr>
        <w:t>καὶ μέγα δυναμένους τὰς πύστεις πυνθάνεσθαι. ἐλάμβανεν οὖν πολλὰ παρ’ ἐκείνων, εἰδότων ὅτι ἐντὸς αὐτοὺς ἔχοι τῶν ἀρκύων.</w:t>
      </w:r>
    </w:p>
    <w:p>
      <w:r>
        <w:rPr>
          <w:rFonts w:ascii="Courier New" w:hAnsi="Courier New"/>
          <w:color w:val="555555"/>
          <w:sz w:val="20"/>
        </w:rPr>
        <w:t>[Alex . 33]</w:t>
      </w:r>
    </w:p>
    <w:p>
      <w:r>
        <w:rPr>
          <w:rFonts w:ascii="Gentium Plus" w:hAnsi="Gentium Plus"/>
          <w:sz w:val="24"/>
        </w:rPr>
        <w:t>Βούλομαι δέ σοι καὶ τῶν Ῥουτιλιανῷ δοθέντων χρησμῶν ἐνίους εἰπεῖν. πυνθανομένῳ γὰρ αὐτῷ ὑπὲρ τοῦ παιδὸς ἐκ προτέρας γυναικός, παιδείας ὥραν ἔχοντος, ὅντινα προστήσεται διδάσκαλον</w:t>
      </w:r>
    </w:p>
    <w:p>
      <w:r>
        <w:rPr>
          <w:rFonts w:ascii="Courier New" w:hAnsi="Courier New"/>
          <w:color w:val="555555"/>
          <w:sz w:val="20"/>
        </w:rPr>
        <w:t>[5]</w:t>
      </w:r>
    </w:p>
    <w:p>
      <w:r>
        <w:rPr>
          <w:rFonts w:ascii="Gentium Plus" w:hAnsi="Gentium Plus"/>
          <w:sz w:val="24"/>
        </w:rPr>
        <w:t>τῶν μαθημάτων αὐτοῦ, ἔφη· Πυθαγόρην πολέμων τε διάκτορον ἐσθλὸν ἀοιδόν. εἶτα μετ’ ὀλίγας ἡμέρας τοῦ παιδὸς ἀποθανόντος, ὁ μὲν ἠπόρει καὶ οὐδὲν εἶχεν λέγειν πρὸς τοὺς αἰτιωμένους, παρὰ πόδας οὕτως ἐληλεγμένου τοῦ</w:t>
      </w:r>
    </w:p>
    <w:p>
      <w:r>
        <w:rPr>
          <w:rFonts w:ascii="Courier New" w:hAnsi="Courier New"/>
          <w:color w:val="555555"/>
          <w:sz w:val="20"/>
        </w:rPr>
        <w:t>[10]</w:t>
      </w:r>
    </w:p>
    <w:p>
      <w:r>
        <w:rPr>
          <w:rFonts w:ascii="Gentium Plus" w:hAnsi="Gentium Plus"/>
          <w:sz w:val="24"/>
        </w:rPr>
        <w:t>χρησμοῦ· ὁ δὲ Ῥουτιλιανὸς αὐτὸς φθάσας ὁ βέλτιστος ἀπελογεῖτο ὑπὲρ τοῦ μαντείου λέγων, τοῦτο αὐτὸ προδεδηλωκέναι τὸν θεὸν καὶ διὰ τοῦτο ζῶντα μὲν κελεῦσαι μηδένα διδάσκαλον ἑλέσθαι αὐτῷ, Πυθαγόραν δὲ καὶ Ὅμηρον πάλαι τεθνεῶ‐</w:t>
      </w:r>
    </w:p>
    <w:p>
      <w:r>
        <w:rPr>
          <w:rFonts w:ascii="Courier New" w:hAnsi="Courier New"/>
          <w:color w:val="555555"/>
          <w:sz w:val="20"/>
        </w:rPr>
        <w:t>[15]</w:t>
      </w:r>
    </w:p>
    <w:p>
      <w:r>
        <w:rPr>
          <w:rFonts w:ascii="Gentium Plus" w:hAnsi="Gentium Plus"/>
          <w:sz w:val="24"/>
        </w:rPr>
        <w:t>τας, οἷς εἰκὸς τὸ μειράκιον ἐν Ἅιδου νῦν συνεῖναι. τί τοίνυν μέμφεσθαι ἄξιον Ἀλεξάνδρῳ, εἰ τοιού‐ τοις ἀνθρωπίσκοις ἐνδιατρίβειν ἠξίου;</w:t>
      </w:r>
    </w:p>
    <w:p>
      <w:r>
        <w:rPr>
          <w:rFonts w:ascii="Courier New" w:hAnsi="Courier New"/>
          <w:color w:val="555555"/>
          <w:sz w:val="20"/>
        </w:rPr>
        <w:t>[Alex . 34]</w:t>
      </w:r>
    </w:p>
    <w:p>
      <w:r>
        <w:rPr>
          <w:rFonts w:ascii="Gentium Plus" w:hAnsi="Gentium Plus"/>
          <w:sz w:val="24"/>
        </w:rPr>
        <w:t>Αὖθις δὲ πυνθανομένῳ αὐτῷ τὴν τίνος ψυχὴν αὐτὸς διεδέξατο, ἔφη· Πρῶτον Πηλείδης ἐγένου, μετὰ ταῦτα Μένανδρος, εἶθ’ ὃς νῦν φαίνῃ, μετὰ δ’ ἔσσεαι ἡλιὰς ἀκτίς,</w:t>
      </w:r>
    </w:p>
    <w:p>
      <w:r>
        <w:rPr>
          <w:rFonts w:ascii="Courier New" w:hAnsi="Courier New"/>
          <w:color w:val="555555"/>
          <w:sz w:val="20"/>
        </w:rPr>
        <w:t>[5]</w:t>
      </w:r>
    </w:p>
    <w:p>
      <w:r>
        <w:rPr>
          <w:rFonts w:ascii="Gentium Plus" w:hAnsi="Gentium Plus"/>
          <w:sz w:val="24"/>
        </w:rPr>
        <w:t>ζήσεις δ’ ὀγδώκοντ’ ἐπὶ τοῖς ἑκατὸν λυκάβαντας. ὁ δὲ ἑβδομηκοντούτης ἀπέθανεν μελαγχολήσας,</w:t>
      </w:r>
    </w:p>
    <w:p>
      <w:r>
        <w:rPr>
          <w:rFonts w:ascii="Courier New" w:hAnsi="Courier New"/>
          <w:color w:val="555555"/>
          <w:sz w:val="20"/>
        </w:rPr>
        <w:t>[Alex . 35]</w:t>
      </w:r>
    </w:p>
    <w:p>
      <w:r>
        <w:rPr>
          <w:rFonts w:ascii="Gentium Plus" w:hAnsi="Gentium Plus"/>
          <w:sz w:val="24"/>
        </w:rPr>
        <w:t>οὐ περιμείνας τὴν τοῦ θεοῦ ὑπόσχεσιν. καὶ οὗτος ὁ χρησμὸς τῶν αὐτοφώνων ἦν. Ἐρομένῳ δὲ αὐτῷ ποτε καὶ περὶ γάμου ῥητῶς ἔφη·</w:t>
      </w:r>
    </w:p>
    <w:p>
      <w:r>
        <w:rPr>
          <w:rFonts w:ascii="Courier New" w:hAnsi="Courier New"/>
          <w:color w:val="555555"/>
          <w:sz w:val="20"/>
        </w:rPr>
        <w:t>[5]</w:t>
      </w:r>
    </w:p>
    <w:p>
      <w:r>
        <w:rPr>
          <w:rFonts w:ascii="Gentium Plus" w:hAnsi="Gentium Plus"/>
          <w:sz w:val="24"/>
        </w:rPr>
        <w:t>Γῆμον Ἀλεξάνδρου τε Σεληναίης τε θύγατρα. διεδεδώκει δὲ πάλαι λόγον ὡς τῆς θυγατρός, ἣν εἶχεν, ἐκ Σελήνης αὐτῷ γενομένης· τὴν γὰρ Σελήνην ἔρωτι ἁλῶναι αὐτοῦ καθεύδοντά ποτε ἰδοῦσαν, ὅπερ αὐτῇ ἔθος, κοιμωμένων ἐρᾶν τῶν</w:t>
      </w:r>
    </w:p>
    <w:p>
      <w:r>
        <w:rPr>
          <w:rFonts w:ascii="Courier New" w:hAnsi="Courier New"/>
          <w:color w:val="555555"/>
          <w:sz w:val="20"/>
        </w:rPr>
        <w:t>[10]</w:t>
      </w:r>
    </w:p>
    <w:p>
      <w:r>
        <w:rPr>
          <w:rFonts w:ascii="Gentium Plus" w:hAnsi="Gentium Plus"/>
          <w:sz w:val="24"/>
        </w:rPr>
        <w:t>καλῶν. ὁ δ’ οὐδὲν μελλήσας ὁ συνετώτατος Ῥουτιλιανὸς ἔπεμπεν εὐθὺς ἐπὶ τὴν κόρην καὶ τοὺς γάμους συνετέλει ἑξηκοντούτης νυμφίος καὶ συνῆν, τὴν πενθερὰν Σελήνην ἑκατόμβαις ὅλαις ἱλασκόμενος καὶ τῶν ἐπουρανίων εἷς καὶ αὐτὸς</w:t>
      </w:r>
    </w:p>
    <w:p>
      <w:r>
        <w:rPr>
          <w:rFonts w:ascii="Courier New" w:hAnsi="Courier New"/>
          <w:color w:val="555555"/>
          <w:sz w:val="20"/>
        </w:rPr>
        <w:t>[15]</w:t>
      </w:r>
    </w:p>
    <w:p>
      <w:r>
        <w:rPr>
          <w:rFonts w:ascii="Gentium Plus" w:hAnsi="Gentium Plus"/>
          <w:sz w:val="24"/>
        </w:rPr>
        <w:t>οἰόμενος γεγονέναι.</w:t>
      </w:r>
    </w:p>
    <w:p>
      <w:r>
        <w:rPr>
          <w:rFonts w:ascii="Courier New" w:hAnsi="Courier New"/>
          <w:color w:val="555555"/>
          <w:sz w:val="20"/>
        </w:rPr>
        <w:t>[Alex . 36]</w:t>
      </w:r>
    </w:p>
    <w:p>
      <w:r>
        <w:rPr>
          <w:rFonts w:ascii="Gentium Plus" w:hAnsi="Gentium Plus"/>
          <w:sz w:val="24"/>
        </w:rPr>
        <w:t>Ὁ δ’ ὡς ἅπαξ τῶν ἐν Ἰταλίᾳ πραγμάτων ἐλά‐</w:t>
      </w:r>
    </w:p>
    <w:p>
      <w:r>
        <w:rPr>
          <w:rFonts w:ascii="Courier New" w:hAnsi="Courier New"/>
          <w:color w:val="555555"/>
          <w:sz w:val="20"/>
        </w:rPr>
        <w:t>[5]</w:t>
      </w:r>
    </w:p>
    <w:p>
      <w:r>
        <w:rPr>
          <w:rFonts w:ascii="Gentium Plus" w:hAnsi="Gentium Plus"/>
          <w:sz w:val="24"/>
        </w:rPr>
        <w:t>σεσθαι καὶ σεισμούς· καὶ ἀσφαλῶς βοηθήσειν, ὡς μὴ γένοιτό τι τούτων, αὐτὸς ὑπισχνεῖτο αὐτοῖς. ἕνα δέ τινα χρησμόν, αὐτόφωνον καὶ αὐτόν, εἰς ἅπαντα τὰ ἔθνη ἐν τῷ λοιμῷ διεπέμψατο· ἦν δὲ τὸ ἔπος ἕν·</w:t>
      </w:r>
    </w:p>
    <w:p>
      <w:r>
        <w:rPr>
          <w:rFonts w:ascii="Courier New" w:hAnsi="Courier New"/>
          <w:color w:val="555555"/>
          <w:sz w:val="20"/>
        </w:rPr>
        <w:t>[10]</w:t>
      </w:r>
    </w:p>
    <w:p>
      <w:r>
        <w:rPr>
          <w:rFonts w:ascii="Gentium Plus" w:hAnsi="Gentium Plus"/>
          <w:sz w:val="24"/>
        </w:rPr>
        <w:t>Φοῖβος ἀκειρεκόμης λοιμοῦ νεφέλην ἀπερύκει. καὶ τοῦτο ἦν ἰδεῖν τὸ ἔπος πανταχοῦ ἐπὶ τῶν πυλώνων γεγραμμένον ὡς τοῦ λοιμοῦ ἀλεξιφάρ‐ μακον. τὸ δ’ εἰς τοὐναντίον τοῖς πλείστοις προὐχώρει· κατὰ γάρ τινα τύχην αὗται μάλιστα</w:t>
      </w:r>
    </w:p>
    <w:p>
      <w:r>
        <w:rPr>
          <w:rFonts w:ascii="Courier New" w:hAnsi="Courier New"/>
          <w:color w:val="555555"/>
          <w:sz w:val="20"/>
        </w:rPr>
        <w:t>[15]</w:t>
      </w:r>
    </w:p>
    <w:p>
      <w:r>
        <w:rPr>
          <w:rFonts w:ascii="Gentium Plus" w:hAnsi="Gentium Plus"/>
          <w:sz w:val="24"/>
        </w:rPr>
        <w:t>αἱ οἰκίαι ἐκενώθησαν αἷς τὸ ἔπος ἐπεγέγραπτο. καὶ μή με νομίσῃς τοῦτο λέγειν, ὅτι διὰ τὸ ἔπος ἀπώλλυντο· ἀλλὰ τύχῃ τινὶ οὕτως ἐγένετο. τάχα δὲ καὶ οἱ πολλοὶ θαρροῦντες τῷ στίχῳ ἠμέλουν καὶ ῥᾳθυμότερον διῃτῶντο, οὐδὲν τῷ χρησμῷ</w:t>
      </w:r>
    </w:p>
    <w:p>
      <w:r>
        <w:rPr>
          <w:rFonts w:ascii="Courier New" w:hAnsi="Courier New"/>
          <w:color w:val="555555"/>
          <w:sz w:val="20"/>
        </w:rPr>
        <w:t>[20]</w:t>
      </w:r>
    </w:p>
    <w:p>
      <w:r>
        <w:rPr>
          <w:rFonts w:ascii="Gentium Plus" w:hAnsi="Gentium Plus"/>
          <w:sz w:val="24"/>
        </w:rPr>
        <w:t>πρὸς τὴν νόσον συντελοῦντες, ὡς ἂν ἔχοντες προμαχομένας αὑτῶν τὰς συλλαβὰς καὶ τὸν ἀκειρεκόμην Φοῖβον ἀποτοξεύοντα τὸν λοιμόν.</w:t>
      </w:r>
    </w:p>
    <w:p>
      <w:r>
        <w:rPr>
          <w:rFonts w:ascii="Courier New" w:hAnsi="Courier New"/>
          <w:color w:val="555555"/>
          <w:sz w:val="20"/>
        </w:rPr>
        <w:t>[Alex . 37]</w:t>
      </w:r>
    </w:p>
    <w:p>
      <w:r>
        <w:rPr>
          <w:rFonts w:ascii="Gentium Plus" w:hAnsi="Gentium Plus"/>
          <w:sz w:val="24"/>
        </w:rPr>
        <w:t>Πευθῆνας μέντοι ἐν αὐτῇ Ῥώμῃ κατεστήσατο πάνυ πολλοὺς τῶν συνωμοτῶν, οἳ τὰς ἑκάστου γνώμας διήγγελλον αὐτῷ καὶ τὰς ἐρωτήσεις προεμήνυον καὶ ὧν μάλιστα ἐφίενται, ὡς ἕτοιμον</w:t>
      </w:r>
    </w:p>
    <w:p>
      <w:r>
        <w:rPr>
          <w:rFonts w:ascii="Courier New" w:hAnsi="Courier New"/>
          <w:color w:val="555555"/>
          <w:sz w:val="20"/>
        </w:rPr>
        <w:t>[5]</w:t>
      </w:r>
    </w:p>
    <w:p>
      <w:r>
        <w:rPr>
          <w:rFonts w:ascii="Gentium Plus" w:hAnsi="Gentium Plus"/>
          <w:sz w:val="24"/>
        </w:rPr>
        <w:t>αὐτὸν πρὸς τὰς ἀποκρίσεις καὶ πρὶν ἥκειν τοὺς πεμπομένους καταλαμβάνεσθαι.</w:t>
      </w:r>
    </w:p>
    <w:p>
      <w:r>
        <w:rPr>
          <w:rFonts w:ascii="Courier New" w:hAnsi="Courier New"/>
          <w:color w:val="555555"/>
          <w:sz w:val="20"/>
        </w:rPr>
        <w:t>[Alex . 38]</w:t>
      </w:r>
    </w:p>
    <w:p>
      <w:r>
        <w:rPr>
          <w:rFonts w:ascii="Gentium Plus" w:hAnsi="Gentium Plus"/>
          <w:sz w:val="24"/>
        </w:rPr>
        <w:t>Καὶ πρὸς μὲν τὰ ἐν τῇ Ἰταλίᾳ ταῦτα προε‐ μηχανᾶτο· 〈οἴκοι δὲ καὶ τὰ τοιαῦτα.〉 τελετήν τε γάρ τινα συνίσταται καὶ δᾳδουχίας καὶ ἱερο‐ φαντίας, τριῶν ἑξῆς ἀεὶ τελουμένων ἡμερῶν. καὶ</w:t>
      </w:r>
    </w:p>
    <w:p>
      <w:r>
        <w:rPr>
          <w:rFonts w:ascii="Courier New" w:hAnsi="Courier New"/>
          <w:color w:val="555555"/>
          <w:sz w:val="20"/>
        </w:rPr>
        <w:t>[5]</w:t>
      </w:r>
    </w:p>
    <w:p>
      <w:r>
        <w:rPr>
          <w:rFonts w:ascii="Gentium Plus" w:hAnsi="Gentium Plus"/>
          <w:sz w:val="24"/>
        </w:rPr>
        <w:t>ἐν μὲν τῇ πρώτῃ πρόρρησις ἦν ὥσπερ Ἀθήνησι τοιαύτη· “Εἴ τις ἄθεος ἢ Χριστιανὸς ἢ Ἐπικού‐ ρειος ἥκει κατάσκοπος τῶν ὀργίων, φευγέτω· οἱ δὲ πιστεύοντες τῷ θεῷ τελείσθωσαν τύχῃ τῇ ἀγαθῇ.” εἶτ’ εὐθὺς ἐν ἀρχῇ ἐξέλασις ἐγίγνετο·</w:t>
      </w:r>
    </w:p>
    <w:p>
      <w:r>
        <w:rPr>
          <w:rFonts w:ascii="Courier New" w:hAnsi="Courier New"/>
          <w:color w:val="555555"/>
          <w:sz w:val="20"/>
        </w:rPr>
        <w:t>[10]</w:t>
      </w:r>
    </w:p>
    <w:p>
      <w:r>
        <w:rPr>
          <w:rFonts w:ascii="Gentium Plus" w:hAnsi="Gentium Plus"/>
          <w:sz w:val="24"/>
        </w:rPr>
        <w:t>καὶ ὁ μὲν ἡγεῖτο λέγων “Ἔξω Χριστιανούς,” τὸ δὲ πλῆθος ἅπαν ἐπεφθέγγετο “Ἔξω Ἐπικουρείους.” εἶτα Λητοῦς ἐγίγνετο λοχεία καὶ Ἀπόλλωνος γοναὶ καὶ Κορωνίδος γάμος καὶ Ἀσκληπιὸς ἐτίκτετο. ἐν δὲ τῇ δευτέρᾳ Γλύκωνος ἐπιφάνεια</w:t>
      </w:r>
    </w:p>
    <w:p>
      <w:r>
        <w:rPr>
          <w:rFonts w:ascii="Courier New" w:hAnsi="Courier New"/>
          <w:color w:val="555555"/>
          <w:sz w:val="20"/>
        </w:rPr>
        <w:t>[Alex . 39]</w:t>
      </w:r>
    </w:p>
    <w:p>
      <w:r>
        <w:rPr>
          <w:rFonts w:ascii="Gentium Plus" w:hAnsi="Gentium Plus"/>
          <w:sz w:val="24"/>
        </w:rPr>
        <w:t>καὶ γέννησις τοῦ θεοῦ. τρίτῃ δὲ ἡμέρᾳ Ποδα‐ λειρίου ἦν καὶ τῆς μητρὸς Ἀλεξάνδρου γάμος· Δᾳδὶς δὲ ἐκαλεῖτο καὶ δᾷδες δὲ ἐκαίοντο. καὶ τελευταῖον Σελήνης καὶ Ἀλεξάνδρου ἔρως καὶ</w:t>
      </w:r>
    </w:p>
    <w:p>
      <w:r>
        <w:rPr>
          <w:rFonts w:ascii="Courier New" w:hAnsi="Courier New"/>
          <w:color w:val="555555"/>
          <w:sz w:val="20"/>
        </w:rPr>
        <w:t>[5]</w:t>
      </w:r>
    </w:p>
    <w:p>
      <w:r>
        <w:rPr>
          <w:rFonts w:ascii="Gentium Plus" w:hAnsi="Gentium Plus"/>
          <w:sz w:val="24"/>
        </w:rPr>
        <w:t>τικτομένη τοῦ Ῥουτιλιανοῦ ἡ γυνή. ἐδᾳδούχει δὲ καὶ ἱεροφάντει ὁ Ἐνδυμίων Ἀλέξανδρος. καὶ ὁ μὲν καθεύδων δῆθεν κατέκειτο ἐν τῷ μέσῳ, κατῄει δὲ ἐπ’ αὐτὸν ἀπὸ τῆς ὀροφῆς ὡς ἐξ οὐρανοῦ ἀντὶ τῆς Σελήνης Ῥουτιλία τις ὡραιοτάτη, τῶν</w:t>
      </w:r>
    </w:p>
    <w:p>
      <w:r>
        <w:rPr>
          <w:rFonts w:ascii="Courier New" w:hAnsi="Courier New"/>
          <w:color w:val="555555"/>
          <w:sz w:val="20"/>
        </w:rPr>
        <w:t>[10]</w:t>
      </w:r>
    </w:p>
    <w:p>
      <w:r>
        <w:rPr>
          <w:rFonts w:ascii="Gentium Plus" w:hAnsi="Gentium Plus"/>
          <w:sz w:val="24"/>
        </w:rPr>
        <w:t>Καίσαρος οἰκονόμων τινὸς γυνή, ὡς ἀληθῶς ἐρῶσα τοῦ Ἀλεξάνδρου καὶ ἀντερωμένη ὑπ’ αὐτοῦ, καὶ ἐν ὀφθαλμοῖς τοῦ ὀλεθρίου ἐκείνου ἀνδρὸς φιλή‐</w:t>
      </w:r>
    </w:p>
    <w:p>
      <w:r>
        <w:rPr>
          <w:rFonts w:ascii="Courier New" w:hAnsi="Courier New"/>
          <w:color w:val="555555"/>
          <w:sz w:val="20"/>
        </w:rPr>
        <w:t>[15]</w:t>
      </w:r>
    </w:p>
    <w:p>
      <w:r>
        <w:rPr>
          <w:rFonts w:ascii="Gentium Plus" w:hAnsi="Gentium Plus"/>
          <w:sz w:val="24"/>
        </w:rPr>
        <w:t>ὑπὸ κόλπου ἐπράττετο. μετὰ μικρὸν δὲ εἰσῄει πάλιν ἱεροφαντικῶς ἐσκευασμένος ἐν πολλῇ τῇ σιωπῇ, καὶ αὐτὸς μὲν ἔλεγε μεγάλῃ τῇ φωνῇ, “Ἰὴ Γλύκων·” ἐπεφθέγγοντο δὲ αὐτῷ ἐπακολου‐ θοῦντες Εὐμολπίδαι δῆθεν καὶ Κήρυκές τινες</w:t>
      </w:r>
    </w:p>
    <w:p>
      <w:r>
        <w:rPr>
          <w:rFonts w:ascii="Courier New" w:hAnsi="Courier New"/>
          <w:color w:val="555555"/>
          <w:sz w:val="20"/>
        </w:rPr>
        <w:t>[20]</w:t>
      </w:r>
    </w:p>
    <w:p>
      <w:r>
        <w:rPr>
          <w:rFonts w:ascii="Gentium Plus" w:hAnsi="Gentium Plus"/>
          <w:sz w:val="24"/>
        </w:rPr>
        <w:t>Παφλαγόνες, καρβατίνας ὑποδεδεμένοι, πολλὴν τὴν σκοροδάλμην ἐρυγγάνοντες, “Ἰὴ Ἀλέξανδρε.”</w:t>
      </w:r>
    </w:p>
    <w:p>
      <w:r>
        <w:rPr>
          <w:rFonts w:ascii="Courier New" w:hAnsi="Courier New"/>
          <w:color w:val="555555"/>
          <w:sz w:val="20"/>
        </w:rPr>
        <w:t>[Alex . 40]</w:t>
      </w:r>
    </w:p>
    <w:p>
      <w:r>
        <w:rPr>
          <w:rFonts w:ascii="Gentium Plus" w:hAnsi="Gentium Plus"/>
          <w:sz w:val="24"/>
        </w:rPr>
        <w:t>Πολλάκις δὲ ἐν τῇ δᾳδουχίᾳ καὶ τοῖς μυστικοῖς σκιρτήμασιν γυμνωθεὶς ὁ μηρὸς αὐτοῦ ἐξεπίτηδες χρυσοῦς διεφάνη, δέρματος ὡς εἰκὸς ἐπιχρύσου περιτεθέντος καὶ πρὸς τὴν αὐγὴν τῶν λαμπάδων</w:t>
      </w:r>
    </w:p>
    <w:p>
      <w:r>
        <w:rPr>
          <w:rFonts w:ascii="Courier New" w:hAnsi="Courier New"/>
          <w:color w:val="555555"/>
          <w:sz w:val="20"/>
        </w:rPr>
        <w:t>[5]</w:t>
      </w:r>
    </w:p>
    <w:p>
      <w:r>
        <w:rPr>
          <w:rFonts w:ascii="Gentium Plus" w:hAnsi="Gentium Plus"/>
          <w:sz w:val="24"/>
        </w:rPr>
        <w:t>ἀποστίλβοντος. ὥστε καὶ γενομένης ποτὲ ζητή‐ σεως δύο τισὶ τῶν μωροσόφων ὑπὲρ αὐτοῦ, εἴτε Πυθαγόρου τὴν ψυχὴν ἔχοι διὰ τὸν χρυσοῦν μηρὸν εἴτε ἄλλην ὁμοίαν αὐτῇ, καὶ τὴν ζήτησιν ταύτην αὐτῷ Ἀλεξάνδρῳ ἐπανενεγκόντων, ὁ</w:t>
      </w:r>
    </w:p>
    <w:p>
      <w:r>
        <w:rPr>
          <w:rFonts w:ascii="Courier New" w:hAnsi="Courier New"/>
          <w:color w:val="555555"/>
          <w:sz w:val="20"/>
        </w:rPr>
        <w:t>[10]</w:t>
      </w:r>
    </w:p>
    <w:p>
      <w:r>
        <w:rPr>
          <w:rFonts w:ascii="Gentium Plus" w:hAnsi="Gentium Plus"/>
          <w:sz w:val="24"/>
        </w:rPr>
        <w:t>βασιλεὺς Γλύκων χρησμῷ ἔλυσεν τὴν ἀπορίαν· Πυθαγόρου ψυχὴ ποτὲ μὲν φθίνει, ἄλλοτε δ’ αὔξει· ἡ δὲ προφητείη δίης φρενός ἐστιν ἀπορρώξ. καί μιν ἔπεμψε πατὴρ ἀγαθῶν ἀνδρῶν ἐπαρωγόν· καὶ πάλιν ἐς Διὸς εἶσι Διὸς βληθεῖσα κεραυνῷ.</w:t>
      </w:r>
    </w:p>
    <w:p>
      <w:r>
        <w:rPr>
          <w:rFonts w:ascii="Courier New" w:hAnsi="Courier New"/>
          <w:color w:val="555555"/>
          <w:sz w:val="20"/>
        </w:rPr>
        <w:t>[Alex . 41]</w:t>
      </w:r>
    </w:p>
    <w:p>
      <w:r>
        <w:rPr>
          <w:rFonts w:ascii="Gentium Plus" w:hAnsi="Gentium Plus"/>
          <w:sz w:val="24"/>
        </w:rPr>
        <w:t>Προλέγων δὲ πᾶσιν ἀπέχεσθαι παιδίου συνου‐ σίας, ὡς ἀσεβὲς ὄν, αὐτὸς τοιόνδε τι ὁ γεννάδας ἐτεχνήσατο. ταῖς γὰρ πόλεσι ταῖς Ποντικαῖς</w:t>
      </w:r>
    </w:p>
    <w:p>
      <w:r>
        <w:rPr>
          <w:rFonts w:ascii="Courier New" w:hAnsi="Courier New"/>
          <w:color w:val="555555"/>
          <w:sz w:val="20"/>
        </w:rPr>
        <w:t>[5]</w:t>
      </w:r>
    </w:p>
    <w:p>
      <w:r>
        <w:rPr>
          <w:rFonts w:ascii="Gentium Plus" w:hAnsi="Gentium Plus"/>
          <w:sz w:val="24"/>
        </w:rPr>
        <w:t>πέμπειν εἰς τριετίαν, ὑμνήσοντας παρ’ αὐτῷ τὸν θεόν, καὶ ἔδει δοκιμασθέντας καὶ προκριθέντας τοὺς εὐγενεστάτους καὶ ὡραιοτάτους καὶ κάλλει διαφέροντας πεμφθῆναι· οὓς ἐγκλεισάμενος ὥσπερ ἀργυρωνήτοις ἐχρῆτο, συγκαθεύδων καὶ πάντα</w:t>
      </w:r>
    </w:p>
    <w:p>
      <w:r>
        <w:rPr>
          <w:rFonts w:ascii="Courier New" w:hAnsi="Courier New"/>
          <w:color w:val="555555"/>
          <w:sz w:val="20"/>
        </w:rPr>
        <w:t>[10]</w:t>
      </w:r>
    </w:p>
    <w:p>
      <w:r>
        <w:rPr>
          <w:rFonts w:ascii="Gentium Plus" w:hAnsi="Gentium Plus"/>
          <w:sz w:val="24"/>
        </w:rPr>
        <w:t>τρόπον ἐμπαροινῶν. καὶ νόμον δὲ ἐπεποίητο, ὑπὲρ τὰ ὀκτωκαίδεκα ἔτη μηδένα τῷ αὐτοῦ στόματι δεξιοῦσθαι μηδὲ φιλήματι ἀσπάζεσθαι, ἀλλὰ τοῖς ἄλλοις προτείνων τὴν χεῖρα κύσαι μόνους τοὺς ὡραίους κατεφίλει, καὶ ἐκαλοῦντο</w:t>
      </w:r>
    </w:p>
    <w:p>
      <w:r>
        <w:rPr>
          <w:rFonts w:ascii="Courier New" w:hAnsi="Courier New"/>
          <w:color w:val="555555"/>
          <w:sz w:val="20"/>
        </w:rPr>
        <w:t>[15]</w:t>
      </w:r>
    </w:p>
    <w:p>
      <w:r>
        <w:rPr>
          <w:rFonts w:ascii="Gentium Plus" w:hAnsi="Gentium Plus"/>
          <w:sz w:val="24"/>
        </w:rPr>
        <w:t>οἱ ἐντὸς τοῦ φιλήματος.</w:t>
      </w:r>
    </w:p>
    <w:p>
      <w:r>
        <w:rPr>
          <w:rFonts w:ascii="Courier New" w:hAnsi="Courier New"/>
          <w:color w:val="555555"/>
          <w:sz w:val="20"/>
        </w:rPr>
        <w:t>[Alex . 42]</w:t>
      </w:r>
    </w:p>
    <w:p>
      <w:r>
        <w:rPr>
          <w:rFonts w:ascii="Gentium Plus" w:hAnsi="Gentium Plus"/>
          <w:sz w:val="24"/>
        </w:rPr>
        <w:t>Τοιαῦτα ἐντρυφῶν τοῖς ἀνοήτοις διετέλει, γυναῖκάς τε ἀνέδην διαφθείρων καὶ παισὶ συνών. καὶ ἦν μέγα καὶ εὐκτὸν ἑκάστῳ, εἴ τινος γυναικὶ προσβλέψειεν· εἰ δὲ καὶ φιλήματος ἀξιώσειεν,</w:t>
      </w:r>
    </w:p>
    <w:p>
      <w:r>
        <w:rPr>
          <w:rFonts w:ascii="Courier New" w:hAnsi="Courier New"/>
          <w:color w:val="555555"/>
          <w:sz w:val="20"/>
        </w:rPr>
        <w:t>[5]</w:t>
      </w:r>
    </w:p>
    <w:p>
      <w:r>
        <w:rPr>
          <w:rFonts w:ascii="Gentium Plus" w:hAnsi="Gentium Plus"/>
          <w:sz w:val="24"/>
        </w:rPr>
        <w:t>ἀθρόαν τὴν ἀγαθὴν τύχην ᾤετο ἕκαστος εἰς τὴν οἰκίαν αὐτῷ εἰσρυήσεσθαι. πολλαὶ δὲ καὶ ηὔχουν τετοκέναι παρ’ αὐτοῦ, καὶ οἱ ἄνδρες ἐπεμαρτύρουν ὅτι ἀληθῆ λέγουσιν.</w:t>
      </w:r>
    </w:p>
    <w:p>
      <w:r>
        <w:rPr>
          <w:rFonts w:ascii="Courier New" w:hAnsi="Courier New"/>
          <w:color w:val="555555"/>
          <w:sz w:val="20"/>
        </w:rPr>
        <w:t>[Alex . 43]</w:t>
      </w:r>
    </w:p>
    <w:p>
      <w:r>
        <w:rPr>
          <w:rFonts w:ascii="Gentium Plus" w:hAnsi="Gentium Plus"/>
          <w:sz w:val="24"/>
        </w:rPr>
        <w:t>Ἐθέλω δέ σοι καὶ διάλογον διηγήσασθαι τοῦ Γλύκωνος καὶ Σακερδῶτός τινος, Τιανοῦ ἀνθρώ‐ που· ὁποίου τινὸς τὴν σύνεσιν, εἴσῃ ἀπὸ τῶν ἐρωτήσεων. ἀνέγνων δὲ αὐτὸν χρυσοῖς γράμ‐</w:t>
      </w:r>
    </w:p>
    <w:p>
      <w:r>
        <w:rPr>
          <w:rFonts w:ascii="Courier New" w:hAnsi="Courier New"/>
          <w:color w:val="555555"/>
          <w:sz w:val="20"/>
        </w:rPr>
        <w:t>[5]</w:t>
      </w:r>
    </w:p>
    <w:p>
      <w:r>
        <w:rPr>
          <w:rFonts w:ascii="Gentium Plus" w:hAnsi="Gentium Plus"/>
          <w:sz w:val="24"/>
        </w:rPr>
        <w:t>μασιν γεγραμμένον ἐν Τίῳ, ἐν τῇ τοῦ Σακερδῶτος οἰκίᾳ. “Εἰπὲ γάρ μοι,” ἔφη, “ὦ δέσποτα Γλύκων, τίς εἶ;” “Ἐγώ,” ἦ δ’ ὅς, “Ἀσκληπιὸς νέος.” “Ἄλλος παρ’ ἐκεῖνον τὸν πρότερον; πῶς λέγεις;” “Οὐ θέμις ἀκοῦσαί σε τοῦτό γε.”</w:t>
      </w:r>
    </w:p>
    <w:p>
      <w:r>
        <w:rPr>
          <w:rFonts w:ascii="Courier New" w:hAnsi="Courier New"/>
          <w:color w:val="555555"/>
          <w:sz w:val="20"/>
        </w:rPr>
        <w:t>[10]</w:t>
      </w:r>
    </w:p>
    <w:p>
      <w:r>
        <w:rPr>
          <w:rFonts w:ascii="Gentium Plus" w:hAnsi="Gentium Plus"/>
          <w:sz w:val="24"/>
        </w:rPr>
        <w:t>“Πόσα δὲ ἡμῖν ἔτη παραμενεῖς χρησμῳδῶν;” “Τρίτον πρὸς τοῖς χιλίοις.” “Εἶτα ποῖ μετα‐ στήσῃ;” “Ἐς Βάκτρα καὶ τὴν ἐκεῖ γῆν· δεῖ γὰρ</w:t>
      </w:r>
    </w:p>
    <w:p>
      <w:r>
        <w:rPr>
          <w:rFonts w:ascii="Courier New" w:hAnsi="Courier New"/>
          <w:color w:val="555555"/>
          <w:sz w:val="20"/>
        </w:rPr>
        <w:t>[15]</w:t>
      </w:r>
    </w:p>
    <w:p>
      <w:r>
        <w:rPr>
          <w:rFonts w:ascii="Gentium Plus" w:hAnsi="Gentium Plus"/>
          <w:sz w:val="24"/>
        </w:rPr>
        <w:t>Διδύμοις καὶ τὸ ἐν Κλάρῳ καὶ τὸ ἐν Δελφοῖς, ἔχουσι τὸν πατέρα τὸν Ἀπόλλω χρησμῳδοῦντα, ἢ ψευδεῖς εἰσιν οἱ νῦν ἐκπίπτοντες ἐκεῖ χρησμοί;” “Μηδὲ τοῦτο ἐθελήσῃς εἰδέναι· οὐ γὰρ θέμις.” “Ἐγὼ δὲ τίς ἔσομαι μετὰ τὸν νῦν βίον;”</w:t>
      </w:r>
    </w:p>
    <w:p>
      <w:r>
        <w:rPr>
          <w:rFonts w:ascii="Courier New" w:hAnsi="Courier New"/>
          <w:color w:val="555555"/>
          <w:sz w:val="20"/>
        </w:rPr>
        <w:t>[20]</w:t>
      </w:r>
    </w:p>
    <w:p>
      <w:r>
        <w:rPr>
          <w:rFonts w:ascii="Gentium Plus" w:hAnsi="Gentium Plus"/>
          <w:sz w:val="24"/>
        </w:rPr>
        <w:t>“Κάμηλος, εἶτα ἵππος, εἶτ’ ἀνὴρ σοφὸς καὶ προφήτης οὐ μείων Ἀλεξάνδρου.” Τοιαῦτα μὲν ὁ Γλύκων τῷ Σακερδῶτι διελέχθη. ἐπὶ τέλει δὲ χρησμὸν ἔμμετρον ἐφθέγξατο, εἰδὼς αὐτὸν Λεπίδῳ ἑταῖρον ὄντα·</w:t>
      </w:r>
    </w:p>
    <w:p>
      <w:r>
        <w:rPr>
          <w:rFonts w:ascii="Courier New" w:hAnsi="Courier New"/>
          <w:color w:val="555555"/>
          <w:sz w:val="20"/>
        </w:rPr>
        <w:t>[25]</w:t>
      </w:r>
    </w:p>
    <w:p>
      <w:r>
        <w:rPr>
          <w:rFonts w:ascii="Gentium Plus" w:hAnsi="Gentium Plus"/>
          <w:sz w:val="24"/>
        </w:rPr>
        <w:t>Μὴ πείθου Λεπίδῳ, ἐπεὶ ἦ λυγρὸς οἶτος ὀπηδεῖ. πάνυ γὰρ ἐδεδίει τὸν Ἐπίκουρον, ὡς προεῖπον, ὥς τινα ἀντίτεχνον καὶ ἀντισοφιστὴν τῆς μαγγανείας αὐτοῦ.</w:t>
      </w:r>
    </w:p>
    <w:p>
      <w:r>
        <w:rPr>
          <w:rFonts w:ascii="Courier New" w:hAnsi="Courier New"/>
          <w:color w:val="555555"/>
          <w:sz w:val="20"/>
        </w:rPr>
        <w:t>[Alex . 44]</w:t>
      </w:r>
    </w:p>
    <w:p>
      <w:r>
        <w:rPr>
          <w:rFonts w:ascii="Gentium Plus" w:hAnsi="Gentium Plus"/>
          <w:sz w:val="24"/>
        </w:rPr>
        <w:t>Ἕνα γοῦν τινα τῶν Ἐπικουρείων, τολμήσαντα καὶ διελέγχειν αὐτὸν ἐπὶ πολλῶν τῶν παρόντων, εἰς κίνδυνον οὐ μικρὸν κατέστησεν. ὁ μὲν γὰρ προσελθὼν ἔλεγεν μεγάλῃ τῇ φωνῇ· “Σὺ μέντοι</w:t>
      </w:r>
    </w:p>
    <w:p>
      <w:r>
        <w:rPr>
          <w:rFonts w:ascii="Courier New" w:hAnsi="Courier New"/>
          <w:color w:val="555555"/>
          <w:sz w:val="20"/>
        </w:rPr>
        <w:t>[5]</w:t>
      </w:r>
    </w:p>
    <w:p>
      <w:r>
        <w:rPr>
          <w:rFonts w:ascii="Gentium Plus" w:hAnsi="Gentium Plus"/>
          <w:sz w:val="24"/>
        </w:rPr>
        <w:t>γε, ὦ Ἀλέξανδρε, τὸν δεῖνα Παφλαγόνα προσ‐ αγαγεῖν οἰκέτας αὐτοῦ τῷ ἡγουμένῳ τῆς Γα‐ λατίας τὴν ἐπὶ θανάτῳ ἀνέπεισας ὡς ἀπεκτονότας τὸν υἱὸν αὐτοῦ ἐν Ἀλεξανδρείᾳ παιδευόμενον, ὁ δὲ νεανίσκος ζῇ καὶ ἐπανελήλυθε ζῶν μετὰ τὴν</w:t>
      </w:r>
    </w:p>
    <w:p>
      <w:r>
        <w:rPr>
          <w:rFonts w:ascii="Courier New" w:hAnsi="Courier New"/>
          <w:color w:val="555555"/>
          <w:sz w:val="20"/>
        </w:rPr>
        <w:t>[10]</w:t>
      </w:r>
    </w:p>
    <w:p>
      <w:r>
        <w:rPr>
          <w:rFonts w:ascii="Gentium Plus" w:hAnsi="Gentium Plus"/>
          <w:sz w:val="24"/>
        </w:rPr>
        <w:t>τῶν οἰκετῶν ἀπώλειαν, θηρίοις ὑπὸ σοῦ παρα‐ δοθέντων.” τοιοῦτον δέ τι ἐγεγένητο· ἀναπλεύσας ὁ νεανίσκος εἰς Αἴγυπτον ἄχρι τοῦ Κλύσματος,</w:t>
      </w:r>
    </w:p>
    <w:p>
      <w:r>
        <w:rPr>
          <w:rFonts w:ascii="Courier New" w:hAnsi="Courier New"/>
          <w:color w:val="555555"/>
          <w:sz w:val="20"/>
        </w:rPr>
        <w:t>[15]</w:t>
      </w:r>
    </w:p>
    <w:p>
      <w:r>
        <w:rPr>
          <w:rFonts w:ascii="Gentium Plus" w:hAnsi="Gentium Plus"/>
          <w:sz w:val="24"/>
        </w:rPr>
        <w:t>ἐκεῖνοι οἰκέται αὐτοῦ, οἰηθέντες ἢ ἐν τῷ Νείλῳ πλέοντα διεφθάρθαι τὸν νεανίσκον ἢ καὶ ὑπὸ λῃστῶν—πολλοὶ δὲ ἦσαν τότε—ἀνῃρῆσθαι, ἐπανῆλθον ἀπαγγέλλοντες αὐτοῦ τὸν ἀφανισμόν. εἶτα ὁ χρησμὸς καὶ ἡ καταδίκη, μεθ’ ἣν ἐπέστη ὁ</w:t>
      </w:r>
    </w:p>
    <w:p>
      <w:r>
        <w:rPr>
          <w:rFonts w:ascii="Courier New" w:hAnsi="Courier New"/>
          <w:color w:val="555555"/>
          <w:sz w:val="20"/>
        </w:rPr>
        <w:t>[20]</w:t>
      </w:r>
    </w:p>
    <w:p>
      <w:r>
        <w:rPr>
          <w:rFonts w:ascii="Gentium Plus" w:hAnsi="Gentium Plus"/>
          <w:sz w:val="24"/>
        </w:rPr>
        <w:t>νεανίσκος διηγούμενος τὴν ἀποδημίαν.</w:t>
      </w:r>
    </w:p>
    <w:p>
      <w:r>
        <w:rPr>
          <w:rFonts w:ascii="Courier New" w:hAnsi="Courier New"/>
          <w:color w:val="555555"/>
          <w:sz w:val="20"/>
        </w:rPr>
        <w:t>[Alex . 45]</w:t>
      </w:r>
    </w:p>
    <w:p>
      <w:r>
        <w:rPr>
          <w:rFonts w:ascii="Gentium Plus" w:hAnsi="Gentium Plus"/>
          <w:sz w:val="24"/>
        </w:rPr>
        <w:t>Ὃ μὲν ταῦτα ἔλεγεν. ὁ δὲ Ἀλέξανδρος ἀγανακτήσας ἐπὶ τῷ ἐλέγχῳ καὶ μὴ φέρων τοῦ ὀνείδους τὴν ἀλήθειαν ἐκέλευεν τοὺς παρόντας λίθοις βάλλειν αὐτόν, ἢ καὶ αὐτοὺς ἐναγεῖς ἔσεσθαι</w:t>
      </w:r>
    </w:p>
    <w:p>
      <w:r>
        <w:rPr>
          <w:rFonts w:ascii="Courier New" w:hAnsi="Courier New"/>
          <w:color w:val="555555"/>
          <w:sz w:val="20"/>
        </w:rPr>
        <w:t>[5]</w:t>
      </w:r>
    </w:p>
    <w:p>
      <w:r>
        <w:rPr>
          <w:rFonts w:ascii="Gentium Plus" w:hAnsi="Gentium Plus"/>
          <w:sz w:val="24"/>
        </w:rPr>
        <w:t>καὶ Ἐπικουρείους κληθήσεσθαι. τῶν δὲ βάλλειν ἀρξαμένων Δημόστρατός τις ἐπιδημῶν, τοῦ Πόν‐ του πρῶτος, περιχυθεὶς ἐρρύσατο τοῦ θανάτου τὸν ἄνθρωπον μικροῦ δεῖν καταλευσθέντα, πάνυ δικαίως. τί γὰρ ἔδει μόνον φρονεῖν ἐν τοσούτοις</w:t>
      </w:r>
    </w:p>
    <w:p>
      <w:r>
        <w:rPr>
          <w:rFonts w:ascii="Courier New" w:hAnsi="Courier New"/>
          <w:color w:val="555555"/>
          <w:sz w:val="20"/>
        </w:rPr>
        <w:t>[10]</w:t>
      </w:r>
    </w:p>
    <w:p>
      <w:r>
        <w:rPr>
          <w:rFonts w:ascii="Gentium Plus" w:hAnsi="Gentium Plus"/>
          <w:sz w:val="24"/>
        </w:rPr>
        <w:t>μεμηνόσιν καὶ παραπολαῦσαι τῆς Παφλαγόνων μωρίας;</w:t>
      </w:r>
    </w:p>
    <w:p>
      <w:r>
        <w:rPr>
          <w:rFonts w:ascii="Courier New" w:hAnsi="Courier New"/>
          <w:color w:val="555555"/>
          <w:sz w:val="20"/>
        </w:rPr>
        <w:t>[Alex . 46]</w:t>
      </w:r>
    </w:p>
    <w:p>
      <w:r>
        <w:rPr>
          <w:rFonts w:ascii="Gentium Plus" w:hAnsi="Gentium Plus"/>
          <w:sz w:val="24"/>
        </w:rPr>
        <w:t>Καὶ τὰ μὲν κατ’ ἐκεῖνον τοιαῦτα. εἰ δέ τινι, προσκαλουμένων κατὰ τάξιν τῶν χρησμῶν—πρὸ μιᾶς δὲ τοῦτο τοῦ θεσπίζειν ἐγίγνετο—καὶ ἐρομένου τοῦ κήρυκος εἰ θεσπίζει τῷδε, ἀνεῖπεν ἔνδοθεν·</w:t>
      </w:r>
    </w:p>
    <w:p>
      <w:r>
        <w:rPr>
          <w:rFonts w:ascii="Courier New" w:hAnsi="Courier New"/>
          <w:color w:val="555555"/>
          <w:sz w:val="20"/>
        </w:rPr>
        <w:t>[5]</w:t>
      </w:r>
    </w:p>
    <w:p>
      <w:r>
        <w:rPr>
          <w:rFonts w:ascii="Gentium Plus" w:hAnsi="Gentium Plus"/>
          <w:sz w:val="24"/>
        </w:rPr>
        <w:t>“Ἐς κόρακας,” οὐκέτι τὸν τοιοῦτον οὔτε στέγῃ τις ἐδέχετο οὔτε πυρὸς ἢ ὕδατος ἐκοινώνει, ἀλλ’ ἔδει γῆν πρὸ γῆς ἐλαύνεσθαι ὡς ἀσεβῆ καὶ ἄθεον</w:t>
      </w:r>
    </w:p>
    <w:p>
      <w:r>
        <w:rPr>
          <w:rFonts w:ascii="Courier New" w:hAnsi="Courier New"/>
          <w:color w:val="555555"/>
          <w:sz w:val="20"/>
        </w:rPr>
        <w:t>[Alex . 47]</w:t>
      </w:r>
    </w:p>
    <w:p>
      <w:r>
        <w:rPr>
          <w:rFonts w:ascii="Gentium Plus" w:hAnsi="Gentium Plus"/>
          <w:sz w:val="24"/>
        </w:rPr>
        <w:t>Ἓν γοῦν καὶ γελοιότατον ἐποίησεν ὁ Ἀλέξαν‐ δρος· εὑρὼν γὰρ τὰς Ἐπικούρου κυρίας δόξας, τὸ κάλλιστον, ὡς οἶσθα, τῶν βιβλίων καὶ κεφαλαιώδη περιέχον τῆς τἀνδρὸς σοφίας τὰ δόγματα, κομίσας</w:t>
      </w:r>
    </w:p>
    <w:p>
      <w:r>
        <w:rPr>
          <w:rFonts w:ascii="Courier New" w:hAnsi="Courier New"/>
          <w:color w:val="555555"/>
          <w:sz w:val="20"/>
        </w:rPr>
        <w:t>[5]</w:t>
      </w:r>
    </w:p>
    <w:p>
      <w:r>
        <w:rPr>
          <w:rFonts w:ascii="Gentium Plus" w:hAnsi="Gentium Plus"/>
          <w:sz w:val="24"/>
        </w:rPr>
        <w:t>εἰς τὴν ἀγορὰν μέσην ἔκαυσεν ἐπὶ ξύλων συκίνων ὡς δῆθεν αὐτὸν καταφλέγων, καὶ τὴν σποδὸν εἰς τὴν θάλασσαν ἐξέβαλεν, ἔτι καὶ χρησμὸν ἐπι‐ φθεγξάμενος· Πυρπολέειν κέλομαι δόξας ἀλαοῖο γέροντος·</w:t>
      </w:r>
    </w:p>
    <w:p>
      <w:r>
        <w:rPr>
          <w:rFonts w:ascii="Courier New" w:hAnsi="Courier New"/>
          <w:color w:val="555555"/>
          <w:sz w:val="20"/>
        </w:rPr>
        <w:t>[10]</w:t>
      </w:r>
    </w:p>
    <w:p>
      <w:r>
        <w:rPr>
          <w:rFonts w:ascii="Gentium Plus" w:hAnsi="Gentium Plus"/>
          <w:sz w:val="24"/>
        </w:rPr>
        <w:t>οὐκ εἰδὼς ὁ κατάρατος ὅσων ἀγαθῶν τὸ βιβλίον ἐκεῖνο τοῖς ἐντυχοῦσιν αἴτιον γίγνεται, καὶ ὅσην αὐτοῖς εἰρήνην καὶ ἀταραξίαν καὶ ἐλευθερίαν ἐνεργάζεται, δειμάτων μὲν καὶ φασμάτων καὶ τεράτων ἀπαλλάττον καὶ ἐλπίδων ματαίων καὶ</w:t>
      </w:r>
    </w:p>
    <w:p>
      <w:r>
        <w:rPr>
          <w:rFonts w:ascii="Courier New" w:hAnsi="Courier New"/>
          <w:color w:val="555555"/>
          <w:sz w:val="20"/>
        </w:rPr>
        <w:t>[15]</w:t>
      </w:r>
    </w:p>
    <w:p>
      <w:r>
        <w:rPr>
          <w:rFonts w:ascii="Gentium Plus" w:hAnsi="Gentium Plus"/>
          <w:sz w:val="24"/>
        </w:rPr>
        <w:t>περιττῶν ἐπιθυμιῶν, νοῦν δὲ καὶ ἀλήθειαν ἐντιθὲν καὶ καθαῖρον ὡς ἀληθῶς τὰς γνώμας, οὐχ ὑπὸ δᾳδὶ καὶ σκίλλῃ καὶ ταῖς τοιαύταις φλυαρίαις, ἀλλὰ λόγῳ ὀρθῷ καὶ ἀληθείᾳ καὶ παρρησίᾳ.</w:t>
      </w:r>
    </w:p>
    <w:p>
      <w:r>
        <w:rPr>
          <w:rFonts w:ascii="Courier New" w:hAnsi="Courier New"/>
          <w:color w:val="555555"/>
          <w:sz w:val="20"/>
        </w:rPr>
        <w:t>[Alex . 48]</w:t>
      </w:r>
    </w:p>
    <w:p>
      <w:r>
        <w:rPr>
          <w:rFonts w:ascii="Gentium Plus" w:hAnsi="Gentium Plus"/>
          <w:sz w:val="24"/>
        </w:rPr>
        <w:t>Ἐν δὲ τοῖς ἄλλοις ἕν τι καὶ μέγιστον τόλμημα τοῦ μιαροῦ ἀνδρὸς ἄκουσον. ἔχων γὰρ οὐ μικρὰν ἐπίβασιν ἐπὶ τὰ βασίλεια καὶ τὴν αὐλὴν τὸν Ῥουτιλιανὸν εὐδοκιμοῦντα, διαπέμπεται χρησμὸν</w:t>
      </w:r>
    </w:p>
    <w:p>
      <w:r>
        <w:rPr>
          <w:rFonts w:ascii="Courier New" w:hAnsi="Courier New"/>
          <w:color w:val="555555"/>
          <w:sz w:val="20"/>
        </w:rPr>
        <w:t>[5]</w:t>
      </w:r>
    </w:p>
    <w:p>
      <w:r>
        <w:rPr>
          <w:rFonts w:ascii="Gentium Plus" w:hAnsi="Gentium Plus"/>
          <w:sz w:val="24"/>
        </w:rPr>
        <w:t>τοῦ ἐν Γερμανίᾳ πολέμου ἀκμάζοντος, ὅτε θεὸς Μάρκος ἤδη τοῖς Μαρκομάνοις καὶ Κουάδοις συνεπλέκετο. ἠξίου δὲ ὁ χρησμὸς δύο λέοντας</w:t>
      </w:r>
    </w:p>
    <w:p>
      <w:r>
        <w:rPr>
          <w:rFonts w:ascii="Courier New" w:hAnsi="Courier New"/>
          <w:color w:val="555555"/>
          <w:sz w:val="20"/>
        </w:rPr>
        <w:t>[10]</w:t>
      </w:r>
    </w:p>
    <w:p>
      <w:r>
        <w:rPr>
          <w:rFonts w:ascii="Gentium Plus" w:hAnsi="Gentium Plus"/>
          <w:sz w:val="24"/>
        </w:rPr>
        <w:t>δὲ αὐτὸν εἰπεῖν τὸν χρησμόν· Ἐς δίνας Ἴστροιο διιπετέος ποταμοῖο ἐσβαλέειν κέλομαι δοιοὺς Κυβέλης θεράποντας, θῆρας ὀριτρεφέας, καὶ ὅσα τρέφει Ἰνδικὸς ἀὴρ ἄνθεα καὶ βοτάνας εὐώδεας· αὐτίκα δ’ ἔσται</w:t>
      </w:r>
    </w:p>
    <w:p>
      <w:r>
        <w:rPr>
          <w:rFonts w:ascii="Courier New" w:hAnsi="Courier New"/>
          <w:color w:val="555555"/>
          <w:sz w:val="20"/>
        </w:rPr>
        <w:t>[15]</w:t>
      </w:r>
    </w:p>
    <w:p>
      <w:r>
        <w:rPr>
          <w:rFonts w:ascii="Gentium Plus" w:hAnsi="Gentium Plus"/>
          <w:sz w:val="24"/>
        </w:rPr>
        <w:t>νίκη καὶ μέγα κῦδος ἅμ’ εἰρήνῃ ἐρατεινῇ. γενομένων δὲ τούτων ὡς προσέταξεν, τοὺς μὲν λέοντας ἐκνηξαμένους εἰς τὴν πολεμίαν οἱ βάρβαροι ξύλοις κατειργάσαντο ὥς τινας κύνας ἢ λύκους ξενικούς· αὐτίκα δὲ τὸ μέγιστον τραῦμα</w:t>
      </w:r>
    </w:p>
    <w:p>
      <w:r>
        <w:rPr>
          <w:rFonts w:ascii="Courier New" w:hAnsi="Courier New"/>
          <w:color w:val="555555"/>
          <w:sz w:val="20"/>
        </w:rPr>
        <w:t>[20]</w:t>
      </w:r>
    </w:p>
    <w:p>
      <w:r>
        <w:rPr>
          <w:rFonts w:ascii="Gentium Plus" w:hAnsi="Gentium Plus"/>
          <w:sz w:val="24"/>
        </w:rPr>
        <w:t>τοῖς ἡμετέροις ἐγένετο, δισμυρίων που σχεδὸν ἀθρόων ἀπολομένων. εἶτα ἐπηκολούθησε τὰ περὶ Ἀκυληΐαν γενόμενα καὶ ἡ παρὰ μικρὸν τῆς πόλεως ἐκείνης ἅλωσις. ὁ δὲ πρὸς τὸ ἀποβεβηκὸς τὴν Δελφικὴν ἐκείνην ἀπολογίαν καὶ τὸν τοῦ</w:t>
      </w:r>
    </w:p>
    <w:p>
      <w:r>
        <w:rPr>
          <w:rFonts w:ascii="Courier New" w:hAnsi="Courier New"/>
          <w:color w:val="555555"/>
          <w:sz w:val="20"/>
        </w:rPr>
        <w:t>[25]</w:t>
      </w:r>
    </w:p>
    <w:p>
      <w:r>
        <w:rPr>
          <w:rFonts w:ascii="Gentium Plus" w:hAnsi="Gentium Plus"/>
          <w:sz w:val="24"/>
        </w:rPr>
        <w:t>Κροίσου χρησμὸν ψυχρῶς παρῆγεν· νίκην μὲν γὰρ προειπεῖν τὸν θεόν, μὴ μέντοι δηλῶσαι Ῥωμαίων ἢ τῶν πολεμίων.</w:t>
      </w:r>
    </w:p>
    <w:p>
      <w:r>
        <w:rPr>
          <w:rFonts w:ascii="Courier New" w:hAnsi="Courier New"/>
          <w:color w:val="555555"/>
          <w:sz w:val="20"/>
        </w:rPr>
        <w:t>[Alex . 49]</w:t>
      </w:r>
    </w:p>
    <w:p>
      <w:r>
        <w:rPr>
          <w:rFonts w:ascii="Gentium Plus" w:hAnsi="Gentium Plus"/>
          <w:sz w:val="24"/>
        </w:rPr>
        <w:t>Ἤδη δὲ πολλῶν ἐπὶ πολλοῖς ἐπεισρεόντων καὶ τῆς πόλεως αὐτῶν θλιβομένης ὑπὸ τοῦ πλήθους τῶν ἐπὶ τὸ χρηστήριον ἀφικνουμένων καὶ τὰ</w:t>
      </w:r>
    </w:p>
    <w:p>
      <w:r>
        <w:rPr>
          <w:rFonts w:ascii="Courier New" w:hAnsi="Courier New"/>
          <w:color w:val="555555"/>
          <w:sz w:val="20"/>
        </w:rPr>
        <w:t>[5]</w:t>
      </w:r>
    </w:p>
    <w:p>
      <w:r>
        <w:rPr>
          <w:rFonts w:ascii="Gentium Plus" w:hAnsi="Gentium Plus"/>
          <w:sz w:val="24"/>
        </w:rPr>
        <w:t>νυκτερινοὺς καλουμένους χρησμούς. λαμβάνων γὰρ τὰ βιβλία ἐπεκοιμᾶτο, ὡς ἔφασκεν, αὐτοῖς καὶ ὡς ὄναρ παρὰ τοῦ θεοῦ ἀκούων ἀπεκρίνετο, οὐ μέντοι σαφεῖς τοὺς πολλούς, ἀλλ’ ἀμφιβόλους καὶ τεταραγμένους καὶ μάλιστα εἴ ποτε θεάσαιτο</w:t>
      </w:r>
    </w:p>
    <w:p>
      <w:r>
        <w:rPr>
          <w:rFonts w:ascii="Courier New" w:hAnsi="Courier New"/>
          <w:color w:val="555555"/>
          <w:sz w:val="20"/>
        </w:rPr>
        <w:t>[10]</w:t>
      </w:r>
    </w:p>
    <w:p>
      <w:r>
        <w:rPr>
          <w:rFonts w:ascii="Gentium Plus" w:hAnsi="Gentium Plus"/>
          <w:sz w:val="24"/>
        </w:rPr>
        <w:t>περιεργότερον τὸ βιβλίον κατεσφραγισμένον. οὐ γὰρ παρακινδυνεύων, τὸ ἐπελθὸν ἄλλως ὑπέ‐ γραφε, χρησμοῖς πρέπον καὶ τὸ τοιοῦτον οἰόμενος. καὶ ἦσάν τινες ἐξηγηταὶ ἐπὶ τοῦτο καθήμενοι καὶ μισθοὺς οὐκ ὀλίγους ἐκλέγοντες παρὰ τῶν τοὺς</w:t>
      </w:r>
    </w:p>
    <w:p>
      <w:r>
        <w:rPr>
          <w:rFonts w:ascii="Courier New" w:hAnsi="Courier New"/>
          <w:color w:val="555555"/>
          <w:sz w:val="20"/>
        </w:rPr>
        <w:t>[15]</w:t>
      </w:r>
    </w:p>
    <w:p>
      <w:r>
        <w:rPr>
          <w:rFonts w:ascii="Gentium Plus" w:hAnsi="Gentium Plus"/>
          <w:sz w:val="24"/>
        </w:rPr>
        <w:t>τοιούτους χρησμοὺς λαμβανόντων ἐπὶ τῇ ἐξηγήσει καὶ διαλύσει αὐτῶν. καὶ τοῦτο αὐτῶν τὸ ἔργον ὑπόμισθον ἦν· ἐτέλουν γὰρ οἱ ἐξηγηταὶ τῷ Ἀλεξάνδρῳ τάλαντον Ἀττικὸν ἑκάτερος.</w:t>
      </w:r>
    </w:p>
    <w:p>
      <w:r>
        <w:rPr>
          <w:rFonts w:ascii="Courier New" w:hAnsi="Courier New"/>
          <w:color w:val="555555"/>
          <w:sz w:val="20"/>
        </w:rPr>
        <w:t>[Alex . 50]</w:t>
      </w:r>
    </w:p>
    <w:p>
      <w:r>
        <w:rPr>
          <w:rFonts w:ascii="Gentium Plus" w:hAnsi="Gentium Plus"/>
          <w:sz w:val="24"/>
        </w:rPr>
        <w:t>Ἐνίοτε δὲ μήτε ἐρομένου τινὸς μήτε πεμφθέντος, ἀλλ’ οὐδὲ ὅλως ὄντος ἐχρησμῴδει πρὸς ἔκπληξιν τῶν ἀνοήτων, οἷον καὶ τοῦτο· Δίζεαι ὅστις σὴν ἄλοχον μάλα πάγχυ λεληθὼς</w:t>
      </w:r>
    </w:p>
    <w:p>
      <w:r>
        <w:rPr>
          <w:rFonts w:ascii="Courier New" w:hAnsi="Courier New"/>
          <w:color w:val="555555"/>
          <w:sz w:val="20"/>
        </w:rPr>
        <w:t>[5]</w:t>
      </w:r>
    </w:p>
    <w:p>
      <w:r>
        <w:rPr>
          <w:rFonts w:ascii="Gentium Plus" w:hAnsi="Gentium Plus"/>
          <w:sz w:val="24"/>
        </w:rPr>
        <w:t>Καλλιγένειαν ὑπὲρ λεχέων σαλαγεῖ κατὰ δῶμα; δοῦλος Πρωτογένης, τῷ δὴ σύ γε πάντα πέποιθας. ὤπυιες γὰρ ἐκεῖνον, ὁ δ’ αὖθις σὴν παράκοιτιν, ἀντίδοσιν ταύτην ὕβρεως ἄκρην ἀποτίνων. ἀλλ’ ἐπὶ σοὶ δὴ φάρμακ’ ἀπ’ αὐτῶν λυγρὰ τέτυκται,</w:t>
      </w:r>
    </w:p>
    <w:p>
      <w:r>
        <w:rPr>
          <w:rFonts w:ascii="Courier New" w:hAnsi="Courier New"/>
          <w:color w:val="555555"/>
          <w:sz w:val="20"/>
        </w:rPr>
        <w:t>[10]</w:t>
      </w:r>
    </w:p>
    <w:p>
      <w:r>
        <w:rPr>
          <w:rFonts w:ascii="Gentium Plus" w:hAnsi="Gentium Plus"/>
          <w:sz w:val="24"/>
        </w:rPr>
        <w:t>ὡς μήτ’ εἰσαΐοις μήτ’ εἰσοράοις ἃ ποιοῦσιν. εὑρήσεις δὲ κάτω ὑπὸ σῷ λέχει ἀγχόθι τοίχου πρὸς κεφαλῆς. καὶ σὴ θεράπαινα σύνοιδε Καλυψώ. τίς οὐκ ἂν Δημόκριτος διεταράχθη ἀκούσας ὀνόματα καὶ τόπους ἀκριβῶς, εἶτα μετ’ ὀλίγον</w:t>
      </w:r>
    </w:p>
    <w:p>
      <w:r>
        <w:rPr>
          <w:rFonts w:ascii="Courier New" w:hAnsi="Courier New"/>
          <w:color w:val="555555"/>
          <w:sz w:val="20"/>
        </w:rPr>
        <w:t>[15]</w:t>
      </w:r>
    </w:p>
    <w:p>
      <w:r>
        <w:rPr>
          <w:rFonts w:ascii="Gentium Plus" w:hAnsi="Gentium Plus"/>
          <w:sz w:val="24"/>
        </w:rPr>
        <w:t>κατέπτυσεν ἄν, συνεὶς τὴν ἐπίνοιαν αὐτῶν;</w:t>
      </w:r>
    </w:p>
    <w:p>
      <w:r>
        <w:rPr>
          <w:rFonts w:ascii="Courier New" w:hAnsi="Courier New"/>
          <w:color w:val="555555"/>
          <w:sz w:val="20"/>
        </w:rPr>
        <w:t>[Alex . 52]</w:t>
      </w:r>
    </w:p>
    <w:p>
      <w:r>
        <w:rPr>
          <w:rFonts w:ascii="Gentium Plus" w:hAnsi="Gentium Plus"/>
          <w:sz w:val="24"/>
        </w:rPr>
        <w:t>Ἄλλῳ πάλιν οὔτε παρόντι οὔτε ὅλως τινὶ ὄντι ἔφη ἄνευ μέτρου ἀναστρέφειν ὀπίσω· “ὁ γὰρ πέμψας σε τέθνηκεν ὑπὸ τοῦ γείτονος Διοκλέους τήμερον, λῃστῶν ἐπαχθέντων Μάγνου καὶ Βου‐</w:t>
      </w:r>
    </w:p>
    <w:p>
      <w:r>
        <w:rPr>
          <w:rFonts w:ascii="Courier New" w:hAnsi="Courier New"/>
          <w:color w:val="555555"/>
          <w:sz w:val="20"/>
        </w:rPr>
        <w:t>[5]</w:t>
      </w:r>
    </w:p>
    <w:p>
      <w:r>
        <w:rPr>
          <w:rFonts w:ascii="Gentium Plus" w:hAnsi="Gentium Plus"/>
          <w:sz w:val="24"/>
        </w:rPr>
        <w:t>βάλου, οἳ καὶ ἤδη δέδενται ληφθέντες.”</w:t>
      </w:r>
    </w:p>
    <w:p>
      <w:r>
        <w:rPr>
          <w:rFonts w:ascii="Courier New" w:hAnsi="Courier New"/>
          <w:color w:val="555555"/>
          <w:sz w:val="20"/>
        </w:rPr>
        <w:t>[Alex . 51]</w:t>
      </w:r>
    </w:p>
    <w:p>
      <w:r>
        <w:rPr>
          <w:rFonts w:ascii="Gentium Plus" w:hAnsi="Gentium Plus"/>
          <w:sz w:val="24"/>
        </w:rPr>
        <w:t>Ἀλλὰ καὶ βαρβάροις πολλάκις ἔχρησεν, εἴ τις τῇ πατρίῳ ἔροιτο φωνῇ, Συριστὶ ἢ Κελτιστί, ῥᾳδίως ἐξευρίσκων τινὰς ἐπιδημοῦντας ὁμοεθνεῖς τοῖς δεδωκόσιν. διὰ τοῦτο καὶ πολὺς ὁ ἐν μέσῳ</w:t>
      </w:r>
    </w:p>
    <w:p>
      <w:r>
        <w:rPr>
          <w:rFonts w:ascii="Courier New" w:hAnsi="Courier New"/>
          <w:color w:val="555555"/>
          <w:sz w:val="20"/>
        </w:rPr>
        <w:t>[5]</w:t>
      </w:r>
    </w:p>
    <w:p>
      <w:r>
        <w:rPr>
          <w:rFonts w:ascii="Gentium Plus" w:hAnsi="Gentium Plus"/>
          <w:sz w:val="24"/>
        </w:rPr>
        <w:t>χρόνος ἦν τῆς τε δόσεως τῶν βιβλίων καὶ τῆς χρησμῳδίας, ὡς ἐν τοσούτῳ κατὰ σχολὴν λύοιντό τε οἱ χρησμοὶ ἀσφαλῶς καὶ εὑρίσκοιντο οἱ ἑρμηνεῦσαι δυνάμενοι ἕκαστα. οἷος καὶ ὁ τῷ Σκύθῃ δοθεὶς χρησμὸς ἦν·</w:t>
      </w:r>
    </w:p>
    <w:p>
      <w:r>
        <w:rPr>
          <w:rFonts w:ascii="Courier New" w:hAnsi="Courier New"/>
          <w:color w:val="555555"/>
          <w:sz w:val="20"/>
        </w:rPr>
        <w:t>[10]</w:t>
      </w:r>
    </w:p>
    <w:p>
      <w:r>
        <w:rPr>
          <w:rFonts w:ascii="Gentium Plus" w:hAnsi="Gentium Plus"/>
          <w:sz w:val="24"/>
        </w:rPr>
        <w:t>Μορφὴν εὐβάργουλις εἰς σκιὰν χνεχικραγη λείψει φάος.</w:t>
      </w:r>
    </w:p>
    <w:p>
      <w:r>
        <w:rPr>
          <w:rFonts w:ascii="Courier New" w:hAnsi="Courier New"/>
          <w:color w:val="555555"/>
          <w:sz w:val="20"/>
        </w:rPr>
        <w:t>[Alex . 53]</w:t>
      </w:r>
    </w:p>
    <w:p>
      <w:r>
        <w:rPr>
          <w:rFonts w:ascii="Gentium Plus" w:hAnsi="Gentium Plus"/>
          <w:sz w:val="24"/>
        </w:rPr>
        <w:t>Ὀλίγους δὲ καὶ τῶν ἐμοὶ δοθέντων ἄκουσον· ἐρομένου γάρ μου εἰ φαλακρός ἐστιν Ἀλέξανδρος, καὶ κατασημηναμένου περιέργως καὶ προφανῶς ὑπογράφεται χρησμὸς νυκτερήσιος,</w:t>
      </w:r>
    </w:p>
    <w:p>
      <w:r>
        <w:rPr>
          <w:rFonts w:ascii="Courier New" w:hAnsi="Courier New"/>
          <w:color w:val="555555"/>
          <w:sz w:val="20"/>
        </w:rPr>
        <w:t>[5]</w:t>
      </w:r>
    </w:p>
    <w:p>
      <w:r>
        <w:rPr>
          <w:rFonts w:ascii="Gentium Plus" w:hAnsi="Gentium Plus"/>
          <w:sz w:val="24"/>
        </w:rPr>
        <w:t>Σαβαρδαλαχου μαλαχααττηαλος ἦν. Καὶ πάλιν ἐμοῦ ἐρομένου ἐν δύο βιβλίοις δια‐ φόροις τὴν αὐτὴν ἐρώτησιν, πόθεν ἦν Ὅμηρος ὁ ποιητής, ἐπ’ ἄλλου καὶ ἄλλου ὀνόματος, τῷ ἑτέρῳ μὲν ὑπέγραψεν ἐξαπατηθεὶς ὑπὸ τοῦ ἐμοῦ</w:t>
      </w:r>
    </w:p>
    <w:p>
      <w:r>
        <w:rPr>
          <w:rFonts w:ascii="Courier New" w:hAnsi="Courier New"/>
          <w:color w:val="555555"/>
          <w:sz w:val="20"/>
        </w:rPr>
        <w:t>[10]</w:t>
      </w:r>
    </w:p>
    <w:p>
      <w:r>
        <w:rPr>
          <w:rFonts w:ascii="Gentium Plus" w:hAnsi="Gentium Plus"/>
          <w:sz w:val="24"/>
        </w:rPr>
        <w:t>νεανίσκου—ἐρωτηθεὶς γὰρ ἐφ’ ὅ τι ἧκεν, “Θερα‐ πείας,” ἔφη, “αἰτήσων πρὸς ὀδύνην πλευροῦ”— Κυτμίδα χρίεσθαι κέλομαι δροσίην τε κέλητος· τῷ δὲ ἑτέρῳ, ἐπειδὴ καὶ τοῦτο ἠκηκόει ὡς ἐρομένου τοῦ πέμψαντος, εἴτε οἱ πλεῦσαι ἐπ’ Ἰταλίαν</w:t>
      </w:r>
    </w:p>
    <w:p>
      <w:r>
        <w:rPr>
          <w:rFonts w:ascii="Courier New" w:hAnsi="Courier New"/>
          <w:color w:val="555555"/>
          <w:sz w:val="20"/>
        </w:rPr>
        <w:t>[15]</w:t>
      </w:r>
    </w:p>
    <w:p>
      <w:r>
        <w:rPr>
          <w:rFonts w:ascii="Gentium Plus" w:hAnsi="Gentium Plus"/>
          <w:sz w:val="24"/>
        </w:rPr>
        <w:t>εἴτε πεζοπορῆσαι λῷον, ἀπεκρίνατο οὐδὲν πρὸς τὸν Ὅμηρον· Μὴ σύ γε πλωέμεναι, πεζὴν δὲ κατ’ οἶμον ὅδευε.</w:t>
      </w:r>
    </w:p>
    <w:p>
      <w:r>
        <w:rPr>
          <w:rFonts w:ascii="Courier New" w:hAnsi="Courier New"/>
          <w:color w:val="555555"/>
          <w:sz w:val="20"/>
        </w:rPr>
        <w:t>[Alex . 54]</w:t>
      </w:r>
    </w:p>
    <w:p>
      <w:r>
        <w:rPr>
          <w:rFonts w:ascii="Gentium Plus" w:hAnsi="Gentium Plus"/>
          <w:sz w:val="24"/>
        </w:rPr>
        <w:t>Πολλὰ γὰρ τοιαῦτα καὶ αὐτὸς ἐπεμηχανησάμην αὐτῷ, οἷον καὶ ἐκεῖνο· μίαν ἐρώτησιν ἐρωτήσας ἐπέγραψα τῷ βιβλίῳ κατὰ τὸ ἔθος· “τοῦ δεῖνος χρησμοὶ ὀκτώ,” ψευσάμενός τι ὄνομα, καὶ τὰς</w:t>
      </w:r>
    </w:p>
    <w:p>
      <w:r>
        <w:rPr>
          <w:rFonts w:ascii="Courier New" w:hAnsi="Courier New"/>
          <w:color w:val="555555"/>
          <w:sz w:val="20"/>
        </w:rPr>
        <w:t>[5]</w:t>
      </w:r>
    </w:p>
    <w:p>
      <w:r>
        <w:rPr>
          <w:rFonts w:ascii="Gentium Plus" w:hAnsi="Gentium Plus"/>
          <w:sz w:val="24"/>
        </w:rPr>
        <w:t>ὀκτὼ δραχμὰς καὶ τὸ γιγνόμενον ἔτι πρὸς ταύταις πέμψας· ὁ δὲ πιστεύσας τῇ ἀποπομπῇ τοῦ μισθοῦ καὶ τῇ ἐπιγραφῇ τοῦ βιβλίου, πρὸς μίαν ἐρώτησιν—ἦν δὲ αὕτη· “πότε ἁλώσεται μαγγα‐ νεύων Ἀλέξανδρος;” —ὀκτώ μοι χρησμοὺς</w:t>
      </w:r>
    </w:p>
    <w:p>
      <w:r>
        <w:rPr>
          <w:rFonts w:ascii="Courier New" w:hAnsi="Courier New"/>
          <w:color w:val="555555"/>
          <w:sz w:val="20"/>
        </w:rPr>
        <w:t>[10]</w:t>
      </w:r>
    </w:p>
    <w:p>
      <w:r>
        <w:rPr>
          <w:rFonts w:ascii="Gentium Plus" w:hAnsi="Gentium Plus"/>
          <w:sz w:val="24"/>
        </w:rPr>
        <w:t>ἔπεμψεν, οὔτε γῆς φασιν οὔτε οὐρανοῦ ἁπτο‐ μένους, ἀνοήτους δὲ καὶ δυσνοήτους ἅπαντας. Ἅπερ ὕστερον αἰσθόμενος, καὶ ὅτι Ῥουτιλιανὸν ἐγὼ ἀπέτρεπον τοῦ γάμου καὶ τοῦ πάνυ προσ‐ κεῖσθαι ταῖς τοῦ χρηστηρίου ἐλπίσιν, ἐμίσει,</w:t>
      </w:r>
    </w:p>
    <w:p>
      <w:r>
        <w:rPr>
          <w:rFonts w:ascii="Courier New" w:hAnsi="Courier New"/>
          <w:color w:val="555555"/>
          <w:sz w:val="20"/>
        </w:rPr>
        <w:t>[15]</w:t>
      </w:r>
    </w:p>
    <w:p>
      <w:r>
        <w:rPr>
          <w:rFonts w:ascii="Gentium Plus" w:hAnsi="Gentium Plus"/>
          <w:sz w:val="24"/>
        </w:rPr>
        <w:t>ὡς τὸ εἰκός, καὶ ἔχθιστον ἡγεῖτο. καί ποτε περὶ ἐμοῦ ἐρομένῳ τῷ Ῥουτιλιανῷ ἔφη· Νυκτιπλάνοις ὀάροις χαίρει κοίταις τε δυσάγνοις. καὶ ὅλως ἔχθιστος εἰκότως ἦν ἐγώ.</w:t>
      </w:r>
    </w:p>
    <w:p>
      <w:r>
        <w:rPr>
          <w:rFonts w:ascii="Courier New" w:hAnsi="Courier New"/>
          <w:color w:val="555555"/>
          <w:sz w:val="20"/>
        </w:rPr>
        <w:t>[Alex . 55]</w:t>
      </w:r>
    </w:p>
    <w:p>
      <w:r>
        <w:rPr>
          <w:rFonts w:ascii="Gentium Plus" w:hAnsi="Gentium Plus"/>
          <w:sz w:val="24"/>
        </w:rPr>
        <w:t>Κἀπειδὴ εἰσελθόντα με εἰς τὴν πόλιν ᾔσθετο καὶ ἔμαθεν ὡς ἐκεῖνος εἴην ὁ Λουκιανός—ἐπηγόμην δὲ καὶ στρατιώτας δύο, λογχοφόρον καὶ κοντο‐ φόρον, παρὰ τοῦ ἡγουμένου τῆς Καππαδοκίας,</w:t>
      </w:r>
    </w:p>
    <w:p>
      <w:r>
        <w:rPr>
          <w:rFonts w:ascii="Courier New" w:hAnsi="Courier New"/>
          <w:color w:val="555555"/>
          <w:sz w:val="20"/>
        </w:rPr>
        <w:t>[5]</w:t>
      </w:r>
    </w:p>
    <w:p>
      <w:r>
        <w:rPr>
          <w:rFonts w:ascii="Gentium Plus" w:hAnsi="Gentium Plus"/>
          <w:sz w:val="24"/>
        </w:rPr>
        <w:t>φίλου τότε ὄντος, λαβών, ὥς με παραπέμψειαν μέχρι πρὸς τὴν θάλατταν—αὐτίκα μεταστέλλεται δεξιῶς πάνυ καὶ μετὰ πολλῆς φιλοφροσύνης. ἐλθὼν δὲ ἐγὼ πολλοὺς καταλαμβάνω περὶ αὐτόν· συνεπηγόμην δὲ καὶ τοὺς στρατιώτας τύχῃ τινὶ</w:t>
      </w:r>
    </w:p>
    <w:p>
      <w:r>
        <w:rPr>
          <w:rFonts w:ascii="Courier New" w:hAnsi="Courier New"/>
          <w:color w:val="555555"/>
          <w:sz w:val="20"/>
        </w:rPr>
        <w:t>[10]</w:t>
      </w:r>
    </w:p>
    <w:p>
      <w:r>
        <w:rPr>
          <w:rFonts w:ascii="Gentium Plus" w:hAnsi="Gentium Plus"/>
          <w:sz w:val="24"/>
        </w:rPr>
        <w:t>ἀγαθῇ. καὶ ὁ μὲν προὔτεινέ μοι κύσαι τὴν δεξιάν, ὥσπερ εἰώθει τοῖς πολλοῖς, ἐγὼ δὲ προσφὺς ὡς φιλήσων, δήγματι χρηστῷ πάνυ μικροῦ δεῖν χωλὴν αὐτῷ ἐποίησα τὴν χεῖρα. Οἱ μὲν οὖν παρόντες ἄγχειν με καὶ παίειν</w:t>
      </w:r>
    </w:p>
    <w:p>
      <w:r>
        <w:rPr>
          <w:rFonts w:ascii="Courier New" w:hAnsi="Courier New"/>
          <w:color w:val="555555"/>
          <w:sz w:val="20"/>
        </w:rPr>
        <w:t>[15]</w:t>
      </w:r>
    </w:p>
    <w:p>
      <w:r>
        <w:rPr>
          <w:rFonts w:ascii="Gentium Plus" w:hAnsi="Gentium Plus"/>
          <w:sz w:val="24"/>
        </w:rPr>
        <w:t>ἐπειρῶντο ὡς ἱερόσυλον, καὶ πρότερον ἔτι ἀγα‐ νακτήσαντες ὅτι Ἀλέξανδρον αὐτόν, ἀλλὰ μὴ</w:t>
      </w:r>
    </w:p>
    <w:p>
      <w:r>
        <w:rPr>
          <w:rFonts w:ascii="Courier New" w:hAnsi="Courier New"/>
          <w:color w:val="555555"/>
          <w:sz w:val="20"/>
        </w:rPr>
        <w:t>[20]</w:t>
      </w:r>
    </w:p>
    <w:p>
      <w:r>
        <w:rPr>
          <w:rFonts w:ascii="Gentium Plus" w:hAnsi="Gentium Plus"/>
          <w:sz w:val="24"/>
        </w:rPr>
        <w:t>Γλύκωνος ἀρετήν, ὅτι καὶ τοὺς πάνυ τραχυνο‐ μένους φίλους ἀπεργάζεται. καὶ μεταστησάμενος ἅπαντας ἐδικαιολογεῖτο πρός με, λέγων πάνυ με εἰδέναι καὶ τὰ ὑπ’ ἐμοῦ Ῥουτιλιανῷ συμβουλευό‐ μενα, καὶ “Τί παθὼν ταῦτά με εἰργάσω, δυνά‐</w:t>
      </w:r>
    </w:p>
    <w:p>
      <w:r>
        <w:rPr>
          <w:rFonts w:ascii="Courier New" w:hAnsi="Courier New"/>
          <w:color w:val="555555"/>
          <w:sz w:val="20"/>
        </w:rPr>
        <w:t>[25]</w:t>
      </w:r>
    </w:p>
    <w:p>
      <w:r>
        <w:rPr>
          <w:rFonts w:ascii="Gentium Plus" w:hAnsi="Gentium Plus"/>
          <w:sz w:val="24"/>
        </w:rPr>
        <w:t>μενος ὑπ’ ἐμοῦ ἐπὶ μέγα προαχθῆναι παρ’ αὐτῷ;” κἀγὼ ἄσμενος ἤδη ἐδεχόμην τὴν φιλοφροσύνην ταύτην ὁρῶν οἷ κινδύνου καθειστήκειν, καὶ μετ’ ὀλίγον προῆλθον φίλος γεγενημένος. καὶ τοῦτο οὐ μικρὸν θαῦμα τοῖς ὁρῶσιν ἔδοξεν, οὕτω ῥᾳδία</w:t>
      </w:r>
    </w:p>
    <w:p>
      <w:r>
        <w:rPr>
          <w:rFonts w:ascii="Courier New" w:hAnsi="Courier New"/>
          <w:color w:val="555555"/>
          <w:sz w:val="20"/>
        </w:rPr>
        <w:t>[30]</w:t>
      </w:r>
    </w:p>
    <w:p>
      <w:r>
        <w:rPr>
          <w:rFonts w:ascii="Gentium Plus" w:hAnsi="Gentium Plus"/>
          <w:sz w:val="24"/>
        </w:rPr>
        <w:t>γενομένη μου ἡ μεταβολή.</w:t>
      </w:r>
    </w:p>
    <w:p>
      <w:r>
        <w:rPr>
          <w:rFonts w:ascii="Courier New" w:hAnsi="Courier New"/>
          <w:color w:val="555555"/>
          <w:sz w:val="20"/>
        </w:rPr>
        <w:t>[Alex . 56]</w:t>
      </w:r>
    </w:p>
    <w:p>
      <w:r>
        <w:rPr>
          <w:rFonts w:ascii="Gentium Plus" w:hAnsi="Gentium Plus"/>
          <w:sz w:val="24"/>
        </w:rPr>
        <w:t>Εἶτα δή μου ἐκπλεῖν προαιρουμένου ξένια καὶ δῶρα πολλὰ πέμψας—μόνος δὲ σὺν τῷ Ξενοφῶντι ἔτυχον ἐπιδημῶν, τὸν πατέρα καὶ τοὺς ἐμοὺς εἰς Ἄμαστριν προεκπεπομφώς—ὑπισχνεῖται καὶ</w:t>
      </w:r>
    </w:p>
    <w:p>
      <w:r>
        <w:rPr>
          <w:rFonts w:ascii="Courier New" w:hAnsi="Courier New"/>
          <w:color w:val="555555"/>
          <w:sz w:val="20"/>
        </w:rPr>
        <w:t>[5]</w:t>
      </w:r>
    </w:p>
    <w:p>
      <w:r>
        <w:rPr>
          <w:rFonts w:ascii="Gentium Plus" w:hAnsi="Gentium Plus"/>
          <w:sz w:val="24"/>
        </w:rPr>
        <w:t>πλοῖον αὐτὸς παρέξειν καὶ ἐρέτας τοὺς ἀπάξοντας. κἀγὼ μὲν ᾤμην ἁπλοῦν τι τοῦτο εἶναι καὶ δεξιόν· ἐπεὶ δὲ κατὰ μέσον τὸν πόρον ἐγενόμην, δακρύοντα ὁρῶν τὸν κυβερνήτην καὶ τοῖς ναύταις τι ἀντιλέ‐ γοντα οὐκ ἀγαθὰς εἶχον περὶ τῶν μελλόντων</w:t>
      </w:r>
    </w:p>
    <w:p>
      <w:r>
        <w:rPr>
          <w:rFonts w:ascii="Courier New" w:hAnsi="Courier New"/>
          <w:color w:val="555555"/>
          <w:sz w:val="20"/>
        </w:rPr>
        <w:t>[10]</w:t>
      </w:r>
    </w:p>
    <w:p>
      <w:r>
        <w:rPr>
          <w:rFonts w:ascii="Gentium Plus" w:hAnsi="Gentium Plus"/>
          <w:sz w:val="24"/>
        </w:rPr>
        <w:t>ἐλπίδας. ἦν δὲ αὐτοῖς ἐπεσταλμένον ὑπὸ τοῦ Ἀλεξάνδρου ἀραμένους ῥῖψαι ἡμᾶς εἰς τὴν θάλασσαν· ὅπερ εἰ ἐγένετο, ῥᾳδίως ἂν αὐτῷ διεπεπολέμητο τὰ πρὸς ἐμέ. ἀλλὰ δακρύων ἐκεῖνος ἔπεισεν καὶ τοὺς συνναύτας μηδὲν ἡμᾶς</w:t>
      </w:r>
    </w:p>
    <w:p>
      <w:r>
        <w:rPr>
          <w:rFonts w:ascii="Courier New" w:hAnsi="Courier New"/>
          <w:color w:val="555555"/>
          <w:sz w:val="20"/>
        </w:rPr>
        <w:t>[15]</w:t>
      </w:r>
    </w:p>
    <w:p>
      <w:r>
        <w:rPr>
          <w:rFonts w:ascii="Gentium Plus" w:hAnsi="Gentium Plus"/>
          <w:sz w:val="24"/>
        </w:rPr>
        <w:t>δεινὸν ἐργάσασθαι, καὶ πρὸς ἐμὲ ἔφη, “Ἔτη ἑξήκοντα, ὡς ὁρᾷς, ἀνεπίληπτον βίον καὶ ὅσιον προβεβηκὼς οὐκ ἂν βουλοίμην, ἐν τούτῳ τῆς</w:t>
      </w:r>
    </w:p>
    <w:p>
      <w:r>
        <w:rPr>
          <w:rFonts w:ascii="Courier New" w:hAnsi="Courier New"/>
          <w:color w:val="555555"/>
          <w:sz w:val="20"/>
        </w:rPr>
        <w:t>[Alex . 57]</w:t>
      </w:r>
    </w:p>
    <w:p>
      <w:r>
        <w:rPr>
          <w:rFonts w:ascii="Gentium Plus" w:hAnsi="Gentium Plus"/>
          <w:sz w:val="24"/>
        </w:rPr>
        <w:t>τὰ ὑπὸ τοῦ Ἀλεξάνδρου προστεταγμένα. κατα‐ θέμενος δὲ ἡμᾶς ἐν Αἰγιαλοῖς, ὧν καὶ ὁ καλὸς Ὅμηρος μέμνηται, ὀπίσω ἀπήλαυνον. Ἔνθα ἐγὼ παραπλέοντας εὑρὼν Βοσποριανούς</w:t>
      </w:r>
    </w:p>
    <w:p>
      <w:r>
        <w:rPr>
          <w:rFonts w:ascii="Courier New" w:hAnsi="Courier New"/>
          <w:color w:val="555555"/>
          <w:sz w:val="20"/>
        </w:rPr>
        <w:t>[5]</w:t>
      </w:r>
    </w:p>
    <w:p>
      <w:r>
        <w:rPr>
          <w:rFonts w:ascii="Gentium Plus" w:hAnsi="Gentium Plus"/>
          <w:sz w:val="24"/>
        </w:rPr>
        <w:t>τινας, πρέσβεις παρ’ Εὐπάτορος τοῦ βασιλέως εἰς τὴν Βιθυνίαν ἀπιόντας ἐπὶ κομιδῇ τῆς ἐπετείου συντάξεως, καὶ διηγησάμενος αὐτοῖς τὸν περι‐ στάντα ἡμᾶς κίνδυνον, καὶ δεξιῶν αὐτῶν τυχών, ἀναληφθεὶς ἐπὶ τὸ πλοῖον διασώζομαι εἰς τὴν</w:t>
      </w:r>
    </w:p>
    <w:p>
      <w:r>
        <w:rPr>
          <w:rFonts w:ascii="Courier New" w:hAnsi="Courier New"/>
          <w:color w:val="555555"/>
          <w:sz w:val="20"/>
        </w:rPr>
        <w:t>[10]</w:t>
      </w:r>
    </w:p>
    <w:p>
      <w:r>
        <w:rPr>
          <w:rFonts w:ascii="Gentium Plus" w:hAnsi="Gentium Plus"/>
          <w:sz w:val="24"/>
        </w:rPr>
        <w:t>Ἄμαστριν, παρὰ τοσοῦτον ἐλθὼν ἀποθανεῖν. Τοὐντεῦθεν καὶ αὐτὸς ἐπεκορυσσόμην αὐτῷ καὶ πάντα κάλων ἐκίνουν ἀμύνασθαι βουλόμενος, καὶ πρὸ τῆς ἐπιβουλῆς ἤδη μισῶν αὐτὸν καὶ ἔχθιστον ἡγούμενος διὰ τὴν τοῦ τρόπου μιαρίαν, καὶ πρὸς</w:t>
      </w:r>
    </w:p>
    <w:p>
      <w:r>
        <w:rPr>
          <w:rFonts w:ascii="Courier New" w:hAnsi="Courier New"/>
          <w:color w:val="555555"/>
          <w:sz w:val="20"/>
        </w:rPr>
        <w:t>[15]</w:t>
      </w:r>
    </w:p>
    <w:p>
      <w:r>
        <w:rPr>
          <w:rFonts w:ascii="Gentium Plus" w:hAnsi="Gentium Plus"/>
          <w:sz w:val="24"/>
        </w:rPr>
        <w:t>τὴν κατηγορίαν ὡρμήμην πολλοὺς συναγωνιστὰς ἔχων καὶ μάλιστα τοὺς ἀπὸ Τιμοκράτους τοῦ Ἡρακλεώτου φιλοσόφου· ἀλλ’ ὁ τότε ἡγούμενος Βιθυνίας καὶ τοῦ Πόντου Αὔειτος ἐπέσχε, μονονουχὶ ἱκετεύων καὶ ἀντιβολῶν παύσασθαι·</w:t>
      </w:r>
    </w:p>
    <w:p>
      <w:r>
        <w:rPr>
          <w:rFonts w:ascii="Courier New" w:hAnsi="Courier New"/>
          <w:color w:val="555555"/>
          <w:sz w:val="20"/>
        </w:rPr>
        <w:t>[20]</w:t>
      </w:r>
    </w:p>
    <w:p>
      <w:r>
        <w:rPr>
          <w:rFonts w:ascii="Gentium Plus" w:hAnsi="Gentium Plus"/>
          <w:sz w:val="24"/>
        </w:rPr>
        <w:t>διὰ γὰρ τὴν πρὸς Ῥουτιλιανὸν εὔνοιαν μὴ ἂν δύνασθαι, καὶ εἰ φανερῶς λάβοι ἀδικοῦντα, κολάσαι αὐτόν. οὕτω μὲν ἀνεκόπην τῆς ὁρμῆς καὶ ἐπαυσάμην οὐκ ἐν δέοντι θρασυνόμενος ἐφ’</w:t>
      </w:r>
    </w:p>
    <w:p>
      <w:r>
        <w:rPr>
          <w:rFonts w:ascii="Courier New" w:hAnsi="Courier New"/>
          <w:color w:val="555555"/>
          <w:sz w:val="20"/>
        </w:rPr>
        <w:t>[Alex . 58]</w:t>
      </w:r>
    </w:p>
    <w:p>
      <w:r>
        <w:rPr>
          <w:rFonts w:ascii="Gentium Plus" w:hAnsi="Gentium Plus"/>
          <w:sz w:val="24"/>
        </w:rPr>
        <w:t>Ἐκεῖνο δὲ πῶς οὐ μέγα ἐν τοῖς ἄλλοις τὸ τόλ‐ μημα τοῦ Ἀλεξάνδρου, τὸ αἰτῆσαι παρὰ τοῦ αὐτοκράτορος μετονομασθῆναι τὸ τοῦ Ἀβώνου τεῖχος καὶ Ἰωνόπολιν κληθῆναι, καὶ νόμισμα</w:t>
      </w:r>
    </w:p>
    <w:p>
      <w:r>
        <w:rPr>
          <w:rFonts w:ascii="Courier New" w:hAnsi="Courier New"/>
          <w:color w:val="555555"/>
          <w:sz w:val="20"/>
        </w:rPr>
        <w:t>[5]</w:t>
      </w:r>
    </w:p>
    <w:p>
      <w:r>
        <w:rPr>
          <w:rFonts w:ascii="Gentium Plus" w:hAnsi="Gentium Plus"/>
          <w:sz w:val="24"/>
        </w:rPr>
        <w:t>καινὸν κόψαι ἐγκεχαραγμένον τῇ μὲν τοῦ Γλύ‐ κωνος, κατὰ θάτερα δὲ Ἀλεξάνδρου, στέμματά τε τοῦ πάππου Ἀσκληπιοῦ καὶ τὴν ἅρπην ἐκείνην τοῦ πατρομήτορος Περσέως ἔχοντος;</w:t>
      </w:r>
    </w:p>
    <w:p>
      <w:r>
        <w:rPr>
          <w:rFonts w:ascii="Courier New" w:hAnsi="Courier New"/>
          <w:color w:val="555555"/>
          <w:sz w:val="20"/>
        </w:rPr>
        <w:t>[Alex . 59]</w:t>
      </w:r>
    </w:p>
    <w:p>
      <w:r>
        <w:rPr>
          <w:rFonts w:ascii="Gentium Plus" w:hAnsi="Gentium Plus"/>
          <w:sz w:val="24"/>
        </w:rPr>
        <w:t>Προειπὼν δὲ διὰ χρησμοῦ περὶ αὑτοῦ ὅτι ζῆσαι εἵμαρται αὐτῷ ἔτη πεντήκοντα καὶ ἑκατόν, εἶτα κεραυνῷ βληθέντα ἀποθανεῖν, οἰκτίστῳ τέλει οὐδὲ ἑβδομήκοντα ἔτη γεγονὼς ἀπέθανεν, ὡς</w:t>
      </w:r>
    </w:p>
    <w:p>
      <w:r>
        <w:rPr>
          <w:rFonts w:ascii="Courier New" w:hAnsi="Courier New"/>
          <w:color w:val="555555"/>
          <w:sz w:val="20"/>
        </w:rPr>
        <w:t>[5]</w:t>
      </w:r>
    </w:p>
    <w:p>
      <w:r>
        <w:rPr>
          <w:rFonts w:ascii="Gentium Plus" w:hAnsi="Gentium Plus"/>
          <w:sz w:val="24"/>
        </w:rPr>
        <w:t>Ποδαλειρίου υἱὸς διασαπεὶς τὸν πόδα μέχρι τοῦ βουβῶνος καὶ σκωλήκων ζέσας· ὅτεπερ καὶ ἐφωράθη φαλακρὸς ὤν, παρέχων τοῖς ἰατροῖς ἐπιβρέχειν αὐτοῦ τὴν κεφαλὴν διὰ τὴν ὀδύνην, ὃ οὐκ ἂν ποιῆσαι ἐδύναντο μὴ οὐχὶ τῆς φενάκης</w:t>
      </w:r>
    </w:p>
    <w:p>
      <w:r>
        <w:rPr>
          <w:rFonts w:ascii="Courier New" w:hAnsi="Courier New"/>
          <w:color w:val="555555"/>
          <w:sz w:val="20"/>
        </w:rPr>
        <w:t>[10]</w:t>
      </w:r>
    </w:p>
    <w:p>
      <w:r>
        <w:rPr>
          <w:rFonts w:ascii="Gentium Plus" w:hAnsi="Gentium Plus"/>
          <w:sz w:val="24"/>
        </w:rPr>
        <w:t>ἀφῃρημένης.</w:t>
      </w:r>
    </w:p>
    <w:p>
      <w:r>
        <w:rPr>
          <w:rFonts w:ascii="Courier New" w:hAnsi="Courier New"/>
          <w:color w:val="555555"/>
          <w:sz w:val="20"/>
        </w:rPr>
        <w:t>[Alex . 60]</w:t>
      </w:r>
    </w:p>
    <w:p>
      <w:r>
        <w:rPr>
          <w:rFonts w:ascii="Gentium Plus" w:hAnsi="Gentium Plus"/>
          <w:sz w:val="24"/>
        </w:rPr>
        <w:t>Τοιοῦτο τέλος τῆς Ἀλεξάνδρου τραγῳδίας καὶ αὕτη τοῦ παντὸς δράματος ἡ καταστροφὴ ἐγένετο, ὡς εἰκάζειν προνοίας τινὸς τὸ τοιοῦτον, εἰ καὶ κατὰ τύχην συνέβη. ἔδει δὲ καὶ τὸν ἐπιτάφιον</w:t>
      </w:r>
    </w:p>
    <w:p>
      <w:r>
        <w:rPr>
          <w:rFonts w:ascii="Courier New" w:hAnsi="Courier New"/>
          <w:color w:val="555555"/>
          <w:sz w:val="20"/>
        </w:rPr>
        <w:t>[5]</w:t>
      </w:r>
    </w:p>
    <w:p>
      <w:r>
        <w:rPr>
          <w:rFonts w:ascii="Gentium Plus" w:hAnsi="Gentium Plus"/>
          <w:sz w:val="24"/>
        </w:rPr>
        <w:t>αὐτοῦ ἄξιον γενέσθαι τοῦ βίου, καὶ ἀγῶνά τινα συστήσασθαι ὑπὲρ τοῦ χρηστηρίου, τῶν συνω‐ μοτῶν ἐκείνων καὶ γοήτων, ὅσοι κορυφαῖοι ἦσαν, ἀνελθόντων ἐπὶ διαιτητὴν τὸν Ῥουτιλιανόν, τίνα χρὴ προκριθῆναι αὐτῶν καὶ διαδέξασθαι τὸ</w:t>
      </w:r>
    </w:p>
    <w:p>
      <w:r>
        <w:rPr>
          <w:rFonts w:ascii="Courier New" w:hAnsi="Courier New"/>
          <w:color w:val="555555"/>
          <w:sz w:val="20"/>
        </w:rPr>
        <w:t>[10]</w:t>
      </w:r>
    </w:p>
    <w:p>
      <w:r>
        <w:rPr>
          <w:rFonts w:ascii="Gentium Plus" w:hAnsi="Gentium Plus"/>
          <w:sz w:val="24"/>
        </w:rPr>
        <w:t>μαντεῖον καὶ στεφανωθῆναι τῷ ἱεροφαντικῷ καὶ προφητικῷ στέμματι. ἦν δὲ ἐν αὐτοῖς καὶ Παῖτος, ἰατρὸς τὴν τέχνην, πολιός τις, οὔτε ἰατρῷ πρέποντα οὔτε πολιῷ ἀνδρὶ ταῦτα ποιῶν. ἀλλ’ ὁ ἀγωνοθέτης Ῥουτιλιανὸς ἀστεφανώτους αὐτοὺς</w:t>
      </w:r>
    </w:p>
    <w:p>
      <w:r>
        <w:rPr>
          <w:rFonts w:ascii="Courier New" w:hAnsi="Courier New"/>
          <w:color w:val="555555"/>
          <w:sz w:val="20"/>
        </w:rPr>
        <w:t>[15]</w:t>
      </w:r>
    </w:p>
    <w:p>
      <w:r>
        <w:rPr>
          <w:rFonts w:ascii="Gentium Plus" w:hAnsi="Gentium Plus"/>
          <w:sz w:val="24"/>
        </w:rPr>
        <w:t>ἀπέπεμψεν αὐτῷ τὴν προφητείαν φυλάττων μετὰ τὴν ἐντεῦθεν ἀπαλλαγήν.</w:t>
      </w:r>
    </w:p>
    <w:p>
      <w:r>
        <w:rPr>
          <w:rFonts w:ascii="Courier New" w:hAnsi="Courier New"/>
          <w:color w:val="555555"/>
          <w:sz w:val="20"/>
        </w:rPr>
        <w:t>[Alex . 61]</w:t>
      </w:r>
    </w:p>
    <w:p>
      <w:r>
        <w:rPr>
          <w:rFonts w:ascii="Gentium Plus" w:hAnsi="Gentium Plus"/>
          <w:sz w:val="24"/>
        </w:rPr>
        <w:t>Ταῦτα, ὦ φιλότης, ὀλίγα ἐκ πολλῶν δείγματος ἕνεκα γράψαι ἠξίωσα, καὶ σοὶ μὲν χαριζόμενος, ἀνδρὶ ἑταίρῳ καὶ φίλῳ καὶ ὃν ἐγὼ πάντων μάλιστα θαυμάσας ἔχω ἐπί τε σοφίᾳ καὶ τῷ πρὸς ἀλήθειαν</w:t>
      </w:r>
    </w:p>
    <w:p>
      <w:r>
        <w:rPr>
          <w:rFonts w:ascii="Courier New" w:hAnsi="Courier New"/>
          <w:color w:val="555555"/>
          <w:sz w:val="20"/>
        </w:rPr>
        <w:t>[5]</w:t>
      </w:r>
    </w:p>
    <w:p>
      <w:r>
        <w:rPr>
          <w:rFonts w:ascii="Gentium Plus" w:hAnsi="Gentium Plus"/>
          <w:sz w:val="24"/>
        </w:rPr>
        <w:t>ἔρωτι καὶ τρόπου πραότητι καὶ ἐπιεικείᾳ καὶ γαλήνῃ βίου καὶ δεξιότητι πρὸς τοὺς συνόντας, τὸ πλέον δέ, —ὅπερ καὶ σοὶ ἥδιον, —Ἐπικούρῳ τιμωρῶν, ἀνδρὶ ὡς ἀληθῶς ἱερῷ καὶ θεσπεσίῳ τὴν φύσιν καὶ μόνῳ μετ’ ἀληθείας τὰ καλὰ</w:t>
      </w:r>
    </w:p>
    <w:p>
      <w:r>
        <w:rPr>
          <w:rFonts w:ascii="Courier New" w:hAnsi="Courier New"/>
          <w:color w:val="555555"/>
          <w:sz w:val="20"/>
        </w:rPr>
        <w:t>[10]</w:t>
      </w:r>
    </w:p>
    <w:p>
      <w:r>
        <w:rPr>
          <w:rFonts w:ascii="Gentium Plus" w:hAnsi="Gentium Plus"/>
          <w:sz w:val="24"/>
        </w:rPr>
        <w:t>ἐγνωκότι καὶ παραδεδωκότι καὶ ἐλευθερωτῇ τῶν ὁμιλησάντων αὐτῷ γενομένῳ. οἶμαι δὲ ὅτι καὶ τοῖς ἐντυχοῦσι χρήσιμόν τι ἔχειν δόξει ἡ γραφή, τὰ μὲν διεξελέγχουσα, τὰ δὲ ἐν ταῖς τῶν εὖ</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