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Θεῶν Διάλογοι</w:t>
      </w:r>
      <w:r>
        <w:br/>
      </w:r>
      <w:r>
        <w:rPr>
          <w:i/>
          <w:color w:val="666666"/>
          <w:sz w:val="40"/>
        </w:rPr>
        <w:t>Dialogues of the Gods</w:t>
      </w:r>
    </w:p>
    <w:p>
      <w:pPr>
        <w:jc w:val="center"/>
      </w:pPr>
      <w:r>
        <w:rPr>
          <w:rFonts w:ascii="Times New Roman" w:hAnsi="Times New Roman"/>
          <w:color w:val="1E3A70"/>
          <w:sz w:val="32"/>
        </w:rPr>
        <w:t>Λουκιανὸς ὁ Σαμοσατεύς</w:t>
      </w:r>
      <w:r>
        <w:br/>
      </w:r>
      <w:r>
        <w:rPr>
          <w:i/>
          <w:color w:val="666666"/>
          <w:sz w:val="28"/>
        </w:rPr>
        <w:t>by Lucian of Samosata</w:t>
      </w:r>
    </w:p>
    <w:p/>
    <w:p>
      <w:pPr>
        <w:jc w:val="center"/>
      </w:pPr>
      <w:r>
        <w:rPr>
          <w:rFonts w:ascii="Gentium Plus" w:hAnsi="Gentium Plus"/>
          <w:b/>
          <w:sz w:val="24"/>
        </w:rPr>
        <w:t>ΘΕΩΝ ΔΙΑΛΟΓΟΙ</w:t>
      </w:r>
    </w:p>
    <w:p>
      <w:pPr>
        <w:jc w:val="center"/>
      </w:pPr>
      <w:r>
        <w:rPr>
          <w:rFonts w:ascii="Gentium Plus" w:hAnsi="Gentium Plus"/>
          <w:b/>
          <w:sz w:val="24"/>
        </w:rPr>
        <w:t>ΑΡΕΩΣ ΚΑΙ ΕΡΜΟΥ</w:t>
      </w:r>
    </w:p>
    <w:p>
      <w:r>
        <w:rPr>
          <w:rFonts w:ascii="Courier New" w:hAnsi="Courier New"/>
          <w:color w:val="555555"/>
          <w:sz w:val="20"/>
        </w:rPr>
        <w:t>[D Deor . 1 . 1]</w:t>
      </w:r>
    </w:p>
    <w:p>
      <w:r>
        <w:rPr>
          <w:rFonts w:ascii="Gentium Plus" w:hAnsi="Gentium Plus"/>
          <w:sz w:val="24"/>
        </w:rPr>
        <w:t>ΑΡΗΣ</w:t>
      </w:r>
    </w:p>
    <w:p>
      <w:r>
        <w:rPr>
          <w:rFonts w:ascii="Courier New" w:hAnsi="Courier New"/>
          <w:color w:val="555555"/>
          <w:sz w:val="20"/>
        </w:rPr>
        <w:t>[1]</w:t>
      </w:r>
    </w:p>
    <w:p>
      <w:r>
        <w:rPr>
          <w:rFonts w:ascii="Gentium Plus" w:hAnsi="Gentium Plus"/>
          <w:sz w:val="24"/>
        </w:rPr>
        <w:t>Ἤκουσας, ὦ Ἑρμῆ, οἷα ἠπείλησεν ἡμῖν ὁ Ζεύς, ὡς ὑπεροπτικὰ καὶ ὡς ἀπίθανα; Ἢν ἐθελήσω, φησίν, ἐγὼ μὲν ἐκ τοῦ οὐρανοῦ σειρὰν καθήσω, ὑμεῖς δὲ ἀποκρεμασθέντες κατασπᾶν βιάσεσθέ με, ἀλλὰ</w:t>
      </w:r>
    </w:p>
    <w:p>
      <w:r>
        <w:rPr>
          <w:rFonts w:ascii="Courier New" w:hAnsi="Courier New"/>
          <w:color w:val="555555"/>
          <w:sz w:val="20"/>
        </w:rPr>
        <w:t>[5]</w:t>
      </w:r>
    </w:p>
    <w:p>
      <w:r>
        <w:rPr>
          <w:rFonts w:ascii="Gentium Plus" w:hAnsi="Gentium Plus"/>
          <w:sz w:val="24"/>
        </w:rPr>
        <w:t>μάτην πονήσετε· οὐ γὰρ δὴ καθελκύσετε· εἰ δὲ ἐγὼ θελήσαιμι ἀνελκύσαι, οὐ μόνον ὑμᾶς, ἀλλὰ καὶ τὴν γῆν ἅμα καὶ τὴν θάλασσαν συνανασπάσας μετεωριῶ· καὶ τἆλλα ὅσα καὶ σὺ ἀκήκοας. ἐγὼ δὲ ὅτι μὲν καθ’ ἕνα πάντων ἀμείνων καὶ ἰσχυρό‐</w:t>
      </w:r>
    </w:p>
    <w:p>
      <w:r>
        <w:rPr>
          <w:rFonts w:ascii="Courier New" w:hAnsi="Courier New"/>
          <w:color w:val="555555"/>
          <w:sz w:val="20"/>
        </w:rPr>
        <w:t>[10]</w:t>
      </w:r>
    </w:p>
    <w:p>
      <w:r>
        <w:rPr>
          <w:rFonts w:ascii="Gentium Plus" w:hAnsi="Gentium Plus"/>
          <w:sz w:val="24"/>
        </w:rPr>
        <w:t>τερός ἐστιν οὐκ ἂν ἀρνηθείην, ὁμοῦ δὲ τῶν τοσούτων ὑπερφέρειν, ὡς μὴ καταβαρήσειν αὐτόν, ἢν καὶ τὴν γῆν καὶ τὴν θάλασσαν προσλάβωμεν, οὐκ ἂν πεισθείην.</w:t>
      </w:r>
    </w:p>
    <w:p>
      <w:r>
        <w:rPr>
          <w:rFonts w:ascii="Courier New" w:hAnsi="Courier New"/>
          <w:color w:val="555555"/>
          <w:sz w:val="20"/>
        </w:rPr>
        <w:t>[13]</w:t>
      </w:r>
    </w:p>
    <w:p>
      <w:r>
        <w:rPr>
          <w:rFonts w:ascii="Gentium Plus" w:hAnsi="Gentium Plus"/>
          <w:sz w:val="24"/>
        </w:rPr>
        <w:t>ΕΡΜΗΣ</w:t>
      </w:r>
    </w:p>
    <w:p>
      <w:r>
        <w:rPr>
          <w:rFonts w:ascii="Courier New" w:hAnsi="Courier New"/>
          <w:color w:val="555555"/>
          <w:sz w:val="20"/>
        </w:rPr>
        <w:t>[D Deor . 1 . 2]</w:t>
      </w:r>
    </w:p>
    <w:p>
      <w:r>
        <w:rPr>
          <w:rFonts w:ascii="Gentium Plus" w:hAnsi="Gentium Plus"/>
          <w:sz w:val="24"/>
        </w:rPr>
        <w:t>Εὐφήμει, ὦ Ἄρες· οὐ γὰρ ἀσφαλὲς λέγειν τὰ τοιαῦτα, μὴ καί τι κακὸν ἀπολαύσωμεν τῆς φλυαρίας.</w:t>
      </w:r>
    </w:p>
    <w:p>
      <w:r>
        <w:rPr>
          <w:rFonts w:ascii="Courier New" w:hAnsi="Courier New"/>
          <w:color w:val="555555"/>
          <w:sz w:val="20"/>
        </w:rPr>
        <w:t>[3]</w:t>
      </w:r>
    </w:p>
    <w:p>
      <w:r>
        <w:rPr>
          <w:rFonts w:ascii="Gentium Plus" w:hAnsi="Gentium Plus"/>
          <w:sz w:val="24"/>
        </w:rPr>
        <w:t>ΑΡΗΣ Οἴει γάρ με πρὸς πάντας ἂν ταῦτα εἰπεῖν, οὐχὶ</w:t>
      </w:r>
    </w:p>
    <w:p>
      <w:r>
        <w:rPr>
          <w:rFonts w:ascii="Courier New" w:hAnsi="Courier New"/>
          <w:color w:val="555555"/>
          <w:sz w:val="20"/>
        </w:rPr>
        <w:t>[5]</w:t>
      </w:r>
    </w:p>
    <w:p>
      <w:r>
        <w:rPr>
          <w:rFonts w:ascii="Gentium Plus" w:hAnsi="Gentium Plus"/>
          <w:sz w:val="24"/>
        </w:rPr>
        <w:t>δὲ πρὸς μόνον σέ, ὃν ἐχεμυθήσειν ἠπιστάμην; ὃ γοῦν μάλιστα γελοῖον ἔδοξέ μοι ἀκούοντι μεταξὺ τῆς ἀπειλῆς, οὐκ ἂν δυναίμην σιωπῆσαι πρὸς σέ· μέμνημαι γὰρ οὐ πρὸ πολλοῦ, ὁπότε ὁ Ποσειδῶν καὶ ἡ Ἥρα καὶ ἡ Ἀθηνᾶ ἐπαναστάντες ἐπεβούλευον</w:t>
      </w:r>
    </w:p>
    <w:p>
      <w:r>
        <w:rPr>
          <w:rFonts w:ascii="Courier New" w:hAnsi="Courier New"/>
          <w:color w:val="555555"/>
          <w:sz w:val="20"/>
        </w:rPr>
        <w:t>[10]</w:t>
      </w:r>
    </w:p>
    <w:p>
      <w:r>
        <w:rPr>
          <w:rFonts w:ascii="Gentium Plus" w:hAnsi="Gentium Plus"/>
          <w:sz w:val="24"/>
        </w:rPr>
        <w:t>ξυνδῆσαι λαβόντες αὐτόν, ὡς παντοῖος ἦν δεδιώς, καὶ ταῦτα τρεῖς ὄντας, καὶ εἰ μή γε ἡ Θέτις κατελεήσασα ἐκάλεσεν αὐτῷ σύμμαχον Βριάρεων ἑκατόγχειρα ὄντα, κἂν ἐδέδετο αὐτῷ κεραυνῷ καὶ βροντῇ. ταῦτα λογιζομένῳ ἐπῄει μοι γελᾶν ἐπὶ τῇ</w:t>
      </w:r>
    </w:p>
    <w:p>
      <w:r>
        <w:rPr>
          <w:rFonts w:ascii="Courier New" w:hAnsi="Courier New"/>
          <w:color w:val="555555"/>
          <w:sz w:val="20"/>
        </w:rPr>
        <w:t>[15]</w:t>
      </w:r>
    </w:p>
    <w:p>
      <w:r>
        <w:rPr>
          <w:rFonts w:ascii="Gentium Plus" w:hAnsi="Gentium Plus"/>
          <w:sz w:val="24"/>
        </w:rPr>
        <w:t>καλλιρρημοσύνῃ αὐτοῦ.</w:t>
      </w:r>
    </w:p>
    <w:p>
      <w:r>
        <w:rPr>
          <w:rFonts w:ascii="Courier New" w:hAnsi="Courier New"/>
          <w:color w:val="555555"/>
          <w:sz w:val="20"/>
        </w:rPr>
        <w:t>[15]</w:t>
      </w:r>
    </w:p>
    <w:p>
      <w:r>
        <w:rPr>
          <w:rFonts w:ascii="Gentium Plus" w:hAnsi="Gentium Plus"/>
          <w:sz w:val="24"/>
        </w:rPr>
        <w:t>ΕΡΜΗΣ Σιώπα, φημί· οὐ γὰρ ἀσφαλὲς οὔτε σοὶ λέγειν οὔτ’ ἐμοὶ ἀκούειν τὰ τοιαῦτα.</w:t>
      </w:r>
    </w:p>
    <w:p>
      <w:pPr>
        <w:jc w:val="center"/>
      </w:pPr>
      <w:r>
        <w:rPr>
          <w:rFonts w:ascii="Gentium Plus" w:hAnsi="Gentium Plus"/>
          <w:b/>
          <w:sz w:val="24"/>
        </w:rPr>
        <w:t>ΠΑΝΟΣ ΚΑΙ ΕΡΜΟΥ</w:t>
      </w:r>
    </w:p>
    <w:p>
      <w:r>
        <w:rPr>
          <w:rFonts w:ascii="Courier New" w:hAnsi="Courier New"/>
          <w:color w:val="555555"/>
          <w:sz w:val="20"/>
        </w:rPr>
        <w:t>[D Deor . 2 . 1]</w:t>
      </w:r>
    </w:p>
    <w:p>
      <w:r>
        <w:rPr>
          <w:rFonts w:ascii="Gentium Plus" w:hAnsi="Gentium Plus"/>
          <w:sz w:val="24"/>
        </w:rPr>
        <w:t>ΠΑΝ</w:t>
      </w:r>
    </w:p>
    <w:p>
      <w:r>
        <w:rPr>
          <w:rFonts w:ascii="Courier New" w:hAnsi="Courier New"/>
          <w:color w:val="555555"/>
          <w:sz w:val="20"/>
        </w:rPr>
        <w:t>[1]</w:t>
      </w:r>
    </w:p>
    <w:p>
      <w:r>
        <w:rPr>
          <w:rFonts w:ascii="Gentium Plus" w:hAnsi="Gentium Plus"/>
          <w:sz w:val="24"/>
        </w:rPr>
        <w:t>Χαῖρε, ὦ πάτερ Ἑρμῆ.</w:t>
      </w:r>
    </w:p>
    <w:p>
      <w:r>
        <w:rPr>
          <w:rFonts w:ascii="Courier New" w:hAnsi="Courier New"/>
          <w:color w:val="555555"/>
          <w:sz w:val="20"/>
        </w:rPr>
        <w:t>[1]</w:t>
      </w:r>
    </w:p>
    <w:p>
      <w:r>
        <w:rPr>
          <w:rFonts w:ascii="Gentium Plus" w:hAnsi="Gentium Plus"/>
          <w:sz w:val="24"/>
        </w:rPr>
        <w:t>ΕΡΜΗΣ Μὴ καὶ σύ γε. ἀλλὰ πῶς ἐγὼ σὸς πατήρ;</w:t>
      </w:r>
    </w:p>
    <w:p>
      <w:r>
        <w:rPr>
          <w:rFonts w:ascii="Courier New" w:hAnsi="Courier New"/>
          <w:color w:val="555555"/>
          <w:sz w:val="20"/>
        </w:rPr>
        <w:t>[2]</w:t>
      </w:r>
    </w:p>
    <w:p>
      <w:r>
        <w:rPr>
          <w:rFonts w:ascii="Gentium Plus" w:hAnsi="Gentium Plus"/>
          <w:sz w:val="24"/>
        </w:rPr>
        <w:t>ΠΑΝ Οὐχ ὁ Κυλλήνιος Ἑρμῆς ὢν τυγχάνεις;</w:t>
      </w:r>
    </w:p>
    <w:p>
      <w:r>
        <w:rPr>
          <w:rFonts w:ascii="Courier New" w:hAnsi="Courier New"/>
          <w:color w:val="555555"/>
          <w:sz w:val="20"/>
        </w:rPr>
        <w:t>[3]</w:t>
      </w:r>
    </w:p>
    <w:p>
      <w:r>
        <w:rPr>
          <w:rFonts w:ascii="Gentium Plus" w:hAnsi="Gentium Plus"/>
          <w:sz w:val="24"/>
        </w:rPr>
        <w:t>ΕΡΜΗΣ</w:t>
      </w:r>
    </w:p>
    <w:p>
      <w:r>
        <w:rPr>
          <w:rFonts w:ascii="Courier New" w:hAnsi="Courier New"/>
          <w:color w:val="555555"/>
          <w:sz w:val="20"/>
        </w:rPr>
        <w:t>[4]</w:t>
      </w:r>
    </w:p>
    <w:p>
      <w:r>
        <w:rPr>
          <w:rFonts w:ascii="Gentium Plus" w:hAnsi="Gentium Plus"/>
          <w:sz w:val="24"/>
        </w:rPr>
        <w:t>ΠΑΝ</w:t>
      </w:r>
    </w:p>
    <w:p>
      <w:r>
        <w:rPr>
          <w:rFonts w:ascii="Courier New" w:hAnsi="Courier New"/>
          <w:color w:val="555555"/>
          <w:sz w:val="20"/>
        </w:rPr>
        <w:t>[5]</w:t>
      </w:r>
    </w:p>
    <w:p>
      <w:r>
        <w:rPr>
          <w:rFonts w:ascii="Gentium Plus" w:hAnsi="Gentium Plus"/>
          <w:sz w:val="24"/>
        </w:rPr>
        <w:t>Μοιχίδιός εἰμι, ἐξ ἔρωτός σοι γενόμενος.</w:t>
      </w:r>
    </w:p>
    <w:p>
      <w:r>
        <w:rPr>
          <w:rFonts w:ascii="Courier New" w:hAnsi="Courier New"/>
          <w:color w:val="555555"/>
          <w:sz w:val="20"/>
        </w:rPr>
        <w:t>[5]</w:t>
      </w:r>
    </w:p>
    <w:p>
      <w:r>
        <w:rPr>
          <w:rFonts w:ascii="Gentium Plus" w:hAnsi="Gentium Plus"/>
          <w:sz w:val="24"/>
        </w:rPr>
        <w:t>ΕΡΜΗΣ Νὴ Δία, τράγου ἴσως τινὸς μοιχεύσαντος αἶγα· ἐμοὶ γὰρ πῶς, κέρατα ἔχων καὶ ῥῖνα τοιαύτην καὶ πώγωνα λάσιον καὶ σκέλη διχαλὰ καὶ τραγικὰ καὶ οὐρὰν ὑπὲρ τὰς πυγάς;</w:t>
      </w:r>
    </w:p>
    <w:p>
      <w:r>
        <w:rPr>
          <w:rFonts w:ascii="Courier New" w:hAnsi="Courier New"/>
          <w:color w:val="555555"/>
          <w:sz w:val="20"/>
        </w:rPr>
        <w:t>[9]</w:t>
      </w:r>
    </w:p>
    <w:p>
      <w:r>
        <w:rPr>
          <w:rFonts w:ascii="Gentium Plus" w:hAnsi="Gentium Plus"/>
          <w:sz w:val="24"/>
        </w:rPr>
        <w:t>ΠΑΝ</w:t>
      </w:r>
    </w:p>
    <w:p>
      <w:r>
        <w:rPr>
          <w:rFonts w:ascii="Courier New" w:hAnsi="Courier New"/>
          <w:color w:val="555555"/>
          <w:sz w:val="20"/>
        </w:rPr>
        <w:t>[10]</w:t>
      </w:r>
    </w:p>
    <w:p>
      <w:r>
        <w:rPr>
          <w:rFonts w:ascii="Gentium Plus" w:hAnsi="Gentium Plus"/>
          <w:sz w:val="24"/>
        </w:rPr>
        <w:t>Ὅσα ἂν ἀποσκώψῃς με, τὸν σεαυτοῦ υἱόν, ὦ πάτερ, ἐπονείδιστον ἀποφαίνεις, μᾶλλον δὲ σεαυτόν, ὃς τοιαῦτα γεννᾷς καὶ παιδοποιεῖς, ἐγὼ δὲ ἀναί‐ τιος.</w:t>
      </w:r>
    </w:p>
    <w:p>
      <w:r>
        <w:rPr>
          <w:rFonts w:ascii="Courier New" w:hAnsi="Courier New"/>
          <w:color w:val="555555"/>
          <w:sz w:val="20"/>
        </w:rPr>
        <w:t>[13]</w:t>
      </w:r>
    </w:p>
    <w:p>
      <w:r>
        <w:rPr>
          <w:rFonts w:ascii="Gentium Plus" w:hAnsi="Gentium Plus"/>
          <w:sz w:val="24"/>
        </w:rPr>
        <w:t>ΕΡΜΗΣ Τίνα καὶ φῄς σου μητέρα; ἤ που ἔλαθον αἶγα</w:t>
      </w:r>
    </w:p>
    <w:p>
      <w:r>
        <w:rPr>
          <w:rFonts w:ascii="Courier New" w:hAnsi="Courier New"/>
          <w:color w:val="555555"/>
          <w:sz w:val="20"/>
        </w:rPr>
        <w:t>[15]</w:t>
      </w:r>
    </w:p>
    <w:p>
      <w:r>
        <w:rPr>
          <w:rFonts w:ascii="Gentium Plus" w:hAnsi="Gentium Plus"/>
          <w:sz w:val="24"/>
        </w:rPr>
        <w:t>μοιχεύσας ἔγωγε;</w:t>
      </w:r>
    </w:p>
    <w:p>
      <w:r>
        <w:rPr>
          <w:rFonts w:ascii="Courier New" w:hAnsi="Courier New"/>
          <w:color w:val="555555"/>
          <w:sz w:val="20"/>
        </w:rPr>
        <w:t>[15]</w:t>
      </w:r>
    </w:p>
    <w:p>
      <w:r>
        <w:rPr>
          <w:rFonts w:ascii="Gentium Plus" w:hAnsi="Gentium Plus"/>
          <w:sz w:val="24"/>
        </w:rPr>
        <w:t>ΠΑΝ Οὐκ αἶγα ἐμοίχευσας, ἀλλ’ ἀνάμνησον σεαυτόν, εἴ ποτε ἐν Ἀρκαδίᾳ παῖδα ἐλευθέραν ἐβιάσω. τί δα‐ κὼν τὸν δάκτυλον ζητεῖς καὶ ἐπὶ πολὺ ἀπορεῖς; τὴν Ἰκαρίου λέγω Πηνελόπην.</w:t>
      </w:r>
    </w:p>
    <w:p>
      <w:r>
        <w:rPr>
          <w:rFonts w:ascii="Courier New" w:hAnsi="Courier New"/>
          <w:color w:val="555555"/>
          <w:sz w:val="20"/>
        </w:rPr>
        <w:t>[19]</w:t>
      </w:r>
    </w:p>
    <w:p>
      <w:r>
        <w:rPr>
          <w:rFonts w:ascii="Gentium Plus" w:hAnsi="Gentium Plus"/>
          <w:sz w:val="24"/>
        </w:rPr>
        <w:t>ΕΡΜΗΣ</w:t>
      </w:r>
    </w:p>
    <w:p>
      <w:r>
        <w:rPr>
          <w:rFonts w:ascii="Courier New" w:hAnsi="Courier New"/>
          <w:color w:val="555555"/>
          <w:sz w:val="20"/>
        </w:rPr>
        <w:t>[20]</w:t>
      </w:r>
    </w:p>
    <w:p>
      <w:r>
        <w:rPr>
          <w:rFonts w:ascii="Gentium Plus" w:hAnsi="Gentium Plus"/>
          <w:sz w:val="24"/>
        </w:rPr>
        <w:t>Εἶτα τί παθοῦσα ἐκείνη ἀντ’ ἐμοῦ τράγῳ σε</w:t>
      </w:r>
    </w:p>
    <w:p>
      <w:r>
        <w:rPr>
          <w:rFonts w:ascii="Courier New" w:hAnsi="Courier New"/>
          <w:color w:val="555555"/>
          <w:sz w:val="20"/>
        </w:rPr>
        <w:t>[21]</w:t>
      </w:r>
    </w:p>
    <w:p>
      <w:r>
        <w:rPr>
          <w:rFonts w:ascii="Gentium Plus" w:hAnsi="Gentium Plus"/>
          <w:sz w:val="24"/>
        </w:rPr>
        <w:t>ΠΑΝ</w:t>
      </w:r>
    </w:p>
    <w:p>
      <w:r>
        <w:rPr>
          <w:rFonts w:ascii="Courier New" w:hAnsi="Courier New"/>
          <w:color w:val="555555"/>
          <w:sz w:val="20"/>
        </w:rPr>
        <w:t>[D Deor . 2 . 2]</w:t>
      </w:r>
    </w:p>
    <w:p>
      <w:r>
        <w:rPr>
          <w:rFonts w:ascii="Gentium Plus" w:hAnsi="Gentium Plus"/>
          <w:sz w:val="24"/>
        </w:rPr>
        <w:t>Αὐτῆς ἐκείνης λόγον σοι ἐρῶ· ὅτε γάρ με ἐξέπεμπεν ἐπὶ τὴν Ἀρκαδίαν, Ὦ παῖ, μήτηρ μέν σοι, ἔφη, ἐγώ εἰμι, Πηνελόπη ἡ Σπαρτιᾶτις, τὸν πατέρα δὲ γίνωσκε θεὸν ἔχων Ἑρμῆν Μαίας καὶ</w:t>
      </w:r>
    </w:p>
    <w:p>
      <w:r>
        <w:rPr>
          <w:rFonts w:ascii="Courier New" w:hAnsi="Courier New"/>
          <w:color w:val="555555"/>
          <w:sz w:val="20"/>
        </w:rPr>
        <w:t>[5]</w:t>
      </w:r>
    </w:p>
    <w:p>
      <w:r>
        <w:rPr>
          <w:rFonts w:ascii="Gentium Plus" w:hAnsi="Gentium Plus"/>
          <w:sz w:val="24"/>
        </w:rPr>
        <w:t>Διός. εἰ δὲ κερασφόρος καὶ τραγοσκελὴς εἶ, μὴ λυπείτω σε· ὁπότε γάρ μοι συνῄει ὁ πατὴρ ὁ σός, τράγῳ ἑαυτὸν ἀπείκασεν, ὡς λάθοι, καὶ διὰ τοῦτο ὅμοιος ἀπέβης τῷ τράγῳ.</w:t>
      </w:r>
    </w:p>
    <w:p>
      <w:r>
        <w:rPr>
          <w:rFonts w:ascii="Courier New" w:hAnsi="Courier New"/>
          <w:color w:val="555555"/>
          <w:sz w:val="20"/>
        </w:rPr>
        <w:t>[8]</w:t>
      </w:r>
    </w:p>
    <w:p>
      <w:r>
        <w:rPr>
          <w:rFonts w:ascii="Gentium Plus" w:hAnsi="Gentium Plus"/>
          <w:sz w:val="24"/>
        </w:rPr>
        <w:t>ΕΡΜΗΣ Νὴ Δία, μέμνημαι ποιήσας τοιοῦτόν τι. ἐγὼ οὖν</w:t>
      </w:r>
    </w:p>
    <w:p>
      <w:r>
        <w:rPr>
          <w:rFonts w:ascii="Courier New" w:hAnsi="Courier New"/>
          <w:color w:val="555555"/>
          <w:sz w:val="20"/>
        </w:rPr>
        <w:t>[10]</w:t>
      </w:r>
    </w:p>
    <w:p>
      <w:r>
        <w:rPr>
          <w:rFonts w:ascii="Gentium Plus" w:hAnsi="Gentium Plus"/>
          <w:sz w:val="24"/>
        </w:rPr>
        <w:t>ὁ ἐπὶ κάλλει μέγα φρονῶν, ἔτι ἀγένειος αὐτὸς ὢν σὸς πατὴρ κεκλήσομαι καὶ γέλωτα ὀφλήσω παρὰ πᾶσιν ἐπὶ τῇ εὐπαιδίᾳ;</w:t>
      </w:r>
    </w:p>
    <w:p>
      <w:r>
        <w:rPr>
          <w:rFonts w:ascii="Courier New" w:hAnsi="Courier New"/>
          <w:color w:val="555555"/>
          <w:sz w:val="20"/>
        </w:rPr>
        <w:t>[12]</w:t>
      </w:r>
    </w:p>
    <w:p>
      <w:r>
        <w:rPr>
          <w:rFonts w:ascii="Gentium Plus" w:hAnsi="Gentium Plus"/>
          <w:sz w:val="24"/>
        </w:rPr>
        <w:t>ΠΑΝ</w:t>
      </w:r>
    </w:p>
    <w:p>
      <w:r>
        <w:rPr>
          <w:rFonts w:ascii="Courier New" w:hAnsi="Courier New"/>
          <w:color w:val="555555"/>
          <w:sz w:val="20"/>
        </w:rPr>
        <w:t>[D Deor . 2 . 3]</w:t>
      </w:r>
    </w:p>
    <w:p>
      <w:r>
        <w:rPr>
          <w:rFonts w:ascii="Gentium Plus" w:hAnsi="Gentium Plus"/>
          <w:sz w:val="24"/>
        </w:rPr>
        <w:t>Καὶ μὴν οὐ καταισχυνῶ σε, ὦ πάτερ· μου‐ σικός τε γάρ εἰμι καὶ συρίζω πάνυ καπυρόν, καὶ ὁ Διόνυσος οὐδὲν ἐμοῦ ἄνευ ποιεῖν δύναται, ἀλλὰ ἑταῖρον καὶ θιασώτην πεποίηταί με, καὶ ἡγοῦμαι</w:t>
      </w:r>
    </w:p>
    <w:p>
      <w:r>
        <w:rPr>
          <w:rFonts w:ascii="Courier New" w:hAnsi="Courier New"/>
          <w:color w:val="555555"/>
          <w:sz w:val="20"/>
        </w:rPr>
        <w:t>[5]</w:t>
      </w:r>
    </w:p>
    <w:p>
      <w:r>
        <w:rPr>
          <w:rFonts w:ascii="Gentium Plus" w:hAnsi="Gentium Plus"/>
          <w:sz w:val="24"/>
        </w:rPr>
        <w:t>αὐτῷ τοῦ χοροῦ· καὶ τὰ ποίμνια δὲ εἰ θεάσαιό μου, ὁπόσα περὶ Τεγέαν καὶ ἀνὰ τὸ Παρθένιον ἔχω, πάνυ ἡσθήσῃ· ἄρχω δὲ καὶ τῆς Ἀρκαδίας ἁπάσης· πρῴην δὲ καὶ Ἀθηναίοις συμμαχήσας οὕτως ἠρίστευσα Μαραθῶνι, ὥστε καὶ ἀριστεῖον ᾑρέθη</w:t>
      </w:r>
    </w:p>
    <w:p>
      <w:r>
        <w:rPr>
          <w:rFonts w:ascii="Courier New" w:hAnsi="Courier New"/>
          <w:color w:val="555555"/>
          <w:sz w:val="20"/>
        </w:rPr>
        <w:t>[10]</w:t>
      </w:r>
    </w:p>
    <w:p>
      <w:r>
        <w:rPr>
          <w:rFonts w:ascii="Gentium Plus" w:hAnsi="Gentium Plus"/>
          <w:sz w:val="24"/>
        </w:rPr>
        <w:t>μοι τὸ ὑπὸ τῇ ἀκροπόλει σπήλαιον. ἢν γοῦν εἰς</w:t>
      </w:r>
    </w:p>
    <w:p>
      <w:r>
        <w:rPr>
          <w:rFonts w:ascii="Courier New" w:hAnsi="Courier New"/>
          <w:color w:val="555555"/>
          <w:sz w:val="20"/>
        </w:rPr>
        <w:t>[11]</w:t>
      </w:r>
    </w:p>
    <w:p>
      <w:r>
        <w:rPr>
          <w:rFonts w:ascii="Gentium Plus" w:hAnsi="Gentium Plus"/>
          <w:sz w:val="24"/>
        </w:rPr>
        <w:t>ΕΡΜΗΣ</w:t>
      </w:r>
    </w:p>
    <w:p>
      <w:r>
        <w:rPr>
          <w:rFonts w:ascii="Courier New" w:hAnsi="Courier New"/>
          <w:color w:val="555555"/>
          <w:sz w:val="20"/>
        </w:rPr>
        <w:t>[D Deor . 2 . 4]</w:t>
      </w:r>
    </w:p>
    <w:p>
      <w:r>
        <w:rPr>
          <w:rFonts w:ascii="Gentium Plus" w:hAnsi="Gentium Plus"/>
          <w:sz w:val="24"/>
        </w:rPr>
        <w:t>Εἰπὲ δέ μοι, γεγάμηκας, ὦ Πάν, ἤδη; τοῦτο γάρ, οἶμαι, καλοῦσίν σε.</w:t>
      </w:r>
    </w:p>
    <w:p>
      <w:r>
        <w:rPr>
          <w:rFonts w:ascii="Courier New" w:hAnsi="Courier New"/>
          <w:color w:val="555555"/>
          <w:sz w:val="20"/>
        </w:rPr>
        <w:t>[2]</w:t>
      </w:r>
    </w:p>
    <w:p>
      <w:r>
        <w:rPr>
          <w:rFonts w:ascii="Gentium Plus" w:hAnsi="Gentium Plus"/>
          <w:sz w:val="24"/>
        </w:rPr>
        <w:t>ΠΑΝ Οὐδαμῶς, ὦ πάτερ· ἐρωτικὸς γάρ εἰμι καὶ οὐκ ἂν ἀγαπήσαιμι συνὼν μιᾷ.</w:t>
      </w:r>
    </w:p>
    <w:p>
      <w:r>
        <w:rPr>
          <w:rFonts w:ascii="Courier New" w:hAnsi="Courier New"/>
          <w:color w:val="555555"/>
          <w:sz w:val="20"/>
        </w:rPr>
        <w:t>[4]</w:t>
      </w:r>
    </w:p>
    <w:p>
      <w:r>
        <w:rPr>
          <w:rFonts w:ascii="Gentium Plus" w:hAnsi="Gentium Plus"/>
          <w:sz w:val="24"/>
        </w:rPr>
        <w:t>ΕΡΜΗΣ</w:t>
      </w:r>
    </w:p>
    <w:p>
      <w:r>
        <w:rPr>
          <w:rFonts w:ascii="Courier New" w:hAnsi="Courier New"/>
          <w:color w:val="555555"/>
          <w:sz w:val="20"/>
        </w:rPr>
        <w:t>[5]</w:t>
      </w:r>
    </w:p>
    <w:p>
      <w:r>
        <w:rPr>
          <w:rFonts w:ascii="Gentium Plus" w:hAnsi="Gentium Plus"/>
          <w:sz w:val="24"/>
        </w:rPr>
        <w:t>Ταῖς οὖν αἰξὶ δηλαδὴ ἐπιχειρεῖς.</w:t>
      </w:r>
    </w:p>
    <w:p>
      <w:r>
        <w:rPr>
          <w:rFonts w:ascii="Courier New" w:hAnsi="Courier New"/>
          <w:color w:val="555555"/>
          <w:sz w:val="20"/>
        </w:rPr>
        <w:t>[5]</w:t>
      </w:r>
    </w:p>
    <w:p>
      <w:r>
        <w:rPr>
          <w:rFonts w:ascii="Gentium Plus" w:hAnsi="Gentium Plus"/>
          <w:sz w:val="24"/>
        </w:rPr>
        <w:t>ΠΑΝ Σὺ μὲν σκώπτεις, ἐγὼ δὲ τῇ τε Ἠχοῖ καὶ τῇ Πίτυϊ σύνειμι καὶ ἁπάσαις ταῖς τοῦ Διονύσου Μαινάσι καὶ πάνυ σπουδάζομαι πρὸς αὐτῶν.</w:t>
      </w:r>
    </w:p>
    <w:p>
      <w:r>
        <w:rPr>
          <w:rFonts w:ascii="Courier New" w:hAnsi="Courier New"/>
          <w:color w:val="555555"/>
          <w:sz w:val="20"/>
        </w:rPr>
        <w:t>[8]</w:t>
      </w:r>
    </w:p>
    <w:p>
      <w:r>
        <w:rPr>
          <w:rFonts w:ascii="Gentium Plus" w:hAnsi="Gentium Plus"/>
          <w:sz w:val="24"/>
        </w:rPr>
        <w:t>ΕΡΜΗΣ Οἶσθα οὖν, ὦ τέκνον, ὅ τι χαρίσῃ τὸ πρῶτον</w:t>
      </w:r>
    </w:p>
    <w:p>
      <w:r>
        <w:rPr>
          <w:rFonts w:ascii="Courier New" w:hAnsi="Courier New"/>
          <w:color w:val="555555"/>
          <w:sz w:val="20"/>
        </w:rPr>
        <w:t>[10]</w:t>
      </w:r>
    </w:p>
    <w:p>
      <w:r>
        <w:rPr>
          <w:rFonts w:ascii="Gentium Plus" w:hAnsi="Gentium Plus"/>
          <w:sz w:val="24"/>
        </w:rPr>
        <w:t>αἰτοῦντί μοι;</w:t>
      </w:r>
    </w:p>
    <w:p>
      <w:r>
        <w:rPr>
          <w:rFonts w:ascii="Courier New" w:hAnsi="Courier New"/>
          <w:color w:val="555555"/>
          <w:sz w:val="20"/>
        </w:rPr>
        <w:t>[10]</w:t>
      </w:r>
    </w:p>
    <w:p>
      <w:r>
        <w:rPr>
          <w:rFonts w:ascii="Gentium Plus" w:hAnsi="Gentium Plus"/>
          <w:sz w:val="24"/>
        </w:rPr>
        <w:t>ΠΑΝ Πρόσταττε, ὦ πάτερ· ἡμεῖς μὲν ἴδωμεν ταῦτα.</w:t>
      </w:r>
    </w:p>
    <w:p>
      <w:r>
        <w:rPr>
          <w:rFonts w:ascii="Courier New" w:hAnsi="Courier New"/>
          <w:color w:val="555555"/>
          <w:sz w:val="20"/>
        </w:rPr>
        <w:t>[11]</w:t>
      </w:r>
    </w:p>
    <w:p>
      <w:r>
        <w:rPr>
          <w:rFonts w:ascii="Gentium Plus" w:hAnsi="Gentium Plus"/>
          <w:sz w:val="24"/>
        </w:rPr>
        <w:t>ΕΡΜΗΣ Καὶ πρόσιθί μοι καὶ φιλοφρονοῦ· πατέρα δὲ ὅρα μὴ καλέσῃς με ἄλλου ἀκούοντος.</w:t>
      </w:r>
    </w:p>
    <w:p>
      <w:pPr>
        <w:jc w:val="center"/>
      </w:pPr>
      <w:r>
        <w:rPr>
          <w:rFonts w:ascii="Gentium Plus" w:hAnsi="Gentium Plus"/>
          <w:b/>
          <w:sz w:val="24"/>
        </w:rPr>
        <w:t>ΑΠΟΛΛΩΝΟΣ ΚΑΙ ΔΙΟΝΥΣΟΥ</w:t>
      </w:r>
    </w:p>
    <w:p>
      <w:r>
        <w:rPr>
          <w:rFonts w:ascii="Courier New" w:hAnsi="Courier New"/>
          <w:color w:val="555555"/>
          <w:sz w:val="20"/>
        </w:rPr>
        <w:t>[D Deor . 3 . 1]</w:t>
      </w:r>
    </w:p>
    <w:p>
      <w:r>
        <w:rPr>
          <w:rFonts w:ascii="Gentium Plus" w:hAnsi="Gentium Plus"/>
          <w:sz w:val="24"/>
        </w:rPr>
        <w:t>ΑΠΟΛΛΩΝ</w:t>
      </w:r>
    </w:p>
    <w:p>
      <w:r>
        <w:rPr>
          <w:rFonts w:ascii="Courier New" w:hAnsi="Courier New"/>
          <w:color w:val="555555"/>
          <w:sz w:val="20"/>
        </w:rPr>
        <w:t>[1]</w:t>
      </w:r>
    </w:p>
    <w:p>
      <w:r>
        <w:rPr>
          <w:rFonts w:ascii="Gentium Plus" w:hAnsi="Gentium Plus"/>
          <w:sz w:val="24"/>
        </w:rPr>
        <w:t>Τί ἂν λέγοιμεν; ὁμομητρίους, ὦ Διόνυσε,</w:t>
      </w:r>
    </w:p>
    <w:p>
      <w:r>
        <w:rPr>
          <w:rFonts w:ascii="Courier New" w:hAnsi="Courier New"/>
          <w:color w:val="555555"/>
          <w:sz w:val="20"/>
        </w:rPr>
        <w:t>[5]</w:t>
      </w:r>
    </w:p>
    <w:p>
      <w:r>
        <w:rPr>
          <w:rFonts w:ascii="Gentium Plus" w:hAnsi="Gentium Plus"/>
          <w:sz w:val="24"/>
        </w:rPr>
        <w:t>καὶ δύναμιν οὐ μικρὰν περιβεβλημένος ἁπάντων ἄρχων, ὁ δὲ θῆλυς καὶ ἡμίανδρος καὶ ἀμφίβολος τὴν ὄψιν· οὐκ ἂν διακρίναις εἴτ’ ἔφηβός ἐστιν εἴτε καὶ παρθένος· ὁ δὲ καὶ πέρα τοῦ εὐπρεποῦς ἀνδρικὸς ὁ Πρίαπος.</w:t>
      </w:r>
    </w:p>
    <w:p>
      <w:r>
        <w:rPr>
          <w:rFonts w:ascii="Courier New" w:hAnsi="Courier New"/>
          <w:color w:val="555555"/>
          <w:sz w:val="20"/>
        </w:rPr>
        <w:t>[9]</w:t>
      </w:r>
    </w:p>
    <w:p>
      <w:r>
        <w:rPr>
          <w:rFonts w:ascii="Gentium Plus" w:hAnsi="Gentium Plus"/>
          <w:sz w:val="24"/>
        </w:rPr>
        <w:t>ΔΙΟΝΥΣΟΣ</w:t>
      </w:r>
    </w:p>
    <w:p>
      <w:r>
        <w:rPr>
          <w:rFonts w:ascii="Courier New" w:hAnsi="Courier New"/>
          <w:color w:val="555555"/>
          <w:sz w:val="20"/>
        </w:rPr>
        <w:t>[10]</w:t>
      </w:r>
    </w:p>
    <w:p>
      <w:r>
        <w:rPr>
          <w:rFonts w:ascii="Gentium Plus" w:hAnsi="Gentium Plus"/>
          <w:sz w:val="24"/>
        </w:rPr>
        <w:t>Μηδὲν θαυμάσῃς, ὦ Ἄπολλον· οὐ γὰρ Ἀφρο‐ δίτη αἰτία τούτου, ἀλλὰ οἱ πατέρες διάφοροι γεγε‐ νημένοι, ὅπου γε καὶ ὁμοπάτριοι πολλάκις ἐκ μιᾶς γαστρός, ὁ μὲν ἄρσην, ἡ δὲ θήλεια, ὥσπερ ὑμεῖς, γίνονται.</w:t>
      </w:r>
    </w:p>
    <w:p>
      <w:r>
        <w:rPr>
          <w:rFonts w:ascii="Courier New" w:hAnsi="Courier New"/>
          <w:color w:val="555555"/>
          <w:sz w:val="20"/>
        </w:rPr>
        <w:t>[14]</w:t>
      </w:r>
    </w:p>
    <w:p>
      <w:r>
        <w:rPr>
          <w:rFonts w:ascii="Gentium Plus" w:hAnsi="Gentium Plus"/>
          <w:sz w:val="24"/>
        </w:rPr>
        <w:t>ΑΠΟΛΛΩΝ</w:t>
      </w:r>
    </w:p>
    <w:p>
      <w:r>
        <w:rPr>
          <w:rFonts w:ascii="Courier New" w:hAnsi="Courier New"/>
          <w:color w:val="555555"/>
          <w:sz w:val="20"/>
        </w:rPr>
        <w:t>[15]</w:t>
      </w:r>
    </w:p>
    <w:p>
      <w:r>
        <w:rPr>
          <w:rFonts w:ascii="Gentium Plus" w:hAnsi="Gentium Plus"/>
          <w:sz w:val="24"/>
        </w:rPr>
        <w:t>Ναί· ἀλλ’ ἡμεῖς ὅμοιοί ἐσμεν καὶ ταὐτὰ ἐπι‐ τηδεύομεν· τοξόται γὰρ ἄμφω.</w:t>
      </w:r>
    </w:p>
    <w:p>
      <w:r>
        <w:rPr>
          <w:rFonts w:ascii="Courier New" w:hAnsi="Courier New"/>
          <w:color w:val="555555"/>
          <w:sz w:val="20"/>
        </w:rPr>
        <w:t>[16]</w:t>
      </w:r>
    </w:p>
    <w:p>
      <w:r>
        <w:rPr>
          <w:rFonts w:ascii="Gentium Plus" w:hAnsi="Gentium Plus"/>
          <w:sz w:val="24"/>
        </w:rPr>
        <w:t>ΔΙΟΝΥΣΟΣ Μέχρι μὲν τόξου τὰ αὐτά, ὦ Ἄπολλον, ἐκεῖνα δὲ οὐχ ὅμοια, ὅτι ἡ μὲν Ἄρτεμις ξενοκτονεῖ ἐν Σκύθαις, σὺ δὲ μαντεύῃ καὶ ἰᾷ τοὺς κάμνοντας.</w:t>
      </w:r>
    </w:p>
    <w:p>
      <w:r>
        <w:rPr>
          <w:rFonts w:ascii="Courier New" w:hAnsi="Courier New"/>
          <w:color w:val="555555"/>
          <w:sz w:val="20"/>
        </w:rPr>
        <w:t>[19]</w:t>
      </w:r>
    </w:p>
    <w:p>
      <w:r>
        <w:rPr>
          <w:rFonts w:ascii="Gentium Plus" w:hAnsi="Gentium Plus"/>
          <w:sz w:val="24"/>
        </w:rPr>
        <w:t>ΑΠΟΛΛΩΝ</w:t>
      </w:r>
    </w:p>
    <w:p>
      <w:r>
        <w:rPr>
          <w:rFonts w:ascii="Courier New" w:hAnsi="Courier New"/>
          <w:color w:val="555555"/>
          <w:sz w:val="20"/>
        </w:rPr>
        <w:t>[20]</w:t>
      </w:r>
    </w:p>
    <w:p>
      <w:r>
        <w:rPr>
          <w:rFonts w:ascii="Gentium Plus" w:hAnsi="Gentium Plus"/>
          <w:sz w:val="24"/>
        </w:rPr>
        <w:t>Οἴει γὰρ τὴν ἀδελφὴν χαίρειν τοῖς Σκύθαις, ἥ γε καὶ παρεσκεύασται, ἤν τις Ἕλλην ἀφίκηταί ποτε εἰς τὴν Ταυρικήν, συνεκπλεῦσαι μετ’ αὐτοῦ</w:t>
      </w:r>
    </w:p>
    <w:p>
      <w:r>
        <w:rPr>
          <w:rFonts w:ascii="Courier New" w:hAnsi="Courier New"/>
          <w:color w:val="555555"/>
          <w:sz w:val="20"/>
        </w:rPr>
        <w:t>[23]</w:t>
      </w:r>
    </w:p>
    <w:p>
      <w:r>
        <w:rPr>
          <w:rFonts w:ascii="Gentium Plus" w:hAnsi="Gentium Plus"/>
          <w:sz w:val="24"/>
        </w:rPr>
        <w:t>ΔΙΟΝΥΣΟΣ</w:t>
      </w:r>
    </w:p>
    <w:p>
      <w:r>
        <w:rPr>
          <w:rFonts w:ascii="Courier New" w:hAnsi="Courier New"/>
          <w:color w:val="555555"/>
          <w:sz w:val="20"/>
        </w:rPr>
        <w:t>[D Deor . 3 . 2]</w:t>
      </w:r>
    </w:p>
    <w:p>
      <w:r>
        <w:rPr>
          <w:rFonts w:ascii="Gentium Plus" w:hAnsi="Gentium Plus"/>
          <w:sz w:val="24"/>
        </w:rPr>
        <w:t>Εὖ γε ἐκείνη ποιοῦσα. ὁ μέντοι Πρίαπος, γελοῖον γάρ τί σοι διηγήσομαι, πρῴην ἐν Λαμψάκῳ γενόμενος, ἐγὼ μὲν παρῄειν τὴν πόλιν, ὁ δὲ ὑποδε‐ ξάμενός με καὶ ξενίσας παρ’ αὑτῷ, ἐπειδὴ ἀνεπαυ‐</w:t>
      </w:r>
    </w:p>
    <w:p>
      <w:r>
        <w:rPr>
          <w:rFonts w:ascii="Courier New" w:hAnsi="Courier New"/>
          <w:color w:val="555555"/>
          <w:sz w:val="20"/>
        </w:rPr>
        <w:t>[5]</w:t>
      </w:r>
    </w:p>
    <w:p>
      <w:r>
        <w:rPr>
          <w:rFonts w:ascii="Gentium Plus" w:hAnsi="Gentium Plus"/>
          <w:sz w:val="24"/>
        </w:rPr>
        <w:t>σάμεθα ἐν τῷ συμποσίῳ ἱκανῶς ὑποβεβρεγμένοι, κατ’ αὐτάς που μέσας νύκτας ἐπαναστὰς ὁ γενναῖος —αἰδοῦμαι δὲ λέγειν.</w:t>
      </w:r>
    </w:p>
    <w:p>
      <w:r>
        <w:rPr>
          <w:rFonts w:ascii="Courier New" w:hAnsi="Courier New"/>
          <w:color w:val="555555"/>
          <w:sz w:val="20"/>
        </w:rPr>
        <w:t>[7]</w:t>
      </w:r>
    </w:p>
    <w:p>
      <w:r>
        <w:rPr>
          <w:rFonts w:ascii="Gentium Plus" w:hAnsi="Gentium Plus"/>
          <w:sz w:val="24"/>
        </w:rPr>
        <w:t>ΑΠΟΛΛΩΝ Ἐπείρα σε, Διόνυσε;</w:t>
      </w:r>
    </w:p>
    <w:p>
      <w:r>
        <w:rPr>
          <w:rFonts w:ascii="Courier New" w:hAnsi="Courier New"/>
          <w:color w:val="555555"/>
          <w:sz w:val="20"/>
        </w:rPr>
        <w:t>[8]</w:t>
      </w:r>
    </w:p>
    <w:p>
      <w:r>
        <w:rPr>
          <w:rFonts w:ascii="Gentium Plus" w:hAnsi="Gentium Plus"/>
          <w:sz w:val="24"/>
        </w:rPr>
        <w:t>ΔΙΟΝΥΣΟΣ Τοιοῦτόν ἐστι.</w:t>
      </w:r>
    </w:p>
    <w:p>
      <w:r>
        <w:rPr>
          <w:rFonts w:ascii="Courier New" w:hAnsi="Courier New"/>
          <w:color w:val="555555"/>
          <w:sz w:val="20"/>
        </w:rPr>
        <w:t>[9]</w:t>
      </w:r>
    </w:p>
    <w:p>
      <w:r>
        <w:rPr>
          <w:rFonts w:ascii="Gentium Plus" w:hAnsi="Gentium Plus"/>
          <w:sz w:val="24"/>
        </w:rPr>
        <w:t>ΑΠΟΛΛΩΝ</w:t>
      </w:r>
    </w:p>
    <w:p>
      <w:r>
        <w:rPr>
          <w:rFonts w:ascii="Courier New" w:hAnsi="Courier New"/>
          <w:color w:val="555555"/>
          <w:sz w:val="20"/>
        </w:rPr>
        <w:t>[10]</w:t>
      </w:r>
    </w:p>
    <w:p>
      <w:r>
        <w:rPr>
          <w:rFonts w:ascii="Gentium Plus" w:hAnsi="Gentium Plus"/>
          <w:sz w:val="24"/>
        </w:rPr>
        <w:t>Σὺ δὲ τί πρὸς ταῦτα;</w:t>
      </w:r>
    </w:p>
    <w:p>
      <w:r>
        <w:rPr>
          <w:rFonts w:ascii="Courier New" w:hAnsi="Courier New"/>
          <w:color w:val="555555"/>
          <w:sz w:val="20"/>
        </w:rPr>
        <w:t>[10]</w:t>
      </w:r>
    </w:p>
    <w:p>
      <w:r>
        <w:rPr>
          <w:rFonts w:ascii="Gentium Plus" w:hAnsi="Gentium Plus"/>
          <w:sz w:val="24"/>
        </w:rPr>
        <w:t>ΔΙΟΝΥΣΟΣ Τί γὰρ ἄλλο ἢ ἐγέλασα;</w:t>
      </w:r>
    </w:p>
    <w:p>
      <w:r>
        <w:rPr>
          <w:rFonts w:ascii="Courier New" w:hAnsi="Courier New"/>
          <w:color w:val="555555"/>
          <w:sz w:val="20"/>
        </w:rPr>
        <w:t>[11]</w:t>
      </w:r>
    </w:p>
    <w:p>
      <w:r>
        <w:rPr>
          <w:rFonts w:ascii="Gentium Plus" w:hAnsi="Gentium Plus"/>
          <w:sz w:val="24"/>
        </w:rPr>
        <w:t>ΑΠΟΛΛΩΝ Εὖ γε, τὸ μὴ χαλεπῶς μηδὲ ἀγρίως· συγγνω‐ στὸς γάρ, εἰ καλόν σε οὕτως ὄντα ἐπείρα.</w:t>
      </w:r>
    </w:p>
    <w:p>
      <w:r>
        <w:rPr>
          <w:rFonts w:ascii="Courier New" w:hAnsi="Courier New"/>
          <w:color w:val="555555"/>
          <w:sz w:val="20"/>
        </w:rPr>
        <w:t>[13]</w:t>
      </w:r>
    </w:p>
    <w:p>
      <w:r>
        <w:rPr>
          <w:rFonts w:ascii="Gentium Plus" w:hAnsi="Gentium Plus"/>
          <w:sz w:val="24"/>
        </w:rPr>
        <w:t>ΔΙΟΝΥΣΟΣ Τούτου μὲν ἕνεκα καὶ ἐπὶ σὲ ἄν, ὦ Ἄπολλον,</w:t>
      </w:r>
    </w:p>
    <w:p>
      <w:r>
        <w:rPr>
          <w:rFonts w:ascii="Courier New" w:hAnsi="Courier New"/>
          <w:color w:val="555555"/>
          <w:sz w:val="20"/>
        </w:rPr>
        <w:t>[15]</w:t>
      </w:r>
    </w:p>
    <w:p>
      <w:r>
        <w:rPr>
          <w:rFonts w:ascii="Gentium Plus" w:hAnsi="Gentium Plus"/>
          <w:sz w:val="24"/>
        </w:rPr>
        <w:t>ἀγάγοι τὴν πεῖραν· καλὸς γὰρ σὺ καὶ κομήτης, ὡς καὶ νήφοντα ἄν σοι τὸν Πρίαπον ἐπιχειρῆσαι.</w:t>
      </w:r>
    </w:p>
    <w:p>
      <w:r>
        <w:rPr>
          <w:rFonts w:ascii="Courier New" w:hAnsi="Courier New"/>
          <w:color w:val="555555"/>
          <w:sz w:val="20"/>
        </w:rPr>
        <w:t>[16]</w:t>
      </w:r>
    </w:p>
    <w:p>
      <w:r>
        <w:rPr>
          <w:rFonts w:ascii="Gentium Plus" w:hAnsi="Gentium Plus"/>
          <w:sz w:val="24"/>
        </w:rPr>
        <w:t>ΑΠΟΛΛΩΝ Ἀλλ’ οὐκ ἐπιχειρήσει γε, ὦ Διόνυσε· ἔχω γὰρ</w:t>
      </w:r>
    </w:p>
    <w:p>
      <w:pPr>
        <w:jc w:val="center"/>
      </w:pPr>
      <w:r>
        <w:rPr>
          <w:rFonts w:ascii="Gentium Plus" w:hAnsi="Gentium Plus"/>
          <w:b/>
          <w:sz w:val="24"/>
        </w:rPr>
        <w:t>ΕΡΜΟΥ ΚΑΙ ΜΑΙΑΣ</w:t>
      </w:r>
    </w:p>
    <w:p>
      <w:r>
        <w:rPr>
          <w:rFonts w:ascii="Courier New" w:hAnsi="Courier New"/>
          <w:color w:val="555555"/>
          <w:sz w:val="20"/>
        </w:rPr>
        <w:t>[D Deor . 4 . 1]</w:t>
      </w:r>
    </w:p>
    <w:p>
      <w:r>
        <w:rPr>
          <w:rFonts w:ascii="Gentium Plus" w:hAnsi="Gentium Plus"/>
          <w:sz w:val="24"/>
        </w:rPr>
        <w:t>ΕΡΜΗΣ</w:t>
      </w:r>
    </w:p>
    <w:p>
      <w:r>
        <w:rPr>
          <w:rFonts w:ascii="Courier New" w:hAnsi="Courier New"/>
          <w:color w:val="555555"/>
          <w:sz w:val="20"/>
        </w:rPr>
        <w:t>[1]</w:t>
      </w:r>
    </w:p>
    <w:p>
      <w:r>
        <w:rPr>
          <w:rFonts w:ascii="Gentium Plus" w:hAnsi="Gentium Plus"/>
          <w:sz w:val="24"/>
        </w:rPr>
        <w:t>Ἔστι γάρ τις, ὦ μῆτερ, ἐν οὐρανῷ θεὸς ἀθλιώτερος ἐμοῦ;</w:t>
      </w:r>
    </w:p>
    <w:p>
      <w:r>
        <w:rPr>
          <w:rFonts w:ascii="Courier New" w:hAnsi="Courier New"/>
          <w:color w:val="555555"/>
          <w:sz w:val="20"/>
        </w:rPr>
        <w:t>[2]</w:t>
      </w:r>
    </w:p>
    <w:p>
      <w:r>
        <w:rPr>
          <w:rFonts w:ascii="Gentium Plus" w:hAnsi="Gentium Plus"/>
          <w:sz w:val="24"/>
        </w:rPr>
        <w:t>ΜΑΙΑ Μὴ λέγε, ὦ Ἑρμῆ, τοιοῦτον μηδέν.</w:t>
      </w:r>
    </w:p>
    <w:p>
      <w:r>
        <w:rPr>
          <w:rFonts w:ascii="Courier New" w:hAnsi="Courier New"/>
          <w:color w:val="555555"/>
          <w:sz w:val="20"/>
        </w:rPr>
        <w:t>[3]</w:t>
      </w:r>
    </w:p>
    <w:p>
      <w:r>
        <w:rPr>
          <w:rFonts w:ascii="Gentium Plus" w:hAnsi="Gentium Plus"/>
          <w:sz w:val="24"/>
        </w:rPr>
        <w:t>ΕΡΜΗΣ Τί μὴ λέγω, ὃς τοσαῦτα πράγματα ἔχω μόνος</w:t>
      </w:r>
    </w:p>
    <w:p>
      <w:r>
        <w:rPr>
          <w:rFonts w:ascii="Courier New" w:hAnsi="Courier New"/>
          <w:color w:val="555555"/>
          <w:sz w:val="20"/>
        </w:rPr>
        <w:t>[5]</w:t>
      </w:r>
    </w:p>
    <w:p>
      <w:r>
        <w:rPr>
          <w:rFonts w:ascii="Gentium Plus" w:hAnsi="Gentium Plus"/>
          <w:sz w:val="24"/>
        </w:rPr>
        <w:t>κάμνων καὶ πρὸς τοσαύτας ὑπηρεσίας διασπώμε‐ νος; ἕωθεν μὲν γὰρ ἐξαναστάντα σαίρειν τὸ συμπόσιον δεῖ καὶ διαστρώσαντα τὴν κλισίαν εὐθετίσαντά τε ἕκαστα παρεστάναι τῷ Διὶ καὶ διαφέρειν τὰς ἀγγελίας τὰς παρ’ αὐτοῦ ἄνω</w:t>
      </w:r>
    </w:p>
    <w:p>
      <w:r>
        <w:rPr>
          <w:rFonts w:ascii="Courier New" w:hAnsi="Courier New"/>
          <w:color w:val="555555"/>
          <w:sz w:val="20"/>
        </w:rPr>
        <w:t>[10]</w:t>
      </w:r>
    </w:p>
    <w:p>
      <w:r>
        <w:rPr>
          <w:rFonts w:ascii="Gentium Plus" w:hAnsi="Gentium Plus"/>
          <w:sz w:val="24"/>
        </w:rPr>
        <w:t>καὶ κάτω ἡμεροδρομοῦντα, καὶ ἐπανελθόντα ἔτι κεκονιμένον παρατιθέναι τὴν ἀμβροσίαν· πρὶν δὲ τὸν νεώνητον τοῦτον οἰνοχόον ἥκειν, καὶ τὸ νέκταρ ἐγὼ ἐνέχεον. τὸ δὲ πάντων δεινότατον, ὅτι μηδὲ νυκτὸς καθεύδω μόνος τῶν</w:t>
      </w:r>
    </w:p>
    <w:p>
      <w:r>
        <w:rPr>
          <w:rFonts w:ascii="Courier New" w:hAnsi="Courier New"/>
          <w:color w:val="555555"/>
          <w:sz w:val="20"/>
        </w:rPr>
        <w:t>[15]</w:t>
      </w:r>
    </w:p>
    <w:p>
      <w:r>
        <w:rPr>
          <w:rFonts w:ascii="Gentium Plus" w:hAnsi="Gentium Plus"/>
          <w:sz w:val="24"/>
        </w:rPr>
        <w:t>ἄλλων, ἀλλὰ δεῖ με καὶ τότε τῷ Πλούτωνι ψυχα‐ γωγεῖν καὶ νεκροπομπὸν εἶναι καὶ παρεστάναι τῷ δικαστηρίῳ· οὐ γὰρ ἱκανά μοι τὰ τῆς ἡμέρας ἔργα, ἐν παλαίστραις εἶναι καὶ ταῖς ἐκκλησίαις κηρύττειν καὶ ῥήτορας ἐκδιδάσκειν, ἀλλ’ ἔτι καὶ νεκρικὰ</w:t>
      </w:r>
    </w:p>
    <w:p>
      <w:r>
        <w:rPr>
          <w:rFonts w:ascii="Courier New" w:hAnsi="Courier New"/>
          <w:color w:val="555555"/>
          <w:sz w:val="20"/>
        </w:rPr>
        <w:t>[20]</w:t>
      </w:r>
    </w:p>
    <w:p>
      <w:r>
        <w:rPr>
          <w:rFonts w:ascii="Gentium Plus" w:hAnsi="Gentium Plus"/>
          <w:sz w:val="24"/>
        </w:rPr>
        <w:t>συνδιαπράττειν μεμερισμένον.</w:t>
      </w:r>
    </w:p>
    <w:p>
      <w:r>
        <w:rPr>
          <w:rFonts w:ascii="Courier New" w:hAnsi="Courier New"/>
          <w:color w:val="555555"/>
          <w:sz w:val="20"/>
        </w:rPr>
        <w:t>[D Deor . 4 . 2]</w:t>
      </w:r>
    </w:p>
    <w:p>
      <w:r>
        <w:rPr>
          <w:rFonts w:ascii="Gentium Plus" w:hAnsi="Gentium Plus"/>
          <w:sz w:val="24"/>
        </w:rPr>
        <w:t>καίτοι τὰ μὲν τῆς Λήδας τέκνα παρ’ ἡμέραν ἑκάτερος ἐν οὐρανῷ</w:t>
      </w:r>
    </w:p>
    <w:p>
      <w:r>
        <w:rPr>
          <w:rFonts w:ascii="Courier New" w:hAnsi="Courier New"/>
          <w:color w:val="555555"/>
          <w:sz w:val="20"/>
        </w:rPr>
        <w:t>[5]</w:t>
      </w:r>
    </w:p>
    <w:p>
      <w:r>
        <w:rPr>
          <w:rFonts w:ascii="Gentium Plus" w:hAnsi="Gentium Plus"/>
          <w:sz w:val="24"/>
        </w:rPr>
        <w:t>Ἀλκμήνης καὶ Σεμέλης ἐκ γυναικῶν δυστήνων γενόμενοι εὐωχοῦνται ἀφρόντιδες, ὁ δὲ Μαίας τῆς Ἀτλαντίδος διακονοῦμαι αὐτοῖς. καὶ νῦν ἄρτι ἥκοντά με ἀπὸ Σιδῶνος παρὰ τῆς Κάδμου θυγατρός, ἐφ’ ἣν πέπομφέ με ὀψόμενον ὅ τι πράττει ἡ παῖς,</w:t>
      </w:r>
    </w:p>
    <w:p>
      <w:r>
        <w:rPr>
          <w:rFonts w:ascii="Courier New" w:hAnsi="Courier New"/>
          <w:color w:val="555555"/>
          <w:sz w:val="20"/>
        </w:rPr>
        <w:t>[10]</w:t>
      </w:r>
    </w:p>
    <w:p>
      <w:r>
        <w:rPr>
          <w:rFonts w:ascii="Gentium Plus" w:hAnsi="Gentium Plus"/>
          <w:sz w:val="24"/>
        </w:rPr>
        <w:t>μηδὲ ἀναπνεύσαντα πέπομφεν αὖθις εἰς τὸ Ἄργος ἐπισκεψόμενον τὴν Δανάην, εἶτ’ ἐκεῖθεν εἰς Βοιωτίαν, φησίν, ἐλθὼν ἐν παρόδῳ τὴν Ἀντιόπην ἰδέ. καὶ ὅλως ἀπηγόρευκα ἤδη. εἰ γοῦν δυνατὸν ἦν, ἡδέως ἂν ἠξίωσα πεπρᾶσθαι, ὥσπερ οἱ ἐν γῇ</w:t>
      </w:r>
    </w:p>
    <w:p>
      <w:r>
        <w:rPr>
          <w:rFonts w:ascii="Courier New" w:hAnsi="Courier New"/>
          <w:color w:val="555555"/>
          <w:sz w:val="20"/>
        </w:rPr>
        <w:t>[15]</w:t>
      </w:r>
    </w:p>
    <w:p>
      <w:r>
        <w:rPr>
          <w:rFonts w:ascii="Gentium Plus" w:hAnsi="Gentium Plus"/>
          <w:sz w:val="24"/>
        </w:rPr>
        <w:t>κακῶς δουλεύοντες.</w:t>
      </w:r>
    </w:p>
    <w:p>
      <w:r>
        <w:rPr>
          <w:rFonts w:ascii="Courier New" w:hAnsi="Courier New"/>
          <w:color w:val="555555"/>
          <w:sz w:val="20"/>
        </w:rPr>
        <w:t>[15]</w:t>
      </w:r>
    </w:p>
    <w:p>
      <w:r>
        <w:rPr>
          <w:rFonts w:ascii="Gentium Plus" w:hAnsi="Gentium Plus"/>
          <w:sz w:val="24"/>
        </w:rPr>
        <w:t>ΜΑΙΑ Ἔα ταῦτα, ὦ τέκνον· χρὴ γὰρ πάντα ὑπηρε‐ τεῖν τῷ πατρὶ νεανίαν ὄντα. καὶ νῦν ὥσπερ ἐπέμφθης σόβει εἰς Ἄργος, εἶτα εἰς τὴν Βοιωτίαν, μὴ καὶ πληγὰς βραδύνων λάβῃς· ὀξύχολοι γὰρ οἱ</w:t>
      </w:r>
    </w:p>
    <w:p>
      <w:r>
        <w:rPr>
          <w:rFonts w:ascii="Courier New" w:hAnsi="Courier New"/>
          <w:color w:val="555555"/>
          <w:sz w:val="20"/>
        </w:rPr>
        <w:t>[20]</w:t>
      </w:r>
    </w:p>
    <w:p>
      <w:r>
        <w:rPr>
          <w:rFonts w:ascii="Gentium Plus" w:hAnsi="Gentium Plus"/>
          <w:sz w:val="24"/>
        </w:rPr>
        <w:t>ἐρῶντες.</w:t>
      </w:r>
    </w:p>
    <w:p>
      <w:pPr>
        <w:jc w:val="center"/>
      </w:pPr>
      <w:r>
        <w:rPr>
          <w:rFonts w:ascii="Gentium Plus" w:hAnsi="Gentium Plus"/>
          <w:b/>
          <w:sz w:val="24"/>
        </w:rPr>
        <w:t>ΠΡΟΜΗΘΕΩΣ ΚΑΙ ΔΙΟΣ</w:t>
      </w:r>
    </w:p>
    <w:p>
      <w:r>
        <w:rPr>
          <w:rFonts w:ascii="Courier New" w:hAnsi="Courier New"/>
          <w:color w:val="555555"/>
          <w:sz w:val="20"/>
        </w:rPr>
        <w:t>[D Deor . 5 . 1]</w:t>
      </w:r>
    </w:p>
    <w:p>
      <w:r>
        <w:rPr>
          <w:rFonts w:ascii="Gentium Plus" w:hAnsi="Gentium Plus"/>
          <w:sz w:val="24"/>
        </w:rPr>
        <w:t>ΠΡΟΜΗΘΕΥΣ</w:t>
      </w:r>
    </w:p>
    <w:p>
      <w:r>
        <w:rPr>
          <w:rFonts w:ascii="Courier New" w:hAnsi="Courier New"/>
          <w:color w:val="555555"/>
          <w:sz w:val="20"/>
        </w:rPr>
        <w:t>[1]</w:t>
      </w:r>
    </w:p>
    <w:p>
      <w:r>
        <w:rPr>
          <w:rFonts w:ascii="Gentium Plus" w:hAnsi="Gentium Plus"/>
          <w:sz w:val="24"/>
        </w:rPr>
        <w:t>Λῦσόν με, ὦ Ζεῦ· δεινὰ γὰρ ἤδη πέπονθα.</w:t>
      </w:r>
    </w:p>
    <w:p>
      <w:r>
        <w:rPr>
          <w:rFonts w:ascii="Courier New" w:hAnsi="Courier New"/>
          <w:color w:val="555555"/>
          <w:sz w:val="20"/>
        </w:rPr>
        <w:t>[1]</w:t>
      </w:r>
    </w:p>
    <w:p>
      <w:r>
        <w:rPr>
          <w:rFonts w:ascii="Gentium Plus" w:hAnsi="Gentium Plus"/>
          <w:sz w:val="24"/>
        </w:rPr>
        <w:t>ΖΕΥΣ Λύσω σε, φῄς, ὃν ἐχρῆν βαρυτέρας πέδας ἔχοντα καὶ τὸν Καύκασον ὅλον ὑπὲρ κεφαλῆς ἐπι‐ κείμενον ὑπὸ ἑκκαίδεκα γυπῶν μὴ μόνον κείρεσθαι</w:t>
      </w:r>
    </w:p>
    <w:p>
      <w:r>
        <w:rPr>
          <w:rFonts w:ascii="Courier New" w:hAnsi="Courier New"/>
          <w:color w:val="555555"/>
          <w:sz w:val="20"/>
        </w:rPr>
        <w:t>[5]</w:t>
      </w:r>
    </w:p>
    <w:p>
      <w:r>
        <w:rPr>
          <w:rFonts w:ascii="Gentium Plus" w:hAnsi="Gentium Plus"/>
          <w:sz w:val="24"/>
        </w:rPr>
        <w:t>τὸ ἧπαρ, ἀλλὰ καὶ τοὺς ὀφθαλμοὺς ἐξορύττεσθαι, ἀνθ’ ὧν τοιαῦθ’ ἡμῖν ζῷα τοὺς ἀνθρώπους ἔπλασας καὶ τὸ πῦρ ἔκλεψας καὶ γυναῖκας ἐδημιούργησας; ἃ μὲν γὰρ ἐμὲ ἐξηπάτησας ἐν τῇ νομῇ τῶν κρεῶν ὀστᾶ πιμελῇ κεκαλυμμένα παραθεὶς καὶ τὴν</w:t>
      </w:r>
    </w:p>
    <w:p>
      <w:r>
        <w:rPr>
          <w:rFonts w:ascii="Courier New" w:hAnsi="Courier New"/>
          <w:color w:val="555555"/>
          <w:sz w:val="20"/>
        </w:rPr>
        <w:t>[10]</w:t>
      </w:r>
    </w:p>
    <w:p>
      <w:r>
        <w:rPr>
          <w:rFonts w:ascii="Gentium Plus" w:hAnsi="Gentium Plus"/>
          <w:sz w:val="24"/>
        </w:rPr>
        <w:t>ἀμείνω τῶν μοιρῶν σεαυτῷ φυλάττων, τί χρὴ λέγειν;</w:t>
      </w:r>
    </w:p>
    <w:p>
      <w:r>
        <w:rPr>
          <w:rFonts w:ascii="Courier New" w:hAnsi="Courier New"/>
          <w:color w:val="555555"/>
          <w:sz w:val="20"/>
        </w:rPr>
        <w:t>[11]</w:t>
      </w:r>
    </w:p>
    <w:p>
      <w:r>
        <w:rPr>
          <w:rFonts w:ascii="Gentium Plus" w:hAnsi="Gentium Plus"/>
          <w:sz w:val="24"/>
        </w:rPr>
        <w:t>ΠΡΟΜΗΘΕΥΣ Οὔκουν ἱκανὴν ἤδη τὴν δίκην ἐκτέτικα τοσοῦτον χρόνον τῷ Καυκάσῳ προσηλωμένος τὸν κάκιστα ὀρνέων ἀπολούμενον ἀετὸν τρέφων τῷ ἥπατι;</w:t>
      </w:r>
    </w:p>
    <w:p>
      <w:r>
        <w:rPr>
          <w:rFonts w:ascii="Courier New" w:hAnsi="Courier New"/>
          <w:color w:val="555555"/>
          <w:sz w:val="20"/>
        </w:rPr>
        <w:t>[14]</w:t>
      </w:r>
    </w:p>
    <w:p>
      <w:r>
        <w:rPr>
          <w:rFonts w:ascii="Gentium Plus" w:hAnsi="Gentium Plus"/>
          <w:sz w:val="24"/>
        </w:rPr>
        <w:t>ΖΕΥΣ</w:t>
      </w:r>
    </w:p>
    <w:p>
      <w:r>
        <w:rPr>
          <w:rFonts w:ascii="Courier New" w:hAnsi="Courier New"/>
          <w:color w:val="555555"/>
          <w:sz w:val="20"/>
        </w:rPr>
        <w:t>[15]</w:t>
      </w:r>
    </w:p>
    <w:p>
      <w:r>
        <w:rPr>
          <w:rFonts w:ascii="Gentium Plus" w:hAnsi="Gentium Plus"/>
          <w:sz w:val="24"/>
        </w:rPr>
        <w:t>Οὐδὲ πολλοστημόριον τοῦτο ὧν σε δεῖ παθεῖν.</w:t>
      </w:r>
    </w:p>
    <w:p>
      <w:r>
        <w:rPr>
          <w:rFonts w:ascii="Courier New" w:hAnsi="Courier New"/>
          <w:color w:val="555555"/>
          <w:sz w:val="20"/>
        </w:rPr>
        <w:t>[15]</w:t>
      </w:r>
    </w:p>
    <w:p>
      <w:r>
        <w:rPr>
          <w:rFonts w:ascii="Gentium Plus" w:hAnsi="Gentium Plus"/>
          <w:sz w:val="24"/>
        </w:rPr>
        <w:t>ΠΡΟΜΗΘΕΥΣ Καὶ μὴν οὐκ ἀμισθί με λύσεις, ἀλλά σοι μηνύσω τι, ὦ Ζεῦ, πάνυ ἀναγκαῖον.</w:t>
      </w:r>
    </w:p>
    <w:p>
      <w:r>
        <w:rPr>
          <w:rFonts w:ascii="Courier New" w:hAnsi="Courier New"/>
          <w:color w:val="555555"/>
          <w:sz w:val="20"/>
        </w:rPr>
        <w:t>[17]</w:t>
      </w:r>
    </w:p>
    <w:p>
      <w:r>
        <w:rPr>
          <w:rFonts w:ascii="Gentium Plus" w:hAnsi="Gentium Plus"/>
          <w:sz w:val="24"/>
        </w:rPr>
        <w:t>ΖΕΥΣ</w:t>
      </w:r>
    </w:p>
    <w:p>
      <w:r>
        <w:rPr>
          <w:rFonts w:ascii="Courier New" w:hAnsi="Courier New"/>
          <w:color w:val="555555"/>
          <w:sz w:val="20"/>
        </w:rPr>
        <w:t>[D Deor . 5 . 2]</w:t>
      </w:r>
    </w:p>
    <w:p>
      <w:r>
        <w:rPr>
          <w:rFonts w:ascii="Gentium Plus" w:hAnsi="Gentium Plus"/>
          <w:sz w:val="24"/>
        </w:rPr>
        <w:t>Κατασοφίζῃ με, ὦ Προμηθεῦ.</w:t>
      </w:r>
    </w:p>
    <w:p>
      <w:r>
        <w:rPr>
          <w:rFonts w:ascii="Courier New" w:hAnsi="Courier New"/>
          <w:color w:val="555555"/>
          <w:sz w:val="20"/>
        </w:rPr>
        <w:t>[1]</w:t>
      </w:r>
    </w:p>
    <w:p>
      <w:r>
        <w:rPr>
          <w:rFonts w:ascii="Gentium Plus" w:hAnsi="Gentium Plus"/>
          <w:sz w:val="24"/>
        </w:rPr>
        <w:t>ΠΡΟΜΗΘΕΥΣ Καὶ τί πλέον ἕξω; οὐ γὰρ ἀγνοήσεις αὖθις ἔνθα ὁ Καύκασός ἐστιν, οὐδὲ ἀπορήσεις δεσμῶν, ἤν</w:t>
      </w:r>
    </w:p>
    <w:p>
      <w:r>
        <w:rPr>
          <w:rFonts w:ascii="Courier New" w:hAnsi="Courier New"/>
          <w:color w:val="555555"/>
          <w:sz w:val="20"/>
        </w:rPr>
        <w:t>[4]</w:t>
      </w:r>
    </w:p>
    <w:p>
      <w:r>
        <w:rPr>
          <w:rFonts w:ascii="Gentium Plus" w:hAnsi="Gentium Plus"/>
          <w:sz w:val="24"/>
        </w:rPr>
        <w:t>ΖΕΥΣ</w:t>
      </w:r>
    </w:p>
    <w:p>
      <w:r>
        <w:rPr>
          <w:rFonts w:ascii="Courier New" w:hAnsi="Courier New"/>
          <w:color w:val="555555"/>
          <w:sz w:val="20"/>
        </w:rPr>
        <w:t>[5]</w:t>
      </w:r>
    </w:p>
    <w:p>
      <w:r>
        <w:rPr>
          <w:rFonts w:ascii="Gentium Plus" w:hAnsi="Gentium Plus"/>
          <w:sz w:val="24"/>
        </w:rPr>
        <w:t>Εἰπὲ πρότερον ὅντινα μισθὸν ἀποτίσεις ἀναγ‐ καῖον ἡμῖν ὄντα.</w:t>
      </w:r>
    </w:p>
    <w:p>
      <w:r>
        <w:rPr>
          <w:rFonts w:ascii="Courier New" w:hAnsi="Courier New"/>
          <w:color w:val="555555"/>
          <w:sz w:val="20"/>
        </w:rPr>
        <w:t>[6]</w:t>
      </w:r>
    </w:p>
    <w:p>
      <w:r>
        <w:rPr>
          <w:rFonts w:ascii="Gentium Plus" w:hAnsi="Gentium Plus"/>
          <w:sz w:val="24"/>
        </w:rPr>
        <w:t>ΠΡΟΜΗΘΕΥΣ Ἢν εἴπω ἐφ’ ὅ τι βαδίζεις νῦν, ἀξιόπιστος ἔσομαί σοι καὶ περὶ τῶν ὑπολοίπων μαντευόμενος;</w:t>
      </w:r>
    </w:p>
    <w:p>
      <w:r>
        <w:rPr>
          <w:rFonts w:ascii="Courier New" w:hAnsi="Courier New"/>
          <w:color w:val="555555"/>
          <w:sz w:val="20"/>
        </w:rPr>
        <w:t>[8]</w:t>
      </w:r>
    </w:p>
    <w:p>
      <w:r>
        <w:rPr>
          <w:rFonts w:ascii="Gentium Plus" w:hAnsi="Gentium Plus"/>
          <w:sz w:val="24"/>
        </w:rPr>
        <w:t>ΖΕΥΣ Πῶς γὰρ οὔ;</w:t>
      </w:r>
    </w:p>
    <w:p>
      <w:r>
        <w:rPr>
          <w:rFonts w:ascii="Courier New" w:hAnsi="Courier New"/>
          <w:color w:val="555555"/>
          <w:sz w:val="20"/>
        </w:rPr>
        <w:t>[9]</w:t>
      </w:r>
    </w:p>
    <w:p>
      <w:r>
        <w:rPr>
          <w:rFonts w:ascii="Gentium Plus" w:hAnsi="Gentium Plus"/>
          <w:sz w:val="24"/>
        </w:rPr>
        <w:t>ΠΡΟΜΗΘΕΥΣ</w:t>
      </w:r>
    </w:p>
    <w:p>
      <w:r>
        <w:rPr>
          <w:rFonts w:ascii="Courier New" w:hAnsi="Courier New"/>
          <w:color w:val="555555"/>
          <w:sz w:val="20"/>
        </w:rPr>
        <w:t>[10]</w:t>
      </w:r>
    </w:p>
    <w:p>
      <w:r>
        <w:rPr>
          <w:rFonts w:ascii="Gentium Plus" w:hAnsi="Gentium Plus"/>
          <w:sz w:val="24"/>
        </w:rPr>
        <w:t>Παρὰ τὴν Θέτιν, συνεσόμενος αὐτῇ.</w:t>
      </w:r>
    </w:p>
    <w:p>
      <w:r>
        <w:rPr>
          <w:rFonts w:ascii="Courier New" w:hAnsi="Courier New"/>
          <w:color w:val="555555"/>
          <w:sz w:val="20"/>
        </w:rPr>
        <w:t>[10]</w:t>
      </w:r>
    </w:p>
    <w:p>
      <w:r>
        <w:rPr>
          <w:rFonts w:ascii="Gentium Plus" w:hAnsi="Gentium Plus"/>
          <w:sz w:val="24"/>
        </w:rPr>
        <w:t>ΖΕΥΣ Τουτὶ μὲν ἔγνως· τί δ’ οὖν τὸ ἐπὶ τούτῳ; δοκεῖς γὰρ ἀληθές τι ἐρεῖν.</w:t>
      </w:r>
    </w:p>
    <w:p>
      <w:r>
        <w:rPr>
          <w:rFonts w:ascii="Courier New" w:hAnsi="Courier New"/>
          <w:color w:val="555555"/>
          <w:sz w:val="20"/>
        </w:rPr>
        <w:t>[12]</w:t>
      </w:r>
    </w:p>
    <w:p>
      <w:r>
        <w:rPr>
          <w:rFonts w:ascii="Gentium Plus" w:hAnsi="Gentium Plus"/>
          <w:sz w:val="24"/>
        </w:rPr>
        <w:t>ΠΡΟΜΗΘΕΥΣ Μηδέν, ὦ Ζεῦ, κοινωνήσῃς τῇ Νηρεΐδι· ἢν γὰρ αὕτη κυοφορήσῃ ἐκ σοῦ, τὸ τεχθὲν ἴσα ἐργάσεταί</w:t>
      </w:r>
    </w:p>
    <w:p>
      <w:r>
        <w:rPr>
          <w:rFonts w:ascii="Courier New" w:hAnsi="Courier New"/>
          <w:color w:val="555555"/>
          <w:sz w:val="20"/>
        </w:rPr>
        <w:t>[15]</w:t>
      </w:r>
    </w:p>
    <w:p>
      <w:r>
        <w:rPr>
          <w:rFonts w:ascii="Gentium Plus" w:hAnsi="Gentium Plus"/>
          <w:sz w:val="24"/>
        </w:rPr>
        <w:t>σε οἷα καὶ σὺ ἔδρασας—</w:t>
      </w:r>
    </w:p>
    <w:p>
      <w:r>
        <w:rPr>
          <w:rFonts w:ascii="Courier New" w:hAnsi="Courier New"/>
          <w:color w:val="555555"/>
          <w:sz w:val="20"/>
        </w:rPr>
        <w:t>[15]</w:t>
      </w:r>
    </w:p>
    <w:p>
      <w:r>
        <w:rPr>
          <w:rFonts w:ascii="Gentium Plus" w:hAnsi="Gentium Plus"/>
          <w:sz w:val="24"/>
        </w:rPr>
        <w:t>ΖΕΥΣ Τοῦτο φῄς, ἐκπεσεῖσθαί με τῆς ἀρχῆς;</w:t>
      </w:r>
    </w:p>
    <w:p>
      <w:r>
        <w:rPr>
          <w:rFonts w:ascii="Courier New" w:hAnsi="Courier New"/>
          <w:color w:val="555555"/>
          <w:sz w:val="20"/>
        </w:rPr>
        <w:t>[16]</w:t>
      </w:r>
    </w:p>
    <w:p>
      <w:r>
        <w:rPr>
          <w:rFonts w:ascii="Gentium Plus" w:hAnsi="Gentium Plus"/>
          <w:sz w:val="24"/>
        </w:rPr>
        <w:t>ΠΡΟΜΗΘΕΥΣ Μὴ γένοιτο, ὦ Ζεῦ. πλὴν τοιοῦτό γε ἡ μῖξις αὐτῆς ἀπειλεῖ.</w:t>
      </w:r>
    </w:p>
    <w:p>
      <w:r>
        <w:rPr>
          <w:rFonts w:ascii="Courier New" w:hAnsi="Courier New"/>
          <w:color w:val="555555"/>
          <w:sz w:val="20"/>
        </w:rPr>
        <w:t>[18]</w:t>
      </w:r>
    </w:p>
    <w:p>
      <w:r>
        <w:rPr>
          <w:rFonts w:ascii="Gentium Plus" w:hAnsi="Gentium Plus"/>
          <w:sz w:val="24"/>
        </w:rPr>
        <w:t>ΖΕΥΣ Χαιρέτω τοιγαροῦν ἡ Θέτις· σὲ δὲ ὁ Ἥφαιστος</w:t>
      </w:r>
    </w:p>
    <w:p>
      <w:r>
        <w:rPr>
          <w:rFonts w:ascii="Courier New" w:hAnsi="Courier New"/>
          <w:color w:val="555555"/>
          <w:sz w:val="20"/>
        </w:rPr>
        <w:t>[20]</w:t>
      </w:r>
    </w:p>
    <w:p>
      <w:r>
        <w:rPr>
          <w:rFonts w:ascii="Gentium Plus" w:hAnsi="Gentium Plus"/>
          <w:sz w:val="24"/>
        </w:rPr>
        <w:t>ἐπὶ τούτοις λυσάτω.</w:t>
      </w:r>
    </w:p>
    <w:p>
      <w:pPr>
        <w:jc w:val="center"/>
      </w:pPr>
      <w:r>
        <w:rPr>
          <w:rFonts w:ascii="Gentium Plus" w:hAnsi="Gentium Plus"/>
          <w:b/>
          <w:sz w:val="24"/>
        </w:rPr>
        <w:t>ΕΡΩΤΟΣ ΚΑΙ ΔΙΟΣ</w:t>
      </w:r>
    </w:p>
    <w:p>
      <w:r>
        <w:rPr>
          <w:rFonts w:ascii="Courier New" w:hAnsi="Courier New"/>
          <w:color w:val="555555"/>
          <w:sz w:val="20"/>
        </w:rPr>
        <w:t>[D Deor . 6 . 1]</w:t>
      </w:r>
    </w:p>
    <w:p>
      <w:r>
        <w:rPr>
          <w:rFonts w:ascii="Gentium Plus" w:hAnsi="Gentium Plus"/>
          <w:sz w:val="24"/>
        </w:rPr>
        <w:t>ΕΡΩΣ</w:t>
      </w:r>
    </w:p>
    <w:p>
      <w:r>
        <w:rPr>
          <w:rFonts w:ascii="Courier New" w:hAnsi="Courier New"/>
          <w:color w:val="555555"/>
          <w:sz w:val="20"/>
        </w:rPr>
        <w:t>[1]</w:t>
      </w:r>
    </w:p>
    <w:p>
      <w:r>
        <w:rPr>
          <w:rFonts w:ascii="Gentium Plus" w:hAnsi="Gentium Plus"/>
          <w:sz w:val="24"/>
        </w:rPr>
        <w:t>Ἀλλ’ εἰ καί τι ἥμαρτον, ὦ Ζεῦ, σύγγνωθί μοι· παιδίον γάρ εἰμι καὶ ἔτι ἄφρων.</w:t>
      </w:r>
    </w:p>
    <w:p>
      <w:r>
        <w:rPr>
          <w:rFonts w:ascii="Courier New" w:hAnsi="Courier New"/>
          <w:color w:val="555555"/>
          <w:sz w:val="20"/>
        </w:rPr>
        <w:t>[2]</w:t>
      </w:r>
    </w:p>
    <w:p>
      <w:r>
        <w:rPr>
          <w:rFonts w:ascii="Gentium Plus" w:hAnsi="Gentium Plus"/>
          <w:sz w:val="24"/>
        </w:rPr>
        <w:t>ΖΕΥΣ Σὺ παιδίον ὁ Ἔρως, ὃς ἀρχαιότερος εἶ πολὺ Ἰαπετοῦ; ἢ διότι μὴ πώγωνα μηδὲ πολιὰς ἔφυσας,</w:t>
      </w:r>
    </w:p>
    <w:p>
      <w:r>
        <w:rPr>
          <w:rFonts w:ascii="Courier New" w:hAnsi="Courier New"/>
          <w:color w:val="555555"/>
          <w:sz w:val="20"/>
        </w:rPr>
        <w:t>[5]</w:t>
      </w:r>
    </w:p>
    <w:p>
      <w:r>
        <w:rPr>
          <w:rFonts w:ascii="Gentium Plus" w:hAnsi="Gentium Plus"/>
          <w:sz w:val="24"/>
        </w:rPr>
        <w:t>διὰ ταῦτα καὶ βρέφος ἀξιοῖς νομίζεσθαι γέρων καὶ πανοῦργος ὤν;</w:t>
      </w:r>
    </w:p>
    <w:p>
      <w:r>
        <w:rPr>
          <w:rFonts w:ascii="Courier New" w:hAnsi="Courier New"/>
          <w:color w:val="555555"/>
          <w:sz w:val="20"/>
        </w:rPr>
        <w:t>[6]</w:t>
      </w:r>
    </w:p>
    <w:p>
      <w:r>
        <w:rPr>
          <w:rFonts w:ascii="Gentium Plus" w:hAnsi="Gentium Plus"/>
          <w:sz w:val="24"/>
        </w:rPr>
        <w:t>ΕΡΩΣ Τί δαί σε μέγα ἠδίκησα ὁ γέρων ὡς φῂς ἐγώ, διότι με καὶ πεδῆσαι διανοῇ;</w:t>
      </w:r>
    </w:p>
    <w:p>
      <w:r>
        <w:rPr>
          <w:rFonts w:ascii="Courier New" w:hAnsi="Courier New"/>
          <w:color w:val="555555"/>
          <w:sz w:val="20"/>
        </w:rPr>
        <w:t>[8]</w:t>
      </w:r>
    </w:p>
    <w:p>
      <w:r>
        <w:rPr>
          <w:rFonts w:ascii="Gentium Plus" w:hAnsi="Gentium Plus"/>
          <w:sz w:val="24"/>
        </w:rPr>
        <w:t>ΖΕΥΣ Σκόπει, ὦ κατάρατε, εἰ μικρά, ὃς ἐμοὶ μὲν</w:t>
      </w:r>
    </w:p>
    <w:p>
      <w:r>
        <w:rPr>
          <w:rFonts w:ascii="Courier New" w:hAnsi="Courier New"/>
          <w:color w:val="555555"/>
          <w:sz w:val="20"/>
        </w:rPr>
        <w:t>[10]</w:t>
      </w:r>
    </w:p>
    <w:p>
      <w:r>
        <w:rPr>
          <w:rFonts w:ascii="Gentium Plus" w:hAnsi="Gentium Plus"/>
          <w:sz w:val="24"/>
        </w:rPr>
        <w:t>οὕτως ἐντρυφᾷς, ὥστε οὐδέν ἐστιν ὃ μὴ πεποίηκάς με, σάτυρον, ταῦρον, χρυσόν, κύκνον, ἀετόν· ἐμοῦ δὲ ὅλως οὐδεμίαν ἥντινα ἐρασθῆναι πεποίηκας, οὐδὲ συνῆκα ἡδὺς γυναικὶ διὰ σὲ γεγενημένος, ἀλλά με δεῖ μαγγανεύειν ἐπ’ αὐτὰς καὶ κρύπτειν</w:t>
      </w:r>
    </w:p>
    <w:p>
      <w:r>
        <w:rPr>
          <w:rFonts w:ascii="Courier New" w:hAnsi="Courier New"/>
          <w:color w:val="555555"/>
          <w:sz w:val="20"/>
        </w:rPr>
        <w:t>[15]</w:t>
      </w:r>
    </w:p>
    <w:p>
      <w:r>
        <w:rPr>
          <w:rFonts w:ascii="Gentium Plus" w:hAnsi="Gentium Plus"/>
          <w:sz w:val="24"/>
        </w:rPr>
        <w:t>ἐμαυτόν· αἱ δὲ τὸν μὲν ταῦρον ἢ κύκνον φιλοῦσιν,</w:t>
      </w:r>
    </w:p>
    <w:p>
      <w:r>
        <w:rPr>
          <w:rFonts w:ascii="Courier New" w:hAnsi="Courier New"/>
          <w:color w:val="555555"/>
          <w:sz w:val="20"/>
        </w:rPr>
        <w:t>[16]</w:t>
      </w:r>
    </w:p>
    <w:p>
      <w:r>
        <w:rPr>
          <w:rFonts w:ascii="Gentium Plus" w:hAnsi="Gentium Plus"/>
          <w:sz w:val="24"/>
        </w:rPr>
        <w:t>ΕΡΩΣ</w:t>
      </w:r>
    </w:p>
    <w:p>
      <w:r>
        <w:rPr>
          <w:rFonts w:ascii="Courier New" w:hAnsi="Courier New"/>
          <w:color w:val="555555"/>
          <w:sz w:val="20"/>
        </w:rPr>
        <w:t>[D Deor . 6 . 2]</w:t>
      </w:r>
    </w:p>
    <w:p>
      <w:r>
        <w:rPr>
          <w:rFonts w:ascii="Gentium Plus" w:hAnsi="Gentium Plus"/>
          <w:sz w:val="24"/>
        </w:rPr>
        <w:t>Εἰκότως· οὐ γὰρ φέρουσιν, ὦ Ζεῦ, θνηταὶ οὖσαι τὴν σὴν πρόσοψιν.</w:t>
      </w:r>
    </w:p>
    <w:p>
      <w:r>
        <w:rPr>
          <w:rFonts w:ascii="Courier New" w:hAnsi="Courier New"/>
          <w:color w:val="555555"/>
          <w:sz w:val="20"/>
        </w:rPr>
        <w:t>[2]</w:t>
      </w:r>
    </w:p>
    <w:p>
      <w:r>
        <w:rPr>
          <w:rFonts w:ascii="Gentium Plus" w:hAnsi="Gentium Plus"/>
          <w:sz w:val="24"/>
        </w:rPr>
        <w:t>ΖΕΥΣ Πῶς οὖν τὸν Ἀπόλλω ὁ Βράγχος καὶ ὁ Ὑά‐ κινθος φιλοῦσιν;</w:t>
      </w:r>
    </w:p>
    <w:p>
      <w:r>
        <w:rPr>
          <w:rFonts w:ascii="Courier New" w:hAnsi="Courier New"/>
          <w:color w:val="555555"/>
          <w:sz w:val="20"/>
        </w:rPr>
        <w:t>[4]</w:t>
      </w:r>
    </w:p>
    <w:p>
      <w:r>
        <w:rPr>
          <w:rFonts w:ascii="Gentium Plus" w:hAnsi="Gentium Plus"/>
          <w:sz w:val="24"/>
        </w:rPr>
        <w:t>ΕΡΩΣ</w:t>
      </w:r>
    </w:p>
    <w:p>
      <w:r>
        <w:rPr>
          <w:rFonts w:ascii="Courier New" w:hAnsi="Courier New"/>
          <w:color w:val="555555"/>
          <w:sz w:val="20"/>
        </w:rPr>
        <w:t>[5]</w:t>
      </w:r>
    </w:p>
    <w:p>
      <w:r>
        <w:rPr>
          <w:rFonts w:ascii="Gentium Plus" w:hAnsi="Gentium Plus"/>
          <w:sz w:val="24"/>
        </w:rPr>
        <w:t>Ἀλλὰ ἡ Δάφνη κἀκεῖνον ἔφευγε καίτοι κο‐ μήτην καὶ ἀγένειον ὄντα. εἰ δ’ ἐθέλεις ἐπέραστος εἶναι, μὴ ἐπίσειε τὴν αἰγίδα μηδὲ τὸν κεραυνὸν φέρε, ἀλλ’ ὡς ἥδιστον ποίει σεαυτὸν, ἁπαλὸν ὀφθῆναι, καθειμένος βοστρύχους, τῇ μίτρᾳ τού‐</w:t>
      </w:r>
    </w:p>
    <w:p>
      <w:r>
        <w:rPr>
          <w:rFonts w:ascii="Courier New" w:hAnsi="Courier New"/>
          <w:color w:val="555555"/>
          <w:sz w:val="20"/>
        </w:rPr>
        <w:t>[10]</w:t>
      </w:r>
    </w:p>
    <w:p>
      <w:r>
        <w:rPr>
          <w:rFonts w:ascii="Gentium Plus" w:hAnsi="Gentium Plus"/>
          <w:sz w:val="24"/>
        </w:rPr>
        <w:t>τους ἀνειλημμένος, πορφυρίδα ἔχε, ὑποδέου χρυ‐ σίδας, ὑπ’ αὐλῷ καὶ τυμπάνοις εὔρυθμα βαῖνε, καὶ ὄψει ὅτι πλείους ἀκολουθήσουσί σοι τῶν Διονύσου Μαινάδων.</w:t>
      </w:r>
    </w:p>
    <w:p>
      <w:r>
        <w:rPr>
          <w:rFonts w:ascii="Courier New" w:hAnsi="Courier New"/>
          <w:color w:val="555555"/>
          <w:sz w:val="20"/>
        </w:rPr>
        <w:t>[13]</w:t>
      </w:r>
    </w:p>
    <w:p>
      <w:r>
        <w:rPr>
          <w:rFonts w:ascii="Gentium Plus" w:hAnsi="Gentium Plus"/>
          <w:sz w:val="24"/>
        </w:rPr>
        <w:t>ΖΕΥΣ Ἄπαγε· οὐκ ἂν δεξαίμην ἐπέραστος εἶναι</w:t>
      </w:r>
    </w:p>
    <w:p>
      <w:r>
        <w:rPr>
          <w:rFonts w:ascii="Courier New" w:hAnsi="Courier New"/>
          <w:color w:val="555555"/>
          <w:sz w:val="20"/>
        </w:rPr>
        <w:t>[15]</w:t>
      </w:r>
    </w:p>
    <w:p>
      <w:r>
        <w:rPr>
          <w:rFonts w:ascii="Gentium Plus" w:hAnsi="Gentium Plus"/>
          <w:sz w:val="24"/>
        </w:rPr>
        <w:t>τοιοῦτος γενόμενος.</w:t>
      </w:r>
    </w:p>
    <w:p>
      <w:r>
        <w:rPr>
          <w:rFonts w:ascii="Courier New" w:hAnsi="Courier New"/>
          <w:color w:val="555555"/>
          <w:sz w:val="20"/>
        </w:rPr>
        <w:t>[15]</w:t>
      </w:r>
    </w:p>
    <w:p>
      <w:r>
        <w:rPr>
          <w:rFonts w:ascii="Gentium Plus" w:hAnsi="Gentium Plus"/>
          <w:sz w:val="24"/>
        </w:rPr>
        <w:t>ΕΡΩΣ Οὐκοῦν, ὦ Ζεῦ, μηδὲ ἐρᾶν θέλε· ῥᾴδιον γὰρ τοῦτό γε.</w:t>
      </w:r>
    </w:p>
    <w:p>
      <w:r>
        <w:rPr>
          <w:rFonts w:ascii="Courier New" w:hAnsi="Courier New"/>
          <w:color w:val="555555"/>
          <w:sz w:val="20"/>
        </w:rPr>
        <w:t>[17]</w:t>
      </w:r>
    </w:p>
    <w:p>
      <w:r>
        <w:rPr>
          <w:rFonts w:ascii="Gentium Plus" w:hAnsi="Gentium Plus"/>
          <w:sz w:val="24"/>
        </w:rPr>
        <w:t>ΖΕΥΣ Οὔκ, ἀλλὰ ἐρᾶν μέν, ἀπραγμονέστερον δὲ αὐτῶν ἐπιτυγχάνειν· ἐπὶ τούτοις αὐτοῖς ἀφίημί</w:t>
      </w:r>
    </w:p>
    <w:p>
      <w:r>
        <w:rPr>
          <w:rFonts w:ascii="Courier New" w:hAnsi="Courier New"/>
          <w:color w:val="555555"/>
          <w:sz w:val="20"/>
        </w:rPr>
        <w:t>[20]</w:t>
      </w:r>
    </w:p>
    <w:p>
      <w:r>
        <w:rPr>
          <w:rFonts w:ascii="Gentium Plus" w:hAnsi="Gentium Plus"/>
          <w:sz w:val="24"/>
        </w:rPr>
        <w:t>σε.</w:t>
      </w:r>
    </w:p>
    <w:p>
      <w:pPr>
        <w:jc w:val="center"/>
      </w:pPr>
      <w:r>
        <w:rPr>
          <w:rFonts w:ascii="Gentium Plus" w:hAnsi="Gentium Plus"/>
          <w:b/>
          <w:sz w:val="24"/>
        </w:rPr>
        <w:t>ΔΙΟΣ ΚΑΙ ΕΡΜΟΥ</w:t>
      </w:r>
    </w:p>
    <w:p>
      <w:r>
        <w:rPr>
          <w:rFonts w:ascii="Courier New" w:hAnsi="Courier New"/>
          <w:color w:val="555555"/>
          <w:sz w:val="20"/>
        </w:rPr>
        <w:t>[D Deor . 7 . 1]</w:t>
      </w:r>
    </w:p>
    <w:p>
      <w:r>
        <w:rPr>
          <w:rFonts w:ascii="Gentium Plus" w:hAnsi="Gentium Plus"/>
          <w:sz w:val="24"/>
        </w:rPr>
        <w:t>ΖΕΥΣ</w:t>
      </w:r>
    </w:p>
    <w:p>
      <w:r>
        <w:rPr>
          <w:rFonts w:ascii="Courier New" w:hAnsi="Courier New"/>
          <w:color w:val="555555"/>
          <w:sz w:val="20"/>
        </w:rPr>
        <w:t>[1]</w:t>
      </w:r>
    </w:p>
    <w:p>
      <w:r>
        <w:rPr>
          <w:rFonts w:ascii="Gentium Plus" w:hAnsi="Gentium Plus"/>
          <w:sz w:val="24"/>
        </w:rPr>
        <w:t>Τὴν τοῦ Ἰνάχου παῖδα τὴν καλὴν οἶσθα, ὦ Ἑρμῆ; ΕΡΜΗΣ Ναί· τὴν Ἰὼ λέγεις;</w:t>
      </w:r>
    </w:p>
    <w:p>
      <w:r>
        <w:rPr>
          <w:rFonts w:ascii="Courier New" w:hAnsi="Courier New"/>
          <w:color w:val="555555"/>
          <w:sz w:val="20"/>
        </w:rPr>
        <w:t>[4]</w:t>
      </w:r>
    </w:p>
    <w:p>
      <w:r>
        <w:rPr>
          <w:rFonts w:ascii="Gentium Plus" w:hAnsi="Gentium Plus"/>
          <w:sz w:val="24"/>
        </w:rPr>
        <w:t>ΖΕΥΣ</w:t>
      </w:r>
    </w:p>
    <w:p>
      <w:r>
        <w:rPr>
          <w:rFonts w:ascii="Courier New" w:hAnsi="Courier New"/>
          <w:color w:val="555555"/>
          <w:sz w:val="20"/>
        </w:rPr>
        <w:t>[5]</w:t>
      </w:r>
    </w:p>
    <w:p>
      <w:r>
        <w:rPr>
          <w:rFonts w:ascii="Gentium Plus" w:hAnsi="Gentium Plus"/>
          <w:sz w:val="24"/>
        </w:rPr>
        <w:t>Οὐκέτι παῖς ἐκείνη ἐστίν, ἀλλὰ δάμαλις.</w:t>
      </w:r>
    </w:p>
    <w:p>
      <w:r>
        <w:rPr>
          <w:rFonts w:ascii="Courier New" w:hAnsi="Courier New"/>
          <w:color w:val="555555"/>
          <w:sz w:val="20"/>
        </w:rPr>
        <w:t>[5]</w:t>
      </w:r>
    </w:p>
    <w:p>
      <w:r>
        <w:rPr>
          <w:rFonts w:ascii="Gentium Plus" w:hAnsi="Gentium Plus"/>
          <w:sz w:val="24"/>
        </w:rPr>
        <w:t>ΕΡΜΗΣ Τεράστιον τοῦτο· τῷ τρόπῳ δ’ ἐνηλλάγη;</w:t>
      </w:r>
    </w:p>
    <w:p>
      <w:r>
        <w:rPr>
          <w:rFonts w:ascii="Courier New" w:hAnsi="Courier New"/>
          <w:color w:val="555555"/>
          <w:sz w:val="20"/>
        </w:rPr>
        <w:t>[6]</w:t>
      </w:r>
    </w:p>
    <w:p>
      <w:r>
        <w:rPr>
          <w:rFonts w:ascii="Gentium Plus" w:hAnsi="Gentium Plus"/>
          <w:sz w:val="24"/>
        </w:rPr>
        <w:t>ΖΕΥΣ Ζηλοτυπήσασα ἡ Ἥρα μετέβαλεν αὐτήν. ἀλλὰ καὶ καινὸν ἄλλο τι δεινὸν ἐπιμεμηχάνηται τῇ κακοδαίμονι· βουκόλον τινὰ πολυόμματον Ἄργον</w:t>
      </w:r>
    </w:p>
    <w:p>
      <w:r>
        <w:rPr>
          <w:rFonts w:ascii="Courier New" w:hAnsi="Courier New"/>
          <w:color w:val="555555"/>
          <w:sz w:val="20"/>
        </w:rPr>
        <w:t>[10]</w:t>
      </w:r>
    </w:p>
    <w:p>
      <w:r>
        <w:rPr>
          <w:rFonts w:ascii="Gentium Plus" w:hAnsi="Gentium Plus"/>
          <w:sz w:val="24"/>
        </w:rPr>
        <w:t>τοὔνομα ἐπέστησεν, ὃς νέμει τὴν δάμαλιν ἄϋπνος ὤν.</w:t>
      </w:r>
    </w:p>
    <w:p>
      <w:r>
        <w:rPr>
          <w:rFonts w:ascii="Courier New" w:hAnsi="Courier New"/>
          <w:color w:val="555555"/>
          <w:sz w:val="20"/>
        </w:rPr>
        <w:t>[11]</w:t>
      </w:r>
    </w:p>
    <w:p>
      <w:r>
        <w:rPr>
          <w:rFonts w:ascii="Gentium Plus" w:hAnsi="Gentium Plus"/>
          <w:sz w:val="24"/>
        </w:rPr>
        <w:t>ΕΡΜΗΣ Τί οὖν ἡμᾶς χρὴ ποιεῖν;</w:t>
      </w:r>
    </w:p>
    <w:p>
      <w:r>
        <w:rPr>
          <w:rFonts w:ascii="Courier New" w:hAnsi="Courier New"/>
          <w:color w:val="555555"/>
          <w:sz w:val="20"/>
        </w:rPr>
        <w:t>[12]</w:t>
      </w:r>
    </w:p>
    <w:p>
      <w:r>
        <w:rPr>
          <w:rFonts w:ascii="Gentium Plus" w:hAnsi="Gentium Plus"/>
          <w:sz w:val="24"/>
        </w:rPr>
        <w:t>ΖΕΥΣ Καταπτάμενος ἐς τὴν Νεμέαν—ἐκεῖ δέ που ὁ Ἄργος βουκολεῖ—ἐκεῖνον ἀπόκτεινον, τὴν δὲ Ἰὼ</w:t>
      </w:r>
    </w:p>
    <w:p>
      <w:r>
        <w:rPr>
          <w:rFonts w:ascii="Courier New" w:hAnsi="Courier New"/>
          <w:color w:val="555555"/>
          <w:sz w:val="20"/>
        </w:rPr>
        <w:t>[15]</w:t>
      </w:r>
    </w:p>
    <w:p>
      <w:r>
        <w:rPr>
          <w:rFonts w:ascii="Gentium Plus" w:hAnsi="Gentium Plus"/>
          <w:sz w:val="24"/>
        </w:rPr>
        <w:t>διὰ τοῦ πελάγους ἐς τὴν Αἴγυπτον ἀγαγὼν Ἶσιν ποίησον· καὶ τὸ λοιπὸν ἔστω θεὸς τῶν ἐκεῖ καὶ τὸν Νεῖλον ἀναγέτω καὶ τοὺς ἀνέμους ἐπιπεμπέτω</w:t>
      </w:r>
    </w:p>
    <w:p>
      <w:pPr>
        <w:jc w:val="center"/>
      </w:pPr>
      <w:r>
        <w:rPr>
          <w:rFonts w:ascii="Gentium Plus" w:hAnsi="Gentium Plus"/>
          <w:b/>
          <w:sz w:val="24"/>
        </w:rPr>
        <w:t>ΗΡΑΣ ΚΑΙ ΔΙΟΣ</w:t>
      </w:r>
    </w:p>
    <w:p>
      <w:r>
        <w:rPr>
          <w:rFonts w:ascii="Courier New" w:hAnsi="Courier New"/>
          <w:color w:val="555555"/>
          <w:sz w:val="20"/>
        </w:rPr>
        <w:t>[D Deor . 8 . 1]</w:t>
      </w:r>
    </w:p>
    <w:p>
      <w:r>
        <w:rPr>
          <w:rFonts w:ascii="Gentium Plus" w:hAnsi="Gentium Plus"/>
          <w:sz w:val="24"/>
        </w:rPr>
        <w:t>ΗΡΑ</w:t>
      </w:r>
    </w:p>
    <w:p>
      <w:r>
        <w:rPr>
          <w:rFonts w:ascii="Courier New" w:hAnsi="Courier New"/>
          <w:color w:val="555555"/>
          <w:sz w:val="20"/>
        </w:rPr>
        <w:t>[1]</w:t>
      </w:r>
    </w:p>
    <w:p>
      <w:r>
        <w:rPr>
          <w:rFonts w:ascii="Gentium Plus" w:hAnsi="Gentium Plus"/>
          <w:sz w:val="24"/>
        </w:rPr>
        <w:t>Ἐξ οὗ τὸ μειράκιον τοῦτο. ὦ Ζεῦ, τὸ Φρύγιον ἀπὸ τῆς Ἴδης ἁρπάσας δεῦρο ἀνήγαγες, ἔλαττόν μοι τὸν νοῦν προσέχεις.</w:t>
      </w:r>
    </w:p>
    <w:p>
      <w:r>
        <w:rPr>
          <w:rFonts w:ascii="Courier New" w:hAnsi="Courier New"/>
          <w:color w:val="555555"/>
          <w:sz w:val="20"/>
        </w:rPr>
        <w:t>[3]</w:t>
      </w:r>
    </w:p>
    <w:p>
      <w:r>
        <w:rPr>
          <w:rFonts w:ascii="Gentium Plus" w:hAnsi="Gentium Plus"/>
          <w:sz w:val="24"/>
        </w:rPr>
        <w:t>ΖΕΥΣ Καὶ τοῦτο γάρ, ὦ Ἥρα, ζηλοτυπεῖς ἤδη ἀφε‐</w:t>
      </w:r>
    </w:p>
    <w:p>
      <w:r>
        <w:rPr>
          <w:rFonts w:ascii="Courier New" w:hAnsi="Courier New"/>
          <w:color w:val="555555"/>
          <w:sz w:val="20"/>
        </w:rPr>
        <w:t>[5]</w:t>
      </w:r>
    </w:p>
    <w:p>
      <w:r>
        <w:rPr>
          <w:rFonts w:ascii="Gentium Plus" w:hAnsi="Gentium Plus"/>
          <w:sz w:val="24"/>
        </w:rPr>
        <w:t>λὲς οὕτω καὶ ἀλυπότατον; ἐγὼ δὲ ᾤμην ταῖς γυναιξὶ μόναις χαλεπήν σε εἶναι, ὁπόσαι ἂν ὁμιλήσωσί μοι.</w:t>
      </w:r>
    </w:p>
    <w:p>
      <w:r>
        <w:rPr>
          <w:rFonts w:ascii="Courier New" w:hAnsi="Courier New"/>
          <w:color w:val="555555"/>
          <w:sz w:val="20"/>
        </w:rPr>
        <w:t>[7]</w:t>
      </w:r>
    </w:p>
    <w:p>
      <w:r>
        <w:rPr>
          <w:rFonts w:ascii="Gentium Plus" w:hAnsi="Gentium Plus"/>
          <w:sz w:val="24"/>
        </w:rPr>
        <w:t>ΗΡΑ</w:t>
      </w:r>
    </w:p>
    <w:p>
      <w:r>
        <w:rPr>
          <w:rFonts w:ascii="Courier New" w:hAnsi="Courier New"/>
          <w:color w:val="555555"/>
          <w:sz w:val="20"/>
        </w:rPr>
        <w:t>[D Deor . 8 . 2]</w:t>
      </w:r>
    </w:p>
    <w:p>
      <w:r>
        <w:rPr>
          <w:rFonts w:ascii="Gentium Plus" w:hAnsi="Gentium Plus"/>
          <w:sz w:val="24"/>
        </w:rPr>
        <w:t>Οὐδ’ ἐκεῖνα μὲν εὖ ποιεῖς οὐδὲ πρέποντα σεαυτῷ ὃς ἁπάντων θεῶν δεσπότης ὢν ἀπολιπὼν ἐμὲ τὴν νόμῳ γαμετὴν ἐπὶ τὴν γῆν κάτει μοιχεύσων, χρυσίον ἢ σάτυρος ἢ ταῦρος γενόμενος. πλὴν</w:t>
      </w:r>
    </w:p>
    <w:p>
      <w:r>
        <w:rPr>
          <w:rFonts w:ascii="Courier New" w:hAnsi="Courier New"/>
          <w:color w:val="555555"/>
          <w:sz w:val="20"/>
        </w:rPr>
        <w:t>[5]</w:t>
      </w:r>
    </w:p>
    <w:p>
      <w:r>
        <w:rPr>
          <w:rFonts w:ascii="Gentium Plus" w:hAnsi="Gentium Plus"/>
          <w:sz w:val="24"/>
        </w:rPr>
        <w:t>ἀλλ’ ἐκεῖναι μέν σοι κἂν ἐν γῇ μένουσι, τὸ δὲ τουτὶ Ἰδαῖον παιδίον ἁρπάσας ἀνέπτης, ὦ γενναιότατε ἀετῶν, καὶ συνοικεῖ ἡμῖν ἐπὶ κεφαλήν μοι ἐπαχθέν, οἰνοχοοῦν δὴ τῷ λόγῳ. οὕτως ἠπόρεις οἰνοχόων, καὶ ἀπηγορεύκασιν ἄρα ἥ τε Ἥβη καὶ ὁ Ἥφαιστος</w:t>
      </w:r>
    </w:p>
    <w:p>
      <w:r>
        <w:rPr>
          <w:rFonts w:ascii="Courier New" w:hAnsi="Courier New"/>
          <w:color w:val="555555"/>
          <w:sz w:val="20"/>
        </w:rPr>
        <w:t>[10]</w:t>
      </w:r>
    </w:p>
    <w:p>
      <w:r>
        <w:rPr>
          <w:rFonts w:ascii="Gentium Plus" w:hAnsi="Gentium Plus"/>
          <w:sz w:val="24"/>
        </w:rPr>
        <w:t>διακονούμενοι; σὺ δὲ καὶ τὴν κύλικα οὐκ ἂν ἄλλως λάβοις παρ’ αὐτοῦ ἢ φιλήσας πρότερον αὐτὸν ἁπάντων ὁρώντων, καὶ τὸ φίλημά σοι ἥδιον τοῦ νέκταρος, καὶ διὰ τοῦτο οὐδὲ διψῶν πολλάκις</w:t>
      </w:r>
    </w:p>
    <w:p>
      <w:r>
        <w:rPr>
          <w:rFonts w:ascii="Courier New" w:hAnsi="Courier New"/>
          <w:color w:val="555555"/>
          <w:sz w:val="20"/>
        </w:rPr>
        <w:t>[15]</w:t>
      </w:r>
    </w:p>
    <w:p>
      <w:r>
        <w:rPr>
          <w:rFonts w:ascii="Gentium Plus" w:hAnsi="Gentium Plus"/>
          <w:sz w:val="24"/>
        </w:rPr>
        <w:t>ἔδωκας ἐκείνῳ, καὶ πιόντος ἀπολαβὼν τὴν κύλικα ὅσον ὑπόλοιπον ἐν αὐτῇ πίνεις, ὅθεν καὶ ὁ παῖς ἔπιε καὶ ἔνθα προσήρμοσε τὰ χείλη, ἵνα καὶ πίνῃς ἅμα καὶ φιλῇς· πρῴην δὲ ὁ βασιλεὺς καὶ ἁπάντων πατὴρ ἀποθέμενος τὴν αἰγίδα καὶ τὸν κε‐</w:t>
      </w:r>
    </w:p>
    <w:p>
      <w:r>
        <w:rPr>
          <w:rFonts w:ascii="Courier New" w:hAnsi="Courier New"/>
          <w:color w:val="555555"/>
          <w:sz w:val="20"/>
        </w:rPr>
        <w:t>[20]</w:t>
      </w:r>
    </w:p>
    <w:p>
      <w:r>
        <w:rPr>
          <w:rFonts w:ascii="Gentium Plus" w:hAnsi="Gentium Plus"/>
          <w:sz w:val="24"/>
        </w:rPr>
        <w:t>ραυνὸν ἐκάθησο ἀστραγαλίζων μετ’ αὐτοῦ ὁ πώγωνα τηλικοῦτον καθειμένος. ἅπαντα οὖν ὁρῶ ταῦτα, ὥστε μὴ οἴου λανθάνειν.</w:t>
      </w:r>
    </w:p>
    <w:p>
      <w:r>
        <w:rPr>
          <w:rFonts w:ascii="Courier New" w:hAnsi="Courier New"/>
          <w:color w:val="555555"/>
          <w:sz w:val="20"/>
        </w:rPr>
        <w:t>[22]</w:t>
      </w:r>
    </w:p>
    <w:p>
      <w:r>
        <w:rPr>
          <w:rFonts w:ascii="Gentium Plus" w:hAnsi="Gentium Plus"/>
          <w:sz w:val="24"/>
        </w:rPr>
        <w:t>ΖΕΥΣ</w:t>
      </w:r>
    </w:p>
    <w:p>
      <w:r>
        <w:rPr>
          <w:rFonts w:ascii="Courier New" w:hAnsi="Courier New"/>
          <w:color w:val="555555"/>
          <w:sz w:val="20"/>
        </w:rPr>
        <w:t>[D Deor . 8 . 3]</w:t>
      </w:r>
    </w:p>
    <w:p>
      <w:r>
        <w:rPr>
          <w:rFonts w:ascii="Gentium Plus" w:hAnsi="Gentium Plus"/>
          <w:sz w:val="24"/>
        </w:rPr>
        <w:t>Καὶ τί δεινόν, ὦ Ἥρα, μειράκιον οὕτω καλὸν μεταξὺ πίνοντα καταφιλεῖν καὶ ἥδεσθαι ἀμφοῖν καὶ τῷ φιλήματι καὶ τῷ νέκταρι; ἢν γοῦν ἐπιτρέψω αὐτῷ κἂν ἅπαξ φιλῆσαί σε, οὐκέτι</w:t>
      </w:r>
    </w:p>
    <w:p>
      <w:r>
        <w:rPr>
          <w:rFonts w:ascii="Courier New" w:hAnsi="Courier New"/>
          <w:color w:val="555555"/>
          <w:sz w:val="20"/>
        </w:rPr>
        <w:t>[5]</w:t>
      </w:r>
    </w:p>
    <w:p>
      <w:r>
        <w:rPr>
          <w:rFonts w:ascii="Gentium Plus" w:hAnsi="Gentium Plus"/>
          <w:sz w:val="24"/>
        </w:rPr>
        <w:t>μέμψῃ μοι προτιμότερον τοῦ νέκταρος οἰομένῳ τὸ φίλημα εἶναι.</w:t>
      </w:r>
    </w:p>
    <w:p>
      <w:r>
        <w:rPr>
          <w:rFonts w:ascii="Courier New" w:hAnsi="Courier New"/>
          <w:color w:val="555555"/>
          <w:sz w:val="20"/>
        </w:rPr>
        <w:t>[6]</w:t>
      </w:r>
    </w:p>
    <w:p>
      <w:r>
        <w:rPr>
          <w:rFonts w:ascii="Gentium Plus" w:hAnsi="Gentium Plus"/>
          <w:sz w:val="24"/>
        </w:rPr>
        <w:t>ΗΡΑ Παιδεραστῶν οὗτοι λόγοι. ἐγὼ δὲ μὴ οὕτω μανείην ὡς τὰ χείλη προσενεγκεῖν τῷ μαλθακῷ τούτῳ Φρυγὶ οὕτως ἐκτεθηλυμένῳ.</w:t>
      </w:r>
    </w:p>
    <w:p>
      <w:r>
        <w:rPr>
          <w:rFonts w:ascii="Courier New" w:hAnsi="Courier New"/>
          <w:color w:val="555555"/>
          <w:sz w:val="20"/>
        </w:rPr>
        <w:t>[9]</w:t>
      </w:r>
    </w:p>
    <w:p>
      <w:r>
        <w:rPr>
          <w:rFonts w:ascii="Gentium Plus" w:hAnsi="Gentium Plus"/>
          <w:sz w:val="24"/>
        </w:rPr>
        <w:t>ΖΕΥΣ</w:t>
      </w:r>
    </w:p>
    <w:p>
      <w:r>
        <w:rPr>
          <w:rFonts w:ascii="Courier New" w:hAnsi="Courier New"/>
          <w:color w:val="555555"/>
          <w:sz w:val="20"/>
        </w:rPr>
        <w:t>[10]</w:t>
      </w:r>
    </w:p>
    <w:p>
      <w:r>
        <w:rPr>
          <w:rFonts w:ascii="Gentium Plus" w:hAnsi="Gentium Plus"/>
          <w:sz w:val="24"/>
        </w:rPr>
        <w:t>Μή μοι λοιδοροῦ, ὦ γενναιοτάτη, τοῖς παιδικοῖς· οὑτοσὶ γὰρ ὁ θηλυδρίας, ὁ βάρβαρος, ὁ μαλθακός, ἡδίων ἐμοὶ καὶ ποθεινότερος—οὐ βούλομαι δὲ εἰ‐ πεῖν, μή σε παροξύνω ἐπὶ πλέον.</w:t>
      </w:r>
    </w:p>
    <w:p>
      <w:r>
        <w:rPr>
          <w:rFonts w:ascii="Courier New" w:hAnsi="Courier New"/>
          <w:color w:val="555555"/>
          <w:sz w:val="20"/>
        </w:rPr>
        <w:t>[13]</w:t>
      </w:r>
    </w:p>
    <w:p>
      <w:r>
        <w:rPr>
          <w:rFonts w:ascii="Gentium Plus" w:hAnsi="Gentium Plus"/>
          <w:sz w:val="24"/>
        </w:rPr>
        <w:t>ΗΡΑ</w:t>
      </w:r>
    </w:p>
    <w:p>
      <w:r>
        <w:rPr>
          <w:rFonts w:ascii="Courier New" w:hAnsi="Courier New"/>
          <w:color w:val="555555"/>
          <w:sz w:val="20"/>
        </w:rPr>
        <w:t>[D Deor . 8 . 4]</w:t>
      </w:r>
    </w:p>
    <w:p>
      <w:r>
        <w:rPr>
          <w:rFonts w:ascii="Gentium Plus" w:hAnsi="Gentium Plus"/>
          <w:sz w:val="24"/>
        </w:rPr>
        <w:t>Εἴθε καὶ γαμήσειας αὐτὸν ἐμοῦ γε οὕνεκα· μέμνησο γοῦν οἷά μοι διὰ τὸν οἰνοχόον τοῦτον</w:t>
      </w:r>
    </w:p>
    <w:p>
      <w:r>
        <w:rPr>
          <w:rFonts w:ascii="Courier New" w:hAnsi="Courier New"/>
          <w:color w:val="555555"/>
          <w:sz w:val="20"/>
        </w:rPr>
        <w:t>[3]</w:t>
      </w:r>
    </w:p>
    <w:p>
      <w:r>
        <w:rPr>
          <w:rFonts w:ascii="Gentium Plus" w:hAnsi="Gentium Plus"/>
          <w:sz w:val="24"/>
        </w:rPr>
        <w:t>ΖΕΥΣ Οὔκ, ἀλλὰ τὸν Ἥφαιστον ἔδει τὸν σὸν υἱὸν</w:t>
      </w:r>
    </w:p>
    <w:p>
      <w:r>
        <w:rPr>
          <w:rFonts w:ascii="Courier New" w:hAnsi="Courier New"/>
          <w:color w:val="555555"/>
          <w:sz w:val="20"/>
        </w:rPr>
        <w:t>[5]</w:t>
      </w:r>
    </w:p>
    <w:p>
      <w:r>
        <w:rPr>
          <w:rFonts w:ascii="Gentium Plus" w:hAnsi="Gentium Plus"/>
          <w:sz w:val="24"/>
        </w:rPr>
        <w:t>οἰνοχοεῖν ἡμῖν χωλεύοντα, ἐκ τῆς καμίνου ἥκοντα, ἔτι τῶν σπινθήρων ἀνάπλεων, ἄρτι τὴν πυράγραν ἀποτεθειμένον, καὶ ἀπ’ ἐκείνων αὐτοῦ τῶν δακτύλων λαμβάνειν ἡμᾶς τὴν κύλικα καὶ ἐπισπασαμένους γε φιλῆσαι μεταξύ, ὃν οὐδ’ ἂν ἡ μήτηρ σὺ ἡδέως φιλή‐</w:t>
      </w:r>
    </w:p>
    <w:p>
      <w:r>
        <w:rPr>
          <w:rFonts w:ascii="Courier New" w:hAnsi="Courier New"/>
          <w:color w:val="555555"/>
          <w:sz w:val="20"/>
        </w:rPr>
        <w:t>[10]</w:t>
      </w:r>
    </w:p>
    <w:p>
      <w:r>
        <w:rPr>
          <w:rFonts w:ascii="Gentium Plus" w:hAnsi="Gentium Plus"/>
          <w:sz w:val="24"/>
        </w:rPr>
        <w:t>σειας ὑπὸ τῆς ἀσβόλου κατῃθαλωμένον τὸ πρόσωπον. ἡδίω ταῦτα· οὐ γάρ; καὶ παρὰ πολὺ ὁ οἰνοχόος ἐκεῖνος ἔπρεπε τῷ συμποσίῳ τῶν θεῶν, ὁ Γανυμήδης δὲ καταπεμπτέος αὖθις ἐς τὴν Ἴδην· καθάριος γὰρ καὶ ῥοδοδάκτυλος καὶ ἐπισταμένως</w:t>
      </w:r>
    </w:p>
    <w:p>
      <w:r>
        <w:rPr>
          <w:rFonts w:ascii="Courier New" w:hAnsi="Courier New"/>
          <w:color w:val="555555"/>
          <w:sz w:val="20"/>
        </w:rPr>
        <w:t>[15]</w:t>
      </w:r>
    </w:p>
    <w:p>
      <w:r>
        <w:rPr>
          <w:rFonts w:ascii="Gentium Plus" w:hAnsi="Gentium Plus"/>
          <w:sz w:val="24"/>
        </w:rPr>
        <w:t>ὀρέγει τὸ ἔκπωμα, καὶ ὅ σε λυπεῖ μάλιστα, καὶ φιλεῖ ἥδιον τοῦ νέκταρος.</w:t>
      </w:r>
    </w:p>
    <w:p>
      <w:r>
        <w:rPr>
          <w:rFonts w:ascii="Courier New" w:hAnsi="Courier New"/>
          <w:color w:val="555555"/>
          <w:sz w:val="20"/>
        </w:rPr>
        <w:t>[16]</w:t>
      </w:r>
    </w:p>
    <w:p>
      <w:r>
        <w:rPr>
          <w:rFonts w:ascii="Gentium Plus" w:hAnsi="Gentium Plus"/>
          <w:sz w:val="24"/>
        </w:rPr>
        <w:t>ΗΡΑ</w:t>
      </w:r>
    </w:p>
    <w:p>
      <w:r>
        <w:rPr>
          <w:rFonts w:ascii="Courier New" w:hAnsi="Courier New"/>
          <w:color w:val="555555"/>
          <w:sz w:val="20"/>
        </w:rPr>
        <w:t>[D Deor . 8 . 5]</w:t>
      </w:r>
    </w:p>
    <w:p>
      <w:r>
        <w:rPr>
          <w:rFonts w:ascii="Gentium Plus" w:hAnsi="Gentium Plus"/>
          <w:sz w:val="24"/>
        </w:rPr>
        <w:t>Νῦν καὶ χωλός, ὦ Ζεῦ, ὁ Ἥφαιστος καὶ οἱ δάκτυλοι αὐτοῦ ἀνάξιοι τῆς σῆς κύλικος καὶ ἀσβόλου μεστός ἐστι, καὶ ναυτιᾷς ὁρῶν αὐτόν, ἐξ ὅτου τὸν καλὸν κομήτην τοῦτον ἡ Ἴδη ἀνέθρεψε·</w:t>
      </w:r>
    </w:p>
    <w:p>
      <w:r>
        <w:rPr>
          <w:rFonts w:ascii="Courier New" w:hAnsi="Courier New"/>
          <w:color w:val="555555"/>
          <w:sz w:val="20"/>
        </w:rPr>
        <w:t>[5]</w:t>
      </w:r>
    </w:p>
    <w:p>
      <w:r>
        <w:rPr>
          <w:rFonts w:ascii="Gentium Plus" w:hAnsi="Gentium Plus"/>
          <w:sz w:val="24"/>
        </w:rPr>
        <w:t>πάλαι δὲ οὐχ ἑώρας ταῦτα, οὐδ’ οἱ σπινθῆρες οὐδὲ ἡ κάμινος ἀπέτρεπόν σε μὴ οὐχὶ πίνειν παρ’ αὐτοῦ.</w:t>
      </w:r>
    </w:p>
    <w:p>
      <w:r>
        <w:rPr>
          <w:rFonts w:ascii="Courier New" w:hAnsi="Courier New"/>
          <w:color w:val="555555"/>
          <w:sz w:val="20"/>
        </w:rPr>
        <w:t>[7]</w:t>
      </w:r>
    </w:p>
    <w:p>
      <w:r>
        <w:rPr>
          <w:rFonts w:ascii="Gentium Plus" w:hAnsi="Gentium Plus"/>
          <w:sz w:val="24"/>
        </w:rPr>
        <w:t>ΖΕΥΣ Λυπεῖς, ὦ Ἥρα, σεαυτήν, οὐδὲν ἄλλο, κἀμοὶ ἐπιτείνεις τὸν ἔρωτα ζηλοτυποῦσα· εἰ δὲ ἄχθῃ</w:t>
      </w:r>
    </w:p>
    <w:p>
      <w:r>
        <w:rPr>
          <w:rFonts w:ascii="Courier New" w:hAnsi="Courier New"/>
          <w:color w:val="555555"/>
          <w:sz w:val="20"/>
        </w:rPr>
        <w:t>[10]</w:t>
      </w:r>
    </w:p>
    <w:p>
      <w:r>
        <w:rPr>
          <w:rFonts w:ascii="Gentium Plus" w:hAnsi="Gentium Plus"/>
          <w:sz w:val="24"/>
        </w:rPr>
        <w:t>παρὰ παιδὸς ὡραίου δεχομένη τὸ ἔκπωμα, σοὶ μὲν ὁ υἱὸς οἰνοχοείτω, σὺ δέ, ὦ Γανύμηδες, ἐμοὶ μόνῳ</w:t>
      </w:r>
    </w:p>
    <w:p>
      <w:r>
        <w:rPr>
          <w:rFonts w:ascii="Courier New" w:hAnsi="Courier New"/>
          <w:color w:val="555555"/>
          <w:sz w:val="20"/>
        </w:rPr>
        <w:t>[15]</w:t>
      </w:r>
    </w:p>
    <w:p>
      <w:r>
        <w:rPr>
          <w:rFonts w:ascii="Gentium Plus" w:hAnsi="Gentium Plus"/>
          <w:sz w:val="24"/>
        </w:rPr>
        <w:t>οἰμώξεται γάρ, ἤν τίς σε λυπεῖν θέλῃ.</w:t>
      </w:r>
    </w:p>
    <w:p>
      <w:pPr>
        <w:jc w:val="center"/>
      </w:pPr>
      <w:r>
        <w:rPr>
          <w:rFonts w:ascii="Gentium Plus" w:hAnsi="Gentium Plus"/>
          <w:b/>
          <w:sz w:val="24"/>
        </w:rPr>
        <w:t>ΗΡΑΣ ΚΑΙ ΔΙΟΣ</w:t>
      </w:r>
    </w:p>
    <w:p>
      <w:r>
        <w:rPr>
          <w:rFonts w:ascii="Courier New" w:hAnsi="Courier New"/>
          <w:color w:val="555555"/>
          <w:sz w:val="20"/>
        </w:rPr>
        <w:t>[D Deor . 9 . 1]</w:t>
      </w:r>
    </w:p>
    <w:p>
      <w:r>
        <w:rPr>
          <w:rFonts w:ascii="Gentium Plus" w:hAnsi="Gentium Plus"/>
          <w:sz w:val="24"/>
        </w:rPr>
        <w:t>ΗΡΑ</w:t>
      </w:r>
    </w:p>
    <w:p>
      <w:r>
        <w:rPr>
          <w:rFonts w:ascii="Courier New" w:hAnsi="Courier New"/>
          <w:color w:val="555555"/>
          <w:sz w:val="20"/>
        </w:rPr>
        <w:t>[1]</w:t>
      </w:r>
    </w:p>
    <w:p>
      <w:r>
        <w:rPr>
          <w:rFonts w:ascii="Gentium Plus" w:hAnsi="Gentium Plus"/>
          <w:sz w:val="24"/>
        </w:rPr>
        <w:t>Τὸν Ἰξίονα τοῦτον, ὦ Ζεῦ, ποῖόν τινα τὸν τρόπον ἡγῇ;</w:t>
      </w:r>
    </w:p>
    <w:p>
      <w:r>
        <w:rPr>
          <w:rFonts w:ascii="Courier New" w:hAnsi="Courier New"/>
          <w:color w:val="555555"/>
          <w:sz w:val="20"/>
        </w:rPr>
        <w:t>[2]</w:t>
      </w:r>
    </w:p>
    <w:p>
      <w:r>
        <w:rPr>
          <w:rFonts w:ascii="Gentium Plus" w:hAnsi="Gentium Plus"/>
          <w:sz w:val="24"/>
        </w:rPr>
        <w:t>ΖΕΥΣ Ἄνθρωπον εἶναι χρηστόν, ὦ Ἥρα, καὶ συμ‐ ποτικόν· οὐ γὰρ ἂν συνῆν ἡμῖν ἀνάξιος τοῦ συμπο‐</w:t>
      </w:r>
    </w:p>
    <w:p>
      <w:r>
        <w:rPr>
          <w:rFonts w:ascii="Courier New" w:hAnsi="Courier New"/>
          <w:color w:val="555555"/>
          <w:sz w:val="20"/>
        </w:rPr>
        <w:t>[5]</w:t>
      </w:r>
    </w:p>
    <w:p>
      <w:r>
        <w:rPr>
          <w:rFonts w:ascii="Gentium Plus" w:hAnsi="Gentium Plus"/>
          <w:sz w:val="24"/>
        </w:rPr>
        <w:t>σίου ὤν.</w:t>
      </w:r>
    </w:p>
    <w:p>
      <w:r>
        <w:rPr>
          <w:rFonts w:ascii="Courier New" w:hAnsi="Courier New"/>
          <w:color w:val="555555"/>
          <w:sz w:val="20"/>
        </w:rPr>
        <w:t>[5]</w:t>
      </w:r>
    </w:p>
    <w:p>
      <w:r>
        <w:rPr>
          <w:rFonts w:ascii="Gentium Plus" w:hAnsi="Gentium Plus"/>
          <w:sz w:val="24"/>
        </w:rPr>
        <w:t>ΗΡΑ Ἀλλὰ ἀνάξιός ἐστιν, ὑβριστής γε ὤν· ὥστε μηκέτι συνέστω.</w:t>
      </w:r>
    </w:p>
    <w:p>
      <w:r>
        <w:rPr>
          <w:rFonts w:ascii="Courier New" w:hAnsi="Courier New"/>
          <w:color w:val="555555"/>
          <w:sz w:val="20"/>
        </w:rPr>
        <w:t>[7]</w:t>
      </w:r>
    </w:p>
    <w:p>
      <w:r>
        <w:rPr>
          <w:rFonts w:ascii="Gentium Plus" w:hAnsi="Gentium Plus"/>
          <w:sz w:val="24"/>
        </w:rPr>
        <w:t>ΖΕΥΣ Τί δαὶ ὕβρισε; χρὴ γάρ, οἶμαι, κἀμὲ εἰδέναι.</w:t>
      </w:r>
    </w:p>
    <w:p>
      <w:r>
        <w:rPr>
          <w:rFonts w:ascii="Courier New" w:hAnsi="Courier New"/>
          <w:color w:val="555555"/>
          <w:sz w:val="20"/>
        </w:rPr>
        <w:t>[8]</w:t>
      </w:r>
    </w:p>
    <w:p>
      <w:r>
        <w:rPr>
          <w:rFonts w:ascii="Gentium Plus" w:hAnsi="Gentium Plus"/>
          <w:sz w:val="24"/>
        </w:rPr>
        <w:t>ΗΡΑ Τί γὰρ ἄλλο; —καίτοι αἰσχύνομαι εἰπεῖν αὐτό·</w:t>
      </w:r>
    </w:p>
    <w:p>
      <w:r>
        <w:rPr>
          <w:rFonts w:ascii="Courier New" w:hAnsi="Courier New"/>
          <w:color w:val="555555"/>
          <w:sz w:val="20"/>
        </w:rPr>
        <w:t>[10]</w:t>
      </w:r>
    </w:p>
    <w:p>
      <w:r>
        <w:rPr>
          <w:rFonts w:ascii="Gentium Plus" w:hAnsi="Gentium Plus"/>
          <w:sz w:val="24"/>
        </w:rPr>
        <w:t>τοιοῦτόν ἐστιν ὃ ἐτόλμησεν.</w:t>
      </w:r>
    </w:p>
    <w:p>
      <w:r>
        <w:rPr>
          <w:rFonts w:ascii="Courier New" w:hAnsi="Courier New"/>
          <w:color w:val="555555"/>
          <w:sz w:val="20"/>
        </w:rPr>
        <w:t>[10]</w:t>
      </w:r>
    </w:p>
    <w:p>
      <w:r>
        <w:rPr>
          <w:rFonts w:ascii="Gentium Plus" w:hAnsi="Gentium Plus"/>
          <w:sz w:val="24"/>
        </w:rPr>
        <w:t>ΖΕΥΣ Καὶ μὴν διὰ τοῦτο καὶ μᾶλλον εἴποις ἄν, ὅσῳ καὶ αἰσχροῖς ἐπεχείρησε. μῶν δ’ οὖν ἐπείρα τινά; συνίημι γὰρ ὁποῖόν τι τὸ αἰσχρόν, ὅπερ ἂν σὺ</w:t>
      </w:r>
    </w:p>
    <w:p>
      <w:r>
        <w:rPr>
          <w:rFonts w:ascii="Courier New" w:hAnsi="Courier New"/>
          <w:color w:val="555555"/>
          <w:sz w:val="20"/>
        </w:rPr>
        <w:t>[14]</w:t>
      </w:r>
    </w:p>
    <w:p>
      <w:r>
        <w:rPr>
          <w:rFonts w:ascii="Gentium Plus" w:hAnsi="Gentium Plus"/>
          <w:sz w:val="24"/>
        </w:rPr>
        <w:t>ΗΡΑ</w:t>
      </w:r>
    </w:p>
    <w:p>
      <w:r>
        <w:rPr>
          <w:rFonts w:ascii="Courier New" w:hAnsi="Courier New"/>
          <w:color w:val="555555"/>
          <w:sz w:val="20"/>
        </w:rPr>
        <w:t>[D Deor . 9 . 2]</w:t>
      </w:r>
    </w:p>
    <w:p>
      <w:r>
        <w:rPr>
          <w:rFonts w:ascii="Gentium Plus" w:hAnsi="Gentium Plus"/>
          <w:sz w:val="24"/>
        </w:rPr>
        <w:t>Αὐτὴν ἐμέ, οὐκ ἄλλην τινά, ὦ Ζεῦ, πολὺν ἤδη χρόνον. καὶ τὸ μὲν πρῶτον ἠγνόουν τὸ πρᾶγμα, διότι ἀτενὲς ἀφεώρα εἰς ἐμέ· ὁ δὲ καὶ ἔστενε καὶ ὑπεδάκρυε, καὶ εἴ ποτε πιοῦσα παραδοίην τῷ</w:t>
      </w:r>
    </w:p>
    <w:p>
      <w:r>
        <w:rPr>
          <w:rFonts w:ascii="Courier New" w:hAnsi="Courier New"/>
          <w:color w:val="555555"/>
          <w:sz w:val="20"/>
        </w:rPr>
        <w:t>[5]</w:t>
      </w:r>
    </w:p>
    <w:p>
      <w:r>
        <w:rPr>
          <w:rFonts w:ascii="Gentium Plus" w:hAnsi="Gentium Plus"/>
          <w:sz w:val="24"/>
        </w:rPr>
        <w:t>Γανυμήδει τὸ ἔκπωμα, ὁ δὲ ᾔτει ἐν αὐτῷ ἐκείνῳ πιεῖν καὶ λαβὼν ἐφίλει μεταξὺ καὶ πρὸς τοὺς ὀφθαλμοὺς προσῆγε καὶ αὖθις ἀφεώρα ἐς ἐμέ· ταῦτα δὲ ἤδη συνίην ἐρωτικὰ ὄντα. καὶ ἐπὶ πολὺ μὲν ᾐδούμην λέγειν πρὸς σὲ καὶ ᾤμην παύσεσθαι</w:t>
      </w:r>
    </w:p>
    <w:p>
      <w:r>
        <w:rPr>
          <w:rFonts w:ascii="Courier New" w:hAnsi="Courier New"/>
          <w:color w:val="555555"/>
          <w:sz w:val="20"/>
        </w:rPr>
        <w:t>[10]</w:t>
      </w:r>
    </w:p>
    <w:p>
      <w:r>
        <w:rPr>
          <w:rFonts w:ascii="Gentium Plus" w:hAnsi="Gentium Plus"/>
          <w:sz w:val="24"/>
        </w:rPr>
        <w:t>τῆς μανίας τὸν ἄνθρωπον· ἐπεὶ δὲ καὶ λόγους ἐτόλ‐ μησέ μοι προσενεγκεῖν, ἐγὼ μὲν ἀφεῖσα αὐτὸν ἔτι δακρύοντα καὶ προκυλινδούμενον, ἐπιφραξαμένη τὰ ὦτα, ὡς μηδὲ ἀκούσαιμι αὐτοῦ ὑβριστικὰ ἱκετεύον‐ τος, ἀπῆλθον σοὶ φράσουσα· σὺ δὲ αὐτὸς ὅρα,</w:t>
      </w:r>
    </w:p>
    <w:p>
      <w:r>
        <w:rPr>
          <w:rFonts w:ascii="Courier New" w:hAnsi="Courier New"/>
          <w:color w:val="555555"/>
          <w:sz w:val="20"/>
        </w:rPr>
        <w:t>[15]</w:t>
      </w:r>
    </w:p>
    <w:p>
      <w:r>
        <w:rPr>
          <w:rFonts w:ascii="Gentium Plus" w:hAnsi="Gentium Plus"/>
          <w:sz w:val="24"/>
        </w:rPr>
        <w:t>ὅπως μέτει τὸν ἄνδρα.</w:t>
      </w:r>
    </w:p>
    <w:p>
      <w:r>
        <w:rPr>
          <w:rFonts w:ascii="Courier New" w:hAnsi="Courier New"/>
          <w:color w:val="555555"/>
          <w:sz w:val="20"/>
        </w:rPr>
        <w:t>[15]</w:t>
      </w:r>
    </w:p>
    <w:p>
      <w:r>
        <w:rPr>
          <w:rFonts w:ascii="Gentium Plus" w:hAnsi="Gentium Plus"/>
          <w:sz w:val="24"/>
        </w:rPr>
        <w:t>ΖΕΥΣ</w:t>
      </w:r>
    </w:p>
    <w:p>
      <w:r>
        <w:rPr>
          <w:rFonts w:ascii="Courier New" w:hAnsi="Courier New"/>
          <w:color w:val="555555"/>
          <w:sz w:val="20"/>
        </w:rPr>
        <w:t>[D Deor . 9 . 3]</w:t>
      </w:r>
    </w:p>
    <w:p>
      <w:r>
        <w:rPr>
          <w:rFonts w:ascii="Gentium Plus" w:hAnsi="Gentium Plus"/>
          <w:sz w:val="24"/>
        </w:rPr>
        <w:t>Εὖ γε ὁ κατάρατος· ἐπ’ ἐμὲ αὐτὸν καὶ μέχρι τῶν Ἥρας γάμων; τοσοῦτον ἐμεθύσθη τοῦ νέκτα‐ ρος; ἀλλ’ ἡμεῖς τούτων αἴτιοι καὶ πέρα τοῦ μετρίου φιλάνθρωποι, οἵ γε καὶ συμπότας αὐτοὺς</w:t>
      </w:r>
    </w:p>
    <w:p>
      <w:r>
        <w:rPr>
          <w:rFonts w:ascii="Courier New" w:hAnsi="Courier New"/>
          <w:color w:val="555555"/>
          <w:sz w:val="20"/>
        </w:rPr>
        <w:t>[5]</w:t>
      </w:r>
    </w:p>
    <w:p>
      <w:r>
        <w:rPr>
          <w:rFonts w:ascii="Gentium Plus" w:hAnsi="Gentium Plus"/>
          <w:sz w:val="24"/>
        </w:rPr>
        <w:t>ἐποιησάμεθα. συγγνωστοὶ οὖν, εἰ πιόντες ὅμοια ἡμῖν καὶ ἰδόντες οὐράνια κάλλη καὶ οἷα οὔ ποτε εἶδον ἐπὶ γῆς, ἐπεθύμησαν ἀπολαῦσαι αὐτῶν ἔρωτι ἁλόντες· ὁ δ’ ἔρως βίαιόν τί ἐστι καὶ οὐκ ἀνθρώπων μόνον ἄρχει, ἀλλὰ καὶ ἡμῶν αὐτῶν</w:t>
      </w:r>
    </w:p>
    <w:p>
      <w:r>
        <w:rPr>
          <w:rFonts w:ascii="Courier New" w:hAnsi="Courier New"/>
          <w:color w:val="555555"/>
          <w:sz w:val="20"/>
        </w:rPr>
        <w:t>[10]</w:t>
      </w:r>
    </w:p>
    <w:p>
      <w:r>
        <w:rPr>
          <w:rFonts w:ascii="Gentium Plus" w:hAnsi="Gentium Plus"/>
          <w:sz w:val="24"/>
        </w:rPr>
        <w:t>ἐνίοτε.</w:t>
      </w:r>
    </w:p>
    <w:p>
      <w:r>
        <w:rPr>
          <w:rFonts w:ascii="Courier New" w:hAnsi="Courier New"/>
          <w:color w:val="555555"/>
          <w:sz w:val="20"/>
        </w:rPr>
        <w:t>[10]</w:t>
      </w:r>
    </w:p>
    <w:p>
      <w:r>
        <w:rPr>
          <w:rFonts w:ascii="Gentium Plus" w:hAnsi="Gentium Plus"/>
          <w:sz w:val="24"/>
        </w:rPr>
        <w:t>ΗΡΑ Σοῦ μὲν καὶ πάνυ οὗτός γε δεσπότης ἐστὶ καὶ</w:t>
      </w:r>
    </w:p>
    <w:p>
      <w:r>
        <w:rPr>
          <w:rFonts w:ascii="Courier New" w:hAnsi="Courier New"/>
          <w:color w:val="555555"/>
          <w:sz w:val="20"/>
        </w:rPr>
        <w:t>[15]</w:t>
      </w:r>
    </w:p>
    <w:p>
      <w:r>
        <w:rPr>
          <w:rFonts w:ascii="Gentium Plus" w:hAnsi="Gentium Plus"/>
          <w:sz w:val="24"/>
        </w:rPr>
        <w:t>ἔρωτος σύ γε· καὶ νῦν τῷ Ἰξίονι οἶδα καθότι συγγνώμην ἀπονέμεις ἅτε καὶ αὐτὸς μοιχεύσας ποτὲ αὐτοῦ τὴν γυναῖκα, ἥ σοι τὸν Πειρίθουν ἔτεκεν.</w:t>
      </w:r>
    </w:p>
    <w:p>
      <w:r>
        <w:rPr>
          <w:rFonts w:ascii="Courier New" w:hAnsi="Courier New"/>
          <w:color w:val="555555"/>
          <w:sz w:val="20"/>
        </w:rPr>
        <w:t>[18]</w:t>
      </w:r>
    </w:p>
    <w:p>
      <w:r>
        <w:rPr>
          <w:rFonts w:ascii="Gentium Plus" w:hAnsi="Gentium Plus"/>
          <w:sz w:val="24"/>
        </w:rPr>
        <w:t>ΖΕΥΣ</w:t>
      </w:r>
    </w:p>
    <w:p>
      <w:r>
        <w:rPr>
          <w:rFonts w:ascii="Courier New" w:hAnsi="Courier New"/>
          <w:color w:val="555555"/>
          <w:sz w:val="20"/>
        </w:rPr>
        <w:t>[D Deor . 9 . 4]</w:t>
      </w:r>
    </w:p>
    <w:p>
      <w:r>
        <w:rPr>
          <w:rFonts w:ascii="Gentium Plus" w:hAnsi="Gentium Plus"/>
          <w:sz w:val="24"/>
        </w:rPr>
        <w:t>Ἔτι γὰρ σὺ μέμνησαι ἐκείνων, εἴ τι ἐγὼ ἔπαιξα εἰς γῆν κατελθών; ἀτὰρ οἶσθα ὅ μοι δοκεῖ περὶ τοῦ Ἰξίονος; κολάζειν μὲν μηδαμῶς αὐτὸν μηδὲ ἀπωθεῖν τοῦ συμποσίου· σκαιὸν γάρ· ἐπεὶ</w:t>
      </w:r>
    </w:p>
    <w:p>
      <w:r>
        <w:rPr>
          <w:rFonts w:ascii="Courier New" w:hAnsi="Courier New"/>
          <w:color w:val="555555"/>
          <w:sz w:val="20"/>
        </w:rPr>
        <w:t>[5]</w:t>
      </w:r>
    </w:p>
    <w:p>
      <w:r>
        <w:rPr>
          <w:rFonts w:ascii="Gentium Plus" w:hAnsi="Gentium Plus"/>
          <w:sz w:val="24"/>
        </w:rPr>
        <w:t>δὲ ἐρᾷ καὶ ὡς φῂς δακρύει καὶ ἀφόρητα πάσχει—</w:t>
      </w:r>
    </w:p>
    <w:p>
      <w:r>
        <w:rPr>
          <w:rFonts w:ascii="Courier New" w:hAnsi="Courier New"/>
          <w:color w:val="555555"/>
          <w:sz w:val="20"/>
        </w:rPr>
        <w:t>[5]</w:t>
      </w:r>
    </w:p>
    <w:p>
      <w:r>
        <w:rPr>
          <w:rFonts w:ascii="Gentium Plus" w:hAnsi="Gentium Plus"/>
          <w:sz w:val="24"/>
        </w:rPr>
        <w:t>ΗΡΑ Τί, ὦ Ζεῦ; δέδια γάρ, μή τι ὑβριστικὸν καὶ σὺ εἴπῃς.</w:t>
      </w:r>
    </w:p>
    <w:p>
      <w:r>
        <w:rPr>
          <w:rFonts w:ascii="Courier New" w:hAnsi="Courier New"/>
          <w:color w:val="555555"/>
          <w:sz w:val="20"/>
        </w:rPr>
        <w:t>[7]</w:t>
      </w:r>
    </w:p>
    <w:p>
      <w:r>
        <w:rPr>
          <w:rFonts w:ascii="Gentium Plus" w:hAnsi="Gentium Plus"/>
          <w:sz w:val="24"/>
        </w:rPr>
        <w:t>ΖΕΥΣ Οὐδαμῶς· ἀλλ’ εἴδωλον ἐκ νεφέλης πλασά‐ μενοι αὐτῇ σοι ὅμοιον, ἐπειδὰν λυθῇ τὸ συμπόσιον</w:t>
      </w:r>
    </w:p>
    <w:p>
      <w:r>
        <w:rPr>
          <w:rFonts w:ascii="Courier New" w:hAnsi="Courier New"/>
          <w:color w:val="555555"/>
          <w:sz w:val="20"/>
        </w:rPr>
        <w:t>[10]</w:t>
      </w:r>
    </w:p>
    <w:p>
      <w:r>
        <w:rPr>
          <w:rFonts w:ascii="Gentium Plus" w:hAnsi="Gentium Plus"/>
          <w:sz w:val="24"/>
        </w:rPr>
        <w:t>κἀκεῖνος ἀγρυπνῇ, ὡς τὸ εἰκός, ὑπὸ τοῦ ἔρωτος, παρακατακλίνωμεν αὐτῷ φέροντες· οὕτω γὰρ ἂν παύσαιτο ἀνιώμενος οἰηθεὶς τετυχηκέναι τῆς ἐπιθυ‐ μίας.</w:t>
      </w:r>
    </w:p>
    <w:p>
      <w:r>
        <w:rPr>
          <w:rFonts w:ascii="Courier New" w:hAnsi="Courier New"/>
          <w:color w:val="555555"/>
          <w:sz w:val="20"/>
        </w:rPr>
        <w:t>[13]</w:t>
      </w:r>
    </w:p>
    <w:p>
      <w:r>
        <w:rPr>
          <w:rFonts w:ascii="Gentium Plus" w:hAnsi="Gentium Plus"/>
          <w:sz w:val="24"/>
        </w:rPr>
        <w:t>ΗΡΑ Ἄπαγε, μὴ ὥρασιν ἵκοιτο τῶν ὑπὲρ αὐτὸν</w:t>
      </w:r>
    </w:p>
    <w:p>
      <w:r>
        <w:rPr>
          <w:rFonts w:ascii="Courier New" w:hAnsi="Courier New"/>
          <w:color w:val="555555"/>
          <w:sz w:val="20"/>
        </w:rPr>
        <w:t>[15]</w:t>
      </w:r>
    </w:p>
    <w:p>
      <w:r>
        <w:rPr>
          <w:rFonts w:ascii="Gentium Plus" w:hAnsi="Gentium Plus"/>
          <w:sz w:val="24"/>
        </w:rPr>
        <w:t>ἐπιθυμῶν.</w:t>
      </w:r>
    </w:p>
    <w:p>
      <w:r>
        <w:rPr>
          <w:rFonts w:ascii="Courier New" w:hAnsi="Courier New"/>
          <w:color w:val="555555"/>
          <w:sz w:val="20"/>
        </w:rPr>
        <w:t>[15]</w:t>
      </w:r>
    </w:p>
    <w:p>
      <w:r>
        <w:rPr>
          <w:rFonts w:ascii="Gentium Plus" w:hAnsi="Gentium Plus"/>
          <w:sz w:val="24"/>
        </w:rPr>
        <w:t>ΖΕΥΣ Ὅμως ὑπόμεινον, ὦ Ἥρα. ἢ τί γὰρ ἂν καὶ πάθοις δεινὸν ἀπὸ τοῦ πλάσματος, εἰ νεφέλῃ ὁ</w:t>
      </w:r>
    </w:p>
    <w:p>
      <w:r>
        <w:rPr>
          <w:rFonts w:ascii="Courier New" w:hAnsi="Courier New"/>
          <w:color w:val="555555"/>
          <w:sz w:val="20"/>
        </w:rPr>
        <w:t>[18]</w:t>
      </w:r>
    </w:p>
    <w:p>
      <w:r>
        <w:rPr>
          <w:rFonts w:ascii="Gentium Plus" w:hAnsi="Gentium Plus"/>
          <w:sz w:val="24"/>
        </w:rPr>
        <w:t>ΗΡΑ</w:t>
      </w:r>
    </w:p>
    <w:p>
      <w:r>
        <w:rPr>
          <w:rFonts w:ascii="Courier New" w:hAnsi="Courier New"/>
          <w:color w:val="555555"/>
          <w:sz w:val="20"/>
        </w:rPr>
        <w:t>[D Deor . 9 . 5]</w:t>
      </w:r>
    </w:p>
    <w:p>
      <w:r>
        <w:rPr>
          <w:rFonts w:ascii="Gentium Plus" w:hAnsi="Gentium Plus"/>
          <w:sz w:val="24"/>
        </w:rPr>
        <w:t>Ἀλλὰ ἡ νεφέλη ἐγὼ εἶναι δόξω, καὶ τὸ αἰσχρὸν ἐπ’ ἐμὲ ἥξει διὰ τὴν ὁμοιότητα.</w:t>
      </w:r>
    </w:p>
    <w:p>
      <w:r>
        <w:rPr>
          <w:rFonts w:ascii="Courier New" w:hAnsi="Courier New"/>
          <w:color w:val="555555"/>
          <w:sz w:val="20"/>
        </w:rPr>
        <w:t>[2]</w:t>
      </w:r>
    </w:p>
    <w:p>
      <w:r>
        <w:rPr>
          <w:rFonts w:ascii="Gentium Plus" w:hAnsi="Gentium Plus"/>
          <w:sz w:val="24"/>
        </w:rPr>
        <w:t>ΖΕΥΣ Οὐδὲν τοῦτο φῄς· οὔτε γὰρ ἡ νεφέλη ποτὲ Ἥρα γένοιτ’ ἂν οὔτε σὺ νεφέλη· ὁ δ’ Ἰξίων μόνον</w:t>
      </w:r>
    </w:p>
    <w:p>
      <w:r>
        <w:rPr>
          <w:rFonts w:ascii="Courier New" w:hAnsi="Courier New"/>
          <w:color w:val="555555"/>
          <w:sz w:val="20"/>
        </w:rPr>
        <w:t>[5]</w:t>
      </w:r>
    </w:p>
    <w:p>
      <w:r>
        <w:rPr>
          <w:rFonts w:ascii="Gentium Plus" w:hAnsi="Gentium Plus"/>
          <w:sz w:val="24"/>
        </w:rPr>
        <w:t>ἐξαπατηθήσεται.</w:t>
      </w:r>
    </w:p>
    <w:p>
      <w:r>
        <w:rPr>
          <w:rFonts w:ascii="Courier New" w:hAnsi="Courier New"/>
          <w:color w:val="555555"/>
          <w:sz w:val="20"/>
        </w:rPr>
        <w:t>[5]</w:t>
      </w:r>
    </w:p>
    <w:p>
      <w:r>
        <w:rPr>
          <w:rFonts w:ascii="Gentium Plus" w:hAnsi="Gentium Plus"/>
          <w:sz w:val="24"/>
        </w:rPr>
        <w:t>ΗΡΑ Ἀλλὰ οἱ πάντες ἄνθρωποι ἀπειρόκαλοί εἰσιν· αὐχήσει κατελθὼν ἴσως καὶ διηγήσεται ἅπασι λέγων συγγεγενῆσθαι τῇ Ἥρᾳ καὶ σύλλε‐ κτρος εἶναι τῷ Διί, καί που τάχα ἐρᾶν με φήσειεν</w:t>
      </w:r>
    </w:p>
    <w:p>
      <w:r>
        <w:rPr>
          <w:rFonts w:ascii="Courier New" w:hAnsi="Courier New"/>
          <w:color w:val="555555"/>
          <w:sz w:val="20"/>
        </w:rPr>
        <w:t>[10]</w:t>
      </w:r>
    </w:p>
    <w:p>
      <w:r>
        <w:rPr>
          <w:rFonts w:ascii="Gentium Plus" w:hAnsi="Gentium Plus"/>
          <w:sz w:val="24"/>
        </w:rPr>
        <w:t>αὐτοῦ, οἱ δὲ πιστεύσουσιν οὐκ εἰδότες ὡς νεφέλῃ συνῆν.</w:t>
      </w:r>
    </w:p>
    <w:p>
      <w:r>
        <w:rPr>
          <w:rFonts w:ascii="Courier New" w:hAnsi="Courier New"/>
          <w:color w:val="555555"/>
          <w:sz w:val="20"/>
        </w:rPr>
        <w:t>[11]</w:t>
      </w:r>
    </w:p>
    <w:p>
      <w:r>
        <w:rPr>
          <w:rFonts w:ascii="Gentium Plus" w:hAnsi="Gentium Plus"/>
          <w:sz w:val="24"/>
        </w:rPr>
        <w:t>ΖΕΥΣ Οὐκοῦν, ἤν τι τοιοῦτον εἴπῃ, ἐς τὸν ᾅδην ἐμπεσὼν τροχῷ ἄθλιος προσδεθεὶς συμπεριενεχθήσεται μετ’ αὐτοῦ ἀεὶ καὶ πόνον ἄπαυστον ἕξει δίκην διδοὺς οὐ</w:t>
      </w:r>
    </w:p>
    <w:p>
      <w:r>
        <w:rPr>
          <w:rFonts w:ascii="Courier New" w:hAnsi="Courier New"/>
          <w:color w:val="555555"/>
          <w:sz w:val="20"/>
        </w:rPr>
        <w:t>[15]</w:t>
      </w:r>
    </w:p>
    <w:p>
      <w:r>
        <w:rPr>
          <w:rFonts w:ascii="Gentium Plus" w:hAnsi="Gentium Plus"/>
          <w:sz w:val="24"/>
        </w:rPr>
        <w:t>τοῦ ἔρωτος—οὐ γὰρ δεινὸν τοῦτό γε—ἀλλὰ τῆς μεγαλαυχίας.</w:t>
      </w:r>
    </w:p>
    <w:p>
      <w:pPr>
        <w:jc w:val="center"/>
      </w:pPr>
      <w:r>
        <w:rPr>
          <w:rFonts w:ascii="Gentium Plus" w:hAnsi="Gentium Plus"/>
          <w:b/>
          <w:sz w:val="24"/>
        </w:rPr>
        <w:t>ΔΙΟΣ ΚΑΙ ΓΑΝΥΜΗΔΟΥΣ</w:t>
      </w:r>
    </w:p>
    <w:p>
      <w:r>
        <w:rPr>
          <w:rFonts w:ascii="Courier New" w:hAnsi="Courier New"/>
          <w:color w:val="555555"/>
          <w:sz w:val="20"/>
        </w:rPr>
        <w:t>[D Deor . 10 . 1]</w:t>
      </w:r>
    </w:p>
    <w:p>
      <w:r>
        <w:rPr>
          <w:rFonts w:ascii="Gentium Plus" w:hAnsi="Gentium Plus"/>
          <w:sz w:val="24"/>
        </w:rPr>
        <w:t>ΖΕΥΣ</w:t>
      </w:r>
    </w:p>
    <w:p>
      <w:r>
        <w:rPr>
          <w:rFonts w:ascii="Courier New" w:hAnsi="Courier New"/>
          <w:color w:val="555555"/>
          <w:sz w:val="20"/>
        </w:rPr>
        <w:t>[1]</w:t>
      </w:r>
    </w:p>
    <w:p>
      <w:r>
        <w:rPr>
          <w:rFonts w:ascii="Gentium Plus" w:hAnsi="Gentium Plus"/>
          <w:sz w:val="24"/>
        </w:rPr>
        <w:t>Ἄγε, ὦ Γανύμηδες—ἥκομεν γὰρ ἔνθα ἐχρῆν—</w:t>
      </w:r>
    </w:p>
    <w:p>
      <w:r>
        <w:rPr>
          <w:rFonts w:ascii="Courier New" w:hAnsi="Courier New"/>
          <w:color w:val="555555"/>
          <w:sz w:val="20"/>
        </w:rPr>
        <w:t>[4]</w:t>
      </w:r>
    </w:p>
    <w:p>
      <w:r>
        <w:rPr>
          <w:rFonts w:ascii="Gentium Plus" w:hAnsi="Gentium Plus"/>
          <w:sz w:val="24"/>
        </w:rPr>
        <w:t>ΓΑΝΥΜΗΔΗΣ</w:t>
      </w:r>
    </w:p>
    <w:p>
      <w:r>
        <w:rPr>
          <w:rFonts w:ascii="Courier New" w:hAnsi="Courier New"/>
          <w:color w:val="555555"/>
          <w:sz w:val="20"/>
        </w:rPr>
        <w:t>[5]</w:t>
      </w:r>
    </w:p>
    <w:p>
      <w:r>
        <w:rPr>
          <w:rFonts w:ascii="Gentium Plus" w:hAnsi="Gentium Plus"/>
          <w:sz w:val="24"/>
        </w:rPr>
        <w:t>Ἄνθρωπε, οὐκ ἀετὸς ἄρτι ἦσθα καὶ κατα‐ πτάμενος ἥρπασάς με ἀπὸ μέσου τοῦ ποιμνίου; πῶς οὖν τὰ μὲν πτερά σοι ἐκεῖνα ἐξερρύηκε, σὺ δὲ ἄλλος ἤδη ἀναπέφηνας;</w:t>
      </w:r>
    </w:p>
    <w:p>
      <w:r>
        <w:rPr>
          <w:rFonts w:ascii="Courier New" w:hAnsi="Courier New"/>
          <w:color w:val="555555"/>
          <w:sz w:val="20"/>
        </w:rPr>
        <w:t>[8]</w:t>
      </w:r>
    </w:p>
    <w:p>
      <w:r>
        <w:rPr>
          <w:rFonts w:ascii="Gentium Plus" w:hAnsi="Gentium Plus"/>
          <w:sz w:val="24"/>
        </w:rPr>
        <w:t>ΖΕΥΣ Ἀλλ’ οὔτε ἄνθρωπον ὁρᾷς, ὦ μειράκιον, οὔτε</w:t>
      </w:r>
    </w:p>
    <w:p>
      <w:r>
        <w:rPr>
          <w:rFonts w:ascii="Courier New" w:hAnsi="Courier New"/>
          <w:color w:val="555555"/>
          <w:sz w:val="20"/>
        </w:rPr>
        <w:t>[10]</w:t>
      </w:r>
    </w:p>
    <w:p>
      <w:r>
        <w:rPr>
          <w:rFonts w:ascii="Gentium Plus" w:hAnsi="Gentium Plus"/>
          <w:sz w:val="24"/>
        </w:rPr>
        <w:t>ἀετὸν, ὁ δὲ πάντων βασιλεὺς τῶν θεῶν οὗτός εἰμι πρὸς τὸν καιρὸν ἀλλάξας ἐμαυτόν.</w:t>
      </w:r>
    </w:p>
    <w:p>
      <w:r>
        <w:rPr>
          <w:rFonts w:ascii="Courier New" w:hAnsi="Courier New"/>
          <w:color w:val="555555"/>
          <w:sz w:val="20"/>
        </w:rPr>
        <w:t>[11]</w:t>
      </w:r>
    </w:p>
    <w:p>
      <w:r>
        <w:rPr>
          <w:rFonts w:ascii="Gentium Plus" w:hAnsi="Gentium Plus"/>
          <w:sz w:val="24"/>
        </w:rPr>
        <w:t>ΓΑΝΥΜΗΔΗΣ Τί φῄς; σὺ γὰρ εἶ ὁ Πὰν ἐκεῖνος; εἶτα πῶς σύριγγα οὐκ ἔχεις οὐδὲ κέρατα οὐδὲ λάσιος εἶ τὰ σκέλη;</w:t>
      </w:r>
    </w:p>
    <w:p>
      <w:r>
        <w:rPr>
          <w:rFonts w:ascii="Courier New" w:hAnsi="Courier New"/>
          <w:color w:val="555555"/>
          <w:sz w:val="20"/>
        </w:rPr>
        <w:t>[14]</w:t>
      </w:r>
    </w:p>
    <w:p>
      <w:r>
        <w:rPr>
          <w:rFonts w:ascii="Gentium Plus" w:hAnsi="Gentium Plus"/>
          <w:sz w:val="24"/>
        </w:rPr>
        <w:t>ΖΕΥΣ</w:t>
      </w:r>
    </w:p>
    <w:p>
      <w:r>
        <w:rPr>
          <w:rFonts w:ascii="Courier New" w:hAnsi="Courier New"/>
          <w:color w:val="555555"/>
          <w:sz w:val="20"/>
        </w:rPr>
        <w:t>[15]</w:t>
      </w:r>
    </w:p>
    <w:p>
      <w:r>
        <w:rPr>
          <w:rFonts w:ascii="Gentium Plus" w:hAnsi="Gentium Plus"/>
          <w:sz w:val="24"/>
        </w:rPr>
        <w:t>Μόνον γὰρ ἐκεῖνον ἡγῇ θεόν;</w:t>
      </w:r>
    </w:p>
    <w:p>
      <w:r>
        <w:rPr>
          <w:rFonts w:ascii="Courier New" w:hAnsi="Courier New"/>
          <w:color w:val="555555"/>
          <w:sz w:val="20"/>
        </w:rPr>
        <w:t>[15]</w:t>
      </w:r>
    </w:p>
    <w:p>
      <w:r>
        <w:rPr>
          <w:rFonts w:ascii="Gentium Plus" w:hAnsi="Gentium Plus"/>
          <w:sz w:val="24"/>
        </w:rPr>
        <w:t>ΓΑΝΥΜΗΔΗΣ Ναί· καὶ θύομέν γε αὐτῷ ἔνορχιν τράγον ἐπὶ τὸ σπήλαιον ἄγοντες, ἔνθα ἕστηκε· σὺ δὲ ἀνδραποδι‐ στής τις εἶναί μοι δοκεῖς.</w:t>
      </w:r>
    </w:p>
    <w:p>
      <w:r>
        <w:rPr>
          <w:rFonts w:ascii="Courier New" w:hAnsi="Courier New"/>
          <w:color w:val="555555"/>
          <w:sz w:val="20"/>
        </w:rPr>
        <w:t>[18]</w:t>
      </w:r>
    </w:p>
    <w:p>
      <w:r>
        <w:rPr>
          <w:rFonts w:ascii="Gentium Plus" w:hAnsi="Gentium Plus"/>
          <w:sz w:val="24"/>
        </w:rPr>
        <w:t>ΖΕΥΣ</w:t>
      </w:r>
    </w:p>
    <w:p>
      <w:r>
        <w:rPr>
          <w:rFonts w:ascii="Courier New" w:hAnsi="Courier New"/>
          <w:color w:val="555555"/>
          <w:sz w:val="20"/>
        </w:rPr>
        <w:t>[D Deor . 10 . 2]</w:t>
      </w:r>
    </w:p>
    <w:p>
      <w:r>
        <w:rPr>
          <w:rFonts w:ascii="Gentium Plus" w:hAnsi="Gentium Plus"/>
          <w:sz w:val="24"/>
        </w:rPr>
        <w:t>Εἰπέ μοι, Διὸς δὲ οὐκ ἤκουσας ὄνομα οὐδὲ βωμὸν εἶδες ἐν τῷ Γαργάρῳ τοῦ ὕοντος καὶ βρον‐</w:t>
      </w:r>
    </w:p>
    <w:p>
      <w:r>
        <w:rPr>
          <w:rFonts w:ascii="Courier New" w:hAnsi="Courier New"/>
          <w:color w:val="555555"/>
          <w:sz w:val="20"/>
        </w:rPr>
        <w:t>[3]</w:t>
      </w:r>
    </w:p>
    <w:p>
      <w:r>
        <w:rPr>
          <w:rFonts w:ascii="Gentium Plus" w:hAnsi="Gentium Plus"/>
          <w:sz w:val="24"/>
        </w:rPr>
        <w:t>ΓΑΝΥΜΗΔΗΣ Σύ, ὦ βέλτιστε, φῂς εἶναι, ὃς πρῴην κατέχεας</w:t>
      </w:r>
    </w:p>
    <w:p>
      <w:r>
        <w:rPr>
          <w:rFonts w:ascii="Courier New" w:hAnsi="Courier New"/>
          <w:color w:val="555555"/>
          <w:sz w:val="20"/>
        </w:rPr>
        <w:t>[5]</w:t>
      </w:r>
    </w:p>
    <w:p>
      <w:r>
        <w:rPr>
          <w:rFonts w:ascii="Gentium Plus" w:hAnsi="Gentium Plus"/>
          <w:sz w:val="24"/>
        </w:rPr>
        <w:t>ἡμῖν τὴν πολλὴν χάλαζαν, ὁ οἰκεῖν ὑπεράνω λεγό‐ μενος, ὁ ποιῶν τὸν ψόφον, ᾧ τὸν κριὸν ὁ πατὴρ ἔθυσεν; εἶτα τί ἀδικήσαντά με ἀνήρπασας, ὦ βασιλεῦ τῶν θεῶν; τὰ δὲ πρόβατα ἴσως οἱ λύκοι διαρπάσονται ἤδη ἐρήμοις ἐπιπεσόντες.</w:t>
      </w:r>
    </w:p>
    <w:p>
      <w:r>
        <w:rPr>
          <w:rFonts w:ascii="Courier New" w:hAnsi="Courier New"/>
          <w:color w:val="555555"/>
          <w:sz w:val="20"/>
        </w:rPr>
        <w:t>[9]</w:t>
      </w:r>
    </w:p>
    <w:p>
      <w:r>
        <w:rPr>
          <w:rFonts w:ascii="Gentium Plus" w:hAnsi="Gentium Plus"/>
          <w:sz w:val="24"/>
        </w:rPr>
        <w:t>ΖΕΥΣ</w:t>
      </w:r>
    </w:p>
    <w:p>
      <w:r>
        <w:rPr>
          <w:rFonts w:ascii="Courier New" w:hAnsi="Courier New"/>
          <w:color w:val="555555"/>
          <w:sz w:val="20"/>
        </w:rPr>
        <w:t>[10]</w:t>
      </w:r>
    </w:p>
    <w:p>
      <w:r>
        <w:rPr>
          <w:rFonts w:ascii="Gentium Plus" w:hAnsi="Gentium Plus"/>
          <w:sz w:val="24"/>
        </w:rPr>
        <w:t>Ἔτι γὰρ μέλει σοι τῶν προβάτων ἀθανάτῳ γεγενημένῳ καὶ ἐνταῦθα συνεσομένῳ μεθ’ ἡμῶν;</w:t>
      </w:r>
    </w:p>
    <w:p>
      <w:r>
        <w:rPr>
          <w:rFonts w:ascii="Courier New" w:hAnsi="Courier New"/>
          <w:color w:val="555555"/>
          <w:sz w:val="20"/>
        </w:rPr>
        <w:t>[11]</w:t>
      </w:r>
    </w:p>
    <w:p>
      <w:r>
        <w:rPr>
          <w:rFonts w:ascii="Gentium Plus" w:hAnsi="Gentium Plus"/>
          <w:sz w:val="24"/>
        </w:rPr>
        <w:t>ΓΑΝΥΜΗΔΗΣ Τί λέγεις; οὐ γὰρ κατάξεις με ἤδη ἐς τὴν Ἴδην τήμερον;</w:t>
      </w:r>
    </w:p>
    <w:p>
      <w:r>
        <w:rPr>
          <w:rFonts w:ascii="Courier New" w:hAnsi="Courier New"/>
          <w:color w:val="555555"/>
          <w:sz w:val="20"/>
        </w:rPr>
        <w:t>[13]</w:t>
      </w:r>
    </w:p>
    <w:p>
      <w:r>
        <w:rPr>
          <w:rFonts w:ascii="Gentium Plus" w:hAnsi="Gentium Plus"/>
          <w:sz w:val="24"/>
        </w:rPr>
        <w:t>ΖΕΥΣ Οὐδαμῶς· ἐπεὶ μάτην ἀετὸς ἂν εἴην ἀντὶ θεοῦ</w:t>
      </w:r>
    </w:p>
    <w:p>
      <w:r>
        <w:rPr>
          <w:rFonts w:ascii="Courier New" w:hAnsi="Courier New"/>
          <w:color w:val="555555"/>
          <w:sz w:val="20"/>
        </w:rPr>
        <w:t>[15]</w:t>
      </w:r>
    </w:p>
    <w:p>
      <w:r>
        <w:rPr>
          <w:rFonts w:ascii="Gentium Plus" w:hAnsi="Gentium Plus"/>
          <w:sz w:val="24"/>
        </w:rPr>
        <w:t>γεγενημένος.</w:t>
      </w:r>
    </w:p>
    <w:p>
      <w:r>
        <w:rPr>
          <w:rFonts w:ascii="Courier New" w:hAnsi="Courier New"/>
          <w:color w:val="555555"/>
          <w:sz w:val="20"/>
        </w:rPr>
        <w:t>[15]</w:t>
      </w:r>
    </w:p>
    <w:p>
      <w:r>
        <w:rPr>
          <w:rFonts w:ascii="Gentium Plus" w:hAnsi="Gentium Plus"/>
          <w:sz w:val="24"/>
        </w:rPr>
        <w:t>ΓΑΝΥΜΗΔΗΣ Οὐκοῦν ἐπιζητήσει με ὁ πατὴρ καὶ ἀγανακτήσει μὴ εὑρίσκων, καὶ πληγὰς ὕστερον λήψομαι καταλι‐ πὼν τὸ ποίμνιον.</w:t>
      </w:r>
    </w:p>
    <w:p>
      <w:r>
        <w:rPr>
          <w:rFonts w:ascii="Courier New" w:hAnsi="Courier New"/>
          <w:color w:val="555555"/>
          <w:sz w:val="20"/>
        </w:rPr>
        <w:t>[18]</w:t>
      </w:r>
    </w:p>
    <w:p>
      <w:r>
        <w:rPr>
          <w:rFonts w:ascii="Gentium Plus" w:hAnsi="Gentium Plus"/>
          <w:sz w:val="24"/>
        </w:rPr>
        <w:t>ΖΕΥΣ Ποῦ γὰρ ἐκεῖνος ὄψεταί σε;</w:t>
      </w:r>
    </w:p>
    <w:p>
      <w:r>
        <w:rPr>
          <w:rFonts w:ascii="Courier New" w:hAnsi="Courier New"/>
          <w:color w:val="555555"/>
          <w:sz w:val="20"/>
        </w:rPr>
        <w:t>[19]</w:t>
      </w:r>
    </w:p>
    <w:p>
      <w:r>
        <w:rPr>
          <w:rFonts w:ascii="Gentium Plus" w:hAnsi="Gentium Plus"/>
          <w:sz w:val="24"/>
        </w:rPr>
        <w:t>ΓΑΝΥΜΗΔΗΣ</w:t>
      </w:r>
    </w:p>
    <w:p>
      <w:r>
        <w:rPr>
          <w:rFonts w:ascii="Courier New" w:hAnsi="Courier New"/>
          <w:color w:val="555555"/>
          <w:sz w:val="20"/>
        </w:rPr>
        <w:t>[20]</w:t>
      </w:r>
    </w:p>
    <w:p>
      <w:r>
        <w:rPr>
          <w:rFonts w:ascii="Gentium Plus" w:hAnsi="Gentium Plus"/>
          <w:sz w:val="24"/>
        </w:rPr>
        <w:t>Μηδαμῶς· ποθῶ γὰρ ἤδη αὐτόν. εἰ δὲ ἀπά‐ ξεις με, ὑπισχνοῦμαί σοι καὶ ἄλλον παρ’ αὐτοῦ κριὸν τυθήσεσθαι λύτρα ὑπὲρ ἐμοῦ. ἔχομεν δὲ τὸν</w:t>
      </w:r>
    </w:p>
    <w:p>
      <w:r>
        <w:rPr>
          <w:rFonts w:ascii="Courier New" w:hAnsi="Courier New"/>
          <w:color w:val="555555"/>
          <w:sz w:val="20"/>
        </w:rPr>
        <w:t>[23]</w:t>
      </w:r>
    </w:p>
    <w:p>
      <w:r>
        <w:rPr>
          <w:rFonts w:ascii="Gentium Plus" w:hAnsi="Gentium Plus"/>
          <w:sz w:val="24"/>
        </w:rPr>
        <w:t>ΖΕΥΣ</w:t>
      </w:r>
    </w:p>
    <w:p>
      <w:r>
        <w:rPr>
          <w:rFonts w:ascii="Courier New" w:hAnsi="Courier New"/>
          <w:color w:val="555555"/>
          <w:sz w:val="20"/>
        </w:rPr>
        <w:t>[D Deor . 10 . 3]</w:t>
      </w:r>
    </w:p>
    <w:p>
      <w:r>
        <w:rPr>
          <w:rFonts w:ascii="Gentium Plus" w:hAnsi="Gentium Plus"/>
          <w:sz w:val="24"/>
        </w:rPr>
        <w:t>Ὡς ἀφελὴς ὁ παῖς ἐστι καὶ ἁπλοϊκὸς καὶ αὐτὸ δὴ τοῦτο παῖς ἔτι. —ἀλλ’, ὦ Γανύμηδες, ἐκεῖνα μὲν πάντα χαίρειν ἔα καὶ ἐπιλάθου αὐτῶν, τοῦ ποιμνίου καὶ τῆς Ἴδης. σὺ δὲ—ἤδη γὰρ</w:t>
      </w:r>
    </w:p>
    <w:p>
      <w:r>
        <w:rPr>
          <w:rFonts w:ascii="Courier New" w:hAnsi="Courier New"/>
          <w:color w:val="555555"/>
          <w:sz w:val="20"/>
        </w:rPr>
        <w:t>[5]</w:t>
      </w:r>
    </w:p>
    <w:p>
      <w:r>
        <w:rPr>
          <w:rFonts w:ascii="Gentium Plus" w:hAnsi="Gentium Plus"/>
          <w:sz w:val="24"/>
        </w:rPr>
        <w:t>ἐπουράνιος εἶ—πολλὰ εὖ ποιήσεις ἐντεῦθεν καὶ τὸν πατέρα καὶ πατρίδα, καὶ ἀντὶ μὲν τυροῦ καὶ γάλακτος ἀμβροσίαν ἔδῃ καὶ νέκταρ πίῃ· τοῦτο μέντοι καὶ τοῖς ἄλλοις ἡμῖν αὐτὸς παρέξεις ἐγχέων· τὸ δὲ μέγιστον, οὐκέτι ἄνθρωπος, ἀλλ’</w:t>
      </w:r>
    </w:p>
    <w:p>
      <w:r>
        <w:rPr>
          <w:rFonts w:ascii="Courier New" w:hAnsi="Courier New"/>
          <w:color w:val="555555"/>
          <w:sz w:val="20"/>
        </w:rPr>
        <w:t>[10]</w:t>
      </w:r>
    </w:p>
    <w:p>
      <w:r>
        <w:rPr>
          <w:rFonts w:ascii="Gentium Plus" w:hAnsi="Gentium Plus"/>
          <w:sz w:val="24"/>
        </w:rPr>
        <w:t>ἀθάνατος γενήσῃ, καὶ ἀστέρα σου φαίνεσθαι ποιήσω κάλλιστον, καὶ ὅλως εὐδαίμων ἔσῃ.</w:t>
      </w:r>
    </w:p>
    <w:p>
      <w:r>
        <w:rPr>
          <w:rFonts w:ascii="Courier New" w:hAnsi="Courier New"/>
          <w:color w:val="555555"/>
          <w:sz w:val="20"/>
        </w:rPr>
        <w:t>[11]</w:t>
      </w:r>
    </w:p>
    <w:p>
      <w:r>
        <w:rPr>
          <w:rFonts w:ascii="Gentium Plus" w:hAnsi="Gentium Plus"/>
          <w:sz w:val="24"/>
        </w:rPr>
        <w:t>ΓΑΝΥΜΗΔΗΣ Ἢν δὲ παίζειν ἐπιθυμήσω, τίς συμπαίξεταί μοι; ἐν γὰρ τῇ Ἴδῃ πολλοὶ ἡλικιῶται ἦμεν.</w:t>
      </w:r>
    </w:p>
    <w:p>
      <w:r>
        <w:rPr>
          <w:rFonts w:ascii="Courier New" w:hAnsi="Courier New"/>
          <w:color w:val="555555"/>
          <w:sz w:val="20"/>
        </w:rPr>
        <w:t>[13]</w:t>
      </w:r>
    </w:p>
    <w:p>
      <w:r>
        <w:rPr>
          <w:rFonts w:ascii="Gentium Plus" w:hAnsi="Gentium Plus"/>
          <w:sz w:val="24"/>
        </w:rPr>
        <w:t>ΖΕΥΣ Ἔχεις κἀνταῦθα τὸν συμπαιξόμενόν σοι τουτονὶ</w:t>
      </w:r>
    </w:p>
    <w:p>
      <w:r>
        <w:rPr>
          <w:rFonts w:ascii="Courier New" w:hAnsi="Courier New"/>
          <w:color w:val="555555"/>
          <w:sz w:val="20"/>
        </w:rPr>
        <w:t>[15]</w:t>
      </w:r>
    </w:p>
    <w:p>
      <w:r>
        <w:rPr>
          <w:rFonts w:ascii="Gentium Plus" w:hAnsi="Gentium Plus"/>
          <w:sz w:val="24"/>
        </w:rPr>
        <w:t>τὸν Ἔρωτα καὶ ἀστραγάλους μάλα πολλούς. θάρ‐ ρει μόνον καὶ φαιδρὸς ἴσθι καὶ μηδὲν ἐπιπόθει τῶν κάτω.</w:t>
      </w:r>
    </w:p>
    <w:p>
      <w:r>
        <w:rPr>
          <w:rFonts w:ascii="Courier New" w:hAnsi="Courier New"/>
          <w:color w:val="555555"/>
          <w:sz w:val="20"/>
        </w:rPr>
        <w:t>[17]</w:t>
      </w:r>
    </w:p>
    <w:p>
      <w:r>
        <w:rPr>
          <w:rFonts w:ascii="Gentium Plus" w:hAnsi="Gentium Plus"/>
          <w:sz w:val="24"/>
        </w:rPr>
        <w:t>ΓΑΝΥΜΗΔΗΣ</w:t>
      </w:r>
    </w:p>
    <w:p>
      <w:r>
        <w:rPr>
          <w:rFonts w:ascii="Courier New" w:hAnsi="Courier New"/>
          <w:color w:val="555555"/>
          <w:sz w:val="20"/>
        </w:rPr>
        <w:t>[D Deor . 10 . 4]</w:t>
      </w:r>
    </w:p>
    <w:p>
      <w:r>
        <w:rPr>
          <w:rFonts w:ascii="Gentium Plus" w:hAnsi="Gentium Plus"/>
          <w:sz w:val="24"/>
        </w:rPr>
        <w:t>Τί δαὶ ὑμῖν χρήσιμος ἂν γενοίμην; ἢ ποι‐ μαίνειν δεήσει κἀνταῦθα;</w:t>
      </w:r>
    </w:p>
    <w:p>
      <w:r>
        <w:rPr>
          <w:rFonts w:ascii="Courier New" w:hAnsi="Courier New"/>
          <w:color w:val="555555"/>
          <w:sz w:val="20"/>
        </w:rPr>
        <w:t>[2]</w:t>
      </w:r>
    </w:p>
    <w:p>
      <w:r>
        <w:rPr>
          <w:rFonts w:ascii="Gentium Plus" w:hAnsi="Gentium Plus"/>
          <w:sz w:val="24"/>
        </w:rPr>
        <w:t>ΖΕΥΣ Οὔκ, ἀλλ’ οἰνοχοήσεις καὶ ἐπὶ τοῦ νέκταρος</w:t>
      </w:r>
    </w:p>
    <w:p>
      <w:r>
        <w:rPr>
          <w:rFonts w:ascii="Courier New" w:hAnsi="Courier New"/>
          <w:color w:val="555555"/>
          <w:sz w:val="20"/>
        </w:rPr>
        <w:t>[4]</w:t>
      </w:r>
    </w:p>
    <w:p>
      <w:r>
        <w:rPr>
          <w:rFonts w:ascii="Gentium Plus" w:hAnsi="Gentium Plus"/>
          <w:sz w:val="24"/>
        </w:rPr>
        <w:t>ΓΑΝΥΜΗΔΗΣ</w:t>
      </w:r>
    </w:p>
    <w:p>
      <w:r>
        <w:rPr>
          <w:rFonts w:ascii="Courier New" w:hAnsi="Courier New"/>
          <w:color w:val="555555"/>
          <w:sz w:val="20"/>
        </w:rPr>
        <w:t>[5]</w:t>
      </w:r>
    </w:p>
    <w:p>
      <w:r>
        <w:rPr>
          <w:rFonts w:ascii="Gentium Plus" w:hAnsi="Gentium Plus"/>
          <w:sz w:val="24"/>
        </w:rPr>
        <w:t>Τοῦτο μὲν οὐ χαλεπόν· οἶδα γὰρ ὡς χρὴ ἐγχέαι τὸ γάλα καὶ ἀναδοῦναι τὸ κισσύβιον.</w:t>
      </w:r>
    </w:p>
    <w:p>
      <w:r>
        <w:rPr>
          <w:rFonts w:ascii="Courier New" w:hAnsi="Courier New"/>
          <w:color w:val="555555"/>
          <w:sz w:val="20"/>
        </w:rPr>
        <w:t>[6]</w:t>
      </w:r>
    </w:p>
    <w:p>
      <w:r>
        <w:rPr>
          <w:rFonts w:ascii="Gentium Plus" w:hAnsi="Gentium Plus"/>
          <w:sz w:val="24"/>
        </w:rPr>
        <w:t>ΖΕΥΣ Ἰδού, πάλιν οὗτος γάλακτος μνημονεύει καὶ ἀνθρώποις διακονήσεσθαι οἴεται· ταυτὶ δ’ ὁ οὐρανός ἐστι, καὶ πίνομεν, ὥσπερ ἔφην, τὸ νέκταρ.</w:t>
      </w:r>
    </w:p>
    <w:p>
      <w:r>
        <w:rPr>
          <w:rFonts w:ascii="Courier New" w:hAnsi="Courier New"/>
          <w:color w:val="555555"/>
          <w:sz w:val="20"/>
        </w:rPr>
        <w:t>[9]</w:t>
      </w:r>
    </w:p>
    <w:p>
      <w:r>
        <w:rPr>
          <w:rFonts w:ascii="Gentium Plus" w:hAnsi="Gentium Plus"/>
          <w:sz w:val="24"/>
        </w:rPr>
        <w:t>ΓΑΝΥΜΗΔΗΣ</w:t>
      </w:r>
    </w:p>
    <w:p>
      <w:r>
        <w:rPr>
          <w:rFonts w:ascii="Courier New" w:hAnsi="Courier New"/>
          <w:color w:val="555555"/>
          <w:sz w:val="20"/>
        </w:rPr>
        <w:t>[10]</w:t>
      </w:r>
    </w:p>
    <w:p>
      <w:r>
        <w:rPr>
          <w:rFonts w:ascii="Gentium Plus" w:hAnsi="Gentium Plus"/>
          <w:sz w:val="24"/>
        </w:rPr>
        <w:t>Ἥδιον, ὦ Ζεῦ, τοῦ γάλακτος;</w:t>
      </w:r>
    </w:p>
    <w:p>
      <w:r>
        <w:rPr>
          <w:rFonts w:ascii="Courier New" w:hAnsi="Courier New"/>
          <w:color w:val="555555"/>
          <w:sz w:val="20"/>
        </w:rPr>
        <w:t>[10]</w:t>
      </w:r>
    </w:p>
    <w:p>
      <w:r>
        <w:rPr>
          <w:rFonts w:ascii="Gentium Plus" w:hAnsi="Gentium Plus"/>
          <w:sz w:val="24"/>
        </w:rPr>
        <w:t>ΖΕΥΣ Εἴσῃ μετ’ ὀλίγον καὶ γευσάμενος οὐκέτι πο‐ θήσεις τὸ γάλα.</w:t>
      </w:r>
    </w:p>
    <w:p>
      <w:r>
        <w:rPr>
          <w:rFonts w:ascii="Courier New" w:hAnsi="Courier New"/>
          <w:color w:val="555555"/>
          <w:sz w:val="20"/>
        </w:rPr>
        <w:t>[12]</w:t>
      </w:r>
    </w:p>
    <w:p>
      <w:r>
        <w:rPr>
          <w:rFonts w:ascii="Gentium Plus" w:hAnsi="Gentium Plus"/>
          <w:sz w:val="24"/>
        </w:rPr>
        <w:t>ΓΑΝΥΜΗΔΗΣ Κοιμήσομαι δὲ ποῦ τῆς νυκτός; ἢ μετὰ τοῦ ἡλικιώτου Ἔρωτος;</w:t>
      </w:r>
    </w:p>
    <w:p>
      <w:r>
        <w:rPr>
          <w:rFonts w:ascii="Courier New" w:hAnsi="Courier New"/>
          <w:color w:val="555555"/>
          <w:sz w:val="20"/>
        </w:rPr>
        <w:t>[14]</w:t>
      </w:r>
    </w:p>
    <w:p>
      <w:r>
        <w:rPr>
          <w:rFonts w:ascii="Gentium Plus" w:hAnsi="Gentium Plus"/>
          <w:sz w:val="24"/>
        </w:rPr>
        <w:t>ΖΕΥΣ</w:t>
      </w:r>
    </w:p>
    <w:p>
      <w:r>
        <w:rPr>
          <w:rFonts w:ascii="Courier New" w:hAnsi="Courier New"/>
          <w:color w:val="555555"/>
          <w:sz w:val="20"/>
        </w:rPr>
        <w:t>[15]</w:t>
      </w:r>
    </w:p>
    <w:p>
      <w:r>
        <w:rPr>
          <w:rFonts w:ascii="Gentium Plus" w:hAnsi="Gentium Plus"/>
          <w:sz w:val="24"/>
        </w:rPr>
        <w:t>Οὔκ, ἀλλὰ διὰ τοῦτό σε ἀνήρπασα, ὡς ἅμα καθεύδοιμεν.</w:t>
      </w:r>
    </w:p>
    <w:p>
      <w:r>
        <w:rPr>
          <w:rFonts w:ascii="Courier New" w:hAnsi="Courier New"/>
          <w:color w:val="555555"/>
          <w:sz w:val="20"/>
        </w:rPr>
        <w:t>[16]</w:t>
      </w:r>
    </w:p>
    <w:p>
      <w:r>
        <w:rPr>
          <w:rFonts w:ascii="Gentium Plus" w:hAnsi="Gentium Plus"/>
          <w:sz w:val="24"/>
        </w:rPr>
        <w:t>ΓΑΝΥΜΗΔΗΣ Μόνος γὰρ οὐκ ἂν δύναιο, ἀλλὰ ἥδιόν σοι καθεύδειν μετ’ ἐμοῦ;</w:t>
      </w:r>
    </w:p>
    <w:p>
      <w:r>
        <w:rPr>
          <w:rFonts w:ascii="Courier New" w:hAnsi="Courier New"/>
          <w:color w:val="555555"/>
          <w:sz w:val="20"/>
        </w:rPr>
        <w:t>[18]</w:t>
      </w:r>
    </w:p>
    <w:p>
      <w:r>
        <w:rPr>
          <w:rFonts w:ascii="Gentium Plus" w:hAnsi="Gentium Plus"/>
          <w:sz w:val="24"/>
        </w:rPr>
        <w:t>ΖΕΥΣ Ναί, μετά γε τοιούτου οἷος εἶ σύ, Γανύμηδες,</w:t>
      </w:r>
    </w:p>
    <w:p>
      <w:r>
        <w:rPr>
          <w:rFonts w:ascii="Courier New" w:hAnsi="Courier New"/>
          <w:color w:val="555555"/>
          <w:sz w:val="20"/>
        </w:rPr>
        <w:t>[20]</w:t>
      </w:r>
    </w:p>
    <w:p>
      <w:r>
        <w:rPr>
          <w:rFonts w:ascii="Gentium Plus" w:hAnsi="Gentium Plus"/>
          <w:sz w:val="24"/>
        </w:rPr>
        <w:t>οὕτω καλός.</w:t>
      </w:r>
    </w:p>
    <w:p>
      <w:r>
        <w:rPr>
          <w:rFonts w:ascii="Courier New" w:hAnsi="Courier New"/>
          <w:color w:val="555555"/>
          <w:sz w:val="20"/>
        </w:rPr>
        <w:t>[20]</w:t>
      </w:r>
    </w:p>
    <w:p>
      <w:r>
        <w:rPr>
          <w:rFonts w:ascii="Gentium Plus" w:hAnsi="Gentium Plus"/>
          <w:sz w:val="24"/>
        </w:rPr>
        <w:t>ΓΑΝΥΜΗΔΗΣ</w:t>
      </w:r>
    </w:p>
    <w:p>
      <w:r>
        <w:rPr>
          <w:rFonts w:ascii="Courier New" w:hAnsi="Courier New"/>
          <w:color w:val="555555"/>
          <w:sz w:val="20"/>
        </w:rPr>
        <w:t>[D Deor . 10 . 5]</w:t>
      </w:r>
    </w:p>
    <w:p>
      <w:r>
        <w:rPr>
          <w:rFonts w:ascii="Gentium Plus" w:hAnsi="Gentium Plus"/>
          <w:sz w:val="24"/>
        </w:rPr>
        <w:t>Τί γάρ σε πρὸς τὸν ὕπνον ὀνήσει τὸ κάλλος;</w:t>
      </w:r>
    </w:p>
    <w:p>
      <w:r>
        <w:rPr>
          <w:rFonts w:ascii="Courier New" w:hAnsi="Courier New"/>
          <w:color w:val="555555"/>
          <w:sz w:val="20"/>
        </w:rPr>
        <w:t>[1]</w:t>
      </w:r>
    </w:p>
    <w:p>
      <w:r>
        <w:rPr>
          <w:rFonts w:ascii="Gentium Plus" w:hAnsi="Gentium Plus"/>
          <w:sz w:val="24"/>
        </w:rPr>
        <w:t>ΖΕΥΣ Ἔχει τι θέλγητρον ἡδὺ καὶ μαλακώτερον ἐπάγει αὐτόν.</w:t>
      </w:r>
    </w:p>
    <w:p>
      <w:r>
        <w:rPr>
          <w:rFonts w:ascii="Courier New" w:hAnsi="Courier New"/>
          <w:color w:val="555555"/>
          <w:sz w:val="20"/>
        </w:rPr>
        <w:t>[3]</w:t>
      </w:r>
    </w:p>
    <w:p>
      <w:r>
        <w:rPr>
          <w:rFonts w:ascii="Gentium Plus" w:hAnsi="Gentium Plus"/>
          <w:sz w:val="24"/>
        </w:rPr>
        <w:t>ΓΑΝΥΜΗΔΗΣ Καὶ μὴν ὅ γε πατὴρ ἤχθετό μοι συγκαθεύδοντι</w:t>
      </w:r>
    </w:p>
    <w:p>
      <w:r>
        <w:rPr>
          <w:rFonts w:ascii="Courier New" w:hAnsi="Courier New"/>
          <w:color w:val="555555"/>
          <w:sz w:val="20"/>
        </w:rPr>
        <w:t>[5]</w:t>
      </w:r>
    </w:p>
    <w:p>
      <w:r>
        <w:rPr>
          <w:rFonts w:ascii="Gentium Plus" w:hAnsi="Gentium Plus"/>
          <w:sz w:val="24"/>
        </w:rPr>
        <w:t>καὶ διηγεῖτο ἕωθεν, ὡς ἀφεῖλον αὐτοῦ τὸν ὕπνον στρεφόμενος καὶ λακτίζων καί τι φθεγγόμενος μεταξὺ ὁπότε καθεύδοιμι· ὥστε παρὰ τὴν μητέρα ἔπεμπέ με κοιμησόμενον ὡς τὰ πολλά. ὥρα δή σοι, εἰ διὰ τοῦτο, ὡς φῄς, ἀνήρπασάς με, κατα‐</w:t>
      </w:r>
    </w:p>
    <w:p>
      <w:r>
        <w:rPr>
          <w:rFonts w:ascii="Courier New" w:hAnsi="Courier New"/>
          <w:color w:val="555555"/>
          <w:sz w:val="20"/>
        </w:rPr>
        <w:t>[10]</w:t>
      </w:r>
    </w:p>
    <w:p>
      <w:r>
        <w:rPr>
          <w:rFonts w:ascii="Gentium Plus" w:hAnsi="Gentium Plus"/>
          <w:sz w:val="24"/>
        </w:rPr>
        <w:t>θεῖναι αὖθις εἰς τὴν γῆν, ἢ πράγματα ἕξεις ἀγρυ‐ πνῶν· ἐνοχλήσω γάρ σε συνεχῶς στρεφόμε‐ νος.</w:t>
      </w:r>
    </w:p>
    <w:p>
      <w:r>
        <w:rPr>
          <w:rFonts w:ascii="Courier New" w:hAnsi="Courier New"/>
          <w:color w:val="555555"/>
          <w:sz w:val="20"/>
        </w:rPr>
        <w:t>[12]</w:t>
      </w:r>
    </w:p>
    <w:p>
      <w:r>
        <w:rPr>
          <w:rFonts w:ascii="Gentium Plus" w:hAnsi="Gentium Plus"/>
          <w:sz w:val="24"/>
        </w:rPr>
        <w:t>ΖΕΥΣ Τοῦτ’ αὐτό μοι τὸ ἥδιστον ποιήσεις, εἰ ἀγρυπνή‐ σαιμι μετὰ σοῦ φιλῶν πολλάκις καὶ περιπτύσσων.</w:t>
      </w:r>
    </w:p>
    <w:p>
      <w:r>
        <w:rPr>
          <w:rFonts w:ascii="Courier New" w:hAnsi="Courier New"/>
          <w:color w:val="555555"/>
          <w:sz w:val="20"/>
        </w:rPr>
        <w:t>[14]</w:t>
      </w:r>
    </w:p>
    <w:p>
      <w:r>
        <w:rPr>
          <w:rFonts w:ascii="Gentium Plus" w:hAnsi="Gentium Plus"/>
          <w:sz w:val="24"/>
        </w:rPr>
        <w:t>ΓΑΝΥΜΗΔΗΣ</w:t>
      </w:r>
    </w:p>
    <w:p>
      <w:r>
        <w:rPr>
          <w:rFonts w:ascii="Courier New" w:hAnsi="Courier New"/>
          <w:color w:val="555555"/>
          <w:sz w:val="20"/>
        </w:rPr>
        <w:t>[15]</w:t>
      </w:r>
    </w:p>
    <w:p>
      <w:r>
        <w:rPr>
          <w:rFonts w:ascii="Gentium Plus" w:hAnsi="Gentium Plus"/>
          <w:sz w:val="24"/>
        </w:rPr>
        <w:t>Αὐτὸς ἂν εἰδείης· ἐγὼ δὲ κοιμήσομαι σοῦ κα‐ ταφιλοῦντος.</w:t>
      </w:r>
    </w:p>
    <w:p>
      <w:r>
        <w:rPr>
          <w:rFonts w:ascii="Courier New" w:hAnsi="Courier New"/>
          <w:color w:val="555555"/>
          <w:sz w:val="20"/>
        </w:rPr>
        <w:t>[16]</w:t>
      </w:r>
    </w:p>
    <w:p>
      <w:r>
        <w:rPr>
          <w:rFonts w:ascii="Gentium Plus" w:hAnsi="Gentium Plus"/>
          <w:sz w:val="24"/>
        </w:rPr>
        <w:t>ΖΕΥΣ Εἰσόμεθα τότε ὃ πρακτέον. νῦν δὲ ἄπαγε αὐτόν, ὦ Ἑρμῆ, καὶ πιόντα τῆς ἀθανασίας ἄγε οἰνοχοήσοντα ἡμῖν διδάξας πρότερον ὡς χρὴ</w:t>
      </w:r>
    </w:p>
    <w:p>
      <w:r>
        <w:rPr>
          <w:rFonts w:ascii="Courier New" w:hAnsi="Courier New"/>
          <w:color w:val="555555"/>
          <w:sz w:val="20"/>
        </w:rPr>
        <w:t>[20]</w:t>
      </w:r>
    </w:p>
    <w:p>
      <w:r>
        <w:rPr>
          <w:rFonts w:ascii="Gentium Plus" w:hAnsi="Gentium Plus"/>
          <w:sz w:val="24"/>
        </w:rPr>
        <w:t>ὀρέγειν τὸν σκύφον.</w:t>
      </w:r>
    </w:p>
    <w:p>
      <w:pPr>
        <w:jc w:val="center"/>
      </w:pPr>
      <w:r>
        <w:rPr>
          <w:rFonts w:ascii="Gentium Plus" w:hAnsi="Gentium Plus"/>
          <w:b/>
          <w:sz w:val="24"/>
        </w:rPr>
        <w:t>ΗΦΑΙΣΤΟΥ ΚΑΙ ΑΠΟΛΛΩΝΟΣ</w:t>
      </w:r>
    </w:p>
    <w:p>
      <w:r>
        <w:rPr>
          <w:rFonts w:ascii="Courier New" w:hAnsi="Courier New"/>
          <w:color w:val="555555"/>
          <w:sz w:val="20"/>
        </w:rPr>
        <w:t>[D Deor . 11 . 1]</w:t>
      </w:r>
    </w:p>
    <w:p>
      <w:r>
        <w:rPr>
          <w:rFonts w:ascii="Gentium Plus" w:hAnsi="Gentium Plus"/>
          <w:sz w:val="24"/>
        </w:rPr>
        <w:t>ΗΦΑΙΣΤΟΣ</w:t>
      </w:r>
    </w:p>
    <w:p>
      <w:r>
        <w:rPr>
          <w:rFonts w:ascii="Courier New" w:hAnsi="Courier New"/>
          <w:color w:val="555555"/>
          <w:sz w:val="20"/>
        </w:rPr>
        <w:t>[1]</w:t>
      </w:r>
    </w:p>
    <w:p>
      <w:r>
        <w:rPr>
          <w:rFonts w:ascii="Gentium Plus" w:hAnsi="Gentium Plus"/>
          <w:sz w:val="24"/>
        </w:rPr>
        <w:t>Ἑώρακας, ὦ Ἄπολλον, τὸ τῆς Μαίας βρέφος τὸ ἄρτι τεχθέν, ὡς καλόν τέ ἐστι καὶ προσγελᾷ πᾶσι καὶ δηλοῖ ἤδη μέγα τι ἀγαθὸν ἀποβησόμενον;</w:t>
      </w:r>
    </w:p>
    <w:p>
      <w:r>
        <w:rPr>
          <w:rFonts w:ascii="Courier New" w:hAnsi="Courier New"/>
          <w:color w:val="555555"/>
          <w:sz w:val="20"/>
        </w:rPr>
        <w:t>[3]</w:t>
      </w:r>
    </w:p>
    <w:p>
      <w:r>
        <w:rPr>
          <w:rFonts w:ascii="Gentium Plus" w:hAnsi="Gentium Plus"/>
          <w:sz w:val="24"/>
        </w:rPr>
        <w:t>ΑΠΟΛΛΩΝ Ἐκεῖνο τὸ βρέφος, ὦ Ἥφαιστε, ἦ μέγα ἀγαθόν,</w:t>
      </w:r>
    </w:p>
    <w:p>
      <w:r>
        <w:rPr>
          <w:rFonts w:ascii="Courier New" w:hAnsi="Courier New"/>
          <w:color w:val="555555"/>
          <w:sz w:val="20"/>
        </w:rPr>
        <w:t>[5]</w:t>
      </w:r>
    </w:p>
    <w:p>
      <w:r>
        <w:rPr>
          <w:rFonts w:ascii="Gentium Plus" w:hAnsi="Gentium Plus"/>
          <w:sz w:val="24"/>
        </w:rPr>
        <w:t>ὃ τοῦ Ἰαπετοῦ πρεσβύτερόν ἐστιν ὅσον ἐπὶ τῇ παν‐ ουργίᾳ;</w:t>
      </w:r>
    </w:p>
    <w:p>
      <w:r>
        <w:rPr>
          <w:rFonts w:ascii="Courier New" w:hAnsi="Courier New"/>
          <w:color w:val="555555"/>
          <w:sz w:val="20"/>
        </w:rPr>
        <w:t>[6]</w:t>
      </w:r>
    </w:p>
    <w:p>
      <w:r>
        <w:rPr>
          <w:rFonts w:ascii="Gentium Plus" w:hAnsi="Gentium Plus"/>
          <w:sz w:val="24"/>
        </w:rPr>
        <w:t>ΗΦΑΙΣΤΟΣ Καὶ τί ἂν ἀδικῆσαι δύναιτο ἀρτίτοκον ὄν;</w:t>
      </w:r>
    </w:p>
    <w:p>
      <w:r>
        <w:rPr>
          <w:rFonts w:ascii="Courier New" w:hAnsi="Courier New"/>
          <w:color w:val="555555"/>
          <w:sz w:val="20"/>
        </w:rPr>
        <w:t>[7]</w:t>
      </w:r>
    </w:p>
    <w:p>
      <w:r>
        <w:rPr>
          <w:rFonts w:ascii="Gentium Plus" w:hAnsi="Gentium Plus"/>
          <w:sz w:val="24"/>
        </w:rPr>
        <w:t>ΑΠΟΛΛΩΝ Ἐρώτα τὸν Ποσειδῶνα, οὗ τὴν τρίαιναν ἔκλε‐ ψεν, ἢ τὸν Ἄρη· καὶ τούτου γὰρ ἐξείλκυσε λαθὸν</w:t>
      </w:r>
    </w:p>
    <w:p>
      <w:r>
        <w:rPr>
          <w:rFonts w:ascii="Courier New" w:hAnsi="Courier New"/>
          <w:color w:val="555555"/>
          <w:sz w:val="20"/>
        </w:rPr>
        <w:t>[10]</w:t>
      </w:r>
    </w:p>
    <w:p>
      <w:r>
        <w:rPr>
          <w:rFonts w:ascii="Gentium Plus" w:hAnsi="Gentium Plus"/>
          <w:sz w:val="24"/>
        </w:rPr>
        <w:t>ἐκ τοῦ κολεοῦ τὸ ξίφος, ἵνα μὴ ἐμαυτὸν λέγω, ὃν ἀφώπλισε τοῦ τόξου καὶ τῶν βελῶν.</w:t>
      </w:r>
    </w:p>
    <w:p>
      <w:r>
        <w:rPr>
          <w:rFonts w:ascii="Courier New" w:hAnsi="Courier New"/>
          <w:color w:val="555555"/>
          <w:sz w:val="20"/>
        </w:rPr>
        <w:t>[11]</w:t>
      </w:r>
    </w:p>
    <w:p>
      <w:r>
        <w:rPr>
          <w:rFonts w:ascii="Gentium Plus" w:hAnsi="Gentium Plus"/>
          <w:sz w:val="24"/>
        </w:rPr>
        <w:t>ΗΦΑΙΣΤΟΣ</w:t>
      </w:r>
    </w:p>
    <w:p>
      <w:r>
        <w:rPr>
          <w:rFonts w:ascii="Courier New" w:hAnsi="Courier New"/>
          <w:color w:val="555555"/>
          <w:sz w:val="20"/>
        </w:rPr>
        <w:t>[D Deor . 11 . 2]</w:t>
      </w:r>
    </w:p>
    <w:p>
      <w:r>
        <w:rPr>
          <w:rFonts w:ascii="Gentium Plus" w:hAnsi="Gentium Plus"/>
          <w:sz w:val="24"/>
        </w:rPr>
        <w:t>Τὸ νεογνὸν ταῦτα, ὃ μόλις ἕστηκε, τὸ ἐν τοῖς σπαργάνοις;</w:t>
      </w:r>
    </w:p>
    <w:p>
      <w:r>
        <w:rPr>
          <w:rFonts w:ascii="Courier New" w:hAnsi="Courier New"/>
          <w:color w:val="555555"/>
          <w:sz w:val="20"/>
        </w:rPr>
        <w:t>[2]</w:t>
      </w:r>
    </w:p>
    <w:p>
      <w:r>
        <w:rPr>
          <w:rFonts w:ascii="Gentium Plus" w:hAnsi="Gentium Plus"/>
          <w:sz w:val="24"/>
        </w:rPr>
        <w:t>ΑΠΟΛΛΩΝ</w:t>
      </w:r>
    </w:p>
    <w:p>
      <w:r>
        <w:rPr>
          <w:rFonts w:ascii="Courier New" w:hAnsi="Courier New"/>
          <w:color w:val="555555"/>
          <w:sz w:val="20"/>
        </w:rPr>
        <w:t>[3]</w:t>
      </w:r>
    </w:p>
    <w:p>
      <w:r>
        <w:rPr>
          <w:rFonts w:ascii="Gentium Plus" w:hAnsi="Gentium Plus"/>
          <w:sz w:val="24"/>
        </w:rPr>
        <w:t>ΗΦΑΙΣΤΟΣ Καὶ μὴν προσῆλθεν ἤδη.</w:t>
      </w:r>
    </w:p>
    <w:p>
      <w:r>
        <w:rPr>
          <w:rFonts w:ascii="Courier New" w:hAnsi="Courier New"/>
          <w:color w:val="555555"/>
          <w:sz w:val="20"/>
        </w:rPr>
        <w:t>[4]</w:t>
      </w:r>
    </w:p>
    <w:p>
      <w:r>
        <w:rPr>
          <w:rFonts w:ascii="Gentium Plus" w:hAnsi="Gentium Plus"/>
          <w:sz w:val="24"/>
        </w:rPr>
        <w:t>ΑΠΟΛΛΩΝ</w:t>
      </w:r>
    </w:p>
    <w:p>
      <w:r>
        <w:rPr>
          <w:rFonts w:ascii="Courier New" w:hAnsi="Courier New"/>
          <w:color w:val="555555"/>
          <w:sz w:val="20"/>
        </w:rPr>
        <w:t>[5]</w:t>
      </w:r>
    </w:p>
    <w:p>
      <w:r>
        <w:rPr>
          <w:rFonts w:ascii="Gentium Plus" w:hAnsi="Gentium Plus"/>
          <w:sz w:val="24"/>
        </w:rPr>
        <w:t>Τί οὖν; πάντα ἔχεις τὰ ἐργαλεῖα καὶ οὐδὲν ἀπό‐ λωλεν αὐτῶν;</w:t>
      </w:r>
    </w:p>
    <w:p>
      <w:r>
        <w:rPr>
          <w:rFonts w:ascii="Courier New" w:hAnsi="Courier New"/>
          <w:color w:val="555555"/>
          <w:sz w:val="20"/>
        </w:rPr>
        <w:t>[6]</w:t>
      </w:r>
    </w:p>
    <w:p>
      <w:r>
        <w:rPr>
          <w:rFonts w:ascii="Gentium Plus" w:hAnsi="Gentium Plus"/>
          <w:sz w:val="24"/>
        </w:rPr>
        <w:t>ΗΦΑΙΣΤΟΣ Πάντα, ὦ Ἄπολλον.</w:t>
      </w:r>
    </w:p>
    <w:p>
      <w:r>
        <w:rPr>
          <w:rFonts w:ascii="Courier New" w:hAnsi="Courier New"/>
          <w:color w:val="555555"/>
          <w:sz w:val="20"/>
        </w:rPr>
        <w:t>[7]</w:t>
      </w:r>
    </w:p>
    <w:p>
      <w:r>
        <w:rPr>
          <w:rFonts w:ascii="Gentium Plus" w:hAnsi="Gentium Plus"/>
          <w:sz w:val="24"/>
        </w:rPr>
        <w:t>ΑΠΟΛΛΩΝ Ὅμως ἐπίσκεψαι ἀκριβῶς.</w:t>
      </w:r>
    </w:p>
    <w:p>
      <w:r>
        <w:rPr>
          <w:rFonts w:ascii="Courier New" w:hAnsi="Courier New"/>
          <w:color w:val="555555"/>
          <w:sz w:val="20"/>
        </w:rPr>
        <w:t>[8]</w:t>
      </w:r>
    </w:p>
    <w:p>
      <w:r>
        <w:rPr>
          <w:rFonts w:ascii="Gentium Plus" w:hAnsi="Gentium Plus"/>
          <w:sz w:val="24"/>
        </w:rPr>
        <w:t>ΗΦΑΙΣΤΟΣ Μὰ Δία, τὴν πυράγραν οὐχ ὁρῶ.</w:t>
      </w:r>
    </w:p>
    <w:p>
      <w:r>
        <w:rPr>
          <w:rFonts w:ascii="Courier New" w:hAnsi="Courier New"/>
          <w:color w:val="555555"/>
          <w:sz w:val="20"/>
        </w:rPr>
        <w:t>[9]</w:t>
      </w:r>
    </w:p>
    <w:p>
      <w:r>
        <w:rPr>
          <w:rFonts w:ascii="Gentium Plus" w:hAnsi="Gentium Plus"/>
          <w:sz w:val="24"/>
        </w:rPr>
        <w:t>ΑΠΟΛΛΩΝ</w:t>
      </w:r>
    </w:p>
    <w:p>
      <w:r>
        <w:rPr>
          <w:rFonts w:ascii="Courier New" w:hAnsi="Courier New"/>
          <w:color w:val="555555"/>
          <w:sz w:val="20"/>
        </w:rPr>
        <w:t>[10]</w:t>
      </w:r>
    </w:p>
    <w:p>
      <w:r>
        <w:rPr>
          <w:rFonts w:ascii="Gentium Plus" w:hAnsi="Gentium Plus"/>
          <w:sz w:val="24"/>
        </w:rPr>
        <w:t>Ἀλλ’ ὄψει που ἐν τοῖς σπαργάνοις αὐτὴν τοῦ βρέφους.</w:t>
      </w:r>
    </w:p>
    <w:p>
      <w:r>
        <w:rPr>
          <w:rFonts w:ascii="Courier New" w:hAnsi="Courier New"/>
          <w:color w:val="555555"/>
          <w:sz w:val="20"/>
        </w:rPr>
        <w:t>[11]</w:t>
      </w:r>
    </w:p>
    <w:p>
      <w:r>
        <w:rPr>
          <w:rFonts w:ascii="Gentium Plus" w:hAnsi="Gentium Plus"/>
          <w:sz w:val="24"/>
        </w:rPr>
        <w:t>ΗΦΑΙΣΤΟΣ Οὕτως ὀξύχειρ ἐστὶ καθάπερ ἐν τῇ γαστρὶ ἐκ‐ μελετήσας τὴν κλεπτικήν;</w:t>
      </w:r>
    </w:p>
    <w:p>
      <w:r>
        <w:rPr>
          <w:rFonts w:ascii="Courier New" w:hAnsi="Courier New"/>
          <w:color w:val="555555"/>
          <w:sz w:val="20"/>
        </w:rPr>
        <w:t>[13]</w:t>
      </w:r>
    </w:p>
    <w:p>
      <w:r>
        <w:rPr>
          <w:rFonts w:ascii="Gentium Plus" w:hAnsi="Gentium Plus"/>
          <w:sz w:val="24"/>
        </w:rPr>
        <w:t>ΑΠΟΛΛΩΝ</w:t>
      </w:r>
    </w:p>
    <w:p>
      <w:r>
        <w:rPr>
          <w:rFonts w:ascii="Courier New" w:hAnsi="Courier New"/>
          <w:color w:val="555555"/>
          <w:sz w:val="20"/>
        </w:rPr>
        <w:t>[D Deor . 11 . 3]</w:t>
      </w:r>
    </w:p>
    <w:p>
      <w:r>
        <w:rPr>
          <w:rFonts w:ascii="Gentium Plus" w:hAnsi="Gentium Plus"/>
          <w:sz w:val="24"/>
        </w:rPr>
        <w:t>Οὐ γὰρ ἤκουσας αὐτοῦ καὶ λαλοῦντος ἤδη στωμύλα καὶ ἐπίτροχα· ὁ δὲ καὶ διακονεῖσθαι ἡμῖν ἐθέλει. χθὲς δὲ προκαλεσάμενος τὸν Ἔρωτα κατεπάλαισεν εὐθὺς οὐκ οἶδ’ ὅπως ὑφελὼν τὼ</w:t>
      </w:r>
    </w:p>
    <w:p>
      <w:r>
        <w:rPr>
          <w:rFonts w:ascii="Courier New" w:hAnsi="Courier New"/>
          <w:color w:val="555555"/>
          <w:sz w:val="20"/>
        </w:rPr>
        <w:t>[5]</w:t>
      </w:r>
    </w:p>
    <w:p>
      <w:r>
        <w:rPr>
          <w:rFonts w:ascii="Gentium Plus" w:hAnsi="Gentium Plus"/>
          <w:sz w:val="24"/>
        </w:rPr>
        <w:t>πόδε· εἶτα μεταξὺ ἐπαινούμενος τῆς Ἀφροδίτης μὲν τὸν κεστὸν ἔκλεψε προσπτυξαμένης αὐτὸν ἐπὶ τῇ νίκῃ, τοῦ Διὸς δὲ γελῶντος ἔτι τὸ σκῆπτρον· εἰ δὲ μὴ βαρύτερος ὁ κεραυνὸς ἦν καὶ πολὺ τὸ πῦρ</w:t>
      </w:r>
    </w:p>
    <w:p>
      <w:r>
        <w:rPr>
          <w:rFonts w:ascii="Courier New" w:hAnsi="Courier New"/>
          <w:color w:val="555555"/>
          <w:sz w:val="20"/>
        </w:rPr>
        <w:t>[9]</w:t>
      </w:r>
    </w:p>
    <w:p>
      <w:r>
        <w:rPr>
          <w:rFonts w:ascii="Gentium Plus" w:hAnsi="Gentium Plus"/>
          <w:sz w:val="24"/>
        </w:rPr>
        <w:t>ΗΦΑΙΣΤΟΣ</w:t>
      </w:r>
    </w:p>
    <w:p>
      <w:r>
        <w:rPr>
          <w:rFonts w:ascii="Courier New" w:hAnsi="Courier New"/>
          <w:color w:val="555555"/>
          <w:sz w:val="20"/>
        </w:rPr>
        <w:t>[10]</w:t>
      </w:r>
    </w:p>
    <w:p>
      <w:r>
        <w:rPr>
          <w:rFonts w:ascii="Gentium Plus" w:hAnsi="Gentium Plus"/>
          <w:sz w:val="24"/>
        </w:rPr>
        <w:t>Ὑπέρδριμύν τινα τὸν παῖδα φῄς.</w:t>
      </w:r>
    </w:p>
    <w:p>
      <w:r>
        <w:rPr>
          <w:rFonts w:ascii="Courier New" w:hAnsi="Courier New"/>
          <w:color w:val="555555"/>
          <w:sz w:val="20"/>
        </w:rPr>
        <w:t>[10]</w:t>
      </w:r>
    </w:p>
    <w:p>
      <w:r>
        <w:rPr>
          <w:rFonts w:ascii="Gentium Plus" w:hAnsi="Gentium Plus"/>
          <w:sz w:val="24"/>
        </w:rPr>
        <w:t>ΑΠΟΛΛΩΝ Οὐ μόνον, ἀλλ’ ἤδη καὶ μουσικόν.</w:t>
      </w:r>
    </w:p>
    <w:p>
      <w:r>
        <w:rPr>
          <w:rFonts w:ascii="Courier New" w:hAnsi="Courier New"/>
          <w:color w:val="555555"/>
          <w:sz w:val="20"/>
        </w:rPr>
        <w:t>[11]</w:t>
      </w:r>
    </w:p>
    <w:p>
      <w:r>
        <w:rPr>
          <w:rFonts w:ascii="Gentium Plus" w:hAnsi="Gentium Plus"/>
          <w:sz w:val="24"/>
        </w:rPr>
        <w:t>ΗΦΑΙΣΤΟΣ Τῷ τοῦτο τεκμαίρεσθαι ἔχεις;</w:t>
      </w:r>
    </w:p>
    <w:p>
      <w:r>
        <w:rPr>
          <w:rFonts w:ascii="Courier New" w:hAnsi="Courier New"/>
          <w:color w:val="555555"/>
          <w:sz w:val="20"/>
        </w:rPr>
        <w:t>[12]</w:t>
      </w:r>
    </w:p>
    <w:p>
      <w:r>
        <w:rPr>
          <w:rFonts w:ascii="Gentium Plus" w:hAnsi="Gentium Plus"/>
          <w:sz w:val="24"/>
        </w:rPr>
        <w:t>ΑΠΟΛΛΩΝ</w:t>
      </w:r>
    </w:p>
    <w:p>
      <w:r>
        <w:rPr>
          <w:rFonts w:ascii="Courier New" w:hAnsi="Courier New"/>
          <w:color w:val="555555"/>
          <w:sz w:val="20"/>
        </w:rPr>
        <w:t>[D Deor . 11 . 4]</w:t>
      </w:r>
    </w:p>
    <w:p>
      <w:r>
        <w:rPr>
          <w:rFonts w:ascii="Gentium Plus" w:hAnsi="Gentium Plus"/>
          <w:sz w:val="24"/>
        </w:rPr>
        <w:t>Χελώνην που νεκρὰν εὑρὼν ὄργανον ἀπ’ αὐτῆς συνεπήξατο· πήχεις γὰρ ἐναρμόσας καὶ ζυγώσας, ἔπειτα κολλάβους ἐμπήξας καὶ μαγάδιον ὑποθεὶς καὶ ἐντεινάμενος ἑπτὰ χορδὰς μελῳδεῖ</w:t>
      </w:r>
    </w:p>
    <w:p>
      <w:r>
        <w:rPr>
          <w:rFonts w:ascii="Courier New" w:hAnsi="Courier New"/>
          <w:color w:val="555555"/>
          <w:sz w:val="20"/>
        </w:rPr>
        <w:t>[5]</w:t>
      </w:r>
    </w:p>
    <w:p>
      <w:r>
        <w:rPr>
          <w:rFonts w:ascii="Gentium Plus" w:hAnsi="Gentium Plus"/>
          <w:sz w:val="24"/>
        </w:rPr>
        <w:t>πάνυ γλαφυρόν, ὦ Ἥφαιστε, καὶ ἐναρμόνιον, ὡς κἀμὲ αὐτῷ φθονεῖν πάλαι κιθαρίζειν ἀσκοῦντα. ἔλεγε δὲ ἡ Μαῖα, ὡς μηδὲ μένοι τὰς νύκτας ἐν τῷ οὐρανῷ, ἀλλ’ ὑπὸ περιεργίας ἄχρι τοῦ ᾅδου κατίοι, κλέψων τι κἀκεῖθεν δηλαδή. ὑπόπτερος δ’</w:t>
      </w:r>
    </w:p>
    <w:p>
      <w:r>
        <w:rPr>
          <w:rFonts w:ascii="Courier New" w:hAnsi="Courier New"/>
          <w:color w:val="555555"/>
          <w:sz w:val="20"/>
        </w:rPr>
        <w:t>[10]</w:t>
      </w:r>
    </w:p>
    <w:p>
      <w:r>
        <w:rPr>
          <w:rFonts w:ascii="Gentium Plus" w:hAnsi="Gentium Plus"/>
          <w:sz w:val="24"/>
        </w:rPr>
        <w:t>ἐστὶ καὶ ῥάβδον τινὰ πεποίηται θαυμασίαν τὴν δύναμιν, ᾗ ψυχαγωγεῖ καὶ κατάγει τοὺς νεκρούς.</w:t>
      </w:r>
    </w:p>
    <w:p>
      <w:r>
        <w:rPr>
          <w:rFonts w:ascii="Courier New" w:hAnsi="Courier New"/>
          <w:color w:val="555555"/>
          <w:sz w:val="20"/>
        </w:rPr>
        <w:t>[11]</w:t>
      </w:r>
    </w:p>
    <w:p>
      <w:r>
        <w:rPr>
          <w:rFonts w:ascii="Gentium Plus" w:hAnsi="Gentium Plus"/>
          <w:sz w:val="24"/>
        </w:rPr>
        <w:t>ΗΦΑΙΣΤΟΣ Ἐγὼ ἐκείνην ἔδωκα αὐτῷ παίγνιον εἶναι.</w:t>
      </w:r>
    </w:p>
    <w:p>
      <w:r>
        <w:rPr>
          <w:rFonts w:ascii="Courier New" w:hAnsi="Courier New"/>
          <w:color w:val="555555"/>
          <w:sz w:val="20"/>
        </w:rPr>
        <w:t>[12]</w:t>
      </w:r>
    </w:p>
    <w:p>
      <w:r>
        <w:rPr>
          <w:rFonts w:ascii="Gentium Plus" w:hAnsi="Gentium Plus"/>
          <w:sz w:val="24"/>
        </w:rPr>
        <w:t>ΑΠΟΛΛΩΝ Τοιγαροῦν ἀπέδωκέ σοι τὸν μισθόν, τὴν πυ‐ άγραν—</w:t>
      </w:r>
    </w:p>
    <w:p>
      <w:r>
        <w:rPr>
          <w:rFonts w:ascii="Courier New" w:hAnsi="Courier New"/>
          <w:color w:val="555555"/>
          <w:sz w:val="20"/>
        </w:rPr>
        <w:t>[14]</w:t>
      </w:r>
    </w:p>
    <w:p>
      <w:r>
        <w:rPr>
          <w:rFonts w:ascii="Gentium Plus" w:hAnsi="Gentium Plus"/>
          <w:sz w:val="24"/>
        </w:rPr>
        <w:t>ΗΦΑΙΣΤΟΣ</w:t>
      </w:r>
    </w:p>
    <w:p>
      <w:r>
        <w:rPr>
          <w:rFonts w:ascii="Courier New" w:hAnsi="Courier New"/>
          <w:color w:val="555555"/>
          <w:sz w:val="20"/>
        </w:rPr>
        <w:t>[15]</w:t>
      </w:r>
    </w:p>
    <w:p>
      <w:r>
        <w:rPr>
          <w:rFonts w:ascii="Gentium Plus" w:hAnsi="Gentium Plus"/>
          <w:sz w:val="24"/>
        </w:rPr>
        <w:t>Εὖ γε ὑπέμνησας· ὥστε βαδιοῦμαι ἀποληψό‐ μενος αὐτήν, εἴ που ὡς φῂς εὑρεθείη ἐν τοῖς</w:t>
      </w:r>
    </w:p>
    <w:p>
      <w:pPr>
        <w:jc w:val="center"/>
      </w:pPr>
      <w:r>
        <w:rPr>
          <w:rFonts w:ascii="Gentium Plus" w:hAnsi="Gentium Plus"/>
          <w:b/>
          <w:sz w:val="24"/>
        </w:rPr>
        <w:t>ΠΟΣΕΙΔΩΝΟΣ ΚΑΙ ΕΡΜΟΥ</w:t>
      </w:r>
    </w:p>
    <w:p>
      <w:r>
        <w:rPr>
          <w:rFonts w:ascii="Courier New" w:hAnsi="Courier New"/>
          <w:color w:val="555555"/>
          <w:sz w:val="20"/>
        </w:rPr>
        <w:t>[D Deor . 12 . 1]</w:t>
      </w:r>
    </w:p>
    <w:p>
      <w:r>
        <w:rPr>
          <w:rFonts w:ascii="Gentium Plus" w:hAnsi="Gentium Plus"/>
          <w:sz w:val="24"/>
        </w:rPr>
        <w:t>ΠΟΣΕΙΔΩΝ</w:t>
      </w:r>
    </w:p>
    <w:p>
      <w:r>
        <w:rPr>
          <w:rFonts w:ascii="Courier New" w:hAnsi="Courier New"/>
          <w:color w:val="555555"/>
          <w:sz w:val="20"/>
        </w:rPr>
        <w:t>[1]</w:t>
      </w:r>
    </w:p>
    <w:p>
      <w:r>
        <w:rPr>
          <w:rFonts w:ascii="Gentium Plus" w:hAnsi="Gentium Plus"/>
          <w:sz w:val="24"/>
        </w:rPr>
        <w:t>Ἔστιν, ὦ Ἑρμῆ, νῦν ἐντυχεῖν τῷ Διί;</w:t>
      </w:r>
    </w:p>
    <w:p>
      <w:r>
        <w:rPr>
          <w:rFonts w:ascii="Courier New" w:hAnsi="Courier New"/>
          <w:color w:val="555555"/>
          <w:sz w:val="20"/>
        </w:rPr>
        <w:t>[1]</w:t>
      </w:r>
    </w:p>
    <w:p>
      <w:r>
        <w:rPr>
          <w:rFonts w:ascii="Gentium Plus" w:hAnsi="Gentium Plus"/>
          <w:sz w:val="24"/>
        </w:rPr>
        <w:t>ΕΡΜΗΣ Οὐδαμῶς, ὦ Πόσειδον.</w:t>
      </w:r>
    </w:p>
    <w:p>
      <w:r>
        <w:rPr>
          <w:rFonts w:ascii="Courier New" w:hAnsi="Courier New"/>
          <w:color w:val="555555"/>
          <w:sz w:val="20"/>
        </w:rPr>
        <w:t>[2]</w:t>
      </w:r>
    </w:p>
    <w:p>
      <w:r>
        <w:rPr>
          <w:rFonts w:ascii="Gentium Plus" w:hAnsi="Gentium Plus"/>
          <w:sz w:val="24"/>
        </w:rPr>
        <w:t>ΠΟΣΕΙΔΩΝ Ὅμως προσάγγειλον αὐτῷ.</w:t>
      </w:r>
    </w:p>
    <w:p>
      <w:r>
        <w:rPr>
          <w:rFonts w:ascii="Courier New" w:hAnsi="Courier New"/>
          <w:color w:val="555555"/>
          <w:sz w:val="20"/>
        </w:rPr>
        <w:t>[3]</w:t>
      </w:r>
    </w:p>
    <w:p>
      <w:r>
        <w:rPr>
          <w:rFonts w:ascii="Gentium Plus" w:hAnsi="Gentium Plus"/>
          <w:sz w:val="24"/>
        </w:rPr>
        <w:t>ΕΡΜΗΣ Μὴ ἐνόχλει, φημί· ἄκαιρον γάρ ἐστιν, ὥστε οὐκ</w:t>
      </w:r>
    </w:p>
    <w:p>
      <w:r>
        <w:rPr>
          <w:rFonts w:ascii="Courier New" w:hAnsi="Courier New"/>
          <w:color w:val="555555"/>
          <w:sz w:val="20"/>
        </w:rPr>
        <w:t>[5]</w:t>
      </w:r>
    </w:p>
    <w:p>
      <w:r>
        <w:rPr>
          <w:rFonts w:ascii="Gentium Plus" w:hAnsi="Gentium Plus"/>
          <w:sz w:val="24"/>
        </w:rPr>
        <w:t>ἂν ἴδοις αὐτὸν ἐν τῷ παρόντι.</w:t>
      </w:r>
    </w:p>
    <w:p>
      <w:r>
        <w:rPr>
          <w:rFonts w:ascii="Courier New" w:hAnsi="Courier New"/>
          <w:color w:val="555555"/>
          <w:sz w:val="20"/>
        </w:rPr>
        <w:t>[5]</w:t>
      </w:r>
    </w:p>
    <w:p>
      <w:r>
        <w:rPr>
          <w:rFonts w:ascii="Gentium Plus" w:hAnsi="Gentium Plus"/>
          <w:sz w:val="24"/>
        </w:rPr>
        <w:t>ΠΟΣΕΙΔΩΝ Μῶν τῇ Ἥρᾳ σύνεστιν;</w:t>
      </w:r>
    </w:p>
    <w:p>
      <w:r>
        <w:rPr>
          <w:rFonts w:ascii="Courier New" w:hAnsi="Courier New"/>
          <w:color w:val="555555"/>
          <w:sz w:val="20"/>
        </w:rPr>
        <w:t>[6]</w:t>
      </w:r>
    </w:p>
    <w:p>
      <w:r>
        <w:rPr>
          <w:rFonts w:ascii="Gentium Plus" w:hAnsi="Gentium Plus"/>
          <w:sz w:val="24"/>
        </w:rPr>
        <w:t>ΕΡΜΗΣ Οὔκ, ἀλλ’ ἑτεροῖόν τί ἐστιν.</w:t>
      </w:r>
    </w:p>
    <w:p>
      <w:r>
        <w:rPr>
          <w:rFonts w:ascii="Courier New" w:hAnsi="Courier New"/>
          <w:color w:val="555555"/>
          <w:sz w:val="20"/>
        </w:rPr>
        <w:t>[7]</w:t>
      </w:r>
    </w:p>
    <w:p>
      <w:r>
        <w:rPr>
          <w:rFonts w:ascii="Gentium Plus" w:hAnsi="Gentium Plus"/>
          <w:sz w:val="24"/>
        </w:rPr>
        <w:t>ΠΟΣΕΙΔΩΝ Συνίημι· ὁ Γανυμήδης ἔνδον.</w:t>
      </w:r>
    </w:p>
    <w:p>
      <w:r>
        <w:rPr>
          <w:rFonts w:ascii="Courier New" w:hAnsi="Courier New"/>
          <w:color w:val="555555"/>
          <w:sz w:val="20"/>
        </w:rPr>
        <w:t>[8]</w:t>
      </w:r>
    </w:p>
    <w:p>
      <w:r>
        <w:rPr>
          <w:rFonts w:ascii="Gentium Plus" w:hAnsi="Gentium Plus"/>
          <w:sz w:val="24"/>
        </w:rPr>
        <w:t>ΕΡΜΗΣ Οὐδὲ τοῦτο· ἀλλὰ μαλακῶς ἔχει αὐτός.</w:t>
      </w:r>
    </w:p>
    <w:p>
      <w:r>
        <w:rPr>
          <w:rFonts w:ascii="Courier New" w:hAnsi="Courier New"/>
          <w:color w:val="555555"/>
          <w:sz w:val="20"/>
        </w:rPr>
        <w:t>[9]</w:t>
      </w:r>
    </w:p>
    <w:p>
      <w:r>
        <w:rPr>
          <w:rFonts w:ascii="Gentium Plus" w:hAnsi="Gentium Plus"/>
          <w:sz w:val="24"/>
        </w:rPr>
        <w:t>ΠΟΣΕΙΔΩΝ</w:t>
      </w:r>
    </w:p>
    <w:p>
      <w:r>
        <w:rPr>
          <w:rFonts w:ascii="Courier New" w:hAnsi="Courier New"/>
          <w:color w:val="555555"/>
          <w:sz w:val="20"/>
        </w:rPr>
        <w:t>[10]</w:t>
      </w:r>
    </w:p>
    <w:p>
      <w:r>
        <w:rPr>
          <w:rFonts w:ascii="Gentium Plus" w:hAnsi="Gentium Plus"/>
          <w:sz w:val="24"/>
        </w:rPr>
        <w:t>Πόθεν, ὦ Ἑρμῆ; δεινὸν γὰρ τοῦτο φῄς.</w:t>
      </w:r>
    </w:p>
    <w:p>
      <w:r>
        <w:rPr>
          <w:rFonts w:ascii="Courier New" w:hAnsi="Courier New"/>
          <w:color w:val="555555"/>
          <w:sz w:val="20"/>
        </w:rPr>
        <w:t>[10]</w:t>
      </w:r>
    </w:p>
    <w:p>
      <w:r>
        <w:rPr>
          <w:rFonts w:ascii="Gentium Plus" w:hAnsi="Gentium Plus"/>
          <w:sz w:val="24"/>
        </w:rPr>
        <w:t>ΕΡΜΗΣ</w:t>
      </w:r>
    </w:p>
    <w:p>
      <w:r>
        <w:rPr>
          <w:rFonts w:ascii="Courier New" w:hAnsi="Courier New"/>
          <w:color w:val="555555"/>
          <w:sz w:val="20"/>
        </w:rPr>
        <w:t>[11]</w:t>
      </w:r>
    </w:p>
    <w:p>
      <w:r>
        <w:rPr>
          <w:rFonts w:ascii="Gentium Plus" w:hAnsi="Gentium Plus"/>
          <w:sz w:val="24"/>
        </w:rPr>
        <w:t>ΠΟΣΕΙΔΩΝ Ἀλλὰ οὐ χρὴ πρὸς ἐμὲ θεῖόν γε ὄντα.</w:t>
      </w:r>
    </w:p>
    <w:p>
      <w:r>
        <w:rPr>
          <w:rFonts w:ascii="Courier New" w:hAnsi="Courier New"/>
          <w:color w:val="555555"/>
          <w:sz w:val="20"/>
        </w:rPr>
        <w:t>[12]</w:t>
      </w:r>
    </w:p>
    <w:p>
      <w:r>
        <w:rPr>
          <w:rFonts w:ascii="Gentium Plus" w:hAnsi="Gentium Plus"/>
          <w:sz w:val="24"/>
        </w:rPr>
        <w:t>ΕΡΜΗΣ Τέτοκεν ἀρτίως, ὦ Πόσειδον.</w:t>
      </w:r>
    </w:p>
    <w:p>
      <w:r>
        <w:rPr>
          <w:rFonts w:ascii="Courier New" w:hAnsi="Courier New"/>
          <w:color w:val="555555"/>
          <w:sz w:val="20"/>
        </w:rPr>
        <w:t>[13]</w:t>
      </w:r>
    </w:p>
    <w:p>
      <w:r>
        <w:rPr>
          <w:rFonts w:ascii="Gentium Plus" w:hAnsi="Gentium Plus"/>
          <w:sz w:val="24"/>
        </w:rPr>
        <w:t>ΠΟΣΕΙΔΩΝ Ἄπαγε, τέτοκεν ἐκεῖνος; ἐκ τίνος; οὐκοῦν</w:t>
      </w:r>
    </w:p>
    <w:p>
      <w:r>
        <w:rPr>
          <w:rFonts w:ascii="Courier New" w:hAnsi="Courier New"/>
          <w:color w:val="555555"/>
          <w:sz w:val="20"/>
        </w:rPr>
        <w:t>[15]</w:t>
      </w:r>
    </w:p>
    <w:p>
      <w:r>
        <w:rPr>
          <w:rFonts w:ascii="Gentium Plus" w:hAnsi="Gentium Plus"/>
          <w:sz w:val="24"/>
        </w:rPr>
        <w:t>ἐλελήθει ἡμᾶς ἀνδρόγυνος ὤν; ἀλλὰ οὐδὲ ἐπεσή‐ μανεν ἡ γαστὴρ αὐτῷ ὄγκον τινά.</w:t>
      </w:r>
    </w:p>
    <w:p>
      <w:r>
        <w:rPr>
          <w:rFonts w:ascii="Courier New" w:hAnsi="Courier New"/>
          <w:color w:val="555555"/>
          <w:sz w:val="20"/>
        </w:rPr>
        <w:t>[16]</w:t>
      </w:r>
    </w:p>
    <w:p>
      <w:r>
        <w:rPr>
          <w:rFonts w:ascii="Gentium Plus" w:hAnsi="Gentium Plus"/>
          <w:sz w:val="24"/>
        </w:rPr>
        <w:t>ΕΡΜΗΣ Εὖ λέγεις· οὐ γὰρ ἐκείνη εἶχε τὸ ἔμβρυον.</w:t>
      </w:r>
    </w:p>
    <w:p>
      <w:r>
        <w:rPr>
          <w:rFonts w:ascii="Courier New" w:hAnsi="Courier New"/>
          <w:color w:val="555555"/>
          <w:sz w:val="20"/>
        </w:rPr>
        <w:t>[17]</w:t>
      </w:r>
    </w:p>
    <w:p>
      <w:r>
        <w:rPr>
          <w:rFonts w:ascii="Gentium Plus" w:hAnsi="Gentium Plus"/>
          <w:sz w:val="24"/>
        </w:rPr>
        <w:t>ΠΟΣΕΙΔΩΝ Οἶδα· ἐκ τῆς κεφαλῆς ἔτεκεν αὖθις ὥσπερ τὴν Ἀθηνᾶν· τοκάδα γὰρ τὴν κεφαλὴν ἔχει.</w:t>
      </w:r>
    </w:p>
    <w:p>
      <w:r>
        <w:rPr>
          <w:rFonts w:ascii="Courier New" w:hAnsi="Courier New"/>
          <w:color w:val="555555"/>
          <w:sz w:val="20"/>
        </w:rPr>
        <w:t>[19]</w:t>
      </w:r>
    </w:p>
    <w:p>
      <w:r>
        <w:rPr>
          <w:rFonts w:ascii="Gentium Plus" w:hAnsi="Gentium Plus"/>
          <w:sz w:val="24"/>
        </w:rPr>
        <w:t>ΕΡΜΗΣ</w:t>
      </w:r>
    </w:p>
    <w:p>
      <w:r>
        <w:rPr>
          <w:rFonts w:ascii="Courier New" w:hAnsi="Courier New"/>
          <w:color w:val="555555"/>
          <w:sz w:val="20"/>
        </w:rPr>
        <w:t>[20]</w:t>
      </w:r>
    </w:p>
    <w:p>
      <w:r>
        <w:rPr>
          <w:rFonts w:ascii="Gentium Plus" w:hAnsi="Gentium Plus"/>
          <w:sz w:val="24"/>
        </w:rPr>
        <w:t>Οὔκ, ἀλλὰ ἐν τῷ μηρῷ ἐκύει τὸ τῆς Σεμέλης βρέφος.</w:t>
      </w:r>
    </w:p>
    <w:p>
      <w:r>
        <w:rPr>
          <w:rFonts w:ascii="Courier New" w:hAnsi="Courier New"/>
          <w:color w:val="555555"/>
          <w:sz w:val="20"/>
        </w:rPr>
        <w:t>[21]</w:t>
      </w:r>
    </w:p>
    <w:p>
      <w:r>
        <w:rPr>
          <w:rFonts w:ascii="Gentium Plus" w:hAnsi="Gentium Plus"/>
          <w:sz w:val="24"/>
        </w:rPr>
        <w:t>ΠΟΣΕΙΔΩΝ Εὖ γε ὁ γενναῖος, ὡς ὅλος ἡμῖν κυοφορεῖ καὶ πανταχόθι τοῦ σώματος. ἀλλὰ τίς ἡ Σεμέλη ἐστί;</w:t>
      </w:r>
    </w:p>
    <w:p>
      <w:r>
        <w:rPr>
          <w:rFonts w:ascii="Courier New" w:hAnsi="Courier New"/>
          <w:color w:val="555555"/>
          <w:sz w:val="20"/>
        </w:rPr>
        <w:t>[23]</w:t>
      </w:r>
    </w:p>
    <w:p>
      <w:r>
        <w:rPr>
          <w:rFonts w:ascii="Gentium Plus" w:hAnsi="Gentium Plus"/>
          <w:sz w:val="24"/>
        </w:rPr>
        <w:t>ΕΡΜΗΣ</w:t>
      </w:r>
    </w:p>
    <w:p>
      <w:r>
        <w:rPr>
          <w:rFonts w:ascii="Courier New" w:hAnsi="Courier New"/>
          <w:color w:val="555555"/>
          <w:sz w:val="20"/>
        </w:rPr>
        <w:t>[D Deor . 12 . 2]</w:t>
      </w:r>
    </w:p>
    <w:p>
      <w:r>
        <w:rPr>
          <w:rFonts w:ascii="Gentium Plus" w:hAnsi="Gentium Plus"/>
          <w:sz w:val="24"/>
        </w:rPr>
        <w:t>Θηβαία, τῶν Κάδμου θυγατέρων μία. ταύτῃ συνελθὼν ἐγκύμονα ἐποίησεν.</w:t>
      </w:r>
    </w:p>
    <w:p>
      <w:r>
        <w:rPr>
          <w:rFonts w:ascii="Courier New" w:hAnsi="Courier New"/>
          <w:color w:val="555555"/>
          <w:sz w:val="20"/>
        </w:rPr>
        <w:t>[2]</w:t>
      </w:r>
    </w:p>
    <w:p>
      <w:r>
        <w:rPr>
          <w:rFonts w:ascii="Gentium Plus" w:hAnsi="Gentium Plus"/>
          <w:sz w:val="24"/>
        </w:rPr>
        <w:t>ΠΟΣΕΙΔΩΝ</w:t>
      </w:r>
    </w:p>
    <w:p>
      <w:r>
        <w:rPr>
          <w:rFonts w:ascii="Courier New" w:hAnsi="Courier New"/>
          <w:color w:val="555555"/>
          <w:sz w:val="20"/>
        </w:rPr>
        <w:t>[3]</w:t>
      </w:r>
    </w:p>
    <w:p>
      <w:r>
        <w:rPr>
          <w:rFonts w:ascii="Gentium Plus" w:hAnsi="Gentium Plus"/>
          <w:sz w:val="24"/>
        </w:rPr>
        <w:t>ΕΡΜΗΣ Καὶ μάλα, εἰ καὶ παράδοξον εἶναί σοι δοκεῖ· τὴν</w:t>
      </w:r>
    </w:p>
    <w:p>
      <w:r>
        <w:rPr>
          <w:rFonts w:ascii="Courier New" w:hAnsi="Courier New"/>
          <w:color w:val="555555"/>
          <w:sz w:val="20"/>
        </w:rPr>
        <w:t>[5]</w:t>
      </w:r>
    </w:p>
    <w:p>
      <w:r>
        <w:rPr>
          <w:rFonts w:ascii="Gentium Plus" w:hAnsi="Gentium Plus"/>
          <w:sz w:val="24"/>
        </w:rPr>
        <w:t>μὲν γὰρ Σεμέλην ὑπελθοῦσα ἡ Ἥρα—οἶσθα ὡς ζη‐ λότυπός ἐστι—πείθει αἰτῆσαι παρὰ τοῦ Διὸς μετὰ βροντῶν καὶ ἀστραπῶν ἥκειν παρ’ αὐτήν· ὡς δὲ ἐπείσθη καὶ ἧκεν ἔχων καὶ τὸν κεραυνόν, ἀνεφλέγη ὁ ὄροφος, καὶ ἡ Σεμέλη μὲν διαφθείρεται</w:t>
      </w:r>
    </w:p>
    <w:p>
      <w:r>
        <w:rPr>
          <w:rFonts w:ascii="Courier New" w:hAnsi="Courier New"/>
          <w:color w:val="555555"/>
          <w:sz w:val="20"/>
        </w:rPr>
        <w:t>[10]</w:t>
      </w:r>
    </w:p>
    <w:p>
      <w:r>
        <w:rPr>
          <w:rFonts w:ascii="Gentium Plus" w:hAnsi="Gentium Plus"/>
          <w:sz w:val="24"/>
        </w:rPr>
        <w:t>ὑπὸ τοῦ πυρός, ἐμὲ δὲ κελεύει ἀνατεμόντα τὴν γαστέρα τῆς γυναικὸς ἀνακομίσαι ἀτελὲς ἔτι αὐτῷ τὸ ἔμβρυον ἑπτάμηνον· καὶ ἐπειδὴ ἐποίησα, διελὼν τὸν ἑαυτοῦ μηρὸν ἐντίθησιν, ὡς ἀποτελε‐ σθείη ἐνταῦθα, καὶ νῦν τρίτῳ ἤδη μηνὶ ἐξέτεκεν αὐτὸ</w:t>
      </w:r>
    </w:p>
    <w:p>
      <w:r>
        <w:rPr>
          <w:rFonts w:ascii="Courier New" w:hAnsi="Courier New"/>
          <w:color w:val="555555"/>
          <w:sz w:val="20"/>
        </w:rPr>
        <w:t>[15]</w:t>
      </w:r>
    </w:p>
    <w:p>
      <w:r>
        <w:rPr>
          <w:rFonts w:ascii="Gentium Plus" w:hAnsi="Gentium Plus"/>
          <w:sz w:val="24"/>
        </w:rPr>
        <w:t>καὶ μαλακῶς ἀπὸ τῶν ὠδίνων ἔχει.</w:t>
      </w:r>
    </w:p>
    <w:p>
      <w:r>
        <w:rPr>
          <w:rFonts w:ascii="Courier New" w:hAnsi="Courier New"/>
          <w:color w:val="555555"/>
          <w:sz w:val="20"/>
        </w:rPr>
        <w:t>[15]</w:t>
      </w:r>
    </w:p>
    <w:p>
      <w:r>
        <w:rPr>
          <w:rFonts w:ascii="Gentium Plus" w:hAnsi="Gentium Plus"/>
          <w:sz w:val="24"/>
        </w:rPr>
        <w:t>ΠΟΣΕΙΔΩΝ Νῦν οὖν ποῦ τὸ βρέφος ἐστίν;</w:t>
      </w:r>
    </w:p>
    <w:p>
      <w:r>
        <w:rPr>
          <w:rFonts w:ascii="Courier New" w:hAnsi="Courier New"/>
          <w:color w:val="555555"/>
          <w:sz w:val="20"/>
        </w:rPr>
        <w:t>[16]</w:t>
      </w:r>
    </w:p>
    <w:p>
      <w:r>
        <w:rPr>
          <w:rFonts w:ascii="Gentium Plus" w:hAnsi="Gentium Plus"/>
          <w:sz w:val="24"/>
        </w:rPr>
        <w:t>ΕΡΜΗΣ Ἐς τὴν Νῦσαν ἀποκομίσας παρέδωκα ταῖς Νύμ‐ φαις ἀνατρέφειν Διόνυσον αὐτὸν ἐπονομασθέντα.</w:t>
      </w:r>
    </w:p>
    <w:p>
      <w:r>
        <w:rPr>
          <w:rFonts w:ascii="Courier New" w:hAnsi="Courier New"/>
          <w:color w:val="555555"/>
          <w:sz w:val="20"/>
        </w:rPr>
        <w:t>[18]</w:t>
      </w:r>
    </w:p>
    <w:p>
      <w:r>
        <w:rPr>
          <w:rFonts w:ascii="Gentium Plus" w:hAnsi="Gentium Plus"/>
          <w:sz w:val="24"/>
        </w:rPr>
        <w:t>ΠΟΣΕΙΔΩΝ Οὐκοῦν ἀμφότερα τοῦ Διονύσου τούτου καὶ</w:t>
      </w:r>
    </w:p>
    <w:p>
      <w:r>
        <w:rPr>
          <w:rFonts w:ascii="Courier New" w:hAnsi="Courier New"/>
          <w:color w:val="555555"/>
          <w:sz w:val="20"/>
        </w:rPr>
        <w:t>[20]</w:t>
      </w:r>
    </w:p>
    <w:p>
      <w:r>
        <w:rPr>
          <w:rFonts w:ascii="Gentium Plus" w:hAnsi="Gentium Plus"/>
          <w:sz w:val="24"/>
        </w:rPr>
        <w:t>μήτηρ καὶ πατὴρ ὁ ἀδελφός ἐστιν;</w:t>
      </w:r>
    </w:p>
    <w:p>
      <w:r>
        <w:rPr>
          <w:rFonts w:ascii="Courier New" w:hAnsi="Courier New"/>
          <w:color w:val="555555"/>
          <w:sz w:val="20"/>
        </w:rPr>
        <w:t>[20]</w:t>
      </w:r>
    </w:p>
    <w:p>
      <w:r>
        <w:rPr>
          <w:rFonts w:ascii="Gentium Plus" w:hAnsi="Gentium Plus"/>
          <w:sz w:val="24"/>
        </w:rPr>
        <w:t>ΕΡΜΗΣ Ἔοικεν. ἄπειμι δ’ οὖν ὕδωρ αὐτῷ πρὸς τὸ τραῦμα οἴσων καὶ τὰ ἄλλα ποιήσων ἃ νομίζεται</w:t>
      </w:r>
    </w:p>
    <w:p>
      <w:pPr>
        <w:jc w:val="center"/>
      </w:pPr>
      <w:r>
        <w:rPr>
          <w:rFonts w:ascii="Gentium Plus" w:hAnsi="Gentium Plus"/>
          <w:b/>
          <w:sz w:val="24"/>
        </w:rPr>
        <w:t>ΗΦΑΙΣΤΟΥ ΚΑΙ ΔΙΟΣ</w:t>
      </w:r>
    </w:p>
    <w:p>
      <w:r>
        <w:rPr>
          <w:rFonts w:ascii="Courier New" w:hAnsi="Courier New"/>
          <w:color w:val="555555"/>
          <w:sz w:val="20"/>
        </w:rPr>
        <w:t>[D Deor . 13 . 1]</w:t>
      </w:r>
    </w:p>
    <w:p>
      <w:r>
        <w:rPr>
          <w:rFonts w:ascii="Gentium Plus" w:hAnsi="Gentium Plus"/>
          <w:sz w:val="24"/>
        </w:rPr>
        <w:t>ΗΦΑΙΣΤΟΣ</w:t>
      </w:r>
    </w:p>
    <w:p>
      <w:r>
        <w:rPr>
          <w:rFonts w:ascii="Courier New" w:hAnsi="Courier New"/>
          <w:color w:val="555555"/>
          <w:sz w:val="20"/>
        </w:rPr>
        <w:t>[1]</w:t>
      </w:r>
    </w:p>
    <w:p>
      <w:r>
        <w:rPr>
          <w:rFonts w:ascii="Gentium Plus" w:hAnsi="Gentium Plus"/>
          <w:sz w:val="24"/>
        </w:rPr>
        <w:t>Τί με, ὦ Ζεῦ, δεῖ ποιεῖν; ἥκω γάρ, ὡς ἐκέ‐ λευσας, ἔχων τὸν πέλεκυν ὀξύτατον, εἰ καὶ λίθους δέοι μιᾷ πληγῇ διατεμεῖν. ΖΕΥΣ</w:t>
      </w:r>
    </w:p>
    <w:p>
      <w:r>
        <w:rPr>
          <w:rFonts w:ascii="Courier New" w:hAnsi="Courier New"/>
          <w:color w:val="555555"/>
          <w:sz w:val="20"/>
        </w:rPr>
        <w:t>[5]</w:t>
      </w:r>
    </w:p>
    <w:p>
      <w:r>
        <w:rPr>
          <w:rFonts w:ascii="Gentium Plus" w:hAnsi="Gentium Plus"/>
          <w:sz w:val="24"/>
        </w:rPr>
        <w:t>Εὖ γε, ὦ Ἥφαιστε· ἀλλὰ δίελέ μου τὴν κε‐ φαλὴν εἰς δύο κατενεγκών.</w:t>
      </w:r>
    </w:p>
    <w:p>
      <w:r>
        <w:rPr>
          <w:rFonts w:ascii="Courier New" w:hAnsi="Courier New"/>
          <w:color w:val="555555"/>
          <w:sz w:val="20"/>
        </w:rPr>
        <w:t>[6]</w:t>
      </w:r>
    </w:p>
    <w:p>
      <w:r>
        <w:rPr>
          <w:rFonts w:ascii="Gentium Plus" w:hAnsi="Gentium Plus"/>
          <w:sz w:val="24"/>
        </w:rPr>
        <w:t>ΗΦΑΙΣΤΟΣ Πειρᾷ μου, εἰ μέμηνα; πρόσταττε δ’ οὖν τἀληθὲς ὅπερ θέλεις σοι γενέσθαι.</w:t>
      </w:r>
    </w:p>
    <w:p>
      <w:r>
        <w:rPr>
          <w:rFonts w:ascii="Courier New" w:hAnsi="Courier New"/>
          <w:color w:val="555555"/>
          <w:sz w:val="20"/>
        </w:rPr>
        <w:t>[8]</w:t>
      </w:r>
    </w:p>
    <w:p>
      <w:r>
        <w:rPr>
          <w:rFonts w:ascii="Gentium Plus" w:hAnsi="Gentium Plus"/>
          <w:sz w:val="24"/>
        </w:rPr>
        <w:t>ΖΕΥΣ Τοῦτο αὐτό, διαιρεθῆναί μοι τὸ κρανίον· εἰ δὲ</w:t>
      </w:r>
    </w:p>
    <w:p>
      <w:r>
        <w:rPr>
          <w:rFonts w:ascii="Courier New" w:hAnsi="Courier New"/>
          <w:color w:val="555555"/>
          <w:sz w:val="20"/>
        </w:rPr>
        <w:t>[10]</w:t>
      </w:r>
    </w:p>
    <w:p>
      <w:r>
        <w:rPr>
          <w:rFonts w:ascii="Gentium Plus" w:hAnsi="Gentium Plus"/>
          <w:sz w:val="24"/>
        </w:rPr>
        <w:t>ἀπειθήσεις, οὐ νῦν πρῶτον ὀργιζομένου πειράσῃ μου. ἀλλὰ χρὴ καθικνεῖσθαι παντὶ τῷ θυμῷ μηδὲ μέλλειν· ἀπόλλυμαι γὰρ ὑπὸ τῶν ὠδίνων, αἵ μοι τὸν ἐγκέφαλον ἀναστρέφουσιν.</w:t>
      </w:r>
    </w:p>
    <w:p>
      <w:r>
        <w:rPr>
          <w:rFonts w:ascii="Courier New" w:hAnsi="Courier New"/>
          <w:color w:val="555555"/>
          <w:sz w:val="20"/>
        </w:rPr>
        <w:t>[13]</w:t>
      </w:r>
    </w:p>
    <w:p>
      <w:r>
        <w:rPr>
          <w:rFonts w:ascii="Gentium Plus" w:hAnsi="Gentium Plus"/>
          <w:sz w:val="24"/>
        </w:rPr>
        <w:t>ΗΦΑΙΣΤΟΣ Ὅρα, ὦ Ζεῦ, μὴ κακόν τι ποιήσωμεν· ὀξὺς γὰρ</w:t>
      </w:r>
    </w:p>
    <w:p>
      <w:r>
        <w:rPr>
          <w:rFonts w:ascii="Courier New" w:hAnsi="Courier New"/>
          <w:color w:val="555555"/>
          <w:sz w:val="20"/>
        </w:rPr>
        <w:t>[15]</w:t>
      </w:r>
    </w:p>
    <w:p>
      <w:r>
        <w:rPr>
          <w:rFonts w:ascii="Gentium Plus" w:hAnsi="Gentium Plus"/>
          <w:sz w:val="24"/>
        </w:rPr>
        <w:t>ὁ πέλεκύς ἐστι καὶ οὐκ ἀναιμωτὶ οὐδὲ κατὰ τὴν</w:t>
      </w:r>
    </w:p>
    <w:p>
      <w:r>
        <w:rPr>
          <w:rFonts w:ascii="Courier New" w:hAnsi="Courier New"/>
          <w:color w:val="555555"/>
          <w:sz w:val="20"/>
        </w:rPr>
        <w:t>[16]</w:t>
      </w:r>
    </w:p>
    <w:p>
      <w:r>
        <w:rPr>
          <w:rFonts w:ascii="Gentium Plus" w:hAnsi="Gentium Plus"/>
          <w:sz w:val="24"/>
        </w:rPr>
        <w:t>ΖΕΥΣ Κατένεγκε μόνον, ὦ Ἥφαιστε, θαρρῶν· οἶδα γὰρ ἐγὼ τὸ σύμφερον.</w:t>
      </w:r>
    </w:p>
    <w:p>
      <w:r>
        <w:rPr>
          <w:rFonts w:ascii="Courier New" w:hAnsi="Courier New"/>
          <w:color w:val="555555"/>
          <w:sz w:val="20"/>
        </w:rPr>
        <w:t>[18]</w:t>
      </w:r>
    </w:p>
    <w:p>
      <w:r>
        <w:rPr>
          <w:rFonts w:ascii="Gentium Plus" w:hAnsi="Gentium Plus"/>
          <w:sz w:val="24"/>
        </w:rPr>
        <w:t>ΗΦΑΙΣΤΟΣ Κατοίσω· τί γὰρ χρὴ ποιεῖν σοῦ κελεύοντος;</w:t>
      </w:r>
    </w:p>
    <w:p>
      <w:r>
        <w:rPr>
          <w:rFonts w:ascii="Courier New" w:hAnsi="Courier New"/>
          <w:color w:val="555555"/>
          <w:sz w:val="20"/>
        </w:rPr>
        <w:t>[20]</w:t>
      </w:r>
    </w:p>
    <w:p>
      <w:r>
        <w:rPr>
          <w:rFonts w:ascii="Gentium Plus" w:hAnsi="Gentium Plus"/>
          <w:sz w:val="24"/>
        </w:rPr>
        <w:t>τί τοῦτο; κόρη ἔνοπλος; μέγα, ὦ Ζεῦ, κακὸν εἶχες ἐν τῇ κεφαλῇ· εἰκότως γοῦν ὀξύθυμος ἦσθα τηλικαύτην ὑπὸ τὴν μήνιγγα παρθένον ζωογονῶν καὶ ταῦτα ἔνοπλον· ἦ που στρατόπεδον, οὐ κεφαλὴν ἐλελήθεις ἔχων. ἡ δὲ πηδᾷ καὶ πυρ‐</w:t>
      </w:r>
    </w:p>
    <w:p>
      <w:r>
        <w:rPr>
          <w:rFonts w:ascii="Courier New" w:hAnsi="Courier New"/>
          <w:color w:val="555555"/>
          <w:sz w:val="20"/>
        </w:rPr>
        <w:t>[25]</w:t>
      </w:r>
    </w:p>
    <w:p>
      <w:r>
        <w:rPr>
          <w:rFonts w:ascii="Gentium Plus" w:hAnsi="Gentium Plus"/>
          <w:sz w:val="24"/>
        </w:rPr>
        <w:t>ριχίζει καὶ τὴν ἀσπίδα τινάσσει καὶ τὸ δόρυ πάλλει καὶ ἐνθουσιᾷ καὶ τὸ μέγιστον, καλὴ πάνυ καὶ ἀκμαία γεγένηται δὴ ἐν βραχεῖ· γλαυκῶπις μέν, ἀλλὰ κοσμεῖ τοῦτο ἡ κόρυς. ὥστε, ὦ Ζεῦ, μαίωτρά μοι ἀπόδος ἐγγυήσας ἤδη αὐτήν.</w:t>
      </w:r>
    </w:p>
    <w:p>
      <w:r>
        <w:rPr>
          <w:rFonts w:ascii="Courier New" w:hAnsi="Courier New"/>
          <w:color w:val="555555"/>
          <w:sz w:val="20"/>
        </w:rPr>
        <w:t>[29]</w:t>
      </w:r>
    </w:p>
    <w:p>
      <w:r>
        <w:rPr>
          <w:rFonts w:ascii="Gentium Plus" w:hAnsi="Gentium Plus"/>
          <w:sz w:val="24"/>
        </w:rPr>
        <w:t>ΖΕΥΣ</w:t>
      </w:r>
    </w:p>
    <w:p>
      <w:r>
        <w:rPr>
          <w:rFonts w:ascii="Courier New" w:hAnsi="Courier New"/>
          <w:color w:val="555555"/>
          <w:sz w:val="20"/>
        </w:rPr>
        <w:t>[30]</w:t>
      </w:r>
    </w:p>
    <w:p>
      <w:r>
        <w:rPr>
          <w:rFonts w:ascii="Gentium Plus" w:hAnsi="Gentium Plus"/>
          <w:sz w:val="24"/>
        </w:rPr>
        <w:t>Ἀδύνατα αἰτεῖς, ὦ Ἥφαιστε· παρθένος γὰρ ἀεὶ ἐθελήσει μένειν. ἐγὼ δ’ οὖν τό γε ἐπ’ ἐμοὶ οὐδὲν ἀντιλέγω.</w:t>
      </w:r>
    </w:p>
    <w:p>
      <w:r>
        <w:rPr>
          <w:rFonts w:ascii="Courier New" w:hAnsi="Courier New"/>
          <w:color w:val="555555"/>
          <w:sz w:val="20"/>
        </w:rPr>
        <w:t>[32]</w:t>
      </w:r>
    </w:p>
    <w:p>
      <w:r>
        <w:rPr>
          <w:rFonts w:ascii="Gentium Plus" w:hAnsi="Gentium Plus"/>
          <w:sz w:val="24"/>
        </w:rPr>
        <w:t>ΗΦΑΙΣΤΟΣ Τοῦτ’ ἐβουλόμην· ἐμοὶ μελήσει τὰ λοιπά, καὶ ἤδη συναρπάσω αὐτήν.</w:t>
      </w:r>
    </w:p>
    <w:p>
      <w:r>
        <w:rPr>
          <w:rFonts w:ascii="Courier New" w:hAnsi="Courier New"/>
          <w:color w:val="555555"/>
          <w:sz w:val="20"/>
        </w:rPr>
        <w:t>[34]</w:t>
      </w:r>
    </w:p>
    <w:p>
      <w:r>
        <w:rPr>
          <w:rFonts w:ascii="Gentium Plus" w:hAnsi="Gentium Plus"/>
          <w:sz w:val="24"/>
        </w:rPr>
        <w:t>ΖΕΥΣ</w:t>
      </w:r>
    </w:p>
    <w:p>
      <w:r>
        <w:rPr>
          <w:rFonts w:ascii="Courier New" w:hAnsi="Courier New"/>
          <w:color w:val="555555"/>
          <w:sz w:val="20"/>
        </w:rPr>
        <w:t>[35]</w:t>
      </w:r>
    </w:p>
    <w:p>
      <w:r>
        <w:rPr>
          <w:rFonts w:ascii="Gentium Plus" w:hAnsi="Gentium Plus"/>
          <w:sz w:val="24"/>
        </w:rPr>
        <w:t>Εἴ σοι ῥᾴδιον, οὕτω ποίει· πλὴν οἶδα ὅτι</w:t>
      </w:r>
    </w:p>
    <w:p>
      <w:pPr>
        <w:jc w:val="center"/>
      </w:pPr>
      <w:r>
        <w:rPr>
          <w:rFonts w:ascii="Gentium Plus" w:hAnsi="Gentium Plus"/>
          <w:b/>
          <w:sz w:val="24"/>
        </w:rPr>
        <w:t>ΕΡΜΟΥ ΚΑΙ ΗΛΙΟΥ</w:t>
      </w:r>
    </w:p>
    <w:p>
      <w:r>
        <w:rPr>
          <w:rFonts w:ascii="Courier New" w:hAnsi="Courier New"/>
          <w:color w:val="555555"/>
          <w:sz w:val="20"/>
        </w:rPr>
        <w:t>[D Deor . 14 . 1]</w:t>
      </w:r>
    </w:p>
    <w:p>
      <w:r>
        <w:rPr>
          <w:rFonts w:ascii="Gentium Plus" w:hAnsi="Gentium Plus"/>
          <w:sz w:val="24"/>
        </w:rPr>
        <w:t>ΕΡΜΗΣ</w:t>
      </w:r>
    </w:p>
    <w:p>
      <w:r>
        <w:rPr>
          <w:rFonts w:ascii="Courier New" w:hAnsi="Courier New"/>
          <w:color w:val="555555"/>
          <w:sz w:val="20"/>
        </w:rPr>
        <w:t>[1]</w:t>
      </w:r>
    </w:p>
    <w:p>
      <w:r>
        <w:rPr>
          <w:rFonts w:ascii="Gentium Plus" w:hAnsi="Gentium Plus"/>
          <w:sz w:val="24"/>
        </w:rPr>
        <w:t>Ὦ Ἥλιε, μὴ ἐλάσῃς τήμερον, ὁ Ζεύς φησι, μηδὲ αὔριον μηδὲ εἰς τρίτην ἡμέραν, ἀλλὰ ἔνδον μένε, καὶ τὸ μεταξὺ μία τις ἔστω νὺξ μακρά· ὥστε λυέτωσαν μὲν αἱ Ὧραι αὖθις τοὺς ἵππους, σὺ</w:t>
      </w:r>
    </w:p>
    <w:p>
      <w:r>
        <w:rPr>
          <w:rFonts w:ascii="Courier New" w:hAnsi="Courier New"/>
          <w:color w:val="555555"/>
          <w:sz w:val="20"/>
        </w:rPr>
        <w:t>[5]</w:t>
      </w:r>
    </w:p>
    <w:p>
      <w:r>
        <w:rPr>
          <w:rFonts w:ascii="Gentium Plus" w:hAnsi="Gentium Plus"/>
          <w:sz w:val="24"/>
        </w:rPr>
        <w:t>δὲ σβέσον τὸ πῦρ καὶ ἀνάπαυε διὰ μακροῦ σεαυτόν.</w:t>
      </w:r>
    </w:p>
    <w:p>
      <w:r>
        <w:rPr>
          <w:rFonts w:ascii="Courier New" w:hAnsi="Courier New"/>
          <w:color w:val="555555"/>
          <w:sz w:val="20"/>
        </w:rPr>
        <w:t>[5]</w:t>
      </w:r>
    </w:p>
    <w:p>
      <w:r>
        <w:rPr>
          <w:rFonts w:ascii="Gentium Plus" w:hAnsi="Gentium Plus"/>
          <w:sz w:val="24"/>
        </w:rPr>
        <w:t>ΗΛΙΟΣ Καινὰ ταῦτα, ὦ Ἑρμῆ, καὶ ἀλλόκοτα ἥκεις παραγγέλλων. ἀλλὰ μὴ παραβαίνειν τι ἔδοξα ἐν τῷ δρόμῳ καὶ ἔξω ἐλάσαι τῶν ὅρων, κᾆτά μοι ἄχθεται καὶ τὴν νύκτα τριπλασίαν τῆς ἡμέρας</w:t>
      </w:r>
    </w:p>
    <w:p>
      <w:r>
        <w:rPr>
          <w:rFonts w:ascii="Courier New" w:hAnsi="Courier New"/>
          <w:color w:val="555555"/>
          <w:sz w:val="20"/>
        </w:rPr>
        <w:t>[10]</w:t>
      </w:r>
    </w:p>
    <w:p>
      <w:r>
        <w:rPr>
          <w:rFonts w:ascii="Gentium Plus" w:hAnsi="Gentium Plus"/>
          <w:sz w:val="24"/>
        </w:rPr>
        <w:t>ποιῆσαι διέγνωκεν;</w:t>
      </w:r>
    </w:p>
    <w:p>
      <w:r>
        <w:rPr>
          <w:rFonts w:ascii="Courier New" w:hAnsi="Courier New"/>
          <w:color w:val="555555"/>
          <w:sz w:val="20"/>
        </w:rPr>
        <w:t>[10]</w:t>
      </w:r>
    </w:p>
    <w:p>
      <w:r>
        <w:rPr>
          <w:rFonts w:ascii="Gentium Plus" w:hAnsi="Gentium Plus"/>
          <w:sz w:val="24"/>
        </w:rPr>
        <w:t>ΕΡΜΗΣ Οὐδὲν τοιοῦτον, οὐδὲ ἐς ἀεὶ τοῦτο ἔσται· δεῖται δέ τι νῦν αὐτὸς ἐπιμηκεστέραν γενέσθαι οἱ τὴν νύκτα.</w:t>
      </w:r>
    </w:p>
    <w:p>
      <w:r>
        <w:rPr>
          <w:rFonts w:ascii="Courier New" w:hAnsi="Courier New"/>
          <w:color w:val="555555"/>
          <w:sz w:val="20"/>
        </w:rPr>
        <w:t>[13]</w:t>
      </w:r>
    </w:p>
    <w:p>
      <w:r>
        <w:rPr>
          <w:rFonts w:ascii="Gentium Plus" w:hAnsi="Gentium Plus"/>
          <w:sz w:val="24"/>
        </w:rPr>
        <w:t>ΗΛΙΟΣ Ποῦ δὲ καὶ ἔστιν ἢ πόθεν ἐξεπέμφθης ταῦτα</w:t>
      </w:r>
    </w:p>
    <w:p>
      <w:r>
        <w:rPr>
          <w:rFonts w:ascii="Courier New" w:hAnsi="Courier New"/>
          <w:color w:val="555555"/>
          <w:sz w:val="20"/>
        </w:rPr>
        <w:t>[15]</w:t>
      </w:r>
    </w:p>
    <w:p>
      <w:r>
        <w:rPr>
          <w:rFonts w:ascii="Gentium Plus" w:hAnsi="Gentium Plus"/>
          <w:sz w:val="24"/>
        </w:rPr>
        <w:t>διαγγελῶν μοι;</w:t>
      </w:r>
    </w:p>
    <w:p>
      <w:r>
        <w:rPr>
          <w:rFonts w:ascii="Courier New" w:hAnsi="Courier New"/>
          <w:color w:val="555555"/>
          <w:sz w:val="20"/>
        </w:rPr>
        <w:t>[15]</w:t>
      </w:r>
    </w:p>
    <w:p>
      <w:r>
        <w:rPr>
          <w:rFonts w:ascii="Gentium Plus" w:hAnsi="Gentium Plus"/>
          <w:sz w:val="24"/>
        </w:rPr>
        <w:t>ΕΡΜΗΣ Ἐκ Βοιωτίας, ὦ Ἥλιε, παρὰ τῆς Ἀμφιτρύωνος,</w:t>
      </w:r>
    </w:p>
    <w:p>
      <w:r>
        <w:rPr>
          <w:rFonts w:ascii="Courier New" w:hAnsi="Courier New"/>
          <w:color w:val="555555"/>
          <w:sz w:val="20"/>
        </w:rPr>
        <w:t>[17]</w:t>
      </w:r>
    </w:p>
    <w:p>
      <w:r>
        <w:rPr>
          <w:rFonts w:ascii="Gentium Plus" w:hAnsi="Gentium Plus"/>
          <w:sz w:val="24"/>
        </w:rPr>
        <w:t>ΗΛΙΟΣ Εἶτα οὐχ ἱκανὴ νὺξ μία;</w:t>
      </w:r>
    </w:p>
    <w:p>
      <w:r>
        <w:rPr>
          <w:rFonts w:ascii="Courier New" w:hAnsi="Courier New"/>
          <w:color w:val="555555"/>
          <w:sz w:val="20"/>
        </w:rPr>
        <w:t>[18]</w:t>
      </w:r>
    </w:p>
    <w:p>
      <w:r>
        <w:rPr>
          <w:rFonts w:ascii="Gentium Plus" w:hAnsi="Gentium Plus"/>
          <w:sz w:val="24"/>
        </w:rPr>
        <w:t>ΕΡΜΗΣ Οὐδαμῶς· τεχθῆναι γάρ τινα δεῖ ἐκ τῆς ὁμι‐</w:t>
      </w:r>
    </w:p>
    <w:p>
      <w:r>
        <w:rPr>
          <w:rFonts w:ascii="Courier New" w:hAnsi="Courier New"/>
          <w:color w:val="555555"/>
          <w:sz w:val="20"/>
        </w:rPr>
        <w:t>[20]</w:t>
      </w:r>
    </w:p>
    <w:p>
      <w:r>
        <w:rPr>
          <w:rFonts w:ascii="Gentium Plus" w:hAnsi="Gentium Plus"/>
          <w:sz w:val="24"/>
        </w:rPr>
        <w:t>λίας ταύτης μέγαν καὶ πολύμοχθον· τοῦτον οὖν ἐν μιᾷ νυκτὶ ἀποτελεσθῆναι ἀδύνατον.</w:t>
      </w:r>
    </w:p>
    <w:p>
      <w:r>
        <w:rPr>
          <w:rFonts w:ascii="Courier New" w:hAnsi="Courier New"/>
          <w:color w:val="555555"/>
          <w:sz w:val="20"/>
        </w:rPr>
        <w:t>[21]</w:t>
      </w:r>
    </w:p>
    <w:p>
      <w:r>
        <w:rPr>
          <w:rFonts w:ascii="Gentium Plus" w:hAnsi="Gentium Plus"/>
          <w:sz w:val="24"/>
        </w:rPr>
        <w:t>ΗΛΙΟΣ</w:t>
      </w:r>
    </w:p>
    <w:p>
      <w:r>
        <w:rPr>
          <w:rFonts w:ascii="Courier New" w:hAnsi="Courier New"/>
          <w:color w:val="555555"/>
          <w:sz w:val="20"/>
        </w:rPr>
        <w:t>[D Deor . 14 . 2]</w:t>
      </w:r>
    </w:p>
    <w:p>
      <w:r>
        <w:rPr>
          <w:rFonts w:ascii="Gentium Plus" w:hAnsi="Gentium Plus"/>
          <w:sz w:val="24"/>
        </w:rPr>
        <w:t>Ἀλλὰ τελεσιουργείτω μὲν ἀγαθῇ τύχῃ. ταῦ‐ τα δ’ οὖν, ὦ Ἑρμῆ, οὐκ ἐγίνετο ἐπὶ τοῦ Κρόνου— αὐτοὶ γὰρ ἡμεῖς ἐσμεν—οὐδὲ ἀπόκοιτός ποτε ἐκεῖνος παρὰ τῆς Ῥέας ἦν οὐδὲ ἀπολιπὼν ἂν τὸν</w:t>
      </w:r>
    </w:p>
    <w:p>
      <w:r>
        <w:rPr>
          <w:rFonts w:ascii="Courier New" w:hAnsi="Courier New"/>
          <w:color w:val="555555"/>
          <w:sz w:val="20"/>
        </w:rPr>
        <w:t>[5]</w:t>
      </w:r>
    </w:p>
    <w:p>
      <w:r>
        <w:rPr>
          <w:rFonts w:ascii="Gentium Plus" w:hAnsi="Gentium Plus"/>
          <w:sz w:val="24"/>
        </w:rPr>
        <w:t>οὐρανὸν ἐν Θήβαις ἐκοιμᾶτο, ἀλλὰ ἡμέρα μὲν ἦν ἡ ἡμέρα, νὺξ δὲ κατὰ μέτρον τὸ αὐτῆς ἀνάλογον ταῖς ὥραις, ξένον δὲ ἢ παρηλλαγμένον οὐδέν, οὐδ’ ἂν ἐκοινώνησέ ποτε ἐκεῖνος θνητῇ γυναικί· νῦν δὲ δυστήνου γυναίου ἕνεκα χρὴ ἀνεστράφθαι τὰ πάντα</w:t>
      </w:r>
    </w:p>
    <w:p>
      <w:r>
        <w:rPr>
          <w:rFonts w:ascii="Courier New" w:hAnsi="Courier New"/>
          <w:color w:val="555555"/>
          <w:sz w:val="20"/>
        </w:rPr>
        <w:t>[10]</w:t>
      </w:r>
    </w:p>
    <w:p>
      <w:r>
        <w:rPr>
          <w:rFonts w:ascii="Gentium Plus" w:hAnsi="Gentium Plus"/>
          <w:sz w:val="24"/>
        </w:rPr>
        <w:t>καὶ ἀκαμπεστέρους μὲν γενέσθαι τοὺς ἵππους ὑπὸ τῆς ἀργίας, δύσπορον δὲ τὴν ὁδὸν ἀτριβῆ μένουσαν τριῶν ἑξῆς ἡμερῶν, τοὺς δὲ ἀνθρώπους ἀθλίους ἐν σκοτεινῷ διαβιοῦν. τοιαῦτα ἀπολαύσονται τῶν Διὸς ἐρώτων καὶ καθεδοῦνται περιμένοντες, ἔστ’</w:t>
      </w:r>
    </w:p>
    <w:p>
      <w:r>
        <w:rPr>
          <w:rFonts w:ascii="Courier New" w:hAnsi="Courier New"/>
          <w:color w:val="555555"/>
          <w:sz w:val="20"/>
        </w:rPr>
        <w:t>[15]</w:t>
      </w:r>
    </w:p>
    <w:p>
      <w:r>
        <w:rPr>
          <w:rFonts w:ascii="Gentium Plus" w:hAnsi="Gentium Plus"/>
          <w:sz w:val="24"/>
        </w:rPr>
        <w:t>ἂν ἐκεῖνος ἀποτελέσῃ τὸν ἀθλητήν, ὃν λέγεις, ὑπὸ μακρῷ τῷ ζόφῳ.</w:t>
      </w:r>
    </w:p>
    <w:p>
      <w:r>
        <w:rPr>
          <w:rFonts w:ascii="Courier New" w:hAnsi="Courier New"/>
          <w:color w:val="555555"/>
          <w:sz w:val="20"/>
        </w:rPr>
        <w:t>[16]</w:t>
      </w:r>
    </w:p>
    <w:p>
      <w:r>
        <w:rPr>
          <w:rFonts w:ascii="Gentium Plus" w:hAnsi="Gentium Plus"/>
          <w:sz w:val="24"/>
        </w:rPr>
        <w:t>ΕΡΜΗΣ Σιώπα, ὦ Ἥλιε, μή τι κακὸν ἀπολαύσῃς τῶν</w:t>
      </w:r>
    </w:p>
    <w:p>
      <w:r>
        <w:rPr>
          <w:rFonts w:ascii="Courier New" w:hAnsi="Courier New"/>
          <w:color w:val="555555"/>
          <w:sz w:val="20"/>
        </w:rPr>
        <w:t>[20]</w:t>
      </w:r>
    </w:p>
    <w:p>
      <w:r>
        <w:rPr>
          <w:rFonts w:ascii="Gentium Plus" w:hAnsi="Gentium Plus"/>
          <w:sz w:val="24"/>
        </w:rPr>
        <w:t>τὴν μὲν σχολῇ προβαίνειν, τὸν δὲ Ὕπνον μὴ ἀνεῖναι τοὺς ἀνθρώπους, ὡς ἀγνοήσωσι μακρὰν οὕτω τὴν νύκτα γεγενημένην.</w:t>
      </w:r>
    </w:p>
    <w:p>
      <w:pPr>
        <w:jc w:val="center"/>
      </w:pPr>
      <w:r>
        <w:rPr>
          <w:rFonts w:ascii="Gentium Plus" w:hAnsi="Gentium Plus"/>
          <w:b/>
          <w:sz w:val="24"/>
        </w:rPr>
        <w:t>ΔΙΟΣ, ΑΣΚΛΗΠΙΟΥ ΚΑΙ ΗΡΑΚΛΕΟΥΣ</w:t>
      </w:r>
    </w:p>
    <w:p>
      <w:r>
        <w:rPr>
          <w:rFonts w:ascii="Courier New" w:hAnsi="Courier New"/>
          <w:color w:val="555555"/>
          <w:sz w:val="20"/>
        </w:rPr>
        <w:t>[D Deor . 15 . 1]</w:t>
      </w:r>
    </w:p>
    <w:p>
      <w:r>
        <w:rPr>
          <w:rFonts w:ascii="Gentium Plus" w:hAnsi="Gentium Plus"/>
          <w:sz w:val="24"/>
        </w:rPr>
        <w:t>ΖΕΥΣ</w:t>
      </w:r>
    </w:p>
    <w:p>
      <w:r>
        <w:rPr>
          <w:rFonts w:ascii="Courier New" w:hAnsi="Courier New"/>
          <w:color w:val="555555"/>
          <w:sz w:val="20"/>
        </w:rPr>
        <w:t>[1]</w:t>
      </w:r>
    </w:p>
    <w:p>
      <w:r>
        <w:rPr>
          <w:rFonts w:ascii="Gentium Plus" w:hAnsi="Gentium Plus"/>
          <w:sz w:val="24"/>
        </w:rPr>
        <w:t>Παύσασθε, ὦ Ἀσκληπιὲ καὶ Ἡράκλεις, ἐρίζοντες πρὸς ἀλλήλους ὥσπερ ἄνθρωποι· ἀπρεπῆ γὰρ ταῦτα καὶ ἀλλότρια τοῦ συμποσίου τῶν θεῶν.</w:t>
      </w:r>
    </w:p>
    <w:p>
      <w:r>
        <w:rPr>
          <w:rFonts w:ascii="Courier New" w:hAnsi="Courier New"/>
          <w:color w:val="555555"/>
          <w:sz w:val="20"/>
        </w:rPr>
        <w:t>[3]</w:t>
      </w:r>
    </w:p>
    <w:p>
      <w:r>
        <w:rPr>
          <w:rFonts w:ascii="Gentium Plus" w:hAnsi="Gentium Plus"/>
          <w:sz w:val="24"/>
        </w:rPr>
        <w:t>ΗΡΑΚΛΗΣ Ἀλλὰ θέλεις, ὦ Ζεῦ, τουτονὶ τὸν φαρμακέα</w:t>
      </w:r>
    </w:p>
    <w:p>
      <w:r>
        <w:rPr>
          <w:rFonts w:ascii="Courier New" w:hAnsi="Courier New"/>
          <w:color w:val="555555"/>
          <w:sz w:val="20"/>
        </w:rPr>
        <w:t>[5]</w:t>
      </w:r>
    </w:p>
    <w:p>
      <w:r>
        <w:rPr>
          <w:rFonts w:ascii="Gentium Plus" w:hAnsi="Gentium Plus"/>
          <w:sz w:val="24"/>
        </w:rPr>
        <w:t>προκατακλίνεσθαί μου;</w:t>
      </w:r>
    </w:p>
    <w:p>
      <w:r>
        <w:rPr>
          <w:rFonts w:ascii="Courier New" w:hAnsi="Courier New"/>
          <w:color w:val="555555"/>
          <w:sz w:val="20"/>
        </w:rPr>
        <w:t>[5]</w:t>
      </w:r>
    </w:p>
    <w:p>
      <w:r>
        <w:rPr>
          <w:rFonts w:ascii="Gentium Plus" w:hAnsi="Gentium Plus"/>
          <w:sz w:val="24"/>
        </w:rPr>
        <w:t>ΑΣΚΛΗΠΙΟΣ Νὴ Δία· καὶ γὰρ ἀμείνων εἰμί.</w:t>
      </w:r>
    </w:p>
    <w:p>
      <w:r>
        <w:rPr>
          <w:rFonts w:ascii="Courier New" w:hAnsi="Courier New"/>
          <w:color w:val="555555"/>
          <w:sz w:val="20"/>
        </w:rPr>
        <w:t>[6]</w:t>
      </w:r>
    </w:p>
    <w:p>
      <w:r>
        <w:rPr>
          <w:rFonts w:ascii="Gentium Plus" w:hAnsi="Gentium Plus"/>
          <w:sz w:val="24"/>
        </w:rPr>
        <w:t>ΗΡΑΚΛΗΣ Κατὰ τί, ὦ ἐμβρόντητε; ἢ ὅτι σε ὁ Ζεὺς ἐκεραύνωσεν ἃ μὴ θέμις ποιοῦντα, νῦν δὲ κατ’ ἔλεον αὖθις ἀθανασίας μετείληφας;</w:t>
      </w:r>
    </w:p>
    <w:p>
      <w:r>
        <w:rPr>
          <w:rFonts w:ascii="Courier New" w:hAnsi="Courier New"/>
          <w:color w:val="555555"/>
          <w:sz w:val="20"/>
        </w:rPr>
        <w:t>[9]</w:t>
      </w:r>
    </w:p>
    <w:p>
      <w:r>
        <w:rPr>
          <w:rFonts w:ascii="Gentium Plus" w:hAnsi="Gentium Plus"/>
          <w:sz w:val="24"/>
        </w:rPr>
        <w:t>ΑΣΚΛΗΠΙΟΣ</w:t>
      </w:r>
    </w:p>
    <w:p>
      <w:r>
        <w:rPr>
          <w:rFonts w:ascii="Courier New" w:hAnsi="Courier New"/>
          <w:color w:val="555555"/>
          <w:sz w:val="20"/>
        </w:rPr>
        <w:t>[10]</w:t>
      </w:r>
    </w:p>
    <w:p>
      <w:r>
        <w:rPr>
          <w:rFonts w:ascii="Gentium Plus" w:hAnsi="Gentium Plus"/>
          <w:sz w:val="24"/>
        </w:rPr>
        <w:t>Ἐπιλέλησαι γὰρ καὶ σύ, ὦ Ἡράκλεις, ἐν τῇ</w:t>
      </w:r>
    </w:p>
    <w:p>
      <w:r>
        <w:rPr>
          <w:rFonts w:ascii="Courier New" w:hAnsi="Courier New"/>
          <w:color w:val="555555"/>
          <w:sz w:val="20"/>
        </w:rPr>
        <w:t>[11]</w:t>
      </w:r>
    </w:p>
    <w:p>
      <w:r>
        <w:rPr>
          <w:rFonts w:ascii="Gentium Plus" w:hAnsi="Gentium Plus"/>
          <w:sz w:val="24"/>
        </w:rPr>
        <w:t>ΗΡΑΚΛΗΣ Οὔκουν ἴσα καὶ ὅμοια βεβίωται ἡμῖν, ὃς Διὸς μὲν υἱός εἰμι, τοσαῦτα δὲ πεπόνηκα ἐκκαθαίρων τὸν βίον, θηρία καταγωνιζόμενος καὶ ἀνθρώπους</w:t>
      </w:r>
    </w:p>
    <w:p>
      <w:r>
        <w:rPr>
          <w:rFonts w:ascii="Courier New" w:hAnsi="Courier New"/>
          <w:color w:val="555555"/>
          <w:sz w:val="20"/>
        </w:rPr>
        <w:t>[15]</w:t>
      </w:r>
    </w:p>
    <w:p>
      <w:r>
        <w:rPr>
          <w:rFonts w:ascii="Gentium Plus" w:hAnsi="Gentium Plus"/>
          <w:sz w:val="24"/>
        </w:rPr>
        <w:t>ὑβριστὰς τιμωρούμενος· σὺ δὲ ῥιζοτόμος εἶ καὶ ἀγύρτης, ἐν ἀθλίοις δὲ ἴσως ἀνθρώποις χρήσιμος ἐπιθέσει τῶν φαρμάκων, ἀνδρῶδες δὲ οὐδὲν ἐπιδεδειγμένος.</w:t>
      </w:r>
    </w:p>
    <w:p>
      <w:r>
        <w:rPr>
          <w:rFonts w:ascii="Courier New" w:hAnsi="Courier New"/>
          <w:color w:val="555555"/>
          <w:sz w:val="20"/>
        </w:rPr>
        <w:t>[18]</w:t>
      </w:r>
    </w:p>
    <w:p>
      <w:r>
        <w:rPr>
          <w:rFonts w:ascii="Gentium Plus" w:hAnsi="Gentium Plus"/>
          <w:sz w:val="24"/>
        </w:rPr>
        <w:t>ΑΣΚΛΗΠΙΟΣ Οὐ λέγεις, ὅτι σου τὰ ἐγκαύματα ἰασάμην, ὅτε</w:t>
      </w:r>
    </w:p>
    <w:p>
      <w:r>
        <w:rPr>
          <w:rFonts w:ascii="Courier New" w:hAnsi="Courier New"/>
          <w:color w:val="555555"/>
          <w:sz w:val="20"/>
        </w:rPr>
        <w:t>[20]</w:t>
      </w:r>
    </w:p>
    <w:p>
      <w:r>
        <w:rPr>
          <w:rFonts w:ascii="Gentium Plus" w:hAnsi="Gentium Plus"/>
          <w:sz w:val="24"/>
        </w:rPr>
        <w:t>πρῴην ἀνῆλθες ἡμίφλεκτος ὑπ’ ἀμφοῖν διεφθορὼς τὸ σῶμα, καὶ τοῦ χιτῶνος καὶ μετὰ τοῦτο τοῦ πυρός; ἐγὼ δὲ εἰ καὶ μηδὲν ἄλλο, οὔτε ἐδούλευσα ὥσπερ σὺ οὔτε ἔξαινον ἔρια ἐν Λυδίᾳ πορφυρίδα ἐνδεδυκὼς καὶ παιόμενος ὑπὸ τῆς Ὀμφάλης χρυσῷ</w:t>
      </w:r>
    </w:p>
    <w:p>
      <w:r>
        <w:rPr>
          <w:rFonts w:ascii="Courier New" w:hAnsi="Courier New"/>
          <w:color w:val="555555"/>
          <w:sz w:val="20"/>
        </w:rPr>
        <w:t>[25]</w:t>
      </w:r>
    </w:p>
    <w:p>
      <w:r>
        <w:rPr>
          <w:rFonts w:ascii="Gentium Plus" w:hAnsi="Gentium Plus"/>
          <w:sz w:val="24"/>
        </w:rPr>
        <w:t>σανδάλῳ, ἀλλὰ οὐδὲ μελαγχολήσας ἀπέκτεινα τὰ τέκνα καὶ τὴν γυναῖκα.</w:t>
      </w:r>
    </w:p>
    <w:p>
      <w:r>
        <w:rPr>
          <w:rFonts w:ascii="Courier New" w:hAnsi="Courier New"/>
          <w:color w:val="555555"/>
          <w:sz w:val="20"/>
        </w:rPr>
        <w:t>[26]</w:t>
      </w:r>
    </w:p>
    <w:p>
      <w:r>
        <w:rPr>
          <w:rFonts w:ascii="Gentium Plus" w:hAnsi="Gentium Plus"/>
          <w:sz w:val="24"/>
        </w:rPr>
        <w:t>ΗΡΑΚΛΗΣ Εἰ μὴ παύσῃ λοιδορούμενός μοι, αὐτίκα μάλα εἴσῃ ὅτι οὐ πολύ σε ὀνήσει ἡ ἀθανασία, ἐπεὶ ἀράμενός σε ῥίψω ἐπὶ κεφαλὴν ἐκ τοῦ οὐρανοῦ,</w:t>
      </w:r>
    </w:p>
    <w:p>
      <w:r>
        <w:rPr>
          <w:rFonts w:ascii="Courier New" w:hAnsi="Courier New"/>
          <w:color w:val="555555"/>
          <w:sz w:val="20"/>
        </w:rPr>
        <w:t>[30]</w:t>
      </w:r>
    </w:p>
    <w:p>
      <w:r>
        <w:rPr>
          <w:rFonts w:ascii="Gentium Plus" w:hAnsi="Gentium Plus"/>
          <w:sz w:val="24"/>
        </w:rPr>
        <w:t>ὥστε μηδὲ τὸν Παιῶνα ἰάσασθαί σε τὸ κρανίον συντριβέντα.</w:t>
      </w:r>
    </w:p>
    <w:p>
      <w:r>
        <w:rPr>
          <w:rFonts w:ascii="Courier New" w:hAnsi="Courier New"/>
          <w:color w:val="555555"/>
          <w:sz w:val="20"/>
        </w:rPr>
        <w:t>[31]</w:t>
      </w:r>
    </w:p>
    <w:p>
      <w:r>
        <w:rPr>
          <w:rFonts w:ascii="Gentium Plus" w:hAnsi="Gentium Plus"/>
          <w:sz w:val="24"/>
        </w:rPr>
        <w:t>ΖΕΥΣ Παύσασθε, φημί, καὶ μὴ ἐπιταράττετε ἡμῖν</w:t>
      </w:r>
    </w:p>
    <w:p>
      <w:r>
        <w:rPr>
          <w:rFonts w:ascii="Courier New" w:hAnsi="Courier New"/>
          <w:color w:val="555555"/>
          <w:sz w:val="20"/>
        </w:rPr>
        <w:t>[35]</w:t>
      </w:r>
    </w:p>
    <w:p>
      <w:r>
        <w:rPr>
          <w:rFonts w:ascii="Gentium Plus" w:hAnsi="Gentium Plus"/>
          <w:sz w:val="24"/>
        </w:rPr>
        <w:t>προκατακλίνεσθαί σου τὸν Ἀσκληπιὸν ἅτε καὶ πρότερον ἀποθανόντα.</w:t>
      </w:r>
    </w:p>
    <w:p>
      <w:pPr>
        <w:jc w:val="center"/>
      </w:pPr>
      <w:r>
        <w:rPr>
          <w:rFonts w:ascii="Gentium Plus" w:hAnsi="Gentium Plus"/>
          <w:b/>
          <w:sz w:val="24"/>
        </w:rPr>
        <w:t>ΕΡΜΟΥ ΚΑΙ ΑΠΟΛΛΩΝΟΣ</w:t>
      </w:r>
    </w:p>
    <w:p>
      <w:r>
        <w:rPr>
          <w:rFonts w:ascii="Courier New" w:hAnsi="Courier New"/>
          <w:color w:val="555555"/>
          <w:sz w:val="20"/>
        </w:rPr>
        <w:t>[D Deor . 16 . 1]</w:t>
      </w:r>
    </w:p>
    <w:p>
      <w:r>
        <w:rPr>
          <w:rFonts w:ascii="Gentium Plus" w:hAnsi="Gentium Plus"/>
          <w:sz w:val="24"/>
        </w:rPr>
        <w:t>ΕΡΜΗΣ</w:t>
      </w:r>
    </w:p>
    <w:p>
      <w:r>
        <w:rPr>
          <w:rFonts w:ascii="Courier New" w:hAnsi="Courier New"/>
          <w:color w:val="555555"/>
          <w:sz w:val="20"/>
        </w:rPr>
        <w:t>[1]</w:t>
      </w:r>
    </w:p>
    <w:p>
      <w:r>
        <w:rPr>
          <w:rFonts w:ascii="Gentium Plus" w:hAnsi="Gentium Plus"/>
          <w:sz w:val="24"/>
        </w:rPr>
        <w:t>Τί κατηφὴς εἶ, ὦ Ἄπολλον;</w:t>
      </w:r>
    </w:p>
    <w:p>
      <w:r>
        <w:rPr>
          <w:rFonts w:ascii="Courier New" w:hAnsi="Courier New"/>
          <w:color w:val="555555"/>
          <w:sz w:val="20"/>
        </w:rPr>
        <w:t>[1]</w:t>
      </w:r>
    </w:p>
    <w:p>
      <w:r>
        <w:rPr>
          <w:rFonts w:ascii="Gentium Plus" w:hAnsi="Gentium Plus"/>
          <w:sz w:val="24"/>
        </w:rPr>
        <w:t>ΑΠΟΛΛΩΝ Ὅτι, ὦ Ἑρμῆ, δυστυχῶ ἐν τοῖς ἐρωτικοῖς.</w:t>
      </w:r>
    </w:p>
    <w:p>
      <w:r>
        <w:rPr>
          <w:rFonts w:ascii="Courier New" w:hAnsi="Courier New"/>
          <w:color w:val="555555"/>
          <w:sz w:val="20"/>
        </w:rPr>
        <w:t>[2]</w:t>
      </w:r>
    </w:p>
    <w:p>
      <w:r>
        <w:rPr>
          <w:rFonts w:ascii="Gentium Plus" w:hAnsi="Gentium Plus"/>
          <w:sz w:val="24"/>
        </w:rPr>
        <w:t>ΕΡΜΗΣ Ἄξιον μὲν λύπης τὸ τοιοῦτο· σὺ δὲ τί δυστυχεῖς; ἢ τὸ κατὰ τὴν Δάφνην σε λυπεῖ ἔτι;</w:t>
      </w:r>
    </w:p>
    <w:p>
      <w:r>
        <w:rPr>
          <w:rFonts w:ascii="Courier New" w:hAnsi="Courier New"/>
          <w:color w:val="555555"/>
          <w:sz w:val="20"/>
        </w:rPr>
        <w:t>[4]</w:t>
      </w:r>
    </w:p>
    <w:p>
      <w:r>
        <w:rPr>
          <w:rFonts w:ascii="Gentium Plus" w:hAnsi="Gentium Plus"/>
          <w:sz w:val="24"/>
        </w:rPr>
        <w:t>ΑΠΟΛΛΩΝ</w:t>
      </w:r>
    </w:p>
    <w:p>
      <w:r>
        <w:rPr>
          <w:rFonts w:ascii="Courier New" w:hAnsi="Courier New"/>
          <w:color w:val="555555"/>
          <w:sz w:val="20"/>
        </w:rPr>
        <w:t>[5]</w:t>
      </w:r>
    </w:p>
    <w:p>
      <w:r>
        <w:rPr>
          <w:rFonts w:ascii="Gentium Plus" w:hAnsi="Gentium Plus"/>
          <w:sz w:val="24"/>
        </w:rPr>
        <w:t>Οὐδαμῶς· ἀλλὰ ἐρώμενον πενθῶ τὸν Λάκωνα τὸν Οἰβάλου.</w:t>
      </w:r>
    </w:p>
    <w:p>
      <w:r>
        <w:rPr>
          <w:rFonts w:ascii="Courier New" w:hAnsi="Courier New"/>
          <w:color w:val="555555"/>
          <w:sz w:val="20"/>
        </w:rPr>
        <w:t>[6]</w:t>
      </w:r>
    </w:p>
    <w:p>
      <w:r>
        <w:rPr>
          <w:rFonts w:ascii="Gentium Plus" w:hAnsi="Gentium Plus"/>
          <w:sz w:val="24"/>
        </w:rPr>
        <w:t>ΕΡΜΗΣ Τέθνηκε γάρ, εἰπέ μοι, ὁ Ὑάκινθος;</w:t>
      </w:r>
    </w:p>
    <w:p>
      <w:r>
        <w:rPr>
          <w:rFonts w:ascii="Courier New" w:hAnsi="Courier New"/>
          <w:color w:val="555555"/>
          <w:sz w:val="20"/>
        </w:rPr>
        <w:t>[7]</w:t>
      </w:r>
    </w:p>
    <w:p>
      <w:r>
        <w:rPr>
          <w:rFonts w:ascii="Gentium Plus" w:hAnsi="Gentium Plus"/>
          <w:sz w:val="24"/>
        </w:rPr>
        <w:t>ΑΠΟΛΛΩΝ Καὶ μάλα.</w:t>
      </w:r>
    </w:p>
    <w:p>
      <w:r>
        <w:rPr>
          <w:rFonts w:ascii="Courier New" w:hAnsi="Courier New"/>
          <w:color w:val="555555"/>
          <w:sz w:val="20"/>
        </w:rPr>
        <w:t>[8]</w:t>
      </w:r>
    </w:p>
    <w:p>
      <w:r>
        <w:rPr>
          <w:rFonts w:ascii="Gentium Plus" w:hAnsi="Gentium Plus"/>
          <w:sz w:val="24"/>
        </w:rPr>
        <w:t>ΕΡΜΗΣ Πρὸς τίνος, ὦ Ἄπολλον; ἢ τίς οὕτως ἀνέρα‐</w:t>
      </w:r>
    </w:p>
    <w:p>
      <w:r>
        <w:rPr>
          <w:rFonts w:ascii="Courier New" w:hAnsi="Courier New"/>
          <w:color w:val="555555"/>
          <w:sz w:val="20"/>
        </w:rPr>
        <w:t>[10]</w:t>
      </w:r>
    </w:p>
    <w:p>
      <w:r>
        <w:rPr>
          <w:rFonts w:ascii="Gentium Plus" w:hAnsi="Gentium Plus"/>
          <w:sz w:val="24"/>
        </w:rPr>
        <w:t>στος ἦν ὡς ἀποκτεῖναι τὸ καλὸν ἐκεῖνο μειράκιον;</w:t>
      </w:r>
    </w:p>
    <w:p>
      <w:r>
        <w:rPr>
          <w:rFonts w:ascii="Courier New" w:hAnsi="Courier New"/>
          <w:color w:val="555555"/>
          <w:sz w:val="20"/>
        </w:rPr>
        <w:t>[10]</w:t>
      </w:r>
    </w:p>
    <w:p>
      <w:r>
        <w:rPr>
          <w:rFonts w:ascii="Gentium Plus" w:hAnsi="Gentium Plus"/>
          <w:sz w:val="24"/>
        </w:rPr>
        <w:t>ΑΠΟΛΛΩΝ</w:t>
      </w:r>
    </w:p>
    <w:p>
      <w:r>
        <w:rPr>
          <w:rFonts w:ascii="Courier New" w:hAnsi="Courier New"/>
          <w:color w:val="555555"/>
          <w:sz w:val="20"/>
        </w:rPr>
        <w:t>[11]</w:t>
      </w:r>
    </w:p>
    <w:p>
      <w:r>
        <w:rPr>
          <w:rFonts w:ascii="Gentium Plus" w:hAnsi="Gentium Plus"/>
          <w:sz w:val="24"/>
        </w:rPr>
        <w:t>ΕΡΜΗΣ Οὐκοῦν ἐμάνης, ὦ Ἄπολλον;</w:t>
      </w:r>
    </w:p>
    <w:p>
      <w:r>
        <w:rPr>
          <w:rFonts w:ascii="Courier New" w:hAnsi="Courier New"/>
          <w:color w:val="555555"/>
          <w:sz w:val="20"/>
        </w:rPr>
        <w:t>[12]</w:t>
      </w:r>
    </w:p>
    <w:p>
      <w:r>
        <w:rPr>
          <w:rFonts w:ascii="Gentium Plus" w:hAnsi="Gentium Plus"/>
          <w:sz w:val="24"/>
        </w:rPr>
        <w:t>ΑΠΟΛΛΩΝ Οὔκ, ἀλλὰ δυστύχημά τι ἀκούσιον ἐγένετο.</w:t>
      </w:r>
    </w:p>
    <w:p>
      <w:r>
        <w:rPr>
          <w:rFonts w:ascii="Courier New" w:hAnsi="Courier New"/>
          <w:color w:val="555555"/>
          <w:sz w:val="20"/>
        </w:rPr>
        <w:t>[13]</w:t>
      </w:r>
    </w:p>
    <w:p>
      <w:r>
        <w:rPr>
          <w:rFonts w:ascii="Gentium Plus" w:hAnsi="Gentium Plus"/>
          <w:sz w:val="24"/>
        </w:rPr>
        <w:t>ΕΡΜΗΣ Πῶς; ἐθέλω γὰρ ἀκοῦσαι τὸν τρόπον.</w:t>
      </w:r>
    </w:p>
    <w:p>
      <w:r>
        <w:rPr>
          <w:rFonts w:ascii="Courier New" w:hAnsi="Courier New"/>
          <w:color w:val="555555"/>
          <w:sz w:val="20"/>
        </w:rPr>
        <w:t>[14]</w:t>
      </w:r>
    </w:p>
    <w:p>
      <w:r>
        <w:rPr>
          <w:rFonts w:ascii="Gentium Plus" w:hAnsi="Gentium Plus"/>
          <w:sz w:val="24"/>
        </w:rPr>
        <w:t>ΑΠΟΛΛΩΝ</w:t>
      </w:r>
    </w:p>
    <w:p>
      <w:r>
        <w:rPr>
          <w:rFonts w:ascii="Courier New" w:hAnsi="Courier New"/>
          <w:color w:val="555555"/>
          <w:sz w:val="20"/>
        </w:rPr>
        <w:t>[D Deor . 16 . 2]</w:t>
      </w:r>
    </w:p>
    <w:p>
      <w:r>
        <w:rPr>
          <w:rFonts w:ascii="Gentium Plus" w:hAnsi="Gentium Plus"/>
          <w:sz w:val="24"/>
        </w:rPr>
        <w:t>Δισκεύειν ἐμάνθανε κἀγὼ συνεδίσκευον αὐτῷ, ὁ δὲ κάκιστα ἀνέμων ἀπολούμενος ὁ Ζέφυρος ἤρα μὲν ἐκ πολλοῦ καὶ αὐτός, ἀμελούμενος δὲ καὶ μὴ φέρων τὴν ὑπεροψίαν ταῦτα εἰργάσατο· ἐγὼ μὲν</w:t>
      </w:r>
    </w:p>
    <w:p>
      <w:r>
        <w:rPr>
          <w:rFonts w:ascii="Courier New" w:hAnsi="Courier New"/>
          <w:color w:val="555555"/>
          <w:sz w:val="20"/>
        </w:rPr>
        <w:t>[5]</w:t>
      </w:r>
    </w:p>
    <w:p>
      <w:r>
        <w:rPr>
          <w:rFonts w:ascii="Gentium Plus" w:hAnsi="Gentium Plus"/>
          <w:sz w:val="24"/>
        </w:rPr>
        <w:t>ἀνέρριψα, ὥσπερ εἰώθειμεν, τὸν δίσκον εἰς τὸ ἄνω, ὁ δὲ ἀπὸ τοῦ Ταϋγέτου καταπνεύσας ἐπὶ κεφαλὴν τῷ παιδὶ ἐνέσεισε φέρων αὐτόν, ὥστε ἀπὸ τῆς πληγῆς αἷμα ῥυῆναι πολὺ καὶ τὸν παῖδα εὐθὺς ἀποθανεῖν. ἀλλὰ ἐγὼ τὸν μὲν Ζέφυρον αὐτίκα</w:t>
      </w:r>
    </w:p>
    <w:p>
      <w:r>
        <w:rPr>
          <w:rFonts w:ascii="Courier New" w:hAnsi="Courier New"/>
          <w:color w:val="555555"/>
          <w:sz w:val="20"/>
        </w:rPr>
        <w:t>[10]</w:t>
      </w:r>
    </w:p>
    <w:p>
      <w:r>
        <w:rPr>
          <w:rFonts w:ascii="Gentium Plus" w:hAnsi="Gentium Plus"/>
          <w:sz w:val="24"/>
        </w:rPr>
        <w:t>ἠμυνάμην κατατοξεύσας, φεύγοντι ἐπισπόμενος ἄχρι τοῦ ὄρους, τῷ παιδὶ δὲ καὶ τὸν τάφον μὲν ἐχωσάμην ἐν Ἀμύκλαις, ὅπου ὁ δίσκος αὐτὸν κατέβαλε, καὶ ἀπὸ τοῦ αἵματος ἄνθος ἀναδοῦναι τὴν γῆν ἐποίησα ἥδιστον, ὦ Ἑρμῆ, καὶ εὐανθέστατον ἀνθῶν</w:t>
      </w:r>
    </w:p>
    <w:p>
      <w:r>
        <w:rPr>
          <w:rFonts w:ascii="Courier New" w:hAnsi="Courier New"/>
          <w:color w:val="555555"/>
          <w:sz w:val="20"/>
        </w:rPr>
        <w:t>[15]</w:t>
      </w:r>
    </w:p>
    <w:p>
      <w:r>
        <w:rPr>
          <w:rFonts w:ascii="Gentium Plus" w:hAnsi="Gentium Plus"/>
          <w:sz w:val="24"/>
        </w:rPr>
        <w:t>ἁπάντων, ἔτι καὶ γράμματα ἔχον ἐπαιάζοντα τῷ νεκρῷ. ἆρά σοι ἀλόγως λελυπῆσθαι δοκῶ;</w:t>
      </w:r>
    </w:p>
    <w:p>
      <w:r>
        <w:rPr>
          <w:rFonts w:ascii="Courier New" w:hAnsi="Courier New"/>
          <w:color w:val="555555"/>
          <w:sz w:val="20"/>
        </w:rPr>
        <w:t>[16]</w:t>
      </w:r>
    </w:p>
    <w:p>
      <w:r>
        <w:rPr>
          <w:rFonts w:ascii="Gentium Plus" w:hAnsi="Gentium Plus"/>
          <w:sz w:val="24"/>
        </w:rPr>
        <w:t>ΕΡΜΗΣ Ναί, ὦ Ἄπολλον· ᾔδεις γὰρ θνητὸν πεποιη‐</w:t>
      </w:r>
    </w:p>
    <w:p>
      <w:pPr>
        <w:jc w:val="center"/>
      </w:pPr>
      <w:r>
        <w:rPr>
          <w:rFonts w:ascii="Gentium Plus" w:hAnsi="Gentium Plus"/>
          <w:b/>
          <w:sz w:val="24"/>
        </w:rPr>
        <w:t>ΕΡΜΟΥ ΚΑΙ ΑΠΟΛΛΩΝΟΣ</w:t>
      </w:r>
    </w:p>
    <w:p>
      <w:r>
        <w:rPr>
          <w:rFonts w:ascii="Courier New" w:hAnsi="Courier New"/>
          <w:color w:val="555555"/>
          <w:sz w:val="20"/>
        </w:rPr>
        <w:t>[D Deor . 17 . 1]</w:t>
      </w:r>
    </w:p>
    <w:p>
      <w:r>
        <w:rPr>
          <w:rFonts w:ascii="Gentium Plus" w:hAnsi="Gentium Plus"/>
          <w:sz w:val="24"/>
        </w:rPr>
        <w:t>ΕΡΜΗΣ</w:t>
      </w:r>
    </w:p>
    <w:p>
      <w:r>
        <w:rPr>
          <w:rFonts w:ascii="Courier New" w:hAnsi="Courier New"/>
          <w:color w:val="555555"/>
          <w:sz w:val="20"/>
        </w:rPr>
        <w:t>[1]</w:t>
      </w:r>
    </w:p>
    <w:p>
      <w:r>
        <w:rPr>
          <w:rFonts w:ascii="Gentium Plus" w:hAnsi="Gentium Plus"/>
          <w:sz w:val="24"/>
        </w:rPr>
        <w:t>Τὸ δὲ καὶ χωλὸν αὐτὸν ὄντα καὶ τέχνην ἔχοντα βάναυσον, ὦ Ἄπολλον, τὰς καλλίστας γεγαμη‐ κέναι, τὴν Ἀφροδίτην καὶ τὴν Χάριν.</w:t>
      </w:r>
    </w:p>
    <w:p>
      <w:r>
        <w:rPr>
          <w:rFonts w:ascii="Courier New" w:hAnsi="Courier New"/>
          <w:color w:val="555555"/>
          <w:sz w:val="20"/>
        </w:rPr>
        <w:t>[3]</w:t>
      </w:r>
    </w:p>
    <w:p>
      <w:r>
        <w:rPr>
          <w:rFonts w:ascii="Gentium Plus" w:hAnsi="Gentium Plus"/>
          <w:sz w:val="24"/>
        </w:rPr>
        <w:t>ΑΠΟΛΛΩΝ Εὐποτμία τις, ὦ Ἑρμῆ· πλὴν ἐκεῖνό γε θαυ‐</w:t>
      </w:r>
    </w:p>
    <w:p>
      <w:r>
        <w:rPr>
          <w:rFonts w:ascii="Courier New" w:hAnsi="Courier New"/>
          <w:color w:val="555555"/>
          <w:sz w:val="20"/>
        </w:rPr>
        <w:t>[5]</w:t>
      </w:r>
    </w:p>
    <w:p>
      <w:r>
        <w:rPr>
          <w:rFonts w:ascii="Gentium Plus" w:hAnsi="Gentium Plus"/>
          <w:sz w:val="24"/>
        </w:rPr>
        <w:t>μάζω, τὸ ἀνέχεσθαι συνούσας αὐτῷ, καὶ μάλιστα ὅταν ὁρῶσιν ἱδρῶτι ῥεόμενον, εἰς τὴν κάμινον ἐπικεκυφότα, πολλὴν αἰθάλην ἐπὶ τοῦ προσώπου ἔχοντα· καὶ ὅμως τοιοῦτον ὄντα περιβάλλουσί τε αὐτὸν καὶ φιλοῦσι καὶ ξυγκαθεύδουσι.</w:t>
      </w:r>
    </w:p>
    <w:p>
      <w:r>
        <w:rPr>
          <w:rFonts w:ascii="Courier New" w:hAnsi="Courier New"/>
          <w:color w:val="555555"/>
          <w:sz w:val="20"/>
        </w:rPr>
        <w:t>[9]</w:t>
      </w:r>
    </w:p>
    <w:p>
      <w:r>
        <w:rPr>
          <w:rFonts w:ascii="Gentium Plus" w:hAnsi="Gentium Plus"/>
          <w:sz w:val="24"/>
        </w:rPr>
        <w:t>ΕΡΜΗΣ</w:t>
      </w:r>
    </w:p>
    <w:p>
      <w:r>
        <w:rPr>
          <w:rFonts w:ascii="Courier New" w:hAnsi="Courier New"/>
          <w:color w:val="555555"/>
          <w:sz w:val="20"/>
        </w:rPr>
        <w:t>[10]</w:t>
      </w:r>
    </w:p>
    <w:p>
      <w:r>
        <w:rPr>
          <w:rFonts w:ascii="Gentium Plus" w:hAnsi="Gentium Plus"/>
          <w:sz w:val="24"/>
        </w:rPr>
        <w:t>Τοῦτο καὶ αὐτὸς ἀγανακτῶ καὶ τῷ Ἡφαίστῳ φθονῶ· σὺ δὲ κόμα, ὦ Ἄπολλον, καὶ κιθάριζε καὶ μέγα ἐπὶ τῷ κάλλει φρόνει, κἀγὼ ἐπὶ τῇ εὐεξίᾳ, καὶ τῇ λύρᾳ· εἶτα, ἐπειδὰν κοιμᾶσθαι δέῃ, μόνοι καθευδήσομεν.</w:t>
      </w:r>
    </w:p>
    <w:p>
      <w:r>
        <w:rPr>
          <w:rFonts w:ascii="Courier New" w:hAnsi="Courier New"/>
          <w:color w:val="555555"/>
          <w:sz w:val="20"/>
        </w:rPr>
        <w:t>[14]</w:t>
      </w:r>
    </w:p>
    <w:p>
      <w:r>
        <w:rPr>
          <w:rFonts w:ascii="Gentium Plus" w:hAnsi="Gentium Plus"/>
          <w:sz w:val="24"/>
        </w:rPr>
        <w:t>ΑΠΟΛΛΩΝ</w:t>
      </w:r>
    </w:p>
    <w:p>
      <w:r>
        <w:rPr>
          <w:rFonts w:ascii="Courier New" w:hAnsi="Courier New"/>
          <w:color w:val="555555"/>
          <w:sz w:val="20"/>
        </w:rPr>
        <w:t>[D Deor . 17 . 2]</w:t>
      </w:r>
    </w:p>
    <w:p>
      <w:r>
        <w:rPr>
          <w:rFonts w:ascii="Gentium Plus" w:hAnsi="Gentium Plus"/>
          <w:sz w:val="24"/>
        </w:rPr>
        <w:t>Ἐγὼ μὲν καὶ ἄλλως ἀναφρόδιτός εἰμι εἰς τὰ ἐρωτικὰ καὶ δύο γοῦν, οὓς μάλιστα ὑπερηγάπησα, τὴν Δάφνην καὶ τὸν Ὑάκινθον· ἡ μὲν ἀποδιδρά‐</w:t>
      </w:r>
    </w:p>
    <w:p>
      <w:r>
        <w:rPr>
          <w:rFonts w:ascii="Courier New" w:hAnsi="Courier New"/>
          <w:color w:val="555555"/>
          <w:sz w:val="20"/>
        </w:rPr>
        <w:t>[5]</w:t>
      </w:r>
    </w:p>
    <w:p>
      <w:r>
        <w:rPr>
          <w:rFonts w:ascii="Gentium Plus" w:hAnsi="Gentium Plus"/>
          <w:sz w:val="24"/>
        </w:rPr>
        <w:t>μᾶλλον ἢ ἐμοὶ ξυνεῖναι, ὁ δὲ ἀπώλετο ὑπὸ τοῦ δίσκου, καὶ νῦν ἀντ’ ἐκείνων στεφάνους ἔχω.</w:t>
      </w:r>
    </w:p>
    <w:p>
      <w:r>
        <w:rPr>
          <w:rFonts w:ascii="Courier New" w:hAnsi="Courier New"/>
          <w:color w:val="555555"/>
          <w:sz w:val="20"/>
        </w:rPr>
        <w:t>[6]</w:t>
      </w:r>
    </w:p>
    <w:p>
      <w:r>
        <w:rPr>
          <w:rFonts w:ascii="Gentium Plus" w:hAnsi="Gentium Plus"/>
          <w:sz w:val="24"/>
        </w:rPr>
        <w:t>ΕΡΜΗΣ Ἐγὼ δὲ ἤδη ποτὲ τὴν Ἀφροδίτην—ἀλλὰ οὐ χρὴ αὐχεῖν.</w:t>
      </w:r>
    </w:p>
    <w:p>
      <w:r>
        <w:rPr>
          <w:rFonts w:ascii="Courier New" w:hAnsi="Courier New"/>
          <w:color w:val="555555"/>
          <w:sz w:val="20"/>
        </w:rPr>
        <w:t>[8]</w:t>
      </w:r>
    </w:p>
    <w:p>
      <w:r>
        <w:rPr>
          <w:rFonts w:ascii="Gentium Plus" w:hAnsi="Gentium Plus"/>
          <w:sz w:val="24"/>
        </w:rPr>
        <w:t>ΑΠΟΛΛΩΝ Οἶδα, καὶ τὸν Ἑρμαφρόδιτον ἐκ σοῦ λέγεται</w:t>
      </w:r>
    </w:p>
    <w:p>
      <w:r>
        <w:rPr>
          <w:rFonts w:ascii="Courier New" w:hAnsi="Courier New"/>
          <w:color w:val="555555"/>
          <w:sz w:val="20"/>
        </w:rPr>
        <w:t>[10]</w:t>
      </w:r>
    </w:p>
    <w:p>
      <w:r>
        <w:rPr>
          <w:rFonts w:ascii="Gentium Plus" w:hAnsi="Gentium Plus"/>
          <w:sz w:val="24"/>
        </w:rPr>
        <w:t>τετοκέναι. πλὴν ἐκεῖνό μοι εἰπέ, εἴ τι οἶσθα, πῶς οὐ ζηλοτυπεῖ ἡ Ἀφροδίτη τὴν Χάριν ἢ ἡ Χάρις αὐτήν.</w:t>
      </w:r>
    </w:p>
    <w:p>
      <w:r>
        <w:rPr>
          <w:rFonts w:ascii="Courier New" w:hAnsi="Courier New"/>
          <w:color w:val="555555"/>
          <w:sz w:val="20"/>
        </w:rPr>
        <w:t>[12]</w:t>
      </w:r>
    </w:p>
    <w:p>
      <w:r>
        <w:rPr>
          <w:rFonts w:ascii="Gentium Plus" w:hAnsi="Gentium Plus"/>
          <w:sz w:val="24"/>
        </w:rPr>
        <w:t>ΕΡΜΗΣ</w:t>
      </w:r>
    </w:p>
    <w:p>
      <w:r>
        <w:rPr>
          <w:rFonts w:ascii="Courier New" w:hAnsi="Courier New"/>
          <w:color w:val="555555"/>
          <w:sz w:val="20"/>
        </w:rPr>
        <w:t>[D Deor . 17 . 3]</w:t>
      </w:r>
    </w:p>
    <w:p>
      <w:r>
        <w:rPr>
          <w:rFonts w:ascii="Gentium Plus" w:hAnsi="Gentium Plus"/>
          <w:sz w:val="24"/>
        </w:rPr>
        <w:t>Ὅτι, ὦ Ἄπολλον, ἐκείνη μὲν αὐτῷ ἐν τῇ Λήμνῳ σύνεστιν, ἡ δὲ Ἀφροδίτη ἐν τῷ οὐρανῷ· ἄλλως τε περὶ τὸν Ἄρη ἔχει τὰ πολλὰ κἀκείνου ἐρᾷ, ὥστε ὀλίγον αὐτῇ τοῦ χαλκέως τούτου μέλει.</w:t>
      </w:r>
    </w:p>
    <w:p>
      <w:r>
        <w:rPr>
          <w:rFonts w:ascii="Courier New" w:hAnsi="Courier New"/>
          <w:color w:val="555555"/>
          <w:sz w:val="20"/>
        </w:rPr>
        <w:t>[4]</w:t>
      </w:r>
    </w:p>
    <w:p>
      <w:r>
        <w:rPr>
          <w:rFonts w:ascii="Gentium Plus" w:hAnsi="Gentium Plus"/>
          <w:sz w:val="24"/>
        </w:rPr>
        <w:t>ΑΠΟΛΛΩΝ</w:t>
      </w:r>
    </w:p>
    <w:p>
      <w:r>
        <w:rPr>
          <w:rFonts w:ascii="Courier New" w:hAnsi="Courier New"/>
          <w:color w:val="555555"/>
          <w:sz w:val="20"/>
        </w:rPr>
        <w:t>[5]</w:t>
      </w:r>
    </w:p>
    <w:p>
      <w:r>
        <w:rPr>
          <w:rFonts w:ascii="Gentium Plus" w:hAnsi="Gentium Plus"/>
          <w:sz w:val="24"/>
        </w:rPr>
        <w:t>Καὶ ταῦτα οἴει τὸν Ἥφαιστον εἰδέναι;</w:t>
      </w:r>
    </w:p>
    <w:p>
      <w:r>
        <w:rPr>
          <w:rFonts w:ascii="Courier New" w:hAnsi="Courier New"/>
          <w:color w:val="555555"/>
          <w:sz w:val="20"/>
        </w:rPr>
        <w:t>[5]</w:t>
      </w:r>
    </w:p>
    <w:p>
      <w:r>
        <w:rPr>
          <w:rFonts w:ascii="Gentium Plus" w:hAnsi="Gentium Plus"/>
          <w:sz w:val="24"/>
        </w:rPr>
        <w:t>ΕΡΜΗΣ Οἶδεν· ἀλλὰ τί ἂν δρᾶσαι δύναιτο γενναῖον ὁρῶν νεανίαν καὶ στρατιώτην αὐτόν; ὥστε τὴν ἡσυχίαν ἄγει· πλὴν ἀπειλεῖ γε δεσμά τινα ἐπιμηχανήσεσθαι αὐτοῖς καὶ συλλήψεσθαι σαγη‐</w:t>
      </w:r>
    </w:p>
    <w:p>
      <w:r>
        <w:rPr>
          <w:rFonts w:ascii="Courier New" w:hAnsi="Courier New"/>
          <w:color w:val="555555"/>
          <w:sz w:val="20"/>
        </w:rPr>
        <w:t>[10]</w:t>
      </w:r>
    </w:p>
    <w:p>
      <w:r>
        <w:rPr>
          <w:rFonts w:ascii="Gentium Plus" w:hAnsi="Gentium Plus"/>
          <w:sz w:val="24"/>
        </w:rPr>
        <w:t>νεύσας ἐπὶ τῆς εὐνῆς.</w:t>
      </w:r>
    </w:p>
    <w:p>
      <w:r>
        <w:rPr>
          <w:rFonts w:ascii="Courier New" w:hAnsi="Courier New"/>
          <w:color w:val="555555"/>
          <w:sz w:val="20"/>
        </w:rPr>
        <w:t>[10]</w:t>
      </w:r>
    </w:p>
    <w:p>
      <w:r>
        <w:rPr>
          <w:rFonts w:ascii="Gentium Plus" w:hAnsi="Gentium Plus"/>
          <w:sz w:val="24"/>
        </w:rPr>
        <w:t>ΑΠΟΛΛΩΝΟΣ Οὐκ οἶδα· εὐξαίμην δ’ ἂν αὐτὸς ὁ ξυλληφθη‐</w:t>
      </w:r>
    </w:p>
    <w:p>
      <w:pPr>
        <w:jc w:val="center"/>
      </w:pPr>
      <w:r>
        <w:rPr>
          <w:rFonts w:ascii="Gentium Plus" w:hAnsi="Gentium Plus"/>
          <w:b/>
          <w:sz w:val="24"/>
        </w:rPr>
        <w:t>ΗΡΑΣ ΚΑΙ ΛΗΤΟΥΣ</w:t>
      </w:r>
    </w:p>
    <w:p>
      <w:r>
        <w:rPr>
          <w:rFonts w:ascii="Courier New" w:hAnsi="Courier New"/>
          <w:color w:val="555555"/>
          <w:sz w:val="20"/>
        </w:rPr>
        <w:t>[D Deor . 18 . 1]</w:t>
      </w:r>
    </w:p>
    <w:p>
      <w:r>
        <w:rPr>
          <w:rFonts w:ascii="Gentium Plus" w:hAnsi="Gentium Plus"/>
          <w:sz w:val="24"/>
        </w:rPr>
        <w:t>ΗΡΑ</w:t>
      </w:r>
    </w:p>
    <w:p>
      <w:r>
        <w:rPr>
          <w:rFonts w:ascii="Courier New" w:hAnsi="Courier New"/>
          <w:color w:val="555555"/>
          <w:sz w:val="20"/>
        </w:rPr>
        <w:t>[1]</w:t>
      </w:r>
    </w:p>
    <w:p>
      <w:r>
        <w:rPr>
          <w:rFonts w:ascii="Gentium Plus" w:hAnsi="Gentium Plus"/>
          <w:sz w:val="24"/>
        </w:rPr>
        <w:t>Καλὰ μέν, ὦ Λητοῖ, καὶ τὰ τέκνα ἔτεκες τῷ Διί.</w:t>
      </w:r>
    </w:p>
    <w:p>
      <w:r>
        <w:rPr>
          <w:rFonts w:ascii="Courier New" w:hAnsi="Courier New"/>
          <w:color w:val="555555"/>
          <w:sz w:val="20"/>
        </w:rPr>
        <w:t>[2]</w:t>
      </w:r>
    </w:p>
    <w:p>
      <w:r>
        <w:rPr>
          <w:rFonts w:ascii="Gentium Plus" w:hAnsi="Gentium Plus"/>
          <w:sz w:val="24"/>
        </w:rPr>
        <w:t>ΛΗΤΩ Οὐ πᾶσαι γάρ, ὦ Ἥρα, τοιούτους τίκτειν δυνά‐ μεθα, οἷος ὁ Ἥφαιστός ἐστιν.</w:t>
      </w:r>
    </w:p>
    <w:p>
      <w:r>
        <w:rPr>
          <w:rFonts w:ascii="Courier New" w:hAnsi="Courier New"/>
          <w:color w:val="555555"/>
          <w:sz w:val="20"/>
        </w:rPr>
        <w:t>[4]</w:t>
      </w:r>
    </w:p>
    <w:p>
      <w:r>
        <w:rPr>
          <w:rFonts w:ascii="Gentium Plus" w:hAnsi="Gentium Plus"/>
          <w:sz w:val="24"/>
        </w:rPr>
        <w:t>ΗΡΑ</w:t>
      </w:r>
    </w:p>
    <w:p>
      <w:r>
        <w:rPr>
          <w:rFonts w:ascii="Courier New" w:hAnsi="Courier New"/>
          <w:color w:val="555555"/>
          <w:sz w:val="20"/>
        </w:rPr>
        <w:t>[5]</w:t>
      </w:r>
    </w:p>
    <w:p>
      <w:r>
        <w:rPr>
          <w:rFonts w:ascii="Gentium Plus" w:hAnsi="Gentium Plus"/>
          <w:sz w:val="24"/>
        </w:rPr>
        <w:t>Ἀλλ’ οὖν οὗτος, εἰ καὶ χωλός, ἀλλ’ ὅμως χρήσιμός γέ ἐστι τεχνίτης ὢν ἄριστος καὶ κατακεκόσμηκεν ἡμῖν τὸν οὐρανὸν καὶ τὴν Ἀφροδίτην γεγάμηκε καὶ σπουδάζεται πρὸς αὐτῆς, οἱ δὲ σοὶ παῖδες ἡ μὲν αὐτῶν ἀρρενικὴ πέρα τοῦ μετρίου καὶ ὄρειος,</w:t>
      </w:r>
    </w:p>
    <w:p>
      <w:r>
        <w:rPr>
          <w:rFonts w:ascii="Courier New" w:hAnsi="Courier New"/>
          <w:color w:val="555555"/>
          <w:sz w:val="20"/>
        </w:rPr>
        <w:t>[10]</w:t>
      </w:r>
    </w:p>
    <w:p>
      <w:r>
        <w:rPr>
          <w:rFonts w:ascii="Gentium Plus" w:hAnsi="Gentium Plus"/>
          <w:sz w:val="24"/>
        </w:rPr>
        <w:t>καὶ τὸ τελευταῖον ἐς τὴν Σκυθίαν ἀπελθοῦσα πάντες ἴσασιν οἷα ἐσθίει ξενοκτονοῦσα καὶ μιμου‐ μένη τοὺς Σκύθας αὐτοὺς ἀνθρωποφάγους ὄντας· ὁ δὲ Ἀπόλλων προσποιεῖται μὲν πάντα εἰδέναι καὶ τοξεύειν καὶ κιθαρίζειν καὶ ἰατρὸς εἶναι καὶ μαντεύε‐</w:t>
      </w:r>
    </w:p>
    <w:p>
      <w:r>
        <w:rPr>
          <w:rFonts w:ascii="Courier New" w:hAnsi="Courier New"/>
          <w:color w:val="555555"/>
          <w:sz w:val="20"/>
        </w:rPr>
        <w:t>[15]</w:t>
      </w:r>
    </w:p>
    <w:p>
      <w:r>
        <w:rPr>
          <w:rFonts w:ascii="Gentium Plus" w:hAnsi="Gentium Plus"/>
          <w:sz w:val="24"/>
        </w:rPr>
        <w:t>σθαι καὶ καταστησάμενος ἐργαστήρια τῆς μαντι‐ κῆς τὸ μὲν ἐν Δελφοῖς, τὸ δὲ ἐν Κλάρῳ καὶ ἐν Κολοφῶνι καὶ ἐν Διδύμοις ἐξαπατᾷ τοὺς χρω‐ μένους αὐτῷ λοξὰ καὶ ἐπαμφοτερίζοντα πρὸς ἑκάτερον τῆς ἐρωτήσεως ἀποκρινόμενος, πρὸς τὸ</w:t>
      </w:r>
    </w:p>
    <w:p>
      <w:r>
        <w:rPr>
          <w:rFonts w:ascii="Courier New" w:hAnsi="Courier New"/>
          <w:color w:val="555555"/>
          <w:sz w:val="20"/>
        </w:rPr>
        <w:t>[20]</w:t>
      </w:r>
    </w:p>
    <w:p>
      <w:r>
        <w:rPr>
          <w:rFonts w:ascii="Gentium Plus" w:hAnsi="Gentium Plus"/>
          <w:sz w:val="24"/>
        </w:rPr>
        <w:t>ἀκίνδυνον εἶναι τὸ σφάλμα. καὶ πλουτεῖ μὲν ἀπὸ</w:t>
      </w:r>
    </w:p>
    <w:p>
      <w:r>
        <w:rPr>
          <w:rFonts w:ascii="Courier New" w:hAnsi="Courier New"/>
          <w:color w:val="555555"/>
          <w:sz w:val="20"/>
        </w:rPr>
        <w:t>[25]</w:t>
      </w:r>
    </w:p>
    <w:p>
      <w:r>
        <w:rPr>
          <w:rFonts w:ascii="Gentium Plus" w:hAnsi="Gentium Plus"/>
          <w:sz w:val="24"/>
        </w:rPr>
        <w:t>ἐρώμενον τῷ δίσκῳ, οὐ προεμαντεύετο δὲ ὡς φεύξεται αὐτὸν ἡ Δάφνη, καὶ ταῦτα οὕτω καλὸν καὶ κομήτην ὄντα· ὥστε οὐχ ὁρῶ καθότι καλλιτε‐ κνοτέρα τῆς Νιόβης ἔδοξας.</w:t>
      </w:r>
    </w:p>
    <w:p>
      <w:r>
        <w:rPr>
          <w:rFonts w:ascii="Courier New" w:hAnsi="Courier New"/>
          <w:color w:val="555555"/>
          <w:sz w:val="20"/>
        </w:rPr>
        <w:t>[28]</w:t>
      </w:r>
    </w:p>
    <w:p>
      <w:r>
        <w:rPr>
          <w:rFonts w:ascii="Gentium Plus" w:hAnsi="Gentium Plus"/>
          <w:sz w:val="24"/>
        </w:rPr>
        <w:t>ΛΗΤΩ</w:t>
      </w:r>
    </w:p>
    <w:p>
      <w:r>
        <w:rPr>
          <w:rFonts w:ascii="Courier New" w:hAnsi="Courier New"/>
          <w:color w:val="555555"/>
          <w:sz w:val="20"/>
        </w:rPr>
        <w:t>[D Deor . 18 . 2]</w:t>
      </w:r>
    </w:p>
    <w:p>
      <w:r>
        <w:rPr>
          <w:rFonts w:ascii="Gentium Plus" w:hAnsi="Gentium Plus"/>
          <w:sz w:val="24"/>
        </w:rPr>
        <w:t>Ταῦτα μέντοι τὰ τέκνα, ἡ ξενοκτόνος καὶ ὁ ψευδόμαντις, οἶδα, ὅπως λυπεῖ σε ὁρώμενα ἐν τοῖς θεοῖς, καὶ μάλιστα ὁπόταν ἡ μὲν ἐπαινῆται ἐς τὸ κάλλος, ὁ δὲ κιθαρίζῃ ἐν τῷ συμποσίῳ θαυμαζόμε‐</w:t>
      </w:r>
    </w:p>
    <w:p>
      <w:r>
        <w:rPr>
          <w:rFonts w:ascii="Courier New" w:hAnsi="Courier New"/>
          <w:color w:val="555555"/>
          <w:sz w:val="20"/>
        </w:rPr>
        <w:t>[5]</w:t>
      </w:r>
    </w:p>
    <w:p>
      <w:r>
        <w:rPr>
          <w:rFonts w:ascii="Gentium Plus" w:hAnsi="Gentium Plus"/>
          <w:sz w:val="24"/>
        </w:rPr>
        <w:t>νος ὑφ’ ἁπάντων.</w:t>
      </w:r>
    </w:p>
    <w:p>
      <w:r>
        <w:rPr>
          <w:rFonts w:ascii="Courier New" w:hAnsi="Courier New"/>
          <w:color w:val="555555"/>
          <w:sz w:val="20"/>
        </w:rPr>
        <w:t>[5]</w:t>
      </w:r>
    </w:p>
    <w:p>
      <w:r>
        <w:rPr>
          <w:rFonts w:ascii="Gentium Plus" w:hAnsi="Gentium Plus"/>
          <w:sz w:val="24"/>
        </w:rPr>
        <w:t>ΗΡΑ Ἐγέλασα, ὦ Λητοῖ· ἐκεῖνος θαυμαστός, ὃν ὁ Μαρσύας, εἰ τὰ δίκαια αἱ Μοῦσαι δικάσαι ἤθελον, ἀπέδειρεν ἂν αὐτὸς κρατήσας τῇ μουσικῇ· νῦν δὲ κατασοφισθεὶς ἄθλιος ἀπόλωλεν ἀδίκως ἁλούς· ἡ</w:t>
      </w:r>
    </w:p>
    <w:p>
      <w:r>
        <w:rPr>
          <w:rFonts w:ascii="Courier New" w:hAnsi="Courier New"/>
          <w:color w:val="555555"/>
          <w:sz w:val="20"/>
        </w:rPr>
        <w:t>[10]</w:t>
      </w:r>
    </w:p>
    <w:p>
      <w:r>
        <w:rPr>
          <w:rFonts w:ascii="Gentium Plus" w:hAnsi="Gentium Plus"/>
          <w:sz w:val="24"/>
        </w:rPr>
        <w:t>δὲ καλή σου παρθένος οὕτω καλή ἐστιν, ὥστε ἐπεὶ ἔμαθεν ὀφθεῖσα ὑπὸ τοῦ Ἀκταίωνος, φοβηθεῖσα μὴ ὁ νεανίσκος ἐξαγορεύσῃ τὸ αἶσχος αὐτῆς, ἐπαφῆκεν αὐτῷ τοὺς κύνας· ἐῶ γὰρ λέγειν ὅτι οὐδὲ τὰς τεκούσας ἐμαιοῦτο παρθένος γε αὐτὴ οὖσα.</w:t>
      </w:r>
    </w:p>
    <w:p>
      <w:r>
        <w:rPr>
          <w:rFonts w:ascii="Courier New" w:hAnsi="Courier New"/>
          <w:color w:val="555555"/>
          <w:sz w:val="20"/>
        </w:rPr>
        <w:t>[14]</w:t>
      </w:r>
    </w:p>
    <w:p>
      <w:r>
        <w:rPr>
          <w:rFonts w:ascii="Gentium Plus" w:hAnsi="Gentium Plus"/>
          <w:sz w:val="24"/>
        </w:rPr>
        <w:t>ΛΗΤΩ</w:t>
      </w:r>
    </w:p>
    <w:p>
      <w:r>
        <w:rPr>
          <w:rFonts w:ascii="Courier New" w:hAnsi="Courier New"/>
          <w:color w:val="555555"/>
          <w:sz w:val="20"/>
        </w:rPr>
        <w:t>[15]</w:t>
      </w:r>
    </w:p>
    <w:p>
      <w:r>
        <w:rPr>
          <w:rFonts w:ascii="Gentium Plus" w:hAnsi="Gentium Plus"/>
          <w:sz w:val="24"/>
        </w:rPr>
        <w:t>Μέγα, ὦ Ἥρα, φρονεῖς, ὅτι ξύνει τῷ Διὶ καὶ</w:t>
      </w:r>
    </w:p>
    <w:p>
      <w:pPr>
        <w:jc w:val="center"/>
      </w:pPr>
      <w:r>
        <w:rPr>
          <w:rFonts w:ascii="Gentium Plus" w:hAnsi="Gentium Plus"/>
          <w:b/>
          <w:sz w:val="24"/>
        </w:rPr>
        <w:t>ΑΦΡΟΔΙΤΗΣ ΚΑΙ ΣΕΛΗΝΗΣ</w:t>
      </w:r>
    </w:p>
    <w:p>
      <w:r>
        <w:rPr>
          <w:rFonts w:ascii="Courier New" w:hAnsi="Courier New"/>
          <w:color w:val="555555"/>
          <w:sz w:val="20"/>
        </w:rPr>
        <w:t>[D Deor . 19 . 1]</w:t>
      </w:r>
    </w:p>
    <w:p>
      <w:r>
        <w:rPr>
          <w:rFonts w:ascii="Gentium Plus" w:hAnsi="Gentium Plus"/>
          <w:sz w:val="24"/>
        </w:rPr>
        <w:t>ΑΦΡΟΔΙΤΗ</w:t>
      </w:r>
    </w:p>
    <w:p>
      <w:r>
        <w:rPr>
          <w:rFonts w:ascii="Courier New" w:hAnsi="Courier New"/>
          <w:color w:val="555555"/>
          <w:sz w:val="20"/>
        </w:rPr>
        <w:t>[1]</w:t>
      </w:r>
    </w:p>
    <w:p>
      <w:r>
        <w:rPr>
          <w:rFonts w:ascii="Gentium Plus" w:hAnsi="Gentium Plus"/>
          <w:sz w:val="24"/>
        </w:rPr>
        <w:t>Τί ταῦτα, ὦ Σελήνη, φασὶ ποιεῖν σε; ὁπό‐ ταν κατὰ τὴν Καρίαν γένῃ, ἱστάναι μέν σε τὸ ζεῦγος ἀφορῶσαν ἐς τὸν Ἐνδυμίωνα καθεύδοντα ὑπαί‐ θριον ἅτε κυνηγέτην ὄντα, ἐνίοτε δὲ καὶ καταβαίνειν</w:t>
      </w:r>
    </w:p>
    <w:p>
      <w:r>
        <w:rPr>
          <w:rFonts w:ascii="Courier New" w:hAnsi="Courier New"/>
          <w:color w:val="555555"/>
          <w:sz w:val="20"/>
        </w:rPr>
        <w:t>[5]</w:t>
      </w:r>
    </w:p>
    <w:p>
      <w:r>
        <w:rPr>
          <w:rFonts w:ascii="Gentium Plus" w:hAnsi="Gentium Plus"/>
          <w:sz w:val="24"/>
        </w:rPr>
        <w:t>παρ’ αὐτὸν ἐκ μέσης τῆς ὁδοῦ;</w:t>
      </w:r>
    </w:p>
    <w:p>
      <w:r>
        <w:rPr>
          <w:rFonts w:ascii="Courier New" w:hAnsi="Courier New"/>
          <w:color w:val="555555"/>
          <w:sz w:val="20"/>
        </w:rPr>
        <w:t>[5]</w:t>
      </w:r>
    </w:p>
    <w:p>
      <w:r>
        <w:rPr>
          <w:rFonts w:ascii="Gentium Plus" w:hAnsi="Gentium Plus"/>
          <w:sz w:val="24"/>
        </w:rPr>
        <w:t>ΣΕΛΗΝΗ Ἐρώτα, ὦ Ἀφροδίτη, τὸν σὸν υἱόν, ὅς μοι τούτων αἴτιος.</w:t>
      </w:r>
    </w:p>
    <w:p>
      <w:r>
        <w:rPr>
          <w:rFonts w:ascii="Courier New" w:hAnsi="Courier New"/>
          <w:color w:val="555555"/>
          <w:sz w:val="20"/>
        </w:rPr>
        <w:t>[7]</w:t>
      </w:r>
    </w:p>
    <w:p>
      <w:r>
        <w:rPr>
          <w:rFonts w:ascii="Gentium Plus" w:hAnsi="Gentium Plus"/>
          <w:sz w:val="24"/>
        </w:rPr>
        <w:t>ΑΦΡΟΔΙΤΗ Ἔα· ἐκεῖνος ὑβριστής ἐστιν· ἐμὲ γοῦν αὐτὴν τὴν μητέρα οἷα δέδρακεν, ἄρτι μὲν ἐς τὴν Ἴδην</w:t>
      </w:r>
    </w:p>
    <w:p>
      <w:r>
        <w:rPr>
          <w:rFonts w:ascii="Courier New" w:hAnsi="Courier New"/>
          <w:color w:val="555555"/>
          <w:sz w:val="20"/>
        </w:rPr>
        <w:t>[10]</w:t>
      </w:r>
    </w:p>
    <w:p>
      <w:r>
        <w:rPr>
          <w:rFonts w:ascii="Gentium Plus" w:hAnsi="Gentium Plus"/>
          <w:sz w:val="24"/>
        </w:rPr>
        <w:t>κατάγων Ἀγχίσου ἕνεκα τοῦ Ἰλιέως, ἄρτι δὲ ἐς τὸν Λίβανον ἐπὶ τὸ Ἀσσύριον ἐκεῖνο μειράκιον, ὃ καὶ τῇ Φερσεφάττῃ ἐπέραστον ποιήσας ἐξ ἡμισείας ἀφείλετό με τὸν ἐρώμενον· ὥστε πολλάκις ἠπείλησα, εἰ μὴ παύσεται τοιαῦτα</w:t>
      </w:r>
    </w:p>
    <w:p>
      <w:r>
        <w:rPr>
          <w:rFonts w:ascii="Courier New" w:hAnsi="Courier New"/>
          <w:color w:val="555555"/>
          <w:sz w:val="20"/>
        </w:rPr>
        <w:t>[15]</w:t>
      </w:r>
    </w:p>
    <w:p>
      <w:r>
        <w:rPr>
          <w:rFonts w:ascii="Gentium Plus" w:hAnsi="Gentium Plus"/>
          <w:sz w:val="24"/>
        </w:rPr>
        <w:t>ποιῶν, κλάσειν μὲν αὐτοῦ τὰ τόξα καὶ τὴν φαρέτραν, περιαιρήσειν δὲ καὶ τὰ πτερά· ἤδη δὲ καὶ πληγὰς αὐτῷ ἐνέτεινα ἐς τὰς πυγὰς τῷ σανδάλῳ· ὁ δὲ</w:t>
      </w:r>
    </w:p>
    <w:p>
      <w:r>
        <w:rPr>
          <w:rFonts w:ascii="Courier New" w:hAnsi="Courier New"/>
          <w:color w:val="555555"/>
          <w:sz w:val="20"/>
        </w:rPr>
        <w:t>[D Deor . 19 . 2]</w:t>
      </w:r>
    </w:p>
    <w:p>
      <w:r>
        <w:rPr>
          <w:rFonts w:ascii="Gentium Plus" w:hAnsi="Gentium Plus"/>
          <w:sz w:val="24"/>
        </w:rPr>
        <w:t>ἀτὰρ εἰπέ μοι, καλὸς ὁ Ἐνδυμίων ἐστίν; ἀπαραμύθητον γὰρ οὕτως τὸ δεινόν.</w:t>
      </w:r>
    </w:p>
    <w:p>
      <w:r>
        <w:rPr>
          <w:rFonts w:ascii="Courier New" w:hAnsi="Courier New"/>
          <w:color w:val="555555"/>
          <w:sz w:val="20"/>
        </w:rPr>
        <w:t>[3]</w:t>
      </w:r>
    </w:p>
    <w:p>
      <w:r>
        <w:rPr>
          <w:rFonts w:ascii="Gentium Plus" w:hAnsi="Gentium Plus"/>
          <w:sz w:val="24"/>
        </w:rPr>
        <w:t>ΣΕΛΗΝΗ Ἐμοὶ μὲν καὶ πάνυ καλός, ὦ Ἀφροδίτη, δοκεῖ,</w:t>
      </w:r>
    </w:p>
    <w:p>
      <w:r>
        <w:rPr>
          <w:rFonts w:ascii="Courier New" w:hAnsi="Courier New"/>
          <w:color w:val="555555"/>
          <w:sz w:val="20"/>
        </w:rPr>
        <w:t>[5]</w:t>
      </w:r>
    </w:p>
    <w:p>
      <w:r>
        <w:rPr>
          <w:rFonts w:ascii="Gentium Plus" w:hAnsi="Gentium Plus"/>
          <w:sz w:val="24"/>
        </w:rPr>
        <w:t>καὶ μάλιστα ὅταν ὑποβαλλόμενος ἐπὶ τῆς πέτρας τὴν χλαμύδα καθεύδῃ τῇ λαιᾷ μὲν ἔχων τὰ ἀκόντια ἤδη ἐκ τῆς χειρὸς ὑπορρέοντα, ἡ δεξιὰ δὲ περὶ τὴν κεφαλὴν ἐς τὸ ἄνω ἐπικεκλασμένη ἐπιπρέπῃ τῷ προσώπῳ περικειμένη, ὁ δὲ ὑπὸ τοῦ ὕπνου λελυμέ‐</w:t>
      </w:r>
    </w:p>
    <w:p>
      <w:r>
        <w:rPr>
          <w:rFonts w:ascii="Courier New" w:hAnsi="Courier New"/>
          <w:color w:val="555555"/>
          <w:sz w:val="20"/>
        </w:rPr>
        <w:t>[10]</w:t>
      </w:r>
    </w:p>
    <w:p>
      <w:r>
        <w:rPr>
          <w:rFonts w:ascii="Gentium Plus" w:hAnsi="Gentium Plus"/>
          <w:sz w:val="24"/>
        </w:rPr>
        <w:t>νος ἀναπνέῃ τὸ ἀμβρόσιον ἐκεῖνο ἆσθμα. τότε τοίνυν ἐγὼ ἀψοφητὶ κατιοῦσα ἐπ’ ἄκρων τῶν δακτύλων βεβηκυῖα ὡς ἂν μὴ ἀνεγρόμενος ἐκταραχ‐ θείη—οἶσθα· τί οὖν ἄν σοι λέγοιμι τὰ μετὰ ταῦτα; πλὴν ἀπόλλυμαί γε ὑπὸ τοῦ ἔρωτος.</w:t>
      </w:r>
    </w:p>
    <w:p>
      <w:pPr>
        <w:jc w:val="center"/>
      </w:pPr>
      <w:r>
        <w:rPr>
          <w:rFonts w:ascii="Gentium Plus" w:hAnsi="Gentium Plus"/>
          <w:b/>
          <w:sz w:val="24"/>
        </w:rPr>
        <w:t>ΑΦΡΟΔΙΤΗΣ ΚΑΙ ΕΡΩΤΟΣ</w:t>
      </w:r>
    </w:p>
    <w:p>
      <w:r>
        <w:rPr>
          <w:rFonts w:ascii="Courier New" w:hAnsi="Courier New"/>
          <w:color w:val="555555"/>
          <w:sz w:val="20"/>
        </w:rPr>
        <w:t>[D Deor . 20 . 1]</w:t>
      </w:r>
    </w:p>
    <w:p>
      <w:r>
        <w:rPr>
          <w:rFonts w:ascii="Gentium Plus" w:hAnsi="Gentium Plus"/>
          <w:sz w:val="24"/>
        </w:rPr>
        <w:t>ΑΦΡΟΔΙΤΗ</w:t>
      </w:r>
    </w:p>
    <w:p>
      <w:r>
        <w:rPr>
          <w:rFonts w:ascii="Courier New" w:hAnsi="Courier New"/>
          <w:color w:val="555555"/>
          <w:sz w:val="20"/>
        </w:rPr>
        <w:t>[1]</w:t>
      </w:r>
    </w:p>
    <w:p>
      <w:r>
        <w:rPr>
          <w:rFonts w:ascii="Gentium Plus" w:hAnsi="Gentium Plus"/>
          <w:sz w:val="24"/>
        </w:rPr>
        <w:t>Ὦ τέκνον Ἔρως, ὅρα οἷα ποιεῖς· οὐ τὰ ἐν τῇ γῇ λέγω, ὁπόσα τοὺς ἀνθρώπους ἀναπείθεις καθ’ αὑτῶν ἢ κατ’ ἀλλήλων ἐργάζεσθαι, ἀλλὰ καὶ τὰ ἐν τῷ οὐρανῷ, ὃς τὸν μὲν Δία πολύμορφον ἐπιδει‐</w:t>
      </w:r>
    </w:p>
    <w:p>
      <w:r>
        <w:rPr>
          <w:rFonts w:ascii="Courier New" w:hAnsi="Courier New"/>
          <w:color w:val="555555"/>
          <w:sz w:val="20"/>
        </w:rPr>
        <w:t>[5]</w:t>
      </w:r>
    </w:p>
    <w:p>
      <w:r>
        <w:rPr>
          <w:rFonts w:ascii="Gentium Plus" w:hAnsi="Gentium Plus"/>
          <w:sz w:val="24"/>
        </w:rPr>
        <w:t>κνύεις ἀλλάττων ἐς ὅ τι ἄν σοι ἐπὶ τοῦ καιροῦ δοκῇ, τὴν Σελήνην δὲ καθαιρεῖς ἐκ τοῦ οὐρανοῦ, τὸν Ἥλιον δὲ παρὰ τῇ Κλυμένῃ βραδύνειν ἐνίοτε</w:t>
      </w:r>
    </w:p>
    <w:p>
      <w:r>
        <w:rPr>
          <w:rFonts w:ascii="Courier New" w:hAnsi="Courier New"/>
          <w:color w:val="555555"/>
          <w:sz w:val="20"/>
        </w:rPr>
        <w:t>[10]</w:t>
      </w:r>
    </w:p>
    <w:p>
      <w:r>
        <w:rPr>
          <w:rFonts w:ascii="Gentium Plus" w:hAnsi="Gentium Plus"/>
          <w:sz w:val="24"/>
        </w:rPr>
        <w:t>ὦ τολμηρότατε, καὶ τὴν Ῥέαν αὐτὴν γραῦν ἤδη καὶ μητέρα τοσούτων θεῶν οὖσαν ἀνέπεισας παιδε‐ ραστεῖν καὶ τὸ Φρύγιον μειράκιον ποθεῖν, καὶ νῦν ἐκείνη μέμηνεν ὑπὸ σοῦ καὶ ζευξαμένη τοὺς λέοντας, παραλαβοῦσα καὶ τοὺς Κορύβαντας ἅτε μανικοὺς καὶ</w:t>
      </w:r>
    </w:p>
    <w:p>
      <w:r>
        <w:rPr>
          <w:rFonts w:ascii="Courier New" w:hAnsi="Courier New"/>
          <w:color w:val="555555"/>
          <w:sz w:val="20"/>
        </w:rPr>
        <w:t>[15]</w:t>
      </w:r>
    </w:p>
    <w:p>
      <w:r>
        <w:rPr>
          <w:rFonts w:ascii="Gentium Plus" w:hAnsi="Gentium Plus"/>
          <w:sz w:val="24"/>
        </w:rPr>
        <w:t>αὐτοὺς ὄντας, ἄνω καὶ κάτω τὴν Ἴδην περιπο‐ λοῦσιν, ἡ μὲν ὀλολύζουσα ἐπὶ τῷ Ἄττῃ, οἱ Κορύ‐ βαντες δὲ ὁ μὲν αὐτῶν τέμνεται ξίφει τὸν πῆχυν, ὁ δὲ ἀνεὶς τὴν κόμην ἵεται μεμηνὼς διὰ τῶν ὀρῶν, ὁ δὲ αὐλεῖ τῷ κέρατι, ὁ δὲ ἐπιβομβεῖ τῷ τυμπάνῳ ἢ</w:t>
      </w:r>
    </w:p>
    <w:p>
      <w:r>
        <w:rPr>
          <w:rFonts w:ascii="Courier New" w:hAnsi="Courier New"/>
          <w:color w:val="555555"/>
          <w:sz w:val="20"/>
        </w:rPr>
        <w:t>[20]</w:t>
      </w:r>
    </w:p>
    <w:p>
      <w:r>
        <w:rPr>
          <w:rFonts w:ascii="Gentium Plus" w:hAnsi="Gentium Plus"/>
          <w:sz w:val="24"/>
        </w:rPr>
        <w:t>ἐπικτυπεῖ τῷ κυμβάλῳ, καὶ ὅλως θόρυβος καὶ μανία τὰ ἐν τῇ Ἴδῃ ἅπαντά ἐστι. δέδια τοίνυν ἅπαντα, δέδια τὸ τοιοῦτο ἡ τὸ μέγα σε κακὸν ἐγὼ τεκοῦσα, μὴ ἀπομανεῖσά ποτε ἡ Ῥέα ἢ καὶ μᾶλλον ἔτι ἐν αὑτῇ οὖσα κελεύσῃ τοὺς Κορύβαντας συλλα‐</w:t>
      </w:r>
    </w:p>
    <w:p>
      <w:r>
        <w:rPr>
          <w:rFonts w:ascii="Courier New" w:hAnsi="Courier New"/>
          <w:color w:val="555555"/>
          <w:sz w:val="20"/>
        </w:rPr>
        <w:t>[25]</w:t>
      </w:r>
    </w:p>
    <w:p>
      <w:r>
        <w:rPr>
          <w:rFonts w:ascii="Gentium Plus" w:hAnsi="Gentium Plus"/>
          <w:sz w:val="24"/>
        </w:rPr>
        <w:t>βόντας σε διασπάσασθαι ἢ τοῖς λέουσι παραβαλεῖν· ταῦτα δέδια κινδυνεύοντά σε ὁρῶσα.</w:t>
      </w:r>
    </w:p>
    <w:p>
      <w:r>
        <w:rPr>
          <w:rFonts w:ascii="Courier New" w:hAnsi="Courier New"/>
          <w:color w:val="555555"/>
          <w:sz w:val="20"/>
        </w:rPr>
        <w:t>[26]</w:t>
      </w:r>
    </w:p>
    <w:p>
      <w:r>
        <w:rPr>
          <w:rFonts w:ascii="Gentium Plus" w:hAnsi="Gentium Plus"/>
          <w:sz w:val="24"/>
        </w:rPr>
        <w:t>ΕΡΩΣ</w:t>
      </w:r>
    </w:p>
    <w:p>
      <w:r>
        <w:rPr>
          <w:rFonts w:ascii="Courier New" w:hAnsi="Courier New"/>
          <w:color w:val="555555"/>
          <w:sz w:val="20"/>
        </w:rPr>
        <w:t>[D Deor . 20 . 2]</w:t>
      </w:r>
    </w:p>
    <w:p>
      <w:r>
        <w:rPr>
          <w:rFonts w:ascii="Gentium Plus" w:hAnsi="Gentium Plus"/>
          <w:sz w:val="24"/>
        </w:rPr>
        <w:t>Θάρρει, μῆτερ, ἐπεὶ καὶ τοῖς λέουσιν αὐτοῖς ἤδη ξυνήθης εἰμί, καὶ πολλάκις ἐπαναβὰς ἐπὶ τὰ νῶτα καὶ τῆς κόμης λαβόμενος ἡνιοχῶ αὐτούς, οἱ δὲ σαίνουσί με καὶ χεῖρα δεχόμενοι ἐς τὸ στόμα</w:t>
      </w:r>
    </w:p>
    <w:p>
      <w:r>
        <w:rPr>
          <w:rFonts w:ascii="Courier New" w:hAnsi="Courier New"/>
          <w:color w:val="555555"/>
          <w:sz w:val="20"/>
        </w:rPr>
        <w:t>[5]</w:t>
      </w:r>
    </w:p>
    <w:p>
      <w:r>
        <w:rPr>
          <w:rFonts w:ascii="Gentium Plus" w:hAnsi="Gentium Plus"/>
          <w:sz w:val="24"/>
        </w:rPr>
        <w:t>περιλιχμησάμενοι ἀποδιδόασί μοι. αὐτὴ μὲν γὰρ ἡ Ῥέα πότε ἂν ἐκείνη σχολὴν ἀγάγοι ἐπ’ ἐμὲ ὅλη οὖσα ἐν τῷ Ἄττῃ; καίτοι τί ἐγὼ ἀδικῶ δεικνὺς τὰ καλὰ οἷά ἐστιν; ὑμεῖς δὲ μὴ ἐφίεσθε τῶν καλῶν· μὴ τοίνυν ἐμὲ αἰτιᾶσθε τούτων. ἢ θέλεις σύ, ὦ</w:t>
      </w:r>
    </w:p>
    <w:p>
      <w:r>
        <w:rPr>
          <w:rFonts w:ascii="Courier New" w:hAnsi="Courier New"/>
          <w:color w:val="555555"/>
          <w:sz w:val="20"/>
        </w:rPr>
        <w:t>[10]</w:t>
      </w:r>
    </w:p>
    <w:p>
      <w:r>
        <w:rPr>
          <w:rFonts w:ascii="Gentium Plus" w:hAnsi="Gentium Plus"/>
          <w:sz w:val="24"/>
        </w:rPr>
        <w:t>μῆτερ, αὐτὴ μηκέτι ἐρᾶν μήτε σὲ τοῦ Ἄρεως</w:t>
      </w:r>
    </w:p>
    <w:p>
      <w:r>
        <w:rPr>
          <w:rFonts w:ascii="Courier New" w:hAnsi="Courier New"/>
          <w:color w:val="555555"/>
          <w:sz w:val="20"/>
        </w:rPr>
        <w:t>[11]</w:t>
      </w:r>
    </w:p>
    <w:p>
      <w:r>
        <w:rPr>
          <w:rFonts w:ascii="Gentium Plus" w:hAnsi="Gentium Plus"/>
          <w:sz w:val="24"/>
        </w:rPr>
        <w:t>ΑΦΡΟΔΙΤΗ Ὡς δεινὸς εἶ καὶ κρατεῖς ἁπάντων· ἀλλὰ μεμνήσῃ μού ποτε τῶν λόγων.</w:t>
      </w:r>
    </w:p>
    <w:p>
      <w:pPr>
        <w:jc w:val="center"/>
      </w:pPr>
      <w:r>
        <w:rPr>
          <w:rFonts w:ascii="Gentium Plus" w:hAnsi="Gentium Plus"/>
          <w:b/>
          <w:sz w:val="24"/>
        </w:rPr>
        <w:t>ΑΠΟΛΛΩΝΟΣ ΚΑΙ ΕΡΜΟΥ</w:t>
      </w:r>
    </w:p>
    <w:p>
      <w:r>
        <w:rPr>
          <w:rFonts w:ascii="Courier New" w:hAnsi="Courier New"/>
          <w:color w:val="555555"/>
          <w:sz w:val="20"/>
        </w:rPr>
        <w:t>[D Deor . 21 . 1]</w:t>
      </w:r>
    </w:p>
    <w:p>
      <w:r>
        <w:rPr>
          <w:rFonts w:ascii="Gentium Plus" w:hAnsi="Gentium Plus"/>
          <w:sz w:val="24"/>
        </w:rPr>
        <w:t>ΑΠΟΛΛΩΝ</w:t>
      </w:r>
    </w:p>
    <w:p>
      <w:r>
        <w:rPr>
          <w:rFonts w:ascii="Courier New" w:hAnsi="Courier New"/>
          <w:color w:val="555555"/>
          <w:sz w:val="20"/>
        </w:rPr>
        <w:t>[1]</w:t>
      </w:r>
    </w:p>
    <w:p>
      <w:r>
        <w:rPr>
          <w:rFonts w:ascii="Gentium Plus" w:hAnsi="Gentium Plus"/>
          <w:sz w:val="24"/>
        </w:rPr>
        <w:t>Τί γελᾷς, ὦ Ἑρμῆ;</w:t>
      </w:r>
    </w:p>
    <w:p>
      <w:r>
        <w:rPr>
          <w:rFonts w:ascii="Courier New" w:hAnsi="Courier New"/>
          <w:color w:val="555555"/>
          <w:sz w:val="20"/>
        </w:rPr>
        <w:t>[1]</w:t>
      </w:r>
    </w:p>
    <w:p>
      <w:r>
        <w:rPr>
          <w:rFonts w:ascii="Gentium Plus" w:hAnsi="Gentium Plus"/>
          <w:sz w:val="24"/>
        </w:rPr>
        <w:t>ΕΡΜΗΣ Ὅτι γελοιότατα, ὦ Ἄπολλον, εἶδον.</w:t>
      </w:r>
    </w:p>
    <w:p>
      <w:r>
        <w:rPr>
          <w:rFonts w:ascii="Courier New" w:hAnsi="Courier New"/>
          <w:color w:val="555555"/>
          <w:sz w:val="20"/>
        </w:rPr>
        <w:t>[2]</w:t>
      </w:r>
    </w:p>
    <w:p>
      <w:r>
        <w:rPr>
          <w:rFonts w:ascii="Gentium Plus" w:hAnsi="Gentium Plus"/>
          <w:sz w:val="24"/>
        </w:rPr>
        <w:t>ΑΠΟΛΛΩΝ Εἰπὲ οὖν, ὡς καὶ αὐτὸς ἀκούσας ἔχω ξυγγελᾶν.</w:t>
      </w:r>
    </w:p>
    <w:p>
      <w:r>
        <w:rPr>
          <w:rFonts w:ascii="Courier New" w:hAnsi="Courier New"/>
          <w:color w:val="555555"/>
          <w:sz w:val="20"/>
        </w:rPr>
        <w:t>[3]</w:t>
      </w:r>
    </w:p>
    <w:p>
      <w:r>
        <w:rPr>
          <w:rFonts w:ascii="Gentium Plus" w:hAnsi="Gentium Plus"/>
          <w:sz w:val="24"/>
        </w:rPr>
        <w:t>ΕΡΜΗΣ Ἡ Ἀφροδίτη ξυνοῦσα τῷ Ἄρει κατείληπται καὶ</w:t>
      </w:r>
    </w:p>
    <w:p>
      <w:r>
        <w:rPr>
          <w:rFonts w:ascii="Courier New" w:hAnsi="Courier New"/>
          <w:color w:val="555555"/>
          <w:sz w:val="20"/>
        </w:rPr>
        <w:t>[5]</w:t>
      </w:r>
    </w:p>
    <w:p>
      <w:r>
        <w:rPr>
          <w:rFonts w:ascii="Gentium Plus" w:hAnsi="Gentium Plus"/>
          <w:sz w:val="24"/>
        </w:rPr>
        <w:t>ὁ Ἥφαιστος ἔδησεν αὐτοὺς ξυλλαβών.</w:t>
      </w:r>
    </w:p>
    <w:p>
      <w:r>
        <w:rPr>
          <w:rFonts w:ascii="Courier New" w:hAnsi="Courier New"/>
          <w:color w:val="555555"/>
          <w:sz w:val="20"/>
        </w:rPr>
        <w:t>[5]</w:t>
      </w:r>
    </w:p>
    <w:p>
      <w:r>
        <w:rPr>
          <w:rFonts w:ascii="Gentium Plus" w:hAnsi="Gentium Plus"/>
          <w:sz w:val="24"/>
        </w:rPr>
        <w:t>ΑΠΟΛΛΩΝ Πῶς; ἡδὺ γάρ τι ἐρεῖν ἔοικας.</w:t>
      </w:r>
    </w:p>
    <w:p>
      <w:r>
        <w:rPr>
          <w:rFonts w:ascii="Courier New" w:hAnsi="Courier New"/>
          <w:color w:val="555555"/>
          <w:sz w:val="20"/>
        </w:rPr>
        <w:t>[6]</w:t>
      </w:r>
    </w:p>
    <w:p>
      <w:r>
        <w:rPr>
          <w:rFonts w:ascii="Gentium Plus" w:hAnsi="Gentium Plus"/>
          <w:sz w:val="24"/>
        </w:rPr>
        <w:t>ΕΡΜΗΣ Ἐκ πολλοῦ, οἶμαι, ταῦτα εἰδὼς ἐθήρευεν αὐτούς, καὶ περὶ τὴν εὐνὴν ἀφανῆ δεσμὰ περιθεὶς εἰργά‐ ζετο ἀπελθὼν ἐπὶ τὴν κάμινον· εἶτα ὁ μὲν Ἄρης</w:t>
      </w:r>
    </w:p>
    <w:p>
      <w:r>
        <w:rPr>
          <w:rFonts w:ascii="Courier New" w:hAnsi="Courier New"/>
          <w:color w:val="555555"/>
          <w:sz w:val="20"/>
        </w:rPr>
        <w:t>[10]</w:t>
      </w:r>
    </w:p>
    <w:p>
      <w:r>
        <w:rPr>
          <w:rFonts w:ascii="Gentium Plus" w:hAnsi="Gentium Plus"/>
          <w:sz w:val="24"/>
        </w:rPr>
        <w:t>ἐσέρχεται λαθών, ὡς ᾤετο, καθορᾷ δὲ αὐτὸν ὁ Ἥλιος καὶ λέγει πρὸς τὸν Ἥφαιστον. ἐπεὶ δὲ ἐπέβησαν τοῦ λέχους καὶ ἐν ἔργῳ ἦσαν καὶ ἐντὸς</w:t>
      </w:r>
    </w:p>
    <w:p>
      <w:r>
        <w:rPr>
          <w:rFonts w:ascii="Courier New" w:hAnsi="Courier New"/>
          <w:color w:val="555555"/>
          <w:sz w:val="20"/>
        </w:rPr>
        <w:t>[15]</w:t>
      </w:r>
    </w:p>
    <w:p>
      <w:r>
        <w:rPr>
          <w:rFonts w:ascii="Gentium Plus" w:hAnsi="Gentium Plus"/>
          <w:sz w:val="24"/>
        </w:rPr>
        <w:t>οὖν—καὶ γὰρ ἔτυχε γυμνὴ οὖσα—οὐκ εἶχεν ὅπως ἐγκαλύψαιτο αἰδουμένη, ὁ δὲ Ἄρης τὰ μὲν πρῶτα διαφυγεῖν ἐπειρᾶτο καὶ ἤλπιζε ῥήξειν τὰ δεσμά, ἔπειτα δὲ, συνεὶς ἐν ἀφύκτῳ ἐχόμενον ἑαυτὸν, ἱκέτευεν.</w:t>
      </w:r>
    </w:p>
    <w:p>
      <w:r>
        <w:rPr>
          <w:rFonts w:ascii="Courier New" w:hAnsi="Courier New"/>
          <w:color w:val="555555"/>
          <w:sz w:val="20"/>
        </w:rPr>
        <w:t>[19]</w:t>
      </w:r>
    </w:p>
    <w:p>
      <w:r>
        <w:rPr>
          <w:rFonts w:ascii="Gentium Plus" w:hAnsi="Gentium Plus"/>
          <w:sz w:val="24"/>
        </w:rPr>
        <w:t>ΑΠΟΛΛΩΝ</w:t>
      </w:r>
    </w:p>
    <w:p>
      <w:r>
        <w:rPr>
          <w:rFonts w:ascii="Courier New" w:hAnsi="Courier New"/>
          <w:color w:val="555555"/>
          <w:sz w:val="20"/>
        </w:rPr>
        <w:t>[D Deor . 21 . 2]</w:t>
      </w:r>
    </w:p>
    <w:p>
      <w:r>
        <w:rPr>
          <w:rFonts w:ascii="Gentium Plus" w:hAnsi="Gentium Plus"/>
          <w:sz w:val="24"/>
        </w:rPr>
        <w:t>Τί οὖν; ἀπέλυσεν αὐτὸν ὁ Ἥφαιστος;</w:t>
      </w:r>
    </w:p>
    <w:p>
      <w:r>
        <w:rPr>
          <w:rFonts w:ascii="Courier New" w:hAnsi="Courier New"/>
          <w:color w:val="555555"/>
          <w:sz w:val="20"/>
        </w:rPr>
        <w:t>[1]</w:t>
      </w:r>
    </w:p>
    <w:p>
      <w:r>
        <w:rPr>
          <w:rFonts w:ascii="Gentium Plus" w:hAnsi="Gentium Plus"/>
          <w:sz w:val="24"/>
        </w:rPr>
        <w:t>ΕΡΜΗΣ Οὐδέπω, ἀλλὰ ξυγκαλέσας τοὺς θεοὺς ἐπι‐ δείκνυται τὴν μοιχείαν αὐτοῖς· οἱ δὲ γυμνοὶ ἀμφότεροι κάτω νενευκότες ξυνδεδεμένοι ἐρυθριῶσι,</w:t>
      </w:r>
    </w:p>
    <w:p>
      <w:r>
        <w:rPr>
          <w:rFonts w:ascii="Courier New" w:hAnsi="Courier New"/>
          <w:color w:val="555555"/>
          <w:sz w:val="20"/>
        </w:rPr>
        <w:t>[5]</w:t>
      </w:r>
    </w:p>
    <w:p>
      <w:r>
        <w:rPr>
          <w:rFonts w:ascii="Gentium Plus" w:hAnsi="Gentium Plus"/>
          <w:sz w:val="24"/>
        </w:rPr>
        <w:t>καὶ τὸ θέαμα ἥδιστον ἐμοὶ ἔδοξε μονονουχὶ αὐτὸ γινόμενον τὸ ἔργον.</w:t>
      </w:r>
    </w:p>
    <w:p>
      <w:r>
        <w:rPr>
          <w:rFonts w:ascii="Courier New" w:hAnsi="Courier New"/>
          <w:color w:val="555555"/>
          <w:sz w:val="20"/>
        </w:rPr>
        <w:t>[6]</w:t>
      </w:r>
    </w:p>
    <w:p>
      <w:r>
        <w:rPr>
          <w:rFonts w:ascii="Gentium Plus" w:hAnsi="Gentium Plus"/>
          <w:sz w:val="24"/>
        </w:rPr>
        <w:t>ΑΠΟΛΛΩΝ Ὁ δὲ χαλκεὺς ἐκεῖνος οὐκ αἰδεῖται καὶ αὐτὸς ἐπιδεικνύμενος τὴν αἰσχύνην τοῦ γάμου;</w:t>
      </w:r>
    </w:p>
    <w:p>
      <w:r>
        <w:rPr>
          <w:rFonts w:ascii="Courier New" w:hAnsi="Courier New"/>
          <w:color w:val="555555"/>
          <w:sz w:val="20"/>
        </w:rPr>
        <w:t>[8]</w:t>
      </w:r>
    </w:p>
    <w:p>
      <w:r>
        <w:rPr>
          <w:rFonts w:ascii="Gentium Plus" w:hAnsi="Gentium Plus"/>
          <w:sz w:val="24"/>
        </w:rPr>
        <w:t>ΕΡΜΗΣ Μὰ Δί’, ὅς γε καὶ ἐπιγελᾷ ἐφεστὼς αὐτοῖς.</w:t>
      </w:r>
    </w:p>
    <w:p>
      <w:r>
        <w:rPr>
          <w:rFonts w:ascii="Courier New" w:hAnsi="Courier New"/>
          <w:color w:val="555555"/>
          <w:sz w:val="20"/>
        </w:rPr>
        <w:t>[10]</w:t>
      </w:r>
    </w:p>
    <w:p>
      <w:r>
        <w:rPr>
          <w:rFonts w:ascii="Gentium Plus" w:hAnsi="Gentium Plus"/>
          <w:sz w:val="24"/>
        </w:rPr>
        <w:t>ἐγὼ μέντοι, εἰ χρὴ τἀληθὲς εἰπεῖν, ἐφθόνουν τῷ Ἄρει μὴ μόνον μοιχεύσαντι τὴν καλλίστην θεόν, ἀλλὰ καὶ δεδεμένῳ μετ’ αὐτῆς.</w:t>
      </w:r>
    </w:p>
    <w:p>
      <w:r>
        <w:rPr>
          <w:rFonts w:ascii="Courier New" w:hAnsi="Courier New"/>
          <w:color w:val="555555"/>
          <w:sz w:val="20"/>
        </w:rPr>
        <w:t>[12]</w:t>
      </w:r>
    </w:p>
    <w:p>
      <w:r>
        <w:rPr>
          <w:rFonts w:ascii="Gentium Plus" w:hAnsi="Gentium Plus"/>
          <w:sz w:val="24"/>
        </w:rPr>
        <w:t>ΑΠΟΛΛΩΝ Οὐκοῦν καὶ δεδέσθαι ἂν ὑπέμεινας ἐπὶ τούτῳ;</w:t>
      </w:r>
    </w:p>
    <w:p>
      <w:r>
        <w:rPr>
          <w:rFonts w:ascii="Courier New" w:hAnsi="Courier New"/>
          <w:color w:val="555555"/>
          <w:sz w:val="20"/>
        </w:rPr>
        <w:t>[13]</w:t>
      </w:r>
    </w:p>
    <w:p>
      <w:r>
        <w:rPr>
          <w:rFonts w:ascii="Gentium Plus" w:hAnsi="Gentium Plus"/>
          <w:sz w:val="24"/>
        </w:rPr>
        <w:t>ΕΡΜΗΣ Σὺ δ’ οὐκ ἄν, ὦ Ἄπολλον; ἰδὲ μόνον ἐπελθών·</w:t>
      </w:r>
    </w:p>
    <w:p>
      <w:r>
        <w:rPr>
          <w:rFonts w:ascii="Courier New" w:hAnsi="Courier New"/>
          <w:color w:val="555555"/>
          <w:sz w:val="20"/>
        </w:rPr>
        <w:t>[15]</w:t>
      </w:r>
    </w:p>
    <w:p>
      <w:r>
        <w:rPr>
          <w:rFonts w:ascii="Gentium Plus" w:hAnsi="Gentium Plus"/>
          <w:sz w:val="24"/>
        </w:rPr>
        <w:t>ἐπαινέσομαι γάρ σε, ἢν μὴ τὰ ὅμοια καὶ αὐτὸς</w:t>
      </w:r>
    </w:p>
    <w:p>
      <w:pPr>
        <w:jc w:val="center"/>
      </w:pPr>
      <w:r>
        <w:rPr>
          <w:rFonts w:ascii="Gentium Plus" w:hAnsi="Gentium Plus"/>
          <w:b/>
          <w:sz w:val="24"/>
        </w:rPr>
        <w:t>ΗΡΑΣ ΚΑΙ ΔΙΟΣ</w:t>
      </w:r>
    </w:p>
    <w:p>
      <w:r>
        <w:rPr>
          <w:rFonts w:ascii="Courier New" w:hAnsi="Courier New"/>
          <w:color w:val="555555"/>
          <w:sz w:val="20"/>
        </w:rPr>
        <w:t>[D Deor . 22 . 1]</w:t>
      </w:r>
    </w:p>
    <w:p>
      <w:r>
        <w:rPr>
          <w:rFonts w:ascii="Gentium Plus" w:hAnsi="Gentium Plus"/>
          <w:sz w:val="24"/>
        </w:rPr>
        <w:t>ΗΡΑ</w:t>
      </w:r>
    </w:p>
    <w:p>
      <w:r>
        <w:rPr>
          <w:rFonts w:ascii="Courier New" w:hAnsi="Courier New"/>
          <w:color w:val="555555"/>
          <w:sz w:val="20"/>
        </w:rPr>
        <w:t>[1]</w:t>
      </w:r>
    </w:p>
    <w:p>
      <w:r>
        <w:rPr>
          <w:rFonts w:ascii="Gentium Plus" w:hAnsi="Gentium Plus"/>
          <w:sz w:val="24"/>
        </w:rPr>
        <w:t>Ἐγὼ μὲν ᾐσχυνόμην ἄν, ὦ Ζεῦ, εἴ μοι τοιοῦτος υἱὸς ἦν, θῆλυς οὕτω καὶ διεφθαρμένος ὑπὸ τῆς μέθης, μίτρᾳ μὲν ἀναδεδεμένος τὴν κόμην, τὰ πολλὰ δὲ μαινομέναις γυναιξὶ συνών, ἁβρότερος</w:t>
      </w:r>
    </w:p>
    <w:p>
      <w:r>
        <w:rPr>
          <w:rFonts w:ascii="Courier New" w:hAnsi="Courier New"/>
          <w:color w:val="555555"/>
          <w:sz w:val="20"/>
        </w:rPr>
        <w:t>[5]</w:t>
      </w:r>
    </w:p>
    <w:p>
      <w:r>
        <w:rPr>
          <w:rFonts w:ascii="Gentium Plus" w:hAnsi="Gentium Plus"/>
          <w:sz w:val="24"/>
        </w:rPr>
        <w:t>αὐτῶν ἐκείνων, ὑπὸ τυμπάνοις καὶ αὐλῷ καὶ κυμβάλοις χορεύων, καὶ ὅλως παντὶ μᾶλλον ἐοικὼς ἢ σοὶ τῷ πατρί.</w:t>
      </w:r>
    </w:p>
    <w:p>
      <w:r>
        <w:rPr>
          <w:rFonts w:ascii="Courier New" w:hAnsi="Courier New"/>
          <w:color w:val="555555"/>
          <w:sz w:val="20"/>
        </w:rPr>
        <w:t>[7]</w:t>
      </w:r>
    </w:p>
    <w:p>
      <w:r>
        <w:rPr>
          <w:rFonts w:ascii="Gentium Plus" w:hAnsi="Gentium Plus"/>
          <w:sz w:val="24"/>
        </w:rPr>
        <w:t>ΖΕΥΣ Καὶ μὴν οὗτός γε ὁ θηλυμίτρης, ὁ ἁβρότερος τῶν γυναικῶν οὐ μόνον, ὦ Ἥρα, τὴν Λυδίαν ἐχει‐</w:t>
      </w:r>
    </w:p>
    <w:p>
      <w:r>
        <w:rPr>
          <w:rFonts w:ascii="Courier New" w:hAnsi="Courier New"/>
          <w:color w:val="555555"/>
          <w:sz w:val="20"/>
        </w:rPr>
        <w:t>[10]</w:t>
      </w:r>
    </w:p>
    <w:p>
      <w:r>
        <w:rPr>
          <w:rFonts w:ascii="Gentium Plus" w:hAnsi="Gentium Plus"/>
          <w:sz w:val="24"/>
        </w:rPr>
        <w:t>ρώσατο καὶ τοὺς κατοικοῦντας τὸν Τμῶλον ἔλαβε καὶ Θρᾷκας ὑπηγάγετο, ἀλλὰ καὶ ἐπ’ Ἰνδοὺς ἐλάσας τῷ γυναικείῳ τούτῳ στρατιωτικῷ τούς τε ἐλέφαντας εἷλε καὶ τῆς χώρας ἐκράτησε καὶ τὸν βασιλέα πρὸς ὀλίγον ἀντιστῆναι τολμήσαντα αἰχμά‐</w:t>
      </w:r>
    </w:p>
    <w:p>
      <w:r>
        <w:rPr>
          <w:rFonts w:ascii="Courier New" w:hAnsi="Courier New"/>
          <w:color w:val="555555"/>
          <w:sz w:val="20"/>
        </w:rPr>
        <w:t>[15]</w:t>
      </w:r>
    </w:p>
    <w:p>
      <w:r>
        <w:rPr>
          <w:rFonts w:ascii="Gentium Plus" w:hAnsi="Gentium Plus"/>
          <w:sz w:val="24"/>
        </w:rPr>
        <w:t>λωτον ἀπήγαγε, καὶ ταῦτα πάντα ἔπραξεν ὀρχού‐ μενος ἅμα καὶ χορεύων θύρσοις χρώμενος κιττί‐</w:t>
      </w:r>
    </w:p>
    <w:p>
      <w:r>
        <w:rPr>
          <w:rFonts w:ascii="Courier New" w:hAnsi="Courier New"/>
          <w:color w:val="555555"/>
          <w:sz w:val="20"/>
        </w:rPr>
        <w:t>[20]</w:t>
      </w:r>
    </w:p>
    <w:p>
      <w:r>
        <w:rPr>
          <w:rFonts w:ascii="Gentium Plus" w:hAnsi="Gentium Plus"/>
          <w:sz w:val="24"/>
        </w:rPr>
        <w:t>τοῖς κλήμασιν ἢ διασπασθῆναι ποιήσας ὑπὸ τῆς μητρὸς ὥσπερ νεβρόν. ὁρᾷς ὡς ἀνδρεῖα ταῦτα καὶ οὐκ ἀνάξια τοῦ πατρός; εἰ δὲ παιδιὰ καὶ τρυφὴ πρόσεστιν αὐτοῖς, οὐδεὶς φθόνος, καὶ μάλιστα εἰ λογίσαιτό τις, οἷος ἂν οὗτος νήφων ἦν, ὅπου</w:t>
      </w:r>
    </w:p>
    <w:p>
      <w:r>
        <w:rPr>
          <w:rFonts w:ascii="Courier New" w:hAnsi="Courier New"/>
          <w:color w:val="555555"/>
          <w:sz w:val="20"/>
        </w:rPr>
        <w:t>[25]</w:t>
      </w:r>
    </w:p>
    <w:p>
      <w:r>
        <w:rPr>
          <w:rFonts w:ascii="Gentium Plus" w:hAnsi="Gentium Plus"/>
          <w:sz w:val="24"/>
        </w:rPr>
        <w:t>ταῦτα μεθύων ποιεῖ.</w:t>
      </w:r>
    </w:p>
    <w:p>
      <w:r>
        <w:rPr>
          <w:rFonts w:ascii="Courier New" w:hAnsi="Courier New"/>
          <w:color w:val="555555"/>
          <w:sz w:val="20"/>
        </w:rPr>
        <w:t>[25]</w:t>
      </w:r>
    </w:p>
    <w:p>
      <w:r>
        <w:rPr>
          <w:rFonts w:ascii="Gentium Plus" w:hAnsi="Gentium Plus"/>
          <w:sz w:val="24"/>
        </w:rPr>
        <w:t>ΗΡΑ</w:t>
      </w:r>
    </w:p>
    <w:p>
      <w:r>
        <w:rPr>
          <w:rFonts w:ascii="Courier New" w:hAnsi="Courier New"/>
          <w:color w:val="555555"/>
          <w:sz w:val="20"/>
        </w:rPr>
        <w:t>[D Deor . 22 . 2]</w:t>
      </w:r>
    </w:p>
    <w:p>
      <w:r>
        <w:rPr>
          <w:rFonts w:ascii="Gentium Plus" w:hAnsi="Gentium Plus"/>
          <w:sz w:val="24"/>
        </w:rPr>
        <w:t>Σύ μοι δοκεῖς ἐπαινέσεσθαι καὶ τὸ εὕρεμα αὐτοῦ, τὴν ἄμπελον καὶ τὸν οἶνον, καὶ ταῦτα ὁρῶν οἷα οἱ μεθυσθέντες ποιοῦσι σφαλλόμενοι καὶ πρὸς ὕβριν τρεπόμενοι καὶ ὅλως μεμηνότες ὑπὸ τοῦ ποτοῦ·</w:t>
      </w:r>
    </w:p>
    <w:p>
      <w:r>
        <w:rPr>
          <w:rFonts w:ascii="Courier New" w:hAnsi="Courier New"/>
          <w:color w:val="555555"/>
          <w:sz w:val="20"/>
        </w:rPr>
        <w:t>[5]</w:t>
      </w:r>
    </w:p>
    <w:p>
      <w:r>
        <w:rPr>
          <w:rFonts w:ascii="Gentium Plus" w:hAnsi="Gentium Plus"/>
          <w:sz w:val="24"/>
        </w:rPr>
        <w:t>τὸν γοῦν Ἰκάριον, ᾧ πρώτῳ ἔδωκεν τὸ κλῆμα, οἱ ξυμπόται αὐτοὶ διέφθειραν παίοντες ταῖς δικέλλαις.</w:t>
      </w:r>
    </w:p>
    <w:p>
      <w:r>
        <w:rPr>
          <w:rFonts w:ascii="Courier New" w:hAnsi="Courier New"/>
          <w:color w:val="555555"/>
          <w:sz w:val="20"/>
        </w:rPr>
        <w:t>[7]</w:t>
      </w:r>
    </w:p>
    <w:p>
      <w:r>
        <w:rPr>
          <w:rFonts w:ascii="Gentium Plus" w:hAnsi="Gentium Plus"/>
          <w:sz w:val="24"/>
        </w:rPr>
        <w:t>ΖΕΥΣ Οὐδὲν τοῦτο φῄς· οὐ γὰρ οἶνος ταῦτα οὐδὲ ὁ Διόνυ‐ σος ποιεῖ, τὸ δὲ ἄμετρον τῆς πόσεως καὶ τὸ πέρα τοῦ</w:t>
      </w:r>
    </w:p>
    <w:p>
      <w:r>
        <w:rPr>
          <w:rFonts w:ascii="Courier New" w:hAnsi="Courier New"/>
          <w:color w:val="555555"/>
          <w:sz w:val="20"/>
        </w:rPr>
        <w:t>[10]</w:t>
      </w:r>
    </w:p>
    <w:p>
      <w:r>
        <w:rPr>
          <w:rFonts w:ascii="Gentium Plus" w:hAnsi="Gentium Plus"/>
          <w:sz w:val="24"/>
        </w:rPr>
        <w:t>καλῶς ἔχοντος ἐμφορεῖσθαι τοῦ ἀκράτου. ὃς δ’ ἂν ἔμμετρα πίνῃ, ἱλαρώτερος μὲν καὶ ἡδίων γένοιτ’ ἄν· οἷον δὲ ὁ Ἰκάριος ἔπαθεν, οὐδὲν ἂν ἐργάσαιτο οὐδένα τῶν ξυμποτῶν. ἀλλὰ σὺ ἔτι ζηλοτυπεῖν ἔοικας, ὦ Ἥρα, καὶ τῆς Σεμέλης μνημονεύειν, ἥ</w:t>
      </w:r>
    </w:p>
    <w:p>
      <w:r>
        <w:rPr>
          <w:rFonts w:ascii="Courier New" w:hAnsi="Courier New"/>
          <w:color w:val="555555"/>
          <w:sz w:val="20"/>
        </w:rPr>
        <w:t>[15]</w:t>
      </w:r>
    </w:p>
    <w:p>
      <w:r>
        <w:rPr>
          <w:rFonts w:ascii="Gentium Plus" w:hAnsi="Gentium Plus"/>
          <w:sz w:val="24"/>
        </w:rPr>
        <w:t>γε διαβάλλεις τοῦ Διονύσου τὰ κάλλιστα.</w:t>
      </w:r>
    </w:p>
    <w:p>
      <w:pPr>
        <w:jc w:val="center"/>
      </w:pPr>
      <w:r>
        <w:rPr>
          <w:rFonts w:ascii="Gentium Plus" w:hAnsi="Gentium Plus"/>
          <w:b/>
          <w:sz w:val="24"/>
        </w:rPr>
        <w:t>ΑΦΡΟΔΙΤΗΣ ΚΑΙ ΕΡΩΤΟΣ</w:t>
      </w:r>
    </w:p>
    <w:p>
      <w:r>
        <w:rPr>
          <w:rFonts w:ascii="Courier New" w:hAnsi="Courier New"/>
          <w:color w:val="555555"/>
          <w:sz w:val="20"/>
        </w:rPr>
        <w:t>[D Deor . 23 . 1]</w:t>
      </w:r>
    </w:p>
    <w:p>
      <w:r>
        <w:rPr>
          <w:rFonts w:ascii="Gentium Plus" w:hAnsi="Gentium Plus"/>
          <w:sz w:val="24"/>
        </w:rPr>
        <w:t>ΑΦΡΟΔΙΤΗ</w:t>
      </w:r>
    </w:p>
    <w:p>
      <w:r>
        <w:rPr>
          <w:rFonts w:ascii="Courier New" w:hAnsi="Courier New"/>
          <w:color w:val="555555"/>
          <w:sz w:val="20"/>
        </w:rPr>
        <w:t>[1]</w:t>
      </w:r>
    </w:p>
    <w:p>
      <w:r>
        <w:rPr>
          <w:rFonts w:ascii="Gentium Plus" w:hAnsi="Gentium Plus"/>
          <w:sz w:val="24"/>
        </w:rPr>
        <w:t>Τί δήποτε, ὦ Ἔρως, τοὺς μὲν ἄλλους θεοὺς κατηγωνίσω ἅπαντας, τὸν Δία, τὸν Ποσειδῶ, τὸν Ἀπόλλω, τὴν Ῥέαν, ἐμὲ τὴν μητέρα, μόνης δὲ ἀπέχῃ τῆς Ἀθηνᾶς καὶ ἐπ’ ἐκείνης ἄπυρος μέν σοι</w:t>
      </w:r>
    </w:p>
    <w:p>
      <w:r>
        <w:rPr>
          <w:rFonts w:ascii="Courier New" w:hAnsi="Courier New"/>
          <w:color w:val="555555"/>
          <w:sz w:val="20"/>
        </w:rPr>
        <w:t>[5]</w:t>
      </w:r>
    </w:p>
    <w:p>
      <w:r>
        <w:rPr>
          <w:rFonts w:ascii="Gentium Plus" w:hAnsi="Gentium Plus"/>
          <w:sz w:val="24"/>
        </w:rPr>
        <w:t>ἡ δᾴς, κενὴ δὲ οἰστῶν ἡ φαρέτρα, σὺ δὲ ἄτοξος εἶ καὶ ἄστοχος;</w:t>
      </w:r>
    </w:p>
    <w:p>
      <w:r>
        <w:rPr>
          <w:rFonts w:ascii="Courier New" w:hAnsi="Courier New"/>
          <w:color w:val="555555"/>
          <w:sz w:val="20"/>
        </w:rPr>
        <w:t>[6]</w:t>
      </w:r>
    </w:p>
    <w:p>
      <w:r>
        <w:rPr>
          <w:rFonts w:ascii="Gentium Plus" w:hAnsi="Gentium Plus"/>
          <w:sz w:val="24"/>
        </w:rPr>
        <w:t>ΕΡΩΣ Δέδια, ὦ μῆτερ, αὐτήν· φοβερὰ γάρ ἐστι καὶ χαροπὴ καὶ δεινῶς ἀνδρική· ὁπόταν γοῦν ἐντεινά‐ μενος τὸ τόξον ἴω ἐπ’ αὐτήν, ἐπισείουσα τὸν</w:t>
      </w:r>
    </w:p>
    <w:p>
      <w:r>
        <w:rPr>
          <w:rFonts w:ascii="Courier New" w:hAnsi="Courier New"/>
          <w:color w:val="555555"/>
          <w:sz w:val="20"/>
        </w:rPr>
        <w:t>[10]</w:t>
      </w:r>
    </w:p>
    <w:p>
      <w:r>
        <w:rPr>
          <w:rFonts w:ascii="Gentium Plus" w:hAnsi="Gentium Plus"/>
          <w:sz w:val="24"/>
        </w:rPr>
        <w:t>λόφον ἐκπλήττει με καὶ ὑπότρομος γίνομαι καὶ ἀπορρεῖ μου τὰ τοξεύματα ἐκ τῶν χειρῶν.</w:t>
      </w:r>
    </w:p>
    <w:p>
      <w:r>
        <w:rPr>
          <w:rFonts w:ascii="Courier New" w:hAnsi="Courier New"/>
          <w:color w:val="555555"/>
          <w:sz w:val="20"/>
        </w:rPr>
        <w:t>[11]</w:t>
      </w:r>
    </w:p>
    <w:p>
      <w:r>
        <w:rPr>
          <w:rFonts w:ascii="Gentium Plus" w:hAnsi="Gentium Plus"/>
          <w:sz w:val="24"/>
        </w:rPr>
        <w:t>ΑΦΡΟΔΙΤΗ Ὁ Ἄρης γὰρ οὐ φοβερώτερος ἦν; καὶ ὅμως ἀφώπλισας αὐτὸν καὶ νενίκηκας.</w:t>
      </w:r>
    </w:p>
    <w:p>
      <w:r>
        <w:rPr>
          <w:rFonts w:ascii="Courier New" w:hAnsi="Courier New"/>
          <w:color w:val="555555"/>
          <w:sz w:val="20"/>
        </w:rPr>
        <w:t>[13]</w:t>
      </w:r>
    </w:p>
    <w:p>
      <w:r>
        <w:rPr>
          <w:rFonts w:ascii="Gentium Plus" w:hAnsi="Gentium Plus"/>
          <w:sz w:val="24"/>
        </w:rPr>
        <w:t>ΕΡΩΣ Ἀλλὰ ἐκεῖνος ἑκὼν προσίεταί με καὶ προσκα‐</w:t>
      </w:r>
    </w:p>
    <w:p>
      <w:r>
        <w:rPr>
          <w:rFonts w:ascii="Courier New" w:hAnsi="Courier New"/>
          <w:color w:val="555555"/>
          <w:sz w:val="20"/>
        </w:rPr>
        <w:t>[15]</w:t>
      </w:r>
    </w:p>
    <w:p>
      <w:r>
        <w:rPr>
          <w:rFonts w:ascii="Gentium Plus" w:hAnsi="Gentium Plus"/>
          <w:sz w:val="24"/>
        </w:rPr>
        <w:t>λεῖται, ἡ Ἀθηνᾶ δὲ ὑφορᾶται ἀεί, καί ποτε ἐγὼ μὲν ἄλλως παρέπτην πλησίον ἔχων τὴν λαμπάδα, ἡ δέ, Εἴ μοι πρόσει, φησί, νὴ τὸν πατέρα, τῷ δορατίῳ σε διαπείρασα ἢ τοῦ ποδὸς λαβομένη καὶ ἐς τὸν Τάρταρον ἐμβαλοῦσα ἢ αὐτὴ διασπασαμένη—</w:t>
      </w:r>
    </w:p>
    <w:p>
      <w:r>
        <w:rPr>
          <w:rFonts w:ascii="Courier New" w:hAnsi="Courier New"/>
          <w:color w:val="555555"/>
          <w:sz w:val="20"/>
        </w:rPr>
        <w:t>[20]</w:t>
      </w:r>
    </w:p>
    <w:p>
      <w:r>
        <w:rPr>
          <w:rFonts w:ascii="Gentium Plus" w:hAnsi="Gentium Plus"/>
          <w:sz w:val="24"/>
        </w:rPr>
        <w:t>πολλὰ τοιαῦτα ἠπείλησε· καὶ ὁρᾷ δὲ δριμὺ καὶ ἐπὶ τοῦ στήθους ἔχει πρόσωπόν τι φοβερὸν ἐχίδναις κατάκομον, ὅπερ ἐγὼ μάλιστα δέδια· μορμολύτ‐</w:t>
      </w:r>
    </w:p>
    <w:p>
      <w:r>
        <w:rPr>
          <w:rFonts w:ascii="Courier New" w:hAnsi="Courier New"/>
          <w:color w:val="555555"/>
          <w:sz w:val="20"/>
        </w:rPr>
        <w:t>[23]</w:t>
      </w:r>
    </w:p>
    <w:p>
      <w:r>
        <w:rPr>
          <w:rFonts w:ascii="Gentium Plus" w:hAnsi="Gentium Plus"/>
          <w:sz w:val="24"/>
        </w:rPr>
        <w:t>ΑΦΡΟΔΙΤΗ</w:t>
      </w:r>
    </w:p>
    <w:p>
      <w:r>
        <w:rPr>
          <w:rFonts w:ascii="Courier New" w:hAnsi="Courier New"/>
          <w:color w:val="555555"/>
          <w:sz w:val="20"/>
        </w:rPr>
        <w:t>[D Deor . 23 . 2]</w:t>
      </w:r>
    </w:p>
    <w:p>
      <w:r>
        <w:rPr>
          <w:rFonts w:ascii="Gentium Plus" w:hAnsi="Gentium Plus"/>
          <w:sz w:val="24"/>
        </w:rPr>
        <w:t>Ἀλλὰ τὴν μὲν Ἀθηνᾶν δέδιας, ὡς φῄς, καὶ τὴν Γοργόνα, καὶ ταῦτα μὴ φοβηθεὶς τὸν κεραυνὸν τοῦ Διός. αἱ δὲ Μοῦσαι διὰ τί σοι ἄτρωτοι καὶ ἔξω βελῶν εἰσιν; κἀκεῖναι λόφους ἐπισείουσιν καὶ</w:t>
      </w:r>
    </w:p>
    <w:p>
      <w:r>
        <w:rPr>
          <w:rFonts w:ascii="Courier New" w:hAnsi="Courier New"/>
          <w:color w:val="555555"/>
          <w:sz w:val="20"/>
        </w:rPr>
        <w:t>[5]</w:t>
      </w:r>
    </w:p>
    <w:p>
      <w:r>
        <w:rPr>
          <w:rFonts w:ascii="Gentium Plus" w:hAnsi="Gentium Plus"/>
          <w:sz w:val="24"/>
        </w:rPr>
        <w:t>Γοργόνας προφαίνουσιν;</w:t>
      </w:r>
    </w:p>
    <w:p>
      <w:r>
        <w:rPr>
          <w:rFonts w:ascii="Courier New" w:hAnsi="Courier New"/>
          <w:color w:val="555555"/>
          <w:sz w:val="20"/>
        </w:rPr>
        <w:t>[5]</w:t>
      </w:r>
    </w:p>
    <w:p>
      <w:r>
        <w:rPr>
          <w:rFonts w:ascii="Gentium Plus" w:hAnsi="Gentium Plus"/>
          <w:sz w:val="24"/>
        </w:rPr>
        <w:t>ΕΡΩΣ Αἰδοῦμαι αὐτάς, ὦ μῆτερ· σεμναὶ γάρ εἰσιν καὶ ἀεί τι φροντίζουσιν καὶ περὶ ᾠδὴν ἔχουσι καὶ ἐγὼ παρίσταμαι πολλάκις αὐταῖς κηλούμενος ὑπὸ τοῦ μέλους.</w:t>
      </w:r>
    </w:p>
    <w:p>
      <w:r>
        <w:rPr>
          <w:rFonts w:ascii="Courier New" w:hAnsi="Courier New"/>
          <w:color w:val="555555"/>
          <w:sz w:val="20"/>
        </w:rPr>
        <w:t>[9]</w:t>
      </w:r>
    </w:p>
    <w:p>
      <w:r>
        <w:rPr>
          <w:rFonts w:ascii="Gentium Plus" w:hAnsi="Gentium Plus"/>
          <w:sz w:val="24"/>
        </w:rPr>
        <w:t>ΑΦΡΟΔΙΤΗ</w:t>
      </w:r>
    </w:p>
    <w:p>
      <w:r>
        <w:rPr>
          <w:rFonts w:ascii="Courier New" w:hAnsi="Courier New"/>
          <w:color w:val="555555"/>
          <w:sz w:val="20"/>
        </w:rPr>
        <w:t>[10]</w:t>
      </w:r>
    </w:p>
    <w:p>
      <w:r>
        <w:rPr>
          <w:rFonts w:ascii="Gentium Plus" w:hAnsi="Gentium Plus"/>
          <w:sz w:val="24"/>
        </w:rPr>
        <w:t>Ἔα καὶ ταύτας, ὅτι σεμναί· τὴν δὲ Ἄρτεμιν τίνος ἕνεκα οὐ τιτρώσκεις;</w:t>
      </w:r>
    </w:p>
    <w:p>
      <w:r>
        <w:rPr>
          <w:rFonts w:ascii="Courier New" w:hAnsi="Courier New"/>
          <w:color w:val="555555"/>
          <w:sz w:val="20"/>
        </w:rPr>
        <w:t>[11]</w:t>
      </w:r>
    </w:p>
    <w:p>
      <w:r>
        <w:rPr>
          <w:rFonts w:ascii="Gentium Plus" w:hAnsi="Gentium Plus"/>
          <w:sz w:val="24"/>
        </w:rPr>
        <w:t>ΕΡΩΣ Τὸ μὲν ὅλον οὐδὲ καταλαβεῖν αὐτὴν οἷόν τε φεύγουσαν ἀεὶ διὰ τῶν ὀρῶν· εἶτα καὶ ἴδιόν τινα ἔρωτα ἤδη ἐρᾷ.</w:t>
      </w:r>
    </w:p>
    <w:p>
      <w:r>
        <w:rPr>
          <w:rFonts w:ascii="Courier New" w:hAnsi="Courier New"/>
          <w:color w:val="555555"/>
          <w:sz w:val="20"/>
        </w:rPr>
        <w:t>[14]</w:t>
      </w:r>
    </w:p>
    <w:p>
      <w:r>
        <w:rPr>
          <w:rFonts w:ascii="Gentium Plus" w:hAnsi="Gentium Plus"/>
          <w:sz w:val="24"/>
        </w:rPr>
        <w:t>ΑΦΡΟΔΙΤΗ</w:t>
      </w:r>
    </w:p>
    <w:p>
      <w:r>
        <w:rPr>
          <w:rFonts w:ascii="Courier New" w:hAnsi="Courier New"/>
          <w:color w:val="555555"/>
          <w:sz w:val="20"/>
        </w:rPr>
        <w:t>[15]</w:t>
      </w:r>
    </w:p>
    <w:p>
      <w:r>
        <w:rPr>
          <w:rFonts w:ascii="Gentium Plus" w:hAnsi="Gentium Plus"/>
          <w:sz w:val="24"/>
        </w:rPr>
        <w:t>Τίνος, ὦ τέκνον;</w:t>
      </w:r>
    </w:p>
    <w:p>
      <w:r>
        <w:rPr>
          <w:rFonts w:ascii="Courier New" w:hAnsi="Courier New"/>
          <w:color w:val="555555"/>
          <w:sz w:val="20"/>
        </w:rPr>
        <w:t>[15]</w:t>
      </w:r>
    </w:p>
    <w:p>
      <w:r>
        <w:rPr>
          <w:rFonts w:ascii="Gentium Plus" w:hAnsi="Gentium Plus"/>
          <w:sz w:val="24"/>
        </w:rPr>
        <w:t>ΕΡΩΣ Θήρας καὶ ἐλάφων καὶ νεβρῶν, αἱρεῖν τε διώ‐ κουσα καὶ κατατοξεύειν, καὶ ὅλως πρὸς τῷ τοιούτῳ ἐστίν· ἐπεὶ τόν γε ἀδελφὸν αὐτῆς, καίτοι τοξότην καὶ αὐτὸν ὄντα καὶ ἑκηβόλον—</w:t>
      </w:r>
    </w:p>
    <w:p>
      <w:r>
        <w:rPr>
          <w:rFonts w:ascii="Courier New" w:hAnsi="Courier New"/>
          <w:color w:val="555555"/>
          <w:sz w:val="20"/>
        </w:rPr>
        <w:t>[19]</w:t>
      </w:r>
    </w:p>
    <w:p>
      <w:r>
        <w:rPr>
          <w:rFonts w:ascii="Gentium Plus" w:hAnsi="Gentium Plus"/>
          <w:sz w:val="24"/>
        </w:rPr>
        <w:t>ΑΦΡΟΔΙΤΗ</w:t>
      </w:r>
    </w:p>
    <w:p>
      <w:r>
        <w:rPr>
          <w:rFonts w:ascii="Courier New" w:hAnsi="Courier New"/>
          <w:color w:val="555555"/>
          <w:sz w:val="20"/>
        </w:rPr>
        <w:t>[20]</w:t>
      </w:r>
    </w:p>
    <w:p>
      <w:r>
        <w:rPr>
          <w:rFonts w:ascii="Gentium Plus" w:hAnsi="Gentium Plus"/>
          <w:sz w:val="24"/>
        </w:rPr>
        <w:t>Οἶδα, ὦ τέκνον, πολλὰ ἐκεῖνον ἐτόξευσας.</w:t>
      </w:r>
    </w:p>
    <w:p>
      <w:pPr>
        <w:jc w:val="center"/>
      </w:pPr>
      <w:r>
        <w:rPr>
          <w:rFonts w:ascii="Gentium Plus" w:hAnsi="Gentium Plus"/>
          <w:b/>
          <w:sz w:val="24"/>
        </w:rPr>
        <w:t>ΔΙΟΣ ΚΑΙ ΗΛΙΟΥ</w:t>
      </w:r>
    </w:p>
    <w:p>
      <w:r>
        <w:rPr>
          <w:rFonts w:ascii="Courier New" w:hAnsi="Courier New"/>
          <w:color w:val="555555"/>
          <w:sz w:val="20"/>
        </w:rPr>
        <w:t>[D Deor . 24 . 1]</w:t>
      </w:r>
    </w:p>
    <w:p>
      <w:r>
        <w:rPr>
          <w:rFonts w:ascii="Gentium Plus" w:hAnsi="Gentium Plus"/>
          <w:sz w:val="24"/>
        </w:rPr>
        <w:t>ΖΕΥΣ</w:t>
      </w:r>
    </w:p>
    <w:p>
      <w:r>
        <w:rPr>
          <w:rFonts w:ascii="Courier New" w:hAnsi="Courier New"/>
          <w:color w:val="555555"/>
          <w:sz w:val="20"/>
        </w:rPr>
        <w:t>[1]</w:t>
      </w:r>
    </w:p>
    <w:p>
      <w:r>
        <w:rPr>
          <w:rFonts w:ascii="Gentium Plus" w:hAnsi="Gentium Plus"/>
          <w:sz w:val="24"/>
        </w:rPr>
        <w:t>Οἷα πεποίηκας, ὦ Τιτάνων κάκιστε; ἀπο‐ λώλεκας τὰ ἐν τῇ γῇ ἅπαντα, μειρακίῳ ἀνοήτῳ πιστεύσας τὸ ἅρμα, ὃς τὰ μὲν κατέφλεξε πρόσγειος ἐνεχθείς, τὰ δὲ ὑπὸ κρύους διαφθαρῆναι ἐποίησε</w:t>
      </w:r>
    </w:p>
    <w:p>
      <w:r>
        <w:rPr>
          <w:rFonts w:ascii="Courier New" w:hAnsi="Courier New"/>
          <w:color w:val="555555"/>
          <w:sz w:val="20"/>
        </w:rPr>
        <w:t>[5]</w:t>
      </w:r>
    </w:p>
    <w:p>
      <w:r>
        <w:rPr>
          <w:rFonts w:ascii="Gentium Plus" w:hAnsi="Gentium Plus"/>
          <w:sz w:val="24"/>
        </w:rPr>
        <w:t>πολὺ αὐτῶν ἀποσπάσας τὸ πῦρ, καὶ ὅλως οὐδὲν ὅ τι οὐ ξυνετάραξε καὶ ξυνέχεε, καὶ εἰ μὴ ἐγὼ ξυνεὶς τὸ γιγνόμενον κατέβαλον αὐτὸν τῷ κεραυνῷ, οὐδὲ λείψανον ἀνθρώπων ἐπέμεινεν ἄν· τοιοῦτον ἡμῖν τὸν καλὸν ἡνίοχον καὶ διφρηλάτην ἐκπέπομφας.</w:t>
      </w:r>
    </w:p>
    <w:p>
      <w:r>
        <w:rPr>
          <w:rFonts w:ascii="Courier New" w:hAnsi="Courier New"/>
          <w:color w:val="555555"/>
          <w:sz w:val="20"/>
        </w:rPr>
        <w:t>[9]</w:t>
      </w:r>
    </w:p>
    <w:p>
      <w:r>
        <w:rPr>
          <w:rFonts w:ascii="Gentium Plus" w:hAnsi="Gentium Plus"/>
          <w:sz w:val="24"/>
        </w:rPr>
        <w:t>ΗΛΙΟΣ</w:t>
      </w:r>
    </w:p>
    <w:p>
      <w:r>
        <w:rPr>
          <w:rFonts w:ascii="Courier New" w:hAnsi="Courier New"/>
          <w:color w:val="555555"/>
          <w:sz w:val="20"/>
        </w:rPr>
        <w:t>[10]</w:t>
      </w:r>
    </w:p>
    <w:p>
      <w:r>
        <w:rPr>
          <w:rFonts w:ascii="Gentium Plus" w:hAnsi="Gentium Plus"/>
          <w:sz w:val="24"/>
        </w:rPr>
        <w:t>Ἥμαρτον, ὦ Ζεῦ, ἀλλὰ μὴ χαλέπαινε, εἰ ἐπεί‐ σθην υἱῷ πολλὰ ἱκετεύοντι· πόθεν γὰρ ἂν καὶ ἤλπισα τηλικοῦτο γενήσεσθαι κακόν;</w:t>
      </w:r>
    </w:p>
    <w:p>
      <w:r>
        <w:rPr>
          <w:rFonts w:ascii="Courier New" w:hAnsi="Courier New"/>
          <w:color w:val="555555"/>
          <w:sz w:val="20"/>
        </w:rPr>
        <w:t>[12]</w:t>
      </w:r>
    </w:p>
    <w:p>
      <w:r>
        <w:rPr>
          <w:rFonts w:ascii="Gentium Plus" w:hAnsi="Gentium Plus"/>
          <w:sz w:val="24"/>
        </w:rPr>
        <w:t>ΖΕΥΣ Οὐκ ᾔδεις, ὅσης ἐδεῖτο ἀκριβείας τὸ πρᾶγμα καὶ ὡς, εἰ βραχύ τις ἐκβαίη τῆς ὁδοῦ, οἴχεται πάντα;</w:t>
      </w:r>
    </w:p>
    <w:p>
      <w:r>
        <w:rPr>
          <w:rFonts w:ascii="Courier New" w:hAnsi="Courier New"/>
          <w:color w:val="555555"/>
          <w:sz w:val="20"/>
        </w:rPr>
        <w:t>[15]</w:t>
      </w:r>
    </w:p>
    <w:p>
      <w:r>
        <w:rPr>
          <w:rFonts w:ascii="Gentium Plus" w:hAnsi="Gentium Plus"/>
          <w:sz w:val="24"/>
        </w:rPr>
        <w:t>ἠγνόεις δὲ καὶ τῶν ἵππων τὸν θυμόν, ὡς δεῖ ξυνέχειν ἀνάγκῃ τὸν χαλινόν; εἰ γὰρ ἐνδοίη τις, ἀφηνιάζου‐ σιν εὐθύς, ὥσπερ ἀμέλει καὶ τοῦτον ἐξήνεγκαν, ἄρτι μὲν ἐπὶ τὰ λαιά, μετ’ ὀλίγον δὲ ἐπὶ τὰ δεξιά, καὶ ἐς τὸ ἐναντίον τοῦ δρόμου ἐνίοτε, καὶ ἄνω καὶ</w:t>
      </w:r>
    </w:p>
    <w:p>
      <w:r>
        <w:rPr>
          <w:rFonts w:ascii="Courier New" w:hAnsi="Courier New"/>
          <w:color w:val="555555"/>
          <w:sz w:val="20"/>
        </w:rPr>
        <w:t>[20]</w:t>
      </w:r>
    </w:p>
    <w:p>
      <w:r>
        <w:rPr>
          <w:rFonts w:ascii="Gentium Plus" w:hAnsi="Gentium Plus"/>
          <w:sz w:val="24"/>
        </w:rPr>
        <w:t>κάτω, ὅλως ἔνθα ἐβούλοντο αὐτοί· ὁ δὲ οὐκ</w:t>
      </w:r>
    </w:p>
    <w:p>
      <w:r>
        <w:rPr>
          <w:rFonts w:ascii="Courier New" w:hAnsi="Courier New"/>
          <w:color w:val="555555"/>
          <w:sz w:val="20"/>
        </w:rPr>
        <w:t>[21]</w:t>
      </w:r>
    </w:p>
    <w:p>
      <w:r>
        <w:rPr>
          <w:rFonts w:ascii="Gentium Plus" w:hAnsi="Gentium Plus"/>
          <w:sz w:val="24"/>
        </w:rPr>
        <w:t>ΗΛΙΟΣ</w:t>
      </w:r>
    </w:p>
    <w:p>
      <w:r>
        <w:rPr>
          <w:rFonts w:ascii="Courier New" w:hAnsi="Courier New"/>
          <w:color w:val="555555"/>
          <w:sz w:val="20"/>
        </w:rPr>
        <w:t>[D Deor . 24 . 2]</w:t>
      </w:r>
    </w:p>
    <w:p>
      <w:r>
        <w:rPr>
          <w:rFonts w:ascii="Gentium Plus" w:hAnsi="Gentium Plus"/>
          <w:sz w:val="24"/>
        </w:rPr>
        <w:t>Πάντα μὲν ἠπιστάμην ταῦτα καὶ διὰ τοῦτο ἀντεῖχον ἐπὶ πολὺ καὶ οὐκ ἐπίστευον αὐτῷ τὴν ἔλασιν· ἐπεὶ δὲ κατελιπάρησε δακρύων καὶ ἡ μήτηρ Κλυμένη μετ’ αὐτοῦ, ἀναβιβασάμενος ἐπὶ</w:t>
      </w:r>
    </w:p>
    <w:p>
      <w:r>
        <w:rPr>
          <w:rFonts w:ascii="Courier New" w:hAnsi="Courier New"/>
          <w:color w:val="555555"/>
          <w:sz w:val="20"/>
        </w:rPr>
        <w:t>[5]</w:t>
      </w:r>
    </w:p>
    <w:p>
      <w:r>
        <w:rPr>
          <w:rFonts w:ascii="Gentium Plus" w:hAnsi="Gentium Plus"/>
          <w:sz w:val="24"/>
        </w:rPr>
        <w:t>τὸ ἅρμα ὑπεθέμην, ὅπως μὲν χρὴ βεβηκέναι αὐτόν, ἐφ’ ὁπόσον δὲ ἐς τὸ ἄνω ἀφέντα ὑπερενεχθῆναι, εἶτα ἐς τὸ κάταντες αὖθις ἐπινεύειν καὶ ὡς ἐγκρατῆ εἶναι τῶν ἡνιῶν καὶ μὴ ἐφιέναι τῷ θυμῷ τῶν ἵππων· εἶπον δὲ καὶ ἡλίκος ὁ κίνδυνος, εἰ μὴ ὀρθὴν</w:t>
      </w:r>
    </w:p>
    <w:p>
      <w:r>
        <w:rPr>
          <w:rFonts w:ascii="Courier New" w:hAnsi="Courier New"/>
          <w:color w:val="555555"/>
          <w:sz w:val="20"/>
        </w:rPr>
        <w:t>[10]</w:t>
      </w:r>
    </w:p>
    <w:p>
      <w:r>
        <w:rPr>
          <w:rFonts w:ascii="Gentium Plus" w:hAnsi="Gentium Plus"/>
          <w:sz w:val="24"/>
        </w:rPr>
        <w:t>ἐλαύνοι· ὁ δὲ—παῖς γὰρ ἦν—ἐπιβὰς τοσούτου πυρὸς καὶ ἐπικύψας ἐς βάθος ἀχανὲς ἐξεπλάγη, ὡς τὸ εἰκός· οἱ δὲ ἵπποι ὡς ᾔσθοντο οὐκ ὄντα ἐμὲ τὸν ἐπιβεβηκότα, καταφρονήσαντες τοῦ μειρακίου ἐξε‐ τράποντο τῆς ὁδοῦ καὶ τὰ δεινὰ ταῦτα ἐποίησαν·</w:t>
      </w:r>
    </w:p>
    <w:p>
      <w:r>
        <w:rPr>
          <w:rFonts w:ascii="Courier New" w:hAnsi="Courier New"/>
          <w:color w:val="555555"/>
          <w:sz w:val="20"/>
        </w:rPr>
        <w:t>[15]</w:t>
      </w:r>
    </w:p>
    <w:p>
      <w:r>
        <w:rPr>
          <w:rFonts w:ascii="Gentium Plus" w:hAnsi="Gentium Plus"/>
          <w:sz w:val="24"/>
        </w:rPr>
        <w:t>ὁ δὲ τὰς ἡνίας ἀφείς, οἶμαι δεδιὼς μὴ ἐκπέσῃ αὐτός, εἴχετο τῆς ἄντυγος. ἀλλὰ ἐκεῖνός τε ἤδη ἔχει τὴν δίκην κἀμοί, ὦ Ζεῦ, ἱκανὸν τὸ πένθος.</w:t>
      </w:r>
    </w:p>
    <w:p>
      <w:r>
        <w:rPr>
          <w:rFonts w:ascii="Courier New" w:hAnsi="Courier New"/>
          <w:color w:val="555555"/>
          <w:sz w:val="20"/>
        </w:rPr>
        <w:t>[17]</w:t>
      </w:r>
    </w:p>
    <w:p>
      <w:r>
        <w:rPr>
          <w:rFonts w:ascii="Gentium Plus" w:hAnsi="Gentium Plus"/>
          <w:sz w:val="24"/>
        </w:rPr>
        <w:t>ΖΕΥΣ Ἱκανὸν λέγεις τοιαῦτα τολμήσας; νῦν μὲν οὖν συγγνώμην ἀπονέμω σοι, ἐς δὲ τὸ λοιπόν, ἤν τι</w:t>
      </w:r>
    </w:p>
    <w:p>
      <w:r>
        <w:rPr>
          <w:rFonts w:ascii="Courier New" w:hAnsi="Courier New"/>
          <w:color w:val="555555"/>
          <w:sz w:val="20"/>
        </w:rPr>
        <w:t>[20]</w:t>
      </w:r>
    </w:p>
    <w:p>
      <w:r>
        <w:rPr>
          <w:rFonts w:ascii="Gentium Plus" w:hAnsi="Gentium Plus"/>
          <w:sz w:val="24"/>
        </w:rPr>
        <w:t>ὅμοιον παρανομήσῃς ἤ τινα τοιοῦτον σεαυτοῦ διάδοχον ἐκπέμψῃς, αὐτίκα εἴσῃ, ὁπόσον τοῦ σοῦ πυρὸς ὁ κεραυνὸς πυρωδέστερος. ὥστε ἐκεῖνον μὲν αἱ ἀδελφαὶ θαπτέτωσαν ἐπὶ τῷ Ἠριδανῷ, ἵναπερ ἔπεσεν ἐκδιφρευθείς, ἤλεκτρον ἐπ’ αὐτῷ δακρύουσαι καὶ</w:t>
      </w:r>
    </w:p>
    <w:p>
      <w:r>
        <w:rPr>
          <w:rFonts w:ascii="Courier New" w:hAnsi="Courier New"/>
          <w:color w:val="555555"/>
          <w:sz w:val="20"/>
        </w:rPr>
        <w:t>[25]</w:t>
      </w:r>
    </w:p>
    <w:p>
      <w:r>
        <w:rPr>
          <w:rFonts w:ascii="Gentium Plus" w:hAnsi="Gentium Plus"/>
          <w:sz w:val="24"/>
        </w:rPr>
        <w:t>αἴγειροι γενέσθωσαν ἐπὶ τῷ πάθει, σὺ δὲ ξυμπηξά‐ μενος τὸ ἅρμα—κατέαγε δὲ καὶ ὁ ῥυμὸς αὐτοῦ καὶ ἅτερος τῶν τροχῶν συντέτριπται—ἔλαυνε ἐπαγαγὼν</w:t>
      </w:r>
    </w:p>
    <w:p>
      <w:pPr>
        <w:jc w:val="center"/>
      </w:pPr>
      <w:r>
        <w:rPr>
          <w:rFonts w:ascii="Gentium Plus" w:hAnsi="Gentium Plus"/>
          <w:b/>
          <w:sz w:val="24"/>
        </w:rPr>
        <w:t>ΑΠΟΛΛΩΝΟΣ ΚΑΙ ΕΡΜΟΥ</w:t>
      </w:r>
    </w:p>
    <w:p>
      <w:r>
        <w:rPr>
          <w:rFonts w:ascii="Courier New" w:hAnsi="Courier New"/>
          <w:color w:val="555555"/>
          <w:sz w:val="20"/>
        </w:rPr>
        <w:t>[D Deor . 25 . 1]</w:t>
      </w:r>
    </w:p>
    <w:p>
      <w:r>
        <w:rPr>
          <w:rFonts w:ascii="Gentium Plus" w:hAnsi="Gentium Plus"/>
          <w:sz w:val="24"/>
        </w:rPr>
        <w:t>ΑΠΟΛΛΩΝ</w:t>
      </w:r>
    </w:p>
    <w:p>
      <w:r>
        <w:rPr>
          <w:rFonts w:ascii="Courier New" w:hAnsi="Courier New"/>
          <w:color w:val="555555"/>
          <w:sz w:val="20"/>
        </w:rPr>
        <w:t>[1]</w:t>
      </w:r>
    </w:p>
    <w:p>
      <w:r>
        <w:rPr>
          <w:rFonts w:ascii="Gentium Plus" w:hAnsi="Gentium Plus"/>
          <w:sz w:val="24"/>
        </w:rPr>
        <w:t>Ἔχεις μοι εἰπεῖν, ὦ Ἑρμῆ, πότερος ὁ Κά‐ στωρ ἐστὶ τούτων ἢ πότερος ὁ Πολυδεύκης; ἐγὼ γὰρ οὐκ ἂν διακρίναιμι αὐτούς.</w:t>
      </w:r>
    </w:p>
    <w:p>
      <w:r>
        <w:rPr>
          <w:rFonts w:ascii="Courier New" w:hAnsi="Courier New"/>
          <w:color w:val="555555"/>
          <w:sz w:val="20"/>
        </w:rPr>
        <w:t>[3]</w:t>
      </w:r>
    </w:p>
    <w:p>
      <w:r>
        <w:rPr>
          <w:rFonts w:ascii="Gentium Plus" w:hAnsi="Gentium Plus"/>
          <w:sz w:val="24"/>
        </w:rPr>
        <w:t>ΕΡΜΗΣ Ὁ μὲν χθὲς ἡμῖν ξυγγενόμενος ἐκεῖνος Κάστωρ</w:t>
      </w:r>
    </w:p>
    <w:p>
      <w:r>
        <w:rPr>
          <w:rFonts w:ascii="Courier New" w:hAnsi="Courier New"/>
          <w:color w:val="555555"/>
          <w:sz w:val="20"/>
        </w:rPr>
        <w:t>[5]</w:t>
      </w:r>
    </w:p>
    <w:p>
      <w:r>
        <w:rPr>
          <w:rFonts w:ascii="Gentium Plus" w:hAnsi="Gentium Plus"/>
          <w:sz w:val="24"/>
        </w:rPr>
        <w:t>ἦν, οὗτος δὲ Πολυδεύκης.</w:t>
      </w:r>
    </w:p>
    <w:p>
      <w:r>
        <w:rPr>
          <w:rFonts w:ascii="Courier New" w:hAnsi="Courier New"/>
          <w:color w:val="555555"/>
          <w:sz w:val="20"/>
        </w:rPr>
        <w:t>[5]</w:t>
      </w:r>
    </w:p>
    <w:p>
      <w:r>
        <w:rPr>
          <w:rFonts w:ascii="Gentium Plus" w:hAnsi="Gentium Plus"/>
          <w:sz w:val="24"/>
        </w:rPr>
        <w:t>ΑΠΟΛΛΩΝ Πῶς διαγινώσκεις; ὅμοιοι γάρ.</w:t>
      </w:r>
    </w:p>
    <w:p>
      <w:r>
        <w:rPr>
          <w:rFonts w:ascii="Courier New" w:hAnsi="Courier New"/>
          <w:color w:val="555555"/>
          <w:sz w:val="20"/>
        </w:rPr>
        <w:t>[6]</w:t>
      </w:r>
    </w:p>
    <w:p>
      <w:r>
        <w:rPr>
          <w:rFonts w:ascii="Gentium Plus" w:hAnsi="Gentium Plus"/>
          <w:sz w:val="24"/>
        </w:rPr>
        <w:t>ΕΡΜΗΣ Ὅτι οὗτος μέν, ὦ Ἄπολλον, ἔχει ἐπὶ τοῦ προσώπου τὰ ἴχνη τῶν τραυμάτων ἃ ἔλαβε παρὰ τῶν ἀνταγωνιστῶν πυκτεύων, καὶ μάλιστα ὁπόσα</w:t>
      </w:r>
    </w:p>
    <w:p>
      <w:r>
        <w:rPr>
          <w:rFonts w:ascii="Courier New" w:hAnsi="Courier New"/>
          <w:color w:val="555555"/>
          <w:sz w:val="20"/>
        </w:rPr>
        <w:t>[10]</w:t>
      </w:r>
    </w:p>
    <w:p>
      <w:r>
        <w:rPr>
          <w:rFonts w:ascii="Gentium Plus" w:hAnsi="Gentium Plus"/>
          <w:sz w:val="24"/>
        </w:rPr>
        <w:t>ὑπὸ τοῦ Βέβρυκος Ἀμύκου ἐτρώθη τῷ Ἰάσονι συμπλέων, ἅτερος δὲ οὐδὲν τοιοῦτον ἐμφαίνει, ἀλλὰ καθαρός ἐστι καὶ ἀπαθὴς τὸ πρόσωπον.</w:t>
      </w:r>
    </w:p>
    <w:p>
      <w:r>
        <w:rPr>
          <w:rFonts w:ascii="Courier New" w:hAnsi="Courier New"/>
          <w:color w:val="555555"/>
          <w:sz w:val="20"/>
        </w:rPr>
        <w:t>[12]</w:t>
      </w:r>
    </w:p>
    <w:p>
      <w:r>
        <w:rPr>
          <w:rFonts w:ascii="Gentium Plus" w:hAnsi="Gentium Plus"/>
          <w:sz w:val="24"/>
        </w:rPr>
        <w:t>ΑΠΟΛΛΩΝ Ὤνησας διδάξας τὰ γνωρίσματα, ἐπεὶ τά γε ἄλλα πάντα ἴσα, τοῦ ᾠοῦ τὸ ἡμίτομον καὶ ἀστὴρ</w:t>
      </w:r>
    </w:p>
    <w:p>
      <w:r>
        <w:rPr>
          <w:rFonts w:ascii="Courier New" w:hAnsi="Courier New"/>
          <w:color w:val="555555"/>
          <w:sz w:val="20"/>
        </w:rPr>
        <w:t>[15]</w:t>
      </w:r>
    </w:p>
    <w:p>
      <w:r>
        <w:rPr>
          <w:rFonts w:ascii="Gentium Plus" w:hAnsi="Gentium Plus"/>
          <w:sz w:val="24"/>
        </w:rPr>
        <w:t>ὑπεράνω καὶ ἀκόντιον ἐν τῇ χειρὶ καὶ ἵππος ἑκατέρῳ λευκός, ὥστε πολλάκις ἐγὼ τὸν μὲν προσεῖπον Κάστορα Πολυδεύκην ὄντα, τὸν δὲ τῷ τοῦ Πολυδεύ‐ κους ὀνόματι. ἀτὰρ εἰπέ μοι καὶ τόδε, τί δήποτε οὐκ ἄμφω ξύνεισιν ἡμῖν, ἀλλ’ ἐξ ἡμισείας ἄρτι μὲν</w:t>
      </w:r>
    </w:p>
    <w:p>
      <w:r>
        <w:rPr>
          <w:rFonts w:ascii="Courier New" w:hAnsi="Courier New"/>
          <w:color w:val="555555"/>
          <w:sz w:val="20"/>
        </w:rPr>
        <w:t>[20]</w:t>
      </w:r>
    </w:p>
    <w:p>
      <w:r>
        <w:rPr>
          <w:rFonts w:ascii="Gentium Plus" w:hAnsi="Gentium Plus"/>
          <w:sz w:val="24"/>
        </w:rPr>
        <w:t>νεκρός, ἄρτι δὲ θεός ἐστιν ἅτερος αὐτῶν;</w:t>
      </w:r>
    </w:p>
    <w:p>
      <w:r>
        <w:rPr>
          <w:rFonts w:ascii="Courier New" w:hAnsi="Courier New"/>
          <w:color w:val="555555"/>
          <w:sz w:val="20"/>
        </w:rPr>
        <w:t>[20]</w:t>
      </w:r>
    </w:p>
    <w:p>
      <w:r>
        <w:rPr>
          <w:rFonts w:ascii="Gentium Plus" w:hAnsi="Gentium Plus"/>
          <w:sz w:val="24"/>
        </w:rPr>
        <w:t>ΕΡΜΗΣ Ὑπὸ φιλαδελφίας τοῦτο ποιοῦσιν· ἐπεὶ γὰρ ἔδει ἕνα μὲν τεθνάναι τῶν Λήδας υἱέων, ἕνα δὲ ἀθάνα‐ τον εἶναι, ἐνείμαντο οὕτως αὐτοὶ τὴν ἀθανασίαν.</w:t>
      </w:r>
    </w:p>
    <w:p>
      <w:r>
        <w:rPr>
          <w:rFonts w:ascii="Courier New" w:hAnsi="Courier New"/>
          <w:color w:val="555555"/>
          <w:sz w:val="20"/>
        </w:rPr>
        <w:t>[23]</w:t>
      </w:r>
    </w:p>
    <w:p>
      <w:r>
        <w:rPr>
          <w:rFonts w:ascii="Gentium Plus" w:hAnsi="Gentium Plus"/>
          <w:sz w:val="24"/>
        </w:rPr>
        <w:t>ΑΠΟΛΛΩΝ Οὐ ξυνετήν, ὦ Ἑρμῆ, τὴν νομήν, οἵ γε οὐδὲ</w:t>
      </w:r>
    </w:p>
    <w:p>
      <w:r>
        <w:rPr>
          <w:rFonts w:ascii="Courier New" w:hAnsi="Courier New"/>
          <w:color w:val="555555"/>
          <w:sz w:val="20"/>
        </w:rPr>
        <w:t>[25]</w:t>
      </w:r>
    </w:p>
    <w:p>
      <w:r>
        <w:rPr>
          <w:rFonts w:ascii="Gentium Plus" w:hAnsi="Gentium Plus"/>
          <w:sz w:val="24"/>
        </w:rPr>
        <w:t>ὄψονται οὕτως ἀλλήλους, ὅπερ ἐπόθουν, οἶμαι, μάλιστα· πῶς γάρ, ὁ μὲν παρὰ θεοῖς, ὁ δὲ παρὰ τοῖς φθιτοῖς ὤν; πλὴν ἀλλ’ ὥσπερ ἐγὼ μαντεύομαι, ὁ δὲ Ἀσκληπιὸς ἰᾶται, σὺ δὲ παλαίειν διδάσκεις παιδοτρίβης ἄριστος ὤν, ἡ δὲ Ἄρτεμις μαιεύεται</w:t>
      </w:r>
    </w:p>
    <w:p>
      <w:r>
        <w:rPr>
          <w:rFonts w:ascii="Courier New" w:hAnsi="Courier New"/>
          <w:color w:val="555555"/>
          <w:sz w:val="20"/>
        </w:rPr>
        <w:t>[30]</w:t>
      </w:r>
    </w:p>
    <w:p>
      <w:r>
        <w:rPr>
          <w:rFonts w:ascii="Gentium Plus" w:hAnsi="Gentium Plus"/>
          <w:sz w:val="24"/>
        </w:rPr>
        <w:t>καὶ τῶν ἄλλων ἕκαστος ἔχει τινὰ τέχνην ἢ θεοῖς ἢ ἀνθρώποις χρησίμην, οὗτοι δὲ τί ποιήσουσιν ἡμῖν; ἢ ἀργοὶ εὐωχήσονται τηλικοῦτοι ὄντες;</w:t>
      </w:r>
    </w:p>
    <w:p>
      <w:r>
        <w:rPr>
          <w:rFonts w:ascii="Courier New" w:hAnsi="Courier New"/>
          <w:color w:val="555555"/>
          <w:sz w:val="20"/>
        </w:rPr>
        <w:t>[32]</w:t>
      </w:r>
    </w:p>
    <w:p>
      <w:r>
        <w:rPr>
          <w:rFonts w:ascii="Gentium Plus" w:hAnsi="Gentium Plus"/>
          <w:sz w:val="24"/>
        </w:rPr>
        <w:t>ΕΡΜΗΣ Οὐδαμῶς, ἀλλὰ προστέτακται αὐτοῖν ὑπηρε‐ τεῖν τῷ Ποσειδῶνι καὶ καθιππεύειν δεῖ τὸ πέλαγος</w:t>
      </w:r>
    </w:p>
    <w:p>
      <w:r>
        <w:rPr>
          <w:rFonts w:ascii="Courier New" w:hAnsi="Courier New"/>
          <w:color w:val="555555"/>
          <w:sz w:val="20"/>
        </w:rPr>
        <w:t>[35]</w:t>
      </w:r>
    </w:p>
    <w:p>
      <w:r>
        <w:rPr>
          <w:rFonts w:ascii="Gentium Plus" w:hAnsi="Gentium Plus"/>
          <w:sz w:val="24"/>
        </w:rPr>
        <w:t>καὶ ἐάν που ναύτας χειμαζομένους ἴδωσιν, ἐπικαθί‐ σαντας ἐπὶ τὸ πλοῖον σῴζειν τοὺς ἐμπλέοντας.</w:t>
      </w:r>
    </w:p>
    <w:p>
      <w:r>
        <w:rPr>
          <w:rFonts w:ascii="Courier New" w:hAnsi="Courier New"/>
          <w:color w:val="555555"/>
          <w:sz w:val="20"/>
        </w:rPr>
        <w:t>[36]</w:t>
      </w:r>
    </w:p>
    <w:p>
      <w:r>
        <w:rPr>
          <w:rFonts w:ascii="Gentium Plus" w:hAnsi="Gentium Plus"/>
          <w:sz w:val="24"/>
        </w:rPr>
        <w:t>ΑΠΟΛΛΩΝ Ἀγαθήν, ὦ Ἑρμῆ, καὶ σωτήριον λέγεις τὴν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