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Παροιμίαι</w:t>
      </w:r>
      <w:r>
        <w:br/>
      </w:r>
      <w:r>
        <w:rPr>
          <w:i/>
          <w:color w:val="666666"/>
          <w:sz w:val="40"/>
        </w:rPr>
        <w:t>Proverbs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Μακάριος ὁ Χρυσοκέφαλος</w:t>
      </w:r>
      <w:r>
        <w:br/>
      </w:r>
      <w:r>
        <w:rPr>
          <w:i/>
          <w:color w:val="666666"/>
          <w:sz w:val="28"/>
        </w:rPr>
        <w:t>by Macarius Chrysocephalus the Paroemiographer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ΜΑΚΑΡΙΟΥ ΙΕΡΟΜΟΝΑΧΟΥ ΤΟΥ ΧΡΥΣΟΚΕΦΑΛΟΥ ΡΟΔΩΝΙΑ. ΠΑΡΟΙΜΙΑΙ ΚΑΤΑ ΣΤΟΙΧΕΙΟΝ.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Α. ΑΒ.</w:t>
      </w:r>
    </w:p>
    <w:p>
      <w:r>
        <w:rPr>
          <w:rFonts w:ascii="Courier New" w:hAnsi="Courier New"/>
          <w:color w:val="555555"/>
          <w:sz w:val="20"/>
        </w:rPr>
        <w:t>[1 . 1]</w:t>
      </w:r>
    </w:p>
    <w:p>
      <w:r>
        <w:rPr>
          <w:rFonts w:ascii="Gentium Plus" w:hAnsi="Gentium Plus"/>
          <w:sz w:val="24"/>
        </w:rPr>
        <w:t>Ἀβυδηνὸν ἐπιφόρημα: ἐπὶ τῶν ἀηδῶν καὶ ὀχληρῶν.</w:t>
      </w:r>
    </w:p>
    <w:p>
      <w:r>
        <w:rPr>
          <w:rFonts w:ascii="Courier New" w:hAnsi="Courier New"/>
          <w:color w:val="555555"/>
          <w:sz w:val="20"/>
        </w:rPr>
        <w:t>[1 . 2]</w:t>
      </w:r>
    </w:p>
    <w:p>
      <w:r>
        <w:rPr>
          <w:rFonts w:ascii="Gentium Plus" w:hAnsi="Gentium Plus"/>
          <w:sz w:val="24"/>
        </w:rPr>
        <w:t>Ἅβρωνος βίος: ἐπὶ τῶν πολυτελῶν· τοιοῦτος γὰρ ὁ Ἅβρων, ἐξ οὗ καὶ τὸ ἁβρὸς καὶ ἁβροδίαιτος.</w:t>
      </w:r>
    </w:p>
    <w:p>
      <w:r>
        <w:rPr>
          <w:rFonts w:ascii="Courier New" w:hAnsi="Courier New"/>
          <w:color w:val="555555"/>
          <w:sz w:val="20"/>
        </w:rPr>
        <w:t>[1 . 3]</w:t>
      </w:r>
    </w:p>
    <w:p>
      <w:r>
        <w:rPr>
          <w:rFonts w:ascii="Gentium Plus" w:hAnsi="Gentium Plus"/>
          <w:sz w:val="24"/>
        </w:rPr>
        <w:t>Ἀγροῦ πυγή: ἐπὶ τῶν λιπαρῶς καὶ ἐπιμόνως ᾡτι‐ νιοῦν ἔργῳ προσκαθημένων.</w:t>
      </w:r>
    </w:p>
    <w:p>
      <w:r>
        <w:rPr>
          <w:rFonts w:ascii="Courier New" w:hAnsi="Courier New"/>
          <w:color w:val="555555"/>
          <w:sz w:val="20"/>
        </w:rPr>
        <w:t>[1 . 4]</w:t>
      </w:r>
    </w:p>
    <w:p>
      <w:r>
        <w:rPr>
          <w:rFonts w:ascii="Gentium Plus" w:hAnsi="Gentium Plus"/>
          <w:sz w:val="24"/>
        </w:rPr>
        <w:t>Ἀγορὰ Κερκώπων: ἐπὶ τῶν πονηρῶν καὶ κακοήθων.</w:t>
      </w:r>
    </w:p>
    <w:p>
      <w:r>
        <w:rPr>
          <w:rFonts w:ascii="Courier New" w:hAnsi="Courier New"/>
          <w:color w:val="555555"/>
          <w:sz w:val="20"/>
        </w:rPr>
        <w:t>[1 . 5]</w:t>
      </w:r>
    </w:p>
    <w:p>
      <w:r>
        <w:rPr>
          <w:rFonts w:ascii="Gentium Plus" w:hAnsi="Gentium Plus"/>
          <w:sz w:val="24"/>
        </w:rPr>
        <w:t>Ἀγαθῶν ἀγαθά: καί· Ἀγαθῶν ἀγαθίδες: ἐπὶ τῶν σφόδρα εὐδαιμονούντων.</w:t>
      </w:r>
    </w:p>
    <w:p>
      <w:r>
        <w:rPr>
          <w:rFonts w:ascii="Courier New" w:hAnsi="Courier New"/>
          <w:color w:val="555555"/>
          <w:sz w:val="20"/>
        </w:rPr>
        <w:t>[1 . 6]</w:t>
      </w:r>
    </w:p>
    <w:p>
      <w:r>
        <w:rPr>
          <w:rFonts w:ascii="Gentium Plus" w:hAnsi="Gentium Plus"/>
          <w:sz w:val="24"/>
        </w:rPr>
        <w:t>Ἀγαθὰ Κιλίκων: λείπει τὸ ἔχει. προδότης γὰρ ὁ Κιλίκων Μιλήσιος· καὶ προδοὺς Μίλητον εὐπόρησεν.</w:t>
      </w:r>
    </w:p>
    <w:p>
      <w:r>
        <w:rPr>
          <w:rFonts w:ascii="Courier New" w:hAnsi="Courier New"/>
          <w:color w:val="555555"/>
          <w:sz w:val="20"/>
        </w:rPr>
        <w:t>[1 . 7]</w:t>
      </w:r>
    </w:p>
    <w:p>
      <w:r>
        <w:rPr>
          <w:rFonts w:ascii="Gentium Plus" w:hAnsi="Gentium Plus"/>
          <w:sz w:val="24"/>
        </w:rPr>
        <w:t>Ἀγαθὴ καὶ μᾶζα μετ’ ἄρτον: ἐπὶ τῶν τὰ δευτε‐ ρεῖά τισι διδόντων.</w:t>
      </w:r>
    </w:p>
    <w:p>
      <w:r>
        <w:rPr>
          <w:rFonts w:ascii="Courier New" w:hAnsi="Courier New"/>
          <w:color w:val="555555"/>
          <w:sz w:val="20"/>
        </w:rPr>
        <w:t>[1 . 8]</w:t>
      </w:r>
    </w:p>
    <w:p>
      <w:r>
        <w:rPr>
          <w:rFonts w:ascii="Gentium Plus" w:hAnsi="Gentium Plus"/>
          <w:sz w:val="24"/>
        </w:rPr>
        <w:t>Ἀγαθῶν θάλασσα: ἐπὶ πλήθους ἀγαθῶν.</w:t>
      </w:r>
    </w:p>
    <w:p>
      <w:r>
        <w:rPr>
          <w:rFonts w:ascii="Courier New" w:hAnsi="Courier New"/>
          <w:color w:val="555555"/>
          <w:sz w:val="20"/>
        </w:rPr>
        <w:t>[1 . 9]</w:t>
      </w:r>
    </w:p>
    <w:p>
      <w:r>
        <w:rPr>
          <w:rFonts w:ascii="Gentium Plus" w:hAnsi="Gentium Plus"/>
          <w:sz w:val="24"/>
        </w:rPr>
        <w:t>Ἀγαμέμνονος θυσία: ἐπὶ τῶν δυσπειθῶν καὶ ἀνυ‐ ποτάκτων. Δήμων γὰρ ἱστορεῖ, ὡς Ἀγαμέμνονος θύοντος ἐν Τροίᾳ, ἔφυγεν ὁ βοῦς καὶ μόλις ληφθεὶς ἤχθη.</w:t>
      </w:r>
    </w:p>
    <w:p>
      <w:r>
        <w:rPr>
          <w:rFonts w:ascii="Courier New" w:hAnsi="Courier New"/>
          <w:color w:val="555555"/>
          <w:sz w:val="20"/>
        </w:rPr>
        <w:t>[1 . 10]</w:t>
      </w:r>
    </w:p>
    <w:p>
      <w:r>
        <w:rPr>
          <w:rFonts w:ascii="Gentium Plus" w:hAnsi="Gentium Plus"/>
          <w:sz w:val="24"/>
        </w:rPr>
        <w:t>Ἀγαθῶν σωρός: ἐπὶ πολλῆς εὐδαιμονίας.</w:t>
      </w:r>
    </w:p>
    <w:p>
      <w:r>
        <w:rPr>
          <w:rFonts w:ascii="Courier New" w:hAnsi="Courier New"/>
          <w:color w:val="555555"/>
          <w:sz w:val="20"/>
        </w:rPr>
        <w:t>[1 . 11]</w:t>
      </w:r>
    </w:p>
    <w:p>
      <w:r>
        <w:rPr>
          <w:rFonts w:ascii="Gentium Plus" w:hAnsi="Gentium Plus"/>
          <w:sz w:val="24"/>
        </w:rPr>
        <w:t>Ἀγορὰ λύκιος: ἐπὶ τῶν ταχέως πιπρασκομένων.</w:t>
      </w:r>
    </w:p>
    <w:p>
      <w:r>
        <w:rPr>
          <w:rFonts w:ascii="Courier New" w:hAnsi="Courier New"/>
          <w:color w:val="555555"/>
          <w:sz w:val="20"/>
        </w:rPr>
        <w:t>[1 . 12]</w:t>
      </w:r>
    </w:p>
    <w:p>
      <w:r>
        <w:rPr>
          <w:rFonts w:ascii="Gentium Plus" w:hAnsi="Gentium Plus"/>
          <w:sz w:val="24"/>
        </w:rPr>
        <w:t>Ἀγαθοὶ δ’ ἀριδάκρυες ἄνδρες: ἐπὶ τῶν σφόδρα πρὸς ἔλεον ῥεπόντων.</w:t>
      </w:r>
    </w:p>
    <w:p>
      <w:r>
        <w:rPr>
          <w:rFonts w:ascii="Courier New" w:hAnsi="Courier New"/>
          <w:color w:val="555555"/>
          <w:sz w:val="20"/>
        </w:rPr>
        <w:t>[1 . 13]</w:t>
      </w:r>
    </w:p>
    <w:p>
      <w:r>
        <w:rPr>
          <w:rFonts w:ascii="Gentium Plus" w:hAnsi="Gentium Plus"/>
          <w:sz w:val="24"/>
        </w:rPr>
        <w:t>Ἀγαθῶν μυρμηκιά: ἐπὶ πλήθους εὐδαιμονίας.</w:t>
      </w:r>
    </w:p>
    <w:p>
      <w:r>
        <w:rPr>
          <w:rFonts w:ascii="Courier New" w:hAnsi="Courier New"/>
          <w:color w:val="555555"/>
          <w:sz w:val="20"/>
        </w:rPr>
        <w:t>[1 . 14]</w:t>
      </w:r>
    </w:p>
    <w:p>
      <w:r>
        <w:rPr>
          <w:rFonts w:ascii="Gentium Plus" w:hAnsi="Gentium Plus"/>
          <w:sz w:val="24"/>
        </w:rPr>
        <w:t>Ἀγνοεῖ δ’ ἀράχνη παῖδας ὡς παιδεύεται· θρέ‐ ψασα γὰρ τέθνηκε πρὸς τῶν φιλτάτων: ἐπὶ τῶν καθ’ ἑαυτῶν τι πραγματευομένων.</w:t>
      </w:r>
    </w:p>
    <w:p>
      <w:r>
        <w:rPr>
          <w:rFonts w:ascii="Courier New" w:hAnsi="Courier New"/>
          <w:color w:val="555555"/>
          <w:sz w:val="20"/>
        </w:rPr>
        <w:t>[1 . 15]</w:t>
      </w:r>
    </w:p>
    <w:p>
      <w:r>
        <w:rPr>
          <w:rFonts w:ascii="Gentium Plus" w:hAnsi="Gentium Plus"/>
          <w:sz w:val="24"/>
        </w:rPr>
        <w:t>Ἀγόμενος διὰ φρατέρων κύων: ἐπὶ τῶν ὅπου μὴ δεῖ εὑρισκομένων καὶ τιμωρουμένων· παρόσον κύων εὑρισκό‐ μενος ἐν φράτερσι μαστιγοῦται.</w:t>
      </w:r>
    </w:p>
    <w:p>
      <w:r>
        <w:rPr>
          <w:rFonts w:ascii="Courier New" w:hAnsi="Courier New"/>
          <w:color w:val="555555"/>
          <w:sz w:val="20"/>
        </w:rPr>
        <w:t>[1 . 16]</w:t>
      </w:r>
    </w:p>
    <w:p>
      <w:r>
        <w:rPr>
          <w:rFonts w:ascii="Gentium Plus" w:hAnsi="Gentium Plus"/>
          <w:sz w:val="24"/>
        </w:rPr>
        <w:t>Ἀγὼν γὰρ οὐ μέλλοντος ἀθλητοῦ μένει Ἀλ‐ κήν: ἐπὶ τοῦ μὴ ὑπερβάλλοντος.</w:t>
      </w:r>
    </w:p>
    <w:p>
      <w:r>
        <w:rPr>
          <w:rFonts w:ascii="Courier New" w:hAnsi="Courier New"/>
          <w:color w:val="555555"/>
          <w:sz w:val="20"/>
        </w:rPr>
        <w:t>[1 . 17]</w:t>
      </w:r>
    </w:p>
    <w:p>
      <w:r>
        <w:rPr>
          <w:rFonts w:ascii="Gentium Plus" w:hAnsi="Gentium Plus"/>
          <w:sz w:val="24"/>
        </w:rPr>
        <w:t>Ἀγροίκου μὴ καταφρόνει ῥήτορος: ὅτι οὐδὲ τῶν εὐτελῶν δεῖ καταφρονεῖν.</w:t>
      </w:r>
    </w:p>
    <w:p>
      <w:r>
        <w:rPr>
          <w:rFonts w:ascii="Courier New" w:hAnsi="Courier New"/>
          <w:color w:val="555555"/>
          <w:sz w:val="20"/>
        </w:rPr>
        <w:t>[1 . 18]</w:t>
      </w:r>
    </w:p>
    <w:p>
      <w:r>
        <w:rPr>
          <w:rFonts w:ascii="Gentium Plus" w:hAnsi="Gentium Plus"/>
          <w:sz w:val="24"/>
        </w:rPr>
        <w:t>Ἀγάλματα Ἑκάτης: ἐπὶ τῶν οἱστισινοῦν ἀγαλλο‐ μένων. κύνας δὲ λέγει ἡ παροιμία.</w:t>
      </w:r>
    </w:p>
    <w:p>
      <w:r>
        <w:rPr>
          <w:rFonts w:ascii="Courier New" w:hAnsi="Courier New"/>
          <w:color w:val="555555"/>
          <w:sz w:val="20"/>
        </w:rPr>
        <w:t>[1 . 19]</w:t>
      </w:r>
    </w:p>
    <w:p>
      <w:r>
        <w:rPr>
          <w:rFonts w:ascii="Gentium Plus" w:hAnsi="Gentium Plus"/>
          <w:sz w:val="24"/>
        </w:rPr>
        <w:t>Ἁγνὴ γάμων: ὡς· τὸ κανοῦν τῆς θεοῦ φέρειν· ἐπὶ τῶν σωφρόνων γυναικῶν· κατ’ εἰρωνείαν δὲ καὶ ἐπὶ τῶν μὴ σωφρόνων.</w:t>
      </w:r>
    </w:p>
    <w:p>
      <w:r>
        <w:rPr>
          <w:rFonts w:ascii="Courier New" w:hAnsi="Courier New"/>
          <w:color w:val="555555"/>
          <w:sz w:val="20"/>
        </w:rPr>
        <w:t>[1 . 20]</w:t>
      </w:r>
    </w:p>
    <w:p>
      <w:r>
        <w:rPr>
          <w:rFonts w:ascii="Gentium Plus" w:hAnsi="Gentium Plus"/>
          <w:sz w:val="24"/>
        </w:rPr>
        <w:t>Ἁγνότερος πηδαλίου: ἐπὶ τῶν ἁγνῶς βεβιωκότων.</w:t>
      </w:r>
    </w:p>
    <w:p>
      <w:r>
        <w:rPr>
          <w:rFonts w:ascii="Courier New" w:hAnsi="Courier New"/>
          <w:color w:val="555555"/>
          <w:sz w:val="20"/>
        </w:rPr>
        <w:t>[1 . 21]</w:t>
      </w:r>
    </w:p>
    <w:p>
      <w:r>
        <w:rPr>
          <w:rFonts w:ascii="Gentium Plus" w:hAnsi="Gentium Plus"/>
          <w:sz w:val="24"/>
        </w:rPr>
        <w:t>Ἀγὼν πρόφασιν οὐκ ἀναμένει: δῆλον.</w:t>
      </w:r>
    </w:p>
    <w:p>
      <w:r>
        <w:rPr>
          <w:rFonts w:ascii="Courier New" w:hAnsi="Courier New"/>
          <w:color w:val="555555"/>
          <w:sz w:val="20"/>
        </w:rPr>
        <w:t>[1 . 22]</w:t>
      </w:r>
    </w:p>
    <w:p>
      <w:r>
        <w:rPr>
          <w:rFonts w:ascii="Gentium Plus" w:hAnsi="Gentium Plus"/>
          <w:sz w:val="24"/>
        </w:rPr>
        <w:t>Ἀγρὸς ἡ πόλις: ἐπὶ τῶν ἀτακτούντων.</w:t>
      </w:r>
    </w:p>
    <w:p>
      <w:r>
        <w:rPr>
          <w:rFonts w:ascii="Courier New" w:hAnsi="Courier New"/>
          <w:color w:val="555555"/>
          <w:sz w:val="20"/>
        </w:rPr>
        <w:t>[1 . 23]</w:t>
      </w:r>
    </w:p>
    <w:p>
      <w:r>
        <w:rPr>
          <w:rFonts w:ascii="Gentium Plus" w:hAnsi="Gentium Plus"/>
          <w:sz w:val="24"/>
        </w:rPr>
        <w:t>Ἀγναπτότατος βάτος αὖος: ἐπὶ τοῦ σκληροῦ καὶ αὐθάδους.</w:t>
      </w:r>
    </w:p>
    <w:p>
      <w:r>
        <w:rPr>
          <w:rFonts w:ascii="Courier New" w:hAnsi="Courier New"/>
          <w:color w:val="555555"/>
          <w:sz w:val="20"/>
        </w:rPr>
        <w:t>[1 . 24]</w:t>
      </w:r>
    </w:p>
    <w:p>
      <w:r>
        <w:rPr>
          <w:rFonts w:ascii="Gentium Plus" w:hAnsi="Gentium Plus"/>
          <w:sz w:val="24"/>
        </w:rPr>
        <w:t>Ἀγρία μέλιττα: ἐπὶ τῶν σφόδρα πονηρῶν καὶ ὠμῶν.</w:t>
      </w:r>
    </w:p>
    <w:p>
      <w:pPr>
        <w:jc w:val="center"/>
      </w:pPr>
      <w:r>
        <w:rPr>
          <w:rFonts w:ascii="Gentium Plus" w:hAnsi="Gentium Plus"/>
          <w:b/>
          <w:sz w:val="24"/>
        </w:rPr>
        <w:t>ΑΔ.</w:t>
      </w:r>
    </w:p>
    <w:p>
      <w:r>
        <w:rPr>
          <w:rFonts w:ascii="Courier New" w:hAnsi="Courier New"/>
          <w:color w:val="555555"/>
          <w:sz w:val="20"/>
        </w:rPr>
        <w:t>[1 . 25]</w:t>
      </w:r>
    </w:p>
    <w:p>
      <w:r>
        <w:rPr>
          <w:rFonts w:ascii="Gentium Plus" w:hAnsi="Gentium Plus"/>
          <w:sz w:val="24"/>
        </w:rPr>
        <w:t>Ἄδακρυς πόλεμος: ἐπὶ τῶν ἀκινδύνως τὰ πράγματα κατορθούντων.</w:t>
      </w:r>
    </w:p>
    <w:p>
      <w:r>
        <w:rPr>
          <w:rFonts w:ascii="Courier New" w:hAnsi="Courier New"/>
          <w:color w:val="555555"/>
          <w:sz w:val="20"/>
        </w:rPr>
        <w:t>[1 . 26]</w:t>
      </w:r>
    </w:p>
    <w:p>
      <w:r>
        <w:rPr>
          <w:rFonts w:ascii="Gentium Plus" w:hAnsi="Gentium Plus"/>
          <w:sz w:val="24"/>
        </w:rPr>
        <w:t>Ἀδύνατα θηρᾷς: ἐπὶ τῶν τοῖς ἀδυνάτοις ἐπιχει‐ ρούντων.</w:t>
      </w:r>
    </w:p>
    <w:p>
      <w:r>
        <w:rPr>
          <w:rFonts w:ascii="Courier New" w:hAnsi="Courier New"/>
          <w:color w:val="555555"/>
          <w:sz w:val="20"/>
        </w:rPr>
        <w:t>[1 . 27]</w:t>
      </w:r>
    </w:p>
    <w:p>
      <w:r>
        <w:rPr>
          <w:rFonts w:ascii="Gentium Plus" w:hAnsi="Gentium Plus"/>
          <w:sz w:val="24"/>
        </w:rPr>
        <w:t>Ἀδεὲς δέος: δήλη ἡ παροιμία.</w:t>
      </w:r>
    </w:p>
    <w:p>
      <w:r>
        <w:rPr>
          <w:rFonts w:ascii="Courier New" w:hAnsi="Courier New"/>
          <w:color w:val="555555"/>
          <w:sz w:val="20"/>
        </w:rPr>
        <w:t>[1 . 28]</w:t>
      </w:r>
    </w:p>
    <w:p>
      <w:r>
        <w:rPr>
          <w:rFonts w:ascii="Gentium Plus" w:hAnsi="Gentium Plus"/>
          <w:sz w:val="24"/>
        </w:rPr>
        <w:t>Ἀδράστεια Νέμεσις: ἐπὶ τῶν πρότερον μὲν εὐ‐ δαιμονησάντων, ὥσπερ ὁ Ἄδραστος, ὕστερον δὲ δυστυχη‐ σάντων.</w:t>
      </w:r>
    </w:p>
    <w:p>
      <w:r>
        <w:rPr>
          <w:rFonts w:ascii="Courier New" w:hAnsi="Courier New"/>
          <w:color w:val="555555"/>
          <w:sz w:val="20"/>
        </w:rPr>
        <w:t>[1 . 29]</w:t>
      </w:r>
    </w:p>
    <w:p>
      <w:r>
        <w:rPr>
          <w:rFonts w:ascii="Gentium Plus" w:hAnsi="Gentium Plus"/>
          <w:sz w:val="24"/>
        </w:rPr>
        <w:t>Ἀδελφὸς παρείη: ὅτι προτιμητέον τοὺς οἰκείους εἰς βοήθειαν.</w:t>
      </w:r>
    </w:p>
    <w:p>
      <w:pPr>
        <w:jc w:val="center"/>
      </w:pPr>
      <w:r>
        <w:rPr>
          <w:rFonts w:ascii="Gentium Plus" w:hAnsi="Gentium Plus"/>
          <w:b/>
          <w:sz w:val="24"/>
        </w:rPr>
        <w:t>ΑΕ.</w:t>
      </w:r>
    </w:p>
    <w:p>
      <w:r>
        <w:rPr>
          <w:rFonts w:ascii="Courier New" w:hAnsi="Courier New"/>
          <w:color w:val="555555"/>
          <w:sz w:val="20"/>
        </w:rPr>
        <w:t>[1 . 30]</w:t>
      </w:r>
    </w:p>
    <w:p>
      <w:r>
        <w:rPr>
          <w:rFonts w:ascii="Gentium Plus" w:hAnsi="Gentium Plus"/>
          <w:sz w:val="24"/>
        </w:rPr>
        <w:t>Ἀετοῦ γῆρας, κορύδου νεότης: παρόσον καὶ γη‐ ράσκων ἀετὸς ἀμείνων ἐστὶ παντὸς ** ὄρνιθος.</w:t>
      </w:r>
    </w:p>
    <w:p>
      <w:r>
        <w:rPr>
          <w:rFonts w:ascii="Courier New" w:hAnsi="Courier New"/>
          <w:color w:val="555555"/>
          <w:sz w:val="20"/>
        </w:rPr>
        <w:t>[1 . 31]</w:t>
      </w:r>
    </w:p>
    <w:p>
      <w:r>
        <w:rPr>
          <w:rFonts w:ascii="Gentium Plus" w:hAnsi="Gentium Plus"/>
          <w:sz w:val="24"/>
        </w:rPr>
        <w:t>Ἀεὶ τὰ πέρυσι βελτίω: τοῦτο ἐπεφώνουν Ἀθηναῖοι</w:t>
      </w:r>
    </w:p>
    <w:p>
      <w:r>
        <w:rPr>
          <w:rFonts w:ascii="Courier New" w:hAnsi="Courier New"/>
          <w:color w:val="555555"/>
          <w:sz w:val="20"/>
        </w:rPr>
        <w:t>[1 . 32]</w:t>
      </w:r>
    </w:p>
    <w:p>
      <w:r>
        <w:rPr>
          <w:rFonts w:ascii="Gentium Plus" w:hAnsi="Gentium Plus"/>
          <w:sz w:val="24"/>
        </w:rPr>
        <w:t>Ἀεί τις ἐν Κύδωνος: Κορίνθιος οὗτος ἦν φιλοξε‐ νώτατος.</w:t>
      </w:r>
    </w:p>
    <w:p>
      <w:r>
        <w:rPr>
          <w:rFonts w:ascii="Courier New" w:hAnsi="Courier New"/>
          <w:color w:val="555555"/>
          <w:sz w:val="20"/>
        </w:rPr>
        <w:t>[1 . 33]</w:t>
      </w:r>
    </w:p>
    <w:p>
      <w:r>
        <w:rPr>
          <w:rFonts w:ascii="Gentium Plus" w:hAnsi="Gentium Plus"/>
          <w:sz w:val="24"/>
        </w:rPr>
        <w:t>Ἀεὶ Λεοντῖνοι περὶ τοὺς κρατῆρας: ἐπὶ τῶν περί τι σπευδόντων καὶ διὰ τοῦτο ἁλισκομένων. Φάλαρις γὰρ κατῃχμαλώτευσε τοὺς ἐν Σικελίᾳ Λεοντίνους περὶ πό‐ τους ἐσπουδακότας καὶ τοῖς κρατῆρσι τῆς Αἴτνης ἐνέβαλεν.</w:t>
      </w:r>
    </w:p>
    <w:p>
      <w:r>
        <w:rPr>
          <w:rFonts w:ascii="Courier New" w:hAnsi="Courier New"/>
          <w:color w:val="555555"/>
          <w:sz w:val="20"/>
        </w:rPr>
        <w:t>[1 . 34]</w:t>
      </w:r>
    </w:p>
    <w:p>
      <w:r>
        <w:rPr>
          <w:rFonts w:ascii="Gentium Plus" w:hAnsi="Gentium Plus"/>
          <w:sz w:val="24"/>
        </w:rPr>
        <w:t>Ἀεὶ γεωργὸς εἰς νέωτα πλούσιος: ἐπὶ τῶν ἐν ταῖς ἐλπίσι καυχωμένων.</w:t>
      </w:r>
    </w:p>
    <w:p>
      <w:r>
        <w:rPr>
          <w:rFonts w:ascii="Courier New" w:hAnsi="Courier New"/>
          <w:color w:val="555555"/>
          <w:sz w:val="20"/>
        </w:rPr>
        <w:t>[1 . 35]</w:t>
      </w:r>
    </w:p>
    <w:p>
      <w:r>
        <w:rPr>
          <w:rFonts w:ascii="Gentium Plus" w:hAnsi="Gentium Plus"/>
          <w:sz w:val="24"/>
        </w:rPr>
        <w:t>Ἀεὶ κολοιὸς παρὰ κολοιὸν ἱζάνει: ἐπὶ τῶν ὁμοίοις συνεδριαζόντων.</w:t>
      </w:r>
    </w:p>
    <w:p>
      <w:r>
        <w:rPr>
          <w:rFonts w:ascii="Courier New" w:hAnsi="Courier New"/>
          <w:color w:val="555555"/>
          <w:sz w:val="20"/>
        </w:rPr>
        <w:t>[1 . 36]</w:t>
      </w:r>
    </w:p>
    <w:p>
      <w:r>
        <w:rPr>
          <w:rFonts w:ascii="Gentium Plus" w:hAnsi="Gentium Plus"/>
          <w:sz w:val="24"/>
        </w:rPr>
        <w:t>Ἀετὸν κάνθαρος μαιεύσομαι: ἐπὶ τῶν τιμωρου‐ μένων τοὺς ἄρξαντας.</w:t>
      </w:r>
    </w:p>
    <w:p>
      <w:r>
        <w:rPr>
          <w:rFonts w:ascii="Courier New" w:hAnsi="Courier New"/>
          <w:color w:val="555555"/>
          <w:sz w:val="20"/>
        </w:rPr>
        <w:t>[1 . 37]</w:t>
      </w:r>
    </w:p>
    <w:p>
      <w:r>
        <w:rPr>
          <w:rFonts w:ascii="Gentium Plus" w:hAnsi="Gentium Plus"/>
          <w:sz w:val="24"/>
        </w:rPr>
        <w:t>Ἀεὶ γὰρ εὖ πίπτουσιν οἱ Διὸς κύβοι: ἐπὶ τῶν ἀξίως εὐδαιμονούντων.</w:t>
      </w:r>
    </w:p>
    <w:p>
      <w:r>
        <w:rPr>
          <w:rFonts w:ascii="Courier New" w:hAnsi="Courier New"/>
          <w:color w:val="555555"/>
          <w:sz w:val="20"/>
        </w:rPr>
        <w:t>[1 . 38]</w:t>
      </w:r>
    </w:p>
    <w:p>
      <w:r>
        <w:rPr>
          <w:rFonts w:ascii="Gentium Plus" w:hAnsi="Gentium Plus"/>
          <w:sz w:val="24"/>
        </w:rPr>
        <w:t>Ἀεὶ τρὶς ἓξ πίπτουσιν οἱ Διὸς κύβοι: ἐπὶ τῶν [εἰς] ἅπαντα εὐδαιμονούντων.</w:t>
      </w:r>
    </w:p>
    <w:p>
      <w:r>
        <w:rPr>
          <w:rFonts w:ascii="Courier New" w:hAnsi="Courier New"/>
          <w:color w:val="555555"/>
          <w:sz w:val="20"/>
        </w:rPr>
        <w:t>[1 . 39]</w:t>
      </w:r>
    </w:p>
    <w:p>
      <w:r>
        <w:rPr>
          <w:rFonts w:ascii="Gentium Plus" w:hAnsi="Gentium Plus"/>
          <w:sz w:val="24"/>
        </w:rPr>
        <w:t>Ἀετὸν ἵπτασθαι διδάσκεις: δήλη ἡ παροιμία.</w:t>
      </w:r>
    </w:p>
    <w:p>
      <w:r>
        <w:rPr>
          <w:rFonts w:ascii="Courier New" w:hAnsi="Courier New"/>
          <w:color w:val="555555"/>
          <w:sz w:val="20"/>
        </w:rPr>
        <w:t>[1 . 40]</w:t>
      </w:r>
    </w:p>
    <w:p>
      <w:r>
        <w:rPr>
          <w:rFonts w:ascii="Gentium Plus" w:hAnsi="Gentium Plus"/>
          <w:sz w:val="24"/>
        </w:rPr>
        <w:t>Ἀετὸς ἐν νεφέλαις: ἐπὶ τῶν δυσαλώτων.</w:t>
      </w:r>
    </w:p>
    <w:p>
      <w:r>
        <w:rPr>
          <w:rFonts w:ascii="Courier New" w:hAnsi="Courier New"/>
          <w:color w:val="555555"/>
          <w:sz w:val="20"/>
        </w:rPr>
        <w:t>[1 . 41]</w:t>
      </w:r>
    </w:p>
    <w:p>
      <w:r>
        <w:rPr>
          <w:rFonts w:ascii="Gentium Plus" w:hAnsi="Gentium Plus"/>
          <w:sz w:val="24"/>
        </w:rPr>
        <w:t>Ἀετὸς ἐν κοπρίᾳ οὐχ ἵπταται: ἐπὶ τῶν μὴ εὐτε‐ λέσιν ἑαυτοὺς ἐπιδιδόντων πράγμασιν.</w:t>
      </w:r>
    </w:p>
    <w:p>
      <w:r>
        <w:rPr>
          <w:rFonts w:ascii="Courier New" w:hAnsi="Courier New"/>
          <w:color w:val="555555"/>
          <w:sz w:val="20"/>
        </w:rPr>
        <w:t>[1 . 42]</w:t>
      </w:r>
    </w:p>
    <w:p>
      <w:r>
        <w:rPr>
          <w:rFonts w:ascii="Gentium Plus" w:hAnsi="Gentium Plus"/>
          <w:sz w:val="24"/>
        </w:rPr>
        <w:t>Ἀεὶ φέρει τι Λιβύη κακόν: ἐπὶ τῶν κακουργοτά‐ των. θηρία γὰρ τῶν ἄλλων χαλεπώτερα τρέφει ἡ Λιβύη.</w:t>
      </w:r>
    </w:p>
    <w:p>
      <w:r>
        <w:rPr>
          <w:rFonts w:ascii="Courier New" w:hAnsi="Courier New"/>
          <w:color w:val="555555"/>
          <w:sz w:val="20"/>
        </w:rPr>
        <w:t>[1 . 43]</w:t>
      </w:r>
    </w:p>
    <w:p>
      <w:r>
        <w:rPr>
          <w:rFonts w:ascii="Gentium Plus" w:hAnsi="Gentium Plus"/>
          <w:sz w:val="24"/>
        </w:rPr>
        <w:t>Ἀετὸς θρίπας ὁρῶν: ἐπὶ τῶν ἀφροντιστούντων καὶ καταφρονούντων.</w:t>
      </w:r>
    </w:p>
    <w:p>
      <w:pPr>
        <w:jc w:val="center"/>
      </w:pPr>
      <w:r>
        <w:rPr>
          <w:rFonts w:ascii="Gentium Plus" w:hAnsi="Gentium Plus"/>
          <w:b/>
          <w:sz w:val="24"/>
        </w:rPr>
        <w:t>ΑΖ.</w:t>
      </w:r>
    </w:p>
    <w:p>
      <w:r>
        <w:rPr>
          <w:rFonts w:ascii="Courier New" w:hAnsi="Courier New"/>
          <w:color w:val="555555"/>
          <w:sz w:val="20"/>
        </w:rPr>
        <w:t>[1 . 44]</w:t>
      </w:r>
    </w:p>
    <w:p>
      <w:r>
        <w:rPr>
          <w:rFonts w:ascii="Gentium Plus" w:hAnsi="Gentium Plus"/>
          <w:sz w:val="24"/>
        </w:rPr>
        <w:t>Ἀζάνια κακά: ἐπὶ τῶν κακοῖς προσπαλαιόντων. Ἀζανία</w:t>
      </w:r>
    </w:p>
    <w:p>
      <w:r>
        <w:rPr>
          <w:rFonts w:ascii="Courier New" w:hAnsi="Courier New"/>
          <w:color w:val="555555"/>
          <w:sz w:val="20"/>
        </w:rPr>
        <w:t>[1 . 45]</w:t>
      </w:r>
    </w:p>
    <w:p>
      <w:r>
        <w:rPr>
          <w:rFonts w:ascii="Gentium Plus" w:hAnsi="Gentium Plus"/>
          <w:sz w:val="24"/>
        </w:rPr>
        <w:t>Ἀηδόνες λέσχαις ἐγκαθήμεναι: πρὸς τοὺς ἀδο‐ λεσχοῦντας.</w:t>
      </w:r>
    </w:p>
    <w:p>
      <w:r>
        <w:rPr>
          <w:rFonts w:ascii="Courier New" w:hAnsi="Courier New"/>
          <w:color w:val="555555"/>
          <w:sz w:val="20"/>
        </w:rPr>
        <w:t>[1 . 46]</w:t>
      </w:r>
    </w:p>
    <w:p>
      <w:r>
        <w:rPr>
          <w:rFonts w:ascii="Gentium Plus" w:hAnsi="Gentium Plus"/>
          <w:sz w:val="24"/>
        </w:rPr>
        <w:t>Ἄθως καλύπτει πλευρὰ Λημνίας βοός: ἐπὶ τῶν βλαπτόντων ἐκ γειτνιάσεως. ἐπειδὴ τὴν ἐν Λήμνῳ ἐκ μαρμάρου βοῦν τὸ ὄρος ὁ Ἄθων ἐπισκιάζει.</w:t>
      </w:r>
    </w:p>
    <w:p>
      <w:r>
        <w:rPr>
          <w:rFonts w:ascii="Courier New" w:hAnsi="Courier New"/>
          <w:color w:val="555555"/>
          <w:sz w:val="20"/>
        </w:rPr>
        <w:t>[1 . 47]</w:t>
      </w:r>
    </w:p>
    <w:p>
      <w:r>
        <w:rPr>
          <w:rFonts w:ascii="Gentium Plus" w:hAnsi="Gentium Plus"/>
          <w:sz w:val="24"/>
        </w:rPr>
        <w:t>Ἀθηνᾷ τὸν αἴλουρον: λείπει τό· παραβάλλει τις. ἐπὶ τῶν ἀσυγκρίτως ὑπερεχόντων.</w:t>
      </w:r>
    </w:p>
    <w:p>
      <w:r>
        <w:rPr>
          <w:rFonts w:ascii="Courier New" w:hAnsi="Courier New"/>
          <w:color w:val="555555"/>
          <w:sz w:val="20"/>
        </w:rPr>
        <w:t>[1 . 48]</w:t>
      </w:r>
    </w:p>
    <w:p>
      <w:r>
        <w:rPr>
          <w:rFonts w:ascii="Gentium Plus" w:hAnsi="Gentium Plus"/>
          <w:sz w:val="24"/>
        </w:rPr>
        <w:t>Αἰγύπτου γάμος: ἐπὶ τῶν ἀλυσιτελῶς γαμούντων. Αἴγυπτον γὰρ καταλιπόντα τὴν γαμετὴν δι’ αἰσχρότητα ὁ κηδεστὴς ἀνεῖλε Δαναός.</w:t>
      </w:r>
    </w:p>
    <w:p>
      <w:r>
        <w:rPr>
          <w:rFonts w:ascii="Courier New" w:hAnsi="Courier New"/>
          <w:color w:val="555555"/>
          <w:sz w:val="20"/>
        </w:rPr>
        <w:t>[1 . 49]</w:t>
      </w:r>
    </w:p>
    <w:p>
      <w:r>
        <w:rPr>
          <w:rFonts w:ascii="Gentium Plus" w:hAnsi="Gentium Plus"/>
          <w:sz w:val="24"/>
        </w:rPr>
        <w:t>Αἵματι κλαίειν: δήλη.</w:t>
      </w:r>
    </w:p>
    <w:p>
      <w:r>
        <w:rPr>
          <w:rFonts w:ascii="Courier New" w:hAnsi="Courier New"/>
          <w:color w:val="555555"/>
          <w:sz w:val="20"/>
        </w:rPr>
        <w:t>[1 . 50]</w:t>
      </w:r>
    </w:p>
    <w:p>
      <w:r>
        <w:rPr>
          <w:rFonts w:ascii="Gentium Plus" w:hAnsi="Gentium Plus"/>
          <w:sz w:val="24"/>
        </w:rPr>
        <w:t>Αἱ Ἰβύκου γέρανοι: ἐπὶ τῶν ἀπροσδοκήτως ἀνθ’ ὧν ἥμαρτον κολασθέντων. Ἴβυκος γὰρ ὑπὸ λῃστῶν ἀναι‐ ρούμενος καὶ γεράνους ὑπεριπταμένας ἰδὼν ἐμαρτύρατο. χρόνου δὲ παρελθόντος οἱ λῃσταὶ ἐν θεάτρῳ θεώμενοι ἐν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Κορίνθῳ γεράνους ὑπεριπταμένας ἰδόντες πρὸς ἀλλήλους ἔλεγον· Αἱ Ἰβύκου γέρανοι. εἶτα ἐκ τούτου ἁλόντες ἐκολάσθησαν.</w:t>
      </w:r>
    </w:p>
    <w:p>
      <w:r>
        <w:rPr>
          <w:rFonts w:ascii="Courier New" w:hAnsi="Courier New"/>
          <w:color w:val="555555"/>
          <w:sz w:val="20"/>
        </w:rPr>
        <w:t>[1 . 51]</w:t>
      </w:r>
    </w:p>
    <w:p>
      <w:r>
        <w:rPr>
          <w:rFonts w:ascii="Gentium Plus" w:hAnsi="Gentium Plus"/>
          <w:sz w:val="24"/>
        </w:rPr>
        <w:t>Αἰθέρα νήνεμον ἐρέσσεις: ἐπὶ τῶν μάτην πο‐ νούντων.</w:t>
      </w:r>
    </w:p>
    <w:p>
      <w:r>
        <w:rPr>
          <w:rFonts w:ascii="Courier New" w:hAnsi="Courier New"/>
          <w:color w:val="555555"/>
          <w:sz w:val="20"/>
        </w:rPr>
        <w:t>[1 . 52]</w:t>
      </w:r>
    </w:p>
    <w:p>
      <w:r>
        <w:rPr>
          <w:rFonts w:ascii="Gentium Plus" w:hAnsi="Gentium Plus"/>
          <w:sz w:val="24"/>
        </w:rPr>
        <w:t>Αἰεὶ δὲ γέροντι νέαν ποτίβαλλε κόρην: παρεγ‐ γυᾷ ὁ λόγος πρεσβυτέροις τὰς ἀκμαζούσας συνευνάζειν.</w:t>
      </w:r>
    </w:p>
    <w:p>
      <w:r>
        <w:rPr>
          <w:rFonts w:ascii="Courier New" w:hAnsi="Courier New"/>
          <w:color w:val="555555"/>
          <w:sz w:val="20"/>
        </w:rPr>
        <w:t>[1 . 53]</w:t>
      </w:r>
    </w:p>
    <w:p>
      <w:r>
        <w:rPr>
          <w:rFonts w:ascii="Gentium Plus" w:hAnsi="Gentium Plus"/>
          <w:sz w:val="24"/>
        </w:rPr>
        <w:t>Ἄϊδος κυνῆ: πρὸς τοὺς ἐπικρύπτοντας ἑαυτοὺς διά τινων μηχανημάτων· τοιαύτη γὰρ ἡ τοῦ Ἅιδου κυνῆ, ᾗ</w:t>
      </w:r>
    </w:p>
    <w:p>
      <w:r>
        <w:rPr>
          <w:rFonts w:ascii="Courier New" w:hAnsi="Courier New"/>
          <w:color w:val="555555"/>
          <w:sz w:val="20"/>
        </w:rPr>
        <w:t>[1 . 54]</w:t>
      </w:r>
    </w:p>
    <w:p>
      <w:r>
        <w:rPr>
          <w:rFonts w:ascii="Gentium Plus" w:hAnsi="Gentium Plus"/>
          <w:sz w:val="24"/>
        </w:rPr>
        <w:t>Αἲξ οὔπω τέτοκεν, ἔριφος δ’ ἐπὶ δώματα παί‐ ζει: ἐπὶ τῶν οὔπω τεχθέντων καὶ ὅμοιόν τι λεγόντων.</w:t>
      </w:r>
    </w:p>
    <w:p>
      <w:r>
        <w:rPr>
          <w:rFonts w:ascii="Courier New" w:hAnsi="Courier New"/>
          <w:color w:val="555555"/>
          <w:sz w:val="20"/>
        </w:rPr>
        <w:t>[1 . 55]</w:t>
      </w:r>
    </w:p>
    <w:p>
      <w:r>
        <w:rPr>
          <w:rFonts w:ascii="Gentium Plus" w:hAnsi="Gentium Plus"/>
          <w:sz w:val="24"/>
        </w:rPr>
        <w:t>Αἰάντειος γέλως: ἐπὶ τῶν παραφρόνως γελώντων.</w:t>
      </w:r>
    </w:p>
    <w:p>
      <w:r>
        <w:rPr>
          <w:rFonts w:ascii="Courier New" w:hAnsi="Courier New"/>
          <w:color w:val="555555"/>
          <w:sz w:val="20"/>
        </w:rPr>
        <w:t>[1 . 56]</w:t>
      </w:r>
    </w:p>
    <w:p>
      <w:r>
        <w:rPr>
          <w:rFonts w:ascii="Gentium Plus" w:hAnsi="Gentium Plus"/>
          <w:sz w:val="24"/>
        </w:rPr>
        <w:t>Ἄειδε τὰ Τέλληνος: ἐπὶ τῶν σκωπτικῶν. Τέλλης γὰρ ποιητὴς ὢν μέλη κατέλιπε πλείστην χάριν ἔχοντα καὶ σκώμματα.</w:t>
      </w:r>
    </w:p>
    <w:p>
      <w:r>
        <w:rPr>
          <w:rFonts w:ascii="Courier New" w:hAnsi="Courier New"/>
          <w:color w:val="555555"/>
          <w:sz w:val="20"/>
        </w:rPr>
        <w:t>[1 . 57]</w:t>
      </w:r>
    </w:p>
    <w:p>
      <w:r>
        <w:rPr>
          <w:rFonts w:ascii="Gentium Plus" w:hAnsi="Gentium Plus"/>
          <w:sz w:val="24"/>
        </w:rPr>
        <w:t>Αἲξ τὴν μάχαιραν: λείπει τὸ ἐπεσκάλευσεν. καὶ λέ‐ γεται ἐπὶ τῶν ἑαυτοῖς τὰ κακὰ ἐπισπωμένων.</w:t>
      </w:r>
    </w:p>
    <w:p>
      <w:r>
        <w:rPr>
          <w:rFonts w:ascii="Courier New" w:hAnsi="Courier New"/>
          <w:color w:val="555555"/>
          <w:sz w:val="20"/>
        </w:rPr>
        <w:t>[1 . 58]</w:t>
      </w:r>
    </w:p>
    <w:p>
      <w:r>
        <w:rPr>
          <w:rFonts w:ascii="Gentium Plus" w:hAnsi="Gentium Plus"/>
          <w:sz w:val="24"/>
        </w:rPr>
        <w:t>Αἲξ Σκυρία: ἐπὶ τῶν ἀνατρεπόντων τὰς εὐεργεσίας· αἱ γὰρ κατὰ Σκῦρον αἶγες πολὺ γάλα ἀφιεῖσαι, εἶτα ἀνα‐ τρέπουσι τὸ ἀγγεῖον.</w:t>
      </w:r>
    </w:p>
    <w:p>
      <w:r>
        <w:rPr>
          <w:rFonts w:ascii="Courier New" w:hAnsi="Courier New"/>
          <w:color w:val="555555"/>
          <w:sz w:val="20"/>
        </w:rPr>
        <w:t>[1 . 59]</w:t>
      </w:r>
    </w:p>
    <w:p>
      <w:r>
        <w:rPr>
          <w:rFonts w:ascii="Gentium Plus" w:hAnsi="Gentium Plus"/>
          <w:sz w:val="24"/>
        </w:rPr>
        <w:t>Αἱ Οἰδίποδος ἀραί: ἐπὶ τῶν μεγάλως δυστυχούντων.</w:t>
      </w:r>
    </w:p>
    <w:p>
      <w:r>
        <w:rPr>
          <w:rFonts w:ascii="Courier New" w:hAnsi="Courier New"/>
          <w:color w:val="555555"/>
          <w:sz w:val="20"/>
        </w:rPr>
        <w:t>[1 . 60]</w:t>
      </w:r>
    </w:p>
    <w:p>
      <w:r>
        <w:rPr>
          <w:rFonts w:ascii="Gentium Plus" w:hAnsi="Gentium Plus"/>
          <w:sz w:val="24"/>
        </w:rPr>
        <w:t>Αἰσώπειον αἷμα: ἐπὶ τῶν δυσαπονίπτοις ὀνείδεσι καὶ κακοῖς συνεχομένων. πολλὰ γάρ φασι τὸ θεῖον τιμωρή‐ σασθαι τοὺς ἀνελόντας τὸν Αἴσωπον.</w:t>
      </w:r>
    </w:p>
    <w:p>
      <w:r>
        <w:rPr>
          <w:rFonts w:ascii="Courier New" w:hAnsi="Courier New"/>
          <w:color w:val="555555"/>
          <w:sz w:val="20"/>
        </w:rPr>
        <w:t>[1 . 61]</w:t>
      </w:r>
    </w:p>
    <w:p>
      <w:r>
        <w:rPr>
          <w:rFonts w:ascii="Gentium Plus" w:hAnsi="Gentium Plus"/>
          <w:sz w:val="24"/>
        </w:rPr>
        <w:t>Αἱ ἐν Ἅιδου τριακάδες: ἐπὶ τῶν περιέργων καὶ τὰ ἀποκεκρυμμένα γινώσκειν ἐθελόντων· ἡ τριακὰς δὲ μυστή‐ ρια τῆς Ἑκάτης.</w:t>
      </w:r>
    </w:p>
    <w:p>
      <w:r>
        <w:rPr>
          <w:rFonts w:ascii="Courier New" w:hAnsi="Courier New"/>
          <w:color w:val="555555"/>
          <w:sz w:val="20"/>
        </w:rPr>
        <w:t>[1 . 62]</w:t>
      </w:r>
    </w:p>
    <w:p>
      <w:r>
        <w:rPr>
          <w:rFonts w:ascii="Gentium Plus" w:hAnsi="Gentium Plus"/>
          <w:sz w:val="24"/>
        </w:rPr>
        <w:t>Αἰθίοπα σμήχειν: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[1 . 63]</w:t>
      </w:r>
    </w:p>
    <w:p>
      <w:r>
        <w:rPr>
          <w:rFonts w:ascii="Gentium Plus" w:hAnsi="Gentium Plus"/>
          <w:sz w:val="24"/>
        </w:rPr>
        <w:t>Ἀκαρπότερος Ἀδώνιδος κήπου: ἐπὶ τῶν μηδὲν γενναῖον τεκεῖν δυναμένων.</w:t>
      </w:r>
    </w:p>
    <w:p>
      <w:r>
        <w:rPr>
          <w:rFonts w:ascii="Courier New" w:hAnsi="Courier New"/>
          <w:color w:val="555555"/>
          <w:sz w:val="20"/>
        </w:rPr>
        <w:t>[1 . 64]</w:t>
      </w:r>
    </w:p>
    <w:p>
      <w:r>
        <w:rPr>
          <w:rFonts w:ascii="Gentium Plus" w:hAnsi="Gentium Plus"/>
          <w:sz w:val="24"/>
        </w:rPr>
        <w:t>Ἄκαιρος εὔνοι’ οὐδὲν ἔχθρας διαφέρει: ταῦτα Ἱππόλυτόν φασιν εἰπεῖν διὰ τὴν Φαίδραν.</w:t>
      </w:r>
    </w:p>
    <w:p>
      <w:r>
        <w:rPr>
          <w:rFonts w:ascii="Courier New" w:hAnsi="Courier New"/>
          <w:color w:val="555555"/>
          <w:sz w:val="20"/>
        </w:rPr>
        <w:t>[1 . 65]</w:t>
      </w:r>
    </w:p>
    <w:p>
      <w:r>
        <w:rPr>
          <w:rFonts w:ascii="Gentium Plus" w:hAnsi="Gentium Plus"/>
          <w:sz w:val="24"/>
        </w:rPr>
        <w:t>Ἄκουε τἀπὸ καρδίας: ἐπὶ τῶν ἃ φρονοῦσι διεξιόντων.</w:t>
      </w:r>
    </w:p>
    <w:p>
      <w:r>
        <w:rPr>
          <w:rFonts w:ascii="Courier New" w:hAnsi="Courier New"/>
          <w:color w:val="555555"/>
          <w:sz w:val="20"/>
        </w:rPr>
        <w:t>[1 . 66]</w:t>
      </w:r>
    </w:p>
    <w:p>
      <w:r>
        <w:rPr>
          <w:rFonts w:ascii="Gentium Plus" w:hAnsi="Gentium Plus"/>
          <w:sz w:val="24"/>
        </w:rPr>
        <w:t>Ἀκίνητα κινεῖν: καθ’ ὑπερβολήν· ὅτι οὐ δεῖ τὰ ὁρισθέντα παραβαίνειν.</w:t>
      </w:r>
    </w:p>
    <w:p>
      <w:r>
        <w:rPr>
          <w:rFonts w:ascii="Courier New" w:hAnsi="Courier New"/>
          <w:color w:val="555555"/>
          <w:sz w:val="20"/>
        </w:rPr>
        <w:t>[1 . 67]</w:t>
      </w:r>
    </w:p>
    <w:p>
      <w:r>
        <w:rPr>
          <w:rFonts w:ascii="Gentium Plus" w:hAnsi="Gentium Plus"/>
          <w:sz w:val="24"/>
        </w:rPr>
        <w:t>Ἀκέσεως καὶ Ἑλικῶνος ἔργα: ἐπὶ τῶν θαύματος ἀξίων· οὗτοι γὰρ πρῶτοι τὸν τῆς Ἀθηνᾶς πέπλον εἰρ‐ γάσαντο.</w:t>
      </w:r>
    </w:p>
    <w:p>
      <w:r>
        <w:rPr>
          <w:rFonts w:ascii="Courier New" w:hAnsi="Courier New"/>
          <w:color w:val="555555"/>
          <w:sz w:val="20"/>
        </w:rPr>
        <w:t>[1 . 68]</w:t>
      </w:r>
    </w:p>
    <w:p>
      <w:r>
        <w:rPr>
          <w:rFonts w:ascii="Gentium Plus" w:hAnsi="Gentium Plus"/>
          <w:sz w:val="24"/>
        </w:rPr>
        <w:t>Ἀκόνην σιτίζειν: ἐπὶ τῶν τροφῇ μὲν πολλῇ χρω‐ μένων, μηδὲν δὲ εἰς σῶμα ἐπιδιδόντων.</w:t>
      </w:r>
    </w:p>
    <w:p>
      <w:r>
        <w:rPr>
          <w:rFonts w:ascii="Courier New" w:hAnsi="Courier New"/>
          <w:color w:val="555555"/>
          <w:sz w:val="20"/>
        </w:rPr>
        <w:t>[1 . 69]</w:t>
      </w:r>
    </w:p>
    <w:p>
      <w:r>
        <w:rPr>
          <w:rFonts w:ascii="Gentium Plus" w:hAnsi="Gentium Plus"/>
          <w:sz w:val="24"/>
        </w:rPr>
        <w:t>Ἀκλητὶ κωμάζουσιν ἐς φίλων φίλοι: ὅμοιον τῇ· Αὐτόματοι δ’ ἀγαθοὶ ἀγαθῶν ἐπὶ δαῖτας ἴασιν.</w:t>
      </w:r>
    </w:p>
    <w:p>
      <w:r>
        <w:rPr>
          <w:rFonts w:ascii="Courier New" w:hAnsi="Courier New"/>
          <w:color w:val="555555"/>
          <w:sz w:val="20"/>
        </w:rPr>
        <w:t>[1 . 70]</w:t>
      </w:r>
    </w:p>
    <w:p>
      <w:r>
        <w:rPr>
          <w:rFonts w:ascii="Gentium Plus" w:hAnsi="Gentium Plus"/>
          <w:sz w:val="24"/>
        </w:rPr>
        <w:t>Ἀκέφαλος μῦθος: ἐπὶ τῶν ἀτελῆ λεγόντων.</w:t>
      </w:r>
    </w:p>
    <w:p>
      <w:r>
        <w:rPr>
          <w:rFonts w:ascii="Courier New" w:hAnsi="Courier New"/>
          <w:color w:val="555555"/>
          <w:sz w:val="20"/>
        </w:rPr>
        <w:t>[1 . 71]</w:t>
      </w:r>
    </w:p>
    <w:p>
      <w:r>
        <w:rPr>
          <w:rFonts w:ascii="Gentium Plus" w:hAnsi="Gentium Plus"/>
          <w:sz w:val="24"/>
        </w:rPr>
        <w:t>Ἀκαρπότερος ἀγρίππου: ἐπὶ τῶν πάνυ πενομένων. Λάκωνες γὰρ τὴν ἀγρίαν ἐλαίαν ἄγριππον καλοῦσιν.</w:t>
      </w:r>
    </w:p>
    <w:p>
      <w:r>
        <w:rPr>
          <w:rFonts w:ascii="Courier New" w:hAnsi="Courier New"/>
          <w:color w:val="555555"/>
          <w:sz w:val="20"/>
        </w:rPr>
        <w:t>[1 . 72]</w:t>
      </w:r>
    </w:p>
    <w:p>
      <w:r>
        <w:rPr>
          <w:rFonts w:ascii="Gentium Plus" w:hAnsi="Gentium Plus"/>
          <w:sz w:val="24"/>
        </w:rPr>
        <w:t>Ἄκρῳ ἅψασθαι δακτύλῳ: ἐπὶ τῶν οὐκ ἀκριβῶς τι ἠσκημμένων.</w:t>
      </w:r>
    </w:p>
    <w:p>
      <w:r>
        <w:rPr>
          <w:rFonts w:ascii="Courier New" w:hAnsi="Courier New"/>
          <w:color w:val="555555"/>
          <w:sz w:val="20"/>
        </w:rPr>
        <w:t>[1 . 73]</w:t>
      </w:r>
    </w:p>
    <w:p>
      <w:r>
        <w:rPr>
          <w:rFonts w:ascii="Gentium Plus" w:hAnsi="Gentium Plus"/>
          <w:sz w:val="24"/>
        </w:rPr>
        <w:t>Ἅλας καὶ τράπεζαν μὴ παραβαίνειν: τὴν Θέ‐ μιν φασὶν χρηστηριάζουσαν παραινεῖν, ὅτι τοῖς κοινωνήσασι τούτων φίλοις χρῆσθαι δεῖ.</w:t>
      </w:r>
    </w:p>
    <w:p>
      <w:r>
        <w:rPr>
          <w:rFonts w:ascii="Courier New" w:hAnsi="Courier New"/>
          <w:color w:val="555555"/>
          <w:sz w:val="20"/>
        </w:rPr>
        <w:t>[1 . 74]</w:t>
      </w:r>
    </w:p>
    <w:p>
      <w:r>
        <w:rPr>
          <w:rFonts w:ascii="Gentium Plus" w:hAnsi="Gentium Plus"/>
          <w:sz w:val="24"/>
        </w:rPr>
        <w:t>Ἀθυμοῦντες ἄνδρες οὔπω τρόπαιον ἔστη‐ σαν: δήλη.</w:t>
      </w:r>
    </w:p>
    <w:p>
      <w:r>
        <w:rPr>
          <w:rFonts w:ascii="Courier New" w:hAnsi="Courier New"/>
          <w:color w:val="555555"/>
          <w:sz w:val="20"/>
        </w:rPr>
        <w:t>[1 . 75]</w:t>
      </w:r>
    </w:p>
    <w:p>
      <w:r>
        <w:rPr>
          <w:rFonts w:ascii="Gentium Plus" w:hAnsi="Gentium Plus"/>
          <w:sz w:val="24"/>
        </w:rPr>
        <w:t>Ἅλμη οὐκ ἔνεστιν αὐτῷ: ἐπὶ τῶν ἀηδῶν.</w:t>
      </w:r>
    </w:p>
    <w:p>
      <w:r>
        <w:rPr>
          <w:rFonts w:ascii="Courier New" w:hAnsi="Courier New"/>
          <w:color w:val="555555"/>
          <w:sz w:val="20"/>
        </w:rPr>
        <w:t>[1 . 76]</w:t>
      </w:r>
    </w:p>
    <w:p>
      <w:r>
        <w:rPr>
          <w:rFonts w:ascii="Gentium Plus" w:hAnsi="Gentium Plus"/>
          <w:sz w:val="24"/>
        </w:rPr>
        <w:t>Ἄλλως ἀναλίσκεις ὕδωρ: ἐπὶ τῶν ματαιολογούντων.</w:t>
      </w:r>
    </w:p>
    <w:p>
      <w:r>
        <w:rPr>
          <w:rFonts w:ascii="Courier New" w:hAnsi="Courier New"/>
          <w:color w:val="555555"/>
          <w:sz w:val="20"/>
        </w:rPr>
        <w:t>[1 . 77]</w:t>
      </w:r>
    </w:p>
    <w:p>
      <w:r>
        <w:rPr>
          <w:rFonts w:ascii="Gentium Plus" w:hAnsi="Gentium Plus"/>
          <w:sz w:val="24"/>
        </w:rPr>
        <w:t>Ἄλλοι κάμον, ἄλλοι ὤναντο: ἐπὶ τῶν παρ’ ἐλπίδα κληρονομησάντων.</w:t>
      </w:r>
    </w:p>
    <w:p>
      <w:r>
        <w:rPr>
          <w:rFonts w:ascii="Courier New" w:hAnsi="Courier New"/>
          <w:color w:val="555555"/>
          <w:sz w:val="20"/>
        </w:rPr>
        <w:t>[1 . 78]</w:t>
      </w:r>
    </w:p>
    <w:p>
      <w:r>
        <w:rPr>
          <w:rFonts w:ascii="Gentium Plus" w:hAnsi="Gentium Plus"/>
          <w:sz w:val="24"/>
        </w:rPr>
        <w:t>Ἄλλοι μὲν σπείρουσιν, ἄλλοι δὲ ἀμήσουσιν: ἐπὶ τῶν οὐχ ἑαυτοῖς, ἀλλ’ ἑτέροις πονούντων.</w:t>
      </w:r>
    </w:p>
    <w:p>
      <w:r>
        <w:rPr>
          <w:rFonts w:ascii="Courier New" w:hAnsi="Courier New"/>
          <w:color w:val="555555"/>
          <w:sz w:val="20"/>
        </w:rPr>
        <w:t>[1 . 79]</w:t>
      </w:r>
    </w:p>
    <w:p>
      <w:r>
        <w:rPr>
          <w:rFonts w:ascii="Gentium Plus" w:hAnsi="Gentium Plus"/>
          <w:sz w:val="24"/>
        </w:rPr>
        <w:t>Ἀλλ’ ἦ λύκος τὰς αἶγας αἰκάλλεις μολών: ἐπὶ τῶν ὑποκρινομένων καὶ πειρωμένων ἐξαπατᾷν.</w:t>
      </w:r>
    </w:p>
    <w:p>
      <w:r>
        <w:rPr>
          <w:rFonts w:ascii="Courier New" w:hAnsi="Courier New"/>
          <w:color w:val="555555"/>
          <w:sz w:val="20"/>
        </w:rPr>
        <w:t>[1 . 80]</w:t>
      </w:r>
    </w:p>
    <w:p>
      <w:r>
        <w:rPr>
          <w:rFonts w:ascii="Gentium Plus" w:hAnsi="Gentium Plus"/>
          <w:sz w:val="24"/>
        </w:rPr>
        <w:t>Ἄλλο γλαῦξ, ἄλλο κορώνη φθέγγεται: ἐπὶ τῶν κρείττοσιν ἐριζόντων.</w:t>
      </w:r>
    </w:p>
    <w:p>
      <w:r>
        <w:rPr>
          <w:rFonts w:ascii="Courier New" w:hAnsi="Courier New"/>
          <w:color w:val="555555"/>
          <w:sz w:val="20"/>
        </w:rPr>
        <w:t>[1 . 81]</w:t>
      </w:r>
    </w:p>
    <w:p>
      <w:r>
        <w:rPr>
          <w:rFonts w:ascii="Gentium Plus" w:hAnsi="Gentium Plus"/>
          <w:sz w:val="24"/>
        </w:rPr>
        <w:t>Ἀλλότριον ἀμᾷς θέρος: ἐπὶ τῶν τὰ ἀλλότρια καρ‐</w:t>
      </w:r>
    </w:p>
    <w:p>
      <w:r>
        <w:rPr>
          <w:rFonts w:ascii="Courier New" w:hAnsi="Courier New"/>
          <w:color w:val="555555"/>
          <w:sz w:val="20"/>
        </w:rPr>
        <w:t>[1 . 82]</w:t>
      </w:r>
    </w:p>
    <w:p>
      <w:r>
        <w:rPr>
          <w:rFonts w:ascii="Gentium Plus" w:hAnsi="Gentium Plus"/>
          <w:sz w:val="24"/>
        </w:rPr>
        <w:t>Ἁλῶν μέδιμνον καταφαγών: ἐπὶ τῶν ἀμνημο‐ νούντων τῶν φίλων.</w:t>
      </w:r>
    </w:p>
    <w:p>
      <w:r>
        <w:rPr>
          <w:rFonts w:ascii="Courier New" w:hAnsi="Courier New"/>
          <w:color w:val="555555"/>
          <w:sz w:val="20"/>
        </w:rPr>
        <w:t>[1 . 83]</w:t>
      </w:r>
    </w:p>
    <w:p>
      <w:r>
        <w:rPr>
          <w:rFonts w:ascii="Gentium Plus" w:hAnsi="Gentium Plus"/>
          <w:sz w:val="24"/>
        </w:rPr>
        <w:t>Ἀληλεσμένον βίον: καί· Μεμαγμένον βίον: ἐπὶ τοῦ ἑτοίμου καὶ προχείρου καὶ ἀκόπου.</w:t>
      </w:r>
    </w:p>
    <w:p>
      <w:r>
        <w:rPr>
          <w:rFonts w:ascii="Courier New" w:hAnsi="Courier New"/>
          <w:color w:val="555555"/>
          <w:sz w:val="20"/>
        </w:rPr>
        <w:t>[1 . 84]</w:t>
      </w:r>
    </w:p>
    <w:p>
      <w:r>
        <w:rPr>
          <w:rFonts w:ascii="Gentium Plus" w:hAnsi="Gentium Plus"/>
          <w:sz w:val="24"/>
        </w:rPr>
        <w:t>Ἀληθέστερα τῶν ἐπὶ Σάγρᾳ: εἰς τὸν ἐπὶ Ἰτα‐ λίαν ποταμὸν Σάγραν νικησάντων μάχῃ Λακεδαιμονίων, αὐθημερὸν ἡ φήμη κατέλαβε τὴν Σπάρτην.</w:t>
      </w:r>
    </w:p>
    <w:p>
      <w:r>
        <w:rPr>
          <w:rFonts w:ascii="Courier New" w:hAnsi="Courier New"/>
          <w:color w:val="555555"/>
          <w:sz w:val="20"/>
        </w:rPr>
        <w:t>[1 . 85]</w:t>
      </w:r>
    </w:p>
    <w:p>
      <w:r>
        <w:rPr>
          <w:rFonts w:ascii="Gentium Plus" w:hAnsi="Gentium Plus"/>
          <w:sz w:val="24"/>
        </w:rPr>
        <w:t>Ἄλλος οὗτος Ἡρακλῆς: ἐπὶ τῶν βίᾳ τι πραττόντων.</w:t>
      </w:r>
    </w:p>
    <w:p>
      <w:r>
        <w:rPr>
          <w:rFonts w:ascii="Courier New" w:hAnsi="Courier New"/>
          <w:color w:val="555555"/>
          <w:sz w:val="20"/>
        </w:rPr>
        <w:t>[1 . 86]</w:t>
      </w:r>
    </w:p>
    <w:p>
      <w:r>
        <w:rPr>
          <w:rFonts w:ascii="Gentium Plus" w:hAnsi="Gentium Plus"/>
          <w:sz w:val="24"/>
        </w:rPr>
        <w:t>Ἄλλος βίος, ἄλλη δίαιτα: ἐπὶ τῶν εἰς ἀμείνονα βίον μεταβαλλόντων.</w:t>
      </w:r>
    </w:p>
    <w:p>
      <w:r>
        <w:rPr>
          <w:rFonts w:ascii="Courier New" w:hAnsi="Courier New"/>
          <w:color w:val="555555"/>
          <w:sz w:val="20"/>
        </w:rPr>
        <w:t>[1 . 87]</w:t>
      </w:r>
    </w:p>
    <w:p>
      <w:r>
        <w:rPr>
          <w:rFonts w:ascii="Gentium Plus" w:hAnsi="Gentium Plus"/>
          <w:sz w:val="24"/>
        </w:rPr>
        <w:t>Ἄλλην δρῦν βαλάνιζε: ἐπὶ τῶν ἐνδελεχῶς αἰ‐ τούντων.</w:t>
      </w:r>
    </w:p>
    <w:p>
      <w:r>
        <w:rPr>
          <w:rFonts w:ascii="Courier New" w:hAnsi="Courier New"/>
          <w:color w:val="555555"/>
          <w:sz w:val="20"/>
        </w:rPr>
        <w:t>[1 . 88]</w:t>
      </w:r>
    </w:p>
    <w:p>
      <w:r>
        <w:rPr>
          <w:rFonts w:ascii="Gentium Plus" w:hAnsi="Gentium Plus"/>
          <w:sz w:val="24"/>
        </w:rPr>
        <w:t>Ἅλις δρυός: ἐπὶ τῶν αἰσχρῶς μέν τι καὶ ἀηδῶς ἐσθιόντων, ὕστερον δὲ βέλτιόν τι εὑρόντων.</w:t>
      </w:r>
    </w:p>
    <w:p>
      <w:r>
        <w:rPr>
          <w:rFonts w:ascii="Courier New" w:hAnsi="Courier New"/>
          <w:color w:val="555555"/>
          <w:sz w:val="20"/>
        </w:rPr>
        <w:t>[1 . 89]</w:t>
      </w:r>
    </w:p>
    <w:p>
      <w:r>
        <w:rPr>
          <w:rFonts w:ascii="Gentium Plus" w:hAnsi="Gentium Plus"/>
          <w:sz w:val="24"/>
        </w:rPr>
        <w:t>Ἀλλ’ ἕπου χώρας τρόποις: ὅτι δεῖ χώρας ἑκάστης μιμεῖσθαι τὰ ἔθη.</w:t>
      </w:r>
    </w:p>
    <w:p>
      <w:r>
        <w:rPr>
          <w:rFonts w:ascii="Courier New" w:hAnsi="Courier New"/>
          <w:color w:val="555555"/>
          <w:sz w:val="20"/>
        </w:rPr>
        <w:t>[1 . 90]</w:t>
      </w:r>
    </w:p>
    <w:p>
      <w:r>
        <w:rPr>
          <w:rFonts w:ascii="Gentium Plus" w:hAnsi="Gentium Plus"/>
          <w:sz w:val="24"/>
        </w:rPr>
        <w:t>Ἄλλοτε μητρυιὴ πέλει ἡμέρα, ἄλλοτε μήτηρ:</w:t>
      </w:r>
    </w:p>
    <w:p>
      <w:r>
        <w:rPr>
          <w:rFonts w:ascii="Courier New" w:hAnsi="Courier New"/>
          <w:color w:val="555555"/>
          <w:sz w:val="20"/>
        </w:rPr>
        <w:t>[1 . 91]</w:t>
      </w:r>
    </w:p>
    <w:p>
      <w:r>
        <w:rPr>
          <w:rFonts w:ascii="Gentium Plus" w:hAnsi="Gentium Plus"/>
          <w:sz w:val="24"/>
        </w:rPr>
        <w:t>Ἀλωπεκίζειν πρὸς ἑτέραν ἀλώπεκα: ἐπὶ τῶν τοὺς ὁμοίους ἐξαπατᾶν ἐγχειρούντων.</w:t>
      </w:r>
    </w:p>
    <w:p>
      <w:r>
        <w:rPr>
          <w:rFonts w:ascii="Courier New" w:hAnsi="Courier New"/>
          <w:color w:val="555555"/>
          <w:sz w:val="20"/>
        </w:rPr>
        <w:t>[1 . 92]</w:t>
      </w:r>
    </w:p>
    <w:p>
      <w:r>
        <w:rPr>
          <w:rFonts w:ascii="Gentium Plus" w:hAnsi="Gentium Plus"/>
          <w:sz w:val="24"/>
        </w:rPr>
        <w:t>Ἄλλως ᾄδεις: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[1 . 93]</w:t>
      </w:r>
    </w:p>
    <w:p>
      <w:r>
        <w:rPr>
          <w:rFonts w:ascii="Gentium Plus" w:hAnsi="Gentium Plus"/>
          <w:sz w:val="24"/>
        </w:rPr>
        <w:t>Ἀμεινόνων οἰωνῶν τυχεῖν: ἐπὶ τῶν ἐκ κακῶν εἰς ἀγαθὰ μεταβαινόντων.</w:t>
      </w:r>
    </w:p>
    <w:p>
      <w:r>
        <w:rPr>
          <w:rFonts w:ascii="Courier New" w:hAnsi="Courier New"/>
          <w:color w:val="555555"/>
          <w:sz w:val="20"/>
        </w:rPr>
        <w:t>[1 . 94]</w:t>
      </w:r>
    </w:p>
    <w:p>
      <w:r>
        <w:rPr>
          <w:rFonts w:ascii="Gentium Plus" w:hAnsi="Gentium Plus"/>
          <w:sz w:val="24"/>
        </w:rPr>
        <w:t>Ἅμ’ ἔπος, ἅμ’ ἔργον: δήλη.</w:t>
      </w:r>
    </w:p>
    <w:p>
      <w:r>
        <w:rPr>
          <w:rFonts w:ascii="Courier New" w:hAnsi="Courier New"/>
          <w:color w:val="555555"/>
          <w:sz w:val="20"/>
        </w:rPr>
        <w:t>[1 . 95]</w:t>
      </w:r>
    </w:p>
    <w:p>
      <w:r>
        <w:rPr>
          <w:rFonts w:ascii="Gentium Plus" w:hAnsi="Gentium Plus"/>
          <w:sz w:val="24"/>
        </w:rPr>
        <w:t>Ἄμυρις μαίνεται: ἐπὶ τῶν καθῆκον μέν τι πρατ‐ τόντων, δόξαν δὲ μανίας τισὶ διδόντων.</w:t>
      </w:r>
    </w:p>
    <w:p>
      <w:r>
        <w:rPr>
          <w:rFonts w:ascii="Courier New" w:hAnsi="Courier New"/>
          <w:color w:val="555555"/>
          <w:sz w:val="20"/>
        </w:rPr>
        <w:t>[1 . 96]</w:t>
      </w:r>
    </w:p>
    <w:p>
      <w:r>
        <w:rPr>
          <w:rFonts w:ascii="Gentium Plus" w:hAnsi="Gentium Plus"/>
          <w:sz w:val="24"/>
        </w:rPr>
        <w:t>Ἄμμον μετρεῖν: ἐπὶ τῶν ἀδυνάτων.</w:t>
      </w:r>
    </w:p>
    <w:p>
      <w:r>
        <w:rPr>
          <w:rFonts w:ascii="Courier New" w:hAnsi="Courier New"/>
          <w:color w:val="555555"/>
          <w:sz w:val="20"/>
        </w:rPr>
        <w:t>[1 . 97]</w:t>
      </w:r>
    </w:p>
    <w:p>
      <w:r>
        <w:rPr>
          <w:rFonts w:ascii="Gentium Plus" w:hAnsi="Gentium Plus"/>
          <w:sz w:val="24"/>
        </w:rPr>
        <w:t>Ἅμα δίδου καὶ λάμβανε: ἐπὶ τῶν ἀπίστων καὶ ἀγνωμόνων.</w:t>
      </w:r>
    </w:p>
    <w:p>
      <w:r>
        <w:rPr>
          <w:rFonts w:ascii="Courier New" w:hAnsi="Courier New"/>
          <w:color w:val="555555"/>
          <w:sz w:val="20"/>
        </w:rPr>
        <w:t>[1 . 98]</w:t>
      </w:r>
    </w:p>
    <w:p>
      <w:r>
        <w:rPr>
          <w:rFonts w:ascii="Gentium Plus" w:hAnsi="Gentium Plus"/>
          <w:sz w:val="24"/>
        </w:rPr>
        <w:t>Ἀμφοῖν χεροῖν: δήλη.</w:t>
      </w:r>
    </w:p>
    <w:p>
      <w:r>
        <w:rPr>
          <w:rFonts w:ascii="Courier New" w:hAnsi="Courier New"/>
          <w:color w:val="555555"/>
          <w:sz w:val="20"/>
        </w:rPr>
        <w:t>[1 . 99]</w:t>
      </w:r>
    </w:p>
    <w:p>
      <w:r>
        <w:rPr>
          <w:rFonts w:ascii="Gentium Plus" w:hAnsi="Gentium Plus"/>
          <w:sz w:val="24"/>
        </w:rPr>
        <w:t>Ἀμαλθείας κέρας: ἐπὶ τῶν εὐσθενούντων καὶ εὖ πραττόντων. Ἀμαλθείᾳ γὰρ τῇ τροφῷ κέρας ἔδωκεν ὁ Ζεὺς, παρακελεύσας γενέσθαι αὐτῇ ὃ ἂν παρὰ τοῦ κέρατος αἰτήσηται, διότι μὴ ἔχουσα αὐτὴ γάλα αἰγὶ αὐτὸν ὑπέβαλεν.</w:t>
      </w:r>
    </w:p>
    <w:p>
      <w:r>
        <w:rPr>
          <w:rFonts w:ascii="Courier New" w:hAnsi="Courier New"/>
          <w:color w:val="555555"/>
          <w:sz w:val="20"/>
        </w:rPr>
        <w:t>[1 . 100]</w:t>
      </w:r>
    </w:p>
    <w:p>
      <w:r>
        <w:rPr>
          <w:rFonts w:ascii="Gentium Plus" w:hAnsi="Gentium Plus"/>
          <w:sz w:val="24"/>
        </w:rPr>
        <w:t>Ἄμμες ποτ’ ἦμες: ἀντὶ τοῦ· ἡμεῖς ποτὲ ἦμεν.</w:t>
      </w:r>
    </w:p>
    <w:p>
      <w:r>
        <w:rPr>
          <w:rFonts w:ascii="Courier New" w:hAnsi="Courier New"/>
          <w:color w:val="555555"/>
          <w:sz w:val="20"/>
        </w:rPr>
        <w:t>[2 . 1]</w:t>
      </w:r>
    </w:p>
    <w:p>
      <w:r>
        <w:rPr>
          <w:rFonts w:ascii="Gentium Plus" w:hAnsi="Gentium Plus"/>
          <w:sz w:val="24"/>
        </w:rPr>
        <w:t>Ἄμας ἀπῄτουν, οἱ δ’ ἀπηρνοῦντο σκάφας: δήλη.</w:t>
      </w:r>
    </w:p>
    <w:p>
      <w:r>
        <w:rPr>
          <w:rFonts w:ascii="Courier New" w:hAnsi="Courier New"/>
          <w:color w:val="555555"/>
          <w:sz w:val="20"/>
        </w:rPr>
        <w:t>[2 . 2]</w:t>
      </w:r>
    </w:p>
    <w:p>
      <w:r>
        <w:rPr>
          <w:rFonts w:ascii="Gentium Plus" w:hAnsi="Gentium Plus"/>
          <w:sz w:val="24"/>
        </w:rPr>
        <w:t>Ἀνδρὶ Λυδῷ πράγματα οὐκ ἦν, ἀλλ’ αὐτὸς ἐξελθὼν ἐπρίατο: ἐπὶ τῶν κακὰ ἑαυτοῖς ἐπισπωμένων, παρόσον Κροῖσος ἑαυτῷ πολέμιον ἐπεσπάσατο Κῦρον. ὅμοιον καὶ τό· Ἀνάγυρον κινεῖ.</w:t>
      </w:r>
    </w:p>
    <w:p>
      <w:r>
        <w:rPr>
          <w:rFonts w:ascii="Courier New" w:hAnsi="Courier New"/>
          <w:color w:val="555555"/>
          <w:sz w:val="20"/>
        </w:rPr>
        <w:t>[2 . 3]</w:t>
      </w:r>
    </w:p>
    <w:p>
      <w:r>
        <w:rPr>
          <w:rFonts w:ascii="Gentium Plus" w:hAnsi="Gentium Plus"/>
          <w:sz w:val="24"/>
        </w:rPr>
        <w:t>Ἀντρώνιος ὄνος: ἐπὶ τῶν παμμεγέθη σώματα ἐχόντων.</w:t>
      </w:r>
    </w:p>
    <w:p>
      <w:r>
        <w:rPr>
          <w:rFonts w:ascii="Courier New" w:hAnsi="Courier New"/>
          <w:color w:val="555555"/>
          <w:sz w:val="20"/>
        </w:rPr>
        <w:t>[2 . 4]</w:t>
      </w:r>
    </w:p>
    <w:p>
      <w:r>
        <w:rPr>
          <w:rFonts w:ascii="Gentium Plus" w:hAnsi="Gentium Plus"/>
          <w:sz w:val="24"/>
        </w:rPr>
        <w:t>Ἀντ’ εὐεργεσίης Ἀγαμέμνονα δῆσαν Ἀχαιοί:</w:t>
      </w:r>
    </w:p>
    <w:p>
      <w:r>
        <w:rPr>
          <w:rFonts w:ascii="Courier New" w:hAnsi="Courier New"/>
          <w:color w:val="555555"/>
          <w:sz w:val="20"/>
        </w:rPr>
        <w:t>[2 . 5]</w:t>
      </w:r>
    </w:p>
    <w:p>
      <w:r>
        <w:rPr>
          <w:rFonts w:ascii="Gentium Plus" w:hAnsi="Gentium Plus"/>
          <w:sz w:val="24"/>
        </w:rPr>
        <w:t>Ἀνδρὸς γέροντος ἡ γνάθος βακτηρία: ἐπὶ τῶν πρὸς τὸ γῆρας πολλὰ ἐσθιόντων.</w:t>
      </w:r>
    </w:p>
    <w:p>
      <w:r>
        <w:rPr>
          <w:rFonts w:ascii="Courier New" w:hAnsi="Courier New"/>
          <w:color w:val="555555"/>
          <w:sz w:val="20"/>
        </w:rPr>
        <w:t>[2 . 6]</w:t>
      </w:r>
    </w:p>
    <w:p>
      <w:r>
        <w:rPr>
          <w:rFonts w:ascii="Gentium Plus" w:hAnsi="Gentium Plus"/>
          <w:sz w:val="24"/>
        </w:rPr>
        <w:t>Ἀνδρὸς κακῶς πράσσοντος ἐκποδὼν φίλοι: δήλη.</w:t>
      </w:r>
    </w:p>
    <w:p>
      <w:r>
        <w:rPr>
          <w:rFonts w:ascii="Courier New" w:hAnsi="Courier New"/>
          <w:color w:val="555555"/>
          <w:sz w:val="20"/>
        </w:rPr>
        <w:t>[2 . 7]</w:t>
      </w:r>
    </w:p>
    <w:p>
      <w:r>
        <w:rPr>
          <w:rFonts w:ascii="Gentium Plus" w:hAnsi="Gentium Plus"/>
          <w:sz w:val="24"/>
        </w:rPr>
        <w:t>Ἄνω ποταμῶν χωροῦσι πηγαί: ἐπὶ τῶν τὰ ἑαυ‐ τοῖς προσόντα ἐλαττώματα ἑτέροις προσανατιθέντων. καὶ ἐπὶ τῶν τὰ ἐναντία καὶ παρὰ φύσιν ἐγχειρούντων πράττειν.</w:t>
      </w:r>
    </w:p>
    <w:p>
      <w:r>
        <w:rPr>
          <w:rFonts w:ascii="Courier New" w:hAnsi="Courier New"/>
          <w:color w:val="555555"/>
          <w:sz w:val="20"/>
        </w:rPr>
        <w:t>[2 . 8]</w:t>
      </w:r>
    </w:p>
    <w:p>
      <w:r>
        <w:rPr>
          <w:rFonts w:ascii="Gentium Plus" w:hAnsi="Gentium Plus"/>
          <w:sz w:val="24"/>
        </w:rPr>
        <w:t>Ἀνεῤῥίφθω κύβος: ἐπὶ τῶν ἑαυτοὺς καθιέντων εἰς κίνδυνον.</w:t>
      </w:r>
    </w:p>
    <w:p>
      <w:r>
        <w:rPr>
          <w:rFonts w:ascii="Courier New" w:hAnsi="Courier New"/>
          <w:color w:val="555555"/>
          <w:sz w:val="20"/>
        </w:rPr>
        <w:t>[2 . 9]</w:t>
      </w:r>
    </w:p>
    <w:p>
      <w:r>
        <w:rPr>
          <w:rFonts w:ascii="Gentium Plus" w:hAnsi="Gentium Plus"/>
          <w:sz w:val="24"/>
        </w:rPr>
        <w:t>Ἀνεπαρίασαν: ἐπὶ τῶν μεταγινωσκόντων. Πάριοι γὰρ ὑποκύψαντες Ἀθηναίοις δι’ ἀσθένειαν, αὖθις ἔλυσαν</w:t>
      </w:r>
    </w:p>
    <w:p>
      <w:r>
        <w:rPr>
          <w:rFonts w:ascii="Courier New" w:hAnsi="Courier New"/>
          <w:color w:val="555555"/>
          <w:sz w:val="20"/>
        </w:rPr>
        <w:t>[2 . 10]</w:t>
      </w:r>
    </w:p>
    <w:p>
      <w:r>
        <w:rPr>
          <w:rFonts w:ascii="Gentium Plus" w:hAnsi="Gentium Plus"/>
          <w:sz w:val="24"/>
        </w:rPr>
        <w:t>Ἀντ’ ἀγαθῶν ἀγαθίδες: ἐπὶ τῶν εὖ πασχόντων ἀνθ’ ὧν εὐηργέτησαν πρότερον.</w:t>
      </w:r>
    </w:p>
    <w:p>
      <w:r>
        <w:rPr>
          <w:rFonts w:ascii="Courier New" w:hAnsi="Courier New"/>
          <w:color w:val="555555"/>
          <w:sz w:val="20"/>
        </w:rPr>
        <w:t>[2 . 11]</w:t>
      </w:r>
    </w:p>
    <w:p>
      <w:r>
        <w:rPr>
          <w:rFonts w:ascii="Gentium Plus" w:hAnsi="Gentium Plus"/>
          <w:sz w:val="24"/>
        </w:rPr>
        <w:t>Ἀνέμου παιδίον: ἐπὶ τῶν εὐμεταβόλων.</w:t>
      </w:r>
    </w:p>
    <w:p>
      <w:r>
        <w:rPr>
          <w:rFonts w:ascii="Courier New" w:hAnsi="Courier New"/>
          <w:color w:val="555555"/>
          <w:sz w:val="20"/>
        </w:rPr>
        <w:t>[2 . 12]</w:t>
      </w:r>
    </w:p>
    <w:p>
      <w:r>
        <w:rPr>
          <w:rFonts w:ascii="Gentium Plus" w:hAnsi="Gentium Plus"/>
          <w:sz w:val="24"/>
        </w:rPr>
        <w:t>Ἀντιπελαργεῖν: ἐπὶ τῶν χάριτας ἀνταποδιδόντων.</w:t>
      </w:r>
    </w:p>
    <w:p>
      <w:r>
        <w:rPr>
          <w:rFonts w:ascii="Courier New" w:hAnsi="Courier New"/>
          <w:color w:val="555555"/>
          <w:sz w:val="20"/>
        </w:rPr>
        <w:t>[2 . 13]</w:t>
      </w:r>
    </w:p>
    <w:p>
      <w:r>
        <w:rPr>
          <w:rFonts w:ascii="Gentium Plus" w:hAnsi="Gentium Plus"/>
          <w:sz w:val="24"/>
        </w:rPr>
        <w:t>Ἀνδρὸς γέροντος ἀσταφὶς τὸ κρανίον: ἐπὶ τῶν εἰς μηδὲν χρησιμευόντων.</w:t>
      </w:r>
    </w:p>
    <w:p>
      <w:r>
        <w:rPr>
          <w:rFonts w:ascii="Courier New" w:hAnsi="Courier New"/>
          <w:color w:val="555555"/>
          <w:sz w:val="20"/>
        </w:rPr>
        <w:t>[2 . 14]</w:t>
      </w:r>
    </w:p>
    <w:p>
      <w:r>
        <w:rPr>
          <w:rFonts w:ascii="Gentium Plus" w:hAnsi="Gentium Plus"/>
          <w:sz w:val="24"/>
        </w:rPr>
        <w:t>Ἀνδρὶ πεινῶντι κλέπτειν ἔστ’ ἀναγκαίως ἔχον: ἐπὶ τῶν ἐξ ἀνάγκης τι ποιούντων.</w:t>
      </w:r>
    </w:p>
    <w:p>
      <w:r>
        <w:rPr>
          <w:rFonts w:ascii="Courier New" w:hAnsi="Courier New"/>
          <w:color w:val="555555"/>
          <w:sz w:val="20"/>
        </w:rPr>
        <w:t>[2 . 15]</w:t>
      </w:r>
    </w:p>
    <w:p>
      <w:r>
        <w:rPr>
          <w:rFonts w:ascii="Gentium Plus" w:hAnsi="Gentium Plus"/>
          <w:sz w:val="24"/>
        </w:rPr>
        <w:t>Ἀντλεῖν ἀμφοτέραις: ὁμοία τῇ· Πάντα κάλων σείειν.</w:t>
      </w:r>
    </w:p>
    <w:p>
      <w:r>
        <w:rPr>
          <w:rFonts w:ascii="Courier New" w:hAnsi="Courier New"/>
          <w:color w:val="555555"/>
          <w:sz w:val="20"/>
        </w:rPr>
        <w:t>[2 . 16]</w:t>
      </w:r>
    </w:p>
    <w:p>
      <w:r>
        <w:rPr>
          <w:rFonts w:ascii="Gentium Plus" w:hAnsi="Gentium Plus"/>
          <w:sz w:val="24"/>
        </w:rPr>
        <w:t>Ἄνθρακες ὁ θησαυρὸς πέφυκεν: ἐπὶ τῶν ἐφ’ οἷς ἤλπισαν διαψευσθέντων.</w:t>
      </w:r>
    </w:p>
    <w:p>
      <w:r>
        <w:rPr>
          <w:rFonts w:ascii="Courier New" w:hAnsi="Courier New"/>
          <w:color w:val="555555"/>
          <w:sz w:val="20"/>
        </w:rPr>
        <w:t>[2 . 17]</w:t>
      </w:r>
    </w:p>
    <w:p>
      <w:r>
        <w:rPr>
          <w:rFonts w:ascii="Gentium Plus" w:hAnsi="Gentium Plus"/>
          <w:sz w:val="24"/>
        </w:rPr>
        <w:t>Ἄξιος τοῦ παντός: ταύτης ἐναντία· Οὐ δενὸς ἄξιος καὶ Ἄξιος τριχός.</w:t>
      </w:r>
    </w:p>
    <w:p>
      <w:r>
        <w:rPr>
          <w:rFonts w:ascii="Courier New" w:hAnsi="Courier New"/>
          <w:color w:val="555555"/>
          <w:sz w:val="20"/>
        </w:rPr>
        <w:t>[2 . 18]</w:t>
      </w:r>
    </w:p>
    <w:p>
      <w:r>
        <w:rPr>
          <w:rFonts w:ascii="Gentium Plus" w:hAnsi="Gentium Plus"/>
          <w:sz w:val="24"/>
        </w:rPr>
        <w:t>Ἀπὸ γραμμῆς: ἤγουν ἐξ ἀρχῆς. Ὅμοιον τῷ· Ἀπὸ πρώτης ἀφετηρίας.</w:t>
      </w:r>
    </w:p>
    <w:p>
      <w:r>
        <w:rPr>
          <w:rFonts w:ascii="Courier New" w:hAnsi="Courier New"/>
          <w:color w:val="555555"/>
          <w:sz w:val="20"/>
        </w:rPr>
        <w:t>[2 . 19]</w:t>
      </w:r>
    </w:p>
    <w:p>
      <w:r>
        <w:rPr>
          <w:rFonts w:ascii="Gentium Plus" w:hAnsi="Gentium Plus"/>
          <w:sz w:val="24"/>
        </w:rPr>
        <w:t>Ἀπ’ ὄνων ἐφ’ ἵππους: ἐπὶ τῶν εἰς τὰ μείζω μετα‐ τιθεμένων.</w:t>
      </w:r>
    </w:p>
    <w:p>
      <w:r>
        <w:rPr>
          <w:rFonts w:ascii="Courier New" w:hAnsi="Courier New"/>
          <w:color w:val="555555"/>
          <w:sz w:val="20"/>
        </w:rPr>
        <w:t>[2 . 20]</w:t>
      </w:r>
    </w:p>
    <w:p>
      <w:r>
        <w:rPr>
          <w:rFonts w:ascii="Gentium Plus" w:hAnsi="Gentium Plus"/>
          <w:sz w:val="24"/>
        </w:rPr>
        <w:t>Ἄπληστος πίθος: ἐπὶ τῶν ἀκορέστων.</w:t>
      </w:r>
    </w:p>
    <w:p>
      <w:r>
        <w:rPr>
          <w:rFonts w:ascii="Courier New" w:hAnsi="Courier New"/>
          <w:color w:val="555555"/>
          <w:sz w:val="20"/>
        </w:rPr>
        <w:t>[2 . 21]</w:t>
      </w:r>
    </w:p>
    <w:p>
      <w:r>
        <w:rPr>
          <w:rFonts w:ascii="Gentium Plus" w:hAnsi="Gentium Plus"/>
          <w:sz w:val="24"/>
        </w:rPr>
        <w:t>Ἀπὸ βαλβῖδος: ἤγουν ἀπ’ ἀρχῆς.</w:t>
      </w:r>
    </w:p>
    <w:p>
      <w:r>
        <w:rPr>
          <w:rFonts w:ascii="Courier New" w:hAnsi="Courier New"/>
          <w:color w:val="555555"/>
          <w:sz w:val="20"/>
        </w:rPr>
        <w:t>[2 . 22]</w:t>
      </w:r>
    </w:p>
    <w:p>
      <w:r>
        <w:rPr>
          <w:rFonts w:ascii="Gentium Plus" w:hAnsi="Gentium Plus"/>
          <w:sz w:val="24"/>
        </w:rPr>
        <w:t>Ἅπαντα τοῖς σοφοῖσιν εὔκολα: δήλη.</w:t>
      </w:r>
    </w:p>
    <w:p>
      <w:r>
        <w:rPr>
          <w:rFonts w:ascii="Courier New" w:hAnsi="Courier New"/>
          <w:color w:val="555555"/>
          <w:sz w:val="20"/>
        </w:rPr>
        <w:t>[2 . 23]</w:t>
      </w:r>
    </w:p>
    <w:p>
      <w:r>
        <w:rPr>
          <w:rFonts w:ascii="Gentium Plus" w:hAnsi="Gentium Plus"/>
          <w:sz w:val="24"/>
        </w:rPr>
        <w:t>Ἀπὸ Ναννάκου: ἐπὶ τῶν σφόδρα παλαιῶν.</w:t>
      </w:r>
    </w:p>
    <w:p>
      <w:r>
        <w:rPr>
          <w:rFonts w:ascii="Courier New" w:hAnsi="Courier New"/>
          <w:color w:val="555555"/>
          <w:sz w:val="20"/>
        </w:rPr>
        <w:t>[2 . 24]</w:t>
      </w:r>
    </w:p>
    <w:p>
      <w:r>
        <w:rPr>
          <w:rFonts w:ascii="Gentium Plus" w:hAnsi="Gentium Plus"/>
          <w:sz w:val="24"/>
        </w:rPr>
        <w:t>Ἄπαγ’ ἐς κόρακας: ἀρὰ Βοιώτειος.</w:t>
      </w:r>
    </w:p>
    <w:p>
      <w:r>
        <w:rPr>
          <w:rFonts w:ascii="Courier New" w:hAnsi="Courier New"/>
          <w:color w:val="555555"/>
          <w:sz w:val="20"/>
        </w:rPr>
        <w:t>[2 . 25]</w:t>
      </w:r>
    </w:p>
    <w:p>
      <w:r>
        <w:rPr>
          <w:rFonts w:ascii="Gentium Plus" w:hAnsi="Gentium Plus"/>
          <w:sz w:val="24"/>
        </w:rPr>
        <w:t>Ἅπαντα τοῖς καλοῖσιν ἀνδράσι πρέπει: δήλη.</w:t>
      </w:r>
    </w:p>
    <w:p>
      <w:r>
        <w:rPr>
          <w:rFonts w:ascii="Courier New" w:hAnsi="Courier New"/>
          <w:color w:val="555555"/>
          <w:sz w:val="20"/>
        </w:rPr>
        <w:t>[2 . 26]</w:t>
      </w:r>
    </w:p>
    <w:p>
      <w:r>
        <w:rPr>
          <w:rFonts w:ascii="Gentium Plus" w:hAnsi="Gentium Plus"/>
          <w:sz w:val="24"/>
        </w:rPr>
        <w:t>Ἀπόλογος Ἀλκίνου: ἐπὶ τῶν φλυάρων καὶ μακρὸν ἀποτεινόντων λόγον.</w:t>
      </w:r>
    </w:p>
    <w:p>
      <w:r>
        <w:rPr>
          <w:rFonts w:ascii="Courier New" w:hAnsi="Courier New"/>
          <w:color w:val="555555"/>
          <w:sz w:val="20"/>
        </w:rPr>
        <w:t>[2 . 27]</w:t>
      </w:r>
    </w:p>
    <w:p>
      <w:r>
        <w:rPr>
          <w:rFonts w:ascii="Gentium Plus" w:hAnsi="Gentium Plus"/>
          <w:sz w:val="24"/>
        </w:rPr>
        <w:t>Ἀπὸ καταδυομένης: λείπει, ὅ τι ἂν λάβῃς κέρδος. Δήλη.</w:t>
      </w:r>
    </w:p>
    <w:p>
      <w:r>
        <w:rPr>
          <w:rFonts w:ascii="Courier New" w:hAnsi="Courier New"/>
          <w:color w:val="555555"/>
          <w:sz w:val="20"/>
        </w:rPr>
        <w:t>[2 . 28]</w:t>
      </w:r>
    </w:p>
    <w:p>
      <w:r>
        <w:rPr>
          <w:rFonts w:ascii="Gentium Plus" w:hAnsi="Gentium Plus"/>
          <w:sz w:val="24"/>
        </w:rPr>
        <w:t>Ἀργεῖοι φῶρες: ἐπὶ τῶν προδήλως πονηρῶν. οἱ γὰρ Ἀργεῖοι ἐπὶ κλωπείᾳ κωμῳδοῦνται.</w:t>
      </w:r>
    </w:p>
    <w:p>
      <w:r>
        <w:rPr>
          <w:rFonts w:ascii="Courier New" w:hAnsi="Courier New"/>
          <w:color w:val="555555"/>
          <w:sz w:val="20"/>
        </w:rPr>
        <w:t>[2 . 29]</w:t>
      </w:r>
    </w:p>
    <w:p>
      <w:r>
        <w:rPr>
          <w:rFonts w:ascii="Gentium Plus" w:hAnsi="Gentium Plus"/>
          <w:sz w:val="24"/>
        </w:rPr>
        <w:t>Ἀργυρέαις λόγχαισι μάχου καὶ πάντα νική‐ σεις: τὴν Πυθίαν φασὶ τοῦτο χρησμῳδῆσαι πρὸς Φίλιππον.</w:t>
      </w:r>
    </w:p>
    <w:p>
      <w:r>
        <w:rPr>
          <w:rFonts w:ascii="Courier New" w:hAnsi="Courier New"/>
          <w:color w:val="555555"/>
          <w:sz w:val="20"/>
        </w:rPr>
        <w:t>[2 . 30]</w:t>
      </w:r>
    </w:p>
    <w:p>
      <w:r>
        <w:rPr>
          <w:rFonts w:ascii="Gentium Plus" w:hAnsi="Gentium Plus"/>
          <w:sz w:val="24"/>
        </w:rPr>
        <w:t>Ἀρεοπαγίτης: ἐπὶ τῶν σκυθρωπῶν καὶ ὑπερσέμνων καὶ σιωπηλῶν.</w:t>
      </w:r>
    </w:p>
    <w:p>
      <w:r>
        <w:rPr>
          <w:rFonts w:ascii="Courier New" w:hAnsi="Courier New"/>
          <w:color w:val="555555"/>
          <w:sz w:val="20"/>
        </w:rPr>
        <w:t>[2 . 31]</w:t>
      </w:r>
    </w:p>
    <w:p>
      <w:r>
        <w:rPr>
          <w:rFonts w:ascii="Gentium Plus" w:hAnsi="Gentium Plus"/>
          <w:sz w:val="24"/>
        </w:rPr>
        <w:t>Ἄρεως νεοττός: καὶ Ἄρεως παιδίον: ἐπὶ τῶν θρασυτάτων.</w:t>
      </w:r>
    </w:p>
    <w:p>
      <w:r>
        <w:rPr>
          <w:rFonts w:ascii="Courier New" w:hAnsi="Courier New"/>
          <w:color w:val="555555"/>
          <w:sz w:val="20"/>
        </w:rPr>
        <w:t>[2 . 32]</w:t>
      </w:r>
    </w:p>
    <w:p>
      <w:r>
        <w:rPr>
          <w:rFonts w:ascii="Gentium Plus" w:hAnsi="Gentium Plus"/>
          <w:sz w:val="24"/>
        </w:rPr>
        <w:t>Ἁρμοδίου μέλος: ἐπὶ τῶν σκολιῶν.</w:t>
      </w:r>
    </w:p>
    <w:p>
      <w:r>
        <w:rPr>
          <w:rFonts w:ascii="Courier New" w:hAnsi="Courier New"/>
          <w:color w:val="555555"/>
          <w:sz w:val="20"/>
        </w:rPr>
        <w:t>[2 . 33]</w:t>
      </w:r>
    </w:p>
    <w:p>
      <w:r>
        <w:rPr>
          <w:rFonts w:ascii="Gentium Plus" w:hAnsi="Gentium Plus"/>
          <w:sz w:val="24"/>
        </w:rPr>
        <w:t>Ἀρᾶς ἱερόν: ἐπὶ τῶν πολλὰ ἀρωμένων.</w:t>
      </w:r>
    </w:p>
    <w:p>
      <w:r>
        <w:rPr>
          <w:rFonts w:ascii="Courier New" w:hAnsi="Courier New"/>
          <w:color w:val="555555"/>
          <w:sz w:val="20"/>
        </w:rPr>
        <w:t>[2 . 34]</w:t>
      </w:r>
    </w:p>
    <w:p>
      <w:r>
        <w:rPr>
          <w:rFonts w:ascii="Gentium Plus" w:hAnsi="Gentium Plus"/>
          <w:sz w:val="24"/>
        </w:rPr>
        <w:t>Ἀρίγνωτος σμάραγδος, ἐν τῷ σκότει φαεινὸς, ἐν τῷ φάει σκοτεινός: πρὸς τοὺς ἀποκρύπτοντας ἑαυ‐ τοὺς ὅπου οὐκ ἐχρῆν.</w:t>
      </w:r>
    </w:p>
    <w:p>
      <w:r>
        <w:rPr>
          <w:rFonts w:ascii="Courier New" w:hAnsi="Courier New"/>
          <w:color w:val="555555"/>
          <w:sz w:val="20"/>
        </w:rPr>
        <w:t>[2 . 35]</w:t>
      </w:r>
    </w:p>
    <w:p>
      <w:r>
        <w:rPr>
          <w:rFonts w:ascii="Gentium Plus" w:hAnsi="Gentium Plus"/>
          <w:sz w:val="24"/>
        </w:rPr>
        <w:t>Ἀργαλέον φρονέοντα παρ’ ἄφροσι πόλλ’ ἀγο‐ ρεύειν: δήλη.</w:t>
      </w:r>
    </w:p>
    <w:p>
      <w:r>
        <w:rPr>
          <w:rFonts w:ascii="Courier New" w:hAnsi="Courier New"/>
          <w:color w:val="555555"/>
          <w:sz w:val="20"/>
        </w:rPr>
        <w:t>[2 . 36]</w:t>
      </w:r>
    </w:p>
    <w:p>
      <w:r>
        <w:rPr>
          <w:rFonts w:ascii="Gentium Plus" w:hAnsi="Gentium Plus"/>
          <w:sz w:val="24"/>
        </w:rPr>
        <w:t>Ἄρτι μῦς πίττης γεύεται: ἐπὶ τῶν ὀψὲ εἰς αἴσθη‐ σιν ἐρχομένων.</w:t>
      </w:r>
    </w:p>
    <w:p>
      <w:r>
        <w:rPr>
          <w:rFonts w:ascii="Courier New" w:hAnsi="Courier New"/>
          <w:color w:val="555555"/>
          <w:sz w:val="20"/>
        </w:rPr>
        <w:t>[2 . 37]</w:t>
      </w:r>
    </w:p>
    <w:p>
      <w:r>
        <w:rPr>
          <w:rFonts w:ascii="Gentium Plus" w:hAnsi="Gentium Plus"/>
          <w:sz w:val="24"/>
        </w:rPr>
        <w:t>Ἀράβιος αὐλητής: καὶ Ἀράβιος ἄγγελος: ἐπὶ τῶν ἀπαύστως διαλεγομένων.</w:t>
      </w:r>
    </w:p>
    <w:p>
      <w:r>
        <w:rPr>
          <w:rFonts w:ascii="Courier New" w:hAnsi="Courier New"/>
          <w:color w:val="555555"/>
          <w:sz w:val="20"/>
        </w:rPr>
        <w:t>[2 . 38]</w:t>
      </w:r>
    </w:p>
    <w:p>
      <w:r>
        <w:rPr>
          <w:rFonts w:ascii="Gentium Plus" w:hAnsi="Gentium Plus"/>
          <w:sz w:val="24"/>
        </w:rPr>
        <w:t>Ἀργείους ὁρᾷς: ἐπὶ τῶν [πρὸς] ὁτιοῦν ἀποβλεπόν‐ των καταπληκτικώτατα. καὶ ἐπὶ τῶν ἐπὶ κλοπῇ ὑπονοουμέ‐ νων ἰδίως, παρόσον εἰς τοῦτο κωμῳδοῦνται Ἀργεῖοι.</w:t>
      </w:r>
    </w:p>
    <w:p>
      <w:r>
        <w:rPr>
          <w:rFonts w:ascii="Courier New" w:hAnsi="Courier New"/>
          <w:color w:val="555555"/>
          <w:sz w:val="20"/>
        </w:rPr>
        <w:t>[2 . 39]</w:t>
      </w:r>
    </w:p>
    <w:p>
      <w:r>
        <w:rPr>
          <w:rFonts w:ascii="Gentium Plus" w:hAnsi="Gentium Plus"/>
          <w:sz w:val="24"/>
        </w:rPr>
        <w:t>Ἄρης τύραννος: ἐπὶ τῶν μετὰ βίας τι διαπρατ‐ τομένων.</w:t>
      </w:r>
    </w:p>
    <w:p>
      <w:r>
        <w:rPr>
          <w:rFonts w:ascii="Courier New" w:hAnsi="Courier New"/>
          <w:color w:val="555555"/>
          <w:sz w:val="20"/>
        </w:rPr>
        <w:t>[2 . 40]</w:t>
      </w:r>
    </w:p>
    <w:p>
      <w:r>
        <w:rPr>
          <w:rFonts w:ascii="Gentium Plus" w:hAnsi="Gentium Plus"/>
          <w:sz w:val="24"/>
        </w:rPr>
        <w:t>Ἄριστα χωλὸς οἰφεῖ: ἐπὶ τῶν τὰ οἰκεῖα κακὰ μᾶλ‐ λον αἱρουμένων ἢ τὰ ἀλλότρια ἀγαθά. ἐκ τῶν Ἀμαζόνων συντεθεῖσα.</w:t>
      </w:r>
    </w:p>
    <w:p>
      <w:r>
        <w:rPr>
          <w:rFonts w:ascii="Courier New" w:hAnsi="Courier New"/>
          <w:color w:val="555555"/>
          <w:sz w:val="20"/>
        </w:rPr>
        <w:t>[2 . 41]</w:t>
      </w:r>
    </w:p>
    <w:p>
      <w:r>
        <w:rPr>
          <w:rFonts w:ascii="Gentium Plus" w:hAnsi="Gentium Plus"/>
          <w:sz w:val="24"/>
        </w:rPr>
        <w:t>Ἀρκάδας μιμήσομαι: ἐπὶ τῶν ἑτέροις πονούντων. Ἀρκάδες γὰρ ἰδίᾳ οὐδένα ἐνίκησαν, ἑτέροις δὲ προστιθέ‐ μενοι καὶ σύμμαχοι γενόμενοι εὐδοκίμουν.</w:t>
      </w:r>
    </w:p>
    <w:p>
      <w:r>
        <w:rPr>
          <w:rFonts w:ascii="Courier New" w:hAnsi="Courier New"/>
          <w:color w:val="555555"/>
          <w:sz w:val="20"/>
        </w:rPr>
        <w:t>[2 . 42]</w:t>
      </w:r>
    </w:p>
    <w:p>
      <w:r>
        <w:rPr>
          <w:rFonts w:ascii="Gentium Plus" w:hAnsi="Gentium Plus"/>
          <w:sz w:val="24"/>
        </w:rPr>
        <w:t>Ἄρκτου παρούσης τὰ ἴχνη ζητεῖς: ἐπὶ τῶν προ‐</w:t>
      </w:r>
    </w:p>
    <w:p>
      <w:r>
        <w:rPr>
          <w:rFonts w:ascii="Courier New" w:hAnsi="Courier New"/>
          <w:color w:val="555555"/>
          <w:sz w:val="20"/>
        </w:rPr>
        <w:t>[2 . 43]</w:t>
      </w:r>
    </w:p>
    <w:p>
      <w:r>
        <w:rPr>
          <w:rFonts w:ascii="Gentium Plus" w:hAnsi="Gentium Plus"/>
          <w:sz w:val="24"/>
        </w:rPr>
        <w:t>Ἀρχὴ Σκυρία: ἐπὶ τῶν εὐτελῶν. πενιχρὰ γὰρ νῆσος ἡ Σκῦρος.</w:t>
      </w:r>
    </w:p>
    <w:p>
      <w:r>
        <w:rPr>
          <w:rFonts w:ascii="Courier New" w:hAnsi="Courier New"/>
          <w:color w:val="555555"/>
          <w:sz w:val="20"/>
        </w:rPr>
        <w:t>[2 . 44]</w:t>
      </w:r>
    </w:p>
    <w:p>
      <w:r>
        <w:rPr>
          <w:rFonts w:ascii="Gentium Plus" w:hAnsi="Gentium Plus"/>
          <w:sz w:val="24"/>
        </w:rPr>
        <w:t>Ἀρχὴ ἄνδρα δείκνυσιν: δήλη.</w:t>
      </w:r>
    </w:p>
    <w:p>
      <w:r>
        <w:rPr>
          <w:rFonts w:ascii="Courier New" w:hAnsi="Courier New"/>
          <w:color w:val="555555"/>
          <w:sz w:val="20"/>
        </w:rPr>
        <w:t>[2 . 45]</w:t>
      </w:r>
    </w:p>
    <w:p>
      <w:r>
        <w:rPr>
          <w:rFonts w:ascii="Gentium Plus" w:hAnsi="Gentium Plus"/>
          <w:sz w:val="24"/>
        </w:rPr>
        <w:t>Ἀρχὴν μὲν μὴ φῦναι ἐπιχθονίοισιν ἄριστον, μηδ’ ἐπιδεῖν αὐγὰς ὀξέος ἠελίου· φύντα δ’ ὅπως ὤκιστα πύλας Ἀίδαο περῆσαι: Θεόγνιδος· ἐπὶ τῶν δυστυχῶς βεβιωκότων.</w:t>
      </w:r>
    </w:p>
    <w:p>
      <w:r>
        <w:rPr>
          <w:rFonts w:ascii="Courier New" w:hAnsi="Courier New"/>
          <w:color w:val="555555"/>
          <w:sz w:val="20"/>
        </w:rPr>
        <w:t>[2 . 46]</w:t>
      </w:r>
    </w:p>
    <w:p>
      <w:r>
        <w:rPr>
          <w:rFonts w:ascii="Gentium Plus" w:hAnsi="Gentium Plus"/>
          <w:sz w:val="24"/>
        </w:rPr>
        <w:t>Ἀρότρῳ ἀκοντίζειν: ἐπὶ τῶν καθ’ ἑαυτῶν πρα‐ γματευομένων· παρόσον οἱ ἀρότροις ἀκοντίζοντες τοὺς πέ‐ λας βάλλουσιν.</w:t>
      </w:r>
    </w:p>
    <w:p>
      <w:r>
        <w:rPr>
          <w:rFonts w:ascii="Courier New" w:hAnsi="Courier New"/>
          <w:color w:val="555555"/>
          <w:sz w:val="20"/>
        </w:rPr>
        <w:t>[2 . 47]</w:t>
      </w:r>
    </w:p>
    <w:p>
      <w:r>
        <w:rPr>
          <w:rFonts w:ascii="Gentium Plus" w:hAnsi="Gentium Plus"/>
          <w:sz w:val="24"/>
        </w:rPr>
        <w:t>Ἀρχὴ ἥμισυ παντός: ἐπὶ τῶν εἴς τι προκοπτόντων.</w:t>
      </w:r>
    </w:p>
    <w:p>
      <w:r>
        <w:rPr>
          <w:rFonts w:ascii="Courier New" w:hAnsi="Courier New"/>
          <w:color w:val="555555"/>
          <w:sz w:val="20"/>
        </w:rPr>
        <w:t>[2 . 48]</w:t>
      </w:r>
    </w:p>
    <w:p>
      <w:r>
        <w:rPr>
          <w:rFonts w:ascii="Gentium Plus" w:hAnsi="Gentium Plus"/>
          <w:sz w:val="24"/>
        </w:rPr>
        <w:t>Ἀρχαιότερα διφθέρας λέγεις: ἐπὶ τῶν σαθρὰ καὶ παλαιὰ λεγόντων.</w:t>
      </w:r>
    </w:p>
    <w:p>
      <w:r>
        <w:rPr>
          <w:rFonts w:ascii="Courier New" w:hAnsi="Courier New"/>
          <w:color w:val="555555"/>
          <w:sz w:val="20"/>
        </w:rPr>
        <w:t>[2 . 49]</w:t>
      </w:r>
    </w:p>
    <w:p>
      <w:r>
        <w:rPr>
          <w:rFonts w:ascii="Gentium Plus" w:hAnsi="Gentium Plus"/>
          <w:sz w:val="24"/>
        </w:rPr>
        <w:t>Ἀρχαιότερος Κόδρου: ἐπὶ ὑπερβολῇ ἀρχαιότητος καὶ εὐγενείας.</w:t>
      </w:r>
    </w:p>
    <w:p>
      <w:r>
        <w:rPr>
          <w:rFonts w:ascii="Courier New" w:hAnsi="Courier New"/>
          <w:color w:val="555555"/>
          <w:sz w:val="20"/>
        </w:rPr>
        <w:t>[2 . 50]</w:t>
      </w:r>
    </w:p>
    <w:p>
      <w:r>
        <w:rPr>
          <w:rFonts w:ascii="Gentium Plus" w:hAnsi="Gentium Plus"/>
          <w:sz w:val="24"/>
        </w:rPr>
        <w:t>Ἄστροις σημειοῦσθαι: ἐπὶ τῶν μακρὰν ὁδὸν καὶ ἔρημον πορευομένων.</w:t>
      </w:r>
    </w:p>
    <w:p>
      <w:r>
        <w:rPr>
          <w:rFonts w:ascii="Courier New" w:hAnsi="Courier New"/>
          <w:color w:val="555555"/>
          <w:sz w:val="20"/>
        </w:rPr>
        <w:t>[2 . 51]</w:t>
      </w:r>
    </w:p>
    <w:p>
      <w:r>
        <w:rPr>
          <w:rFonts w:ascii="Gentium Plus" w:hAnsi="Gentium Plus"/>
          <w:sz w:val="24"/>
        </w:rPr>
        <w:t>Ἀσκὸν δέρεις: ἐπὶ τῶν ἀνοήτως σφόδρα τι ποι‐ ούντων.</w:t>
      </w:r>
    </w:p>
    <w:p>
      <w:r>
        <w:rPr>
          <w:rFonts w:ascii="Courier New" w:hAnsi="Courier New"/>
          <w:color w:val="555555"/>
          <w:sz w:val="20"/>
        </w:rPr>
        <w:t>[2 . 52]</w:t>
      </w:r>
    </w:p>
    <w:p>
      <w:r>
        <w:rPr>
          <w:rFonts w:ascii="Gentium Plus" w:hAnsi="Gentium Plus"/>
          <w:sz w:val="24"/>
        </w:rPr>
        <w:t>Ἀσκῷ μορμολύττεσθαι: ἐπὶ τῶν εἰκῆ δεδιτ‐ τομένων.</w:t>
      </w:r>
    </w:p>
    <w:p>
      <w:r>
        <w:rPr>
          <w:rFonts w:ascii="Courier New" w:hAnsi="Courier New"/>
          <w:color w:val="555555"/>
          <w:sz w:val="20"/>
        </w:rPr>
        <w:t>[2 . 53]</w:t>
      </w:r>
    </w:p>
    <w:p>
      <w:r>
        <w:rPr>
          <w:rFonts w:ascii="Gentium Plus" w:hAnsi="Gentium Plus"/>
          <w:sz w:val="24"/>
        </w:rPr>
        <w:t>Ἀτρέως ὄμματα: ἐπὶ τῶν ἀναιδῶν καὶ ἀδικωτάτων.</w:t>
      </w:r>
    </w:p>
    <w:p>
      <w:r>
        <w:rPr>
          <w:rFonts w:ascii="Courier New" w:hAnsi="Courier New"/>
          <w:color w:val="555555"/>
          <w:sz w:val="20"/>
        </w:rPr>
        <w:t>[2 . 54]</w:t>
      </w:r>
    </w:p>
    <w:p>
      <w:r>
        <w:rPr>
          <w:rFonts w:ascii="Gentium Plus" w:hAnsi="Gentium Plus"/>
          <w:sz w:val="24"/>
        </w:rPr>
        <w:t>Ἀττικοὶ τὰ Ἐλευσίνια: ἐπὶ τῶν καθ’ ἑαυτούς τι ποιούντων.</w:t>
      </w:r>
    </w:p>
    <w:p>
      <w:r>
        <w:rPr>
          <w:rFonts w:ascii="Courier New" w:hAnsi="Courier New"/>
          <w:color w:val="555555"/>
          <w:sz w:val="20"/>
        </w:rPr>
        <w:t>[2 . 55]</w:t>
      </w:r>
    </w:p>
    <w:p>
      <w:r>
        <w:rPr>
          <w:rFonts w:ascii="Gentium Plus" w:hAnsi="Gentium Plus"/>
          <w:sz w:val="24"/>
        </w:rPr>
        <w:t>Ἀττικὸς εἰς λιμένα: ἐπὶ τῶν εὐτονωτέρως διά</w:t>
      </w:r>
    </w:p>
    <w:p>
      <w:r>
        <w:rPr>
          <w:rFonts w:ascii="Courier New" w:hAnsi="Courier New"/>
          <w:color w:val="555555"/>
          <w:sz w:val="20"/>
        </w:rPr>
        <w:t>[2 . 56]</w:t>
      </w:r>
    </w:p>
    <w:p>
      <w:r>
        <w:rPr>
          <w:rFonts w:ascii="Gentium Plus" w:hAnsi="Gentium Plus"/>
          <w:sz w:val="24"/>
        </w:rPr>
        <w:t>Ἀτενὲς ὁρᾷς ὥσπερ αἲξ τὴν θάλασσαν: ἐπὶ τῶν φιληδούντων τισὶν ὡς ἡ αἲξ τῇ θαλάσσῃ.</w:t>
      </w:r>
    </w:p>
    <w:p>
      <w:r>
        <w:rPr>
          <w:rFonts w:ascii="Courier New" w:hAnsi="Courier New"/>
          <w:color w:val="555555"/>
          <w:sz w:val="20"/>
        </w:rPr>
        <w:t>[2 . 57]</w:t>
      </w:r>
    </w:p>
    <w:p>
      <w:r>
        <w:rPr>
          <w:rFonts w:ascii="Gentium Plus" w:hAnsi="Gentium Plus"/>
          <w:sz w:val="24"/>
        </w:rPr>
        <w:t>Ἄτλας τὸν οὐρανόν: λείπει ἀπεδέξω. καὶ λέγεται ἐπὶ τῶν μεγάλῳ μὲν πράγματι ἐπιβαλλομένων, κακῷ δὲ περιπιπτόντων. Ἄτλας γὰρ Οὐρανῷ ἐπιβουλεύσας καὶ συλληφθεὶς εἰς τὸ Ἀτλαντικὸν πέλαγος ἀπεῤῥίφη.</w:t>
      </w:r>
    </w:p>
    <w:p>
      <w:r>
        <w:rPr>
          <w:rFonts w:ascii="Courier New" w:hAnsi="Courier New"/>
          <w:color w:val="555555"/>
          <w:sz w:val="20"/>
        </w:rPr>
        <w:t>[2 . 58]</w:t>
      </w:r>
    </w:p>
    <w:p>
      <w:r>
        <w:rPr>
          <w:rFonts w:ascii="Gentium Plus" w:hAnsi="Gentium Plus"/>
          <w:sz w:val="24"/>
        </w:rPr>
        <w:t>Ἄτης λόφος: ἐπὶ τῶν βαρυσυμφορωτάτων.</w:t>
      </w:r>
    </w:p>
    <w:p>
      <w:r>
        <w:rPr>
          <w:rFonts w:ascii="Courier New" w:hAnsi="Courier New"/>
          <w:color w:val="555555"/>
          <w:sz w:val="20"/>
        </w:rPr>
        <w:t>[2 . 59]</w:t>
      </w:r>
    </w:p>
    <w:p>
      <w:r>
        <w:rPr>
          <w:rFonts w:ascii="Gentium Plus" w:hAnsi="Gentium Plus"/>
          <w:sz w:val="24"/>
        </w:rPr>
        <w:t>Ἀττικὸς πάροικος: ἐπὶ τῶν κακῶν γειτόνων.</w:t>
      </w:r>
    </w:p>
    <w:p>
      <w:r>
        <w:rPr>
          <w:rFonts w:ascii="Courier New" w:hAnsi="Courier New"/>
          <w:color w:val="555555"/>
          <w:sz w:val="20"/>
        </w:rPr>
        <w:t>[2 . 60]</w:t>
      </w:r>
    </w:p>
    <w:p>
      <w:r>
        <w:rPr>
          <w:rFonts w:ascii="Gentium Plus" w:hAnsi="Gentium Plus"/>
          <w:sz w:val="24"/>
        </w:rPr>
        <w:t>Ἀττικὴ πίστις: ἐπὶ τῶν βεβαίαν φυλαττόντων τὴν πίστιν.</w:t>
      </w:r>
    </w:p>
    <w:p>
      <w:r>
        <w:rPr>
          <w:rFonts w:ascii="Courier New" w:hAnsi="Courier New"/>
          <w:color w:val="555555"/>
          <w:sz w:val="20"/>
        </w:rPr>
        <w:t>[2 . 61]</w:t>
      </w:r>
    </w:p>
    <w:p>
      <w:r>
        <w:rPr>
          <w:rFonts w:ascii="Gentium Plus" w:hAnsi="Gentium Plus"/>
          <w:sz w:val="24"/>
        </w:rPr>
        <w:t>Ἀττικὸς μάρτυς: ἐπὶ τοῦ πιστοτάτου καὶ ἀληθε‐ στάτου.</w:t>
      </w:r>
    </w:p>
    <w:p>
      <w:r>
        <w:rPr>
          <w:rFonts w:ascii="Courier New" w:hAnsi="Courier New"/>
          <w:color w:val="555555"/>
          <w:sz w:val="20"/>
        </w:rPr>
        <w:t>[2 . 62]</w:t>
      </w:r>
    </w:p>
    <w:p>
      <w:r>
        <w:rPr>
          <w:rFonts w:ascii="Gentium Plus" w:hAnsi="Gentium Plus"/>
          <w:sz w:val="24"/>
        </w:rPr>
        <w:t>Αὐτὸς αὑτὸν αὐλεῖ: ἐπὶ τῶν ἑαυτοὺς δεικνυόντων.</w:t>
      </w:r>
    </w:p>
    <w:p>
      <w:r>
        <w:rPr>
          <w:rFonts w:ascii="Courier New" w:hAnsi="Courier New"/>
          <w:color w:val="555555"/>
          <w:sz w:val="20"/>
        </w:rPr>
        <w:t>[2 . 63]</w:t>
      </w:r>
    </w:p>
    <w:p>
      <w:r>
        <w:rPr>
          <w:rFonts w:ascii="Gentium Plus" w:hAnsi="Gentium Plus"/>
          <w:sz w:val="24"/>
        </w:rPr>
        <w:t>Αὐτοῖ Ῥόδος, αὐτοῦ πήδημα: ἐπὶ τῶν ἀλαζο‐ νευομένων ἐπὶ τινί. εἴρηται δὲ ἀπὸ Ῥοδίου πεντάθλου ἀλαζονευομένου ἐπὶ τῷ ἅλλεσθαι.</w:t>
      </w:r>
    </w:p>
    <w:p>
      <w:r>
        <w:rPr>
          <w:rFonts w:ascii="Courier New" w:hAnsi="Courier New"/>
          <w:color w:val="555555"/>
          <w:sz w:val="20"/>
        </w:rPr>
        <w:t>[2 . 64]</w:t>
      </w:r>
    </w:p>
    <w:p>
      <w:r>
        <w:rPr>
          <w:rFonts w:ascii="Gentium Plus" w:hAnsi="Gentium Plus"/>
          <w:sz w:val="24"/>
        </w:rPr>
        <w:t>Αὐτὸ δείξει: ἐπὶ τῶν ἀπιστούντων τι μὴ γίνεσθαι.</w:t>
      </w:r>
    </w:p>
    <w:p>
      <w:r>
        <w:rPr>
          <w:rFonts w:ascii="Courier New" w:hAnsi="Courier New"/>
          <w:color w:val="555555"/>
          <w:sz w:val="20"/>
        </w:rPr>
        <w:t>[2 . 65]</w:t>
      </w:r>
    </w:p>
    <w:p>
      <w:r>
        <w:rPr>
          <w:rFonts w:ascii="Gentium Plus" w:hAnsi="Gentium Plus"/>
          <w:sz w:val="24"/>
        </w:rPr>
        <w:t>Ἄφθονοι Μουσῶν θύραι: ἐπὶ τῶν ἥκιστα φθονε‐ ρῶς διακειμένων.</w:t>
      </w:r>
    </w:p>
    <w:p>
      <w:r>
        <w:rPr>
          <w:rFonts w:ascii="Courier New" w:hAnsi="Courier New"/>
          <w:color w:val="555555"/>
          <w:sz w:val="20"/>
        </w:rPr>
        <w:t>[2 . 66]</w:t>
      </w:r>
    </w:p>
    <w:p>
      <w:r>
        <w:rPr>
          <w:rFonts w:ascii="Gentium Plus" w:hAnsi="Gentium Plus"/>
          <w:sz w:val="24"/>
        </w:rPr>
        <w:t>Ἀφ’ ὑψηλοῦ μου καταγελᾷς: οἱονεὶ πάνυ μου καταφρονεῖς.</w:t>
      </w:r>
    </w:p>
    <w:p>
      <w:r>
        <w:rPr>
          <w:rFonts w:ascii="Courier New" w:hAnsi="Courier New"/>
          <w:color w:val="555555"/>
          <w:sz w:val="20"/>
        </w:rPr>
        <w:t>[2 . 67]</w:t>
      </w:r>
    </w:p>
    <w:p>
      <w:r>
        <w:rPr>
          <w:rFonts w:ascii="Gentium Plus" w:hAnsi="Gentium Plus"/>
          <w:sz w:val="24"/>
        </w:rPr>
        <w:t>Ἀφ’ ἑστίας ἄρχεσθαι: ἐπὶ τῶν ἐν δυνάμει γενο‐</w:t>
      </w:r>
    </w:p>
    <w:p>
      <w:r>
        <w:rPr>
          <w:rFonts w:ascii="Courier New" w:hAnsi="Courier New"/>
          <w:color w:val="555555"/>
          <w:sz w:val="20"/>
        </w:rPr>
        <w:t>[2 . 68]</w:t>
      </w:r>
    </w:p>
    <w:p>
      <w:r>
        <w:rPr>
          <w:rFonts w:ascii="Gentium Plus" w:hAnsi="Gentium Plus"/>
          <w:sz w:val="24"/>
        </w:rPr>
        <w:t>Ἁ φιλοχρηματία Σπάρταν ἕλοι, ἄλλο δὲ οὐ‐ δέν: ἐπὶ τῶν ἀργυρίζεσθαι προαιρουμένων. μετενήνεκται δὲ ἀπὸ χρησμοῦ.</w:t>
      </w:r>
    </w:p>
    <w:p>
      <w:r>
        <w:rPr>
          <w:rFonts w:ascii="Courier New" w:hAnsi="Courier New"/>
          <w:color w:val="555555"/>
          <w:sz w:val="20"/>
        </w:rPr>
        <w:t>[2 . 69]</w:t>
      </w:r>
    </w:p>
    <w:p>
      <w:r>
        <w:rPr>
          <w:rFonts w:ascii="Gentium Plus" w:hAnsi="Gentium Plus"/>
          <w:sz w:val="24"/>
        </w:rPr>
        <w:t>Ἀφροδίσιος ὅρκος οὐκ ἐμποίνιμος: ἐπὶ τῶν δι’ ἔρωτα ἐπιορκούντων.</w:t>
      </w:r>
    </w:p>
    <w:p>
      <w:r>
        <w:rPr>
          <w:rFonts w:ascii="Courier New" w:hAnsi="Courier New"/>
          <w:color w:val="555555"/>
          <w:sz w:val="20"/>
        </w:rPr>
        <w:t>[2 . 70]</w:t>
      </w:r>
    </w:p>
    <w:p>
      <w:r>
        <w:rPr>
          <w:rFonts w:ascii="Gentium Plus" w:hAnsi="Gentium Plus"/>
          <w:sz w:val="24"/>
        </w:rPr>
        <w:t>Ἀφροδισία ἄγρα: ἐπὶ τῶν ἔρωτι ἁλισκομένων.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Β.</w:t>
      </w:r>
    </w:p>
    <w:p>
      <w:r>
        <w:rPr>
          <w:rFonts w:ascii="Courier New" w:hAnsi="Courier New"/>
          <w:color w:val="555555"/>
          <w:sz w:val="20"/>
        </w:rPr>
        <w:t>[2 . 71]</w:t>
      </w:r>
    </w:p>
    <w:p>
      <w:r>
        <w:rPr>
          <w:rFonts w:ascii="Gentium Plus" w:hAnsi="Gentium Plus"/>
          <w:sz w:val="24"/>
        </w:rPr>
        <w:t>Βάττου σίλφιον: ἐπὶ τῶν μεγάλων καὶ πολυτελῶν. τὸν γὰρ σιλφίου καυλὸν Κυρηναῖοι ** ἐξαίρετον ἔδοσαν Βάττῳ.</w:t>
      </w:r>
    </w:p>
    <w:p>
      <w:r>
        <w:rPr>
          <w:rFonts w:ascii="Courier New" w:hAnsi="Courier New"/>
          <w:color w:val="555555"/>
          <w:sz w:val="20"/>
        </w:rPr>
        <w:t>[2 . 72]</w:t>
      </w:r>
    </w:p>
    <w:p>
      <w:r>
        <w:rPr>
          <w:rFonts w:ascii="Gentium Plus" w:hAnsi="Gentium Plus"/>
          <w:sz w:val="24"/>
        </w:rPr>
        <w:t>Βάλλ’ ἐς ὕδωρ: ἐπὶ τῶν ὀλέθρου ἀξίων. ἤγουν κατα‐ πόντισον. βάλλ’ ἐς ὄλεθρον· καὶ, βάλλ’ ἐς φθόρον·</w:t>
      </w:r>
    </w:p>
    <w:p>
      <w:r>
        <w:rPr>
          <w:rFonts w:ascii="Courier New" w:hAnsi="Courier New"/>
          <w:color w:val="555555"/>
          <w:sz w:val="20"/>
        </w:rPr>
        <w:t>[2 . 73]</w:t>
      </w:r>
    </w:p>
    <w:p>
      <w:r>
        <w:rPr>
          <w:rFonts w:ascii="Gentium Plus" w:hAnsi="Gentium Plus"/>
          <w:sz w:val="24"/>
        </w:rPr>
        <w:t>Βακτηρία καὶ σχῆμα καὶ τριβώνιον: τοῦτο ἐπέ‐ σκωπτον τοὺς Ἀθήνησι δικαστάς.</w:t>
      </w:r>
    </w:p>
    <w:p>
      <w:r>
        <w:rPr>
          <w:rFonts w:ascii="Courier New" w:hAnsi="Courier New"/>
          <w:color w:val="555555"/>
          <w:sz w:val="20"/>
        </w:rPr>
        <w:t>[2 . 74]</w:t>
      </w:r>
    </w:p>
    <w:p>
      <w:r>
        <w:rPr>
          <w:rFonts w:ascii="Gentium Plus" w:hAnsi="Gentium Plus"/>
          <w:sz w:val="24"/>
        </w:rPr>
        <w:t>Βάλλ’ εἰς ἔχοντα τὴν ἐπιστήμην: ἐπὶ τῶν λοι‐ δορούντων τοὺς ὁμοτέχνους.</w:t>
      </w:r>
    </w:p>
    <w:p>
      <w:r>
        <w:rPr>
          <w:rFonts w:ascii="Courier New" w:hAnsi="Courier New"/>
          <w:color w:val="555555"/>
          <w:sz w:val="20"/>
        </w:rPr>
        <w:t>[2 . 75]</w:t>
      </w:r>
    </w:p>
    <w:p>
      <w:r>
        <w:rPr>
          <w:rFonts w:ascii="Gentium Plus" w:hAnsi="Gentium Plus"/>
          <w:sz w:val="24"/>
        </w:rPr>
        <w:t>Βατράχοις οἰνοχοεῖς: πρὸς τοὺς ταῦτα νέμοντας, ὧν οὐ χρῄζουσιν οἱ λαμβάνοντες.</w:t>
      </w:r>
    </w:p>
    <w:p>
      <w:r>
        <w:rPr>
          <w:rFonts w:ascii="Courier New" w:hAnsi="Courier New"/>
          <w:color w:val="555555"/>
          <w:sz w:val="20"/>
        </w:rPr>
        <w:t>[2 . 76]</w:t>
      </w:r>
    </w:p>
    <w:p>
      <w:r>
        <w:rPr>
          <w:rFonts w:ascii="Gentium Plus" w:hAnsi="Gentium Plus"/>
          <w:sz w:val="24"/>
        </w:rPr>
        <w:t>Βατράχῳ ὕδωρ: ὡς, Γαλῇ στέαρ: ἐπὶ τῶν ταῦτα διδόντων, οἷς χαίρουσιν οἱ λαμβάνοντες.</w:t>
      </w:r>
    </w:p>
    <w:p>
      <w:r>
        <w:rPr>
          <w:rFonts w:ascii="Courier New" w:hAnsi="Courier New"/>
          <w:color w:val="555555"/>
          <w:sz w:val="20"/>
        </w:rPr>
        <w:t>[2 . 77]</w:t>
      </w:r>
    </w:p>
    <w:p>
      <w:r>
        <w:rPr>
          <w:rFonts w:ascii="Gentium Plus" w:hAnsi="Gentium Plus"/>
          <w:sz w:val="24"/>
        </w:rPr>
        <w:t>Βάτραχος Σερίφιος: ἐπὶ τῶν ἀφώνων.</w:t>
      </w:r>
    </w:p>
    <w:p>
      <w:r>
        <w:rPr>
          <w:rFonts w:ascii="Courier New" w:hAnsi="Courier New"/>
          <w:color w:val="555555"/>
          <w:sz w:val="20"/>
        </w:rPr>
        <w:t>[2 . 78]</w:t>
      </w:r>
    </w:p>
    <w:p>
      <w:r>
        <w:rPr>
          <w:rFonts w:ascii="Gentium Plus" w:hAnsi="Gentium Plus"/>
          <w:sz w:val="24"/>
        </w:rPr>
        <w:t>Βίος μεμαγμένος: ἐπὶ τῶν ἀπόνως τρεφομένων.</w:t>
      </w:r>
    </w:p>
    <w:p>
      <w:r>
        <w:rPr>
          <w:rFonts w:ascii="Courier New" w:hAnsi="Courier New"/>
          <w:color w:val="555555"/>
          <w:sz w:val="20"/>
        </w:rPr>
        <w:t>[2 . 79]</w:t>
      </w:r>
    </w:p>
    <w:p>
      <w:r>
        <w:rPr>
          <w:rFonts w:ascii="Gentium Plus" w:hAnsi="Gentium Plus"/>
          <w:sz w:val="24"/>
        </w:rPr>
        <w:t>Βοιωτία ὗς: ἐπὶ τῶν ἀναισθήτων καὶ ἀπαιδεύτων.</w:t>
      </w:r>
    </w:p>
    <w:p>
      <w:r>
        <w:rPr>
          <w:rFonts w:ascii="Courier New" w:hAnsi="Courier New"/>
          <w:color w:val="555555"/>
          <w:sz w:val="20"/>
        </w:rPr>
        <w:t>[2 . 80]</w:t>
      </w:r>
    </w:p>
    <w:p>
      <w:r>
        <w:rPr>
          <w:rFonts w:ascii="Gentium Plus" w:hAnsi="Gentium Plus"/>
          <w:sz w:val="24"/>
        </w:rPr>
        <w:t>Βοιώτιος νόμος: ἐπὶ τῶν τὰς ἀρχὰς μὲν ἠρεμούν‐ των, ὕστερον δὲ ἐπιτεινόντων.</w:t>
      </w:r>
    </w:p>
    <w:p>
      <w:r>
        <w:rPr>
          <w:rFonts w:ascii="Courier New" w:hAnsi="Courier New"/>
          <w:color w:val="555555"/>
          <w:sz w:val="20"/>
        </w:rPr>
        <w:t>[2 . 81]</w:t>
      </w:r>
    </w:p>
    <w:p>
      <w:r>
        <w:rPr>
          <w:rFonts w:ascii="Gentium Plus" w:hAnsi="Gentium Plus"/>
          <w:sz w:val="24"/>
        </w:rPr>
        <w:t>Βοῦθος περιφοιτᾷ: ἐπὶ τῶν εὐήθων καὶ παχυτάτων.</w:t>
      </w:r>
    </w:p>
    <w:p>
      <w:r>
        <w:rPr>
          <w:rFonts w:ascii="Courier New" w:hAnsi="Courier New"/>
          <w:color w:val="555555"/>
          <w:sz w:val="20"/>
        </w:rPr>
        <w:t>[2 . 82]</w:t>
      </w:r>
    </w:p>
    <w:p>
      <w:r>
        <w:rPr>
          <w:rFonts w:ascii="Gentium Plus" w:hAnsi="Gentium Plus"/>
          <w:sz w:val="24"/>
        </w:rPr>
        <w:t>Βουλίας δικάζει: ἐπὶ τῶν τὰς κρίσεις ὑπερτιθεμένων</w:t>
      </w:r>
    </w:p>
    <w:p>
      <w:r>
        <w:rPr>
          <w:rFonts w:ascii="Courier New" w:hAnsi="Courier New"/>
          <w:color w:val="555555"/>
          <w:sz w:val="20"/>
        </w:rPr>
        <w:t>[2 . 83]</w:t>
      </w:r>
    </w:p>
    <w:p>
      <w:r>
        <w:rPr>
          <w:rFonts w:ascii="Gentium Plus" w:hAnsi="Gentium Plus"/>
          <w:sz w:val="24"/>
        </w:rPr>
        <w:t>Βουλήσεταί τις μᾶλλον ἢ δυνήσεται: ἐπὶ τῶν προαιρουμένων μὲν ἀδικῆσαι, οὐ δυναμένων δέ.</w:t>
      </w:r>
    </w:p>
    <w:p>
      <w:r>
        <w:rPr>
          <w:rFonts w:ascii="Courier New" w:hAnsi="Courier New"/>
          <w:color w:val="555555"/>
          <w:sz w:val="20"/>
        </w:rPr>
        <w:t>[2 . 84]</w:t>
      </w:r>
    </w:p>
    <w:p>
      <w:r>
        <w:rPr>
          <w:rFonts w:ascii="Gentium Plus" w:hAnsi="Gentium Plus"/>
          <w:sz w:val="24"/>
        </w:rPr>
        <w:t>Βορβόρῳ θ’ ὕδωρ λαμπρὸν λαμβάνων οὔποθ’ εὑρήσεις ποτόν: ἐπὶ τῶν τὰ καλὰ μιγνύντων τοῖς αἰ‐ σχίστοις.</w:t>
      </w:r>
    </w:p>
    <w:p>
      <w:r>
        <w:rPr>
          <w:rFonts w:ascii="Courier New" w:hAnsi="Courier New"/>
          <w:color w:val="555555"/>
          <w:sz w:val="20"/>
        </w:rPr>
        <w:t>[2 . 85]</w:t>
      </w:r>
    </w:p>
    <w:p>
      <w:r>
        <w:rPr>
          <w:rFonts w:ascii="Gentium Plus" w:hAnsi="Gentium Plus"/>
          <w:sz w:val="24"/>
        </w:rPr>
        <w:t>Βοῦς ἐπὶ φάτνην: ἐπὶ τῶν ἐς τὰ συνήθη καὶ ἥδι‐ στα ἀφικνουμένων.</w:t>
      </w:r>
    </w:p>
    <w:p>
      <w:r>
        <w:rPr>
          <w:rFonts w:ascii="Courier New" w:hAnsi="Courier New"/>
          <w:color w:val="555555"/>
          <w:sz w:val="20"/>
        </w:rPr>
        <w:t>[2 . 86]</w:t>
      </w:r>
    </w:p>
    <w:p>
      <w:r>
        <w:rPr>
          <w:rFonts w:ascii="Gentium Plus" w:hAnsi="Gentium Plus"/>
          <w:sz w:val="24"/>
        </w:rPr>
        <w:t>Βοιώτια αἰνίγματα: ἐπὶ τῶν ἀσυνέτων. ἐκ μεταφο‐ ρᾶς τῆς Σφιγγός.</w:t>
      </w:r>
    </w:p>
    <w:p>
      <w:r>
        <w:rPr>
          <w:rFonts w:ascii="Courier New" w:hAnsi="Courier New"/>
          <w:color w:val="555555"/>
          <w:sz w:val="20"/>
        </w:rPr>
        <w:t>[2 . 87]</w:t>
      </w:r>
    </w:p>
    <w:p>
      <w:r>
        <w:rPr>
          <w:rFonts w:ascii="Gentium Plus" w:hAnsi="Gentium Plus"/>
          <w:sz w:val="24"/>
        </w:rPr>
        <w:t>Βοῦς ἐναύλιος: ἐπὶ τῶν εἰς μηδὲν χρησιμευόντων.</w:t>
      </w:r>
    </w:p>
    <w:p>
      <w:r>
        <w:rPr>
          <w:rFonts w:ascii="Courier New" w:hAnsi="Courier New"/>
          <w:color w:val="555555"/>
          <w:sz w:val="20"/>
        </w:rPr>
        <w:t>[2 . 88]</w:t>
      </w:r>
    </w:p>
    <w:p>
      <w:r>
        <w:rPr>
          <w:rFonts w:ascii="Gentium Plus" w:hAnsi="Gentium Plus"/>
          <w:sz w:val="24"/>
        </w:rPr>
        <w:t>Βοῦς ἐπὶ γλώσσῃ: ἐπὶ τῶν μὴ δυναμένων ἐκ δωρο‐ δοκίας παῤῥησιάζεσθαι.</w:t>
      </w:r>
    </w:p>
    <w:p>
      <w:r>
        <w:rPr>
          <w:rFonts w:ascii="Courier New" w:hAnsi="Courier New"/>
          <w:color w:val="555555"/>
          <w:sz w:val="20"/>
        </w:rPr>
        <w:t>[2 . 89]</w:t>
      </w:r>
    </w:p>
    <w:p>
      <w:r>
        <w:rPr>
          <w:rFonts w:ascii="Gentium Plus" w:hAnsi="Gentium Plus"/>
          <w:sz w:val="24"/>
        </w:rPr>
        <w:t>Βοῦς ἕβδομος: ἐπὶ τῶν ἀναισθήτων· οἱ γὰρ πένη‐ τες τῶν Ἀθηναίων ἓξ ἀεὶ θύοντες ἔμψυχα πρόβατον, ὗν, αἶγα, ὄρνιν, ** χῆνα, ἕβδομον ** ἐπέθυον, πέμμα τετρά‐ γωνον. ἐπειδὴ τοίνυν ἀναίσθητον ἐδόκει τὸ ζῷον, ἐπι‐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σκώπτοντες τοὺς ἀνοήτους ἐκάλουν βοῦν ἕβδομον.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Γ.</w:t>
      </w:r>
    </w:p>
    <w:p>
      <w:r>
        <w:rPr>
          <w:rFonts w:ascii="Courier New" w:hAnsi="Courier New"/>
          <w:color w:val="555555"/>
          <w:sz w:val="20"/>
        </w:rPr>
        <w:t>[2 . 90]</w:t>
      </w:r>
    </w:p>
    <w:p>
      <w:r>
        <w:rPr>
          <w:rFonts w:ascii="Gentium Plus" w:hAnsi="Gentium Plus"/>
          <w:sz w:val="24"/>
        </w:rPr>
        <w:t>Γαλῆ Ταρτησία: ἐπὶ τῶν πονηρῶν καὶ λίαν ἀναιδῶν. Ταρτησσὸς γὰρ πόλις μεγάλη πρὸς τῷ ὠκεανῷ.</w:t>
      </w:r>
    </w:p>
    <w:p>
      <w:r>
        <w:rPr>
          <w:rFonts w:ascii="Courier New" w:hAnsi="Courier New"/>
          <w:color w:val="555555"/>
          <w:sz w:val="20"/>
        </w:rPr>
        <w:t>[2 . 91]</w:t>
      </w:r>
    </w:p>
    <w:p>
      <w:r>
        <w:rPr>
          <w:rFonts w:ascii="Gentium Plus" w:hAnsi="Gentium Plus"/>
          <w:sz w:val="24"/>
        </w:rPr>
        <w:t>Γαλῇ χιτώνιον: ἐπὶ τῶν ἀχρήστων.</w:t>
      </w:r>
    </w:p>
    <w:p>
      <w:r>
        <w:rPr>
          <w:rFonts w:ascii="Courier New" w:hAnsi="Courier New"/>
          <w:color w:val="555555"/>
          <w:sz w:val="20"/>
        </w:rPr>
        <w:t>[2 . 92]</w:t>
      </w:r>
    </w:p>
    <w:p>
      <w:r>
        <w:rPr>
          <w:rFonts w:ascii="Gentium Plus" w:hAnsi="Gentium Plus"/>
          <w:sz w:val="24"/>
        </w:rPr>
        <w:t>Γαλλιστὶ τεμεῖν: ἐπὶ τῶν ἀφροντίστως ἀπαλλαγὴν</w:t>
      </w:r>
    </w:p>
    <w:p>
      <w:r>
        <w:rPr>
          <w:rFonts w:ascii="Courier New" w:hAnsi="Courier New"/>
          <w:color w:val="555555"/>
          <w:sz w:val="20"/>
        </w:rPr>
        <w:t>[2 . 93]</w:t>
      </w:r>
    </w:p>
    <w:p>
      <w:r>
        <w:rPr>
          <w:rFonts w:ascii="Gentium Plus" w:hAnsi="Gentium Plus"/>
          <w:sz w:val="24"/>
        </w:rPr>
        <w:t>Γέρων ὁ βοῦς, τὰ δ’ ἔργα πολλὰ τῷ βοΐ: ἐπὶ τῶν γεγηρακότων καὶ μηκέτι χρησιμευόντων.</w:t>
      </w:r>
    </w:p>
    <w:p>
      <w:r>
        <w:rPr>
          <w:rFonts w:ascii="Courier New" w:hAnsi="Courier New"/>
          <w:color w:val="555555"/>
          <w:sz w:val="20"/>
        </w:rPr>
        <w:t>[2 . 94]</w:t>
      </w:r>
    </w:p>
    <w:p>
      <w:r>
        <w:rPr>
          <w:rFonts w:ascii="Gentium Plus" w:hAnsi="Gentium Plus"/>
          <w:sz w:val="24"/>
        </w:rPr>
        <w:t>Γέλως Ἰωνικός: ἐπὶ τῶν κιναίδων καὶ ἐκλελυμένων.</w:t>
      </w:r>
    </w:p>
    <w:p>
      <w:r>
        <w:rPr>
          <w:rFonts w:ascii="Courier New" w:hAnsi="Courier New"/>
          <w:color w:val="555555"/>
          <w:sz w:val="20"/>
        </w:rPr>
        <w:t>[2 . 95]</w:t>
      </w:r>
    </w:p>
    <w:p>
      <w:r>
        <w:rPr>
          <w:rFonts w:ascii="Gentium Plus" w:hAnsi="Gentium Plus"/>
          <w:sz w:val="24"/>
        </w:rPr>
        <w:t>Γενναῖος εἶ ἐκ βαλαντίου: ἐπὶ τῶν διὰ πλοῦτον εὐδοκιμούντων.</w:t>
      </w:r>
    </w:p>
    <w:p>
      <w:r>
        <w:rPr>
          <w:rFonts w:ascii="Courier New" w:hAnsi="Courier New"/>
          <w:color w:val="555555"/>
          <w:sz w:val="20"/>
        </w:rPr>
        <w:t>[2 . 96]</w:t>
      </w:r>
    </w:p>
    <w:p>
      <w:r>
        <w:rPr>
          <w:rFonts w:ascii="Gentium Plus" w:hAnsi="Gentium Plus"/>
          <w:sz w:val="24"/>
        </w:rPr>
        <w:t>Γέλως συγκρούσιος: ὁ ἄκοσμος καὶ ἄτακτος. ἀπὸ τοῦ κρούειν τὰς χεῖρας.</w:t>
      </w:r>
    </w:p>
    <w:p>
      <w:r>
        <w:rPr>
          <w:rFonts w:ascii="Courier New" w:hAnsi="Courier New"/>
          <w:color w:val="555555"/>
          <w:sz w:val="20"/>
        </w:rPr>
        <w:t>[2 . 97]</w:t>
      </w:r>
    </w:p>
    <w:p>
      <w:r>
        <w:rPr>
          <w:rFonts w:ascii="Gentium Plus" w:hAnsi="Gentium Plus"/>
          <w:sz w:val="24"/>
        </w:rPr>
        <w:t>Γέρων ἐρινὸς εὐφρανεῖ τοὺς γείτονας: ὁ λόγος ἐπὶ γεγαμηκότος γέροντος.</w:t>
      </w:r>
    </w:p>
    <w:p>
      <w:r>
        <w:rPr>
          <w:rFonts w:ascii="Courier New" w:hAnsi="Courier New"/>
          <w:color w:val="555555"/>
          <w:sz w:val="20"/>
        </w:rPr>
        <w:t>[2 . 98]</w:t>
      </w:r>
    </w:p>
    <w:p>
      <w:r>
        <w:rPr>
          <w:rFonts w:ascii="Gentium Plus" w:hAnsi="Gentium Plus"/>
          <w:sz w:val="24"/>
        </w:rPr>
        <w:t>Γῆς βάρος: ἤγουν ἄχρηστος.</w:t>
      </w:r>
    </w:p>
    <w:p>
      <w:r>
        <w:rPr>
          <w:rFonts w:ascii="Courier New" w:hAnsi="Courier New"/>
          <w:color w:val="555555"/>
          <w:sz w:val="20"/>
        </w:rPr>
        <w:t>[2 . 99]</w:t>
      </w:r>
    </w:p>
    <w:p>
      <w:r>
        <w:rPr>
          <w:rFonts w:ascii="Gentium Plus" w:hAnsi="Gentium Plus"/>
          <w:sz w:val="24"/>
        </w:rPr>
        <w:t>Γῆς ἔντερον: ἐπὶ τῶν μηδενὸς ἀξίων.</w:t>
      </w:r>
    </w:p>
    <w:p>
      <w:r>
        <w:rPr>
          <w:rFonts w:ascii="Courier New" w:hAnsi="Courier New"/>
          <w:color w:val="555555"/>
          <w:sz w:val="20"/>
        </w:rPr>
        <w:t>[2 . 100]</w:t>
      </w:r>
    </w:p>
    <w:p>
      <w:r>
        <w:rPr>
          <w:rFonts w:ascii="Gentium Plus" w:hAnsi="Gentium Plus"/>
          <w:sz w:val="24"/>
        </w:rPr>
        <w:t>Γλαύκου τέχνη: ἐπὶ τῶν λίαν ἐντέχνων.</w:t>
      </w:r>
    </w:p>
    <w:p>
      <w:r>
        <w:rPr>
          <w:rFonts w:ascii="Courier New" w:hAnsi="Courier New"/>
          <w:color w:val="555555"/>
          <w:sz w:val="20"/>
        </w:rPr>
        <w:t>[3 . 1]</w:t>
      </w:r>
    </w:p>
    <w:p>
      <w:r>
        <w:rPr>
          <w:rFonts w:ascii="Gentium Plus" w:hAnsi="Gentium Plus"/>
          <w:sz w:val="24"/>
        </w:rPr>
        <w:t>Γλυκὺς ἀπείρῳ πόλεμος: δήλη.</w:t>
      </w:r>
    </w:p>
    <w:p>
      <w:r>
        <w:rPr>
          <w:rFonts w:ascii="Courier New" w:hAnsi="Courier New"/>
          <w:color w:val="555555"/>
          <w:sz w:val="20"/>
        </w:rPr>
        <w:t>[3 . 2]</w:t>
      </w:r>
    </w:p>
    <w:p>
      <w:r>
        <w:rPr>
          <w:rFonts w:ascii="Gentium Plus" w:hAnsi="Gentium Plus"/>
          <w:sz w:val="24"/>
        </w:rPr>
        <w:t>Γλαῦκες Λαυριωτικαί: ἐπὶ τῶν πολλὰ χρήματα ἐχόντων· ἐν γὰρ Λαυρίῳ τῆς Ἀττικῆς χρυσοῦ μέταλλα ἦν. ἐχάραττον δὲ γλαῦκας ἐν τοῖς νομίσμασιν.</w:t>
      </w:r>
    </w:p>
    <w:p>
      <w:r>
        <w:rPr>
          <w:rFonts w:ascii="Courier New" w:hAnsi="Courier New"/>
          <w:color w:val="555555"/>
          <w:sz w:val="20"/>
        </w:rPr>
        <w:t>[3 . 3]</w:t>
      </w:r>
    </w:p>
    <w:p>
      <w:r>
        <w:rPr>
          <w:rFonts w:ascii="Gentium Plus" w:hAnsi="Gentium Plus"/>
          <w:sz w:val="24"/>
        </w:rPr>
        <w:t>Γνῶθι σαυτόν: Χείλωνος εἶναί φασι τὸ ἀπόφθεγμα.</w:t>
      </w:r>
    </w:p>
    <w:p>
      <w:r>
        <w:rPr>
          <w:rFonts w:ascii="Courier New" w:hAnsi="Courier New"/>
          <w:color w:val="555555"/>
          <w:sz w:val="20"/>
        </w:rPr>
        <w:t>[3 . 4]</w:t>
      </w:r>
    </w:p>
    <w:p>
      <w:r>
        <w:rPr>
          <w:rFonts w:ascii="Gentium Plus" w:hAnsi="Gentium Plus"/>
          <w:sz w:val="24"/>
        </w:rPr>
        <w:t>Γραῦς βακχεύει: ἐπὶ τῶν παρ’ ὥραν τι διαπραττο‐ μένων.</w:t>
      </w:r>
    </w:p>
    <w:p>
      <w:r>
        <w:rPr>
          <w:rFonts w:ascii="Courier New" w:hAnsi="Courier New"/>
          <w:color w:val="555555"/>
          <w:sz w:val="20"/>
        </w:rPr>
        <w:t>[3 . 5]</w:t>
      </w:r>
    </w:p>
    <w:p>
      <w:r>
        <w:rPr>
          <w:rFonts w:ascii="Gentium Plus" w:hAnsi="Gentium Plus"/>
          <w:sz w:val="24"/>
        </w:rPr>
        <w:t>Γραῶν ὕθλοι: ἐπὶ τῶν μάτην ληρούντων.</w:t>
      </w:r>
    </w:p>
    <w:p>
      <w:r>
        <w:rPr>
          <w:rFonts w:ascii="Courier New" w:hAnsi="Courier New"/>
          <w:color w:val="555555"/>
          <w:sz w:val="20"/>
        </w:rPr>
        <w:t>[3 . 6]</w:t>
      </w:r>
    </w:p>
    <w:p>
      <w:r>
        <w:rPr>
          <w:rFonts w:ascii="Gentium Plus" w:hAnsi="Gentium Plus"/>
          <w:sz w:val="24"/>
        </w:rPr>
        <w:t>Γραῦς ἀνακροτήσασα πολὺν κονιορτὸν ἐγεί‐ ρει: ἐπὶ τῶν δι’ ἐμπειρίαν πολλὰ πράγματα κινούντων.</w:t>
      </w:r>
    </w:p>
    <w:p>
      <w:r>
        <w:rPr>
          <w:rFonts w:ascii="Courier New" w:hAnsi="Courier New"/>
          <w:color w:val="555555"/>
          <w:sz w:val="20"/>
        </w:rPr>
        <w:t>[3 . 7]</w:t>
      </w:r>
    </w:p>
    <w:p>
      <w:r>
        <w:rPr>
          <w:rFonts w:ascii="Gentium Plus" w:hAnsi="Gentium Plus"/>
          <w:sz w:val="24"/>
        </w:rPr>
        <w:t>Γυμνότερος λεβηρίδος: ἀντὶ τυφλότερος. ἐπὶ τῶν πάνυ πενήτων.</w:t>
      </w:r>
    </w:p>
    <w:p>
      <w:r>
        <w:rPr>
          <w:rFonts w:ascii="Courier New" w:hAnsi="Courier New"/>
          <w:color w:val="555555"/>
          <w:sz w:val="20"/>
        </w:rPr>
        <w:t>[3 . 8]</w:t>
      </w:r>
    </w:p>
    <w:p>
      <w:r>
        <w:rPr>
          <w:rFonts w:ascii="Gentium Plus" w:hAnsi="Gentium Plus"/>
          <w:sz w:val="24"/>
        </w:rPr>
        <w:t>Γυμνότερος παττάλου: ἐπὶ τῶν σφόδρα ἀπορωτάτων.</w:t>
      </w:r>
    </w:p>
    <w:p>
      <w:r>
        <w:rPr>
          <w:rFonts w:ascii="Courier New" w:hAnsi="Courier New"/>
          <w:color w:val="555555"/>
          <w:sz w:val="20"/>
        </w:rPr>
        <w:t>[3 . 9]</w:t>
      </w:r>
    </w:p>
    <w:p>
      <w:r>
        <w:rPr>
          <w:rFonts w:ascii="Gentium Plus" w:hAnsi="Gentium Plus"/>
          <w:sz w:val="24"/>
        </w:rPr>
        <w:t>Γύγου δακτύλιος: ἐπὶ τῶν πολυμηχάνων καὶ πα‐ νούργων.</w:t>
      </w:r>
    </w:p>
    <w:p>
      <w:r>
        <w:rPr>
          <w:rFonts w:ascii="Courier New" w:hAnsi="Courier New"/>
          <w:color w:val="555555"/>
          <w:sz w:val="20"/>
        </w:rPr>
        <w:t>[3 . 10]</w:t>
      </w:r>
    </w:p>
    <w:p>
      <w:r>
        <w:rPr>
          <w:rFonts w:ascii="Gentium Plus" w:hAnsi="Gentium Plus"/>
          <w:sz w:val="24"/>
        </w:rPr>
        <w:t>Γυπὸς σκιά: ἐπὶ τῶν μηδενὸς λόγου ἀξίων.</w:t>
      </w:r>
    </w:p>
    <w:p>
      <w:r>
        <w:rPr>
          <w:rFonts w:ascii="Courier New" w:hAnsi="Courier New"/>
          <w:color w:val="555555"/>
          <w:sz w:val="20"/>
        </w:rPr>
        <w:t>[3 . 11]</w:t>
      </w:r>
    </w:p>
    <w:p>
      <w:r>
        <w:rPr>
          <w:rFonts w:ascii="Gentium Plus" w:hAnsi="Gentium Plus"/>
          <w:sz w:val="24"/>
        </w:rPr>
        <w:t>Γυνὴ εἰς Ἡρακλέους οὐ φοιτᾷ: πρὸς τοὺς ἀνα‐ ξίους τινῶν πράξεων· παρόσον Ἡρακλῆς ἐδούλευσεν Ὀμφάλῃ.</w:t>
      </w:r>
    </w:p>
    <w:p>
      <w:r>
        <w:rPr>
          <w:rFonts w:ascii="Courier New" w:hAnsi="Courier New"/>
          <w:color w:val="555555"/>
          <w:sz w:val="20"/>
        </w:rPr>
        <w:t>[3 . 12]</w:t>
      </w:r>
    </w:p>
    <w:p>
      <w:r>
        <w:rPr>
          <w:rFonts w:ascii="Gentium Plus" w:hAnsi="Gentium Plus"/>
          <w:sz w:val="24"/>
        </w:rPr>
        <w:t>Γυνὴ στρατηγεῖ: καί· Γυνὴ στρατεύεται: ἐπὶ τῶν παραδόξων.</w:t>
      </w:r>
    </w:p>
    <w:p>
      <w:r>
        <w:rPr>
          <w:rFonts w:ascii="Courier New" w:hAnsi="Courier New"/>
          <w:color w:val="555555"/>
          <w:sz w:val="20"/>
        </w:rPr>
        <w:t>[3 . 13]</w:t>
      </w:r>
    </w:p>
    <w:p>
      <w:r>
        <w:rPr>
          <w:rFonts w:ascii="Gentium Plus" w:hAnsi="Gentium Plus"/>
          <w:sz w:val="24"/>
        </w:rPr>
        <w:t>Γυναικὶ μὴ πίστευε μηδ’ ἂν ἀποθάνῃ: δήλη ἡ παροιμία.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Δ.</w:t>
      </w:r>
    </w:p>
    <w:p>
      <w:r>
        <w:rPr>
          <w:rFonts w:ascii="Courier New" w:hAnsi="Courier New"/>
          <w:color w:val="555555"/>
          <w:sz w:val="20"/>
        </w:rPr>
        <w:t>[3 . 14]</w:t>
      </w:r>
    </w:p>
    <w:p>
      <w:r>
        <w:rPr>
          <w:rFonts w:ascii="Gentium Plus" w:hAnsi="Gentium Plus"/>
          <w:sz w:val="24"/>
        </w:rPr>
        <w:t>Δαιδάλου ποίημα: ἐπὶ τῶν τεχνικῶς κατασκευα‐ σθέντων.</w:t>
      </w:r>
    </w:p>
    <w:p>
      <w:r>
        <w:rPr>
          <w:rFonts w:ascii="Courier New" w:hAnsi="Courier New"/>
          <w:color w:val="555555"/>
          <w:sz w:val="20"/>
        </w:rPr>
        <w:t>[3 . 15]</w:t>
      </w:r>
    </w:p>
    <w:p>
      <w:r>
        <w:rPr>
          <w:rFonts w:ascii="Gentium Plus" w:hAnsi="Gentium Plus"/>
          <w:sz w:val="24"/>
        </w:rPr>
        <w:t>Δαιδάλου πτερά: ἐπὶ τῶν διὰ τὸ ἄπορον τοῦ λόγου παρελκούσῃ χρωμένων προσθήκῃ.</w:t>
      </w:r>
    </w:p>
    <w:p>
      <w:r>
        <w:rPr>
          <w:rFonts w:ascii="Courier New" w:hAnsi="Courier New"/>
          <w:color w:val="555555"/>
          <w:sz w:val="20"/>
        </w:rPr>
        <w:t>[3 . 16]</w:t>
      </w:r>
    </w:p>
    <w:p>
      <w:r>
        <w:rPr>
          <w:rFonts w:ascii="Gentium Plus" w:hAnsi="Gentium Plus"/>
          <w:sz w:val="24"/>
        </w:rPr>
        <w:t>Δαναΐδων πίθος: ἐπὶ τῶν ἀεὶ ἐκλιπόντων καὶ μὴ</w:t>
      </w:r>
    </w:p>
    <w:p>
      <w:r>
        <w:rPr>
          <w:rFonts w:ascii="Courier New" w:hAnsi="Courier New"/>
          <w:color w:val="555555"/>
          <w:sz w:val="20"/>
        </w:rPr>
        <w:t>[3 . 17]</w:t>
      </w:r>
    </w:p>
    <w:p>
      <w:r>
        <w:rPr>
          <w:rFonts w:ascii="Gentium Plus" w:hAnsi="Gentium Plus"/>
          <w:sz w:val="24"/>
        </w:rPr>
        <w:t>Δαφνίνην φορῶ βακτηρίαν: τοῦτο εἰώθασι λέγειν οἱ ὑπό τινων ἐπιβουλευόμενοι, παρόσον ἀλεξιφάρμακον ἡ δάφνη.</w:t>
      </w:r>
    </w:p>
    <w:p>
      <w:r>
        <w:rPr>
          <w:rFonts w:ascii="Courier New" w:hAnsi="Courier New"/>
          <w:color w:val="555555"/>
          <w:sz w:val="20"/>
        </w:rPr>
        <w:t>[3 . 18]</w:t>
      </w:r>
    </w:p>
    <w:p>
      <w:r>
        <w:rPr>
          <w:rFonts w:ascii="Gentium Plus" w:hAnsi="Gentium Plus"/>
          <w:sz w:val="24"/>
        </w:rPr>
        <w:t>Δαίμων Κιλίκιος: ἐπὶ τῶν ἀποτροπαίων. καὶ Δαί‐ μων Αἴνειος ὅμοιον, ἀπὸ Αἴνου πόλεως Θρᾴκης.</w:t>
      </w:r>
    </w:p>
    <w:p>
      <w:r>
        <w:rPr>
          <w:rFonts w:ascii="Courier New" w:hAnsi="Courier New"/>
          <w:color w:val="555555"/>
          <w:sz w:val="20"/>
        </w:rPr>
        <w:t>[3 . 19]</w:t>
      </w:r>
    </w:p>
    <w:p>
      <w:r>
        <w:rPr>
          <w:rFonts w:ascii="Gentium Plus" w:hAnsi="Gentium Plus"/>
          <w:sz w:val="24"/>
        </w:rPr>
        <w:t>Δέχεται καὶ βῶλον Ἀλήτης: ἐπὶ τῶν πάντα δε‐ χομένων.</w:t>
      </w:r>
    </w:p>
    <w:p>
      <w:r>
        <w:rPr>
          <w:rFonts w:ascii="Courier New" w:hAnsi="Courier New"/>
          <w:color w:val="555555"/>
          <w:sz w:val="20"/>
        </w:rPr>
        <w:t>[3 . 20]</w:t>
      </w:r>
    </w:p>
    <w:p>
      <w:r>
        <w:rPr>
          <w:rFonts w:ascii="Gentium Plus" w:hAnsi="Gentium Plus"/>
          <w:sz w:val="24"/>
        </w:rPr>
        <w:t>Δεύτερος πλοῦς: ἐπὶ τῶν ἀσφαλῶς τι πραττόντων· παρόσον οἱ διαμαρτόντες κατὰ τὸν πρότερον πλοῦν ἀσφα‐ λίζονται περὶ τὸν δεύτερον.</w:t>
      </w:r>
    </w:p>
    <w:p>
      <w:r>
        <w:rPr>
          <w:rFonts w:ascii="Courier New" w:hAnsi="Courier New"/>
          <w:color w:val="555555"/>
          <w:sz w:val="20"/>
        </w:rPr>
        <w:t>[3 . 21]</w:t>
      </w:r>
    </w:p>
    <w:p>
      <w:r>
        <w:rPr>
          <w:rFonts w:ascii="Gentium Plus" w:hAnsi="Gentium Plus"/>
          <w:sz w:val="24"/>
        </w:rPr>
        <w:t>Δεινοὶ πλέκειν τοι μηχανὰς Αἰγύπτιοι: ἐπὶ τῶν σφόδρα κακουργοτάτων.</w:t>
      </w:r>
    </w:p>
    <w:p>
      <w:r>
        <w:rPr>
          <w:rFonts w:ascii="Courier New" w:hAnsi="Courier New"/>
          <w:color w:val="555555"/>
          <w:sz w:val="20"/>
        </w:rPr>
        <w:t>[3 . 22]</w:t>
      </w:r>
    </w:p>
    <w:p>
      <w:r>
        <w:rPr>
          <w:rFonts w:ascii="Gentium Plus" w:hAnsi="Gentium Plus"/>
          <w:sz w:val="24"/>
        </w:rPr>
        <w:t>Δελφικὴ μάχαιρα: ἐπὶ τῶν φιλοκερδῶν.</w:t>
      </w:r>
    </w:p>
    <w:p>
      <w:r>
        <w:rPr>
          <w:rFonts w:ascii="Courier New" w:hAnsi="Courier New"/>
          <w:color w:val="555555"/>
          <w:sz w:val="20"/>
        </w:rPr>
        <w:t>[3 . 23]</w:t>
      </w:r>
    </w:p>
    <w:p>
      <w:r>
        <w:rPr>
          <w:rFonts w:ascii="Gentium Plus" w:hAnsi="Gentium Plus"/>
          <w:sz w:val="24"/>
        </w:rPr>
        <w:t>Δειλοῦ μήτηρ οὐ κλαίει: δημώδης καὶ φανερά.</w:t>
      </w:r>
    </w:p>
    <w:p>
      <w:r>
        <w:rPr>
          <w:rFonts w:ascii="Courier New" w:hAnsi="Courier New"/>
          <w:color w:val="555555"/>
          <w:sz w:val="20"/>
        </w:rPr>
        <w:t>[3 . 24]</w:t>
      </w:r>
    </w:p>
    <w:p>
      <w:r>
        <w:rPr>
          <w:rFonts w:ascii="Gentium Plus" w:hAnsi="Gentium Plus"/>
          <w:sz w:val="24"/>
        </w:rPr>
        <w:t>Δελφὸς ἀνὴρ στέφανον μὲν ἔχει, δίψῃ δ’ ἀπό‐ λωλεν: παρόσον οὗτοι διὰ μὲν τὸ ἱερᾶσθαι ἐστεφανωμένοι ἦσαν, τῶν δὲ ἐπιτηδείων ἠπόρουν.</w:t>
      </w:r>
    </w:p>
    <w:p>
      <w:r>
        <w:rPr>
          <w:rFonts w:ascii="Courier New" w:hAnsi="Courier New"/>
          <w:color w:val="555555"/>
          <w:sz w:val="20"/>
        </w:rPr>
        <w:t>[3 . 25]</w:t>
      </w:r>
    </w:p>
    <w:p>
      <w:r>
        <w:rPr>
          <w:rFonts w:ascii="Gentium Plus" w:hAnsi="Gentium Plus"/>
          <w:sz w:val="24"/>
        </w:rPr>
        <w:t>Δελφῖνα νήχεσθαι διδάσκεις: ἐπὶ τῶν ἐν ἐκείνοις</w:t>
      </w:r>
    </w:p>
    <w:p>
      <w:r>
        <w:rPr>
          <w:rFonts w:ascii="Courier New" w:hAnsi="Courier New"/>
          <w:color w:val="555555"/>
          <w:sz w:val="20"/>
        </w:rPr>
        <w:t>[3 . 26]</w:t>
      </w:r>
    </w:p>
    <w:p>
      <w:r>
        <w:rPr>
          <w:rFonts w:ascii="Gentium Plus" w:hAnsi="Gentium Plus"/>
          <w:sz w:val="24"/>
        </w:rPr>
        <w:t>Δειλότερος εἶ αὐτῆς τῆς δειλίας: ἐπὶ τῶν σφόδρα δειλῶν.</w:t>
      </w:r>
    </w:p>
    <w:p>
      <w:r>
        <w:rPr>
          <w:rFonts w:ascii="Courier New" w:hAnsi="Courier New"/>
          <w:color w:val="555555"/>
          <w:sz w:val="20"/>
        </w:rPr>
        <w:t>[3 . 27]</w:t>
      </w:r>
    </w:p>
    <w:p>
      <w:r>
        <w:rPr>
          <w:rFonts w:ascii="Gentium Plus" w:hAnsi="Gentium Plus"/>
          <w:sz w:val="24"/>
        </w:rPr>
        <w:t>Δειλὸν ὁ Πλοῦτος: παρόσον οἱ πλούσιοι τὰς οἰκίας ἀσφαλίζονται καὶ κύνας τρέφουσιν.</w:t>
      </w:r>
    </w:p>
    <w:p>
      <w:r>
        <w:rPr>
          <w:rFonts w:ascii="Courier New" w:hAnsi="Courier New"/>
          <w:color w:val="555555"/>
          <w:sz w:val="20"/>
        </w:rPr>
        <w:t>[3 . 28]</w:t>
      </w:r>
    </w:p>
    <w:p>
      <w:r>
        <w:rPr>
          <w:rFonts w:ascii="Gentium Plus" w:hAnsi="Gentium Plus"/>
          <w:sz w:val="24"/>
        </w:rPr>
        <w:t>Δεινὰ τὰ δεινά: ἐπὶ τῶν σφόδρα χαλεπῶν. τὸ δὲ τέ‐ λειον, Δεινὰ τὰ δεινὰ καὶ δεινότερα Δεινίου.</w:t>
      </w:r>
    </w:p>
    <w:p>
      <w:r>
        <w:rPr>
          <w:rFonts w:ascii="Courier New" w:hAnsi="Courier New"/>
          <w:color w:val="555555"/>
          <w:sz w:val="20"/>
        </w:rPr>
        <w:t>[3 . 29]</w:t>
      </w:r>
    </w:p>
    <w:p>
      <w:r>
        <w:rPr>
          <w:rFonts w:ascii="Gentium Plus" w:hAnsi="Gentium Plus"/>
          <w:sz w:val="24"/>
        </w:rPr>
        <w:t>Δῆλόν ἐστι καὶ τυφλῷ: ἐπὶ τῶν προφανῶν.</w:t>
      </w:r>
    </w:p>
    <w:p>
      <w:r>
        <w:rPr>
          <w:rFonts w:ascii="Courier New" w:hAnsi="Courier New"/>
          <w:color w:val="555555"/>
          <w:sz w:val="20"/>
        </w:rPr>
        <w:t>[3 . 30]</w:t>
      </w:r>
    </w:p>
    <w:p>
      <w:r>
        <w:rPr>
          <w:rFonts w:ascii="Gentium Plus" w:hAnsi="Gentium Plus"/>
          <w:sz w:val="24"/>
        </w:rPr>
        <w:t>Δικαιότερος σταχάνης: ἐπὶ τῶν τὰ δίκαια ἀγαπών‐</w:t>
      </w:r>
    </w:p>
    <w:p>
      <w:r>
        <w:rPr>
          <w:rFonts w:ascii="Courier New" w:hAnsi="Courier New"/>
          <w:color w:val="555555"/>
          <w:sz w:val="20"/>
        </w:rPr>
        <w:t>[3 . 31]</w:t>
      </w:r>
    </w:p>
    <w:p>
      <w:r>
        <w:rPr>
          <w:rFonts w:ascii="Gentium Plus" w:hAnsi="Gentium Plus"/>
          <w:sz w:val="24"/>
        </w:rPr>
        <w:t>Δὶς παῖδες οἱ γέροντες: ἐπὶ τῶν πρὸς τὸ γῆρας εὐηθεστέρων εἶναι δοκούντων.</w:t>
      </w:r>
    </w:p>
    <w:p>
      <w:r>
        <w:rPr>
          <w:rFonts w:ascii="Courier New" w:hAnsi="Courier New"/>
          <w:color w:val="555555"/>
          <w:sz w:val="20"/>
        </w:rPr>
        <w:t>[3 . 32]</w:t>
      </w:r>
    </w:p>
    <w:p>
      <w:r>
        <w:rPr>
          <w:rFonts w:ascii="Gentium Plus" w:hAnsi="Gentium Plus"/>
          <w:sz w:val="24"/>
        </w:rPr>
        <w:t>Διωλύγιον κακόν: ἐπὶ τῶν μέγα τι καὶ δεινὸν ὑφι‐ σταμένων.</w:t>
      </w:r>
    </w:p>
    <w:p>
      <w:r>
        <w:rPr>
          <w:rFonts w:ascii="Courier New" w:hAnsi="Courier New"/>
          <w:color w:val="555555"/>
          <w:sz w:val="20"/>
        </w:rPr>
        <w:t>[3 . 33]</w:t>
      </w:r>
    </w:p>
    <w:p>
      <w:r>
        <w:rPr>
          <w:rFonts w:ascii="Gentium Plus" w:hAnsi="Gentium Plus"/>
          <w:sz w:val="24"/>
        </w:rPr>
        <w:t>Δι’ ἀχύρου καὶ θύμου καὶ τρυτάνης: ἐπὶ τῶν φειδωλῶν καὶ γλίσχρων.</w:t>
      </w:r>
    </w:p>
    <w:p>
      <w:r>
        <w:rPr>
          <w:rFonts w:ascii="Courier New" w:hAnsi="Courier New"/>
          <w:color w:val="555555"/>
          <w:sz w:val="20"/>
        </w:rPr>
        <w:t>[3 . 34]</w:t>
      </w:r>
    </w:p>
    <w:p>
      <w:r>
        <w:rPr>
          <w:rFonts w:ascii="Gentium Plus" w:hAnsi="Gentium Plus"/>
          <w:sz w:val="24"/>
        </w:rPr>
        <w:t>Διὰ κενῆς: λείπει κώπης: οἱ δὲ νευρᾶς τόξου.</w:t>
      </w:r>
    </w:p>
    <w:p>
      <w:r>
        <w:rPr>
          <w:rFonts w:ascii="Courier New" w:hAnsi="Courier New"/>
          <w:color w:val="555555"/>
          <w:sz w:val="20"/>
        </w:rPr>
        <w:t>[3 . 35]</w:t>
      </w:r>
    </w:p>
    <w:p>
      <w:r>
        <w:rPr>
          <w:rFonts w:ascii="Gentium Plus" w:hAnsi="Gentium Plus"/>
          <w:sz w:val="24"/>
        </w:rPr>
        <w:t>Δουλότερος Μεσσήνης: ἐπὶ τῶν ἐσχάτῃ καὶ πικρᾷ δουλείᾳ ἐνεχομένων. Λακεδαιμόνιοι γὰρ τοῖς Μεσσηνίοις ὡς δούλοις χρώμενοι καὶ ἐμαστίγουν καὶ τῶν ἄλλων πό‐ λεων ὡς ἰδίους ὄντας δούλους ἀπῆγον.</w:t>
      </w:r>
    </w:p>
    <w:p>
      <w:r>
        <w:rPr>
          <w:rFonts w:ascii="Courier New" w:hAnsi="Courier New"/>
          <w:color w:val="555555"/>
          <w:sz w:val="20"/>
        </w:rPr>
        <w:t>[3 . 36]</w:t>
      </w:r>
    </w:p>
    <w:p>
      <w:r>
        <w:rPr>
          <w:rFonts w:ascii="Gentium Plus" w:hAnsi="Gentium Plus"/>
          <w:sz w:val="24"/>
        </w:rPr>
        <w:t>Δοῦλε, δεσποτῶν ἄκουε καὶ δίκαια κἄδικα: αὕτη τῶν περιφερομένων.</w:t>
      </w:r>
    </w:p>
    <w:p>
      <w:r>
        <w:rPr>
          <w:rFonts w:ascii="Courier New" w:hAnsi="Courier New"/>
          <w:color w:val="555555"/>
          <w:sz w:val="20"/>
        </w:rPr>
        <w:t>[3 . 37]</w:t>
      </w:r>
    </w:p>
    <w:p>
      <w:r>
        <w:rPr>
          <w:rFonts w:ascii="Gentium Plus" w:hAnsi="Gentium Plus"/>
          <w:sz w:val="24"/>
        </w:rPr>
        <w:t>Δοίδυκος σκιά: ἐπὶ τοῦ μηδενός.</w:t>
      </w:r>
    </w:p>
    <w:p>
      <w:r>
        <w:rPr>
          <w:rFonts w:ascii="Courier New" w:hAnsi="Courier New"/>
          <w:color w:val="555555"/>
          <w:sz w:val="20"/>
        </w:rPr>
        <w:t>[3 . 38]</w:t>
      </w:r>
    </w:p>
    <w:p>
      <w:r>
        <w:rPr>
          <w:rFonts w:ascii="Gentium Plus" w:hAnsi="Gentium Plus"/>
          <w:sz w:val="24"/>
        </w:rPr>
        <w:t>Δόρυ κηρυκείου μᾶλλον δάκνει: ἐπὶ τῶν αὐστη‐</w:t>
      </w:r>
    </w:p>
    <w:p>
      <w:r>
        <w:rPr>
          <w:rFonts w:ascii="Courier New" w:hAnsi="Courier New"/>
          <w:color w:val="555555"/>
          <w:sz w:val="20"/>
        </w:rPr>
        <w:t>[3 . 39]</w:t>
      </w:r>
    </w:p>
    <w:p>
      <w:r>
        <w:rPr>
          <w:rFonts w:ascii="Gentium Plus" w:hAnsi="Gentium Plus"/>
          <w:sz w:val="24"/>
        </w:rPr>
        <w:t>Δρυὸς πεσούσης πᾶς ἀνὴρ ξυλεύεται: ἐπὶ τῶν ῥᾳδίως λαμβανόντων ἃ πρότερον μόλις ἠδύναντο.</w:t>
      </w:r>
    </w:p>
    <w:p>
      <w:r>
        <w:rPr>
          <w:rFonts w:ascii="Courier New" w:hAnsi="Courier New"/>
          <w:color w:val="555555"/>
          <w:sz w:val="20"/>
        </w:rPr>
        <w:t>[3 . 40]</w:t>
      </w:r>
    </w:p>
    <w:p>
      <w:r>
        <w:rPr>
          <w:rFonts w:ascii="Gentium Plus" w:hAnsi="Gentium Plus"/>
          <w:sz w:val="24"/>
        </w:rPr>
        <w:t>Δρυὸς καὶ πέτρας λόγοι: ἐπὶ τῶν ἀδολεσχούντων</w:t>
      </w:r>
    </w:p>
    <w:p>
      <w:r>
        <w:rPr>
          <w:rFonts w:ascii="Courier New" w:hAnsi="Courier New"/>
          <w:color w:val="555555"/>
          <w:sz w:val="20"/>
        </w:rPr>
        <w:t>[3 . 41]</w:t>
      </w:r>
    </w:p>
    <w:p>
      <w:r>
        <w:rPr>
          <w:rFonts w:ascii="Gentium Plus" w:hAnsi="Gentium Plus"/>
          <w:sz w:val="24"/>
        </w:rPr>
        <w:t>Δυσριγότερος χελώνης: ἐπὶ τῶν εἰς ὁτιοῦν γλι‐ σχρευομένων.</w:t>
      </w:r>
    </w:p>
    <w:p>
      <w:r>
        <w:rPr>
          <w:rFonts w:ascii="Courier New" w:hAnsi="Courier New"/>
          <w:color w:val="555555"/>
          <w:sz w:val="20"/>
        </w:rPr>
        <w:t>[3 . 42]</w:t>
      </w:r>
    </w:p>
    <w:p>
      <w:r>
        <w:rPr>
          <w:rFonts w:ascii="Gentium Plus" w:hAnsi="Gentium Plus"/>
          <w:sz w:val="24"/>
        </w:rPr>
        <w:t>Δωδωναῖον χαλκεῖον: ἐπὶ τῶν ἀδολέσχων καὶ φλυαρῶν.</w:t>
      </w:r>
    </w:p>
    <w:p>
      <w:r>
        <w:rPr>
          <w:rFonts w:ascii="Courier New" w:hAnsi="Courier New"/>
          <w:color w:val="555555"/>
          <w:sz w:val="20"/>
        </w:rPr>
        <w:t>[3 . 43]</w:t>
      </w:r>
    </w:p>
    <w:p>
      <w:r>
        <w:rPr>
          <w:rFonts w:ascii="Gentium Plus" w:hAnsi="Gentium Plus"/>
          <w:sz w:val="24"/>
        </w:rPr>
        <w:t>Δῶρα καὶ θεοὺς πείθει: Ἡσιόδου εἶναι φασίν.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Ε.</w:t>
      </w:r>
    </w:p>
    <w:p>
      <w:r>
        <w:rPr>
          <w:rFonts w:ascii="Courier New" w:hAnsi="Courier New"/>
          <w:color w:val="555555"/>
          <w:sz w:val="20"/>
        </w:rPr>
        <w:t>[3 . 44]</w:t>
      </w:r>
    </w:p>
    <w:p>
      <w:r>
        <w:rPr>
          <w:rFonts w:ascii="Gentium Plus" w:hAnsi="Gentium Plus"/>
          <w:sz w:val="24"/>
        </w:rPr>
        <w:t>Ἐὰν μὴ πάθῃς, οὐ μὴ μάθῃς: παραπλησία τῇ</w:t>
      </w:r>
    </w:p>
    <w:p>
      <w:r>
        <w:rPr>
          <w:rFonts w:ascii="Courier New" w:hAnsi="Courier New"/>
          <w:color w:val="555555"/>
          <w:sz w:val="20"/>
        </w:rPr>
        <w:t>[3 . 45]</w:t>
      </w:r>
    </w:p>
    <w:p>
      <w:r>
        <w:rPr>
          <w:rFonts w:ascii="Gentium Plus" w:hAnsi="Gentium Plus"/>
          <w:sz w:val="24"/>
        </w:rPr>
        <w:t>Ἐγένετο καὶ Μάνδρωνι συκίνη ναῦς: ἐπὶ τῶν παρ’ ἐλπίδα καὶ ἀναξίως εὐπραγησάντων.</w:t>
      </w:r>
    </w:p>
    <w:p>
      <w:r>
        <w:rPr>
          <w:rFonts w:ascii="Courier New" w:hAnsi="Courier New"/>
          <w:color w:val="555555"/>
          <w:sz w:val="20"/>
        </w:rPr>
        <w:t>[3 . 46]</w:t>
      </w:r>
    </w:p>
    <w:p>
      <w:r>
        <w:rPr>
          <w:rFonts w:ascii="Gentium Plus" w:hAnsi="Gentium Plus"/>
          <w:sz w:val="24"/>
        </w:rPr>
        <w:t>Ἐγὼ ποιήσω πάντα κατὰ Νικόστρατον: ἐπὶ τῶν ὀρθῶς πάντα ποιούντων· ἦν γὰρ ὁ Νικόστρατος ὑπο‐ κριτὴς τραγικὸς ἄριστος.</w:t>
      </w:r>
    </w:p>
    <w:p>
      <w:r>
        <w:rPr>
          <w:rFonts w:ascii="Courier New" w:hAnsi="Courier New"/>
          <w:color w:val="555555"/>
          <w:sz w:val="20"/>
        </w:rPr>
        <w:t>[3 . 47]</w:t>
      </w:r>
    </w:p>
    <w:p>
      <w:r>
        <w:rPr>
          <w:rFonts w:ascii="Gentium Plus" w:hAnsi="Gentium Plus"/>
          <w:sz w:val="24"/>
        </w:rPr>
        <w:t>Ἐγγύα, πάρα δ’ ἄτα: ἐπὶ τῶν ῥᾳδίως ἐγγυωμένων καὶ κακῶς ἀπαλλαττόντων.</w:t>
      </w:r>
    </w:p>
    <w:p>
      <w:r>
        <w:rPr>
          <w:rFonts w:ascii="Courier New" w:hAnsi="Courier New"/>
          <w:color w:val="555555"/>
          <w:sz w:val="20"/>
        </w:rPr>
        <w:t>[3 . 48]</w:t>
      </w:r>
    </w:p>
    <w:p>
      <w:r>
        <w:rPr>
          <w:rFonts w:ascii="Gentium Plus" w:hAnsi="Gentium Plus"/>
          <w:sz w:val="24"/>
        </w:rPr>
        <w:t>Εἰ ἐγὼ ταῦτα ἐποίουν, ὅσος ἂν ἦν θόρυβος: λύκος ἰδὼν ὑπὸ ποιμένος πρόβατον ἐσθιώμενον τοῦτο εἴρηκεν.</w:t>
      </w:r>
    </w:p>
    <w:p>
      <w:r>
        <w:rPr>
          <w:rFonts w:ascii="Courier New" w:hAnsi="Courier New"/>
          <w:color w:val="555555"/>
          <w:sz w:val="20"/>
        </w:rPr>
        <w:t>[3 . 49]</w:t>
      </w:r>
    </w:p>
    <w:p>
      <w:r>
        <w:rPr>
          <w:rFonts w:ascii="Gentium Plus" w:hAnsi="Gentium Plus"/>
          <w:sz w:val="24"/>
        </w:rPr>
        <w:t>Εἰπὼν ἃ θέλεις ἄκουε καὶ ἃ μὴ θέλεις: δήλη.</w:t>
      </w:r>
    </w:p>
    <w:p>
      <w:r>
        <w:rPr>
          <w:rFonts w:ascii="Courier New" w:hAnsi="Courier New"/>
          <w:color w:val="555555"/>
          <w:sz w:val="20"/>
        </w:rPr>
        <w:t>[3 . 50]</w:t>
      </w:r>
    </w:p>
    <w:p>
      <w:r>
        <w:rPr>
          <w:rFonts w:ascii="Gentium Plus" w:hAnsi="Gentium Plus"/>
          <w:sz w:val="24"/>
        </w:rPr>
        <w:t>Εἰκῆ τὸν Ἄβυδον πατεῖς: ἐπὶ τῶν μάτην τι φυ‐ λαττόντων. παρόσον ἐκεῖ αἱ γυναῖκες πρὸς τὴν τῶν ἀνδρῶν ὁμιλίαν καταφυλαττόμεναι οὐ ῥᾳδίως ἐξάγονται.</w:t>
      </w:r>
    </w:p>
    <w:p>
      <w:r>
        <w:rPr>
          <w:rFonts w:ascii="Courier New" w:hAnsi="Courier New"/>
          <w:color w:val="555555"/>
          <w:sz w:val="20"/>
        </w:rPr>
        <w:t>[3 . 51]</w:t>
      </w:r>
    </w:p>
    <w:p>
      <w:r>
        <w:rPr>
          <w:rFonts w:ascii="Gentium Plus" w:hAnsi="Gentium Plus"/>
          <w:sz w:val="24"/>
        </w:rPr>
        <w:t>Εἰς ἀρχαίας φάτνας: ἐπὶ τῶν εἰς τὴν ἀρχαίαν ἐπανελθόντων δίαιταν.</w:t>
      </w:r>
    </w:p>
    <w:p>
      <w:r>
        <w:rPr>
          <w:rFonts w:ascii="Courier New" w:hAnsi="Courier New"/>
          <w:color w:val="555555"/>
          <w:sz w:val="20"/>
        </w:rPr>
        <w:t>[3 . 52]</w:t>
      </w:r>
    </w:p>
    <w:p>
      <w:r>
        <w:rPr>
          <w:rFonts w:ascii="Gentium Plus" w:hAnsi="Gentium Plus"/>
          <w:sz w:val="24"/>
        </w:rPr>
        <w:t>Εἷς ἀνὴρ οὐδεὶς ἀνήρ: παρόσον ὑφ’ ἑνὸς οὐδὲν κα‐ τορθοῦται.</w:t>
      </w:r>
    </w:p>
    <w:p>
      <w:r>
        <w:rPr>
          <w:rFonts w:ascii="Courier New" w:hAnsi="Courier New"/>
          <w:color w:val="555555"/>
          <w:sz w:val="20"/>
        </w:rPr>
        <w:t>[3 . 53]</w:t>
      </w:r>
    </w:p>
    <w:p>
      <w:r>
        <w:rPr>
          <w:rFonts w:ascii="Gentium Plus" w:hAnsi="Gentium Plus"/>
          <w:sz w:val="24"/>
        </w:rPr>
        <w:t>Εἰς πάγας ὁ λύκος: ἐπὶ τῶν εἰς κίνδυνον προὖπτον</w:t>
      </w:r>
    </w:p>
    <w:p>
      <w:r>
        <w:rPr>
          <w:rFonts w:ascii="Courier New" w:hAnsi="Courier New"/>
          <w:color w:val="555555"/>
          <w:sz w:val="20"/>
        </w:rPr>
        <w:t>[3 . 54]</w:t>
      </w:r>
    </w:p>
    <w:p>
      <w:r>
        <w:rPr>
          <w:rFonts w:ascii="Gentium Plus" w:hAnsi="Gentium Plus"/>
          <w:sz w:val="24"/>
        </w:rPr>
        <w:t>Εἰσὶ καὶ κυνῶν Ἐριννύες: παρεγγυᾷ ὁ λόγος, μηδὲ κυνῶν ἀμελεῖν.</w:t>
      </w:r>
    </w:p>
    <w:p>
      <w:r>
        <w:rPr>
          <w:rFonts w:ascii="Courier New" w:hAnsi="Courier New"/>
          <w:color w:val="555555"/>
          <w:sz w:val="20"/>
        </w:rPr>
        <w:t>[3 . 55]</w:t>
      </w:r>
    </w:p>
    <w:p>
      <w:r>
        <w:rPr>
          <w:rFonts w:ascii="Gentium Plus" w:hAnsi="Gentium Plus"/>
          <w:sz w:val="24"/>
        </w:rPr>
        <w:t>Εἰς ὕδωρ σπείρειν: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[3 . 56]</w:t>
      </w:r>
    </w:p>
    <w:p>
      <w:r>
        <w:rPr>
          <w:rFonts w:ascii="Gentium Plus" w:hAnsi="Gentium Plus"/>
          <w:sz w:val="24"/>
        </w:rPr>
        <w:t>Εἰς ὄνου πόκας: πρὸς τοὺς εἰς τὰ ἀδύνατα ἀνα‐ βαλλομένους.</w:t>
      </w:r>
    </w:p>
    <w:p>
      <w:r>
        <w:rPr>
          <w:rFonts w:ascii="Courier New" w:hAnsi="Courier New"/>
          <w:color w:val="555555"/>
          <w:sz w:val="20"/>
        </w:rPr>
        <w:t>[3 . 57]</w:t>
      </w:r>
    </w:p>
    <w:p>
      <w:r>
        <w:rPr>
          <w:rFonts w:ascii="Gentium Plus" w:hAnsi="Gentium Plus"/>
          <w:sz w:val="24"/>
        </w:rPr>
        <w:t>Εἰς τὸν τετρημένον πίθον: ἐπὶ τῶν μάτην ἀνα‐ λισκόντων.</w:t>
      </w:r>
    </w:p>
    <w:p>
      <w:r>
        <w:rPr>
          <w:rFonts w:ascii="Courier New" w:hAnsi="Courier New"/>
          <w:color w:val="555555"/>
          <w:sz w:val="20"/>
        </w:rPr>
        <w:t>[3 . 58]</w:t>
      </w:r>
    </w:p>
    <w:p>
      <w:r>
        <w:rPr>
          <w:rFonts w:ascii="Gentium Plus" w:hAnsi="Gentium Plus"/>
          <w:sz w:val="24"/>
        </w:rPr>
        <w:t>Εἴη μοι τὸ μεταξὺ Κορίνθου καὶ Σικυῶνος: ἐπὶ τῶν τὰ κάλλιστα ἑαυτοῖς εὐχομένων.</w:t>
      </w:r>
    </w:p>
    <w:p>
      <w:r>
        <w:rPr>
          <w:rFonts w:ascii="Courier New" w:hAnsi="Courier New"/>
          <w:color w:val="555555"/>
          <w:sz w:val="20"/>
        </w:rPr>
        <w:t>[3 . 59]</w:t>
      </w:r>
    </w:p>
    <w:p>
      <w:r>
        <w:rPr>
          <w:rFonts w:ascii="Gentium Plus" w:hAnsi="Gentium Plus"/>
          <w:sz w:val="24"/>
        </w:rPr>
        <w:t>Εἰς αἶγας ἀγρίας: ἐπὶ τῶν τὰ κακὰ ἀποτροπιαζομένων.</w:t>
      </w:r>
    </w:p>
    <w:p>
      <w:r>
        <w:rPr>
          <w:rFonts w:ascii="Courier New" w:hAnsi="Courier New"/>
          <w:color w:val="555555"/>
          <w:sz w:val="20"/>
        </w:rPr>
        <w:t>[3 . 60]</w:t>
      </w:r>
    </w:p>
    <w:p>
      <w:r>
        <w:rPr>
          <w:rFonts w:ascii="Gentium Plus" w:hAnsi="Gentium Plus"/>
          <w:sz w:val="24"/>
        </w:rPr>
        <w:t>Εἰς οὐρανὸν τοξεύει: ἐπὶ τῶν διακενῆς πονούντων.</w:t>
      </w:r>
    </w:p>
    <w:p>
      <w:r>
        <w:rPr>
          <w:rFonts w:ascii="Courier New" w:hAnsi="Courier New"/>
          <w:color w:val="555555"/>
          <w:sz w:val="20"/>
        </w:rPr>
        <w:t>[3 . 61]</w:t>
      </w:r>
    </w:p>
    <w:p>
      <w:r>
        <w:rPr>
          <w:rFonts w:ascii="Gentium Plus" w:hAnsi="Gentium Plus"/>
          <w:sz w:val="24"/>
        </w:rPr>
        <w:t>Εἰς πῦρ ξαίνεις: ἐπὶ τῶν μάτην κακοπαθούντων.</w:t>
      </w:r>
    </w:p>
    <w:p>
      <w:r>
        <w:rPr>
          <w:rFonts w:ascii="Courier New" w:hAnsi="Courier New"/>
          <w:color w:val="555555"/>
          <w:sz w:val="20"/>
        </w:rPr>
        <w:t>[3 . 62]</w:t>
      </w:r>
    </w:p>
    <w:p>
      <w:r>
        <w:rPr>
          <w:rFonts w:ascii="Gentium Plus" w:hAnsi="Gentium Plus"/>
          <w:sz w:val="24"/>
        </w:rPr>
        <w:t>Εἰς τὸ δέον ἀπώλεσε: λείπει ὡς Περικλῆς. ἐκεῖνος γὰρ ἐν λογισμοῖς κατεχρῆτο τῇ εἰς τὸ δέον προφάσει.</w:t>
      </w:r>
    </w:p>
    <w:p>
      <w:r>
        <w:rPr>
          <w:rFonts w:ascii="Courier New" w:hAnsi="Courier New"/>
          <w:color w:val="555555"/>
          <w:sz w:val="20"/>
        </w:rPr>
        <w:t>[3 . 63]</w:t>
      </w:r>
    </w:p>
    <w:p>
      <w:r>
        <w:rPr>
          <w:rFonts w:ascii="Gentium Plus" w:hAnsi="Gentium Plus"/>
          <w:sz w:val="24"/>
        </w:rPr>
        <w:t>Εἰς Τροφωνίου μεμάντευται: ἐπὶ τῶν ἀγελάστων.</w:t>
      </w:r>
    </w:p>
    <w:p>
      <w:r>
        <w:rPr>
          <w:rFonts w:ascii="Courier New" w:hAnsi="Courier New"/>
          <w:color w:val="555555"/>
          <w:sz w:val="20"/>
        </w:rPr>
        <w:t>[3 . 64]</w:t>
      </w:r>
    </w:p>
    <w:p>
      <w:r>
        <w:rPr>
          <w:rFonts w:ascii="Gentium Plus" w:hAnsi="Gentium Plus"/>
          <w:sz w:val="24"/>
        </w:rPr>
        <w:t>Εἰς μακάρων νήσους: ἐπὶ τῶν εἰς εὐδαίμονά τινα τόπον ἀποστελλομένων.</w:t>
      </w:r>
    </w:p>
    <w:p>
      <w:r>
        <w:rPr>
          <w:rFonts w:ascii="Courier New" w:hAnsi="Courier New"/>
          <w:color w:val="555555"/>
          <w:sz w:val="20"/>
        </w:rPr>
        <w:t>[3 . 65]</w:t>
      </w:r>
    </w:p>
    <w:p>
      <w:r>
        <w:rPr>
          <w:rFonts w:ascii="Gentium Plus" w:hAnsi="Gentium Plus"/>
          <w:sz w:val="24"/>
        </w:rPr>
        <w:t>Ἐκ τῆς πληρεστάτης εἰς τὴν κενοτέραν: ὅτι χρὴ μεταλαγχάνειν τοὺς οὐκ ἔχοντας παρὰ τῶν ἐχόντων.</w:t>
      </w:r>
    </w:p>
    <w:p>
      <w:r>
        <w:rPr>
          <w:rFonts w:ascii="Courier New" w:hAnsi="Courier New"/>
          <w:color w:val="555555"/>
          <w:sz w:val="20"/>
        </w:rPr>
        <w:t>[3 . 66]</w:t>
      </w:r>
    </w:p>
    <w:p>
      <w:r>
        <w:rPr>
          <w:rFonts w:ascii="Gentium Plus" w:hAnsi="Gentium Plus"/>
          <w:sz w:val="24"/>
        </w:rPr>
        <w:t>Ἐκ τοῦ γεύματος γινώσκω: ὁμοία τῇ· Ἐκ τοῦ κρασπέδου τὸ ὕφασμα.</w:t>
      </w:r>
    </w:p>
    <w:p>
      <w:r>
        <w:rPr>
          <w:rFonts w:ascii="Courier New" w:hAnsi="Courier New"/>
          <w:color w:val="555555"/>
          <w:sz w:val="20"/>
        </w:rPr>
        <w:t>[3 . 67]</w:t>
      </w:r>
    </w:p>
    <w:p>
      <w:r>
        <w:rPr>
          <w:rFonts w:ascii="Gentium Plus" w:hAnsi="Gentium Plus"/>
          <w:sz w:val="24"/>
        </w:rPr>
        <w:t>Ἐκτὸς πηλοῦ πόδα ἔχεις: ἐπὶ τῶν ἔξω κινδύνου καθεστηκότων.</w:t>
      </w:r>
    </w:p>
    <w:p>
      <w:r>
        <w:rPr>
          <w:rFonts w:ascii="Courier New" w:hAnsi="Courier New"/>
          <w:color w:val="555555"/>
          <w:sz w:val="20"/>
        </w:rPr>
        <w:t>[3 . 68]</w:t>
      </w:r>
    </w:p>
    <w:p>
      <w:r>
        <w:rPr>
          <w:rFonts w:ascii="Gentium Plus" w:hAnsi="Gentium Plus"/>
          <w:sz w:val="24"/>
        </w:rPr>
        <w:t>Ἐκ τῶν Διὸς δέλτων ὁ μάρτυς: ἐπὶ τῶν τἀληθῆ μαρτυρούντων.</w:t>
      </w:r>
    </w:p>
    <w:p>
      <w:r>
        <w:rPr>
          <w:rFonts w:ascii="Courier New" w:hAnsi="Courier New"/>
          <w:color w:val="555555"/>
          <w:sz w:val="20"/>
        </w:rPr>
        <w:t>[3 . 69]</w:t>
      </w:r>
    </w:p>
    <w:p>
      <w:r>
        <w:rPr>
          <w:rFonts w:ascii="Gentium Plus" w:hAnsi="Gentium Plus"/>
          <w:sz w:val="24"/>
        </w:rPr>
        <w:t>Ἐκ τοῦ βοὸς ἡ μάστιξ: λείπει· καὶ βοῦν δέρει.</w:t>
      </w:r>
    </w:p>
    <w:p>
      <w:r>
        <w:rPr>
          <w:rFonts w:ascii="Courier New" w:hAnsi="Courier New"/>
          <w:color w:val="555555"/>
          <w:sz w:val="20"/>
        </w:rPr>
        <w:t>[3 . 70]</w:t>
      </w:r>
    </w:p>
    <w:p>
      <w:r>
        <w:rPr>
          <w:rFonts w:ascii="Gentium Plus" w:hAnsi="Gentium Plus"/>
          <w:sz w:val="24"/>
        </w:rPr>
        <w:t>Ἐκ λύκου στόματος: ἐπὶ τῶν ἐξ ἀνελπίστου τι λαμβανόντων.</w:t>
      </w:r>
    </w:p>
    <w:p>
      <w:r>
        <w:rPr>
          <w:rFonts w:ascii="Courier New" w:hAnsi="Courier New"/>
          <w:color w:val="555555"/>
          <w:sz w:val="20"/>
        </w:rPr>
        <w:t>[3 . 71]</w:t>
      </w:r>
    </w:p>
    <w:p>
      <w:r>
        <w:rPr>
          <w:rFonts w:ascii="Gentium Plus" w:hAnsi="Gentium Plus"/>
          <w:sz w:val="24"/>
        </w:rPr>
        <w:t>Ἐκ κοινοῦ πλείστη μὲν χάρις, δαπάνη δ’ ὀλιγίστη.</w:t>
      </w:r>
    </w:p>
    <w:p>
      <w:r>
        <w:rPr>
          <w:rFonts w:ascii="Courier New" w:hAnsi="Courier New"/>
          <w:color w:val="555555"/>
          <w:sz w:val="20"/>
        </w:rPr>
        <w:t>[3 . 72]</w:t>
      </w:r>
    </w:p>
    <w:p>
      <w:r>
        <w:rPr>
          <w:rFonts w:ascii="Gentium Plus" w:hAnsi="Gentium Plus"/>
          <w:sz w:val="24"/>
        </w:rPr>
        <w:t>Ἐκ τοῦ εἰσορᾶν γίνετ’ ἀνθρώποις ἐρᾶν.</w:t>
      </w:r>
    </w:p>
    <w:p>
      <w:r>
        <w:rPr>
          <w:rFonts w:ascii="Courier New" w:hAnsi="Courier New"/>
          <w:color w:val="555555"/>
          <w:sz w:val="20"/>
        </w:rPr>
        <w:t>[3 . 73]</w:t>
      </w:r>
    </w:p>
    <w:p>
      <w:r>
        <w:rPr>
          <w:rFonts w:ascii="Gentium Plus" w:hAnsi="Gentium Plus"/>
          <w:sz w:val="24"/>
        </w:rPr>
        <w:t>Ἕκτη ἡμέρα: ἐπὶ τῶν ἀγαθῶν· ἐν ταύτῃ γὰρ οἱ θεοὶ τοὺς Γίγαντας ἐνίκησαν.</w:t>
      </w:r>
    </w:p>
    <w:p>
      <w:r>
        <w:rPr>
          <w:rFonts w:ascii="Courier New" w:hAnsi="Courier New"/>
          <w:color w:val="555555"/>
          <w:sz w:val="20"/>
        </w:rPr>
        <w:t>[3 . 74]</w:t>
      </w:r>
    </w:p>
    <w:p>
      <w:r>
        <w:rPr>
          <w:rFonts w:ascii="Gentium Plus" w:hAnsi="Gentium Plus"/>
          <w:sz w:val="24"/>
        </w:rPr>
        <w:t>Ἐλάφειος ἀνήρ: ἐπὶ τοῦ δειλοῦ.</w:t>
      </w:r>
    </w:p>
    <w:p>
      <w:r>
        <w:rPr>
          <w:rFonts w:ascii="Courier New" w:hAnsi="Courier New"/>
          <w:color w:val="555555"/>
          <w:sz w:val="20"/>
        </w:rPr>
        <w:t>[3 . 75]</w:t>
      </w:r>
    </w:p>
    <w:p>
      <w:r>
        <w:rPr>
          <w:rFonts w:ascii="Gentium Plus" w:hAnsi="Gentium Plus"/>
          <w:sz w:val="24"/>
        </w:rPr>
        <w:t>Ἐλέφας μῦν οὐ διώκει: ἐπὶ τῶν τὰ μικρὰ καὶ φαῦλα ὑπερορώντων.</w:t>
      </w:r>
    </w:p>
    <w:p>
      <w:r>
        <w:rPr>
          <w:rFonts w:ascii="Courier New" w:hAnsi="Courier New"/>
          <w:color w:val="555555"/>
          <w:sz w:val="20"/>
        </w:rPr>
        <w:t>[3 . 76]</w:t>
      </w:r>
    </w:p>
    <w:p>
      <w:r>
        <w:rPr>
          <w:rFonts w:ascii="Gentium Plus" w:hAnsi="Gentium Plus"/>
          <w:sz w:val="24"/>
        </w:rPr>
        <w:t>Ἐλεύθεραι αἶγες ἀρότρων: ἐπὶ τῶν βάρους τινὸς ἢ κακῶν ἀπηλλαγμένων.</w:t>
      </w:r>
    </w:p>
    <w:p>
      <w:r>
        <w:rPr>
          <w:rFonts w:ascii="Courier New" w:hAnsi="Courier New"/>
          <w:color w:val="555555"/>
          <w:sz w:val="20"/>
        </w:rPr>
        <w:t>[3 . 77]</w:t>
      </w:r>
    </w:p>
    <w:p>
      <w:r>
        <w:rPr>
          <w:rFonts w:ascii="Gentium Plus" w:hAnsi="Gentium Plus"/>
          <w:sz w:val="24"/>
        </w:rPr>
        <w:t>Ἐμαυτῷ βαλανεύσω: ἐπὶ τῶν ἑαυτοῖς διακονούντων.</w:t>
      </w:r>
    </w:p>
    <w:p>
      <w:r>
        <w:rPr>
          <w:rFonts w:ascii="Courier New" w:hAnsi="Courier New"/>
          <w:color w:val="555555"/>
          <w:sz w:val="20"/>
        </w:rPr>
        <w:t>[3 . 78]</w:t>
      </w:r>
    </w:p>
    <w:p>
      <w:r>
        <w:rPr>
          <w:rFonts w:ascii="Gentium Plus" w:hAnsi="Gentium Plus"/>
          <w:sz w:val="24"/>
        </w:rPr>
        <w:t>Ἓν ἀνθ’ ἑνός: ἐπὶ τῶν ποιούντων καλῶς ἀνθ’ ὧν ἔπαθον.</w:t>
      </w:r>
    </w:p>
    <w:p>
      <w:r>
        <w:rPr>
          <w:rFonts w:ascii="Courier New" w:hAnsi="Courier New"/>
          <w:color w:val="555555"/>
          <w:sz w:val="20"/>
        </w:rPr>
        <w:t>[3 . 79]</w:t>
      </w:r>
    </w:p>
    <w:p>
      <w:r>
        <w:rPr>
          <w:rFonts w:ascii="Gentium Plus" w:hAnsi="Gentium Plus"/>
          <w:sz w:val="24"/>
        </w:rPr>
        <w:t>Ἐν γῇ πένεσθαι μᾶλλον ἢ πλουτοῦντα πλεῖν.</w:t>
      </w:r>
    </w:p>
    <w:p>
      <w:r>
        <w:rPr>
          <w:rFonts w:ascii="Courier New" w:hAnsi="Courier New"/>
          <w:color w:val="555555"/>
          <w:sz w:val="20"/>
        </w:rPr>
        <w:t>[3 . 80]</w:t>
      </w:r>
    </w:p>
    <w:p>
      <w:r>
        <w:rPr>
          <w:rFonts w:ascii="Gentium Plus" w:hAnsi="Gentium Plus"/>
          <w:sz w:val="24"/>
        </w:rPr>
        <w:t>Ἕνεκα ὄττης: ὅ φασι νῦν οἰωνοῦ χάριν.</w:t>
      </w:r>
    </w:p>
    <w:p>
      <w:r>
        <w:rPr>
          <w:rFonts w:ascii="Courier New" w:hAnsi="Courier New"/>
          <w:color w:val="555555"/>
          <w:sz w:val="20"/>
        </w:rPr>
        <w:t>[3 . 81]</w:t>
      </w:r>
    </w:p>
    <w:p>
      <w:r>
        <w:rPr>
          <w:rFonts w:ascii="Gentium Plus" w:hAnsi="Gentium Plus"/>
          <w:sz w:val="24"/>
        </w:rPr>
        <w:t>Ἔνεστι κἂν μύρμηκι χολή: ὅτι οὐδὲ τῶν μικρῶν δεῖ καταφρονεῖν.</w:t>
      </w:r>
    </w:p>
    <w:p>
      <w:r>
        <w:rPr>
          <w:rFonts w:ascii="Courier New" w:hAnsi="Courier New"/>
          <w:color w:val="555555"/>
          <w:sz w:val="20"/>
        </w:rPr>
        <w:t>[3 . 82]</w:t>
      </w:r>
    </w:p>
    <w:p>
      <w:r>
        <w:rPr>
          <w:rFonts w:ascii="Gentium Plus" w:hAnsi="Gentium Plus"/>
          <w:sz w:val="24"/>
        </w:rPr>
        <w:t>Ἔνεισιν ἐν δειλοῖσιν ἀνδρεῖοι λόγοι.</w:t>
      </w:r>
    </w:p>
    <w:p>
      <w:r>
        <w:rPr>
          <w:rFonts w:ascii="Courier New" w:hAnsi="Courier New"/>
          <w:color w:val="555555"/>
          <w:sz w:val="20"/>
        </w:rPr>
        <w:t>[3 . 83]</w:t>
      </w:r>
    </w:p>
    <w:p>
      <w:r>
        <w:rPr>
          <w:rFonts w:ascii="Gentium Plus" w:hAnsi="Gentium Plus"/>
          <w:sz w:val="24"/>
        </w:rPr>
        <w:t>Ἐγκαθιζόμενοι τρίποδι Μουσῶν: ἐπὶ τῶν λό‐ γους ἀσκούντων.</w:t>
      </w:r>
    </w:p>
    <w:p>
      <w:r>
        <w:rPr>
          <w:rFonts w:ascii="Courier New" w:hAnsi="Courier New"/>
          <w:color w:val="555555"/>
          <w:sz w:val="20"/>
        </w:rPr>
        <w:t>[3 . 84]</w:t>
      </w:r>
    </w:p>
    <w:p>
      <w:r>
        <w:rPr>
          <w:rFonts w:ascii="Gentium Plus" w:hAnsi="Gentium Plus"/>
          <w:sz w:val="24"/>
        </w:rPr>
        <w:t>Ἐν ἅλῳ δρασκάζεις: τὸ δρασκάζεις ἀντὶ τοῦ κρύπτῃ. ἐπὶ τῶν μὴ δυναμένων λαθεῖν.</w:t>
      </w:r>
    </w:p>
    <w:p>
      <w:r>
        <w:rPr>
          <w:rFonts w:ascii="Courier New" w:hAnsi="Courier New"/>
          <w:color w:val="555555"/>
          <w:sz w:val="20"/>
        </w:rPr>
        <w:t>[3 . 85]</w:t>
      </w:r>
    </w:p>
    <w:p>
      <w:r>
        <w:rPr>
          <w:rFonts w:ascii="Gentium Plus" w:hAnsi="Gentium Plus"/>
          <w:sz w:val="24"/>
        </w:rPr>
        <w:t>Ἐν τοῖς ἐμαυτοῦ δικτύοις ἁλώσομαι: ἐπὶ τῶν</w:t>
      </w:r>
    </w:p>
    <w:p>
      <w:r>
        <w:rPr>
          <w:rFonts w:ascii="Courier New" w:hAnsi="Courier New"/>
          <w:color w:val="555555"/>
          <w:sz w:val="20"/>
        </w:rPr>
        <w:t>[3 . 86]</w:t>
      </w:r>
    </w:p>
    <w:p>
      <w:r>
        <w:rPr>
          <w:rFonts w:ascii="Gentium Plus" w:hAnsi="Gentium Plus"/>
          <w:sz w:val="24"/>
        </w:rPr>
        <w:t>Ἐν κοινῷ κεῖται: ἐπὶ τῶν κοινὴν ψῆφον φερόντων.</w:t>
      </w:r>
    </w:p>
    <w:p>
      <w:r>
        <w:rPr>
          <w:rFonts w:ascii="Courier New" w:hAnsi="Courier New"/>
          <w:color w:val="555555"/>
          <w:sz w:val="20"/>
        </w:rPr>
        <w:t>[3 . 87]</w:t>
      </w:r>
    </w:p>
    <w:p>
      <w:r>
        <w:rPr>
          <w:rFonts w:ascii="Gentium Plus" w:hAnsi="Gentium Plus"/>
          <w:sz w:val="24"/>
        </w:rPr>
        <w:t>Ἐν νυκτὶ λαμπρός, ἐν φάει δ’ ἀνωφελής.</w:t>
      </w:r>
    </w:p>
    <w:p>
      <w:r>
        <w:rPr>
          <w:rFonts w:ascii="Courier New" w:hAnsi="Courier New"/>
          <w:color w:val="555555"/>
          <w:sz w:val="20"/>
        </w:rPr>
        <w:t>[3 . 88]</w:t>
      </w:r>
    </w:p>
    <w:p>
      <w:r>
        <w:rPr>
          <w:rFonts w:ascii="Gentium Plus" w:hAnsi="Gentium Plus"/>
          <w:sz w:val="24"/>
        </w:rPr>
        <w:t>Ἐν τῷ σκάφει τῷ δ’ ἔνεστιν ἀγύρτης: λέγοιτ’ ἂν ὅτι ἐν παντὶ πράγματι ἔνεστι καὶ συκοφαντικόν τι.</w:t>
      </w:r>
    </w:p>
    <w:p>
      <w:r>
        <w:rPr>
          <w:rFonts w:ascii="Courier New" w:hAnsi="Courier New"/>
          <w:color w:val="555555"/>
          <w:sz w:val="20"/>
        </w:rPr>
        <w:t>[3 . 89]</w:t>
      </w:r>
    </w:p>
    <w:p>
      <w:r>
        <w:rPr>
          <w:rFonts w:ascii="Gentium Plus" w:hAnsi="Gentium Plus"/>
          <w:sz w:val="24"/>
        </w:rPr>
        <w:t>Ἐνδυμίωνος ὕπνος: ἐπὶ τῶν ἐπιπολὺ κοιμωμένων.</w:t>
      </w:r>
    </w:p>
    <w:p>
      <w:r>
        <w:rPr>
          <w:rFonts w:ascii="Courier New" w:hAnsi="Courier New"/>
          <w:color w:val="555555"/>
          <w:sz w:val="20"/>
        </w:rPr>
        <w:t>[3 . 90]</w:t>
      </w:r>
    </w:p>
    <w:p>
      <w:r>
        <w:rPr>
          <w:rFonts w:ascii="Gentium Plus" w:hAnsi="Gentium Plus"/>
          <w:sz w:val="24"/>
        </w:rPr>
        <w:t>Ἐν πίθῳ τὴν κεραμείαν μανθάνειν: ἐπὶ τῶν ἐν τοῖς τελειοτέροις τὰ εἰσαγωγικὰ μανθανόντων.</w:t>
      </w:r>
    </w:p>
    <w:p>
      <w:r>
        <w:rPr>
          <w:rFonts w:ascii="Courier New" w:hAnsi="Courier New"/>
          <w:color w:val="555555"/>
          <w:sz w:val="20"/>
        </w:rPr>
        <w:t>[3 . 91]</w:t>
      </w:r>
    </w:p>
    <w:p>
      <w:r>
        <w:rPr>
          <w:rFonts w:ascii="Gentium Plus" w:hAnsi="Gentium Plus"/>
          <w:sz w:val="24"/>
        </w:rPr>
        <w:t>Ἐν διχοστασίῃσι καὶ Ἀνδροκλέης πολεμαρχεῖ: ἐπὶ τῶν εὐτελῶν τῶν διὰ περιπέτειάν τινα τιμῆς ἀξιουμένων.</w:t>
      </w:r>
    </w:p>
    <w:p>
      <w:r>
        <w:rPr>
          <w:rFonts w:ascii="Courier New" w:hAnsi="Courier New"/>
          <w:color w:val="555555"/>
          <w:sz w:val="20"/>
        </w:rPr>
        <w:t>[3 . 92]</w:t>
      </w:r>
    </w:p>
    <w:p>
      <w:r>
        <w:rPr>
          <w:rFonts w:ascii="Gentium Plus" w:hAnsi="Gentium Plus"/>
          <w:sz w:val="24"/>
        </w:rPr>
        <w:t>Ἐν παντὶ μύθῳ καὶ τὸ Δαιδάλου μύσος: ἐπὶ</w:t>
      </w:r>
    </w:p>
    <w:p>
      <w:r>
        <w:rPr>
          <w:rFonts w:ascii="Courier New" w:hAnsi="Courier New"/>
          <w:color w:val="555555"/>
          <w:sz w:val="20"/>
        </w:rPr>
        <w:t>[3 . 93]</w:t>
      </w:r>
    </w:p>
    <w:p>
      <w:r>
        <w:rPr>
          <w:rFonts w:ascii="Gentium Plus" w:hAnsi="Gentium Plus"/>
          <w:sz w:val="24"/>
        </w:rPr>
        <w:t>Ἐξαιρῶ λόγου: ἐπὶ τῶν διὰ τιμὴν ἐξαιρουμένων καὶ ἀτελείας τυγχανόντων.</w:t>
      </w:r>
    </w:p>
    <w:p>
      <w:r>
        <w:rPr>
          <w:rFonts w:ascii="Courier New" w:hAnsi="Courier New"/>
          <w:color w:val="555555"/>
          <w:sz w:val="20"/>
        </w:rPr>
        <w:t>[3 . 94]</w:t>
      </w:r>
    </w:p>
    <w:p>
      <w:r>
        <w:rPr>
          <w:rFonts w:ascii="Gentium Plus" w:hAnsi="Gentium Plus"/>
          <w:sz w:val="24"/>
        </w:rPr>
        <w:t>Ἐξ ἑνὸς πηλοῦ: ἐπὶ τοῦ ὁμοίου καὶ παραπλησίου.</w:t>
      </w:r>
    </w:p>
    <w:p>
      <w:r>
        <w:rPr>
          <w:rFonts w:ascii="Courier New" w:hAnsi="Courier New"/>
          <w:color w:val="555555"/>
          <w:sz w:val="20"/>
        </w:rPr>
        <w:t>[3 . 95]</w:t>
      </w:r>
    </w:p>
    <w:p>
      <w:r>
        <w:rPr>
          <w:rFonts w:ascii="Gentium Plus" w:hAnsi="Gentium Plus"/>
          <w:sz w:val="24"/>
        </w:rPr>
        <w:t>Ἐξ ὄνυχος τὸν λέοντα: ὁμοία τῇ· Ἐκ τοῦ γεύ‐ ματος ἡ πηγή.</w:t>
      </w:r>
    </w:p>
    <w:p>
      <w:r>
        <w:rPr>
          <w:rFonts w:ascii="Courier New" w:hAnsi="Courier New"/>
          <w:color w:val="555555"/>
          <w:sz w:val="20"/>
        </w:rPr>
        <w:t>[3 . 96]</w:t>
      </w:r>
    </w:p>
    <w:p>
      <w:r>
        <w:rPr>
          <w:rFonts w:ascii="Gentium Plus" w:hAnsi="Gentium Plus"/>
          <w:sz w:val="24"/>
        </w:rPr>
        <w:t>Ἐξηπάτησεν ἡ χάραξ τὴν ἄμπελον: ὅταν ὑπὸ τοῦ σώζοντος τὸ σωζόμενον ἀπατηθῇ.</w:t>
      </w:r>
    </w:p>
    <w:p>
      <w:r>
        <w:rPr>
          <w:rFonts w:ascii="Courier New" w:hAnsi="Courier New"/>
          <w:color w:val="555555"/>
          <w:sz w:val="20"/>
        </w:rPr>
        <w:t>[3 . 97]</w:t>
      </w:r>
    </w:p>
    <w:p>
      <w:r>
        <w:rPr>
          <w:rFonts w:ascii="Gentium Plus" w:hAnsi="Gentium Plus"/>
          <w:sz w:val="24"/>
        </w:rPr>
        <w:t>Ἐξ ἄμμου σχοινίον πλέκει: ἐπὶ τῶν ἀδυνάτων.</w:t>
      </w:r>
    </w:p>
    <w:p>
      <w:r>
        <w:rPr>
          <w:rFonts w:ascii="Courier New" w:hAnsi="Courier New"/>
          <w:color w:val="555555"/>
          <w:sz w:val="20"/>
        </w:rPr>
        <w:t>[3 . 98]</w:t>
      </w:r>
    </w:p>
    <w:p>
      <w:r>
        <w:rPr>
          <w:rFonts w:ascii="Gentium Plus" w:hAnsi="Gentium Plus"/>
          <w:sz w:val="24"/>
        </w:rPr>
        <w:t>Ἑορτῆς κατόπιν ἡδύσματα φέρων: ἐπὶ τῶν τινος ὑστεριζόντων.</w:t>
      </w:r>
    </w:p>
    <w:p>
      <w:r>
        <w:rPr>
          <w:rFonts w:ascii="Courier New" w:hAnsi="Courier New"/>
          <w:color w:val="555555"/>
          <w:sz w:val="20"/>
        </w:rPr>
        <w:t>[3 . 99]</w:t>
      </w:r>
    </w:p>
    <w:p>
      <w:r>
        <w:rPr>
          <w:rFonts w:ascii="Gentium Plus" w:hAnsi="Gentium Plus"/>
          <w:sz w:val="24"/>
        </w:rPr>
        <w:t>Ἐπαίνων σκιαί: ἐπὶ τῶν μάτην ἐπαινουμένων.</w:t>
      </w:r>
    </w:p>
    <w:p>
      <w:r>
        <w:rPr>
          <w:rFonts w:ascii="Courier New" w:hAnsi="Courier New"/>
          <w:color w:val="555555"/>
          <w:sz w:val="20"/>
        </w:rPr>
        <w:t>[3 . 100]</w:t>
      </w:r>
    </w:p>
    <w:p>
      <w:r>
        <w:rPr>
          <w:rFonts w:ascii="Gentium Plus" w:hAnsi="Gentium Plus"/>
          <w:sz w:val="24"/>
        </w:rPr>
        <w:t>Ἐπὶ τἀλλότρια Παυσανίας: ἐπὶ τῶν ἁρπαζόν‐ των βίᾳ τὰ ἀλλότρια καὶ ληϊζομένων.</w:t>
      </w:r>
    </w:p>
    <w:p>
      <w:r>
        <w:rPr>
          <w:rFonts w:ascii="Courier New" w:hAnsi="Courier New"/>
          <w:color w:val="555555"/>
          <w:sz w:val="20"/>
        </w:rPr>
        <w:t>[4 . 1]</w:t>
      </w:r>
    </w:p>
    <w:p>
      <w:r>
        <w:rPr>
          <w:rFonts w:ascii="Gentium Plus" w:hAnsi="Gentium Plus"/>
          <w:sz w:val="24"/>
        </w:rPr>
        <w:t>Ἐπισκύθισον: ἐπὶ τῶν ἀκράτῳ χρωμένων. οἱ γὰρ Σκύθαι ἀκρατοπόται.</w:t>
      </w:r>
    </w:p>
    <w:p>
      <w:r>
        <w:rPr>
          <w:rFonts w:ascii="Courier New" w:hAnsi="Courier New"/>
          <w:color w:val="555555"/>
          <w:sz w:val="20"/>
        </w:rPr>
        <w:t>[4 . 2]</w:t>
      </w:r>
    </w:p>
    <w:p>
      <w:r>
        <w:rPr>
          <w:rFonts w:ascii="Gentium Plus" w:hAnsi="Gentium Plus"/>
          <w:sz w:val="24"/>
        </w:rPr>
        <w:t>Ἐπ’ αὐτὸν ἥκεις τὸν βατῆρα τῆς θύρας: ἤτοι ἐπὶ τὴν ἀρχήν· ἢ ἐπὶ τὴν ἀλήθειαν.</w:t>
      </w:r>
    </w:p>
    <w:p>
      <w:r>
        <w:rPr>
          <w:rFonts w:ascii="Courier New" w:hAnsi="Courier New"/>
          <w:color w:val="555555"/>
          <w:sz w:val="20"/>
        </w:rPr>
        <w:t>[4 . 3]</w:t>
      </w:r>
    </w:p>
    <w:p>
      <w:r>
        <w:rPr>
          <w:rFonts w:ascii="Gentium Plus" w:hAnsi="Gentium Plus"/>
          <w:sz w:val="24"/>
        </w:rPr>
        <w:t>Ἐπὶ ῥιπὸς πλεῖν: ἐπὶ τῶν εἰς κίνδυνον ἑαυτοὺς ἐμβεβληκότων.</w:t>
      </w:r>
    </w:p>
    <w:p>
      <w:r>
        <w:rPr>
          <w:rFonts w:ascii="Courier New" w:hAnsi="Courier New"/>
          <w:color w:val="555555"/>
          <w:sz w:val="20"/>
        </w:rPr>
        <w:t>[4 . 4]</w:t>
      </w:r>
    </w:p>
    <w:p>
      <w:r>
        <w:rPr>
          <w:rFonts w:ascii="Gentium Plus" w:hAnsi="Gentium Plus"/>
          <w:sz w:val="24"/>
        </w:rPr>
        <w:t>Ἐπὶ τέγει λήϊον: ἐπὶ τῶν ἀνωφελῶν.</w:t>
      </w:r>
    </w:p>
    <w:p>
      <w:r>
        <w:rPr>
          <w:rFonts w:ascii="Courier New" w:hAnsi="Courier New"/>
          <w:color w:val="555555"/>
          <w:sz w:val="20"/>
        </w:rPr>
        <w:t>[4 . 5]</w:t>
      </w:r>
    </w:p>
    <w:p>
      <w:r>
        <w:rPr>
          <w:rFonts w:ascii="Gentium Plus" w:hAnsi="Gentium Plus"/>
          <w:sz w:val="24"/>
        </w:rPr>
        <w:t>Ἐπιδαύριος ἵππος: καί· Ἐρετριακὸς κύων: ἐπὶ τῶν ἀξίων ἐπαίνου.</w:t>
      </w:r>
    </w:p>
    <w:p>
      <w:r>
        <w:rPr>
          <w:rFonts w:ascii="Courier New" w:hAnsi="Courier New"/>
          <w:color w:val="555555"/>
          <w:sz w:val="20"/>
        </w:rPr>
        <w:t>[4 . 6]</w:t>
      </w:r>
    </w:p>
    <w:p>
      <w:r>
        <w:rPr>
          <w:rFonts w:ascii="Gentium Plus" w:hAnsi="Gentium Plus"/>
          <w:sz w:val="24"/>
        </w:rPr>
        <w:t>Ἕπεσθε μητρὶ χοῖροι: ἐπὶ τῶν κολακευτικῶς τισιν ἑπομένων τροφῆς ἕνεκα.</w:t>
      </w:r>
    </w:p>
    <w:p>
      <w:r>
        <w:rPr>
          <w:rFonts w:ascii="Courier New" w:hAnsi="Courier New"/>
          <w:color w:val="555555"/>
          <w:sz w:val="20"/>
        </w:rPr>
        <w:t>[4 . 7]</w:t>
      </w:r>
    </w:p>
    <w:p>
      <w:r>
        <w:rPr>
          <w:rFonts w:ascii="Gentium Plus" w:hAnsi="Gentium Plus"/>
          <w:sz w:val="24"/>
        </w:rPr>
        <w:t>Ἐπὶ ξυροῦ ἕστηκε τὸ πρᾶγμα: ἐπὶ τῶν ἔσχατα</w:t>
      </w:r>
    </w:p>
    <w:p>
      <w:r>
        <w:rPr>
          <w:rFonts w:ascii="Courier New" w:hAnsi="Courier New"/>
          <w:color w:val="555555"/>
          <w:sz w:val="20"/>
        </w:rPr>
        <w:t>[4 . 8]</w:t>
      </w:r>
    </w:p>
    <w:p>
      <w:r>
        <w:rPr>
          <w:rFonts w:ascii="Gentium Plus" w:hAnsi="Gentium Plus"/>
          <w:sz w:val="24"/>
        </w:rPr>
        <w:t>Ἐῤῥέτω μέλαιν’ ὀπώρα· πᾶσι γὰρ χαρίζεται: ἐπὶ τῶν ῥᾳδίως τυγχανόντων καὶ ἀποσκορακιζόντων αὐτὸ τὸ ῥᾳδίως τυγχάνειν. κυρίως ἐπὶ μάχλων γυναικῶν.</w:t>
      </w:r>
    </w:p>
    <w:p>
      <w:r>
        <w:rPr>
          <w:rFonts w:ascii="Courier New" w:hAnsi="Courier New"/>
          <w:color w:val="555555"/>
          <w:sz w:val="20"/>
        </w:rPr>
        <w:t>[4 . 9]</w:t>
      </w:r>
    </w:p>
    <w:p>
      <w:r>
        <w:rPr>
          <w:rFonts w:ascii="Gentium Plus" w:hAnsi="Gentium Plus"/>
          <w:sz w:val="24"/>
        </w:rPr>
        <w:t>Ἔῤῥει τὰ καλά· Μίνδαρος ἀπεσσύα: ἐπὶ τῶν κακόν τι γεγονὸς βουλομένων συντόμως δηλῶσαι.</w:t>
      </w:r>
    </w:p>
    <w:p>
      <w:r>
        <w:rPr>
          <w:rFonts w:ascii="Courier New" w:hAnsi="Courier New"/>
          <w:color w:val="555555"/>
          <w:sz w:val="20"/>
        </w:rPr>
        <w:t>[4 . 10]</w:t>
      </w:r>
    </w:p>
    <w:p>
      <w:r>
        <w:rPr>
          <w:rFonts w:ascii="Gentium Plus" w:hAnsi="Gentium Plus"/>
          <w:sz w:val="24"/>
        </w:rPr>
        <w:t>Ἑρμῆν μήτ’ ἀλείψῃς μήτ’ ἀπαλείψῃς: ἐπὶ τῶν διὰ προσποιητῆς χάριτος ἀφαιρουμένων τι μᾶλλον ἢ διδόν‐ των. ἐν βαλανείῳ γάρ τινι Ἑρμῆς ἦν ἱδρυμένος, ὃν οἱ πολλοὶ τῶν λουομένων ἤλειφον· πένης δέ τις προφάσει τοῦ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ἀλείφειν ἐκεῖνον περιαιρούμενος τὸ ἔλαιον ἑαυτὸν ἤλειφεν.</w:t>
      </w:r>
    </w:p>
    <w:p>
      <w:r>
        <w:rPr>
          <w:rFonts w:ascii="Courier New" w:hAnsi="Courier New"/>
          <w:color w:val="555555"/>
          <w:sz w:val="20"/>
        </w:rPr>
        <w:t>[4 . 11]</w:t>
      </w:r>
    </w:p>
    <w:p>
      <w:r>
        <w:rPr>
          <w:rFonts w:ascii="Gentium Plus" w:hAnsi="Gentium Plus"/>
          <w:sz w:val="24"/>
        </w:rPr>
        <w:t>Ἔργα νεῶν, βουλαὶ δὲ μέσων, πορδαὶ δὲ γε‐ ρόντων: τὸ δὲ λέγειν εὐχαὶ γερόντων κρεῖττον καὶ εὐφημότατον.</w:t>
      </w:r>
    </w:p>
    <w:p>
      <w:r>
        <w:rPr>
          <w:rFonts w:ascii="Courier New" w:hAnsi="Courier New"/>
          <w:color w:val="555555"/>
          <w:sz w:val="20"/>
        </w:rPr>
        <w:t>[4 . 12]</w:t>
      </w:r>
    </w:p>
    <w:p>
      <w:r>
        <w:rPr>
          <w:rFonts w:ascii="Gentium Plus" w:hAnsi="Gentium Plus"/>
          <w:sz w:val="24"/>
        </w:rPr>
        <w:t>Ἐῤῥέτω φίλος σὺν ἐχθρῷ: ἐπὶ τῶν δι’ ἐχθρὸν καὶ</w:t>
      </w:r>
    </w:p>
    <w:p>
      <w:r>
        <w:rPr>
          <w:rFonts w:ascii="Courier New" w:hAnsi="Courier New"/>
          <w:color w:val="555555"/>
          <w:sz w:val="20"/>
        </w:rPr>
        <w:t>[4 . 13]</w:t>
      </w:r>
    </w:p>
    <w:p>
      <w:r>
        <w:rPr>
          <w:rFonts w:ascii="Gentium Plus" w:hAnsi="Gentium Plus"/>
          <w:sz w:val="24"/>
        </w:rPr>
        <w:t>Ἐῤῥίφθω κύβος: ἐπὶ τῶν διακινδυνευόντων.</w:t>
      </w:r>
    </w:p>
    <w:p>
      <w:r>
        <w:rPr>
          <w:rFonts w:ascii="Courier New" w:hAnsi="Courier New"/>
          <w:color w:val="555555"/>
          <w:sz w:val="20"/>
        </w:rPr>
        <w:t>[4 . 14]</w:t>
      </w:r>
    </w:p>
    <w:p>
      <w:r>
        <w:rPr>
          <w:rFonts w:ascii="Gentium Plus" w:hAnsi="Gentium Plus"/>
          <w:sz w:val="24"/>
        </w:rPr>
        <w:t>Ἔργον ὄνον ἀποτρέψαι κνώμενον: ἐπὶ τῶν ἀπάγειν τινὰς βουλομένων, ἀφ’ ὧν φιλοῦσιν ἔργων.</w:t>
      </w:r>
    </w:p>
    <w:p>
      <w:r>
        <w:rPr>
          <w:rFonts w:ascii="Courier New" w:hAnsi="Courier New"/>
          <w:color w:val="555555"/>
          <w:sz w:val="20"/>
        </w:rPr>
        <w:t>[4 . 15]</w:t>
      </w:r>
    </w:p>
    <w:p>
      <w:r>
        <w:rPr>
          <w:rFonts w:ascii="Gentium Plus" w:hAnsi="Gentium Plus"/>
          <w:sz w:val="24"/>
        </w:rPr>
        <w:t>Ἐρεβίνθινος ζωμός: ἐπὶ τῶν εὐτελῶν καὶ μηδενὸς ἀξίων.</w:t>
      </w:r>
    </w:p>
    <w:p>
      <w:r>
        <w:rPr>
          <w:rFonts w:ascii="Courier New" w:hAnsi="Courier New"/>
          <w:color w:val="555555"/>
          <w:sz w:val="20"/>
        </w:rPr>
        <w:t>[4 . 16]</w:t>
      </w:r>
    </w:p>
    <w:p>
      <w:r>
        <w:rPr>
          <w:rFonts w:ascii="Gentium Plus" w:hAnsi="Gentium Plus"/>
          <w:sz w:val="24"/>
        </w:rPr>
        <w:t>Ἐρετρικὸς κατάλογος: ἐπὶ τῶν σφόδρα πλουσίων.</w:t>
      </w:r>
    </w:p>
    <w:p>
      <w:r>
        <w:rPr>
          <w:rFonts w:ascii="Courier New" w:hAnsi="Courier New"/>
          <w:color w:val="555555"/>
          <w:sz w:val="20"/>
        </w:rPr>
        <w:t>[4 . 17]</w:t>
      </w:r>
    </w:p>
    <w:p>
      <w:r>
        <w:rPr>
          <w:rFonts w:ascii="Gentium Plus" w:hAnsi="Gentium Plus"/>
          <w:sz w:val="24"/>
        </w:rPr>
        <w:t>Ἑρμώνιος χάρις: ἐπὶ τῶν κατὰ χάριν ἐκεῖνα διδόναι δοκούντων, ὧν ἀσμένως ἀπαλλάττονται.</w:t>
      </w:r>
    </w:p>
    <w:p>
      <w:r>
        <w:rPr>
          <w:rFonts w:ascii="Courier New" w:hAnsi="Courier New"/>
          <w:color w:val="555555"/>
          <w:sz w:val="20"/>
        </w:rPr>
        <w:t>[4 . 18]</w:t>
      </w:r>
    </w:p>
    <w:p>
      <w:r>
        <w:rPr>
          <w:rFonts w:ascii="Gentium Plus" w:hAnsi="Gentium Plus"/>
          <w:sz w:val="24"/>
        </w:rPr>
        <w:t>Ἔσο καὶ λέων ὅπου χρὴ καὶ πίθηκος ἐν μέρει: ἐπὶ τοῦ πρὸς τὰ πράγματα καλῶς μεταβαλλομένου.</w:t>
      </w:r>
    </w:p>
    <w:p>
      <w:r>
        <w:rPr>
          <w:rFonts w:ascii="Courier New" w:hAnsi="Courier New"/>
          <w:color w:val="555555"/>
          <w:sz w:val="20"/>
        </w:rPr>
        <w:t>[4 . 19]</w:t>
      </w:r>
    </w:p>
    <w:p>
      <w:r>
        <w:rPr>
          <w:rFonts w:ascii="Gentium Plus" w:hAnsi="Gentium Plus"/>
          <w:sz w:val="24"/>
        </w:rPr>
        <w:t>Εὐριπίδειος ὅρκος: ἴσως τὰ κατὰ χηνὸς καὶ κυνός.</w:t>
      </w:r>
    </w:p>
    <w:p>
      <w:r>
        <w:rPr>
          <w:rFonts w:ascii="Courier New" w:hAnsi="Courier New"/>
          <w:color w:val="555555"/>
          <w:sz w:val="20"/>
        </w:rPr>
        <w:t>[4 . 20]</w:t>
      </w:r>
    </w:p>
    <w:p>
      <w:r>
        <w:rPr>
          <w:rFonts w:ascii="Gentium Plus" w:hAnsi="Gentium Plus"/>
          <w:sz w:val="24"/>
        </w:rPr>
        <w:t>Εὐγενέστερος Κόδρου: ἐπὶ τῶν πάνυ εὐγενῶν.</w:t>
      </w:r>
    </w:p>
    <w:p>
      <w:r>
        <w:rPr>
          <w:rFonts w:ascii="Courier New" w:hAnsi="Courier New"/>
          <w:color w:val="555555"/>
          <w:sz w:val="20"/>
        </w:rPr>
        <w:t>[4 . 21]</w:t>
      </w:r>
    </w:p>
    <w:p>
      <w:r>
        <w:rPr>
          <w:rFonts w:ascii="Gentium Plus" w:hAnsi="Gentium Plus"/>
          <w:sz w:val="24"/>
        </w:rPr>
        <w:t>Εὐμεταβολώτερος κοθόρνου: ἢ εὐρίπου: ἐπὶ τῶν εὐμεταβόλων καὶ εὐμεταθέτων.</w:t>
      </w:r>
    </w:p>
    <w:p>
      <w:r>
        <w:rPr>
          <w:rFonts w:ascii="Courier New" w:hAnsi="Courier New"/>
          <w:color w:val="555555"/>
          <w:sz w:val="20"/>
        </w:rPr>
        <w:t>[4 . 22]</w:t>
      </w:r>
    </w:p>
    <w:p>
      <w:r>
        <w:rPr>
          <w:rFonts w:ascii="Gentium Plus" w:hAnsi="Gentium Plus"/>
          <w:sz w:val="24"/>
        </w:rPr>
        <w:t>Εὖ πράττε· τὰ φίλων δ’ οὐδὲν, εἰ σὺ δυστυχῇς: τοῦτο Εὐριπίδου ἐστὶ Φοινισσῶν.</w:t>
      </w:r>
    </w:p>
    <w:p>
      <w:r>
        <w:rPr>
          <w:rFonts w:ascii="Courier New" w:hAnsi="Courier New"/>
          <w:color w:val="555555"/>
          <w:sz w:val="20"/>
        </w:rPr>
        <w:t>[4 . 23]</w:t>
      </w:r>
    </w:p>
    <w:p>
      <w:r>
        <w:rPr>
          <w:rFonts w:ascii="Gentium Plus" w:hAnsi="Gentium Plus"/>
          <w:sz w:val="24"/>
        </w:rPr>
        <w:t>Ἐφέσια γράμματα: ἐπὶ τῶν ἀσύνετα λεγόντων.</w:t>
      </w:r>
    </w:p>
    <w:p>
      <w:r>
        <w:rPr>
          <w:rFonts w:ascii="Courier New" w:hAnsi="Courier New"/>
          <w:color w:val="555555"/>
          <w:sz w:val="20"/>
        </w:rPr>
        <w:t>[4 . 24]</w:t>
      </w:r>
    </w:p>
    <w:p>
      <w:r>
        <w:rPr>
          <w:rFonts w:ascii="Gentium Plus" w:hAnsi="Gentium Plus"/>
          <w:sz w:val="24"/>
        </w:rPr>
        <w:t>Ἐχῖνος ἐν χειμῶνι: ἐπὶ τῶν παρ’ ὥραν φαινομένων ἢ πραττομένων.</w:t>
      </w:r>
    </w:p>
    <w:p>
      <w:r>
        <w:rPr>
          <w:rFonts w:ascii="Courier New" w:hAnsi="Courier New"/>
          <w:color w:val="555555"/>
          <w:sz w:val="20"/>
        </w:rPr>
        <w:t>[4 . 25]</w:t>
      </w:r>
    </w:p>
    <w:p>
      <w:r>
        <w:rPr>
          <w:rFonts w:ascii="Gentium Plus" w:hAnsi="Gentium Plus"/>
          <w:sz w:val="24"/>
        </w:rPr>
        <w:t>Ἐχῖνος τὸν τόκον ἀναβάλλεται: ἐπὶ τῶν διὰ τὸ ἀναβάλλεσθαι κακῶς ἀπαλλαττόντων. οἱ γὰρ ἐχῖνοι δοκοῦσι κεντούμενοι ἀνέχειν τὸν τόκον, εἶθ’ ὕστερον παχυτέρων γινομένων τῶν ἀκανθῶν ὑπὸ τοῦ ἐμβρύου χεῖρον ἀπαλ‐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λάττειν ἐν τῷ τόκῳ.</w:t>
      </w:r>
    </w:p>
    <w:p>
      <w:r>
        <w:rPr>
          <w:rFonts w:ascii="Courier New" w:hAnsi="Courier New"/>
          <w:color w:val="555555"/>
          <w:sz w:val="20"/>
        </w:rPr>
        <w:t>[4 . 26]</w:t>
      </w:r>
    </w:p>
    <w:p>
      <w:r>
        <w:rPr>
          <w:rFonts w:ascii="Gentium Plus" w:hAnsi="Gentium Plus"/>
          <w:sz w:val="24"/>
        </w:rPr>
        <w:t>Ἔχεται δ’ ὥσπερ πολύπους πέτρας: ἐπὶ τῶν ὀχυροῦ τινος ἐχομένων ἐπὶ σωτηρίᾳ.</w:t>
      </w:r>
    </w:p>
    <w:p>
      <w:r>
        <w:rPr>
          <w:rFonts w:ascii="Courier New" w:hAnsi="Courier New"/>
          <w:color w:val="555555"/>
          <w:sz w:val="20"/>
        </w:rPr>
        <w:t>[4 . 27]</w:t>
      </w:r>
    </w:p>
    <w:p>
      <w:r>
        <w:rPr>
          <w:rFonts w:ascii="Gentium Plus" w:hAnsi="Gentium Plus"/>
          <w:sz w:val="24"/>
        </w:rPr>
        <w:t>Ἐχθρὸς κἂν χρηστὰ ποιήσῃ κακὰ ἐστίν.</w:t>
      </w:r>
    </w:p>
    <w:p>
      <w:r>
        <w:rPr>
          <w:rFonts w:ascii="Courier New" w:hAnsi="Courier New"/>
          <w:color w:val="555555"/>
          <w:sz w:val="20"/>
        </w:rPr>
        <w:t>[4 . 28]</w:t>
      </w:r>
    </w:p>
    <w:p>
      <w:r>
        <w:rPr>
          <w:rFonts w:ascii="Gentium Plus" w:hAnsi="Gentium Plus"/>
          <w:sz w:val="24"/>
        </w:rPr>
        <w:t>Ἐχίδνης καρδίαν ἐδήδοκεν: ἐπὶ τῶν ὀργίλων καὶ χαλεπῶν.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Ζ.</w:t>
      </w:r>
    </w:p>
    <w:p>
      <w:r>
        <w:rPr>
          <w:rFonts w:ascii="Courier New" w:hAnsi="Courier New"/>
          <w:color w:val="555555"/>
          <w:sz w:val="20"/>
        </w:rPr>
        <w:t>[4 . 29]</w:t>
      </w:r>
    </w:p>
    <w:p>
      <w:r>
        <w:rPr>
          <w:rFonts w:ascii="Gentium Plus" w:hAnsi="Gentium Plus"/>
          <w:sz w:val="24"/>
        </w:rPr>
        <w:t>Ζαλεύκου νόμοι: ἐπὶ τῶν ἀποτόμων. Ζάλευκος γὰρ Λοκροῖς ὠμότερον ἐνομοθέτησεν.</w:t>
      </w:r>
    </w:p>
    <w:p>
      <w:r>
        <w:rPr>
          <w:rFonts w:ascii="Courier New" w:hAnsi="Courier New"/>
          <w:color w:val="555555"/>
          <w:sz w:val="20"/>
        </w:rPr>
        <w:t>[4 . 30]</w:t>
      </w:r>
    </w:p>
    <w:p>
      <w:r>
        <w:rPr>
          <w:rFonts w:ascii="Gentium Plus" w:hAnsi="Gentium Plus"/>
          <w:sz w:val="24"/>
        </w:rPr>
        <w:t>Ζεῖ χύτρα, ζεῖ φιλία: ἐπὶ τῶν ἀπὸ δείπνου συναρ‐</w:t>
      </w:r>
    </w:p>
    <w:p>
      <w:r>
        <w:rPr>
          <w:rFonts w:ascii="Courier New" w:hAnsi="Courier New"/>
          <w:color w:val="555555"/>
          <w:sz w:val="20"/>
        </w:rPr>
        <w:t>[4 . 31]</w:t>
      </w:r>
    </w:p>
    <w:p>
      <w:r>
        <w:rPr>
          <w:rFonts w:ascii="Gentium Plus" w:hAnsi="Gentium Plus"/>
          <w:sz w:val="24"/>
        </w:rPr>
        <w:t>Ζῶμεν οὐχ ὡς ἐθέλομεν, ἀλλ’ ὡς δυνάμεθα.</w:t>
      </w:r>
    </w:p>
    <w:p>
      <w:r>
        <w:rPr>
          <w:rFonts w:ascii="Courier New" w:hAnsi="Courier New"/>
          <w:color w:val="555555"/>
          <w:sz w:val="20"/>
        </w:rPr>
        <w:t>[4 . 32]</w:t>
      </w:r>
    </w:p>
    <w:p>
      <w:r>
        <w:rPr>
          <w:rFonts w:ascii="Gentium Plus" w:hAnsi="Gentium Plus"/>
          <w:sz w:val="24"/>
        </w:rPr>
        <w:t>Ζωπύρου τάλαντα: ἐπὶ τῶν φορτικά τινα διὰ πλοῦ‐ τον ὑπομεινάντων.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Η.</w:t>
      </w:r>
    </w:p>
    <w:p>
      <w:r>
        <w:rPr>
          <w:rFonts w:ascii="Courier New" w:hAnsi="Courier New"/>
          <w:color w:val="555555"/>
          <w:sz w:val="20"/>
        </w:rPr>
        <w:t>[4 . 33]</w:t>
      </w:r>
    </w:p>
    <w:p>
      <w:r>
        <w:rPr>
          <w:rFonts w:ascii="Gentium Plus" w:hAnsi="Gentium Plus"/>
          <w:sz w:val="24"/>
        </w:rPr>
        <w:t>Ἡ ἅμαξα τὸν βοῦν πολλάκις ἐκφέρει: ἐπὶ τῶν πασχόντων, ἃ πολλάκις αὐτοὶ ἐποίουν.</w:t>
      </w:r>
    </w:p>
    <w:p>
      <w:r>
        <w:rPr>
          <w:rFonts w:ascii="Courier New" w:hAnsi="Courier New"/>
          <w:color w:val="555555"/>
          <w:sz w:val="20"/>
        </w:rPr>
        <w:t>[4 . 34]</w:t>
      </w:r>
    </w:p>
    <w:p>
      <w:r>
        <w:rPr>
          <w:rFonts w:ascii="Gentium Plus" w:hAnsi="Gentium Plus"/>
          <w:sz w:val="24"/>
        </w:rPr>
        <w:t>Ἡβῶντος ἀνδρὸς οὐ βραδέα δρομήματα: ἐπὶ εὐσθενούντων.</w:t>
      </w:r>
    </w:p>
    <w:p>
      <w:r>
        <w:rPr>
          <w:rFonts w:ascii="Courier New" w:hAnsi="Courier New"/>
          <w:color w:val="555555"/>
          <w:sz w:val="20"/>
        </w:rPr>
        <w:t>[4 . 35]</w:t>
      </w:r>
    </w:p>
    <w:p>
      <w:r>
        <w:rPr>
          <w:rFonts w:ascii="Gentium Plus" w:hAnsi="Gentium Plus"/>
          <w:sz w:val="24"/>
        </w:rPr>
        <w:t>Ἢ καλῶς ζῇν ἢ τεθνηκέναι.</w:t>
      </w:r>
    </w:p>
    <w:p>
      <w:r>
        <w:rPr>
          <w:rFonts w:ascii="Courier New" w:hAnsi="Courier New"/>
          <w:color w:val="555555"/>
          <w:sz w:val="20"/>
        </w:rPr>
        <w:t>[4 . 36]</w:t>
      </w:r>
    </w:p>
    <w:p>
      <w:r>
        <w:rPr>
          <w:rFonts w:ascii="Gentium Plus" w:hAnsi="Gentium Plus"/>
          <w:sz w:val="24"/>
        </w:rPr>
        <w:t>Ἡ γλῶττ’ ἀνέγνωχ’, ἡ δὲ φρὴν οὐ μανθάνει: ἐπὶ τῶν ἀμαθῶν.</w:t>
      </w:r>
    </w:p>
    <w:p>
      <w:r>
        <w:rPr>
          <w:rFonts w:ascii="Courier New" w:hAnsi="Courier New"/>
          <w:color w:val="555555"/>
          <w:sz w:val="20"/>
        </w:rPr>
        <w:t>[4 . 37]</w:t>
      </w:r>
    </w:p>
    <w:p>
      <w:r>
        <w:rPr>
          <w:rFonts w:ascii="Gentium Plus" w:hAnsi="Gentium Plus"/>
          <w:sz w:val="24"/>
        </w:rPr>
        <w:t>Ἡδὺ τἀπόῤῥητα λιχνεύειν: ἐπὶ τῶν πολυπρα‐ γμόνων.</w:t>
      </w:r>
    </w:p>
    <w:p>
      <w:r>
        <w:rPr>
          <w:rFonts w:ascii="Courier New" w:hAnsi="Courier New"/>
          <w:color w:val="555555"/>
          <w:sz w:val="20"/>
        </w:rPr>
        <w:t>[4 . 38]</w:t>
      </w:r>
    </w:p>
    <w:p>
      <w:r>
        <w:rPr>
          <w:rFonts w:ascii="Gentium Plus" w:hAnsi="Gentium Plus"/>
          <w:sz w:val="24"/>
        </w:rPr>
        <w:t>Ἢ δέος ἢ λύπη παῖς πατρὶ πάντα χρόνον.</w:t>
      </w:r>
    </w:p>
    <w:p>
      <w:r>
        <w:rPr>
          <w:rFonts w:ascii="Courier New" w:hAnsi="Courier New"/>
          <w:color w:val="555555"/>
          <w:sz w:val="20"/>
        </w:rPr>
        <w:t>[4 . 39]</w:t>
      </w:r>
    </w:p>
    <w:p>
      <w:r>
        <w:rPr>
          <w:rFonts w:ascii="Gentium Plus" w:hAnsi="Gentium Plus"/>
          <w:sz w:val="24"/>
        </w:rPr>
        <w:t>Ἡδὺ περίδειπνον πατρός: ἐπὶ τῶν μακρότερον</w:t>
      </w:r>
    </w:p>
    <w:p>
      <w:r>
        <w:rPr>
          <w:rFonts w:ascii="Courier New" w:hAnsi="Courier New"/>
          <w:color w:val="555555"/>
          <w:sz w:val="20"/>
        </w:rPr>
        <w:t>[4 . 40]</w:t>
      </w:r>
    </w:p>
    <w:p>
      <w:r>
        <w:rPr>
          <w:rFonts w:ascii="Gentium Plus" w:hAnsi="Gentium Plus"/>
          <w:sz w:val="24"/>
        </w:rPr>
        <w:t>Ἤθη φίλων γίνωσκε, μιμήσῃ δὲ μή: ὅτι οὐ δεῖ παντὸς φίλου ἕπεσθαι τῇ γνώμῃ.</w:t>
      </w:r>
    </w:p>
    <w:p>
      <w:r>
        <w:rPr>
          <w:rFonts w:ascii="Courier New" w:hAnsi="Courier New"/>
          <w:color w:val="555555"/>
          <w:sz w:val="20"/>
        </w:rPr>
        <w:t>[4 . 41]</w:t>
      </w:r>
    </w:p>
    <w:p>
      <w:r>
        <w:rPr>
          <w:rFonts w:ascii="Gentium Plus" w:hAnsi="Gentium Plus"/>
          <w:sz w:val="24"/>
        </w:rPr>
        <w:t>Ἡ κέρκος τῇ ἀλώπεκι μαρτυρεῖ: ἐπὶ τῶν δεικνύν‐ των ἀπὸ μικρῶν πράξεων τὸ αὐτῶν ἦθος.</w:t>
      </w:r>
    </w:p>
    <w:p>
      <w:r>
        <w:rPr>
          <w:rFonts w:ascii="Courier New" w:hAnsi="Courier New"/>
          <w:color w:val="555555"/>
          <w:sz w:val="20"/>
        </w:rPr>
        <w:t>[4 . 42]</w:t>
      </w:r>
    </w:p>
    <w:p>
      <w:r>
        <w:rPr>
          <w:rFonts w:ascii="Gentium Plus" w:hAnsi="Gentium Plus"/>
          <w:sz w:val="24"/>
        </w:rPr>
        <w:t>Ἡ κύων ἐν τῷ γάμῳ: ἐπὶ τῶν ἢ παρενοχλούντων ἢ ἀνοίκειόν τι πραττόντων.</w:t>
      </w:r>
    </w:p>
    <w:p>
      <w:r>
        <w:rPr>
          <w:rFonts w:ascii="Courier New" w:hAnsi="Courier New"/>
          <w:color w:val="555555"/>
          <w:sz w:val="20"/>
        </w:rPr>
        <w:t>[4 . 43]</w:t>
      </w:r>
    </w:p>
    <w:p>
      <w:r>
        <w:rPr>
          <w:rFonts w:ascii="Gentium Plus" w:hAnsi="Gentium Plus"/>
          <w:sz w:val="24"/>
        </w:rPr>
        <w:t>Ἡ κύων ἐν τῇ φάτνῃ: ἐπὶ τῶν μήτε ** χρωμένων μήτε ἄλλους ἐώντων.</w:t>
      </w:r>
    </w:p>
    <w:p>
      <w:r>
        <w:rPr>
          <w:rFonts w:ascii="Courier New" w:hAnsi="Courier New"/>
          <w:color w:val="555555"/>
          <w:sz w:val="20"/>
        </w:rPr>
        <w:t>[4 . 44]</w:t>
      </w:r>
    </w:p>
    <w:p>
      <w:r>
        <w:rPr>
          <w:rFonts w:ascii="Gentium Plus" w:hAnsi="Gentium Plus"/>
          <w:sz w:val="24"/>
        </w:rPr>
        <w:t>Ἢ λέγε τι σιγῆς κρεῖττον ἢ σιγὴν ἔχε.</w:t>
      </w:r>
    </w:p>
    <w:p>
      <w:r>
        <w:rPr>
          <w:rFonts w:ascii="Courier New" w:hAnsi="Courier New"/>
          <w:color w:val="555555"/>
          <w:sz w:val="20"/>
        </w:rPr>
        <w:t>[4 . 45]</w:t>
      </w:r>
    </w:p>
    <w:p>
      <w:r>
        <w:rPr>
          <w:rFonts w:ascii="Gentium Plus" w:hAnsi="Gentium Plus"/>
          <w:sz w:val="24"/>
        </w:rPr>
        <w:t>Ἡλιάδων δάκρυα: ἐπὶ τῶν πολλὰ ἐχόντων χρήματα· παρόσον αἱ τοῦ Φαέθοντος ἀδελφαὶ ἀποδενδρωθεῖσαι καὶ δακρύουσαι ἀπέσταζον τὸ ἤλεκτρον.</w:t>
      </w:r>
    </w:p>
    <w:p>
      <w:r>
        <w:rPr>
          <w:rFonts w:ascii="Courier New" w:hAnsi="Courier New"/>
          <w:color w:val="555555"/>
          <w:sz w:val="20"/>
        </w:rPr>
        <w:t>[4 . 46]</w:t>
      </w:r>
    </w:p>
    <w:p>
      <w:r>
        <w:rPr>
          <w:rFonts w:ascii="Gentium Plus" w:hAnsi="Gentium Plus"/>
          <w:sz w:val="24"/>
        </w:rPr>
        <w:t>Ἠλιθιώτερος Λευκολόφου: οὗτος ἀποδόμενος τὴν οἰκίαν ἀντεποιεῖτο τοῦ φρέατος.</w:t>
      </w:r>
    </w:p>
    <w:p>
      <w:r>
        <w:rPr>
          <w:rFonts w:ascii="Courier New" w:hAnsi="Courier New"/>
          <w:color w:val="555555"/>
          <w:sz w:val="20"/>
        </w:rPr>
        <w:t>[4 . 47]</w:t>
      </w:r>
    </w:p>
    <w:p>
      <w:r>
        <w:rPr>
          <w:rFonts w:ascii="Gentium Plus" w:hAnsi="Gentium Plus"/>
          <w:sz w:val="24"/>
        </w:rPr>
        <w:t>Ἧλον ἥλῳ ἐκκρούει: ὅμοιον τῇ· Πάσσαλος πασ‐ σάλῳ ἐκκρούεται.</w:t>
      </w:r>
    </w:p>
    <w:p>
      <w:r>
        <w:rPr>
          <w:rFonts w:ascii="Courier New" w:hAnsi="Courier New"/>
          <w:color w:val="555555"/>
          <w:sz w:val="20"/>
        </w:rPr>
        <w:t>[4 . 48]</w:t>
      </w:r>
    </w:p>
    <w:p>
      <w:r>
        <w:rPr>
          <w:rFonts w:ascii="Gentium Plus" w:hAnsi="Gentium Plus"/>
          <w:sz w:val="24"/>
        </w:rPr>
        <w:t>Ἧλιξ ἥλικα τέρπει.</w:t>
      </w:r>
    </w:p>
    <w:p>
      <w:r>
        <w:rPr>
          <w:rFonts w:ascii="Courier New" w:hAnsi="Courier New"/>
          <w:color w:val="555555"/>
          <w:sz w:val="20"/>
        </w:rPr>
        <w:t>[4 . 49]</w:t>
      </w:r>
    </w:p>
    <w:p>
      <w:r>
        <w:rPr>
          <w:rFonts w:ascii="Gentium Plus" w:hAnsi="Gentium Plus"/>
          <w:sz w:val="24"/>
        </w:rPr>
        <w:t>Ἠλίβατον κακόν: ἐπὶ τῶν σφόδρα δεινῶν.</w:t>
      </w:r>
    </w:p>
    <w:p>
      <w:r>
        <w:rPr>
          <w:rFonts w:ascii="Courier New" w:hAnsi="Courier New"/>
          <w:color w:val="555555"/>
          <w:sz w:val="20"/>
        </w:rPr>
        <w:t>[4 . 50]</w:t>
      </w:r>
    </w:p>
    <w:p>
      <w:r>
        <w:rPr>
          <w:rFonts w:ascii="Gentium Plus" w:hAnsi="Gentium Plus"/>
          <w:sz w:val="24"/>
        </w:rPr>
        <w:t>Ἥν τις ἔμαξε μᾶζαν ταύτην καὶ ἐσθιέτω.</w:t>
      </w:r>
    </w:p>
    <w:p>
      <w:r>
        <w:rPr>
          <w:rFonts w:ascii="Courier New" w:hAnsi="Courier New"/>
          <w:color w:val="555555"/>
          <w:sz w:val="20"/>
        </w:rPr>
        <w:t>[4 . 51]</w:t>
      </w:r>
    </w:p>
    <w:p>
      <w:r>
        <w:rPr>
          <w:rFonts w:ascii="Gentium Plus" w:hAnsi="Gentium Plus"/>
          <w:sz w:val="24"/>
        </w:rPr>
        <w:t>Ἡ Περγαία Ἄρτεμις: ἐπὶ τῶν ἀγυρτῶν καὶ πλανητῶν.</w:t>
      </w:r>
    </w:p>
    <w:p>
      <w:r>
        <w:rPr>
          <w:rFonts w:ascii="Courier New" w:hAnsi="Courier New"/>
          <w:color w:val="555555"/>
          <w:sz w:val="20"/>
        </w:rPr>
        <w:t>[4 . 52]</w:t>
      </w:r>
    </w:p>
    <w:p>
      <w:r>
        <w:rPr>
          <w:rFonts w:ascii="Gentium Plus" w:hAnsi="Gentium Plus"/>
          <w:sz w:val="24"/>
        </w:rPr>
        <w:t>Ἡ πεῖρα διδάσκαλος.</w:t>
      </w:r>
    </w:p>
    <w:p>
      <w:r>
        <w:rPr>
          <w:rFonts w:ascii="Courier New" w:hAnsi="Courier New"/>
          <w:color w:val="555555"/>
          <w:sz w:val="20"/>
        </w:rPr>
        <w:t>[4 . 53]</w:t>
      </w:r>
    </w:p>
    <w:p>
      <w:r>
        <w:rPr>
          <w:rFonts w:ascii="Gentium Plus" w:hAnsi="Gentium Plus"/>
          <w:sz w:val="24"/>
        </w:rPr>
        <w:t>Ἡρακλῆς καὶ πίθηκος: ἐπὶ τῶν ἀνομοίων.</w:t>
      </w:r>
    </w:p>
    <w:p>
      <w:r>
        <w:rPr>
          <w:rFonts w:ascii="Courier New" w:hAnsi="Courier New"/>
          <w:color w:val="555555"/>
          <w:sz w:val="20"/>
        </w:rPr>
        <w:t>[4 . 54]</w:t>
      </w:r>
    </w:p>
    <w:p>
      <w:r>
        <w:rPr>
          <w:rFonts w:ascii="Gentium Plus" w:hAnsi="Gentium Plus"/>
          <w:sz w:val="24"/>
        </w:rPr>
        <w:t>Ἡρακλεία λίθος: πρὸς τοὺς ἑαυτοῖς τι ἐπαγομένους, παρόσον καὶ ἡ λίθος ἐπισπᾶται τὸν σίδηρον.</w:t>
      </w:r>
    </w:p>
    <w:p>
      <w:r>
        <w:rPr>
          <w:rFonts w:ascii="Courier New" w:hAnsi="Courier New"/>
          <w:color w:val="555555"/>
          <w:sz w:val="20"/>
        </w:rPr>
        <w:t>[4 . 55]</w:t>
      </w:r>
    </w:p>
    <w:p>
      <w:r>
        <w:rPr>
          <w:rFonts w:ascii="Gentium Plus" w:hAnsi="Gentium Plus"/>
          <w:sz w:val="24"/>
        </w:rPr>
        <w:t>Ἠρινὸς πόκος: ἐπὶ τῶν καθ’ ὥραν δρεπομένων.</w:t>
      </w:r>
    </w:p>
    <w:p>
      <w:r>
        <w:rPr>
          <w:rFonts w:ascii="Courier New" w:hAnsi="Courier New"/>
          <w:color w:val="555555"/>
          <w:sz w:val="20"/>
        </w:rPr>
        <w:t>[4 . 56]</w:t>
      </w:r>
    </w:p>
    <w:p>
      <w:r>
        <w:rPr>
          <w:rFonts w:ascii="Gentium Plus" w:hAnsi="Gentium Plus"/>
          <w:sz w:val="24"/>
        </w:rPr>
        <w:t>Ἡρακλεία νόσος: ἐπὶ τῶν μετὰ πολὺν κάματον ἐμπιπτόντων εἰς νόσον. ὁ γὰρ Ἡρακλῆς μετὰ μυρίους κα‐ μάτους τῇ ἱερᾷ ἐνέπεσεν.</w:t>
      </w:r>
    </w:p>
    <w:p>
      <w:r>
        <w:rPr>
          <w:rFonts w:ascii="Courier New" w:hAnsi="Courier New"/>
          <w:color w:val="555555"/>
          <w:sz w:val="20"/>
        </w:rPr>
        <w:t>[4 . 57]</w:t>
      </w:r>
    </w:p>
    <w:p>
      <w:r>
        <w:rPr>
          <w:rFonts w:ascii="Gentium Plus" w:hAnsi="Gentium Plus"/>
          <w:sz w:val="24"/>
        </w:rPr>
        <w:t>Ἡράκλειος ψώρα: ἐπὶ τῶν δυσαποτρέπτοις συνεχο‐ μένων κακοῖς.</w:t>
      </w:r>
    </w:p>
    <w:p>
      <w:r>
        <w:rPr>
          <w:rFonts w:ascii="Courier New" w:hAnsi="Courier New"/>
          <w:color w:val="555555"/>
          <w:sz w:val="20"/>
        </w:rPr>
        <w:t>[4 . 58]</w:t>
      </w:r>
    </w:p>
    <w:p>
      <w:r>
        <w:rPr>
          <w:rFonts w:ascii="Gentium Plus" w:hAnsi="Gentium Plus"/>
          <w:sz w:val="24"/>
        </w:rPr>
        <w:t>Ἦσάν ποτ’ ἦσαν ἄλκιμοι Μιλήσιοι: ἐπὶ τῶν ἀδοξησάντων.</w:t>
      </w:r>
    </w:p>
    <w:p>
      <w:r>
        <w:rPr>
          <w:rFonts w:ascii="Courier New" w:hAnsi="Courier New"/>
          <w:color w:val="555555"/>
          <w:sz w:val="20"/>
        </w:rPr>
        <w:t>[4 . 59]</w:t>
      </w:r>
    </w:p>
    <w:p>
      <w:r>
        <w:rPr>
          <w:rFonts w:ascii="Gentium Plus" w:hAnsi="Gentium Plus"/>
          <w:sz w:val="24"/>
        </w:rPr>
        <w:t>Ἡ Συρακούσιος δεκάτη: ἐπὶ τῶν σφόδρα πλουσίων καὶ πολυτελῶν.</w:t>
      </w:r>
    </w:p>
    <w:p>
      <w:r>
        <w:rPr>
          <w:rFonts w:ascii="Courier New" w:hAnsi="Courier New"/>
          <w:color w:val="555555"/>
          <w:sz w:val="20"/>
        </w:rPr>
        <w:t>[4 . 60]</w:t>
      </w:r>
    </w:p>
    <w:p>
      <w:r>
        <w:rPr>
          <w:rFonts w:ascii="Gentium Plus" w:hAnsi="Gentium Plus"/>
          <w:sz w:val="24"/>
        </w:rPr>
        <w:t>Ἡ Φάνου θύρα: ἐπὶ τῶν μεγαλοφώνων.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Θ.</w:t>
      </w:r>
    </w:p>
    <w:p>
      <w:r>
        <w:rPr>
          <w:rFonts w:ascii="Courier New" w:hAnsi="Courier New"/>
          <w:color w:val="555555"/>
          <w:sz w:val="20"/>
        </w:rPr>
        <w:t>[4 . 61]</w:t>
      </w:r>
    </w:p>
    <w:p>
      <w:r>
        <w:rPr>
          <w:rFonts w:ascii="Gentium Plus" w:hAnsi="Gentium Plus"/>
          <w:sz w:val="24"/>
        </w:rPr>
        <w:t>Θάλασσα καὶ πῦρ καὶ τρίτον κακὴ γυνή.</w:t>
      </w:r>
    </w:p>
    <w:p>
      <w:r>
        <w:rPr>
          <w:rFonts w:ascii="Courier New" w:hAnsi="Courier New"/>
          <w:color w:val="555555"/>
          <w:sz w:val="20"/>
        </w:rPr>
        <w:t>[4 . 62]</w:t>
      </w:r>
    </w:p>
    <w:p>
      <w:r>
        <w:rPr>
          <w:rFonts w:ascii="Gentium Plus" w:hAnsi="Gentium Plus"/>
          <w:sz w:val="24"/>
        </w:rPr>
        <w:t>Θάλατταν σπείρειν: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[4 . 63]</w:t>
      </w:r>
    </w:p>
    <w:p>
      <w:r>
        <w:rPr>
          <w:rFonts w:ascii="Gentium Plus" w:hAnsi="Gentium Plus"/>
          <w:sz w:val="24"/>
        </w:rPr>
        <w:t>Θάσιος παῖς Ἀγλαοφῶντος: ἐπὶ τῶν θαῤῥούντων ἐφ’ οἷς λέγουσιν ἢ πράττουσιν· ὁ γὰρ Ἀγλαοφῶντος παῖς Θάσιος τὸ γένος ἄριστος ἦν γραφεύς.</w:t>
      </w:r>
    </w:p>
    <w:p>
      <w:r>
        <w:rPr>
          <w:rFonts w:ascii="Courier New" w:hAnsi="Courier New"/>
          <w:color w:val="555555"/>
          <w:sz w:val="20"/>
        </w:rPr>
        <w:t>[4 . 64]</w:t>
      </w:r>
    </w:p>
    <w:p>
      <w:r>
        <w:rPr>
          <w:rFonts w:ascii="Gentium Plus" w:hAnsi="Gentium Plus"/>
          <w:sz w:val="24"/>
        </w:rPr>
        <w:t>Θαλάττης χόες: ἐπὶ τῶν ἀμέτρων καὶ ἀνεφίκτων.</w:t>
      </w:r>
    </w:p>
    <w:p>
      <w:r>
        <w:rPr>
          <w:rFonts w:ascii="Courier New" w:hAnsi="Courier New"/>
          <w:color w:val="555555"/>
          <w:sz w:val="20"/>
        </w:rPr>
        <w:t>[4 . 65]</w:t>
      </w:r>
    </w:p>
    <w:p>
      <w:r>
        <w:rPr>
          <w:rFonts w:ascii="Gentium Plus" w:hAnsi="Gentium Plus"/>
          <w:sz w:val="24"/>
        </w:rPr>
        <w:t>Θεὸς ἡ Ἀναίδεια: ἐπὶ τῶν δι’ ἀναίδειαν εὐδοκι‐ μούντων.</w:t>
      </w:r>
    </w:p>
    <w:p>
      <w:r>
        <w:rPr>
          <w:rFonts w:ascii="Courier New" w:hAnsi="Courier New"/>
          <w:color w:val="555555"/>
          <w:sz w:val="20"/>
        </w:rPr>
        <w:t>[4 . 66]</w:t>
      </w:r>
    </w:p>
    <w:p>
      <w:r>
        <w:rPr>
          <w:rFonts w:ascii="Gentium Plus" w:hAnsi="Gentium Plus"/>
          <w:sz w:val="24"/>
        </w:rPr>
        <w:t>Θετταλὸν σόφισμα: ἐπὶ τῶν τι σοφιζομένων ἢ τεχναζομένων.</w:t>
      </w:r>
    </w:p>
    <w:p>
      <w:r>
        <w:rPr>
          <w:rFonts w:ascii="Courier New" w:hAnsi="Courier New"/>
          <w:color w:val="555555"/>
          <w:sz w:val="20"/>
        </w:rPr>
        <w:t>[4 . 67]</w:t>
      </w:r>
    </w:p>
    <w:p>
      <w:r>
        <w:rPr>
          <w:rFonts w:ascii="Gentium Plus" w:hAnsi="Gentium Plus"/>
          <w:sz w:val="24"/>
        </w:rPr>
        <w:t>Θετταλικὴ ἔνθεσις: ἐπὶ τῶν ἀδηφαγούντων.</w:t>
      </w:r>
    </w:p>
    <w:p>
      <w:r>
        <w:rPr>
          <w:rFonts w:ascii="Courier New" w:hAnsi="Courier New"/>
          <w:color w:val="555555"/>
          <w:sz w:val="20"/>
        </w:rPr>
        <w:t>[4 . 68]</w:t>
      </w:r>
    </w:p>
    <w:p>
      <w:r>
        <w:rPr>
          <w:rFonts w:ascii="Gentium Plus" w:hAnsi="Gentium Plus"/>
          <w:sz w:val="24"/>
        </w:rPr>
        <w:t>Θετταλικὰ πτερά: ἐπὶ τῶν εὐπαρύφων καὶ καλλω‐ πιζομένων ἐσθῆτι· παρόσον αἱ Θετταλικαὶ χλαμύδες πτερὰ εἶχον.</w:t>
      </w:r>
    </w:p>
    <w:p>
      <w:r>
        <w:rPr>
          <w:rFonts w:ascii="Courier New" w:hAnsi="Courier New"/>
          <w:color w:val="555555"/>
          <w:sz w:val="20"/>
        </w:rPr>
        <w:t>[4 . 69]</w:t>
      </w:r>
    </w:p>
    <w:p>
      <w:r>
        <w:rPr>
          <w:rFonts w:ascii="Gentium Plus" w:hAnsi="Gentium Plus"/>
          <w:sz w:val="24"/>
        </w:rPr>
        <w:t>Θεοῦ θέλοντος κἂν ἐπὶ ῥιπὸς πλέοις.</w:t>
      </w:r>
    </w:p>
    <w:p>
      <w:r>
        <w:rPr>
          <w:rFonts w:ascii="Courier New" w:hAnsi="Courier New"/>
          <w:color w:val="555555"/>
          <w:sz w:val="20"/>
        </w:rPr>
        <w:t>[4 . 70]</w:t>
      </w:r>
    </w:p>
    <w:p>
      <w:r>
        <w:rPr>
          <w:rFonts w:ascii="Gentium Plus" w:hAnsi="Gentium Plus"/>
          <w:sz w:val="24"/>
        </w:rPr>
        <w:t>Θρᾷκες ὅρκια οὐκ ἐπίστανται: ἐπὶ τῶν τοῖς ὅρ‐ κοις οὐκ ἐμμενόντων.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Ι.</w:t>
      </w:r>
    </w:p>
    <w:p>
      <w:r>
        <w:rPr>
          <w:rFonts w:ascii="Courier New" w:hAnsi="Courier New"/>
          <w:color w:val="555555"/>
          <w:sz w:val="20"/>
        </w:rPr>
        <w:t>[4 . 71]</w:t>
      </w:r>
    </w:p>
    <w:p>
      <w:r>
        <w:rPr>
          <w:rFonts w:ascii="Gentium Plus" w:hAnsi="Gentium Plus"/>
          <w:sz w:val="24"/>
        </w:rPr>
        <w:t>Ἴδε πῦρ, ἴδ’ ἀφύη: ἐπὶ τῶν ὀξὺ τέλος λαμβανόν‐ των· παρόσον ἀφύη ταχέως ἕψεται.</w:t>
      </w:r>
    </w:p>
    <w:p>
      <w:r>
        <w:rPr>
          <w:rFonts w:ascii="Courier New" w:hAnsi="Courier New"/>
          <w:color w:val="555555"/>
          <w:sz w:val="20"/>
        </w:rPr>
        <w:t>[4 . 72]</w:t>
      </w:r>
    </w:p>
    <w:p>
      <w:r>
        <w:rPr>
          <w:rFonts w:ascii="Gentium Plus" w:hAnsi="Gentium Plus"/>
          <w:sz w:val="24"/>
        </w:rPr>
        <w:t>Ἱερὸν συμβουλή: ἐπὶ τῶν καθαρῶς καὶ ἀδόλως συμ‐ βουλευόντων.</w:t>
      </w:r>
    </w:p>
    <w:p>
      <w:r>
        <w:rPr>
          <w:rFonts w:ascii="Courier New" w:hAnsi="Courier New"/>
          <w:color w:val="555555"/>
          <w:sz w:val="20"/>
        </w:rPr>
        <w:t>[4 . 73]</w:t>
      </w:r>
    </w:p>
    <w:p>
      <w:r>
        <w:rPr>
          <w:rFonts w:ascii="Gentium Plus" w:hAnsi="Gentium Plus"/>
          <w:sz w:val="24"/>
        </w:rPr>
        <w:t>Ἱερὰ ἄγκυρα: ἤγουν ἰσχυρὰ καὶ γενναία.</w:t>
      </w:r>
    </w:p>
    <w:p>
      <w:r>
        <w:rPr>
          <w:rFonts w:ascii="Courier New" w:hAnsi="Courier New"/>
          <w:color w:val="555555"/>
          <w:sz w:val="20"/>
        </w:rPr>
        <w:t>[4 . 74]</w:t>
      </w:r>
    </w:p>
    <w:p>
      <w:r>
        <w:rPr>
          <w:rFonts w:ascii="Gentium Plus" w:hAnsi="Gentium Plus"/>
          <w:sz w:val="24"/>
        </w:rPr>
        <w:t>Ἴθι ὀρθός: ἐπὶ τῶν ἐκτρεπομένων τοῦ δικαίου.</w:t>
      </w:r>
    </w:p>
    <w:p>
      <w:r>
        <w:rPr>
          <w:rFonts w:ascii="Courier New" w:hAnsi="Courier New"/>
          <w:color w:val="555555"/>
          <w:sz w:val="20"/>
        </w:rPr>
        <w:t>[4 . 75]</w:t>
      </w:r>
    </w:p>
    <w:p>
      <w:r>
        <w:rPr>
          <w:rFonts w:ascii="Gentium Plus" w:hAnsi="Gentium Plus"/>
          <w:sz w:val="24"/>
        </w:rPr>
        <w:t>Ἰλιὰς κακῶν: ἐπὶ τῶν πολλῶν καὶ σφοδρῶν.</w:t>
      </w:r>
    </w:p>
    <w:p>
      <w:r>
        <w:rPr>
          <w:rFonts w:ascii="Courier New" w:hAnsi="Courier New"/>
          <w:color w:val="555555"/>
          <w:sz w:val="20"/>
        </w:rPr>
        <w:t>[4 . 76]</w:t>
      </w:r>
    </w:p>
    <w:p>
      <w:r>
        <w:rPr>
          <w:rFonts w:ascii="Gentium Plus" w:hAnsi="Gentium Plus"/>
          <w:sz w:val="24"/>
        </w:rPr>
        <w:t>Ἴμβριος δίκη: ἐπὶ τῶν προφασιζομένων ἐν ταῖς δί‐ καις. οἱ γὰρ τὰς δίκας φεύγοντες ἐν Λήμνων † Ἴμβρον ἐσκήπτοντο.</w:t>
      </w:r>
    </w:p>
    <w:p>
      <w:r>
        <w:rPr>
          <w:rFonts w:ascii="Courier New" w:hAnsi="Courier New"/>
          <w:color w:val="555555"/>
          <w:sz w:val="20"/>
        </w:rPr>
        <w:t>[4 . 77]</w:t>
      </w:r>
    </w:p>
    <w:p>
      <w:r>
        <w:rPr>
          <w:rFonts w:ascii="Gentium Plus" w:hAnsi="Gentium Plus"/>
          <w:sz w:val="24"/>
        </w:rPr>
        <w:t>Ἴμβριος ἢ Λήμνιος: οἱ τὰς δίκας ἀποφεύγοντες Ἀθήνησιν ἐσκήπτοντο ἐν Ἴμβρῳ ἢ ἐν Λήμνῳ εἶναι.</w:t>
      </w:r>
    </w:p>
    <w:p>
      <w:r>
        <w:rPr>
          <w:rFonts w:ascii="Courier New" w:hAnsi="Courier New"/>
          <w:color w:val="555555"/>
          <w:sz w:val="20"/>
        </w:rPr>
        <w:t>[4 . 78]</w:t>
      </w:r>
    </w:p>
    <w:p>
      <w:r>
        <w:rPr>
          <w:rFonts w:ascii="Gentium Plus" w:hAnsi="Gentium Plus"/>
          <w:sz w:val="24"/>
        </w:rPr>
        <w:t>Ἱππόλυτον μιμήσομαι: ἐπὶ τῶν σωφρονεῖν ἐπαγ‐ γελλομένων.</w:t>
      </w:r>
    </w:p>
    <w:p>
      <w:r>
        <w:rPr>
          <w:rFonts w:ascii="Courier New" w:hAnsi="Courier New"/>
          <w:color w:val="555555"/>
          <w:sz w:val="20"/>
        </w:rPr>
        <w:t>[4 . 79]</w:t>
      </w:r>
    </w:p>
    <w:p>
      <w:r>
        <w:rPr>
          <w:rFonts w:ascii="Gentium Plus" w:hAnsi="Gentium Plus"/>
          <w:sz w:val="24"/>
        </w:rPr>
        <w:t>Ἱπποδάμου νέμεσις: πρὸς τοὺς ἐπὶ τὸ χεῖρον με‐ ταβάλλοντας.</w:t>
      </w:r>
    </w:p>
    <w:p>
      <w:r>
        <w:rPr>
          <w:rFonts w:ascii="Courier New" w:hAnsi="Courier New"/>
          <w:color w:val="555555"/>
          <w:sz w:val="20"/>
        </w:rPr>
        <w:t>[4 . 80]</w:t>
      </w:r>
    </w:p>
    <w:p>
      <w:r>
        <w:rPr>
          <w:rFonts w:ascii="Gentium Plus" w:hAnsi="Gentium Plus"/>
          <w:sz w:val="24"/>
        </w:rPr>
        <w:t>Ἵππου γῆρας: ἐπὶ τῶν πρὸς τῷ γήρᾳ δυστυχούντων.</w:t>
      </w:r>
    </w:p>
    <w:p>
      <w:r>
        <w:rPr>
          <w:rFonts w:ascii="Courier New" w:hAnsi="Courier New"/>
          <w:color w:val="555555"/>
          <w:sz w:val="20"/>
        </w:rPr>
        <w:t>[4 . 81]</w:t>
      </w:r>
    </w:p>
    <w:p>
      <w:r>
        <w:rPr>
          <w:rFonts w:ascii="Gentium Plus" w:hAnsi="Gentium Plus"/>
          <w:sz w:val="24"/>
        </w:rPr>
        <w:t>Ἰσχυρὸν ἡ ἀλήθεια.</w:t>
      </w:r>
    </w:p>
    <w:p>
      <w:r>
        <w:rPr>
          <w:rFonts w:ascii="Courier New" w:hAnsi="Courier New"/>
          <w:color w:val="555555"/>
          <w:sz w:val="20"/>
        </w:rPr>
        <w:t>[4 . 82]</w:t>
      </w:r>
    </w:p>
    <w:p>
      <w:r>
        <w:rPr>
          <w:rFonts w:ascii="Gentium Plus" w:hAnsi="Gentium Plus"/>
          <w:sz w:val="24"/>
        </w:rPr>
        <w:t>Ἰσότης φιλότης.</w:t>
      </w:r>
    </w:p>
    <w:p>
      <w:r>
        <w:rPr>
          <w:rFonts w:ascii="Courier New" w:hAnsi="Courier New"/>
          <w:color w:val="555555"/>
          <w:sz w:val="20"/>
        </w:rPr>
        <w:t>[4 . 83]</w:t>
      </w:r>
    </w:p>
    <w:p>
      <w:r>
        <w:rPr>
          <w:rFonts w:ascii="Gentium Plus" w:hAnsi="Gentium Plus"/>
          <w:sz w:val="24"/>
        </w:rPr>
        <w:t>Ἰχθὺν νήχεσθαι διδάσκεις: ὡς τό· Ἀετὸν ἵ‐ πτασθαι διδάσκεις.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Κ.</w:t>
      </w:r>
    </w:p>
    <w:p>
      <w:r>
        <w:rPr>
          <w:rFonts w:ascii="Courier New" w:hAnsi="Courier New"/>
          <w:color w:val="555555"/>
          <w:sz w:val="20"/>
        </w:rPr>
        <w:t>[4 . 84]</w:t>
      </w:r>
    </w:p>
    <w:p>
      <w:r>
        <w:rPr>
          <w:rFonts w:ascii="Gentium Plus" w:hAnsi="Gentium Plus"/>
          <w:sz w:val="24"/>
        </w:rPr>
        <w:t>Καδμεία νίκη: ἐπὶ τῶν ἑαυτοῖς ἀλυσιτελῆ τὴν νίκην ποιουμένων.</w:t>
      </w:r>
    </w:p>
    <w:p>
      <w:r>
        <w:rPr>
          <w:rFonts w:ascii="Courier New" w:hAnsi="Courier New"/>
          <w:color w:val="555555"/>
          <w:sz w:val="20"/>
        </w:rPr>
        <w:t>[4 . 85]</w:t>
      </w:r>
    </w:p>
    <w:p>
      <w:r>
        <w:rPr>
          <w:rFonts w:ascii="Gentium Plus" w:hAnsi="Gentium Plus"/>
          <w:sz w:val="24"/>
        </w:rPr>
        <w:t>Καθ’ αὑτοῦ Βελλεροφόντης: ἐπὶ τῶν ἐπ’ ὀλέθρῳ οἰκείῳ διακονούντων.</w:t>
      </w:r>
    </w:p>
    <w:p>
      <w:r>
        <w:rPr>
          <w:rFonts w:ascii="Courier New" w:hAnsi="Courier New"/>
          <w:color w:val="555555"/>
          <w:sz w:val="20"/>
        </w:rPr>
        <w:t>[4 . 86]</w:t>
      </w:r>
    </w:p>
    <w:p>
      <w:r>
        <w:rPr>
          <w:rFonts w:ascii="Gentium Plus" w:hAnsi="Gentium Plus"/>
          <w:sz w:val="24"/>
        </w:rPr>
        <w:t>Καὶ κεραμεὺς κεραμεῖ κοτέει: ἐπὶ τῶν ὁμοτέχνων διαφθονουμένων.</w:t>
      </w:r>
    </w:p>
    <w:p>
      <w:r>
        <w:rPr>
          <w:rFonts w:ascii="Courier New" w:hAnsi="Courier New"/>
          <w:color w:val="555555"/>
          <w:sz w:val="20"/>
        </w:rPr>
        <w:t>[4 . 87]</w:t>
      </w:r>
    </w:p>
    <w:p>
      <w:r>
        <w:rPr>
          <w:rFonts w:ascii="Gentium Plus" w:hAnsi="Gentium Plus"/>
          <w:sz w:val="24"/>
        </w:rPr>
        <w:t>Κακοῦ γὰρ ἀνδρὸς δῶρον ὄνησιν οὐκ ἔχει: ὅμοιον τῷ παρὰ Σοφοκλεῖ· Ἐχθρῶν ἄδωρα δῶρα κοὐκ ὀνήσιμα.</w:t>
      </w:r>
    </w:p>
    <w:p>
      <w:r>
        <w:rPr>
          <w:rFonts w:ascii="Courier New" w:hAnsi="Courier New"/>
          <w:color w:val="555555"/>
          <w:sz w:val="20"/>
        </w:rPr>
        <w:t>[4 . 88]</w:t>
      </w:r>
    </w:p>
    <w:p>
      <w:r>
        <w:rPr>
          <w:rFonts w:ascii="Gentium Plus" w:hAnsi="Gentium Plus"/>
          <w:sz w:val="24"/>
        </w:rPr>
        <w:t>Κακοῦ κόρακος κακὸν ᾠόν: ἐπὶ τῶν κακῶν καὶ ἐκ γονέων κακωτέρων.</w:t>
      </w:r>
    </w:p>
    <w:p>
      <w:r>
        <w:rPr>
          <w:rFonts w:ascii="Courier New" w:hAnsi="Courier New"/>
          <w:color w:val="555555"/>
          <w:sz w:val="20"/>
        </w:rPr>
        <w:t>[4 . 89]</w:t>
      </w:r>
    </w:p>
    <w:p>
      <w:r>
        <w:rPr>
          <w:rFonts w:ascii="Gentium Plus" w:hAnsi="Gentium Plus"/>
          <w:sz w:val="24"/>
        </w:rPr>
        <w:t>Κακὸν Τενέδιον: ἐπὶ τῶν πάνυ σκληρῶν καὶ ἀπαραιτήτων.</w:t>
      </w:r>
    </w:p>
    <w:p>
      <w:r>
        <w:rPr>
          <w:rFonts w:ascii="Courier New" w:hAnsi="Courier New"/>
          <w:color w:val="555555"/>
          <w:sz w:val="20"/>
        </w:rPr>
        <w:t>[4 . 90]</w:t>
      </w:r>
    </w:p>
    <w:p>
      <w:r>
        <w:rPr>
          <w:rFonts w:ascii="Gentium Plus" w:hAnsi="Gentium Plus"/>
          <w:sz w:val="24"/>
        </w:rPr>
        <w:t>Κανθάρου σοφώτερος: ἐπὶ τῶν σφόδρα σοφῶν καὶ πανούργων· Κάνθαρος γάρ τις ἐγένετο κακοῦργος καὶ πο‐ νηρός, ὃς ἐπὶ προδοσίᾳ κριθεὶς Ἀθήνησιν ἀπέθανεν.</w:t>
      </w:r>
    </w:p>
    <w:p>
      <w:r>
        <w:rPr>
          <w:rFonts w:ascii="Courier New" w:hAnsi="Courier New"/>
          <w:color w:val="555555"/>
          <w:sz w:val="20"/>
        </w:rPr>
        <w:t>[4 . 91]</w:t>
      </w:r>
    </w:p>
    <w:p>
      <w:r>
        <w:rPr>
          <w:rFonts w:ascii="Gentium Plus" w:hAnsi="Gentium Plus"/>
          <w:sz w:val="24"/>
        </w:rPr>
        <w:t>Καὶ τυφλῷ δῆλον: ἐπὶ τῶν ἄγαν σαφεστάτων.</w:t>
      </w:r>
    </w:p>
    <w:p>
      <w:r>
        <w:rPr>
          <w:rFonts w:ascii="Courier New" w:hAnsi="Courier New"/>
          <w:color w:val="555555"/>
          <w:sz w:val="20"/>
        </w:rPr>
        <w:t>[4 . 92]</w:t>
      </w:r>
    </w:p>
    <w:p>
      <w:r>
        <w:rPr>
          <w:rFonts w:ascii="Gentium Plus" w:hAnsi="Gentium Plus"/>
          <w:sz w:val="24"/>
        </w:rPr>
        <w:t>Κανθάρου σκιά: ἐπὶ τῶν εὐτελῶν.</w:t>
      </w:r>
    </w:p>
    <w:p>
      <w:r>
        <w:rPr>
          <w:rFonts w:ascii="Courier New" w:hAnsi="Courier New"/>
          <w:color w:val="555555"/>
          <w:sz w:val="20"/>
        </w:rPr>
        <w:t>[4 . 93]</w:t>
      </w:r>
    </w:p>
    <w:p>
      <w:r>
        <w:rPr>
          <w:rFonts w:ascii="Gentium Plus" w:hAnsi="Gentium Plus"/>
          <w:sz w:val="24"/>
        </w:rPr>
        <w:t>Καρπὸν ὃν ἔσπειρας θέριζε: ἐπὶ τῶν τοιαῦτα πασχόντων, οἷα ἔδρασαν.</w:t>
      </w:r>
    </w:p>
    <w:p>
      <w:r>
        <w:rPr>
          <w:rFonts w:ascii="Courier New" w:hAnsi="Courier New"/>
          <w:color w:val="555555"/>
          <w:sz w:val="20"/>
        </w:rPr>
        <w:t>[4 . 94]</w:t>
      </w:r>
    </w:p>
    <w:p>
      <w:r>
        <w:rPr>
          <w:rFonts w:ascii="Gentium Plus" w:hAnsi="Gentium Plus"/>
          <w:sz w:val="24"/>
        </w:rPr>
        <w:t>Καρπάθιος τὸν λαγώ: ἐπὶ τῶν ἐφ’ ἑαυτοῖς ἐφελ‐ κομένων τὰ κακά.</w:t>
      </w:r>
    </w:p>
    <w:p>
      <w:r>
        <w:rPr>
          <w:rFonts w:ascii="Courier New" w:hAnsi="Courier New"/>
          <w:color w:val="555555"/>
          <w:sz w:val="20"/>
        </w:rPr>
        <w:t>[4 . 95]</w:t>
      </w:r>
    </w:p>
    <w:p>
      <w:r>
        <w:rPr>
          <w:rFonts w:ascii="Gentium Plus" w:hAnsi="Gentium Plus"/>
          <w:sz w:val="24"/>
        </w:rPr>
        <w:t>Καθ’ ὕδατος γράφει: ἐπὶ τῶν ἀνόνητα πονούντων.</w:t>
      </w:r>
    </w:p>
    <w:p>
      <w:r>
        <w:rPr>
          <w:rFonts w:ascii="Courier New" w:hAnsi="Courier New"/>
          <w:color w:val="555555"/>
          <w:sz w:val="20"/>
        </w:rPr>
        <w:t>[4 . 96]</w:t>
      </w:r>
    </w:p>
    <w:p>
      <w:r>
        <w:rPr>
          <w:rFonts w:ascii="Gentium Plus" w:hAnsi="Gentium Plus"/>
          <w:sz w:val="24"/>
        </w:rPr>
        <w:t>Κάθιζε ἐπὶ κώπην: παρεγγυᾷ ἔνεργον εἶναι.</w:t>
      </w:r>
    </w:p>
    <w:p>
      <w:r>
        <w:rPr>
          <w:rFonts w:ascii="Courier New" w:hAnsi="Courier New"/>
          <w:color w:val="555555"/>
          <w:sz w:val="20"/>
        </w:rPr>
        <w:t>[4 . 97]</w:t>
      </w:r>
    </w:p>
    <w:p>
      <w:r>
        <w:rPr>
          <w:rFonts w:ascii="Gentium Plus" w:hAnsi="Gentium Plus"/>
          <w:sz w:val="24"/>
        </w:rPr>
        <w:t>Κατὰ ποδὸς βάσιν: ἐπὶ [τῶν] κατὰ μικρόν τι πρατ‐</w:t>
      </w:r>
    </w:p>
    <w:p>
      <w:r>
        <w:rPr>
          <w:rFonts w:ascii="Courier New" w:hAnsi="Courier New"/>
          <w:color w:val="555555"/>
          <w:sz w:val="20"/>
        </w:rPr>
        <w:t>[4 . 98]</w:t>
      </w:r>
    </w:p>
    <w:p>
      <w:r>
        <w:rPr>
          <w:rFonts w:ascii="Gentium Plus" w:hAnsi="Gentium Plus"/>
          <w:sz w:val="24"/>
        </w:rPr>
        <w:t>Καὶ ἀσχολίας ὑπέρτερον: ἐπὶ τῶν τἆλλα μὲν παρ‐ αιτουμένων, ἓν δέ τι προκρινόντων.</w:t>
      </w:r>
    </w:p>
    <w:p>
      <w:r>
        <w:rPr>
          <w:rFonts w:ascii="Courier New" w:hAnsi="Courier New"/>
          <w:color w:val="555555"/>
          <w:sz w:val="20"/>
        </w:rPr>
        <w:t>[4 . 99]</w:t>
      </w:r>
    </w:p>
    <w:p>
      <w:r>
        <w:rPr>
          <w:rFonts w:ascii="Gentium Plus" w:hAnsi="Gentium Plus"/>
          <w:sz w:val="24"/>
        </w:rPr>
        <w:t>Κἂν τοῖς λειψάνοις ἔνεστιν εὐωχία: ὅτι καὶ τὸ μικρὸν ἀντάξιον μείζονος.</w:t>
      </w:r>
    </w:p>
    <w:p>
      <w:r>
        <w:rPr>
          <w:rFonts w:ascii="Courier New" w:hAnsi="Courier New"/>
          <w:color w:val="555555"/>
          <w:sz w:val="20"/>
        </w:rPr>
        <w:t>[4 . 100]</w:t>
      </w:r>
    </w:p>
    <w:p>
      <w:r>
        <w:rPr>
          <w:rFonts w:ascii="Gentium Plus" w:hAnsi="Gentium Plus"/>
          <w:sz w:val="24"/>
        </w:rPr>
        <w:t>Κακὸν ἐπὶ κακῷ.</w:t>
      </w:r>
    </w:p>
    <w:p>
      <w:r>
        <w:rPr>
          <w:rFonts w:ascii="Courier New" w:hAnsi="Courier New"/>
          <w:color w:val="555555"/>
          <w:sz w:val="20"/>
        </w:rPr>
        <w:t>[5 . 1]</w:t>
      </w:r>
    </w:p>
    <w:p>
      <w:r>
        <w:rPr>
          <w:rFonts w:ascii="Gentium Plus" w:hAnsi="Gentium Plus"/>
          <w:sz w:val="24"/>
        </w:rPr>
        <w:t>Κάμηλον ἐπὶ καμήλῳ: ἐπὶ τῶν μεγάλοις μεγάλα προστιθέντων.</w:t>
      </w:r>
    </w:p>
    <w:p>
      <w:r>
        <w:rPr>
          <w:rFonts w:ascii="Courier New" w:hAnsi="Courier New"/>
          <w:color w:val="555555"/>
          <w:sz w:val="20"/>
        </w:rPr>
        <w:t>[5 . 2]</w:t>
      </w:r>
    </w:p>
    <w:p>
      <w:r>
        <w:rPr>
          <w:rFonts w:ascii="Gentium Plus" w:hAnsi="Gentium Plus"/>
          <w:sz w:val="24"/>
        </w:rPr>
        <w:t>Κανθαρίδας ἐδήδοκας: ἐπὶ τῶν δυσῶδες ἐχόντων στόμα καὶ κάκοσμον.</w:t>
      </w:r>
    </w:p>
    <w:p>
      <w:r>
        <w:rPr>
          <w:rFonts w:ascii="Courier New" w:hAnsi="Courier New"/>
          <w:color w:val="555555"/>
          <w:sz w:val="20"/>
        </w:rPr>
        <w:t>[5 . 3]</w:t>
      </w:r>
    </w:p>
    <w:p>
      <w:r>
        <w:rPr>
          <w:rFonts w:ascii="Gentium Plus" w:hAnsi="Gentium Plus"/>
          <w:sz w:val="24"/>
        </w:rPr>
        <w:t>Κατὰ ῥοῦν τἀγαθά: ἐπὶ τῶν εὐδαιμονίᾳ πολλῇ χρωμένων.</w:t>
      </w:r>
    </w:p>
    <w:p>
      <w:r>
        <w:rPr>
          <w:rFonts w:ascii="Courier New" w:hAnsi="Courier New"/>
          <w:color w:val="555555"/>
          <w:sz w:val="20"/>
        </w:rPr>
        <w:t>[5 . 4]</w:t>
      </w:r>
    </w:p>
    <w:p>
      <w:r>
        <w:rPr>
          <w:rFonts w:ascii="Gentium Plus" w:hAnsi="Gentium Plus"/>
          <w:sz w:val="24"/>
        </w:rPr>
        <w:t>Καπνοῦ σκιὰν δεδοικέναι: ἐπὶ τῶν τὰ μηδενὸς ἄξια φοβουμένων.</w:t>
      </w:r>
    </w:p>
    <w:p>
      <w:r>
        <w:rPr>
          <w:rFonts w:ascii="Courier New" w:hAnsi="Courier New"/>
          <w:color w:val="555555"/>
          <w:sz w:val="20"/>
        </w:rPr>
        <w:t>[5 . 5]</w:t>
      </w:r>
    </w:p>
    <w:p>
      <w:r>
        <w:rPr>
          <w:rFonts w:ascii="Gentium Plus" w:hAnsi="Gentium Plus"/>
          <w:sz w:val="24"/>
        </w:rPr>
        <w:t>Καὶ χειρὶ καὶ ποδὶ βοηθεῖ: ὁμοία τῇ· Πάντα κάλων σείειν.</w:t>
      </w:r>
    </w:p>
    <w:p>
      <w:r>
        <w:rPr>
          <w:rFonts w:ascii="Courier New" w:hAnsi="Courier New"/>
          <w:color w:val="555555"/>
          <w:sz w:val="20"/>
        </w:rPr>
        <w:t>[5 . 6]</w:t>
      </w:r>
    </w:p>
    <w:p>
      <w:r>
        <w:rPr>
          <w:rFonts w:ascii="Gentium Plus" w:hAnsi="Gentium Plus"/>
          <w:sz w:val="24"/>
        </w:rPr>
        <w:t>Καὶ βοῦς ἀρότης γέγονα: καὶ ἐπὶ πολυμαθοῦς καὶ</w:t>
      </w:r>
    </w:p>
    <w:p>
      <w:r>
        <w:rPr>
          <w:rFonts w:ascii="Courier New" w:hAnsi="Courier New"/>
          <w:color w:val="555555"/>
          <w:sz w:val="20"/>
        </w:rPr>
        <w:t>[5 . 7]</w:t>
      </w:r>
    </w:p>
    <w:p>
      <w:r>
        <w:rPr>
          <w:rFonts w:ascii="Gentium Plus" w:hAnsi="Gentium Plus"/>
          <w:sz w:val="24"/>
        </w:rPr>
        <w:t>Κακὸν ἀναγκαῖον τὸ πείθεσθαι γαστρί: ἐπὶ τῶν ἐξ ἀνάγκης καὶ οἷς οὐ χρὴ πειθομένων.</w:t>
      </w:r>
    </w:p>
    <w:p>
      <w:r>
        <w:rPr>
          <w:rFonts w:ascii="Courier New" w:hAnsi="Courier New"/>
          <w:color w:val="555555"/>
          <w:sz w:val="20"/>
        </w:rPr>
        <w:t>[5 . 8]</w:t>
      </w:r>
    </w:p>
    <w:p>
      <w:r>
        <w:rPr>
          <w:rFonts w:ascii="Gentium Plus" w:hAnsi="Gentium Plus"/>
          <w:sz w:val="24"/>
        </w:rPr>
        <w:t>Κακὸς μὲν κόρος, δεινὸς δὲ λιμός.</w:t>
      </w:r>
    </w:p>
    <w:p>
      <w:r>
        <w:rPr>
          <w:rFonts w:ascii="Courier New" w:hAnsi="Courier New"/>
          <w:color w:val="555555"/>
          <w:sz w:val="20"/>
        </w:rPr>
        <w:t>[5 . 9]</w:t>
      </w:r>
    </w:p>
    <w:p>
      <w:r>
        <w:rPr>
          <w:rFonts w:ascii="Gentium Plus" w:hAnsi="Gentium Plus"/>
          <w:sz w:val="24"/>
        </w:rPr>
        <w:t>Κάριος αἶνος: ἐπὶ τῶν ἀπορούντων τι διαπράξασθαι· ἁλιέα γάρ φασι τροφῆς ἀποροῦντα χειμῶνι εἰπεῖν· Κο‐ λυμβήσω, ἀλλὰ ῥιγήσω· μὴ κολυμβήσω, ἀλλὰ πεινάσω.</w:t>
      </w:r>
    </w:p>
    <w:p>
      <w:r>
        <w:rPr>
          <w:rFonts w:ascii="Courier New" w:hAnsi="Courier New"/>
          <w:color w:val="555555"/>
          <w:sz w:val="20"/>
        </w:rPr>
        <w:t>[5 . 10]</w:t>
      </w:r>
    </w:p>
    <w:p>
      <w:r>
        <w:rPr>
          <w:rFonts w:ascii="Gentium Plus" w:hAnsi="Gentium Plus"/>
          <w:sz w:val="24"/>
        </w:rPr>
        <w:t>Κακῶν ἐόντων δεῖ κύμινα πριστεῖν †: ὅτι δεῖ τὸν ἐν κακοῖς ὄντα ἀκριβολογεῖσθαι.</w:t>
      </w:r>
    </w:p>
    <w:p>
      <w:r>
        <w:rPr>
          <w:rFonts w:ascii="Courier New" w:hAnsi="Courier New"/>
          <w:color w:val="555555"/>
          <w:sz w:val="20"/>
        </w:rPr>
        <w:t>[5 . 11]</w:t>
      </w:r>
    </w:p>
    <w:p>
      <w:r>
        <w:rPr>
          <w:rFonts w:ascii="Gentium Plus" w:hAnsi="Gentium Plus"/>
          <w:sz w:val="24"/>
        </w:rPr>
        <w:t>Κακὸν κακῷ ἕπεται.</w:t>
      </w:r>
    </w:p>
    <w:p>
      <w:r>
        <w:rPr>
          <w:rFonts w:ascii="Courier New" w:hAnsi="Courier New"/>
          <w:color w:val="555555"/>
          <w:sz w:val="20"/>
        </w:rPr>
        <w:t>[5 . 12]</w:t>
      </w:r>
    </w:p>
    <w:p>
      <w:r>
        <w:rPr>
          <w:rFonts w:ascii="Gentium Plus" w:hAnsi="Gentium Plus"/>
          <w:sz w:val="24"/>
        </w:rPr>
        <w:t>Κενὴν ψάλλεις: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[5 . 13]</w:t>
      </w:r>
    </w:p>
    <w:p>
      <w:r>
        <w:rPr>
          <w:rFonts w:ascii="Gentium Plus" w:hAnsi="Gentium Plus"/>
          <w:sz w:val="24"/>
        </w:rPr>
        <w:t>Κέρδος αἰσχύνης ἄμεινον.</w:t>
      </w:r>
    </w:p>
    <w:p>
      <w:r>
        <w:rPr>
          <w:rFonts w:ascii="Courier New" w:hAnsi="Courier New"/>
          <w:color w:val="555555"/>
          <w:sz w:val="20"/>
        </w:rPr>
        <w:t>[5 . 14]</w:t>
      </w:r>
    </w:p>
    <w:p>
      <w:r>
        <w:rPr>
          <w:rFonts w:ascii="Gentium Plus" w:hAnsi="Gentium Plus"/>
          <w:sz w:val="24"/>
        </w:rPr>
        <w:t>Κηφῆνες μόχθους ἄλλων κατέδονται: ἐπὶ τῶν ἀργῶν καὶ τὰ ἀλλότρια δαπανώντων.</w:t>
      </w:r>
    </w:p>
    <w:p>
      <w:r>
        <w:rPr>
          <w:rFonts w:ascii="Courier New" w:hAnsi="Courier New"/>
          <w:color w:val="555555"/>
          <w:sz w:val="20"/>
        </w:rPr>
        <w:t>[5 . 15]</w:t>
      </w:r>
    </w:p>
    <w:p>
      <w:r>
        <w:rPr>
          <w:rFonts w:ascii="Gentium Plus" w:hAnsi="Gentium Plus"/>
          <w:sz w:val="24"/>
        </w:rPr>
        <w:t>Κιλίκιοι τράγοι: ἐπὶ τῶν δασυτάτων καὶ θρασυτά‐ των καὶ ἀγροίκων.</w:t>
      </w:r>
    </w:p>
    <w:p>
      <w:r>
        <w:rPr>
          <w:rFonts w:ascii="Courier New" w:hAnsi="Courier New"/>
          <w:color w:val="555555"/>
          <w:sz w:val="20"/>
        </w:rPr>
        <w:t>[5 . 16]</w:t>
      </w:r>
    </w:p>
    <w:p>
      <w:r>
        <w:rPr>
          <w:rFonts w:ascii="Gentium Plus" w:hAnsi="Gentium Plus"/>
          <w:sz w:val="24"/>
        </w:rPr>
        <w:t>Κλειτοριάζειν: ἐπὶ τῶν παιδεραστούντων. οἱ γὰρ Κλειτόριοι εἰς αὐτὸ διεβάλλοντο.</w:t>
      </w:r>
    </w:p>
    <w:p>
      <w:r>
        <w:rPr>
          <w:rFonts w:ascii="Courier New" w:hAnsi="Courier New"/>
          <w:color w:val="555555"/>
          <w:sz w:val="20"/>
        </w:rPr>
        <w:t>[5 . 17]</w:t>
      </w:r>
    </w:p>
    <w:p>
      <w:r>
        <w:rPr>
          <w:rFonts w:ascii="Gentium Plus" w:hAnsi="Gentium Plus"/>
          <w:sz w:val="24"/>
        </w:rPr>
        <w:t>Κοττᾶς Μάξιμος: ἐπὶ τῶν ὑπὲρ τὸ δέον φρονημα‐ τιζομένων.</w:t>
      </w:r>
    </w:p>
    <w:p>
      <w:r>
        <w:rPr>
          <w:rFonts w:ascii="Courier New" w:hAnsi="Courier New"/>
          <w:color w:val="555555"/>
          <w:sz w:val="20"/>
        </w:rPr>
        <w:t>[5 . 18]</w:t>
      </w:r>
    </w:p>
    <w:p>
      <w:r>
        <w:rPr>
          <w:rFonts w:ascii="Gentium Plus" w:hAnsi="Gentium Plus"/>
          <w:sz w:val="24"/>
        </w:rPr>
        <w:t>Κορινθιάζειν: ἐπὶ τῶν πορνευομένων· ἀπὸ τῶν ἐν</w:t>
      </w:r>
    </w:p>
    <w:p>
      <w:r>
        <w:rPr>
          <w:rFonts w:ascii="Courier New" w:hAnsi="Courier New"/>
          <w:color w:val="555555"/>
          <w:sz w:val="20"/>
        </w:rPr>
        <w:t>[5 . 19]</w:t>
      </w:r>
    </w:p>
    <w:p>
      <w:r>
        <w:rPr>
          <w:rFonts w:ascii="Gentium Plus" w:hAnsi="Gentium Plus"/>
          <w:sz w:val="24"/>
        </w:rPr>
        <w:t>Κορώνη τὸν σκορπίον: λείπει ἥρπασεν. ἐπὶ τῶν κακὰ σφίσιν αὐτοῖς ἐπαγομένων.</w:t>
      </w:r>
    </w:p>
    <w:p>
      <w:r>
        <w:rPr>
          <w:rFonts w:ascii="Courier New" w:hAnsi="Courier New"/>
          <w:color w:val="555555"/>
          <w:sz w:val="20"/>
        </w:rPr>
        <w:t>[5 . 20]</w:t>
      </w:r>
    </w:p>
    <w:p>
      <w:r>
        <w:rPr>
          <w:rFonts w:ascii="Gentium Plus" w:hAnsi="Gentium Plus"/>
          <w:sz w:val="24"/>
        </w:rPr>
        <w:t>Κοσκίνῳ ἀντλεῖς: ἐπὶ τῶν ἀνηνύτως καὶ μάτην πονούντων.</w:t>
      </w:r>
    </w:p>
    <w:p>
      <w:r>
        <w:rPr>
          <w:rFonts w:ascii="Courier New" w:hAnsi="Courier New"/>
          <w:color w:val="555555"/>
          <w:sz w:val="20"/>
        </w:rPr>
        <w:t>[5 . 21]</w:t>
      </w:r>
    </w:p>
    <w:p>
      <w:r>
        <w:rPr>
          <w:rFonts w:ascii="Gentium Plus" w:hAnsi="Gentium Plus"/>
          <w:sz w:val="24"/>
        </w:rPr>
        <w:t>Κοινὰ τὰ φίλων.</w:t>
      </w:r>
    </w:p>
    <w:p>
      <w:r>
        <w:rPr>
          <w:rFonts w:ascii="Courier New" w:hAnsi="Courier New"/>
          <w:color w:val="555555"/>
          <w:sz w:val="20"/>
        </w:rPr>
        <w:t>[5 . 22]</w:t>
      </w:r>
    </w:p>
    <w:p>
      <w:r>
        <w:rPr>
          <w:rFonts w:ascii="Gentium Plus" w:hAnsi="Gentium Plus"/>
          <w:sz w:val="24"/>
        </w:rPr>
        <w:t>Κόπος κόπον λύει: ἐπὶ τῶν ἄγαν κεκοπωμένων.</w:t>
      </w:r>
    </w:p>
    <w:p>
      <w:r>
        <w:rPr>
          <w:rFonts w:ascii="Courier New" w:hAnsi="Courier New"/>
          <w:color w:val="555555"/>
          <w:sz w:val="20"/>
        </w:rPr>
        <w:t>[5 . 23]</w:t>
      </w:r>
    </w:p>
    <w:p>
      <w:r>
        <w:rPr>
          <w:rFonts w:ascii="Gentium Plus" w:hAnsi="Gentium Plus"/>
          <w:sz w:val="24"/>
        </w:rPr>
        <w:t>Κολοφῶνα ἐπέθηκεν: ἐπὶ τοῦ ἰσχυροῦ καὶ ἀδυνά‐ του· Κολοφώνιοι γὰρ σύνταγμα εἶχον πολεμικὸν, ὃ τοῖς δεομένοις ἐπικουρεῖν ἔπεμπον.</w:t>
      </w:r>
    </w:p>
    <w:p>
      <w:r>
        <w:rPr>
          <w:rFonts w:ascii="Courier New" w:hAnsi="Courier New"/>
          <w:color w:val="555555"/>
          <w:sz w:val="20"/>
        </w:rPr>
        <w:t>[5 . 24]</w:t>
      </w:r>
    </w:p>
    <w:p>
      <w:r>
        <w:rPr>
          <w:rFonts w:ascii="Gentium Plus" w:hAnsi="Gentium Plus"/>
          <w:sz w:val="24"/>
        </w:rPr>
        <w:t>Κολοφωνία ὕβρις: ἐπὶ τῶν διὰ πλοῦτον ὑβρίζειν ἐπαιρομένων.</w:t>
      </w:r>
    </w:p>
    <w:p>
      <w:r>
        <w:rPr>
          <w:rFonts w:ascii="Courier New" w:hAnsi="Courier New"/>
          <w:color w:val="555555"/>
          <w:sz w:val="20"/>
        </w:rPr>
        <w:t>[5 . 25]</w:t>
      </w:r>
    </w:p>
    <w:p>
      <w:r>
        <w:rPr>
          <w:rFonts w:ascii="Gentium Plus" w:hAnsi="Gentium Plus"/>
          <w:sz w:val="24"/>
        </w:rPr>
        <w:t>Κοσκίνου γῆρας: ἐπὶ τοῦ ἀχρήστου καὶ φαύλου.</w:t>
      </w:r>
    </w:p>
    <w:p>
      <w:r>
        <w:rPr>
          <w:rFonts w:ascii="Courier New" w:hAnsi="Courier New"/>
          <w:color w:val="555555"/>
          <w:sz w:val="20"/>
        </w:rPr>
        <w:t>[5 . 26]</w:t>
      </w:r>
    </w:p>
    <w:p>
      <w:r>
        <w:rPr>
          <w:rFonts w:ascii="Gentium Plus" w:hAnsi="Gentium Plus"/>
          <w:sz w:val="24"/>
        </w:rPr>
        <w:t>Κορίνθιον κακόν: ἴσως διὰ τὰς ἑταίρας.</w:t>
      </w:r>
    </w:p>
    <w:p>
      <w:r>
        <w:rPr>
          <w:rFonts w:ascii="Courier New" w:hAnsi="Courier New"/>
          <w:color w:val="555555"/>
          <w:sz w:val="20"/>
        </w:rPr>
        <w:t>[5 . 27]</w:t>
      </w:r>
    </w:p>
    <w:p>
      <w:r>
        <w:rPr>
          <w:rFonts w:ascii="Gentium Plus" w:hAnsi="Gentium Plus"/>
          <w:sz w:val="24"/>
        </w:rPr>
        <w:t>Κολοφώνιος χρυσός: ἐπὶ τῶν δοκιμωτάτων.</w:t>
      </w:r>
    </w:p>
    <w:p>
      <w:r>
        <w:rPr>
          <w:rFonts w:ascii="Courier New" w:hAnsi="Courier New"/>
          <w:color w:val="555555"/>
          <w:sz w:val="20"/>
        </w:rPr>
        <w:t>[5 . 28]</w:t>
      </w:r>
    </w:p>
    <w:p>
      <w:r>
        <w:rPr>
          <w:rFonts w:ascii="Gentium Plus" w:hAnsi="Gentium Plus"/>
          <w:sz w:val="24"/>
        </w:rPr>
        <w:t>Κρὴς πρὸς Αἰγινήτην: ἐπὶ τοῦ ὁμοίου κατὰ τὴν πανουργίαν.</w:t>
      </w:r>
    </w:p>
    <w:p>
      <w:r>
        <w:rPr>
          <w:rFonts w:ascii="Courier New" w:hAnsi="Courier New"/>
          <w:color w:val="555555"/>
          <w:sz w:val="20"/>
        </w:rPr>
        <w:t>[5 . 29]</w:t>
      </w:r>
    </w:p>
    <w:p>
      <w:r>
        <w:rPr>
          <w:rFonts w:ascii="Gentium Plus" w:hAnsi="Gentium Plus"/>
          <w:sz w:val="24"/>
        </w:rPr>
        <w:t>Κράμβην ἀλείφειν: ἐπὶ τοῦ μικρολόγου καὶ φειδωλοῦ.</w:t>
      </w:r>
    </w:p>
    <w:p>
      <w:r>
        <w:rPr>
          <w:rFonts w:ascii="Courier New" w:hAnsi="Courier New"/>
          <w:color w:val="555555"/>
          <w:sz w:val="20"/>
        </w:rPr>
        <w:t>[5 . 30]</w:t>
      </w:r>
    </w:p>
    <w:p>
      <w:r>
        <w:rPr>
          <w:rFonts w:ascii="Gentium Plus" w:hAnsi="Gentium Plus"/>
          <w:sz w:val="24"/>
        </w:rPr>
        <w:t>Κρητίζει ὁ κριτής: ἐπὶ τῶν ἐν τῷ κρίνειν ψευδομένων.</w:t>
      </w:r>
    </w:p>
    <w:p>
      <w:r>
        <w:rPr>
          <w:rFonts w:ascii="Courier New" w:hAnsi="Courier New"/>
          <w:color w:val="555555"/>
          <w:sz w:val="20"/>
        </w:rPr>
        <w:t>[5 . 31]</w:t>
      </w:r>
    </w:p>
    <w:p>
      <w:r>
        <w:rPr>
          <w:rFonts w:ascii="Gentium Plus" w:hAnsi="Gentium Plus"/>
          <w:sz w:val="24"/>
        </w:rPr>
        <w:t>Κριὸς τὰ τροφεῖα: ἐπὶ τῶν ἀχαρίστων. ἐπειδὴ τοὺς τρέφοντας ἐνίοτε κυρίττουσιν οἱ κριοί.</w:t>
      </w:r>
    </w:p>
    <w:p>
      <w:r>
        <w:rPr>
          <w:rFonts w:ascii="Courier New" w:hAnsi="Courier New"/>
          <w:color w:val="555555"/>
          <w:sz w:val="20"/>
        </w:rPr>
        <w:t>[5 . 32]</w:t>
      </w:r>
    </w:p>
    <w:p>
      <w:r>
        <w:rPr>
          <w:rFonts w:ascii="Gentium Plus" w:hAnsi="Gentium Plus"/>
          <w:sz w:val="24"/>
        </w:rPr>
        <w:t>Κύων σπεύδουσα τυφλὰ τίκτει: ἐπὶ τῶν διὰ σπουδὴν ἁμαρτανόντων.</w:t>
      </w:r>
    </w:p>
    <w:p>
      <w:r>
        <w:rPr>
          <w:rFonts w:ascii="Courier New" w:hAnsi="Courier New"/>
          <w:color w:val="555555"/>
          <w:sz w:val="20"/>
        </w:rPr>
        <w:t>[5 . 33]</w:t>
      </w:r>
    </w:p>
    <w:p>
      <w:r>
        <w:rPr>
          <w:rFonts w:ascii="Gentium Plus" w:hAnsi="Gentium Plus"/>
          <w:sz w:val="24"/>
        </w:rPr>
        <w:t>Κρότωνος ὑγιεινότερος: ἐπὶ τῶν πάνυ ἐῤῥωμένων καὶ ἰσχυρῶν.</w:t>
      </w:r>
    </w:p>
    <w:p>
      <w:r>
        <w:rPr>
          <w:rFonts w:ascii="Courier New" w:hAnsi="Courier New"/>
          <w:color w:val="555555"/>
          <w:sz w:val="20"/>
        </w:rPr>
        <w:t>[5 . 34]</w:t>
      </w:r>
    </w:p>
    <w:p>
      <w:r>
        <w:rPr>
          <w:rFonts w:ascii="Gentium Plus" w:hAnsi="Gentium Plus"/>
          <w:sz w:val="24"/>
        </w:rPr>
        <w:t>Κύων ἐν φάτνῃ: ἐπὶ τῶν μήτ’ ἀπολαυόντων μήτ’ ἄλλους ἐώντων.</w:t>
      </w:r>
    </w:p>
    <w:p>
      <w:r>
        <w:rPr>
          <w:rFonts w:ascii="Courier New" w:hAnsi="Courier New"/>
          <w:color w:val="555555"/>
          <w:sz w:val="20"/>
        </w:rPr>
        <w:t>[5 . 35]</w:t>
      </w:r>
    </w:p>
    <w:p>
      <w:r>
        <w:rPr>
          <w:rFonts w:ascii="Gentium Plus" w:hAnsi="Gentium Plus"/>
          <w:sz w:val="24"/>
        </w:rPr>
        <w:t>Κύων ἐν ῥόδοις: ἐπὶ τῶν ἐν μείζοσιν ἢ καθ’ ἑαυ‐ τοὺς διαιτωμένων.</w:t>
      </w:r>
    </w:p>
    <w:p>
      <w:r>
        <w:rPr>
          <w:rFonts w:ascii="Courier New" w:hAnsi="Courier New"/>
          <w:color w:val="555555"/>
          <w:sz w:val="20"/>
        </w:rPr>
        <w:t>[5 . 36]</w:t>
      </w:r>
    </w:p>
    <w:p>
      <w:r>
        <w:rPr>
          <w:rFonts w:ascii="Gentium Plus" w:hAnsi="Gentium Plus"/>
          <w:sz w:val="24"/>
        </w:rPr>
        <w:t>Κύων κυνὸς οὐχ ἅπτεται: ἐπὶ [τῶν] τοὺς ὁμοίους φυλαττομένων.</w:t>
      </w:r>
    </w:p>
    <w:p>
      <w:r>
        <w:rPr>
          <w:rFonts w:ascii="Courier New" w:hAnsi="Courier New"/>
          <w:color w:val="555555"/>
          <w:sz w:val="20"/>
        </w:rPr>
        <w:t>[5 . 37]</w:t>
      </w:r>
    </w:p>
    <w:p>
      <w:r>
        <w:rPr>
          <w:rFonts w:ascii="Gentium Plus" w:hAnsi="Gentium Plus"/>
          <w:sz w:val="24"/>
        </w:rPr>
        <w:t>Κυνὸς οὖς: ἐπὶ τῶν ὀξέως ἀκουόντων.</w:t>
      </w:r>
    </w:p>
    <w:p>
      <w:r>
        <w:rPr>
          <w:rFonts w:ascii="Courier New" w:hAnsi="Courier New"/>
          <w:color w:val="555555"/>
          <w:sz w:val="20"/>
        </w:rPr>
        <w:t>[5 . 38]</w:t>
      </w:r>
    </w:p>
    <w:p>
      <w:r>
        <w:rPr>
          <w:rFonts w:ascii="Gentium Plus" w:hAnsi="Gentium Plus"/>
          <w:sz w:val="24"/>
        </w:rPr>
        <w:t>Κυνικὸς θάνατος: ἐπὶ τοῦ χαλεποῦ· παρόσον οἱ κύνες οὐ θάπτονται.</w:t>
      </w:r>
    </w:p>
    <w:p>
      <w:r>
        <w:rPr>
          <w:rFonts w:ascii="Courier New" w:hAnsi="Courier New"/>
          <w:color w:val="555555"/>
          <w:sz w:val="20"/>
        </w:rPr>
        <w:t>[5 . 39]</w:t>
      </w:r>
    </w:p>
    <w:p>
      <w:r>
        <w:rPr>
          <w:rFonts w:ascii="Gentium Plus" w:hAnsi="Gentium Plus"/>
          <w:sz w:val="24"/>
        </w:rPr>
        <w:t>Κύων παρ’ ἐντέροις: ἐπὶ τῶν μὴ δυναμένων ἀπο‐ λαύειν τῶν παρόντων· ἄχρηστα γὰρ ταῦτα καὶ δύσβρωτα καὶ δυσκατάποτα τοῖς κυσί.</w:t>
      </w:r>
    </w:p>
    <w:p>
      <w:r>
        <w:rPr>
          <w:rFonts w:ascii="Courier New" w:hAnsi="Courier New"/>
          <w:color w:val="555555"/>
          <w:sz w:val="20"/>
        </w:rPr>
        <w:t>[5 . 40]</w:t>
      </w:r>
    </w:p>
    <w:p>
      <w:r>
        <w:rPr>
          <w:rFonts w:ascii="Gentium Plus" w:hAnsi="Gentium Plus"/>
          <w:sz w:val="24"/>
        </w:rPr>
        <w:t>Κύκνειον μέλος: ἐπὶ τῶν τὰς τελευταίας φωνὰς ἀφιέντων.</w:t>
      </w:r>
    </w:p>
    <w:p>
      <w:r>
        <w:rPr>
          <w:rFonts w:ascii="Courier New" w:hAnsi="Courier New"/>
          <w:color w:val="555555"/>
          <w:sz w:val="20"/>
        </w:rPr>
        <w:t>[5 . 41]</w:t>
      </w:r>
    </w:p>
    <w:p>
      <w:r>
        <w:rPr>
          <w:rFonts w:ascii="Gentium Plus" w:hAnsi="Gentium Plus"/>
          <w:sz w:val="24"/>
        </w:rPr>
        <w:t>Κύλλου πήρα.</w:t>
      </w:r>
    </w:p>
    <w:p>
      <w:r>
        <w:rPr>
          <w:rFonts w:ascii="Courier New" w:hAnsi="Courier New"/>
          <w:color w:val="555555"/>
          <w:sz w:val="20"/>
        </w:rPr>
        <w:t>[5 . 42]</w:t>
      </w:r>
    </w:p>
    <w:p>
      <w:r>
        <w:rPr>
          <w:rFonts w:ascii="Gentium Plus" w:hAnsi="Gentium Plus"/>
          <w:sz w:val="24"/>
        </w:rPr>
        <w:t>***: ἐπὶ τῶν μὴ δυναμένων ὧν ἔχουσιν ἀπολαύειν.</w:t>
      </w:r>
    </w:p>
    <w:p>
      <w:r>
        <w:rPr>
          <w:rFonts w:ascii="Courier New" w:hAnsi="Courier New"/>
          <w:color w:val="555555"/>
          <w:sz w:val="20"/>
        </w:rPr>
        <w:t>[5 . 43]</w:t>
      </w:r>
    </w:p>
    <w:p>
      <w:r>
        <w:rPr>
          <w:rFonts w:ascii="Gentium Plus" w:hAnsi="Gentium Plus"/>
          <w:sz w:val="24"/>
        </w:rPr>
        <w:t>Κύματα μετρεῖ: ἐπὶ τῶν ἀνωφελῶς τι διαπραττομένων.</w:t>
      </w:r>
    </w:p>
    <w:p>
      <w:r>
        <w:rPr>
          <w:rFonts w:ascii="Courier New" w:hAnsi="Courier New"/>
          <w:color w:val="555555"/>
          <w:sz w:val="20"/>
        </w:rPr>
        <w:t>[5 . 44]</w:t>
      </w:r>
    </w:p>
    <w:p>
      <w:r>
        <w:rPr>
          <w:rFonts w:ascii="Gentium Plus" w:hAnsi="Gentium Plus"/>
          <w:sz w:val="24"/>
        </w:rPr>
        <w:t>Κυκλώπιος βίος: καὶ ἐπὶ ἀγρίου καὶ ἐπὶ ἑτοίμου.</w:t>
      </w:r>
    </w:p>
    <w:p>
      <w:r>
        <w:rPr>
          <w:rFonts w:ascii="Courier New" w:hAnsi="Courier New"/>
          <w:color w:val="555555"/>
          <w:sz w:val="20"/>
        </w:rPr>
        <w:t>[5 . 45]</w:t>
      </w:r>
    </w:p>
    <w:p>
      <w:r>
        <w:rPr>
          <w:rFonts w:ascii="Gentium Plus" w:hAnsi="Gentium Plus"/>
          <w:sz w:val="24"/>
        </w:rPr>
        <w:t>Κωφότερος καὶ ἀφωνότερος κίχλης.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Λ.</w:t>
      </w:r>
    </w:p>
    <w:p>
      <w:r>
        <w:rPr>
          <w:rFonts w:ascii="Courier New" w:hAnsi="Courier New"/>
          <w:color w:val="555555"/>
          <w:sz w:val="20"/>
        </w:rPr>
        <w:t>[5 . 46]</w:t>
      </w:r>
    </w:p>
    <w:p>
      <w:r>
        <w:rPr>
          <w:rFonts w:ascii="Gentium Plus" w:hAnsi="Gentium Plus"/>
          <w:sz w:val="24"/>
        </w:rPr>
        <w:t>Λαγὼς καθεύδει: ἐπὶ τῶν προσποιουμένων.</w:t>
      </w:r>
    </w:p>
    <w:p>
      <w:r>
        <w:rPr>
          <w:rFonts w:ascii="Courier New" w:hAnsi="Courier New"/>
          <w:color w:val="555555"/>
          <w:sz w:val="20"/>
        </w:rPr>
        <w:t>[5 . 47]</w:t>
      </w:r>
    </w:p>
    <w:p>
      <w:r>
        <w:rPr>
          <w:rFonts w:ascii="Gentium Plus" w:hAnsi="Gentium Plus"/>
          <w:sz w:val="24"/>
        </w:rPr>
        <w:t>Λάθε βιώσας: παρεγγυᾷ ἰδιοπραγμονεῖν. ἔστι δὲ Δημοκρίτου.</w:t>
      </w:r>
    </w:p>
    <w:p>
      <w:r>
        <w:rPr>
          <w:rFonts w:ascii="Courier New" w:hAnsi="Courier New"/>
          <w:color w:val="555555"/>
          <w:sz w:val="20"/>
        </w:rPr>
        <w:t>[5 . 48]</w:t>
      </w:r>
    </w:p>
    <w:p>
      <w:r>
        <w:rPr>
          <w:rFonts w:ascii="Gentium Plus" w:hAnsi="Gentium Plus"/>
          <w:sz w:val="24"/>
        </w:rPr>
        <w:t>Λαγὼν κατὰ πόδας χρὴ διώκειν: ἐπὶ τῶν κατὰ τρόπον ὀφειλόντων γίνεσθαι.</w:t>
      </w:r>
    </w:p>
    <w:p>
      <w:r>
        <w:rPr>
          <w:rFonts w:ascii="Courier New" w:hAnsi="Courier New"/>
          <w:color w:val="555555"/>
          <w:sz w:val="20"/>
        </w:rPr>
        <w:t>[5 . 49]</w:t>
      </w:r>
    </w:p>
    <w:p>
      <w:r>
        <w:rPr>
          <w:rFonts w:ascii="Gentium Plus" w:hAnsi="Gentium Plus"/>
          <w:sz w:val="24"/>
        </w:rPr>
        <w:t>Λαλίστερος χελιδόνος: καί· Λαλίστερος τρυ‐</w:t>
      </w:r>
    </w:p>
    <w:p>
      <w:r>
        <w:rPr>
          <w:rFonts w:ascii="Courier New" w:hAnsi="Courier New"/>
          <w:color w:val="555555"/>
          <w:sz w:val="20"/>
        </w:rPr>
        <w:t>[5 . 50]</w:t>
      </w:r>
    </w:p>
    <w:p>
      <w:r>
        <w:rPr>
          <w:rFonts w:ascii="Gentium Plus" w:hAnsi="Gentium Plus"/>
          <w:sz w:val="24"/>
        </w:rPr>
        <w:t>Λέοντα ξυρεῖν: ὁμοία τῇ Αἰθίοπα ῥύπτειν καὶ Εἰς ὕδωρ γράφειν.</w:t>
      </w:r>
    </w:p>
    <w:p>
      <w:r>
        <w:rPr>
          <w:rFonts w:ascii="Courier New" w:hAnsi="Courier New"/>
          <w:color w:val="555555"/>
          <w:sz w:val="20"/>
        </w:rPr>
        <w:t>[5 . 51]</w:t>
      </w:r>
    </w:p>
    <w:p>
      <w:r>
        <w:rPr>
          <w:rFonts w:ascii="Gentium Plus" w:hAnsi="Gentium Plus"/>
          <w:sz w:val="24"/>
        </w:rPr>
        <w:t>Λευκὴ ἡμέρα: ἤγουν ἀγαθή.</w:t>
      </w:r>
    </w:p>
    <w:p>
      <w:r>
        <w:rPr>
          <w:rFonts w:ascii="Courier New" w:hAnsi="Courier New"/>
          <w:color w:val="555555"/>
          <w:sz w:val="20"/>
        </w:rPr>
        <w:t>[5 . 52]</w:t>
      </w:r>
    </w:p>
    <w:p>
      <w:r>
        <w:rPr>
          <w:rFonts w:ascii="Gentium Plus" w:hAnsi="Gentium Plus"/>
          <w:sz w:val="24"/>
        </w:rPr>
        <w:t>Λευκὰς κορώνας: ἐπὶ τῶν ἀδυνάτων.</w:t>
      </w:r>
    </w:p>
    <w:p>
      <w:r>
        <w:rPr>
          <w:rFonts w:ascii="Courier New" w:hAnsi="Courier New"/>
          <w:color w:val="555555"/>
          <w:sz w:val="20"/>
        </w:rPr>
        <w:t>[5 . 53]</w:t>
      </w:r>
    </w:p>
    <w:p>
      <w:r>
        <w:rPr>
          <w:rFonts w:ascii="Gentium Plus" w:hAnsi="Gentium Plus"/>
          <w:sz w:val="24"/>
        </w:rPr>
        <w:t>Λευκὸς Ἑρμῆς: ἐπὶ τῶν ἄδικα μηχανωμένων καὶ λανθάνειν μὴ δυναμένων.</w:t>
      </w:r>
    </w:p>
    <w:p>
      <w:r>
        <w:rPr>
          <w:rFonts w:ascii="Courier New" w:hAnsi="Courier New"/>
          <w:color w:val="555555"/>
          <w:sz w:val="20"/>
        </w:rPr>
        <w:t>[5 . 54]</w:t>
      </w:r>
    </w:p>
    <w:p>
      <w:r>
        <w:rPr>
          <w:rFonts w:ascii="Gentium Plus" w:hAnsi="Gentium Plus"/>
          <w:sz w:val="24"/>
        </w:rPr>
        <w:t>Λέων ξίφος ἔχων: ἐπὶ τῶν προσθήκην λαβόντων ἧς εἶχον ἀνδρίας.</w:t>
      </w:r>
    </w:p>
    <w:p>
      <w:r>
        <w:rPr>
          <w:rFonts w:ascii="Courier New" w:hAnsi="Courier New"/>
          <w:color w:val="555555"/>
          <w:sz w:val="20"/>
        </w:rPr>
        <w:t>[5 . 55]</w:t>
      </w:r>
    </w:p>
    <w:p>
      <w:r>
        <w:rPr>
          <w:rFonts w:ascii="Gentium Plus" w:hAnsi="Gentium Plus"/>
          <w:sz w:val="24"/>
        </w:rPr>
        <w:t>Λευκῶν ἀνδρῶν οὐδὲν ὄφελος.</w:t>
      </w:r>
    </w:p>
    <w:p>
      <w:r>
        <w:rPr>
          <w:rFonts w:ascii="Courier New" w:hAnsi="Courier New"/>
          <w:color w:val="555555"/>
          <w:sz w:val="20"/>
        </w:rPr>
        <w:t>[5 . 56]</w:t>
      </w:r>
    </w:p>
    <w:p>
      <w:r>
        <w:rPr>
          <w:rFonts w:ascii="Gentium Plus" w:hAnsi="Gentium Plus"/>
          <w:sz w:val="24"/>
        </w:rPr>
        <w:t>Λέων ἐν πέδαις.</w:t>
      </w:r>
    </w:p>
    <w:p>
      <w:r>
        <w:rPr>
          <w:rFonts w:ascii="Courier New" w:hAnsi="Courier New"/>
          <w:color w:val="555555"/>
          <w:sz w:val="20"/>
        </w:rPr>
        <w:t>[5 . 57]</w:t>
      </w:r>
    </w:p>
    <w:p>
      <w:r>
        <w:rPr>
          <w:rFonts w:ascii="Gentium Plus" w:hAnsi="Gentium Plus"/>
          <w:sz w:val="24"/>
        </w:rPr>
        <w:t>Λευκὴ ψῆφος: ἐπὶ τῶν νικώντων.</w:t>
      </w:r>
    </w:p>
    <w:p>
      <w:r>
        <w:rPr>
          <w:rFonts w:ascii="Courier New" w:hAnsi="Courier New"/>
          <w:color w:val="555555"/>
          <w:sz w:val="20"/>
        </w:rPr>
        <w:t>[5 . 58]</w:t>
      </w:r>
    </w:p>
    <w:p>
      <w:r>
        <w:rPr>
          <w:rFonts w:ascii="Gentium Plus" w:hAnsi="Gentium Plus"/>
          <w:sz w:val="24"/>
        </w:rPr>
        <w:t>Λερναία χολή: ἐπὶ τῶν ὀργίλων καὶ τραχέων. ἀπὸ τῆς Ὕδρας.</w:t>
      </w:r>
    </w:p>
    <w:p>
      <w:r>
        <w:rPr>
          <w:rFonts w:ascii="Courier New" w:hAnsi="Courier New"/>
          <w:color w:val="555555"/>
          <w:sz w:val="20"/>
        </w:rPr>
        <w:t>[5 . 59]</w:t>
      </w:r>
    </w:p>
    <w:p>
      <w:r>
        <w:rPr>
          <w:rFonts w:ascii="Gentium Plus" w:hAnsi="Gentium Plus"/>
          <w:sz w:val="24"/>
        </w:rPr>
        <w:t>Λήθαργος κύων: ἐπὶ τῶν λάθρα καὶ σιωπῇ κακῶς τινα διαπραττομένων.</w:t>
      </w:r>
    </w:p>
    <w:p>
      <w:r>
        <w:rPr>
          <w:rFonts w:ascii="Courier New" w:hAnsi="Courier New"/>
          <w:color w:val="555555"/>
          <w:sz w:val="20"/>
        </w:rPr>
        <w:t>[5 . 60]</w:t>
      </w:r>
    </w:p>
    <w:p>
      <w:r>
        <w:rPr>
          <w:rFonts w:ascii="Gentium Plus" w:hAnsi="Gentium Plus"/>
          <w:sz w:val="24"/>
        </w:rPr>
        <w:t>Λήμνιον κακόν: ἐπὶ τῶν σφόδρα ὠμῶν. καί· Λή‐ μνιον βλέπεις: τῇ πρὸ αὐτῆς ὁμοία.</w:t>
      </w:r>
    </w:p>
    <w:p>
      <w:r>
        <w:rPr>
          <w:rFonts w:ascii="Courier New" w:hAnsi="Courier New"/>
          <w:color w:val="555555"/>
          <w:sz w:val="20"/>
        </w:rPr>
        <w:t>[5 . 61]</w:t>
      </w:r>
    </w:p>
    <w:p>
      <w:r>
        <w:rPr>
          <w:rFonts w:ascii="Gentium Plus" w:hAnsi="Gentium Plus"/>
          <w:sz w:val="24"/>
        </w:rPr>
        <w:t>Λίθῳ λαλεῖς: ἐπὶ τῶν ἀναισθήτων.</w:t>
      </w:r>
    </w:p>
    <w:p>
      <w:r>
        <w:rPr>
          <w:rFonts w:ascii="Courier New" w:hAnsi="Courier New"/>
          <w:color w:val="555555"/>
          <w:sz w:val="20"/>
        </w:rPr>
        <w:t>[5 . 62]</w:t>
      </w:r>
    </w:p>
    <w:p>
      <w:r>
        <w:rPr>
          <w:rFonts w:ascii="Gentium Plus" w:hAnsi="Gentium Plus"/>
          <w:sz w:val="24"/>
        </w:rPr>
        <w:t>Λιβυκὸν θηρίον: ἐπὶ τῶν ποικίλων καὶ δολίων.</w:t>
      </w:r>
    </w:p>
    <w:p>
      <w:r>
        <w:rPr>
          <w:rFonts w:ascii="Courier New" w:hAnsi="Courier New"/>
          <w:color w:val="555555"/>
          <w:sz w:val="20"/>
        </w:rPr>
        <w:t>[5 . 63]</w:t>
      </w:r>
    </w:p>
    <w:p>
      <w:r>
        <w:rPr>
          <w:rFonts w:ascii="Gentium Plus" w:hAnsi="Gentium Plus"/>
          <w:sz w:val="24"/>
        </w:rPr>
        <w:t>Λίθον ἕψειν: ἐπὶ τῶν ἀδυνάτοις ἐπιχειρούντων.</w:t>
      </w:r>
    </w:p>
    <w:p>
      <w:r>
        <w:rPr>
          <w:rFonts w:ascii="Courier New" w:hAnsi="Courier New"/>
          <w:color w:val="555555"/>
          <w:sz w:val="20"/>
        </w:rPr>
        <w:t>[5 . 64]</w:t>
      </w:r>
    </w:p>
    <w:p>
      <w:r>
        <w:rPr>
          <w:rFonts w:ascii="Gentium Plus" w:hAnsi="Gentium Plus"/>
          <w:sz w:val="24"/>
        </w:rPr>
        <w:t>Λιμοῦ πεδίον: ἐπὶ τῶν ὑπὸ λιμοῦ πιεζομένων.</w:t>
      </w:r>
    </w:p>
    <w:p>
      <w:r>
        <w:rPr>
          <w:rFonts w:ascii="Courier New" w:hAnsi="Courier New"/>
          <w:color w:val="555555"/>
          <w:sz w:val="20"/>
        </w:rPr>
        <w:t>[5 . 65]</w:t>
      </w:r>
    </w:p>
    <w:p>
      <w:r>
        <w:rPr>
          <w:rFonts w:ascii="Gentium Plus" w:hAnsi="Gentium Plus"/>
          <w:sz w:val="24"/>
        </w:rPr>
        <w:t>Λοκροὶ τὰς συνθήκας: ἐπὶ τῶν παραβαινόντων τὰς συνθήκας.</w:t>
      </w:r>
    </w:p>
    <w:p>
      <w:r>
        <w:rPr>
          <w:rFonts w:ascii="Courier New" w:hAnsi="Courier New"/>
          <w:color w:val="555555"/>
          <w:sz w:val="20"/>
        </w:rPr>
        <w:t>[5 . 66]</w:t>
      </w:r>
    </w:p>
    <w:p>
      <w:r>
        <w:rPr>
          <w:rFonts w:ascii="Gentium Plus" w:hAnsi="Gentium Plus"/>
          <w:sz w:val="24"/>
        </w:rPr>
        <w:t>Λοκρικὸς βοῦς: ἐπὶ τῶν εὐτελῶν.</w:t>
      </w:r>
    </w:p>
    <w:p>
      <w:r>
        <w:rPr>
          <w:rFonts w:ascii="Courier New" w:hAnsi="Courier New"/>
          <w:color w:val="555555"/>
          <w:sz w:val="20"/>
        </w:rPr>
        <w:t>[5 . 67]</w:t>
      </w:r>
    </w:p>
    <w:p>
      <w:r>
        <w:rPr>
          <w:rFonts w:ascii="Gentium Plus" w:hAnsi="Gentium Plus"/>
          <w:sz w:val="24"/>
        </w:rPr>
        <w:t>Λόγοι λόγους τίκτουσιν: ἐπὶ τῶν ἐκ πολυλογίας εἰς ἔριν καθισταμένων.</w:t>
      </w:r>
    </w:p>
    <w:p>
      <w:r>
        <w:rPr>
          <w:rFonts w:ascii="Courier New" w:hAnsi="Courier New"/>
          <w:color w:val="555555"/>
          <w:sz w:val="20"/>
        </w:rPr>
        <w:t>[5 . 68]</w:t>
      </w:r>
    </w:p>
    <w:p>
      <w:r>
        <w:rPr>
          <w:rFonts w:ascii="Gentium Plus" w:hAnsi="Gentium Plus"/>
          <w:sz w:val="24"/>
        </w:rPr>
        <w:t>Λύκου πτερά: ἐπὶ τῶν μηδενὸς ὄντων ἀξίων καὶ ἀδυνάτων, ὅταν μέχρι τῶν λόγων ὁ φόβος στῇ.</w:t>
      </w:r>
    </w:p>
    <w:p>
      <w:r>
        <w:rPr>
          <w:rFonts w:ascii="Courier New" w:hAnsi="Courier New"/>
          <w:color w:val="555555"/>
          <w:sz w:val="20"/>
        </w:rPr>
        <w:t>[5 . 69]</w:t>
      </w:r>
    </w:p>
    <w:p>
      <w:r>
        <w:rPr>
          <w:rFonts w:ascii="Gentium Plus" w:hAnsi="Gentium Plus"/>
          <w:sz w:val="24"/>
        </w:rPr>
        <w:t>Λύκου στέγη: ἐπὶ τῶν πενομένων.</w:t>
      </w:r>
    </w:p>
    <w:p>
      <w:r>
        <w:rPr>
          <w:rFonts w:ascii="Courier New" w:hAnsi="Courier New"/>
          <w:color w:val="555555"/>
          <w:sz w:val="20"/>
        </w:rPr>
        <w:t>[5 . 70]</w:t>
      </w:r>
    </w:p>
    <w:p>
      <w:r>
        <w:rPr>
          <w:rFonts w:ascii="Gentium Plus" w:hAnsi="Gentium Plus"/>
          <w:sz w:val="24"/>
        </w:rPr>
        <w:t>Λύκων φιλία: ἡ προσποιητός.</w:t>
      </w:r>
    </w:p>
    <w:p>
      <w:r>
        <w:rPr>
          <w:rFonts w:ascii="Courier New" w:hAnsi="Courier New"/>
          <w:color w:val="555555"/>
          <w:sz w:val="20"/>
        </w:rPr>
        <w:t>[5 . 71]</w:t>
      </w:r>
    </w:p>
    <w:p>
      <w:r>
        <w:rPr>
          <w:rFonts w:ascii="Gentium Plus" w:hAnsi="Gentium Plus"/>
          <w:sz w:val="24"/>
        </w:rPr>
        <w:t>Λύκος ἐν αἰτίᾳ γίνεται κἂν φέρῃ κἂν μὴ φέρῃ.</w:t>
      </w:r>
    </w:p>
    <w:p>
      <w:r>
        <w:rPr>
          <w:rFonts w:ascii="Courier New" w:hAnsi="Courier New"/>
          <w:color w:val="555555"/>
          <w:sz w:val="20"/>
        </w:rPr>
        <w:t>[5 . 72]</w:t>
      </w:r>
    </w:p>
    <w:p>
      <w:r>
        <w:rPr>
          <w:rFonts w:ascii="Gentium Plus" w:hAnsi="Gentium Plus"/>
          <w:sz w:val="24"/>
        </w:rPr>
        <w:t>Λύκων αὐλή: ἐπὶ τῶν πονηρῶν καὶ λεπτῶν.</w:t>
      </w:r>
    </w:p>
    <w:p>
      <w:r>
        <w:rPr>
          <w:rFonts w:ascii="Courier New" w:hAnsi="Courier New"/>
          <w:color w:val="555555"/>
          <w:sz w:val="20"/>
        </w:rPr>
        <w:t>[5 . 73]</w:t>
      </w:r>
    </w:p>
    <w:p>
      <w:r>
        <w:rPr>
          <w:rFonts w:ascii="Gentium Plus" w:hAnsi="Gentium Plus"/>
          <w:sz w:val="24"/>
        </w:rPr>
        <w:t>Λύκου ῥήματα.</w:t>
      </w:r>
    </w:p>
    <w:p>
      <w:r>
        <w:rPr>
          <w:rFonts w:ascii="Courier New" w:hAnsi="Courier New"/>
          <w:color w:val="555555"/>
          <w:sz w:val="20"/>
        </w:rPr>
        <w:t>[5 . 74]</w:t>
      </w:r>
    </w:p>
    <w:p>
      <w:r>
        <w:rPr>
          <w:rFonts w:ascii="Gentium Plus" w:hAnsi="Gentium Plus"/>
          <w:sz w:val="24"/>
        </w:rPr>
        <w:t>Λύκου δεκάς: ἐπὶ τῶν πονηρῶν καὶ προδοτῶν.</w:t>
      </w:r>
    </w:p>
    <w:p>
      <w:r>
        <w:rPr>
          <w:rFonts w:ascii="Courier New" w:hAnsi="Courier New"/>
          <w:color w:val="555555"/>
          <w:sz w:val="20"/>
        </w:rPr>
        <w:t>[5 . 75]</w:t>
      </w:r>
    </w:p>
    <w:p>
      <w:r>
        <w:rPr>
          <w:rFonts w:ascii="Gentium Plus" w:hAnsi="Gentium Plus"/>
          <w:sz w:val="24"/>
        </w:rPr>
        <w:t>Λυδία λίθος: ἐπὶ τῶν ἀκριβῶς ἐξεταζόντων καὶ δια‐ κρινόντων τὰ πράγματα.</w:t>
      </w:r>
    </w:p>
    <w:p>
      <w:r>
        <w:rPr>
          <w:rFonts w:ascii="Courier New" w:hAnsi="Courier New"/>
          <w:color w:val="555555"/>
          <w:sz w:val="20"/>
        </w:rPr>
        <w:t>[5 . 76]</w:t>
      </w:r>
    </w:p>
    <w:p>
      <w:r>
        <w:rPr>
          <w:rFonts w:ascii="Gentium Plus" w:hAnsi="Gentium Plus"/>
          <w:sz w:val="24"/>
        </w:rPr>
        <w:t>Λύκος ἔχανεν: ἐπὶ τῶν μάτην ἐλπισάντων.</w:t>
      </w:r>
    </w:p>
    <w:p>
      <w:r>
        <w:rPr>
          <w:rFonts w:ascii="Courier New" w:hAnsi="Courier New"/>
          <w:color w:val="555555"/>
          <w:sz w:val="20"/>
        </w:rPr>
        <w:t>[5 . 77]</w:t>
      </w:r>
    </w:p>
    <w:p>
      <w:r>
        <w:rPr>
          <w:rFonts w:ascii="Gentium Plus" w:hAnsi="Gentium Plus"/>
          <w:sz w:val="24"/>
        </w:rPr>
        <w:t>Λύλλος εἶ: ἤγουν μωρός· τοιοῦτος γὰρ ὁ Λύλλος ἦν.</w:t>
      </w:r>
    </w:p>
    <w:p>
      <w:r>
        <w:rPr>
          <w:rFonts w:ascii="Courier New" w:hAnsi="Courier New"/>
          <w:color w:val="555555"/>
          <w:sz w:val="20"/>
        </w:rPr>
        <w:t>[5 . 78]</w:t>
      </w:r>
    </w:p>
    <w:p>
      <w:r>
        <w:rPr>
          <w:rFonts w:ascii="Gentium Plus" w:hAnsi="Gentium Plus"/>
          <w:sz w:val="24"/>
        </w:rPr>
        <w:t>Λυδὸς ἀποθνήσκει σοφὸς ἀνήρ: ἐπὶ Κροίσου τοῦτο εἴρηται.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Μ.</w:t>
      </w:r>
    </w:p>
    <w:p>
      <w:r>
        <w:rPr>
          <w:rFonts w:ascii="Courier New" w:hAnsi="Courier New"/>
          <w:color w:val="555555"/>
          <w:sz w:val="20"/>
        </w:rPr>
        <w:t>[5 . 79]</w:t>
      </w:r>
    </w:p>
    <w:p>
      <w:r>
        <w:rPr>
          <w:rFonts w:ascii="Gentium Plus" w:hAnsi="Gentium Plus"/>
          <w:sz w:val="24"/>
        </w:rPr>
        <w:t>Μαγνῆτις λίθος: ἐπὶ τῶν πρὸς ἑαυτοὺς ἐπισπωμέ‐ νων τινάς.</w:t>
      </w:r>
    </w:p>
    <w:p>
      <w:r>
        <w:rPr>
          <w:rFonts w:ascii="Courier New" w:hAnsi="Courier New"/>
          <w:color w:val="555555"/>
          <w:sz w:val="20"/>
        </w:rPr>
        <w:t>[5 . 80]</w:t>
      </w:r>
    </w:p>
    <w:p>
      <w:r>
        <w:rPr>
          <w:rFonts w:ascii="Gentium Plus" w:hAnsi="Gentium Plus"/>
          <w:sz w:val="24"/>
        </w:rPr>
        <w:t>Μαντικὸν ψυχή: ἐπὶ τῶν τὰ μέλλοντα προορωμένων.</w:t>
      </w:r>
    </w:p>
    <w:p>
      <w:r>
        <w:rPr>
          <w:rFonts w:ascii="Courier New" w:hAnsi="Courier New"/>
          <w:color w:val="555555"/>
          <w:sz w:val="20"/>
        </w:rPr>
        <w:t>[5 . 81]</w:t>
      </w:r>
    </w:p>
    <w:p>
      <w:r>
        <w:rPr>
          <w:rFonts w:ascii="Gentium Plus" w:hAnsi="Gentium Plus"/>
          <w:sz w:val="24"/>
        </w:rPr>
        <w:t>Μακάρων νῆσοι: ἐπὶ τῶν ἔκπλεα τἀγαθὰ δοκούν‐ των ἔχειν.</w:t>
      </w:r>
    </w:p>
    <w:p>
      <w:r>
        <w:rPr>
          <w:rFonts w:ascii="Courier New" w:hAnsi="Courier New"/>
          <w:color w:val="555555"/>
          <w:sz w:val="20"/>
        </w:rPr>
        <w:t>[5 . 82]</w:t>
      </w:r>
    </w:p>
    <w:p>
      <w:r>
        <w:rPr>
          <w:rFonts w:ascii="Gentium Plus" w:hAnsi="Gentium Plus"/>
          <w:sz w:val="24"/>
        </w:rPr>
        <w:t>Μελαμπύγῳ συντύχοι: οἱ δὲ, δασυπρώκτῳ.</w:t>
      </w:r>
    </w:p>
    <w:p>
      <w:r>
        <w:rPr>
          <w:rFonts w:ascii="Courier New" w:hAnsi="Courier New"/>
          <w:color w:val="555555"/>
          <w:sz w:val="20"/>
        </w:rPr>
        <w:t>[5 . 83]</w:t>
      </w:r>
    </w:p>
    <w:p>
      <w:r>
        <w:rPr>
          <w:rFonts w:ascii="Gentium Plus" w:hAnsi="Gentium Plus"/>
          <w:sz w:val="24"/>
        </w:rPr>
        <w:t>Μερὶς οὐ πνίγει.</w:t>
      </w:r>
    </w:p>
    <w:p>
      <w:r>
        <w:rPr>
          <w:rFonts w:ascii="Courier New" w:hAnsi="Courier New"/>
          <w:color w:val="555555"/>
          <w:sz w:val="20"/>
        </w:rPr>
        <w:t>[5 . 84]</w:t>
      </w:r>
    </w:p>
    <w:p>
      <w:r>
        <w:rPr>
          <w:rFonts w:ascii="Gentium Plus" w:hAnsi="Gentium Plus"/>
          <w:sz w:val="24"/>
        </w:rPr>
        <w:t>Μέλιτος μυελός: ἐπὶ τοῦ πάνυ ἡδέος.</w:t>
      </w:r>
    </w:p>
    <w:p>
      <w:r>
        <w:rPr>
          <w:rFonts w:ascii="Courier New" w:hAnsi="Courier New"/>
          <w:color w:val="555555"/>
          <w:sz w:val="20"/>
        </w:rPr>
        <w:t>[5 . 85]</w:t>
      </w:r>
    </w:p>
    <w:p>
      <w:r>
        <w:rPr>
          <w:rFonts w:ascii="Gentium Plus" w:hAnsi="Gentium Plus"/>
          <w:sz w:val="24"/>
        </w:rPr>
        <w:t>Μετὰ τὴν ἐν Μαραθῶνι μάχην: καί· Μετὰ τὸν πόλεμον ἡ συμμαχία.</w:t>
      </w:r>
    </w:p>
    <w:p>
      <w:r>
        <w:rPr>
          <w:rFonts w:ascii="Courier New" w:hAnsi="Courier New"/>
          <w:color w:val="555555"/>
          <w:sz w:val="20"/>
        </w:rPr>
        <w:t>[5 . 86]</w:t>
      </w:r>
    </w:p>
    <w:p>
      <w:r>
        <w:rPr>
          <w:rFonts w:ascii="Gentium Plus" w:hAnsi="Gentium Plus"/>
          <w:sz w:val="24"/>
        </w:rPr>
        <w:t>Μέγα φρονεῖ μᾶλλον ἢ Πηλεὺς ἐπὶ τῇ μαχαίρᾳ: ἐπὶ τῶν ἐπὶ τοῖς τιμίοις μεγαλαυχούντων· παρόσον σωφρο‐ σύνης ἕνεκα παρὰ θεῶν ἡφαιστότευκτος ἐδωρήθη τῷ Πηλεῖ μάχαιρα.</w:t>
      </w:r>
    </w:p>
    <w:p>
      <w:r>
        <w:rPr>
          <w:rFonts w:ascii="Courier New" w:hAnsi="Courier New"/>
          <w:color w:val="555555"/>
          <w:sz w:val="20"/>
        </w:rPr>
        <w:t>[5 . 87]</w:t>
      </w:r>
    </w:p>
    <w:p>
      <w:r>
        <w:rPr>
          <w:rFonts w:ascii="Gentium Plus" w:hAnsi="Gentium Plus"/>
          <w:sz w:val="24"/>
        </w:rPr>
        <w:t>Μεγαρέων δάκρυα: ἐπὶ τῶν σφόδρα κλαιόντων.</w:t>
      </w:r>
    </w:p>
    <w:p>
      <w:r>
        <w:rPr>
          <w:rFonts w:ascii="Courier New" w:hAnsi="Courier New"/>
          <w:color w:val="555555"/>
          <w:sz w:val="20"/>
        </w:rPr>
        <w:t>[5 . 88]</w:t>
      </w:r>
    </w:p>
    <w:p>
      <w:r>
        <w:rPr>
          <w:rFonts w:ascii="Gentium Plus" w:hAnsi="Gentium Plus"/>
          <w:sz w:val="24"/>
        </w:rPr>
        <w:t>Μηδὲν ὑπὲρ τὸν καλάποδα: παρεγγυᾷ, μηδὲν ὑπὲρ τὸ μέτρον πράττειν.</w:t>
      </w:r>
    </w:p>
    <w:p>
      <w:r>
        <w:rPr>
          <w:rFonts w:ascii="Courier New" w:hAnsi="Courier New"/>
          <w:color w:val="555555"/>
          <w:sz w:val="20"/>
        </w:rPr>
        <w:t>[5 . 89]</w:t>
      </w:r>
    </w:p>
    <w:p>
      <w:r>
        <w:rPr>
          <w:rFonts w:ascii="Gentium Plus" w:hAnsi="Gentium Plus"/>
          <w:sz w:val="24"/>
        </w:rPr>
        <w:t>Μὴ σπεῦδε πλουτεῖν καὶ † ταχέως πλουτεῖς.</w:t>
      </w:r>
    </w:p>
    <w:p>
      <w:r>
        <w:rPr>
          <w:rFonts w:ascii="Courier New" w:hAnsi="Courier New"/>
          <w:color w:val="555555"/>
          <w:sz w:val="20"/>
        </w:rPr>
        <w:t>[5 . 90]</w:t>
      </w:r>
    </w:p>
    <w:p>
      <w:r>
        <w:rPr>
          <w:rFonts w:ascii="Gentium Plus" w:hAnsi="Gentium Plus"/>
          <w:sz w:val="24"/>
        </w:rPr>
        <w:t>Μηδὲν ἄγαν: ἑνὸς τῶν ἑπτὰ σοφῶν τὸ ἀπόφθεγμα.</w:t>
      </w:r>
    </w:p>
    <w:p>
      <w:r>
        <w:rPr>
          <w:rFonts w:ascii="Courier New" w:hAnsi="Courier New"/>
          <w:color w:val="555555"/>
          <w:sz w:val="20"/>
        </w:rPr>
        <w:t>[5 . 91]</w:t>
      </w:r>
    </w:p>
    <w:p>
      <w:r>
        <w:rPr>
          <w:rFonts w:ascii="Gentium Plus" w:hAnsi="Gentium Plus"/>
          <w:sz w:val="24"/>
        </w:rPr>
        <w:t>Μὴ κινεῖν κακὸν εὖ κείμενον: ἐπὶ τῶν ἑαυτοῖς ἐξ ἀγνοίας πράγματα ἐγειρόντων.</w:t>
      </w:r>
    </w:p>
    <w:p>
      <w:r>
        <w:rPr>
          <w:rFonts w:ascii="Courier New" w:hAnsi="Courier New"/>
          <w:color w:val="555555"/>
          <w:sz w:val="20"/>
        </w:rPr>
        <w:t>[5 . 92]</w:t>
      </w:r>
    </w:p>
    <w:p>
      <w:r>
        <w:rPr>
          <w:rFonts w:ascii="Gentium Plus" w:hAnsi="Gentium Plus"/>
          <w:sz w:val="24"/>
        </w:rPr>
        <w:t>Μὴ μεγάλα λέγε: κατὰ παραίνεσιν.</w:t>
      </w:r>
    </w:p>
    <w:p>
      <w:r>
        <w:rPr>
          <w:rFonts w:ascii="Courier New" w:hAnsi="Courier New"/>
          <w:color w:val="555555"/>
          <w:sz w:val="20"/>
        </w:rPr>
        <w:t>[5 . 93]</w:t>
      </w:r>
    </w:p>
    <w:p>
      <w:r>
        <w:rPr>
          <w:rFonts w:ascii="Gentium Plus" w:hAnsi="Gentium Plus"/>
          <w:sz w:val="24"/>
        </w:rPr>
        <w:t>Μὴ πῦρ ἐπὶ πῦρ: παρεγγυᾷ, μὴ κακοῖς ἐπισωρεύειν κακά.</w:t>
      </w:r>
    </w:p>
    <w:p>
      <w:r>
        <w:rPr>
          <w:rFonts w:ascii="Courier New" w:hAnsi="Courier New"/>
          <w:color w:val="555555"/>
          <w:sz w:val="20"/>
        </w:rPr>
        <w:t>[5 . 94]</w:t>
      </w:r>
    </w:p>
    <w:p>
      <w:r>
        <w:rPr>
          <w:rFonts w:ascii="Gentium Plus" w:hAnsi="Gentium Plus"/>
          <w:sz w:val="24"/>
        </w:rPr>
        <w:t>Μὴ παιδὶ ξίφος: ἐπὶ τῶν τὰ ἀσύμφορά τισι διδόντων.</w:t>
      </w:r>
    </w:p>
    <w:p>
      <w:r>
        <w:rPr>
          <w:rFonts w:ascii="Courier New" w:hAnsi="Courier New"/>
          <w:color w:val="555555"/>
          <w:sz w:val="20"/>
        </w:rPr>
        <w:t>[5 . 95]</w:t>
      </w:r>
    </w:p>
    <w:p>
      <w:r>
        <w:rPr>
          <w:rFonts w:ascii="Gentium Plus" w:hAnsi="Gentium Plus"/>
          <w:sz w:val="24"/>
        </w:rPr>
        <w:t>Μηδὲ μέλι, μηδὲ μελίσσας: ἐπὶ τῶν μὴ βουλο‐ μένων παθεῖν τι φαῦλον μετὰ ἀγαθοῦ.</w:t>
      </w:r>
    </w:p>
    <w:p>
      <w:r>
        <w:rPr>
          <w:rFonts w:ascii="Courier New" w:hAnsi="Courier New"/>
          <w:color w:val="555555"/>
          <w:sz w:val="20"/>
        </w:rPr>
        <w:t>[5 . 96]</w:t>
      </w:r>
    </w:p>
    <w:p>
      <w:r>
        <w:rPr>
          <w:rFonts w:ascii="Gentium Plus" w:hAnsi="Gentium Plus"/>
          <w:sz w:val="24"/>
        </w:rPr>
        <w:t>Μὴ πρὸς ἐμὲ τὰ ποικίλα: ἀντὶ τοῦ, τὰς τέχνας.</w:t>
      </w:r>
    </w:p>
    <w:p>
      <w:r>
        <w:rPr>
          <w:rFonts w:ascii="Courier New" w:hAnsi="Courier New"/>
          <w:color w:val="555555"/>
          <w:sz w:val="20"/>
        </w:rPr>
        <w:t>[5 . 97]</w:t>
      </w:r>
    </w:p>
    <w:p>
      <w:r>
        <w:rPr>
          <w:rFonts w:ascii="Gentium Plus" w:hAnsi="Gentium Plus"/>
          <w:sz w:val="24"/>
        </w:rPr>
        <w:t>Μὴ λόγους ἀντ’ ἀλφίτων.</w:t>
      </w:r>
    </w:p>
    <w:p>
      <w:r>
        <w:rPr>
          <w:rFonts w:ascii="Courier New" w:hAnsi="Courier New"/>
          <w:color w:val="555555"/>
          <w:sz w:val="20"/>
        </w:rPr>
        <w:t>[5 . 98]</w:t>
      </w:r>
    </w:p>
    <w:p>
      <w:r>
        <w:rPr>
          <w:rFonts w:ascii="Gentium Plus" w:hAnsi="Gentium Plus"/>
          <w:sz w:val="24"/>
        </w:rPr>
        <w:t>Μὴ κινεῖν ἀκίνητα.</w:t>
      </w:r>
    </w:p>
    <w:p>
      <w:r>
        <w:rPr>
          <w:rFonts w:ascii="Courier New" w:hAnsi="Courier New"/>
          <w:color w:val="555555"/>
          <w:sz w:val="20"/>
        </w:rPr>
        <w:t>[5 . 99]</w:t>
      </w:r>
    </w:p>
    <w:p>
      <w:r>
        <w:rPr>
          <w:rFonts w:ascii="Gentium Plus" w:hAnsi="Gentium Plus"/>
          <w:sz w:val="24"/>
        </w:rPr>
        <w:t>Μικρὸς ὄνος ἀεὶ πῶλος: ἐπὶ τῶν διὰ βραχύτητα ἡλικίας νέων ἀεὶ λογιζομένων.</w:t>
      </w:r>
    </w:p>
    <w:p>
      <w:r>
        <w:rPr>
          <w:rFonts w:ascii="Courier New" w:hAnsi="Courier New"/>
          <w:color w:val="555555"/>
          <w:sz w:val="20"/>
        </w:rPr>
        <w:t>[5 . 100]</w:t>
      </w:r>
    </w:p>
    <w:p>
      <w:r>
        <w:rPr>
          <w:rFonts w:ascii="Gentium Plus" w:hAnsi="Gentium Plus"/>
          <w:sz w:val="24"/>
        </w:rPr>
        <w:t>Μία μέλισσα μέλι οὐ ποιεῖ.</w:t>
      </w:r>
    </w:p>
    <w:p>
      <w:r>
        <w:rPr>
          <w:rFonts w:ascii="Courier New" w:hAnsi="Courier New"/>
          <w:color w:val="555555"/>
          <w:sz w:val="20"/>
        </w:rPr>
        <w:t>[6 . 1]</w:t>
      </w:r>
    </w:p>
    <w:p>
      <w:r>
        <w:rPr>
          <w:rFonts w:ascii="Gentium Plus" w:hAnsi="Gentium Plus"/>
          <w:sz w:val="24"/>
        </w:rPr>
        <w:t>Μία χελιδὼν ἔαρ οὐ ποιεῖ.</w:t>
      </w:r>
    </w:p>
    <w:p>
      <w:r>
        <w:rPr>
          <w:rFonts w:ascii="Courier New" w:hAnsi="Courier New"/>
          <w:color w:val="555555"/>
          <w:sz w:val="20"/>
        </w:rPr>
        <w:t>[6 . 2]</w:t>
      </w:r>
    </w:p>
    <w:p>
      <w:r>
        <w:rPr>
          <w:rFonts w:ascii="Gentium Plus" w:hAnsi="Gentium Plus"/>
          <w:sz w:val="24"/>
        </w:rPr>
        <w:t>Μικρὸν κακὸν, μέγα ἀγαθόν.</w:t>
      </w:r>
    </w:p>
    <w:p>
      <w:r>
        <w:rPr>
          <w:rFonts w:ascii="Courier New" w:hAnsi="Courier New"/>
          <w:color w:val="555555"/>
          <w:sz w:val="20"/>
        </w:rPr>
        <w:t>[6 . 3]</w:t>
      </w:r>
    </w:p>
    <w:p>
      <w:r>
        <w:rPr>
          <w:rFonts w:ascii="Gentium Plus" w:hAnsi="Gentium Plus"/>
          <w:sz w:val="24"/>
        </w:rPr>
        <w:t>Μυσῶν ἔσχατος: ἐπὶ τῶν ἐσχάτων καὶ ἀδόξων.</w:t>
      </w:r>
    </w:p>
    <w:p>
      <w:r>
        <w:rPr>
          <w:rFonts w:ascii="Courier New" w:hAnsi="Courier New"/>
          <w:color w:val="555555"/>
          <w:sz w:val="20"/>
        </w:rPr>
        <w:t>[6 . 4]</w:t>
      </w:r>
    </w:p>
    <w:p>
      <w:r>
        <w:rPr>
          <w:rFonts w:ascii="Gentium Plus" w:hAnsi="Gentium Plus"/>
          <w:sz w:val="24"/>
        </w:rPr>
        <w:t>Μῦθοι Καμαριναίων: οἱ μακροὶ λόγοι καὶ ληρώδεις.</w:t>
      </w:r>
    </w:p>
    <w:p>
      <w:r>
        <w:rPr>
          <w:rFonts w:ascii="Courier New" w:hAnsi="Courier New"/>
          <w:color w:val="555555"/>
          <w:sz w:val="20"/>
        </w:rPr>
        <w:t>[6 . 5]</w:t>
      </w:r>
    </w:p>
    <w:p>
      <w:r>
        <w:rPr>
          <w:rFonts w:ascii="Gentium Plus" w:hAnsi="Gentium Plus"/>
          <w:sz w:val="24"/>
        </w:rPr>
        <w:t>Μυσῶν λεία: ἐπὶ τῶν εὐαρπάκτων.</w:t>
      </w:r>
    </w:p>
    <w:p>
      <w:r>
        <w:rPr>
          <w:rFonts w:ascii="Courier New" w:hAnsi="Courier New"/>
          <w:color w:val="555555"/>
          <w:sz w:val="20"/>
        </w:rPr>
        <w:t>[6 . 6]</w:t>
      </w:r>
    </w:p>
    <w:p>
      <w:r>
        <w:rPr>
          <w:rFonts w:ascii="Gentium Plus" w:hAnsi="Gentium Plus"/>
          <w:sz w:val="24"/>
        </w:rPr>
        <w:t>Μῦς πίττης γεύῃ: ἐπὶ τῶν νεωστὶ κακοῖς ἐντυγ‐ χανόντων.</w:t>
      </w:r>
    </w:p>
    <w:p>
      <w:r>
        <w:rPr>
          <w:rFonts w:ascii="Courier New" w:hAnsi="Courier New"/>
          <w:color w:val="555555"/>
          <w:sz w:val="20"/>
        </w:rPr>
        <w:t>[6 . 7]</w:t>
      </w:r>
    </w:p>
    <w:p>
      <w:r>
        <w:rPr>
          <w:rFonts w:ascii="Gentium Plus" w:hAnsi="Gentium Plus"/>
          <w:sz w:val="24"/>
        </w:rPr>
        <w:t>Μωμήσεταί τις μᾶλλον ἢ μιμήσεται.</w:t>
      </w:r>
    </w:p>
    <w:p>
      <w:r>
        <w:rPr>
          <w:rFonts w:ascii="Courier New" w:hAnsi="Courier New"/>
          <w:color w:val="555555"/>
          <w:sz w:val="20"/>
        </w:rPr>
        <w:t>[6 . 8]</w:t>
      </w:r>
    </w:p>
    <w:p>
      <w:r>
        <w:rPr>
          <w:rFonts w:ascii="Gentium Plus" w:hAnsi="Gentium Plus"/>
          <w:sz w:val="24"/>
        </w:rPr>
        <w:t>Μωρότερος προβάτου: καί· Μωρότερος Μορύ‐</w:t>
      </w:r>
    </w:p>
    <w:p>
      <w:pPr>
        <w:jc w:val="center"/>
      </w:pPr>
      <w:r>
        <w:rPr>
          <w:rFonts w:ascii="Gentium Plus" w:hAnsi="Gentium Plus"/>
          <w:b/>
          <w:sz w:val="24"/>
        </w:rPr>
        <w:t>ΤΟ Ν.</w:t>
      </w:r>
    </w:p>
    <w:p>
      <w:r>
        <w:rPr>
          <w:rFonts w:ascii="Courier New" w:hAnsi="Courier New"/>
          <w:color w:val="555555"/>
          <w:sz w:val="20"/>
        </w:rPr>
        <w:t>[6 . 9]</w:t>
      </w:r>
    </w:p>
    <w:p>
      <w:r>
        <w:rPr>
          <w:rFonts w:ascii="Gentium Plus" w:hAnsi="Gentium Plus"/>
          <w:sz w:val="24"/>
        </w:rPr>
        <w:t>Ναῦς παλαιὰ πόντῳ οὐχὶ πλωΐμη: ἐπὶ τῶν εἰς μηδὲν συντελούντων.</w:t>
      </w:r>
    </w:p>
    <w:p>
      <w:r>
        <w:rPr>
          <w:rFonts w:ascii="Courier New" w:hAnsi="Courier New"/>
          <w:color w:val="555555"/>
          <w:sz w:val="20"/>
        </w:rPr>
        <w:t>[6 . 10]</w:t>
      </w:r>
    </w:p>
    <w:p>
      <w:r>
        <w:rPr>
          <w:rFonts w:ascii="Gentium Plus" w:hAnsi="Gentium Plus"/>
          <w:sz w:val="24"/>
        </w:rPr>
        <w:t>Νεκρῷ λέγουσα μύθους εἰς οὖς: ἐπὶ τῶν ἀναι‐ σθήτων.</w:t>
      </w:r>
    </w:p>
    <w:p>
      <w:r>
        <w:rPr>
          <w:rFonts w:ascii="Courier New" w:hAnsi="Courier New"/>
          <w:color w:val="555555"/>
          <w:sz w:val="20"/>
        </w:rPr>
        <w:t>[6 . 11]</w:t>
      </w:r>
    </w:p>
    <w:p>
      <w:r>
        <w:rPr>
          <w:rFonts w:ascii="Gentium Plus" w:hAnsi="Gentium Plus"/>
          <w:sz w:val="24"/>
        </w:rPr>
        <w:t>Νόμος καὶ χώρα: ἐπὶ τῶν ἰδίοις κεχρημένων ἤθεσι.</w:t>
      </w:r>
    </w:p>
    <w:p>
      <w:r>
        <w:rPr>
          <w:rFonts w:ascii="Courier New" w:hAnsi="Courier New"/>
          <w:color w:val="555555"/>
          <w:sz w:val="20"/>
        </w:rPr>
        <w:t>[6 . 12]</w:t>
      </w:r>
    </w:p>
    <w:p>
      <w:r>
        <w:rPr>
          <w:rFonts w:ascii="Gentium Plus" w:hAnsi="Gentium Plus"/>
          <w:sz w:val="24"/>
        </w:rPr>
        <w:t>Νοῦς οὐ παρὰ Κενταύροις: ἐπὶ τῶν ἐπιλησμόνων.</w:t>
      </w:r>
    </w:p>
    <w:p>
      <w:r>
        <w:rPr>
          <w:rFonts w:ascii="Courier New" w:hAnsi="Courier New"/>
          <w:color w:val="555555"/>
          <w:sz w:val="20"/>
        </w:rPr>
        <w:t>[6 . 13]</w:t>
      </w:r>
    </w:p>
    <w:p>
      <w:r>
        <w:rPr>
          <w:rFonts w:ascii="Gentium Plus" w:hAnsi="Gentium Plus"/>
          <w:sz w:val="24"/>
        </w:rPr>
        <w:t>Νὺξ ὑγρὰ: ἐπὶ τῶν συμβαινόντων χαλεπῷ.</w:t>
      </w:r>
    </w:p>
    <w:p>
      <w:r>
        <w:rPr>
          <w:rFonts w:ascii="Courier New" w:hAnsi="Courier New"/>
          <w:color w:val="555555"/>
          <w:sz w:val="20"/>
        </w:rPr>
        <w:t>[6 . 14]</w:t>
      </w:r>
    </w:p>
    <w:p>
      <w:r>
        <w:rPr>
          <w:rFonts w:ascii="Gentium Plus" w:hAnsi="Gentium Plus"/>
          <w:sz w:val="24"/>
        </w:rPr>
        <w:t>Νῷ πείθου: ὁμοία τῇ· Θεῷ ἕπου.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Ξ.</w:t>
      </w:r>
    </w:p>
    <w:p>
      <w:r>
        <w:rPr>
          <w:rFonts w:ascii="Courier New" w:hAnsi="Courier New"/>
          <w:color w:val="555555"/>
          <w:sz w:val="20"/>
        </w:rPr>
        <w:t>[6 . 15]</w:t>
      </w:r>
    </w:p>
    <w:p>
      <w:r>
        <w:rPr>
          <w:rFonts w:ascii="Gentium Plus" w:hAnsi="Gentium Plus"/>
          <w:sz w:val="24"/>
        </w:rPr>
        <w:t>Ξένον ξένιζε κἀπιχώριον ποίει: πρὸς τοὺς δεξι‐ οὺς καὶ φιλοξένους.</w:t>
      </w:r>
    </w:p>
    <w:p>
      <w:r>
        <w:rPr>
          <w:rFonts w:ascii="Courier New" w:hAnsi="Courier New"/>
          <w:color w:val="555555"/>
          <w:sz w:val="20"/>
        </w:rPr>
        <w:t>[6 . 16]</w:t>
      </w:r>
    </w:p>
    <w:p>
      <w:r>
        <w:rPr>
          <w:rFonts w:ascii="Gentium Plus" w:hAnsi="Gentium Plus"/>
          <w:sz w:val="24"/>
        </w:rPr>
        <w:t>Ξυνὸς Ἐνυάλιος: ἐπὶ τῶν κοινῇ τι εὑρισκομένων.</w:t>
      </w:r>
    </w:p>
    <w:p>
      <w:r>
        <w:rPr>
          <w:rFonts w:ascii="Courier New" w:hAnsi="Courier New"/>
          <w:color w:val="555555"/>
          <w:sz w:val="20"/>
        </w:rPr>
        <w:t>[6 . 17]</w:t>
      </w:r>
    </w:p>
    <w:p>
      <w:r>
        <w:rPr>
          <w:rFonts w:ascii="Gentium Plus" w:hAnsi="Gentium Plus"/>
          <w:sz w:val="24"/>
        </w:rPr>
        <w:t>Ξύλον ἀγκύλον οὐδέποτ’ ὀρθόν.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Ο.</w:t>
      </w:r>
    </w:p>
    <w:p>
      <w:r>
        <w:rPr>
          <w:rFonts w:ascii="Courier New" w:hAnsi="Courier New"/>
          <w:color w:val="555555"/>
          <w:sz w:val="20"/>
        </w:rPr>
        <w:t>[6 . 18]</w:t>
      </w:r>
    </w:p>
    <w:p>
      <w:r>
        <w:rPr>
          <w:rFonts w:ascii="Gentium Plus" w:hAnsi="Gentium Plus"/>
          <w:sz w:val="24"/>
        </w:rPr>
        <w:t>Ὁ βωμὸς πρὸς τὸ ἱερόν: ἐπὶ τῶν ἀλλήλοις ἀξίων καὶ ὁμοίων.</w:t>
      </w:r>
    </w:p>
    <w:p>
      <w:r>
        <w:rPr>
          <w:rFonts w:ascii="Courier New" w:hAnsi="Courier New"/>
          <w:color w:val="555555"/>
          <w:sz w:val="20"/>
        </w:rPr>
        <w:t>[6 . 19]</w:t>
      </w:r>
    </w:p>
    <w:p>
      <w:r>
        <w:rPr>
          <w:rFonts w:ascii="Gentium Plus" w:hAnsi="Gentium Plus"/>
          <w:sz w:val="24"/>
        </w:rPr>
        <w:t>Ὀβολοῦ τάριχος, δύο δ’ ὀβολῶν ἀρτύματα: ἐπὶ τῶν ἵνα μικρὰ κατορθώσωσι πλείονα δαπανώντων.</w:t>
      </w:r>
    </w:p>
    <w:p>
      <w:r>
        <w:rPr>
          <w:rFonts w:ascii="Courier New" w:hAnsi="Courier New"/>
          <w:color w:val="555555"/>
          <w:sz w:val="20"/>
        </w:rPr>
        <w:t>[6 . 20]</w:t>
      </w:r>
    </w:p>
    <w:p>
      <w:r>
        <w:rPr>
          <w:rFonts w:ascii="Gentium Plus" w:hAnsi="Gentium Plus"/>
          <w:sz w:val="24"/>
        </w:rPr>
        <w:t>Ὀδυσσεὺς Σισύφῳ συνῆλθεν. ἐπὶ τῶν ἐν παν‐ ουργίᾳ ὁμοίων.</w:t>
      </w:r>
    </w:p>
    <w:p>
      <w:r>
        <w:rPr>
          <w:rFonts w:ascii="Courier New" w:hAnsi="Courier New"/>
          <w:color w:val="555555"/>
          <w:sz w:val="20"/>
        </w:rPr>
        <w:t>[6 . 21]</w:t>
      </w:r>
    </w:p>
    <w:p>
      <w:r>
        <w:rPr>
          <w:rFonts w:ascii="Gentium Plus" w:hAnsi="Gentium Plus"/>
          <w:sz w:val="24"/>
        </w:rPr>
        <w:t>Ὁδοῦ παρούσης τὴν ἀτραπὸν ζητεῖς: ἐπὶ τῶν προδήλων.</w:t>
      </w:r>
    </w:p>
    <w:p>
      <w:r>
        <w:rPr>
          <w:rFonts w:ascii="Courier New" w:hAnsi="Courier New"/>
          <w:color w:val="555555"/>
          <w:sz w:val="20"/>
        </w:rPr>
        <w:t>[6 . 22]</w:t>
      </w:r>
    </w:p>
    <w:p>
      <w:r>
        <w:rPr>
          <w:rFonts w:ascii="Gentium Plus" w:hAnsi="Gentium Plus"/>
          <w:sz w:val="24"/>
        </w:rPr>
        <w:t>Ὁ ἐν Πάρῳ βωμός: ἐπὶ τῶν πολυτελῶς κατεσκευ‐ ασμένων.</w:t>
      </w:r>
    </w:p>
    <w:p>
      <w:r>
        <w:rPr>
          <w:rFonts w:ascii="Courier New" w:hAnsi="Courier New"/>
          <w:color w:val="555555"/>
          <w:sz w:val="20"/>
        </w:rPr>
        <w:t>[6 . 23]</w:t>
      </w:r>
    </w:p>
    <w:p>
      <w:r>
        <w:rPr>
          <w:rFonts w:ascii="Gentium Plus" w:hAnsi="Gentium Plus"/>
          <w:sz w:val="24"/>
        </w:rPr>
        <w:t>Ὁ ἐκ διαμέτρου βίος.</w:t>
      </w:r>
    </w:p>
    <w:p>
      <w:r>
        <w:rPr>
          <w:rFonts w:ascii="Courier New" w:hAnsi="Courier New"/>
          <w:color w:val="555555"/>
          <w:sz w:val="20"/>
        </w:rPr>
        <w:t>[6 . 24]</w:t>
      </w:r>
    </w:p>
    <w:p>
      <w:r>
        <w:rPr>
          <w:rFonts w:ascii="Gentium Plus" w:hAnsi="Gentium Plus"/>
          <w:sz w:val="24"/>
        </w:rPr>
        <w:t>Οἰδίποδος ἀραί: αἱ σφοδραί.</w:t>
      </w:r>
    </w:p>
    <w:p>
      <w:r>
        <w:rPr>
          <w:rFonts w:ascii="Courier New" w:hAnsi="Courier New"/>
          <w:color w:val="555555"/>
          <w:sz w:val="20"/>
        </w:rPr>
        <w:t>[6 . 25]</w:t>
      </w:r>
    </w:p>
    <w:p>
      <w:r>
        <w:rPr>
          <w:rFonts w:ascii="Gentium Plus" w:hAnsi="Gentium Plus"/>
          <w:sz w:val="24"/>
        </w:rPr>
        <w:t>Οἶνος ἄνωγε γέροντα καὶ οὐκ ἐθέλοντα χο‐ ρεύειν.</w:t>
      </w:r>
    </w:p>
    <w:p>
      <w:r>
        <w:rPr>
          <w:rFonts w:ascii="Courier New" w:hAnsi="Courier New"/>
          <w:color w:val="555555"/>
          <w:sz w:val="20"/>
        </w:rPr>
        <w:t>[6 . 26]</w:t>
      </w:r>
    </w:p>
    <w:p>
      <w:r>
        <w:rPr>
          <w:rFonts w:ascii="Gentium Plus" w:hAnsi="Gentium Plus"/>
          <w:sz w:val="24"/>
        </w:rPr>
        <w:t>Οἶνος καὶ ἀλήθεια: ἐπὶ τῶν ἐν μέθῃ τὴν ἀλή‐ θειαν λεγόντων.</w:t>
      </w:r>
    </w:p>
    <w:p>
      <w:r>
        <w:rPr>
          <w:rFonts w:ascii="Courier New" w:hAnsi="Courier New"/>
          <w:color w:val="555555"/>
          <w:sz w:val="20"/>
        </w:rPr>
        <w:t>[6 . 27]</w:t>
      </w:r>
    </w:p>
    <w:p>
      <w:r>
        <w:rPr>
          <w:rFonts w:ascii="Gentium Plus" w:hAnsi="Gentium Plus"/>
          <w:sz w:val="24"/>
        </w:rPr>
        <w:t>Ὅλῃ χειρί: λείπει ἢ εὐεργετεῖν ἢ ἀδικεῖν.</w:t>
      </w:r>
    </w:p>
    <w:p>
      <w:r>
        <w:rPr>
          <w:rFonts w:ascii="Courier New" w:hAnsi="Courier New"/>
          <w:color w:val="555555"/>
          <w:sz w:val="20"/>
        </w:rPr>
        <w:t>[6 . 28]</w:t>
      </w:r>
    </w:p>
    <w:p>
      <w:r>
        <w:rPr>
          <w:rFonts w:ascii="Gentium Plus" w:hAnsi="Gentium Plus"/>
          <w:sz w:val="24"/>
        </w:rPr>
        <w:t>Ὁ Λυδὸς τὴν ὄνον ἐλαύνει: ἐπὶ τῶν παρ’ ἀξίαν τι πραττόντων· παρόσον ἱππικώτατοι οἱ Λυδοί. ὁμοία δὲ ταύτῃ καὶ ἡ Ἀφ’ ἵππων ἐπ’ ὄνους.</w:t>
      </w:r>
    </w:p>
    <w:p>
      <w:r>
        <w:rPr>
          <w:rFonts w:ascii="Courier New" w:hAnsi="Courier New"/>
          <w:color w:val="555555"/>
          <w:sz w:val="20"/>
        </w:rPr>
        <w:t>[6 . 29]</w:t>
      </w:r>
    </w:p>
    <w:p>
      <w:r>
        <w:rPr>
          <w:rFonts w:ascii="Gentium Plus" w:hAnsi="Gentium Plus"/>
          <w:sz w:val="24"/>
        </w:rPr>
        <w:t>Ὁ λαγὼς καθ’ ἑαυτοῦ τὰ ἡδύσματα: ἐπὶ τῶν καθ’ ἑαυτῶν πραγματευομένων· ἐπείπερ ὁ λαγὼς αὐτὸς ἑαυτῷ γίνεται ἥδυσμα.</w:t>
      </w:r>
    </w:p>
    <w:p>
      <w:r>
        <w:rPr>
          <w:rFonts w:ascii="Courier New" w:hAnsi="Courier New"/>
          <w:color w:val="555555"/>
          <w:sz w:val="20"/>
        </w:rPr>
        <w:t>[6 . 30]</w:t>
      </w:r>
    </w:p>
    <w:p>
      <w:r>
        <w:rPr>
          <w:rFonts w:ascii="Gentium Plus" w:hAnsi="Gentium Plus"/>
          <w:sz w:val="24"/>
        </w:rPr>
        <w:t>Ὄμφακας βλέπει: ἐπὶ τῶν δριμὺ βλεπόντων καὶ ὀργιζομένων.</w:t>
      </w:r>
    </w:p>
    <w:p>
      <w:r>
        <w:rPr>
          <w:rFonts w:ascii="Courier New" w:hAnsi="Courier New"/>
          <w:color w:val="555555"/>
          <w:sz w:val="20"/>
        </w:rPr>
        <w:t>[6 . 31]</w:t>
      </w:r>
    </w:p>
    <w:p>
      <w:r>
        <w:rPr>
          <w:rFonts w:ascii="Gentium Plus" w:hAnsi="Gentium Plus"/>
          <w:sz w:val="24"/>
        </w:rPr>
        <w:t>Ὄνος εἰς Ἀθήνας: ἐπὶ τῶν ἀπαιδεύτων καὶ πλη‐</w:t>
      </w:r>
    </w:p>
    <w:p>
      <w:r>
        <w:rPr>
          <w:rFonts w:ascii="Courier New" w:hAnsi="Courier New"/>
          <w:color w:val="555555"/>
          <w:sz w:val="20"/>
        </w:rPr>
        <w:t>[6 . 32]</w:t>
      </w:r>
    </w:p>
    <w:p>
      <w:r>
        <w:rPr>
          <w:rFonts w:ascii="Gentium Plus" w:hAnsi="Gentium Plus"/>
          <w:sz w:val="24"/>
        </w:rPr>
        <w:t>Ὄνος ἵππον μιμούμενος: ἐπὶ τῶν ἀμαθῶς τινα ζηλούντων.</w:t>
      </w:r>
    </w:p>
    <w:p>
      <w:r>
        <w:rPr>
          <w:rFonts w:ascii="Courier New" w:hAnsi="Courier New"/>
          <w:color w:val="555555"/>
          <w:sz w:val="20"/>
        </w:rPr>
        <w:t>[6 . 33]</w:t>
      </w:r>
    </w:p>
    <w:p>
      <w:r>
        <w:rPr>
          <w:rFonts w:ascii="Gentium Plus" w:hAnsi="Gentium Plus"/>
          <w:sz w:val="24"/>
        </w:rPr>
        <w:t>Ὄνου γνάθος: ἐπὶ τοῦ ἀδηφάγου.</w:t>
      </w:r>
    </w:p>
    <w:p>
      <w:r>
        <w:rPr>
          <w:rFonts w:ascii="Courier New" w:hAnsi="Courier New"/>
          <w:color w:val="555555"/>
          <w:sz w:val="20"/>
        </w:rPr>
        <w:t>[6 . 34]</w:t>
      </w:r>
    </w:p>
    <w:p>
      <w:r>
        <w:rPr>
          <w:rFonts w:ascii="Gentium Plus" w:hAnsi="Gentium Plus"/>
          <w:sz w:val="24"/>
        </w:rPr>
        <w:t>Ὄνος ἄγει μυστήρια: ἐπὶ τῶν ἑτέροις κακοπα‐ θούντων καὶ εὐφροσύνην παρεχόντων.</w:t>
      </w:r>
    </w:p>
    <w:p>
      <w:r>
        <w:rPr>
          <w:rFonts w:ascii="Courier New" w:hAnsi="Courier New"/>
          <w:color w:val="555555"/>
          <w:sz w:val="20"/>
        </w:rPr>
        <w:t>[6 . 35]</w:t>
      </w:r>
    </w:p>
    <w:p>
      <w:r>
        <w:rPr>
          <w:rFonts w:ascii="Gentium Plus" w:hAnsi="Gentium Plus"/>
          <w:sz w:val="24"/>
        </w:rPr>
        <w:t>Ὄνου πόκοι: ἐπὶ τῶν ἀχρήστων.</w:t>
      </w:r>
    </w:p>
    <w:p>
      <w:r>
        <w:rPr>
          <w:rFonts w:ascii="Courier New" w:hAnsi="Courier New"/>
          <w:color w:val="555555"/>
          <w:sz w:val="20"/>
        </w:rPr>
        <w:t>[6 . 36]</w:t>
      </w:r>
    </w:p>
    <w:p>
      <w:r>
        <w:rPr>
          <w:rFonts w:ascii="Gentium Plus" w:hAnsi="Gentium Plus"/>
          <w:sz w:val="24"/>
        </w:rPr>
        <w:t>Ὄνου παρακύψεως: ἐπὶ τῶν μάτην συκοφαντουμένων.</w:t>
      </w:r>
    </w:p>
    <w:p>
      <w:r>
        <w:rPr>
          <w:rFonts w:ascii="Courier New" w:hAnsi="Courier New"/>
          <w:color w:val="555555"/>
          <w:sz w:val="20"/>
        </w:rPr>
        <w:t>[6 . 37]</w:t>
      </w:r>
    </w:p>
    <w:p>
      <w:r>
        <w:rPr>
          <w:rFonts w:ascii="Gentium Plus" w:hAnsi="Gentium Plus"/>
          <w:sz w:val="24"/>
        </w:rPr>
        <w:t>Ὄνου σκιά: ἐπὶ τῶν μηδενὸς ἀξίων.</w:t>
      </w:r>
    </w:p>
    <w:p>
      <w:r>
        <w:rPr>
          <w:rFonts w:ascii="Courier New" w:hAnsi="Courier New"/>
          <w:color w:val="555555"/>
          <w:sz w:val="20"/>
        </w:rPr>
        <w:t>[6 . 38]</w:t>
      </w:r>
    </w:p>
    <w:p>
      <w:r>
        <w:rPr>
          <w:rFonts w:ascii="Gentium Plus" w:hAnsi="Gentium Plus"/>
          <w:sz w:val="24"/>
        </w:rPr>
        <w:t>Ὄνος λύρας ἀκούων καὶ σάλπιγγος ὗς: ἐπὶ τῶν ἀναισθήτων καὶ ἀμούσων.</w:t>
      </w:r>
    </w:p>
    <w:p>
      <w:r>
        <w:rPr>
          <w:rFonts w:ascii="Courier New" w:hAnsi="Courier New"/>
          <w:color w:val="555555"/>
          <w:sz w:val="20"/>
        </w:rPr>
        <w:t>[6 . 39]</w:t>
      </w:r>
    </w:p>
    <w:p>
      <w:r>
        <w:rPr>
          <w:rFonts w:ascii="Gentium Plus" w:hAnsi="Gentium Plus"/>
          <w:sz w:val="24"/>
        </w:rPr>
        <w:t>Ὄνος λυρίζων: ἐπὶ τῶν ἀμούσων.</w:t>
      </w:r>
    </w:p>
    <w:p>
      <w:r>
        <w:rPr>
          <w:rFonts w:ascii="Courier New" w:hAnsi="Courier New"/>
          <w:color w:val="555555"/>
          <w:sz w:val="20"/>
        </w:rPr>
        <w:t>[6 . 40]</w:t>
      </w:r>
    </w:p>
    <w:p>
      <w:r>
        <w:rPr>
          <w:rFonts w:ascii="Gentium Plus" w:hAnsi="Gentium Plus"/>
          <w:sz w:val="24"/>
        </w:rPr>
        <w:t>Ὀξύτερον οἱ γείτονες βλέπουσι τῶν ἀλωπέ‐ κων: ἐπὶ τῶν λανθάνειν μὴ δυναμένων.</w:t>
      </w:r>
    </w:p>
    <w:p>
      <w:r>
        <w:rPr>
          <w:rFonts w:ascii="Courier New" w:hAnsi="Courier New"/>
          <w:color w:val="555555"/>
          <w:sz w:val="20"/>
        </w:rPr>
        <w:t>[6 . 41]</w:t>
      </w:r>
    </w:p>
    <w:p>
      <w:r>
        <w:rPr>
          <w:rFonts w:ascii="Gentium Plus" w:hAnsi="Gentium Plus"/>
          <w:sz w:val="24"/>
        </w:rPr>
        <w:t>Ὀξύτερον Λυγκέως βλέπει: ἐπὶ τῶν τὰ πόῤῥω‐ θεν ἀκριβῶς βλεπόντων.</w:t>
      </w:r>
    </w:p>
    <w:p>
      <w:r>
        <w:rPr>
          <w:rFonts w:ascii="Courier New" w:hAnsi="Courier New"/>
          <w:color w:val="555555"/>
          <w:sz w:val="20"/>
        </w:rPr>
        <w:t>[6 . 42]</w:t>
      </w:r>
    </w:p>
    <w:p>
      <w:r>
        <w:rPr>
          <w:rFonts w:ascii="Gentium Plus" w:hAnsi="Gentium Plus"/>
          <w:sz w:val="24"/>
        </w:rPr>
        <w:t>Ὁ περὶ ψυχῆς ἀγών: ἐπὶ τῶν ἔσχατα ἢ περὶ τῶν μεγίστων κινδυνευόντων.</w:t>
      </w:r>
    </w:p>
    <w:p>
      <w:r>
        <w:rPr>
          <w:rFonts w:ascii="Courier New" w:hAnsi="Courier New"/>
          <w:color w:val="555555"/>
          <w:sz w:val="20"/>
        </w:rPr>
        <w:t>[6 . 43]</w:t>
      </w:r>
    </w:p>
    <w:p>
      <w:r>
        <w:rPr>
          <w:rFonts w:ascii="Gentium Plus" w:hAnsi="Gentium Plus"/>
          <w:sz w:val="24"/>
        </w:rPr>
        <w:t>Ὁ Πέρσης τὴν θυσίαν: ἐπὶ τῶν λιτῶς θυόντων.</w:t>
      </w:r>
    </w:p>
    <w:p>
      <w:r>
        <w:rPr>
          <w:rFonts w:ascii="Courier New" w:hAnsi="Courier New"/>
          <w:color w:val="555555"/>
          <w:sz w:val="20"/>
        </w:rPr>
        <w:t>[6 . 44]</w:t>
      </w:r>
    </w:p>
    <w:p>
      <w:r>
        <w:rPr>
          <w:rFonts w:ascii="Gentium Plus" w:hAnsi="Gentium Plus"/>
          <w:sz w:val="24"/>
        </w:rPr>
        <w:t>Ὅπου αἱ ἔλαφοι τὰ κέρατα ἀποβάλλουσιν: ἐπὶ τῶν πανωλεθρίᾳ διαφθειρομένων.</w:t>
      </w:r>
    </w:p>
    <w:p>
      <w:r>
        <w:rPr>
          <w:rFonts w:ascii="Courier New" w:hAnsi="Courier New"/>
          <w:color w:val="555555"/>
          <w:sz w:val="20"/>
        </w:rPr>
        <w:t>[6 . 45]</w:t>
      </w:r>
    </w:p>
    <w:p>
      <w:r>
        <w:rPr>
          <w:rFonts w:ascii="Gentium Plus" w:hAnsi="Gentium Plus"/>
          <w:sz w:val="24"/>
        </w:rPr>
        <w:t>Ὅπου γὰρ εὖ πράσσει τις, ἐνταυθοῖ πατρίς.</w:t>
      </w:r>
    </w:p>
    <w:p>
      <w:r>
        <w:rPr>
          <w:rFonts w:ascii="Courier New" w:hAnsi="Courier New"/>
          <w:color w:val="555555"/>
          <w:sz w:val="20"/>
        </w:rPr>
        <w:t>[6 . 46]</w:t>
      </w:r>
    </w:p>
    <w:p>
      <w:r>
        <w:rPr>
          <w:rFonts w:ascii="Gentium Plus" w:hAnsi="Gentium Plus"/>
          <w:sz w:val="24"/>
        </w:rPr>
        <w:t>Ὄρτυξ ἔσωσεν Ἡρακλέα τὸν καρτερόν: ἐπὶ τῶν ἀνασωζομένων ὑφ’ ὧν οὐκ ἤλπισαν.</w:t>
      </w:r>
    </w:p>
    <w:p>
      <w:r>
        <w:rPr>
          <w:rFonts w:ascii="Courier New" w:hAnsi="Courier New"/>
          <w:color w:val="555555"/>
          <w:sz w:val="20"/>
        </w:rPr>
        <w:t>[6 . 47]</w:t>
      </w:r>
    </w:p>
    <w:p>
      <w:r>
        <w:rPr>
          <w:rFonts w:ascii="Gentium Plus" w:hAnsi="Gentium Plus"/>
          <w:sz w:val="24"/>
        </w:rPr>
        <w:t>Ὅρκος Ἀφροδίτης συγγινώσκεται: παρόσον οἱ ἐρῶντες εὐχερῶς ἐπιορκοῦσιν.</w:t>
      </w:r>
    </w:p>
    <w:p>
      <w:r>
        <w:rPr>
          <w:rFonts w:ascii="Courier New" w:hAnsi="Courier New"/>
          <w:color w:val="555555"/>
          <w:sz w:val="20"/>
        </w:rPr>
        <w:t>[6 . 48]</w:t>
      </w:r>
    </w:p>
    <w:p>
      <w:r>
        <w:rPr>
          <w:rFonts w:ascii="Gentium Plus" w:hAnsi="Gentium Plus"/>
          <w:sz w:val="24"/>
        </w:rPr>
        <w:t>Ὅρκους γυναικὸς εἰς ὕδωρ χρὴ γράφειν: Σο‐ φοκλέους αὕτη ἐστίν.</w:t>
      </w:r>
    </w:p>
    <w:p>
      <w:r>
        <w:rPr>
          <w:rFonts w:ascii="Courier New" w:hAnsi="Courier New"/>
          <w:color w:val="555555"/>
          <w:sz w:val="20"/>
        </w:rPr>
        <w:t>[6 . 49]</w:t>
      </w:r>
    </w:p>
    <w:p>
      <w:r>
        <w:rPr>
          <w:rFonts w:ascii="Gentium Plus" w:hAnsi="Gentium Plus"/>
          <w:sz w:val="24"/>
        </w:rPr>
        <w:t>Ὀρνίθιον γάλα: ἐπὶ τῶν ἀδυνάτων καὶ ἀμηχάνων.</w:t>
      </w:r>
    </w:p>
    <w:p>
      <w:r>
        <w:rPr>
          <w:rFonts w:ascii="Courier New" w:hAnsi="Courier New"/>
          <w:color w:val="555555"/>
          <w:sz w:val="20"/>
        </w:rPr>
        <w:t>[6 . 50]</w:t>
      </w:r>
    </w:p>
    <w:p>
      <w:r>
        <w:rPr>
          <w:rFonts w:ascii="Gentium Plus" w:hAnsi="Gentium Plus"/>
          <w:sz w:val="24"/>
        </w:rPr>
        <w:t>Ὅστις [δὲ] πρὸς τύραννον ἐμπορεύεται Κεί‐ νου ’στὶ δοῦλος, κἂν ἐλεύθερος μόλῃ: Σοφοκλέους</w:t>
      </w:r>
    </w:p>
    <w:p>
      <w:r>
        <w:rPr>
          <w:rFonts w:ascii="Courier New" w:hAnsi="Courier New"/>
          <w:color w:val="555555"/>
          <w:sz w:val="20"/>
        </w:rPr>
        <w:t>[6 . 51]</w:t>
      </w:r>
    </w:p>
    <w:p>
      <w:r>
        <w:rPr>
          <w:rFonts w:ascii="Gentium Plus" w:hAnsi="Gentium Plus"/>
          <w:sz w:val="24"/>
        </w:rPr>
        <w:t>Ὁ Σκιωναῖος κολυμβᾷ: ἐπὶ τῶν ἐμπειρίαν εἰς πράγματα ἐχόντων.</w:t>
      </w:r>
    </w:p>
    <w:p>
      <w:r>
        <w:rPr>
          <w:rFonts w:ascii="Courier New" w:hAnsi="Courier New"/>
          <w:color w:val="555555"/>
          <w:sz w:val="20"/>
        </w:rPr>
        <w:t>[6 . 52]</w:t>
      </w:r>
    </w:p>
    <w:p>
      <w:r>
        <w:rPr>
          <w:rFonts w:ascii="Gentium Plus" w:hAnsi="Gentium Plus"/>
          <w:sz w:val="24"/>
        </w:rPr>
        <w:t>Ὁ Σικελὸς ὡς ἔοικε τὴν ἐξωμίδα: παρόσον οἱ Σικελοὶ κωμῳδοῦνται ὡς κλέπται.</w:t>
      </w:r>
    </w:p>
    <w:p>
      <w:r>
        <w:rPr>
          <w:rFonts w:ascii="Courier New" w:hAnsi="Courier New"/>
          <w:color w:val="555555"/>
          <w:sz w:val="20"/>
        </w:rPr>
        <w:t>[6 . 53]</w:t>
      </w:r>
    </w:p>
    <w:p>
      <w:r>
        <w:rPr>
          <w:rFonts w:ascii="Gentium Plus" w:hAnsi="Gentium Plus"/>
          <w:sz w:val="24"/>
        </w:rPr>
        <w:t>Ὅσῳ πλέον ἥμισυ παντός: βούλεται λέγειν ὅτι μετὰ δικαιοσύνης μεῖζον τοῦ ὁλοκλήρου τὸ ἥμισυ.</w:t>
      </w:r>
    </w:p>
    <w:p>
      <w:r>
        <w:rPr>
          <w:rFonts w:ascii="Courier New" w:hAnsi="Courier New"/>
          <w:color w:val="555555"/>
          <w:sz w:val="20"/>
        </w:rPr>
        <w:t>[6 . 54]</w:t>
      </w:r>
    </w:p>
    <w:p>
      <w:r>
        <w:rPr>
          <w:rFonts w:ascii="Gentium Plus" w:hAnsi="Gentium Plus"/>
          <w:sz w:val="24"/>
        </w:rPr>
        <w:t>Ὅταν τὸ ὕδωρ πνίγῃ, τί δεῖ ἐπιπνίγειν: ὅτι οὐ δεῖ ἐπεμβαίνειν τοῖς δυστυχοῦσιν.</w:t>
      </w:r>
    </w:p>
    <w:p>
      <w:r>
        <w:rPr>
          <w:rFonts w:ascii="Courier New" w:hAnsi="Courier New"/>
          <w:color w:val="555555"/>
          <w:sz w:val="20"/>
        </w:rPr>
        <w:t>[6 . 55]</w:t>
      </w:r>
    </w:p>
    <w:p>
      <w:r>
        <w:rPr>
          <w:rFonts w:ascii="Gentium Plus" w:hAnsi="Gentium Plus"/>
          <w:sz w:val="24"/>
        </w:rPr>
        <w:t>Ὅ τι σοὶ φίλον οὐδ’ ἐμοὶ ἐχθρόν: ἐπὶ τῶν τὰ αὐτὰ φρονούντων.</w:t>
      </w:r>
    </w:p>
    <w:p>
      <w:r>
        <w:rPr>
          <w:rFonts w:ascii="Courier New" w:hAnsi="Courier New"/>
          <w:color w:val="555555"/>
          <w:sz w:val="20"/>
        </w:rPr>
        <w:t>[6 . 56]</w:t>
      </w:r>
    </w:p>
    <w:p>
      <w:r>
        <w:rPr>
          <w:rFonts w:ascii="Gentium Plus" w:hAnsi="Gentium Plus"/>
          <w:sz w:val="24"/>
        </w:rPr>
        <w:t>Οὖθαρ ἀρούρης.</w:t>
      </w:r>
    </w:p>
    <w:p>
      <w:r>
        <w:rPr>
          <w:rFonts w:ascii="Courier New" w:hAnsi="Courier New"/>
          <w:color w:val="555555"/>
          <w:sz w:val="20"/>
        </w:rPr>
        <w:t>[6 . 57]</w:t>
      </w:r>
    </w:p>
    <w:p>
      <w:r>
        <w:rPr>
          <w:rFonts w:ascii="Gentium Plus" w:hAnsi="Gentium Plus"/>
          <w:sz w:val="24"/>
        </w:rPr>
        <w:t>Οὐχ εὕδει ποιμήν.</w:t>
      </w:r>
    </w:p>
    <w:p>
      <w:r>
        <w:rPr>
          <w:rFonts w:ascii="Courier New" w:hAnsi="Courier New"/>
          <w:color w:val="555555"/>
          <w:sz w:val="20"/>
        </w:rPr>
        <w:t>[6 . 58]</w:t>
      </w:r>
    </w:p>
    <w:p>
      <w:r>
        <w:rPr>
          <w:rFonts w:ascii="Gentium Plus" w:hAnsi="Gentium Plus"/>
          <w:sz w:val="24"/>
        </w:rPr>
        <w:t>Οὐκ ἂν γένοιτο χωλὸς εὐσχήμων ἀνήρ: ἐπὶ τῶν ἀπρεπῶς τι ποιούντων.</w:t>
      </w:r>
    </w:p>
    <w:p>
      <w:r>
        <w:rPr>
          <w:rFonts w:ascii="Courier New" w:hAnsi="Courier New"/>
          <w:color w:val="555555"/>
          <w:sz w:val="20"/>
        </w:rPr>
        <w:t>[6 . 59]</w:t>
      </w:r>
    </w:p>
    <w:p>
      <w:r>
        <w:rPr>
          <w:rFonts w:ascii="Gentium Plus" w:hAnsi="Gentium Plus"/>
          <w:sz w:val="24"/>
        </w:rPr>
        <w:t>Οὐδ’ ὅσον κνήσασθαι τὸ οὖς σχολὴν ἄγει: ἐπὶ τῶν πράγμασι πολλοῖς συμπεπλεγμένων.</w:t>
      </w:r>
    </w:p>
    <w:p>
      <w:r>
        <w:rPr>
          <w:rFonts w:ascii="Courier New" w:hAnsi="Courier New"/>
          <w:color w:val="555555"/>
          <w:sz w:val="20"/>
        </w:rPr>
        <w:t>[6 . 60]</w:t>
      </w:r>
    </w:p>
    <w:p>
      <w:r>
        <w:rPr>
          <w:rFonts w:ascii="Gentium Plus" w:hAnsi="Gentium Plus"/>
          <w:sz w:val="24"/>
        </w:rPr>
        <w:t>Οὐδὲν ὄφελος ἀποῤῥήτου καὶ ἀφανοῦς Μούσης.</w:t>
      </w:r>
    </w:p>
    <w:p>
      <w:r>
        <w:rPr>
          <w:rFonts w:ascii="Courier New" w:hAnsi="Courier New"/>
          <w:color w:val="555555"/>
          <w:sz w:val="20"/>
        </w:rPr>
        <w:t>[6 . 61]</w:t>
      </w:r>
    </w:p>
    <w:p>
      <w:r>
        <w:rPr>
          <w:rFonts w:ascii="Gentium Plus" w:hAnsi="Gentium Plus"/>
          <w:sz w:val="24"/>
        </w:rPr>
        <w:t>Οὐδὲ πυρφόρος ἐλείφθη: ἐπὶ τῶν πανωλεθρίᾳ διαφθειρομένων.</w:t>
      </w:r>
    </w:p>
    <w:p>
      <w:r>
        <w:rPr>
          <w:rFonts w:ascii="Courier New" w:hAnsi="Courier New"/>
          <w:color w:val="555555"/>
          <w:sz w:val="20"/>
        </w:rPr>
        <w:t>[6 . 62]</w:t>
      </w:r>
    </w:p>
    <w:p>
      <w:r>
        <w:rPr>
          <w:rFonts w:ascii="Gentium Plus" w:hAnsi="Gentium Plus"/>
          <w:sz w:val="24"/>
        </w:rPr>
        <w:t>Οὐδὲν πέπονθας δεινὸν, ἂν μὴ προσποιῇ: ἐπὶ τῶν ὑποκρινομένων δεινὰ πεπονθέναι.</w:t>
      </w:r>
    </w:p>
    <w:p>
      <w:r>
        <w:rPr>
          <w:rFonts w:ascii="Courier New" w:hAnsi="Courier New"/>
          <w:color w:val="555555"/>
          <w:sz w:val="20"/>
        </w:rPr>
        <w:t>[6 . 63]</w:t>
      </w:r>
    </w:p>
    <w:p>
      <w:r>
        <w:rPr>
          <w:rFonts w:ascii="Gentium Plus" w:hAnsi="Gentium Plus"/>
          <w:sz w:val="24"/>
        </w:rPr>
        <w:t>Οὐδὲ κύαθον τόλμης ἔχει: ἐπὶ τῶν ἀνάνδρων.</w:t>
      </w:r>
    </w:p>
    <w:p>
      <w:r>
        <w:rPr>
          <w:rFonts w:ascii="Courier New" w:hAnsi="Courier New"/>
          <w:color w:val="555555"/>
          <w:sz w:val="20"/>
        </w:rPr>
        <w:t>[6 . 64]</w:t>
      </w:r>
    </w:p>
    <w:p>
      <w:r>
        <w:rPr>
          <w:rFonts w:ascii="Gentium Plus" w:hAnsi="Gentium Plus"/>
          <w:sz w:val="24"/>
        </w:rPr>
        <w:t>Οὔτε ψύχεται οὔτε θερμαίνει: ἐπὶ τῶν εἰς μη‐</w:t>
      </w:r>
    </w:p>
    <w:p>
      <w:r>
        <w:rPr>
          <w:rFonts w:ascii="Courier New" w:hAnsi="Courier New"/>
          <w:color w:val="555555"/>
          <w:sz w:val="20"/>
        </w:rPr>
        <w:t>[6 . 65]</w:t>
      </w:r>
    </w:p>
    <w:p>
      <w:r>
        <w:rPr>
          <w:rFonts w:ascii="Gentium Plus" w:hAnsi="Gentium Plus"/>
          <w:sz w:val="24"/>
        </w:rPr>
        <w:t>Οὐ πρέπει γαλῇ κροκωτὸς οὔτε πορφύρα: πρὸς τοὺς ὑπὲρ τὴν τύχην κοσμεῖσθαι θέλοντας.</w:t>
      </w:r>
    </w:p>
    <w:p>
      <w:r>
        <w:rPr>
          <w:rFonts w:ascii="Courier New" w:hAnsi="Courier New"/>
          <w:color w:val="555555"/>
          <w:sz w:val="20"/>
        </w:rPr>
        <w:t>[6 . 66]</w:t>
      </w:r>
    </w:p>
    <w:p>
      <w:r>
        <w:rPr>
          <w:rFonts w:ascii="Gentium Plus" w:hAnsi="Gentium Plus"/>
          <w:sz w:val="24"/>
        </w:rPr>
        <w:t>Οὐ πατρικὰ μέλη αὐλεῖ: ἐπὶ τῶν οὐχ ὁμοίως τοῖς γονεῦσιν ἀλλὰ χεῖρον βιούντων.</w:t>
      </w:r>
    </w:p>
    <w:p>
      <w:r>
        <w:rPr>
          <w:rFonts w:ascii="Courier New" w:hAnsi="Courier New"/>
          <w:color w:val="555555"/>
          <w:sz w:val="20"/>
        </w:rPr>
        <w:t>[6 . 67]</w:t>
      </w:r>
    </w:p>
    <w:p>
      <w:r>
        <w:rPr>
          <w:rFonts w:ascii="Gentium Plus" w:hAnsi="Gentium Plus"/>
          <w:sz w:val="24"/>
        </w:rPr>
        <w:t>Οὐδ’ οὗτος Ἑρμῆς οὐδ’ ἐκεῖνος Ἡρακλῆς: πρὸς τοὺς διαμαρτάνοντας ἐν οἷς οἴονται κατορθοῦν.</w:t>
      </w:r>
    </w:p>
    <w:p>
      <w:r>
        <w:rPr>
          <w:rFonts w:ascii="Courier New" w:hAnsi="Courier New"/>
          <w:color w:val="555555"/>
          <w:sz w:val="20"/>
        </w:rPr>
        <w:t>[6 . 68]</w:t>
      </w:r>
    </w:p>
    <w:p>
      <w:r>
        <w:rPr>
          <w:rFonts w:ascii="Gentium Plus" w:hAnsi="Gentium Plus"/>
          <w:sz w:val="24"/>
        </w:rPr>
        <w:t>Οὐκ ἀεὶ ποταμὸς ἀξίνας φέρει: ἐπὶ τῶν οὐκ ἀεὶ τὰ αὐτὰ δωρουμένων.</w:t>
      </w:r>
    </w:p>
    <w:p>
      <w:r>
        <w:rPr>
          <w:rFonts w:ascii="Courier New" w:hAnsi="Courier New"/>
          <w:color w:val="555555"/>
          <w:sz w:val="20"/>
        </w:rPr>
        <w:t>[6 . 69]</w:t>
      </w:r>
    </w:p>
    <w:p>
      <w:r>
        <w:rPr>
          <w:rFonts w:ascii="Gentium Plus" w:hAnsi="Gentium Plus"/>
          <w:sz w:val="24"/>
        </w:rPr>
        <w:t>Οὐδ’ ἀηδόνιον κατέδαρθον: πρὸς τοὺς φιλα‐ γρύπνους.</w:t>
      </w:r>
    </w:p>
    <w:p>
      <w:r>
        <w:rPr>
          <w:rFonts w:ascii="Courier New" w:hAnsi="Courier New"/>
          <w:color w:val="555555"/>
          <w:sz w:val="20"/>
        </w:rPr>
        <w:t>[6 . 70]</w:t>
      </w:r>
    </w:p>
    <w:p>
      <w:r>
        <w:rPr>
          <w:rFonts w:ascii="Gentium Plus" w:hAnsi="Gentium Plus"/>
          <w:sz w:val="24"/>
        </w:rPr>
        <w:t>Οὐ ταὐτὰ κώπης ἔργα καὶ ἀναξυρίδος: ἀπὸ πο‐ νοῦντος πρὸς τρυφῶντα.</w:t>
      </w:r>
    </w:p>
    <w:p>
      <w:r>
        <w:rPr>
          <w:rFonts w:ascii="Courier New" w:hAnsi="Courier New"/>
          <w:color w:val="555555"/>
          <w:sz w:val="20"/>
        </w:rPr>
        <w:t>[6 . 71]</w:t>
      </w:r>
    </w:p>
    <w:p>
      <w:r>
        <w:rPr>
          <w:rFonts w:ascii="Gentium Plus" w:hAnsi="Gentium Plus"/>
          <w:sz w:val="24"/>
        </w:rPr>
        <w:t>Οὐ χρὴ λέοντος σκύμνον ἐν πόλει τρέφειν.</w:t>
      </w:r>
    </w:p>
    <w:p>
      <w:r>
        <w:rPr>
          <w:rFonts w:ascii="Courier New" w:hAnsi="Courier New"/>
          <w:color w:val="555555"/>
          <w:sz w:val="20"/>
        </w:rPr>
        <w:t>[6 . 72]</w:t>
      </w:r>
    </w:p>
    <w:p>
      <w:r>
        <w:rPr>
          <w:rFonts w:ascii="Gentium Plus" w:hAnsi="Gentium Plus"/>
          <w:sz w:val="24"/>
        </w:rPr>
        <w:t>Οὐδεὶς ἑκὼν πονηρὸς οὐδ’ ἄκων μάκαρ: ἐπὶ τῶν κατὰ προαίρεσιν ζώντων.</w:t>
      </w:r>
    </w:p>
    <w:p>
      <w:r>
        <w:rPr>
          <w:rFonts w:ascii="Courier New" w:hAnsi="Courier New"/>
          <w:color w:val="555555"/>
          <w:sz w:val="20"/>
        </w:rPr>
        <w:t>[6 . 73]</w:t>
      </w:r>
    </w:p>
    <w:p>
      <w:r>
        <w:rPr>
          <w:rFonts w:ascii="Gentium Plus" w:hAnsi="Gentium Plus"/>
          <w:sz w:val="24"/>
        </w:rPr>
        <w:t>Οὐδεὶς πεινῶν καλὰ ᾄδει.</w:t>
      </w:r>
    </w:p>
    <w:p>
      <w:r>
        <w:rPr>
          <w:rFonts w:ascii="Courier New" w:hAnsi="Courier New"/>
          <w:color w:val="555555"/>
          <w:sz w:val="20"/>
        </w:rPr>
        <w:t>[6 . 74]</w:t>
      </w:r>
    </w:p>
    <w:p>
      <w:r>
        <w:rPr>
          <w:rFonts w:ascii="Gentium Plus" w:hAnsi="Gentium Plus"/>
          <w:sz w:val="24"/>
        </w:rPr>
        <w:t>Οὐδεὶς κομήτης ὅστις οὐ βινητιᾷ: ὡς ἐν</w:t>
      </w:r>
    </w:p>
    <w:p>
      <w:r>
        <w:rPr>
          <w:rFonts w:ascii="Courier New" w:hAnsi="Courier New"/>
          <w:color w:val="555555"/>
          <w:sz w:val="20"/>
        </w:rPr>
        <w:t>[6 . 75]</w:t>
      </w:r>
    </w:p>
    <w:p>
      <w:r>
        <w:rPr>
          <w:rFonts w:ascii="Gentium Plus" w:hAnsi="Gentium Plus"/>
          <w:sz w:val="24"/>
        </w:rPr>
        <w:t>Οὗτος τοῦ σελίνου δεῖται: ἐπὶ τῶν πάνυ γερόν‐ των καὶ ἐξησθενηκότων· ἐν γὰρ τοῖς πένθεσι σελίνου στε‐ φάνους ἐφόρουν.</w:t>
      </w:r>
    </w:p>
    <w:p>
      <w:r>
        <w:rPr>
          <w:rFonts w:ascii="Courier New" w:hAnsi="Courier New"/>
          <w:color w:val="555555"/>
          <w:sz w:val="20"/>
        </w:rPr>
        <w:t>[6 . 76]</w:t>
      </w:r>
    </w:p>
    <w:p>
      <w:r>
        <w:rPr>
          <w:rFonts w:ascii="Gentium Plus" w:hAnsi="Gentium Plus"/>
          <w:sz w:val="24"/>
        </w:rPr>
        <w:t>Οὐδὲν κακὸν ῥᾳδίως ἀπόλλυται.</w:t>
      </w:r>
    </w:p>
    <w:p>
      <w:r>
        <w:rPr>
          <w:rFonts w:ascii="Courier New" w:hAnsi="Courier New"/>
          <w:color w:val="555555"/>
          <w:sz w:val="20"/>
        </w:rPr>
        <w:t>[6 . 77]</w:t>
      </w:r>
    </w:p>
    <w:p>
      <w:r>
        <w:rPr>
          <w:rFonts w:ascii="Gentium Plus" w:hAnsi="Gentium Plus"/>
          <w:sz w:val="24"/>
        </w:rPr>
        <w:t>Οὐδ’ ὅσον ἐν μαλάχῃ τε καὶ ἀσφοδέλῳ μέγ’ ὄνειαρ: ἐπὶ τῶν οὐδὲν ἀκαρῆ χρησίμων γενομένων.</w:t>
      </w:r>
    </w:p>
    <w:p>
      <w:r>
        <w:rPr>
          <w:rFonts w:ascii="Courier New" w:hAnsi="Courier New"/>
          <w:color w:val="555555"/>
          <w:sz w:val="20"/>
        </w:rPr>
        <w:t>[6 . 78]</w:t>
      </w:r>
    </w:p>
    <w:p>
      <w:r>
        <w:rPr>
          <w:rFonts w:ascii="Gentium Plus" w:hAnsi="Gentium Plus"/>
          <w:sz w:val="24"/>
        </w:rPr>
        <w:t>Οὐ ποιήσεις λεῖον τὸν τραχὺν ἐχῖνον: ἐπὶ τοῦ ἀδυνάτου.</w:t>
      </w:r>
    </w:p>
    <w:p>
      <w:r>
        <w:rPr>
          <w:rFonts w:ascii="Courier New" w:hAnsi="Courier New"/>
          <w:color w:val="555555"/>
          <w:sz w:val="20"/>
        </w:rPr>
        <w:t>[6 . 79]</w:t>
      </w:r>
    </w:p>
    <w:p>
      <w:r>
        <w:rPr>
          <w:rFonts w:ascii="Gentium Plus" w:hAnsi="Gentium Plus"/>
          <w:sz w:val="24"/>
        </w:rPr>
        <w:t>Οὔτε τὸν καρκίνον ὀρθὰ βαδίζειν διδάξεις.</w:t>
      </w:r>
    </w:p>
    <w:p>
      <w:r>
        <w:rPr>
          <w:rFonts w:ascii="Courier New" w:hAnsi="Courier New"/>
          <w:color w:val="555555"/>
          <w:sz w:val="20"/>
        </w:rPr>
        <w:t>[6 . 80]</w:t>
      </w:r>
    </w:p>
    <w:p>
      <w:r>
        <w:rPr>
          <w:rFonts w:ascii="Gentium Plus" w:hAnsi="Gentium Plus"/>
          <w:sz w:val="24"/>
        </w:rPr>
        <w:t>Οὐκ ἔστιν ἐν νηῒ πεσόντα ξύλου ἁμαρτεῖν:</w:t>
      </w:r>
    </w:p>
    <w:p>
      <w:r>
        <w:rPr>
          <w:rFonts w:ascii="Courier New" w:hAnsi="Courier New"/>
          <w:color w:val="555555"/>
          <w:sz w:val="20"/>
        </w:rPr>
        <w:t>[6 . 81]</w:t>
      </w:r>
    </w:p>
    <w:p>
      <w:r>
        <w:rPr>
          <w:rFonts w:ascii="Gentium Plus" w:hAnsi="Gentium Plus"/>
          <w:sz w:val="24"/>
        </w:rPr>
        <w:t>Ὁ φαλακρὸς τὸν κτένα εὑρών, οὐκ ἐμὸν τὸ χρῆμα, ἔφη: ἐπὶ τοῦ ἀχρήστου.</w:t>
      </w:r>
    </w:p>
    <w:p>
      <w:r>
        <w:rPr>
          <w:rFonts w:ascii="Courier New" w:hAnsi="Courier New"/>
          <w:color w:val="555555"/>
          <w:sz w:val="20"/>
        </w:rPr>
        <w:t>[6 . 82]</w:t>
      </w:r>
    </w:p>
    <w:p>
      <w:r>
        <w:rPr>
          <w:rFonts w:ascii="Gentium Plus" w:hAnsi="Gentium Plus"/>
          <w:sz w:val="24"/>
        </w:rPr>
        <w:t>Ὁ χρυσὸς οὐ μιαίνεται: ἐπὶ τῶν μὴ κακουμένων.</w:t>
      </w:r>
    </w:p>
    <w:p>
      <w:r>
        <w:rPr>
          <w:rFonts w:ascii="Courier New" w:hAnsi="Courier New"/>
          <w:color w:val="555555"/>
          <w:sz w:val="20"/>
        </w:rPr>
        <w:t>[6 . 83]</w:t>
      </w:r>
    </w:p>
    <w:p>
      <w:r>
        <w:rPr>
          <w:rFonts w:ascii="Gentium Plus" w:hAnsi="Gentium Plus"/>
          <w:sz w:val="24"/>
        </w:rPr>
        <w:t>Ὀχληρὸς δὲ ξένος ὄψιος μολών: αὕτη Εὐριπί‐ δου ἐστίν.</w:t>
      </w:r>
    </w:p>
    <w:p>
      <w:r>
        <w:rPr>
          <w:rFonts w:ascii="Courier New" w:hAnsi="Courier New"/>
          <w:color w:val="555555"/>
          <w:sz w:val="20"/>
        </w:rPr>
        <w:t>[6 . 84]</w:t>
      </w:r>
    </w:p>
    <w:p>
      <w:r>
        <w:rPr>
          <w:rFonts w:ascii="Gentium Plus" w:hAnsi="Gentium Plus"/>
          <w:sz w:val="24"/>
        </w:rPr>
        <w:t>Ὄψις ἀδήλων τὰ φαινόμενα: ἐπὶ τῶν τὰ μέλ‐ λοντα ἀπὸ τῶν παρεληλυθότων στοχαζομένων.</w:t>
      </w:r>
    </w:p>
    <w:p>
      <w:r>
        <w:rPr>
          <w:rFonts w:ascii="Courier New" w:hAnsi="Courier New"/>
          <w:color w:val="555555"/>
          <w:sz w:val="20"/>
        </w:rPr>
        <w:t>[6 . 85]</w:t>
      </w:r>
    </w:p>
    <w:p>
      <w:r>
        <w:rPr>
          <w:rFonts w:ascii="Gentium Plus" w:hAnsi="Gentium Plus"/>
          <w:sz w:val="24"/>
        </w:rPr>
        <w:t>Ὀψὲ θεῶν ἀλέουσι μύλοι, ἀλέουσι δὲ λεπτά.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Π.</w:t>
      </w:r>
    </w:p>
    <w:p>
      <w:r>
        <w:rPr>
          <w:rFonts w:ascii="Courier New" w:hAnsi="Courier New"/>
          <w:color w:val="555555"/>
          <w:sz w:val="20"/>
        </w:rPr>
        <w:t>[6 . 86]</w:t>
      </w:r>
    </w:p>
    <w:p>
      <w:r>
        <w:rPr>
          <w:rFonts w:ascii="Gentium Plus" w:hAnsi="Gentium Plus"/>
          <w:sz w:val="24"/>
        </w:rPr>
        <w:t>Πάγην ἱστὰς ἐν πάγῃ ληφθήσῃ.</w:t>
      </w:r>
    </w:p>
    <w:p>
      <w:r>
        <w:rPr>
          <w:rFonts w:ascii="Courier New" w:hAnsi="Courier New"/>
          <w:color w:val="555555"/>
          <w:sz w:val="20"/>
        </w:rPr>
        <w:t>[6 . 87]</w:t>
      </w:r>
    </w:p>
    <w:p>
      <w:r>
        <w:rPr>
          <w:rFonts w:ascii="Gentium Plus" w:hAnsi="Gentium Plus"/>
          <w:sz w:val="24"/>
        </w:rPr>
        <w:t>Παρὰ μὲν πεδίον, παρὰ δ’ ἵππος: τοῦτό φασι τὸν Θετταλὸν τύραννον εἰπεῖν προκαλούμενον Βοιωτοὺς εἰς πόλεμον.</w:t>
      </w:r>
    </w:p>
    <w:p>
      <w:r>
        <w:rPr>
          <w:rFonts w:ascii="Courier New" w:hAnsi="Courier New"/>
          <w:color w:val="555555"/>
          <w:sz w:val="20"/>
        </w:rPr>
        <w:t>[6 . 88]</w:t>
      </w:r>
    </w:p>
    <w:p>
      <w:r>
        <w:rPr>
          <w:rFonts w:ascii="Gentium Plus" w:hAnsi="Gentium Plus"/>
          <w:sz w:val="24"/>
        </w:rPr>
        <w:t>Παρὰ χελώνης ὄστρακον: ἐπὶ τοῦ οὐκ ἂν μετα‐</w:t>
      </w:r>
    </w:p>
    <w:p>
      <w:r>
        <w:rPr>
          <w:rFonts w:ascii="Courier New" w:hAnsi="Courier New"/>
          <w:color w:val="555555"/>
          <w:sz w:val="20"/>
        </w:rPr>
        <w:t>[6 . 89]</w:t>
      </w:r>
    </w:p>
    <w:p>
      <w:r>
        <w:rPr>
          <w:rFonts w:ascii="Gentium Plus" w:hAnsi="Gentium Plus"/>
          <w:sz w:val="24"/>
        </w:rPr>
        <w:t>Παρὰ κωφὸν ἀποπαρδεῖν: καί· Παρὰ κωφοῦ θύρας ἀλεῖν: ἐπὶ τῶν μὴ προσεχόντων.</w:t>
      </w:r>
    </w:p>
    <w:p>
      <w:r>
        <w:rPr>
          <w:rFonts w:ascii="Courier New" w:hAnsi="Courier New"/>
          <w:color w:val="555555"/>
          <w:sz w:val="20"/>
        </w:rPr>
        <w:t>[6 . 90]</w:t>
      </w:r>
    </w:p>
    <w:p>
      <w:r>
        <w:rPr>
          <w:rFonts w:ascii="Gentium Plus" w:hAnsi="Gentium Plus"/>
          <w:sz w:val="24"/>
        </w:rPr>
        <w:t>Παρὰ χωλὸν οἰκῶν κἂν ἐπισκάζειν μαθήσῃ: πρὸς τοὺς παραπολαύοντας τῶν χαλεπῶν.</w:t>
      </w:r>
    </w:p>
    <w:p>
      <w:r>
        <w:rPr>
          <w:rFonts w:ascii="Courier New" w:hAnsi="Courier New"/>
          <w:color w:val="555555"/>
          <w:sz w:val="20"/>
        </w:rPr>
        <w:t>[6 . 91]</w:t>
      </w:r>
    </w:p>
    <w:p>
      <w:r>
        <w:rPr>
          <w:rFonts w:ascii="Gentium Plus" w:hAnsi="Gentium Plus"/>
          <w:sz w:val="24"/>
        </w:rPr>
        <w:t>Πᾶσα βοῦς ἀροτριᾷ: ἔοικεν ἐπ’ αἰσχρότητι πρὸς τὰς γυναῖκας εἰρῆσθαι.</w:t>
      </w:r>
    </w:p>
    <w:p>
      <w:r>
        <w:rPr>
          <w:rFonts w:ascii="Courier New" w:hAnsi="Courier New"/>
          <w:color w:val="555555"/>
          <w:sz w:val="20"/>
        </w:rPr>
        <w:t>[6 . 92]</w:t>
      </w:r>
    </w:p>
    <w:p>
      <w:r>
        <w:rPr>
          <w:rFonts w:ascii="Gentium Plus" w:hAnsi="Gentium Plus"/>
          <w:sz w:val="24"/>
        </w:rPr>
        <w:t>Πάντα ἀγαθοὶ τολμῶσι: καί· πάντα κακοὶ τολ‐ μῶσι.</w:t>
      </w:r>
    </w:p>
    <w:p>
      <w:r>
        <w:rPr>
          <w:rFonts w:ascii="Courier New" w:hAnsi="Courier New"/>
          <w:color w:val="555555"/>
          <w:sz w:val="20"/>
        </w:rPr>
        <w:t>[6 . 93]</w:t>
      </w:r>
    </w:p>
    <w:p>
      <w:r>
        <w:rPr>
          <w:rFonts w:ascii="Gentium Plus" w:hAnsi="Gentium Plus"/>
          <w:sz w:val="24"/>
        </w:rPr>
        <w:t>Πάντα πλουσίοις καλὰ κοὐδὲν αὐτοῖς πρᾶγμα.</w:t>
      </w:r>
    </w:p>
    <w:p>
      <w:r>
        <w:rPr>
          <w:rFonts w:ascii="Courier New" w:hAnsi="Courier New"/>
          <w:color w:val="555555"/>
          <w:sz w:val="20"/>
        </w:rPr>
        <w:t>[6 . 94]</w:t>
      </w:r>
    </w:p>
    <w:p>
      <w:r>
        <w:rPr>
          <w:rFonts w:ascii="Gentium Plus" w:hAnsi="Gentium Plus"/>
          <w:sz w:val="24"/>
        </w:rPr>
        <w:t>Πάντων τοι μέτρον ἐστὶ τὸ ἐπιεικές.</w:t>
      </w:r>
    </w:p>
    <w:p>
      <w:r>
        <w:rPr>
          <w:rFonts w:ascii="Courier New" w:hAnsi="Courier New"/>
          <w:color w:val="555555"/>
          <w:sz w:val="20"/>
        </w:rPr>
        <w:t>[6 . 95]</w:t>
      </w:r>
    </w:p>
    <w:p>
      <w:r>
        <w:rPr>
          <w:rFonts w:ascii="Gentium Plus" w:hAnsi="Gentium Plus"/>
          <w:sz w:val="24"/>
        </w:rPr>
        <w:t>Πάγη παρ’ οὖας: πρὸς τοὺς δι’ ἀκουῆς θηρῶντας</w:t>
      </w:r>
    </w:p>
    <w:p>
      <w:r>
        <w:rPr>
          <w:rFonts w:ascii="Courier New" w:hAnsi="Courier New"/>
          <w:color w:val="555555"/>
          <w:sz w:val="20"/>
        </w:rPr>
        <w:t>[6 . 96]</w:t>
      </w:r>
    </w:p>
    <w:p>
      <w:r>
        <w:rPr>
          <w:rFonts w:ascii="Gentium Plus" w:hAnsi="Gentium Plus"/>
          <w:sz w:val="24"/>
        </w:rPr>
        <w:t>Πάππος ἀκάνθης: ἐπὶ τοῦ μηδενός. πάππος γάρ ἐστι τὸ φυόμενον ἐκ τῆς ἀκάνθης, ὃ προσπνέων ὁ ἄνεμος σκεδάζει πανταχοῦ.</w:t>
      </w:r>
    </w:p>
    <w:p>
      <w:r>
        <w:rPr>
          <w:rFonts w:ascii="Courier New" w:hAnsi="Courier New"/>
          <w:color w:val="555555"/>
          <w:sz w:val="20"/>
        </w:rPr>
        <w:t>[6 . 97]</w:t>
      </w:r>
    </w:p>
    <w:p>
      <w:r>
        <w:rPr>
          <w:rFonts w:ascii="Gentium Plus" w:hAnsi="Gentium Plus"/>
          <w:sz w:val="24"/>
        </w:rPr>
        <w:t>Πάντα λυπεῖ τὸν τυφλόν.</w:t>
      </w:r>
    </w:p>
    <w:p>
      <w:r>
        <w:rPr>
          <w:rFonts w:ascii="Courier New" w:hAnsi="Courier New"/>
          <w:color w:val="555555"/>
          <w:sz w:val="20"/>
        </w:rPr>
        <w:t>[6 . 98]</w:t>
      </w:r>
    </w:p>
    <w:p>
      <w:r>
        <w:rPr>
          <w:rFonts w:ascii="Gentium Plus" w:hAnsi="Gentium Plus"/>
          <w:sz w:val="24"/>
        </w:rPr>
        <w:t>Πάντ’ εἰς τὴν κερδαίνουσαν πήραν ὠθεῖν: ἐπὶ τῶν ἐκ παντὸς τρόπου κερδαίνειν βουλομένων.</w:t>
      </w:r>
    </w:p>
    <w:p>
      <w:r>
        <w:rPr>
          <w:rFonts w:ascii="Courier New" w:hAnsi="Courier New"/>
          <w:color w:val="555555"/>
          <w:sz w:val="20"/>
        </w:rPr>
        <w:t>[6 . 99]</w:t>
      </w:r>
    </w:p>
    <w:p>
      <w:r>
        <w:rPr>
          <w:rFonts w:ascii="Gentium Plus" w:hAnsi="Gentium Plus"/>
          <w:sz w:val="24"/>
        </w:rPr>
        <w:t>Πάσης ἅπτεσθαι κώπης: παρεγγυᾷ διὰ παντὸς ἔχεσθαι ἔργου.</w:t>
      </w:r>
    </w:p>
    <w:p>
      <w:r>
        <w:rPr>
          <w:rFonts w:ascii="Courier New" w:hAnsi="Courier New"/>
          <w:color w:val="555555"/>
          <w:sz w:val="20"/>
        </w:rPr>
        <w:t>[6 . 100]</w:t>
      </w:r>
    </w:p>
    <w:p>
      <w:r>
        <w:rPr>
          <w:rFonts w:ascii="Gentium Plus" w:hAnsi="Gentium Plus"/>
          <w:sz w:val="24"/>
        </w:rPr>
        <w:t>Παρὰ ποταμὸν φρέαρ ὀρύττειν: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[7 . 1]</w:t>
      </w:r>
    </w:p>
    <w:p>
      <w:r>
        <w:rPr>
          <w:rFonts w:ascii="Gentium Plus" w:hAnsi="Gentium Plus"/>
          <w:sz w:val="24"/>
        </w:rPr>
        <w:t>Πᾶσα γῆ πατρίς.</w:t>
      </w:r>
    </w:p>
    <w:p>
      <w:r>
        <w:rPr>
          <w:rFonts w:ascii="Courier New" w:hAnsi="Courier New"/>
          <w:color w:val="555555"/>
          <w:sz w:val="20"/>
        </w:rPr>
        <w:t>[7 . 2]</w:t>
      </w:r>
    </w:p>
    <w:p>
      <w:r>
        <w:rPr>
          <w:rFonts w:ascii="Gentium Plus" w:hAnsi="Gentium Plus"/>
          <w:sz w:val="24"/>
        </w:rPr>
        <w:t>Παρὼν ἀποδημεῖ: ἐπὶ τῶν αἴσθησιν ἑαυτῶν οὐδε‐ μίαν παρεχομένων.</w:t>
      </w:r>
    </w:p>
    <w:p>
      <w:r>
        <w:rPr>
          <w:rFonts w:ascii="Courier New" w:hAnsi="Courier New"/>
          <w:color w:val="555555"/>
          <w:sz w:val="20"/>
        </w:rPr>
        <w:t>[7 . 3]</w:t>
      </w:r>
    </w:p>
    <w:p>
      <w:r>
        <w:rPr>
          <w:rFonts w:ascii="Gentium Plus" w:hAnsi="Gentium Plus"/>
          <w:sz w:val="24"/>
        </w:rPr>
        <w:t>Πάλαι ποτ’ ἦσαν ἄλκιμοι Μιλήσιοι: ἐπὶ τῶν πρότερον μὲν ἐπ’ ἀνδρίαν δόξαν ἐχόντων, ἐλαττωθέντων δὲ ὕστερον.</w:t>
      </w:r>
    </w:p>
    <w:p>
      <w:r>
        <w:rPr>
          <w:rFonts w:ascii="Courier New" w:hAnsi="Courier New"/>
          <w:color w:val="555555"/>
          <w:sz w:val="20"/>
        </w:rPr>
        <w:t>[7 . 4]</w:t>
      </w:r>
    </w:p>
    <w:p>
      <w:r>
        <w:rPr>
          <w:rFonts w:ascii="Gentium Plus" w:hAnsi="Gentium Plus"/>
          <w:sz w:val="24"/>
        </w:rPr>
        <w:t>Πάντα λίθον καὶ πάντα κάλων κινεῖ: ἐπὶ τῶν</w:t>
      </w:r>
    </w:p>
    <w:p>
      <w:r>
        <w:rPr>
          <w:rFonts w:ascii="Courier New" w:hAnsi="Courier New"/>
          <w:color w:val="555555"/>
          <w:sz w:val="20"/>
        </w:rPr>
        <w:t>[7 . 5]</w:t>
      </w:r>
    </w:p>
    <w:p>
      <w:r>
        <w:rPr>
          <w:rFonts w:ascii="Gentium Plus" w:hAnsi="Gentium Plus"/>
          <w:sz w:val="24"/>
        </w:rPr>
        <w:t>Παρακύπτων λίθος: ἐπὶ τοῦ δήλου.</w:t>
      </w:r>
    </w:p>
    <w:p>
      <w:r>
        <w:rPr>
          <w:rFonts w:ascii="Courier New" w:hAnsi="Courier New"/>
          <w:color w:val="555555"/>
          <w:sz w:val="20"/>
        </w:rPr>
        <w:t>[7 . 6]</w:t>
      </w:r>
    </w:p>
    <w:p>
      <w:r>
        <w:rPr>
          <w:rFonts w:ascii="Gentium Plus" w:hAnsi="Gentium Plus"/>
          <w:sz w:val="24"/>
        </w:rPr>
        <w:t>Πέτρας σπείρεις: ἐπὶ τῶν μάτην πονούντων.</w:t>
      </w:r>
    </w:p>
    <w:p>
      <w:r>
        <w:rPr>
          <w:rFonts w:ascii="Courier New" w:hAnsi="Courier New"/>
          <w:color w:val="555555"/>
          <w:sz w:val="20"/>
        </w:rPr>
        <w:t>[7 . 7]</w:t>
      </w:r>
    </w:p>
    <w:p>
      <w:r>
        <w:rPr>
          <w:rFonts w:ascii="Gentium Plus" w:hAnsi="Gentium Plus"/>
          <w:sz w:val="24"/>
        </w:rPr>
        <w:t>Πεύκης τρόπον: ἐπὶ τῶν πανωλεθρίᾳ διαφθειρομέ‐ νων· παρόσον ἡ πεύκη τμηθεῖσα οὐκέτι ἀναφύει.</w:t>
      </w:r>
    </w:p>
    <w:p>
      <w:r>
        <w:rPr>
          <w:rFonts w:ascii="Courier New" w:hAnsi="Courier New"/>
          <w:color w:val="555555"/>
          <w:sz w:val="20"/>
        </w:rPr>
        <w:t>[7 . 8]</w:t>
      </w:r>
    </w:p>
    <w:p>
      <w:r>
        <w:rPr>
          <w:rFonts w:ascii="Gentium Plus" w:hAnsi="Gentium Plus"/>
          <w:sz w:val="24"/>
        </w:rPr>
        <w:t>Περὶ ὄνου σκιᾶς: ἐπὶ τῶν ἐπ’ εὐτελέσι μαχομένων.</w:t>
      </w:r>
    </w:p>
    <w:p>
      <w:r>
        <w:rPr>
          <w:rFonts w:ascii="Courier New" w:hAnsi="Courier New"/>
          <w:color w:val="555555"/>
          <w:sz w:val="20"/>
        </w:rPr>
        <w:t>[7 . 9]</w:t>
      </w:r>
    </w:p>
    <w:p>
      <w:r>
        <w:rPr>
          <w:rFonts w:ascii="Gentium Plus" w:hAnsi="Gentium Plus"/>
          <w:sz w:val="24"/>
        </w:rPr>
        <w:t>Περσικὴ τιμωρία: ἐπὶ τοῦ ἀργαλέου καὶ ἀποτόμου.</w:t>
      </w:r>
    </w:p>
    <w:p>
      <w:r>
        <w:rPr>
          <w:rFonts w:ascii="Courier New" w:hAnsi="Courier New"/>
          <w:color w:val="555555"/>
          <w:sz w:val="20"/>
        </w:rPr>
        <w:t>[7 . 10]</w:t>
      </w:r>
    </w:p>
    <w:p>
      <w:r>
        <w:rPr>
          <w:rFonts w:ascii="Gentium Plus" w:hAnsi="Gentium Plus"/>
          <w:sz w:val="24"/>
        </w:rPr>
        <w:t>Πελαργικοὶ νόμοι: ἐπὶ τῶν τὰς εὐεργεσίας ἀμειβο‐ μένων· παρόσον οἱ τῶν πελαργῶν νεοττοὶ τοὺς πατέρας τρέφουσι γεγηρακότας.</w:t>
      </w:r>
    </w:p>
    <w:p>
      <w:r>
        <w:rPr>
          <w:rFonts w:ascii="Courier New" w:hAnsi="Courier New"/>
          <w:color w:val="555555"/>
          <w:sz w:val="20"/>
        </w:rPr>
        <w:t>[7 . 11]</w:t>
      </w:r>
    </w:p>
    <w:p>
      <w:r>
        <w:rPr>
          <w:rFonts w:ascii="Gentium Plus" w:hAnsi="Gentium Plus"/>
          <w:sz w:val="24"/>
        </w:rPr>
        <w:t>Πεζῇ βαδίζων μὴ φοβοῦ τὰ κύματα: χρησμὸς οὗτος Ἰάσονι δοθείς.</w:t>
      </w:r>
    </w:p>
    <w:p>
      <w:r>
        <w:rPr>
          <w:rFonts w:ascii="Courier New" w:hAnsi="Courier New"/>
          <w:color w:val="555555"/>
          <w:sz w:val="20"/>
        </w:rPr>
        <w:t>[7 . 12]</w:t>
      </w:r>
    </w:p>
    <w:p>
      <w:r>
        <w:rPr>
          <w:rFonts w:ascii="Gentium Plus" w:hAnsi="Gentium Plus"/>
          <w:sz w:val="24"/>
        </w:rPr>
        <w:t>Πίθηκος ὁ πίθηκος κἂν χρυσᾶ ἔχῃ σάνδαλα:</w:t>
      </w:r>
    </w:p>
    <w:p>
      <w:r>
        <w:rPr>
          <w:rFonts w:ascii="Courier New" w:hAnsi="Courier New"/>
          <w:color w:val="555555"/>
          <w:sz w:val="20"/>
        </w:rPr>
        <w:t>[7 . 13]</w:t>
      </w:r>
    </w:p>
    <w:p>
      <w:r>
        <w:rPr>
          <w:rFonts w:ascii="Gentium Plus" w:hAnsi="Gentium Plus"/>
          <w:sz w:val="24"/>
        </w:rPr>
        <w:t>Πεινῶντι δὲ ὕπνος οὐκ ἐπέρχεται.</w:t>
      </w:r>
    </w:p>
    <w:p>
      <w:r>
        <w:rPr>
          <w:rFonts w:ascii="Courier New" w:hAnsi="Courier New"/>
          <w:color w:val="555555"/>
          <w:sz w:val="20"/>
        </w:rPr>
        <w:t>[7 . 14]</w:t>
      </w:r>
    </w:p>
    <w:p>
      <w:r>
        <w:rPr>
          <w:rFonts w:ascii="Gentium Plus" w:hAnsi="Gentium Plus"/>
          <w:sz w:val="24"/>
        </w:rPr>
        <w:t>Πίθηκος ὄμφακας σιτούμενος: παρόσον πονη‐ ρὸν μὲν τὸ ζῷον, πονηρὰ δὲ σιτεῖται.</w:t>
      </w:r>
    </w:p>
    <w:p>
      <w:r>
        <w:rPr>
          <w:rFonts w:ascii="Courier New" w:hAnsi="Courier New"/>
          <w:color w:val="555555"/>
          <w:sz w:val="20"/>
        </w:rPr>
        <w:t>[7 . 15]</w:t>
      </w:r>
    </w:p>
    <w:p>
      <w:r>
        <w:rPr>
          <w:rFonts w:ascii="Gentium Plus" w:hAnsi="Gentium Plus"/>
          <w:sz w:val="24"/>
        </w:rPr>
        <w:t>Πιθήκῳ πάτταλον: ἐπὶ τῶν κατ’ ἀξίαν τι πα‐ σχόντων.</w:t>
      </w:r>
    </w:p>
    <w:p>
      <w:r>
        <w:rPr>
          <w:rFonts w:ascii="Courier New" w:hAnsi="Courier New"/>
          <w:color w:val="555555"/>
          <w:sz w:val="20"/>
        </w:rPr>
        <w:t>[7 . 16]</w:t>
      </w:r>
    </w:p>
    <w:p>
      <w:r>
        <w:rPr>
          <w:rFonts w:ascii="Gentium Plus" w:hAnsi="Gentium Plus"/>
          <w:sz w:val="24"/>
        </w:rPr>
        <w:t>Πεινῶντος ἀνδρὸς ἰσχνὰ τἀντικνήμια.</w:t>
      </w:r>
    </w:p>
    <w:p>
      <w:r>
        <w:rPr>
          <w:rFonts w:ascii="Courier New" w:hAnsi="Courier New"/>
          <w:color w:val="555555"/>
          <w:sz w:val="20"/>
        </w:rPr>
        <w:t>[7 . 17]</w:t>
      </w:r>
    </w:p>
    <w:p>
      <w:r>
        <w:rPr>
          <w:rFonts w:ascii="Gentium Plus" w:hAnsi="Gentium Plus"/>
          <w:sz w:val="24"/>
        </w:rPr>
        <w:t>Πεινῶντι πᾶν ἐστι χρῆμα ἐδώδιμον.</w:t>
      </w:r>
    </w:p>
    <w:p>
      <w:r>
        <w:rPr>
          <w:rFonts w:ascii="Courier New" w:hAnsi="Courier New"/>
          <w:color w:val="555555"/>
          <w:sz w:val="20"/>
        </w:rPr>
        <w:t>[7 . 18]</w:t>
      </w:r>
    </w:p>
    <w:p>
      <w:r>
        <w:rPr>
          <w:rFonts w:ascii="Gentium Plus" w:hAnsi="Gentium Plus"/>
          <w:sz w:val="24"/>
        </w:rPr>
        <w:t>Πλοῦτος κεραμέως: ὁ μὴ βέβαιος, ἀλλὰ σαθρὸς καὶ διάκενος.</w:t>
      </w:r>
    </w:p>
    <w:p>
      <w:r>
        <w:rPr>
          <w:rFonts w:ascii="Courier New" w:hAnsi="Courier New"/>
          <w:color w:val="555555"/>
          <w:sz w:val="20"/>
        </w:rPr>
        <w:t>[7 . 19]</w:t>
      </w:r>
    </w:p>
    <w:p>
      <w:r>
        <w:rPr>
          <w:rFonts w:ascii="Gentium Plus" w:hAnsi="Gentium Plus"/>
          <w:sz w:val="24"/>
        </w:rPr>
        <w:t>Πολλὰ ψεύδονται ἀοιδοί: ἐπὶ τῶν κέρδους ἕνεκα καὶ ψυχαγωγίας ψευδῆ λεγόντων.</w:t>
      </w:r>
    </w:p>
    <w:p>
      <w:r>
        <w:rPr>
          <w:rFonts w:ascii="Courier New" w:hAnsi="Courier New"/>
          <w:color w:val="555555"/>
          <w:sz w:val="20"/>
        </w:rPr>
        <w:t>[7 . 20]</w:t>
      </w:r>
    </w:p>
    <w:p>
      <w:r>
        <w:rPr>
          <w:rFonts w:ascii="Gentium Plus" w:hAnsi="Gentium Plus"/>
          <w:sz w:val="24"/>
        </w:rPr>
        <w:t>Πολλοὶ ναρθηκοφόροι, παῦροι δὲ βάκχοι: ἐπὶ τῶν προσποιουμένων τι εἰδέναι καὶ μὴ εἰδότων.</w:t>
      </w:r>
    </w:p>
    <w:p>
      <w:r>
        <w:rPr>
          <w:rFonts w:ascii="Courier New" w:hAnsi="Courier New"/>
          <w:color w:val="555555"/>
          <w:sz w:val="20"/>
        </w:rPr>
        <w:t>[7 . 21]</w:t>
      </w:r>
    </w:p>
    <w:p>
      <w:r>
        <w:rPr>
          <w:rFonts w:ascii="Gentium Plus" w:hAnsi="Gentium Plus"/>
          <w:sz w:val="24"/>
        </w:rPr>
        <w:t>Πολύπους ὥσπερ πέτρας ἔχεται: ἐπὶ τῶν λιπα‐ ρῶς τισι προσκαθημένων.</w:t>
      </w:r>
    </w:p>
    <w:p>
      <w:r>
        <w:rPr>
          <w:rFonts w:ascii="Courier New" w:hAnsi="Courier New"/>
          <w:color w:val="555555"/>
          <w:sz w:val="20"/>
        </w:rPr>
        <w:t>[7 . 22]</w:t>
      </w:r>
    </w:p>
    <w:p>
      <w:r>
        <w:rPr>
          <w:rFonts w:ascii="Gentium Plus" w:hAnsi="Gentium Plus"/>
          <w:sz w:val="24"/>
        </w:rPr>
        <w:t>Πολλὰ μὲν ἀλώπηξ, ἀλλ’ ἐχῖνος ἓν μέγα.</w:t>
      </w:r>
    </w:p>
    <w:p>
      <w:r>
        <w:rPr>
          <w:rFonts w:ascii="Courier New" w:hAnsi="Courier New"/>
          <w:color w:val="555555"/>
          <w:sz w:val="20"/>
        </w:rPr>
        <w:t>[7 . 23]</w:t>
      </w:r>
    </w:p>
    <w:p>
      <w:r>
        <w:rPr>
          <w:rFonts w:ascii="Gentium Plus" w:hAnsi="Gentium Plus"/>
          <w:sz w:val="24"/>
        </w:rPr>
        <w:t>Πολλῶν θηρίων ἐγὼ ψόφους ἀκήκοα: ἐπὶ τῶν κενῶν ἀπειλῶν.</w:t>
      </w:r>
    </w:p>
    <w:p>
      <w:r>
        <w:rPr>
          <w:rFonts w:ascii="Courier New" w:hAnsi="Courier New"/>
          <w:color w:val="555555"/>
          <w:sz w:val="20"/>
        </w:rPr>
        <w:t>[7 . 24]</w:t>
      </w:r>
    </w:p>
    <w:p>
      <w:r>
        <w:rPr>
          <w:rFonts w:ascii="Gentium Plus" w:hAnsi="Gentium Plus"/>
          <w:sz w:val="24"/>
        </w:rPr>
        <w:t>Πολλῶν ὁ λιμὸς γίνεται διδάσκαλος.</w:t>
      </w:r>
    </w:p>
    <w:p>
      <w:r>
        <w:rPr>
          <w:rFonts w:ascii="Courier New" w:hAnsi="Courier New"/>
          <w:color w:val="555555"/>
          <w:sz w:val="20"/>
        </w:rPr>
        <w:t>[7 . 25]</w:t>
      </w:r>
    </w:p>
    <w:p>
      <w:r>
        <w:rPr>
          <w:rFonts w:ascii="Gentium Plus" w:hAnsi="Gentium Plus"/>
          <w:sz w:val="24"/>
        </w:rPr>
        <w:t>Πολλαῖς πληγαῖς δρῦς δαμάζεται: πρὸς τοὺς δυσαλώτους.</w:t>
      </w:r>
    </w:p>
    <w:p>
      <w:r>
        <w:rPr>
          <w:rFonts w:ascii="Courier New" w:hAnsi="Courier New"/>
          <w:color w:val="555555"/>
          <w:sz w:val="20"/>
        </w:rPr>
        <w:t>[7 . 26]</w:t>
      </w:r>
    </w:p>
    <w:p>
      <w:r>
        <w:rPr>
          <w:rFonts w:ascii="Gentium Plus" w:hAnsi="Gentium Plus"/>
          <w:sz w:val="24"/>
        </w:rPr>
        <w:t>Πολλοί σε μισήσουσιν, ἐὰν σεαυτὸν φιλῇς.</w:t>
      </w:r>
    </w:p>
    <w:p>
      <w:r>
        <w:rPr>
          <w:rFonts w:ascii="Courier New" w:hAnsi="Courier New"/>
          <w:color w:val="555555"/>
          <w:sz w:val="20"/>
        </w:rPr>
        <w:t>[7 . 27]</w:t>
      </w:r>
    </w:p>
    <w:p>
      <w:r>
        <w:rPr>
          <w:rFonts w:ascii="Gentium Plus" w:hAnsi="Gentium Plus"/>
          <w:sz w:val="24"/>
        </w:rPr>
        <w:t>Πολύποδος τρόπον.</w:t>
      </w:r>
    </w:p>
    <w:p>
      <w:r>
        <w:rPr>
          <w:rFonts w:ascii="Courier New" w:hAnsi="Courier New"/>
          <w:color w:val="555555"/>
          <w:sz w:val="20"/>
        </w:rPr>
        <w:t>[7 . 28]</w:t>
      </w:r>
    </w:p>
    <w:p>
      <w:r>
        <w:rPr>
          <w:rFonts w:ascii="Gentium Plus" w:hAnsi="Gentium Plus"/>
          <w:sz w:val="24"/>
        </w:rPr>
        <w:t>Πολύποδος ὁμοιότης: πρὸς τοὺς ἐξομοιοῦντας ἑαυτοὺς οἷς ἂν πλησιάζωσιν.</w:t>
      </w:r>
    </w:p>
    <w:p>
      <w:r>
        <w:rPr>
          <w:rFonts w:ascii="Courier New" w:hAnsi="Courier New"/>
          <w:color w:val="555555"/>
          <w:sz w:val="20"/>
        </w:rPr>
        <w:t>[7 . 29]</w:t>
      </w:r>
    </w:p>
    <w:p>
      <w:r>
        <w:rPr>
          <w:rFonts w:ascii="Gentium Plus" w:hAnsi="Gentium Plus"/>
          <w:sz w:val="24"/>
        </w:rPr>
        <w:t>Πολλάκι τοι καὶ μωρὸς ἀνὴρ κατὰ μοῖραν ἔειπεν.</w:t>
      </w:r>
    </w:p>
    <w:p>
      <w:r>
        <w:rPr>
          <w:rFonts w:ascii="Courier New" w:hAnsi="Courier New"/>
          <w:color w:val="555555"/>
          <w:sz w:val="20"/>
        </w:rPr>
        <w:t>[7 . 30]</w:t>
      </w:r>
    </w:p>
    <w:p>
      <w:r>
        <w:rPr>
          <w:rFonts w:ascii="Gentium Plus" w:hAnsi="Gentium Plus"/>
          <w:sz w:val="24"/>
        </w:rPr>
        <w:t>Ποικιλώτερος ὕδρας: ἐπὶ τῶν δολερῶν, ἤτοι θαυ‐ μαζομένων.</w:t>
      </w:r>
    </w:p>
    <w:p>
      <w:r>
        <w:rPr>
          <w:rFonts w:ascii="Courier New" w:hAnsi="Courier New"/>
          <w:color w:val="555555"/>
          <w:sz w:val="20"/>
        </w:rPr>
        <w:t>[7 . 31]</w:t>
      </w:r>
    </w:p>
    <w:p>
      <w:r>
        <w:rPr>
          <w:rFonts w:ascii="Gentium Plus" w:hAnsi="Gentium Plus"/>
          <w:sz w:val="24"/>
        </w:rPr>
        <w:t>Πολλὰ μεταξὺ πέλει κύλικος καὶ χείλεος ἄκρου: ἐπὶ τῶν τὰ ἄδηλα ἐλπιζόντων.</w:t>
      </w:r>
    </w:p>
    <w:p>
      <w:r>
        <w:rPr>
          <w:rFonts w:ascii="Courier New" w:hAnsi="Courier New"/>
          <w:color w:val="555555"/>
          <w:sz w:val="20"/>
        </w:rPr>
        <w:t>[7 . 32]</w:t>
      </w:r>
    </w:p>
    <w:p>
      <w:r>
        <w:rPr>
          <w:rFonts w:ascii="Gentium Plus" w:hAnsi="Gentium Plus"/>
          <w:sz w:val="24"/>
        </w:rPr>
        <w:t>Πολλάκι δὴ ξύμπασα πόλις κακοῦ ἀνδρὸς</w:t>
      </w:r>
    </w:p>
    <w:p>
      <w:r>
        <w:rPr>
          <w:rFonts w:ascii="Courier New" w:hAnsi="Courier New"/>
          <w:color w:val="555555"/>
          <w:sz w:val="20"/>
        </w:rPr>
        <w:t>[7 . 33]</w:t>
      </w:r>
    </w:p>
    <w:p>
      <w:r>
        <w:rPr>
          <w:rFonts w:ascii="Gentium Plus" w:hAnsi="Gentium Plus"/>
          <w:sz w:val="24"/>
        </w:rPr>
        <w:t>Πρὶν τοὺς ἰχθῦς λαβεῖν τὴν ἅλμην κυκᾷς: ἐπὶ τῶν τοὺς καιροὺς προλαμβανόντων.</w:t>
      </w:r>
    </w:p>
    <w:p>
      <w:r>
        <w:rPr>
          <w:rFonts w:ascii="Courier New" w:hAnsi="Courier New"/>
          <w:color w:val="555555"/>
          <w:sz w:val="20"/>
        </w:rPr>
        <w:t>[7 . 34]</w:t>
      </w:r>
    </w:p>
    <w:p>
      <w:r>
        <w:rPr>
          <w:rFonts w:ascii="Gentium Plus" w:hAnsi="Gentium Plus"/>
          <w:sz w:val="24"/>
        </w:rPr>
        <w:t>Πράσου φύλλῳ τὸ τῶν ἐρώντων δέδεται βα‐ λάντιον: ὅτι οἱ ἐρῶντες πολλὰ ἀναλίσκουσιν.</w:t>
      </w:r>
    </w:p>
    <w:p>
      <w:r>
        <w:rPr>
          <w:rFonts w:ascii="Courier New" w:hAnsi="Courier New"/>
          <w:color w:val="555555"/>
          <w:sz w:val="20"/>
        </w:rPr>
        <w:t>[7 . 35]</w:t>
      </w:r>
    </w:p>
    <w:p>
      <w:r>
        <w:rPr>
          <w:rFonts w:ascii="Gentium Plus" w:hAnsi="Gentium Plus"/>
          <w:sz w:val="24"/>
        </w:rPr>
        <w:t>Πρὸς Κρῆτα κρητίζεις: ἐπὶ τῶν πρὸς τοὺς ὁμοίους ψευδομένων.</w:t>
      </w:r>
    </w:p>
    <w:p>
      <w:r>
        <w:rPr>
          <w:rFonts w:ascii="Courier New" w:hAnsi="Courier New"/>
          <w:color w:val="555555"/>
          <w:sz w:val="20"/>
        </w:rPr>
        <w:t>[7 . 36]</w:t>
      </w:r>
    </w:p>
    <w:p>
      <w:r>
        <w:rPr>
          <w:rFonts w:ascii="Gentium Plus" w:hAnsi="Gentium Plus"/>
          <w:sz w:val="24"/>
        </w:rPr>
        <w:t>Πρὸς Κᾶρα καρίζεις: ὅμοιον.</w:t>
      </w:r>
    </w:p>
    <w:p>
      <w:r>
        <w:rPr>
          <w:rFonts w:ascii="Courier New" w:hAnsi="Courier New"/>
          <w:color w:val="555555"/>
          <w:sz w:val="20"/>
        </w:rPr>
        <w:t>[7 . 37]</w:t>
      </w:r>
    </w:p>
    <w:p>
      <w:r>
        <w:rPr>
          <w:rFonts w:ascii="Gentium Plus" w:hAnsi="Gentium Plus"/>
          <w:sz w:val="24"/>
        </w:rPr>
        <w:t>Πρᾳότερος περιστερᾶς: ἐπὶ τῶν πάνυ ἐπιεικῶν.</w:t>
      </w:r>
    </w:p>
    <w:p>
      <w:r>
        <w:rPr>
          <w:rFonts w:ascii="Courier New" w:hAnsi="Courier New"/>
          <w:color w:val="555555"/>
          <w:sz w:val="20"/>
        </w:rPr>
        <w:t>[7 . 38]</w:t>
      </w:r>
    </w:p>
    <w:p>
      <w:r>
        <w:rPr>
          <w:rFonts w:ascii="Gentium Plus" w:hAnsi="Gentium Plus"/>
          <w:sz w:val="24"/>
        </w:rPr>
        <w:t>Πρὸς σῆμα μητρυιᾶς κλαίειν: ἐπὶ τοῦ ἀφροντίστου.</w:t>
      </w:r>
    </w:p>
    <w:p>
      <w:r>
        <w:rPr>
          <w:rFonts w:ascii="Courier New" w:hAnsi="Courier New"/>
          <w:color w:val="555555"/>
          <w:sz w:val="20"/>
        </w:rPr>
        <w:t>[7 . 39]</w:t>
      </w:r>
    </w:p>
    <w:p>
      <w:r>
        <w:rPr>
          <w:rFonts w:ascii="Gentium Plus" w:hAnsi="Gentium Plus"/>
          <w:sz w:val="24"/>
        </w:rPr>
        <w:t>Προσέχεται δ’ ὥσπερ λεπάς: ἐπὶ τῶν τινος ἐχο‐ μένων.</w:t>
      </w:r>
    </w:p>
    <w:p>
      <w:r>
        <w:rPr>
          <w:rFonts w:ascii="Courier New" w:hAnsi="Courier New"/>
          <w:color w:val="555555"/>
          <w:sz w:val="20"/>
        </w:rPr>
        <w:t>[7 . 40]</w:t>
      </w:r>
    </w:p>
    <w:p>
      <w:r>
        <w:rPr>
          <w:rFonts w:ascii="Gentium Plus" w:hAnsi="Gentium Plus"/>
          <w:sz w:val="24"/>
        </w:rPr>
        <w:t>Πρὸς λέοντα δορκὰς ἅπτεται μάχης: ἐπὶ τῶν πρὸς τοὺς κρείττονας ἐριζόντων.</w:t>
      </w:r>
    </w:p>
    <w:p>
      <w:r>
        <w:rPr>
          <w:rFonts w:ascii="Courier New" w:hAnsi="Courier New"/>
          <w:color w:val="555555"/>
          <w:sz w:val="20"/>
        </w:rPr>
        <w:t>[7 . 41]</w:t>
      </w:r>
    </w:p>
    <w:p>
      <w:r>
        <w:rPr>
          <w:rFonts w:ascii="Gentium Plus" w:hAnsi="Gentium Plus"/>
          <w:sz w:val="24"/>
        </w:rPr>
        <w:t>Πρεσβύτερος Κόδρου: ἤτοι Κρόνου. ἐπὶ τῶν</w:t>
      </w:r>
    </w:p>
    <w:p>
      <w:r>
        <w:rPr>
          <w:rFonts w:ascii="Courier New" w:hAnsi="Courier New"/>
          <w:color w:val="555555"/>
          <w:sz w:val="20"/>
        </w:rPr>
        <w:t>[7 . 42]</w:t>
      </w:r>
    </w:p>
    <w:p>
      <w:r>
        <w:rPr>
          <w:rFonts w:ascii="Gentium Plus" w:hAnsi="Gentium Plus"/>
          <w:sz w:val="24"/>
        </w:rPr>
        <w:t>Πρὸς δύο οὐδὲ Ἡρακλῆς.</w:t>
      </w:r>
    </w:p>
    <w:p>
      <w:r>
        <w:rPr>
          <w:rFonts w:ascii="Courier New" w:hAnsi="Courier New"/>
          <w:color w:val="555555"/>
          <w:sz w:val="20"/>
        </w:rPr>
        <w:t>[7 . 43]</w:t>
      </w:r>
    </w:p>
    <w:p>
      <w:r>
        <w:rPr>
          <w:rFonts w:ascii="Gentium Plus" w:hAnsi="Gentium Plus"/>
          <w:sz w:val="24"/>
        </w:rPr>
        <w:t>Προμέρου κύνες: ἐπὶ τῶν σφόδρα ἀγρίων.</w:t>
      </w:r>
    </w:p>
    <w:p>
      <w:r>
        <w:rPr>
          <w:rFonts w:ascii="Courier New" w:hAnsi="Courier New"/>
          <w:color w:val="555555"/>
          <w:sz w:val="20"/>
        </w:rPr>
        <w:t>[7 . 44]</w:t>
      </w:r>
    </w:p>
    <w:p>
      <w:r>
        <w:rPr>
          <w:rFonts w:ascii="Gentium Plus" w:hAnsi="Gentium Plus"/>
          <w:sz w:val="24"/>
        </w:rPr>
        <w:t>Πρὸς κέντρα λακτίζειν: ἐπὶ τῶν μείζοσιν ἀντι‐ τεινόντων.</w:t>
      </w:r>
    </w:p>
    <w:p>
      <w:r>
        <w:rPr>
          <w:rFonts w:ascii="Courier New" w:hAnsi="Courier New"/>
          <w:color w:val="555555"/>
          <w:sz w:val="20"/>
        </w:rPr>
        <w:t>[7 . 45]</w:t>
      </w:r>
    </w:p>
    <w:p>
      <w:r>
        <w:rPr>
          <w:rFonts w:ascii="Gentium Plus" w:hAnsi="Gentium Plus"/>
          <w:sz w:val="24"/>
        </w:rPr>
        <w:t>Πτωχοῦ πήρα οὐ πίμπλαται.</w:t>
      </w:r>
    </w:p>
    <w:p>
      <w:r>
        <w:rPr>
          <w:rFonts w:ascii="Courier New" w:hAnsi="Courier New"/>
          <w:color w:val="555555"/>
          <w:sz w:val="20"/>
        </w:rPr>
        <w:t>[7 . 46]</w:t>
      </w:r>
    </w:p>
    <w:p>
      <w:r>
        <w:rPr>
          <w:rFonts w:ascii="Gentium Plus" w:hAnsi="Gentium Plus"/>
          <w:sz w:val="24"/>
        </w:rPr>
        <w:t>Πυθώδε ὁδός: ἐπὶ τῶν τὰ αὐτὰ πραττόντων· ὡς· Διὸς Κόρινθος.</w:t>
      </w:r>
    </w:p>
    <w:p>
      <w:r>
        <w:rPr>
          <w:rFonts w:ascii="Courier New" w:hAnsi="Courier New"/>
          <w:color w:val="555555"/>
          <w:sz w:val="20"/>
        </w:rPr>
        <w:t>[7 . 47]</w:t>
      </w:r>
    </w:p>
    <w:p>
      <w:r>
        <w:rPr>
          <w:rFonts w:ascii="Gentium Plus" w:hAnsi="Gentium Plus"/>
          <w:sz w:val="24"/>
        </w:rPr>
        <w:t>Πῦρ ἐπὶ δαλῷ: ἐπὶ τῶν ταχέως γινομένων.</w:t>
      </w:r>
    </w:p>
    <w:p>
      <w:r>
        <w:rPr>
          <w:rFonts w:ascii="Courier New" w:hAnsi="Courier New"/>
          <w:color w:val="555555"/>
          <w:sz w:val="20"/>
        </w:rPr>
        <w:t>[7 . 48]</w:t>
      </w:r>
    </w:p>
    <w:p>
      <w:r>
        <w:rPr>
          <w:rFonts w:ascii="Gentium Plus" w:hAnsi="Gentium Plus"/>
          <w:sz w:val="24"/>
        </w:rPr>
        <w:t>Πῦρ ἐπὶ πῦρ.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Ρ.</w:t>
      </w:r>
    </w:p>
    <w:p>
      <w:r>
        <w:rPr>
          <w:rFonts w:ascii="Courier New" w:hAnsi="Courier New"/>
          <w:color w:val="555555"/>
          <w:sz w:val="20"/>
        </w:rPr>
        <w:t>[7 . 49]</w:t>
      </w:r>
    </w:p>
    <w:p>
      <w:r>
        <w:rPr>
          <w:rFonts w:ascii="Gentium Plus" w:hAnsi="Gentium Plus"/>
          <w:sz w:val="24"/>
        </w:rPr>
        <w:t>Ῥαδαμάνθυος ὅρκος: ἐπὶ τῶν κατὰ μικροῦ τινος ὀμνύντων, ἤγουν κριοῦ, κύκνου, λαχάνων καὶ τῶν ὁμοίων.</w:t>
      </w:r>
    </w:p>
    <w:p>
      <w:r>
        <w:rPr>
          <w:rFonts w:ascii="Courier New" w:hAnsi="Courier New"/>
          <w:color w:val="555555"/>
          <w:sz w:val="20"/>
        </w:rPr>
        <w:t>[7 . 50]</w:t>
      </w:r>
    </w:p>
    <w:p>
      <w:r>
        <w:rPr>
          <w:rFonts w:ascii="Gentium Plus" w:hAnsi="Gentium Plus"/>
          <w:sz w:val="24"/>
        </w:rPr>
        <w:t>Ῥαδαμάνθυος κρίσις: ἐπὶ τῶν δικαιοτάτων.</w:t>
      </w:r>
    </w:p>
    <w:p>
      <w:r>
        <w:rPr>
          <w:rFonts w:ascii="Courier New" w:hAnsi="Courier New"/>
          <w:color w:val="555555"/>
          <w:sz w:val="20"/>
        </w:rPr>
        <w:t>[7 . 51]</w:t>
      </w:r>
    </w:p>
    <w:p>
      <w:r>
        <w:rPr>
          <w:rFonts w:ascii="Gentium Plus" w:hAnsi="Gentium Plus"/>
          <w:sz w:val="24"/>
        </w:rPr>
        <w:t>Ῥήγματα ἀντὶ τῶν σχημάτων: ἐπὶ τοῦ παραπο‐ λαύοντός τινος, δι’ ὃ πράττει.</w:t>
      </w:r>
    </w:p>
    <w:p>
      <w:r>
        <w:rPr>
          <w:rFonts w:ascii="Courier New" w:hAnsi="Courier New"/>
          <w:color w:val="555555"/>
          <w:sz w:val="20"/>
        </w:rPr>
        <w:t>[7 . 52]</w:t>
      </w:r>
    </w:p>
    <w:p>
      <w:r>
        <w:rPr>
          <w:rFonts w:ascii="Gentium Plus" w:hAnsi="Gentium Plus"/>
          <w:sz w:val="24"/>
        </w:rPr>
        <w:t>Ῥήματα ἀντὶ ἀλφίτων.</w:t>
      </w:r>
    </w:p>
    <w:p>
      <w:r>
        <w:rPr>
          <w:rFonts w:ascii="Courier New" w:hAnsi="Courier New"/>
          <w:color w:val="555555"/>
          <w:sz w:val="20"/>
        </w:rPr>
        <w:t>[7 . 53]</w:t>
      </w:r>
    </w:p>
    <w:p>
      <w:r>
        <w:rPr>
          <w:rFonts w:ascii="Gentium Plus" w:hAnsi="Gentium Plus"/>
          <w:sz w:val="24"/>
        </w:rPr>
        <w:t>Ῥοδίων χρησμός: ἐπὶ τῶν περιεργότερον πυνθα‐</w:t>
      </w:r>
    </w:p>
    <w:p>
      <w:r>
        <w:rPr>
          <w:rFonts w:ascii="Courier New" w:hAnsi="Courier New"/>
          <w:color w:val="555555"/>
          <w:sz w:val="20"/>
        </w:rPr>
        <w:t>[7 . 54]</w:t>
      </w:r>
    </w:p>
    <w:p>
      <w:r>
        <w:rPr>
          <w:rFonts w:ascii="Gentium Plus" w:hAnsi="Gentium Plus"/>
          <w:sz w:val="24"/>
        </w:rPr>
        <w:t>Ῥόδον ἀνεμώνῃ συγκρίνεις: ἐπὶ τῶν τὰ ἀνόμοια συμβαλλόντων.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Σ.</w:t>
      </w:r>
    </w:p>
    <w:p>
      <w:r>
        <w:rPr>
          <w:rFonts w:ascii="Courier New" w:hAnsi="Courier New"/>
          <w:color w:val="555555"/>
          <w:sz w:val="20"/>
        </w:rPr>
        <w:t>[7 . 55]</w:t>
      </w:r>
    </w:p>
    <w:p>
      <w:r>
        <w:rPr>
          <w:rFonts w:ascii="Gentium Plus" w:hAnsi="Gentium Plus"/>
          <w:sz w:val="24"/>
        </w:rPr>
        <w:t>Σαμιακὴ λαύρα: ἐπὶ τῶν εἰς τρυφὴν ἐκκεχυμένων.</w:t>
      </w:r>
    </w:p>
    <w:p>
      <w:r>
        <w:rPr>
          <w:rFonts w:ascii="Courier New" w:hAnsi="Courier New"/>
          <w:color w:val="555555"/>
          <w:sz w:val="20"/>
        </w:rPr>
        <w:t>[7 . 56]</w:t>
      </w:r>
    </w:p>
    <w:p>
      <w:r>
        <w:rPr>
          <w:rFonts w:ascii="Gentium Plus" w:hAnsi="Gentium Plus"/>
          <w:sz w:val="24"/>
        </w:rPr>
        <w:t>Σαρδιανὸς κάπηλος: ἐπὶ τῶν εἰς τὰ χείρω μετα‐ βαλλόντων.</w:t>
      </w:r>
    </w:p>
    <w:p>
      <w:r>
        <w:rPr>
          <w:rFonts w:ascii="Courier New" w:hAnsi="Courier New"/>
          <w:color w:val="555555"/>
          <w:sz w:val="20"/>
        </w:rPr>
        <w:t>[7 . 57]</w:t>
      </w:r>
    </w:p>
    <w:p>
      <w:r>
        <w:rPr>
          <w:rFonts w:ascii="Gentium Plus" w:hAnsi="Gentium Plus"/>
          <w:sz w:val="24"/>
        </w:rPr>
        <w:t>Σαρδανάπαλος: ἐπὶ τῶν ἁβροδιαίτων.</w:t>
      </w:r>
    </w:p>
    <w:p>
      <w:r>
        <w:rPr>
          <w:rFonts w:ascii="Courier New" w:hAnsi="Courier New"/>
          <w:color w:val="555555"/>
          <w:sz w:val="20"/>
        </w:rPr>
        <w:t>[7 . 58]</w:t>
      </w:r>
    </w:p>
    <w:p>
      <w:r>
        <w:rPr>
          <w:rFonts w:ascii="Gentium Plus" w:hAnsi="Gentium Plus"/>
          <w:sz w:val="24"/>
        </w:rPr>
        <w:t>Σαπρότερος τρυγός: ἐπὶ τοῦ σφόδρα φαύλου.</w:t>
      </w:r>
    </w:p>
    <w:p>
      <w:r>
        <w:rPr>
          <w:rFonts w:ascii="Courier New" w:hAnsi="Courier New"/>
          <w:color w:val="555555"/>
          <w:sz w:val="20"/>
        </w:rPr>
        <w:t>[7 . 59]</w:t>
      </w:r>
    </w:p>
    <w:p>
      <w:r>
        <w:rPr>
          <w:rFonts w:ascii="Gentium Plus" w:hAnsi="Gentium Plus"/>
          <w:sz w:val="24"/>
        </w:rPr>
        <w:t>Σαρδόνιος γέλως: ἐπὶ τῶν ἐπ’ ὀλέθρῳ σφῶν αὐτῶν γελώντων.</w:t>
      </w:r>
    </w:p>
    <w:p>
      <w:r>
        <w:rPr>
          <w:rFonts w:ascii="Courier New" w:hAnsi="Courier New"/>
          <w:color w:val="555555"/>
          <w:sz w:val="20"/>
        </w:rPr>
        <w:t>[7 . 60]</w:t>
      </w:r>
    </w:p>
    <w:p>
      <w:r>
        <w:rPr>
          <w:rFonts w:ascii="Gentium Plus" w:hAnsi="Gentium Plus"/>
          <w:sz w:val="24"/>
        </w:rPr>
        <w:t>Σιβυλλιᾷ ὁ γέρων: ἐπὶ τῶν παραγεγηρακότων.</w:t>
      </w:r>
    </w:p>
    <w:p>
      <w:r>
        <w:rPr>
          <w:rFonts w:ascii="Courier New" w:hAnsi="Courier New"/>
          <w:color w:val="555555"/>
          <w:sz w:val="20"/>
        </w:rPr>
        <w:t>[7 . 61]</w:t>
      </w:r>
    </w:p>
    <w:p>
      <w:r>
        <w:rPr>
          <w:rFonts w:ascii="Gentium Plus" w:hAnsi="Gentium Plus"/>
          <w:sz w:val="24"/>
        </w:rPr>
        <w:t>Σιβύλλης ἀρχαιότερος: ὁμοία.</w:t>
      </w:r>
    </w:p>
    <w:p>
      <w:r>
        <w:rPr>
          <w:rFonts w:ascii="Courier New" w:hAnsi="Courier New"/>
          <w:color w:val="555555"/>
          <w:sz w:val="20"/>
        </w:rPr>
        <w:t>[7 . 62]</w:t>
      </w:r>
    </w:p>
    <w:p>
      <w:r>
        <w:rPr>
          <w:rFonts w:ascii="Gentium Plus" w:hAnsi="Gentium Plus"/>
          <w:sz w:val="24"/>
        </w:rPr>
        <w:t>Σικυώνιος ἐπαπέδυ: ἐπὶ τῶν τολμηρὸν μέν τι ποι‐ ούντων, οὐδὲν δὲ ἀνυόντων.</w:t>
      </w:r>
    </w:p>
    <w:p>
      <w:r>
        <w:rPr>
          <w:rFonts w:ascii="Courier New" w:hAnsi="Courier New"/>
          <w:color w:val="555555"/>
          <w:sz w:val="20"/>
        </w:rPr>
        <w:t>[7 . 63]</w:t>
      </w:r>
    </w:p>
    <w:p>
      <w:r>
        <w:rPr>
          <w:rFonts w:ascii="Gentium Plus" w:hAnsi="Gentium Plus"/>
          <w:sz w:val="24"/>
        </w:rPr>
        <w:t>Σικυώνιος δραπέτης: ὁμοία.</w:t>
      </w:r>
    </w:p>
    <w:p>
      <w:r>
        <w:rPr>
          <w:rFonts w:ascii="Courier New" w:hAnsi="Courier New"/>
          <w:color w:val="555555"/>
          <w:sz w:val="20"/>
        </w:rPr>
        <w:t>[7 . 64]</w:t>
      </w:r>
    </w:p>
    <w:p>
      <w:r>
        <w:rPr>
          <w:rFonts w:ascii="Gentium Plus" w:hAnsi="Gentium Plus"/>
          <w:sz w:val="24"/>
        </w:rPr>
        <w:t>Σικελὸς ὀμφακίζεται: ἐπὶ τῶν μηδενὸς ἄξια κλε‐</w:t>
      </w:r>
    </w:p>
    <w:p>
      <w:r>
        <w:rPr>
          <w:rFonts w:ascii="Courier New" w:hAnsi="Courier New"/>
          <w:color w:val="555555"/>
          <w:sz w:val="20"/>
        </w:rPr>
        <w:t>[7 . 65]</w:t>
      </w:r>
    </w:p>
    <w:p>
      <w:r>
        <w:rPr>
          <w:rFonts w:ascii="Gentium Plus" w:hAnsi="Gentium Plus"/>
          <w:sz w:val="24"/>
        </w:rPr>
        <w:t>Σικελὸς στρατιώτης μισθὸν διωθεῖται: ἐπὶ τῶν ἀπωθεῖσθαι προσποιουμένων, ἃ μηδεὶς αὐτοῖς δίδωσιν.</w:t>
      </w:r>
    </w:p>
    <w:p>
      <w:r>
        <w:rPr>
          <w:rFonts w:ascii="Courier New" w:hAnsi="Courier New"/>
          <w:color w:val="555555"/>
          <w:sz w:val="20"/>
        </w:rPr>
        <w:t>[7 . 66]</w:t>
      </w:r>
    </w:p>
    <w:p>
      <w:r>
        <w:rPr>
          <w:rFonts w:ascii="Gentium Plus" w:hAnsi="Gentium Plus"/>
          <w:sz w:val="24"/>
        </w:rPr>
        <w:t>Σκυθῶν ἐρημία: ἐπὶ τῶν ἐρήμων καὶ ἐξηγριωμένων τόπων.</w:t>
      </w:r>
    </w:p>
    <w:p>
      <w:r>
        <w:rPr>
          <w:rFonts w:ascii="Courier New" w:hAnsi="Courier New"/>
          <w:color w:val="555555"/>
          <w:sz w:val="20"/>
        </w:rPr>
        <w:t>[7 . 67]</w:t>
      </w:r>
    </w:p>
    <w:p>
      <w:r>
        <w:rPr>
          <w:rFonts w:ascii="Gentium Plus" w:hAnsi="Gentium Plus"/>
          <w:sz w:val="24"/>
        </w:rPr>
        <w:t>Σκιὰν δέδοικεν: ἐπὶ τῶν σφόδρα δειλῶν.</w:t>
      </w:r>
    </w:p>
    <w:p>
      <w:r>
        <w:rPr>
          <w:rFonts w:ascii="Courier New" w:hAnsi="Courier New"/>
          <w:color w:val="555555"/>
          <w:sz w:val="20"/>
        </w:rPr>
        <w:t>[7 . 68]</w:t>
      </w:r>
    </w:p>
    <w:p>
      <w:r>
        <w:rPr>
          <w:rFonts w:ascii="Gentium Plus" w:hAnsi="Gentium Plus"/>
          <w:sz w:val="24"/>
        </w:rPr>
        <w:t>Σκιᾷ μορμολύττεσθαι: ἐπὶ τῶν κενῶς ἐκφοβούντων.</w:t>
      </w:r>
    </w:p>
    <w:p>
      <w:r>
        <w:rPr>
          <w:rFonts w:ascii="Courier New" w:hAnsi="Courier New"/>
          <w:color w:val="555555"/>
          <w:sz w:val="20"/>
        </w:rPr>
        <w:t>[7 . 69]</w:t>
      </w:r>
    </w:p>
    <w:p>
      <w:r>
        <w:rPr>
          <w:rFonts w:ascii="Gentium Plus" w:hAnsi="Gentium Plus"/>
          <w:sz w:val="24"/>
        </w:rPr>
        <w:t>Σκαμβὸν ξύλον οὐδέποτ’ ὀρθόν: πρὸς τοὺς ἀκάμ‐ πτους καὶ σκληρούς.</w:t>
      </w:r>
    </w:p>
    <w:p>
      <w:r>
        <w:rPr>
          <w:rFonts w:ascii="Courier New" w:hAnsi="Courier New"/>
          <w:color w:val="555555"/>
          <w:sz w:val="20"/>
        </w:rPr>
        <w:t>[7 . 70]</w:t>
      </w:r>
    </w:p>
    <w:p>
      <w:r>
        <w:rPr>
          <w:rFonts w:ascii="Gentium Plus" w:hAnsi="Gentium Plus"/>
          <w:sz w:val="24"/>
        </w:rPr>
        <w:t>Σκύτη βλέπει: ἐπὶ τῶν ὑφορωμένων πείσεσθαί τι κακὸν καὶ διὰ τοῦτο σκυθρωπῶν.</w:t>
      </w:r>
    </w:p>
    <w:p>
      <w:r>
        <w:rPr>
          <w:rFonts w:ascii="Courier New" w:hAnsi="Courier New"/>
          <w:color w:val="555555"/>
          <w:sz w:val="20"/>
        </w:rPr>
        <w:t>[7 . 71]</w:t>
      </w:r>
    </w:p>
    <w:p>
      <w:r>
        <w:rPr>
          <w:rFonts w:ascii="Gentium Plus" w:hAnsi="Gentium Plus"/>
          <w:sz w:val="24"/>
        </w:rPr>
        <w:t>Σκιᾶς εἴδωλον: ἐπὶ τοῦ σφόδρα ἀσθενοῦς.</w:t>
      </w:r>
    </w:p>
    <w:p>
      <w:r>
        <w:rPr>
          <w:rFonts w:ascii="Courier New" w:hAnsi="Courier New"/>
          <w:color w:val="555555"/>
          <w:sz w:val="20"/>
        </w:rPr>
        <w:t>[7 . 72]</w:t>
      </w:r>
    </w:p>
    <w:p>
      <w:r>
        <w:rPr>
          <w:rFonts w:ascii="Gentium Plus" w:hAnsi="Gentium Plus"/>
          <w:sz w:val="24"/>
        </w:rPr>
        <w:t>Σκορπίους βέβρωκεν: ἐπὶ τῶν ὀργίλων.</w:t>
      </w:r>
    </w:p>
    <w:p>
      <w:r>
        <w:rPr>
          <w:rFonts w:ascii="Courier New" w:hAnsi="Courier New"/>
          <w:color w:val="555555"/>
          <w:sz w:val="20"/>
        </w:rPr>
        <w:t>[7 . 73]</w:t>
      </w:r>
    </w:p>
    <w:p>
      <w:r>
        <w:rPr>
          <w:rFonts w:ascii="Gentium Plus" w:hAnsi="Gentium Plus"/>
          <w:sz w:val="24"/>
        </w:rPr>
        <w:t>Σμῆνος ἡδονῶν: ἐπὶ πλήθους εὐδαιμονίας.</w:t>
      </w:r>
    </w:p>
    <w:p>
      <w:r>
        <w:rPr>
          <w:rFonts w:ascii="Courier New" w:hAnsi="Courier New"/>
          <w:color w:val="555555"/>
          <w:sz w:val="20"/>
        </w:rPr>
        <w:t>[7 . 74]</w:t>
      </w:r>
    </w:p>
    <w:p>
      <w:r>
        <w:rPr>
          <w:rFonts w:ascii="Gentium Plus" w:hAnsi="Gentium Plus"/>
          <w:sz w:val="24"/>
        </w:rPr>
        <w:t>Σοφοκλέους μέλη: ἐπὶ τῶν ἡδύτατα λεγόντων· τὰ γὰρ Σοφόκλεια μέλη κομιδῇ ἡδέα.</w:t>
      </w:r>
    </w:p>
    <w:p>
      <w:r>
        <w:rPr>
          <w:rFonts w:ascii="Courier New" w:hAnsi="Courier New"/>
          <w:color w:val="555555"/>
          <w:sz w:val="20"/>
        </w:rPr>
        <w:t>[7 . 75]</w:t>
      </w:r>
    </w:p>
    <w:p>
      <w:r>
        <w:rPr>
          <w:rFonts w:ascii="Gentium Plus" w:hAnsi="Gentium Plus"/>
          <w:sz w:val="24"/>
        </w:rPr>
        <w:t>Σοφὸν ὁ βοῦς, ἔφασκε δ’ ἀστράβην ἰδών: οὐ προσήκειν αὐτῷ τὸ σκεῦος.</w:t>
      </w:r>
    </w:p>
    <w:p>
      <w:r>
        <w:rPr>
          <w:rFonts w:ascii="Courier New" w:hAnsi="Courier New"/>
          <w:color w:val="555555"/>
          <w:sz w:val="20"/>
        </w:rPr>
        <w:t>[7 . 76]</w:t>
      </w:r>
    </w:p>
    <w:p>
      <w:r>
        <w:rPr>
          <w:rFonts w:ascii="Gentium Plus" w:hAnsi="Gentium Plus"/>
          <w:sz w:val="24"/>
        </w:rPr>
        <w:t>Σοφοὶ τύραννοι τῶν σοφῶν συνουσίᾳ.</w:t>
      </w:r>
    </w:p>
    <w:p>
      <w:r>
        <w:rPr>
          <w:rFonts w:ascii="Courier New" w:hAnsi="Courier New"/>
          <w:color w:val="555555"/>
          <w:sz w:val="20"/>
        </w:rPr>
        <w:t>[7 . 77]</w:t>
      </w:r>
    </w:p>
    <w:p>
      <w:r>
        <w:rPr>
          <w:rFonts w:ascii="Gentium Plus" w:hAnsi="Gentium Plus"/>
          <w:sz w:val="24"/>
        </w:rPr>
        <w:t>Σποδὸν φεύγων εἰς πῦρ ἐμπέπτωκα.</w:t>
      </w:r>
    </w:p>
    <w:p>
      <w:r>
        <w:rPr>
          <w:rFonts w:ascii="Courier New" w:hAnsi="Courier New"/>
          <w:color w:val="555555"/>
          <w:sz w:val="20"/>
        </w:rPr>
        <w:t>[7 . 78]</w:t>
      </w:r>
    </w:p>
    <w:p>
      <w:r>
        <w:rPr>
          <w:rFonts w:ascii="Gentium Plus" w:hAnsi="Gentium Plus"/>
          <w:sz w:val="24"/>
        </w:rPr>
        <w:t>Σπάρταν ἔλαχες, ταύτην κόσμει: ἐπὶ τῶν τὰ χείρονα λαγχανόντων.</w:t>
      </w:r>
    </w:p>
    <w:p>
      <w:r>
        <w:rPr>
          <w:rFonts w:ascii="Courier New" w:hAnsi="Courier New"/>
          <w:color w:val="555555"/>
          <w:sz w:val="20"/>
        </w:rPr>
        <w:t>[7 . 79]</w:t>
      </w:r>
    </w:p>
    <w:p>
      <w:r>
        <w:rPr>
          <w:rFonts w:ascii="Gentium Plus" w:hAnsi="Gentium Plus"/>
          <w:sz w:val="24"/>
        </w:rPr>
        <w:t>Στρέφε λόγον· οὐ γὰρ ἅμαξα: ὅτι ὁ λόγος ῥᾳδίως μεταστρέφεται.</w:t>
      </w:r>
    </w:p>
    <w:p>
      <w:r>
        <w:rPr>
          <w:rFonts w:ascii="Courier New" w:hAnsi="Courier New"/>
          <w:color w:val="555555"/>
          <w:sz w:val="20"/>
        </w:rPr>
        <w:t>[7 . 80]</w:t>
      </w:r>
    </w:p>
    <w:p>
      <w:r>
        <w:rPr>
          <w:rFonts w:ascii="Gentium Plus" w:hAnsi="Gentium Plus"/>
          <w:sz w:val="24"/>
        </w:rPr>
        <w:t>Στρηνιᾷ: ἐπὶ τῶν ἀναίδην σκωπτόντων.</w:t>
      </w:r>
    </w:p>
    <w:p>
      <w:r>
        <w:rPr>
          <w:rFonts w:ascii="Courier New" w:hAnsi="Courier New"/>
          <w:color w:val="555555"/>
          <w:sz w:val="20"/>
        </w:rPr>
        <w:t>[7 . 81]</w:t>
      </w:r>
    </w:p>
    <w:p>
      <w:r>
        <w:rPr>
          <w:rFonts w:ascii="Gentium Plus" w:hAnsi="Gentium Plus"/>
          <w:sz w:val="24"/>
        </w:rPr>
        <w:t>Στησίχορος παλινῳδίαν ᾄδει: ἐπὶ τῶν μεταβαλ‐ λομένων ἐπὶ τοῖς βελτίοσιν.</w:t>
      </w:r>
    </w:p>
    <w:p>
      <w:r>
        <w:rPr>
          <w:rFonts w:ascii="Courier New" w:hAnsi="Courier New"/>
          <w:color w:val="555555"/>
          <w:sz w:val="20"/>
        </w:rPr>
        <w:t>[7 . 82]</w:t>
      </w:r>
    </w:p>
    <w:p>
      <w:r>
        <w:rPr>
          <w:rFonts w:ascii="Gentium Plus" w:hAnsi="Gentium Plus"/>
          <w:sz w:val="24"/>
        </w:rPr>
        <w:t>Συκίνη μάχαιρα: ἐπὶ τῶν ἀσθενεστάτων καὶ εὐτελῶν.</w:t>
      </w:r>
    </w:p>
    <w:p>
      <w:r>
        <w:rPr>
          <w:rFonts w:ascii="Courier New" w:hAnsi="Courier New"/>
          <w:color w:val="555555"/>
          <w:sz w:val="20"/>
        </w:rPr>
        <w:t>[7 . 83]</w:t>
      </w:r>
    </w:p>
    <w:p>
      <w:r>
        <w:rPr>
          <w:rFonts w:ascii="Gentium Plus" w:hAnsi="Gentium Plus"/>
          <w:sz w:val="24"/>
        </w:rPr>
        <w:t>Συκίνη βακτηρία: καί· Συκίνη ἐπικουρία: ἐπὶ</w:t>
      </w:r>
    </w:p>
    <w:p>
      <w:r>
        <w:rPr>
          <w:rFonts w:ascii="Courier New" w:hAnsi="Courier New"/>
          <w:color w:val="555555"/>
          <w:sz w:val="20"/>
        </w:rPr>
        <w:t>[7 . 84]</w:t>
      </w:r>
    </w:p>
    <w:p>
      <w:r>
        <w:rPr>
          <w:rFonts w:ascii="Gentium Plus" w:hAnsi="Gentium Plus"/>
          <w:sz w:val="24"/>
        </w:rPr>
        <w:t>Σὺν Ἀθηνᾷ καὶ χεῖρα κίνει.</w:t>
      </w:r>
    </w:p>
    <w:p>
      <w:r>
        <w:rPr>
          <w:rFonts w:ascii="Courier New" w:hAnsi="Courier New"/>
          <w:color w:val="555555"/>
          <w:sz w:val="20"/>
        </w:rPr>
        <w:t>[7 . 85]</w:t>
      </w:r>
    </w:p>
    <w:p>
      <w:r>
        <w:rPr>
          <w:rFonts w:ascii="Gentium Plus" w:hAnsi="Gentium Plus"/>
          <w:sz w:val="24"/>
        </w:rPr>
        <w:t>Σῦς ἀκοντίῳ βεβλημένος: ἐπὶ τῶν τοὺς ἀδικήσαν‐ τας μισούντων· ἐπείπερ οἱ ἀδικηθέντες μισοῦσι τὸν ἀδι‐</w:t>
      </w:r>
    </w:p>
    <w:p>
      <w:r>
        <w:rPr>
          <w:rFonts w:ascii="Courier New" w:hAnsi="Courier New"/>
          <w:color w:val="555555"/>
          <w:sz w:val="20"/>
        </w:rPr>
        <w:t>[7 . 86]</w:t>
      </w:r>
    </w:p>
    <w:p>
      <w:r>
        <w:rPr>
          <w:rFonts w:ascii="Gentium Plus" w:hAnsi="Gentium Plus"/>
          <w:sz w:val="24"/>
        </w:rPr>
        <w:t>Συνεκποτέον ἐστί σοι καὶ τὴν τρύγα: ὅτι χρὴ οὐ μόνον τῶν ἡδέων κοινωνεῖν, ἀλλὰ καὶ τῶν λυπηρῶν.</w:t>
      </w:r>
    </w:p>
    <w:p>
      <w:r>
        <w:rPr>
          <w:rFonts w:ascii="Courier New" w:hAnsi="Courier New"/>
          <w:color w:val="555555"/>
          <w:sz w:val="20"/>
        </w:rPr>
        <w:t>[7 . 87]</w:t>
      </w:r>
    </w:p>
    <w:p>
      <w:r>
        <w:rPr>
          <w:rFonts w:ascii="Gentium Plus" w:hAnsi="Gentium Plus"/>
          <w:sz w:val="24"/>
        </w:rPr>
        <w:t>Συβαρίτης διὰ πλατείας πλατύνων: ἐπὶ τῶν ἀλαζονείᾳ ὑπερβαλλόντων· τοιοῦτοι γὰρ οἱ Συβαρῖται.</w:t>
      </w:r>
    </w:p>
    <w:p>
      <w:r>
        <w:rPr>
          <w:rFonts w:ascii="Courier New" w:hAnsi="Courier New"/>
          <w:color w:val="555555"/>
          <w:sz w:val="20"/>
        </w:rPr>
        <w:t>[7 . 88]</w:t>
      </w:r>
    </w:p>
    <w:p>
      <w:r>
        <w:rPr>
          <w:rFonts w:ascii="Gentium Plus" w:hAnsi="Gentium Plus"/>
          <w:sz w:val="24"/>
        </w:rPr>
        <w:t>Σύκινος νοῦς: ἐπὶ τῶν ἀνοήτων· παρόσον τὸ σύκι‐ νον ξύλον ἀσθενέστατον.</w:t>
      </w:r>
    </w:p>
    <w:p>
      <w:r>
        <w:rPr>
          <w:rFonts w:ascii="Courier New" w:hAnsi="Courier New"/>
          <w:color w:val="555555"/>
          <w:sz w:val="20"/>
        </w:rPr>
        <w:t>[7 . 89]</w:t>
      </w:r>
    </w:p>
    <w:p>
      <w:r>
        <w:rPr>
          <w:rFonts w:ascii="Gentium Plus" w:hAnsi="Gentium Plus"/>
          <w:sz w:val="24"/>
        </w:rPr>
        <w:t>Σὺν δορὶ σὺν ἀσπίσιν: ἐπὶ τῶν παντὶ τρόπῳ βοη‐ θούντων.</w:t>
      </w:r>
    </w:p>
    <w:p>
      <w:r>
        <w:rPr>
          <w:rFonts w:ascii="Courier New" w:hAnsi="Courier New"/>
          <w:color w:val="555555"/>
          <w:sz w:val="20"/>
        </w:rPr>
        <w:t>[7 . 90]</w:t>
      </w:r>
    </w:p>
    <w:p>
      <w:r>
        <w:rPr>
          <w:rFonts w:ascii="Gentium Plus" w:hAnsi="Gentium Plus"/>
          <w:sz w:val="24"/>
        </w:rPr>
        <w:t>Συνῆλθον Ἀτταγᾶς τε καὶ Νουμήνιος: ἐπὶ δύο πονηρῶν εἰς ταὐτὸ συνεληλυθότων· φασὶ δὲ γραῦν τοῦτο εἰπεῖν Ἐπιδαύρῳ ἐπὶ δύο κλεπτῶν.</w:t>
      </w:r>
    </w:p>
    <w:p>
      <w:r>
        <w:rPr>
          <w:rFonts w:ascii="Courier New" w:hAnsi="Courier New"/>
          <w:color w:val="555555"/>
          <w:sz w:val="20"/>
        </w:rPr>
        <w:t>[7 . 91]</w:t>
      </w:r>
    </w:p>
    <w:p>
      <w:r>
        <w:rPr>
          <w:rFonts w:ascii="Gentium Plus" w:hAnsi="Gentium Plus"/>
          <w:sz w:val="24"/>
        </w:rPr>
        <w:t>Σύρβα τύρβα: ἐπὶ τῶν ἀτάκτως καὶ μετὰ θορύβου</w:t>
      </w:r>
    </w:p>
    <w:p>
      <w:r>
        <w:rPr>
          <w:rFonts w:ascii="Courier New" w:hAnsi="Courier New"/>
          <w:color w:val="555555"/>
          <w:sz w:val="20"/>
        </w:rPr>
        <w:t>[7 . 92]</w:t>
      </w:r>
    </w:p>
    <w:p>
      <w:r>
        <w:rPr>
          <w:rFonts w:ascii="Gentium Plus" w:hAnsi="Gentium Plus"/>
          <w:sz w:val="24"/>
        </w:rPr>
        <w:t>Συρακουσίων τράπεζα: ἐπὶ τῶν ἁβροδιαίτων καὶ τρυφηλῶν· τοιοῦτοι γὰρ οἱ Συρακούσιοι.</w:t>
      </w:r>
    </w:p>
    <w:p>
      <w:r>
        <w:rPr>
          <w:rFonts w:ascii="Courier New" w:hAnsi="Courier New"/>
          <w:color w:val="555555"/>
          <w:sz w:val="20"/>
        </w:rPr>
        <w:t>[7 . 93]</w:t>
      </w:r>
    </w:p>
    <w:p>
      <w:r>
        <w:rPr>
          <w:rFonts w:ascii="Gentium Plus" w:hAnsi="Gentium Plus"/>
          <w:sz w:val="24"/>
        </w:rPr>
        <w:t>Σφήττιον ὄξος: ἐπὶ τοῦ ὀργίλου καὶ ὀξέος. οἱ γὰρ Σφήττιοι ἐπὶ τοῦτο κωμῳδοῦνται.</w:t>
      </w:r>
    </w:p>
    <w:p>
      <w:r>
        <w:rPr>
          <w:rFonts w:ascii="Courier New" w:hAnsi="Courier New"/>
          <w:color w:val="555555"/>
          <w:sz w:val="20"/>
        </w:rPr>
        <w:t>[7 . 94]</w:t>
      </w:r>
    </w:p>
    <w:p>
      <w:r>
        <w:rPr>
          <w:rFonts w:ascii="Gentium Plus" w:hAnsi="Gentium Plus"/>
          <w:sz w:val="24"/>
        </w:rPr>
        <w:t>Σφηκιὰν ἠρέθισας: ἐπὶ τῶν ἑαυτοῖς κακὰ κινούντων.</w:t>
      </w:r>
    </w:p>
    <w:p>
      <w:r>
        <w:rPr>
          <w:rFonts w:ascii="Courier New" w:hAnsi="Courier New"/>
          <w:color w:val="555555"/>
          <w:sz w:val="20"/>
        </w:rPr>
        <w:t>[7 . 95]</w:t>
      </w:r>
    </w:p>
    <w:p>
      <w:r>
        <w:rPr>
          <w:rFonts w:ascii="Gentium Plus" w:hAnsi="Gentium Plus"/>
          <w:sz w:val="24"/>
        </w:rPr>
        <w:t>Σφάλλειν σὺν ἐχθροῖς καὶ φίλους κέρδος φέ‐ ρει: ὁμοία ταύτῃ· Ἀπόλοιτο καὶ φίλος σὺν ἐχθροῖς.</w:t>
      </w:r>
    </w:p>
    <w:p>
      <w:r>
        <w:rPr>
          <w:rFonts w:ascii="Courier New" w:hAnsi="Courier New"/>
          <w:color w:val="555555"/>
          <w:sz w:val="20"/>
        </w:rPr>
        <w:t>[7 . 96]</w:t>
      </w:r>
    </w:p>
    <w:p>
      <w:r>
        <w:rPr>
          <w:rFonts w:ascii="Gentium Plus" w:hAnsi="Gentium Plus"/>
          <w:sz w:val="24"/>
        </w:rPr>
        <w:t>Σωρὸς ἀγαθῶν: ὥσπερ· θάλαττα ἀγαθῶν. ἐπὶ εὐδαιμονίας.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Τ.</w:t>
      </w:r>
    </w:p>
    <w:p>
      <w:r>
        <w:rPr>
          <w:rFonts w:ascii="Courier New" w:hAnsi="Courier New"/>
          <w:color w:val="555555"/>
          <w:sz w:val="20"/>
        </w:rPr>
        <w:t>[7 . 97]</w:t>
      </w:r>
    </w:p>
    <w:p>
      <w:r>
        <w:rPr>
          <w:rFonts w:ascii="Gentium Plus" w:hAnsi="Gentium Plus"/>
          <w:sz w:val="24"/>
        </w:rPr>
        <w:t>Τὰ ἐκ τρίποδος: ἐπὶ τῶν ἀληθῶς λεγομένων.</w:t>
      </w:r>
    </w:p>
    <w:p>
      <w:r>
        <w:rPr>
          <w:rFonts w:ascii="Courier New" w:hAnsi="Courier New"/>
          <w:color w:val="555555"/>
          <w:sz w:val="20"/>
        </w:rPr>
        <w:t>[7 . 98]</w:t>
      </w:r>
    </w:p>
    <w:p>
      <w:r>
        <w:rPr>
          <w:rFonts w:ascii="Gentium Plus" w:hAnsi="Gentium Plus"/>
          <w:sz w:val="24"/>
        </w:rPr>
        <w:t>Τὰ ἐξ ἁμάξης: ἐπὶ τῶν ῥητὰ καὶ ἄῤῥητα λοιδορούντων.</w:t>
      </w:r>
    </w:p>
    <w:p>
      <w:r>
        <w:rPr>
          <w:rFonts w:ascii="Courier New" w:hAnsi="Courier New"/>
          <w:color w:val="555555"/>
          <w:sz w:val="20"/>
        </w:rPr>
        <w:t>[7 . 99]</w:t>
      </w:r>
    </w:p>
    <w:p>
      <w:r>
        <w:rPr>
          <w:rFonts w:ascii="Gentium Plus" w:hAnsi="Gentium Plus"/>
          <w:sz w:val="24"/>
        </w:rPr>
        <w:t>Ταινάριον κακόν: ἐπὶ τῶν σφόδρα δεινῶν καὶ χαλεπῶν.</w:t>
      </w:r>
    </w:p>
    <w:p>
      <w:r>
        <w:rPr>
          <w:rFonts w:ascii="Courier New" w:hAnsi="Courier New"/>
          <w:color w:val="555555"/>
          <w:sz w:val="20"/>
        </w:rPr>
        <w:t>[7 . 100]</w:t>
      </w:r>
    </w:p>
    <w:p>
      <w:r>
        <w:rPr>
          <w:rFonts w:ascii="Gentium Plus" w:hAnsi="Gentium Plus"/>
          <w:sz w:val="24"/>
        </w:rPr>
        <w:t>Τὰ Κινύρου τάλαντα: ἐπὶ τῶν τὸ ἴσον καὶ τὸ δίκαιον φυλαττόντων.</w:t>
      </w:r>
    </w:p>
    <w:p>
      <w:r>
        <w:rPr>
          <w:rFonts w:ascii="Courier New" w:hAnsi="Courier New"/>
          <w:color w:val="555555"/>
          <w:sz w:val="20"/>
        </w:rPr>
        <w:t>[8 . 1]</w:t>
      </w:r>
    </w:p>
    <w:p>
      <w:r>
        <w:rPr>
          <w:rFonts w:ascii="Gentium Plus" w:hAnsi="Gentium Plus"/>
          <w:sz w:val="24"/>
        </w:rPr>
        <w:t>Τὰ Ταντάλου τάλαντα: ἐπὶ τῶν σφόδρα πλουσίων.</w:t>
      </w:r>
    </w:p>
    <w:p>
      <w:r>
        <w:rPr>
          <w:rFonts w:ascii="Courier New" w:hAnsi="Courier New"/>
          <w:color w:val="555555"/>
          <w:sz w:val="20"/>
        </w:rPr>
        <w:t>[8 . 2]</w:t>
      </w:r>
    </w:p>
    <w:p>
      <w:r>
        <w:rPr>
          <w:rFonts w:ascii="Gentium Plus" w:hAnsi="Gentium Plus"/>
          <w:sz w:val="24"/>
        </w:rPr>
        <w:t>Τὰ Σαμίων ἄνθη: ἐπὶ τῶν μεθύσων.</w:t>
      </w:r>
    </w:p>
    <w:p>
      <w:r>
        <w:rPr>
          <w:rFonts w:ascii="Courier New" w:hAnsi="Courier New"/>
          <w:color w:val="555555"/>
          <w:sz w:val="20"/>
        </w:rPr>
        <w:t>[8 . 3]</w:t>
      </w:r>
    </w:p>
    <w:p>
      <w:r>
        <w:rPr>
          <w:rFonts w:ascii="Gentium Plus" w:hAnsi="Gentium Plus"/>
          <w:sz w:val="24"/>
        </w:rPr>
        <w:t>Τὰ Σαμίων ὑποπτεύεται: ἐπὶ τῶν δεδιότων κα‐ κῶν τινα προσδοκίαν.</w:t>
      </w:r>
    </w:p>
    <w:p>
      <w:r>
        <w:rPr>
          <w:rFonts w:ascii="Courier New" w:hAnsi="Courier New"/>
          <w:color w:val="555555"/>
          <w:sz w:val="20"/>
        </w:rPr>
        <w:t>[8 . 4]</w:t>
      </w:r>
    </w:p>
    <w:p>
      <w:r>
        <w:rPr>
          <w:rFonts w:ascii="Gentium Plus" w:hAnsi="Gentium Plus"/>
          <w:sz w:val="24"/>
        </w:rPr>
        <w:t>Τὰ ἐπὶ Ναννάκου: ἐπὶ τῆς ἀρχαιότητος τῆς πολλῆς.</w:t>
      </w:r>
    </w:p>
    <w:p>
      <w:r>
        <w:rPr>
          <w:rFonts w:ascii="Courier New" w:hAnsi="Courier New"/>
          <w:color w:val="555555"/>
          <w:sz w:val="20"/>
        </w:rPr>
        <w:t>[8 . 5]</w:t>
      </w:r>
    </w:p>
    <w:p>
      <w:r>
        <w:rPr>
          <w:rFonts w:ascii="Gentium Plus" w:hAnsi="Gentium Plus"/>
          <w:sz w:val="24"/>
        </w:rPr>
        <w:t>Τὰ γῆς ἔνερθε καὶ τὰ ἐπὶ πέδον: λείπει οἶδεν. ἐπὶ τῶν πολυπραγμόνων.</w:t>
      </w:r>
    </w:p>
    <w:p>
      <w:r>
        <w:rPr>
          <w:rFonts w:ascii="Courier New" w:hAnsi="Courier New"/>
          <w:color w:val="555555"/>
          <w:sz w:val="20"/>
        </w:rPr>
        <w:t>[8 . 6]</w:t>
      </w:r>
    </w:p>
    <w:p>
      <w:r>
        <w:rPr>
          <w:rFonts w:ascii="Gentium Plus" w:hAnsi="Gentium Plus"/>
          <w:sz w:val="24"/>
        </w:rPr>
        <w:t>Τὰς Προμηθίου μηχανάς: ἐπὶ τῶν ἐξαπατώντων ἐπὶ τέχνῃ τινί. Προμήθιον γὰρ τόπος ἦν ἐν Σικελίᾳ, ἐν ᾧ οἱ ὀρνιθοσκόποι διέτριβον.</w:t>
      </w:r>
    </w:p>
    <w:p>
      <w:r>
        <w:rPr>
          <w:rFonts w:ascii="Courier New" w:hAnsi="Courier New"/>
          <w:color w:val="555555"/>
          <w:sz w:val="20"/>
        </w:rPr>
        <w:t>[8 . 7]</w:t>
      </w:r>
    </w:p>
    <w:p>
      <w:r>
        <w:rPr>
          <w:rFonts w:ascii="Gentium Plus" w:hAnsi="Gentium Plus"/>
          <w:sz w:val="24"/>
        </w:rPr>
        <w:t>Τενέδιος πέλεκυς: ἐπὶ τῶν ἀποτόμως τι καὶ ὠμῶς διαπραττομένων. ἐν γὰρ Τενέδῳ τῇ νήσῳ δύο πελέκεις</w:t>
      </w:r>
    </w:p>
    <w:p>
      <w:r>
        <w:rPr>
          <w:rFonts w:ascii="Courier New" w:hAnsi="Courier New"/>
          <w:color w:val="555555"/>
          <w:sz w:val="20"/>
        </w:rPr>
        <w:t>[8 . 8]</w:t>
      </w:r>
    </w:p>
    <w:p>
      <w:r>
        <w:rPr>
          <w:rFonts w:ascii="Gentium Plus" w:hAnsi="Gentium Plus"/>
          <w:sz w:val="24"/>
        </w:rPr>
        <w:t>Τερμέρια κακά: ἐπὶ τῶν σφόδρα δεινῶν καὶ χαλε‐ πῶν. ἀπὸ Τερμέρου τινὸς θηριώδους τὴν φύσιν καὶ λῃστοῦ.</w:t>
      </w:r>
    </w:p>
    <w:p>
      <w:r>
        <w:rPr>
          <w:rFonts w:ascii="Courier New" w:hAnsi="Courier New"/>
          <w:color w:val="555555"/>
          <w:sz w:val="20"/>
        </w:rPr>
        <w:t>[8 . 9]</w:t>
      </w:r>
    </w:p>
    <w:p>
      <w:r>
        <w:rPr>
          <w:rFonts w:ascii="Gentium Plus" w:hAnsi="Gentium Plus"/>
          <w:sz w:val="24"/>
        </w:rPr>
        <w:t>Τετρὰς καὶ νουμηνία: ἐπὶ τῶν φύσει ἀργῶν παρό‐ σον ταύτας τὰς ἡμέρας ἀργὰς ἐνόμιζον.</w:t>
      </w:r>
    </w:p>
    <w:p>
      <w:r>
        <w:rPr>
          <w:rFonts w:ascii="Courier New" w:hAnsi="Courier New"/>
          <w:color w:val="555555"/>
          <w:sz w:val="20"/>
        </w:rPr>
        <w:t>[8 . 10]</w:t>
      </w:r>
    </w:p>
    <w:p>
      <w:r>
        <w:rPr>
          <w:rFonts w:ascii="Gentium Plus" w:hAnsi="Gentium Plus"/>
          <w:sz w:val="24"/>
        </w:rPr>
        <w:t>Τερπνὸν χρῆμα ἀλλήλοις ἡλικιῶται: ἐπὶ τῶν ὁμηλίκων.</w:t>
      </w:r>
    </w:p>
    <w:p>
      <w:r>
        <w:rPr>
          <w:rFonts w:ascii="Courier New" w:hAnsi="Courier New"/>
          <w:color w:val="555555"/>
          <w:sz w:val="20"/>
        </w:rPr>
        <w:t>[8 . 11]</w:t>
      </w:r>
    </w:p>
    <w:p>
      <w:r>
        <w:rPr>
          <w:rFonts w:ascii="Gentium Plus" w:hAnsi="Gentium Plus"/>
          <w:sz w:val="24"/>
        </w:rPr>
        <w:t>Τέττιγος ἀκούει: ἐπὶ τοῦ ἀφροντίστου· παρόσον ὁ τέττιγος ἀκούων ἥδεται.</w:t>
      </w:r>
    </w:p>
    <w:p>
      <w:r>
        <w:rPr>
          <w:rFonts w:ascii="Courier New" w:hAnsi="Courier New"/>
          <w:color w:val="555555"/>
          <w:sz w:val="20"/>
        </w:rPr>
        <w:t>[8 . 12]</w:t>
      </w:r>
    </w:p>
    <w:p>
      <w:r>
        <w:rPr>
          <w:rFonts w:ascii="Gentium Plus" w:hAnsi="Gentium Plus"/>
          <w:sz w:val="24"/>
        </w:rPr>
        <w:t>Τέττιγος ᾄδων νόμον: ἐπὶ τοῦ μηδενὸς ἀξίου.</w:t>
      </w:r>
    </w:p>
    <w:p>
      <w:r>
        <w:rPr>
          <w:rFonts w:ascii="Courier New" w:hAnsi="Courier New"/>
          <w:color w:val="555555"/>
          <w:sz w:val="20"/>
        </w:rPr>
        <w:t>[8 . 13]</w:t>
      </w:r>
    </w:p>
    <w:p>
      <w:r>
        <w:rPr>
          <w:rFonts w:ascii="Gentium Plus" w:hAnsi="Gentium Plus"/>
          <w:sz w:val="24"/>
        </w:rPr>
        <w:t>Τευμησσία ἀλώπηξ: ἐπὶ τῶν πολλῇ πανουργίᾳ χρωμένων.</w:t>
      </w:r>
    </w:p>
    <w:p>
      <w:r>
        <w:rPr>
          <w:rFonts w:ascii="Courier New" w:hAnsi="Courier New"/>
          <w:color w:val="555555"/>
          <w:sz w:val="20"/>
        </w:rPr>
        <w:t>[8 . 14]</w:t>
      </w:r>
    </w:p>
    <w:p>
      <w:r>
        <w:rPr>
          <w:rFonts w:ascii="Gentium Plus" w:hAnsi="Gentium Plus"/>
          <w:sz w:val="24"/>
        </w:rPr>
        <w:t>Τὴν αὑτοῦ σκιὰν δέδοικεν: ἐπὶ τῶν σφόδρα δειλῶν.</w:t>
      </w:r>
    </w:p>
    <w:p>
      <w:r>
        <w:rPr>
          <w:rFonts w:ascii="Courier New" w:hAnsi="Courier New"/>
          <w:color w:val="555555"/>
          <w:sz w:val="20"/>
        </w:rPr>
        <w:t>[8 . 15]</w:t>
      </w:r>
    </w:p>
    <w:p>
      <w:r>
        <w:rPr>
          <w:rFonts w:ascii="Gentium Plus" w:hAnsi="Gentium Plus"/>
          <w:sz w:val="24"/>
        </w:rPr>
        <w:t>Τῆς αὐτῆς κεραμίας: ἐπὶ τοῦ ὁμοίου καὶ παρα‐</w:t>
      </w:r>
    </w:p>
    <w:p>
      <w:r>
        <w:rPr>
          <w:rFonts w:ascii="Courier New" w:hAnsi="Courier New"/>
          <w:color w:val="555555"/>
          <w:sz w:val="20"/>
        </w:rPr>
        <w:t>[8 . 16]</w:t>
      </w:r>
    </w:p>
    <w:p>
      <w:r>
        <w:rPr>
          <w:rFonts w:ascii="Gentium Plus" w:hAnsi="Gentium Plus"/>
          <w:sz w:val="24"/>
        </w:rPr>
        <w:t>Τὴν λεοντῆν λάμβανε: ἐπὶ τοῦ γενναῖόν τι πράτ‐ τειν μέλλοντος.</w:t>
      </w:r>
    </w:p>
    <w:p>
      <w:r>
        <w:rPr>
          <w:rFonts w:ascii="Courier New" w:hAnsi="Courier New"/>
          <w:color w:val="555555"/>
          <w:sz w:val="20"/>
        </w:rPr>
        <w:t>[8 . 17]</w:t>
      </w:r>
    </w:p>
    <w:p>
      <w:r>
        <w:rPr>
          <w:rFonts w:ascii="Gentium Plus" w:hAnsi="Gentium Plus"/>
          <w:sz w:val="24"/>
        </w:rPr>
        <w:t>Τὴν ἀλωπεκῆν ὑπέδυ: ἐπὶ τῶν πανουργίᾳ χρωμένων.</w:t>
      </w:r>
    </w:p>
    <w:p>
      <w:r>
        <w:rPr>
          <w:rFonts w:ascii="Courier New" w:hAnsi="Courier New"/>
          <w:color w:val="555555"/>
          <w:sz w:val="20"/>
        </w:rPr>
        <w:t>[8 . 18]</w:t>
      </w:r>
    </w:p>
    <w:p>
      <w:r>
        <w:rPr>
          <w:rFonts w:ascii="Gentium Plus" w:hAnsi="Gentium Plus"/>
          <w:sz w:val="24"/>
        </w:rPr>
        <w:t>Τὴν αὐτὸς σαυτοῦ θύραν κρούεις λίθῳ: ἐπὶ τῶν εἰς τὰ οἰκεῖα πλημμελούντων.</w:t>
      </w:r>
    </w:p>
    <w:p>
      <w:r>
        <w:rPr>
          <w:rFonts w:ascii="Courier New" w:hAnsi="Courier New"/>
          <w:color w:val="555555"/>
          <w:sz w:val="20"/>
        </w:rPr>
        <w:t>[8 . 19]</w:t>
      </w:r>
    </w:p>
    <w:p>
      <w:r>
        <w:rPr>
          <w:rFonts w:ascii="Gentium Plus" w:hAnsi="Gentium Plus"/>
          <w:sz w:val="24"/>
        </w:rPr>
        <w:t>Τὴν ὑπὸ σκότους: ἤγουν τὴν λαθραίαν.</w:t>
      </w:r>
    </w:p>
    <w:p>
      <w:r>
        <w:rPr>
          <w:rFonts w:ascii="Courier New" w:hAnsi="Courier New"/>
          <w:color w:val="555555"/>
          <w:sz w:val="20"/>
        </w:rPr>
        <w:t>[8 . 20]</w:t>
      </w:r>
    </w:p>
    <w:p>
      <w:r>
        <w:rPr>
          <w:rFonts w:ascii="Gentium Plus" w:hAnsi="Gentium Plus"/>
          <w:sz w:val="24"/>
        </w:rPr>
        <w:t>Τῆς δευτέρας ἢ ὑστέρας ἐφόδου: ἐπὶ τῶν ἐκ δευτέρου τισὶν ἔργοις ἐπιχειρούντων.</w:t>
      </w:r>
    </w:p>
    <w:p>
      <w:r>
        <w:rPr>
          <w:rFonts w:ascii="Courier New" w:hAnsi="Courier New"/>
          <w:color w:val="555555"/>
          <w:sz w:val="20"/>
        </w:rPr>
        <w:t>[8 . 21]</w:t>
      </w:r>
    </w:p>
    <w:p>
      <w:r>
        <w:rPr>
          <w:rFonts w:ascii="Gentium Plus" w:hAnsi="Gentium Plus"/>
          <w:sz w:val="24"/>
        </w:rPr>
        <w:t>Τὴν ἐκ τῆς φαρέτρας: ἐπὶ τῶν ἀγαθὴν ἡμέραν ἀγόντων. τὴν δὲ αὐτὴν ταύτην καὶ λευκὴν καὶ εἰρηνικὴν λέγουσιν· ἐλήφθη δὲ ἡ παροιμία ἀπὸ τῶν Σκυθῶν.</w:t>
      </w:r>
    </w:p>
    <w:p>
      <w:r>
        <w:rPr>
          <w:rFonts w:ascii="Courier New" w:hAnsi="Courier New"/>
          <w:color w:val="555555"/>
          <w:sz w:val="20"/>
        </w:rPr>
        <w:t>[8 . 22]</w:t>
      </w:r>
    </w:p>
    <w:p>
      <w:r>
        <w:rPr>
          <w:rFonts w:ascii="Gentium Plus" w:hAnsi="Gentium Plus"/>
          <w:sz w:val="24"/>
        </w:rPr>
        <w:t>Τὴν ἀπὸ Σκυθῶν ῥῆσιν: ἐπὶ τῶν ὠμῶν καὶ ὑπερ‐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ἄλλο μὲν οὐδὲν ἀπεκρίναντο, μῦν δὲ καὶ βάτραχον καὶ βέλος τοῖς ἀπελθοῦσιν ἀποκομίζειν τῷ βασιλεῖ παρέδοσαν, αἰνιττόμενοι διὰ τούτων, ὅτι οὐδὲ ἐὰν ὡς βέλος διὰ τοῦ ἀέρος διαπτῇ, ἢ ὡς μῦς εἰς τὴν γῆν ὑποδύῃ, ἢ ὡς βάτρα‐ χος εἰς ὕδατα δύνῃ, διαφεύξεται αὐτούς.</w:t>
      </w:r>
    </w:p>
    <w:p>
      <w:r>
        <w:rPr>
          <w:rFonts w:ascii="Courier New" w:hAnsi="Courier New"/>
          <w:color w:val="555555"/>
          <w:sz w:val="20"/>
        </w:rPr>
        <w:t>[8 . 23]</w:t>
      </w:r>
    </w:p>
    <w:p>
      <w:r>
        <w:rPr>
          <w:rFonts w:ascii="Gentium Plus" w:hAnsi="Gentium Plus"/>
          <w:sz w:val="24"/>
        </w:rPr>
        <w:t>Τὴν ἐν Ἄργει ἀσπίδα: ἐπὶ τῶν σωφρόνως βεβιω‐ κότων. ἐπεὶ ἐν Ἄργει οἱ διαφυλάξαντες τὴν ἐν παισὶν ὥραν καλῶς ἱερὰν ἀσπίδα ἀναλαμβάνοντες ἐπόμπευον.</w:t>
      </w:r>
    </w:p>
    <w:p>
      <w:r>
        <w:rPr>
          <w:rFonts w:ascii="Courier New" w:hAnsi="Courier New"/>
          <w:color w:val="555555"/>
          <w:sz w:val="20"/>
        </w:rPr>
        <w:t>[8 . 24]</w:t>
      </w:r>
    </w:p>
    <w:p>
      <w:r>
        <w:rPr>
          <w:rFonts w:ascii="Gentium Plus" w:hAnsi="Gentium Plus"/>
          <w:sz w:val="24"/>
        </w:rPr>
        <w:t>Τὴν κατὰ σαυτὸν ἔλα: ἐπὶ τῶν μείζονα ἢ κατὰ τὴν ἑαυτῶν δύναμιν αἱρουμένων πράγματα.</w:t>
      </w:r>
    </w:p>
    <w:p>
      <w:r>
        <w:rPr>
          <w:rFonts w:ascii="Courier New" w:hAnsi="Courier New"/>
          <w:color w:val="555555"/>
          <w:sz w:val="20"/>
        </w:rPr>
        <w:t>[8 . 25]</w:t>
      </w:r>
    </w:p>
    <w:p>
      <w:r>
        <w:rPr>
          <w:rFonts w:ascii="Gentium Plus" w:hAnsi="Gentium Plus"/>
          <w:sz w:val="24"/>
        </w:rPr>
        <w:t>Τὴν Ὕδραν τέμνειν: ἐπὶ τῶν ἀμηχάνων· διὰ τὰ μυθευόμενα περὶ τῶν τῆς Ὕδρας φυομένων ἐν τῇ τομῇ κεφαλῶν.</w:t>
      </w:r>
    </w:p>
    <w:p>
      <w:r>
        <w:rPr>
          <w:rFonts w:ascii="Courier New" w:hAnsi="Courier New"/>
          <w:color w:val="555555"/>
          <w:sz w:val="20"/>
        </w:rPr>
        <w:t>[8 . 26]</w:t>
      </w:r>
    </w:p>
    <w:p>
      <w:r>
        <w:rPr>
          <w:rFonts w:ascii="Gentium Plus" w:hAnsi="Gentium Plus"/>
          <w:sz w:val="24"/>
        </w:rPr>
        <w:t>Τὴν ἐπὶ Λύσιδος πολιτείαν: ἐπὶ τῆς ἀναξίας.</w:t>
      </w:r>
    </w:p>
    <w:p>
      <w:r>
        <w:rPr>
          <w:rFonts w:ascii="Courier New" w:hAnsi="Courier New"/>
          <w:color w:val="555555"/>
          <w:sz w:val="20"/>
        </w:rPr>
        <w:t>[8 . 27]</w:t>
      </w:r>
    </w:p>
    <w:p>
      <w:r>
        <w:rPr>
          <w:rFonts w:ascii="Gentium Plus" w:hAnsi="Gentium Plus"/>
          <w:sz w:val="24"/>
        </w:rPr>
        <w:t>Τίκτει τοι κόρος ὕβριν, ὅταν κακῷ ἀνδρὶ παρ‐ είη: ἐπὶ τῶν ἐν ταῖς εὐτυχίαις ἀφορήτων.</w:t>
      </w:r>
    </w:p>
    <w:p>
      <w:r>
        <w:rPr>
          <w:rFonts w:ascii="Courier New" w:hAnsi="Courier New"/>
          <w:color w:val="555555"/>
          <w:sz w:val="20"/>
        </w:rPr>
        <w:t>[8 . 28]</w:t>
      </w:r>
    </w:p>
    <w:p>
      <w:r>
        <w:rPr>
          <w:rFonts w:ascii="Gentium Plus" w:hAnsi="Gentium Plus"/>
          <w:sz w:val="24"/>
        </w:rPr>
        <w:t>Τί κόθορνος καὶ ῥόπαλον ξυνηλθέτην: ἐπὶ τῶν ἀλλόκοτα διαπραττομένων.</w:t>
      </w:r>
    </w:p>
    <w:p>
      <w:r>
        <w:rPr>
          <w:rFonts w:ascii="Courier New" w:hAnsi="Courier New"/>
          <w:color w:val="555555"/>
          <w:sz w:val="20"/>
        </w:rPr>
        <w:t>[8 . 29]</w:t>
      </w:r>
    </w:p>
    <w:p>
      <w:r>
        <w:rPr>
          <w:rFonts w:ascii="Gentium Plus" w:hAnsi="Gentium Plus"/>
          <w:sz w:val="24"/>
        </w:rPr>
        <w:t>Τίς πατέρ’ αἰνήσει’, εἰ μὴ κακοδαίμονα τέκνα: ἐπὶ τῶν προγονικὰ ἀνδραγαθήματα προφερόντων.</w:t>
      </w:r>
    </w:p>
    <w:p>
      <w:r>
        <w:rPr>
          <w:rFonts w:ascii="Courier New" w:hAnsi="Courier New"/>
          <w:color w:val="555555"/>
          <w:sz w:val="20"/>
        </w:rPr>
        <w:t>[8 . 30]</w:t>
      </w:r>
    </w:p>
    <w:p>
      <w:r>
        <w:rPr>
          <w:rFonts w:ascii="Gentium Plus" w:hAnsi="Gentium Plus"/>
          <w:sz w:val="24"/>
        </w:rPr>
        <w:t>Τί πρὸς τὸν Ἑρμῆν: αὕτη ὁμοία ἐστὶ τῇ· Τί πρὸς τὸν Διόνυσον;</w:t>
      </w:r>
    </w:p>
    <w:p>
      <w:r>
        <w:rPr>
          <w:rFonts w:ascii="Courier New" w:hAnsi="Courier New"/>
          <w:color w:val="555555"/>
          <w:sz w:val="20"/>
        </w:rPr>
        <w:t>[8 . 31]</w:t>
      </w:r>
    </w:p>
    <w:p>
      <w:r>
        <w:rPr>
          <w:rFonts w:ascii="Gentium Plus" w:hAnsi="Gentium Plus"/>
          <w:sz w:val="24"/>
        </w:rPr>
        <w:t>Τί δεῖ παρεῖναι λήκυθον, ἢν ἔτνος παρῇ.</w:t>
      </w:r>
    </w:p>
    <w:p>
      <w:r>
        <w:rPr>
          <w:rFonts w:ascii="Courier New" w:hAnsi="Courier New"/>
          <w:color w:val="555555"/>
          <w:sz w:val="20"/>
        </w:rPr>
        <w:t>[8 . 32]</w:t>
      </w:r>
    </w:p>
    <w:p>
      <w:r>
        <w:rPr>
          <w:rFonts w:ascii="Gentium Plus" w:hAnsi="Gentium Plus"/>
          <w:sz w:val="24"/>
        </w:rPr>
        <w:t>Τί τὸν τάραντα πρός με ποικίλλεις ἔχων; αὕτη ὁμοία τῇ· Τί πρὸς ἐμὲ τὰ ποικίλα; τάρας δέ</w:t>
      </w:r>
    </w:p>
    <w:p>
      <w:r>
        <w:rPr>
          <w:rFonts w:ascii="Courier New" w:hAnsi="Courier New"/>
          <w:color w:val="555555"/>
          <w:sz w:val="20"/>
        </w:rPr>
        <w:t>[8 . 33]</w:t>
      </w:r>
    </w:p>
    <w:p>
      <w:r>
        <w:rPr>
          <w:rFonts w:ascii="Gentium Plus" w:hAnsi="Gentium Plus"/>
          <w:sz w:val="24"/>
        </w:rPr>
        <w:t>Τί δ’ ἂν κάπηλος παρὰ καπηλίδος λάβοι: ὅτι οὐδὲν ἢ οἶνον.</w:t>
      </w:r>
    </w:p>
    <w:p>
      <w:r>
        <w:rPr>
          <w:rFonts w:ascii="Courier New" w:hAnsi="Courier New"/>
          <w:color w:val="555555"/>
          <w:sz w:val="20"/>
        </w:rPr>
        <w:t>[8 . 34]</w:t>
      </w:r>
    </w:p>
    <w:p>
      <w:r>
        <w:rPr>
          <w:rFonts w:ascii="Gentium Plus" w:hAnsi="Gentium Plus"/>
          <w:sz w:val="24"/>
        </w:rPr>
        <w:t>Τί κυνὶ καὶ βαλανείῳ: ἐπὶ τῶν ἀσυνήθεις κατα‐ λαμβανόντων τόπους.</w:t>
      </w:r>
    </w:p>
    <w:p>
      <w:r>
        <w:rPr>
          <w:rFonts w:ascii="Courier New" w:hAnsi="Courier New"/>
          <w:color w:val="555555"/>
          <w:sz w:val="20"/>
        </w:rPr>
        <w:t>[8 . 35]</w:t>
      </w:r>
    </w:p>
    <w:p>
      <w:r>
        <w:rPr>
          <w:rFonts w:ascii="Gentium Plus" w:hAnsi="Gentium Plus"/>
          <w:sz w:val="24"/>
        </w:rPr>
        <w:t>Τίς καλοῦ μηχανή: ἐπὶ τοῦ μὴ ὁμοίου.</w:t>
      </w:r>
    </w:p>
    <w:p>
      <w:r>
        <w:rPr>
          <w:rFonts w:ascii="Courier New" w:hAnsi="Courier New"/>
          <w:color w:val="555555"/>
          <w:sz w:val="20"/>
        </w:rPr>
        <w:t>[8 . 36]</w:t>
      </w:r>
    </w:p>
    <w:p>
      <w:r>
        <w:rPr>
          <w:rFonts w:ascii="Gentium Plus" w:hAnsi="Gentium Plus"/>
          <w:sz w:val="24"/>
        </w:rPr>
        <w:t>Τιθωνοῦ γῆρας: ἐπὶ τῶν πάνυ παλαιῶν καὶ πολυ‐ χρονίων.</w:t>
      </w:r>
    </w:p>
    <w:p>
      <w:r>
        <w:rPr>
          <w:rFonts w:ascii="Courier New" w:hAnsi="Courier New"/>
          <w:color w:val="555555"/>
          <w:sz w:val="20"/>
        </w:rPr>
        <w:t>[8 . 37]</w:t>
      </w:r>
    </w:p>
    <w:p>
      <w:r>
        <w:rPr>
          <w:rFonts w:ascii="Gentium Plus" w:hAnsi="Gentium Plus"/>
          <w:sz w:val="24"/>
        </w:rPr>
        <w:t>Τίσιν ὁ Ἀπόλλων κεκιθάρικεν;</w:t>
      </w:r>
    </w:p>
    <w:p>
      <w:r>
        <w:rPr>
          <w:rFonts w:ascii="Courier New" w:hAnsi="Courier New"/>
          <w:color w:val="555555"/>
          <w:sz w:val="20"/>
        </w:rPr>
        <w:t>[8 . 38]</w:t>
      </w:r>
    </w:p>
    <w:p>
      <w:r>
        <w:rPr>
          <w:rFonts w:ascii="Gentium Plus" w:hAnsi="Gentium Plus"/>
          <w:sz w:val="24"/>
        </w:rPr>
        <w:t>Τιτᾶνας βοᾶν: ἐπὶ τῶν κεκραγότων τινὰς εἰς βοήθειαν.</w:t>
      </w:r>
    </w:p>
    <w:p>
      <w:r>
        <w:rPr>
          <w:rFonts w:ascii="Courier New" w:hAnsi="Courier New"/>
          <w:color w:val="555555"/>
          <w:sz w:val="20"/>
        </w:rPr>
        <w:t>[8 . 39]</w:t>
      </w:r>
    </w:p>
    <w:p>
      <w:r>
        <w:rPr>
          <w:rFonts w:ascii="Gentium Plus" w:hAnsi="Gentium Plus"/>
          <w:sz w:val="24"/>
        </w:rPr>
        <w:t>Τὸν φρουρὸν χρὴ φρουρεῖν, τὸν ἐρῶντα δ’ ἐρᾶν.</w:t>
      </w:r>
    </w:p>
    <w:p>
      <w:r>
        <w:rPr>
          <w:rFonts w:ascii="Courier New" w:hAnsi="Courier New"/>
          <w:color w:val="555555"/>
          <w:sz w:val="20"/>
        </w:rPr>
        <w:t>[8 . 40]</w:t>
      </w:r>
    </w:p>
    <w:p>
      <w:r>
        <w:rPr>
          <w:rFonts w:ascii="Gentium Plus" w:hAnsi="Gentium Plus"/>
          <w:sz w:val="24"/>
        </w:rPr>
        <w:t>Τὸ ἐν τῇ καρδίᾳ τοῦ νήφοντος ἐπὶ τῆς γλώτ‐ της ἐστὶ τοῦ μεθύοντος.</w:t>
      </w:r>
    </w:p>
    <w:p>
      <w:r>
        <w:rPr>
          <w:rFonts w:ascii="Courier New" w:hAnsi="Courier New"/>
          <w:color w:val="555555"/>
          <w:sz w:val="20"/>
        </w:rPr>
        <w:t>[8 . 41]</w:t>
      </w:r>
    </w:p>
    <w:p>
      <w:r>
        <w:rPr>
          <w:rFonts w:ascii="Gentium Plus" w:hAnsi="Gentium Plus"/>
          <w:sz w:val="24"/>
        </w:rPr>
        <w:t>Τὸ καλὸν φίλον.</w:t>
      </w:r>
    </w:p>
    <w:p>
      <w:r>
        <w:rPr>
          <w:rFonts w:ascii="Courier New" w:hAnsi="Courier New"/>
          <w:color w:val="555555"/>
          <w:sz w:val="20"/>
        </w:rPr>
        <w:t>[8 . 42]</w:t>
      </w:r>
    </w:p>
    <w:p>
      <w:r>
        <w:rPr>
          <w:rFonts w:ascii="Gentium Plus" w:hAnsi="Gentium Plus"/>
          <w:sz w:val="24"/>
        </w:rPr>
        <w:t>Τὸν καπνὸν φεύγων εἰς τὸ πῦρ ἐνέπεσεν.</w:t>
      </w:r>
    </w:p>
    <w:p>
      <w:r>
        <w:rPr>
          <w:rFonts w:ascii="Courier New" w:hAnsi="Courier New"/>
          <w:color w:val="555555"/>
          <w:sz w:val="20"/>
        </w:rPr>
        <w:t>[8 . 43]</w:t>
      </w:r>
    </w:p>
    <w:p>
      <w:r>
        <w:rPr>
          <w:rFonts w:ascii="Gentium Plus" w:hAnsi="Gentium Plus"/>
          <w:sz w:val="24"/>
        </w:rPr>
        <w:t>Τοῦ πατρὸς τὸ παιδίον: ἐπὶ τοῦ ὁμοίου.</w:t>
      </w:r>
    </w:p>
    <w:p>
      <w:r>
        <w:rPr>
          <w:rFonts w:ascii="Courier New" w:hAnsi="Courier New"/>
          <w:color w:val="555555"/>
          <w:sz w:val="20"/>
        </w:rPr>
        <w:t>[8 . 44]</w:t>
      </w:r>
    </w:p>
    <w:p>
      <w:r>
        <w:rPr>
          <w:rFonts w:ascii="Gentium Plus" w:hAnsi="Gentium Plus"/>
          <w:sz w:val="24"/>
        </w:rPr>
        <w:t>Τὸν λύκον τῶν ὤτων ἔχειν: ἐπὶ τῶν ἐν κινδύνῳ καθεστώτων· οὔτε γὰρ κατέχειν οἷόν τε οὔτε ἀφεῖναι</w:t>
      </w:r>
    </w:p>
    <w:p>
      <w:r>
        <w:rPr>
          <w:rFonts w:ascii="Courier New" w:hAnsi="Courier New"/>
          <w:color w:val="555555"/>
          <w:sz w:val="20"/>
        </w:rPr>
        <w:t>[8 . 45]</w:t>
      </w:r>
    </w:p>
    <w:p>
      <w:r>
        <w:rPr>
          <w:rFonts w:ascii="Gentium Plus" w:hAnsi="Gentium Plus"/>
          <w:sz w:val="24"/>
        </w:rPr>
        <w:t>Τὸν Μίδου πλοῦτον ἔχειν: ἐν ὑπερβολῇ λέγεται.</w:t>
      </w:r>
    </w:p>
    <w:p>
      <w:r>
        <w:rPr>
          <w:rFonts w:ascii="Courier New" w:hAnsi="Courier New"/>
          <w:color w:val="555555"/>
          <w:sz w:val="20"/>
        </w:rPr>
        <w:t>[8 . 46]</w:t>
      </w:r>
    </w:p>
    <w:p>
      <w:r>
        <w:rPr>
          <w:rFonts w:ascii="Gentium Plus" w:hAnsi="Gentium Plus"/>
          <w:sz w:val="24"/>
        </w:rPr>
        <w:t>Τὸν αὐτὸν αἰνεῖν καὶ ψέγειν ἀνδρὸς κακοῦ.</w:t>
      </w:r>
    </w:p>
    <w:p>
      <w:r>
        <w:rPr>
          <w:rFonts w:ascii="Courier New" w:hAnsi="Courier New"/>
          <w:color w:val="555555"/>
          <w:sz w:val="20"/>
        </w:rPr>
        <w:t>[8 . 47]</w:t>
      </w:r>
    </w:p>
    <w:p>
      <w:r>
        <w:rPr>
          <w:rFonts w:ascii="Gentium Plus" w:hAnsi="Gentium Plus"/>
          <w:sz w:val="24"/>
        </w:rPr>
        <w:t>Τὸ Αἰσώπου αἷμα: ἐπὶ τῶν δυσαποτρίπτοις ὀνείδε‐ σιν ἢ κακοῖς ἐνεχομένων.</w:t>
      </w:r>
    </w:p>
    <w:p>
      <w:r>
        <w:rPr>
          <w:rFonts w:ascii="Courier New" w:hAnsi="Courier New"/>
          <w:color w:val="555555"/>
          <w:sz w:val="20"/>
        </w:rPr>
        <w:t>[8 . 48]</w:t>
      </w:r>
    </w:p>
    <w:p>
      <w:r>
        <w:rPr>
          <w:rFonts w:ascii="Gentium Plus" w:hAnsi="Gentium Plus"/>
          <w:sz w:val="24"/>
        </w:rPr>
        <w:t>Τὸ πολλὰ πράττειν οὐκ ἐν ἀσφαλεῖ βίου: ἐπὶ τῶν πολλὰ πραγματευομένων καὶ ὕστερον εἰς κίνδυνον ἐμπιπτόντων.</w:t>
      </w:r>
    </w:p>
    <w:p>
      <w:r>
        <w:rPr>
          <w:rFonts w:ascii="Courier New" w:hAnsi="Courier New"/>
          <w:color w:val="555555"/>
          <w:sz w:val="20"/>
        </w:rPr>
        <w:t>[8 . 49]</w:t>
      </w:r>
    </w:p>
    <w:p>
      <w:r>
        <w:rPr>
          <w:rFonts w:ascii="Gentium Plus" w:hAnsi="Gentium Plus"/>
          <w:sz w:val="24"/>
        </w:rPr>
        <w:t>Τὸ Ἡσιόδειον γῆρας: ἐπὶ τῶν πάνυ παλαιῶν.</w:t>
      </w:r>
    </w:p>
    <w:p>
      <w:r>
        <w:rPr>
          <w:rFonts w:ascii="Courier New" w:hAnsi="Courier New"/>
          <w:color w:val="555555"/>
          <w:sz w:val="20"/>
        </w:rPr>
        <w:t>[8 . 50]</w:t>
      </w:r>
    </w:p>
    <w:p>
      <w:r>
        <w:rPr>
          <w:rFonts w:ascii="Gentium Plus" w:hAnsi="Gentium Plus"/>
          <w:sz w:val="24"/>
        </w:rPr>
        <w:t>Τὸ Ἀλκισθένους ἱμάτιον: ἐπὶ τῶν πολυτελῶν.</w:t>
      </w:r>
    </w:p>
    <w:p>
      <w:r>
        <w:rPr>
          <w:rFonts w:ascii="Courier New" w:hAnsi="Courier New"/>
          <w:color w:val="555555"/>
          <w:sz w:val="20"/>
        </w:rPr>
        <w:t>[8 . 51]</w:t>
      </w:r>
    </w:p>
    <w:p>
      <w:r>
        <w:rPr>
          <w:rFonts w:ascii="Gentium Plus" w:hAnsi="Gentium Plus"/>
          <w:sz w:val="24"/>
        </w:rPr>
        <w:t>Τὸν Ἐνδυμίωνος ὕπνον καθεύδειν: ἐπὶ τῶν ἄγαν ὑπνηλῶν.</w:t>
      </w:r>
    </w:p>
    <w:p>
      <w:r>
        <w:rPr>
          <w:rFonts w:ascii="Courier New" w:hAnsi="Courier New"/>
          <w:color w:val="555555"/>
          <w:sz w:val="20"/>
        </w:rPr>
        <w:t>[8 . 52]</w:t>
      </w:r>
    </w:p>
    <w:p>
      <w:r>
        <w:rPr>
          <w:rFonts w:ascii="Gentium Plus" w:hAnsi="Gentium Plus"/>
          <w:sz w:val="24"/>
        </w:rPr>
        <w:t>Τὸν ἵππον ὁ Σκύθης: ἐπὶ τῶν κρύφα μέν τινος ἐφιεμένων, φανερῶς δὲ ἀπωθουμένων καὶ διαπτυόντων αὐτό.</w:t>
      </w:r>
    </w:p>
    <w:p>
      <w:r>
        <w:rPr>
          <w:rFonts w:ascii="Courier New" w:hAnsi="Courier New"/>
          <w:color w:val="555555"/>
          <w:sz w:val="20"/>
        </w:rPr>
        <w:t>[8 . 53]</w:t>
      </w:r>
    </w:p>
    <w:p>
      <w:r>
        <w:rPr>
          <w:rFonts w:ascii="Gentium Plus" w:hAnsi="Gentium Plus"/>
          <w:sz w:val="24"/>
        </w:rPr>
        <w:t>Τοῖς εὐτυχοῦσι καὶ τρίμηνα παιδία.</w:t>
      </w:r>
    </w:p>
    <w:p>
      <w:r>
        <w:rPr>
          <w:rFonts w:ascii="Courier New" w:hAnsi="Courier New"/>
          <w:color w:val="555555"/>
          <w:sz w:val="20"/>
        </w:rPr>
        <w:t>[8 . 54]</w:t>
      </w:r>
    </w:p>
    <w:p>
      <w:r>
        <w:rPr>
          <w:rFonts w:ascii="Gentium Plus" w:hAnsi="Gentium Plus"/>
          <w:sz w:val="24"/>
        </w:rPr>
        <w:t>Τὸν Κολοφῶνα ἐπέθηκε.</w:t>
      </w:r>
    </w:p>
    <w:p>
      <w:r>
        <w:rPr>
          <w:rFonts w:ascii="Courier New" w:hAnsi="Courier New"/>
          <w:color w:val="555555"/>
          <w:sz w:val="20"/>
        </w:rPr>
        <w:t>[8 . 55]</w:t>
      </w:r>
    </w:p>
    <w:p>
      <w:r>
        <w:rPr>
          <w:rFonts w:ascii="Gentium Plus" w:hAnsi="Gentium Plus"/>
          <w:sz w:val="24"/>
        </w:rPr>
        <w:t>Τὸ αὐτῆς ὄνειδος ἡ κύων ἄλλοις φέρει.</w:t>
      </w:r>
    </w:p>
    <w:p>
      <w:r>
        <w:rPr>
          <w:rFonts w:ascii="Courier New" w:hAnsi="Courier New"/>
          <w:color w:val="555555"/>
          <w:sz w:val="20"/>
        </w:rPr>
        <w:t>[8 . 56]</w:t>
      </w:r>
    </w:p>
    <w:p>
      <w:r>
        <w:rPr>
          <w:rFonts w:ascii="Gentium Plus" w:hAnsi="Gentium Plus"/>
          <w:sz w:val="24"/>
        </w:rPr>
        <w:t>Τὸ κακὸν κυνὸς ὗς ἀπέτισεν: ἐπὶ τῶν ἀνθ’ ἑτέ‐ ρων δίκας ἀποτιννύντων.</w:t>
      </w:r>
    </w:p>
    <w:p>
      <w:r>
        <w:rPr>
          <w:rFonts w:ascii="Courier New" w:hAnsi="Courier New"/>
          <w:color w:val="555555"/>
          <w:sz w:val="20"/>
        </w:rPr>
        <w:t>[8 . 57]</w:t>
      </w:r>
    </w:p>
    <w:p>
      <w:r>
        <w:rPr>
          <w:rFonts w:ascii="Gentium Plus" w:hAnsi="Gentium Plus"/>
          <w:sz w:val="24"/>
        </w:rPr>
        <w:t>Τοῖς σαυτοῦ πτεροῖς ἥλως.</w:t>
      </w:r>
    </w:p>
    <w:p>
      <w:r>
        <w:rPr>
          <w:rFonts w:ascii="Courier New" w:hAnsi="Courier New"/>
          <w:color w:val="555555"/>
          <w:sz w:val="20"/>
        </w:rPr>
        <w:t>[8 . 58]</w:t>
      </w:r>
    </w:p>
    <w:p>
      <w:r>
        <w:rPr>
          <w:rFonts w:ascii="Gentium Plus" w:hAnsi="Gentium Plus"/>
          <w:sz w:val="24"/>
        </w:rPr>
        <w:t>Τροχοῦ περιστείχοντος ἄλλοτε ἡ ἑτέρα ἁψὶς ἄνωθεν ἐστίν, ἄλλοτε ἡ ἑτέρα: ὅτι ἐπὶ τοῦ αὐτοῦ οὐδὲν μένει.</w:t>
      </w:r>
    </w:p>
    <w:p>
      <w:r>
        <w:rPr>
          <w:rFonts w:ascii="Courier New" w:hAnsi="Courier New"/>
          <w:color w:val="555555"/>
          <w:sz w:val="20"/>
        </w:rPr>
        <w:t>[8 . 59]</w:t>
      </w:r>
    </w:p>
    <w:p>
      <w:r>
        <w:rPr>
          <w:rFonts w:ascii="Gentium Plus" w:hAnsi="Gentium Plus"/>
          <w:sz w:val="24"/>
        </w:rPr>
        <w:t>Τρυγόνος λαλίστερος: ἐπὶ φλυάρων.</w:t>
      </w:r>
    </w:p>
    <w:p>
      <w:r>
        <w:rPr>
          <w:rFonts w:ascii="Courier New" w:hAnsi="Courier New"/>
          <w:color w:val="555555"/>
          <w:sz w:val="20"/>
        </w:rPr>
        <w:t>[8 . 60]</w:t>
      </w:r>
    </w:p>
    <w:p>
      <w:r>
        <w:rPr>
          <w:rFonts w:ascii="Gentium Plus" w:hAnsi="Gentium Plus"/>
          <w:sz w:val="24"/>
        </w:rPr>
        <w:t>Τυφλὸς ὁ πλοῦτος: ἐπὶ τῶν ἀναξίως εὐπραγούντων.</w:t>
      </w:r>
    </w:p>
    <w:p>
      <w:r>
        <w:rPr>
          <w:rFonts w:ascii="Courier New" w:hAnsi="Courier New"/>
          <w:color w:val="555555"/>
          <w:sz w:val="20"/>
        </w:rPr>
        <w:t>[8 . 61]</w:t>
      </w:r>
    </w:p>
    <w:p>
      <w:r>
        <w:rPr>
          <w:rFonts w:ascii="Gentium Plus" w:hAnsi="Gentium Plus"/>
          <w:sz w:val="24"/>
        </w:rPr>
        <w:t>Τυῤῥηνικὸν σανδάλιον: ἐπὶ τοῦ πολυτελοῦς.</w:t>
      </w:r>
    </w:p>
    <w:p>
      <w:r>
        <w:rPr>
          <w:rFonts w:ascii="Courier New" w:hAnsi="Courier New"/>
          <w:color w:val="555555"/>
          <w:sz w:val="20"/>
        </w:rPr>
        <w:t>[8 . 62]</w:t>
      </w:r>
    </w:p>
    <w:p>
      <w:r>
        <w:rPr>
          <w:rFonts w:ascii="Gentium Plus" w:hAnsi="Gentium Plus"/>
          <w:sz w:val="24"/>
        </w:rPr>
        <w:t>Τυῤῥηνικὸς ἀνδριάς: ἐπὶ τοῦ ἀκριβοῦς.</w:t>
      </w:r>
    </w:p>
    <w:p>
      <w:r>
        <w:rPr>
          <w:rFonts w:ascii="Courier New" w:hAnsi="Courier New"/>
          <w:color w:val="555555"/>
          <w:sz w:val="20"/>
        </w:rPr>
        <w:t>[8 . 63]</w:t>
      </w:r>
    </w:p>
    <w:p>
      <w:r>
        <w:rPr>
          <w:rFonts w:ascii="Gentium Plus" w:hAnsi="Gentium Plus"/>
          <w:sz w:val="24"/>
        </w:rPr>
        <w:t>Τυδεὺς ἐκ συφορβίου: ἐπὶ ἀπαιδεύτου ἀξίωμα</w:t>
      </w:r>
    </w:p>
    <w:p>
      <w:pPr>
        <w:jc w:val="center"/>
      </w:pPr>
      <w:r>
        <w:rPr>
          <w:rFonts w:ascii="Gentium Plus" w:hAnsi="Gentium Plus"/>
          <w:b/>
          <w:sz w:val="24"/>
        </w:rPr>
        <w:t>ΤΟ Υ.</w:t>
      </w:r>
    </w:p>
    <w:p>
      <w:r>
        <w:rPr>
          <w:rFonts w:ascii="Courier New" w:hAnsi="Courier New"/>
          <w:color w:val="555555"/>
          <w:sz w:val="20"/>
        </w:rPr>
        <w:t>[8 . 64]</w:t>
      </w:r>
    </w:p>
    <w:p>
      <w:r>
        <w:rPr>
          <w:rFonts w:ascii="Gentium Plus" w:hAnsi="Gentium Plus"/>
          <w:sz w:val="24"/>
        </w:rPr>
        <w:t>Ὑακίνθου κῶμος: ἐπὶ τῶν μετὰ δόξης τι πασχόντων.</w:t>
      </w:r>
    </w:p>
    <w:p>
      <w:r>
        <w:rPr>
          <w:rFonts w:ascii="Courier New" w:hAnsi="Courier New"/>
          <w:color w:val="555555"/>
          <w:sz w:val="20"/>
        </w:rPr>
        <w:t>[8 . 65]</w:t>
      </w:r>
    </w:p>
    <w:p>
      <w:r>
        <w:rPr>
          <w:rFonts w:ascii="Gentium Plus" w:hAnsi="Gentium Plus"/>
          <w:sz w:val="24"/>
        </w:rPr>
        <w:t>Ὗν κείρεις: ἐπὶ τῶν ἀνωφελῶν.</w:t>
      </w:r>
    </w:p>
    <w:p>
      <w:r>
        <w:rPr>
          <w:rFonts w:ascii="Courier New" w:hAnsi="Courier New"/>
          <w:color w:val="555555"/>
          <w:sz w:val="20"/>
        </w:rPr>
        <w:t>[8 . 66]</w:t>
      </w:r>
    </w:p>
    <w:p>
      <w:r>
        <w:rPr>
          <w:rFonts w:ascii="Gentium Plus" w:hAnsi="Gentium Plus"/>
          <w:sz w:val="24"/>
        </w:rPr>
        <w:t>Ὑπὲρ κάρα πτύειν: ἐπὶ τῶν ὑπερηφανευομένων.</w:t>
      </w:r>
    </w:p>
    <w:p>
      <w:r>
        <w:rPr>
          <w:rFonts w:ascii="Courier New" w:hAnsi="Courier New"/>
          <w:color w:val="555555"/>
          <w:sz w:val="20"/>
        </w:rPr>
        <w:t>[8 . 67]</w:t>
      </w:r>
    </w:p>
    <w:p>
      <w:r>
        <w:rPr>
          <w:rFonts w:ascii="Gentium Plus" w:hAnsi="Gentium Plus"/>
          <w:sz w:val="24"/>
        </w:rPr>
        <w:t>Ὑπὲρ τὰ ἐσκαμμένα.</w:t>
      </w:r>
    </w:p>
    <w:p>
      <w:r>
        <w:rPr>
          <w:rFonts w:ascii="Courier New" w:hAnsi="Courier New"/>
          <w:color w:val="555555"/>
          <w:sz w:val="20"/>
        </w:rPr>
        <w:t>[8 . 68]</w:t>
      </w:r>
    </w:p>
    <w:p>
      <w:r>
        <w:rPr>
          <w:rFonts w:ascii="Gentium Plus" w:hAnsi="Gentium Plus"/>
          <w:sz w:val="24"/>
        </w:rPr>
        <w:t>Ὑπὲρ τὰ Καλλικράτους: ἐπὶ τῶν καθ’ ὑπερβολήν τι ποιούντων. ἢ ἐπὶ τῶν τοὺς πρωτεύοντας ἔν τισιν ὑπερ‐ αιρόντων.</w:t>
      </w:r>
    </w:p>
    <w:p>
      <w:r>
        <w:rPr>
          <w:rFonts w:ascii="Courier New" w:hAnsi="Courier New"/>
          <w:color w:val="555555"/>
          <w:sz w:val="20"/>
        </w:rPr>
        <w:t>[8 . 69]</w:t>
      </w:r>
    </w:p>
    <w:p>
      <w:r>
        <w:rPr>
          <w:rFonts w:ascii="Gentium Plus" w:hAnsi="Gentium Plus"/>
          <w:sz w:val="24"/>
        </w:rPr>
        <w:t>Ὑπὸ παντὶ λίθῳ σκορπίος: ἐπὶ πολυπληθίας τῶν πανταχοῦ ὄντων πονηρῶν ἀνθρώπων.</w:t>
      </w:r>
    </w:p>
    <w:p>
      <w:r>
        <w:rPr>
          <w:rFonts w:ascii="Courier New" w:hAnsi="Courier New"/>
          <w:color w:val="555555"/>
          <w:sz w:val="20"/>
        </w:rPr>
        <w:t>[8 . 70]</w:t>
      </w:r>
    </w:p>
    <w:p>
      <w:r>
        <w:rPr>
          <w:rFonts w:ascii="Gentium Plus" w:hAnsi="Gentium Plus"/>
          <w:sz w:val="24"/>
        </w:rPr>
        <w:t>Ὕδραν τέμνεις: ἐπὶ τῶν ἀμηχάνων.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Φ.</w:t>
      </w:r>
    </w:p>
    <w:p>
      <w:r>
        <w:rPr>
          <w:rFonts w:ascii="Courier New" w:hAnsi="Courier New"/>
          <w:color w:val="555555"/>
          <w:sz w:val="20"/>
        </w:rPr>
        <w:t>[8 . 71]</w:t>
      </w:r>
    </w:p>
    <w:p>
      <w:r>
        <w:rPr>
          <w:rFonts w:ascii="Gentium Plus" w:hAnsi="Gentium Plus"/>
          <w:sz w:val="24"/>
        </w:rPr>
        <w:t>Φακῆ δὲ κἂν θέρει κἂν χειμῶνι φακῆ: ἐπὶ τῶν</w:t>
      </w:r>
    </w:p>
    <w:p>
      <w:r>
        <w:rPr>
          <w:rFonts w:ascii="Courier New" w:hAnsi="Courier New"/>
          <w:color w:val="555555"/>
          <w:sz w:val="20"/>
        </w:rPr>
        <w:t>[8 . 72]</w:t>
      </w:r>
    </w:p>
    <w:p>
      <w:r>
        <w:rPr>
          <w:rFonts w:ascii="Gentium Plus" w:hAnsi="Gentium Plus"/>
          <w:sz w:val="24"/>
        </w:rPr>
        <w:t>Φενακίζεις φένακα: ἐπὶ τῶν τοὺς ὁμοίους ἐξαπα‐ τώντων.</w:t>
      </w:r>
    </w:p>
    <w:p>
      <w:r>
        <w:rPr>
          <w:rFonts w:ascii="Courier New" w:hAnsi="Courier New"/>
          <w:color w:val="555555"/>
          <w:sz w:val="20"/>
        </w:rPr>
        <w:t>[8 . 73]</w:t>
      </w:r>
    </w:p>
    <w:p>
      <w:r>
        <w:rPr>
          <w:rFonts w:ascii="Gentium Plus" w:hAnsi="Gentium Plus"/>
          <w:sz w:val="24"/>
        </w:rPr>
        <w:t>Φιλίππου ἀλεκτρυών: ἐπὶ τῶν ἐν μικροῖς κατορ‐ θώμασιν ἀλαζονευομένων.</w:t>
      </w:r>
    </w:p>
    <w:p>
      <w:r>
        <w:rPr>
          <w:rFonts w:ascii="Courier New" w:hAnsi="Courier New"/>
          <w:color w:val="555555"/>
          <w:sz w:val="20"/>
        </w:rPr>
        <w:t>[8 . 74]</w:t>
      </w:r>
    </w:p>
    <w:p>
      <w:r>
        <w:rPr>
          <w:rFonts w:ascii="Gentium Plus" w:hAnsi="Gentium Plus"/>
          <w:sz w:val="24"/>
        </w:rPr>
        <w:t>Φοινίκων συνθῆκαι: ἐπὶ τῶν ἐπιβουλευόντων τισὶ διά τινος συνθήματος. *** νύκτα γὰρ καὶ ἡμέραν αἰτή‐ σαντες καὶ λαβόντες παρὰ Καρχηδονίων ἤθελον μένειν ἔστ’ ἂν ἄλλο τι παρὰ νύκτα καὶ ἡμέραν γένηται.</w:t>
      </w:r>
    </w:p>
    <w:p>
      <w:r>
        <w:rPr>
          <w:rFonts w:ascii="Courier New" w:hAnsi="Courier New"/>
          <w:color w:val="555555"/>
          <w:sz w:val="20"/>
        </w:rPr>
        <w:t>[8 . 75]</w:t>
      </w:r>
    </w:p>
    <w:p>
      <w:r>
        <w:rPr>
          <w:rFonts w:ascii="Gentium Plus" w:hAnsi="Gentium Plus"/>
          <w:sz w:val="24"/>
        </w:rPr>
        <w:t>Φρυνίχου πάλαισμα: ἐπὶ τῶν πονηρῶν καὶ δολίων ἀνθρώπων.</w:t>
      </w:r>
    </w:p>
    <w:p>
      <w:r>
        <w:rPr>
          <w:rFonts w:ascii="Courier New" w:hAnsi="Courier New"/>
          <w:color w:val="555555"/>
          <w:sz w:val="20"/>
        </w:rPr>
        <w:t>[8 . 76]</w:t>
      </w:r>
    </w:p>
    <w:p>
      <w:r>
        <w:rPr>
          <w:rFonts w:ascii="Gentium Plus" w:hAnsi="Gentium Plus"/>
          <w:sz w:val="24"/>
        </w:rPr>
        <w:t>Φωκαέων ἀρά: ἐπὶ τῶν ἰσχυρῶς καταρωμένων· ἢ</w:t>
      </w:r>
    </w:p>
    <w:p>
      <w:pPr>
        <w:jc w:val="center"/>
      </w:pPr>
      <w:r>
        <w:rPr>
          <w:rFonts w:ascii="Gentium Plus" w:hAnsi="Gentium Plus"/>
          <w:b/>
          <w:sz w:val="24"/>
        </w:rPr>
        <w:t>ΤΟ Χ.</w:t>
      </w:r>
    </w:p>
    <w:p>
      <w:r>
        <w:rPr>
          <w:rFonts w:ascii="Courier New" w:hAnsi="Courier New"/>
          <w:color w:val="555555"/>
          <w:sz w:val="20"/>
        </w:rPr>
        <w:t>[8 . 77]</w:t>
      </w:r>
    </w:p>
    <w:p>
      <w:r>
        <w:rPr>
          <w:rFonts w:ascii="Gentium Plus" w:hAnsi="Gentium Plus"/>
          <w:sz w:val="24"/>
        </w:rPr>
        <w:t>Χαλάσω τὴν ἱερὰν ἄγκυραν: ἐπὶ τῶν εἰς ἀσφά‐ λειαν ἐρχομένων.</w:t>
      </w:r>
    </w:p>
    <w:p>
      <w:r>
        <w:rPr>
          <w:rFonts w:ascii="Courier New" w:hAnsi="Courier New"/>
          <w:color w:val="555555"/>
          <w:sz w:val="20"/>
        </w:rPr>
        <w:t>[8 . 78]</w:t>
      </w:r>
    </w:p>
    <w:p>
      <w:r>
        <w:rPr>
          <w:rFonts w:ascii="Gentium Plus" w:hAnsi="Gentium Plus"/>
          <w:sz w:val="24"/>
        </w:rPr>
        <w:t>Χαλεπὰ τὰ καλά: Πιττακὸν ἀποτιθέμενον τὴν ἀρ‐ χὴν πρὸς τοὺς θαυμάζοντας φάναι· Χαλεπὸν ἐσθλὸν ἔμμεναι· Σόλωνα δὲ μαλακίαν αὐτοῦ καταγνόντα εἰπεῖν· Χαλεπὰ τὰ καλά.</w:t>
      </w:r>
    </w:p>
    <w:p>
      <w:r>
        <w:rPr>
          <w:rFonts w:ascii="Courier New" w:hAnsi="Courier New"/>
          <w:color w:val="555555"/>
          <w:sz w:val="20"/>
        </w:rPr>
        <w:t>[8 . 79]</w:t>
      </w:r>
    </w:p>
    <w:p>
      <w:r>
        <w:rPr>
          <w:rFonts w:ascii="Gentium Plus" w:hAnsi="Gentium Plus"/>
          <w:sz w:val="24"/>
        </w:rPr>
        <w:t>Χαλεπὸν χορίου κύνα γεύειν: τὸ ἔλυτρον τοῦ ἐμβρύου χόριον καλεῖται. οἱ δὲ κύνες γευσάμενοι τούτου καὶ τοῖς ἐμβρύοις διὰ τὸ λίχνον ἐπιβουλεύουσιν.</w:t>
      </w:r>
    </w:p>
    <w:p>
      <w:r>
        <w:rPr>
          <w:rFonts w:ascii="Courier New" w:hAnsi="Courier New"/>
          <w:color w:val="555555"/>
          <w:sz w:val="20"/>
        </w:rPr>
        <w:t>[8 . 80]</w:t>
      </w:r>
    </w:p>
    <w:p>
      <w:r>
        <w:rPr>
          <w:rFonts w:ascii="Gentium Plus" w:hAnsi="Gentium Plus"/>
          <w:sz w:val="24"/>
        </w:rPr>
        <w:t>Χάρητος ὑποσχέσεις: ἐπὶ τῶν εὐχείρως ἐπαγγελ‐ λομένων.</w:t>
      </w:r>
    </w:p>
    <w:p>
      <w:r>
        <w:rPr>
          <w:rFonts w:ascii="Courier New" w:hAnsi="Courier New"/>
          <w:color w:val="555555"/>
          <w:sz w:val="20"/>
        </w:rPr>
        <w:t>[8 . 81]</w:t>
      </w:r>
    </w:p>
    <w:p>
      <w:r>
        <w:rPr>
          <w:rFonts w:ascii="Gentium Plus" w:hAnsi="Gentium Plus"/>
          <w:sz w:val="24"/>
        </w:rPr>
        <w:t>Χειμὼν ὀρνιθίας: ἤγουν σφοδρός, ἐν ᾧ τὰ ὄρνεα φθείρεται. Λέγεται καὶ ἄνεμος ὀρνιθίας.</w:t>
      </w:r>
    </w:p>
    <w:p>
      <w:r>
        <w:rPr>
          <w:rFonts w:ascii="Courier New" w:hAnsi="Courier New"/>
          <w:color w:val="555555"/>
          <w:sz w:val="20"/>
        </w:rPr>
        <w:t>[8 . 82]</w:t>
      </w:r>
    </w:p>
    <w:p>
      <w:r>
        <w:rPr>
          <w:rFonts w:ascii="Gentium Plus" w:hAnsi="Gentium Plus"/>
          <w:sz w:val="24"/>
        </w:rPr>
        <w:t>Χθόνια λουτρά: τὰ τοῖς νεκροῖς ἐπιφερόμενα.</w:t>
      </w:r>
    </w:p>
    <w:p>
      <w:r>
        <w:rPr>
          <w:rFonts w:ascii="Courier New" w:hAnsi="Courier New"/>
          <w:color w:val="555555"/>
          <w:sz w:val="20"/>
        </w:rPr>
        <w:t>[8 . 83]</w:t>
      </w:r>
    </w:p>
    <w:p>
      <w:r>
        <w:rPr>
          <w:rFonts w:ascii="Gentium Plus" w:hAnsi="Gentium Plus"/>
          <w:sz w:val="24"/>
        </w:rPr>
        <w:t>Χωρὶς τὰ Μυσῶν καὶ Φρυγῶν ὁρίσματα.</w:t>
      </w:r>
    </w:p>
    <w:p>
      <w:r>
        <w:rPr>
          <w:rFonts w:ascii="Courier New" w:hAnsi="Courier New"/>
          <w:color w:val="555555"/>
          <w:sz w:val="20"/>
        </w:rPr>
        <w:t>[8 . 84]</w:t>
      </w:r>
    </w:p>
    <w:p>
      <w:r>
        <w:rPr>
          <w:rFonts w:ascii="Gentium Plus" w:hAnsi="Gentium Plus"/>
          <w:sz w:val="24"/>
        </w:rPr>
        <w:t>Χωρὶς τὰ Μυῤῥᾶς καὶ Σιλωὰμ ῥεύματα.</w:t>
      </w:r>
    </w:p>
    <w:p>
      <w:r>
        <w:rPr>
          <w:rFonts w:ascii="Courier New" w:hAnsi="Courier New"/>
          <w:color w:val="555555"/>
          <w:sz w:val="20"/>
        </w:rPr>
        <w:t>[8 . 85]</w:t>
      </w:r>
    </w:p>
    <w:p>
      <w:r>
        <w:rPr>
          <w:rFonts w:ascii="Gentium Plus" w:hAnsi="Gentium Plus"/>
          <w:sz w:val="24"/>
        </w:rPr>
        <w:t>** πενιχρὸς δ’ οὐδέποτ’ ἐσθλός: ἐπὶ τῶν διὰ πλοῦτον εὐημερούντων.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Ψ.</w:t>
      </w:r>
    </w:p>
    <w:p>
      <w:r>
        <w:rPr>
          <w:rFonts w:ascii="Courier New" w:hAnsi="Courier New"/>
          <w:color w:val="555555"/>
          <w:sz w:val="20"/>
        </w:rPr>
        <w:t>[8 . 86]</w:t>
      </w:r>
    </w:p>
    <w:p>
      <w:r>
        <w:rPr>
          <w:rFonts w:ascii="Gentium Plus" w:hAnsi="Gentium Plus"/>
          <w:sz w:val="24"/>
        </w:rPr>
        <w:t>Ψευδόπυρα: ὅσα διὰ νυκτὸς γίνεται πρὸς τὴν τῶν πολεμίων κατάπληξιν.</w:t>
      </w:r>
    </w:p>
    <w:p>
      <w:r>
        <w:rPr>
          <w:rFonts w:ascii="Courier New" w:hAnsi="Courier New"/>
          <w:color w:val="555555"/>
          <w:sz w:val="20"/>
        </w:rPr>
        <w:t>[8 . 87]</w:t>
      </w:r>
    </w:p>
    <w:p>
      <w:r>
        <w:rPr>
          <w:rFonts w:ascii="Gentium Plus" w:hAnsi="Gentium Plus"/>
          <w:sz w:val="24"/>
        </w:rPr>
        <w:t>Ψευδόπλουτος.</w:t>
      </w:r>
    </w:p>
    <w:p>
      <w:r>
        <w:rPr>
          <w:rFonts w:ascii="Courier New" w:hAnsi="Courier New"/>
          <w:color w:val="555555"/>
          <w:sz w:val="20"/>
        </w:rPr>
        <w:t>[8 . 88]</w:t>
      </w:r>
    </w:p>
    <w:p>
      <w:r>
        <w:rPr>
          <w:rFonts w:ascii="Gentium Plus" w:hAnsi="Gentium Plus"/>
          <w:sz w:val="24"/>
        </w:rPr>
        <w:t>Ψευδόπτωμα.</w:t>
      </w:r>
    </w:p>
    <w:p>
      <w:r>
        <w:rPr>
          <w:rFonts w:ascii="Courier New" w:hAnsi="Courier New"/>
          <w:color w:val="555555"/>
          <w:sz w:val="20"/>
        </w:rPr>
        <w:t>[8 . 89]</w:t>
      </w:r>
    </w:p>
    <w:p>
      <w:r>
        <w:rPr>
          <w:rFonts w:ascii="Gentium Plus" w:hAnsi="Gentium Plus"/>
          <w:sz w:val="24"/>
        </w:rPr>
        <w:t>Ψευδέγγραφος δίκη.</w:t>
      </w:r>
    </w:p>
    <w:p>
      <w:r>
        <w:rPr>
          <w:rFonts w:ascii="Courier New" w:hAnsi="Courier New"/>
          <w:color w:val="555555"/>
          <w:sz w:val="20"/>
        </w:rPr>
        <w:t>[8 . 90]</w:t>
      </w:r>
    </w:p>
    <w:p>
      <w:r>
        <w:rPr>
          <w:rFonts w:ascii="Gentium Plus" w:hAnsi="Gentium Plus"/>
          <w:sz w:val="24"/>
        </w:rPr>
        <w:t>Ψήξει καὶ πέτρην ὁ πολὺς χρόνος.</w:t>
      </w:r>
    </w:p>
    <w:p>
      <w:r>
        <w:rPr>
          <w:rFonts w:ascii="Courier New" w:hAnsi="Courier New"/>
          <w:color w:val="555555"/>
          <w:sz w:val="20"/>
        </w:rPr>
        <w:t>[8 . 91]</w:t>
      </w:r>
    </w:p>
    <w:p>
      <w:r>
        <w:rPr>
          <w:rFonts w:ascii="Gentium Plus" w:hAnsi="Gentium Plus"/>
          <w:sz w:val="24"/>
        </w:rPr>
        <w:t>Ψάλλων κενήν: ἐπὶ τῶν μάταια κοπιώντων.</w:t>
      </w:r>
    </w:p>
    <w:p>
      <w:r>
        <w:rPr>
          <w:rFonts w:ascii="Courier New" w:hAnsi="Courier New"/>
          <w:color w:val="555555"/>
          <w:sz w:val="20"/>
        </w:rPr>
        <w:t>[8 . 92]</w:t>
      </w:r>
    </w:p>
    <w:p>
      <w:r>
        <w:rPr>
          <w:rFonts w:ascii="Gentium Plus" w:hAnsi="Gentium Plus"/>
          <w:sz w:val="24"/>
        </w:rPr>
        <w:t>Ψυχὴ πρόμαντις.</w:t>
      </w:r>
    </w:p>
    <w:p>
      <w:r>
        <w:rPr>
          <w:rFonts w:ascii="Courier New" w:hAnsi="Courier New"/>
          <w:color w:val="555555"/>
          <w:sz w:val="20"/>
        </w:rPr>
        <w:t>[8 . 93]</w:t>
      </w:r>
    </w:p>
    <w:p>
      <w:r>
        <w:rPr>
          <w:rFonts w:ascii="Gentium Plus" w:hAnsi="Gentium Plus"/>
          <w:sz w:val="24"/>
        </w:rPr>
        <w:t>Ψεκάς: ἡ δρόσος.</w:t>
      </w:r>
    </w:p>
    <w:p>
      <w:pPr>
        <w:jc w:val="center"/>
      </w:pPr>
      <w:r>
        <w:rPr>
          <w:rFonts w:ascii="Gentium Plus" w:hAnsi="Gentium Plus"/>
          <w:b/>
          <w:sz w:val="24"/>
        </w:rPr>
        <w:t>ΤΟ Ω.</w:t>
      </w:r>
    </w:p>
    <w:p>
      <w:r>
        <w:rPr>
          <w:rFonts w:ascii="Courier New" w:hAnsi="Courier New"/>
          <w:color w:val="555555"/>
          <w:sz w:val="20"/>
        </w:rPr>
        <w:t>[8 . 94]</w:t>
      </w:r>
    </w:p>
    <w:p>
      <w:r>
        <w:rPr>
          <w:rFonts w:ascii="Gentium Plus" w:hAnsi="Gentium Plus"/>
          <w:sz w:val="24"/>
        </w:rPr>
        <w:t>Ὤδινεν ὄρος, εἶτα μῦν ἀπέτεκεν: ὅταν ἐλπίσας τις μεγάλα μικροῖς ἐντύχοι.</w:t>
      </w:r>
    </w:p>
    <w:p>
      <w:r>
        <w:rPr>
          <w:rFonts w:ascii="Courier New" w:hAnsi="Courier New"/>
          <w:color w:val="555555"/>
          <w:sz w:val="20"/>
        </w:rPr>
        <w:t>[8 . 95]</w:t>
      </w:r>
    </w:p>
    <w:p>
      <w:r>
        <w:rPr>
          <w:rFonts w:ascii="Gentium Plus" w:hAnsi="Gentium Plus"/>
          <w:sz w:val="24"/>
        </w:rPr>
        <w:t>Ὠσὶν ἑστῶσιν: ἐπὶ τῶν πρὸς τὸ ἀκοῦσαι τὰ ὦτα εὐ‐ τρεπιζομένων.</w:t>
      </w:r>
    </w:p>
    <w:p>
      <w:r>
        <w:rPr>
          <w:rFonts w:ascii="Courier New" w:hAnsi="Courier New"/>
          <w:color w:val="555555"/>
          <w:sz w:val="20"/>
        </w:rPr>
        <w:t>[8 . 96]</w:t>
      </w:r>
    </w:p>
    <w:p>
      <w:r>
        <w:rPr>
          <w:rFonts w:ascii="Gentium Plus" w:hAnsi="Gentium Plus"/>
          <w:sz w:val="24"/>
        </w:rPr>
        <w:t>Ὥσπερ ἥρως ἐν ἀσπίδι ξενίσαι βούλομαι: ὅτι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