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τῆς γέννης τοῦ σώματος αὐτοῦ (= Codex</w:t>
      </w:r>
      <w:r>
        <w:br/>
      </w:r>
      <w:r>
        <w:rPr>
          <w:i/>
          <w:color w:val="666666"/>
          <w:sz w:val="40"/>
        </w:rPr>
        <w:t>On the Birth of His Body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Ἀνώνυμοι Μανιχαῖοι</w:t>
      </w:r>
      <w:r>
        <w:br/>
      </w:r>
      <w:r>
        <w:rPr>
          <w:i/>
          <w:color w:val="666666"/>
          <w:sz w:val="28"/>
        </w:rPr>
        <w:t>by Manichaean Writers Anonymous</w:t>
      </w:r>
    </w:p>
    <w:p/>
    <w:p>
      <w:r>
        <w:rPr>
          <w:rFonts w:ascii="Courier New" w:hAnsi="Courier New"/>
          <w:color w:val="555555"/>
          <w:sz w:val="20"/>
        </w:rPr>
        <w:t>[Fr. 1 (3)]</w:t>
      </w:r>
    </w:p>
    <w:p>
      <w:r>
        <w:rPr>
          <w:rFonts w:ascii="Gentium Plus" w:hAnsi="Gentium Plus"/>
          <w:sz w:val="24"/>
        </w:rPr>
        <w:t>οἱ οἰκ[εῖοι ..... .....] ως πρ[οφητ..... . καὶ]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σωτῆ[ρ— — —.]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 (5)]</w:t>
      </w:r>
    </w:p>
    <w:p>
      <w:r>
        <w:rPr>
          <w:rFonts w:ascii="Gentium Plus" w:hAnsi="Gentium Plus"/>
          <w:sz w:val="24"/>
        </w:rPr>
        <w:t>ἡ αὐτὴ̣ .... [..... ...] μοι ἑαυτ.... [— — —].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”— — — [... κατ]ὰ̣ βραχὺ β̣[ρα]χ̣ὺ ....[..]ο̣ν. ασ̣ε̣β̣[....] σοι ἔδειξ[α..... 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ἀπὸ πολλ[ῶν. ἐξέ]σ̣τα[ι] δέ σοι μεγα[λοπ]ρεπῶς καὶ ὀφθαλμοφανέστα‐ τα θεωρῆσαι τὸ μυστήρι‐ ον ἐκεῖνο.” καὶ τότε ὁ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ἄγγελος ἀπεκρύβη ἀ‐ [π..... ..... .....]υ̣ [— — —].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— — — [διὰ σθ]έ̣νους̣ [τῶν] ἀγ‐ [γέ]λ̣ων ἐ̣φυλάχθην καὶ τῶν δυνάμεων τῆς ὁ‐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σιότητος τῶν ἐνχειρι‐ σθεισῶν τὴν ἐμὴν πα‐ ραφυλακήν, οἳ καὶ ἀνέ‐ θρεψάν με δι’ ὀπτασιῶν καὶ σημείων ὧν ὑπεδεί‐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κνυόν μοι μικρῶν καὶ βραχυτάτων καθὼς ἐ‐ δυνάμην ὑποφέρειν. ποτὲ μὲν γὰρ ἀ̣σ̣τραπῆς δίκην εφ..ε.[— — —].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— — — [..... τοῦ‐] το καθ’ ὅλου β̣[ε]β̣α̣ί̣ω̣ς̣ [ᾐσθή‐] θην̣. ἠσφαλίζετο δ̣έ με καὶ περὶ ταύτης τῆς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δυνάμεως τῆς ἐν θλίψει ἑστώσης. πλεῖσται δέ εἰσιν ὀπτασί‐ αι καὶ τὰ θεάματα μέγι‐ στα, ἃ ὑπέδειξέν μοι κα‐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τ’ ἐκεῖνον πάντα τὸν καιρὸν τῆς νεότητός μου̣. ἐγὼ δὲ ἐν σιωπῆι .[..... ἔμει]ν̣α, ἐὰν̣ μὴ̣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[5 (2)]</w:t>
      </w:r>
    </w:p>
    <w:p>
      <w:r>
        <w:rPr>
          <w:rFonts w:ascii="Gentium Plus" w:hAnsi="Gentium Plus"/>
          <w:sz w:val="24"/>
        </w:rPr>
        <w:t>[— — —τ]ο̣ύ̣‐ [το]υ σὺν σοφίαι̣ καὶ [εὐ]μηχανίαι περιερ‐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[χό]μενος μεταξὺ αὐ‐ [τ]ῶν καὶ κατέχων τὴν ἀνάπαυσιν καὶ μὴ ἀδι‐ κῶν μηδὲ ἀν̣ιῶν μη‐ δὲν μηδὲ ἐξακολου‐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θῶν τῶι νόμωι τῶν βαπτιστῶν μηδὲ πα‐ ραπλησίως αὐτοῖς δια‐ λεγόμενος.</w:t>
      </w:r>
    </w:p>
    <w:p>
      <w:pPr>
        <w:jc w:val="center"/>
      </w:pPr>
      <w:r>
        <w:rPr>
          <w:rFonts w:ascii="Gentium Plus" w:hAnsi="Gentium Plus"/>
          <w:b/>
          <w:sz w:val="24"/>
        </w:rPr>
        <w:t>Σ̣α̣λ̣μ̣α̣ῖ̣[ο]ς̣ ὁ̣ [ἀσκητής]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”— — — α̣ὐ̣τ̣ῶι. ἀλλ[’] οὐδὲ̣ [λάχα‐] ν̣α λαμβάνεις ἀπὸ τ̣[οῦ] κήπου, ἀλλ’ οὐδὲ ξύλα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πρὸς τὴν χρῆσιν αὑτοῦ φέρεις.” ἠνάγκαζεν δέ με ἐκεῖ‐ νος ὁ βαπτιστὴς λέγων· “ἀναστὰς ἐλθὲ σὺν ἐμοὶ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εἰς τὸν τόπον, ἔνθα ἔστιν ξύλα καὶ δεξάμενος φέρε.” ἀπερχομένων δὲ ἡμῶν εἴς τινα φοί‐ [νικα ἀ]ν̣έ̣β̣η ἐκεῖνος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[7 (2)]</w:t>
      </w:r>
    </w:p>
    <w:p>
      <w:r>
        <w:rPr>
          <w:rFonts w:ascii="Gentium Plus" w:hAnsi="Gentium Plus"/>
          <w:sz w:val="24"/>
        </w:rPr>
        <w:t>[.....]τ̣ο̣· “ἐὰν τὸν μό‐ [χθο]ν̣ εἴρξηις ἐξ ἡ μῶν, [οὐ]χ̣ ἅ̣μα τῶι φονεῖ ἀ‐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[πο]λ̣ῇ̣.” π̣ρὸς ἐμὲ τότε ἐ‐ κεῖνος ὁ βαπτιστὴς φό‐ βωι συσχεθεὶς σὺν θο‐ ρύβωι κατῆλθεν ἐξ αὐ‐ τοῦ καὶ πρὸς τοὺς ἐμοὺς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πόδας ἔπεσεν λέγων· “οὐκ ἐγίνωσκον ὅτι τοῦ‐ το τὸ ἀπόρρητον μυ‐ στήριον παρὰ σοί ἐστιν. πόθεν δέ σοι ἀπεκαλύ‐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φθη ἡ π...[..... ... ] [Break in Text (point at which text breaks off for an unknown length)] ...” [— — —]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“ὅ̣[τε δὲ ὁ φοῖνιξ εἶπεν] πρὸς σὲ τοῦτο̣, π̣ῶ̣[ς κατ‐] εφοβήθης καὶ τὴν̣ [χροι‐] ὰν μετέβαλες; ἐκ[εῖνος]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μεθ’ οὗ πάντα τὰ̣ φ̣[υτ]ὰ λαλεῖ, ποσαπλασίονα κινηθήσεται;” ἐξεπέπληκτο τοίνυν κατεχόμενος ὑπὸ θαύ‐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ματος δι’ ἐμέ. ἔλεγέν μοι· “φύλαξον τὸ μυστή‐ ριον τοῦτο, μηδενὶ ἐ‐ ξείπηις, ἵνα μή τις φθο‐ νέσας ἀπολέσει σε.”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...] τ̣[ο]ί̣ν̣υν τις ε‐ — — —.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[...]...πα..[....].ε̣ [...] ἔλεγεν πρὸς ἐμὲ εἷς [τῶ]ν̣ ἀρχηγῶν τοῦ νό‐ μ̣ο̣υ̣ αὐτῶν θεωρήσας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μ̣ε λάχανα ἀπὸ τοῦ κή‐ που μὴ λαμβάνοντα, ἀλλ’ ἀπαιτοῦντα αὐτοὺς ἐν λόγωι εὐσεβεί‐ ας· ἔλεγέν μοι· “σὺ τίνος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χάριν οὐκ ἔλαβες λά‐ χανα ἀπὸ τοῦ κήπου, ἀλλ’ ἐν μέρει εὐσεβείας αἰτεῖς παρ’ ἐμο̣ῦ̣;” κ̣α̣ὶ̣ με‐ τὰ τὸ εἰπεῖν δὲ̣ ἐ̣κ̣[εῖ‐]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νον τὸν βαπ[τιστὴν] πρὸς [ἐμὲ — — —].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δὲ .[... κ]α̣ὶ̣ ἐ̣τάκ̣[η ὀλοφυρό‐] μενον παραπλησ[ίως ἀν‐] θρωπείοις προσώ[ποις] καὶ ὡσεὶ παιδίοις. ο̣ὐ̣α̣ὶ̣ ο̣[ὐ‐]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αὶ δὲ τὸ αἷμα κατεκέχυτ̣ο̣ τοῦ τόπου τοῦ κοπέντος διὰ τῆς δρεπάνης ἧς με‐ τὰ χεῖρας εἶχεν. ἔκραζον δὲ καὶ ἀνθρωπείαι φω‐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νῆι διὰ τὰς πλήξεις αὐ‐ τῶν. ὁ δὲ βαπτιστὴς πάνυ ἐκινήθη ἐφ’ οἶς ἐθεώρησεν καὶ ἐλθὼν [π]ρ̣[ό]σ̣θ̣ε̣ν̣ μου προσέπε‐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[σεν. ὁπ]ηνίκα τοίνυν [..... ..... .] ἐμέ̣ τις [..... ..... .....]ο̣υ̣ — — —.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 (?)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[.... κατὰ τὸ νήπιον]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[τοῦ σ]ώ̣ματός μου μ̣έ‐ [χρι] τ̣ετάρτου ἔτους. [τότ]ε εἰσήλασα εἰς τὸ δό‐ γ̣μ̣α τῶν βαπτιστῶν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 ὧι καὶ ἀνετράφην κ̣α̣τ̣ὰ τὸ νέον τοῦ σώμα‐ τος φυλασσόμενος διὰ τοῦ σθένους τῶν φωτει‐ νῶν ἀγγέλων καὶ δυνά‐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μεων τῶν ἰσχυροτά‐ των αἵτινες ἐντολὴν ἔσχον πρὸς τοῦ Ἰη(σο)ῦ τῆς εἵλης παραφυλακῆς χά‐ ριν. αὐτῶ̣ν̣ τότε̣ πα‐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ραχρῆμ[α ..... ..... ..] φησ[—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[— — — ἐκ τῆς πηγῆς]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τῶν ὑδάτων ε̣ἶ̣δ̣[ος] ἀν(θρώπ)ου ὤφθη μοι ὑ[ποδει‐] κνύον διὰ τῆς χειρ[ὸς] τὴν ἀνάπαυσιν ὡς ἂν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μὴ ἁμάρτω καὶ πόνον ἐπάγω εἰς αὐτόν. τοῦ‐ τον τὸν τρόπον ἀπὸ τε‐ τάρτου ἔτους καὶ μέ‐ χρις οὗ ἔφθασα εἰς τὸ ἀ‐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κμαῖον τοῦ σώματός μου ἐν ταῖς χερσὶν τῶν ἁγνοτάτων ἀγγέλων καὶ τῶν τῆς ὁσιότητος δυνάμεων περιτηρού‐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[μενος ἔλα]θ̣ον. [Break in Text (point at which text breaks off for an unknown length)]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— — — [...]· ἄλλοτε δὲ ὡς σύ‐ ζ̣υγ̣ο̣ς φωνὴ ἐκ τοῦ ἀέ‐ ρος διελέγετο πρὸς 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μὲ λέγουσα· “ῥῶσόν σου τὴν δύναμιν καὶ κρά‐ τυνον τὴν φρένα καὶ πρόσδεξαι πάντα τὰ ἀ‐ ποκαλυπτόμενά σοι.”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πάλιν ἔλεγεν τὸ αὐ‐ τό· “ῥῶσον τὴν δύναμιν καὶ στῆσόν σου τὴν φρέ‐ να καὶ ὑπόστα πάντα τὰ ἐρχόμενα ἐπὶ σέ.”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τότε προσ[έπεσον ...] φων[η—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”.. ὑπὸ μεγάλων [πατέρων] προεβλήθημεν.”</w:t>
      </w:r>
    </w:p>
    <w:p>
      <w:pPr>
        <w:jc w:val="center"/>
      </w:pPr>
      <w:r>
        <w:rPr>
          <w:rFonts w:ascii="Gentium Plus" w:hAnsi="Gentium Plus"/>
          <w:b/>
          <w:sz w:val="24"/>
        </w:rPr>
        <w:t>Βαραίης ὁ διδάσκαλος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ἔλεγεν ὁ κ(ύριό)ς μου οὕτως·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ὃν τρόπον σήμερον πῶ‐ λος βασιλεῖ χρήσιμος διὰ τῆς δυνάμεως τῶν ἱπποφόρβων γίνεται βασιλέως ὄχημα, ἵν’ ἐν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τιμῇ καὶ δόξηι̣ ἐπικα‐ θεσθεὶς αὐτῶι τὸ ἴδιον [α]ὐτοῦ καταπράξηται [βούλημα, το]ύ̣τωι τῶι τρό‐ [πωι ἀνετράφη τ]ὸ̣ σῶμα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..... .. ἀγ]αθόν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[.....] τ̣όπο̣υ ν[... .. .] [.. π]ρὸς ἀνάπαυσιν τοῦ βασιλέως. καὶ κατεκο‐ σμήθη τι ἔνδυμα τῶι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ἐνδυσαμένωι. κατε‐ σκευάσθη μὲν ἡ ναῦς τῶι ἀρίστωι κυβερνή‐ τηι, ἵνα ἀγρεύσηι τὰ κει‐ μήλια ἐκ τῆς θαλάσσης.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ἐκτίσθη δὲ τὸ ἱερὸν πρὸς εὔκλειαν τοῦ νοῦ καὶ ὁ ἁγιώτατος μὲν νεὼς πρὸς ἀποκάλυψιν τῆς αὐτοῦ σοφίας. πεπλή‐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ρωται δ’ ὁ [..... ....] τόκο[ς] — — —.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[.. οἰκ]ήσας̣ ἐν σ[ώματι] τοὺς ἀνδραποδισ[θέν‐] τας ἀπὸ τῶν δυναστῶ̣ν̣ καὶ λυτρώσ̣αιτο καὶ 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λευθερώσ̣ῃ̣ τὰ σφέτε‐ ρα μέλη ἐκ τῆς ὑποτα‐ γῆς τῶν στασιαστῶν καὶ τῆς τῶν ἐπιτροπευ‐ όντων ἐξουσίας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δι’ αὐτοῦ μὲν φάνηι τῆς ἰδίας γνώσεως τὴν ἀ‐ λήθειαν, ἐν αὐτῶι δὲ ἀ‐ ναπετάσῃ̣ τὴν θύραν τοῖς καθειργμένοις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[καὶ δι’ αὐτο]ῦ̣ μὲν ὀρέξῃ [τὴν εὐζωίαν ἐ]κ̣ε̣[ί]νοις,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..... πασῶν διδασκα‐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[λ]ι̣ῶν καὶ πάντων νό‐ μων, καὶ ἐλευθερώσῃ δὲ τὰς ψυχὰς τῆς ἀγνοί‐ ας γινόμενος παρά‐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κλητος καὶ κορυφαῖος τῆς κατὰ τήνδε τὴν γενεὰν ἀποστολῆς. κα‐ τὰ τὸν καιρὸν τοίνυν καθ’ ὃν συνεπεράνθη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μ̣ο̣υ τὸ σῶμα ἐν τέλει, π̣α̣ραχρῆμα καταπτὰς ὤ̣φθη ἔμπροσθέν μου ἐκεῖνο τὸ εὐειδέστα‐ τον καὶ μέγιστον κά‐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τοπτρον τ̣[οῦ προσώ‐] που μ̣[ου] — — —.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[ὅτε δὲ τεσσάρων καὶ εἴ‐]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κοσι ἐτῶν ὑπῆρξα [ἐν] τῶι ἔτει ὧι ὑπέταξεν Ἅ‐ τραν τὴν πόλιν Δαριάρ̣‐ δαξαρ ὁ βασιλεὺς τῆς Περ‐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σίδος, ἐν ὧι καὶ Σαπώρης ὁ βασιλεὺς ὁ υἱὸς αὐτοῦ διάδημα μέγιστον ἀν̣ε‐ δήσατο, κατὰ τὸν μῆνα τὸν Φαρμοῦθι ἐν τῇ̣ η̣ ἡ̣‐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μέραι τῆς σελήνης ὁ μ̣α̣‐ καριώτατος κ(ύ)ρ(ιο)ς ἐσπλ[αγ‐] χνίσθη ἐπ’ ἐμὲ καὶ̣ ἐ̣κ̣[ά‐] λεσεν εἰς τὴν αὐτοῦ χά‐ ριν καὶ ἀπέστειλέν μοι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..]..υ̣ς σύζυγόν [μου τὸν ἐν δόξῃ μ]ε̣γάληι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[19 (2)]</w:t>
      </w:r>
    </w:p>
    <w:p>
      <w:r>
        <w:rPr>
          <w:rFonts w:ascii="Gentium Plus" w:hAnsi="Gentium Plus"/>
          <w:sz w:val="24"/>
        </w:rPr>
        <w:t>[ὁ] μνήστωρ καὶ μη[νυτὴς] πασῶν ἀρίστων συμβο̣[υ‐] λιῶν τῶν ἐκ τοῦ π(ατ)ρ(ὸ)ς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ἡμετέρου καὶ τῆς ἀπο‐ πρὸ πρώτης δεξιᾶς ἀγα‐ θῆς. καὶ πάλιν εἶπεν οὕ‐ τως, ὡς ὁπηνίκα ηὐδό‐ κησεν ὁ π(ατ)ήρ μου καὶ πε‐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ποίηται ἐπ’ ἐμὲ ἔλεόν τ̣ε καὶ οἶκτον εἰς τὸ λυ‐ τρώσασθαι ἐκ τῆς τῶν δογματιστῶν πλάνης, ποιήσας ἐπ’ ἐμὲ τὴν φει‐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δὼ διὰ τῶν πλείστων αὐτοῦ φα̣[νερώσεων] ἀπ[έ‐] στειλέ̣[ν μοι τὸν σύζυ‐] γ̣ό̣[ν μου 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[... . ..· κεκόμικε δέ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[μοι τὴν ἀ]ρ̣[ίσ]τ̣[ην ἐλπίδα] [καὶ] ἀπολύτρωσιν τλ[η‐] [τ]ι̣κ̣ο̣ῖς καὶ τὰς ἀληθεστά‐ τας ὑποθήκας τε καὶ γνώ‐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μας καὶ τὴν ἐκ τοῦ ἡμε‐ τέρου π(ατ)ρ(ὸ)ς χειροθεσίαν. ὁπηνίκα τοίνυν ἀφῖκται, διελύσατό με καὶ διώρι‐ σε καὶ ἀπεσπάσατο̣ ἐ̣κ̣ μέ‐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σου τοῦ νόμου ἐκείνου καθ’ ὃν ἀνετράφην. κατ̣ὰ τοῦτον τὸν τρόπον ἐ‐ κάλεσέν με καὶ ἐπελέξα‐ το καὶ εἵλκυσεν καὶ διέ‐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στησεν ἐκ μέσου τού‐ τ[ων. παρ]ε̣[λ]κύσας δέ [με εἰς μίαν π]λευρὰν [— — —].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[..... ...].των ... [.]υσ̣εν καὶ τίς εἰμι καὶ τ̣οὐμὸν σῶμα καὶ ποίωι τρόπωι ἐλήλυθα καὶ ὡς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γέγονεν ἡ ἄφιξίς μου εἰς τόνδε τὸν κόσμον καὶ τίς γίγνομαι τῶν ὑ‐ παρχόντων κατὰ τὴν ὑπεροχὴν ἐπισημοτά‐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των καὶ ὡς ἐγεννήθην εἰς τὸ σαρκῶδες τοῦτο σῶμα ἢ διὰ ποίαν μαι‐ ευθεὶς ἐλοχεύθην κατὰ τὴν σάρκα ταύτην καὶ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ἀπὸ τίνος ..[.].. κατε̣‐ σπάρην κ̣[—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... καὶ πῶ̣ς̣ [........] γμα γεγένηται κα[ὶ ὁ] π(ατ)ήρ μου ὁ ἐν ὕψει τί̣ς̣ τ̣[υγ‐] χάνει ἢ ποίωι τρόπωι δι‐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αστὰς αὐτοῦ ἀπεστάλην κατὰ τὴν αὐτοῦ γνώ‐ μην καὶ ποίαν ἐντολήν τε καὶ ὑποθήκην δεδώ‐ ρηταί μοι πρὶν ἐνδύσω‐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μαι τὸ ὄργανον τόδε καὶ πρὶν πλανηθῶ ἐν τῆι σαρκὶ ταύτηι τῆι βδελυ‐ ρώδει καὶ πρὶν ἐνδῦναί με τήν τε μέθην αὐτῆς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τὸν τρό̣πον καί, ὅστις [..... .....]. αὐτὸς σύ‐ [ζυγός μου ὁ ἄγρυ]πνο̣ς̣ ὤν, [..... ..... ..] κ̣α̣ὶ οἱ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[.. τ]ὰ̣ ἀ̣π̣ό̣ρρη̣τα καὶ τὰ [νοή]μ̣ατα καὶ τὰς ὑπερβο‐ λὰς τοὐμοῦ π(ατ)ρ(ὸ)ς καὶ περὶ ἐμοῦ τίς τυγχάνω ὤν,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ὁ σύζυγός μου ὁ ἀρα‐ ρὼς τίς ποτ’ ἐστίν, ἔτι δὲ καὶ περὶ τῆς ψυχῆς μου, ἥτις πάντων τῶν κόσμων ὑπάρχει ψυ‐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χή, ἢ τίς καὶ αὐτή ἐστιν ἢ γέγονε πῶς. ἔφηνε δ’ αὖ ἐμοὶ πρὸς τούτοις τά τε ἄπειρα ὕψη καὶ τὰ βάθη τὰ ἀνεξιχν̣ίαστα.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ὑπέδειξε [δέ μοι] π̣ά̣ντ[α] ἃ̣ με̣τ[—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μὲ̣ν̣ τ̣α̣π̣[.......... .] δὲ αὐτὸν ἀ̣[σφαλέστατον] ὄντα. ε̣ὐσ̣ε̣β̣[ῶς δ’ ἔλαβόν] τε αὐτὸν καὶ ἐκτησά‐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μην ὡς ἴδιον κτῆμα. ἐπίστευσα δ’ αὐτὸν ἐμὸν ὑπάρχοντά τε καὶ ὄν‐ τα καὶ σύμβουλον ἀγα‐ θὸν καὶ χρηστὸν ὄντα.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ἐπέγνων μὲν αὐτὸν καὶ συνῆκα ὅτι ἐκεῖνος ἐ‐ γώ εἰμι ἐξ οὗ διεκρίθην. ἐπεμαρτύρησα δὲ ὅτι ἐ‐ γὼ ἐκε[ῖ]νος αὐτός εἰμι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ἴ̣σ̣ο̣ς̣ [ὅλω]ς̣ ὑπάρχων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[.... α]ὐ̣τ̣ῶι. ἔλεγεν δ’ αὖ [πάλιν] οὕτως, ὡς σὺμ πλεί‐ στ̣η̣ι̣ μηχανῆι καὶ ἐπιστή‐ μηι περιῆλθον ἐν ἐκείνωι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τῶι νόμωι διαφυλάττων τήνδε τὴν ἐλπίδα ἐν φρονήσει τῆι ἐμαυτοῦ μηδενὸς αἰσθομένου, τίς ποτ’ ἐστὶν τὸ παρ’ ἐμ̣[οί],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ὃν καὶ αὐτὸς ἐγὼ ἀπεκά̣‐ λυψα οὐδενὶ οὐδὲν κ[α‐] τὰ τὸν χρόνον ἐκεῖνον πλεῖστον ὑπάρχοντα̣. ἀλλ’ οὐδὲ ἐκείνοις π̣[αρα‐]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πλήσια ....ιμο[.....] τὸ σαρκῶ[δες] .. [..... . ]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ψα τῶν γενομένων οὐ‐ δὲ τῶν γενησομένων οὐδ’ ὅτι ἐστὶν ὁ ἔγνων ἢ τί τυγχάνει ὃ προσε‐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δεξάμην.</w:t>
      </w:r>
    </w:p>
    <w:p>
      <w:pPr>
        <w:jc w:val="center"/>
      </w:pPr>
      <w:r>
        <w:rPr>
          <w:rFonts w:ascii="Gentium Plus" w:hAnsi="Gentium Plus"/>
          <w:b/>
          <w:sz w:val="24"/>
        </w:rPr>
        <w:t>οἱ διδάσκαλοι λέγουσιν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ὁπηνίκα τοίνυν τὰ ἀπόρ‐ ρητα ταῦτα καὶ μέγιστα ἐξέφηνέ μοι ἐκεῖνος ὁ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πανευκλεὴς καὶ πανευ‐ δ̣αίμων, ἤρξατο λέγειν [πρ]ός με· “τόδε τὸ μυστή‐ [ριον ὃ] ἀπεκά̣λ̣[υ]ψά σοι ἀπό‐ [δειξον] .[.....] π̣ᾶσι καὶ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 ἀπο]καλύψαι — — —.”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[28 (23)]</w:t>
      </w:r>
    </w:p>
    <w:p>
      <w:r>
        <w:rPr>
          <w:rFonts w:ascii="Gentium Plus" w:hAnsi="Gentium Plus"/>
          <w:sz w:val="24"/>
        </w:rPr>
        <w:t>[..... . διὰ δρεπάνης]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τῆς ἀποτε̣[μ]νούσης ζ[ιζά‐] νια καὶ καρποὺς τῆς γῆς ἐκτεμεῖν τοὺς ἀκρεμό‐ νας πάντων τῶν στασ̣[ι‐]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αστῶν αὐτῆς μόνης δ̣[ο‐] ξαζομένης τῆς ἀλη[θεί‐] ας καὶ βασιλευούση[ς πα‐] ραπλησί[ω]ς̣ τω̣. .[..... ὕ‐̔́] ψους αυ[— — —].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[..... ἐ]κείνοις τοῖς κατὰ σ[ά]ρκα συνημμένοις, ἀλ‐ λὰ καὶ τοῦτον τὸν τρό‐ πον κατὰ βραχὺ βραχὺ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[ἐ]μαυτὸν διώρισα ἐκ μέ‐ [σο]υ τοῦ νόμου ἐκείνου [καθ’] ὃν ἀνετράφην, ὑπερ‐ [μέτ]ρ̣ω̣ς θα[υ]μάζων ε‐ [.. ... ..... ..] μυστη‐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[ρι.......... π]λ̣ῆθος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πλήθει, μονήρης δ’ ἐγώ. πλουτεῖ μὲν γὰρ ταῦτα, πένομαι δ’ ἐγώ. πῶς τοί‐ νυν μόνος ὢν παρὰ πάν‐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τας οἷος ἔσομαι τὸ μυ‐ στήριον τοῦτο ἀποκα‐ λύψαι ἐν μέσ̣ω̣ι̣ τ̣ο̣ῦ̣ [πλ]ή̣‐ θους τοῦ ἐ̣[νεχομένου ἐν] πλάνηι; .[..... .....]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πρὸς τοὺ[ς βασιλεῖς καὶ] διοικητ[ὰς ..... ...] ..γαθῶ.[..... .... ἔ‐] θνος τ.[.... .. πρὸς] τὸ διαλ[εχθῆναι (?) ....]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πραξει̣[..... ..... . ] σαι του[..... ... · ἐγὼ] μὲν γάρ [εἰμι ..... ..] τε καὶ π[ένης ..... .. ] μονήρ[ης ..... ..... 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τ.. υ[— — —]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σθῆναι, ὧι καὶ σύνεισιν πλεῖστοι βοηθοί. ἐμοῦ δὲ ταῦτα λογιζο‐ μένου καὶ σκεπτομέ‐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νου κατὰ τὴν φρένα αὐτόθι ἀνέσχεν καταν‐ τ̣[ι]κ̣ρ̣ὺ̣ ἐ̣μ̣οῦ στὰς ὁ ἐν‐ [δοξότατ]ός μου σύζυ‐ [γος λέγων π]ρὸς ἐμέ·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[”..... .....] εἶπας ὡς [..... ... β]ασιλεῦσιν [..... ... το]ῦ̣το τὸ μυ‐ [στήριον ἀπο]κ̣αλυφθῆ‐ [ναι. ... ἀγαθ]ὸς σύμβου‐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[λος ..... ... σ]υμβου‐ [..... ..... τ]υ̣γχάνω [..... .....]ο̣υ βουλη‐ [........ σύ]μβουλος. [..... ..... .]. εὐτρε‐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[π..... . ἀπ.καλ]υφθη‐ [..... ..... ...]ο̣υ‐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[33]</w:t>
      </w:r>
    </w:p>
    <w:p>
      <w:r>
        <w:rPr>
          <w:rFonts w:ascii="Gentium Plus" w:hAnsi="Gentium Plus"/>
          <w:sz w:val="24"/>
        </w:rPr>
        <w:t>καὶ δι’ αὐτὸ τοῦτο ἐγεν‐ νήθης. σὺ τοίνυν πάν‐ τα ἅπερ ἔδωκά σοι ἐξη‐ γοῦ, ἐγὼ δὲ ἐπίκουρός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σου καὶ φύλαξ ἔσομαι κατὰ πάντα καιρόν.”</w:t>
      </w:r>
    </w:p>
    <w:p>
      <w:pPr>
        <w:jc w:val="center"/>
      </w:pPr>
      <w:r>
        <w:rPr>
          <w:rFonts w:ascii="Gentium Plus" w:hAnsi="Gentium Plus"/>
          <w:b/>
          <w:sz w:val="24"/>
        </w:rPr>
        <w:t>Τιμόθεος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κατὰ [τούτους τοὺς και‐] ροὺ[ς ..... ..... 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.[..... ..... ...] μυστη̣ρ̣[ι..... .....]. ποτὲ μὲ[ν 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[..... ..... .... τῶν]</w:t>
      </w:r>
    </w:p>
    <w:p>
      <w:r>
        <w:rPr>
          <w:rFonts w:ascii="Courier New" w:hAnsi="Courier New"/>
          <w:color w:val="555555"/>
          <w:sz w:val="20"/>
        </w:rPr>
        <w:t>[34]</w:t>
      </w:r>
    </w:p>
    <w:p>
      <w:r>
        <w:rPr>
          <w:rFonts w:ascii="Gentium Plus" w:hAnsi="Gentium Plus"/>
          <w:sz w:val="24"/>
        </w:rPr>
        <w:t>τοῦ φωτὸς πατέρων καὶ πάντα τὰ γιγνόμε‐ να ἐν τοῖς πλοίοις ἀπεκά‐ λυπτέ μοι.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ἀνέπτυξε δ’ αὖ πάλιν τὸν κόλπον τοῦ κίονος καὶ τοὺς πατέρας καὶ τὰ σθέ‐ νη τὰ ἀλκιμώτατα [τὰ ἀ]π̣ο̣κρυπτόμενα 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[ν αὐτῶι τούτωι τ]ε καὶ [..... ..... ὕ]ψος τοῦ [..... ..... ..]φετε‐ [..... . ....]λ̣ης ἔδει‐ [ξε ..... ....] τοῦτον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[— — —.]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σα ἐκλεγῆναι καὶ ὀφθῆ‐ ναί μοι παρασκευασθεῖ‐ σα καὶ τελειουργηθεῖσα ἔν τε τοῖς διδασκάλοις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αὐτῆς καὶ ἐπισκόποις, ἐκλεκτοῖς τε καὶ κατη‐ χουμένοις, ἔν τε τρα‐ πέζαις, εὐσεβείαις καὶ βοηθοῖς μεγίστοις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πᾶσι τοῖς μέλλουσι γί‐ γνεσθαι [ὥστ’ ἀ]ποκαλύ‐ πτεσ̣[θαι ταύτην] τὴν ἐμὴν ἐκκ̣[λησίαν, καὶ α]ὐτῶι τῶ[ι συζύγωι ἐκεί]νωι ἐ‐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φ’ [ὧι — — —] [Break in Text (point at which text breaks off for an unknown length)]</w:t>
      </w:r>
    </w:p>
    <w:p>
      <w:pPr>
        <w:jc w:val="center"/>
      </w:pPr>
      <w:r>
        <w:rPr>
          <w:rFonts w:ascii="Gentium Plus" w:hAnsi="Gentium Plus"/>
          <w:b/>
          <w:sz w:val="24"/>
        </w:rPr>
        <w:t>Ν.Ν.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[— — — ἀληθεστά‐]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τας καὶ ἀπορρήτους ἀπε‐ κάλυψέν μοι, πρόσθεν αὐτοῦ προσκυνήσας εἶπον· “ταῦτα ἅπερ αἰ‐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τοῦμαι παρὰ σοῦ δίδον‐ ταί μοι καὶ συνπαρα‐ μενοῦσίν μοι κατὰ πάν‐ τα καιρὸν μὴ ἀποκρυ‐ πτόμενα, ἀλλὰ προ‐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φανῶς διὰ τῶν χει‐ ρῶν μο[υ φαι]νόμενα φαινο[.... πᾶ]σιν ὀφθαλ‐ μοῖς [ἀνθρώπων; καὶ] ἔτι ἡ ἐκκ[λησία ἵν’ αὔξητα]ι,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ἐ̣γ̣ὼ̣ [αἰτοῦμαι παρὰ σοῦ πᾶσαν τὴν] δύν[αμ]ιν [τῶν σημεί]ων, ἵνα πρά‐ [ξω αὐτὰ τα]ῖ̣ς χερσί μου [..... ..... κα]τὰ πάν‐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[τα τόπον καὶ πάσα]ς̣ κώ‐ [μας καὶ πόλεις .....] [..... ..... ..... ..] [καὶ ἵνα συγγνώμην παρα‐]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πέμψωμαι τοῖς πλημ‐ μελέσι· καὶ πάλιν κα‐ τὰ τὴν σοφίαν μηδείς με νικήσηι· καὶ ἵνα 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ἄνοσος καὶ ἀκίνδυνος· καὶ ὅπως αἱ ψυχαὶ τῶν νικητῶν ἐξερχόμε‐ ναι ἀπὸ τοῦ κόσμου πᾶ‐ σιν ὀφθαλμοῖς ἀν(θρώπ)ων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θεωρηθῶσιν. ὁμοίως̣ [δὲ καὶ ἴνα]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πάλ[ιν]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με ἡ δόξ[α] (legitur)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καὶ ἵν[α]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κ[αὶ ἵνα ποτ’ ἂν περιλημ‐]</w:t>
      </w:r>
    </w:p>
    <w:p>
      <w:r>
        <w:rPr>
          <w:rFonts w:ascii="Courier New" w:hAnsi="Courier New"/>
          <w:color w:val="555555"/>
          <w:sz w:val="20"/>
        </w:rPr>
        <w:t>[38]</w:t>
      </w:r>
    </w:p>
    <w:p>
      <w:r>
        <w:rPr>
          <w:rFonts w:ascii="Gentium Plus" w:hAnsi="Gentium Plus"/>
          <w:sz w:val="24"/>
        </w:rPr>
        <w:t>φθῶ ὑπὸ θλίψεως ἢ δι‐ ωγμῶν, ἀποκρυβῶ ἀπ’ ἔμ‐ προσθεν τῶν ἐχθρῶν μου.”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Τότε ὁ ἐνδοξότατος ἐ‐ κεῖνος εἶπεν πρὸς ἐμέ· “τὰς δωρεὰς ταύτας ἅσπερ ᾐτήσω παρ’ ἐμοῦ, τισὶ μὲν μία ἐξ αὐτῶν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[δίδο]τ̣α̣ι τοῖς ἀδελφοῖς [..... ....]... τ̣οῖς κα‐ τὰ ..... ..... ..]., τι‐ [σὶ δὲ ..... ..] .ατα [..... ..... ..] γ̣ενεᾶι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ἀπεκαλ]ύφθησαν, [..... .......] μὲν τη‐ [..... ὀφθαλ]μοῖς θεω‐ [ρ—..... .....]. . αἱ δω‐ [ρεαὶ ..... ..... .]των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[..... ..... ....].α̣ ἑ‐ [..... ..... ..... .]ν [..... ..... .....].νται. [..... ..... ....]...</w:t>
      </w:r>
    </w:p>
    <w:p>
      <w:r>
        <w:rPr>
          <w:rFonts w:ascii="Courier New" w:hAnsi="Courier New"/>
          <w:color w:val="555555"/>
          <w:sz w:val="20"/>
        </w:rPr>
        <w:t>[39]</w:t>
      </w:r>
    </w:p>
    <w:p>
      <w:r>
        <w:rPr>
          <w:rFonts w:ascii="Gentium Plus" w:hAnsi="Gentium Plus"/>
          <w:sz w:val="24"/>
        </w:rPr>
        <w:t>πρὸς τὸ πρέπον τῆι γενε‐ ᾶι καθ’ ἣν ἀπεκαλύφθης, συγγνώμην τῶν ἁμαρ‐ τημάτων ὅπως παραπέμ‐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ψῃς τοῖς ἁμαρτάνου‐ σιν ἐκείνοις τοῖς τὴν μετάνοιαν ἐκ σοῦ προσ‐ δεχομένοις καὶ τῆι ὁσι‐ ότητι πειθομένοις, ἵνα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λύσας παραπέ[μψῃς ἄφεσιν] πλημ[μελειῶν καὶ ἐγ‐] κλήσ[εων σοῦ τῆι ἐκλο‐] γῆι, ἔτ[ι δὲ καὶ . .... .] ἁμαρτ[ ..... ..... με‐]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τανοου[..... ..... .].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δογμ[α— — —]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καὶ πάλιν εἴ ποτ’ ἂν θλιβῆις ἐπικαλέσηι με, ἐγὼ πλη‐ σίον σου εὑρεθήσομαι ἑστώς, ὑπερασπιστής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σου ἐν πάσηι θλίψει καὶ κινδύνωι γενησόμε‐ νος. τὰ δὲ σημεῖα ταῦτα ἅπερ με ᾐτήσω ἐν ἐμοὶ γνωσθήσονται ὡς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[ἀποκαλ]υφθῆναί σοι δη‐ [λότατα. ἀποδεί]ξ̣ω γὰρ [διὰ τῆς χειρός μο]υ πάν‐ [τα καὶ ὡς κάτοπτ]ρον ἔσο‐ [μαί σοι ..... ..]αν ἐγὼ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[ὡς καὶ τὴν σοφίαν] ἀνατεῖ‐ [λαι ἔν σοι καὶ ν]όσου ἀπο‐ [λυθῆναί σε]. τὰ δὲ ση‐ [μεῖα σοι παρέ]χεται δι‐ [ὰ ..... .....]των καὶ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[..... ..... ..... τέ‐]</w:t>
      </w:r>
    </w:p>
    <w:p>
      <w:r>
        <w:rPr>
          <w:rFonts w:ascii="Courier New" w:hAnsi="Courier New"/>
          <w:color w:val="555555"/>
          <w:sz w:val="20"/>
        </w:rPr>
        <w:t>[41]</w:t>
      </w:r>
    </w:p>
    <w:p>
      <w:r>
        <w:rPr>
          <w:rFonts w:ascii="Gentium Plus" w:hAnsi="Gentium Plus"/>
          <w:sz w:val="24"/>
        </w:rPr>
        <w:t>ρατα τοῦ ψεύδους τὰ ἀν‐ τισταθέντα πρὸς αὐτούς. διὰ γὰρ τῶν σημείων τῆς ἀληθείας κατηργήθη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τὰ τοῦ ψεύδους.” μετὰ δὲ τὸ ταῦτα εἰπεῖν πρὸς ἐμὲ τὸν ἐνδοξό‐ τατον καὶ ἐνδυναμῶ‐ σαί με καὶ παραθαρσῦ‐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ναι πρὸς τὴν̣ [ἀποστολὴν] τὴ̣ν̣ ἐ̣μ̣[ὴν ἀπεκρύβη]. ὁπη̣[νίκα τοίνυν .....] νο.[ ..... .... ἀποκα‐] λύπτ[..... ..... ....].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ὅτε [..... ..... .....] το[..... .... . ..... ...] κατ[ .]. [..... παραπλη‐] σίως τῆ̣[ι ..... .....] λιστη[ι ..... ..... ..]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οντι̣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καὶ λαβεῖν ἐξ αὐτῆς κλη‐ ματίδας πρὸς τὸ πληθῦ‐ ναι τὸν ταύτης γόνον, ἵν’ οὕτως ἀπὸ μιᾶς ἀμ‐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πέλου τῆς ἀφ’ ἑνὸς σπέρ‐ ματος καλλίστου—εὐ‐ πορήσας μέντοι γε γῆς ἀρίστης ἱκανῆς ἀνα‐ φῦναι ἐκείνην τὴν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[ἄμπελο]ν̣ καὶ δυναμέ‐ [νης πολλὰ τε]κ̣ε̣ῖ̣ν̣—ἐκ ταύ‐ [της δὴ τῆς ἀμπέλου] γί‐ [νηται πολλῶν ἀμ]π̣έλων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[ε]ἰ̣λ̣[η]φ̣ότος [..... .....π](ατ)ρ̣(ὸ).[]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τό τε ὕψος καὶ τὸ βάθος καὶ τὴν ἀνάπαυσιν καὶ τὴν κόλασιν. ἀπεκά‐ λυψε δέ μοι μυστήρια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τὰ λεληθότα τὸν κό‐ σμον ἃ οὐκ ἐξὸν ἰδεῖν πάντα ἄν(θρωπ)ον οὐδὲ ἀκοῦσαι. ὅτε τοίνυν ἐξηραύνη‐ σα πάντα τὰ θεωρηθέν‐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τα μοι ἐν τ̣[..........] αὐτοῦ, κα̣[..... ..... ] τη[. ].π̣[—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ἰδ[ών.] — — —</w:t>
      </w:r>
    </w:p>
    <w:p>
      <w:r>
        <w:rPr>
          <w:rFonts w:ascii="Courier New" w:hAnsi="Courier New"/>
          <w:color w:val="555555"/>
          <w:sz w:val="20"/>
        </w:rPr>
        <w:t>[44]</w:t>
      </w:r>
    </w:p>
    <w:p>
      <w:r>
        <w:rPr>
          <w:rFonts w:ascii="Gentium Plus" w:hAnsi="Gentium Plus"/>
          <w:sz w:val="24"/>
        </w:rPr>
        <w:t>τ.. μὴ πᾶσι διδόμε̣ν̣α̣. τότε παραχρῆμα διεῖ‐ λον ἐμαυτὸν ἀπὸ τῶν τάξεων ἐκείνου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δόγματος καθ’ ὃ ἀνετρά‐ φην καὶ γέγονα παρα‐ πλήσιος ὀθνείωι καὶ μο‐ νήρει ἐν μέσωι αὐτῶν μέχρι φθάσαι τὸν και‐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[ρὸν τοῦ ἀπο]βῆναί με ἀ‐ [π’ ἐκείνου τ]ο̣ῦ δόγμα‐ [τος — — —] [Break in Text (point at which text breaks off for an unknown length)]</w:t>
      </w:r>
    </w:p>
    <w:p>
      <w:pPr>
        <w:jc w:val="center"/>
      </w:pPr>
      <w:r>
        <w:rPr>
          <w:rFonts w:ascii="Gentium Plus" w:hAnsi="Gentium Plus"/>
          <w:b/>
          <w:sz w:val="24"/>
        </w:rPr>
        <w:t>[Βα]ρ̣α̣ί̣[ης ὁ διδάσκαλος]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γ̣ν̣ῶτε τοίνυν, ὦ ἀδελφοί, καὶ σύνετε πάντα ταῦ‐ τα τὰ ἐνθάδε γραφέντα, καὶ περὶ τοῦ τρόπου κα‐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θ’ ὃν ἀπεστάλη ἥδε ἡ ἀπο‐ στολὴ ἡ κατὰ τήνδε τὴν γενεὰν καθὼς ἐδι‐ δάχθημεν παρ’ αὐτοῦ, ἔτι δὲ καὶ περὶ τοῦ [σώ‐]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ματος [αὐτοῦ] .‘. [.... .] πατ.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[46]</w:t>
      </w:r>
    </w:p>
    <w:p>
      <w:r>
        <w:rPr>
          <w:rFonts w:ascii="Gentium Plus" w:hAnsi="Gentium Plus"/>
          <w:sz w:val="24"/>
        </w:rPr>
        <w:t>τῆς ἀποστολῆς ταύτης τοῦ πν(εύματο)ς τοῦ παρακλή‐ του καὶ μεταβληθεὶς εἴπῃ, ὅτι οὗτοι μόνοι γε‐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γράφασιν ἁρπαγὴν τοῦ διδασκάλου αὐτῶν πρὸς καύχησιν. πάλιν δὲ καὶ περὶ τῆς γέν‐ [νη]ς τοῦ σώματος αὐτοῦ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[ἔγρα]ψ̣[εν], ὁ̣[μοί]ω̣ς δὲ καὶ [..... .....].η̣ς ἐκεί‐ [νης—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[47]</w:t>
      </w:r>
    </w:p>
    <w:p>
      <w:r>
        <w:rPr>
          <w:rFonts w:ascii="Gentium Plus" w:hAnsi="Gentium Plus"/>
          <w:sz w:val="24"/>
        </w:rPr>
        <w:t>ἁμαρτάνει. ὁ γάρ τοι βου‐ λόμενος ἀκουέτω καὶ προσεχέτω ὡς εἷς ἕκα‐ στος τῶν προγενεστέ‐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ρων πατέρων τὴν ἰ‐ δίαν ἀποκάλυψιν ἔδει‐ ξεν τῆι ἑαυτοῦ ἐκλογῆι, ἣν ἐξελέξατο καὶ συνή‐ γαγεν κατ’ ἐκείνην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τὴν γενεὰν καθ’ ἣν ἐ‐ φάνη, καὶ γράψας κα‐ τέλειψεν τοῖς μετα‐ γενεστέροις. καὶ ὁ μὲν περὶ ἁρπαγῆς αὐτοῦ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ἐδήλω[σ]εν, οἱ δὲ ἔξω ὡμίλ[η]σ̣αν, αὐτ.[...] τῆς ο[..].η σ̣[..... ....] λοι ε[—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[48]</w:t>
      </w:r>
    </w:p>
    <w:p>
      <w:r>
        <w:rPr>
          <w:rFonts w:ascii="Gentium Plus" w:hAnsi="Gentium Plus"/>
          <w:sz w:val="24"/>
        </w:rPr>
        <w:t>γράψαι καὶ ἀποδεῖξαι 〈 〉 μετέπειτα καὶ ἐνκω‐ μιάσαι καὶ μεγαλῦναι τοὺς διδασκάλους ἑαυ‐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τῶν καὶ τὴν ἀλήθειαν καὶ τὴν ἐλπίδα τὴν ἀ‐ ποκαλυφθεῖσαν αὐτοῖς. οὕτω τοίνυν εἷς ἕκαστος κατὰ τὴν περίοδον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περιφορὰν τῆς ἀποστο‐ λῆς αὐτοῦ ὡς ἐθεώρη‐ σεν εἶπεν καὶ γέγραφεν πρὸς ὑπομνηματισμόν, ἔτι δὲ καὶ περὶ τῆς ἁρ‐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παγῆς αὐτοῦ. [οὕτ]ω̣ πρῶτο̣[ς ὁ] Ἀδὰμ [ὡς φανε]ρ̣ώτ̣[ατα] εἶπεν [ἐν τῆι ἀποκαλύψει] αὐτοῦ [ὅτι ἐθεώρησα ἄγ]γελον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[..... ..... . ἀπ.]καλυ‐ [..... ..... .....].ο‐ [..... .....· ”..... ..] [... ἔμπροσθεν τοῦ λαμ‐]</w:t>
      </w:r>
    </w:p>
    <w:p>
      <w:r>
        <w:rPr>
          <w:rFonts w:ascii="Courier New" w:hAnsi="Courier New"/>
          <w:color w:val="555555"/>
          <w:sz w:val="20"/>
        </w:rPr>
        <w:t>[49]</w:t>
      </w:r>
    </w:p>
    <w:p>
      <w:r>
        <w:rPr>
          <w:rFonts w:ascii="Gentium Plus" w:hAnsi="Gentium Plus"/>
          <w:sz w:val="24"/>
        </w:rPr>
        <w:t>π̣ρ̣οῦ προσώπου σου ὃν ἐ‐ γὼ οὐ γινώσκω.” τότε ἔφη αὐτῶι· “ἐγώ εἰμι Βάλ‐ σαμος ὁ μέγιστος ἄγγε‐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λος τοῦ φωτός. ὅθεν δε‐ ξάμενος γράψον ταῦτα ἅπερ σοι ἀποκαλύπτω ἐν χάρτηι καθαρωτάτῳ καὶ μὴ φθειρομένωι καὶ σῆ‐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τα μὴ ἐπιδεχομένωι”, χω‐ ρὶς καὶ ἄλλων πλείστων ὧν αὐτῶι ἀπεκάλυψεν ἐν τῆι ὀπτασίαι. μεγίστη γὰρ ἦν ἡ περὶ αὐτὸν δόξα.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ἐθεώρησεν δὲ κ̣α̣[ὶ ...] ἀγγέλους κα[ὶ ἀρχιστρα‐] τήγου[ς καὶ δυνάμεις] μ̣εγί̣[στας 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[50]</w:t>
      </w:r>
    </w:p>
    <w:p>
      <w:r>
        <w:rPr>
          <w:rFonts w:ascii="Gentium Plus" w:hAnsi="Gentium Plus"/>
          <w:sz w:val="24"/>
        </w:rPr>
        <w:t>ον ὁ Ἀδὰμ καὶ γέγονεν ὑπέρτερος παρὰ πάσας τὰς δυνάμεις καὶ τοὺς ἀγγέλους τῆς κτίσεως.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πολλὰ δὲ καὶ ἄλλα τούτοις παραπλήσια ὑπάρχει ἐν ταῖς γραφαῖς αὐτοῦ. ὁμοίως δὲ καὶ Σηθὴλ ὁ υ‐ ἱὸς αὐτοῦ οὕτω γέγρα‐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φεν ἐν τῆι ἀποκαλύψει αὐτοῦ λέγων ὅτι ἤνοι‐ ξα τοὺς ὀφθαλμούς μου καὶ ἐθεώρησα ἔμπροσ‐ θεν τοῦ προσώπου μου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[ἄγγε]λ̣ο̣ν οὗ οὐκ ἠδυνά‐ [μην ἀναζω]γ̣ρ̣αφῆσαι τὸ [φέγγος ..... ἄ]λλο τι ὑ‐ [..... ..... ἀστ]ραπαὶ [..... ..... ....] μοι·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[”..... ..... ....].ο̣υ ὁ̣‐ [..... ..... ....].αι‐ [..... ..........]ε‐ [..... ..... .....” ὁπη‐]</w:t>
      </w:r>
    </w:p>
    <w:p>
      <w:r>
        <w:rPr>
          <w:rFonts w:ascii="Courier New" w:hAnsi="Courier New"/>
          <w:color w:val="555555"/>
          <w:sz w:val="20"/>
        </w:rPr>
        <w:t>[51]</w:t>
      </w:r>
    </w:p>
    <w:p>
      <w:r>
        <w:rPr>
          <w:rFonts w:ascii="Gentium Plus" w:hAnsi="Gentium Plus"/>
          <w:sz w:val="24"/>
        </w:rPr>
        <w:t>νίκα τούτων ἠκροασά‐ μην, ἐχάρη μου ἡ καρδί‐ α καὶ μετετράπη ἡ φρό‐ νησις καὶ ἐγενόμην ὡς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εἷς τῶν μεγίστων ἀγ‐ γέλων. ἐκεῖνος ὁ ἄγγελος τὴν χεῖρα αὐτοῦ ἐπὶ τὴν δεξιάν μου θεὶς καὶ ἐξέω‐ σέ με ἀπὸ τοῦ κόσμου 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ξ οὗ ἐγεννήθην καὶ ἀπή‐ νεγκεν εἰς ἕτερον τό‐ πον πάνυ μέγιστον. ἤκουον δὲ ἐκ τῶν ὄπισθέν μου θορύβου μεγίστου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ἐκ τῶν ἀγγέλων ἐκεί‐ νων ὧν κα[τέ]λ̣ειψ[α ἐν] τῶι κόσμ[ωι αὐτῶν ὑπαρ‐] χόντων [καὶ ..... ..ν‐] των. ἰδ̣[ὼν δὲ ..... . ἀν‐]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θρω̣[π—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π[ολλὰ δὲ τούτοις παρα‐]</w:t>
      </w:r>
    </w:p>
    <w:p>
      <w:r>
        <w:rPr>
          <w:rFonts w:ascii="Courier New" w:hAnsi="Courier New"/>
          <w:color w:val="555555"/>
          <w:sz w:val="20"/>
        </w:rPr>
        <w:t>[52]</w:t>
      </w:r>
    </w:p>
    <w:p>
      <w:r>
        <w:rPr>
          <w:rFonts w:ascii="Gentium Plus" w:hAnsi="Gentium Plus"/>
          <w:sz w:val="24"/>
        </w:rPr>
        <w:t>πλήσια ἐλέχθη ἐν ταῖς γραφαῖς αὐτοῦ, καὶ ὡς ἡρπάγη ὑπ’ ἐκείνου τοῦ ἀγγέλου ἀπὸ κόσμου εἰς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κόσμον καὶ ἀπεκάλυψεν αὐτῶι μέγιστα μυστή‐ ρια τῆς μεγαλωσύνης. πάλιν ἐν τῆι ἀποκαλύψει τοῦ Ἐνῶς οὕτως λέγει·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ἐν τῶι τρίτωι ἔτει καὶ ἐν τῶι μηνὶ τῶι δεκάτωι ἐξῆλθον εἰς περίπατον εἰς τὴν γῆν τῆς ἐρήμου λογιζόμενος κατὰ τὴν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φρόνησιν περί τε τοῦ [οὐ]ρ̣αν̣[ο]ῦ̣ κ̣αὶ τῆς γῆς καὶ [περὶ πάντω]ν̣ τῶν ἔργων [καὶ πραγμάτω]ν ποίωι λό‐ [γωι διὰ τίνος] καὶ τῆι τί‐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[νος βουλήσει γεγό]ν̣ασιν. [..... ..... ..... ..]ε‐ [..... ..... ..... ..] [..... ..... ..... θ]α‐</w:t>
      </w:r>
    </w:p>
    <w:p>
      <w:r>
        <w:rPr>
          <w:rFonts w:ascii="Courier New" w:hAnsi="Courier New"/>
          <w:color w:val="555555"/>
          <w:sz w:val="20"/>
        </w:rPr>
        <w:t>[53]</w:t>
      </w:r>
    </w:p>
    <w:p>
      <w:r>
        <w:rPr>
          <w:rFonts w:ascii="Gentium Plus" w:hAnsi="Gentium Plus"/>
          <w:sz w:val="24"/>
        </w:rPr>
        <w:t>νάτου. καὶ ἥρπασεν σὺμ‐ μεγίστηι ἡσυχίαι. ἡ δὲ καρ‐ δία μου ἐβαρεῖτο, ἐτρό‐ μησεν δὲ καὶ τὰ μέλη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μου πάντα καὶ οἱ σφόν‐ δυλοι τοῦ νώτου μου ἐκινήθησαν πρὸς τῆς σφοδρότητος, καὶ οἱ πό‐ δες μου ἐπὶ τοὺς ἀστρα‐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γάλους οὐχ εἱστήκεισαν. ἀπῆλθον δὲ εἰς συχνὰς πεδιάδας καὶ εἶδον ἐκεῖ ὄρη ὑψηλότατα. καὶ ἥρ‐ πασε δέ με τὸ πν(εῦμ)α καὶ ἀνή‐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νεγκέ με εἰς τὸ ὄρος ἐν δυνάμει ἡσύχωι. κἀκεῖ μοι ἀπεκ[αλύ]φ̣[θησαν πολ‐] λαὶ καὶ μεγ[άλαι ὄψεις]. πάλιν εἶ̣[πεν ὅτι ὁ ἄγγε‐]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λος κα[..... ..... ..... ..] δε[..... ..... .....] τ[.......... καὶ ἀπή‐] ν̣[εγκέ με εἰς κλίμα τὸ ἀρ‐]</w:t>
      </w:r>
    </w:p>
    <w:p>
      <w:r>
        <w:rPr>
          <w:rFonts w:ascii="Courier New" w:hAnsi="Courier New"/>
          <w:color w:val="555555"/>
          <w:sz w:val="20"/>
        </w:rPr>
        <w:t>[54]</w:t>
      </w:r>
    </w:p>
    <w:p>
      <w:r>
        <w:rPr>
          <w:rFonts w:ascii="Gentium Plus" w:hAnsi="Gentium Plus"/>
          <w:sz w:val="24"/>
        </w:rPr>
        <w:t>κτῷον καὶ ἐθεώρησα ἐ‐ κεῖσε ὄρη ὑπερμεγέθη καὶ ἀγγέλους καὶ τόπους πολλούς. διελάλησεν δέ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μοι καὶ εἶπεν· “ὁ ἰσχυρότα‐ τος τὴν ὑπεροχὴν ἀπέ‐ στειλέ με πρὸς σέ, ἵνα σοι ἀποκαλύψω τὰ ἀπόρρη‐ τα ἃ ἐνεθυμήθης, ἐπει‐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δήπερ ἐξελέγης εἰς τὴν ἀλήθειαν. ταῦτα δὲ πάντα τὰ ἀπόκρυφα γράψον ἐπὶ πτύχας χαλ‐ κᾶς καὶ ἀπόθου ἐν τῇ γῆι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τῆς ἐρήμου. πάντα δὲ ἃ̣ γράφεις προδηλότα‐ [τα γρά]ψ̣ο̣ν̣. ἑτοίμως γὰρ [ἔχει ἡ ἀποκάλ]υψις αὕ‐ [τη ἡ ἐμή, ἣ οὐ] τελευτᾶι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[εἰς τὸν αἰῶνα, ἀπο]καλυ‐ [φθῆναι τοῖς ἀδελ]φοῖς [..... ..... ....]ς πᾶ‐ [σι.” πολλὰ δὲ καὶ ἄλλα ὑ]πάρ‐</w:t>
      </w:r>
    </w:p>
    <w:p>
      <w:r>
        <w:rPr>
          <w:rFonts w:ascii="Courier New" w:hAnsi="Courier New"/>
          <w:color w:val="555555"/>
          <w:sz w:val="20"/>
        </w:rPr>
        <w:t>[55]</w:t>
      </w:r>
    </w:p>
    <w:p>
      <w:r>
        <w:rPr>
          <w:rFonts w:ascii="Gentium Plus" w:hAnsi="Gentium Plus"/>
          <w:sz w:val="24"/>
        </w:rPr>
        <w:t>χει τούτοις ἐοικότα ἐν ταῖς γραφαῖς αὐτοῦ ὑποδεικνύ‐ οντα περὶ τῆς αὐτοῦ ἁρπα‐ γῆς καὶ ἀποκαλύψεως.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πάντα γὰρ ἃ ἤκουσεν καὶ εἶδεν γράψας κατέλει‐ ψεν τοῖς μεταγενεστέ‐ ροις πᾶσι τοῦ τῆς ἀληθεί‐ ας πνεύματος.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ὁμοίως δὲ καὶ ὁ Σῆμ τοῦ‐ τον τὸν τρόπον ἔφη ἐν τῆι ἀποκαλύψει αὐτοῦ· ἐλογιζόμην περὶ πάντων τῶν ἔργων ποίωι τρό‐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πωι ἐγένοντο. ἐμοῦ δὲ διαλογιζομένου ἐξα[ί‐] φνης ἥρπ[ασέν] μ̣ε̣ π̣[ν(εῦμ)α τὸ] ζῶν καὶ ἀν̣[ήνεγκεν βί‐] ᾳ μεγίστη[ι καὶ κατέ‐]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στησεν κα[τὰ τὸ ἄκρον] ὄρους ὑψη[λοτάτου καὶ] εἶπ[εν π]ρὸς [ἐμὲ οὕτω] λέ̣[γων· ”..... ..... .]</w:t>
      </w:r>
    </w:p>
    <w:p>
      <w:r>
        <w:rPr>
          <w:rFonts w:ascii="Courier New" w:hAnsi="Courier New"/>
          <w:color w:val="555555"/>
          <w:sz w:val="20"/>
        </w:rPr>
        <w:t>[56]</w:t>
      </w:r>
    </w:p>
    <w:p>
      <w:r>
        <w:rPr>
          <w:rFonts w:ascii="Gentium Plus" w:hAnsi="Gentium Plus"/>
          <w:sz w:val="24"/>
        </w:rPr>
        <w:t>δόξαν δὸς τῶι μεγί‐ στωι τῆς τιμῆς βασι‐ λεῖ.” καὶ πάλιν εἶπεν ὅτι σὺν ἡσυχίαι μὲν θύ‐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ραι ἀνεπετάσθησαν, διῃρέθησαν δὲ καὶ νε‐ φέλαι πρὸς τοῦ ἀνέ‐ μου. εἶδον δὲ καθεστή‐ ριον ἐπίδοξον ἀπὸ τοῦ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ὕψους τοῦ ἀνωτάτου κατερχόμενον καὶ μέγιστον ἄγγελον ἐ‐ φεστῶτα αὐτοῦ. ἡ δὲ εἰκὼν τῆς ἰδέας τοῦ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προσώπου αὐτοῦ πε‐ [ρ]ικαλλὴς καὶ ὡραία ἐτύγ‐ [χ]ανεν μ̣ᾶ̣λ̣λον τῆς στιλ‐ [βούσης λα]μπηδόνος [τοῦ ἡλίο]υ̣, ἔτι δὲ καὶ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[τῆς ἀστραπῆ]ς. παραπλη‐ [σίως δὲ τοῖς] ἡλιακοῖς [..... .....]ε, .[....]δε ἡ [..... ..... .....]ει</w:t>
      </w:r>
    </w:p>
    <w:p>
      <w:r>
        <w:rPr>
          <w:rFonts w:ascii="Courier New" w:hAnsi="Courier New"/>
          <w:color w:val="555555"/>
          <w:sz w:val="20"/>
        </w:rPr>
        <w:t>[57]</w:t>
      </w:r>
    </w:p>
    <w:p>
      <w:r>
        <w:rPr>
          <w:rFonts w:ascii="Gentium Plus" w:hAnsi="Gentium Plus"/>
          <w:sz w:val="24"/>
        </w:rPr>
        <w:t>τῆς ποικιλίας στεφάνωι πλακέντι ἐκ τῶν Φαρ‐ μουθικῶν ἀνθῶν. καὶ τότε ἠλλοιώθη ὁ χαρα‐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κτὴρ τοῦ προσώπου μου ὥστε καταπεσεῖν ἐπὶ τῆς γῆς. καὶ οἱ μὲν σφόνδυ‐ λοι τοῦ νώτου μου διε‐ κλονήθησαν, οἱ δὲ πόδες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μου οὐκ ἔστησαν ἐπὶ τοὺς ἀστραγάλους. πα‐ ρέκυψεν δέ μοι φωνὴ καλοῦσα ἀπὸ τοῦ καθε‐ στηρίου καὶ ἐπελθοῦσά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μοι τῆς χειρὸς ἐλάβετο τῆς δεξιᾶς καὶ ἀνέστη‐ σεν. φυσήσασα δὲ κατ[ὰ] τῆς ὄψεώς μου ἄσθμ̣[α] ζωῆς προσθήκην [μοι]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δυνάμεως εἰργά̣[σατο καὶ] δόξης. πλεῖσ[τα δὲ] καὶ ἄλλα τούτ[ο]ι̣[ς παρα‐] πλ̣[ήσια ὑ]π̣άρ̣[χει ἐν ταῖς]</w:t>
      </w:r>
    </w:p>
    <w:p>
      <w:r>
        <w:rPr>
          <w:rFonts w:ascii="Courier New" w:hAnsi="Courier New"/>
          <w:color w:val="555555"/>
          <w:sz w:val="20"/>
        </w:rPr>
        <w:t>[58]</w:t>
      </w:r>
    </w:p>
    <w:p>
      <w:r>
        <w:rPr>
          <w:rFonts w:ascii="Gentium Plus" w:hAnsi="Gentium Plus"/>
          <w:sz w:val="24"/>
        </w:rPr>
        <w:t>αὐτοῦ γραφαῖς, καὶ τί‐ να ἀπεκάλυψαν αὐτῷ οἱ ἄγγελοι εἰπόντες γράψαι αὐτὰ πρὸς ὑπομνημα‐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τισμόν. πάλιν καὶ ὁ Ἑνὼχ τοῦτον τὸν τρόπον ἔφη ἐν τῆι αὐτοῦ ἀποκαλύψει· ἐγώ εἰμι Ἑνὼχ ὁ δίκαιος. λύ‐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πη μοί ἐστιν μεγάλη καὶ χύσις δακρύων ἐκ τῶν ὀφθαλμῶν μου διὰ τὸ ἀκηκοέναι με τὸν ὀνει‐ δισμὸν τὸν προελθόν‐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τα ἐκ στόματος τῶν ἀ‐ [σ]εβῶν. ἔλεγεν δὲ [ὅ]τι τῶν δακρύων ἐν [τοῖ]ς ὀφθαλμοῖς μου ὄν‐ [των] καὶ δεήσεως ἐν τῶι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[στό]μ̣ατι ἐθεώρησα ἐπι‐ [στάν]τας μοι ἀγγέλους ἑ‐ [πτὰ ἐκ το]ῦ οὐρανοῦ κα‐ [τερχομέ]ν̣ου[ς. ἰδὼν δὲ] αὐ‐</w:t>
      </w:r>
    </w:p>
    <w:p>
      <w:r>
        <w:rPr>
          <w:rFonts w:ascii="Courier New" w:hAnsi="Courier New"/>
          <w:color w:val="555555"/>
          <w:sz w:val="20"/>
        </w:rPr>
        <w:t>[59]</w:t>
      </w:r>
    </w:p>
    <w:p>
      <w:r>
        <w:rPr>
          <w:rFonts w:ascii="Gentium Plus" w:hAnsi="Gentium Plus"/>
          <w:sz w:val="24"/>
        </w:rPr>
        <w:t>τοὺς ἐκινήθην ὑπὸ δέ‐ ους ὥστε τὰ γόνατά μου ἀλλήλοις προσαράσσειν. καὶ πάλιν εἶπεν οὕτως·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ἔφη μοι εἷς τῶν ἀγγέλων Μιχαὴλ τοὔνομα· “τού‐ του χάριν πρὸς σὲ ἀπεστά‐ λην ἵνα ὑποδείξωμέν σοι πάντα τὰ ἔργα καὶ ἀ‐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ποκαλύψωμέν σοι τὸν τῶν εὐσεβῶν χῶρον καὶ χῶρόν σοι δείξω τὸν τῶ[ν] δυσσεβῶν καὶ ὁποῖος τυγ‐ χάνει ὁ τῆς τιμωρίας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τῶν ἀνόμων τόπος.” φησὶ δὲ πάλιν ὅτι ἐκεῖν̣ο̣[ι] ἐπεκάθισάν με ἐπὶ ἅ[ρ‐] ματος ἀνέμου καὶ ε[ἰς]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τὰ πέρατα τῶν οὐρ[ανῶν] ἀνήνεγκαν. καὶ το̣[ὺς κό‐] σμους διεπεράσαμ̣[εν], τόν τε κόσμον [τοῦ θανά‐] του̣ [καὶ κό]σμο[ν τοῦ σκό‐]</w:t>
      </w:r>
    </w:p>
    <w:p>
      <w:r>
        <w:rPr>
          <w:rFonts w:ascii="Courier New" w:hAnsi="Courier New"/>
          <w:color w:val="555555"/>
          <w:sz w:val="20"/>
        </w:rPr>
        <w:t>[60]</w:t>
      </w:r>
    </w:p>
    <w:p>
      <w:r>
        <w:rPr>
          <w:rFonts w:ascii="Gentium Plus" w:hAnsi="Gentium Plus"/>
          <w:sz w:val="24"/>
        </w:rPr>
        <w:t>τους καὶ τοῦ πυρὸς τὸν κόσμον. καὶ μετὰ ταῦ‐ τα εἰσῆξάν με εἰς κόσμον πλουσιώτατον ὃς εὐκλε‐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έστατος μὲν τῷ φωτὶ ἐτύγχανεν, περικαλλέ‐ στερος δὲ ὧν εἶδον φωσ‐ τήρων. πάντα δὲ ἐθεώ‐ ρησεν καὶ ἐξήτασεν τοὺς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ἀγγέλους, καὶ εἴ τι αὐτῶι εἶπον, ἐνεχάραξεν αὐτοῦ ὃν τρόπον καὶ ὁ ἀπόστο‐ λος Παῦλος ἴσμεν ὅτι ἡρ‐ πάγη ἕως τοῦ τρίτου οὐ‐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ρ[α]νοῦ (2 Cor. 12, 2), καθὼς λέγει ἐν [τ]ῇ̣ πρὸς Γαλάτας ἐπιστο‐ [λῇ] (1, 1)· Παῦλος ἀπόστολος [οὐ]κ ἀπ’ ἀνθρώπων οὐδὲ [δι’ ἀν]θρώπου, ἀλλὰ διὰ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[Ἰη(σο)ῦ Χ](ριστο)ῦ καὶ Θ(εο)ῦ Π(ατ)ρ(ὸ)ς τοῦ ἐ‐ [γείραντ]ος αὐτὸν ἐκ τῶν [νεκρῶ]ν̣. [καὶ ἐ]ν̣ τῆι</w:t>
      </w:r>
    </w:p>
    <w:p>
      <w:r>
        <w:rPr>
          <w:rFonts w:ascii="Courier New" w:hAnsi="Courier New"/>
          <w:color w:val="555555"/>
          <w:sz w:val="20"/>
        </w:rPr>
        <w:t>[61]</w:t>
      </w:r>
    </w:p>
    <w:p>
      <w:r>
        <w:rPr>
          <w:rFonts w:ascii="Gentium Plus" w:hAnsi="Gentium Plus"/>
          <w:sz w:val="24"/>
        </w:rPr>
        <w:t>πρὸς Κορινθίους δευτέ‐ ραι (12, 1—5) λέγει· ἐλεύσομαι πά‐ λιν εἰς ὀπτασίας καὶ ἀπο‐ καλύψεις κ(υρίο)υ. οἶδα ἄν(θρωπ)ον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 Χρ(ιστ)ῶι—εἴτε ἐν σώματι εἴτε ἐκτὸς σώματος οὐ‐ κ οἶδα, θ(εὸ)ς οἶδεν—ὅτι ἡρπά‐ γη ὁ τοιοῦτος εἰς τὸν πα‐ ράδεισον καὶ ἤκουσεν ἄρ‐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ρητα ῥήματα ἃ οὐκ ἐξὸν ἀνθρώπωι λαλῆσαι. περὶ τοιούτου καυχήσομαι, περὶ δὲ ἐμαυτοῦ οὐ καυ‐ χήσομαι.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πάλιν ἐν τῇ πρὸς Γαλάτας ἐπιστολῆι (1, 11—12)· δείκνυμι, ἀ‐ δελφοί, τὸ εὐαγγέλι[ον] ὃ εὐαγγελισάμην ὑμ̣[ῖν], ὅτι οὐκ ἐξ ἀνθρώπ[ου]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αὐτὸ παρείληφα [οὐδὲ ἐ‐] διδάχθην, ἀλλὰ [δι’ ἀπο‐] καλύψεως Ἰη(σο)ῦ [Χ(ριστο)ῦ. οὗτος] δ[ὲ ὡς ἐκ]τὸς ἑ[αυτοῦ ἁρ‐]</w:t>
      </w:r>
    </w:p>
    <w:p>
      <w:r>
        <w:rPr>
          <w:rFonts w:ascii="Courier New" w:hAnsi="Courier New"/>
          <w:color w:val="555555"/>
          <w:sz w:val="20"/>
        </w:rPr>
        <w:t>[62]</w:t>
      </w:r>
    </w:p>
    <w:p>
      <w:r>
        <w:rPr>
          <w:rFonts w:ascii="Gentium Plus" w:hAnsi="Gentium Plus"/>
          <w:sz w:val="24"/>
        </w:rPr>
        <w:t>παγεὶς εἰς τὸν τρίτον οὐ‐ ρανὸν καὶ εἰς τὸν παρά‐ δεισον (sec. 2 Cor. 12, 2) καὶ ἰδὼν καὶ ἀ‐ κούσας καὶ αὐτὸ τοῦτο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ἐνεχάραξεν αἰνιγματω‐ δῶς περί τε τῆς ἁρπα‐ γῆς αὐτοῦ καὶ ἀποστολῆς τοῖς συμμύσταις τῶν ἀποκρύφων. καὶ τὸ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πέρας δὲ πάντες οἱ μα‐ καριώτατοι ἀπόστολοι καὶ σωτῆρες καὶ εὐαγγε‐ λισταὶ καὶ τῆς ἀληθείας προφῆται ἕκαστος αὐ‐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τῶν ἐθεώρησεν καθ’ ὃ(ν) ἀπεκαλύφθη αὐτῷ ἐλ‐ [πὶ]ς ἡ ζῶσα πρὸς τὸ κήρυ‐ [γμ]α̣, καὶ ἔγραψαν καὶ κα‐ [τα]λελοίπασιν καὶ ἀπέ‐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[θεν]το εἰς ὑπόμνησιν [τῶν ἐ]σ̣ομένων υἱῶν τοῦ [Ἁγίου Π]ν̣(εύματο)ς καὶ γνωσομέ‐ [νων τῆς] φων[ῆς αὐτο]ῦ</w:t>
      </w:r>
    </w:p>
    <w:p>
      <w:r>
        <w:rPr>
          <w:rFonts w:ascii="Courier New" w:hAnsi="Courier New"/>
          <w:color w:val="555555"/>
          <w:sz w:val="20"/>
        </w:rPr>
        <w:t>[63]</w:t>
      </w:r>
    </w:p>
    <w:p>
      <w:r>
        <w:rPr>
          <w:rFonts w:ascii="Gentium Plus" w:hAnsi="Gentium Plus"/>
          <w:sz w:val="24"/>
        </w:rPr>
        <w:t>τὴν αἴσθησιν. τούτωι τῶι τρόπωι καὶ τοῦ πανευ‐ φημοτάτου ἀποστόλου, δι’ οὗ καὶ ἐξ οὗ ἐλήλυθεν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ἡμῖν ἡ ἐλπὶς καὶ ἡ κληρο‐ νομία τῆς ζωῆς, ἀκόλου‐ θόν ἐστιν ἡμῖν γράψαι καὶ σημᾶναι τοῖς μετα‐ γενεστέροις πᾶσι καὶ οἰ‐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κείοις τῆς πίστεως καὶ γό‐ νοις οὖσι πνευματικοῖς δι’ ὑδάτων αὐτοῦ φανο‐ τάτων αὐξανομένοις, ὡς ἂν γνωσθῇ αὐτοῖς ἥ τε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ἁρπαγὴ αὐτοῦ καὶ ἀποκά‐ λυψις. ἐπιστάμεθα γάρ, ὦ ἀδελφοί, τὸ ὑ[περ‐] βάλλον τῆς σοφίας [ὅ‐] σον τυγχάνει τὸ μ̣[έγε‐]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θος πρὸς ἡμᾶς κα[τὰ ταύ‐] την τὴν ἄφιξ[ιν τοῦ πα‐] ρακλήτου τῆ[ς ἀληθεί‐] ας, ἣν̣ [συ]ν̣γιν̣[ώσκομεν]</w:t>
      </w:r>
    </w:p>
    <w:p>
      <w:r>
        <w:rPr>
          <w:rFonts w:ascii="Courier New" w:hAnsi="Courier New"/>
          <w:color w:val="555555"/>
          <w:sz w:val="20"/>
        </w:rPr>
        <w:t>[64]</w:t>
      </w:r>
    </w:p>
    <w:p>
      <w:r>
        <w:rPr>
          <w:rFonts w:ascii="Gentium Plus" w:hAnsi="Gentium Plus"/>
          <w:sz w:val="24"/>
        </w:rPr>
        <w:t>μὴ ἐξ ἀνθρώπων αὐτὸν προσδεδέχθαι μηδ’ ἐ‐ ξ ἀκοῆς τῶν βίβλων, κα‐ θὼς καὶ αὐτὸς ὁ π(ατ)ὴρ ἡ‐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μῶν φησιν ἐν τοῖς συγγράμ‐ μασιν οἷς ἀπέστειλεν εἰς Ἔδεσαν· λέγει γὰρ οὕτως· τὴν ἀλήθειαν καὶ τὰ ἀ‐ πόρρητα ἅπερ διαλέγο‐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μαι—καὶ ἡ χειροθεσία ἡ οὖ‐ σα παρ’ ἐμοί—οὐκ ἐξ ἀν(θρώπ)ων αὐτὴν παρέλαβον ἢ σαρ‐ κικῶν πλασμάτων, ἀλλ’ οὐ‐ δὲ ἐκ τῶν ὁμιλιῶν τῶν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γραφῶν. ἀλλ’ ὁπηνίκα θεωρήσας με οἴκτιρέν [με] ὁ μακαριώτατος [π(ατ)ὴρ] ὁ καλέσας με εἰς [τὴ]ν̣ χάριν αὐτοῦ καὶ μὴ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[βουλ]η̣θείς με ἀπολέσθαι [καὶ] τοὺς λοιποὺς τοὺς [ἐν τῷ κ]όσμωι, ὅπως ὀρέ‐ [ξηι τὴν] εὐζω[ίαν] ἐκεί‐</w:t>
      </w:r>
    </w:p>
    <w:p>
      <w:r>
        <w:rPr>
          <w:rFonts w:ascii="Courier New" w:hAnsi="Courier New"/>
          <w:color w:val="555555"/>
          <w:sz w:val="20"/>
        </w:rPr>
        <w:t>[65]</w:t>
      </w:r>
    </w:p>
    <w:p>
      <w:r>
        <w:rPr>
          <w:rFonts w:ascii="Gentium Plus" w:hAnsi="Gentium Plus"/>
          <w:sz w:val="24"/>
        </w:rPr>
        <w:t>νοις το〈ῖ〉ς ἑτοίμοις ἐκλε‐ γῆναι αὐτῶι ἐκ τῶν δο‐ γμάτων, καὶ τότε τῆι αὐτοῦ χάριτι ἀπέσπα‐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σέ με ἀπὸ τοῦ συνεδρίου τοῦ πλήθους τοῦ τὴν ἀ‐ λήθειαν μὴ γινώσκον‐ τος καὶ ἀπεκάλυψέ μοι τά τε αὐτοῦ ἀπόρρητα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π(ατ)ρ(ὸ)ς αὐτοῦ τοῦ ἀχράν‐ του καὶ παντὸς τοῦ κό‐ σμου. ἐξέφηνε δέ μοι καθ’ ὃν ὑπῆρχον τρόπον πρὶν καταβολῆς κόσμου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ὃν τρόπον ἐτέθη ἡ κρηπὶς τῶν ἔργων πάν‐ των ἀγαθῶν τε καὶ φαύ‐ λων καὶ ποίωι τρόπωι ἐτεκτο̣[νε]ύ̣σ̣αντο τὰ̣ [ἐκ]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τῆς συγκρά̣σε̣[ως κατὰ] τούτους τ[οὺς .....] ροὺς καὶ κ[..... ...]. ἔγραψεν̣ [δ’ αὖ πάλιν καὶ]</w:t>
      </w:r>
    </w:p>
    <w:p>
      <w:r>
        <w:rPr>
          <w:rFonts w:ascii="Courier New" w:hAnsi="Courier New"/>
          <w:color w:val="555555"/>
          <w:sz w:val="20"/>
        </w:rPr>
        <w:t>[66]</w:t>
      </w:r>
    </w:p>
    <w:p>
      <w:r>
        <w:rPr>
          <w:rFonts w:ascii="Gentium Plus" w:hAnsi="Gentium Plus"/>
          <w:sz w:val="24"/>
        </w:rPr>
        <w:t>εἶπεν ἐν τῶι εὐαγγελίωι τῆς ἁγιωτάτης αὐτοῦ ἐλ‐ πίδος· ἐγὼ Μαννιχαῖος Ἰη(σο)ῦ Χρ(ιστο)ῦ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ἀπόστολος διὰ θελήμα‐ τος Θεοῦ Π(ατ)ρ(ὸ)ς τῆς ἀληθεί‐ ας ἐξ οὗ καὶ γέγονα, ὃς ζῇ τε καὶ διαμένει εἰς αἰῶνας αἰώνων πρὸ παντὸς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μὲν ὑπάρχων, διαμέ‐ νων δὲ καὶ μετὰ πάν‐ τα· πάντα δὲ τὰ γεγο‐ νότα τε καὶ γενησόμε‐ να διὰ τοῦ αὐτοῦ σθένους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ὑφέστηκεν. ἐξ αὐτοῦ γὰρ τούτου πέφυκα, εἰ‐ μὶ δὲ καὶ ἐκ τοῦ θελήμα‐ τος αὐτοῦ. καὶ ἐξ αὐτοῦ [π]ᾶ̣ν τἀληθές μοι ἀπε‐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[καλύφ]θ̣η, κἀκ τῆς ἀλη‐ [θείας αὐτο]ῦ̣ τυγχάνω. [ἣν ἀπεκάλυψ]ε̣ν εἶδον ἀ‐ [λήθειαν αἰώ]ν̣ων. καὶ ἀ‐</w:t>
      </w:r>
    </w:p>
    <w:p>
      <w:r>
        <w:rPr>
          <w:rFonts w:ascii="Courier New" w:hAnsi="Courier New"/>
          <w:color w:val="555555"/>
          <w:sz w:val="20"/>
        </w:rPr>
        <w:t>[67]</w:t>
      </w:r>
    </w:p>
    <w:p>
      <w:r>
        <w:rPr>
          <w:rFonts w:ascii="Gentium Plus" w:hAnsi="Gentium Plus"/>
          <w:sz w:val="24"/>
        </w:rPr>
        <w:t>λήθειαν μὲν ἐξέφηνα τοῖς ἐμοῖς ξυνεμπόροις, εἰρήνην δὲ εὐηγγελισά‐ μην τοῖς τῆς εἰρήνης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παισίν· ἐλπίδα δ’ ἐκήρυ‐ ξα γένει τῷ ἀθανάτωι· ἐκλογὴν ἐξελεξάμην καὶ ἀτραπὸν τὴν ἐπὶ τὸ ὕψος ὑπέδειξα τοῖς ἀνι‐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οῦσι κατὰ τὴν ἀλήθειαν τήνδε. ἐλπίδα ἐκήρυξα καὶ τήνδε τὴν ἀποκάλυ‐ ψιν ἀπεκάλυψα καὶ τόδε τὸ ἀθάνατον εὐαγγέλιον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γέγραφα ἐνθέμενος αὐ‐ τῶι ταῦτα τὰ τῆς ὑπερ[ο‐] χῆς ὄργια καὶ μέγιστα̣ [ἔρ‐] γα ἐκφήνας ἐν αὐτῶι̣, [τὰ] δὴ μέγιστα καὶ σεμν[ότα‐]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τα ἔργων τῶν ἰσχυ[ροτά‐] των τῆς ὑ[περοχῆς. καὶ] ταῦτα ἅπ[ερ ἀπεκάλυψεν], ὑπέδειξα [τοῖς ζῶσιν ἐκ]</w:t>
      </w:r>
    </w:p>
    <w:p>
      <w:r>
        <w:rPr>
          <w:rFonts w:ascii="Courier New" w:hAnsi="Courier New"/>
          <w:color w:val="555555"/>
          <w:sz w:val="20"/>
        </w:rPr>
        <w:t>[68]</w:t>
      </w:r>
    </w:p>
    <w:p>
      <w:r>
        <w:rPr>
          <w:rFonts w:ascii="Gentium Plus" w:hAnsi="Gentium Plus"/>
          <w:sz w:val="24"/>
        </w:rPr>
        <w:t>τῆς θεωρίας τῆς ἀληθε‐ στάτης ἣν ἐθεώρησα καὶ ἐνδοξοτάτης ἀπο‐ καλύψεως τῆς ἀποκα‐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λυφθείσης μοι. ἔφη δ’ αὖ πάλιν ὡς πάντα τὰ ἀπόρρητα ἅπερ μοι ὁ ἐ‐ μὸς π(ατ)ὴρ δεδώρηται, ἔκ τε τῶν δογμάτων κα̣ὶ̣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τῶν ἐθνῶν, ἔτι δὲ καὶ τοῦ κόσμου ἀποκρύψας καὶ σκεπάσας ὑμῖν ἀπε‐ κάλυψα κατὰ τὴν εὐδο‐ κίαν τοῦ μακαριωτάτου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μου π(ατ)ρ(ό)ς. καὶ εἰ πάλιν εὐδοκήσοι, αὖθις ὑμῖν [ἀ]ποκαλύπτω· ἡ γάρ τοι δ̣ωρεὰ ἡ παρὰ τοῦ π(ατ)ρ(ό)ς μ̣οι δεδωρημένη με‐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[γίσ]τη τυγχάνει καὶ [πλουσιωτ]άτη· εἰ γὰρ [σύμπας ὁ κό]σμος ὑπή‐ [κουεν αὐτ]ῶ̣ι̣ καὶ πάντες</w:t>
      </w:r>
    </w:p>
    <w:p>
      <w:r>
        <w:rPr>
          <w:rFonts w:ascii="Courier New" w:hAnsi="Courier New"/>
          <w:color w:val="555555"/>
          <w:sz w:val="20"/>
        </w:rPr>
        <w:t>[69]</w:t>
      </w:r>
    </w:p>
    <w:p>
      <w:r>
        <w:rPr>
          <w:rFonts w:ascii="Gentium Plus" w:hAnsi="Gentium Plus"/>
          <w:sz w:val="24"/>
        </w:rPr>
        <w:t>οἱ ἄν(θρωπ)οι, ἱκανὸς ἂν ἐτύγ‐ χανον ἐξ αὐτοῦ τού‐ του τοῦ κτήματος καὶ κέρδους οὗ μοι δεδώρη‐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ται ὁ ἐμὸς π(ατ)ήρ πλουτί‐ σαι αὐτοὺς καὶ αὐτάρκη καταστῆσαι τὴν σοφί‐ αν σύμπαντι τῶι κόσμῳ. πάλιν ἔλεγεν ὡς ὁπηνί‐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 ηὐδόκησεν ὁ ἐμὸς π(ατ)ὴρ καὶ πεποίηται οἰ‐ κτιρμὸν εἰς ἐμὲ καὶ κη‐ δεμονίαν, ἐξαπέστει‐ λεν ἐκεῖθεν σύζυγόν μου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τὸν ἀσφαλέστατον, τὸ[ν] πάντα ἀθανασίας καρπ[όν], ὡς ἂν οὗτος ἐξαγοράση[ι] με καὶ λυτρώσαιτο [ἐκ] τῆς πλάνης τῶν τοῦ [νό‐]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μου ἐκείν〈ου〉. ἀφικ[ό‐] μενος δὲ πρὸς ἐ[μὲ κεκό‐] μικέ μοι ἐλπ[ίδα τὴν ἀ‐] ρίστην καὶ λ[ύτρωσιν]</w:t>
      </w:r>
    </w:p>
    <w:p>
      <w:r>
        <w:rPr>
          <w:rFonts w:ascii="Courier New" w:hAnsi="Courier New"/>
          <w:color w:val="555555"/>
          <w:sz w:val="20"/>
        </w:rPr>
        <w:t>[70]</w:t>
      </w:r>
    </w:p>
    <w:p>
      <w:r>
        <w:rPr>
          <w:rFonts w:ascii="Gentium Plus" w:hAnsi="Gentium Plus"/>
          <w:sz w:val="24"/>
        </w:rPr>
        <w:t>τὴν τῆς ἀθανασίας καὶ ὑ‐ ποθήκας ἀληθεῖς καὶ τὴν χειροθεσίαν τὴν ἐκ τοῦ π(ατ)ρ(ὸ)ς τοῦ ἐμοῦ. ἐλθὼν δὲ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ἐκεῖνος ἐξελέξατό με προκρίνας καὶ διέστη‐ σεν ἐπισπασάμενος ἐκ μέσου τῶν τοῦ νόμου ἐκείνου καθ’ ὃν ἀνετρά‐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φην. πλεῖσται δὲ ὑ‐ περβολαὶ καὶ ἄλλαι πα‐ ραπλήσιαι ταύταις ὑπ[ά]ρ‐ χουσιν ἐν ταῖς βίβλοις τοῦ π(ατ)ρ(ὸ)ς ἡμῶν, αἳ δεικνύ‐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ουσι τήν τε ἀποκάλυψιν αὐτοῦ καὶ ἁρπαγὴν τῆς αὐτοῦ ἀποστολῆς· μεγί‐ [στ]η γὰρ τυγχάνει ἥδε ἡ [ὑ]περβολὴ τῆς ἀφίξεως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[τ]αύτης τῆς διὰ τοῦ πα‐ [ρακ]λ̣[ή]του πν(εύματο)ς τῆς ἀλη‐ [θείας ἀφ]ικομένης πρὸς [ἡμᾶς]. περὶ γὰρ τούτων</w:t>
      </w:r>
    </w:p>
    <w:p>
      <w:r>
        <w:rPr>
          <w:rFonts w:ascii="Courier New" w:hAnsi="Courier New"/>
          <w:color w:val="555555"/>
          <w:sz w:val="20"/>
        </w:rPr>
        <w:t>[71]</w:t>
      </w:r>
    </w:p>
    <w:p>
      <w:r>
        <w:rPr>
          <w:rFonts w:ascii="Gentium Plus" w:hAnsi="Gentium Plus"/>
          <w:sz w:val="24"/>
        </w:rPr>
        <w:t>τίνος χάριν καὶ δι̣ὰ̣ [τί κε‐] κίνηται ἡμῖν ἅπαξ [πε‐] πεισμένοις ὑπερβάλλ̣[ειν] τήνδε τὴν ἀποστολὴν̣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 ταῖς αὐτῆς ἀποκαλύ‐ ψεσιν; τούτου δὲ χά‐ ριν ἐδευτερώσαμεν ἀ‐ πὸ τῶν προγόνων ἡμῶ[ν] πατέρων τήν τε ἁρπα‐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γὴν αὐτῶν καὶ ἀποκάλυ‐ ψιν ἑνὸς ἑκάστου, εἵνε‐ κα τῶν λογισμῶν τῶν ἐνδεδυμένων τὴν ἀπι‐ στίαν καὶ οἰομένων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τι περὶ ταύτης τῆς ἀπο‐ καλύψεως καὶ ὀπτασί[ας] τοῦ π(ατ)ρ(ὸ)ς ἡμῶν, ἵνα̣ ε̣[ἰδῶ‐] σιν ὡς ὅτι καὶ τῶ̣[ν προγό‐] νων ἀποστόλων̣ [τοιαύ‐]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τη γέγονεν ἡ διατα[γή]. ὁπηνίκα γὰρ ἕκα[στος αὐ‐] τῶν ἡρπάζετο [ἃ ἐθεώ‐] ρει καὶ ἤκουε [ταῦτα πάν‐</w:t>
      </w:r>
    </w:p>
    <w:p>
      <w:r>
        <w:rPr>
          <w:rFonts w:ascii="Courier New" w:hAnsi="Courier New"/>
          <w:color w:val="555555"/>
          <w:sz w:val="20"/>
        </w:rPr>
        <w:t>[72]</w:t>
      </w:r>
    </w:p>
    <w:p>
      <w:r>
        <w:rPr>
          <w:rFonts w:ascii="Gentium Plus" w:hAnsi="Gentium Plus"/>
          <w:sz w:val="24"/>
        </w:rPr>
        <w:t>τα ἔ]γ̣ραφεν καὶ ὑπεδε̣ί̣‐ [κ]νυεν καὶ αὐτὸς αὑτοῦ [τ]ῆς ἀποκαλύψεως μάρ‐ τυς ἐγένετο· οἱ δὲ μα‐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θηταὶ αὐτοῦ ἐγίγνοντο σφραγὶς αὐτοῦ τῆς ἀ‐ ποστολῆς.</w:t>
      </w:r>
    </w:p>
    <w:p>
      <w:pPr>
        <w:jc w:val="center"/>
      </w:pPr>
      <w:r>
        <w:rPr>
          <w:rFonts w:ascii="Gentium Plus" w:hAnsi="Gentium Plus"/>
          <w:b/>
          <w:sz w:val="24"/>
        </w:rPr>
        <w:t>Βαραίης ὁ διδάσκαλος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ἡ̣μεῖς τοίνυν, ὦ ἀδελ‐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φοί, παῖδες τυγχάνον‐ τες τοῦ πν(εύματο)ς τοῦ π(ατ)ρ(ὸ)ς ἡ‐ μῶν, οἳ καὶ ταῦτα ἠκού‐ σαμεν καὶ ἠκροασάμε‐ [θ]α̣ καὶ ἐν αὐτοῖς γεγηθό‐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[τ]ε̣ς̣, οὕτω γνῶμεν τὴν [παρου]σ̣ί̣αν αὐτοῦ πνευ‐ [ματο]ε̣ιδῶς, ὡς ἀπεστά‐ [λη] ἐξ ἐντολῆς τοῦ π(ατ)ρ(ὸ)ς [αὐτοῦ] καὶ ποίωι τρό‐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[πωι ἐγ]εννήθη κατὰ τὸ [σῶμα κα]ὶ̣ ὡς ἦλθεν αὐ‐</w:t>
      </w:r>
    </w:p>
    <w:p>
      <w:r>
        <w:rPr>
          <w:rFonts w:ascii="Courier New" w:hAnsi="Courier New"/>
          <w:color w:val="555555"/>
          <w:sz w:val="20"/>
        </w:rPr>
        <w:t>[73]</w:t>
      </w:r>
    </w:p>
    <w:p>
      <w:r>
        <w:rPr>
          <w:rFonts w:ascii="Gentium Plus" w:hAnsi="Gentium Plus"/>
          <w:sz w:val="24"/>
        </w:rPr>
        <w:t>τῶι σύζυγος αὐτοῦ ὁ σε‐ μνότατος καὶ διέστη[σεν] αὐτὸν ἐκ τοῦ νόμου κα‐ θ’ ὃν ἀνετράφη αὐτοῦ [τὸ]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σῶμα. κατὰ γὰρ τὸ εἰκ[ο‐] στὸν καὶ πέμπτον ἔτος ἀπεκαλύφθη αὐτῷ με‐ γαλοπρεπῶς. ἔτι γὰρ αὐ‐ τοῦ ὑπάρχοντος ἐν τῶι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δόγματι ἐκείνωι τῶν βα‐ πτιστῶν παραπλήσιος ὑπῆρχεν ἀμνάδι οἰκού‐ σῃ ἐν ὀθνείαι ποίμνῃ ἢ ὃν τρόπον ὄρνεον συνδιατρῖ‐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βον ἑτέροις ὀρνέοις οὐχ̣ [ὁ‐] μοφώνοις· πάντοτε̣ γ̣[ὰρ] σὺν σοφίαι καὶ εὐμηχ̣[ανίαι] ἀνεστρέφετο ἐ̣ν̣ μ̣έ̣[σωι] αὐτῶν πάντα ἐκεῖ[νον]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τὸν χρόνον μηδ[ενὸς] αὐτῶν γινώσκ[οντος] αὐτὸν τίς τυ[γχάνει]</w:t>
      </w:r>
    </w:p>
    <w:p>
      <w:r>
        <w:rPr>
          <w:rFonts w:ascii="Courier New" w:hAnsi="Courier New"/>
          <w:color w:val="555555"/>
          <w:sz w:val="20"/>
        </w:rPr>
        <w:t>[74]</w:t>
      </w:r>
    </w:p>
    <w:p>
      <w:r>
        <w:rPr>
          <w:rFonts w:ascii="Gentium Plus" w:hAnsi="Gentium Plus"/>
          <w:sz w:val="24"/>
        </w:rPr>
        <w:t>ἢ τί προσεδέξατο καὶ τί αὐ‐ τῶι ἀπεκαλύφθη, ἀλλ’ οὕ‐ τως αὐτὸν εἶχον παρ’ ἑαυτοῖς κατὰ τὴν τιμὴν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σώματος.</w:t>
      </w:r>
    </w:p>
    <w:p>
      <w:pPr>
        <w:jc w:val="center"/>
      </w:pPr>
      <w:r>
        <w:rPr>
          <w:rFonts w:ascii="Gentium Plus" w:hAnsi="Gentium Plus"/>
          <w:b/>
          <w:sz w:val="24"/>
        </w:rPr>
        <w:t>Ἀβιησοῦς ὁ διδάσκαλος καὶ</w:t>
      </w:r>
    </w:p>
    <w:p>
      <w:pPr>
        <w:jc w:val="center"/>
      </w:pPr>
      <w:r>
        <w:rPr>
          <w:rFonts w:ascii="Gentium Plus" w:hAnsi="Gentium Plus"/>
          <w:b/>
          <w:sz w:val="24"/>
        </w:rPr>
        <w:t>Ἰνναῖος ὁ ἀδελφὸς Ζαβέδ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ἔφη ὁ κ(ύριο)ς· ὁπηνίκα μεταξὺ αὐτῶν ὤικουν, ἐν μιᾶι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τῶν ἡμερῶν κατέσχε με τῆς χειρὸς Σιταῖος ὁ πρεσβύτερος τοῦ συνε‐ δρίου αὐτῶν ὁ τοῦ Γαρᾶ υἱὸς διὰ τὸ στέργειν με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[π]ά̣νυ καὶ ὡς υἱὸν φιλού‐ [με]ν̣ο̣ν̣ ἔ̣χειν. κατέσχεν [με] τοίνυν τῆς χειρὸς [οὐ]δ̣ενὸς ἑτέρου συνόν‐ [τος ἡ]μῖν καὶ πορευθεὶς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[ἀνώρ]υξεν καὶ ὑπέδει‐</w:t>
      </w:r>
    </w:p>
    <w:p>
      <w:r>
        <w:rPr>
          <w:rFonts w:ascii="Courier New" w:hAnsi="Courier New"/>
          <w:color w:val="555555"/>
          <w:sz w:val="20"/>
        </w:rPr>
        <w:t>[75]</w:t>
      </w:r>
    </w:p>
    <w:p>
      <w:r>
        <w:rPr>
          <w:rFonts w:ascii="Gentium Plus" w:hAnsi="Gentium Plus"/>
          <w:sz w:val="24"/>
        </w:rPr>
        <w:t>ξέν μοι θησαυροὺς μεγί‐ στους οὓς κρύφα ἀποκει‐ μένους εἶχεν. ἔφη δὲ πρὸς ἐμέ· “ἐμοὶ τυγχάνου‐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σιν οὗτοι οἱ θησαυροὶ κἀ‐ γὼ αὐτῶν τὴν ἐξουσίαν ἔχω. ἀπὸ δὲ τοῦ νῦν σοῦ ἔσονται· οὐδένα γὰρ ἕ‐ τερον στέργω κατὰ σὲ ὧι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τούτους τοὺς θησαυροὺς δώσω.” οὕτω δὲ αὐτοῦ φθεγξαμένου πρὸς ἐ‐ μὲ ἐγὼ κατὰ τὴν φρόνη‐ σιν εἶπον· “προέλαβέ με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ὁ μακαριώτατός μου π(ατ)ὴρ καὶ δεδώρηταί μοι ἀθά‐ νατον θησαυρὸν μὴ π[α‐] ρερχόμενον· ὃν ἄν τ[ις] κληρονομήσοι, ἀθά[νατον]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ζωὴν πρὸς τούτ.[. κομι‐] εῖται.” ἐγ[ὼ τοί‐] νυν ἔφην Σιτα[ίῳ τῷ πρε‐] σβυτέρωι· “οἱ πρ[ογενέστε‐]</w:t>
      </w:r>
    </w:p>
    <w:p>
      <w:r>
        <w:rPr>
          <w:rFonts w:ascii="Courier New" w:hAnsi="Courier New"/>
          <w:color w:val="555555"/>
          <w:sz w:val="20"/>
        </w:rPr>
        <w:t>[76]</w:t>
      </w:r>
    </w:p>
    <w:p>
      <w:r>
        <w:rPr>
          <w:rFonts w:ascii="Gentium Plus" w:hAnsi="Gentium Plus"/>
          <w:sz w:val="24"/>
        </w:rPr>
        <w:t>ροι οἱ κτησάμενοι τούσ‐ δε τοὺς γεηροὺς θησαυ‐ ροὺς πρὸ ἡμῶν ποῦ τυγ‐ χάνουσιν οἱ κληρονομή‐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σαντες αὐτούς; ἰδοὺ γὰρ ἀπέθανον καὶ ἀπώλοντο καὶ οὐκ ἰδίους αὐτοὺς ἔ‐ σχον, ἀλλ’ οὐδὲ συναπη‐ νέγκαντο μεθ’ ἑαυτῶν.”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ἔφη δὲ πρὸς αὐτόν· “εἰς τί μοι τοίνυν τούτους τοὺς θησαυροὺς τοὺς σφάλ‐ ματα καὶ πλημμελήμα‐ τα προξενοῦντας παν‐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τὶ τῶι κτησαμένῳ αὐτούς; ὁ γὰρ τοῦ θ(εο)ῦ θησαυρὸς μέ‐ γιστος τυγχάνει καὶ πλου‐ [σι]ώ̣τατος καὶ τῇ ζωῇ πα‐ ρ[ίσ]τ̣η̣σι πάντα τὸν αὐτὸν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[κληρ]ο̣νομοῦντα.” ἰδὼν [δὲ Σι]ταῖος μὴ πεισθεῖσαν [ἐμοῦ] τ̣[ὴ]ν φρόνησιν πρὸς [παράλη]ψ̣ιν ὧν ὑπεδεί‐</w:t>
      </w:r>
    </w:p>
    <w:p>
      <w:r>
        <w:rPr>
          <w:rFonts w:ascii="Courier New" w:hAnsi="Courier New"/>
          <w:color w:val="555555"/>
          <w:sz w:val="20"/>
        </w:rPr>
        <w:t>[77]</w:t>
      </w:r>
    </w:p>
    <w:p>
      <w:r>
        <w:rPr>
          <w:rFonts w:ascii="Gentium Plus" w:hAnsi="Gentium Plus"/>
          <w:sz w:val="24"/>
        </w:rPr>
        <w:t>ξατό μοι θησαυρῶν πά‐ νυ ἐθαύμασεν ἐπ’ ἐμέ.</w:t>
      </w:r>
    </w:p>
    <w:p>
      <w:pPr>
        <w:jc w:val="center"/>
      </w:pPr>
      <w:r>
        <w:rPr>
          <w:rFonts w:ascii="Gentium Plus" w:hAnsi="Gentium Plus"/>
          <w:b/>
          <w:sz w:val="24"/>
        </w:rPr>
        <w:t>Τιμόθεος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τότε μετὰ βραχὺν καιρὸν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ἐβουλευσάμην οὕτως τῶι τε Σιτᾶι κἀκείνοις τοῖς ἐκ τοῦ συνεδρίου αὐτοῦ ἐξ ὧν ἀπεκάλυ‐ ψέν μοι ὁ μακαριώτατός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μου π(ατ)ὴρ ἐξειπεῖν αὐτοῖς καὶ ὑποδεῖξαι τὴν τῆς ὁ‐ σιότητος ἀτραπόν. ἐμοῦ δὲ ταῦτα διαλογιζο‐ μένου ὤφθη μοι ὅλος ὁ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κόσμος γεγενημέ̣ν̣[ος] ὡσεὶ θάλασσα μεμ[εστω‐] μένη ὑδάτων μελανω‐ τάτων· κατα[φ]ε̣[ρομέ‐] νας δὲ κατ’ αὐτ̣[ῆς χιλι‐]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άδας καὶ μυρι[άδας εἶδον] καταποντιζ[ομένας καὶ]</w:t>
      </w:r>
    </w:p>
    <w:p>
      <w:r>
        <w:rPr>
          <w:rFonts w:ascii="Courier New" w:hAnsi="Courier New"/>
          <w:color w:val="555555"/>
          <w:sz w:val="20"/>
        </w:rPr>
        <w:t>[78]</w:t>
      </w:r>
    </w:p>
    <w:p>
      <w:r>
        <w:rPr>
          <w:rFonts w:ascii="Gentium Plus" w:hAnsi="Gentium Plus"/>
          <w:sz w:val="24"/>
        </w:rPr>
        <w:t>ἀναδυνούσας καὶ ἐνστρε‐ φομένας περὶ τὰ τέσσερα κλίματα τῆς θαλάσσης. εἶδον δὲ κατὰ τὸ μέσον αὐ‐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τῆς κρηπῖδα βεβλημέ‐ νην καὶ πάνυ ὑψηλοτά‐ την καὶ ἐπ’ αὐτῆς μόνης φῶς ἀνατέλλον καὶ ὁδὸν ἐπ’ αὐτῆς κατεστρωμέ‐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νην καὶ ἐμαυτὸν ἐν ταύ‐ τηι περιπατοῦντα. ὑπο‐ στραφεὶς δὲ εἰς τοὐπίσω ἐθεώρησα Σιτᾶν κατέχον‐ τα ἄνδρα τινὰ ἐχόμενον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ὑ̣πό τινος καὶ κατὰ μέ‐ σον τῆς θαλάσσης καὶ τοῦ σκότους καταστρέφον‐ [τα] κ̣αὶ πεσόντα καὶ ὑπο‐ [βρύ]χ̣ιον γενόμενον. μό‐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[νον] δ̣ὲ βραχύ τι τῶν τρι‐ [χῶν αὐ]τ̣οῦ ἐθεώρουν ὥσ‐ [τε λυπε]ῖσθαί με πάνυ δι‐ [ὰ τὸν Σιτᾶν]. ἐκεῖνος δὲ ὁ</w:t>
      </w:r>
    </w:p>
    <w:p>
      <w:r>
        <w:rPr>
          <w:rFonts w:ascii="Courier New" w:hAnsi="Courier New"/>
          <w:color w:val="555555"/>
          <w:sz w:val="20"/>
        </w:rPr>
        <w:t>[79]</w:t>
      </w:r>
    </w:p>
    <w:p>
      <w:r>
        <w:rPr>
          <w:rFonts w:ascii="Gentium Plus" w:hAnsi="Gentium Plus"/>
          <w:sz w:val="24"/>
        </w:rPr>
        <w:t>ἐκρίψας αὐτὸν ἔφη πρὸς ἐμέ· “τίνος χάριν περὶ τοῦ Σιτᾶ λυπῆι; οὐ γάρ ἐστιν ἐκ τῆς σῆς ἐκλογῆς οὐδὲ 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πὶ τῆς σῆς ὁδοῦ πορεύσε‐ ται.” ταῦτα τοίνυν ἰ‐ δὼν οὐδὲν αὐτῶι ἀπεκά‐ λυψα. ἐθεώρουν δ’ αὖ πάλιν αὐτὸν ὁπηνίκα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τὸν τῆς ἀληθείας λόγον ὡμίλουν ἀντιπάσχον‐ τά μου τῶι λόγωι.</w:t>
      </w:r>
    </w:p>
    <w:p>
      <w:pPr>
        <w:jc w:val="center"/>
      </w:pPr>
      <w:r>
        <w:rPr>
          <w:rFonts w:ascii="Gentium Plus" w:hAnsi="Gentium Plus"/>
          <w:b/>
          <w:sz w:val="24"/>
        </w:rPr>
        <w:t>Βαραίης ὁ διδάσκαλος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ἔφη ὁ κ(ύριό)ς μου· ἱκανός μο̣ι̣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διάλογος γεγένηται̣ [ἐ‐] ν ἐκείνωι τῶι νόμωι [πρὸς] ἕνα ἕκαστον ἀναΐ[σσον‐] τός μου καὶ ἀνα̣[κρί‐] νοντος αὐτοὺς̣ [περὶ τῆς]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ὁδοῦ τοῦ θ(εο)ῦ κ[αὶ περὶ τῶν] τοῦ σ(ωτῆ)ρ(ο)ς ἐντολ[ῶν καὶ πε‐]</w:t>
      </w:r>
    </w:p>
    <w:p>
      <w:r>
        <w:rPr>
          <w:rFonts w:ascii="Courier New" w:hAnsi="Courier New"/>
          <w:color w:val="555555"/>
          <w:sz w:val="20"/>
        </w:rPr>
        <w:t>[80]</w:t>
      </w:r>
    </w:p>
    <w:p>
      <w:r>
        <w:rPr>
          <w:rFonts w:ascii="Gentium Plus" w:hAnsi="Gentium Plus"/>
          <w:sz w:val="24"/>
        </w:rPr>
        <w:t>ρὶ τοῦ βαπτίσματος καὶ περὶ ὧν βαπτίζουσιν λα‐ χάνων καὶ περὶ παντὸς θεσμοῦ καὶ τάξεως αὐτῶν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καθ’ ἣν πορεύονται. ὁπηνίκα δὲ κατέλυον καὶ κατή〈ργ〉ουν αὐτῶν τοὺς λόγους καὶ τὰ μυστήρια ὑποδεικνύων αὐτοῖς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ὡς ταῦτα ἃ μετέρχονται οὐκ ἐκ τῶν τοῦ σ(ωτῆ)ρ(ο)ς ἐντο‐ λῶν ἐδέξαντο, τινὲς μὲν ἐξ αὐτῶν ἐθαύμα‐ ζόν με, ἄλλοι δὲ ὠργίζον‐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 καὶ θυμούμενοι ἔλε‐ γον· “μήτι εἰς τοὺς Ἕλλη‐ [ν]ας βούλεται πορευθῆ‐ [ν]αι;” ἐγὼ δ’ ὁπηνίκα ἔ‐ [βλ]ε̣πον αὐτῶν τὰ φρο‐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[νήμ]ατα, ἔφασκον πρὸς [αὐτοὺ]ς̣ σὺν χρηστότη‐ [τι· “τοῦτο] τὸ βάπτισμα [οὐδὲν τ]υγχάνει ἐν ᾧ βα‐</w:t>
      </w:r>
    </w:p>
    <w:p>
      <w:r>
        <w:rPr>
          <w:rFonts w:ascii="Courier New" w:hAnsi="Courier New"/>
          <w:color w:val="555555"/>
          <w:sz w:val="20"/>
        </w:rPr>
        <w:t>[81]</w:t>
      </w:r>
    </w:p>
    <w:p>
      <w:r>
        <w:rPr>
          <w:rFonts w:ascii="Gentium Plus" w:hAnsi="Gentium Plus"/>
          <w:sz w:val="24"/>
        </w:rPr>
        <w:t>πτίζετε ὑμῶν τὰ ἐδέσμα‐ τα· τὸ γὰρ σῶμα τοῦτο μι‐ αρόν ἐστιν καὶ ἐκ πλάσε‐ ως μιαρότητος ἐπλάσθ̣η̣.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ὁρᾶτε δὲ ὡς ἐπάν τις καθα‐ ρίσῃ ἑαυτοῦ τὴν ἐδωδὴν καὶ ταύτης μεταλάβῃ ἤ‐ δη βεβαπτισμένης, φαί‐ νεται ἡμῖν ὅτι καὶ ἐξ αὐ‐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τῆς γίνεται αἷμα καὶ χολὴ καὶ πν(εύμ)ατα καὶ σκύ‐ βαλα τῆς αἰσχύνης καὶ τοῦ σώματος μιαρότης. εἰ δέ τις κατάσχοι τὸ στό‐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μα ἑαυτοῦ ἡμέρας ὀλίγ[ας] ἐκ ταύτης τῆς τροφ[ῆς], αὐτόθι γινώσκετα[ι ταῦ‐] τα πάντα τὰ ἀπεκδ[ύμα‐] τα τῆς αἰσχύνης κ̣[αὶ βδε‐]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λυρότητος ἐλλε[ίποντα] καὶ ὑστεροῦντ[α ἐν τῶι] σώματι· ἐὰ̣[ν δ’ αὖ] μεταλάβῃ ἐ[δωδῆς, τῶι]</w:t>
      </w:r>
    </w:p>
    <w:p>
      <w:r>
        <w:rPr>
          <w:rFonts w:ascii="Courier New" w:hAnsi="Courier New"/>
          <w:color w:val="555555"/>
          <w:sz w:val="20"/>
        </w:rPr>
        <w:t>[82]</w:t>
      </w:r>
    </w:p>
    <w:p>
      <w:r>
        <w:rPr>
          <w:rFonts w:ascii="Gentium Plus" w:hAnsi="Gentium Plus"/>
          <w:sz w:val="24"/>
        </w:rPr>
        <w:t>αὐτῶι τρόπωι πάλιν πλε‐ ονάζουσιν ἐν τῶι σώμα‐ τι ὡς καὶ πρόδηλον εἶ‐ ναι ὡς ἐξ αὐτῆς τῆς τρο‐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φῆς πλημμυροῦσιν. εἰ δέ τις μεταλάβοι βρώ‐ ματος βεβαπτισμένου καὶ κεκαθαρμένου καὶ ἐκείνου μεταλάβοι τοῦ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ἀβαπτίστου, δῆλόν ἐστιν ὡς τὸ κάλλος καὶ ἡ δύνα‐ μις τοῦ σώματος ἡ αὐ‐ τὴ γνωρίζεται. ὁμοί‐ ως δὲ καὶ ἡ βδελυρότης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ἡ τρὺξ τῶν ἀμφο‐ τ̣έρων θεωρεῖται μη‐ [δὲ]ν παραλλάττουσα ἑκα‐ [τέ]ρας ὥστε μὴ ἔκδηλον [εἶν]α̣ι̣ ἐκείνην τὴν βε‐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[βαπ]τ̣ισμένην ἣν ἀπέ‐ [ριψε κ]αὶ ἐξεδύσατο τῆς [ἑτέρας ἐ]κείνης τῆς ἀβα‐ [πτίστου]. καὶ τοῦτο δὲ ὃ</w:t>
      </w:r>
    </w:p>
    <w:p>
      <w:r>
        <w:rPr>
          <w:rFonts w:ascii="Courier New" w:hAnsi="Courier New"/>
          <w:color w:val="555555"/>
          <w:sz w:val="20"/>
        </w:rPr>
        <w:t>[83]</w:t>
      </w:r>
    </w:p>
    <w:p>
      <w:r>
        <w:rPr>
          <w:rFonts w:ascii="Gentium Plus" w:hAnsi="Gentium Plus"/>
          <w:sz w:val="24"/>
        </w:rPr>
        <w:t>καθ’ ἑκάστην ἡμέραν βα‐ πτίζεσθε ἐν ὕδασιν οὐ‐ δὲν τυγχάνει· ἅπαξ γὰρ βαπτισθέντες καὶ ἀπο‐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καθαρθέντες εἵνεκε[ν] τίνος πάλιν καθ’ ἑκάστη̣[ν] ἡμέραν βαπτίζεσθε; ὡς καὶ ἐν τούτῳ πρόδη‐ λον εἶναι σικχαίνεσθαι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ὑμᾶς καθ’ ἑκάστην ἡμέ‐ ραν καὶ διὰ τὴν βδελυ‐ ρότητα βαπτίζεσθαι πρὸ τοῦ ἀποκαθαρθῆν[αι]· καὶ ἐν τούτῳ δὲ φαν[ε‐]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ρὸν εἶναι προδηλότ[α‐] τα πᾶσαν τὴν μυσ[αρό‐] τητα ἐκ τοῦ σώμα[τος εἶ‐] ναι. καὶ ἰδοὺ καὶ ὑ[μεῖς] αὐτὸ ἐνεδύσασθ̣[ε].”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“τοὐντεῦθεν 〈δ〉έ̣, [τί ἐστιν] ὑμῶν ἡ καθα[ρότης, ἐξ] ἑαυτῶν κατ̣[ασκέψα‐] σθε. ἀδύν[ατον γὰρ]</w:t>
      </w:r>
    </w:p>
    <w:p>
      <w:r>
        <w:rPr>
          <w:rFonts w:ascii="Courier New" w:hAnsi="Courier New"/>
          <w:color w:val="555555"/>
          <w:sz w:val="20"/>
        </w:rPr>
        <w:t>[84]</w:t>
      </w:r>
    </w:p>
    <w:p>
      <w:r>
        <w:rPr>
          <w:rFonts w:ascii="Gentium Plus" w:hAnsi="Gentium Plus"/>
          <w:sz w:val="24"/>
        </w:rPr>
        <w:t>τὰ σώματα ὑμῶν παν‐ τελῶς καθαρίσαι· καθ’ ἑ‐ κάστην γὰρ ἡμέραν κινεῖται καὶ ἵσταται τὸ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σῶμα διὰ τὰς ἐκκρίσεις τῆς ὑποστάθμης τὰς [ἐ]ξ αὐτοῦ, ὡς καὶ γενέσθαι τ̣ὸ πρᾶγμα δίχα ἐντολῆς τῆς τοῦ σ(ωτῆ)ρ(ο)ς. ἡ τοίνυν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καθαρότης περὶ ἧς ἐλέ‐ χθη, αὕτη τυγχάνει ἡ διὰ τῆς γνώσεως, χωρισμὸς φωτὸς ἀπὸ σκότους καὶ τοῦ θανάτου τῆς ζωῆς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[κα]ὶ τῶν ζώντων ὑδά‐ [τω]ν ἐκ τῶν τεθαμβω‐ [μέ]νων· καὶ ἵνα γνοῖ‐ [τε ὅ]τ̣ι ἑκάτερον τυγχά‐ [....].ν ἀλλήλων, καὶ κα‐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[θέξετε] τὰς τοῦ σ(ωτῆ)ρ(ο)ς ἐντο‐ [λὰς ὅπω]ς ἀπολυτρώση‐ [ται ὑμῶ]ν̣ τὴν ψυχὴν ἐκ [τοῦ ὀλέθρ]ου καὶ τῆς ἀ‐</w:t>
      </w:r>
    </w:p>
    <w:p>
      <w:r>
        <w:rPr>
          <w:rFonts w:ascii="Courier New" w:hAnsi="Courier New"/>
          <w:color w:val="555555"/>
          <w:sz w:val="20"/>
        </w:rPr>
        <w:t>[85]</w:t>
      </w:r>
    </w:p>
    <w:p>
      <w:r>
        <w:rPr>
          <w:rFonts w:ascii="Gentium Plus" w:hAnsi="Gentium Plus"/>
          <w:sz w:val="24"/>
        </w:rPr>
        <w:t>πωλείας. αὕτη ἐστὶν ἡ κατ’ ἀλήθειαν εὐθυτά‐ τη καθαρότης ἣν παρε‐ νεγυήθητε πρᾶξαι. ἀπε̣‐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λοήθητε δὲ μεταβληθέ[ν‐] τες ἐξ αὐτῆς καὶ κατέ‐ σχατε τὴν τοῦ σώματος κάθαρσιν τοῦ μιαρωτά‐ του καὶ διὰ μυσαρότη‐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τος πεπλασμένου, καὶ δι’ αὐτῆς ἐτυρώθη καὶ οἰκοδομηθὲν ἔστη.” ταῦτα δέ μου εἰπόντο[ς] πρὸς αὐτοὺς καὶ κατα̣[λύ‐]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σαντος καὶ καταργή[σαν‐] τός μου ἐκεῖνο ὅ̣πε[ρ ἔσπευ‐] δον τινὲς μὲν ἐξ [αὐτῶν] εὐφήμησάν μ[ε θαυμά‐] ζοντες ἐπ’ ἐμο[ὶ καὶ ὡσεὶ]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ἀρχηγὸν καὶ δι̣[δάσκα‐] λον ἔσχον με̣. [πολὺς] δὲ ψιθυρισμ[ὸς ἐγένετο] ἐ̣ν̣ ἐκείνῳ τ[ῷ δόγμα‐]</w:t>
      </w:r>
    </w:p>
    <w:p>
      <w:r>
        <w:rPr>
          <w:rFonts w:ascii="Courier New" w:hAnsi="Courier New"/>
          <w:color w:val="555555"/>
          <w:sz w:val="20"/>
        </w:rPr>
        <w:t>[86]</w:t>
      </w:r>
    </w:p>
    <w:p>
      <w:r>
        <w:rPr>
          <w:rFonts w:ascii="Gentium Plus" w:hAnsi="Gentium Plus"/>
          <w:sz w:val="24"/>
        </w:rPr>
        <w:t>τι ἐμοῦ χάριν. τινὲς δὲ ἐξ αὐτῶν εἶχόν με ὡσεὶ προφήτην καὶ δι‐ δάσκαλον· καί τινες μὲν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ἐξ αὐτῶν ἔλεγον· “ζῶν λόγος ἄιδεται ἐν αὐτῶι· ποιήσωμεν αὐτὸν διδά‐ σκαλον τοῦ δόγματος ἡμῶν.” ἄλλοι δὲ ἔλεγον·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“μήτι ἄρα φωνὴ αὐτῶι ἐλάλησεν κατὰ τὸ λελη‐ θὸς κἀκεῖνα ἅπερ ἀπε‐ κάλυψεν αὐτῶι λέγει;” καὶ οἱ μὲν ἔλεγον· “μὴ κα‐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[τ’] ὄναρ ὤφθη τι αὐτῶι, [κἀ]κεῖνο ὅπερ εἶδεν λέ‐ [γει];” ἄλλοι δὲ ἔλεγον· “μή‐ [τι οὗτ]ός ἐστιν περὶ οὗ [ἐπροφ]ήτευσαν οἱ διδά‐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[σκαλο]ι̣ ἡμῶν λέγοντες· ‘[ἀναστή]σεταί τις ἠΐθε‐ [ος ἐκ μέσ]ου ἡμῶν καὶ [διδάσκα]λ̣ος νέος π[ρο]σ̣ε‐</w:t>
      </w:r>
    </w:p>
    <w:p>
      <w:r>
        <w:rPr>
          <w:rFonts w:ascii="Courier New" w:hAnsi="Courier New"/>
          <w:color w:val="555555"/>
          <w:sz w:val="20"/>
        </w:rPr>
        <w:t>[87]</w:t>
      </w:r>
    </w:p>
    <w:p>
      <w:r>
        <w:rPr>
          <w:rFonts w:ascii="Gentium Plus" w:hAnsi="Gentium Plus"/>
          <w:sz w:val="24"/>
        </w:rPr>
        <w:t>λεύσεται ὡς καὶ κινῆσαι ἡμῶν τὸ πᾶν δόγμα, ὃν τρόπον οἱ πρόγονοι ἡμῶν πατέρες ἐφθέγξαντο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περὶ τῆς ἀναπαύσεως τοῦ ἐνδύματος.‘” ἄλλοι δὲ ἔλεγον· “μὴ ἄρα πλάνη ἐστὶν ἡ ἐν αὐτῶι φθεγ‐ γομένη καὶ βούλεται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 ἔθνος ἡμῶν ἀποπλα‐ νῆσαι καὶ διχάσαι τὸ δό‐ γμα;” ἄλλοι δὲ ἐξ αὐτῶν φθόνου καὶ ὀργῆς ἐπλη‐ ρώθησαν, ἐξ ὧν τινες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ἐψηφίζοντο θάνατο[ν]· ἄλλοι δὲ ἔλεγον· “ο̣ὗ̣τ̣ό̣[ς ἐ‐] στιν ὁ ἐχθρὸς το[ῦ νόμου] ἡμῶν.” καὶ οἱ μὲ[ν ἔλεγον]· “εἰς τὰ ἔθνη βούλ[εται πο‐]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ρευθῆναι καὶ Ἑλ̣[ληνικὸν] ἄρτον φαγεῖν̣;” [... “ἠκού‐] σαμεν γὰρ αὐ[τοῦ λέγον‐] τος· ‘δέον ἐσ[τὶν Ἑλληνι‐]</w:t>
      </w:r>
    </w:p>
    <w:p>
      <w:r>
        <w:rPr>
          <w:rFonts w:ascii="Courier New" w:hAnsi="Courier New"/>
          <w:color w:val="555555"/>
          <w:sz w:val="20"/>
        </w:rPr>
        <w:t>[88]</w:t>
      </w:r>
    </w:p>
    <w:p>
      <w:r>
        <w:rPr>
          <w:rFonts w:ascii="Gentium Plus" w:hAnsi="Gentium Plus"/>
          <w:sz w:val="24"/>
        </w:rPr>
        <w:t>κοῦ ἄρτου μεταλαμβά‐ νειν.‘ ὁμοίως δὲ καὶ πο‐ τοῦ καὶ σίτου καὶ τῶν λαχάνων καὶ ὀπώρας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ἧς οἱ πατέρες ἡμῶν καὶ διδάσκαλοι ἠσφαλίσαν‐ το μὴ ἐσθίειν οὗτός φη‐ σιν ἀκόλουθον εἶναι αὐ‐ τῶν μεταλαμβάνειν.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ὁμοίως δὲ καὶ τὸ βάπτισμα ἐν ὧι βαπτιζόμεθα καταλύει καὶ οὐ βαπτί‐ ζεται ὡς ἡμεῖς, ἀλλ’ οὐ‐ [δ]ὲ τὸ ἄριστον αὐτοῦ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βα[π]τίζει καθ’ ἡμᾶς.” τότε [οὖ]ν̣ [ὁ] Σιτᾶν ἰδὼν καὶ οἱ [ἑταῖρ]οι αὐτοῦ ὡς εἰς πει‐ [σμονὴ]ν̣ αὐτῶν οὐχ ἥξω, [ἀλλὰ] κατὰ βραχὺ βρα‐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[χὺ κα]ταλύω καὶ καταρ‐ [γῶ τὸν] σφῶν αὐτῶν νό‐ [μον καὶ] τὰ ἐδέσματα ἅ‐ [περ ἀπέκ]ρ̣ιναν καὶ τὸ</w:t>
      </w:r>
    </w:p>
    <w:p>
      <w:r>
        <w:rPr>
          <w:rFonts w:ascii="Courier New" w:hAnsi="Courier New"/>
          <w:color w:val="555555"/>
          <w:sz w:val="20"/>
        </w:rPr>
        <w:t>[89]</w:t>
      </w:r>
    </w:p>
    <w:p>
      <w:r>
        <w:rPr>
          <w:rFonts w:ascii="Gentium Plus" w:hAnsi="Gentium Plus"/>
          <w:sz w:val="24"/>
        </w:rPr>
        <w:t>βάπτισμα μὴ βαπτιζό‐ μενον ὁμοίως αὐτοῖς, ἰδόντες με ἐν τούτοις πᾶσιν ἀνθεστῶτα αὐτοῖς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τότε Σιτᾶν καὶ τὸ πλῆθος τῶν ἑταίρων αὐτοῦ πρε‐ σβυτέρων σύνοδον ἐ‐ ποιήσαντο ἐμοῦ χάριν. ἐκάλεσαν δὲ καὶ τὸν οἰκοδε‐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σπότην Παττίκιον καὶ εἶπον αὐτῷ· “ὁ υἱός σου ἐ‐ ξετράπη τοῦ νόμου ἡ‐ μῶν καὶ εἰς τὸν κόσμον βούλεται πορευθῆνα[ι]·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 σίτινον ἄρτ[ο]ν κα[ὶ ὀ‐] πώραν καὶ λάχανα [ἀφο‐] ρίζομεν ἡμεῖς κα[ὶ οὐκ ἐ‐] σθίομεν, τούτοις [δὲ] οὐκ ἐξακολουθεῖ [καί φη‐]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σι δέον εἶναι κι̣ν̣[ῆσαι] ταῦτα. αλλο[... βάπτι‐] σμα ὃν τρόπο[ν ..... βα‐] πτίζεται. [Ἑλληνικὸν]</w:t>
      </w:r>
    </w:p>
    <w:p>
      <w:r>
        <w:rPr>
          <w:rFonts w:ascii="Courier New" w:hAnsi="Courier New"/>
          <w:color w:val="555555"/>
          <w:sz w:val="20"/>
        </w:rPr>
        <w:t>[90]</w:t>
      </w:r>
    </w:p>
    <w:p>
      <w:r>
        <w:rPr>
          <w:rFonts w:ascii="Gentium Plus" w:hAnsi="Gentium Plus"/>
          <w:sz w:val="24"/>
        </w:rPr>
        <w:t>δὲ ἄρτον βούλεται ἐσθί‐ ειν.” Παττίκιος δὲ διὰ τὸ τεθεωρηκέναι αὐτῶν τὸν μέγιστον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θόρυβον ἔφη πρὸς αὐ‐ τούς· “καλέσατε ὑμεῖς αὐτὸν καὶ πείσατε.” καὶ τότε καλέσαντές με πρὸς αὐτοὺς συνηθροι‐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σμένοι ἔφασαν πρὸς ἐμέ· “ἐκ νεότητος πρὸς ἡμᾶς ὑπάρχων καλῶς διῆγες ἔν τε ταῖς τάξε‐ [σ]ιν καὶ ἀναστροφαῖς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τοῦ νόμου ἡμῶν· ὡς [νύ]μφη κατεσταλμέ‐ [νη] ὑπῆρχες ἐν μέσωι [ἡμ]ῶν. νῦν τί σοι γέγο‐ [νεν] ἢ̣ τί σοι ὤφθη; ἀν‐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[θίστ]α̣σαι γὰρ ἡμῶν τῶι [νόμωι] κ̣αὶ καταλύεις [καὶ κα]ταργεῖς ἡμῶν [τὸ δόγμα. ἤ]μειψας δὲ τὴν</w:t>
      </w:r>
    </w:p>
    <w:p>
      <w:r>
        <w:rPr>
          <w:rFonts w:ascii="Courier New" w:hAnsi="Courier New"/>
          <w:color w:val="555555"/>
          <w:sz w:val="20"/>
        </w:rPr>
        <w:t>[91]</w:t>
      </w:r>
    </w:p>
    <w:p>
      <w:r>
        <w:rPr>
          <w:rFonts w:ascii="Gentium Plus" w:hAnsi="Gentium Plus"/>
          <w:sz w:val="24"/>
        </w:rPr>
        <w:t>πορείαν σου τῆς ἡμε‐ τέρας. τὸν μὲν γὰρ π(ατέ)ρα σου διὰ μεγίστης τι‐ μῆς ἔχομεν. τίνος οὖν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χάριν νῦν καταλύεις τὸ βάπτισμα τοῦ νόμου ἡμῶν καὶ τῶν πατέ‐ ρων ἐν ὧι ἀναστρεφόμε‐ θα ἐκ πάλαι; καταλύεις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δὲ καὶ τὰς ἐντολὰς τοῦ σ(ωτῆ)ρ(ο)ς· βούλει δὲ καὶ ἄρτον σίτινον ἐσθίειν καὶ λά‐ χανα ἅπερ ἡμεῖς οὐκ ἐ‐ σθίομεν. τίνος 〈δ〉ὲ χ[ά‐]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ριν οὕτως ἀναστρέ[φηι] μὴ ὑπείκων πρὸς [τὸ] γεωργεῖν τὴν γῆ[ν ὃν] τρόπον ἡμεῖς;” τότε ἔφην πρὸς [αὐτούς]: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“μὴ γένοιτό μο[ι τὰς ἐν‐] τολὰς τοῦ σ(ωτῆ)ρ(ο)ς [καταλύ‐] ειν. εἰ δὲ δι̣[ὰ σίτι‐] νον ἄρτον̣ [ὀνειδί‐]</w:t>
      </w:r>
    </w:p>
    <w:p>
      <w:r>
        <w:rPr>
          <w:rFonts w:ascii="Courier New" w:hAnsi="Courier New"/>
          <w:color w:val="555555"/>
          <w:sz w:val="20"/>
        </w:rPr>
        <w:t>[92]</w:t>
      </w:r>
    </w:p>
    <w:p>
      <w:r>
        <w:rPr>
          <w:rFonts w:ascii="Gentium Plus" w:hAnsi="Gentium Plus"/>
          <w:sz w:val="24"/>
        </w:rPr>
        <w:t>ζετέ με διὰ τὸ εἰρηκέ‐ ναι με· ‘δέον ἐστὶν ἐσθί‐ ειν ἐξ αὐτοῦ‘, τοῦτο ὁ σ(ωτὴ)ρ πεποίηκεν, ὡς καὶ γέ‐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γραπται, ὡς ὁπηνίκα εὐ‐ λογήσας παρέσχετο τοῖς αὐτοῦ μαθηταῖς, ἐπὶ ἄρ‐ τον εὐλόγησεν καὶ δέ‐ δωκεν αὐτοῖς. ἐκεῖ‐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νος τοίνυν ὁ ἄρτος οὐ‐ κ ἦν ἐκ σίτου; δείκνυ‐ σι δὲ ὡς μετὰ τελωνῶν καὶ εἰδωλολατρῶν ἀ‐ νεκλίθη (sec. Matth. 9, 10—11 par. et 11, 18—19). ὁμοίως δὲ καὶ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[ἐ]ν τῆι οἰκίαι Μάρθας καὶ [Μα]ρίας ἐκλήθη. ὁπηνί‐ [κα] ε̣ἶ̣πεν αὐτῶι ἡ Μάρ‐ [θα· ‘κ(ύρι)]ε, οὐ μέλει σοι περὶ [ἐμο]ῦ̣ ἵνα εἴπῃς τῆι ἀ‐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[δελφ]ῆι μου ἀντιλαβέ‐ [σθαι μο]υ̣;‘ ὁ σω(τὴ)ρ ἔφη [πρὸς αὐτ]ήν· ‘Μαρία τὴν [ἀγαθὴν με]ρίδα ἐπελέ‐</w:t>
      </w:r>
    </w:p>
    <w:p>
      <w:r>
        <w:rPr>
          <w:rFonts w:ascii="Courier New" w:hAnsi="Courier New"/>
          <w:color w:val="555555"/>
          <w:sz w:val="20"/>
        </w:rPr>
        <w:t>[93]</w:t>
      </w:r>
    </w:p>
    <w:p>
      <w:r>
        <w:rPr>
          <w:rFonts w:ascii="Gentium Plus" w:hAnsi="Gentium Plus"/>
          <w:sz w:val="24"/>
        </w:rPr>
        <w:t>ξατο καὶ οὐκ ἀφαιρε‐ θήσεται ἀπ’ αὐτῆσ‘” (sec. Luc. 10, 38—42). “σκοπεῖτε τοίνυν ὡς καὶ οἱ μαθηταὶ τοῦ σ(ωτῆ)ρ(ο)ς ἄρτον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ἀπὸ γυναικῶν καὶ εἰδ[ω‐] λολατρῶν ἤσθιον καὶ οὐ διεχώρισαν ἄρτον ἄρτου, ἀλλ’ οὐδὲ λάχα‐ νον λαχάνου, οὐδὲ ἐν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τῆι ἐργασίαι καὶ γεωργί‐ αι τῆς γῆς ἐργαζόμεν[οι] ἤσθιον ὃν τρόπον τή‐ μερον διαπράττεσθ[ε]. ὁμοίως δὲ ὁπηνίκα ἀ[πέ‐]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στειλεν αὐτοῦ τοὺ[ς μα‐] θητὰς ὁ σω(τὴ)ρ καθ’ ἕκ̣[αστον] τόπον κηρύξαι, [οὔτε] μύλον οὔτε κλί̣[βανον] συνεπεφέρον̣[το με‐]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τ̣’ αὐτῶν, ἀ̣[λ]λ’ [..... .] γον τοπ.. [..... ....] μιαν ἐκ το[..... ....] λαμβαν[— — —.”]</w:t>
      </w:r>
    </w:p>
    <w:p>
      <w:pPr>
        <w:jc w:val="center"/>
      </w:pPr>
      <w:r>
        <w:rPr>
          <w:rFonts w:ascii="Gentium Plus" w:hAnsi="Gentium Plus"/>
          <w:b/>
          <w:sz w:val="24"/>
        </w:rPr>
        <w:t>Ζα ...[— — —]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“Εἰ τοίνυν περὶ τοῦ βαπτί‐ σματος κατηγορεῖτε μου, ἰδοὺ πάλιν ἐκ τοῦ νόμου ὑμῶν δείκνυ‐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μι ὑμῖν καὶ ἐξ ἐκείνων τῶν ἀποκαλυφθέντων τοῖς μείζοσιν ὑμῶν ὅτι οὐ δέον ἐστὶ βαπτίζεσθαι.” “δείκνυσι γὰρ Ἀλχασαῖος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ὁ ἀρχηγὸς τοῦ νόμου ὑ‐ μῶν· πορευομένου γὰρ αὐτοῦ λούσασθαι εἰς ὕδατα εἰκὼν ἀνδρὸς ὤ‐ φθη αὐτῶι ἐκ τῆς πη‐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[γ]ῆ̣ς̣ τῶν ὑδάτων λέγου‐ [σα] πρὸς αὐτόν· ‘οὐκ αὐ‐ [τάρ]κως ἔχει τὰ ζῷά σου [πλή]ττειν με; ἀλλὰ καὶ [αὐτὸς] σὺ καταπονεῖς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[μου τὸν τόπ]ον καὶ τὰ ὕ‐ [δατά μου ἀ]σεβεῖς.‘ ὥσ‐ [τε θαυμάσ]αι τὸν Ἀλχα‐ [σαῖον καὶ ε]ἰ̣πεῖν πρὸς</w:t>
      </w:r>
    </w:p>
    <w:p>
      <w:r>
        <w:rPr>
          <w:rFonts w:ascii="Courier New" w:hAnsi="Courier New"/>
          <w:color w:val="555555"/>
          <w:sz w:val="20"/>
        </w:rPr>
        <w:t>[95]</w:t>
      </w:r>
    </w:p>
    <w:p>
      <w:r>
        <w:rPr>
          <w:rFonts w:ascii="Gentium Plus" w:hAnsi="Gentium Plus"/>
          <w:sz w:val="24"/>
        </w:rPr>
        <w:t>α̣ὐτήν· ‘[ἡ] πορνεία καὶ ἡ μι‐ αρότης καὶ ἡ ἀκαθαρσία τοῦ κόσμου ἐπιρίπτε‐ ταί σοι καὶ οὐκ ἀπαυδᾷς,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ἐπ’ ἐμοὶ δὲ λυπῇ.‘ ἔφη πρὸς αὐτόν· ‘εἰ καὶ οὗτοι πάντες οὐκ ἔγνωσάν με τίς τυγχάνω, σὺ ὁ φάσκων λάτρης εἶναι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δίκαιος διὰ τί οὐκ ἐ‐ φύλαξάς μου τὴν τι‐ μήν;‘ καὶ τότε κινηθε[ὶς ὁ] Ἀλχασαῖος οὐκ ἐλούσ[α‐] το εἰς τὰ ὕδατα.” “καὶ π[ά‐]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λιν μετὰ πολὺν ἐβου[λή‐] θη λούσασθαι εἰς τ[ὰ ὕδα‐] τα καὶ ἐνετείλατ[ο τοῖς] μαθηταῖς αὐτ[οῦ ἐπιτη‐] ρῆσαι τόπον ἔχ̣[οντα]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ὕδατα μὴ συ[χνὰ ἵνα] λούσηται· ε[ὗρον δ’ οἱ] μαθηταὶ α[ὐτοῦ τὸν τό‐]</w:t>
      </w:r>
    </w:p>
    <w:p>
      <w:r>
        <w:rPr>
          <w:rFonts w:ascii="Courier New" w:hAnsi="Courier New"/>
          <w:color w:val="555555"/>
          <w:sz w:val="20"/>
        </w:rPr>
        <w:t>[96]</w:t>
      </w:r>
    </w:p>
    <w:p>
      <w:r>
        <w:rPr>
          <w:rFonts w:ascii="Gentium Plus" w:hAnsi="Gentium Plus"/>
          <w:sz w:val="24"/>
        </w:rPr>
        <w:t>πον αὐτῶι. μέ̣[λλον‐] τος δὲ αὐτοῦ λού̣[σασθαι] πάλιν ἐκ δευτέρου ὤ‐ φθη αὐτῷ εἰκὼν ἀν‐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δρὸς ἐκ τῆς πηγῆς ἐκεί‐ νης λέγουσα αὐτῷ· ‘ἡμεῖς κἀκεῖνα τὰ ὕδατα τὰ ἐν τῇ θαλάσσῃ ἓν τυγχάνο‐ μεν. ἦλθες οὖν καὶ ἐν‐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ταῦθα ἁμαρτῆσαι καὶ πλῆξαι ἡμᾶς.‘ πάνυ δὲ τρομάσας καὶ κινη‐ θεὶς ὁ Ἀλχασαῖος τὸν πη‐ [λ]ὸν τὸν ἐπὶ τῆς κεφα‐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[λῆ]ς αὐτοῦ εἴασεν ξηραν‐ [θῆ]ναι καὶ οὕτως ἀπε‐ [τίν]α̣ξεν.” [πάλιν δ]είκνυσιν ὅτι εἶ‐ [χεν ἄρ]ο̣τρα ὁ Ἀλχασαῖος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[ἀποκείμ]ενα καὶ ἐπορεύ‐ [θη εἰς α]ὐ̣τά. ἐφθέγξ̣α̣‐ [το δ’ ἡ γῆ λ]έγουσα αὐ̣τ̣[ῷ]·</w:t>
      </w:r>
    </w:p>
    <w:p>
      <w:r>
        <w:rPr>
          <w:rFonts w:ascii="Courier New" w:hAnsi="Courier New"/>
          <w:color w:val="555555"/>
          <w:sz w:val="20"/>
        </w:rPr>
        <w:t>[97]</w:t>
      </w:r>
    </w:p>
    <w:p>
      <w:r>
        <w:rPr>
          <w:rFonts w:ascii="Gentium Plus" w:hAnsi="Gentium Plus"/>
          <w:sz w:val="24"/>
        </w:rPr>
        <w:t>[“τί]π̣ρ̣ά̣τ̣τ̣[ε]τε ἐξ ἐμοῦ [τ]ὴ̣ν ἐ̣ργασίαν ὑμῶν;” [ὁ δ]ὲ̣ Ἀλχασαῖος δεξάμε‐ νος χοῦν ἐκ τῆς γῆς 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κείνης τῆς λαλησάσης πρὸς αὐτὸν κλαίων κα‐ τεφίλησε καὶ ἐπέθηκε τῶι κόλπωι καὶ ἤρξατο λέγειν· “αὕτη ἐστὶν ἡ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σὰρξ καὶ αἷμα τοῦ κ(υρίο)υ μου” (sec. Matth. 26, 26—27). ἔφη δ’ αὖ πάλιν ὅτι εὗρεν τοὺς μαθητὰς αὐτοῦ Ἀλχασαῖος πέπτοντας ἄρτους ὡς καὶ λαλῆσαι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τὸν ἄρτον πρὸς τὸν [Ἀλ‐] χασαῖον. ὃς δὲ ἐνετε[ίλα‐] το μηκέτι πέπτει[ν]. πάλιν δείκνυσιν ὅ[τι Σαβ‐] βαῖος ὁ βαπτιστὴ[ς τὰ]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λάχανα ἀπέφερ[ε πρὸς] τὸν πρεσβύτε[ρον τῆς] [π]όλεως. καὶ ἔ[κλαιεν ἐ‐] κεῖνο τὸ λ[άχανον καὶ εἶ‐]</w:t>
      </w:r>
    </w:p>
    <w:p>
      <w:r>
        <w:rPr>
          <w:rFonts w:ascii="Courier New" w:hAnsi="Courier New"/>
          <w:color w:val="555555"/>
          <w:sz w:val="20"/>
        </w:rPr>
        <w:t>[98]</w:t>
      </w:r>
    </w:p>
    <w:p>
      <w:r>
        <w:rPr>
          <w:rFonts w:ascii="Gentium Plus" w:hAnsi="Gentium Plus"/>
          <w:sz w:val="24"/>
        </w:rPr>
        <w:t>[π]εν αὐτῶι· “οὐκ εἶ δίκ[αι‐] ος; οὐ καθαρὸς τυγχάν[εις]; τίνος χάριν ἀπάγεις ἡ‐ μᾶς πρὸς τοὺς πόρνους;”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ὡς κινηθῆναι τὸν Σαβ‐ βαῖον δι’ ἃ ἤκουσεν καὶ ἀνθυποστρέψαι τὰ λά‐ χανα. πάλιν δείκνυσιν ὡς με‐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τὰ Ἀϊανοῦ τοῦ βαπτι‐ στοῦ τοῦ ἀπὸ Κωχῆς φοῖνιξ συνελάλησεν καὶ ἐνετείλατο αὐτῶι εἰπεῖν τῶι κ(υρί)ωι μου· “μὴ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[δ]ὴ ἐκκόψῃς διὰ τὸ κλέ‐ [π]τεσθαί μου τοὺς καρ‐ [π]ούς, ἀλλ’ ἔασόν με τὸ [ἔτο]ς τοῦτο, καὶ τούτωι [τῶι] ἐνιαυτῶι δώσω σοι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[καρπ]οὺς ἀναλογοῦν‐ [τας το]ῖς κλαπεῖσιν ἐ‐ [ξ ἐμοῦ ἐ]ν̣ πᾶσι τοῖς ἔτε‐ [σι τούτοι]ς̣.” ἐνετεί‐</w:t>
      </w:r>
    </w:p>
    <w:p>
      <w:r>
        <w:rPr>
          <w:rFonts w:ascii="Courier New" w:hAnsi="Courier New"/>
          <w:color w:val="555555"/>
          <w:sz w:val="20"/>
        </w:rPr>
        <w:t>[99]</w:t>
      </w:r>
    </w:p>
    <w:p>
      <w:r>
        <w:rPr>
          <w:rFonts w:ascii="Gentium Plus" w:hAnsi="Gentium Plus"/>
          <w:sz w:val="24"/>
        </w:rPr>
        <w:t>λα[το] δὲ κἀκείνωι τῶι ἀνθρώπωι τῷ κλέπτον‐ τι τοὺς καρποὺς αὐτοῦ εἰπεῖν· “μὴ ἔλθῃς τῷδε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τῶι καιρῶι ἀποκλέψα[ι] μου τοὺς καρπούς. ε[ἰ] δὲ ἔλθοις, ἐκρίπτω σε ἐκ τοῦ ὕψους μου καὶ ἀ‐ ποθανεῖσαι.”</w:t>
      </w:r>
    </w:p>
    <w:p>
      <w:pPr>
        <w:jc w:val="center"/>
      </w:pPr>
      <w:r>
        <w:rPr>
          <w:rFonts w:ascii="Gentium Plus" w:hAnsi="Gentium Plus"/>
          <w:b/>
          <w:sz w:val="24"/>
        </w:rPr>
        <w:t>Τιμόθεος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τότε ἔφην πρὸς αὐτού[ς]· “σκοπεῖτε ὑμεῖς τούτ̣[ους] τοὺς προφανεῖς ὑμ̣[ῶν] τοῦ νόμου, οἳ ταύτα[ς]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τὰς ὀπτασίας ἐθεώ[ρη‐] σαν καὶ ἐκινήθη[σαν] ἐπ’ αὐταῖς καὶ τ[οῖς ἄλ‐] λοις εὐαγγελίσα[ντο αὐ‐] τάς. ὁμοίω[ς δὲ ...]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κ̣ἀγὼ πά̣ν̣θ’ ὅ[σα παρ’ ἐκεί‐ νω]ν̣ ἐδιδ[άχθην κατερ‐]</w:t>
      </w:r>
    </w:p>
    <w:p>
      <w:r>
        <w:rPr>
          <w:rFonts w:ascii="Courier New" w:hAnsi="Courier New"/>
          <w:color w:val="555555"/>
          <w:sz w:val="20"/>
        </w:rPr>
        <w:t>[100]</w:t>
      </w:r>
    </w:p>
    <w:p>
      <w:r>
        <w:rPr>
          <w:rFonts w:ascii="Gentium Plus" w:hAnsi="Gentium Plus"/>
          <w:sz w:val="24"/>
        </w:rPr>
        <w:t>γάζομαι.” ὁπηνίκ[α δὲ] ταῦτ’ ἔφασκον πρὸς αὐτοὺς ἀναλύων αὐτῶν τοὺς λόγους, αὐτόθι πάν‐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τες ἐχαλέπαινον ὑπὸ ὀρ‐ [γ]ῆς ὡς καὶ ἀναστῆναί τινα ἐξ αὐτῶν καὶ τύ‐ ψαι με. κατέσχον δέ με μεταξὺ πάντων καὶ ἔ‐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δερον. ἥρπαζον δὲ καὶ τῶν τριχῶν μου ὡς ἐ‐ χθρόν τινα· κατεβόων δέ μου διὰ μεγίστης φωνῆς ὡσεὶ κατὰ δει‐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[σι]δαίμονος πικραινό‐ [μ]ε̣νοι καὶ ὀργιζόμενοι [κα]τ’ ἐμοῦ καὶ βουλό‐ [με]ν̣οι διὰ τοῦ προσόν‐ [τος α]ὐτοῖς φθόνου ἀπ‐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[άγξαι] με. διὰ δὲ Πατ‐ [τίκιο]ν̣ τὸν οἰκοδεσπό‐ [την δε]η̣θέ[ν]τα αὐτῶν [μὴ ..... .. ἀ]σεβεῖ[ν]</w:t>
      </w:r>
    </w:p>
    <w:p>
      <w:r>
        <w:rPr>
          <w:rFonts w:ascii="Courier New" w:hAnsi="Courier New"/>
          <w:color w:val="555555"/>
          <w:sz w:val="20"/>
        </w:rPr>
        <w:t>[101]</w:t>
      </w:r>
    </w:p>
    <w:p>
      <w:r>
        <w:rPr>
          <w:rFonts w:ascii="Gentium Plus" w:hAnsi="Gentium Plus"/>
          <w:sz w:val="24"/>
        </w:rPr>
        <w:t>π̣ρ̣ὸ̣ς̣ τοὺς μεταξὺ αὐ‐ τῶν, αἰδεσθέντες ἀπέ‐ λυσάν με. τούτου δ̣[ὲ] τοῦ πειρασμοῦ με κ[α‐]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τειληφότος ὑπαν[έ‐] στειλα ἐμαυτὸν εἰς μ̣[ί‐] αν πλευρὰν καὶ εἰς εὐ‐ χὴν ἔστην, ἱκέτευσα 〈δ〉ὲ καὶ ἐδεήθην τοῦ κ(υρίο)υ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ἡμῶν ἐπ̣α̣ρῆξαί μοι. καταπαύσαντος δέ μου τῆς εὐχῆς καὶ πάνυ λυ‐ πουμένου ὁ μακαριώ‐ τατος σύζυξ μου—ἐκε̣[ῖ‐]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νος δεσπότης τε κα̣[ὶ] ἐπανασχών ἐστι—ὤ̣[φθη] καταντικρύ. εἶ̣[πε δὲ] πρὸς ἐμέ· “μὴ λ[υποῦ μη‐] δὲ ἀποκλαίου.” [ἐγὼ δὲ]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ἔφην πρὸς αὐτ[όν· “πῶς] ἄρα μὴ λυπῶ̣μ[αι; οἱ γὰρ] ἐν τούτωι τ[ῶι δόγματι], μ̣εθ’ ὧν̣ [ἐκ νεότητος]</w:t>
      </w:r>
    </w:p>
    <w:p>
      <w:r>
        <w:rPr>
          <w:rFonts w:ascii="Courier New" w:hAnsi="Courier New"/>
          <w:color w:val="555555"/>
          <w:sz w:val="20"/>
        </w:rPr>
        <w:t>[102]</w:t>
      </w:r>
    </w:p>
    <w:p>
      <w:r>
        <w:rPr>
          <w:rFonts w:ascii="Gentium Plus" w:hAnsi="Gentium Plus"/>
          <w:sz w:val="24"/>
        </w:rPr>
        <w:t>ἀνεστράφην, μετεβλή‐ θησαν ἐχθροί μου κατα‐ σταθέντες διὰ τὸ διαστῆ‐ [ν]αί με τοῦ σφῶν αὐτῶν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[νό]μου. ποῖ πορευθῶ [τ]οίνυν; τὰ γὰρ δόγμα‐ τα πάντα καὶ αἱ αἱρέσεις ἀντίπαλοί εἰσι τοῦ ἀγα‐ θοῦ. κἀγὼ δὲ ὀθνεῖος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μονήρης ἐν τῶι κόσμωι ὑπάρχω. ὁπηνίκα δὲ ἐν τούτωι τῶι δόγμα‐ τι τῶν ἀνεγνωκότων περὶ ἁγνείας καὶ σαρκοδε‐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[ρί]ας καὶ κατοχῆς ἀνα‐ [πα]ύσεως τῶν χειρῶν, [ἔτι δ]ὲ̣ καὶ ἐξ ὀνόματος [γιγνωσ]κόντων με πάν‐ [των .. κ]αὶ τὴν τοῦ σώμα‐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[τος .. ἀ]ξ̣ί̣αν μᾶλλον [..... .]..των δογμά‐ [των—ὅτ]ε̣ γὰρ ἡ ἀνατρο‐ [φὴ τοῦ σώμα]τός μο̣υ̣</w:t>
      </w:r>
    </w:p>
    <w:p>
      <w:r>
        <w:rPr>
          <w:rFonts w:ascii="Courier New" w:hAnsi="Courier New"/>
          <w:color w:val="555555"/>
          <w:sz w:val="20"/>
        </w:rPr>
        <w:t>[103]</w:t>
      </w:r>
    </w:p>
    <w:p>
      <w:r>
        <w:rPr>
          <w:rFonts w:ascii="Gentium Plus" w:hAnsi="Gentium Plus"/>
          <w:sz w:val="24"/>
        </w:rPr>
        <w:t>καὶ ἡ τιθήνησις καὶ ὁ βαυ‐ καλισμὸς ἐν ἐκείνωι τῶι δόγματι γεγένη‐ ταί μοι, καὶ τοῖς προε[στῶ‐]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σιν αὐτοῦ καὶ τοῖς πρ[ε‐] σβυτέροις συνάφειά[ν] τινα εἶχον κατὰ τὴν τοῦ σώματος ἀνατρο‐ φήν· εἰ οὖν οὗτοι χώ‐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ραν μοι μὴ δεδώκασιν πρὸς ὑποδοχὴν τῆς ἀλη‐ θείας, ποίωι τρόπωι ὑπο‐ δέξεταί με ὁ κόσμος ἢ οἱ μεγιστᾶνες αὐτοῦ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ἢ αἱ διδασκαλίαι πρ[ὸς] τὸ ἀκοῦσαι τούτω[ν τῶν] ἀπορρήτων κ[αὶ ταύτας] τὰς ἐντολὰς ὑπ[οδέχε‐] σθαι βαρείας οὔ[σας; ποί‐]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ωι δὲ τρόπωι [..... ..] μαι ἔμπροσθ[εν τῶν βα‐] σ[ι]λέων .α. [..... ...] κ̣α̣ὶ̣ τ̣[..... ..... ..]</w:t>
      </w:r>
    </w:p>
    <w:p>
      <w:r>
        <w:rPr>
          <w:rFonts w:ascii="Courier New" w:hAnsi="Courier New"/>
          <w:color w:val="555555"/>
          <w:sz w:val="20"/>
        </w:rPr>
        <w:t>[104]</w:t>
      </w:r>
    </w:p>
    <w:p>
      <w:r>
        <w:rPr>
          <w:rFonts w:ascii="Gentium Plus" w:hAnsi="Gentium Plus"/>
          <w:sz w:val="24"/>
        </w:rPr>
        <w:t>τοῦ κόσμου καὶ τῶν ἀρχηγῶν τῶν δογμά‐ των; ἰδοὺ γὰρ αὐτοὶ μέγιστοι καὶ ἐξουσια‐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[σ]ταὶ τυγχάνουσιν ἔν τε τῶι πλούτωι αὐτῶν καὶ τῆι παρρησίαι καὶ τοῖς χρήμασιν. ἐγὼ δὲ μονογενής τε καὶ πέ‐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νης τούτων.” τότε τοί‐ νυν αὐτὸς ὁ ἐνδοξότα‐ τος ἔφη πρὸς ἐμέ· “οὐ‐ κ εἰς τοῦτο μόνον τὸ δόγμα ἀπεστάλης, ἀλ‐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[λ’] εἰς πᾶν ἔθνος καὶ δι‐ [δα]σκαλίαν καὶ εἰς πᾶ‐ [σαν πό]λιν καὶ τόπον. [ὑπὸ σο]ῦ γὰρ σαφηνισθή‐ [σεται κ]αὶ κηρυχθήσεται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[ἥδε ἡ ἐλ]πὶς εἰς πάντα [κλίμα]τ̣α καὶ περιοχὰς [τοῦ κόσμ]ο̣υ̣. [κα]ὶ̣ π̣λ̣εῖ[σ]τοι [προσδέξονται ἄ]ν̣θ̣[ρω‐]</w:t>
      </w:r>
    </w:p>
    <w:p>
      <w:r>
        <w:rPr>
          <w:rFonts w:ascii="Courier New" w:hAnsi="Courier New"/>
          <w:color w:val="555555"/>
          <w:sz w:val="20"/>
        </w:rPr>
        <w:t>[105]</w:t>
      </w:r>
    </w:p>
    <w:p>
      <w:r>
        <w:rPr>
          <w:rFonts w:ascii="Gentium Plus" w:hAnsi="Gentium Plus"/>
          <w:sz w:val="24"/>
        </w:rPr>
        <w:t>π̣οι̣ σ̣οῦ τὸν λόγον. ὅθεν πρόελθε καὶ περίιθι· ἐγὼ γὰρ σύνειμί σοι ἐπ[ί‐] κουρος καὶ ὑπερασπ[ι‐]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στὴς ἐν παντὶ τόπω̣[ι κα‐] θ’ ὃν ἂν λαλήσηις πά[νθ’ ὅ‐] σα σοι ἀπεκάλυψα. δ̣[ιὸ μὴ] ἀνιῶ μηδὲ λυποῦ̣.” πλεῖστα τοίνυν εἰσ̣[ὶν ἅ‐]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περ ἔφη πρὸς ἐμὲ παρ[α‐] θαρσύνων καὶ εὐψυχό‐ τερον παρασκευάζων ἐν τῆι αὐτοῦ ἐλπίδι. [προσ‐] εκύνησα δὲ πρόσθ[εν αὐ‐]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τοῦ καὶ ἐγήθησέ μ[ου τὸ] φρόνημα ἐπὶ τ̣ῆ̣[ι ἐκπρε‐] πεῖ θέαι ἐκείνου [τοῦ] μακαριωτάτου [συ‐] ζύγου τοὐμοῦ̣ [τοῦ ἐν‐]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δοξοτάτου τ[ε καὶ σεμ‐] νοτάτου. [ἔφην δὲ] πρὸ̣[ς αὐ]τ̣ό[ν· ”..... ...] τι̣[..... ..... .....]</w:t>
      </w:r>
    </w:p>
    <w:p>
      <w:r>
        <w:rPr>
          <w:rFonts w:ascii="Courier New" w:hAnsi="Courier New"/>
          <w:color w:val="555555"/>
          <w:sz w:val="20"/>
        </w:rPr>
        <w:t>[106]</w:t>
      </w:r>
    </w:p>
    <w:p>
      <w:r>
        <w:rPr>
          <w:rFonts w:ascii="Gentium Plus" w:hAnsi="Gentium Plus"/>
          <w:sz w:val="24"/>
        </w:rPr>
        <w:t>[ἰ]δοὺ γὰρ Παττίκιος πρε‐ σβύτης γεγένηται καὶ ἕνα ἀγῶνα συμβάντα μοι θεασάμενος ἐκινή‐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[θη].” τότε ἔφη πρὸς [ἐ]μέ· “προελθὼν περίι‐ [θι]· ἰδοὺ γὰρ δύο ἄνδρες [ἐξ ἐ]κ̣είνου τοῦ νόμου [ἐλε]ύσονται πρὸς σὲ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ἔσονταί σοι συνοπαδοί. [ὁ]μοίως δὲ καὶ Παττίκι‐ [ο]ς πρῶτός σου τῆς ἐκλο‐ [γ]ῆς γενήσεται καὶ συνα‐ [κο]λουθήσει σοι.”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[τότε] τοίνυν παρεγένον‐ [〈τό〉 μοι] νεανίαι δύο ἐκ τῶν [βαπ]τιστῶν, οἳ καὶ πλη‐ [σιόχω]ροί μου ὑπῆρχον, [Συμεὼ]ν̣ καὶ Ἀβιζαχίας.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[ἦλθον δὲ] πρὸς ἐμὲ συνε‐ [λευσόμεν]οι εἰς πάντα τό‐ [πον· καὶ παρ]ῆ̣σά̣[ν μοι]σ̣υνε̣ρ̣‐ [γοὶ ὅπου ἐπορεύθη]μ̣εν.</w:t>
      </w:r>
    </w:p>
    <w:p>
      <w:r>
        <w:rPr>
          <w:rFonts w:ascii="Courier New" w:hAnsi="Courier New"/>
          <w:color w:val="555555"/>
          <w:sz w:val="20"/>
        </w:rPr>
        <w:t>[107]</w:t>
      </w:r>
    </w:p>
    <w:p>
      <w:r>
        <w:rPr>
          <w:rFonts w:ascii="Gentium Plus" w:hAnsi="Gentium Plus"/>
          <w:sz w:val="24"/>
        </w:rPr>
        <w:t>Προῆλθον τοίνυν βουλ̣[ή‐] σει τοῦ ἡμετέρου δεσ[πό‐] του ἐκ τοῦ νόμου ἐκε[ί‐] νου πρὸς τὸ κατασπε̣[ῖ‐]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ραι τὸ κάλλιστον αὐ[τοῦ] σπέρμα (sec. Matth. 13, 37) καὶ πρὸς τὸ τ̣ο̣[ὺς] φανοτάτους ἐξάψαι̣ α̣[ὐ‐] τοῦ λαμπτῆρας πρ̣ό̣[ς τε] τὸ λυτρώσασθαι τὰς ζ[ώ‐]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σας ψυχὰς (sec. Gen. 2, 7; 1 Cor. 15, 45) ἐκ τῆς ὑπ[ο‐] ταγῆς τῶν στασιαστῶ̣[ν] καὶ πρὸς τὸ ἐνπεριπ[ατῆ‐] σαι τῶι κόσμωι κατ’ [εἰ‐] κόνα κ(υρίο)υ ἡμῶν Ἰη(σο)ῦ [ξί‐]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φος τε βαλεῖν (sec. Matth. 10, 34) κα[ὶ αἵ‐] ρεσιν (sec. Luc. 12, 51) καὶ μάχα[ιραν] τοῦ πν(εύματο)ς (sec. Eph. 6, 17) ἐπὶ τῆς [γῆς], στάξαι δὲ τὸν σ[ῖτον] (Ex. 16, 4) ἐπὶ τοῦ λαοῦ μ̣[ου καὶ]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πρὸς τὸ̣ ν̣ι̣[κῆσαι τὸ ἄμε‐] τρον ἐν τῶ[ι κόσμωι] ὄνειδος κα[ὶ ..... ..] γε̣[..]ω̣ι̣ ..[..... ....].</w:t>
      </w:r>
    </w:p>
    <w:p>
      <w:r>
        <w:rPr>
          <w:rFonts w:ascii="Courier New" w:hAnsi="Courier New"/>
          <w:color w:val="555555"/>
          <w:sz w:val="20"/>
        </w:rPr>
        <w:t>[108]</w:t>
      </w:r>
    </w:p>
    <w:p>
      <w:r>
        <w:rPr>
          <w:rFonts w:ascii="Gentium Plus" w:hAnsi="Gentium Plus"/>
          <w:sz w:val="24"/>
        </w:rPr>
        <w:t>[ἦ]λθον δὲ εἰς τὴν ἀλλο‐ δαπήν τε καὶ ξενιτεί‐ [α]ν ὡσεὶ πρόβατον κα‐ [τ’] ὄψεως λύκων (sec. Matth. 10, 16; Luc. 10, 3), ὅπως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[δ]ι’ ἐμοῦ διαστάντες [ἐ]κλεγῶσιν οἱ πιστοὶ τ̣ῶν ἀπίστων καὶ οἱ [κ]άλλιστοι σῖτοι ἐκ μέ‐ σ̣ου τῶν ζιζανίων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[ο]ἱ̣ τῆς βασιλείας παῖδες [ἐ]κ τῶν τοῦ δυσμενοῦς (sec. Matth. 13.25 ss.; 38s.; Marc. 4, 15; Luc. 8, 12) π̣αίδων καὶ οἱ τοῦ ὕψους [ἔ]κγονοι τῶν τοῦ βάθους [γε]ν̣νημάων, ὡς ἂν δι‐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[αστ]ή̣σηι δι’ ἐμοῦ τὰ οἰ‐ [κεῖα] τ̣ῶν ἀνοικείων. [τότε] τοίνυν κατὰ τὴν [εὐδο]κ̣ίαν τοῦ π(ατ)ρ(ό)ς μου [τοῦ μ]α̣κ̣α̣ρ̣ι̣ω̣τάτου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[ἀπεστάλην ε]ἰ̣ς̣ περίοδον [τοῦ κόσμ]ου, ὡς ἂν ἐν ἐ‐ [μοὶ καθαγ]ι̣ασθῆι ἡ κτί‐ [σις καὶ δι’ ἐ]μ̣οῦ ἔ[κ]δ̣ηλον</w:t>
      </w:r>
    </w:p>
    <w:p>
      <w:r>
        <w:rPr>
          <w:rFonts w:ascii="Courier New" w:hAnsi="Courier New"/>
          <w:color w:val="555555"/>
          <w:sz w:val="20"/>
        </w:rPr>
        <w:t>[109]</w:t>
      </w:r>
    </w:p>
    <w:p>
      <w:r>
        <w:rPr>
          <w:rFonts w:ascii="Gentium Plus" w:hAnsi="Gentium Plus"/>
          <w:sz w:val="24"/>
        </w:rPr>
        <w:t>καταστήσηι τὴν τ[ῆς ἰδί‐] ας γνώσεως ἀλήθε[ιαν] τῶν δογμάτων ἐν [μέ‐] σῳ καὶ τῶν γενῶν κ[αὶ]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 ἐμοὶ ἀντιστῆι πρ[ός] τε τοὺς βασιλεῖς τῆς γ[ῆς] καὶ μεγιστᾶνας τοῦ κ[ό‐] σμου ληψόμενος ἐκ [πάν‐] των τὸ ἴδιον. τού‐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τωι δὲ τῶι τρόπωι πρ[ο‐] εληλύθειν μηδενὸ[ς αἰ‐] σθηθέντος τῶν τοῦ [δό‐] γματος ἐκείνου ὅ[που ἐ‐] πορεύθημεν. π[εριε‐]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πατήσαμεν δὲ [μέχρι‐] ς οὗ φθάσωμεν [εἰς Κτη‐] σιφῶντος π[ερῶντες]. ὁπηνίκα δ̣ὲ̣ [οὔσης πλή‐] ρης τῆς θαλ[άσσης οὐ προῄ‐]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ειν, εἶδέν μ̣[ε εἷς τῶν] βαπτιστῶ̣[ν ἐκεῖ μένοντα]. καὶ γὰρ ὅτ[ε κατέλιπον] τὸ̣ν̣ Πατ[τίκιον οὐ‐]</w:t>
      </w:r>
    </w:p>
    <w:p>
      <w:r>
        <w:rPr>
          <w:rFonts w:ascii="Courier New" w:hAnsi="Courier New"/>
          <w:color w:val="555555"/>
          <w:sz w:val="20"/>
        </w:rPr>
        <w:t>[110]</w:t>
      </w:r>
    </w:p>
    <w:p>
      <w:r>
        <w:rPr>
          <w:rFonts w:ascii="Gentium Plus" w:hAnsi="Gentium Plus"/>
          <w:sz w:val="24"/>
        </w:rPr>
        <w:t>[κ ἔ]φηνα αὐτῶι ὅπου πο‐ [ρε]ύομαι ὥστε Παττί‐ [κι]ον ὑπὸ λύπης καὶ κλαυ‐ [θ]μοῦ κατέχεσθαι δι’ 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μ̣ὲ καὶ ἐκβῆναι καὶ προ‐ [ε]λθεῖν περινοστοῦν‐ τα τὰς συνόδους τὰς πέ‐ [ρ]ιξ καὶ μὴ εὑρεῖν με ὥστε κλάειν αὐτὸν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πενθεῖν τούς τε βαπτι‐ [σ]τὰς εἰς παραμύθιον [π]α̣ραγενέσθαι. ἐκεῖνος [δὲ] ὁ ἄν(θρωπ)ος ὁ ἰδών με ἔφθα‐ [σεν] πρὸς αὐτοὺς καὶ ἰ‐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[δὼν] αὐτοὺς ἐν λύπηι [γεν]ομένους ἔφη [πρὸς αὐ]τούς· “τίνος χά‐ [ριν λυπε]ῖ̣σ̣θ̣ε;” λέγουσιν [δ’ αὐτῶι· “εἵν]εκεν Μανι‐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[χαίου ὅτι ἐ]ξέβη καὶ οὐ‐ [κ ἴσμεν ὅπο]υ ἐπορεύθη· [φοβούμεθα δ]ὲ μή πώς [τις ..... ..]ν̣ου̣[....]</w:t>
      </w:r>
    </w:p>
    <w:p>
      <w:r>
        <w:rPr>
          <w:rFonts w:ascii="Courier New" w:hAnsi="Courier New"/>
          <w:color w:val="555555"/>
          <w:sz w:val="20"/>
        </w:rPr>
        <w:t>[111]</w:t>
      </w:r>
    </w:p>
    <w:p>
      <w:r>
        <w:rPr>
          <w:rFonts w:ascii="Gentium Plus" w:hAnsi="Gentium Plus"/>
          <w:sz w:val="24"/>
        </w:rPr>
        <w:t>σει αὐτόν.” ἔ̣φ̣[η δὲ πρὸς] αὐτούς· “ἐγὼ αὐτὸν ἐ̣[θεα‐] σάμην ἐπὶ τῆς γεφύρ[ας] περῶν εἰς τὰς πόλεις.”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Παττίκιος δὲ ὡς ἤκο̣[υ‐] σεν ἐχάρη καὶ ἐξέβη [ἐ‐] λευσόμενος πρός με εἰς Κτησιφῶντος. ὁπηνίκα δὲ ἀφῖκται [ἐ‐]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κεῖσε, οὐχ εὗρέ με, ἀλ‐ λ’ ἐκβὰς πάλιν ἀνεπυ[ν‐] θάνετο. καὶ ἐλθὼν ε̣[ὗρέ] με ἔξω τῆς πόλεω[ς κατὰ] μίαν κώμην καλ[ουμέ‐]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νην Νασὴρ ἐν [τῆι ἐκ‐] κλησίαι τῶν ἁ[γίων]. παραυτὰ δὲ [ἰδών με] Παττίκιος π̣[αρέστη καὶ] κατεφ[ίλησεν καὶ περι‐]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επτύξα[το καὶ ἔμπρο‐] σθέν μου̣ [προσεκύνησεν]. κλ̣α̣ίων δ[ὲ ἔφη πρὸς ἐμέ· ”....]..[..... ..... .</w:t>
      </w:r>
    </w:p>
    <w:p>
      <w:r>
        <w:rPr>
          <w:rFonts w:ascii="Courier New" w:hAnsi="Courier New"/>
          <w:color w:val="555555"/>
          <w:sz w:val="20"/>
        </w:rPr>
        <w:t>[112]</w:t>
      </w:r>
    </w:p>
    <w:p>
      <w:r>
        <w:rPr>
          <w:rFonts w:ascii="Gentium Plus" w:hAnsi="Gentium Plus"/>
          <w:sz w:val="24"/>
        </w:rPr>
        <w:t>..... ...].α ἐπένθουν [νο]μ̣ίζων σε ἀπολόμενον [κ]α̣ὶ μηκέτι θεωρησόμενόν μ̣οι. ἔλεγον δέ· ‘τίνα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[κ]αλέσω; καὶ τίς μου ὑπή‐ [κ]οος ἔσται; ἢ τίνα θεωρή‐ σαιμι πρόσθεν τῶν ὀφθαλ‐ μῶν μου; καὶ τίνι μου τὸν [σ]τεναγμὸν ἐξείπω; ἢ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τίνι ἀναθῶμαι τὰ μυ‐ [σ]τήρια τῆς καρδίας μου; [ἐγ]ὼ γὰρ οὕτως ἤλπιζον [πάν]τ̣ων ἔχειν σε οἰκονό‐ [μον] ἐ̣ν τῶιδε τῶι γήρει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[μου]. σοῦ γὰρ περαιτέ‐ [ρω τίνι] ἔστι μοι πεποι‐ [θέναι; ὁ]ρ̣ῶ δέ σε μὴ συ‐ [νεσόμε]ν̣όν μ[ο]ι̣. ἐδε‐ [ήθην δὲ θ(εο)ῦ μὴ ἀ]πολέσῃ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[σε ..... ...]ὑποφ.ι‐ [..... ...].σθω δέ σου [..... ...].ιτη ν.ε̣ι‐ [..... ..... ..].[....]</w:t>
      </w:r>
    </w:p>
    <w:p>
      <w:r>
        <w:rPr>
          <w:rFonts w:ascii="Courier New" w:hAnsi="Courier New"/>
          <w:color w:val="555555"/>
          <w:sz w:val="20"/>
        </w:rPr>
        <w:t>[113]</w:t>
      </w:r>
    </w:p>
    <w:p>
      <w:r>
        <w:rPr>
          <w:rFonts w:ascii="Gentium Plus" w:hAnsi="Gentium Plus"/>
          <w:sz w:val="24"/>
        </w:rPr>
        <w:t>λυπηρο̣ῦ̣ [..... .. καὶ] κατὰ τὴν φι̣[λίαν σου ἐν‐] τεθήσεταί μοι μνει[ῶν] στεναγμὸς (sec. Sap. 11, 12) τῆι καρδ[ίαι]·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τάχα ἄρα ἐν τῶι στ[ε‐] ναγμ̣ῶι μου τῶι διά σε ἔξειμι τοῦ κόσμου.‘” τό‐ τε ὁ κ(ύριό)ς μου ἔφη πρὸς αὐ̣‐ τόν· “μὴ κλαῖε μηδὲ λ[υ‐]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ποῦ μηδὲ φροντίδα̣ [ποι‐] οῦ περὶ ἐμοῦ· συνέσ[ηι] γὰρ αὐτὸς σύ. καὶ ἥ τε χάρις εὐπόριστός σ̣[οι ἔ‐] σται δι’ ἐμοῦ· καὶ τ[οῦτο]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ὃ διεπράξω μ̣έχρ̣[ι τῆς] σήμερον [ἐγέ]ν̣[ετο ἐκ θε‐] λήματ̣[ος τοῦ π(ατ)ρ(ὸ)ς τοῦ] φωτὸ̣[ς ..... ..... ..] δε.[..... ..... ....]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..[..... ..... .....] δ[..... ..... ..... .] . [..... ..... ..... .] ..... ..... ..... ..</w:t>
      </w:r>
    </w:p>
    <w:p>
      <w:r>
        <w:rPr>
          <w:rFonts w:ascii="Courier New" w:hAnsi="Courier New"/>
          <w:color w:val="555555"/>
          <w:sz w:val="20"/>
        </w:rPr>
        <w:t>[114]</w:t>
      </w:r>
    </w:p>
    <w:p>
      <w:r>
        <w:rPr>
          <w:rFonts w:ascii="Gentium Plus" w:hAnsi="Gentium Plus"/>
          <w:sz w:val="24"/>
        </w:rPr>
        <w:t>[..... ....]...λ̣λον [. ἀποκα]λ̣υφθῆναι οὐ‐ [δὲ]ν τυγχάνει, ἐπειδὴ ὡς ἀναγινώσκεται αὐ‐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τ̣οῖς οὐ διαπράττονται.”</w:t>
      </w:r>
    </w:p>
    <w:p>
      <w:pPr>
        <w:jc w:val="center"/>
      </w:pPr>
      <w:r>
        <w:rPr>
          <w:rFonts w:ascii="Gentium Plus" w:hAnsi="Gentium Plus"/>
          <w:b/>
          <w:sz w:val="24"/>
        </w:rPr>
        <w:t>Κουσταῖος ὁ υἱὸς τοῦ</w:t>
      </w:r>
    </w:p>
    <w:p>
      <w:pPr>
        <w:jc w:val="center"/>
      </w:pPr>
      <w:r>
        <w:rPr>
          <w:rFonts w:ascii="Gentium Plus" w:hAnsi="Gentium Plus"/>
          <w:b/>
          <w:sz w:val="24"/>
        </w:rPr>
        <w:t>θησαυροῦ τῆς Ζωῆς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[καὶ πά]λιν Παττίκιος ἐν τῶι [κλ]αίειν ὢν ἔφη πρὸς αὐ‐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[τό]ν· “ὦ υἱέ, τίνος εἵνεκα [ταῦ]τα φθέγγηι; νῦν γὰρ [φθε]γξάμενος ἐξήλα‐ [σας κ]αὶ ἐκίνησας ὅλον [τὸ δόγμα. ...]‘...μαισου‐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..]λους σου [..... ..... ἐκ] μ̣έσου [..... ..... ....]. καὶ α‐ [..... ..... .....]της — — —” ”— — —</w:t>
      </w:r>
    </w:p>
    <w:p>
      <w:r>
        <w:rPr>
          <w:rFonts w:ascii="Courier New" w:hAnsi="Courier New"/>
          <w:color w:val="555555"/>
          <w:sz w:val="20"/>
        </w:rPr>
        <w:t>[115]</w:t>
      </w:r>
    </w:p>
    <w:p>
      <w:r>
        <w:rPr>
          <w:rFonts w:ascii="Gentium Plus" w:hAnsi="Gentium Plus"/>
          <w:sz w:val="24"/>
        </w:rPr>
        <w:t>αὐτ̣[.] δε̣[..... ..... ..] ταῦτα σφω̣[..... .....] τωι τὸ γεγεννημέ̣ν̣[ον] ἀγνο̣ῶν. σὺ μὲν γὰρ [ὠικο‐]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δόμησας τὸν οἶκον, [ἕτε‐] ρος δὲ ἐλθὼν ὤικη[σεν ἐ‐] ν αὐτῶι. καὶ σὺ ὄχη[μα ἐ‐] γένου ἐκείνωι, ἄλ[λος δὲ] τὸν πόλεμον ἐνστ̣[ήσεται]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δι’ αὐτοῦ ἐν αὐτῶ[ι τελέ‐] σας αὐτοῦ τὸ βούλ[ημα]. καὶ σὺ μὲν γὰρ ἐσθ̣ῆ̣[τα ἐ‐] κόσμησας, ἕτερος̣ [δὲ αὐ‐] τὴν ἐνεδύσατο· [ἐγὼ γάρ]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τοι Μα̣ν̣νιχαῖο̣[ς ....] πε.[..... ..... ....] πρ[..... ..... .....] νειτ[.].. [..... .....] να προσ[..... ..... .]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ὅλος ὁ κ̣[όσμος ..... ..] τινος [..... ..... ..] τ.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[116]</w:t>
      </w:r>
    </w:p>
    <w:p>
      <w:r>
        <w:rPr>
          <w:rFonts w:ascii="Gentium Plus" w:hAnsi="Gentium Plus"/>
          <w:sz w:val="24"/>
        </w:rPr>
        <w:t>[..... .....] κ̣α̣τ̣ὰ̣ τοῦ [..... .] ....τι̣[..] ... [.]. ἐ̣κ̣είν̣ου τοῦ ἀ̣γ̣α̣θ̣ο̣ῦ̣. [οὗ]τος γάρ ἐστιν ὁ̣ ὢν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[ὁ ἐ]μ̣ὸ̣ς καθη̣γεμὼν κα‐ [θὼς] βούλε̣ται καὶ ὡς̣ α̣ὐ‐ [τῶι] πρέπει. ἴ̣σ̣θ̣ι̣ δὲ τοῦ‐ [το γ]ινώσκων, ὅτι αὐ‐ [τὸς ἐ]κεῖνο τὸ δόγμα οὐ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[μέτε]ι̣μι, ἀλλ’ οὐδὲ τῶι [νόμ]ωι αὐτοῦ ἐξακολου‐ [θήσ]ω̣.”</w:t>
      </w:r>
    </w:p>
    <w:p>
      <w:pPr>
        <w:jc w:val="center"/>
      </w:pPr>
      <w:r>
        <w:rPr>
          <w:rFonts w:ascii="Gentium Plus" w:hAnsi="Gentium Plus"/>
          <w:b/>
          <w:sz w:val="24"/>
        </w:rPr>
        <w:t>Τιμόθεος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[ἐκ τῆς ἐκ]κλησίας̣ τοίνυν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[τῶν ἁγίων .... ἐ]ξέβην [..... ..... ....] .υμε‐ [..... .....].[.]...νε‐ [..... ..... . ]ρ̣υτ..το‐ [..... ..... ..]με..ε‐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[..... ..... ..]ισταμε‐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[117]</w:t>
      </w:r>
    </w:p>
    <w:p>
      <w:r>
        <w:rPr>
          <w:rFonts w:ascii="Gentium Plus" w:hAnsi="Gentium Plus"/>
          <w:sz w:val="24"/>
        </w:rPr>
        <w:t>[....] ἡ δ[..... ... ἐκεί‐] νης τῆς γ̣υ̣[ναικὸς ... ] μωι τῶν απ̣[..... ...] τείχετο. φ[θασάντων]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δὲ ἡμῶν ἐκ̣[εῖσε ἐν τῶι] κήπωι τῆς [..... ....] κώμης ἀνε[παυσάμεθα]. ὅτε δ’ εἶδο̣ν̣ [..... ...], εἶπον τῆι γυν̣[αικὶ ἐκεί‐]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νηι· “ἄν(θρωπ)οι ξένοι [ἡμᾶς ἤ‐] ροντο καὶ λόγ[ους ποιή‐] σονται περὶ θ(εο)ῦ [διαφό‐] ρους καὶ νέους̣. [.....] δὲ̣ [τυγ]χάνουσ̣[ιν ....]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ου[..... .].‘. [— — —].”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συν[]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καὶ ε.[] ἀγγε[λ— — —]</w:t>
      </w:r>
    </w:p>
    <w:p>
      <w:r>
        <w:rPr>
          <w:rFonts w:ascii="Courier New" w:hAnsi="Courier New"/>
          <w:color w:val="555555"/>
          <w:sz w:val="20"/>
        </w:rPr>
        <w:t>[118]</w:t>
      </w:r>
    </w:p>
    <w:p>
      <w:r>
        <w:rPr>
          <w:rFonts w:ascii="Gentium Plus" w:hAnsi="Gentium Plus"/>
          <w:sz w:val="24"/>
        </w:rPr>
        <w:t>.....] τ̣[..... .] [..... ...].. πάντες [..... .].α. παρασφαλ‐ [..... ...] α̣ὐτῶν τὰ με‐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 ἡ δ’ ἐθ]αύμαζεν ἐν [τῆι ἐμῆι σ]οφίαι, ἥτις ου‐ [..... ...] αὐτῆι. [ὁμοίως δὲ] καὶ Παττίκιος [.... ἐθ]α̣ύμαζεν· οὐδέ‐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[ποτε γ]ὰρ ἀκηκόει ἐξ ἐ̣‐ [μοῦ] τ̣ὸν διάλογον τοῦ‐ [τον. κ]αὶ κατὰ τὴν φρό‐ [νησιν] ἔλεγεν· “ὁπηνί‐ [κα τὴν] διδασκ[αλία]ν̣ ταύ‐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[την ἤκ]ο̣υ̣σ̣α̣, [ἐκινήθη]ν. — — —.”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[τ]απειν̣ῆ̣ς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[119 (5)]</w:t>
      </w:r>
    </w:p>
    <w:p>
      <w:r>
        <w:rPr>
          <w:rFonts w:ascii="Gentium Plus" w:hAnsi="Gentium Plus"/>
          <w:sz w:val="24"/>
        </w:rPr>
        <w:t>[..]ν ἔβλε̣[ψαν ὀπτασίαν ἐ]ν εἰκόνι ἀν(θρώπ)ου [ὡσεὶ ἄγ‐] γελον θ(εο)ῦ ὡς κ̣[αὶ πάντας] αὐτοὺς κιν[ηθῆναι ἐ‐] φ’ ὧι εἶδο̣ν. [μετὰ δὲ ταῦ‐]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τα ἀπεκρύβ̣η̣ ἀ̣π̣[‘ αὐτῶν] ἐκείνη ἡ ὀπτασία [τοῦ] ἀ̣[ν(θρώπ)]ου καὶ ὡσεὶ .[....] ε.[.. ]πομην. ὁ̣ [.....] ος δ[ὲ] μ̣έχρις ο̣[ὗ .....]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τη. [ — — —.]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[120 (4)]</w:t>
      </w:r>
    </w:p>
    <w:p>
      <w:r>
        <w:rPr>
          <w:rFonts w:ascii="Gentium Plus" w:hAnsi="Gentium Plus"/>
          <w:sz w:val="24"/>
        </w:rPr>
        <w:t>”— — —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 ἀποκαλύ]ψαι μο̣[ι ταῦ‐] [τα. καὶ ἐκ] θ̣ελήματο̣[ς] [θ(εο)ῦ ἐγίγν]ωσκον, τίς ἐ‐ [στιν τὸ πα]ρὰ σοί.” ὁμοίως [δὲ κἀκεί]νη ἡ γυνὴ στᾶ‐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[σα ἔμ]π̣ροσθέν μου προσ‐ [εκύ]ν̣ησεν λέγουσα· “εὐ̣‐ [χαρισ]τῶ τῶι θ(ε)ῶι ὃ[ς τ]ὴ̣ν [..... .]ο̣υ πεποί[ηκ]εν. [ἦλθες δ’ ἐ]ν̣ταῦθα, [ἵν]α ἴδω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[τὸ μέγεθος τῆς θ](εο)ῦ δυ‐ [νάμεως.] ” — — — [Break in Text (point at which text breaks off for an unknown length)]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— — — ἀλλ’ ε̣[..... ..... 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παραμ[..... .. οὐκ ἔ‐] μεινα. ἐκ̣ δ̣[ὲ τῆς χώρας] τῶν Μήδων [ εἰς τοὺς ἐν] Γουναζὰκ ἀδ̣[ελφοὺς] ἐπορεύθην. λί̣[θος δ’ ἐκεῖ]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ὑπῆρχεν καττ[ιτέ‐] ρου. ὁπηνίκ[α δὲ εἰς] Γαναζὰκ τὴν π̣[όλιν ἐ‐] φθάσαμεν, οἱ σὺ[ν τοῖς ἀ‐] δελφοῖς μερ[ιμνῶντες]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περὶ τῆς .[.].[..... ..] δει..α̣[..... ..... ..] ...[—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[122 (2)]</w:t>
      </w:r>
    </w:p>
    <w:p>
      <w:r>
        <w:rPr>
          <w:rFonts w:ascii="Gentium Plus" w:hAnsi="Gentium Plus"/>
          <w:sz w:val="24"/>
        </w:rPr>
        <w:t>[..... ..... ..]το σχη‐ [..... ..... ...]τ̣ων· [..... ..... ..] “τίς εἶ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[ἢ τίνα δύναμιν ἔ]χεις;” ἔ‐ [φην δὲ πρὸς] α̣ὐτόν του‐ [...· “ἰατρ]ὸ̣ς τυγχάνω.” [καὶ ἀπεκρ]ί̣θη μοι· [“εἰ συγγ]ινώσκεις, δεῦ‐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[ρο εἰς τ]ὸν οἶκόν μου. ἡ [γὰρ θυ]γάτηρ μου ὑπὸ [νόσου ῥ]ιπτάζεται.” ἐπο‐ [ρεύθη]ν̣ δὲ σὺν αὐτῶι [καὶ εὗρο]ν τὴν παῖδα πα‐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[ραπεπληγμ]έ̣νην καὶ [..... ..... .]ην ὑπὸ [νόσου ..... .....] ε̣π̣ι̣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[123]</w:t>
      </w:r>
    </w:p>
    <w:p>
      <w:r>
        <w:rPr>
          <w:rFonts w:ascii="Gentium Plus" w:hAnsi="Gentium Plus"/>
          <w:sz w:val="24"/>
        </w:rPr>
        <w:t>... καὶ [προσέπεσεν] πρόσθεν [μου παρόντων] καὶ ἄλλω[ν ....... ἀν‐] δρῶν. ἔφ[η δέ· “αἴτησαί με],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εἴ τι βούλει.” ἐ̣[γὼ τοίνυν] ἔφην πρὸς α[ὐτόν· “οὐδὲν] τῶν κτημά[των τῶν ἐκ χρυ‐] σοῦ τε καὶ ἀργ̣[ύρου δέο‐] μαι.” μόνην δὲ τ̣[ὴν τρο‐]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φὴν τὴν ἡμερ̣[ινὴν ὑπὲρ] τῶν ἀδελφῶν [τῶν σὺ‐] ν ἐμοὶ ἐδεξάμ[ην πα‐] ρ’ αὐτοῦ.</w:t>
      </w:r>
    </w:p>
    <w:p>
      <w:pPr>
        <w:jc w:val="center"/>
      </w:pPr>
      <w:r>
        <w:rPr>
          <w:rFonts w:ascii="Gentium Plus" w:hAnsi="Gentium Plus"/>
          <w:b/>
          <w:sz w:val="24"/>
        </w:rPr>
        <w:t>Τε̣ι̣[μόθεος]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Καὶ̣ π̣[άλιν εἶπεν ὁ κ(ύριό)ς] μου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[124]</w:t>
      </w:r>
    </w:p>
    <w:p>
      <w:r>
        <w:rPr>
          <w:rFonts w:ascii="Gentium Plus" w:hAnsi="Gentium Plus"/>
          <w:sz w:val="24"/>
        </w:rPr>
        <w:t>[..... ... ἔ]φη· “εἰ̣ς̣ τ̣ὴ̣[ν γένναν σου] καθ’ ἣν ἐγεν‐ [νήθης τὸ σῶ‐] μα, εἰς αὐτὴν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[σκόπει καὶ] τὴν ἀλήθει‐ [αν ἥν σο]ι̣ εὐαγγελισά‐ [μην. καὶ ο]ὕτως ἐκ τῆς [ἐντολῆς] σου ἀποσταλή‐ [σονται] πρεσβευταὶ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[ἀπόστο]λοι εἰς πάντα τό‐ [πον, κ]αὶ κηρυχθήσεται [ὑπ’ αὐτ]ῶν ἡ ἐλπὶς αὕτη [καὶ τὸ] κ̣ηρύκιον τῆς εἰ‐ [ρήνης ε]ἰς πᾶσαν πόλιν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[εἰς ἣν βο]ύ̣λει πορευθῆ‐ [ναι].”</w:t>
      </w:r>
    </w:p>
    <w:p>
      <w:pPr>
        <w:jc w:val="center"/>
      </w:pPr>
      <w:r>
        <w:rPr>
          <w:rFonts w:ascii="Gentium Plus" w:hAnsi="Gentium Plus"/>
          <w:b/>
          <w:sz w:val="24"/>
        </w:rPr>
        <w:t>[]τ[]</w:t>
      </w:r>
    </w:p>
    <w:p>
      <w:r>
        <w:rPr>
          <w:rFonts w:ascii="Courier New" w:hAnsi="Courier New"/>
          <w:color w:val="555555"/>
          <w:sz w:val="20"/>
        </w:rPr>
        <w:t>[125]</w:t>
      </w:r>
    </w:p>
    <w:p>
      <w:r>
        <w:rPr>
          <w:rFonts w:ascii="Gentium Plus" w:hAnsi="Gentium Plus"/>
          <w:sz w:val="24"/>
        </w:rPr>
        <w:t>[..]...υ̣.[..... .....] καθ̣’ ἃ με .[..... ..... .] σιν̣ παρ.[..... .....] ο̣ς̣. περιπ̣[ατούντων]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δὲ ἡμῶν ε.[..... .. ἐν] μέσωι τῶν ὀρέ̣[ων Πατ‐] τικίου συνόντ̣[ος μοι ἐ‐] ξαίφνης ἄνεμ̣[ος ἔπνευ‐] σεν ὡς καται̣γι[σθῆναι]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τὴν ἄμμον κα[ὶ ἡμῖν] ἐκταράξαι τὸν [νοῦν]. ἐγὼ δὲ ἔμπροσθ[εν Πατ‐] τικίου περιε.[.....]. τότε παρέ̣σ̣[τη μοι ἐκεῖ‐]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νος ὁ ἐνδο[ξότατός μου] σύζυγος [ἐνδυναμῶν] με κ[αὶ παραθαρσύνων]. Τ̣ό̣τ̣[ε 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[126]</w:t>
      </w:r>
    </w:p>
    <w:p>
      <w:r>
        <w:rPr>
          <w:rFonts w:ascii="Gentium Plus" w:hAnsi="Gentium Plus"/>
          <w:sz w:val="24"/>
        </w:rPr>
        <w:t>[.....] ....ν.[.].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 ὁ δι]δάσκαλος</w:t>
      </w:r>
    </w:p>
    <w:p>
      <w:pPr>
        <w:jc w:val="center"/>
      </w:pPr>
      <w:r>
        <w:rPr>
          <w:rFonts w:ascii="Gentium Plus" w:hAnsi="Gentium Plus"/>
          <w:b/>
          <w:sz w:val="24"/>
        </w:rPr>
        <w:t>[καὶ Ν.Ν. ὁ] ἐπίσκοπος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[τότε τοί]ν̣υν μετεωρίσας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[με ...]ς ὁ μακαριώτα‐ [τός τε] κ̣αὶ φωτεινὸς [ἀπεκό]μισεν εἰς ἀπορ‐ [ρήτου]ς τόπους οἳ λελή‐ [θασιν] τούσδε τοὺς τό‐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[πους τ]ῶ̣ν ἀν(θρώπ)ων καθ’ οὓς [διάγομ]ε̣ν̣. ὑπέδειξεν [δέ μοι πάν]τα τὰ ἐκεῖσε. [ἐθεασάμη]ν δὲ ἐν αὐ‐ [τοῖς ὄρη ὑπε]ρμεγέθη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[καὶ ..... ...].ους γεί‐ [τονας ..... .....]..ν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[127 (2)]</w:t>
      </w:r>
    </w:p>
    <w:p>
      <w:r>
        <w:rPr>
          <w:rFonts w:ascii="Gentium Plus" w:hAnsi="Gentium Plus"/>
          <w:sz w:val="24"/>
        </w:rPr>
        <w:t>να καὶ ἀνόμοια [τοῖς] ἐν ταύταις ταῖς [χώραις]. ὑπῆρχον δὲ καὶ [.... με‐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ταξὺ αὐτῶν κα̣[ὶ τῶν] ὑδάτων ἡδυτ[άτων καὶ] γλυκερῶν. ἀν̣[ήνεγκεν] δέ με εἰς ὄρος τ̣ὸ̣ [ὑψηλό‐] τατον, ἐφ’ οὗ εἶδ[ον ἄν(θρωπ)ον]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οὗ αἱ τρίχες τοῦ [σώμα‐] τος πηχυαῖαι καὶ̣ [δασεῖ‐] αι ὑπῆρχον κομ[ηθεῖ‐] σαι κατὰ πλοκ[άμους πλο‐] κάμους κα[..... ....].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ὁπηνίκα δ[ὲ ..... ....] ἕνα τῶν [..... ..... .] του.[..... ..... ...]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[128]</w:t>
      </w:r>
    </w:p>
    <w:p>
      <w:r>
        <w:rPr>
          <w:rFonts w:ascii="Gentium Plus" w:hAnsi="Gentium Plus"/>
          <w:sz w:val="24"/>
        </w:rPr>
        <w:t>[”..... ..... .].ε̣..α̣[.] [.....]..ε̣ι̣. ὁμίλησον [δέ μοι] τὰ τῆς γνώσεως· [τούτου] γὰρ χάριν ἐνταῦ‐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[θα ἀνῆ]λ̣θες.” ἐγὼ δὲ ὡ‐ [μίλησ]α̣ αὐτῶι ἐν τῶι [.....]ωι ὡς καὶ ἀνατεῖ‐ [λαι τὴν σ]οφίαν ἐν αὐτῷ. [ἐκήρυ]ξα δὲ αὐτῶι τὴν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[ἀνάπα]υσιν καὶ τὰς ἐντο‐ [λὰς κα]ὶ τὴν εἰς τοὺς φω‐ [στῆρα]ς προσκύνησιν. [πάλιν δ]ὲ̣ εἶπον αὐτῶι· [“ἡ τρίχωσι]ς̣ τοῦ σώματός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[σου ἡ παρηλλ]α̣γμένη πα‐ [ρὰ πάντας ἀ]ν̣(θρώπ)ο̣υς πῶς γε‐ [γένηται; ....] εἰς τὸν — — —.”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[129]</w:t>
      </w:r>
    </w:p>
    <w:p>
      <w:r>
        <w:rPr>
          <w:rFonts w:ascii="Gentium Plus" w:hAnsi="Gentium Plus"/>
          <w:sz w:val="24"/>
        </w:rPr>
        <w:t>”[.] ...[..... ..... ...] μου δένδρ[..... ...] καὶ ἐκ τῶν ἀρ̣[ίστων καρ‐] πῶν μετέλαβο[ν, καὶ ἐ‐]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ξ ἐκείνου τοῦ χρ[όνου] αὕτη ἡ θρὶξ γε̣[γένηται] ἐπὶ τοῦ σώματ[ός μου.”] ἐμοῦ δὲ ἔτι ἑστῶ[τος ἡρ‐] πάγη ἀπ’ ἔμπρο[σθέν μου]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εἰς ἐκεῖνον [τὸν τό‐] πον, ἔνθα εἶδ[ον .....] τοὺς ἀν(θρώπ)ους, ε̣ἰ̣[σεπο‐] ρεύθη· κ[αὶ τῆς ἐλπίδος] κῆρυξ γέγ̣[ονεν ἐν ἐ‐]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κείνῳ τῶ[ι τόπωι καὶ] ἔδε̣[ιξεν τοῖς ἀν(θρώπ)οις τὴν] σοφ[ίαν — — —.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[130]</w:t>
      </w:r>
    </w:p>
    <w:p>
      <w:r>
        <w:rPr>
          <w:rFonts w:ascii="Gentium Plus" w:hAnsi="Gentium Plus"/>
          <w:sz w:val="24"/>
        </w:rPr>
        <w:t>[..... ..... .].[.]. ἐ̣π̣ο̣‐ [ρεύθην ε]ἰ̣ς̣ τόπον τι‐ [νὰ λεληθ]ότα καὶ ἀπεσχοι‐ [νισμέ]νον τῶν πόλεων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[ἐκείν]ων. ὁμοίως δὲ [καὶ ἐν α]ὐ̣τῶι πλῆθος ἀν(θρώπ)ων [ἐτύγχα]νεν καὶ πόλεις [πολλαί]. αὐτίκα δὲ φθά‐ [σαντός] μου εἰς ἐκεῖνον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[τὸν τό]πον ὁ ἡμερινὸς [φωστ]ὴ̣ρ ἀνέσχεν καὶ ὁ [βασιλε]ὺ̣ς̣ τῆς χώρας ἐ‐ [κείνης ἐπὶ κ]υ̣νήγιον [ἐξῆλθεν.] τότε τοί‐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[νυν ὁ ἐνδο]ξ̣ότατος ἡ‐ [γεμών μου ὁ σύζυγος] ὁ ἀ‐ [σφαλέστατος παρ]έστη [μοι καὶ εἶπεν πρὸς ἐ]μ̣έ·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[131]</w:t>
      </w:r>
    </w:p>
    <w:p>
      <w:r>
        <w:rPr>
          <w:rFonts w:ascii="Gentium Plus" w:hAnsi="Gentium Plus"/>
          <w:sz w:val="24"/>
        </w:rPr>
        <w:t>..... . [.... οὐ πόρρω] δὲ τοῦ βασιλ[έως καὶ τῶν] μεγιστάνων [αὐτοῦ ..]. ἰδόντες δέ με̣ [ὁ βασιλεὺς]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καὶ οἱ μεγιστᾶ[νες αὐτοῦ] ἐν κινήσει κα[ὶ θαύμα‐] τι ἐγένοντο. . [..... .] δέ μοι ὡς ἐκτ[..... ..] πρὸς αὐτοὺς αφ̣[.....].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ἐμοῦ δὲ πλησίο̣[ν αὐτῶν] προσεγγίσαν[τος ὁ βασι‐] λεὺς καὶ οἱ μ[εγιστᾶνες] αὐτοῦ τῶν [ὀχημάτων] κατῄεσα̣ν̣. [ἔμπροσθεν]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δ’ αὐτοῦ [στὰς προσε‐] κύνη̣[σα ..... ..... .] εσ[..... .....]. ε[—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[132]</w:t>
      </w:r>
    </w:p>
    <w:p>
      <w:r>
        <w:rPr>
          <w:rFonts w:ascii="Gentium Plus" w:hAnsi="Gentium Plus"/>
          <w:sz w:val="24"/>
        </w:rPr>
        <w:t>[..... ...]...ρ̣.... [..... ..] .ην αὐτῶι. ἐ‐ [ξεῖπο]ν δὲ πρόσθεν [αὐτοῦ τ]ὴν σοφίαν καὶ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[τὰς ἐν]τολὰς καὶ ὑπέ‐ [δειξα α]ὐτῶι πᾶν πρᾶγμα. [καὶ οὐκ ὀλ]ίγας ἡμέρας ἃς [ἐκεῖσε δ]ιέτριψα ἔμπρο‐ [σθεν ἐμο]ῦ ἐκαθέζετο αὐ‐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[τὸς σὺν] τοῖς μεγιστᾶ‐ [σιν αὐτ]οῦ. ἐξέφηνα [δὲ αὐτοῖς] τὴν διάστασιν [τῶν δύο] φ̣ύσεων [καὶ τὰ περὶ ἀρχ]ῆς καὶ με‐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[σότητος καὶ] τέλους [..... ..... ..]ειν τοὺς [— — —.]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[133]</w:t>
      </w:r>
    </w:p>
    <w:p>
      <w:r>
        <w:rPr>
          <w:rFonts w:ascii="Gentium Plus" w:hAnsi="Gentium Plus"/>
          <w:sz w:val="24"/>
        </w:rPr>
        <w:t>φον εἶχε̣[..... .. καὶ] προσεδέξα[το πάν‐] τα ἃ ἤκουσε̣ [.... παρ’ ἐ‐] μοῦ. με[τὰ δὲ τὸ πλη‐]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ρῶσαι ἐν ἐμο[ὶ τὸ δε‐] δοξασμένο[ν αὐτοῦ] ἔργον ἐξαίφ[νης καθε‐] ζομένου το̣[ῦ βασιλέ‐] ως καὶ τῶν με̣[γιστά‐]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νων πρόσθεν α[ὐτοῦ ὑπαρ‐] χόντων πα[ρέστη μοι] ὁ ἐνδοξότα[τος οὗτος κα‐] ταπτὰ[ς καὶ .... πρὸς] ἐμὲ τ . [..... ..... ..].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ὁ δὲ βασ̣[ιλεὺς καὶ οἱ] μεγ[ιστᾶνες αὐτοῦ ..] μ[—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[134 (2)]</w:t>
      </w:r>
    </w:p>
    <w:p>
      <w:r>
        <w:rPr>
          <w:rFonts w:ascii="Gentium Plus" w:hAnsi="Gentium Plus"/>
          <w:sz w:val="24"/>
        </w:rPr>
        <w:t>[καὶ τότε ὁ β]α̣σιλεὺς ἐν τῆι [σοφίαι ἐ]κ̣ραταιώθη καὶ [ἐν τῆι γν]ώσει καὶ τῆι πί‐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[στει κα]τ̣εφυτεύθη. ὁ[μοίως δ]ὲ καὶ οἱ μεγιστᾶ‐ [νες αὐτο]ῦ τῇ πίστει ἐ‐ [πληρώθ]ησαν. καὶ ὁ βα‐ [σιλεὺ]ς̣ ἃς εἶπον αὐτῶι [ἐντολὰς] προσεδέξατο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[ἐν εὐφρο]σύνηι καὶ κα‐ [τὰ τὴν αὐ]το̣ῦ̣ βασιλεί‐ [αν σαφηνίσα]ι̣ καὶ κη[ρύξαι ἐκέλευσε]ν̣. κατε‐ [..... ..... ..] τόπον [..... ..... . το]ῦ̣το καὶ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..... .... μ]ετὰ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[135 (2)]</w:t>
      </w:r>
    </w:p>
    <w:p>
      <w:r>
        <w:rPr>
          <w:rFonts w:ascii="Gentium Plus" w:hAnsi="Gentium Plus"/>
          <w:sz w:val="24"/>
        </w:rPr>
        <w:t>ον καὶ π̣ι̣[στ..... ...] καὶ ἐκ τοῦ χρόν̣[ου ἐκεί‐] νου ἀπεστάλη αὕ̣[τη ἡ ὁ‐]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σιότης εἰς ἐκε[ῖνον τὸν] τόπον. τότ[ε ὁ ἐνδοξό‐] τατος ἤγαγέ̣[ν με εἰς ἐ‐] κεῖνον τὸν τ[όπον, ἔν‐] θα ἐχώρισέν μ[ε Παττικί‐]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ου. ἰδὼν δέ μ[ε ἐχάρη] πάνυ καὶ κα̣[τεφίλη‐] σεν καὶ̣ ε̣[ἶπεν πρὸς ἐμέ]· “ποῦ ἐπορ[εύθης ... κα‐] τὰ μόν[ας ..... ....]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ψας. θ̣[..... ..... .. ] ὁ πο.[— — —.”]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[136 (2)]</w:t>
      </w:r>
    </w:p>
    <w:p>
      <w:r>
        <w:rPr>
          <w:rFonts w:ascii="Gentium Plus" w:hAnsi="Gentium Plus"/>
          <w:sz w:val="24"/>
        </w:rPr>
        <w:t>”[τοῖς ἐμοῖς] γ̣ὰρ ὀφθαλ‐ [μοῖς] ἐ̣θ̣ε̣ασάμην τὴν [ἐνέργ]ε̣ιαν τῆς δυνά‐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[μεως] αὐ̣τοῦ τὴν παρὰ [θέας ὅσ]α̣ς τῆι συνηθεί‐ [αι μου ἐκ]〈δ〉έχομαι. διὸ καὶ [..... .].” καὶ ὁ δεσπότης [μου εἶπε]ν̣ πρὸς αὐτόν· “ἐ‐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..]. ἴδιος τυγχά‐ [ν......” ..].. ἀπήγαγεν [αὐτὸν εἰς ἀν]ωτάτους [τόπους καὶ ἔφη]· “ἔ̣πραξα [ταῦτα κατὰ τὴν] βούλη‐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[σιν τοῦ π(ατ)ρ(ό)ς σου]· κ̣αὶ αὐτὸς [ἀπέστειλέν μ]ε̣ πρός σε.”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[137 (2)]</w:t>
      </w:r>
    </w:p>
    <w:p>
      <w:r>
        <w:rPr>
          <w:rFonts w:ascii="Gentium Plus" w:hAnsi="Gentium Plus"/>
          <w:sz w:val="24"/>
        </w:rPr>
        <w:t>μεν λα[..... ..... ..] μέχρι ...[.... ἦλθον] δὲ εἰς κώμη[ν τινὰ κα‐]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λουμένην Σ̣.[..... ..] καὶ εἰσέβην ε[ἰς τὴν συ‐] ναγωγὴν τῶ[ν ..... ..] ων τῶν κακ̣[..... ....] τῆς ἀληθεία̣ς. [καὶ ὁ ἀρ‐]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χηγὸς τῆς αἱ̣ρ̣[έσεως ἔ‐] πος ἔλεγε̣ν̣ [πρὸς ἐμέ̣· “ἡ] δὲ ἀκρίβε̣[ια τῆς διδα‐] σκαλίας̣ [ἡμῶν τῶν πα‐] τέρων [..... ..... 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σίαν ἐφ̣[..... ..... .] της .[..... ..... ...] θου [— — —”]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[138 (2)]</w:t>
      </w:r>
    </w:p>
    <w:p>
      <w:r>
        <w:rPr>
          <w:rFonts w:ascii="Gentium Plus" w:hAnsi="Gentium Plus"/>
          <w:sz w:val="24"/>
        </w:rPr>
        <w:t>[..... ... διά]λ̣ο̣γον ἐ‐ [ποίησεν π]ρὸς ἐμὲ ἔμ‐ [προσθεν] ἀνδρῶν τοῦ αὐ‐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[τοῦ δόγ]ματος. ἐν πᾶσι [δὲ ἡττ]ή̣θη καὶ γέλω‐ [τα ὤφλ]ησεν ὡς καὶ [φθόνου] κ̣αὶ κακίας πλη‐ [σθῆναι]. καὶ κατὰ τὴν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[μαγείαν] καθεσθεὶς ἐπε‐ [λάλησεν] ἐπῳδὰς τῶν [..... .. αὐ]τοῦ ὧνπερ [..... ..... .] ἐπᾴδον‐ [τ..... .....] καὶ πλη‐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..... ...] ἐπῳδὴν [ ..... ..... ...] π̣ροσ‐ [..... ..... ... εἶ]πεν· [”..... ..... .....]. σ̣ου‐ [— — —.”]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[139]</w:t>
      </w:r>
    </w:p>
    <w:p>
      <w:r>
        <w:rPr>
          <w:rFonts w:ascii="Gentium Plus" w:hAnsi="Gentium Plus"/>
          <w:sz w:val="24"/>
        </w:rPr>
        <w:t>[”..... ..... ..... . ὅ‐] πως..[ ..... ..... ..] ὁ Παττίκιο̣[ς ..... ...] ὑγιαίνει.” κα̣[ὶ ταῦτα]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οὕτως ἐπελ[άλησεν ἐ‐] πάιδων διὰ [..... ...] κακίας ὡς κ[αὶ τὸ βού‐] λημα αὐτοῦ [καταργη‐] θῆναι. ὅσῳ γὰ[ρ ἐχρήσατο]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αὐτὸς τοῖς ἐ̣[πῳδίοις] λόγοις, ὁ δεσ̣[πότης μου] ἀνέλυσεν̣ [αὐτοῦ τὴν] κακίαν. [καὶ παραυ‐] τὰ κατα̣[πτὰς ὤφθη ἐκεῖ‐]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νος ὁ ἀ[σφαλέστατός] μου [σύζυγος ..... ..] τα[..... ..... .....] α [— — —.]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[140 (2)]</w:t>
      </w:r>
    </w:p>
    <w:p>
      <w:r>
        <w:rPr>
          <w:rFonts w:ascii="Gentium Plus" w:hAnsi="Gentium Plus"/>
          <w:sz w:val="24"/>
        </w:rPr>
        <w:t>[..... ..... ..]. ἐν κώ‐ [μηι ..].σου ανεκτη‐ [..] εἰς Φαρὰτ’ τὴν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[πό]λ̣ιν πλησίον τῆς [νήσ]ου τῶν Μαϊσα‐ [νῶν].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 ὁ διδάσκαλος, Ἀνᾶ</w:t>
      </w:r>
    </w:p>
    <w:p>
      <w:pPr>
        <w:jc w:val="center"/>
      </w:pPr>
      <w:r>
        <w:rPr>
          <w:rFonts w:ascii="Gentium Plus" w:hAnsi="Gentium Plus"/>
          <w:b/>
          <w:sz w:val="24"/>
        </w:rPr>
        <w:t>[ὁ ἀδελ]φὸς Ζαχέου τοῦ μα‐</w:t>
      </w:r>
    </w:p>
    <w:p>
      <w:pPr>
        <w:jc w:val="center"/>
      </w:pPr>
      <w:r>
        <w:rPr>
          <w:rFonts w:ascii="Gentium Plus" w:hAnsi="Gentium Plus"/>
          <w:b/>
          <w:sz w:val="24"/>
        </w:rPr>
        <w:t>θη]τοῦ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[ὁπηνίκα ὁ] κ̣(ύριό)ς̣ μου καὶ [Παττίκιος ὁ] οἰκοδεσπό‐ [της εἰς Φαρὰτ]’ ἐληλύθα‐ [σιν, ὡμίλησεν] ἐν τῆι ἐκ‐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[κλησίαι τῶν βα]π̣τιστῶν [..... ..... .....].ι</w:t>
      </w:r>
    </w:p>
    <w:p>
      <w:r>
        <w:rPr>
          <w:rFonts w:ascii="Courier New" w:hAnsi="Courier New"/>
          <w:color w:val="555555"/>
          <w:sz w:val="20"/>
        </w:rPr>
        <w:t>[141]</w:t>
      </w:r>
    </w:p>
    <w:p>
      <w:r>
        <w:rPr>
          <w:rFonts w:ascii="Gentium Plus" w:hAnsi="Gentium Plus"/>
          <w:sz w:val="24"/>
        </w:rPr>
        <w:t>[”..... ..... τὴν βασι‐] λείαν̣ [αὐτοῦ καὶ δύνα‐] μιν.” ἡμεῖς̣ [δὲ πάνυ ἐ‐] θαυμάσαμε[ν αὐτὸν ἐκ‐]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πληττόμεν̣[οι ἐπὶ τοῖς] αὐτοῦ ῥήμα[σιν. ἐπι‐] στάσης δὲ τῆ[ς ὥρας τῆς] εὐχῆς εἴπαμ[εν πρὸς] Παττίκιον· [“εὐξώμεθα]·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 γὰρ πρόστα[γμα θ(εο)ῦ] εἰς τὴν εὐ̣[χὴν καλεῖ τὸν] κ(ύριό)ν μου [καὶ ἡμᾶς ...... ”] ἐδεήθη̣ [δὲ Παττίκιος ἡ‐] μῶν . [..... ..... ...]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την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[142 (2)]</w:t>
      </w:r>
    </w:p>
    <w:p>
      <w:r>
        <w:rPr>
          <w:rFonts w:ascii="Gentium Plus" w:hAnsi="Gentium Plus"/>
          <w:sz w:val="24"/>
        </w:rPr>
        <w:t>[..... ...] ...ο̣μενος [ ..... ... εὔ]χ̣ηι ἐν διαφο‐ [ρᾶι πρὸς] ἡ̣μᾶς. πάλιν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[δὲ καὶ κατ]ὰ τὴν ὥραν [..... .].ς τῆς νηστεί‐ [ας ..... .]ου ἐκβὰς εὐσέ‐ [βειας ἔξ]ω̣ οἴκων ᾔτει. [..... ... ο]ὐκ ἔστησε αυ‐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....]ης. ἐγὼ δ’ ἔ‐ [φην πρὸς α]ὐτόν· “διὰ [τί τῆς τραπέζης] τ̣ῆς ἡμε‐ [τέρας οὐ μετ]είληφας;”] [..... .....]τητι ἀπε‐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..... ....]σ̣εν.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[143 (2)]</w:t>
      </w:r>
    </w:p>
    <w:p>
      <w:r>
        <w:rPr>
          <w:rFonts w:ascii="Gentium Plus" w:hAnsi="Gentium Plus"/>
          <w:sz w:val="24"/>
        </w:rPr>
        <w:t>τοῦτο̣ .[...... ”... τῶι] υἱῶι σου ου[.... τοῖς] πρεσβυτέρο̣[ις καὶ διδα‐]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σκάλοις πάρ[εστι. καὶ ἐν] αὐτῶι ἐθεώ[ρησα πρόσ‐] θεν μὲν ὅτι̣ [σὺν πάσηι] τῆι σοφίαι κ̣[αὶ εὐμηχανί‐] αι καὶ σαφην̣[είαι τῶν]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βίβλων ἦν μ[άρτυς πρὸς ἡ‐] μᾶς. δ[..... ...] δὲ ὅτι εισ[..... ....] εν, διαφ[ορ..... ....] τῶν ἡ[μετέρων διδα‐]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σκάλω̣[ν— — —. ” — — —.]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 (ut videtur)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[144 (3)]</w:t>
      </w:r>
    </w:p>
    <w:p>
      <w:r>
        <w:rPr>
          <w:rFonts w:ascii="Gentium Plus" w:hAnsi="Gentium Plus"/>
          <w:sz w:val="24"/>
        </w:rPr>
        <w:t>[..... ..].ο̣ν. ἦν δ̣ὲ [..... . ἐ]ν Φαρὰτ’ Ὠγ‐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 τὸ ὄν]ομα, ἄν(θρωπ)ος ἐπί‐ [σημος ἐ]πὶ τῆι αὐτοῦ [δυνάμει] κ̣αὶ ἐξουσίαι ων [..... ..].γ̣. ἀνδρῶν. [εἶδον δὲ] τ̣οὺς ἐμπόρους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[ὡς ἐπὶ τῶν] πλοίων εἰς Πέρ‐ [σας καὶ ε]ἰ̣ς Ἴνδους πε‐ [ριπλεύσο]ν̣τες ἐσφρά‐ [γισαν τὰ ὤνι]α̣ αὐτοῦ οὐ‐ [κ αἴροντες ἕ]ω̣ς ἀνῄει.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[..... ..... .]τως Ὠγ‐ [..... ..... .]μ̣ένου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[145 (2)]</w:t>
      </w:r>
    </w:p>
    <w:p>
      <w:r>
        <w:rPr>
          <w:rFonts w:ascii="Gentium Plus" w:hAnsi="Gentium Plus"/>
          <w:sz w:val="24"/>
        </w:rPr>
        <w:t>.ο̣ς ες..[..... .....] αὐτὸν ε..[..... ....] ηι σοι. τ̣ό̣[τε ἔφη πρὸς]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ἐμέ· “βούλ[ομαι ἀνιέναι] εἰς σκάφο[ς καὶ πορευ‐] θῆναι εἰς Ἰ[νδούς, ἵνα] δέξω̣μα̣[ι ..... .....] ἐπὰν οὑτ[..... .....].”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ἔφην δὲ [πρὸς αὐτόν]· “ἐγὼ σὲ ἀπ[ ..... ..... ] σθαν[.].[..... ..... .] δια.[..... ..... ...] αὐτ̣[— — —.”] — — — [Break in Text (point at which text breaks off for an unknown length)]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 (ut videtur)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[..... ......]..[.]χ̣ρη‐ [..... ...].. ἔπεισεν [..... ....].κιον καὶ [..... ....] ἐμαυτὸν καὶ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 . ἠνέ]γ̣κατο καὶ [..... .. εἰς] τ̣ὴν Ἀρμε‐ [νίας πόλιν .].ι̣σθαρ. καὶ [ἐκεῖθεν δ]ὲ̣ παρεγένε‐ [το εἰς Περ]σίδα πρὸς ἡ‐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[μᾶς. .....].ς δ’ ἔφη μεν‐ [.....· ”...]α̣ τί̣νι κατε‐ [..... ...]..[.]. δεσπό‐ [τ— — —.”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π(ατέ)ρα</w:t>
      </w:r>
    </w:p>
    <w:p>
      <w:r>
        <w:rPr>
          <w:rFonts w:ascii="Courier New" w:hAnsi="Courier New"/>
          <w:color w:val="555555"/>
          <w:sz w:val="20"/>
        </w:rPr>
        <w:t>[147 (2)]</w:t>
      </w:r>
    </w:p>
    <w:p>
      <w:r>
        <w:rPr>
          <w:rFonts w:ascii="Gentium Plus" w:hAnsi="Gentium Plus"/>
          <w:sz w:val="24"/>
        </w:rPr>
        <w:t>ου[.].[..... ..... ...] ἔχει̣γυ[..... ..... .] γὰρ τὰ μ[..... ..... 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εθε̣μ.[..... ..... ..] συνειλ̣[ηφ ..... ....] εἶπεν· ”.[..... ..... .] λον αὐτ̣[..... ..... .] πάλιν [..... ..... 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αυτα κ[.....·” ..... ..] εἶπον [...... ”..... ..] παρα[..... ..... ...] ὀ̣φ.[— — —].”</w:t>
      </w:r>
    </w:p>
    <w:p>
      <w:pPr>
        <w:jc w:val="center"/>
      </w:pPr>
      <w:r>
        <w:rPr>
          <w:rFonts w:ascii="Gentium Plus" w:hAnsi="Gentium Plus"/>
          <w:b/>
          <w:sz w:val="24"/>
        </w:rPr>
        <w:t>[Ν.Ν.] (ut videtur)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..... ..... ..]. πάνυ [..... .....] τ̣ου τὴν [..... ... ἐ]ξ αὐτῆς οἱ [..... ....] α̣ὐτῆς καὶ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[.......... .] καὶ τὰ ἐ‐ [..... ....] καταπονη‐ [..... ...]. τυγχάνει. [..... ... ἀ]πολεῖται, [..... ... ἐκεί]νης πε‐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..... .] τούτου [..... ..... ...]ην πε‐ [..... ..... ...].των [..... ..... ....]μει‐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[149]</w:t>
      </w:r>
    </w:p>
    <w:p>
      <w:r>
        <w:rPr>
          <w:rFonts w:ascii="Gentium Plus" w:hAnsi="Gentium Plus"/>
          <w:sz w:val="24"/>
        </w:rPr>
        <w:t>ἐφ[..... ..... .....] κει.[..... ..... ...] ηθ̣ου δω[ ..... ..... .] ἐν αὐτῆι [..... .....]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ρίζουσι[ν ..... ...] ἄνδρες [..... ..... .] περὶ τ.[ ..... ..... .]. δίδωμι̣ [..... ..... ..] δια, ἵν’ ε̣[..... ..... 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τὴν ὑπ̣[..... ..... . ἐ‐] κε̣ίν.[..... ..... . ὁ] κ(ύριό)ς μ̣[ου 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[150 (2)]</w:t>
      </w:r>
    </w:p>
    <w:p>
      <w:r>
        <w:rPr>
          <w:rFonts w:ascii="Gentium Plus" w:hAnsi="Gentium Plus"/>
          <w:sz w:val="24"/>
        </w:rPr>
        <w:t>[..... ..... .. ἐ]δέξα‐ [το ..... ....]ματιων [..... ...]ν̣, καὶ ἀπέθε‐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[το ἐν τοῖ]ς̣ ἀγγείοις ε‐ [..... .....]εν ἡ οἰκο‐ [νομία τῆς τρ]οφῆς αὐ‐ [τῶν ..... ...]ος γινω‐ [σκ..... ..]ε̣λθόντος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 κ](υρίο)υ καὶ τῶν [..... ..... ..] σ̣ὺν αὐ‐ [τῶι ..... ....]τοσκα‐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[151]</w:t>
      </w:r>
    </w:p>
    <w:p>
      <w:r>
        <w:rPr>
          <w:rFonts w:ascii="Gentium Plus" w:hAnsi="Gentium Plus"/>
          <w:sz w:val="24"/>
        </w:rPr>
        <w:t>φω[..... ..... .....] τη ε̣α̣υ̣.[..... ..... .] σης. φει[δ..... .....] πορε̣υ.[..... ..... 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ἔγνων̣ [..... ..... ..] ταυτ̣[..... ..... ...] θρ.[..... ..... .....] τησ̣[..... ..... ....] ἐκε̣[ίνη ..... ..... ἀ‐]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γαθ̣[η..... ..... ...] φύσ̣[— — —]</w:t>
      </w:r>
    </w:p>
    <w:p>
      <w:pPr>
        <w:jc w:val="center"/>
      </w:pPr>
      <w:r>
        <w:rPr>
          <w:rFonts w:ascii="Gentium Plus" w:hAnsi="Gentium Plus"/>
          <w:b/>
          <w:sz w:val="24"/>
        </w:rPr>
        <w:t>Ν.Ν. (ut videtur)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.υ̣[..... ..... ... “ἐν] διω[γμοῖς καὶ θλίψεσιν] καὶ κιν̣[δύνοις παρε‐] στηκα[..... ..... . ὁ]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π(ατ)ὴρ ὁ ..[..... . ἐκ διω‐] γμῶ[ν.” κατὰ τοῦτον τὸν] καιρ[ὸν ..... ἐνετεί‐] λατό̣ [μοι ..... .....] λέγων̣· [”..... ..... 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τε πρ[..... ..... .δι‐] ωγ̣μ̣[— — —.”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[154 (3)]</w:t>
      </w:r>
    </w:p>
    <w:p>
      <w:r>
        <w:rPr>
          <w:rFonts w:ascii="Gentium Plus" w:hAnsi="Gentium Plus"/>
          <w:sz w:val="24"/>
        </w:rPr>
        <w:t>[..... ..... .]., αὐτὸν [..... ..... . χ]αλεπῶς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 .]όμενοι [..... ..... .]σ̣ου ἐξα‐ [..... ..... . τῆ]ς γῆς, [..... ..... ..]επτον [..... ..... .]( ) καὶ ἐν‐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..... ...]ηι γε‐ [..... ..... ..]..αιη‐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[155 (2)]</w:t>
      </w:r>
    </w:p>
    <w:p>
      <w:r>
        <w:rPr>
          <w:rFonts w:ascii="Gentium Plus" w:hAnsi="Gentium Plus"/>
          <w:sz w:val="24"/>
        </w:rPr>
        <w:t>εἰσβ.[..... .... εἰς] Κτησιφ[ῶντος ἀπὸ Κω‐] χῆς, ου.[..... ..... 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στα̣ι̣, α̣λ̣[..... ..... .] ελαμ[... τοῖς πρεσβυ‐] τέροις [..... ..... .] μένε̣ι̣[..... ..... ..] τοῦ κ(υρίο)[υ ..... ..... 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σαι.[—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[156 (3)]</w:t>
      </w:r>
    </w:p>
    <w:p>
      <w:r>
        <w:rPr>
          <w:rFonts w:ascii="Gentium Plus" w:hAnsi="Gentium Plus"/>
          <w:sz w:val="24"/>
        </w:rPr>
        <w:t>[..... ..... .] καὶ ἐκε‐ [..... ..... .]ν̣αι τὸν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 .—] ελθόν‐ [..... ..... . α]ὐτὸν καὶ [..... ... ἔ]μπροσθέν [μου· παραχρ]ῆμα δὲ ὡς [παρέστη μοι ἐ]φ̣θέγξα‐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[το πρὸς ἐμὲ κ]α̣ὶ εἶπεν· [”..... ..... ...] ἢ τίς [..... .... τυ]γχάνει. [..... ..... ...] σ̣οι α‐ [ — — —.” — — —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[157 (2)]</w:t>
      </w:r>
    </w:p>
    <w:p>
      <w:r>
        <w:rPr>
          <w:rFonts w:ascii="Gentium Plus" w:hAnsi="Gentium Plus"/>
          <w:sz w:val="24"/>
        </w:rPr>
        <w:t>οὐδ.[..... ..... ....]. τοῦτο [..... ..... κα‐] τεργά[ζ..... ..... 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τοῦτο [..... ..... ..] ται εν[..... ..... ..] παρα[..... ..... ...] καὶ ελ[..... ..... ..] πον κ[..... ..... 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νοι δ[..... ..... ...] στα[—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[158 (3)]</w:t>
      </w:r>
    </w:p>
    <w:p>
      <w:r>
        <w:rPr>
          <w:rFonts w:ascii="Gentium Plus" w:hAnsi="Gentium Plus"/>
          <w:sz w:val="24"/>
        </w:rPr>
        <w:t>[..... ... πρό]σθεν αὐ‐ [τοῦ. ἔφη δ]ὲ̣ ὁ κ(ύριό)ς μου·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[”..... .... ἐ]κείνωι τῶι [..... ..... .]ν εὗρες [..... ..... ..]ματος [..... .....]ρ̣ ἀδίκως [..... ..... ....]ματος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..... .].ε κατα‐ [..... ..... ....—] τος [..... ..... ....] ἀπελ‐ [θ..... ..... ....]μα‐ [..... ..... ..... .]”.</w:t>
      </w:r>
    </w:p>
    <w:p>
      <w:pPr>
        <w:jc w:val="center"/>
      </w:pPr>
      <w:r>
        <w:rPr>
          <w:rFonts w:ascii="Gentium Plus" w:hAnsi="Gentium Plus"/>
          <w:b/>
          <w:sz w:val="24"/>
        </w:rPr>
        <w:t>Ν.Ν. (ut videtur)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τοίνυ[ν]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[συ‐] νέδρια;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τίνε[ς]</w:t>
      </w:r>
    </w:p>
    <w:p>
      <w:r>
        <w:rPr>
          <w:rFonts w:ascii="Courier New" w:hAnsi="Courier New"/>
          <w:color w:val="555555"/>
          <w:sz w:val="20"/>
        </w:rPr>
        <w:t>[160]</w:t>
      </w:r>
    </w:p>
    <w:p>
      <w:r>
        <w:rPr>
          <w:rFonts w:ascii="Gentium Plus" w:hAnsi="Gentium Plus"/>
          <w:sz w:val="24"/>
        </w:rPr>
        <w:t>[ ]...η̣ση‐ [..... .....]σα βουλό‐ [μεθα καὶ ...]ομεθα εἰσ‐ [..... .....]. τιν̣[.] αυ‐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.....]σ̣ε ἐκ̣ τῶν [..... ..... .] κἀγὼ ἐν [..... ..... ..]ον.</w:t>
      </w:r>
    </w:p>
    <w:p>
      <w:r>
        <w:rPr>
          <w:rFonts w:ascii="Courier New" w:hAnsi="Courier New"/>
          <w:color w:val="555555"/>
          <w:sz w:val="20"/>
        </w:rPr>
        <w:t>[161 (2)]</w:t>
      </w:r>
    </w:p>
    <w:p>
      <w:r>
        <w:rPr>
          <w:rFonts w:ascii="Gentium Plus" w:hAnsi="Gentium Plus"/>
          <w:sz w:val="24"/>
        </w:rPr>
        <w:t>λευο̣ν̣[..... ..... ..] τοῦ ζη[λ..... ... καὶ] φθον̣[..... ..... ...]·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ὑπηρχ[..... ..... ...] τῆι τη̣[..... ..... ..] α ἐ̣πλη̣[ρώθη ..... .. ὕ‐] δ̣ασιν̣ [— — —] 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[162 (4)]</w:t>
      </w:r>
    </w:p>
    <w:p>
      <w:r>
        <w:rPr>
          <w:rFonts w:ascii="Gentium Plus" w:hAnsi="Gentium Plus"/>
          <w:sz w:val="24"/>
        </w:rPr>
        <w:t>[].τε̣ι. τίνων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.αι με̣ τῶν []εχόντων</w:t>
      </w:r>
    </w:p>
    <w:p>
      <w:r>
        <w:rPr>
          <w:rFonts w:ascii="Courier New" w:hAnsi="Courier New"/>
          <w:color w:val="555555"/>
          <w:sz w:val="20"/>
        </w:rPr>
        <w:t>[163 (3)]</w:t>
      </w:r>
    </w:p>
    <w:p>
      <w:r>
        <w:rPr>
          <w:rFonts w:ascii="Gentium Plus" w:hAnsi="Gentium Plus"/>
          <w:sz w:val="24"/>
        </w:rPr>
        <w:t>μελη̣[] τ⟦ε⟧ισα[]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διαμα̣[]</w:t>
      </w:r>
    </w:p>
    <w:p>
      <w:r>
        <w:rPr>
          <w:rFonts w:ascii="Courier New" w:hAnsi="Courier New"/>
          <w:color w:val="555555"/>
          <w:sz w:val="20"/>
        </w:rPr>
        <w:t>[164]</w:t>
      </w:r>
    </w:p>
    <w:p>
      <w:r>
        <w:rPr>
          <w:rFonts w:ascii="Gentium Plus" w:hAnsi="Gentium Plus"/>
          <w:sz w:val="24"/>
        </w:rPr>
        <w:t>[..... ..... ... ὑπ]ῆ̣ρ̣‐ [ξα εἴκοσιν] πέντε ἐτῶν [..... ..... ἀ]πέστει‐ [λέν με εἰς πα]λάτιον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 . π]ρ̣ὸς τὸ [..... .. βασι]λ̣έα πεν‐ [.... καὶ τοὺ]ς̣ ἐν παλα‐ [τίωι μεγιστᾶ]ν̣α̣ς καὶ [ ..... ..... ...]. επο‐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..... ...].εισ‐ [..... ..... .....]πα‐ [— — —.]</w:t>
      </w:r>
    </w:p>
    <w:p>
      <w:r>
        <w:rPr>
          <w:rFonts w:ascii="Courier New" w:hAnsi="Courier New"/>
          <w:color w:val="555555"/>
          <w:sz w:val="20"/>
        </w:rPr>
        <w:t>[165 (4)]</w:t>
      </w:r>
    </w:p>
    <w:p>
      <w:r>
        <w:rPr>
          <w:rFonts w:ascii="Gentium Plus" w:hAnsi="Gentium Plus"/>
          <w:sz w:val="24"/>
        </w:rPr>
        <w:t>πάλιν̣ [..... ..... 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 αβ̣ε[..... ..... ...] Ἀδδὰ[ν ..... ..... ..] ἄνδρα̣[..... ..... ..] μου. μ̣[..... ..... ...] λεγο.[..... ..... 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τότ[ε ..... ..... ...] εισ[— — —.]</w:t>
      </w:r>
    </w:p>
    <w:p>
      <w:r>
        <w:rPr>
          <w:rFonts w:ascii="Courier New" w:hAnsi="Courier New"/>
          <w:color w:val="555555"/>
          <w:sz w:val="20"/>
        </w:rPr>
        <w:t>[166 (3)]</w:t>
      </w:r>
    </w:p>
    <w:p>
      <w:r>
        <w:rPr>
          <w:rFonts w:ascii="Gentium Plus" w:hAnsi="Gentium Plus"/>
          <w:sz w:val="24"/>
        </w:rPr>
        <w:t>[ ..... ..... ...]ο̣ν βο̣‐ [..... ..... π]α̣λατίου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..... ..... ..] ὧδε ε‐ [..... ..... ...] εφα‐ [..... ..... ἐ]μέ· ἐκβα‐ [..... ..... ..]..του‐ — — —.</w:t>
      </w:r>
    </w:p>
    <w:p>
      <w:r>
        <w:rPr>
          <w:rFonts w:ascii="Courier New" w:hAnsi="Courier New"/>
          <w:color w:val="555555"/>
          <w:sz w:val="20"/>
        </w:rPr>
        <w:t>[167 (2)]</w:t>
      </w:r>
    </w:p>
    <w:p>
      <w:r>
        <w:rPr>
          <w:rFonts w:ascii="Gentium Plus" w:hAnsi="Gentium Plus"/>
          <w:sz w:val="24"/>
        </w:rPr>
        <w:t>αν. ε.[..... ..... πε‐] ρὶ ἐμο[ῦ ..... ..... . ] ἄλλου̣ [..... .... ἀπ.‐]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σ̣τειλ[..... ..... ..] μαι ..[..... ..... ..] πλη[..... ..... ....] αὐτῶ[— — —].</w:t>
      </w:r>
    </w:p>
    <w:p>
      <w:r>
        <w:rPr>
          <w:rFonts w:ascii="Courier New" w:hAnsi="Courier New"/>
          <w:color w:val="555555"/>
          <w:sz w:val="20"/>
        </w:rPr>
        <w:t>[168]</w:t>
      </w:r>
    </w:p>
    <w:p>
      <w:r>
        <w:rPr>
          <w:rFonts w:ascii="Gentium Plus" w:hAnsi="Gentium Plus"/>
          <w:sz w:val="24"/>
        </w:rPr>
        <w:t>[..... ..... .]... μ̣οι [..... ..... ..].τον [..... .... ἐτ]ύγχανες [..... ..... ..]ι θεω‐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[ρ..... ..... .]ι̣ας τὴν [..... ..... ..]τι μοι [..... ..... ..]. εἴτ’ ε‐ [..... ..... τ]ὸν βασι‐ [λέα ..... ....].ρχον‐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 ..... ...] τότε [..... ..... ....]νδι‐ [..... ..... .....] βα‐ [σιλε— ..... ..... .]ης.</w:t>
      </w:r>
    </w:p>
    <w:p>
      <w:r>
        <w:rPr>
          <w:rFonts w:ascii="Courier New" w:hAnsi="Courier New"/>
          <w:color w:val="555555"/>
          <w:sz w:val="20"/>
        </w:rPr>
        <w:t>[170 (2)]</w:t>
      </w:r>
    </w:p>
    <w:p>
      <w:r>
        <w:rPr>
          <w:rFonts w:ascii="Gentium Plus" w:hAnsi="Gentium Plus"/>
          <w:sz w:val="24"/>
        </w:rPr>
        <w:t>[] τὸν βασι‐</w:t>
      </w:r>
    </w:p>
    <w:p>
      <w:r>
        <w:rPr>
          <w:rFonts w:ascii="Courier New" w:hAnsi="Courier New"/>
          <w:color w:val="555555"/>
          <w:sz w:val="20"/>
        </w:rPr>
        <w:t>[3-4]</w:t>
      </w:r>
    </w:p>
    <w:p>
      <w:r>
        <w:rPr>
          <w:rFonts w:ascii="Gentium Plus" w:hAnsi="Gentium Plus"/>
          <w:sz w:val="24"/>
        </w:rPr>
        <w:t>[λέα ὡς καὶ ἰσ]χ̣ῦσαι αὐτὸν [..... ....].</w:t>
      </w:r>
    </w:p>
    <w:p>
      <w:r>
        <w:rPr>
          <w:rFonts w:ascii="Courier New" w:hAnsi="Courier New"/>
          <w:color w:val="555555"/>
          <w:sz w:val="20"/>
        </w:rPr>
        <w:t>[171 (5)]</w:t>
      </w:r>
    </w:p>
    <w:p>
      <w:r>
        <w:rPr>
          <w:rFonts w:ascii="Gentium Plus" w:hAnsi="Gentium Plus"/>
          <w:sz w:val="24"/>
        </w:rPr>
        <w:t>ἐ̣χ̣ο̣ν[τ—]</w:t>
      </w:r>
    </w:p>
    <w:p>
      <w:r>
        <w:rPr>
          <w:rFonts w:ascii="Courier New" w:hAnsi="Courier New"/>
          <w:color w:val="555555"/>
          <w:sz w:val="20"/>
        </w:rPr>
        <w:t>[172 (3)]</w:t>
      </w:r>
    </w:p>
    <w:p>
      <w:r>
        <w:rPr>
          <w:rFonts w:ascii="Gentium Plus" w:hAnsi="Gentium Plus"/>
          <w:sz w:val="24"/>
        </w:rPr>
        <w:t>[διω]γ̣μὸς (?) α]ὐ̣τῶι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[πλ]ανη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[], τει‐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[— — —].</w:t>
      </w:r>
    </w:p>
    <w:p>
      <w:r>
        <w:rPr>
          <w:rFonts w:ascii="Courier New" w:hAnsi="Courier New"/>
          <w:color w:val="555555"/>
          <w:sz w:val="20"/>
        </w:rPr>
        <w:t>[173 (2)]</w:t>
      </w:r>
    </w:p>
    <w:p>
      <w:r>
        <w:rPr>
          <w:rFonts w:ascii="Gentium Plus" w:hAnsi="Gentium Plus"/>
          <w:sz w:val="24"/>
        </w:rPr>
        <w:t>βα]σιλέως [..... ..... ..]δοσι̣ς̣ [..... ..... ..] τ̣οῦτο̣ν,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[]α̣ιτεῖ, [ ..... ..... .]σ̣εν σοι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[— — —].</w:t>
      </w:r>
    </w:p>
    <w:p>
      <w:r>
        <w:rPr>
          <w:rFonts w:ascii="Courier New" w:hAnsi="Courier New"/>
          <w:color w:val="555555"/>
          <w:sz w:val="20"/>
        </w:rPr>
        <w:t>[174 (2)]</w:t>
      </w:r>
    </w:p>
    <w:p>
      <w:r>
        <w:rPr>
          <w:rFonts w:ascii="Gentium Plus" w:hAnsi="Gentium Plus"/>
          <w:sz w:val="24"/>
        </w:rPr>
        <w:t>εἰς θάν̣[ατον (?)] τὸ αὐτ̣[ὸ] διὰ τῆ̣[ς ..... ......]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ἀν(θρώπ)ων [..... ..... ...] παγα[γ..... ..... ..] .ι̣α ημ̣[..... .......] μεθα [— — —]</w:t>
      </w:r>
    </w:p>
    <w:p>
      <w:r>
        <w:rPr>
          <w:rFonts w:ascii="Courier New" w:hAnsi="Courier New"/>
          <w:color w:val="555555"/>
          <w:sz w:val="20"/>
        </w:rPr>
        <w:t>[175 (2)]</w:t>
      </w:r>
    </w:p>
    <w:p>
      <w:r>
        <w:rPr>
          <w:rFonts w:ascii="Gentium Plus" w:hAnsi="Gentium Plus"/>
          <w:sz w:val="24"/>
        </w:rPr>
        <w:t>δ̣έον̣τα̣ [..... ..... .].— ρ̣ι̣κει‐ [..... ..... .]αι συνη‐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 ἀ]ν̣αβο̣ων‐ [..... ..... ...]π̣νη ὁ [..... ..... .]τ̣οντες [ ..... ..... ..]τον ἀν‐ [ ..... ..... .. ἀ]νελω‐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[— — —].</w:t>
      </w:r>
    </w:p>
    <w:p>
      <w:r>
        <w:rPr>
          <w:rFonts w:ascii="Courier New" w:hAnsi="Courier New"/>
          <w:color w:val="555555"/>
          <w:sz w:val="20"/>
        </w:rPr>
        <w:t>[178 (4)]</w:t>
      </w:r>
    </w:p>
    <w:p>
      <w:r>
        <w:rPr>
          <w:rFonts w:ascii="Gentium Plus" w:hAnsi="Gentium Plus"/>
          <w:sz w:val="24"/>
        </w:rPr>
        <w:t>[]εστει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[ἄ]ν̣δρα (?)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[]εκβα‐ [— — —]</w:t>
      </w:r>
    </w:p>
    <w:p>
      <w:r>
        <w:rPr>
          <w:rFonts w:ascii="Courier New" w:hAnsi="Courier New"/>
          <w:color w:val="555555"/>
          <w:sz w:val="20"/>
        </w:rPr>
        <w:t>[179 (2)]</w:t>
      </w:r>
    </w:p>
    <w:p>
      <w:r>
        <w:rPr>
          <w:rFonts w:ascii="Gentium Plus" w:hAnsi="Gentium Plus"/>
          <w:sz w:val="24"/>
        </w:rPr>
        <w:t>τις ἄν̣(θ̣ρ̣ω̣π̣)[ος ..... .....] Ἀββ[ὰ]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ἔπρα[ξεν (?) ..... .....] λόγ̣[..... ..... ....]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τ̣ο̣λ̣[]</w:t>
      </w:r>
    </w:p>
    <w:p>
      <w:r>
        <w:rPr>
          <w:rFonts w:ascii="Courier New" w:hAnsi="Courier New"/>
          <w:color w:val="555555"/>
          <w:sz w:val="20"/>
        </w:rPr>
        <w:t>[180 (7)]</w:t>
      </w:r>
    </w:p>
    <w:p>
      <w:r>
        <w:rPr>
          <w:rFonts w:ascii="Gentium Plus" w:hAnsi="Gentium Plus"/>
          <w:sz w:val="24"/>
        </w:rPr>
        <w:t>[].υχ .δις, [..... ..... . γ]ραφας.</w:t>
      </w:r>
    </w:p>
    <w:p>
      <w:r>
        <w:rPr>
          <w:rFonts w:ascii="Courier New" w:hAnsi="Courier New"/>
          <w:color w:val="555555"/>
          <w:sz w:val="20"/>
        </w:rPr>
        <w:t>[181 (2)]</w:t>
      </w:r>
    </w:p>
    <w:p>
      <w:r>
        <w:rPr>
          <w:rFonts w:ascii="Gentium Plus" w:hAnsi="Gentium Plus"/>
          <w:sz w:val="24"/>
        </w:rPr>
        <w:t>ἐγὼ []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κ(ύριο)ν []</w:t>
      </w:r>
    </w:p>
    <w:p>
      <w:r>
        <w:rPr>
          <w:rFonts w:ascii="Courier New" w:hAnsi="Courier New"/>
          <w:color w:val="555555"/>
          <w:sz w:val="20"/>
        </w:rPr>
        <w:t>[182 (2)]</w:t>
      </w:r>
    </w:p>
    <w:p>
      <w:r>
        <w:rPr>
          <w:rFonts w:ascii="Gentium Plus" w:hAnsi="Gentium Plus"/>
          <w:sz w:val="24"/>
        </w:rPr>
        <w:t>ὁ̣ρᾶν̣ [..... ..... .].αν σου [..... ..... ...] ἐ̣κλε‐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[..... ..... ..... ]φη [ ..... ..... ...]ε ει̣. [..... ..... .]ταταις,</w:t>
      </w:r>
    </w:p>
    <w:p>
      <w:r>
        <w:rPr>
          <w:rFonts w:ascii="Courier New" w:hAnsi="Courier New"/>
          <w:color w:val="555555"/>
          <w:sz w:val="20"/>
        </w:rPr>
        <w:t>[188 (6)]</w:t>
      </w:r>
    </w:p>
    <w:p>
      <w:r>
        <w:rPr>
          <w:rFonts w:ascii="Gentium Plus" w:hAnsi="Gentium Plus"/>
          <w:sz w:val="24"/>
        </w:rPr>
        <w:t>[].φων</w:t>
      </w:r>
    </w:p>
    <w:p>
      <w:r>
        <w:rPr>
          <w:rFonts w:ascii="Courier New" w:hAnsi="Courier New"/>
          <w:color w:val="555555"/>
          <w:sz w:val="20"/>
        </w:rPr>
        <w:t>[189]</w:t>
      </w:r>
    </w:p>
    <w:p>
      <w:r>
        <w:rPr>
          <w:rFonts w:ascii="Gentium Plus" w:hAnsi="Gentium Plus"/>
          <w:sz w:val="24"/>
        </w:rPr>
        <w:t>[] θ̣(ε̣ὸ̣)ς̣ ε.[]</w:t>
      </w:r>
    </w:p>
    <w:p>
      <w:r>
        <w:rPr>
          <w:rFonts w:ascii="Courier New" w:hAnsi="Courier New"/>
          <w:color w:val="555555"/>
          <w:sz w:val="20"/>
        </w:rPr>
        <w:t>[191 (4)]</w:t>
      </w:r>
    </w:p>
    <w:p>
      <w:r>
        <w:rPr>
          <w:rFonts w:ascii="Gentium Plus" w:hAnsi="Gentium Plus"/>
          <w:sz w:val="24"/>
        </w:rPr>
        <w:t>αὐτ̣ο̣[]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