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Διαλέξεις</w:t>
      </w:r>
      <w:r>
        <w:br/>
      </w:r>
      <w:r>
        <w:rPr>
          <w:i/>
          <w:color w:val="666666"/>
          <w:sz w:val="40"/>
        </w:rPr>
        <w:t>Conversations</w:t>
      </w:r>
    </w:p>
    <w:p>
      <w:pPr>
        <w:jc w:val="center"/>
      </w:pPr>
      <w:r>
        <w:rPr>
          <w:rFonts w:ascii="Times New Roman" w:hAnsi="Times New Roman"/>
          <w:color w:val="1E3A70"/>
          <w:sz w:val="32"/>
        </w:rPr>
        <w:t>Μάξιμος ὁ Τύριος</w:t>
      </w:r>
      <w:r>
        <w:br/>
      </w:r>
      <w:r>
        <w:rPr>
          <w:i/>
          <w:color w:val="666666"/>
          <w:sz w:val="28"/>
        </w:rPr>
        <w:t>by Maximus of Tyre</w:t>
      </w:r>
    </w:p>
    <w:p/>
    <w:p>
      <w:pPr>
        <w:jc w:val="center"/>
      </w:pPr>
      <w:r>
        <w:rPr>
          <w:rFonts w:ascii="Gentium Plus" w:hAnsi="Gentium Plus"/>
          <w:b/>
          <w:sz w:val="24"/>
        </w:rPr>
        <w:t>Ὅτι πρὸς πᾶσαν ὑπόθεσιν ἁρμόσεται</w:t>
      </w:r>
    </w:p>
    <w:p>
      <w:pPr>
        <w:jc w:val="center"/>
      </w:pPr>
      <w:r>
        <w:rPr>
          <w:rFonts w:ascii="Gentium Plus" w:hAnsi="Gentium Plus"/>
          <w:b/>
          <w:sz w:val="24"/>
        </w:rPr>
        <w:t>ὁ τοῦ φιλοσόφου λόγος.</w:t>
      </w:r>
    </w:p>
    <w:p>
      <w:r>
        <w:rPr>
          <w:rFonts w:ascii="Courier New" w:hAnsi="Courier New"/>
          <w:color w:val="555555"/>
          <w:sz w:val="20"/>
        </w:rPr>
        <w:t>[1]</w:t>
      </w:r>
    </w:p>
    <w:p>
      <w:r>
        <w:rPr>
          <w:rFonts w:ascii="Gentium Plus" w:hAnsi="Gentium Plus"/>
          <w:sz w:val="24"/>
        </w:rPr>
        <w:t>Τί δήποτε οἱ ἐν Διονύσου τὰ δράματα ὑποκρινό‐ μενοι, νῦν μὲν τὰς τοῦ Ἀγαμέμνονος ἱέντες φωνάς, νῦν δὲ τὰς τοῦ Ἀχιλλέως, καὶ αὖθις Τήλεφόν τινα ὑπο‐ δυόμενοι ἢ Παλαμήδην ἢ ἄλλ’ ὅ, τι περ ἂν τὸ δρᾶμα</w:t>
      </w:r>
    </w:p>
    <w:p>
      <w:r>
        <w:rPr>
          <w:rFonts w:ascii="Courier New" w:hAnsi="Courier New"/>
          <w:color w:val="555555"/>
          <w:sz w:val="20"/>
        </w:rPr>
        <w:t>[5]</w:t>
      </w:r>
    </w:p>
    <w:p>
      <w:r>
        <w:rPr>
          <w:rFonts w:ascii="Gentium Plus" w:hAnsi="Gentium Plus"/>
          <w:sz w:val="24"/>
        </w:rPr>
        <w:t>ἐθέλῃ, οὐδὲν πλημμελὲς οὐδὲ ἔξω τρόπου νομίζονται</w:t>
      </w:r>
    </w:p>
    <w:p>
      <w:r>
        <w:rPr>
          <w:rFonts w:ascii="Courier New" w:hAnsi="Courier New"/>
          <w:color w:val="555555"/>
          <w:sz w:val="20"/>
        </w:rPr>
        <w:t>[1 . 1 b]</w:t>
      </w:r>
    </w:p>
    <w:p>
      <w:r>
        <w:rPr>
          <w:rFonts w:ascii="Gentium Plus" w:hAnsi="Gentium Plus"/>
          <w:sz w:val="24"/>
        </w:rPr>
        <w:t>ποιεῖν, ἄλλοτε ἄλλοι φαινόμενοι οἱ αὐτοί· εἰ δέ τις τὰ μὲν τῷ Διονύσου φυλάττει τὴν παιδιὰν καὶ τῷ θεά‐ τρῳ, ἡγεῖται δέ τι εἶναι αὐτῷ δρᾶμα πολιτικόν, οὐκ ἰαμβείων τινῶν, μὰ Δία, πρὸς ἕνα ἑορτῆς καιρὸν ὑπὸ</w:t>
      </w:r>
    </w:p>
    <w:p>
      <w:r>
        <w:rPr>
          <w:rFonts w:ascii="Courier New" w:hAnsi="Courier New"/>
          <w:color w:val="555555"/>
          <w:sz w:val="20"/>
        </w:rPr>
        <w:t>[5]</w:t>
      </w:r>
    </w:p>
    <w:p>
      <w:r>
        <w:rPr>
          <w:rFonts w:ascii="Gentium Plus" w:hAnsi="Gentium Plus"/>
          <w:sz w:val="24"/>
        </w:rPr>
        <w:t>ποιητοῦ τέχνης συντεθέντων, οὐδὲ ᾀσμάτων χορῷ ἐς ἁρμονίαν συνταχθέντων, ἀλλὰ τῆς περὶ τὸν βίον πρα‐ γματείας, ὅπερ ἂν εἴη τῷ φιλοσόφῳ δρᾶμα, ἀληθέστε‐ ρον μὲν τῇ ὑποθέσει, διηνεκὲς δὲ τῷ χρόνῳ, διδασκό‐ μενον δὲ ὑπὸ ποιητῇ τῷ θεῷ, κᾆτα τὶς τὸ δρᾶμα τοῦτο</w:t>
      </w:r>
    </w:p>
    <w:p>
      <w:r>
        <w:rPr>
          <w:rFonts w:ascii="Courier New" w:hAnsi="Courier New"/>
          <w:color w:val="555555"/>
          <w:sz w:val="20"/>
        </w:rPr>
        <w:t>[10]</w:t>
      </w:r>
    </w:p>
    <w:p>
      <w:r>
        <w:rPr>
          <w:rFonts w:ascii="Gentium Plus" w:hAnsi="Gentium Plus"/>
          <w:sz w:val="24"/>
        </w:rPr>
        <w:t>ὑποδυόμενος, καὶ τάξας ἑαυτὸν πρωταγωνιστὴν τοῦ χοροῦ, φυλάττοι μὲν τὸ τῶν ποιημάτων ἀξίωμα, σχη‐ ματίζοιτο δὲ τῷ ἤθει τοῦ λόγου πρὸς τὴν φύσιν τῶν</w:t>
      </w:r>
    </w:p>
    <w:p>
      <w:r>
        <w:rPr>
          <w:rFonts w:ascii="Courier New" w:hAnsi="Courier New"/>
          <w:color w:val="555555"/>
          <w:sz w:val="20"/>
        </w:rPr>
        <w:t>[1 . 1 c]</w:t>
      </w:r>
    </w:p>
    <w:p>
      <w:r>
        <w:rPr>
          <w:rFonts w:ascii="Gentium Plus" w:hAnsi="Gentium Plus"/>
          <w:sz w:val="24"/>
        </w:rPr>
        <w:t>πραγμάτων, ὧν δραματουργεῖ ὁ θεός· ἆρ’ ἄν τις ἡγή‐ σαιτο τοῦτον πλημμελῆ καὶ πολύφωνον, καὶ οἷον τὸν Πρωτέα διηγεῖται Ὅμηρος ἥρω θαλάττιον, πολύμορφόν</w:t>
      </w:r>
    </w:p>
    <w:p>
      <w:r>
        <w:rPr>
          <w:rFonts w:ascii="Courier New" w:hAnsi="Courier New"/>
          <w:color w:val="555555"/>
          <w:sz w:val="20"/>
        </w:rPr>
        <w:t>[1 . 1 d]</w:t>
      </w:r>
    </w:p>
    <w:p>
      <w:r>
        <w:rPr>
          <w:rFonts w:ascii="Gentium Plus" w:hAnsi="Gentium Plus"/>
          <w:sz w:val="24"/>
        </w:rPr>
        <w:t>τινα καὶ παντοδαπὸν τὴν φύσιν; ἢ καθάπερ εἰ μουσι‐ κῆς τέχνης καὶ δυνάμεως τοῖς ἀνθρώποις ἔδει πρὸς εὐδαιμονίαν, οὐθεὶς ἂν δήπου λόγος ἦν ἀνδρὸς πρὸς μὲν τὸν Δώριον τρόπον ἡρμοσμένου καλῶς, εἰ δέ που</w:t>
      </w:r>
    </w:p>
    <w:p>
      <w:r>
        <w:rPr>
          <w:rFonts w:ascii="Courier New" w:hAnsi="Courier New"/>
          <w:color w:val="555555"/>
          <w:sz w:val="20"/>
        </w:rPr>
        <w:t>[5]</w:t>
      </w:r>
    </w:p>
    <w:p>
      <w:r>
        <w:rPr>
          <w:rFonts w:ascii="Gentium Plus" w:hAnsi="Gentium Plus"/>
          <w:sz w:val="24"/>
        </w:rPr>
        <w:t>ἐδέησεν Ἰάστιον ἁρμόσασθαι, 〈ἢ〉 κᾆτα τὸ Αἰόλιον</w:t>
      </w:r>
    </w:p>
    <w:p>
      <w:r>
        <w:rPr>
          <w:rFonts w:ascii="Courier New" w:hAnsi="Courier New"/>
          <w:color w:val="555555"/>
          <w:sz w:val="20"/>
        </w:rPr>
        <w:t>[1 . 2 a]</w:t>
      </w:r>
    </w:p>
    <w:p>
      <w:r>
        <w:rPr>
          <w:rFonts w:ascii="Gentium Plus" w:hAnsi="Gentium Plus"/>
          <w:sz w:val="24"/>
        </w:rPr>
        <w:t>Ἀλλ’ ἐπεὶ ᾠδῆς μὲν καὶ τῆς ἐκ μελῶν ψυχαγωγίας ὀλίγη τοῖς ἀνθρώποις χρεία· δεῖ δέ τινος ἄλλης μούσης ἀν‐ δρικωτέρας, ἣν Ὅμηρος μὲν Καλλιόπην ὀνομάζων χαίρει, ὁ Πυθαγόρας δὲ φιλοσοφίαν, ἄλλος δὲ ἴσως ἄλλό τι·</w:t>
      </w:r>
    </w:p>
    <w:p>
      <w:r>
        <w:rPr>
          <w:rFonts w:ascii="Courier New" w:hAnsi="Courier New"/>
          <w:color w:val="555555"/>
          <w:sz w:val="20"/>
        </w:rPr>
        <w:t>[5]</w:t>
      </w:r>
    </w:p>
    <w:p>
      <w:r>
        <w:rPr>
          <w:rFonts w:ascii="Gentium Plus" w:hAnsi="Gentium Plus"/>
          <w:sz w:val="24"/>
        </w:rPr>
        <w:t>τὸν τῇ μούσῃ ταύτῃ κάτοχον ἄνδρα καὶ λόγον ἄρα ἧττον ἐκείνων τῶν ᾠδικῶν ἡρμόσθαι δεῖ πολυφώνως τὲ καὶ πολυτρόπως, σώζοντα μὲν ἀεὶ τὸ τῶν ποιημά‐ των κάλλος, μηδέποτε δὲ ὑπ’ ἀφωνίας ἐκπληττόμενον.</w:t>
      </w:r>
    </w:p>
    <w:p>
      <w:r>
        <w:rPr>
          <w:rFonts w:ascii="Courier New" w:hAnsi="Courier New"/>
          <w:color w:val="555555"/>
          <w:sz w:val="20"/>
        </w:rPr>
        <w:t>[1 . 2 b]</w:t>
      </w:r>
    </w:p>
    <w:p>
      <w:r>
        <w:rPr>
          <w:rFonts w:ascii="Gentium Plus" w:hAnsi="Gentium Plus"/>
          <w:sz w:val="24"/>
        </w:rPr>
        <w:t>Εἰ μὲν γάρ ἐστίν τις χρόνος βίου ἐν τῷ μακρῷ τού‐ τῳ καὶ διηνεκεῖ αἰῶνι ἀδεὴς φιλοσόφου λόγου, οὐθὲν δεῖ τῆς πολυμεροῦς ταύτης καὶ πολυτρόπου μούσης τὲ καὶ ἁρμονίας, ἢ εἴπερ τὰ ἀνθρώπινα εἰς ἓν σχῆμα</w:t>
      </w:r>
    </w:p>
    <w:p>
      <w:r>
        <w:rPr>
          <w:rFonts w:ascii="Courier New" w:hAnsi="Courier New"/>
          <w:color w:val="555555"/>
          <w:sz w:val="20"/>
        </w:rPr>
        <w:t>[5]</w:t>
      </w:r>
    </w:p>
    <w:p>
      <w:r>
        <w:rPr>
          <w:rFonts w:ascii="Gentium Plus" w:hAnsi="Gentium Plus"/>
          <w:sz w:val="24"/>
        </w:rPr>
        <w:t>συνταχθέντα ὁμοίως πρόεισιν, οὔτε εἰς λύπας ἐξ ἡδονῆς, οὔτε εἰς ἡδονὴν ἐκ λύπης μεθιστάμενα, οὔτε πάθος ἀμείβοντα ἐκ πάθους, οὔτε ἄνω καὶ κάτω στρέφοντα καὶ μεταβάλλοντα τὴν ἑκάστου γνώμην·</w:t>
      </w:r>
    </w:p>
    <w:p>
      <w:r>
        <w:rPr>
          <w:rFonts w:ascii="Courier New" w:hAnsi="Courier New"/>
          <w:color w:val="555555"/>
          <w:sz w:val="20"/>
        </w:rPr>
        <w:t>[1 . 2 c]</w:t>
      </w:r>
    </w:p>
    <w:p>
      <w:r>
        <w:rPr>
          <w:rFonts w:ascii="Gentium Plus" w:hAnsi="Gentium Plus"/>
          <w:sz w:val="24"/>
        </w:rPr>
        <w:t>τοῖος γὰρ νόος ἐστὶν ἐπιχθονίων ἀνθρώπων, οἷον ἐπ’ ἦμαρ ἄγῃσι πατὴρ ἀνδρῶν τε θεῶν τε· ἀντίστροφα γὰρ ὑπὲρ τῶν ἀνθρωπίνων βουλεύεται τὸ</w:t>
      </w:r>
    </w:p>
    <w:p>
      <w:r>
        <w:rPr>
          <w:rFonts w:ascii="Courier New" w:hAnsi="Courier New"/>
          <w:color w:val="555555"/>
          <w:sz w:val="20"/>
        </w:rPr>
        <w:t>[1 . 2 d]</w:t>
      </w:r>
    </w:p>
    <w:p>
      <w:r>
        <w:rPr>
          <w:rFonts w:ascii="Gentium Plus" w:hAnsi="Gentium Plus"/>
          <w:sz w:val="24"/>
        </w:rPr>
        <w:t>δαιμόνιον, καὶ ἔστιν αὐτῶν ἐφήμερος ἡ φύσις. Ὧσπερ οὖν τῶν ποταμῶν, οὓς ἀφιᾶσιν αἱ ἀέναοι πηγαί, τὸ μὲν ὄνομα ἕν, ὁ Σπερχειὸς ἢ Ἀλφειὸς ἢ ἄλλό τι, ἀμείβουσα δὲ ἡ γένεσις τὸ ἐπιὸν πρὸς τὸ οἰχόμενον</w:t>
      </w:r>
    </w:p>
    <w:p>
      <w:r>
        <w:rPr>
          <w:rFonts w:ascii="Courier New" w:hAnsi="Courier New"/>
          <w:color w:val="555555"/>
          <w:sz w:val="20"/>
        </w:rPr>
        <w:t>[5]</w:t>
      </w:r>
    </w:p>
    <w:p>
      <w:r>
        <w:rPr>
          <w:rFonts w:ascii="Gentium Plus" w:hAnsi="Gentium Plus"/>
          <w:sz w:val="24"/>
        </w:rPr>
        <w:t>ἐξαπατᾷ τὴν ὄψιν τῇ συνεχείᾳ τῆς φορᾶς, ὡς ἑνὸς</w:t>
      </w:r>
    </w:p>
    <w:p>
      <w:r>
        <w:rPr>
          <w:rFonts w:ascii="Courier New" w:hAnsi="Courier New"/>
          <w:color w:val="555555"/>
          <w:sz w:val="20"/>
        </w:rPr>
        <w:t>[1 . 2 e]</w:t>
      </w:r>
    </w:p>
    <w:p>
      <w:r>
        <w:rPr>
          <w:rFonts w:ascii="Gentium Plus" w:hAnsi="Gentium Plus"/>
          <w:sz w:val="24"/>
        </w:rPr>
        <w:t>ὄντος ποταμοῦ διηνεκοῦς καὶ ἡνωμένου· οὕτω καὶ τῶν ἀνθρωπίνων πραγμάτων ὥσπερ ἐκ πηγῆς ἀενάου ῥεῖ ἡ γένεσις καὶ ἡ χορηγία, ὀξέως μὲν καὶ μετὰ ἀμηχάνου</w:t>
      </w:r>
    </w:p>
    <w:p>
      <w:r>
        <w:rPr>
          <w:rFonts w:ascii="Courier New" w:hAnsi="Courier New"/>
          <w:color w:val="555555"/>
          <w:sz w:val="20"/>
        </w:rPr>
        <w:t>[1 . 2 f]</w:t>
      </w:r>
    </w:p>
    <w:p>
      <w:r>
        <w:rPr>
          <w:rFonts w:ascii="Gentium Plus" w:hAnsi="Gentium Plus"/>
          <w:sz w:val="24"/>
        </w:rPr>
        <w:t>τάχους, ἀνεπαίσθητος δὲ ἡ φορά· καὶ ἐξαπατᾶται ὁ λογισμός, ὥσπερ ἐπὶ τοῦ ποταμοῦ ἡ ὄψις, καὶ καλεῖ βίον ἕνα καὶ τὸν αὐτόν, τὸ δέ ἐστιν χρῆμα πολύμορφον καὶ παντοδαπόν, πολλαῖς μὲν τύχαις, πολλοῖς δὲ πρά‐</w:t>
      </w:r>
    </w:p>
    <w:p>
      <w:r>
        <w:rPr>
          <w:rFonts w:ascii="Courier New" w:hAnsi="Courier New"/>
          <w:color w:val="555555"/>
          <w:sz w:val="20"/>
        </w:rPr>
        <w:t>[1 . 2 g]</w:t>
      </w:r>
    </w:p>
    <w:p>
      <w:r>
        <w:rPr>
          <w:rFonts w:ascii="Gentium Plus" w:hAnsi="Gentium Plus"/>
          <w:sz w:val="24"/>
        </w:rPr>
        <w:t>γμασιν, πολλοῖς δὲ καιροῖς ἀλλοιούμενον· ἐπιτέτακται δὲ αὐτῷ ὁ λόγος, σχηματιζόμενος ἀεὶ τοῖς παροῦσιν, ὥσπερ ἰατροῦ τέχνη ἐπὶ σώματι οὐχ ἑστῶτι, ἀλλὰ φε‐ ρομένῳ ἄνω καὶ κάτω, καὶ ὑπὸ κενώσεως καὶ πλησμο‐</w:t>
      </w:r>
    </w:p>
    <w:p>
      <w:r>
        <w:rPr>
          <w:rFonts w:ascii="Courier New" w:hAnsi="Courier New"/>
          <w:color w:val="555555"/>
          <w:sz w:val="20"/>
        </w:rPr>
        <w:t>[5]</w:t>
      </w:r>
    </w:p>
    <w:p>
      <w:r>
        <w:rPr>
          <w:rFonts w:ascii="Gentium Plus" w:hAnsi="Gentium Plus"/>
          <w:sz w:val="24"/>
        </w:rPr>
        <w:t>νῆς κυκωμένῳ, οἰκονομοῦσα αὐτοῦ τὴν ἔνδειαν καὶ</w:t>
      </w:r>
    </w:p>
    <w:p>
      <w:r>
        <w:rPr>
          <w:rFonts w:ascii="Courier New" w:hAnsi="Courier New"/>
          <w:color w:val="555555"/>
          <w:sz w:val="20"/>
        </w:rPr>
        <w:t>[1 . 2 h]</w:t>
      </w:r>
    </w:p>
    <w:p>
      <w:r>
        <w:rPr>
          <w:rFonts w:ascii="Gentium Plus" w:hAnsi="Gentium Plus"/>
          <w:sz w:val="24"/>
        </w:rPr>
        <w:t>τὸν κόρον. Τοῦτο καὶ τῷ τῶν ἀνθρώπων βίῳ ὁ τῶν φιλοσόφων δύναται λόγος, ξυναρμοζόμενος τοῖς πά‐ θεσιν καὶ πεπαίνων μὲν τὰ σκυθρωπά, συνευφημῶν δὲ τοῖς φαιδροτέροις.</w:t>
      </w:r>
    </w:p>
    <w:p>
      <w:r>
        <w:rPr>
          <w:rFonts w:ascii="Courier New" w:hAnsi="Courier New"/>
          <w:color w:val="555555"/>
          <w:sz w:val="20"/>
        </w:rPr>
        <w:t>[1 . 3 a]</w:t>
      </w:r>
    </w:p>
    <w:p>
      <w:r>
        <w:rPr>
          <w:rFonts w:ascii="Gentium Plus" w:hAnsi="Gentium Plus"/>
          <w:sz w:val="24"/>
        </w:rPr>
        <w:t>Εἰ δὲ διὰ βίου τάξις μία καὶ εἶδος ἕν, ἑνὸς ἔδει λόγου καὶ ἤθους ἑνός· νῦν δὲ ἀοιδοῦ μὲν πρὸς κιθάραν</w:t>
      </w:r>
    </w:p>
    <w:p>
      <w:r>
        <w:rPr>
          <w:rFonts w:ascii="Courier New" w:hAnsi="Courier New"/>
          <w:color w:val="555555"/>
          <w:sz w:val="20"/>
        </w:rPr>
        <w:t>[5]</w:t>
      </w:r>
    </w:p>
    <w:p>
      <w:r>
        <w:rPr>
          <w:rFonts w:ascii="Gentium Plus" w:hAnsi="Gentium Plus"/>
          <w:sz w:val="24"/>
        </w:rPr>
        <w:t>οἰνοχόος προχέῃσιν·</w:t>
      </w:r>
    </w:p>
    <w:p>
      <w:r>
        <w:rPr>
          <w:rFonts w:ascii="Courier New" w:hAnsi="Courier New"/>
          <w:color w:val="555555"/>
          <w:sz w:val="20"/>
        </w:rPr>
        <w:t>[1 . 3 b]</w:t>
      </w:r>
    </w:p>
    <w:p>
      <w:r>
        <w:rPr>
          <w:rFonts w:ascii="Gentium Plus" w:hAnsi="Gentium Plus"/>
          <w:sz w:val="24"/>
        </w:rPr>
        <w:t>καὶ ῥήτορος καιρὸς εἷς, ἐπειδὰν ἀθροισθῇ τὰ δικαστή‐ ρια· καὶ ποιητοῦ καιρὸς ἐν Διονυσίοις, ἐπειδὰν χοροῦ δέῃ· τῷ δὲ φιλοσόφῳ λόγῳ οὐδεὶς ἀποτέτμηται καιρὸς ἴδιος, ἀλλὰ συμπέφυκεν ἀτεχνῶς τῷ βίῳ καὶ ἀνακέ‐</w:t>
      </w:r>
    </w:p>
    <w:p>
      <w:r>
        <w:rPr>
          <w:rFonts w:ascii="Courier New" w:hAnsi="Courier New"/>
          <w:color w:val="555555"/>
          <w:sz w:val="20"/>
        </w:rPr>
        <w:t>[5]</w:t>
      </w:r>
    </w:p>
    <w:p>
      <w:r>
        <w:rPr>
          <w:rFonts w:ascii="Gentium Plus" w:hAnsi="Gentium Plus"/>
          <w:sz w:val="24"/>
        </w:rPr>
        <w:t>κραται, καθάπερ τοῖς ὀφθαλμοῖς τὸ φῶς· τίς γὰρ ἂν</w:t>
      </w:r>
    </w:p>
    <w:p>
      <w:r>
        <w:rPr>
          <w:rFonts w:ascii="Courier New" w:hAnsi="Courier New"/>
          <w:color w:val="555555"/>
          <w:sz w:val="20"/>
        </w:rPr>
        <w:t>[1 . 3 c]</w:t>
      </w:r>
    </w:p>
    <w:p>
      <w:r>
        <w:rPr>
          <w:rFonts w:ascii="Gentium Plus" w:hAnsi="Gentium Plus"/>
          <w:sz w:val="24"/>
        </w:rPr>
        <w:t>ἐπινοήσαι ὀφθαλμοῦ ἔργον, ἀφελὼν τὸ φῶς; Ἀλλ’ ὄψις μὲν ἤδη καὶ ἐν νυκτὶ θαρσεῖ, ἀμβλὺ μὲν ὁρῶσα, εἰκά‐ ζουσα δὲ ἐν τῷ ἀφανεῖ τὴν χειραγωγίαν· τοῦ δὲ τῶν ἀνθρώπων βίου ἂν ἀφέλῃς λόγον, οἰχήσεται κατὰ κρη‐</w:t>
      </w:r>
    </w:p>
    <w:p>
      <w:r>
        <w:rPr>
          <w:rFonts w:ascii="Courier New" w:hAnsi="Courier New"/>
          <w:color w:val="555555"/>
          <w:sz w:val="20"/>
        </w:rPr>
        <w:t>[5]</w:t>
      </w:r>
    </w:p>
    <w:p>
      <w:r>
        <w:rPr>
          <w:rFonts w:ascii="Gentium Plus" w:hAnsi="Gentium Plus"/>
          <w:sz w:val="24"/>
        </w:rPr>
        <w:t>μνῶν τινῶν πονηρὰς καὶ ἀσαφεῖς ὁδοὺς καὶ τραχείας, οἵας ὁδοὺς καὶ τὸ βαρβαρικὸν ἔρχεται, ὅσον αὐτοῦ μὴ μετέσχεν λόγου, τὸ μὲν ληϊζόμενον, τὸ δὲ μένον, τὸ δὲ</w:t>
      </w:r>
    </w:p>
    <w:p>
      <w:r>
        <w:rPr>
          <w:rFonts w:ascii="Courier New" w:hAnsi="Courier New"/>
          <w:color w:val="555555"/>
          <w:sz w:val="20"/>
        </w:rPr>
        <w:t>[1 . 3 d]</w:t>
      </w:r>
    </w:p>
    <w:p>
      <w:r>
        <w:rPr>
          <w:rFonts w:ascii="Gentium Plus" w:hAnsi="Gentium Plus"/>
          <w:sz w:val="24"/>
        </w:rPr>
        <w:t>μισθοφοροῦν, τὸ δὲ πλανώμενον. Ἀλλ’ αἰπολίου μὲν ἂν ἀποστήσας τὸν ποιμένα καὶ ἀφελὼν τὴν σύριγγα,</w:t>
      </w:r>
    </w:p>
    <w:p>
      <w:r>
        <w:rPr>
          <w:rFonts w:ascii="Courier New" w:hAnsi="Courier New"/>
          <w:color w:val="555555"/>
          <w:sz w:val="20"/>
        </w:rPr>
        <w:t>[1 . 3 e]</w:t>
      </w:r>
    </w:p>
    <w:p>
      <w:r>
        <w:rPr>
          <w:rFonts w:ascii="Gentium Plus" w:hAnsi="Gentium Plus"/>
          <w:sz w:val="24"/>
        </w:rPr>
        <w:t>διέλυσας τὸ αἰπόλιον· τῆς δὲ τῶν ἀνθρώπων ἀγέλης ἐὰν ἀποστήσῃς τὸν ἡγεμόνα τοῦτον καὶ συναγωγέα</w:t>
      </w:r>
    </w:p>
    <w:p>
      <w:r>
        <w:rPr>
          <w:rFonts w:ascii="Courier New" w:hAnsi="Courier New"/>
          <w:color w:val="555555"/>
          <w:sz w:val="20"/>
        </w:rPr>
        <w:t>[5]</w:t>
      </w:r>
    </w:p>
    <w:p>
      <w:r>
        <w:rPr>
          <w:rFonts w:ascii="Gentium Plus" w:hAnsi="Gentium Plus"/>
          <w:sz w:val="24"/>
        </w:rPr>
        <w:t>φῆς, καὶ δεομένην ποιμένος μουσικοῦ, μὴ μάστιγι μηδὲ</w:t>
      </w:r>
    </w:p>
    <w:p>
      <w:r>
        <w:rPr>
          <w:rFonts w:ascii="Courier New" w:hAnsi="Courier New"/>
          <w:color w:val="555555"/>
          <w:sz w:val="20"/>
        </w:rPr>
        <w:t>[1 . 3 f]</w:t>
      </w:r>
    </w:p>
    <w:p>
      <w:r>
        <w:rPr>
          <w:rFonts w:ascii="Gentium Plus" w:hAnsi="Gentium Plus"/>
          <w:sz w:val="24"/>
        </w:rPr>
        <w:t>κέντρῳ κολάζοντος αὐτῶν τὴν ἀπείθειαν. Παραπλή‐ σιόν μοι γὰρ δοκεῖ δρᾶν, ὅστις οὐκ ἀξιοῖ τὸν φιλό‐ σοφον μηδένα παριέναι καιρὸν λόγου, οἷον εἴ τις καὶ ἀνδρὶ δεινῷ τὰ πολέμια, ἀγαθῷ μὲν ὁπλιτεύειν, ἀγαθῷ</w:t>
      </w:r>
    </w:p>
    <w:p>
      <w:r>
        <w:rPr>
          <w:rFonts w:ascii="Courier New" w:hAnsi="Courier New"/>
          <w:color w:val="555555"/>
          <w:sz w:val="20"/>
        </w:rPr>
        <w:t>[5]</w:t>
      </w:r>
    </w:p>
    <w:p>
      <w:r>
        <w:rPr>
          <w:rFonts w:ascii="Gentium Plus" w:hAnsi="Gentium Plus"/>
          <w:sz w:val="24"/>
        </w:rPr>
        <w:t>δὲ ἑκηβολεῖν καὶ ἐφ’ ἵππου καὶ ξὺν ἅρματι, ἀποκρίναι καιρὸν ἕνα ἐξελόμενος τῆς ὅλης τοῦ πολέμου χρείας καὶ τύχης, πράγματος οὐχ ἑστῶτος οὐδ’ ὡμολογημένου.</w:t>
      </w:r>
    </w:p>
    <w:p>
      <w:r>
        <w:rPr>
          <w:rFonts w:ascii="Courier New" w:hAnsi="Courier New"/>
          <w:color w:val="555555"/>
          <w:sz w:val="20"/>
        </w:rPr>
        <w:t>[1 . 4 a]</w:t>
      </w:r>
    </w:p>
    <w:p>
      <w:r>
        <w:rPr>
          <w:rFonts w:ascii="Gentium Plus" w:hAnsi="Gentium Plus"/>
          <w:sz w:val="24"/>
        </w:rPr>
        <w:t>Ἀθλητῇ μὲν γάρ ἐστιν Ὀλυμπιάσιν ἀγωνισαμένῳ ἀμελῆσαι τοῦ Ἰσθμοῦ· καίτοι κἀνταῦθα ἐπονείδιστος ἡ ῥᾳθυμία· καὶ οὐκ ἀνέχεται ἡ φιλότιμος ψυχὴ ῥᾳστώνης πόθῳ τὸ μὴ διὰ πάντων ἐλθεῖν, καὶ μετασχεῖν μὴ</w:t>
      </w:r>
    </w:p>
    <w:p>
      <w:r>
        <w:rPr>
          <w:rFonts w:ascii="Courier New" w:hAnsi="Courier New"/>
          <w:color w:val="555555"/>
          <w:sz w:val="20"/>
        </w:rPr>
        <w:t>[5]</w:t>
      </w:r>
    </w:p>
    <w:p>
      <w:r>
        <w:rPr>
          <w:rFonts w:ascii="Gentium Plus" w:hAnsi="Gentium Plus"/>
          <w:sz w:val="24"/>
        </w:rPr>
        <w:t>κοτίνου μόνον Ὀλυμπιάσιν, ἀλλὰ καὶ πίτυος Ἰσθ‐ μικῆς καὶ σελίνου Ἀργολικοῦ καὶ μήλων Πυθικῶν·</w:t>
      </w:r>
    </w:p>
    <w:p>
      <w:r>
        <w:rPr>
          <w:rFonts w:ascii="Courier New" w:hAnsi="Courier New"/>
          <w:color w:val="555555"/>
          <w:sz w:val="20"/>
        </w:rPr>
        <w:t>[1 . 4 b]</w:t>
      </w:r>
    </w:p>
    <w:p>
      <w:r>
        <w:rPr>
          <w:rFonts w:ascii="Gentium Plus" w:hAnsi="Gentium Plus"/>
          <w:sz w:val="24"/>
        </w:rPr>
        <w:t>καὶ ταῦτα οὐκ αὐτὴ ἔχουσα ἡ ψυχὴ τὴν αἰτίαν τῆς ἀγωνίας, ἀλλὰ διὰ τὴν συνοίκησίν τε καὶ πρὸς τὸ σῶμα ὁμιλίαν συναπολαύουσα τῆς νίκης αὐτῷ καὶ τῶν</w:t>
      </w:r>
    </w:p>
    <w:p>
      <w:r>
        <w:rPr>
          <w:rFonts w:ascii="Courier New" w:hAnsi="Courier New"/>
          <w:color w:val="555555"/>
          <w:sz w:val="20"/>
        </w:rPr>
        <w:t>[1 . 4 c]</w:t>
      </w:r>
    </w:p>
    <w:p>
      <w:r>
        <w:rPr>
          <w:rFonts w:ascii="Gentium Plus" w:hAnsi="Gentium Plus"/>
          <w:sz w:val="24"/>
        </w:rPr>
        <w:t>κηρυγμάτων· ὅπου δὲ καὶ ὁ πόνος τῆς ψυχῆς αὐτῆς καὶ τὸ ἀγώνισμα τῆς ψυχῆς μόνης, καὶ νίκη μόνης, ἐν‐ ταῦθα παρόψεταί τινα ἀγῶνος καιρὸν καὶ ῥᾳθυμήσει ἑκοῦσα; ὅπου μήτε μῆλα μήτε κότινος τὸ ἆθλον, ἀλλ’</w:t>
      </w:r>
    </w:p>
    <w:p>
      <w:r>
        <w:rPr>
          <w:rFonts w:ascii="Courier New" w:hAnsi="Courier New"/>
          <w:color w:val="555555"/>
          <w:sz w:val="20"/>
        </w:rPr>
        <w:t>[5]</w:t>
      </w:r>
    </w:p>
    <w:p>
      <w:r>
        <w:rPr>
          <w:rFonts w:ascii="Gentium Plus" w:hAnsi="Gentium Plus"/>
          <w:sz w:val="24"/>
        </w:rPr>
        <w:t>ἀντὶ τούτων ὡραιότερον μὲν πρὸς φιλοτιμίαν, ἀνυσι‐ μώτερον δὲ τοῖς θεαταῖς πρὸς ὠφέλειαν, εὐδρομώ‐</w:t>
      </w:r>
    </w:p>
    <w:p>
      <w:r>
        <w:rPr>
          <w:rFonts w:ascii="Courier New" w:hAnsi="Courier New"/>
          <w:color w:val="555555"/>
          <w:sz w:val="20"/>
        </w:rPr>
        <w:t>[1 . 4 d]</w:t>
      </w:r>
    </w:p>
    <w:p>
      <w:r>
        <w:rPr>
          <w:rFonts w:ascii="Gentium Plus" w:hAnsi="Gentium Plus"/>
          <w:sz w:val="24"/>
        </w:rPr>
        <w:t>τερον δὲ τῷ λέγοντι πρὸς πίστιν βίου. Οἱ δὲ καιροὶ τῆς ἀγωνίας καὶ οἱ τόποι ἄλλοτε ἄλλοι ἄφνω κη‐ ρυττόμενοι καὶ ἀθροίζοντες πανδημεὶ Ἑλληνικὸν αὐτό‐ κλητον καὶ αὐτεπάγγελτον καὶ ξυνιὸν οὐκ ἐφ’ ἡδονῇ</w:t>
      </w:r>
    </w:p>
    <w:p>
      <w:r>
        <w:rPr>
          <w:rFonts w:ascii="Courier New" w:hAnsi="Courier New"/>
          <w:color w:val="555555"/>
          <w:sz w:val="20"/>
        </w:rPr>
        <w:t>[5]</w:t>
      </w:r>
    </w:p>
    <w:p>
      <w:r>
        <w:rPr>
          <w:rFonts w:ascii="Gentium Plus" w:hAnsi="Gentium Plus"/>
          <w:sz w:val="24"/>
        </w:rPr>
        <w:t>ὀφθαλμῶν, ἀλλὰ ἀρετῆς ἐλπίδι, ὅπερ οἶμαι τῇ τοῦ ἀν‐</w:t>
      </w:r>
    </w:p>
    <w:p>
      <w:r>
        <w:rPr>
          <w:rFonts w:ascii="Courier New" w:hAnsi="Courier New"/>
          <w:color w:val="555555"/>
          <w:sz w:val="20"/>
        </w:rPr>
        <w:t>[1 . 4 e]</w:t>
      </w:r>
    </w:p>
    <w:p>
      <w:r>
        <w:rPr>
          <w:rFonts w:ascii="Gentium Plus" w:hAnsi="Gentium Plus"/>
          <w:sz w:val="24"/>
        </w:rPr>
        <w:t>θρώπου ψυχῇ ἡδονῆς συγγενέστερον. Ἰδεῖν γοῦν ἐστιν ἐπὶ μὲν τὰς ἄλλας θέας, ὁπόσαι ῥώμης ἢ τέχνης σωμάτων, ἀφικνουμένους σπουδῇ οὐδένα τῶν θεατῶν ὡς τὸ θέαμα ζηλώσαντα ἢ μιμησόμενον· ἀλλ’ ἐκεῖ</w:t>
      </w:r>
    </w:p>
    <w:p>
      <w:r>
        <w:rPr>
          <w:rFonts w:ascii="Courier New" w:hAnsi="Courier New"/>
          <w:color w:val="555555"/>
          <w:sz w:val="20"/>
        </w:rPr>
        <w:t>[5]</w:t>
      </w:r>
    </w:p>
    <w:p>
      <w:r>
        <w:rPr>
          <w:rFonts w:ascii="Gentium Plus" w:hAnsi="Gentium Plus"/>
          <w:sz w:val="24"/>
        </w:rPr>
        <w:t>μὲν ἐξ ἀλλοτρίων πόνων τὰς ἡδονὰς τοῖς ὀφθαλμοῖς ἐρανιζόμεθα, καὶ ἐκ μυρίων θεατῶν οὐδεὶς ἂν εὔξαιτο εἷς εἶναι τῶν ἐν μέσῳ τῷ σταδίῳ κονιωμένων ἢ θεόν‐ των, ἢ ἀγχόντων, ἢ ἀγχομένων, ἢ τυπτομένων, πλὴν εἴ που τὶς ἀνδραποδώδης ψυχή· ἐνταῦθα δὲ τοσοῦτον</w:t>
      </w:r>
    </w:p>
    <w:p>
      <w:r>
        <w:rPr>
          <w:rFonts w:ascii="Courier New" w:hAnsi="Courier New"/>
          <w:color w:val="555555"/>
          <w:sz w:val="20"/>
        </w:rPr>
        <w:t>[10]</w:t>
      </w:r>
    </w:p>
    <w:p>
      <w:r>
        <w:rPr>
          <w:rFonts w:ascii="Gentium Plus" w:hAnsi="Gentium Plus"/>
          <w:sz w:val="24"/>
        </w:rPr>
        <w:t>οἶμαι καὶ τὴν ἀγωνίαν τήνδε ἐκείνης τῆς ἀγωνίας φι‐ λοτιμοτέραν εἶναι, καὶ τοὺς πόνους τῶν πόνων ἀνυσι‐ μωτέρους, καὶ τὸ θέατρον τοῦ θεάτρου συμπαθέστερον, ὥστε οὐδεὶς τῶν παρόντων νοῦν ἔχων οὐκ ἂν εὔξαιτο ἀποθέμενος τὸν θεατὴν ἀγωνιστὴς γενέσθαι.</w:t>
      </w:r>
    </w:p>
    <w:p>
      <w:r>
        <w:rPr>
          <w:rFonts w:ascii="Courier New" w:hAnsi="Courier New"/>
          <w:color w:val="555555"/>
          <w:sz w:val="20"/>
        </w:rPr>
        <w:t>[1 . 5 a]</w:t>
      </w:r>
    </w:p>
    <w:p>
      <w:r>
        <w:rPr>
          <w:rFonts w:ascii="Gentium Plus" w:hAnsi="Gentium Plus"/>
          <w:sz w:val="24"/>
        </w:rPr>
        <w:t>Τί δήποτ’ οὖν τὸ τούτου αἴτιον; Ὅτι τὰς μὲν τῶν σωμάτων τέχνας καὶ τὰς ἐπὶ ταύταις ταλαιπωρίας οὐ πᾶσα ἀνέχεται σαρκῶν φύσις, οὐδέ ἐστιν τὸ χρῆμα κο‐ μιδῇ ἑκούσιον, ἀλλὰ αὐτοφυὲς καὶ αὐτόματον καὶ εἰς</w:t>
      </w:r>
    </w:p>
    <w:p>
      <w:r>
        <w:rPr>
          <w:rFonts w:ascii="Courier New" w:hAnsi="Courier New"/>
          <w:color w:val="555555"/>
          <w:sz w:val="20"/>
        </w:rPr>
        <w:t>[1 . 5 b]</w:t>
      </w:r>
    </w:p>
    <w:p>
      <w:r>
        <w:rPr>
          <w:rFonts w:ascii="Gentium Plus" w:hAnsi="Gentium Plus"/>
          <w:sz w:val="24"/>
        </w:rPr>
        <w:t>ὀλίγους ἐκ πολλῶν ἧκον· ἢ γὰρ κατὰ μέγεθος φῦναι δεῖ Τιτόλμῳ ὅμοιον, ἢ κατὰ καρτερίαν Μίλωνι, ἢ κατὰ</w:t>
      </w:r>
    </w:p>
    <w:p>
      <w:r>
        <w:rPr>
          <w:rFonts w:ascii="Courier New" w:hAnsi="Courier New"/>
          <w:color w:val="555555"/>
          <w:sz w:val="20"/>
        </w:rPr>
        <w:t>[1 . 5 c]</w:t>
      </w:r>
    </w:p>
    <w:p>
      <w:r>
        <w:rPr>
          <w:rFonts w:ascii="Gentium Plus" w:hAnsi="Gentium Plus"/>
          <w:sz w:val="24"/>
        </w:rPr>
        <w:t>ῥώμην Πουλυδάμαντι, ἢ κατὰ τάχος Λασθένει. Εἰ δέ τις ἀσθενέστερος μὲν ὢν τοῦ Ἐπειοῦ, αἰσχίων δὲ τοῦ Θερσίτου, μικρότερος δὲ τοῦ Τυδέως, βραδύτερος δὲ τοῦ Αἴαντος καὶ πάσας τὰς τοῦ σώματος ἐλαττώσεις</w:t>
      </w:r>
    </w:p>
    <w:p>
      <w:r>
        <w:rPr>
          <w:rFonts w:ascii="Courier New" w:hAnsi="Courier New"/>
          <w:color w:val="555555"/>
          <w:sz w:val="20"/>
        </w:rPr>
        <w:t>[5]</w:t>
      </w:r>
    </w:p>
    <w:p>
      <w:r>
        <w:rPr>
          <w:rFonts w:ascii="Gentium Plus" w:hAnsi="Gentium Plus"/>
          <w:sz w:val="24"/>
        </w:rPr>
        <w:t>ἠθροισμένας ἔχων ζηλώσαι τὴν ἀγωνίαν, ἦ ἔρωτα</w:t>
      </w:r>
    </w:p>
    <w:p>
      <w:r>
        <w:rPr>
          <w:rFonts w:ascii="Courier New" w:hAnsi="Courier New"/>
          <w:color w:val="555555"/>
          <w:sz w:val="20"/>
        </w:rPr>
        <w:t>[1 . 5 d]</w:t>
      </w:r>
    </w:p>
    <w:p>
      <w:r>
        <w:rPr>
          <w:rFonts w:ascii="Gentium Plus" w:hAnsi="Gentium Plus"/>
          <w:sz w:val="24"/>
        </w:rPr>
        <w:t>ἠράσθη κενὸν καὶ ἀτελεύτητον. Τὰ δὲ τῆς ψυχῆς ἀγωνίσματα ἔμπαλιν ἔχειν τοῖς ἐκεῖ· ὀλίγον γὰρ καὶ</w:t>
      </w:r>
    </w:p>
    <w:p>
      <w:r>
        <w:rPr>
          <w:rFonts w:ascii="Courier New" w:hAnsi="Courier New"/>
          <w:color w:val="555555"/>
          <w:sz w:val="20"/>
        </w:rPr>
        <w:t>[5]</w:t>
      </w:r>
    </w:p>
    <w:p>
      <w:r>
        <w:rPr>
          <w:rFonts w:ascii="Gentium Plus" w:hAnsi="Gentium Plus"/>
          <w:sz w:val="24"/>
        </w:rPr>
        <w:t>ματοι· ἀλλὰ προεξεργάζεται μέν τι καὶ ἡ φύσις, ὅσον ὑποβάλλειν κρηπῖδα ὀλίγην μεγάλῳ τειχίῳ, ἢ τρόπιν</w:t>
      </w:r>
    </w:p>
    <w:p>
      <w:r>
        <w:rPr>
          <w:rFonts w:ascii="Courier New" w:hAnsi="Courier New"/>
          <w:color w:val="555555"/>
          <w:sz w:val="20"/>
        </w:rPr>
        <w:t>[1 . 5 e]</w:t>
      </w:r>
    </w:p>
    <w:p>
      <w:r>
        <w:rPr>
          <w:rFonts w:ascii="Gentium Plus" w:hAnsi="Gentium Plus"/>
          <w:sz w:val="24"/>
        </w:rPr>
        <w:t>μικρὰν ὑψηλῇ ὁλκάδι· συγκατῴκισεν δὲ ὁ θεὸς τοῖς λογισμοῖς ἔρωτα καὶ ἐλπίδα, τὸν μὲν ὡσπερεὶ πτέ‐ ρωμά τι κοῦφον καὶ μετάρσιον, ἐπαῖρον τὲ καὶ ἀνακου‐ φίζον τὴν ψυχὴν καὶ παρέχον αὐτῇ δρόμον ἐπὶ τὰς</w:t>
      </w:r>
    </w:p>
    <w:p>
      <w:r>
        <w:rPr>
          <w:rFonts w:ascii="Courier New" w:hAnsi="Courier New"/>
          <w:color w:val="555555"/>
          <w:sz w:val="20"/>
        </w:rPr>
        <w:t>[5]</w:t>
      </w:r>
    </w:p>
    <w:p>
      <w:r>
        <w:rPr>
          <w:rFonts w:ascii="Gentium Plus" w:hAnsi="Gentium Plus"/>
          <w:sz w:val="24"/>
        </w:rPr>
        <w:t>αὐτῆς ὀρέξεις· καλοῦσιν δὲ οἱ φιλόσοφοι τὸ πτέρωμα τοῦτο ὁρμὴν ἀνθρωπίνην· αἱ δὲ ἐλπίδες συγκατῳκισ‐ μέναι τῇ ψυχῇ παραμύθιον ταῖς ἑκάστου ὁρμαῖς, οὐ κατὰ τὸν Ἀττικὸν ποιητὴν τυφλαί, ἀλλὰ ὀξυωπεῖς πάνυ, οὐκ ἐῶσιν αὐτὴν ἀπαγορεῦσαι πονοῦσαν ὡς τευξο‐</w:t>
      </w:r>
    </w:p>
    <w:p>
      <w:r>
        <w:rPr>
          <w:rFonts w:ascii="Courier New" w:hAnsi="Courier New"/>
          <w:color w:val="555555"/>
          <w:sz w:val="20"/>
        </w:rPr>
        <w:t>[1 . 5 f]</w:t>
      </w:r>
    </w:p>
    <w:p>
      <w:r>
        <w:rPr>
          <w:rFonts w:ascii="Gentium Plus" w:hAnsi="Gentium Plus"/>
          <w:sz w:val="24"/>
        </w:rPr>
        <w:t>μένην πάντως ὧν ἐρᾷ. Πάλαι γὰρ ἂν οὐκ οὔσης ἐλ‐ πίδος καὶ ὁ χρηματιστὴς ἐπαύσατο χρηματιζόμενος, καὶ ὁ μισθοφόρος στρατευόμενος, καὶ ὁ ἔμπορος πλέων, καὶ ὁ λῃστὴς ληϊζόμενος, καὶ ὁ ἀκόλαστος μοιχεύων·</w:t>
      </w:r>
    </w:p>
    <w:p>
      <w:r>
        <w:rPr>
          <w:rFonts w:ascii="Courier New" w:hAnsi="Courier New"/>
          <w:color w:val="555555"/>
          <w:sz w:val="20"/>
        </w:rPr>
        <w:t>[5]</w:t>
      </w:r>
    </w:p>
    <w:p>
      <w:r>
        <w:rPr>
          <w:rFonts w:ascii="Gentium Plus" w:hAnsi="Gentium Plus"/>
          <w:sz w:val="24"/>
        </w:rPr>
        <w:t>ἀλλ’ οὐκ ἐῶσιν αἱ ἐλπίδες προστάττουσαι τούτους ἀνήνυτα πονεῖν καὶ ἀτελεύτητα, τὸν μὲν χρηματιστὴν ὡς πλουτήσοντα, τὸν δὲ πολεμοῦντα ὡς νικήσοντα, τὸν δὲ πλέοντα ὡς σωθησόμενον, τὸν δὲ ληϊζόμενον ὡς</w:t>
      </w:r>
    </w:p>
    <w:p>
      <w:r>
        <w:rPr>
          <w:rFonts w:ascii="Courier New" w:hAnsi="Courier New"/>
          <w:color w:val="555555"/>
          <w:sz w:val="20"/>
        </w:rPr>
        <w:t>[10]</w:t>
      </w:r>
    </w:p>
    <w:p>
      <w:r>
        <w:rPr>
          <w:rFonts w:ascii="Gentium Plus" w:hAnsi="Gentium Plus"/>
          <w:sz w:val="24"/>
        </w:rPr>
        <w:t>τὶς ἕκαστον ὑπολαβοῦσα αἰφνίδιος συμφορὰ ἐσύλησεν μὲν τὸν χρηματιστήν, ἀπέκτεινεν δὲ τὸν μισθοφόρον, κατέδυσεν δὲ τὸν ἔμπορον, ἔλαβεν δὲ τὸν λῃστήν, ἐφώρασεν δὲ καὶ τὸν μοιχόν· καὶ ἀπολώλασιν αὐτοῖς αἱ</w:t>
      </w:r>
    </w:p>
    <w:p>
      <w:r>
        <w:rPr>
          <w:rFonts w:ascii="Courier New" w:hAnsi="Courier New"/>
          <w:color w:val="555555"/>
          <w:sz w:val="20"/>
        </w:rPr>
        <w:t>[1 . 5 g]</w:t>
      </w:r>
    </w:p>
    <w:p>
      <w:r>
        <w:rPr>
          <w:rFonts w:ascii="Gentium Plus" w:hAnsi="Gentium Plus"/>
          <w:sz w:val="24"/>
        </w:rPr>
        <w:t>ὀρέξεις αὐταῖς ἐλπίσιν. Οὐδὲν γὰρ τούτων περιέλαβεν μέτρῳ οὐδὲ ὥρισεν ὁ θεὸς, οὔτε πλοῦτον, οὔτε ἡδονάς, οὔτε ἄλλό τι τῶν ἀνθρωπίνων δὴ ἐπιθυμημάτων, ἀλλ’ ἔστιν αὐτῶν ἄπειρος ἡ οὐσία· ἔνθέν που καὶ οἱ διώ‐</w:t>
      </w:r>
    </w:p>
    <w:p>
      <w:r>
        <w:rPr>
          <w:rFonts w:ascii="Courier New" w:hAnsi="Courier New"/>
          <w:color w:val="555555"/>
          <w:sz w:val="20"/>
        </w:rPr>
        <w:t>[5]</w:t>
      </w:r>
    </w:p>
    <w:p>
      <w:r>
        <w:rPr>
          <w:rFonts w:ascii="Gentium Plus" w:hAnsi="Gentium Plus"/>
          <w:sz w:val="24"/>
        </w:rPr>
        <w:t>κοντες ταῦτα ἐμπλησθέντες αὐτῶν διψῶσιν μᾶλλον·</w:t>
      </w:r>
    </w:p>
    <w:p>
      <w:r>
        <w:rPr>
          <w:rFonts w:ascii="Courier New" w:hAnsi="Courier New"/>
          <w:color w:val="555555"/>
          <w:sz w:val="20"/>
        </w:rPr>
        <w:t>[1 . 5 h]</w:t>
      </w:r>
    </w:p>
    <w:p>
      <w:r>
        <w:rPr>
          <w:rFonts w:ascii="Gentium Plus" w:hAnsi="Gentium Plus"/>
          <w:sz w:val="24"/>
        </w:rPr>
        <w:t>ἔλαττον γὰρ τὸ ληφθὲν τοῦ προσδοκωμένου. Ὁπόταν δὲ ἄξῃ ψυχὴ ἐπὶ πρᾶγμα ἑστὸς καὶ ὡμολογημένον καὶ πεπερασμένον καὶ ὡρισμένον, καὶ καλὸν μὲν τῇ φύσει, ἀνυστὸν δὲ τῷ πόνῳ, ληπτὸν δὲ τῷ λογισμῷ, διωκ‐</w:t>
      </w:r>
    </w:p>
    <w:p>
      <w:r>
        <w:rPr>
          <w:rFonts w:ascii="Courier New" w:hAnsi="Courier New"/>
          <w:color w:val="555555"/>
          <w:sz w:val="20"/>
        </w:rPr>
        <w:t>[5]</w:t>
      </w:r>
    </w:p>
    <w:p>
      <w:r>
        <w:rPr>
          <w:rFonts w:ascii="Gentium Plus" w:hAnsi="Gentium Plus"/>
          <w:sz w:val="24"/>
        </w:rPr>
        <w:t>τὸν δὲ τῷ ἔρωτι, καταληπτὸν δὲ τῇ ἐλπίδι, τότε γίγνε‐ ται ἡ τῆς ψυχῆς ἀγωνία ἐπιτυχὴς καὶ τελεσιουργὸς</w:t>
      </w:r>
    </w:p>
    <w:p>
      <w:r>
        <w:rPr>
          <w:rFonts w:ascii="Courier New" w:hAnsi="Courier New"/>
          <w:color w:val="555555"/>
          <w:sz w:val="20"/>
        </w:rPr>
        <w:t>[1 . 5 i]</w:t>
      </w:r>
    </w:p>
    <w:p>
      <w:r>
        <w:rPr>
          <w:rFonts w:ascii="Gentium Plus" w:hAnsi="Gentium Plus"/>
          <w:sz w:val="24"/>
        </w:rPr>
        <w:t>καὶ νικηφόρος· ἔστιν δὲ τοῦτο οὐκ ἄλλό τι, ἢ οὗπερ εἵνεκα ταυτὶ τὰ θέατρα οἱ φιλοσοφοῦντες ἀθροίζουσιν.</w:t>
      </w:r>
    </w:p>
    <w:p>
      <w:r>
        <w:rPr>
          <w:rFonts w:ascii="Courier New" w:hAnsi="Courier New"/>
          <w:color w:val="555555"/>
          <w:sz w:val="20"/>
        </w:rPr>
        <w:t>[1 . 6 b]</w:t>
      </w:r>
    </w:p>
    <w:p>
      <w:r>
        <w:rPr>
          <w:rFonts w:ascii="Gentium Plus" w:hAnsi="Gentium Plus"/>
          <w:sz w:val="24"/>
        </w:rPr>
        <w:t>Πάλιν αὖ μοι δεῖ τῆς τῶν ἀθλητῶν εἰκόνος. Ἐκεί‐ νων μέν γε εὔξαιτ’ ἂν ἕκαστος μηδένα ἀγωνιστὴν ἄλλον παρελθεῖν ἐπὶ τὸ στάδιον, ἀλλ’ ἀκονιτεὶ νικᾶν αὐτάς· δεῖ γὰρ νικᾶν ἐκ πολλῶν ἕνα· ἐνταῦθα δὲ</w:t>
      </w:r>
    </w:p>
    <w:p>
      <w:r>
        <w:rPr>
          <w:rFonts w:ascii="Courier New" w:hAnsi="Courier New"/>
          <w:color w:val="555555"/>
          <w:sz w:val="20"/>
        </w:rPr>
        <w:t>[5]</w:t>
      </w:r>
    </w:p>
    <w:p>
      <w:r>
        <w:rPr>
          <w:rFonts w:ascii="Gentium Plus" w:hAnsi="Gentium Plus"/>
          <w:sz w:val="24"/>
        </w:rPr>
        <w:t>οὗτος μάλιστα τῶν ἀγωνιστῶν νικηφόρος, ὃς ἂν πολλοὺς</w:t>
      </w:r>
    </w:p>
    <w:p>
      <w:r>
        <w:rPr>
          <w:rFonts w:ascii="Courier New" w:hAnsi="Courier New"/>
          <w:color w:val="555555"/>
          <w:sz w:val="20"/>
        </w:rPr>
        <w:t>[1 . 6 c]</w:t>
      </w:r>
    </w:p>
    <w:p>
      <w:r>
        <w:rPr>
          <w:rFonts w:ascii="Gentium Plus" w:hAnsi="Gentium Plus"/>
          <w:sz w:val="24"/>
        </w:rPr>
        <w:t>ἐπὶ τὴν ἀγωνίαν παρακαλέσῃ. Εἰ γάρ, ὦ θεοί, ἐμῶν θεατῶν γένοιτό τις συναγωνιστής, ἐμοὶ ἐπὶ ταυτησὶ τῆς ἕδρας συγκονιούμενος καὶ συμπονῶν, ἐγὼ τότε εὐδοκίμως στεφανοῦμαι, τότε κηρύττομαι, τότ’, ἐν τοῖς</w:t>
      </w:r>
    </w:p>
    <w:p>
      <w:r>
        <w:rPr>
          <w:rFonts w:ascii="Courier New" w:hAnsi="Courier New"/>
          <w:color w:val="555555"/>
          <w:sz w:val="20"/>
        </w:rPr>
        <w:t>[1 . 6 d]</w:t>
      </w:r>
    </w:p>
    <w:p>
      <w:r>
        <w:rPr>
          <w:rFonts w:ascii="Gentium Plus" w:hAnsi="Gentium Plus"/>
          <w:sz w:val="24"/>
        </w:rPr>
        <w:t>Πανέλλησιν. Ἕως δὲ νῦν, ἀστεφάνωτος εἶναι ὁμολογῶ</w:t>
      </w:r>
    </w:p>
    <w:p>
      <w:r>
        <w:rPr>
          <w:rFonts w:ascii="Courier New" w:hAnsi="Courier New"/>
          <w:color w:val="555555"/>
          <w:sz w:val="20"/>
        </w:rPr>
        <w:t>[1 . 6 e]</w:t>
      </w:r>
    </w:p>
    <w:p>
      <w:r>
        <w:rPr>
          <w:rFonts w:ascii="Gentium Plus" w:hAnsi="Gentium Plus"/>
          <w:sz w:val="24"/>
        </w:rPr>
        <w:t>καὶ ἀκήρυκτος, κἂν ὑμεῖς βοᾶτε. Τί γὰρ ἐμοὶ ὄφελος τῶν πολλῶν λόγων καὶ τῆς συνεχοῦς ταύτης ἀγωνίας; ἔπαινοι; ἅλις τούτων· ἔχω δόξαν, διακορής εἰμι τοῦ</w:t>
      </w:r>
    </w:p>
    <w:p>
      <w:r>
        <w:rPr>
          <w:rFonts w:ascii="Courier New" w:hAnsi="Courier New"/>
          <w:color w:val="555555"/>
          <w:sz w:val="20"/>
        </w:rPr>
        <w:t>[1 . 6 f]</w:t>
      </w:r>
    </w:p>
    <w:p>
      <w:r>
        <w:rPr>
          <w:rFonts w:ascii="Gentium Plus" w:hAnsi="Gentium Plus"/>
          <w:sz w:val="24"/>
        </w:rPr>
        <w:t>χρήματος· τὸ δὲ ὅλον, ἐπαινεῖ τὶς λόγους καὶ οὐ λέγει, φωνὴν ἔχων, ἀκοὴν ἔχων; ἐπαινεῖ τὶς φιλοσοφίαν καὶ</w:t>
      </w:r>
    </w:p>
    <w:p>
      <w:r>
        <w:rPr>
          <w:rFonts w:ascii="Courier New" w:hAnsi="Courier New"/>
          <w:color w:val="555555"/>
          <w:sz w:val="20"/>
        </w:rPr>
        <w:t>[1 . 6 g]</w:t>
      </w:r>
    </w:p>
    <w:p>
      <w:r>
        <w:rPr>
          <w:rFonts w:ascii="Gentium Plus" w:hAnsi="Gentium Plus"/>
          <w:sz w:val="24"/>
        </w:rPr>
        <w:t>οὐ λαμβάνει, ψυχὴν ἔχων, διδάσκαλον ἔχων; γέγονεν τοίνυν τὸ χρῆμα οἷον αὐλήματα ἢ κιθαρίσματα, ἢ εἴ τις ἄλλη ἐν Διονύσου μοῦσα τραγική τις καὶ κωμῳ‐ δική· ἐπαινοῦσιν μὲν πάντες, μιμεῖται δὲ οὐδείς.</w:t>
      </w:r>
    </w:p>
    <w:p>
      <w:r>
        <w:rPr>
          <w:rFonts w:ascii="Courier New" w:hAnsi="Courier New"/>
          <w:color w:val="555555"/>
          <w:sz w:val="20"/>
        </w:rPr>
        <w:t>[1 . 7 a]</w:t>
      </w:r>
    </w:p>
    <w:p>
      <w:r>
        <w:rPr>
          <w:rFonts w:ascii="Gentium Plus" w:hAnsi="Gentium Plus"/>
          <w:sz w:val="24"/>
        </w:rPr>
        <w:t>Ἢ κἀνταῦθα πάμμηκες διαφέρει ἔπαινος ἡδονῆς· ἥδονται μὲν γὰρ πάντες ἀκροώμενοι, ὃς δ’ ἂν τῷ ὄντι ἐπαινέσῃ, καὶ μιμήσεται· μέχρι δέ τις μὴ ζηλοῖ, οὐκ ἐπῄ‐ νεσεν. Ἤδη τὶς καὶ ὑπὸ αὐλημάτων ἀνὴρ ἄμουσος</w:t>
      </w:r>
    </w:p>
    <w:p>
      <w:r>
        <w:rPr>
          <w:rFonts w:ascii="Courier New" w:hAnsi="Courier New"/>
          <w:color w:val="555555"/>
          <w:sz w:val="20"/>
        </w:rPr>
        <w:t>[5]</w:t>
      </w:r>
    </w:p>
    <w:p>
      <w:r>
        <w:rPr>
          <w:rFonts w:ascii="Gentium Plus" w:hAnsi="Gentium Plus"/>
          <w:sz w:val="24"/>
        </w:rPr>
        <w:t>διετέθη μουσικῶς, καὶ τὰ ὦτα ἔναυλος ὢν διαμέμνηται τοῦ μέλους, καὶ μινυρίζει πρὸς αὑτόν. Κἂν τοῦτο τὶς</w:t>
      </w:r>
    </w:p>
    <w:p>
      <w:r>
        <w:rPr>
          <w:rFonts w:ascii="Courier New" w:hAnsi="Courier New"/>
          <w:color w:val="555555"/>
          <w:sz w:val="20"/>
        </w:rPr>
        <w:t>[1 . 7 b]</w:t>
      </w:r>
    </w:p>
    <w:p>
      <w:r>
        <w:rPr>
          <w:rFonts w:ascii="Gentium Plus" w:hAnsi="Gentium Plus"/>
          <w:sz w:val="24"/>
        </w:rPr>
        <w:t>καὶ τῶν αὐλῶν αὐτῶν. Ἀνὴρ φιλοθρέμμων ὄρνιθας εἶχεν τῶν ἡδὺ μὲν φθεγγομένων τὸ ὄρθριον δὴ τοῦτο, ἄσημον δὲ, καὶ οἷον ὄρνιθας εἰκός. Ἦν αὐτῷ γεί‐ των αὐλητικός· ἀκροώμενοι δὲ οἱ ὄρνιθες διαμελετω‐</w:t>
      </w:r>
    </w:p>
    <w:p>
      <w:r>
        <w:rPr>
          <w:rFonts w:ascii="Courier New" w:hAnsi="Courier New"/>
          <w:color w:val="555555"/>
          <w:sz w:val="20"/>
        </w:rPr>
        <w:t>[5]</w:t>
      </w:r>
    </w:p>
    <w:p>
      <w:r>
        <w:rPr>
          <w:rFonts w:ascii="Gentium Plus" w:hAnsi="Gentium Plus"/>
          <w:sz w:val="24"/>
        </w:rPr>
        <w:t>μένου τοῦ αὐλητοῦ, καὶ ἀντᾴδοντες αὐτῷ ὁσημέραι, ἐτυπώθησαν τῇ ἀκοῇ πρὸς τὰ αὐλήματα, καὶ τελευ‐ τῶντες ἀρξαμένου αὐλεῖν συνεπήχουν πρὸς τὸ ἐνδόσι‐</w:t>
      </w:r>
    </w:p>
    <w:p>
      <w:r>
        <w:rPr>
          <w:rFonts w:ascii="Courier New" w:hAnsi="Courier New"/>
          <w:color w:val="555555"/>
          <w:sz w:val="20"/>
        </w:rPr>
        <w:t>[1 . 7 c]</w:t>
      </w:r>
    </w:p>
    <w:p>
      <w:r>
        <w:rPr>
          <w:rFonts w:ascii="Gentium Plus" w:hAnsi="Gentium Plus"/>
          <w:sz w:val="24"/>
        </w:rPr>
        <w:t>μον, δίκην χοροῦ· ἄνθρωποι δὲ ὄντες οὐδὲ κατὰ ὄρνι‐ θας ξυνᾴσονται ἡμῖν, ἀκούοντες θαμὰ οὐκ ἀσήμων αὐλημάτων, ἀλλὰ νοερῶν λόγων καὶ διηρθρωμένων</w:t>
      </w:r>
    </w:p>
    <w:p>
      <w:r>
        <w:rPr>
          <w:rFonts w:ascii="Courier New" w:hAnsi="Courier New"/>
          <w:color w:val="555555"/>
          <w:sz w:val="20"/>
        </w:rPr>
        <w:t>[1 . 7 d]</w:t>
      </w:r>
    </w:p>
    <w:p>
      <w:r>
        <w:rPr>
          <w:rFonts w:ascii="Gentium Plus" w:hAnsi="Gentium Plus"/>
          <w:sz w:val="24"/>
        </w:rPr>
        <w:t>καὶ γονίμων καὶ πρὸς μίμησιν εὖ πεφυκότων; Ὥστε ἔγωγε τέως καὶ πρὸς ἅπαντας ὑπὲρ τῶν ἡμετέρων σιγὴν ἔχων καὶ μηδὲν σεμνὸν μηδὲ ὑπέραυχον μήτε ἰδίᾳ μήτε εἰς κοινὸν εἰπεῖν, νῦν μοι δοκῶ ὑμῶν εἵνεκεν</w:t>
      </w:r>
    </w:p>
    <w:p>
      <w:r>
        <w:rPr>
          <w:rFonts w:ascii="Courier New" w:hAnsi="Courier New"/>
          <w:color w:val="555555"/>
          <w:sz w:val="20"/>
        </w:rPr>
        <w:t>[1 . 7 e]</w:t>
      </w:r>
    </w:p>
    <w:p>
      <w:r>
        <w:rPr>
          <w:rFonts w:ascii="Gentium Plus" w:hAnsi="Gentium Plus"/>
          <w:sz w:val="24"/>
        </w:rPr>
        <w:t>γαυρότατα ἂν καὶ μεγαλαυχότατα εἰπεῖν. Παρελήλυθεν εἰς ὑμᾶς, ὦ νέοι, παρασκευὴ λόγων αὕτη πολύχους καὶ πολυμερὴς καὶ πάμφορος, καὶ ἐπὶ πάσας ἐξικνου‐ μένη ἀκοὰς καὶ πάσας φύσεις, καὶ πάσας ζηλώσεις</w:t>
      </w:r>
    </w:p>
    <w:p>
      <w:r>
        <w:rPr>
          <w:rFonts w:ascii="Courier New" w:hAnsi="Courier New"/>
          <w:color w:val="555555"/>
          <w:sz w:val="20"/>
        </w:rPr>
        <w:t>[5]</w:t>
      </w:r>
    </w:p>
    <w:p>
      <w:r>
        <w:rPr>
          <w:rFonts w:ascii="Gentium Plus" w:hAnsi="Gentium Plus"/>
          <w:sz w:val="24"/>
        </w:rPr>
        <w:t>λόγων, καὶ πάσας παιδευμάτων ἰδέας, ἀταμίευτος καὶ ἄμισθος καὶ ἀπροφάσιστος καὶ ἄφθονος, ἐν μέσῳ κει‐</w:t>
      </w:r>
    </w:p>
    <w:p>
      <w:r>
        <w:rPr>
          <w:rFonts w:ascii="Courier New" w:hAnsi="Courier New"/>
          <w:color w:val="555555"/>
          <w:sz w:val="20"/>
        </w:rPr>
        <w:t>[1 . 7 f]</w:t>
      </w:r>
    </w:p>
    <w:p>
      <w:r>
        <w:rPr>
          <w:rFonts w:ascii="Gentium Plus" w:hAnsi="Gentium Plus"/>
          <w:sz w:val="24"/>
        </w:rPr>
        <w:t>μένη τοῖς δυναμένοις λαβεῖν. Εἴτέ τις ῥητορείας ἐρᾷ,</w:t>
      </w:r>
    </w:p>
    <w:p>
      <w:r>
        <w:rPr>
          <w:rFonts w:ascii="Courier New" w:hAnsi="Courier New"/>
          <w:color w:val="555555"/>
          <w:sz w:val="20"/>
        </w:rPr>
        <w:t>[1 . 7 g]</w:t>
      </w:r>
    </w:p>
    <w:p>
      <w:r>
        <w:rPr>
          <w:rFonts w:ascii="Gentium Plus" w:hAnsi="Gentium Plus"/>
          <w:sz w:val="24"/>
        </w:rPr>
        <w:t>καὶ ἰσχυρός, καὶ ἄκμητος· εἴτέ τις ποιητικῆς ἐρᾷ, ἡκέτω πορισάμενος ἄλλοθεν τὰ μέτρα μόνον, τὴν δὲ ἄλλην χορηγίαν λαμβανέτω ἐντεῦθεν ἔκπλεων ποιητικῆς, τὸ σοβαρόν, τὸ ἐπιφανές, τὸ λαμπρόν, τὸ γόνιμον, τὸ ἔν‐</w:t>
      </w:r>
    </w:p>
    <w:p>
      <w:r>
        <w:rPr>
          <w:rFonts w:ascii="Courier New" w:hAnsi="Courier New"/>
          <w:color w:val="555555"/>
          <w:sz w:val="20"/>
        </w:rPr>
        <w:t>[5]</w:t>
      </w:r>
    </w:p>
    <w:p>
      <w:r>
        <w:rPr>
          <w:rFonts w:ascii="Gentium Plus" w:hAnsi="Gentium Plus"/>
          <w:sz w:val="24"/>
        </w:rPr>
        <w:t>θεον, τὴν οἰκονομίαν, τὴν δραματουργίαν, τὸ κατὰ τὰς φωνὰς ἀταμίευτον, τὸ κατὰ τὴν ἁρμονίαν ἄπται‐</w:t>
      </w:r>
    </w:p>
    <w:p>
      <w:r>
        <w:rPr>
          <w:rFonts w:ascii="Courier New" w:hAnsi="Courier New"/>
          <w:color w:val="555555"/>
          <w:sz w:val="20"/>
        </w:rPr>
        <w:t>[1 . 7 h]</w:t>
      </w:r>
    </w:p>
    <w:p>
      <w:r>
        <w:rPr>
          <w:rFonts w:ascii="Gentium Plus" w:hAnsi="Gentium Plus"/>
          <w:sz w:val="24"/>
        </w:rPr>
        <w:t>στον· ἀλλὰ πολιτικῆς καὶ τῆς περὶ δήμους καὶ βου‐ λευτήρια παρασκευῆς ἥκεις ἐνδεὴς ὤν; σὺ μὲν καὶ πεφώρακας τὸ ἔργον, ὁρᾷς τὸν δῆμον, ὁρᾷς τὸ βου‐</w:t>
      </w:r>
    </w:p>
    <w:p>
      <w:r>
        <w:rPr>
          <w:rFonts w:ascii="Courier New" w:hAnsi="Courier New"/>
          <w:color w:val="555555"/>
          <w:sz w:val="20"/>
        </w:rPr>
        <w:t>[1 . 7 i]</w:t>
      </w:r>
    </w:p>
    <w:p>
      <w:r>
        <w:rPr>
          <w:rFonts w:ascii="Gentium Plus" w:hAnsi="Gentium Plus"/>
          <w:sz w:val="24"/>
        </w:rPr>
        <w:t>λευτήριον, τὸν λέγοντα, τὴν πειθώ, τὸ κράτος. Ἀλλὰ τούτων μέν τις ὑπερορᾷ, φιλοσοφίαν δὲ ἀσπάζεται καὶ ἀλήθειαν τιμᾷ; ἐνταῦθα ὑφαιρῶ, τῆς μεγαλαυχίας ὑφίεμαι, οὐχ ὁ αὐτός εἰμι· μέγα τὸ χρῆμα καὶ δεό‐</w:t>
      </w:r>
    </w:p>
    <w:p>
      <w:r>
        <w:rPr>
          <w:rFonts w:ascii="Courier New" w:hAnsi="Courier New"/>
          <w:color w:val="555555"/>
          <w:sz w:val="20"/>
        </w:rPr>
        <w:t>[5]</w:t>
      </w:r>
    </w:p>
    <w:p>
      <w:r>
        <w:rPr>
          <w:rFonts w:ascii="Gentium Plus" w:hAnsi="Gentium Plus"/>
          <w:sz w:val="24"/>
        </w:rPr>
        <w:t>μενον προστάτου οὐ δημοτικοῦ, μὰ Δία, οὐδὲ ἐρχο‐ μένου χαμαί, οὐδὲ ἀνακεκραμένου τῷ τῶν πολλῶν τρόπῳ.</w:t>
      </w:r>
    </w:p>
    <w:p>
      <w:r>
        <w:rPr>
          <w:rFonts w:ascii="Courier New" w:hAnsi="Courier New"/>
          <w:color w:val="555555"/>
          <w:sz w:val="20"/>
        </w:rPr>
        <w:t>[1 . 8 a]</w:t>
      </w:r>
    </w:p>
    <w:p>
      <w:r>
        <w:rPr>
          <w:rFonts w:ascii="Gentium Plus" w:hAnsi="Gentium Plus"/>
          <w:sz w:val="24"/>
        </w:rPr>
        <w:t>Εἰ μὲν οὖν τις τοῦτ’ εἶναι φιλοσοφίαν λέγει, ῥήματα καὶ ὀνόματα, ἢ τέχνας λόγων, ἢ ἐλέγχους καὶ ἔριδας καὶ σοφίσματα, καὶ τὰς ἐν τούτοις διατριβάς, οὐ χα‐</w:t>
      </w:r>
    </w:p>
    <w:p>
      <w:r>
        <w:rPr>
          <w:rFonts w:ascii="Courier New" w:hAnsi="Courier New"/>
          <w:color w:val="555555"/>
          <w:sz w:val="20"/>
        </w:rPr>
        <w:t>[5]</w:t>
      </w:r>
    </w:p>
    <w:p>
      <w:r>
        <w:rPr>
          <w:rFonts w:ascii="Gentium Plus" w:hAnsi="Gentium Plus"/>
          <w:sz w:val="24"/>
        </w:rPr>
        <w:t>ούτων σοφιστῶν, εὔπορον τὸ χρῆμα, καὶ ταχὺ ἀνα‐ φαινόμενον· θαρρήσαιμι δ’ ἂν ἔγωγε εἰπεῖν, ὅτι τῆς τοιαύτης φιλοσοφίας πλείους οἱ διδάσκαλοι τῶν μαθη‐</w:t>
      </w:r>
    </w:p>
    <w:p>
      <w:r>
        <w:rPr>
          <w:rFonts w:ascii="Courier New" w:hAnsi="Courier New"/>
          <w:color w:val="555555"/>
          <w:sz w:val="20"/>
        </w:rPr>
        <w:t>[1 . 8 b]</w:t>
      </w:r>
    </w:p>
    <w:p>
      <w:r>
        <w:rPr>
          <w:rFonts w:ascii="Gentium Plus" w:hAnsi="Gentium Plus"/>
          <w:sz w:val="24"/>
        </w:rPr>
        <w:t>τῶν. Εἰ δὲ ταῦτα μὲν ὀλίγη τοῦ φιλοσοφεῖν μοῖρα, καὶ τοσαύτη, ὅση αἰσχρὸν μὲν μὴ εἰδέναι, οὐ σεμνὸν δὲ εἰδέναι, διαφεύγομεν τὸ αἰσχρὸν καὶ ταῦτα εἰδότες, μὴ καλλωπιζώμεθα δὲ ἐπ’ αὐτοῖς· ἢ γὰρ ἂν πολλοῦ</w:t>
      </w:r>
    </w:p>
    <w:p>
      <w:r>
        <w:rPr>
          <w:rFonts w:ascii="Courier New" w:hAnsi="Courier New"/>
          <w:color w:val="555555"/>
          <w:sz w:val="20"/>
        </w:rPr>
        <w:t>[5]</w:t>
      </w:r>
    </w:p>
    <w:p>
      <w:r>
        <w:rPr>
          <w:rFonts w:ascii="Gentium Plus" w:hAnsi="Gentium Plus"/>
          <w:sz w:val="24"/>
        </w:rPr>
        <w:t>ἄξιοι καὶ οἱ γραμματισταὶ εἶεν, πραγματευόμενοι περὶ τὰς συλλαβάς, καὶ συμψελλίζοντες ἔθνει παίδων ἀνο‐</w:t>
      </w:r>
    </w:p>
    <w:p>
      <w:r>
        <w:rPr>
          <w:rFonts w:ascii="Courier New" w:hAnsi="Courier New"/>
          <w:color w:val="555555"/>
          <w:sz w:val="20"/>
        </w:rPr>
        <w:t>[1 . 8 c]</w:t>
      </w:r>
    </w:p>
    <w:p>
      <w:r>
        <w:rPr>
          <w:rFonts w:ascii="Gentium Plus" w:hAnsi="Gentium Plus"/>
          <w:sz w:val="24"/>
        </w:rPr>
        <w:t>ητοτάτῳ. Τὸ δὲ ἐν φιλοσοφίᾳ κεφάλαιον καὶ ἡ ἐπ’ αὐτὸ ὁδὸς δεῖται διδασκάλου τὰς τῶν νέων ψυχὰς ξυνε‐ παίροντος, καὶ διαπαιδαγωγοῦντος αὐτῶν τὰς φιλοτι‐ μίας, καὶ οὐδὲν ἀλλ’ ἢ λύπαις καὶ ἡδοναῖς τὰς ὀρέξεις</w:t>
      </w:r>
    </w:p>
    <w:p>
      <w:r>
        <w:rPr>
          <w:rFonts w:ascii="Courier New" w:hAnsi="Courier New"/>
          <w:color w:val="555555"/>
          <w:sz w:val="20"/>
        </w:rPr>
        <w:t>[1 . 8 d]</w:t>
      </w:r>
    </w:p>
    <w:p>
      <w:r>
        <w:rPr>
          <w:rFonts w:ascii="Gentium Plus" w:hAnsi="Gentium Plus"/>
          <w:sz w:val="24"/>
        </w:rPr>
        <w:t>αὐτῶν συμμετρουμένου· οἷόν που καὶ οἱ πωλευταὶ δρῶσιν, μήτε ἀποσβεννύντες τὸν θυμὸν τῶν πωλευ‐ μάτων, μήτε ἐφιέντες αὐτοῖς ἀνέδην χρῆσθαι</w:t>
      </w:r>
    </w:p>
    <w:p>
      <w:r>
        <w:rPr>
          <w:rFonts w:ascii="Courier New" w:hAnsi="Courier New"/>
          <w:color w:val="555555"/>
          <w:sz w:val="20"/>
        </w:rPr>
        <w:t>[1 . 8 e]</w:t>
      </w:r>
    </w:p>
    <w:p>
      <w:r>
        <w:rPr>
          <w:rFonts w:ascii="Gentium Plus" w:hAnsi="Gentium Plus"/>
          <w:sz w:val="24"/>
        </w:rPr>
        <w:t>τῇ γενναιότητι. Οἰκονομεῖ δὲ πώλου μὲν θυμὸν χαλινός, καὶ ῥυτῆρες, καὶ ἱππέως καὶ ἡνιόχου τέχνη· ψυχὴν δὲ ἀνδρὸς λόγος, οὐκ ἀργός, οὐδὲ ῥυπῶν, οὐδὲ ἠμελημένος, ἀλλὰ ἀνακεκραμένος ἤθει καὶ πάθει, καὶ μὴ παρέχων</w:t>
      </w:r>
    </w:p>
    <w:p>
      <w:r>
        <w:rPr>
          <w:rFonts w:ascii="Courier New" w:hAnsi="Courier New"/>
          <w:color w:val="555555"/>
          <w:sz w:val="20"/>
        </w:rPr>
        <w:t>[5]</w:t>
      </w:r>
    </w:p>
    <w:p>
      <w:r>
        <w:rPr>
          <w:rFonts w:ascii="Gentium Plus" w:hAnsi="Gentium Plus"/>
          <w:sz w:val="24"/>
        </w:rPr>
        <w:t>σχολὴν τοῖς ἀκροωμένοις τὰς φωνὰς ἐξετάζειν καὶ τὰς ἐν αὐταῖς ἡδονάς, ἀλλὰ ἀνίστασθαι προσαναγκάζει καὶ συνενθουσιᾶν, ὥσπερ ὑπὸ σάλπιγγι, νῦν μὲν τὸ ἐφορ‐ μητικὸν φθεγγομένῃ, νῦν δὲ τὸ ἀνακλητικόν.</w:t>
      </w:r>
    </w:p>
    <w:p>
      <w:r>
        <w:rPr>
          <w:rFonts w:ascii="Courier New" w:hAnsi="Courier New"/>
          <w:color w:val="555555"/>
          <w:sz w:val="20"/>
        </w:rPr>
        <w:t>[1 . 9 a]</w:t>
      </w:r>
    </w:p>
    <w:p>
      <w:r>
        <w:rPr>
          <w:rFonts w:ascii="Gentium Plus" w:hAnsi="Gentium Plus"/>
          <w:sz w:val="24"/>
        </w:rPr>
        <w:t>Εἰ τοιούτου δεῖ λόγου τοῖς φιλοσοφίας ἐφιεμένοις, τὸν ἔχοντα ἀθρητέον καὶ δοκιμαστέον καὶ αἱρετέον, ἐάν τε πρεσβύτης οὗτος ᾖ, ἐάν τε νέος, ἐάν τε πένης, ἐάν τε πλούσιος, ἐὰν ἔνδοξος· ἀσθενέστερον δέ, οἶμαι, καὶ νεό‐</w:t>
      </w:r>
    </w:p>
    <w:p>
      <w:r>
        <w:rPr>
          <w:rFonts w:ascii="Courier New" w:hAnsi="Courier New"/>
          <w:color w:val="555555"/>
          <w:sz w:val="20"/>
        </w:rPr>
        <w:t>[1 . 9 b]</w:t>
      </w:r>
    </w:p>
    <w:p>
      <w:r>
        <w:rPr>
          <w:rFonts w:ascii="Gentium Plus" w:hAnsi="Gentium Plus"/>
          <w:sz w:val="24"/>
        </w:rPr>
        <w:t>τητος γῆρας, καὶ πλούτου πενία, καὶ δόξης ἀδοξία. Οἷς δ’ ἂν τὰ ἐλαττώματα ταῦτα προσῇ, ῥᾷον ἐπ’ αὐτοὺς οἱ ἄνθρωποι παραγίγνονται, καὶ γεγόνασιν αἱ παρὰ</w:t>
      </w:r>
    </w:p>
    <w:p>
      <w:r>
        <w:rPr>
          <w:rFonts w:ascii="Courier New" w:hAnsi="Courier New"/>
          <w:color w:val="555555"/>
          <w:sz w:val="20"/>
        </w:rPr>
        <w:t>[1 . 9 c]</w:t>
      </w:r>
    </w:p>
    <w:p>
      <w:r>
        <w:rPr>
          <w:rFonts w:ascii="Gentium Plus" w:hAnsi="Gentium Plus"/>
          <w:sz w:val="24"/>
        </w:rPr>
        <w:t>τῆς τύχης συμφοραὶ πρὸς φιλοσοφίαν ἐφόδια· καὶ ὅτι μὲν πένης ἦν ὁ Σωκράτης, ὁ πένης εὐθὺς μιμήσεται τὸν Σωκράτην· ὡς ὠνάμεθα, ὅτι μὴ καὶ οἱ σιμοὶ καὶ</w:t>
      </w:r>
    </w:p>
    <w:p>
      <w:r>
        <w:rPr>
          <w:rFonts w:ascii="Courier New" w:hAnsi="Courier New"/>
          <w:color w:val="555555"/>
          <w:sz w:val="20"/>
        </w:rPr>
        <w:t>[1 . 9 d]</w:t>
      </w:r>
    </w:p>
    <w:p>
      <w:r>
        <w:rPr>
          <w:rFonts w:ascii="Gentium Plus" w:hAnsi="Gentium Plus"/>
          <w:sz w:val="24"/>
        </w:rPr>
        <w:t>οἱ προγάστορες ἀμφισβητοῦσιν φιλοσοφίας· ὅτι δὲ Σω‐ κράτης οὐκ ἐπὶ τοὺς πένητας ὠθεῖτο μόνον, ἀλλὰ καὶ ἐπὶ τοὺς πλουσίους καὶ τοὺς ἐνδόξους καὶ τοὺς εὐγε‐</w:t>
      </w:r>
    </w:p>
    <w:p>
      <w:r>
        <w:rPr>
          <w:rFonts w:ascii="Courier New" w:hAnsi="Courier New"/>
          <w:color w:val="555555"/>
          <w:sz w:val="20"/>
        </w:rPr>
        <w:t>[1 . 9 e]</w:t>
      </w:r>
    </w:p>
    <w:p>
      <w:r>
        <w:rPr>
          <w:rFonts w:ascii="Gentium Plus" w:hAnsi="Gentium Plus"/>
          <w:sz w:val="24"/>
        </w:rPr>
        <w:t>νεστάτους, διαμέμνηται οὐδείς. Ἡγεῖτο γάρ, οἶμαι, ὁ Σωκράτης Αἰσχίνου μὲν φιλοσοφήσαντος καὶ Ἀντι‐ σθένους ὄνασθαι ἂν ὀλίγα τὴν Ἀθηναίων πόλιν· μᾶλλον δὲ μηδένα τῶν τότε, πλὴν ἡμῶν τῶν ἔπειτα, κατὰ τὴν</w:t>
      </w:r>
    </w:p>
    <w:p>
      <w:r>
        <w:rPr>
          <w:rFonts w:ascii="Courier New" w:hAnsi="Courier New"/>
          <w:color w:val="555555"/>
          <w:sz w:val="20"/>
        </w:rPr>
        <w:t>[1 . 9 f]</w:t>
      </w:r>
    </w:p>
    <w:p>
      <w:r>
        <w:rPr>
          <w:rFonts w:ascii="Gentium Plus" w:hAnsi="Gentium Plus"/>
          <w:sz w:val="24"/>
        </w:rPr>
        <w:t>μνήμην τῶν λόγων· εἰ δὲ Ἀλκιβιάδης ἐφιλοσόφει, ἢ Κριτίας, ἢ Κριτόβουλος, ἢ Καλλίας, οὐδὲν ἂν τῶν</w:t>
      </w:r>
    </w:p>
    <w:p>
      <w:r>
        <w:rPr>
          <w:rFonts w:ascii="Courier New" w:hAnsi="Courier New"/>
          <w:color w:val="555555"/>
          <w:sz w:val="20"/>
        </w:rPr>
        <w:t>[1 . 9 g]</w:t>
      </w:r>
    </w:p>
    <w:p>
      <w:r>
        <w:rPr>
          <w:rFonts w:ascii="Gentium Plus" w:hAnsi="Gentium Plus"/>
          <w:sz w:val="24"/>
        </w:rPr>
        <w:t>δεινῶν τοῖς τότε Ἀθηναίοις ξυνέπεσεν· οὐδὲ γὰρ ἡ Διογένους ζήλωσις θυλάκιον καὶ βακτηρία, ἀλλ’ ἔξεστίν που καὶ ταῦτα περιβεβλημένον Σαρδαναπάλλου εἶναι</w:t>
      </w:r>
    </w:p>
    <w:p>
      <w:r>
        <w:rPr>
          <w:rFonts w:ascii="Courier New" w:hAnsi="Courier New"/>
          <w:color w:val="555555"/>
          <w:sz w:val="20"/>
        </w:rPr>
        <w:t>[1 . 9 h]</w:t>
      </w:r>
    </w:p>
    <w:p>
      <w:r>
        <w:rPr>
          <w:rFonts w:ascii="Gentium Plus" w:hAnsi="Gentium Plus"/>
          <w:sz w:val="24"/>
        </w:rPr>
        <w:t>κακοδαιμονέστερον· ὁ Ἀρίστιππος ἐκεῖνος πορφυρίδι ἀμπισχόμενος, καὶ μύροις χριόμενος, οὐχ ἧττον τοῦ</w:t>
      </w:r>
    </w:p>
    <w:p>
      <w:r>
        <w:rPr>
          <w:rFonts w:ascii="Courier New" w:hAnsi="Courier New"/>
          <w:color w:val="555555"/>
          <w:sz w:val="20"/>
        </w:rPr>
        <w:t>[1 . 9 i]</w:t>
      </w:r>
    </w:p>
    <w:p>
      <w:r>
        <w:rPr>
          <w:rFonts w:ascii="Gentium Plus" w:hAnsi="Gentium Plus"/>
          <w:sz w:val="24"/>
        </w:rPr>
        <w:t>Διογένους ἐσωφρόνει. Ὥσπερ γάρ, εἴ τις δύναμιν σώματος παρεσκευάσατο οὐδὲν ὑπὸ πυρὸς λυμαινο‐ μένην, ἐθάρσει ἂν, οἶμαι, καὶ τῇ Αἴτνῃ αὐτοῦ παραδοὺς τὸ σῶμα· οὕτω καὶ ὅστις πρὸς ἡδονὴν παρεσκεύασται</w:t>
      </w:r>
    </w:p>
    <w:p>
      <w:r>
        <w:rPr>
          <w:rFonts w:ascii="Courier New" w:hAnsi="Courier New"/>
          <w:color w:val="555555"/>
          <w:sz w:val="20"/>
        </w:rPr>
        <w:t>[5]</w:t>
      </w:r>
    </w:p>
    <w:p>
      <w:r>
        <w:rPr>
          <w:rFonts w:ascii="Gentium Plus" w:hAnsi="Gentium Plus"/>
          <w:sz w:val="24"/>
        </w:rPr>
        <w:t>καλῶς, οὐδὲ ἐν αὐταῖς ὢν θάλπεται, οὐδὲ ἐμπίμπραται, οὐδὲ ἐκτήκεται.</w:t>
      </w:r>
    </w:p>
    <w:p>
      <w:r>
        <w:rPr>
          <w:rFonts w:ascii="Courier New" w:hAnsi="Courier New"/>
          <w:color w:val="555555"/>
          <w:sz w:val="20"/>
        </w:rPr>
        <w:t>[1 . 10 a]</w:t>
      </w:r>
    </w:p>
    <w:p>
      <w:r>
        <w:rPr>
          <w:rFonts w:ascii="Gentium Plus" w:hAnsi="Gentium Plus"/>
          <w:sz w:val="24"/>
        </w:rPr>
        <w:t>Ἐξεταστέον δὴ τὸν φιλόσοφον οὐ σχήματι, οὐχ ἡλικίᾳ, οὐ τύχῃ, ἀλλὰ γνώμῃ, καὶ λόγῳ, καὶ παρα‐ σκευῇ ψυχῆς, ὑφ’ ὧν μόνων χειροτονεῖται φιλόσο‐</w:t>
      </w:r>
    </w:p>
    <w:p>
      <w:r>
        <w:rPr>
          <w:rFonts w:ascii="Courier New" w:hAnsi="Courier New"/>
          <w:color w:val="555555"/>
          <w:sz w:val="20"/>
        </w:rPr>
        <w:t>[1 . 10 b]</w:t>
      </w:r>
    </w:p>
    <w:p>
      <w:r>
        <w:rPr>
          <w:rFonts w:ascii="Gentium Plus" w:hAnsi="Gentium Plus"/>
          <w:sz w:val="24"/>
        </w:rPr>
        <w:t>κεν τοῖς ἐν Διονύσου περιβλήμασιν. Τὸ μὲν γὰρ τῶν ποιημάτων κάλλος ἓν καὶ ταυτόν, ἐάν τε δυνάστης ὁ λέγων ᾖ, ἐάν τε οἰκέτης· αἱ δὲ χρεῖαι τῶν δραμάτων</w:t>
      </w:r>
    </w:p>
    <w:p>
      <w:r>
        <w:rPr>
          <w:rFonts w:ascii="Courier New" w:hAnsi="Courier New"/>
          <w:color w:val="555555"/>
          <w:sz w:val="20"/>
        </w:rPr>
        <w:t>[1 . 10 c]</w:t>
      </w:r>
    </w:p>
    <w:p>
      <w:r>
        <w:rPr>
          <w:rFonts w:ascii="Gentium Plus" w:hAnsi="Gentium Plus"/>
          <w:sz w:val="24"/>
        </w:rPr>
        <w:t>μεταποιοῦσι τὰ σχήματα. Ὁ Ἀγαμέμνων τὸ σκῆπτρον φέρει, ὁ βουκόλος διφθέραν, ὁ Ἀχιλλεὺς ὅπλα, Τήλε‐ φος ῥάκια καὶ θύλακον· ἀκροῶνται δὲ οἱ θεώμενοι οὐδὲν μᾶλλον τοῦ Τηλέφου, ἢ τοῦ Ἀγαμέμνονος· ἀπο‐</w:t>
      </w:r>
    </w:p>
    <w:p>
      <w:r>
        <w:rPr>
          <w:rFonts w:ascii="Courier New" w:hAnsi="Courier New"/>
          <w:color w:val="555555"/>
          <w:sz w:val="20"/>
        </w:rPr>
        <w:t>[5]</w:t>
      </w:r>
    </w:p>
    <w:p>
      <w:r>
        <w:rPr>
          <w:rFonts w:ascii="Gentium Plus" w:hAnsi="Gentium Plus"/>
          <w:sz w:val="24"/>
        </w:rPr>
        <w:t>τείνεται γὰρ ἡ ψυχὴ ἐπὶ τὰ ποιήματα αὐτά, οὐ τὰς</w:t>
      </w:r>
    </w:p>
    <w:p>
      <w:r>
        <w:rPr>
          <w:rFonts w:ascii="Courier New" w:hAnsi="Courier New"/>
          <w:color w:val="555555"/>
          <w:sz w:val="20"/>
        </w:rPr>
        <w:t>[1 . 10 d]</w:t>
      </w:r>
    </w:p>
    <w:p>
      <w:r>
        <w:rPr>
          <w:rFonts w:ascii="Gentium Plus" w:hAnsi="Gentium Plus"/>
          <w:sz w:val="24"/>
        </w:rPr>
        <w:t>τύχας τῶν λεγόντων. Νόμιζε δὴ κἀν τοῖς τῶν φιλο‐</w:t>
      </w:r>
    </w:p>
    <w:p>
      <w:r>
        <w:rPr>
          <w:rFonts w:ascii="Courier New" w:hAnsi="Courier New"/>
          <w:color w:val="555555"/>
          <w:sz w:val="20"/>
        </w:rPr>
        <w:t>[1 . 10 e]</w:t>
      </w:r>
    </w:p>
    <w:p>
      <w:r>
        <w:rPr>
          <w:rFonts w:ascii="Gentium Plus" w:hAnsi="Gentium Plus"/>
          <w:sz w:val="24"/>
        </w:rPr>
        <w:t>σόφων λόγοις, τὸ μὲν καλὸν οὐκ εἶναι παντοδαπὸν οὐδὲ διαπεφορημένον, ἀλλ’ ἓν καὶ αὐτὸ αὑτῷ παρα‐ πλήσιον· τοὺς δὲ ἀγωνιστὰς αὐτούς, ἄλλον ἄλλῳ σχήματι ὑπὸ τῆς τύχης περιβεβλήμενον, εἰσπέμπεσθαι</w:t>
      </w:r>
    </w:p>
    <w:p>
      <w:r>
        <w:rPr>
          <w:rFonts w:ascii="Courier New" w:hAnsi="Courier New"/>
          <w:color w:val="555555"/>
          <w:sz w:val="20"/>
        </w:rPr>
        <w:t>[5]</w:t>
      </w:r>
    </w:p>
    <w:p>
      <w:r>
        <w:rPr>
          <w:rFonts w:ascii="Gentium Plus" w:hAnsi="Gentium Plus"/>
          <w:sz w:val="24"/>
        </w:rPr>
        <w:t>ἐπὶ τὴν σκηνὴν τοῦ βίου, Πυθαγόραν μὲν πορφυρᾷ ἀμπισχόμενον, τρίβωνι δὲ Σωκράτην, Ξενοφῶντα δὲ θώρακι καὶ ἀσπίδι, τὸν δὲ ἐκ τῆς Σινώπης ἀγωνιστήν,</w:t>
      </w:r>
    </w:p>
    <w:p>
      <w:r>
        <w:rPr>
          <w:rFonts w:ascii="Courier New" w:hAnsi="Courier New"/>
          <w:color w:val="555555"/>
          <w:sz w:val="20"/>
        </w:rPr>
        <w:t>[1 . 10 f]</w:t>
      </w:r>
    </w:p>
    <w:p>
      <w:r>
        <w:rPr>
          <w:rFonts w:ascii="Gentium Plus" w:hAnsi="Gentium Plus"/>
          <w:sz w:val="24"/>
        </w:rPr>
        <w:t>κατὰ τὸν Τήλεφον ἐκεῖνον, βακτηρίᾳ καὶ θυλάκῳ. Συ‐ νετέλει δὲ αὐτοῖς καὶ τὰ σχήματα αὐτὰ πρὸς τὴν δραματουργίαν· καὶ διὰ τοῦτο ὁ μὲν Πυθαγόρας ἐξ‐ έπληττεν, ὁ δὲ Σωκράτης ἤλεγχεν, ὁ δὲ Ξενοφῶν ἔπει‐</w:t>
      </w:r>
    </w:p>
    <w:p>
      <w:r>
        <w:rPr>
          <w:rFonts w:ascii="Courier New" w:hAnsi="Courier New"/>
          <w:color w:val="555555"/>
          <w:sz w:val="20"/>
        </w:rPr>
        <w:t>[1 . 10 g]</w:t>
      </w:r>
    </w:p>
    <w:p>
      <w:r>
        <w:rPr>
          <w:rFonts w:ascii="Gentium Plus" w:hAnsi="Gentium Plus"/>
          <w:sz w:val="24"/>
        </w:rPr>
        <w:t>θεν, ὁ δὲ Διογένης ὠνείδιζεν. Ὦ μακάριοι μὲν τῶν δραμάτων οἱ ὑποκριταί, μακάριοι δὲ τῶν ἀκουσμάτων οἱ θεαταί. Τίς ἂν ἡμῖν καὶ νῦν ποιητὴς καὶ ἀγω‐</w:t>
      </w:r>
    </w:p>
    <w:p>
      <w:r>
        <w:rPr>
          <w:rFonts w:ascii="Courier New" w:hAnsi="Courier New"/>
          <w:color w:val="555555"/>
          <w:sz w:val="20"/>
        </w:rPr>
        <w:t>[5]</w:t>
      </w:r>
    </w:p>
    <w:p>
      <w:r>
        <w:rPr>
          <w:rFonts w:ascii="Gentium Plus" w:hAnsi="Gentium Plus"/>
          <w:sz w:val="24"/>
        </w:rPr>
        <w:t>λεῖν ἀξιόχρεως θεάτροις Ἑλληνικοῖς; Ζητῶμεν τὸν ἄνδρα· τάχα που φανήσεται, καὶ φανεὶς οὐκ ἀτιμασ‐ θήσεται.</w:t>
      </w:r>
    </w:p>
    <w:p>
      <w:pPr>
        <w:jc w:val="center"/>
      </w:pPr>
      <w:r>
        <w:rPr>
          <w:rFonts w:ascii="Gentium Plus" w:hAnsi="Gentium Plus"/>
          <w:b/>
          <w:sz w:val="24"/>
        </w:rPr>
        <w:t>Εἰ θεοῖς ἀγάλματα ἱδρυτέον.</w:t>
      </w:r>
    </w:p>
    <w:p>
      <w:r>
        <w:rPr>
          <w:rFonts w:ascii="Courier New" w:hAnsi="Courier New"/>
          <w:color w:val="555555"/>
          <w:sz w:val="20"/>
        </w:rPr>
        <w:t>[1]</w:t>
      </w:r>
    </w:p>
    <w:p>
      <w:r>
        <w:rPr>
          <w:rFonts w:ascii="Gentium Plus" w:hAnsi="Gentium Plus"/>
          <w:sz w:val="24"/>
        </w:rPr>
        <w:t>Ἀρωγοὶ ἀνθρώποις θεοί, πάντες μὲν πᾶσιν, ἄλλοι δὲ ἄλλοις ἐνομίσθησαν κατὰ τὴν φήμην τῶν ὀνο‐ μάτων, καὶ διένειμαν αὐτοῖς οἱ ἄνθρωποι τιμὰς καὶ</w:t>
      </w:r>
    </w:p>
    <w:p>
      <w:r>
        <w:rPr>
          <w:rFonts w:ascii="Courier New" w:hAnsi="Courier New"/>
          <w:color w:val="555555"/>
          <w:sz w:val="20"/>
        </w:rPr>
        <w:t>[2 . 1 b]</w:t>
      </w:r>
    </w:p>
    <w:p>
      <w:r>
        <w:rPr>
          <w:rFonts w:ascii="Gentium Plus" w:hAnsi="Gentium Plus"/>
          <w:sz w:val="24"/>
        </w:rPr>
        <w:t>ἀγάλματα, οἱ ἐς τὰ ἴδια ἕκαστοι ὠφεληθέντες. Οὕτω μὲν ναῦται ἐπὶ ἀκλύστου πέτρας ἀνέθηκαν οἴακας θα‐</w:t>
      </w:r>
    </w:p>
    <w:p>
      <w:r>
        <w:rPr>
          <w:rFonts w:ascii="Courier New" w:hAnsi="Courier New"/>
          <w:color w:val="555555"/>
          <w:sz w:val="20"/>
        </w:rPr>
        <w:t>[2 . 1 c]</w:t>
      </w:r>
    </w:p>
    <w:p>
      <w:r>
        <w:rPr>
          <w:rFonts w:ascii="Gentium Plus" w:hAnsi="Gentium Plus"/>
          <w:sz w:val="24"/>
        </w:rPr>
        <w:t>λαττίοις· οὕτω δέ τις ποιμένων τὸν Πᾶνα τιμᾷ ἐλάτην</w:t>
      </w:r>
    </w:p>
    <w:p>
      <w:r>
        <w:rPr>
          <w:rFonts w:ascii="Courier New" w:hAnsi="Courier New"/>
          <w:color w:val="555555"/>
          <w:sz w:val="20"/>
        </w:rPr>
        <w:t>[2 . 1 d]</w:t>
      </w:r>
    </w:p>
    <w:p>
      <w:r>
        <w:rPr>
          <w:rFonts w:ascii="Gentium Plus" w:hAnsi="Gentium Plus"/>
          <w:sz w:val="24"/>
        </w:rPr>
        <w:t>αὐτῷ ὑψηλὴν ἐξελόμενος, ἢ ἄντρον βαθύ· καὶ γεωργοὶ Διόνυσον τιμῶσιν, πήξαντες ἐν ὀρχάτῳ αὐτοφυὲς πρέ‐</w:t>
      </w:r>
    </w:p>
    <w:p>
      <w:r>
        <w:rPr>
          <w:rFonts w:ascii="Courier New" w:hAnsi="Courier New"/>
          <w:color w:val="555555"/>
          <w:sz w:val="20"/>
        </w:rPr>
        <w:t>[2 . 1 e]</w:t>
      </w:r>
    </w:p>
    <w:p>
      <w:r>
        <w:rPr>
          <w:rFonts w:ascii="Gentium Plus" w:hAnsi="Gentium Plus"/>
          <w:sz w:val="24"/>
        </w:rPr>
        <w:t>μνον, ἀγροικικὸν ἄγαλμα· ἱερὰ δὲ Ἀρτέμιδος, πηγαὶ ναμάτων, καὶ κοῖλαι νάπαι, καὶ εὔθηροι λειμῶνες·</w:t>
      </w:r>
    </w:p>
    <w:p>
      <w:r>
        <w:rPr>
          <w:rFonts w:ascii="Courier New" w:hAnsi="Courier New"/>
          <w:color w:val="555555"/>
          <w:sz w:val="20"/>
        </w:rPr>
        <w:t>[2 . 1 f]</w:t>
      </w:r>
    </w:p>
    <w:p>
      <w:r>
        <w:rPr>
          <w:rFonts w:ascii="Gentium Plus" w:hAnsi="Gentium Plus"/>
          <w:sz w:val="24"/>
        </w:rPr>
        <w:t>ἐπεφήμισαν δὲ καὶ Διὶ ἀγάλματα οἱ πρῶτοι ἄνθρωποι,</w:t>
      </w:r>
    </w:p>
    <w:p>
      <w:r>
        <w:rPr>
          <w:rFonts w:ascii="Courier New" w:hAnsi="Courier New"/>
          <w:color w:val="555555"/>
          <w:sz w:val="20"/>
        </w:rPr>
        <w:t>[2 . 1 g]</w:t>
      </w:r>
    </w:p>
    <w:p>
      <w:r>
        <w:rPr>
          <w:rFonts w:ascii="Gentium Plus" w:hAnsi="Gentium Plus"/>
          <w:sz w:val="24"/>
        </w:rPr>
        <w:t>ὄρος πλησιάζει τῷ οὐρανῷ· ἔστίν που καὶ ποταμῶν τιμή, ἢ κατ’ ὠφέλειαν, ὥσπερ Αἰγυπτίοις πρὸς τὸν Νεῖλον· ἢ κατὰ κάλλος, ὡς Θετταλοῖς πρὸς τὸν Πη‐ νειόν· ἢ κατὰ μέγεθος, ὡς Σκύθαις πρὸς τὸν Ἴστρον·</w:t>
      </w:r>
    </w:p>
    <w:p>
      <w:r>
        <w:rPr>
          <w:rFonts w:ascii="Courier New" w:hAnsi="Courier New"/>
          <w:color w:val="555555"/>
          <w:sz w:val="20"/>
        </w:rPr>
        <w:t>[5]</w:t>
      </w:r>
    </w:p>
    <w:p>
      <w:r>
        <w:rPr>
          <w:rFonts w:ascii="Gentium Plus" w:hAnsi="Gentium Plus"/>
          <w:sz w:val="24"/>
        </w:rPr>
        <w:t>ἢ κατὰ μῦθον, ὡς Αἰτωλοῖς πρὸς Ἀχελῶον· ἢ κατὰ νόμον, ὡς Σπαρτιάταις πρὸς τὸν Εὐρώταν· ἢ κατὰ</w:t>
      </w:r>
    </w:p>
    <w:p>
      <w:r>
        <w:rPr>
          <w:rFonts w:ascii="Courier New" w:hAnsi="Courier New"/>
          <w:color w:val="555555"/>
          <w:sz w:val="20"/>
        </w:rPr>
        <w:t>[2 . 1 h]</w:t>
      </w:r>
    </w:p>
    <w:p>
      <w:r>
        <w:rPr>
          <w:rFonts w:ascii="Gentium Plus" w:hAnsi="Gentium Plus"/>
          <w:sz w:val="24"/>
        </w:rPr>
        <w:t>τελετήν, ὡς Ἀθηναίοις πρὸς Ἰλισσόν. Εἶτα ποταμοὶ μὲν διέλαχον τὰς τιμὰς κατὰ τὴν χρείαν τῶν ὠφελου‐ μένων, καὶ αἱ τέχναι τιμῆς θεῶν ἑκάστη εὔπορος, ἄλλο ἄλλη προστησαμένη ἄγαλμα· εἰ δέ που τὶ γένος ἀν‐</w:t>
      </w:r>
    </w:p>
    <w:p>
      <w:r>
        <w:rPr>
          <w:rFonts w:ascii="Courier New" w:hAnsi="Courier New"/>
          <w:color w:val="555555"/>
          <w:sz w:val="20"/>
        </w:rPr>
        <w:t>[5]</w:t>
      </w:r>
    </w:p>
    <w:p>
      <w:r>
        <w:rPr>
          <w:rFonts w:ascii="Gentium Plus" w:hAnsi="Gentium Plus"/>
          <w:sz w:val="24"/>
        </w:rPr>
        <w:t>θρώπων ἐστὶν οὐ θαλάττιον οὐδὲ γεωργικὸν, ἀλλ’ ἀστυπολοῦν καὶ ἀνακεκραμένον κοινωνίᾳ πολιτικῇ νό‐ μου καὶ λόγου, ἆρα τούτοις ἀγέραστον ἔσται τὸ θεῖον καὶ ἀτίμητον; ἢ τιμήσουσιν μέν, τῇ δὲ φήμῃ μόνῃ· ἀγαλμάτων δὲ καὶ ἱδρυμάτων οὐκ οἰήσονται δεῖν τοῖς</w:t>
      </w:r>
    </w:p>
    <w:p>
      <w:r>
        <w:rPr>
          <w:rFonts w:ascii="Courier New" w:hAnsi="Courier New"/>
          <w:color w:val="555555"/>
          <w:sz w:val="20"/>
        </w:rPr>
        <w:t>[10]</w:t>
      </w:r>
    </w:p>
    <w:p>
      <w:r>
        <w:rPr>
          <w:rFonts w:ascii="Gentium Plus" w:hAnsi="Gentium Plus"/>
          <w:sz w:val="24"/>
        </w:rPr>
        <w:t>θεοῖς; οὐδὲ γὰρ δεῖ τοῖς θεοῖς ἀγαλμάτων οὐδὲ ἱδρυ‐ μάτων μᾶλλον, ἢ εἰκόνων ἀγαθοῖς ἀνδράσιν.</w:t>
      </w:r>
    </w:p>
    <w:p>
      <w:r>
        <w:rPr>
          <w:rFonts w:ascii="Courier New" w:hAnsi="Courier New"/>
          <w:color w:val="555555"/>
          <w:sz w:val="20"/>
        </w:rPr>
        <w:t>[2 . 2 a]</w:t>
      </w:r>
    </w:p>
    <w:p>
      <w:r>
        <w:rPr>
          <w:rFonts w:ascii="Gentium Plus" w:hAnsi="Gentium Plus"/>
          <w:sz w:val="24"/>
        </w:rPr>
        <w:t>Ὥσπερ δέ, οἶμαι, τῷ κατὰ τὰς φωνὰς λόγῳ οὐδὲν δεῖ πρὸς σύστασιν χαρακτήρων Φοινικίων τινῶν, ἢ Ἰωνικῶν,</w:t>
      </w:r>
    </w:p>
    <w:p>
      <w:r>
        <w:rPr>
          <w:rFonts w:ascii="Courier New" w:hAnsi="Courier New"/>
          <w:color w:val="555555"/>
          <w:sz w:val="20"/>
        </w:rPr>
        <w:t>[5]</w:t>
      </w:r>
    </w:p>
    <w:p>
      <w:r>
        <w:rPr>
          <w:rFonts w:ascii="Gentium Plus" w:hAnsi="Gentium Plus"/>
          <w:sz w:val="24"/>
        </w:rPr>
        <w:t>μένη τὴν αὑτῆς ἀμβλύτητα ἐξ αὐτῶν ἀναμάττεται τὴν</w:t>
      </w:r>
    </w:p>
    <w:p>
      <w:r>
        <w:rPr>
          <w:rFonts w:ascii="Courier New" w:hAnsi="Courier New"/>
          <w:color w:val="555555"/>
          <w:sz w:val="20"/>
        </w:rPr>
        <w:t>[2 . 2 b]</w:t>
      </w:r>
    </w:p>
    <w:p>
      <w:r>
        <w:rPr>
          <w:rFonts w:ascii="Gentium Plus" w:hAnsi="Gentium Plus"/>
          <w:sz w:val="24"/>
        </w:rPr>
        <w:t>αὖθις μνήμην· οὕτως ἀμέλει καὶ τῇ τοῦ θείου φύσει δεῖ μὲν οὐδὲν ἀγαλμάτων οὐδὲ ἱδρυμάτων, ἀλλὰ ἀσθενὲς ὂν κομιδῇ τὸ ἀνθρώπειον, καὶ διεστὸς τοῦ θείου ὅσον ‘οὐρανὸς γῆς,‘ σημεῖα ταῦτα ἐμηχανήσατο,</w:t>
      </w:r>
    </w:p>
    <w:p>
      <w:r>
        <w:rPr>
          <w:rFonts w:ascii="Courier New" w:hAnsi="Courier New"/>
          <w:color w:val="555555"/>
          <w:sz w:val="20"/>
        </w:rPr>
        <w:t>[5]</w:t>
      </w:r>
    </w:p>
    <w:p>
      <w:r>
        <w:rPr>
          <w:rFonts w:ascii="Gentium Plus" w:hAnsi="Gentium Plus"/>
          <w:sz w:val="24"/>
        </w:rPr>
        <w:t>ἐν οἷς ἀποθήσεται τὰ τῶν θεῶν ὀνόματα καὶ τὰς</w:t>
      </w:r>
    </w:p>
    <w:p>
      <w:r>
        <w:rPr>
          <w:rFonts w:ascii="Courier New" w:hAnsi="Courier New"/>
          <w:color w:val="555555"/>
          <w:sz w:val="20"/>
        </w:rPr>
        <w:t>[2 . 2 c]</w:t>
      </w:r>
    </w:p>
    <w:p>
      <w:r>
        <w:rPr>
          <w:rFonts w:ascii="Gentium Plus" w:hAnsi="Gentium Plus"/>
          <w:sz w:val="24"/>
        </w:rPr>
        <w:t>φήμας αὐτῶν. Οἷς μὲν οὖν ἡ μνήμη ἔρρωται, καὶ δύνανται εὐθὺ τοῦ οὐρανοῦ ἀνατεινόμενοι τῇ ψυχῇ τῷ θείῳ ἐντυγχάνειν, οὐδὲν ἴσως δεῖ τούτοις ἀγαλμάτων·</w:t>
      </w:r>
    </w:p>
    <w:p>
      <w:r>
        <w:rPr>
          <w:rFonts w:ascii="Courier New" w:hAnsi="Courier New"/>
          <w:color w:val="555555"/>
          <w:sz w:val="20"/>
        </w:rPr>
        <w:t>[2 . 2 d]</w:t>
      </w:r>
    </w:p>
    <w:p>
      <w:r>
        <w:rPr>
          <w:rFonts w:ascii="Gentium Plus" w:hAnsi="Gentium Plus"/>
          <w:sz w:val="24"/>
        </w:rPr>
        <w:t>σπάνιον δὲ ἐν ἀνθρώποις τὸ τοιοῦτο γένος, καὶ οὐκ ἂν ἐντύχοις δήμῳ ἀθρόῳ τοῦ θείου μνήμονι, καὶ μὴ</w:t>
      </w:r>
    </w:p>
    <w:p>
      <w:r>
        <w:rPr>
          <w:rFonts w:ascii="Courier New" w:hAnsi="Courier New"/>
          <w:color w:val="555555"/>
          <w:sz w:val="20"/>
        </w:rPr>
        <w:t>[2 . 2 e*]</w:t>
      </w:r>
    </w:p>
    <w:p>
      <w:r>
        <w:rPr>
          <w:rFonts w:ascii="Gentium Plus" w:hAnsi="Gentium Plus"/>
          <w:sz w:val="24"/>
        </w:rPr>
        <w:t>δεομένῳ τοιαύτης ἐπικουρίας· οἷον καὶ τοῖς παισὶν οἱ γραμματισταὶ μηχανῶνται ὑποχαράττοντες αὐτοῖς ση‐ μεῖα ἀμυδρά, οἷς ἐπάγοντες τὴν χειρουργίαν, ἐθίζονται</w:t>
      </w:r>
    </w:p>
    <w:p>
      <w:r>
        <w:rPr>
          <w:rFonts w:ascii="Courier New" w:hAnsi="Courier New"/>
          <w:color w:val="555555"/>
          <w:sz w:val="20"/>
        </w:rPr>
        <w:t>[2 . 2 f]</w:t>
      </w:r>
    </w:p>
    <w:p>
      <w:r>
        <w:rPr>
          <w:rFonts w:ascii="Gentium Plus" w:hAnsi="Gentium Plus"/>
          <w:sz w:val="24"/>
        </w:rPr>
        <w:t>τῇ μνήμῃ πρὸς τὴν τέχνην. Δοκοῦσιν δή μοι καὶ οἱ νομοθέται, καθάπέρ τινι παίδων ἀγέλῃ, ἐξευρεῖν τοῖς ἀνθρώποις ταυτὶ τὰ ἀγάλματα, σημεῖα τῆς πρὸς τὸ θεῖον τιμῆς, καὶ ὥσπερ χειραγωγίαν τινὰ καὶ ὁδὸν</w:t>
      </w:r>
    </w:p>
    <w:p>
      <w:r>
        <w:rPr>
          <w:rFonts w:ascii="Courier New" w:hAnsi="Courier New"/>
          <w:color w:val="555555"/>
          <w:sz w:val="20"/>
        </w:rPr>
        <w:t>[5]</w:t>
      </w:r>
    </w:p>
    <w:p>
      <w:r>
        <w:rPr>
          <w:rFonts w:ascii="Gentium Plus" w:hAnsi="Gentium Plus"/>
          <w:sz w:val="24"/>
        </w:rPr>
        <w:t>πρὸς ἀνάμνησιν.</w:t>
      </w:r>
    </w:p>
    <w:p>
      <w:r>
        <w:rPr>
          <w:rFonts w:ascii="Courier New" w:hAnsi="Courier New"/>
          <w:color w:val="555555"/>
          <w:sz w:val="20"/>
        </w:rPr>
        <w:t>[2 . 3 a]</w:t>
      </w:r>
    </w:p>
    <w:p>
      <w:r>
        <w:rPr>
          <w:rFonts w:ascii="Gentium Plus" w:hAnsi="Gentium Plus"/>
          <w:sz w:val="24"/>
        </w:rPr>
        <w:t>Ἀγαλμάτων δὲ οὐχ εἷς νόμος, οὐδὲ εἷς τρόπος, οὐδὲ τέχνη μία, οὐδὲ ὕλη μία· ἀλλὰ τὸ μὲν Ἑλλη‐ νικόν, τιμᾶν τοὺς θεοὺς ἐνόμισαν τῶν ἐν γῇ τοῖς καλλίστοις, ὕλῃ μὲν καθαρᾷ, μορφῇ δὲ ἀνθρωπίνῃ,</w:t>
      </w:r>
    </w:p>
    <w:p>
      <w:r>
        <w:rPr>
          <w:rFonts w:ascii="Courier New" w:hAnsi="Courier New"/>
          <w:color w:val="555555"/>
          <w:sz w:val="20"/>
        </w:rPr>
        <w:t>[2 . 3 b]</w:t>
      </w:r>
    </w:p>
    <w:p>
      <w:r>
        <w:rPr>
          <w:rFonts w:ascii="Gentium Plus" w:hAnsi="Gentium Plus"/>
          <w:sz w:val="24"/>
        </w:rPr>
        <w:t>τέχνῃ δὲ ἀκριβεῖ. Καὶ οὐκ ἄλογος ἡ ἀξίωσις τῶν τὰ ἀγάλματα εἰς ἀνθρωπίνην ὁμοιότητα καταστησαμένων·</w:t>
      </w:r>
    </w:p>
    <w:p>
      <w:r>
        <w:rPr>
          <w:rFonts w:ascii="Courier New" w:hAnsi="Courier New"/>
          <w:color w:val="555555"/>
          <w:sz w:val="20"/>
        </w:rPr>
        <w:t>[2 . 3 c]</w:t>
      </w:r>
    </w:p>
    <w:p>
      <w:r>
        <w:rPr>
          <w:rFonts w:ascii="Gentium Plus" w:hAnsi="Gentium Plus"/>
          <w:sz w:val="24"/>
        </w:rPr>
        <w:t>εἰ γὰρ ἀνθρώπου ψυχὴ ἐγγύτατον θεῷ καὶ ἐμφερέ‐ στατον, οὐ δήπου εἰκὸς τὸ ὁμοιότατον αὐτῷ περιβα‐ λεῖν, τὸν θεόν, σκήνει ἀτοπωτάτῳ, ἀλλ’ ὅπερ ἔμελλεν ψυχῆς ἀθανάτοις εὔφορόν τε ἔσεσθαι καὶ κοῦφον καὶ</w:t>
      </w:r>
    </w:p>
    <w:p>
      <w:r>
        <w:rPr>
          <w:rFonts w:ascii="Courier New" w:hAnsi="Courier New"/>
          <w:color w:val="555555"/>
          <w:sz w:val="20"/>
        </w:rPr>
        <w:t>[5]</w:t>
      </w:r>
    </w:p>
    <w:p>
      <w:r>
        <w:rPr>
          <w:rFonts w:ascii="Gentium Plus" w:hAnsi="Gentium Plus"/>
          <w:sz w:val="24"/>
        </w:rPr>
        <w:t>εὐκίνητον μόνον, τοῦτο τῶν ἐν γῇ σωμάτων ἀνατεῖνον τὴν κορυφὴν ὑψοῦ, σοβαρὸν, καὶ γαῦρον, καὶ σύμ‐ μετρον, οὔτε διὰ μέγεθος ἐκπληκτικόν, οὔτε διὰ χαί‐ την φοβερόν, οὔτε διὰ βάρος δυσκίνητον, οὔτε διὰ λειότητα ὀλισθηρόν, οὔτε διὰ τραχύτητα ἀντίτυπον,</w:t>
      </w:r>
    </w:p>
    <w:p>
      <w:r>
        <w:rPr>
          <w:rFonts w:ascii="Courier New" w:hAnsi="Courier New"/>
          <w:color w:val="555555"/>
          <w:sz w:val="20"/>
        </w:rPr>
        <w:t>[10]</w:t>
      </w:r>
    </w:p>
    <w:p>
      <w:r>
        <w:rPr>
          <w:rFonts w:ascii="Gentium Plus" w:hAnsi="Gentium Plus"/>
          <w:sz w:val="24"/>
        </w:rPr>
        <w:t>οὔτε διὰ ψυχρότητα ἑρπηστικόν, οὔτε ἰταμὸν διὰ θερ‐ μότητα, οὔτε νηκτὸν διὰ μανότητα, οὐκ ὠμοφάγον δι’ ἀγριότητα, οὐ ποιηφάγον δι’ ἀσθένειαν, ἀλλὰ κεκρα‐</w:t>
      </w:r>
    </w:p>
    <w:p>
      <w:r>
        <w:rPr>
          <w:rFonts w:ascii="Courier New" w:hAnsi="Courier New"/>
          <w:color w:val="555555"/>
          <w:sz w:val="20"/>
        </w:rPr>
        <w:t>[2 . 3 d]</w:t>
      </w:r>
    </w:p>
    <w:p>
      <w:r>
        <w:rPr>
          <w:rFonts w:ascii="Gentium Plus" w:hAnsi="Gentium Plus"/>
          <w:sz w:val="24"/>
        </w:rPr>
        <w:t>μένον μουσικῶς πρὸς τὰ αὑτοῦ ἔργα· φοβερὸν μὲν δειλοῖς, ἥμερον δὲ ἀγαθοῖς, βαδιστικὸν μὲν τῇ φύσει,</w:t>
      </w:r>
    </w:p>
    <w:p>
      <w:r>
        <w:rPr>
          <w:rFonts w:ascii="Courier New" w:hAnsi="Courier New"/>
          <w:color w:val="555555"/>
          <w:sz w:val="20"/>
        </w:rPr>
        <w:t>[5]</w:t>
      </w:r>
    </w:p>
    <w:p>
      <w:r>
        <w:rPr>
          <w:rFonts w:ascii="Gentium Plus" w:hAnsi="Gentium Plus"/>
          <w:sz w:val="24"/>
        </w:rPr>
        <w:t>καὶ εὐωπὸν καὶ εὐγένειον, διὰ τοιούτου σώματος τύ‐ πων τοὺς θεοὺς τιμᾶν ἐνόμισαν οἱ Ἕλληνες.</w:t>
      </w:r>
    </w:p>
    <w:p>
      <w:r>
        <w:rPr>
          <w:rFonts w:ascii="Courier New" w:hAnsi="Courier New"/>
          <w:color w:val="555555"/>
          <w:sz w:val="20"/>
        </w:rPr>
        <w:t>[2 . 4 a]</w:t>
      </w:r>
    </w:p>
    <w:p>
      <w:r>
        <w:rPr>
          <w:rFonts w:ascii="Gentium Plus" w:hAnsi="Gentium Plus"/>
          <w:sz w:val="24"/>
        </w:rPr>
        <w:t>Τὸ δὲ βαρβαρικόν, ὁμοίως μὲν ἅπαντες ξυνετοὶ τοῦ</w:t>
      </w:r>
    </w:p>
    <w:p>
      <w:r>
        <w:rPr>
          <w:rFonts w:ascii="Courier New" w:hAnsi="Courier New"/>
          <w:color w:val="555555"/>
          <w:sz w:val="20"/>
        </w:rPr>
        <w:t>[2 . 4 b]</w:t>
      </w:r>
    </w:p>
    <w:p>
      <w:r>
        <w:rPr>
          <w:rFonts w:ascii="Gentium Plus" w:hAnsi="Gentium Plus"/>
          <w:sz w:val="24"/>
        </w:rPr>
        <w:t>θεοῦ, κατεστήσαντο δὲ αὐτοῖς σημεῖα ἄλλοι ἄλλα. Πέρσαι μὲν πῦρ, ἄγαλμα ἐφήμερον, ἀκόρεστον καὶ ἁδηφάγον· καὶ θύουσιν Πέρσαι πυρί, ἐπιφοροῦντες αὐτῷ τὴν πυρὸς τροφήν, ἐπιλέγοντες·</w:t>
      </w:r>
    </w:p>
    <w:p>
      <w:r>
        <w:rPr>
          <w:rFonts w:ascii="Courier New" w:hAnsi="Courier New"/>
          <w:color w:val="555555"/>
          <w:sz w:val="20"/>
        </w:rPr>
        <w:t>[5]</w:t>
      </w:r>
    </w:p>
    <w:p>
      <w:r>
        <w:rPr>
          <w:rFonts w:ascii="Gentium Plus" w:hAnsi="Gentium Plus"/>
          <w:sz w:val="24"/>
        </w:rPr>
        <w:t>πῦρ δέσποτα, ἔσθιε.</w:t>
      </w:r>
    </w:p>
    <w:p>
      <w:r>
        <w:rPr>
          <w:rFonts w:ascii="Courier New" w:hAnsi="Courier New"/>
          <w:color w:val="555555"/>
          <w:sz w:val="20"/>
        </w:rPr>
        <w:t>[2 . 4 c]</w:t>
      </w:r>
    </w:p>
    <w:p>
      <w:r>
        <w:rPr>
          <w:rFonts w:ascii="Gentium Plus" w:hAnsi="Gentium Plus"/>
          <w:sz w:val="24"/>
        </w:rPr>
        <w:t>Ἄξιον δὲ πρὸς τοὺς Πέρσας εἰπεῖν, Ὦ πάντων γε‐ νῶν ἀνοητότατον, οἱ τοσούτων καὶ τηλικούτων ἀγαλ‐ μάτων ἀμελήσαντες, γῆς ἡμέρου, καὶ ἡλίου λαμπροῦ, καὶ θαλάττης πλοΐμου, καὶ ποταμῶν γονίμων, καὶ</w:t>
      </w:r>
    </w:p>
    <w:p>
      <w:r>
        <w:rPr>
          <w:rFonts w:ascii="Courier New" w:hAnsi="Courier New"/>
          <w:color w:val="555555"/>
          <w:sz w:val="20"/>
        </w:rPr>
        <w:t>[5]</w:t>
      </w:r>
    </w:p>
    <w:p>
      <w:r>
        <w:rPr>
          <w:rFonts w:ascii="Gentium Plus" w:hAnsi="Gentium Plus"/>
          <w:sz w:val="24"/>
        </w:rPr>
        <w:t>ἀέρος τροφίμου, καὶ αὐτοῦ οὐρανοῦ, περὶ ἓν μάλιστα ἀσχολεῖσθε τὸ ἀγριώτατον καὶ ὀξύτατον, οὐ ξύλων αὐτῷ τροφὴν χορηγοῦντες μόνον, οὐδὲ ἱερείων, οὐδὲ θυμιαμάτων· ἀλλὰ τούτῳ τῷ ἀγάλματι καὶ τούτῳ τῷ θεῷ καὶ τὴν Ἐρετρίαν ἀναλῶσαι δεδώκατε, καὶ τὰς</w:t>
      </w:r>
    </w:p>
    <w:p>
      <w:r>
        <w:rPr>
          <w:rFonts w:ascii="Courier New" w:hAnsi="Courier New"/>
          <w:color w:val="555555"/>
          <w:sz w:val="20"/>
        </w:rPr>
        <w:t>[10]</w:t>
      </w:r>
    </w:p>
    <w:p>
      <w:r>
        <w:rPr>
          <w:rFonts w:ascii="Gentium Plus" w:hAnsi="Gentium Plus"/>
          <w:sz w:val="24"/>
        </w:rPr>
        <w:t>Ἀθήνας αὐτάς, καὶ τὰ Ἰώνων ἱερά, καὶ τὰ Ἑλλή‐ νων ἀγάλματα.</w:t>
      </w:r>
    </w:p>
    <w:p>
      <w:r>
        <w:rPr>
          <w:rFonts w:ascii="Courier New" w:hAnsi="Courier New"/>
          <w:color w:val="555555"/>
          <w:sz w:val="20"/>
        </w:rPr>
        <w:t>[2 . 5 a]</w:t>
      </w:r>
    </w:p>
    <w:p>
      <w:r>
        <w:rPr>
          <w:rFonts w:ascii="Gentium Plus" w:hAnsi="Gentium Plus"/>
          <w:sz w:val="24"/>
        </w:rPr>
        <w:t>Μέμφομαι καὶ τὸν Αἰγυπτίων νόμον. Βοῦν ἐκεῖ‐ νοι τιμῶσιν καὶ ὄρνιν καὶ τράγον καὶ τοῦ ποταμοῦ</w:t>
      </w:r>
    </w:p>
    <w:p>
      <w:r>
        <w:rPr>
          <w:rFonts w:ascii="Courier New" w:hAnsi="Courier New"/>
          <w:color w:val="555555"/>
          <w:sz w:val="20"/>
        </w:rPr>
        <w:t>[2 . 5 b]</w:t>
      </w:r>
    </w:p>
    <w:p>
      <w:r>
        <w:rPr>
          <w:rFonts w:ascii="Gentium Plus" w:hAnsi="Gentium Plus"/>
          <w:sz w:val="24"/>
        </w:rPr>
        <w:t>τοῦ Νείλου τὰ θρέμματα· ὧν θνητὰ μὲν τὰ σώματα, δειλοὶ δὲ οἱ βίοι, ταπεινὴ δὲ ἡ ὄψις, ἀγεννὴς δὲ</w:t>
      </w:r>
    </w:p>
    <w:p>
      <w:r>
        <w:rPr>
          <w:rFonts w:ascii="Courier New" w:hAnsi="Courier New"/>
          <w:color w:val="555555"/>
          <w:sz w:val="20"/>
        </w:rPr>
        <w:t>[2 . 5 c]</w:t>
      </w:r>
    </w:p>
    <w:p>
      <w:r>
        <w:rPr>
          <w:rFonts w:ascii="Gentium Plus" w:hAnsi="Gentium Plus"/>
          <w:sz w:val="24"/>
        </w:rPr>
        <w:t>ἡ θεραπεία, αἰσχρὰ δὲ ἡ τιμή. Ἀποθνήσκει θεὸς Αἰγυπτίοις, καὶ πενθεῖται θεός· καὶ δείκνυται παρ’</w:t>
      </w:r>
    </w:p>
    <w:p>
      <w:r>
        <w:rPr>
          <w:rFonts w:ascii="Courier New" w:hAnsi="Courier New"/>
          <w:color w:val="555555"/>
          <w:sz w:val="20"/>
        </w:rPr>
        <w:t>[2 . 5 d]</w:t>
      </w:r>
    </w:p>
    <w:p>
      <w:r>
        <w:rPr>
          <w:rFonts w:ascii="Gentium Plus" w:hAnsi="Gentium Plus"/>
          <w:sz w:val="24"/>
        </w:rPr>
        <w:t>αὐτοῖς ἱερὸν θεοῦ, καὶ τάφος θεοῦ. Καὶ Ἕλληνες μὲν θύουσιν καὶ ἀνθρώποις ἀγαθοῖς, καὶ τιμῶνται μὲν</w:t>
      </w:r>
    </w:p>
    <w:p>
      <w:r>
        <w:rPr>
          <w:rFonts w:ascii="Courier New" w:hAnsi="Courier New"/>
          <w:color w:val="555555"/>
          <w:sz w:val="20"/>
        </w:rPr>
        <w:t>[2 . 5 e]</w:t>
      </w:r>
    </w:p>
    <w:p>
      <w:r>
        <w:rPr>
          <w:rFonts w:ascii="Gentium Plus" w:hAnsi="Gentium Plus"/>
          <w:sz w:val="24"/>
        </w:rPr>
        <w:t>αὐτῶν αἱ ἀρεταί, ἀμνημονοῦνται δὲ αἱ συμφοραί· παρὰ δὲ Αἰγυπτίοις ἰσοτιμίαν ἔχει τὸ θεῖον τιμῆς καὶ δα‐</w:t>
      </w:r>
    </w:p>
    <w:p>
      <w:r>
        <w:rPr>
          <w:rFonts w:ascii="Courier New" w:hAnsi="Courier New"/>
          <w:color w:val="555555"/>
          <w:sz w:val="20"/>
        </w:rPr>
        <w:t>[2 . 5 f]</w:t>
      </w:r>
    </w:p>
    <w:p>
      <w:r>
        <w:rPr>
          <w:rFonts w:ascii="Gentium Plus" w:hAnsi="Gentium Plus"/>
          <w:sz w:val="24"/>
        </w:rPr>
        <w:t>κρύων. Γυναικὶ Αἰγυπτίᾳ θρέμμα ἦν κροκόδειλος σκύλαξ· ἐμακάριζον οἱ Αἰγύπτιοι τὴν γυναῖκα, ὡς τι‐ θηνουμένην θεόν τινα ἑαυτῶν, καὶ προσετρέποντο καὶ</w:t>
      </w:r>
    </w:p>
    <w:p>
      <w:r>
        <w:rPr>
          <w:rFonts w:ascii="Courier New" w:hAnsi="Courier New"/>
          <w:color w:val="555555"/>
          <w:sz w:val="20"/>
        </w:rPr>
        <w:t>[2 . 5 g]</w:t>
      </w:r>
    </w:p>
    <w:p>
      <w:r>
        <w:rPr>
          <w:rFonts w:ascii="Gentium Plus" w:hAnsi="Gentium Plus"/>
          <w:sz w:val="24"/>
        </w:rPr>
        <w:t>αὐτὴν καὶ τὸν τρόφιμον· ἦν αὐτῇ παῖς ἄρτι ἡβάσκων, ἡλικιώτης τοῦ θεοῦ, συναθύρων αὐτῷ καὶ συντρεφό‐</w:t>
      </w:r>
    </w:p>
    <w:p>
      <w:r>
        <w:rPr>
          <w:rFonts w:ascii="Courier New" w:hAnsi="Courier New"/>
          <w:color w:val="555555"/>
          <w:sz w:val="20"/>
        </w:rPr>
        <w:t>[2 . 5 h]</w:t>
      </w:r>
    </w:p>
    <w:p>
      <w:r>
        <w:rPr>
          <w:rFonts w:ascii="Gentium Plus" w:hAnsi="Gentium Plus"/>
          <w:sz w:val="24"/>
        </w:rPr>
        <w:t>μενος· ὁ δὲ τέως μὲν ὑπὸ ἀσθενείας ἦν τιθασός, προ‐ ελθὼν δὲ εἰς μέγεθος ἤλεγξεν τὴν φύσιν, καὶ διέφθειρεν</w:t>
      </w:r>
    </w:p>
    <w:p>
      <w:r>
        <w:rPr>
          <w:rFonts w:ascii="Courier New" w:hAnsi="Courier New"/>
          <w:color w:val="555555"/>
          <w:sz w:val="20"/>
        </w:rPr>
        <w:t>[2 . 5 i]</w:t>
      </w:r>
    </w:p>
    <w:p>
      <w:r>
        <w:rPr>
          <w:rFonts w:ascii="Gentium Plus" w:hAnsi="Gentium Plus"/>
          <w:sz w:val="24"/>
        </w:rPr>
        <w:t>τὸν παῖδα· ἡ δὲ δύστηνος Αἰγυπτία ἐμακάριζεν τὸν</w:t>
      </w:r>
    </w:p>
    <w:p>
      <w:r>
        <w:rPr>
          <w:rFonts w:ascii="Courier New" w:hAnsi="Courier New"/>
          <w:color w:val="555555"/>
          <w:sz w:val="20"/>
        </w:rPr>
        <w:t>[2 . 6 a]</w:t>
      </w:r>
    </w:p>
    <w:p>
      <w:r>
        <w:rPr>
          <w:rFonts w:ascii="Gentium Plus" w:hAnsi="Gentium Plus"/>
          <w:sz w:val="24"/>
        </w:rPr>
        <w:t>Τὰ μὲν Αἰγυπτίων τοιαῦτα. Ἀλέξανδρος δὲ ἐκεῖνος, Πέρσας ἑλών, καὶ Βαβυλῶνος κρατήσας, καὶ Δαρεῖον χειρωσάμενος, ἦλθεν εἰς τὴν Ἰνδῶν γῆν ἄβατον οὖσαν τέως στρατιᾷ ξένῃ, ὡς Ἰνδοὶ ἔλεγον, πλήν γε Διονύσου</w:t>
      </w:r>
    </w:p>
    <w:p>
      <w:r>
        <w:rPr>
          <w:rFonts w:ascii="Courier New" w:hAnsi="Courier New"/>
          <w:color w:val="555555"/>
          <w:sz w:val="20"/>
        </w:rPr>
        <w:t>[2 . 6 b]</w:t>
      </w:r>
    </w:p>
    <w:p>
      <w:r>
        <w:rPr>
          <w:rFonts w:ascii="Gentium Plus" w:hAnsi="Gentium Plus"/>
          <w:sz w:val="24"/>
        </w:rPr>
        <w:t>καὶ Ἀλεξάνδρου. Ἐστασίαζον Ἰνδοὶ βασιλεῖς Πῶρος καὶ Ταξίλης. Πῶρον μὲν λαμβάνει ὁ Ἀλέξανδρος,</w:t>
      </w:r>
    </w:p>
    <w:p>
      <w:r>
        <w:rPr>
          <w:rFonts w:ascii="Courier New" w:hAnsi="Courier New"/>
          <w:color w:val="555555"/>
          <w:sz w:val="20"/>
        </w:rPr>
        <w:t>[2 . 6 c]</w:t>
      </w:r>
    </w:p>
    <w:p>
      <w:r>
        <w:rPr>
          <w:rFonts w:ascii="Gentium Plus" w:hAnsi="Gentium Plus"/>
          <w:sz w:val="24"/>
        </w:rPr>
        <w:t>Ταξίλην δὲ κατὰ φιλίαν παρεστήσατο. Ἐπεδείκνυεν Ἀλεξάνδρῳ Ταξίλης τὰ θαυμαστὰ τῆς Ἰνδῶν γῆς, πο‐ ταμοὺς μεγίστους, καὶ ὄρνιθας ποικίλους, καὶ εὐώδη</w:t>
      </w:r>
    </w:p>
    <w:p>
      <w:r>
        <w:rPr>
          <w:rFonts w:ascii="Courier New" w:hAnsi="Courier New"/>
          <w:color w:val="555555"/>
          <w:sz w:val="20"/>
        </w:rPr>
        <w:t>[2 . 6 d]</w:t>
      </w:r>
    </w:p>
    <w:p>
      <w:r>
        <w:rPr>
          <w:rFonts w:ascii="Gentium Plus" w:hAnsi="Gentium Plus"/>
          <w:sz w:val="24"/>
        </w:rPr>
        <w:t>φυτά, καὶ εἴ τι ἄλλο ξένον ὀφθαλμοῖς Ἑλληνικοῖς· ἐν δὲ τοῖς ἔδειξε καὶ ζῷον ὑπερφυές, Διονύσου ἄγαλμα,</w:t>
      </w:r>
    </w:p>
    <w:p>
      <w:r>
        <w:rPr>
          <w:rFonts w:ascii="Courier New" w:hAnsi="Courier New"/>
          <w:color w:val="555555"/>
          <w:sz w:val="20"/>
        </w:rPr>
        <w:t>[2 . 6 e]</w:t>
      </w:r>
    </w:p>
    <w:p>
      <w:r>
        <w:rPr>
          <w:rFonts w:ascii="Gentium Plus" w:hAnsi="Gentium Plus"/>
          <w:sz w:val="24"/>
        </w:rPr>
        <w:t>ᾧ Ἰνδοὶ ἔθυον· δράκων ἦν μῆκος πεντάπλεθρον, ἐτρέ‐ φετο δὲ ἐν χωρίῳ κοίλῳ, ἐν κρημνῷ βαθεῖ, τείχει ὑψηλῷ ὑπὲρ τῶν ἄκρων περιβεβλημένος· καὶ ἀνήλισκεν τὰς Ἰνδῶν ἀγέλας, χορηγούντων αὐτῷ τροφὴν βοῦς</w:t>
      </w:r>
    </w:p>
    <w:p>
      <w:r>
        <w:rPr>
          <w:rFonts w:ascii="Courier New" w:hAnsi="Courier New"/>
          <w:color w:val="555555"/>
          <w:sz w:val="20"/>
        </w:rPr>
        <w:t>[5]</w:t>
      </w:r>
    </w:p>
    <w:p>
      <w:r>
        <w:rPr>
          <w:rFonts w:ascii="Gentium Plus" w:hAnsi="Gentium Plus"/>
          <w:sz w:val="24"/>
        </w:rPr>
        <w:t>καὶ ὄϊς, καθάπερ τυράννῳ μᾶλλον ἢ θεῷ.</w:t>
      </w:r>
    </w:p>
    <w:p>
      <w:r>
        <w:rPr>
          <w:rFonts w:ascii="Courier New" w:hAnsi="Courier New"/>
          <w:color w:val="555555"/>
          <w:sz w:val="20"/>
        </w:rPr>
        <w:t>[2 . 7 a]</w:t>
      </w:r>
    </w:p>
    <w:p>
      <w:r>
        <w:rPr>
          <w:rFonts w:ascii="Gentium Plus" w:hAnsi="Gentium Plus"/>
          <w:sz w:val="24"/>
        </w:rPr>
        <w:t>Οἱ ἑσπέριοι Λίβυες οἰκοῦσι γῆν, αὐχένα στενὸν καὶ ἐπιμήκη καὶ ἀμφιθάλασσον· σχιζομένη γὰρ κατὰ κορυφὴν τοῦ αὐχένος ἡ ἔξω θάλασσα περιλαμβάνει τὴν γῆν κύ‐</w:t>
      </w:r>
    </w:p>
    <w:p>
      <w:r>
        <w:rPr>
          <w:rFonts w:ascii="Courier New" w:hAnsi="Courier New"/>
          <w:color w:val="555555"/>
          <w:sz w:val="20"/>
        </w:rPr>
        <w:t>[2 . 7 b]</w:t>
      </w:r>
    </w:p>
    <w:p>
      <w:r>
        <w:rPr>
          <w:rFonts w:ascii="Gentium Plus" w:hAnsi="Gentium Plus"/>
          <w:sz w:val="24"/>
        </w:rPr>
        <w:t>ματι πολλῷ καὶ πελαγίῳ. Τοῖς ἀνθρώποις τούτοις ἱερόν</w:t>
      </w:r>
    </w:p>
    <w:p>
      <w:r>
        <w:rPr>
          <w:rFonts w:ascii="Courier New" w:hAnsi="Courier New"/>
          <w:color w:val="555555"/>
          <w:sz w:val="20"/>
        </w:rPr>
        <w:t>[2 . 7 c]</w:t>
      </w:r>
    </w:p>
    <w:p>
      <w:r>
        <w:rPr>
          <w:rFonts w:ascii="Gentium Plus" w:hAnsi="Gentium Plus"/>
          <w:sz w:val="24"/>
        </w:rPr>
        <w:t>ἐστιν καὶ ἄγαλμα ὁ Ἄτλας· ἔστιν δὲ ὁ Ἄτλας ὄρος κοῖλον, ἐπιεικῶς ὑψηλόν, ἀνεῳγὸς πρὸς τὸ πέλαγος, ὥσπερ τὰ θέατρα πρὸς τὸν ἀέρα· τὸ δὲ ἐν μέσῳ τοῦ ὄρους χωρίον, αὐλὼν βραχύς, εὔγαιος καὶ εὔδενδρος·</w:t>
      </w:r>
    </w:p>
    <w:p>
      <w:r>
        <w:rPr>
          <w:rFonts w:ascii="Courier New" w:hAnsi="Courier New"/>
          <w:color w:val="555555"/>
          <w:sz w:val="20"/>
        </w:rPr>
        <w:t>[5]</w:t>
      </w:r>
    </w:p>
    <w:p>
      <w:r>
        <w:rPr>
          <w:rFonts w:ascii="Gentium Plus" w:hAnsi="Gentium Plus"/>
          <w:sz w:val="24"/>
        </w:rPr>
        <w:t>καὶ ἴδοις ἂν καὶ καρποὺς ἐπὶ τῶν δένδρων, καὶ ὀπτεύ‐ σαις ἐκ τῆς κορυφῆς, ὥσπερ εἰς φρεατείας ἔδαφος· κατελθεῖν δὲ οὔτε δυνατόν, κρημνῶδες γάρ, οὔτε ἄλλως</w:t>
      </w:r>
    </w:p>
    <w:p>
      <w:r>
        <w:rPr>
          <w:rFonts w:ascii="Courier New" w:hAnsi="Courier New"/>
          <w:color w:val="555555"/>
          <w:sz w:val="20"/>
        </w:rPr>
        <w:t>[2 . 7 d]</w:t>
      </w:r>
    </w:p>
    <w:p>
      <w:r>
        <w:rPr>
          <w:rFonts w:ascii="Gentium Plus" w:hAnsi="Gentium Plus"/>
          <w:sz w:val="24"/>
        </w:rPr>
        <w:t>θέμις. Τὸ δὲ ἐν τῷ χωρίῳ θαῦμα, ὁ ὠκεανὸς πλημ‐ μύρων ἐμπίπτει τῇ ἠϊόνι, καὶ τῇ μὲν ἄλλῃ ἀναχεῖται ἐπὶ τὰ πεδία, κατὰ δὲ τὸν Ἄτλαντα αὐτὸν κορυ‐ φοῦται τὸ κῦμα· καὶ ἴδοις ἂν τὸ ὕδωρ ἀνεστηκὸς ἐφ’</w:t>
      </w:r>
    </w:p>
    <w:p>
      <w:r>
        <w:rPr>
          <w:rFonts w:ascii="Courier New" w:hAnsi="Courier New"/>
          <w:color w:val="555555"/>
          <w:sz w:val="20"/>
        </w:rPr>
        <w:t>[5]</w:t>
      </w:r>
    </w:p>
    <w:p>
      <w:r>
        <w:rPr>
          <w:rFonts w:ascii="Gentium Plus" w:hAnsi="Gentium Plus"/>
          <w:sz w:val="24"/>
        </w:rPr>
        <w:t>ἑαυτοῦ, ὥσπερ τειχίον, οὔτε εἰσρέον ἐπὶ τὰ κοῖλα, οὔτε ὑπὸ γῆς ἐρειδόμενον, ἀλλ’ ἐκ μέσου τοῦ ὄρους καὶ τοῦ ὕδατος ἀὴρ πολύς, κοῖλον ἄλσος. Τοῦτο Λι‐ βύων καὶ ἱερόν, καὶ θεός, καὶ ὅρκος, καὶ ἄγαλμα.</w:t>
      </w:r>
    </w:p>
    <w:p>
      <w:r>
        <w:rPr>
          <w:rFonts w:ascii="Courier New" w:hAnsi="Courier New"/>
          <w:color w:val="555555"/>
          <w:sz w:val="20"/>
        </w:rPr>
        <w:t>[2 . 8 a]</w:t>
      </w:r>
    </w:p>
    <w:p>
      <w:r>
        <w:rPr>
          <w:rFonts w:ascii="Gentium Plus" w:hAnsi="Gentium Plus"/>
          <w:sz w:val="24"/>
        </w:rPr>
        <w:t>Κελτοὶ σέβουσιν μὲν Δία, ἄγαλμα δὲ Διὸς Κελτικὸν</w:t>
      </w:r>
    </w:p>
    <w:p>
      <w:r>
        <w:rPr>
          <w:rFonts w:ascii="Courier New" w:hAnsi="Courier New"/>
          <w:color w:val="555555"/>
          <w:sz w:val="20"/>
        </w:rPr>
        <w:t>[2 . 8 b]</w:t>
      </w:r>
    </w:p>
    <w:p>
      <w:r>
        <w:rPr>
          <w:rFonts w:ascii="Gentium Plus" w:hAnsi="Gentium Plus"/>
          <w:sz w:val="24"/>
        </w:rPr>
        <w:t>ὑψηλὴ δρῦς. Παίονες σέβουσιν μὲν Ἥλιον, ἄγαλμα δὲ Ἡλίου Παιονικὸν δίσκος βραχὺς ὑπὲρ μακροῦ ξύλου.</w:t>
      </w:r>
    </w:p>
    <w:p>
      <w:r>
        <w:rPr>
          <w:rFonts w:ascii="Courier New" w:hAnsi="Courier New"/>
          <w:color w:val="555555"/>
          <w:sz w:val="20"/>
        </w:rPr>
        <w:t>[2 . 8 c]</w:t>
      </w:r>
    </w:p>
    <w:p>
      <w:r>
        <w:rPr>
          <w:rFonts w:ascii="Gentium Plus" w:hAnsi="Gentium Plus"/>
          <w:sz w:val="24"/>
        </w:rPr>
        <w:t>Ἀράβιοι σέβουσι μέν, ὅντινα δέ, οὐκ οἶδα· τὸ δὲ ἄγαλμα</w:t>
      </w:r>
    </w:p>
    <w:p>
      <w:r>
        <w:rPr>
          <w:rFonts w:ascii="Courier New" w:hAnsi="Courier New"/>
          <w:color w:val="555555"/>
          <w:sz w:val="20"/>
        </w:rPr>
        <w:t>[2 . 8 d]</w:t>
      </w:r>
    </w:p>
    <w:p>
      <w:r>
        <w:rPr>
          <w:rFonts w:ascii="Gentium Plus" w:hAnsi="Gentium Plus"/>
          <w:sz w:val="24"/>
        </w:rPr>
        <w:t>εἶδον, λίθος ἦν τετράγωνος. Παφίοις ἡ μὲν Ἀφροδίτη τὰς τιμὰς ἔχει· τὸ δὲ ἄγαλμα οὐκ ἂν εἰκάσαις ἄλλῳ</w:t>
      </w:r>
    </w:p>
    <w:p>
      <w:r>
        <w:rPr>
          <w:rFonts w:ascii="Courier New" w:hAnsi="Courier New"/>
          <w:color w:val="555555"/>
          <w:sz w:val="20"/>
        </w:rPr>
        <w:t>[2 . 8 e]</w:t>
      </w:r>
    </w:p>
    <w:p>
      <w:r>
        <w:rPr>
          <w:rFonts w:ascii="Gentium Plus" w:hAnsi="Gentium Plus"/>
          <w:sz w:val="24"/>
        </w:rPr>
        <w:t>τῳ ἢ πυραμίδι λευκῇ, ἡ δὲ ὕλη ἀγνοεῖται. Λυκίοις ὁ Ὄλυμπος πῦρ ἐκδιδοῖ, οὐχ ὅμοιον τῷ Αἰτναίῳ, ἀλλ’ εἰρηνικὸν καὶ σύμμετρον· καὶ ἐστὶν αὐτοῖς τὸ πῦρ</w:t>
      </w:r>
    </w:p>
    <w:p>
      <w:r>
        <w:rPr>
          <w:rFonts w:ascii="Courier New" w:hAnsi="Courier New"/>
          <w:color w:val="555555"/>
          <w:sz w:val="20"/>
        </w:rPr>
        <w:t>[2 . 8 f]</w:t>
      </w:r>
    </w:p>
    <w:p>
      <w:r>
        <w:rPr>
          <w:rFonts w:ascii="Gentium Plus" w:hAnsi="Gentium Plus"/>
          <w:sz w:val="24"/>
        </w:rPr>
        <w:t>τοῦτο καὶ ἱερὸν καὶ ἄγαλμα. Φρύγες οἱ περὶ Κελαι‐ νὰς νεμόμενοι τιμῶσιν ποταμοὺς δύο, Μαρσύαν καὶ</w:t>
      </w:r>
    </w:p>
    <w:p>
      <w:r>
        <w:rPr>
          <w:rFonts w:ascii="Courier New" w:hAnsi="Courier New"/>
          <w:color w:val="555555"/>
          <w:sz w:val="20"/>
        </w:rPr>
        <w:t>[2 . 8 g]</w:t>
      </w:r>
    </w:p>
    <w:p>
      <w:r>
        <w:rPr>
          <w:rFonts w:ascii="Gentium Plus" w:hAnsi="Gentium Plus"/>
          <w:sz w:val="24"/>
        </w:rPr>
        <w:t>Μαίανδρον· εἶδον τοὺς ποταμούς· ἀφίησιν αὐτοὺς πηγὴ μία, ἣ προελθοῦσα ἐπὶ τὸ ὄρος ἀφανίζεται κατὰ νώτου τῆς πόλεως, καὖθις ἐκδιδοῖ ἐκ τοῦ ἄστεος, διελοῦσα τοῖς ποταμοῖς καὶ τὸ ὕδωρ καὶ τὰ ὀνόματα· ὁ μὲν ἐπὶ</w:t>
      </w:r>
    </w:p>
    <w:p>
      <w:r>
        <w:rPr>
          <w:rFonts w:ascii="Courier New" w:hAnsi="Courier New"/>
          <w:color w:val="555555"/>
          <w:sz w:val="20"/>
        </w:rPr>
        <w:t>[5]</w:t>
      </w:r>
    </w:p>
    <w:p>
      <w:r>
        <w:rPr>
          <w:rFonts w:ascii="Gentium Plus" w:hAnsi="Gentium Plus"/>
          <w:sz w:val="24"/>
        </w:rPr>
        <w:t>Λυδίας ῥεῖ, ὁ Μαίανδρος· ὁ δὲ αὐτοῦ περὶ τὰ πεδία</w:t>
      </w:r>
    </w:p>
    <w:p>
      <w:r>
        <w:rPr>
          <w:rFonts w:ascii="Courier New" w:hAnsi="Courier New"/>
          <w:color w:val="555555"/>
          <w:sz w:val="20"/>
        </w:rPr>
        <w:t>[2 . 8 h]</w:t>
      </w:r>
    </w:p>
    <w:p>
      <w:r>
        <w:rPr>
          <w:rFonts w:ascii="Gentium Plus" w:hAnsi="Gentium Plus"/>
          <w:sz w:val="24"/>
        </w:rPr>
        <w:t>ἀναλίσκεται. Θύουσιν Φρύγες τοῖς ποταμοῖς, οἱ μὲν ἀμφοτέροις, οἱ δὲ τῷ Μαιάνδρῳ, οἱ δὲ τῷ Μαρσύᾳ· καὶ ἐμβάλλουσιν τὰ μηρία εἰς τὰς πηγάς, ἐπιφημίσαν‐ τες τοὔνομα τοῦ ποταμοῦ, ὁποτέρῳ ἔθυσαν· ἀπενεχθέν‐</w:t>
      </w:r>
    </w:p>
    <w:p>
      <w:r>
        <w:rPr>
          <w:rFonts w:ascii="Courier New" w:hAnsi="Courier New"/>
          <w:color w:val="555555"/>
          <w:sz w:val="20"/>
        </w:rPr>
        <w:t>[5]</w:t>
      </w:r>
    </w:p>
    <w:p>
      <w:r>
        <w:rPr>
          <w:rFonts w:ascii="Gentium Plus" w:hAnsi="Gentium Plus"/>
          <w:sz w:val="24"/>
        </w:rPr>
        <w:t>τα δὲ ἐπὶ τὸ ὄρος, καὶ ὑποδύντα ὄρος σὺν τῷ ὕδατι, οὔτ’ ἂν ἐπὶ τὸν Μαρσύαν ἐκδοθείη τὰ τοῦ Μαιάνδρου, οὔτ’ ἐπὶ τὸν Μαίανδρον τὰ τοῦ Μαρσύου· εἰ δὲ ἀμ‐</w:t>
      </w:r>
    </w:p>
    <w:p>
      <w:r>
        <w:rPr>
          <w:rFonts w:ascii="Courier New" w:hAnsi="Courier New"/>
          <w:color w:val="555555"/>
          <w:sz w:val="20"/>
        </w:rPr>
        <w:t>[2 . 8 i]</w:t>
      </w:r>
    </w:p>
    <w:p>
      <w:r>
        <w:rPr>
          <w:rFonts w:ascii="Gentium Plus" w:hAnsi="Gentium Plus"/>
          <w:sz w:val="24"/>
        </w:rPr>
        <w:t>φοῖν εἴη, διαιροῦνται τὸ δῶρον. Ὄρος Καππαδόκαις καὶ θεὸς καὶ ὅρκος καὶ ἄγαλμα, Μαιώταις λίμνη, Τά‐ ναϊς Μασσαγέταις.</w:t>
      </w:r>
    </w:p>
    <w:p>
      <w:r>
        <w:rPr>
          <w:rFonts w:ascii="Courier New" w:hAnsi="Courier New"/>
          <w:color w:val="555555"/>
          <w:sz w:val="20"/>
        </w:rPr>
        <w:t>[2 . 9 a]</w:t>
      </w:r>
    </w:p>
    <w:p>
      <w:r>
        <w:rPr>
          <w:rFonts w:ascii="Gentium Plus" w:hAnsi="Gentium Plus"/>
          <w:sz w:val="24"/>
        </w:rPr>
        <w:t>Ὢ πολλῶν καὶ παντοδαπῶν ἀγαλμάτων· ὧν τὰ μὲν ὑπὸ τέχνης ἐγένετο, τὰ δὲ διὰ χρείαν ἠγαπήθη, τὰ δὲ δι’ ὠφέλειαν ἐτιμήθη, τὰ δὲ δι’ ἔκπληξιν ἐθαυ‐ μάσθη, τὰ δὲ διὰ μέγεθος ἐθειάσθη, τὰ δὲ διὰ κάλλος</w:t>
      </w:r>
    </w:p>
    <w:p>
      <w:r>
        <w:rPr>
          <w:rFonts w:ascii="Courier New" w:hAnsi="Courier New"/>
          <w:color w:val="555555"/>
          <w:sz w:val="20"/>
        </w:rPr>
        <w:t>[2 . 9 b]</w:t>
      </w:r>
    </w:p>
    <w:p>
      <w:r>
        <w:rPr>
          <w:rFonts w:ascii="Gentium Plus" w:hAnsi="Gentium Plus"/>
          <w:sz w:val="24"/>
        </w:rPr>
        <w:t>ἐπῃνέθη. Πλὴν οὐδὲν γένος, οὐ βάρβαρον, οὐχ Ἑλλη‐ νικόν, οὐ θαλάττιον, οὐκ ἠπειρωτικόν, οὐ νομαδικόν, οὐκ ἀστυπολοῦν, ἀνέχεται τὸ μὴ καταστήσασθαι σύμ‐</w:t>
      </w:r>
    </w:p>
    <w:p>
      <w:r>
        <w:rPr>
          <w:rFonts w:ascii="Courier New" w:hAnsi="Courier New"/>
          <w:color w:val="555555"/>
          <w:sz w:val="20"/>
        </w:rPr>
        <w:t>[2 . 9 c]</w:t>
      </w:r>
    </w:p>
    <w:p>
      <w:r>
        <w:rPr>
          <w:rFonts w:ascii="Gentium Plus" w:hAnsi="Gentium Plus"/>
          <w:sz w:val="24"/>
        </w:rPr>
        <w:t>βολα ἄττα τῆς τῶν θεῶν τιμῆς. Πῶς ἂν οὖν τις διαι‐ τήσαι τὸν λόγον, εἴτε χρὴ ποιεῖσθαι ἀγάλματα θεῶν,</w:t>
      </w:r>
    </w:p>
    <w:p>
      <w:r>
        <w:rPr>
          <w:rFonts w:ascii="Courier New" w:hAnsi="Courier New"/>
          <w:color w:val="555555"/>
          <w:sz w:val="20"/>
        </w:rPr>
        <w:t>[2 . 9 d]</w:t>
      </w:r>
    </w:p>
    <w:p>
      <w:r>
        <w:rPr>
          <w:rFonts w:ascii="Gentium Plus" w:hAnsi="Gentium Plus"/>
          <w:sz w:val="24"/>
        </w:rPr>
        <w:t>εἴτε μή; Εἰ μὲν γὰρ ἄλλοις τισὶν νομοθετοῦμεν ὑπερ‐ ορίοις ἀνθρώποις ἔξω τοῦ καθ’ ἡμᾶς αἰθέρος, ἄρτι ἐκ γῆς ἀναφυομένοις, ἢ ὑπό τινος προμηθείας πλαττο‐ μένοις, ἀπείροις βίου καὶ νόμου καὶ λόγου, δέοι ἂν</w:t>
      </w:r>
    </w:p>
    <w:p>
      <w:r>
        <w:rPr>
          <w:rFonts w:ascii="Courier New" w:hAnsi="Courier New"/>
          <w:color w:val="555555"/>
          <w:sz w:val="20"/>
        </w:rPr>
        <w:t>[5]</w:t>
      </w:r>
    </w:p>
    <w:p>
      <w:r>
        <w:rPr>
          <w:rFonts w:ascii="Gentium Plus" w:hAnsi="Gentium Plus"/>
          <w:sz w:val="24"/>
        </w:rPr>
        <w:t>ἴσως τοῦ σκέμματος· πότερα ἐατέον τουτὶ τὸ γένος, ἐπεὶ τῶν αὐτοφυῶν τούτων ἀγαλμάτων προσκυν〈εῖν αἱρ〉οῦνται, οὐκ ἐλέφαντα, οὐδὲ χρυσόν, οὐδὲ δρῦν,</w:t>
      </w:r>
    </w:p>
    <w:p>
      <w:r>
        <w:rPr>
          <w:rFonts w:ascii="Courier New" w:hAnsi="Courier New"/>
          <w:color w:val="555555"/>
          <w:sz w:val="20"/>
        </w:rPr>
        <w:t>[10]</w:t>
      </w:r>
    </w:p>
    <w:p>
      <w:r>
        <w:rPr>
          <w:rFonts w:ascii="Gentium Plus" w:hAnsi="Gentium Plus"/>
          <w:sz w:val="24"/>
        </w:rPr>
        <w:t>οὐρανὸν πεποικιλμένον, καὶ γῆν αὐτήν, καὶ ἀέρα αὐ‐ τόν, καὶ πῦρ πᾶν, καὶ ὕδωρ πᾶν· 〈ἢ〉 καὶ τούτους κα‐ θείρξομεν εἰς ἀνάγκην τιμῆς ξύλων ἢ λίθων ἢ τύπων;</w:t>
      </w:r>
    </w:p>
    <w:p>
      <w:r>
        <w:rPr>
          <w:rFonts w:ascii="Courier New" w:hAnsi="Courier New"/>
          <w:color w:val="555555"/>
          <w:sz w:val="20"/>
        </w:rPr>
        <w:t>[2 . 9 e]</w:t>
      </w:r>
    </w:p>
    <w:p>
      <w:r>
        <w:rPr>
          <w:rFonts w:ascii="Gentium Plus" w:hAnsi="Gentium Plus"/>
          <w:sz w:val="24"/>
        </w:rPr>
        <w:t>εἰ δέ ἐστιν οὗτος ἱκανὸς ὁ πάντων νόμος, τὰ κείμενα ἐῶμεν, τὰς φήμας τῶν θεῶν ἀποδεχόμενοι, καὶ φυλάτ‐ τοντες αὐτῶν τὰ σύμβολα, ὥσπερ καὶ τὰ ὀνόματα.</w:t>
      </w:r>
    </w:p>
    <w:p>
      <w:r>
        <w:rPr>
          <w:rFonts w:ascii="Courier New" w:hAnsi="Courier New"/>
          <w:color w:val="555555"/>
          <w:sz w:val="20"/>
        </w:rPr>
        <w:t>[2 . 10 a]</w:t>
      </w:r>
    </w:p>
    <w:p>
      <w:r>
        <w:rPr>
          <w:rFonts w:ascii="Gentium Plus" w:hAnsi="Gentium Plus"/>
          <w:sz w:val="24"/>
        </w:rPr>
        <w:t>Ὁ μὲν γὰρ θεός, ὁ τῶν ὄντων πατὴρ καὶ δημιουρ‐ γός, ὁ πρεσβύτερος μὲν ἡλίου, πρεσβύτερος δὲ οὐρα‐ νοῦ, κρείττων δὲ χρόνου καὶ αἰῶνος καὶ πάσης ῥεούσης φύσεως, ἀνώνυμος νομοθέτῃ, καὶ ἄρρητος φωνῇ, καὶ</w:t>
      </w:r>
    </w:p>
    <w:p>
      <w:r>
        <w:rPr>
          <w:rFonts w:ascii="Courier New" w:hAnsi="Courier New"/>
          <w:color w:val="555555"/>
          <w:sz w:val="20"/>
        </w:rPr>
        <w:t>[5]</w:t>
      </w:r>
    </w:p>
    <w:p>
      <w:r>
        <w:rPr>
          <w:rFonts w:ascii="Gentium Plus" w:hAnsi="Gentium Plus"/>
          <w:sz w:val="24"/>
        </w:rPr>
        <w:t>ἀόρατος ὀφθαλμοῖς· οὐκ ἔχοντες δὲ αὐτοῦ λαβεῖν τὴν οὐσίαν, ἐπερειδόμεθα φωναῖς, καὶ ὀνόμασιν, καὶ ζῴοις, καὶ τύποις χρυσοῦ καὶ ἐλέφαντος καὶ ἀργύρου, καὶ</w:t>
      </w:r>
    </w:p>
    <w:p>
      <w:r>
        <w:rPr>
          <w:rFonts w:ascii="Courier New" w:hAnsi="Courier New"/>
          <w:color w:val="555555"/>
          <w:sz w:val="20"/>
        </w:rPr>
        <w:t>[10]</w:t>
      </w:r>
    </w:p>
    <w:p>
      <w:r>
        <w:rPr>
          <w:rFonts w:ascii="Gentium Plus" w:hAnsi="Gentium Plus"/>
          <w:sz w:val="24"/>
        </w:rPr>
        <w:t>τὰ παρ’ ἡμῶν καλὰ τῇ ἐκείνου φύσει ἐπονομάζοντες·</w:t>
      </w:r>
    </w:p>
    <w:p>
      <w:r>
        <w:rPr>
          <w:rFonts w:ascii="Courier New" w:hAnsi="Courier New"/>
          <w:color w:val="555555"/>
          <w:sz w:val="20"/>
        </w:rPr>
        <w:t>[2 . 10 b]</w:t>
      </w:r>
    </w:p>
    <w:p>
      <w:r>
        <w:rPr>
          <w:rFonts w:ascii="Gentium Plus" w:hAnsi="Gentium Plus"/>
          <w:sz w:val="24"/>
        </w:rPr>
        <w:t>αὐτὸ ἐκεῖνο τὸ τῶν ἐρώντων πάθος, οἷς ἥδιστον εἰς μὲν θέαμα οἱ τῶν παιδικῶν τύποι, ἡδὺ δὲ εἰς ἀνάμνη‐ σιν καὶ λύρα, καὶ ἀκόντιον, καὶ θῶκος που, καὶ δρό‐ μος, καὶ πᾶν ἁπλῶς τὸ ἐπεγεῖρον τὴν μνήμην τοῦ</w:t>
      </w:r>
    </w:p>
    <w:p>
      <w:r>
        <w:rPr>
          <w:rFonts w:ascii="Courier New" w:hAnsi="Courier New"/>
          <w:color w:val="555555"/>
          <w:sz w:val="20"/>
        </w:rPr>
        <w:t>[2 . 10 c]</w:t>
      </w:r>
    </w:p>
    <w:p>
      <w:r>
        <w:rPr>
          <w:rFonts w:ascii="Gentium Plus" w:hAnsi="Gentium Plus"/>
          <w:sz w:val="24"/>
        </w:rPr>
        <w:t>ἐρωμένου. Τί μοι τὸ λοιπὸν ἐξετάζειν καὶ νομο‐ θετεῖν ὑπὲρ ἀγαλμάτων; Θεῖον ἴστω πᾶν γένος, ἴστω</w:t>
      </w:r>
    </w:p>
    <w:p>
      <w:r>
        <w:rPr>
          <w:rFonts w:ascii="Courier New" w:hAnsi="Courier New"/>
          <w:color w:val="555555"/>
          <w:sz w:val="20"/>
        </w:rPr>
        <w:t>[2 . 10 d]</w:t>
      </w:r>
    </w:p>
    <w:p>
      <w:r>
        <w:rPr>
          <w:rFonts w:ascii="Gentium Plus" w:hAnsi="Gentium Plus"/>
          <w:sz w:val="24"/>
        </w:rPr>
        <w:t>μόνον. Εἰ δὲ Ἕλληνας μὲν ἐπεγείρει πρὸς τὴν μνή‐ μην τοῦ θεοῦ ἡ Φειδίου τέχνη, Αἰγυπτίους δὲ ἡ πρὸς τὰ ζῷα τιμή, καὶ ποταμὸς ἄλλους, καὶ πῦρ ἄλλους, οὐ νεμεσῶ τῆς διαφωνίας· ἴστωσαν μόνον, ἐράτωσαν μόνον,</w:t>
      </w:r>
    </w:p>
    <w:p>
      <w:r>
        <w:rPr>
          <w:rFonts w:ascii="Courier New" w:hAnsi="Courier New"/>
          <w:color w:val="555555"/>
          <w:sz w:val="20"/>
        </w:rPr>
        <w:t>[5]</w:t>
      </w:r>
    </w:p>
    <w:p>
      <w:r>
        <w:rPr>
          <w:rFonts w:ascii="Gentium Plus" w:hAnsi="Gentium Plus"/>
          <w:sz w:val="24"/>
        </w:rPr>
        <w:t>μνημονευέτωσαν.</w:t>
      </w:r>
    </w:p>
    <w:p>
      <w:pPr>
        <w:jc w:val="center"/>
      </w:pPr>
      <w:r>
        <w:rPr>
          <w:rFonts w:ascii="Gentium Plus" w:hAnsi="Gentium Plus"/>
          <w:b/>
          <w:sz w:val="24"/>
        </w:rPr>
        <w:t>Εἰ καλῶς ἐποίησεν Σωκράτης μὴ</w:t>
      </w:r>
    </w:p>
    <w:p>
      <w:pPr>
        <w:jc w:val="center"/>
      </w:pPr>
      <w:r>
        <w:rPr>
          <w:rFonts w:ascii="Gentium Plus" w:hAnsi="Gentium Plus"/>
          <w:b/>
          <w:sz w:val="24"/>
        </w:rPr>
        <w:t>ἀπολογησάμενος.</w:t>
      </w:r>
    </w:p>
    <w:p>
      <w:r>
        <w:rPr>
          <w:rFonts w:ascii="Courier New" w:hAnsi="Courier New"/>
          <w:color w:val="555555"/>
          <w:sz w:val="20"/>
        </w:rPr>
        <w:t>[1]</w:t>
      </w:r>
    </w:p>
    <w:p>
      <w:r>
        <w:rPr>
          <w:rFonts w:ascii="Gentium Plus" w:hAnsi="Gentium Plus"/>
          <w:sz w:val="24"/>
        </w:rPr>
        <w:t>Δεινόν γε τὰς μὲν ἄλλας τέχνας ἀπηλλάχθαι ἑκά‐ στην τοῦ τῶν πολλῶν δικαστηρίου, καὶ μήτε τὸν κυ‐ βερνήτην ἐπιλαβόμενον τῆς νεώς, καὶ χρώμενον τῇ τέχνῃ κατὰ τοὺς ναυτικοὺς λόγους, εὐθύνεσθαι πρὸς</w:t>
      </w:r>
    </w:p>
    <w:p>
      <w:r>
        <w:rPr>
          <w:rFonts w:ascii="Courier New" w:hAnsi="Courier New"/>
          <w:color w:val="555555"/>
          <w:sz w:val="20"/>
        </w:rPr>
        <w:t>[5]</w:t>
      </w:r>
    </w:p>
    <w:p>
      <w:r>
        <w:rPr>
          <w:rFonts w:ascii="Gentium Plus" w:hAnsi="Gentium Plus"/>
          <w:sz w:val="24"/>
        </w:rPr>
        <w:t>τῶν ἀτέχνων, μήτε τὸν ἰατρὸν ἀνέχεσθαι τοὺς κά‐ μνοντας τὰ προστάγματα αὐτοῦ καὶ τὰ ἰάματα καὶ τὰ διαιτήματα ἐπισκοποῦντας καὶ βασανίζοντας, ἀλλ’ οὐδὲ κεραμέας, οὐδὲ σκυτοτόμους, οὐδὲ τοὺς τὰ ἔτι τούτων ἀτιμότερα μεταχειριζομένους, ἄλλόν τινα ἔχειν δικα‐</w:t>
      </w:r>
    </w:p>
    <w:p>
      <w:r>
        <w:rPr>
          <w:rFonts w:ascii="Courier New" w:hAnsi="Courier New"/>
          <w:color w:val="555555"/>
          <w:sz w:val="20"/>
        </w:rPr>
        <w:t>[3 . 1 b]</w:t>
      </w:r>
    </w:p>
    <w:p>
      <w:r>
        <w:rPr>
          <w:rFonts w:ascii="Gentium Plus" w:hAnsi="Gentium Plus"/>
          <w:sz w:val="24"/>
        </w:rPr>
        <w:t>στὴν τῶν ἔργων, πλὴν τῆς τέχνης. Σωκράτη δὲ τὸν μηδὲ τῷ Ἀπόλλωνι παρασχόντα ἀμαθίας αἰτίαν, τῷ τὰς ψάμμους εἰδότι καὶ καταμαντευσαμένῳ τῆς θαλάττης,</w:t>
      </w:r>
    </w:p>
    <w:p>
      <w:r>
        <w:rPr>
          <w:rFonts w:ascii="Courier New" w:hAnsi="Courier New"/>
          <w:color w:val="555555"/>
          <w:sz w:val="20"/>
        </w:rPr>
        <w:t>[5]</w:t>
      </w:r>
    </w:p>
    <w:p>
      <w:r>
        <w:rPr>
          <w:rFonts w:ascii="Gentium Plus" w:hAnsi="Gentium Plus"/>
          <w:sz w:val="24"/>
        </w:rPr>
        <w:t>νόμενον, ἀλλὰ πικροτέρους αὐτῷ εἶναι τοὺς ἐπιγιγνο‐ μένους αἰεὶ καὶ τοὺς συκοφάντας Ἀνύτου καὶ Μελήτου,</w:t>
      </w:r>
    </w:p>
    <w:p>
      <w:r>
        <w:rPr>
          <w:rFonts w:ascii="Courier New" w:hAnsi="Courier New"/>
          <w:color w:val="555555"/>
          <w:sz w:val="20"/>
        </w:rPr>
        <w:t>[3 . 1 c]</w:t>
      </w:r>
    </w:p>
    <w:p>
      <w:r>
        <w:rPr>
          <w:rFonts w:ascii="Gentium Plus" w:hAnsi="Gentium Plus"/>
          <w:sz w:val="24"/>
        </w:rPr>
        <w:t>καὶ τοὺς δικαστὰς Ἀθηναίων τῶν τότε· καὶ εἰ μὲν γραφεὺς ἦν ἢ δημιουργὸς ἀγαλμάτων, οἷον Ζεῦξις ἢ Πολύκλειτος ἢ Φειδίας, παρέπεμπεν ἂν τὰ ἔργα αὐτῶν μετ’ εὐφημίας ἡ τῆς τέχνης δόξα· ὁρῶντες γοῦν ἐκεῖνα</w:t>
      </w:r>
    </w:p>
    <w:p>
      <w:r>
        <w:rPr>
          <w:rFonts w:ascii="Courier New" w:hAnsi="Courier New"/>
          <w:color w:val="555555"/>
          <w:sz w:val="20"/>
        </w:rPr>
        <w:t>[5]</w:t>
      </w:r>
    </w:p>
    <w:p>
      <w:r>
        <w:rPr>
          <w:rFonts w:ascii="Gentium Plus" w:hAnsi="Gentium Plus"/>
          <w:sz w:val="24"/>
        </w:rPr>
        <w:t>οἱ ἄνθρωποι, μὴ ὅτι αἰτιᾶσθαι, ἀλλ’ οὐδὲ ἐξετάζειν τολμῶσιν, ἀλλ’ εἰσὶν αὐτεπάγγελτοι ἐπαινέται θεαμά‐</w:t>
      </w:r>
    </w:p>
    <w:p>
      <w:r>
        <w:rPr>
          <w:rFonts w:ascii="Courier New" w:hAnsi="Courier New"/>
          <w:color w:val="555555"/>
          <w:sz w:val="20"/>
        </w:rPr>
        <w:t>[3 . 1 d]</w:t>
      </w:r>
    </w:p>
    <w:p>
      <w:r>
        <w:rPr>
          <w:rFonts w:ascii="Gentium Plus" w:hAnsi="Gentium Plus"/>
          <w:sz w:val="24"/>
        </w:rPr>
        <w:t>των ἐνδόξων· εἰ δέ τις μὴ κατὰ γραφέας, μηδὲ κατ’ ἀγαλμάτων δημιουργοὺς ἀγαθὸς ἦν τὴν χειρῶν τέχνην, ἀλλὰ τὸν αὑτοῦ βίον συμμέτρως, καὶ πρὸς τὸ ἀκρι‐ βέστατον, λόγῳ καὶ πόνῳ καὶ ἐθισμῷ καὶ εὐτελείᾳ καὶ</w:t>
      </w:r>
    </w:p>
    <w:p>
      <w:r>
        <w:rPr>
          <w:rFonts w:ascii="Courier New" w:hAnsi="Courier New"/>
          <w:color w:val="555555"/>
          <w:sz w:val="20"/>
        </w:rPr>
        <w:t>[5]</w:t>
      </w:r>
    </w:p>
    <w:p>
      <w:r>
        <w:rPr>
          <w:rFonts w:ascii="Gentium Plus" w:hAnsi="Gentium Plus"/>
          <w:sz w:val="24"/>
        </w:rPr>
        <w:t>καρτερίᾳ καὶ σωφροσύνῃ καὶ ταῖς ἄλλαις ἀρεταῖς ἡρ‐ μόσατο· τοῦτον μὴ τυγχάνειν βεβαίας δόξης, μηδὲ ἐπαίνων ὡμολογημένων, μηδὲ ὁμοφώνων δικαστῶν, ἀλλὰ ἄλλον ἄλλό τι διατελεῖν ὑπὲρ αὐτοῦ λέγοντας;</w:t>
      </w:r>
    </w:p>
    <w:p>
      <w:r>
        <w:rPr>
          <w:rFonts w:ascii="Courier New" w:hAnsi="Courier New"/>
          <w:color w:val="555555"/>
          <w:sz w:val="20"/>
        </w:rPr>
        <w:t>[3 2* a]</w:t>
      </w:r>
    </w:p>
    <w:p>
      <w:r>
        <w:rPr>
          <w:rFonts w:ascii="Gentium Plus" w:hAnsi="Gentium Plus"/>
          <w:sz w:val="24"/>
        </w:rPr>
        <w:t>Ὁποῖόν τι καὶ τὸ παρὸν ἡμῖν νυνὶ σκέμμα. Σω‐ κράτη τοῦτον Μέλητος μὲν ἐγράψατο, Ἄνυτός τε εἰσή‐ γαγεν, Λύκων δὲ ἐδίωκεν, κατεδίκασαν δὲ Ἀθηναῖοι, ἔδη‐</w:t>
      </w:r>
    </w:p>
    <w:p>
      <w:r>
        <w:rPr>
          <w:rFonts w:ascii="Courier New" w:hAnsi="Courier New"/>
          <w:color w:val="555555"/>
          <w:sz w:val="20"/>
        </w:rPr>
        <w:t>[3 2* b]</w:t>
      </w:r>
    </w:p>
    <w:p>
      <w:r>
        <w:rPr>
          <w:rFonts w:ascii="Gentium Plus" w:hAnsi="Gentium Plus"/>
          <w:sz w:val="24"/>
        </w:rPr>
        <w:t>σαν δὲ οἱ ἕνδεκα, ἀπέκτεινεν δὲ ὁ ὑπηρέτης. Καὶ Μελή‐</w:t>
      </w:r>
    </w:p>
    <w:p>
      <w:r>
        <w:rPr>
          <w:rFonts w:ascii="Courier New" w:hAnsi="Courier New"/>
          <w:color w:val="555555"/>
          <w:sz w:val="20"/>
        </w:rPr>
        <w:t>[5]</w:t>
      </w:r>
    </w:p>
    <w:p>
      <w:r>
        <w:rPr>
          <w:rFonts w:ascii="Gentium Plus" w:hAnsi="Gentium Plus"/>
          <w:sz w:val="24"/>
        </w:rPr>
        <w:t>τιμᾶτο, καὶ δεόντων αὐτὸν τῶν ἕνδεκα τὸ μὲν σῶμα παρεῖχεν, ἀσθενέστερον γὰρ ἦν πολλῶν σωμάτων, τὴν δὲ ψυχὴν οὐ παρεῖχεν, κρείττων γὰρ ἦν Ἀθηναίων ἁπάντων, οὐδὲ τῷ ὑπηρέτῃ ἐχαλέπαινεν, οὐδὲ πρὸς</w:t>
      </w:r>
    </w:p>
    <w:p>
      <w:r>
        <w:rPr>
          <w:rFonts w:ascii="Courier New" w:hAnsi="Courier New"/>
          <w:color w:val="555555"/>
          <w:sz w:val="20"/>
        </w:rPr>
        <w:t>[3 2* c]</w:t>
      </w:r>
    </w:p>
    <w:p>
      <w:r>
        <w:rPr>
          <w:rFonts w:ascii="Gentium Plus" w:hAnsi="Gentium Plus"/>
          <w:sz w:val="24"/>
        </w:rPr>
        <w:t>τὸ φάρμακον ἐδυσχέραινεν· ἀλλ’ Ἀθηναῖοι μὲν αὐτὸν οὐχ ἑκόντες κατεδίκασαν, ὁ δὲ ἀπέθνησκεν ἑκών·</w:t>
      </w:r>
    </w:p>
    <w:p>
      <w:r>
        <w:rPr>
          <w:rFonts w:ascii="Courier New" w:hAnsi="Courier New"/>
          <w:color w:val="555555"/>
          <w:sz w:val="20"/>
        </w:rPr>
        <w:t>[3 2* d]</w:t>
      </w:r>
    </w:p>
    <w:p>
      <w:r>
        <w:rPr>
          <w:rFonts w:ascii="Gentium Plus" w:hAnsi="Gentium Plus"/>
          <w:sz w:val="24"/>
        </w:rPr>
        <w:t>ἐλέγχει δὲ τοῦ μὲν τὸ ἑκούσιον, ὅτι ἐξὸν αὐτῷ καὶ χρημάτων τιμήσασθαι, καὶ φεύγειν ἐκκλαπέντι, προεί‐</w:t>
      </w:r>
    </w:p>
    <w:p>
      <w:r>
        <w:rPr>
          <w:rFonts w:ascii="Courier New" w:hAnsi="Courier New"/>
          <w:color w:val="555555"/>
          <w:sz w:val="20"/>
        </w:rPr>
        <w:t>[3 2* e]</w:t>
      </w:r>
    </w:p>
    <w:p>
      <w:r>
        <w:rPr>
          <w:rFonts w:ascii="Gentium Plus" w:hAnsi="Gentium Plus"/>
          <w:sz w:val="24"/>
        </w:rPr>
        <w:t>λετο ἀποθανεῖν· τῶν δὲ τὸ ἀκούσιον, μετέγνωσαν γὰρ εὐθύς· οὗ τί ἂν εἴη πάθος δικασταῖς καταγελαστότατον.</w:t>
      </w:r>
    </w:p>
    <w:p>
      <w:r>
        <w:rPr>
          <w:rFonts w:ascii="Courier New" w:hAnsi="Courier New"/>
          <w:color w:val="555555"/>
          <w:sz w:val="20"/>
        </w:rPr>
        <w:t>[3 . 3 a]</w:t>
      </w:r>
    </w:p>
    <w:p>
      <w:r>
        <w:rPr>
          <w:rFonts w:ascii="Gentium Plus" w:hAnsi="Gentium Plus"/>
          <w:sz w:val="24"/>
        </w:rPr>
        <w:t>Ἔτ’ οὖν ποθεῖς σκέψασθαι περὶ Σωκράτους, εἰ</w:t>
      </w:r>
    </w:p>
    <w:p>
      <w:r>
        <w:rPr>
          <w:rFonts w:ascii="Courier New" w:hAnsi="Courier New"/>
          <w:color w:val="555555"/>
          <w:sz w:val="20"/>
        </w:rPr>
        <w:t>[3 . 3 b]</w:t>
      </w:r>
    </w:p>
    <w:p>
      <w:r>
        <w:rPr>
          <w:rFonts w:ascii="Gentium Plus" w:hAnsi="Gentium Plus"/>
          <w:sz w:val="24"/>
        </w:rPr>
        <w:t>ὀρθῶς ταῦτα ἔδρα ἢ μή; τί οὖν, εἴ τις σοι παρελ‐ θὼν διηγεῖτο, ὅτι ἀνὴρ Ἀθηναῖος, γέρων τὴν ἡλικίαν, φιλόσοφος τὴν ἐπιτήδευσιν, πένης τὴν τύχην, δεινὸς τὴν φύσιν, ἀγαθὸς εἰπεῖν, συνετὸς νοῆσαι, ἄγρυπνος</w:t>
      </w:r>
    </w:p>
    <w:p>
      <w:r>
        <w:rPr>
          <w:rFonts w:ascii="Courier New" w:hAnsi="Courier New"/>
          <w:color w:val="555555"/>
          <w:sz w:val="20"/>
        </w:rPr>
        <w:t>[5]</w:t>
      </w:r>
    </w:p>
    <w:p>
      <w:r>
        <w:rPr>
          <w:rFonts w:ascii="Gentium Plus" w:hAnsi="Gentium Plus"/>
          <w:sz w:val="24"/>
        </w:rPr>
        <w:t>καὶ νηφάλεος, καὶ οἷος μηδὲν εἰκῇ μήτε ἔργον πρᾶξαι, μήτε εἰπεῖν λόγον, βεβιωκὼς μὲν πόρρω ἡλικίας, ἐπαι‐ νέτας δὲ σχὼν τοῦ τρόπου Ἑλλήνων μὲν οὐ τοὺς φαυ‐</w:t>
      </w:r>
    </w:p>
    <w:p>
      <w:r>
        <w:rPr>
          <w:rFonts w:ascii="Courier New" w:hAnsi="Courier New"/>
          <w:color w:val="555555"/>
          <w:sz w:val="20"/>
        </w:rPr>
        <w:t>[3 . 3 c]</w:t>
      </w:r>
    </w:p>
    <w:p>
      <w:r>
        <w:rPr>
          <w:rFonts w:ascii="Gentium Plus" w:hAnsi="Gentium Plus"/>
          <w:sz w:val="24"/>
        </w:rPr>
        <w:t>λοτάτους τὴν φύσιν, θεῶν δὲ τὸν Ἀπόλλωνα· οὗτος ἐπαναστάντων αὐτῷ φθόνῳ καὶ ἀπεχθείᾳ καὶ τῇ πρὸς τὰ καλὰ ὀργῇ ἐκ μὲν τοῦ θεάτρου Ἀριστοφάνους, ἐκ δὲ τῶν σοφιστῶν Ἀνύτου, ἐκ δὲ τῶν συκοφαντῶν</w:t>
      </w:r>
    </w:p>
    <w:p>
      <w:r>
        <w:rPr>
          <w:rFonts w:ascii="Courier New" w:hAnsi="Courier New"/>
          <w:color w:val="555555"/>
          <w:sz w:val="20"/>
        </w:rPr>
        <w:t>[5]</w:t>
      </w:r>
    </w:p>
    <w:p>
      <w:r>
        <w:rPr>
          <w:rFonts w:ascii="Gentium Plus" w:hAnsi="Gentium Plus"/>
          <w:sz w:val="24"/>
        </w:rPr>
        <w:t>Μελήτου, ἐκ δὲ τῶν ῥητόρων Λύκωνος, καὶ τοῦ μὲν κωμῳδοῦντος, τοῦ δὲ γραφομένου, τοῦ δὲ εἰσάγοντος, τοῦ δὲ λέγοντος, τῶν δὲ δικαζόντων, ἐχαλέπαινεν πρῶτα μὲν τῷ Ἀριστοφάνει, καὶ καταστὰς ἐν Ἀθηναίοις</w:t>
      </w:r>
    </w:p>
    <w:p>
      <w:r>
        <w:rPr>
          <w:rFonts w:ascii="Courier New" w:hAnsi="Courier New"/>
          <w:color w:val="555555"/>
          <w:sz w:val="20"/>
        </w:rPr>
        <w:t>[10]</w:t>
      </w:r>
    </w:p>
    <w:p>
      <w:r>
        <w:rPr>
          <w:rFonts w:ascii="Gentium Plus" w:hAnsi="Gentium Plus"/>
          <w:sz w:val="24"/>
        </w:rPr>
        <w:t>δικαστῶν· ἔπειτα εἰς τὸ δικαστήριον παρελθὼν ἀντερ‐ ρητόρευεν τοῖς λέγουσι καὶ λόγους διεξῄει μακρούς, ἀπολογίαν εὖ μάλα εἰς ἐπαγωγὴν δικαστῶν συγκειμένην, ἐξευμενιζόμενος μὲν τὸ δικαστήριον τοῖς προοιμίοις, πείθων δὲ τοῖς διηγήμασιν, ἀποδεικνὺς δὲ τεκμηρίοις</w:t>
      </w:r>
    </w:p>
    <w:p>
      <w:r>
        <w:rPr>
          <w:rFonts w:ascii="Courier New" w:hAnsi="Courier New"/>
          <w:color w:val="555555"/>
          <w:sz w:val="20"/>
        </w:rPr>
        <w:t>[15]</w:t>
      </w:r>
    </w:p>
    <w:p>
      <w:r>
        <w:rPr>
          <w:rFonts w:ascii="Gentium Plus" w:hAnsi="Gentium Plus"/>
          <w:sz w:val="24"/>
        </w:rPr>
        <w:t>καὶ πίστεσιν καὶ εἰκάσμασιν, ἀναβιβαζόμενος δὲ καὶ μάρ‐ τυρας τῶν πλουσίων τινὰς καὶ ἀξιόχρεων ἐν Ἀθηναίοις δικασταῖς, κἂν τοῖς ἐπιλόγοις ἱκετεύων καὶ ἀντιβολῶν καὶ δεόμενος καί που καὶ δάκρυα ἐν καιρῷ ἀφιείς,</w:t>
      </w:r>
    </w:p>
    <w:p>
      <w:r>
        <w:rPr>
          <w:rFonts w:ascii="Courier New" w:hAnsi="Courier New"/>
          <w:color w:val="555555"/>
          <w:sz w:val="20"/>
        </w:rPr>
        <w:t>[3 . 3 d]</w:t>
      </w:r>
    </w:p>
    <w:p>
      <w:r>
        <w:rPr>
          <w:rFonts w:ascii="Gentium Plus" w:hAnsi="Gentium Plus"/>
          <w:sz w:val="24"/>
        </w:rPr>
        <w:t>καὶ μετὰ τοῦτο τελευτῶν τὴν Ξανθίππην ἀναβιβασά‐</w:t>
      </w:r>
    </w:p>
    <w:p>
      <w:r>
        <w:rPr>
          <w:rFonts w:ascii="Courier New" w:hAnsi="Courier New"/>
          <w:color w:val="555555"/>
          <w:sz w:val="20"/>
        </w:rPr>
        <w:t>[3 . 3 e]</w:t>
      </w:r>
    </w:p>
    <w:p>
      <w:r>
        <w:rPr>
          <w:rFonts w:ascii="Gentium Plus" w:hAnsi="Gentium Plus"/>
          <w:sz w:val="24"/>
        </w:rPr>
        <w:t>μενος κωκύουσαν, καὶ τὰ παιδία κλαυμυριζόμενα, διὰ τούτων ἁπάντων μετεχειρίσατο τοὺς δικαστάς, καὶ ἀπεψηφίσαντο αὐτοῦ, καὶ ᾤκτειραν, καὶ ἀφῆκαν;</w:t>
      </w:r>
    </w:p>
    <w:p>
      <w:r>
        <w:rPr>
          <w:rFonts w:ascii="Courier New" w:hAnsi="Courier New"/>
          <w:color w:val="555555"/>
          <w:sz w:val="20"/>
        </w:rPr>
        <w:t>[3 4* a]</w:t>
      </w:r>
    </w:p>
    <w:p>
      <w:r>
        <w:rPr>
          <w:rFonts w:ascii="Gentium Plus" w:hAnsi="Gentium Plus"/>
          <w:sz w:val="24"/>
        </w:rPr>
        <w:t>Καλοῦ τοῦ νικηφόρου· ἦ που εἰς Λύκειον ὤσατο ἂν ἐκεῖθεν, καὶ εἰς Ἀκαδημίαν αὖθις, καὶ τὰς ἄλλας διατριβὰς φαιδρός, ὥσπερ οἱ ἐκ χειμερίου θαλάττης σεσωσμένοι.</w:t>
      </w:r>
    </w:p>
    <w:p>
      <w:r>
        <w:rPr>
          <w:rFonts w:ascii="Courier New" w:hAnsi="Courier New"/>
          <w:color w:val="555555"/>
          <w:sz w:val="20"/>
        </w:rPr>
        <w:t>[3 4* b]</w:t>
      </w:r>
    </w:p>
    <w:p>
      <w:r>
        <w:rPr>
          <w:rFonts w:ascii="Gentium Plus" w:hAnsi="Gentium Plus"/>
          <w:sz w:val="24"/>
        </w:rPr>
        <w:t>Καὶ πῶς ἂν ἠνέσχετο φιλοσοφία σπάνιον τὸ πρὸς ἑαυτὴν τοῦτον τὸν ἄνδρα; οὐ μᾶλλον ἢ παιδοτρίβης ἐκ σταδίου ἀγωνιστὴν μύρῳ κεχρισμένον, ἀνιδρωτὶ καὶ ἀκονιτὶ στεφανωθέντα, ἄπληκτον, καὶ ἄτρωτον,</w:t>
      </w:r>
    </w:p>
    <w:p>
      <w:r>
        <w:rPr>
          <w:rFonts w:ascii="Courier New" w:hAnsi="Courier New"/>
          <w:color w:val="555555"/>
          <w:sz w:val="20"/>
        </w:rPr>
        <w:t>[3 4* c]</w:t>
      </w:r>
    </w:p>
    <w:p>
      <w:r>
        <w:rPr>
          <w:rFonts w:ascii="Gentium Plus" w:hAnsi="Gentium Plus"/>
          <w:sz w:val="24"/>
        </w:rPr>
        <w:t>καὶ μηδὲν ἴχνος ἀρετῆς ἔχοντα. Τίνος δ’ ἂν καὶ εἵνεκα ἀπελογήσατο Σωκράτης ἐπ’ ἐκείνων τῶν Ἀθηναίων; ὡς ἐπὶ δικαστῶν; ἀλλὰ ἄδικοι· ὡς ἐπὶ φρονίμων; ἀλλὰ ἀνόητοι· ὡς ἐπὶ ἀγαθῶν; ἀλλὰ μοχθηροί· ὡς ἐπὶ εὐμε‐</w:t>
      </w:r>
    </w:p>
    <w:p>
      <w:r>
        <w:rPr>
          <w:rFonts w:ascii="Courier New" w:hAnsi="Courier New"/>
          <w:color w:val="555555"/>
          <w:sz w:val="20"/>
        </w:rPr>
        <w:t>[5]</w:t>
      </w:r>
    </w:p>
    <w:p>
      <w:r>
        <w:rPr>
          <w:rFonts w:ascii="Gentium Plus" w:hAnsi="Gentium Plus"/>
          <w:sz w:val="24"/>
        </w:rPr>
        <w:t>νῶν; ἀλλὰ ὠργίζοντο· ὡς ἐπὶ ὁμοίων; ἀλλὰ ἀνομοιό‐ τατοι· ὡς ἐπὶ κρειττόνων; ἀλλὰ χείρους ἦσαν· ὡς ἐπὶ</w:t>
      </w:r>
    </w:p>
    <w:p>
      <w:r>
        <w:rPr>
          <w:rFonts w:ascii="Courier New" w:hAnsi="Courier New"/>
          <w:color w:val="555555"/>
          <w:sz w:val="20"/>
        </w:rPr>
        <w:t>[3 4* d]</w:t>
      </w:r>
    </w:p>
    <w:p>
      <w:r>
        <w:rPr>
          <w:rFonts w:ascii="Gentium Plus" w:hAnsi="Gentium Plus"/>
          <w:sz w:val="24"/>
        </w:rPr>
        <w:t>χειρόνων; καὶ τίς κρείττων χείρονι ἀπελογήσατο; τί δ’ ἂν καὶ εἶπεν ἀπολογούμενος; ἆρα ὡς οὐκ ἐφιλοσόφει; ἀλλὰ ἐψεύδετο ἄν· ἢ ὅτι ἐφιλοσόφει; ἀλλὰ ἐπὶ τούτῳ ἐχαλέπαινον.</w:t>
      </w:r>
    </w:p>
    <w:p>
      <w:r>
        <w:rPr>
          <w:rFonts w:ascii="Courier New" w:hAnsi="Courier New"/>
          <w:color w:val="555555"/>
          <w:sz w:val="20"/>
        </w:rPr>
        <w:t>[3 . 5 a]</w:t>
      </w:r>
    </w:p>
    <w:p>
      <w:r>
        <w:rPr>
          <w:rFonts w:ascii="Gentium Plus" w:hAnsi="Gentium Plus"/>
          <w:sz w:val="24"/>
        </w:rPr>
        <w:t>Ἀλλὰ νὴ Δία τούτων μὲν οὐδέν, ἀπολύεσθαι δ’ ἐχρῆν τὴν αἰτίαν, ὡς μήτε διέφθειρεν τοὺς νέους, μήτε</w:t>
      </w:r>
    </w:p>
    <w:p>
      <w:r>
        <w:rPr>
          <w:rFonts w:ascii="Courier New" w:hAnsi="Courier New"/>
          <w:color w:val="555555"/>
          <w:sz w:val="20"/>
        </w:rPr>
        <w:t>[3 . 5 b]</w:t>
      </w:r>
    </w:p>
    <w:p>
      <w:r>
        <w:rPr>
          <w:rFonts w:ascii="Gentium Plus" w:hAnsi="Gentium Plus"/>
          <w:sz w:val="24"/>
        </w:rPr>
        <w:t>καινὰ δαιμόνια ἐπεισέφερεν. Καὶ τίς τεχνίτης τὸν ἄτεχνον πείθει ὑπὲρ τῶν κατὰ τὴν τέχνην; ποῦ γὰρ Ἀθηναίοις συνιέναι, τί μὲν διαφθορὰ νέων, τί δὲ</w:t>
      </w:r>
    </w:p>
    <w:p>
      <w:r>
        <w:rPr>
          <w:rFonts w:ascii="Courier New" w:hAnsi="Courier New"/>
          <w:color w:val="555555"/>
          <w:sz w:val="20"/>
        </w:rPr>
        <w:t>[3 . 5 c]</w:t>
      </w:r>
    </w:p>
    <w:p>
      <w:r>
        <w:rPr>
          <w:rFonts w:ascii="Gentium Plus" w:hAnsi="Gentium Plus"/>
          <w:sz w:val="24"/>
        </w:rPr>
        <w:t>ἀρετή; καὶ τί μὲν τὸ δαιμόνιον, πῶς δὲ τιμητέον; οὐ γὰρ τῷ κυάμῳ λαχόντες δικασταὶ χίλιοι ταῦτα ἐξετά‐ ζουσιν, οὐδὲ Σόλων τὶ ὑπὲρ αὐτῶν γέγραφεν, οὐδὲ οἱ</w:t>
      </w:r>
    </w:p>
    <w:p>
      <w:r>
        <w:rPr>
          <w:rFonts w:ascii="Courier New" w:hAnsi="Courier New"/>
          <w:color w:val="555555"/>
          <w:sz w:val="20"/>
        </w:rPr>
        <w:t>[3 . 5 d]</w:t>
      </w:r>
    </w:p>
    <w:p>
      <w:r>
        <w:rPr>
          <w:rFonts w:ascii="Gentium Plus" w:hAnsi="Gentium Plus"/>
          <w:sz w:val="24"/>
        </w:rPr>
        <w:t>Δράκοντος σεμνοὶ νόμοι· ἀλλὰ κλήσεις μέν, καὶ φάσεις, καὶ γραφαί, καὶ εὐθύναι, καὶ ἀντωμοσίαι, καὶ πάντα</w:t>
      </w:r>
    </w:p>
    <w:p>
      <w:r>
        <w:rPr>
          <w:rFonts w:ascii="Courier New" w:hAnsi="Courier New"/>
          <w:color w:val="555555"/>
          <w:sz w:val="20"/>
        </w:rPr>
        <w:t>[5]</w:t>
      </w:r>
    </w:p>
    <w:p>
      <w:r>
        <w:rPr>
          <w:rFonts w:ascii="Gentium Plus" w:hAnsi="Gentium Plus"/>
          <w:sz w:val="24"/>
        </w:rPr>
        <w:t>ῥητορικαί, ἀφαιρουμένων ἀλλήλους, καὶ ἀδικούντων,</w:t>
      </w:r>
    </w:p>
    <w:p>
      <w:r>
        <w:rPr>
          <w:rFonts w:ascii="Courier New" w:hAnsi="Courier New"/>
          <w:color w:val="555555"/>
          <w:sz w:val="20"/>
        </w:rPr>
        <w:t>[3 . 5 e]</w:t>
      </w:r>
    </w:p>
    <w:p>
      <w:r>
        <w:rPr>
          <w:rFonts w:ascii="Gentium Plus" w:hAnsi="Gentium Plus"/>
          <w:sz w:val="24"/>
        </w:rPr>
        <w:t>καὶ ἀδικουμένων· ἀλήθεια δὲ καὶ ἀρετὴ καὶ βίος ὀρθὸς ἑτέρων δικαστῶν δεῖ, καὶ νόμων ἑτέρων, καὶ ῥητόρων ἑτέρων, ἐν οἷς Σωκράτης ἐκράτει, καὶ ἐστεφανοῦτο, καὶ εὐδοκίμει.</w:t>
      </w:r>
    </w:p>
    <w:p>
      <w:r>
        <w:rPr>
          <w:rFonts w:ascii="Courier New" w:hAnsi="Courier New"/>
          <w:color w:val="555555"/>
          <w:sz w:val="20"/>
        </w:rPr>
        <w:t>[3 . 6 a]</w:t>
      </w:r>
    </w:p>
    <w:p>
      <w:r>
        <w:rPr>
          <w:rFonts w:ascii="Gentium Plus" w:hAnsi="Gentium Plus"/>
          <w:sz w:val="24"/>
        </w:rPr>
        <w:t>Πῶς οὖν οὐκ ἂν ἦν καταγέλαστος γέρων ἀνὴρ καὶ φιλόσοφος συναστραγαλίζων τοῖς παισίν; ἢ τίς πώποτε ἰατρὸς ἔπεισεν τοὺς πυρέττοντας, ὅτι ἀγαθὸν τὸ διψῆν καὶ λιμώττειν; ἢ τίς τὸν ἀκόλαστον, ὅτι πονηρὸν</w:t>
      </w:r>
    </w:p>
    <w:p>
      <w:r>
        <w:rPr>
          <w:rFonts w:ascii="Courier New" w:hAnsi="Courier New"/>
          <w:color w:val="555555"/>
          <w:sz w:val="20"/>
        </w:rPr>
        <w:t>[5]</w:t>
      </w:r>
    </w:p>
    <w:p>
      <w:r>
        <w:rPr>
          <w:rFonts w:ascii="Gentium Plus" w:hAnsi="Gentium Plus"/>
          <w:sz w:val="24"/>
        </w:rPr>
        <w:t>ἡδονή; ἢ τίς τὸν χρηματιστήν, ὅτι οὐδενὸς ἀγαθοῦ</w:t>
      </w:r>
    </w:p>
    <w:p>
      <w:r>
        <w:rPr>
          <w:rFonts w:ascii="Courier New" w:hAnsi="Courier New"/>
          <w:color w:val="555555"/>
          <w:sz w:val="20"/>
        </w:rPr>
        <w:t>[3 . 6 b]</w:t>
      </w:r>
    </w:p>
    <w:p>
      <w:r>
        <w:rPr>
          <w:rFonts w:ascii="Gentium Plus" w:hAnsi="Gentium Plus"/>
          <w:sz w:val="24"/>
        </w:rPr>
        <w:t>ἐφίεται; ἦ γὰρ ἂν καὶ τοῦτο Σωκράτης οὐ χαλεπῶς ἔπεισεν τοὺς Ἀθηναίους, ὡς οὐκ ἔστιν διαφθορὰ νέων ἀρετῆς ἐπιτήδευσις, οὐδὲ ἡ τοῦ θείου γνῶσις περὶ δαί‐</w:t>
      </w:r>
    </w:p>
    <w:p>
      <w:r>
        <w:rPr>
          <w:rFonts w:ascii="Courier New" w:hAnsi="Courier New"/>
          <w:color w:val="555555"/>
          <w:sz w:val="20"/>
        </w:rPr>
        <w:t>[3 . 6 c]</w:t>
      </w:r>
    </w:p>
    <w:p>
      <w:r>
        <w:rPr>
          <w:rFonts w:ascii="Gentium Plus" w:hAnsi="Gentium Plus"/>
          <w:sz w:val="24"/>
        </w:rPr>
        <w:t>μονας παρανομία. Καὶ γὰρ ἤτοι συνηπίσταντο ταῦτα</w:t>
      </w:r>
    </w:p>
    <w:p>
      <w:r>
        <w:rPr>
          <w:rFonts w:ascii="Courier New" w:hAnsi="Courier New"/>
          <w:color w:val="555555"/>
          <w:sz w:val="20"/>
        </w:rPr>
        <w:t>[3 . 6 d]</w:t>
      </w:r>
    </w:p>
    <w:p>
      <w:r>
        <w:rPr>
          <w:rFonts w:ascii="Gentium Plus" w:hAnsi="Gentium Plus"/>
          <w:sz w:val="24"/>
        </w:rPr>
        <w:t>τῷ Σωκράτει, ἢ ὁ μὲν ἠπίστατο, οἱ δὲ ἠγνόουν. Καὶ εἰ μὲν ἠπίσταντο, τί ἔδει λόγων πρὸς τοὺς εἰδότας; εἰ δὲ ἠγνόουν, οὐκ ἀπολογίας αὐτοῖς, ἀλλ’ ἐπιστήμης</w:t>
      </w:r>
    </w:p>
    <w:p>
      <w:r>
        <w:rPr>
          <w:rFonts w:ascii="Courier New" w:hAnsi="Courier New"/>
          <w:color w:val="555555"/>
          <w:sz w:val="20"/>
        </w:rPr>
        <w:t>[3 . 6 e]</w:t>
      </w:r>
    </w:p>
    <w:p>
      <w:r>
        <w:rPr>
          <w:rFonts w:ascii="Gentium Plus" w:hAnsi="Gentium Plus"/>
          <w:sz w:val="24"/>
        </w:rPr>
        <w:t>ἔδει. Τὰς μὲν γὰρ ἄλλας ἀπολογίας μάρτυρες ἀπο‐ φαίνουσιν, καὶ πίστις, καὶ ἔλεγχοι, καὶ τεκμήρια, καὶ βάσανοι, καὶ ἄλλα τοιαῦτα, ἵνα τὸ ἀφανὲς τέως ἐπὶ</w:t>
      </w:r>
    </w:p>
    <w:p>
      <w:r>
        <w:rPr>
          <w:rFonts w:ascii="Courier New" w:hAnsi="Courier New"/>
          <w:color w:val="555555"/>
          <w:sz w:val="20"/>
        </w:rPr>
        <w:t>[5]</w:t>
      </w:r>
    </w:p>
    <w:p>
      <w:r>
        <w:rPr>
          <w:rFonts w:ascii="Gentium Plus" w:hAnsi="Gentium Plus"/>
          <w:sz w:val="24"/>
        </w:rPr>
        <w:t>ἔλεγχος εἷς, ἡ πρὸς ταῦτα αἰδώς, ἧς ἐξεληλαμένης τότε Ἀθήνηθεν, τί ἔδει τῷ Σωκράτει λόγου; Νὴ Δία, ἵνα μὴ ἀποθάνῃ.</w:t>
      </w:r>
    </w:p>
    <w:p>
      <w:r>
        <w:rPr>
          <w:rFonts w:ascii="Courier New" w:hAnsi="Courier New"/>
          <w:color w:val="555555"/>
          <w:sz w:val="20"/>
        </w:rPr>
        <w:t>[3 7* a]</w:t>
      </w:r>
    </w:p>
    <w:p>
      <w:r>
        <w:rPr>
          <w:rFonts w:ascii="Gentium Plus" w:hAnsi="Gentium Plus"/>
          <w:sz w:val="24"/>
        </w:rPr>
        <w:t>Ἀλλ’ εἰ τοῦτο ἐξ ἅπαντος ἠυλαβεῖτο ἓν τῷ ἀγαθῷ ἀνδρί, ὥρα ἦν Σωκράτει μὴ τοῖς Ἀθηναίων δικασταῖς ἀπολογεῖσθαι, ἀλλὰ μήτε Μελήτῳ ἀπεχθάνεσθαι, μήτε ἐλέγχειν Ἄνυτον, μήτε παρέχειν πράγματα τοῖς ἁμαρ‐</w:t>
      </w:r>
    </w:p>
    <w:p>
      <w:r>
        <w:rPr>
          <w:rFonts w:ascii="Courier New" w:hAnsi="Courier New"/>
          <w:color w:val="555555"/>
          <w:sz w:val="20"/>
        </w:rPr>
        <w:t>[5]</w:t>
      </w:r>
    </w:p>
    <w:p>
      <w:r>
        <w:rPr>
          <w:rFonts w:ascii="Gentium Plus" w:hAnsi="Gentium Plus"/>
          <w:sz w:val="24"/>
        </w:rPr>
        <w:t>τάνουσιν Ἀθηναίων, μηδὲ περϊιέναι τὴν πόλιν, ἐντυγ‐ χάνοντα πάσαις ἀνδρῶν καὶ τύχαις καὶ τέχναις καὶ ἐπιτηδεύμασιν καὶ ἐπιθυμίαις, σωφρονιστὴν κοινὸν πικρὸν καὶ ἀπαραίτητον, μηδὲν ταπεινόν, μηδὲ θωπι‐ κόν, μηδὲ ἀνδραποδῶδες, μηδὲ ὑφειμένον πρὸς μηδένα</w:t>
      </w:r>
    </w:p>
    <w:p>
      <w:r>
        <w:rPr>
          <w:rFonts w:ascii="Courier New" w:hAnsi="Courier New"/>
          <w:color w:val="555555"/>
          <w:sz w:val="20"/>
        </w:rPr>
        <w:t>[3 7* b]</w:t>
      </w:r>
    </w:p>
    <w:p>
      <w:r>
        <w:rPr>
          <w:rFonts w:ascii="Gentium Plus" w:hAnsi="Gentium Plus"/>
          <w:sz w:val="24"/>
        </w:rPr>
        <w:t>λέγοντα. Εἰ δὲ θανάτου μὲν ἤδη τὶς καὶ ἐν πολέμῳ κατεφρόνησεν, καὶ κυβερνήτης ἐν θαλάττῃ, ὀρέγονται δὲ ἕκαστοι τῶν ἐν ταῖς τέχναις ἀποθνήσκειν καλῶς σὺν τῇ τέχνῃ· ἦπου τὸν φιλόσοφον ἔδει λιποτάκτην</w:t>
      </w:r>
    </w:p>
    <w:p>
      <w:r>
        <w:rPr>
          <w:rFonts w:ascii="Courier New" w:hAnsi="Courier New"/>
          <w:color w:val="555555"/>
          <w:sz w:val="20"/>
        </w:rPr>
        <w:t>[5]</w:t>
      </w:r>
    </w:p>
    <w:p>
      <w:r>
        <w:rPr>
          <w:rFonts w:ascii="Gentium Plus" w:hAnsi="Gentium Plus"/>
          <w:sz w:val="24"/>
        </w:rPr>
        <w:t>γενέσθαι καὶ λιπόνεων καὶ φιλόψυχον, ῥίψαντα τὴν</w:t>
      </w:r>
    </w:p>
    <w:p>
      <w:r>
        <w:rPr>
          <w:rFonts w:ascii="Courier New" w:hAnsi="Courier New"/>
          <w:color w:val="555555"/>
          <w:sz w:val="20"/>
        </w:rPr>
        <w:t>[3 7* c]</w:t>
      </w:r>
    </w:p>
    <w:p>
      <w:r>
        <w:rPr>
          <w:rFonts w:ascii="Gentium Plus" w:hAnsi="Gentium Plus"/>
          <w:sz w:val="24"/>
        </w:rPr>
        <w:t>ἀρετὴν ὡς ἐν πολέμῳ ἀσπίδα. Καὶ ταῦτα δρῶντα τίς ἂν αὐτὸν δικαστὴς ἐπῄνεσεν; ἢ τίς ἂν ἠνέσχετο τὸν Σωκράτην ἑστῶτα ἐν δικαστηρίῳ ταπεινὸν καὶ ἐπ‐ τηχότα, καὶ τὴν ἐλπίδα τοῦ ζῆν ἐρανιζόμενον παρ’</w:t>
      </w:r>
    </w:p>
    <w:p>
      <w:r>
        <w:rPr>
          <w:rFonts w:ascii="Courier New" w:hAnsi="Courier New"/>
          <w:color w:val="555555"/>
          <w:sz w:val="20"/>
        </w:rPr>
        <w:t>[5]</w:t>
      </w:r>
    </w:p>
    <w:p>
      <w:r>
        <w:rPr>
          <w:rFonts w:ascii="Gentium Plus" w:hAnsi="Gentium Plus"/>
          <w:sz w:val="24"/>
        </w:rPr>
        <w:t>ἄλλων; τοῦτο γάρ που τῆς ἀπολογίας τὸ σχῆμα ἦν. Ἢ λέγειν ἐχρῆν, ταπεινὸν δὲ οὐδέν, οὔτε ἐπτηχός, οὔτε ὑφειμένον, ἀλλ’ ἐλεύθερόν τι καὶ ἄξιον φιλοσοφίας;</w:t>
      </w:r>
    </w:p>
    <w:p>
      <w:r>
        <w:rPr>
          <w:rFonts w:ascii="Courier New" w:hAnsi="Courier New"/>
          <w:color w:val="555555"/>
          <w:sz w:val="20"/>
        </w:rPr>
        <w:t>[3 7* d]</w:t>
      </w:r>
    </w:p>
    <w:p>
      <w:r>
        <w:rPr>
          <w:rFonts w:ascii="Gentium Plus" w:hAnsi="Gentium Plus"/>
          <w:sz w:val="24"/>
        </w:rPr>
        <w:t>οὐκ ἀπολογίαν μοι λέγεις, ἀλλ’ ὀργῆς ζωπύρωσιν καὶ φλεγμονήν. Πῶς γὰρ ἂν ἤνεγκεν τοιαύτην ἀπολογίαν δικαστήριον πονηρὸν καὶ δημοκρατικόν, καὶ ἐκδεδιῃ‐ τημένον ὑπ’ ἐξουσίας, καὶ ἀνήκοον παρρησίας, καὶ κο‐</w:t>
      </w:r>
    </w:p>
    <w:p>
      <w:r>
        <w:rPr>
          <w:rFonts w:ascii="Courier New" w:hAnsi="Courier New"/>
          <w:color w:val="555555"/>
          <w:sz w:val="20"/>
        </w:rPr>
        <w:t>[5]</w:t>
      </w:r>
    </w:p>
    <w:p>
      <w:r>
        <w:rPr>
          <w:rFonts w:ascii="Gentium Plus" w:hAnsi="Gentium Plus"/>
          <w:sz w:val="24"/>
        </w:rPr>
        <w:t>λακείᾳ διηνεκεῖ κεχρημένον; οὐ μᾶλλον ἢ ἀκόλαστον συμπόσιον νήφοντα ἄνδρα ἀφαιρούμενον μὲν τὸν κρα‐ τῆρα, ἀπάγοντα δὲ τὴν αὐλητρίδα, καθαιροῦντα δὲ</w:t>
      </w:r>
    </w:p>
    <w:p>
      <w:r>
        <w:rPr>
          <w:rFonts w:ascii="Courier New" w:hAnsi="Courier New"/>
          <w:color w:val="555555"/>
          <w:sz w:val="20"/>
        </w:rPr>
        <w:t>[3 7* e]</w:t>
      </w:r>
    </w:p>
    <w:p>
      <w:r>
        <w:rPr>
          <w:rFonts w:ascii="Gentium Plus" w:hAnsi="Gentium Plus"/>
          <w:sz w:val="24"/>
        </w:rPr>
        <w:t>τοὺς στεφάνους, παύοντα δὲ τὴν μέθην. Τοιγαροῦν ἐσιώπησεν ὁ Σωκράτης ἀσφαλῶς, ὅπου λέγειν οὐκ ἐξῆν καλῶς, φυλάξας μὲν τὴν ἀρετήν, φυλαξάμενος δὲ τὴν ὀργήν, καὶ παρασχὼν τοὔνειδος αὐτοῖς πικρόν,</w:t>
      </w:r>
    </w:p>
    <w:p>
      <w:r>
        <w:rPr>
          <w:rFonts w:ascii="Courier New" w:hAnsi="Courier New"/>
          <w:color w:val="555555"/>
          <w:sz w:val="20"/>
        </w:rPr>
        <w:t>[5]</w:t>
      </w:r>
    </w:p>
    <w:p>
      <w:r>
        <w:rPr>
          <w:rFonts w:ascii="Gentium Plus" w:hAnsi="Gentium Plus"/>
          <w:sz w:val="24"/>
        </w:rPr>
        <w:t>ὅτι καὶ σιωπῶντος αὐτοῦ κατεδίκασαν.</w:t>
      </w:r>
    </w:p>
    <w:p>
      <w:r>
        <w:rPr>
          <w:rFonts w:ascii="Courier New" w:hAnsi="Courier New"/>
          <w:color w:val="555555"/>
          <w:sz w:val="20"/>
        </w:rPr>
        <w:t>[3 . 8 a]</w:t>
      </w:r>
    </w:p>
    <w:p>
      <w:r>
        <w:rPr>
          <w:rFonts w:ascii="Gentium Plus" w:hAnsi="Gentium Plus"/>
          <w:sz w:val="24"/>
        </w:rPr>
        <w:t>Πάνυ γοῦν ἔδει τοῖς τότε Ἀθηναίων δικασταῖς</w:t>
      </w:r>
    </w:p>
    <w:p>
      <w:r>
        <w:rPr>
          <w:rFonts w:ascii="Courier New" w:hAnsi="Courier New"/>
          <w:color w:val="555555"/>
          <w:sz w:val="20"/>
        </w:rPr>
        <w:t>[3 . 8 b]</w:t>
      </w:r>
    </w:p>
    <w:p>
      <w:r>
        <w:rPr>
          <w:rFonts w:ascii="Gentium Plus" w:hAnsi="Gentium Plus"/>
          <w:sz w:val="24"/>
        </w:rPr>
        <w:t>λόγων. Σωκράτη γὰρ ἑβδομήκοντα μὲν ἐτῶν χρόνος,</w:t>
      </w:r>
    </w:p>
    <w:p>
      <w:r>
        <w:rPr>
          <w:rFonts w:ascii="Courier New" w:hAnsi="Courier New"/>
          <w:color w:val="555555"/>
          <w:sz w:val="20"/>
        </w:rPr>
        <w:t>[5]</w:t>
      </w:r>
    </w:p>
    <w:p>
      <w:r>
        <w:rPr>
          <w:rFonts w:ascii="Gentium Plus" w:hAnsi="Gentium Plus"/>
          <w:sz w:val="24"/>
        </w:rPr>
        <w:t>ἀγαθαί, ταῦτα μὲν αὐτὸν οὐκ ἐξείλετο ἐκ τοῦ δι‐ καστηρίου, καὶ τοῦ δεσμωτηρίου, καὶ τοῦ θανάτου,</w:t>
      </w:r>
    </w:p>
    <w:p>
      <w:r>
        <w:rPr>
          <w:rFonts w:ascii="Courier New" w:hAnsi="Courier New"/>
          <w:color w:val="555555"/>
          <w:sz w:val="20"/>
        </w:rPr>
        <w:t>[3 . 8 c]</w:t>
      </w:r>
    </w:p>
    <w:p>
      <w:r>
        <w:rPr>
          <w:rFonts w:ascii="Gentium Plus" w:hAnsi="Gentium Plus"/>
          <w:sz w:val="24"/>
        </w:rPr>
        <w:t>ἀμφορεὺς δὲ ἔμελλεν διαμετρηθεὶς πρὸς ῥητορείας καιρὸν βραχὺς ῥύσεσθαι τὸν Σωκράτην; ἀλλ’ οὔτε ἠδύ‐</w:t>
      </w:r>
    </w:p>
    <w:p>
      <w:r>
        <w:rPr>
          <w:rFonts w:ascii="Courier New" w:hAnsi="Courier New"/>
          <w:color w:val="555555"/>
          <w:sz w:val="20"/>
        </w:rPr>
        <w:t>[3 . 8 d]</w:t>
      </w:r>
    </w:p>
    <w:p>
      <w:r>
        <w:rPr>
          <w:rFonts w:ascii="Gentium Plus" w:hAnsi="Gentium Plus"/>
          <w:sz w:val="24"/>
        </w:rPr>
        <w:t>νατο, οὔτε δυνάμενος, ἐδέξατο ἂν ὁ Σωκράτης. Ἄπαγε, ὦ Ζεῦ καὶ θεοί, ὅμοιον ὡς εἰ καὶ Λεωνίδην τὸν Σπαρτιάτην ἐκεῖνον ἠξίωσεν ἄν τις παραστὰς τοι‐ οῦτος σύμβουλος ὑποχωρῆσαι βραχύ, καὶ ἐνδοῦναι τῇ</w:t>
      </w:r>
    </w:p>
    <w:p>
      <w:r>
        <w:rPr>
          <w:rFonts w:ascii="Courier New" w:hAnsi="Courier New"/>
          <w:color w:val="555555"/>
          <w:sz w:val="20"/>
        </w:rPr>
        <w:t>[3 . 8 e]</w:t>
      </w:r>
    </w:p>
    <w:p>
      <w:r>
        <w:rPr>
          <w:rFonts w:ascii="Gentium Plus" w:hAnsi="Gentium Plus"/>
          <w:sz w:val="24"/>
        </w:rPr>
        <w:t>Ξέρξου ἐμβολῇ, ὡς συκοφάντῃ ὡπλισμένῳ· ὁ δὲ οὐκ ἐδέξατο, ἀλλ’ αὐτοῦ κεῖσθαι σὺν τῇ ἀρετῇ καὶ τοῖς ὅπλοις μᾶλλον, ἢ ζῶν δεῖξαι τὰ νῶτα βασιλεῖ βαρ‐</w:t>
      </w:r>
    </w:p>
    <w:p>
      <w:r>
        <w:rPr>
          <w:rFonts w:ascii="Courier New" w:hAnsi="Courier New"/>
          <w:color w:val="555555"/>
          <w:sz w:val="20"/>
        </w:rPr>
        <w:t>[3 . 8 f]</w:t>
      </w:r>
    </w:p>
    <w:p>
      <w:r>
        <w:rPr>
          <w:rFonts w:ascii="Gentium Plus" w:hAnsi="Gentium Plus"/>
          <w:sz w:val="24"/>
        </w:rPr>
        <w:t>βάρῳ. Τί τοίνυν ἦν ἄλλο ἡ Σωκράτους ἀπολογία, ἢ νώτων ἀποστροφή, καὶ φυγὴ βλημάτων, καὶ εὐπρεπὴς δειλία; τοιγαροῦν ἔμεινεν, καὶ τὴν ἐμβολὴν ἐδέξατο,</w:t>
      </w:r>
    </w:p>
    <w:p>
      <w:r>
        <w:rPr>
          <w:rFonts w:ascii="Courier New" w:hAnsi="Courier New"/>
          <w:color w:val="555555"/>
          <w:sz w:val="20"/>
        </w:rPr>
        <w:t>[3 . 8 g]</w:t>
      </w:r>
    </w:p>
    <w:p>
      <w:r>
        <w:rPr>
          <w:rFonts w:ascii="Gentium Plus" w:hAnsi="Gentium Plus"/>
          <w:sz w:val="24"/>
        </w:rPr>
        <w:t>καὶ ἠρίστευσεν· Ἀθηναῖοι δὲ ᾤοντο αὐτοῦ καταψηφί‐</w:t>
      </w:r>
    </w:p>
    <w:p>
      <w:r>
        <w:rPr>
          <w:rFonts w:ascii="Courier New" w:hAnsi="Courier New"/>
          <w:color w:val="555555"/>
          <w:sz w:val="20"/>
        </w:rPr>
        <w:t>[3 . 8 h]</w:t>
      </w:r>
    </w:p>
    <w:p>
      <w:r>
        <w:rPr>
          <w:rFonts w:ascii="Gentium Plus" w:hAnsi="Gentium Plus"/>
          <w:sz w:val="24"/>
        </w:rPr>
        <w:t>ζεσθαι. Καὶ γὰρ Ξέρξης ᾤετο νικᾶν Λεωνίδην, ἀλλὰ Λεωνίδης μὲν ἀπέθνησκεν, Ξέρξης δὲ ἡττᾶτο· καὶ Σω‐ κράτης μὲν ἀπέθνησκεν, Ἀθηναῖοι δὲ κατεδικάζοντο,</w:t>
      </w:r>
    </w:p>
    <w:p>
      <w:r>
        <w:rPr>
          <w:rFonts w:ascii="Courier New" w:hAnsi="Courier New"/>
          <w:color w:val="555555"/>
          <w:sz w:val="20"/>
        </w:rPr>
        <w:t>[3 . 8 i]</w:t>
      </w:r>
    </w:p>
    <w:p>
      <w:r>
        <w:rPr>
          <w:rFonts w:ascii="Gentium Plus" w:hAnsi="Gentium Plus"/>
          <w:sz w:val="24"/>
        </w:rPr>
        <w:t>δικαστὴς δὲ ἦν αὐτοῖς θεὸς καὶ ἀλήθεια. Ἡ δὲ Σω‐</w:t>
      </w:r>
    </w:p>
    <w:p>
      <w:r>
        <w:rPr>
          <w:rFonts w:ascii="Courier New" w:hAnsi="Courier New"/>
          <w:color w:val="555555"/>
          <w:sz w:val="20"/>
        </w:rPr>
        <w:t>[3 . 8 k]</w:t>
      </w:r>
    </w:p>
    <w:p>
      <w:r>
        <w:rPr>
          <w:rFonts w:ascii="Gentium Plus" w:hAnsi="Gentium Plus"/>
          <w:sz w:val="24"/>
        </w:rPr>
        <w:t>κράτους κατὰ Ἀθηναίων γραφή· Ἀδικεῖ ὁ Ἀθηναίων δῆμος, οὓς μὲν Σωκράτης νομίζει θεούς, οὐ νομίζων, ἕτερα δὲ καινὰ δαιμόνια ἐπεισφέρων· Σωκράτης μὲν γὰρ νομίζει Ὀλύμπιον τὸν Δία, Ἀθηναῖοι δὲ Περικλέα·</w:t>
      </w:r>
    </w:p>
    <w:p>
      <w:r>
        <w:rPr>
          <w:rFonts w:ascii="Courier New" w:hAnsi="Courier New"/>
          <w:color w:val="555555"/>
          <w:sz w:val="20"/>
        </w:rPr>
        <w:t>[5]</w:t>
      </w:r>
    </w:p>
    <w:p>
      <w:r>
        <w:rPr>
          <w:rFonts w:ascii="Gentium Plus" w:hAnsi="Gentium Plus"/>
          <w:sz w:val="24"/>
        </w:rPr>
        <w:t>καὶ Σωκράτης μὲν πιστεύει τῷ Ἀπόλλωνι, Ἀθηναῖοι</w:t>
      </w:r>
    </w:p>
    <w:p>
      <w:r>
        <w:rPr>
          <w:rFonts w:ascii="Courier New" w:hAnsi="Courier New"/>
          <w:color w:val="555555"/>
          <w:sz w:val="20"/>
        </w:rPr>
        <w:t>[3 . 8 l]</w:t>
      </w:r>
    </w:p>
    <w:p>
      <w:r>
        <w:rPr>
          <w:rFonts w:ascii="Gentium Plus" w:hAnsi="Gentium Plus"/>
          <w:sz w:val="24"/>
        </w:rPr>
        <w:t>δὲ αὐτῷ ἀντιψηφίζονται. Ἀδικεῖ δὲ ὁ δῆμος καὶ τοὺς νέους διαφθείρων· οὗτος καὶ Ἀλκιβιάδην διέφθειρεν, καὶ Ἱππόνικον, καὶ Κριτίαν, καὶ ἄλλους μυρίους.</w:t>
      </w:r>
    </w:p>
    <w:p>
      <w:r>
        <w:rPr>
          <w:rFonts w:ascii="Courier New" w:hAnsi="Courier New"/>
          <w:color w:val="555555"/>
          <w:sz w:val="20"/>
        </w:rPr>
        <w:t>[3 . 8 m]</w:t>
      </w:r>
    </w:p>
    <w:p>
      <w:r>
        <w:rPr>
          <w:rFonts w:ascii="Gentium Plus" w:hAnsi="Gentium Plus"/>
          <w:sz w:val="24"/>
        </w:rPr>
        <w:t>Ὢ γραφῆς ἀληθοῦς, καὶ δικαίου δικαστηρίου, καὶ κα‐ ταδίκης πικρᾶς. Ὑπὲρ μὲν Διὸς ἀσεβουμένου λοιμὸς ἦλθε καὶ ἐκ Πελοποννήσου πόλεμος· ὑπὲρ δὲ νέων διαφθειρομένων Δεκέλεια, καὶ ἡ ἐν Σικελίᾳ τύχη, καὶ</w:t>
      </w:r>
    </w:p>
    <w:p>
      <w:r>
        <w:rPr>
          <w:rFonts w:ascii="Courier New" w:hAnsi="Courier New"/>
          <w:color w:val="555555"/>
          <w:sz w:val="20"/>
        </w:rPr>
        <w:t>[5]</w:t>
      </w:r>
    </w:p>
    <w:p>
      <w:r>
        <w:rPr>
          <w:rFonts w:ascii="Gentium Plus" w:hAnsi="Gentium Plus"/>
          <w:sz w:val="24"/>
        </w:rPr>
        <w:t>ἐν Ἑλλησπόντῳ συμφοραί. Οὕτω δικάζει θεός, οὕτω καταψηφίζεται.</w:t>
      </w:r>
    </w:p>
    <w:p>
      <w:pPr>
        <w:jc w:val="center"/>
      </w:pPr>
      <w:r>
        <w:rPr>
          <w:rFonts w:ascii="Gentium Plus" w:hAnsi="Gentium Plus"/>
          <w:b/>
          <w:sz w:val="24"/>
        </w:rPr>
        <w:t>Τίνες ἄμεινον περὶ θεῶν διέλαβον, ποιηταὶ</w:t>
      </w:r>
    </w:p>
    <w:p>
      <w:pPr>
        <w:jc w:val="center"/>
      </w:pPr>
      <w:r>
        <w:rPr>
          <w:rFonts w:ascii="Gentium Plus" w:hAnsi="Gentium Plus"/>
          <w:b/>
          <w:sz w:val="24"/>
        </w:rPr>
        <w:t>ἢ φιλόσοφοι.</w:t>
      </w:r>
    </w:p>
    <w:p>
      <w:r>
        <w:rPr>
          <w:rFonts w:ascii="Courier New" w:hAnsi="Courier New"/>
          <w:color w:val="555555"/>
          <w:sz w:val="20"/>
        </w:rPr>
        <w:t>[1]</w:t>
      </w:r>
    </w:p>
    <w:p>
      <w:r>
        <w:rPr>
          <w:rFonts w:ascii="Gentium Plus" w:hAnsi="Gentium Plus"/>
          <w:sz w:val="24"/>
        </w:rPr>
        <w:t>Δεινῶς γε οἱ ἄνθρωποι στασιωτικοὶ οὐ μέχρι πο‐</w:t>
      </w:r>
    </w:p>
    <w:p>
      <w:r>
        <w:rPr>
          <w:rFonts w:ascii="Courier New" w:hAnsi="Courier New"/>
          <w:color w:val="555555"/>
          <w:sz w:val="20"/>
        </w:rPr>
        <w:t>[5]</w:t>
      </w:r>
    </w:p>
    <w:p>
      <w:r>
        <w:rPr>
          <w:rFonts w:ascii="Gentium Plus" w:hAnsi="Gentium Plus"/>
          <w:sz w:val="24"/>
        </w:rPr>
        <w:t>κατὰ τὸ ὄνομα, ἁπλοῦν δὲ κατὰ τὴν οὐσίαν, καὶ δια‐ φέρον τὸ αὐτοῦ, οἷον εἴ τις ἢ τὴν ἡμέραν ἄλλό τι ἡγήσαιτο πλὴν ἡλίου φῶς πίπτον εἰς γῆν, ἢ τὸν ἥλιον ὑπὲρ γῆς θέοντα ἄλλό τι ἢ ἡμέραν· οὕτω τοι καὶ τὰ</w:t>
      </w:r>
    </w:p>
    <w:p>
      <w:r>
        <w:rPr>
          <w:rFonts w:ascii="Courier New" w:hAnsi="Courier New"/>
          <w:color w:val="555555"/>
          <w:sz w:val="20"/>
        </w:rPr>
        <w:t>[4 . 1 b]</w:t>
      </w:r>
    </w:p>
    <w:p>
      <w:r>
        <w:rPr>
          <w:rFonts w:ascii="Gentium Plus" w:hAnsi="Gentium Plus"/>
          <w:sz w:val="24"/>
        </w:rPr>
        <w:t>ποιητικῆς πρὸς φιλοσοφίαν ἔχει. Καὶ γὰρ ποιητικὴ τί ἄλλο ἢ φιλοσοφία, τῷ μὲν χρόνῳ παλαιά, τῇ δὲ ἁρ‐ μονίᾳ ἔμμετρος, τῇ δὲ γνώμῃ μυθολογική; καὶ φιλο‐ σοφία τί ἄλλο ἢ ποιητική, τῷ μὲν χρόνῳ νεωτέρα, τῇ</w:t>
      </w:r>
    </w:p>
    <w:p>
      <w:r>
        <w:rPr>
          <w:rFonts w:ascii="Courier New" w:hAnsi="Courier New"/>
          <w:color w:val="555555"/>
          <w:sz w:val="20"/>
        </w:rPr>
        <w:t>[4 . 1 c]</w:t>
      </w:r>
    </w:p>
    <w:p>
      <w:r>
        <w:rPr>
          <w:rFonts w:ascii="Gentium Plus" w:hAnsi="Gentium Plus"/>
          <w:sz w:val="24"/>
        </w:rPr>
        <w:t>δὲ ἁρμονίᾳ εὐζωνοτέρα, τῇ δὲ γνώμῃ σαφεστέρα; Δύο τοίνυν πραγμάτων χρόνῳ μόνον καὶ σχήματι ἀλλήλοις διαφερομένων πῶς ἄν τις διαιτῆσαι τὴν διαφορὰν ἐν οἷς τι περὶ τοῦ θείου ἑκάτεροι λέγουσιν καὶ οἱ ποιη‐</w:t>
      </w:r>
    </w:p>
    <w:p>
      <w:r>
        <w:rPr>
          <w:rFonts w:ascii="Courier New" w:hAnsi="Courier New"/>
          <w:color w:val="555555"/>
          <w:sz w:val="20"/>
        </w:rPr>
        <w:t>[5]</w:t>
      </w:r>
    </w:p>
    <w:p>
      <w:r>
        <w:rPr>
          <w:rFonts w:ascii="Gentium Plus" w:hAnsi="Gentium Plus"/>
          <w:sz w:val="24"/>
        </w:rPr>
        <w:t>ταὶ καὶ οἱ φιλόσοφοι;</w:t>
      </w:r>
    </w:p>
    <w:p>
      <w:r>
        <w:rPr>
          <w:rFonts w:ascii="Courier New" w:hAnsi="Courier New"/>
          <w:color w:val="555555"/>
          <w:sz w:val="20"/>
        </w:rPr>
        <w:t>[4 . 2 a]</w:t>
      </w:r>
    </w:p>
    <w:p>
      <w:r>
        <w:rPr>
          <w:rFonts w:ascii="Gentium Plus" w:hAnsi="Gentium Plus"/>
          <w:sz w:val="24"/>
        </w:rPr>
        <w:t>Ἢ τὸ σκέμμα τουτὶ ἐοικέναι φῶμεν τοιῷδε, οἷον εἴ τις καὶ ἰατρικὴν ἐνθυμηθεὶς τὴν πρώτην ἐκείνην πρὸς τὴν νέαν δὴ καὶ τοῖς νῦν σώμασιν ἐπιτεταγμένην,</w:t>
      </w:r>
    </w:p>
    <w:p>
      <w:r>
        <w:rPr>
          <w:rFonts w:ascii="Courier New" w:hAnsi="Courier New"/>
          <w:color w:val="555555"/>
          <w:sz w:val="20"/>
        </w:rPr>
        <w:t>[4 . 2 b]</w:t>
      </w:r>
    </w:p>
    <w:p>
      <w:r>
        <w:rPr>
          <w:rFonts w:ascii="Gentium Plus" w:hAnsi="Gentium Plus"/>
          <w:sz w:val="24"/>
        </w:rPr>
        <w:t>σκοποῖ τὸ ἐν ἑκατέρᾳ βέλτιον καὶ χεῖρον; Ἀποκρίναιτο γὰρ ἂν αὐτῷ ὁ Ἀσκληπιός, ὅτι τὰς μὲν ἄλλας τέχνας</w:t>
      </w:r>
    </w:p>
    <w:p>
      <w:r>
        <w:rPr>
          <w:rFonts w:ascii="Courier New" w:hAnsi="Courier New"/>
          <w:color w:val="555555"/>
          <w:sz w:val="20"/>
        </w:rPr>
        <w:t>[5]</w:t>
      </w:r>
    </w:p>
    <w:p>
      <w:r>
        <w:rPr>
          <w:rFonts w:ascii="Gentium Plus" w:hAnsi="Gentium Plus"/>
          <w:sz w:val="24"/>
        </w:rPr>
        <w:t>ἑπομένην τῇ κρατήσει τῶν σωμάτων, πράγματι οὐχ ἑστῶτι οὐδὲ ὡμολογημένῳ, ἀλλὰ ταῖς κατὰ τὴν δίαιταν τροφαῖς ἀλλοιουμένῳ καὶ μεταπίπτοντι, ἰάματα καὶ διαίτας αὐτῷ ἐξευρίσκειν ἄλλοτε ἄλλας, προσφόρους</w:t>
      </w:r>
    </w:p>
    <w:p>
      <w:r>
        <w:rPr>
          <w:rFonts w:ascii="Courier New" w:hAnsi="Courier New"/>
          <w:color w:val="555555"/>
          <w:sz w:val="20"/>
        </w:rPr>
        <w:t>[4 . 2 c]</w:t>
      </w:r>
    </w:p>
    <w:p>
      <w:r>
        <w:rPr>
          <w:rFonts w:ascii="Gentium Plus" w:hAnsi="Gentium Plus"/>
          <w:sz w:val="24"/>
        </w:rPr>
        <w:t>τῇ παρούσῃ τροφῇ. Μηδὲν οὖν ἡγοῦ τοὺς υἱέας τοὺς ἐμούς, τὸν Μαχάονα ἐκεῖνον καὶ τὸν Ποδαλείριον, ἧττόν τι εἶναι δεξιωτέρους ἰᾶσθαι τῶν αὖθις ἐπιτιθε‐ μένων τῇ τέχνῃ, καὶ τὸ σοφὰ ταῦτα καὶ παντοδαπὰ</w:t>
      </w:r>
    </w:p>
    <w:p>
      <w:r>
        <w:rPr>
          <w:rFonts w:ascii="Courier New" w:hAnsi="Courier New"/>
          <w:color w:val="555555"/>
          <w:sz w:val="20"/>
        </w:rPr>
        <w:t>[4 . 2 d]</w:t>
      </w:r>
    </w:p>
    <w:p>
      <w:r>
        <w:rPr>
          <w:rFonts w:ascii="Gentium Plus" w:hAnsi="Gentium Plus"/>
          <w:sz w:val="24"/>
        </w:rPr>
        <w:t>ἰάματα ἐξευρηκότων· ἀλλὰ τότε μὲν ἡ τέχνη σώμασιν ὁμιλοῦσα οὐ θρεπτικοῖς, οὐδὲ ποικίλοις, οὐδὲ ἐκλελυ‐ μένοις παντάπασιν, ῥᾳδίως αὐτὰ μετεχειρίζετο, καὶ ἦν αὐτῆς ἔργόν τι ἁπλοῦν</w:t>
      </w:r>
    </w:p>
    <w:p>
      <w:r>
        <w:rPr>
          <w:rFonts w:ascii="Courier New" w:hAnsi="Courier New"/>
          <w:color w:val="555555"/>
          <w:sz w:val="20"/>
        </w:rPr>
        <w:t>[5]</w:t>
      </w:r>
    </w:p>
    <w:p>
      <w:r>
        <w:rPr>
          <w:rFonts w:ascii="Gentium Plus" w:hAnsi="Gentium Plus"/>
          <w:sz w:val="24"/>
        </w:rPr>
        <w:t>ἰούς τ’ ἐκτάμνειν, ἐπί τ’ ἤπια φάρμακα πάσσειν·</w:t>
      </w:r>
    </w:p>
    <w:p>
      <w:r>
        <w:rPr>
          <w:rFonts w:ascii="Courier New" w:hAnsi="Courier New"/>
          <w:color w:val="555555"/>
          <w:sz w:val="20"/>
        </w:rPr>
        <w:t>[4 . 2 e]</w:t>
      </w:r>
    </w:p>
    <w:p>
      <w:r>
        <w:rPr>
          <w:rFonts w:ascii="Gentium Plus" w:hAnsi="Gentium Plus"/>
          <w:sz w:val="24"/>
        </w:rPr>
        <w:t>τελευτῶσα δὲ νῦν, ὑπολισθαινόντων αὐτῇ τῶν σωμάτων</w:t>
      </w:r>
    </w:p>
    <w:p>
      <w:r>
        <w:rPr>
          <w:rFonts w:ascii="Courier New" w:hAnsi="Courier New"/>
          <w:color w:val="555555"/>
          <w:sz w:val="20"/>
        </w:rPr>
        <w:t>[4 . 3 a]</w:t>
      </w:r>
    </w:p>
    <w:p>
      <w:r>
        <w:rPr>
          <w:rFonts w:ascii="Gentium Plus" w:hAnsi="Gentium Plus"/>
          <w:sz w:val="24"/>
        </w:rPr>
        <w:t>Φέρε καὶ ὁ ποιητικὸς ὁμοῦ καὶ ὁ φιλόσοφος ἀπο‐ κρινάσθω κατὰ τὸν Ἀσκληπιὸν ὑπὲρ τῶν ἐπιτηδευ‐</w:t>
      </w:r>
    </w:p>
    <w:p>
      <w:r>
        <w:rPr>
          <w:rFonts w:ascii="Courier New" w:hAnsi="Courier New"/>
          <w:color w:val="555555"/>
          <w:sz w:val="20"/>
        </w:rPr>
        <w:t>[4 . 3 b]</w:t>
      </w:r>
    </w:p>
    <w:p>
      <w:r>
        <w:rPr>
          <w:rFonts w:ascii="Gentium Plus" w:hAnsi="Gentium Plus"/>
          <w:sz w:val="24"/>
        </w:rPr>
        <w:t>μάτων· οὗτος μὲν καὶ ἄγαν δεινοπαθῶν, εἴ τις ἡγή‐ σαιτο Ὅμηρον καὶ Ἡσίοδον ἤ, νὴ Δία, Ὀρφέα ἢ ἄλλόν τινα τῶν τότε ἀνδρῶν, ἧττόν τι εἶναι σοφώτερον Ἀρι‐ στοτέλους τοῦ Σταγειρίτου, ἢ Χρυσίππου τοῦ Κίλικος,</w:t>
      </w:r>
    </w:p>
    <w:p>
      <w:r>
        <w:rPr>
          <w:rFonts w:ascii="Courier New" w:hAnsi="Courier New"/>
          <w:color w:val="555555"/>
          <w:sz w:val="20"/>
        </w:rPr>
        <w:t>[5]</w:t>
      </w:r>
    </w:p>
    <w:p>
      <w:r>
        <w:rPr>
          <w:rFonts w:ascii="Gentium Plus" w:hAnsi="Gentium Plus"/>
          <w:sz w:val="24"/>
        </w:rPr>
        <w:t>ἢ Κλειτομάχου τοῦ Λίβυος, ἢ τῶν τὰ πολλὰ καὶ σοφὰ ταῦτα ἡμῖν ἐξευρηκότων· ἀλλὰ οὐχὶ καὶ τούτους ὁμοίως</w:t>
      </w:r>
    </w:p>
    <w:p>
      <w:r>
        <w:rPr>
          <w:rFonts w:ascii="Courier New" w:hAnsi="Courier New"/>
          <w:color w:val="555555"/>
          <w:sz w:val="20"/>
        </w:rPr>
        <w:t>[4 . 3 c]</w:t>
      </w:r>
    </w:p>
    <w:p>
      <w:r>
        <w:rPr>
          <w:rFonts w:ascii="Gentium Plus" w:hAnsi="Gentium Plus"/>
          <w:sz w:val="24"/>
        </w:rPr>
        <w:t>μὲν καὶ τὰ αὐτὰ δεινούς, εἰ μὴ καὶ μᾶλλον. Καθάπερ δὲ ἐπὶ τῶν σωμάτων τὰ μὲν ἀρχαῖα ὑπὸ διαίτης χρηστῆς εὐμεταχείριστα ἦν τῇ τέχνῃ, τὰ δὲ αὖθις ἐδεήθη ἰατρικῆς ἀλλοιοτέρας· οὕτω καὶ ἡ ψυχὴ πρότερον μὲν</w:t>
      </w:r>
    </w:p>
    <w:p>
      <w:r>
        <w:rPr>
          <w:rFonts w:ascii="Courier New" w:hAnsi="Courier New"/>
          <w:color w:val="555555"/>
          <w:sz w:val="20"/>
        </w:rPr>
        <w:t>[5]</w:t>
      </w:r>
    </w:p>
    <w:p>
      <w:r>
        <w:rPr>
          <w:rFonts w:ascii="Gentium Plus" w:hAnsi="Gentium Plus"/>
          <w:sz w:val="24"/>
        </w:rPr>
        <w:t>δι’ ἁπλότητα καὶ τὴν καλουμένην ταύτην εὐήθειαν ἐδεῖτο φιλοσοφίας μουσικῆς τινος καὶ πρᾳοτέρας, ἣ διὰ μύθων δημαγωγήσει αὐτὴν καὶ μεταχειριεῖται, κα‐ θάπερ αἱ τιτθαὶ τοὺς παῖδας διὰ μυθολογίας βουκο‐</w:t>
      </w:r>
    </w:p>
    <w:p>
      <w:r>
        <w:rPr>
          <w:rFonts w:ascii="Courier New" w:hAnsi="Courier New"/>
          <w:color w:val="555555"/>
          <w:sz w:val="20"/>
        </w:rPr>
        <w:t>[4 . 3 d]</w:t>
      </w:r>
    </w:p>
    <w:p>
      <w:r>
        <w:rPr>
          <w:rFonts w:ascii="Gentium Plus" w:hAnsi="Gentium Plus"/>
          <w:sz w:val="24"/>
        </w:rPr>
        <w:t>λῶσιν· προϊοῦσα δὲ εἰς δεινότητα, καὶ ἀνδριζομένη, καὶ ὑποπιμπλαμένη ἀπιστίας καὶ πανουργίας, καὶ τοὺς μύθους διερευνωμένη, καὶ οὐκ ἀνεχομένη τῶν αἰνι‐ γμάτων, ἐξεκάλυψέν τε καὶ ἀπέδυσεν φιλοσοφίαν τοῦ</w:t>
      </w:r>
    </w:p>
    <w:p>
      <w:r>
        <w:rPr>
          <w:rFonts w:ascii="Courier New" w:hAnsi="Courier New"/>
          <w:color w:val="555555"/>
          <w:sz w:val="20"/>
        </w:rPr>
        <w:t>[5]</w:t>
      </w:r>
    </w:p>
    <w:p>
      <w:r>
        <w:rPr>
          <w:rFonts w:ascii="Gentium Plus" w:hAnsi="Gentium Plus"/>
          <w:sz w:val="24"/>
        </w:rPr>
        <w:t>αὑτῆς κόσμου, καὶ ἐχρήσατο γυμνοῖς τοῖς λόγοις· οἱ δ’ εἰσὶν οὐδὲν ἀλλοιότεροι τῶν προτέρων οἱ ἔπειτα, πλὴν τῷ σχήματι τῆς ἁρμονίας, ἀλλ’ αἱ περὶ θεῶν δόξαι ἀρξάμεναι ἄνωθεν διὰ πάσης φιλοσοφίας ἦλθον.</w:t>
      </w:r>
    </w:p>
    <w:p>
      <w:r>
        <w:rPr>
          <w:rFonts w:ascii="Courier New" w:hAnsi="Courier New"/>
          <w:color w:val="555555"/>
          <w:sz w:val="20"/>
        </w:rPr>
        <w:t>[4 . 4 a]</w:t>
      </w:r>
    </w:p>
    <w:p>
      <w:r>
        <w:rPr>
          <w:rFonts w:ascii="Gentium Plus" w:hAnsi="Gentium Plus"/>
          <w:sz w:val="24"/>
        </w:rPr>
        <w:t>Ἐπίκουρον δὲ ἐξελῶ λόγου καὶ ποιητικοῦ καὶ φιλο‐ σόφου, τοῖς δὲ ἄλλοις ἡ πραγματεία ἴση καὶ ἡ αὐτή·</w:t>
      </w:r>
    </w:p>
    <w:p>
      <w:r>
        <w:rPr>
          <w:rFonts w:ascii="Courier New" w:hAnsi="Courier New"/>
          <w:color w:val="555555"/>
          <w:sz w:val="20"/>
        </w:rPr>
        <w:t>[4 . 4 b]</w:t>
      </w:r>
    </w:p>
    <w:p>
      <w:r>
        <w:rPr>
          <w:rFonts w:ascii="Gentium Plus" w:hAnsi="Gentium Plus"/>
          <w:sz w:val="24"/>
        </w:rPr>
        <w:t>πλὴν εἰ μὴ νομίζεις Ὅμηρον ἐντετυχηκέναι τοῖς θεοῖς τοξεύουσιν, ἢ διαλεγομένοις, ἢ θύουσιν, ἤ τι ἄλλο</w:t>
      </w:r>
    </w:p>
    <w:p>
      <w:r>
        <w:rPr>
          <w:rFonts w:ascii="Courier New" w:hAnsi="Courier New"/>
          <w:color w:val="555555"/>
          <w:sz w:val="20"/>
        </w:rPr>
        <w:t>[4 . 4 c]</w:t>
      </w:r>
    </w:p>
    <w:p>
      <w:r>
        <w:rPr>
          <w:rFonts w:ascii="Gentium Plus" w:hAnsi="Gentium Plus"/>
          <w:sz w:val="24"/>
        </w:rPr>
        <w:t>δρῶσιν, οἷα περὶ αὐτῶν ἐκεῖνος ᾄδει. Οὐδὲ γὰρ Πλά‐ τωνα ἡγητέον ἐντετυχηκέναι τῷ Διὶ ἡνιοχοῦντι καὶ φερομένῳ ἐπὶ πτηνοῦ ἅρματος, στρατιᾶς θεῶν κατὰ</w:t>
      </w:r>
    </w:p>
    <w:p>
      <w:r>
        <w:rPr>
          <w:rFonts w:ascii="Courier New" w:hAnsi="Courier New"/>
          <w:color w:val="555555"/>
          <w:sz w:val="20"/>
        </w:rPr>
        <w:t>[4 . 4 d]</w:t>
      </w:r>
    </w:p>
    <w:p>
      <w:r>
        <w:rPr>
          <w:rFonts w:ascii="Gentium Plus" w:hAnsi="Gentium Plus"/>
          <w:sz w:val="24"/>
        </w:rPr>
        <w:t>ἕνδεκα λόχους κεκοσμημένης, οὐδέ γε δαινυμένοις τοῖς θεοῖς ἐν Διὸς τοὺς Ἀφροδίτης γάμους, ὅτε Πόρος καὶ Πενία λαθόντε ξυνηλθέτην τὲ καὶ Ἔρωτα ἐξ αὐτῶν</w:t>
      </w:r>
    </w:p>
    <w:p>
      <w:r>
        <w:rPr>
          <w:rFonts w:ascii="Courier New" w:hAnsi="Courier New"/>
          <w:color w:val="555555"/>
          <w:sz w:val="20"/>
        </w:rPr>
        <w:t>[4 . 4 e]</w:t>
      </w:r>
    </w:p>
    <w:p>
      <w:r>
        <w:rPr>
          <w:rFonts w:ascii="Gentium Plus" w:hAnsi="Gentium Plus"/>
          <w:sz w:val="24"/>
        </w:rPr>
        <w:t>ἐγεννησάτην. οὐδέ γε θεατὴν γενέσθαι Πυριφλεγέ‐ θοντός τε καὶ Ἀχέροντος καὶ Κωκυτοῦ καὶ τῶν ἄνω</w:t>
      </w:r>
    </w:p>
    <w:p>
      <w:r>
        <w:rPr>
          <w:rFonts w:ascii="Courier New" w:hAnsi="Courier New"/>
          <w:color w:val="555555"/>
          <w:sz w:val="20"/>
        </w:rPr>
        <w:t>[4 . 4 f]</w:t>
      </w:r>
    </w:p>
    <w:p>
      <w:r>
        <w:rPr>
          <w:rFonts w:ascii="Gentium Plus" w:hAnsi="Gentium Plus"/>
          <w:sz w:val="24"/>
        </w:rPr>
        <w:t>καὶ κάτω ποταμῶν, ῥεόντων ὕδατι καὶ πυρί· οὐδὲ τὴν Κλωθὼ ἰδεῖν καὶ τὴν Ἄτροπον, οὔτε ἐντετυχηκέναι ἑλιττομένῳ τῷ ἀτράκτῳ ἑπτὰ καὶ διαφόρους ἑλιγμούς.</w:t>
      </w:r>
    </w:p>
    <w:p>
      <w:r>
        <w:rPr>
          <w:rFonts w:ascii="Courier New" w:hAnsi="Courier New"/>
          <w:color w:val="555555"/>
          <w:sz w:val="20"/>
        </w:rPr>
        <w:t>[4 . 4 g]</w:t>
      </w:r>
    </w:p>
    <w:p>
      <w:r>
        <w:rPr>
          <w:rFonts w:ascii="Gentium Plus" w:hAnsi="Gentium Plus"/>
          <w:sz w:val="24"/>
        </w:rPr>
        <w:t>Ἀλλὰ καὶ τοῦ Συρίου τὴν ποίησιν σκόπει, τὸν Ζῆνα, καὶ τὴν Χθονίην, καὶ τὸν ἐν τούτοις Ἔρωτα, καὶ τὴν Ὀφιονέως γένεσιν, καὶ τὴν θεῶν μάχην, καὶ τὸ δέν‐</w:t>
      </w:r>
    </w:p>
    <w:p>
      <w:r>
        <w:rPr>
          <w:rFonts w:ascii="Courier New" w:hAnsi="Courier New"/>
          <w:color w:val="555555"/>
          <w:sz w:val="20"/>
        </w:rPr>
        <w:t>[4 . 4 h]</w:t>
      </w:r>
    </w:p>
    <w:p>
      <w:r>
        <w:rPr>
          <w:rFonts w:ascii="Gentium Plus" w:hAnsi="Gentium Plus"/>
          <w:sz w:val="24"/>
        </w:rPr>
        <w:t>δρον, καὶ τὸν πέπλον· σκόπει καὶ τὸν Ἡράκλειτον, θεοὶ θνητοί, θεοὶ ἀθάνατοι.</w:t>
      </w:r>
    </w:p>
    <w:p>
      <w:r>
        <w:rPr>
          <w:rFonts w:ascii="Courier New" w:hAnsi="Courier New"/>
          <w:color w:val="555555"/>
          <w:sz w:val="20"/>
        </w:rPr>
        <w:t>[4 . 5 a]</w:t>
      </w:r>
    </w:p>
    <w:p>
      <w:r>
        <w:rPr>
          <w:rFonts w:ascii="Gentium Plus" w:hAnsi="Gentium Plus"/>
          <w:sz w:val="24"/>
        </w:rPr>
        <w:t>Πάντα μεστὰ αἰνιγμάτων, καὶ παρὰ ποιηταῖς, καὶ παρὰ φιλοσόφοις· ὧν ἐγὼ τὴν πρὸς τὸ ἀληθὲς αἰδὼ ἀγαπῶ μᾶλλον, ἢ τὴν παρρησίαν τῶν νεωτέρων· πρα‐ γμάτων γὰρ ὑπ’ ἀνθρωπίνης ἀσθενείας οὐ καθορω‐</w:t>
      </w:r>
    </w:p>
    <w:p>
      <w:r>
        <w:rPr>
          <w:rFonts w:ascii="Courier New" w:hAnsi="Courier New"/>
          <w:color w:val="555555"/>
          <w:sz w:val="20"/>
        </w:rPr>
        <w:t>[4 . 5 b]</w:t>
      </w:r>
    </w:p>
    <w:p>
      <w:r>
        <w:rPr>
          <w:rFonts w:ascii="Gentium Plus" w:hAnsi="Gentium Plus"/>
          <w:sz w:val="24"/>
        </w:rPr>
        <w:t>μένων σαφῶς, εὐσχημονέστερος ἑρμηνεὺς ὁ μῦθος. Ἐγὼ δὲ εἰ μέν τι πλέον ἐθεάσαντο τῶν προτέρων οἱ ἔπειτα, μακαρίζω τοὺς ἄνδρας τῆς θέας· εἰ δὲ μη‐ δενὶ πλεονεκτοῦντες κατὰ τὴν γνῶσιν, μετέλαβον αὐ‐</w:t>
      </w:r>
    </w:p>
    <w:p>
      <w:r>
        <w:rPr>
          <w:rFonts w:ascii="Courier New" w:hAnsi="Courier New"/>
          <w:color w:val="555555"/>
          <w:sz w:val="20"/>
        </w:rPr>
        <w:t>[5]</w:t>
      </w:r>
    </w:p>
    <w:p>
      <w:r>
        <w:rPr>
          <w:rFonts w:ascii="Gentium Plus" w:hAnsi="Gentium Plus"/>
          <w:sz w:val="24"/>
        </w:rPr>
        <w:t>τῶν τὰ αἰνίγματα εἰς μύθους σαφεῖς, δέδια μή τις αὐτῶν ἐπιλάβηται ὡς ἐξαγορευόντων ἀπορρήτους λόγους.</w:t>
      </w:r>
    </w:p>
    <w:p>
      <w:r>
        <w:rPr>
          <w:rFonts w:ascii="Courier New" w:hAnsi="Courier New"/>
          <w:color w:val="555555"/>
          <w:sz w:val="20"/>
        </w:rPr>
        <w:t>[4 . 5 c]</w:t>
      </w:r>
    </w:p>
    <w:p>
      <w:r>
        <w:rPr>
          <w:rFonts w:ascii="Gentium Plus" w:hAnsi="Gentium Plus"/>
          <w:sz w:val="24"/>
        </w:rPr>
        <w:t>Τί γὰρ ἂν ἄλλο εἴη μύθου χρεία; λόγος περισκεπὴς ἑτέρῳ κόσμῳ, καθάπερ τὰ ἱδρύματα, οἷς περιέβαλλον οἱ τελεσταὶ χρυσὸν καὶ ἄργυρον καὶ πέπλους, τὰ</w:t>
      </w:r>
    </w:p>
    <w:p>
      <w:r>
        <w:rPr>
          <w:rFonts w:ascii="Courier New" w:hAnsi="Courier New"/>
          <w:color w:val="555555"/>
          <w:sz w:val="20"/>
        </w:rPr>
        <w:t>[4 . 5 d]</w:t>
      </w:r>
    </w:p>
    <w:p>
      <w:r>
        <w:rPr>
          <w:rFonts w:ascii="Gentium Plus" w:hAnsi="Gentium Plus"/>
          <w:sz w:val="24"/>
        </w:rPr>
        <w:t>πρῶτα ἀποσεμνύνοντες αὐτῶν τὴν προσδοκίαν. Θρασεῖα γὰρ οὖσα ἡ ἀνθρωπίνη ψυχή, τὰ μὲν ἐν ποσὶν ἧσσον τιμᾷ, τοῦ δὲ ἀπόντος θαυμαστικῶς ἔχει· καταμαντευο‐ μένη δὲ τῶν οὐχ ὁρωμένων καὶ θηρεύουσα ταῦτα τοῖς</w:t>
      </w:r>
    </w:p>
    <w:p>
      <w:r>
        <w:rPr>
          <w:rFonts w:ascii="Courier New" w:hAnsi="Courier New"/>
          <w:color w:val="555555"/>
          <w:sz w:val="20"/>
        </w:rPr>
        <w:t>[5]</w:t>
      </w:r>
    </w:p>
    <w:p>
      <w:r>
        <w:rPr>
          <w:rFonts w:ascii="Gentium Plus" w:hAnsi="Gentium Plus"/>
          <w:sz w:val="24"/>
        </w:rPr>
        <w:t>λογισμοῖς, μὴ τυχοῦσα μὲν σπεύδει ἀνευρεῖν, τυχοῦσα δὲ ἀγαπᾷ ὡς ἑαυτῆς ἔργον.</w:t>
      </w:r>
    </w:p>
    <w:p>
      <w:r>
        <w:rPr>
          <w:rFonts w:ascii="Courier New" w:hAnsi="Courier New"/>
          <w:color w:val="555555"/>
          <w:sz w:val="20"/>
        </w:rPr>
        <w:t>[4 . 6 a]</w:t>
      </w:r>
    </w:p>
    <w:p>
      <w:r>
        <w:rPr>
          <w:rFonts w:ascii="Gentium Plus" w:hAnsi="Gentium Plus"/>
          <w:sz w:val="24"/>
        </w:rPr>
        <w:t>Τοῦτο τοίνυν οἱ ποιηταὶ κατανοήσαντες, ἐξεῦρον ἐπ’ αὐτῇ μηχανὴν ἐν τοῖς θείοις λόγοις, μύθους λόγου μὲν ἀφανεστέρους, αἰνίγματος δὲ σαφεστέρους, διὰ μέσου ὄντας ἐπιστήμης πρὸς ἄγνοιαν· κατὰ μὲν τὸ ἡδὺ</w:t>
      </w:r>
    </w:p>
    <w:p>
      <w:r>
        <w:rPr>
          <w:rFonts w:ascii="Courier New" w:hAnsi="Courier New"/>
          <w:color w:val="555555"/>
          <w:sz w:val="20"/>
        </w:rPr>
        <w:t>[5]</w:t>
      </w:r>
    </w:p>
    <w:p>
      <w:r>
        <w:rPr>
          <w:rFonts w:ascii="Gentium Plus" w:hAnsi="Gentium Plus"/>
          <w:sz w:val="24"/>
        </w:rPr>
        <w:t>πιστευομένους, κατὰ δὲ τὸ παράδοξον ἀπιστουμένους· καὶ χειραγωγοῦντας τὴν ψυχὴν ἐπὶ τὸ ζητεῖν τὰ ὄντα,</w:t>
      </w:r>
    </w:p>
    <w:p>
      <w:r>
        <w:rPr>
          <w:rFonts w:ascii="Courier New" w:hAnsi="Courier New"/>
          <w:color w:val="555555"/>
          <w:sz w:val="20"/>
        </w:rPr>
        <w:t>[4 . 6 b]</w:t>
      </w:r>
    </w:p>
    <w:p>
      <w:r>
        <w:rPr>
          <w:rFonts w:ascii="Gentium Plus" w:hAnsi="Gentium Plus"/>
          <w:sz w:val="24"/>
        </w:rPr>
        <w:t>καὶ διερευνᾶσθαι περαιτέρω. Ἔλαθον μέχρι πλείστου οἱ ἄνδρες οὗτοι, ἐπιβουλεύσαντες ἡμῶν ταῖς ἀκοαῖς, φιλόσοφοι μὲν ὄντες, ποιηταὶ δὲ καλούμενοι, ἀλλα‐</w:t>
      </w:r>
    </w:p>
    <w:p>
      <w:r>
        <w:rPr>
          <w:rFonts w:ascii="Courier New" w:hAnsi="Courier New"/>
          <w:color w:val="555555"/>
          <w:sz w:val="20"/>
        </w:rPr>
        <w:t>[4 . 6 c]</w:t>
      </w:r>
    </w:p>
    <w:p>
      <w:r>
        <w:rPr>
          <w:rFonts w:ascii="Gentium Plus" w:hAnsi="Gentium Plus"/>
          <w:sz w:val="24"/>
        </w:rPr>
        <w:t>ξάμενοι χρήματος ἐπιφθόνου δημοτερπῆ τέχνην. Ὁ μὲν γὰρ φιλόσοφος βαρὺ καὶ πρόσαντες τοῖς πολλοῖς</w:t>
      </w:r>
    </w:p>
    <w:p>
      <w:r>
        <w:rPr>
          <w:rFonts w:ascii="Courier New" w:hAnsi="Courier New"/>
          <w:color w:val="555555"/>
          <w:sz w:val="20"/>
        </w:rPr>
        <w:t>[5]</w:t>
      </w:r>
    </w:p>
    <w:p>
      <w:r>
        <w:rPr>
          <w:rFonts w:ascii="Gentium Plus" w:hAnsi="Gentium Plus"/>
          <w:sz w:val="24"/>
        </w:rPr>
        <w:t>γὰρ ἀνέχονται αἱ πονηρίαι τὰς ἀρετὰς ἐν αὐταῖς καλλω‐ πιζομένας· ὁ δὲ ποιητὴς ἄκουσμα ἁβρὸν καὶ δήμῳ φίλον, ἀγαπώμενον μὲν καθ’ ἡδονήν, ἀγνοούμενον δὲ</w:t>
      </w:r>
    </w:p>
    <w:p>
      <w:r>
        <w:rPr>
          <w:rFonts w:ascii="Courier New" w:hAnsi="Courier New"/>
          <w:color w:val="555555"/>
          <w:sz w:val="20"/>
        </w:rPr>
        <w:t>[4 . 6 d]</w:t>
      </w:r>
    </w:p>
    <w:p>
      <w:r>
        <w:rPr>
          <w:rFonts w:ascii="Gentium Plus" w:hAnsi="Gentium Plus"/>
          <w:sz w:val="24"/>
        </w:rPr>
        <w:t>κατὰ τὴν ἀρετήν. Καθάπερ δὲ οἱ ἰατροὶ τοῖς κακο‐ σίτοις τῶν καμνόντων τὰ πικρὰ τῶν φαρμάκων ἀνα‐ δεύσαντες προσηνεῖ τροφῇ ἀπέκρυψαν τὴν τοῦ ὠφε‐ λοῦντος ἀηδίαν, οὕτως καὶ ἡ παλαιὰ φιλοσοφία κατα‐</w:t>
      </w:r>
    </w:p>
    <w:p>
      <w:r>
        <w:rPr>
          <w:rFonts w:ascii="Courier New" w:hAnsi="Courier New"/>
          <w:color w:val="555555"/>
          <w:sz w:val="20"/>
        </w:rPr>
        <w:t>[5]</w:t>
      </w:r>
    </w:p>
    <w:p>
      <w:r>
        <w:rPr>
          <w:rFonts w:ascii="Gentium Plus" w:hAnsi="Gentium Plus"/>
          <w:sz w:val="24"/>
        </w:rPr>
        <w:t>θεμένη τὴν αὑτῆς γνώμην εἰς μύθους καὶ μέτρα καὶ σχῆμα ᾠδῆς, ἔλαθεν τῇ περιβολῇ τῆς ψυχαγωγίας, κε‐ ράσασα τὴν ἀηδίαν τῶν διδαγμάτων.</w:t>
      </w:r>
    </w:p>
    <w:p>
      <w:r>
        <w:rPr>
          <w:rFonts w:ascii="Courier New" w:hAnsi="Courier New"/>
          <w:color w:val="555555"/>
          <w:sz w:val="20"/>
        </w:rPr>
        <w:t>[4 . 7 a]</w:t>
      </w:r>
    </w:p>
    <w:p>
      <w:r>
        <w:rPr>
          <w:rFonts w:ascii="Gentium Plus" w:hAnsi="Gentium Plus"/>
          <w:sz w:val="24"/>
        </w:rPr>
        <w:t>Μὴ τοίνυν ἔρῃ, πότεροι κρεῖττον περὶ θεῶν διειλή‐ φασιν, ποιηταὶ ἢ φιλόσοφοι· ἀλλὰ σπονδὰς καὶ ἐκεχειρίαν τοῖς ἐπιτηδεύμασιν ποιησάμενος, ὡς περὶ μιᾶς καὶ ὁμο‐ φώνου τέχνης σκόπει· κἂν γὰρ ποιητὴν καλῇς, φιλόσοφον</w:t>
      </w:r>
    </w:p>
    <w:p>
      <w:r>
        <w:rPr>
          <w:rFonts w:ascii="Courier New" w:hAnsi="Courier New"/>
          <w:color w:val="555555"/>
          <w:sz w:val="20"/>
        </w:rPr>
        <w:t>[4 . 7 b]</w:t>
      </w:r>
    </w:p>
    <w:p>
      <w:r>
        <w:rPr>
          <w:rFonts w:ascii="Gentium Plus" w:hAnsi="Gentium Plus"/>
          <w:sz w:val="24"/>
        </w:rPr>
        <w:t>λέγεις, καὶ ἂν φιλόσοφον καλῇς, ποιητὴν λέγεις. Καὶ γὰρ ἀριστεῖς καλεῖς, ὁμοίως μὲν τὸν Ἀχιλλέα μετὰ</w:t>
      </w:r>
    </w:p>
    <w:p>
      <w:r>
        <w:rPr>
          <w:rFonts w:ascii="Courier New" w:hAnsi="Courier New"/>
          <w:color w:val="555555"/>
          <w:sz w:val="20"/>
        </w:rPr>
        <w:t>[5]</w:t>
      </w:r>
    </w:p>
    <w:p>
      <w:r>
        <w:rPr>
          <w:rFonts w:ascii="Gentium Plus" w:hAnsi="Gentium Plus"/>
          <w:sz w:val="24"/>
        </w:rPr>
        <w:t>τερα δὲ ἀριστευτικὰ καὶ ἐκπληκτικὰ ὁμοίως ἡ ἀρετὴ ποιεῖ, καὶ οὐδὲν ἐνταῦθα ὁ χρυσὸς πρὸς τὴν βύρσαν.</w:t>
      </w:r>
    </w:p>
    <w:p>
      <w:r>
        <w:rPr>
          <w:rFonts w:ascii="Courier New" w:hAnsi="Courier New"/>
          <w:color w:val="555555"/>
          <w:sz w:val="20"/>
        </w:rPr>
        <w:t>[4 . 7 c]</w:t>
      </w:r>
    </w:p>
    <w:p>
      <w:r>
        <w:rPr>
          <w:rFonts w:ascii="Gentium Plus" w:hAnsi="Gentium Plus"/>
          <w:sz w:val="24"/>
        </w:rPr>
        <w:t>Εἴκαζε δὴ κἀνταῦθα τὰ μὲν μέτρα καὶ τὴν ᾠδὴν χρυσῷ, τὸν δὲ ψιλὸν λόγον ὕλῃ δημοτικῇ· σκόπει δὲ μήτε τὸν χρυσόν, μήτε τὴν βύρσαν, ἀλλὰ τὴν ἀρετὴν</w:t>
      </w:r>
    </w:p>
    <w:p>
      <w:r>
        <w:rPr>
          <w:rFonts w:ascii="Courier New" w:hAnsi="Courier New"/>
          <w:color w:val="555555"/>
          <w:sz w:val="20"/>
        </w:rPr>
        <w:t>[4 . 7 d]</w:t>
      </w:r>
    </w:p>
    <w:p>
      <w:r>
        <w:rPr>
          <w:rFonts w:ascii="Gentium Plus" w:hAnsi="Gentium Plus"/>
          <w:sz w:val="24"/>
        </w:rPr>
        <w:t>τοῦ χρωμένου. Ἀληθῆ λεγέτω, κἂν ποιητὴς λέγῃ, κἂν μῦθον λέγῃ, κἂν ᾄδων λέγῃ, ἕψομαι τοῖς αἰνίγμασιν, καὶ διερευνήσομαι τὸν μῦθον, καὶ οὐκ ἐκστήσει με ἡ ᾠδή· ἀληθῆ λεγέτω, κἂν ψιλῶς λέγῃ, δέξομαι</w:t>
      </w:r>
    </w:p>
    <w:p>
      <w:r>
        <w:rPr>
          <w:rFonts w:ascii="Courier New" w:hAnsi="Courier New"/>
          <w:color w:val="555555"/>
          <w:sz w:val="20"/>
        </w:rPr>
        <w:t>[5]</w:t>
      </w:r>
    </w:p>
    <w:p>
      <w:r>
        <w:rPr>
          <w:rFonts w:ascii="Gentium Plus" w:hAnsi="Gentium Plus"/>
          <w:sz w:val="24"/>
        </w:rPr>
        <w:t>καὶ ἀγαπήσω τὴν ῥᾳστώνην τῶν ἀκουσμάτων· ἐὰν δὲ ἀφέλῃς ἑκατέρου τὸ ἀληθές, καὶ τοῦ ποιητοῦ καὶ τοῦ φιλοσόφου, ἄμουσον μὲν τὴν ᾠδὴν ποιεῖς, μῦθον δὲ τὸν λόγον· ἄνευ δὲ τοῦ ἀληθοῦς μήτε μύθῳ ποιητοῦ διαπιστεύσῃς τὸ πάμπαν, μήτε φιλοσόφου λόγῳ.</w:t>
      </w:r>
    </w:p>
    <w:p>
      <w:r>
        <w:rPr>
          <w:rFonts w:ascii="Courier New" w:hAnsi="Courier New"/>
          <w:color w:val="555555"/>
          <w:sz w:val="20"/>
        </w:rPr>
        <w:t>[4 . 8 a]</w:t>
      </w:r>
    </w:p>
    <w:p>
      <w:r>
        <w:rPr>
          <w:rFonts w:ascii="Gentium Plus" w:hAnsi="Gentium Plus"/>
          <w:sz w:val="24"/>
        </w:rPr>
        <w:t>Καὶ γὰρ Ἐπίκουρος λέγει μὲν λόγους, ἀλλὰ μύθων ἀτοπωτέρους· ὥστε ἔγωγε πιστεύω μᾶλλον Ὁμήρῳ περὶ Διὸς λέγοντι, ὅτι ψυχὰς δυοῖν ἀριστέοιν ἐπὶ πλά‐ στιγγος χρυσῆς ἐταλάντευεν,</w:t>
      </w:r>
    </w:p>
    <w:p>
      <w:r>
        <w:rPr>
          <w:rFonts w:ascii="Courier New" w:hAnsi="Courier New"/>
          <w:color w:val="555555"/>
          <w:sz w:val="20"/>
        </w:rPr>
        <w:t>[5]</w:t>
      </w:r>
    </w:p>
    <w:p>
      <w:r>
        <w:rPr>
          <w:rFonts w:ascii="Gentium Plus" w:hAnsi="Gentium Plus"/>
          <w:sz w:val="24"/>
        </w:rPr>
        <w:t>τὴν μὲν Ἀχιλλῆος, τὴν δ’ Ἕκτορος ἀνδροφόνοιο, ἀνατείνας τὰ ζυγὰ τῇ δεξιᾷ· ὁρῶ γὰρ τὴν εἱμαρμένην τῶν ἀνδρῶν συναπονεύουσαν τῇ Διὸς δεξιᾷ ... οὐ γὰρ ἐμὸν παλινάγρετον οὐδ’ ἀπατηλὸν οὐδ’ ἀτελεύτητον, ὅτι κεν κεφαλῇ κατανεύσω.</w:t>
      </w:r>
    </w:p>
    <w:p>
      <w:r>
        <w:rPr>
          <w:rFonts w:ascii="Courier New" w:hAnsi="Courier New"/>
          <w:color w:val="555555"/>
          <w:sz w:val="20"/>
        </w:rPr>
        <w:t>[4 . 8 b]</w:t>
      </w:r>
    </w:p>
    <w:p>
      <w:r>
        <w:rPr>
          <w:rFonts w:ascii="Gentium Plus" w:hAnsi="Gentium Plus"/>
          <w:sz w:val="24"/>
        </w:rPr>
        <w:t>Αἰσθάνομαι τῶν Διὸς νευμάτων· διὰ τούτων γῆ μένει, καὶ ἀναχεῖται θάλαττα, καὶ ἀὴρ διαρρεῖ, καὶ πῦρ ἄνω θεῖ, καὶ οὐρανὸς περιφέρεται, καὶ ζῷα γίνεται, καὶ</w:t>
      </w:r>
    </w:p>
    <w:p>
      <w:r>
        <w:rPr>
          <w:rFonts w:ascii="Courier New" w:hAnsi="Courier New"/>
          <w:color w:val="555555"/>
          <w:sz w:val="20"/>
        </w:rPr>
        <w:t>[4 . 8 c]</w:t>
      </w:r>
    </w:p>
    <w:p>
      <w:r>
        <w:rPr>
          <w:rFonts w:ascii="Gentium Plus" w:hAnsi="Gentium Plus"/>
          <w:sz w:val="24"/>
        </w:rPr>
        <w:t>δένδρα φύεται· τῶν Διὸς νευμάτων ἔργα καὶ ἀνθρώπου</w:t>
      </w:r>
    </w:p>
    <w:p>
      <w:r>
        <w:rPr>
          <w:rFonts w:ascii="Courier New" w:hAnsi="Courier New"/>
          <w:color w:val="555555"/>
          <w:sz w:val="20"/>
        </w:rPr>
        <w:t>[4 . 8 d]</w:t>
      </w:r>
    </w:p>
    <w:p>
      <w:r>
        <w:rPr>
          <w:rFonts w:ascii="Gentium Plus" w:hAnsi="Gentium Plus"/>
          <w:sz w:val="24"/>
        </w:rPr>
        <w:t>ἀρετὴ καὶ εὐδαιμονία. Συνίημι δὲ καὶ Ἀθηνᾶς, νῦν μὲν τῷ Ἀχιλλεῖ ξυνισταμένης καὶ ἀπαγούσης τοῦ θυμοῦ τὸν ἄνδρα καὶ σπώσης ὀπίσω, νῦν δὲ τῷ Ὀδυσσεῖ παρισταμένης</w:t>
      </w:r>
    </w:p>
    <w:p>
      <w:r>
        <w:rPr>
          <w:rFonts w:ascii="Courier New" w:hAnsi="Courier New"/>
          <w:color w:val="555555"/>
          <w:sz w:val="20"/>
        </w:rPr>
        <w:t>[5]</w:t>
      </w:r>
    </w:p>
    <w:p>
      <w:r>
        <w:rPr>
          <w:rFonts w:ascii="Gentium Plus" w:hAnsi="Gentium Plus"/>
          <w:sz w:val="24"/>
        </w:rPr>
        <w:t>ἐν πάντεσσι πόνοισι.</w:t>
      </w:r>
    </w:p>
    <w:p>
      <w:r>
        <w:rPr>
          <w:rFonts w:ascii="Courier New" w:hAnsi="Courier New"/>
          <w:color w:val="555555"/>
          <w:sz w:val="20"/>
        </w:rPr>
        <w:t>[4 . 8 e]</w:t>
      </w:r>
    </w:p>
    <w:p>
      <w:r>
        <w:rPr>
          <w:rFonts w:ascii="Gentium Plus" w:hAnsi="Gentium Plus"/>
          <w:sz w:val="24"/>
        </w:rPr>
        <w:t>Ξυνίημι καὶ τοῦ Ἀπόλλωνος, τοξότης ὁ θεὸς καὶ μου‐ σικός· καὶ φιλῶ μὲν αὐτοῦ τὴν ἁρμονίαν, φοβοῦμαι</w:t>
      </w:r>
    </w:p>
    <w:p>
      <w:r>
        <w:rPr>
          <w:rFonts w:ascii="Courier New" w:hAnsi="Courier New"/>
          <w:color w:val="555555"/>
          <w:sz w:val="20"/>
        </w:rPr>
        <w:t>[4 . 8 f]</w:t>
      </w:r>
    </w:p>
    <w:p>
      <w:r>
        <w:rPr>
          <w:rFonts w:ascii="Gentium Plus" w:hAnsi="Gentium Plus"/>
          <w:sz w:val="24"/>
        </w:rPr>
        <w:t>δὲ τὴν τοξείαν. Σείει δὲ καὶ Ποσειδῶν γῆν τριστόμῳ δόρατι, ξυνάγει καὶ Ἄρης στρατοπέδων τάξεις, καὶ ὁ Ἥφαιστος χαλκεύει· ἀλλ’ οὐκ Ἀχιλλεῖ μόνῳ, πάσῃ δια‐</w:t>
      </w:r>
    </w:p>
    <w:p>
      <w:r>
        <w:rPr>
          <w:rFonts w:ascii="Courier New" w:hAnsi="Courier New"/>
          <w:color w:val="555555"/>
          <w:sz w:val="20"/>
        </w:rPr>
        <w:t>[4 . 8 g]</w:t>
      </w:r>
    </w:p>
    <w:p>
      <w:r>
        <w:rPr>
          <w:rFonts w:ascii="Gentium Plus" w:hAnsi="Gentium Plus"/>
          <w:sz w:val="24"/>
        </w:rPr>
        <w:t>πύρῳ χρείᾳ συντάττεται καὶ συνεργάζεται. Ταῦτα μὲν</w:t>
      </w:r>
    </w:p>
    <w:p>
      <w:r>
        <w:rPr>
          <w:rFonts w:ascii="Courier New" w:hAnsi="Courier New"/>
          <w:color w:val="555555"/>
          <w:sz w:val="20"/>
        </w:rPr>
        <w:t>[4 . 8 h]</w:t>
      </w:r>
    </w:p>
    <w:p>
      <w:r>
        <w:rPr>
          <w:rFonts w:ascii="Gentium Plus" w:hAnsi="Gentium Plus"/>
          <w:sz w:val="24"/>
        </w:rPr>
        <w:t>ὁμοιότητα, καὶ γνωριεῖς τὸ διήγημα. Κάλει τὸν μὲν Δία νοῦν πρεσβύτατον καὶ ἀρχικώτατον, ᾧ πάντα ἕπε‐ ται καὶ πειθαρχεῖ· τὴν δὲ Ἀθηνᾶν, φρόνησιν· τὸν δὲ Ἀπόλλω, ἥλιον· τὸν δὲ Ποσειδῶ, πνεῦμα διὰ γῆς καὶ</w:t>
      </w:r>
    </w:p>
    <w:p>
      <w:r>
        <w:rPr>
          <w:rFonts w:ascii="Courier New" w:hAnsi="Courier New"/>
          <w:color w:val="555555"/>
          <w:sz w:val="20"/>
        </w:rPr>
        <w:t>[5]</w:t>
      </w:r>
    </w:p>
    <w:p>
      <w:r>
        <w:rPr>
          <w:rFonts w:ascii="Gentium Plus" w:hAnsi="Gentium Plus"/>
          <w:sz w:val="24"/>
        </w:rPr>
        <w:t>θαλάττης ἰόν, οἰκονομοῦν αὐτῶν τὴν στάσιν καὶ τὴν ἁρμονίαν.</w:t>
      </w:r>
    </w:p>
    <w:p>
      <w:r>
        <w:rPr>
          <w:rFonts w:ascii="Courier New" w:hAnsi="Courier New"/>
          <w:color w:val="555555"/>
          <w:sz w:val="20"/>
        </w:rPr>
        <w:t>[4 . 9 a]</w:t>
      </w:r>
    </w:p>
    <w:p>
      <w:r>
        <w:rPr>
          <w:rFonts w:ascii="Gentium Plus" w:hAnsi="Gentium Plus"/>
          <w:sz w:val="24"/>
        </w:rPr>
        <w:t>Κἂν ἐπὶ τὰ ἄλλα ἴῃς, εὑρήσεις πάντα μεστά, παρὰ μὲν τοῖς ποιηταῖς ὀνομάτων, παρὰ δὲ τοῖς φιλοσόφοις λόγων. Τὰ δὲ Ἐπικούρου τίνι μύθων εἰκάσω; τίς οὕτω ποιητὴς ἀργὸς καὶ ἐκλελυμένος καὶ θεῶν ἄπειρος;</w:t>
      </w:r>
    </w:p>
    <w:p>
      <w:r>
        <w:rPr>
          <w:rFonts w:ascii="Courier New" w:hAnsi="Courier New"/>
          <w:color w:val="555555"/>
          <w:sz w:val="20"/>
        </w:rPr>
        <w:t>[5]</w:t>
      </w:r>
    </w:p>
    <w:p>
      <w:r>
        <w:rPr>
          <w:rFonts w:ascii="Gentium Plus" w:hAnsi="Gentium Plus"/>
          <w:sz w:val="24"/>
        </w:rPr>
        <w:t>Τὸ ἀθάνατον οὔτε αὐτὸ πράγματα ἔχει, οὔτε ἄλλῳ παρέχει</w:t>
      </w:r>
    </w:p>
    <w:p>
      <w:r>
        <w:rPr>
          <w:rFonts w:ascii="Courier New" w:hAnsi="Courier New"/>
          <w:color w:val="555555"/>
          <w:sz w:val="20"/>
        </w:rPr>
        <w:t>[4 . 9 b]</w:t>
      </w:r>
    </w:p>
    <w:p>
      <w:r>
        <w:rPr>
          <w:rFonts w:ascii="Gentium Plus" w:hAnsi="Gentium Plus"/>
          <w:sz w:val="24"/>
        </w:rPr>
        <w:t>Τίς μοι γένηται τοιοῦτος μῦθος; πῶς ἀναπλάσω τὸν Δία; τί δρῶντα, καὶ τί βουλευόμενον, καὶ ποίαις ἡδο‐</w:t>
      </w:r>
    </w:p>
    <w:p>
      <w:r>
        <w:rPr>
          <w:rFonts w:ascii="Courier New" w:hAnsi="Courier New"/>
          <w:color w:val="555555"/>
          <w:sz w:val="20"/>
        </w:rPr>
        <w:t>[4 . 9 c]</w:t>
      </w:r>
    </w:p>
    <w:p>
      <w:r>
        <w:rPr>
          <w:rFonts w:ascii="Gentium Plus" w:hAnsi="Gentium Plus"/>
          <w:sz w:val="24"/>
        </w:rPr>
        <w:t>ναῖς συνόντα; Πίνει μὲν καὶ παρ’ Ὁμήρῳ ὁ Ζεύς, ἀλλὰ καὶ δημηγορεῖ, καὶ βουλεύεται, ὡς ἡ τῶν περὶ τὴν Ἀσίαν πραγμάτων χορηγία 〈διὰ〉 βασιλέως ῥεῖ, καὶ ἡ τῶν Ἑλληνικῶν πραγμάτων χορηγία ἐκ τῆς Ἀθηναίων ἐκ‐</w:t>
      </w:r>
    </w:p>
    <w:p>
      <w:r>
        <w:rPr>
          <w:rFonts w:ascii="Courier New" w:hAnsi="Courier New"/>
          <w:color w:val="555555"/>
          <w:sz w:val="20"/>
        </w:rPr>
        <w:t>[5]</w:t>
      </w:r>
    </w:p>
    <w:p>
      <w:r>
        <w:rPr>
          <w:rFonts w:ascii="Gentium Plus" w:hAnsi="Gentium Plus"/>
          <w:sz w:val="24"/>
        </w:rPr>
        <w:t>κλησίας ῥεῖ· βουλεύεται γὰρ ὑπὲρ μὲν τῆς Ἀσίας ὁ μέ‐ γας βασιλεύς, περὶ δὲ τῆς Ἑλλάδος ὁ Ἀθηναίων δῆμος· βουλεύεται καὶ περὶ νεὼς κυβερνήτης, καὶ περὶ στρατο‐</w:t>
      </w:r>
    </w:p>
    <w:p>
      <w:r>
        <w:rPr>
          <w:rFonts w:ascii="Courier New" w:hAnsi="Courier New"/>
          <w:color w:val="555555"/>
          <w:sz w:val="20"/>
        </w:rPr>
        <w:t>[4 . 9 d]</w:t>
      </w:r>
    </w:p>
    <w:p>
      <w:r>
        <w:rPr>
          <w:rFonts w:ascii="Gentium Plus" w:hAnsi="Gentium Plus"/>
          <w:sz w:val="24"/>
        </w:rPr>
        <w:t>πέδου στρατηγός, καὶ περὶ πόλεως νομοθέτης· καὶ ἵνα σωθῇ ναῦς, καὶ στρατόπεδον, καὶ γῆ, καὶ οἶκος, πρά‐ γματα μὲν ὁ κυβερνήτης ἔχει, πράγματα δὲ ἔχει ὁ στρατηγός, πράγματα δὲ ὁ νομοθέτης· ὑπὲρ δὲ οὐρανοῦ</w:t>
      </w:r>
    </w:p>
    <w:p>
      <w:r>
        <w:rPr>
          <w:rFonts w:ascii="Courier New" w:hAnsi="Courier New"/>
          <w:color w:val="555555"/>
          <w:sz w:val="20"/>
        </w:rPr>
        <w:t>[5]</w:t>
      </w:r>
    </w:p>
    <w:p>
      <w:r>
        <w:rPr>
          <w:rFonts w:ascii="Gentium Plus" w:hAnsi="Gentium Plus"/>
          <w:sz w:val="24"/>
        </w:rPr>
        <w:t>καὶ γῆς καὶ θαλάττης καὶ τῶν ἄλλων μερῶν, τίς, ὦ Ἐπίκουρε, βουλεύεται; τίς κυβερνήτης; τίς στρατηγός;</w:t>
      </w:r>
    </w:p>
    <w:p>
      <w:r>
        <w:rPr>
          <w:rFonts w:ascii="Courier New" w:hAnsi="Courier New"/>
          <w:color w:val="555555"/>
          <w:sz w:val="20"/>
        </w:rPr>
        <w:t>[4 . 9 e]</w:t>
      </w:r>
    </w:p>
    <w:p>
      <w:r>
        <w:rPr>
          <w:rFonts w:ascii="Gentium Plus" w:hAnsi="Gentium Plus"/>
          <w:sz w:val="24"/>
        </w:rPr>
        <w:t>τίς νομοθέτης; τίς γεωργός; τίς οἰκονόμος; Ἀλλ’ οὐδὲ ὁ Σαρδανάπαλλος ἀπράγμων ἦν, ἀλλ’ ἐντὸς θυρῶν κατακεκλεισμένος, ἐπὶ σφυρηλάτου κλίνης κείμενος ἐν γυναικῶν χορῷ, ἐβουλεύετο ὅμως, πῶς σωθῇ Νῖνος,</w:t>
      </w:r>
    </w:p>
    <w:p>
      <w:r>
        <w:rPr>
          <w:rFonts w:ascii="Courier New" w:hAnsi="Courier New"/>
          <w:color w:val="555555"/>
          <w:sz w:val="20"/>
        </w:rPr>
        <w:t>[5]</w:t>
      </w:r>
    </w:p>
    <w:p>
      <w:r>
        <w:rPr>
          <w:rFonts w:ascii="Gentium Plus" w:hAnsi="Gentium Plus"/>
          <w:sz w:val="24"/>
        </w:rPr>
        <w:t>καὶ πῶς Ἀσσύριοι εὐδαιμονῶσιν· σοὶ δὲ ἡ Διὸς ἡδονὴ</w:t>
      </w:r>
    </w:p>
    <w:p>
      <w:r>
        <w:rPr>
          <w:rFonts w:ascii="Courier New" w:hAnsi="Courier New"/>
          <w:color w:val="555555"/>
          <w:sz w:val="20"/>
        </w:rPr>
        <w:t>[4 . 9 f]</w:t>
      </w:r>
    </w:p>
    <w:p>
      <w:r>
        <w:rPr>
          <w:rFonts w:ascii="Gentium Plus" w:hAnsi="Gentium Plus"/>
          <w:sz w:val="24"/>
        </w:rPr>
        <w:t>καὶ τῆς Σαρδαναπάλλου ἐκείνου ἀργοτέρα; Ὢ μύθων</w:t>
      </w:r>
    </w:p>
    <w:p>
      <w:pPr>
        <w:jc w:val="center"/>
      </w:pPr>
      <w:r>
        <w:rPr>
          <w:rFonts w:ascii="Gentium Plus" w:hAnsi="Gentium Plus"/>
          <w:b/>
          <w:sz w:val="24"/>
        </w:rPr>
        <w:t>Εἰ δεῖ εὔχεσθαι.</w:t>
      </w:r>
    </w:p>
    <w:p>
      <w:r>
        <w:rPr>
          <w:rFonts w:ascii="Courier New" w:hAnsi="Courier New"/>
          <w:color w:val="555555"/>
          <w:sz w:val="20"/>
        </w:rPr>
        <w:t>[1]</w:t>
      </w:r>
    </w:p>
    <w:p>
      <w:r>
        <w:rPr>
          <w:rFonts w:ascii="Gentium Plus" w:hAnsi="Gentium Plus"/>
          <w:sz w:val="24"/>
        </w:rPr>
        <w:t>Ἀνὴρ Φρύξ, ἀργὸς τὸν βίον, ἐραστὴς χρημάτων, λαμβάνει τὸν Σάτυρον, ὡς φησὶν ὁ μῦθος, δαίμονα φίλοινον, κεράσας οἴνῳ κρήνην, εἰς ἣν φοιτῶν διψήσας</w:t>
      </w:r>
    </w:p>
    <w:p>
      <w:r>
        <w:rPr>
          <w:rFonts w:ascii="Courier New" w:hAnsi="Courier New"/>
          <w:color w:val="555555"/>
          <w:sz w:val="20"/>
        </w:rPr>
        <w:t>[5 . 1 b]</w:t>
      </w:r>
    </w:p>
    <w:p>
      <w:r>
        <w:rPr>
          <w:rFonts w:ascii="Gentium Plus" w:hAnsi="Gentium Plus"/>
          <w:sz w:val="24"/>
        </w:rPr>
        <w:t>ἔπινεν. Εὔχεται ὁ ἀνόητος Φρὺξ δαίμονι αἰχμαλώτῳ· εὔχεται δὲ εὐχήν, οἵαν εἰκὸς ἦν καὶ τοῦτον αἰτεῖν, καὶ ἐκεῖνον τελεσιουργεῖν, γενέσθαι αὐτῷ τὴν γῆν χρυσῆν, καὶ τὰ δένδρα χρυσᾶ, καὶ τὰ λήϊα, καὶ τοὺς λειμῶνας,</w:t>
      </w:r>
    </w:p>
    <w:p>
      <w:r>
        <w:rPr>
          <w:rFonts w:ascii="Courier New" w:hAnsi="Courier New"/>
          <w:color w:val="555555"/>
          <w:sz w:val="20"/>
        </w:rPr>
        <w:t>[5 . 1 c]</w:t>
      </w:r>
    </w:p>
    <w:p>
      <w:r>
        <w:rPr>
          <w:rFonts w:ascii="Gentium Plus" w:hAnsi="Gentium Plus"/>
          <w:sz w:val="24"/>
        </w:rPr>
        <w:t>καὶ τὰ ἐν αὐτοῖς ἄνθη. Δίδωσιν ταῦτα ὁ Σάτυρος· ἐπεὶ δὲ αὐτῷ ἐ〈κε〉χρύσωτο ἡ γῆ, λιμὸς εἶχεν Φρύγας·</w:t>
      </w:r>
    </w:p>
    <w:p>
      <w:r>
        <w:rPr>
          <w:rFonts w:ascii="Courier New" w:hAnsi="Courier New"/>
          <w:color w:val="555555"/>
          <w:sz w:val="20"/>
        </w:rPr>
        <w:t>[5 . 1 d]</w:t>
      </w:r>
    </w:p>
    <w:p>
      <w:r>
        <w:rPr>
          <w:rFonts w:ascii="Gentium Plus" w:hAnsi="Gentium Plus"/>
          <w:sz w:val="24"/>
        </w:rPr>
        <w:t>καὶ ὁ Μίδας ὀδύρεται τὸν πλοῦτον, καὶ ποεῖται παλι‐ νῳδίαν τῆς εὐχῆς, καὶ εὔχεται Σατύρῳ μὲν οὐκέτι, θεοῖς δὲ καὶ θεαῖς, ἐλθεῖν αὐτῷ τὴν ἀρχαίαν πενίαν, τὴν εὔφορον ἐκείνην καὶ πάμφορον καὶ καρποτρόφον,</w:t>
      </w:r>
    </w:p>
    <w:p>
      <w:r>
        <w:rPr>
          <w:rFonts w:ascii="Courier New" w:hAnsi="Courier New"/>
          <w:color w:val="555555"/>
          <w:sz w:val="20"/>
        </w:rPr>
        <w:t>[5 . 1 e]</w:t>
      </w:r>
    </w:p>
    <w:p>
      <w:r>
        <w:rPr>
          <w:rFonts w:ascii="Gentium Plus" w:hAnsi="Gentium Plus"/>
          <w:sz w:val="24"/>
        </w:rPr>
        <w:t>τὸν δὲ χρυσὸν ἀπελθεῖν εἰς ἐχθρῶν κεφαλάς. Ὁ μὲν ταῦτα εὔχετο ποτνιώμενος, ἐτελεῖτο δὲ οὐδὲν μᾶλλον.</w:t>
      </w:r>
    </w:p>
    <w:p>
      <w:r>
        <w:rPr>
          <w:rFonts w:ascii="Courier New" w:hAnsi="Courier New"/>
          <w:color w:val="555555"/>
          <w:sz w:val="20"/>
        </w:rPr>
        <w:t>[5 . 1 f]</w:t>
      </w:r>
    </w:p>
    <w:p>
      <w:r>
        <w:rPr>
          <w:rFonts w:ascii="Gentium Plus" w:hAnsi="Gentium Plus"/>
          <w:sz w:val="24"/>
        </w:rPr>
        <w:t>Ἐπαινῶ τὸν μῦθον τῆς χάριτος καὶ τῆς πρὸς τ’ ἀληθὲς ὁδοῦ. Τί γὰρ δὴ ἄλλο αἰνίττεται, ἢ ἀνοήτου ἀνδρὸς εὐχὴν ἐπ’ οὐδενὶ χρηστῷ, εὐχομένου μέν, ἵνα τύχῃ,</w:t>
      </w:r>
    </w:p>
    <w:p>
      <w:r>
        <w:rPr>
          <w:rFonts w:ascii="Courier New" w:hAnsi="Courier New"/>
          <w:color w:val="555555"/>
          <w:sz w:val="20"/>
        </w:rPr>
        <w:t>[5 . 1 g]</w:t>
      </w:r>
    </w:p>
    <w:p>
      <w:r>
        <w:rPr>
          <w:rFonts w:ascii="Gentium Plus" w:hAnsi="Gentium Plus"/>
          <w:sz w:val="24"/>
        </w:rPr>
        <w:t>μεταγιγνώσκοντος δέ, ἐπειδὰν τύχῃ; Τὴν δὲ θήραν τοῦ Σατύρου, καὶ τὰ δεσμά, καὶ τὸν οἶνον ᾐνίξατο ὁ μῦθος· ὅτι οἱ μὲν ἀπατήσαντες, οἱ δὲ καὶ βιασάμενοι τυχόντες ὧν ἐπεθύμουν, οὐχ ὧν εὔξαντο, ἀνατιθέασιν</w:t>
      </w:r>
    </w:p>
    <w:p>
      <w:r>
        <w:rPr>
          <w:rFonts w:ascii="Courier New" w:hAnsi="Courier New"/>
          <w:color w:val="555555"/>
          <w:sz w:val="20"/>
        </w:rPr>
        <w:t>[5]</w:t>
      </w:r>
    </w:p>
    <w:p>
      <w:r>
        <w:rPr>
          <w:rFonts w:ascii="Gentium Plus" w:hAnsi="Gentium Plus"/>
          <w:sz w:val="24"/>
        </w:rPr>
        <w:t>θεοῖς τὴν δωρεάν, οὐ παρ’ ἐκείνων λαβόντες· οὐδὲν γὰρ τῶν μὴ καλῶν δίδωσιν θεός, ἀλλ’ ἐστὶν ταῦτα δωρεὰ τύχης, ἄλογος ἀλόγου, οἷαι καὶ παρὰ τῶν με‐ θυόντων φιλοσοφρύναι.</w:t>
      </w:r>
    </w:p>
    <w:p>
      <w:r>
        <w:rPr>
          <w:rFonts w:ascii="Courier New" w:hAnsi="Courier New"/>
          <w:color w:val="555555"/>
          <w:sz w:val="20"/>
        </w:rPr>
        <w:t>[5 . 2 a]</w:t>
      </w:r>
    </w:p>
    <w:p>
      <w:r>
        <w:rPr>
          <w:rFonts w:ascii="Gentium Plus" w:hAnsi="Gentium Plus"/>
          <w:sz w:val="24"/>
        </w:rPr>
        <w:t>Τί δὲ Λυδός, ὁ τοῦ Φρυγὸς ἀνοητότερος; οὐκ εὔ‐ ξατο μὲν τῷ Ἀπόλλωνι ἑλεῖν τὴν Περσῶν ἀρχήν, καὶ</w:t>
      </w:r>
    </w:p>
    <w:p>
      <w:r>
        <w:rPr>
          <w:rFonts w:ascii="Courier New" w:hAnsi="Courier New"/>
          <w:color w:val="555555"/>
          <w:sz w:val="20"/>
        </w:rPr>
        <w:t>[5]</w:t>
      </w:r>
    </w:p>
    <w:p>
      <w:r>
        <w:rPr>
          <w:rFonts w:ascii="Gentium Plus" w:hAnsi="Gentium Plus"/>
          <w:sz w:val="24"/>
        </w:rPr>
        <w:t>στέλλοντος Κροῖσος Ἅλυν διαβὰς μεγάλην ἀρχὴν καταλύσει, ἐκδεχόμενος πρὸς ἡδονὴν τὸν χρησμόν, διέβη Ἅλυν,</w:t>
      </w:r>
    </w:p>
    <w:p>
      <w:r>
        <w:rPr>
          <w:rFonts w:ascii="Courier New" w:hAnsi="Courier New"/>
          <w:color w:val="555555"/>
          <w:sz w:val="20"/>
        </w:rPr>
        <w:t>[5 . 2 b]</w:t>
      </w:r>
    </w:p>
    <w:p>
      <w:r>
        <w:rPr>
          <w:rFonts w:ascii="Gentium Plus" w:hAnsi="Gentium Plus"/>
          <w:sz w:val="24"/>
        </w:rPr>
        <w:t>καὶ κατέλυσεν τὴν Λυδῶν μεγάλην ἀρχήν. Ἀκούω δὲ καὶ παρ’ Ὁμήρῳ εὐχομένου Ἕλληνος ἀνδρός, Ζεῦ πάτερ, ἢ Αἴαντα λαχεῖν, ἢ Τυδέος υἱόν, ἢ αὐτὸν βασιλῆα πολυχρύσοιο Μυκήνης·</w:t>
      </w:r>
    </w:p>
    <w:p>
      <w:r>
        <w:rPr>
          <w:rFonts w:ascii="Courier New" w:hAnsi="Courier New"/>
          <w:color w:val="555555"/>
          <w:sz w:val="20"/>
        </w:rPr>
        <w:t>[5]</w:t>
      </w:r>
    </w:p>
    <w:p>
      <w:r>
        <w:rPr>
          <w:rFonts w:ascii="Gentium Plus" w:hAnsi="Gentium Plus"/>
          <w:sz w:val="24"/>
        </w:rPr>
        <w:t>καὶ δηλαδὴ ὁ Ζεὺς ἐπιτελεῖ τὴν εὐχήν, ἐκ δ’ ἔθορε κλῆρος κυνέης, ὃν ἄρ’ ἤθελον αὐτοὶ Αἴαντος.</w:t>
      </w:r>
    </w:p>
    <w:p>
      <w:r>
        <w:rPr>
          <w:rFonts w:ascii="Courier New" w:hAnsi="Courier New"/>
          <w:color w:val="555555"/>
          <w:sz w:val="20"/>
        </w:rPr>
        <w:t>[5 . 2 c]</w:t>
      </w:r>
    </w:p>
    <w:p>
      <w:r>
        <w:rPr>
          <w:rFonts w:ascii="Gentium Plus" w:hAnsi="Gentium Plus"/>
          <w:sz w:val="24"/>
        </w:rPr>
        <w:t>Καὶ τῷ μὲν Πριάμῳ εὐχομένῳ ὑπὲρ τῆς οἰκείας γῆς, βοῦς καὶ ὄϊς ὁσημέραι τῷ Διὶ καταθύοντι, ἀτελῆ τὴν</w:t>
      </w:r>
    </w:p>
    <w:p>
      <w:r>
        <w:rPr>
          <w:rFonts w:ascii="Courier New" w:hAnsi="Courier New"/>
          <w:color w:val="555555"/>
          <w:sz w:val="20"/>
        </w:rPr>
        <w:t>[5 . 2 d]</w:t>
      </w:r>
    </w:p>
    <w:p>
      <w:r>
        <w:rPr>
          <w:rFonts w:ascii="Gentium Plus" w:hAnsi="Gentium Plus"/>
          <w:sz w:val="24"/>
        </w:rPr>
        <w:t>εὐχὴν τίθησιν· τῷ δὲ Ἀγαμέμνονι ... ὑπέσχετο καὶ κατένευσεν ἐπὶ τὴν ἀλλοτρίαν ἐλθόντι Ἴλιον ἐκπέρσαντ’ εὐτείχεον ἀπονέεσθαι.</w:t>
      </w:r>
    </w:p>
    <w:p>
      <w:r>
        <w:rPr>
          <w:rFonts w:ascii="Courier New" w:hAnsi="Courier New"/>
          <w:color w:val="555555"/>
          <w:sz w:val="20"/>
        </w:rPr>
        <w:t>[5 . 2 e]</w:t>
      </w:r>
    </w:p>
    <w:p>
      <w:r>
        <w:rPr>
          <w:rFonts w:ascii="Gentium Plus" w:hAnsi="Gentium Plus"/>
          <w:sz w:val="24"/>
        </w:rPr>
        <w:t>Καὶ ὁ Ἀπόλλων πρότερον μὲν οὐκ ἐπαμύνει τῷ Χρύσῃ ἀδικουμένῳ, ἐπεὶ δὲ πρὸς αὐτὸν ἐπαρρησιάσατο καὶ ἀνέμνησεν τῆς κνίσης τῶν μηρίων, τότε τοὺς ἰοὺς ἀφίησιν εἰς τὸ Ἑλληνικόν, ‘ἐννῆμαρ ἐποιχόμενοσ‘ αὐ‐</w:t>
      </w:r>
    </w:p>
    <w:p>
      <w:r>
        <w:rPr>
          <w:rFonts w:ascii="Courier New" w:hAnsi="Courier New"/>
          <w:color w:val="555555"/>
          <w:sz w:val="20"/>
        </w:rPr>
        <w:t>[5]</w:t>
      </w:r>
    </w:p>
    <w:p>
      <w:r>
        <w:rPr>
          <w:rFonts w:ascii="Gentium Plus" w:hAnsi="Gentium Plus"/>
          <w:sz w:val="24"/>
        </w:rPr>
        <w:t>τούς, καὶ ‘ὀρεῖς καὶ κύνας.‘</w:t>
      </w:r>
    </w:p>
    <w:p>
      <w:r>
        <w:rPr>
          <w:rFonts w:ascii="Courier New" w:hAnsi="Courier New"/>
          <w:color w:val="555555"/>
          <w:sz w:val="20"/>
        </w:rPr>
        <w:t>[5 . 3 a]</w:t>
      </w:r>
    </w:p>
    <w:p>
      <w:r>
        <w:rPr>
          <w:rFonts w:ascii="Gentium Plus" w:hAnsi="Gentium Plus"/>
          <w:sz w:val="24"/>
        </w:rPr>
        <w:t>Τί ταῦτα, ὦ ποιητῶν ἄριστε; λίχνον καὶ δωρο‐ δόκον τὸ θεῖον, καὶ μηδὲν διαφέρον τῶν πολλῶν ἀν‐ θρώπων; καί σου τὸ ἔπος τοῦτο ἀποδεξόμεθα, ..στρεπτοὶ δέ τε καὶ θεοὶ αὐτοί;</w:t>
      </w:r>
    </w:p>
    <w:p>
      <w:r>
        <w:rPr>
          <w:rFonts w:ascii="Courier New" w:hAnsi="Courier New"/>
          <w:color w:val="555555"/>
          <w:sz w:val="20"/>
        </w:rPr>
        <w:t>[5]</w:t>
      </w:r>
    </w:p>
    <w:p>
      <w:r>
        <w:rPr>
          <w:rFonts w:ascii="Gentium Plus" w:hAnsi="Gentium Plus"/>
          <w:sz w:val="24"/>
        </w:rPr>
        <w:t>ἢ τουναντίον, ἄστρεπτον τὸ θεῖον καὶ ἀτενὲς καὶ ἀπα‐ ραίτητον; μετατίθεσθαι γὰρ καὶ μεταγινώσκειν προσήκει μὴ ὅτι θεῷ, ἀλλ’ οὐδὲ ἀνδρὶ ἀγαθῷ· ὁ γὰρ στρεπτὸς ἀνὴρ καὶ μετανοητικός, εἰ μὲν εἰς τὸ βέλτιον ἐκ τοῦ φαυλοτέρου μετατίθεται, πονήρως ἐβουλεύσατο· εἰ δὲ</w:t>
      </w:r>
    </w:p>
    <w:p>
      <w:r>
        <w:rPr>
          <w:rFonts w:ascii="Courier New" w:hAnsi="Courier New"/>
          <w:color w:val="555555"/>
          <w:sz w:val="20"/>
        </w:rPr>
        <w:t>[10]</w:t>
      </w:r>
    </w:p>
    <w:p>
      <w:r>
        <w:rPr>
          <w:rFonts w:ascii="Gentium Plus" w:hAnsi="Gentium Plus"/>
          <w:sz w:val="24"/>
        </w:rPr>
        <w:t>εἰς τὸ χεῖρον ἐκ τοῦ βελτίστου, πονηρῶς μετέθετο· τὸ</w:t>
      </w:r>
    </w:p>
    <w:p>
      <w:r>
        <w:rPr>
          <w:rFonts w:ascii="Courier New" w:hAnsi="Courier New"/>
          <w:color w:val="555555"/>
          <w:sz w:val="20"/>
        </w:rPr>
        <w:t>[5 . 3 b]</w:t>
      </w:r>
    </w:p>
    <w:p>
      <w:r>
        <w:rPr>
          <w:rFonts w:ascii="Gentium Plus" w:hAnsi="Gentium Plus"/>
          <w:sz w:val="24"/>
        </w:rPr>
        <w:t>δὲ θεῖον ἔξω πονηρίας. Καὶ γὰρ ἤτοι ὁ εὐχόμενος ἄξιος τυχεῖν ὧν ηὔξατο, ἢ οὐκ ἄξιος· εἰ μὲν οὖν ἄξιος, τεύξεται καὶ μὴ εὐξάμενος· εἰ δὲ οὐκ ἄξιος, οὐ τεύξεται</w:t>
      </w:r>
    </w:p>
    <w:p>
      <w:r>
        <w:rPr>
          <w:rFonts w:ascii="Courier New" w:hAnsi="Courier New"/>
          <w:color w:val="555555"/>
          <w:sz w:val="20"/>
        </w:rPr>
        <w:t>[5 . 3 c]</w:t>
      </w:r>
    </w:p>
    <w:p>
      <w:r>
        <w:rPr>
          <w:rFonts w:ascii="Gentium Plus" w:hAnsi="Gentium Plus"/>
          <w:sz w:val="24"/>
        </w:rPr>
        <w:t>οὐδὲ εὐξάμενος. Οὔτε γὰρ ὁ ἄξιος μὲν, παραλείπων δὲ τὴν εὐχήν, διὰ τοῦτο οὐκ ἄξιος, ὅτι οὐκ ηὔξατο· οὔτε ὁ μὴ ἄξιος μὲν τυχεῖν, λαβεῖν δὲ εὐχόμενος, διὰ</w:t>
      </w:r>
    </w:p>
    <w:p>
      <w:r>
        <w:rPr>
          <w:rFonts w:ascii="Courier New" w:hAnsi="Courier New"/>
          <w:color w:val="555555"/>
          <w:sz w:val="20"/>
        </w:rPr>
        <w:t>[5 . 3 d]</w:t>
      </w:r>
    </w:p>
    <w:p>
      <w:r>
        <w:rPr>
          <w:rFonts w:ascii="Gentium Plus" w:hAnsi="Gentium Plus"/>
          <w:sz w:val="24"/>
        </w:rPr>
        <w:t>τοῦτο ἄξιος, ὅτι εὔξατο· ἀλλὰ αὐτὸ τοὐναντίον, ὁ μὲν ἄξιος λαβεῖν, μὴ ἐνοχλῶν, τυχεῖν ἀξιώτερος· ὁ δὲ οὐκ ἄξιος, ἐνοχλῶν, καὶ διὰ τοῦτο οὐκ ἄξιος· καὶ τῷ μὲν ἀναθήσομεν αἰδὼ καὶ θάρσος, διὰ μὲν τὸ θαρρεῖν</w:t>
      </w:r>
    </w:p>
    <w:p>
      <w:r>
        <w:rPr>
          <w:rFonts w:ascii="Courier New" w:hAnsi="Courier New"/>
          <w:color w:val="555555"/>
          <w:sz w:val="20"/>
        </w:rPr>
        <w:t>[5]</w:t>
      </w:r>
    </w:p>
    <w:p>
      <w:r>
        <w:rPr>
          <w:rFonts w:ascii="Gentium Plus" w:hAnsi="Gentium Plus"/>
          <w:sz w:val="24"/>
        </w:rPr>
        <w:t>πιστεύοντι ὡς τευξομένῳ, διὰ δὲ τὴν αἰδὼ ἡσυχάζοντι,</w:t>
      </w:r>
    </w:p>
    <w:p>
      <w:r>
        <w:rPr>
          <w:rFonts w:ascii="Courier New" w:hAnsi="Courier New"/>
          <w:color w:val="555555"/>
          <w:sz w:val="20"/>
        </w:rPr>
        <w:t>[5 . 3 e]</w:t>
      </w:r>
    </w:p>
    <w:p>
      <w:r>
        <w:rPr>
          <w:rFonts w:ascii="Gentium Plus" w:hAnsi="Gentium Plus"/>
          <w:sz w:val="24"/>
        </w:rPr>
        <w:t>κἂν μὴ τύχῃ· τῷ δὲ ἀμαθίαν καὶ μοχθηρίαν, διὰ μὲν ἀμαθίαν εὐχομένῳ, διὰ δὲ μοχθηρίαν οὐκ ἀξιουμένῳ.</w:t>
      </w:r>
    </w:p>
    <w:p>
      <w:r>
        <w:rPr>
          <w:rFonts w:ascii="Courier New" w:hAnsi="Courier New"/>
          <w:color w:val="555555"/>
          <w:sz w:val="20"/>
        </w:rPr>
        <w:t>[5 . 3 f]</w:t>
      </w:r>
    </w:p>
    <w:p>
      <w:r>
        <w:rPr>
          <w:rFonts w:ascii="Gentium Plus" w:hAnsi="Gentium Plus"/>
          <w:sz w:val="24"/>
        </w:rPr>
        <w:t>Τί δέ, εἰ στρατηγὸς ἦν ὁ θεός, κᾆτα ὁ μὲν σκευοφο‐ ρεῖν ἄξιος ᾔτει τὸν στρατηγὸν ὁπλίτου χώραν, ὁ δὲ ὁπλιτεύειν ἐπιτήδειος τὴν ἡσυχίαν ἦγεν· ἆρα οὐ κατὰ τὴν χρείαν τῆς τάξεως τὸν μὲν ἀχθοφορεῖν εἴα, τὸν</w:t>
      </w:r>
    </w:p>
    <w:p>
      <w:r>
        <w:rPr>
          <w:rFonts w:ascii="Courier New" w:hAnsi="Courier New"/>
          <w:color w:val="555555"/>
          <w:sz w:val="20"/>
        </w:rPr>
        <w:t>[5 . 3 g]</w:t>
      </w:r>
    </w:p>
    <w:p>
      <w:r>
        <w:rPr>
          <w:rFonts w:ascii="Gentium Plus" w:hAnsi="Gentium Plus"/>
          <w:sz w:val="24"/>
        </w:rPr>
        <w:t>δὲ εἰς τοὺς ὁπλίτας ἔταττεν; Ἀλλὰ στρατηγὸς μὲν</w:t>
      </w:r>
    </w:p>
    <w:p>
      <w:r>
        <w:rPr>
          <w:rFonts w:ascii="Courier New" w:hAnsi="Courier New"/>
          <w:color w:val="555555"/>
          <w:sz w:val="20"/>
        </w:rPr>
        <w:t>[5 . 3 h]</w:t>
      </w:r>
    </w:p>
    <w:p>
      <w:r>
        <w:rPr>
          <w:rFonts w:ascii="Gentium Plus" w:hAnsi="Gentium Plus"/>
          <w:sz w:val="24"/>
        </w:rPr>
        <w:t>κἂν ἀγνοήσαι, κἂν δωροδοκήσαι, κἂν ἐξαπατηθείη· τὸ δὲ θεῖον οὐ τοιοῦτον· οὔτε οὖν εὐχομένοις δώσει παρὰ τὴν ἀξίαν, οὔτε οὐκ εὐχομένοις οὐ δώσει κατὰ τὴν ἀξίαν.</w:t>
      </w:r>
    </w:p>
    <w:p>
      <w:r>
        <w:rPr>
          <w:rFonts w:ascii="Courier New" w:hAnsi="Courier New"/>
          <w:color w:val="555555"/>
          <w:sz w:val="20"/>
        </w:rPr>
        <w:t>[5 . 4 a]</w:t>
      </w:r>
    </w:p>
    <w:p>
      <w:r>
        <w:rPr>
          <w:rFonts w:ascii="Gentium Plus" w:hAnsi="Gentium Plus"/>
          <w:sz w:val="24"/>
        </w:rPr>
        <w:t>Καὶ μὴν τῶν ὅσα οἱ ἄνθρωποι εὔχονται γενέσθαι, φησί, τὰ μὲν ἡ πρόνοια ἐφορᾷ· τὰ δὲ εἱμαρμένη κατα‐</w:t>
      </w:r>
    </w:p>
    <w:p>
      <w:r>
        <w:rPr>
          <w:rFonts w:ascii="Courier New" w:hAnsi="Courier New"/>
          <w:color w:val="555555"/>
          <w:sz w:val="20"/>
        </w:rPr>
        <w:t>[5 . 4 b]</w:t>
      </w:r>
    </w:p>
    <w:p>
      <w:r>
        <w:rPr>
          <w:rFonts w:ascii="Gentium Plus" w:hAnsi="Gentium Plus"/>
          <w:sz w:val="24"/>
        </w:rPr>
        <w:t>ἡ τέχνη. Καὶ ἡ μὲν πρόνοια θεοῦ ἔργον, ἡ δὲ εἱ‐ μαρμένη ἀνάγκης, ἡ δὲ τέχνη ἀνθρώπου, ἡ δὲ τύχη τοῦ αὐτομάτου. Διακεκλήρωνται δὲ τούτων ἑκάστων αἱ ὕλαι τοῦ βίου· ἃ τοίνυν εὐχόμεθα, ἢ εἰς πρό‐</w:t>
      </w:r>
    </w:p>
    <w:p>
      <w:r>
        <w:rPr>
          <w:rFonts w:ascii="Courier New" w:hAnsi="Courier New"/>
          <w:color w:val="555555"/>
          <w:sz w:val="20"/>
        </w:rPr>
        <w:t>[5]</w:t>
      </w:r>
    </w:p>
    <w:p>
      <w:r>
        <w:rPr>
          <w:rFonts w:ascii="Gentium Plus" w:hAnsi="Gentium Plus"/>
          <w:sz w:val="24"/>
        </w:rPr>
        <w:t>νοιαν συντελεῖ θεοῦ, ἢ εἰς εἱμαρμένης ἀνάγκην, ἢ</w:t>
      </w:r>
    </w:p>
    <w:p>
      <w:r>
        <w:rPr>
          <w:rFonts w:ascii="Courier New" w:hAnsi="Courier New"/>
          <w:color w:val="555555"/>
          <w:sz w:val="20"/>
        </w:rPr>
        <w:t>[5 . 4 c]</w:t>
      </w:r>
    </w:p>
    <w:p>
      <w:r>
        <w:rPr>
          <w:rFonts w:ascii="Gentium Plus" w:hAnsi="Gentium Plus"/>
          <w:sz w:val="24"/>
        </w:rPr>
        <w:t>εἰς ἀνθρώπου τέχνην, ἢ εἰς τύχης φοράν. Καὶ εἰ μὲν εἰς πρόνοιαν συντελεῖ, τί δεῖ εὐχῆς; εἰ γάρ τοι</w:t>
      </w:r>
    </w:p>
    <w:p>
      <w:r>
        <w:rPr>
          <w:rFonts w:ascii="Courier New" w:hAnsi="Courier New"/>
          <w:color w:val="555555"/>
          <w:sz w:val="20"/>
        </w:rPr>
        <w:t>[5 . 4 d]</w:t>
      </w:r>
    </w:p>
    <w:p>
      <w:r>
        <w:rPr>
          <w:rFonts w:ascii="Gentium Plus" w:hAnsi="Gentium Plus"/>
          <w:sz w:val="24"/>
        </w:rPr>
        <w:t>προνοεῖ ὁ θεὸς (ἤτοι προνοεῖ τοῦ ὅλου, τῶν δὲ κατὰ μέρος οὐ φροντίζει, ὥσπερ οἱ βασιλεῖς σώζουσι τὰς πόλεις νόμῳ καὶ δίκῃ, οὐ διατείνοντες ἐφ’ ἕκαστον τῇ</w:t>
      </w:r>
    </w:p>
    <w:p>
      <w:r>
        <w:rPr>
          <w:rFonts w:ascii="Courier New" w:hAnsi="Courier New"/>
          <w:color w:val="555555"/>
          <w:sz w:val="20"/>
        </w:rPr>
        <w:t>[5 . 4 e]</w:t>
      </w:r>
    </w:p>
    <w:p>
      <w:r>
        <w:rPr>
          <w:rFonts w:ascii="Gentium Plus" w:hAnsi="Gentium Plus"/>
          <w:sz w:val="24"/>
        </w:rPr>
        <w:t>φροντίδι), κἀν τοῖς ἐπὶ μέρους ἡ πρόνοια ἐξετάζεται. Τί δὴ φῶμεν; βούλει τοῦ ὅλου προνοεῖν τὸν θεόν; οὐκ ἐνοχλητέον ἄρα τῷ θεῷ· οὐ γὰρ πείσεται, ἤν τι</w:t>
      </w:r>
    </w:p>
    <w:p>
      <w:r>
        <w:rPr>
          <w:rFonts w:ascii="Courier New" w:hAnsi="Courier New"/>
          <w:color w:val="555555"/>
          <w:sz w:val="20"/>
        </w:rPr>
        <w:t>[5 . 4 f]</w:t>
      </w:r>
    </w:p>
    <w:p>
      <w:r>
        <w:rPr>
          <w:rFonts w:ascii="Gentium Plus" w:hAnsi="Gentium Plus"/>
          <w:sz w:val="24"/>
        </w:rPr>
        <w:t>παρὰ τὴν σωτηρίαν αἰτῇς τοῦ ὅλου. Τί γὰρ εἰ καὶ τὰ μόρια τοῦ σώματος φωνὴν λαβόντα, ἐπειδὰν κάμνῃ τὶ αὐτῶν ὑπὸ τοῦ ἰατροῦ τεμνόμενον ἐπὶ σωτηρίᾳ τοῦ ὅλου, εὔξαιτο τῇ τέχνῃ μὴ φθαρῆναι; οὐκ ἀποκρινεῖται</w:t>
      </w:r>
    </w:p>
    <w:p>
      <w:r>
        <w:rPr>
          <w:rFonts w:ascii="Courier New" w:hAnsi="Courier New"/>
          <w:color w:val="555555"/>
          <w:sz w:val="20"/>
        </w:rPr>
        <w:t>[5]</w:t>
      </w:r>
    </w:p>
    <w:p>
      <w:r>
        <w:rPr>
          <w:rFonts w:ascii="Gentium Plus" w:hAnsi="Gentium Plus"/>
          <w:sz w:val="24"/>
        </w:rPr>
        <w:t>ὁ Ἀσκληπιὸς αὐτοῖς, ὡς· ‘Οὐχ ὑμῶν ἕνεκα, ὦ δείλαια, χρὴ οἴχεσθαι τὸ πᾶν σῶμα, ἀλλὰ ἐκεῖνο σωζέσθω, ὑμῶν ἀπολλυμένων.‘ Τοῦτο καὶ τῷ σύμπαντι τούτῳ</w:t>
      </w:r>
    </w:p>
    <w:p>
      <w:r>
        <w:rPr>
          <w:rFonts w:ascii="Courier New" w:hAnsi="Courier New"/>
          <w:color w:val="555555"/>
          <w:sz w:val="20"/>
        </w:rPr>
        <w:t>[5 . 4 g]</w:t>
      </w:r>
    </w:p>
    <w:p>
      <w:r>
        <w:rPr>
          <w:rFonts w:ascii="Gentium Plus" w:hAnsi="Gentium Plus"/>
          <w:sz w:val="24"/>
        </w:rPr>
        <w:t>γίγνεσθαι φιλεῖ. Ἀθηναῖοι λοιμώττουσιν, σείονται Λακεδαιμόνιοι, ἡ Θετταλία ἐπικλύζεται, ἡ Αἴτνη φλέ‐ γεται· ὧν σὺ μὲν τὴν διάλυσιν φθορὰν καλεῖς· ὁ δὲ ἰατρὸς οἶδεν τὴν αἰτίαν, καὶ ἀμελεῖ εὐχομένων τῶν</w:t>
      </w:r>
    </w:p>
    <w:p>
      <w:r>
        <w:rPr>
          <w:rFonts w:ascii="Courier New" w:hAnsi="Courier New"/>
          <w:color w:val="555555"/>
          <w:sz w:val="20"/>
        </w:rPr>
        <w:t>[5]</w:t>
      </w:r>
    </w:p>
    <w:p>
      <w:r>
        <w:rPr>
          <w:rFonts w:ascii="Gentium Plus" w:hAnsi="Gentium Plus"/>
          <w:sz w:val="24"/>
        </w:rPr>
        <w:t>μερῶν, σώζει δὲ τὸ πᾶν· φροντίζει γὰρ τοῦ ὅλου.</w:t>
      </w:r>
    </w:p>
    <w:p>
      <w:r>
        <w:rPr>
          <w:rFonts w:ascii="Courier New" w:hAnsi="Courier New"/>
          <w:color w:val="555555"/>
          <w:sz w:val="20"/>
        </w:rPr>
        <w:t>[5 . 4 h]</w:t>
      </w:r>
    </w:p>
    <w:p>
      <w:r>
        <w:rPr>
          <w:rFonts w:ascii="Gentium Plus" w:hAnsi="Gentium Plus"/>
          <w:sz w:val="24"/>
        </w:rPr>
        <w:t>Ἀλλὰ καὶ τῶν κατὰ μέρος προνοεῖ ὁ θεός. Οὐδὲ ἐνταῦθα τοίνυν εὐκτέον; Ὅμοιον ὡς εἰ καὶ ἰατρὸν ᾔτει ὁ κάμνων φάρμακον ἤ σιτίον· τοῦτο γὰρ εἰ μὲν ἀνύτει τι, καὶ μὴ αἰτοῦντι δώσει· εἰ δὲ ἐπισφαλές, οὐδὲ</w:t>
      </w:r>
    </w:p>
    <w:p>
      <w:r>
        <w:rPr>
          <w:rFonts w:ascii="Courier New" w:hAnsi="Courier New"/>
          <w:color w:val="555555"/>
          <w:sz w:val="20"/>
        </w:rPr>
        <w:t>[5 . 4 i]</w:t>
      </w:r>
    </w:p>
    <w:p>
      <w:r>
        <w:rPr>
          <w:rFonts w:ascii="Gentium Plus" w:hAnsi="Gentium Plus"/>
          <w:sz w:val="24"/>
        </w:rPr>
        <w:t>αἰτοῦντι δώσει. Τῶν μὲν δὴ κατὰ τὴν πρόνοιαν, οὐδὲν οὔτε αἰτητέον, οὔτε εὐκτέον.</w:t>
      </w:r>
    </w:p>
    <w:p>
      <w:r>
        <w:rPr>
          <w:rFonts w:ascii="Courier New" w:hAnsi="Courier New"/>
          <w:color w:val="555555"/>
          <w:sz w:val="20"/>
        </w:rPr>
        <w:t>[5 . 5 a]</w:t>
      </w:r>
    </w:p>
    <w:p>
      <w:r>
        <w:rPr>
          <w:rFonts w:ascii="Gentium Plus" w:hAnsi="Gentium Plus"/>
          <w:sz w:val="24"/>
        </w:rPr>
        <w:t>Τί δὲ τῶν κατὰ τὴν εἱμαρμένην; ἢ κἀνταῦθα ἡ εὐχὴ γελοιότατον· θᾶττον γὰρ ἄν τις βασιλέα ἔπεισεν,</w:t>
      </w:r>
    </w:p>
    <w:p>
      <w:r>
        <w:rPr>
          <w:rFonts w:ascii="Courier New" w:hAnsi="Courier New"/>
          <w:color w:val="555555"/>
          <w:sz w:val="20"/>
        </w:rPr>
        <w:t>[5]</w:t>
      </w:r>
    </w:p>
    <w:p>
      <w:r>
        <w:rPr>
          <w:rFonts w:ascii="Gentium Plus" w:hAnsi="Gentium Plus"/>
          <w:sz w:val="24"/>
        </w:rPr>
        <w:t>λουσα ταῖς τῶν ἀνθρώπων ἀγέλαις, βίᾳ σπᾷ καὶ προσ‐ αναγκάζει συναπονεύειν ταῖς αὐτῆς ἀγωγαῖς· ὡς Συ‐ ρακοσίους Διονύσιος, ὡς Πεισίστρατος Ἀθηναίους, καὶ Περίανδρος Κορινθίους, καὶ Θρασύβουλος Μιλησίους.</w:t>
      </w:r>
    </w:p>
    <w:p>
      <w:r>
        <w:rPr>
          <w:rFonts w:ascii="Courier New" w:hAnsi="Courier New"/>
          <w:color w:val="555555"/>
          <w:sz w:val="20"/>
        </w:rPr>
        <w:t>[5 . 5 b]</w:t>
      </w:r>
    </w:p>
    <w:p>
      <w:r>
        <w:rPr>
          <w:rFonts w:ascii="Gentium Plus" w:hAnsi="Gentium Plus"/>
          <w:sz w:val="24"/>
        </w:rPr>
        <w:t>Ἐν μὲν γὰρ δημοκρατίᾳ δύναταί τι καὶ πειθώ, καὶ εὐχή, καὶ θεραπεία, καὶ λιταί· ἐν δὲ τυραννίδι ἡ βία κρατεῖ· ὡς ἐν πολέμῳ Ὅμηρος, ζώγρει Ἀτρέος ὑιέ, σὺ δ’ ἄξια δέξαι ἄποινα.</w:t>
      </w:r>
    </w:p>
    <w:p>
      <w:r>
        <w:rPr>
          <w:rFonts w:ascii="Courier New" w:hAnsi="Courier New"/>
          <w:color w:val="555555"/>
          <w:sz w:val="20"/>
        </w:rPr>
        <w:t>[5]</w:t>
      </w:r>
    </w:p>
    <w:p>
      <w:r>
        <w:rPr>
          <w:rFonts w:ascii="Gentium Plus" w:hAnsi="Gentium Plus"/>
          <w:sz w:val="24"/>
        </w:rPr>
        <w:t>Τίνα τοίνυν ἄποινα δόντες τῇ εἱμαρμένῃ ἐκλυσόμεθα ἑαυτοὺς τῆς ἀνάγκης καὶ τοῦ δεσμοῦ; τίνα χρυσόν;</w:t>
      </w:r>
    </w:p>
    <w:p>
      <w:r>
        <w:rPr>
          <w:rFonts w:ascii="Courier New" w:hAnsi="Courier New"/>
          <w:color w:val="555555"/>
          <w:sz w:val="20"/>
        </w:rPr>
        <w:t>[5 . 5 c]</w:t>
      </w:r>
    </w:p>
    <w:p>
      <w:r>
        <w:rPr>
          <w:rFonts w:ascii="Gentium Plus" w:hAnsi="Gentium Plus"/>
          <w:sz w:val="24"/>
        </w:rPr>
        <w:t>τίνα θεραπείαν; τίνα θυσίαν; τίνα εὐχήν; Ἀλλ’ οὐδὲ ὁ Ζεὺς αὐτὸς εὕρατο παρ’ ἐκείνης ἀποτροπήν, ἀλλ’ ὀδύρεται· ὤμοι ἐγών, ὅτε μοι Σαρπηδόνα φίλτατον</w:t>
      </w:r>
    </w:p>
    <w:p>
      <w:r>
        <w:rPr>
          <w:rFonts w:ascii="Courier New" w:hAnsi="Courier New"/>
          <w:color w:val="555555"/>
          <w:sz w:val="20"/>
        </w:rPr>
        <w:t>[5]</w:t>
      </w:r>
    </w:p>
    <w:p>
      <w:r>
        <w:rPr>
          <w:rFonts w:ascii="Gentium Plus" w:hAnsi="Gentium Plus"/>
          <w:sz w:val="24"/>
        </w:rPr>
        <w:t>ἀνδρῶν μοῖρ’ ὑπὸ Πατρόκλοιο Μενοιτιάδαο δαμῆναι.</w:t>
      </w:r>
    </w:p>
    <w:p>
      <w:r>
        <w:rPr>
          <w:rFonts w:ascii="Courier New" w:hAnsi="Courier New"/>
          <w:color w:val="555555"/>
          <w:sz w:val="20"/>
        </w:rPr>
        <w:t>[5 . 5 d]</w:t>
      </w:r>
    </w:p>
    <w:p>
      <w:r>
        <w:rPr>
          <w:rFonts w:ascii="Gentium Plus" w:hAnsi="Gentium Plus"/>
          <w:sz w:val="24"/>
        </w:rPr>
        <w:t>Τίνι θεῶν εὔχεται ὁ Ζεὺς ὑπὲρ τοῦ παιδός; Καὶ ἡ</w:t>
      </w:r>
    </w:p>
    <w:p>
      <w:r>
        <w:rPr>
          <w:rFonts w:ascii="Courier New" w:hAnsi="Courier New"/>
          <w:color w:val="555555"/>
          <w:sz w:val="20"/>
        </w:rPr>
        <w:t>[5 . 5 e]</w:t>
      </w:r>
    </w:p>
    <w:p>
      <w:r>
        <w:rPr>
          <w:rFonts w:ascii="Gentium Plus" w:hAnsi="Gentium Plus"/>
          <w:sz w:val="24"/>
        </w:rPr>
        <w:t>Τοιοῦτο χρῆμα ἡ εἱμαρμένη Ἄτροπος, καὶ ἡ Κλωθώ, καὶ ἡ Λάχεσις, ἄτρεπτον, καὶ ἐπικεκλωσμένον, καὶ διειληχὸς τοὺς ἀνθρωπίνους βίους. Πῶς ἂν οὖν τις εὔξαιτο ἀπαραιτήτῳ εἱμαρμένῃ;</w:t>
      </w:r>
    </w:p>
    <w:p>
      <w:r>
        <w:rPr>
          <w:rFonts w:ascii="Courier New" w:hAnsi="Courier New"/>
          <w:color w:val="555555"/>
          <w:sz w:val="20"/>
        </w:rPr>
        <w:t>[5 . 6 a]</w:t>
      </w:r>
    </w:p>
    <w:p>
      <w:r>
        <w:rPr>
          <w:rFonts w:ascii="Gentium Plus" w:hAnsi="Gentium Plus"/>
          <w:sz w:val="24"/>
        </w:rPr>
        <w:t>Ἀλλ’ οὐδὲ ἐν τοῖς κατὰ τὴν τύχην εὐκτέον, καὶ πολὺ μᾶλλον ἐνταῦθα οὐκ εὐκτέον· οὐδὲ γὰρ ἀνοήτῳ δυνάστῃ διαλεκτέον, ἔνθα οὐ βούλευμα οὐδὲ κρίσις οὐδὲ ὁρμὴ σώφρων οἰκονομεῖ τὴν ἀρχήν, ἀλλὰ ὀργή,</w:t>
      </w:r>
    </w:p>
    <w:p>
      <w:r>
        <w:rPr>
          <w:rFonts w:ascii="Courier New" w:hAnsi="Courier New"/>
          <w:color w:val="555555"/>
          <w:sz w:val="20"/>
        </w:rPr>
        <w:t>[5]</w:t>
      </w:r>
    </w:p>
    <w:p>
      <w:r>
        <w:rPr>
          <w:rFonts w:ascii="Gentium Plus" w:hAnsi="Gentium Plus"/>
          <w:sz w:val="24"/>
        </w:rPr>
        <w:t>καὶ φορά, καὶ ἄλογοι ἕξεις, καὶ ἔμπληκτοι ὁρμαί, καὶ</w:t>
      </w:r>
    </w:p>
    <w:p>
      <w:r>
        <w:rPr>
          <w:rFonts w:ascii="Courier New" w:hAnsi="Courier New"/>
          <w:color w:val="555555"/>
          <w:sz w:val="20"/>
        </w:rPr>
        <w:t>[5 . 6 b]</w:t>
      </w:r>
    </w:p>
    <w:p>
      <w:r>
        <w:rPr>
          <w:rFonts w:ascii="Gentium Plus" w:hAnsi="Gentium Plus"/>
          <w:sz w:val="24"/>
        </w:rPr>
        <w:t>ἐπιθυμιῶν διαδοχαί. Τοιοῦτον ἡ τύχη, ἄλογον, ἔμ‐</w:t>
      </w:r>
    </w:p>
    <w:p>
      <w:r>
        <w:rPr>
          <w:rFonts w:ascii="Courier New" w:hAnsi="Courier New"/>
          <w:color w:val="555555"/>
          <w:sz w:val="20"/>
        </w:rPr>
        <w:t>[5]</w:t>
      </w:r>
    </w:p>
    <w:p>
      <w:r>
        <w:rPr>
          <w:rFonts w:ascii="Gentium Plus" w:hAnsi="Gentium Plus"/>
          <w:sz w:val="24"/>
        </w:rPr>
        <w:t>ἀστάτῳ χρήματι, καὶ ἀνοήτῳ, καὶ ἀσταθμήτῳ, καὶ ἀμί‐</w:t>
      </w:r>
    </w:p>
    <w:p>
      <w:r>
        <w:rPr>
          <w:rFonts w:ascii="Courier New" w:hAnsi="Courier New"/>
          <w:color w:val="555555"/>
          <w:sz w:val="20"/>
        </w:rPr>
        <w:t>[5 . 6 c]</w:t>
      </w:r>
    </w:p>
    <w:p>
      <w:r>
        <w:rPr>
          <w:rFonts w:ascii="Gentium Plus" w:hAnsi="Gentium Plus"/>
          <w:sz w:val="24"/>
        </w:rPr>
        <w:t>κτῳ; Λοιπὸν δὴ μετὰ τὴν τύχην ἡ τέχνη. Καὶ τίς τέκτων εὔξεται περὶ κάλλους ἀρότρου, τὴν τέχνην ἔχων; ἢ τίς ὑφάντης περὶ κάλλους χλανίδος, τὴν τέχνην ἔχων; ἢ τίς χαλκεὺς περὶ κάλλους ἀσπίδος, τὴν</w:t>
      </w:r>
    </w:p>
    <w:p>
      <w:r>
        <w:rPr>
          <w:rFonts w:ascii="Courier New" w:hAnsi="Courier New"/>
          <w:color w:val="555555"/>
          <w:sz w:val="20"/>
        </w:rPr>
        <w:t>[5]</w:t>
      </w:r>
    </w:p>
    <w:p>
      <w:r>
        <w:rPr>
          <w:rFonts w:ascii="Gentium Plus" w:hAnsi="Gentium Plus"/>
          <w:sz w:val="24"/>
        </w:rPr>
        <w:t>τέχνην ἔχων; ἢ τίς ἀριστεὺς περὶ εὐτολμίας, τὴν ἀν‐ δρείαν ἔχων; ἢ τίς ἀγαθὸς περὶ εὐδαιμονίας, τὴν ἀρε‐ τὴν ἔχων;</w:t>
      </w:r>
    </w:p>
    <w:p>
      <w:r>
        <w:rPr>
          <w:rFonts w:ascii="Courier New" w:hAnsi="Courier New"/>
          <w:color w:val="555555"/>
          <w:sz w:val="20"/>
        </w:rPr>
        <w:t>[5 . 7 a]</w:t>
      </w:r>
    </w:p>
    <w:p>
      <w:r>
        <w:rPr>
          <w:rFonts w:ascii="Gentium Plus" w:hAnsi="Gentium Plus"/>
          <w:sz w:val="24"/>
        </w:rPr>
        <w:t>Εἶεν. Τί τοίνυν ἐστίν, ὑπὲρ ὅτου κἂν εὔξαιτο ἄν τις τοῖς θεοῖς, ὃ μὴ προνοίας ἔχεται, ἢ εἱμαρμένης, ἢ</w:t>
      </w:r>
    </w:p>
    <w:p>
      <w:r>
        <w:rPr>
          <w:rFonts w:ascii="Courier New" w:hAnsi="Courier New"/>
          <w:color w:val="555555"/>
          <w:sz w:val="20"/>
        </w:rPr>
        <w:t>[5 . 7 b]</w:t>
      </w:r>
    </w:p>
    <w:p>
      <w:r>
        <w:rPr>
          <w:rFonts w:ascii="Gentium Plus" w:hAnsi="Gentium Plus"/>
          <w:sz w:val="24"/>
        </w:rPr>
        <w:t>τέχνης, ἢ τύχης; Χρήματα αἰτεῖς; Μὴ ἐνόχλει θεοῖς, οὐδὲν αἰτεῖς τῶν καλῶν· μὴ ἐνόχλει τῇ εἱμαρμένῃ, οὐδὲν αἰτεῖς τῶν ἀναγκαίων· μὴ ἐνόχλει τῇ τύχῃ, οὐ γὰρ τοῖς δεομένοις δίδωσιν· μὴ ἐνόχλει τῇ τέχνῃ,</w:t>
      </w:r>
    </w:p>
    <w:p>
      <w:r>
        <w:rPr>
          <w:rFonts w:ascii="Courier New" w:hAnsi="Courier New"/>
          <w:color w:val="555555"/>
          <w:sz w:val="20"/>
        </w:rPr>
        <w:t>[5]</w:t>
      </w:r>
    </w:p>
    <w:p>
      <w:r>
        <w:rPr>
          <w:rFonts w:ascii="Gentium Plus" w:hAnsi="Gentium Plus"/>
          <w:sz w:val="24"/>
        </w:rPr>
        <w:t>ἀκούεις γὰρ Μενάνδρου λέγοντος, οὐ πάνυ τι γηράσκουσιν αἱ τέχναι καλῶς, ἐὰν μὴ λάβωσι προστάτην φιλάργυρον.</w:t>
      </w:r>
    </w:p>
    <w:p>
      <w:r>
        <w:rPr>
          <w:rFonts w:ascii="Courier New" w:hAnsi="Courier New"/>
          <w:color w:val="555555"/>
          <w:sz w:val="20"/>
        </w:rPr>
        <w:t>[10]</w:t>
      </w:r>
    </w:p>
    <w:p>
      <w:r>
        <w:rPr>
          <w:rFonts w:ascii="Gentium Plus" w:hAnsi="Gentium Plus"/>
          <w:sz w:val="24"/>
        </w:rPr>
        <w:t>καὶ πρᾶγμα λαμβάνεισ‘ πορνοβοσκῶν, ἢ καπηλεύων, ἢ ληϊζόμενος, ἢ πανουργῶν, ἢ ψευδομαρτυρῶν, ἢ συκο‐</w:t>
      </w:r>
    </w:p>
    <w:p>
      <w:r>
        <w:rPr>
          <w:rFonts w:ascii="Courier New" w:hAnsi="Courier New"/>
          <w:color w:val="555555"/>
          <w:sz w:val="20"/>
        </w:rPr>
        <w:t>[5 . 7 c]</w:t>
      </w:r>
    </w:p>
    <w:p>
      <w:r>
        <w:rPr>
          <w:rFonts w:ascii="Gentium Plus" w:hAnsi="Gentium Plus"/>
          <w:sz w:val="24"/>
        </w:rPr>
        <w:t>φαντῶν, ἢ δωροδοκῶν. Νίκην αἰτεῖς; ἣν δύνασαι λαβεῖν ἐν πολέμῳ μὲν παρὰ μισθοφόρου, ἐν δικαστη‐</w:t>
      </w:r>
    </w:p>
    <w:p>
      <w:r>
        <w:rPr>
          <w:rFonts w:ascii="Courier New" w:hAnsi="Courier New"/>
          <w:color w:val="555555"/>
          <w:sz w:val="20"/>
        </w:rPr>
        <w:t>[5 . 7 d]</w:t>
      </w:r>
    </w:p>
    <w:p>
      <w:r>
        <w:rPr>
          <w:rFonts w:ascii="Gentium Plus" w:hAnsi="Gentium Plus"/>
          <w:sz w:val="24"/>
        </w:rPr>
        <w:t>ρίῳ δὲ παρὰ συκοφάντου. Ἐμπορίαν αἰτεῖς; ἣν δί‐ δωσιν ναῦς καὶ θάλαττα καὶ πνευμάτων φορά· ἀγορὰ</w:t>
      </w:r>
    </w:p>
    <w:p>
      <w:r>
        <w:rPr>
          <w:rFonts w:ascii="Courier New" w:hAnsi="Courier New"/>
          <w:color w:val="555555"/>
          <w:sz w:val="20"/>
        </w:rPr>
        <w:t>[5 . 7 e]</w:t>
      </w:r>
    </w:p>
    <w:p>
      <w:r>
        <w:rPr>
          <w:rFonts w:ascii="Gentium Plus" w:hAnsi="Gentium Plus"/>
          <w:sz w:val="24"/>
        </w:rPr>
        <w:t>πρόκειται· ὤνιον τὸ χρῆμα. Τί τοῖς θεοῖς ἐνοχλεῖς; μηδὲν τὸ παρὰ τὴν ἀξίαν φοβηθῇς· καὶ πλουτήσεις, κἂν Ἱππόνικος ἦς· νικήσεις, κἂν Κλέων ᾖς· αἱρήσεις,</w:t>
      </w:r>
    </w:p>
    <w:p>
      <w:r>
        <w:rPr>
          <w:rFonts w:ascii="Courier New" w:hAnsi="Courier New"/>
          <w:color w:val="555555"/>
          <w:sz w:val="20"/>
        </w:rPr>
        <w:t>[5 . 7 f]</w:t>
      </w:r>
    </w:p>
    <w:p>
      <w:r>
        <w:rPr>
          <w:rFonts w:ascii="Gentium Plus" w:hAnsi="Gentium Plus"/>
          <w:sz w:val="24"/>
        </w:rPr>
        <w:t>κἂν Μέλητος ᾖς. Ἐὰν δὲ εἰς τὰς πρὸς τοὺς θεοὺς παρέλθῃς εὐχάς, εἰς δικαστήριον παρελήλυθας ἀκριβὲς καὶ ἀπαραίτητον· οὐδεὶς ἀνέξεταί σου θεὸς εὐχομένου</w:t>
      </w:r>
    </w:p>
    <w:p>
      <w:r>
        <w:rPr>
          <w:rFonts w:ascii="Courier New" w:hAnsi="Courier New"/>
          <w:color w:val="555555"/>
          <w:sz w:val="20"/>
        </w:rPr>
        <w:t>[5 . 7 g]</w:t>
      </w:r>
    </w:p>
    <w:p>
      <w:r>
        <w:rPr>
          <w:rFonts w:ascii="Gentium Plus" w:hAnsi="Gentium Plus"/>
          <w:sz w:val="24"/>
        </w:rPr>
        <w:t>τὰ μὴ εὐκτά, οὐδὲ δώσει τὰ μὴ σοὶ δοτά. Ἐξεταστὴς καὶ λογιστὴς ἐφέστηκεν ταῖς ἑκάστου εὐχαῖς πικρός,</w:t>
      </w:r>
    </w:p>
    <w:p>
      <w:r>
        <w:rPr>
          <w:rFonts w:ascii="Courier New" w:hAnsi="Courier New"/>
          <w:color w:val="555555"/>
          <w:sz w:val="20"/>
        </w:rPr>
        <w:t>[5 . 7 h]</w:t>
      </w:r>
    </w:p>
    <w:p>
      <w:r>
        <w:rPr>
          <w:rFonts w:ascii="Gentium Plus" w:hAnsi="Gentium Plus"/>
          <w:sz w:val="24"/>
        </w:rPr>
        <w:t>εὐθύνων τῷ τοῦ συμφέροντος μέτρῳ τὰ σά· οὐδὲ αὐτὸν μεταχειριῇ ἀναβιβασάμενος ὥσπερ εἰς δικα‐ στήριον τὰς ὀρέξεις τὰς σὰς ἐλεεινὰ φθεγγομένας,</w:t>
      </w:r>
    </w:p>
    <w:p>
      <w:r>
        <w:rPr>
          <w:rFonts w:ascii="Courier New" w:hAnsi="Courier New"/>
          <w:color w:val="555555"/>
          <w:sz w:val="20"/>
        </w:rPr>
        <w:t>[5]</w:t>
      </w:r>
    </w:p>
    <w:p>
      <w:r>
        <w:rPr>
          <w:rFonts w:ascii="Gentium Plus" w:hAnsi="Gentium Plus"/>
          <w:sz w:val="24"/>
        </w:rPr>
        <w:t>τῆς κεφαλῆς, εἰ δὲ οὕτω τύχοι, καὶ ὀνειδιζούσας τῷ θεῷ, ... εἴ ποτέ τοι χαρίεντ’ ἐπὶ νηὸν ἔρεψα.</w:t>
      </w:r>
    </w:p>
    <w:p>
      <w:r>
        <w:rPr>
          <w:rFonts w:ascii="Courier New" w:hAnsi="Courier New"/>
          <w:color w:val="555555"/>
          <w:sz w:val="20"/>
        </w:rPr>
        <w:t>[5 . 7 i]</w:t>
      </w:r>
    </w:p>
    <w:p>
      <w:r>
        <w:rPr>
          <w:rFonts w:ascii="Gentium Plus" w:hAnsi="Gentium Plus"/>
          <w:sz w:val="24"/>
        </w:rPr>
        <w:t>Ἀλλ’ ὁ θεὸς λέγει, Ἐπὶ ἀγαθῷ αἰτεῖς; λάμβανε, εἰ ἄξιος ὢν αἰτεῖς· ταῦτα ἔχοντί σοι οὐδὲν εὐχῆς δεῖ, λήψῃ καὶ σιωπῶν.</w:t>
      </w:r>
    </w:p>
    <w:p>
      <w:r>
        <w:rPr>
          <w:rFonts w:ascii="Courier New" w:hAnsi="Courier New"/>
          <w:color w:val="555555"/>
          <w:sz w:val="20"/>
        </w:rPr>
        <w:t>[5 . 8 a]</w:t>
      </w:r>
    </w:p>
    <w:p>
      <w:r>
        <w:rPr>
          <w:rFonts w:ascii="Gentium Plus" w:hAnsi="Gentium Plus"/>
          <w:sz w:val="24"/>
        </w:rPr>
        <w:t>‘Ἀλλὰ Σωκράτης εἰς Πειραιᾶ κατῄει προσευξόμενος τῇ θεῷ, καὶ τοὺς ἄλλους προετρέπετο, καὶ ἦν ὁ βίος Σωκράτει μεστὸς εὐχῆς.‘ Καὶ γὰρ Πυθαγόρας ηὔξατο,</w:t>
      </w:r>
    </w:p>
    <w:p>
      <w:r>
        <w:rPr>
          <w:rFonts w:ascii="Courier New" w:hAnsi="Courier New"/>
          <w:color w:val="555555"/>
          <w:sz w:val="20"/>
        </w:rPr>
        <w:t>[5 . 8 b]</w:t>
      </w:r>
    </w:p>
    <w:p>
      <w:r>
        <w:rPr>
          <w:rFonts w:ascii="Gentium Plus" w:hAnsi="Gentium Plus"/>
          <w:sz w:val="24"/>
        </w:rPr>
        <w:t>καὶ Πλάτων, καὶ ὅστις ἄλλος θεοῖς προσήγορος· ἀλλὰ σὺ μὲν ἡγεῖ τὴν τοῦ φιλοσόφου εὐχὴν αἴτησιν εἶναι τῶν οὐ παρόντων, ἐγὼ δὲ ὁμιλίαν καὶ διάλεκτον πρὸς τοὺς θεοὺς περὶ τῶν παρόντων καὶ ἐπίδειξιν τῆς ἀρε‐</w:t>
      </w:r>
    </w:p>
    <w:p>
      <w:r>
        <w:rPr>
          <w:rFonts w:ascii="Courier New" w:hAnsi="Courier New"/>
          <w:color w:val="555555"/>
          <w:sz w:val="20"/>
        </w:rPr>
        <w:t>[5 . 8 c]</w:t>
      </w:r>
    </w:p>
    <w:p>
      <w:r>
        <w:rPr>
          <w:rFonts w:ascii="Gentium Plus" w:hAnsi="Gentium Plus"/>
          <w:sz w:val="24"/>
        </w:rPr>
        <w:t>τῆς· ἢ, οἴει, τοῦτο εὔχετο ὁ Σωκράτης, ὅπως αὐτῷ χρήματα γένηται, ἢ ὅπως ἄρξει Ἀθηναίων; πολλοῦ γε καὶ δεῖ. Ἀλλ’ εὔχετο μὲν τοῖς θεοῖς, ἐλάμβανεν δὲ παρ’ ἑαυτοῦ, συνεπινευόντων ἐκείνων, ἀρετὴν ψυχῆς,</w:t>
      </w:r>
    </w:p>
    <w:p>
      <w:r>
        <w:rPr>
          <w:rFonts w:ascii="Courier New" w:hAnsi="Courier New"/>
          <w:color w:val="555555"/>
          <w:sz w:val="20"/>
        </w:rPr>
        <w:t>[5]</w:t>
      </w:r>
    </w:p>
    <w:p>
      <w:r>
        <w:rPr>
          <w:rFonts w:ascii="Gentium Plus" w:hAnsi="Gentium Plus"/>
          <w:sz w:val="24"/>
        </w:rPr>
        <w:t>καὶ ἡσυχίαν βίου, καὶ ζωὴν ἄμεμπτον, καὶ εὔελπιν</w:t>
      </w:r>
    </w:p>
    <w:p>
      <w:r>
        <w:rPr>
          <w:rFonts w:ascii="Courier New" w:hAnsi="Courier New"/>
          <w:color w:val="555555"/>
          <w:sz w:val="20"/>
        </w:rPr>
        <w:t>[5 . 8 d]</w:t>
      </w:r>
    </w:p>
    <w:p>
      <w:r>
        <w:rPr>
          <w:rFonts w:ascii="Gentium Plus" w:hAnsi="Gentium Plus"/>
          <w:sz w:val="24"/>
        </w:rPr>
        <w:t>θάνατον, τὰ θαυμαστὰ δῶρα, τὰ θεοῖς δοτά. Ἐὰν δέ τις παρὰ μὲν τῆς γῆς εὔπλοιαν αἰτῇ, παρὰ δὲ τῆς θαλάττης εὐκαρπίαν, καὶ παρὰ μὲν ὑφάντου ἄροτρον, παρὰ δὲ τέκτονος χλανίδα, ἄπεισιν ἀτελὴς καὶ ἄδωρος</w:t>
      </w:r>
    </w:p>
    <w:p>
      <w:r>
        <w:rPr>
          <w:rFonts w:ascii="Courier New" w:hAnsi="Courier New"/>
          <w:color w:val="555555"/>
          <w:sz w:val="20"/>
        </w:rPr>
        <w:t>[5 . 8 e]</w:t>
      </w:r>
    </w:p>
    <w:p>
      <w:r>
        <w:rPr>
          <w:rFonts w:ascii="Gentium Plus" w:hAnsi="Gentium Plus"/>
          <w:sz w:val="24"/>
        </w:rPr>
        <w:t>καὶ ἄτευκτος. Ὦ Ζεῦ, καὶ Ἀθηνᾶ, καὶ Ἄπολλον, ἐθῶν ἀνθρωπίνων ἐπίσκοποι, φιλοσόφων ὑμῖν μαθητῶν δεῖ, οἳ τὴν ὑμετέραν τέχνην ἐρρωμέναις ψυχαῖς ὑποδεξά‐ μενοι ἄμητον βίου καλὸν καὶ εὐδαίμονα ἐκκαρπώσονται·</w:t>
      </w:r>
    </w:p>
    <w:p>
      <w:r>
        <w:rPr>
          <w:rFonts w:ascii="Courier New" w:hAnsi="Courier New"/>
          <w:color w:val="555555"/>
          <w:sz w:val="20"/>
        </w:rPr>
        <w:t>[5 . 8 f]</w:t>
      </w:r>
    </w:p>
    <w:p>
      <w:r>
        <w:rPr>
          <w:rFonts w:ascii="Gentium Plus" w:hAnsi="Gentium Plus"/>
          <w:sz w:val="24"/>
        </w:rPr>
        <w:t>ἀλλὰ ἐστὶν σπάνιον μὲν τὸ τῆς γεωργίας ταύτης χρῆμα, μόλις δὲ καὶ ὀψὲ παραγινόμενον. Δεῖ γε μὴν τοῦ σπανίου τούτου καὶ ὀλίγου ἐναύσματος τῷ βίῳ ἄλλοτε ἐν ἄλλοις σώμασιν φανταζομένου, ὡς ἐν νυκτὶ πολλῇ</w:t>
      </w:r>
    </w:p>
    <w:p>
      <w:r>
        <w:rPr>
          <w:rFonts w:ascii="Courier New" w:hAnsi="Courier New"/>
          <w:color w:val="555555"/>
          <w:sz w:val="20"/>
        </w:rPr>
        <w:t>[5]</w:t>
      </w:r>
    </w:p>
    <w:p>
      <w:r>
        <w:rPr>
          <w:rFonts w:ascii="Gentium Plus" w:hAnsi="Gentium Plus"/>
          <w:sz w:val="24"/>
        </w:rPr>
        <w:t>δεῖ φωτὸς ὀλίγου· τὸ γὰρ καλὸν ἐν ἀνθρωπίνῃ φύσει οὐ πολύ, φιλεῖ γε μὴν πρὸς τοῦ ὀλίγου τούτου σώ‐</w:t>
      </w:r>
    </w:p>
    <w:p>
      <w:r>
        <w:rPr>
          <w:rFonts w:ascii="Courier New" w:hAnsi="Courier New"/>
          <w:color w:val="555555"/>
          <w:sz w:val="20"/>
        </w:rPr>
        <w:t>[5 . 8 g]</w:t>
      </w:r>
    </w:p>
    <w:p>
      <w:r>
        <w:rPr>
          <w:rFonts w:ascii="Gentium Plus" w:hAnsi="Gentium Plus"/>
          <w:sz w:val="24"/>
        </w:rPr>
        <w:t>ζεσθαι τὰ πάντα. Ἂν δ’ ἐξέλῃς τοῦ βίου φιλοσοφίαν, ἐξεῖλες αὐτοῦ τὸ ζώπυρον, τὸ ἔμπνουν, τὸ ζωτικόν, τὸ μόνον εὔχεσθαι ἐπιστάμενον· ὡς ψυχὴν σώματος ἐὰν ἀφέλῃς, ἔπηξας τὸ σῶμα· ὡς καρποὺς γῆς ἐὰν ἀφέλῃς,</w:t>
      </w:r>
    </w:p>
    <w:p>
      <w:r>
        <w:rPr>
          <w:rFonts w:ascii="Courier New" w:hAnsi="Courier New"/>
          <w:color w:val="555555"/>
          <w:sz w:val="20"/>
        </w:rPr>
        <w:t>[5]</w:t>
      </w:r>
    </w:p>
    <w:p>
      <w:r>
        <w:rPr>
          <w:rFonts w:ascii="Gentium Plus" w:hAnsi="Gentium Plus"/>
          <w:sz w:val="24"/>
        </w:rPr>
        <w:t>τὴν γῆν ἐξέτεμες· ὡς ἥλιον ἡμέρας, τὴν ἡμέραν ἔσβεσας.</w:t>
      </w:r>
    </w:p>
    <w:p>
      <w:pPr>
        <w:jc w:val="center"/>
      </w:pPr>
      <w:r>
        <w:rPr>
          <w:rFonts w:ascii="Gentium Plus" w:hAnsi="Gentium Plus"/>
          <w:b/>
          <w:sz w:val="24"/>
        </w:rPr>
        <w:t>Τί ἐπιστήμη.</w:t>
      </w:r>
    </w:p>
    <w:p>
      <w:r>
        <w:rPr>
          <w:rFonts w:ascii="Courier New" w:hAnsi="Courier New"/>
          <w:color w:val="555555"/>
          <w:sz w:val="20"/>
        </w:rPr>
        <w:t>[1]</w:t>
      </w:r>
    </w:p>
    <w:p>
      <w:r>
        <w:rPr>
          <w:rFonts w:ascii="Gentium Plus" w:hAnsi="Gentium Plus"/>
          <w:sz w:val="24"/>
        </w:rPr>
        <w:t>Τί ποτ’ ἐστὶν τοῦτο, ᾧ διαφέρει ἄνθρωπος θηρίου;</w:t>
      </w:r>
    </w:p>
    <w:p>
      <w:r>
        <w:rPr>
          <w:rFonts w:ascii="Courier New" w:hAnsi="Courier New"/>
          <w:color w:val="555555"/>
          <w:sz w:val="20"/>
        </w:rPr>
        <w:t>[6 . 1 b]</w:t>
      </w:r>
    </w:p>
    <w:p>
      <w:r>
        <w:rPr>
          <w:rFonts w:ascii="Gentium Plus" w:hAnsi="Gentium Plus"/>
          <w:sz w:val="24"/>
        </w:rPr>
        <w:t>καὶ τί ποτέ ἐστιν, ᾧ διαφέρει ἀνθρώπου θεός· Ἐγὼ μὲν οἶμαι θηρίων μὲν ἀνθρώπους ἐπιστήμῃ κρατεῖν, θεῶν δὲ ἐλαττοῦσθαι μοχθηρίᾳ· θεὸς μὲν γὰρ ἀνθρώπου σοφώτερον, ἄνθρωπος δὲ θηρίου ἐπιστημονέστερον.</w:t>
      </w:r>
    </w:p>
    <w:p>
      <w:r>
        <w:rPr>
          <w:rFonts w:ascii="Courier New" w:hAnsi="Courier New"/>
          <w:color w:val="555555"/>
          <w:sz w:val="20"/>
        </w:rPr>
        <w:t>[6 . 1 c/d]</w:t>
      </w:r>
    </w:p>
    <w:p>
      <w:r>
        <w:rPr>
          <w:rFonts w:ascii="Gentium Plus" w:hAnsi="Gentium Plus"/>
          <w:sz w:val="24"/>
        </w:rPr>
        <w:t>Ἄλλό τι οὖν ἐπιστήμην σοφίας ἡγεῖ; Οὐ μὰ τὸν Δία, οὐ μᾶλλον ἢ ζωὴν ζωῆς· ἀλλὰ κοινὸν ὑπάρχον τὸ τῆς ζωῆς θνητῇ φύσει πρὸς τὸ ἀθάνατον, κατὰ μὲν τὴν ποιότητα ἰσομοιρεῖ· κατὰ δὲ τὴν βραχύτητα τοῦ βίου</w:t>
      </w:r>
    </w:p>
    <w:p>
      <w:r>
        <w:rPr>
          <w:rFonts w:ascii="Courier New" w:hAnsi="Courier New"/>
          <w:color w:val="555555"/>
          <w:sz w:val="20"/>
        </w:rPr>
        <w:t>[5]</w:t>
      </w:r>
    </w:p>
    <w:p>
      <w:r>
        <w:rPr>
          <w:rFonts w:ascii="Gentium Plus" w:hAnsi="Gentium Plus"/>
          <w:sz w:val="24"/>
        </w:rPr>
        <w:t>σχίζεται· θεοῦ μὲν γὰρ ζωὴ αἰώνιος, ἀνθρώπου δὲ</w:t>
      </w:r>
    </w:p>
    <w:p>
      <w:r>
        <w:rPr>
          <w:rFonts w:ascii="Courier New" w:hAnsi="Courier New"/>
          <w:color w:val="555555"/>
          <w:sz w:val="20"/>
        </w:rPr>
        <w:t>[6 . 1 e]</w:t>
      </w:r>
    </w:p>
    <w:p>
      <w:r>
        <w:rPr>
          <w:rFonts w:ascii="Gentium Plus" w:hAnsi="Gentium Plus"/>
          <w:sz w:val="24"/>
        </w:rPr>
        <w:t>ἐφήμερος. Ὥσπερ οὖν εἴ τις ἦν δύναμις ὀφθαλμοῖς</w:t>
      </w:r>
    </w:p>
    <w:p>
      <w:r>
        <w:rPr>
          <w:rFonts w:ascii="Courier New" w:hAnsi="Courier New"/>
          <w:color w:val="555555"/>
          <w:sz w:val="20"/>
        </w:rPr>
        <w:t>[5]</w:t>
      </w:r>
    </w:p>
    <w:p>
      <w:r>
        <w:rPr>
          <w:rFonts w:ascii="Gentium Plus" w:hAnsi="Gentium Plus"/>
          <w:sz w:val="24"/>
        </w:rPr>
        <w:t>παυλαν, μηδὲ νυκτὸς πρὸς ἠρεμίαν· κοινὸν μὲν ἦν τὸ ὁρᾶν ἐκείνοις τοῖς ὀφθαλμοῖς πρὸς ταυτηνὶ τὴν τῶν</w:t>
      </w:r>
    </w:p>
    <w:p>
      <w:r>
        <w:rPr>
          <w:rFonts w:ascii="Courier New" w:hAnsi="Courier New"/>
          <w:color w:val="555555"/>
          <w:sz w:val="20"/>
        </w:rPr>
        <w:t>[6 . 1 f]</w:t>
      </w:r>
    </w:p>
    <w:p>
      <w:r>
        <w:rPr>
          <w:rFonts w:ascii="Gentium Plus" w:hAnsi="Gentium Plus"/>
          <w:sz w:val="24"/>
        </w:rPr>
        <w:t>πολλῶν ὄψιν, διέφερεν δὲ τῷ διηνεκεῖ· οὕτως ἀμέλει καὶ ἡ ἐπιστήμη, κοινόν τι οὖσα, διαφορὰν ὅμως</w:t>
      </w:r>
    </w:p>
    <w:p>
      <w:r>
        <w:rPr>
          <w:rFonts w:ascii="Courier New" w:hAnsi="Courier New"/>
          <w:color w:val="555555"/>
          <w:sz w:val="20"/>
        </w:rPr>
        <w:t>[6 . 1 g]</w:t>
      </w:r>
    </w:p>
    <w:p>
      <w:r>
        <w:rPr>
          <w:rFonts w:ascii="Gentium Plus" w:hAnsi="Gentium Plus"/>
          <w:sz w:val="24"/>
        </w:rPr>
        <w:t>ἔχει ἡ θεία πρὸς τὴν ἀνθρωπίνην. Καὶ τὴν μὲν θείαν τάχα καὶ αὖθις εἰσόμεθα· νῦν δὲ δὴ ἐπὶ τὰ γνωριμώ‐</w:t>
      </w:r>
    </w:p>
    <w:p>
      <w:r>
        <w:rPr>
          <w:rFonts w:ascii="Courier New" w:hAnsi="Courier New"/>
          <w:color w:val="555555"/>
          <w:sz w:val="20"/>
        </w:rPr>
        <w:t>[6 . 1 h]</w:t>
      </w:r>
    </w:p>
    <w:p>
      <w:r>
        <w:rPr>
          <w:rFonts w:ascii="Gentium Plus" w:hAnsi="Gentium Plus"/>
          <w:sz w:val="24"/>
        </w:rPr>
        <w:t>τατα ἴωμεν· τί ποτ’ ἐστὶν τῷ ἀνθρώπῳ τὸ ἐπίστασθαι, καὶ εἰδέναι, καὶ μανθάνειν, καὶ ὅσα τοιαυτὶ λέγοντες ἕξιν τινὰ θεωρίας τῇ ψυχῇ προστίθεμεν.</w:t>
      </w:r>
    </w:p>
    <w:p>
      <w:r>
        <w:rPr>
          <w:rFonts w:ascii="Courier New" w:hAnsi="Courier New"/>
          <w:color w:val="555555"/>
          <w:sz w:val="20"/>
        </w:rPr>
        <w:t>[6 . 2 a]</w:t>
      </w:r>
    </w:p>
    <w:p>
      <w:r>
        <w:rPr>
          <w:rFonts w:ascii="Gentium Plus" w:hAnsi="Gentium Plus"/>
          <w:sz w:val="24"/>
        </w:rPr>
        <w:t>Ἆρα πᾶν ὅπερ ἡ αἴσθησις ἀθροίσασα τῇ κατὰ βραχὺ θεωρίᾳ, ἐμπειρίαν τοῦτο ὀνομάζουσα, προσ‐ αγάγῃ τῇ ψυχῇ, καὶ μετὰ τοῦτο ἐπισφραγίσηται ὁ λογισμὸς τῇ ἐμπειρίᾳ, τοῦτο φῶμεν ἐπιστήμην εἶναι;</w:t>
      </w:r>
    </w:p>
    <w:p>
      <w:r>
        <w:rPr>
          <w:rFonts w:ascii="Courier New" w:hAnsi="Courier New"/>
          <w:color w:val="555555"/>
          <w:sz w:val="20"/>
        </w:rPr>
        <w:t>[6 . 2 b]</w:t>
      </w:r>
    </w:p>
    <w:p>
      <w:r>
        <w:rPr>
          <w:rFonts w:ascii="Gentium Plus" w:hAnsi="Gentium Plus"/>
          <w:sz w:val="24"/>
        </w:rPr>
        <w:t>οἷον τὸ τοιόνδε λέγω. Οἱ πρῶτοι ἄνθρωποι οὔπω ναῦν εἰδότες, ἐρῶντες ἐπιμιξίας, ἀγόμενοι μὲν ὑπὸ τῆς χρείας, εἰργόμενοι δὲ ὑπὸ τῆς θαλάττης, εἶδον ὄρνιν ἐξ ἀέρος καταπτάντα νηχόμενον, εἶδον δὲ καὶ φόρτον</w:t>
      </w:r>
    </w:p>
    <w:p>
      <w:r>
        <w:rPr>
          <w:rFonts w:ascii="Courier New" w:hAnsi="Courier New"/>
          <w:color w:val="555555"/>
          <w:sz w:val="20"/>
        </w:rPr>
        <w:t>[5]</w:t>
      </w:r>
    </w:p>
    <w:p>
      <w:r>
        <w:rPr>
          <w:rFonts w:ascii="Gentium Plus" w:hAnsi="Gentium Plus"/>
          <w:sz w:val="24"/>
        </w:rPr>
        <w:t>φερόμενον κούφως ὑπὲρ τοῦ κύματος, ἤδη δέ που καὶ</w:t>
      </w:r>
    </w:p>
    <w:p>
      <w:r>
        <w:rPr>
          <w:rFonts w:ascii="Courier New" w:hAnsi="Courier New"/>
          <w:color w:val="555555"/>
          <w:sz w:val="20"/>
        </w:rPr>
        <w:t>[6 . 2 c]</w:t>
      </w:r>
    </w:p>
    <w:p>
      <w:r>
        <w:rPr>
          <w:rFonts w:ascii="Gentium Plus" w:hAnsi="Gentium Plus"/>
          <w:sz w:val="24"/>
        </w:rPr>
        <w:t>δένδρον ἀπενεχθὲν ἐκ ποταμοῦ εἰς κλύδωνα· καὶ τάχα μέν τις καὶ ἄκων κατενεχθείς, κινῶν τὰ ἄρθρα, ἐξενή‐</w:t>
      </w:r>
    </w:p>
    <w:p>
      <w:r>
        <w:rPr>
          <w:rFonts w:ascii="Courier New" w:hAnsi="Courier New"/>
          <w:color w:val="555555"/>
          <w:sz w:val="20"/>
        </w:rPr>
        <w:t>[6 . 2 d]</w:t>
      </w:r>
    </w:p>
    <w:p>
      <w:r>
        <w:rPr>
          <w:rFonts w:ascii="Gentium Plus" w:hAnsi="Gentium Plus"/>
          <w:sz w:val="24"/>
        </w:rPr>
        <w:t>ξατο, τάχα δὲ καὶ ἑκὼν ἐν παιδιᾶς μέρει· ἀθροίσασα δὲ ἡ πεῖρα τὴν ἔννοιαν τοῦ πλοῦ σχεδίαν τινὰ φαύλην τὸ πρῶτον ἐξειργάσατο, ὕλην κούφην ξυνδεόντων, αὐτο‐</w:t>
      </w:r>
    </w:p>
    <w:p>
      <w:r>
        <w:rPr>
          <w:rFonts w:ascii="Courier New" w:hAnsi="Courier New"/>
          <w:color w:val="555555"/>
          <w:sz w:val="20"/>
        </w:rPr>
        <w:t>[6 . 2 e]</w:t>
      </w:r>
    </w:p>
    <w:p>
      <w:r>
        <w:rPr>
          <w:rFonts w:ascii="Gentium Plus" w:hAnsi="Gentium Plus"/>
          <w:sz w:val="24"/>
        </w:rPr>
        <w:t>σχέδιον ναῦν· κατὰ βραχὺ δὲ προϊοῦσα ἡ αἴσθησις ὁμοῦ τῷ λογισμῷ ἐσοφίσατο καὶ ἐξεῦρεν ὄχημα κοῖλον, ἐρεσσόμενόν τε, καὶ ἐξ ἱστίων πλέον, καὶ ὑπὸ ἀνέμων φερόμενον καὶ ὑπὸ οἰάκων εὐθυνόμενον, καὶ ἐπέτρεψεν</w:t>
      </w:r>
    </w:p>
    <w:p>
      <w:r>
        <w:rPr>
          <w:rFonts w:ascii="Courier New" w:hAnsi="Courier New"/>
          <w:color w:val="555555"/>
          <w:sz w:val="20"/>
        </w:rPr>
        <w:t>[5]</w:t>
      </w:r>
    </w:p>
    <w:p>
      <w:r>
        <w:rPr>
          <w:rFonts w:ascii="Gentium Plus" w:hAnsi="Gentium Plus"/>
          <w:sz w:val="24"/>
        </w:rPr>
        <w:t>αὐτοῦ τὴν σωτηρίαν ἐπιστήμῃ μιᾷ τῇ κυβερνητικῇ.</w:t>
      </w:r>
    </w:p>
    <w:p>
      <w:r>
        <w:rPr>
          <w:rFonts w:ascii="Courier New" w:hAnsi="Courier New"/>
          <w:color w:val="555555"/>
          <w:sz w:val="20"/>
        </w:rPr>
        <w:t>[6 . 2 f]</w:t>
      </w:r>
    </w:p>
    <w:p>
      <w:r>
        <w:rPr>
          <w:rFonts w:ascii="Gentium Plus" w:hAnsi="Gentium Plus"/>
          <w:sz w:val="24"/>
        </w:rPr>
        <w:t>Φασὶν δὲ καὶ ἰατρικὴν εὑρῆσθαι τὸ ἀρχαῖον ὡδί· κο‐ μίζοντες οἱ οἰκεῖοι τὸν κάμνοντα εἰς τῶν ἀγυιῶν τὴν ἐντριβῆ, κατετίθεντο· ἐφιστάμενοι δὲ οἱ ἄνθρωποι, καὶ ἀνερωτῶντες τὸ ἄλγος ὅτῳ τὸ αὐτὸ ξυμπεσόν, ἔπειτα</w:t>
      </w:r>
    </w:p>
    <w:p>
      <w:r>
        <w:rPr>
          <w:rFonts w:ascii="Courier New" w:hAnsi="Courier New"/>
          <w:color w:val="555555"/>
          <w:sz w:val="20"/>
        </w:rPr>
        <w:t>[5]</w:t>
      </w:r>
    </w:p>
    <w:p>
      <w:r>
        <w:rPr>
          <w:rFonts w:ascii="Gentium Plus" w:hAnsi="Gentium Plus"/>
          <w:sz w:val="24"/>
        </w:rPr>
        <w:t>ὤνατο ἢ ἐδωδῇ τινι, ἢ καύσας, ἢ τεμών, ἢ διψήσας, παρετίθεντο ἕκαστοι ταῦτα τῷ κάμνοντι οἱ πεπον‐</w:t>
      </w:r>
    </w:p>
    <w:p>
      <w:r>
        <w:rPr>
          <w:rFonts w:ascii="Courier New" w:hAnsi="Courier New"/>
          <w:color w:val="555555"/>
          <w:sz w:val="20"/>
        </w:rPr>
        <w:t>[6 . 2 g]</w:t>
      </w:r>
    </w:p>
    <w:p>
      <w:r>
        <w:rPr>
          <w:rFonts w:ascii="Gentium Plus" w:hAnsi="Gentium Plus"/>
          <w:sz w:val="24"/>
        </w:rPr>
        <w:t>θότες πρότερον καὶ ὠφελημένοι· ἡ δὲ ὁμοιότης τοῦ πάθους συναθροίσασα τὴν τοῦ ὠφελήσαντος μνήμην τῇ κατ’ ὀλίγον ἐντεύξει ἐπιστήμην ἐποίησεν τὸ πᾶν.</w:t>
      </w:r>
    </w:p>
    <w:p>
      <w:r>
        <w:rPr>
          <w:rFonts w:ascii="Courier New" w:hAnsi="Courier New"/>
          <w:color w:val="555555"/>
          <w:sz w:val="20"/>
        </w:rPr>
        <w:t>[6 . 2 h]</w:t>
      </w:r>
    </w:p>
    <w:p>
      <w:r>
        <w:rPr>
          <w:rFonts w:ascii="Gentium Plus" w:hAnsi="Gentium Plus"/>
          <w:sz w:val="24"/>
        </w:rPr>
        <w:t>Οὕτω καὶ τεκτονικὴ συνέστη, καὶ χαλκευτική, καὶ ὑφαν‐ τική, καὶ γραφική, ὑπὸ τῆς πείρας ἑκάστη χειραγω‐</w:t>
      </w:r>
    </w:p>
    <w:p>
      <w:r>
        <w:rPr>
          <w:rFonts w:ascii="Courier New" w:hAnsi="Courier New"/>
          <w:color w:val="555555"/>
          <w:sz w:val="20"/>
        </w:rPr>
        <w:t>[6 . 3 a]</w:t>
      </w:r>
    </w:p>
    <w:p>
      <w:r>
        <w:rPr>
          <w:rFonts w:ascii="Gentium Plus" w:hAnsi="Gentium Plus"/>
          <w:sz w:val="24"/>
        </w:rPr>
        <w:t>Εἶεν· τοῦτο ἐπιστήμην φῶμεν, ἐθισμὸν ψυχῆς πρὸς ὁτιοῦν τῶν ἀνθρωπίνων ἔργων καὶ ἐπιτηδευμάτων· ἢ τοῦτο μὲν διατείνει καὶ ἐπὶ τὰ θηρία; καὶ αἴσθησις γὰρ καὶ πεῖρα οὐκ ἀνθρώπου ἴδιον· ἀλλὰ καὶ τὰ</w:t>
      </w:r>
    </w:p>
    <w:p>
      <w:r>
        <w:rPr>
          <w:rFonts w:ascii="Courier New" w:hAnsi="Courier New"/>
          <w:color w:val="555555"/>
          <w:sz w:val="20"/>
        </w:rPr>
        <w:t>[5]</w:t>
      </w:r>
    </w:p>
    <w:p>
      <w:r>
        <w:rPr>
          <w:rFonts w:ascii="Gentium Plus" w:hAnsi="Gentium Plus"/>
          <w:sz w:val="24"/>
        </w:rPr>
        <w:t>θηρία αἰσθάνεται, καὶ ἐκμανθάνει τὶ ὑπὸ τῆς πείρας,</w:t>
      </w:r>
    </w:p>
    <w:p>
      <w:r>
        <w:rPr>
          <w:rFonts w:ascii="Courier New" w:hAnsi="Courier New"/>
          <w:color w:val="555555"/>
          <w:sz w:val="20"/>
        </w:rPr>
        <w:t>[6 . 3 b]</w:t>
      </w:r>
    </w:p>
    <w:p>
      <w:r>
        <w:rPr>
          <w:rFonts w:ascii="Gentium Plus" w:hAnsi="Gentium Plus"/>
          <w:sz w:val="24"/>
        </w:rPr>
        <w:t>ὥστε καὶ τούτοις ὥρα μεταποιεῖσθαι σοφίας. Αἱ γέ‐ ρανοι ἐξ Αἰγύπτου ὥρᾳ θέρους ἀνιστάμεναι, οὐκ ἀνε‐ χόμεναι τὸ θάλπος, τείνασαι τὰς πτέρυγας ὥσπερ ἱστία,</w:t>
      </w:r>
    </w:p>
    <w:p>
      <w:r>
        <w:rPr>
          <w:rFonts w:ascii="Courier New" w:hAnsi="Courier New"/>
          <w:color w:val="555555"/>
          <w:sz w:val="20"/>
        </w:rPr>
        <w:t>[6 . 3 c]</w:t>
      </w:r>
    </w:p>
    <w:p>
      <w:r>
        <w:rPr>
          <w:rFonts w:ascii="Gentium Plus" w:hAnsi="Gentium Plus"/>
          <w:sz w:val="24"/>
        </w:rPr>
        <w:t>φέρονται διὰ τοῦ ἀέρος εὐθὺ τῆς Σκυθῶν γῆς· ἅτε δὲ οὐκ ἐν ῥυθμῷ ὂν τὸ ζῷον, ἀλλὰ ἐμβριθὲς μὲν τὰ μέσα, μακρὸν δὲ κατὰ τὸν αὐχένα, κοῦφον δὲ κατὰ τὸ οὐραῖον, ἀραιὸν δὲ κατὰ τὰς πτέρυγας, ἐσχισμένον δὲ</w:t>
      </w:r>
    </w:p>
    <w:p>
      <w:r>
        <w:rPr>
          <w:rFonts w:ascii="Courier New" w:hAnsi="Courier New"/>
          <w:color w:val="555555"/>
          <w:sz w:val="20"/>
        </w:rPr>
        <w:t>[5]</w:t>
      </w:r>
    </w:p>
    <w:p>
      <w:r>
        <w:rPr>
          <w:rFonts w:ascii="Gentium Plus" w:hAnsi="Gentium Plus"/>
          <w:sz w:val="24"/>
        </w:rPr>
        <w:t>κατὰ τὰ κῶλα, κλυδάζεται τὴν πτῆσιν, ὥσπερ ναῦς</w:t>
      </w:r>
    </w:p>
    <w:p>
      <w:r>
        <w:rPr>
          <w:rFonts w:ascii="Courier New" w:hAnsi="Courier New"/>
          <w:color w:val="555555"/>
          <w:sz w:val="20"/>
        </w:rPr>
        <w:t>[6 . 3 d]</w:t>
      </w:r>
    </w:p>
    <w:p>
      <w:r>
        <w:rPr>
          <w:rFonts w:ascii="Gentium Plus" w:hAnsi="Gentium Plus"/>
          <w:sz w:val="24"/>
        </w:rPr>
        <w:t>χειμαζομένη. Τοῦτο γνοῦσα ἡ γέρανος, ἢ αἰσθανο‐ μένη ἢ πειραθεῖσα, οὐ πρότερον ἀνίπταται, πρὶν ξυλ‐ λάβῃ λίθον τῷ στόματι ἕρμα εἶναι αὐτῇ πρὸς τὴν</w:t>
      </w:r>
    </w:p>
    <w:p>
      <w:r>
        <w:rPr>
          <w:rFonts w:ascii="Courier New" w:hAnsi="Courier New"/>
          <w:color w:val="555555"/>
          <w:sz w:val="20"/>
        </w:rPr>
        <w:t>[6 . 3 e]</w:t>
      </w:r>
    </w:p>
    <w:p>
      <w:r>
        <w:rPr>
          <w:rFonts w:ascii="Gentium Plus" w:hAnsi="Gentium Plus"/>
          <w:sz w:val="24"/>
        </w:rPr>
        <w:t>πτῆσιν. Ἔλαφοι ἐκ Σικελίας ἐπὶ Ῥηγίου περαιοῦνται,</w:t>
      </w:r>
    </w:p>
    <w:p>
      <w:r>
        <w:rPr>
          <w:rFonts w:ascii="Courier New" w:hAnsi="Courier New"/>
          <w:color w:val="555555"/>
          <w:sz w:val="20"/>
        </w:rPr>
        <w:t>[6 . 3 f]</w:t>
      </w:r>
    </w:p>
    <w:p>
      <w:r>
        <w:rPr>
          <w:rFonts w:ascii="Gentium Plus" w:hAnsi="Gentium Plus"/>
          <w:sz w:val="24"/>
        </w:rPr>
        <w:t>ὧδέ πως· νήχονται ἐπὶ μιᾶς τεταγμέναι, ἀλλήλαις ἑπό‐ μεναι, ὥσπερ στρατόπεδον ἐπικέρως βαδίζον· νήχονται δὲ ἐπιθεῖσα ἑκάστη τὴν κορυφὴν τῇ τῆς ἡγουμένης</w:t>
      </w:r>
    </w:p>
    <w:p>
      <w:r>
        <w:rPr>
          <w:rFonts w:ascii="Courier New" w:hAnsi="Courier New"/>
          <w:color w:val="555555"/>
          <w:sz w:val="20"/>
        </w:rPr>
        <w:t>[6 . 3 g]</w:t>
      </w:r>
    </w:p>
    <w:p>
      <w:r>
        <w:rPr>
          <w:rFonts w:ascii="Gentium Plus" w:hAnsi="Gentium Plus"/>
          <w:sz w:val="24"/>
        </w:rPr>
        <w:t>ἰξύϊ· ἡ δὲ στρατηγοῦσα τῆς τάξεως, ἐπειδὰν κάμῃ, ἐπὶ οὐραῖον μεθίσταται, καὶ ἡγεῖται ἄλλη, καὶ οὐραγεῖ ἄλλη· ὡς ἐν τοῖς στρατοπέδοις Ξενοφῶν μὲν οὐραγεῖ, ἡγεῖται δὲ Χειρίσοφος· ὥστε καὶ στρατηγίας τακτικῆς</w:t>
      </w:r>
    </w:p>
    <w:p>
      <w:r>
        <w:rPr>
          <w:rFonts w:ascii="Courier New" w:hAnsi="Courier New"/>
          <w:color w:val="555555"/>
          <w:sz w:val="20"/>
        </w:rPr>
        <w:t>[5]</w:t>
      </w:r>
    </w:p>
    <w:p>
      <w:r>
        <w:rPr>
          <w:rFonts w:ascii="Gentium Plus" w:hAnsi="Gentium Plus"/>
          <w:sz w:val="24"/>
        </w:rPr>
        <w:t>μεταποιεῖται ταυτὶ τὰ θηρία.</w:t>
      </w:r>
    </w:p>
    <w:p>
      <w:r>
        <w:rPr>
          <w:rFonts w:ascii="Courier New" w:hAnsi="Courier New"/>
          <w:color w:val="555555"/>
          <w:sz w:val="20"/>
        </w:rPr>
        <w:t>[6 . 4 a]</w:t>
      </w:r>
    </w:p>
    <w:p>
      <w:r>
        <w:rPr>
          <w:rFonts w:ascii="Gentium Plus" w:hAnsi="Gentium Plus"/>
          <w:sz w:val="24"/>
        </w:rPr>
        <w:t>Μήποτε οὖν αἴσθησις μὲν καὶ πεῖρα οὐκ ἀνθρώ‐ πινον, λόγος δὲ ἀνθρώπου ἴδιον· καὶ οὐδὲν ἂν εἴη ἄλλο ἐπιστήμη πλὴν βεβαιότης λόγου, ὁδεύοντος κατὰ τὰ αὐτά, ἐκθηρωμένου τὰ συγγενῆ τῶν πραγμάτων,</w:t>
      </w:r>
    </w:p>
    <w:p>
      <w:r>
        <w:rPr>
          <w:rFonts w:ascii="Courier New" w:hAnsi="Courier New"/>
          <w:color w:val="555555"/>
          <w:sz w:val="20"/>
        </w:rPr>
        <w:t>[5]</w:t>
      </w:r>
    </w:p>
    <w:p>
      <w:r>
        <w:rPr>
          <w:rFonts w:ascii="Gentium Plus" w:hAnsi="Gentium Plus"/>
          <w:sz w:val="24"/>
        </w:rPr>
        <w:t>καὶ διακρίνοντος τὰ ἀνόμοια, καὶ τὰ ὅμοια συγκρίνον‐ τος, καὶ τὰ οἰκεῖα συντιθέντος, καὶ τὰ συγκεχυμένα διαιροῦντος, καὶ τὰ ἀλλότρια χωρίζοντος, καὶ τὰ ἄτακτα</w:t>
      </w:r>
    </w:p>
    <w:p>
      <w:r>
        <w:rPr>
          <w:rFonts w:ascii="Courier New" w:hAnsi="Courier New"/>
          <w:color w:val="555555"/>
          <w:sz w:val="20"/>
        </w:rPr>
        <w:t>[6 . 4 b]</w:t>
      </w:r>
    </w:p>
    <w:p>
      <w:r>
        <w:rPr>
          <w:rFonts w:ascii="Gentium Plus" w:hAnsi="Gentium Plus"/>
          <w:sz w:val="24"/>
        </w:rPr>
        <w:t>συντάττοντος, καὶ τὰ ἀνάρμοστα ἁρμοζομένου. Τοι‐ οῦτον γὰρ ἀμέλει καὶ ἀριθμητική, καὶ γεωμετρία, καὶ μουσική, καὶ ὅσαι ἄλλαι χειρουργίας ἀδεεῖς τῇ τοῦ</w:t>
      </w:r>
    </w:p>
    <w:p>
      <w:r>
        <w:rPr>
          <w:rFonts w:ascii="Courier New" w:hAnsi="Courier New"/>
          <w:color w:val="555555"/>
          <w:sz w:val="20"/>
        </w:rPr>
        <w:t>[6 . 4 c]</w:t>
      </w:r>
    </w:p>
    <w:p>
      <w:r>
        <w:rPr>
          <w:rFonts w:ascii="Gentium Plus" w:hAnsi="Gentium Plus"/>
          <w:sz w:val="24"/>
        </w:rPr>
        <w:t>γάσαντο. Καὶ μὴν Ὅμηρος οὐ ταύτας πρεσβυτάτας ἐπι‐ στημῶν λέγει, παλαιὸς ἀνήρ, καὶ ἀξιόχρεως δήπου πι‐ στεύεσθαι, ἀλλὰ θαυμάζει τούτους μόνους, ὡς σοφούς, μάντιν, ἢ ἰητῆρα κακῶν, ἢ τέκτονα δούρων,</w:t>
      </w:r>
    </w:p>
    <w:p>
      <w:r>
        <w:rPr>
          <w:rFonts w:ascii="Courier New" w:hAnsi="Courier New"/>
          <w:color w:val="555555"/>
          <w:sz w:val="20"/>
        </w:rPr>
        <w:t>[6 . 4 d]</w:t>
      </w:r>
    </w:p>
    <w:p>
      <w:r>
        <w:rPr>
          <w:rFonts w:ascii="Gentium Plus" w:hAnsi="Gentium Plus"/>
          <w:sz w:val="24"/>
        </w:rPr>
        <w:t>καὶ ‘θέσπιν ἀοιδόν.‘ Ὢ τῆς ἰσοτιμίας. Ὁ μάντις σοφός, καὶ ὁ τέκτων σοφός, καὶ ὁ Ἀπόλλων δήπου, καὶ ὁ ἰατρός, καὶ ὁ Ἀσκληπιὸς δήπου ὁμοίως τίμιος, καὶ ὁ</w:t>
      </w:r>
    </w:p>
    <w:p>
      <w:r>
        <w:rPr>
          <w:rFonts w:ascii="Courier New" w:hAnsi="Courier New"/>
          <w:color w:val="555555"/>
          <w:sz w:val="20"/>
        </w:rPr>
        <w:t>[6 . 4 e]</w:t>
      </w:r>
    </w:p>
    <w:p>
      <w:r>
        <w:rPr>
          <w:rFonts w:ascii="Gentium Plus" w:hAnsi="Gentium Plus"/>
          <w:sz w:val="24"/>
        </w:rPr>
        <w:t>Φήμιος. Μήποτ’ οὖν Ὅμηρος μὲν ταῖς ἐπιστήμαις τὰς τιμὰς νέμει κατὰ τὴν εὕρεσιν μᾶλλον ἢ κατὰ τὴν χρείαν αὐτῶν, ἡμῖν δὲ οὐ ταύτῃ θηρατέον, ἀλλὰ ὡδὶ</w:t>
      </w:r>
    </w:p>
    <w:p>
      <w:r>
        <w:rPr>
          <w:rFonts w:ascii="Courier New" w:hAnsi="Courier New"/>
          <w:color w:val="555555"/>
          <w:sz w:val="20"/>
        </w:rPr>
        <w:t>[6 . 4 f]</w:t>
      </w:r>
    </w:p>
    <w:p>
      <w:r>
        <w:rPr>
          <w:rFonts w:ascii="Gentium Plus" w:hAnsi="Gentium Plus"/>
          <w:sz w:val="24"/>
        </w:rPr>
        <w:t>λέγωμεν· ὅτι ἡ τοῦ ἀνθρώπου ψυχὴ τὸ εὐκινητότατον οὖσα τῶν ὄντων καὶ ὀξύτατον, κεκραμένη ἐκ θνητῆς καὶ ἀθανάτου φύσεως, κατὰ μὲν τὸ θνητὸν αὐτῆς ξυντάττεται τῇ θηριώδει φύσει, καὶ γὰρ τρέφει, καὶ</w:t>
      </w:r>
    </w:p>
    <w:p>
      <w:r>
        <w:rPr>
          <w:rFonts w:ascii="Courier New" w:hAnsi="Courier New"/>
          <w:color w:val="555555"/>
          <w:sz w:val="20"/>
        </w:rPr>
        <w:t>[6 . 4 g]</w:t>
      </w:r>
    </w:p>
    <w:p>
      <w:r>
        <w:rPr>
          <w:rFonts w:ascii="Gentium Plus" w:hAnsi="Gentium Plus"/>
          <w:sz w:val="24"/>
        </w:rPr>
        <w:t>αὔξει, καὶ κινεῖ, καὶ αἰσθάνεται· κατὰ δὲ τὸ ἀθάνατον τῷ θείῳ καὶ ξυνάπτει, καὶ γὰρ νοεῖ, καὶ λογίζεται,</w:t>
      </w:r>
    </w:p>
    <w:p>
      <w:r>
        <w:rPr>
          <w:rFonts w:ascii="Courier New" w:hAnsi="Courier New"/>
          <w:color w:val="555555"/>
          <w:sz w:val="20"/>
        </w:rPr>
        <w:t>[6 . 4 h]</w:t>
      </w:r>
    </w:p>
    <w:p>
      <w:r>
        <w:rPr>
          <w:rFonts w:ascii="Gentium Plus" w:hAnsi="Gentium Plus"/>
          <w:sz w:val="24"/>
        </w:rPr>
        <w:t>καὶ μανθάνει, καὶ ἐπίσταται· καθὸ δὲ ξυμβάλλουσιν αὐτῆς αἱ θνηταὶ φύσεις τῷ ἀθανάτῳ, τοῦτο πᾶν κα‐</w:t>
      </w:r>
    </w:p>
    <w:p>
      <w:r>
        <w:rPr>
          <w:rFonts w:ascii="Courier New" w:hAnsi="Courier New"/>
          <w:color w:val="555555"/>
          <w:sz w:val="20"/>
        </w:rPr>
        <w:t>[6 . 4 i]</w:t>
      </w:r>
    </w:p>
    <w:p>
      <w:r>
        <w:rPr>
          <w:rFonts w:ascii="Gentium Plus" w:hAnsi="Gentium Plus"/>
          <w:sz w:val="24"/>
        </w:rPr>
        <w:t>σθησιν. Καὶ ἐστὶν ἔργον ψυχῆς, ὡς μὲν ἀλόγου, αἴ‐ σθησις· ὡς δὲ θείας, νοῦς· ὡς δὲ ἀνθρωπίνης, φρόνησις· ἀθροίζει δὲ αἴσθησις μὲν ἐμπειρίαν, φρόνησις δὲ λόγον, νοῦς δὲ βεβαιότητα· τὴν δὲ ἐξ ἁπάντων ἁρμονίαν ἐπι‐</w:t>
      </w:r>
    </w:p>
    <w:p>
      <w:r>
        <w:rPr>
          <w:rFonts w:ascii="Courier New" w:hAnsi="Courier New"/>
          <w:color w:val="555555"/>
          <w:sz w:val="20"/>
        </w:rPr>
        <w:t>[6 . 4 k]</w:t>
      </w:r>
    </w:p>
    <w:p>
      <w:r>
        <w:rPr>
          <w:rFonts w:ascii="Gentium Plus" w:hAnsi="Gentium Plus"/>
          <w:sz w:val="24"/>
        </w:rPr>
        <w:t>στήμην καλῶ· εἰ δέ τοι δεῖ καὶ εἰκόνος τῷ λόγῳ, ἔστω ἡ μὲν αἴσθησις κατὰ τὴν ἐν τεκτονικῇ χειρουργίαν, ὁ δὲ νοῦς κατὰ γεωμετρίαν, ἡ δὲ φρόνησις οἵα καὶ τῶν ἀρχιτεκτόνων ἤδη τέχνη, διὰ μέσου οὖσα γεωμετρίας</w:t>
      </w:r>
    </w:p>
    <w:p>
      <w:r>
        <w:rPr>
          <w:rFonts w:ascii="Courier New" w:hAnsi="Courier New"/>
          <w:color w:val="555555"/>
          <w:sz w:val="20"/>
        </w:rPr>
        <w:t>[5]</w:t>
      </w:r>
    </w:p>
    <w:p>
      <w:r>
        <w:rPr>
          <w:rFonts w:ascii="Gentium Plus" w:hAnsi="Gentium Plus"/>
          <w:sz w:val="24"/>
        </w:rPr>
        <w:t>καὶ τεκτονικῆς, πρὸς μὲν τὴν χειρουργίαν ἐπιστήμη τὶς οὖσα, πρὸς δὲ γεωμετρίαν ἐλλαττουμένη κατὰ τὴν βε‐ βαιότητα.</w:t>
      </w:r>
    </w:p>
    <w:p>
      <w:r>
        <w:rPr>
          <w:rFonts w:ascii="Courier New" w:hAnsi="Courier New"/>
          <w:color w:val="555555"/>
          <w:sz w:val="20"/>
        </w:rPr>
        <w:t>[6 . 5 a]</w:t>
      </w:r>
    </w:p>
    <w:p>
      <w:r>
        <w:rPr>
          <w:rFonts w:ascii="Gentium Plus" w:hAnsi="Gentium Plus"/>
          <w:sz w:val="24"/>
        </w:rPr>
        <w:t>Διείληχε δὴ καὶ τὰς τῶν ἀνθρώπων δυνάμεις ἐπι‐</w:t>
      </w:r>
    </w:p>
    <w:p>
      <w:r>
        <w:rPr>
          <w:rFonts w:ascii="Courier New" w:hAnsi="Courier New"/>
          <w:color w:val="555555"/>
          <w:sz w:val="20"/>
        </w:rPr>
        <w:t>[6 . 5 b]</w:t>
      </w:r>
    </w:p>
    <w:p>
      <w:r>
        <w:rPr>
          <w:rFonts w:ascii="Gentium Plus" w:hAnsi="Gentium Plus"/>
          <w:sz w:val="24"/>
        </w:rPr>
        <w:t>στήμη, καὶ φρόνησις, καὶ ἐμπειρία. Καὶ ἡ μὲν ἐμ‐ πειρία, περὶ πῦρ καὶ σίδηρον καὶ ἄλλας ὕλας πραγμα‐ τευομένη παντοδαπάς, ἐρανίζει τὰς χρείας τοῦ βίου</w:t>
      </w:r>
    </w:p>
    <w:p>
      <w:r>
        <w:rPr>
          <w:rFonts w:ascii="Courier New" w:hAnsi="Courier New"/>
          <w:color w:val="555555"/>
          <w:sz w:val="20"/>
        </w:rPr>
        <w:t>[6 . 5 c]</w:t>
      </w:r>
    </w:p>
    <w:p>
      <w:r>
        <w:rPr>
          <w:rFonts w:ascii="Gentium Plus" w:hAnsi="Gentium Plus"/>
          <w:sz w:val="24"/>
        </w:rPr>
        <w:t>ταῖς εὐπορίαις τῶν τεχνῶν. Ἡ δὲ φρόνησις ἐπιτετα‐ γμένη τοῖς τῆς ψυχῆς παθήμασιν, καὶ οἰκονομοῦσα ταῦτα τῷ λογισμῷ, πρὸς μὲν ἐμπειρίαν ἐπιστήμης ἔχει λόγον, ἀπολείπεται δὲ ἐπιστήμης, καθόσον περὶ πρᾶγμα</w:t>
      </w:r>
    </w:p>
    <w:p>
      <w:r>
        <w:rPr>
          <w:rFonts w:ascii="Courier New" w:hAnsi="Courier New"/>
          <w:color w:val="555555"/>
          <w:sz w:val="20"/>
        </w:rPr>
        <w:t>[5]</w:t>
      </w:r>
    </w:p>
    <w:p>
      <w:r>
        <w:rPr>
          <w:rFonts w:ascii="Gentium Plus" w:hAnsi="Gentium Plus"/>
          <w:sz w:val="24"/>
        </w:rPr>
        <w:t>οὐχ ἑστὸς οὐδὲ ὡμολογημένον πραγματευομένη σχηματί‐</w:t>
      </w:r>
    </w:p>
    <w:p>
      <w:r>
        <w:rPr>
          <w:rFonts w:ascii="Courier New" w:hAnsi="Courier New"/>
          <w:color w:val="555555"/>
          <w:sz w:val="20"/>
        </w:rPr>
        <w:t>[6 . 5 d]</w:t>
      </w:r>
    </w:p>
    <w:p>
      <w:r>
        <w:rPr>
          <w:rFonts w:ascii="Gentium Plus" w:hAnsi="Gentium Plus"/>
          <w:sz w:val="24"/>
        </w:rPr>
        <w:t>ζεται τῇ τούτου φύσει. Ὁ δὲ νοῦς τὸ τιμιώτατον ἐν ψυχῇ καὶ ἀρχικώτατον, καθάπερ ἐν πόλει νόμος, οὐκ</w:t>
      </w:r>
    </w:p>
    <w:p>
      <w:r>
        <w:rPr>
          <w:rFonts w:ascii="Courier New" w:hAnsi="Courier New"/>
          <w:color w:val="555555"/>
          <w:sz w:val="20"/>
        </w:rPr>
        <w:t>[5]</w:t>
      </w:r>
    </w:p>
    <w:p>
      <w:r>
        <w:rPr>
          <w:rFonts w:ascii="Gentium Plus" w:hAnsi="Gentium Plus"/>
          <w:sz w:val="24"/>
        </w:rPr>
        <w:t>ἐκκλησίας κεχειροτονημένος, οὐδ’ ὑπὸ δήμου ἐπῃνη‐ μένος, οὐδ’ ὑπὸ δικαστηρίου δεδοκιμασμένος, οὐδ’ ὑπὸ</w:t>
      </w:r>
    </w:p>
    <w:p>
      <w:r>
        <w:rPr>
          <w:rFonts w:ascii="Courier New" w:hAnsi="Courier New"/>
          <w:color w:val="555555"/>
          <w:sz w:val="20"/>
        </w:rPr>
        <w:t>[6 . 5 e]</w:t>
      </w:r>
    </w:p>
    <w:p>
      <w:r>
        <w:rPr>
          <w:rFonts w:ascii="Gentium Plus" w:hAnsi="Gentium Plus"/>
          <w:sz w:val="24"/>
        </w:rPr>
        <w:t>Σόλωνος ἢ Λυκούργου τεθείς· ἀλλὰ θεὸς μὲν ὁ νομο‐ θέτης, ἄγραφος δὲ ὁ νόμος, ἀχειροτόνητος δὲ ἡ τιμή,</w:t>
      </w:r>
    </w:p>
    <w:p>
      <w:r>
        <w:rPr>
          <w:rFonts w:ascii="Courier New" w:hAnsi="Courier New"/>
          <w:color w:val="555555"/>
          <w:sz w:val="20"/>
        </w:rPr>
        <w:t>[6 . 5 f]</w:t>
      </w:r>
    </w:p>
    <w:p>
      <w:r>
        <w:rPr>
          <w:rFonts w:ascii="Gentium Plus" w:hAnsi="Gentium Plus"/>
          <w:sz w:val="24"/>
        </w:rPr>
        <w:t>ἀνυπεύθυνος δὲ ἡ ἐξουσία. Καὶ μόνος ἂν εἴη οὗτος νόμος· οἱ δὲ ἄλλως, οἱ καλούμενοι, δόξαι ψευδεῖς καὶ</w:t>
      </w:r>
    </w:p>
    <w:p>
      <w:r>
        <w:rPr>
          <w:rFonts w:ascii="Courier New" w:hAnsi="Courier New"/>
          <w:color w:val="555555"/>
          <w:sz w:val="20"/>
        </w:rPr>
        <w:t>[6 . 5 g]</w:t>
      </w:r>
    </w:p>
    <w:p>
      <w:r>
        <w:rPr>
          <w:rFonts w:ascii="Gentium Plus" w:hAnsi="Gentium Plus"/>
          <w:sz w:val="24"/>
        </w:rPr>
        <w:t>διημαρτημέναι καὶ σφαλλόμεναι. Κατ’ ἐκείνους τοὺς νόμους καὶ Ἀριστείδης ἔφευγεν, καὶ Περικλῆς ἐζη‐</w:t>
      </w:r>
    </w:p>
    <w:p>
      <w:r>
        <w:rPr>
          <w:rFonts w:ascii="Courier New" w:hAnsi="Courier New"/>
          <w:color w:val="555555"/>
          <w:sz w:val="20"/>
        </w:rPr>
        <w:t>[6 . 5 h]</w:t>
      </w:r>
    </w:p>
    <w:p>
      <w:r>
        <w:rPr>
          <w:rFonts w:ascii="Gentium Plus" w:hAnsi="Gentium Plus"/>
          <w:sz w:val="24"/>
        </w:rPr>
        <w:t>μιοῦτο, καὶ Σωκράτης ἀπέθνησκεν· κατὰ δὲ τὸν θεῖον τοῦτον νόμον καὶ Ἀριστείδης δίκαιος ἦν, καὶ Περι‐</w:t>
      </w:r>
    </w:p>
    <w:p>
      <w:r>
        <w:rPr>
          <w:rFonts w:ascii="Courier New" w:hAnsi="Courier New"/>
          <w:color w:val="555555"/>
          <w:sz w:val="20"/>
        </w:rPr>
        <w:t>[6 . 5 i]</w:t>
      </w:r>
    </w:p>
    <w:p>
      <w:r>
        <w:rPr>
          <w:rFonts w:ascii="Gentium Plus" w:hAnsi="Gentium Plus"/>
          <w:sz w:val="24"/>
        </w:rPr>
        <w:t>κλῆς ἀγαθὸς ἦν, καὶ Σωκράτης φιλόσοφος. Ἐκείνων τῶν νόμων ἔργον δημοκρατία, καὶ δικαστήρια, καὶ ἐκ‐ κλησίαι, καὶ δήμου ὁρμαί, καὶ δημαγωγῶν δωροδοκίαι, καὶ τύχαι παντοδαπαί, καὶ συμφοραὶ ποικίλαι· τούτου</w:t>
      </w:r>
    </w:p>
    <w:p>
      <w:r>
        <w:rPr>
          <w:rFonts w:ascii="Courier New" w:hAnsi="Courier New"/>
          <w:color w:val="555555"/>
          <w:sz w:val="20"/>
        </w:rPr>
        <w:t>[5]</w:t>
      </w:r>
    </w:p>
    <w:p>
      <w:r>
        <w:rPr>
          <w:rFonts w:ascii="Gentium Plus" w:hAnsi="Gentium Plus"/>
          <w:sz w:val="24"/>
        </w:rPr>
        <w:t>τοῦ νόμου ἔργον ἐλευθερία, καὶ ἀρετή, καὶ βίος ἄλυπος,</w:t>
      </w:r>
    </w:p>
    <w:p>
      <w:r>
        <w:rPr>
          <w:rFonts w:ascii="Courier New" w:hAnsi="Courier New"/>
          <w:color w:val="555555"/>
          <w:sz w:val="20"/>
        </w:rPr>
        <w:t>[6 . 5 k]</w:t>
      </w:r>
    </w:p>
    <w:p>
      <w:r>
        <w:rPr>
          <w:rFonts w:ascii="Gentium Plus" w:hAnsi="Gentium Plus"/>
          <w:sz w:val="24"/>
        </w:rPr>
        <w:t>καὶ ἀσφαλὴς εὐδαιμονία. Ὑπ’ ἐκείνων τῶν νόμων ἀθροίζεται μὲν τὰ δικαστήρια, πληροῦνται δὲ αἱ τριή‐ ρεις, ἐκπέμπονται δὲ οἱ στόλοι, τέμνεται γῆ, πολε‐ μεῖται θάλαττα, Αἴγινα ἀνίσταται, Δεκέλεια τειχίζεται,</w:t>
      </w:r>
    </w:p>
    <w:p>
      <w:r>
        <w:rPr>
          <w:rFonts w:ascii="Courier New" w:hAnsi="Courier New"/>
          <w:color w:val="555555"/>
          <w:sz w:val="20"/>
        </w:rPr>
        <w:t>[5]</w:t>
      </w:r>
    </w:p>
    <w:p>
      <w:r>
        <w:rPr>
          <w:rFonts w:ascii="Gentium Plus" w:hAnsi="Gentium Plus"/>
          <w:sz w:val="24"/>
        </w:rPr>
        <w:t>Μῆλος ἀπόλλυται, Πλαταιαὶ ἁλίσκονται, Σκιώνη ἀν‐</w:t>
      </w:r>
    </w:p>
    <w:p>
      <w:r>
        <w:rPr>
          <w:rFonts w:ascii="Courier New" w:hAnsi="Courier New"/>
          <w:color w:val="555555"/>
          <w:sz w:val="20"/>
        </w:rPr>
        <w:t>[6 . 5 l]</w:t>
      </w:r>
    </w:p>
    <w:p>
      <w:r>
        <w:rPr>
          <w:rFonts w:ascii="Gentium Plus" w:hAnsi="Gentium Plus"/>
          <w:sz w:val="24"/>
        </w:rPr>
        <w:t>δραποδίζεται, Δῆλος καθαιρεῖται· ὑπὸ τούτων τῶν νό‐</w:t>
      </w:r>
    </w:p>
    <w:p>
      <w:r>
        <w:rPr>
          <w:rFonts w:ascii="Courier New" w:hAnsi="Courier New"/>
          <w:color w:val="555555"/>
          <w:sz w:val="20"/>
        </w:rPr>
        <w:t>[5]</w:t>
      </w:r>
    </w:p>
    <w:p>
      <w:r>
        <w:rPr>
          <w:rFonts w:ascii="Gentium Plus" w:hAnsi="Gentium Plus"/>
          <w:sz w:val="24"/>
        </w:rPr>
        <w:t>βαρβαρικόν, πάντα εἰρήνης μεστά, καὶ ἐκεχειρίας, καὶ ἐπιστήμης, καὶ φιλοσοφίας, καὶ λόγων μουσικῶν.</w:t>
      </w:r>
    </w:p>
    <w:p>
      <w:r>
        <w:rPr>
          <w:rFonts w:ascii="Courier New" w:hAnsi="Courier New"/>
          <w:color w:val="555555"/>
          <w:sz w:val="20"/>
        </w:rPr>
        <w:t>[6 . 6 a]</w:t>
      </w:r>
    </w:p>
    <w:p>
      <w:r>
        <w:rPr>
          <w:rFonts w:ascii="Gentium Plus" w:hAnsi="Gentium Plus"/>
          <w:sz w:val="24"/>
        </w:rPr>
        <w:t>Ὦ νόμοι νόμων πρεσβύτεροι, καὶ νομοθέται νομο‐ θετῶν ἡμερώτεροι· οἷς ὁ μὲν ἑκὼν ὑπορρίψας ἑαυτόν, ἐλεύθερος, καὶ εὔπορος, καὶ ἀδεὴς ἐφημέρων νόμων</w:t>
      </w:r>
    </w:p>
    <w:p>
      <w:r>
        <w:rPr>
          <w:rFonts w:ascii="Courier New" w:hAnsi="Courier New"/>
          <w:color w:val="555555"/>
          <w:sz w:val="20"/>
        </w:rPr>
        <w:t>[6 . 6 b]</w:t>
      </w:r>
    </w:p>
    <w:p>
      <w:r>
        <w:rPr>
          <w:rFonts w:ascii="Gentium Plus" w:hAnsi="Gentium Plus"/>
          <w:sz w:val="24"/>
        </w:rPr>
        <w:t>καὶ ἀνοήτων δικαστῶν· εἰ δέ τινες παράνομοι ἐν τού‐ τοις καὶ ὑβρισταὶ ἄνδρες, ἔχουσιν τὴν δίκην, οὐκ Ἀθηναίων καταψηφιζομένων, οὐδὲ τῶν ἕνδεκα ἀπαγόν‐ των, οὐδὲ τοῦ δημίου προσφέροντος τὸ φάρμακον, ἀλλ’</w:t>
      </w:r>
    </w:p>
    <w:p>
      <w:r>
        <w:rPr>
          <w:rFonts w:ascii="Courier New" w:hAnsi="Courier New"/>
          <w:color w:val="555555"/>
          <w:sz w:val="20"/>
        </w:rPr>
        <w:t>[5]</w:t>
      </w:r>
    </w:p>
    <w:p>
      <w:r>
        <w:rPr>
          <w:rFonts w:ascii="Gentium Plus" w:hAnsi="Gentium Plus"/>
          <w:sz w:val="24"/>
        </w:rPr>
        <w:t>αὐτόθεν ἐξ αὐτοφυοῦς καὶ ἑκουσίου μοχθηρίας· αὐτῶν γὰρ σφετέρῃσιν ἀτασθαλίῃσιν ὄλοντο.</w:t>
      </w:r>
    </w:p>
    <w:p>
      <w:r>
        <w:rPr>
          <w:rFonts w:ascii="Courier New" w:hAnsi="Courier New"/>
          <w:color w:val="555555"/>
          <w:sz w:val="20"/>
        </w:rPr>
        <w:t>[6 . 6 c]</w:t>
      </w:r>
    </w:p>
    <w:p>
      <w:r>
        <w:rPr>
          <w:rFonts w:ascii="Gentium Plus" w:hAnsi="Gentium Plus"/>
          <w:sz w:val="24"/>
        </w:rPr>
        <w:t>Τοῦτον παραβὰς τὸν νόμον Ἀλκιβιάδης ἐδυστύχει, οὐχ ὁπότε αὐτὸν Ἀθηναῖοι ἐκ Σικελίας ἐκάλουν, οὐδ’ ὁπότε ἐπηράσαντο αὐτῷ κήρυκες καὶ Εὐμολπίδαι,</w:t>
      </w:r>
    </w:p>
    <w:p>
      <w:r>
        <w:rPr>
          <w:rFonts w:ascii="Courier New" w:hAnsi="Courier New"/>
          <w:color w:val="555555"/>
          <w:sz w:val="20"/>
        </w:rPr>
        <w:t>[5]</w:t>
      </w:r>
    </w:p>
    <w:p>
      <w:r>
        <w:rPr>
          <w:rFonts w:ascii="Gentium Plus" w:hAnsi="Gentium Plus"/>
          <w:sz w:val="24"/>
        </w:rPr>
        <w:t>οὐδ’ ὁπότε ἔφευγεν ἔξω τῆς Ἀττικῆς· μικρὰ ταῦτα, καὶ καταδίκη εὐκαταφρόνητος· κρείττων γὰρ ἦν καὶ</w:t>
      </w:r>
    </w:p>
    <w:p>
      <w:r>
        <w:rPr>
          <w:rFonts w:ascii="Courier New" w:hAnsi="Courier New"/>
          <w:color w:val="555555"/>
          <w:sz w:val="20"/>
        </w:rPr>
        <w:t>[6 . 6 d]</w:t>
      </w:r>
    </w:p>
    <w:p>
      <w:r>
        <w:rPr>
          <w:rFonts w:ascii="Gentium Plus" w:hAnsi="Gentium Plus"/>
          <w:sz w:val="24"/>
        </w:rPr>
        <w:t>φεύγων Ἀλκιβιάδης τῶν οἴκοι μενόντων· οὗτος παρὰ</w:t>
      </w:r>
    </w:p>
    <w:p>
      <w:r>
        <w:rPr>
          <w:rFonts w:ascii="Courier New" w:hAnsi="Courier New"/>
          <w:color w:val="555555"/>
          <w:sz w:val="20"/>
        </w:rPr>
        <w:t>[6 . 6 e]</w:t>
      </w:r>
    </w:p>
    <w:p>
      <w:r>
        <w:rPr>
          <w:rFonts w:ascii="Gentium Plus" w:hAnsi="Gentium Plus"/>
          <w:sz w:val="24"/>
        </w:rPr>
        <w:t>νησίων ἡγεῖτο· ἀλλ’ ἡ ἀληθὴς Ἀλκιβιάδου δίκη πρεσ‐ βυτέρα μακρῷ, πρεσβυτέρου νόμου καὶ πρεσβυτέρων δικαστῶν. Ἡνίκα ἐξῆλθεν Λυκείου, καὶ ὑπὸ Σωκρά‐ τους κατεγινώσκετο, καὶ ὑπὸ φιλοσοφίας ἐξεκηρύττετο·</w:t>
      </w:r>
    </w:p>
    <w:p>
      <w:r>
        <w:rPr>
          <w:rFonts w:ascii="Courier New" w:hAnsi="Courier New"/>
          <w:color w:val="555555"/>
          <w:sz w:val="20"/>
        </w:rPr>
        <w:t>[6 . 6 f]</w:t>
      </w:r>
    </w:p>
    <w:p>
      <w:r>
        <w:rPr>
          <w:rFonts w:ascii="Gentium Plus" w:hAnsi="Gentium Plus"/>
          <w:sz w:val="24"/>
        </w:rPr>
        <w:t>τότε φεύγει Ἀλκιβιάδης, τότε ἁλίσκεται. Ὢ καταδίκης</w:t>
      </w:r>
    </w:p>
    <w:p>
      <w:r>
        <w:rPr>
          <w:rFonts w:ascii="Courier New" w:hAnsi="Courier New"/>
          <w:color w:val="555555"/>
          <w:sz w:val="20"/>
        </w:rPr>
        <w:t>[6 . 6 g]</w:t>
      </w:r>
    </w:p>
    <w:p>
      <w:r>
        <w:rPr>
          <w:rFonts w:ascii="Gentium Plus" w:hAnsi="Gentium Plus"/>
          <w:sz w:val="24"/>
        </w:rPr>
        <w:t>πικρᾶς, καὶ ἀμειλίκτου ἀρᾶς, καὶ ἐλεεινῆς πλάνης. Τοι‐ γαροῦν Ἀθηναῖοι μὲν αὐτὸν καὶ δεηθέντες κατεδέ‐ ξαντο· φιλοσοφία δέ, καὶ ἐπιστήμη, καὶ ἀρετὴ τοῖς ἅπαξ φεύγουσιν ἄβατος μένει καὶ ἀδιάλλακτος. Τοι‐</w:t>
      </w:r>
    </w:p>
    <w:p>
      <w:r>
        <w:rPr>
          <w:rFonts w:ascii="Courier New" w:hAnsi="Courier New"/>
          <w:color w:val="555555"/>
          <w:sz w:val="20"/>
        </w:rPr>
        <w:t>[5]</w:t>
      </w:r>
    </w:p>
    <w:p>
      <w:r>
        <w:rPr>
          <w:rFonts w:ascii="Gentium Plus" w:hAnsi="Gentium Plus"/>
          <w:sz w:val="24"/>
        </w:rPr>
        <w:t>οῦτον ἡ ἐπιστήμη, τοιοῦτον ἡ ἀμαθία.</w:t>
      </w:r>
    </w:p>
    <w:p>
      <w:r>
        <w:rPr>
          <w:rFonts w:ascii="Courier New" w:hAnsi="Courier New"/>
          <w:color w:val="555555"/>
          <w:sz w:val="20"/>
        </w:rPr>
        <w:t>[6 . 7 a]</w:t>
      </w:r>
    </w:p>
    <w:p>
      <w:r>
        <w:rPr>
          <w:rFonts w:ascii="Gentium Plus" w:hAnsi="Gentium Plus"/>
          <w:sz w:val="24"/>
        </w:rPr>
        <w:t>Ἐγὼ δὲ καὶ τοὺς Μίνω νόμους ἐπιστήμην καλῶ, ἣν ἐδίδασκεν μὲν ὁ Ζεὺς ἐν ἐνναετεῖ χρόνῳ, ἐμάν‐ θανεν δὲ ὁ Μίνως, εὐδαιμόνει δὲ τὸ Κρητῶν γένος.</w:t>
      </w:r>
    </w:p>
    <w:p>
      <w:r>
        <w:rPr>
          <w:rFonts w:ascii="Courier New" w:hAnsi="Courier New"/>
          <w:color w:val="555555"/>
          <w:sz w:val="20"/>
        </w:rPr>
        <w:t>[6 . 7 b]</w:t>
      </w:r>
    </w:p>
    <w:p>
      <w:r>
        <w:rPr>
          <w:rFonts w:ascii="Gentium Plus" w:hAnsi="Gentium Plus"/>
          <w:sz w:val="24"/>
        </w:rPr>
        <w:t>Καὶ τὴν Κύρου ἐπιστήμην, ἀρετήν καλῶ βασιλικήν, ἣν ἐδίδασκεν μὲν Κῦρος, Καμβύσης δὲ οὐκ ἐμάνθανεν,</w:t>
      </w:r>
    </w:p>
    <w:p>
      <w:r>
        <w:rPr>
          <w:rFonts w:ascii="Courier New" w:hAnsi="Courier New"/>
          <w:color w:val="555555"/>
          <w:sz w:val="20"/>
        </w:rPr>
        <w:t>[6 . 7 c]</w:t>
      </w:r>
    </w:p>
    <w:p>
      <w:r>
        <w:rPr>
          <w:rFonts w:ascii="Gentium Plus" w:hAnsi="Gentium Plus"/>
          <w:sz w:val="24"/>
        </w:rPr>
        <w:t>οὐδὲ Ξέρξης ἐμάνθανεν. Κῦρος μὲν γὰρ ἡγεῖτο Περ‐ σῶν, ὡς ποιμὴν θρεμμάτων, σώζων τὸ αἰπόλιον καὶ τρέφων, καὶ Μήδοις πολεμῶν, καὶ Βαβυλωνίους λαμ‐ βάνων, καὶ μηδενὶ ἐφιεὶς λύκῳ βαρβάρῳ καὶ ἀργίᾳ</w:t>
      </w:r>
    </w:p>
    <w:p>
      <w:r>
        <w:rPr>
          <w:rFonts w:ascii="Courier New" w:hAnsi="Courier New"/>
          <w:color w:val="555555"/>
          <w:sz w:val="20"/>
        </w:rPr>
        <w:t>[6 . 7 d]</w:t>
      </w:r>
    </w:p>
    <w:p>
      <w:r>
        <w:rPr>
          <w:rFonts w:ascii="Gentium Plus" w:hAnsi="Gentium Plus"/>
          <w:sz w:val="24"/>
        </w:rPr>
        <w:t>ἀναμιχθῆναι τῇ ἀγέλῃ. Καμβύσης δ’ ἦν καὶ αὖθις Ξέρξης ἐκ ποιμένων ἀγαθῶν πονηροὶ λύκοι, κείροντες</w:t>
      </w:r>
    </w:p>
    <w:p>
      <w:r>
        <w:rPr>
          <w:rFonts w:ascii="Courier New" w:hAnsi="Courier New"/>
          <w:color w:val="555555"/>
          <w:sz w:val="20"/>
        </w:rPr>
        <w:t>[6 . 7 e]</w:t>
      </w:r>
    </w:p>
    <w:p>
      <w:r>
        <w:rPr>
          <w:rFonts w:ascii="Gentium Plus" w:hAnsi="Gentium Plus"/>
          <w:sz w:val="24"/>
        </w:rPr>
        <w:t>τὴν ἀγέλην, καὶ τῆς ἐπιστήμης ἀπεληλαμένοι. Ἐγὼ καὶ τοὺς Λυκούργου νόμους ἐπιστήμην καλῶ μουσικήν.</w:t>
      </w:r>
    </w:p>
    <w:p>
      <w:pPr>
        <w:jc w:val="center"/>
      </w:pPr>
      <w:r>
        <w:rPr>
          <w:rFonts w:ascii="Gentium Plus" w:hAnsi="Gentium Plus"/>
          <w:b/>
          <w:sz w:val="24"/>
        </w:rPr>
        <w:t>Πότερα χαλεπώτερα νοσήματα, τὰ τοῦ</w:t>
      </w:r>
    </w:p>
    <w:p>
      <w:pPr>
        <w:jc w:val="center"/>
      </w:pPr>
      <w:r>
        <w:rPr>
          <w:rFonts w:ascii="Gentium Plus" w:hAnsi="Gentium Plus"/>
          <w:b/>
          <w:sz w:val="24"/>
        </w:rPr>
        <w:t>σώματος, ἢ τὰ τῆς ψυχῆς.</w:t>
      </w:r>
    </w:p>
    <w:p>
      <w:r>
        <w:rPr>
          <w:rFonts w:ascii="Courier New" w:hAnsi="Courier New"/>
          <w:color w:val="555555"/>
          <w:sz w:val="20"/>
        </w:rPr>
        <w:t>[1]</w:t>
      </w:r>
    </w:p>
    <w:p>
      <w:r>
        <w:rPr>
          <w:rFonts w:ascii="Gentium Plus" w:hAnsi="Gentium Plus"/>
          <w:sz w:val="24"/>
        </w:rPr>
        <w:t>Ἄιδεταί τι ἐξ ἀρχαίου ᾆσμα ἐν εὐχῆς μέρει, ὑγεία πρεσβίστα μακάρων, μετὰ σοῦ ναίοιμι τὸ λειπόμενον βιοτᾶς.</w:t>
      </w:r>
    </w:p>
    <w:p>
      <w:r>
        <w:rPr>
          <w:rFonts w:ascii="Courier New" w:hAnsi="Courier New"/>
          <w:color w:val="555555"/>
          <w:sz w:val="20"/>
        </w:rPr>
        <w:t>[7 . 1 b]</w:t>
      </w:r>
    </w:p>
    <w:p>
      <w:r>
        <w:rPr>
          <w:rFonts w:ascii="Gentium Plus" w:hAnsi="Gentium Plus"/>
          <w:sz w:val="24"/>
        </w:rPr>
        <w:t>Ἐρωτῶ δὴ τὸν ποιητὴν τοῦ ᾄσματος, τίνα καὶ οὖσαν τὴν ὑγείαν ταύτην ξύνοικον αὐτῷ ἐλθεῖν παρακαλεῖ κατὰ</w:t>
      </w:r>
    </w:p>
    <w:p>
      <w:r>
        <w:rPr>
          <w:rFonts w:ascii="Courier New" w:hAnsi="Courier New"/>
          <w:color w:val="555555"/>
          <w:sz w:val="20"/>
        </w:rPr>
        <w:t>[7 . 1 c]</w:t>
      </w:r>
    </w:p>
    <w:p>
      <w:r>
        <w:rPr>
          <w:rFonts w:ascii="Gentium Plus" w:hAnsi="Gentium Plus"/>
          <w:sz w:val="24"/>
        </w:rPr>
        <w:t>τὴν εὐχήν. Ἐγὼ μὲν γὰρ ὑποπτεύω δαιμόνιόν τι εἶναι χρῆμα καὶ εὐχῆς ἄξιον· οὐ γὰρ ἂν εἰκῇ οὐδὲ ἐκ τοῦ</w:t>
      </w:r>
    </w:p>
    <w:p>
      <w:r>
        <w:rPr>
          <w:rFonts w:ascii="Courier New" w:hAnsi="Courier New"/>
          <w:color w:val="555555"/>
          <w:sz w:val="20"/>
        </w:rPr>
        <w:t>[7 . 1 d]</w:t>
      </w:r>
    </w:p>
    <w:p>
      <w:r>
        <w:rPr>
          <w:rFonts w:ascii="Gentium Plus" w:hAnsi="Gentium Plus"/>
          <w:sz w:val="24"/>
        </w:rPr>
        <w:t>Εἰ δὲ καὶ τοιοῦτόν ἐστιν, ὁποῖον αὐτὸ ὑποπτεύω εἶναι, ἀποκρινάσθω ἡμῖν ὑπὲρ τοῦ ποιητοῦ ὁ λόγος αὐτός·</w:t>
      </w:r>
    </w:p>
    <w:p>
      <w:r>
        <w:rPr>
          <w:rFonts w:ascii="Courier New" w:hAnsi="Courier New"/>
          <w:color w:val="555555"/>
          <w:sz w:val="20"/>
        </w:rPr>
        <w:t>[7 . 1 e]</w:t>
      </w:r>
    </w:p>
    <w:p>
      <w:r>
        <w:rPr>
          <w:rFonts w:ascii="Gentium Plus" w:hAnsi="Gentium Plus"/>
          <w:sz w:val="24"/>
        </w:rPr>
        <w:t>δύο γὰρ ὄντοιν ἐν τῇ τοῦ ἀνθρώπου ἁρμονίᾳ, ψυχῆς καὶ σώματος, εἰ μὲν οὐ πέφυκεν ψυχὴ νοσεῖν, ἦν ἂν δήπου τὸ ᾆσμα τοῦτο εὐχὴ σώματος, τοῦ καὶ πεφυ‐ κότος νοσεῖν καὶ ὑγείαν στέργοντος· εἰ δὲ ἀμφοῖν</w:t>
      </w:r>
    </w:p>
    <w:p>
      <w:r>
        <w:rPr>
          <w:rFonts w:ascii="Courier New" w:hAnsi="Courier New"/>
          <w:color w:val="555555"/>
          <w:sz w:val="20"/>
        </w:rPr>
        <w:t>[5]</w:t>
      </w:r>
    </w:p>
    <w:p>
      <w:r>
        <w:rPr>
          <w:rFonts w:ascii="Gentium Plus" w:hAnsi="Gentium Plus"/>
          <w:sz w:val="24"/>
        </w:rPr>
        <w:t>ὁμοίως συγκεκραμένων μὲν πρὸς τὸ κάλλιστον ὑπὸ τῆς φύσεως, ταραττομένων δὲ ὑπὸ τῆς παροινίας τῶν μερῶν, ἐπειδὰν πλεονεκτήσῃ τὶ ἐν αὐτοῖς, ὡς ἐν πόλει δῆμος ἢ τύραννος, κωλύει τὰ ἄλλα καὶ λυμαίνεται αὐτῶν τῇ συμμετρίᾳ, καλοῦμεν δὲ ἑκατέραν τὴν πλεο‐</w:t>
      </w:r>
    </w:p>
    <w:p>
      <w:r>
        <w:rPr>
          <w:rFonts w:ascii="Courier New" w:hAnsi="Courier New"/>
          <w:color w:val="555555"/>
          <w:sz w:val="20"/>
        </w:rPr>
        <w:t>[10]</w:t>
      </w:r>
    </w:p>
    <w:p>
      <w:r>
        <w:rPr>
          <w:rFonts w:ascii="Gentium Plus" w:hAnsi="Gentium Plus"/>
          <w:sz w:val="24"/>
        </w:rPr>
        <w:t>νεξίαν, τὴν μὲν ψυχῆς, τὴν δὲ σώματος, καὶ πρὸς μὲν αὐτὸ ἑκάτερον ὁμοίως ὑγείας ἐνδεές, πρὸς δὲ τὸ πλη‐ σίον οὐ κατ’ ἰσηγορίαν τάττεται· τὴν ποτέρου αὐτοῖν συμμετρίαν καὶ σωτηρίαν, πρεσβίσταν μακάρων ὀνο‐</w:t>
      </w:r>
    </w:p>
    <w:p>
      <w:r>
        <w:rPr>
          <w:rFonts w:ascii="Courier New" w:hAnsi="Courier New"/>
          <w:color w:val="555555"/>
          <w:sz w:val="20"/>
        </w:rPr>
        <w:t>[7 . 1 f]</w:t>
      </w:r>
    </w:p>
    <w:p>
      <w:r>
        <w:rPr>
          <w:rFonts w:ascii="Gentium Plus" w:hAnsi="Gentium Plus"/>
          <w:sz w:val="24"/>
        </w:rPr>
        <w:t>μάζωμεν; Ἵνα δὴ καὶ τὴν ἑκατέρου νόσον ἐκ τοῦ ἐναν‐ τίου θεασώμεθα, ποτέρᾳ τῷ ἀνθρώπῳ μεῖζον κακόν, φέρε δὴ οὑτωσὶ τὸ πᾶν διαιτήσωμαι.</w:t>
      </w:r>
    </w:p>
    <w:p>
      <w:r>
        <w:rPr>
          <w:rFonts w:ascii="Courier New" w:hAnsi="Courier New"/>
          <w:color w:val="555555"/>
          <w:sz w:val="20"/>
        </w:rPr>
        <w:t>[7 . 2 a]</w:t>
      </w:r>
    </w:p>
    <w:p>
      <w:r>
        <w:rPr>
          <w:rFonts w:ascii="Gentium Plus" w:hAnsi="Gentium Plus"/>
          <w:sz w:val="24"/>
        </w:rPr>
        <w:t>Ψυχὴ καὶ σῶμα ὁ ἄνθρωπος, τὸ μὲν αὐτοῦ ἄρχον, τὸ δὲ ἀρχόμενον, ὡς ἐν πόλει ἄρχων καὶ ἀρχόμενος· καὶ ἐστὶν καὶ ὁ ἄρχων πόλεως μέρος, καὶ οἱ ἀρχόμενοι παραπλησίως· πότερον δὴ τῶν μερῶν τούτων πράττον</w:t>
      </w:r>
    </w:p>
    <w:p>
      <w:r>
        <w:rPr>
          <w:rFonts w:ascii="Courier New" w:hAnsi="Courier New"/>
          <w:color w:val="555555"/>
          <w:sz w:val="20"/>
        </w:rPr>
        <w:t>[7 . 2 b]</w:t>
      </w:r>
    </w:p>
    <w:p>
      <w:r>
        <w:rPr>
          <w:rFonts w:ascii="Gentium Plus" w:hAnsi="Gentium Plus"/>
          <w:sz w:val="24"/>
        </w:rPr>
        <w:t>κακῶς λυμαίνεται τῇ πόλει; Νοσείτω δῆμος ἐν δημο‐ κρατίᾳ, ἀλλὰ Περικλῆς ὑγιαίνων, ἄρχων ἀγαθός, ἐπαν‐ ορθοῖ τὴν τοῦ δήμου νόσον· νοσείτω Συρακοσίοις Διονύσιος τυραννικὴν νόσον, ἀλλ’ ὁ δῆμος ὑγιαίνων</w:t>
      </w:r>
    </w:p>
    <w:p>
      <w:r>
        <w:rPr>
          <w:rFonts w:ascii="Courier New" w:hAnsi="Courier New"/>
          <w:color w:val="555555"/>
          <w:sz w:val="20"/>
        </w:rPr>
        <w:t>[7 . 2 c]</w:t>
      </w:r>
    </w:p>
    <w:p>
      <w:r>
        <w:rPr>
          <w:rFonts w:ascii="Gentium Plus" w:hAnsi="Gentium Plus"/>
          <w:sz w:val="24"/>
        </w:rPr>
        <w:t>ἐξασθενεῖ πρὸς τὴν σωτηρίαν. Βούλει δὴ τὸ μὲν σῶμα εἶναι σοι οἷον δῆμον, τὴν δὲ ψυχὴν ὥσπερ δυνάστην;</w:t>
      </w:r>
    </w:p>
    <w:p>
      <w:r>
        <w:rPr>
          <w:rFonts w:ascii="Courier New" w:hAnsi="Courier New"/>
          <w:color w:val="555555"/>
          <w:sz w:val="20"/>
        </w:rPr>
        <w:t>[7 . 2 d]</w:t>
      </w:r>
    </w:p>
    <w:p>
      <w:r>
        <w:rPr>
          <w:rFonts w:ascii="Gentium Plus" w:hAnsi="Gentium Plus"/>
          <w:sz w:val="24"/>
        </w:rPr>
        <w:t>θέασαι τοίνυν, καὶ παράβαλε τὴν εἰκόνα. Ὁ δῆμος πλέον ἢ ὁ ἄρχων, καὶ τὸ σῶμα πλέον ἢ ἡ ψυχή· δῆ‐ μος ἔμπληκτον, καὶ τὸ σῶμα ὅμοιον· δῆμος πολυμερὲς καὶ πολύφωνον καὶ πολυπαθές, 〈καὶ τὸ σῶμα πολυ‐</w:t>
      </w:r>
    </w:p>
    <w:p>
      <w:r>
        <w:rPr>
          <w:rFonts w:ascii="Courier New" w:hAnsi="Courier New"/>
          <w:color w:val="555555"/>
          <w:sz w:val="20"/>
        </w:rPr>
        <w:t>[5]</w:t>
      </w:r>
    </w:p>
    <w:p>
      <w:r>
        <w:rPr>
          <w:rFonts w:ascii="Gentium Plus" w:hAnsi="Gentium Plus"/>
          <w:sz w:val="24"/>
        </w:rPr>
        <w:t>μερὲς καὶ πολύφωνον καὶ πολυπαθές·〉 δῆμος ἐξ ἀνο‐ μοίων πολλῶν καὶ παντοδαπῶν συγκεκραμένον, καὶ τὸ σῶμα ἐξ ἀνομοίων πολλῶν καὶ παντοδαπῶν συγκε‐ κραμένον· δῆμος χρῆμα ὀξὺ ἐν ὀργαῖς, ἰσχυρὸν ἐν</w:t>
      </w:r>
    </w:p>
    <w:p>
      <w:r>
        <w:rPr>
          <w:rFonts w:ascii="Courier New" w:hAnsi="Courier New"/>
          <w:color w:val="555555"/>
          <w:sz w:val="20"/>
        </w:rPr>
        <w:t>[7 . 2 e]</w:t>
      </w:r>
    </w:p>
    <w:p>
      <w:r>
        <w:rPr>
          <w:rFonts w:ascii="Gentium Plus" w:hAnsi="Gentium Plus"/>
          <w:sz w:val="24"/>
        </w:rPr>
        <w:t>χαλεπὸν ἐν θυμοῖς· ταὐτὰ καὶ σώματος πάθη, καὶ γὰρ ἐπιθυμητικόν, καὶ αἰτητικόν, καὶ φιλήδονον, καὶ ὁρ‐</w:t>
      </w:r>
    </w:p>
    <w:p>
      <w:r>
        <w:rPr>
          <w:rFonts w:ascii="Courier New" w:hAnsi="Courier New"/>
          <w:color w:val="555555"/>
          <w:sz w:val="20"/>
        </w:rPr>
        <w:t>[7 . 2 f]</w:t>
      </w:r>
    </w:p>
    <w:p>
      <w:r>
        <w:rPr>
          <w:rFonts w:ascii="Gentium Plus" w:hAnsi="Gentium Plus"/>
          <w:sz w:val="24"/>
        </w:rPr>
        <w:t>μητικόν. Φέρε, καὶ τὸν ἄρχοντα τῷ ἄρχοντι εἰκάζωμεν</w:t>
      </w:r>
    </w:p>
    <w:p>
      <w:r>
        <w:rPr>
          <w:rFonts w:ascii="Courier New" w:hAnsi="Courier New"/>
          <w:color w:val="555555"/>
          <w:sz w:val="20"/>
        </w:rPr>
        <w:t>[7 . 2 g]</w:t>
      </w:r>
    </w:p>
    <w:p>
      <w:r>
        <w:rPr>
          <w:rFonts w:ascii="Gentium Plus" w:hAnsi="Gentium Plus"/>
          <w:sz w:val="24"/>
        </w:rPr>
        <w:t>Ἄρχων ἐν πόλει προστακτικώτατον, καὶ τιμιώτατον, καὶ ἰσχυρότατον, ψυχὴ ἀνθρώπῳ προστακτικώτατον,</w:t>
      </w:r>
    </w:p>
    <w:p>
      <w:r>
        <w:rPr>
          <w:rFonts w:ascii="Courier New" w:hAnsi="Courier New"/>
          <w:color w:val="555555"/>
          <w:sz w:val="20"/>
        </w:rPr>
        <w:t>[7 . 2 h]</w:t>
      </w:r>
    </w:p>
    <w:p>
      <w:r>
        <w:rPr>
          <w:rFonts w:ascii="Gentium Plus" w:hAnsi="Gentium Plus"/>
          <w:sz w:val="24"/>
        </w:rPr>
        <w:t>καὶ τιμιώτατον, καὶ ἰσχυρότατον· ἄρχων τῇ φύσει φροντιστικώτατον, καὶ λογιστικώτατον, τὸ δὲ αὐτὸν</w:t>
      </w:r>
    </w:p>
    <w:p>
      <w:r>
        <w:rPr>
          <w:rFonts w:ascii="Courier New" w:hAnsi="Courier New"/>
          <w:color w:val="555555"/>
          <w:sz w:val="20"/>
        </w:rPr>
        <w:t>[7 . 2 i]</w:t>
      </w:r>
    </w:p>
    <w:p>
      <w:r>
        <w:rPr>
          <w:rFonts w:ascii="Gentium Plus" w:hAnsi="Gentium Plus"/>
          <w:sz w:val="24"/>
        </w:rPr>
        <w:t>καὶ ἡ ψυχή· ὁ ἄρχων αὐτεξούσιον, καὶ ἡ ψυχή. Τού‐ των τοίνυν οὕτως ἐχόντων, τὴν ποτέρου νόσον χαλε‐ πωτέραν φήσομεν, καὶ ἐν ἀνθρώπῳ, καὶ ἐν πόλει; οὐ τὸ κρεῖττον νοσοῦν ἀνιαρότερον τῷ ὅλω; δῆμος μὲν</w:t>
      </w:r>
    </w:p>
    <w:p>
      <w:r>
        <w:rPr>
          <w:rFonts w:ascii="Courier New" w:hAnsi="Courier New"/>
          <w:color w:val="555555"/>
          <w:sz w:val="20"/>
        </w:rPr>
        <w:t>[5]</w:t>
      </w:r>
    </w:p>
    <w:p>
      <w:r>
        <w:rPr>
          <w:rFonts w:ascii="Gentium Plus" w:hAnsi="Gentium Plus"/>
          <w:sz w:val="24"/>
        </w:rPr>
        <w:t>γὰρ κάμνων, ὑγιαίνοντος ἄρχοντος, ἐν ἐλευθέρᾳ τῇ πόλει νοσεῖ· ἄρχοντος δὲ νοσοῦντος, δουλεία πόλεως.</w:t>
      </w:r>
    </w:p>
    <w:p>
      <w:r>
        <w:rPr>
          <w:rFonts w:ascii="Courier New" w:hAnsi="Courier New"/>
          <w:color w:val="555555"/>
          <w:sz w:val="20"/>
        </w:rPr>
        <w:t>[7 . 2 k]</w:t>
      </w:r>
    </w:p>
    <w:p>
      <w:r>
        <w:rPr>
          <w:rFonts w:ascii="Gentium Plus" w:hAnsi="Gentium Plus"/>
          <w:sz w:val="24"/>
        </w:rPr>
        <w:t>Συνελόντι δ’ εἰπεῖν, ψυχὴ σώματος τιμιώτερον· τὸ δὲ τοῦ τιμιωτέρου ἀγαθόν, μεῖζον· τὸ δὲ τῷ μείζονι ἀγαθῷ ἐναντίον, μεῖζον κακόν· ἀγαθὸν δὲ μεῖζον ὑγεία ψυχῆς ὑγείας σώματος· μεῖζον οὖν κακὸν νόσος ψυχῆς</w:t>
      </w:r>
    </w:p>
    <w:p>
      <w:r>
        <w:rPr>
          <w:rFonts w:ascii="Courier New" w:hAnsi="Courier New"/>
          <w:color w:val="555555"/>
          <w:sz w:val="20"/>
        </w:rPr>
        <w:t>[7 . 2 l]</w:t>
      </w:r>
    </w:p>
    <w:p>
      <w:r>
        <w:rPr>
          <w:rFonts w:ascii="Gentium Plus" w:hAnsi="Gentium Plus"/>
          <w:sz w:val="24"/>
        </w:rPr>
        <w:t>νόσου σώματος. Ὑγεία μὲν σώματος τέχνης ἔργον, ὑγεία δὲ ψυχῆς, ἀρετῆς ἔργον· νόσος ψυχῆς μοχθηρία, νόσος σώματος δυστυχία· ἑκούσιον ἡ μοχθηρία, ἀκούσιον ἡ</w:t>
      </w:r>
    </w:p>
    <w:p>
      <w:r>
        <w:rPr>
          <w:rFonts w:ascii="Courier New" w:hAnsi="Courier New"/>
          <w:color w:val="555555"/>
          <w:sz w:val="20"/>
        </w:rPr>
        <w:t>[5]</w:t>
      </w:r>
    </w:p>
    <w:p>
      <w:r>
        <w:rPr>
          <w:rFonts w:ascii="Gentium Plus" w:hAnsi="Gentium Plus"/>
          <w:sz w:val="24"/>
        </w:rPr>
        <w:t>τὰ ἐλεούμενα βοηθεῖται, τὰ μισούμενα κολάζεται· τὰ βοηθούμενα μέτρια, τὰ κολαζόμενα χείρω.</w:t>
      </w:r>
    </w:p>
    <w:p>
      <w:r>
        <w:rPr>
          <w:rFonts w:ascii="Courier New" w:hAnsi="Courier New"/>
          <w:color w:val="555555"/>
          <w:sz w:val="20"/>
        </w:rPr>
        <w:t>[7 . 3 a]</w:t>
      </w:r>
    </w:p>
    <w:p>
      <w:r>
        <w:rPr>
          <w:rFonts w:ascii="Gentium Plus" w:hAnsi="Gentium Plus"/>
          <w:sz w:val="24"/>
        </w:rPr>
        <w:t>Πάλιν αὖ τὴν ὑγείαν ἐφ’ ἑκατέρου σκόπει. Ἡ μὲν πάντων ἀδεής, ἡ δὲ πάντων ἐνδεής· ἡ μὲν εὐδαιμονίαν χορηγεῖ, ἡ δὲ ποθίζεται· ἡ μὲν ἄμοιρος κακοῦ, ἡ δὲ ἐπισφαλὴς εἰς μοχθηρίαν· τῇ μὲν ἀέναος ὑγεία, τῷ δὲ</w:t>
      </w:r>
    </w:p>
    <w:p>
      <w:r>
        <w:rPr>
          <w:rFonts w:ascii="Courier New" w:hAnsi="Courier New"/>
          <w:color w:val="555555"/>
          <w:sz w:val="20"/>
        </w:rPr>
        <w:t>[5]</w:t>
      </w:r>
    </w:p>
    <w:p>
      <w:r>
        <w:rPr>
          <w:rFonts w:ascii="Gentium Plus" w:hAnsi="Gentium Plus"/>
          <w:sz w:val="24"/>
        </w:rPr>
        <w:t>ἐφήμερος· τῇ μὲν βέβαιος, τῷ δὲ ἄστατος· τῇ μὲν</w:t>
      </w:r>
    </w:p>
    <w:p>
      <w:r>
        <w:rPr>
          <w:rFonts w:ascii="Courier New" w:hAnsi="Courier New"/>
          <w:color w:val="555555"/>
          <w:sz w:val="20"/>
        </w:rPr>
        <w:t>[7 . 3 b]</w:t>
      </w:r>
    </w:p>
    <w:p>
      <w:r>
        <w:rPr>
          <w:rFonts w:ascii="Gentium Plus" w:hAnsi="Gentium Plus"/>
          <w:sz w:val="24"/>
        </w:rPr>
        <w:t>ἀθάνατος, τῷ δὲ θνητή. Σκόπει καὶ τὰς νόσους· νόσος σώματος εὐαπάλλακτος τῇ τέχνῃ, νόσος ψυχῆς δυσμετά‐ βλητος τῷ νόμῳ· ἡ μὲν τὸν ἔχοντα ἀνιῶσα ποιεῖ πρὸς τὴν ἴασιν εἰκτικώτερον, ἡ δὲ ἐξαναλοῦσα τὸν ἔχοντα,</w:t>
      </w:r>
    </w:p>
    <w:p>
      <w:r>
        <w:rPr>
          <w:rFonts w:ascii="Courier New" w:hAnsi="Courier New"/>
          <w:color w:val="555555"/>
          <w:sz w:val="20"/>
        </w:rPr>
        <w:t>[5]</w:t>
      </w:r>
    </w:p>
    <w:p>
      <w:r>
        <w:rPr>
          <w:rFonts w:ascii="Gentium Plus" w:hAnsi="Gentium Plus"/>
          <w:sz w:val="24"/>
        </w:rPr>
        <w:t>ὑπερορᾶν τῶν νόμων παρασκευάζει· τῇ μὲν βοηθοῦσιν θεοί, τὴν δὲ μισοῦσιν· πόλεμον οὐ κινεῖς διὰ νόσον</w:t>
      </w:r>
    </w:p>
    <w:p>
      <w:r>
        <w:rPr>
          <w:rFonts w:ascii="Courier New" w:hAnsi="Courier New"/>
          <w:color w:val="555555"/>
          <w:sz w:val="20"/>
        </w:rPr>
        <w:t>[7 . 3 c]</w:t>
      </w:r>
    </w:p>
    <w:p>
      <w:r>
        <w:rPr>
          <w:rFonts w:ascii="Gentium Plus" w:hAnsi="Gentium Plus"/>
          <w:sz w:val="24"/>
        </w:rPr>
        <w:t>σώματος, διὰ δὲ ψυχῆς νόσον οἱ πολλοὶ πόλεμοι· οὐ‐ δεὶς νοσῶν τὸ σῶμα συκοφαντεῖ, ἢ τυμβωρυχεῖ, ἢ ληΐ‐ ζεται, ἤ τι ἄλλο δρᾷ κακὸν μέγα· νόσος σώματος ἀν‐ ιαρὸν τῷ ἔχοντι· νόσος ψυχῆς ἀνιαρὸν καὶ τῷ πλησίον.</w:t>
      </w:r>
    </w:p>
    <w:p>
      <w:r>
        <w:rPr>
          <w:rFonts w:ascii="Courier New" w:hAnsi="Courier New"/>
          <w:color w:val="555555"/>
          <w:sz w:val="20"/>
        </w:rPr>
        <w:t>[7 . 4 a]</w:t>
      </w:r>
    </w:p>
    <w:p>
      <w:r>
        <w:rPr>
          <w:rFonts w:ascii="Gentium Plus" w:hAnsi="Gentium Plus"/>
          <w:sz w:val="24"/>
        </w:rPr>
        <w:t>Θέασαι τὸ λεγόμενον ὡδὶ σαφέστερον ἐπὶ πολιτι‐</w:t>
      </w:r>
    </w:p>
    <w:p>
      <w:r>
        <w:rPr>
          <w:rFonts w:ascii="Courier New" w:hAnsi="Courier New"/>
          <w:color w:val="555555"/>
          <w:sz w:val="20"/>
        </w:rPr>
        <w:t>[7 . 4 b]</w:t>
      </w:r>
    </w:p>
    <w:p>
      <w:r>
        <w:rPr>
          <w:rFonts w:ascii="Gentium Plus" w:hAnsi="Gentium Plus"/>
          <w:sz w:val="24"/>
        </w:rPr>
        <w:t>κῆς εἰκόνος. Ἀθήνησιν ἐν δημοκρατουμένῃ πόλει, καὶ</w:t>
      </w:r>
    </w:p>
    <w:p>
      <w:r>
        <w:rPr>
          <w:rFonts w:ascii="Courier New" w:hAnsi="Courier New"/>
          <w:color w:val="555555"/>
          <w:sz w:val="20"/>
        </w:rPr>
        <w:t>[5]</w:t>
      </w:r>
    </w:p>
    <w:p>
      <w:r>
        <w:rPr>
          <w:rFonts w:ascii="Gentium Plus" w:hAnsi="Gentium Plus"/>
          <w:sz w:val="24"/>
        </w:rPr>
        <w:t>καὶ καταβὰς διὰ τῆς βασιλέως γῆς, καὶ τελευτήσας</w:t>
      </w:r>
    </w:p>
    <w:p>
      <w:r>
        <w:rPr>
          <w:rFonts w:ascii="Courier New" w:hAnsi="Courier New"/>
          <w:color w:val="555555"/>
          <w:sz w:val="20"/>
        </w:rPr>
        <w:t>[7 . 4 c]</w:t>
      </w:r>
    </w:p>
    <w:p>
      <w:r>
        <w:rPr>
          <w:rFonts w:ascii="Gentium Plus" w:hAnsi="Gentium Plus"/>
          <w:sz w:val="24"/>
        </w:rPr>
        <w:t>ἐκεῖ, καὶ ἱδρυθεὶς αὐτόθι, ἔφθειρε τὴν πόλιν. συνεπ‐ ελάμβανεν δὲ τῇ τοῦ κακοῦ ἐπιδημίᾳ καὶ ἐκ Πελο‐</w:t>
      </w:r>
    </w:p>
    <w:p>
      <w:r>
        <w:rPr>
          <w:rFonts w:ascii="Courier New" w:hAnsi="Courier New"/>
          <w:color w:val="555555"/>
          <w:sz w:val="20"/>
        </w:rPr>
        <w:t>[7 . 4 d]</w:t>
      </w:r>
    </w:p>
    <w:p>
      <w:r>
        <w:rPr>
          <w:rFonts w:ascii="Gentium Plus" w:hAnsi="Gentium Plus"/>
          <w:sz w:val="24"/>
        </w:rPr>
        <w:t>ποννήσου πόλεμος. Δῃουμένης δὲ τῆς γῆς, καὶ φθειρο‐ μένης τῆς πόλεως, καὶ ἀναλισκομένων τῶν σωμάτων, καὶ μαραινομένης τῆς δυνάμεως, καὶ ἀπαγορεύοντος τῇ πόλει τοῦ σώματος, εἷς ἀνήρ, οἷον ψυχὴ πόλεως, ὁ</w:t>
      </w:r>
    </w:p>
    <w:p>
      <w:r>
        <w:rPr>
          <w:rFonts w:ascii="Courier New" w:hAnsi="Courier New"/>
          <w:color w:val="555555"/>
          <w:sz w:val="20"/>
        </w:rPr>
        <w:t>[5]</w:t>
      </w:r>
    </w:p>
    <w:p>
      <w:r>
        <w:rPr>
          <w:rFonts w:ascii="Gentium Plus" w:hAnsi="Gentium Plus"/>
          <w:sz w:val="24"/>
        </w:rPr>
        <w:t>Περικλῆς ἐκεῖνος, ἄνοσος καὶ ὑγιὴς μένων, ἐξώρθου τὴν πόλιν καὶ ἀνίστη, καὶ ἀνεζωπύρει, καὶ ἀντετάττετο</w:t>
      </w:r>
    </w:p>
    <w:p>
      <w:r>
        <w:rPr>
          <w:rFonts w:ascii="Courier New" w:hAnsi="Courier New"/>
          <w:color w:val="555555"/>
          <w:sz w:val="20"/>
        </w:rPr>
        <w:t>[7 . 4 e]</w:t>
      </w:r>
    </w:p>
    <w:p>
      <w:r>
        <w:rPr>
          <w:rFonts w:ascii="Gentium Plus" w:hAnsi="Gentium Plus"/>
          <w:sz w:val="24"/>
        </w:rPr>
        <w:t>τῷ λοιμῷ καὶ τῷ πολέμῳ. Θέασαι δὴ καὶ τὴν δευτέραν εἰκόνα. Ὅτε μὲν ὁ λοιμὸς ἐπέπαυτο, καὶ τὸ πλῆθος ἔρρωτο, καὶ ἡ δύναμις ἤκμαζεν· τότε δὴ τὸ ἀρχικὸν μέρος τῆς πόλεως ἐνόσει νόσον δεινὴν καὶ ἐγγύτατα</w:t>
      </w:r>
    </w:p>
    <w:p>
      <w:r>
        <w:rPr>
          <w:rFonts w:ascii="Courier New" w:hAnsi="Courier New"/>
          <w:color w:val="555555"/>
          <w:sz w:val="20"/>
        </w:rPr>
        <w:t>[5]</w:t>
      </w:r>
    </w:p>
    <w:p>
      <w:r>
        <w:rPr>
          <w:rFonts w:ascii="Gentium Plus" w:hAnsi="Gentium Plus"/>
          <w:sz w:val="24"/>
        </w:rPr>
        <w:t>μανίᾳ, καὶ κατελάμβανεν τὸ πλῆθος, καὶ τὸν δῆμον</w:t>
      </w:r>
    </w:p>
    <w:p>
      <w:r>
        <w:rPr>
          <w:rFonts w:ascii="Courier New" w:hAnsi="Courier New"/>
          <w:color w:val="555555"/>
          <w:sz w:val="20"/>
        </w:rPr>
        <w:t>[7 . 4 f]</w:t>
      </w:r>
    </w:p>
    <w:p>
      <w:r>
        <w:rPr>
          <w:rFonts w:ascii="Gentium Plus" w:hAnsi="Gentium Plus"/>
          <w:sz w:val="24"/>
        </w:rPr>
        <w:t>συννοσεῖν προσηνάγκαζεν. Ἦ γὰρ οὐχ οὗτος ὁ δῆμος καὶ Κλέωνι συνεμαίνετο, καὶ Ὑπερβόλῳ συνενόσει, καὶ Ἀλκιβιάδῃ συνεφλέγετο, καὶ τελευτῶν τοῖς δημαγωγοῖς συνετήκετο, καὶ συνεσφάλλετο, καὶ συναπωλλύετο, ἄλλου</w:t>
      </w:r>
    </w:p>
    <w:p>
      <w:r>
        <w:rPr>
          <w:rFonts w:ascii="Courier New" w:hAnsi="Courier New"/>
          <w:color w:val="555555"/>
          <w:sz w:val="20"/>
        </w:rPr>
        <w:t>[5]</w:t>
      </w:r>
    </w:p>
    <w:p>
      <w:r>
        <w:rPr>
          <w:rFonts w:ascii="Gentium Plus" w:hAnsi="Gentium Plus"/>
          <w:sz w:val="24"/>
        </w:rPr>
        <w:t>ἄλλοσε τὴν δειλαίαν καλοῦντος,</w:t>
      </w:r>
    </w:p>
    <w:p>
      <w:r>
        <w:rPr>
          <w:rFonts w:ascii="Courier New" w:hAnsi="Courier New"/>
          <w:color w:val="555555"/>
          <w:sz w:val="20"/>
        </w:rPr>
        <w:t>[7 . 4 g]</w:t>
      </w:r>
    </w:p>
    <w:p>
      <w:r>
        <w:rPr>
          <w:rFonts w:ascii="Gentium Plus" w:hAnsi="Gentium Plus"/>
          <w:sz w:val="24"/>
        </w:rPr>
        <w:t>Καὶ δείκνυσι μὲν Ἀλκιβιάδης Σικελίαν, δείκνυσι δὲ Κλέων Σφακτηρίαν, καὶ ἄλλος ἄλλην γῆν ἢ θάλατταν, ὡς</w:t>
      </w:r>
    </w:p>
    <w:p>
      <w:r>
        <w:rPr>
          <w:rFonts w:ascii="Courier New" w:hAnsi="Courier New"/>
          <w:color w:val="555555"/>
          <w:sz w:val="20"/>
        </w:rPr>
        <w:t>[7 . 4 h]</w:t>
      </w:r>
    </w:p>
    <w:p>
      <w:r>
        <w:rPr>
          <w:rFonts w:ascii="Gentium Plus" w:hAnsi="Gentium Plus"/>
          <w:sz w:val="24"/>
        </w:rPr>
        <w:t>πυρετιῶντι πηγὰς καὶ φρέατα. Ταῦτά ἐστιν ὑμῶν, ὦ πονηροί, τὰ θέσκελα ἔργα; φθορὰ καὶ ἀνάστασις,</w:t>
      </w:r>
    </w:p>
    <w:p>
      <w:r>
        <w:rPr>
          <w:rFonts w:ascii="Courier New" w:hAnsi="Courier New"/>
          <w:color w:val="555555"/>
          <w:sz w:val="20"/>
        </w:rPr>
        <w:t>[7 . 4 i]</w:t>
      </w:r>
    </w:p>
    <w:p>
      <w:r>
        <w:rPr>
          <w:rFonts w:ascii="Gentium Plus" w:hAnsi="Gentium Plus"/>
          <w:sz w:val="24"/>
        </w:rPr>
        <w:t>καὶ κακῶν ἀκμή, καὶ φλεγμονὴ νόσου; Τοῦτο δύναται καὶ ψυχῆς νόσος πρὸς σώματος νόσον παραβαλλομένη.</w:t>
      </w:r>
    </w:p>
    <w:p>
      <w:r>
        <w:rPr>
          <w:rFonts w:ascii="Courier New" w:hAnsi="Courier New"/>
          <w:color w:val="555555"/>
          <w:sz w:val="20"/>
        </w:rPr>
        <w:t>[7 . 4 k]</w:t>
      </w:r>
    </w:p>
    <w:p>
      <w:r>
        <w:rPr>
          <w:rFonts w:ascii="Gentium Plus" w:hAnsi="Gentium Plus"/>
          <w:sz w:val="24"/>
        </w:rPr>
        <w:t>Νοσεῖ σῶμα, καὶ ταράττεται, καὶ φθείρεται· ἀλλ’ ἐὰν ἐπιστήσῃς αὐτῷ ψυχὴν ἐρρωμένην, ἀμελεῖ τῆς νόσου, καὶ ὑπερφρονεῖ τοῦ κακοῦ· ὡς Φερεκύδης ὑπερεφρόνει ἐν Σύρῳ κείμενος, τῶν μὲν σαρκῶν αὐτῷ φθειρο‐</w:t>
      </w:r>
    </w:p>
    <w:p>
      <w:r>
        <w:rPr>
          <w:rFonts w:ascii="Courier New" w:hAnsi="Courier New"/>
          <w:color w:val="555555"/>
          <w:sz w:val="20"/>
        </w:rPr>
        <w:t>[5]</w:t>
      </w:r>
    </w:p>
    <w:p>
      <w:r>
        <w:rPr>
          <w:rFonts w:ascii="Gentium Plus" w:hAnsi="Gentium Plus"/>
          <w:sz w:val="24"/>
        </w:rPr>
        <w:t>μένων, τῆς δὲ ψυχῆς ἑστώσης ὀρθῆς, καὶ παραδο‐ κούσης τὴν ἀπαλλαγὴν τοῦ δυσχρήστου τούτου περι‐ βλήματος.</w:t>
      </w:r>
    </w:p>
    <w:p>
      <w:r>
        <w:rPr>
          <w:rFonts w:ascii="Courier New" w:hAnsi="Courier New"/>
          <w:color w:val="555555"/>
          <w:sz w:val="20"/>
        </w:rPr>
        <w:t>[7 . 5 a]</w:t>
      </w:r>
    </w:p>
    <w:p>
      <w:r>
        <w:rPr>
          <w:rFonts w:ascii="Gentium Plus" w:hAnsi="Gentium Plus"/>
          <w:sz w:val="24"/>
        </w:rPr>
        <w:t>Φαίην δ’ ἂν ἔγωγε, οὐδὲ ἀκούσῃ εἶναι τῇ γενναίᾳ ψυχῇ φθορὰν σώματος· οἷον εἰ καὶ δεσμώτην ἐννοή‐ σαις ὁρῶντα σηπόμενον καὶ διαρρέον τὸ τειχίον τοῦ δεσμωτηρίου, ἀναμένοντα τὴν ἔκδυσιν καὶ τὴν ἐλευ‐</w:t>
      </w:r>
    </w:p>
    <w:p>
      <w:r>
        <w:rPr>
          <w:rFonts w:ascii="Courier New" w:hAnsi="Courier New"/>
          <w:color w:val="555555"/>
          <w:sz w:val="20"/>
        </w:rPr>
        <w:t>[5]</w:t>
      </w:r>
    </w:p>
    <w:p>
      <w:r>
        <w:rPr>
          <w:rFonts w:ascii="Gentium Plus" w:hAnsi="Gentium Plus"/>
          <w:sz w:val="24"/>
        </w:rPr>
        <w:t>θερίαν τοῦ Ἑρμοῦ, ἵνα ἐκ πολλοῦ καὶ ἀφεγγοῦς ζόφου, οὗ τέως κατορώρυκτο, ἀναβλέψῃ πρὸς τὸν αἰ‐ θέρα, καὶ ἐμπλησθῇ λαμπροῦ φωτός· ἢ οἴει ἄνδρα ἠσκημένον καλῶς καὶ διαπεπονημένον τῷ σώματι τα‐ ραχθῆναι ἂν τῶν χλανιδίων αὐτῷ διαρρηγνυμένων·</w:t>
      </w:r>
    </w:p>
    <w:p>
      <w:r>
        <w:rPr>
          <w:rFonts w:ascii="Courier New" w:hAnsi="Courier New"/>
          <w:color w:val="555555"/>
          <w:sz w:val="20"/>
        </w:rPr>
        <w:t>[10]</w:t>
      </w:r>
    </w:p>
    <w:p>
      <w:r>
        <w:rPr>
          <w:rFonts w:ascii="Gentium Plus" w:hAnsi="Gentium Plus"/>
          <w:sz w:val="24"/>
        </w:rPr>
        <w:t>ἀλλ’ οὐκ ἂν ἀπορρίψαι αὐτὰ ἄσμενον, καὶ παραδοῦναι τὸ σῶμα τῷ ἀέρι, γυμνὸν γυμνῷ, φίλον φίλῳ, ἐλεύ‐</w:t>
      </w:r>
    </w:p>
    <w:p>
      <w:r>
        <w:rPr>
          <w:rFonts w:ascii="Courier New" w:hAnsi="Courier New"/>
          <w:color w:val="555555"/>
          <w:sz w:val="20"/>
        </w:rPr>
        <w:t>[7 . 5 b]</w:t>
      </w:r>
    </w:p>
    <w:p>
      <w:r>
        <w:rPr>
          <w:rFonts w:ascii="Gentium Plus" w:hAnsi="Gentium Plus"/>
          <w:sz w:val="24"/>
        </w:rPr>
        <w:t>θερον ἐλευθέρῳ; Τί οὖν ἄλλο ἡγεῖ τῇ ψυχῇ εἶναι τὸ δέρμα τοῦτο καὶ τὰ ὀστᾶ καὶ τὰς σάρκας; χλανίδια</w:t>
      </w:r>
    </w:p>
    <w:p>
      <w:r>
        <w:rPr>
          <w:rFonts w:ascii="Courier New" w:hAnsi="Courier New"/>
          <w:color w:val="555555"/>
          <w:sz w:val="20"/>
        </w:rPr>
        <w:t>[7 . 5 c]</w:t>
      </w:r>
    </w:p>
    <w:p>
      <w:r>
        <w:rPr>
          <w:rFonts w:ascii="Gentium Plus" w:hAnsi="Gentium Plus"/>
          <w:sz w:val="24"/>
        </w:rPr>
        <w:t>ἐφήμερα, καὶ ῥακία ἀσθενῆ καὶ τρύχινα· ταῦτα καὶ σίδη‐ ρος διαρρήγνυσιν, καὶ πῦρ τήκει, καὶ ἕλκη ἐπινέμεται.</w:t>
      </w:r>
    </w:p>
    <w:p>
      <w:r>
        <w:rPr>
          <w:rFonts w:ascii="Courier New" w:hAnsi="Courier New"/>
          <w:color w:val="555555"/>
          <w:sz w:val="20"/>
        </w:rPr>
        <w:t>[7 . 5 d]</w:t>
      </w:r>
    </w:p>
    <w:p>
      <w:r>
        <w:rPr>
          <w:rFonts w:ascii="Gentium Plus" w:hAnsi="Gentium Plus"/>
          <w:sz w:val="24"/>
        </w:rPr>
        <w:t>Ἡ μὲν οὖν ἀγαθὴ ψυχὴ καὶ διαπεπονημένη καὶ ἠσκημένη ἀμελεῖ, καὶ ὡς τάχιστα ἐφίεται γυμνωθῆναι· ὥστε κἂν ἐπιφθέγξαιτό τις τῷ γενναίῳ ἀνδρί, νοσοῦντα τῷ σώ‐ ματι θεασάμενος, τὸ τοὐ Ὀδυσσέως ἐκεῖνο,</w:t>
      </w:r>
    </w:p>
    <w:p>
      <w:r>
        <w:rPr>
          <w:rFonts w:ascii="Courier New" w:hAnsi="Courier New"/>
          <w:color w:val="555555"/>
          <w:sz w:val="20"/>
        </w:rPr>
        <w:t>[5]</w:t>
      </w:r>
    </w:p>
    <w:p>
      <w:r>
        <w:rPr>
          <w:rFonts w:ascii="Gentium Plus" w:hAnsi="Gentium Plus"/>
          <w:sz w:val="24"/>
        </w:rPr>
        <w:t>οἵην ἐκ ῥακέων ὁ γέρων ἐπιγουνίδα φαίνει·</w:t>
      </w:r>
    </w:p>
    <w:p>
      <w:r>
        <w:rPr>
          <w:rFonts w:ascii="Courier New" w:hAnsi="Courier New"/>
          <w:color w:val="555555"/>
          <w:sz w:val="20"/>
        </w:rPr>
        <w:t>[7 . 5 e]</w:t>
      </w:r>
    </w:p>
    <w:p>
      <w:r>
        <w:rPr>
          <w:rFonts w:ascii="Gentium Plus" w:hAnsi="Gentium Plus"/>
          <w:sz w:val="24"/>
        </w:rPr>
        <w:t>Ἡ δὲ δειλὴ ψυχὴ κατορωρυγμένη ἐν σώματι, ὡς ἑρπε‐ τὸν νωθὲς εἰς φωλεόν, φιλεῖ τὸν φωλεόν, καὶ οὐδε‐ πώποτε θέλει ἀπαλλαγῆναι αὐτοῦ, οὐδὲ ἐξερπύσαι, ἀλλὰ καιομένῳ συγκάεται, καὶ σπαραττομένῳ συσπαράττεται,</w:t>
      </w:r>
    </w:p>
    <w:p>
      <w:r>
        <w:rPr>
          <w:rFonts w:ascii="Courier New" w:hAnsi="Courier New"/>
          <w:color w:val="555555"/>
          <w:sz w:val="20"/>
        </w:rPr>
        <w:t>[5]</w:t>
      </w:r>
    </w:p>
    <w:p>
      <w:r>
        <w:rPr>
          <w:rFonts w:ascii="Gentium Plus" w:hAnsi="Gentium Plus"/>
          <w:sz w:val="24"/>
        </w:rPr>
        <w:t>καὶ ἀλγοῦντι τῷ σώματι συναλγεῖ, καὶ βοῶντι συμβοᾷ. Ὦ ποῦς, ἀφήσω σε; ὁ Φιλοκτήτης λέγει. Ἄνθρωπε, ἄφες, καὶ μὴ βόα, μηδὲ λοιδοροῦ τοῖς φιλτάτοις, μηδὲ ἐνόχλει τὴν Λημ‐ νίων γῆν.</w:t>
      </w:r>
    </w:p>
    <w:p>
      <w:r>
        <w:rPr>
          <w:rFonts w:ascii="Courier New" w:hAnsi="Courier New"/>
          <w:color w:val="555555"/>
          <w:sz w:val="20"/>
        </w:rPr>
        <w:t>[10]</w:t>
      </w:r>
    </w:p>
    <w:p>
      <w:r>
        <w:rPr>
          <w:rFonts w:ascii="Gentium Plus" w:hAnsi="Gentium Plus"/>
          <w:sz w:val="24"/>
        </w:rPr>
        <w:t>Ὦ θάνατε παιάν·</w:t>
      </w:r>
    </w:p>
    <w:p>
      <w:r>
        <w:rPr>
          <w:rFonts w:ascii="Courier New" w:hAnsi="Courier New"/>
          <w:color w:val="555555"/>
          <w:sz w:val="20"/>
        </w:rPr>
        <w:t>[7 . 5 f]</w:t>
      </w:r>
    </w:p>
    <w:p>
      <w:r>
        <w:rPr>
          <w:rFonts w:ascii="Gentium Plus" w:hAnsi="Gentium Plus"/>
          <w:sz w:val="24"/>
        </w:rPr>
        <w:t>εἰ μὲν ταῦτα λέγεις ἀλλαττόμενος κακὸν κακοῦ, οὐκ ἀποδέχομαι τῆς εὐχῆς· εἰ δὲ ἡγεῖ τῷ ὄντι τὸν θάνατον παιᾶνα εἶναι καὶ ἀπαλλακτὴν κακοῦ καὶ ἀπλήστου καὶ νοσεροῦ θρέμματος, ἡγεῖ καλῶς· εὔχου, καὶ κάλει τὸν</w:t>
      </w:r>
    </w:p>
    <w:p>
      <w:r>
        <w:rPr>
          <w:rFonts w:ascii="Courier New" w:hAnsi="Courier New"/>
          <w:color w:val="555555"/>
          <w:sz w:val="20"/>
        </w:rPr>
        <w:t>[5]</w:t>
      </w:r>
    </w:p>
    <w:p>
      <w:r>
        <w:rPr>
          <w:rFonts w:ascii="Gentium Plus" w:hAnsi="Gentium Plus"/>
          <w:sz w:val="24"/>
        </w:rPr>
        <w:t>παιᾶνα.</w:t>
      </w:r>
    </w:p>
    <w:p>
      <w:r>
        <w:rPr>
          <w:rFonts w:ascii="Courier New" w:hAnsi="Courier New"/>
          <w:color w:val="555555"/>
          <w:sz w:val="20"/>
        </w:rPr>
        <w:t>[7 . 6 a]</w:t>
      </w:r>
    </w:p>
    <w:p>
      <w:r>
        <w:rPr>
          <w:rFonts w:ascii="Gentium Plus" w:hAnsi="Gentium Plus"/>
          <w:sz w:val="24"/>
        </w:rPr>
        <w:t>Καὶ δὴ φέρων με ὁ λόγος εἰς παράδειγμα ἐμβέ‐ βληκεν σαφέστερον οὗ πάλαι ποθῶ ἐνδείξασθαι ὑμῖν.</w:t>
      </w:r>
    </w:p>
    <w:p>
      <w:r>
        <w:rPr>
          <w:rFonts w:ascii="Courier New" w:hAnsi="Courier New"/>
          <w:color w:val="555555"/>
          <w:sz w:val="20"/>
        </w:rPr>
        <w:t>[7 . 6 b]</w:t>
      </w:r>
    </w:p>
    <w:p>
      <w:r>
        <w:rPr>
          <w:rFonts w:ascii="Gentium Plus" w:hAnsi="Gentium Plus"/>
          <w:sz w:val="24"/>
        </w:rPr>
        <w:t>Ἐν γὰρ τοῖς Ἀχαιοῖς τότε ἦν που σώματα μυρία, ... ὅσσα τε φύλλα καὶ ἄνθεα γίνεται ὥρῃ, ὑγιῆ πάντα, ἄνοσα, καὶ ἰσχυρά, καὶ ἄρτια, τῷ τῶν πολεμίων τείχει περιχεόμενα ἐν δεκαέτει χρόνῳ ἐπέ‐</w:t>
      </w:r>
    </w:p>
    <w:p>
      <w:r>
        <w:rPr>
          <w:rFonts w:ascii="Courier New" w:hAnsi="Courier New"/>
          <w:color w:val="555555"/>
          <w:sz w:val="20"/>
        </w:rPr>
        <w:t>[5]</w:t>
      </w:r>
    </w:p>
    <w:p>
      <w:r>
        <w:rPr>
          <w:rFonts w:ascii="Gentium Plus" w:hAnsi="Gentium Plus"/>
          <w:sz w:val="24"/>
        </w:rPr>
        <w:t>ραινεν οὐδέν, οὐχ ὁ Ἀχιλλεὺς διώκων, οὐχ ὁ Αἴας μένων, οὐχ ὁ Διομήδης ἀναιρῶν, οὐχ ὁ Τεῦκρος το‐</w:t>
      </w:r>
    </w:p>
    <w:p>
      <w:r>
        <w:rPr>
          <w:rFonts w:ascii="Courier New" w:hAnsi="Courier New"/>
          <w:color w:val="555555"/>
          <w:sz w:val="20"/>
        </w:rPr>
        <w:t>[7 . 6 c]</w:t>
      </w:r>
    </w:p>
    <w:p>
      <w:r>
        <w:rPr>
          <w:rFonts w:ascii="Gentium Plus" w:hAnsi="Gentium Plus"/>
          <w:sz w:val="24"/>
        </w:rPr>
        <w:t>σοφιζόμενος. Ἀλλ’ ὁ θεὸς λέγει· ‘Ὦ καλὰ καὶ γενναῖα γῆς Ἑλλάδος θρέμματα, μάτην πονεῖτε, μάτην διώκετε, κενὰ τοξεύετε, κενὰ βουλεύεσθε· οὐ γὰρ ἂν ἄλλως ἕλοιτε τουτὶ τὸ τεῖχος, πρὶν ὑμῖν ἐπίκουρος ἔλθῃ</w:t>
      </w:r>
    </w:p>
    <w:p>
      <w:r>
        <w:rPr>
          <w:rFonts w:ascii="Courier New" w:hAnsi="Courier New"/>
          <w:color w:val="555555"/>
          <w:sz w:val="20"/>
        </w:rPr>
        <w:t>[5]</w:t>
      </w:r>
    </w:p>
    <w:p>
      <w:r>
        <w:rPr>
          <w:rFonts w:ascii="Gentium Plus" w:hAnsi="Gentium Plus"/>
          <w:sz w:val="24"/>
        </w:rPr>
        <w:t>ψυχὴ μὲν ἐρρωμένη, σῶμα δὲ νοσοῦν, ὀδωδὸς καὶ χω‐</w:t>
      </w:r>
    </w:p>
    <w:p>
      <w:r>
        <w:rPr>
          <w:rFonts w:ascii="Courier New" w:hAnsi="Courier New"/>
          <w:color w:val="555555"/>
          <w:sz w:val="20"/>
        </w:rPr>
        <w:t>[7 . 6 d]</w:t>
      </w:r>
    </w:p>
    <w:p>
      <w:r>
        <w:rPr>
          <w:rFonts w:ascii="Gentium Plus" w:hAnsi="Gentium Plus"/>
          <w:sz w:val="24"/>
        </w:rPr>
        <w:t>λεῦον, καὶ διαβεβρωμένον ὑπὸ τῆς νόσου.‘ Οἱ δὲ ἐπεί‐ σθησαν τῷ θεῷ, καὶ ἤγαγον ἐκ Λήμνου σύμμαχον, ψυχὴν μὲν ὑγιᾶ, σῶμα δὲ νοσοῦν.</w:t>
      </w:r>
    </w:p>
    <w:p>
      <w:r>
        <w:rPr>
          <w:rFonts w:ascii="Courier New" w:hAnsi="Courier New"/>
          <w:color w:val="555555"/>
          <w:sz w:val="20"/>
        </w:rPr>
        <w:t>[7 . 7 a]</w:t>
      </w:r>
    </w:p>
    <w:p>
      <w:r>
        <w:rPr>
          <w:rFonts w:ascii="Gentium Plus" w:hAnsi="Gentium Plus"/>
          <w:sz w:val="24"/>
        </w:rPr>
        <w:t>Εἰ δὲ βούλει, σκέψαι μεταλαβὼν τῆς ψυχῆς νόσον</w:t>
      </w:r>
    </w:p>
    <w:p>
      <w:r>
        <w:rPr>
          <w:rFonts w:ascii="Courier New" w:hAnsi="Courier New"/>
          <w:color w:val="555555"/>
          <w:sz w:val="20"/>
        </w:rPr>
        <w:t>[7 . 7 b]</w:t>
      </w:r>
    </w:p>
    <w:p>
      <w:r>
        <w:rPr>
          <w:rFonts w:ascii="Gentium Plus" w:hAnsi="Gentium Plus"/>
          <w:sz w:val="24"/>
        </w:rPr>
        <w:t>ἐν σώματι ὑγιεινῷ. Νοσεῖ ψυχὴ τὴν ἡδονῆς νόσον, τήκεται, καὶ μαραίνεται· τί χρήσῃ τῷ νοσοῦντι; τίς ὄνησις σώματος τοιαύτῃ ψυχῇ; Σαρδανάπαλλος νοσεῖ· οὐχ ὁρᾷς ὡς καὶ ἐπὶ τὸ σῶμα αὐτῷ τὸ κακὸν ἔρχεται;</w:t>
      </w:r>
    </w:p>
    <w:p>
      <w:r>
        <w:rPr>
          <w:rFonts w:ascii="Courier New" w:hAnsi="Courier New"/>
          <w:color w:val="555555"/>
          <w:sz w:val="20"/>
        </w:rPr>
        <w:t>[5]</w:t>
      </w:r>
    </w:p>
    <w:p>
      <w:r>
        <w:rPr>
          <w:rFonts w:ascii="Gentium Plus" w:hAnsi="Gentium Plus"/>
          <w:sz w:val="24"/>
        </w:rPr>
        <w:t>ἐντρίβεται ὁ δύστηνος, καὶ λεαίνεται, καὶ τὼ ὀφ‐ θαλμὼ συντήκεται, καὶ οὐκ ἀνεχόμενος τὴν νόσον,</w:t>
      </w:r>
    </w:p>
    <w:p>
      <w:r>
        <w:rPr>
          <w:rFonts w:ascii="Courier New" w:hAnsi="Courier New"/>
          <w:color w:val="555555"/>
          <w:sz w:val="20"/>
        </w:rPr>
        <w:t>[7 . 7 c]</w:t>
      </w:r>
    </w:p>
    <w:p>
      <w:r>
        <w:rPr>
          <w:rFonts w:ascii="Gentium Plus" w:hAnsi="Gentium Plus"/>
          <w:sz w:val="24"/>
        </w:rPr>
        <w:t>ἐπὶ πῦρ ἦλθεν. Νοσεῖ Ἀλκιβιάδης· πῦρ αὐτὸν ἐπινέ‐ μεται πολὺ καὶ ἄγριον, καὶ τοὺς λογισμοὺς ἐπιτα‐ ράττει ἐγγύτατα μανίας, καὶ περιφέρει πανταχοῦ, ἀπὸ μὲν Λυκείου ἐπὶ τὴν ἐκκλησίαν, ἀπὸ δὲ τῆς ἐκκλησίας</w:t>
      </w:r>
    </w:p>
    <w:p>
      <w:r>
        <w:rPr>
          <w:rFonts w:ascii="Courier New" w:hAnsi="Courier New"/>
          <w:color w:val="555555"/>
          <w:sz w:val="20"/>
        </w:rPr>
        <w:t>[5]</w:t>
      </w:r>
    </w:p>
    <w:p>
      <w:r>
        <w:rPr>
          <w:rFonts w:ascii="Gentium Plus" w:hAnsi="Gentium Plus"/>
          <w:sz w:val="24"/>
        </w:rPr>
        <w:t>ἐπὶ τὴν θάλατταν, ἀπὸ δὲ τῆς θαλάττης ἐπὶ Σικελίαν, κἀκεῖθεν εἰς Λακεδαίμονα, εἶτα παρὰ τοὺς Πέρσας, καὶ ἀπὸ Περσῶν ἐπὶ Σάμον, καὶ ἀπὸ Σάμου ἐπὶ τὰς Ἀθήνας,</w:t>
      </w:r>
    </w:p>
    <w:p>
      <w:r>
        <w:rPr>
          <w:rFonts w:ascii="Courier New" w:hAnsi="Courier New"/>
          <w:color w:val="555555"/>
          <w:sz w:val="20"/>
        </w:rPr>
        <w:t>[7 . 7 d]</w:t>
      </w:r>
    </w:p>
    <w:p>
      <w:r>
        <w:rPr>
          <w:rFonts w:ascii="Gentium Plus" w:hAnsi="Gentium Plus"/>
          <w:sz w:val="24"/>
        </w:rPr>
        <w:t>καὶ ἐπὶ τὸν Ἑλλήσποντον αὖθις, καὶ πανταχοῦ. Νοσεῖ Κριτίας νόσον πικρὰν καὶ παντοδαπήν, καὶ οὐκ ἰάσι‐</w:t>
      </w:r>
    </w:p>
    <w:p>
      <w:r>
        <w:rPr>
          <w:rFonts w:ascii="Courier New" w:hAnsi="Courier New"/>
          <w:color w:val="555555"/>
          <w:sz w:val="20"/>
        </w:rPr>
        <w:t>[7 . 7 e]</w:t>
      </w:r>
    </w:p>
    <w:p>
      <w:r>
        <w:rPr>
          <w:rFonts w:ascii="Gentium Plus" w:hAnsi="Gentium Plus"/>
          <w:sz w:val="24"/>
        </w:rPr>
        <w:t>μον, οὐδὲ ἀνασχετὴν τῇ πάσῃ πόλει. Καίτοι τούτοις τὰ σώματα ὑγιῆ καὶ ἄρτια· ἁβρὸς μὲν γὰρ ὁ Σαρδα‐ νάπαλλος, καλὸς δὲ ὁ Ἀλκιβιάδης, ἰσχυρὸς δὲ ὁ Κρι‐</w:t>
      </w:r>
    </w:p>
    <w:p>
      <w:r>
        <w:rPr>
          <w:rFonts w:ascii="Courier New" w:hAnsi="Courier New"/>
          <w:color w:val="555555"/>
          <w:sz w:val="20"/>
        </w:rPr>
        <w:t>[7 . 7 f]</w:t>
      </w:r>
    </w:p>
    <w:p>
      <w:r>
        <w:rPr>
          <w:rFonts w:ascii="Gentium Plus" w:hAnsi="Gentium Plus"/>
          <w:sz w:val="24"/>
        </w:rPr>
        <w:t>τίας· ἀλλὰ τὴν ὑγείαν ἐπὶ τούτων μισῶ. Νοσείτω Κριτίας, ἵνα μὴ τυραννῇ· νοσείτω Ἀλκιβιάδης, ἵνα μὴ ἐπὶ Σικελίαν Ἀθηναίους ἄγῃ· νοσείτω Σαρδανά‐ παλλος (βέλτιον γὰρ αὐτῷ διὰ νόσον κεῖσθαι μᾶλλον</w:t>
      </w:r>
    </w:p>
    <w:p>
      <w:r>
        <w:rPr>
          <w:rFonts w:ascii="Courier New" w:hAnsi="Courier New"/>
          <w:color w:val="555555"/>
          <w:sz w:val="20"/>
        </w:rPr>
        <w:t>[5]</w:t>
      </w:r>
    </w:p>
    <w:p>
      <w:r>
        <w:rPr>
          <w:rFonts w:ascii="Gentium Plus" w:hAnsi="Gentium Plus"/>
          <w:sz w:val="24"/>
        </w:rPr>
        <w:t>ἢ διὰ ἡδονήν), μᾶλλον δὲ φθειρέσθω πᾶς, ὅτῳ ἐπιρ‐</w:t>
      </w:r>
    </w:p>
    <w:p>
      <w:r>
        <w:rPr>
          <w:rFonts w:ascii="Courier New" w:hAnsi="Courier New"/>
          <w:color w:val="555555"/>
          <w:sz w:val="20"/>
        </w:rPr>
        <w:t>[7 . 7 g]</w:t>
      </w:r>
    </w:p>
    <w:p>
      <w:r>
        <w:rPr>
          <w:rFonts w:ascii="Gentium Plus" w:hAnsi="Gentium Plus"/>
          <w:sz w:val="24"/>
        </w:rPr>
        <w:t>ρεῖ ἀέναος πονηρία. Ὥσπερ γὰρ τὰ ἑρπηστικὰ τῶν ἑλκῶν τοῖς σώμασιν ἐμπεσόντα πρόσω νέμεται, καὶ τοῦ ὑγιαίνοντός τι ἀεὶ προαπόλλυσιν, καὶ πρὸς τὰς ἰάσεις ἀγριαίνει, ἕως ἂν ἡ τέχνη τὴν κρηπῖδα καὶ τὴν ἕδραν</w:t>
      </w:r>
    </w:p>
    <w:p>
      <w:r>
        <w:rPr>
          <w:rFonts w:ascii="Courier New" w:hAnsi="Courier New"/>
          <w:color w:val="555555"/>
          <w:sz w:val="20"/>
        </w:rPr>
        <w:t>[5]</w:t>
      </w:r>
    </w:p>
    <w:p>
      <w:r>
        <w:rPr>
          <w:rFonts w:ascii="Gentium Plus" w:hAnsi="Gentium Plus"/>
          <w:sz w:val="24"/>
        </w:rPr>
        <w:t>τοῦ νοσήματος ἐκτέμῃ· ὡς δὲ καὶ ὅτῳ ὕπουλος καὶ διαβεβρωμένη καὶ σαθρὰ οὖσα ἡ ψυχὴ ἐπινέμεται</w:t>
      </w:r>
    </w:p>
    <w:p>
      <w:r>
        <w:rPr>
          <w:rFonts w:ascii="Courier New" w:hAnsi="Courier New"/>
          <w:color w:val="555555"/>
          <w:sz w:val="20"/>
        </w:rPr>
        <w:t>[7 . 7 h]</w:t>
      </w:r>
    </w:p>
    <w:p>
      <w:r>
        <w:rPr>
          <w:rFonts w:ascii="Gentium Plus" w:hAnsi="Gentium Plus"/>
          <w:sz w:val="24"/>
        </w:rPr>
        <w:t>πρόσω τὲ καὶ τὰ πλησίον ἀεὶ καταλαμβάνει, ἐκτμητέον δὴ αὐτῆς καὶ ἀφαιρετέον τὰς δυνάμεις τῶν σωμάτων,</w:t>
      </w:r>
    </w:p>
    <w:p>
      <w:r>
        <w:rPr>
          <w:rFonts w:ascii="Courier New" w:hAnsi="Courier New"/>
          <w:color w:val="555555"/>
          <w:sz w:val="20"/>
        </w:rPr>
        <w:t>[7 . 7 i]</w:t>
      </w:r>
    </w:p>
    <w:p>
      <w:r>
        <w:rPr>
          <w:rFonts w:ascii="Gentium Plus" w:hAnsi="Gentium Plus"/>
          <w:sz w:val="24"/>
        </w:rPr>
        <w:t>γαστέρα. Κἂν γὰρ ἐπιστήσῃς τῇ νόσῳ δικαστὰς καὶ δεσμωτήρια καὶ δημίους, τὸ κακὸν φθάνει, καὶ ἕρπει,</w:t>
      </w:r>
    </w:p>
    <w:p>
      <w:r>
        <w:rPr>
          <w:rFonts w:ascii="Courier New" w:hAnsi="Courier New"/>
          <w:color w:val="555555"/>
          <w:sz w:val="20"/>
        </w:rPr>
        <w:t>[7 . 7 k]</w:t>
      </w:r>
    </w:p>
    <w:p>
      <w:r>
        <w:rPr>
          <w:rFonts w:ascii="Gentium Plus" w:hAnsi="Gentium Plus"/>
          <w:sz w:val="24"/>
        </w:rPr>
        <w:t>καὶ προλαμβάνει· ἀμήχανος γὴρ ἡ πονηρίας ὀξύτης, ἐπειδὰν ἅπαξ ἤθει ψυχῆς ἐμπεσοῦσα ἐπιλάβηται ὕλης πονηρᾶς, καὶ ἐξουσίας ἀδεοῦς, καὶ ἀνεπιτιμήτου τόλμης.</w:t>
      </w:r>
    </w:p>
    <w:p>
      <w:pPr>
        <w:jc w:val="center"/>
      </w:pPr>
      <w:r>
        <w:rPr>
          <w:rFonts w:ascii="Gentium Plus" w:hAnsi="Gentium Plus"/>
          <w:b/>
          <w:sz w:val="24"/>
        </w:rPr>
        <w:t>Τί τὸ δαιμόνιον Σωκράτους. αʹ.</w:t>
      </w:r>
    </w:p>
    <w:p>
      <w:r>
        <w:rPr>
          <w:rFonts w:ascii="Courier New" w:hAnsi="Courier New"/>
          <w:color w:val="555555"/>
          <w:sz w:val="20"/>
        </w:rPr>
        <w:t>[1]</w:t>
      </w:r>
    </w:p>
    <w:p>
      <w:r>
        <w:rPr>
          <w:rFonts w:ascii="Gentium Plus" w:hAnsi="Gentium Plus"/>
          <w:sz w:val="24"/>
        </w:rPr>
        <w:t>Θαυμάζεις εἰ Σωκράτει συνῆν δαιμόνιον, φίλον, μαντικόν, ἀεὶ παρεπόμενον, καὶ μόνον οὐ τῇ γνώμῃ αὐτοῦ ἀνακεκραμένον; ἀνδρὶ καθαρῷ μὲν τὸ σῶμα, ἀγαθῷ δὲ τὴν ψυχήν, ἀκριβεῖ δὲ τὴν δίαιταν, δεινῷ</w:t>
      </w:r>
    </w:p>
    <w:p>
      <w:r>
        <w:rPr>
          <w:rFonts w:ascii="Courier New" w:hAnsi="Courier New"/>
          <w:color w:val="555555"/>
          <w:sz w:val="20"/>
        </w:rPr>
        <w:t>[5]</w:t>
      </w:r>
    </w:p>
    <w:p>
      <w:r>
        <w:rPr>
          <w:rFonts w:ascii="Gentium Plus" w:hAnsi="Gentium Plus"/>
          <w:sz w:val="24"/>
        </w:rPr>
        <w:t>δὲ φρονεῖν, μουσικῷ δὲ εἰπεῖν, εἰς δὲ τὸ θεῖον εὐσε‐</w:t>
      </w:r>
    </w:p>
    <w:p>
      <w:r>
        <w:rPr>
          <w:rFonts w:ascii="Courier New" w:hAnsi="Courier New"/>
          <w:color w:val="555555"/>
          <w:sz w:val="20"/>
        </w:rPr>
        <w:t>[8 . 1 b]</w:t>
      </w:r>
    </w:p>
    <w:p>
      <w:r>
        <w:rPr>
          <w:rFonts w:ascii="Gentium Plus" w:hAnsi="Gentium Plus"/>
          <w:sz w:val="24"/>
        </w:rPr>
        <w:t>βεῖ, ὁσίῳ δὲ τὰ ἀνθρώπινα. Τί δήποτε οὖν τοῦτο μὲν θαυμάζεις, γύναιον δὲ τὸ τυχὸν Δελφικὸν Πυθοῖ, ἢ Θέσπρωτον ἄνδρα ἐν Δωδώνῃ, ἢ Λίβυν ἐν Ἄμμωνος, ἢ Ἴωνα ἐν Κλάρῳ, ἢ Λύκιον ἐν Ξάνθῳ, ἢ Βοιωτὸν</w:t>
      </w:r>
    </w:p>
    <w:p>
      <w:r>
        <w:rPr>
          <w:rFonts w:ascii="Courier New" w:hAnsi="Courier New"/>
          <w:color w:val="555555"/>
          <w:sz w:val="20"/>
        </w:rPr>
        <w:t>[5]</w:t>
      </w:r>
    </w:p>
    <w:p>
      <w:r>
        <w:rPr>
          <w:rFonts w:ascii="Gentium Plus" w:hAnsi="Gentium Plus"/>
          <w:sz w:val="24"/>
        </w:rPr>
        <w:t>ἐν Ἰσμημίου, τούτους ἅπαντας οὐ θαυμάζεις τῷ δαιμο‐ νίῳ ὅσαι ἡμέραι συγγιγνομένους, καὶ οὐ τὰ σφίσιν μόνον πρακτέα ἢ μὴ γιγνώσκοντας, ἀλλὰ καὶ τοῖς</w:t>
      </w:r>
    </w:p>
    <w:p>
      <w:r>
        <w:rPr>
          <w:rFonts w:ascii="Courier New" w:hAnsi="Courier New"/>
          <w:color w:val="555555"/>
          <w:sz w:val="20"/>
        </w:rPr>
        <w:t>[8 . 1 c]</w:t>
      </w:r>
    </w:p>
    <w:p>
      <w:r>
        <w:rPr>
          <w:rFonts w:ascii="Gentium Plus" w:hAnsi="Gentium Plus"/>
          <w:sz w:val="24"/>
        </w:rPr>
        <w:t>ἄλλοις χρησμῳδοῦντας καὶ ἰδίᾳ καὶ δημοσίᾳ; ἢ διότι ἡ μὲν πρόμαντις καθίζουσα ἐπὶ τρίποδος, ἐμπιμπλα‐ μένη δαιμονίου πνεύματος, χρησμῳδεῖ· ὁ δὲ ἐν Ἰωνίᾳ ὑποφήτης, ὕδωρ ἐκ πηγῶν ἀρυσάμενος καὶ πιών, μαν‐</w:t>
      </w:r>
    </w:p>
    <w:p>
      <w:r>
        <w:rPr>
          <w:rFonts w:ascii="Courier New" w:hAnsi="Courier New"/>
          <w:color w:val="555555"/>
          <w:sz w:val="20"/>
        </w:rPr>
        <w:t>[5]</w:t>
      </w:r>
    </w:p>
    <w:p>
      <w:r>
        <w:rPr>
          <w:rFonts w:ascii="Gentium Plus" w:hAnsi="Gentium Plus"/>
          <w:sz w:val="24"/>
        </w:rPr>
        <w:t>τικῶς ἔχει· οἱ δὲ ‘χαμεῦναι, καὶ ἀνιπτόποδες,‘ ἐν Δω‐ δώνῃ θεραπεύοντες δρῦν, παρ’ ἐκείνης, ὡς ὁ Θεσπρω‐ τῶν λόγος, μαθόντες χρησμῳδοῦσιν;</w:t>
      </w:r>
    </w:p>
    <w:p>
      <w:r>
        <w:rPr>
          <w:rFonts w:ascii="Courier New" w:hAnsi="Courier New"/>
          <w:color w:val="555555"/>
          <w:sz w:val="20"/>
        </w:rPr>
        <w:t>[8 . 2 a]</w:t>
      </w:r>
    </w:p>
    <w:p>
      <w:r>
        <w:rPr>
          <w:rFonts w:ascii="Gentium Plus" w:hAnsi="Gentium Plus"/>
          <w:sz w:val="24"/>
        </w:rPr>
        <w:t>Ἐν Τροφωνίου τε μὴν (καὶ γὰρ τοῦτο μαντεῖόν ἐστιν ἐν Βοιωτίᾳ ἥρωος Τροφωνίου περὶ Λεβαδίαν πόλιν) ὁ δεόμενος συγγενέσθαι τῷ δαιμονίῳ, ἐνσκευα‐ σάμενος ὀθόνῃ ποδήρει καὶ φοινικίδι, μάζας τε ἐν</w:t>
      </w:r>
    </w:p>
    <w:p>
      <w:r>
        <w:rPr>
          <w:rFonts w:ascii="Courier New" w:hAnsi="Courier New"/>
          <w:color w:val="555555"/>
          <w:sz w:val="20"/>
        </w:rPr>
        <w:t>[5]</w:t>
      </w:r>
    </w:p>
    <w:p>
      <w:r>
        <w:rPr>
          <w:rFonts w:ascii="Gentium Plus" w:hAnsi="Gentium Plus"/>
          <w:sz w:val="24"/>
        </w:rPr>
        <w:t>χεροῖν ἔχων, εἰσδύεται ὕπτιος κατὰ στομίου στενοῦ· καὶ τὰ μὲν ἰδών, τὰ δὲ ἀκούσας, ἄνεισιν αὖθις ὑπο‐</w:t>
      </w:r>
    </w:p>
    <w:p>
      <w:r>
        <w:rPr>
          <w:rFonts w:ascii="Courier New" w:hAnsi="Courier New"/>
          <w:color w:val="555555"/>
          <w:sz w:val="20"/>
        </w:rPr>
        <w:t>[8 . 2 b]</w:t>
      </w:r>
    </w:p>
    <w:p>
      <w:r>
        <w:rPr>
          <w:rFonts w:ascii="Gentium Plus" w:hAnsi="Gentium Plus"/>
          <w:sz w:val="24"/>
        </w:rPr>
        <w:t>φήτης αὐτάγγελος. Ἦν δέ που τῆς Ἰταλίας κατὰ τὴν μεγάλην Ἑλλάδα περὶ λίμνην Ἄορνον οὕτω καλου‐ μένην μαντεῖον ἄντρον, καὶ θεραπευτῆρες τοῦ ἄντρου ἄνδρες ψυχαγωγοί, οὕτως ὀνομαζόμενοι ἐκ τοῦ ἔργου.</w:t>
      </w:r>
    </w:p>
    <w:p>
      <w:r>
        <w:rPr>
          <w:rFonts w:ascii="Courier New" w:hAnsi="Courier New"/>
          <w:color w:val="555555"/>
          <w:sz w:val="20"/>
        </w:rPr>
        <w:t>[5]</w:t>
      </w:r>
    </w:p>
    <w:p>
      <w:r>
        <w:rPr>
          <w:rFonts w:ascii="Gentium Plus" w:hAnsi="Gentium Plus"/>
          <w:sz w:val="24"/>
        </w:rPr>
        <w:t>Ἐνταῦθα ὁ δεόμενος ἀφικόμενος, εὐξάμενος, ἐντεμὼν σφάγια, χεάμενος χοάς, ἀνεκαλεῖτο ψυχὴν ὅτου δὴ τῶν πατέρων ἢ φίλων· καὶ αὐτῷ ἀπήντα εἴδωλον, ἀμυδρὸν μὲν ἰδεῖν καὶ ἀμφισβητήσιμον, φθεγκτικὸν δὲ καὶ μαν‐ τικόν· καὶ συγγενόμενον ὑπὲρ ὧν ἐδεῖτο, ἀπηλλάττετο.</w:t>
      </w:r>
    </w:p>
    <w:p>
      <w:r>
        <w:rPr>
          <w:rFonts w:ascii="Courier New" w:hAnsi="Courier New"/>
          <w:color w:val="555555"/>
          <w:sz w:val="20"/>
        </w:rPr>
        <w:t>[8 . 2 c]</w:t>
      </w:r>
    </w:p>
    <w:p>
      <w:r>
        <w:rPr>
          <w:rFonts w:ascii="Gentium Plus" w:hAnsi="Gentium Plus"/>
          <w:sz w:val="24"/>
        </w:rPr>
        <w:t>Τοῦτό μοι δοκεῖ τὸ μαντεῖον καὶ Ὅμηρος γνούς, προ‐ σθεὶς τῷ Ὀδυσσεῖ τὴν ἐπ’ αὐτῷ ὁδόν, ἐκτοπίσαι τὸ χωρίον ποιητικῶς μάλα τῆς καθ’ ἡμᾶς θαλάττης.</w:t>
      </w:r>
    </w:p>
    <w:p>
      <w:r>
        <w:rPr>
          <w:rFonts w:ascii="Courier New" w:hAnsi="Courier New"/>
          <w:color w:val="555555"/>
          <w:sz w:val="20"/>
        </w:rPr>
        <w:t>[8 . 3 a]</w:t>
      </w:r>
    </w:p>
    <w:p>
      <w:r>
        <w:rPr>
          <w:rFonts w:ascii="Gentium Plus" w:hAnsi="Gentium Plus"/>
          <w:sz w:val="24"/>
        </w:rPr>
        <w:t>Ὅτι δὲ ταῦτα ἀληθῆ, ὥσπέρ ἐστιν (καὶ σώζεται καὶ νῦν τὰ μὲν αὐτὰ ἐκεῖνα οἷα ἦν, τῶν δὲ ἴχνη σαφῆ ἐκλέλειπται τῆς περὶ αὐτὸ θεραπείας τὲ καὶ κομιδῆς), θαυμαστὸν εἰ ταῦτα μὲν οὐδεὶς ἡγεῖται ἄτοπά τε εἶναι</w:t>
      </w:r>
    </w:p>
    <w:p>
      <w:r>
        <w:rPr>
          <w:rFonts w:ascii="Courier New" w:hAnsi="Courier New"/>
          <w:color w:val="555555"/>
          <w:sz w:val="20"/>
        </w:rPr>
        <w:t>[5]</w:t>
      </w:r>
    </w:p>
    <w:p>
      <w:r>
        <w:rPr>
          <w:rFonts w:ascii="Gentium Plus" w:hAnsi="Gentium Plus"/>
          <w:sz w:val="24"/>
        </w:rPr>
        <w:t>καὶ ἔξω τρόπου, οὐδὲ ἀμφισβητεῖ περὶ αὐτῶν, ἀλλὰ</w:t>
      </w:r>
    </w:p>
    <w:p>
      <w:r>
        <w:rPr>
          <w:rFonts w:ascii="Courier New" w:hAnsi="Courier New"/>
          <w:color w:val="555555"/>
          <w:sz w:val="20"/>
        </w:rPr>
        <w:t>[8 . 3 b]</w:t>
      </w:r>
    </w:p>
    <w:p>
      <w:r>
        <w:rPr>
          <w:rFonts w:ascii="Gentium Plus" w:hAnsi="Gentium Plus"/>
          <w:sz w:val="24"/>
        </w:rPr>
        <w:t>χρῆται, καὶ χρησάμενος τιμᾷ· εἰ δὲ ἀνὴρ φύσει τὲ κεχρημένος γενναιοτάτῃ, καὶ παιδείᾳ σωφρονεστάτῃ, καὶ φιλοσοφίᾳ ἀληθεστάτῃ, καὶ τύχῃ δεξιωτάτῃ, συγ‐ γίγνεσθαι τῷ δαιμονίῳ ἠξιώθη πρὸς τοῦ θεοῦ, θαυ‐</w:t>
      </w:r>
    </w:p>
    <w:p>
      <w:r>
        <w:rPr>
          <w:rFonts w:ascii="Courier New" w:hAnsi="Courier New"/>
          <w:color w:val="555555"/>
          <w:sz w:val="20"/>
        </w:rPr>
        <w:t>[5]</w:t>
      </w:r>
    </w:p>
    <w:p>
      <w:r>
        <w:rPr>
          <w:rFonts w:ascii="Gentium Plus" w:hAnsi="Gentium Plus"/>
          <w:sz w:val="24"/>
        </w:rPr>
        <w:t>μαστὸν δοκεῖ καὶ ἄπιστον, καὶ τοῦτο, ὅσον αὐτῷ ἱκα‐ νὸν εἶναι, χρησμῳδεῖν οὐκ Ἀθηναίοις, μὰ Δία, περὶ τῶν Ἑλληνικῶν κακῶν βουλευομένοις, οὐδὲ Λακεδαι‐ μονίοις περὶ στρατείας μαντευομένοις, οὐδὲ εἴ τις Ὀλυμπίαζε ἀγωνιούμενος περὶ νίκης ἠρώτα, οὐδ’ εἴ</w:t>
      </w:r>
    </w:p>
    <w:p>
      <w:r>
        <w:rPr>
          <w:rFonts w:ascii="Courier New" w:hAnsi="Courier New"/>
          <w:color w:val="555555"/>
          <w:sz w:val="20"/>
        </w:rPr>
        <w:t>[10]</w:t>
      </w:r>
    </w:p>
    <w:p>
      <w:r>
        <w:rPr>
          <w:rFonts w:ascii="Gentium Plus" w:hAnsi="Gentium Plus"/>
          <w:sz w:val="24"/>
        </w:rPr>
        <w:t>τις εἰς δικαστήριον καθιστάμενος, εἰ αἱρήσει, διεπυν‐ θάνετο, οὐδ’ εἴ τις ἤρα χρημάτων, εἰ πλουτήσει, οὐδὲ ἄλλό τι τῶν ἐπὶ μηδεμιᾷ προφάσει ἀξιόχρεῳ πρα‐ γματευομένων, ὑπὲρ ὧν ὁσημέραι ἐνοχλοῦσιν οἱ ἄν‐</w:t>
      </w:r>
    </w:p>
    <w:p>
      <w:r>
        <w:rPr>
          <w:rFonts w:ascii="Courier New" w:hAnsi="Courier New"/>
          <w:color w:val="555555"/>
          <w:sz w:val="20"/>
        </w:rPr>
        <w:t>[8 . 3 c]</w:t>
      </w:r>
    </w:p>
    <w:p>
      <w:r>
        <w:rPr>
          <w:rFonts w:ascii="Gentium Plus" w:hAnsi="Gentium Plus"/>
          <w:sz w:val="24"/>
        </w:rPr>
        <w:t>θρωποι τοὺς θεούς· τάχα μὲν γὰρ καὶ ταῦτα ἦν ἱκα‐ νὸν καὶ τὸ Σωκράτους δαιμόνιον διειδέναι, εἴπερ ἦν μαντικόν· καὶ γὰρ ἰατρῶν, ὅστις αὐτῷ ἱκανὸς καὶ ἄλλῳ, ὁ αὐτὸς, καὶ τεκτόνων καὶ σκυτοτόμων καὶ τῶν ἄλλων</w:t>
      </w:r>
    </w:p>
    <w:p>
      <w:r>
        <w:rPr>
          <w:rFonts w:ascii="Courier New" w:hAnsi="Courier New"/>
          <w:color w:val="555555"/>
          <w:sz w:val="20"/>
        </w:rPr>
        <w:t>[8 . 3 d]</w:t>
      </w:r>
    </w:p>
    <w:p>
      <w:r>
        <w:rPr>
          <w:rFonts w:ascii="Gentium Plus" w:hAnsi="Gentium Plus"/>
          <w:sz w:val="24"/>
        </w:rPr>
        <w:t>ἑξῆς καὶ ἐπιστημῶν καὶ δυνάμεων· ἀλλὰ ταύτῃ γε ὁ Σωκράτης ἐπλεονέκτει (τῷ νῷ ταῖς τῶν θεῶν φωναῖς</w:t>
      </w:r>
    </w:p>
    <w:p>
      <w:r>
        <w:rPr>
          <w:rFonts w:ascii="Courier New" w:hAnsi="Courier New"/>
          <w:color w:val="555555"/>
          <w:sz w:val="20"/>
        </w:rPr>
        <w:t>[5]</w:t>
      </w:r>
    </w:p>
    <w:p>
      <w:r>
        <w:rPr>
          <w:rFonts w:ascii="Gentium Plus" w:hAnsi="Gentium Plus"/>
          <w:sz w:val="24"/>
        </w:rPr>
        <w:t>θόνως τὲ καὶ ὅσα ἀνάγκη προσεφέρετο.</w:t>
      </w:r>
    </w:p>
    <w:p>
      <w:r>
        <w:rPr>
          <w:rFonts w:ascii="Courier New" w:hAnsi="Courier New"/>
          <w:color w:val="555555"/>
          <w:sz w:val="20"/>
        </w:rPr>
        <w:t>[8 . 4 a]</w:t>
      </w:r>
    </w:p>
    <w:p>
      <w:r>
        <w:rPr>
          <w:rFonts w:ascii="Gentium Plus" w:hAnsi="Gentium Plus"/>
          <w:sz w:val="24"/>
        </w:rPr>
        <w:t>Εἶεν· τοῦτο μὲν, φήσει τὶς, πείθομαι, ὅτι κατ’ ἀρετὴν τρόπου καὶ φύσεως γενναιότητα ἠξιώθη ὁ Σω‐ κράτης δαιμονίου συνουσίας· τί δὲ καὶ ἦν τὸ δαιμό‐</w:t>
      </w:r>
    </w:p>
    <w:p>
      <w:r>
        <w:rPr>
          <w:rFonts w:ascii="Courier New" w:hAnsi="Courier New"/>
          <w:color w:val="555555"/>
          <w:sz w:val="20"/>
        </w:rPr>
        <w:t>[8 . 4 b]</w:t>
      </w:r>
    </w:p>
    <w:p>
      <w:r>
        <w:rPr>
          <w:rFonts w:ascii="Gentium Plus" w:hAnsi="Gentium Plus"/>
          <w:sz w:val="24"/>
        </w:rPr>
        <w:t>νιον, ποθῶ μαθεῖν. Ἐὰν πρῶτον, ὦ τάν, ἀποκρίνῃ μοι, πότερον ἡγεῖ τι εἶναι δαιμονίων γένος ἐν τῇ φύσει, ὡς θεῶν, ὡς ἀνθρώπων, ὡς θηρίων, ἢ μή· γε‐ λοῖον γὰρ ἂν ἐρωτᾶν, τί ἦν τὸ δαιμόνιον Σωκρά‐</w:t>
      </w:r>
    </w:p>
    <w:p>
      <w:r>
        <w:rPr>
          <w:rFonts w:ascii="Courier New" w:hAnsi="Courier New"/>
          <w:color w:val="555555"/>
          <w:sz w:val="20"/>
        </w:rPr>
        <w:t>[8 . 4 c*]</w:t>
      </w:r>
    </w:p>
    <w:p>
      <w:r>
        <w:rPr>
          <w:rFonts w:ascii="Gentium Plus" w:hAnsi="Gentium Plus"/>
          <w:sz w:val="24"/>
        </w:rPr>
        <w:t>τους, τὸ πᾶν ἀγνοοῦντα· οἷον εἰ καὶ νησιώτης ἀνήρ, ἀθέατος τοῦ ἵππων γένους καὶ ἀμαθέστατος, ἀκούων ὅτι ἦν Μακεδόνι βασιλεῖ κτῆμα ὁ Βουκεφάλας, ὄχημα ἐκείνῳ μὲν τιθασόν, τοῖς δὲ ἄλλοις ἄβατον, ἔπειτα</w:t>
      </w:r>
    </w:p>
    <w:p>
      <w:r>
        <w:rPr>
          <w:rFonts w:ascii="Courier New" w:hAnsi="Courier New"/>
          <w:color w:val="555555"/>
          <w:sz w:val="20"/>
        </w:rPr>
        <w:t>[5]</w:t>
      </w:r>
    </w:p>
    <w:p>
      <w:r>
        <w:rPr>
          <w:rFonts w:ascii="Gentium Plus" w:hAnsi="Gentium Plus"/>
          <w:sz w:val="24"/>
        </w:rPr>
        <w:t>ἀνερωτῴη, τί ἦν πρᾶγμα ὁ Βουκεφάλας· ἠπόρησεν γὰρ ἂν ὁ διηγούμενος, πρὸς ἄνδρα ἀθέατον τῆς ἵππων φύσεως, εἰκόνος σαφοῦς.</w:t>
      </w:r>
    </w:p>
    <w:p>
      <w:r>
        <w:rPr>
          <w:rFonts w:ascii="Courier New" w:hAnsi="Courier New"/>
          <w:color w:val="555555"/>
          <w:sz w:val="20"/>
        </w:rPr>
        <w:t>[8 . 5 a]</w:t>
      </w:r>
    </w:p>
    <w:p>
      <w:r>
        <w:rPr>
          <w:rFonts w:ascii="Gentium Plus" w:hAnsi="Gentium Plus"/>
          <w:sz w:val="24"/>
        </w:rPr>
        <w:t>Τί δή, νῦν ἀποροῦντες περὶ τοῦ δαιμονίου τοῦ Σωκράτους, Ὁμήρῳ συνεγένοντο διηγουμένῳ; αὐτῷ ἐκείνῳ, ἃ διηγεῖτο, περὶ μὲν τοῦ Ἀχιλλέως, ὅτι ἐν ἐκκλησίᾳ στρατιωτικῇ δημηγορῶν, διενεχθεὶς πρὸς τὸν</w:t>
      </w:r>
    </w:p>
    <w:p>
      <w:r>
        <w:rPr>
          <w:rFonts w:ascii="Courier New" w:hAnsi="Courier New"/>
          <w:color w:val="555555"/>
          <w:sz w:val="20"/>
        </w:rPr>
        <w:t>[5]</w:t>
      </w:r>
    </w:p>
    <w:p>
      <w:r>
        <w:rPr>
          <w:rFonts w:ascii="Gentium Plus" w:hAnsi="Gentium Plus"/>
          <w:sz w:val="24"/>
        </w:rPr>
        <w:t>Ἀγαμέμνονα, σπώμενος τὸ ξίφος, ὡς παίσων, κωλύεται ὑπὸ δαιμονίου. Ἀθηνᾶν καλεῖ τὸ δαιμόνιον. Αὕτη γάρ, φησιν, ὀργιζομένῳ αὐτῷ παρεγένετο, στῆ δ’ ὄπιθεν, ξανθῆς δὲ κόμης ἕλε Πηλείωνα.</w:t>
      </w:r>
    </w:p>
    <w:p>
      <w:r>
        <w:rPr>
          <w:rFonts w:ascii="Courier New" w:hAnsi="Courier New"/>
          <w:color w:val="555555"/>
          <w:sz w:val="20"/>
        </w:rPr>
        <w:t>[8 . 5 b]</w:t>
      </w:r>
    </w:p>
    <w:p>
      <w:r>
        <w:rPr>
          <w:rFonts w:ascii="Gentium Plus" w:hAnsi="Gentium Plus"/>
          <w:sz w:val="24"/>
        </w:rPr>
        <w:t>Τὴν δὲ αὐτὴν ταύτην Ἀθηνᾶν λέγει, καὶ τοῦ Διομή‐ δους φησίν ἀχλὺν δ’ αὖ τοι ἀπ’ ὀφθαλμῶν ἕλον, ἣ πρὶν ἐπῆεν,</w:t>
      </w:r>
    </w:p>
    <w:p>
      <w:r>
        <w:rPr>
          <w:rFonts w:ascii="Courier New" w:hAnsi="Courier New"/>
          <w:color w:val="555555"/>
          <w:sz w:val="20"/>
        </w:rPr>
        <w:t>[5]</w:t>
      </w:r>
    </w:p>
    <w:p>
      <w:r>
        <w:rPr>
          <w:rFonts w:ascii="Gentium Plus" w:hAnsi="Gentium Plus"/>
          <w:sz w:val="24"/>
        </w:rPr>
        <w:t>ὄφρ’ εὖ γινώσκοι ἠμὲν θεόν, ἠδὲ καὶ ἄνδρα.</w:t>
      </w:r>
    </w:p>
    <w:p>
      <w:r>
        <w:rPr>
          <w:rFonts w:ascii="Courier New" w:hAnsi="Courier New"/>
          <w:color w:val="555555"/>
          <w:sz w:val="20"/>
        </w:rPr>
        <w:t>[8 . 5 c]</w:t>
      </w:r>
    </w:p>
    <w:p>
      <w:r>
        <w:rPr>
          <w:rFonts w:ascii="Gentium Plus" w:hAnsi="Gentium Plus"/>
          <w:sz w:val="24"/>
        </w:rPr>
        <w:t>Πάλιν αὖ τῷ Τηλεμάχῳ, μέλλοντι συγγίγνεσθαι βα‐ σιλεῖ πρεσβυτέρῳ, αἰδουμένῳ καὶ ἀπορουμένῳ ὁ ἑταῖρος λέγει· Τηλέμαχ’, ἄλλα μὲν αὐτὸς ἐνὶ φρεσὶ σῇσι νοήσεις,</w:t>
      </w:r>
    </w:p>
    <w:p>
      <w:r>
        <w:rPr>
          <w:rFonts w:ascii="Courier New" w:hAnsi="Courier New"/>
          <w:color w:val="555555"/>
          <w:sz w:val="20"/>
        </w:rPr>
        <w:t>[5]</w:t>
      </w:r>
    </w:p>
    <w:p>
      <w:r>
        <w:rPr>
          <w:rFonts w:ascii="Gentium Plus" w:hAnsi="Gentium Plus"/>
          <w:sz w:val="24"/>
        </w:rPr>
        <w:t>ἄλλα δὲ καὶ δαίμων ὑποθήσεται· καὶ προστίθησιν τὴν αἰτίαν τῆς παρὰ τοῦ δαιμονίου ἐλπίδος· οὐ γὰρ ὀΐω οὐδέ σε θεῶν ἀέκητι γενέσθαί τε τραφέμεν τε.</w:t>
      </w:r>
    </w:p>
    <w:p>
      <w:r>
        <w:rPr>
          <w:rFonts w:ascii="Courier New" w:hAnsi="Courier New"/>
          <w:color w:val="555555"/>
          <w:sz w:val="20"/>
        </w:rPr>
        <w:t>[8 . 5 d]</w:t>
      </w:r>
    </w:p>
    <w:p>
      <w:r>
        <w:rPr>
          <w:rFonts w:ascii="Gentium Plus" w:hAnsi="Gentium Plus"/>
          <w:sz w:val="24"/>
        </w:rPr>
        <w:t>Καὶ ἐπ’ ἄλλου ἄλλος αὖθις, τῷ γὰρ ἐπὶ φρεσὶ θῆκε θεὰ λευκώλενος Ἥρη,</w:t>
      </w:r>
    </w:p>
    <w:p>
      <w:r>
        <w:rPr>
          <w:rFonts w:ascii="Courier New" w:hAnsi="Courier New"/>
          <w:color w:val="555555"/>
          <w:sz w:val="20"/>
        </w:rPr>
        <w:t>[8 . 5 e]</w:t>
      </w:r>
    </w:p>
    <w:p>
      <w:r>
        <w:rPr>
          <w:rFonts w:ascii="Gentium Plus" w:hAnsi="Gentium Plus"/>
          <w:sz w:val="24"/>
        </w:rPr>
        <w:t>καὶ ἐπ’ ἄλλου, Τυδείδῃ Διομήδεϊ Πάλλας Ἀθήνη</w:t>
      </w:r>
    </w:p>
    <w:p>
      <w:r>
        <w:rPr>
          <w:rFonts w:ascii="Courier New" w:hAnsi="Courier New"/>
          <w:color w:val="555555"/>
          <w:sz w:val="20"/>
        </w:rPr>
        <w:t>[8 . 5 f]</w:t>
      </w:r>
    </w:p>
    <w:p>
      <w:r>
        <w:rPr>
          <w:rFonts w:ascii="Gentium Plus" w:hAnsi="Gentium Plus"/>
          <w:sz w:val="24"/>
        </w:rPr>
        <w:t>καὶ ἐπ’ ἄλλου, γυῗα δ’ ἔθηκεν ἐλαφρά, πόδας καὶ χεῖρας ὕπερθεν.</w:t>
      </w:r>
    </w:p>
    <w:p>
      <w:r>
        <w:rPr>
          <w:rFonts w:ascii="Courier New" w:hAnsi="Courier New"/>
          <w:color w:val="555555"/>
          <w:sz w:val="20"/>
        </w:rPr>
        <w:t>[8 . 5 g]</w:t>
      </w:r>
    </w:p>
    <w:p>
      <w:r>
        <w:rPr>
          <w:rFonts w:ascii="Gentium Plus" w:hAnsi="Gentium Plus"/>
          <w:sz w:val="24"/>
        </w:rPr>
        <w:t>Ὁρᾶς τὸ πλῆθος τῶν συγγιγνομένων τῷ δαιμονίῳ Βούλει τοίνυν, τὸν Σωκράτην ἐάσας, Ὁμήρου πυθέσθαι, τί σοι ταυτὶ ἐθέλει, ὦ ποιητῶν γενναιότατε;</w:t>
      </w:r>
    </w:p>
    <w:p>
      <w:r>
        <w:rPr>
          <w:rFonts w:ascii="Courier New" w:hAnsi="Courier New"/>
          <w:color w:val="555555"/>
          <w:sz w:val="20"/>
        </w:rPr>
        <w:t>[8 6* a]</w:t>
      </w:r>
    </w:p>
    <w:p>
      <w:r>
        <w:rPr>
          <w:rFonts w:ascii="Gentium Plus" w:hAnsi="Gentium Plus"/>
          <w:sz w:val="24"/>
        </w:rPr>
        <w:t>Τὸ μὲν γὰρ Σωκράτους δαιμόνιον ἓν καὶ ἁπλοῦν, καὶ ἰδιωτικόν, καὶ δημοτικόν, ἢ ποταμὸν διαβαίνοντα ἀνακαλούμενον, ἢ Ἀλκιβιάδου ἔρωτα ἀναβαλλόμενον, ἢ ἀπολογεῖσθαι βουλόμενον, ἢ ἀποθνήσκειν προαι‐</w:t>
      </w:r>
    </w:p>
    <w:p>
      <w:r>
        <w:rPr>
          <w:rFonts w:ascii="Courier New" w:hAnsi="Courier New"/>
          <w:color w:val="555555"/>
          <w:sz w:val="20"/>
        </w:rPr>
        <w:t>[8 6* b]</w:t>
      </w:r>
    </w:p>
    <w:p>
      <w:r>
        <w:rPr>
          <w:rFonts w:ascii="Gentium Plus" w:hAnsi="Gentium Plus"/>
          <w:sz w:val="24"/>
        </w:rPr>
        <w:t>ρούμενον οὐ κωλῦον. Ὁμήρῳ δὲ τὸ δαιμόνιον συνί‐ σταται οὔτε ἑνί, οὔτε ἐφ’ ἑνί, οὔτε ἕν, οὔτε ἐπὶ σμι‐ κροῖς· ἀλλὰ καὶ παντοδαπόν, καὶ πολλάκις, καὶ ἐν πολλοῖς ὀνόμασιν, καὶ ἐν πολλοῖς φαντάσμασιν, καὶ</w:t>
      </w:r>
    </w:p>
    <w:p>
      <w:r>
        <w:rPr>
          <w:rFonts w:ascii="Courier New" w:hAnsi="Courier New"/>
          <w:color w:val="555555"/>
          <w:sz w:val="20"/>
        </w:rPr>
        <w:t>[8 6* c]</w:t>
      </w:r>
    </w:p>
    <w:p>
      <w:r>
        <w:rPr>
          <w:rFonts w:ascii="Gentium Plus" w:hAnsi="Gentium Plus"/>
          <w:sz w:val="24"/>
        </w:rPr>
        <w:t>ἐν παντοδαπαῖς φωναῖς. Ἆρ’ οὖν καὶ ἀποδέχῃ τὶ τούτων, καὶ ἡγεῖ τι εἶναι τὴν Ἀθηνᾶν, καὶ τὴν Ἥραν, καὶ τὸν Ἀπόλλωνα, καὶ Ἔριν, καὶ ὅστις ἄλλος δαί‐</w:t>
      </w:r>
    </w:p>
    <w:p>
      <w:r>
        <w:rPr>
          <w:rFonts w:ascii="Courier New" w:hAnsi="Courier New"/>
          <w:color w:val="555555"/>
          <w:sz w:val="20"/>
        </w:rPr>
        <w:t>[8 6* d]</w:t>
      </w:r>
    </w:p>
    <w:p>
      <w:r>
        <w:rPr>
          <w:rFonts w:ascii="Gentium Plus" w:hAnsi="Gentium Plus"/>
          <w:sz w:val="24"/>
        </w:rPr>
        <w:t>μων Ὁμηρικός; Μή με οἴου πυνθάνεσθαι εἰ τοιαύτην ἡγεῖ τὴν Ἀθηνᾶν, οἵαν Φειδίας ἐδημιούργησεν, οὐδὲν τῶν Ὁμήρου ἐπῶν φαυλοτέραν, παρθένον καλήν, γλαυ‐ κῶπιν, ὑψηλήν, αἰγίδα ἀνεζωσμένην, κόρυν φέρουσαν,</w:t>
      </w:r>
    </w:p>
    <w:p>
      <w:r>
        <w:rPr>
          <w:rFonts w:ascii="Courier New" w:hAnsi="Courier New"/>
          <w:color w:val="555555"/>
          <w:sz w:val="20"/>
        </w:rPr>
        <w:t>[5]</w:t>
      </w:r>
    </w:p>
    <w:p>
      <w:r>
        <w:rPr>
          <w:rFonts w:ascii="Gentium Plus" w:hAnsi="Gentium Plus"/>
          <w:sz w:val="24"/>
        </w:rPr>
        <w:t>δόρυ ἔχουσαν, ἀσπίδα ἔχουσαν· μηδὲ αὖ τὴν Ἥραν, οἵαν Πολύκλειτος Ἀργείοις ἔδειξεν, λευκώλενον, ἐλε‐ φαντόπηχυν, εὐῶπιν, εὐείμονα, βασιλικήν, ἱδρυμένην</w:t>
      </w:r>
    </w:p>
    <w:p>
      <w:r>
        <w:rPr>
          <w:rFonts w:ascii="Courier New" w:hAnsi="Courier New"/>
          <w:color w:val="555555"/>
          <w:sz w:val="20"/>
        </w:rPr>
        <w:t>[8 6* e]</w:t>
      </w:r>
    </w:p>
    <w:p>
      <w:r>
        <w:rPr>
          <w:rFonts w:ascii="Gentium Plus" w:hAnsi="Gentium Plus"/>
          <w:sz w:val="24"/>
        </w:rPr>
        <w:t>ἐπὶ χρυσοῦ θρόνου· μηδέ γε αὖ τὸν Ἀπόλλωνα, οἷον γραφεῖς καὶ δημιουργοὶ εἰκάζουσιν, μειράκιον γυμνὸν ἐκ χλαμυδίου, τοξότην, διαβεβηκότα τοῖς ποσὶν ὥσπερ</w:t>
      </w:r>
    </w:p>
    <w:p>
      <w:r>
        <w:rPr>
          <w:rFonts w:ascii="Courier New" w:hAnsi="Courier New"/>
          <w:color w:val="555555"/>
          <w:sz w:val="20"/>
        </w:rPr>
        <w:t>[8 6* f]</w:t>
      </w:r>
    </w:p>
    <w:p>
      <w:r>
        <w:rPr>
          <w:rFonts w:ascii="Gentium Plus" w:hAnsi="Gentium Plus"/>
          <w:sz w:val="24"/>
        </w:rPr>
        <w:t>θέοντα. Οὐ τοῦτο ἐρωτῶ, οὐδὲ ἡγοῦμαί σε φαῦλον εἶναι τ’ ἀληθῆ εἰκάζειν, ὥστε μὴ μεταβάλλειν τὸ αἴ‐</w:t>
      </w:r>
    </w:p>
    <w:p>
      <w:r>
        <w:rPr>
          <w:rFonts w:ascii="Courier New" w:hAnsi="Courier New"/>
          <w:color w:val="555555"/>
          <w:sz w:val="20"/>
        </w:rPr>
        <w:t>[8 6* g]</w:t>
      </w:r>
    </w:p>
    <w:p>
      <w:r>
        <w:rPr>
          <w:rFonts w:ascii="Gentium Plus" w:hAnsi="Gentium Plus"/>
          <w:sz w:val="24"/>
        </w:rPr>
        <w:t>νιγμα εἰς λόγον· ἀλλ’ εἰ τῷ ὄντι ἡγεῖ ταυτὶ τὰ ὀνό‐ ματα καὶ τὰ σώματα αἰνίττεσθαί τινας δαιμονίους δυνάμεις, καὶ συνισταμένας τῶν ἀνθρώπων τοῖς εὐμοι‐</w:t>
      </w:r>
    </w:p>
    <w:p>
      <w:r>
        <w:rPr>
          <w:rFonts w:ascii="Courier New" w:hAnsi="Courier New"/>
          <w:color w:val="555555"/>
          <w:sz w:val="20"/>
        </w:rPr>
        <w:t>[8 6* h]</w:t>
      </w:r>
    </w:p>
    <w:p>
      <w:r>
        <w:rPr>
          <w:rFonts w:ascii="Gentium Plus" w:hAnsi="Gentium Plus"/>
          <w:sz w:val="24"/>
        </w:rPr>
        <w:t>ροτάτοις καὶ ὕπαρ καὶ ὄναρ. Εἰ μὲν γὰρ μηδεμίαν ἡγεῖ, ὥρα σοι καὶ Ὁμήρῳ πολεμεῖν, καὶ τὰ μαντεῖα ἀναιρεῖν, καὶ ταῖς φήμαις ἀπιστεῖν, καὶ τὰ ὀνείρατα</w:t>
      </w:r>
    </w:p>
    <w:p>
      <w:r>
        <w:rPr>
          <w:rFonts w:ascii="Courier New" w:hAnsi="Courier New"/>
          <w:color w:val="555555"/>
          <w:sz w:val="20"/>
        </w:rPr>
        <w:t>[8 6* i]</w:t>
      </w:r>
    </w:p>
    <w:p>
      <w:r>
        <w:rPr>
          <w:rFonts w:ascii="Gentium Plus" w:hAnsi="Gentium Plus"/>
          <w:sz w:val="24"/>
        </w:rPr>
        <w:t>φεύγειν, καὶ Σωκράτην δὲ ἐᾶν. Εἰ δὲ ταῦτα μὲν οὔτε ἄπιστα ἡγεῖ οὔτε ἀδύνατα, ἀπορεῖς δὲ περὶ Σω‐ κράτους· μεταλαβὼν ἐρήσομαί σε, πότερα οὐκ ἄξιον ἡγεῖ τὸν Σωκράτην μοίρας δαιμονίου, ἢ τὸ δυνατὸν</w:t>
      </w:r>
    </w:p>
    <w:p>
      <w:r>
        <w:rPr>
          <w:rFonts w:ascii="Courier New" w:hAnsi="Courier New"/>
          <w:color w:val="555555"/>
          <w:sz w:val="20"/>
        </w:rPr>
        <w:t>[8 6* k]</w:t>
      </w:r>
    </w:p>
    <w:p>
      <w:r>
        <w:rPr>
          <w:rFonts w:ascii="Gentium Plus" w:hAnsi="Gentium Plus"/>
          <w:sz w:val="24"/>
        </w:rPr>
        <w:t>ἄλλοθι ἐνταῦθα ἐξασθενεῖ. Ἀλλὰ τὸ μὲν δυνατὸν διδούς, κἀνταῦθα δώσεις, τὸ δὲ ἄξιον οὐκ ἀφαιρήσεις</w:t>
      </w:r>
    </w:p>
    <w:p>
      <w:r>
        <w:rPr>
          <w:rFonts w:ascii="Courier New" w:hAnsi="Courier New"/>
          <w:color w:val="555555"/>
          <w:sz w:val="20"/>
        </w:rPr>
        <w:t>[8 6* l]</w:t>
      </w:r>
    </w:p>
    <w:p>
      <w:r>
        <w:rPr>
          <w:rFonts w:ascii="Gentium Plus" w:hAnsi="Gentium Plus"/>
          <w:sz w:val="24"/>
        </w:rPr>
        <w:t>τοῦ Σωκράτους. Εἰ τοίνυν καὶ δυνατὸν τὸ πρᾶγμα, καὶ ἄξιος Σωκράτης, λείπεταί σοι μὴ περὶ Σωκράτους ἀμφισβητεῖν, ἀλλὰ καθόλου σκοπεῖν, τίς ἡ τοῦ δαι‐ μονίου φύσις.</w:t>
      </w:r>
    </w:p>
    <w:p>
      <w:r>
        <w:rPr>
          <w:rFonts w:ascii="Courier New" w:hAnsi="Courier New"/>
          <w:color w:val="555555"/>
          <w:sz w:val="20"/>
        </w:rPr>
        <w:t>[8 . 7 a]</w:t>
      </w:r>
    </w:p>
    <w:p>
      <w:r>
        <w:rPr>
          <w:rFonts w:ascii="Gentium Plus" w:hAnsi="Gentium Plus"/>
          <w:sz w:val="24"/>
        </w:rPr>
        <w:t>Καὶ τοῦτο μέν σοι παρ’ ἐμοῦ καὶ αὖθις λελέ‐ ξεται· νῦν δὲ ἴθι αὐτὸς πρὸς αὑτὸν ἑκκαθηράμενος ταυτηνὶ τὴν δόξαν, ἵνα σοι καὶ προτέλεια γένηται ταῦτα</w:t>
      </w:r>
    </w:p>
    <w:p>
      <w:r>
        <w:rPr>
          <w:rFonts w:ascii="Courier New" w:hAnsi="Courier New"/>
          <w:color w:val="555555"/>
          <w:sz w:val="20"/>
        </w:rPr>
        <w:t>[8 . 7 b*]</w:t>
      </w:r>
    </w:p>
    <w:p>
      <w:r>
        <w:rPr>
          <w:rFonts w:ascii="Gentium Plus" w:hAnsi="Gentium Plus"/>
          <w:sz w:val="24"/>
        </w:rPr>
        <w:t>τοῦ μέλλοντος λόγου· ὅτι θεοὶ ἀνθρώποις ἀρετὴν καὶ κακίαν ἔνειμαν, ὥσπερ ἐν σταδίῳ ἀγωνισταῖς, τὴν μὲν ἆθλον μοχθηρίας φύσεως καὶ γνώμης πονηρᾶς, τὴν δὲ ἐπινίκιον γνώμης ἀγαθῆς καὶ φύσεως ἐρρωμένης,</w:t>
      </w:r>
    </w:p>
    <w:p>
      <w:r>
        <w:rPr>
          <w:rFonts w:ascii="Courier New" w:hAnsi="Courier New"/>
          <w:color w:val="555555"/>
          <w:sz w:val="20"/>
        </w:rPr>
        <w:t>[8 . 7 c]</w:t>
      </w:r>
    </w:p>
    <w:p>
      <w:r>
        <w:rPr>
          <w:rFonts w:ascii="Gentium Plus" w:hAnsi="Gentium Plus"/>
          <w:sz w:val="24"/>
        </w:rPr>
        <w:t>ὅταν κρατῶσιν καλοκαγαθίᾳ. Τούτοις καὶ τὸ θεῖον ἐθέλει ξυνίστασθαί τε καὶ συνεπιλαμβάνειν τοῦ βίου, ὑπερέχον χεῖρα καὶ κηδόμενον· τὸν μὲν φήμαις σώζει, τὸν δὲ οἰωνοῖς, τὸν δὲ ὀνείρασιν, τὸν δὲ φωναῖς, τὸν</w:t>
      </w:r>
    </w:p>
    <w:p>
      <w:r>
        <w:rPr>
          <w:rFonts w:ascii="Courier New" w:hAnsi="Courier New"/>
          <w:color w:val="555555"/>
          <w:sz w:val="20"/>
        </w:rPr>
        <w:t>[8 . 7 d]</w:t>
      </w:r>
    </w:p>
    <w:p>
      <w:r>
        <w:rPr>
          <w:rFonts w:ascii="Gentium Plus" w:hAnsi="Gentium Plus"/>
          <w:sz w:val="24"/>
        </w:rPr>
        <w:t>δὲ θυσίαις. Ἀσθενὴς γὰρ ἡ ἀνθρωπίνη ψυχὴ πρὸς πάντα ἐξικνεῖσθαι τοῖς λογισμοῖς, ἅτε περιβεβλημένη ἐν τῷ δευτέρῳ βίῳ πολλὴν καὶ σκοτεινὴν ἀχλύν, καὶ ἐν πολλῷ ψόφῳ καὶ θορύβῳ τῶν δεῦρο κακῶν δια‐</w:t>
      </w:r>
    </w:p>
    <w:p>
      <w:r>
        <w:rPr>
          <w:rFonts w:ascii="Courier New" w:hAnsi="Courier New"/>
          <w:color w:val="555555"/>
          <w:sz w:val="20"/>
        </w:rPr>
        <w:t>[8 . 7 e]</w:t>
      </w:r>
    </w:p>
    <w:p>
      <w:r>
        <w:rPr>
          <w:rFonts w:ascii="Gentium Plus" w:hAnsi="Gentium Plus"/>
          <w:sz w:val="24"/>
        </w:rPr>
        <w:t>τρίβουσα, καὶ ταραττομένη ὑπ’ αὐτῶν. Τίς γὰρ οὕτω ταχὺς καὶ ἀσφαλὴς ὁδοιπόρων, ὡς μὴ ἐντυχεῖν βαδίζων χαράδρᾳ ἀφανεῖ, ἢ χάρακι ἀδήλῳ, ἢ κρημνῷ, ἢ τάφρῳ;</w:t>
      </w:r>
    </w:p>
    <w:p>
      <w:r>
        <w:rPr>
          <w:rFonts w:ascii="Courier New" w:hAnsi="Courier New"/>
          <w:color w:val="555555"/>
          <w:sz w:val="20"/>
        </w:rPr>
        <w:t>[8 . 7 f]</w:t>
      </w:r>
    </w:p>
    <w:p>
      <w:r>
        <w:rPr>
          <w:rFonts w:ascii="Gentium Plus" w:hAnsi="Gentium Plus"/>
          <w:sz w:val="24"/>
        </w:rPr>
        <w:t>τίς δὲ οὕτω κυβερνήτης ἀγαθὸς καὶ εὔστοχος, ὡς ἀπεί‐ ρατος διελθεῖν κλύδωνος, καὶ ζάλης, καὶ πνευμάτων</w:t>
      </w:r>
    </w:p>
    <w:p>
      <w:r>
        <w:rPr>
          <w:rFonts w:ascii="Courier New" w:hAnsi="Courier New"/>
          <w:color w:val="555555"/>
          <w:sz w:val="20"/>
        </w:rPr>
        <w:t>[8 . 7 g]</w:t>
      </w:r>
    </w:p>
    <w:p>
      <w:r>
        <w:rPr>
          <w:rFonts w:ascii="Gentium Plus" w:hAnsi="Gentium Plus"/>
          <w:sz w:val="24"/>
        </w:rPr>
        <w:t>ἐμβολῆς, καὶ ἀέρος τεταραγμένου; τίς δὲ οὕτω ἰατρὸς τεχνικός, ὡς μὴ ἐπιταραχθῆναι ἀφανεῖ καὶ ἀνελπίστῳ νοσήματι, ἄλλου ἄλλοθεν ὑποφυομένου καὶ ὑποτεμνο‐</w:t>
      </w:r>
    </w:p>
    <w:p>
      <w:r>
        <w:rPr>
          <w:rFonts w:ascii="Courier New" w:hAnsi="Courier New"/>
          <w:color w:val="555555"/>
          <w:sz w:val="20"/>
        </w:rPr>
        <w:t>[8 . 7 h]</w:t>
      </w:r>
    </w:p>
    <w:p>
      <w:r>
        <w:rPr>
          <w:rFonts w:ascii="Gentium Plus" w:hAnsi="Gentium Plus"/>
          <w:sz w:val="24"/>
        </w:rPr>
        <w:t>μένου τοὺς τῆς τέχνης λόγους; τίς δὲ ἀνὴρ ἀγαθός, ὡς διελθεῖν βίον ἀπταίστως καὶ ἀσφαλῶς, ὡς σῶμα νοσερόν, ὡς πλοῦν ἄδηλον, ὡς ὁδὸν διεσκαμμένην, καὶ μὴ δεηθῆναι ἐν τούτοις, κυβερνήτου καὶ ἰατροῦ</w:t>
      </w:r>
    </w:p>
    <w:p>
      <w:r>
        <w:rPr>
          <w:rFonts w:ascii="Courier New" w:hAnsi="Courier New"/>
          <w:color w:val="555555"/>
          <w:sz w:val="20"/>
        </w:rPr>
        <w:t>[8 . 7 i]</w:t>
      </w:r>
    </w:p>
    <w:p>
      <w:r>
        <w:rPr>
          <w:rFonts w:ascii="Gentium Plus" w:hAnsi="Gentium Plus"/>
          <w:sz w:val="24"/>
        </w:rPr>
        <w:t>καὶ χειραγωγοῦ θεοῦ; Καλὸν μὲν γὰρ ἡ ἀρετή, καὶ εὐπορώτατον, καὶ δραστικώτατον· ἀλλ’ ἀνακέκραται ὕλῃ πονηρᾷ, καὶ ἀσαφεῖ, καὶ μεστῇ πολλοῦ τοῦ ἀδή‐ λου, ἣν δὴ καλοῦσιν οἱ ἄνθρωποι τύχην, χρῆμα τυ‐</w:t>
      </w:r>
    </w:p>
    <w:p>
      <w:r>
        <w:rPr>
          <w:rFonts w:ascii="Courier New" w:hAnsi="Courier New"/>
          <w:color w:val="555555"/>
          <w:sz w:val="20"/>
        </w:rPr>
        <w:t>[5]</w:t>
      </w:r>
    </w:p>
    <w:p>
      <w:r>
        <w:rPr>
          <w:rFonts w:ascii="Gentium Plus" w:hAnsi="Gentium Plus"/>
          <w:sz w:val="24"/>
        </w:rPr>
        <w:t>φλὸν καὶ ἀστάθμητον. Ἀντιφιλοτιμεῖται τῇ ἀρετῇ, καὶ</w:t>
      </w:r>
    </w:p>
    <w:p>
      <w:r>
        <w:rPr>
          <w:rFonts w:ascii="Courier New" w:hAnsi="Courier New"/>
          <w:color w:val="555555"/>
          <w:sz w:val="20"/>
        </w:rPr>
        <w:t>[8 . 7 k]</w:t>
      </w:r>
    </w:p>
    <w:p>
      <w:r>
        <w:rPr>
          <w:rFonts w:ascii="Gentium Plus" w:hAnsi="Gentium Plus"/>
          <w:sz w:val="24"/>
        </w:rPr>
        <w:t>τὴν ὑποτέμνεται τύχης ἐμβολή· καὶ καλὴ μὲν ἡ ἀρετὴ τά τε ἄλλα, ἐμπεσοῦσα δὲ εἰς νεφέλην ἄδηλον, ἐπι‐ σκιάζεται καὶ διατειχίζεται. Ἔνθα δὴ αὐτῇ θεοῦ δεῖ συλλήπτορος, καὶ συναγωνιστοῦ, καὶ παραστάτου.</w:t>
      </w:r>
    </w:p>
    <w:p>
      <w:r>
        <w:rPr>
          <w:rFonts w:ascii="Courier New" w:hAnsi="Courier New"/>
          <w:color w:val="555555"/>
          <w:sz w:val="20"/>
        </w:rPr>
        <w:t>[8 . 8 a]</w:t>
      </w:r>
    </w:p>
    <w:p>
      <w:r>
        <w:rPr>
          <w:rFonts w:ascii="Gentium Plus" w:hAnsi="Gentium Plus"/>
          <w:sz w:val="24"/>
        </w:rPr>
        <w:t>Θεὸς μὲν οὖν αὐτὸς κατὰ χώραν ἱδρυμένος οἰκο‐</w:t>
      </w:r>
    </w:p>
    <w:p>
      <w:r>
        <w:rPr>
          <w:rFonts w:ascii="Courier New" w:hAnsi="Courier New"/>
          <w:color w:val="555555"/>
          <w:sz w:val="20"/>
        </w:rPr>
        <w:t>[8 . 8 b]</w:t>
      </w:r>
    </w:p>
    <w:p>
      <w:r>
        <w:rPr>
          <w:rFonts w:ascii="Gentium Plus" w:hAnsi="Gentium Plus"/>
          <w:sz w:val="24"/>
        </w:rPr>
        <w:t>νομεῖ τὸν οὐρανὸν καὶ τὴν ἐν οὐρανῷ τάξιν· εἰσὶ δ’ αὐτῷ φύσεις, ἀθάνατοι δεύτεροι, οἱ καλούμενοι δεύ‐ τεροι ἐν μεθορίᾳ γῆς καὶ οὐρανοῦ τεταγμένοι· θεοῦ μὲν ἀσθενέστεροι, ἀνθρώπου δ’ ἰσχυρότεροι· θεῶν μὲν</w:t>
      </w:r>
    </w:p>
    <w:p>
      <w:r>
        <w:rPr>
          <w:rFonts w:ascii="Courier New" w:hAnsi="Courier New"/>
          <w:color w:val="555555"/>
          <w:sz w:val="20"/>
        </w:rPr>
        <w:t>[5]</w:t>
      </w:r>
    </w:p>
    <w:p>
      <w:r>
        <w:rPr>
          <w:rFonts w:ascii="Gentium Plus" w:hAnsi="Gentium Plus"/>
          <w:sz w:val="24"/>
        </w:rPr>
        <w:t>ὑπηρέται, ἀνθρώπων δὲ ἐπιστάται· θεῶν μὲν πλησι‐</w:t>
      </w:r>
    </w:p>
    <w:p>
      <w:r>
        <w:rPr>
          <w:rFonts w:ascii="Courier New" w:hAnsi="Courier New"/>
          <w:color w:val="555555"/>
          <w:sz w:val="20"/>
        </w:rPr>
        <w:t>[8 . 8 c]</w:t>
      </w:r>
    </w:p>
    <w:p>
      <w:r>
        <w:rPr>
          <w:rFonts w:ascii="Gentium Plus" w:hAnsi="Gentium Plus"/>
          <w:sz w:val="24"/>
        </w:rPr>
        <w:t>αίτατοι, ἀνθρώπων δὲ ἐπιμελέστατοι. Ἦ γὰρ ἂν τὸ διὰ μέσου πολλῷ τῷ θνητῷ πρὸς τὸ ἀθάνατον διε‐ τειχίσθη τῆς οὐρανίου ἐπόψεώς τε καὶ ὁμιλίας, ὅτι μὴ τῆς δαιμονίου ταύτης φύσεως, οἷον ἁρμονίας, κατὰ τὴν</w:t>
      </w:r>
    </w:p>
    <w:p>
      <w:r>
        <w:rPr>
          <w:rFonts w:ascii="Courier New" w:hAnsi="Courier New"/>
          <w:color w:val="555555"/>
          <w:sz w:val="20"/>
        </w:rPr>
        <w:t>[5]</w:t>
      </w:r>
    </w:p>
    <w:p>
      <w:r>
        <w:rPr>
          <w:rFonts w:ascii="Gentium Plus" w:hAnsi="Gentium Plus"/>
          <w:sz w:val="24"/>
        </w:rPr>
        <w:t>πρὸς ἑκάτερον συγγένειαν καταλαβούσης δεσμῷ τὴν</w:t>
      </w:r>
    </w:p>
    <w:p>
      <w:r>
        <w:rPr>
          <w:rFonts w:ascii="Courier New" w:hAnsi="Courier New"/>
          <w:color w:val="555555"/>
          <w:sz w:val="20"/>
        </w:rPr>
        <w:t>[8 . 8 d]</w:t>
      </w:r>
    </w:p>
    <w:p>
      <w:r>
        <w:rPr>
          <w:rFonts w:ascii="Gentium Plus" w:hAnsi="Gentium Plus"/>
          <w:sz w:val="24"/>
        </w:rPr>
        <w:t>ἀνθρωπίνην ἀσθένειαν πρὸς τὸ θεῖον κάλλος. Καθάπερ γάρ, οἶμαι, τὸ βαρβαρικὸν τοῦ Ἑλληνικοῦ διῄρηται φωνῆς συνέσει, ἀλλὰ τὸ τῶν ἑρμηνέων γένος τὰς παρ’ ἑκατέρων φωνὰς ὑποδεχόμενον καὶ διαπορθ‐</w:t>
      </w:r>
    </w:p>
    <w:p>
      <w:r>
        <w:rPr>
          <w:rFonts w:ascii="Courier New" w:hAnsi="Courier New"/>
          <w:color w:val="555555"/>
          <w:sz w:val="20"/>
        </w:rPr>
        <w:t>[5]</w:t>
      </w:r>
    </w:p>
    <w:p>
      <w:r>
        <w:rPr>
          <w:rFonts w:ascii="Gentium Plus" w:hAnsi="Gentium Plus"/>
          <w:sz w:val="24"/>
        </w:rPr>
        <w:t>μεῦον‘ πρὸς ἑκατέρους, συνῆψεν αὐτῶν καὶ συνεκέ‐ ρασεν τὰς ὁμιλίας· οὕτω δ’ ἂν καὶ τὸ δαιμόνων γένος</w:t>
      </w:r>
    </w:p>
    <w:p>
      <w:r>
        <w:rPr>
          <w:rFonts w:ascii="Courier New" w:hAnsi="Courier New"/>
          <w:color w:val="555555"/>
          <w:sz w:val="20"/>
        </w:rPr>
        <w:t>[8 . 8 e]</w:t>
      </w:r>
    </w:p>
    <w:p>
      <w:r>
        <w:rPr>
          <w:rFonts w:ascii="Gentium Plus" w:hAnsi="Gentium Plus"/>
          <w:sz w:val="24"/>
        </w:rPr>
        <w:t>ἐπίμικτον νοεῖται καὶ θεοῖς τε καὶ ἀνθρώποις. Τοῦτο γάρ ἐστιν τὸ ἀνθρώποις προσφθεγγόμενον, καὶ φαντα‐ ζόμενον, καὶ εἱλούμενον ἐν μέσῃ τῇ θνητῇ φύσει, καὶ ἀπωφελοῦν ὅσα ἀνάγκη δεῖσθαι θεῶν τὸ θνητῶν γένος.</w:t>
      </w:r>
    </w:p>
    <w:p>
      <w:r>
        <w:rPr>
          <w:rFonts w:ascii="Courier New" w:hAnsi="Courier New"/>
          <w:color w:val="555555"/>
          <w:sz w:val="20"/>
        </w:rPr>
        <w:t>[8 . 8 f]</w:t>
      </w:r>
    </w:p>
    <w:p>
      <w:r>
        <w:rPr>
          <w:rFonts w:ascii="Gentium Plus" w:hAnsi="Gentium Plus"/>
          <w:sz w:val="24"/>
        </w:rPr>
        <w:t>Πολλὴ δὲ ἡ δαιμόνων ἀγέλη· τρὶς γὰρ μύριοί εἰσιν ἐπὶ χθονὶ πουλυβοτείρῃ, ἀθάνατοι, Ζηνὸς πρόπολοι· οἱ μὲν ἰατροὶ νοσημάτων, οἱ δὲ τῶν ἀπόρων σύμβουλοι,</w:t>
      </w:r>
    </w:p>
    <w:p>
      <w:r>
        <w:rPr>
          <w:rFonts w:ascii="Courier New" w:hAnsi="Courier New"/>
          <w:color w:val="555555"/>
          <w:sz w:val="20"/>
        </w:rPr>
        <w:t>[5]</w:t>
      </w:r>
    </w:p>
    <w:p>
      <w:r>
        <w:rPr>
          <w:rFonts w:ascii="Gentium Plus" w:hAnsi="Gentium Plus"/>
          <w:sz w:val="24"/>
        </w:rPr>
        <w:t>οἱ δὲ τῶν ἀφανῶν ἄγγελοι, οἱ δὲ τέχνης συνεργάται, οἱ δὲ ὁδοῦ συνέμποροι· οἱ μὲν ἀστικοί, οἱ δὲ ἀγροι‐ κικοί, οἱ δὲ θαλάττιοι, οἱ δὲ ἠπειρωτικοί· εἴληχεν δὲ ἄλλος ἄλλην ἑστίαν σώματος, ὁ μὲν Σωκράτην, ὁ δὲ Πλάτωνα, ὁ δὲ Πυθαγόραν, ὁ δὲ Ζήνωνα, ὁ δὲ Διο‐</w:t>
      </w:r>
    </w:p>
    <w:p>
      <w:r>
        <w:rPr>
          <w:rFonts w:ascii="Courier New" w:hAnsi="Courier New"/>
          <w:color w:val="555555"/>
          <w:sz w:val="20"/>
        </w:rPr>
        <w:t>[10]</w:t>
      </w:r>
    </w:p>
    <w:p>
      <w:r>
        <w:rPr>
          <w:rFonts w:ascii="Gentium Plus" w:hAnsi="Gentium Plus"/>
          <w:sz w:val="24"/>
        </w:rPr>
        <w:t>γένην· ὁ μὲν φοβερός, ὁ δὲ φιλάνθρωπος, ὁ δὲ πολι‐ τικός, ὁ δὲ τακτικός· ὅσαι φύσεις ἀνδρῶν, τοσαῦται καὶ δαιμόνων· καί τε θεοὶ ξείνοισιν ἐοικότες ἀλλοδαποῖσιν, παντοῖοι τελέθοντες, ἐπιστρωφῶσι πόληας·</w:t>
      </w:r>
    </w:p>
    <w:p>
      <w:r>
        <w:rPr>
          <w:rFonts w:ascii="Courier New" w:hAnsi="Courier New"/>
          <w:color w:val="555555"/>
          <w:sz w:val="20"/>
        </w:rPr>
        <w:t>[8 . 8 g]</w:t>
      </w:r>
    </w:p>
    <w:p>
      <w:r>
        <w:rPr>
          <w:rFonts w:ascii="Gentium Plus" w:hAnsi="Gentium Plus"/>
          <w:sz w:val="24"/>
        </w:rPr>
        <w:t>ἐὰν δέ που μοχθηρὰν δείξεις ψυχήν, ἀνέστιος αὕτη</w:t>
      </w:r>
    </w:p>
    <w:p>
      <w:pPr>
        <w:jc w:val="center"/>
      </w:pPr>
      <w:r>
        <w:rPr>
          <w:rFonts w:ascii="Gentium Plus" w:hAnsi="Gentium Plus"/>
          <w:b/>
          <w:sz w:val="24"/>
        </w:rPr>
        <w:t>Ἔτι περὶ τοῦ Σωκράτους δαιμονίου βʹ.</w:t>
      </w:r>
    </w:p>
    <w:p>
      <w:r>
        <w:rPr>
          <w:rFonts w:ascii="Courier New" w:hAnsi="Courier New"/>
          <w:color w:val="555555"/>
          <w:sz w:val="20"/>
        </w:rPr>
        <w:t>[1]</w:t>
      </w:r>
    </w:p>
    <w:p>
      <w:r>
        <w:rPr>
          <w:rFonts w:ascii="Gentium Plus" w:hAnsi="Gentium Plus"/>
          <w:sz w:val="24"/>
        </w:rPr>
        <w:t>Φέρε, ἐρώμεθα τὸ δαιμόνιον· φιλάνθρωπον γὰρ καὶ εἰωθὸς ἀποκρίνεσθαι διὰ σωμάτων ἀνθρωπίνων, ὡς ἡ Ἰσμενίου τέχνη διὰ τῶν αὐλῶν· ἐρώμεθα δὲ ὧδέ πως κατὰ τὸν Ὁμήρου Ὀδυσσέα·</w:t>
      </w:r>
    </w:p>
    <w:p>
      <w:r>
        <w:rPr>
          <w:rFonts w:ascii="Courier New" w:hAnsi="Courier New"/>
          <w:color w:val="555555"/>
          <w:sz w:val="20"/>
        </w:rPr>
        <w:t>[9 . 1 b]</w:t>
      </w:r>
    </w:p>
    <w:p>
      <w:r>
        <w:rPr>
          <w:rFonts w:ascii="Gentium Plus" w:hAnsi="Gentium Plus"/>
          <w:sz w:val="24"/>
        </w:rPr>
        <w:t>θεὸς νύ τις, ἢ βροτός ἐσσι; εἰ μέν τις θεός ἐσσι, τοὶ οὐρανὸν εὐρὺν ἔχουσιν, οὐδὲν δεῖ λόγων, ἴσμεν γὰρ τὰ σά· εἰ δέ τις ἐσσὶ βροτῶν, τοὶ ἐπὶ χθονὶ ναιετάουσιν,</w:t>
      </w:r>
    </w:p>
    <w:p>
      <w:r>
        <w:rPr>
          <w:rFonts w:ascii="Courier New" w:hAnsi="Courier New"/>
          <w:color w:val="555555"/>
          <w:sz w:val="20"/>
        </w:rPr>
        <w:t>[5]</w:t>
      </w:r>
    </w:p>
    <w:p>
      <w:r>
        <w:rPr>
          <w:rFonts w:ascii="Gentium Plus" w:hAnsi="Gentium Plus"/>
          <w:sz w:val="24"/>
        </w:rPr>
        <w:t>ἆρα τοιοῦτον χρῆμα, οἷον ὁμοπαθές τε εἶναι ἡμῖν καὶ</w:t>
      </w:r>
    </w:p>
    <w:p>
      <w:r>
        <w:rPr>
          <w:rFonts w:ascii="Courier New" w:hAnsi="Courier New"/>
          <w:color w:val="555555"/>
          <w:sz w:val="20"/>
        </w:rPr>
        <w:t>[9 . 1 c]</w:t>
      </w:r>
    </w:p>
    <w:p>
      <w:r>
        <w:rPr>
          <w:rFonts w:ascii="Gentium Plus" w:hAnsi="Gentium Plus"/>
          <w:sz w:val="24"/>
        </w:rPr>
        <w:t>ὁμόφωνον, καὶ ὁμογενές, καὶ σύγχρονον· ἢ κατὰ μὲν τὴν δίαιταν ἐφέστιον τῇ γῇ, κατὰ δὲ τὴν οὐσίαν κρεῖτ‐</w:t>
      </w:r>
    </w:p>
    <w:p>
      <w:r>
        <w:rPr>
          <w:rFonts w:ascii="Courier New" w:hAnsi="Courier New"/>
          <w:color w:val="555555"/>
          <w:sz w:val="20"/>
        </w:rPr>
        <w:t>[5]</w:t>
      </w:r>
    </w:p>
    <w:p>
      <w:r>
        <w:rPr>
          <w:rFonts w:ascii="Gentium Plus" w:hAnsi="Gentium Plus"/>
          <w:sz w:val="24"/>
        </w:rPr>
        <w:t>ὀστᾶ, οὐδὲ αἷμα, οὐδὲ ἄλλό τι σκεδαστέον, ἢ λυό‐ μενον, ἢ τηκόμενον, ἢ διαρρέον· ἀλλὰ τίς μήν; Οὑτωσὶ πρῶτον θεασώμεθα τὸ ἀναγκαῖον τῆς δαιμόνων οὐσίας.</w:t>
      </w:r>
    </w:p>
    <w:p>
      <w:r>
        <w:rPr>
          <w:rFonts w:ascii="Courier New" w:hAnsi="Courier New"/>
          <w:color w:val="555555"/>
          <w:sz w:val="20"/>
        </w:rPr>
        <w:t>[9 . 1 d]</w:t>
      </w:r>
    </w:p>
    <w:p>
      <w:r>
        <w:rPr>
          <w:rFonts w:ascii="Gentium Plus" w:hAnsi="Gentium Plus"/>
          <w:sz w:val="24"/>
        </w:rPr>
        <w:t>Τὸ ἀπαθὲς τῷ ἐμπαθεῖ ἐναντίον, καὶ τὸ θνητὸν τῷ ἀθανάτῳ, καὶ τὸ ἄλογον τῷ λογικῷ, καὶ τὸ ἀναίσθη‐ τον τῷ αἰσθητικῷ, καὶ τὸ ἔμψυχον τῷ ἀψύχῳ. Πᾶν τοίνυν τὴν ψυχὴν ἔχον ἑκατέροιν συγκεκρατημένην· ἢ</w:t>
      </w:r>
    </w:p>
    <w:p>
      <w:r>
        <w:rPr>
          <w:rFonts w:ascii="Courier New" w:hAnsi="Courier New"/>
          <w:color w:val="555555"/>
          <w:sz w:val="20"/>
        </w:rPr>
        <w:t>[5]</w:t>
      </w:r>
    </w:p>
    <w:p>
      <w:r>
        <w:rPr>
          <w:rFonts w:ascii="Gentium Plus" w:hAnsi="Gentium Plus"/>
          <w:sz w:val="24"/>
        </w:rPr>
        <w:t>γὰρ ἀπαθὲς τὸ ἀθάνατον, ἢ ἀθάνατον ἐμπαθές, ἢ ἐμπαθὲς θνητόν, ἢ ἄλογον αἰσθητικόν, ἢ ἔμψυχον</w:t>
      </w:r>
    </w:p>
    <w:p>
      <w:r>
        <w:rPr>
          <w:rFonts w:ascii="Courier New" w:hAnsi="Courier New"/>
          <w:color w:val="555555"/>
          <w:sz w:val="20"/>
        </w:rPr>
        <w:t>[9 . 1 e]</w:t>
      </w:r>
    </w:p>
    <w:p>
      <w:r>
        <w:rPr>
          <w:rFonts w:ascii="Gentium Plus" w:hAnsi="Gentium Plus"/>
          <w:sz w:val="24"/>
        </w:rPr>
        <w:t>ἑξῆς· ἐὰν δέ τι τούτων ἐξέλῃς, διέκοψας τὴν φύσιν· ὥσπερ ἐν ἁρμονίᾳ φθόγγων τὴν πρὸς τὰ ἄκρα ὁμο‐ λογίαν ἡ μέση ποιεῖ· ἀπὸ γὰρ τοῦ ὀξυτάτου φθόγγου ἐπὶ τὸ βαρύτατον ταῖς διὰ μέσου φωναῖς ἐπερειδομέ‐</w:t>
      </w:r>
    </w:p>
    <w:p>
      <w:r>
        <w:rPr>
          <w:rFonts w:ascii="Courier New" w:hAnsi="Courier New"/>
          <w:color w:val="555555"/>
          <w:sz w:val="20"/>
        </w:rPr>
        <w:t>[5]</w:t>
      </w:r>
    </w:p>
    <w:p>
      <w:r>
        <w:rPr>
          <w:rFonts w:ascii="Gentium Plus" w:hAnsi="Gentium Plus"/>
          <w:sz w:val="24"/>
        </w:rPr>
        <w:t>νην τὴν μεταβολὴν ἐμμελῆ ποιεῖ καὶ τῇ ἀκοῇ καὶ τῇ χειρουργίᾳ.</w:t>
      </w:r>
    </w:p>
    <w:p>
      <w:r>
        <w:rPr>
          <w:rFonts w:ascii="Courier New" w:hAnsi="Courier New"/>
          <w:color w:val="555555"/>
          <w:sz w:val="20"/>
        </w:rPr>
        <w:t>[9 . 2 a]</w:t>
      </w:r>
    </w:p>
    <w:p>
      <w:r>
        <w:rPr>
          <w:rFonts w:ascii="Gentium Plus" w:hAnsi="Gentium Plus"/>
          <w:sz w:val="24"/>
        </w:rPr>
        <w:t>Τοῦτό τοι νόμιζε γίγνεσθαι καὶ ἐν τῇ φύσει, ὥσπερ ἐν ἁρμονίᾳ τελεωτάτῃ· καὶ τίθεσο θεὸν μὲν κατὰ τὸ ἀπαθὲς καὶ ἀθάνατον, δαίμονα δὲ κατὰ τὸ ἀθάνατον καὶ ἐμπαθές, ἄνθρωπον δὲ κατὰ τὸ ἐμπαθὲς καὶ θνη‐</w:t>
      </w:r>
    </w:p>
    <w:p>
      <w:r>
        <w:rPr>
          <w:rFonts w:ascii="Courier New" w:hAnsi="Courier New"/>
          <w:color w:val="555555"/>
          <w:sz w:val="20"/>
        </w:rPr>
        <w:t>[5]</w:t>
      </w:r>
    </w:p>
    <w:p>
      <w:r>
        <w:rPr>
          <w:rFonts w:ascii="Gentium Plus" w:hAnsi="Gentium Plus"/>
          <w:sz w:val="24"/>
        </w:rPr>
        <w:t>τόν, θηρίον δὲ κατὰ τὸ ἄλογον καὶ αἰσθητικόν, φυτὸν</w:t>
      </w:r>
    </w:p>
    <w:p>
      <w:r>
        <w:rPr>
          <w:rFonts w:ascii="Courier New" w:hAnsi="Courier New"/>
          <w:color w:val="555555"/>
          <w:sz w:val="20"/>
        </w:rPr>
        <w:t>[9 . 2 b]</w:t>
      </w:r>
    </w:p>
    <w:p>
      <w:r>
        <w:rPr>
          <w:rFonts w:ascii="Gentium Plus" w:hAnsi="Gentium Plus"/>
          <w:sz w:val="24"/>
        </w:rPr>
        <w:t>δὲ κατὰ τὸ ἔμψυχον καὶ ἀπαθές. Καὶ τὰ μὲν ἄλλα ἡμῖν, τὸ νῦν ἔχον, κατὰ χώραν ἔστω· ἐπεὶ δὲ τῆς δαι‐ μονίων φύσεως πέρι σκοπούμεθα, ἣν φαμὲν μεσότητα</w:t>
      </w:r>
    </w:p>
    <w:p>
      <w:r>
        <w:rPr>
          <w:rFonts w:ascii="Courier New" w:hAnsi="Courier New"/>
          <w:color w:val="555555"/>
          <w:sz w:val="20"/>
        </w:rPr>
        <w:t>[9 . 2 c]</w:t>
      </w:r>
    </w:p>
    <w:p>
      <w:r>
        <w:rPr>
          <w:rFonts w:ascii="Gentium Plus" w:hAnsi="Gentium Plus"/>
          <w:sz w:val="24"/>
        </w:rPr>
        <w:t>ἐξελέσθαι αὐτήν, καὶ διασῶσαι τὰ ἄκρα. Ἆρ’ οὖν ὁ θεός, ἀθάνατον μὲν γάρ, ἐμπαθὲς δέ; οὐδαμῶς, ἀλλὰ</w:t>
      </w:r>
    </w:p>
    <w:p>
      <w:r>
        <w:rPr>
          <w:rFonts w:ascii="Courier New" w:hAnsi="Courier New"/>
          <w:color w:val="555555"/>
          <w:sz w:val="20"/>
        </w:rPr>
        <w:t>[9 . 2 d]</w:t>
      </w:r>
    </w:p>
    <w:p>
      <w:r>
        <w:rPr>
          <w:rFonts w:ascii="Gentium Plus" w:hAnsi="Gentium Plus"/>
          <w:sz w:val="24"/>
        </w:rPr>
        <w:t>ἀθάνατον μέν, ἀπαθὲς δέ· τί δὲ ἄνθρωπος; θνητὸν μέν, ἀπαθὲς δέ; οὐδὲ τοῦτο· ἀλλὰ θνητὸν μέν, οὐ</w:t>
      </w:r>
    </w:p>
    <w:p>
      <w:r>
        <w:rPr>
          <w:rFonts w:ascii="Courier New" w:hAnsi="Courier New"/>
          <w:color w:val="555555"/>
          <w:sz w:val="20"/>
        </w:rPr>
        <w:t>[9 . 2 e]</w:t>
      </w:r>
    </w:p>
    <w:p>
      <w:r>
        <w:rPr>
          <w:rFonts w:ascii="Gentium Plus" w:hAnsi="Gentium Plus"/>
          <w:sz w:val="24"/>
        </w:rPr>
        <w:t>μὴν ἀπαθές. Ποῦ τοίνυν ἡμῖν οἰχήσεται τὸ ἀθάνατον ὁμοῦ καὶ ἐμπαθές; δεῖ γὰρ συστῆναι ἐξ ἀμφοῖν οὐσίαν κοινήν, κρείττονα μὲν ἀνθρώπου, θεοῦ δὲ ἐλάττονα, εἰ μέλλει ἔσεσθαι τῶν ἄκρων πρὸς ἄλληλα ἀναλογία·</w:t>
      </w:r>
    </w:p>
    <w:p>
      <w:r>
        <w:rPr>
          <w:rFonts w:ascii="Courier New" w:hAnsi="Courier New"/>
          <w:color w:val="555555"/>
          <w:sz w:val="20"/>
        </w:rPr>
        <w:t>[9 . 2 f]</w:t>
      </w:r>
    </w:p>
    <w:p>
      <w:r>
        <w:rPr>
          <w:rFonts w:ascii="Gentium Plus" w:hAnsi="Gentium Plus"/>
          <w:sz w:val="24"/>
        </w:rPr>
        <w:t>δύο γὰρ πραγμάτων κεχωρισμένων τῇ φύσει, χωρι‐ σθήσεται καὶ ἡ ἐπιμιξία παντάπασιν, ἐὰν μή τις κοινὸς ὅρος ἀμφότερα ὑποδέξηται.</w:t>
      </w:r>
    </w:p>
    <w:p>
      <w:r>
        <w:rPr>
          <w:rFonts w:ascii="Courier New" w:hAnsi="Courier New"/>
          <w:color w:val="555555"/>
          <w:sz w:val="20"/>
        </w:rPr>
        <w:t>[9 . 3 a]</w:t>
      </w:r>
    </w:p>
    <w:p>
      <w:r>
        <w:rPr>
          <w:rFonts w:ascii="Gentium Plus" w:hAnsi="Gentium Plus"/>
          <w:sz w:val="24"/>
        </w:rPr>
        <w:t>Οἷον τὸ τοιόνδε λέγω· καλοῦμέν τι πῦρ ξηρόν τε καὶ θερμόν· ἐναντίον δὲ θερμῷ μὲν 〈ψυχρόν, ξηρῷ δὲ ὑγρόν· ἀλλὰ μὴν καὶ ὕδωρ καλοῦμεν〉 ψυχρὸν καὶ ὑγρόν· ἀδύνατον δὴ μεταβάλλειν πῦρ εἰς ὕδωρ,</w:t>
      </w:r>
    </w:p>
    <w:p>
      <w:r>
        <w:rPr>
          <w:rFonts w:ascii="Courier New" w:hAnsi="Courier New"/>
          <w:color w:val="555555"/>
          <w:sz w:val="20"/>
        </w:rPr>
        <w:t>[5]</w:t>
      </w:r>
    </w:p>
    <w:p>
      <w:r>
        <w:rPr>
          <w:rFonts w:ascii="Gentium Plus" w:hAnsi="Gentium Plus"/>
          <w:sz w:val="24"/>
        </w:rPr>
        <w:t>καὶ ὕδωρ εἰς πῦρ· οὔτε γὰρ ψυχρὸν εἰς θερμότητα,</w:t>
      </w:r>
    </w:p>
    <w:p>
      <w:r>
        <w:rPr>
          <w:rFonts w:ascii="Courier New" w:hAnsi="Courier New"/>
          <w:color w:val="555555"/>
          <w:sz w:val="20"/>
        </w:rPr>
        <w:t>[9 . 3 b]</w:t>
      </w:r>
    </w:p>
    <w:p>
      <w:r>
        <w:rPr>
          <w:rFonts w:ascii="Gentium Plus" w:hAnsi="Gentium Plus"/>
          <w:sz w:val="24"/>
        </w:rPr>
        <w:t>οὔτε ὑγρὸν εἰς ξηρότητα μεταβάλοι ἄν. Οὕτω δὴ τὸν τούτων πόλεμον μετεχειρίσατο ἡ φύσις· ἔδωκεν αὐτοῖς</w:t>
      </w:r>
    </w:p>
    <w:p>
      <w:r>
        <w:rPr>
          <w:rFonts w:ascii="Courier New" w:hAnsi="Courier New"/>
          <w:color w:val="555555"/>
          <w:sz w:val="20"/>
        </w:rPr>
        <w:t>[5]</w:t>
      </w:r>
    </w:p>
    <w:p>
      <w:r>
        <w:rPr>
          <w:rFonts w:ascii="Gentium Plus" w:hAnsi="Gentium Plus"/>
          <w:sz w:val="24"/>
        </w:rPr>
        <w:t>ὑγρότητα, συνεκέρασεν αὐτῶν καὶ συνῆψεν τὰς ὁμιλίας, καὶ γίνεται μεταβολὴ καὶ πρόσβασίς ποτε μὲν τοῦ πυρὸς εἰς ἀέρα, κατὰ θερμότητα· ἀπὸ δὲ τοῦ ἀέρος</w:t>
      </w:r>
    </w:p>
    <w:p>
      <w:r>
        <w:rPr>
          <w:rFonts w:ascii="Courier New" w:hAnsi="Courier New"/>
          <w:color w:val="555555"/>
          <w:sz w:val="20"/>
        </w:rPr>
        <w:t>[9 . 3 c]</w:t>
      </w:r>
    </w:p>
    <w:p>
      <w:r>
        <w:rPr>
          <w:rFonts w:ascii="Gentium Plus" w:hAnsi="Gentium Plus"/>
          <w:sz w:val="24"/>
        </w:rPr>
        <w:t>εἰς ὕδωρ, κατὰ ὑγρότητα. Πάλιν αὖ ἀὴρ θερμόν τε καὶ ὑγρόν, γῆ δὲ ψυχρόν τε καὶ ξηρόν· ἐναντίον δὲ ξηρότης μὲν ὑγρότητι, ψυχρότης δὲ θερμότητι· οὐκ ἂν οὖν μετέβαλέν ποτε ἀὴρ εἰς γῆν, ὅτι μὴ τῆς φύσεως</w:t>
      </w:r>
    </w:p>
    <w:p>
      <w:r>
        <w:rPr>
          <w:rFonts w:ascii="Courier New" w:hAnsi="Courier New"/>
          <w:color w:val="555555"/>
          <w:sz w:val="20"/>
        </w:rPr>
        <w:t>[5]</w:t>
      </w:r>
    </w:p>
    <w:p>
      <w:r>
        <w:rPr>
          <w:rFonts w:ascii="Gentium Plus" w:hAnsi="Gentium Plus"/>
          <w:sz w:val="24"/>
        </w:rPr>
        <w:t>καὶ τούτοις δούσης τὴν τοῦ ὕδατος οὐσίαν, διαιτῶσάν τε αὐτὰ καὶ ξυνάγουσαν, παρὰ μὲν ἀέρος λαβοῦσαν</w:t>
      </w:r>
    </w:p>
    <w:p>
      <w:r>
        <w:rPr>
          <w:rFonts w:ascii="Courier New" w:hAnsi="Courier New"/>
          <w:color w:val="555555"/>
          <w:sz w:val="20"/>
        </w:rPr>
        <w:t>[9 . 3 d]</w:t>
      </w:r>
    </w:p>
    <w:p>
      <w:r>
        <w:rPr>
          <w:rFonts w:ascii="Gentium Plus" w:hAnsi="Gentium Plus"/>
          <w:sz w:val="24"/>
        </w:rPr>
        <w:t>τὴν ὑγρότητα, παρὰ δὲ γῆς τὴν ψυχρότητα. Σκόπει δὴ τὸ πᾶν οὕτως συγκεφαλαιωσάμενος βραχεῖ λόγῳ· ἐπειδὴ ἕκαστον τούτων ἀνὰ δύο συνέστηκεν φύσεων ἐναντίων, ὧν ἀεὶ τὴν ἑτέραν ἀφαιρῶν μοῖραν, προστι‐</w:t>
      </w:r>
    </w:p>
    <w:p>
      <w:r>
        <w:rPr>
          <w:rFonts w:ascii="Courier New" w:hAnsi="Courier New"/>
          <w:color w:val="555555"/>
          <w:sz w:val="20"/>
        </w:rPr>
        <w:t>[5]</w:t>
      </w:r>
    </w:p>
    <w:p>
      <w:r>
        <w:rPr>
          <w:rFonts w:ascii="Gentium Plus" w:hAnsi="Gentium Plus"/>
          <w:sz w:val="24"/>
        </w:rPr>
        <w:t>θεὶς τῶν ἔπειτα τῇ ἑτέρᾳ, καθ’ ἥμισυ μὲν χωρίζεις ἑκατέρου ἑκάτερον, καθ’ ἥμισυ δὲ συντάττεις ἑκατέρῳ ἑκάτερον, τοῦτον τὸν τρόπον τὰ ἐναντία ἀλλήλοις ἄμικτα ὄντα κοινωνεῖ ὅμως, καὶ ἀνακίρνανται καὶ πῦρ ἀέρι κατὰ θερμότητα, καὶ ἀὴρ ὕδατι κατὰ ὑγρότητα,</w:t>
      </w:r>
    </w:p>
    <w:p>
      <w:r>
        <w:rPr>
          <w:rFonts w:ascii="Courier New" w:hAnsi="Courier New"/>
          <w:color w:val="555555"/>
          <w:sz w:val="20"/>
        </w:rPr>
        <w:t>[10]</w:t>
      </w:r>
    </w:p>
    <w:p>
      <w:r>
        <w:rPr>
          <w:rFonts w:ascii="Gentium Plus" w:hAnsi="Gentium Plus"/>
          <w:sz w:val="24"/>
        </w:rPr>
        <w:t>καὶ ὕδωρ γῇ κατὰ ψυχρότητα, καὶ γῆ πυρὶ κατὰ ξηρό‐</w:t>
      </w:r>
    </w:p>
    <w:p>
      <w:r>
        <w:rPr>
          <w:rFonts w:ascii="Courier New" w:hAnsi="Courier New"/>
          <w:color w:val="555555"/>
          <w:sz w:val="20"/>
        </w:rPr>
        <w:t>[9 . 4 a]</w:t>
      </w:r>
    </w:p>
    <w:p>
      <w:r>
        <w:rPr>
          <w:rFonts w:ascii="Gentium Plus" w:hAnsi="Gentium Plus"/>
          <w:sz w:val="24"/>
        </w:rPr>
        <w:t>Εἰ δὲ βούλει, καὶ τὴν οἰκονομίαν τοῦ σώματος θέασαι, ὡς οὐδὲ ἐνταῦθα ἡ φύσις μεταπηδᾷ ἀθρόως, ἀλλὰ καὶ ταύτῃ μεσοτήτων τινῶν δεῖ πρὸς τὴν χειρα‐ γωγίαν τῆς κράσεως τῶν σωμάτων· θρὶξ γάρ που καὶ</w:t>
      </w:r>
    </w:p>
    <w:p>
      <w:r>
        <w:rPr>
          <w:rFonts w:ascii="Courier New" w:hAnsi="Courier New"/>
          <w:color w:val="555555"/>
          <w:sz w:val="20"/>
        </w:rPr>
        <w:t>[5]</w:t>
      </w:r>
    </w:p>
    <w:p>
      <w:r>
        <w:rPr>
          <w:rFonts w:ascii="Gentium Plus" w:hAnsi="Gentium Plus"/>
          <w:sz w:val="24"/>
        </w:rPr>
        <w:t>ὄνυξ ὀστοῦ μαλακώτερον, καὶ νεύρου ἀραιότερον, καὶ</w:t>
      </w:r>
    </w:p>
    <w:p>
      <w:r>
        <w:rPr>
          <w:rFonts w:ascii="Courier New" w:hAnsi="Courier New"/>
          <w:color w:val="555555"/>
          <w:sz w:val="20"/>
        </w:rPr>
        <w:t>[9 . 4 b]</w:t>
      </w:r>
    </w:p>
    <w:p>
      <w:r>
        <w:rPr>
          <w:rFonts w:ascii="Gentium Plus" w:hAnsi="Gentium Plus"/>
          <w:sz w:val="24"/>
        </w:rPr>
        <w:t>αἵματος ξηρότερον, καὶ σαρκὸς τραχύτερον· συνελόντι δὲ εἰπεῖν, παντὶ χρήματι, ἐν ᾧ τὸ ἡρμοσμένον καὶ τε‐ ταγμένον, μεσότητος δεῖ, ἐν φωναῖς, ἐν χρόαις, ἐν χυ‐ μοῖς, ἐν σώμασιν, ἐν ῥυθμοῖς, ἐν σχήμασιν, ἐν πά‐</w:t>
      </w:r>
    </w:p>
    <w:p>
      <w:r>
        <w:rPr>
          <w:rFonts w:ascii="Courier New" w:hAnsi="Courier New"/>
          <w:color w:val="555555"/>
          <w:sz w:val="20"/>
        </w:rPr>
        <w:t>[9 . 4 c]</w:t>
      </w:r>
    </w:p>
    <w:p>
      <w:r>
        <w:rPr>
          <w:rFonts w:ascii="Gentium Plus" w:hAnsi="Gentium Plus"/>
          <w:sz w:val="24"/>
        </w:rPr>
        <w:t>θεσιν, ἐν λόγοις. Εἶεν· οὕτω τούτων ἐχόντων, εἰ ὁ μὲν θεὸς ἀπαθὴς καὶ ἀθάνατος, ὁ δὲ ἄνθρωπος θνητός τε καὶ ἐμπαθής, ἀνάγκη τὸ διὰ μέσου τούτων ἢ ἀπα‐</w:t>
      </w:r>
    </w:p>
    <w:p>
      <w:r>
        <w:rPr>
          <w:rFonts w:ascii="Courier New" w:hAnsi="Courier New"/>
          <w:color w:val="555555"/>
          <w:sz w:val="20"/>
        </w:rPr>
        <w:t>[9 . 4 d]</w:t>
      </w:r>
    </w:p>
    <w:p>
      <w:r>
        <w:rPr>
          <w:rFonts w:ascii="Gentium Plus" w:hAnsi="Gentium Plus"/>
          <w:sz w:val="24"/>
        </w:rPr>
        <w:t>θὲς θνητὸν εἶναι, ἢ ἀθάνατον ἐμπαθές· ὧν τὸ μὲν ἀδύνατον, οὐ γὰρ ἂν ξυνέλθοι ποτὲ οὐδὲ ὁμολογήσαι</w:t>
      </w:r>
    </w:p>
    <w:p>
      <w:r>
        <w:rPr>
          <w:rFonts w:ascii="Courier New" w:hAnsi="Courier New"/>
          <w:color w:val="555555"/>
          <w:sz w:val="20"/>
        </w:rPr>
        <w:t>[9 . 4 e]</w:t>
      </w:r>
    </w:p>
    <w:p>
      <w:r>
        <w:rPr>
          <w:rFonts w:ascii="Gentium Plus" w:hAnsi="Gentium Plus"/>
          <w:sz w:val="24"/>
        </w:rPr>
        <w:t>τῷ θνητῷ τὸ ἀπαθές· λείπεται δὴ τὴν δαιμόνων φύσιν ἐμπαθῆ τε εἶναι καὶ ἀθάνατον, ἵνα τοῦ μὲν ἀθανάτου κοινωνῇ τῷ θεῷ, τοῦ δὲ ἐμπαθοῦς τῷ ἀνθρώπῳ.</w:t>
      </w:r>
    </w:p>
    <w:p>
      <w:r>
        <w:rPr>
          <w:rFonts w:ascii="Courier New" w:hAnsi="Courier New"/>
          <w:color w:val="555555"/>
          <w:sz w:val="20"/>
        </w:rPr>
        <w:t>[9 . 5 a]</w:t>
      </w:r>
    </w:p>
    <w:p>
      <w:r>
        <w:rPr>
          <w:rFonts w:ascii="Gentium Plus" w:hAnsi="Gentium Plus"/>
          <w:sz w:val="24"/>
        </w:rPr>
        <w:t>Πῶς οὖν καὶ ἐμπαθὲς καὶ ἀθάνατον τὸ δαιμόνιον γένος, ὥρα λέγειν· καὶ πρῶτον γε περὶ τοῦ ἀθανάτου.</w:t>
      </w:r>
    </w:p>
    <w:p>
      <w:r>
        <w:rPr>
          <w:rFonts w:ascii="Courier New" w:hAnsi="Courier New"/>
          <w:color w:val="555555"/>
          <w:sz w:val="20"/>
        </w:rPr>
        <w:t>[9 . 5 b]</w:t>
      </w:r>
    </w:p>
    <w:p>
      <w:r>
        <w:rPr>
          <w:rFonts w:ascii="Gentium Plus" w:hAnsi="Gentium Plus"/>
          <w:sz w:val="24"/>
        </w:rPr>
        <w:t>Τὸ φθειρόμενον πᾶν ἢ τρέπεται, ἢ διαλύεται, ἢ τή‐ κεται, ἢ κόπτεται, ἢ ῥήγνυται, ἢ μεταβάλλει· ἢ δια‐ λύεται, ὡς πηλὸς ὑπὸ ὕδατος· ἢ ῥήγνυται, ὡς ὑπὸ ἀρότρου γῆ· ἢ τήκεται, ὡς ὑπὸ ἡλίου κηρός· ἢ κόπ‐</w:t>
      </w:r>
    </w:p>
    <w:p>
      <w:r>
        <w:rPr>
          <w:rFonts w:ascii="Courier New" w:hAnsi="Courier New"/>
          <w:color w:val="555555"/>
          <w:sz w:val="20"/>
        </w:rPr>
        <w:t>[5]</w:t>
      </w:r>
    </w:p>
    <w:p>
      <w:r>
        <w:rPr>
          <w:rFonts w:ascii="Gentium Plus" w:hAnsi="Gentium Plus"/>
          <w:sz w:val="24"/>
        </w:rPr>
        <w:t>τεται, ὡς ὑπὸ σιδήρου φυτόν· ἢ μεταβάλλει καὶ τρέ‐</w:t>
      </w:r>
    </w:p>
    <w:p>
      <w:r>
        <w:rPr>
          <w:rFonts w:ascii="Courier New" w:hAnsi="Courier New"/>
          <w:color w:val="555555"/>
          <w:sz w:val="20"/>
        </w:rPr>
        <w:t>[9 . 5 c]</w:t>
      </w:r>
    </w:p>
    <w:p>
      <w:r>
        <w:rPr>
          <w:rFonts w:ascii="Gentium Plus" w:hAnsi="Gentium Plus"/>
          <w:sz w:val="24"/>
        </w:rPr>
        <w:t>πεται, ὡς ὕδωρ εἰς ἀέρα, καὶ ἀὴρ εἰς πῦρ. Δεῖ δὴ τὴν οὐσίαν τοῦ δαιμονίου, εἰ μέλλει ἔσεσθαι ἀθά‐ νατος, μὴ διαλύεσθαι, μὴ σκεδάννυσθαι, μὴ τρέπεσθαι, μὴ ῥήγνυσθαι καὶ μεταβάλλειν, μὴ κόπτεσθαι· εἰ γὰρ</w:t>
      </w:r>
    </w:p>
    <w:p>
      <w:r>
        <w:rPr>
          <w:rFonts w:ascii="Courier New" w:hAnsi="Courier New"/>
          <w:color w:val="555555"/>
          <w:sz w:val="20"/>
        </w:rPr>
        <w:t>[9 . 5 d]</w:t>
      </w:r>
    </w:p>
    <w:p>
      <w:r>
        <w:rPr>
          <w:rFonts w:ascii="Gentium Plus" w:hAnsi="Gentium Plus"/>
          <w:sz w:val="24"/>
        </w:rPr>
        <w:t>πείσεταί τι τούτων, ἀπολεῖ τὸ ἀθάνατον. Πῶς δ’ ἂν</w:t>
      </w:r>
    </w:p>
    <w:p>
      <w:r>
        <w:rPr>
          <w:rFonts w:ascii="Courier New" w:hAnsi="Courier New"/>
          <w:color w:val="555555"/>
          <w:sz w:val="20"/>
        </w:rPr>
        <w:t>[9 . 5 e]</w:t>
      </w:r>
    </w:p>
    <w:p>
      <w:r>
        <w:rPr>
          <w:rFonts w:ascii="Gentium Plus" w:hAnsi="Gentium Plus"/>
          <w:sz w:val="24"/>
        </w:rPr>
        <w:t>συνῇ, πολλοῦ γε δεῖ φθαρῆναι αὐτῇ. Ἐν γοῦν τῇ συστάσει τὸ μὲν σῶμα συνέχεται, ἡ δὲ ψυχὴ συνέχει· εἰ δὲ καὶ τὴν ψυχὴν ἕτερόν τι συνέχει, ἀλλὰ μὴ αὐτὴ αὑτήν, τί τοῦτο ἔσται, καὶ τίς ἂν ἐπινοήσαι ψυχὴν</w:t>
      </w:r>
    </w:p>
    <w:p>
      <w:r>
        <w:rPr>
          <w:rFonts w:ascii="Courier New" w:hAnsi="Courier New"/>
          <w:color w:val="555555"/>
          <w:sz w:val="20"/>
        </w:rPr>
        <w:t>[9 . 5 f]</w:t>
      </w:r>
    </w:p>
    <w:p>
      <w:r>
        <w:rPr>
          <w:rFonts w:ascii="Gentium Plus" w:hAnsi="Gentium Plus"/>
          <w:sz w:val="24"/>
        </w:rPr>
        <w:t>ψυχῆς; Ὅταν γὰρ ἕτερον ὑφ’ ἑτέρου σώζηται συνεχό‐ μενον, ἀνάγκη που παύσασθαι τὴν συνοχὴν ἐπὶ πρᾶγμα προελθοῦσαν συνέχον μὲν ἄλλο, συνεχόμενον δὲ ὑφ’ ἑαυτοῦ· εἰ δὲ μή, ποῖ στήσεται ὁ λογισμὸς προϊὼν εἰς</w:t>
      </w:r>
    </w:p>
    <w:p>
      <w:r>
        <w:rPr>
          <w:rFonts w:ascii="Courier New" w:hAnsi="Courier New"/>
          <w:color w:val="555555"/>
          <w:sz w:val="20"/>
        </w:rPr>
        <w:t>[9 . 5 g]</w:t>
      </w:r>
    </w:p>
    <w:p>
      <w:r>
        <w:rPr>
          <w:rFonts w:ascii="Gentium Plus" w:hAnsi="Gentium Plus"/>
          <w:sz w:val="24"/>
        </w:rPr>
        <w:t>ἄπειρον; οἷον εἰ ξυνείη τις ὁλκάδα ἐν κλύδωνι ἐκ πέτρας ποθὲν καθωρμισμένην διὰ πολλῶν κάλων, ὧν ἕτερον ἐξ ἑτέρου συνεχόμενον τῇ ξυνδέσει τελευτᾷ ἐπὶ τὴν πέτραν, χρῆμα ἑστὸς καὶ ἑδραῖον.</w:t>
      </w:r>
    </w:p>
    <w:p>
      <w:r>
        <w:rPr>
          <w:rFonts w:ascii="Courier New" w:hAnsi="Courier New"/>
          <w:color w:val="555555"/>
          <w:sz w:val="20"/>
        </w:rPr>
        <w:t>[9 . 6 a]</w:t>
      </w:r>
    </w:p>
    <w:p>
      <w:r>
        <w:rPr>
          <w:rFonts w:ascii="Gentium Plus" w:hAnsi="Gentium Plus"/>
          <w:sz w:val="24"/>
        </w:rPr>
        <w:t>Τοιοῦτον ἡ ψυχή· σῶμα ἐν σάλῳ ἀεὶ καὶ κλύδωνι νηχόμενον καὶ κραδαινόμενον καὶ σειόμενον συνέχει αὐτή, καὶ καθορμίζει, καὶ ἵστησιν· ἐπειδὰν δὲ ἀποκάμῃ τὰ νεῦρα ταυτί, καὶ τὸ πνεῦμα, καὶ τὰ ἄλλα τὰ ὥσπερ</w:t>
      </w:r>
    </w:p>
    <w:p>
      <w:r>
        <w:rPr>
          <w:rFonts w:ascii="Courier New" w:hAnsi="Courier New"/>
          <w:color w:val="555555"/>
          <w:sz w:val="20"/>
        </w:rPr>
        <w:t>[5]</w:t>
      </w:r>
    </w:p>
    <w:p>
      <w:r>
        <w:rPr>
          <w:rFonts w:ascii="Gentium Plus" w:hAnsi="Gentium Plus"/>
          <w:sz w:val="24"/>
        </w:rPr>
        <w:t>καλώδια, ἐξ ὧν τέως προσώρμιστο τῇ ψυχῇ τὸ σῶμα, τὸ μὲν ἐφθάρη καὶ κατὰ βυθοῦ ᾤχετο, αὐτὴ δὲ ἐφ’</w:t>
      </w:r>
    </w:p>
    <w:p>
      <w:r>
        <w:rPr>
          <w:rFonts w:ascii="Courier New" w:hAnsi="Courier New"/>
          <w:color w:val="555555"/>
          <w:sz w:val="20"/>
        </w:rPr>
        <w:t>[9 . 6 b]</w:t>
      </w:r>
    </w:p>
    <w:p>
      <w:r>
        <w:rPr>
          <w:rFonts w:ascii="Gentium Plus" w:hAnsi="Gentium Plus"/>
          <w:sz w:val="24"/>
        </w:rPr>
        <w:t>ἑαυτῆς ἐκνηξαμένη συνέχει τε αὑτὴν καὶ ἵδρυται. Καὶ καλεῖται ἡ τοιαύτη ψυχὴ δαίμων ἤδη, θρέμμα αἰθέ‐ ριον, μετοικισθὲν ἐκ γῆς ἐκεῖ· ὥσπερ ἐκ βαρβάρων εἰς Ἕλληνας, καὶ ἐξ ἀνόμου καὶ τυραννουμένης καὶ</w:t>
      </w:r>
    </w:p>
    <w:p>
      <w:r>
        <w:rPr>
          <w:rFonts w:ascii="Courier New" w:hAnsi="Courier New"/>
          <w:color w:val="555555"/>
          <w:sz w:val="20"/>
        </w:rPr>
        <w:t>[5]</w:t>
      </w:r>
    </w:p>
    <w:p>
      <w:r>
        <w:rPr>
          <w:rFonts w:ascii="Gentium Plus" w:hAnsi="Gentium Plus"/>
          <w:sz w:val="24"/>
        </w:rPr>
        <w:t>στασιωτικῆς πόλεως εἰς εὐνομουμένην καὶ βασιλευο‐</w:t>
      </w:r>
    </w:p>
    <w:p>
      <w:r>
        <w:rPr>
          <w:rFonts w:ascii="Courier New" w:hAnsi="Courier New"/>
          <w:color w:val="555555"/>
          <w:sz w:val="20"/>
        </w:rPr>
        <w:t>[9 . 6 c]</w:t>
      </w:r>
    </w:p>
    <w:p>
      <w:r>
        <w:rPr>
          <w:rFonts w:ascii="Gentium Plus" w:hAnsi="Gentium Plus"/>
          <w:sz w:val="24"/>
        </w:rPr>
        <w:t>μένην καὶ εἰρηνικὴν πόλιν. Ἐγγύτατα γάρ μοι δοκεῖ ἔχειν τὸ γιγνόμενον Ὁμηρικῇ εἰκόνι· οἷον φασὶν ἐκεί‐ νῳ χαλκεῦσαι τὸν Ἥφαιστον ἐπὶ χρυσῆς ἀσπίδος πό‐ λεις δύο·</w:t>
      </w:r>
    </w:p>
    <w:p>
      <w:r>
        <w:rPr>
          <w:rFonts w:ascii="Courier New" w:hAnsi="Courier New"/>
          <w:color w:val="555555"/>
          <w:sz w:val="20"/>
        </w:rPr>
        <w:t>[5]</w:t>
      </w:r>
    </w:p>
    <w:p>
      <w:r>
        <w:rPr>
          <w:rFonts w:ascii="Gentium Plus" w:hAnsi="Gentium Plus"/>
          <w:sz w:val="24"/>
        </w:rPr>
        <w:t>.. ἐν τῇ μέν ῥα γάμοι τ’ ἔσαν, εἰλαπίναι τε, καὶ χοροί, καὶ παιᾶνες, καὶ δᾳδουχίαι· ἐν δὲ τῇ πό‐ λεμοι, καὶ στάσεις, καὶ ἁρπαγαί, καὶ μάχαι, καὶ ὀλο‐</w:t>
      </w:r>
    </w:p>
    <w:p>
      <w:r>
        <w:rPr>
          <w:rFonts w:ascii="Courier New" w:hAnsi="Courier New"/>
          <w:color w:val="555555"/>
          <w:sz w:val="20"/>
        </w:rPr>
        <w:t>[9 . 6 d]</w:t>
      </w:r>
    </w:p>
    <w:p>
      <w:r>
        <w:rPr>
          <w:rFonts w:ascii="Gentium Plus" w:hAnsi="Gentium Plus"/>
          <w:sz w:val="24"/>
        </w:rPr>
        <w:t>λυγαί, καὶ οἰμωγαί, καὶ στόνοι. Τοῦτο δύναται καὶ γῆ πρὸς αἰθέρα· ὁ μὲν γὰρ εἰρηναῖόν τι χρῆμα, καὶ παιάνων μεστὸν καὶ θείων χορῶν, ἡ δὲ πολυφωνίας</w:t>
      </w:r>
    </w:p>
    <w:p>
      <w:r>
        <w:rPr>
          <w:rFonts w:ascii="Courier New" w:hAnsi="Courier New"/>
          <w:color w:val="555555"/>
          <w:sz w:val="20"/>
        </w:rPr>
        <w:t>[9 . 6 e]</w:t>
      </w:r>
    </w:p>
    <w:p>
      <w:r>
        <w:rPr>
          <w:rFonts w:ascii="Gentium Plus" w:hAnsi="Gentium Plus"/>
          <w:sz w:val="24"/>
        </w:rPr>
        <w:t>καὶ πολυεργίας καὶ διαφωνίας. Ἐπειδὰν γὰρ ἀπαλλαγῇ ψυχὴ ἐνθένδε ἐκεῖσε, ἀποδυσαμένη τὸ σῶμα, καὶ κα‐</w:t>
      </w:r>
    </w:p>
    <w:p>
      <w:r>
        <w:rPr>
          <w:rFonts w:ascii="Courier New" w:hAnsi="Courier New"/>
          <w:color w:val="555555"/>
          <w:sz w:val="20"/>
        </w:rPr>
        <w:t>[5]</w:t>
      </w:r>
    </w:p>
    <w:p>
      <w:r>
        <w:rPr>
          <w:rFonts w:ascii="Gentium Plus" w:hAnsi="Gentium Plus"/>
          <w:sz w:val="24"/>
        </w:rPr>
        <w:t>τὰ οἰκεῖα θεάματα καθαροῖς τοῖς ὀφθαλμοῖς, μήτε ὑπὸ σαρκῶν ἐπιπροσθουμένη, μήτε ὑπὸ χρωμάτων ἐπιτα‐ ραττομένη, μήτε ὑπὸ σχημάτων παντοδαπῶν συγχεο‐ μένη, μήτε ὑπὸ ἀέρος θολεροῦ διατειχιζομένη, ἀλλὰ αὐτὸ κάλλος, αὐτοῖς ὀφθαλμοῖς ὁρῶσα καὶ γανυμένη·</w:t>
      </w:r>
    </w:p>
    <w:p>
      <w:r>
        <w:rPr>
          <w:rFonts w:ascii="Courier New" w:hAnsi="Courier New"/>
          <w:color w:val="555555"/>
          <w:sz w:val="20"/>
        </w:rPr>
        <w:t>[9 . 6 f]</w:t>
      </w:r>
    </w:p>
    <w:p>
      <w:r>
        <w:rPr>
          <w:rFonts w:ascii="Gentium Plus" w:hAnsi="Gentium Plus"/>
          <w:sz w:val="24"/>
        </w:rPr>
        <w:t>οἰκτείρουσα μὲν αὑτὴν τοῦ πρόσθεν βίου, μακαρίζουσα δὲ τοῦ παρόντος· οἰκτείρουσα δὲ καὶ τὰς συγγενεῖς ψυχάς, αἳ περὶ γῆν στρέφονται ἔτι, καὶ ὑπὸ φι‐ λανθρωπίας ἐθέλουσα αὐταῖς συναγελάζεσθαι, καὶ ἐπα‐</w:t>
      </w:r>
    </w:p>
    <w:p>
      <w:r>
        <w:rPr>
          <w:rFonts w:ascii="Courier New" w:hAnsi="Courier New"/>
          <w:color w:val="555555"/>
          <w:sz w:val="20"/>
        </w:rPr>
        <w:t>[9 . 6 g]</w:t>
      </w:r>
    </w:p>
    <w:p>
      <w:r>
        <w:rPr>
          <w:rFonts w:ascii="Gentium Plus" w:hAnsi="Gentium Plus"/>
          <w:sz w:val="24"/>
        </w:rPr>
        <w:t>νορθοῦν σφαλλομένας. Προστέτακται δὲ αὐτῇ ὑπὸ τοῦ θεοῦ ἐπιφοιτᾶν τὴν γῆν, καὶ ἀναμίγνυσθαι πάσῃ μὲν ἀνδρῶν φύσει, πάσῃ δὲ ἀνθρώπων τύχῃ καὶ</w:t>
      </w:r>
    </w:p>
    <w:p>
      <w:r>
        <w:rPr>
          <w:rFonts w:ascii="Courier New" w:hAnsi="Courier New"/>
          <w:color w:val="555555"/>
          <w:sz w:val="20"/>
        </w:rPr>
        <w:t>[5]</w:t>
      </w:r>
    </w:p>
    <w:p>
      <w:r>
        <w:rPr>
          <w:rFonts w:ascii="Gentium Plus" w:hAnsi="Gentium Plus"/>
          <w:sz w:val="24"/>
        </w:rPr>
        <w:t>βάνειν, τοῖς δὲ ἀδικουμένοις τιμωρεῖν, τοῖς δὲ ἀδι‐ κοῦσιν προστιθέναι τὴν δίκην.</w:t>
      </w:r>
    </w:p>
    <w:p>
      <w:r>
        <w:rPr>
          <w:rFonts w:ascii="Courier New" w:hAnsi="Courier New"/>
          <w:color w:val="555555"/>
          <w:sz w:val="20"/>
        </w:rPr>
        <w:t>[9 . 7 a]</w:t>
      </w:r>
    </w:p>
    <w:p>
      <w:r>
        <w:rPr>
          <w:rFonts w:ascii="Gentium Plus" w:hAnsi="Gentium Plus"/>
          <w:sz w:val="24"/>
        </w:rPr>
        <w:t>Ἀλλ’ οὐχὶ δαιμόνων πᾶς πάντα δρᾷ, ἀλλ’ αὐτοῖς</w:t>
      </w:r>
    </w:p>
    <w:p>
      <w:r>
        <w:rPr>
          <w:rFonts w:ascii="Courier New" w:hAnsi="Courier New"/>
          <w:color w:val="555555"/>
          <w:sz w:val="20"/>
        </w:rPr>
        <w:t>[9 . 7 b]</w:t>
      </w:r>
    </w:p>
    <w:p>
      <w:r>
        <w:rPr>
          <w:rFonts w:ascii="Gentium Plus" w:hAnsi="Gentium Plus"/>
          <w:sz w:val="24"/>
        </w:rPr>
        <w:t>διακέκριται κἀκεῖ τὰ ἔργα, ἄλλο ἄλλῳ. Καὶ τοῦτό ἐστιν ἀμέλει τὸ ἐμπαθές, ᾧ ἐλαττοῦται δαίμων θεοῦ. Ὡς γὰρ εἶχον φύσεως, ὅτε περὶ γῆν ἦσαν, οὐκ ἐθέ‐ λουσιν ταύτης παντάπασιν ἀπαλλάττεσθαι· ἀλλὰ καὶ</w:t>
      </w:r>
    </w:p>
    <w:p>
      <w:r>
        <w:rPr>
          <w:rFonts w:ascii="Courier New" w:hAnsi="Courier New"/>
          <w:color w:val="555555"/>
          <w:sz w:val="20"/>
        </w:rPr>
        <w:t>[5]</w:t>
      </w:r>
    </w:p>
    <w:p>
      <w:r>
        <w:rPr>
          <w:rFonts w:ascii="Gentium Plus" w:hAnsi="Gentium Plus"/>
          <w:sz w:val="24"/>
        </w:rPr>
        <w:t>Ἀσκληπιὸς ἰᾶται νῦν, καὶ ὁ Ἡρακλῆς ἰσχυρίζεται, καὶ Διόνυσος βακχεύει, καὶ Ἀμφίλοχος μαντεύεται, καὶ οἱ Διόσκουροι ναυτίλλονται, καὶ Μίνως δικάζει, καὶ</w:t>
      </w:r>
    </w:p>
    <w:p>
      <w:r>
        <w:rPr>
          <w:rFonts w:ascii="Courier New" w:hAnsi="Courier New"/>
          <w:color w:val="555555"/>
          <w:sz w:val="20"/>
        </w:rPr>
        <w:t>[9 . 7 c]</w:t>
      </w:r>
    </w:p>
    <w:p>
      <w:r>
        <w:rPr>
          <w:rFonts w:ascii="Gentium Plus" w:hAnsi="Gentium Plus"/>
          <w:sz w:val="24"/>
        </w:rPr>
        <w:t>Ἀχιλλεὺς ὁπλίζεται. Ἀχιλλεὺς νῆσον οἰκεῖ εὐθὺ Ἴστρου κατὰ τὴν Ποντικὴν θάλατταν, Ἀχιλλέως ναός, καὶ βωμοὶ Ἀχιλλέως· καὶ ἑκὼν μὲν οὐκ ἄν τις προσέλθοι,</w:t>
      </w:r>
    </w:p>
    <w:p>
      <w:r>
        <w:rPr>
          <w:rFonts w:ascii="Courier New" w:hAnsi="Courier New"/>
          <w:color w:val="555555"/>
          <w:sz w:val="20"/>
        </w:rPr>
        <w:t>[9 . 7 d]</w:t>
      </w:r>
    </w:p>
    <w:p>
      <w:r>
        <w:rPr>
          <w:rFonts w:ascii="Gentium Plus" w:hAnsi="Gentium Plus"/>
          <w:sz w:val="24"/>
        </w:rPr>
        <w:t>ὅτι μὴ θύσων· θύσας δέ, ἐπιβαίνει τῆς νεώς. Εἶδον ἤδη ναῦται πολλάκις ἄνδρα ἠΐθεον, ξανθὸν τὴν κόμην,</w:t>
      </w:r>
    </w:p>
    <w:p>
      <w:r>
        <w:rPr>
          <w:rFonts w:ascii="Courier New" w:hAnsi="Courier New"/>
          <w:color w:val="555555"/>
          <w:sz w:val="20"/>
        </w:rPr>
        <w:t>[9 . 7 e]</w:t>
      </w:r>
    </w:p>
    <w:p>
      <w:r>
        <w:rPr>
          <w:rFonts w:ascii="Gentium Plus" w:hAnsi="Gentium Plus"/>
          <w:sz w:val="24"/>
        </w:rPr>
        <w:t>πηδῶντα ἐν ὅπλοις· τὰ ὅπλα χρυσᾶ· οἱ δὲ εἶδον μὲν</w:t>
      </w:r>
    </w:p>
    <w:p>
      <w:r>
        <w:rPr>
          <w:rFonts w:ascii="Courier New" w:hAnsi="Courier New"/>
          <w:color w:val="555555"/>
          <w:sz w:val="20"/>
        </w:rPr>
        <w:t>[9 . 7 f]</w:t>
      </w:r>
    </w:p>
    <w:p>
      <w:r>
        <w:rPr>
          <w:rFonts w:ascii="Gentium Plus" w:hAnsi="Gentium Plus"/>
          <w:sz w:val="24"/>
        </w:rPr>
        <w:t>οὐδαμῶς, ἤκουσαν δὲ παιωνίζοντος· οἱ δὲ καὶ εἶδον</w:t>
      </w:r>
    </w:p>
    <w:p>
      <w:r>
        <w:rPr>
          <w:rFonts w:ascii="Courier New" w:hAnsi="Courier New"/>
          <w:color w:val="555555"/>
          <w:sz w:val="20"/>
        </w:rPr>
        <w:t>[9 . 7 g]</w:t>
      </w:r>
    </w:p>
    <w:p>
      <w:r>
        <w:rPr>
          <w:rFonts w:ascii="Gentium Plus" w:hAnsi="Gentium Plus"/>
          <w:sz w:val="24"/>
        </w:rPr>
        <w:t>καὶ ἤκουσαν. Ἤδη δέ τις καὶ κατέδαρθεν ἄκων ἐν</w:t>
      </w:r>
    </w:p>
    <w:p>
      <w:r>
        <w:rPr>
          <w:rFonts w:ascii="Courier New" w:hAnsi="Courier New"/>
          <w:color w:val="555555"/>
          <w:sz w:val="20"/>
        </w:rPr>
        <w:t>[9 . 7 h]</w:t>
      </w:r>
    </w:p>
    <w:p>
      <w:r>
        <w:rPr>
          <w:rFonts w:ascii="Gentium Plus" w:hAnsi="Gentium Plus"/>
          <w:sz w:val="24"/>
        </w:rPr>
        <w:t>ἄλλων δαιμόνων χορόν. Ὁ δὲ Ἕκτωρ κατὰ χώραν μένει, ὡς ὁ Ἰλιέων λόγος, καὶ φαντάζεται πηδῶν ἅμα</w:t>
      </w:r>
    </w:p>
    <w:p>
      <w:r>
        <w:rPr>
          <w:rFonts w:ascii="Courier New" w:hAnsi="Courier New"/>
          <w:color w:val="555555"/>
          <w:sz w:val="20"/>
        </w:rPr>
        <w:t>[9 . 7 i]</w:t>
      </w:r>
    </w:p>
    <w:p>
      <w:r>
        <w:rPr>
          <w:rFonts w:ascii="Gentium Plus" w:hAnsi="Gentium Plus"/>
          <w:sz w:val="24"/>
        </w:rPr>
        <w:t>τὸ πεδίον, καὶ ἀστράπτων. Ἐγὼ δὲ τὸν μὲν Ἀχιλλέα οὐκ εἶδον, οὐδὲ τὸν Ἕκτορα εἶδον· εἶδον δὲ καὶ Διο‐ σκούρους ἐπὶ νεώς, ἀστέρας λαμπρούς, ἰθύνοντας τὴν ναῦν χειμαζομένην· εἶδον καὶ τὸν Ἀσκληπιόν, ἀλλ’</w:t>
      </w:r>
    </w:p>
    <w:p>
      <w:r>
        <w:rPr>
          <w:rFonts w:ascii="Courier New" w:hAnsi="Courier New"/>
          <w:color w:val="555555"/>
          <w:sz w:val="20"/>
        </w:rPr>
        <w:t>[5]</w:t>
      </w:r>
    </w:p>
    <w:p>
      <w:r>
        <w:rPr>
          <w:rFonts w:ascii="Gentium Plus" w:hAnsi="Gentium Plus"/>
          <w:sz w:val="24"/>
        </w:rPr>
        <w:t>οὐχὶ ὄναρ· εἶδον καὶ τὸν Ἡρακλέα, ἀλλ’ ὕπαρ.</w:t>
      </w:r>
    </w:p>
    <w:p>
      <w:pPr>
        <w:jc w:val="center"/>
      </w:pPr>
      <w:r>
        <w:rPr>
          <w:rFonts w:ascii="Gentium Plus" w:hAnsi="Gentium Plus"/>
          <w:b/>
          <w:sz w:val="24"/>
        </w:rPr>
        <w:t>Εἰ αἱ μαθήσεις ἀναμνήσεις.</w:t>
      </w:r>
    </w:p>
    <w:p>
      <w:r>
        <w:rPr>
          <w:rFonts w:ascii="Courier New" w:hAnsi="Courier New"/>
          <w:color w:val="555555"/>
          <w:sz w:val="20"/>
        </w:rPr>
        <w:t>[1]</w:t>
      </w:r>
    </w:p>
    <w:p>
      <w:r>
        <w:rPr>
          <w:rFonts w:ascii="Gentium Plus" w:hAnsi="Gentium Plus"/>
          <w:sz w:val="24"/>
        </w:rPr>
        <w:t>Ἀφίκετό ποτε Ἀθήναζε Κρὴς ἀνήρ, ὄνομα Ἐπι‐</w:t>
      </w:r>
    </w:p>
    <w:p>
      <w:r>
        <w:rPr>
          <w:rFonts w:ascii="Courier New" w:hAnsi="Courier New"/>
          <w:color w:val="555555"/>
          <w:sz w:val="20"/>
        </w:rPr>
        <w:t>[10 . 1 b]</w:t>
      </w:r>
    </w:p>
    <w:p>
      <w:r>
        <w:rPr>
          <w:rFonts w:ascii="Gentium Plus" w:hAnsi="Gentium Plus"/>
          <w:sz w:val="24"/>
        </w:rPr>
        <w:t>χαλεπόν· ἐν τοῦ Διὸς τοῦ Δικταίου τῷ ἄντρῳ κεί‐ μενος ὕπνῳ βαθεῖ ἔτη συχνά, ὄναρ ἔφη ἐντυχεῖν αὐτὸς θεοῖς καὶ θεῶν λόγοις, καὶ ἀληθείᾳ, καὶ δίκῃ.</w:t>
      </w:r>
    </w:p>
    <w:p>
      <w:r>
        <w:rPr>
          <w:rFonts w:ascii="Courier New" w:hAnsi="Courier New"/>
          <w:color w:val="555555"/>
          <w:sz w:val="20"/>
        </w:rPr>
        <w:t>[10 . 1 c]</w:t>
      </w:r>
    </w:p>
    <w:p>
      <w:r>
        <w:rPr>
          <w:rFonts w:ascii="Gentium Plus" w:hAnsi="Gentium Plus"/>
          <w:sz w:val="24"/>
        </w:rPr>
        <w:t>Τοιαῦτα ἄττα διαμυθολογῶν ᾐνίττετο, οἶμαι, ὁ Ἐπι‐ μενίδης, ὡς ἄρα ὁ ἐν γῇ βίος ταῖς τῶν ἀνθρώπων</w:t>
      </w:r>
    </w:p>
    <w:p>
      <w:r>
        <w:rPr>
          <w:rFonts w:ascii="Courier New" w:hAnsi="Courier New"/>
          <w:color w:val="555555"/>
          <w:sz w:val="20"/>
        </w:rPr>
        <w:t>[10 . 1 d]</w:t>
      </w:r>
    </w:p>
    <w:p>
      <w:r>
        <w:rPr>
          <w:rFonts w:ascii="Gentium Plus" w:hAnsi="Gentium Plus"/>
          <w:sz w:val="24"/>
        </w:rPr>
        <w:t>ψυχαῖς ὀνείρατι ἔοικεν μακρῷ καὶ πολυετεῖ. Πιθα‐ νώτερος δ’ ἦν ἂν καὶ τὰ Ὁμήρου ἔπη προστιθεὶς</w:t>
      </w:r>
    </w:p>
    <w:p>
      <w:r>
        <w:rPr>
          <w:rFonts w:ascii="Courier New" w:hAnsi="Courier New"/>
          <w:color w:val="555555"/>
          <w:sz w:val="20"/>
        </w:rPr>
        <w:t>[10 . 1 e]</w:t>
      </w:r>
    </w:p>
    <w:p>
      <w:r>
        <w:rPr>
          <w:rFonts w:ascii="Gentium Plus" w:hAnsi="Gentium Plus"/>
          <w:sz w:val="24"/>
        </w:rPr>
        <w:t>τῷ αὑτοῦ λόγῳ, ἃ περὶ ὀνείρων ἐκεῖνος. Λέγει γάρ που Ὅμηρος δύο εἶναι πύλας ἀμενηνῶν ὀνεί‐ ρων, τὴν μὲν ἐξ ἐλέφαντος, τὴν δὲ ἐκ κεράτων· τοὺς μὲν οὖν διὰ κεράτων ἰόντας ἀτρεκεῖς τε εἶναι καὶ πι‐</w:t>
      </w:r>
    </w:p>
    <w:p>
      <w:r>
        <w:rPr>
          <w:rFonts w:ascii="Courier New" w:hAnsi="Courier New"/>
          <w:color w:val="555555"/>
          <w:sz w:val="20"/>
        </w:rPr>
        <w:t>[5]</w:t>
      </w:r>
    </w:p>
    <w:p>
      <w:r>
        <w:rPr>
          <w:rFonts w:ascii="Gentium Plus" w:hAnsi="Gentium Plus"/>
          <w:sz w:val="24"/>
        </w:rPr>
        <w:t>θανοὺς πιστεύεσθαι· τοὺς δὲ ἑτέρους σφαλερούς, καὶ ἀπατεῶνας, καὶ μηδὲν ὕπαρ ἐπὶ τὴν ψυχὴν φέροντας.</w:t>
      </w:r>
    </w:p>
    <w:p>
      <w:r>
        <w:rPr>
          <w:rFonts w:ascii="Courier New" w:hAnsi="Courier New"/>
          <w:color w:val="555555"/>
          <w:sz w:val="20"/>
        </w:rPr>
        <w:t>[10 . 1 f]</w:t>
      </w:r>
    </w:p>
    <w:p>
      <w:r>
        <w:rPr>
          <w:rFonts w:ascii="Gentium Plus" w:hAnsi="Gentium Plus"/>
          <w:sz w:val="24"/>
        </w:rPr>
        <w:t>Ταύτῃ τοι ἔτεινεν καὶ ὁ Ἐπιμενίδου εἴτε μῦθος εἴτε καὶ ἀληθὴς λόγος. Ἐνύπνιον γάρ τι ἐστὶν ἀτεχνῶς οὑτοσὶ ὁ δεῦρο βίος, καθ’ ὃν ἡ ψυχὴ κατορωρυγμένη ἐν σώματι ὑπὸ κόρου καὶ πλησμονῆς μόγις πως ὀνει‐</w:t>
      </w:r>
    </w:p>
    <w:p>
      <w:r>
        <w:rPr>
          <w:rFonts w:ascii="Courier New" w:hAnsi="Courier New"/>
          <w:color w:val="555555"/>
          <w:sz w:val="20"/>
        </w:rPr>
        <w:t>[10 . 1 g]</w:t>
      </w:r>
    </w:p>
    <w:p>
      <w:r>
        <w:rPr>
          <w:rFonts w:ascii="Gentium Plus" w:hAnsi="Gentium Plus"/>
          <w:sz w:val="24"/>
        </w:rPr>
        <w:t>ρώττει τὰ ὄντα. Ἔρχονται δὲ ταῖς μὲν τῶν πολλῶν</w:t>
      </w:r>
    </w:p>
    <w:p>
      <w:r>
        <w:rPr>
          <w:rFonts w:ascii="Courier New" w:hAnsi="Courier New"/>
          <w:color w:val="555555"/>
          <w:sz w:val="20"/>
        </w:rPr>
        <w:t>[5]</w:t>
      </w:r>
    </w:p>
    <w:p>
      <w:r>
        <w:rPr>
          <w:rFonts w:ascii="Gentium Plus" w:hAnsi="Gentium Plus"/>
          <w:sz w:val="24"/>
        </w:rPr>
        <w:t>που ταύτῃ δι’ ἑτέρων ἰόντα ἀπαντᾶν ὀνείρατα σαφῆ καὶ διακεκριμένα καὶ ἐγγύτατα τῷ ἀληθεῖ. Οὗτος ἦν ὁ Ἐπιμενίδου ὕπνος.</w:t>
      </w:r>
    </w:p>
    <w:p>
      <w:r>
        <w:rPr>
          <w:rFonts w:ascii="Courier New" w:hAnsi="Courier New"/>
          <w:color w:val="555555"/>
          <w:sz w:val="20"/>
        </w:rPr>
        <w:t>[10 . 2 a]</w:t>
      </w:r>
    </w:p>
    <w:p>
      <w:r>
        <w:rPr>
          <w:rFonts w:ascii="Gentium Plus" w:hAnsi="Gentium Plus"/>
          <w:sz w:val="24"/>
        </w:rPr>
        <w:t>Πυθαγόρας δὲ ὁ Σάμιος πρῶτος ἐν τοῖς Ἕλλησιν ἐτόλμησεν εἰπεῖν, ὅτι αὐτῷ τὸ μὲν σῶμα τεθνήξεται, ἡ δὲ ψυχὴ ἀναπτᾶσα οἰχήσεται ἀθανὴς καὶ ἀγήρως·</w:t>
      </w:r>
    </w:p>
    <w:p>
      <w:r>
        <w:rPr>
          <w:rFonts w:ascii="Courier New" w:hAnsi="Courier New"/>
          <w:color w:val="555555"/>
          <w:sz w:val="20"/>
        </w:rPr>
        <w:t>[10 . 2 b]</w:t>
      </w:r>
    </w:p>
    <w:p>
      <w:r>
        <w:rPr>
          <w:rFonts w:ascii="Gentium Plus" w:hAnsi="Gentium Plus"/>
          <w:sz w:val="24"/>
        </w:rPr>
        <w:t>καὶ γὰρ εἶναι αὐτήν, πρὶν ἥκειν δεῦρο. Ἐπίστευον δὲ αὐτῷ οἱ ἄνθρωποι ταῦτα λέγοντι, καὶ ὅτι ἤδη πρό‐ τερον γένοιτο ἐν γῇ ἐν ἄλλῳ σώματι, Εὔφορβος δὲ</w:t>
      </w:r>
    </w:p>
    <w:p>
      <w:r>
        <w:rPr>
          <w:rFonts w:ascii="Courier New" w:hAnsi="Courier New"/>
          <w:color w:val="555555"/>
          <w:sz w:val="20"/>
        </w:rPr>
        <w:t>[10 . 2 c]</w:t>
      </w:r>
    </w:p>
    <w:p>
      <w:r>
        <w:rPr>
          <w:rFonts w:ascii="Gentium Plus" w:hAnsi="Gentium Plus"/>
          <w:sz w:val="24"/>
        </w:rPr>
        <w:t>εἶναι ὁ Τρὼς τότε. Ἐπίστευον δὲ ὧδε· ἀφίκετο εἰς Ἀθηνᾶς νεών, οὗ πολλὰ ἦν καὶ παντοδαπὰ ἀναθή‐ ματα, ἐν δὲ τοῖς καὶ ἀσπίς, τὸ μὲν σχῆμα Φρυγία, ὑπὸ δὲ χρόνου ἐξίτηλος· εἶπεν οὖν ὅτι ‘Γνωρίζω τὴν</w:t>
      </w:r>
    </w:p>
    <w:p>
      <w:r>
        <w:rPr>
          <w:rFonts w:ascii="Courier New" w:hAnsi="Courier New"/>
          <w:color w:val="555555"/>
          <w:sz w:val="20"/>
        </w:rPr>
        <w:t>[5]</w:t>
      </w:r>
    </w:p>
    <w:p>
      <w:r>
        <w:rPr>
          <w:rFonts w:ascii="Gentium Plus" w:hAnsi="Gentium Plus"/>
          <w:sz w:val="24"/>
        </w:rPr>
        <w:t>ἀσπίδα, ἀφείλετο δέ με ὅσπερ καὶ ἀπέκτεινεν τότε ἐν</w:t>
      </w:r>
    </w:p>
    <w:p>
      <w:r>
        <w:rPr>
          <w:rFonts w:ascii="Courier New" w:hAnsi="Courier New"/>
          <w:color w:val="555555"/>
          <w:sz w:val="20"/>
        </w:rPr>
        <w:t>[10 . 2 d]</w:t>
      </w:r>
    </w:p>
    <w:p>
      <w:r>
        <w:rPr>
          <w:rFonts w:ascii="Gentium Plus" w:hAnsi="Gentium Plus"/>
          <w:sz w:val="24"/>
        </w:rPr>
        <w:t>Ἰλίῳ ἐν τῇ μάχῃ.‘ Θαυμάσαντες οἱ ἐπιχώριοι τὸν λόγον, καθεῖλον τὸ ἀνάθημα, καὶ ἦν ἐπίγραμμα</w:t>
      </w:r>
    </w:p>
    <w:p>
      <w:r>
        <w:rPr>
          <w:rFonts w:ascii="Courier New" w:hAnsi="Courier New"/>
          <w:color w:val="555555"/>
          <w:sz w:val="20"/>
        </w:rPr>
        <w:t>[10 . 2 e]</w:t>
      </w:r>
    </w:p>
    <w:p>
      <w:r>
        <w:rPr>
          <w:rFonts w:ascii="Gentium Plus" w:hAnsi="Gentium Plus"/>
          <w:sz w:val="24"/>
        </w:rPr>
        <w:t>Παλλάδι Ἀθηνᾷ Μενέλεως ἀπὸ Εὐφόρβου.</w:t>
      </w:r>
    </w:p>
    <w:p>
      <w:r>
        <w:rPr>
          <w:rFonts w:ascii="Courier New" w:hAnsi="Courier New"/>
          <w:color w:val="555555"/>
          <w:sz w:val="20"/>
        </w:rPr>
        <w:t>[10 . 2 f]</w:t>
      </w:r>
    </w:p>
    <w:p>
      <w:r>
        <w:rPr>
          <w:rFonts w:ascii="Gentium Plus" w:hAnsi="Gentium Plus"/>
          <w:sz w:val="24"/>
        </w:rPr>
        <w:t>Εἰ δὲ βούλει, καὶ ἄλλον αὖ λόγον διέξιμί σοι. Προκονη‐ σίῳ ἀνδρὶ τὸ μὲν σῶμα ἔκειτο ἔμπνουν μέν, ἀλλ’ ἀμυδρῶς καὶ ἐγγύτατα θανάτου· ἡ δὲ ψυχὴ ἐκδῦσα τοῦ σώματος, ἐπλανᾶτο ἐν τῷ αἰθέρι, ὄρνιθος δίκην,</w:t>
      </w:r>
    </w:p>
    <w:p>
      <w:r>
        <w:rPr>
          <w:rFonts w:ascii="Courier New" w:hAnsi="Courier New"/>
          <w:color w:val="555555"/>
          <w:sz w:val="20"/>
        </w:rPr>
        <w:t>[5]</w:t>
      </w:r>
    </w:p>
    <w:p>
      <w:r>
        <w:rPr>
          <w:rFonts w:ascii="Gentium Plus" w:hAnsi="Gentium Plus"/>
          <w:sz w:val="24"/>
        </w:rPr>
        <w:t>πάντα ὕποπτα θεωμένη, γῆν, καὶ θάλατταν, καὶ ποτα‐ μούς, καὶ πόλεις, καὶ ἔθνη ἀνδρῶν, καὶ παθήματα, καὶ φύσεις παντοίας· καὶ αὖθις εἰσδυομένη τὸ σῶμα καὶ ἀναστήσασα, ὥσπερ ὀργάνῳ χρωμένη, διηγεῖτο ἅττα εἶδέν τε καὶ ἤκουσεν, παρ’ ἄλλοις ἄλλα.</w:t>
      </w:r>
    </w:p>
    <w:p>
      <w:r>
        <w:rPr>
          <w:rFonts w:ascii="Courier New" w:hAnsi="Courier New"/>
          <w:color w:val="555555"/>
          <w:sz w:val="20"/>
        </w:rPr>
        <w:t>[10 . 3 a]</w:t>
      </w:r>
    </w:p>
    <w:p>
      <w:r>
        <w:rPr>
          <w:rFonts w:ascii="Gentium Plus" w:hAnsi="Gentium Plus"/>
          <w:sz w:val="24"/>
        </w:rPr>
        <w:t>Τί δήποτ’ οὖν Ἐπιμενίδης καὶ Πυθαγόρας καὶ Ἀριστέας ἐθέλουσιν αἰνίττεσθαι; ἄλλό τι ἢ τὴν σχολὴν τῆς ψυχῆς τοῦ ἀγαθοῦ ἀνδρὸς ἀπὸ τῶν τοῦ σώματος ἡδονῶν καὶ παθημάτων, ὅταν ἀπαλλαγεῖσα τοῦ περὶ</w:t>
      </w:r>
    </w:p>
    <w:p>
      <w:r>
        <w:rPr>
          <w:rFonts w:ascii="Courier New" w:hAnsi="Courier New"/>
          <w:color w:val="555555"/>
          <w:sz w:val="20"/>
        </w:rPr>
        <w:t>[5]</w:t>
      </w:r>
    </w:p>
    <w:p>
      <w:r>
        <w:rPr>
          <w:rFonts w:ascii="Gentium Plus" w:hAnsi="Gentium Plus"/>
          <w:sz w:val="24"/>
        </w:rPr>
        <w:t>ἐκεῖνο ταράχου, καὶ ἐπιστρέψασα εἰς ἑαυτὴν τὸν νοῦν,</w:t>
      </w:r>
    </w:p>
    <w:p>
      <w:r>
        <w:rPr>
          <w:rFonts w:ascii="Courier New" w:hAnsi="Courier New"/>
          <w:color w:val="555555"/>
          <w:sz w:val="20"/>
        </w:rPr>
        <w:t>[10 . 3 b]</w:t>
      </w:r>
    </w:p>
    <w:p>
      <w:r>
        <w:rPr>
          <w:rFonts w:ascii="Gentium Plus" w:hAnsi="Gentium Plus"/>
          <w:sz w:val="24"/>
        </w:rPr>
        <w:t>εἰδώλων; Τοῦτο ἔοικεν μὲν ὕπνῳ καλῷ καὶ μεστῷ ἐναργῶν ὀνειράτων· ἔοικεν δὲ ψυχῆς πτήσει μεταρσίῳ, οὐχ ὑπὲρ ἄκρων φερομένης τῶν ὀρῶν ἐν ἀχλυώδει καὶ ταραττομένῳ τῷ ἀέρι, ἀλλ’ ὑπὲρ τοῦτον ὑψοῦ ἐν στα‐</w:t>
      </w:r>
    </w:p>
    <w:p>
      <w:r>
        <w:rPr>
          <w:rFonts w:ascii="Courier New" w:hAnsi="Courier New"/>
          <w:color w:val="555555"/>
          <w:sz w:val="20"/>
        </w:rPr>
        <w:t>[5]</w:t>
      </w:r>
    </w:p>
    <w:p>
      <w:r>
        <w:rPr>
          <w:rFonts w:ascii="Gentium Plus" w:hAnsi="Gentium Plus"/>
          <w:sz w:val="24"/>
        </w:rPr>
        <w:t>θερῷ αἰθέρι, γαλήνης καὶ ἠρεμίας αὐτὴν παραπεμ‐</w:t>
      </w:r>
    </w:p>
    <w:p>
      <w:r>
        <w:rPr>
          <w:rFonts w:ascii="Courier New" w:hAnsi="Courier New"/>
          <w:color w:val="555555"/>
          <w:sz w:val="20"/>
        </w:rPr>
        <w:t>[10 . 3 c]</w:t>
      </w:r>
    </w:p>
    <w:p>
      <w:r>
        <w:rPr>
          <w:rFonts w:ascii="Gentium Plus" w:hAnsi="Gentium Plus"/>
          <w:sz w:val="24"/>
        </w:rPr>
        <w:t>πούσης ἀλύπως ἐπὶ τὸ ἀληθές, ἐπὶ τὴν ὄψιν. Τίς δὲ ὁ τῆς παραπομπῆς τρόπος, καὶ τί ἂν αὐτὴν ἐμμελῶς ὀνομάζομεν; ἆρα γε μάθησιν, ἢ Πλάτωνι ὁμοφώνως ἀνάμνησιν; ἢ δύο θησόμεθα ὀνόματα πράγματι ἑνί,</w:t>
      </w:r>
    </w:p>
    <w:p>
      <w:r>
        <w:rPr>
          <w:rFonts w:ascii="Courier New" w:hAnsi="Courier New"/>
          <w:color w:val="555555"/>
          <w:sz w:val="20"/>
        </w:rPr>
        <w:t>[10 . 3 d]</w:t>
      </w:r>
    </w:p>
    <w:p>
      <w:r>
        <w:rPr>
          <w:rFonts w:ascii="Gentium Plus" w:hAnsi="Gentium Plus"/>
          <w:sz w:val="24"/>
        </w:rPr>
        <w:t>μάθησιν καὶ ἀνάμνησιν; Τὸ δέ ἐστιν τοιοῦτον, οἷον τὸ περὶ τὸν ὀφθαλμὸν πάθος· σύνεστιν μὲν γὰρ αὐτῷ ἡ ὄψις ἀεί, ἤδη δέ που ὑπὸ συμφορᾶς ἐπιχυθεῖσα ἀχλύς, καὶ ἀμφιέσασα τὸ ὄργανον, διετείχισεν αὐτοῦ</w:t>
      </w:r>
    </w:p>
    <w:p>
      <w:r>
        <w:rPr>
          <w:rFonts w:ascii="Courier New" w:hAnsi="Courier New"/>
          <w:color w:val="555555"/>
          <w:sz w:val="20"/>
        </w:rPr>
        <w:t>[5]</w:t>
      </w:r>
    </w:p>
    <w:p>
      <w:r>
        <w:rPr>
          <w:rFonts w:ascii="Gentium Plus" w:hAnsi="Gentium Plus"/>
          <w:sz w:val="24"/>
        </w:rPr>
        <w:t>τὴν πρὸς τὰ ὁρώμενα ὁμιλίαν· ἡ δὲ τέχνη παρελθοῦσα ὄψιν μὲν οὐκ ἐνεποίησε τῷ ὀφθαλμῷ, τὸ δὲ ἐνοχλοῦν παραναγαγοῦσα ἀπεκάλυψεν αὐτοῦ τὸν ἔξω δρόμον.</w:t>
      </w:r>
    </w:p>
    <w:p>
      <w:r>
        <w:rPr>
          <w:rFonts w:ascii="Courier New" w:hAnsi="Courier New"/>
          <w:color w:val="555555"/>
          <w:sz w:val="20"/>
        </w:rPr>
        <w:t>[10 . 3 e]</w:t>
      </w:r>
    </w:p>
    <w:p>
      <w:r>
        <w:rPr>
          <w:rFonts w:ascii="Gentium Plus" w:hAnsi="Gentium Plus"/>
          <w:sz w:val="24"/>
        </w:rPr>
        <w:t>Νόμιζε δὴ καὶ τὴν ψυχὴν ὄψιν τινὰ εἶναι διορατικὴν τῶν ὄντων φύσει καὶ ἐπιστήμονα· ὑπὸ δὲ τῆς τῶν σωμάτων συμφορᾶς ὑποκεχύσθαι αὐτῇ πολλὴν ἀχλύν, καὶ συγχεῖν τὴν θέαν, καὶ ἀφαιρεῖσθαι τὴν ἀκρίβειαν,</w:t>
      </w:r>
    </w:p>
    <w:p>
      <w:r>
        <w:rPr>
          <w:rFonts w:ascii="Courier New" w:hAnsi="Courier New"/>
          <w:color w:val="555555"/>
          <w:sz w:val="20"/>
        </w:rPr>
        <w:t>[10 . 3 f]</w:t>
      </w:r>
    </w:p>
    <w:p>
      <w:r>
        <w:rPr>
          <w:rFonts w:ascii="Gentium Plus" w:hAnsi="Gentium Plus"/>
          <w:sz w:val="24"/>
        </w:rPr>
        <w:t>καὶ ἀποσβεννύναι τὸ οἰκεῖον φῶς· προσιόντα δὲ αὐτῇ τεχνίτην λόγον, ὥσπερ ἰατρόν, εὐπροστιθέναι αὐτῇ φέροντα ἐπιστήμην, πρᾶγμα ὃ μήπως ἔχει, ἀλλ’ ἐπε‐ γείρειν ἣν ἔχει μέν, ἀμυδρὰν δὲ καὶ ξυνδεδεμένην</w:t>
      </w:r>
    </w:p>
    <w:p>
      <w:r>
        <w:rPr>
          <w:rFonts w:ascii="Courier New" w:hAnsi="Courier New"/>
          <w:color w:val="555555"/>
          <w:sz w:val="20"/>
        </w:rPr>
        <w:t>[5]</w:t>
      </w:r>
    </w:p>
    <w:p>
      <w:r>
        <w:rPr>
          <w:rFonts w:ascii="Gentium Plus" w:hAnsi="Gentium Plus"/>
          <w:sz w:val="24"/>
        </w:rPr>
        <w:t>καὶ καρηβαροῦσαν.</w:t>
      </w:r>
    </w:p>
    <w:p>
      <w:r>
        <w:rPr>
          <w:rFonts w:ascii="Courier New" w:hAnsi="Courier New"/>
          <w:color w:val="555555"/>
          <w:sz w:val="20"/>
        </w:rPr>
        <w:t>[10 . 4 a]</w:t>
      </w:r>
    </w:p>
    <w:p>
      <w:r>
        <w:rPr>
          <w:rFonts w:ascii="Gentium Plus" w:hAnsi="Gentium Plus"/>
          <w:sz w:val="24"/>
        </w:rPr>
        <w:t>Ὅνπερ οὖν τρόπον καὶ ταῖς κυούσαις προσάγουσα ἡ μαιευτικὴ τὰς χεῖρας σὺν τῇ τέχνῃ ὑποδέχεται τὸ</w:t>
      </w:r>
    </w:p>
    <w:p>
      <w:r>
        <w:rPr>
          <w:rFonts w:ascii="Courier New" w:hAnsi="Courier New"/>
          <w:color w:val="555555"/>
          <w:sz w:val="20"/>
        </w:rPr>
        <w:t>[5]</w:t>
      </w:r>
    </w:p>
    <w:p>
      <w:r>
        <w:rPr>
          <w:rFonts w:ascii="Gentium Plus" w:hAnsi="Gentium Plus"/>
          <w:sz w:val="24"/>
        </w:rPr>
        <w:t>φέρουσαν· τοῦτον τὸν τρόπον καὶ λόγος μαιεύεται</w:t>
      </w:r>
    </w:p>
    <w:p>
      <w:r>
        <w:rPr>
          <w:rFonts w:ascii="Courier New" w:hAnsi="Courier New"/>
          <w:color w:val="555555"/>
          <w:sz w:val="20"/>
        </w:rPr>
        <w:t>[10 . 4 b]</w:t>
      </w:r>
    </w:p>
    <w:p>
      <w:r>
        <w:rPr>
          <w:rFonts w:ascii="Gentium Plus" w:hAnsi="Gentium Plus"/>
          <w:sz w:val="24"/>
        </w:rPr>
        <w:t>ψυχὴν κύουσαν καὶ ὠδίνων μεστήν· ἀλλὰ πολλαὶ ἀμ‐ βλισκάνουσιν, ἢ δι’ ἀτεχνίαν τῶν μαιουμένων, ἢ διὰ σφοδρότητα τῶν ὠδίνων, ἢ διὰ ἀμβλύτητα τῶν σπερ‐ μάτων· ὀλίγαι δέ που καὶ σπάνιοι ψυχαὶ τελεσφόροι,</w:t>
      </w:r>
    </w:p>
    <w:p>
      <w:r>
        <w:rPr>
          <w:rFonts w:ascii="Courier New" w:hAnsi="Courier New"/>
          <w:color w:val="555555"/>
          <w:sz w:val="20"/>
        </w:rPr>
        <w:t>[5]</w:t>
      </w:r>
    </w:p>
    <w:p>
      <w:r>
        <w:rPr>
          <w:rFonts w:ascii="Gentium Plus" w:hAnsi="Gentium Plus"/>
          <w:sz w:val="24"/>
        </w:rPr>
        <w:t>ὧν τὰ ἔκγονα σαφῆ καὶ διηρθρωμένα καὶ γνήσια τῶν</w:t>
      </w:r>
    </w:p>
    <w:p>
      <w:r>
        <w:rPr>
          <w:rFonts w:ascii="Courier New" w:hAnsi="Courier New"/>
          <w:color w:val="555555"/>
          <w:sz w:val="20"/>
        </w:rPr>
        <w:t>[10 . 4 c]</w:t>
      </w:r>
    </w:p>
    <w:p>
      <w:r>
        <w:rPr>
          <w:rFonts w:ascii="Gentium Plus" w:hAnsi="Gentium Plus"/>
          <w:sz w:val="24"/>
        </w:rPr>
        <w:t>πρώτων πατέρων· ὄνομα δὲ τῇ μὲν ψυχῆς κυήσει νοῦς, τῇ δὲ ὠδῖνι αἴσθησις, τῇ δὲ ἀποτέξει ἀνάμνησις·</w:t>
      </w:r>
    </w:p>
    <w:p>
      <w:r>
        <w:rPr>
          <w:rFonts w:ascii="Courier New" w:hAnsi="Courier New"/>
          <w:color w:val="555555"/>
          <w:sz w:val="20"/>
        </w:rPr>
        <w:t>[10 . 4 d]</w:t>
      </w:r>
    </w:p>
    <w:p>
      <w:r>
        <w:rPr>
          <w:rFonts w:ascii="Gentium Plus" w:hAnsi="Gentium Plus"/>
          <w:sz w:val="24"/>
        </w:rPr>
        <w:t>κύουσιν δὲ πᾶσαι μὲν ψυχαὶ φύσει, ὠδίνουσιν δὲ ἔθει,</w:t>
      </w:r>
    </w:p>
    <w:p>
      <w:r>
        <w:rPr>
          <w:rFonts w:ascii="Courier New" w:hAnsi="Courier New"/>
          <w:color w:val="555555"/>
          <w:sz w:val="20"/>
        </w:rPr>
        <w:t>[10 . 4 e]</w:t>
      </w:r>
    </w:p>
    <w:p>
      <w:r>
        <w:rPr>
          <w:rFonts w:ascii="Gentium Plus" w:hAnsi="Gentium Plus"/>
          <w:sz w:val="24"/>
        </w:rPr>
        <w:t>τίκτουσιν δὲ λόγῳ. Ὥσπερ οὖν ἀδύνατον φῦναί τι</w:t>
      </w:r>
    </w:p>
    <w:p>
      <w:r>
        <w:rPr>
          <w:rFonts w:ascii="Courier New" w:hAnsi="Courier New"/>
          <w:color w:val="555555"/>
          <w:sz w:val="20"/>
        </w:rPr>
        <w:t>[5]</w:t>
      </w:r>
    </w:p>
    <w:p>
      <w:r>
        <w:rPr>
          <w:rFonts w:ascii="Gentium Plus" w:hAnsi="Gentium Plus"/>
          <w:sz w:val="24"/>
        </w:rPr>
        <w:t>τι ἀληθὲς ἡ ψυχὴ ξυνίησιν, ἀνάγκη ἀληθῆ εἶναι ταυτὶ</w:t>
      </w:r>
    </w:p>
    <w:p>
      <w:r>
        <w:rPr>
          <w:rFonts w:ascii="Courier New" w:hAnsi="Courier New"/>
          <w:color w:val="555555"/>
          <w:sz w:val="20"/>
        </w:rPr>
        <w:t>[10 . 4 f]</w:t>
      </w:r>
    </w:p>
    <w:p>
      <w:r>
        <w:rPr>
          <w:rFonts w:ascii="Gentium Plus" w:hAnsi="Gentium Plus"/>
          <w:sz w:val="24"/>
        </w:rPr>
        <w:t>τὰ σπέρματα ἐμπεφυτευμένα τῇ ψυχῇ· εἰ δὲ ἦν, καὶ</w:t>
      </w:r>
    </w:p>
    <w:p>
      <w:r>
        <w:rPr>
          <w:rFonts w:ascii="Courier New" w:hAnsi="Courier New"/>
          <w:color w:val="555555"/>
          <w:sz w:val="20"/>
        </w:rPr>
        <w:t>[10 . 4 g]</w:t>
      </w:r>
    </w:p>
    <w:p>
      <w:r>
        <w:rPr>
          <w:rFonts w:ascii="Gentium Plus" w:hAnsi="Gentium Plus"/>
          <w:sz w:val="24"/>
        </w:rPr>
        <w:t>ἀεὶ ἦν· ἀεὶ δὲ ὄντα, καὶ ἀθάνατα ἦν. Καὶ τοῦτό ἐστιν ἀμέλει τὸ περὶ τὰς ἐπιστήμας γιγνόμενον, σπερ‐</w:t>
      </w:r>
    </w:p>
    <w:p>
      <w:r>
        <w:rPr>
          <w:rFonts w:ascii="Courier New" w:hAnsi="Courier New"/>
          <w:color w:val="555555"/>
          <w:sz w:val="20"/>
        </w:rPr>
        <w:t>[10 . 4 h]</w:t>
      </w:r>
    </w:p>
    <w:p>
      <w:r>
        <w:rPr>
          <w:rFonts w:ascii="Gentium Plus" w:hAnsi="Gentium Plus"/>
          <w:sz w:val="24"/>
        </w:rPr>
        <w:t>μάτων ψυχῆς ἄνθος, καὶ τελεσφόρησις· ὃ δὲ καλοῦσιν οἱ ἄνθρωποι ἄγνοιαν, τί ἂν εἴη ἄλλο ἢ ἀργία τῶν σπερμάτων;</w:t>
      </w:r>
    </w:p>
    <w:p>
      <w:r>
        <w:rPr>
          <w:rFonts w:ascii="Courier New" w:hAnsi="Courier New"/>
          <w:color w:val="555555"/>
          <w:sz w:val="20"/>
        </w:rPr>
        <w:t>[10 . 5 a]</w:t>
      </w:r>
    </w:p>
    <w:p>
      <w:r>
        <w:rPr>
          <w:rFonts w:ascii="Gentium Plus" w:hAnsi="Gentium Plus"/>
          <w:sz w:val="24"/>
        </w:rPr>
        <w:t>Εἰ μὲν οὖν τοιοῦτόν ἐστιν ἡ ψυχή, οἷον καὶ τὸ σῶμα, θνητὸν καὶ φθειρόμενον, καὶ λυόμενον, καὶ ση‐ πόμενον, οὐδὲν ἔχω περὶ αὐτῆς σεμνὸν εἰπεῖν· οὐδὲ γὰρ περὶ σώματος σεμνὸν οὐδὲν εἰπεῖν ἔχω· ἐφήμερον</w:t>
      </w:r>
    </w:p>
    <w:p>
      <w:r>
        <w:rPr>
          <w:rFonts w:ascii="Courier New" w:hAnsi="Courier New"/>
          <w:color w:val="555555"/>
          <w:sz w:val="20"/>
        </w:rPr>
        <w:t>[5]</w:t>
      </w:r>
    </w:p>
    <w:p>
      <w:r>
        <w:rPr>
          <w:rFonts w:ascii="Gentium Plus" w:hAnsi="Gentium Plus"/>
          <w:sz w:val="24"/>
        </w:rPr>
        <w:t>γὰρ τὸ θρέμμα καὶ ἀκροσφαλές, φερόμενον, ἄπιστον,</w:t>
      </w:r>
    </w:p>
    <w:p>
      <w:r>
        <w:rPr>
          <w:rFonts w:ascii="Courier New" w:hAnsi="Courier New"/>
          <w:color w:val="555555"/>
          <w:sz w:val="20"/>
        </w:rPr>
        <w:t>[10 . 5 b]</w:t>
      </w:r>
    </w:p>
    <w:p>
      <w:r>
        <w:rPr>
          <w:rFonts w:ascii="Gentium Plus" w:hAnsi="Gentium Plus"/>
          <w:sz w:val="24"/>
        </w:rPr>
        <w:t>ἀσαφές, καὶ ἔμπληκτον. Εἰ τοιοῦτον ἡ ψυχή, οὔτέ τι οἶδεν, οὐδὲ ἀναμιμνήσκεται, οὔτε μανθάνει· θᾶττον γὰρ ἂν φυλάξαι σφραγῖδος τύπους κηρὸς ὑπὸ ἡλίου</w:t>
      </w:r>
    </w:p>
    <w:p>
      <w:r>
        <w:rPr>
          <w:rFonts w:ascii="Courier New" w:hAnsi="Courier New"/>
          <w:color w:val="555555"/>
          <w:sz w:val="20"/>
        </w:rPr>
        <w:t>[10 . 5 c]</w:t>
      </w:r>
    </w:p>
    <w:p>
      <w:r>
        <w:rPr>
          <w:rFonts w:ascii="Gentium Plus" w:hAnsi="Gentium Plus"/>
          <w:sz w:val="24"/>
        </w:rPr>
        <w:t>τηκόμενος, ἢ ψυχὴ μάθημα, εἴπέρ ἐστιν σῶμα· πᾶν</w:t>
      </w:r>
    </w:p>
    <w:p>
      <w:r>
        <w:rPr>
          <w:rFonts w:ascii="Courier New" w:hAnsi="Courier New"/>
          <w:color w:val="555555"/>
          <w:sz w:val="20"/>
        </w:rPr>
        <w:t>[10 . 5 d]</w:t>
      </w:r>
    </w:p>
    <w:p>
      <w:r>
        <w:rPr>
          <w:rFonts w:ascii="Gentium Plus" w:hAnsi="Gentium Plus"/>
          <w:sz w:val="24"/>
        </w:rPr>
        <w:t>ὑποφερόμενον. Ἀλλ’ οὐ τοιοῦτον χρῆμα εἶναι τὴν ψυχὴν μαντεύεται οὔτε Πυθαγόρας, οὔτε Πλάτων· ἀλλ’ οὐδὲ ὁ πρὸ τούτων Ὅμηρος, ᾧ καὶ ἐν Ἅιδου</w:t>
      </w:r>
    </w:p>
    <w:p>
      <w:r>
        <w:rPr>
          <w:rFonts w:ascii="Courier New" w:hAnsi="Courier New"/>
          <w:color w:val="555555"/>
          <w:sz w:val="20"/>
        </w:rPr>
        <w:t>[10 . 5 e]</w:t>
      </w:r>
    </w:p>
    <w:p>
      <w:r>
        <w:rPr>
          <w:rFonts w:ascii="Gentium Plus" w:hAnsi="Gentium Plus"/>
          <w:sz w:val="24"/>
        </w:rPr>
        <w:t>διαλέγονται αἱ ψυχαί, καὶ εἰσὶν μαντικαὶ τότε. Λέγει δέ που αὐτῷ καὶ ἀοιδὸς ἀνήρ, αὐτοδίδακτος δ’ εἰμί, θεοὶ δέ μοι ὤπασαν ὀμφήν. Καὶ ἀληθῆ λέγει· αὐτοδίδακτον γάρ τι χρῆμα ἀτεχνῶς</w:t>
      </w:r>
    </w:p>
    <w:p>
      <w:r>
        <w:rPr>
          <w:rFonts w:ascii="Courier New" w:hAnsi="Courier New"/>
          <w:color w:val="555555"/>
          <w:sz w:val="20"/>
        </w:rPr>
        <w:t>[5]</w:t>
      </w:r>
    </w:p>
    <w:p>
      <w:r>
        <w:rPr>
          <w:rFonts w:ascii="Gentium Plus" w:hAnsi="Gentium Plus"/>
          <w:sz w:val="24"/>
        </w:rPr>
        <w:t>ἡ ψυχή, καὶ τὸ εἰδέναι παρὰ θεῶν τῇ φύσει εὖ ἔχον.</w:t>
      </w:r>
    </w:p>
    <w:p>
      <w:r>
        <w:rPr>
          <w:rFonts w:ascii="Courier New" w:hAnsi="Courier New"/>
          <w:color w:val="555555"/>
          <w:sz w:val="20"/>
        </w:rPr>
        <w:t>[10 . 5 f]</w:t>
      </w:r>
    </w:p>
    <w:p>
      <w:r>
        <w:rPr>
          <w:rFonts w:ascii="Gentium Plus" w:hAnsi="Gentium Plus"/>
          <w:sz w:val="24"/>
        </w:rPr>
        <w:t>Ἢ τὰ μὲν ἄλλα ζῷα αὐτοδίδακτα πρὸς τὰ αὐτῶν ἔργα,</w:t>
      </w:r>
    </w:p>
    <w:p>
      <w:r>
        <w:rPr>
          <w:rFonts w:ascii="Courier New" w:hAnsi="Courier New"/>
          <w:color w:val="555555"/>
          <w:sz w:val="20"/>
        </w:rPr>
        <w:t>[10 . 5 g]</w:t>
      </w:r>
    </w:p>
    <w:p>
      <w:r>
        <w:rPr>
          <w:rFonts w:ascii="Gentium Plus" w:hAnsi="Gentium Plus"/>
          <w:sz w:val="24"/>
        </w:rPr>
        <w:t>δρόμον· ἀλλὰ καὶ ὀρνίθων γένος αὐτοδίδακτον ἐπ’ ἄκρων φυτῶν ἐμηχανήσαντο καλειάδας αὐτουργῷ τέχνῃ, καὶ ἀράχναι αὐτοφυεῖ μίτῳ θήρατρα ἐν ἀέρι, καὶ ἑρ‐ πετὰ φωλεούς, καὶ ἰχθύες χειραμούς, καὶ ὅσαι ἄλλων</w:t>
      </w:r>
    </w:p>
    <w:p>
      <w:r>
        <w:rPr>
          <w:rFonts w:ascii="Courier New" w:hAnsi="Courier New"/>
          <w:color w:val="555555"/>
          <w:sz w:val="20"/>
        </w:rPr>
        <w:t>[5]</w:t>
      </w:r>
    </w:p>
    <w:p>
      <w:r>
        <w:rPr>
          <w:rFonts w:ascii="Gentium Plus" w:hAnsi="Gentium Plus"/>
          <w:sz w:val="24"/>
        </w:rPr>
        <w:t>ζῴων τέχναι πρὸς σωτηρίαν ἑκάστῳ γένει ξύμφυτοι· ἀνθρώπῳ δὲ ἆρα τῷ νοερωτάτῳ τῶν ὄντων ἐπίκτη‐</w:t>
      </w:r>
    </w:p>
    <w:p>
      <w:r>
        <w:rPr>
          <w:rFonts w:ascii="Courier New" w:hAnsi="Courier New"/>
          <w:color w:val="555555"/>
          <w:sz w:val="20"/>
        </w:rPr>
        <w:t>[10 . 5 h]</w:t>
      </w:r>
    </w:p>
    <w:p>
      <w:r>
        <w:rPr>
          <w:rFonts w:ascii="Gentium Plus" w:hAnsi="Gentium Plus"/>
          <w:sz w:val="24"/>
        </w:rPr>
        <w:t>τον ἥξει τὸ εἰδέναι; οὐκοῦν ἥξει ποτέ· ἀνάγκη γὰρ ἢ εὑρόντα εἰδέναι, ἢ μαθόντα· ὧν ἑκάτερον ἀσθενές,</w:t>
      </w:r>
    </w:p>
    <w:p>
      <w:r>
        <w:rPr>
          <w:rFonts w:ascii="Courier New" w:hAnsi="Courier New"/>
          <w:color w:val="555555"/>
          <w:sz w:val="20"/>
        </w:rPr>
        <w:t>[10 . 5 i]</w:t>
      </w:r>
    </w:p>
    <w:p>
      <w:r>
        <w:rPr>
          <w:rFonts w:ascii="Gentium Plus" w:hAnsi="Gentium Plus"/>
          <w:sz w:val="24"/>
        </w:rPr>
        <w:t>οὐχ ὑπούσης ἐπιστήμης φύσει· ὅ, τε γὰρ εὑρὼν πῶς ἂν χρήσαιτο τῷ εὑρεθέντι, μὴ γνωρίσας τὴν χρείαν αὐ‐</w:t>
      </w:r>
    </w:p>
    <w:p>
      <w:r>
        <w:rPr>
          <w:rFonts w:ascii="Courier New" w:hAnsi="Courier New"/>
          <w:color w:val="555555"/>
          <w:sz w:val="20"/>
        </w:rPr>
        <w:t>[5]</w:t>
      </w:r>
    </w:p>
    <w:p>
      <w:r>
        <w:rPr>
          <w:rFonts w:ascii="Gentium Plus" w:hAnsi="Gentium Plus"/>
          <w:sz w:val="24"/>
        </w:rPr>
        <w:t>〈ὅ, τε μαθών, ἄλλ〉οθεν μαθών, παρὰ μὲν τοῦ οὐκ εἰδότος οὐκ ἂν μάθοι, παρὰ δὲ τοῦ εἰδότος κἂν μάθοι, ἐρεῖ μοι τὸν διδάξαντα, πῶς καὶ οὗτος ἔγνω. Οὐκοῦν καὶ οὗτος ἢ εὗρεν ἢ ἔμαθεν; καὶ εἰ μὲν εὗρεν, τὰ αὐτὰ ἐρήσομαι, πῶς ἐχρήσατο τῷ εὑρεθέντι, μὴ γνω‐</w:t>
      </w:r>
    </w:p>
    <w:p>
      <w:r>
        <w:rPr>
          <w:rFonts w:ascii="Courier New" w:hAnsi="Courier New"/>
          <w:color w:val="555555"/>
          <w:sz w:val="20"/>
        </w:rPr>
        <w:t>[10]</w:t>
      </w:r>
    </w:p>
    <w:p>
      <w:r>
        <w:rPr>
          <w:rFonts w:ascii="Gentium Plus" w:hAnsi="Gentium Plus"/>
          <w:sz w:val="24"/>
        </w:rPr>
        <w:t>ρίσας; εἰ δὲ ἔμαθεν παρ’ ἄλλου, πάλιν ἡδὺ ἐκεῖνον</w:t>
      </w:r>
    </w:p>
    <w:p>
      <w:r>
        <w:rPr>
          <w:rFonts w:ascii="Courier New" w:hAnsi="Courier New"/>
          <w:color w:val="555555"/>
          <w:sz w:val="20"/>
        </w:rPr>
        <w:t>[10 . 5 k]</w:t>
      </w:r>
    </w:p>
    <w:p>
      <w:r>
        <w:rPr>
          <w:rFonts w:ascii="Gentium Plus" w:hAnsi="Gentium Plus"/>
          <w:sz w:val="24"/>
        </w:rPr>
        <w:t>διέρεσθαι. Καὶ ποῖ στησόμεθα, ἄλλον ἄλλου διδάσ‐ καλον ἀνερωτῶντες; ἀφίξεται γάρ ποτε λογισμὸς προ‐ ϊὼν ἐπὶ τὸν οὐ μαθόντα, ἀλλ’ εὑρόντα· πρὸς ὃν τὰ αὐτὰ ἐκεῖνα ῥητέον.</w:t>
      </w:r>
    </w:p>
    <w:p>
      <w:r>
        <w:rPr>
          <w:rFonts w:ascii="Courier New" w:hAnsi="Courier New"/>
          <w:color w:val="555555"/>
          <w:sz w:val="20"/>
        </w:rPr>
        <w:t>[10 . 6 a]</w:t>
      </w:r>
    </w:p>
    <w:p>
      <w:r>
        <w:rPr>
          <w:rFonts w:ascii="Gentium Plus" w:hAnsi="Gentium Plus"/>
          <w:sz w:val="24"/>
        </w:rPr>
        <w:t>Ἥκει τοίνυν ἡμᾶς ὁ λόγος φέρων ἐπὶ τὸ ζητού‐ μενον. Ἡ δὴ γὰρ ψυχῆς εὕρεσις, αὐτογενής τις οὖσα, καὶ αὐτοφυής, καὶ ξύμφυτος· τί δ’ ἄλλό ἐστιν ἢ δόξαι ἀληθεῖς ἐπεγειρόμεναι, ὧν τῇ ἐπεγέρσει τὲ καὶ συν‐</w:t>
      </w:r>
    </w:p>
    <w:p>
      <w:r>
        <w:rPr>
          <w:rFonts w:ascii="Courier New" w:hAnsi="Courier New"/>
          <w:color w:val="555555"/>
          <w:sz w:val="20"/>
        </w:rPr>
        <w:t>[10 . 6 b]</w:t>
      </w:r>
    </w:p>
    <w:p>
      <w:r>
        <w:rPr>
          <w:rFonts w:ascii="Gentium Plus" w:hAnsi="Gentium Plus"/>
          <w:sz w:val="24"/>
        </w:rPr>
        <w:t>τάξει ἐπιστήμη ὄνομα; Εἰ δὲ βούλει καὶ ταύτης, εἴκαζέ μοι τὸ λεγόμενον στρατιώτῃ πλανωμένῳ καὶ διακεχυ‐ μένῳ· ἢ καθ’ Ὅμηρον μᾶλλον, νὺξ μὲν ἔστω καὶ ἡσυχία πολλὴ κατὰ τὸ στρατόπεδον, καὶ ὕπνος βαθὺς τῶν</w:t>
      </w:r>
    </w:p>
    <w:p>
      <w:r>
        <w:rPr>
          <w:rFonts w:ascii="Courier New" w:hAnsi="Courier New"/>
          <w:color w:val="555555"/>
          <w:sz w:val="20"/>
        </w:rPr>
        <w:t>[5]</w:t>
      </w:r>
    </w:p>
    <w:p>
      <w:r>
        <w:rPr>
          <w:rFonts w:ascii="Gentium Plus" w:hAnsi="Gentium Plus"/>
          <w:sz w:val="24"/>
        </w:rPr>
        <w:t>ἄλλων ἁπάντων κειμένων ἑξῆς. Ἀλλ’ οὐκ Ἀτρείδην Ἀγαμέμνονα, ποιμένα λαῶν, ὕπνος ἔχεν· ἀλλ’ ἐπιὼν καὶ ἐξανιστὰς ἕκαστον καὶ συντάττων, ἱππῆας μὲν πρῶτα, σὺν ἵπποισιν καὶ ὄχεσφιν·</w:t>
      </w:r>
    </w:p>
    <w:p>
      <w:r>
        <w:rPr>
          <w:rFonts w:ascii="Courier New" w:hAnsi="Courier New"/>
          <w:color w:val="555555"/>
          <w:sz w:val="20"/>
        </w:rPr>
        <w:t>[10]</w:t>
      </w:r>
    </w:p>
    <w:p>
      <w:r>
        <w:rPr>
          <w:rFonts w:ascii="Gentium Plus" w:hAnsi="Gentium Plus"/>
          <w:sz w:val="24"/>
        </w:rPr>
        <w:t>πεζοὺς δ’ ἐξόπιθεν ἔστησεν πολέας τε καὶ ἐσθλούς, ἕρκος ἔμεν πολέμοιο, κακοὺς δ’ ἐς μέσσον ἔλασσεν.</w:t>
      </w:r>
    </w:p>
    <w:p>
      <w:r>
        <w:rPr>
          <w:rFonts w:ascii="Courier New" w:hAnsi="Courier New"/>
          <w:color w:val="555555"/>
          <w:sz w:val="20"/>
        </w:rPr>
        <w:t>[10 . 6 d]</w:t>
      </w:r>
    </w:p>
    <w:p>
      <w:r>
        <w:rPr>
          <w:rFonts w:ascii="Gentium Plus" w:hAnsi="Gentium Plus"/>
          <w:sz w:val="24"/>
        </w:rPr>
        <w:t>Τοιοῦτον ἡγοῦ καὶ περὶ τὴν ψυχὴν γίγνεσθαι· νύκτα πολλὴν καὶ ὕπνον βαθὺν τῶν τῆς ψυχῆς νοημάτων·</w:t>
      </w:r>
    </w:p>
    <w:p>
      <w:r>
        <w:rPr>
          <w:rFonts w:ascii="Courier New" w:hAnsi="Courier New"/>
          <w:color w:val="555555"/>
          <w:sz w:val="20"/>
        </w:rPr>
        <w:t>[10 . 6 e]</w:t>
      </w:r>
    </w:p>
    <w:p>
      <w:r>
        <w:rPr>
          <w:rFonts w:ascii="Gentium Plus" w:hAnsi="Gentium Plus"/>
          <w:sz w:val="24"/>
        </w:rPr>
        <w:t>τὸν δὲ λόγον αὐτόν, τὸν στρατηγὸν ὄντα, ἢ βασιλέα, ἢ ὅ, τι περ ὀνομάζων χαίρεις, ἐπιόντα τοῦτον ἕκαστον</w:t>
      </w:r>
    </w:p>
    <w:p>
      <w:r>
        <w:rPr>
          <w:rFonts w:ascii="Courier New" w:hAnsi="Courier New"/>
          <w:color w:val="555555"/>
          <w:sz w:val="20"/>
        </w:rPr>
        <w:t>[10 . 6 f]</w:t>
      </w:r>
    </w:p>
    <w:p>
      <w:r>
        <w:rPr>
          <w:rFonts w:ascii="Gentium Plus" w:hAnsi="Gentium Plus"/>
          <w:sz w:val="24"/>
        </w:rPr>
        <w:t>καὶ ἐπεγείροντα καὶ συντάττοντα. Κάλει δὲ τὸν μὲν ὕπνον λήθην, τὴν δὲ ἀνάστασιν αὐτῶν ἀνάμνησιν, μνήμην δὲ τὴν φυλακὴν καὶ τὴν σωτηρίαν τῶν συν‐</w:t>
      </w:r>
    </w:p>
    <w:p>
      <w:r>
        <w:rPr>
          <w:rFonts w:ascii="Courier New" w:hAnsi="Courier New"/>
          <w:color w:val="555555"/>
          <w:sz w:val="20"/>
        </w:rPr>
        <w:t>[10 . 6 g]</w:t>
      </w:r>
    </w:p>
    <w:p>
      <w:r>
        <w:rPr>
          <w:rFonts w:ascii="Gentium Plus" w:hAnsi="Gentium Plus"/>
          <w:sz w:val="24"/>
        </w:rPr>
        <w:t>ταχθέντων. Γίγνεται δὲ ἡ ἀνάμνησις, κατὰ βραχὺ ἕτερον ἐξ ἑτέρου θηρευούσης τῆς ψυχῆς, καὶ χειραγω‐ γουμένης ὑπὸ τοῦ παρόντος ἐπὶ τὸ μέλλον· ὁποῖον ἀμέλει περὶ τὰς τῶν δεῦρο πραγμάτων ἀναμνήσεις</w:t>
      </w:r>
    </w:p>
    <w:p>
      <w:r>
        <w:rPr>
          <w:rFonts w:ascii="Courier New" w:hAnsi="Courier New"/>
          <w:color w:val="555555"/>
          <w:sz w:val="20"/>
        </w:rPr>
        <w:t>[5]</w:t>
      </w:r>
    </w:p>
    <w:p>
      <w:r>
        <w:rPr>
          <w:rFonts w:ascii="Gentium Plus" w:hAnsi="Gentium Plus"/>
          <w:sz w:val="24"/>
        </w:rPr>
        <w:t>γίγνεται.</w:t>
      </w:r>
    </w:p>
    <w:p>
      <w:r>
        <w:rPr>
          <w:rFonts w:ascii="Courier New" w:hAnsi="Courier New"/>
          <w:color w:val="555555"/>
          <w:sz w:val="20"/>
        </w:rPr>
        <w:t>[10 . 7 a]</w:t>
      </w:r>
    </w:p>
    <w:p>
      <w:r>
        <w:rPr>
          <w:rFonts w:ascii="Gentium Plus" w:hAnsi="Gentium Plus"/>
          <w:sz w:val="24"/>
        </w:rPr>
        <w:t>Ἄιδει ὁ Δημόδοκος ἐν τῇ Φαιάκων δαιτί νεῖκος Ὀδυσσῆος καὶ Πηλείδεω Ἀχιλῆος· Ὀδυσσεὺς παρών, ἀκούων τῆς ᾠδῆς, γνωρίσας δακρύει.</w:t>
      </w:r>
    </w:p>
    <w:p>
      <w:r>
        <w:rPr>
          <w:rFonts w:ascii="Courier New" w:hAnsi="Courier New"/>
          <w:color w:val="555555"/>
          <w:sz w:val="20"/>
        </w:rPr>
        <w:t>[10 . 7 b]</w:t>
      </w:r>
    </w:p>
    <w:p>
      <w:r>
        <w:rPr>
          <w:rFonts w:ascii="Gentium Plus" w:hAnsi="Gentium Plus"/>
          <w:sz w:val="24"/>
        </w:rPr>
        <w:t>Ἆρ’ οὖν οὐκ εἰκός, ἐπιλαβομένης αὐτῷ τῆς ψυχῆς τοιαύτης ἀρχῆς, ὁδεύειν ἐπὶ τὰ ἐκεῖ ἔργα, καὶ τὸ μὲν σῶμα αὐτῷ συμπίνειν τοῖς Φαίαξιν, αὐτοῦ μένον· τὴν δὲ ψυχὴν γίγνεσθαι τῆς μνήμης ἐκεῖ ἐν Ἰλίῳ, ἀναπεμ‐</w:t>
      </w:r>
    </w:p>
    <w:p>
      <w:r>
        <w:rPr>
          <w:rFonts w:ascii="Courier New" w:hAnsi="Courier New"/>
          <w:color w:val="555555"/>
          <w:sz w:val="20"/>
        </w:rPr>
        <w:t>[5]</w:t>
      </w:r>
    </w:p>
    <w:p>
      <w:r>
        <w:rPr>
          <w:rFonts w:ascii="Gentium Plus" w:hAnsi="Gentium Plus"/>
          <w:sz w:val="24"/>
        </w:rPr>
        <w:t>παζομένην ἕκαστον ὧν εἶδεν τέως, καὶ ἰοῦσαν ἐπὶ πολλὰ</w:t>
      </w:r>
    </w:p>
    <w:p>
      <w:r>
        <w:rPr>
          <w:rFonts w:ascii="Courier New" w:hAnsi="Courier New"/>
          <w:color w:val="555555"/>
          <w:sz w:val="20"/>
        </w:rPr>
        <w:t>[10 . 7 c]</w:t>
      </w:r>
    </w:p>
    <w:p>
      <w:r>
        <w:rPr>
          <w:rFonts w:ascii="Gentium Plus" w:hAnsi="Gentium Plus"/>
          <w:sz w:val="24"/>
        </w:rPr>
        <w:t>τῶν ἑαυτῆς θεαμάτων, ἀπὸ μικρᾶς ἀρχῆς; Ἤδη τὶς καὶ λύραν ἰδὼν ἐμνήσθη τῶν παιδικῶν τῶν χρησαμένων τῇ λύρᾳ· κοῦφον γάρ τι χρῆμα ἀνάμνησις καὶ εὔκολον.</w:t>
      </w:r>
    </w:p>
    <w:p>
      <w:r>
        <w:rPr>
          <w:rFonts w:ascii="Courier New" w:hAnsi="Courier New"/>
          <w:color w:val="555555"/>
          <w:sz w:val="20"/>
        </w:rPr>
        <w:t>[10 . 7 d]</w:t>
      </w:r>
    </w:p>
    <w:p>
      <w:r>
        <w:rPr>
          <w:rFonts w:ascii="Gentium Plus" w:hAnsi="Gentium Plus"/>
          <w:sz w:val="24"/>
        </w:rPr>
        <w:t>Καὶ ὥσπερ τὰ εὐκίνητα τῶν σωμάτων τοῦ χείρω προ‐ άγοντος δεῖται, καὶ παραλαβόντα τὴν ἐξ ἐκείνου ἀρχὴν φυλάττει ἐπὶ πολὺ τὴν κίνησιν· οὕτω καὶ ὁ νοῦς ἐπι‐ λαβόμενος πρὸς μνήμην βραχείας ἀρχῆς, ἣν ἡ αἴσθησις</w:t>
      </w:r>
    </w:p>
    <w:p>
      <w:r>
        <w:rPr>
          <w:rFonts w:ascii="Courier New" w:hAnsi="Courier New"/>
          <w:color w:val="555555"/>
          <w:sz w:val="20"/>
        </w:rPr>
        <w:t>[5]</w:t>
      </w:r>
    </w:p>
    <w:p>
      <w:r>
        <w:rPr>
          <w:rFonts w:ascii="Gentium Plus" w:hAnsi="Gentium Plus"/>
          <w:sz w:val="24"/>
        </w:rPr>
        <w:t>αὐτῷ ὀρέγει, ἐπὶ πολλὰ χωρεῖ προιὼν κατὰ ἀνάμνησιν.</w:t>
      </w:r>
    </w:p>
    <w:p>
      <w:r>
        <w:rPr>
          <w:rFonts w:ascii="Courier New" w:hAnsi="Courier New"/>
          <w:color w:val="555555"/>
          <w:sz w:val="20"/>
        </w:rPr>
        <w:t>[10 . 7 e]</w:t>
      </w:r>
    </w:p>
    <w:p>
      <w:r>
        <w:rPr>
          <w:rFonts w:ascii="Gentium Plus" w:hAnsi="Gentium Plus"/>
          <w:sz w:val="24"/>
        </w:rPr>
        <w:t>Ἕκαστον γάρ, οἶμαι, τῶν ὄντων ἢ γεγονότων, οἷς ἡ ψυχὴ ἐνέτυχεν, ἀκολουθίαν ἔχει, ἢ κατὰ χρόνον, ὡς ἐπὶ ἡμέρᾳ νύξ, καὶ ἐπὶ νεότητι γῆρας, καὶ ἐπὶ χειμῶνι ἔαρ· ἢ κατὰ πάθος, ὡς κάλλει ἔρως ἐπιγίνεται, καὶ</w:t>
      </w:r>
    </w:p>
    <w:p>
      <w:r>
        <w:rPr>
          <w:rFonts w:ascii="Courier New" w:hAnsi="Courier New"/>
          <w:color w:val="555555"/>
          <w:sz w:val="20"/>
        </w:rPr>
        <w:t>[10 . 7 f]</w:t>
      </w:r>
    </w:p>
    <w:p>
      <w:r>
        <w:rPr>
          <w:rFonts w:ascii="Gentium Plus" w:hAnsi="Gentium Plus"/>
          <w:sz w:val="24"/>
        </w:rPr>
        <w:t>προπηλακισμῷ ὀργή, καὶ ἡδονὴ εὐτυχίαις, καὶ λύπη συμφοραῖς· ἢ κατὰ τόπον, Φᾶρίν τε, Σπάρτην τέ, πολυτρήρωνά τε Θίσβην·</w:t>
      </w:r>
    </w:p>
    <w:p>
      <w:r>
        <w:rPr>
          <w:rFonts w:ascii="Courier New" w:hAnsi="Courier New"/>
          <w:color w:val="555555"/>
          <w:sz w:val="20"/>
        </w:rPr>
        <w:t>[10 . 7 g]</w:t>
      </w:r>
    </w:p>
    <w:p>
      <w:r>
        <w:rPr>
          <w:rFonts w:ascii="Gentium Plus" w:hAnsi="Gentium Plus"/>
          <w:sz w:val="24"/>
        </w:rPr>
        <w:t>ἢ κατὰ νόμον, Βοιωτῶν μὲν Πηνέλεως καὶ Λήϊτος ἦρχον, Ἀρκεσίλαός τε, Προθοήνωρ τέ, Κλόνιός τε·</w:t>
      </w:r>
    </w:p>
    <w:p>
      <w:r>
        <w:rPr>
          <w:rFonts w:ascii="Courier New" w:hAnsi="Courier New"/>
          <w:color w:val="555555"/>
          <w:sz w:val="20"/>
        </w:rPr>
        <w:t>[10 . 7 h]</w:t>
      </w:r>
    </w:p>
    <w:p>
      <w:r>
        <w:rPr>
          <w:rFonts w:ascii="Gentium Plus" w:hAnsi="Gentium Plus"/>
          <w:sz w:val="24"/>
        </w:rPr>
        <w:t>ἢ κατὰ δύναμιν, Ζεῦ πάτερ, ἢ Αἴαντα λαχεῖν, ἢ Τυδέος υἱόν, ἢ αὐτὸν βασιλῆα πολυχρύσοιο Μυκήνης.</w:t>
      </w:r>
    </w:p>
    <w:p>
      <w:r>
        <w:rPr>
          <w:rFonts w:ascii="Courier New" w:hAnsi="Courier New"/>
          <w:color w:val="555555"/>
          <w:sz w:val="20"/>
        </w:rPr>
        <w:t>[10 . 8 a]</w:t>
      </w:r>
    </w:p>
    <w:p>
      <w:r>
        <w:rPr>
          <w:rFonts w:ascii="Gentium Plus" w:hAnsi="Gentium Plus"/>
          <w:sz w:val="24"/>
        </w:rPr>
        <w:t>Ἅτε οὖν ἐν προθύροις τῆς ψυχῆς αἱ αἰσθήσεις ἱδρυμέναι, ἐπειδάν τινος ἐφάψωνται ἀρχῆς, καὶ παρα‐ δῶσιν τῷ νῷ, ἐπιλαβόμενος ταύτης, διορᾷ τὰ λοιπά, καὶ διεξέρχεται ἐπὶ τὰ ἀκόλουθα, ἢ χρόνῳ, ἢ φύσει,</w:t>
      </w:r>
    </w:p>
    <w:p>
      <w:r>
        <w:rPr>
          <w:rFonts w:ascii="Courier New" w:hAnsi="Courier New"/>
          <w:color w:val="555555"/>
          <w:sz w:val="20"/>
        </w:rPr>
        <w:t>[10 . 8 b]</w:t>
      </w:r>
    </w:p>
    <w:p>
      <w:r>
        <w:rPr>
          <w:rFonts w:ascii="Gentium Plus" w:hAnsi="Gentium Plus"/>
          <w:sz w:val="24"/>
        </w:rPr>
        <w:t>ἢ νόμῳ, ἢ τόπῳ, ἢ τιμῇ, ἢ δυνάμει. Ὥσπερ γὰρ ἐπὶ τῶν μακρῶν καὶ λεπτῶν δοράτων, ὁ τὸν στύρακα κλο‐ νήσας, παρέπεμψε τὴν κίνησιν διὰ παντὸς τοῦ δόρατος</w:t>
      </w:r>
    </w:p>
    <w:p>
      <w:r>
        <w:rPr>
          <w:rFonts w:ascii="Courier New" w:hAnsi="Courier New"/>
          <w:color w:val="555555"/>
          <w:sz w:val="20"/>
        </w:rPr>
        <w:t>[10 . 8 c]</w:t>
      </w:r>
    </w:p>
    <w:p>
      <w:r>
        <w:rPr>
          <w:rFonts w:ascii="Gentium Plus" w:hAnsi="Gentium Plus"/>
          <w:sz w:val="24"/>
        </w:rPr>
        <w:t>μέχρι τῆς αἰχμῆς· καὶ ὥσπερ τῶν μακρῶν καὶ διατε‐ ταμένων κάλων ὁ διασείσας τὴν ἀρχήν, παραδίδωσιν τὴν κίνησιν τῷ ὅλῳ, βαδίζουσαν ἐπὶ τὸ πέρας· οὕτω καὶ τῷ νῷ βραχείας ἀρχῆς δεῖ πρὸς ἔννοιαν τῶν πρα‐</w:t>
      </w:r>
    </w:p>
    <w:p>
      <w:r>
        <w:rPr>
          <w:rFonts w:ascii="Courier New" w:hAnsi="Courier New"/>
          <w:color w:val="555555"/>
          <w:sz w:val="20"/>
        </w:rPr>
        <w:t>[10 . 8 d]</w:t>
      </w:r>
    </w:p>
    <w:p>
      <w:r>
        <w:rPr>
          <w:rFonts w:ascii="Gentium Plus" w:hAnsi="Gentium Plus"/>
          <w:sz w:val="24"/>
        </w:rPr>
        <w:t>γμάτων ὅλων. Ὁ μὲν δὴ εὖ πεφυκὼς ἀνήρ, καὶ πρὸς ἀρετὴν εὐδρομώτατος, αὐτὸς παρ’ αὐτοῦ τὴν ἀρχὴν λαβών, πορεύεται, καὶ ἐφοδεύει, καὶ ξυλλαμβάνει, καὶ</w:t>
      </w:r>
    </w:p>
    <w:p>
      <w:r>
        <w:rPr>
          <w:rFonts w:ascii="Courier New" w:hAnsi="Courier New"/>
          <w:color w:val="555555"/>
          <w:sz w:val="20"/>
        </w:rPr>
        <w:t>[10 . 8 e]</w:t>
      </w:r>
    </w:p>
    <w:p>
      <w:r>
        <w:rPr>
          <w:rFonts w:ascii="Gentium Plus" w:hAnsi="Gentium Plus"/>
          <w:sz w:val="24"/>
        </w:rPr>
        <w:t>ἀναπεμπάζεται τῇ μνήμῃ τὰ τοῦ νοῦ θεάματα· ὁ δὲ ἧττον δεινός, δεῖται τοῦ Σωκράτους, αὐτοῦ μὲν δι‐ δάσκοντος οὐδέν, διερωτῶντος δὲ καὶ διαπυνθανομένου·</w:t>
      </w:r>
    </w:p>
    <w:p>
      <w:r>
        <w:rPr>
          <w:rFonts w:ascii="Courier New" w:hAnsi="Courier New"/>
          <w:color w:val="555555"/>
          <w:sz w:val="20"/>
        </w:rPr>
        <w:t>[10 . 8 f]</w:t>
      </w:r>
    </w:p>
    <w:p>
      <w:r>
        <w:rPr>
          <w:rFonts w:ascii="Gentium Plus" w:hAnsi="Gentium Plus"/>
          <w:sz w:val="24"/>
        </w:rPr>
        <w:t>ὁ δὲ ἀποκρίνεται τἀληθῆ αὐτά. Τίς ἂν οὖν ἀποκρί‐ νεται, ἃ μήπω οἶδεν; πλὴν εἰ μὴ καὶ τὸν βαδίζοντα, χειραγωγοῦντος ἑτέρου, φήσει τὶς μὴ βαδίζειν αὐτόν.</w:t>
      </w:r>
    </w:p>
    <w:p>
      <w:r>
        <w:rPr>
          <w:rFonts w:ascii="Courier New" w:hAnsi="Courier New"/>
          <w:color w:val="555555"/>
          <w:sz w:val="20"/>
        </w:rPr>
        <w:t>[10 . 8 g]</w:t>
      </w:r>
    </w:p>
    <w:p>
      <w:r>
        <w:rPr>
          <w:rFonts w:ascii="Gentium Plus" w:hAnsi="Gentium Plus"/>
          <w:sz w:val="24"/>
        </w:rPr>
        <w:t>Τί τοίνυν διαφέρει ὁ χειραγωγῶν τοῦ ἀνερωτῶντος, καὶ τί διαφέρει ὁ βαδίζων τοῦ ἀποκρινομένου; ὁ μὲν γὰρ ἑαυτῷ παρέχει τὴν ἐνέργειαν, ὁ δὲ ἐκείνῳ τὴν ἀσφάλειαν. Ἀλλ’ οὔτε ὁ χειραγωγούμενος μανθάνει</w:t>
      </w:r>
    </w:p>
    <w:p>
      <w:r>
        <w:rPr>
          <w:rFonts w:ascii="Courier New" w:hAnsi="Courier New"/>
          <w:color w:val="555555"/>
          <w:sz w:val="20"/>
        </w:rPr>
        <w:t>[5]</w:t>
      </w:r>
    </w:p>
    <w:p>
      <w:r>
        <w:rPr>
          <w:rFonts w:ascii="Gentium Plus" w:hAnsi="Gentium Plus"/>
          <w:sz w:val="24"/>
        </w:rPr>
        <w:t>βαδίζειν, οὔτε ὁ ἀνερωτώμενος ἀποκρίνεσθαι μανθάνει· ἀλλ’ ἑκάτερος, ὁ μὲν βαδίζει, δύναται γάρ· ὁ δὲ ἀπο‐ κρίνεται, οἶδε γάρ· ξυνεπιλαμβάνουσιν δὲ πρὸς ἀσφά‐</w:t>
      </w:r>
    </w:p>
    <w:p>
      <w:r>
        <w:rPr>
          <w:rFonts w:ascii="Courier New" w:hAnsi="Courier New"/>
          <w:color w:val="555555"/>
          <w:sz w:val="20"/>
        </w:rPr>
        <w:t>[10 . 9 a]</w:t>
      </w:r>
    </w:p>
    <w:p>
      <w:r>
        <w:rPr>
          <w:rFonts w:ascii="Gentium Plus" w:hAnsi="Gentium Plus"/>
          <w:sz w:val="24"/>
        </w:rPr>
        <w:t>Σῶμα μὲν βαδιστικὸν τῇ φύσει, ψυχὴ δὲ λογι‐ στικὴ τῇ φύσει· εἰ δ’ ἐστὶν ἀθάνατος, ὥσπέρ ἐστιν, ἀνάγκη που αὐτῇ τοῦτο ἐξ ἀϊδίου ἐνεῖναι, τὰς νοήσεις</w:t>
      </w:r>
    </w:p>
    <w:p>
      <w:r>
        <w:rPr>
          <w:rFonts w:ascii="Courier New" w:hAnsi="Courier New"/>
          <w:color w:val="555555"/>
          <w:sz w:val="20"/>
        </w:rPr>
        <w:t>[10 . 9 b]</w:t>
      </w:r>
    </w:p>
    <w:p>
      <w:r>
        <w:rPr>
          <w:rFonts w:ascii="Gentium Plus" w:hAnsi="Gentium Plus"/>
          <w:sz w:val="24"/>
        </w:rPr>
        <w:t>τὲ καὶ ἐπιστήμας τῶν πραγμάτων. Ἅτε δέ, οἶμαι, διττῷ βίῳ ἡ ψυχὴ συνεχομένη, τῷ μὲν καθαρῷ καὶ διαυγεῖ καὶ ὑπὸ μηδεμιᾶς συμφορᾶς ἐνοχλουμένῳ, τῷ δὲ θο‐ λερῷ καὶ τεταραγμένῳ καὶ ἐν παντοίαις τύχαις φυρο‐</w:t>
      </w:r>
    </w:p>
    <w:p>
      <w:r>
        <w:rPr>
          <w:rFonts w:ascii="Courier New" w:hAnsi="Courier New"/>
          <w:color w:val="555555"/>
          <w:sz w:val="20"/>
        </w:rPr>
        <w:t>[5]</w:t>
      </w:r>
    </w:p>
    <w:p>
      <w:r>
        <w:rPr>
          <w:rFonts w:ascii="Gentium Plus" w:hAnsi="Gentium Plus"/>
          <w:sz w:val="24"/>
        </w:rPr>
        <w:t>μένῳ· ἐνταῦθα μὲν ἀσαφείας ἐμπέπλησται, καὶ καρη‐ βαρεῖ, αὐτὸ ἐκεῖνο τὸ τῶν μεθυόντων πάθος· τούτοις γάρ που φλεγμαίνουσα ἡ ψυχὴ ὑπὸ τοῦ ἀνέδην πότου, ἐγγύτατα μὲν τείνει μανίας· ἤδη δέ που ἀνακαλεῖται αὑτήν, καὶ οὔτε ἀκριβῶς σφάλλεται, οὔτε σαφῶς λογί‐</w:t>
      </w:r>
    </w:p>
    <w:p>
      <w:r>
        <w:rPr>
          <w:rFonts w:ascii="Courier New" w:hAnsi="Courier New"/>
          <w:color w:val="555555"/>
          <w:sz w:val="20"/>
        </w:rPr>
        <w:t>[10]</w:t>
      </w:r>
    </w:p>
    <w:p>
      <w:r>
        <w:rPr>
          <w:rFonts w:ascii="Gentium Plus" w:hAnsi="Gentium Plus"/>
          <w:sz w:val="24"/>
        </w:rPr>
        <w:t>ζεται, ἀλλ’ ἐν μεθορίῳ μένει ἀγνοίας καὶ λογισμοῦ.</w:t>
      </w:r>
    </w:p>
    <w:p>
      <w:r>
        <w:rPr>
          <w:rFonts w:ascii="Courier New" w:hAnsi="Courier New"/>
          <w:color w:val="555555"/>
          <w:sz w:val="20"/>
        </w:rPr>
        <w:t>[10 . 9 c]</w:t>
      </w:r>
    </w:p>
    <w:p>
      <w:r>
        <w:rPr>
          <w:rFonts w:ascii="Gentium Plus" w:hAnsi="Gentium Plus"/>
          <w:sz w:val="24"/>
        </w:rPr>
        <w:t>Ἐπειδὰν δὲ ἀπαλλαγῇ ἡ ψυχὴ ἐνθένδε ἐκεῖσε, ὥσπερ ἐκ τῆς Κιμμερίων γῆς ἐπὶ λαμπρὸν αἰθέρα ἐξελθοῦσα, ἐλευθέρα μὲν γενομένη σαρκῶν, ἐλευθέρα δὲ ἐπιθυμιῶν, ἐλευθέρα νόσων, ἐλευθέρα συμφορῶν· τότε διορᾷ καὶ</w:t>
      </w:r>
    </w:p>
    <w:p>
      <w:r>
        <w:rPr>
          <w:rFonts w:ascii="Courier New" w:hAnsi="Courier New"/>
          <w:color w:val="555555"/>
          <w:sz w:val="20"/>
        </w:rPr>
        <w:t>[5]</w:t>
      </w:r>
    </w:p>
    <w:p>
      <w:r>
        <w:rPr>
          <w:rFonts w:ascii="Gentium Plus" w:hAnsi="Gentium Plus"/>
          <w:sz w:val="24"/>
        </w:rPr>
        <w:t>λογίζεται τἀληθῆ αὐτά, θεοῖς καὶ θεῶν παισὶν συγγι‐ γνομένη ὑπὲρ ἄκραν τὴν οὐρανοῦ ἁψῖδα, συμπεριπο‐ λοῦσα καὶ συντεταγμένη στρατιᾷ θεῶν ὑφ’ ἡγεμόνι καὶ</w:t>
      </w:r>
    </w:p>
    <w:p>
      <w:r>
        <w:rPr>
          <w:rFonts w:ascii="Courier New" w:hAnsi="Courier New"/>
          <w:color w:val="555555"/>
          <w:sz w:val="20"/>
        </w:rPr>
        <w:t>[10 . 9 d]</w:t>
      </w:r>
    </w:p>
    <w:p>
      <w:r>
        <w:rPr>
          <w:rFonts w:ascii="Gentium Plus" w:hAnsi="Gentium Plus"/>
          <w:sz w:val="24"/>
        </w:rPr>
        <w:t>στρατηγῷ τῷ Διί· καὶ μέμνηται μὲν ἀληθείας τότε, ἀνα‐ μιμνήσκεται δὲ 〈ἐνθάδε〉 ἐκείνων· καὶ θαρσεῖ μὲν τότε,</w:t>
      </w:r>
    </w:p>
    <w:p>
      <w:r>
        <w:rPr>
          <w:rFonts w:ascii="Courier New" w:hAnsi="Courier New"/>
          <w:color w:val="555555"/>
          <w:sz w:val="20"/>
        </w:rPr>
        <w:t>[10 . 9 e]</w:t>
      </w:r>
    </w:p>
    <w:p>
      <w:r>
        <w:rPr>
          <w:rFonts w:ascii="Gentium Plus" w:hAnsi="Gentium Plus"/>
          <w:sz w:val="24"/>
        </w:rPr>
        <w:t>σφάλλεται δὲ νῦν. Ἡ δὲ ἐρρωμένη ψυχὴ καὶ χρηστῷ δαί‐ μονι συγκεκληρωμένη, κἀνταῦθα ἀντέχει τῷ κυκηθμῷ, καὶ κατὰ δύναμιν ἀπαλλάττουσα αὑτὴν τῆς πρὸς τὸ σῶμα ὁμιλίας, τὴν μνήμην ἐγείρει ἐκείνων τῶν θεα‐</w:t>
      </w:r>
    </w:p>
    <w:p>
      <w:r>
        <w:rPr>
          <w:rFonts w:ascii="Courier New" w:hAnsi="Courier New"/>
          <w:color w:val="555555"/>
          <w:sz w:val="20"/>
        </w:rPr>
        <w:t>[10 . 9 f]</w:t>
      </w:r>
    </w:p>
    <w:p>
      <w:r>
        <w:rPr>
          <w:rFonts w:ascii="Gentium Plus" w:hAnsi="Gentium Plus"/>
          <w:sz w:val="24"/>
        </w:rPr>
        <w:t>μάτων, καὶ ἐκείνων τῶν ἀκουσμάτων. Τοῦτο ἄρα καὶ οἱ ποιηταὶ τὴν Μνημοσύνην αἰνίττονται Μουσῶν μη‐ τέρα, Μούσας μὲν τὰς ἐπιστήμας ὀνομάζοντες, ἠγάθεον</w:t>
      </w:r>
    </w:p>
    <w:p>
      <w:r>
        <w:rPr>
          <w:rFonts w:ascii="Courier New" w:hAnsi="Courier New"/>
          <w:color w:val="555555"/>
          <w:sz w:val="20"/>
        </w:rPr>
        <w:t>[5]</w:t>
      </w:r>
    </w:p>
    <w:p>
      <w:r>
        <w:rPr>
          <w:rFonts w:ascii="Gentium Plus" w:hAnsi="Gentium Plus"/>
          <w:sz w:val="24"/>
        </w:rPr>
        <w:t>μένας καὶ συνταττομένας. Θεραπεύωμεν τὰς Μούσας, θεραπεύωμεν τὴν Μνημοσύνην.</w:t>
      </w:r>
    </w:p>
    <w:p>
      <w:pPr>
        <w:jc w:val="center"/>
      </w:pPr>
      <w:r>
        <w:rPr>
          <w:rFonts w:ascii="Gentium Plus" w:hAnsi="Gentium Plus"/>
          <w:b/>
          <w:sz w:val="24"/>
        </w:rPr>
        <w:t>Τίς ὁ θεὸς κατὰ Πλάτωνα.</w:t>
      </w:r>
    </w:p>
    <w:p>
      <w:r>
        <w:rPr>
          <w:rFonts w:ascii="Courier New" w:hAnsi="Courier New"/>
          <w:color w:val="555555"/>
          <w:sz w:val="20"/>
        </w:rPr>
        <w:t>[1]</w:t>
      </w:r>
    </w:p>
    <w:p>
      <w:r>
        <w:rPr>
          <w:rFonts w:ascii="Gentium Plus" w:hAnsi="Gentium Plus"/>
          <w:sz w:val="24"/>
        </w:rPr>
        <w:t>Περὶ μὲν δαιμόνων σκοπῶν ἀμφισβητεῖν λόγον λόγῳ φέρω, καὶ ἀνέχομαι τὴν στάσιν, καὶ οὐδὲν δεινὸν οὐδὲ πλημμελὲς οὐδὲ ἔξω τρόπου ἡγοῦμαι δρᾶν τὸν ἀμφισβη‐ τοῦντα πρὸς ἑαυτὸν καὶ πρὸς ἄλλον, εἰ ἐστὶν τὸ δαι‐</w:t>
      </w:r>
    </w:p>
    <w:p>
      <w:r>
        <w:rPr>
          <w:rFonts w:ascii="Courier New" w:hAnsi="Courier New"/>
          <w:color w:val="555555"/>
          <w:sz w:val="20"/>
        </w:rPr>
        <w:t>[5]</w:t>
      </w:r>
    </w:p>
    <w:p>
      <w:r>
        <w:rPr>
          <w:rFonts w:ascii="Gentium Plus" w:hAnsi="Gentium Plus"/>
          <w:sz w:val="24"/>
        </w:rPr>
        <w:t>μόνιον, καὶ τί, καὶ ὁπόσον· καὶ γὰρ ἦν ἐνταῦθα τὸ</w:t>
      </w:r>
    </w:p>
    <w:p>
      <w:r>
        <w:rPr>
          <w:rFonts w:ascii="Courier New" w:hAnsi="Courier New"/>
          <w:color w:val="555555"/>
          <w:sz w:val="20"/>
        </w:rPr>
        <w:t>[11 . 1 b]</w:t>
      </w:r>
    </w:p>
    <w:p>
      <w:r>
        <w:rPr>
          <w:rFonts w:ascii="Gentium Plus" w:hAnsi="Gentium Plus"/>
          <w:sz w:val="24"/>
        </w:rPr>
        <w:t>ἀμφισβητήσιμον. Νῦν δὲ δὴ τίς γένωμαι, περὶ θεοῦ λέγων; ποῖον κάλλος ῥημάτων περιβαλλόμενος, ἢ ποῖον φῶς ἐξ ὀνομάτων σαφεστάτων πορισάμενος, ἢ τίνα ἁρ‐ μονίαν ᾠδῆς ἐκλόγου ἁρμοσάμενος, δείξαιμι ἂν ἐμαυτῷ</w:t>
      </w:r>
    </w:p>
    <w:p>
      <w:r>
        <w:rPr>
          <w:rFonts w:ascii="Courier New" w:hAnsi="Courier New"/>
          <w:color w:val="555555"/>
          <w:sz w:val="20"/>
        </w:rPr>
        <w:t>[11 . 1 c]</w:t>
      </w:r>
    </w:p>
    <w:p>
      <w:r>
        <w:rPr>
          <w:rFonts w:ascii="Gentium Plus" w:hAnsi="Gentium Plus"/>
          <w:sz w:val="24"/>
        </w:rPr>
        <w:t>καὶ ἄλλῳ τὸ νῦν ζητούμενον; Ὁπότε γὰρ οὐδὲ ὁ εὐφω‐ νότατος τῶν ὄντων Πλάτων, εἰ καὶ πρὸς Ὅμηρον παρα‐ βάλλειν ἐθέλοις, οὔπω καὶ νῦν ἀξιόχρεως πιστεύεσθαι περὶ θεοῦ λέγων, ἀλλ’ ἑτέρωθέν τι πυθέσθαι ποθεῖς</w:t>
      </w:r>
    </w:p>
    <w:p>
      <w:r>
        <w:rPr>
          <w:rFonts w:ascii="Courier New" w:hAnsi="Courier New"/>
          <w:color w:val="555555"/>
          <w:sz w:val="20"/>
        </w:rPr>
        <w:t>[5]</w:t>
      </w:r>
    </w:p>
    <w:p>
      <w:r>
        <w:rPr>
          <w:rFonts w:ascii="Gentium Plus" w:hAnsi="Gentium Plus"/>
          <w:sz w:val="24"/>
        </w:rPr>
        <w:t>τὴν Πλάτωνος δόξαν, σχολῇ γ’ ἄν τις ἐπιτολμήσαι τῷ</w:t>
      </w:r>
    </w:p>
    <w:p>
      <w:r>
        <w:rPr>
          <w:rFonts w:ascii="Courier New" w:hAnsi="Courier New"/>
          <w:color w:val="555555"/>
          <w:sz w:val="20"/>
        </w:rPr>
        <w:t>[11 . 1 d]</w:t>
      </w:r>
    </w:p>
    <w:p>
      <w:r>
        <w:rPr>
          <w:rFonts w:ascii="Gentium Plus" w:hAnsi="Gentium Plus"/>
          <w:sz w:val="24"/>
        </w:rPr>
        <w:t>λόγῳ, νοῦν καὶ βραχὺν ἔχων· πλὴν εἰ μὴ καὶ ἀνδρὶ διψῶντι ποταμοῦ παρόντος καθαροῦ καὶ πολλοῦ, ἰδεῖν ἡδίστου, καὶ πιεῖν προσηνεστάτου, καὶ θρέψαι γονιμωτάτου, ἄλλοθέν ποθεν ἐκ πηγῆς ἀσθενοῦς καὶ</w:t>
      </w:r>
    </w:p>
    <w:p>
      <w:r>
        <w:rPr>
          <w:rFonts w:ascii="Courier New" w:hAnsi="Courier New"/>
          <w:color w:val="555555"/>
          <w:sz w:val="20"/>
        </w:rPr>
        <w:t>[5]</w:t>
      </w:r>
    </w:p>
    <w:p>
      <w:r>
        <w:rPr>
          <w:rFonts w:ascii="Gentium Plus" w:hAnsi="Gentium Plus"/>
          <w:sz w:val="24"/>
        </w:rPr>
        <w:t>ἧττον τὰ αὐτὰ ἀγαθῆς ἀρυσάμενοι κομίζοιμεν τῷ δι‐ ψῶντι ἀναγκαῖον ποτόν. Ὁποῖον φασὶ τὴν γλαῦκα πάσχειν, πρὸς μὲν τὸν ἥλιον ἀμαυρουμένην, θηρεύου‐</w:t>
      </w:r>
    </w:p>
    <w:p>
      <w:r>
        <w:rPr>
          <w:rFonts w:ascii="Courier New" w:hAnsi="Courier New"/>
          <w:color w:val="555555"/>
          <w:sz w:val="20"/>
        </w:rPr>
        <w:t>[11 . 1 e]</w:t>
      </w:r>
    </w:p>
    <w:p>
      <w:r>
        <w:rPr>
          <w:rFonts w:ascii="Gentium Plus" w:hAnsi="Gentium Plus"/>
          <w:sz w:val="24"/>
        </w:rPr>
        <w:t>σαν δὲ ἐν νυκτὶ ἔκπυρον φῶς· εἰ γάρ τις ἐς τὰς Πλάτωνος φωνὰς ἐμπεσὼν ἑτέρων δεῖται λόγων, καὶ εἴ τῳ ἐκεῖθεν φῶς ἀμαυρὸν δοκεῖ καὶ ἥκιστα μετέχον αὐγῆς σαφοῦς, οὗτος οὐδ’ ἂν τὸν ἥλιον ἴδοι ἀνίσχοντα,</w:t>
      </w:r>
    </w:p>
    <w:p>
      <w:r>
        <w:rPr>
          <w:rFonts w:ascii="Courier New" w:hAnsi="Courier New"/>
          <w:color w:val="555555"/>
          <w:sz w:val="20"/>
        </w:rPr>
        <w:t>[5]</w:t>
      </w:r>
    </w:p>
    <w:p>
      <w:r>
        <w:rPr>
          <w:rFonts w:ascii="Gentium Plus" w:hAnsi="Gentium Plus"/>
          <w:sz w:val="24"/>
        </w:rPr>
        <w:t>οὐδὲ τὴν σελήνην λαμπρυνομένην, οὐδὲ τὸν Ἕσπερον καταδυόμενον, οὐδὲ τὸν Ἑωσφόρον φθάνοντα.</w:t>
      </w:r>
    </w:p>
    <w:p>
      <w:r>
        <w:rPr>
          <w:rFonts w:ascii="Courier New" w:hAnsi="Courier New"/>
          <w:color w:val="555555"/>
          <w:sz w:val="20"/>
        </w:rPr>
        <w:t>[11 . 2 a]</w:t>
      </w:r>
    </w:p>
    <w:p>
      <w:r>
        <w:rPr>
          <w:rFonts w:ascii="Gentium Plus" w:hAnsi="Gentium Plus"/>
          <w:sz w:val="24"/>
        </w:rPr>
        <w:t>Ἔχε ἀτρέμας· νῦν γάρ τοι ἠρέμα ἐννοῶ, οἷον ἂν εἴη τὸ πάθος τοῦ τοιοῦδε λόγου· αὐτὸ ἐκεῖνο, οἷον τὸ τῶν μεταλλέων· οὗτοι γάρ που κόπτοντες τὴν γῆν, ὀρύσσοντες τὸν χρυσόν, οὐχ ἱκανοὶ διαγιγνώσκειν τὴν</w:t>
      </w:r>
    </w:p>
    <w:p>
      <w:r>
        <w:rPr>
          <w:rFonts w:ascii="Courier New" w:hAnsi="Courier New"/>
          <w:color w:val="555555"/>
          <w:sz w:val="20"/>
        </w:rPr>
        <w:t>[5]</w:t>
      </w:r>
    </w:p>
    <w:p>
      <w:r>
        <w:rPr>
          <w:rFonts w:ascii="Gentium Plus" w:hAnsi="Gentium Plus"/>
          <w:sz w:val="24"/>
        </w:rPr>
        <w:t>τοῦ χρυσοῦ φύσιν, ἀλλὰ ἐστὶν ἔργον βασανίζον τὸν</w:t>
      </w:r>
    </w:p>
    <w:p>
      <w:r>
        <w:rPr>
          <w:rFonts w:ascii="Courier New" w:hAnsi="Courier New"/>
          <w:color w:val="555555"/>
          <w:sz w:val="20"/>
        </w:rPr>
        <w:t>[11 . 2 b]</w:t>
      </w:r>
    </w:p>
    <w:p>
      <w:r>
        <w:rPr>
          <w:rFonts w:ascii="Gentium Plus" w:hAnsi="Gentium Plus"/>
          <w:sz w:val="24"/>
        </w:rPr>
        <w:t>χρυσὸν ἐν πυρί. Εἰκάζω δὴ τὴν μὲν πρώτην ὁμιλία τῶν Πλάτωνος λόγων μετάλλῳ τινὶ ἀτεχνῶς χρυσοῦ· τὸ δὲ ἐπὶ τούτῳ ἑτέρας δεῖται τέχνης, ἣ τὸ ληφθὲν δοκιμάζουσα, καὶ ἐκκαθαίρουσα λόγῳ, οὐ πυρί, χρῆ‐</w:t>
      </w:r>
    </w:p>
    <w:p>
      <w:r>
        <w:rPr>
          <w:rFonts w:ascii="Courier New" w:hAnsi="Courier New"/>
          <w:color w:val="555555"/>
          <w:sz w:val="20"/>
        </w:rPr>
        <w:t>[5]</w:t>
      </w:r>
    </w:p>
    <w:p>
      <w:r>
        <w:rPr>
          <w:rFonts w:ascii="Gentium Plus" w:hAnsi="Gentium Plus"/>
          <w:sz w:val="24"/>
        </w:rPr>
        <w:t>σθαι ἤδη δύναται ἀκηράτῳ καὶ βεβασανισμένῳ τῷ</w:t>
      </w:r>
    </w:p>
    <w:p>
      <w:r>
        <w:rPr>
          <w:rFonts w:ascii="Courier New" w:hAnsi="Courier New"/>
          <w:color w:val="555555"/>
          <w:sz w:val="20"/>
        </w:rPr>
        <w:t>[11 . 2 c]</w:t>
      </w:r>
    </w:p>
    <w:p>
      <w:r>
        <w:rPr>
          <w:rFonts w:ascii="Gentium Plus" w:hAnsi="Gentium Plus"/>
          <w:sz w:val="24"/>
        </w:rPr>
        <w:t>χρυσῷ. Εἰ τοίνυν δήλη μὲν ἡ μεταλλεία τοῦ ἀληθοῦς καὶ μεγαλόδωρος καὶ ἄφθονος, δεῖ δὲ ἡμῖν τέχνης ἑτέρας πρὸς βάσανον τοῦ ληφθέντος· φέρε παρακαλῶ‐ μεν τὴν τέχνην ταύτην ξυνεπιλαβέσθαι ἡμῖν τοῦ παρ‐</w:t>
      </w:r>
    </w:p>
    <w:p>
      <w:r>
        <w:rPr>
          <w:rFonts w:ascii="Courier New" w:hAnsi="Courier New"/>
          <w:color w:val="555555"/>
          <w:sz w:val="20"/>
        </w:rPr>
        <w:t>[5]</w:t>
      </w:r>
    </w:p>
    <w:p>
      <w:r>
        <w:rPr>
          <w:rFonts w:ascii="Gentium Plus" w:hAnsi="Gentium Plus"/>
          <w:sz w:val="24"/>
        </w:rPr>
        <w:t>όντος λόγου, τί ποτέ ἐστι τὸ θεῖον κατὰ Πλάτωνα</w:t>
      </w:r>
    </w:p>
    <w:p>
      <w:r>
        <w:rPr>
          <w:rFonts w:ascii="Courier New" w:hAnsi="Courier New"/>
          <w:color w:val="555555"/>
          <w:sz w:val="20"/>
        </w:rPr>
        <w:t>[11 . 3 a]</w:t>
      </w:r>
    </w:p>
    <w:p>
      <w:r>
        <w:rPr>
          <w:rFonts w:ascii="Gentium Plus" w:hAnsi="Gentium Plus"/>
          <w:sz w:val="24"/>
        </w:rPr>
        <w:t>Εἰ οὖν ἔροιτο ἡμᾶς ἡ τέχνη φωνῇ φωνὴν λαβοῦσα, πότερα τοίνυν οὐχ ἡγούμενοι αὐτοί τι εἶναι θεῖον ἐν τῇ φύσει, οὐδὲ ἔχοντες καθάπαξ ἔννοιαν θεοῦ, ἀμ‐ φισβητοῦμεν, ἢ περὶ Πλάτωνος, ᾗ αὐτοί τινας ἔχοντες</w:t>
      </w:r>
    </w:p>
    <w:p>
      <w:r>
        <w:rPr>
          <w:rFonts w:ascii="Courier New" w:hAnsi="Courier New"/>
          <w:color w:val="555555"/>
          <w:sz w:val="20"/>
        </w:rPr>
        <w:t>[5]</w:t>
      </w:r>
    </w:p>
    <w:p>
      <w:r>
        <w:rPr>
          <w:rFonts w:ascii="Gentium Plus" w:hAnsi="Gentium Plus"/>
          <w:sz w:val="24"/>
        </w:rPr>
        <w:t>οἰκείας δόξας, ἕτερ’ ἄττα ἡγούμεθα παρὰ ταύτας δοξά‐ ζειν ἐκεῖνον, κᾆτα ὑμῶν φασκόντων ἔχειν, ἀξιώσει ἀποκρίνασθαι ὁποῖόν τινα ἡγούμεθα εἶναι τὸν θεόν, τί τοίνυν, ὅταν ἀποκρινοίμεθα, ὅτι ἐστὶν ὁ θεὸς γυρὸς ἐν ὤμοιιν, μελάγχροος, οὐλοκάρηνος;</w:t>
      </w:r>
    </w:p>
    <w:p>
      <w:r>
        <w:rPr>
          <w:rFonts w:ascii="Courier New" w:hAnsi="Courier New"/>
          <w:color w:val="555555"/>
          <w:sz w:val="20"/>
        </w:rPr>
        <w:t>[11 . 3 b]</w:t>
      </w:r>
    </w:p>
    <w:p>
      <w:r>
        <w:rPr>
          <w:rFonts w:ascii="Gentium Plus" w:hAnsi="Gentium Plus"/>
          <w:sz w:val="24"/>
        </w:rPr>
        <w:t>Καταγέλαστος ἡ ἀπόκρισις, κἂν εἰ μειζόνως χαρακτη‐ ρίζοις τὸν Δία, ‘κυανὰς μὲν ὀφρύας, χρυσὰς δὲ χαίτας,</w:t>
      </w:r>
    </w:p>
    <w:p>
      <w:r>
        <w:rPr>
          <w:rFonts w:ascii="Courier New" w:hAnsi="Courier New"/>
          <w:color w:val="555555"/>
          <w:sz w:val="20"/>
        </w:rPr>
        <w:t>[11 . 3 c]</w:t>
      </w:r>
    </w:p>
    <w:p>
      <w:r>
        <w:rPr>
          <w:rFonts w:ascii="Gentium Plus" w:hAnsi="Gentium Plus"/>
          <w:sz w:val="24"/>
        </w:rPr>
        <w:t>ἐλελιζόμενον δὲ ὑπ’ αὐτῶν τὸν οὐρανόν.‘ Πάντα γάρ που τὰ τοιαῦτα ἀπορίᾳ ὄψεως, καὶ ἀσθενείᾳ δηλώσεως, καὶ γνώμης ἀμβλύτητι, ἐφ’ ὅσον δύνανται ἕκαστοι ἐξαιρόμενοι τῇ φαντασίᾳ, πρὸς τὸ κάλλιστον δοκοῦν</w:t>
      </w:r>
    </w:p>
    <w:p>
      <w:r>
        <w:rPr>
          <w:rFonts w:ascii="Courier New" w:hAnsi="Courier New"/>
          <w:color w:val="555555"/>
          <w:sz w:val="20"/>
        </w:rPr>
        <w:t>[5]</w:t>
      </w:r>
    </w:p>
    <w:p>
      <w:r>
        <w:rPr>
          <w:rFonts w:ascii="Gentium Plus" w:hAnsi="Gentium Plus"/>
          <w:sz w:val="24"/>
        </w:rPr>
        <w:t>〈καὶ γραφεῖς ἀπεργάζονται, καὶ ἀγαλματοποιοὶ δια‐ πλάττουσιν, καὶ ποιηταὶ αἰνίττονται〉, καὶ φιλόσοφοι καταμαντεύονται.</w:t>
      </w:r>
    </w:p>
    <w:p>
      <w:r>
        <w:rPr>
          <w:rFonts w:ascii="Courier New" w:hAnsi="Courier New"/>
          <w:color w:val="555555"/>
          <w:sz w:val="20"/>
        </w:rPr>
        <w:t>[11 . 4 a]</w:t>
      </w:r>
    </w:p>
    <w:p>
      <w:r>
        <w:rPr>
          <w:rFonts w:ascii="Gentium Plus" w:hAnsi="Gentium Plus"/>
          <w:sz w:val="24"/>
        </w:rPr>
        <w:t>Εἰ δὲ συναγαγὼν ἐκκλησίαν τῶν τεχνῶν τούτων κελεύοις ἅπαντας ἀθρόους διὰ ψηφίσματος ἑνὸς ἀπο‐ κρίνασθαι περὶ τοῦ θεοῦ, οἴει ἄλλο μὲν ἂν τὸν γρα‐ φέα εἰπεῖν, ἄλλο δὲ καὶ τὸν ἀγαλματοποιόν, καὶ τὸν</w:t>
      </w:r>
    </w:p>
    <w:p>
      <w:r>
        <w:rPr>
          <w:rFonts w:ascii="Courier New" w:hAnsi="Courier New"/>
          <w:color w:val="555555"/>
          <w:sz w:val="20"/>
        </w:rPr>
        <w:t>[5]</w:t>
      </w:r>
    </w:p>
    <w:p>
      <w:r>
        <w:rPr>
          <w:rFonts w:ascii="Gentium Plus" w:hAnsi="Gentium Plus"/>
          <w:sz w:val="24"/>
        </w:rPr>
        <w:t>ποιητὴν ἄλλο, καὶ τὸν φιλόσοφον ἄλλο; ἀλλ’ οὐδέ, μὰ Δία, τὸν Σκύθην, οὐδὲ τὸν Ἕλληνα, οὐδὲ τὸν Πέρσην</w:t>
      </w:r>
    </w:p>
    <w:p>
      <w:r>
        <w:rPr>
          <w:rFonts w:ascii="Courier New" w:hAnsi="Courier New"/>
          <w:color w:val="555555"/>
          <w:sz w:val="20"/>
        </w:rPr>
        <w:t>[11 . 4 b]</w:t>
      </w:r>
    </w:p>
    <w:p>
      <w:r>
        <w:rPr>
          <w:rFonts w:ascii="Gentium Plus" w:hAnsi="Gentium Plus"/>
          <w:sz w:val="24"/>
        </w:rPr>
        <w:t>ἢ τὸν Ὑπερβόρειον· ἀλλὰ ἴδοις ἂν ἐν μὲν τοῖς, ἄλλοις, ἐν δὲ τοῖς, ἄλλοις ταὐτὸ ψηφιζομένους τοὺς ἀνθρώ‐ πους, πάντας δὲ πᾶσιν διαφερομένους· οὐ τὸ ἀγαθὸν τὸ αὐτὸ πᾶσιν, οὐ τὸ κακὸν ὅμοιον, οὐ τὸ αἰσχρόν,</w:t>
      </w:r>
    </w:p>
    <w:p>
      <w:r>
        <w:rPr>
          <w:rFonts w:ascii="Courier New" w:hAnsi="Courier New"/>
          <w:color w:val="555555"/>
          <w:sz w:val="20"/>
        </w:rPr>
        <w:t>[11 . 4 c]</w:t>
      </w:r>
    </w:p>
    <w:p>
      <w:r>
        <w:rPr>
          <w:rFonts w:ascii="Gentium Plus" w:hAnsi="Gentium Plus"/>
          <w:sz w:val="24"/>
        </w:rPr>
        <w:t>οὐ τὸ καλόν· νόμος μὲν γὰρ δὴ καὶ δίκη ἄνω καὶ κάτω φύρεται διασπώμενα καὶ σπαρασσόμενα· μὴ γὰρ ὅτι γένος γένει ὁμολογεῖ ἐν τούτοις, ἀλλ’ οὐδὲ πόλις πόλει, ἀλλ’ οὐδὲ οἶκος οἴκῳ, οὐδὲ ἀνὴρ ἀνδρί, οὐδὲ</w:t>
      </w:r>
    </w:p>
    <w:p>
      <w:r>
        <w:rPr>
          <w:rFonts w:ascii="Courier New" w:hAnsi="Courier New"/>
          <w:color w:val="555555"/>
          <w:sz w:val="20"/>
        </w:rPr>
        <w:t>[5]</w:t>
      </w:r>
    </w:p>
    <w:p>
      <w:r>
        <w:rPr>
          <w:rFonts w:ascii="Gentium Plus" w:hAnsi="Gentium Plus"/>
          <w:sz w:val="24"/>
        </w:rPr>
        <w:t>αὐτὸς αὑτῷ· τοῖος γὰρ νόος ἐστὶν ἐπιχθονίων ἀνθρώπων, οἷον ἐπ’ ἦμαρ ἄγῃσι πατὴρ ἀνδρῶν τε θεῶν τε.</w:t>
      </w:r>
    </w:p>
    <w:p>
      <w:r>
        <w:rPr>
          <w:rFonts w:ascii="Courier New" w:hAnsi="Courier New"/>
          <w:color w:val="555555"/>
          <w:sz w:val="20"/>
        </w:rPr>
        <w:t>[11 . 5 a]</w:t>
      </w:r>
    </w:p>
    <w:p>
      <w:r>
        <w:rPr>
          <w:rFonts w:ascii="Gentium Plus" w:hAnsi="Gentium Plus"/>
          <w:sz w:val="24"/>
        </w:rPr>
        <w:t>Ἐν τοσούτῳ δὴ πολέμῳ καὶ στάσει καὶ διαφωνίᾳ ἕνα ἴδοις ἂν ἐν πάσῃ γῇ ὁμόφωνον νόμον καὶ λόγον, ὅτι θεὸς εἷς πάντων βασιλεύς, καὶ πατήρ, καὶ θεοὶ</w:t>
      </w:r>
    </w:p>
    <w:p>
      <w:r>
        <w:rPr>
          <w:rFonts w:ascii="Courier New" w:hAnsi="Courier New"/>
          <w:color w:val="555555"/>
          <w:sz w:val="20"/>
        </w:rPr>
        <w:t>[11 . 5 b]</w:t>
      </w:r>
    </w:p>
    <w:p>
      <w:r>
        <w:rPr>
          <w:rFonts w:ascii="Gentium Plus" w:hAnsi="Gentium Plus"/>
          <w:sz w:val="24"/>
        </w:rPr>
        <w:t>πολλοί, θεοῦ παῖδες, συνάρχοντες θεοῦ. Ταῦτα καὶ ὁ Ἕλλην λέγει, καὶ ὁ βάρβαρος λέγει, καὶ ὁ ἠπειρώτης, καὶ ὁ θαλάττιος, καὶ ὁ 〈σοφὸς καὶ ὁ〉 ἄσοφος· κἂν ἐπὶ τοῦ ὠκεανοῦ ἔλθῃς τὰς ἠϊόνας, κἀκεῖ θεοί, τοῖς</w:t>
      </w:r>
    </w:p>
    <w:p>
      <w:r>
        <w:rPr>
          <w:rFonts w:ascii="Courier New" w:hAnsi="Courier New"/>
          <w:color w:val="555555"/>
          <w:sz w:val="20"/>
        </w:rPr>
        <w:t>[11 . 5 c]</w:t>
      </w:r>
    </w:p>
    <w:p>
      <w:r>
        <w:rPr>
          <w:rFonts w:ascii="Gentium Plus" w:hAnsi="Gentium Plus"/>
          <w:sz w:val="24"/>
        </w:rPr>
        <w:t>μὲν ἀνίσχοντες ἀγχοῦ μάλα, τοῖς δὲ καταδυόμενοι. Εἰ δή, τούτοις Πλάτωνα ἀντιχειροτονεῖν καὶ ἀντινομοθε‐ τεῖν ἄλλα, οὐχ ὁμόφωνον εἶναι καὶ ὁμοπαθῆ καλλίστης</w:t>
      </w:r>
    </w:p>
    <w:p>
      <w:r>
        <w:rPr>
          <w:rFonts w:ascii="Courier New" w:hAnsi="Courier New"/>
          <w:color w:val="555555"/>
          <w:sz w:val="20"/>
        </w:rPr>
        <w:t>[11 . 5 d]</w:t>
      </w:r>
    </w:p>
    <w:p>
      <w:r>
        <w:rPr>
          <w:rFonts w:ascii="Gentium Plus" w:hAnsi="Gentium Plus"/>
          <w:sz w:val="24"/>
        </w:rPr>
        <w:t>φωνῆς καὶ ἀληθεστάτου πάθους; Τί τοῦτο; ἥλιος,</w:t>
      </w:r>
    </w:p>
    <w:p>
      <w:r>
        <w:rPr>
          <w:rFonts w:ascii="Courier New" w:hAnsi="Courier New"/>
          <w:color w:val="555555"/>
          <w:sz w:val="20"/>
        </w:rPr>
        <w:t>[5]</w:t>
      </w:r>
    </w:p>
    <w:p>
      <w:r>
        <w:rPr>
          <w:rFonts w:ascii="Gentium Plus" w:hAnsi="Gentium Plus"/>
          <w:sz w:val="24"/>
        </w:rPr>
        <w:t>φύσεις; θεοῦ πάντα ἔργα, ἡ ψυχὴ λέγει, καὶ τὸν τεχ‐</w:t>
      </w:r>
    </w:p>
    <w:p>
      <w:r>
        <w:rPr>
          <w:rFonts w:ascii="Courier New" w:hAnsi="Courier New"/>
          <w:color w:val="555555"/>
          <w:sz w:val="20"/>
        </w:rPr>
        <w:t>[11 . 5 e]</w:t>
      </w:r>
    </w:p>
    <w:p>
      <w:r>
        <w:rPr>
          <w:rFonts w:ascii="Gentium Plus" w:hAnsi="Gentium Plus"/>
          <w:sz w:val="24"/>
        </w:rPr>
        <w:t>νίτην ποθεῖ, καὶ καταμαντεύεται τῆς τέχνης. Εἰ δὲ ἐξ‐ εγένοντο ἐν τῷ ξύμπαντι αἰῶνι δύο που καὶ τρεῖς, ἄθεον καὶ ταπεινὸν καὶ ἀναισθὲς γένος, καὶ πεπλανημένον μὲν τοῖς ὀφθαλμοῖς, ἐξηπατημένον δὲ ταῖς ἀκοαῖς,</w:t>
      </w:r>
    </w:p>
    <w:p>
      <w:r>
        <w:rPr>
          <w:rFonts w:ascii="Courier New" w:hAnsi="Courier New"/>
          <w:color w:val="555555"/>
          <w:sz w:val="20"/>
        </w:rPr>
        <w:t>[5]</w:t>
      </w:r>
    </w:p>
    <w:p>
      <w:r>
        <w:rPr>
          <w:rFonts w:ascii="Gentium Plus" w:hAnsi="Gentium Plus"/>
          <w:sz w:val="24"/>
        </w:rPr>
        <w:t>ἐκτετμημένον δὲ τὴν ψυχήν, ἄλογον καὶ ἄγονον καὶ ἄκαρπον, ὡς ἄθυμος λέων, ὡς βοῦς ἄκερως, ὡς ὄρνις ἄπτερος, καὶ παρὰ τούτου ὅμως τοῦ γένους 〈οὐκ εἰκ〉ῇ πεύσει τὸ θεῖον· ἴσασιν γὰρ οὐχ ἑκόντες, καὶ λέγουσιν</w:t>
      </w:r>
    </w:p>
    <w:p>
      <w:r>
        <w:rPr>
          <w:rFonts w:ascii="Courier New" w:hAnsi="Courier New"/>
          <w:color w:val="555555"/>
          <w:sz w:val="20"/>
        </w:rPr>
        <w:t>[11 . 5 f]</w:t>
      </w:r>
    </w:p>
    <w:p>
      <w:r>
        <w:rPr>
          <w:rFonts w:ascii="Gentium Plus" w:hAnsi="Gentium Plus"/>
          <w:sz w:val="24"/>
        </w:rPr>
        <w:t>ἄκοντες· κἂν ἀφέλῃς αὐτοῦ τὸ ἀγαθόν, ὡς Λεύκιππος· κἂν προσθῇς τὸ ὁμοπαθές, ὡς Δημόκριτος· κἂν ὑπαλ‐ λάξῃς τὴν φύσιν, ὡς Στράτων· κἂν δῷς τὴν ἡδονήν, ὡς Ἐπίκουρος· κἂν μὴ εἶναι φῇς, ὡς Διαγόρας· κἂν</w:t>
      </w:r>
    </w:p>
    <w:p>
      <w:r>
        <w:rPr>
          <w:rFonts w:ascii="Courier New" w:hAnsi="Courier New"/>
          <w:color w:val="555555"/>
          <w:sz w:val="20"/>
        </w:rPr>
        <w:t>[5]</w:t>
      </w:r>
    </w:p>
    <w:p>
      <w:r>
        <w:rPr>
          <w:rFonts w:ascii="Gentium Plus" w:hAnsi="Gentium Plus"/>
          <w:sz w:val="24"/>
        </w:rPr>
        <w:t>ἀγνοεῖν τι φῇς, ὡς Πρωταγόρας.</w:t>
      </w:r>
    </w:p>
    <w:p>
      <w:r>
        <w:rPr>
          <w:rFonts w:ascii="Courier New" w:hAnsi="Courier New"/>
          <w:color w:val="555555"/>
          <w:sz w:val="20"/>
        </w:rPr>
        <w:t>[11 6* a]</w:t>
      </w:r>
    </w:p>
    <w:p>
      <w:r>
        <w:rPr>
          <w:rFonts w:ascii="Gentium Plus" w:hAnsi="Gentium Plus"/>
          <w:sz w:val="24"/>
        </w:rPr>
        <w:t>Τούτους μὲν οὖν ἐῶμεν χαίρειν, εἰ δυναμένους ἐπαύρασθαι τοῦ ἀληθοῦς ὅλου καὶ ἀρτίου, ἰόντας δὲ ἐπ’ αὐτὸ ἀσαφεῖς ὁδοὺς καὶ πεπλανημένας· αὐτοῖς δὲ δὴ τί δράσωμεν, ἢ ἔπιμεν, ἐκ τοῦ Λοξίου δὲ ἴχνη</w:t>
      </w:r>
    </w:p>
    <w:p>
      <w:r>
        <w:rPr>
          <w:rFonts w:ascii="Courier New" w:hAnsi="Courier New"/>
          <w:color w:val="555555"/>
          <w:sz w:val="20"/>
        </w:rPr>
        <w:t>[5]</w:t>
      </w:r>
    </w:p>
    <w:p>
      <w:r>
        <w:rPr>
          <w:rFonts w:ascii="Gentium Plus" w:hAnsi="Gentium Plus"/>
          <w:sz w:val="24"/>
        </w:rPr>
        <w:t>αὐτοῦ σκεψάμενοι, οὐδὲ ὅσον εἰδώλοις ἐντυχόντες;</w:t>
      </w:r>
    </w:p>
    <w:p>
      <w:r>
        <w:rPr>
          <w:rFonts w:ascii="Courier New" w:hAnsi="Courier New"/>
          <w:color w:val="555555"/>
          <w:sz w:val="20"/>
        </w:rPr>
        <w:t>[11 6* b]</w:t>
      </w:r>
    </w:p>
    <w:p>
      <w:r>
        <w:rPr>
          <w:rFonts w:ascii="Gentium Plus" w:hAnsi="Gentium Plus"/>
          <w:sz w:val="24"/>
        </w:rPr>
        <w:t>ἀλλ’ ὁ μὲν Ὀδυσσεὺς προσχὼν τῇ ξένῃ, εἰς περιωπὴν ἀνελθών, ἐσκέπτετο τέχνῃ τῶν ἐχόντων, ἦ ῥ’ οἵγ’ ὑβρισταί τε καὶ ἄγριοι, οὐδὲ δίκαιοι, ἠὲ φιλόξενοι, καί σφιν νόος ἐστὶ θεουδής·</w:t>
      </w:r>
    </w:p>
    <w:p>
      <w:r>
        <w:rPr>
          <w:rFonts w:ascii="Courier New" w:hAnsi="Courier New"/>
          <w:color w:val="555555"/>
          <w:sz w:val="20"/>
        </w:rPr>
        <w:t>[5]</w:t>
      </w:r>
    </w:p>
    <w:p>
      <w:r>
        <w:rPr>
          <w:rFonts w:ascii="Gentium Plus" w:hAnsi="Gentium Plus"/>
          <w:sz w:val="24"/>
        </w:rPr>
        <w:t>ἡμεῖς δὲ ἆρα οὐ τολμήσομεν ἀναβιβασάμενοι τὸν λογισ‐ μὸν εἴς τινα περιωπὴν ἄνω τῆς ψυχῆς περισκέψασθαι τὰ τοῦ θεοῦ ἴχνη, τίνα χώραν ἔχει, τίνα φύσιν· ἀγα‐</w:t>
      </w:r>
    </w:p>
    <w:p>
      <w:r>
        <w:rPr>
          <w:rFonts w:ascii="Courier New" w:hAnsi="Courier New"/>
          <w:color w:val="555555"/>
          <w:sz w:val="20"/>
        </w:rPr>
        <w:t>[11 6* c]</w:t>
      </w:r>
    </w:p>
    <w:p>
      <w:r>
        <w:rPr>
          <w:rFonts w:ascii="Gentium Plus" w:hAnsi="Gentium Plus"/>
          <w:sz w:val="24"/>
        </w:rPr>
        <w:t>πήσομεν δὲ ἀμυδρῶς ἰδόντες; εἴθέ μοι μαντεῖον ἦν ἓν Διός, ἢ Ἀπόλλωνος, οὐ λοξὰ χρησμῳδοῦν οὐδὲ ἀμ‐ φίβολα· ἠρόμην ἂν τὸν θεόν, οὐ τὸν Κροίσου λέβητα, τοῦ βασιλέων ἀνοητοτάτου καὶ μαγείρων δυστυχεστάτου,</w:t>
      </w:r>
    </w:p>
    <w:p>
      <w:r>
        <w:rPr>
          <w:rFonts w:ascii="Courier New" w:hAnsi="Courier New"/>
          <w:color w:val="555555"/>
          <w:sz w:val="20"/>
        </w:rPr>
        <w:t>[5]</w:t>
      </w:r>
    </w:p>
    <w:p>
      <w:r>
        <w:rPr>
          <w:rFonts w:ascii="Gentium Plus" w:hAnsi="Gentium Plus"/>
          <w:sz w:val="24"/>
        </w:rPr>
        <w:t>ἀλλ’ οὐδὲ θαλάττης μέτρα, οὐδὲ ἀριθμὸν ψάμμου·</w:t>
      </w:r>
    </w:p>
    <w:p>
      <w:r>
        <w:rPr>
          <w:rFonts w:ascii="Courier New" w:hAnsi="Courier New"/>
          <w:color w:val="555555"/>
          <w:sz w:val="20"/>
        </w:rPr>
        <w:t>[11 6* d]</w:t>
      </w:r>
    </w:p>
    <w:p>
      <w:r>
        <w:rPr>
          <w:rFonts w:ascii="Gentium Plus" w:hAnsi="Gentium Plus"/>
          <w:sz w:val="24"/>
        </w:rPr>
        <w:t>ἠμέλησα δ’ ἂν καὶ τῶν σεμνῶν τούτων ἐρωτημάτων· ‘ἐπίασιν Μῆδοι, πῶς φυλάξομαι;‘ κἂν ὁ θεὸς μὴ συμβουλεύῃ, τὰς τριήρεις ἔχω· ‘ἐπιθυμῶ Σικελίας, πῶς λάβω;‘ κἂν γὰρ ὁ θεὸς μὴ κωλύῃ, ἡ Σικελία πολλή·</w:t>
      </w:r>
    </w:p>
    <w:p>
      <w:r>
        <w:rPr>
          <w:rFonts w:ascii="Courier New" w:hAnsi="Courier New"/>
          <w:color w:val="555555"/>
          <w:sz w:val="20"/>
        </w:rPr>
        <w:t>[11 6* e]</w:t>
      </w:r>
    </w:p>
    <w:p>
      <w:r>
        <w:rPr>
          <w:rFonts w:ascii="Gentium Plus" w:hAnsi="Gentium Plus"/>
          <w:sz w:val="24"/>
        </w:rPr>
        <w:t>ἐμοὶ δὲ σαφῶς ὁ Ἀπόλλων ἐκ Δελφῶν περὶ τοῦ Διὸς ἀποκρινάσθω, ἢ ὁ Ζεὺς αὐτός· ὑπὲρ αὐτοῦ τίς; ἐξ Ἀκαδημίας ὑποφήτης τοῦ θεοῦ, ἀνὴρ Ἀττικός, μαντι‐ κός· ἀποκρίνεται δὲ ὧδε.</w:t>
      </w:r>
    </w:p>
    <w:p>
      <w:r>
        <w:rPr>
          <w:rFonts w:ascii="Courier New" w:hAnsi="Courier New"/>
          <w:color w:val="555555"/>
          <w:sz w:val="20"/>
        </w:rPr>
        <w:t>[11 . 7 a]</w:t>
      </w:r>
    </w:p>
    <w:p>
      <w:r>
        <w:rPr>
          <w:rFonts w:ascii="Gentium Plus" w:hAnsi="Gentium Plus"/>
          <w:sz w:val="24"/>
        </w:rPr>
        <w:t>Τῇ τοῦ ἀνθρώπου ψυχῇ δύο ὀργάνων ὄντων πρὸς σύνεσιν, τοῦ μὲν ἁπλοῦ, ὃν καλοῦμεν νοῦν, τοῦ δὲ ποικίλου καὶ πολυμεροῦς καὶ πολυτρόπου, ἃς αἰσθή‐ σεις καλοῦμεν, συνῆπται μὲν αὐτῶν ἡ ἐργασία, κεχώ‐</w:t>
      </w:r>
    </w:p>
    <w:p>
      <w:r>
        <w:rPr>
          <w:rFonts w:ascii="Courier New" w:hAnsi="Courier New"/>
          <w:color w:val="555555"/>
          <w:sz w:val="20"/>
        </w:rPr>
        <w:t>[11 . 7 b]</w:t>
      </w:r>
    </w:p>
    <w:p>
      <w:r>
        <w:rPr>
          <w:rFonts w:ascii="Gentium Plus" w:hAnsi="Gentium Plus"/>
          <w:sz w:val="24"/>
        </w:rPr>
        <w:t>ρισται δὲ ἡ οὐσία· ὡς δὲ ταῦτα πρὸς ἄλληλα ἔχει, οὕτω κἀκεῖνα ὧν ἐστι ταῦτα ὄργανα· καὶ διαφέρει νοητὸν 〈καὶ〉 αἰσθητόν, ὅσον νοῦς αἰσθήσεως. Ἔστιν δὲ τούτων κατὰ μὲν τὴν ὁμιλίαν θἄτερον γνωριμώτερον,</w:t>
      </w:r>
    </w:p>
    <w:p>
      <w:r>
        <w:rPr>
          <w:rFonts w:ascii="Courier New" w:hAnsi="Courier New"/>
          <w:color w:val="555555"/>
          <w:sz w:val="20"/>
        </w:rPr>
        <w:t>[5]</w:t>
      </w:r>
    </w:p>
    <w:p>
      <w:r>
        <w:rPr>
          <w:rFonts w:ascii="Gentium Plus" w:hAnsi="Gentium Plus"/>
          <w:sz w:val="24"/>
        </w:rPr>
        <w:t>τὸ αἰσθητόν· τὰ δὲ νοητὰ ἄγνωστα μὲν ταῖς ὁμιλίαις,</w:t>
      </w:r>
    </w:p>
    <w:p>
      <w:r>
        <w:rPr>
          <w:rFonts w:ascii="Courier New" w:hAnsi="Courier New"/>
          <w:color w:val="555555"/>
          <w:sz w:val="20"/>
        </w:rPr>
        <w:t>[11 . 7 c]</w:t>
      </w:r>
    </w:p>
    <w:p>
      <w:r>
        <w:rPr>
          <w:rFonts w:ascii="Gentium Plus" w:hAnsi="Gentium Plus"/>
          <w:sz w:val="24"/>
        </w:rPr>
        <w:t>γνωριμώτερα δὲ τῇ φύσει· ζῷα γάρ που, καὶ φυτά,</w:t>
      </w:r>
    </w:p>
    <w:p>
      <w:r>
        <w:rPr>
          <w:rFonts w:ascii="Courier New" w:hAnsi="Courier New"/>
          <w:color w:val="555555"/>
          <w:sz w:val="20"/>
        </w:rPr>
        <w:t>[5]</w:t>
      </w:r>
    </w:p>
    <w:p>
      <w:r>
        <w:rPr>
          <w:rFonts w:ascii="Gentium Plus" w:hAnsi="Gentium Plus"/>
          <w:sz w:val="24"/>
        </w:rPr>
        <w:t>τὴν ψυχὴν καὶ ἀναπέπεικεν, μηδὲν ἄλλο ἡγεῖσθαι</w:t>
      </w:r>
    </w:p>
    <w:p>
      <w:r>
        <w:rPr>
          <w:rFonts w:ascii="Courier New" w:hAnsi="Courier New"/>
          <w:color w:val="555555"/>
          <w:sz w:val="20"/>
        </w:rPr>
        <w:t>[11 . 7 d]</w:t>
      </w:r>
    </w:p>
    <w:p>
      <w:r>
        <w:rPr>
          <w:rFonts w:ascii="Gentium Plus" w:hAnsi="Gentium Plus"/>
          <w:sz w:val="24"/>
        </w:rPr>
        <w:t>εἶναι, ὅτι μὴ ταῦτα· τὸ δὲ νοητόν, ἀπηλλαγμένον τῆς τούτων ἐπαφῆς καὶ ἐπερείσεως αὐτὸ καθ’ ἑαυτὸ ὁρᾶ‐</w:t>
      </w:r>
    </w:p>
    <w:p>
      <w:r>
        <w:rPr>
          <w:rFonts w:ascii="Courier New" w:hAnsi="Courier New"/>
          <w:color w:val="555555"/>
          <w:sz w:val="20"/>
        </w:rPr>
        <w:t>[11 . 7 e]</w:t>
      </w:r>
    </w:p>
    <w:p>
      <w:r>
        <w:rPr>
          <w:rFonts w:ascii="Gentium Plus" w:hAnsi="Gentium Plus"/>
          <w:sz w:val="24"/>
        </w:rPr>
        <w:t>σθαι πέφυκεν ὑπὸ τούτου· ὁ δὲ τῇ πάσῃ ψυχῇ ἐμπε‐ φυτευμένος διασπᾶται ὑπὸ τῶν αἰσθήσεων, καὶ ταράτ‐ τεται, καὶ ἀσχολίαν ἄγει, ὥστε μὴ διορᾶν τὰ αὑτοῦ</w:t>
      </w:r>
    </w:p>
    <w:p>
      <w:r>
        <w:rPr>
          <w:rFonts w:ascii="Courier New" w:hAnsi="Courier New"/>
          <w:color w:val="555555"/>
          <w:sz w:val="20"/>
        </w:rPr>
        <w:t>[11 . 7 f]</w:t>
      </w:r>
    </w:p>
    <w:p>
      <w:r>
        <w:rPr>
          <w:rFonts w:ascii="Gentium Plus" w:hAnsi="Gentium Plus"/>
          <w:sz w:val="24"/>
        </w:rPr>
        <w:t>θεάματα, ἤδη δὲ καὶ δημαγωγηθεὶς ἀναπείθεται, ὥστε συμφθέγγεσθαι ταῖς τῶν αἰσθήσεων φωναῖς, καὶ μη‐ δὲν ἡγεῖσθαι ἄλλο εἶναι παρὰ τὰ ὁρατὰ καὶ ἀκουστὰ</w:t>
      </w:r>
    </w:p>
    <w:p>
      <w:r>
        <w:rPr>
          <w:rFonts w:ascii="Courier New" w:hAnsi="Courier New"/>
          <w:color w:val="555555"/>
          <w:sz w:val="20"/>
        </w:rPr>
        <w:t>[11 . 7 g]</w:t>
      </w:r>
    </w:p>
    <w:p>
      <w:r>
        <w:rPr>
          <w:rFonts w:ascii="Gentium Plus" w:hAnsi="Gentium Plus"/>
          <w:sz w:val="24"/>
        </w:rPr>
        <w:t>καὶ ὀσφραντὰ καὶ γευστὰ καὶ ἁπτά. Ὥσπερ οὖν ἐν συμποσίῳ μεστῷ κνίσσης πολλῆς, καὶ οἴνου χεομένου,</w:t>
      </w:r>
    </w:p>
    <w:p>
      <w:r>
        <w:rPr>
          <w:rFonts w:ascii="Courier New" w:hAnsi="Courier New"/>
          <w:color w:val="555555"/>
          <w:sz w:val="20"/>
        </w:rPr>
        <w:t>[5]</w:t>
      </w:r>
    </w:p>
    <w:p>
      <w:r>
        <w:rPr>
          <w:rFonts w:ascii="Gentium Plus" w:hAnsi="Gentium Plus"/>
          <w:sz w:val="24"/>
        </w:rPr>
        <w:t>καὶ συστείλαντος καὶ τὰς αἰσθήσεις ἀποστρέφοντος, νηφάλιον καὶ κόσμιον· οὕτως ἀμέλει καὶ ἐν τῇ τῶν αἰσθήσεων πολυφωνίᾳ χαλεπὸν εὑρεῖν νήφοντα νοῦν,</w:t>
      </w:r>
    </w:p>
    <w:p>
      <w:r>
        <w:rPr>
          <w:rFonts w:ascii="Courier New" w:hAnsi="Courier New"/>
          <w:color w:val="555555"/>
          <w:sz w:val="20"/>
        </w:rPr>
        <w:t>[11 . 7 h]</w:t>
      </w:r>
    </w:p>
    <w:p>
      <w:r>
        <w:rPr>
          <w:rFonts w:ascii="Gentium Plus" w:hAnsi="Gentium Plus"/>
          <w:sz w:val="24"/>
        </w:rPr>
        <w:t>καὶ δυνάμενον προσβλέπειν τοῖς αὑτοῦ θεάμασιν. Καὶ μὲν δὴ καὶ ἡ τῶν αἰσθητῶν φύσις, πολυειδής τε οὖσα, καὶ συμπεφορημένη, καὶ ῥέουσα, ἐν μεταβολῇ παντοίᾳ συνδιατίθησιν αὐτῇ τὴν ψυχήν, ὥστε καὶ μεταβιβά‐</w:t>
      </w:r>
    </w:p>
    <w:p>
      <w:r>
        <w:rPr>
          <w:rFonts w:ascii="Courier New" w:hAnsi="Courier New"/>
          <w:color w:val="555555"/>
          <w:sz w:val="20"/>
        </w:rPr>
        <w:t>[5]</w:t>
      </w:r>
    </w:p>
    <w:p>
      <w:r>
        <w:rPr>
          <w:rFonts w:ascii="Gentium Plus" w:hAnsi="Gentium Plus"/>
          <w:sz w:val="24"/>
        </w:rPr>
        <w:t>ζουσαν αὐτὴν ἐπὶ τὴν τοῦ νοητοῦ φύσιν, στάσιμόν τε οὖσαν καὶ ἑδραίαν, μὴ δύνασθαι διορᾶν ἀσφαλῶς ὑπὸ τοῦ σάλου καὶ τοῦ ταράχου κραδαινομένην· οἷόν που ξυμβαίνειν φιλεῖ καὶ τοῖς ἐκ νεὼς εἰς ἤπειρον ἀπο‐ βᾶσιν· μόγις γάρ που καὶ τούτοις ἵσταται τὸ σῶμα ὑπὸ</w:t>
      </w:r>
    </w:p>
    <w:p>
      <w:r>
        <w:rPr>
          <w:rFonts w:ascii="Courier New" w:hAnsi="Courier New"/>
          <w:color w:val="555555"/>
          <w:sz w:val="20"/>
        </w:rPr>
        <w:t>[10]</w:t>
      </w:r>
    </w:p>
    <w:p>
      <w:r>
        <w:rPr>
          <w:rFonts w:ascii="Gentium Plus" w:hAnsi="Gentium Plus"/>
          <w:sz w:val="24"/>
        </w:rPr>
        <w:t>τοῦ ἐν τῷ κλύδωνι ἔθους κινούμενόν τε, καὶ περιφε‐ ρόμενον, καὶ σειόμενον.</w:t>
      </w:r>
    </w:p>
    <w:p>
      <w:r>
        <w:rPr>
          <w:rFonts w:ascii="Courier New" w:hAnsi="Courier New"/>
          <w:color w:val="555555"/>
          <w:sz w:val="20"/>
        </w:rPr>
        <w:t>[11 . 8 a]</w:t>
      </w:r>
    </w:p>
    <w:p>
      <w:r>
        <w:rPr>
          <w:rFonts w:ascii="Gentium Plus" w:hAnsi="Gentium Plus"/>
          <w:sz w:val="24"/>
        </w:rPr>
        <w:t>Ἐν ποτέρᾳ δὴ τῶν φύσεων τούτων τὸν θεὸν τακ‐ τέον; ἆρα οὐκ ἐν τῇ στασιμωτέρᾳ καὶ ἑδραιοτέρᾳ, καὶ</w:t>
      </w:r>
    </w:p>
    <w:p>
      <w:r>
        <w:rPr>
          <w:rFonts w:ascii="Courier New" w:hAnsi="Courier New"/>
          <w:color w:val="555555"/>
          <w:sz w:val="20"/>
        </w:rPr>
        <w:t>[5]</w:t>
      </w:r>
    </w:p>
    <w:p>
      <w:r>
        <w:rPr>
          <w:rFonts w:ascii="Gentium Plus" w:hAnsi="Gentium Plus"/>
          <w:sz w:val="24"/>
        </w:rPr>
        <w:t>ἐπαφησαμένου τῆς ἐκείνου φύσεως; Εἰ δέ σοι πρὸς τὸ πᾶν ὥσπέρ τινος χειραγωγίας δεῖ, ἔφες τῷ λόγῳ ὁ δὲ ἐρήσεται, διαιρούμενος τὰς γνωριμωτάτας φύσεις δίχα, καὶ τὴν ἑτέραν τὴν τιμιωτέραν τέμνων ἀεί, ἔστ’</w:t>
      </w:r>
    </w:p>
    <w:p>
      <w:r>
        <w:rPr>
          <w:rFonts w:ascii="Courier New" w:hAnsi="Courier New"/>
          <w:color w:val="555555"/>
          <w:sz w:val="20"/>
        </w:rPr>
        <w:t>[11 . 8 b]</w:t>
      </w:r>
    </w:p>
    <w:p>
      <w:r>
        <w:rPr>
          <w:rFonts w:ascii="Gentium Plus" w:hAnsi="Gentium Plus"/>
          <w:sz w:val="24"/>
        </w:rPr>
        <w:t>ἂν ἐφίκηται τοῦ νῦν ζητουμένου. Τῶν ὄντων τοίνυν τὰ μὲν ἄψυχα, τὰ δὲ ἔμψυχα· καὶ τὰ μὲν ἄψυχα, λίθοι καὶ ξύλα καὶ ὅσα τοιαῦτα· τὰ δὲ ἔμψυχα, φυτὰ</w:t>
      </w:r>
    </w:p>
    <w:p>
      <w:r>
        <w:rPr>
          <w:rFonts w:ascii="Courier New" w:hAnsi="Courier New"/>
          <w:color w:val="555555"/>
          <w:sz w:val="20"/>
        </w:rPr>
        <w:t>[11 . 8 c]</w:t>
      </w:r>
    </w:p>
    <w:p>
      <w:r>
        <w:rPr>
          <w:rFonts w:ascii="Gentium Plus" w:hAnsi="Gentium Plus"/>
          <w:sz w:val="24"/>
        </w:rPr>
        <w:t>καὶ ζῷα· κρεῖττον δ’ ἔμψυχον, ἀψύχου· Τοῦ δ’ ἐμ‐ ψύχου τὸ μὲν φυτικόν, τὸ δὲ αἰσθητικόν· τὸ αἰσθη‐</w:t>
      </w:r>
    </w:p>
    <w:p>
      <w:r>
        <w:rPr>
          <w:rFonts w:ascii="Courier New" w:hAnsi="Courier New"/>
          <w:color w:val="555555"/>
          <w:sz w:val="20"/>
        </w:rPr>
        <w:t>[11 . 8 d]</w:t>
      </w:r>
    </w:p>
    <w:p>
      <w:r>
        <w:rPr>
          <w:rFonts w:ascii="Gentium Plus" w:hAnsi="Gentium Plus"/>
          <w:sz w:val="24"/>
        </w:rPr>
        <w:t>τικὸν τοῦ φυτικοῦ κρεῖττον· Τοῦ δὲ αἰσθητικοῦ τὸ μὲν λογικόν, τὸ δὲ ἄλογον· κρεῖττον δὲ τὸ λογικὸν</w:t>
      </w:r>
    </w:p>
    <w:p>
      <w:r>
        <w:rPr>
          <w:rFonts w:ascii="Courier New" w:hAnsi="Courier New"/>
          <w:color w:val="555555"/>
          <w:sz w:val="20"/>
        </w:rPr>
        <w:t>[11 . 8 e]</w:t>
      </w:r>
    </w:p>
    <w:p>
      <w:r>
        <w:rPr>
          <w:rFonts w:ascii="Gentium Plus" w:hAnsi="Gentium Plus"/>
          <w:sz w:val="24"/>
        </w:rPr>
        <w:t>τοῦ ἀλόγου. Ἀλλὰ καὶ ἐν λογικῇ ψυχῇ, ἐπειδήπερ ἐστὶν ἡ πᾶσα ὥσπερ ἄθροισμά τι, θρεπτικόν, αἰσθη‐</w:t>
      </w:r>
    </w:p>
    <w:p>
      <w:r>
        <w:rPr>
          <w:rFonts w:ascii="Courier New" w:hAnsi="Courier New"/>
          <w:color w:val="555555"/>
          <w:sz w:val="20"/>
        </w:rPr>
        <w:t>[11 . 8 f]</w:t>
      </w:r>
    </w:p>
    <w:p>
      <w:r>
        <w:rPr>
          <w:rFonts w:ascii="Gentium Plus" w:hAnsi="Gentium Plus"/>
          <w:sz w:val="24"/>
        </w:rPr>
        <w:t>τικόν, κινητικόν, παθητικόν, νοητικόν. Ὃν οὖν ἔχει λόγον τὸ ἄψυχον πρὸς τὸ ἔμψυχον, τοῦτον ἔχει καὶ ἡ ἔννους ψυχὴ αὐτὸ τοῦτο πρὸς τὴν ὅλην ψυχήν· καὶ δηλαδὴ ὡς κρεῖττον ἡ ἔννους ψυχὴ τῆς ἐξ ἁπάντων</w:t>
      </w:r>
    </w:p>
    <w:p>
      <w:r>
        <w:rPr>
          <w:rFonts w:ascii="Courier New" w:hAnsi="Courier New"/>
          <w:color w:val="555555"/>
          <w:sz w:val="20"/>
        </w:rPr>
        <w:t>[11 . 8 g]</w:t>
      </w:r>
    </w:p>
    <w:p>
      <w:r>
        <w:rPr>
          <w:rFonts w:ascii="Gentium Plus" w:hAnsi="Gentium Plus"/>
          <w:sz w:val="24"/>
        </w:rPr>
        <w:t>τούτων ἠθροισμένης· Ποῦ τοίνυν τούτων τὸν θεὸν τάττωμεν; πότερα ἐν τῷ ἀθροίσματι; ἀλλὰ εὐφημεῖν</w:t>
      </w:r>
    </w:p>
    <w:p>
      <w:r>
        <w:rPr>
          <w:rFonts w:ascii="Courier New" w:hAnsi="Courier New"/>
          <w:color w:val="555555"/>
          <w:sz w:val="20"/>
        </w:rPr>
        <w:t>[11 . 8 h]</w:t>
      </w:r>
    </w:p>
    <w:p>
      <w:r>
        <w:rPr>
          <w:rFonts w:ascii="Gentium Plus" w:hAnsi="Gentium Plus"/>
          <w:sz w:val="24"/>
        </w:rPr>
        <w:t>ἄξιον. Λείπεται δὴ ὥσπερ εἰς ἀκρόπολιν ἀναβιβασα‐ μένους τῷ λόγῳ τὸν θεὸν ἱδρῦσαι κατὰ τὸν νοῦν αὖ</w:t>
      </w:r>
    </w:p>
    <w:p>
      <w:r>
        <w:rPr>
          <w:rFonts w:ascii="Courier New" w:hAnsi="Courier New"/>
          <w:color w:val="555555"/>
          <w:sz w:val="20"/>
        </w:rPr>
        <w:t>[11 . 8 i]</w:t>
      </w:r>
    </w:p>
    <w:p>
      <w:r>
        <w:rPr>
          <w:rFonts w:ascii="Gentium Plus" w:hAnsi="Gentium Plus"/>
          <w:sz w:val="24"/>
        </w:rPr>
        <w:t>τὸν ἀρχηγικώτατον· ἀλλὰ καὶ ἐνταῦθα διφυῆ ὁρῶ· τοῦ γὰρ νοῦ ὁ μὲν νοεῖν πέφυκεν, καὶ μὴ νοῶν· ὁ δέ, καὶ πέφυκεν, ἀλλὰ καὶ οὗτος οὔπω τέλειος, ἂν μὴ προσθῇς αὐτῷ τὸ καὶ νοεῖν ἀεί, καὶ πάντα νοεῖν, καὶ</w:t>
      </w:r>
    </w:p>
    <w:p>
      <w:r>
        <w:rPr>
          <w:rFonts w:ascii="Courier New" w:hAnsi="Courier New"/>
          <w:color w:val="555555"/>
          <w:sz w:val="20"/>
        </w:rPr>
        <w:t>[5]</w:t>
      </w:r>
    </w:p>
    <w:p>
      <w:r>
        <w:rPr>
          <w:rFonts w:ascii="Gentium Plus" w:hAnsi="Gentium Plus"/>
          <w:sz w:val="24"/>
        </w:rPr>
        <w:t>μὴ ἄλλοτε ἄλλα· ὥστε εἴη ἂν ἐντελέστατος, ὁ νοῶν ἀεί, καὶ πάντα, καὶ ἅμα.</w:t>
      </w:r>
    </w:p>
    <w:p>
      <w:r>
        <w:rPr>
          <w:rFonts w:ascii="Courier New" w:hAnsi="Courier New"/>
          <w:color w:val="555555"/>
          <w:sz w:val="20"/>
        </w:rPr>
        <w:t>[11 . 9 a]</w:t>
      </w:r>
    </w:p>
    <w:p>
      <w:r>
        <w:rPr>
          <w:rFonts w:ascii="Gentium Plus" w:hAnsi="Gentium Plus"/>
          <w:sz w:val="24"/>
        </w:rPr>
        <w:t>Εἰ δὲ βούλει, τῇδε εἴκαζέ μοι τὸ λεγόμενον· τὸν μὲν θεῖον νοῦν τῷ ὁρᾶν, τὸν δὲ ἀνθρώπινον τῷ λέ‐ γειν· ὀφθαλμοῦ μὲν γὰρ βολὴ ὀξύτατον, ἀθρόως σπῶσα τὴν αἴσθησιν τοῦ ὁρωμένου· λόγου δὲ ἐνέργεια ἔοικεν</w:t>
      </w:r>
    </w:p>
    <w:p>
      <w:r>
        <w:rPr>
          <w:rFonts w:ascii="Courier New" w:hAnsi="Courier New"/>
          <w:color w:val="555555"/>
          <w:sz w:val="20"/>
        </w:rPr>
        <w:t>[11 . 9 b]</w:t>
      </w:r>
    </w:p>
    <w:p>
      <w:r>
        <w:rPr>
          <w:rFonts w:ascii="Gentium Plus" w:hAnsi="Gentium Plus"/>
          <w:sz w:val="24"/>
        </w:rPr>
        <w:t>σχολαίῳ βαδίσματι. Μᾶλλον δὲ ταύτῃ εἰκαζέσθω· ὁ μὲν θεῖος νοῦς κατὰ τὴν περιβολὴν τοῦ ἡλίου πάντα ἐφορᾷ τὸν ἐν γῇ τόπον ἀθρόως, ὁ δὲ ἀνθρώπινος κατὰ τὴν πορείαν αὐτοῦ, ἄλλοτε ἄλλα μέρη τοῦ ὅλου ἐπι‐</w:t>
      </w:r>
    </w:p>
    <w:p>
      <w:r>
        <w:rPr>
          <w:rFonts w:ascii="Courier New" w:hAnsi="Courier New"/>
          <w:color w:val="555555"/>
          <w:sz w:val="20"/>
        </w:rPr>
        <w:t>[11 . 9 c]</w:t>
      </w:r>
    </w:p>
    <w:p>
      <w:r>
        <w:rPr>
          <w:rFonts w:ascii="Gentium Plus" w:hAnsi="Gentium Plus"/>
          <w:sz w:val="24"/>
        </w:rPr>
        <w:t>πορευομένου. Τοῦτον μὲν δὴ ὁ ἐξ Ἀκαδημίας ἡμῖν ἄγγελος δίδωσιν πατέρα καὶ γεννητὴν τοῦ ξύμπαντος· τούτου ὄνομα μὲν οὐ λέγει, οὐ γὰρ οἶδεν· οὐδὲ χρόαν</w:t>
      </w:r>
    </w:p>
    <w:p>
      <w:r>
        <w:rPr>
          <w:rFonts w:ascii="Courier New" w:hAnsi="Courier New"/>
          <w:color w:val="555555"/>
          <w:sz w:val="20"/>
        </w:rPr>
        <w:t>[11 . 9 d]</w:t>
      </w:r>
    </w:p>
    <w:p>
      <w:r>
        <w:rPr>
          <w:rFonts w:ascii="Gentium Plus" w:hAnsi="Gentium Plus"/>
          <w:sz w:val="24"/>
        </w:rPr>
        <w:t>φύσεις αὗται, σαρκῶν καὶ ὀφθαλμῶν συνέσεις. Τὸ δὲ θεῖον αὐτὸ ἀόρατον ὀφθαλμοῖς, ἄρρητον φωνῇ, ἀναφὲς σαρκί, ἀπευθὲς ἀκοῇ, μόνῳ δὲ τῷ τῆς ψυχῆς καλλίστῳ καὶ καθαρωτάτῳ καὶ νοερωτάτῳ καὶ κουφοτάτῳ καὶ</w:t>
      </w:r>
    </w:p>
    <w:p>
      <w:r>
        <w:rPr>
          <w:rFonts w:ascii="Courier New" w:hAnsi="Courier New"/>
          <w:color w:val="555555"/>
          <w:sz w:val="20"/>
        </w:rPr>
        <w:t>[5]</w:t>
      </w:r>
    </w:p>
    <w:p>
      <w:r>
        <w:rPr>
          <w:rFonts w:ascii="Gentium Plus" w:hAnsi="Gentium Plus"/>
          <w:sz w:val="24"/>
        </w:rPr>
        <w:t>πρεσβυτάτῳ ὁρατὸν δι’ ὁμοιότητα, καὶ ἀκουστὸν διὰ συγγένειαν, ὅλον ἀθρόον ἀθρόᾳ συνέσει παραγινόμενον.</w:t>
      </w:r>
    </w:p>
    <w:p>
      <w:r>
        <w:rPr>
          <w:rFonts w:ascii="Courier New" w:hAnsi="Courier New"/>
          <w:color w:val="555555"/>
          <w:sz w:val="20"/>
        </w:rPr>
        <w:t>[11 . 9 e]</w:t>
      </w:r>
    </w:p>
    <w:p>
      <w:r>
        <w:rPr>
          <w:rFonts w:ascii="Gentium Plus" w:hAnsi="Gentium Plus"/>
          <w:sz w:val="24"/>
        </w:rPr>
        <w:t>Ὥσπερ οὖν εἴ τις ἐπιθυμεῖ ἰδεῖν τὸν ἥλιον, οὐχὶ ταῖς ἀκοαῖς θηρᾶται αὐτοῦ τὴν σύνεσιν· οὐδὲ εἴ τις τῆς ἐν φωναῖς ἁρμονίας ἐρᾷ, τοῖς ὀφθαλμοῖς αὐτὴν μετα‐ διώκει· ἀλλ’ ὄψις μὲν ἐρᾷ χρωμάτων, ἀκοὴ δὲ ἀκου‐</w:t>
      </w:r>
    </w:p>
    <w:p>
      <w:r>
        <w:rPr>
          <w:rFonts w:ascii="Courier New" w:hAnsi="Courier New"/>
          <w:color w:val="555555"/>
          <w:sz w:val="20"/>
        </w:rPr>
        <w:t>[5]</w:t>
      </w:r>
    </w:p>
    <w:p>
      <w:r>
        <w:rPr>
          <w:rFonts w:ascii="Gentium Plus" w:hAnsi="Gentium Plus"/>
          <w:sz w:val="24"/>
        </w:rPr>
        <w:t>στῶν· οὕτω καὶ νοῦς νοητὰ ὁρᾷ, καὶ νοητῶν ἀκούει. Τοῦτ’ ἔστιν ἀμέλει τὸ τοῦ Συρακοσίου αἴνιγμα νοῦς ὁρῇ καὶ νοῦς ἀκούει.</w:t>
      </w:r>
    </w:p>
    <w:p>
      <w:r>
        <w:rPr>
          <w:rFonts w:ascii="Courier New" w:hAnsi="Courier New"/>
          <w:color w:val="555555"/>
          <w:sz w:val="20"/>
        </w:rPr>
        <w:t>[11 10* a]</w:t>
      </w:r>
    </w:p>
    <w:p>
      <w:r>
        <w:rPr>
          <w:rFonts w:ascii="Gentium Plus" w:hAnsi="Gentium Plus"/>
          <w:sz w:val="24"/>
        </w:rPr>
        <w:t>Πῶς οὖν ὁρᾷ νοῦς; καὶ πῶς ἀκούει; Ὀρθῇ τῇ ψυχῇ καὶ ἐρρωμένῃ, πρὸς τὸ ἀκήρατον ἐκεῖνο φῶς ἀντι‐ βλέπων, καὶ μὴ σκοτοδινιῶν, μηδὲ εἰς γῆν καταφερό‐</w:t>
      </w:r>
    </w:p>
    <w:p>
      <w:r>
        <w:rPr>
          <w:rFonts w:ascii="Courier New" w:hAnsi="Courier New"/>
          <w:color w:val="555555"/>
          <w:sz w:val="20"/>
        </w:rPr>
        <w:t>[11 10* b]</w:t>
      </w:r>
    </w:p>
    <w:p>
      <w:r>
        <w:rPr>
          <w:rFonts w:ascii="Gentium Plus" w:hAnsi="Gentium Plus"/>
          <w:sz w:val="24"/>
        </w:rPr>
        <w:t>μενος· ἀλλὰ ἀποφράττων μὲν καὶ τὰ ὦτα, ἀποστρέφων δὲ τὰς ὄψεις καὶ τὰς ἄλλας αἰσθήσεις ἔμπαλιν πρὸς</w:t>
      </w:r>
    </w:p>
    <w:p>
      <w:r>
        <w:rPr>
          <w:rFonts w:ascii="Courier New" w:hAnsi="Courier New"/>
          <w:color w:val="555555"/>
          <w:sz w:val="20"/>
        </w:rPr>
        <w:t>[11 10* c]</w:t>
      </w:r>
    </w:p>
    <w:p>
      <w:r>
        <w:rPr>
          <w:rFonts w:ascii="Gentium Plus" w:hAnsi="Gentium Plus"/>
          <w:sz w:val="24"/>
        </w:rPr>
        <w:t>ἑαυτόν· καὶ ἐκλαθόμενος μὲν τῶν κάτω οἰμωγῶν καὶ</w:t>
      </w:r>
    </w:p>
    <w:p>
      <w:r>
        <w:rPr>
          <w:rFonts w:ascii="Courier New" w:hAnsi="Courier New"/>
          <w:color w:val="555555"/>
          <w:sz w:val="20"/>
        </w:rPr>
        <w:t>[5]</w:t>
      </w:r>
    </w:p>
    <w:p>
      <w:r>
        <w:rPr>
          <w:rFonts w:ascii="Gentium Plus" w:hAnsi="Gentium Plus"/>
          <w:sz w:val="24"/>
        </w:rPr>
        <w:t>ἰέναι· τῷ δὲ ἔρωτι ἐπισταμένῳ, καὶ τοὺς πόνους τῆς πορείας πειθοῖ καὶ χάρισιν ἐπελαφρύνοντι· ἰόντι δὲ ἐκεῖσε, καὶ ἀφισταμένῳ τῶν κάτω, ἀεὶ τὰ πρόσθεν σαφῆ καὶ εὐλαμπέστατα καὶ τὴν τοῦ θεοῦ φύσιν προ‐ οιμιαζόμενα· καὶ πορευόμενος μὲν ἀκούει τὴν φύσιν</w:t>
      </w:r>
    </w:p>
    <w:p>
      <w:r>
        <w:rPr>
          <w:rFonts w:ascii="Courier New" w:hAnsi="Courier New"/>
          <w:color w:val="555555"/>
          <w:sz w:val="20"/>
        </w:rPr>
        <w:t>[11 10* d]</w:t>
      </w:r>
    </w:p>
    <w:p>
      <w:r>
        <w:rPr>
          <w:rFonts w:ascii="Gentium Plus" w:hAnsi="Gentium Plus"/>
          <w:sz w:val="24"/>
        </w:rPr>
        <w:t>τοῦ θεοῦ, ἀνελθὼν δὲ ὁρᾷ. Τέλος δὲ τῆς ὁδοῦ οὐχ ὁ οὐρανός, οὐδὲ τὰ ἐν τῷ οὐρανῷ σώματα· καλὰ μὲν γὰρ ταῦτα καὶ θεσπέσια, ἅτε ἐκείνου ἔγγονα ἀκριβῆ</w:t>
      </w:r>
    </w:p>
    <w:p>
      <w:r>
        <w:rPr>
          <w:rFonts w:ascii="Courier New" w:hAnsi="Courier New"/>
          <w:color w:val="555555"/>
          <w:sz w:val="20"/>
        </w:rPr>
        <w:t>[11 10* e]</w:t>
      </w:r>
    </w:p>
    <w:p>
      <w:r>
        <w:rPr>
          <w:rFonts w:ascii="Gentium Plus" w:hAnsi="Gentium Plus"/>
          <w:sz w:val="24"/>
        </w:rPr>
        <w:t>καὶ γνήσια, καὶ πρὸς τὸ κάλλιστον ἡρμοσμένα· ἀλλὰ καὶ τούτων ἐπέκεινα ἐλθεῖν δεῖ, καὶ ὑπερκύψαι τοῦ οὐρανοῦ ἐπὶ τὸν ἀληθῆ τόπον καὶ τὴν ἐκεῖ γαλήνην, ἔνθ’ οὐκ ἔστ’ ... οὔτ’ ἂρ χειμὼν πολύς,</w:t>
      </w:r>
    </w:p>
    <w:p>
      <w:r>
        <w:rPr>
          <w:rFonts w:ascii="Courier New" w:hAnsi="Courier New"/>
          <w:color w:val="555555"/>
          <w:sz w:val="20"/>
        </w:rPr>
        <w:t>[5]</w:t>
      </w:r>
    </w:p>
    <w:p>
      <w:r>
        <w:rPr>
          <w:rFonts w:ascii="Gentium Plus" w:hAnsi="Gentium Plus"/>
          <w:sz w:val="24"/>
        </w:rPr>
        <w:t>οὐδέ ποτ’ ὄμβρῳ, δεύεται, ..... ἀλλὰ μάλ’ αἴθρη πέπταται ἀννέφελος, λευκὴ δ’ ἐπιδέδρομεν αἴγλη·</w:t>
      </w:r>
    </w:p>
    <w:p>
      <w:r>
        <w:rPr>
          <w:rFonts w:ascii="Courier New" w:hAnsi="Courier New"/>
          <w:color w:val="555555"/>
          <w:sz w:val="20"/>
        </w:rPr>
        <w:t>[11 10* f]</w:t>
      </w:r>
    </w:p>
    <w:p>
      <w:r>
        <w:rPr>
          <w:rFonts w:ascii="Gentium Plus" w:hAnsi="Gentium Plus"/>
          <w:sz w:val="24"/>
        </w:rPr>
        <w:t>μηδενὸς ἐνοχλοῦντος τὴν θέαν πάθους σαρκίνου, οἷα δεῦρο ἐνοχλεῖ τὴν δειλαίαν ψυχήν, ὅσον αὐτῇ τοῦ φρονεῖν ἔνεστιν, ὑπὸ τοῦ κυκηθμοῦ καὶ τοῦ θορύβου</w:t>
      </w:r>
    </w:p>
    <w:p>
      <w:r>
        <w:rPr>
          <w:rFonts w:ascii="Courier New" w:hAnsi="Courier New"/>
          <w:color w:val="555555"/>
          <w:sz w:val="20"/>
        </w:rPr>
        <w:t>[11 10* g]</w:t>
      </w:r>
    </w:p>
    <w:p>
      <w:r>
        <w:rPr>
          <w:rFonts w:ascii="Gentium Plus" w:hAnsi="Gentium Plus"/>
          <w:sz w:val="24"/>
        </w:rPr>
        <w:t>καταβάλλοντα. Πῶς γὰρ ἄν τις συνίῃ θεὸν ὑπὸ πλή‐ θους ἐπιθυμιῶν καὶ λογισμῶν ἀλλοκότων ταραττο‐ μένων; οὐ μᾶλλον ἐν δημοκρατίᾳ πολυφώνῳ καὶ συν‐ τεταραγμένῃ συνίῃ ἄν τις νόμου καὶ ἄρχοντος·</w:t>
      </w:r>
    </w:p>
    <w:p>
      <w:r>
        <w:rPr>
          <w:rFonts w:ascii="Courier New" w:hAnsi="Courier New"/>
          <w:color w:val="555555"/>
          <w:sz w:val="20"/>
        </w:rPr>
        <w:t>[5]</w:t>
      </w:r>
    </w:p>
    <w:p>
      <w:r>
        <w:rPr>
          <w:rFonts w:ascii="Gentium Plus" w:hAnsi="Gentium Plus"/>
          <w:sz w:val="24"/>
        </w:rPr>
        <w:t>ἀνδρῶν δὲ ἐν πολλῷ ὁμάδῳ πῶς κέν τις ἀκούσῃ;</w:t>
      </w:r>
    </w:p>
    <w:p>
      <w:r>
        <w:rPr>
          <w:rFonts w:ascii="Courier New" w:hAnsi="Courier New"/>
          <w:color w:val="555555"/>
          <w:sz w:val="20"/>
        </w:rPr>
        <w:t>[11 10* h]</w:t>
      </w:r>
    </w:p>
    <w:p>
      <w:r>
        <w:rPr>
          <w:rFonts w:ascii="Gentium Plus" w:hAnsi="Gentium Plus"/>
          <w:sz w:val="24"/>
        </w:rPr>
        <w:t>Καταπεσοῦσα γὰρ ἡ ψυχὴ εἰς τουτονὶ τὸν θόρυβον, καὶ δοῦσα ἑαυτὴν ἐπ’ ἀμηχάνου φορεῖσθαι κύματος, νήχεται δυσέκνευστον πέλαγος· ἐστ’ ἂν αὐτὴ φιλο‐ σοφία ὑποδέξηται ὑπολαβοῦσα τοὺς ἑαυτῆς λογισμούς,</w:t>
      </w:r>
    </w:p>
    <w:p>
      <w:r>
        <w:rPr>
          <w:rFonts w:ascii="Courier New" w:hAnsi="Courier New"/>
          <w:color w:val="555555"/>
          <w:sz w:val="20"/>
        </w:rPr>
        <w:t>[5]</w:t>
      </w:r>
    </w:p>
    <w:p>
      <w:r>
        <w:rPr>
          <w:rFonts w:ascii="Gentium Plus" w:hAnsi="Gentium Plus"/>
          <w:sz w:val="24"/>
        </w:rPr>
        <w:t>ὥσπερ τὸ κρήδεμνον τῷ Ὀδυσσεῖ ἡ Λευκοθέα.</w:t>
      </w:r>
    </w:p>
    <w:p>
      <w:r>
        <w:rPr>
          <w:rFonts w:ascii="Courier New" w:hAnsi="Courier New"/>
          <w:color w:val="555555"/>
          <w:sz w:val="20"/>
        </w:rPr>
        <w:t>[11 . 11 a]</w:t>
      </w:r>
    </w:p>
    <w:p>
      <w:r>
        <w:rPr>
          <w:rFonts w:ascii="Gentium Plus" w:hAnsi="Gentium Plus"/>
          <w:sz w:val="24"/>
        </w:rPr>
        <w:t>Πῶς ἂν οὖν τις ἐκνήσαιτ’ ἂν καὶ ἴδοι τὸν θεόν; τὸ μὲν ὅλον, ὄψει τότε, ἐπειδὰν πρὸς αὐτὸν καλῇ· καλέσει δὲ οὐκ εἰς μακράν· ἀνάμεινον τὴν κλῆσιν· ἥξει σοι γῆρας, ὁδηγοῦν ἐκεῖ· καὶ θάνατος, ὃν ὁ μὲν</w:t>
      </w:r>
    </w:p>
    <w:p>
      <w:r>
        <w:rPr>
          <w:rFonts w:ascii="Courier New" w:hAnsi="Courier New"/>
          <w:color w:val="555555"/>
          <w:sz w:val="20"/>
        </w:rPr>
        <w:t>[5]</w:t>
      </w:r>
    </w:p>
    <w:p>
      <w:r>
        <w:rPr>
          <w:rFonts w:ascii="Gentium Plus" w:hAnsi="Gentium Plus"/>
          <w:sz w:val="24"/>
        </w:rPr>
        <w:t>δειλὸς ὀδύρεται καὶ προσιόντα δέδιεν, ὁ δὲ ἐραστὴς τοῦ θεοῦ ἐκδέχεται ἄσμενος, καὶ προσιόντος θαρσεῖ.</w:t>
      </w:r>
    </w:p>
    <w:p>
      <w:r>
        <w:rPr>
          <w:rFonts w:ascii="Courier New" w:hAnsi="Courier New"/>
          <w:color w:val="555555"/>
          <w:sz w:val="20"/>
        </w:rPr>
        <w:t>[11 . 11 b]</w:t>
      </w:r>
    </w:p>
    <w:p>
      <w:r>
        <w:rPr>
          <w:rFonts w:ascii="Gentium Plus" w:hAnsi="Gentium Plus"/>
          <w:sz w:val="24"/>
        </w:rPr>
        <w:t>Εἰ δὲ καὶ νῦν ἤδη μαθεῖν ἐρᾷς τὴν ἐκείνου φύσιν, πῶς τὶς αὐτὴν διηγήσεται; Καλὸν μὲν γὰρ εἶναι τὸν θεόν, καὶ τῶν καλῶν τὸ φανότατον· ἀλλ’ οὐ σῶμα κα‐ λόν· ἄλλοθεν καὶ τῷ σώματι ἐπιρρεῖ τὸ κάλλος· οὐδὲ</w:t>
      </w:r>
    </w:p>
    <w:p>
      <w:r>
        <w:rPr>
          <w:rFonts w:ascii="Courier New" w:hAnsi="Courier New"/>
          <w:color w:val="555555"/>
          <w:sz w:val="20"/>
        </w:rPr>
        <w:t>[5]</w:t>
      </w:r>
    </w:p>
    <w:p>
      <w:r>
        <w:rPr>
          <w:rFonts w:ascii="Gentium Plus" w:hAnsi="Gentium Plus"/>
          <w:sz w:val="24"/>
        </w:rPr>
        <w:t>λειμὼν καλόν· ἄλλοθέν ποθεν καὶ ὁ λειμὼν καλός· καὶ ποταμοῦ κάλλος, καὶ θαλάττης, καὶ οὐρανοῦ, καὶ τῶν ἐν οὐρανῷ θεῶν, πᾶν τὸ κάλλος τοῦτο ἐκεῖθεν</w:t>
      </w:r>
    </w:p>
    <w:p>
      <w:r>
        <w:rPr>
          <w:rFonts w:ascii="Courier New" w:hAnsi="Courier New"/>
          <w:color w:val="555555"/>
          <w:sz w:val="20"/>
        </w:rPr>
        <w:t>[11 . 11 c]</w:t>
      </w:r>
    </w:p>
    <w:p>
      <w:r>
        <w:rPr>
          <w:rFonts w:ascii="Gentium Plus" w:hAnsi="Gentium Plus"/>
          <w:sz w:val="24"/>
        </w:rPr>
        <w:t>ῥεῖ ὂν ἐκ πηγῆς ἀενάου καὶ ἀκηράτου· καθόσον δὲ αὐτοῦ μετέσχεν ἕκαστα, καλὰ καὶ ἑδραῖα καὶ σωζόμενα· καὶ καθόσον αὐτοῦ ἀπολείπεται, αἰσχρὰ καὶ διαλυόμενα</w:t>
      </w:r>
    </w:p>
    <w:p>
      <w:r>
        <w:rPr>
          <w:rFonts w:ascii="Courier New" w:hAnsi="Courier New"/>
          <w:color w:val="555555"/>
          <w:sz w:val="20"/>
        </w:rPr>
        <w:t>[11 . 11 d]</w:t>
      </w:r>
    </w:p>
    <w:p>
      <w:r>
        <w:rPr>
          <w:rFonts w:ascii="Gentium Plus" w:hAnsi="Gentium Plus"/>
          <w:sz w:val="24"/>
        </w:rPr>
        <w:t>καὶ φθειρόμενα. Εἰ μὲν ταῦτα ἱκανά, ἑώρακας τὸν</w:t>
      </w:r>
    </w:p>
    <w:p>
      <w:r>
        <w:rPr>
          <w:rFonts w:ascii="Courier New" w:hAnsi="Courier New"/>
          <w:color w:val="555555"/>
          <w:sz w:val="20"/>
        </w:rPr>
        <w:t>[11 . 11 e]</w:t>
      </w:r>
    </w:p>
    <w:p>
      <w:r>
        <w:rPr>
          <w:rFonts w:ascii="Gentium Plus" w:hAnsi="Gentium Plus"/>
          <w:sz w:val="24"/>
        </w:rPr>
        <w:t>θεόν, εἰ δὲ μή, πῶς τις αὐτὸν αἰνίξηται; Ἐννόει γάρ μοι μήτε μέγεθος, μήτε χρῶμα, μήτε σχῆμα, μήτε ἄλλό τι ὕλης πάθος, ἀλλ’ ὥσπερ ἂν εἰ καὶ σῶμα καλὸν ἀπεκρύπτετο πρὸς τὴν θέαν ὑπὸ ἐσθήτων πολλῶν καὶ</w:t>
      </w:r>
    </w:p>
    <w:p>
      <w:r>
        <w:rPr>
          <w:rFonts w:ascii="Courier New" w:hAnsi="Courier New"/>
          <w:color w:val="555555"/>
          <w:sz w:val="20"/>
        </w:rPr>
        <w:t>[5]</w:t>
      </w:r>
    </w:p>
    <w:p>
      <w:r>
        <w:rPr>
          <w:rFonts w:ascii="Gentium Plus" w:hAnsi="Gentium Plus"/>
          <w:sz w:val="24"/>
        </w:rPr>
        <w:t>ποικίλων, ἀπέδυσεν αὐτὸ ἐραστής, ἵνα εἰδῇ σαφῶς· οὕτω καὶ νῦν ἀπόδυσον καὶ ἄφελε τῷ λόγῳ τὴν περι‐ βολὴν ταύτην, καὶ τὴν ἀσχολίαν τῶν ὀφθαλμῶν, καὶ τὸ καταλειπόμενον ὄψει, αὐτὸ ἐκεῖνο οἷον ποθεῖς.</w:t>
      </w:r>
    </w:p>
    <w:p>
      <w:r>
        <w:rPr>
          <w:rFonts w:ascii="Courier New" w:hAnsi="Courier New"/>
          <w:color w:val="555555"/>
          <w:sz w:val="20"/>
        </w:rPr>
        <w:t>[11 . 12 a]</w:t>
      </w:r>
    </w:p>
    <w:p>
      <w:r>
        <w:rPr>
          <w:rFonts w:ascii="Gentium Plus" w:hAnsi="Gentium Plus"/>
          <w:sz w:val="24"/>
        </w:rPr>
        <w:t>Εἰ δὲ ἐξασθενεῖς πρὸς τὴν τοῦ πατρὸς καὶ δη‐ μιουργοῦ θέαν, ἀρκεῖ σοι τὰ ἔργα ἐν τῷ παρόντι ὁρᾶν, καὶ προσκυνεῖν τὰ ἔγγονα πολλὰ καὶ παντοδαπὰ ὄντα, οὐχ ὅσα Βοιώτιος ποιητὴς λέγει· οὐ γὰρ τρισ‐</w:t>
      </w:r>
    </w:p>
    <w:p>
      <w:r>
        <w:rPr>
          <w:rFonts w:ascii="Courier New" w:hAnsi="Courier New"/>
          <w:color w:val="555555"/>
          <w:sz w:val="20"/>
        </w:rPr>
        <w:t>[5]</w:t>
      </w:r>
    </w:p>
    <w:p>
      <w:r>
        <w:rPr>
          <w:rFonts w:ascii="Gentium Plus" w:hAnsi="Gentium Plus"/>
          <w:sz w:val="24"/>
        </w:rPr>
        <w:t>μύριοι μόνον θεοὶ θεοῦ παῖδες καὶ φίλοι, ἀλλ’ ἄληπτοι ἀριθμῷ· τοῦτο μὲν κατ’ οὐρανὸν αἱ ἀστέρων φύσεις·</w:t>
      </w:r>
    </w:p>
    <w:p>
      <w:r>
        <w:rPr>
          <w:rFonts w:ascii="Courier New" w:hAnsi="Courier New"/>
          <w:color w:val="555555"/>
          <w:sz w:val="20"/>
        </w:rPr>
        <w:t>[11 . 12 b]</w:t>
      </w:r>
    </w:p>
    <w:p>
      <w:r>
        <w:rPr>
          <w:rFonts w:ascii="Gentium Plus" w:hAnsi="Gentium Plus"/>
          <w:sz w:val="24"/>
        </w:rPr>
        <w:t>τοῦτο δ’ αὖ κατ’ αἰθέρα αἱ δαιμόνων οὐσίαι. Βούλο‐ μαι δέ σοι δεῖξαι τὸ λεγόμενον σαφεστέρᾳ εἰκόνι. Ἐν‐ νόει μεγάλην ἀρχήν, καὶ βασιλείαν ἐρρωμένην, πρὸς μίαν ψυχὴν βασιλέως τοῦ ἀρίστου καὶ πρεσβυτάτου</w:t>
      </w:r>
    </w:p>
    <w:p>
      <w:r>
        <w:rPr>
          <w:rFonts w:ascii="Courier New" w:hAnsi="Courier New"/>
          <w:color w:val="555555"/>
          <w:sz w:val="20"/>
        </w:rPr>
        <w:t>[11 . 12 c]</w:t>
      </w:r>
    </w:p>
    <w:p>
      <w:r>
        <w:rPr>
          <w:rFonts w:ascii="Gentium Plus" w:hAnsi="Gentium Plus"/>
          <w:sz w:val="24"/>
        </w:rPr>
        <w:t>συμπάντων νενευκότων ἑκόντων· ὅρον δὲ τῆς ἀρχῆς οὐχ Ἅλυν ποταμόν, οὐδὲ Ἑλλήσποντον, οὐδὲ τὴν Μαιῶτιν, οὐδὲ τὰς ἐπὶ τῷ ὠκεανῷ ἠϊόνας· ἀλλὰ οὐ‐ ρανόν, καὶ γῆν, τὸν μὲν ὑψοῦ, τὴν δ’ ἔνερθεν· οὐ‐</w:t>
      </w:r>
    </w:p>
    <w:p>
      <w:r>
        <w:rPr>
          <w:rFonts w:ascii="Courier New" w:hAnsi="Courier New"/>
          <w:color w:val="555555"/>
          <w:sz w:val="20"/>
        </w:rPr>
        <w:t>[5]</w:t>
      </w:r>
    </w:p>
    <w:p>
      <w:r>
        <w:rPr>
          <w:rFonts w:ascii="Gentium Plus" w:hAnsi="Gentium Plus"/>
          <w:sz w:val="24"/>
        </w:rPr>
        <w:t>ρανὸν μὲν οἷον τεῖχος τὶ ἐληλαμένον ἐν κύκλῳ, ἄρ‐ ρηκτον, πάντα χρήματα ἐν ἑαυτῷ στέγον· τὴν δὲ οἷον</w:t>
      </w:r>
    </w:p>
    <w:p>
      <w:r>
        <w:rPr>
          <w:rFonts w:ascii="Courier New" w:hAnsi="Courier New"/>
          <w:color w:val="555555"/>
          <w:sz w:val="20"/>
        </w:rPr>
        <w:t>[11 . 12 d]</w:t>
      </w:r>
    </w:p>
    <w:p>
      <w:r>
        <w:rPr>
          <w:rFonts w:ascii="Gentium Plus" w:hAnsi="Gentium Plus"/>
          <w:sz w:val="24"/>
        </w:rPr>
        <w:t>φρουρὰν καὶ δεσμοὺς ἀλιτρῶν σωμάτων. Βασιλέα δὲ αὐτὸν δὴ τὸν μέγαν ἀτρεμοῦντα, ὥσπερ νόμον, παρ‐ έχοντα τοῖς πειθομένοις σωτηρίαν ὑπάρχουσαν ἐν αὐτῷ· καὶ κοινωνοὺς τῆς ἀρχῆς πολλοὺς μὲν ὁρατοὺς θεούς,</w:t>
      </w:r>
    </w:p>
    <w:p>
      <w:r>
        <w:rPr>
          <w:rFonts w:ascii="Courier New" w:hAnsi="Courier New"/>
          <w:color w:val="555555"/>
          <w:sz w:val="20"/>
        </w:rPr>
        <w:t>[5]</w:t>
      </w:r>
    </w:p>
    <w:p>
      <w:r>
        <w:rPr>
          <w:rFonts w:ascii="Gentium Plus" w:hAnsi="Gentium Plus"/>
          <w:sz w:val="24"/>
        </w:rPr>
        <w:t>πολλοὺς δὲ ἀφανεῖς, τοὺς μὲν περὶ τὰ πρόθυρα αὐτὰ εἱλουμένους, οἷον εἰσαγγελέας τινὰς καὶ βασιλεῖς συγ‐ γενεστάτους, ὁμοτραπέζους αὐτοὺς καὶ συνεστίους, τοὺς δὲ τούτων ὑπηρέτας, τοὺς δὲ ἔτι τούτων καταδεεστέ‐</w:t>
      </w:r>
    </w:p>
    <w:p>
      <w:r>
        <w:rPr>
          <w:rFonts w:ascii="Courier New" w:hAnsi="Courier New"/>
          <w:color w:val="555555"/>
          <w:sz w:val="20"/>
        </w:rPr>
        <w:t>[11 . 12 e]</w:t>
      </w:r>
    </w:p>
    <w:p>
      <w:r>
        <w:rPr>
          <w:rFonts w:ascii="Gentium Plus" w:hAnsi="Gentium Plus"/>
          <w:sz w:val="24"/>
        </w:rPr>
        <w:t>ρους. Διαδοχὴν ὁρᾷς καὶ τάξιν ἀρχῆς καταβαίνουσαν ἐκ τοῦ θεοῦ μέχρι γῆς.</w:t>
      </w:r>
    </w:p>
    <w:p>
      <w:pPr>
        <w:jc w:val="center"/>
      </w:pPr>
      <w:r>
        <w:rPr>
          <w:rFonts w:ascii="Gentium Plus" w:hAnsi="Gentium Plus"/>
          <w:b/>
          <w:sz w:val="24"/>
        </w:rPr>
        <w:t>Εἰ τὸν ἀδικήσαντα ἀνταδικητέον.</w:t>
      </w:r>
    </w:p>
    <w:p>
      <w:r>
        <w:rPr>
          <w:rFonts w:ascii="Courier New" w:hAnsi="Courier New"/>
          <w:color w:val="555555"/>
          <w:sz w:val="20"/>
        </w:rPr>
        <w:t>[1]</w:t>
      </w:r>
    </w:p>
    <w:p>
      <w:r>
        <w:rPr>
          <w:rFonts w:ascii="Gentium Plus" w:hAnsi="Gentium Plus"/>
          <w:sz w:val="24"/>
        </w:rPr>
        <w:t>Πότερον δίκα τεῖχος ὕψιον, ἢ σκολιαῖς ἀπάταις ἀναβαίνει ἐπιχθόνιον γένος ἀνθρώπων,</w:t>
      </w:r>
    </w:p>
    <w:p>
      <w:r>
        <w:rPr>
          <w:rFonts w:ascii="Courier New" w:hAnsi="Courier New"/>
          <w:color w:val="555555"/>
          <w:sz w:val="20"/>
        </w:rPr>
        <w:t>[12 . 1 b]</w:t>
      </w:r>
    </w:p>
    <w:p>
      <w:r>
        <w:rPr>
          <w:rFonts w:ascii="Gentium Plus" w:hAnsi="Gentium Plus"/>
          <w:sz w:val="24"/>
        </w:rPr>
        <w:t>Σὺ μέν, ὦ Πίνδαρε, ἀμφισβητεῖς πρὸς ἑαυτὸν περὶ ἀπάτης καὶ δίκης, παραβάλλων χρυσὸν χαλκῷ· ποιητὴς</w:t>
      </w:r>
    </w:p>
    <w:p>
      <w:r>
        <w:rPr>
          <w:rFonts w:ascii="Courier New" w:hAnsi="Courier New"/>
          <w:color w:val="555555"/>
          <w:sz w:val="20"/>
        </w:rPr>
        <w:t>[12 . 1 c]</w:t>
      </w:r>
    </w:p>
    <w:p>
      <w:r>
        <w:rPr>
          <w:rFonts w:ascii="Gentium Plus" w:hAnsi="Gentium Plus"/>
          <w:sz w:val="24"/>
        </w:rPr>
        <w:t>γὰρ ἦσθα· καὶ δεινὸς ᾠδὴν συντιθέναι χορῷ, καὶ τυ‐ ράννοις ποιεῖν ἐπινίκια ᾄσματα, καί σοι ἐμέλησεν ὀνο‐ μάτων μέτρου, καὶ ἁρμονίας μελῶν, καὶ ῥυθμοῦ σχη‐</w:t>
      </w:r>
    </w:p>
    <w:p>
      <w:r>
        <w:rPr>
          <w:rFonts w:ascii="Courier New" w:hAnsi="Courier New"/>
          <w:color w:val="555555"/>
          <w:sz w:val="20"/>
        </w:rPr>
        <w:t>[12 . 1 d]</w:t>
      </w:r>
    </w:p>
    <w:p>
      <w:r>
        <w:rPr>
          <w:rFonts w:ascii="Gentium Plus" w:hAnsi="Gentium Plus"/>
          <w:sz w:val="24"/>
        </w:rPr>
        <w:t>μάτων· ἀνδρὶ δὲ ὅτῳ χορὸς μὲν καὶ ᾠδὴ καὶ ἡ ἐκ μελῶν ἡδονὴ χώραν ἔχει ὅσην περ καὶ τοῖς παισὶν τὰ ἀθύρματα, μέλει δὲ αὐτῷ μέτρου ψυχῆς καὶ ῥυθμοῦ καὶ μέλους καὶ σχήματος τοῦ περὶ τὰς πράξεις καὶ</w:t>
      </w:r>
    </w:p>
    <w:p>
      <w:r>
        <w:rPr>
          <w:rFonts w:ascii="Courier New" w:hAnsi="Courier New"/>
          <w:color w:val="555555"/>
          <w:sz w:val="20"/>
        </w:rPr>
        <w:t>[5]</w:t>
      </w:r>
    </w:p>
    <w:p>
      <w:r>
        <w:rPr>
          <w:rFonts w:ascii="Gentium Plus" w:hAnsi="Gentium Plus"/>
          <w:sz w:val="24"/>
        </w:rPr>
        <w:t>τὸν ἄλλον βίον, οὐδ’ ἂν τὴν ἀρχὴν εἰς νοῦν ἔλθοι τουτὶ τὸ ἀπόρημα πότερον δίκα τεῖχος ὕψιον ἢ μή· ἀλλ’ οὑτωσὶ φαίην ἂν μεταλαβὼν τὸ ᾆσμα τὸ σόν, ὅτι</w:t>
      </w:r>
    </w:p>
    <w:p>
      <w:r>
        <w:rPr>
          <w:rFonts w:ascii="Courier New" w:hAnsi="Courier New"/>
          <w:color w:val="555555"/>
          <w:sz w:val="20"/>
        </w:rPr>
        <w:t>[10]</w:t>
      </w:r>
    </w:p>
    <w:p>
      <w:r>
        <w:rPr>
          <w:rFonts w:ascii="Gentium Plus" w:hAnsi="Gentium Plus"/>
          <w:sz w:val="24"/>
        </w:rPr>
        <w:t>καὶ δίκα τεῖχος ὕψιον, καὶ σκολιαῖς ἀπάταις ἀναβαίνειν ἐπιχθόνιον γένος ἀνθρώπων, ἀλλ’ ἀπρόσβατόν τι χρῆμα τῇ ἀπάτῃ ἡ δίκη, ὥσπερ</w:t>
      </w:r>
    </w:p>
    <w:p>
      <w:r>
        <w:rPr>
          <w:rFonts w:ascii="Courier New" w:hAnsi="Courier New"/>
          <w:color w:val="555555"/>
          <w:sz w:val="20"/>
        </w:rPr>
        <w:t>[15]</w:t>
      </w:r>
    </w:p>
    <w:p>
      <w:r>
        <w:rPr>
          <w:rFonts w:ascii="Gentium Plus" w:hAnsi="Gentium Plus"/>
          <w:sz w:val="24"/>
        </w:rPr>
        <w:t>ἡ Ὄσσα ἐπιτεθεῖσα τῷ Ὀλύμπῳ, καὶ ὁ Ὄλυμπος τῷ Πηλίῳ, ἀλλὰ ἀπεῖχον τοῦ οὐρανοῦ, ὅσον ἀπέχει ἀπάτη</w:t>
      </w:r>
    </w:p>
    <w:p>
      <w:r>
        <w:rPr>
          <w:rFonts w:ascii="Courier New" w:hAnsi="Courier New"/>
          <w:color w:val="555555"/>
          <w:sz w:val="20"/>
        </w:rPr>
        <w:t>[12 . 1 e]</w:t>
      </w:r>
    </w:p>
    <w:p>
      <w:r>
        <w:rPr>
          <w:rFonts w:ascii="Gentium Plus" w:hAnsi="Gentium Plus"/>
          <w:sz w:val="24"/>
        </w:rPr>
        <w:t>δίκης. Οὐκοῦν τῶν μὲν ἀγαθῶν ἡ δίκη, τῶν δὲ μο‐ χθηρῶν ἡ ἀπάτη· καὶ δόκιμον μὲν ἡ δίκη, κίβδηλον δέ τι ἡ ἀπάτη· καὶ ἰσχυρὸν μὲν ἡ δίκη, ἀσθενὲς δὲ ἡ ἀπάτη· καὶ τὸ μὲν ὠφέλιμον, τὸ δὲ οὔ.</w:t>
      </w:r>
    </w:p>
    <w:p>
      <w:r>
        <w:rPr>
          <w:rFonts w:ascii="Courier New" w:hAnsi="Courier New"/>
          <w:color w:val="555555"/>
          <w:sz w:val="20"/>
        </w:rPr>
        <w:t>[12 . 2 a]</w:t>
      </w:r>
    </w:p>
    <w:p>
      <w:r>
        <w:rPr>
          <w:rFonts w:ascii="Gentium Plus" w:hAnsi="Gentium Plus"/>
          <w:sz w:val="24"/>
        </w:rPr>
        <w:t>Ὅτῳ δὴ μέλει δίκης, καὶ περιβέβληται τουτὶ τὸ Πινδάρου τειχίον, οὗτος ἕλοιτο ἄν ποτε ἀδικηθεὶς ἀμύνασθαι ἐκ τῆς ἴσης; φέρε ἴδω τι καὶ λέγων· μὴ</w:t>
      </w:r>
    </w:p>
    <w:p>
      <w:r>
        <w:rPr>
          <w:rFonts w:ascii="Courier New" w:hAnsi="Courier New"/>
          <w:color w:val="555555"/>
          <w:sz w:val="20"/>
        </w:rPr>
        <w:t>[12 . 2 b]</w:t>
      </w:r>
    </w:p>
    <w:p>
      <w:r>
        <w:rPr>
          <w:rFonts w:ascii="Gentium Plus" w:hAnsi="Gentium Plus"/>
          <w:sz w:val="24"/>
        </w:rPr>
        <w:t>γὰρ οὖν καὶ ἀδικεῖσθαι αὐτῷ θέμις ᾖ. Εἰ μὲν γὰρ τὸ ἀδικεῖν καὶ τὸ ἀδικεῖσθαι τοιοῦτόν ἐστιν, ὁποῖον τὸ τύπτειν καὶ τύπτεσθαι, καὶ τέμνειν καὶ τέμνεσθαι, οὐδὲν δεινὸν τὸν αὐτὸν καὶ δραστικὸν ὁμοῦ εἶναι</w:t>
      </w:r>
    </w:p>
    <w:p>
      <w:r>
        <w:rPr>
          <w:rFonts w:ascii="Courier New" w:hAnsi="Courier New"/>
          <w:color w:val="555555"/>
          <w:sz w:val="20"/>
        </w:rPr>
        <w:t>[5]</w:t>
      </w:r>
    </w:p>
    <w:p>
      <w:r>
        <w:rPr>
          <w:rFonts w:ascii="Gentium Plus" w:hAnsi="Gentium Plus"/>
          <w:sz w:val="24"/>
        </w:rPr>
        <w:t>ἀδικίας καὶ παθητικόν· εἰ δ’ ἐνταῦθα ὁ αὐτὸς μὲν τῇ κοινότητι τῆς φύσεως ἐνέργειαν καὶ πάθος, ἑκάτερον αὐτῶν, καταδέχεται, ἔοικεν δὲ τὸ ἀδικεῖν καὶ ἀδικεῖ‐ σθαι πολὺ μᾶλλον τῷ ὁρᾶν καὶ ὁρᾶσθαι, ὁ μὲν γὰρ</w:t>
      </w:r>
    </w:p>
    <w:p>
      <w:r>
        <w:rPr>
          <w:rFonts w:ascii="Courier New" w:hAnsi="Courier New"/>
          <w:color w:val="555555"/>
          <w:sz w:val="20"/>
        </w:rPr>
        <w:t>[12 . 2 c]</w:t>
      </w:r>
    </w:p>
    <w:p>
      <w:r>
        <w:rPr>
          <w:rFonts w:ascii="Gentium Plus" w:hAnsi="Gentium Plus"/>
          <w:sz w:val="24"/>
        </w:rPr>
        <w:t>ὁρᾷ, ἢ μᾶλλον οὑτωσὶ λέγωμεν, ὅτι ἔοικεν τὸ 〈ἀδικεῖν καὶ〉 ἀδικεῖσθαι τῷ ἐλέγχειν καὶ ἐλέγχεσθαι· ἐλέγχει μὲν γὰρ ὁ τὸ ἀληθὲς εἰδώς, ἐλέγχεται δὲ ὁ ἀγνοῶν· καὶ ὡς οὐκ ἂν εἴη οὔτε τοῦ τἀληθὲς εἰδότος 〈τὸ ἐλέγ‐</w:t>
      </w:r>
    </w:p>
    <w:p>
      <w:r>
        <w:rPr>
          <w:rFonts w:ascii="Courier New" w:hAnsi="Courier New"/>
          <w:color w:val="555555"/>
          <w:sz w:val="20"/>
        </w:rPr>
        <w:t>[5]</w:t>
      </w:r>
    </w:p>
    <w:p>
      <w:r>
        <w:rPr>
          <w:rFonts w:ascii="Gentium Plus" w:hAnsi="Gentium Plus"/>
          <w:sz w:val="24"/>
        </w:rPr>
        <w:t>χεσθαι, οὔτε τοῦ τἀληθὲς οὐκ εἰδότοσ〉 τὸ ἐλέγχειν, οὕτως οὐδὲ τὸ ἀδικεῖν εἴη ἂν καὶ τὸ ἀδικεῖσθαι τοῦ αὐτοῦ.</w:t>
      </w:r>
    </w:p>
    <w:p>
      <w:r>
        <w:rPr>
          <w:rFonts w:ascii="Courier New" w:hAnsi="Courier New"/>
          <w:color w:val="555555"/>
          <w:sz w:val="20"/>
        </w:rPr>
        <w:t>[12 . 3 a]</w:t>
      </w:r>
    </w:p>
    <w:p>
      <w:r>
        <w:rPr>
          <w:rFonts w:ascii="Gentium Plus" w:hAnsi="Gentium Plus"/>
          <w:sz w:val="24"/>
        </w:rPr>
        <w:t>Ἐπεὶ τοίνυν οὐ τοῦ αὐτοῦ, ἀλλ’ ἑτέρου, ὁ δὲ χρηστὸς τῷ πονηρῷ οὐχ ὁ αὐτός, ποτέρῳ πότερον προσθήσομεν; ἆρα τὸ μὲν ἀδικεῖν τῷ πονηρῷ, τὸ δὲ ἀδικεῖσθαι τῷ χρηστῷ; ἢ τὸ μὲν ἀδικεῖν τοῦ μοχθηροῦ,</w:t>
      </w:r>
    </w:p>
    <w:p>
      <w:r>
        <w:rPr>
          <w:rFonts w:ascii="Courier New" w:hAnsi="Courier New"/>
          <w:color w:val="555555"/>
          <w:sz w:val="20"/>
        </w:rPr>
        <w:t>[5]</w:t>
      </w:r>
    </w:p>
    <w:p>
      <w:r>
        <w:rPr>
          <w:rFonts w:ascii="Gentium Plus" w:hAnsi="Gentium Plus"/>
          <w:sz w:val="24"/>
        </w:rPr>
        <w:t>τὸ δὲ ἀδικεῖσθαι οὔπω δῆλον ὁποτέρου αὐτοῖν, οὑτωσὶ</w:t>
      </w:r>
    </w:p>
    <w:p>
      <w:r>
        <w:rPr>
          <w:rFonts w:ascii="Courier New" w:hAnsi="Courier New"/>
          <w:color w:val="555555"/>
          <w:sz w:val="20"/>
        </w:rPr>
        <w:t>[12 . 3 b]</w:t>
      </w:r>
    </w:p>
    <w:p>
      <w:r>
        <w:rPr>
          <w:rFonts w:ascii="Gentium Plus" w:hAnsi="Gentium Plus"/>
          <w:sz w:val="24"/>
        </w:rPr>
        <w:t>δὲ θεασώμεθα. Ἀδικία ἐστὶν ἀφαίρεσις ἀγαθοῦ· τὸ δὲ ἀγαθὸν τί ἂν εἴη ἄλλο, ἢ ἀρετή; ἡ δὲ ἀρετὴ ἀν‐ αφαίρετον. Οὐκ ἀδικηθήσεται τοίνυν ὁ τὴν ἀρετὴν</w:t>
      </w:r>
    </w:p>
    <w:p>
      <w:r>
        <w:rPr>
          <w:rFonts w:ascii="Courier New" w:hAnsi="Courier New"/>
          <w:color w:val="555555"/>
          <w:sz w:val="20"/>
        </w:rPr>
        <w:t>[12 . 3 c]</w:t>
      </w:r>
    </w:p>
    <w:p>
      <w:r>
        <w:rPr>
          <w:rFonts w:ascii="Gentium Plus" w:hAnsi="Gentium Plus"/>
          <w:sz w:val="24"/>
        </w:rPr>
        <w:t>ἔχων, ἢ οὐκ ἔστιν ἀδικία ἀφαίρεσις ἀγαθοῦ· οὐδὲν γὰρ ἀγαθὸν ἀφαιρετόν, οὐδὲ ἀποβλητόν,</w:t>
      </w:r>
    </w:p>
    <w:p>
      <w:r>
        <w:rPr>
          <w:rFonts w:ascii="Courier New" w:hAnsi="Courier New"/>
          <w:color w:val="555555"/>
          <w:sz w:val="20"/>
        </w:rPr>
        <w:t>[12 . 3 d]</w:t>
      </w:r>
    </w:p>
    <w:p>
      <w:r>
        <w:rPr>
          <w:rFonts w:ascii="Gentium Plus" w:hAnsi="Gentium Plus"/>
          <w:sz w:val="24"/>
        </w:rPr>
        <w:t>Εἶεν· οὐκ ἀδικεῖται ὁ χρηστὸς 〈οὔτε ὑπὸ τοῦ χρηστοῦ, ἀνεπιβούλευτος γὰρ αὐτοῦ ἀρετή,〉 οὔτε ὑπὸ τοῦ μο‐ χθηροῦ, ἀναφαίρετος γάρ· λείπεται τοίνυν ἢ μηδὲν ἀδικεῖσθαι καθάπαξ, ἢ τὸν μοχθηρὸν ὑπὸ τοῦ ὁμοίου·</w:t>
      </w:r>
    </w:p>
    <w:p>
      <w:r>
        <w:rPr>
          <w:rFonts w:ascii="Courier New" w:hAnsi="Courier New"/>
          <w:color w:val="555555"/>
          <w:sz w:val="20"/>
        </w:rPr>
        <w:t>[12 . 3 e]</w:t>
      </w:r>
    </w:p>
    <w:p>
      <w:r>
        <w:rPr>
          <w:rFonts w:ascii="Gentium Plus" w:hAnsi="Gentium Plus"/>
          <w:sz w:val="24"/>
        </w:rPr>
        <w:t>ἀλλὰ τῷ μοχθηρῷ οὐδενὸς μέτεστιν ἀγαθοῦ, ἡ δὲ ἀδι‐ κία ἦν ἀγαθοῦ ἀφαίρεσις· ὁ δὲ μὴ ἔχων ὅ,τι, ἂν ᾖ, ἀφαιρεθῇ, οὐδὲ εἰς ὅ,τι ἀδικηθῇ ἔχει.</w:t>
      </w:r>
    </w:p>
    <w:p>
      <w:r>
        <w:rPr>
          <w:rFonts w:ascii="Courier New" w:hAnsi="Courier New"/>
          <w:color w:val="555555"/>
          <w:sz w:val="20"/>
        </w:rPr>
        <w:t>[12 . 4 a]</w:t>
      </w:r>
    </w:p>
    <w:p>
      <w:r>
        <w:rPr>
          <w:rFonts w:ascii="Gentium Plus" w:hAnsi="Gentium Plus"/>
          <w:sz w:val="24"/>
        </w:rPr>
        <w:t>Μήποτε οὖν οὐ κατὰ τὴν ἀφαίρεσιν τοῦ πάσχοντος ἡ ἀδικία τέτακται, ἀλλὰ κατὰ τὴν γνώμην τοῦ δρά‐ σαντος· καὶ ὁ μοχθηρὸς ὑπὸ τοῦ μοχθηροῦ ἀδικεῖται, κἂν μὴ ἔχῃ τὸ ἀγαθόν· καὶ ὁ χρηστὸς ὑπὸ μοχθηροῦ,</w:t>
      </w:r>
    </w:p>
    <w:p>
      <w:r>
        <w:rPr>
          <w:rFonts w:ascii="Courier New" w:hAnsi="Courier New"/>
          <w:color w:val="555555"/>
          <w:sz w:val="20"/>
        </w:rPr>
        <w:t>[12 . 4 b]</w:t>
      </w:r>
    </w:p>
    <w:p>
      <w:r>
        <w:rPr>
          <w:rFonts w:ascii="Gentium Plus" w:hAnsi="Gentium Plus"/>
          <w:sz w:val="24"/>
        </w:rPr>
        <w:t>ἂν ἔχῃ δὴ 〈ἀν〉αφαίρετον τὸ ἀγαθόν. Ἀποδέχομαι τοῦ λόγου τῆς γνώμης τῷ ἡμαρτημένῳ προστιθέντος τὴν ἀδικίαν μᾶλλον ἢ τῷ ἐπιτυχεῖ τοῦ ἔργου· καὶ γὰρ μοιχὸν κολάζει ὁ νόμος, οὐ τὸν δράσαντα μόνον, ἀλλὰ</w:t>
      </w:r>
    </w:p>
    <w:p>
      <w:r>
        <w:rPr>
          <w:rFonts w:ascii="Courier New" w:hAnsi="Courier New"/>
          <w:color w:val="555555"/>
          <w:sz w:val="20"/>
        </w:rPr>
        <w:t>[5]</w:t>
      </w:r>
    </w:p>
    <w:p>
      <w:r>
        <w:rPr>
          <w:rFonts w:ascii="Gentium Plus" w:hAnsi="Gentium Plus"/>
          <w:sz w:val="24"/>
        </w:rPr>
        <w:t>καὶ τὸν βουληθέντα· καὶ τοιχώρυχον τὸν ἐπιχειρή‐ σαντα, κἂν μὴ λάθῃ· καὶ προδότην τὸν μελλήσαντα,</w:t>
      </w:r>
    </w:p>
    <w:p>
      <w:r>
        <w:rPr>
          <w:rFonts w:ascii="Courier New" w:hAnsi="Courier New"/>
          <w:color w:val="555555"/>
          <w:sz w:val="20"/>
        </w:rPr>
        <w:t>[12 . 4 c*]</w:t>
      </w:r>
    </w:p>
    <w:p>
      <w:r>
        <w:rPr>
          <w:rFonts w:ascii="Gentium Plus" w:hAnsi="Gentium Plus"/>
          <w:sz w:val="24"/>
        </w:rPr>
        <w:t>κἂν μὴ πράξῃ. Ἥξει τοίνυν ὁ σύμπας λόγος εἴς τι δέον. Ὁ μὲν γὰρ ἀγαθὸς οὔτε ἀδικεῖ, οὔτε ἀδικεῖται· οὐκ ἀδικεῖ μὲν διὰ τὴν βούλησιν, οὐκ ἀδικεῖται δὲ διὰ τὴν ἀρετήν. Ὁ δὲ μοχθηρὸς ἀδικεῖ μέν, οὐκ ἀδι‐</w:t>
      </w:r>
    </w:p>
    <w:p>
      <w:r>
        <w:rPr>
          <w:rFonts w:ascii="Courier New" w:hAnsi="Courier New"/>
          <w:color w:val="555555"/>
          <w:sz w:val="20"/>
        </w:rPr>
        <w:t>[5]</w:t>
      </w:r>
    </w:p>
    <w:p>
      <w:r>
        <w:rPr>
          <w:rFonts w:ascii="Gentium Plus" w:hAnsi="Gentium Plus"/>
          <w:sz w:val="24"/>
        </w:rPr>
        <w:t>κεῖται δέ· ἀδικεῖ μὲν διὰ μοχθηρίαν, 〈οὐκ ἀδικεῖται</w:t>
      </w:r>
    </w:p>
    <w:p>
      <w:r>
        <w:rPr>
          <w:rFonts w:ascii="Courier New" w:hAnsi="Courier New"/>
          <w:color w:val="555555"/>
          <w:sz w:val="20"/>
        </w:rPr>
        <w:t>[12 . 4 d*]</w:t>
      </w:r>
    </w:p>
    <w:p>
      <w:r>
        <w:rPr>
          <w:rFonts w:ascii="Gentium Plus" w:hAnsi="Gentium Plus"/>
          <w:sz w:val="24"/>
        </w:rPr>
        <w:t>δέ, δι’ ἀπουσίαν〉 ἀγαθοῦ. Ἔτι τοίνυν, εἰ μὲν ἀγαθὸν ἡ ἀρετὴ μόνον καὶ οὐκ ἄλλό τι, ὁ μοχθηρὸς τὴν</w:t>
      </w:r>
    </w:p>
    <w:p>
      <w:r>
        <w:rPr>
          <w:rFonts w:ascii="Courier New" w:hAnsi="Courier New"/>
          <w:color w:val="555555"/>
          <w:sz w:val="20"/>
        </w:rPr>
        <w:t>[12 . 4 e]</w:t>
      </w:r>
    </w:p>
    <w:p>
      <w:r>
        <w:rPr>
          <w:rFonts w:ascii="Gentium Plus" w:hAnsi="Gentium Plus"/>
          <w:sz w:val="24"/>
        </w:rPr>
        <w:t>ἀρετὴν οὐκ ἔχων οὐδ’ εἰς ὅ,τι ἀδικηθῇ ἔχει· εἰ δὲ πρὸς τῇ ἀρετῇ καὶ ταυτὶ ἀγαθὰ τὰ περὶ σῶμα, καὶ τὴν ἐκτὸς τύχην καὶ περιβολήν, ἀρετῆς μὴ παρούσης, βέλτιον ἀπεῖναι ταῦτα, ἢ μή· ὥστε οὐδ’ ὣς ἀδικηθείη</w:t>
      </w:r>
    </w:p>
    <w:p>
      <w:r>
        <w:rPr>
          <w:rFonts w:ascii="Courier New" w:hAnsi="Courier New"/>
          <w:color w:val="555555"/>
          <w:sz w:val="20"/>
        </w:rPr>
        <w:t>[5]</w:t>
      </w:r>
    </w:p>
    <w:p>
      <w:r>
        <w:rPr>
          <w:rFonts w:ascii="Gentium Plus" w:hAnsi="Gentium Plus"/>
          <w:sz w:val="24"/>
        </w:rPr>
        <w:t>ἂν ὁ μοχθηρός, ἀφαιρούμενός τι τούτων, οἷς χρῆται</w:t>
      </w:r>
    </w:p>
    <w:p>
      <w:r>
        <w:rPr>
          <w:rFonts w:ascii="Courier New" w:hAnsi="Courier New"/>
          <w:color w:val="555555"/>
          <w:sz w:val="20"/>
        </w:rPr>
        <w:t>[12 . 4 f]</w:t>
      </w:r>
    </w:p>
    <w:p>
      <w:r>
        <w:rPr>
          <w:rFonts w:ascii="Gentium Plus" w:hAnsi="Gentium Plus"/>
          <w:sz w:val="24"/>
        </w:rPr>
        <w:t>κακῶς. Οὐκοῦν ἀδικεῖ μέν, οὐκ ἀδικεῖται δέ, προστι‐ θέντων ἡμῖν τῇ βουλήσει τὸ ἄδικον, οὐ τῷ ἔργῳ. Πονηρῶν νῦν βούλεται μὲν ὁ μοχθηρὸς ἀδι‐ κεῖν, οὐ μὴν δυνατός· βουλόμενος δέ, ἢ πρὸς τὸν</w:t>
      </w:r>
    </w:p>
    <w:p>
      <w:r>
        <w:rPr>
          <w:rFonts w:ascii="Courier New" w:hAnsi="Courier New"/>
          <w:color w:val="555555"/>
          <w:sz w:val="20"/>
        </w:rPr>
        <w:t>[12 5* a]</w:t>
      </w:r>
    </w:p>
    <w:p>
      <w:r>
        <w:rPr>
          <w:rFonts w:ascii="Gentium Plus" w:hAnsi="Gentium Plus"/>
          <w:sz w:val="24"/>
        </w:rPr>
        <w:t>ὅμοιον ἀποτείνεται, ἢ πρὸς τὸν κρείττονα. Τί δὲ τῷ κρείττονι δραστέον; ἢ ἀνταδικητέον τὸν μοχθηρόν; καὶ μὴν εἰς ὅ,τι ἀδικεῖ, οὐκ ἀδικεῖ, ὅτι οὐκ ἔχει· ἀπουσίᾳ γὰρ ἀγαθοῦ μοχθηρὸς 〈ὁ μοχθηρ〉ὸς ἦν.</w:t>
      </w:r>
    </w:p>
    <w:p>
      <w:r>
        <w:rPr>
          <w:rFonts w:ascii="Courier New" w:hAnsi="Courier New"/>
          <w:color w:val="555555"/>
          <w:sz w:val="20"/>
        </w:rPr>
        <w:t>[5]</w:t>
      </w:r>
    </w:p>
    <w:p>
      <w:r>
        <w:rPr>
          <w:rFonts w:ascii="Gentium Plus" w:hAnsi="Gentium Plus"/>
          <w:sz w:val="24"/>
        </w:rPr>
        <w:t>Οὔτ’ οὖν κατὰ τὸ ἔργον ἀνταδικήσει ὁ νοῦν ἔχων τὸν μοχθηρόν, οὐ γὰρ ἔχει εἰς ὅ,τι ἀδικηθήσεται· οὔτε κατὰ τὴν βούλησιν, οὐ γὰρ ἐθέλει ἀδικεῖν χρηστὸς ὢν οὐ</w:t>
      </w:r>
    </w:p>
    <w:p>
      <w:r>
        <w:rPr>
          <w:rFonts w:ascii="Courier New" w:hAnsi="Courier New"/>
          <w:color w:val="555555"/>
          <w:sz w:val="20"/>
        </w:rPr>
        <w:t>[12 5* b]</w:t>
      </w:r>
    </w:p>
    <w:p>
      <w:r>
        <w:rPr>
          <w:rFonts w:ascii="Gentium Plus" w:hAnsi="Gentium Plus"/>
          <w:sz w:val="24"/>
        </w:rPr>
        <w:t>μᾶλλον, ἢ αὐλητικὸς παρὰ μέρος αὐλεῖν. Καθόλου δέ, εἰ τὸ ἀδικεῖν πονηρόν, καὶ τὸ ἀνταδικεῖν ὅμοιον· οὐ γὰρ τῷ ὑπάρξαι πλεονεκτεῖ κατὰ πονηρίαν ὁ ἀδι‐ κῶν, ἀλλὰ τῷ ἀμύνασθαι ἐξισοῦται κατὰ μοχθηρίαν</w:t>
      </w:r>
    </w:p>
    <w:p>
      <w:r>
        <w:rPr>
          <w:rFonts w:ascii="Courier New" w:hAnsi="Courier New"/>
          <w:color w:val="555555"/>
          <w:sz w:val="20"/>
        </w:rPr>
        <w:t>[12 5* c]</w:t>
      </w:r>
    </w:p>
    <w:p>
      <w:r>
        <w:rPr>
          <w:rFonts w:ascii="Gentium Plus" w:hAnsi="Gentium Plus"/>
          <w:sz w:val="24"/>
        </w:rPr>
        <w:t>ὁ ἀνταδικῶν. Καὶ μήν, εἰ ὁ ἀδικῶν κακῶς ποιεῖ, ὁ ἀντιποιῶν κακῶς οὐδὲν ἧττον ποιεῖ κακῶς, κἂν ἀμύ‐</w:t>
      </w:r>
    </w:p>
    <w:p>
      <w:r>
        <w:rPr>
          <w:rFonts w:ascii="Courier New" w:hAnsi="Courier New"/>
          <w:color w:val="555555"/>
          <w:sz w:val="20"/>
        </w:rPr>
        <w:t>[12 5* d*]</w:t>
      </w:r>
    </w:p>
    <w:p>
      <w:r>
        <w:rPr>
          <w:rFonts w:ascii="Gentium Plus" w:hAnsi="Gentium Plus"/>
          <w:sz w:val="24"/>
        </w:rPr>
        <w:t>νηται. Ὥσπερ γὰρ ἀποδιδοὺς χάριν τῷ προϋπάρξαντι οὐδὲν ἧττον εὖ ποιεῖ, κἂν προπεπονθὼς ᾖ· οὕτως ὁ μετατιθεὶς τὴν ἀμοιβὴν εἰς κάκωσιν οὐδὲν ἧττον κακῶς</w:t>
      </w:r>
    </w:p>
    <w:p>
      <w:r>
        <w:rPr>
          <w:rFonts w:ascii="Courier New" w:hAnsi="Courier New"/>
          <w:color w:val="555555"/>
          <w:sz w:val="20"/>
        </w:rPr>
        <w:t>[12 . 6 a]</w:t>
      </w:r>
    </w:p>
    <w:p>
      <w:r>
        <w:rPr>
          <w:rFonts w:ascii="Gentium Plus" w:hAnsi="Gentium Plus"/>
          <w:sz w:val="24"/>
        </w:rPr>
        <w:t>Τί δὲ τοίνυν ἔσται καὶ πέρας τοῦ κακοῦ; εἰ γὰρ ὁ ἀδικηθεὶς ἀμύνεται, ἀεὶ μεταβαίνει τὸ κακὸν ἀπ’ ἄλλου πρὸς ἄλλον καὶ μεταπηδᾷ, καὶ διαδέξεται ἀδικία ἀδικίαν. Ὧι γὰρ δικαίῳ συγχωρεῖς τῷ παθόντι ἐπεξεῖναι,</w:t>
      </w:r>
    </w:p>
    <w:p>
      <w:r>
        <w:rPr>
          <w:rFonts w:ascii="Courier New" w:hAnsi="Courier New"/>
          <w:color w:val="555555"/>
          <w:sz w:val="20"/>
        </w:rPr>
        <w:t>[5]</w:t>
      </w:r>
    </w:p>
    <w:p>
      <w:r>
        <w:rPr>
          <w:rFonts w:ascii="Gentium Plus" w:hAnsi="Gentium Plus"/>
          <w:sz w:val="24"/>
        </w:rPr>
        <w:t>τῷ αὐτῷ τούτῳ δικαίῳ ἐπαναχωρεῖ αὖθις ἀπ’ ἐκείνου πρὸς τὸν αὐτὸν ἡ τιμωρία· τὸ γὰρ δίκαιον ἐπ’ ἀμ‐</w:t>
      </w:r>
    </w:p>
    <w:p>
      <w:r>
        <w:rPr>
          <w:rFonts w:ascii="Courier New" w:hAnsi="Courier New"/>
          <w:color w:val="555555"/>
          <w:sz w:val="20"/>
        </w:rPr>
        <w:t>[12 . 6 b]</w:t>
      </w:r>
    </w:p>
    <w:p>
      <w:r>
        <w:rPr>
          <w:rFonts w:ascii="Gentium Plus" w:hAnsi="Gentium Plus"/>
          <w:sz w:val="24"/>
        </w:rPr>
        <w:t>φοῖν ἴσον. Ὦ Ζεῦ, καὶ οἷον πεποίηκας; δικαιοσύνην ἐξ ἀδικημάτων; καὶ ποῖ βαδιεῖται τὸ κακόν; καὶ ποῦ</w:t>
      </w:r>
    </w:p>
    <w:p>
      <w:r>
        <w:rPr>
          <w:rFonts w:ascii="Courier New" w:hAnsi="Courier New"/>
          <w:color w:val="555555"/>
          <w:sz w:val="20"/>
        </w:rPr>
        <w:t>[12 . 6 c]</w:t>
      </w:r>
    </w:p>
    <w:p>
      <w:r>
        <w:rPr>
          <w:rFonts w:ascii="Gentium Plus" w:hAnsi="Gentium Plus"/>
          <w:sz w:val="24"/>
        </w:rPr>
        <w:t>στήσεται; Οὐκ οἶσθα, ὅτι πηγὴν ταύτην ἀέναον κινεῖς πονηρίας, καὶ γράφεις νόμον ἀρχέκακον τῇ πάσῃ γῇ; Τοῦτο γὰρ ἀμέλει ἐστὶν τὸ τῶν πάλαι κακῶν τοῖς ἀνθρώποις ἡγησάμενον, στόλων βαρβαρικῶν καὶ Ἑλλη‐</w:t>
      </w:r>
    </w:p>
    <w:p>
      <w:r>
        <w:rPr>
          <w:rFonts w:ascii="Courier New" w:hAnsi="Courier New"/>
          <w:color w:val="555555"/>
          <w:sz w:val="20"/>
        </w:rPr>
        <w:t>[5]</w:t>
      </w:r>
    </w:p>
    <w:p>
      <w:r>
        <w:rPr>
          <w:rFonts w:ascii="Gentium Plus" w:hAnsi="Gentium Plus"/>
          <w:sz w:val="24"/>
        </w:rPr>
        <w:t>νικῶν ἐπ’ ἀλλήλους περαιουμένων, ἁρπαζόντων, καὶ πολεμούντων, καὶ ληϊζομένων, προκάλυμμα ποιουμένων</w:t>
      </w:r>
    </w:p>
    <w:p>
      <w:r>
        <w:rPr>
          <w:rFonts w:ascii="Courier New" w:hAnsi="Courier New"/>
          <w:color w:val="555555"/>
          <w:sz w:val="20"/>
        </w:rPr>
        <w:t>[12 . 6 d]</w:t>
      </w:r>
    </w:p>
    <w:p>
      <w:r>
        <w:rPr>
          <w:rFonts w:ascii="Gentium Plus" w:hAnsi="Gentium Plus"/>
          <w:sz w:val="24"/>
        </w:rPr>
        <w:t>τῆς παρούσης ἀδικίας τὴν φθήσασαν. Φοίνικες ἐξ Ἄργους βασιλικὴν κόρην ἄγουσιν, Ἕλληνες ἐκ Κόλχων βαρβαρικὴν παρθένον ἄγουσιν, καὶ αὖθις Φρύγες ἐκ</w:t>
      </w:r>
    </w:p>
    <w:p>
      <w:r>
        <w:rPr>
          <w:rFonts w:ascii="Courier New" w:hAnsi="Courier New"/>
          <w:color w:val="555555"/>
          <w:sz w:val="20"/>
        </w:rPr>
        <w:t>[12 . 6 e]</w:t>
      </w:r>
    </w:p>
    <w:p>
      <w:r>
        <w:rPr>
          <w:rFonts w:ascii="Gentium Plus" w:hAnsi="Gentium Plus"/>
          <w:sz w:val="24"/>
        </w:rPr>
        <w:t>Πελοποννήσου Λακωνικὴν γυναῖκα. Ὁρᾷς τὴν δια‐ δοχὴν τῶν κακῶν, καὶ τὰς προφάσεις τῶν πολέμων, καὶ τὸν πολυπλασιασμὸν τῶν ἀδικημάτων. Τοῦτο καὶ τὴν Ἑλλάδα συνέτριψεν αὐτήν, ἡ περὶ ἑαυτὴν δόξα</w:t>
      </w:r>
    </w:p>
    <w:p>
      <w:r>
        <w:rPr>
          <w:rFonts w:ascii="Courier New" w:hAnsi="Courier New"/>
          <w:color w:val="555555"/>
          <w:sz w:val="20"/>
        </w:rPr>
        <w:t>[5]</w:t>
      </w:r>
    </w:p>
    <w:p>
      <w:r>
        <w:rPr>
          <w:rFonts w:ascii="Gentium Plus" w:hAnsi="Gentium Plus"/>
          <w:sz w:val="24"/>
        </w:rPr>
        <w:t>ἀδικίας διαβαίνουσα ἐπὶ τοὺς πλησίον, καὶ ἄπαυστοι θυμοί, καὶ ὀργαὶ ἀθάνατοι, καὶ τιμωρίας ἔρως, καὶ ἀμαθία δίκης.</w:t>
      </w:r>
    </w:p>
    <w:p>
      <w:r>
        <w:rPr>
          <w:rFonts w:ascii="Courier New" w:hAnsi="Courier New"/>
          <w:color w:val="555555"/>
          <w:sz w:val="20"/>
        </w:rPr>
        <w:t>[12 . 7 a]</w:t>
      </w:r>
    </w:p>
    <w:p>
      <w:r>
        <w:rPr>
          <w:rFonts w:ascii="Gentium Plus" w:hAnsi="Gentium Plus"/>
          <w:sz w:val="24"/>
        </w:rPr>
        <w:t>Ἀλλ’ εἴπερ οἱ ἀδικούμενοι ἠπίσταντο, ὅτι τοῖς ἀδι‐ κοῦσιν μέγιστον κακὸν ἡ ἀδικία αὐτή, τοῦτ’ εἶναι πο‐ λέμου μεῖζον, καὶ τειχῶν ἀφαιρέσεως καὶ γῆς δῃώσεως, καὶ τυραννίδος καταστάσεως, οὐκ ἂν ἐμπέπληστο ἡ</w:t>
      </w:r>
    </w:p>
    <w:p>
      <w:r>
        <w:rPr>
          <w:rFonts w:ascii="Courier New" w:hAnsi="Courier New"/>
          <w:color w:val="555555"/>
          <w:sz w:val="20"/>
        </w:rPr>
        <w:t>[12 . 7 b]</w:t>
      </w:r>
    </w:p>
    <w:p>
      <w:r>
        <w:rPr>
          <w:rFonts w:ascii="Gentium Plus" w:hAnsi="Gentium Plus"/>
          <w:sz w:val="24"/>
        </w:rPr>
        <w:t>Ἑλλὰς τοσούτων κακῶν. Ποτίδαιαν Ἀθηναῖοι πολιορ‐ κοῦσιν· ἔασον, ὦ Λακεδαιμόνιε· μεταγνώσονταί ποτε· μὴ μιμήσῃ τὸ κακόν, μὴ μεταλάβῃς τοῦ ψόγου· ἐὰν δὲ ἀγαπᾷς μὲν τὴν πρόφασιν καὶ ἐπὶ Πλαταιὰς</w:t>
      </w:r>
    </w:p>
    <w:p>
      <w:r>
        <w:rPr>
          <w:rFonts w:ascii="Courier New" w:hAnsi="Courier New"/>
          <w:color w:val="555555"/>
          <w:sz w:val="20"/>
        </w:rPr>
        <w:t>[5]</w:t>
      </w:r>
    </w:p>
    <w:p>
      <w:r>
        <w:rPr>
          <w:rFonts w:ascii="Gentium Plus" w:hAnsi="Gentium Plus"/>
          <w:sz w:val="24"/>
        </w:rPr>
        <w:t>ἔλθῃς, ἀπόλωλέ σοι Μῆλος νῆσος γείτων, ἀπόλωλεν Αἴγινα νῆσος φίλη, ἀπόλωλεν Σκιώνη πόλις σύμμαχος,</w:t>
      </w:r>
    </w:p>
    <w:p>
      <w:r>
        <w:rPr>
          <w:rFonts w:ascii="Courier New" w:hAnsi="Courier New"/>
          <w:color w:val="555555"/>
          <w:sz w:val="20"/>
        </w:rPr>
        <w:t>[12 . 7 c]</w:t>
      </w:r>
    </w:p>
    <w:p>
      <w:r>
        <w:rPr>
          <w:rFonts w:ascii="Gentium Plus" w:hAnsi="Gentium Plus"/>
          <w:sz w:val="24"/>
        </w:rPr>
        <w:t>μίαν πόλιν λαβὼν πολλὰς πορθήσεις. Ὥσπερ γὰρ τῶν ἐπὶ χρηματισμῷ παραβαλλομένων ἐν θαλάττῃ οἱ τόκοι μεγάλοι τῶν δανεισμάτων, οὕτω καὶ τῶν ἐπ‐ εξιόντων τοῖς θυμοῖς οἱ τόκοι μεγάλοι τῶν συμφορῶν.</w:t>
      </w:r>
    </w:p>
    <w:p>
      <w:r>
        <w:rPr>
          <w:rFonts w:ascii="Courier New" w:hAnsi="Courier New"/>
          <w:color w:val="555555"/>
          <w:sz w:val="20"/>
        </w:rPr>
        <w:t>[12 . 7 d]</w:t>
      </w:r>
    </w:p>
    <w:p>
      <w:r>
        <w:rPr>
          <w:rFonts w:ascii="Gentium Plus" w:hAnsi="Gentium Plus"/>
          <w:sz w:val="24"/>
        </w:rPr>
        <w:t>Καὶ πρὸς τὸν Ἀθηναῖον λέγω· Σφακτηρίαν ἔχεις, ἀπόδος τῇ Σπάρτῃ τοὺς ἄνδρας· ἕως εὐτυχεῖς, σω‐ φρόνησον· εἰ δὲ μή, τοὺς μὲν ἄνδρας ἕξεις, τὰς δὲ</w:t>
      </w:r>
    </w:p>
    <w:p>
      <w:r>
        <w:rPr>
          <w:rFonts w:ascii="Courier New" w:hAnsi="Courier New"/>
          <w:color w:val="555555"/>
          <w:sz w:val="20"/>
        </w:rPr>
        <w:t>[12 . 7 e]</w:t>
      </w:r>
    </w:p>
    <w:p>
      <w:r>
        <w:rPr>
          <w:rFonts w:ascii="Gentium Plus" w:hAnsi="Gentium Plus"/>
          <w:sz w:val="24"/>
        </w:rPr>
        <w:t>τριήρεις οὐχ ἕξεις. Λύσανδρος περὶ Ἑλλήσποντον εὐτυχεῖ, καὶ ἡ Σπάρτη μεγάλη. Ἀλλὰ ἀπέχου Θηβῶν· εἰ δὲ μή, δακρύσεις τὴν ἐν Λεύκτροις τύχην, καὶ τὴν ἐν Μαντινείᾳ συμφοράν·</w:t>
      </w:r>
    </w:p>
    <w:p>
      <w:r>
        <w:rPr>
          <w:rFonts w:ascii="Courier New" w:hAnsi="Courier New"/>
          <w:color w:val="555555"/>
          <w:sz w:val="20"/>
        </w:rPr>
        <w:t>[12 . 8 a]</w:t>
      </w:r>
    </w:p>
    <w:p>
      <w:r>
        <w:rPr>
          <w:rFonts w:ascii="Gentium Plus" w:hAnsi="Gentium Plus"/>
          <w:sz w:val="24"/>
        </w:rPr>
        <w:t>Ὢ δίκης ἀφανοῦς καὶ πλανωμένης. Διὰ τοῦτο ὁ Σωκράτης οὐκ Ἀριστοφάνει ὠργίζετο, οὐ Μελήτῳ ἐχα‐ λέπαινεν, οὐκ Ἄνυτον ἐτιμωρεῖτο, ἀλλὰ ἐβόα μέγα· Ἐμὲ δὲ Ἄνυτος καὶ Μέλητος ἀποκτεῖναι μὲν δύνανται,</w:t>
      </w:r>
    </w:p>
    <w:p>
      <w:r>
        <w:rPr>
          <w:rFonts w:ascii="Courier New" w:hAnsi="Courier New"/>
          <w:color w:val="555555"/>
          <w:sz w:val="20"/>
        </w:rPr>
        <w:t>[5]</w:t>
      </w:r>
    </w:p>
    <w:p>
      <w:r>
        <w:rPr>
          <w:rFonts w:ascii="Gentium Plus" w:hAnsi="Gentium Plus"/>
          <w:sz w:val="24"/>
        </w:rPr>
        <w:t>βλάψαι δὲ οὐ δύνανται· οὐ γὰρ θέμις ἀγαθῷ ἀνδρὶ ὑπὸ πονηροῦ βλαβῆναι.</w:t>
      </w:r>
    </w:p>
    <w:p>
      <w:r>
        <w:rPr>
          <w:rFonts w:ascii="Courier New" w:hAnsi="Courier New"/>
          <w:color w:val="555555"/>
          <w:sz w:val="20"/>
        </w:rPr>
        <w:t>[12 . 8 b]</w:t>
      </w:r>
    </w:p>
    <w:p>
      <w:r>
        <w:rPr>
          <w:rFonts w:ascii="Gentium Plus" w:hAnsi="Gentium Plus"/>
          <w:sz w:val="24"/>
        </w:rPr>
        <w:t>Αὕτη φωνὴ δίκης, ἣν εἴπερ ἅπαντες ταύτην ἐφθέγ‐ γοντο, οὐκ ἂν ἦσαν αἱ τραγῳδίαι, οὐδὲ τὰ ἐπὶ τῇ σκηνῇ δράματα, οὐδὲ πολλαὶ καὶ παντοδαπαὶ συμφοραί.</w:t>
      </w:r>
    </w:p>
    <w:p>
      <w:r>
        <w:rPr>
          <w:rFonts w:ascii="Courier New" w:hAnsi="Courier New"/>
          <w:color w:val="555555"/>
          <w:sz w:val="20"/>
        </w:rPr>
        <w:t>[12 . 8 c]</w:t>
      </w:r>
    </w:p>
    <w:p>
      <w:r>
        <w:rPr>
          <w:rFonts w:ascii="Gentium Plus" w:hAnsi="Gentium Plus"/>
          <w:sz w:val="24"/>
        </w:rPr>
        <w:t>Ὥσπερ γὰρ ἐπὶ τῶν τοῦ σώματος νοσημάτων χαλεπὰ</w:t>
      </w:r>
    </w:p>
    <w:p>
      <w:r>
        <w:rPr>
          <w:rFonts w:ascii="Courier New" w:hAnsi="Courier New"/>
          <w:color w:val="555555"/>
          <w:sz w:val="20"/>
        </w:rPr>
        <w:t>[12 . 8 d]</w:t>
      </w:r>
    </w:p>
    <w:p>
      <w:r>
        <w:rPr>
          <w:rFonts w:ascii="Gentium Plus" w:hAnsi="Gentium Plus"/>
          <w:sz w:val="24"/>
        </w:rPr>
        <w:t>τὸ περιλειφθὲν σωθήσεσθαι. Τοῦτο Πελοπίδας ἐξ‐ έτριψεν, τοῦτο Ἡρακλείδας ἠφάνισεν, τοῦτο τὴν Κάδμου οἰκίαν, τοῦτο Πέρσας ἀπώλεσεν, τοῦτο Μακεδόνας, τοῦτο Ἕλληνας.</w:t>
      </w:r>
    </w:p>
    <w:p>
      <w:r>
        <w:rPr>
          <w:rFonts w:ascii="Courier New" w:hAnsi="Courier New"/>
          <w:color w:val="555555"/>
          <w:sz w:val="20"/>
        </w:rPr>
        <w:t>[12 9* a]</w:t>
      </w:r>
    </w:p>
    <w:p>
      <w:r>
        <w:rPr>
          <w:rFonts w:ascii="Gentium Plus" w:hAnsi="Gentium Plus"/>
          <w:sz w:val="24"/>
        </w:rPr>
        <w:t>Ὢ νοσήματος διηνεκοῦς, καὶ ἐπὶ πολλὰς περιόδους</w:t>
      </w:r>
    </w:p>
    <w:p>
      <w:r>
        <w:rPr>
          <w:rFonts w:ascii="Courier New" w:hAnsi="Courier New"/>
          <w:color w:val="555555"/>
          <w:sz w:val="20"/>
        </w:rPr>
        <w:t>[12 9* b]</w:t>
      </w:r>
    </w:p>
    <w:p>
      <w:r>
        <w:rPr>
          <w:rFonts w:ascii="Gentium Plus" w:hAnsi="Gentium Plus"/>
          <w:sz w:val="24"/>
        </w:rPr>
        <w:t>χρόνων καταλαβόντος τὴν γῆν. Ἐπιτολμήσαιμι δ’ ἂν ἔγωγε εἰπεῖν, ὅτι εἴπερ ἐστιν ἀδικίας πρὸς ἀδικίαν ὑπερβολή, ὁ τιμωρῶν τοῦ προϋπάρξαντος ἀδικώτερος. Ὁ μὲν γὰρ ὑπὸ ἀμαθίας ἐπὶ τὸ ἀδικεῖν ἐλθὼν ἔχει</w:t>
      </w:r>
    </w:p>
    <w:p>
      <w:r>
        <w:rPr>
          <w:rFonts w:ascii="Courier New" w:hAnsi="Courier New"/>
          <w:color w:val="555555"/>
          <w:sz w:val="20"/>
        </w:rPr>
        <w:t>[5]</w:t>
      </w:r>
    </w:p>
    <w:p>
      <w:r>
        <w:rPr>
          <w:rFonts w:ascii="Gentium Plus" w:hAnsi="Gentium Plus"/>
          <w:sz w:val="24"/>
        </w:rPr>
        <w:t>τὴν δίκην ἐκ τοῦ ψόγου· ὁ δὲ ἐπεξιών, προσλαβὼν ἐκ τοῦ ὁμοίου τὸ ἄδικον, ἀφῄρηκεν ἐκείνου τὸ ἐπίψογον.</w:t>
      </w:r>
    </w:p>
    <w:p>
      <w:r>
        <w:rPr>
          <w:rFonts w:ascii="Courier New" w:hAnsi="Courier New"/>
          <w:color w:val="555555"/>
          <w:sz w:val="20"/>
        </w:rPr>
        <w:t>[12 9* c]</w:t>
      </w:r>
    </w:p>
    <w:p>
      <w:r>
        <w:rPr>
          <w:rFonts w:ascii="Gentium Plus" w:hAnsi="Gentium Plus"/>
          <w:sz w:val="24"/>
        </w:rPr>
        <w:t>Ὥσπερ γὰρ τῷ μαρίλῃ ἐμπεπλεγμένῳ τὸν συμπλεκέντα ἀνάγκη καὶ αὐτὸν συναισχῦναι τὸ σῶμα, οὕτω καὶ ὅστις ἀδίκῳ ἀνδρὶ συμπλέκεσθαι καὶ συγκυλινδεῖσθαι ἀξιοῖ, ἀνάγκη τοῦτον συναπολαύειν τοῦ κακοῦ, καὶ</w:t>
      </w:r>
    </w:p>
    <w:p>
      <w:r>
        <w:rPr>
          <w:rFonts w:ascii="Courier New" w:hAnsi="Courier New"/>
          <w:color w:val="555555"/>
          <w:sz w:val="20"/>
        </w:rPr>
        <w:t>[12 9* d]</w:t>
      </w:r>
    </w:p>
    <w:p>
      <w:r>
        <w:rPr>
          <w:rFonts w:ascii="Gentium Plus" w:hAnsi="Gentium Plus"/>
          <w:sz w:val="24"/>
        </w:rPr>
        <w:t>συναναπίμπλασθαι τῆς μαρίλης. Ἀθλητῇ μὲν οὖν ἀν‐ δρὸς προσφερομένου ἀθλητοῦ, ἐκ τῆς ἴσης ἀγωνίας καὶ</w:t>
      </w:r>
    </w:p>
    <w:p>
      <w:r>
        <w:rPr>
          <w:rFonts w:ascii="Courier New" w:hAnsi="Courier New"/>
          <w:color w:val="555555"/>
          <w:sz w:val="20"/>
        </w:rPr>
        <w:t>[12 9* e]</w:t>
      </w:r>
    </w:p>
    <w:p>
      <w:r>
        <w:rPr>
          <w:rFonts w:ascii="Gentium Plus" w:hAnsi="Gentium Plus"/>
          <w:sz w:val="24"/>
        </w:rPr>
        <w:t>τὴν ἐπιθυμίαν τοῦ νικᾶν· ὅταν δὲ ἀγαθὸς ἀνὴρ πο‐ νηρῷ συμπέσῃ, οὐκ ἐκ τῆς αὐτῆς παλαίστρας προσ‐ εληλυθὼς ἑκάτερος, οὐδὲ ὑπὸ τῷ αὐτῷ παιδοτρίβη ἀσκηθείς, οὐδὲ τὴν αὐτὴν τέχνην ἐκμαθών, οὐδὲ τοῖς</w:t>
      </w:r>
    </w:p>
    <w:p>
      <w:r>
        <w:rPr>
          <w:rFonts w:ascii="Courier New" w:hAnsi="Courier New"/>
          <w:color w:val="555555"/>
          <w:sz w:val="20"/>
        </w:rPr>
        <w:t>[5]</w:t>
      </w:r>
    </w:p>
    <w:p>
      <w:r>
        <w:rPr>
          <w:rFonts w:ascii="Gentium Plus" w:hAnsi="Gentium Plus"/>
          <w:sz w:val="24"/>
        </w:rPr>
        <w:t>αὐτοῖς παλαίσμασιν ἐντεθραμμένος, οὐδὲ τοῦ αὐτοῦ στεφάνου ἐρῶν, οὐδὲ τοῦ αὐτοῦ κηρύγματος, οἰκτείρω</w:t>
      </w:r>
    </w:p>
    <w:p>
      <w:r>
        <w:rPr>
          <w:rFonts w:ascii="Courier New" w:hAnsi="Courier New"/>
          <w:color w:val="555555"/>
          <w:sz w:val="20"/>
        </w:rPr>
        <w:t>[12 9* f]</w:t>
      </w:r>
    </w:p>
    <w:p>
      <w:r>
        <w:rPr>
          <w:rFonts w:ascii="Gentium Plus" w:hAnsi="Gentium Plus"/>
          <w:sz w:val="24"/>
        </w:rPr>
        <w:t>τὴν μάχην, ἄνισος ἡ ἀγωνία. Ἀνάγκη τὸν πονηρὸν κρατεῖν ἀγωνιζόμενον ἐν τοιούτῳ σταδίῳ, οὗ πονηροὶ μὲν θεαταί, ἄδικοι δὲ οἱ ἀθλοθέται· ὁ δὲ ἀγαθὸς ἐν τού‐ τοις ἄτεχνος, καὶ ἀμαθής, καὶ ἄπορος ἀπιστίας, καὶ</w:t>
      </w:r>
    </w:p>
    <w:p>
      <w:r>
        <w:rPr>
          <w:rFonts w:ascii="Courier New" w:hAnsi="Courier New"/>
          <w:color w:val="555555"/>
          <w:sz w:val="20"/>
        </w:rPr>
        <w:t>[5]</w:t>
      </w:r>
    </w:p>
    <w:p>
      <w:r>
        <w:rPr>
          <w:rFonts w:ascii="Gentium Plus" w:hAnsi="Gentium Plus"/>
          <w:sz w:val="24"/>
        </w:rPr>
        <w:t>πανουργίας, καὶ ἀπάτης, καὶ τῶν ἄλλων παλαισμάτων, ὑφ’ ὧν μοχθηρία κρατύνεται καὶ ἰσχυρίζεται· ὥστε καὶ καταγέλαστος ἂν γίγνοιτο ἀντεπιχειρῶν ἀδικεῖν ὁ μὴ πεφυκὼς τὸν ἄδικον καὶ τῇ φύσει, καὶ τῇ τέχνῃ, καὶ τῷ ἔθει.</w:t>
      </w:r>
    </w:p>
    <w:p>
      <w:r>
        <w:rPr>
          <w:rFonts w:ascii="Courier New" w:hAnsi="Courier New"/>
          <w:color w:val="555555"/>
          <w:sz w:val="20"/>
        </w:rPr>
        <w:t>[12 . 10 a]</w:t>
      </w:r>
    </w:p>
    <w:p>
      <w:r>
        <w:rPr>
          <w:rFonts w:ascii="Gentium Plus" w:hAnsi="Gentium Plus"/>
          <w:sz w:val="24"/>
        </w:rPr>
        <w:t>Ἀλλὰ διὰ τοῦτο, φαίη ἄν τις, ὁ δίκαιος ἀνὴρ προ‐ πηλακίζεται, καὶ συκοφαντεῖται, καὶ διώκεται, καὶ χρή‐ ματα ἀφαιρεῖται, καὶ εἰς δεσμωτήριον ἐμβάλλεται, καὶ</w:t>
      </w:r>
    </w:p>
    <w:p>
      <w:r>
        <w:rPr>
          <w:rFonts w:ascii="Courier New" w:hAnsi="Courier New"/>
          <w:color w:val="555555"/>
          <w:sz w:val="20"/>
        </w:rPr>
        <w:t>[12 . 10 b]</w:t>
      </w:r>
    </w:p>
    <w:p>
      <w:r>
        <w:rPr>
          <w:rFonts w:ascii="Gentium Plus" w:hAnsi="Gentium Plus"/>
          <w:sz w:val="24"/>
        </w:rPr>
        <w:t>φεύγει, καὶ ἀτιμοῦται, καὶ ἀποθνήσκει. Τί οὖν, εἰ καὶ οἱ παῖδες νόμους πρὸς ἀλλήλους θέμενοι, καθί‐</w:t>
      </w:r>
    </w:p>
    <w:p>
      <w:r>
        <w:rPr>
          <w:rFonts w:ascii="Courier New" w:hAnsi="Courier New"/>
          <w:color w:val="555555"/>
          <w:sz w:val="20"/>
        </w:rPr>
        <w:t>[5]</w:t>
      </w:r>
    </w:p>
    <w:p>
      <w:r>
        <w:rPr>
          <w:rFonts w:ascii="Gentium Plus" w:hAnsi="Gentium Plus"/>
          <w:sz w:val="24"/>
        </w:rPr>
        <w:t>αὐτὸν ἄτιμον εἶναι ἐν τῷ τῶν παίδων δήμῳ, δημεύοιεν δὲ αὐτοῦ τὰ παιδικὰ χρήματα, τοὺς ἀστραγάλους καὶ τὰ παίγνια, τί εἰκὸς πρᾶξαι τὸν ἄνδρα ἐκ τοιούτου δικαστηρίου αὐταῖς ψήφοις καὶ καταδίκαις αὐταῖς;</w:t>
      </w:r>
    </w:p>
    <w:p>
      <w:r>
        <w:rPr>
          <w:rFonts w:ascii="Courier New" w:hAnsi="Courier New"/>
          <w:color w:val="555555"/>
          <w:sz w:val="20"/>
        </w:rPr>
        <w:t>[12 . 10 c]</w:t>
      </w:r>
    </w:p>
    <w:p>
      <w:r>
        <w:rPr>
          <w:rFonts w:ascii="Gentium Plus" w:hAnsi="Gentium Plus"/>
          <w:sz w:val="24"/>
        </w:rPr>
        <w:t>Οὕτω καὶ ὁ Σωκράτης Ἀθηναίων κατεγέλα, ὡς παιδα‐ ρίων ψηφιζομένων, καὶ κελευόντων ἀποθνήσκειν ἄνδρα</w:t>
      </w:r>
    </w:p>
    <w:p>
      <w:r>
        <w:rPr>
          <w:rFonts w:ascii="Courier New" w:hAnsi="Courier New"/>
          <w:color w:val="555555"/>
          <w:sz w:val="20"/>
        </w:rPr>
        <w:t>[12 . 10 d]</w:t>
      </w:r>
    </w:p>
    <w:p>
      <w:r>
        <w:rPr>
          <w:rFonts w:ascii="Gentium Plus" w:hAnsi="Gentium Plus"/>
          <w:sz w:val="24"/>
        </w:rPr>
        <w:t>θνητόν. Καὶ ἄλλος ὅστις ἀγαθὸς ἀνὴρ καὶ δίκαιος καταγελάσεται γέλωτα ἀκραιφνῆ, ὁρῶν τοὺς ἀδίκους ἐπ’ αὐτὸν ὡρμημένους σπουδῇ, οἰομένους τὶ δρᾶν,</w:t>
      </w:r>
    </w:p>
    <w:p>
      <w:r>
        <w:rPr>
          <w:rFonts w:ascii="Courier New" w:hAnsi="Courier New"/>
          <w:color w:val="555555"/>
          <w:sz w:val="20"/>
        </w:rPr>
        <w:t>[12 . 10 e]</w:t>
      </w:r>
    </w:p>
    <w:p>
      <w:r>
        <w:rPr>
          <w:rFonts w:ascii="Gentium Plus" w:hAnsi="Gentium Plus"/>
          <w:sz w:val="24"/>
        </w:rPr>
        <w:t>δρῶντας δὲ οὐδέν· ἀλλὰ καὶ ἀτιμαζόντων ἐκείνων, βοήσεται τὸ τοῦ Ἀχιλλέως, φρονέω δὲ τετιμῆσθαι Διὸς αἴσῃ· καὶ ἀφαιρουμένων τὰ χρήματα, προήσεται ὡς παίγνια</w:t>
      </w:r>
    </w:p>
    <w:p>
      <w:r>
        <w:rPr>
          <w:rFonts w:ascii="Courier New" w:hAnsi="Courier New"/>
          <w:color w:val="555555"/>
          <w:sz w:val="20"/>
        </w:rPr>
        <w:t>[5]</w:t>
      </w:r>
    </w:p>
    <w:p>
      <w:r>
        <w:rPr>
          <w:rFonts w:ascii="Gentium Plus" w:hAnsi="Gentium Plus"/>
          <w:sz w:val="24"/>
        </w:rPr>
        <w:t>καὶ ἀστραγάλους ἀφαιρουμένους, καὶ ἀποθανεῖται ὡς ὑπὸ πυρετοῦ καὶ λίθου, οὐδὲν ἀγανακτῶν πρὸς τοὺς</w:t>
      </w:r>
    </w:p>
    <w:p>
      <w:pPr>
        <w:jc w:val="center"/>
      </w:pPr>
      <w:r>
        <w:rPr>
          <w:rFonts w:ascii="Gentium Plus" w:hAnsi="Gentium Plus"/>
          <w:b/>
          <w:sz w:val="24"/>
        </w:rPr>
        <w:t>Εἰ μαντικῆς οὔσης, ἔστίν τι ἐφ’ ἡμῖν.</w:t>
      </w:r>
    </w:p>
    <w:p>
      <w:r>
        <w:rPr>
          <w:rFonts w:ascii="Courier New" w:hAnsi="Courier New"/>
          <w:color w:val="555555"/>
          <w:sz w:val="20"/>
        </w:rPr>
        <w:t>[1]</w:t>
      </w:r>
    </w:p>
    <w:p>
      <w:r>
        <w:rPr>
          <w:rFonts w:ascii="Gentium Plus" w:hAnsi="Gentium Plus"/>
          <w:sz w:val="24"/>
        </w:rPr>
        <w:t>Ὅτε οἱ Μῆδοι ἐπὶ τὴν Ἑλλάδα ἐστρατεύοντο, ἐχρῶντο οἱ Ἀθηναῖοι τῷ θεῷ, τί χρῆ δρᾶν ἐπιόντος αὐτοῖς βαρ‐ βαρικοῦ στόλου, ἵππου Μηδικῆς, ἁρμάτων Περσικῶν, ἀσπίδων Αἰγυπτίων· εἵποντο δὲ καὶ σφενδονῆται Κᾶρες,</w:t>
      </w:r>
    </w:p>
    <w:p>
      <w:r>
        <w:rPr>
          <w:rFonts w:ascii="Courier New" w:hAnsi="Courier New"/>
          <w:color w:val="555555"/>
          <w:sz w:val="20"/>
        </w:rPr>
        <w:t>[5]</w:t>
      </w:r>
    </w:p>
    <w:p>
      <w:r>
        <w:rPr>
          <w:rFonts w:ascii="Gentium Plus" w:hAnsi="Gentium Plus"/>
          <w:sz w:val="24"/>
        </w:rPr>
        <w:t>καὶ ἀκοντισταὶ Παφλαγόνες, καὶ πελτασταὶ Θρᾷκες, καὶ</w:t>
      </w:r>
    </w:p>
    <w:p>
      <w:r>
        <w:rPr>
          <w:rFonts w:ascii="Courier New" w:hAnsi="Courier New"/>
          <w:color w:val="555555"/>
          <w:sz w:val="20"/>
        </w:rPr>
        <w:t>[13 . 1 b]</w:t>
      </w:r>
    </w:p>
    <w:p>
      <w:r>
        <w:rPr>
          <w:rFonts w:ascii="Gentium Plus" w:hAnsi="Gentium Plus"/>
          <w:sz w:val="24"/>
        </w:rPr>
        <w:t>ὁπλῖται Μακεδόνες, καὶ Θετταλικὸν ἱππικόν· ἐχρῶντο οὖν τῷ θεῷ οἱ Ἀθηναῖοι, τί χρὴ δρᾶν, ἐπιόντος ταῖς</w:t>
      </w:r>
    </w:p>
    <w:p>
      <w:r>
        <w:rPr>
          <w:rFonts w:ascii="Courier New" w:hAnsi="Courier New"/>
          <w:color w:val="555555"/>
          <w:sz w:val="20"/>
        </w:rPr>
        <w:t>[13 . 1 c]</w:t>
      </w:r>
    </w:p>
    <w:p>
      <w:r>
        <w:rPr>
          <w:rFonts w:ascii="Gentium Plus" w:hAnsi="Gentium Plus"/>
          <w:sz w:val="24"/>
        </w:rPr>
        <w:t>Ἀθήναις τοσούτου κακοῦ. Ὁ δὲ αὐτοῖς χρᾷ φράτ‐</w:t>
      </w:r>
    </w:p>
    <w:p>
      <w:r>
        <w:rPr>
          <w:rFonts w:ascii="Courier New" w:hAnsi="Courier New"/>
          <w:color w:val="555555"/>
          <w:sz w:val="20"/>
        </w:rPr>
        <w:t>[13 . 1 d]</w:t>
      </w:r>
    </w:p>
    <w:p>
      <w:r>
        <w:rPr>
          <w:rFonts w:ascii="Gentium Plus" w:hAnsi="Gentium Plus"/>
          <w:sz w:val="24"/>
        </w:rPr>
        <w:t>τεσθαι τὸ ἄστυ ξυλίνῳ τείχει. Θεμιστοκλῆς λέγει ὅτι</w:t>
      </w:r>
    </w:p>
    <w:p>
      <w:r>
        <w:rPr>
          <w:rFonts w:ascii="Courier New" w:hAnsi="Courier New"/>
          <w:color w:val="555555"/>
          <w:sz w:val="20"/>
        </w:rPr>
        <w:t>[13 . 1 e]</w:t>
      </w:r>
    </w:p>
    <w:p>
      <w:r>
        <w:rPr>
          <w:rFonts w:ascii="Gentium Plus" w:hAnsi="Gentium Plus"/>
          <w:sz w:val="24"/>
        </w:rPr>
        <w:t>οἱ δοκεῖ τὸ ξύλινον τεῖχος αἱ τριήρεις εἶναι. Συνεδόκει ταῦτα τοῖς Ἀθηναίοις, καὶ ἀναστάντες ἐκ τοῦ ἄστεος</w:t>
      </w:r>
    </w:p>
    <w:p>
      <w:r>
        <w:rPr>
          <w:rFonts w:ascii="Courier New" w:hAnsi="Courier New"/>
          <w:color w:val="555555"/>
          <w:sz w:val="20"/>
        </w:rPr>
        <w:t>[13 . 1 f]</w:t>
      </w:r>
    </w:p>
    <w:p>
      <w:r>
        <w:rPr>
          <w:rFonts w:ascii="Gentium Plus" w:hAnsi="Gentium Plus"/>
          <w:sz w:val="24"/>
        </w:rPr>
        <w:t>ἐς τὸ τεῖχος τοῦ θεοῦ μετῳκίσθησαν. Εἰ οὖν οἱ Ἀθη‐ ναῖοι τότε τῷ μὲν θεῷ συμβουλεύεσθαι περὶ τούτων οὐκ ἤθελον, νοῦν δὲ ἔχοντι ἀνδρὶ καὶ δυναμένῳ ἐκ‐</w:t>
      </w:r>
    </w:p>
    <w:p>
      <w:r>
        <w:rPr>
          <w:rFonts w:ascii="Courier New" w:hAnsi="Courier New"/>
          <w:color w:val="555555"/>
          <w:sz w:val="20"/>
        </w:rPr>
        <w:t>[5]</w:t>
      </w:r>
    </w:p>
    <w:p>
      <w:r>
        <w:rPr>
          <w:rFonts w:ascii="Gentium Plus" w:hAnsi="Gentium Plus"/>
          <w:sz w:val="24"/>
        </w:rPr>
        <w:t>σαν παρασκευήν, καὶ τὸν μέλλοντα κίνδυνον, καὶ τὴν ὑποφαινομένην ἀσφάλειαν· τί εἰκὸς συμβουλεῦσαι ἂν τὸν ἄνδρα τοῦτον καταδεέστερον τῆς χρησμῳδίας τοῦ</w:t>
      </w:r>
    </w:p>
    <w:p>
      <w:r>
        <w:rPr>
          <w:rFonts w:ascii="Courier New" w:hAnsi="Courier New"/>
          <w:color w:val="555555"/>
          <w:sz w:val="20"/>
        </w:rPr>
        <w:t>[13 . 1 g]</w:t>
      </w:r>
    </w:p>
    <w:p>
      <w:r>
        <w:rPr>
          <w:rFonts w:ascii="Gentium Plus" w:hAnsi="Gentium Plus"/>
          <w:sz w:val="24"/>
        </w:rPr>
        <w:t>θεοῦ; Ἐγὼ μὲν οἶμαι, οὐδὲ αἰνίγματος ἂν ἐδεήθη</w:t>
      </w:r>
    </w:p>
    <w:p>
      <w:r>
        <w:rPr>
          <w:rFonts w:ascii="Courier New" w:hAnsi="Courier New"/>
          <w:color w:val="555555"/>
          <w:sz w:val="20"/>
        </w:rPr>
        <w:t>[13 . 1 h]</w:t>
      </w:r>
    </w:p>
    <w:p>
      <w:r>
        <w:rPr>
          <w:rFonts w:ascii="Gentium Plus" w:hAnsi="Gentium Plus"/>
          <w:sz w:val="24"/>
        </w:rPr>
        <w:t>πρὸς αὐτούς, οὐδὲ τείχους ἀμφισβητησίμου· ἀλλ’ εἶπεν ἄν, ὧδέ πως· ‘Ὦ Ἀθηναῖοι, τῶν μὲν λίθων καὶ τῶν οἰκοδομημάτων ἐξίστασθαι τῷ βαρβάρῳ· αὐτοὶ δὲ πανοικησίᾳ, αὐτοῖς παισίν, καὶ ἐλευθερίᾳ, καὶ νόμοις,</w:t>
      </w:r>
    </w:p>
    <w:p>
      <w:r>
        <w:rPr>
          <w:rFonts w:ascii="Courier New" w:hAnsi="Courier New"/>
          <w:color w:val="555555"/>
          <w:sz w:val="20"/>
        </w:rPr>
        <w:t>[5]</w:t>
      </w:r>
    </w:p>
    <w:p>
      <w:r>
        <w:rPr>
          <w:rFonts w:ascii="Gentium Plus" w:hAnsi="Gentium Plus"/>
          <w:sz w:val="24"/>
        </w:rPr>
        <w:t>ἴτε ἐπὶ τὴν θάλατταν· ὑποδέξονται δὲ ὑμᾶς τριήρεις ἱκαναί, καὶ σώζειν φέρουσαι, καὶ νικᾶν μαχόμεναι.‘</w:t>
      </w:r>
    </w:p>
    <w:p>
      <w:r>
        <w:rPr>
          <w:rFonts w:ascii="Courier New" w:hAnsi="Courier New"/>
          <w:color w:val="555555"/>
          <w:sz w:val="20"/>
        </w:rPr>
        <w:t>[13 . 2 a]</w:t>
      </w:r>
    </w:p>
    <w:p>
      <w:r>
        <w:rPr>
          <w:rFonts w:ascii="Gentium Plus" w:hAnsi="Gentium Plus"/>
          <w:sz w:val="24"/>
        </w:rPr>
        <w:t>Τί δήποτ’ οὖν οἱ ἄνθρωποι ἐπὶ τὰ μαντεῖα παρα‐ γίγνονται, ἀμελήσαντες τῆς παρὰ τοῦ ὁμοίου συμβου‐ λῆς; ἢ διότι γνώμη μὲν ἀνθρώπου ἐπισφαλὲς καὶ ἄπιστον καὶ ἐπίφθονον καὶ κίβδηλον καὶ οὐκ ἀεὶ ὅμοιον,</w:t>
      </w:r>
    </w:p>
    <w:p>
      <w:r>
        <w:rPr>
          <w:rFonts w:ascii="Courier New" w:hAnsi="Courier New"/>
          <w:color w:val="555555"/>
          <w:sz w:val="20"/>
        </w:rPr>
        <w:t>[13 . 2 b]</w:t>
      </w:r>
    </w:p>
    <w:p>
      <w:r>
        <w:rPr>
          <w:rFonts w:ascii="Gentium Plus" w:hAnsi="Gentium Plus"/>
          <w:sz w:val="24"/>
        </w:rPr>
        <w:t>καὶ οὐκ ἐν παντὶ εὔστοχον· τὸ δὲ θεῖον κατὰ μὲν τὴν ὑπεροχὴν πιστόν· κατὰ δὲ τὴν ἀλήθειαν δόκιμον, κατὰ δὲ τὴν πεῖραν εὔστοχον, κατὰ δὲ τὴν τιμὴν ἀνεπί‐</w:t>
      </w:r>
    </w:p>
    <w:p>
      <w:r>
        <w:rPr>
          <w:rFonts w:ascii="Courier New" w:hAnsi="Courier New"/>
          <w:color w:val="555555"/>
          <w:sz w:val="20"/>
        </w:rPr>
        <w:t>[13 . 2 c]</w:t>
      </w:r>
    </w:p>
    <w:p>
      <w:r>
        <w:rPr>
          <w:rFonts w:ascii="Gentium Plus" w:hAnsi="Gentium Plus"/>
          <w:sz w:val="24"/>
        </w:rPr>
        <w:t>φθονον; Θεοῦ δὲ μαντεῖα καὶ ἀνθρώπου νοῦς (τολ‐ μηρὸν μὲν εἰπεῖν, φράσω δὲ ὅμως) χρῆμα συγγενές, καὶ εἴπέρ τι ἄλλο ἄλλῳ ὅμοιον, οὐδὲν ἂν εἴη ἐμφερέ‐</w:t>
      </w:r>
    </w:p>
    <w:p>
      <w:r>
        <w:rPr>
          <w:rFonts w:ascii="Courier New" w:hAnsi="Courier New"/>
          <w:color w:val="555555"/>
          <w:sz w:val="20"/>
        </w:rPr>
        <w:t>[5]</w:t>
      </w:r>
    </w:p>
    <w:p>
      <w:r>
        <w:rPr>
          <w:rFonts w:ascii="Gentium Plus" w:hAnsi="Gentium Plus"/>
          <w:sz w:val="24"/>
        </w:rPr>
        <w:t>ἀπόρει, μηθ’ ὅντινα τρόπον τὸ αὐτεξούσιον τῆς ἀν‐ θρωπίνης γνώμης χρῆται μαντικῇ, μήθ’ ὅπως, ἀλη‐ θευούσης τῆς μαντικῆς, δύναταί τι καὶ ἀνθρώπου γνώμη· περὶ γὰρ ὁμοίου πράγματος σκοπεῖς· τὸ γὰρ αὐτὸ ἐρωτᾷς, καὶ ἀπορεῖς, καὶ ἀναστρέφεις, ἐξὸν τὸ</w:t>
      </w:r>
    </w:p>
    <w:p>
      <w:r>
        <w:rPr>
          <w:rFonts w:ascii="Courier New" w:hAnsi="Courier New"/>
          <w:color w:val="555555"/>
          <w:sz w:val="20"/>
        </w:rPr>
        <w:t>[13 . 2 d]</w:t>
      </w:r>
    </w:p>
    <w:p>
      <w:r>
        <w:rPr>
          <w:rFonts w:ascii="Gentium Plus" w:hAnsi="Gentium Plus"/>
          <w:sz w:val="24"/>
        </w:rPr>
        <w:t>πᾶν διελέσθαι ὡς δεῖ. Οὔτε τὸ θεῖον πάντων εὔστοχον, οὔτε τὸ ἀνθρώπινον πάντων ἄστοχον.</w:t>
      </w:r>
    </w:p>
    <w:p>
      <w:r>
        <w:rPr>
          <w:rFonts w:ascii="Courier New" w:hAnsi="Courier New"/>
          <w:color w:val="555555"/>
          <w:sz w:val="20"/>
        </w:rPr>
        <w:t>[13 . 3 a]</w:t>
      </w:r>
    </w:p>
    <w:p>
      <w:r>
        <w:rPr>
          <w:rFonts w:ascii="Gentium Plus" w:hAnsi="Gentium Plus"/>
          <w:sz w:val="24"/>
        </w:rPr>
        <w:t>Καὶ περὶ μὲν τοῦ ἀνθρωπίνου νόμου καὶ αὖθις</w:t>
      </w:r>
    </w:p>
    <w:p>
      <w:r>
        <w:rPr>
          <w:rFonts w:ascii="Courier New" w:hAnsi="Courier New"/>
          <w:color w:val="555555"/>
          <w:sz w:val="20"/>
        </w:rPr>
        <w:t>[13 . 3 b]</w:t>
      </w:r>
    </w:p>
    <w:p>
      <w:r>
        <w:rPr>
          <w:rFonts w:ascii="Gentium Plus" w:hAnsi="Gentium Plus"/>
          <w:sz w:val="24"/>
        </w:rPr>
        <w:t>ῥητέον· τὸ δὲ θεῖον δοκεῖ σοι γινώσκειν πάντα ἑξῆς, καὶ τὰ καλὰ καὶ τὰ αἰσχρά, καὶ τὰ τίμια καὶ τὰ ἄτιμα; φείδομαι τῶν ῥημάτων, καὶ αἰδώς με τοῦ θεοῦ ἔχει· σεμνὸν γάρ τι τὸ πάντα εἰδέναι, καὶ ἀριθμὸν ψάμμων,</w:t>
      </w:r>
    </w:p>
    <w:p>
      <w:r>
        <w:rPr>
          <w:rFonts w:ascii="Courier New" w:hAnsi="Courier New"/>
          <w:color w:val="555555"/>
          <w:sz w:val="20"/>
        </w:rPr>
        <w:t>[5]</w:t>
      </w:r>
    </w:p>
    <w:p>
      <w:r>
        <w:rPr>
          <w:rFonts w:ascii="Gentium Plus" w:hAnsi="Gentium Plus"/>
          <w:sz w:val="24"/>
        </w:rPr>
        <w:t>καὶ θαλάττης μέτρα, καὶ ξυνιέναι ἀτόπου λέβητος ἑψο‐ μένου ἐν Λυδοῖς. Καὶ δηλαδὴ πᾶσι τοῖς δεομένοις θεσπίζει ὁ θεὸς τὸ ἀληθὲς μαθεῖν, καὶ συμφέρει, κἂν</w:t>
      </w:r>
    </w:p>
    <w:p>
      <w:r>
        <w:rPr>
          <w:rFonts w:ascii="Courier New" w:hAnsi="Courier New"/>
          <w:color w:val="555555"/>
          <w:sz w:val="20"/>
        </w:rPr>
        <w:t>[13 . 3 c]</w:t>
      </w:r>
    </w:p>
    <w:p>
      <w:r>
        <w:rPr>
          <w:rFonts w:ascii="Gentium Plus" w:hAnsi="Gentium Plus"/>
          <w:sz w:val="24"/>
        </w:rPr>
        <w:t>μέλλῃ ὁ μαθών, ἄδικος ὤν, πλεονεκτήσειν. Δεινῶς τινα πολυπράγμονα ἡγεῖ τὸν θεόν, καὶ περίεργον, καὶ εὐήθη, καὶ μηδὲν τῶν ἐν τοῖς κύκλοις ἀγειρόντων διαφέροντα, οἳ δυοῖν ὀβολοῖν τῷ προστυχόντι ἀπο‐</w:t>
      </w:r>
    </w:p>
    <w:p>
      <w:r>
        <w:rPr>
          <w:rFonts w:ascii="Courier New" w:hAnsi="Courier New"/>
          <w:color w:val="555555"/>
          <w:sz w:val="20"/>
        </w:rPr>
        <w:t>[13 . 3 d]</w:t>
      </w:r>
    </w:p>
    <w:p>
      <w:r>
        <w:rPr>
          <w:rFonts w:ascii="Gentium Plus" w:hAnsi="Gentium Plus"/>
          <w:sz w:val="24"/>
        </w:rPr>
        <w:t>θεσπίζουσιν· ἐγὼ δὲ μὴ ὅτι θεόν, ἀλλ’ οὐδὲ ἄνδρα</w:t>
      </w:r>
    </w:p>
    <w:p>
      <w:r>
        <w:rPr>
          <w:rFonts w:ascii="Courier New" w:hAnsi="Courier New"/>
          <w:color w:val="555555"/>
          <w:sz w:val="20"/>
        </w:rPr>
        <w:t>[5]</w:t>
      </w:r>
    </w:p>
    <w:p>
      <w:r>
        <w:rPr>
          <w:rFonts w:ascii="Gentium Plus" w:hAnsi="Gentium Plus"/>
          <w:sz w:val="24"/>
        </w:rPr>
        <w:t>τηγὸς στρατόπεδον, καὶ κυβερνήτης ναύτας, καὶ δεινὸν οὐδέν· ἀλλὰ ἤδη καὶ ψεῦδος ὤνησεν ἀνθρώπους, καὶ</w:t>
      </w:r>
    </w:p>
    <w:p>
      <w:r>
        <w:rPr>
          <w:rFonts w:ascii="Courier New" w:hAnsi="Courier New"/>
          <w:color w:val="555555"/>
          <w:sz w:val="20"/>
        </w:rPr>
        <w:t>[13 . 3 e]</w:t>
      </w:r>
    </w:p>
    <w:p>
      <w:r>
        <w:rPr>
          <w:rFonts w:ascii="Gentium Plus" w:hAnsi="Gentium Plus"/>
          <w:sz w:val="24"/>
        </w:rPr>
        <w:t>τἀληθὲς ἔβλαψεν. Εἰ μὲν οὖν ἄλλό τι ἡγεῖ εἶναι τὴν μαντικήν, ἢ νοῦν θεῖον, διαφέροντα τοῦ ἀνθρωπίνου ἀκριβείᾳ καὶ βεβαιότητι, νόμιζε πολεμεῖν λόγον λόγῳ·</w:t>
      </w:r>
    </w:p>
    <w:p>
      <w:r>
        <w:rPr>
          <w:rFonts w:ascii="Courier New" w:hAnsi="Courier New"/>
          <w:color w:val="555555"/>
          <w:sz w:val="20"/>
        </w:rPr>
        <w:t>[13 . 3 f]</w:t>
      </w:r>
    </w:p>
    <w:p>
      <w:r>
        <w:rPr>
          <w:rFonts w:ascii="Gentium Plus" w:hAnsi="Gentium Plus"/>
          <w:sz w:val="24"/>
        </w:rPr>
        <w:t>εἰ δέ ἐστιν οὐδὲν ἀλλοιότερον, ἢ ὅσον τὸ ἐξ ἡλίου φῶς τοῦ ἐκ πυρός, φῶς δὲ ἑκάτερον, ἀγάπα μὲν τὸ λαμπρότερον, μὴ ἀτίμαζε δὲ τῇ διαιρέσει τὸ ἀμαυρό‐</w:t>
      </w:r>
    </w:p>
    <w:p>
      <w:r>
        <w:rPr>
          <w:rFonts w:ascii="Courier New" w:hAnsi="Courier New"/>
          <w:color w:val="555555"/>
          <w:sz w:val="20"/>
        </w:rPr>
        <w:t>[13 . 3 g]</w:t>
      </w:r>
    </w:p>
    <w:p>
      <w:r>
        <w:rPr>
          <w:rFonts w:ascii="Gentium Plus" w:hAnsi="Gentium Plus"/>
          <w:sz w:val="24"/>
        </w:rPr>
        <w:t>τερον. Ἀλλ’ ἡγοῦ τὸ πᾶν τοῦτο ἁρμονίαν τινὰ εἶναι ὀργάνου μουσικοῦ, καὶ τεχνίτην μὲν τὸν θεόν, τὴν δὲ ἁρμονίαν αὐτὴν ἀρξαμένην παρ’ αὐτοῦ, δι’ ἀέρος ἰοῦ‐ σαν, καὶ γῆς καὶ θαλάττης, καὶ ζῴων, καὶ φυτῶν, ἐμ‐</w:t>
      </w:r>
    </w:p>
    <w:p>
      <w:r>
        <w:rPr>
          <w:rFonts w:ascii="Courier New" w:hAnsi="Courier New"/>
          <w:color w:val="555555"/>
          <w:sz w:val="20"/>
        </w:rPr>
        <w:t>[5]</w:t>
      </w:r>
    </w:p>
    <w:p>
      <w:r>
        <w:rPr>
          <w:rFonts w:ascii="Gentium Plus" w:hAnsi="Gentium Plus"/>
          <w:sz w:val="24"/>
        </w:rPr>
        <w:t>πεσοῦσαν μετὰ τοῦτο εἰς πολλὰς καὶ ἀνομοίους φύσεις, συντάττειν τὸν ἐν αὐταῖς πόλεμον· ὡς κορυφαία ἁρ‐ μονία, ἐμπεσοῦσα εἰς πολυφωνίαν χοροῦ, συντάττει</w:t>
      </w:r>
    </w:p>
    <w:p>
      <w:r>
        <w:rPr>
          <w:rFonts w:ascii="Courier New" w:hAnsi="Courier New"/>
          <w:color w:val="555555"/>
          <w:sz w:val="20"/>
        </w:rPr>
        <w:t>[13 . 4 a]</w:t>
      </w:r>
    </w:p>
    <w:p>
      <w:r>
        <w:rPr>
          <w:rFonts w:ascii="Gentium Plus" w:hAnsi="Gentium Plus"/>
          <w:sz w:val="24"/>
        </w:rPr>
        <w:t>Τίς δὲ ὁ τρόπος τῆς θείας τέχνης, ὀνόματι μὲν εἰπεῖν οὐκ ἔχω, εἴσῃ δὲ αὐτῆς τὴν δύναμιν ἐξ εἰκόνος</w:t>
      </w:r>
    </w:p>
    <w:p>
      <w:r>
        <w:rPr>
          <w:rFonts w:ascii="Courier New" w:hAnsi="Courier New"/>
          <w:color w:val="555555"/>
          <w:sz w:val="20"/>
        </w:rPr>
        <w:t>[13 . 4 b]</w:t>
      </w:r>
    </w:p>
    <w:p>
      <w:r>
        <w:rPr>
          <w:rFonts w:ascii="Gentium Plus" w:hAnsi="Gentium Plus"/>
          <w:sz w:val="24"/>
        </w:rPr>
        <w:t>ἣ οἵα δήποτε· ἐθεάσω νεῶν ἐρύσεις ἐκ θαλάττης ἄνω, καὶ λίθων ἀγωγὰς ὑπερφυῶν κατὰ μέγεθος, παντο‐ δαποῖς ἑλιγμοῖς καὶ ἀναστροφαῖς ὀργάνων· ὧν ἕκαστον πρὸς τὸ πλησίον τὴν ῥώμην νειμάμενον, ἕτερον ἐξ</w:t>
      </w:r>
    </w:p>
    <w:p>
      <w:r>
        <w:rPr>
          <w:rFonts w:ascii="Courier New" w:hAnsi="Courier New"/>
          <w:color w:val="555555"/>
          <w:sz w:val="20"/>
        </w:rPr>
        <w:t>[5]</w:t>
      </w:r>
    </w:p>
    <w:p>
      <w:r>
        <w:rPr>
          <w:rFonts w:ascii="Gentium Plus" w:hAnsi="Gentium Plus"/>
          <w:sz w:val="24"/>
        </w:rPr>
        <w:t>ἑτέρου διαδεχόμενον τὴν ἀγωγήν, κινεῖ τὸ πᾶν· καὶ τὸ μὲν ὅλον ἔχει τὴν αἰτίαν τοῦ ἔργου· συνεπιλαμ‐</w:t>
      </w:r>
    </w:p>
    <w:p>
      <w:r>
        <w:rPr>
          <w:rFonts w:ascii="Courier New" w:hAnsi="Courier New"/>
          <w:color w:val="555555"/>
          <w:sz w:val="20"/>
        </w:rPr>
        <w:t>[13 . 4 c]</w:t>
      </w:r>
    </w:p>
    <w:p>
      <w:r>
        <w:rPr>
          <w:rFonts w:ascii="Gentium Plus" w:hAnsi="Gentium Plus"/>
          <w:sz w:val="24"/>
        </w:rPr>
        <w:t>βάνει δέ τι αὐτῷ καὶ τὰ μερικά. Κάλει τοίνυν τεχ‐ νίτην μὲν τὸν θεόν, ὄργανα δὲ τοὺς λογισμοὺς τοὺς ἀνθρωπίνους, τέχνην δὲ τὴν ἀνθρωπίνην σπῶσαν</w:t>
      </w:r>
    </w:p>
    <w:p>
      <w:r>
        <w:rPr>
          <w:rFonts w:ascii="Courier New" w:hAnsi="Courier New"/>
          <w:color w:val="555555"/>
          <w:sz w:val="20"/>
        </w:rPr>
        <w:t>[13 . 4 d]</w:t>
      </w:r>
    </w:p>
    <w:p>
      <w:r>
        <w:rPr>
          <w:rFonts w:ascii="Gentium Plus" w:hAnsi="Gentium Plus"/>
          <w:sz w:val="24"/>
        </w:rPr>
        <w:t>ἡμᾶς ἐπὶ τὴν ἀγωγὴν τῆς εἱμαρμένης. Εἰ δέ σοι καὶ σαφεστέρας εἰκόνος δεῖ, νόει μοι στρατηγὸν μὲν τὸν θεόν, στρατείαν δὲ τὴν ζωήν, ὁπλίτην δὲ τὸν ἄνθρω‐ πον, σύνθεμα δὲ τὴν εἱμαρμένην, ὅπλα δὲ τὰς εὐπορίας,</w:t>
      </w:r>
    </w:p>
    <w:p>
      <w:r>
        <w:rPr>
          <w:rFonts w:ascii="Courier New" w:hAnsi="Courier New"/>
          <w:color w:val="555555"/>
          <w:sz w:val="20"/>
        </w:rPr>
        <w:t>[5]</w:t>
      </w:r>
    </w:p>
    <w:p>
      <w:r>
        <w:rPr>
          <w:rFonts w:ascii="Gentium Plus" w:hAnsi="Gentium Plus"/>
          <w:sz w:val="24"/>
        </w:rPr>
        <w:t>πολεμίους δὲ τὰς συμφοράς, σύμμαχον δὲ τὸν λογισ‐ μόν, ἀριστείαν δὲ τὴν ἀρετήν, ἧτταν δὲ τὴν μοχθηρίαν, μαντικὴν δὲ τὴν τέχνην αὐτὴν τὴν ἐκ τῆς παρασκευῆς</w:t>
      </w:r>
    </w:p>
    <w:p>
      <w:r>
        <w:rPr>
          <w:rFonts w:ascii="Courier New" w:hAnsi="Courier New"/>
          <w:color w:val="555555"/>
          <w:sz w:val="20"/>
        </w:rPr>
        <w:t>[13 . 4 e]</w:t>
      </w:r>
    </w:p>
    <w:p>
      <w:r>
        <w:rPr>
          <w:rFonts w:ascii="Gentium Plus" w:hAnsi="Gentium Plus"/>
          <w:sz w:val="24"/>
        </w:rPr>
        <w:t>ἐπισταμένην τὸ μέλλον. Καὶ γὰρ κυβερνήτης ναῦν ἔχων, καὶ εἰδὼς τὰ ὄργανα, καὶ τὴν θάλατταν ὁρῶν, καὶ αἰσθανόμενος τῶν πνευμάτων, οἶδεν τὸ ἀποβησό‐</w:t>
      </w:r>
    </w:p>
    <w:p>
      <w:r>
        <w:rPr>
          <w:rFonts w:ascii="Courier New" w:hAnsi="Courier New"/>
          <w:color w:val="555555"/>
          <w:sz w:val="20"/>
        </w:rPr>
        <w:t>[13 . 4 f]</w:t>
      </w:r>
    </w:p>
    <w:p>
      <w:r>
        <w:rPr>
          <w:rFonts w:ascii="Gentium Plus" w:hAnsi="Gentium Plus"/>
          <w:sz w:val="24"/>
        </w:rPr>
        <w:t>μενον. Καὶ στρατηγὸς στρατόπεδον ἔχων, καὶ τὰ ὅπλα εἰδώς, καὶ τῆς παρασκευῆς μεμνημένος, καὶ τῶν πολε‐</w:t>
      </w:r>
    </w:p>
    <w:p>
      <w:r>
        <w:rPr>
          <w:rFonts w:ascii="Courier New" w:hAnsi="Courier New"/>
          <w:color w:val="555555"/>
          <w:sz w:val="20"/>
        </w:rPr>
        <w:t>[13 . 4 g]</w:t>
      </w:r>
    </w:p>
    <w:p>
      <w:r>
        <w:rPr>
          <w:rFonts w:ascii="Gentium Plus" w:hAnsi="Gentium Plus"/>
          <w:sz w:val="24"/>
        </w:rPr>
        <w:t>μίων αἰσθανόμενος, οἶδεν τὸ ἀποβησόμενον. Καὶ ἰατρὸς τὸν κάμνοντα ἰδών, καὶ τῆς νόσου ξυνείς, καὶ τῆς</w:t>
      </w:r>
    </w:p>
    <w:p>
      <w:r>
        <w:rPr>
          <w:rFonts w:ascii="Courier New" w:hAnsi="Courier New"/>
          <w:color w:val="555555"/>
          <w:sz w:val="20"/>
        </w:rPr>
        <w:t>[13 . 4 h]</w:t>
      </w:r>
    </w:p>
    <w:p>
      <w:r>
        <w:rPr>
          <w:rFonts w:ascii="Gentium Plus" w:hAnsi="Gentium Plus"/>
          <w:sz w:val="24"/>
        </w:rPr>
        <w:t>τέχνης αἰσθανόμενος, οἶδεν τὸ ἀποβησόμενον. Ὁρᾷς τὸ πλῆθος τῶν μάντεων, ὡς σαφές, ὡς τεχνικόν, ὡς</w:t>
      </w:r>
    </w:p>
    <w:p>
      <w:r>
        <w:rPr>
          <w:rFonts w:ascii="Courier New" w:hAnsi="Courier New"/>
          <w:color w:val="555555"/>
          <w:sz w:val="20"/>
        </w:rPr>
        <w:t>[13 . 4 i]</w:t>
      </w:r>
    </w:p>
    <w:p>
      <w:r>
        <w:rPr>
          <w:rFonts w:ascii="Gentium Plus" w:hAnsi="Gentium Plus"/>
          <w:sz w:val="24"/>
        </w:rPr>
        <w:t>εὔστοχον; Εἰ μὲν οὖν τὸ ἐφ’ ἡμῖν αὐτὸ ἦν καθ’ αὑτό,</w:t>
      </w:r>
    </w:p>
    <w:p>
      <w:r>
        <w:rPr>
          <w:rFonts w:ascii="Courier New" w:hAnsi="Courier New"/>
          <w:color w:val="555555"/>
          <w:sz w:val="20"/>
        </w:rPr>
        <w:t>[13 . 4 k]</w:t>
      </w:r>
    </w:p>
    <w:p>
      <w:r>
        <w:rPr>
          <w:rFonts w:ascii="Gentium Plus" w:hAnsi="Gentium Plus"/>
          <w:sz w:val="24"/>
        </w:rPr>
        <w:t>ἀπήλλακτο δὲ εἱμαρμένης, οὐδὲν ἔδει μαντικῆς· εἰ δὲ ἀνακέκραται τὸ ἐφ’ ἡμῖν τοῖς ὅλοις, μέρος ὅσον καὶ τοῦτο τῆς εἱμαρμένης, κατὰ μὲν τὸ ἀναγκαῖον ἡ μαν‐ τικὴ στήσεται· κατὰ δὲ τὸ δῆλον ἢ μή, βουλεύσεται.</w:t>
      </w:r>
    </w:p>
    <w:p>
      <w:r>
        <w:rPr>
          <w:rFonts w:ascii="Courier New" w:hAnsi="Courier New"/>
          <w:color w:val="555555"/>
          <w:sz w:val="20"/>
        </w:rPr>
        <w:t>[13 . 5 a]</w:t>
      </w:r>
    </w:p>
    <w:p>
      <w:r>
        <w:rPr>
          <w:rFonts w:ascii="Gentium Plus" w:hAnsi="Gentium Plus"/>
          <w:sz w:val="24"/>
        </w:rPr>
        <w:t>Ἤδη δὲ καὶ τοῦ ἀναγκαίου ἡ γνώμη μαντικῇ</w:t>
      </w:r>
    </w:p>
    <w:p>
      <w:r>
        <w:rPr>
          <w:rFonts w:ascii="Courier New" w:hAnsi="Courier New"/>
          <w:color w:val="555555"/>
          <w:sz w:val="20"/>
        </w:rPr>
        <w:t>[13 . 5 b]</w:t>
      </w:r>
    </w:p>
    <w:p>
      <w:r>
        <w:rPr>
          <w:rFonts w:ascii="Gentium Plus" w:hAnsi="Gentium Plus"/>
          <w:sz w:val="24"/>
        </w:rPr>
        <w:t>δηλωτική. Πῶς καὶ τίνα τρόπον ἑκατέρα; Αὐχμοὺς μέν, καὶ ἀνομβρίας, καὶ σεισμοὺς γῆς, καὶ πυρὸς ἐκβολάς, καὶ πνευμάτων ἐμβολάς, καὶ ἀέρων μεταβολὰς οὐ θεὸς οἶδεν μόνος, ἀλλὰ καὶ ἀνθρώπων ὅσοι δαι‐</w:t>
      </w:r>
    </w:p>
    <w:p>
      <w:r>
        <w:rPr>
          <w:rFonts w:ascii="Courier New" w:hAnsi="Courier New"/>
          <w:color w:val="555555"/>
          <w:sz w:val="20"/>
        </w:rPr>
        <w:t>[13 . 5 c]</w:t>
      </w:r>
    </w:p>
    <w:p>
      <w:r>
        <w:rPr>
          <w:rFonts w:ascii="Gentium Plus" w:hAnsi="Gentium Plus"/>
          <w:sz w:val="24"/>
        </w:rPr>
        <w:t>μόνιοι. Οὕτω καὶ Φερεκύδης σεισμὸν Σαμίοις προ‐ εμήνυσεν, καὶ Ἱπποκράτης Θετταλοῖς προσιόντα λοι‐ μόν, καὶ Τιμήσιος Κλαζομενίοις ἐκλείποντα ἥλιον, καὶ</w:t>
      </w:r>
    </w:p>
    <w:p>
      <w:r>
        <w:rPr>
          <w:rFonts w:ascii="Courier New" w:hAnsi="Courier New"/>
          <w:color w:val="555555"/>
          <w:sz w:val="20"/>
        </w:rPr>
        <w:t>[13 . 5 d]</w:t>
      </w:r>
    </w:p>
    <w:p>
      <w:r>
        <w:rPr>
          <w:rFonts w:ascii="Gentium Plus" w:hAnsi="Gentium Plus"/>
          <w:sz w:val="24"/>
        </w:rPr>
        <w:t>ἄλλος ἄλλό τι. Πῶς δὲ δὴ καὶ θεὸς τῶν ὅσα ἐφ’ ἡμῖν καταμαντεύεται; Μὴ σπεῖρε τέκνων ἄλοκα δαιμόνων ἄτερ, ὁ θεὸς λέγει·</w:t>
      </w:r>
    </w:p>
    <w:p>
      <w:r>
        <w:rPr>
          <w:rFonts w:ascii="Courier New" w:hAnsi="Courier New"/>
          <w:color w:val="555555"/>
          <w:sz w:val="20"/>
        </w:rPr>
        <w:t>[5]</w:t>
      </w:r>
    </w:p>
    <w:p>
      <w:r>
        <w:rPr>
          <w:rFonts w:ascii="Gentium Plus" w:hAnsi="Gentium Plus"/>
          <w:sz w:val="24"/>
        </w:rPr>
        <w:t>ἢν γὰρ φυτεύσῃς παῖδα, ἀποκτενεῖ σε ὁ φῦς· ταῦτα λέγει μέν, ἀλλὰ οἶδεν ἀνδρὶ συμβουλεύων ἀκο‐ λάστῳ καὶ ἀκρατεῖ μέθης, καὶ διὰ τοῦτο προλέγει τὴν συμφοράν, ἧς παρέσχεν μὲν τὴν ἀρχὴν ὁ Λάϊος,</w:t>
      </w:r>
    </w:p>
    <w:p>
      <w:r>
        <w:rPr>
          <w:rFonts w:ascii="Courier New" w:hAnsi="Courier New"/>
          <w:color w:val="555555"/>
          <w:sz w:val="20"/>
        </w:rPr>
        <w:t>[10]</w:t>
      </w:r>
    </w:p>
    <w:p>
      <w:r>
        <w:rPr>
          <w:rFonts w:ascii="Gentium Plus" w:hAnsi="Gentium Plus"/>
          <w:sz w:val="24"/>
        </w:rPr>
        <w:t>ἐγνώρισεν δὲ τὴν αἰτίαν ὁ θεός.</w:t>
      </w:r>
    </w:p>
    <w:p>
      <w:r>
        <w:rPr>
          <w:rFonts w:ascii="Courier New" w:hAnsi="Courier New"/>
          <w:color w:val="555555"/>
          <w:sz w:val="20"/>
        </w:rPr>
        <w:t>[13 . 5 e]</w:t>
      </w:r>
    </w:p>
    <w:p>
      <w:r>
        <w:rPr>
          <w:rFonts w:ascii="Gentium Plus" w:hAnsi="Gentium Plus"/>
          <w:sz w:val="24"/>
        </w:rPr>
        <w:t>Κροῖσος Ἅλυν διαβὰς μεγάλην ἀρχὴν καταλύσει· ὅτι μὲν διαβήσεται οὐ λέγει, τί δὲ πείσεται διαβὰς</w:t>
      </w:r>
    </w:p>
    <w:p>
      <w:r>
        <w:rPr>
          <w:rFonts w:ascii="Courier New" w:hAnsi="Courier New"/>
          <w:color w:val="555555"/>
          <w:sz w:val="20"/>
        </w:rPr>
        <w:t>[13 . 5 f]</w:t>
      </w:r>
    </w:p>
    <w:p>
      <w:r>
        <w:rPr>
          <w:rFonts w:ascii="Gentium Plus" w:hAnsi="Gentium Plus"/>
          <w:sz w:val="24"/>
        </w:rPr>
        <w:t>λέγει. Εἰ δὲ ἀπαλλάξεις τῆς συμπλοκῆς καὶ διοικίσεις μαντικὴν θεοῦ καὶ ἀνθρώπου νοῦν, καὶ διέλυσας ἁρμονιῶν τὴν μουσικωτάτην.</w:t>
      </w:r>
    </w:p>
    <w:p>
      <w:r>
        <w:rPr>
          <w:rFonts w:ascii="Courier New" w:hAnsi="Courier New"/>
          <w:color w:val="555555"/>
          <w:sz w:val="20"/>
        </w:rPr>
        <w:t>[13 . 6 a]</w:t>
      </w:r>
    </w:p>
    <w:p>
      <w:r>
        <w:rPr>
          <w:rFonts w:ascii="Gentium Plus" w:hAnsi="Gentium Plus"/>
          <w:sz w:val="24"/>
        </w:rPr>
        <w:t>Οἶκος οὗτος εἷς θεῶν καὶ ἀνθρώπων, οὐρανὸς καὶ</w:t>
      </w:r>
    </w:p>
    <w:p>
      <w:r>
        <w:rPr>
          <w:rFonts w:ascii="Courier New" w:hAnsi="Courier New"/>
          <w:color w:val="555555"/>
          <w:sz w:val="20"/>
        </w:rPr>
        <w:t>[13 . 6 b]</w:t>
      </w:r>
    </w:p>
    <w:p>
      <w:r>
        <w:rPr>
          <w:rFonts w:ascii="Gentium Plus" w:hAnsi="Gentium Plus"/>
          <w:sz w:val="24"/>
        </w:rPr>
        <w:t>γῆ, δυοῖν ἑστία ἢ ὀχήματα, τὰ ἀθάνατα. Ὧν τὸν μὲν νέμονται θεοὶ καὶ θεῶν παῖδες, τὴν δὲ ὑποφῆται θεῶν, ἄνθρωποι, οὐ ‘χαμαιεῦναι,‘ καθ’ Ὅμηρον, οὐδὲ ‘ἀνιπτόποδες,‘ ἀλλὰ ἄνω εἰς τὸν οὐρανὸν ὁρῶντες</w:t>
      </w:r>
    </w:p>
    <w:p>
      <w:r>
        <w:rPr>
          <w:rFonts w:ascii="Courier New" w:hAnsi="Courier New"/>
          <w:color w:val="555555"/>
          <w:sz w:val="20"/>
        </w:rPr>
        <w:t>[5]</w:t>
      </w:r>
    </w:p>
    <w:p>
      <w:r>
        <w:rPr>
          <w:rFonts w:ascii="Gentium Plus" w:hAnsi="Gentium Plus"/>
          <w:sz w:val="24"/>
        </w:rPr>
        <w:t>ὀρθῇ τῇ ψυχῇ, καὶ ἀνηρτημένοι τῇ γνώμῃ πρὸς τὸν</w:t>
      </w:r>
    </w:p>
    <w:p>
      <w:r>
        <w:rPr>
          <w:rFonts w:ascii="Courier New" w:hAnsi="Courier New"/>
          <w:color w:val="555555"/>
          <w:sz w:val="20"/>
        </w:rPr>
        <w:t>[13 . 6 c]</w:t>
      </w:r>
    </w:p>
    <w:p>
      <w:r>
        <w:rPr>
          <w:rFonts w:ascii="Gentium Plus" w:hAnsi="Gentium Plus"/>
          <w:sz w:val="24"/>
        </w:rPr>
        <w:t>Δία. Διέλαχον δὲ αὐτῶν τοὺς βίους ἐπιστάται θεοί· γῆν τε γὰρ θεοὶ ἐπιβόσκονται, σώζοντες τὰ τῆς γῆς ἔγγονα, οὐχ ὁρώμενοι, οὐδὲ τοξεύοντες, ἢ τιτρωσκό‐ μενοι,</w:t>
      </w:r>
    </w:p>
    <w:p>
      <w:r>
        <w:rPr>
          <w:rFonts w:ascii="Courier New" w:hAnsi="Courier New"/>
          <w:color w:val="555555"/>
          <w:sz w:val="20"/>
        </w:rPr>
        <w:t>[5]</w:t>
      </w:r>
    </w:p>
    <w:p>
      <w:r>
        <w:rPr>
          <w:rFonts w:ascii="Gentium Plus" w:hAnsi="Gentium Plus"/>
          <w:sz w:val="24"/>
        </w:rPr>
        <w:t>οὐ γὰρ σῖτον ἔδους’, οὐ πίνους’ αἴθοπα οἶνον.</w:t>
      </w:r>
    </w:p>
    <w:p>
      <w:r>
        <w:rPr>
          <w:rFonts w:ascii="Courier New" w:hAnsi="Courier New"/>
          <w:color w:val="555555"/>
          <w:sz w:val="20"/>
        </w:rPr>
        <w:t>[13 . 6 d]</w:t>
      </w:r>
    </w:p>
    <w:p>
      <w:r>
        <w:rPr>
          <w:rFonts w:ascii="Gentium Plus" w:hAnsi="Gentium Plus"/>
          <w:sz w:val="24"/>
        </w:rPr>
        <w:t>Ἄνθρωποι δὲ εἰς τὸν οὐρανὸν ἀφορῶντες, ᾗ θέμις ὁρᾶν τὸν τοῦ Διὸς περιλαμπῆ οἶκον, οὐ χρυσοῖς, καθ’ Ὅμηρον, κόσμοις καὶ κόραις δᾷδας μετὰ χεῖρας φέ‐ ρουσιν λαμπόμενον, ἀλλὰ ἡλίῳ καὶ σελήνῃ καὶ τῶν</w:t>
      </w:r>
    </w:p>
    <w:p>
      <w:r>
        <w:rPr>
          <w:rFonts w:ascii="Courier New" w:hAnsi="Courier New"/>
          <w:color w:val="555555"/>
          <w:sz w:val="20"/>
        </w:rPr>
        <w:t>[5]</w:t>
      </w:r>
    </w:p>
    <w:p>
      <w:r>
        <w:rPr>
          <w:rFonts w:ascii="Gentium Plus" w:hAnsi="Gentium Plus"/>
          <w:sz w:val="24"/>
        </w:rPr>
        <w:t>τούτοις συντεταγμένων ἀκμαίῳ πυρὶ καταφεγγόμενον.</w:t>
      </w:r>
    </w:p>
    <w:p>
      <w:r>
        <w:rPr>
          <w:rFonts w:ascii="Courier New" w:hAnsi="Courier New"/>
          <w:color w:val="555555"/>
          <w:sz w:val="20"/>
        </w:rPr>
        <w:t>[13 . 6 e]</w:t>
      </w:r>
    </w:p>
    <w:p>
      <w:r>
        <w:rPr>
          <w:rFonts w:ascii="Gentium Plus" w:hAnsi="Gentium Plus"/>
          <w:sz w:val="24"/>
        </w:rPr>
        <w:t>Στρατὸν ὁρᾷς ἡγεμόνων ἀγαθῶν καὶ θεραπόντων ἀν‐ αγκαίων· τοῦτό μοι φύλαττε τὸ σύνθημα, καὶ ὄψει μὲν τὴν μαντικήν, συνήσεις δὲ τὴν ἀρετήν, γνωριεῖς δὲ τὴν ἑκατέρου ἐπιμέλειαν καὶ κοινωνίαν.</w:t>
      </w:r>
    </w:p>
    <w:p>
      <w:r>
        <w:rPr>
          <w:rFonts w:ascii="Courier New" w:hAnsi="Courier New"/>
          <w:color w:val="555555"/>
          <w:sz w:val="20"/>
        </w:rPr>
        <w:t>[13 . 7 a]</w:t>
      </w:r>
    </w:p>
    <w:p>
      <w:r>
        <w:rPr>
          <w:rFonts w:ascii="Gentium Plus" w:hAnsi="Gentium Plus"/>
          <w:sz w:val="24"/>
        </w:rPr>
        <w:t>Πολιτείαν ὁρᾷς τὸν ἀνθρώπινον βίον, οὐχ ἑδραῖον οὐδὲ ἠπειρωτικόν, ἀλλὰ νεὼς ὁλκάδος, ἐν πελάγει πλα‐ τεῖ περαιούμενος· σώζει δὲ αὐτὴν οὐ μόνον κυβερνή‐ του τέχνη, ἀλλὰ καὶ πνευμάτων καιροί, καὶ ὑπηρεσία</w:t>
      </w:r>
    </w:p>
    <w:p>
      <w:r>
        <w:rPr>
          <w:rFonts w:ascii="Courier New" w:hAnsi="Courier New"/>
          <w:color w:val="555555"/>
          <w:sz w:val="20"/>
        </w:rPr>
        <w:t>[5]</w:t>
      </w:r>
    </w:p>
    <w:p>
      <w:r>
        <w:rPr>
          <w:rFonts w:ascii="Gentium Plus" w:hAnsi="Gentium Plus"/>
          <w:sz w:val="24"/>
        </w:rPr>
        <w:t>ναυτῶν, καὶ εὐκολία ὀργάνων, καὶ θαλάττης φύσις.</w:t>
      </w:r>
    </w:p>
    <w:p>
      <w:r>
        <w:rPr>
          <w:rFonts w:ascii="Courier New" w:hAnsi="Courier New"/>
          <w:color w:val="555555"/>
          <w:sz w:val="20"/>
        </w:rPr>
        <w:t>[13 . 7 b]</w:t>
      </w:r>
    </w:p>
    <w:p>
      <w:r>
        <w:rPr>
          <w:rFonts w:ascii="Gentium Plus" w:hAnsi="Gentium Plus"/>
          <w:sz w:val="24"/>
        </w:rPr>
        <w:t>Τάττε δέ μοι κατὰ μὲν τὰ ὄργανα καὶ τὰς ὑπηρεσίας τοὺς λογισμοὺς τῆς ψυχῆς, κατὰ δὲ θάλατταν καὶ τὰ πνεύματα τὸ ἄδηλον τῶν ἀνθρωπίνων, κατὰ δὲ τὸ</w:t>
      </w:r>
    </w:p>
    <w:p>
      <w:r>
        <w:rPr>
          <w:rFonts w:ascii="Courier New" w:hAnsi="Courier New"/>
          <w:color w:val="555555"/>
          <w:sz w:val="20"/>
        </w:rPr>
        <w:t>[13 . 7 c]</w:t>
      </w:r>
    </w:p>
    <w:p>
      <w:r>
        <w:rPr>
          <w:rFonts w:ascii="Gentium Plus" w:hAnsi="Gentium Plus"/>
          <w:sz w:val="24"/>
        </w:rPr>
        <w:t>μαντικῆς. Εἰ δέ σου ἀντε〈τίθει〉 τύχη τῷ λογισμῷ τῆς πολιτείας κράσεις, ἀκούσῃ Πλάτωνος ὡδὶ λέγοντος,</w:t>
      </w:r>
    </w:p>
    <w:p>
      <w:r>
        <w:rPr>
          <w:rFonts w:ascii="Courier New" w:hAnsi="Courier New"/>
          <w:color w:val="555555"/>
          <w:sz w:val="20"/>
        </w:rPr>
        <w:t>[13 . 7 d]</w:t>
      </w:r>
    </w:p>
    <w:p>
      <w:r>
        <w:rPr>
          <w:rFonts w:ascii="Gentium Plus" w:hAnsi="Gentium Plus"/>
          <w:sz w:val="24"/>
        </w:rPr>
        <w:t>ὡς θεὸς μὲν πάντα, καὶ μετὰ θεοῦ τύχη καὶ καιρὸς τὰ ἀνθρώπινα κυβερνῶσιν τὰ ξύμ‐</w:t>
      </w:r>
    </w:p>
    <w:p>
      <w:r>
        <w:rPr>
          <w:rFonts w:ascii="Courier New" w:hAnsi="Courier New"/>
          <w:color w:val="555555"/>
          <w:sz w:val="20"/>
        </w:rPr>
        <w:t>[13 . 7 e]</w:t>
      </w:r>
    </w:p>
    <w:p>
      <w:r>
        <w:rPr>
          <w:rFonts w:ascii="Gentium Plus" w:hAnsi="Gentium Plus"/>
          <w:sz w:val="24"/>
        </w:rPr>
        <w:t>παντα· ἡμερώτερόν γε μὴν τρίτον ἐπὶ τούτοις προσ‐</w:t>
      </w:r>
    </w:p>
    <w:p>
      <w:r>
        <w:rPr>
          <w:rFonts w:ascii="Courier New" w:hAnsi="Courier New"/>
          <w:color w:val="555555"/>
          <w:sz w:val="20"/>
        </w:rPr>
        <w:t>[13 . 7 f]</w:t>
      </w:r>
    </w:p>
    <w:p>
      <w:r>
        <w:rPr>
          <w:rFonts w:ascii="Gentium Plus" w:hAnsi="Gentium Plus"/>
          <w:sz w:val="24"/>
        </w:rPr>
        <w:t>θεῖναι δεῖν ἕπεσθαι, τὴν τέχνην. Καιρῷ γὰρ χειμῶνι συλλαβέσθαι κυβερνητικήν, ἢ μή, μέγα πλεονέκτημα ἔγωγ’ ἂν θείην.</w:t>
      </w:r>
    </w:p>
    <w:p>
      <w:r>
        <w:rPr>
          <w:rFonts w:ascii="Courier New" w:hAnsi="Courier New"/>
          <w:color w:val="555555"/>
          <w:sz w:val="20"/>
        </w:rPr>
        <w:t>[13 . 8 a]</w:t>
      </w:r>
    </w:p>
    <w:p>
      <w:r>
        <w:rPr>
          <w:rFonts w:ascii="Gentium Plus" w:hAnsi="Gentium Plus"/>
          <w:sz w:val="24"/>
        </w:rPr>
        <w:t>Ταῦτά μου τὰ μαντεύματα τὴν ψυχὴν ταράττει, καὶ οὔτε καθαρῶς εἰς ὑπεροψίαν ἄγει τῆς μαντικῆς,</w:t>
      </w:r>
    </w:p>
    <w:p>
      <w:r>
        <w:rPr>
          <w:rFonts w:ascii="Courier New" w:hAnsi="Courier New"/>
          <w:color w:val="555555"/>
          <w:sz w:val="20"/>
        </w:rPr>
        <w:t>[13 . 8 b]</w:t>
      </w:r>
    </w:p>
    <w:p>
      <w:r>
        <w:rPr>
          <w:rFonts w:ascii="Gentium Plus" w:hAnsi="Gentium Plus"/>
          <w:sz w:val="24"/>
        </w:rPr>
        <w:t>οὔτε καθαρῶς τοῖς λογισμοῖς διαπιστεύει· ἀλλ’ ὥσπερ τῶν ἀμφιβίων ζῴων οἱ ὄρνιθες κοινωνοῦσιν τοῦ ἐν ἀέρι δρόμου τοῖς μεταρσίοις, τοιαύτην ὁρῷ καὶ τῷ ἀν‐ θρώπῳ τὴν διαγωγὴν τοῦ βίου, ἀμφίβιον καὶ κεκρα‐</w:t>
      </w:r>
    </w:p>
    <w:p>
      <w:r>
        <w:rPr>
          <w:rFonts w:ascii="Courier New" w:hAnsi="Courier New"/>
          <w:color w:val="555555"/>
          <w:sz w:val="20"/>
        </w:rPr>
        <w:t>[5]</w:t>
      </w:r>
    </w:p>
    <w:p>
      <w:r>
        <w:rPr>
          <w:rFonts w:ascii="Gentium Plus" w:hAnsi="Gentium Plus"/>
          <w:sz w:val="24"/>
        </w:rPr>
        <w:t>μένην ὁμοῦ ἐξουσίᾳ καὶ ἀνάγκῃ· οἵα γένοιτ’ ἂν καὶ δεσμώτῃ ἀνδρὶ ἐξουσία ἑπομένῳ αὐθαιρέτως τοῖς ἄγου‐</w:t>
      </w:r>
    </w:p>
    <w:p>
      <w:r>
        <w:rPr>
          <w:rFonts w:ascii="Courier New" w:hAnsi="Courier New"/>
          <w:color w:val="555555"/>
          <w:sz w:val="20"/>
        </w:rPr>
        <w:t>[13 . 8 c]</w:t>
      </w:r>
    </w:p>
    <w:p>
      <w:r>
        <w:rPr>
          <w:rFonts w:ascii="Gentium Plus" w:hAnsi="Gentium Plus"/>
          <w:sz w:val="24"/>
        </w:rPr>
        <w:t>σιν· ὥστε ἐγὼ ὑποπτεύω μὲν τὴν ἀνάγκην, ὀνομάσαι δὲ αὐτὴν εὐπόρως οὐκ ἔχω. Κἂν γὰρ πεπρωμένην φῶ, ὄνομα λέγω πλανώμενον ἐν ἀνθρώπων δόξαις· τίς γὰρ ἡ πεπρωμένη; ποίας φύσεως; τίνος οὐσίας;</w:t>
      </w:r>
    </w:p>
    <w:p>
      <w:r>
        <w:rPr>
          <w:rFonts w:ascii="Courier New" w:hAnsi="Courier New"/>
          <w:color w:val="555555"/>
          <w:sz w:val="20"/>
        </w:rPr>
        <w:t>[13 . 8 d]</w:t>
      </w:r>
    </w:p>
    <w:p>
      <w:r>
        <w:rPr>
          <w:rFonts w:ascii="Gentium Plus" w:hAnsi="Gentium Plus"/>
          <w:sz w:val="24"/>
        </w:rPr>
        <w:t>Εἰ μέν τοι θεός ἐσσι, τοὶ οὐρανὸν εὐρὺν ἔχουσιν, οὐδὲν τῶν δεινῶν σὸν ἔργον, οὐδὲ καθ’ εἱμαρμένην αἱ ἀνθρώπιναι συμφοραί· οὐ γὰρ θέμις ἀνάπτειν θεῶν αἰτίαν κακοῦ·</w:t>
      </w:r>
    </w:p>
    <w:p>
      <w:r>
        <w:rPr>
          <w:rFonts w:ascii="Courier New" w:hAnsi="Courier New"/>
          <w:color w:val="555555"/>
          <w:sz w:val="20"/>
        </w:rPr>
        <w:t>[13 . 8 e]</w:t>
      </w:r>
    </w:p>
    <w:p>
      <w:r>
        <w:rPr>
          <w:rFonts w:ascii="Gentium Plus" w:hAnsi="Gentium Plus"/>
          <w:sz w:val="24"/>
        </w:rPr>
        <w:t>εἰ δέ τις ἐστὶ βροτῶν, τοὶ ἐπὶ χθονὶ ναιετά‐ ουσιν, ψεύδεται μὲν ὁ Ἐλπήνωρ λέγων, ἆσέ με δαίμονος αἶσα κακή·</w:t>
      </w:r>
    </w:p>
    <w:p>
      <w:r>
        <w:rPr>
          <w:rFonts w:ascii="Courier New" w:hAnsi="Courier New"/>
          <w:color w:val="555555"/>
          <w:sz w:val="20"/>
        </w:rPr>
        <w:t>[5]</w:t>
      </w:r>
    </w:p>
    <w:p>
      <w:r>
        <w:rPr>
          <w:rFonts w:ascii="Gentium Plus" w:hAnsi="Gentium Plus"/>
          <w:sz w:val="24"/>
        </w:rPr>
        <w:t>ψεύδεται δὲ ὁ Ἀγαμέμνων λέγων, ἐγὼ δ’ οὐκ αἴτιός εἰμι, ἀλλὰ Ζεύς, καὶ Μοῖρα, καὶ ἠεροφοῖτις Ἐρινύς.</w:t>
      </w:r>
    </w:p>
    <w:p>
      <w:r>
        <w:rPr>
          <w:rFonts w:ascii="Courier New" w:hAnsi="Courier New"/>
          <w:color w:val="555555"/>
          <w:sz w:val="20"/>
        </w:rPr>
        <w:t>[13 . 9 a]</w:t>
      </w:r>
    </w:p>
    <w:p>
      <w:r>
        <w:rPr>
          <w:rFonts w:ascii="Gentium Plus" w:hAnsi="Gentium Plus"/>
          <w:sz w:val="24"/>
        </w:rPr>
        <w:t>Ἔοικεν δὲ καὶ ταυτὶ τὰ ὀνόματα εἶναι μοχθηρίας ἀνθρωπίνης εὔφημοι ἀποστροφαί, ἀναθέντων αὐτῆς τὴν αἰτίαν τῷ δαιμονίῳ, καὶ ταῖς Μοίραις, καὶ ταῖς</w:t>
      </w:r>
    </w:p>
    <w:p>
      <w:r>
        <w:rPr>
          <w:rFonts w:ascii="Courier New" w:hAnsi="Courier New"/>
          <w:color w:val="555555"/>
          <w:sz w:val="20"/>
        </w:rPr>
        <w:t>[13 . 9 b]</w:t>
      </w:r>
    </w:p>
    <w:p>
      <w:r>
        <w:rPr>
          <w:rFonts w:ascii="Gentium Plus" w:hAnsi="Gentium Plus"/>
          <w:sz w:val="24"/>
        </w:rPr>
        <w:t>Ἐρινύσιν· οἱ δὲ ἐν μὲν ταῖς τραγῳδίαις ἐχέτωσαν χώ‐</w:t>
      </w:r>
    </w:p>
    <w:p>
      <w:r>
        <w:rPr>
          <w:rFonts w:ascii="Courier New" w:hAnsi="Courier New"/>
          <w:color w:val="555555"/>
          <w:sz w:val="20"/>
        </w:rPr>
        <w:t>[5]</w:t>
      </w:r>
    </w:p>
    <w:p>
      <w:r>
        <w:rPr>
          <w:rFonts w:ascii="Gentium Plus" w:hAnsi="Gentium Plus"/>
          <w:sz w:val="24"/>
        </w:rPr>
        <w:t>εἱμαρμένης ὀνόματα, ἔνδον ἐν τῇ ψυχῇ καθειργμένα, καὶ τὸν Ἀγαμέμνονα ἐνοχλεῖ, ὅτ’ ἄριστον Ἀχαιῶν οὐδὲν ἔτισεν· ταῦτα καὶ τὸν Ἐλπήνορα εἰς μέθην ἄγει, ταῦτα καὶ τὸν Θυέστην ὠθεῖ ἐπὶ τὸν τοῦ ἀδελφοῦ γάμον, ταῦτα</w:t>
      </w:r>
    </w:p>
    <w:p>
      <w:r>
        <w:rPr>
          <w:rFonts w:ascii="Courier New" w:hAnsi="Courier New"/>
          <w:color w:val="555555"/>
          <w:sz w:val="20"/>
        </w:rPr>
        <w:t>[10]</w:t>
      </w:r>
    </w:p>
    <w:p>
      <w:r>
        <w:rPr>
          <w:rFonts w:ascii="Gentium Plus" w:hAnsi="Gentium Plus"/>
          <w:sz w:val="24"/>
        </w:rPr>
        <w:t>καὶ τὸν Οἰδίποδα ἐπὶ τὸν τοῦ πατρὸς φόνον, ταῦτα καὶ τὸν συκοφάντην ἐπὶ τὰ δικαστήρια, καὶ τὸν λῃστὴν ἐπὶ τὴν θάλατταν, καὶ τὸν ἀνδροφόνον ἐπὶ τὸ ξίφος,</w:t>
      </w:r>
    </w:p>
    <w:p>
      <w:r>
        <w:rPr>
          <w:rFonts w:ascii="Courier New" w:hAnsi="Courier New"/>
          <w:color w:val="555555"/>
          <w:sz w:val="20"/>
        </w:rPr>
        <w:t>[13 . 9 c]</w:t>
      </w:r>
    </w:p>
    <w:p>
      <w:r>
        <w:rPr>
          <w:rFonts w:ascii="Gentium Plus" w:hAnsi="Gentium Plus"/>
          <w:sz w:val="24"/>
        </w:rPr>
        <w:t>καὶ τὸν ἀκόλαστον ἐφ’ ἡδονάς. Αὗται πηγαὶ συμ‐ φορῶν ἀνθρωπίνων· ἐντεῦθεν ῥεῖ τὸ τῶν κακῶν πλῆ‐ θος, ὡς ἀπὸ τῆς Αἴτνης τὸ πῦρ ῥεῖ, ὡς ἐξ Αἰθιοπίας ὁ λοιμὸς ῥεῖ; καὶ τὸ μὲν πῦρ ἐπὶ γῆν ῥεῖ, καὶ ὁ</w:t>
      </w:r>
    </w:p>
    <w:p>
      <w:r>
        <w:rPr>
          <w:rFonts w:ascii="Courier New" w:hAnsi="Courier New"/>
          <w:color w:val="555555"/>
          <w:sz w:val="20"/>
        </w:rPr>
        <w:t>[5]</w:t>
      </w:r>
    </w:p>
    <w:p>
      <w:r>
        <w:rPr>
          <w:rFonts w:ascii="Gentium Plus" w:hAnsi="Gentium Plus"/>
          <w:sz w:val="24"/>
        </w:rPr>
        <w:t>λοιμὸς μέχρι τῶν Ἀθηνῶν προελθὼν ἔστη· οἱ δὲ ὀχετοὶ τῆς μοχθηρίας πολλοὶ καὶ ἀέναοι, καὶ δεόμενοι μαν‐</w:t>
      </w:r>
    </w:p>
    <w:p>
      <w:r>
        <w:rPr>
          <w:rFonts w:ascii="Courier New" w:hAnsi="Courier New"/>
          <w:color w:val="555555"/>
          <w:sz w:val="20"/>
        </w:rPr>
        <w:t>[13 . 9 d]</w:t>
      </w:r>
    </w:p>
    <w:p>
      <w:r>
        <w:rPr>
          <w:rFonts w:ascii="Gentium Plus" w:hAnsi="Gentium Plus"/>
          <w:sz w:val="24"/>
        </w:rPr>
        <w:t>τείων πολλῶν καὶ χρησμῶν μυρίων. Τίς ἂν οὖν ἁμάρ‐ τοι μαντευόμενος τί τέλος μοχθηρίας; τί τέλος ἀπι‐ στίας; τί τέλος ἀκολασίας; Ταῦτα καὶ Σωκράτης προὔ‐ λεγεν, οὐχ ὁ Ἀπόλλων μόνον· διὰ τοῦτο ὁ Ἀπόλλων</w:t>
      </w:r>
    </w:p>
    <w:p>
      <w:r>
        <w:rPr>
          <w:rFonts w:ascii="Courier New" w:hAnsi="Courier New"/>
          <w:color w:val="555555"/>
          <w:sz w:val="20"/>
        </w:rPr>
        <w:t>[5]</w:t>
      </w:r>
    </w:p>
    <w:p>
      <w:r>
        <w:rPr>
          <w:rFonts w:ascii="Gentium Plus" w:hAnsi="Gentium Plus"/>
          <w:sz w:val="24"/>
        </w:rPr>
        <w:t>ἐπῄνει Σωκράτην, ὅτι ἦν ὁμότεχνος αὐτῷ.</w:t>
      </w:r>
    </w:p>
    <w:p>
      <w:pPr>
        <w:jc w:val="center"/>
      </w:pPr>
      <w:r>
        <w:rPr>
          <w:rFonts w:ascii="Gentium Plus" w:hAnsi="Gentium Plus"/>
          <w:b/>
          <w:sz w:val="24"/>
        </w:rPr>
        <w:t>Τίσιν χωριστέον τὸν κόλακα τοῦ φίλου.</w:t>
      </w:r>
    </w:p>
    <w:p>
      <w:r>
        <w:rPr>
          <w:rFonts w:ascii="Courier New" w:hAnsi="Courier New"/>
          <w:color w:val="555555"/>
          <w:sz w:val="20"/>
        </w:rPr>
        <w:t>[1]</w:t>
      </w:r>
    </w:p>
    <w:p>
      <w:r>
        <w:rPr>
          <w:rFonts w:ascii="Gentium Plus" w:hAnsi="Gentium Plus"/>
          <w:sz w:val="24"/>
        </w:rPr>
        <w:t>Πρόδικος μὲν Ἡρακλέα ἄγει ἐν τῷ μύθῳ ἄρτι ἡβάσκοντα καὶ ἀνδριζόμενον ἐπὶ διττὰς ὁδούς, Ἀρετὴν</w:t>
      </w:r>
    </w:p>
    <w:p>
      <w:r>
        <w:rPr>
          <w:rFonts w:ascii="Courier New" w:hAnsi="Courier New"/>
          <w:color w:val="555555"/>
          <w:sz w:val="20"/>
        </w:rPr>
        <w:t>[14 . 1 b]</w:t>
      </w:r>
    </w:p>
    <w:p>
      <w:r>
        <w:rPr>
          <w:rFonts w:ascii="Gentium Plus" w:hAnsi="Gentium Plus"/>
          <w:sz w:val="24"/>
        </w:rPr>
        <w:t>καὶ Ἡδονὴν ἐπιστήσας ἡγεμόνας ἑκατέρᾳ τῇ ὁδῷ· ἡ μὲν αὐτῷ σοβαρὰ τῶν ἡγεμόνων, ἡ δὲ εὐσχήμων ἰδεῖν,</w:t>
      </w:r>
    </w:p>
    <w:p>
      <w:r>
        <w:rPr>
          <w:rFonts w:ascii="Courier New" w:hAnsi="Courier New"/>
          <w:color w:val="555555"/>
          <w:sz w:val="20"/>
        </w:rPr>
        <w:t>[14 . 1 c]</w:t>
      </w:r>
    </w:p>
    <w:p>
      <w:r>
        <w:rPr>
          <w:rFonts w:ascii="Gentium Plus" w:hAnsi="Gentium Plus"/>
          <w:sz w:val="24"/>
        </w:rPr>
        <w:t>ἀμπεχόνη ἀνέτη· ἡ δὲ δευτέρα θρυπτική, ἐπίχριστος, χλανιδίοις ἐξηνθισμένη, βλέμμα ἰταμόν, βάδισμα</w:t>
      </w:r>
    </w:p>
    <w:p>
      <w:r>
        <w:rPr>
          <w:rFonts w:ascii="Courier New" w:hAnsi="Courier New"/>
          <w:color w:val="555555"/>
          <w:sz w:val="20"/>
        </w:rPr>
        <w:t>[14 . 1 d]</w:t>
      </w:r>
    </w:p>
    <w:p>
      <w:r>
        <w:rPr>
          <w:rFonts w:ascii="Gentium Plus" w:hAnsi="Gentium Plus"/>
          <w:sz w:val="24"/>
        </w:rPr>
        <w:t>ἄτακτον, φωνὴ ἄμουσος. Ταῦτα ὁρᾷ καὶ ὁ Ἡρακλῆς, ἅτε Διὸς παῖς, καὶ ἀγαθὸς τὴν φύσιν, καὶ χαίρειν τῇ Ἡδονῇ φράσας, ἐπιτρέπει ἑαυτὸν τῇ Ἀρετῇ ἄγειν.</w:t>
      </w:r>
    </w:p>
    <w:p>
      <w:r>
        <w:rPr>
          <w:rFonts w:ascii="Courier New" w:hAnsi="Courier New"/>
          <w:color w:val="555555"/>
          <w:sz w:val="20"/>
        </w:rPr>
        <w:t>[14 . 1 e]</w:t>
      </w:r>
    </w:p>
    <w:p>
      <w:r>
        <w:rPr>
          <w:rFonts w:ascii="Gentium Plus" w:hAnsi="Gentium Plus"/>
          <w:sz w:val="24"/>
        </w:rPr>
        <w:t>Φέρε καὶ ἡμεῖς πλάττωμεν μῦθον, διττὰς ὁδούς, καὶ ἄνδρα ἀγαθόν, καὶ ἡγεμόνας ταῖν ὁδοῖν, ἀντὶ μὲν τῆς Ἀρετῆς τὸν φίλον, ἀντὶ δὲ τῆς Ἡδονῆς τὸν κόλακα. Οὐκοῦν καὶ τούτω διαφέρετον σχήματι καὶ βλέμ‐</w:t>
      </w:r>
    </w:p>
    <w:p>
      <w:r>
        <w:rPr>
          <w:rFonts w:ascii="Courier New" w:hAnsi="Courier New"/>
          <w:color w:val="555555"/>
          <w:sz w:val="20"/>
        </w:rPr>
        <w:t>[14 . 1 g]</w:t>
      </w:r>
    </w:p>
    <w:p>
      <w:r>
        <w:rPr>
          <w:rFonts w:ascii="Gentium Plus" w:hAnsi="Gentium Plus"/>
          <w:sz w:val="24"/>
        </w:rPr>
        <w:t>ματι καὶ ἀμπεχόνῃ καὶ φωνῇ καὶ βαδίσματι· ὁ μὲν</w:t>
      </w:r>
    </w:p>
    <w:p>
      <w:r>
        <w:rPr>
          <w:rFonts w:ascii="Courier New" w:hAnsi="Courier New"/>
          <w:color w:val="555555"/>
          <w:sz w:val="20"/>
        </w:rPr>
        <w:t>[14 . 1 h]</w:t>
      </w:r>
    </w:p>
    <w:p>
      <w:r>
        <w:rPr>
          <w:rFonts w:ascii="Gentium Plus" w:hAnsi="Gentium Plus"/>
          <w:sz w:val="24"/>
        </w:rPr>
        <w:t>ὡς ἥδιστος ἰδεῖν ὤν, ὁ δὲ ὡς ἀληθέστατος· καὶ ὁ μὲν σεσηρώς, ὀρέγων δεξιάν, παρακαλείτω τὸν ἄνδρα ἕπε‐ σθαι αὐτῷ, ἐπαινῶν, καὶ κυλινδαίνων, καὶ ἀντιβολῶν, καὶ δεόμενος, καὶ διηγούμενος ἐκτόπους τινὰς ἡδονάς,</w:t>
      </w:r>
    </w:p>
    <w:p>
      <w:r>
        <w:rPr>
          <w:rFonts w:ascii="Courier New" w:hAnsi="Courier New"/>
          <w:color w:val="555555"/>
          <w:sz w:val="20"/>
        </w:rPr>
        <w:t>[14 . 1 i]</w:t>
      </w:r>
    </w:p>
    <w:p>
      <w:r>
        <w:rPr>
          <w:rFonts w:ascii="Gentium Plus" w:hAnsi="Gentium Plus"/>
          <w:sz w:val="24"/>
        </w:rPr>
        <w:t>εἰ λαβὼν αὐτὸν ἄξει, λειμῶνας ἀνθοῦντας, καὶ ποτα‐ μοὺς ῥέοντας, καὶ ὄρνιθας ᾄδοντας, καὶ αὔρας προση‐ νεῖς, καὶ δένδρα ἀμφιλαφῆ, καὶ λείας ὁδούς, καὶ δρό‐ μους εὐπετεῖς, καὶ κήπους εὐθαλεῖς, ‘ὄγχνας ἐπ’ ὄγχναις,</w:t>
      </w:r>
    </w:p>
    <w:p>
      <w:r>
        <w:rPr>
          <w:rFonts w:ascii="Courier New" w:hAnsi="Courier New"/>
          <w:color w:val="555555"/>
          <w:sz w:val="20"/>
        </w:rPr>
        <w:t>[5]</w:t>
      </w:r>
    </w:p>
    <w:p>
      <w:r>
        <w:rPr>
          <w:rFonts w:ascii="Gentium Plus" w:hAnsi="Gentium Plus"/>
          <w:sz w:val="24"/>
        </w:rPr>
        <w:t>καὶ μῆλα ἐπὶ μήλοις, καὶ σταφυλὴν σταφυλῇ ἐπιφυο‐</w:t>
      </w:r>
    </w:p>
    <w:p>
      <w:r>
        <w:rPr>
          <w:rFonts w:ascii="Courier New" w:hAnsi="Courier New"/>
          <w:color w:val="555555"/>
          <w:sz w:val="20"/>
        </w:rPr>
        <w:t>[14 . 1 k]</w:t>
      </w:r>
    </w:p>
    <w:p>
      <w:r>
        <w:rPr>
          <w:rFonts w:ascii="Gentium Plus" w:hAnsi="Gentium Plus"/>
          <w:sz w:val="24"/>
        </w:rPr>
        <w:t>μένην·‘ ὁ δὲ ἕτερος τῶν ἡγεμόνων λέγει μὲν ὀλίγα, τὰ δὲ ἀληθῆ αὐτά, ὅτι πολλὴ μὲν τῆς ὁδοῦ ἡ τραχεῖα, ὀλίγη δὲ εὐπετής, καὶ χρὴ τὸν ἀγαθὸν ὁδοιπόρον ἥκειν παρεσκευασμένον, ἵνα δεῖ πόνου, μοχθήσοντα, τὴν δὲ</w:t>
      </w:r>
    </w:p>
    <w:p>
      <w:r>
        <w:rPr>
          <w:rFonts w:ascii="Courier New" w:hAnsi="Courier New"/>
          <w:color w:val="555555"/>
          <w:sz w:val="20"/>
        </w:rPr>
        <w:t>[5]</w:t>
      </w:r>
    </w:p>
    <w:p>
      <w:r>
        <w:rPr>
          <w:rFonts w:ascii="Gentium Plus" w:hAnsi="Gentium Plus"/>
          <w:sz w:val="24"/>
        </w:rPr>
        <w:t>ῥᾳστώνην ἐκ περιουσίας ληψόμενον.</w:t>
      </w:r>
    </w:p>
    <w:p>
      <w:r>
        <w:rPr>
          <w:rFonts w:ascii="Courier New" w:hAnsi="Courier New"/>
          <w:color w:val="555555"/>
          <w:sz w:val="20"/>
        </w:rPr>
        <w:t>[14 . 2 a]</w:t>
      </w:r>
    </w:p>
    <w:p>
      <w:r>
        <w:rPr>
          <w:rFonts w:ascii="Gentium Plus" w:hAnsi="Gentium Plus"/>
          <w:sz w:val="24"/>
        </w:rPr>
        <w:t>Ταῦτά τοι λεγόντων ποτέρῳ πείσεται; καὶ ποίαν</w:t>
      </w:r>
    </w:p>
    <w:p>
      <w:r>
        <w:rPr>
          <w:rFonts w:ascii="Courier New" w:hAnsi="Courier New"/>
          <w:color w:val="555555"/>
          <w:sz w:val="20"/>
        </w:rPr>
        <w:t>[14 . 2 b]</w:t>
      </w:r>
    </w:p>
    <w:p>
      <w:r>
        <w:rPr>
          <w:rFonts w:ascii="Gentium Plus" w:hAnsi="Gentium Plus"/>
          <w:sz w:val="24"/>
        </w:rPr>
        <w:t>ἄπεισιν; Ἀποκρινώμεθα τῷ ποιητῇ τοῦ μύθου, ὅτι εἰ μὲν Ἀσσύριός τις οὗτος εἴη κακοδαίμων ἀνήρ, ἢ Φοῖνιξ Στράτων, ἢ Νικοκλῆς ὁ Κύπριος, ἢ ὁ Συβαρίτης ἐκεῖνος, τὸν μὲν καὶ μισήσει τῶν ἡγεμόνων, καὶ ἡγή‐</w:t>
      </w:r>
    </w:p>
    <w:p>
      <w:r>
        <w:rPr>
          <w:rFonts w:ascii="Courier New" w:hAnsi="Courier New"/>
          <w:color w:val="555555"/>
          <w:sz w:val="20"/>
        </w:rPr>
        <w:t>[5]</w:t>
      </w:r>
    </w:p>
    <w:p>
      <w:r>
        <w:rPr>
          <w:rFonts w:ascii="Gentium Plus" w:hAnsi="Gentium Plus"/>
          <w:sz w:val="24"/>
        </w:rPr>
        <w:t>σεταί τινα εἶναι ἄξεινον καὶ ἀηδῆ καὶ ἄμουσον, τὸν δὲ ἕτερον χαρίεντα καὶ προσηνῆ καὶ φιλάνθρωπον</w:t>
      </w:r>
    </w:p>
    <w:p>
      <w:r>
        <w:rPr>
          <w:rFonts w:ascii="Courier New" w:hAnsi="Courier New"/>
          <w:color w:val="555555"/>
          <w:sz w:val="20"/>
        </w:rPr>
        <w:t>[14 . 2 c]</w:t>
      </w:r>
    </w:p>
    <w:p>
      <w:r>
        <w:rPr>
          <w:rFonts w:ascii="Gentium Plus" w:hAnsi="Gentium Plus"/>
          <w:sz w:val="24"/>
        </w:rPr>
        <w:t>δεινῶς. Ἀγέτω δὴ λαβὼν τὸν ἄνδρα τοῦτον ὁ καλὸς ἡγεμών· οὐκοῦν ἄξει τελευτῶν ἢ ἐπὶ πῦρ, ὡς τὸν Ἀσσύριον· ἢ ἐπὶ πενίαν, ὡς τὸν Φοίνικα· ἢ ἐπὶ δεσμά, ὡς τὸν Κύπριον, καὶ ἐπί τι ἄλλο διὰ ψευδοῦς ἡδονῆς</w:t>
      </w:r>
    </w:p>
    <w:p>
      <w:r>
        <w:rPr>
          <w:rFonts w:ascii="Courier New" w:hAnsi="Courier New"/>
          <w:color w:val="555555"/>
          <w:sz w:val="20"/>
        </w:rPr>
        <w:t>[14 . 2 d]</w:t>
      </w:r>
    </w:p>
    <w:p>
      <w:r>
        <w:rPr>
          <w:rFonts w:ascii="Gentium Plus" w:hAnsi="Gentium Plus"/>
          <w:sz w:val="24"/>
        </w:rPr>
        <w:t>ἀληθὲς κακόν. Εἰ δὲ εἴη ἀνὴρ κατὰ τὸν Ἡρακλέα, αἱρήσεται τὸν ἀληθῆ τῶν ἡγεμόνων, τὸν φίλον, ὥσπερ ἐκεῖνος τὴν Ἀρετήν.</w:t>
      </w:r>
    </w:p>
    <w:p>
      <w:r>
        <w:rPr>
          <w:rFonts w:ascii="Courier New" w:hAnsi="Courier New"/>
          <w:color w:val="555555"/>
          <w:sz w:val="20"/>
        </w:rPr>
        <w:t>[14 . 3 a]</w:t>
      </w:r>
    </w:p>
    <w:p>
      <w:r>
        <w:rPr>
          <w:rFonts w:ascii="Gentium Plus" w:hAnsi="Gentium Plus"/>
          <w:sz w:val="24"/>
        </w:rPr>
        <w:t>Καὶ ὁ μὲν μῦθος ὡδὶ τελευτᾷ· μεταλαβὼν δὲ ὁ λόγος πρὸς αὑτὸν σκοπείτω ἄν, τίσι διακρίναι τὸν κόλακα τοῦ φίλου. Τὸν μὲν γὰρ χρυσὸν βασανίζει λίθος, προστριβόμενον αὐτῇ· φιλίας δὲ δὴ καὶ κολα‐</w:t>
      </w:r>
    </w:p>
    <w:p>
      <w:r>
        <w:rPr>
          <w:rFonts w:ascii="Courier New" w:hAnsi="Courier New"/>
          <w:color w:val="555555"/>
          <w:sz w:val="20"/>
        </w:rPr>
        <w:t>[14 . 3 b]</w:t>
      </w:r>
    </w:p>
    <w:p>
      <w:r>
        <w:rPr>
          <w:rFonts w:ascii="Gentium Plus" w:hAnsi="Gentium Plus"/>
          <w:sz w:val="24"/>
        </w:rPr>
        <w:t>κείας τίς ἔσται βάσανος; ἆρα τὸ ἐξ ἑκατέρου τέλος; ἀλλ’ εἰ ἀναμενοῦμεν τὸ τέλος, ἄλλη βλάβη φθήσεται τὴν γνῶσιν· δεῖ δὲ κρῖναι, πρὶν ἄρξασθαι χρῆσθαι· ἐὰν δὲ ὑστερῇ τῆς χρήσεως ἡ κρίσις, ὁ χρήσασθαι</w:t>
      </w:r>
    </w:p>
    <w:p>
      <w:r>
        <w:rPr>
          <w:rFonts w:ascii="Courier New" w:hAnsi="Courier New"/>
          <w:color w:val="555555"/>
          <w:sz w:val="20"/>
        </w:rPr>
        <w:t>[5]</w:t>
      </w:r>
    </w:p>
    <w:p>
      <w:r>
        <w:rPr>
          <w:rFonts w:ascii="Gentium Plus" w:hAnsi="Gentium Plus"/>
          <w:sz w:val="24"/>
        </w:rPr>
        <w:t>φθάσας καὶ μεταγνοὺς εἰς οὐδὲν δέον τὴν κρίσιν</w:t>
      </w:r>
    </w:p>
    <w:p>
      <w:r>
        <w:rPr>
          <w:rFonts w:ascii="Courier New" w:hAnsi="Courier New"/>
          <w:color w:val="555555"/>
          <w:sz w:val="20"/>
        </w:rPr>
        <w:t>[14 . 3 c]</w:t>
      </w:r>
    </w:p>
    <w:p>
      <w:r>
        <w:rPr>
          <w:rFonts w:ascii="Gentium Plus" w:hAnsi="Gentium Plus"/>
          <w:sz w:val="24"/>
        </w:rPr>
        <w:t>κατατίθεται. Βούλει τοίνυν ἡδονῇ καὶ λύπῃ κρινοῦμεν</w:t>
      </w:r>
    </w:p>
    <w:p>
      <w:r>
        <w:rPr>
          <w:rFonts w:ascii="Courier New" w:hAnsi="Courier New"/>
          <w:color w:val="555555"/>
          <w:sz w:val="20"/>
        </w:rPr>
        <w:t>[14 . 3 d]</w:t>
      </w:r>
    </w:p>
    <w:p>
      <w:r>
        <w:rPr>
          <w:rFonts w:ascii="Gentium Plus" w:hAnsi="Gentium Plus"/>
          <w:sz w:val="24"/>
        </w:rPr>
        <w:t>τὸν φίλον καὶ τὸν κόλακα; Καὶ μὴν καὶ ὁ κόλαξ ὑπερ‐ βολὴν λαβὼν ἀνιαρότατον καὶ ἐπαχθέστατον, καὶ ὁ</w:t>
      </w:r>
    </w:p>
    <w:p>
      <w:r>
        <w:rPr>
          <w:rFonts w:ascii="Courier New" w:hAnsi="Courier New"/>
          <w:color w:val="555555"/>
          <w:sz w:val="20"/>
        </w:rPr>
        <w:t>[14 . 3 e]</w:t>
      </w:r>
    </w:p>
    <w:p>
      <w:r>
        <w:rPr>
          <w:rFonts w:ascii="Gentium Plus" w:hAnsi="Gentium Plus"/>
          <w:sz w:val="24"/>
        </w:rPr>
        <w:t>φίλος ἥδιστον εὐτυχίαν προσλαβών. ‘Μήποτε οὖν βλάβῃ</w:t>
      </w:r>
    </w:p>
    <w:p>
      <w:r>
        <w:rPr>
          <w:rFonts w:ascii="Courier New" w:hAnsi="Courier New"/>
          <w:color w:val="555555"/>
          <w:sz w:val="20"/>
        </w:rPr>
        <w:t>[14 . 3 f]</w:t>
      </w:r>
    </w:p>
    <w:p>
      <w:r>
        <w:rPr>
          <w:rFonts w:ascii="Gentium Plus" w:hAnsi="Gentium Plus"/>
          <w:sz w:val="24"/>
        </w:rPr>
        <w:t>καὶ ὠφελείᾳ τοὺς ἄνδρας κριτέον.‘ Ἀμφισβητήσιμον</w:t>
      </w:r>
    </w:p>
    <w:p>
      <w:r>
        <w:rPr>
          <w:rFonts w:ascii="Courier New" w:hAnsi="Courier New"/>
          <w:color w:val="555555"/>
          <w:sz w:val="20"/>
        </w:rPr>
        <w:t>[14 . 3 g]</w:t>
      </w:r>
    </w:p>
    <w:p>
      <w:r>
        <w:rPr>
          <w:rFonts w:ascii="Gentium Plus" w:hAnsi="Gentium Plus"/>
          <w:sz w:val="24"/>
        </w:rPr>
        <w:t>καὶ τοῦτο λέγεις. Ὁ μὲν γὰρ κόλαξ, κἂν βλάψῃ, ἢ εἰς χρήματα ἐζημίωσεν, ἢ εἰς ἡδονὴν ἐξέχεεν· ὧν τὸ μὲν εἰς χρήματα κουφότατον, τὸ δὲ εἰς ἡδονὴν τερπνότατον· διὰ δὲ φιλίας πολλοὶ ἤδη καὶ φυγῆς ἐκοινώνησαν, καὶ</w:t>
      </w:r>
    </w:p>
    <w:p>
      <w:r>
        <w:rPr>
          <w:rFonts w:ascii="Courier New" w:hAnsi="Courier New"/>
          <w:color w:val="555555"/>
          <w:sz w:val="20"/>
        </w:rPr>
        <w:t>[5]</w:t>
      </w:r>
    </w:p>
    <w:p>
      <w:r>
        <w:rPr>
          <w:rFonts w:ascii="Gentium Plus" w:hAnsi="Gentium Plus"/>
          <w:sz w:val="24"/>
        </w:rPr>
        <w:t>ἀτιμίας συναπέλαυσαν, καὶ θανάτῳ περιέπεσον.</w:t>
      </w:r>
    </w:p>
    <w:p>
      <w:r>
        <w:rPr>
          <w:rFonts w:ascii="Courier New" w:hAnsi="Courier New"/>
          <w:color w:val="555555"/>
          <w:sz w:val="20"/>
        </w:rPr>
        <w:t>[14 . 4 a]</w:t>
      </w:r>
    </w:p>
    <w:p>
      <w:r>
        <w:rPr>
          <w:rFonts w:ascii="Gentium Plus" w:hAnsi="Gentium Plus"/>
          <w:sz w:val="24"/>
        </w:rPr>
        <w:t>Τῷ οὖν διακρινοῦμεν τὸν κόλακα τοῦ φίλου; μήτε τῷ τέλει, μήτε ἡδονῇ, μήτε βλάβῃ· φέρε χωρὶς ἑκά‐</w:t>
      </w:r>
    </w:p>
    <w:p>
      <w:r>
        <w:rPr>
          <w:rFonts w:ascii="Courier New" w:hAnsi="Courier New"/>
          <w:color w:val="555555"/>
          <w:sz w:val="20"/>
        </w:rPr>
        <w:t>[14 . 4 b]</w:t>
      </w:r>
    </w:p>
    <w:p>
      <w:r>
        <w:rPr>
          <w:rFonts w:ascii="Gentium Plus" w:hAnsi="Gentium Plus"/>
          <w:sz w:val="24"/>
        </w:rPr>
        <w:t>τερον θεασώμεθα. Ἆρά γε ὁ πρὸς ἡδονὴν ὁμιλῶν φίλος; καὶ πάνυ εἰκός· καὶ μὴν εἰ ἐχθρὸς ὁ λύπης παρασκευαστικός, φίλος ἂν εἴη ὁ ἡδονῆς παρασκευα‐</w:t>
      </w:r>
    </w:p>
    <w:p>
      <w:r>
        <w:rPr>
          <w:rFonts w:ascii="Courier New" w:hAnsi="Courier New"/>
          <w:color w:val="555555"/>
          <w:sz w:val="20"/>
        </w:rPr>
        <w:t>[14 . 4 c]</w:t>
      </w:r>
    </w:p>
    <w:p>
      <w:r>
        <w:rPr>
          <w:rFonts w:ascii="Gentium Plus" w:hAnsi="Gentium Plus"/>
          <w:sz w:val="24"/>
        </w:rPr>
        <w:t>στικώτατος. Τὸ δὲ οὐχ οὕτως ἔχει· καὶ γὰρ ἰατρῶν ὁ φιλάνθρωπος λυπηρότατος, καὶ στρατηγῶν ὁ ἀκρι‐ βέστατος, καὶ κυβερνητῶν ὁ ἀσφαλέστατος. Φιλοῦσιν δέ που καὶ παῖδας πατέρες, καὶ διδάσκαλοι μαθητάς· καὶ</w:t>
      </w:r>
    </w:p>
    <w:p>
      <w:r>
        <w:rPr>
          <w:rFonts w:ascii="Courier New" w:hAnsi="Courier New"/>
          <w:color w:val="555555"/>
          <w:sz w:val="20"/>
        </w:rPr>
        <w:t>[5]</w:t>
      </w:r>
    </w:p>
    <w:p>
      <w:r>
        <w:rPr>
          <w:rFonts w:ascii="Gentium Plus" w:hAnsi="Gentium Plus"/>
          <w:sz w:val="24"/>
        </w:rPr>
        <w:t>τί ἂν εἴη ἀνιαρότερον, ἢ παιδὶ πατήρ, καὶ μαθητῇ διδά‐ σκαλος; ἐπεὶ καὶ Ὀδυσσεὺς ἐφίλει δή που τοὺς ἑαυτοῦ</w:t>
      </w:r>
    </w:p>
    <w:p>
      <w:r>
        <w:rPr>
          <w:rFonts w:ascii="Courier New" w:hAnsi="Courier New"/>
          <w:color w:val="555555"/>
          <w:sz w:val="20"/>
        </w:rPr>
        <w:t>[14 . 4 d]</w:t>
      </w:r>
    </w:p>
    <w:p>
      <w:r>
        <w:rPr>
          <w:rFonts w:ascii="Gentium Plus" w:hAnsi="Gentium Plus"/>
          <w:sz w:val="24"/>
        </w:rPr>
        <w:t>ἀλλ’ ἐντυχὼν ἀνδρῶν γένει ἀκολάστῳ καὶ φιληδόνῳ, οἳ διῆγον, καθάπερ τὰ θρέμματα, λωτὸν ἐρεπτόμενοι ... μελιηδέα, (οὕτω γάρ που τὴν ἡδονὴν ὀνομάζει Ὅμηρος), ἀν‐</w:t>
      </w:r>
    </w:p>
    <w:p>
      <w:r>
        <w:rPr>
          <w:rFonts w:ascii="Courier New" w:hAnsi="Courier New"/>
          <w:color w:val="555555"/>
          <w:sz w:val="20"/>
        </w:rPr>
        <w:t>[5]</w:t>
      </w:r>
    </w:p>
    <w:p>
      <w:r>
        <w:rPr>
          <w:rFonts w:ascii="Gentium Plus" w:hAnsi="Gentium Plus"/>
          <w:sz w:val="24"/>
        </w:rPr>
        <w:t>αμιχθέντας αὐτῷ τοὺς ἑταίρους τῇ τούτων τρυφῇ, καὶ γευσαμένους τῆς ἀτοπίας τοῦ λωτοῦ, ἄκοντας καὶ δα‐</w:t>
      </w:r>
    </w:p>
    <w:p>
      <w:r>
        <w:rPr>
          <w:rFonts w:ascii="Courier New" w:hAnsi="Courier New"/>
          <w:color w:val="555555"/>
          <w:sz w:val="20"/>
        </w:rPr>
        <w:t>[14 . 4 e]</w:t>
      </w:r>
    </w:p>
    <w:p>
      <w:r>
        <w:rPr>
          <w:rFonts w:ascii="Gentium Plus" w:hAnsi="Gentium Plus"/>
          <w:sz w:val="24"/>
        </w:rPr>
        <w:t>κρύοντας λαβὼν ἐπὶ ναῦν ἄγει. Ἀλλ’ οὐχ ὁ Εὐρύ‐ μαχος τοῖς μνηστῆρσι τοιοῦτος, ἀλλὰ τοῦ ἑτέρου γένους τοῦ κολακευτικοῦ, οἵου σιάλους σῦς ἢ αἶγας εὐτραφεῖς συγκατακόπτειν αὐτοῖς, καὶ τοῦ οἴνου ἅδην συνεκρο‐</w:t>
      </w:r>
    </w:p>
    <w:p>
      <w:r>
        <w:rPr>
          <w:rFonts w:ascii="Courier New" w:hAnsi="Courier New"/>
          <w:color w:val="555555"/>
          <w:sz w:val="20"/>
        </w:rPr>
        <w:t>[5]</w:t>
      </w:r>
    </w:p>
    <w:p>
      <w:r>
        <w:rPr>
          <w:rFonts w:ascii="Gentium Plus" w:hAnsi="Gentium Plus"/>
          <w:sz w:val="24"/>
        </w:rPr>
        <w:t>φεῖν, καὶ συγκυλινδεῖσθαι ἐᾶν τῆς νυκτὸς θεραπαινι‐ δίοις, καὶ κείρειν οἶκον ἀνδρὸς βασιλέως, καὶ διεπι‐ βουλεύειν τῷ γάμῳ.</w:t>
      </w:r>
    </w:p>
    <w:p>
      <w:r>
        <w:rPr>
          <w:rFonts w:ascii="Courier New" w:hAnsi="Courier New"/>
          <w:color w:val="555555"/>
          <w:sz w:val="20"/>
        </w:rPr>
        <w:t>[14 . 5 a]</w:t>
      </w:r>
    </w:p>
    <w:p>
      <w:r>
        <w:rPr>
          <w:rFonts w:ascii="Gentium Plus" w:hAnsi="Gentium Plus"/>
          <w:sz w:val="24"/>
        </w:rPr>
        <w:t>Βούλει δὴ συνελὼν τὸν μὲν κόλακα κατὰ τὴν μοχθηρίαν τάξαι, τὸν δὲ φίλον κατὰ τὴν ἀρετήν, λύ‐ πην δὲ καὶ ἡδονὴν χαίρειν ἐᾶν; οὔτε γὰρ τὸ φιλεῖν ἡδονῆς ἀτυχές, οὔτε τὸ κολακεύειν λύπης ἄμοιρον,</w:t>
      </w:r>
    </w:p>
    <w:p>
      <w:r>
        <w:rPr>
          <w:rFonts w:ascii="Courier New" w:hAnsi="Courier New"/>
          <w:color w:val="555555"/>
          <w:sz w:val="20"/>
        </w:rPr>
        <w:t>[5]</w:t>
      </w:r>
    </w:p>
    <w:p>
      <w:r>
        <w:rPr>
          <w:rFonts w:ascii="Gentium Plus" w:hAnsi="Gentium Plus"/>
          <w:sz w:val="24"/>
        </w:rPr>
        <w:t>ἀλλ’ ἑκάτερον ἐν ἑκατέρῳ φύρεται, καὶ ἡδονὴ ἐν φιλίᾳ,</w:t>
      </w:r>
    </w:p>
    <w:p>
      <w:r>
        <w:rPr>
          <w:rFonts w:ascii="Courier New" w:hAnsi="Courier New"/>
          <w:color w:val="555555"/>
          <w:sz w:val="20"/>
        </w:rPr>
        <w:t>[14 . 5 b]</w:t>
      </w:r>
    </w:p>
    <w:p>
      <w:r>
        <w:rPr>
          <w:rFonts w:ascii="Gentium Plus" w:hAnsi="Gentium Plus"/>
          <w:sz w:val="24"/>
        </w:rPr>
        <w:t>τὴν ἡδονήν. Ὁ Ἀγαμέμνων τῷ Μενελάῳ παραινεῖ, πάντας κυδαίνειν, μηδὲ μεγαλίζεο θυμῷ·</w:t>
      </w:r>
    </w:p>
    <w:p>
      <w:r>
        <w:rPr>
          <w:rFonts w:ascii="Courier New" w:hAnsi="Courier New"/>
          <w:color w:val="555555"/>
          <w:sz w:val="20"/>
        </w:rPr>
        <w:t>[14 . 5 c]</w:t>
      </w:r>
    </w:p>
    <w:p>
      <w:r>
        <w:rPr>
          <w:rFonts w:ascii="Gentium Plus" w:hAnsi="Gentium Plus"/>
          <w:sz w:val="24"/>
        </w:rPr>
        <w:t>ἤ, οἴει, κολακείαν αὑτῷ ὑποτίθεται; Ὁ Ὀδυσσεύς, ἐκ‐ νηξάμενος τῆς θαλάττης εἰς τὴν Φαιάκων γῆν, γυμ‐ νὸς διαναστὰς ἐκ τῆς εὐνῆς, ἐντυχὼν παιζούσαις κό‐ ραις, τὴν βασιλίδα γνωρίσας, Ἀρτέμιδι εἰκάζει αὐτήν,</w:t>
      </w:r>
    </w:p>
    <w:p>
      <w:r>
        <w:rPr>
          <w:rFonts w:ascii="Courier New" w:hAnsi="Courier New"/>
          <w:color w:val="555555"/>
          <w:sz w:val="20"/>
        </w:rPr>
        <w:t>[5]</w:t>
      </w:r>
    </w:p>
    <w:p>
      <w:r>
        <w:rPr>
          <w:rFonts w:ascii="Gentium Plus" w:hAnsi="Gentium Plus"/>
          <w:sz w:val="24"/>
        </w:rPr>
        <w:t>καὶ αὖθις φυτῷ καλῷ· καὶ οὐδεὶς ἂν διὰ ταῦτα κόλακα</w:t>
      </w:r>
    </w:p>
    <w:p>
      <w:r>
        <w:rPr>
          <w:rFonts w:ascii="Courier New" w:hAnsi="Courier New"/>
          <w:color w:val="555555"/>
          <w:sz w:val="20"/>
        </w:rPr>
        <w:t>[14 . 5 d]</w:t>
      </w:r>
    </w:p>
    <w:p>
      <w:r>
        <w:rPr>
          <w:rFonts w:ascii="Gentium Plus" w:hAnsi="Gentium Plus"/>
          <w:sz w:val="24"/>
        </w:rPr>
        <w:t>εἴποι τὸν Ὀδυσσέα· προθέσει γὰρ καὶ χρείᾳ καὶ δια‐ θέσει ψυχῆς ὁ κόλαξ διακρίνεται τοῦ φίλου. Καὶ γὰρ ὁ ἀριστεὺς ὅπλοις χρῆται, καὶ ὁ μισθοφόρος, καὶ οὐ‐ δεὶς αὐτῶν εἰκάζει τὰ ἔργα κατὰ τὴν χειρουργίαν, ἀλλὰ</w:t>
      </w:r>
    </w:p>
    <w:p>
      <w:r>
        <w:rPr>
          <w:rFonts w:ascii="Courier New" w:hAnsi="Courier New"/>
          <w:color w:val="555555"/>
          <w:sz w:val="20"/>
        </w:rPr>
        <w:t>[14 . 5 e]</w:t>
      </w:r>
    </w:p>
    <w:p>
      <w:r>
        <w:rPr>
          <w:rFonts w:ascii="Gentium Plus" w:hAnsi="Gentium Plus"/>
          <w:sz w:val="24"/>
        </w:rPr>
        <w:t>χωρίζει τὴν ἑκατέρου χρείαν κατὰ τὴν πρόθεσιν· ὁ μὲν γὰρ διασωστικὸς διὰ τὴν φιλίαν· ὁ δὲ μισθαρνι‐ κὸς τῶν βουλομένων· καὶ ὁ μὲν αὐθαίρετος, ὁ δὲ ὤνιος· καὶ ὁ μὲν τοῖς ἐνσπόνδοις πιστός, ὁ δὲ καὶ</w:t>
      </w:r>
    </w:p>
    <w:p>
      <w:r>
        <w:rPr>
          <w:rFonts w:ascii="Courier New" w:hAnsi="Courier New"/>
          <w:color w:val="555555"/>
          <w:sz w:val="20"/>
        </w:rPr>
        <w:t>[5]</w:t>
      </w:r>
    </w:p>
    <w:p>
      <w:r>
        <w:rPr>
          <w:rFonts w:ascii="Gentium Plus" w:hAnsi="Gentium Plus"/>
          <w:sz w:val="24"/>
        </w:rPr>
        <w:t>τοῖς φίλοις ἄπιστος.</w:t>
      </w:r>
    </w:p>
    <w:p>
      <w:r>
        <w:rPr>
          <w:rFonts w:ascii="Courier New" w:hAnsi="Courier New"/>
          <w:color w:val="555555"/>
          <w:sz w:val="20"/>
        </w:rPr>
        <w:t>[14 . 6 a]</w:t>
      </w:r>
    </w:p>
    <w:p>
      <w:r>
        <w:rPr>
          <w:rFonts w:ascii="Gentium Plus" w:hAnsi="Gentium Plus"/>
          <w:sz w:val="24"/>
        </w:rPr>
        <w:t>Ταύτῃ νόμιζε καὶ τὸν κόλακα διαφέρειν τοῦ φίλου, καὶ συμπίπτειν μὲν ἑκάτερον ἑκατέρῳ πολλάκις εἰς τὰς</w:t>
      </w:r>
    </w:p>
    <w:p>
      <w:r>
        <w:rPr>
          <w:rFonts w:ascii="Courier New" w:hAnsi="Courier New"/>
          <w:color w:val="555555"/>
          <w:sz w:val="20"/>
        </w:rPr>
        <w:t>[14 . 6 b]</w:t>
      </w:r>
    </w:p>
    <w:p>
      <w:r>
        <w:rPr>
          <w:rFonts w:ascii="Gentium Plus" w:hAnsi="Gentium Plus"/>
          <w:sz w:val="24"/>
        </w:rPr>
        <w:t>ψυχῆς. Ὁ μὲν γὰρ φίλος τὸ φαινόμενον αὐτῷ ἀγαθὸν εἰς κοινὸν καταθέμενος τῷ φίλῳ, ἐάν τε λυπηρὸν τοῦτο ᾖ, ἐάν τε ἡδύ, συναπολαύει αὐτῷ ἐκ τῆς ἴσης· ὁ δὲ κόλαξ ἐπακολουθῶν τῇ αὑτοῦ ὀρέξει οἰκονομεῖ τὴν</w:t>
      </w:r>
    </w:p>
    <w:p>
      <w:r>
        <w:rPr>
          <w:rFonts w:ascii="Courier New" w:hAnsi="Courier New"/>
          <w:color w:val="555555"/>
          <w:sz w:val="20"/>
        </w:rPr>
        <w:t>[14 . 6 c]</w:t>
      </w:r>
    </w:p>
    <w:p>
      <w:r>
        <w:rPr>
          <w:rFonts w:ascii="Gentium Plus" w:hAnsi="Gentium Plus"/>
          <w:sz w:val="24"/>
        </w:rPr>
        <w:t>ὁμιλίαν πρὸς τὸ ἴδιον πλεονέκτημα· καὶ ὁ μὲν φίλος ὀρέγεται τοῦ ἴσου, ὁ δὲ κόλαξ τοῦ ἰδίου· καὶ ὁ μὲν ἰσοτιμίας κατὰ τὴν ἀρετήν, ὁ δὲ πλεονεξίας κατὰ τὴν ἡδονήν· καὶ ὁ μὲν ἰσηγορίας κατὰ τὴν ὁμιλίαν, ὁ δὲ</w:t>
      </w:r>
    </w:p>
    <w:p>
      <w:r>
        <w:rPr>
          <w:rFonts w:ascii="Courier New" w:hAnsi="Courier New"/>
          <w:color w:val="555555"/>
          <w:sz w:val="20"/>
        </w:rPr>
        <w:t>[5]</w:t>
      </w:r>
    </w:p>
    <w:p>
      <w:r>
        <w:rPr>
          <w:rFonts w:ascii="Gentium Plus" w:hAnsi="Gentium Plus"/>
          <w:sz w:val="24"/>
        </w:rPr>
        <w:t>ταπεινότητος κατὰ τὴν θεραπείαν· ὁ μὲν ἀληθείας ἐν τῇ κοινωνίᾳ, ὁ δὲ ἀπάτης· καὶ ὁ μὲν ὠφελείας τῆς εἰς τὸ μέλλον, ὁ δὲ χάριτος τῆς ἐν τῷ παρόντι· ὁ μὲν δεῖται μνήμης ὧν ἔπραξεν, ὁ δὲ λήθης ὧν ἐπανούργη‐ σεν· ὁ μὲν ὡς κοινῶν κήδεται, ὁ δὲ ὡς ἀλλότρια λυ‐</w:t>
      </w:r>
    </w:p>
    <w:p>
      <w:r>
        <w:rPr>
          <w:rFonts w:ascii="Courier New" w:hAnsi="Courier New"/>
          <w:color w:val="555555"/>
          <w:sz w:val="20"/>
        </w:rPr>
        <w:t>[10]</w:t>
      </w:r>
    </w:p>
    <w:p>
      <w:r>
        <w:rPr>
          <w:rFonts w:ascii="Gentium Plus" w:hAnsi="Gentium Plus"/>
          <w:sz w:val="24"/>
        </w:rPr>
        <w:t>μαίνεται· ὁ μὲν φίλος καὶ εὐτυχίας κοινωνὸς κουφό‐ τατος, καὶ συμφορῶν κοινωνὸς ἰσότατος· ὁ δὲ κόλαξ εὐτυχίας μὲν κοινωνὸς ἀπληστότατος· ἐν δὲ ταῖς συμ‐</w:t>
      </w:r>
    </w:p>
    <w:p>
      <w:r>
        <w:rPr>
          <w:rFonts w:ascii="Courier New" w:hAnsi="Courier New"/>
          <w:color w:val="555555"/>
          <w:sz w:val="20"/>
        </w:rPr>
        <w:t>[14 . 6 d]</w:t>
      </w:r>
    </w:p>
    <w:p>
      <w:r>
        <w:rPr>
          <w:rFonts w:ascii="Gentium Plus" w:hAnsi="Gentium Plus"/>
          <w:sz w:val="24"/>
        </w:rPr>
        <w:t>φοραῖς ἀμικτότατος. Φιλία μὲν ἐπαινετόν, κολακεία δὲ ἐπονείδιστον· φιλία γὰρ ἑκατέρου πρὸς ἑκάτερον ἴσην ἔχει τὴν ἀντίδοσιν, ἡ δὲ κολακεία χωλεύει· ὁ γάρ του ἐνδεὴς θεραπεύων τὸν ἔχοντα κατὰ τὴν χρείαν,</w:t>
      </w:r>
    </w:p>
    <w:p>
      <w:r>
        <w:rPr>
          <w:rFonts w:ascii="Courier New" w:hAnsi="Courier New"/>
          <w:color w:val="555555"/>
          <w:sz w:val="20"/>
        </w:rPr>
        <w:t>[5]</w:t>
      </w:r>
    </w:p>
    <w:p>
      <w:r>
        <w:rPr>
          <w:rFonts w:ascii="Gentium Plus" w:hAnsi="Gentium Plus"/>
          <w:sz w:val="24"/>
        </w:rPr>
        <w:t>καθόσον οὐκ ἀντιθεραπεύεται, ἐλέγχει τὸ ἄνισον. Ὁ</w:t>
      </w:r>
    </w:p>
    <w:p>
      <w:r>
        <w:rPr>
          <w:rFonts w:ascii="Courier New" w:hAnsi="Courier New"/>
          <w:color w:val="555555"/>
          <w:sz w:val="20"/>
        </w:rPr>
        <w:t>[14 . 6 e]</w:t>
      </w:r>
    </w:p>
    <w:p>
      <w:r>
        <w:rPr>
          <w:rFonts w:ascii="Gentium Plus" w:hAnsi="Gentium Plus"/>
          <w:sz w:val="24"/>
        </w:rPr>
        <w:t>Φιλία βασανιζομένη κρατύνεται, κολακεία ἐλεγχομένη θραύεται· φιλία χρόνῳ αὔξεται, κολακεία χρόνῳ ἐλέγ‐ χεται· φιλία χρείας ἀδεής, κολακεία χρείας ἐνδεής.</w:t>
      </w:r>
    </w:p>
    <w:p>
      <w:r>
        <w:rPr>
          <w:rFonts w:ascii="Courier New" w:hAnsi="Courier New"/>
          <w:color w:val="555555"/>
          <w:sz w:val="20"/>
        </w:rPr>
        <w:t>[14 . 6 f]</w:t>
      </w:r>
    </w:p>
    <w:p>
      <w:r>
        <w:rPr>
          <w:rFonts w:ascii="Gentium Plus" w:hAnsi="Gentium Plus"/>
          <w:sz w:val="24"/>
        </w:rPr>
        <w:t>Εἰ δέ ἐστιν καὶ ἀνθρώποις πρὸς θεοὺς ἐπιμιξία, ὁ μὲν εὐσεβὴς φίλος θεῷ, ὁ δὲ δεισιδαίμων κόλαξ θεοῦ· καὶ μακάριος εὐσεβὴς φίλος θεοῦ, δυστυχὴς δὲ ὁ δεισι‐ δαίμων.</w:t>
      </w:r>
    </w:p>
    <w:p>
      <w:r>
        <w:rPr>
          <w:rFonts w:ascii="Courier New" w:hAnsi="Courier New"/>
          <w:color w:val="555555"/>
          <w:sz w:val="20"/>
        </w:rPr>
        <w:t>[14 . 7 a]</w:t>
      </w:r>
    </w:p>
    <w:p>
      <w:r>
        <w:rPr>
          <w:rFonts w:ascii="Gentium Plus" w:hAnsi="Gentium Plus"/>
          <w:sz w:val="24"/>
        </w:rPr>
        <w:t>Ὅνπερ οὖν τρόπον ὁ μὲν θαρσῶν τῇ ἀρετῇ πρόσ‐ εισιν τοῖς θεοῖς ἄνευ δέους, ὁ δὲ ταπεινὸς διὰ μοχθη‐ ρίαν μετὰ πολλοῦ δέους, δύσελπις, καὶ δεδιὼς τοὺς θεούς, ὥσπερ τοὺς τυράννους, τοῦτον, οἶμαι, τὸν τρό‐</w:t>
      </w:r>
    </w:p>
    <w:p>
      <w:r>
        <w:rPr>
          <w:rFonts w:ascii="Courier New" w:hAnsi="Courier New"/>
          <w:color w:val="555555"/>
          <w:sz w:val="20"/>
        </w:rPr>
        <w:t>[5]</w:t>
      </w:r>
    </w:p>
    <w:p>
      <w:r>
        <w:rPr>
          <w:rFonts w:ascii="Gentium Plus" w:hAnsi="Gentium Plus"/>
          <w:sz w:val="24"/>
        </w:rPr>
        <w:t>πον καὶ πρὸς ἀνθρώπους εὔελπις μὲν καὶ θαρσαλέον</w:t>
      </w:r>
    </w:p>
    <w:p>
      <w:r>
        <w:rPr>
          <w:rFonts w:ascii="Courier New" w:hAnsi="Courier New"/>
          <w:color w:val="555555"/>
          <w:sz w:val="20"/>
        </w:rPr>
        <w:t>[14 . 7 b]</w:t>
      </w:r>
    </w:p>
    <w:p>
      <w:r>
        <w:rPr>
          <w:rFonts w:ascii="Gentium Plus" w:hAnsi="Gentium Plus"/>
          <w:sz w:val="24"/>
        </w:rPr>
        <w:t>ἡ φιλία, δύσελπις δὲ καὶ ἐπτηχὸς ἡ κολακεία. Τυ‐ ράννῳ οὐδεὶς φίλος, βασιλεῖ δὲ οὐδεὶς κόλαξ· βασι‐</w:t>
      </w:r>
    </w:p>
    <w:p>
      <w:r>
        <w:rPr>
          <w:rFonts w:ascii="Courier New" w:hAnsi="Courier New"/>
          <w:color w:val="555555"/>
          <w:sz w:val="20"/>
        </w:rPr>
        <w:t>[14 . 7 c]</w:t>
      </w:r>
    </w:p>
    <w:p>
      <w:r>
        <w:rPr>
          <w:rFonts w:ascii="Gentium Plus" w:hAnsi="Gentium Plus"/>
          <w:sz w:val="24"/>
        </w:rPr>
        <w:t>λεία δὲ τυραννίδος θειότερον. Εἰ δέ ἐστιν ἡ φιλία</w:t>
      </w:r>
    </w:p>
    <w:p>
      <w:r>
        <w:rPr>
          <w:rFonts w:ascii="Courier New" w:hAnsi="Courier New"/>
          <w:color w:val="555555"/>
          <w:sz w:val="20"/>
        </w:rPr>
        <w:t>[5]</w:t>
      </w:r>
    </w:p>
    <w:p>
      <w:r>
        <w:rPr>
          <w:rFonts w:ascii="Gentium Plus" w:hAnsi="Gentium Plus"/>
          <w:sz w:val="24"/>
        </w:rPr>
        <w:t>οὐ γὰρ ἂν λάθοι· τοῦ δὲ μοχθηροῦ κόλαξ ὤν, εἰ μὲν εἴη ἴσος ἐκείνῳ, οὐκ ἂν εἴη κόλαξ· οὐ γὰρ ἀνέχεται κολακεία ἰσηγορίας· εἰ δὲ οὐκ εἴη ἴσος, οὐκ ἂν εἴη</w:t>
      </w:r>
    </w:p>
    <w:p>
      <w:r>
        <w:rPr>
          <w:rFonts w:ascii="Courier New" w:hAnsi="Courier New"/>
          <w:color w:val="555555"/>
          <w:sz w:val="20"/>
        </w:rPr>
        <w:t>[14 . 7 d]</w:t>
      </w:r>
    </w:p>
    <w:p>
      <w:r>
        <w:rPr>
          <w:rFonts w:ascii="Gentium Plus" w:hAnsi="Gentium Plus"/>
          <w:sz w:val="24"/>
        </w:rPr>
        <w:t>φίλος. Ἀλλὰ καὶ τῶν πολιτειῶν ἡ μὲν ἀριστοκρατία φιλίας μεστή, δημοκρατία δὲ κολακείας ἀνάπλεως·</w:t>
      </w:r>
    </w:p>
    <w:p>
      <w:r>
        <w:rPr>
          <w:rFonts w:ascii="Courier New" w:hAnsi="Courier New"/>
          <w:color w:val="555555"/>
          <w:sz w:val="20"/>
        </w:rPr>
        <w:t>[14 . 7 e]</w:t>
      </w:r>
    </w:p>
    <w:p>
      <w:r>
        <w:rPr>
          <w:rFonts w:ascii="Gentium Plus" w:hAnsi="Gentium Plus"/>
          <w:sz w:val="24"/>
        </w:rPr>
        <w:t>κρείττων δὲ ἀριστοκρατία δημοκρατίας. Οὐδεὶς ἐν Λακεδαίμονι Κλέων ἦν, οὐδὲ Ὑπέρβολος, κόλακες πο‐</w:t>
      </w:r>
    </w:p>
    <w:p>
      <w:r>
        <w:rPr>
          <w:rFonts w:ascii="Courier New" w:hAnsi="Courier New"/>
          <w:color w:val="555555"/>
          <w:sz w:val="20"/>
        </w:rPr>
        <w:t>[14 . 7 f]</w:t>
      </w:r>
    </w:p>
    <w:p>
      <w:r>
        <w:rPr>
          <w:rFonts w:ascii="Gentium Plus" w:hAnsi="Gentium Plus"/>
          <w:sz w:val="24"/>
        </w:rPr>
        <w:t>νηροὶ τρυφῶντος δήμου. Ἀλλὰ Καλλίαν μὲν ἐν Διο‐ νυσίοις ἐκωμῴδει Εὔπολις, ἰδιώτην ἄνδρα ἐν συμπο‐ σίοις κολακευόμενον, ὅπου τῆς κολακείας τὸ ἆθλον ἦν κύλικες καὶ ἑταῖραι καὶ ἄλλαι ταπειναὶ καὶ ἀνδραπο‐</w:t>
      </w:r>
    </w:p>
    <w:p>
      <w:r>
        <w:rPr>
          <w:rFonts w:ascii="Courier New" w:hAnsi="Courier New"/>
          <w:color w:val="555555"/>
          <w:sz w:val="20"/>
        </w:rPr>
        <w:t>[14 . 7 g]</w:t>
      </w:r>
    </w:p>
    <w:p>
      <w:r>
        <w:rPr>
          <w:rFonts w:ascii="Gentium Plus" w:hAnsi="Gentium Plus"/>
          <w:sz w:val="24"/>
        </w:rPr>
        <w:t>δώδεις ἡδοναί· τὸν δὲ δῆμον αὐτόν, τὸν τῆς Εὐπό‐ λιδος στωμυλίας θεατήν, ποῦ τὶς ἐλθὼν κωμῳδήσει;</w:t>
      </w:r>
    </w:p>
    <w:p>
      <w:r>
        <w:rPr>
          <w:rFonts w:ascii="Courier New" w:hAnsi="Courier New"/>
          <w:color w:val="555555"/>
          <w:sz w:val="20"/>
        </w:rPr>
        <w:t>[14 . 7 h]</w:t>
      </w:r>
    </w:p>
    <w:p>
      <w:r>
        <w:rPr>
          <w:rFonts w:ascii="Gentium Plus" w:hAnsi="Gentium Plus"/>
          <w:sz w:val="24"/>
        </w:rPr>
        <w:t>ἐν ποίῳ θεάτρῳ; ποίοις Διονυσίοις; καὶ τοὺς πολλοὺς ἐκείνους κόλακας, οἷς τὰ ἆθλα ἦν οὐ ταπεινά, οὐδὲ μέχρι γαστρὸς καὶ ἀφροδισίων ἥκοντα, ἀλλὰ αἱ τῆς</w:t>
      </w:r>
    </w:p>
    <w:p>
      <w:r>
        <w:rPr>
          <w:rFonts w:ascii="Courier New" w:hAnsi="Courier New"/>
          <w:color w:val="555555"/>
          <w:sz w:val="20"/>
        </w:rPr>
        <w:t>[14 . 7 i]</w:t>
      </w:r>
    </w:p>
    <w:p>
      <w:r>
        <w:rPr>
          <w:rFonts w:ascii="Gentium Plus" w:hAnsi="Gentium Plus"/>
          <w:sz w:val="24"/>
        </w:rPr>
        <w:t>Ἑλλάδος συμφοραί; Εἰ δὲ ἤθελον Ἀθηναῖοι, παρωσά‐ μενοι τοὺς κόλακας, πείθεσθαι Περικλεῖ καὶ Νικίᾳ,</w:t>
      </w:r>
    </w:p>
    <w:p>
      <w:r>
        <w:rPr>
          <w:rFonts w:ascii="Courier New" w:hAnsi="Courier New"/>
          <w:color w:val="555555"/>
          <w:sz w:val="20"/>
        </w:rPr>
        <w:t>[14 . 8 a]</w:t>
      </w:r>
    </w:p>
    <w:p>
      <w:r>
        <w:rPr>
          <w:rFonts w:ascii="Gentium Plus" w:hAnsi="Gentium Plus"/>
          <w:sz w:val="24"/>
        </w:rPr>
        <w:t>Ἂν δὲ ἐπὶ τὰς μοναρχίας ἔλθῃς, κολακεύει καὶ Ξέρξην Μαρδόνιος, βάρβαρος βάρβαρον, ἀνόητος ἀνό‐</w:t>
      </w:r>
    </w:p>
    <w:p>
      <w:r>
        <w:rPr>
          <w:rFonts w:ascii="Courier New" w:hAnsi="Courier New"/>
          <w:color w:val="555555"/>
          <w:sz w:val="20"/>
        </w:rPr>
        <w:t>[14 . 8 b]</w:t>
      </w:r>
    </w:p>
    <w:p>
      <w:r>
        <w:rPr>
          <w:rFonts w:ascii="Gentium Plus" w:hAnsi="Gentium Plus"/>
          <w:sz w:val="24"/>
        </w:rPr>
        <w:t>ητον, δειλὸς οἰκέτης δεσπότην τρυφῶντα· τὰ δὲ τῆς κολακείας τέλη, ἀνίσταται ἡ Ἀσία, μαστιγοῦται ἡ θά‐ λαττα, Ἑλλήσποντος ζεύγνυται, Ἄθως ὀρύττεται· τέλος δὲ τῆς σπουδῆς ἧττα, καὶ φυγή, καὶ θάνατος αὐτοῦ</w:t>
      </w:r>
    </w:p>
    <w:p>
      <w:r>
        <w:rPr>
          <w:rFonts w:ascii="Courier New" w:hAnsi="Courier New"/>
          <w:color w:val="555555"/>
          <w:sz w:val="20"/>
        </w:rPr>
        <w:t>[14 . 8 c]</w:t>
      </w:r>
    </w:p>
    <w:p>
      <w:r>
        <w:rPr>
          <w:rFonts w:ascii="Gentium Plus" w:hAnsi="Gentium Plus"/>
          <w:sz w:val="24"/>
        </w:rPr>
        <w:t>κόλακος. Κολακεύουσιν καὶ Ἀλέξανδρον Μακεδόνες· τῆς δὲ κολακείας τὰ ἔργα ἀναξυρίδες Περσικαί, καὶ προσκυνήσεις βαρβαρικαί, καὶ λήθη τοῦ Ἡρακλέως,</w:t>
      </w:r>
    </w:p>
    <w:p>
      <w:r>
        <w:rPr>
          <w:rFonts w:ascii="Courier New" w:hAnsi="Courier New"/>
          <w:color w:val="555555"/>
          <w:sz w:val="20"/>
        </w:rPr>
        <w:t>[14 . 8 d]</w:t>
      </w:r>
    </w:p>
    <w:p>
      <w:r>
        <w:rPr>
          <w:rFonts w:ascii="Gentium Plus" w:hAnsi="Gentium Plus"/>
          <w:sz w:val="24"/>
        </w:rPr>
        <w:t>καὶ τοῦ Φιλίππου, καὶ τῆς Ἀργεάδων ἑστίας. Τὰς δὲ τυραννίδας τί χρὴ λέγειν; ὅπου γὰρ δέος καὶ ἐξουσία δεσποτικὸν τὸ ἀρχόμενον ἄγχει, ἀνάγκη δεῦρο κολα‐</w:t>
      </w:r>
    </w:p>
    <w:p>
      <w:r>
        <w:rPr>
          <w:rFonts w:ascii="Courier New" w:hAnsi="Courier New"/>
          <w:color w:val="555555"/>
          <w:sz w:val="20"/>
        </w:rPr>
        <w:t>[14 . 8 e]</w:t>
      </w:r>
    </w:p>
    <w:p>
      <w:r>
        <w:rPr>
          <w:rFonts w:ascii="Gentium Plus" w:hAnsi="Gentium Plus"/>
          <w:sz w:val="24"/>
        </w:rPr>
        <w:t>κείαν μὲν ἀνθεῖν, φιλίαν δὲ κατορωρύχθαι. Ἔστιν καὶ ἐν ἐπιτηδεύμασιν καὶ τέχναις κολακείας ἰδεῖν, ὁμοίους μὲν ταῖς τέχναις κατὰ τὸ σχῆμα, ἀνομοίους</w:t>
      </w:r>
    </w:p>
    <w:p>
      <w:r>
        <w:rPr>
          <w:rFonts w:ascii="Courier New" w:hAnsi="Courier New"/>
          <w:color w:val="555555"/>
          <w:sz w:val="20"/>
        </w:rPr>
        <w:t>[14 . 8 f]</w:t>
      </w:r>
    </w:p>
    <w:p>
      <w:r>
        <w:rPr>
          <w:rFonts w:ascii="Gentium Plus" w:hAnsi="Gentium Plus"/>
          <w:sz w:val="24"/>
        </w:rPr>
        <w:t>δὲ κατὰ τὰ ἔργα. Ἐκολάκευσεν ἀνθρώπους καὶ μου‐</w:t>
      </w:r>
    </w:p>
    <w:p>
      <w:r>
        <w:rPr>
          <w:rFonts w:ascii="Courier New" w:hAnsi="Courier New"/>
          <w:color w:val="555555"/>
          <w:sz w:val="20"/>
        </w:rPr>
        <w:t>[14 . 8 g]</w:t>
      </w:r>
    </w:p>
    <w:p>
      <w:r>
        <w:rPr>
          <w:rFonts w:ascii="Gentium Plus" w:hAnsi="Gentium Plus"/>
          <w:sz w:val="24"/>
        </w:rPr>
        <w:t>μενοι, ἐνόθευσαν ὁμοῦ τῇ μουσικῇ καὶ τὴν ἀρετήν. Ἐκο‐ λάκευσεν ἀνθρώπους καὶ ἰατρικὴ νόθος, ὅτε τὴν Ἀσκλη‐ πιοῦ καὶ τὴν Ἀσκληπιαδῶν ἴασιν καταλιπόντες οὐδὲν διαφέρουσαν ἀπέφηναν τὴν τέχνην ὀψοποιϊκῆς, πονη‐</w:t>
      </w:r>
    </w:p>
    <w:p>
      <w:r>
        <w:rPr>
          <w:rFonts w:ascii="Courier New" w:hAnsi="Courier New"/>
          <w:color w:val="555555"/>
          <w:sz w:val="20"/>
        </w:rPr>
        <w:t>[14 . 8 h]</w:t>
      </w:r>
    </w:p>
    <w:p>
      <w:r>
        <w:rPr>
          <w:rFonts w:ascii="Gentium Plus" w:hAnsi="Gentium Plus"/>
          <w:sz w:val="24"/>
        </w:rPr>
        <w:t>ρὰν κόλακα πονηρῶν σωμάτων. Κολακεύει καὶ συκο‐ φάντης ῥήτορα, λόγον λόγῳ ἐπανιστάς, καὶ ἐπιτειχίζων</w:t>
      </w:r>
    </w:p>
    <w:p>
      <w:r>
        <w:rPr>
          <w:rFonts w:ascii="Courier New" w:hAnsi="Courier New"/>
          <w:color w:val="555555"/>
          <w:sz w:val="20"/>
        </w:rPr>
        <w:t>[14 . 8 i]</w:t>
      </w:r>
    </w:p>
    <w:p>
      <w:r>
        <w:rPr>
          <w:rFonts w:ascii="Gentium Plus" w:hAnsi="Gentium Plus"/>
          <w:sz w:val="24"/>
        </w:rPr>
        <w:t>τὸ ἄδικον τῷ δικαίῳ, καὶ τὸ αἰσχρὸν τῷ καλῷ. Κολα‐ κεύει καὶ σοφιστὴς φιλόσοφον· οὗτος μὲν κολάκων</w:t>
      </w:r>
    </w:p>
    <w:p>
      <w:pPr>
        <w:jc w:val="center"/>
      </w:pPr>
      <w:r>
        <w:rPr>
          <w:rFonts w:ascii="Gentium Plus" w:hAnsi="Gentium Plus"/>
          <w:b/>
          <w:sz w:val="24"/>
        </w:rPr>
        <w:t>Τίς ἀμείνων βίος, ὁ πρακτικὸς ἢ ὁ θεωρη‐</w:t>
      </w:r>
    </w:p>
    <w:p>
      <w:pPr>
        <w:jc w:val="center"/>
      </w:pPr>
      <w:r>
        <w:rPr>
          <w:rFonts w:ascii="Gentium Plus" w:hAnsi="Gentium Plus"/>
          <w:b/>
          <w:sz w:val="24"/>
        </w:rPr>
        <w:t>τικός; ὅτι ὁ πρακτικός.</w:t>
      </w:r>
    </w:p>
    <w:p>
      <w:r>
        <w:rPr>
          <w:rFonts w:ascii="Courier New" w:hAnsi="Courier New"/>
          <w:color w:val="555555"/>
          <w:sz w:val="20"/>
        </w:rPr>
        <w:t>[1]</w:t>
      </w:r>
    </w:p>
    <w:p>
      <w:r>
        <w:rPr>
          <w:rFonts w:ascii="Gentium Plus" w:hAnsi="Gentium Plus"/>
          <w:sz w:val="24"/>
        </w:rPr>
        <w:t>Χαλεπὸν εὑρεῖν ἀκριβῆ βίον, ὥσπερ ἄνδρα· ἀλλὰ παντὶ ἀνακέκραται ἔνδειά τις πρὸς τὸ ἄκρως καλόν, καὶ πλεονεκτεῖ ἕτερος ἑτέρου, ὅτῳ ἂν ἐλάττω τὰ ἐν‐</w:t>
      </w:r>
    </w:p>
    <w:p>
      <w:r>
        <w:rPr>
          <w:rFonts w:ascii="Courier New" w:hAnsi="Courier New"/>
          <w:color w:val="555555"/>
          <w:sz w:val="20"/>
        </w:rPr>
        <w:t>[15 . 1 b]</w:t>
      </w:r>
    </w:p>
    <w:p>
      <w:r>
        <w:rPr>
          <w:rFonts w:ascii="Gentium Plus" w:hAnsi="Gentium Plus"/>
          <w:sz w:val="24"/>
        </w:rPr>
        <w:t>δέοντα ᾖ. Καὶ ἴδοις ἂν τὸν μὲν γεωργικὸν μακαρί‐ ζοντα τοὺς ἀστικούς, ὡς συνόντας βίῳ χαρίεντι καὶ ἀνθηρῷ· τοὺς δὲ ἀπὸ τῶν ἐκκλησιῶν καὶ τῶν δικα‐ στηρίων, καὶ τοὺς πάνυ ἐν αὐτοῖς εὐδοκίμους, ὀδυρο‐</w:t>
      </w:r>
    </w:p>
    <w:p>
      <w:r>
        <w:rPr>
          <w:rFonts w:ascii="Courier New" w:hAnsi="Courier New"/>
          <w:color w:val="555555"/>
          <w:sz w:val="20"/>
        </w:rPr>
        <w:t>[5]</w:t>
      </w:r>
    </w:p>
    <w:p>
      <w:r>
        <w:rPr>
          <w:rFonts w:ascii="Gentium Plus" w:hAnsi="Gentium Plus"/>
          <w:sz w:val="24"/>
        </w:rPr>
        <w:t>μένους τὰ αὑτῶν, καὶ εὐχομένους ἐπὶ σκαπάνῃ βιῶναι</w:t>
      </w:r>
    </w:p>
    <w:p>
      <w:r>
        <w:rPr>
          <w:rFonts w:ascii="Courier New" w:hAnsi="Courier New"/>
          <w:color w:val="555555"/>
          <w:sz w:val="20"/>
        </w:rPr>
        <w:t>[15 . 1 c]</w:t>
      </w:r>
    </w:p>
    <w:p>
      <w:r>
        <w:rPr>
          <w:rFonts w:ascii="Gentium Plus" w:hAnsi="Gentium Plus"/>
          <w:sz w:val="24"/>
        </w:rPr>
        <w:t>καὶ γηδίῳ σμικρῷ. Ἀκούσῃ δὲ τοῦ μὲν στρατιωτικοῦ τὸν εἰρηνικὸν εὐδαιμονίζοντος, τοῦ δὲ ἐν εἰρήνῃ τὸν</w:t>
      </w:r>
    </w:p>
    <w:p>
      <w:r>
        <w:rPr>
          <w:rFonts w:ascii="Courier New" w:hAnsi="Courier New"/>
          <w:color w:val="555555"/>
          <w:sz w:val="20"/>
        </w:rPr>
        <w:t>[15 . 1 d]</w:t>
      </w:r>
    </w:p>
    <w:p>
      <w:r>
        <w:rPr>
          <w:rFonts w:ascii="Gentium Plus" w:hAnsi="Gentium Plus"/>
          <w:sz w:val="24"/>
        </w:rPr>
        <w:t>στρατιωτικὸν τεθηπότος. Καὶ τὶς θεῶν, ὥσπερ ἐν δράματι ὑποκριτάς, ἀποδύσας ἕκαστον τοῦ παρόντος βίου καὶ σχήματος μεταμφιέσει τὰ τοῦ πλησίον· αὖθις αὖ οἱ αὐτοὶ ἐκεῖνοι ποθήσουσι μὲν τὰ πρότερα, ὀδυ‐</w:t>
      </w:r>
    </w:p>
    <w:p>
      <w:r>
        <w:rPr>
          <w:rFonts w:ascii="Courier New" w:hAnsi="Courier New"/>
          <w:color w:val="555555"/>
          <w:sz w:val="20"/>
        </w:rPr>
        <w:t>[15 . 1 e]</w:t>
      </w:r>
    </w:p>
    <w:p>
      <w:r>
        <w:rPr>
          <w:rFonts w:ascii="Gentium Plus" w:hAnsi="Gentium Plus"/>
          <w:sz w:val="24"/>
        </w:rPr>
        <w:t>ροῦνται δὲ τὰ παρόντα. Οὕτω δυσάρεστόν τι ἐστὶν ὁ ἄνθρωπος κομιδῇ, καὶ φιλαίτιον, καὶ δεινῶς δύσ‐ κολον· καὶ οὐδὲν τὰ αὑτοῦ ἀσπάζεται.</w:t>
      </w:r>
    </w:p>
    <w:p>
      <w:r>
        <w:rPr>
          <w:rFonts w:ascii="Courier New" w:hAnsi="Courier New"/>
          <w:color w:val="555555"/>
          <w:sz w:val="20"/>
        </w:rPr>
        <w:t>[15 . 2 a]</w:t>
      </w:r>
    </w:p>
    <w:p>
      <w:r>
        <w:rPr>
          <w:rFonts w:ascii="Gentium Plus" w:hAnsi="Gentium Plus"/>
          <w:sz w:val="24"/>
        </w:rPr>
        <w:t>Καὶ τὰς μὲν τῶν πολλῶν ὀρέξεις τὲ καὶ δυσαρε‐ στήσεις τί χρὴ σκοπεῖν; οὐ μᾶλλον ἢ τὰς τῶν θρεμ‐</w:t>
      </w:r>
    </w:p>
    <w:p>
      <w:r>
        <w:rPr>
          <w:rFonts w:ascii="Courier New" w:hAnsi="Courier New"/>
          <w:color w:val="555555"/>
          <w:sz w:val="20"/>
        </w:rPr>
        <w:t>[15 . 2 b]</w:t>
      </w:r>
    </w:p>
    <w:p>
      <w:r>
        <w:rPr>
          <w:rFonts w:ascii="Gentium Plus" w:hAnsi="Gentium Plus"/>
          <w:sz w:val="24"/>
        </w:rPr>
        <w:t>μάτων· τοὺς δὲ ἐν φιλοσοφίᾳ καὶ πάνυ ἄν τις ἢ μέμ‐ ψαιτο, ἢ οἰκτείραι· οἳ κομῶντες ἐπὶ φρονήσει, καὶ τέχνῃ βίου, καὶ ἐπιστήμῃ λόγου, οὔπω γε νῦν παύονται στασιάζοντες πρὸς αὑτοὺς καὶ πρὸς ἄλλους,</w:t>
      </w:r>
    </w:p>
    <w:p>
      <w:r>
        <w:rPr>
          <w:rFonts w:ascii="Courier New" w:hAnsi="Courier New"/>
          <w:color w:val="555555"/>
          <w:sz w:val="20"/>
        </w:rPr>
        <w:t>[5]</w:t>
      </w:r>
    </w:p>
    <w:p>
      <w:r>
        <w:rPr>
          <w:rFonts w:ascii="Gentium Plus" w:hAnsi="Gentium Plus"/>
          <w:sz w:val="24"/>
        </w:rPr>
        <w:t>καὶ ἀμφισβητοῦντες ποίῳ σχήματι βίου φέροντες αὐ‐</w:t>
      </w:r>
    </w:p>
    <w:p>
      <w:r>
        <w:rPr>
          <w:rFonts w:ascii="Courier New" w:hAnsi="Courier New"/>
          <w:color w:val="555555"/>
          <w:sz w:val="20"/>
        </w:rPr>
        <w:t>[15 . 2 c]</w:t>
      </w:r>
    </w:p>
    <w:p>
      <w:r>
        <w:rPr>
          <w:rFonts w:ascii="Gentium Plus" w:hAnsi="Gentium Plus"/>
          <w:sz w:val="24"/>
        </w:rPr>
        <w:t>τοὺς ἐγχειροῦσιν· ἀλλὰ ἀτεχνῶς ἐοίκασιν κυβερνήταις παρεσκευασμένοις μὲν πρὸς πλοῦν, καλῷ μεγέθει ὁλ‐ κάδος, καὶ κατασκευῇ ὑγιεῖ, καὶ πλήθει ὀργάνων, καὶ ὑπηρεσίας ἀκριβείᾳ, καὶ τέχνης ἀσφαλείᾳ, καὶ ἕρματος</w:t>
      </w:r>
    </w:p>
    <w:p>
      <w:r>
        <w:rPr>
          <w:rFonts w:ascii="Courier New" w:hAnsi="Courier New"/>
          <w:color w:val="555555"/>
          <w:sz w:val="20"/>
        </w:rPr>
        <w:t>[15 . 2 d]</w:t>
      </w:r>
    </w:p>
    <w:p>
      <w:r>
        <w:rPr>
          <w:rFonts w:ascii="Gentium Plus" w:hAnsi="Gentium Plus"/>
          <w:sz w:val="24"/>
        </w:rPr>
        <w:t>συμμετρίᾳ, ἐν δὲ τῇ τοῦ πλοῦ χρείᾳ πλανωμένοις, καὶ ἀποροῦσιν πῇ τράπωνται, πολλῶν μὲν ὑποφαινομένων</w:t>
      </w:r>
    </w:p>
    <w:p>
      <w:r>
        <w:rPr>
          <w:rFonts w:ascii="Courier New" w:hAnsi="Courier New"/>
          <w:color w:val="555555"/>
          <w:sz w:val="20"/>
        </w:rPr>
        <w:t>[15 . 2 e]</w:t>
      </w:r>
    </w:p>
    <w:p>
      <w:r>
        <w:rPr>
          <w:rFonts w:ascii="Gentium Plus" w:hAnsi="Gentium Plus"/>
          <w:sz w:val="24"/>
        </w:rPr>
        <w:t>λιμένων, πάντων δὲ ἀπιστουμένων. Τοὺς μὲν ἄλλους ἐῶμεν χαίρειν αὐτοῖς βίοις, τὸν μὲν ἐν ἡδονῇ τηκό‐ μενον, τὸν δ’ ἐν γῇ πονούμενον, τὸν δὲ ἐν θαλάττῃ πλανώμενον, τὸν δὲ ἐν ὅπλοις μισθοφοροῦντα, τὸν δὲ</w:t>
      </w:r>
    </w:p>
    <w:p>
      <w:r>
        <w:rPr>
          <w:rFonts w:ascii="Courier New" w:hAnsi="Courier New"/>
          <w:color w:val="555555"/>
          <w:sz w:val="20"/>
        </w:rPr>
        <w:t>[5]</w:t>
      </w:r>
    </w:p>
    <w:p>
      <w:r>
        <w:rPr>
          <w:rFonts w:ascii="Gentium Plus" w:hAnsi="Gentium Plus"/>
          <w:sz w:val="24"/>
        </w:rPr>
        <w:t>ἐν ἐκκλησίαις βοῶντα, τὸν δὲ ἐν δικαστηρίοις φυρό‐</w:t>
      </w:r>
    </w:p>
    <w:p>
      <w:r>
        <w:rPr>
          <w:rFonts w:ascii="Courier New" w:hAnsi="Courier New"/>
          <w:color w:val="555555"/>
          <w:sz w:val="20"/>
        </w:rPr>
        <w:t>[15 . 2 f]</w:t>
      </w:r>
    </w:p>
    <w:p>
      <w:r>
        <w:rPr>
          <w:rFonts w:ascii="Gentium Plus" w:hAnsi="Gentium Plus"/>
          <w:sz w:val="24"/>
        </w:rPr>
        <w:t>μενον· ὥσπερ δὲ ἐν ἀγῶνι σωμάτων οἱ μὲν ἀσθενεῖς καὶ παρὰ τὸ εἰκὸς ἐπιτολμήσαντες τῇ τοῦ νικᾶν ἐλπίδι τάχυ ἀπεῖπον, οἱ δὲ ἐφάμιλλοι ἀρετῇ μένουσιν καὶ καρτεροῦσιν καὶ διαγωνίζονται περὶ τῆς νίκης· οὕτω</w:t>
      </w:r>
    </w:p>
    <w:p>
      <w:r>
        <w:rPr>
          <w:rFonts w:ascii="Courier New" w:hAnsi="Courier New"/>
          <w:color w:val="555555"/>
          <w:sz w:val="20"/>
        </w:rPr>
        <w:t>[5]</w:t>
      </w:r>
    </w:p>
    <w:p>
      <w:r>
        <w:rPr>
          <w:rFonts w:ascii="Gentium Plus" w:hAnsi="Gentium Plus"/>
          <w:sz w:val="24"/>
        </w:rPr>
        <w:t>κἀν τῇ τῶν βίων ἀγωνίᾳ οἱ μὲν ἄλλοι ἡμῖν ἐκκηρυχ‐ θέντες τὲ καὶ ἀπαγορεύσαντες οἰχέσθωσαν· οἱ δὲ θεω‐ ρητικοῖς ἐφαμίλλω ὄντε καὶ ἀμφισβητησίμω δεῦρο ἰόν‐</w:t>
      </w:r>
    </w:p>
    <w:p>
      <w:r>
        <w:rPr>
          <w:rFonts w:ascii="Courier New" w:hAnsi="Courier New"/>
          <w:color w:val="555555"/>
          <w:sz w:val="20"/>
        </w:rPr>
        <w:t>[15 . 2 g]</w:t>
      </w:r>
    </w:p>
    <w:p>
      <w:r>
        <w:rPr>
          <w:rFonts w:ascii="Gentium Plus" w:hAnsi="Gentium Plus"/>
          <w:sz w:val="24"/>
        </w:rPr>
        <w:t>των ἀγωνιουμένω τὰ νῦν τῷ λόγῳ. Πότερος τοίνυν πρότερος ἡμῖν τοῖς δικασταῖς τὰ αὑτοῦ δίεισιν; ἐγὼ μὲν οἶμαι, ὅτι ὁ πρακτικός· θαρσαλέος γάρ, καὶ ἰτητι‐ κώτερος, καὶ ἐθὰς ὁμιλεῖν τοῖς πολλοῖς· λέγοι δὲ ὧδε.</w:t>
      </w:r>
    </w:p>
    <w:p>
      <w:r>
        <w:rPr>
          <w:rFonts w:ascii="Courier New" w:hAnsi="Courier New"/>
          <w:color w:val="555555"/>
          <w:sz w:val="20"/>
        </w:rPr>
        <w:t>[15 . 3 a]</w:t>
      </w:r>
    </w:p>
    <w:p>
      <w:r>
        <w:rPr>
          <w:rFonts w:ascii="Gentium Plus" w:hAnsi="Gentium Plus"/>
          <w:sz w:val="24"/>
        </w:rPr>
        <w:t>Εἴ τις ἡμᾶς παριόντας εἰς τὸν βίον ὥσπερ ἄρχων πόλεως ἢ οἰκιστής, οὐκ εἴα βαδίζειν εἴσω πυλῶν, πρὶν</w:t>
      </w:r>
    </w:p>
    <w:p>
      <w:r>
        <w:rPr>
          <w:rFonts w:ascii="Courier New" w:hAnsi="Courier New"/>
          <w:color w:val="555555"/>
          <w:sz w:val="20"/>
        </w:rPr>
        <w:t>[5]</w:t>
      </w:r>
    </w:p>
    <w:p>
      <w:r>
        <w:rPr>
          <w:rFonts w:ascii="Gentium Plus" w:hAnsi="Gentium Plus"/>
          <w:sz w:val="24"/>
        </w:rPr>
        <w:t>τὸν μὲν οἰκοδόμον, ὅτι λίθους ἐν τάξει διὰ τέχνης ἁρμόσας, πρός τε χειμῶνα καὶ θάλπος ἀποχρῶντα μη‐</w:t>
      </w:r>
    </w:p>
    <w:p>
      <w:r>
        <w:rPr>
          <w:rFonts w:ascii="Courier New" w:hAnsi="Courier New"/>
          <w:color w:val="555555"/>
          <w:sz w:val="20"/>
        </w:rPr>
        <w:t>[15 . 3 b]</w:t>
      </w:r>
    </w:p>
    <w:p>
      <w:r>
        <w:rPr>
          <w:rFonts w:ascii="Gentium Plus" w:hAnsi="Gentium Plus"/>
          <w:sz w:val="24"/>
        </w:rPr>
        <w:t>χανήσεται τοῖς οἰκοῦσιν ἐρύματα· τὸν δὲ ὑφάντην, ὅτι μίτοις καὶ στημονίοις σὺν ὕφει ἐσθήματα ἐργασά‐ μενος, σκέπην ὁμοῦ ποριεῖ καὶ εὐσχημοσύνην τοῖς σώ‐</w:t>
      </w:r>
    </w:p>
    <w:p>
      <w:r>
        <w:rPr>
          <w:rFonts w:ascii="Courier New" w:hAnsi="Courier New"/>
          <w:color w:val="555555"/>
          <w:sz w:val="20"/>
        </w:rPr>
        <w:t>[15 . 3 c]</w:t>
      </w:r>
    </w:p>
    <w:p>
      <w:r>
        <w:rPr>
          <w:rFonts w:ascii="Gentium Plus" w:hAnsi="Gentium Plus"/>
          <w:sz w:val="24"/>
        </w:rPr>
        <w:t>μασιν· τέκτων δὲ ἄροτρον φήσει, ἢ σκίμποδα, ἤ τι</w:t>
      </w:r>
    </w:p>
    <w:p>
      <w:r>
        <w:rPr>
          <w:rFonts w:ascii="Courier New" w:hAnsi="Courier New"/>
          <w:color w:val="555555"/>
          <w:sz w:val="20"/>
        </w:rPr>
        <w:t>[15 . 3 d]</w:t>
      </w:r>
    </w:p>
    <w:p>
      <w:r>
        <w:rPr>
          <w:rFonts w:ascii="Gentium Plus" w:hAnsi="Gentium Plus"/>
          <w:sz w:val="24"/>
        </w:rPr>
        <w:t>ἄλλο τῶν ὅσα ἡ τέχνη παρέχει, ξυνεισφέρειν· καὶ ὁ χαλκεύς, ὅσα χαλκοῦ ἢ σιδήρου δεῖσθαι πολεμιστήριά</w:t>
      </w:r>
    </w:p>
    <w:p>
      <w:r>
        <w:rPr>
          <w:rFonts w:ascii="Courier New" w:hAnsi="Courier New"/>
          <w:color w:val="555555"/>
          <w:sz w:val="20"/>
        </w:rPr>
        <w:t>[15 . 3 e]</w:t>
      </w:r>
    </w:p>
    <w:p>
      <w:r>
        <w:rPr>
          <w:rFonts w:ascii="Gentium Plus" w:hAnsi="Gentium Plus"/>
          <w:sz w:val="24"/>
        </w:rPr>
        <w:t>τε καὶ εἰρηναῖα τῆς τέχνης ἔργα. Καὶ ὅσα πρὸς ἡδο‐ νὴν δημιουργεῖται, καὶ ταῦτα ὡς τὸ εἰκὸς εἰσδέξεται· γραφέας μὲν καὶ δημιουργοὺς ἀγαλμάτων, ἐπὶ εὐφρο‐ σύνῃ ὀφθαλμῶν· μυροπώλας δὲ καὶ ὀψοποιούς, χυμῶν</w:t>
      </w:r>
    </w:p>
    <w:p>
      <w:r>
        <w:rPr>
          <w:rFonts w:ascii="Courier New" w:hAnsi="Courier New"/>
          <w:color w:val="555555"/>
          <w:sz w:val="20"/>
        </w:rPr>
        <w:t>[5]</w:t>
      </w:r>
    </w:p>
    <w:p>
      <w:r>
        <w:rPr>
          <w:rFonts w:ascii="Gentium Plus" w:hAnsi="Gentium Plus"/>
          <w:sz w:val="24"/>
        </w:rPr>
        <w:t>καὶ ὀδμῶν δημιουργοὺς γενναίους· καὶ ὅσαι δι’ αὐλη‐ μάτων, ἢ δι’ ᾠδῆς, ἢ ψαλμάτων, ἢ χορῶν τὸ τερπνὸν</w:t>
      </w:r>
    </w:p>
    <w:p>
      <w:r>
        <w:rPr>
          <w:rFonts w:ascii="Courier New" w:hAnsi="Courier New"/>
          <w:color w:val="555555"/>
          <w:sz w:val="20"/>
        </w:rPr>
        <w:t>[15 . 3 f]</w:t>
      </w:r>
    </w:p>
    <w:p>
      <w:r>
        <w:rPr>
          <w:rFonts w:ascii="Gentium Plus" w:hAnsi="Gentium Plus"/>
          <w:sz w:val="24"/>
        </w:rPr>
        <w:t>μηχανῶνται τῇ ἀκοῇ. Ἤδη δέ τις καὶ ἐπὶ γελοίου χρείᾳ παρελεύσεται, καὶ ἄλλος ἐπὶ θαυμάτων, καὶ ἄλλος λόγων. Ὁμήρῳ δὲ καὶ τὸ τοῦ Νιρέως κάλλος</w:t>
      </w:r>
    </w:p>
    <w:p>
      <w:r>
        <w:rPr>
          <w:rFonts w:ascii="Courier New" w:hAnsi="Courier New"/>
          <w:color w:val="555555"/>
          <w:sz w:val="20"/>
        </w:rPr>
        <w:t>[15 . 3 g]</w:t>
      </w:r>
    </w:p>
    <w:p>
      <w:r>
        <w:rPr>
          <w:rFonts w:ascii="Gentium Plus" w:hAnsi="Gentium Plus"/>
          <w:sz w:val="24"/>
        </w:rPr>
        <w:t>ὥραν ἔσχεν καὶ ταῦτα ἐν στρατοπέδῳ. Ἀσύμβολος δέ, ὡς ἔπος εἰπεῖν, παρέρχεται οὐδεὶς εἰς τὸν βίον· ἀλλ’ ὁ μὲν χρείαν τινὰ παρεχόμενος, ὁ δὲ τέχνην, ὁ δὲ</w:t>
      </w:r>
    </w:p>
    <w:p>
      <w:r>
        <w:rPr>
          <w:rFonts w:ascii="Courier New" w:hAnsi="Courier New"/>
          <w:color w:val="555555"/>
          <w:sz w:val="20"/>
        </w:rPr>
        <w:t>[15 . 4 a]</w:t>
      </w:r>
    </w:p>
    <w:p>
      <w:r>
        <w:rPr>
          <w:rFonts w:ascii="Gentium Plus" w:hAnsi="Gentium Plus"/>
          <w:sz w:val="24"/>
        </w:rPr>
        <w:t>Εἶεν. Εἰς τί τούτων τὸ τοῦ φιλοσόφου ἔργον καταστησόμεθα; ὅτι μὲν γὰρ οὐκ ἀχρεῖος ἡμῖν οὐδὲ κηφὴν παρέρχεται, ἄνθρωπος δὲ ὢν ξύννομος καὶ</w:t>
      </w:r>
    </w:p>
    <w:p>
      <w:r>
        <w:rPr>
          <w:rFonts w:ascii="Courier New" w:hAnsi="Courier New"/>
          <w:color w:val="555555"/>
          <w:sz w:val="20"/>
        </w:rPr>
        <w:t>[15 . 4 b]</w:t>
      </w:r>
    </w:p>
    <w:p>
      <w:r>
        <w:rPr>
          <w:rFonts w:ascii="Gentium Plus" w:hAnsi="Gentium Plus"/>
          <w:sz w:val="24"/>
        </w:rPr>
        <w:t>συνεργάτης κοινοῦ νόμου, παντὶ δῆλον. Τί δέ ἐστίν ποτ’ αὐτὸ τὸ τῆς κοινωνίας συμβόλαιον, καὶ ποῦ τάτ‐ τωμεν τὸν ἄνδρα; εἰς τοὺς δημιουργούς, ὡς τὸν Τυχεῖον; εἰς τοὺς ὀψοποιούς, ὡς Μίθαικον; εἰς τοὺς</w:t>
      </w:r>
    </w:p>
    <w:p>
      <w:r>
        <w:rPr>
          <w:rFonts w:ascii="Courier New" w:hAnsi="Courier New"/>
          <w:color w:val="555555"/>
          <w:sz w:val="20"/>
        </w:rPr>
        <w:t>[5]</w:t>
      </w:r>
    </w:p>
    <w:p>
      <w:r>
        <w:rPr>
          <w:rFonts w:ascii="Gentium Plus" w:hAnsi="Gentium Plus"/>
          <w:sz w:val="24"/>
        </w:rPr>
        <w:t>εὐφραίνοντας, ὡς Φρυνίωνα; εἰς τοὺς γελωτοποιούς,</w:t>
      </w:r>
    </w:p>
    <w:p>
      <w:r>
        <w:rPr>
          <w:rFonts w:ascii="Courier New" w:hAnsi="Courier New"/>
          <w:color w:val="555555"/>
          <w:sz w:val="20"/>
        </w:rPr>
        <w:t>[15 . 4 c]</w:t>
      </w:r>
    </w:p>
    <w:p>
      <w:r>
        <w:rPr>
          <w:rFonts w:ascii="Gentium Plus" w:hAnsi="Gentium Plus"/>
          <w:sz w:val="24"/>
        </w:rPr>
        <w:t>ὡς Φίλιππον; εἰς τοὺς δημαγωγούς, ὡς Κλέωνα; ἢ ἄφιλος καὶ ἀνέστιος ἡμῖν ἀνὴρ πλανήσεται; ἀλλ’ ἔστιν μέν τι αὐτοῦ ἔργον· ὅ,τι δέ ἐστιν τοῦτο, οὐκ ἴσμεν.</w:t>
      </w:r>
    </w:p>
    <w:p>
      <w:r>
        <w:rPr>
          <w:rFonts w:ascii="Courier New" w:hAnsi="Courier New"/>
          <w:color w:val="555555"/>
          <w:sz w:val="20"/>
        </w:rPr>
        <w:t>[15 . 4 d]</w:t>
      </w:r>
    </w:p>
    <w:p>
      <w:r>
        <w:rPr>
          <w:rFonts w:ascii="Gentium Plus" w:hAnsi="Gentium Plus"/>
          <w:sz w:val="24"/>
        </w:rPr>
        <w:t>‘Ἡσυχίαν ἄγω, φησίν, καὶ ἀνασκοπῶ πρὸς ἐμαυτὸν τὰ</w:t>
      </w:r>
    </w:p>
    <w:p>
      <w:r>
        <w:rPr>
          <w:rFonts w:ascii="Courier New" w:hAnsi="Courier New"/>
          <w:color w:val="555555"/>
          <w:sz w:val="20"/>
        </w:rPr>
        <w:t>[15 . 4 e]</w:t>
      </w:r>
    </w:p>
    <w:p>
      <w:r>
        <w:rPr>
          <w:rFonts w:ascii="Gentium Plus" w:hAnsi="Gentium Plus"/>
          <w:sz w:val="24"/>
        </w:rPr>
        <w:t>ὄντα, καὶ ἀληθείας ἐμπίμπλαμαι.‘ Μακάριος τῆς πολ‐ λῆς σχολῆς· σύ μοι δοκεῖς καὶ νεὼς ἐπιβὰς μὴ ὅτι κυ‐ βερνήτης γενέσθαι, ἀλλ’ οὐδὲ ἐρέτης, οὐδέ τις τῶν</w:t>
      </w:r>
    </w:p>
    <w:p>
      <w:r>
        <w:rPr>
          <w:rFonts w:ascii="Courier New" w:hAnsi="Courier New"/>
          <w:color w:val="555555"/>
          <w:sz w:val="20"/>
        </w:rPr>
        <w:t>[5]</w:t>
      </w:r>
    </w:p>
    <w:p>
      <w:r>
        <w:rPr>
          <w:rFonts w:ascii="Gentium Plus" w:hAnsi="Gentium Plus"/>
          <w:sz w:val="24"/>
        </w:rPr>
        <w:t>νεώς, ἀλλ’ οὐδὲ ἐπιβάτης εὐκίνητος, οἷος ἢ καλωδίου ἐπιλαβέσθαι, ἢ προσάψασθαι κώπης ἐν γαλήνῃ· ἀλλά τις τῶν εἰκῇ κειμένων καὶ φερομένων, αὐτὸ τοῦτο,</w:t>
      </w:r>
    </w:p>
    <w:p>
      <w:r>
        <w:rPr>
          <w:rFonts w:ascii="Courier New" w:hAnsi="Courier New"/>
          <w:color w:val="555555"/>
          <w:sz w:val="20"/>
        </w:rPr>
        <w:t>[15 . 4 f]</w:t>
      </w:r>
    </w:p>
    <w:p>
      <w:r>
        <w:rPr>
          <w:rFonts w:ascii="Gentium Plus" w:hAnsi="Gentium Plus"/>
          <w:sz w:val="24"/>
        </w:rPr>
        <w:t>ἄχθος νεώς. Ἢ οἴει ἧττόν τι δεῖσθαι πόλιν τῶν ξυλλη‐ ψομένων αὐτῇ πρὸς τὴν σωτηρίαν ἢ ναῦν ἐν θαλάττῃ;</w:t>
      </w:r>
    </w:p>
    <w:p>
      <w:r>
        <w:rPr>
          <w:rFonts w:ascii="Courier New" w:hAnsi="Courier New"/>
          <w:color w:val="555555"/>
          <w:sz w:val="20"/>
        </w:rPr>
        <w:t>[15 . 4 g]</w:t>
      </w:r>
    </w:p>
    <w:p>
      <w:r>
        <w:rPr>
          <w:rFonts w:ascii="Gentium Plus" w:hAnsi="Gentium Plus"/>
          <w:sz w:val="24"/>
        </w:rPr>
        <w:t>καὶ πολύ γε οἶμαι μᾶλλον ἐν γῇ· εἰ μὲν γὰρ 〈πλέομεν,〉 ὀλίγον τὸ ἐνεργόν, ὁ δὲ φόρτος πολύς· πόλις δέ ἐστιν πρᾶγμα ἀνακεκραμένον πάντων ξυνεργατῶν. Καθάπερ καὶ ἡ τοῦ σώματος χρεία, πολυμερής τε οὖσα καὶ πο‐</w:t>
      </w:r>
    </w:p>
    <w:p>
      <w:r>
        <w:rPr>
          <w:rFonts w:ascii="Courier New" w:hAnsi="Courier New"/>
          <w:color w:val="555555"/>
          <w:sz w:val="20"/>
        </w:rPr>
        <w:t>[5]</w:t>
      </w:r>
    </w:p>
    <w:p>
      <w:r>
        <w:rPr>
          <w:rFonts w:ascii="Gentium Plus" w:hAnsi="Gentium Plus"/>
          <w:sz w:val="24"/>
        </w:rPr>
        <w:t>λυδεής, σώζεται τῇ συντελείᾳ τῶν μερῶν πρὸς τὴν ὑπηρεσίαν τοῦ ὅλου· φέρουσιν πόδες, ἐργάζονται χεῖ‐ ρες, ὁρῶσιν ὀφθαλμοί, ἀκούουσιν ἀκοαί, καὶ τἄλλα, ἵνα μὴ διατρίβω λέγων.</w:t>
      </w:r>
    </w:p>
    <w:p>
      <w:r>
        <w:rPr>
          <w:rFonts w:ascii="Courier New" w:hAnsi="Courier New"/>
          <w:color w:val="555555"/>
          <w:sz w:val="20"/>
        </w:rPr>
        <w:t>[15 . 5 a]</w:t>
      </w:r>
    </w:p>
    <w:p>
      <w:r>
        <w:rPr>
          <w:rFonts w:ascii="Gentium Plus" w:hAnsi="Gentium Plus"/>
          <w:sz w:val="24"/>
        </w:rPr>
        <w:t>Εἰ δὲ θελήσαι λογοποιὸς Φρὺξ μῦθον πλάττειν, ὅτι ἄρα δυσχεράνας ὁ ποῦς τῷ ἄλλῳ σώματι καὶ ἀπ‐ αγορεύσας πρὸς τὸν κάματον, φέρων καὶ αἰωρῶν μετ‐ έωρον τοσοῦτον ἄχθος, σχολὴν ἄγειν καὶ ἡσυχίαν</w:t>
      </w:r>
    </w:p>
    <w:p>
      <w:r>
        <w:rPr>
          <w:rFonts w:ascii="Courier New" w:hAnsi="Courier New"/>
          <w:color w:val="555555"/>
          <w:sz w:val="20"/>
        </w:rPr>
        <w:t>[5]</w:t>
      </w:r>
    </w:p>
    <w:p>
      <w:r>
        <w:rPr>
          <w:rFonts w:ascii="Gentium Plus" w:hAnsi="Gentium Plus"/>
          <w:sz w:val="24"/>
        </w:rPr>
        <w:t>ἐπανείλετο· ἢ αὖ τῷ γομφίῳ, ὡς ἀλοῦντι καὶ ἐργαζο‐ μένῳ τροφὴν τοσούτῳ ὄχλῳ ἀργῶν· κᾆτα ἔροιντο, ἀπειπαμένων τὸ ἔργον τὸ αὑτῶν σκοπεῖν, εἰ ταῦτα ἅμα γίγνοιτο· ἄλλό τι ἢ φθαρήσεται ὁ ἄνθρωπος ἐν</w:t>
      </w:r>
    </w:p>
    <w:p>
      <w:r>
        <w:rPr>
          <w:rFonts w:ascii="Courier New" w:hAnsi="Courier New"/>
          <w:color w:val="555555"/>
          <w:sz w:val="20"/>
        </w:rPr>
        <w:t>[15 . 5 b]</w:t>
      </w:r>
    </w:p>
    <w:p>
      <w:r>
        <w:rPr>
          <w:rFonts w:ascii="Gentium Plus" w:hAnsi="Gentium Plus"/>
          <w:sz w:val="24"/>
        </w:rPr>
        <w:t>τῷ μύθῳ; Τοιοῦτο ἀμέλει ἐστὶν τὸ περὶ τὴν κοινωνίαν τὴν πολιτικὴν γιγνόμενον· εἰ γὰρ ἐθελήσαι ἕκαστος ὄκνῳ τοῦ πωλεῖν ἀφέμενος τοῦ παράγειν ἐπαναχωρεῖν ἐκ τῆς κοινωνίας πρὸς τὴν αὑτοῦ σχολήν, τί κωλύει</w:t>
      </w:r>
    </w:p>
    <w:p>
      <w:r>
        <w:rPr>
          <w:rFonts w:ascii="Courier New" w:hAnsi="Courier New"/>
          <w:color w:val="555555"/>
          <w:sz w:val="20"/>
        </w:rPr>
        <w:t>[15 . 5 c]</w:t>
      </w:r>
    </w:p>
    <w:p>
      <w:r>
        <w:rPr>
          <w:rFonts w:ascii="Gentium Plus" w:hAnsi="Gentium Plus"/>
          <w:sz w:val="24"/>
        </w:rPr>
        <w:t>διαλυθῆναι τὸ πᾶν καὶ φθαρῆναι; Ἢ τὰ μὲν ἰσχυρὰ τῶν οἰκοδομημάτων τῇ πρὸς ἄλληλα ξυννεύσει τῶν ἐν αὐτοῖς λίθων ξυνδέδεται καὶ ἕστηκεν καὶ μένει, εἰ δὲ ἐξέλοις ὅ,τι οὖν τῆς ἁρμονίας, διαλύσεις τὸ πᾶν·</w:t>
      </w:r>
    </w:p>
    <w:p>
      <w:r>
        <w:rPr>
          <w:rFonts w:ascii="Courier New" w:hAnsi="Courier New"/>
          <w:color w:val="555555"/>
          <w:sz w:val="20"/>
        </w:rPr>
        <w:t>[5]</w:t>
      </w:r>
    </w:p>
    <w:p>
      <w:r>
        <w:rPr>
          <w:rFonts w:ascii="Gentium Plus" w:hAnsi="Gentium Plus"/>
          <w:sz w:val="24"/>
        </w:rPr>
        <w:t>τὸν δὲ ξύμπαντα βίον οὐχ ἡγεῖ τὴν σωτηρίαν ἔχειν ἐκ τῆς πρὸς ἑαυτὰ ξυννεύσεως τῶν ἐν αὐτῷ μερῶν;</w:t>
      </w:r>
    </w:p>
    <w:p>
      <w:r>
        <w:rPr>
          <w:rFonts w:ascii="Courier New" w:hAnsi="Courier New"/>
          <w:color w:val="555555"/>
          <w:sz w:val="20"/>
        </w:rPr>
        <w:t>[15 . 5 d]</w:t>
      </w:r>
    </w:p>
    <w:p>
      <w:r>
        <w:rPr>
          <w:rFonts w:ascii="Gentium Plus" w:hAnsi="Gentium Plus"/>
          <w:sz w:val="24"/>
        </w:rPr>
        <w:t>Καὶ τῶν μὲν ἄλλων τοῦ πράττειν ἐξισταμένων οὐδεὶς λόγος· οὐδὲ γὰρ ὁ Θερσίτης λιποτακτῶν ἐλύπησεν ἂν τὸ Ἑλληνικόν· ὁ δὲ Ἀχιλλεὺς ὁ μηνίσας καὶ ἐπὶ σκη‐ νῆς ἀναπαυόμενος, καὶ δοὺς αὑτὸν σχολῇ καὶ κιθάρᾳ</w:t>
      </w:r>
    </w:p>
    <w:p>
      <w:r>
        <w:rPr>
          <w:rFonts w:ascii="Courier New" w:hAnsi="Courier New"/>
          <w:color w:val="555555"/>
          <w:sz w:val="20"/>
        </w:rPr>
        <w:t>[5]</w:t>
      </w:r>
    </w:p>
    <w:p>
      <w:r>
        <w:rPr>
          <w:rFonts w:ascii="Gentium Plus" w:hAnsi="Gentium Plus"/>
          <w:sz w:val="24"/>
        </w:rPr>
        <w:t>καὶ τῇ ᾠδῇ, ἀνέπλησεν τὸ στρατόπεδον πολλῶν κακῶν· οὗ γὰρ παρόντος ὠφελεῖσθαι ὑπάρχει, ἀπόντος τούτου</w:t>
      </w:r>
    </w:p>
    <w:p>
      <w:r>
        <w:rPr>
          <w:rFonts w:ascii="Courier New" w:hAnsi="Courier New"/>
          <w:color w:val="555555"/>
          <w:sz w:val="20"/>
        </w:rPr>
        <w:t>[15 . 5 e]</w:t>
      </w:r>
    </w:p>
    <w:p>
      <w:r>
        <w:rPr>
          <w:rFonts w:ascii="Gentium Plus" w:hAnsi="Gentium Plus"/>
          <w:sz w:val="24"/>
        </w:rPr>
        <w:t>βλάπτεσθαι ἀνάγκη. Καὶ τὸ νῦν ὁ θεωρίαν καὶ ἀλή‐ θειαν καὶ σχολὴν ἀσπαζόμενος τίς ἂν εἴη ἄλλος, ἢ ὁ</w:t>
      </w:r>
    </w:p>
    <w:p>
      <w:r>
        <w:rPr>
          <w:rFonts w:ascii="Courier New" w:hAnsi="Courier New"/>
          <w:color w:val="555555"/>
          <w:sz w:val="20"/>
        </w:rPr>
        <w:t>[15 . 5 f]</w:t>
      </w:r>
    </w:p>
    <w:p>
      <w:r>
        <w:rPr>
          <w:rFonts w:ascii="Gentium Plus" w:hAnsi="Gentium Plus"/>
          <w:sz w:val="24"/>
        </w:rPr>
        <w:t>φρόνιμος καὶ νοῦν ἔχων; Ἀλλὰ τί οὖν· ὁ μὴ κυβερ‐ νητικώτατος ἐξίσταται τῆς αὑτοῦ ἕδρας τοῖς ἀτεχνο‐ τάτοις, καὶ ὁ στρατηγὸς ἐξίσταται τῆς ἀρχῆς τοῖς ἀν‐</w:t>
      </w:r>
    </w:p>
    <w:p>
      <w:r>
        <w:rPr>
          <w:rFonts w:ascii="Courier New" w:hAnsi="Courier New"/>
          <w:color w:val="555555"/>
          <w:sz w:val="20"/>
        </w:rPr>
        <w:t>[15 . 5 g]</w:t>
      </w:r>
    </w:p>
    <w:p>
      <w:r>
        <w:rPr>
          <w:rFonts w:ascii="Gentium Plus" w:hAnsi="Gentium Plus"/>
          <w:sz w:val="24"/>
        </w:rPr>
        <w:t>αρχοτάτοις; Τί δὲ καὶ τὴν ἀρχὴν σεμνὸν τὸ τἀληθῆ εἰδέναι, καὶ τεταμιεῦσθαι ἐν τῇ ψυχῇ θησαυρὸν ἄγο‐ νον καὶ ἀργὸν καὶ ἄκαρπον, μηδὲν αὐτῆς ὀνίνασθαι</w:t>
      </w:r>
    </w:p>
    <w:p>
      <w:r>
        <w:rPr>
          <w:rFonts w:ascii="Courier New" w:hAnsi="Courier New"/>
          <w:color w:val="555555"/>
          <w:sz w:val="20"/>
        </w:rPr>
        <w:t>[15 . 5 h]</w:t>
      </w:r>
    </w:p>
    <w:p>
      <w:r>
        <w:rPr>
          <w:rFonts w:ascii="Gentium Plus" w:hAnsi="Gentium Plus"/>
          <w:sz w:val="24"/>
        </w:rPr>
        <w:t>μέλλοντα μηδὲ ὠφελήσειν ἑτέρους; πλὴν εἰ μὴ καὶ ἀκοὴ καλόν, ἵνα ἔχωμεν, οὐχ ἵνα ἁρμονίας καὶ φωνῆς συνῶμεν· καὶ ὄψις καλόν, ἵνα ἔχωμεν, οὐχ ἵνα ἴδωμεν τὸ τοῦ ἡλίου φῶς· καὶ ὁ πλοῦτος καλόν, κἂν ἔχει τὶς</w:t>
      </w:r>
    </w:p>
    <w:p>
      <w:r>
        <w:rPr>
          <w:rFonts w:ascii="Courier New" w:hAnsi="Courier New"/>
          <w:color w:val="555555"/>
          <w:sz w:val="20"/>
        </w:rPr>
        <w:t>[5]</w:t>
      </w:r>
    </w:p>
    <w:p>
      <w:r>
        <w:rPr>
          <w:rFonts w:ascii="Gentium Plus" w:hAnsi="Gentium Plus"/>
          <w:sz w:val="24"/>
        </w:rPr>
        <w:t>αὐτὸν κατορύξας ἐν γῇ, θησαυρὸν ἀργόν.</w:t>
      </w:r>
    </w:p>
    <w:p>
      <w:r>
        <w:rPr>
          <w:rFonts w:ascii="Courier New" w:hAnsi="Courier New"/>
          <w:color w:val="555555"/>
          <w:sz w:val="20"/>
        </w:rPr>
        <w:t>[15 . 6 a]</w:t>
      </w:r>
    </w:p>
    <w:p>
      <w:r>
        <w:rPr>
          <w:rFonts w:ascii="Gentium Plus" w:hAnsi="Gentium Plus"/>
          <w:sz w:val="24"/>
        </w:rPr>
        <w:t>Συνελόντι δ’ εἰπεῖν, τίς ὄνησις τοῦ εἰδέναι, εἰς ἅπερ συντελεῖ τὸ εἰδέναι; τίς χρεία ἰατρῷ τῆς τέχνης, μὴ ὑγιάζοντι κατὰ τὴν τέχνην; τίς χρεία Φειδίᾳ τῆς τέχνης, μὴ προστιθέντι αὐτὴν τῷ ἐλέφαντι καὶ τῷ</w:t>
      </w:r>
    </w:p>
    <w:p>
      <w:r>
        <w:rPr>
          <w:rFonts w:ascii="Courier New" w:hAnsi="Courier New"/>
          <w:color w:val="555555"/>
          <w:sz w:val="20"/>
        </w:rPr>
        <w:t>[15 . 6 b]</w:t>
      </w:r>
    </w:p>
    <w:p>
      <w:r>
        <w:rPr>
          <w:rFonts w:ascii="Gentium Plus" w:hAnsi="Gentium Plus"/>
          <w:sz w:val="24"/>
        </w:rPr>
        <w:t>χρυσῷ; Σοφὸς ἦν δήπου καὶ ὁ Νέστωρ· ἁλλὰ ὁρῶ τὰ τῆς σοφίας ἔργα, σωτηρίαν στρατοπέδου, εἰρήνην πό‐</w:t>
      </w:r>
    </w:p>
    <w:p>
      <w:r>
        <w:rPr>
          <w:rFonts w:ascii="Courier New" w:hAnsi="Courier New"/>
          <w:color w:val="555555"/>
          <w:sz w:val="20"/>
        </w:rPr>
        <w:t>[15 . 6 c]</w:t>
      </w:r>
    </w:p>
    <w:p>
      <w:r>
        <w:rPr>
          <w:rFonts w:ascii="Gentium Plus" w:hAnsi="Gentium Plus"/>
          <w:sz w:val="24"/>
        </w:rPr>
        <w:t>λεως, παιδῶν πειθώ, δήμου ἀρετήν. Σοφὸς ἦν ὁ Ὀδυσσεύς· ἀλλ’ ὁρῶ τὰ ἔργα, τοῦτο μὲν ἐν γῇ, τοῦτο δὲ ἐν θαλάττῃ· πολλῶν δ’ ἀνθρώπων ἴδεν ἄστεα, καὶ νόον ἔγνω,</w:t>
      </w:r>
    </w:p>
    <w:p>
      <w:r>
        <w:rPr>
          <w:rFonts w:ascii="Courier New" w:hAnsi="Courier New"/>
          <w:color w:val="555555"/>
          <w:sz w:val="20"/>
        </w:rPr>
        <w:t>[5]</w:t>
      </w:r>
    </w:p>
    <w:p>
      <w:r>
        <w:rPr>
          <w:rFonts w:ascii="Gentium Plus" w:hAnsi="Gentium Plus"/>
          <w:sz w:val="24"/>
        </w:rPr>
        <w:t>ἀρνύμενος ἥν τε ψυχὴν καὶ νόστον ἑταίρων.</w:t>
      </w:r>
    </w:p>
    <w:p>
      <w:r>
        <w:rPr>
          <w:rFonts w:ascii="Courier New" w:hAnsi="Courier New"/>
          <w:color w:val="555555"/>
          <w:sz w:val="20"/>
        </w:rPr>
        <w:t>[15 . 6 d]</w:t>
      </w:r>
    </w:p>
    <w:p>
      <w:r>
        <w:rPr>
          <w:rFonts w:ascii="Gentium Plus" w:hAnsi="Gentium Plus"/>
          <w:sz w:val="24"/>
        </w:rPr>
        <w:t>Καὶ πρὸς τούτῳ ἔτι ἦν σοφὸς ὁ Ἡρακλῆς· ἀλλὰ οὐχ αὑτῷ σοφός, ἀλλὰ ἐπὶ πᾶσαν γῆν καὶ θάλατταν ἡ σοφία ἔτεινεν. Οὗτος ὁ θηρίων καθάρτης, οὗτος ὁ τυράννων σωφρονιστής, ὁ δουλείας ἐλευθερωτής, ὁ ἐλευθερίας</w:t>
      </w:r>
    </w:p>
    <w:p>
      <w:r>
        <w:rPr>
          <w:rFonts w:ascii="Courier New" w:hAnsi="Courier New"/>
          <w:color w:val="555555"/>
          <w:sz w:val="20"/>
        </w:rPr>
        <w:t>[5]</w:t>
      </w:r>
    </w:p>
    <w:p>
      <w:r>
        <w:rPr>
          <w:rFonts w:ascii="Gentium Plus" w:hAnsi="Gentium Plus"/>
          <w:sz w:val="24"/>
        </w:rPr>
        <w:t>νομοθέτης, ὁ δικαιοσύνης βεβαιωτής, εὑρετὴς νόμων,</w:t>
      </w:r>
    </w:p>
    <w:p>
      <w:r>
        <w:rPr>
          <w:rFonts w:ascii="Courier New" w:hAnsi="Courier New"/>
          <w:color w:val="555555"/>
          <w:sz w:val="20"/>
        </w:rPr>
        <w:t>[15 . 6 e]</w:t>
      </w:r>
    </w:p>
    <w:p>
      <w:r>
        <w:rPr>
          <w:rFonts w:ascii="Gentium Plus" w:hAnsi="Gentium Plus"/>
          <w:sz w:val="24"/>
        </w:rPr>
        <w:t>ἀληθευτὴς λόγων, κατορθωτὴς ἔργων. Εἰ δὲ ἤθελεν ὁ Ἡρακλῆς ἐπαναχωρήσας καθ’ ἡσυχίαν βιοῦν, καὶ σχολὴν ἄγειν, καὶ διώκειν σοφίαν ἀπράγμονα, ἦν ἂν δήπου ἀνθ’ Ἡρακλέους σοφιστής, καὶ οὐδεὶς ἂν αὐ‐</w:t>
      </w:r>
    </w:p>
    <w:p>
      <w:r>
        <w:rPr>
          <w:rFonts w:ascii="Courier New" w:hAnsi="Courier New"/>
          <w:color w:val="555555"/>
          <w:sz w:val="20"/>
        </w:rPr>
        <w:t>[15 . 6 f]</w:t>
      </w:r>
    </w:p>
    <w:p>
      <w:r>
        <w:rPr>
          <w:rFonts w:ascii="Gentium Plus" w:hAnsi="Gentium Plus"/>
          <w:sz w:val="24"/>
        </w:rPr>
        <w:t>τὸν ἐτόλμησεν εἰπεῖν παῖδα Διός. Οὐδὲ γὰρ ὁ Ζεὺς σχολὴν ἄγει· ἦ γὰρ ἂν ἐπαύσατο καὶ οὐρανὸς περι‐ φερόμενος· καὶ γῆ τρέφουσα, καὶ ποταμοὶ ῥέοντες, καὶ</w:t>
      </w:r>
    </w:p>
    <w:p>
      <w:r>
        <w:rPr>
          <w:rFonts w:ascii="Courier New" w:hAnsi="Courier New"/>
          <w:color w:val="555555"/>
          <w:sz w:val="20"/>
        </w:rPr>
        <w:t>[5]</w:t>
      </w:r>
    </w:p>
    <w:p>
      <w:r>
        <w:rPr>
          <w:rFonts w:ascii="Gentium Plus" w:hAnsi="Gentium Plus"/>
          <w:sz w:val="24"/>
        </w:rPr>
        <w:t>διαλαγχάνουσαι, καὶ Μοῦσαι ᾄδουσαι· ἐπαύσαντο δ’ ἂν καὶ αἱ ἀνθρώπων ἀρεταί, καὶ ζῴων σωτηρίαι, καὶ καρπῶν γενέσεις, καὶ τὸ πᾶν τοῦτο αὖθις ἂν περὶ</w:t>
      </w:r>
    </w:p>
    <w:p>
      <w:r>
        <w:rPr>
          <w:rFonts w:ascii="Courier New" w:hAnsi="Courier New"/>
          <w:color w:val="555555"/>
          <w:sz w:val="20"/>
        </w:rPr>
        <w:t>[15 . 6 g]</w:t>
      </w:r>
    </w:p>
    <w:p>
      <w:r>
        <w:rPr>
          <w:rFonts w:ascii="Gentium Plus" w:hAnsi="Gentium Plus"/>
          <w:sz w:val="24"/>
        </w:rPr>
        <w:t>αὑτῷ σφαλλόμενον συνεχύθη καὶ συνεταράχθη. Ἀλλ’ ἡ Διὸς πραγματεία ἄτρυτος οὖσα καὶ διηνεκὴς καὶ ἀκοίμητος, καὶ μηδέποτε ἀπαγορεύουσα, μηδὲ ἐπανα‐ χωροῦσα τοῦ ἑαυτῆς ἔργου, ἀέναον χορηγεῖ τὴν σω‐</w:t>
      </w:r>
    </w:p>
    <w:p>
      <w:r>
        <w:rPr>
          <w:rFonts w:ascii="Courier New" w:hAnsi="Courier New"/>
          <w:color w:val="555555"/>
          <w:sz w:val="20"/>
        </w:rPr>
        <w:t>[15 . 6 h]</w:t>
      </w:r>
    </w:p>
    <w:p>
      <w:r>
        <w:rPr>
          <w:rFonts w:ascii="Gentium Plus" w:hAnsi="Gentium Plus"/>
          <w:sz w:val="24"/>
        </w:rPr>
        <w:t>τηρίαν τοῖς οὖσιν. Οὕτω που καὶ βασιλέων τοῖς ἀγαθοῖς καὶ Διὶ ὁμοίοις παραινεῖ δι’ ὀνειράτων ὁ Ζεύς, οὐ χρὴ παννύχιον εὕδειν βουληφόρον ἄνδρα, ᾧ λαοί τ’ ἐπιτετράφαται καὶ τόσσα μέμηλεν.</w:t>
      </w:r>
    </w:p>
    <w:p>
      <w:r>
        <w:rPr>
          <w:rFonts w:ascii="Courier New" w:hAnsi="Courier New"/>
          <w:color w:val="555555"/>
          <w:sz w:val="20"/>
        </w:rPr>
        <w:t>[15 . 7 a]</w:t>
      </w:r>
    </w:p>
    <w:p>
      <w:r>
        <w:rPr>
          <w:rFonts w:ascii="Gentium Plus" w:hAnsi="Gentium Plus"/>
          <w:sz w:val="24"/>
        </w:rPr>
        <w:t>Πρὸς ταῦτα ἀπιδὼν ὁ φιλόσοφος, μὴ τὸν Δία μι‐ μείσθω, μὴ τὸν Ἡρακλέα, μὴ τοὺς ἀγαθοὺς βασιλεῖς, μὴ τοὺς ἄρχοντας, ἀλλὰ βιούτω βίον ἀνδρὸς ἐν ἐρημίᾳ γεννηθέντος, μονωτὴν βίον, οὐκ ἀγελαστικόν· Κυκλώ‐</w:t>
      </w:r>
    </w:p>
    <w:p>
      <w:r>
        <w:rPr>
          <w:rFonts w:ascii="Courier New" w:hAnsi="Courier New"/>
          <w:color w:val="555555"/>
          <w:sz w:val="20"/>
        </w:rPr>
        <w:t>[15 . 7 b]</w:t>
      </w:r>
    </w:p>
    <w:p>
      <w:r>
        <w:rPr>
          <w:rFonts w:ascii="Gentium Plus" w:hAnsi="Gentium Plus"/>
          <w:sz w:val="24"/>
        </w:rPr>
        <w:t>πιον βίον, οὐκ ἀνθρώπινον. Ἀλλὰ καὶ τούτοις ἔφερεν</w:t>
      </w:r>
    </w:p>
    <w:p>
      <w:r>
        <w:rPr>
          <w:rFonts w:ascii="Courier New" w:hAnsi="Courier New"/>
          <w:color w:val="555555"/>
          <w:sz w:val="20"/>
        </w:rPr>
        <w:t>[5]</w:t>
      </w:r>
    </w:p>
    <w:p>
      <w:r>
        <w:rPr>
          <w:rFonts w:ascii="Gentium Plus" w:hAnsi="Gentium Plus"/>
          <w:sz w:val="24"/>
        </w:rPr>
        <w:t>κῶν, καὶ οὐ παντάπασιν ἀπράγμων ἦν. Τὸ δὲ ὅλον,</w:t>
      </w:r>
    </w:p>
    <w:p>
      <w:r>
        <w:rPr>
          <w:rFonts w:ascii="Courier New" w:hAnsi="Courier New"/>
          <w:color w:val="555555"/>
          <w:sz w:val="20"/>
        </w:rPr>
        <w:t>[15 . 7 c]</w:t>
      </w:r>
    </w:p>
    <w:p>
      <w:r>
        <w:rPr>
          <w:rFonts w:ascii="Gentium Plus" w:hAnsi="Gentium Plus"/>
          <w:sz w:val="24"/>
        </w:rPr>
        <w:t>ἀπραγμοσύνη τίνος ἄλλου εἴη πλὴν νεκροῦ; Εἰ μὲν οὖν τὸ πράττειν ἔρημον ἦν ἀρετῆς, καλῶς εἶχε, διώ‐ κοντας τὴν ἀρετήν, ἀπολείπεσθαι αὐτοῦ· εἰ δ’ ἔστιν ἀνθρώπου ἀρετὴ οὐ λόγος, ἀλλ’ ἔργον, καὶ πρᾶξις ἐν</w:t>
      </w:r>
    </w:p>
    <w:p>
      <w:r>
        <w:rPr>
          <w:rFonts w:ascii="Courier New" w:hAnsi="Courier New"/>
          <w:color w:val="555555"/>
          <w:sz w:val="20"/>
        </w:rPr>
        <w:t>[5]</w:t>
      </w:r>
    </w:p>
    <w:p>
      <w:r>
        <w:rPr>
          <w:rFonts w:ascii="Gentium Plus" w:hAnsi="Gentium Plus"/>
          <w:sz w:val="24"/>
        </w:rPr>
        <w:t>κοινωνίᾳ, καὶ χρῆσις βίου πολιτική, διωκτέον ταῦτα, μεθ’ ὧν ἄν τις καὶ τὴν ἀρετὴν λάβοι. Τὴν μὲν γὰρ κακότητα καὶ εἰλαδόν ἐστιν ἑλέσθαι, ὁ Βοιώτιος ποιητὴς λέγει,</w:t>
      </w:r>
    </w:p>
    <w:p>
      <w:r>
        <w:rPr>
          <w:rFonts w:ascii="Courier New" w:hAnsi="Courier New"/>
          <w:color w:val="555555"/>
          <w:sz w:val="20"/>
        </w:rPr>
        <w:t>[10]</w:t>
      </w:r>
    </w:p>
    <w:p>
      <w:r>
        <w:rPr>
          <w:rFonts w:ascii="Gentium Plus" w:hAnsi="Gentium Plus"/>
          <w:sz w:val="24"/>
        </w:rPr>
        <w:t>τῆς δὲ ἀρετῆς ἱδρῶτα θεοὶ προπά‐ ροιθεν ἔθηκαν. Καλός γε ὁ ἀγωνιστὴς ἡμῖν ἀνιδρωτεὶ στεφανοῦσθαι ἐθέλων.</w:t>
      </w:r>
    </w:p>
    <w:p>
      <w:r>
        <w:rPr>
          <w:rFonts w:ascii="Courier New" w:hAnsi="Courier New"/>
          <w:color w:val="555555"/>
          <w:sz w:val="20"/>
        </w:rPr>
        <w:t>[15 . 8 a]</w:t>
      </w:r>
    </w:p>
    <w:p>
      <w:r>
        <w:rPr>
          <w:rFonts w:ascii="Gentium Plus" w:hAnsi="Gentium Plus"/>
          <w:sz w:val="24"/>
        </w:rPr>
        <w:t>Ἀλλὰ τῷ προσαπτομένῳ πραγμάτων κίνδυνος ἕπεται, καὶ ζημία, καὶ ἐπιβουλαί, καὶ φθόνοι, καὶ φυγαί, καὶ θά‐</w:t>
      </w:r>
    </w:p>
    <w:p>
      <w:r>
        <w:rPr>
          <w:rFonts w:ascii="Courier New" w:hAnsi="Courier New"/>
          <w:color w:val="555555"/>
          <w:sz w:val="20"/>
        </w:rPr>
        <w:t>[15 . 8 b]</w:t>
      </w:r>
    </w:p>
    <w:p>
      <w:r>
        <w:rPr>
          <w:rFonts w:ascii="Gentium Plus" w:hAnsi="Gentium Plus"/>
          <w:sz w:val="24"/>
        </w:rPr>
        <w:t>νατοι, καὶ ἀτιμίαι. Φέρε οὖν, εἰ καὶ τῷ κυβερνήτῃ ὁ λο‐ γισμὸς οὗτος ἦν, ὅτι τὸ πλεῖν ἐπισφαλές, κινδύνων μεστὸν καὶ πόνων, καὶ πολλοῦ τοῦ ἀδήλου, καὶ χειμώνων, καὶ</w:t>
      </w:r>
    </w:p>
    <w:p>
      <w:r>
        <w:rPr>
          <w:rFonts w:ascii="Courier New" w:hAnsi="Courier New"/>
          <w:color w:val="555555"/>
          <w:sz w:val="20"/>
        </w:rPr>
        <w:t>[15 . 8 c]</w:t>
      </w:r>
    </w:p>
    <w:p>
      <w:r>
        <w:rPr>
          <w:rFonts w:ascii="Gentium Plus" w:hAnsi="Gentium Plus"/>
          <w:sz w:val="24"/>
        </w:rPr>
        <w:t>πνευμάτων· φέρε, εἰ καὶ τῷ στρατηγῷ τοιοῦτος λογισμὸς ἦν, ὅτι ἄδηλοι μὲν αἱ τοῦ πολέμου τύχαι, τὸ δὲ σφα‐ λερὸν ἐπ’ ἀμφοῖν ἴσον, ἐν ποσὶν δὲ ὁ κίνδυνος, καὶ</w:t>
      </w:r>
    </w:p>
    <w:p>
      <w:r>
        <w:rPr>
          <w:rFonts w:ascii="Courier New" w:hAnsi="Courier New"/>
          <w:color w:val="555555"/>
          <w:sz w:val="20"/>
        </w:rPr>
        <w:t>[15 . 8 d]</w:t>
      </w:r>
    </w:p>
    <w:p>
      <w:r>
        <w:rPr>
          <w:rFonts w:ascii="Gentium Plus" w:hAnsi="Gentium Plus"/>
          <w:sz w:val="24"/>
        </w:rPr>
        <w:t>ὁ θάνατος πλησίον· τί τοίνυν ἐκώλυεν ἐκ τούτων τῶν λογισμῶν ἄπλουν μὲν εἶναι τὴν θάλατταν, ἐλευθερίας δὲ μηδὲ ὄναρ μετέχειν τοὺς πολλοὺς ἀπορίᾳ στρατη‐ γῶν, τὸν δὲ ξύμπαντα βίον εἶναι μηδὲν σκωλήκων</w:t>
      </w:r>
    </w:p>
    <w:p>
      <w:r>
        <w:rPr>
          <w:rFonts w:ascii="Courier New" w:hAnsi="Courier New"/>
          <w:color w:val="555555"/>
          <w:sz w:val="20"/>
        </w:rPr>
        <w:t>[15 . 8 e]</w:t>
      </w:r>
    </w:p>
    <w:p>
      <w:r>
        <w:rPr>
          <w:rFonts w:ascii="Gentium Plus" w:hAnsi="Gentium Plus"/>
          <w:sz w:val="24"/>
        </w:rPr>
        <w:t>διαφέροντα, δειλὸν καὶ ἀργὸν καὶ ἐπτηχότα; Σαρδα‐ ναπάλλου μοι βίον λέγεις, Ἐπικούρου μοι βίον λέγεις.</w:t>
      </w:r>
    </w:p>
    <w:p>
      <w:r>
        <w:rPr>
          <w:rFonts w:ascii="Courier New" w:hAnsi="Courier New"/>
          <w:color w:val="555555"/>
          <w:sz w:val="20"/>
        </w:rPr>
        <w:t>[15 . 8 f]</w:t>
      </w:r>
    </w:p>
    <w:p>
      <w:r>
        <w:rPr>
          <w:rFonts w:ascii="Gentium Plus" w:hAnsi="Gentium Plus"/>
          <w:sz w:val="24"/>
        </w:rPr>
        <w:t>Ἀντιθῶμεν αὐτοῖς, Κῦρον μὲν Σαρδαναπάλλῳ, τὸν Πέρσην τῷ Ἀσσυρίῳ, ὅς, ἐξὸν αὐτῷ σχολὴν ἄγειν καὶ καθ’ ἡσυχίαν βιοῦν, εἵλετο ἐλευθεροῦν τὸ Περσῶν γένος, πονῶν καὶ στρατευόμενος καὶ διψῶν καὶ λι‐</w:t>
      </w:r>
    </w:p>
    <w:p>
      <w:r>
        <w:rPr>
          <w:rFonts w:ascii="Courier New" w:hAnsi="Courier New"/>
          <w:color w:val="555555"/>
          <w:sz w:val="20"/>
        </w:rPr>
        <w:t>[5]</w:t>
      </w:r>
    </w:p>
    <w:p>
      <w:r>
        <w:rPr>
          <w:rFonts w:ascii="Gentium Plus" w:hAnsi="Gentium Plus"/>
          <w:sz w:val="24"/>
        </w:rPr>
        <w:t>μώττων, καὶ μὴ ἀνεὶς τὸν κάματον, μήτε νύκτωρ,</w:t>
      </w:r>
    </w:p>
    <w:p>
      <w:r>
        <w:rPr>
          <w:rFonts w:ascii="Courier New" w:hAnsi="Courier New"/>
          <w:color w:val="555555"/>
          <w:sz w:val="20"/>
        </w:rPr>
        <w:t>[15 . 8 g]</w:t>
      </w:r>
    </w:p>
    <w:p>
      <w:r>
        <w:rPr>
          <w:rFonts w:ascii="Gentium Plus" w:hAnsi="Gentium Plus"/>
          <w:sz w:val="24"/>
        </w:rPr>
        <w:t>μήτε μεθ’ ἡμέραν. Ἀντίθες καὶ Ἐπικούρῳ πολλούς, Ἕλληνι Ἕλληνας· ἐκ μὲν Ἀκαδημίας Πλάτωνα, ἐκ δὲ στρατοπέδου Ξενοφῶντα, ἐκ δὲ τοῦ Πόντου Διογένην.</w:t>
      </w:r>
    </w:p>
    <w:p>
      <w:r>
        <w:rPr>
          <w:rFonts w:ascii="Courier New" w:hAnsi="Courier New"/>
          <w:color w:val="555555"/>
          <w:sz w:val="20"/>
        </w:rPr>
        <w:t>[15 . 9 a]</w:t>
      </w:r>
    </w:p>
    <w:p>
      <w:r>
        <w:rPr>
          <w:rFonts w:ascii="Gentium Plus" w:hAnsi="Gentium Plus"/>
          <w:sz w:val="24"/>
        </w:rPr>
        <w:t>Οὐκοῦν ὁ μὲν ὑπὲρ ἀνδρὸς φίλου, φυγάδος καὶ πένητος, μεγάλῃ καὶ ἰσχυρᾷ τυραννίδι ἀντετάξατο, γῆν πολλὴν βαδίζων, καὶ πελάγη περαιούμενος, καὶ ἀπεχθα‐</w:t>
      </w:r>
    </w:p>
    <w:p>
      <w:r>
        <w:rPr>
          <w:rFonts w:ascii="Courier New" w:hAnsi="Courier New"/>
          <w:color w:val="555555"/>
          <w:sz w:val="20"/>
        </w:rPr>
        <w:t>[5]</w:t>
      </w:r>
    </w:p>
    <w:p>
      <w:r>
        <w:rPr>
          <w:rFonts w:ascii="Gentium Plus" w:hAnsi="Gentium Plus"/>
          <w:sz w:val="24"/>
        </w:rPr>
        <w:t>μὴ προδῷ τὸ φιλοσοφίας ἦθος· ἐξῆν δέ που αὐτῷ ἐν</w:t>
      </w:r>
    </w:p>
    <w:p>
      <w:r>
        <w:rPr>
          <w:rFonts w:ascii="Courier New" w:hAnsi="Courier New"/>
          <w:color w:val="555555"/>
          <w:sz w:val="20"/>
        </w:rPr>
        <w:t>[15 . 9 b]</w:t>
      </w:r>
    </w:p>
    <w:p>
      <w:r>
        <w:rPr>
          <w:rFonts w:ascii="Gentium Plus" w:hAnsi="Gentium Plus"/>
          <w:sz w:val="24"/>
        </w:rPr>
        <w:t>Ἀκαδημίᾳ θεωρεῖν, καὶ ἀληθείας ἐμπίμπλασθαι. Ξενο‐ φῶντα δὲ καλεῖ μὲν Πρόξενος, παραπέμπει δὲ ὁ Ἀπόλλων, συνεκπέμπει δὲ ὁ Σωκράτης ἐκ τῆς πολλῆς σχολῆς καὶ θεωρίας, ἐπὶ στρατείαν, καὶ στρατηγίαν,</w:t>
      </w:r>
    </w:p>
    <w:p>
      <w:r>
        <w:rPr>
          <w:rFonts w:ascii="Courier New" w:hAnsi="Courier New"/>
          <w:color w:val="555555"/>
          <w:sz w:val="20"/>
        </w:rPr>
        <w:t>[15 . 9 c]</w:t>
      </w:r>
    </w:p>
    <w:p>
      <w:r>
        <w:rPr>
          <w:rFonts w:ascii="Gentium Plus" w:hAnsi="Gentium Plus"/>
          <w:sz w:val="24"/>
        </w:rPr>
        <w:t>καὶ σωτηρίαν Ἑλλήνων μυρίων. Τὰ δὲ Διογένους τί χρὴ λέγειν; ὃς ἀφέμενος τῆς αὑτοῦ σχολῆς περιῄει ἐπισκοπῶν τὰ τῶν πλησίον, οὐκ ἀργὸς οὐδὲ ἠμελη‐ μένος ἐπιστάτης· ἀλλὰ κατὰ τὸν Ὀδυσσέα ἐκεῖνον,</w:t>
      </w:r>
    </w:p>
    <w:p>
      <w:r>
        <w:rPr>
          <w:rFonts w:ascii="Courier New" w:hAnsi="Courier New"/>
          <w:color w:val="555555"/>
          <w:sz w:val="20"/>
        </w:rPr>
        <w:t>[15 . 9 d]</w:t>
      </w:r>
    </w:p>
    <w:p>
      <w:r>
        <w:rPr>
          <w:rFonts w:ascii="Gentium Plus" w:hAnsi="Gentium Plus"/>
          <w:sz w:val="24"/>
        </w:rPr>
        <w:t>ὅντινα μὲν βασιλῆα καὶ ἔξοχον ἄνδρα κιχείη, τόν ῥ’ ἀγανοῖς ἐπέεσσιν ἐρητύσασκε παραστάς· ὃν δ’ αὖ δήμου τ’ ἄνδρα ἴδοι, βοόωντά τ’ ἐφεύροι,</w:t>
      </w:r>
    </w:p>
    <w:p>
      <w:r>
        <w:rPr>
          <w:rFonts w:ascii="Courier New" w:hAnsi="Courier New"/>
          <w:color w:val="555555"/>
          <w:sz w:val="20"/>
        </w:rPr>
        <w:t>[5]</w:t>
      </w:r>
    </w:p>
    <w:p>
      <w:r>
        <w:rPr>
          <w:rFonts w:ascii="Gentium Plus" w:hAnsi="Gentium Plus"/>
          <w:sz w:val="24"/>
        </w:rPr>
        <w:t>τὸν σκήπτρῳ ἐλάσασκεν·</w:t>
      </w:r>
    </w:p>
    <w:p>
      <w:r>
        <w:rPr>
          <w:rFonts w:ascii="Courier New" w:hAnsi="Courier New"/>
          <w:color w:val="555555"/>
          <w:sz w:val="20"/>
        </w:rPr>
        <w:t>[15 . 9 e]</w:t>
      </w:r>
    </w:p>
    <w:p>
      <w:r>
        <w:rPr>
          <w:rFonts w:ascii="Gentium Plus" w:hAnsi="Gentium Plus"/>
          <w:sz w:val="24"/>
        </w:rPr>
        <w:t>ἀλλ’ οὐδ’ ἑαυτοῦ ἀπείχετο, ἀλλ’ ἐκόλαζεν καὶ παρεῖχεν ἑαυτῷ πράγματα, αὑτὸν μὲν πληγῇσιν ἀεικελίῃσι δαμάσσας, σπεῖρα κάκ’ ἀμφ’ ὤμοισι βαλών.</w:t>
      </w:r>
    </w:p>
    <w:p>
      <w:r>
        <w:rPr>
          <w:rFonts w:ascii="Courier New" w:hAnsi="Courier New"/>
          <w:color w:val="555555"/>
          <w:sz w:val="20"/>
        </w:rPr>
        <w:t>[15 . 10 a]</w:t>
      </w:r>
    </w:p>
    <w:p>
      <w:r>
        <w:rPr>
          <w:rFonts w:ascii="Gentium Plus" w:hAnsi="Gentium Plus"/>
          <w:sz w:val="24"/>
        </w:rPr>
        <w:t>Ἐῶ λέγειν, ὅτι ὁ μὲν ἀγαθὸς ἀνὴρ πράττων καὶ μὴ ἐπαναχωρῶν, μηδὲ ἐξιστάμενος τοῖς μοχθηροῖς,</w:t>
      </w:r>
    </w:p>
    <w:p>
      <w:r>
        <w:rPr>
          <w:rFonts w:ascii="Courier New" w:hAnsi="Courier New"/>
          <w:color w:val="555555"/>
          <w:sz w:val="20"/>
        </w:rPr>
        <w:t>[5]</w:t>
      </w:r>
    </w:p>
    <w:p>
      <w:r>
        <w:rPr>
          <w:rFonts w:ascii="Gentium Plus" w:hAnsi="Gentium Plus"/>
          <w:sz w:val="24"/>
        </w:rPr>
        <w:t>τητος μὲν καὶ ἀπειροκαλίας καὶ τόλμης τὸ μοχθηρὸν πᾶν ἂν ἀπέπλησεν, τὸ δὲ ἑαυτοῦ προΐεται. Ποῖ φεύγεις μετὰ νῶτα βαλών, κακὸς ὥς, ἐν ὁμίλῳ; Μένε, καὶ ἵστασο, καὶ ἀνέχου τῶν βλημάτων, καὶ μη‐</w:t>
      </w:r>
    </w:p>
    <w:p>
      <w:r>
        <w:rPr>
          <w:rFonts w:ascii="Courier New" w:hAnsi="Courier New"/>
          <w:color w:val="555555"/>
          <w:sz w:val="20"/>
        </w:rPr>
        <w:t>[15 . 10 b]</w:t>
      </w:r>
    </w:p>
    <w:p>
      <w:r>
        <w:rPr>
          <w:rFonts w:ascii="Gentium Plus" w:hAnsi="Gentium Plus"/>
          <w:sz w:val="24"/>
        </w:rPr>
        <w:t>δὲν ἐκπλαγῇς· δειλὸν τὸ τῶν πολεμίων στρατόπεδον, κενὰ τὰ βλήματα, ἐπιόντα σε οὐδεὶς δέξεται, φεύγοντα πάντες βαλοῦσιν, ὡς τὸν Αἴαντα οἱ Τρῶες, ὡς τὸν Σωκράτην Ἀθηναῖοι ἔβαλλον, καὶ οὐκ ἀπέσχοντο αὐ‐</w:t>
      </w:r>
    </w:p>
    <w:p>
      <w:r>
        <w:rPr>
          <w:rFonts w:ascii="Courier New" w:hAnsi="Courier New"/>
          <w:color w:val="555555"/>
          <w:sz w:val="20"/>
        </w:rPr>
        <w:t>[15 . 10 c]</w:t>
      </w:r>
    </w:p>
    <w:p>
      <w:r>
        <w:rPr>
          <w:rFonts w:ascii="Gentium Plus" w:hAnsi="Gentium Plus"/>
          <w:sz w:val="24"/>
        </w:rPr>
        <w:t>τοῦ, πρὶν κατέβαλον. Πῶς ἂν οὖν τις βιώῃ ἀσφαλῶς ἐν μέσοις ὢν τοῖς πολεμίοις; οὐδὲν γὰρ πολεμιώτερον</w:t>
      </w:r>
    </w:p>
    <w:p>
      <w:r>
        <w:rPr>
          <w:rFonts w:ascii="Courier New" w:hAnsi="Courier New"/>
          <w:color w:val="555555"/>
          <w:sz w:val="20"/>
        </w:rPr>
        <w:t>[15 . 10 d]</w:t>
      </w:r>
    </w:p>
    <w:p>
      <w:r>
        <w:rPr>
          <w:rFonts w:ascii="Gentium Plus" w:hAnsi="Gentium Plus"/>
          <w:sz w:val="24"/>
        </w:rPr>
        <w:t>ἀνδρὸς ἀρετῇ μοχθηρίας ἀμφιλαφοῦς. Συνυποσταλείς, φησὶν ὁ Σωκράτης, ὑπὸ τειχίον, τοὺς ἄλλους ὁρῶν</w:t>
      </w:r>
    </w:p>
    <w:p>
      <w:r>
        <w:rPr>
          <w:rFonts w:ascii="Courier New" w:hAnsi="Courier New"/>
          <w:color w:val="555555"/>
          <w:sz w:val="20"/>
        </w:rPr>
        <w:t>[15 . 10 e]</w:t>
      </w:r>
    </w:p>
    <w:p>
      <w:r>
        <w:rPr>
          <w:rFonts w:ascii="Gentium Plus" w:hAnsi="Gentium Plus"/>
          <w:sz w:val="24"/>
        </w:rPr>
        <w:t>ζάλῃ καὶ ἀμηχανίᾳ κυκωμένους. Δεῖξον, ὦ Σώκρατες, ἀσφαλὲς τειχίον, ἔνθα στὰς ὑπερόψομαι τῶν βλημά‐ των· ἐὰν δέ μοι τοιοῦτον τειχίον λέγῃς, ᾧ καὶ σὺ ὑπεστάλης, ὁρῶ τὰ βλήματα, Ἀνύτους πολλούς, Μελή‐</w:t>
      </w:r>
    </w:p>
    <w:p>
      <w:r>
        <w:rPr>
          <w:rFonts w:ascii="Courier New" w:hAnsi="Courier New"/>
          <w:color w:val="555555"/>
          <w:sz w:val="20"/>
        </w:rPr>
        <w:t>[5]</w:t>
      </w:r>
    </w:p>
    <w:p>
      <w:r>
        <w:rPr>
          <w:rFonts w:ascii="Gentium Plus" w:hAnsi="Gentium Plus"/>
          <w:sz w:val="24"/>
        </w:rPr>
        <w:t>τους πολλούς· ἁλώσιμον τὸ τειχίον.</w:t>
      </w:r>
    </w:p>
    <w:p>
      <w:pPr>
        <w:jc w:val="center"/>
      </w:pPr>
      <w:r>
        <w:rPr>
          <w:rFonts w:ascii="Gentium Plus" w:hAnsi="Gentium Plus"/>
          <w:b/>
          <w:sz w:val="24"/>
        </w:rPr>
        <w:t>Ὅτι ὁ θεωρητικὸς βίος ἀμείνων τοῦ πρακτικοῦ.</w:t>
      </w:r>
    </w:p>
    <w:p>
      <w:r>
        <w:rPr>
          <w:rFonts w:ascii="Courier New" w:hAnsi="Courier New"/>
          <w:color w:val="555555"/>
          <w:sz w:val="20"/>
        </w:rPr>
        <w:t>[1]</w:t>
      </w:r>
    </w:p>
    <w:p>
      <w:r>
        <w:rPr>
          <w:rFonts w:ascii="Gentium Plus" w:hAnsi="Gentium Plus"/>
          <w:sz w:val="24"/>
        </w:rPr>
        <w:t>Ἀλλ’ εἰ μὲν δίκην ἐφεύγομεν, ἠχθόμεθα ἂν τῷ δικαστῇ μὴ παρέχοντι ἑκατέρῳ ἐκ τῆς ἴσης τὴν ἀπο‐</w:t>
      </w:r>
    </w:p>
    <w:p>
      <w:r>
        <w:rPr>
          <w:rFonts w:ascii="Courier New" w:hAnsi="Courier New"/>
          <w:color w:val="555555"/>
          <w:sz w:val="20"/>
        </w:rPr>
        <w:t>[16 . 1 b]</w:t>
      </w:r>
    </w:p>
    <w:p>
      <w:r>
        <w:rPr>
          <w:rFonts w:ascii="Gentium Plus" w:hAnsi="Gentium Plus"/>
          <w:sz w:val="24"/>
        </w:rPr>
        <w:t>λογίαν, ἀλλ’ ἐοικότι τυράννῳ μᾶλλον ἢ δικαστῇ· ἐπεὶ δὲ ἡ μὲν ἐν δικαστηρίοις ψῆφος καὶ τύχη ἔξω τοῦ κατὰ φιλοσοφίαν ἤθους καὶ τρόπου, κατήγορος δὲ λόγος λόγου, φίλος φίλου, ἐπὶ θήρᾳ τοῦ ἀληθοῦς</w:t>
      </w:r>
    </w:p>
    <w:p>
      <w:r>
        <w:rPr>
          <w:rFonts w:ascii="Courier New" w:hAnsi="Courier New"/>
          <w:color w:val="555555"/>
          <w:sz w:val="20"/>
        </w:rPr>
        <w:t>[5]</w:t>
      </w:r>
    </w:p>
    <w:p>
      <w:r>
        <w:rPr>
          <w:rFonts w:ascii="Gentium Plus" w:hAnsi="Gentium Plus"/>
          <w:sz w:val="24"/>
        </w:rPr>
        <w:t>γίγνεται γοῦν, καὶ δικαστηρίῳ τινὶ ἔοικεν ἡ τοιαύτη βάσανος, φέρειν δῶμεν τήμερον τὴν ἀπολογίαν τῷ ἑτέρῳ τῶν λόγων, καὶ τῶν ἀνδρῶν τῷ θεωρητικῷ ἀτεχνῶς, ὥσπερ ἐπὶ δικαστῶν καθισταμένῳ καὶ ἀπο‐ τειναμένῳ πρὸς τὴν γραφήν· καὶ ἡ μὲν γραφὴ τοιάδε</w:t>
      </w:r>
    </w:p>
    <w:p>
      <w:r>
        <w:rPr>
          <w:rFonts w:ascii="Courier New" w:hAnsi="Courier New"/>
          <w:color w:val="555555"/>
          <w:sz w:val="20"/>
        </w:rPr>
        <w:t>[10]</w:t>
      </w:r>
    </w:p>
    <w:p>
      <w:r>
        <w:rPr>
          <w:rFonts w:ascii="Gentium Plus" w:hAnsi="Gentium Plus"/>
          <w:sz w:val="24"/>
        </w:rPr>
        <w:t>τὶς ἔστω, ἢ ὅτι ἐγγυτάτω.</w:t>
      </w:r>
    </w:p>
    <w:p>
      <w:r>
        <w:rPr>
          <w:rFonts w:ascii="Courier New" w:hAnsi="Courier New"/>
          <w:color w:val="555555"/>
          <w:sz w:val="20"/>
        </w:rPr>
        <w:t>[16 . 1 c]</w:t>
      </w:r>
    </w:p>
    <w:p>
      <w:r>
        <w:rPr>
          <w:rFonts w:ascii="Gentium Plus" w:hAnsi="Gentium Plus"/>
          <w:sz w:val="24"/>
        </w:rPr>
        <w:t>‘Ἀδικεῖ Ἀναξαγόρας, γεγονὼς μὲν ἐν τῇ Κλαζο‐ μενίων γῇ καὶ πόλει, καὶ μετασχὼν ἱερῶν καὶ ὁσίων, καὶ νόμων, καὶ τροφῆς, καὶ τῶν ἄλλων, ὧν καὶ οἱ λοιποὶ Κλαζομένιοι, ἐπαναχωρῶν δὲ ὥσπερ ἐκ θηρίων,</w:t>
      </w:r>
    </w:p>
    <w:p>
      <w:r>
        <w:rPr>
          <w:rFonts w:ascii="Courier New" w:hAnsi="Courier New"/>
          <w:color w:val="555555"/>
          <w:sz w:val="20"/>
        </w:rPr>
        <w:t>[5]</w:t>
      </w:r>
    </w:p>
    <w:p>
      <w:r>
        <w:rPr>
          <w:rFonts w:ascii="Gentium Plus" w:hAnsi="Gentium Plus"/>
          <w:sz w:val="24"/>
        </w:rPr>
        <w:t>καὶ μήτε ταῖς ἐκκλησίαις ἀναμιγνύμενος, μήτε εἰς Διο‐ νύσια ἀπαντῶν, μήτε εἰς δικαστήρια, μήτε ἄλλοθι Κλαζομενίοις, ἀλλὰ αὐτῷ ἡ μὲν γῆ μηλόβοτος, ἡ δὲ ἑστία ἄοικος, διατελεῖ δὲ καθ’ αὑτὸν τὴν θαυμαστὴν σοφίαν, ἄνω καὶ κάτω στρέφων καὶ διερευνώμενος.‘</w:t>
      </w:r>
    </w:p>
    <w:p>
      <w:r>
        <w:rPr>
          <w:rFonts w:ascii="Courier New" w:hAnsi="Courier New"/>
          <w:color w:val="555555"/>
          <w:sz w:val="20"/>
        </w:rPr>
        <w:t>[16 . 2 a]</w:t>
      </w:r>
    </w:p>
    <w:p>
      <w:r>
        <w:rPr>
          <w:rFonts w:ascii="Gentium Plus" w:hAnsi="Gentium Plus"/>
          <w:sz w:val="24"/>
        </w:rPr>
        <w:t>Ἡ μὲν δὴ γραφὴ ταύτῃ ἐχέτω· ἀπολογείσθω δὲ Ἀναξαγόρας ᾧδέ πως·</w:t>
      </w:r>
    </w:p>
    <w:p>
      <w:r>
        <w:rPr>
          <w:rFonts w:ascii="Courier New" w:hAnsi="Courier New"/>
          <w:color w:val="555555"/>
          <w:sz w:val="20"/>
        </w:rPr>
        <w:t>[16 . 2 b]</w:t>
      </w:r>
    </w:p>
    <w:p>
      <w:r>
        <w:rPr>
          <w:rFonts w:ascii="Gentium Plus" w:hAnsi="Gentium Plus"/>
          <w:sz w:val="24"/>
        </w:rPr>
        <w:t>‘Ὅτι μὲν πολλοῦ δέω ἀδικεῖν ὑμᾶς, ὦ ἄνδρες Κλα‐ ζομένιοι, εὖ τοῦτο οἶδα· οὔτε γὰρ εἰς χρημάτων λόγον ἐπλημμελεῖσθέ τι ὑπ’ ἐμοῦ, οὔτε τὸ ἐμαυτοῦ μέρος ἀδοξοτέραν ὑμῖν τὴν πόλιν ἐν τοῖς Ἕλλησιν παρασκευ‐</w:t>
      </w:r>
    </w:p>
    <w:p>
      <w:r>
        <w:rPr>
          <w:rFonts w:ascii="Courier New" w:hAnsi="Courier New"/>
          <w:color w:val="555555"/>
          <w:sz w:val="20"/>
        </w:rPr>
        <w:t>[5]</w:t>
      </w:r>
    </w:p>
    <w:p>
      <w:r>
        <w:rPr>
          <w:rFonts w:ascii="Gentium Plus" w:hAnsi="Gentium Plus"/>
          <w:sz w:val="24"/>
        </w:rPr>
        <w:t>άζω· ἔν τ’ αὖ τοῖς πρὸς ἕκαστον ὑμῶν συμβο‐ λαίοις ἀλυπότατον ἐμαυτὸν παρέχειν οἶμαι καὶ μέτριον, τῶν τε νόμων τῶν κειμένων, καὶ τῆς πολιτείας, ὑφ’ ἧς κοσμούμεθα, οὐκ ἔστιν ὅτου ἐλάττω ἔχω λόγον.</w:t>
      </w:r>
    </w:p>
    <w:p>
      <w:r>
        <w:rPr>
          <w:rFonts w:ascii="Courier New" w:hAnsi="Courier New"/>
          <w:color w:val="555555"/>
          <w:sz w:val="20"/>
        </w:rPr>
        <w:t>[16 . 2 c]</w:t>
      </w:r>
    </w:p>
    <w:p>
      <w:r>
        <w:rPr>
          <w:rFonts w:ascii="Gentium Plus" w:hAnsi="Gentium Plus"/>
          <w:sz w:val="24"/>
        </w:rPr>
        <w:t>Λείπεται δή, εἰ μηδὲν ἀδικῶν ὑμᾶς ἐγὼ ἐν τοῖς καθ’ ἡμέραν ἐμαυτοῦ διαιτήμασι καὶ τῷ τοῦ βίου σχήματι, γνώμῃ ἔτι ἁμαρτάνω, τοῦ μὲν ἔχειν αἰτίαν, ὡς ἀδικῶ δημοσίᾳ τὴν πόλιν, ἀφεῖσθαί με, τυχεῖν δὲ εἰς τὰ</w:t>
      </w:r>
    </w:p>
    <w:p>
      <w:r>
        <w:rPr>
          <w:rFonts w:ascii="Courier New" w:hAnsi="Courier New"/>
          <w:color w:val="555555"/>
          <w:sz w:val="20"/>
        </w:rPr>
        <w:t>[16 . 2 d]</w:t>
      </w:r>
    </w:p>
    <w:p>
      <w:r>
        <w:rPr>
          <w:rFonts w:ascii="Gentium Plus" w:hAnsi="Gentium Plus"/>
          <w:sz w:val="24"/>
        </w:rPr>
        <w:t>ἐμαυτοῦ ἰδίᾳ διδασκάλων, ἀλλ’ οὐ κατηγόρων. Φράσω δὴ πρὸς ὑμᾶς, οἷον τοὐμὸν πρᾶγμα ἐστίν, οὐδὲν ὑπο‐</w:t>
      </w:r>
    </w:p>
    <w:p>
      <w:r>
        <w:rPr>
          <w:rFonts w:ascii="Courier New" w:hAnsi="Courier New"/>
          <w:color w:val="555555"/>
          <w:sz w:val="20"/>
        </w:rPr>
        <w:t>[16 . 2 e]</w:t>
      </w:r>
    </w:p>
    <w:p>
      <w:r>
        <w:rPr>
          <w:rFonts w:ascii="Gentium Plus" w:hAnsi="Gentium Plus"/>
          <w:sz w:val="24"/>
        </w:rPr>
        <w:t>θύμημα τοὐμὸν ῥηθέν. Ἐγὼ γάρ, ὅτι μέν ἐστιν πολ‐ λοῦ ἄξιον δύναμις ἐν πόλει, καὶ κοινωνία βίου, καὶ ἔργων ἐπιφάνεια, καὶ χρῆσις πραγμάτων, σαφῶς οἶδα·</w:t>
      </w:r>
    </w:p>
    <w:p>
      <w:r>
        <w:rPr>
          <w:rFonts w:ascii="Courier New" w:hAnsi="Courier New"/>
          <w:color w:val="555555"/>
          <w:sz w:val="20"/>
        </w:rPr>
        <w:t>[16 . 2 f]</w:t>
      </w:r>
    </w:p>
    <w:p>
      <w:r>
        <w:rPr>
          <w:rFonts w:ascii="Gentium Plus" w:hAnsi="Gentium Plus"/>
          <w:sz w:val="24"/>
        </w:rPr>
        <w:t>εὖ γε μὴν ἐπίσταμαι ταυτὶ τὰ πολλοῦ ἄξια, μετὰ μὲν τρόπου ἀρετῆς καὶ καλοκαγαθίας, εἰς μέγα πάνυ συν‐ τελοῦντα τῷ σχόντι· εἰ δὲ μή, εἰς τοὐναντίον κατα‐ σμικρύνοντα καὶ καταβάλλοντα, καὶ μηδὲ τὸ λαθεῖν</w:t>
      </w:r>
    </w:p>
    <w:p>
      <w:r>
        <w:rPr>
          <w:rFonts w:ascii="Courier New" w:hAnsi="Courier New"/>
          <w:color w:val="555555"/>
          <w:sz w:val="20"/>
        </w:rPr>
        <w:t>[16 . 2 g]</w:t>
      </w:r>
    </w:p>
    <w:p>
      <w:r>
        <w:rPr>
          <w:rFonts w:ascii="Gentium Plus" w:hAnsi="Gentium Plus"/>
          <w:sz w:val="24"/>
        </w:rPr>
        <w:t>τοῖς ἔχουσιν, μοχθηρονοοῦσιν, παρεχόμενα. Ἐκλαμ‐ πρύνουσι γὰρ αἱ δυνάμεις τοὺς ἄνδρας· καθόσον δ’ ἄν τις ἁμάρτῃ τοῦ καλοῦ, κατὰ τοσοῦτον αὐτοὺς</w:t>
      </w:r>
    </w:p>
    <w:p>
      <w:r>
        <w:rPr>
          <w:rFonts w:ascii="Courier New" w:hAnsi="Courier New"/>
          <w:color w:val="555555"/>
          <w:sz w:val="20"/>
        </w:rPr>
        <w:t>[16 . 2 h]</w:t>
      </w:r>
    </w:p>
    <w:p>
      <w:r>
        <w:rPr>
          <w:rFonts w:ascii="Gentium Plus" w:hAnsi="Gentium Plus"/>
          <w:sz w:val="24"/>
        </w:rPr>
        <w:t>ἐξήλεγξαν. Εἰ μὲν δή τις γνώμης ἔχοι καλῶς, τὴν ἐπιφάνειαν ἐν τῷ ἀσφαλεῖ κτησάμενος, τῆς δυνάμεως</w:t>
      </w:r>
    </w:p>
    <w:p>
      <w:r>
        <w:rPr>
          <w:rFonts w:ascii="Courier New" w:hAnsi="Courier New"/>
          <w:color w:val="555555"/>
          <w:sz w:val="20"/>
        </w:rPr>
        <w:t>[16 . 2 i]</w:t>
      </w:r>
    </w:p>
    <w:p>
      <w:r>
        <w:rPr>
          <w:rFonts w:ascii="Gentium Plus" w:hAnsi="Gentium Plus"/>
          <w:sz w:val="24"/>
        </w:rPr>
        <w:t>ὤνατο· εἰ δὲ ταύτῃ ἐνδέων ἐπιθοῖτο, οἷς αὕτη χρῆται, ἀνάγκη πολυαμαθίᾳ τέχνης καὶ εὐπορίᾳ ὀργάνων σφα‐</w:t>
      </w:r>
    </w:p>
    <w:p>
      <w:r>
        <w:rPr>
          <w:rFonts w:ascii="Courier New" w:hAnsi="Courier New"/>
          <w:color w:val="555555"/>
          <w:sz w:val="20"/>
        </w:rPr>
        <w:t>[16 . 2 k]</w:t>
      </w:r>
    </w:p>
    <w:p>
      <w:r>
        <w:rPr>
          <w:rFonts w:ascii="Gentium Plus" w:hAnsi="Gentium Plus"/>
          <w:sz w:val="24"/>
        </w:rPr>
        <w:t>λῆναι τὸν χρώμενον. Ταῦτά τοι ἐννοῶν, ἡγούμην δεῖν φροντιστέον εἶναί μοι μᾶλλον, ἀλλ’ οὐ μὴ λάθω προσ‐ ιὼν παρὰ δύναμιν τοῖς κοινοῖς πταίων περὶ αὐτὰ καὶ σφαλλόμενος· οὐδὲ γὰρ 〈εἰ〉 ἐν χορῷ ξυνᾴδειν</w:t>
      </w:r>
    </w:p>
    <w:p>
      <w:r>
        <w:rPr>
          <w:rFonts w:ascii="Courier New" w:hAnsi="Courier New"/>
          <w:color w:val="555555"/>
          <w:sz w:val="20"/>
        </w:rPr>
        <w:t>[5]</w:t>
      </w:r>
    </w:p>
    <w:p>
      <w:r>
        <w:rPr>
          <w:rFonts w:ascii="Gentium Plus" w:hAnsi="Gentium Plus"/>
          <w:sz w:val="24"/>
        </w:rPr>
        <w:t>ὑφ’ ὑμῶν ἐταττόμην, ἠδίκουν ἄν, πρὶν ἔχειν φωνῆς</w:t>
      </w:r>
    </w:p>
    <w:p>
      <w:r>
        <w:rPr>
          <w:rFonts w:ascii="Courier New" w:hAnsi="Courier New"/>
          <w:color w:val="555555"/>
          <w:sz w:val="20"/>
        </w:rPr>
        <w:t>[16 . 2 l]</w:t>
      </w:r>
    </w:p>
    <w:p>
      <w:r>
        <w:rPr>
          <w:rFonts w:ascii="Gentium Plus" w:hAnsi="Gentium Plus"/>
          <w:sz w:val="24"/>
        </w:rPr>
        <w:t>ἐμμελῶς, οὐκ ἐθέλων ἐγκαταμίγνυσθαι τῷ χορῷ. Διά τοι ταῦτα τῆς μὲν γῆς, ὅπως μοι ἕξει καλῶς, ὀλίγα ἐφρόντιζον· κατεθέμην δὲ ἐμαυτὸν φέρων εἰς τοῦτον τὸν βίον, ἐξ οὗ τὸ εἰδέναι τῇ ψυχῇ παραγενόμενον,</w:t>
      </w:r>
    </w:p>
    <w:p>
      <w:r>
        <w:rPr>
          <w:rFonts w:ascii="Courier New" w:hAnsi="Courier New"/>
          <w:color w:val="555555"/>
          <w:sz w:val="20"/>
        </w:rPr>
        <w:t>[5]</w:t>
      </w:r>
    </w:p>
    <w:p>
      <w:r>
        <w:rPr>
          <w:rFonts w:ascii="Gentium Plus" w:hAnsi="Gentium Plus"/>
          <w:sz w:val="24"/>
        </w:rPr>
        <w:t>ὥσπερ φῶς ὀφθαλμοῖς, τὴν ἀσφάλειαν τῇ λοιπῇ πο‐</w:t>
      </w:r>
    </w:p>
    <w:p>
      <w:r>
        <w:rPr>
          <w:rFonts w:ascii="Courier New" w:hAnsi="Courier New"/>
          <w:color w:val="555555"/>
          <w:sz w:val="20"/>
        </w:rPr>
        <w:t>[16 . 2 m]</w:t>
      </w:r>
    </w:p>
    <w:p>
      <w:r>
        <w:rPr>
          <w:rFonts w:ascii="Gentium Plus" w:hAnsi="Gentium Plus"/>
          <w:sz w:val="24"/>
        </w:rPr>
        <w:t>ρείᾳ παρασκευάσει. Τοῦτο γε μὴν τὸ φῶς κτητόν ἐστιν, 〈καὶ αὕτη ἡ ἐπιστήμη λαμβάνεται· ἀλλ’ οὐ λαμ‐ πάδες ἐν πανηγύρεσιν〉 οἷς τε λέγομεν Παναθήναια ὁδοὶ αἱ ἐπ’ αὐτὴν τετμημέναι, οὐ λῆροι, οὐδὲ φλυαρίαι,</w:t>
      </w:r>
    </w:p>
    <w:p>
      <w:r>
        <w:rPr>
          <w:rFonts w:ascii="Courier New" w:hAnsi="Courier New"/>
          <w:color w:val="555555"/>
          <w:sz w:val="20"/>
        </w:rPr>
        <w:t>[5]</w:t>
      </w:r>
    </w:p>
    <w:p>
      <w:r>
        <w:rPr>
          <w:rFonts w:ascii="Gentium Plus" w:hAnsi="Gentium Plus"/>
          <w:sz w:val="24"/>
        </w:rPr>
        <w:t>οὐδ’ ἐπιμέλειαι γεωργικαὶ οὐδὲ ἀγοραῖοι σπουδαί, οὐδὲ δημώδεις κοινωνίαι, ἀλλ’ ἀληθείας ἔρως, καὶ ἡ τῶν</w:t>
      </w:r>
    </w:p>
    <w:p>
      <w:r>
        <w:rPr>
          <w:rFonts w:ascii="Courier New" w:hAnsi="Courier New"/>
          <w:color w:val="555555"/>
          <w:sz w:val="20"/>
        </w:rPr>
        <w:t>[16 . 2 n]</w:t>
      </w:r>
    </w:p>
    <w:p>
      <w:r>
        <w:rPr>
          <w:rFonts w:ascii="Gentium Plus" w:hAnsi="Gentium Plus"/>
          <w:sz w:val="24"/>
        </w:rPr>
        <w:t>ὄντων θέα, καὶ ἡ περὶ ταῦτα φιλοτιμία. Ταύτῃ νο‐ μίσας ἰέναι δεῖν εἱπόμην τοῖς ἄγουσιν λόγοις, καὶ τὰ ἴχνη τῆς ὁδοῦ διεσκόπουν.</w:t>
      </w:r>
    </w:p>
    <w:p>
      <w:r>
        <w:rPr>
          <w:rFonts w:ascii="Courier New" w:hAnsi="Courier New"/>
          <w:color w:val="555555"/>
          <w:sz w:val="20"/>
        </w:rPr>
        <w:t>[16 . 3 a]</w:t>
      </w:r>
    </w:p>
    <w:p>
      <w:r>
        <w:rPr>
          <w:rFonts w:ascii="Gentium Plus" w:hAnsi="Gentium Plus"/>
          <w:sz w:val="24"/>
        </w:rPr>
        <w:t>Καὶ τὰ μὲν ἐμὰ ταύτῃ ἔχει· ὅτι δὲ καὶ περὶ ὑμᾶς τὰ ἄριστα καὶ τὰ δικαιότατα βουλεύομαι ταύτῃ ἰών,</w:t>
      </w:r>
    </w:p>
    <w:p>
      <w:r>
        <w:rPr>
          <w:rFonts w:ascii="Courier New" w:hAnsi="Courier New"/>
          <w:color w:val="555555"/>
          <w:sz w:val="20"/>
        </w:rPr>
        <w:t>[16 . 3 b]</w:t>
      </w:r>
    </w:p>
    <w:p>
      <w:r>
        <w:rPr>
          <w:rFonts w:ascii="Gentium Plus" w:hAnsi="Gentium Plus"/>
          <w:sz w:val="24"/>
        </w:rPr>
        <w:t>νῦν ἐρῶ. Τὰ γὰρ κοινὰ σώζεσθαι φιλεῖ, οὐκ ἐὰν τὰ τείχη ὑμῖν ἀραρότα ᾖ, οὐδὲ νεὼς οἶκοι σωζόμενοι, οὐδὲ νῆες αὐταὶ πλέουσαι, οὐδέ γε στοαί, καὶ ἄλση, καὶ γυμνάσια, καὶ τεμένη, καὶ πομπεῖα (ταῦτα γὰρ δὴ εἰ</w:t>
      </w:r>
    </w:p>
    <w:p>
      <w:r>
        <w:rPr>
          <w:rFonts w:ascii="Courier New" w:hAnsi="Courier New"/>
          <w:color w:val="555555"/>
          <w:sz w:val="20"/>
        </w:rPr>
        <w:t>[5]</w:t>
      </w:r>
    </w:p>
    <w:p>
      <w:r>
        <w:rPr>
          <w:rFonts w:ascii="Gentium Plus" w:hAnsi="Gentium Plus"/>
          <w:sz w:val="24"/>
        </w:rPr>
        <w:t>καὶ μὴ οἱ πολέμιοι, μηδὲ πῦρ, μηδὲ ἄλλή τις συμ‐ φορά, ἀλλ’ ὅ γε χρόνος λαβὼν οἰχήσεται)· τὸ δὲ σῶζον</w:t>
      </w:r>
    </w:p>
    <w:p>
      <w:r>
        <w:rPr>
          <w:rFonts w:ascii="Courier New" w:hAnsi="Courier New"/>
          <w:color w:val="555555"/>
          <w:sz w:val="20"/>
        </w:rPr>
        <w:t>[10]</w:t>
      </w:r>
    </w:p>
    <w:p>
      <w:r>
        <w:rPr>
          <w:rFonts w:ascii="Gentium Plus" w:hAnsi="Gentium Plus"/>
          <w:sz w:val="24"/>
        </w:rPr>
        <w:t>τὴν δὲ ἀρετὴν διδόασιν οἱ λόγοι, τοὺς δὲ λόγους ἡ ἄσκησις, τὴν δὲ ἄσκησιν ἡ ἀλήθεια, τὴν δὲ ἀλήθειαν</w:t>
      </w:r>
    </w:p>
    <w:p>
      <w:r>
        <w:rPr>
          <w:rFonts w:ascii="Courier New" w:hAnsi="Courier New"/>
          <w:color w:val="555555"/>
          <w:sz w:val="20"/>
        </w:rPr>
        <w:t>[16 . 3 c]</w:t>
      </w:r>
    </w:p>
    <w:p>
      <w:r>
        <w:rPr>
          <w:rFonts w:ascii="Gentium Plus" w:hAnsi="Gentium Plus"/>
          <w:sz w:val="24"/>
        </w:rPr>
        <w:t>ἡ περὶ αὐτὴν σχολή. Οὐ γάρ ἐστιν, οὐκ ἔστιν ἄλλο ὄργανον, ᾧ κτητὸν ἀρετή, πλὴν ἀληθὴς λόγος, ὑφ’ οὗ παροξύνεται ἡ ψυχὴ καὶ ζωπυρεῖται, καὶ οὐκ εἰδυῖα μὲν μανθάνει, μαθοῦσα δὲ φυλάττει ἃ ἔμαθεν,</w:t>
      </w:r>
    </w:p>
    <w:p>
      <w:r>
        <w:rPr>
          <w:rFonts w:ascii="Courier New" w:hAnsi="Courier New"/>
          <w:color w:val="555555"/>
          <w:sz w:val="20"/>
        </w:rPr>
        <w:t>[5]</w:t>
      </w:r>
    </w:p>
    <w:p>
      <w:r>
        <w:rPr>
          <w:rFonts w:ascii="Gentium Plus" w:hAnsi="Gentium Plus"/>
          <w:sz w:val="24"/>
        </w:rPr>
        <w:t>φυλάττουσα δὲ χρῆται, χρωμένη δὲ οὐ σφάλλεται.</w:t>
      </w:r>
    </w:p>
    <w:p>
      <w:r>
        <w:rPr>
          <w:rFonts w:ascii="Courier New" w:hAnsi="Courier New"/>
          <w:color w:val="555555"/>
          <w:sz w:val="20"/>
        </w:rPr>
        <w:t>[16 . 3 d]</w:t>
      </w:r>
    </w:p>
    <w:p>
      <w:r>
        <w:rPr>
          <w:rFonts w:ascii="Gentium Plus" w:hAnsi="Gentium Plus"/>
          <w:sz w:val="24"/>
        </w:rPr>
        <w:t>Τοῦτο ἡ διατριβή, τοῦτο ἡ σχολή, ἀληθείας μελέτη, καὶ τέχνη βίου, καὶ ῥώμη λόγου, καὶ παρασκευὴ ψυχῆς,</w:t>
      </w:r>
    </w:p>
    <w:p>
      <w:r>
        <w:rPr>
          <w:rFonts w:ascii="Courier New" w:hAnsi="Courier New"/>
          <w:color w:val="555555"/>
          <w:sz w:val="20"/>
        </w:rPr>
        <w:t>[16 . 3 e]</w:t>
      </w:r>
    </w:p>
    <w:p>
      <w:r>
        <w:rPr>
          <w:rFonts w:ascii="Gentium Plus" w:hAnsi="Gentium Plus"/>
          <w:sz w:val="24"/>
        </w:rPr>
        <w:t>καὶ ἄσκησις καλοκαγαθίας. Εἰ μὲν οὖν ταῦτα ἐπ’ οὐ‐ δὲν συντελεῖ τῶν καλῶν, ἢ συντελοῦντά γε οὐ δεδί‐ δακται οὐδὲ ἤσκηται, ἀλλὰ εἰκῇ καί, εἰ ἔτυχεν, παρα‐ γιγνόμενα, σκηνὴ τὸ χρῆμα, εἰσαγγελίας ἄξιον ὄντα</w:t>
      </w:r>
    </w:p>
    <w:p>
      <w:r>
        <w:rPr>
          <w:rFonts w:ascii="Courier New" w:hAnsi="Courier New"/>
          <w:color w:val="555555"/>
          <w:sz w:val="20"/>
        </w:rPr>
        <w:t>[16 . 3 f]</w:t>
      </w:r>
    </w:p>
    <w:p>
      <w:r>
        <w:rPr>
          <w:rFonts w:ascii="Gentium Plus" w:hAnsi="Gentium Plus"/>
          <w:sz w:val="24"/>
        </w:rPr>
        <w:t>φῇς· εἰ δὲ τοῦτο μὲν οὐδεὶς φήσει, οὐχ οὕτω μέμηνεν. Ἀλήθειάν γε καὶ ὑγιῆ λόγον, καὶ ἀρετήν, καὶ γνῶσιν νόμου καὶ δίκης, οὐκ ἔστιν ἑτέρως λαβεῖν, ἢ περὶ αὐτὰ</w:t>
      </w:r>
    </w:p>
    <w:p>
      <w:r>
        <w:rPr>
          <w:rFonts w:ascii="Courier New" w:hAnsi="Courier New"/>
          <w:color w:val="555555"/>
          <w:sz w:val="20"/>
        </w:rPr>
        <w:t>[5]</w:t>
      </w:r>
    </w:p>
    <w:p>
      <w:r>
        <w:rPr>
          <w:rFonts w:ascii="Gentium Plus" w:hAnsi="Gentium Plus"/>
          <w:sz w:val="24"/>
        </w:rPr>
        <w:t>περὶ αὐτὰ ἄγοντας σχολήν, ἢ τὰ χαλκευτικὰ μὴ πρὸς τῷ βαύνῳ καὶ τῷ πυρὶ διημερεύοντας, ἢ τὰ κυβερνη‐</w:t>
      </w:r>
    </w:p>
    <w:p>
      <w:r>
        <w:rPr>
          <w:rFonts w:ascii="Courier New" w:hAnsi="Courier New"/>
          <w:color w:val="555555"/>
          <w:sz w:val="20"/>
        </w:rPr>
        <w:t>[16 . 3 g]</w:t>
      </w:r>
    </w:p>
    <w:p>
      <w:r>
        <w:rPr>
          <w:rFonts w:ascii="Gentium Plus" w:hAnsi="Gentium Plus"/>
          <w:sz w:val="24"/>
        </w:rPr>
        <w:t>τικὰ μὴ θαλαττουργοῦντας καὶ ναυτιλλομένους· πράτ‐ τοντες μὲν ταῦτα ἀδικοῦμεν οὐδέν, ἀπολειπόμενοι δὲ αὐτῶν, καὶ μηλόβοτον ἐῶντες τὴν ψυχὴν καὶ ἄγονον,</w:t>
      </w:r>
    </w:p>
    <w:p>
      <w:r>
        <w:rPr>
          <w:rFonts w:ascii="Courier New" w:hAnsi="Courier New"/>
          <w:color w:val="555555"/>
          <w:sz w:val="20"/>
        </w:rPr>
        <w:t>[16 . 3 h]</w:t>
      </w:r>
    </w:p>
    <w:p>
      <w:r>
        <w:rPr>
          <w:rFonts w:ascii="Gentium Plus" w:hAnsi="Gentium Plus"/>
          <w:sz w:val="24"/>
        </w:rPr>
        <w:t>ἦμεν ἂν γραφῆς καὶ εἰσαγγελίας. Ἐγὼ μέν, ἃ νομίζω καὶ δίκαια ἅμα καὶ ἀληθῆ εἶναι, ἀπελογησάμην πρὸς ὑμᾶς, ὦ ἄνδρες Κλαζομένιοι· ἀξιῶ δὲ ὑμᾶς μὴ αὐτό‐ θεν διενέγκαι τὴν ψῆφον, ἀλλ’ ἐπισχεῖν τὸ νῦν ἔχον,</w:t>
      </w:r>
    </w:p>
    <w:p>
      <w:r>
        <w:rPr>
          <w:rFonts w:ascii="Courier New" w:hAnsi="Courier New"/>
          <w:color w:val="555555"/>
          <w:sz w:val="20"/>
        </w:rPr>
        <w:t>[5]</w:t>
      </w:r>
    </w:p>
    <w:p>
      <w:r>
        <w:rPr>
          <w:rFonts w:ascii="Gentium Plus" w:hAnsi="Gentium Plus"/>
          <w:sz w:val="24"/>
        </w:rPr>
        <w:t>αὐτόπτας δὲ καὶ θεατὰς γενομένους τῶν αὐτῶν ἐμοί· εἰ μέν τι χρηστὸν περιγίγνεται, δόξετε, διδαχθέντες ἔργῳ, ἀφεῖναι τῆς γραφῆς· εἰ δὲ μή, τότε ὑμεῖς μὲν ψηφιεῖσθαι τὰ ὑμῖν δοκοῦντα· ἡμεῖς δὲ καὶ ὣς περὶ αὐτῶν καλῶς βουλευσόμεθα.‘</w:t>
      </w:r>
    </w:p>
    <w:p>
      <w:r>
        <w:rPr>
          <w:rFonts w:ascii="Courier New" w:hAnsi="Courier New"/>
          <w:color w:val="555555"/>
          <w:sz w:val="20"/>
        </w:rPr>
        <w:t>[16 . 4 a]</w:t>
      </w:r>
    </w:p>
    <w:p>
      <w:r>
        <w:rPr>
          <w:rFonts w:ascii="Gentium Plus" w:hAnsi="Gentium Plus"/>
          <w:sz w:val="24"/>
        </w:rPr>
        <w:t>Ταῦτα λέγοντος καὶ ἀπολογιζομένου τοῦ Ἀναξα‐ γόρου, γελάσονται, ὡς τὸ εἰκός, οἱ Κλαζομένιοι· οὐ γὰρ δὴ πιθανώτερός γε δόξει εἶναι τῆς γραφῆς, ἀληθῆ δὲ οὐδὲν ἧττον αὐτῷ λελέξεται, κἂν ἐκεῖνοι καταψη‐</w:t>
      </w:r>
    </w:p>
    <w:p>
      <w:r>
        <w:rPr>
          <w:rFonts w:ascii="Courier New" w:hAnsi="Courier New"/>
          <w:color w:val="555555"/>
          <w:sz w:val="20"/>
        </w:rPr>
        <w:t>[16 . 4 b]</w:t>
      </w:r>
    </w:p>
    <w:p>
      <w:r>
        <w:rPr>
          <w:rFonts w:ascii="Gentium Plus" w:hAnsi="Gentium Plus"/>
          <w:sz w:val="24"/>
        </w:rPr>
        <w:t>φίσωνται. Εἰ δέ που τὶς οἷος δικαστοῦ χώραν ἔχειν μὴ κυάμῳ λαχόντος, ἀλλ’ ᾗπερ δεῖ χειροτονίᾳ δικαστοῦ</w:t>
      </w:r>
    </w:p>
    <w:p>
      <w:r>
        <w:rPr>
          <w:rFonts w:ascii="Courier New" w:hAnsi="Courier New"/>
          <w:color w:val="555555"/>
          <w:sz w:val="20"/>
        </w:rPr>
        <w:t>[5]</w:t>
      </w:r>
    </w:p>
    <w:p>
      <w:r>
        <w:rPr>
          <w:rFonts w:ascii="Gentium Plus" w:hAnsi="Gentium Plus"/>
          <w:sz w:val="24"/>
        </w:rPr>
        <w:t>γόρας ἐν Κλαζομεναῖς, εἴτε ἐν Ἐφέσῳ Ἡράκλειτος, εἴτε ἐν Σάμῳ Πυθαγόρας, εἴτε ἐν Ἀβδήροις Δημό‐ κριτος, εἴτε ἐν Κολοφῶνι Ξενοφάνης, εἴτε ἐν Ἐλαίᾳ Παρμενίδης, εἴτε ἐν Ἀπολλωνίᾳ Διογένης, εἴτέ τις</w:t>
      </w:r>
    </w:p>
    <w:p>
      <w:r>
        <w:rPr>
          <w:rFonts w:ascii="Courier New" w:hAnsi="Courier New"/>
          <w:color w:val="555555"/>
          <w:sz w:val="20"/>
        </w:rPr>
        <w:t>[16 . 4 c]</w:t>
      </w:r>
    </w:p>
    <w:p>
      <w:r>
        <w:rPr>
          <w:rFonts w:ascii="Gentium Plus" w:hAnsi="Gentium Plus"/>
          <w:sz w:val="24"/>
        </w:rPr>
        <w:t>ἄλλος τῶν δαιμονίων ἐκείνων ἀνδρῶν· ἀλλ’ ἐξ ἰσοτι‐ μίας οὑτωσὶ πείθων καὶ διαλεγόμενος, συνετὰ συνετοῖς</w:t>
      </w:r>
    </w:p>
    <w:p>
      <w:r>
        <w:rPr>
          <w:rFonts w:ascii="Courier New" w:hAnsi="Courier New"/>
          <w:color w:val="555555"/>
          <w:sz w:val="20"/>
        </w:rPr>
        <w:t>[16 . 4 d]</w:t>
      </w:r>
    </w:p>
    <w:p>
      <w:r>
        <w:rPr>
          <w:rFonts w:ascii="Gentium Plus" w:hAnsi="Gentium Plus"/>
          <w:sz w:val="24"/>
        </w:rPr>
        <w:t>λέγων, καὶ πιστὰ πιστοῖς, καὶ ἔνθεα ἐνθέοις· ὅτι τῇ τοῦ ἀνθρώπου ψυχῇ ἔνειμεν θεὸς δυνάμεις τρεῖς καὶ χώρας καὶ φύσεις, ὥσπέρ τινα ἀθροίζων ξυνοίκησιν</w:t>
      </w:r>
    </w:p>
    <w:p>
      <w:r>
        <w:rPr>
          <w:rFonts w:ascii="Courier New" w:hAnsi="Courier New"/>
          <w:color w:val="555555"/>
          <w:sz w:val="20"/>
        </w:rPr>
        <w:t>[16 . 4 c]</w:t>
      </w:r>
    </w:p>
    <w:p>
      <w:r>
        <w:rPr>
          <w:rFonts w:ascii="Gentium Plus" w:hAnsi="Gentium Plus"/>
          <w:sz w:val="24"/>
        </w:rPr>
        <w:t>πόλεως· ἧς τὸ μὲν ἄρχον καὶ προβουλευόμενον εἰς ἀκρόπολιν ἀναγαγών, ἱδρύσας αὐτοῦ, πλέον οὐδὲν</w:t>
      </w:r>
    </w:p>
    <w:p>
      <w:r>
        <w:rPr>
          <w:rFonts w:ascii="Courier New" w:hAnsi="Courier New"/>
          <w:color w:val="555555"/>
          <w:sz w:val="20"/>
        </w:rPr>
        <w:t>[16 . 4 f]</w:t>
      </w:r>
    </w:p>
    <w:p>
      <w:r>
        <w:rPr>
          <w:rFonts w:ascii="Gentium Plus" w:hAnsi="Gentium Plus"/>
          <w:sz w:val="24"/>
        </w:rPr>
        <w:t>αὐτῷ προσέταξεν λογισμοῦ· τὸ δ’ ἀκμάζον, καὶ πράτ‐ τειν δεινόν, καὶ τελεσιουργεῖν ἱκανὸν τὰ βουλευθέντα, συνῆψέν τε καὶ ξυνεκέρασεν δι’ ὑπηρεσίας προσταγ‐</w:t>
      </w:r>
    </w:p>
    <w:p>
      <w:r>
        <w:rPr>
          <w:rFonts w:ascii="Courier New" w:hAnsi="Courier New"/>
          <w:color w:val="555555"/>
          <w:sz w:val="20"/>
        </w:rPr>
        <w:t>[16 . 4 g]</w:t>
      </w:r>
    </w:p>
    <w:p>
      <w:r>
        <w:rPr>
          <w:rFonts w:ascii="Gentium Plus" w:hAnsi="Gentium Plus"/>
          <w:sz w:val="24"/>
        </w:rPr>
        <w:t>μάτων τῷ βουλευτικῷ· τρίτον δ’ αὖ, τὸ ἀργὸν τοῦτο πλῆθος καὶ ἀκόλαστον καὶ βάναυσον, καὶ μεστὸν μὲν ἐπιθυμιῶν, μεστὸν δὲ ἐρώτων, μεστὸν δὲ ὕβρεως, με‐ στὸν δὲ ἡδονῶν παντοδαπῶν, τρίτην ἔχειν μοῖραν,</w:t>
      </w:r>
    </w:p>
    <w:p>
      <w:r>
        <w:rPr>
          <w:rFonts w:ascii="Courier New" w:hAnsi="Courier New"/>
          <w:color w:val="555555"/>
          <w:sz w:val="20"/>
        </w:rPr>
        <w:t>[5]</w:t>
      </w:r>
    </w:p>
    <w:p>
      <w:r>
        <w:rPr>
          <w:rFonts w:ascii="Gentium Plus" w:hAnsi="Gentium Plus"/>
          <w:sz w:val="24"/>
        </w:rPr>
        <w:t>οἷον δῆμόν τινα ἀργόν, καὶ πολύφωνον, καὶ πολυπαθῆ,</w:t>
      </w:r>
    </w:p>
    <w:p>
      <w:r>
        <w:rPr>
          <w:rFonts w:ascii="Courier New" w:hAnsi="Courier New"/>
          <w:color w:val="555555"/>
          <w:sz w:val="20"/>
        </w:rPr>
        <w:t>[16 . 4 h]</w:t>
      </w:r>
    </w:p>
    <w:p>
      <w:r>
        <w:rPr>
          <w:rFonts w:ascii="Gentium Plus" w:hAnsi="Gentium Plus"/>
          <w:sz w:val="24"/>
        </w:rPr>
        <w:t>καὶ ἔμπληκτον. Ταύτῃ δὴ νενεμημένης τῆς ψυχῆς τὴν οἰκονομίαν τῆς τοῦ ἀνθρώπου συντάξεως, στάσις ἐγ‐</w:t>
      </w:r>
    </w:p>
    <w:p>
      <w:r>
        <w:rPr>
          <w:rFonts w:ascii="Courier New" w:hAnsi="Courier New"/>
          <w:color w:val="555555"/>
          <w:sz w:val="20"/>
        </w:rPr>
        <w:t>[16 . 4 i]</w:t>
      </w:r>
    </w:p>
    <w:p>
      <w:r>
        <w:rPr>
          <w:rFonts w:ascii="Gentium Plus" w:hAnsi="Gentium Plus"/>
          <w:sz w:val="24"/>
        </w:rPr>
        <w:t>γίγνεσθαι φιλεῖ, αὐτὸ ἐκεῖνο τὸ ἐν πόλει πάθος· ὧν ἡ μὲν εὐδαίμων πόλις βασιλεύεται, τῶν ἄλλων μερῶν εἰκόντων κατὰ τὸν τοῦ θεοῦ νόμον τῷ δυναμένῳ καὶ</w:t>
      </w:r>
    </w:p>
    <w:p>
      <w:r>
        <w:rPr>
          <w:rFonts w:ascii="Courier New" w:hAnsi="Courier New"/>
          <w:color w:val="555555"/>
          <w:sz w:val="20"/>
        </w:rPr>
        <w:t>[16 . 4 k]</w:t>
      </w:r>
    </w:p>
    <w:p>
      <w:r>
        <w:rPr>
          <w:rFonts w:ascii="Gentium Plus" w:hAnsi="Gentium Plus"/>
          <w:sz w:val="24"/>
        </w:rPr>
        <w:t>πεφυκότι ἐξηγεῖσθαι· ἡ δὲ ταύτης ἐλλειπεστέρα κατ’ εὐδαιμονίαν πόλις, ἀριστοκρατίαν ὀνομάζουσα τὴν τῶν ἐν δυνάμει ξυνεληλυθότων ἀρχήν, ἐλάττων μέν ἐστιν βασιλευομένης, κρείττων δὲ δημοκρατουμένης, ἰσχυρὰ</w:t>
      </w:r>
    </w:p>
    <w:p>
      <w:r>
        <w:rPr>
          <w:rFonts w:ascii="Courier New" w:hAnsi="Courier New"/>
          <w:color w:val="555555"/>
          <w:sz w:val="20"/>
        </w:rPr>
        <w:t>[5]</w:t>
      </w:r>
    </w:p>
    <w:p>
      <w:r>
        <w:rPr>
          <w:rFonts w:ascii="Gentium Plus" w:hAnsi="Gentium Plus"/>
          <w:sz w:val="24"/>
        </w:rPr>
        <w:t>μέν τις καὶ πρακτική, κατὰ τὴν Λακωνικήν, ἢ Κρη‐ τικήν, ἢ Μαντινικήν, ἢ Πελληνικήν, ἢ Θετταλικὴν πολιτείαν ἱσταμένη, φιλότιμος δὲ ἄγαν καὶ φιλόνεικος, καὶ δύσερις, καὶ πολυπράγμων, καὶ ἰτητική, καὶ θαρ‐</w:t>
      </w:r>
    </w:p>
    <w:p>
      <w:r>
        <w:rPr>
          <w:rFonts w:ascii="Courier New" w:hAnsi="Courier New"/>
          <w:color w:val="555555"/>
          <w:sz w:val="20"/>
        </w:rPr>
        <w:t>[16 . 4 l]</w:t>
      </w:r>
    </w:p>
    <w:p>
      <w:r>
        <w:rPr>
          <w:rFonts w:ascii="Gentium Plus" w:hAnsi="Gentium Plus"/>
          <w:sz w:val="24"/>
        </w:rPr>
        <w:t>σαλέα. Τρίτον δ’ αὖ πολιτείας γένος, ᾗ ὄνομα μὲν εὔφημον δημοκρατία, τὸ δὲ ἀληθὲς ὀχλοκρατία, κατὰ τὴν Ἀττικήν, ἢ Συρακοσίαν, ἢ Μιλησίαν, ἤ τινα ἄλ‐ λην πλήθους ἰσχύν, πολύφωνόν τε καὶ ἀκόλαστον καὶ</w:t>
      </w:r>
    </w:p>
    <w:p>
      <w:r>
        <w:rPr>
          <w:rFonts w:ascii="Courier New" w:hAnsi="Courier New"/>
          <w:color w:val="555555"/>
          <w:sz w:val="20"/>
        </w:rPr>
        <w:t>[5]</w:t>
      </w:r>
    </w:p>
    <w:p>
      <w:r>
        <w:rPr>
          <w:rFonts w:ascii="Gentium Plus" w:hAnsi="Gentium Plus"/>
          <w:sz w:val="24"/>
        </w:rPr>
        <w:t>παντοδαπόν.</w:t>
      </w:r>
    </w:p>
    <w:p>
      <w:r>
        <w:rPr>
          <w:rFonts w:ascii="Courier New" w:hAnsi="Courier New"/>
          <w:color w:val="555555"/>
          <w:sz w:val="20"/>
        </w:rPr>
        <w:t>[16 . 5 a]</w:t>
      </w:r>
    </w:p>
    <w:p>
      <w:r>
        <w:rPr>
          <w:rFonts w:ascii="Gentium Plus" w:hAnsi="Gentium Plus"/>
          <w:sz w:val="24"/>
        </w:rPr>
        <w:t>Τριῶν δὴ πολιτειῶν, τρία τ’ αὖ τιμήματα βίων</w:t>
      </w:r>
    </w:p>
    <w:p>
      <w:r>
        <w:rPr>
          <w:rFonts w:ascii="Courier New" w:hAnsi="Courier New"/>
          <w:color w:val="555555"/>
          <w:sz w:val="20"/>
        </w:rPr>
        <w:t>[16 . 5 b]</w:t>
      </w:r>
    </w:p>
    <w:p>
      <w:r>
        <w:rPr>
          <w:rFonts w:ascii="Gentium Plus" w:hAnsi="Gentium Plus"/>
          <w:sz w:val="24"/>
        </w:rPr>
        <w:t>ἴδοις ἂν ἐν ἀνθρώπου ψυχῇ· κατὰ μὲν τὸ βουλευ‐</w:t>
      </w:r>
    </w:p>
    <w:p>
      <w:r>
        <w:rPr>
          <w:rFonts w:ascii="Courier New" w:hAnsi="Courier New"/>
          <w:color w:val="555555"/>
          <w:sz w:val="20"/>
        </w:rPr>
        <w:t>[5]</w:t>
      </w:r>
    </w:p>
    <w:p>
      <w:r>
        <w:rPr>
          <w:rFonts w:ascii="Gentium Plus" w:hAnsi="Gentium Plus"/>
          <w:sz w:val="24"/>
        </w:rPr>
        <w:t>μενον· τήν τε ἐν ἀνδρὶ δημοκρατίαν οὐ χαλεπὸν ἰδεῖν· πολὺ γὰρ τὸ τῆς πολιτείας τοῦτο γένος ἐπινέμεται</w:t>
      </w:r>
    </w:p>
    <w:p>
      <w:r>
        <w:rPr>
          <w:rFonts w:ascii="Courier New" w:hAnsi="Courier New"/>
          <w:color w:val="555555"/>
          <w:sz w:val="20"/>
        </w:rPr>
        <w:t>[16 . 5 c]</w:t>
      </w:r>
    </w:p>
    <w:p>
      <w:r>
        <w:rPr>
          <w:rFonts w:ascii="Gentium Plus" w:hAnsi="Gentium Plus"/>
          <w:sz w:val="24"/>
        </w:rPr>
        <w:t>πᾶσαν ψυχήν. Καὶ τοῦτο μὲν ἐατέον καὶ ἀποχειρο‐ τονητέον τοῦ ἀρίστου· θεωρίαν δὲ πράξει παραβαλλο‐ μένην, ἑκατέραν τυγχάνουσαν τοῦ καλοῦ, τὴν μὲν θεωρίαν κατὰ τὴν γνῶσιν, τὴν δὲ πρᾶξιν κατὰ τὴν</w:t>
      </w:r>
    </w:p>
    <w:p>
      <w:r>
        <w:rPr>
          <w:rFonts w:ascii="Courier New" w:hAnsi="Courier New"/>
          <w:color w:val="555555"/>
          <w:sz w:val="20"/>
        </w:rPr>
        <w:t>[16 . 5 d]</w:t>
      </w:r>
    </w:p>
    <w:p>
      <w:r>
        <w:rPr>
          <w:rFonts w:ascii="Gentium Plus" w:hAnsi="Gentium Plus"/>
          <w:sz w:val="24"/>
        </w:rPr>
        <w:t>ἀρετήν, ποτέραν προτιμητέον; Ἀποκρίνεται ὁ λόγος· ὅτι εἰ μὲν κατὰ τὴν χρείαν αὐτὴν ἱστάμεθα, τιμητέον τὴν πρᾶξιν· εἰ δὲ κατὰ τὴν αἰτίαν τοῦ γενομένου κα‐ λῶς, προτιμητέον τὴν θεωρίαν. Ὥστε καὶ σπονδὰς</w:t>
      </w:r>
    </w:p>
    <w:p>
      <w:r>
        <w:rPr>
          <w:rFonts w:ascii="Courier New" w:hAnsi="Courier New"/>
          <w:color w:val="555555"/>
          <w:sz w:val="20"/>
        </w:rPr>
        <w:t>[5]</w:t>
      </w:r>
    </w:p>
    <w:p>
      <w:r>
        <w:rPr>
          <w:rFonts w:ascii="Gentium Plus" w:hAnsi="Gentium Plus"/>
          <w:sz w:val="24"/>
        </w:rPr>
        <w:t>ἑκατέρῳ σπεισάμενοι, νείμωμεν τὰς δυνάμεις καὶ τὸ σχῆμα τοῦ βίου τοῖς ἀνδράσιν ἢ κατὰ φύσιν, ἢ καθ’</w:t>
      </w:r>
    </w:p>
    <w:p>
      <w:r>
        <w:rPr>
          <w:rFonts w:ascii="Courier New" w:hAnsi="Courier New"/>
          <w:color w:val="555555"/>
          <w:sz w:val="20"/>
        </w:rPr>
        <w:t>[16 . 5 e]</w:t>
      </w:r>
    </w:p>
    <w:p>
      <w:r>
        <w:rPr>
          <w:rFonts w:ascii="Gentium Plus" w:hAnsi="Gentium Plus"/>
          <w:sz w:val="24"/>
        </w:rPr>
        <w:t>ἡλικίαν, ἢ κατὰ τύχην. Καὶ γὰρ φύσει διαφέρει ἕτερος ἑτέρου· ὁ μὲν ἐν πράξει ἐξασθενῶν, εὐχερὴς δέ τις ὢν κατὰ τὴν ψυχὴν πρὸς θεωρίαν· ὁ δὲ ἐν μὲν θεω‐</w:t>
      </w:r>
    </w:p>
    <w:p>
      <w:r>
        <w:rPr>
          <w:rFonts w:ascii="Courier New" w:hAnsi="Courier New"/>
          <w:color w:val="555555"/>
          <w:sz w:val="20"/>
        </w:rPr>
        <w:t>[16 . 5 f]</w:t>
      </w:r>
    </w:p>
    <w:p>
      <w:r>
        <w:rPr>
          <w:rFonts w:ascii="Gentium Plus" w:hAnsi="Gentium Plus"/>
          <w:sz w:val="24"/>
        </w:rPr>
        <w:t>ρίᾳ καματηρὸς ὤν, πράττειν δὲ ἐρρωμένος. Διίστησιν δὲ καὶ ἡλικία τοὺς ἄνδρας· νεότητος μὲν γὰρ ἡ πρᾶξις· Ὅμηρος λέγει, κἀγὼ πείθομαι νέῳ δέ τε παντ’ ἐπέοικεν.</w:t>
      </w:r>
    </w:p>
    <w:p>
      <w:r>
        <w:rPr>
          <w:rFonts w:ascii="Courier New" w:hAnsi="Courier New"/>
          <w:color w:val="555555"/>
          <w:sz w:val="20"/>
        </w:rPr>
        <w:t>[16 . 5 g]</w:t>
      </w:r>
    </w:p>
    <w:p>
      <w:r>
        <w:rPr>
          <w:rFonts w:ascii="Gentium Plus" w:hAnsi="Gentium Plus"/>
          <w:sz w:val="24"/>
        </w:rPr>
        <w:t>Νέος μὲν γὰρ ὢν ὁ φιλόσοφος πραττέτω, λεγέτω, πο‐ λιτευέσθω, στρατευέσθω, ἀρχέτω. Καὶ γὰρ οἱ Πλά‐ τωνος ἐπὶ Σικελίαν δρόμοι καὶ πόνοι, καὶ περὶ Δίωνα</w:t>
      </w:r>
    </w:p>
    <w:p>
      <w:r>
        <w:rPr>
          <w:rFonts w:ascii="Courier New" w:hAnsi="Courier New"/>
          <w:color w:val="555555"/>
          <w:sz w:val="20"/>
        </w:rPr>
        <w:t>[16 . 5 h]</w:t>
      </w:r>
    </w:p>
    <w:p>
      <w:r>
        <w:rPr>
          <w:rFonts w:ascii="Gentium Plus" w:hAnsi="Gentium Plus"/>
          <w:sz w:val="24"/>
        </w:rPr>
        <w:t>σπουδή, κατὰ τὴν ἀκμὴν ἐγίγνοντο τῆς ἡλικίας· γηρά‐ σαντα δ’ αὐτὸν ὑπεδέξατο Ἀκαδημία, καὶ βαθεῖα σχολή, καὶ λόγοι καλοί, καὶ θεωρία ἄπταιστος, ἐν πολλῇ καὶ ἀμφιλαφεῖ ἀληθείᾳ κατατιθέμενον τὸ τοῦ βίου τέλος.</w:t>
      </w:r>
    </w:p>
    <w:p>
      <w:r>
        <w:rPr>
          <w:rFonts w:ascii="Courier New" w:hAnsi="Courier New"/>
          <w:color w:val="555555"/>
          <w:sz w:val="20"/>
        </w:rPr>
        <w:t>[16 . 5 i]</w:t>
      </w:r>
    </w:p>
    <w:p>
      <w:r>
        <w:rPr>
          <w:rFonts w:ascii="Gentium Plus" w:hAnsi="Gentium Plus"/>
          <w:sz w:val="24"/>
        </w:rPr>
        <w:t>Καὶ Ξενοφῶντα νεανιευόμενον μὲν ἐν τοῖς ἔργοις</w:t>
      </w:r>
    </w:p>
    <w:p>
      <w:r>
        <w:rPr>
          <w:rFonts w:ascii="Courier New" w:hAnsi="Courier New"/>
          <w:color w:val="555555"/>
          <w:sz w:val="20"/>
        </w:rPr>
        <w:t>[16 . 5 k]</w:t>
      </w:r>
    </w:p>
    <w:p>
      <w:r>
        <w:rPr>
          <w:rFonts w:ascii="Gentium Plus" w:hAnsi="Gentium Plus"/>
          <w:sz w:val="24"/>
        </w:rPr>
        <w:t>φιλῶ, γηράσκοντα δὲ ἐν τοῖς λόγοις ἐπαινῶ. Διίστησιν δὲ ἤδη καὶ τύχη· τὸν μὲν γὰρ δυνάμει καὶ πράξει ἀναγκαίᾳ περιέβαλλεν· τὸν δὲ σχολῇ καὶ ἡσυχίᾳ</w:t>
      </w:r>
    </w:p>
    <w:p>
      <w:r>
        <w:rPr>
          <w:rFonts w:ascii="Courier New" w:hAnsi="Courier New"/>
          <w:color w:val="555555"/>
          <w:sz w:val="20"/>
        </w:rPr>
        <w:t>[16 . 5 l]</w:t>
      </w:r>
    </w:p>
    <w:p>
      <w:r>
        <w:rPr>
          <w:rFonts w:ascii="Gentium Plus" w:hAnsi="Gentium Plus"/>
          <w:sz w:val="24"/>
        </w:rPr>
        <w:t>προσηνεῖ· ὧν τὸν μὲν ἐπαινῶ ἐν τῷ ἀναγκαίῳ ἀνδρι‐ ζόμενον· τὸν δὲ καὶ μακαρίζω μένον〈τα〉 καὶ ἐπαινῶ· μακαρίζω μὲν τῆς σχολῆς, ἐπαινῶ δὲ τῆς ἱστορίας.</w:t>
      </w:r>
    </w:p>
    <w:p>
      <w:r>
        <w:rPr>
          <w:rFonts w:ascii="Courier New" w:hAnsi="Courier New"/>
          <w:color w:val="555555"/>
          <w:sz w:val="20"/>
        </w:rPr>
        <w:t>[16 . 6 a]</w:t>
      </w:r>
    </w:p>
    <w:p>
      <w:r>
        <w:rPr>
          <w:rFonts w:ascii="Gentium Plus" w:hAnsi="Gentium Plus"/>
          <w:sz w:val="24"/>
        </w:rPr>
        <w:t>Ἀλλὰ τὸν μὲν ἐκ τῆς Εὐρώπης ἐπὶ τὴν Ἀσίαν πλέοντα, ἵνα ἴδῃ τὴν Αἰγυπτίων γῆν, καὶ τοῦ Νείλου τὰς ἐκβολάς, ἢ πυραμίδας ὑψηλάς, ἢ ὄρνεις ξένους, ἢ βοῦν, ἢ τράγον, μακαρίζομεν τῆς θέας· κἂν ἐπὶ τὸν</w:t>
      </w:r>
    </w:p>
    <w:p>
      <w:r>
        <w:rPr>
          <w:rFonts w:ascii="Courier New" w:hAnsi="Courier New"/>
          <w:color w:val="555555"/>
          <w:sz w:val="20"/>
        </w:rPr>
        <w:t>[5]</w:t>
      </w:r>
    </w:p>
    <w:p>
      <w:r>
        <w:rPr>
          <w:rFonts w:ascii="Gentium Plus" w:hAnsi="Gentium Plus"/>
          <w:sz w:val="24"/>
        </w:rPr>
        <w:t>Ἴστρον τὶς ἔλθῃ, κἂν τὸν Γάγγην ἴδῃ, κἄν τις αὐτόπτης γένηται Βαβυλῶνος κειμένης, ἢ τῶν ἐν Σάρδεσιν ποτα‐</w:t>
      </w:r>
    </w:p>
    <w:p>
      <w:r>
        <w:rPr>
          <w:rFonts w:ascii="Courier New" w:hAnsi="Courier New"/>
          <w:color w:val="555555"/>
          <w:sz w:val="20"/>
        </w:rPr>
        <w:t>[16 . 6 b]</w:t>
      </w:r>
    </w:p>
    <w:p>
      <w:r>
        <w:rPr>
          <w:rFonts w:ascii="Gentium Plus" w:hAnsi="Gentium Plus"/>
          <w:sz w:val="24"/>
        </w:rPr>
        <w:t>τόπων· καὶ τῆς Ἀσίας ἐπὶ τὴν Ἑλλάδα περαιοῦνται στόλοι, ἢ ἐπὶ τὰς Ἀθήνησιν τέχνας, ἢ ἐπὶ τοὺς Θή‐</w:t>
      </w:r>
    </w:p>
    <w:p>
      <w:r>
        <w:rPr>
          <w:rFonts w:ascii="Courier New" w:hAnsi="Courier New"/>
          <w:color w:val="555555"/>
          <w:sz w:val="20"/>
        </w:rPr>
        <w:t>[16 . 6 c]</w:t>
      </w:r>
    </w:p>
    <w:p>
      <w:r>
        <w:rPr>
          <w:rFonts w:ascii="Gentium Plus" w:hAnsi="Gentium Plus"/>
          <w:sz w:val="24"/>
        </w:rPr>
        <w:t>βαισιν θυμούς, ἢ ἐπὶ τοὺς ἐν Ἄργει τόπους. Ὁμήρῳ δὲ καὶ Ὀδυσσεὺς σοφὸς διὰ πολλὴν πλάνην, πολλῶν δ’ ἀνθρώπων ἴδεν ἄστεα, καὶ νόον ἔγνω· τὰ δὲ Ὀδυσσέως θεάματα ἢ Θρᾷκες ἦσαν, ἢ Κίκονες</w:t>
      </w:r>
    </w:p>
    <w:p>
      <w:r>
        <w:rPr>
          <w:rFonts w:ascii="Courier New" w:hAnsi="Courier New"/>
          <w:color w:val="555555"/>
          <w:sz w:val="20"/>
        </w:rPr>
        <w:t>[5]</w:t>
      </w:r>
    </w:p>
    <w:p>
      <w:r>
        <w:rPr>
          <w:rFonts w:ascii="Gentium Plus" w:hAnsi="Gentium Plus"/>
          <w:sz w:val="24"/>
        </w:rPr>
        <w:t>οἱ ἄγριοι, ἢ Κιμμέριοι οἱ ἀνήλιοι, ἢ Κύκλωπες οἱ ξενοκτόνοι, ἢ γυνὴ φαρμακίς, ἢ τὰ ἐν Ἅιδου θεάματα, ἢ Σκύλλα, ἢ Χάρυβδις, ἢ Ἀλκινόου κῆπος, ἢ ἡ Εὐ‐ μαίου αὐλή· πάντα θνητά, πάντα ἐφήμερα, πάντα ἄπιστα.</w:t>
      </w:r>
    </w:p>
    <w:p>
      <w:r>
        <w:rPr>
          <w:rFonts w:ascii="Courier New" w:hAnsi="Courier New"/>
          <w:color w:val="555555"/>
          <w:sz w:val="20"/>
        </w:rPr>
        <w:t>[16 . 6 d]</w:t>
      </w:r>
    </w:p>
    <w:p>
      <w:r>
        <w:rPr>
          <w:rFonts w:ascii="Gentium Plus" w:hAnsi="Gentium Plus"/>
          <w:sz w:val="24"/>
        </w:rPr>
        <w:t>Τὰ δὲ τοῦ φιλοσόφου ἀνδρὸς θεάματα τῷ εἰκάσω; ὀνείρῳ, νὴ Δί’, ἐναργεῖ, καὶ πανταχοῦ περιφερομένῳ· οὗ τὸ μὲν σῶμα οὐδαμοῦ στέλλεται, ἡ δὲ ψυχὴ πρό‐ εισιν, πᾶσαν γῆν, ἐκ γῆς ἐπ’ οὐρανόν, πᾶσαν μὲν</w:t>
      </w:r>
    </w:p>
    <w:p>
      <w:r>
        <w:rPr>
          <w:rFonts w:ascii="Courier New" w:hAnsi="Courier New"/>
          <w:color w:val="555555"/>
          <w:sz w:val="20"/>
        </w:rPr>
        <w:t>[5]</w:t>
      </w:r>
    </w:p>
    <w:p>
      <w:r>
        <w:rPr>
          <w:rFonts w:ascii="Gentium Plus" w:hAnsi="Gentium Plus"/>
          <w:sz w:val="24"/>
        </w:rPr>
        <w:t>περαιουμένη θάλατταν, πᾶσαν δὲ διερχομένη γῆν, πάντα δὲ ἀέρα ἀνιπταμένη, συνθέουσα ἡλίῳ, συμπερι‐ φερομένη σελήνῃ, συνδεδεμένη τῷ τῶν ἄλλων ἄστρων χορῷ, καὶ μονονουχὶ τῷ Διὶ συνοικονομοῦσα τὰ ὄντα</w:t>
      </w:r>
    </w:p>
    <w:p>
      <w:r>
        <w:rPr>
          <w:rFonts w:ascii="Courier New" w:hAnsi="Courier New"/>
          <w:color w:val="555555"/>
          <w:sz w:val="20"/>
        </w:rPr>
        <w:t>[16 . 6 e]</w:t>
      </w:r>
    </w:p>
    <w:p>
      <w:r>
        <w:rPr>
          <w:rFonts w:ascii="Gentium Plus" w:hAnsi="Gentium Plus"/>
          <w:sz w:val="24"/>
        </w:rPr>
        <w:t>καὶ συντάττουσα. Ὢ στόλου μακαρίου, καὶ θεαμάτων</w:t>
      </w:r>
    </w:p>
    <w:p>
      <w:pPr>
        <w:jc w:val="center"/>
      </w:pPr>
      <w:r>
        <w:rPr>
          <w:rFonts w:ascii="Gentium Plus" w:hAnsi="Gentium Plus"/>
          <w:b/>
          <w:sz w:val="24"/>
        </w:rPr>
        <w:t>Εἰ καλῶς Πλάτων Ὅμηρον τῆς πολιτείας</w:t>
      </w:r>
    </w:p>
    <w:p>
      <w:pPr>
        <w:jc w:val="center"/>
      </w:pPr>
      <w:r>
        <w:rPr>
          <w:rFonts w:ascii="Gentium Plus" w:hAnsi="Gentium Plus"/>
          <w:b/>
          <w:sz w:val="24"/>
        </w:rPr>
        <w:t>παρῃτήσατο.</w:t>
      </w:r>
    </w:p>
    <w:p>
      <w:r>
        <w:rPr>
          <w:rFonts w:ascii="Courier New" w:hAnsi="Courier New"/>
          <w:color w:val="555555"/>
          <w:sz w:val="20"/>
        </w:rPr>
        <w:t>[1]</w:t>
      </w:r>
    </w:p>
    <w:p>
      <w:r>
        <w:rPr>
          <w:rFonts w:ascii="Gentium Plus" w:hAnsi="Gentium Plus"/>
          <w:sz w:val="24"/>
        </w:rPr>
        <w:t>Ἦλθεν εἰς Σπάρτην Συρακόσιος σοφιστής, οὐ κατὰ τὴν Προδίκου καλλιλογίαν, οὐδὲ κατὰ τὴν Ἱππίου γε‐ νεολογίαν, οὐδὲ κατὰ τὴν Γοργίου ῥητορείαν, οὐδὲ κατὰ τὴν Θρασυμάχου ἀδικίαν, οὐδὲ κατ’ ἄλλην πραγ‐</w:t>
      </w:r>
    </w:p>
    <w:p>
      <w:r>
        <w:rPr>
          <w:rFonts w:ascii="Courier New" w:hAnsi="Courier New"/>
          <w:color w:val="555555"/>
          <w:sz w:val="20"/>
        </w:rPr>
        <w:t>[17 . 1 b]</w:t>
      </w:r>
    </w:p>
    <w:p>
      <w:r>
        <w:rPr>
          <w:rFonts w:ascii="Gentium Plus" w:hAnsi="Gentium Plus"/>
          <w:sz w:val="24"/>
        </w:rPr>
        <w:t>ματείαν λόγου παρεσκευασμένος· ἀλλ’ ἦν τῷ Συρα‐ κοσίῳ σοφιστῇ ἡ τέχνη αὐτὸ ἔργον, κεκραμένον ὁμοῦ χρείᾳ καὶ ἡδονῇ. Τὰ γὰρ ὄψα καὶ τὰ σιτία ἡδυσ‐ μάτων συμμετρίαις καὶ κράσεσιν καὶ ποικιλίαις, καὶ</w:t>
      </w:r>
    </w:p>
    <w:p>
      <w:r>
        <w:rPr>
          <w:rFonts w:ascii="Courier New" w:hAnsi="Courier New"/>
          <w:color w:val="555555"/>
          <w:sz w:val="20"/>
        </w:rPr>
        <w:t>[5]</w:t>
      </w:r>
    </w:p>
    <w:p>
      <w:r>
        <w:rPr>
          <w:rFonts w:ascii="Gentium Plus" w:hAnsi="Gentium Plus"/>
          <w:sz w:val="24"/>
        </w:rPr>
        <w:t>τῇ διὰ πυρὸς ὁμιλίᾳ, αὐτὰ ἑαυτῶν προσφορώτατα</w:t>
      </w:r>
    </w:p>
    <w:p>
      <w:r>
        <w:rPr>
          <w:rFonts w:ascii="Courier New" w:hAnsi="Courier New"/>
          <w:color w:val="555555"/>
          <w:sz w:val="20"/>
        </w:rPr>
        <w:t>[17 . 1 c]</w:t>
      </w:r>
    </w:p>
    <w:p>
      <w:r>
        <w:rPr>
          <w:rFonts w:ascii="Gentium Plus" w:hAnsi="Gentium Plus"/>
          <w:sz w:val="24"/>
        </w:rPr>
        <w:t>κατὰ ἀγαλματουργίαν· ἧκεν δὴ καὶ εἰς τὴν Σπάρτην οὗτος ἀνὴρ δυναστεύουσαν τότε, ἐν ἀρχούσῃ τῇ πόλει καὶ δύναμιν γενναίαν περιβεβλημένῃ εὔελπις ὢν εὐδό‐</w:t>
      </w:r>
    </w:p>
    <w:p>
      <w:r>
        <w:rPr>
          <w:rFonts w:ascii="Courier New" w:hAnsi="Courier New"/>
          <w:color w:val="555555"/>
          <w:sz w:val="20"/>
        </w:rPr>
        <w:t>[17 . 1 d]</w:t>
      </w:r>
    </w:p>
    <w:p>
      <w:r>
        <w:rPr>
          <w:rFonts w:ascii="Gentium Plus" w:hAnsi="Gentium Plus"/>
          <w:sz w:val="24"/>
        </w:rPr>
        <w:t>κιμον αὐτῷ φανεῖσθαι τὴν τέχνην· τὸ δὲ ἦν ἄρα οὐ τοιοῦτον· ἀλλὰ τῶν Λακεδαιμονίων τὰ τέλη ἀνακαλε‐ σάμενοι τὸν ἄνδρα, ἐκέλευον αὐτῷ ἐξεῖναι τῆς Σπάρτης αὐτίκα μάλ’ εἰς ἄλλην γῆν καὶ ἀνθρώπους</w:t>
      </w:r>
    </w:p>
    <w:p>
      <w:r>
        <w:rPr>
          <w:rFonts w:ascii="Courier New" w:hAnsi="Courier New"/>
          <w:color w:val="555555"/>
          <w:sz w:val="20"/>
        </w:rPr>
        <w:t>[5]</w:t>
      </w:r>
    </w:p>
    <w:p>
      <w:r>
        <w:rPr>
          <w:rFonts w:ascii="Gentium Plus" w:hAnsi="Gentium Plus"/>
          <w:sz w:val="24"/>
        </w:rPr>
        <w:t>ἄλλους—‘ἐφίεμεν γὰρ ὑπὸ τοῦ πονεῖν δεῖσθαι τρο‐ φῆς ἀναγκαίας μᾶλλον ἢ τεχνικῆς, καὶ τὰ σώματα ἔχειν ἀκολάκευτα καὶ ἁπλᾶ, καὶ μηδὲν ὀψοποιοῦ δεό‐ μενα, οὐ μᾶλλον ἢ τὰ τῶν λεόντων‘—ἀπεῖναι δὲ ἐκεῖσε, ἔνθα καὶ εἰκὸς τιμηθήσεσθαι αὐτῷ τὴν τέχνην,</w:t>
      </w:r>
    </w:p>
    <w:p>
      <w:r>
        <w:rPr>
          <w:rFonts w:ascii="Courier New" w:hAnsi="Courier New"/>
          <w:color w:val="555555"/>
          <w:sz w:val="20"/>
        </w:rPr>
        <w:t>[10]</w:t>
      </w:r>
    </w:p>
    <w:p>
      <w:r>
        <w:rPr>
          <w:rFonts w:ascii="Gentium Plus" w:hAnsi="Gentium Plus"/>
          <w:sz w:val="24"/>
        </w:rPr>
        <w:t>δι’ ἡδονῆς καὶ χρείας τοὺς δημιουργοὺς αὐτῆς ἀσπα‐</w:t>
      </w:r>
    </w:p>
    <w:p>
      <w:r>
        <w:rPr>
          <w:rFonts w:ascii="Courier New" w:hAnsi="Courier New"/>
          <w:color w:val="555555"/>
          <w:sz w:val="20"/>
        </w:rPr>
        <w:t>[17 . 1 e]</w:t>
      </w:r>
    </w:p>
    <w:p>
      <w:r>
        <w:rPr>
          <w:rFonts w:ascii="Gentium Plus" w:hAnsi="Gentium Plus"/>
          <w:sz w:val="24"/>
        </w:rPr>
        <w:t>ζομένων. Οὕτω Μίθαικος ἐξῆλθεν Σπάρτης αὐτῇ τέχνῃ· παρεδέξαντο δὲ αὐτὸν οὐχ ἧττον οἱ ἄλλοι Ἕλ‐ ληνες, κατὰ τὴν ἑαυτῶν ἡδονὴν ἀσπαζόμενοι, οὐ κατὰ τὴν παρὰ Λακεδαιμονίοις ἀτιμίαν ὑπεριδόντες.</w:t>
      </w:r>
    </w:p>
    <w:p>
      <w:r>
        <w:rPr>
          <w:rFonts w:ascii="Courier New" w:hAnsi="Courier New"/>
          <w:color w:val="555555"/>
          <w:sz w:val="20"/>
        </w:rPr>
        <w:t>[17 . 2 a]</w:t>
      </w:r>
    </w:p>
    <w:p>
      <w:r>
        <w:rPr>
          <w:rFonts w:ascii="Gentium Plus" w:hAnsi="Gentium Plus"/>
          <w:sz w:val="24"/>
        </w:rPr>
        <w:t>Εἰ δὲ δεῖ καὶ ἄλλας παρακαλέσαι εἰκόνας τῷ παρ‐</w:t>
      </w:r>
    </w:p>
    <w:p>
      <w:r>
        <w:rPr>
          <w:rFonts w:ascii="Courier New" w:hAnsi="Courier New"/>
          <w:color w:val="555555"/>
          <w:sz w:val="20"/>
        </w:rPr>
        <w:t>[17 . 2 b]</w:t>
      </w:r>
    </w:p>
    <w:p>
      <w:r>
        <w:rPr>
          <w:rFonts w:ascii="Gentium Plus" w:hAnsi="Gentium Plus"/>
          <w:sz w:val="24"/>
        </w:rPr>
        <w:t>όντι λόγῳ σεμνοτέρας τῆς Μιθαίκου τέχνης· Θηβαῖοι</w:t>
      </w:r>
    </w:p>
    <w:p>
      <w:r>
        <w:rPr>
          <w:rFonts w:ascii="Courier New" w:hAnsi="Courier New"/>
          <w:color w:val="555555"/>
          <w:sz w:val="20"/>
        </w:rPr>
        <w:t>[5]</w:t>
      </w:r>
    </w:p>
    <w:p>
      <w:r>
        <w:rPr>
          <w:rFonts w:ascii="Gentium Plus" w:hAnsi="Gentium Plus"/>
          <w:sz w:val="24"/>
        </w:rPr>
        <w:t>τικὰ θῆραι, ὀρειβασίαι, τοξεῖαι, δρόμοι· τὰ Θετταλικὰ ἱππική, τὰ Κυρηναϊκὰ διφρεῖαι, τὰ Αἰτωλικὰ λῃστεῖαι· ἀκοντίζουσιν Ἀκαρνᾶνες, πελτάζουσιν Θρᾷκες, νησιῶται</w:t>
      </w:r>
    </w:p>
    <w:p>
      <w:r>
        <w:rPr>
          <w:rFonts w:ascii="Courier New" w:hAnsi="Courier New"/>
          <w:color w:val="555555"/>
          <w:sz w:val="20"/>
        </w:rPr>
        <w:t>[17 . 2 c]</w:t>
      </w:r>
    </w:p>
    <w:p>
      <w:r>
        <w:rPr>
          <w:rFonts w:ascii="Gentium Plus" w:hAnsi="Gentium Plus"/>
          <w:sz w:val="24"/>
        </w:rPr>
        <w:t>πλέουσιν. Ἐὰν δὲ μεταθῇς τὰ ἐπιτηδεύματα πολλῶν</w:t>
      </w:r>
    </w:p>
    <w:p>
      <w:r>
        <w:rPr>
          <w:rFonts w:ascii="Courier New" w:hAnsi="Courier New"/>
          <w:color w:val="555555"/>
          <w:sz w:val="20"/>
        </w:rPr>
        <w:t>[17 . 2 d]</w:t>
      </w:r>
    </w:p>
    <w:p>
      <w:r>
        <w:rPr>
          <w:rFonts w:ascii="Gentium Plus" w:hAnsi="Gentium Plus"/>
          <w:sz w:val="24"/>
        </w:rPr>
        <w:t>πρὸς ἄλλους, νοθεύσεις τὰς τέχνας. Τί γὰρ δεῖ ἠπει‐ ρώταις νεῶν; ἢ ἀμούσοις αὐλῶν; ἢ ὀρείοις ἵππων; ἢ πεδιάδα οἰκοῦσιν δρόμων; ἢ ὁπλίταις τόξων; ἢ τοξό‐</w:t>
      </w:r>
    </w:p>
    <w:p>
      <w:r>
        <w:rPr>
          <w:rFonts w:ascii="Courier New" w:hAnsi="Courier New"/>
          <w:color w:val="555555"/>
          <w:sz w:val="20"/>
        </w:rPr>
        <w:t>[17 . 2 e]</w:t>
      </w:r>
    </w:p>
    <w:p>
      <w:r>
        <w:rPr>
          <w:rFonts w:ascii="Gentium Plus" w:hAnsi="Gentium Plus"/>
          <w:sz w:val="24"/>
        </w:rPr>
        <w:t>ταις ἀσπίδων; Ὥσπερ οὖν ἐνταῦθα διεκληρώσαντο τὰς τέχνας οἱ τόποι, ἢ αἱ φύσεις τῶν χρωμένων, ἢ αἱ φιλίαι τῶν ἀπ’ ἀρχῆς ἐπιτηδευθέντων, καὶ οὐ ταὐτὰ ἕκαστον οὔτε πᾶσιν τίμιον διότι ἐνίοις, οὔτε ἄτιμον</w:t>
      </w:r>
    </w:p>
    <w:p>
      <w:r>
        <w:rPr>
          <w:rFonts w:ascii="Courier New" w:hAnsi="Courier New"/>
          <w:color w:val="555555"/>
          <w:sz w:val="20"/>
        </w:rPr>
        <w:t>[5]</w:t>
      </w:r>
    </w:p>
    <w:p>
      <w:r>
        <w:rPr>
          <w:rFonts w:ascii="Gentium Plus" w:hAnsi="Gentium Plus"/>
          <w:sz w:val="24"/>
        </w:rPr>
        <w:t>τισὶν ὅτι μὴ πᾶσιν, ἀλλὰ εὐδοκιμεῖ ἕκαστον κατὰ τὴν</w:t>
      </w:r>
    </w:p>
    <w:p>
      <w:r>
        <w:rPr>
          <w:rFonts w:ascii="Courier New" w:hAnsi="Courier New"/>
          <w:color w:val="555555"/>
          <w:sz w:val="20"/>
        </w:rPr>
        <w:t>[17 . 2 f]</w:t>
      </w:r>
    </w:p>
    <w:p>
      <w:r>
        <w:rPr>
          <w:rFonts w:ascii="Gentium Plus" w:hAnsi="Gentium Plus"/>
          <w:sz w:val="24"/>
        </w:rPr>
        <w:t>χρείαν τῶν λαβόντων· τί κωλύει τοὺς τῆς καλῆς ταύ‐ της πόλεως πολίτας, οὓς Πλάτων θρεψάμενος τῷ λόγῳ ὑπὸ νόμοις ξένοις καὶ οὐ καθωμιλημένοις τῷ τῶν πολλῶν ἔθει κατῴκισεν, αὖθις αὖ λόγῳ ἔχειν καὶ τούτους ἐπι‐</w:t>
      </w:r>
    </w:p>
    <w:p>
      <w:r>
        <w:rPr>
          <w:rFonts w:ascii="Courier New" w:hAnsi="Courier New"/>
          <w:color w:val="555555"/>
          <w:sz w:val="20"/>
        </w:rPr>
        <w:t>[5]</w:t>
      </w:r>
    </w:p>
    <w:p>
      <w:r>
        <w:rPr>
          <w:rFonts w:ascii="Gentium Plus" w:hAnsi="Gentium Plus"/>
          <w:sz w:val="24"/>
        </w:rPr>
        <w:t>χώρια ἄττα αὐτῶν νόμιμά τε καὶ ἐπιτηδεύματα, ξυμ‐ πεφυκότα τῇ ἐκ παίδων τροφῇ, τιμώμενα μὲν αὐτοῖς κατὰ τὴν χρείαν αὐτῶν ἐκείνων, οὐκ ἀτιμαζόμενα δὲ</w:t>
      </w:r>
    </w:p>
    <w:p>
      <w:r>
        <w:rPr>
          <w:rFonts w:ascii="Courier New" w:hAnsi="Courier New"/>
          <w:color w:val="555555"/>
          <w:sz w:val="20"/>
        </w:rPr>
        <w:t>[17 . 2 g]</w:t>
      </w:r>
    </w:p>
    <w:p>
      <w:r>
        <w:rPr>
          <w:rFonts w:ascii="Gentium Plus" w:hAnsi="Gentium Plus"/>
          <w:sz w:val="24"/>
        </w:rPr>
        <w:t>παρὰ τοῖς ἄλλοις, ἐπεὶ μὴ κἀκείνοις ἥρμοσεν; Εἰ μὲν γὰρ πόλιν πόλει παραβάλλομεν, καὶ πολιτείαν πολι‐ τείᾳ, καὶ νόμους νόμοις, καὶ νομοθέτην νομοθέτῃ, καὶ τροφὴν τροφῇ, ἔχοι ἄν τινα ἡμῖν λόγον ἡ ἐξέτασις</w:t>
      </w:r>
    </w:p>
    <w:p>
      <w:r>
        <w:rPr>
          <w:rFonts w:ascii="Courier New" w:hAnsi="Courier New"/>
          <w:color w:val="555555"/>
          <w:sz w:val="20"/>
        </w:rPr>
        <w:t>[17 . 2 h]</w:t>
      </w:r>
    </w:p>
    <w:p>
      <w:r>
        <w:rPr>
          <w:rFonts w:ascii="Gentium Plus" w:hAnsi="Gentium Plus"/>
          <w:sz w:val="24"/>
        </w:rPr>
        <w:t>τοιάδε, διερευνωμένοις τὸ παρ’ ἑκάστοις ἐνδέον· εἰ δέ τις μέρος τοῦ ὅλου ἀποτεμόμενος καθ’ αὑτό, σκο‐ πεῖ διὰ μαρτύρων τῶν χρωμένων τούτῳ ἢ μή (οὕτω γὰρ ἂν καὶ τὰ ἄλλα πάντα ὅσα ἄνθρωποι χρῶνται),</w:t>
      </w:r>
    </w:p>
    <w:p>
      <w:r>
        <w:rPr>
          <w:rFonts w:ascii="Courier New" w:hAnsi="Courier New"/>
          <w:color w:val="555555"/>
          <w:sz w:val="20"/>
        </w:rPr>
        <w:t>[5]</w:t>
      </w:r>
    </w:p>
    <w:p>
      <w:r>
        <w:rPr>
          <w:rFonts w:ascii="Gentium Plus" w:hAnsi="Gentium Plus"/>
          <w:sz w:val="24"/>
        </w:rPr>
        <w:t>κατ’ ἴσον ἂν τύχοι τιμῆς καὶ ἀτιμίας, καὶ διατελοῖ ἐν</w:t>
      </w:r>
    </w:p>
    <w:p>
      <w:r>
        <w:rPr>
          <w:rFonts w:ascii="Courier New" w:hAnsi="Courier New"/>
          <w:color w:val="555555"/>
          <w:sz w:val="20"/>
        </w:rPr>
        <w:t>[17 . 2 i]</w:t>
      </w:r>
    </w:p>
    <w:p>
      <w:r>
        <w:rPr>
          <w:rFonts w:ascii="Gentium Plus" w:hAnsi="Gentium Plus"/>
          <w:sz w:val="24"/>
        </w:rPr>
        <w:t>ἀμφισβητησίμῳ κρίσει πλανώμενα· καὶ γὰρ αἱ τροφαί, καὶ τὰ φάρμακα, καὶ τὰ διαιτήματα, καὶ τἄλλα ὅσα τῇ τῶν ἀνθρώπων χρείᾳ ἀνακέκραται, οὐ πᾶσιν ἑξῆς ὅμοια πάντα, ἀλλὰ τὸ αὐτὸ ἤδη τὸν μὲν ἔβλαψεν, τὸν</w:t>
      </w:r>
    </w:p>
    <w:p>
      <w:r>
        <w:rPr>
          <w:rFonts w:ascii="Courier New" w:hAnsi="Courier New"/>
          <w:color w:val="555555"/>
          <w:sz w:val="20"/>
        </w:rPr>
        <w:t>[5]</w:t>
      </w:r>
    </w:p>
    <w:p>
      <w:r>
        <w:rPr>
          <w:rFonts w:ascii="Gentium Plus" w:hAnsi="Gentium Plus"/>
          <w:sz w:val="24"/>
        </w:rPr>
        <w:t>δὲ ὤνησεν· καὶ τὸν μὲν εὔφρανεν, τὸν δὲ ἠνίασεν· ἕκαστον γὰρ τούτων ἡ χρεία καὶ ὁ καιρὸς καὶ ἡ ὑπό‐ θεσις τοῦ βίου ἕτερα ἑτέρῳ φαίνεσθαι ποιεῖ.</w:t>
      </w:r>
    </w:p>
    <w:p>
      <w:r>
        <w:rPr>
          <w:rFonts w:ascii="Courier New" w:hAnsi="Courier New"/>
          <w:color w:val="555555"/>
          <w:sz w:val="20"/>
        </w:rPr>
        <w:t>[17 . 3 a]</w:t>
      </w:r>
    </w:p>
    <w:p>
      <w:r>
        <w:rPr>
          <w:rFonts w:ascii="Gentium Plus" w:hAnsi="Gentium Plus"/>
          <w:sz w:val="24"/>
        </w:rPr>
        <w:t>Οὕτω τοίνυν ἐχόντων τούτων, μεταβάντες αὖ περὶ</w:t>
      </w:r>
    </w:p>
    <w:p>
      <w:r>
        <w:rPr>
          <w:rFonts w:ascii="Courier New" w:hAnsi="Courier New"/>
          <w:color w:val="555555"/>
          <w:sz w:val="20"/>
        </w:rPr>
        <w:t>[5]</w:t>
      </w:r>
    </w:p>
    <w:p>
      <w:r>
        <w:rPr>
          <w:rFonts w:ascii="Gentium Plus" w:hAnsi="Gentium Plus"/>
          <w:sz w:val="24"/>
        </w:rPr>
        <w:t>οὐδὲ ἀπέσχισται ἑκάτερον θἀτέρου· ἀλλ’ ἔξεστίν που καὶ τὰ Πλάτωνος τιμᾶν, καὶ θαυμάζειν Ὅμηρον· ἔξε‐</w:t>
      </w:r>
    </w:p>
    <w:p>
      <w:r>
        <w:rPr>
          <w:rFonts w:ascii="Courier New" w:hAnsi="Courier New"/>
          <w:color w:val="555555"/>
          <w:sz w:val="20"/>
        </w:rPr>
        <w:t>[17 . 3 b]</w:t>
      </w:r>
    </w:p>
    <w:p>
      <w:r>
        <w:rPr>
          <w:rFonts w:ascii="Gentium Plus" w:hAnsi="Gentium Plus"/>
          <w:sz w:val="24"/>
        </w:rPr>
        <w:t>στιν δὲ ὧδε. Πόλιν οἰκίζει Πλάτων τῷ λόγῳ, οὐ Κρητικήν, οὐδὲ Δωρικήν, οὐδὲ Πελοποννησίαν, οὐδὲ Σικελικήν, οὐδὲ, μὰ Δί’, Ἀττικήν· ἦ γὰρ ἂν τοιαύτην οἰκίζων πόλιν, μὴ ὅτι Ὁμήρου ἂν ἐδεήθη μόνου, ἀλλὰ</w:t>
      </w:r>
    </w:p>
    <w:p>
      <w:r>
        <w:rPr>
          <w:rFonts w:ascii="Courier New" w:hAnsi="Courier New"/>
          <w:color w:val="555555"/>
          <w:sz w:val="20"/>
        </w:rPr>
        <w:t>[5]</w:t>
      </w:r>
    </w:p>
    <w:p>
      <w:r>
        <w:rPr>
          <w:rFonts w:ascii="Gentium Plus" w:hAnsi="Gentium Plus"/>
          <w:sz w:val="24"/>
        </w:rPr>
        <w:t>καὶ πρὸ Ὁμήρου Ἡσιόδου καὶ Ὀρφέως, καὶ εἴ τις ἄλλη παλαιὰ μοῦσα ποιητικὴ κατεπᾴδειν ἱκανὴ τὰς τῶν νέων ψυχὰς καὶ δημαγωγεῖν, καὶ ἡδονῇ συνήθει</w:t>
      </w:r>
    </w:p>
    <w:p>
      <w:r>
        <w:rPr>
          <w:rFonts w:ascii="Courier New" w:hAnsi="Courier New"/>
          <w:color w:val="555555"/>
          <w:sz w:val="20"/>
        </w:rPr>
        <w:t>[17 . 3 c]</w:t>
      </w:r>
    </w:p>
    <w:p>
      <w:r>
        <w:rPr>
          <w:rFonts w:ascii="Gentium Plus" w:hAnsi="Gentium Plus"/>
          <w:sz w:val="24"/>
        </w:rPr>
        <w:t>ἀνακιρνάναι πράως ἀληθεῖς λόγους· ἀλλ’ ἔστιν αὐτῷ ξυνοίκησις καὶ ἡ πολιτεία γιγνομένη λόγῳ, κατὰ τὸ</w:t>
      </w:r>
    </w:p>
    <w:p>
      <w:r>
        <w:rPr>
          <w:rFonts w:ascii="Courier New" w:hAnsi="Courier New"/>
          <w:color w:val="555555"/>
          <w:sz w:val="20"/>
        </w:rPr>
        <w:t>[17 . 3 d]</w:t>
      </w:r>
    </w:p>
    <w:p>
      <w:r>
        <w:rPr>
          <w:rFonts w:ascii="Gentium Plus" w:hAnsi="Gentium Plus"/>
          <w:sz w:val="24"/>
        </w:rPr>
        <w:t>ἀκριβέστατον μᾶλλον ἢ χρειωδέστατον· ὅνπερ τρόπον καὶ τοῖς τὰ ἀγάλματα τούτοις διαπλάττουσιν, οἳ παν‐ τὸς παρ’ ἑκάστου καλὸν συναγαγόντες, κατὰ τὴν τέχνην ἐκ διαφόρων σωμάτων ἀθροίσαντες εἰς μίμησιν μίαν,</w:t>
      </w:r>
    </w:p>
    <w:p>
      <w:r>
        <w:rPr>
          <w:rFonts w:ascii="Courier New" w:hAnsi="Courier New"/>
          <w:color w:val="555555"/>
          <w:sz w:val="20"/>
        </w:rPr>
        <w:t>[5]</w:t>
      </w:r>
    </w:p>
    <w:p>
      <w:r>
        <w:rPr>
          <w:rFonts w:ascii="Gentium Plus" w:hAnsi="Gentium Plus"/>
          <w:sz w:val="24"/>
        </w:rPr>
        <w:t>κάλλος ἓν ὑγιὲς καὶ ἄρτιον καὶ ἡρμοσμένον αὐτὸ αὑτῷ</w:t>
      </w:r>
    </w:p>
    <w:p>
      <w:r>
        <w:rPr>
          <w:rFonts w:ascii="Courier New" w:hAnsi="Courier New"/>
          <w:color w:val="555555"/>
          <w:sz w:val="20"/>
        </w:rPr>
        <w:t>[17 . 3 e]</w:t>
      </w:r>
    </w:p>
    <w:p>
      <w:r>
        <w:rPr>
          <w:rFonts w:ascii="Gentium Plus" w:hAnsi="Gentium Plus"/>
          <w:sz w:val="24"/>
        </w:rPr>
        <w:t>ἐξειργάσαντο· καὶ οὐκ ἂν εὗρες σῶμα ἀκριβὲς κατὰ ἀλήθειαν ἀγάλματι ὅμοιον· ὀρέγονται μὲν γὰρ αἱ τέχ‐</w:t>
      </w:r>
    </w:p>
    <w:p>
      <w:r>
        <w:rPr>
          <w:rFonts w:ascii="Courier New" w:hAnsi="Courier New"/>
          <w:color w:val="555555"/>
          <w:sz w:val="20"/>
        </w:rPr>
        <w:t>[17 . 3 f]</w:t>
      </w:r>
    </w:p>
    <w:p>
      <w:r>
        <w:rPr>
          <w:rFonts w:ascii="Gentium Plus" w:hAnsi="Gentium Plus"/>
          <w:sz w:val="24"/>
        </w:rPr>
        <w:t>ἀπολείπονται τῶν τεχνῶν. Οἶμαι δέ, εἰ καί τις ἦν ἐν ἀνθρώποις δύναμις πλαστικὴ σωμάτων σαρκίνων, ξυμφορήσαντες ἂν οἱ δημιουργοὶ τὰς δυνάμεις ξυμ‐ μέτρως γῆς καὶ πυρός, καὶ τῶν ὅσα τούτοις ἁρμοσ‐</w:t>
      </w:r>
    </w:p>
    <w:p>
      <w:r>
        <w:rPr>
          <w:rFonts w:ascii="Courier New" w:hAnsi="Courier New"/>
          <w:color w:val="555555"/>
          <w:sz w:val="20"/>
        </w:rPr>
        <w:t>[5]</w:t>
      </w:r>
    </w:p>
    <w:p>
      <w:r>
        <w:rPr>
          <w:rFonts w:ascii="Gentium Plus" w:hAnsi="Gentium Plus"/>
          <w:sz w:val="24"/>
        </w:rPr>
        <w:t>θέντα τὲ καὶ ὁμολογήσαντα συνίστησιν τὴν σωμάτων φύσιν, ἀπέφηναν, ὥστε εἰκός, ἂν σῶμα ἀδεὲς φαρ‐ μάκου καὶ μαγγανευμάτων καὶ διαιτημάτων ἰατρικῶν.</w:t>
      </w:r>
    </w:p>
    <w:p>
      <w:r>
        <w:rPr>
          <w:rFonts w:ascii="Courier New" w:hAnsi="Courier New"/>
          <w:color w:val="555555"/>
          <w:sz w:val="20"/>
        </w:rPr>
        <w:t>[17 . 3 g]</w:t>
      </w:r>
    </w:p>
    <w:p>
      <w:r>
        <w:rPr>
          <w:rFonts w:ascii="Gentium Plus" w:hAnsi="Gentium Plus"/>
          <w:sz w:val="24"/>
        </w:rPr>
        <w:t>Εἰ οὖν τις ἐκείνων τινὸς τῶν δημιουργῶν ἀκούσας νομοθετοῦντος τοῖς ὑπ’ αὐτοῦ πλασθεῖσιν τῷ λόγῳ, ὅτι ἄρα δεήσονται οὐδὲ Ἱπποκράτους ἰωμένου σφᾶς, ἀλλὰ χρὴ στέψαντας ἐρίῳ τὸν ἄνδρα καὶ χρίσαντας</w:t>
      </w:r>
    </w:p>
    <w:p>
      <w:r>
        <w:rPr>
          <w:rFonts w:ascii="Courier New" w:hAnsi="Courier New"/>
          <w:color w:val="555555"/>
          <w:sz w:val="20"/>
        </w:rPr>
        <w:t>[5]</w:t>
      </w:r>
    </w:p>
    <w:p>
      <w:r>
        <w:rPr>
          <w:rFonts w:ascii="Gentium Plus" w:hAnsi="Gentium Plus"/>
          <w:sz w:val="24"/>
        </w:rPr>
        <w:t>μύρῳ ἀποπέμπειν, παρ’ ἄλλου εὐδοκιμήσοντα, ἐκεῖ ὅπου τὴν τέχνην παρακαλεῖ ἡ νόσος, κᾆτα ἀγανακτοίη πρὸς αὐτόν, ὡς ἀτιμάζοντα τὴν Ἀσκληπιοῦ καὶ τὴν Ἀσκληπιάδων τέχνην, ἆρα οὐ καταγέλαστος ἂν γίγ‐ νοιτο, αἰτίαν προσφέρων τῷ μὴ κατὰ ἀτιμίαν παραι‐</w:t>
      </w:r>
    </w:p>
    <w:p>
      <w:r>
        <w:rPr>
          <w:rFonts w:ascii="Courier New" w:hAnsi="Courier New"/>
          <w:color w:val="555555"/>
          <w:sz w:val="20"/>
        </w:rPr>
        <w:t>[10]</w:t>
      </w:r>
    </w:p>
    <w:p>
      <w:r>
        <w:rPr>
          <w:rFonts w:ascii="Gentium Plus" w:hAnsi="Gentium Plus"/>
          <w:sz w:val="24"/>
        </w:rPr>
        <w:t>τουμένῳ ἰατρικήν, ἀλλὰ μήτε κατὰ χρείαν δεομένῳ αὐτῆς, μήτε καθ’ ἡδονὴν ἀσπαζομένῳ;</w:t>
      </w:r>
    </w:p>
    <w:p>
      <w:r>
        <w:rPr>
          <w:rFonts w:ascii="Courier New" w:hAnsi="Courier New"/>
          <w:color w:val="555555"/>
          <w:sz w:val="20"/>
        </w:rPr>
        <w:t>[17 . 4 a]</w:t>
      </w:r>
    </w:p>
    <w:p>
      <w:r>
        <w:rPr>
          <w:rFonts w:ascii="Gentium Plus" w:hAnsi="Gentium Plus"/>
          <w:sz w:val="24"/>
        </w:rPr>
        <w:t>Δύο γὰρ ὄντων τούτων, ὑφ’ ὧν Ὅμηρος καὶ Ἡσίοδος καὶ ὅστις ἄλλος ἐν ἁρμονίᾳ ποιητικῇ εὐδόκιμοι ἦσαν,</w:t>
      </w:r>
    </w:p>
    <w:p>
      <w:r>
        <w:rPr>
          <w:rFonts w:ascii="Courier New" w:hAnsi="Courier New"/>
          <w:color w:val="555555"/>
          <w:sz w:val="20"/>
        </w:rPr>
        <w:t>[17 . 4 b]</w:t>
      </w:r>
    </w:p>
    <w:p>
      <w:r>
        <w:rPr>
          <w:rFonts w:ascii="Gentium Plus" w:hAnsi="Gentium Plus"/>
          <w:sz w:val="24"/>
        </w:rPr>
        <w:t>οὔτε κατὰ τὴν ἡδονήν. Ἥ τε γὰρ χρεία ξυνελήλαται αὐτοῖς εἰς τροφὴν ἀκριβῆ καὶ ἀκούσματα ἀναγκαῖα, οὐδὲν αὐθαίρετον, οὐδὲ αὐτεξούσιον, οὐδὲ οἷον ἂν δέξαιντο παρὰ μητέρων παῖδες ὑπὸ φήμης ἀλόγου</w:t>
      </w:r>
    </w:p>
    <w:p>
      <w:r>
        <w:rPr>
          <w:rFonts w:ascii="Courier New" w:hAnsi="Courier New"/>
          <w:color w:val="555555"/>
          <w:sz w:val="20"/>
        </w:rPr>
        <w:t>[5]</w:t>
      </w:r>
    </w:p>
    <w:p>
      <w:r>
        <w:rPr>
          <w:rFonts w:ascii="Gentium Plus" w:hAnsi="Gentium Plus"/>
          <w:sz w:val="24"/>
        </w:rPr>
        <w:t>πλασθέντα μῦθον· οὐδὲν γὰρ ἐκεῖ οὐδὲ ἐκ τοῦ προσ‐ τυχόντος, οὔτε ἄκουσμα, οὔτε παίδευμα· οὔτε ἀθύρ‐ ματα παρέλθοι ἂν εἰς τοιαύτην πόλιν, ὥστε καὶ δεη‐ θῆναι Ὁμήρου, τὰς οὔσας περὶ θεῶν δόξας ἐμμελῶς μεγαλύνοντος, καὶ τρέφοντος τὰς τῶν πολλῶν ψυχὰς</w:t>
      </w:r>
    </w:p>
    <w:p>
      <w:r>
        <w:rPr>
          <w:rFonts w:ascii="Courier New" w:hAnsi="Courier New"/>
          <w:color w:val="555555"/>
          <w:sz w:val="20"/>
        </w:rPr>
        <w:t>[17 . 4 c]</w:t>
      </w:r>
    </w:p>
    <w:p>
      <w:r>
        <w:rPr>
          <w:rFonts w:ascii="Gentium Plus" w:hAnsi="Gentium Plus"/>
          <w:sz w:val="24"/>
        </w:rPr>
        <w:t>ἐκ ταπεινῆς φαντασίας εἰς ἔκπληξιν. Τοῦτο γάρ τοι δύναται ποιητοῦ λόγος ἐμπεσὼν ἀκοαῖς τεθραμμέναις κακῶς, περιβομβεῖν αὐτάς, καὶ μὴ παρέχειν σχολὴν διαπιστεύειν τοῖς εἰκῇ θρυλουμένοις λόγοις, ἀλλ’ εἰ‐</w:t>
      </w:r>
    </w:p>
    <w:p>
      <w:r>
        <w:rPr>
          <w:rFonts w:ascii="Courier New" w:hAnsi="Courier New"/>
          <w:color w:val="555555"/>
          <w:sz w:val="20"/>
        </w:rPr>
        <w:t>[5]</w:t>
      </w:r>
    </w:p>
    <w:p>
      <w:r>
        <w:rPr>
          <w:rFonts w:ascii="Gentium Plus" w:hAnsi="Gentium Plus"/>
          <w:sz w:val="24"/>
        </w:rPr>
        <w:t>δέναι μὲν ὅτι ποιητικὴ πᾶσα αἰνίττεται, καταμαντεύε‐ σθαι δὲ τῶν αἰνιγμάτων μεγαλοπρεπῶς, κατὰ τὴν</w:t>
      </w:r>
    </w:p>
    <w:p>
      <w:r>
        <w:rPr>
          <w:rFonts w:ascii="Courier New" w:hAnsi="Courier New"/>
          <w:color w:val="555555"/>
          <w:sz w:val="20"/>
        </w:rPr>
        <w:t>[17 . 4 d]</w:t>
      </w:r>
    </w:p>
    <w:p>
      <w:r>
        <w:rPr>
          <w:rFonts w:ascii="Gentium Plus" w:hAnsi="Gentium Plus"/>
          <w:sz w:val="24"/>
        </w:rPr>
        <w:t>θεῶν δίκην. Ὁπόθεν δὲ ἐξελήλαται τὸ ταπεινὸν πᾶν καὶ τὸ ἠμελημένον, τί δεῖ ἐνταῦθα τοιούτου φαρμάκου;</w:t>
      </w:r>
    </w:p>
    <w:p>
      <w:r>
        <w:rPr>
          <w:rFonts w:ascii="Courier New" w:hAnsi="Courier New"/>
          <w:color w:val="555555"/>
          <w:sz w:val="20"/>
        </w:rPr>
        <w:t>[17 . 4 e]</w:t>
      </w:r>
    </w:p>
    <w:p>
      <w:r>
        <w:rPr>
          <w:rFonts w:ascii="Gentium Plus" w:hAnsi="Gentium Plus"/>
          <w:sz w:val="24"/>
        </w:rPr>
        <w:t>Τὸν Ἀνάχαρσιν ἐκεῖνον ἤρετο Ἕλλην ἀνήρ, εἰ ἔστιν αὐλητικὴ ἐν Σκύθαις· ‘Οὐδὲ ἄμπελοι,‘ ἔφη. Ἄλλη γὰρ ἄλλην παρακαλεῖ ἡδονήν, καὶ ἐστὶν ξυμφυὲς τὸ χρῆμα, καὶ ἄπαυστον, καὶ ἀέναον, ἐπειδὰν ἄρξηται ῥεῖν· καὶ</w:t>
      </w:r>
    </w:p>
    <w:p>
      <w:r>
        <w:rPr>
          <w:rFonts w:ascii="Courier New" w:hAnsi="Courier New"/>
          <w:color w:val="555555"/>
          <w:sz w:val="20"/>
        </w:rPr>
        <w:t>[5]</w:t>
      </w:r>
    </w:p>
    <w:p>
      <w:r>
        <w:rPr>
          <w:rFonts w:ascii="Gentium Plus" w:hAnsi="Gentium Plus"/>
          <w:sz w:val="24"/>
        </w:rPr>
        <w:t>μία μηχανὴ πρὸς σωτηρίαν, στῆσαι τὰς πηγάς, καὶ</w:t>
      </w:r>
    </w:p>
    <w:p>
      <w:r>
        <w:rPr>
          <w:rFonts w:ascii="Courier New" w:hAnsi="Courier New"/>
          <w:color w:val="555555"/>
          <w:sz w:val="20"/>
        </w:rPr>
        <w:t>[17 . 4 f]</w:t>
      </w:r>
    </w:p>
    <w:p>
      <w:r>
        <w:rPr>
          <w:rFonts w:ascii="Gentium Plus" w:hAnsi="Gentium Plus"/>
          <w:sz w:val="24"/>
        </w:rPr>
        <w:t>ἀποφράξαι τὴν ἡδονῶν γένεσιν. Ἡ δὴ τοιαύτη πόλις, ἣν συνεστήσατο ὁ Πλάτων, ἄβατος ἡδονῇ, καὶ 〈ἀδεὴσ〉 θεαμάτων καὶ ἀκουσμάτων· ὥστε οὔτε εἰ ποιητικὴ παρασκευαστικὸν ἡδονῆς, εἰσδέξαιτο ἂν αὐτήν, καὶ</w:t>
      </w:r>
    </w:p>
    <w:p>
      <w:r>
        <w:rPr>
          <w:rFonts w:ascii="Courier New" w:hAnsi="Courier New"/>
          <w:color w:val="555555"/>
          <w:sz w:val="20"/>
        </w:rPr>
        <w:t>[5]</w:t>
      </w:r>
    </w:p>
    <w:p>
      <w:r>
        <w:rPr>
          <w:rFonts w:ascii="Gentium Plus" w:hAnsi="Gentium Plus"/>
          <w:sz w:val="24"/>
        </w:rPr>
        <w:t>πολὺ μᾶλλον κατὰ τὴν χρείαν.</w:t>
      </w:r>
    </w:p>
    <w:p>
      <w:r>
        <w:rPr>
          <w:rFonts w:ascii="Courier New" w:hAnsi="Courier New"/>
          <w:color w:val="555555"/>
          <w:sz w:val="20"/>
        </w:rPr>
        <w:t>[17 . 5 a]</w:t>
      </w:r>
    </w:p>
    <w:p>
      <w:r>
        <w:rPr>
          <w:rFonts w:ascii="Gentium Plus" w:hAnsi="Gentium Plus"/>
          <w:sz w:val="24"/>
        </w:rPr>
        <w:t>Ἐῶ λέγειν ὅτι καὶ τῶν ἐν ἀνθρώποις γενῶν οὐ λόγῳ μόνον πλαττόμεναι πόλεις, ἀλλὰ καὶ ἔργῳ γενόμεναι πολλαὶ καὶ πολιτευθεῖσαι ὑγιῶς, καὶ ξυνοικισθεῖσαι νομίμως, ἀγνοοῦσιν τὸν Ὅμηρον. Ὀψὲ μὲν γὰρ ἡ</w:t>
      </w:r>
    </w:p>
    <w:p>
      <w:r>
        <w:rPr>
          <w:rFonts w:ascii="Courier New" w:hAnsi="Courier New"/>
          <w:color w:val="555555"/>
          <w:sz w:val="20"/>
        </w:rPr>
        <w:t>[5]</w:t>
      </w:r>
    </w:p>
    <w:p>
      <w:r>
        <w:rPr>
          <w:rFonts w:ascii="Gentium Plus" w:hAnsi="Gentium Plus"/>
          <w:sz w:val="24"/>
        </w:rPr>
        <w:t>Σπάρτη ῥαψῳδεῖ, ὀψὲ δὲ καὶ ἡ Κρήτη, ὀψὲ δὲ καὶ τὸ Δωρικὸν ἐν Λιβύῃ γένος· ἐπαινοῦνται δὲ οὐκ ὀψέ,</w:t>
      </w:r>
    </w:p>
    <w:p>
      <w:r>
        <w:rPr>
          <w:rFonts w:ascii="Courier New" w:hAnsi="Courier New"/>
          <w:color w:val="555555"/>
          <w:sz w:val="20"/>
        </w:rPr>
        <w:t>[17 . 5 b]</w:t>
      </w:r>
    </w:p>
    <w:p>
      <w:r>
        <w:rPr>
          <w:rFonts w:ascii="Gentium Plus" w:hAnsi="Gentium Plus"/>
          <w:sz w:val="24"/>
        </w:rPr>
        <w:t>ἀλλ’ ἐκ παλαιᾶς ἀρετῆς. Τὰ δὲ τῶν βαρβάρων τί χρὴ λέγειν; σχολῇ γὰρ ἂν ἐκεῖνοι τὰ Ὁμήρου μάθοιεν, ἀλλ’ εὕροις ἂν ὅμως καὶ ἐν βαρβάροις ἀρετὴν ἀπ‐ εσχισμένην τῶν Ὁμήρου ἐπῶν· ἦ γὰρ ἂν καὶ τὸ τῶν</w:t>
      </w:r>
    </w:p>
    <w:p>
      <w:r>
        <w:rPr>
          <w:rFonts w:ascii="Courier New" w:hAnsi="Courier New"/>
          <w:color w:val="555555"/>
          <w:sz w:val="20"/>
        </w:rPr>
        <w:t>[5]</w:t>
      </w:r>
    </w:p>
    <w:p>
      <w:r>
        <w:rPr>
          <w:rFonts w:ascii="Gentium Plus" w:hAnsi="Gentium Plus"/>
          <w:sz w:val="24"/>
        </w:rPr>
        <w:t>ῥαψῳδῶν γένος τὸ ἀνοητότατον εὐδαιμόνει κατὰ τὴν</w:t>
      </w:r>
    </w:p>
    <w:p>
      <w:r>
        <w:rPr>
          <w:rFonts w:ascii="Courier New" w:hAnsi="Courier New"/>
          <w:color w:val="555555"/>
          <w:sz w:val="20"/>
        </w:rPr>
        <w:t>[17 . 5 c]</w:t>
      </w:r>
    </w:p>
    <w:p>
      <w:r>
        <w:rPr>
          <w:rFonts w:ascii="Gentium Plus" w:hAnsi="Gentium Plus"/>
          <w:sz w:val="24"/>
        </w:rPr>
        <w:t>συνουσίαν τῆς τέχνης· τὸ δὲ οὐχ οὕτως ἔχει. Καλὰ</w:t>
      </w:r>
    </w:p>
    <w:p>
      <w:r>
        <w:rPr>
          <w:rFonts w:ascii="Courier New" w:hAnsi="Courier New"/>
          <w:color w:val="555555"/>
          <w:sz w:val="20"/>
        </w:rPr>
        <w:t>[17 . 5 d]</w:t>
      </w:r>
    </w:p>
    <w:p>
      <w:r>
        <w:rPr>
          <w:rFonts w:ascii="Gentium Plus" w:hAnsi="Gentium Plus"/>
          <w:sz w:val="24"/>
        </w:rPr>
        <w:t>μελῶν εἷς νόμος, οὐδὲ εἷς χρόνος. Καλὸν μὲν ἐν πολέμῳ τὸ ὄρθριον, καλὸν δὲ ἐν συμποσίῳ τὸ παροί‐ νιον, καὶ καλὸν μὲν Λακεδαιμονίοις τὸ ἐμβατήριον, καλὸν δὲ Ἀθηναίοις τὸ κύκλιον, καὶ καλὸν μὲν ἐν</w:t>
      </w:r>
    </w:p>
    <w:p>
      <w:r>
        <w:rPr>
          <w:rFonts w:ascii="Courier New" w:hAnsi="Courier New"/>
          <w:color w:val="555555"/>
          <w:sz w:val="20"/>
        </w:rPr>
        <w:t>[5]</w:t>
      </w:r>
    </w:p>
    <w:p>
      <w:r>
        <w:rPr>
          <w:rFonts w:ascii="Gentium Plus" w:hAnsi="Gentium Plus"/>
          <w:sz w:val="24"/>
        </w:rPr>
        <w:t>διώξει τὸ ἐγκελευστικόν, καλὸν δὲ ἐν φυγῇ τὸ ἀνακλη‐ τικόν· ἡδεῖα μὲν πᾶσα μοῦσα, ἀλλὰ τὸ τῆς χρείας</w:t>
      </w:r>
    </w:p>
    <w:p>
      <w:r>
        <w:rPr>
          <w:rFonts w:ascii="Courier New" w:hAnsi="Courier New"/>
          <w:color w:val="555555"/>
          <w:sz w:val="20"/>
        </w:rPr>
        <w:t>[17 . 5 e]</w:t>
      </w:r>
    </w:p>
    <w:p>
      <w:r>
        <w:rPr>
          <w:rFonts w:ascii="Gentium Plus" w:hAnsi="Gentium Plus"/>
          <w:sz w:val="24"/>
        </w:rPr>
        <w:t>οὐχ ὅμοιον πᾶσιν. Ἂν τοίνυν καθ’ ἡδονὴν κρίνῃς Ὅμηρον ᾄδειν ἄνδρας, εἰσκυκλεῖς ποιητῶν χορὸν ἀκό‐ λαστον καὶ βακχεύοντα, κρατοῦντα ἡδονῇ τῆς Ὁμήρου</w:t>
      </w:r>
    </w:p>
    <w:p>
      <w:r>
        <w:rPr>
          <w:rFonts w:ascii="Courier New" w:hAnsi="Courier New"/>
          <w:color w:val="555555"/>
          <w:sz w:val="20"/>
        </w:rPr>
        <w:t>[17 . 5 f]</w:t>
      </w:r>
    </w:p>
    <w:p>
      <w:r>
        <w:rPr>
          <w:rFonts w:ascii="Gentium Plus" w:hAnsi="Gentium Plus"/>
          <w:sz w:val="24"/>
        </w:rPr>
        <w:t>ᾠδῆς, ἀποχειροτονεῖς τῆς ἡδονῆς τὸν ἄνδρα. Ἡδὺς μὲν γάρ, ἡδύς, ἀλλὰ τὸ κάλλος ἀκμαιότερον τῆς ἡδο‐ νῆς, καὶ μὴ παρέχον σχολὴν εὐφραίνεσθαι, ἀλλὰ ἐπαι‐ νεῖν· ἀλλ’ ἔπαινος σὺν ἡδονῇ μέν, ἀλλ’ οὐκ αὐτὸ</w:t>
      </w:r>
    </w:p>
    <w:p>
      <w:r>
        <w:rPr>
          <w:rFonts w:ascii="Courier New" w:hAnsi="Courier New"/>
          <w:color w:val="555555"/>
          <w:sz w:val="20"/>
        </w:rPr>
        <w:t>[17 . 5 g]</w:t>
      </w:r>
    </w:p>
    <w:p>
      <w:r>
        <w:rPr>
          <w:rFonts w:ascii="Gentium Plus" w:hAnsi="Gentium Plus"/>
          <w:sz w:val="24"/>
        </w:rPr>
        <w:t>ἡδονή. Εἰ δὲ καθ’ ἡδονὴν τὰ Ὁμήρου ἀσπαζόμεθα, ὡς αὐλήματα, ὡς κιθαρίσματα, ἐξελαύνεις Ὅμηρον οὐκ ἐκ τῶν Πλάτωνος τροφίμων μόνον, ἀλλὰ καὶ ἐκ τῶν Λυκούργου, καὶ ἐκ τῶν Κρητικῶν, καὶ παντὸς χωρίου</w:t>
      </w:r>
    </w:p>
    <w:p>
      <w:r>
        <w:rPr>
          <w:rFonts w:ascii="Courier New" w:hAnsi="Courier New"/>
          <w:color w:val="555555"/>
          <w:sz w:val="20"/>
        </w:rPr>
        <w:t>[5]</w:t>
      </w:r>
    </w:p>
    <w:p>
      <w:r>
        <w:rPr>
          <w:rFonts w:ascii="Gentium Plus" w:hAnsi="Gentium Plus"/>
          <w:sz w:val="24"/>
        </w:rPr>
        <w:t>καὶ πάσης πόλεως, ὅπου μετὰ ἀρετῆς εὐδοκιμοῦσιν οἱ</w:t>
      </w:r>
    </w:p>
    <w:p>
      <w:pPr>
        <w:jc w:val="center"/>
      </w:pPr>
      <w:r>
        <w:rPr>
          <w:rFonts w:ascii="Gentium Plus" w:hAnsi="Gentium Plus"/>
          <w:b/>
          <w:sz w:val="24"/>
        </w:rPr>
        <w:t>Τίς ἡ Σωκράτους ἐρωτική</w:t>
      </w:r>
    </w:p>
    <w:p>
      <w:r>
        <w:rPr>
          <w:rFonts w:ascii="Courier New" w:hAnsi="Courier New"/>
          <w:color w:val="555555"/>
          <w:sz w:val="20"/>
        </w:rPr>
        <w:t>[1]</w:t>
      </w:r>
    </w:p>
    <w:p>
      <w:r>
        <w:rPr>
          <w:rFonts w:ascii="Gentium Plus" w:hAnsi="Gentium Plus"/>
          <w:sz w:val="24"/>
        </w:rPr>
        <w:t>Κορινθίῳ ἀνδρί, ὄνομα Αἰσχύλῳ, παῖς ἦν Ἀκταίων,</w:t>
      </w:r>
    </w:p>
    <w:p>
      <w:r>
        <w:rPr>
          <w:rFonts w:ascii="Courier New" w:hAnsi="Courier New"/>
          <w:color w:val="555555"/>
          <w:sz w:val="20"/>
        </w:rPr>
        <w:t>[18 . 1 b]</w:t>
      </w:r>
    </w:p>
    <w:p>
      <w:r>
        <w:rPr>
          <w:rFonts w:ascii="Gentium Plus" w:hAnsi="Gentium Plus"/>
          <w:sz w:val="24"/>
        </w:rPr>
        <w:t>μειράκιον Δωρικόν, ὥρᾳ διαφέρον. Ἐρᾷ Ἀκταίωνος νεανίας Κορίνθιος, γένους τῶν Βακχιάδων· Βακχιάδαι</w:t>
      </w:r>
    </w:p>
    <w:p>
      <w:r>
        <w:rPr>
          <w:rFonts w:ascii="Courier New" w:hAnsi="Courier New"/>
          <w:color w:val="555555"/>
          <w:sz w:val="20"/>
        </w:rPr>
        <w:t>[18 . 1 c]</w:t>
      </w:r>
    </w:p>
    <w:p>
      <w:r>
        <w:rPr>
          <w:rFonts w:ascii="Gentium Plus" w:hAnsi="Gentium Plus"/>
          <w:sz w:val="24"/>
        </w:rPr>
        <w:t>δὲ Κορίνθου ἐδυνάστευον. Ὡς δὲ ἐσωφρόνει τὸ μει‐ ράκιον καὶ ὑπερεφρόνει ὑβριστοῦ ἐραστοῦ, ἐκώμασεν εἰς Ἀκταίωνος ὁ ἐραστὴς ὁμοῦ τοῖς Βακχιάδαις νεα‐ νίσκοις· οἳ θαρσοῦντες μέθῃ καὶ τυραννίδι καὶ ἔρωτι,</w:t>
      </w:r>
    </w:p>
    <w:p>
      <w:r>
        <w:rPr>
          <w:rFonts w:ascii="Courier New" w:hAnsi="Courier New"/>
          <w:color w:val="555555"/>
          <w:sz w:val="20"/>
        </w:rPr>
        <w:t>[5]</w:t>
      </w:r>
    </w:p>
    <w:p>
      <w:r>
        <w:rPr>
          <w:rFonts w:ascii="Gentium Plus" w:hAnsi="Gentium Plus"/>
          <w:sz w:val="24"/>
        </w:rPr>
        <w:t>εἰσπεσόντες εἰς τὸ δωμάτιον, οἱ μὲν ἐπειρῶντο ἀπ‐ άγειν, οἱ δὲ οἰκεῖοι κατέχειν· σπώμενον τὸ μειράκιον</w:t>
      </w:r>
    </w:p>
    <w:p>
      <w:r>
        <w:rPr>
          <w:rFonts w:ascii="Courier New" w:hAnsi="Courier New"/>
          <w:color w:val="555555"/>
          <w:sz w:val="20"/>
        </w:rPr>
        <w:t>[18 . 1 d]</w:t>
      </w:r>
    </w:p>
    <w:p>
      <w:r>
        <w:rPr>
          <w:rFonts w:ascii="Gentium Plus" w:hAnsi="Gentium Plus"/>
          <w:sz w:val="24"/>
        </w:rPr>
        <w:t>ὑπ’ ἀμφοῖν, βίᾳ διαφθείρεται ἐν χερσὶν αὐτῶν. Καὶ εἰκάσθη τὸ ἐν Κορίνθῳ τοῦτο πάθος τῷ Βοιωτίῳ διὰ</w:t>
      </w:r>
    </w:p>
    <w:p>
      <w:r>
        <w:rPr>
          <w:rFonts w:ascii="Courier New" w:hAnsi="Courier New"/>
          <w:color w:val="555555"/>
          <w:sz w:val="20"/>
        </w:rPr>
        <w:t>[18 . 1 e]</w:t>
      </w:r>
    </w:p>
    <w:p>
      <w:r>
        <w:rPr>
          <w:rFonts w:ascii="Gentium Plus" w:hAnsi="Gentium Plus"/>
          <w:sz w:val="24"/>
        </w:rPr>
        <w:t>μέθῃ. Περιάνδρῳ τῷ Ἀμβρακιώτῃ τυράννῳ παιδικὰ ἦν μειράκιον πολιτικόν· ἅτε δὲ οὐ σὺν δίκῃ τὴν ὁμι‐ λίαν συστησαμένῳ ὕβρις ἦν τὸ χρῆμα, οὐκ ἔρως· θαρ‐ σῶν δὲ ὁ Περίανδρος τῇ ἐξουσίᾳ παροινεῖ εἰς τὸ</w:t>
      </w:r>
    </w:p>
    <w:p>
      <w:r>
        <w:rPr>
          <w:rFonts w:ascii="Courier New" w:hAnsi="Courier New"/>
          <w:color w:val="555555"/>
          <w:sz w:val="20"/>
        </w:rPr>
        <w:t>[18 . 1 f]</w:t>
      </w:r>
    </w:p>
    <w:p>
      <w:r>
        <w:rPr>
          <w:rFonts w:ascii="Gentium Plus" w:hAnsi="Gentium Plus"/>
          <w:sz w:val="24"/>
        </w:rPr>
        <w:t>μειράκιον. Ἡ δὲ παροινία αὕτη Περίανδρον μὲν ἔπαυ‐ σεν ὑβρίζοντα, τὸ δὲ μειράκιον ἐποίησεν ἐξ ἐρωμένου τυραννοκτόνον. Αὕτη δίκη ἀδίκων ἐρώτων.</w:t>
      </w:r>
    </w:p>
    <w:p>
      <w:r>
        <w:rPr>
          <w:rFonts w:ascii="Courier New" w:hAnsi="Courier New"/>
          <w:color w:val="555555"/>
          <w:sz w:val="20"/>
        </w:rPr>
        <w:t>[18 . 2 a]</w:t>
      </w:r>
    </w:p>
    <w:p>
      <w:r>
        <w:rPr>
          <w:rFonts w:ascii="Gentium Plus" w:hAnsi="Gentium Plus"/>
          <w:sz w:val="24"/>
        </w:rPr>
        <w:t>Βούλει σοι λέγω καὶ τοῦ ἑτέρου τρόπου τῶν ἐρώ‐ των τοῦ δικαίου μίαν γέ τινα ἢ δευτέραν εἰκόνα;</w:t>
      </w:r>
    </w:p>
    <w:p>
      <w:r>
        <w:rPr>
          <w:rFonts w:ascii="Courier New" w:hAnsi="Courier New"/>
          <w:color w:val="555555"/>
          <w:sz w:val="20"/>
        </w:rPr>
        <w:t>[18 . 2 b]</w:t>
      </w:r>
    </w:p>
    <w:p>
      <w:r>
        <w:rPr>
          <w:rFonts w:ascii="Gentium Plus" w:hAnsi="Gentium Plus"/>
          <w:sz w:val="24"/>
        </w:rPr>
        <w:t>Μειρακίῳ Ἀττικῷ δύο ἦσαν ἐρασταί, ἰδιώτης καὶ τύ‐ ραννος· ὁ μὲν δίκαιος ἦν διὰ ἰσοτιμίαν, ὁ δὲ ἄδικος</w:t>
      </w:r>
    </w:p>
    <w:p>
      <w:r>
        <w:rPr>
          <w:rFonts w:ascii="Courier New" w:hAnsi="Courier New"/>
          <w:color w:val="555555"/>
          <w:sz w:val="20"/>
        </w:rPr>
        <w:t>[18 . 2 c]</w:t>
      </w:r>
    </w:p>
    <w:p>
      <w:r>
        <w:rPr>
          <w:rFonts w:ascii="Gentium Plus" w:hAnsi="Gentium Plus"/>
          <w:sz w:val="24"/>
        </w:rPr>
        <w:t>δι’ ἐξουσίαν· ἀλλὰ τό γε μειράκιον ὄντως ἦν καλὸν καὶ ἐρᾶσθαι ἄξιον, ὥστε ὑπεριδὸν τοῦ τυράννου τὸν</w:t>
      </w:r>
    </w:p>
    <w:p>
      <w:r>
        <w:rPr>
          <w:rFonts w:ascii="Courier New" w:hAnsi="Courier New"/>
          <w:color w:val="555555"/>
          <w:sz w:val="20"/>
        </w:rPr>
        <w:t>[18 . 2 d]</w:t>
      </w:r>
    </w:p>
    <w:p>
      <w:r>
        <w:rPr>
          <w:rFonts w:ascii="Gentium Plus" w:hAnsi="Gentium Plus"/>
          <w:sz w:val="24"/>
        </w:rPr>
        <w:t>ἰδιώτην ἠσπάζετο· ὁ δὲ ὑπ’ ὀργῆς ἄλλά τε ἀμφοτέρους προὐπηλάκισεν, καὶ ἀδελφὴν Ἁρμοδίου Παναθηναίοις ἥκουσαν ἐπὶ τὴν πομπὴν κανηφοροῦσαν ἐξήλασεν ἐπ’</w:t>
      </w:r>
    </w:p>
    <w:p>
      <w:r>
        <w:rPr>
          <w:rFonts w:ascii="Courier New" w:hAnsi="Courier New"/>
          <w:color w:val="555555"/>
          <w:sz w:val="20"/>
        </w:rPr>
        <w:t>[18 . 2 e]</w:t>
      </w:r>
    </w:p>
    <w:p>
      <w:r>
        <w:rPr>
          <w:rFonts w:ascii="Gentium Plus" w:hAnsi="Gentium Plus"/>
          <w:sz w:val="24"/>
        </w:rPr>
        <w:t>ἀτιμίᾳ. Διδόασιν δίκην ἐκ τούτου Πεισιστρατίδαι, καὶ ἦρξεν ἐλευθερίας Ἀθηναίοις ὕβρις τυράννου, καὶ μει‐</w:t>
      </w:r>
    </w:p>
    <w:p>
      <w:r>
        <w:rPr>
          <w:rFonts w:ascii="Courier New" w:hAnsi="Courier New"/>
          <w:color w:val="555555"/>
          <w:sz w:val="20"/>
        </w:rPr>
        <w:t>[18 . 2 f]</w:t>
      </w:r>
    </w:p>
    <w:p>
      <w:r>
        <w:rPr>
          <w:rFonts w:ascii="Gentium Plus" w:hAnsi="Gentium Plus"/>
          <w:sz w:val="24"/>
        </w:rPr>
        <w:t>Ἐλευθεροῖ τὰς Θήβας Ἐπαμεινώνδας ἀπὸ Λακεδαι‐</w:t>
      </w:r>
    </w:p>
    <w:p>
      <w:r>
        <w:rPr>
          <w:rFonts w:ascii="Courier New" w:hAnsi="Courier New"/>
          <w:color w:val="555555"/>
          <w:sz w:val="20"/>
        </w:rPr>
        <w:t>[18 . 2 g]</w:t>
      </w:r>
    </w:p>
    <w:p>
      <w:r>
        <w:rPr>
          <w:rFonts w:ascii="Gentium Plus" w:hAnsi="Gentium Plus"/>
          <w:sz w:val="24"/>
        </w:rPr>
        <w:t>μονίων στρατηγήματι ἐρωτικῷ· μειρακίων πολλῶν κα‐ λῶν ἐρασταὶ ἦσαν Θήβησιν πολλοὶ νεανίαι· ὅπλα δοὺς Ἐπαμεινώνδας τοῖς ἐρασταῖς καὶ τοῖς ἐρωμένοις συν‐ έταξεν λόχον ἱερὸν τοῦ ἔρωτος, δεινὸν καὶ ἄμαχον,</w:t>
      </w:r>
    </w:p>
    <w:p>
      <w:r>
        <w:rPr>
          <w:rFonts w:ascii="Courier New" w:hAnsi="Courier New"/>
          <w:color w:val="555555"/>
          <w:sz w:val="20"/>
        </w:rPr>
        <w:t>[18 . 2 h]</w:t>
      </w:r>
    </w:p>
    <w:p>
      <w:r>
        <w:rPr>
          <w:rFonts w:ascii="Gentium Plus" w:hAnsi="Gentium Plus"/>
          <w:sz w:val="24"/>
        </w:rPr>
        <w:t>καὶ συνασπίζοντα ἀκριβῶς, καὶ ἄρρηκτον· οἷον οὔτε ὁ Νέστωρ περὶ τὸ Ἴλιον συνεστήσατο, ὁ δεινότατος τῶν στρατηγῶν, οὔτε Ἡρακλεῖδαι περὶ Πελοπόννησον, οὔτε</w:t>
      </w:r>
    </w:p>
    <w:p>
      <w:r>
        <w:rPr>
          <w:rFonts w:ascii="Courier New" w:hAnsi="Courier New"/>
          <w:color w:val="555555"/>
          <w:sz w:val="20"/>
        </w:rPr>
        <w:t>[18 . 2 i]</w:t>
      </w:r>
    </w:p>
    <w:p>
      <w:r>
        <w:rPr>
          <w:rFonts w:ascii="Gentium Plus" w:hAnsi="Gentium Plus"/>
          <w:sz w:val="24"/>
        </w:rPr>
        <w:t>Πελοποννήσιοι περὶ τὴν Ἀττικήν. Ἔδει γὰρ ἕκαστον τῶν ἐραστῶν ἀριστεύειν, καὶ διὰ φιλοτιμίαν ἐν ὄψει τῶν παιδικῶν μαχόμενον, καὶ δι’ ἀνάγκην ὑπερμαχοῦντα</w:t>
      </w:r>
    </w:p>
    <w:p>
      <w:r>
        <w:rPr>
          <w:rFonts w:ascii="Courier New" w:hAnsi="Courier New"/>
          <w:color w:val="555555"/>
          <w:sz w:val="20"/>
        </w:rPr>
        <w:t>[18 . 2 k]</w:t>
      </w:r>
    </w:p>
    <w:p>
      <w:r>
        <w:rPr>
          <w:rFonts w:ascii="Gentium Plus" w:hAnsi="Gentium Plus"/>
          <w:sz w:val="24"/>
        </w:rPr>
        <w:t>τῶν φιλτάτων· ἦν δὲ καὶ τὰ μειράκια ἐφάμιλλα ταῖς ἀρεταῖς τοῖς ἐρασταῖς, ὥσπερ ἐν θήρᾳ σκύλακες συμ‐ παραθέοντες τοῖς πρεσβυτέροις τῶν κυνῶν.</w:t>
      </w:r>
    </w:p>
    <w:p>
      <w:r>
        <w:rPr>
          <w:rFonts w:ascii="Courier New" w:hAnsi="Courier New"/>
          <w:color w:val="555555"/>
          <w:sz w:val="20"/>
        </w:rPr>
        <w:t>[18 . 3 a]</w:t>
      </w:r>
    </w:p>
    <w:p>
      <w:r>
        <w:rPr>
          <w:rFonts w:ascii="Gentium Plus" w:hAnsi="Gentium Plus"/>
          <w:sz w:val="24"/>
        </w:rPr>
        <w:t>Τί δή μοι βούλεται ὁ Ἐπαμεινώνδας καὶ ὁ Ἁρμό‐</w:t>
      </w:r>
    </w:p>
    <w:p>
      <w:r>
        <w:rPr>
          <w:rFonts w:ascii="Courier New" w:hAnsi="Courier New"/>
          <w:color w:val="555555"/>
          <w:sz w:val="20"/>
        </w:rPr>
        <w:t>[18 . 3 b]</w:t>
      </w:r>
    </w:p>
    <w:p>
      <w:r>
        <w:rPr>
          <w:rFonts w:ascii="Gentium Plus" w:hAnsi="Gentium Plus"/>
          <w:sz w:val="24"/>
        </w:rPr>
        <w:t>διος, καὶ οἱ περὶ τοῦ ἀδίκου ἔρωτος λόγοι; Ὅτι πρᾶγμα διττόν, τὸ μὲν ἀρετῆς ἐπήβολον, τὸ δὲ μοχθηρίᾳ συμ‐</w:t>
      </w:r>
    </w:p>
    <w:p>
      <w:r>
        <w:rPr>
          <w:rFonts w:ascii="Courier New" w:hAnsi="Courier New"/>
          <w:color w:val="555555"/>
          <w:sz w:val="20"/>
        </w:rPr>
        <w:t>[5]</w:t>
      </w:r>
    </w:p>
    <w:p>
      <w:r>
        <w:rPr>
          <w:rFonts w:ascii="Gentium Plus" w:hAnsi="Gentium Plus"/>
          <w:sz w:val="24"/>
        </w:rPr>
        <w:t>καλλωπίζονται μὲν οἱ μοχθηροὶ ἐρασταὶ διὰ τὴν πρὸς τὸν θεὸν ὁμωνυμίαν, ἀπιστοῦνται δὲ οἱ χρηστοὶ διὰ τὸ ἀμφίβολον τοῦ πάθους, ἀλλ’ ὥσπερ τοὺς ἀργυρο‐ γνώμονας ἐξετάζειν ἔδει, ὁπότερος αὐτῶν γνωριστικὸς</w:t>
      </w:r>
    </w:p>
    <w:p>
      <w:r>
        <w:rPr>
          <w:rFonts w:ascii="Courier New" w:hAnsi="Courier New"/>
          <w:color w:val="555555"/>
          <w:sz w:val="20"/>
        </w:rPr>
        <w:t>[18 . 3 c]</w:t>
      </w:r>
    </w:p>
    <w:p>
      <w:r>
        <w:rPr>
          <w:rFonts w:ascii="Gentium Plus" w:hAnsi="Gentium Plus"/>
          <w:sz w:val="24"/>
        </w:rPr>
        <w:t>τοῦ δοκίμου καὶ μή. Τὸν μὲν πρὸ τοῦ δοκίμου τὸ φαινόμενον ἀσπαζόμενον πόρρω πάνυ τίθεμεν τῆς τέχνης, τὸν δὲ τἀληθῆ αὐτὰ γνωρίζοντα, τοῦτον καὶ συνιέναι αὐτῆς· ταύτῃ καὶ τὴν ἐρωτικὴν προσθῶμεν</w:t>
      </w:r>
    </w:p>
    <w:p>
      <w:r>
        <w:rPr>
          <w:rFonts w:ascii="Courier New" w:hAnsi="Courier New"/>
          <w:color w:val="555555"/>
          <w:sz w:val="20"/>
        </w:rPr>
        <w:t>[5]</w:t>
      </w:r>
    </w:p>
    <w:p>
      <w:r>
        <w:rPr>
          <w:rFonts w:ascii="Gentium Plus" w:hAnsi="Gentium Plus"/>
          <w:sz w:val="24"/>
        </w:rPr>
        <w:t>φέροντες, ὥσπέρ τινι νομίσματι, τῇ τοῦ καλοῦ φύσει. Ἐὰν γὰρ τούτου τὸ μὲν ᾖ φαινόμενον καλόν, οὐχ οὕ‐ τως ἔχον, τὸ δὲ καλὸν καὶ ὂν καὶ φαινόμενον, ἀνάγκη τοὺς μὲν τοῦ φαινομένου κάλλους καὶ μὴ ὄντος γλι‐ χομένους νόθους τινὰς εἶναι καὶ κιβδήλους ἐραστάς,</w:t>
      </w:r>
    </w:p>
    <w:p>
      <w:r>
        <w:rPr>
          <w:rFonts w:ascii="Courier New" w:hAnsi="Courier New"/>
          <w:color w:val="555555"/>
          <w:sz w:val="20"/>
        </w:rPr>
        <w:t>[10]</w:t>
      </w:r>
    </w:p>
    <w:p>
      <w:r>
        <w:rPr>
          <w:rFonts w:ascii="Gentium Plus" w:hAnsi="Gentium Plus"/>
          <w:sz w:val="24"/>
        </w:rPr>
        <w:t>τοὺς δὲ τοῦ καὶ ὄντος καὶ φαινομένου γνησίους ἐρα‐ στὰς κάλλους ἀληθινοῦ.</w:t>
      </w:r>
    </w:p>
    <w:p>
      <w:r>
        <w:rPr>
          <w:rFonts w:ascii="Courier New" w:hAnsi="Courier New"/>
          <w:color w:val="555555"/>
          <w:sz w:val="20"/>
        </w:rPr>
        <w:t>[18 . 4 a]</w:t>
      </w:r>
    </w:p>
    <w:p>
      <w:r>
        <w:rPr>
          <w:rFonts w:ascii="Gentium Plus" w:hAnsi="Gentium Plus"/>
          <w:sz w:val="24"/>
        </w:rPr>
        <w:t>Εἶεν· ἐπεὶ ταύτῃ βασανιστέον τὲ καὶ ἀθρητέον τὸν ἐρωτικὸν καὶ λόγον καὶ ἄνδρα, ἐπιτολμητόν τοι καὶ περὶ Σωκράτους ἐκλογίσασθαι, τί ἦν αὐτῷ ταυτὶ τὰ θρυλούμενα ἐν τοῖς λόγοις; ὁποῖα ἄττα φησὶν περὶ</w:t>
      </w:r>
    </w:p>
    <w:p>
      <w:r>
        <w:rPr>
          <w:rFonts w:ascii="Courier New" w:hAnsi="Courier New"/>
          <w:color w:val="555555"/>
          <w:sz w:val="20"/>
        </w:rPr>
        <w:t>[5]</w:t>
      </w:r>
    </w:p>
    <w:p>
      <w:r>
        <w:rPr>
          <w:rFonts w:ascii="Gentium Plus" w:hAnsi="Gentium Plus"/>
          <w:sz w:val="24"/>
        </w:rPr>
        <w:t>αὑτοῦ ἐκεῖνος, ὅτι ἐστὶν θεράπων τοῦ ἔρωτος, καὶ λευκὴ στάθμη πρὸς τοὺς καλούς, καὶ τὴν τέχνην δει‐</w:t>
      </w:r>
    </w:p>
    <w:p>
      <w:r>
        <w:rPr>
          <w:rFonts w:ascii="Courier New" w:hAnsi="Courier New"/>
          <w:color w:val="555555"/>
          <w:sz w:val="20"/>
        </w:rPr>
        <w:t>[18 . 4 b]</w:t>
      </w:r>
    </w:p>
    <w:p>
      <w:r>
        <w:rPr>
          <w:rFonts w:ascii="Gentium Plus" w:hAnsi="Gentium Plus"/>
          <w:sz w:val="24"/>
        </w:rPr>
        <w:t>νός. Ἀλλὰ καὶ διδασκάλους ἐπιγέγραπται τῆς τέχνης, Ἀσπασίαν τὴν Μιλησίαν, καὶ Διοτίμαν τὴν Μαντινι‐ κήν· καὶ μαθητὰς λαμβάνει τῆς τέχνης, Ἀλκιβιάδην τὸν γαυρότατον, καὶ Κριτόβουλον τὸν ὡραιότατον, καὶ</w:t>
      </w:r>
    </w:p>
    <w:p>
      <w:r>
        <w:rPr>
          <w:rFonts w:ascii="Courier New" w:hAnsi="Courier New"/>
          <w:color w:val="555555"/>
          <w:sz w:val="20"/>
        </w:rPr>
        <w:t>[5]</w:t>
      </w:r>
    </w:p>
    <w:p>
      <w:r>
        <w:rPr>
          <w:rFonts w:ascii="Gentium Plus" w:hAnsi="Gentium Plus"/>
          <w:sz w:val="24"/>
        </w:rPr>
        <w:t>Ἀγάθωνα τὸν ἁβρότατον, καὶ Φαῖδρον τὴν θείαν κε‐ φαλήν, καὶ Λῦσιν τὸ μειράκιον, καὶ Χαρμίδην τὸν</w:t>
      </w:r>
    </w:p>
    <w:p>
      <w:r>
        <w:rPr>
          <w:rFonts w:ascii="Courier New" w:hAnsi="Courier New"/>
          <w:color w:val="555555"/>
          <w:sz w:val="20"/>
        </w:rPr>
        <w:t>[18 . 4 c]</w:t>
      </w:r>
    </w:p>
    <w:p>
      <w:r>
        <w:rPr>
          <w:rFonts w:ascii="Gentium Plus" w:hAnsi="Gentium Plus"/>
          <w:sz w:val="24"/>
        </w:rPr>
        <w:t>καλόν. Ἀποκρύπτεται δὲ οὐδὲν τῶν τοῦ ἔρωτος, οὔτε ἔργον, οὔτε πάθος, ἀλλὰ ἔοικεν πάντα ἑξῆς παρρησια‐</w:t>
      </w:r>
    </w:p>
    <w:p>
      <w:r>
        <w:rPr>
          <w:rFonts w:ascii="Courier New" w:hAnsi="Courier New"/>
          <w:color w:val="555555"/>
          <w:sz w:val="20"/>
        </w:rPr>
        <w:t>[5]</w:t>
      </w:r>
    </w:p>
    <w:p>
      <w:r>
        <w:rPr>
          <w:rFonts w:ascii="Gentium Plus" w:hAnsi="Gentium Plus"/>
          <w:sz w:val="24"/>
        </w:rPr>
        <w:t>καθάπερ τὰς βάκχας, ἐπὶ Ἀλκιβιάδῃ· ἐπεστρέφθαι δὲ ἐπ’ Αὐτόλυκον τὰ ὄμματα, ὥσπερ ἐν νυκτὶ ἐπὶ φέγγος.</w:t>
      </w:r>
    </w:p>
    <w:p>
      <w:r>
        <w:rPr>
          <w:rFonts w:ascii="Courier New" w:hAnsi="Courier New"/>
          <w:color w:val="555555"/>
          <w:sz w:val="20"/>
        </w:rPr>
        <w:t>[18 . 4 d]</w:t>
      </w:r>
    </w:p>
    <w:p>
      <w:r>
        <w:rPr>
          <w:rFonts w:ascii="Gentium Plus" w:hAnsi="Gentium Plus"/>
          <w:sz w:val="24"/>
        </w:rPr>
        <w:t>Πόλιν δὲ οἰκίζων ἀγαθῶν ἀνδρῶν, τιθεὶς νόμους τοῖς ἀριστεῦσιν οὐ στέφανον οὐδὲ εἰκόνας, τὰς Ἑλληνικὰς φλυαρίας, δωρεῖται· ἀλλ’ ἐξεῖναι φιλεῖν τῷ ἀρίστῳ, εἰ δή τινα ἂν θέλῃ, τῶν καλῶν· ὢ τοῦ θαυμαστοῦ</w:t>
      </w:r>
    </w:p>
    <w:p>
      <w:r>
        <w:rPr>
          <w:rFonts w:ascii="Courier New" w:hAnsi="Courier New"/>
          <w:color w:val="555555"/>
          <w:sz w:val="20"/>
        </w:rPr>
        <w:t>[18 . 4 e]</w:t>
      </w:r>
    </w:p>
    <w:p>
      <w:r>
        <w:rPr>
          <w:rFonts w:ascii="Gentium Plus" w:hAnsi="Gentium Plus"/>
          <w:sz w:val="24"/>
        </w:rPr>
        <w:t>γέρως. Αὐτὸς δὲ δὴ τὸν ἔρωτα, ἀναπλάττων ἐπ’ αὐτῷ μῦθον, οἷον καὶ εἶναι λέγει, αἰσχρὸν ἰδεῖν, καὶ πένητα, ἐγγυτάτω τῆς ἑαυτοῦ τύχης, ἀνυπόδητον, χαμαιεύνην, ἐπίβουλον, θηρευτικόν, φαρμακέα, σοφιστήν, γόητα·</w:t>
      </w:r>
    </w:p>
    <w:p>
      <w:r>
        <w:rPr>
          <w:rFonts w:ascii="Courier New" w:hAnsi="Courier New"/>
          <w:color w:val="555555"/>
          <w:sz w:val="20"/>
        </w:rPr>
        <w:t>[5]</w:t>
      </w:r>
    </w:p>
    <w:p>
      <w:r>
        <w:rPr>
          <w:rFonts w:ascii="Gentium Plus" w:hAnsi="Gentium Plus"/>
          <w:sz w:val="24"/>
        </w:rPr>
        <w:t>ἀτεχνῶς οἷα εἰς αὐτὸν Σωκράτην ἔσκωπτον ἐν Διο‐</w:t>
      </w:r>
    </w:p>
    <w:p>
      <w:r>
        <w:rPr>
          <w:rFonts w:ascii="Courier New" w:hAnsi="Courier New"/>
          <w:color w:val="555555"/>
          <w:sz w:val="20"/>
        </w:rPr>
        <w:t>[18 . 4 f]</w:t>
      </w:r>
    </w:p>
    <w:p>
      <w:r>
        <w:rPr>
          <w:rFonts w:ascii="Gentium Plus" w:hAnsi="Gentium Plus"/>
          <w:sz w:val="24"/>
        </w:rPr>
        <w:t>νυσίοις οἱ κωμῳδοί. Ἔλεγε δὲ ταῦτα μόνον οὐκ ἐν</w:t>
      </w:r>
    </w:p>
    <w:p>
      <w:r>
        <w:rPr>
          <w:rFonts w:ascii="Courier New" w:hAnsi="Courier New"/>
          <w:color w:val="555555"/>
          <w:sz w:val="20"/>
        </w:rPr>
        <w:t>[18 . 4 g]</w:t>
      </w:r>
    </w:p>
    <w:p>
      <w:r>
        <w:rPr>
          <w:rFonts w:ascii="Gentium Plus" w:hAnsi="Gentium Plus"/>
          <w:sz w:val="24"/>
        </w:rPr>
        <w:t>πλατάνῳ, ἐν Λυκίῳ. Καὶ τὰ μὲν ἄλλα ἅπαντα ἀπο‐ ποιεῖται εἰδέναι, καὶ τοὺς περὶ ἀρετῆς λόγους, καὶ τὰς περὶ θεῶν δόξας, καὶ τὰ ἄλλα ἅπαντα, ἐφ’ οἷς οἱ σο‐ φισταὶ ἐκόμων· τὴν δὲ ἐρωτικὴν τέχνην ὑποδύς, ταύ‐</w:t>
      </w:r>
    </w:p>
    <w:p>
      <w:r>
        <w:rPr>
          <w:rFonts w:ascii="Courier New" w:hAnsi="Courier New"/>
          <w:color w:val="555555"/>
          <w:sz w:val="20"/>
        </w:rPr>
        <w:t>[5]</w:t>
      </w:r>
    </w:p>
    <w:p>
      <w:r>
        <w:rPr>
          <w:rFonts w:ascii="Gentium Plus" w:hAnsi="Gentium Plus"/>
          <w:sz w:val="24"/>
        </w:rPr>
        <w:t>της καὶ ἐπιστήμων εἶναι, καὶ πραγματεύεσθαι περὶ αὐτὴν ἔλεγεν.</w:t>
      </w:r>
    </w:p>
    <w:p>
      <w:r>
        <w:rPr>
          <w:rFonts w:ascii="Courier New" w:hAnsi="Courier New"/>
          <w:color w:val="555555"/>
          <w:sz w:val="20"/>
        </w:rPr>
        <w:t>[18 . 5 a]</w:t>
      </w:r>
    </w:p>
    <w:p>
      <w:r>
        <w:rPr>
          <w:rFonts w:ascii="Gentium Plus" w:hAnsi="Gentium Plus"/>
          <w:sz w:val="24"/>
        </w:rPr>
        <w:t>Τί βούλεται τῷ Σωκράτει ταυτὶ τὰ κομψά, εἴτε αἰνίγματα, εἴτε εἰρωνεύματα; ἀποκρινάσθω ἡμῖν ὑπὲρ τοῦ Σωκράτους Πλάτων, ἢ Ξενοφῶν, ἢ Αἰσχίνης, ἤ</w:t>
      </w:r>
    </w:p>
    <w:p>
      <w:r>
        <w:rPr>
          <w:rFonts w:ascii="Courier New" w:hAnsi="Courier New"/>
          <w:color w:val="555555"/>
          <w:sz w:val="20"/>
        </w:rPr>
        <w:t>[18 . 5 b]</w:t>
      </w:r>
    </w:p>
    <w:p>
      <w:r>
        <w:rPr>
          <w:rFonts w:ascii="Gentium Plus" w:hAnsi="Gentium Plus"/>
          <w:sz w:val="24"/>
        </w:rPr>
        <w:t>τις ἄλλος τῶν ὁμοφώνων αὐτῷ. Ἐγὼ μὲν γὰρ θαυ‐ μάζω καὶ ἐκπλήττομαι, ὅπως τὰ μὲν Ὁμήρου ἔπη τῆς θαυμαστῆς πολιτείας καὶ τροφῆς τῶν νέων ἀπεπέμ‐ ψατο, αὐτῷ Ὁμήρῳ, στεφανώσας τὸν ποιητὴν καὶ χρί‐</w:t>
      </w:r>
    </w:p>
    <w:p>
      <w:r>
        <w:rPr>
          <w:rFonts w:ascii="Courier New" w:hAnsi="Courier New"/>
          <w:color w:val="555555"/>
          <w:sz w:val="20"/>
        </w:rPr>
        <w:t>[18 . 5 c]</w:t>
      </w:r>
    </w:p>
    <w:p>
      <w:r>
        <w:rPr>
          <w:rFonts w:ascii="Gentium Plus" w:hAnsi="Gentium Plus"/>
          <w:sz w:val="24"/>
        </w:rPr>
        <w:t>σας μύρῳ· αἰτιασάμενος τὴν παρρησίαν τῶν ἐπῶν, ὅτι ὁ Ζεὺς πεποίηται αὐτῷ τῇ Ἥρᾳ μισγόμενος ἐν τῇ Ἴδῃ, νεφέλης αὐτοὺς καλυπτούσης ἀθανάτου, καὶ Ἄρεως</w:t>
      </w:r>
    </w:p>
    <w:p>
      <w:r>
        <w:rPr>
          <w:rFonts w:ascii="Courier New" w:hAnsi="Courier New"/>
          <w:color w:val="555555"/>
          <w:sz w:val="20"/>
        </w:rPr>
        <w:t>[5]</w:t>
      </w:r>
    </w:p>
    <w:p>
      <w:r>
        <w:rPr>
          <w:rFonts w:ascii="Gentium Plus" w:hAnsi="Gentium Plus"/>
          <w:sz w:val="24"/>
        </w:rPr>
        <w:t>θεοὶ πίνοντες, καὶ γελῶντες θεοὶ ἄσβεστον γέλωτα, καὶ Ἀπόλλων φεύγων, καὶ Ἀχιλλεὺς διώκων, αὐτὸς θνητὸς ἐών, θεὸν ἄμβροτον, καὶ ὀδυρόμενοι θεοί· ὤμοι ἐγών, ὅτε μοι Σαρπήδονα φίλτατον</w:t>
      </w:r>
    </w:p>
    <w:p>
      <w:r>
        <w:rPr>
          <w:rFonts w:ascii="Courier New" w:hAnsi="Courier New"/>
          <w:color w:val="555555"/>
          <w:sz w:val="20"/>
        </w:rPr>
        <w:t>[10]</w:t>
      </w:r>
    </w:p>
    <w:p>
      <w:r>
        <w:rPr>
          <w:rFonts w:ascii="Gentium Plus" w:hAnsi="Gentium Plus"/>
          <w:sz w:val="24"/>
        </w:rPr>
        <w:t>ἀνδρῶν, ὁ Ζεὺς λέγει· καὶ αὖθις αὖ, ὤμοι ἐγὼ δειλή, ὤμοι δυσαριστοτόκεια, ἡ Θέτις λέγει· καὶ ὅσα ἄλλα ἐπὶ τούτοις Ὅμηρος μὲν</w:t>
      </w:r>
    </w:p>
    <w:p>
      <w:r>
        <w:rPr>
          <w:rFonts w:ascii="Courier New" w:hAnsi="Courier New"/>
          <w:color w:val="555555"/>
          <w:sz w:val="20"/>
        </w:rPr>
        <w:t>[18 . 5 d]</w:t>
      </w:r>
    </w:p>
    <w:p>
      <w:r>
        <w:rPr>
          <w:rFonts w:ascii="Gentium Plus" w:hAnsi="Gentium Plus"/>
          <w:sz w:val="24"/>
        </w:rPr>
        <w:t>ᾐνίξατο, Σωκράτης δὲ ἐμέμψατο· αὐτὸς δὲ δὴ Σω‐ κράτης, ὁ ἐραστὴς μὲν σοφίας, πενίας δὲ κρείττων, ἡδονῆς δὲ ἐχθρός, ἀληθείας δὲ φίλος, οὕτω σφαλεροὺς καὶ κινδυνώδεις λόγους ταῖς αὐτοῦ ὁμιλίαις ἀνεκέρασεν,</w:t>
      </w:r>
    </w:p>
    <w:p>
      <w:r>
        <w:rPr>
          <w:rFonts w:ascii="Courier New" w:hAnsi="Courier New"/>
          <w:color w:val="555555"/>
          <w:sz w:val="20"/>
        </w:rPr>
        <w:t>[5]</w:t>
      </w:r>
    </w:p>
    <w:p>
      <w:r>
        <w:rPr>
          <w:rFonts w:ascii="Gentium Plus" w:hAnsi="Gentium Plus"/>
          <w:sz w:val="24"/>
        </w:rPr>
        <w:t>ὥστε τὰ Ὁμήρου αἰνίγματα πόρρω πάνυ εἶναι τῆς</w:t>
      </w:r>
    </w:p>
    <w:p>
      <w:r>
        <w:rPr>
          <w:rFonts w:ascii="Courier New" w:hAnsi="Courier New"/>
          <w:color w:val="555555"/>
          <w:sz w:val="20"/>
        </w:rPr>
        <w:t>[18 . 5 e]</w:t>
      </w:r>
    </w:p>
    <w:p>
      <w:r>
        <w:rPr>
          <w:rFonts w:ascii="Gentium Plus" w:hAnsi="Gentium Plus"/>
          <w:sz w:val="24"/>
        </w:rPr>
        <w:t>αἰτίας, τοῖς ἐκείνου παραβαλλόμενα. Αὐτίκα καὶ ὁ μὲν περὶ τοῦ Διὸς τοιαῦτα ἀκούσας, καὶ τοῦ Ἀπόλ‐ λωνος, καὶ τῆς Θέτιδος, καὶ τοῦ Ἡφαίστου, καταμαν‐ τεύεται τοῦ λόγου, ὡς φησὶ μὲν ταῦτα, ἕτερα δὲ</w:t>
      </w:r>
    </w:p>
    <w:p>
      <w:r>
        <w:rPr>
          <w:rFonts w:ascii="Courier New" w:hAnsi="Courier New"/>
          <w:color w:val="555555"/>
          <w:sz w:val="20"/>
        </w:rPr>
        <w:t>[5]</w:t>
      </w:r>
    </w:p>
    <w:p>
      <w:r>
        <w:rPr>
          <w:rFonts w:ascii="Gentium Plus" w:hAnsi="Gentium Plus"/>
          <w:sz w:val="24"/>
        </w:rPr>
        <w:t>αἰνίττεται· καὶ παρεὶς τῇ ἀκοῇ τὸ τερπνόν, συναγωνί‐ ζεται τῷ ποιητῇ, καὶ συνεξαίρεται τῇ φαντασίᾳ, καὶ συναναπλάττει τὸν λόγον, ἀπιστῶν ὁμοῦ καὶ χαίρων</w:t>
      </w:r>
    </w:p>
    <w:p>
      <w:r>
        <w:rPr>
          <w:rFonts w:ascii="Courier New" w:hAnsi="Courier New"/>
          <w:color w:val="555555"/>
          <w:sz w:val="20"/>
        </w:rPr>
        <w:t>[18 . 5 f]</w:t>
      </w:r>
    </w:p>
    <w:p>
      <w:r>
        <w:rPr>
          <w:rFonts w:ascii="Gentium Plus" w:hAnsi="Gentium Plus"/>
          <w:sz w:val="24"/>
        </w:rPr>
        <w:t>τῇ τῆς μυθολογίας ἐξουσίᾳ. Ὁ δὲ Σωκράτης ἡμῖν ἐπ’ ἀληθείᾳ διατεθρυλημένος, ἐπισφαλέστερος ἐν οἷς αἰ‐ νίττεται, διὰ τὸ ἀξιόπιστον μὲν ἐν τοῖς λόγοις, δυνα‐</w:t>
      </w:r>
    </w:p>
    <w:p>
      <w:r>
        <w:rPr>
          <w:rFonts w:ascii="Courier New" w:hAnsi="Courier New"/>
          <w:color w:val="555555"/>
          <w:sz w:val="20"/>
        </w:rPr>
        <w:t>[18 . 5 g]</w:t>
      </w:r>
    </w:p>
    <w:p>
      <w:r>
        <w:rPr>
          <w:rFonts w:ascii="Gentium Plus" w:hAnsi="Gentium Plus"/>
          <w:sz w:val="24"/>
        </w:rPr>
        <w:t>τὸν δὲ τῇ μιμήσει, ἀνόμοιον δ’ ἐν τοῖς ἔργοις. Οὐδὲν γὰρ αὐτὸς αὑτῷ ὅμοιος ὁ Σωκράτης ἐρῶν τῷ σωφρο‐ νοῦντι, καὶ ὁ ἐκπληττόμενος τοὺς καλοὺς τῷ ἐλέγχοντι τοὺς ἄφρονας, ὁ Λυσίου τῶν ἐρωτικῶν ἀντίτεχνος, ὁ</w:t>
      </w:r>
    </w:p>
    <w:p>
      <w:r>
        <w:rPr>
          <w:rFonts w:ascii="Courier New" w:hAnsi="Courier New"/>
          <w:color w:val="555555"/>
          <w:sz w:val="20"/>
        </w:rPr>
        <w:t>[5]</w:t>
      </w:r>
    </w:p>
    <w:p>
      <w:r>
        <w:rPr>
          <w:rFonts w:ascii="Gentium Plus" w:hAnsi="Gentium Plus"/>
          <w:sz w:val="24"/>
        </w:rPr>
        <w:t>Κριτοβούλου ἁπτόμενος, ὁ ἀπὸ κυνηγεσίου τῆς Ἀλκι‐ βιάδου ὥρας παραγινόμενος, ὁ Χαρμίδην τεθηπώς.</w:t>
      </w:r>
    </w:p>
    <w:p>
      <w:r>
        <w:rPr>
          <w:rFonts w:ascii="Courier New" w:hAnsi="Courier New"/>
          <w:color w:val="555555"/>
          <w:sz w:val="20"/>
        </w:rPr>
        <w:t>[18 . 5 h]</w:t>
      </w:r>
    </w:p>
    <w:p>
      <w:r>
        <w:rPr>
          <w:rFonts w:ascii="Gentium Plus" w:hAnsi="Gentium Plus"/>
          <w:sz w:val="24"/>
        </w:rPr>
        <w:t>Πῶς γὰρ ὅμοια ταῦτα φιλοσόφῳ βίῳ; οὐ τῇ πρὸς τὸν δῆμον παρρησίᾳ, οὐδὲ τῇ πρὸς τοὺς τυράννους ἐλευ‐ θερίᾳ, οὐδὲ τῇ ἐπὶ Δηλίῳ ἀριστείᾳ, οὐδὲ τῇ πρὸς τοὺς δικαστὰς ὑπεροψίᾳ, οὐδὲ τῇ ἐπὶ τὸ δεσμωτήριον</w:t>
      </w:r>
    </w:p>
    <w:p>
      <w:r>
        <w:rPr>
          <w:rFonts w:ascii="Courier New" w:hAnsi="Courier New"/>
          <w:color w:val="555555"/>
          <w:sz w:val="20"/>
        </w:rPr>
        <w:t>[5]</w:t>
      </w:r>
    </w:p>
    <w:p>
      <w:r>
        <w:rPr>
          <w:rFonts w:ascii="Gentium Plus" w:hAnsi="Gentium Plus"/>
          <w:sz w:val="24"/>
        </w:rPr>
        <w:t>ὁδῷ, οὐδὲ τῇ πρὸς τὸν θάνατον παρασκευῇ· πολλοῦ</w:t>
      </w:r>
    </w:p>
    <w:p>
      <w:r>
        <w:rPr>
          <w:rFonts w:ascii="Courier New" w:hAnsi="Courier New"/>
          <w:color w:val="555555"/>
          <w:sz w:val="20"/>
        </w:rPr>
        <w:t>[18 . 5 i]</w:t>
      </w:r>
    </w:p>
    <w:p>
      <w:r>
        <w:rPr>
          <w:rFonts w:ascii="Gentium Plus" w:hAnsi="Gentium Plus"/>
          <w:sz w:val="24"/>
        </w:rPr>
        <w:t>γε καὶ δεῖ. Εἰ μὲν γὰρ ἀληθῆ ταῦτα, εὐφημεῖν ἄξιον· εἰ δὲ αἰνίττεται δι’ αἰσχρῶν ῥημάτων πράξεις καλάς, δεινὸν καὶ σφαλερὸν τὸ χρῆμα. Τὸ γὰρ ὑποβαλεῖν αἰσχρῷ καλόν, καὶ τὰ ὠφελοῦντα διὰ τῶν βλαπτόντων</w:t>
      </w:r>
    </w:p>
    <w:p>
      <w:r>
        <w:rPr>
          <w:rFonts w:ascii="Courier New" w:hAnsi="Courier New"/>
          <w:color w:val="555555"/>
          <w:sz w:val="20"/>
        </w:rPr>
        <w:t>[5]</w:t>
      </w:r>
    </w:p>
    <w:p>
      <w:r>
        <w:rPr>
          <w:rFonts w:ascii="Gentium Plus" w:hAnsi="Gentium Plus"/>
          <w:sz w:val="24"/>
        </w:rPr>
        <w:t>ἐπιδείκνυσθαι, οὐκ ὠφελοῦν βουλομένου ἔργον (τὸ γὰρ</w:t>
      </w:r>
    </w:p>
    <w:p>
      <w:r>
        <w:rPr>
          <w:rFonts w:ascii="Courier New" w:hAnsi="Courier New"/>
          <w:color w:val="555555"/>
          <w:sz w:val="20"/>
        </w:rPr>
        <w:t>[18 . 5 k]</w:t>
      </w:r>
    </w:p>
    <w:p>
      <w:r>
        <w:rPr>
          <w:rFonts w:ascii="Gentium Plus" w:hAnsi="Gentium Plus"/>
          <w:sz w:val="24"/>
        </w:rPr>
        <w:t>Ταῦτα οἶμαι Θρασύμαχον ἂν εἰπεῖν, ἢ Καλλίαν, ἢ Πῶλον, ἢ ὅστις ἄλλος τῇ Σωκράτους φιλοσοφίᾳ ἐπο‐ λέμει.</w:t>
      </w:r>
    </w:p>
    <w:p>
      <w:r>
        <w:rPr>
          <w:rFonts w:ascii="Courier New" w:hAnsi="Courier New"/>
          <w:color w:val="555555"/>
          <w:sz w:val="20"/>
        </w:rPr>
        <w:t>[18 . 6 a]</w:t>
      </w:r>
    </w:p>
    <w:p>
      <w:r>
        <w:rPr>
          <w:rFonts w:ascii="Gentium Plus" w:hAnsi="Gentium Plus"/>
          <w:sz w:val="24"/>
        </w:rPr>
        <w:t>Φέρ’ ἐπαμύνωμεν τῷ λόγῳ, μὴ εἰκαῖα φλυαρῶμεν. Καὶ δή μοι δοκῶ βούλεσθαι μὲν ταῦτα, δύνασθαι δὲ</w:t>
      </w:r>
    </w:p>
    <w:p>
      <w:r>
        <w:rPr>
          <w:rFonts w:ascii="Courier New" w:hAnsi="Courier New"/>
          <w:color w:val="555555"/>
          <w:sz w:val="20"/>
        </w:rPr>
        <w:t>[18 . 6 b]</w:t>
      </w:r>
    </w:p>
    <w:p>
      <w:r>
        <w:rPr>
          <w:rFonts w:ascii="Gentium Plus" w:hAnsi="Gentium Plus"/>
          <w:sz w:val="24"/>
        </w:rPr>
        <w:t>ἧττον· χρὴ δὲ ὁμοῦ τῷ βούλεσθαι καὶ δύνασθαι. Ὧδε τοίνυν δράσωμεν περὶ ῥᾳστώνην τοιαύτην τῷ λόγῳ, οἵαν καὶ εἰς τὰ δικαστήρια εἰσαγγελλόμενοι ἢ κιν‐ δυνεύοντες· οὐ περὶ τοῦ πράγματος ἀπολογοῦνται μό‐</w:t>
      </w:r>
    </w:p>
    <w:p>
      <w:r>
        <w:rPr>
          <w:rFonts w:ascii="Courier New" w:hAnsi="Courier New"/>
          <w:color w:val="555555"/>
          <w:sz w:val="20"/>
        </w:rPr>
        <w:t>[5]</w:t>
      </w:r>
    </w:p>
    <w:p>
      <w:r>
        <w:rPr>
          <w:rFonts w:ascii="Gentium Plus" w:hAnsi="Gentium Plus"/>
          <w:sz w:val="24"/>
        </w:rPr>
        <w:t>νον, ὑπὲρ ὅτου ἡ εἰσαγγελία ἐγένετο, ἀλλ’ ἠρέμα εἰς ἄλλους ἀξιοχρεωτέρους τρέπουσι τὴν αἰτίαν, τῇ πρὸς</w:t>
      </w:r>
    </w:p>
    <w:p>
      <w:r>
        <w:rPr>
          <w:rFonts w:ascii="Courier New" w:hAnsi="Courier New"/>
          <w:color w:val="555555"/>
          <w:sz w:val="20"/>
        </w:rPr>
        <w:t>[18 . 6 c]</w:t>
      </w:r>
    </w:p>
    <w:p>
      <w:r>
        <w:rPr>
          <w:rFonts w:ascii="Gentium Plus" w:hAnsi="Gentium Plus"/>
          <w:sz w:val="24"/>
        </w:rPr>
        <w:t>ἐκείνους κοινωνίᾳ κατασμικρύνοντες τὰ αὐτῶν. Οὐ‐ κοῦν καὶ ἡμεῖς περὶ Σωκράτους, εἰ μὲν ὀρθῶς ταῦτα ἔδρα ἢ μή, σκοπεῖν ἀναθησόμεθα σμικρόν, ὅσον τὸ νῦν ἔχον· λέγωμεν δὲ ὡδὶ πρὸς τουτουσὶ τοὺς δει‐</w:t>
      </w:r>
    </w:p>
    <w:p>
      <w:r>
        <w:rPr>
          <w:rFonts w:ascii="Courier New" w:hAnsi="Courier New"/>
          <w:color w:val="555555"/>
          <w:sz w:val="20"/>
        </w:rPr>
        <w:t>[18 . 6 d]</w:t>
      </w:r>
    </w:p>
    <w:p>
      <w:r>
        <w:rPr>
          <w:rFonts w:ascii="Gentium Plus" w:hAnsi="Gentium Plus"/>
          <w:sz w:val="24"/>
        </w:rPr>
        <w:t>νοὺς κατηγόρους· ὅτι ‘ἡμῖν δοκεῖτε, ὦ ἄνδρες, ἀτοπώ‐</w:t>
      </w:r>
    </w:p>
    <w:p>
      <w:r>
        <w:rPr>
          <w:rFonts w:ascii="Courier New" w:hAnsi="Courier New"/>
          <w:color w:val="555555"/>
          <w:sz w:val="20"/>
        </w:rPr>
        <w:t>[18 . 6 e]</w:t>
      </w:r>
    </w:p>
    <w:p>
      <w:r>
        <w:rPr>
          <w:rFonts w:ascii="Gentium Plus" w:hAnsi="Gentium Plus"/>
          <w:sz w:val="24"/>
        </w:rPr>
        <w:t>τεροι εἶναι συκοφάνται Ἀνύτου καὶ Μελήτου·‘ ἐκεῖνοι μέν γε ἀδικεῖν γραψάμενοι Σωκράτην, καὶ τοὺς νέους διαφθείρειν, καὶ ὅτι μὲν Κριτίας ἐτυράννησεν, τοῦτο ἀδικεῖν ἔλεγον τὸν Σωκράτην, καὶ ὅτι Ἀλκιβιάδην ἐᾷ</w:t>
      </w:r>
    </w:p>
    <w:p>
      <w:r>
        <w:rPr>
          <w:rFonts w:ascii="Courier New" w:hAnsi="Courier New"/>
          <w:color w:val="555555"/>
          <w:sz w:val="20"/>
        </w:rPr>
        <w:t>[5]</w:t>
      </w:r>
    </w:p>
    <w:p>
      <w:r>
        <w:rPr>
          <w:rFonts w:ascii="Gentium Plus" w:hAnsi="Gentium Plus"/>
          <w:sz w:val="24"/>
        </w:rPr>
        <w:t>ὑβρίζειν, καὶ ὅτι τὸν ἥττω λόγον κρείττω ποιεῖ, καὶ</w:t>
      </w:r>
    </w:p>
    <w:p>
      <w:r>
        <w:rPr>
          <w:rFonts w:ascii="Courier New" w:hAnsi="Courier New"/>
          <w:color w:val="555555"/>
          <w:sz w:val="20"/>
        </w:rPr>
        <w:t>[18 . 6 f]</w:t>
      </w:r>
    </w:p>
    <w:p>
      <w:r>
        <w:rPr>
          <w:rFonts w:ascii="Gentium Plus" w:hAnsi="Gentium Plus"/>
          <w:sz w:val="24"/>
        </w:rPr>
        <w:t>ὀμνύει τὴν πλάτανον καὶ τὸν κύνα· τῶν δὲ ἐρωτικῶν τῶν Σωκράτους ἀπέσχοντο καὶ οἱ δεινοὶ οὗτοι συκο‐</w:t>
      </w:r>
    </w:p>
    <w:p>
      <w:r>
        <w:rPr>
          <w:rFonts w:ascii="Courier New" w:hAnsi="Courier New"/>
          <w:color w:val="555555"/>
          <w:sz w:val="20"/>
        </w:rPr>
        <w:t>[18 . 6 g]</w:t>
      </w:r>
    </w:p>
    <w:p>
      <w:r>
        <w:rPr>
          <w:rFonts w:ascii="Gentium Plus" w:hAnsi="Gentium Plus"/>
          <w:sz w:val="24"/>
        </w:rPr>
        <w:t>φάνται· ἀλλ’ οὐδὲ Ἀριστοφάνης τὰ Σωκράτους ἐν Διονυσίοις κωμῳδῶν, ὁ δεινότατος τῶν κατηγόρων, ἐλοιδορήσατο τῷ ἔρωτι τοῦ Σωκράτους· καίτοι πένητα εἰπών, καὶ ἀδολέσχην, καὶ σοφιστήν, καὶ πάντα μᾶλλον</w:t>
      </w:r>
    </w:p>
    <w:p>
      <w:r>
        <w:rPr>
          <w:rFonts w:ascii="Courier New" w:hAnsi="Courier New"/>
          <w:color w:val="555555"/>
          <w:sz w:val="20"/>
        </w:rPr>
        <w:t>[18 . 6 h]</w:t>
      </w:r>
    </w:p>
    <w:p>
      <w:r>
        <w:rPr>
          <w:rFonts w:ascii="Gentium Plus" w:hAnsi="Gentium Plus"/>
          <w:sz w:val="24"/>
        </w:rPr>
        <w:t>ἢ κακῶς ἐρῶντα. Οὐ γὰρ ἦν, ὡς ἔοικεν, τὸ πρᾶγμα οὔτε τοῖς συκοφάνταις, οὔτε τοῖς κωμῳδοῖς ἐπιλήψιμον. Διὸ δὴ τὸ μὲν Ἀθηναίων θέατρον καὶ τὸ δικα‐ στήριον ἐκεῖνο διαπέφευγεν· πρὸς τουτουσὶ δὲ τοὺς</w:t>
      </w:r>
    </w:p>
    <w:p>
      <w:r>
        <w:rPr>
          <w:rFonts w:ascii="Courier New" w:hAnsi="Courier New"/>
          <w:color w:val="555555"/>
          <w:sz w:val="20"/>
        </w:rPr>
        <w:t>[5]</w:t>
      </w:r>
    </w:p>
    <w:p>
      <w:r>
        <w:rPr>
          <w:rFonts w:ascii="Gentium Plus" w:hAnsi="Gentium Plus"/>
          <w:sz w:val="24"/>
        </w:rPr>
        <w:t>νυνὶ κατηγόρους (οὐ γάρ εἰσιν ἐκείνων ἀμαχώτεροι)</w:t>
      </w:r>
    </w:p>
    <w:p>
      <w:r>
        <w:rPr>
          <w:rFonts w:ascii="Courier New" w:hAnsi="Courier New"/>
          <w:color w:val="555555"/>
          <w:sz w:val="20"/>
        </w:rPr>
        <w:t>[18 7* a]</w:t>
      </w:r>
    </w:p>
    <w:p>
      <w:r>
        <w:rPr>
          <w:rFonts w:ascii="Gentium Plus" w:hAnsi="Gentium Plus"/>
          <w:sz w:val="24"/>
        </w:rPr>
        <w:t>διαγωνισώμεθα τὸ πρῶτον τῇδε· ὡς οὐκ ἴδιον Σω‐ κράτους τὸ ἐρωτικὸν ἐπιτήδευμα, ἀλλὰ μακρῷ πρεσβύ‐</w:t>
      </w:r>
    </w:p>
    <w:p>
      <w:r>
        <w:rPr>
          <w:rFonts w:ascii="Courier New" w:hAnsi="Courier New"/>
          <w:color w:val="555555"/>
          <w:sz w:val="20"/>
        </w:rPr>
        <w:t>[18 7* b]</w:t>
      </w:r>
    </w:p>
    <w:p>
      <w:r>
        <w:rPr>
          <w:rFonts w:ascii="Gentium Plus" w:hAnsi="Gentium Plus"/>
          <w:sz w:val="24"/>
        </w:rPr>
        <w:t>ἀπαρνού〉μενον δὲ αὐτοῦ τὴν εὕρεσιν. Ἐπιδειξαμένου γὰρ αὐτῷ τοῦ Μυρινουσίου Φαίδρου λόγον ὑπὸ Λυσίου τοῦ Κεφάλου συγγεγραμμένον ἐρωτικόν, οὐκ ἔφη θαυ‐ μάζειν, πλῆρες τὸ στῆθος ἔχων ὥσπερ ἀγγεῖον, ἀλλοτρίων</w:t>
      </w:r>
    </w:p>
    <w:p>
      <w:r>
        <w:rPr>
          <w:rFonts w:ascii="Courier New" w:hAnsi="Courier New"/>
          <w:color w:val="555555"/>
          <w:sz w:val="20"/>
        </w:rPr>
        <w:t>[5]</w:t>
      </w:r>
    </w:p>
    <w:p>
      <w:r>
        <w:rPr>
          <w:rFonts w:ascii="Gentium Plus" w:hAnsi="Gentium Plus"/>
          <w:sz w:val="24"/>
        </w:rPr>
        <w:t>ναμάτων, ἦπου Σαπφοῦς τῆς καλῆς (οὕτω γὰρ αὐτὴν ὀνομάζων χαίρει διὰ τὴν ὥραν τῶν μελῶν, καίτοι μι‐ κρὰν οὖσαν καὶ μέλαιναν) ἢ Ἀνακρέοντος, φησίν, τοῦ</w:t>
      </w:r>
    </w:p>
    <w:p>
      <w:r>
        <w:rPr>
          <w:rFonts w:ascii="Courier New" w:hAnsi="Courier New"/>
          <w:color w:val="555555"/>
          <w:sz w:val="20"/>
        </w:rPr>
        <w:t>[18 7* c]</w:t>
      </w:r>
    </w:p>
    <w:p>
      <w:r>
        <w:rPr>
          <w:rFonts w:ascii="Gentium Plus" w:hAnsi="Gentium Plus"/>
          <w:sz w:val="24"/>
        </w:rPr>
        <w:t>σοφοῦ. Τὸν δὲ ἐν τῷ συμποσίῳ λόγον, εἰς ἔρωτα</w:t>
      </w:r>
    </w:p>
    <w:p>
      <w:r>
        <w:rPr>
          <w:rFonts w:ascii="Courier New" w:hAnsi="Courier New"/>
          <w:color w:val="555555"/>
          <w:sz w:val="20"/>
        </w:rPr>
        <w:t>[18 7* d]</w:t>
      </w:r>
    </w:p>
    <w:p>
      <w:r>
        <w:rPr>
          <w:rFonts w:ascii="Gentium Plus" w:hAnsi="Gentium Plus"/>
          <w:sz w:val="24"/>
        </w:rPr>
        <w:t>ἔπαινον, Μαντινικῇ γυναικὶ ἀνατίθησιν· ἀλλὰ εἴτε Μαντινική, εἴτε καὶ Λεσβία τὶς ἦν ἡ τοῦ λόγου μήτηρ, πάντως γε οὐκ ἴδιοι οἱ τοῦ Σωκράτους ἐρωτικοὶ λόγοι, οὐδὲ πρώτου· θεασώμεθα γὰρ οὕτως, ἀπὸ Ὁμήρου</w:t>
      </w:r>
    </w:p>
    <w:p>
      <w:r>
        <w:rPr>
          <w:rFonts w:ascii="Courier New" w:hAnsi="Courier New"/>
          <w:color w:val="555555"/>
          <w:sz w:val="20"/>
        </w:rPr>
        <w:t>[5]</w:t>
      </w:r>
    </w:p>
    <w:p>
      <w:r>
        <w:rPr>
          <w:rFonts w:ascii="Gentium Plus" w:hAnsi="Gentium Plus"/>
          <w:sz w:val="24"/>
        </w:rPr>
        <w:t>ἀρξάμενοι.</w:t>
      </w:r>
    </w:p>
    <w:p>
      <w:r>
        <w:rPr>
          <w:rFonts w:ascii="Courier New" w:hAnsi="Courier New"/>
          <w:color w:val="555555"/>
          <w:sz w:val="20"/>
        </w:rPr>
        <w:t>[18 . 8 a]</w:t>
      </w:r>
    </w:p>
    <w:p>
      <w:r>
        <w:rPr>
          <w:rFonts w:ascii="Gentium Plus" w:hAnsi="Gentium Plus"/>
          <w:sz w:val="24"/>
        </w:rPr>
        <w:t>Οὗτος γάρ μοι δοκεῖ πολυφωνότατος ὢν καὶ δεινὸς</w:t>
      </w:r>
    </w:p>
    <w:p>
      <w:r>
        <w:rPr>
          <w:rFonts w:ascii="Courier New" w:hAnsi="Courier New"/>
          <w:color w:val="555555"/>
          <w:sz w:val="20"/>
        </w:rPr>
        <w:t>[5]</w:t>
      </w:r>
    </w:p>
    <w:p>
      <w:r>
        <w:rPr>
          <w:rFonts w:ascii="Gentium Plus" w:hAnsi="Gentium Plus"/>
          <w:sz w:val="24"/>
        </w:rPr>
        <w:t>καὶ τάττειν στράτευμα· ἐν νύσσῃ μὲν παραινῶν ἐγ‐ χριμφθῆναι τὸν ἐπὶ λαιᾷ ἵππον, κυκεῶ δὲ Πραμνίου διδοὺς τοῖς κάμνουσιν, τοὺς δὲ κακοὺς ἐν μέσῳ τάττων τῶν ἀγαθῶν, καὶ τοὺς ἱππεῖς διακρίνων τῶν πεζῶν·</w:t>
      </w:r>
    </w:p>
    <w:p>
      <w:r>
        <w:rPr>
          <w:rFonts w:ascii="Courier New" w:hAnsi="Courier New"/>
          <w:color w:val="555555"/>
          <w:sz w:val="20"/>
        </w:rPr>
        <w:t>[18 . 8 b]</w:t>
      </w:r>
    </w:p>
    <w:p>
      <w:r>
        <w:rPr>
          <w:rFonts w:ascii="Gentium Plus" w:hAnsi="Gentium Plus"/>
          <w:sz w:val="24"/>
        </w:rPr>
        <w:t>ἦ γὰρ ἂν γέλωτα ὄφλοι τὰ σοφὰ ταῦτα τοῖς νῦν</w:t>
      </w:r>
    </w:p>
    <w:p>
      <w:r>
        <w:rPr>
          <w:rFonts w:ascii="Courier New" w:hAnsi="Courier New"/>
          <w:color w:val="555555"/>
          <w:sz w:val="20"/>
        </w:rPr>
        <w:t>[18 . 8 c]</w:t>
      </w:r>
    </w:p>
    <w:p>
      <w:r>
        <w:rPr>
          <w:rFonts w:ascii="Gentium Plus" w:hAnsi="Gentium Plus"/>
          <w:sz w:val="24"/>
        </w:rPr>
        <w:t>τακτικοῖς καὶ ἰατροῖς καὶ ἡνιόχοις· τὰ δὲ τοῦ ἔρωτος πάντα ἑξῆς δίεισιν, καὶ ἔργα, καὶ ἡλικίας, καὶ εἴδη, καὶ πάθη, τὰ καλά, τὰ αἰσχρά, τὸν σώφρονα ἔρωτα, τὸν ἀκόλαστον, τὸν δίκαιον, τὸν ὑβριστήν, τὸν ἐπι‐</w:t>
      </w:r>
    </w:p>
    <w:p>
      <w:r>
        <w:rPr>
          <w:rFonts w:ascii="Courier New" w:hAnsi="Courier New"/>
          <w:color w:val="555555"/>
          <w:sz w:val="20"/>
        </w:rPr>
        <w:t>[5]</w:t>
      </w:r>
    </w:p>
    <w:p>
      <w:r>
        <w:rPr>
          <w:rFonts w:ascii="Gentium Plus" w:hAnsi="Gentium Plus"/>
          <w:sz w:val="24"/>
        </w:rPr>
        <w:t>μανῆ, τὸν πρᾶον· καὶ ἐστὶν ἐν τοιούτοις οὐκέτι ἀρχαῖος, ἀλλὰ τεχνίτης δεινῶς, οἷοι νῦν βροτοί εἰσιν.</w:t>
      </w:r>
    </w:p>
    <w:p>
      <w:r>
        <w:rPr>
          <w:rFonts w:ascii="Courier New" w:hAnsi="Courier New"/>
          <w:color w:val="555555"/>
          <w:sz w:val="20"/>
        </w:rPr>
        <w:t>[18 . 8 d]</w:t>
      </w:r>
    </w:p>
    <w:p>
      <w:r>
        <w:rPr>
          <w:rFonts w:ascii="Gentium Plus" w:hAnsi="Gentium Plus"/>
          <w:sz w:val="24"/>
        </w:rPr>
        <w:t>Αὐτίκα ἐν πρώτῳ λόγῳ ἐπὶ αἰχμαλώτῳ ἐρασταὶ δύο,</w:t>
      </w:r>
    </w:p>
    <w:p>
      <w:r>
        <w:rPr>
          <w:rFonts w:ascii="Courier New" w:hAnsi="Courier New"/>
          <w:color w:val="555555"/>
          <w:sz w:val="20"/>
        </w:rPr>
        <w:t>[5]</w:t>
      </w:r>
    </w:p>
    <w:p>
      <w:r>
        <w:rPr>
          <w:rFonts w:ascii="Gentium Plus" w:hAnsi="Gentium Plus"/>
          <w:sz w:val="24"/>
        </w:rPr>
        <w:t>κείμενος, καὶ ἀλύει, καὶ ἀπελεύσεσθαι φησίν, καὶ οὐκ</w:t>
      </w:r>
    </w:p>
    <w:p>
      <w:r>
        <w:rPr>
          <w:rFonts w:ascii="Courier New" w:hAnsi="Courier New"/>
          <w:color w:val="555555"/>
          <w:sz w:val="20"/>
        </w:rPr>
        <w:t>[18 . 8 e]</w:t>
      </w:r>
    </w:p>
    <w:p>
      <w:r>
        <w:rPr>
          <w:rFonts w:ascii="Gentium Plus" w:hAnsi="Gentium Plus"/>
          <w:sz w:val="24"/>
        </w:rPr>
        <w:t>ἄπεισιν. Ἄλλη εἰκὼν ἀκολάστου ἔρωτος· τοιοῦτος αὐτῷ ὁ Ἀλέξανδρος, οἷος ἐκ μάχης ἐπανεῖναι εἰς τὸν θάλα‐</w:t>
      </w:r>
    </w:p>
    <w:p>
      <w:r>
        <w:rPr>
          <w:rFonts w:ascii="Courier New" w:hAnsi="Courier New"/>
          <w:color w:val="555555"/>
          <w:sz w:val="20"/>
        </w:rPr>
        <w:t>[18 . 8 f]</w:t>
      </w:r>
    </w:p>
    <w:p>
      <w:r>
        <w:rPr>
          <w:rFonts w:ascii="Gentium Plus" w:hAnsi="Gentium Plus"/>
          <w:sz w:val="24"/>
        </w:rPr>
        <w:t>μον καὶ ἀεὶ μοιχῷ ἐοικέναι. Ἔστιν αὐτῷ καὶ δίκαιος ἔρως παρ’ ἀμφοῖν ἴσος οἷον τῆς Ἀνδρομάχης καὶ τοῦ Ἕκτορος· ἡ μὲν πατέρα καὶ ἀδελφὸν καλεῖ τὸν ἄνδρα καὶ ἐραστήν, καὶ πάντα δὴ τὰ φίλτατα ὀνόματα· ὁ δὲ</w:t>
      </w:r>
    </w:p>
    <w:p>
      <w:r>
        <w:rPr>
          <w:rFonts w:ascii="Courier New" w:hAnsi="Courier New"/>
          <w:color w:val="555555"/>
          <w:sz w:val="20"/>
        </w:rPr>
        <w:t>[5]</w:t>
      </w:r>
    </w:p>
    <w:p>
      <w:r>
        <w:rPr>
          <w:rFonts w:ascii="Gentium Plus" w:hAnsi="Gentium Plus"/>
          <w:sz w:val="24"/>
        </w:rPr>
        <w:t>οὔτε μητρὸς τοσουτονὶ αὐτῷ μέλειν, ὅσον ἐκείνης, λέγει.</w:t>
      </w:r>
    </w:p>
    <w:p>
      <w:r>
        <w:rPr>
          <w:rFonts w:ascii="Courier New" w:hAnsi="Courier New"/>
          <w:color w:val="555555"/>
          <w:sz w:val="20"/>
        </w:rPr>
        <w:t>[18 . 8 g]</w:t>
      </w:r>
    </w:p>
    <w:p>
      <w:r>
        <w:rPr>
          <w:rFonts w:ascii="Gentium Plus" w:hAnsi="Gentium Plus"/>
          <w:sz w:val="24"/>
        </w:rPr>
        <w:t>Ἔδειξεν καὶ τὸν χαμαιεύνην ἔρωτα ἐπὶ τῆς Ἥρας καὶ τοῦ Διός· καὶ τὸν ὑβριστὴν ἐπὶ τῶν μνηστήρων· καὶ τὸν γόητα ἐπὶ τῆς Καλυψοῦς· καὶ τὸν φαρμακέα ἐπὶ τῆς Κίρκης· καὶ τὸν ἀνδρεῖον ἐπὶ τῷ Πατρόκλῳ, τὸν</w:t>
      </w:r>
    </w:p>
    <w:p>
      <w:r>
        <w:rPr>
          <w:rFonts w:ascii="Courier New" w:hAnsi="Courier New"/>
          <w:color w:val="555555"/>
          <w:sz w:val="20"/>
        </w:rPr>
        <w:t>[5]</w:t>
      </w:r>
    </w:p>
    <w:p>
      <w:r>
        <w:rPr>
          <w:rFonts w:ascii="Gentium Plus" w:hAnsi="Gentium Plus"/>
          <w:sz w:val="24"/>
        </w:rPr>
        <w:t>πόνῳ κτητὸν καὶ χρόνῳ, καὶ μέχρι θανάτου προερχό‐ μενον, νέων καὶ καλῶν ἀμφοτέρων, καὶ σωφρόνων, τοῦ μὲν παιδεύοντος, τοῦ δὲ παιδευομένου· ὁ μὲν ἄχθεται, ὁ δὲ παραμυθεῖται· ὁ μὲν ᾄδει, ὁ δὲ ἀκροᾶ‐</w:t>
      </w:r>
    </w:p>
    <w:p>
      <w:r>
        <w:rPr>
          <w:rFonts w:ascii="Courier New" w:hAnsi="Courier New"/>
          <w:color w:val="555555"/>
          <w:sz w:val="20"/>
        </w:rPr>
        <w:t>[18 . 8 h]</w:t>
      </w:r>
    </w:p>
    <w:p>
      <w:r>
        <w:rPr>
          <w:rFonts w:ascii="Gentium Plus" w:hAnsi="Gentium Plus"/>
          <w:sz w:val="24"/>
        </w:rPr>
        <w:t>ται· ἐρωτικὸν δὲ καὶ τὸ τυχεῖν ἐθέλοντα ἐξουσίας πρὸς μάχην δακρῦσαι ὡς οὐκ ἀνεξομένου τοῦ ἐραστοῦ· ὁ δὲ ἐφίησιν, καὶ τοῖς αὑτοῦ ὅπλοις κοσμεῖ, καὶ βραδύ‐ νοντος περιδεῶς ἔχει, καὶ ἀποθανόντος ἀποθανεῖν ἐρᾷ,</w:t>
      </w:r>
    </w:p>
    <w:p>
      <w:r>
        <w:rPr>
          <w:rFonts w:ascii="Courier New" w:hAnsi="Courier New"/>
          <w:color w:val="555555"/>
          <w:sz w:val="20"/>
        </w:rPr>
        <w:t>[18 . 8 i]</w:t>
      </w:r>
    </w:p>
    <w:p>
      <w:r>
        <w:rPr>
          <w:rFonts w:ascii="Gentium Plus" w:hAnsi="Gentium Plus"/>
          <w:sz w:val="24"/>
        </w:rPr>
        <w:t>καὶ τὴν ὀργὴν κατατίθεται· ἐρωτικὰ δὲ καὶ τὰ ἐνύπνια, καὶ τὰ ὀνείρατα, καὶ τὰ δάκρυα, καὶ τὸ τελευταῖον δῶρον ἤδη θαπτομένῳ ἡ κόμη. Ταῦτα μὲν τὰ Ὁμήρου ἐρωτικά.</w:t>
      </w:r>
    </w:p>
    <w:p>
      <w:r>
        <w:rPr>
          <w:rFonts w:ascii="Courier New" w:hAnsi="Courier New"/>
          <w:color w:val="555555"/>
          <w:sz w:val="20"/>
        </w:rPr>
        <w:t>[18 . 9 a]</w:t>
      </w:r>
    </w:p>
    <w:p>
      <w:r>
        <w:rPr>
          <w:rFonts w:ascii="Gentium Plus" w:hAnsi="Gentium Plus"/>
          <w:sz w:val="24"/>
        </w:rPr>
        <w:t>Ἡσιόδῳ δὲ ἀείδουσιν αἱ μοῦσαι τί ἄλλο ἢ γυναι‐ κῶν ἔρωτας, καὶ ἀνδρῶν; καὶ ποταμῶν ἔρωτας καὶ</w:t>
      </w:r>
    </w:p>
    <w:p>
      <w:r>
        <w:rPr>
          <w:rFonts w:ascii="Courier New" w:hAnsi="Courier New"/>
          <w:color w:val="555555"/>
          <w:sz w:val="20"/>
        </w:rPr>
        <w:t>[18 . 9 b]</w:t>
      </w:r>
    </w:p>
    <w:p>
      <w:r>
        <w:rPr>
          <w:rFonts w:ascii="Gentium Plus" w:hAnsi="Gentium Plus"/>
          <w:sz w:val="24"/>
        </w:rPr>
        <w:t>βασιλέων καὶ φυτῶν; Τὸν δὲ Ἀρχιλόχου ἔρωτα, ὑβρι‐</w:t>
      </w:r>
    </w:p>
    <w:p>
      <w:r>
        <w:rPr>
          <w:rFonts w:ascii="Courier New" w:hAnsi="Courier New"/>
          <w:color w:val="555555"/>
          <w:sz w:val="20"/>
        </w:rPr>
        <w:t>[18 . 9 c]</w:t>
      </w:r>
    </w:p>
    <w:p>
      <w:r>
        <w:rPr>
          <w:rFonts w:ascii="Gentium Plus" w:hAnsi="Gentium Plus"/>
          <w:sz w:val="24"/>
        </w:rPr>
        <w:t>στὴς γάρ, χαίρειν ἐῶ. Ὁ δὲ τῆς Λεσβίας (εἴτοι χρὴ πρεσβύτερα τοῖς νέοις εἰκάσαι) τί ἂν εἴη ἄλλο, ἢ αὐτό, ἡ Σωκράτους τέχνη ἐρωτική; Δοκοῦσιν γάρ μοι τὴν καθ’ αὑτὸν ἑκάτερος φιλίαν, ἡ μὲν γυναικῶν, ὁ δὲ</w:t>
      </w:r>
    </w:p>
    <w:p>
      <w:r>
        <w:rPr>
          <w:rFonts w:ascii="Courier New" w:hAnsi="Courier New"/>
          <w:color w:val="555555"/>
          <w:sz w:val="20"/>
        </w:rPr>
        <w:t>[5]</w:t>
      </w:r>
    </w:p>
    <w:p>
      <w:r>
        <w:rPr>
          <w:rFonts w:ascii="Gentium Plus" w:hAnsi="Gentium Plus"/>
          <w:sz w:val="24"/>
        </w:rPr>
        <w:t>ἀρρένων, ἐπιτηδεῦσαι. Καὶ γὰρ πολλῶν ἐρᾶν ἔλεγον,</w:t>
      </w:r>
    </w:p>
    <w:p>
      <w:r>
        <w:rPr>
          <w:rFonts w:ascii="Courier New" w:hAnsi="Courier New"/>
          <w:color w:val="555555"/>
          <w:sz w:val="20"/>
        </w:rPr>
        <w:t>[18 . 9 d]</w:t>
      </w:r>
    </w:p>
    <w:p>
      <w:r>
        <w:rPr>
          <w:rFonts w:ascii="Gentium Plus" w:hAnsi="Gentium Plus"/>
          <w:sz w:val="24"/>
        </w:rPr>
        <w:t>καὶ ὑπὸ πάντων ἁλίσκεσθαι τῶν καλῶν· ὅ, τι γὰρ</w:t>
      </w:r>
    </w:p>
    <w:p>
      <w:r>
        <w:rPr>
          <w:rFonts w:ascii="Courier New" w:hAnsi="Courier New"/>
          <w:color w:val="555555"/>
          <w:sz w:val="20"/>
        </w:rPr>
        <w:t>[5]</w:t>
      </w:r>
    </w:p>
    <w:p>
      <w:r>
        <w:rPr>
          <w:rFonts w:ascii="Gentium Plus" w:hAnsi="Gentium Plus"/>
          <w:sz w:val="24"/>
        </w:rPr>
        <w:t>Θρασύμαχος καὶ Πρωταγόρας, τοῦτο τῇ Σαπφοῖ Γοργὼ καὶ Ἀνδρομέδα· νῦν μὲν ἐπιτιμᾷ ταύταις, νῦν δὲ ἐλέγχει, καὶ εἰρωνεύεται αὐτὰ ἐκεῖνα τὰ Σωκράτους· τὸν Ἴωνα χαίρειν φησὶν ὁ Σωκράτης·</w:t>
      </w:r>
    </w:p>
    <w:p>
      <w:r>
        <w:rPr>
          <w:rFonts w:ascii="Courier New" w:hAnsi="Courier New"/>
          <w:color w:val="555555"/>
          <w:sz w:val="20"/>
        </w:rPr>
        <w:t>[10]</w:t>
      </w:r>
    </w:p>
    <w:p>
      <w:r>
        <w:rPr>
          <w:rFonts w:ascii="Gentium Plus" w:hAnsi="Gentium Plus"/>
          <w:sz w:val="24"/>
        </w:rPr>
        <w:t>πολλά μοι τὰν Πολυανακτίθαο παῖδα χαίρειν,</w:t>
      </w:r>
    </w:p>
    <w:p>
      <w:r>
        <w:rPr>
          <w:rFonts w:ascii="Courier New" w:hAnsi="Courier New"/>
          <w:color w:val="555555"/>
          <w:sz w:val="20"/>
        </w:rPr>
        <w:t>[18 . 9 e]</w:t>
      </w:r>
    </w:p>
    <w:p>
      <w:r>
        <w:rPr>
          <w:rFonts w:ascii="Gentium Plus" w:hAnsi="Gentium Plus"/>
          <w:sz w:val="24"/>
        </w:rPr>
        <w:t>Σαπφὼ λέγει· οὐ προσιέναι φησὶν ὁ Σωκράτης Ἀλκι‐ βιάδῃ, ἐκ πολλοῦ ἐρῶν, πρὶν ἡγήσατο ἱκανὸν εἶναι πρὸς λόγους· σμικρά μοι παῖς ἔτι φαίνεο κἄχαρις ἔσσα ...</w:t>
      </w:r>
    </w:p>
    <w:p>
      <w:r>
        <w:rPr>
          <w:rFonts w:ascii="Courier New" w:hAnsi="Courier New"/>
          <w:color w:val="555555"/>
          <w:sz w:val="20"/>
        </w:rPr>
        <w:t>[18 . 9 f]</w:t>
      </w:r>
    </w:p>
    <w:p>
      <w:r>
        <w:rPr>
          <w:rFonts w:ascii="Gentium Plus" w:hAnsi="Gentium Plus"/>
          <w:sz w:val="24"/>
        </w:rPr>
        <w:t>Σαπφὼ λέγει· κωμῳδεῖ σχῆμά που καὶ κατάκλισιν σοφιστοῦ, καὶ αὕτη</w:t>
      </w:r>
    </w:p>
    <w:p>
      <w:r>
        <w:rPr>
          <w:rFonts w:ascii="Courier New" w:hAnsi="Courier New"/>
          <w:color w:val="555555"/>
          <w:sz w:val="20"/>
        </w:rPr>
        <w:t>[18 . 9 g*]</w:t>
      </w:r>
    </w:p>
    <w:p>
      <w:r>
        <w:rPr>
          <w:rFonts w:ascii="Gentium Plus" w:hAnsi="Gentium Plus"/>
          <w:sz w:val="24"/>
        </w:rPr>
        <w:t>τὸν ἔρωτα φησὶν ἡ Διοτίμα τῷ Σωκράτει οὐ παῖδα, ἀλλὰ ἀκόλουθον τῆς Ἀφροδίτης καὶ θεράποντα εἶναι· λέγει που καὶ Σαπφοῖ ἡ Ἀφροδίτη ἐν ᾄσματι, σύ τε καλὸς θεράπων Ἔρως.</w:t>
      </w:r>
    </w:p>
    <w:p>
      <w:r>
        <w:rPr>
          <w:rFonts w:ascii="Courier New" w:hAnsi="Courier New"/>
          <w:color w:val="555555"/>
          <w:sz w:val="20"/>
        </w:rPr>
        <w:t>[5]</w:t>
      </w:r>
    </w:p>
    <w:p>
      <w:r>
        <w:rPr>
          <w:rFonts w:ascii="Gentium Plus" w:hAnsi="Gentium Plus"/>
          <w:sz w:val="24"/>
        </w:rPr>
        <w:t>Ἡ Διοτίμα λέγει, ὅτι θάλλει μὲν ἔρως εὐπορῶν, ἀπο‐ θνήσκει δὲ ἀπορῶν· τοῦτο ἐκείνη ξυλλαβοῦσα εἶπεν</w:t>
      </w:r>
    </w:p>
    <w:p>
      <w:r>
        <w:rPr>
          <w:rFonts w:ascii="Courier New" w:hAnsi="Courier New"/>
          <w:color w:val="555555"/>
          <w:sz w:val="20"/>
        </w:rPr>
        <w:t>[18 . 9 h]</w:t>
      </w:r>
    </w:p>
    <w:p>
      <w:r>
        <w:rPr>
          <w:rFonts w:ascii="Gentium Plus" w:hAnsi="Gentium Plus"/>
          <w:sz w:val="24"/>
        </w:rPr>
        <w:t>‘γλυκύπικρον‘ καὶ ‘ἀλγεσίδωρον.‘ Τὸν ἔρωτα Σωκράτης</w:t>
      </w:r>
    </w:p>
    <w:p>
      <w:r>
        <w:rPr>
          <w:rFonts w:ascii="Courier New" w:hAnsi="Courier New"/>
          <w:color w:val="555555"/>
          <w:sz w:val="20"/>
        </w:rPr>
        <w:t>[18 . 9 i]</w:t>
      </w:r>
    </w:p>
    <w:p>
      <w:r>
        <w:rPr>
          <w:rFonts w:ascii="Gentium Plus" w:hAnsi="Gentium Plus"/>
          <w:sz w:val="24"/>
        </w:rPr>
        <w:t>σοφιστὴν λέγει, Σαπφὼ μυθοπλόκον. Ἐκβακχεύεται ἐπὶ Φαίδρῳ ὑπὸ τοῦ ἔρωτος, τῇ δὲ ὁ ἔρως ἐτίναξεν τὰς φρένας, ὡς ἄνεμος κατ’ ὄρος δρυσὶν ἐμπεσών·</w:t>
      </w:r>
    </w:p>
    <w:p>
      <w:r>
        <w:rPr>
          <w:rFonts w:ascii="Courier New" w:hAnsi="Courier New"/>
          <w:color w:val="555555"/>
          <w:sz w:val="20"/>
        </w:rPr>
        <w:t>[18 . 9 k*]</w:t>
      </w:r>
    </w:p>
    <w:p>
      <w:r>
        <w:rPr>
          <w:rFonts w:ascii="Gentium Plus" w:hAnsi="Gentium Plus"/>
          <w:sz w:val="24"/>
        </w:rPr>
        <w:t>ἀναίθεται τῇ Ξανθίππῃ ὀδυρομένῃ ὅτι ἀπέθνησκεν, ἡ δὲ τῇ θυγατρί· οὐ γὰρ θέμις ἐν μουσοπόλων οἰκίᾳ θρῆνον εἶναι οὐκ ἄμμι πρέποι τάδε.</w:t>
      </w:r>
    </w:p>
    <w:p>
      <w:r>
        <w:rPr>
          <w:rFonts w:ascii="Courier New" w:hAnsi="Courier New"/>
          <w:color w:val="555555"/>
          <w:sz w:val="20"/>
        </w:rPr>
        <w:t>[18 . 9 1*]</w:t>
      </w:r>
    </w:p>
    <w:p>
      <w:r>
        <w:rPr>
          <w:rFonts w:ascii="Gentium Plus" w:hAnsi="Gentium Plus"/>
          <w:sz w:val="24"/>
        </w:rPr>
        <w:t>Ἡ δὲ τοῦ Τηΐου σοφιστοῦ τέχνη τοῦ αὐτοῦ ἤθους καὶ τρόπου· καὶ γὰρ πάντων ἐρᾷ τῶν καλῶν, καὶ ἐπαινεῖ πάντας· μεστὰ δὲ αὐτοῦ τὰ ᾄσματα τῆς Σμέρ‐ διος κόμης, καὶ τῶν Κλεοβούλου ὀφθαλμῶν, καὶ τῆς</w:t>
      </w:r>
    </w:p>
    <w:p>
      <w:r>
        <w:rPr>
          <w:rFonts w:ascii="Courier New" w:hAnsi="Courier New"/>
          <w:color w:val="555555"/>
          <w:sz w:val="20"/>
        </w:rPr>
        <w:t>[5]</w:t>
      </w:r>
    </w:p>
    <w:p>
      <w:r>
        <w:rPr>
          <w:rFonts w:ascii="Gentium Plus" w:hAnsi="Gentium Plus"/>
          <w:sz w:val="24"/>
        </w:rPr>
        <w:t>Βαθύλλου ὥρας· ἀλλὰ καὶ τούτοις τὴν σωφροσύνην ὁρᾷς· ἔραμαί τοι συνηβᾶν, φησίν, χαρίεν γὰρ ἔχεις ἦθος·</w:t>
      </w:r>
    </w:p>
    <w:p>
      <w:r>
        <w:rPr>
          <w:rFonts w:ascii="Courier New" w:hAnsi="Courier New"/>
          <w:color w:val="555555"/>
          <w:sz w:val="20"/>
        </w:rPr>
        <w:t>[18 . 9 m]</w:t>
      </w:r>
    </w:p>
    <w:p>
      <w:r>
        <w:rPr>
          <w:rFonts w:ascii="Gentium Plus" w:hAnsi="Gentium Plus"/>
          <w:sz w:val="24"/>
        </w:rPr>
        <w:t>καὶ αὖθις ‘καλὸν εἶναι τῷ ἔρωτι τὰ δίκαια‘ φησίν. Ἤδη δέ που καὶ τὴν τέχνην ἀπεκαλύψατο· ἐμὲ γὰρ λόγων εἵνεκα παῖδες ἂν φιλοῖεν· χαρίεντα μὲν γὰρ ᾄδω, χαρίεντα δ’ οἶδα λέξαι.</w:t>
      </w:r>
    </w:p>
    <w:p>
      <w:r>
        <w:rPr>
          <w:rFonts w:ascii="Courier New" w:hAnsi="Courier New"/>
          <w:color w:val="555555"/>
          <w:sz w:val="20"/>
        </w:rPr>
        <w:t>[18 . 9 n]</w:t>
      </w:r>
    </w:p>
    <w:p>
      <w:r>
        <w:rPr>
          <w:rFonts w:ascii="Gentium Plus" w:hAnsi="Gentium Plus"/>
          <w:sz w:val="24"/>
        </w:rPr>
        <w:t>Τοῦτο καὶ περὶ Σωκράτους Ἀλκιβιάδης ἔλεγεν, εἰκάζων αὐτοῦ τὴν χάριν τοῖς Ὀλύμπου καὶ Μαρσύου αὐλή‐ μασιν. Τίς ἄν, ὦ θεοί, μέμψαιτο ἐραστὴν τοιοῦτον,</w:t>
      </w:r>
    </w:p>
    <w:p>
      <w:pPr>
        <w:jc w:val="center"/>
      </w:pPr>
      <w:r>
        <w:rPr>
          <w:rFonts w:ascii="Gentium Plus" w:hAnsi="Gentium Plus"/>
          <w:b/>
          <w:sz w:val="24"/>
        </w:rPr>
        <w:t>Ἔτι περὶ ἔρωτος βʹ</w:t>
      </w:r>
    </w:p>
    <w:p>
      <w:r>
        <w:rPr>
          <w:rFonts w:ascii="Courier New" w:hAnsi="Courier New"/>
          <w:color w:val="555555"/>
          <w:sz w:val="20"/>
        </w:rPr>
        <w:t>[1]</w:t>
      </w:r>
    </w:p>
    <w:p>
      <w:r>
        <w:rPr>
          <w:rFonts w:ascii="Gentium Plus" w:hAnsi="Gentium Plus"/>
          <w:sz w:val="24"/>
        </w:rPr>
        <w:t>Ἀναλαβόντες αὖθις αὖ τοὺς περὶ ἔρωτος λόγους, ὥσπερ ἀρχὴν μακρᾶς ὁδοῦ, μετ’ ἀνάπαυλαν βαδίζωμεν ἐπὶ τὸ τέλος, ἡγεμόνας παρεκκαλέσαντες τῆς ὁδοῦ Ἑρ‐ μῆν τὸν Λόγιον, καὶ Πειθώ, καὶ Χάριτας, καὶ τὸν</w:t>
      </w:r>
    </w:p>
    <w:p>
      <w:r>
        <w:rPr>
          <w:rFonts w:ascii="Courier New" w:hAnsi="Courier New"/>
          <w:color w:val="555555"/>
          <w:sz w:val="20"/>
        </w:rPr>
        <w:t>[5]</w:t>
      </w:r>
    </w:p>
    <w:p>
      <w:r>
        <w:rPr>
          <w:rFonts w:ascii="Gentium Plus" w:hAnsi="Gentium Plus"/>
          <w:sz w:val="24"/>
        </w:rPr>
        <w:t>Ἔρωτα αὐτόν. Οὐ γάρ τι σμικρὸν οὐδ’ ὑπὲρ τῶν</w:t>
      </w:r>
    </w:p>
    <w:p>
      <w:r>
        <w:rPr>
          <w:rFonts w:ascii="Courier New" w:hAnsi="Courier New"/>
          <w:color w:val="555555"/>
          <w:sz w:val="20"/>
        </w:rPr>
        <w:t>[19 . 1 b]</w:t>
      </w:r>
    </w:p>
    <w:p>
      <w:r>
        <w:rPr>
          <w:rFonts w:ascii="Gentium Plus" w:hAnsi="Gentium Plus"/>
          <w:sz w:val="24"/>
        </w:rPr>
        <w:t>τυχόντων τὸ κινδύνευμα· παραθεῖ μὲν γὰρ τῇ λεω‐ φόρῳ τοῦ περὶ ἔρωτος λόγου κρημνὸς βαθύς, καὶ χρὴ δυοῖν θἄτερον, ἢ καλῶς ἐρῶντας ἰέναι ἀσφαλῶς, ἢ ἐκτραπομένους τῆς ὁδοῦ κακῶς ἐρᾶν καὶ ἐνεχθῆναι</w:t>
      </w:r>
    </w:p>
    <w:p>
      <w:r>
        <w:rPr>
          <w:rFonts w:ascii="Courier New" w:hAnsi="Courier New"/>
          <w:color w:val="555555"/>
          <w:sz w:val="20"/>
        </w:rPr>
        <w:t>[19 . 1 c]</w:t>
      </w:r>
    </w:p>
    <w:p>
      <w:r>
        <w:rPr>
          <w:rFonts w:ascii="Gentium Plus" w:hAnsi="Gentium Plus"/>
          <w:sz w:val="24"/>
        </w:rPr>
        <w:t>κατὰ τοῦ κρημνοῦ. Τοῦτο τοι δείσας καὶ Σωκράτης ἐκεῖνος, εὑρὼν τὸ πάθος ἐνακμάζον τῇ τε ἄλλῃ Ἑλ‐ λάδι, καὶ πολὺ μάλιστα ταῖς Ἀθήναις, καὶ μεστὰ πάντα ἀδίκων ἐραστῶν καὶ μειρακίων ἐξηπατημένων, οἰκτείρας</w:t>
      </w:r>
    </w:p>
    <w:p>
      <w:r>
        <w:rPr>
          <w:rFonts w:ascii="Courier New" w:hAnsi="Courier New"/>
          <w:color w:val="555555"/>
          <w:sz w:val="20"/>
        </w:rPr>
        <w:t>[5]</w:t>
      </w:r>
    </w:p>
    <w:p>
      <w:r>
        <w:rPr>
          <w:rFonts w:ascii="Gentium Plus" w:hAnsi="Gentium Plus"/>
          <w:sz w:val="24"/>
        </w:rPr>
        <w:t>τοῦ πάθους ἑκατέραν τὴν ἀγέλην, καὶ μήτε παῦσαι</w:t>
      </w:r>
    </w:p>
    <w:p>
      <w:r>
        <w:rPr>
          <w:rFonts w:ascii="Courier New" w:hAnsi="Courier New"/>
          <w:color w:val="555555"/>
          <w:sz w:val="20"/>
        </w:rPr>
        <w:t>[19 . 1 d]</w:t>
      </w:r>
    </w:p>
    <w:p>
      <w:r>
        <w:rPr>
          <w:rFonts w:ascii="Gentium Plus" w:hAnsi="Gentium Plus"/>
          <w:sz w:val="24"/>
        </w:rPr>
        <w:t>μήτε δι’ ἐξουσίας βιάσασθαι πρὸς τὰ κρείττω (Ἡρα‐ κλέους γὰρ αὐτοῖς πρὸς τοῦτο ἔδει, ἢ Θησέως, ἤ τινος ἄλλου σωφρονιστοῦ ἰσχυροῦ), μήτε πεῖσαι λόγῳ (ἀπει‐ θὲς γὰρ χρῆμα ἐπιθυμία προσλαβοῦσα οἶστρον, καὶ</w:t>
      </w:r>
    </w:p>
    <w:p>
      <w:r>
        <w:rPr>
          <w:rFonts w:ascii="Courier New" w:hAnsi="Courier New"/>
          <w:color w:val="555555"/>
          <w:sz w:val="20"/>
        </w:rPr>
        <w:t>[19 . 1 e]</w:t>
      </w:r>
    </w:p>
    <w:p>
      <w:r>
        <w:rPr>
          <w:rFonts w:ascii="Gentium Plus" w:hAnsi="Gentium Plus"/>
          <w:sz w:val="24"/>
        </w:rPr>
        <w:t>προσελθοῦσα ἐγγύτατα μανίᾳ)· οὕτω δὴ ὁ Σωκράτης τὸ μὲν ὑπεριδεῖν παντάπασιν τῶν νεανίσκων καὶ τῶν μειρακίων οὐκ ἠνέσχετο οὐδὲ πρὸς τὴν σωτηρίαν αὐτῶν ἐξέκαμεν, ἐξεῦρεν δὲ μηχανὴν ἑκουσίου ἀγω‐</w:t>
      </w:r>
    </w:p>
    <w:p>
      <w:r>
        <w:rPr>
          <w:rFonts w:ascii="Courier New" w:hAnsi="Courier New"/>
          <w:color w:val="555555"/>
          <w:sz w:val="20"/>
        </w:rPr>
        <w:t>[5]</w:t>
      </w:r>
    </w:p>
    <w:p>
      <w:r>
        <w:rPr>
          <w:rFonts w:ascii="Gentium Plus" w:hAnsi="Gentium Plus"/>
          <w:sz w:val="24"/>
        </w:rPr>
        <w:t>γῆς τοιάνδε τινά.</w:t>
      </w:r>
    </w:p>
    <w:p>
      <w:r>
        <w:rPr>
          <w:rFonts w:ascii="Courier New" w:hAnsi="Courier New"/>
          <w:color w:val="555555"/>
          <w:sz w:val="20"/>
        </w:rPr>
        <w:t>[19 . 2 a]</w:t>
      </w:r>
    </w:p>
    <w:p>
      <w:r>
        <w:rPr>
          <w:rFonts w:ascii="Gentium Plus" w:hAnsi="Gentium Plus"/>
          <w:sz w:val="24"/>
        </w:rPr>
        <w:t>Φράσω δὲ αὐτὴν κατὰ τοὺς τοῦ Φρυγὸς λόγους</w:t>
      </w:r>
    </w:p>
    <w:p>
      <w:r>
        <w:rPr>
          <w:rFonts w:ascii="Courier New" w:hAnsi="Courier New"/>
          <w:color w:val="555555"/>
          <w:sz w:val="20"/>
        </w:rPr>
        <w:t>[19 . 2 b]</w:t>
      </w:r>
    </w:p>
    <w:p>
      <w:r>
        <w:rPr>
          <w:rFonts w:ascii="Gentium Plus" w:hAnsi="Gentium Plus"/>
          <w:sz w:val="24"/>
        </w:rPr>
        <w:t>μῦθον πλάττων. Ποιμὴν ἀνὴρ καὶ μάγειρος ἐβάδιζον ἄμφω κοινὴν ὁδόν· ἰδόντες δὲ ἐκ ποίμνης ἄρνα εὐ‐ τραφῆ πλανώμενον, ἀπολειφθέντα τῶν συννόμων,</w:t>
      </w:r>
    </w:p>
    <w:p>
      <w:r>
        <w:rPr>
          <w:rFonts w:ascii="Courier New" w:hAnsi="Courier New"/>
          <w:color w:val="555555"/>
          <w:sz w:val="20"/>
        </w:rPr>
        <w:t>[19 . 2 c]</w:t>
      </w:r>
    </w:p>
    <w:p>
      <w:r>
        <w:rPr>
          <w:rFonts w:ascii="Gentium Plus" w:hAnsi="Gentium Plus"/>
          <w:sz w:val="24"/>
        </w:rPr>
        <w:t>ὤσαντο ἐπ’ αὐτὸν ἄμφω· ἦν ἄρα τότε ὁμόφωνα καὶ</w:t>
      </w:r>
    </w:p>
    <w:p>
      <w:r>
        <w:rPr>
          <w:rFonts w:ascii="Courier New" w:hAnsi="Courier New"/>
          <w:color w:val="555555"/>
          <w:sz w:val="20"/>
        </w:rPr>
        <w:t>[19 . 2 d]</w:t>
      </w:r>
    </w:p>
    <w:p>
      <w:r>
        <w:rPr>
          <w:rFonts w:ascii="Gentium Plus" w:hAnsi="Gentium Plus"/>
          <w:sz w:val="24"/>
        </w:rPr>
        <w:t>τὰ θηρία τοῖς ἀνθρώποις· ἐρωτᾷ ὁ ἀμνός, τίς ὡς ἑκά‐</w:t>
      </w:r>
    </w:p>
    <w:p>
      <w:r>
        <w:rPr>
          <w:rFonts w:ascii="Courier New" w:hAnsi="Courier New"/>
          <w:color w:val="555555"/>
          <w:sz w:val="20"/>
        </w:rPr>
        <w:t>[19 . 2 e]</w:t>
      </w:r>
    </w:p>
    <w:p>
      <w:r>
        <w:rPr>
          <w:rFonts w:ascii="Gentium Plus" w:hAnsi="Gentium Plus"/>
          <w:sz w:val="24"/>
        </w:rPr>
        <w:t>τερος ἐθέλει αὐτὸν μεταχειρίσασθαι καὶ ἄγειν. Ὡς δὲ ἐπύθετο τἀληθῆ αὐτά, τὴν ἀμφοῖν τέχνην, φέρων ἑαυτὸν ἐπιτρέπει τῷ ποιμένι· ‘σὺ μὲν γὰρ δήμιός τις εἶ καὶ μιαιφόνος τῆς ἀρνῶν ποίμνης, τούτῳ δὲ ἐξαρ‐</w:t>
      </w:r>
    </w:p>
    <w:p>
      <w:r>
        <w:rPr>
          <w:rFonts w:ascii="Courier New" w:hAnsi="Courier New"/>
          <w:color w:val="555555"/>
          <w:sz w:val="20"/>
        </w:rPr>
        <w:t>[19 . 2 f]</w:t>
      </w:r>
    </w:p>
    <w:p>
      <w:r>
        <w:rPr>
          <w:rFonts w:ascii="Gentium Plus" w:hAnsi="Gentium Plus"/>
          <w:sz w:val="24"/>
        </w:rPr>
        <w:t>κέσει, ἂν καλῶς τὰ ἡμέτερα ἔλθῃ.‘ Εἴκαζε, εἰ βούλει, κατὰ τὸν μῦθον, τοὺς μὲν ἐραστὰς ἐκείνους μαγείροις πολλοῖς, τὸν δὲ Σωκράτην ποιμένι ἑνί, τὰ δὲ μειράκια τὰ Ἀττικὰ θρέμμασιν πλανωμένοις, ὁμοφώνοις ἀλη‐</w:t>
      </w:r>
    </w:p>
    <w:p>
      <w:r>
        <w:rPr>
          <w:rFonts w:ascii="Courier New" w:hAnsi="Courier New"/>
          <w:color w:val="555555"/>
          <w:sz w:val="20"/>
        </w:rPr>
        <w:t>[19 . 2 g]</w:t>
      </w:r>
    </w:p>
    <w:p>
      <w:r>
        <w:rPr>
          <w:rFonts w:ascii="Gentium Plus" w:hAnsi="Gentium Plus"/>
          <w:sz w:val="24"/>
        </w:rPr>
        <w:t>θῶς, οὐ κατὰ τὴν ἐν τοῖς μύθοις ἐξουσίαν. Τί ἂν οὖν δράσαι ὁ ποιμὴν οὗτος ὁρῶν τοὺς δημίους τῆς τῶν μειρακίων ὥρας ἐφιεμένους καὶ δρόμῳ ἐπ’ αὐτὴν ὠθουμένους; ἆρα ἀνέξεται καὶ τὴν ἡσυχίαν ἄγων στή‐</w:t>
      </w:r>
    </w:p>
    <w:p>
      <w:r>
        <w:rPr>
          <w:rFonts w:ascii="Courier New" w:hAnsi="Courier New"/>
          <w:color w:val="555555"/>
          <w:sz w:val="20"/>
        </w:rPr>
        <w:t>[5]</w:t>
      </w:r>
    </w:p>
    <w:p>
      <w:r>
        <w:rPr>
          <w:rFonts w:ascii="Gentium Plus" w:hAnsi="Gentium Plus"/>
          <w:sz w:val="24"/>
        </w:rPr>
        <w:t>σεται; οὕτω μὲν εἴη ἂν μιαιφονώτερος αὐτῶν τῶν δημίων. Οὐκοῦν θεύσεται, καὶ κοινωνήσει τοῦ δρό‐</w:t>
      </w:r>
    </w:p>
    <w:p>
      <w:r>
        <w:rPr>
          <w:rFonts w:ascii="Courier New" w:hAnsi="Courier New"/>
          <w:color w:val="555555"/>
          <w:sz w:val="20"/>
        </w:rPr>
        <w:t>[19 . 2 h]</w:t>
      </w:r>
    </w:p>
    <w:p>
      <w:r>
        <w:rPr>
          <w:rFonts w:ascii="Gentium Plus" w:hAnsi="Gentium Plus"/>
          <w:sz w:val="24"/>
        </w:rPr>
        <w:t>μου, καὶ διώξεται σὺν αὐτοῖς, οὐκ ἐπὶ τῇ ἴσῃ. Καί τις ἰδὼν τῶν ἀπείρων τῆς τέχνης καὶ τῆς αἰτίας τοῦ δρόμου, αὐτὸ ἐκεῖνο οἰήσεται, ἐπ’ ὀλέθρῳ καὶ τοῦτον θεῖν· ἐὰν δὲ ἀναμείνῃ τὸ τέλος, ἐπαινέσεται τὸν δρό‐</w:t>
      </w:r>
    </w:p>
    <w:p>
      <w:r>
        <w:rPr>
          <w:rFonts w:ascii="Courier New" w:hAnsi="Courier New"/>
          <w:color w:val="555555"/>
          <w:sz w:val="20"/>
        </w:rPr>
        <w:t>[5]</w:t>
      </w:r>
    </w:p>
    <w:p>
      <w:r>
        <w:rPr>
          <w:rFonts w:ascii="Gentium Plus" w:hAnsi="Gentium Plus"/>
          <w:sz w:val="24"/>
        </w:rPr>
        <w:t>μον, καὶ μιμήσεται τὴν σπουδήν, καὶ θαυμάσει τὸν</w:t>
      </w:r>
    </w:p>
    <w:p>
      <w:r>
        <w:rPr>
          <w:rFonts w:ascii="Courier New" w:hAnsi="Courier New"/>
          <w:color w:val="555555"/>
          <w:sz w:val="20"/>
        </w:rPr>
        <w:t>[19 . 2 i]</w:t>
      </w:r>
    </w:p>
    <w:p>
      <w:r>
        <w:rPr>
          <w:rFonts w:ascii="Gentium Plus" w:hAnsi="Gentium Plus"/>
          <w:sz w:val="24"/>
        </w:rPr>
        <w:t>θηρευτήν, καὶ μακαρίσει τὴν ἄγραν. Διὰ τοῦτο καὶ</w:t>
      </w:r>
    </w:p>
    <w:p>
      <w:r>
        <w:rPr>
          <w:rFonts w:ascii="Courier New" w:hAnsi="Courier New"/>
          <w:color w:val="555555"/>
          <w:sz w:val="20"/>
        </w:rPr>
        <w:t>[19 . 2 j]</w:t>
      </w:r>
    </w:p>
    <w:p>
      <w:r>
        <w:rPr>
          <w:rFonts w:ascii="Gentium Plus" w:hAnsi="Gentium Plus"/>
          <w:sz w:val="24"/>
        </w:rPr>
        <w:t>Καὶ γὰρ ἦν αὐτῶν καὶ πονεῖν ἱκανώτερος, καὶ ἐρᾶν δεινότερος, καὶ λαμβάνειν εὐστοχώτερος· καὶ πάνυ εἰ‐</w:t>
      </w:r>
    </w:p>
    <w:p>
      <w:r>
        <w:rPr>
          <w:rFonts w:ascii="Courier New" w:hAnsi="Courier New"/>
          <w:color w:val="555555"/>
          <w:sz w:val="20"/>
        </w:rPr>
        <w:t>[19 . 2 k]</w:t>
      </w:r>
    </w:p>
    <w:p>
      <w:r>
        <w:rPr>
          <w:rFonts w:ascii="Gentium Plus" w:hAnsi="Gentium Plus"/>
          <w:sz w:val="24"/>
        </w:rPr>
        <w:t>κότως. Τοῖς μὲν γὰρ ἄλλοις ὁ ἔρως ἦν ὄνομα ἐπι‐</w:t>
      </w:r>
    </w:p>
    <w:p>
      <w:r>
        <w:rPr>
          <w:rFonts w:ascii="Courier New" w:hAnsi="Courier New"/>
          <w:color w:val="555555"/>
          <w:sz w:val="20"/>
        </w:rPr>
        <w:t>[19 . 2 l]</w:t>
      </w:r>
    </w:p>
    <w:p>
      <w:r>
        <w:rPr>
          <w:rFonts w:ascii="Gentium Plus" w:hAnsi="Gentium Plus"/>
          <w:sz w:val="24"/>
        </w:rPr>
        <w:t>θυμίας ἐν ἡδοναῖς πλανώμενον· ἀρχὴ δὲ αὐτοῦ ἄνθος σώματος ἐρχόμενον εἰς ὀφθαλμούς, καὶ δι’ αὐτῶν ἐπὶ</w:t>
      </w:r>
    </w:p>
    <w:p>
      <w:r>
        <w:rPr>
          <w:rFonts w:ascii="Courier New" w:hAnsi="Courier New"/>
          <w:color w:val="555555"/>
          <w:sz w:val="20"/>
        </w:rPr>
        <w:t>[19 . 2 m]</w:t>
      </w:r>
    </w:p>
    <w:p>
      <w:r>
        <w:rPr>
          <w:rFonts w:ascii="Gentium Plus" w:hAnsi="Gentium Plus"/>
          <w:sz w:val="24"/>
        </w:rPr>
        <w:t>τὴν ψυχὴν ῥέον· ὁδοὶ γὰρ κάλλους οἱ ὀφθαλμοί. Τῷ δὲ Σωκράτει ὁ ἔρως ἦν κατὰ μὲν τὴν σπουδὴν τοῖς ἄλλοις ὅμοιος, κατὰ δὲ τὴν ἐπιθυμίαν διαφέρων, κατὰ δὲ τὴν ἡδονὴν σωφρονέστερος, κατὰ δὲ τὴν ἀρετὴν εὐστοχώ‐</w:t>
      </w:r>
    </w:p>
    <w:p>
      <w:r>
        <w:rPr>
          <w:rFonts w:ascii="Courier New" w:hAnsi="Courier New"/>
          <w:color w:val="555555"/>
          <w:sz w:val="20"/>
        </w:rPr>
        <w:t>[5]</w:t>
      </w:r>
    </w:p>
    <w:p>
      <w:r>
        <w:rPr>
          <w:rFonts w:ascii="Gentium Plus" w:hAnsi="Gentium Plus"/>
          <w:sz w:val="24"/>
        </w:rPr>
        <w:t>τερος· ἀρχὴ δὲ αὐτοῦ ψυχῆς ἄνθος ἐν σώματι δια‐</w:t>
      </w:r>
    </w:p>
    <w:p>
      <w:r>
        <w:rPr>
          <w:rFonts w:ascii="Courier New" w:hAnsi="Courier New"/>
          <w:color w:val="555555"/>
          <w:sz w:val="20"/>
        </w:rPr>
        <w:t>[19 . 2 n]</w:t>
      </w:r>
    </w:p>
    <w:p>
      <w:r>
        <w:rPr>
          <w:rFonts w:ascii="Gentium Plus" w:hAnsi="Gentium Plus"/>
          <w:sz w:val="24"/>
        </w:rPr>
        <w:t>φαινόμενον· οἷον εἰ ξυνείης καὶ ποταμοῦ κάλλος λει‐ μῶνι ἐπιρρέον, καλὰ μὲν τὰ ὑπ’ αὐτῷ ἄνθη, λαμπρυ‐</w:t>
      </w:r>
    </w:p>
    <w:p>
      <w:r>
        <w:rPr>
          <w:rFonts w:ascii="Courier New" w:hAnsi="Courier New"/>
          <w:color w:val="555555"/>
          <w:sz w:val="20"/>
        </w:rPr>
        <w:t>[19 . 2 o]</w:t>
      </w:r>
    </w:p>
    <w:p>
      <w:r>
        <w:rPr>
          <w:rFonts w:ascii="Gentium Plus" w:hAnsi="Gentium Plus"/>
          <w:sz w:val="24"/>
        </w:rPr>
        <w:t>νόμενα δὲ ὑπὸ τοῦ ὕδατος πρὸς τὴν ὄψιν· τοῦτο δύναται καὶ ψυχῆς ἄνθος ἐμπεφυτευμένον σώματι καλῷ, ἐκλαμπρύνεται ὑπ’ αὐτοῦ, καὶ ἐκλάμπει, καὶ διαφαί‐ νεται. Καὶ ἔστιν σωμάτων ὥρα οὐδὲν ἄλλο, ἢ μελ‐</w:t>
      </w:r>
    </w:p>
    <w:p>
      <w:r>
        <w:rPr>
          <w:rFonts w:ascii="Courier New" w:hAnsi="Courier New"/>
          <w:color w:val="555555"/>
          <w:sz w:val="20"/>
        </w:rPr>
        <w:t>[5]</w:t>
      </w:r>
    </w:p>
    <w:p>
      <w:r>
        <w:rPr>
          <w:rFonts w:ascii="Gentium Plus" w:hAnsi="Gentium Plus"/>
          <w:sz w:val="24"/>
        </w:rPr>
        <w:t>λούσης ἀρετῆς ἄνθος, καὶ οἱονεὶ προοίμιον κάλλους</w:t>
      </w:r>
    </w:p>
    <w:p>
      <w:r>
        <w:rPr>
          <w:rFonts w:ascii="Courier New" w:hAnsi="Courier New"/>
          <w:color w:val="555555"/>
          <w:sz w:val="20"/>
        </w:rPr>
        <w:t>[19 . 2 p]</w:t>
      </w:r>
    </w:p>
    <w:p>
      <w:r>
        <w:rPr>
          <w:rFonts w:ascii="Gentium Plus" w:hAnsi="Gentium Plus"/>
          <w:sz w:val="24"/>
        </w:rPr>
        <w:t>ὡραιοτέρου. Ὥσπερ γὰρ τοῦ ἡλίου προανίσχει τὶς αὐγὴ ὑπὲρ ἄκρων ὀρῶν, ἀγαπητὸν ὀφθαλμοῖς θέαμα διὰ τὴν προσδοκίαν τοῦ μέλλοντος, οὕτως καὶ τῆς λαμπρᾶς ψυχῆς προανίσχει τὶς ὥρα ὑπὲρ ἄκρων τῶν</w:t>
      </w:r>
    </w:p>
    <w:p>
      <w:r>
        <w:rPr>
          <w:rFonts w:ascii="Courier New" w:hAnsi="Courier New"/>
          <w:color w:val="555555"/>
          <w:sz w:val="20"/>
        </w:rPr>
        <w:t>[5]</w:t>
      </w:r>
    </w:p>
    <w:p>
      <w:r>
        <w:rPr>
          <w:rFonts w:ascii="Gentium Plus" w:hAnsi="Gentium Plus"/>
          <w:sz w:val="24"/>
        </w:rPr>
        <w:t>σωμάτων, ἀγαπητὸν φιλοσόφοις θέαμα διὰ τὴν προσ‐ δοκίαν τοῦ μέλλοντος.</w:t>
      </w:r>
    </w:p>
    <w:p>
      <w:r>
        <w:rPr>
          <w:rFonts w:ascii="Courier New" w:hAnsi="Courier New"/>
          <w:color w:val="555555"/>
          <w:sz w:val="20"/>
        </w:rPr>
        <w:t>[19 . 3 a]</w:t>
      </w:r>
    </w:p>
    <w:p>
      <w:r>
        <w:rPr>
          <w:rFonts w:ascii="Gentium Plus" w:hAnsi="Gentium Plus"/>
          <w:sz w:val="24"/>
        </w:rPr>
        <w:t>Ἀλλὰ Θετταλὸς μὲν ἀγαπήσει πωλίον, καὶ Αἰ‐ γύπτιος πόρτιν, καὶ Σπαρτιάτης σκύλακα· φιλάν‐ θρωπος δ’ ἀνὴρ καὶ φιλοθρέμμων τοῦ ζῴου τούτου, οὐ κατὰ γεωργὸν Αἰγύπτιον, οὐδὲ κατὰ ἱππικὸν Θετ‐</w:t>
      </w:r>
    </w:p>
    <w:p>
      <w:r>
        <w:rPr>
          <w:rFonts w:ascii="Courier New" w:hAnsi="Courier New"/>
          <w:color w:val="555555"/>
          <w:sz w:val="20"/>
        </w:rPr>
        <w:t>[5]</w:t>
      </w:r>
    </w:p>
    <w:p>
      <w:r>
        <w:rPr>
          <w:rFonts w:ascii="Gentium Plus" w:hAnsi="Gentium Plus"/>
          <w:sz w:val="24"/>
        </w:rPr>
        <w:t>ταλόν, οὐδὲ κατὰ κυνηγέτην Λακωνικόν· τούτοις μὲν γὰρ ἡ θεραπεία 〈διὰ προσδοκίαν χρείας γίγνεται,</w:t>
      </w:r>
    </w:p>
    <w:p>
      <w:r>
        <w:rPr>
          <w:rFonts w:ascii="Courier New" w:hAnsi="Courier New"/>
          <w:color w:val="555555"/>
          <w:sz w:val="20"/>
        </w:rPr>
        <w:t>[19 . 3 b]</w:t>
      </w:r>
    </w:p>
    <w:p>
      <w:r>
        <w:rPr>
          <w:rFonts w:ascii="Gentium Plus" w:hAnsi="Gentium Plus"/>
          <w:sz w:val="24"/>
        </w:rPr>
        <w:t>ὁ δὲ ἐραστὴς ὁ φιλάνθρωπος θεραπεύει τὰ παιδικὰ ἐπὶ κοινωνίᾳ τῆς ἀρετῆς, θεραπεύει δὲ ἐπιλεξάμενος τὰ ἐπιτηδειότατα, ἐπιτήδεια δὲ εἰς προσδοκίαν ἀρετῆς</w:t>
      </w:r>
    </w:p>
    <w:p>
      <w:r>
        <w:rPr>
          <w:rFonts w:ascii="Courier New" w:hAnsi="Courier New"/>
          <w:color w:val="555555"/>
          <w:sz w:val="20"/>
        </w:rPr>
        <w:t>[19 . 3 c]</w:t>
      </w:r>
    </w:p>
    <w:p>
      <w:r>
        <w:rPr>
          <w:rFonts w:ascii="Gentium Plus" w:hAnsi="Gentium Plus"/>
          <w:sz w:val="24"/>
        </w:rPr>
        <w:t>τὰ κάλλιστα. Τὸ δὲ κάλλος, τὸ αὐτὸ ὄν, ἀλλοιότερον μὲν φαίνεται μοχθηροῖς ὀφθαλμοῖς, ἀλλοιότερον δὲ ἐρασταῖς νομίμοις· καὶ γὰρ τὸ ξίφος, τὸ αὐτὸ ὄν, ἀλ‐ λοιότερον μὲν φαίνεται τῷ ἀριστεῖ, ἀλλοιότερον δὲ</w:t>
      </w:r>
    </w:p>
    <w:p>
      <w:r>
        <w:rPr>
          <w:rFonts w:ascii="Courier New" w:hAnsi="Courier New"/>
          <w:color w:val="555555"/>
          <w:sz w:val="20"/>
        </w:rPr>
        <w:t>[5]</w:t>
      </w:r>
    </w:p>
    <w:p>
      <w:r>
        <w:rPr>
          <w:rFonts w:ascii="Gentium Plus" w:hAnsi="Gentium Plus"/>
          <w:sz w:val="24"/>
        </w:rPr>
        <w:t>τῷ δημίῳ· καὶ τὴν μὲν Πενελόπην ἀλλοίως μὲν Ὀδυσ‐</w:t>
      </w:r>
    </w:p>
    <w:p>
      <w:r>
        <w:rPr>
          <w:rFonts w:ascii="Courier New" w:hAnsi="Courier New"/>
          <w:color w:val="555555"/>
          <w:sz w:val="20"/>
        </w:rPr>
        <w:t>[19 . 3 d]</w:t>
      </w:r>
    </w:p>
    <w:p>
      <w:r>
        <w:rPr>
          <w:rFonts w:ascii="Gentium Plus" w:hAnsi="Gentium Plus"/>
          <w:sz w:val="24"/>
        </w:rPr>
        <w:t>σεὺς ὁρᾷ, ἄλλως δὲ ὁ Εὐρύμαχος· καὶ τὸν ἥλιον ἄλλως μὲν ὁρᾷ Πυθαγόρας, ἄλλως δὲ Ἀναξαγόρας, Πυθα‐ γόρας μὲν ὡς θεόν, Ἀναξαγόρας δὲ ὡς λίθον· καὶ τὴν ἀρετὴν ἄλλως μὲν διώκει Σωκράτης, ἄλλως δὲ Ἐπί‐</w:t>
      </w:r>
    </w:p>
    <w:p>
      <w:r>
        <w:rPr>
          <w:rFonts w:ascii="Courier New" w:hAnsi="Courier New"/>
          <w:color w:val="555555"/>
          <w:sz w:val="20"/>
        </w:rPr>
        <w:t>[5]</w:t>
      </w:r>
    </w:p>
    <w:p>
      <w:r>
        <w:rPr>
          <w:rFonts w:ascii="Gentium Plus" w:hAnsi="Gentium Plus"/>
          <w:sz w:val="24"/>
        </w:rPr>
        <w:t>κουρος, Σωκράτης μὲν ὡς εὐδαιμονίας ἐραστής, Ἐπί‐</w:t>
      </w:r>
    </w:p>
    <w:p>
      <w:r>
        <w:rPr>
          <w:rFonts w:ascii="Courier New" w:hAnsi="Courier New"/>
          <w:color w:val="555555"/>
          <w:sz w:val="20"/>
        </w:rPr>
        <w:t>[19 . 3 e]</w:t>
      </w:r>
    </w:p>
    <w:p>
      <w:r>
        <w:rPr>
          <w:rFonts w:ascii="Gentium Plus" w:hAnsi="Gentium Plus"/>
          <w:sz w:val="24"/>
        </w:rPr>
        <w:t>κουρος δὲ ἡδονῆς. Οὕτω καὶ καλὸν σῶμα ἄλλως μὲν διώκει Σωκράτης, ἄλλως δὲ Κλεισθένης, Σωκράτης μὲν ὡς ἀρετῆς ἐραστής, Κλεισθένης δὲ ὡς ἡδονῆς.</w:t>
      </w:r>
    </w:p>
    <w:p>
      <w:r>
        <w:rPr>
          <w:rFonts w:ascii="Courier New" w:hAnsi="Courier New"/>
          <w:color w:val="555555"/>
          <w:sz w:val="20"/>
        </w:rPr>
        <w:t>[19 . 4 a]</w:t>
      </w:r>
    </w:p>
    <w:p>
      <w:r>
        <w:rPr>
          <w:rFonts w:ascii="Gentium Plus" w:hAnsi="Gentium Plus"/>
          <w:sz w:val="24"/>
        </w:rPr>
        <w:t>Ὁπόταν τοίνυν ἀκούσῃς ἐρῶντα μὲν τὸν φιλόσοφον, ἐρῶντα δὲ καὶ τὸν μοχθηρὸν ἄνδρα, μὴ προσείπῃς τὸ γιγνόμενον ὀνόματι ἑνί. Ὁ μὲν ἐφ’ ἡδονὴν οἰστρεῖ, ὁ δὲ κάλλους ἐρᾷ· ὁ μὲν ἄκων νοσεῖ, ὁ δὲ ἑκὼν ἐρᾷ·</w:t>
      </w:r>
    </w:p>
    <w:p>
      <w:r>
        <w:rPr>
          <w:rFonts w:ascii="Courier New" w:hAnsi="Courier New"/>
          <w:color w:val="555555"/>
          <w:sz w:val="20"/>
        </w:rPr>
        <w:t>[5]</w:t>
      </w:r>
    </w:p>
    <w:p>
      <w:r>
        <w:rPr>
          <w:rFonts w:ascii="Gentium Plus" w:hAnsi="Gentium Plus"/>
          <w:sz w:val="24"/>
        </w:rPr>
        <w:t>ὁ μὲν ἐπ’ ἀγαθῷ ἐρᾷ τοῦ ἐρωμένου, ὁ δὲ ἐπ’ ὀλέθρῳ</w:t>
      </w:r>
    </w:p>
    <w:p>
      <w:r>
        <w:rPr>
          <w:rFonts w:ascii="Courier New" w:hAnsi="Courier New"/>
          <w:color w:val="555555"/>
          <w:sz w:val="20"/>
        </w:rPr>
        <w:t>[19 . 4 b]</w:t>
      </w:r>
    </w:p>
    <w:p>
      <w:r>
        <w:rPr>
          <w:rFonts w:ascii="Gentium Plus" w:hAnsi="Gentium Plus"/>
          <w:sz w:val="24"/>
        </w:rPr>
        <w:t>ἀμφοῖν. Ἐκείνου τοῦ ἔρωτος ἀρετὴ ἔργον, τοῦδε τοῦ ἔρωτος ἔργον ὕβρις· ἐκείνου τοῦ ἔρωτος φιλία τέλος, τούτου τοῦ ἔρωτος ἔχθρα τέλος· ἄμισθος ὁ ἔρως ἐκεῖ‐ νος, μισθοφόρος ὁ ἔρως οὗτος· ἐκεῖνος ὁ ἔρως ἐπαι‐</w:t>
      </w:r>
    </w:p>
    <w:p>
      <w:r>
        <w:rPr>
          <w:rFonts w:ascii="Courier New" w:hAnsi="Courier New"/>
          <w:color w:val="555555"/>
          <w:sz w:val="20"/>
        </w:rPr>
        <w:t>[5]</w:t>
      </w:r>
    </w:p>
    <w:p>
      <w:r>
        <w:rPr>
          <w:rFonts w:ascii="Gentium Plus" w:hAnsi="Gentium Plus"/>
          <w:sz w:val="24"/>
        </w:rPr>
        <w:t>νετός, ἐπονείδιστος οὗτος· ἐκεῖνος Ἑλληνικός, βαρ‐ βαρικὸς οὗτος· ἐκεῖνος ἄρρην, ἁπαλὸς οὗτος· ἐκεῖνος</w:t>
      </w:r>
    </w:p>
    <w:p>
      <w:r>
        <w:rPr>
          <w:rFonts w:ascii="Courier New" w:hAnsi="Courier New"/>
          <w:color w:val="555555"/>
          <w:sz w:val="20"/>
        </w:rPr>
        <w:t>[19 . 4 c]</w:t>
      </w:r>
    </w:p>
    <w:p>
      <w:r>
        <w:rPr>
          <w:rFonts w:ascii="Gentium Plus" w:hAnsi="Gentium Plus"/>
          <w:sz w:val="24"/>
        </w:rPr>
        <w:t>ἑστώς, πτηνὸς οὗτος, ἀβέβαιος. Ἐκεῖνον τὸν ἔρωτα ἐρῶν ἀνὴρ φίλος θεῷ, φίλος νόμῳ, μεστὸς αἰδοῦς, μεστὸς παρρησίας· ἐκεῖνος καὶ μεθ’ ἡμέραν τὸν ἐρώ‐ μενον περιέπει καὶ ἀγάλλεται τῷ ἔρωτι, καὶ ἐν γυμ‐</w:t>
      </w:r>
    </w:p>
    <w:p>
      <w:r>
        <w:rPr>
          <w:rFonts w:ascii="Courier New" w:hAnsi="Courier New"/>
          <w:color w:val="555555"/>
          <w:sz w:val="20"/>
        </w:rPr>
        <w:t>[5]</w:t>
      </w:r>
    </w:p>
    <w:p>
      <w:r>
        <w:rPr>
          <w:rFonts w:ascii="Gentium Plus" w:hAnsi="Gentium Plus"/>
          <w:sz w:val="24"/>
        </w:rPr>
        <w:t>νασίῳ συμπλέκεται, καὶ ἐν δρόμῳ συνθεῖ, καὶ ἐν θήρᾳ</w:t>
      </w:r>
    </w:p>
    <w:p>
      <w:r>
        <w:rPr>
          <w:rFonts w:ascii="Courier New" w:hAnsi="Courier New"/>
          <w:color w:val="555555"/>
          <w:sz w:val="20"/>
        </w:rPr>
        <w:t>[19 . 4 d]</w:t>
      </w:r>
    </w:p>
    <w:p>
      <w:r>
        <w:rPr>
          <w:rFonts w:ascii="Gentium Plus" w:hAnsi="Gentium Plus"/>
          <w:sz w:val="24"/>
        </w:rPr>
        <w:t>οὐκ ἐρημίας. Ὁ δὲ ἕτερος ἐραστὴς θεοῖς μὲν ἐχθρός, πλημμελὴς γάρ· ἐχθρὸς δὲ καὶ νόμῳ, παράνομος γάρ· ἀθαρσής, δύσελπις, αἰδοῦς ἄπορος, ἐρημίας φίλος καὶ νυκτὶ καὶ φωλεοῖς· μηδαμοῦ ἂν ἐθέλων ὀφθῆναι συν‐</w:t>
      </w:r>
    </w:p>
    <w:p>
      <w:r>
        <w:rPr>
          <w:rFonts w:ascii="Courier New" w:hAnsi="Courier New"/>
          <w:color w:val="555555"/>
          <w:sz w:val="20"/>
        </w:rPr>
        <w:t>[5]</w:t>
      </w:r>
    </w:p>
    <w:p>
      <w:r>
        <w:rPr>
          <w:rFonts w:ascii="Gentium Plus" w:hAnsi="Gentium Plus"/>
          <w:sz w:val="24"/>
        </w:rPr>
        <w:t>διημερεύων τοῖς παιδικοῖς, φεύγων ἥλιον, διώκων νύκτα καὶ ὁμίχλην ποιμέσιν οὔ τι φίλην, κλέπτῃ δὲ</w:t>
      </w:r>
    </w:p>
    <w:p>
      <w:r>
        <w:rPr>
          <w:rFonts w:ascii="Courier New" w:hAnsi="Courier New"/>
          <w:color w:val="555555"/>
          <w:sz w:val="20"/>
        </w:rPr>
        <w:t>[19 . 4 e]</w:t>
      </w:r>
    </w:p>
    <w:p>
      <w:r>
        <w:rPr>
          <w:rFonts w:ascii="Gentium Plus" w:hAnsi="Gentium Plus"/>
          <w:sz w:val="24"/>
        </w:rPr>
        <w:t>ἀγαθήν. Ὁ μὲν ποιμένι ἔοικεν, ὁ δὲ κλέπτῃ ἔοικεν, καὶ λανθάνειν εὔχεται· οἶδεν γὰρ τὸ κακὸν ὃ δρᾷ,</w:t>
      </w:r>
    </w:p>
    <w:p>
      <w:r>
        <w:rPr>
          <w:rFonts w:ascii="Courier New" w:hAnsi="Courier New"/>
          <w:color w:val="555555"/>
          <w:sz w:val="20"/>
        </w:rPr>
        <w:t>[19 . 4 f]</w:t>
      </w:r>
    </w:p>
    <w:p>
      <w:r>
        <w:rPr>
          <w:rFonts w:ascii="Gentium Plus" w:hAnsi="Gentium Plus"/>
          <w:sz w:val="24"/>
        </w:rPr>
        <w:t>ἀλλὰ εἰδὼς ὑφ’ ἡδονῆς ἕλκεται. Καὶ γὰρ ἐν τοῖς εὐ‐ κάρποις φυτοῖς ὁ μὲν γεωργὸς τημελῶς πρόσεισιν, ὁ δὲ κλέπτης ἐμπεσὼν δρέπει καὶ λυμαίνεται καὶ σπα‐ ράττει.</w:t>
      </w:r>
    </w:p>
    <w:p>
      <w:r>
        <w:rPr>
          <w:rFonts w:ascii="Courier New" w:hAnsi="Courier New"/>
          <w:color w:val="555555"/>
          <w:sz w:val="20"/>
        </w:rPr>
        <w:t>[19 . 5 a]</w:t>
      </w:r>
    </w:p>
    <w:p>
      <w:r>
        <w:rPr>
          <w:rFonts w:ascii="Gentium Plus" w:hAnsi="Gentium Plus"/>
          <w:sz w:val="24"/>
        </w:rPr>
        <w:t>Καλὸν σῶμα ὁρᾷς ἀνθοῦν καὶ ἔγκαρπον· μὴ χράνῃς, μὴ μιάνῃς, μὴ προσάψῃ τοῦ ἄνθους· ἐπαί‐ νεσον, ὡς ὁδοιπόρος φυτόν ποτε· τοῖον Ἀπόλλωνος παρὰ βωμῷ</w:t>
      </w:r>
    </w:p>
    <w:p>
      <w:r>
        <w:rPr>
          <w:rFonts w:ascii="Courier New" w:hAnsi="Courier New"/>
          <w:color w:val="555555"/>
          <w:sz w:val="20"/>
        </w:rPr>
        <w:t>[5]</w:t>
      </w:r>
    </w:p>
    <w:p>
      <w:r>
        <w:rPr>
          <w:rFonts w:ascii="Gentium Plus" w:hAnsi="Gentium Plus"/>
          <w:sz w:val="24"/>
        </w:rPr>
        <w:t>φοίνικος νέον ἔρνος ἀνερχόμενον εἰσενόησα· φεῖσαι τοῦ φυτοῦ τοῦ Ἀπόλλωνος καὶ τοῦ Διός, ἀνάμεινον τοὺς καρπούς, καὶ ἐρασθήσῃ δικαιό‐</w:t>
      </w:r>
    </w:p>
    <w:p>
      <w:r>
        <w:rPr>
          <w:rFonts w:ascii="Courier New" w:hAnsi="Courier New"/>
          <w:color w:val="555555"/>
          <w:sz w:val="20"/>
        </w:rPr>
        <w:t>[19 . 5 b]</w:t>
      </w:r>
    </w:p>
    <w:p>
      <w:r>
        <w:rPr>
          <w:rFonts w:ascii="Gentium Plus" w:hAnsi="Gentium Plus"/>
          <w:sz w:val="24"/>
        </w:rPr>
        <w:t>τερον. Οὐ χαλεπὸν τὸ ἔργον· οὐ γὰρ Σωκράτους μό‐ νον· οὐδὲ φιλοσόφου μόνον. Ἤδη καὶ Σπαρτιάτης ἀνὴρ οὐκ ἐν Λυκίῳ τραφείς, οὐδὲ ἐν Ἀκαδημίᾳ γυμ‐ νασάμενος, οὐδὲ ἐν φιλοσοφίᾳ πεπαιδευμένος, ἐντυχὼν</w:t>
      </w:r>
    </w:p>
    <w:p>
      <w:r>
        <w:rPr>
          <w:rFonts w:ascii="Courier New" w:hAnsi="Courier New"/>
          <w:color w:val="555555"/>
          <w:sz w:val="20"/>
        </w:rPr>
        <w:t>[5]</w:t>
      </w:r>
    </w:p>
    <w:p>
      <w:r>
        <w:rPr>
          <w:rFonts w:ascii="Gentium Plus" w:hAnsi="Gentium Plus"/>
          <w:sz w:val="24"/>
        </w:rPr>
        <w:t>μειρακίῳ βαρβαρικῷ μέν, ἀλλ’ ἄκρως καλῷ καὶ ἀν‐ θοῦντι ἄρτι, ἠράσθη μὲν αὐτοῦ· πῶς δ’ οὐκ ἔμελλεν;</w:t>
      </w:r>
    </w:p>
    <w:p>
      <w:r>
        <w:rPr>
          <w:rFonts w:ascii="Courier New" w:hAnsi="Courier New"/>
          <w:color w:val="555555"/>
          <w:sz w:val="20"/>
        </w:rPr>
        <w:t>[19 . 5 c]</w:t>
      </w:r>
    </w:p>
    <w:p>
      <w:r>
        <w:rPr>
          <w:rFonts w:ascii="Gentium Plus" w:hAnsi="Gentium Plus"/>
          <w:sz w:val="24"/>
        </w:rPr>
        <w:t>ἀλλ’ οὐ περαιτέρω τῶν ὀφθαλμῶν. Ἐπαινῶ τῆς ἀρι‐ στείας τὸν Ἀγησίλαον μᾶλλον, ἢ τὸν Λεωνίδην μαχί‐ μων· ἀμαχώτερος γὰρ ὁ ἔρως ἦν τοῦ βαρβάρου· καὶ τὰ τοῦ ἔρωτος βλήματα τιτρώσκει μᾶλλον ἢ τὰ Κα‐</w:t>
      </w:r>
    </w:p>
    <w:p>
      <w:r>
        <w:rPr>
          <w:rFonts w:ascii="Courier New" w:hAnsi="Courier New"/>
          <w:color w:val="555555"/>
          <w:sz w:val="20"/>
        </w:rPr>
        <w:t>[19 . 5 d]</w:t>
      </w:r>
    </w:p>
    <w:p>
      <w:r>
        <w:rPr>
          <w:rFonts w:ascii="Gentium Plus" w:hAnsi="Gentium Plus"/>
          <w:sz w:val="24"/>
        </w:rPr>
        <w:t>δούσια ἢ τὰ Μηδικά. Τοιγαροῦν ὁ Ξέρξης μὲν ἐπέβη Λεωνίδου κειμένου, καὶ παρῆλθεν ἔσω Πυλῶν· Ἀγη‐ σιλάῳ δὲ μέχρι τῶν ὀφθαλμῶν προσελθὼν ὁ ἔρως, ἐνταῦθα ἔστη ἐπὶ θύραις τῆς ψυχῆς· μεῖζον τὸ ἔργον·</w:t>
      </w:r>
    </w:p>
    <w:p>
      <w:r>
        <w:rPr>
          <w:rFonts w:ascii="Courier New" w:hAnsi="Courier New"/>
          <w:color w:val="555555"/>
          <w:sz w:val="20"/>
        </w:rPr>
        <w:t>[19 . 5 e]</w:t>
      </w:r>
    </w:p>
    <w:p>
      <w:r>
        <w:rPr>
          <w:rFonts w:ascii="Gentium Plus" w:hAnsi="Gentium Plus"/>
          <w:sz w:val="24"/>
        </w:rPr>
        <w:t>δίδωμι τὰ ἀριστεῖα. Ταῦτα δρῶντα ἐπαινῶ τὸν Ἀγη‐ σίλαον μᾶλλον, ἢ Τισσαφέρνην διώκοντα, ἢ Θηβαίων κρατοῦντα, ἢ τὰς μάστιγας καρτεροῦντα· ἐκεῖνα μὲν γὰρ ἦν τῆς τῶν σωμάτων τροφῆς καὶ παιδαγωγίας·</w:t>
      </w:r>
    </w:p>
    <w:p>
      <w:r>
        <w:rPr>
          <w:rFonts w:ascii="Courier New" w:hAnsi="Courier New"/>
          <w:color w:val="555555"/>
          <w:sz w:val="20"/>
        </w:rPr>
        <w:t>[5]</w:t>
      </w:r>
    </w:p>
    <w:p>
      <w:r>
        <w:rPr>
          <w:rFonts w:ascii="Gentium Plus" w:hAnsi="Gentium Plus"/>
          <w:sz w:val="24"/>
        </w:rPr>
        <w:t>ταῦτα δὲ ἔργα ψυχῆς τῷ ὄντι ἠσκημένης καὶ μεμαστι‐</w:t>
      </w:r>
    </w:p>
    <w:p>
      <w:pPr>
        <w:jc w:val="center"/>
      </w:pPr>
      <w:r>
        <w:rPr>
          <w:rFonts w:ascii="Gentium Plus" w:hAnsi="Gentium Plus"/>
          <w:b/>
          <w:sz w:val="24"/>
        </w:rPr>
        <w:t>Ἔτι περὶ τῆς Σωκράτους ἐρωτικῆς γʹ</w:t>
      </w:r>
    </w:p>
    <w:p>
      <w:r>
        <w:rPr>
          <w:rFonts w:ascii="Courier New" w:hAnsi="Courier New"/>
          <w:color w:val="555555"/>
          <w:sz w:val="20"/>
        </w:rPr>
        <w:t>[1]</w:t>
      </w:r>
    </w:p>
    <w:p>
      <w:r>
        <w:rPr>
          <w:rFonts w:ascii="Gentium Plus" w:hAnsi="Gentium Plus"/>
          <w:sz w:val="24"/>
        </w:rPr>
        <w:t>Σμερδίης, Θρᾷξ ὑπὸ Ἑλλήνων, κάλλους μειράκιον βασιλικόν, ὀφθῆναι γαῦρον, ἐκομίσθη δῶρον τυράννῳ</w:t>
      </w:r>
    </w:p>
    <w:p>
      <w:r>
        <w:rPr>
          <w:rFonts w:ascii="Courier New" w:hAnsi="Courier New"/>
          <w:color w:val="555555"/>
          <w:sz w:val="20"/>
        </w:rPr>
        <w:t>[20 . 1 b]</w:t>
      </w:r>
    </w:p>
    <w:p>
      <w:r>
        <w:rPr>
          <w:rFonts w:ascii="Gentium Plus" w:hAnsi="Gentium Plus"/>
          <w:sz w:val="24"/>
        </w:rPr>
        <w:t>Ἴωνι, Πολυκράτει τῷ Σαμίῳ. Ὁ δὲ ἥσθη τῷ δώρῳ, καὶ ἐρᾷ Πολυκράτης Σμερδίου, καὶ αὐτῷ συνερᾷ ὁ</w:t>
      </w:r>
    </w:p>
    <w:p>
      <w:r>
        <w:rPr>
          <w:rFonts w:ascii="Courier New" w:hAnsi="Courier New"/>
          <w:color w:val="555555"/>
          <w:sz w:val="20"/>
        </w:rPr>
        <w:t>[20 . 1 c]</w:t>
      </w:r>
    </w:p>
    <w:p>
      <w:r>
        <w:rPr>
          <w:rFonts w:ascii="Gentium Plus" w:hAnsi="Gentium Plus"/>
          <w:sz w:val="24"/>
        </w:rPr>
        <w:t>Τήϊος ποιητὴς Ἀνακρέων. Καὶ Σμερδίης παρὰ μὲν Πολυκράτους ἔλαβεν χρυσὸν καὶ ἄργυρον καὶ ὅσα εἰκὸς ἦν μειράκιον καλὸν παρὰ τυράννου ἐρῶντος· παρὰ δὲ Ἀνακρέοντος ᾠδὰς καὶ ἐπαίνους καὶ ὅσα εἰκὸς</w:t>
      </w:r>
    </w:p>
    <w:p>
      <w:r>
        <w:rPr>
          <w:rFonts w:ascii="Courier New" w:hAnsi="Courier New"/>
          <w:color w:val="555555"/>
          <w:sz w:val="20"/>
        </w:rPr>
        <w:t>[20 . 1 d]</w:t>
      </w:r>
    </w:p>
    <w:p>
      <w:r>
        <w:rPr>
          <w:rFonts w:ascii="Gentium Plus" w:hAnsi="Gentium Plus"/>
          <w:sz w:val="24"/>
        </w:rPr>
        <w:t>ἦν παρὰ ποιητοῦ ἐραστοῦ. Εἰ δή τις παραβάλλοι ἔρωτα ἔρωτι, τυραννικὸν ποιητικῷ, ποτέρῳ ἂν αὐτοῖν φανείη ἐνθεώτερος, καὶ οὐράνιος, καὶ ἄξιος Ἀφροδίτης ἐπονο‐</w:t>
      </w:r>
    </w:p>
    <w:p>
      <w:r>
        <w:rPr>
          <w:rFonts w:ascii="Courier New" w:hAnsi="Courier New"/>
          <w:color w:val="555555"/>
          <w:sz w:val="20"/>
        </w:rPr>
        <w:t>[20 . 1 e]</w:t>
      </w:r>
    </w:p>
    <w:p>
      <w:r>
        <w:rPr>
          <w:rFonts w:ascii="Gentium Plus" w:hAnsi="Gentium Plus"/>
          <w:sz w:val="24"/>
        </w:rPr>
        <w:t>μάζεσθαι, καὶ ἔργον εἶναι ὅσου; Ἐγὼ μὲν οἶμαι κρα‐ τεῖν ἂν τὸν Μούσαις καὶ Χάρισιν ἀνακεκραμένον μᾶλ‐ λον, ἢ τὸν ἀνάγκῃ καὶ δέει· ὁ μὲν γὰρ αἰχμαλώτῳ ἔοικεν, ἢ μισθοφόρῳ οὐ πάνυ τι εὐτυχεῖ, ὁ δὲ ἐλευ‐</w:t>
      </w:r>
    </w:p>
    <w:p>
      <w:r>
        <w:rPr>
          <w:rFonts w:ascii="Courier New" w:hAnsi="Courier New"/>
          <w:color w:val="555555"/>
          <w:sz w:val="20"/>
        </w:rPr>
        <w:t>[5]</w:t>
      </w:r>
    </w:p>
    <w:p>
      <w:r>
        <w:rPr>
          <w:rFonts w:ascii="Gentium Plus" w:hAnsi="Gentium Plus"/>
          <w:sz w:val="24"/>
        </w:rPr>
        <w:t>θέρῳ καὶ Ἕλληνι. Διόπερ μοι δοκεῖ οὐδὲ ἐν τοῖς βαρβάροις πάνυ τι ἐπιχωριάσαι τὰ τοῦ ἔρωτος. Ὅπου γὰρ τὸ μὲν πλῆθος δουλεύει, τὸ δὲ ἄρχον δεσπόζει, τὸ διὰ μέσου ἐνθένδε ἐξῄρηται, τὸ ἰσήγορόν τε καὶ ἰσότιμον καὶ ξύννομον.</w:t>
      </w:r>
    </w:p>
    <w:p>
      <w:r>
        <w:rPr>
          <w:rFonts w:ascii="Courier New" w:hAnsi="Courier New"/>
          <w:color w:val="555555"/>
          <w:sz w:val="20"/>
        </w:rPr>
        <w:t>[20 2* a]</w:t>
      </w:r>
    </w:p>
    <w:p>
      <w:r>
        <w:rPr>
          <w:rFonts w:ascii="Gentium Plus" w:hAnsi="Gentium Plus"/>
          <w:sz w:val="24"/>
        </w:rPr>
        <w:t>Ὁ δὲ ἔρως οὐδενὶ οὕτως πολεμεῖ ὡς ἀνάγκῃ καὶ δέει· καὶ ἐστὶν χρῆμα γαῦρον, καὶ δεινῶς ἐλεύθερον, καὶ</w:t>
      </w:r>
    </w:p>
    <w:p>
      <w:r>
        <w:rPr>
          <w:rFonts w:ascii="Courier New" w:hAnsi="Courier New"/>
          <w:color w:val="555555"/>
          <w:sz w:val="20"/>
        </w:rPr>
        <w:t>[20 2* b]</w:t>
      </w:r>
    </w:p>
    <w:p>
      <w:r>
        <w:rPr>
          <w:rFonts w:ascii="Gentium Plus" w:hAnsi="Gentium Plus"/>
          <w:sz w:val="24"/>
        </w:rPr>
        <w:t>τῆς Σπάρτης αὐτῆς ἐλευθερώτερον. Μόνον γάρ τοι τῶν ἐν ἀνθρώποις ἔρως, ἐπειδάν τῳ καθαρῶς ξυγ‐ γένηται, οὐ πλοῦτον τέθηπεν, οὐ τύραννον δέδιεν, οὐ βασίλεια ἐκπλήττεται, οὐ δικαστήριον φυλάττεται, οὐ</w:t>
      </w:r>
    </w:p>
    <w:p>
      <w:r>
        <w:rPr>
          <w:rFonts w:ascii="Courier New" w:hAnsi="Courier New"/>
          <w:color w:val="555555"/>
          <w:sz w:val="20"/>
        </w:rPr>
        <w:t>[5]</w:t>
      </w:r>
    </w:p>
    <w:p>
      <w:r>
        <w:rPr>
          <w:rFonts w:ascii="Gentium Plus" w:hAnsi="Gentium Plus"/>
          <w:sz w:val="24"/>
        </w:rPr>
        <w:t>φεύγει θάνατον· οὐ θηρίον αὐτῷ δεινόν, οὐ πῦρ, οὐ κρημνός, οὐ θάλαττα, οὐ ξίφος, οὐ βρόχος, ἀλλὰ καὶ τὰ ἄπορα αὐτῷ εὐπορώτατα, καὶ τὰ δεινὰ εὐμαχώτατα, καὶ τὰ φοβερὰ εὐπετέστατα, καὶ τὰ χαλεπὰ εὐκολώτατα.</w:t>
      </w:r>
    </w:p>
    <w:p>
      <w:r>
        <w:rPr>
          <w:rFonts w:ascii="Courier New" w:hAnsi="Courier New"/>
          <w:color w:val="555555"/>
          <w:sz w:val="20"/>
        </w:rPr>
        <w:t>[20 2* c]</w:t>
      </w:r>
    </w:p>
    <w:p>
      <w:r>
        <w:rPr>
          <w:rFonts w:ascii="Gentium Plus" w:hAnsi="Gentium Plus"/>
          <w:sz w:val="24"/>
        </w:rPr>
        <w:t>Ποταμοὶ πάντες περάσιμοι, χειμῶνες πλοϊμώτατοι, ὄρη</w:t>
      </w:r>
    </w:p>
    <w:p>
      <w:r>
        <w:rPr>
          <w:rFonts w:ascii="Courier New" w:hAnsi="Courier New"/>
          <w:color w:val="555555"/>
          <w:sz w:val="20"/>
        </w:rPr>
        <w:t>[20 2* d]</w:t>
      </w:r>
    </w:p>
    <w:p>
      <w:r>
        <w:rPr>
          <w:rFonts w:ascii="Gentium Plus" w:hAnsi="Gentium Plus"/>
          <w:sz w:val="24"/>
        </w:rPr>
        <w:t>των κρατεῖ. Πολλοῦ γε ἄξιον τὸ ἐρᾶν, τοιοῦτον ὄν.</w:t>
      </w:r>
    </w:p>
    <w:p>
      <w:r>
        <w:rPr>
          <w:rFonts w:ascii="Courier New" w:hAnsi="Courier New"/>
          <w:color w:val="555555"/>
          <w:sz w:val="20"/>
        </w:rPr>
        <w:t>[20 2* e]</w:t>
      </w:r>
    </w:p>
    <w:p>
      <w:r>
        <w:rPr>
          <w:rFonts w:ascii="Gentium Plus" w:hAnsi="Gentium Plus"/>
          <w:sz w:val="24"/>
        </w:rPr>
        <w:t>Ἐγὼ μὲν οἶμαι καὶ εὔξασθαί τινα νοῦν ἔχοντα, μη‐ δαμοῦ ἀπαλλαγῆναι αὐτοῦ, εἰ μέλλοι ὁμοῦ ἐρῶν ἐλεύ‐ θερός τ’ εἶναι καὶ ἀδεὴς καὶ ἄπταιστος.</w:t>
      </w:r>
    </w:p>
    <w:p>
      <w:r>
        <w:rPr>
          <w:rFonts w:ascii="Courier New" w:hAnsi="Courier New"/>
          <w:color w:val="555555"/>
          <w:sz w:val="20"/>
        </w:rPr>
        <w:t>[20 . 3 a]</w:t>
      </w:r>
    </w:p>
    <w:p>
      <w:r>
        <w:rPr>
          <w:rFonts w:ascii="Gentium Plus" w:hAnsi="Gentium Plus"/>
          <w:sz w:val="24"/>
        </w:rPr>
        <w:t>Δέδια δὲ μὴ οὐ τοιοῦτον ᾖ πᾶσιν ἑξῆς, ἀλλά τις ὁμοιότης ἐπιτηδεύματος αἰσχροῦ ὑποδῦσα ἔργον καλόν, τῇ πρὸς αὐτὸ εἰκασίᾳ καλλωπιζομένη τυγχάνει μὲν τῆς</w:t>
      </w:r>
    </w:p>
    <w:p>
      <w:r>
        <w:rPr>
          <w:rFonts w:ascii="Courier New" w:hAnsi="Courier New"/>
          <w:color w:val="555555"/>
          <w:sz w:val="20"/>
        </w:rPr>
        <w:t>[20 . 3 b]</w:t>
      </w:r>
    </w:p>
    <w:p>
      <w:r>
        <w:rPr>
          <w:rFonts w:ascii="Gentium Plus" w:hAnsi="Gentium Plus"/>
          <w:sz w:val="24"/>
        </w:rPr>
        <w:t>φαντασίας ὁμοίας, τοῦ δὲ τέλους ἀστοχεῖ. Μιμεῖταί που καὶ φαρμακοπώλης ἰατρόν, καὶ συκοφάντης ῥήτορα, καὶ σοφιστὴς φιλόσοφον. Καὶ πανταχοῦ εὕροις ἂν ξυμφυὲς ἀγαθῷ κακόν, πολλῷ τῷ ὁμοίῳ ἀνακεκρα‐</w:t>
      </w:r>
    </w:p>
    <w:p>
      <w:r>
        <w:rPr>
          <w:rFonts w:ascii="Courier New" w:hAnsi="Courier New"/>
          <w:color w:val="555555"/>
          <w:sz w:val="20"/>
        </w:rPr>
        <w:t>[5]</w:t>
      </w:r>
    </w:p>
    <w:p>
      <w:r>
        <w:rPr>
          <w:rFonts w:ascii="Gentium Plus" w:hAnsi="Gentium Plus"/>
          <w:sz w:val="24"/>
        </w:rPr>
        <w:t>μένον, ἢ προαιρέσει χωριζόμενον, ὡς ὁ ῥήτωρ τοῦ συκοφάντου· ἢ τέλει, ὡς ὁ ἰατρὸς τοῦ φαρμακέως· ἢ ἀρετῇ, ὡς ὁ φιλόσοφος τοῦ σοφιστοῦ· προαίρεσις δὲ</w:t>
      </w:r>
    </w:p>
    <w:p>
      <w:r>
        <w:rPr>
          <w:rFonts w:ascii="Courier New" w:hAnsi="Courier New"/>
          <w:color w:val="555555"/>
          <w:sz w:val="20"/>
        </w:rPr>
        <w:t>[20 . 3 c]</w:t>
      </w:r>
    </w:p>
    <w:p>
      <w:r>
        <w:rPr>
          <w:rFonts w:ascii="Gentium Plus" w:hAnsi="Gentium Plus"/>
          <w:sz w:val="24"/>
        </w:rPr>
        <w:t>καὶ ἀρετὴ καὶ τέλος ὀλίγοις γνώριμα. Ὅταν οὖν ἐν ἐπιτηδεύμασιν διπλοῖς καὶ ἀμφιβόλοις, τὰ μὲν ὅμοια ἂν ἀπῇ, ἀνάγκη κατὰ τὸ ἀγνοούμενον οὐ δυναμένοις χωρίζειν τὰς τέχνας κατὰ τὸ εἰκαζόμενον αὐτὰς συν‐</w:t>
      </w:r>
    </w:p>
    <w:p>
      <w:r>
        <w:rPr>
          <w:rFonts w:ascii="Courier New" w:hAnsi="Courier New"/>
          <w:color w:val="555555"/>
          <w:sz w:val="20"/>
        </w:rPr>
        <w:t>[5]</w:t>
      </w:r>
    </w:p>
    <w:p>
      <w:r>
        <w:rPr>
          <w:rFonts w:ascii="Gentium Plus" w:hAnsi="Gentium Plus"/>
          <w:sz w:val="24"/>
        </w:rPr>
        <w:t>άπτειν· μήποτ’ οὖν καὶ περὶ ἔρωτος ταύτῃ κριτέον, καὶ</w:t>
      </w:r>
    </w:p>
    <w:p>
      <w:r>
        <w:rPr>
          <w:rFonts w:ascii="Courier New" w:hAnsi="Courier New"/>
          <w:color w:val="555555"/>
          <w:sz w:val="20"/>
        </w:rPr>
        <w:t>[20 4* a]</w:t>
      </w:r>
    </w:p>
    <w:p>
      <w:r>
        <w:rPr>
          <w:rFonts w:ascii="Gentium Plus" w:hAnsi="Gentium Plus"/>
          <w:sz w:val="24"/>
        </w:rPr>
        <w:t>Καὶ μὴν τῆς ψυχῆς δίχα νενεμημένης, ὡς ὁ Πλάτωνος φησὶν λόγος, ἧς τῷ μὲν τῶν μερῶν ὄνομα λόγος, τῷ δὲ πάθος, ἀνάγκη τὸν ἔρωτα, εἰ μὲν κακία εἴη, πάθος τι εἶναι ἔρημον λόγου· εἰ δέ τι τῶν καλῶν, δυοῖν</w:t>
      </w:r>
    </w:p>
    <w:p>
      <w:r>
        <w:rPr>
          <w:rFonts w:ascii="Courier New" w:hAnsi="Courier New"/>
          <w:color w:val="555555"/>
          <w:sz w:val="20"/>
        </w:rPr>
        <w:t>[5]</w:t>
      </w:r>
    </w:p>
    <w:p>
      <w:r>
        <w:rPr>
          <w:rFonts w:ascii="Gentium Plus" w:hAnsi="Gentium Plus"/>
          <w:sz w:val="24"/>
        </w:rPr>
        <w:t>θἄτερον, ἢ κατὰ τὸν λόγον τετάχθαι πάθους ἀπηλλαγ‐</w:t>
      </w:r>
    </w:p>
    <w:p>
      <w:r>
        <w:rPr>
          <w:rFonts w:ascii="Courier New" w:hAnsi="Courier New"/>
          <w:color w:val="555555"/>
          <w:sz w:val="20"/>
        </w:rPr>
        <w:t>[20 4* b]</w:t>
      </w:r>
    </w:p>
    <w:p>
      <w:r>
        <w:rPr>
          <w:rFonts w:ascii="Gentium Plus" w:hAnsi="Gentium Plus"/>
          <w:sz w:val="24"/>
        </w:rPr>
        <w:t>μένον, ἢ κατὰ τὸ πάθος λόγῳ συμπεπλεγμένον. Καὶ εἰ μὲν ὁ ἔρως φιλίας ἐστὶν ὁρμή, καὶ ὄρεξις τοῦ ὁμοίου πρὸς τὸ ὅμοιον ἄττοντος φύσει, καὶ ἀνακραθῆναι αὐτῷ ὀρεγομένου (πάθος ἂν εἴη τοῦτο, οὐ λόγος), δεῖ προσ‐</w:t>
      </w:r>
    </w:p>
    <w:p>
      <w:r>
        <w:rPr>
          <w:rFonts w:ascii="Courier New" w:hAnsi="Courier New"/>
          <w:color w:val="555555"/>
          <w:sz w:val="20"/>
        </w:rPr>
        <w:t>[5]</w:t>
      </w:r>
    </w:p>
    <w:p>
      <w:r>
        <w:rPr>
          <w:rFonts w:ascii="Gentium Plus" w:hAnsi="Gentium Plus"/>
          <w:sz w:val="24"/>
        </w:rPr>
        <w:t>τεθῆναι τῷ πάθει τούτῳ ἐπιστάτην λόγον, ἵνα ἀρετὴ</w:t>
      </w:r>
    </w:p>
    <w:p>
      <w:r>
        <w:rPr>
          <w:rFonts w:ascii="Courier New" w:hAnsi="Courier New"/>
          <w:color w:val="555555"/>
          <w:sz w:val="20"/>
        </w:rPr>
        <w:t>[20 4* c]</w:t>
      </w:r>
    </w:p>
    <w:p>
      <w:r>
        <w:rPr>
          <w:rFonts w:ascii="Gentium Plus" w:hAnsi="Gentium Plus"/>
          <w:sz w:val="24"/>
        </w:rPr>
        <w:t>γένηται, καὶ μὴ νόσος. Καθάπερ γὰρ ἐπὶ τῆς τῶν σωμάτων κράσεως καὶ ἡ ὑγεία πάθος τί ἐστιν ὑγρῶν καὶ ξηρῶν καὶ ψυχρῶν καὶ θερμῶν δυνάμεων, ἢ ὑπὸ</w:t>
      </w:r>
    </w:p>
    <w:p>
      <w:r>
        <w:rPr>
          <w:rFonts w:ascii="Courier New" w:hAnsi="Courier New"/>
          <w:color w:val="555555"/>
          <w:sz w:val="20"/>
        </w:rPr>
        <w:t>[5]</w:t>
      </w:r>
    </w:p>
    <w:p>
      <w:r>
        <w:rPr>
          <w:rFonts w:ascii="Gentium Plus" w:hAnsi="Gentium Plus"/>
          <w:sz w:val="24"/>
        </w:rPr>
        <w:t>σῶν τεχνικῶς· ἂν δὲ ἀφέλῃς τῆς φύσεως ἢ τῆς τέχνης, τὸ μὲν πάθος συνετάραξας, τὴν δὲ ὑγείαν ἐξήλασας·</w:t>
      </w:r>
    </w:p>
    <w:p>
      <w:r>
        <w:rPr>
          <w:rFonts w:ascii="Courier New" w:hAnsi="Courier New"/>
          <w:color w:val="555555"/>
          <w:sz w:val="20"/>
        </w:rPr>
        <w:t>[20 4* d]</w:t>
      </w:r>
    </w:p>
    <w:p>
      <w:r>
        <w:rPr>
          <w:rFonts w:ascii="Gentium Plus" w:hAnsi="Gentium Plus"/>
          <w:sz w:val="24"/>
        </w:rPr>
        <w:t>οὕτως ἀμέλει καὶ ἐπὶ τοῦ ἔρωτος τὸ πάθος μὲν ὁμοίως ἐστίν, κἂν ἔχῃ λόγον· ἐὰν δὲ ἀφέλῃς τὸν λόγον, ἐπ‐ ετάραξας αὐτοῦ τὴν συμμετρίαν, καὶ νόσον ἐποίησας τὸ πᾶν.</w:t>
      </w:r>
    </w:p>
    <w:p>
      <w:r>
        <w:rPr>
          <w:rFonts w:ascii="Courier New" w:hAnsi="Courier New"/>
          <w:color w:val="555555"/>
          <w:sz w:val="20"/>
        </w:rPr>
        <w:t>[20 . 5 a]</w:t>
      </w:r>
    </w:p>
    <w:p>
      <w:r>
        <w:rPr>
          <w:rFonts w:ascii="Gentium Plus" w:hAnsi="Gentium Plus"/>
          <w:sz w:val="24"/>
        </w:rPr>
        <w:t>Ἔστω δὴ ὁ ἔρως ὄρεξίς τις ψυχῆς, ἀλλὰ τῇ ὀρέξει ταύτῃ χαλινοῦ δεῖ, καθάπερ ἵππου θυμῷ· ἐὰν δὲ ἐπιτρέψῃς τῇ ψυχῇ φέρεσθαι, αὐτὸ ἐκεῖνο, κατὰ τὴν Ὁμηρικὴν εἰκόνα, ἵππον ἀνῆκας ἀδηφάγον διὰ</w:t>
      </w:r>
    </w:p>
    <w:p>
      <w:r>
        <w:rPr>
          <w:rFonts w:ascii="Courier New" w:hAnsi="Courier New"/>
          <w:color w:val="555555"/>
          <w:sz w:val="20"/>
        </w:rPr>
        <w:t>[5]</w:t>
      </w:r>
    </w:p>
    <w:p>
      <w:r>
        <w:rPr>
          <w:rFonts w:ascii="Gentium Plus" w:hAnsi="Gentium Plus"/>
          <w:sz w:val="24"/>
        </w:rPr>
        <w:t>πεδίου κροαίνειν καὶ ὑβρίζειν, οὐκ ἐπὶ λουτρὰ νόμιμα, οὐδὲ ἐπὶ δρόμους τεχνικοὺς θέοντα, ἀχάλινον, ἀδέ‐ σποτον. Ἀλλὰ αἰσχρὸν μὲν θέαμα ἵππος ἄφετος,</w:t>
      </w:r>
    </w:p>
    <w:p>
      <w:r>
        <w:rPr>
          <w:rFonts w:ascii="Courier New" w:hAnsi="Courier New"/>
          <w:color w:val="555555"/>
          <w:sz w:val="20"/>
        </w:rPr>
        <w:t>[20 . 5 b]</w:t>
      </w:r>
    </w:p>
    <w:p>
      <w:r>
        <w:rPr>
          <w:rFonts w:ascii="Gentium Plus" w:hAnsi="Gentium Plus"/>
          <w:sz w:val="24"/>
        </w:rPr>
        <w:t>αἰσχρὸν δὲ ἄκουσμα ὑβριστὴς ἔρως. Οὗτός ἐστιν ὁ ἔρως ὁ τοὺς κρημνοὺς πηδῶν, οὗτος ὁ ποταμοὺς πε‐ ρῶν, ὁ ξίφος λαμβάνων, ὁ ἅπτων βρόχον, ὁ μητρυιᾷ ἐπιτιθέμενος, ὁ προγόνοις ἐπιβουλεύων, ὁ παράνομος,</w:t>
      </w:r>
    </w:p>
    <w:p>
      <w:r>
        <w:rPr>
          <w:rFonts w:ascii="Courier New" w:hAnsi="Courier New"/>
          <w:color w:val="555555"/>
          <w:sz w:val="20"/>
        </w:rPr>
        <w:t>[20 . 5 c]</w:t>
      </w:r>
    </w:p>
    <w:p>
      <w:r>
        <w:rPr>
          <w:rFonts w:ascii="Gentium Plus" w:hAnsi="Gentium Plus"/>
          <w:sz w:val="24"/>
        </w:rPr>
        <w:t>ὁ ἔμπληκτος, ὁ χλωρός· οὗτος ὁ ἐν σκηναῖς τραγῳ‐ δούμενος, ὁ ἐν μύθοις μισούμενος, μεστὸς ἐρινυῶν, μεστὸς δακρύων, οἴμοι βοῶν καὶ στένων, ὀλίγα μὲν</w:t>
      </w:r>
    </w:p>
    <w:p>
      <w:r>
        <w:rPr>
          <w:rFonts w:ascii="Courier New" w:hAnsi="Courier New"/>
          <w:color w:val="555555"/>
          <w:sz w:val="20"/>
        </w:rPr>
        <w:t>[20 . 5 d]</w:t>
      </w:r>
    </w:p>
    <w:p>
      <w:r>
        <w:rPr>
          <w:rFonts w:ascii="Gentium Plus" w:hAnsi="Gentium Plus"/>
          <w:sz w:val="24"/>
        </w:rPr>
        <w:t>μενος παντοδαπὰς τροπὰς καὶ αἰφνιδίους· ἐπὶ σαρκῶν ἡδονὰς συντεταγμένος, καὶ φλεγμαίνων σῶμα σώματι ἀναμιγνύει, καὶ προσφυόμενος οὔτέ τινα εὐσχήμονα οὔτε νόμιμον οὔτε ἐρωτικὴν τῷ ὄντι ξυνυφήν. Ἐπι‐</w:t>
      </w:r>
    </w:p>
    <w:p>
      <w:r>
        <w:rPr>
          <w:rFonts w:ascii="Courier New" w:hAnsi="Courier New"/>
          <w:color w:val="555555"/>
          <w:sz w:val="20"/>
        </w:rPr>
        <w:t>[5]</w:t>
      </w:r>
    </w:p>
    <w:p>
      <w:r>
        <w:rPr>
          <w:rFonts w:ascii="Gentium Plus" w:hAnsi="Gentium Plus"/>
          <w:sz w:val="24"/>
        </w:rPr>
        <w:t>σπᾶται δὲ αὐτὸν κάλλους φήμη οἰστρούμενον, ὑπὸ δὲ τῆς ἀγνοίας πλανώμενον.</w:t>
      </w:r>
    </w:p>
    <w:p>
      <w:r>
        <w:rPr>
          <w:rFonts w:ascii="Courier New" w:hAnsi="Courier New"/>
          <w:color w:val="555555"/>
          <w:sz w:val="20"/>
        </w:rPr>
        <w:t>[20 . 6 a]</w:t>
      </w:r>
    </w:p>
    <w:p>
      <w:r>
        <w:rPr>
          <w:rFonts w:ascii="Gentium Plus" w:hAnsi="Gentium Plus"/>
          <w:sz w:val="24"/>
        </w:rPr>
        <w:t>Ὁ δὲ τούτῳ ἐναντίος, μόνῳ τῷ τίκτοντι εἰς γένεσιν τοῦ ὁμοίου ἀπὸ ὀρέξεως ἐμφύτου μετὰ δικαιοσύνης ξυνών, καὶ διορίζων τὸ θῆλυ· οὗτος θεῶν Γαμηλίων τε καὶ Ὁμογνίων καὶ Γενεθλίων θεσμός, ἐπὶ πάσῃ</w:t>
      </w:r>
    </w:p>
    <w:p>
      <w:r>
        <w:rPr>
          <w:rFonts w:ascii="Courier New" w:hAnsi="Courier New"/>
          <w:color w:val="555555"/>
          <w:sz w:val="20"/>
        </w:rPr>
        <w:t>[5]</w:t>
      </w:r>
    </w:p>
    <w:p>
      <w:r>
        <w:rPr>
          <w:rFonts w:ascii="Gentium Plus" w:hAnsi="Gentium Plus"/>
          <w:sz w:val="24"/>
        </w:rPr>
        <w:t>ζῴων φύσει τεταγμένος· τῶν μὲν αὐτομάτων εἰς τὴν κοινωνίαν ὑπὸ οἰκείου ἔρωτος ἐν ὥρᾳ τοῦ γεννᾶν ἰόντων· τῶν δὲ καὶ διὰ τέχνης ἐπιστάτου ποιμενικῆς τε καὶ αἰπολικῆς καὶ βουφορβοῦ καὶ ἱπποκόμου, ζευγ‐ νύντων ἑκάστων κατὰ φύσιν τὰ αὑτῶν θρέμματα, καὶ</w:t>
      </w:r>
    </w:p>
    <w:p>
      <w:r>
        <w:rPr>
          <w:rFonts w:ascii="Courier New" w:hAnsi="Courier New"/>
          <w:color w:val="555555"/>
          <w:sz w:val="20"/>
        </w:rPr>
        <w:t>[10]</w:t>
      </w:r>
    </w:p>
    <w:p>
      <w:r>
        <w:rPr>
          <w:rFonts w:ascii="Gentium Plus" w:hAnsi="Gentium Plus"/>
          <w:sz w:val="24"/>
        </w:rPr>
        <w:t>διακρινόντων αὖθις δέει ὕβρεως· χωρὶς μὲν πρόγονοι, χωρὶς δὲ μετάσσαι, χωρὶς δ’ αὖθ’ ἕρσαι·</w:t>
      </w:r>
    </w:p>
    <w:p>
      <w:r>
        <w:rPr>
          <w:rFonts w:ascii="Courier New" w:hAnsi="Courier New"/>
          <w:color w:val="555555"/>
          <w:sz w:val="20"/>
        </w:rPr>
        <w:t>[20 . 6 b]</w:t>
      </w:r>
    </w:p>
    <w:p>
      <w:r>
        <w:rPr>
          <w:rFonts w:ascii="Gentium Plus" w:hAnsi="Gentium Plus"/>
          <w:sz w:val="24"/>
        </w:rPr>
        <w:t>ἡ δὲ τῶν ἀνθρώπων ἀγελαιοτρόφος ἐπιστάτις, βασιλικὴ καὶ ποιμενικὴ τέχνη, οὐδεμίαν ἐξεύροι ἂν ἄλλην ὕβρεως ἀγωγὸν μηχανήν, πρὶν ἄν τις ἑκὼν εἴξας τῷ λόγῳ</w:t>
      </w:r>
    </w:p>
    <w:p>
      <w:r>
        <w:rPr>
          <w:rFonts w:ascii="Courier New" w:hAnsi="Courier New"/>
          <w:color w:val="555555"/>
          <w:sz w:val="20"/>
        </w:rPr>
        <w:t>[20 . 6 c]</w:t>
      </w:r>
    </w:p>
    <w:p>
      <w:r>
        <w:rPr>
          <w:rFonts w:ascii="Gentium Plus" w:hAnsi="Gentium Plus"/>
          <w:sz w:val="24"/>
        </w:rPr>
        <w:t>σύνῃ. Ὥσπερ γὰρ ἄλλο ἄλλῳ ζῴῳ ἀλέξημα ἥκει παρὰ τῆς φύσεως εἰς τὸν αὑτοῦ βίον, ὑφ’ οὗ σώζεται, λέ‐ ουσιν ἀλκή, ἐλάφοις δρόμοι, θῆραι κυσίν, καὶ τῷ μὲν διερῷ γένει αἱ νήξεις, τῷ δὲ μεταρσίῳ αἱ πτήσεις, τῷ</w:t>
      </w:r>
    </w:p>
    <w:p>
      <w:r>
        <w:rPr>
          <w:rFonts w:ascii="Courier New" w:hAnsi="Courier New"/>
          <w:color w:val="555555"/>
          <w:sz w:val="20"/>
        </w:rPr>
        <w:t>[5]</w:t>
      </w:r>
    </w:p>
    <w:p>
      <w:r>
        <w:rPr>
          <w:rFonts w:ascii="Gentium Plus" w:hAnsi="Gentium Plus"/>
          <w:sz w:val="24"/>
        </w:rPr>
        <w:t>δὲ εἰλυσπωμένῳ οἱ φωλεοί, ὡς δὲ καὶ τοῖς ἀνθρώ‐</w:t>
      </w:r>
    </w:p>
    <w:p>
      <w:r>
        <w:rPr>
          <w:rFonts w:ascii="Courier New" w:hAnsi="Courier New"/>
          <w:color w:val="555555"/>
          <w:sz w:val="20"/>
        </w:rPr>
        <w:t>[20 . 6 d]</w:t>
      </w:r>
    </w:p>
    <w:p>
      <w:r>
        <w:rPr>
          <w:rFonts w:ascii="Gentium Plus" w:hAnsi="Gentium Plus"/>
          <w:sz w:val="24"/>
        </w:rPr>
        <w:t>ποις, τὰ ἄλλα ἐλαττουμένοις τῶν ἁπάντων (καὶ γὰρ ἀλκὴν ἀσθενέστατοι, καὶ θεῖν βράδιστοι, καὶ ἀνίπτα‐ σθαι ἀδύνατοι, καὶ νήχειν ἀσθενεῖς, καὶ φωλεύειν</w:t>
      </w:r>
    </w:p>
    <w:p>
      <w:r>
        <w:rPr>
          <w:rFonts w:ascii="Courier New" w:hAnsi="Courier New"/>
          <w:color w:val="555555"/>
          <w:sz w:val="20"/>
        </w:rPr>
        <w:t>[20 . 6 e]</w:t>
      </w:r>
    </w:p>
    <w:p>
      <w:r>
        <w:rPr>
          <w:rFonts w:ascii="Gentium Plus" w:hAnsi="Gentium Plus"/>
          <w:sz w:val="24"/>
        </w:rPr>
        <w:t>ἀμήχανοι), λόγον δὲ αὐτοῖς θεὸς ἔδωκεν πρὸς τὰς ἁπάντων εὐπορίας ἀντίρροπον, ὑποβάλλων αὐτῷ τὴν ἐρωτικὴν ὄρεξιν, ὡς χαλινῷ ἵππον, ὡς τοξότῃ τόξον,</w:t>
      </w:r>
    </w:p>
    <w:p>
      <w:r>
        <w:rPr>
          <w:rFonts w:ascii="Courier New" w:hAnsi="Courier New"/>
          <w:color w:val="555555"/>
          <w:sz w:val="20"/>
        </w:rPr>
        <w:t>[20 . 6 f]</w:t>
      </w:r>
    </w:p>
    <w:p>
      <w:r>
        <w:rPr>
          <w:rFonts w:ascii="Gentium Plus" w:hAnsi="Gentium Plus"/>
          <w:sz w:val="24"/>
        </w:rPr>
        <w:t>ὡς οἴακι ναῦν, καὶ τεχνίτῃ ὄργανον. Ὅ τε οὖν λόγος αὐτὸς αὑτοῦ ἀμβλύτατος, ἀνέραστος ὤν· ὅ τε ἔρως αὐτὸς αὑτοῦ ἐμπληκτότατος, ἀπειθέστατος ὢν τῷ λόγῳ.</w:t>
      </w:r>
    </w:p>
    <w:p>
      <w:r>
        <w:rPr>
          <w:rFonts w:ascii="Courier New" w:hAnsi="Courier New"/>
          <w:color w:val="555555"/>
          <w:sz w:val="20"/>
        </w:rPr>
        <w:t>[20 . 6 g]</w:t>
      </w:r>
    </w:p>
    <w:p>
      <w:r>
        <w:rPr>
          <w:rFonts w:ascii="Gentium Plus" w:hAnsi="Gentium Plus"/>
          <w:sz w:val="24"/>
        </w:rPr>
        <w:t>Ἔστιν δὲ ἡ πειθὼ συζυγία ἔρωτος καὶ λόγου πρὸς τὸ καλὸν ὁρμωμένων, καὶ λαμπρυνομένων ἐπ’ αὐτὸν πολλῷ</w:t>
      </w:r>
    </w:p>
    <w:p>
      <w:r>
        <w:rPr>
          <w:rFonts w:ascii="Courier New" w:hAnsi="Courier New"/>
          <w:color w:val="555555"/>
          <w:sz w:val="20"/>
        </w:rPr>
        <w:t>[20 . 6 h]</w:t>
      </w:r>
    </w:p>
    <w:p>
      <w:r>
        <w:rPr>
          <w:rFonts w:ascii="Gentium Plus" w:hAnsi="Gentium Plus"/>
          <w:sz w:val="24"/>
        </w:rPr>
        <w:t>δρόμῳ. Ὁ δὲ οἰόμενος ἐν τῇ σαρκῶν φύσει κατορω‐ ρύχθαι τὸ καλόν, ἡδονὴν κάλλους ἀλλάττεται, καὶ ἐξ‐ απατᾶται ὑπ’ αὐτῆς· πιθανὸν γὰρ κακὸν ἡδονή, καὶ</w:t>
      </w:r>
    </w:p>
    <w:p>
      <w:r>
        <w:rPr>
          <w:rFonts w:ascii="Courier New" w:hAnsi="Courier New"/>
          <w:color w:val="555555"/>
          <w:sz w:val="20"/>
        </w:rPr>
        <w:t>[20 . 7 a]</w:t>
      </w:r>
    </w:p>
    <w:p>
      <w:r>
        <w:rPr>
          <w:rFonts w:ascii="Gentium Plus" w:hAnsi="Gentium Plus"/>
          <w:sz w:val="24"/>
        </w:rPr>
        <w:t>Τοῦτο καὶ μειράκιον Τρωϊκὸν βουκολοῦν τέως καὶ περὶ τὴν Ἴδην πλανώμενον, οὐκ ἀνασχόμενον τὰς οἴκοι ἡδονάς, ἐπὶ θάλατταν ἐκ τῶν ὀρῶν καταβιβασά‐ μενον, εἰς ναῦν ἐνθέμενον, ἐπὶ Πελοποννήσου ἐπεραίω‐</w:t>
      </w:r>
    </w:p>
    <w:p>
      <w:r>
        <w:rPr>
          <w:rFonts w:ascii="Courier New" w:hAnsi="Courier New"/>
          <w:color w:val="555555"/>
          <w:sz w:val="20"/>
        </w:rPr>
        <w:t>[20 . 7 b]</w:t>
      </w:r>
    </w:p>
    <w:p>
      <w:r>
        <w:rPr>
          <w:rFonts w:ascii="Gentium Plus" w:hAnsi="Gentium Plus"/>
          <w:sz w:val="24"/>
        </w:rPr>
        <w:t>σεν, λῃστὴν ἐραστήν. Οὐ γὰρ ἦν περὶ τὴν Ἀσίαν σῶμα ἄλλο καλόν, οὐ Τρωϊκόν, οὐ Δαρδανικόν, οὐχ Ἑλλησπόντιον, οὐ Λύδιον, ὁμόφωνον τῷ ἐραστῇ, ἐν τοῖς αὐτοῖς ἤθεσίν τε καὶ νομίμοις τεθραμμένον· ἀλλ’</w:t>
      </w:r>
    </w:p>
    <w:p>
      <w:r>
        <w:rPr>
          <w:rFonts w:ascii="Courier New" w:hAnsi="Courier New"/>
          <w:color w:val="555555"/>
          <w:sz w:val="20"/>
        </w:rPr>
        <w:t>[5]</w:t>
      </w:r>
    </w:p>
    <w:p>
      <w:r>
        <w:rPr>
          <w:rFonts w:ascii="Gentium Plus" w:hAnsi="Gentium Plus"/>
          <w:sz w:val="24"/>
        </w:rPr>
        <w:t>ἐπὶ τὴν Σπάρτην καὶ τὸν Εὐρώταν ἔρχεται κωμαστὴς διαπόντιος, ἐξ ὀνείρων ἐραστής, καὶ ἀδικεῖ τὸν ὑπο‐ δεξάμενον, καὶ ἀνθίστησιν, καὶ διαλύει γάμον Ἑλλη‐ νικόν. Ὢ λίχνου ἔρωτος, καὶ ἀδίκων ἐνυπνίων, καὶ ὀφθαλμῶν πονηρῶν, καὶ ἡδονῆς ἡγεμόνος πολλῶν</w:t>
      </w:r>
    </w:p>
    <w:p>
      <w:r>
        <w:rPr>
          <w:rFonts w:ascii="Courier New" w:hAnsi="Courier New"/>
          <w:color w:val="555555"/>
          <w:sz w:val="20"/>
        </w:rPr>
        <w:t>[20 . 7 c]</w:t>
      </w:r>
    </w:p>
    <w:p>
      <w:r>
        <w:rPr>
          <w:rFonts w:ascii="Gentium Plus" w:hAnsi="Gentium Plus"/>
          <w:sz w:val="24"/>
        </w:rPr>
        <w:t>κακῶν. Οὕτω καὶ Ξέρξην τὸν μέγαν ἐκεῖνον, τὸν ἐν Σαλαμῖνι καὶ Πλαταιαῖς τοῖς Ἕλλησι παραταξάμενον, τοσούτων σωμάτων θεατὴν καὶ δεσπότην γενόμενον, οὐκ ἐπηγάγετο εἰς ἔρωτα οὐκ Ἰνδικὴ κόρη ὑψηλή,</w:t>
      </w:r>
    </w:p>
    <w:p>
      <w:r>
        <w:rPr>
          <w:rFonts w:ascii="Courier New" w:hAnsi="Courier New"/>
          <w:color w:val="555555"/>
          <w:sz w:val="20"/>
        </w:rPr>
        <w:t>[5]</w:t>
      </w:r>
    </w:p>
    <w:p>
      <w:r>
        <w:rPr>
          <w:rFonts w:ascii="Gentium Plus" w:hAnsi="Gentium Plus"/>
          <w:sz w:val="24"/>
        </w:rPr>
        <w:t>οὐδὲ Μηδικὴ τιαραφόρος, οὐδὲ Μαρδονικὴ μιτρηφόρος, οὐδὲ Καρικὴ ὡπλισμένη, οὐδὲ Λυδία ᾄδουσα, οὐκ Ἰω‐</w:t>
      </w:r>
    </w:p>
    <w:p>
      <w:r>
        <w:rPr>
          <w:rFonts w:ascii="Courier New" w:hAnsi="Courier New"/>
          <w:color w:val="555555"/>
          <w:sz w:val="20"/>
        </w:rPr>
        <w:t>[20 . 7 d]</w:t>
      </w:r>
    </w:p>
    <w:p>
      <w:r>
        <w:rPr>
          <w:rFonts w:ascii="Gentium Plus" w:hAnsi="Gentium Plus"/>
          <w:sz w:val="24"/>
        </w:rPr>
        <w:t>τοῦ παιδὸς γαμετήν. Ὢ κακίστου ἔρωτος, ὃς παρα‐ λιπὼν τὰ ἐδώδιμα, ἐπὶ τὰ πικρὰ ἦλθεν καὶ ἄβρωτα, ὑπ’ ἀκολάστου ἐξουσίας εἰς τὴν τοῦ φιλεῖν δύναμιν</w:t>
      </w:r>
    </w:p>
    <w:p>
      <w:r>
        <w:rPr>
          <w:rFonts w:ascii="Courier New" w:hAnsi="Courier New"/>
          <w:color w:val="555555"/>
          <w:sz w:val="20"/>
        </w:rPr>
        <w:t>[20 . 7 e]</w:t>
      </w:r>
    </w:p>
    <w:p>
      <w:r>
        <w:rPr>
          <w:rFonts w:ascii="Gentium Plus" w:hAnsi="Gentium Plus"/>
          <w:sz w:val="24"/>
        </w:rPr>
        <w:t>ὑβριζούσης. Ὅταν γὰρ ψυχῆς ἀφέλῃς μὲν τὸ εἰδέναι, παράσχῃς δὲ τὸ δύνασθαι, δίδως τοῖς ἁμαρτήμασιν</w:t>
      </w:r>
    </w:p>
    <w:p>
      <w:r>
        <w:rPr>
          <w:rFonts w:ascii="Courier New" w:hAnsi="Courier New"/>
          <w:color w:val="555555"/>
          <w:sz w:val="20"/>
        </w:rPr>
        <w:t>[20 . 7 f]</w:t>
      </w:r>
    </w:p>
    <w:p>
      <w:r>
        <w:rPr>
          <w:rFonts w:ascii="Gentium Plus" w:hAnsi="Gentium Plus"/>
          <w:sz w:val="24"/>
        </w:rPr>
        <w:t>ἐπιρροὴν καὶ ἐξουσίαν καὶ δρόμον. Ἄφελε Ἀλεξάν‐ δρου μὲν τὴν Πριάμου δύναμιν, καὶ τὸ ἐκεῖ θάρσος, καὶ μένει βουκολῶν καὶ τὴν Ἑλένην οὐκ ὀνειρώττει· ἄφελε Ξέρξου τὴν ἐξουσίαν, καὶ Ἄμηστρις, οὐκ αἰσχρὰ</w:t>
      </w:r>
    </w:p>
    <w:p>
      <w:r>
        <w:rPr>
          <w:rFonts w:ascii="Courier New" w:hAnsi="Courier New"/>
          <w:color w:val="555555"/>
          <w:sz w:val="20"/>
        </w:rPr>
        <w:t>[5]</w:t>
      </w:r>
    </w:p>
    <w:p>
      <w:r>
        <w:rPr>
          <w:rFonts w:ascii="Gentium Plus" w:hAnsi="Gentium Plus"/>
          <w:sz w:val="24"/>
        </w:rPr>
        <w:t>ἔστι καὶ ἐν ἰδιώταις;</w:t>
      </w:r>
    </w:p>
    <w:p>
      <w:r>
        <w:rPr>
          <w:rFonts w:ascii="Courier New" w:hAnsi="Courier New"/>
          <w:color w:val="555555"/>
          <w:sz w:val="20"/>
        </w:rPr>
        <w:t>[20 . 8 a]</w:t>
      </w:r>
    </w:p>
    <w:p>
      <w:r>
        <w:rPr>
          <w:rFonts w:ascii="Gentium Plus" w:hAnsi="Gentium Plus"/>
          <w:sz w:val="24"/>
        </w:rPr>
        <w:t>Τυραννὶς ἀκόλαστος, ὅταν ἀπῇ μὲν ὁ λόγος, οἱ δὲ ὀφθαλμοὶ λιχνεύουσιν· ὧν ἐὰν ἀφέλῃς τὴν ἐξουσίαν, οὔτε Κριτόβουλος Εὐθυδήμῳ προσκνήσασθαι ἐρᾷ, οὔτε Αὐτολύκῳ Καλλίας, οὔτε Ἀγάθωνι Παυσανίας, οὔτε</w:t>
      </w:r>
    </w:p>
    <w:p>
      <w:r>
        <w:rPr>
          <w:rFonts w:ascii="Courier New" w:hAnsi="Courier New"/>
          <w:color w:val="555555"/>
          <w:sz w:val="20"/>
        </w:rPr>
        <w:t>[20 . 8 b]</w:t>
      </w:r>
    </w:p>
    <w:p>
      <w:r>
        <w:rPr>
          <w:rFonts w:ascii="Gentium Plus" w:hAnsi="Gentium Plus"/>
          <w:sz w:val="24"/>
        </w:rPr>
        <w:t>ἄλλος ἄλλῳ. Διὰ τοῦτο ἐγὼ ἐπαινῶ τὸν Κρητῶν νό‐</w:t>
      </w:r>
    </w:p>
    <w:p>
      <w:r>
        <w:rPr>
          <w:rFonts w:ascii="Courier New" w:hAnsi="Courier New"/>
          <w:color w:val="555555"/>
          <w:sz w:val="20"/>
        </w:rPr>
        <w:t>[20 . 8 c]</w:t>
      </w:r>
    </w:p>
    <w:p>
      <w:r>
        <w:rPr>
          <w:rFonts w:ascii="Gentium Plus" w:hAnsi="Gentium Plus"/>
          <w:sz w:val="24"/>
        </w:rPr>
        <w:t>ἐξουσίας. Κρητικῷ μειρακίῳ αἰσχρὸν ἐραστὸν εἶναι, Κρητικῷ νεανίσκῳ αἰσχρὸν προσάψασθαι παιδικῶν. Ὢ</w:t>
      </w:r>
    </w:p>
    <w:p>
      <w:r>
        <w:rPr>
          <w:rFonts w:ascii="Courier New" w:hAnsi="Courier New"/>
          <w:color w:val="555555"/>
          <w:sz w:val="20"/>
        </w:rPr>
        <w:t>[20 . 8 d]</w:t>
      </w:r>
    </w:p>
    <w:p>
      <w:r>
        <w:rPr>
          <w:rFonts w:ascii="Gentium Plus" w:hAnsi="Gentium Plus"/>
          <w:sz w:val="24"/>
        </w:rPr>
        <w:t>νόμου κεκραμένου καλῶς σωφροσύνῃ καὶ ἔρωτι. Τὰ δὲ Ἠλείων οὐ λέγω, τὰ δὲ Λακεδαιμονίων λέγω· ἐρᾷ Σπαρτιάτης ἀνὴρ μειρακίου Λακωνικοῦ, ἀλλ’ ἐρᾷ μό‐ νον ὡς ἀγάλματος καλοῦ· καὶ ἑνὸς πολλοί, καὶ εἷς</w:t>
      </w:r>
    </w:p>
    <w:p>
      <w:r>
        <w:rPr>
          <w:rFonts w:ascii="Courier New" w:hAnsi="Courier New"/>
          <w:color w:val="555555"/>
          <w:sz w:val="20"/>
        </w:rPr>
        <w:t>[20 . 8 e]</w:t>
      </w:r>
    </w:p>
    <w:p>
      <w:r>
        <w:rPr>
          <w:rFonts w:ascii="Gentium Plus" w:hAnsi="Gentium Plus"/>
          <w:sz w:val="24"/>
        </w:rPr>
        <w:t>πολλῶν. Ἡ μὲν γὰρ ἐξ ὕβρεως ἡδονὴ ἀκοινώνητος πρὸς ἀλλήλους· ὁ δὲ ἐξ ὀφθαλμῶν ἔρως κοινωνικὸς μόνον, καὶ ἐπὶ πάσας ἐξικνούμενος φύσεις ἐρωτικάς. Τὶ γὰρ ἂν εἴη ὡραιότερον τοῦ ἡλίου, καὶ ἐρασταῖς</w:t>
      </w:r>
    </w:p>
    <w:p>
      <w:r>
        <w:rPr>
          <w:rFonts w:ascii="Courier New" w:hAnsi="Courier New"/>
          <w:color w:val="555555"/>
          <w:sz w:val="20"/>
        </w:rPr>
        <w:t>[5]</w:t>
      </w:r>
    </w:p>
    <w:p>
      <w:r>
        <w:rPr>
          <w:rFonts w:ascii="Gentium Plus" w:hAnsi="Gentium Plus"/>
          <w:sz w:val="24"/>
        </w:rPr>
        <w:t>πολυδερκέστερον; ἀλλ’ ὅμως ἐρῶσιν ἡλίου οἱ πάντων ὀφθαλμοί.</w:t>
      </w:r>
    </w:p>
    <w:p>
      <w:r>
        <w:rPr>
          <w:rFonts w:ascii="Courier New" w:hAnsi="Courier New"/>
          <w:color w:val="555555"/>
          <w:sz w:val="20"/>
        </w:rPr>
        <w:t>[20 . 9 a]</w:t>
      </w:r>
    </w:p>
    <w:p>
      <w:r>
        <w:rPr>
          <w:rFonts w:ascii="Gentium Plus" w:hAnsi="Gentium Plus"/>
          <w:sz w:val="24"/>
        </w:rPr>
        <w:t>Ἐν Λοκροῖς τοῖς Ἰταλιώταις ἔφηβος ἦν καλός, καὶ νόμος καλός, καὶ ἐρασταὶ πονηροί· ἐρᾶν μὲν ἠναγκά‐ ζοντο ὑπὸ τοῦ κάλλους, εἴργοντο δὲ ὑπὸ τοῦ νόμου κακῶς ἐρᾶν· οἰστρούμενοι δὲ ὑπὸ τοῦ πάθους πρὸς</w:t>
      </w:r>
    </w:p>
    <w:p>
      <w:r>
        <w:rPr>
          <w:rFonts w:ascii="Courier New" w:hAnsi="Courier New"/>
          <w:color w:val="555555"/>
          <w:sz w:val="20"/>
        </w:rPr>
        <w:t>[5]</w:t>
      </w:r>
    </w:p>
    <w:p>
      <w:r>
        <w:rPr>
          <w:rFonts w:ascii="Gentium Plus" w:hAnsi="Gentium Plus"/>
          <w:sz w:val="24"/>
        </w:rPr>
        <w:t>τὴν ὕβριν, τὸν μὲν ἔφηβον οὐκ ἔπεισαν (νόμιμος γὰρ</w:t>
      </w:r>
    </w:p>
    <w:p>
      <w:r>
        <w:rPr>
          <w:rFonts w:ascii="Courier New" w:hAnsi="Courier New"/>
          <w:color w:val="555555"/>
          <w:sz w:val="20"/>
        </w:rPr>
        <w:t>[20 . 9 b]</w:t>
      </w:r>
    </w:p>
    <w:p>
      <w:r>
        <w:rPr>
          <w:rFonts w:ascii="Gentium Plus" w:hAnsi="Gentium Plus"/>
          <w:sz w:val="24"/>
        </w:rPr>
        <w:t>ἐπαινέσας τὸ κάλλος, οὐκ ἐδεήθη βρόχου· ἀλλὰ κἂν ἵππον ἴδῃ ἱππικὸς ἀνὴρ καὶ τοῦ κάλλους ἐπαινέσῃ, καὶ κτήσασθαι μὴ δυνηθῇ, οὐ δεῖται βρόχου· ἐξαρκεῖ δὲ καὶ τῷ γεωργῷ καὶ ἐν γειτόνων, εἰ δὴ φυτὸν καλόν,</w:t>
      </w:r>
    </w:p>
    <w:p>
      <w:r>
        <w:rPr>
          <w:rFonts w:ascii="Courier New" w:hAnsi="Courier New"/>
          <w:color w:val="555555"/>
          <w:sz w:val="20"/>
        </w:rPr>
        <w:t>[5]</w:t>
      </w:r>
    </w:p>
    <w:p>
      <w:r>
        <w:rPr>
          <w:rFonts w:ascii="Gentium Plus" w:hAnsi="Gentium Plus"/>
          <w:sz w:val="24"/>
        </w:rPr>
        <w:t>ἡ ὄψις αὐτή· ἐξαρκεῖ καὶ τῷ θηρευτῇ, κἂν παρ’ ἄλλῳ ἴδῃ σκύλακα ὡραῖον, ἡ ὄψις αὐτή· καὶ οὐδεὶς τούτων</w:t>
      </w:r>
    </w:p>
    <w:p>
      <w:r>
        <w:rPr>
          <w:rFonts w:ascii="Courier New" w:hAnsi="Courier New"/>
          <w:color w:val="555555"/>
          <w:sz w:val="20"/>
        </w:rPr>
        <w:t>[20 . 9 c]</w:t>
      </w:r>
    </w:p>
    <w:p>
      <w:r>
        <w:rPr>
          <w:rFonts w:ascii="Gentium Plus" w:hAnsi="Gentium Plus"/>
          <w:sz w:val="24"/>
        </w:rPr>
        <w:t>θανατᾷ δι’ ἀπορίαν τῶν κτημάτων. Ἐρῶσιν καὶ οἱ φιλοχρήματοι χρυσοῦ μᾶλλον, ἢ οἱ ἐρασταὶ σωμάτων, καὶ συγκατορύττεσθαι ἐθέλουσιν τῷ χρυσῷ μᾶλλον, ἢ τοῖς σώμασιν οἱ ἐρασταί· ἀλλ’ οὐδεὶς θανατᾷ τού‐</w:t>
      </w:r>
    </w:p>
    <w:p>
      <w:r>
        <w:rPr>
          <w:rFonts w:ascii="Courier New" w:hAnsi="Courier New"/>
          <w:color w:val="555555"/>
          <w:sz w:val="20"/>
        </w:rPr>
        <w:t>[20 . 9 d]</w:t>
      </w:r>
    </w:p>
    <w:p>
      <w:r>
        <w:rPr>
          <w:rFonts w:ascii="Gentium Plus" w:hAnsi="Gentium Plus"/>
          <w:sz w:val="24"/>
        </w:rPr>
        <w:t>των, ἐὰν μὴ τύχῃ χρυσοῦ. Οὐδὲ γὰρ ὁ Πέρσης βα‐ σιλεὺς ἧψεν βρόχον ἀτυχήσας χρυσίου, ὁ πάντων χρη‐ ματιστῶν ἀκορεστότατος καὶ ἐπιμανέστατος, ὃς ἄρχων</w:t>
      </w:r>
    </w:p>
    <w:p>
      <w:r>
        <w:rPr>
          <w:rFonts w:ascii="Courier New" w:hAnsi="Courier New"/>
          <w:color w:val="555555"/>
          <w:sz w:val="20"/>
        </w:rPr>
        <w:t>[5]</w:t>
      </w:r>
    </w:p>
    <w:p>
      <w:r>
        <w:rPr>
          <w:rFonts w:ascii="Gentium Plus" w:hAnsi="Gentium Plus"/>
          <w:sz w:val="24"/>
        </w:rPr>
        <w:t>πληροῦσιν βασιλέως ἀκολάστου ὀρέξεις, ἐπεβούλευσεν</w:t>
      </w:r>
    </w:p>
    <w:p>
      <w:r>
        <w:rPr>
          <w:rFonts w:ascii="Courier New" w:hAnsi="Courier New"/>
          <w:color w:val="555555"/>
          <w:sz w:val="20"/>
        </w:rPr>
        <w:t>[20 . 9 e]</w:t>
      </w:r>
    </w:p>
    <w:p>
      <w:r>
        <w:rPr>
          <w:rFonts w:ascii="Gentium Plus" w:hAnsi="Gentium Plus"/>
          <w:sz w:val="24"/>
        </w:rPr>
        <w:t>νεκροῦ τάφῳ. Φήμη δὲ αὐτὸν ἐπεσπάσατο χρυσοῦ κατορωρυγμένου σὺν τῷ νεκρῷ, καὶ ἐτυμβωρύχει ὁ μέγας βασιλεὺς τὴν τιάραν ἔχων, καὶ τὸν μὲν χρυσὸν οὐχ εὗρεν, ἐπίγραμμα δὲ ἔνδοθεν ἐπὶ τῷ τάφῳ, ὃ</w:t>
      </w:r>
    </w:p>
    <w:p>
      <w:r>
        <w:rPr>
          <w:rFonts w:ascii="Courier New" w:hAnsi="Courier New"/>
          <w:color w:val="555555"/>
          <w:sz w:val="20"/>
        </w:rPr>
        <w:t>[5]</w:t>
      </w:r>
    </w:p>
    <w:p>
      <w:r>
        <w:rPr>
          <w:rFonts w:ascii="Gentium Plus" w:hAnsi="Gentium Plus"/>
          <w:sz w:val="24"/>
        </w:rPr>
        <w:t>νεκρὸς λέγει· ‘ὦ πάντων ἀνθρώπων ἀπληστότατε· ὃς ἔτλης ἐν νεκροῦ 〈νεκροῦ〉 θίγειν δι’ ἔρωτα χρυσοῦ.‘</w:t>
      </w:r>
    </w:p>
    <w:p>
      <w:r>
        <w:rPr>
          <w:rFonts w:ascii="Courier New" w:hAnsi="Courier New"/>
          <w:color w:val="555555"/>
          <w:sz w:val="20"/>
        </w:rPr>
        <w:t>[20 . 9 f]</w:t>
      </w:r>
    </w:p>
    <w:p>
      <w:r>
        <w:rPr>
          <w:rFonts w:ascii="Gentium Plus" w:hAnsi="Gentium Plus"/>
          <w:sz w:val="24"/>
        </w:rPr>
        <w:t>Τοῦτο εἴποι ἂν καὶ Ἕλλην λόγος πρὸς Ἕλληνα ἄνδρα ἐπὶ ὕβριν σαρκῶν ὑπὸ ἀκορέστου ἐπιθυμίας ὁρμη‐ θέντα, ὅταν αὐτὸν ἐπισπάσηται φήμη κάλλους κατο‐</w:t>
      </w:r>
    </w:p>
    <w:p>
      <w:r>
        <w:rPr>
          <w:rFonts w:ascii="Courier New" w:hAnsi="Courier New"/>
          <w:color w:val="555555"/>
          <w:sz w:val="20"/>
        </w:rPr>
        <w:t>[20 . 9 g]</w:t>
      </w:r>
    </w:p>
    <w:p>
      <w:r>
        <w:rPr>
          <w:rFonts w:ascii="Gentium Plus" w:hAnsi="Gentium Plus"/>
          <w:sz w:val="24"/>
        </w:rPr>
        <w:t>ρωρυγμένου ἐν σώματι. Ὦ πάντων ἀνθρώπων ἀνοη‐ τότατε, νεκρὸν ἀνορύττεις· οὐ γὰρ ἂν ἔτλης θίγειν σαρκὸς ἄρρενος, κἀθικτοῦ χρήματος σαρκὶ ἄρρενι· ἄδικος ἡ μῖξις· ἄγονος ἡ συνουσία· ἐπὶ πετρῶν σπεί‐</w:t>
      </w:r>
    </w:p>
    <w:p>
      <w:r>
        <w:rPr>
          <w:rFonts w:ascii="Courier New" w:hAnsi="Courier New"/>
          <w:color w:val="555555"/>
          <w:sz w:val="20"/>
        </w:rPr>
        <w:t>[5]</w:t>
      </w:r>
    </w:p>
    <w:p>
      <w:r>
        <w:rPr>
          <w:rFonts w:ascii="Gentium Plus" w:hAnsi="Gentium Plus"/>
          <w:sz w:val="24"/>
        </w:rPr>
        <w:t>ρεις, ψάμμους ἀροῖς. Μετένεγκε τὰς εὐφροσύνας ἐπὶ τὴν φύσιν, τρέψον ἐπὶ τὴν γεωργίαν τοὺς ὀφθαλμούς, ἐγκάρποις ἥσθητι ἡδοναῖς,</w:t>
      </w:r>
    </w:p>
    <w:p>
      <w:pPr>
        <w:jc w:val="center"/>
      </w:pPr>
      <w:r>
        <w:rPr>
          <w:rFonts w:ascii="Gentium Plus" w:hAnsi="Gentium Plus"/>
          <w:b/>
          <w:sz w:val="24"/>
        </w:rPr>
        <w:t>Ἔτι περὶ ἔρωτος δʹ</w:t>
      </w:r>
    </w:p>
    <w:p>
      <w:r>
        <w:rPr>
          <w:rFonts w:ascii="Courier New" w:hAnsi="Courier New"/>
          <w:color w:val="555555"/>
          <w:sz w:val="20"/>
        </w:rPr>
        <w:t>[1]</w:t>
      </w:r>
    </w:p>
    <w:p>
      <w:r>
        <w:rPr>
          <w:rFonts w:ascii="Gentium Plus" w:hAnsi="Gentium Plus"/>
          <w:sz w:val="24"/>
        </w:rPr>
        <w:t>Οὐκ ἔστ’ ἔτυμος λόγος, λέγει που τῶν αὐτοῦ ᾀσμάτων ὁ Ἱμεραῖος ποιητής, ἐξομνύμενος τὴν ἔμπροσθεν ᾠδήν, ἐν ᾗ περὶ τῆς Ἑλένης εἰπεῖν φησὶν οὐκ ἀληθεῖς λόγους· ἀναμάχεται</w:t>
      </w:r>
    </w:p>
    <w:p>
      <w:r>
        <w:rPr>
          <w:rFonts w:ascii="Courier New" w:hAnsi="Courier New"/>
          <w:color w:val="555555"/>
          <w:sz w:val="20"/>
        </w:rPr>
        <w:t>[21 . 1 b]</w:t>
      </w:r>
    </w:p>
    <w:p>
      <w:r>
        <w:rPr>
          <w:rFonts w:ascii="Gentium Plus" w:hAnsi="Gentium Plus"/>
          <w:sz w:val="24"/>
        </w:rPr>
        <w:t>οὖν ἐπαίνῳ τὸν ἔμπροσθεν ψόγον. Δοκῶ δή μοι, κατὰ τὸν ποιητὴν ἐκεῖνον, δεήσεσθαι καὶ αὐτὸς παλινῳδίας ἐν τοῖς περὶ τοῦ ἔρωτος λόγοις· θεὸς γὰρ καὶ οὗτος, καὶ οὐχ ἧττον τῆς Ἑλένης ἐπιτιθέναι δίκην τοῖς πλημ‐</w:t>
      </w:r>
    </w:p>
    <w:p>
      <w:r>
        <w:rPr>
          <w:rFonts w:ascii="Courier New" w:hAnsi="Courier New"/>
          <w:color w:val="555555"/>
          <w:sz w:val="20"/>
        </w:rPr>
        <w:t>[21 . 1 c]</w:t>
      </w:r>
    </w:p>
    <w:p>
      <w:r>
        <w:rPr>
          <w:rFonts w:ascii="Gentium Plus" w:hAnsi="Gentium Plus"/>
          <w:sz w:val="24"/>
        </w:rPr>
        <w:t>μελοῦσιν εἰς αὐτὸν ἐρρωμενέστατος. Τί δὴ οὖν ἐστιν τὸ πλημμέλημα, ὅπερ καὶ ἀναμαχέσασθαι λίαν φημὶ ἡμᾶς δεῖν; ὂν καὶ μέγα καὶ δεόμενον γενναίου ποιη‐ τοῦ καὶ τελέστου, εἰ μέλλοι τὶς ἱκανῶς ἐξευμενιεῖσθαι</w:t>
      </w:r>
    </w:p>
    <w:p>
      <w:r>
        <w:rPr>
          <w:rFonts w:ascii="Courier New" w:hAnsi="Courier New"/>
          <w:color w:val="555555"/>
          <w:sz w:val="20"/>
        </w:rPr>
        <w:t>[5]</w:t>
      </w:r>
    </w:p>
    <w:p>
      <w:r>
        <w:rPr>
          <w:rFonts w:ascii="Gentium Plus" w:hAnsi="Gentium Plus"/>
          <w:sz w:val="24"/>
        </w:rPr>
        <w:t>ἀδέκαστον δαίμονα, οὐ τρίποδας ἑπτὰ δούς, οὐδὲ χρυ‐</w:t>
      </w:r>
    </w:p>
    <w:p>
      <w:r>
        <w:rPr>
          <w:rFonts w:ascii="Courier New" w:hAnsi="Courier New"/>
          <w:color w:val="555555"/>
          <w:sz w:val="20"/>
        </w:rPr>
        <w:t>[21 . 2 a]</w:t>
      </w:r>
    </w:p>
    <w:p>
      <w:r>
        <w:rPr>
          <w:rFonts w:ascii="Gentium Plus" w:hAnsi="Gentium Plus"/>
          <w:sz w:val="24"/>
        </w:rPr>
        <w:t>Τοιαύτην φασὶ καὶ τὸν Ἀνακρέοντα ἐκεῖνον τὸν</w:t>
      </w:r>
    </w:p>
    <w:p>
      <w:r>
        <w:rPr>
          <w:rFonts w:ascii="Courier New" w:hAnsi="Courier New"/>
          <w:color w:val="555555"/>
          <w:sz w:val="20"/>
        </w:rPr>
        <w:t>[21 . 2 b]</w:t>
      </w:r>
    </w:p>
    <w:p>
      <w:r>
        <w:rPr>
          <w:rFonts w:ascii="Gentium Plus" w:hAnsi="Gentium Plus"/>
          <w:sz w:val="24"/>
        </w:rPr>
        <w:t>Τήϊον ποιητὴν δοῦναι δίκην τῷ ἔρωτι. Ἐν τῇ τῶν Ἰώνων ἀγορᾷ, ἐν Πανιωνίῳ, ἐκόμιζεν τιτθὴ βρέφος· ὁ δὲ Ἀνακρέων βαδίζων, μεθύων, ἰάχων, ἐστεφανω‐ μένος, σφαλλόμενος, ὠθεῖ τὴν τιτθὴν σὺν τῷ βρέφει,</w:t>
      </w:r>
    </w:p>
    <w:p>
      <w:r>
        <w:rPr>
          <w:rFonts w:ascii="Courier New" w:hAnsi="Courier New"/>
          <w:color w:val="555555"/>
          <w:sz w:val="20"/>
        </w:rPr>
        <w:t>[5]</w:t>
      </w:r>
    </w:p>
    <w:p>
      <w:r>
        <w:rPr>
          <w:rFonts w:ascii="Gentium Plus" w:hAnsi="Gentium Plus"/>
          <w:sz w:val="24"/>
        </w:rPr>
        <w:t>καί τι καὶ εἰς τὸ παιδίον ἀπέρριψεν βλάσφημον ἔπος·</w:t>
      </w:r>
    </w:p>
    <w:p>
      <w:r>
        <w:rPr>
          <w:rFonts w:ascii="Courier New" w:hAnsi="Courier New"/>
          <w:color w:val="555555"/>
          <w:sz w:val="20"/>
        </w:rPr>
        <w:t>[21 . 2 c]</w:t>
      </w:r>
    </w:p>
    <w:p>
      <w:r>
        <w:rPr>
          <w:rFonts w:ascii="Gentium Plus" w:hAnsi="Gentium Plus"/>
          <w:sz w:val="24"/>
        </w:rPr>
        <w:t>ἡ δὲ γυνὴ ἄλλο μὲν οὐδὲν ἐχαλέπηνεν τῷ Ἀνακρέοντι, ἐπεύξατο δὲ τὸν αὐτὸν τοῦτον ὑβριστὴν ἄνθρωπον τοσαῦτα καὶ ἔτι πλείω ἐπαινέσαι ποτὲ τὸ παιδίον, ὅσα</w:t>
      </w:r>
    </w:p>
    <w:p>
      <w:r>
        <w:rPr>
          <w:rFonts w:ascii="Courier New" w:hAnsi="Courier New"/>
          <w:color w:val="555555"/>
          <w:sz w:val="20"/>
        </w:rPr>
        <w:t>[21 . 2 d]</w:t>
      </w:r>
    </w:p>
    <w:p>
      <w:r>
        <w:rPr>
          <w:rFonts w:ascii="Gentium Plus" w:hAnsi="Gentium Plus"/>
          <w:sz w:val="24"/>
        </w:rPr>
        <w:t>νῦν ἐπηράσατο. Τελεῖ ταῦτα ὁ θεός· τὸ γὰρ παιδίον ἐκεῖνο δὴ αὐξηθὲν γίγνεται Κλεόβουλος ὁ ὡραιότατος, καὶ ἀντὶ μικρᾶς ἀρᾶς ἔδωκεν ὁ Ἀνακρέων Κλεοβούλῳ δίκην δι’ ἐπαίνων πολλῶν.</w:t>
      </w:r>
    </w:p>
    <w:p>
      <w:r>
        <w:rPr>
          <w:rFonts w:ascii="Courier New" w:hAnsi="Courier New"/>
          <w:color w:val="555555"/>
          <w:sz w:val="20"/>
        </w:rPr>
        <w:t>[21 . 3 a]</w:t>
      </w:r>
    </w:p>
    <w:p>
      <w:r>
        <w:rPr>
          <w:rFonts w:ascii="Gentium Plus" w:hAnsi="Gentium Plus"/>
          <w:sz w:val="24"/>
        </w:rPr>
        <w:t>Τί κωλύει, 〈εἰ〉 δεῖ καὶ ἡμᾶς ἀναμαχέσασθαι τήμερον, κατὰ τὸν Ἀνακρέοντα ἐκεῖνον δοῦναι δίκην τῷ ἔρωτι αὐτοὺς ἑκόντας γλώττης ἀδίκου; τὸ φάναι, ὅτι ὁ ἔρως</w:t>
      </w:r>
    </w:p>
    <w:p>
      <w:r>
        <w:rPr>
          <w:rFonts w:ascii="Courier New" w:hAnsi="Courier New"/>
          <w:color w:val="555555"/>
          <w:sz w:val="20"/>
        </w:rPr>
        <w:t>[5]</w:t>
      </w:r>
    </w:p>
    <w:p>
      <w:r>
        <w:rPr>
          <w:rFonts w:ascii="Gentium Plus" w:hAnsi="Gentium Plus"/>
          <w:sz w:val="24"/>
        </w:rPr>
        <w:t>παρανομίαν, ὡς τὸν Ξέρξην, ἢ ἐπὶ ὕβριν, ὡς Κριτό‐ βουλον, καὶ ἀνατιθέναι θεῷ πρᾶγμα ἄθεον, πῶς οὐ</w:t>
      </w:r>
    </w:p>
    <w:p>
      <w:r>
        <w:rPr>
          <w:rFonts w:ascii="Courier New" w:hAnsi="Courier New"/>
          <w:color w:val="555555"/>
          <w:sz w:val="20"/>
        </w:rPr>
        <w:t>[21 . 3 b]</w:t>
      </w:r>
    </w:p>
    <w:p>
      <w:r>
        <w:rPr>
          <w:rFonts w:ascii="Gentium Plus" w:hAnsi="Gentium Plus"/>
          <w:sz w:val="24"/>
        </w:rPr>
        <w:t>πλημμελές; οὑτωσὶ δὲ αὐτὸ θεασώμεθα. Ὁ ἔρως ἄλλού</w:t>
      </w:r>
    </w:p>
    <w:p>
      <w:r>
        <w:rPr>
          <w:rFonts w:ascii="Courier New" w:hAnsi="Courier New"/>
          <w:color w:val="555555"/>
          <w:sz w:val="20"/>
        </w:rPr>
        <w:t>[21 . 3 c]</w:t>
      </w:r>
    </w:p>
    <w:p>
      <w:r>
        <w:rPr>
          <w:rFonts w:ascii="Gentium Plus" w:hAnsi="Gentium Plus"/>
          <w:sz w:val="24"/>
        </w:rPr>
        <w:t>του ἔρως, ἢ κάλλους ἐστίν; οὐδαμῶς. Σχολῇ γὰρ ἂν</w:t>
      </w:r>
    </w:p>
    <w:p>
      <w:r>
        <w:rPr>
          <w:rFonts w:ascii="Courier New" w:hAnsi="Courier New"/>
          <w:color w:val="555555"/>
          <w:sz w:val="20"/>
        </w:rPr>
        <w:t>[21 . 3 d]</w:t>
      </w:r>
    </w:p>
    <w:p>
      <w:r>
        <w:rPr>
          <w:rFonts w:ascii="Gentium Plus" w:hAnsi="Gentium Plus"/>
          <w:sz w:val="24"/>
        </w:rPr>
        <w:t>εἴη ἔρως, εἰ μὴ κάλλους εἴη. Ὁπόταν λέγωμεν ἐρᾶν χρημάτων Δαρεῖον, ἢ Ξέρξην τῆς Ἑλλήνων γῆς, ἢ Κλέαρχον πολέμου, ἢ Ἀγησίλαον τιμῆς, ἢ Κριτίαν τυραννίδος, ἢ Ἀλκιβιάδην Σικελίας, καὶ Γύλιππον</w:t>
      </w:r>
    </w:p>
    <w:p>
      <w:r>
        <w:rPr>
          <w:rFonts w:ascii="Courier New" w:hAnsi="Courier New"/>
          <w:color w:val="555555"/>
          <w:sz w:val="20"/>
        </w:rPr>
        <w:t>[5]</w:t>
      </w:r>
    </w:p>
    <w:p>
      <w:r>
        <w:rPr>
          <w:rFonts w:ascii="Gentium Plus" w:hAnsi="Gentium Plus"/>
          <w:sz w:val="24"/>
        </w:rPr>
        <w:t>χρυσίου, ἆρα κάλλος τὶ ὁρῶντες ἐμφαινόμενον, τὴν πρὸς αὐτὸ ἐπαγωγὴν ἔρωτα ἐπονομάζοντες, ἕκαστον τούτων ἐρᾶν φαμέν, τὸν μὲν τοῦδε, τὸν δὲ τοῦδε,</w:t>
      </w:r>
    </w:p>
    <w:p>
      <w:r>
        <w:rPr>
          <w:rFonts w:ascii="Courier New" w:hAnsi="Courier New"/>
          <w:color w:val="555555"/>
          <w:sz w:val="20"/>
        </w:rPr>
        <w:t>[21 . 3 e]</w:t>
      </w:r>
    </w:p>
    <w:p>
      <w:r>
        <w:rPr>
          <w:rFonts w:ascii="Gentium Plus" w:hAnsi="Gentium Plus"/>
          <w:sz w:val="24"/>
        </w:rPr>
        <w:t>ἄλλον ἄλλου; πολλοῦ γε καὶ δεῖ. Ἦ γὰρ ἂν τὰ αἴσχιστα τῶν ἐν ἀνθρώποις πραγμάτων τῷ μὴ προσήκοντι ὀνό‐ ματι ἐπικοσμοῦντες πλημμελοῖμεν ἂν εἰς τὸ ἀληθὲς αὐτό. Ποῦ γὰρ ἢ ἐν χρήμασιν κάλλος, τῷ πάντων</w:t>
      </w:r>
    </w:p>
    <w:p>
      <w:r>
        <w:rPr>
          <w:rFonts w:ascii="Courier New" w:hAnsi="Courier New"/>
          <w:color w:val="555555"/>
          <w:sz w:val="20"/>
        </w:rPr>
        <w:t>[5]</w:t>
      </w:r>
    </w:p>
    <w:p>
      <w:r>
        <w:rPr>
          <w:rFonts w:ascii="Gentium Plus" w:hAnsi="Gentium Plus"/>
          <w:sz w:val="24"/>
        </w:rPr>
        <w:t>πραγμάτων ‘καλλίστῳ;‘ ἢ ἐν πολέμῳ, τῷ πάντων ἀβε‐</w:t>
      </w:r>
    </w:p>
    <w:p>
      <w:r>
        <w:rPr>
          <w:rFonts w:ascii="Courier New" w:hAnsi="Courier New"/>
          <w:color w:val="555555"/>
          <w:sz w:val="20"/>
        </w:rPr>
        <w:t>[21 . 3 f]</w:t>
      </w:r>
    </w:p>
    <w:p>
      <w:r>
        <w:rPr>
          <w:rFonts w:ascii="Gentium Plus" w:hAnsi="Gentium Plus"/>
          <w:sz w:val="24"/>
        </w:rPr>
        <w:t>ἐν χρυσῷ, τῷ πάντων γαυροτάτῳ; Σικελίαν δὲ εἴ μοι λέγοις, ἢ τὴν Ἑλλήνων γῆν, ἐλπίδας λέγεις ἡδονῶν,</w:t>
      </w:r>
    </w:p>
    <w:p>
      <w:r>
        <w:rPr>
          <w:rFonts w:ascii="Courier New" w:hAnsi="Courier New"/>
          <w:color w:val="555555"/>
          <w:sz w:val="20"/>
        </w:rPr>
        <w:t>[21 . 3 g]</w:t>
      </w:r>
    </w:p>
    <w:p>
      <w:r>
        <w:rPr>
          <w:rFonts w:ascii="Gentium Plus" w:hAnsi="Gentium Plus"/>
          <w:sz w:val="24"/>
        </w:rPr>
        <w:t>κάλλος δὲ οὐδαμοῦ· εἰ δέ μοι, νὴ Δία, τὴν Αἰ‐ γυπτίων γῆν λέγοις τὴν τὰς πυραμίδας ἔχουσαν τὰς μεγάλας, καὶ τὸν πολὺν ποταμόν, 〈οὐδὲ ταύτην λέγεις ἔχουσαν τὸ καλόν〉, οὐδὲ Βαβυλῶνα αὐτὴν τὴν εὐτει‐</w:t>
      </w:r>
    </w:p>
    <w:p>
      <w:r>
        <w:rPr>
          <w:rFonts w:ascii="Courier New" w:hAnsi="Courier New"/>
          <w:color w:val="555555"/>
          <w:sz w:val="20"/>
        </w:rPr>
        <w:t>[5]</w:t>
      </w:r>
    </w:p>
    <w:p>
      <w:r>
        <w:rPr>
          <w:rFonts w:ascii="Gentium Plus" w:hAnsi="Gentium Plus"/>
          <w:sz w:val="24"/>
        </w:rPr>
        <w:t>χοτάτην, οὐδὲ Μηδίαν τὴν εὐιπποτάτην, οὐδὲ τὴν Φρυγῶν γῆν τὴν εὐβοτωτάτην, οὐδὲ Σάρδεις τὰς εὐ‐ χρυσοτάτας. Ἕκαστον γὰρ τούτων τοσούτου δεῖ εἶναι καλόν, ὅσουπερ καὶ ἡδύ· μᾶλλον μὲν ἡδὺ τῷ δυνα‐ μένῳ πορίσασθαι ἐξ αὐτοῦ ἡδονήν, ἢ καλὸν τῷ μὴ</w:t>
      </w:r>
    </w:p>
    <w:p>
      <w:r>
        <w:rPr>
          <w:rFonts w:ascii="Courier New" w:hAnsi="Courier New"/>
          <w:color w:val="555555"/>
          <w:sz w:val="20"/>
        </w:rPr>
        <w:t>[21 . 3 h]</w:t>
      </w:r>
    </w:p>
    <w:p>
      <w:r>
        <w:rPr>
          <w:rFonts w:ascii="Gentium Plus" w:hAnsi="Gentium Plus"/>
          <w:sz w:val="24"/>
        </w:rPr>
        <w:t>δυναμένῳ ἐξ αὐτοῦ ὄνασθαι· οὐδὲν γὰρ καλὸν ἐπι‐ βλαβές, οὐδὲ [εἰς] σφαλερόν, οὐδὲ εἰς μοχθηρίαν συν‐ τελοῦν, οὐδὲ εἰς δυστυχίαν ἄγον, οὐδὲ εἰς συμφορὰν χειραγωγοῦν, οὐδὲ εἰς μετάγνωσιν τελευτῶν.</w:t>
      </w:r>
    </w:p>
    <w:p>
      <w:r>
        <w:rPr>
          <w:rFonts w:ascii="Courier New" w:hAnsi="Courier New"/>
          <w:color w:val="555555"/>
          <w:sz w:val="20"/>
        </w:rPr>
        <w:t>[21 . 4 a]</w:t>
      </w:r>
    </w:p>
    <w:p>
      <w:r>
        <w:rPr>
          <w:rFonts w:ascii="Gentium Plus" w:hAnsi="Gentium Plus"/>
          <w:sz w:val="24"/>
        </w:rPr>
        <w:t>Εἶεν. Ὁ ἔρως ἡμῖν κάλλους ἦν ἔρως· ὁ δὲ ἐρῶν ἄλλού του, καὶ μὴ κάλλους, ἡδονῆς ἐρᾷ. Ἀφαιρῶμεν</w:t>
      </w:r>
    </w:p>
    <w:p>
      <w:r>
        <w:rPr>
          <w:rFonts w:ascii="Courier New" w:hAnsi="Courier New"/>
          <w:color w:val="555555"/>
          <w:sz w:val="20"/>
        </w:rPr>
        <w:t>[5]</w:t>
      </w:r>
    </w:p>
    <w:p>
      <w:r>
        <w:rPr>
          <w:rFonts w:ascii="Gentium Plus" w:hAnsi="Gentium Plus"/>
          <w:sz w:val="24"/>
        </w:rPr>
        <w:t>πρᾶγμα ὑπαλλάξαντες λάθωμεν, ἀλλ’ οὐ τοὔνομα μόνον.</w:t>
      </w:r>
    </w:p>
    <w:p>
      <w:r>
        <w:rPr>
          <w:rFonts w:ascii="Courier New" w:hAnsi="Courier New"/>
          <w:color w:val="555555"/>
          <w:sz w:val="20"/>
        </w:rPr>
        <w:t>[21 . 4 b]</w:t>
      </w:r>
    </w:p>
    <w:p>
      <w:r>
        <w:rPr>
          <w:rFonts w:ascii="Gentium Plus" w:hAnsi="Gentium Plus"/>
          <w:sz w:val="24"/>
        </w:rPr>
        <w:t>Ἔστω τοίνυν ἔρως μὲν κάλλους, ἐπιθυμία δὲ ἡδονῆς.</w:t>
      </w:r>
    </w:p>
    <w:p>
      <w:r>
        <w:rPr>
          <w:rFonts w:ascii="Courier New" w:hAnsi="Courier New"/>
          <w:color w:val="555555"/>
          <w:sz w:val="20"/>
        </w:rPr>
        <w:t>[21 . 4 c]</w:t>
      </w:r>
    </w:p>
    <w:p>
      <w:r>
        <w:rPr>
          <w:rFonts w:ascii="Gentium Plus" w:hAnsi="Gentium Plus"/>
          <w:sz w:val="24"/>
        </w:rPr>
        <w:t>Ὁ τοίνυν κάλλους ἐρῶν ἆρα οὐκ ἐπιθυμεῖ αὐτοῦ; καὶ</w:t>
      </w:r>
    </w:p>
    <w:p>
      <w:r>
        <w:rPr>
          <w:rFonts w:ascii="Courier New" w:hAnsi="Courier New"/>
          <w:color w:val="555555"/>
          <w:sz w:val="20"/>
        </w:rPr>
        <w:t>[21 . 4 d]</w:t>
      </w:r>
    </w:p>
    <w:p>
      <w:r>
        <w:rPr>
          <w:rFonts w:ascii="Gentium Plus" w:hAnsi="Gentium Plus"/>
          <w:sz w:val="24"/>
        </w:rPr>
        <w:t>μάλα. Σχολῇ γὰρ ἂν εἴη τι ἄλλο ὁ ἔρως, εἰ μὴ ὄρεξίς</w:t>
      </w:r>
    </w:p>
    <w:p>
      <w:r>
        <w:rPr>
          <w:rFonts w:ascii="Courier New" w:hAnsi="Courier New"/>
          <w:color w:val="555555"/>
          <w:sz w:val="20"/>
        </w:rPr>
        <w:t>[21 . 4 e]</w:t>
      </w:r>
    </w:p>
    <w:p>
      <w:r>
        <w:rPr>
          <w:rFonts w:ascii="Gentium Plus" w:hAnsi="Gentium Plus"/>
          <w:sz w:val="24"/>
        </w:rPr>
        <w:t>τις. Παραιτοῦμαι δὲ τοὺς σοφοὺς τῆς τῶν ὀνο‐ μάτων θήρας, εἰ τὸ αὐτὸ νῦν μὲν ὄρεξιν, νῦν δὲ ἐπι‐ θυμίαν καλῶ· ἐγὼ γάρ τοι τά τε ἄλλα, καὶ ἐν τῇ τῶν</w:t>
      </w:r>
    </w:p>
    <w:p>
      <w:r>
        <w:rPr>
          <w:rFonts w:ascii="Courier New" w:hAnsi="Courier New"/>
          <w:color w:val="555555"/>
          <w:sz w:val="20"/>
        </w:rPr>
        <w:t>[21 . 4 f]</w:t>
      </w:r>
    </w:p>
    <w:p>
      <w:r>
        <w:rPr>
          <w:rFonts w:ascii="Gentium Plus" w:hAnsi="Gentium Plus"/>
          <w:sz w:val="24"/>
        </w:rPr>
        <w:t>ὀνομάτων ἐλευθερίᾳ πείθομαι Πλάτωνι. Ἔστω δέ, εἰ βούλονται, ὄρεξις, καὶ μὴ ἐπιθυμία ὁ ἔρως. Διῃ‐ ρήσθω δὲ τῇδε· ἐὰν μὲν ἐπὶ τὸ καλὸν φαινόμενον ἡ ψυχὴ ἄξῃ, ἔρως καλείσθω τοῦτο, οὐκ ἐπιθυμία· ἐὰν</w:t>
      </w:r>
    </w:p>
    <w:p>
      <w:r>
        <w:rPr>
          <w:rFonts w:ascii="Courier New" w:hAnsi="Courier New"/>
          <w:color w:val="555555"/>
          <w:sz w:val="20"/>
        </w:rPr>
        <w:t>[21 . 4 g]</w:t>
      </w:r>
    </w:p>
    <w:p>
      <w:r>
        <w:rPr>
          <w:rFonts w:ascii="Gentium Plus" w:hAnsi="Gentium Plus"/>
          <w:sz w:val="24"/>
        </w:rPr>
        <w:t>δὲ μή, ἐπιθυμία καλείσθω τοῦτο, οὐκ ἔρως. Τί οὖν, εἰ ἀκόλαστος ὁ σοφιστὴς, τῇ τοῦ φαινομένου προσθήκῃ χρώμενος, τὸ ἡδὺ τοῦτο φῇ φαντάζεσθαι αὐτῷ καλὸν</w:t>
      </w:r>
    </w:p>
    <w:p>
      <w:r>
        <w:rPr>
          <w:rFonts w:ascii="Courier New" w:hAnsi="Courier New"/>
          <w:color w:val="555555"/>
          <w:sz w:val="20"/>
        </w:rPr>
        <w:t>[21 . 4 i]</w:t>
      </w:r>
    </w:p>
    <w:p>
      <w:r>
        <w:rPr>
          <w:rFonts w:ascii="Gentium Plus" w:hAnsi="Gentium Plus"/>
          <w:sz w:val="24"/>
        </w:rPr>
        <w:t>ἐρᾶν; Καὶ τούτῳ συγχωρήσομεν; Καὶ πάλιν αὖ, εἴ τις ἀποβλέψας εἰς τοὺς τῷ ὄντι ἐραστὰς τοὺς πρὸς τὸ καλὸν ὡρμημένους, καὶ θεασάμενος τὸ ἐν τῇ ὀρέξει</w:t>
      </w:r>
    </w:p>
    <w:p>
      <w:r>
        <w:rPr>
          <w:rFonts w:ascii="Courier New" w:hAnsi="Courier New"/>
          <w:color w:val="555555"/>
          <w:sz w:val="20"/>
        </w:rPr>
        <w:t>[5]</w:t>
      </w:r>
    </w:p>
    <w:p>
      <w:r>
        <w:rPr>
          <w:rFonts w:ascii="Gentium Plus" w:hAnsi="Gentium Plus"/>
          <w:sz w:val="24"/>
        </w:rPr>
        <w:t>θυμεῖν καὶ τούτους φῇ, ἀλλ’ οὐκ ἐρᾶν· πῇ ἂν ταῦτα</w:t>
      </w:r>
    </w:p>
    <w:p>
      <w:r>
        <w:rPr>
          <w:rFonts w:ascii="Courier New" w:hAnsi="Courier New"/>
          <w:color w:val="555555"/>
          <w:sz w:val="20"/>
        </w:rPr>
        <w:t>[21 . 4 k]</w:t>
      </w:r>
    </w:p>
    <w:p>
      <w:r>
        <w:rPr>
          <w:rFonts w:ascii="Gentium Plus" w:hAnsi="Gentium Plus"/>
          <w:sz w:val="24"/>
        </w:rPr>
        <w:t>ἡμῖν διακριθείη; Εἰ γὰρ τά τε ἡδέα φαντάζεται καλά, τά τε καλὰ ἀνακέκραται ἡδοναῖς, κίνδυνος οὕτω καὶ</w:t>
      </w:r>
    </w:p>
    <w:p>
      <w:r>
        <w:rPr>
          <w:rFonts w:ascii="Courier New" w:hAnsi="Courier New"/>
          <w:color w:val="555555"/>
          <w:sz w:val="20"/>
        </w:rPr>
        <w:t>[21 . 4 l]</w:t>
      </w:r>
    </w:p>
    <w:p>
      <w:r>
        <w:rPr>
          <w:rFonts w:ascii="Gentium Plus" w:hAnsi="Gentium Plus"/>
          <w:sz w:val="24"/>
        </w:rPr>
        <w:t>τὴν ἐπιθυμίαν τῷ ἔρωτι ἐπιμιχθῆναι. Βούλει τοίνυν τοῦ μὲν καλοῦ ἀφαιροῦμεν τὸ φαινόμενον, ἵνα μήποτε λάθῃ σχηματισαμένη πρὸς αὐτὸ ἡ ἡδονή· τῆς δὲ ἡδονῆς</w:t>
      </w:r>
    </w:p>
    <w:p>
      <w:r>
        <w:rPr>
          <w:rFonts w:ascii="Courier New" w:hAnsi="Courier New"/>
          <w:color w:val="555555"/>
          <w:sz w:val="20"/>
        </w:rPr>
        <w:t>[21 . 4 m]</w:t>
      </w:r>
    </w:p>
    <w:p>
      <w:r>
        <w:rPr>
          <w:rFonts w:ascii="Gentium Plus" w:hAnsi="Gentium Plus"/>
          <w:sz w:val="24"/>
        </w:rPr>
        <w:t>οὐκ ἔτι; Τὸ μὲν γὰρ καλόν, τίμιον ὄν, κατὰ τὴν αὑτοῦ φύσιν εἶναι δεῖ καλόν, ἵνα καὶ ἐράσμιον ᾖ· τῇ δὲ ἡδονῇ ἀπόχρη φαίνεσθαι, καὶ μὴ οὔσῃ· τῇ γὰρ τοῦ πεπον‐ θότος εὐφροσύνῃ λαμβάνουσα τὴν σύστασιν, οὐ τῇ</w:t>
      </w:r>
    </w:p>
    <w:p>
      <w:r>
        <w:rPr>
          <w:rFonts w:ascii="Courier New" w:hAnsi="Courier New"/>
          <w:color w:val="555555"/>
          <w:sz w:val="20"/>
        </w:rPr>
        <w:t>[5]</w:t>
      </w:r>
    </w:p>
    <w:p>
      <w:r>
        <w:rPr>
          <w:rFonts w:ascii="Gentium Plus" w:hAnsi="Gentium Plus"/>
          <w:sz w:val="24"/>
        </w:rPr>
        <w:t>αὑτῆς φύσει, ἱκανῶς ἕξει, ἐὰν τὸ δοκεῖν ὑπάρχῃ, αὐτῇ καὶ μὴ οὔσῃ.</w:t>
      </w:r>
    </w:p>
    <w:p>
      <w:r>
        <w:rPr>
          <w:rFonts w:ascii="Courier New" w:hAnsi="Courier New"/>
          <w:color w:val="555555"/>
          <w:sz w:val="20"/>
        </w:rPr>
        <w:t>[21 . 5 a]</w:t>
      </w:r>
    </w:p>
    <w:p>
      <w:r>
        <w:rPr>
          <w:rFonts w:ascii="Gentium Plus" w:hAnsi="Gentium Plus"/>
          <w:sz w:val="24"/>
        </w:rPr>
        <w:t>Οἷον τὸ τοιόνδε λέγω (αἴσθομαι γάρ τοι ἐμαυτοῦ γλίσχρως τὸ πρᾶγμα διελομένου, καὶ δεομένου εἰκόνος).</w:t>
      </w:r>
    </w:p>
    <w:p>
      <w:r>
        <w:rPr>
          <w:rFonts w:ascii="Courier New" w:hAnsi="Courier New"/>
          <w:color w:val="555555"/>
          <w:sz w:val="20"/>
        </w:rPr>
        <w:t>[21 . 5 b]</w:t>
      </w:r>
    </w:p>
    <w:p>
      <w:r>
        <w:rPr>
          <w:rFonts w:ascii="Gentium Plus" w:hAnsi="Gentium Plus"/>
          <w:sz w:val="24"/>
        </w:rPr>
        <w:t>Σῶμά που τραφῆναι ἀδύνατον, ὅτι μὴ σιτίων προσ‐ φορᾷ, καὶ ἐργασίᾳ ὀδόντων, καὶ σπλάγχνων ὑποδοχῇ, καὶ τῇ ἔνδον οἰκονομίᾳ, προσγινομένης αὐτῷ τῆς ὑπο‐</w:t>
      </w:r>
    </w:p>
    <w:p>
      <w:r>
        <w:rPr>
          <w:rFonts w:ascii="Courier New" w:hAnsi="Courier New"/>
          <w:color w:val="555555"/>
          <w:sz w:val="20"/>
        </w:rPr>
        <w:t>[21 . 5 c]</w:t>
      </w:r>
    </w:p>
    <w:p>
      <w:r>
        <w:rPr>
          <w:rFonts w:ascii="Gentium Plus" w:hAnsi="Gentium Plus"/>
          <w:sz w:val="24"/>
        </w:rPr>
        <w:t>τροφῆς. Ἦσαν δέ που κατὰ τὸν ἐπὶ Κρόνου, φασίν, βίον αἱ τροφαὶ τοῖς ἀνθρώποις φηγοὶ καὶ ὄγχναι· καὶ διὰ τοῦτο ἐπεφημίσθη φέρειν ἡ γῆ τοὺς καρποὺς αὐτο‐ μάτους, ὅτι αὐτοῖς οὐδὲν ἔδει γεωπονίας, ἐξ αὐτοφυοῦς</w:t>
      </w:r>
    </w:p>
    <w:p>
      <w:r>
        <w:rPr>
          <w:rFonts w:ascii="Courier New" w:hAnsi="Courier New"/>
          <w:color w:val="555555"/>
          <w:sz w:val="20"/>
        </w:rPr>
        <w:t>[21 . 5 d]</w:t>
      </w:r>
    </w:p>
    <w:p>
      <w:r>
        <w:rPr>
          <w:rFonts w:ascii="Gentium Plus" w:hAnsi="Gentium Plus"/>
          <w:sz w:val="24"/>
        </w:rPr>
        <w:t>τροφῆς βιοτεύουσιν. Ἐὰν τοίνυν προσθῇς ὀψοποιόν, καὶ ἡδύσματα, καὶ τροφὴν ποικίλην, ἄλλῳ ἄλλην, καρυκείαν Σικελικήν, καὶ Συβαριτικὴν χλιδήν, καὶ Περσικὴν τρυφήν, πάντα ταῦτα ἐρεῖς ἡδονῆς ὄνομα·</w:t>
      </w:r>
    </w:p>
    <w:p>
      <w:r>
        <w:rPr>
          <w:rFonts w:ascii="Courier New" w:hAnsi="Courier New"/>
          <w:color w:val="555555"/>
          <w:sz w:val="20"/>
        </w:rPr>
        <w:t>[5]</w:t>
      </w:r>
    </w:p>
    <w:p>
      <w:r>
        <w:rPr>
          <w:rFonts w:ascii="Gentium Plus" w:hAnsi="Gentium Plus"/>
          <w:sz w:val="24"/>
        </w:rPr>
        <w:t>καὶ κοινὸν μὲν πᾶσι τὴν τροφὴν ἐρεῖς, ἴδιον δὲ ἑκάστῳ τὴν ἡδονήν, καὶ κατὰ φύσιν μὲν τὴν τροφήν, κατὰ</w:t>
      </w:r>
    </w:p>
    <w:p>
      <w:r>
        <w:rPr>
          <w:rFonts w:ascii="Courier New" w:hAnsi="Courier New"/>
          <w:color w:val="555555"/>
          <w:sz w:val="20"/>
        </w:rPr>
        <w:t>[21 . 5 e]</w:t>
      </w:r>
    </w:p>
    <w:p>
      <w:r>
        <w:rPr>
          <w:rFonts w:ascii="Gentium Plus" w:hAnsi="Gentium Plus"/>
          <w:sz w:val="24"/>
        </w:rPr>
        <w:t>τέχνην δὲ τὴν ἡδονήν. Κἂν μεταθῇς τραπέζας, τὴν Σικελικὴν τοῖς Πέρσαις, καὶ τὴν Περσικὴν Σικελιώταις, τροφὴ μὲν ὁμοίως ἑκατέροις ἑκάτερα, τὸ δὲ τῆς ἡδο‐ νῆς ὑπαλλαχθέν, δι’ ἀήθειαν εἰς λύπην μετέβαλλεν.</w:t>
      </w:r>
    </w:p>
    <w:p>
      <w:r>
        <w:rPr>
          <w:rFonts w:ascii="Courier New" w:hAnsi="Courier New"/>
          <w:color w:val="555555"/>
          <w:sz w:val="20"/>
        </w:rPr>
        <w:t>[21 . 5 f]</w:t>
      </w:r>
    </w:p>
    <w:p>
      <w:r>
        <w:rPr>
          <w:rFonts w:ascii="Gentium Plus" w:hAnsi="Gentium Plus"/>
          <w:sz w:val="24"/>
        </w:rPr>
        <w:t>Γίγνεται τοίνυν ἡ μὲν τροφὴ κατὰ τὴν οὐσίαν τοῦ τρέφειν δυναμένου, ἡ δὲ ἡδονὴ κατὰ τὸ πάθος τοῦ ἥδεσθαι εἰθισμένου.</w:t>
      </w:r>
    </w:p>
    <w:p>
      <w:r>
        <w:rPr>
          <w:rFonts w:ascii="Courier New" w:hAnsi="Courier New"/>
          <w:color w:val="555555"/>
          <w:sz w:val="20"/>
        </w:rPr>
        <w:t>[21 . 6 a]</w:t>
      </w:r>
    </w:p>
    <w:p>
      <w:r>
        <w:rPr>
          <w:rFonts w:ascii="Gentium Plus" w:hAnsi="Gentium Plus"/>
          <w:sz w:val="24"/>
        </w:rPr>
        <w:t>Τὸ δὲ ἔθος ἄλλο ἄλλῳ. Αὐτίκα Ἕλληνες μέν, καὶ</w:t>
      </w:r>
    </w:p>
    <w:p>
      <w:r>
        <w:rPr>
          <w:rFonts w:ascii="Courier New" w:hAnsi="Courier New"/>
          <w:color w:val="555555"/>
          <w:sz w:val="20"/>
        </w:rPr>
        <w:t>[5]</w:t>
      </w:r>
    </w:p>
    <w:p>
      <w:r>
        <w:rPr>
          <w:rFonts w:ascii="Gentium Plus" w:hAnsi="Gentium Plus"/>
          <w:sz w:val="24"/>
        </w:rPr>
        <w:t>σαντο ποτόν, κατὰ μὲν τὴν χρείαν οὐκ ἀναγκαῖον,</w:t>
      </w:r>
    </w:p>
    <w:p>
      <w:r>
        <w:rPr>
          <w:rFonts w:ascii="Courier New" w:hAnsi="Courier New"/>
          <w:color w:val="555555"/>
          <w:sz w:val="20"/>
        </w:rPr>
        <w:t>[21 . 6 b]</w:t>
      </w:r>
    </w:p>
    <w:p>
      <w:r>
        <w:rPr>
          <w:rFonts w:ascii="Gentium Plus" w:hAnsi="Gentium Plus"/>
          <w:sz w:val="24"/>
        </w:rPr>
        <w:t>κατὰ δὲ τὴν ἡδονὴν ἀκμαιότατον. Σκυθῶν δὲ οἱ μὲν πολλοὶ γάλακτι βιοτεύουσιν, ὅσα οἱ ἄλλοι ἐπὶ οἴνῳ· τοῖς δὲ αἱ μέλιτται καθηδύνουσι τὸ πόμα, ἐπὶ πετρῶν</w:t>
      </w:r>
    </w:p>
    <w:p>
      <w:r>
        <w:rPr>
          <w:rFonts w:ascii="Courier New" w:hAnsi="Courier New"/>
          <w:color w:val="555555"/>
          <w:sz w:val="20"/>
        </w:rPr>
        <w:t>[21 . 6 c]</w:t>
      </w:r>
    </w:p>
    <w:p>
      <w:r>
        <w:rPr>
          <w:rFonts w:ascii="Gentium Plus" w:hAnsi="Gentium Plus"/>
          <w:sz w:val="24"/>
        </w:rPr>
        <w:t>καὶ δρυῶν διαπλάττουσαι τοὺς σίμβλους· εἰσὶν δέ, οἳ τῇ παρὰ τῶν νυμφῶν ὀχετείᾳ καὶ ἐπιρροῇ οὐδὲν λυμαίνονται, ἀλλ’ αὐτοφυεῖ προσχρῶνται ποτῷ ὕδατι·</w:t>
      </w:r>
    </w:p>
    <w:p>
      <w:r>
        <w:rPr>
          <w:rFonts w:ascii="Courier New" w:hAnsi="Courier New"/>
          <w:color w:val="555555"/>
          <w:sz w:val="20"/>
        </w:rPr>
        <w:t>[21 . 6 d]</w:t>
      </w:r>
    </w:p>
    <w:p>
      <w:r>
        <w:rPr>
          <w:rFonts w:ascii="Gentium Plus" w:hAnsi="Gentium Plus"/>
          <w:sz w:val="24"/>
        </w:rPr>
        <w:t>ἓν δέ τι, οἶμαι, Σκυθῶν γένος πίνουσιν μὲν ὕδωρ, ἐπειδὰν δὲ αὐτοῖς δέῃ τῆς κατὰ μέθην ἡδονῆς, νή‐ σαντες πυράν, θυμιῶντες εὐώδεις βοτάνας, περικαθί‐ σαντες ἐν κύκλῳ τῇ πυρᾷ, ὡς περὶ κρατῆρα, εὐωχοῦν‐</w:t>
      </w:r>
    </w:p>
    <w:p>
      <w:r>
        <w:rPr>
          <w:rFonts w:ascii="Courier New" w:hAnsi="Courier New"/>
          <w:color w:val="555555"/>
          <w:sz w:val="20"/>
        </w:rPr>
        <w:t>[5]</w:t>
      </w:r>
    </w:p>
    <w:p>
      <w:r>
        <w:rPr>
          <w:rFonts w:ascii="Gentium Plus" w:hAnsi="Gentium Plus"/>
          <w:sz w:val="24"/>
        </w:rPr>
        <w:t>ται τῆς ὀδμῆς, καθάπερ οἱ ἄλλοι τοῦ ποτοῦ, καὶ μεθύσκονταί γε ὑπ’ αὐτῆς, καὶ ἀναπηδῶσιν, καὶ ᾄδου‐ σιν, καὶ ὀρχοῦνται.</w:t>
      </w:r>
    </w:p>
    <w:p>
      <w:r>
        <w:rPr>
          <w:rFonts w:ascii="Courier New" w:hAnsi="Courier New"/>
          <w:color w:val="555555"/>
          <w:sz w:val="20"/>
        </w:rPr>
        <w:t>[21 . 7 a]</w:t>
      </w:r>
    </w:p>
    <w:p>
      <w:r>
        <w:rPr>
          <w:rFonts w:ascii="Gentium Plus" w:hAnsi="Gentium Plus"/>
          <w:sz w:val="24"/>
        </w:rPr>
        <w:t>Τί δή μοι βούλεται ἡ περίοδος τοῦ λόγου; ἐνδεί‐</w:t>
      </w:r>
    </w:p>
    <w:p>
      <w:r>
        <w:rPr>
          <w:rFonts w:ascii="Courier New" w:hAnsi="Courier New"/>
          <w:color w:val="555555"/>
          <w:sz w:val="20"/>
        </w:rPr>
        <w:t>[21 . 7 b]</w:t>
      </w:r>
    </w:p>
    <w:p>
      <w:r>
        <w:rPr>
          <w:rFonts w:ascii="Gentium Plus" w:hAnsi="Gentium Plus"/>
          <w:sz w:val="24"/>
        </w:rPr>
        <w:t>ξασθαι ὑμῖν διάκρισιν καλοῦ καὶ ἡδονῆς. Τίθει γάρ</w:t>
      </w:r>
    </w:p>
    <w:p>
      <w:r>
        <w:rPr>
          <w:rFonts w:ascii="Courier New" w:hAnsi="Courier New"/>
          <w:color w:val="555555"/>
          <w:sz w:val="20"/>
        </w:rPr>
        <w:t>[5]</w:t>
      </w:r>
    </w:p>
    <w:p>
      <w:r>
        <w:rPr>
          <w:rFonts w:ascii="Gentium Plus" w:hAnsi="Gentium Plus"/>
          <w:sz w:val="24"/>
        </w:rPr>
        <w:t>τῶν ἄλλων ἄλλους ἄλλως εὐφραινόντων, τὴν ἡδονήν·</w:t>
      </w:r>
    </w:p>
    <w:p>
      <w:r>
        <w:rPr>
          <w:rFonts w:ascii="Courier New" w:hAnsi="Courier New"/>
          <w:color w:val="555555"/>
          <w:sz w:val="20"/>
        </w:rPr>
        <w:t>[21 . 7 c]</w:t>
      </w:r>
    </w:p>
    <w:p>
      <w:r>
        <w:rPr>
          <w:rFonts w:ascii="Gentium Plus" w:hAnsi="Gentium Plus"/>
          <w:sz w:val="24"/>
        </w:rPr>
        <w:t>δοκεῖν γὰρ εἶναι δεῖ ταύτην μόνην. Οὕτω δὴ τούτων ἐχόντων, γίγνεται ὁ μὲν ἔρως λόγος, καὶ ἀρετή, καὶ τέχνη· λόγος μὲν ὁ κατὰ τὴν ἀλήθειαν, ἀρετὴ δὲ κατὰ τὴν διάθεσιν, τέχνη δὲ κατὰ τὴν εὐστοχίαν τοῦ καλοῦ·</w:t>
      </w:r>
    </w:p>
    <w:p>
      <w:r>
        <w:rPr>
          <w:rFonts w:ascii="Courier New" w:hAnsi="Courier New"/>
          <w:color w:val="555555"/>
          <w:sz w:val="20"/>
        </w:rPr>
        <w:t>[21 . 7 d]</w:t>
      </w:r>
    </w:p>
    <w:p>
      <w:r>
        <w:rPr>
          <w:rFonts w:ascii="Gentium Plus" w:hAnsi="Gentium Plus"/>
          <w:sz w:val="24"/>
        </w:rPr>
        <w:t>ἐπιθυμίαι δὲ ἡδονῶν, ἄλογοι ἀλόγων. Ἐπεὶ τοίνυν τὸ καλὸν εἶναι δεῖ καλόν, ἵν’ ἔρωτα ποιῇ, ποῖόν τι εἶναι αὐτὸ φῶμεν, καὶ πῶς ποιοῦν; Βούλει σοι λέγω</w:t>
      </w:r>
    </w:p>
    <w:p>
      <w:r>
        <w:rPr>
          <w:rFonts w:ascii="Courier New" w:hAnsi="Courier New"/>
          <w:color w:val="555555"/>
          <w:sz w:val="20"/>
        </w:rPr>
        <w:t>[21 . 7 e]</w:t>
      </w:r>
    </w:p>
    <w:p>
      <w:r>
        <w:rPr>
          <w:rFonts w:ascii="Gentium Plus" w:hAnsi="Gentium Plus"/>
          <w:sz w:val="24"/>
        </w:rPr>
        <w:t>κατὰ τὴν Σωκράτους μαντείαν; Ὡς τὸ καλὸν αὐτὸ ἄρ‐ ρητον ὂν καὶ ὀφθαλμῶν κρεῖττον ἡ ψυχὴ τεθεαμένη πάλαι, καὶ ὀνειρώττουσα αὐτοῦ τὴν μνήμην, ἐν τῇ δεῦρο συνουσίᾳ οὐ πάντῃ ἐναργῶς ὁρᾷ, ἅτε ἀπολελειμ‐</w:t>
      </w:r>
    </w:p>
    <w:p>
      <w:r>
        <w:rPr>
          <w:rFonts w:ascii="Courier New" w:hAnsi="Courier New"/>
          <w:color w:val="555555"/>
          <w:sz w:val="20"/>
        </w:rPr>
        <w:t>[5]</w:t>
      </w:r>
    </w:p>
    <w:p>
      <w:r>
        <w:rPr>
          <w:rFonts w:ascii="Gentium Plus" w:hAnsi="Gentium Plus"/>
          <w:sz w:val="24"/>
        </w:rPr>
        <w:t>μένη αὐτοῦ καὶ τῷ χωρίῳ καὶ τῇ τύχῃ, καὶ ἀπεξενω‐ μένη ἐκείνων τῶν θεαμάτων εἰς τὸν ἐν γῇ τόπον, καὶ περιβεβλημένη πολλὴν καὶ παντοδαπὴν ἰλύν, ὑφ’ ἧς ταράττεται, συνδεδεμένη ἀσαφεῖ βίῳ καὶ συγκεχυ‐</w:t>
      </w:r>
    </w:p>
    <w:p>
      <w:r>
        <w:rPr>
          <w:rFonts w:ascii="Courier New" w:hAnsi="Courier New"/>
          <w:color w:val="555555"/>
          <w:sz w:val="20"/>
        </w:rPr>
        <w:t>[21 . 7 f]</w:t>
      </w:r>
    </w:p>
    <w:p>
      <w:r>
        <w:rPr>
          <w:rFonts w:ascii="Gentium Plus" w:hAnsi="Gentium Plus"/>
          <w:sz w:val="24"/>
        </w:rPr>
        <w:t>μένῳ, καὶ μεστῷ ταράχου καὶ πλημμελείας πολλῆς· ἡ δέ γε τοῦ καλοῦ φύσις ἀρξαμένη ἐκεῖθεν κάτεισιν δεῦρο πρόσω ἰοῦσα ἠρέμα, καὶ ἀμβλυνομένη μᾶλλον, καὶ ἀπολείπουσα τὴν ἀρχαίαν ἀκμήν.</w:t>
      </w:r>
    </w:p>
    <w:p>
      <w:r>
        <w:rPr>
          <w:rFonts w:ascii="Courier New" w:hAnsi="Courier New"/>
          <w:color w:val="555555"/>
          <w:sz w:val="20"/>
        </w:rPr>
        <w:t>[21 . 8 a]</w:t>
      </w:r>
    </w:p>
    <w:p>
      <w:r>
        <w:rPr>
          <w:rFonts w:ascii="Gentium Plus" w:hAnsi="Gentium Plus"/>
          <w:sz w:val="24"/>
        </w:rPr>
        <w:t>Καθάπερ τῶν ποταμῶν οἱ γενναιότατοι ἐξιόντες ἐπὶ τὴν θάλατταν κατὰ μὲν τὴν πρώτην ἐκβολὴν σώ‐ ζουσιν τὸ ῥεῦμα ἀμιγὲς ἄλλῃ φύσει πικροτέρᾳ, καὶ τοῖς ναύταις θαλαττίοις προσπλεύσασιν ἀκραιφνὲς πο‐</w:t>
      </w:r>
    </w:p>
    <w:p>
      <w:r>
        <w:rPr>
          <w:rFonts w:ascii="Courier New" w:hAnsi="Courier New"/>
          <w:color w:val="555555"/>
          <w:sz w:val="20"/>
        </w:rPr>
        <w:t>[5]</w:t>
      </w:r>
    </w:p>
    <w:p>
      <w:r>
        <w:rPr>
          <w:rFonts w:ascii="Gentium Plus" w:hAnsi="Gentium Plus"/>
          <w:sz w:val="24"/>
        </w:rPr>
        <w:t>τόν· προελθόντες δὲ οἱ ποταμοὶ πόρρω καὶ εἰσπεσόντες εἰς πέλαγος πλατύ, καὶ παραδόντες τὸ ῥεῦμα ἀνέμοις καὶ κύμασιν καὶ ζάλῃ καὶ κλύδωνι, ἠφάνισαν δι’ ἐπι‐</w:t>
      </w:r>
    </w:p>
    <w:p>
      <w:r>
        <w:rPr>
          <w:rFonts w:ascii="Courier New" w:hAnsi="Courier New"/>
          <w:color w:val="555555"/>
          <w:sz w:val="20"/>
        </w:rPr>
        <w:t>[21 . 8 b]</w:t>
      </w:r>
    </w:p>
    <w:p>
      <w:r>
        <w:rPr>
          <w:rFonts w:ascii="Gentium Plus" w:hAnsi="Gentium Plus"/>
          <w:sz w:val="24"/>
        </w:rPr>
        <w:t>μιξίαν τὴν ἀρχαίαν φύσιν· οὕτω καὶ τὸ κάλλος τὸ ἄρρητον καὶ ἀθάνατον ἔρχεται μὲν πρῶτον δι’ οὐρανοῦ καὶ τῶν ἐν αὐτῷ σωμάτων, καὶ εἰσπεσὸν ἐκεῖ, ἀκραι‐ φνὲς μένει καὶ ἀμιγὲς καὶ ὁλόκληρον· ἐπειδὰν δὲ ὑπερ‐</w:t>
      </w:r>
    </w:p>
    <w:p>
      <w:r>
        <w:rPr>
          <w:rFonts w:ascii="Courier New" w:hAnsi="Courier New"/>
          <w:color w:val="555555"/>
          <w:sz w:val="20"/>
        </w:rPr>
        <w:t>[5]</w:t>
      </w:r>
    </w:p>
    <w:p>
      <w:r>
        <w:rPr>
          <w:rFonts w:ascii="Gentium Plus" w:hAnsi="Gentium Plus"/>
          <w:sz w:val="24"/>
        </w:rPr>
        <w:t>κύψῃ τοῦ οὐρανοῦ εἰς τὸν δεῦρο τόπον, ἀμβλύνεται καὶ ἀμαυροῦται· καὶ μόλις ἂν αὐτοῦ γνωρίσαι τὴν ἐπιρ‐ ροὴν 〈πλὴν〉 ναύτης θαλάττιος, συνήθης τῷ ποταμῷ, διὰ μνήμης ἔχων τὴν ἐκείνου φύσιν, ὁρῶν αὐτὴν ἀμυδρὰν ἐν γῇ πλανωμένην καὶ ἀνακεκραμένην ἀλλοτρίᾳ φύσει·</w:t>
      </w:r>
    </w:p>
    <w:p>
      <w:r>
        <w:rPr>
          <w:rFonts w:ascii="Courier New" w:hAnsi="Courier New"/>
          <w:color w:val="555555"/>
          <w:sz w:val="20"/>
        </w:rPr>
        <w:t>[21 . 8 c]</w:t>
      </w:r>
    </w:p>
    <w:p>
      <w:r>
        <w:rPr>
          <w:rFonts w:ascii="Gentium Plus" w:hAnsi="Gentium Plus"/>
          <w:sz w:val="24"/>
        </w:rPr>
        <w:t>ὁ δέ, ἐπειδὰν ἐντύχῃ, καὶ γνωρίσῃ καὶ ἴχνος αὐγῶν φανὲν ὥσπερ ὁ Ὀδυσσεὺς ἀποθρώσκοντα καπνόν, σκιρτᾷ</w:t>
      </w:r>
    </w:p>
    <w:p>
      <w:r>
        <w:rPr>
          <w:rFonts w:ascii="Courier New" w:hAnsi="Courier New"/>
          <w:color w:val="555555"/>
          <w:sz w:val="20"/>
        </w:rPr>
        <w:t>[21 . 8 d]</w:t>
      </w:r>
    </w:p>
    <w:p>
      <w:r>
        <w:rPr>
          <w:rFonts w:ascii="Gentium Plus" w:hAnsi="Gentium Plus"/>
          <w:sz w:val="24"/>
        </w:rPr>
        <w:t>καὶ φλογοῦται καὶ φαιδρύνεται καὶ ἐρᾷ. Τοῦ δὲ κάλ‐ λους τούτου ἔλθοι μὲν ἄν τις μοῖρα καὶ ἐπὶ ποταμὸν εὐροώτατον, καὶ ἐπὶ φυτὸν εὐβλαστότατον, καὶ ἐπὶ ἵππον γενναιότατον, ἀλλ’ ὅ, τι περ κάλλους ἀργό‐</w:t>
      </w:r>
    </w:p>
    <w:p>
      <w:r>
        <w:rPr>
          <w:rFonts w:ascii="Courier New" w:hAnsi="Courier New"/>
          <w:color w:val="555555"/>
          <w:sz w:val="20"/>
        </w:rPr>
        <w:t>[21 . 8 e]</w:t>
      </w:r>
    </w:p>
    <w:p>
      <w:r>
        <w:rPr>
          <w:rFonts w:ascii="Gentium Plus" w:hAnsi="Gentium Plus"/>
          <w:sz w:val="24"/>
        </w:rPr>
        <w:t>τατον καὶ ἀμβλύτατον· εἰ δέ τις ἐστὶν αὐτοῦ ἐπιφοι‐ τῶσα τὴν γῆν, ἴδοις ἂν ταύτην οὐκ ἄλλοθι, ἢ ἐν ἀν‐ θρώπῳ, τῷ καλλίστῳ καὶ νοερωτάτῳ γηΐνων σωμά‐ των, καὶ τῷ ψυχῆς μεμοιραμένῳ συγγενοῦς αὐτῷ τῷ</w:t>
      </w:r>
    </w:p>
    <w:p>
      <w:r>
        <w:rPr>
          <w:rFonts w:ascii="Courier New" w:hAnsi="Courier New"/>
          <w:color w:val="555555"/>
          <w:sz w:val="20"/>
        </w:rPr>
        <w:t>[21 . 8 f]</w:t>
      </w:r>
    </w:p>
    <w:p>
      <w:r>
        <w:rPr>
          <w:rFonts w:ascii="Gentium Plus" w:hAnsi="Gentium Plus"/>
          <w:sz w:val="24"/>
        </w:rPr>
        <w:t>καλῷ. Καὶ διὰ τοῦτο νοῦν ἔχων, ἄγαλμα μὲν ἰδών, ἐπαινεῖ τὴν τέχνην, ἀλλ’ οὐκ ἐρᾷ τοῦ ἀγάλματος· καὶ φυτὸν ἰδών, ἐπαινεῖ τοῦ καρποῦ, ἀλλ’ οὐκ ἐρᾷ τοῦ φυτοῦ· καὶ ποταμὸν ἐπαινεῖ τῆς πραότητος, ἀλλ’ οὐκ</w:t>
      </w:r>
    </w:p>
    <w:p>
      <w:r>
        <w:rPr>
          <w:rFonts w:ascii="Courier New" w:hAnsi="Courier New"/>
          <w:color w:val="555555"/>
          <w:sz w:val="20"/>
        </w:rPr>
        <w:t>[21 . 8 g]</w:t>
      </w:r>
    </w:p>
    <w:p>
      <w:r>
        <w:rPr>
          <w:rFonts w:ascii="Gentium Plus" w:hAnsi="Gentium Plus"/>
          <w:sz w:val="24"/>
        </w:rPr>
        <w:t>ἐρᾷ τοῦ ποταμοῦ· ἐν δὲ ἀνθρώπῳ ἐπειδὰν ἴδῃ κάλλος ἔμπνουν καὶ νοερὸν καὶ ἀρετὴν προοιμιαζόμενον, καὶ</w:t>
      </w:r>
    </w:p>
    <w:p>
      <w:r>
        <w:rPr>
          <w:rFonts w:ascii="Courier New" w:hAnsi="Courier New"/>
          <w:color w:val="555555"/>
          <w:sz w:val="20"/>
        </w:rPr>
        <w:t>[21 . 8 h]</w:t>
      </w:r>
    </w:p>
    <w:p>
      <w:r>
        <w:rPr>
          <w:rFonts w:ascii="Gentium Plus" w:hAnsi="Gentium Plus"/>
          <w:sz w:val="24"/>
        </w:rPr>
        <w:t>μένου, τὸ δὲ ἀληθὲς ἐρᾷ κάλλους ἀληθεστέρου. Διὰ ταῦτα καὶ Σωκράτης ἑώρα τὰ καλὰ τῶν σωμάτων, καὶ ταχέως ἔβλεπεν, καὶ πάντα ἔβλεπεν· οὐκ ἐλάνθανεν δὲ αὐτὸν κάλλος, οὐκ ἐν παλαίστρᾳ καταδεδυκός, οὐκ ἐν</w:t>
      </w:r>
    </w:p>
    <w:p>
      <w:r>
        <w:rPr>
          <w:rFonts w:ascii="Courier New" w:hAnsi="Courier New"/>
          <w:color w:val="555555"/>
          <w:sz w:val="20"/>
        </w:rPr>
        <w:t>[5]</w:t>
      </w:r>
    </w:p>
    <w:p>
      <w:r>
        <w:rPr>
          <w:rFonts w:ascii="Gentium Plus" w:hAnsi="Gentium Plus"/>
          <w:sz w:val="24"/>
        </w:rPr>
        <w:t>Ἀκαδημίᾳ πλανώμενον, οὐκ ἐν συμποσίοις εὐωχού‐ μενον· ἀλλ’ οἷς θηρευτὴς δεινός, διὰ σωμάτων ἀνθρω‐ πίνων διετέλει μεμνημένος κάλλους ἀληθινοῦ.</w:t>
      </w:r>
    </w:p>
    <w:p>
      <w:pPr>
        <w:jc w:val="center"/>
      </w:pPr>
      <w:r>
        <w:rPr>
          <w:rFonts w:ascii="Gentium Plus" w:hAnsi="Gentium Plus"/>
          <w:b/>
          <w:sz w:val="24"/>
        </w:rPr>
        <w:t>Ὅτι πάσης τῆς διὰ λόγων εὐφροσύνης ἡ διὰ</w:t>
      </w:r>
    </w:p>
    <w:p>
      <w:pPr>
        <w:jc w:val="center"/>
      </w:pPr>
      <w:r>
        <w:rPr>
          <w:rFonts w:ascii="Gentium Plus" w:hAnsi="Gentium Plus"/>
          <w:b/>
          <w:sz w:val="24"/>
        </w:rPr>
        <w:t>φιλοσόφων λόγων ἀμείνων.</w:t>
      </w:r>
    </w:p>
    <w:p>
      <w:r>
        <w:rPr>
          <w:rFonts w:ascii="Courier New" w:hAnsi="Courier New"/>
          <w:color w:val="555555"/>
          <w:sz w:val="20"/>
        </w:rPr>
        <w:t>[1]</w:t>
      </w:r>
    </w:p>
    <w:p>
      <w:r>
        <w:rPr>
          <w:rFonts w:ascii="Gentium Plus" w:hAnsi="Gentium Plus"/>
          <w:sz w:val="24"/>
        </w:rPr>
        <w:t>Διηγεῖται Ὅμηρος περὶ Ὀδυσσέως, ὅτι χήτει νεὼς ἐπὶ σχεδίας πλέων, χειμῶνος ἐπιγενομένου, σκεδασθεί‐</w:t>
      </w:r>
    </w:p>
    <w:p>
      <w:r>
        <w:rPr>
          <w:rFonts w:ascii="Courier New" w:hAnsi="Courier New"/>
          <w:color w:val="555555"/>
          <w:sz w:val="20"/>
        </w:rPr>
        <w:t>[5]</w:t>
      </w:r>
    </w:p>
    <w:p>
      <w:r>
        <w:rPr>
          <w:rFonts w:ascii="Gentium Plus" w:hAnsi="Gentium Plus"/>
          <w:sz w:val="24"/>
        </w:rPr>
        <w:t>ἱκετεύσας βασιλικὴν παρθένον, κομισθεὶς ὑπ’ αὐτῆς εἰς τὸ ἄστυ, τυχὼν αἰδοῦς παρ’ Ἀλκίνου, κοινωνεῖ τῆς ἑστίας τοῖς Φαιάκων ἀρίστοις, καὶ μετὰ τοῦτο ἐνάρχε‐</w:t>
      </w:r>
    </w:p>
    <w:p>
      <w:r>
        <w:rPr>
          <w:rFonts w:ascii="Courier New" w:hAnsi="Courier New"/>
          <w:color w:val="555555"/>
          <w:sz w:val="20"/>
        </w:rPr>
        <w:t>[22 . 1 b]</w:t>
      </w:r>
    </w:p>
    <w:p>
      <w:r>
        <w:rPr>
          <w:rFonts w:ascii="Gentium Plus" w:hAnsi="Gentium Plus"/>
          <w:sz w:val="24"/>
        </w:rPr>
        <w:t>ται τῶν πρὸς τὸν Ἀλκίνουν λόγων ὡδί πως· ‘Ἀλκίνοε βασιλεῦ, καλὸν μὲν ἀκούειν ἀοιδοῦ ἀγαθοῦ, οἷος οὗ‐ τος, τὴν τέχνην θεῖος· τί γὰρ ἂν εἴη χαριέστερον τέ‐ λος δήμου εὐθυμουμένου, καὶ δαιτυμόνων οἴκοι, ᾠδῆς</w:t>
      </w:r>
    </w:p>
    <w:p>
      <w:r>
        <w:rPr>
          <w:rFonts w:ascii="Courier New" w:hAnsi="Courier New"/>
          <w:color w:val="555555"/>
          <w:sz w:val="20"/>
        </w:rPr>
        <w:t>[5]</w:t>
      </w:r>
    </w:p>
    <w:p>
      <w:r>
        <w:rPr>
          <w:rFonts w:ascii="Gentium Plus" w:hAnsi="Gentium Plus"/>
          <w:sz w:val="24"/>
        </w:rPr>
        <w:t>ἀκροωμένων, καθημένων ἑξῆς, καὶ τραπέζης ἀφθόνου,</w:t>
      </w:r>
    </w:p>
    <w:p>
      <w:r>
        <w:rPr>
          <w:rFonts w:ascii="Courier New" w:hAnsi="Courier New"/>
          <w:color w:val="555555"/>
          <w:sz w:val="20"/>
        </w:rPr>
        <w:t>[22 . 1 c]</w:t>
      </w:r>
    </w:p>
    <w:p>
      <w:r>
        <w:rPr>
          <w:rFonts w:ascii="Gentium Plus" w:hAnsi="Gentium Plus"/>
          <w:sz w:val="24"/>
        </w:rPr>
        <w:t>καὶ κρατῆρος μεστοῦ;‘ Ἐρωτῶ δὴ τὸν Ὀδυσσέα· ‘Τί ἡγεῖ εἶναι τὴν εὐφροσύνην, ὦ σοφώτατε ἀνδρῶν; τρά‐ πεζαν μεστὴν κρεῶν καὶ σίτου, καὶ κρατῆρας πλήρεις, καὶ οἶνον διαχεόμενον, καὶ ἐπὶ τούτοις ᾄδοντα ἀοιδόν,</w:t>
      </w:r>
    </w:p>
    <w:p>
      <w:r>
        <w:rPr>
          <w:rFonts w:ascii="Courier New" w:hAnsi="Courier New"/>
          <w:color w:val="555555"/>
          <w:sz w:val="20"/>
        </w:rPr>
        <w:t>[5]</w:t>
      </w:r>
    </w:p>
    <w:p>
      <w:r>
        <w:rPr>
          <w:rFonts w:ascii="Gentium Plus" w:hAnsi="Gentium Plus"/>
          <w:sz w:val="24"/>
        </w:rPr>
        <w:t>οἵας ἐκεῖνος ᾠδὰς ᾖδεν, νεῖκος Ὀδυσσῆος καὶ Πηλείδεω Ἀχιλλῆος; ἢ αὖ κοῖλον ἵππον, ἔνθα εἰσδύντες οἱ ἄριστοι τῶν Ἑλλήνων, εἰς τὸ ἄστυ εἰσενεχθέντες, προχυθέντες τοῦ ἵππου, μεθύουσιν ἐπιθέμενοι, εἷλον τὸ ἄστυ;</w:t>
      </w:r>
    </w:p>
    <w:p>
      <w:r>
        <w:rPr>
          <w:rFonts w:ascii="Courier New" w:hAnsi="Courier New"/>
          <w:color w:val="555555"/>
          <w:sz w:val="20"/>
        </w:rPr>
        <w:t>[10]</w:t>
      </w:r>
    </w:p>
    <w:p>
      <w:r>
        <w:rPr>
          <w:rFonts w:ascii="Gentium Plus" w:hAnsi="Gentium Plus"/>
          <w:sz w:val="24"/>
        </w:rPr>
        <w:t>Τοῦτο τί σοι κάλλιστον ἐνὶ φρεσὶν εἴδεται εἶναι;</w:t>
      </w:r>
    </w:p>
    <w:p>
      <w:r>
        <w:rPr>
          <w:rFonts w:ascii="Courier New" w:hAnsi="Courier New"/>
          <w:color w:val="555555"/>
          <w:sz w:val="20"/>
        </w:rPr>
        <w:t>[22 . 2 a]</w:t>
      </w:r>
    </w:p>
    <w:p>
      <w:r>
        <w:rPr>
          <w:rFonts w:ascii="Gentium Plus" w:hAnsi="Gentium Plus"/>
          <w:sz w:val="24"/>
        </w:rPr>
        <w:t>Δεινός τις εἶ, ὦ σοφώτατε Ὀδυσσεῦ, ἐπαινέτης εὐφροσύνης δημωδέστατος, οἵαν καὶ βάρβαρος ἀνὴρ ἐπαινέσαι, καὶ ἄρτι ἐκ Βαβυλῶνος ἥκων, συνήθης πο‐ λυτελεῖ τραπέζῃ καὶ οἴνῳ χεομένῳ πολλῷ καὶ ᾠδῇ</w:t>
      </w:r>
    </w:p>
    <w:p>
      <w:r>
        <w:rPr>
          <w:rFonts w:ascii="Courier New" w:hAnsi="Courier New"/>
          <w:color w:val="555555"/>
          <w:sz w:val="20"/>
        </w:rPr>
        <w:t>[5]</w:t>
      </w:r>
    </w:p>
    <w:p>
      <w:r>
        <w:rPr>
          <w:rFonts w:ascii="Gentium Plus" w:hAnsi="Gentium Plus"/>
          <w:sz w:val="24"/>
        </w:rPr>
        <w:t>αὐτοσχεδίῳ· καὶ ταῦτα, ὡς φῆς, ὑπεριδὼν παρ’ ἄλλοις</w:t>
      </w:r>
    </w:p>
    <w:p>
      <w:r>
        <w:rPr>
          <w:rFonts w:ascii="Courier New" w:hAnsi="Courier New"/>
          <w:color w:val="555555"/>
          <w:sz w:val="20"/>
        </w:rPr>
        <w:t>[22 . 2 b]</w:t>
      </w:r>
    </w:p>
    <w:p>
      <w:r>
        <w:rPr>
          <w:rFonts w:ascii="Gentium Plus" w:hAnsi="Gentium Plus"/>
          <w:sz w:val="24"/>
        </w:rPr>
        <w:t>τοῦ μελιηδέος λωτοῦ καὶ τῆς Σειρήνων ᾠδῆς.‘ Μή‐ ποτε οὖν ἔοικέν τι Ὅμηρος αἰνίττεσθαι ἄλλο κρεῖττον,</w:t>
      </w:r>
    </w:p>
    <w:p>
      <w:r>
        <w:rPr>
          <w:rFonts w:ascii="Courier New" w:hAnsi="Courier New"/>
          <w:color w:val="555555"/>
          <w:sz w:val="20"/>
        </w:rPr>
        <w:t>[22 . 2 c]</w:t>
      </w:r>
    </w:p>
    <w:p>
      <w:r>
        <w:rPr>
          <w:rFonts w:ascii="Gentium Plus" w:hAnsi="Gentium Plus"/>
          <w:sz w:val="24"/>
        </w:rPr>
        <w:t>ἢ ὁποῖον τὰ ἔπη λέγοι οὑτωσὶ ἀκούσαντι εὐθύς. Τὸ γάρ τοι κειμένων σιτίων ἀμφιλαφῶν καὶ οἴνου πολλοῦ, ταῦτα μὲν ἐπιθεῖναι ταῖς τραπέζαις, καὶ τὸν οἶνον τῷ κρατῆρι ἐγχέαι, ἔπαινος δ’ ἐς τοὺς δαιτυμόνας ἐν το‐</w:t>
      </w:r>
    </w:p>
    <w:p>
      <w:r>
        <w:rPr>
          <w:rFonts w:ascii="Courier New" w:hAnsi="Courier New"/>
          <w:color w:val="555555"/>
          <w:sz w:val="20"/>
        </w:rPr>
        <w:t>[5]</w:t>
      </w:r>
    </w:p>
    <w:p>
      <w:r>
        <w:rPr>
          <w:rFonts w:ascii="Gentium Plus" w:hAnsi="Gentium Plus"/>
          <w:sz w:val="24"/>
        </w:rPr>
        <w:t>σαύταις ἡδοναῖς ἀκροωμένους τοῦ ἀοιδοῦ σπουδῇ, εὐ‐ σχήμονά τινα ἔοικεν εὐωχίαν διηγεῖσθαι ἡμῖν, οἵαν μιμήσεται ἄν τις νοῦν ἔχων, μεταθεὶς τὰς ἡδονὰς ἀπὸ τῶν αἰσχίστων ἐπὶ τὰ κοσμιώτατα, ἀπὸ τῆς γαστρὸς</w:t>
      </w:r>
    </w:p>
    <w:p>
      <w:r>
        <w:rPr>
          <w:rFonts w:ascii="Courier New" w:hAnsi="Courier New"/>
          <w:color w:val="555555"/>
          <w:sz w:val="20"/>
        </w:rPr>
        <w:t>[22 . 2 d]</w:t>
      </w:r>
    </w:p>
    <w:p>
      <w:r>
        <w:rPr>
          <w:rFonts w:ascii="Gentium Plus" w:hAnsi="Gentium Plus"/>
          <w:sz w:val="24"/>
        </w:rPr>
        <w:t>ἐπὶ τὰς ἀκοάς· ἢ οὐδὲ τοῦτο ἀπόχρη, εὐωχεῖν τὰς ἀκοὰς εἰκῇ καὶ ἀναίδην,</w:t>
      </w:r>
    </w:p>
    <w:p>
      <w:r>
        <w:rPr>
          <w:rFonts w:ascii="Courier New" w:hAnsi="Courier New"/>
          <w:color w:val="555555"/>
          <w:sz w:val="20"/>
        </w:rPr>
        <w:t>[5]</w:t>
      </w:r>
    </w:p>
    <w:p>
      <w:r>
        <w:rPr>
          <w:rFonts w:ascii="Gentium Plus" w:hAnsi="Gentium Plus"/>
          <w:sz w:val="24"/>
        </w:rPr>
        <w:t>κοσμούσης τὴν ἀκοῆς εὐωχίαν ἁρμονίᾳ δεξιᾷ.</w:t>
      </w:r>
    </w:p>
    <w:p>
      <w:r>
        <w:rPr>
          <w:rFonts w:ascii="Courier New" w:hAnsi="Courier New"/>
          <w:color w:val="555555"/>
          <w:sz w:val="20"/>
        </w:rPr>
        <w:t>[22 . 3 a/b]</w:t>
      </w:r>
    </w:p>
    <w:p>
      <w:r>
        <w:rPr>
          <w:rFonts w:ascii="Gentium Plus" w:hAnsi="Gentium Plus"/>
          <w:sz w:val="24"/>
        </w:rPr>
        <w:t>Καὶ τίς ἂν ἡμῖν ἡ τοιαύτη ἁρμονία γένοιτο; ἀγαπῶ μὲν γὰρ ἔγωγε τὴν ἐκ μελῶν ἡδονὴν προσιοῦσαν ταῖς ἀκοαῖς, ἢ δι’ αὐλῶν ἐμπνεομένων, ἢ διὰ λύρας κρουο‐ μένης, ἢ δι’ ἄλλού του μουσικοῦ ὀργάνου δυναμένου</w:t>
      </w:r>
    </w:p>
    <w:p>
      <w:r>
        <w:rPr>
          <w:rFonts w:ascii="Courier New" w:hAnsi="Courier New"/>
          <w:color w:val="555555"/>
          <w:sz w:val="20"/>
        </w:rPr>
        <w:t>[22 . 3 c]</w:t>
      </w:r>
    </w:p>
    <w:p>
      <w:r>
        <w:rPr>
          <w:rFonts w:ascii="Gentium Plus" w:hAnsi="Gentium Plus"/>
          <w:sz w:val="24"/>
        </w:rPr>
        <w:t>χορηγεῖν καὶ ἐπιπέμπειν ἡμῖν προσηνὲς μέλος· δείδια δέ, μὴ ταυτὶ τὰ μέλη ἡδονὴν μέν τινα ἔχῃ κεκραμένην ὑπὸ τέχνης καλῶς, ἄσημα δὲ ὄντα καὶ ἄλογα καὶ ἄφωνα</w:t>
      </w:r>
    </w:p>
    <w:p>
      <w:r>
        <w:rPr>
          <w:rFonts w:ascii="Courier New" w:hAnsi="Courier New"/>
          <w:color w:val="555555"/>
          <w:sz w:val="20"/>
        </w:rPr>
        <w:t>[22 . 3 d]</w:t>
      </w:r>
    </w:p>
    <w:p>
      <w:r>
        <w:rPr>
          <w:rFonts w:ascii="Gentium Plus" w:hAnsi="Gentium Plus"/>
          <w:sz w:val="24"/>
        </w:rPr>
        <w:t>μηδὲν μέγα τῇ ψυχῇ εἰς εὐφροσύνην συντελεῖ. Εἰ γάρ τις ἐθέλοι παραβαλεῖν τὴν ἐκ μελῶν ἡδονὴν τῇ τῶν λόγων, ἐοίκοι ἂν ὁ μὲν λόγος σιτίοις, τὸ δὲ μέλος ὀδμαῖς· ὧν τὰ μὲν εἰς ὑποτροφὴν προσφορώτατα, ὀδμὴ δέ, καὶ</w:t>
      </w:r>
    </w:p>
    <w:p>
      <w:r>
        <w:rPr>
          <w:rFonts w:ascii="Courier New" w:hAnsi="Courier New"/>
          <w:color w:val="555555"/>
          <w:sz w:val="20"/>
        </w:rPr>
        <w:t>[5]</w:t>
      </w:r>
    </w:p>
    <w:p>
      <w:r>
        <w:rPr>
          <w:rFonts w:ascii="Gentium Plus" w:hAnsi="Gentium Plus"/>
          <w:sz w:val="24"/>
        </w:rPr>
        <w:t>ἐνοδμή, κιβδηλότατον ἐν 〈ἡδονῇ〉 χρῆμα, καὶ ἐν τροφῇ</w:t>
      </w:r>
    </w:p>
    <w:p>
      <w:r>
        <w:rPr>
          <w:rFonts w:ascii="Courier New" w:hAnsi="Courier New"/>
          <w:color w:val="555555"/>
          <w:sz w:val="20"/>
        </w:rPr>
        <w:t>[22 . 3 e]</w:t>
      </w:r>
    </w:p>
    <w:p>
      <w:r>
        <w:rPr>
          <w:rFonts w:ascii="Gentium Plus" w:hAnsi="Gentium Plus"/>
          <w:sz w:val="24"/>
        </w:rPr>
        <w:t>ἀσθενέστατον. Εὐωχητέον οὖν τὰς ἀκοάς, τρέφοντας ὁμοῦ, τὰς μὲν ὀδμὰς ταύτας τὰς ἐκ τῶν μελῶν παρα‐ πεμπομένους, τὰ δὲ ἐκ λόγων σιτία προσάγοντας αὐ‐</w:t>
      </w:r>
    </w:p>
    <w:p>
      <w:r>
        <w:rPr>
          <w:rFonts w:ascii="Courier New" w:hAnsi="Courier New"/>
          <w:color w:val="555555"/>
          <w:sz w:val="20"/>
        </w:rPr>
        <w:t>[22 . 3 f]</w:t>
      </w:r>
    </w:p>
    <w:p>
      <w:r>
        <w:rPr>
          <w:rFonts w:ascii="Gentium Plus" w:hAnsi="Gentium Plus"/>
          <w:sz w:val="24"/>
        </w:rPr>
        <w:t>ταῖς. Ἐπεὶ τοίνυν λόγῳ, καὶ οὐκ ἄλλῴ τῳ, χαίρειν εἰκὸς δαιτυμόνας δεξιούς τινας, καὶ λόγους αὐτοῖς παραθήσομεν φέροντες ἄρα, οἳ μὲν μιμοῦνται τὰς ἐν</w:t>
      </w:r>
    </w:p>
    <w:p>
      <w:r>
        <w:rPr>
          <w:rFonts w:ascii="Courier New" w:hAnsi="Courier New"/>
          <w:color w:val="555555"/>
          <w:sz w:val="20"/>
        </w:rPr>
        <w:t>[5]</w:t>
      </w:r>
    </w:p>
    <w:p>
      <w:r>
        <w:rPr>
          <w:rFonts w:ascii="Gentium Plus" w:hAnsi="Gentium Plus"/>
          <w:sz w:val="24"/>
        </w:rPr>
        <w:t>μάχας, κρατύνοντες μὲν τὰ ἄδικα, ἐπικοσμοῦντες δὲ τὰ αἰσχρά, κιβδηλεύοντες τἀληθῆ, ὑγιὲς δὲ οὐδέν, οὐδὲ ἄδολον, οὐδὲ ἐν τῷ τῆς φύσεως ἐπιχωρίῳ μένειν ἐῶν‐ τες, ἀλλ’ αὐτὸ ἐκεῖνο, οἷόν περ οἱ τῶν ἀνδραπόδων κάπηλοι, οἳ σώματα παραλαβόντες ἁπλᾶ ὑφ’ ἡλίῳ κα‐</w:t>
      </w:r>
    </w:p>
    <w:p>
      <w:r>
        <w:rPr>
          <w:rFonts w:ascii="Courier New" w:hAnsi="Courier New"/>
          <w:color w:val="555555"/>
          <w:sz w:val="20"/>
        </w:rPr>
        <w:t>[10]</w:t>
      </w:r>
    </w:p>
    <w:p>
      <w:r>
        <w:rPr>
          <w:rFonts w:ascii="Gentium Plus" w:hAnsi="Gentium Plus"/>
          <w:sz w:val="24"/>
        </w:rPr>
        <w:t>θαρῷ καὶ ἀέρι ἐλευθέρῳ τεθραμμένα, σκιατροφοῦντες ταῦτα καὶ λεαίνοντες, λυμαίνονται αὐτῶν τὴν ἀπ’ ἀρχῆς δημιουργίαν, ἣν ἡ φύσις αὐτοῖς περιέβαλλεν</w:t>
      </w:r>
    </w:p>
    <w:p>
      <w:r>
        <w:rPr>
          <w:rFonts w:ascii="Courier New" w:hAnsi="Courier New"/>
          <w:color w:val="555555"/>
          <w:sz w:val="20"/>
        </w:rPr>
        <w:t>[22 . 3 g]</w:t>
      </w:r>
    </w:p>
    <w:p>
      <w:r>
        <w:rPr>
          <w:rFonts w:ascii="Gentium Plus" w:hAnsi="Gentium Plus"/>
          <w:sz w:val="24"/>
        </w:rPr>
        <w:t>κρείττονα τέχνης. Τοιοῦτον γάρ τι ἀμέλει καὶ οἱ περὶ τὰς δίκας εἱλούμενοι δρῶσιν.</w:t>
      </w:r>
    </w:p>
    <w:p>
      <w:r>
        <w:rPr>
          <w:rFonts w:ascii="Courier New" w:hAnsi="Courier New"/>
          <w:color w:val="555555"/>
          <w:sz w:val="20"/>
        </w:rPr>
        <w:t>[22 . 4 a]</w:t>
      </w:r>
    </w:p>
    <w:p>
      <w:r>
        <w:rPr>
          <w:rFonts w:ascii="Gentium Plus" w:hAnsi="Gentium Plus"/>
          <w:sz w:val="24"/>
        </w:rPr>
        <w:t>Ἀλλὰ τά γε τούτων μιμήματα, πρὸς τῷ κίβδηλα εἶναι καὶ σκυθρωπὰ κομιδῇ, καὶ εὐωχουμέναις ψυχαῖς οὐ πάνυ τι ἀκούειν ἐπιτήδεια· ὡς ἐγὼ οὐδὲ τὰ Αἰ‐ νιάνων θεάματα ἐπαινῶ, ὅσα ἐν πότῳ εὐφραίνονται</w:t>
      </w:r>
    </w:p>
    <w:p>
      <w:r>
        <w:rPr>
          <w:rFonts w:ascii="Courier New" w:hAnsi="Courier New"/>
          <w:color w:val="555555"/>
          <w:sz w:val="20"/>
        </w:rPr>
        <w:t>[22 . 4 b]</w:t>
      </w:r>
    </w:p>
    <w:p>
      <w:r>
        <w:rPr>
          <w:rFonts w:ascii="Gentium Plus" w:hAnsi="Gentium Plus"/>
          <w:sz w:val="24"/>
        </w:rPr>
        <w:t>Αἰνιᾶνες, οἱ μὲν δρῶντες, οἱ δὲ ὁρῶντες. Ἄνδρες δύο μιμοῦνται μάχην, ὑπαυλοῦντος ἄλλου· ὁ μὲν αὐτοῖν γεωργὸς τέ ἐστιν καὶ ἀροῖ, ὁ δὲ λῃστὴς καὶ ὅπλα ἔχει, κεῖται δὲ καὶ τῷ γεωργῷ τὰ ὅπλα ἀγχοῦ· ἐπειδὰν δὲ</w:t>
      </w:r>
    </w:p>
    <w:p>
      <w:r>
        <w:rPr>
          <w:rFonts w:ascii="Courier New" w:hAnsi="Courier New"/>
          <w:color w:val="555555"/>
          <w:sz w:val="20"/>
        </w:rPr>
        <w:t>[5]</w:t>
      </w:r>
    </w:p>
    <w:p>
      <w:r>
        <w:rPr>
          <w:rFonts w:ascii="Gentium Plus" w:hAnsi="Gentium Plus"/>
          <w:sz w:val="24"/>
        </w:rPr>
        <w:t>ὁ λῃστὴς ἔλθῃ, ἀφέμενος ὁ γεωργὸς τοῦ ζεύγους, δρα‐ μὼν ἐπὶ τὰ ὅπλα, συμπεσόντες μάχονται, παίοντες τὰς ὄψεις, καὶ μιμούμενοι τραύματα καὶ πτώματα· θεά‐</w:t>
      </w:r>
    </w:p>
    <w:p>
      <w:r>
        <w:rPr>
          <w:rFonts w:ascii="Courier New" w:hAnsi="Courier New"/>
          <w:color w:val="555555"/>
          <w:sz w:val="20"/>
        </w:rPr>
        <w:t>[22 . 4 c]</w:t>
      </w:r>
    </w:p>
    <w:p>
      <w:r>
        <w:rPr>
          <w:rFonts w:ascii="Gentium Plus" w:hAnsi="Gentium Plus"/>
          <w:sz w:val="24"/>
        </w:rPr>
        <w:t>ματα οὐ συμποτικά. Ἐπαινῶ πρὸ τούτων τὸν Περ‐ σικὸν νόμον τὸν ἀρχαῖον, δι’ ὃν Πέρσαι τῆς ἐλευθε‐</w:t>
      </w:r>
    </w:p>
    <w:p>
      <w:r>
        <w:rPr>
          <w:rFonts w:ascii="Courier New" w:hAnsi="Courier New"/>
          <w:color w:val="555555"/>
          <w:sz w:val="20"/>
        </w:rPr>
        <w:t>[22 . 4 d]</w:t>
      </w:r>
    </w:p>
    <w:p>
      <w:r>
        <w:rPr>
          <w:rFonts w:ascii="Gentium Plus" w:hAnsi="Gentium Plus"/>
          <w:sz w:val="24"/>
        </w:rPr>
        <w:t>ρίας ἐπελάβοντο. Ἀνέκειντο τοῖς Πέρσαις αἱ βουλαὶ εἰς τὰς εὐωχίας, ὥσπερ τοῖς Ἀθηναίοις εἰς τὰς ἐκκλη‐ σίας, καὶ σπουδαστικώτερον ἦν συμπόσιον Περσικὸν</w:t>
      </w:r>
    </w:p>
    <w:p>
      <w:r>
        <w:rPr>
          <w:rFonts w:ascii="Courier New" w:hAnsi="Courier New"/>
          <w:color w:val="555555"/>
          <w:sz w:val="20"/>
        </w:rPr>
        <w:t>[22 . 4 e]</w:t>
      </w:r>
    </w:p>
    <w:p>
      <w:r>
        <w:rPr>
          <w:rFonts w:ascii="Gentium Plus" w:hAnsi="Gentium Plus"/>
          <w:sz w:val="24"/>
        </w:rPr>
        <w:t>ἐκκλησίας Ἀττικῆς· ἐκεῖ μὲν γὰρ νόμος κολάζων τὴν μέθην ἐπήγειρεν αὐτῶν τὰς ἀρετὰς τῇ εὐωχίᾳ, καθά‐ περ ἔλαιον πῦρ, ἐπιχέων τῇ ψυχῇ συμμέτρως, μὴ τε‐ λείως σβεννὺς αὐτῆς τὸ φιλότιμον, μήτε ἐξάπτων τῆς</w:t>
      </w:r>
    </w:p>
    <w:p>
      <w:r>
        <w:rPr>
          <w:rFonts w:ascii="Courier New" w:hAnsi="Courier New"/>
          <w:color w:val="555555"/>
          <w:sz w:val="20"/>
        </w:rPr>
        <w:t>[22 . 4 f]</w:t>
      </w:r>
    </w:p>
    <w:p>
      <w:r>
        <w:rPr>
          <w:rFonts w:ascii="Gentium Plus" w:hAnsi="Gentium Plus"/>
          <w:sz w:val="24"/>
        </w:rPr>
        <w:t>χρείας περαιτέρω· ἐνταῦθα δὲ οἱ νήφοντες οὗτοι δη‐ μαγωγοί, μηδενὸς αὐτοῖς ἐφεστῶτος νόμου κολάζοντος τὴν ἐξουσίαν τῶν λόγων, ἐξωρχοῦντο ἐν ταῖς ἐκκλη‐ σίαις πάσης μέθης ἀκολαστότερον.</w:t>
      </w:r>
    </w:p>
    <w:p>
      <w:r>
        <w:rPr>
          <w:rFonts w:ascii="Courier New" w:hAnsi="Courier New"/>
          <w:color w:val="555555"/>
          <w:sz w:val="20"/>
        </w:rPr>
        <w:t>[22 . 5 a]</w:t>
      </w:r>
    </w:p>
    <w:p>
      <w:r>
        <w:rPr>
          <w:rFonts w:ascii="Gentium Plus" w:hAnsi="Gentium Plus"/>
          <w:sz w:val="24"/>
        </w:rPr>
        <w:t>Τὰ μὲν οὖν τῶν Περσῶν καὶ τὰ Ἀττικὰ ἐῶμεν,</w:t>
      </w:r>
    </w:p>
    <w:p>
      <w:r>
        <w:rPr>
          <w:rFonts w:ascii="Courier New" w:hAnsi="Courier New"/>
          <w:color w:val="555555"/>
          <w:sz w:val="20"/>
        </w:rPr>
        <w:t>[22 . 5 b]</w:t>
      </w:r>
    </w:p>
    <w:p>
      <w:r>
        <w:rPr>
          <w:rFonts w:ascii="Gentium Plus" w:hAnsi="Gentium Plus"/>
          <w:sz w:val="24"/>
        </w:rPr>
        <w:t>ἐπανάγωμεν δὲ αὖθις ἐπὶ τὰ ἡμέτερα. Λόγοις τοιγα‐ ροῦν εὐωχητέον τὰς ἀγαθὰς ψυχάς, καὶ οὐ δικανικοῖς</w:t>
      </w:r>
    </w:p>
    <w:p>
      <w:r>
        <w:rPr>
          <w:rFonts w:ascii="Courier New" w:hAnsi="Courier New"/>
          <w:color w:val="555555"/>
          <w:sz w:val="20"/>
        </w:rPr>
        <w:t>[22 . 5 d]</w:t>
      </w:r>
    </w:p>
    <w:p>
      <w:r>
        <w:rPr>
          <w:rFonts w:ascii="Gentium Plus" w:hAnsi="Gentium Plus"/>
          <w:sz w:val="24"/>
        </w:rPr>
        <w:t>λόγοις, φησὶν ὁ λόγος. Τίσιν μὴν ἄρα; Οἳ τὰς ψυχὰς ἐπὶ τὸν πρόσθεν χρόνον ἀναβιβασάμενοι παρέχουσιν</w:t>
      </w:r>
    </w:p>
    <w:p>
      <w:r>
        <w:rPr>
          <w:rFonts w:ascii="Courier New" w:hAnsi="Courier New"/>
          <w:color w:val="555555"/>
          <w:sz w:val="20"/>
        </w:rPr>
        <w:t>[22 . 5 e]</w:t>
      </w:r>
    </w:p>
    <w:p>
      <w:r>
        <w:rPr>
          <w:rFonts w:ascii="Gentium Plus" w:hAnsi="Gentium Plus"/>
          <w:sz w:val="24"/>
        </w:rPr>
        <w:t>αὐταῖς τὴν θέαν τῶν γενομένων πάλαι. Προσηνὲς γὰρ ἡ ἱστορία καὶ τὸ μηδὲν καμόντα πανταχοῦ περι‐ πολεῖν, πάντα μὲν χωρία ἐποπτεύοντα, πᾶσιν δὲ πολέ‐ μοις ἐκ τοῦ ἀσφαλοῦς παραγιγνόμενον, μῆκος δὲ ἀμή‐</w:t>
      </w:r>
    </w:p>
    <w:p>
      <w:r>
        <w:rPr>
          <w:rFonts w:ascii="Courier New" w:hAnsi="Courier New"/>
          <w:color w:val="555555"/>
          <w:sz w:val="20"/>
        </w:rPr>
        <w:t>[5]</w:t>
      </w:r>
    </w:p>
    <w:p>
      <w:r>
        <w:rPr>
          <w:rFonts w:ascii="Gentium Plus" w:hAnsi="Gentium Plus"/>
          <w:sz w:val="24"/>
        </w:rPr>
        <w:t>χανον χρόνου ἐν βραχεῖ ἀναλεγόμενον, πλῆθος δὲ ἄπειρον πραγμάτων ἐν ὀλίγῳ μανθάνοντα, τὰ Ἀσσύρια, τὰ Αἰγύπτια, τὰ Περσικά, τὰ Μηδικά, τὰ Ἑλληνικά·</w:t>
      </w:r>
    </w:p>
    <w:p>
      <w:r>
        <w:rPr>
          <w:rFonts w:ascii="Courier New" w:hAnsi="Courier New"/>
          <w:color w:val="555555"/>
          <w:sz w:val="20"/>
        </w:rPr>
        <w:t>[22 . 5 f]</w:t>
      </w:r>
    </w:p>
    <w:p>
      <w:r>
        <w:rPr>
          <w:rFonts w:ascii="Gentium Plus" w:hAnsi="Gentium Plus"/>
          <w:sz w:val="24"/>
        </w:rPr>
        <w:t>νῦν μὲν πολεμοῦσιν ἐν γῇ παραγινόμενον, νῦν δὲ ἐν θαλάττῃ ναυμαχοῦσιν, νῦν δὲ ἐν ἐκκλησίαις βουλευο‐ μένοις· μετὰ Θεμιστοκλέους ναυμαχοῦντα, μετὰ Λεω‐ νίδου ταττόμενον, καὶ μετὰ Ἀγησιλάου διαβαίνοντα,</w:t>
      </w:r>
    </w:p>
    <w:p>
      <w:r>
        <w:rPr>
          <w:rFonts w:ascii="Courier New" w:hAnsi="Courier New"/>
          <w:color w:val="555555"/>
          <w:sz w:val="20"/>
        </w:rPr>
        <w:t>[5]</w:t>
      </w:r>
    </w:p>
    <w:p>
      <w:r>
        <w:rPr>
          <w:rFonts w:ascii="Gentium Plus" w:hAnsi="Gentium Plus"/>
          <w:sz w:val="24"/>
        </w:rPr>
        <w:t>καὶ μετὰ Ξενοφῶντος σωζόμενον· ξυνερῶντα Πανθίᾳ,</w:t>
      </w:r>
    </w:p>
    <w:p>
      <w:r>
        <w:rPr>
          <w:rFonts w:ascii="Courier New" w:hAnsi="Courier New"/>
          <w:color w:val="555555"/>
          <w:sz w:val="20"/>
        </w:rPr>
        <w:t>[22 . 5 g]</w:t>
      </w:r>
    </w:p>
    <w:p>
      <w:r>
        <w:rPr>
          <w:rFonts w:ascii="Gentium Plus" w:hAnsi="Gentium Plus"/>
          <w:sz w:val="24"/>
        </w:rPr>
        <w:t>συνθηρῶντα Κύρῳ, συμβασιλεύοντα Κυαξάρει. Εἰ δὲ καὶ Ὀδυσσεὺς σοφός, ὅτι πολύτροπος ἦν, καὶ πολλῶν ἀνθρώπων ἴδεν ἄστη καὶ νόον ἔγνω,</w:t>
      </w:r>
    </w:p>
    <w:p>
      <w:r>
        <w:rPr>
          <w:rFonts w:ascii="Courier New" w:hAnsi="Courier New"/>
          <w:color w:val="555555"/>
          <w:sz w:val="20"/>
        </w:rPr>
        <w:t>[5]</w:t>
      </w:r>
    </w:p>
    <w:p>
      <w:r>
        <w:rPr>
          <w:rFonts w:ascii="Gentium Plus" w:hAnsi="Gentium Plus"/>
          <w:sz w:val="24"/>
        </w:rPr>
        <w:t>πολύ που σοφώτερος ὁ τῶν μὲν κινδύνων ἐξιστάμενος,</w:t>
      </w:r>
    </w:p>
    <w:p>
      <w:r>
        <w:rPr>
          <w:rFonts w:ascii="Courier New" w:hAnsi="Courier New"/>
          <w:color w:val="555555"/>
          <w:sz w:val="20"/>
        </w:rPr>
        <w:t>[22 . 5 h]</w:t>
      </w:r>
    </w:p>
    <w:p>
      <w:r>
        <w:rPr>
          <w:rFonts w:ascii="Gentium Plus" w:hAnsi="Gentium Plus"/>
          <w:sz w:val="24"/>
        </w:rPr>
        <w:t>τῆς δὲ ἱστορίας ἐμπιμπλάμενος. Χάρυβδιν ὄψεται, ἀλλ’ οὐκ ἐν ναυαγίῳ· Σειρήνων ἀκούσεται, ἀλλ’ οὐ δεδε‐</w:t>
      </w:r>
    </w:p>
    <w:p>
      <w:r>
        <w:rPr>
          <w:rFonts w:ascii="Courier New" w:hAnsi="Courier New"/>
          <w:color w:val="555555"/>
          <w:sz w:val="20"/>
        </w:rPr>
        <w:t>[22 . 5 i]</w:t>
      </w:r>
    </w:p>
    <w:p>
      <w:r>
        <w:rPr>
          <w:rFonts w:ascii="Gentium Plus" w:hAnsi="Gentium Plus"/>
          <w:sz w:val="24"/>
        </w:rPr>
        <w:t>μένος· Κύκλωπι ἐντεύξεται, ἀλλ’ εἰρηνικῷ. Εἰ δὲ καὶ Περσεὺς εὐδαίμων, ὅτι πτηνὸς ἦν, καὶ περιεφέρετο ἐν τῷ αἰθέρι, πάντα ἐποπτεύων τὰ ἐν γῇ παθήματα καὶ χωρία, πολὺ τῶν Περσέως πτερῶν ἡ ἱστορία κουφό‐</w:t>
      </w:r>
    </w:p>
    <w:p>
      <w:r>
        <w:rPr>
          <w:rFonts w:ascii="Courier New" w:hAnsi="Courier New"/>
          <w:color w:val="555555"/>
          <w:sz w:val="20"/>
        </w:rPr>
        <w:t>[22 . 5 k]</w:t>
      </w:r>
    </w:p>
    <w:p>
      <w:r>
        <w:rPr>
          <w:rFonts w:ascii="Gentium Plus" w:hAnsi="Gentium Plus"/>
          <w:sz w:val="24"/>
        </w:rPr>
        <w:t>τερον καὶ μετεωρότερον· ἣ λαβοῦσα τὴν ψυχὴν περι‐ φέρει πανταχοῦ, οὐκ ἀργῶς οὐδὲ ἠμελημένως δεικνύ‐ ουσα, ἀλλὰ καὶ ἄνδρα γενεαλογεῖ καὶ ποταμόν· Κροῖσσος ἦν Λυδὸς μὲν γένος, παῖς</w:t>
      </w:r>
    </w:p>
    <w:p>
      <w:r>
        <w:rPr>
          <w:rFonts w:ascii="Courier New" w:hAnsi="Courier New"/>
          <w:color w:val="555555"/>
          <w:sz w:val="20"/>
        </w:rPr>
        <w:t>[5]</w:t>
      </w:r>
    </w:p>
    <w:p>
      <w:r>
        <w:rPr>
          <w:rFonts w:ascii="Gentium Plus" w:hAnsi="Gentium Plus"/>
          <w:sz w:val="24"/>
        </w:rPr>
        <w:t>δὲ Ἀλυάττεω, τύραννος δὲ ἐθνῶν· Δάρδανον αὖ πρῶτον τέκετο νεφεληγερέτα Ζεύς.</w:t>
      </w:r>
    </w:p>
    <w:p>
      <w:r>
        <w:rPr>
          <w:rFonts w:ascii="Courier New" w:hAnsi="Courier New"/>
          <w:color w:val="555555"/>
          <w:sz w:val="20"/>
        </w:rPr>
        <w:t>[22 . 5 l]</w:t>
      </w:r>
    </w:p>
    <w:p>
      <w:r>
        <w:rPr>
          <w:rFonts w:ascii="Gentium Plus" w:hAnsi="Gentium Plus"/>
          <w:sz w:val="24"/>
        </w:rPr>
        <w:t>Γενεαλογεῖ καὶ πόλιν· Ἐπίδαμνός ἐστιν πόλις ἐν δεξιᾷ εἰσ‐ πλέοντι τὸν Ἰώνιον κόλπον· προσοικοῦσιν δ’ αὐτὴν Ταλάντιοι βάρβαροι·</w:t>
      </w:r>
    </w:p>
    <w:p>
      <w:r>
        <w:rPr>
          <w:rFonts w:ascii="Courier New" w:hAnsi="Courier New"/>
          <w:color w:val="555555"/>
          <w:sz w:val="20"/>
        </w:rPr>
        <w:t>[5]</w:t>
      </w:r>
    </w:p>
    <w:p>
      <w:r>
        <w:rPr>
          <w:rFonts w:ascii="Gentium Plus" w:hAnsi="Gentium Plus"/>
          <w:sz w:val="24"/>
        </w:rPr>
        <w:t>ἔστι πόλις Ἐφύρη μυχῷ Ἄργεος ἱπποβότοιο.</w:t>
      </w:r>
    </w:p>
    <w:p>
      <w:r>
        <w:rPr>
          <w:rFonts w:ascii="Courier New" w:hAnsi="Courier New"/>
          <w:color w:val="555555"/>
          <w:sz w:val="20"/>
        </w:rPr>
        <w:t>[10]</w:t>
      </w:r>
    </w:p>
    <w:p>
      <w:r>
        <w:rPr>
          <w:rFonts w:ascii="Gentium Plus" w:hAnsi="Gentium Plus"/>
          <w:sz w:val="24"/>
        </w:rPr>
        <w:t>δρον.</w:t>
      </w:r>
    </w:p>
    <w:p>
      <w:r>
        <w:rPr>
          <w:rFonts w:ascii="Courier New" w:hAnsi="Courier New"/>
          <w:color w:val="555555"/>
          <w:sz w:val="20"/>
        </w:rPr>
        <w:t>[22 . 5 n]</w:t>
      </w:r>
    </w:p>
    <w:p>
      <w:r>
        <w:rPr>
          <w:rFonts w:ascii="Gentium Plus" w:hAnsi="Gentium Plus"/>
          <w:sz w:val="24"/>
        </w:rPr>
        <w:t>Τοῦτο τὸ ἄκουσμα ἐφήμερον τὸ τῶν ἀνθρώπων γένος καὶ φθειρόμενον ταχὺ καὶ ἀπολλύμενον καὶ ὑπορρέον τῇ μνήμῃ σώζει, καὶ τὰς ἀρετὰς φυλάττει, καὶ τὰς</w:t>
      </w:r>
    </w:p>
    <w:p>
      <w:r>
        <w:rPr>
          <w:rFonts w:ascii="Courier New" w:hAnsi="Courier New"/>
          <w:color w:val="555555"/>
          <w:sz w:val="20"/>
        </w:rPr>
        <w:t>[22 . 5 o]</w:t>
      </w:r>
    </w:p>
    <w:p>
      <w:r>
        <w:rPr>
          <w:rFonts w:ascii="Gentium Plus" w:hAnsi="Gentium Plus"/>
          <w:sz w:val="24"/>
        </w:rPr>
        <w:t>πράξεις ταῖς δόξαις ἀθανάτους ποιεῖ. Διὰ τοῦτο ὁ Λεωνίδης ᾄδεται οὐχ ὑπὸ Λακεδαιμονίων μόνον τῶν τότε, καὶ ὁ Θεμιστοκλῆς ἐπαινεῖται οὐχ ὑπὸ Ἀθηναίων ἐκείνων· μένει δὲ καὶ ἡ Περικλέους στρατηγία, καὶ</w:t>
      </w:r>
    </w:p>
    <w:p>
      <w:r>
        <w:rPr>
          <w:rFonts w:ascii="Courier New" w:hAnsi="Courier New"/>
          <w:color w:val="555555"/>
          <w:sz w:val="20"/>
        </w:rPr>
        <w:t>[5]</w:t>
      </w:r>
    </w:p>
    <w:p>
      <w:r>
        <w:rPr>
          <w:rFonts w:ascii="Gentium Plus" w:hAnsi="Gentium Plus"/>
          <w:sz w:val="24"/>
        </w:rPr>
        <w:t>νῦν ἔτι ἡ Ἀριστείδου δικαιοσύνη· δίδωσιν Κριτίας</w:t>
      </w:r>
    </w:p>
    <w:p>
      <w:r>
        <w:rPr>
          <w:rFonts w:ascii="Courier New" w:hAnsi="Courier New"/>
          <w:color w:val="555555"/>
          <w:sz w:val="20"/>
        </w:rPr>
        <w:t>[22 . 5 p]</w:t>
      </w:r>
    </w:p>
    <w:p>
      <w:r>
        <w:rPr>
          <w:rFonts w:ascii="Gentium Plus" w:hAnsi="Gentium Plus"/>
          <w:sz w:val="24"/>
        </w:rPr>
        <w:t>καὶ νῦν δίκην, φεύγει καὶ νῦν Ἀλκιβιάδης. Συνελόντι δὲ εἰπεῖν, οἱ καθ’ ἱστορίαν λόγοι τῷ μὲν ἀνηκόῳ τερ‐ πνότατον καθ’ ἡδονήν, τῷ δὲ εἰδότι ἐπαγωγότατον κατὰ ἀνάμνησιν.</w:t>
      </w:r>
    </w:p>
    <w:p>
      <w:r>
        <w:rPr>
          <w:rFonts w:ascii="Courier New" w:hAnsi="Courier New"/>
          <w:color w:val="555555"/>
          <w:sz w:val="20"/>
        </w:rPr>
        <w:t>[22 . 6 a]</w:t>
      </w:r>
    </w:p>
    <w:p>
      <w:r>
        <w:rPr>
          <w:rFonts w:ascii="Gentium Plus" w:hAnsi="Gentium Plus"/>
          <w:sz w:val="24"/>
        </w:rPr>
        <w:t>Τίς ἂν οὖν γένοιτο ψυχαῖς εὐωχία λόγων ταύτης προσηνεστέρα; Χαλεπὸν μὲν εἰπεῖν καὶ ἀντιτάξασθαι</w:t>
      </w:r>
    </w:p>
    <w:p>
      <w:r>
        <w:rPr>
          <w:rFonts w:ascii="Courier New" w:hAnsi="Courier New"/>
          <w:color w:val="555555"/>
          <w:sz w:val="20"/>
        </w:rPr>
        <w:t>[22 . 6 b]</w:t>
      </w:r>
    </w:p>
    <w:p>
      <w:r>
        <w:rPr>
          <w:rFonts w:ascii="Gentium Plus" w:hAnsi="Gentium Plus"/>
          <w:sz w:val="24"/>
        </w:rPr>
        <w:t>πολλῷ καὶ γενναίῳ λογοποιῷ, ῥητέον δὲ ὅμως· ὅτι</w:t>
      </w:r>
    </w:p>
    <w:p>
      <w:r>
        <w:rPr>
          <w:rFonts w:ascii="Courier New" w:hAnsi="Courier New"/>
          <w:color w:val="555555"/>
          <w:sz w:val="20"/>
        </w:rPr>
        <w:t>[5]</w:t>
      </w:r>
    </w:p>
    <w:p>
      <w:r>
        <w:rPr>
          <w:rFonts w:ascii="Gentium Plus" w:hAnsi="Gentium Plus"/>
          <w:sz w:val="24"/>
        </w:rPr>
        <w:t>μήπω μαθόντι, ὅπως ταῦτα φυλακτέον; ἢ τί πλέον Ἀθηναίοις ἐγένετο διὰ τὴν ἱστορίαν τὴν Ἀττικήν; ἢ τί πλέον Ἁλικαρνασσεῦσιν διὰ τὴν ἱστορίαν τὴν</w:t>
      </w:r>
    </w:p>
    <w:p>
      <w:r>
        <w:rPr>
          <w:rFonts w:ascii="Courier New" w:hAnsi="Courier New"/>
          <w:color w:val="555555"/>
          <w:sz w:val="20"/>
        </w:rPr>
        <w:t>[22 . 6 c]</w:t>
      </w:r>
    </w:p>
    <w:p>
      <w:r>
        <w:rPr>
          <w:rFonts w:ascii="Gentium Plus" w:hAnsi="Gentium Plus"/>
          <w:sz w:val="24"/>
        </w:rPr>
        <w:t>Ἰωνικήν; ἢ τί Χίοι διὰ ταύτην εὐδαιμονέστεροι; Εἰ μὲν γὰρ ἀποκρίναντες τὰ καλὰ τῶν αἰσχρῶν, τὰ μὲν ἀπέκρυπτον, τὰ δὲ ἱστόρουν, ἦν ἄν που τῇ ψυχῇ ὄνησις κατὰ μίμησιν τῶν ἱστορημένων, καθάπερ ὀφθαλ‐</w:t>
      </w:r>
    </w:p>
    <w:p>
      <w:r>
        <w:rPr>
          <w:rFonts w:ascii="Courier New" w:hAnsi="Courier New"/>
          <w:color w:val="555555"/>
          <w:sz w:val="20"/>
        </w:rPr>
        <w:t>[22 . 6 d]</w:t>
      </w:r>
    </w:p>
    <w:p>
      <w:r>
        <w:rPr>
          <w:rFonts w:ascii="Gentium Plus" w:hAnsi="Gentium Plus"/>
          <w:sz w:val="24"/>
        </w:rPr>
        <w:t>μοῖς κατὰ μίμησιν γραφῆς· νῦν δὲ ἀναμὶξ εἰσφύρεται πάντα ἐν τοῖς λόγοις, καὶ πλεονάζει τὰ χείρω, καὶ κρατεῖ τὰ αἰσχρά· καὶ τὸ πολὺ τῆς ἱστορίας πλεονέκται τύραννοι, καὶ πόλεμοι ἄδικοι, καὶ εὐτυχίαι ἄλογοι, καὶ</w:t>
      </w:r>
    </w:p>
    <w:p>
      <w:r>
        <w:rPr>
          <w:rFonts w:ascii="Courier New" w:hAnsi="Courier New"/>
          <w:color w:val="555555"/>
          <w:sz w:val="20"/>
        </w:rPr>
        <w:t>[5]</w:t>
      </w:r>
    </w:p>
    <w:p>
      <w:r>
        <w:rPr>
          <w:rFonts w:ascii="Gentium Plus" w:hAnsi="Gentium Plus"/>
          <w:sz w:val="24"/>
        </w:rPr>
        <w:t>πράξεις πονηραί, καὶ συμφοραὶ ἀγνώμονες, καὶ περι‐ στάσεις τραγικαί· ὧν σφαλερὰ μὲν ἡ μίμησις, βλαβερὰ</w:t>
      </w:r>
    </w:p>
    <w:p>
      <w:r>
        <w:rPr>
          <w:rFonts w:ascii="Courier New" w:hAnsi="Courier New"/>
          <w:color w:val="555555"/>
          <w:sz w:val="20"/>
        </w:rPr>
        <w:t>[22 . 6 e]</w:t>
      </w:r>
    </w:p>
    <w:p>
      <w:r>
        <w:rPr>
          <w:rFonts w:ascii="Gentium Plus" w:hAnsi="Gentium Plus"/>
          <w:sz w:val="24"/>
        </w:rPr>
        <w:t>δὲ ἡ μνήμη, ἀθάνατος δὲ ἡ δυστυχία. Ἐγὼ δὲ ποθῶ πρὸς τὴν εὐωχίαν τροφὴν λόγων ὑγιεινῶν, καὶ ἀνόσου τοιούτου δέομαι σιτίου, ἀφ’ οὗ καὶ Σωκράτης ὑγίανεν, καὶ Πλάτων, καὶ Ξενοφῶν, καὶ Αἰσχίνης.</w:t>
      </w:r>
    </w:p>
    <w:p>
      <w:r>
        <w:rPr>
          <w:rFonts w:ascii="Courier New" w:hAnsi="Courier New"/>
          <w:color w:val="555555"/>
          <w:sz w:val="20"/>
        </w:rPr>
        <w:t>[22 . 7 a]</w:t>
      </w:r>
    </w:p>
    <w:p>
      <w:r>
        <w:rPr>
          <w:rFonts w:ascii="Gentium Plus" w:hAnsi="Gentium Plus"/>
          <w:sz w:val="24"/>
        </w:rPr>
        <w:t>Ἐπιθυμεῖ ἡ ἀνθρώπου ψυχή, καὶ δέδιεν, καὶ λυ‐ πεῖται, καὶ φθονεῖ, καὶ ἄλλοις συνέχεται παντοδαποῖς καὶ ἀλλοκότοις παθήμασιν· στάσιν ὁρᾷς πικρὰν καὶ ἀκήρυκτον· τοιοῦτόν μοι διηγοῦ τὸν πόλεμον, τὸν δὲ</w:t>
      </w:r>
    </w:p>
    <w:p>
      <w:r>
        <w:rPr>
          <w:rFonts w:ascii="Courier New" w:hAnsi="Courier New"/>
          <w:color w:val="555555"/>
          <w:sz w:val="20"/>
        </w:rPr>
        <w:t>[5]</w:t>
      </w:r>
    </w:p>
    <w:p>
      <w:r>
        <w:rPr>
          <w:rFonts w:ascii="Gentium Plus" w:hAnsi="Gentium Plus"/>
          <w:sz w:val="24"/>
        </w:rPr>
        <w:t>Μηδικὸν ἔα· ταύτην μοι διηγοῦ τὴν νόσον, τὸν δὲ</w:t>
      </w:r>
    </w:p>
    <w:p>
      <w:r>
        <w:rPr>
          <w:rFonts w:ascii="Courier New" w:hAnsi="Courier New"/>
          <w:color w:val="555555"/>
          <w:sz w:val="20"/>
        </w:rPr>
        <w:t>[22 . 7 b]</w:t>
      </w:r>
    </w:p>
    <w:p>
      <w:r>
        <w:rPr>
          <w:rFonts w:ascii="Gentium Plus" w:hAnsi="Gentium Plus"/>
          <w:sz w:val="24"/>
        </w:rPr>
        <w:t>λοιμὸν ἔα. Εἰπέ, τίνι ἐπιτρέψω τὴν στρατηγίαν καὶ τὴν ἴασιν; Ἱπποκράτην δὲ ἔα τοῖς σώμασιν καὶ Θε‐ μιστοκλέα τῇ θαλάττῃ· λέγε τὸν ψυχῆς ἰατρόν, λέγε</w:t>
      </w:r>
    </w:p>
    <w:p>
      <w:r>
        <w:rPr>
          <w:rFonts w:ascii="Courier New" w:hAnsi="Courier New"/>
          <w:color w:val="555555"/>
          <w:sz w:val="20"/>
        </w:rPr>
        <w:t>[22 . 7 c]</w:t>
      </w:r>
    </w:p>
    <w:p>
      <w:r>
        <w:rPr>
          <w:rFonts w:ascii="Gentium Plus" w:hAnsi="Gentium Plus"/>
          <w:sz w:val="24"/>
        </w:rPr>
        <w:t>τὸν στρατηγόν. Κἂν ἀπορῇς ἀνδρῶν, ἐπὶ τοὺς θεοὺς ἴθι. Ἔρου μὴ περὶ γῆς δῃουμένης, μήτε περὶ θαλάτ‐ της λῃστευομένης, μηδὲ περὶ τειχῶν πολιορκουμένων, μηδὲ περὶ σωμάτων φθειρομένων· σμικρὰ ταῦτα, ἐφή‐</w:t>
      </w:r>
    </w:p>
    <w:p>
      <w:r>
        <w:rPr>
          <w:rFonts w:ascii="Courier New" w:hAnsi="Courier New"/>
          <w:color w:val="555555"/>
          <w:sz w:val="20"/>
        </w:rPr>
        <w:t>[22 . 7 d]</w:t>
      </w:r>
    </w:p>
    <w:p>
      <w:r>
        <w:rPr>
          <w:rFonts w:ascii="Gentium Plus" w:hAnsi="Gentium Plus"/>
          <w:sz w:val="24"/>
        </w:rPr>
        <w:t>μερα ταῦτα. Τμηθήσεται λήϊον, κἂν Πελοποννήσιοι ἀπόσχωνται· λῃστευθήσεται θάλαττα, κἂν Ἀθηναῖοι μὴ ναυμαχῶσιν· καταβαλεῖ τὰ τείχη, καὶ εἰ μὴ Φίλιππος, ἀλλ’ ὁ χρόνος· φθαρήσεται τὰ σώματα, κἂν</w:t>
      </w:r>
    </w:p>
    <w:p>
      <w:r>
        <w:rPr>
          <w:rFonts w:ascii="Courier New" w:hAnsi="Courier New"/>
          <w:color w:val="555555"/>
          <w:sz w:val="20"/>
        </w:rPr>
        <w:t>[5]</w:t>
      </w:r>
    </w:p>
    <w:p>
      <w:r>
        <w:rPr>
          <w:rFonts w:ascii="Gentium Plus" w:hAnsi="Gentium Plus"/>
          <w:sz w:val="24"/>
        </w:rPr>
        <w:t>ἀπέλθῃ ὁ λοιμός·</w:t>
      </w:r>
    </w:p>
    <w:p>
      <w:r>
        <w:rPr>
          <w:rFonts w:ascii="Courier New" w:hAnsi="Courier New"/>
          <w:color w:val="555555"/>
          <w:sz w:val="20"/>
        </w:rPr>
        <w:t>[22 . 7 e]</w:t>
      </w:r>
    </w:p>
    <w:p>
      <w:r>
        <w:rPr>
          <w:rFonts w:ascii="Gentium Plus" w:hAnsi="Gentium Plus"/>
          <w:sz w:val="24"/>
        </w:rPr>
        <w:t>ἀνδρὸς δὲ ἀρετή, πάλιν ἐλθεῖν οὔτε λεϊστή, ... οὐθ’ ἑλετή.</w:t>
      </w:r>
    </w:p>
    <w:p>
      <w:r>
        <w:rPr>
          <w:rFonts w:ascii="Courier New" w:hAnsi="Courier New"/>
          <w:color w:val="555555"/>
          <w:sz w:val="20"/>
        </w:rPr>
        <w:t>[5]</w:t>
      </w:r>
    </w:p>
    <w:p>
      <w:r>
        <w:rPr>
          <w:rFonts w:ascii="Gentium Plus" w:hAnsi="Gentium Plus"/>
          <w:sz w:val="24"/>
        </w:rPr>
        <w:t>Περὶ ταύτης ἔρου δή, ὅτε ψυχὴ τέμνεται, λῃστεύεται, πολιορκεῖται, νοσεῖ· χρησμοῦ σοι δεῖ, μαντείας σοι δεῖ, εὖξαι τῷ θεῷ· κλῦθί μευ, ἀργυρότοξε, ὃς Χρύσην ἀμφιβέβηκας, κλῦθι, ὦ Ἄπολλον, καὶ Ζεῦ, καὶ εἴ τις ἄλλος θεὸς ἰα‐</w:t>
      </w:r>
    </w:p>
    <w:p>
      <w:r>
        <w:rPr>
          <w:rFonts w:ascii="Courier New" w:hAnsi="Courier New"/>
          <w:color w:val="555555"/>
          <w:sz w:val="20"/>
        </w:rPr>
        <w:t>[10]</w:t>
      </w:r>
    </w:p>
    <w:p>
      <w:r>
        <w:rPr>
          <w:rFonts w:ascii="Gentium Plus" w:hAnsi="Gentium Plus"/>
          <w:sz w:val="24"/>
        </w:rPr>
        <w:t>τικὸς ψυχῆς νοσούσης, εἴ ποτέ τοι χαρίεντ’ ἐπὶ νηὸν ἔρεψα, εἰ δήποτέ τοι κατὰ πίονα μηρί’ ἔκηα. Ἀκούσεται ὁ Ἀπόλλων τοιαῦτα εὐχομένου θᾶττον, ἢ</w:t>
      </w:r>
    </w:p>
    <w:p>
      <w:r>
        <w:rPr>
          <w:rFonts w:ascii="Courier New" w:hAnsi="Courier New"/>
          <w:color w:val="555555"/>
          <w:sz w:val="20"/>
        </w:rPr>
        <w:t>[22 . 7 f]</w:t>
      </w:r>
    </w:p>
    <w:p>
      <w:r>
        <w:rPr>
          <w:rFonts w:ascii="Gentium Plus" w:hAnsi="Gentium Plus"/>
          <w:sz w:val="24"/>
        </w:rPr>
        <w:t>τοῦ Χρύσου. Οὐ γὰρ ἐπὶ λοιμὸν παρακαλεῖς τὸν θεόν, οὐδὲ ἐπὶ τοξείαν ὀϊστῶν θανατηφόρων, οὐδὲ ἐπὶ φθο‐ ρὰν κυνῶν καὶ ἀνδρῶν καὶ ὀρέων· οὐ γὰρ ταῦτα ἔργα</w:t>
      </w:r>
    </w:p>
    <w:p>
      <w:r>
        <w:rPr>
          <w:rFonts w:ascii="Courier New" w:hAnsi="Courier New"/>
          <w:color w:val="555555"/>
          <w:sz w:val="20"/>
        </w:rPr>
        <w:t>[22 . 7 g]</w:t>
      </w:r>
    </w:p>
    <w:p>
      <w:r>
        <w:rPr>
          <w:rFonts w:ascii="Gentium Plus" w:hAnsi="Gentium Plus"/>
          <w:sz w:val="24"/>
        </w:rPr>
        <w:t>μουσικοῦ θεοῦ, καὶ σοφοῦ καὶ μαντικοῦ. Ὅμηρος δὲ αὐτῷ προσέθηκεν τὴν φήμην, αἰνιττόμενος τὴν ἡλίου ἀκτῖνα δι’ ἀέρος χωροῦσαν ὀϊστοῦ θᾶττον, ἀκρατοτέραν</w:t>
      </w:r>
    </w:p>
    <w:p>
      <w:r>
        <w:rPr>
          <w:rFonts w:ascii="Courier New" w:hAnsi="Courier New"/>
          <w:color w:val="555555"/>
          <w:sz w:val="20"/>
        </w:rPr>
        <w:t>[22 . 7 h]</w:t>
      </w:r>
    </w:p>
    <w:p>
      <w:r>
        <w:rPr>
          <w:rFonts w:ascii="Gentium Plus" w:hAnsi="Gentium Plus"/>
          <w:sz w:val="24"/>
        </w:rPr>
        <w:t>τῆς τῶν σωμάτων συμμετρίας. Ἐμοὶ δὲ ᾀδέτω εἴτε καὶ Ὅμηρος, εἴτε Ἡσίοδος, εἴτε τις ἄλλος ποιητὴς δαι‐ μόνιος, θεὸν Παιᾶνα ψυχῆς παθημάτων· ἄξια ταῦτα</w:t>
      </w:r>
    </w:p>
    <w:p>
      <w:pPr>
        <w:jc w:val="center"/>
      </w:pPr>
      <w:r>
        <w:rPr>
          <w:rFonts w:ascii="Gentium Plus" w:hAnsi="Gentium Plus"/>
          <w:b/>
          <w:sz w:val="24"/>
        </w:rPr>
        <w:t>Τίνες λυσιτελέστεροι πόλει,</w:t>
      </w:r>
    </w:p>
    <w:p>
      <w:pPr>
        <w:jc w:val="center"/>
      </w:pPr>
      <w:r>
        <w:rPr>
          <w:rFonts w:ascii="Gentium Plus" w:hAnsi="Gentium Plus"/>
          <w:b/>
          <w:sz w:val="24"/>
        </w:rPr>
        <w:t>οἱ προπολεμοῦντες, ἢ οἱ γεωργοῦντες. Ὅτι</w:t>
      </w:r>
    </w:p>
    <w:p>
      <w:pPr>
        <w:jc w:val="center"/>
      </w:pPr>
      <w:r>
        <w:rPr>
          <w:rFonts w:ascii="Gentium Plus" w:hAnsi="Gentium Plus"/>
          <w:b/>
          <w:sz w:val="24"/>
        </w:rPr>
        <w:t>οἱ προπολεμοῦντες.</w:t>
      </w:r>
    </w:p>
    <w:p>
      <w:r>
        <w:rPr>
          <w:rFonts w:ascii="Courier New" w:hAnsi="Courier New"/>
          <w:color w:val="555555"/>
          <w:sz w:val="20"/>
        </w:rPr>
        <w:t>[1]</w:t>
      </w:r>
    </w:p>
    <w:p>
      <w:r>
        <w:rPr>
          <w:rFonts w:ascii="Gentium Plus" w:hAnsi="Gentium Plus"/>
          <w:sz w:val="24"/>
        </w:rPr>
        <w:t>Ἔχεις εἰπεῖν, τίνας ὀνομάζει Ὅμηρος ἐν τοῖς ἔπεσιν διογενεῖς, καὶ θεοῖς εἰκέλους, καὶ λαῶν ποιμένας, καὶ ἄλλα ὅσα ποιητὴν εἰκὸς ἀποσεμνύνοντα τοῖς ὀνόμασιν</w:t>
      </w:r>
    </w:p>
    <w:p>
      <w:r>
        <w:rPr>
          <w:rFonts w:ascii="Courier New" w:hAnsi="Courier New"/>
          <w:color w:val="555555"/>
          <w:sz w:val="20"/>
        </w:rPr>
        <w:t>[23 . 1 b]</w:t>
      </w:r>
    </w:p>
    <w:p>
      <w:r>
        <w:rPr>
          <w:rFonts w:ascii="Gentium Plus" w:hAnsi="Gentium Plus"/>
          <w:sz w:val="24"/>
        </w:rPr>
        <w:t>ἀρετὴν ἀνδρός; ἆρα τοὺς ἐπὶ σκαπάνῃ καὶ αὔλακι πρὸς τῇ γῇ διαπονουμένους, δεινοὺς ἀροῦν, ἀγαθοὺς φυ‐</w:t>
      </w:r>
    </w:p>
    <w:p>
      <w:r>
        <w:rPr>
          <w:rFonts w:ascii="Courier New" w:hAnsi="Courier New"/>
          <w:color w:val="555555"/>
          <w:sz w:val="20"/>
        </w:rPr>
        <w:t>[23 . 1 c]</w:t>
      </w:r>
    </w:p>
    <w:p>
      <w:r>
        <w:rPr>
          <w:rFonts w:ascii="Gentium Plus" w:hAnsi="Gentium Plus"/>
          <w:sz w:val="24"/>
        </w:rPr>
        <w:t>τεύειν, ἐν ἀμήτῳ δεξιούς, ἐν ὀρχάτῳ φιλοπόνους; ἢ τούτων μὲν οὐδὲ τὴν ἀρχὴν ἠξίωσεν καταμῖξαι τὰ ἔργα τῇ αὐτοῦ ᾠδῇ, ὅτι μὴ νησιώτῃ γέροντι ἀναθεὶς αὐτά, ἐκπεπτωκότι τῆς ἀρχῆς ὑπὸ ὑβριστῶν νέων, ἐν</w:t>
      </w:r>
    </w:p>
    <w:p>
      <w:r>
        <w:rPr>
          <w:rFonts w:ascii="Courier New" w:hAnsi="Courier New"/>
          <w:color w:val="555555"/>
          <w:sz w:val="20"/>
        </w:rPr>
        <w:t>[5]</w:t>
      </w:r>
    </w:p>
    <w:p>
      <w:r>
        <w:rPr>
          <w:rFonts w:ascii="Gentium Plus" w:hAnsi="Gentium Plus"/>
          <w:sz w:val="24"/>
        </w:rPr>
        <w:t>‘γουνῷ οἰνοπέδου ἀλωῆσ‘ ἐπὶ φύλλων χαμαὶ</w:t>
      </w:r>
    </w:p>
    <w:p>
      <w:r>
        <w:rPr>
          <w:rFonts w:ascii="Courier New" w:hAnsi="Courier New"/>
          <w:color w:val="555555"/>
          <w:sz w:val="20"/>
        </w:rPr>
        <w:t>[23 . 1 d]</w:t>
      </w:r>
    </w:p>
    <w:p>
      <w:r>
        <w:rPr>
          <w:rFonts w:ascii="Gentium Plus" w:hAnsi="Gentium Plus"/>
          <w:sz w:val="24"/>
        </w:rPr>
        <w:t>βεβλημένων ὥρᾳ θέρους ἀναπαυομένῳ; Οἱ δὲ μακάριοι</w:t>
      </w:r>
    </w:p>
    <w:p>
      <w:r>
        <w:rPr>
          <w:rFonts w:ascii="Courier New" w:hAnsi="Courier New"/>
          <w:color w:val="555555"/>
          <w:sz w:val="20"/>
        </w:rPr>
        <w:t>[5]</w:t>
      </w:r>
    </w:p>
    <w:p>
      <w:r>
        <w:rPr>
          <w:rFonts w:ascii="Gentium Plus" w:hAnsi="Gentium Plus"/>
          <w:sz w:val="24"/>
        </w:rPr>
        <w:t>μήδης ἀριστεύων, ἤ τις ἄλλος τῶν δεινῶν τὰ ἀριστευ‐</w:t>
      </w:r>
    </w:p>
    <w:p>
      <w:r>
        <w:rPr>
          <w:rFonts w:ascii="Courier New" w:hAnsi="Courier New"/>
          <w:color w:val="555555"/>
          <w:sz w:val="20"/>
        </w:rPr>
        <w:t>[23 . 1 e]</w:t>
      </w:r>
    </w:p>
    <w:p>
      <w:r>
        <w:rPr>
          <w:rFonts w:ascii="Gentium Plus" w:hAnsi="Gentium Plus"/>
          <w:sz w:val="24"/>
        </w:rPr>
        <w:t>τικά. Μεστὰ δὲ αὐτῷ τὰ ἔπη ἀσπίδων μεγάλων, καὶ κορύθων φαεινῶν, καὶ δοράτων μακρῶν, καὶ ἁρμάτων καλῶν, καὶ ἵππων θεόντων, καὶ ἀγαθῶν κτεινόντων,</w:t>
      </w:r>
    </w:p>
    <w:p>
      <w:r>
        <w:rPr>
          <w:rFonts w:ascii="Courier New" w:hAnsi="Courier New"/>
          <w:color w:val="555555"/>
          <w:sz w:val="20"/>
        </w:rPr>
        <w:t>[23 . 1 f]</w:t>
      </w:r>
    </w:p>
    <w:p>
      <w:r>
        <w:rPr>
          <w:rFonts w:ascii="Gentium Plus" w:hAnsi="Gentium Plus"/>
          <w:sz w:val="24"/>
        </w:rPr>
        <w:t>καὶ δειλῶν κτεινομένων. Τὸν μὲν γὰρ Ἀγαμέμνονα αὐτὸν τὸν τῶν Πανελλήνων βασιλέα οὐκ ἔσχεν ἑτέρως ἐπαινέσαι, ἢ τὸν αἰχμητὴν προσθεὶς τῷ βασιλεῖ, ὡς μόνον δὴ τοῦτο ἔργων ἀρχικώτατον· καὶ φησίν, ὅτι</w:t>
      </w:r>
    </w:p>
    <w:p>
      <w:r>
        <w:rPr>
          <w:rFonts w:ascii="Courier New" w:hAnsi="Courier New"/>
          <w:color w:val="555555"/>
          <w:sz w:val="20"/>
        </w:rPr>
        <w:t>[5]</w:t>
      </w:r>
    </w:p>
    <w:p>
      <w:r>
        <w:rPr>
          <w:rFonts w:ascii="Gentium Plus" w:hAnsi="Gentium Plus"/>
          <w:sz w:val="24"/>
        </w:rPr>
        <w:t>ἦν ὁ Ἀγαμέμνων ἀμφότερον, βασιλεὺς καὶ αἰχμητὴς</w:t>
      </w:r>
    </w:p>
    <w:p>
      <w:r>
        <w:rPr>
          <w:rFonts w:ascii="Courier New" w:hAnsi="Courier New"/>
          <w:color w:val="555555"/>
          <w:sz w:val="20"/>
        </w:rPr>
        <w:t>[23 . 1 g]</w:t>
      </w:r>
    </w:p>
    <w:p>
      <w:r>
        <w:rPr>
          <w:rFonts w:ascii="Gentium Plus" w:hAnsi="Gentium Plus"/>
          <w:sz w:val="24"/>
        </w:rPr>
        <w:t>ἀγαθός. Ἐπεὶ καὶ ὁ Μενέλαος βασιλεὺς μὲν ἦν, οὐχ ἧττον ἢ ὁ Ἀγαμέμνων, μαλθακὸς δὲ αἰχμήν, καὶ διὰ τοῦτο ὀλίγον αὐτῷ μετέδωκε ποιητικῆς εὐφημίας Ὅμη‐</w:t>
      </w:r>
    </w:p>
    <w:p>
      <w:r>
        <w:rPr>
          <w:rFonts w:ascii="Courier New" w:hAnsi="Courier New"/>
          <w:color w:val="555555"/>
          <w:sz w:val="20"/>
        </w:rPr>
        <w:t>[23 . 1 h]</w:t>
      </w:r>
    </w:p>
    <w:p>
      <w:r>
        <w:rPr>
          <w:rFonts w:ascii="Gentium Plus" w:hAnsi="Gentium Plus"/>
          <w:sz w:val="24"/>
        </w:rPr>
        <w:t>ρος. Ὅ γε μὴν Ἀγαμέμνων οὗτος, τί ἦν ἂν ἐπικλε‐ έστερος τῶν ἄλλων, εἰ κατὰ τὸ Ἄργος μένων, γῆν ἀγαθὴν ἔχων, γεωργῶν τὴν γῆν, ἀπέφηνεν αὐτὴν εὐ‐</w:t>
      </w:r>
    </w:p>
    <w:p>
      <w:r>
        <w:rPr>
          <w:rFonts w:ascii="Courier New" w:hAnsi="Courier New"/>
          <w:color w:val="555555"/>
          <w:sz w:val="20"/>
        </w:rPr>
        <w:t>[23 . 1 i]</w:t>
      </w:r>
    </w:p>
    <w:p>
      <w:r>
        <w:rPr>
          <w:rFonts w:ascii="Gentium Plus" w:hAnsi="Gentium Plus"/>
          <w:sz w:val="24"/>
        </w:rPr>
        <w:t>καρπωτέραν τῆς Αἰγυπτίας; Τοῦ μὲν γὰρ Ὀδυσσέως ἀκούεις αὐτοῦ σεμνολογουμένου περὶ τῆς Ἰθάκης· τρηχεῖα, ἀλλ’ ἀγαθὴ κουροτρόφος,</w:t>
      </w:r>
    </w:p>
    <w:p>
      <w:r>
        <w:rPr>
          <w:rFonts w:ascii="Courier New" w:hAnsi="Courier New"/>
          <w:color w:val="555555"/>
          <w:sz w:val="20"/>
        </w:rPr>
        <w:t>[5]</w:t>
      </w:r>
    </w:p>
    <w:p>
      <w:r>
        <w:rPr>
          <w:rFonts w:ascii="Gentium Plus" w:hAnsi="Gentium Plus"/>
          <w:sz w:val="24"/>
        </w:rPr>
        <w:t>ὁ τῆς ἀνδρείας καρπὸς οὗτος πυρῶν καὶ κριθῶν, καὶ εἴ τις ἄλλη ὑποτροφὴ γῆς.</w:t>
      </w:r>
    </w:p>
    <w:p>
      <w:r>
        <w:rPr>
          <w:rFonts w:ascii="Courier New" w:hAnsi="Courier New"/>
          <w:color w:val="555555"/>
          <w:sz w:val="20"/>
        </w:rPr>
        <w:t>[23 . 2 a]</w:t>
      </w:r>
    </w:p>
    <w:p>
      <w:r>
        <w:rPr>
          <w:rFonts w:ascii="Gentium Plus" w:hAnsi="Gentium Plus"/>
          <w:sz w:val="24"/>
        </w:rPr>
        <w:t>Ὅμηρον ἐῶ· τάχα γὰρ καὶ δυσχεράναις ἂν τῷ λόγῳ</w:t>
      </w:r>
    </w:p>
    <w:p>
      <w:r>
        <w:rPr>
          <w:rFonts w:ascii="Courier New" w:hAnsi="Courier New"/>
          <w:color w:val="555555"/>
          <w:sz w:val="20"/>
        </w:rPr>
        <w:t>[23 . 2 b]</w:t>
      </w:r>
    </w:p>
    <w:p>
      <w:r>
        <w:rPr>
          <w:rFonts w:ascii="Gentium Plus" w:hAnsi="Gentium Plus"/>
          <w:sz w:val="24"/>
        </w:rPr>
        <w:t>προφερομένῳ σοι μάρτυρα φιλοπόλεμον. Βούλει σοι τὰ δεύτερα ἐπ’ ἐκείνῳ λέγω τὰ Λακωνικά, ἢ τὰ Ἀττικά,</w:t>
      </w:r>
    </w:p>
    <w:p>
      <w:r>
        <w:rPr>
          <w:rFonts w:ascii="Courier New" w:hAnsi="Courier New"/>
          <w:color w:val="555555"/>
          <w:sz w:val="20"/>
        </w:rPr>
        <w:t>[23 . 2 c]</w:t>
      </w:r>
    </w:p>
    <w:p>
      <w:r>
        <w:rPr>
          <w:rFonts w:ascii="Gentium Plus" w:hAnsi="Gentium Plus"/>
          <w:sz w:val="24"/>
        </w:rPr>
        <w:t>ἢ τὰ Κρητικά, ἢ τὰ Περσικά; Τὴν Σπάρτην ἐπαινεῖς ὡς εὐνομωτάτην. Ὁ δὲ Λυκοῦργος (ὃς σοῦ δήπου ἐπαινέτου δεήσεται· ὁ γὰρ Ἀπόλλων φθάνει λέγων πρὸς αὐτὸν</w:t>
      </w:r>
    </w:p>
    <w:p>
      <w:r>
        <w:rPr>
          <w:rFonts w:ascii="Courier New" w:hAnsi="Courier New"/>
          <w:color w:val="555555"/>
          <w:sz w:val="20"/>
        </w:rPr>
        <w:t>[5]</w:t>
      </w:r>
    </w:p>
    <w:p>
      <w:r>
        <w:rPr>
          <w:rFonts w:ascii="Gentium Plus" w:hAnsi="Gentium Plus"/>
          <w:sz w:val="24"/>
        </w:rPr>
        <w:t>δίζω, ἤ σε θεὸν μαντεύομαι, ἢ ἄνθρωπον),</w:t>
      </w:r>
    </w:p>
    <w:p>
      <w:r>
        <w:rPr>
          <w:rFonts w:ascii="Courier New" w:hAnsi="Courier New"/>
          <w:color w:val="555555"/>
          <w:sz w:val="20"/>
        </w:rPr>
        <w:t>[23 . 2 d]</w:t>
      </w:r>
    </w:p>
    <w:p>
      <w:r>
        <w:rPr>
          <w:rFonts w:ascii="Gentium Plus" w:hAnsi="Gentium Plus"/>
          <w:sz w:val="24"/>
        </w:rPr>
        <w:t>ὁ τοίνυν Λυκοῦργος οὗτος, ὃν ὁ θεὸς εἰκάζει θεῷ, τιθεὶς τῇ Σπάρτῃ νόμους, συμβουλευσάμενος τῷ Ἀπόλ‐ λωνι, ποῖόν τι πολιτείας ἦθος καταστήσαιτο τοῖς αὑτοῦ θρέμμασιν, ἆρα γεωργικόν, καὶ ταμιευτικόν, ταπεινὸν</w:t>
      </w:r>
    </w:p>
    <w:p>
      <w:r>
        <w:rPr>
          <w:rFonts w:ascii="Courier New" w:hAnsi="Courier New"/>
          <w:color w:val="555555"/>
          <w:sz w:val="20"/>
        </w:rPr>
        <w:t>[5]</w:t>
      </w:r>
    </w:p>
    <w:p>
      <w:r>
        <w:rPr>
          <w:rFonts w:ascii="Gentium Plus" w:hAnsi="Gentium Plus"/>
          <w:sz w:val="24"/>
        </w:rPr>
        <w:t>καὶ γλίσχρον, καὶ ἐργαστικὸν τὰ σμικρὰ ταῦτα· ἢ ταῦτα μὲν οἱ εἴλωτες αὐτῷ ἔχουσιν καὶ ὁ ἀνδραποδώδης ὅμιλος καὶ οἱ περίοικοι Λακεδαιμονίων, τὸ δὲ καθαρῶς Σπαρτιατικόν, ἄφετον ἐκ γῆς ὂν καὶ ὄρθριον, καὶ πρὸς ἐλευθερίαν τετραμμένον, μαστιγούμενον καὶ τυπ‐</w:t>
      </w:r>
    </w:p>
    <w:p>
      <w:r>
        <w:rPr>
          <w:rFonts w:ascii="Courier New" w:hAnsi="Courier New"/>
          <w:color w:val="555555"/>
          <w:sz w:val="20"/>
        </w:rPr>
        <w:t>[10]</w:t>
      </w:r>
    </w:p>
    <w:p>
      <w:r>
        <w:rPr>
          <w:rFonts w:ascii="Gentium Plus" w:hAnsi="Gentium Plus"/>
          <w:sz w:val="24"/>
        </w:rPr>
        <w:t>τόμενον, καὶ ἐν θήραις καὶ ὀρειβασίαις καὶ ἄλλοις</w:t>
      </w:r>
    </w:p>
    <w:p>
      <w:r>
        <w:rPr>
          <w:rFonts w:ascii="Courier New" w:hAnsi="Courier New"/>
          <w:color w:val="555555"/>
          <w:sz w:val="20"/>
        </w:rPr>
        <w:t>[23 . 2 e]</w:t>
      </w:r>
    </w:p>
    <w:p>
      <w:r>
        <w:rPr>
          <w:rFonts w:ascii="Gentium Plus" w:hAnsi="Gentium Plus"/>
          <w:sz w:val="24"/>
        </w:rPr>
        <w:t>πείθεται τῷ θεῷ; Εἰ δὲ ἐγεώργουν Λακεδαιμόνιοι, τίς ἂν ὑπὲρ αὐτῶν Λεωνίδας ἐν Θερμοπύλαις παρετάξατο; τίς ἂν Ὀθρυάδας ἐν Θυρεᾷ ἠρίστευεν; Ἀλλ’ οὐδὲ Βρα‐ σίδας γεωργὸς ἦν, οὐδ’ ὁ Γύλιππος ἐκ ληΐου ὁρμηθεὶς</w:t>
      </w:r>
    </w:p>
    <w:p>
      <w:r>
        <w:rPr>
          <w:rFonts w:ascii="Courier New" w:hAnsi="Courier New"/>
          <w:color w:val="555555"/>
          <w:sz w:val="20"/>
        </w:rPr>
        <w:t>[5]</w:t>
      </w:r>
    </w:p>
    <w:p>
      <w:r>
        <w:rPr>
          <w:rFonts w:ascii="Gentium Plus" w:hAnsi="Gentium Plus"/>
          <w:sz w:val="24"/>
        </w:rPr>
        <w:t>Συρακοσίους ἔσωζεν, οὐδὲ Ἀγησίλαος ἐξ ἀμπέλων ὁρ‐ μηθεὶς Τισσαφέρνους ἐκράτει, καὶ τὴν βασιλέως γῆν ἔτεμνεν, καὶ Ἴωνας καὶ Ἑλλήσποντον ἐλευθέρου· οὐκ ἀπὸ σμινύης ὁ Καλλικρατίδας, οὐκ ἀπὸ σκαπάνης ὁ</w:t>
      </w:r>
    </w:p>
    <w:p>
      <w:r>
        <w:rPr>
          <w:rFonts w:ascii="Courier New" w:hAnsi="Courier New"/>
          <w:color w:val="555555"/>
          <w:sz w:val="20"/>
        </w:rPr>
        <w:t>[23 . 2 f]</w:t>
      </w:r>
    </w:p>
    <w:p>
      <w:r>
        <w:rPr>
          <w:rFonts w:ascii="Gentium Plus" w:hAnsi="Gentium Plus"/>
          <w:sz w:val="24"/>
        </w:rPr>
        <w:t>Λύσανδρος, οὐκ ἀπὸ ἀρότρου ὁ Δερκυλλίδας. Θητικὰ ταῦτα, εἰλωτικά· ταῦτα ὑπὸ ἀσπίδων σώζεται, τούτων δόρατα ὑπερμαχεῖ, ταῦτα δουλεύει τοῖς κρατοῦσιν.</w:t>
      </w:r>
    </w:p>
    <w:p>
      <w:r>
        <w:rPr>
          <w:rFonts w:ascii="Courier New" w:hAnsi="Courier New"/>
          <w:color w:val="555555"/>
          <w:sz w:val="20"/>
        </w:rPr>
        <w:t>[23 . 2 g]</w:t>
      </w:r>
    </w:p>
    <w:p>
      <w:r>
        <w:rPr>
          <w:rFonts w:ascii="Gentium Plus" w:hAnsi="Gentium Plus"/>
          <w:sz w:val="24"/>
        </w:rPr>
        <w:t>Αὕτη ἡ ἐν ὅπλοις ἀρετὴ καὶ τὴν Ἀθηναίων γῆν ἔτεμνεν, καὶ τὴν Ἀργείων ἐδῄου, καὶ Μεσσηνίους ἐλάμ‐ βανεν· ἐπεὶ δ’ ἐξέκαμεν αὕτη τοῖς Σπαρτιάταις, τὰ μὲν</w:t>
      </w:r>
    </w:p>
    <w:p>
      <w:r>
        <w:rPr>
          <w:rFonts w:ascii="Courier New" w:hAnsi="Courier New"/>
          <w:color w:val="555555"/>
          <w:sz w:val="20"/>
        </w:rPr>
        <w:t>[23 . 3 a]</w:t>
      </w:r>
    </w:p>
    <w:p>
      <w:r>
        <w:rPr>
          <w:rFonts w:ascii="Gentium Plus" w:hAnsi="Gentium Plus"/>
          <w:sz w:val="24"/>
        </w:rPr>
        <w:t>Ἐλεύθεροι Κρῆτες. Πότε; Ὅτε ὅπλα εἶχον, ὅτε ἐτόξευον, ὅτε ἐθήρων. Δοῦλοι, πότε; Ὅτε καὶ γεωργοί·</w:t>
      </w:r>
    </w:p>
    <w:p>
      <w:r>
        <w:rPr>
          <w:rFonts w:ascii="Courier New" w:hAnsi="Courier New"/>
          <w:color w:val="555555"/>
          <w:sz w:val="20"/>
        </w:rPr>
        <w:t>[23 . 3 b]</w:t>
      </w:r>
    </w:p>
    <w:p>
      <w:r>
        <w:rPr>
          <w:rFonts w:ascii="Gentium Plus" w:hAnsi="Gentium Plus"/>
          <w:sz w:val="24"/>
        </w:rPr>
        <w:t>Ἐλεύθεροι Ἀθηναῖοι. Πότε; Ὅτε Καδμείοις ἐπολέ‐ μουν, ὅτε καὶ Ἴωνας ἐξέπεμπον, ὅτε καὶ Ἡρακλείδας</w:t>
      </w:r>
    </w:p>
    <w:p>
      <w:r>
        <w:rPr>
          <w:rFonts w:ascii="Courier New" w:hAnsi="Courier New"/>
          <w:color w:val="555555"/>
          <w:sz w:val="20"/>
        </w:rPr>
        <w:t>[23 . 3 c]</w:t>
      </w:r>
    </w:p>
    <w:p>
      <w:r>
        <w:rPr>
          <w:rFonts w:ascii="Gentium Plus" w:hAnsi="Gentium Plus"/>
          <w:sz w:val="24"/>
        </w:rPr>
        <w:t>ὑπεδέχοντο, ὅτε Πελασγοὺς ἐξέβαλλον. Δοῦλοι, πότε; Ὅτε Πεισιστρατίδαι τὸν δῆμον ἐξοπλίσαντες γεωργεῖν ἠνάγκαζον. Αὖθις δὲ ἐπελθόντος αὐτοῖς στόλου Μη‐ δικοῦ, τῆς μὲν γῆς ἐπελάθοντο, ἐπὶ δὲ τὰ ὅπλα ἔδρα‐</w:t>
      </w:r>
    </w:p>
    <w:p>
      <w:r>
        <w:rPr>
          <w:rFonts w:ascii="Courier New" w:hAnsi="Courier New"/>
          <w:color w:val="555555"/>
          <w:sz w:val="20"/>
        </w:rPr>
        <w:t>[23 . 3 d]</w:t>
      </w:r>
    </w:p>
    <w:p>
      <w:r>
        <w:rPr>
          <w:rFonts w:ascii="Gentium Plus" w:hAnsi="Gentium Plus"/>
          <w:sz w:val="24"/>
        </w:rPr>
        <w:t>μον, καὶ μετ’ αὐτῶν τὴν ἐλευθερίαν ἀνελάμβανον. Οὐ γεωργῶν Κυναίγειρος τὰς Ἀθήνας ἠλευθέρου, οὐκ ἐν ἀμήτῳ Καλλίμαχος τοὺς Μήδους ἐξέβαλλεν, οὐκ ἐν γεωργοῖς ἐστρατήγει Μιλτιάδης. Ὁπλιτῶν τὰ ἔργα,</w:t>
      </w:r>
    </w:p>
    <w:p>
      <w:r>
        <w:rPr>
          <w:rFonts w:ascii="Courier New" w:hAnsi="Courier New"/>
          <w:color w:val="555555"/>
          <w:sz w:val="20"/>
        </w:rPr>
        <w:t>[23 . 3 e]</w:t>
      </w:r>
    </w:p>
    <w:p>
      <w:r>
        <w:rPr>
          <w:rFonts w:ascii="Gentium Plus" w:hAnsi="Gentium Plus"/>
          <w:sz w:val="24"/>
        </w:rPr>
        <w:t>μαχομένων τὸ κράτος, νικώντων ἡ ἐλευθερία. Ἐπεὶ δὲ καὶ τῆς θαλάττης ἔδει, χαίρειν τῇ γῇ φράσαντες, καὶ παραδόντες πυρὶ τὴν ἐκεῖ ἑστίαν, καὶ μόνα ὑπο‐ λειπόμενοι τὰ ὅπλα, εἰς τὰς τριήρεις μετῳκίσθησαν.</w:t>
      </w:r>
    </w:p>
    <w:p>
      <w:r>
        <w:rPr>
          <w:rFonts w:ascii="Courier New" w:hAnsi="Courier New"/>
          <w:color w:val="555555"/>
          <w:sz w:val="20"/>
        </w:rPr>
        <w:t>[5]</w:t>
      </w:r>
    </w:p>
    <w:p>
      <w:r>
        <w:rPr>
          <w:rFonts w:ascii="Gentium Plus" w:hAnsi="Gentium Plus"/>
          <w:sz w:val="24"/>
        </w:rPr>
        <w:t>Ἔπλεεν πόλις Ἀττικὴ καὶ ἠπειρώτης δῆμος, καὶ πλέων ὁμοῦ ἐναυμάχει, καὶ ναυμαχῶν ἐκράτει, καὶ κρατῶν</w:t>
      </w:r>
    </w:p>
    <w:p>
      <w:r>
        <w:rPr>
          <w:rFonts w:ascii="Courier New" w:hAnsi="Courier New"/>
          <w:color w:val="555555"/>
          <w:sz w:val="20"/>
        </w:rPr>
        <w:t>[23 . 3 f]</w:t>
      </w:r>
    </w:p>
    <w:p>
      <w:r>
        <w:rPr>
          <w:rFonts w:ascii="Gentium Plus" w:hAnsi="Gentium Plus"/>
          <w:sz w:val="24"/>
        </w:rPr>
        <w:t>εἶχεν καὶ τὴν γῆν καὶ τὴν θάλατταν. Ἐπαινῶ καὶ Περικλέα τῆς στρατηγίας, ὃς ἀμελήσας τῶν γεωργῶν,</w:t>
      </w:r>
    </w:p>
    <w:p>
      <w:r>
        <w:rPr>
          <w:rFonts w:ascii="Courier New" w:hAnsi="Courier New"/>
          <w:color w:val="555555"/>
          <w:sz w:val="20"/>
        </w:rPr>
        <w:t>[5]</w:t>
      </w:r>
    </w:p>
    <w:p>
      <w:r>
        <w:rPr>
          <w:rFonts w:ascii="Gentium Plus" w:hAnsi="Gentium Plus"/>
          <w:sz w:val="24"/>
        </w:rPr>
        <w:t>γῆ μένει, τὰ φυτὰ μένει, τὰ λήϊα.</w:t>
      </w:r>
    </w:p>
    <w:p>
      <w:r>
        <w:rPr>
          <w:rFonts w:ascii="Courier New" w:hAnsi="Courier New"/>
          <w:color w:val="555555"/>
          <w:sz w:val="20"/>
        </w:rPr>
        <w:t>[23 . 4 a]</w:t>
      </w:r>
    </w:p>
    <w:p>
      <w:r>
        <w:rPr>
          <w:rFonts w:ascii="Gentium Plus" w:hAnsi="Gentium Plus"/>
          <w:sz w:val="24"/>
        </w:rPr>
        <w:t>Ἔα μοι τὰ Ἑλληνικά, ἴθι ἐπὶ τοὺς βαρβάρους. Γεωργοῦσιν Αἰγύπτιοι, πολεμοῦσιν Σκύθαι· ἀνδρεῖον τὸ Σκυθικόν, δειλὸν τὸ Αἰγύπτιον· ἐλεύθερον τὸ Σκυθικόν, δοῦλον τὸ Αἰγύπτιον. Γεωργοῦσιν Ἀσσύ‐</w:t>
      </w:r>
    </w:p>
    <w:p>
      <w:r>
        <w:rPr>
          <w:rFonts w:ascii="Courier New" w:hAnsi="Courier New"/>
          <w:color w:val="555555"/>
          <w:sz w:val="20"/>
        </w:rPr>
        <w:t>[5]</w:t>
      </w:r>
    </w:p>
    <w:p>
      <w:r>
        <w:rPr>
          <w:rFonts w:ascii="Gentium Plus" w:hAnsi="Gentium Plus"/>
          <w:sz w:val="24"/>
        </w:rPr>
        <w:t>ριοι, πολεμοῦσιν Πέρσαι· δουλεύουσιν Ἀσσύριοι, βα‐ σιλεύουσιν Πέρσαι. Ἐπολέμουν Λυδοὶ πρότερον, ἐγεώρ‐ γουν αὖθις Λυδοί· ἐλεύθεροι μὲν ὄντες ἐπολέμουν,</w:t>
      </w:r>
    </w:p>
    <w:p>
      <w:r>
        <w:rPr>
          <w:rFonts w:ascii="Courier New" w:hAnsi="Courier New"/>
          <w:color w:val="555555"/>
          <w:sz w:val="20"/>
        </w:rPr>
        <w:t>[23 . 4 b]</w:t>
      </w:r>
    </w:p>
    <w:p>
      <w:r>
        <w:rPr>
          <w:rFonts w:ascii="Gentium Plus" w:hAnsi="Gentium Plus"/>
          <w:sz w:val="24"/>
        </w:rPr>
        <w:t>δουλεύσαντες δὲ ἐπὶ γεωργίαν ἐτράποντο. Μέτιθι ἐπὶ τὰ ζῷα· καὶ γὰρ ἐνταῦθα ὄψει ἐλευθερίαν καὶ δου‐ λείαν, καὶ βίον ἐξ ἀρετῆς, καὶ ἐκ γῆς βίον. Βοῦς ἀροῖ, ἵππος ἀθλεύει· ἐὰν δὲ μεταθῇς τὰ ἔργα, παρα‐</w:t>
      </w:r>
    </w:p>
    <w:p>
      <w:r>
        <w:rPr>
          <w:rFonts w:ascii="Courier New" w:hAnsi="Courier New"/>
          <w:color w:val="555555"/>
          <w:sz w:val="20"/>
        </w:rPr>
        <w:t>[23 . 4 c]</w:t>
      </w:r>
    </w:p>
    <w:p>
      <w:r>
        <w:rPr>
          <w:rFonts w:ascii="Gentium Plus" w:hAnsi="Gentium Plus"/>
          <w:sz w:val="24"/>
        </w:rPr>
        <w:t>νομεῖς περὶ τὴν φύσιν. Τὰ δειλὰ ποιηφάγα, τὰ ἰσχυρὰ ἀγρευτικά. Ἔλαφος ποιηφαγεῖ, λέων ἀγρεύει· σπερμο‐ λογεῖ κολοιός, ἀγρεύουσιν ἀετοί· δοῦλα μέν, τὰ σπερ‐ μολόγα καὶ ποιηφάγα, ἐλεύθερα δὲ τὰ ἀγρευτικά.</w:t>
      </w:r>
    </w:p>
    <w:p>
      <w:r>
        <w:rPr>
          <w:rFonts w:ascii="Courier New" w:hAnsi="Courier New"/>
          <w:color w:val="555555"/>
          <w:sz w:val="20"/>
        </w:rPr>
        <w:t>[23 . 5 a]</w:t>
      </w:r>
    </w:p>
    <w:p>
      <w:r>
        <w:rPr>
          <w:rFonts w:ascii="Gentium Plus" w:hAnsi="Gentium Plus"/>
          <w:sz w:val="24"/>
        </w:rPr>
        <w:t>Εἰ δὲ καὶ τοὺς περὶ θεῶν μύθους παραδεκτέον, οὐ γεωργὸς ὁ Ζεύς, οὐδὲ Ἀθηνᾶ, οὐδὲ ὁ Ἀπόλλων, οὐδὲ ὁ Ἐνυάλιος, οἵπερ βασιλεύτατοι τῶν θεῶν. Ἀλλ’ ὀψὲ μὲν Δημήτηρ γεωργεῖ μετὰ πολλὴν πλάνην, ὀψὲ</w:t>
      </w:r>
    </w:p>
    <w:p>
      <w:r>
        <w:rPr>
          <w:rFonts w:ascii="Courier New" w:hAnsi="Courier New"/>
          <w:color w:val="555555"/>
          <w:sz w:val="20"/>
        </w:rPr>
        <w:t>[5]</w:t>
      </w:r>
    </w:p>
    <w:p>
      <w:r>
        <w:rPr>
          <w:rFonts w:ascii="Gentium Plus" w:hAnsi="Gentium Plus"/>
          <w:sz w:val="24"/>
        </w:rPr>
        <w:t>δὲ Διόνυσος μετὰ τὸν Κάδμον καὶ τὸν Πενθέα, ὀψὲ ὁ Τριπτόλεμος μετὰ τὸν Ἐριχθόνιον καὶ τὸν Κέκροπα.</w:t>
      </w:r>
    </w:p>
    <w:p>
      <w:r>
        <w:rPr>
          <w:rFonts w:ascii="Courier New" w:hAnsi="Courier New"/>
          <w:color w:val="555555"/>
          <w:sz w:val="20"/>
        </w:rPr>
        <w:t>[23 . 5 b]</w:t>
      </w:r>
    </w:p>
    <w:p>
      <w:r>
        <w:rPr>
          <w:rFonts w:ascii="Gentium Plus" w:hAnsi="Gentium Plus"/>
          <w:sz w:val="24"/>
        </w:rPr>
        <w:t>Εἰ δὲ καὶ τῆς Κρόνου ἀρχῆς ἐπελαβόμεθα, τίς ἂν ἡμῖν γεωργίας λόγος; Ἀλλ’ οὐδὲ νῦν δεῖ γεωργίας· οὐ γὰρ ἐξέκαμεν ἡ γῆ τοὺς καρποὺς αὐτομάτους φέ‐ ρουσα· φέρει μὲν τροφήν, φηγοὺς καὶ ὄγχνας· φέρει</w:t>
      </w:r>
    </w:p>
    <w:p>
      <w:r>
        <w:rPr>
          <w:rFonts w:ascii="Courier New" w:hAnsi="Courier New"/>
          <w:color w:val="555555"/>
          <w:sz w:val="20"/>
        </w:rPr>
        <w:t>[5]</w:t>
      </w:r>
    </w:p>
    <w:p>
      <w:r>
        <w:rPr>
          <w:rFonts w:ascii="Gentium Plus" w:hAnsi="Gentium Plus"/>
          <w:sz w:val="24"/>
        </w:rPr>
        <w:t>δὲ ποτὸν αὐτοφυές, Νεῖλον καὶ Ἴστρον καὶ Ἀχελωὸν καὶ Μαίανδρον, καὶ ἄλλους κρατῆρας ἀενάους ναμάτων</w:t>
      </w:r>
    </w:p>
    <w:p>
      <w:r>
        <w:rPr>
          <w:rFonts w:ascii="Courier New" w:hAnsi="Courier New"/>
          <w:color w:val="555555"/>
          <w:sz w:val="20"/>
        </w:rPr>
        <w:t>[23 . 5 c]</w:t>
      </w:r>
    </w:p>
    <w:p>
      <w:r>
        <w:rPr>
          <w:rFonts w:ascii="Gentium Plus" w:hAnsi="Gentium Plus"/>
          <w:sz w:val="24"/>
        </w:rPr>
        <w:t>καθαρῶν καὶ νηφαλίων γεωργίας. Ταῦτα οὐ πρεσ‐ βύτης Ἰκάριος, οὐδὲ Βοιώτιος ἀνήρ, ἢ Θετταλικός· ἀλλ’ ἥλιος αὐτὸς καὶ σελήνη θάλπουσα, καὶ ὄμβροι τρέφοντες, καὶ ἄνεμοι διαπνέοντες, καὶ ὧραι ἀμείβου‐</w:t>
      </w:r>
    </w:p>
    <w:p>
      <w:r>
        <w:rPr>
          <w:rFonts w:ascii="Courier New" w:hAnsi="Courier New"/>
          <w:color w:val="555555"/>
          <w:sz w:val="20"/>
        </w:rPr>
        <w:t>[5]</w:t>
      </w:r>
    </w:p>
    <w:p>
      <w:r>
        <w:rPr>
          <w:rFonts w:ascii="Gentium Plus" w:hAnsi="Gentium Plus"/>
          <w:sz w:val="24"/>
        </w:rPr>
        <w:t>σαι, καὶ γῆ βλαστάνουσα· οὗτοι γεωργοὶ ἀθάνατοι ἐγκάρπων, σιτίων καὶ δένδρων, καὶ μηδὲν ἀνθρω‐</w:t>
      </w:r>
    </w:p>
    <w:p>
      <w:r>
        <w:rPr>
          <w:rFonts w:ascii="Courier New" w:hAnsi="Courier New"/>
          <w:color w:val="555555"/>
          <w:sz w:val="20"/>
        </w:rPr>
        <w:t>[23 . 5 d]</w:t>
      </w:r>
    </w:p>
    <w:p>
      <w:r>
        <w:rPr>
          <w:rFonts w:ascii="Gentium Plus" w:hAnsi="Gentium Plus"/>
          <w:sz w:val="24"/>
        </w:rPr>
        <w:t>πίνης τέχνης προσδεομένων. Ταύτην τὴν γεωργίαν οὐδεὶς παύει, οὐ λοιμός, οὐ λιμός, οὐ πόλεμος, ἀλλὰ τὰ ἄσπαρτα καὶ ἀνήροτα πάντα φύονται.</w:t>
      </w:r>
    </w:p>
    <w:p>
      <w:r>
        <w:rPr>
          <w:rFonts w:ascii="Courier New" w:hAnsi="Courier New"/>
          <w:color w:val="555555"/>
          <w:sz w:val="20"/>
        </w:rPr>
        <w:t>[23 . 5 e]</w:t>
      </w:r>
    </w:p>
    <w:p>
      <w:r>
        <w:rPr>
          <w:rFonts w:ascii="Gentium Plus" w:hAnsi="Gentium Plus"/>
          <w:sz w:val="24"/>
        </w:rPr>
        <w:t>Ἐὰν δὲ ἐπιθυμῇς Λιβυκοῦ λωτοῦ, καὶ Αἰγυπτίων πυ‐</w:t>
      </w:r>
    </w:p>
    <w:p>
      <w:r>
        <w:rPr>
          <w:rFonts w:ascii="Courier New" w:hAnsi="Courier New"/>
          <w:color w:val="555555"/>
          <w:sz w:val="20"/>
        </w:rPr>
        <w:t>[5]</w:t>
      </w:r>
    </w:p>
    <w:p>
      <w:r>
        <w:rPr>
          <w:rFonts w:ascii="Gentium Plus" w:hAnsi="Gentium Plus"/>
          <w:sz w:val="24"/>
        </w:rPr>
        <w:t>ἐλευθέραν ἀρετήν, ἀναγκαίᾳ γεωργίᾳ· οὐ γὰρ εἰρήνην παραβάλλεις πολέμῳ·</w:t>
      </w:r>
    </w:p>
    <w:p>
      <w:r>
        <w:rPr>
          <w:rFonts w:ascii="Courier New" w:hAnsi="Courier New"/>
          <w:color w:val="555555"/>
          <w:sz w:val="20"/>
        </w:rPr>
        <w:t>[23 6* a]</w:t>
      </w:r>
    </w:p>
    <w:p>
      <w:r>
        <w:rPr>
          <w:rFonts w:ascii="Gentium Plus" w:hAnsi="Gentium Plus"/>
          <w:sz w:val="24"/>
        </w:rPr>
        <w:t>Εἰ γὰρ τοιοῦτόν ἐστιν ἡ γεωργία, ἄφελε τοὺς πο‐ λέμους γεωργῶν μὲν πάντας· ῥίψας δόρυ ἐπὶ σμινύην ἴτω, ἀριστευέτω ἐν γῇ, κρατείτω ἐν γεωργοῖς· κηρύτ‐ τωμεν τὸν ἄνδρα τῆς εὐκαρπίας,</w:t>
      </w:r>
    </w:p>
    <w:p>
      <w:r>
        <w:rPr>
          <w:rFonts w:ascii="Courier New" w:hAnsi="Courier New"/>
          <w:color w:val="555555"/>
          <w:sz w:val="20"/>
        </w:rPr>
        <w:t>[5]</w:t>
      </w:r>
    </w:p>
    <w:p>
      <w:r>
        <w:rPr>
          <w:rFonts w:ascii="Gentium Plus" w:hAnsi="Gentium Plus"/>
          <w:sz w:val="24"/>
        </w:rPr>
        <w:t>οὗτος ἐν ἀνθρώποις νικηφόρος, οὗτος ὁ ἄριστος.</w:t>
      </w:r>
    </w:p>
    <w:p>
      <w:r>
        <w:rPr>
          <w:rFonts w:ascii="Courier New" w:hAnsi="Courier New"/>
          <w:color w:val="555555"/>
          <w:sz w:val="20"/>
        </w:rPr>
        <w:t>[23 6* b]</w:t>
      </w:r>
    </w:p>
    <w:p>
      <w:r>
        <w:rPr>
          <w:rFonts w:ascii="Gentium Plus" w:hAnsi="Gentium Plus"/>
          <w:sz w:val="24"/>
        </w:rPr>
        <w:t>Νῦν δὲ μεστὰ πάντα πολέμου καὶ ἀδικίας· αἱ γὰρ ἐπι‐ θυμίαι πλανῶνται πανταχοῦ, περὶ πᾶσαν γῆν τὰς πλεονεξίας ἐπεγείρουσαι, καὶ πάντα μεστὰ στρατοπέδων</w:t>
      </w:r>
    </w:p>
    <w:p>
      <w:r>
        <w:rPr>
          <w:rFonts w:ascii="Courier New" w:hAnsi="Courier New"/>
          <w:color w:val="555555"/>
          <w:sz w:val="20"/>
        </w:rPr>
        <w:t>[23 6* c]</w:t>
      </w:r>
    </w:p>
    <w:p>
      <w:r>
        <w:rPr>
          <w:rFonts w:ascii="Gentium Plus" w:hAnsi="Gentium Plus"/>
          <w:sz w:val="24"/>
        </w:rPr>
        <w:t>ἐπὶ τὴν ἀλλοτρίαν ἰόντων. Κάλλος ᾄδεται γυναικὸς Πελοποννησίας· πλέει βάρβαρος ἀνὴρ ἐπ’ αὐτὴν ἀπὸ τῆς Ἴδης, οὐ γεωργός, ἀλλὰ γεωργοῦ ἡμερώτερος καὶ σχολαίτερος καὶ εἰρηνικώτερος, ποιμὴν καὶ βουκόλος.</w:t>
      </w:r>
    </w:p>
    <w:p>
      <w:r>
        <w:rPr>
          <w:rFonts w:ascii="Courier New" w:hAnsi="Courier New"/>
          <w:color w:val="555555"/>
          <w:sz w:val="20"/>
        </w:rPr>
        <w:t>[23 6* d]</w:t>
      </w:r>
    </w:p>
    <w:p>
      <w:r>
        <w:rPr>
          <w:rFonts w:ascii="Gentium Plus" w:hAnsi="Gentium Plus"/>
          <w:sz w:val="24"/>
        </w:rPr>
        <w:t>Ἐπιθυμεῖ Καμβύσης τῆς Αἰγυπτίων γῆς· πόλεμον ἡ</w:t>
      </w:r>
    </w:p>
    <w:p>
      <w:r>
        <w:rPr>
          <w:rFonts w:ascii="Courier New" w:hAnsi="Courier New"/>
          <w:color w:val="555555"/>
          <w:sz w:val="20"/>
        </w:rPr>
        <w:t>[23 6* e]</w:t>
      </w:r>
    </w:p>
    <w:p>
      <w:r>
        <w:rPr>
          <w:rFonts w:ascii="Gentium Plus" w:hAnsi="Gentium Plus"/>
          <w:sz w:val="24"/>
        </w:rPr>
        <w:t>ἐπιθυμία διανέστησεν. Ἐπιθυμεῖ Δαρεῖος τῆς Σκυθῶν γῆς· πολεμοῦνται Σκύθαι. Μεταβαίνει ἡ ἐπιθυμία</w:t>
      </w:r>
    </w:p>
    <w:p>
      <w:r>
        <w:rPr>
          <w:rFonts w:ascii="Courier New" w:hAnsi="Courier New"/>
          <w:color w:val="555555"/>
          <w:sz w:val="20"/>
        </w:rPr>
        <w:t>[23 6* f]</w:t>
      </w:r>
    </w:p>
    <w:p>
      <w:r>
        <w:rPr>
          <w:rFonts w:ascii="Gentium Plus" w:hAnsi="Gentium Plus"/>
          <w:sz w:val="24"/>
        </w:rPr>
        <w:t>Ἐπιθυμεῖ ἡ Ξέρξου γυνὴ θεραπαινίδων Λακωνίδων καὶ Ἀτθίδων καὶ Ἀργιάδων· καὶ δι’ ἐπιθυμίαν γυ‐ ναικὸς ἐξαρτύονται στόλοι διαπόντιοι, ἡ Ἀσία ἐξοικί‐ ζεται, ἡ Εὐρώπη ἀνίσταται. Ἐπιθυμοῦσιν Ἀθηναῖοι</w:t>
      </w:r>
    </w:p>
    <w:p>
      <w:r>
        <w:rPr>
          <w:rFonts w:ascii="Courier New" w:hAnsi="Courier New"/>
          <w:color w:val="555555"/>
          <w:sz w:val="20"/>
        </w:rPr>
        <w:t>[5]</w:t>
      </w:r>
    </w:p>
    <w:p>
      <w:r>
        <w:rPr>
          <w:rFonts w:ascii="Gentium Plus" w:hAnsi="Gentium Plus"/>
          <w:sz w:val="24"/>
        </w:rPr>
        <w:t>Σικελίας, ἐπιθυμοῦσιν Λακεδαιμόνιοι Ἰωνίας, ἐπιθυ‐ μοῦσιν Θηβαῖοι ἡγεμονίας.</w:t>
      </w:r>
    </w:p>
    <w:p>
      <w:r>
        <w:rPr>
          <w:rFonts w:ascii="Courier New" w:hAnsi="Courier New"/>
          <w:color w:val="555555"/>
          <w:sz w:val="20"/>
        </w:rPr>
        <w:t>[23 . 7 a]</w:t>
      </w:r>
    </w:p>
    <w:p>
      <w:r>
        <w:rPr>
          <w:rFonts w:ascii="Gentium Plus" w:hAnsi="Gentium Plus"/>
          <w:sz w:val="24"/>
        </w:rPr>
        <w:t>Ὢ ἐρώτων πικροτάτων τῇ Ἑλλάδι. Ποῦ τις ἐλθὼν μετὰ ἀσφαλείας γεωργῇ; ποῦ δὲ εὕρῃ τὸ χρύσεον εἰρήνης πρόσωπον; ποῖον γῆς μέρος ἐραστὰς οὐκ ἔχει;</w:t>
      </w:r>
    </w:p>
    <w:p>
      <w:r>
        <w:rPr>
          <w:rFonts w:ascii="Courier New" w:hAnsi="Courier New"/>
          <w:color w:val="555555"/>
          <w:sz w:val="20"/>
        </w:rPr>
        <w:t>[23 . 7 b]</w:t>
      </w:r>
    </w:p>
    <w:p>
      <w:r>
        <w:rPr>
          <w:rFonts w:ascii="Gentium Plus" w:hAnsi="Gentium Plus"/>
          <w:sz w:val="24"/>
        </w:rPr>
        <w:t>Ἄσκρη χεῖμα κακή, θέρει ἀργαλέη· ἴωμεν ἐπὶ τὴν Ἄσκρην. Ἀλλ’ αἰγειροφόρος ἡ Βοιωτία. Λιβύη πόρρω μέν, ἀλλὰ εὔβοτος. Ὑπερόριος ἡ Ἰνδῶν γῆ, ἀλλὰ καὶ αὕτη ἐξεῦρεν Μακεδόνα ἐραστήν, διὰ</w:t>
      </w:r>
    </w:p>
    <w:p>
      <w:r>
        <w:rPr>
          <w:rFonts w:ascii="Courier New" w:hAnsi="Courier New"/>
          <w:color w:val="555555"/>
          <w:sz w:val="20"/>
        </w:rPr>
        <w:t>[23 . 7 c]</w:t>
      </w:r>
    </w:p>
    <w:p>
      <w:r>
        <w:rPr>
          <w:rFonts w:ascii="Gentium Plus" w:hAnsi="Gentium Plus"/>
          <w:sz w:val="24"/>
        </w:rPr>
        <w:t>πολλῶν γενῶν καὶ πολέμων βαδίζοντα ἐπ’ αὐτήν. Ποῖ τὶς τράπηται; ποῦ τὶς εὕρῃ γεωργίαν ἀσφαλῆ; Πάντα μεστὰ πολέμων, πάντα ὅπλων. Τοιγαροῦν εὖ μέν τις δόρυ θηξάσθω, εὖ δ’ ἀσπίδα θέσθω,</w:t>
      </w:r>
    </w:p>
    <w:p>
      <w:r>
        <w:rPr>
          <w:rFonts w:ascii="Courier New" w:hAnsi="Courier New"/>
          <w:color w:val="555555"/>
          <w:sz w:val="20"/>
        </w:rPr>
        <w:t>[5]</w:t>
      </w:r>
    </w:p>
    <w:p>
      <w:r>
        <w:rPr>
          <w:rFonts w:ascii="Gentium Plus" w:hAnsi="Gentium Plus"/>
          <w:sz w:val="24"/>
        </w:rPr>
        <w:t>εὖ δέ τις ἵπποισιν δεῖπνον δότω ὠκυπόδεσσιν.</w:t>
      </w:r>
    </w:p>
    <w:p>
      <w:r>
        <w:rPr>
          <w:rFonts w:ascii="Courier New" w:hAnsi="Courier New"/>
          <w:color w:val="555555"/>
          <w:sz w:val="20"/>
        </w:rPr>
        <w:t>[23 . 7 d]</w:t>
      </w:r>
    </w:p>
    <w:p>
      <w:r>
        <w:rPr>
          <w:rFonts w:ascii="Gentium Plus" w:hAnsi="Gentium Plus"/>
          <w:sz w:val="24"/>
        </w:rPr>
        <w:t>Καλὸν ἡ γεωργία, καλόν, ἐὰν μεῖναι δυνηθῇ, ἐὰν σχο‐ λῆς τύχῃ, ἐὰν φυλακὴν ἔχῃ· δέδια δ’ ἐγώ, μὴ τοῦτο ᾖ τὸ καλόν, τὸ τοὺς πολέμους κινοῦν καὶ τὰς στάσεις.</w:t>
      </w:r>
    </w:p>
    <w:p>
      <w:r>
        <w:rPr>
          <w:rFonts w:ascii="Courier New" w:hAnsi="Courier New"/>
          <w:color w:val="555555"/>
          <w:sz w:val="20"/>
        </w:rPr>
        <w:t>[23 . 7 e]</w:t>
      </w:r>
    </w:p>
    <w:p>
      <w:r>
        <w:rPr>
          <w:rFonts w:ascii="Gentium Plus" w:hAnsi="Gentium Plus"/>
          <w:sz w:val="24"/>
        </w:rPr>
        <w:t>Λέγει τὶς παλαιὸς ἀνήρ· μάλιστα γὰρ τῆς γῆς, φησὶν, ἡ ἀρίστη τὰς μεταβολὰς τῶν οἰκητόρων ἐλάμβανεν·</w:t>
      </w:r>
    </w:p>
    <w:p>
      <w:r>
        <w:rPr>
          <w:rFonts w:ascii="Courier New" w:hAnsi="Courier New"/>
          <w:color w:val="555555"/>
          <w:sz w:val="20"/>
        </w:rPr>
        <w:t>[5]</w:t>
      </w:r>
    </w:p>
    <w:p>
      <w:r>
        <w:rPr>
          <w:rFonts w:ascii="Gentium Plus" w:hAnsi="Gentium Plus"/>
          <w:sz w:val="24"/>
        </w:rPr>
        <w:t>τὴν γοῦν Ἀττικήν, διὰ τὸ λεπτόγεω εἶναι ἀστα‐ σίαστον οὖσαν, ἄνθρωποι ᾤκουν οἱ αὐτοὶ ἀεί.</w:t>
      </w:r>
    </w:p>
    <w:p>
      <w:r>
        <w:rPr>
          <w:rFonts w:ascii="Courier New" w:hAnsi="Courier New"/>
          <w:color w:val="555555"/>
          <w:sz w:val="20"/>
        </w:rPr>
        <w:t>[23 . 7 f]</w:t>
      </w:r>
    </w:p>
    <w:p>
      <w:r>
        <w:rPr>
          <w:rFonts w:ascii="Gentium Plus" w:hAnsi="Gentium Plus"/>
          <w:sz w:val="24"/>
        </w:rPr>
        <w:t>Ἀκήκοας, πῶς πόλεμος γίνεται; Μὴ γεώργει, ἄνθρωπε· ἔα τὴν γῆν ἀκαλλώπιστον, αὐχμῶσαν· στάσιν κινεῖς,</w:t>
      </w:r>
    </w:p>
    <w:p>
      <w:pPr>
        <w:jc w:val="center"/>
      </w:pPr>
      <w:r>
        <w:rPr>
          <w:rFonts w:ascii="Gentium Plus" w:hAnsi="Gentium Plus"/>
          <w:b/>
          <w:sz w:val="24"/>
        </w:rPr>
        <w:t>Ὅτι γεωργοὶ τῶν προπολεμούντων</w:t>
      </w:r>
    </w:p>
    <w:p>
      <w:pPr>
        <w:jc w:val="center"/>
      </w:pPr>
      <w:r>
        <w:rPr>
          <w:rFonts w:ascii="Gentium Plus" w:hAnsi="Gentium Plus"/>
          <w:b/>
          <w:sz w:val="24"/>
        </w:rPr>
        <w:t>λυσιτελέστεροι.</w:t>
      </w:r>
    </w:p>
    <w:p>
      <w:r>
        <w:rPr>
          <w:rFonts w:ascii="Courier New" w:hAnsi="Courier New"/>
          <w:color w:val="555555"/>
          <w:sz w:val="20"/>
        </w:rPr>
        <w:t>[1]</w:t>
      </w:r>
    </w:p>
    <w:p>
      <w:r>
        <w:rPr>
          <w:rFonts w:ascii="Gentium Plus" w:hAnsi="Gentium Plus"/>
          <w:sz w:val="24"/>
        </w:rPr>
        <w:t>Ἐπαμύνωμεν τῷ δήμῳ τῶν γεωργῶν, ἐπείπερ λόγῳ τὰ νῦν γίγνεται ἡ δίαιτα, καὶ οὐχ ὅπλοις· εἰ δὲ καὶ ὅπλων δέοι, τάχα που φανεῖται καὶ ὁ γεωργὸς οὐδὲν</w:t>
      </w:r>
    </w:p>
    <w:p>
      <w:r>
        <w:rPr>
          <w:rFonts w:ascii="Courier New" w:hAnsi="Courier New"/>
          <w:color w:val="555555"/>
          <w:sz w:val="20"/>
        </w:rPr>
        <w:t>[24 . 1 b]</w:t>
      </w:r>
    </w:p>
    <w:p>
      <w:r>
        <w:rPr>
          <w:rFonts w:ascii="Gentium Plus" w:hAnsi="Gentium Plus"/>
          <w:sz w:val="24"/>
        </w:rPr>
        <w:t>τοῦ ὁπλίτου ἀσθενέστερος. Ἀλλὰ τοῦτο μὲν καὶ αὖθις σκεψόμεθα· λόγῳ δὲ δὴ τὰ νῦν, καὶ οὐχ ὅπλοις, κρι‐ τέον τοὺς ἄνδρας· καὶ οὐκ εὐλαβητέον οὔτε Ὅμηρον</w:t>
      </w:r>
    </w:p>
    <w:p>
      <w:r>
        <w:rPr>
          <w:rFonts w:ascii="Courier New" w:hAnsi="Courier New"/>
          <w:color w:val="555555"/>
          <w:sz w:val="20"/>
        </w:rPr>
        <w:t>[24 . 1 c]</w:t>
      </w:r>
    </w:p>
    <w:p>
      <w:r>
        <w:rPr>
          <w:rFonts w:ascii="Gentium Plus" w:hAnsi="Gentium Plus"/>
          <w:sz w:val="24"/>
        </w:rPr>
        <w:t>μαρτυροῦντα, οὔτε ὅστις Ὁμήρου εὐφωνότερος. Εἰ δέ τοι καὶ τοῦτο δέοι, καὶ αὐτοὶ ἀναβιβασόμεθα ἐκ τοῦ Ἑλικῶνος ποιητὴν ἄλλον οὐδὲν ἀδοξότερον τοῦ Ὁμή‐ ρου, μεμφόμενον τῷ νῦν γένει,</w:t>
      </w:r>
    </w:p>
    <w:p>
      <w:r>
        <w:rPr>
          <w:rFonts w:ascii="Courier New" w:hAnsi="Courier New"/>
          <w:color w:val="555555"/>
          <w:sz w:val="20"/>
        </w:rPr>
        <w:t>[5]</w:t>
      </w:r>
    </w:p>
    <w:p>
      <w:r>
        <w:rPr>
          <w:rFonts w:ascii="Gentium Plus" w:hAnsi="Gentium Plus"/>
          <w:sz w:val="24"/>
        </w:rPr>
        <w:t>οἳ πρῶτοι κακοεργὸν ἐτεκτήναντο μάχαιραν, εἰνοδίην, πρῶτοι δέ, βοῶν ἐπάσαντο ἀροτή‐ ρων.</w:t>
      </w:r>
    </w:p>
    <w:p>
      <w:r>
        <w:rPr>
          <w:rFonts w:ascii="Courier New" w:hAnsi="Courier New"/>
          <w:color w:val="555555"/>
          <w:sz w:val="20"/>
        </w:rPr>
        <w:t>[24 . 1 d]</w:t>
      </w:r>
    </w:p>
    <w:p>
      <w:r>
        <w:rPr>
          <w:rFonts w:ascii="Gentium Plus" w:hAnsi="Gentium Plus"/>
          <w:sz w:val="24"/>
        </w:rPr>
        <w:t>Τὸ γάρ τοι τὰ τοιαῦτα ἐπαινεῖν ἀνδρὸς ἂν εἴη δυσχε‐ ρέστερον τῷ βίῳ τῆς τοῦ πολεμεῖν χρείας· ἧς κἂν</w:t>
      </w:r>
    </w:p>
    <w:p>
      <w:r>
        <w:rPr>
          <w:rFonts w:ascii="Courier New" w:hAnsi="Courier New"/>
          <w:color w:val="555555"/>
          <w:sz w:val="20"/>
        </w:rPr>
        <w:t>[24 . 2 a]</w:t>
      </w:r>
    </w:p>
    <w:p>
      <w:r>
        <w:rPr>
          <w:rFonts w:ascii="Gentium Plus" w:hAnsi="Gentium Plus"/>
          <w:sz w:val="24"/>
        </w:rPr>
        <w:t>Οὑτωσὶ δὲ θεασώμεθα. Τῶν ἀνθρώπων οἱ μὲν</w:t>
      </w:r>
    </w:p>
    <w:p>
      <w:r>
        <w:rPr>
          <w:rFonts w:ascii="Courier New" w:hAnsi="Courier New"/>
          <w:color w:val="555555"/>
          <w:sz w:val="20"/>
        </w:rPr>
        <w:t>[24 . 2 b]</w:t>
      </w:r>
    </w:p>
    <w:p>
      <w:r>
        <w:rPr>
          <w:rFonts w:ascii="Gentium Plus" w:hAnsi="Gentium Plus"/>
          <w:sz w:val="24"/>
        </w:rPr>
        <w:t>δίκαιοι, οἱ δὲ ἄδικοί εἰσιν. Πολεμοῦσιν δέ, ἆρα οἱ δίκαιοι τοῖς δικαίοις; οὐδαμῶς· ἴσοι γὰρ ταῖς γνώμαις</w:t>
      </w:r>
    </w:p>
    <w:p>
      <w:r>
        <w:rPr>
          <w:rFonts w:ascii="Courier New" w:hAnsi="Courier New"/>
          <w:color w:val="555555"/>
          <w:sz w:val="20"/>
        </w:rPr>
        <w:t>[24 . 2 c]</w:t>
      </w:r>
    </w:p>
    <w:p>
      <w:r>
        <w:rPr>
          <w:rFonts w:ascii="Gentium Plus" w:hAnsi="Gentium Plus"/>
          <w:sz w:val="24"/>
        </w:rPr>
        <w:t>ὄντες, τί ἂν τοῦ πολεμεῖν δέοιντο; Πολεμοῦσιν οὖν οἱ ἄδικοι ἢ τοῖς δικαίοις, ἢ τοῖς ὁμοίοις· ἄνισοι γὰρ καὶ πρὸς ἀλλήλους, καὶ πρὸς τοὺς δικαίους. Πολε‐ μοῦσιν δὲ καὶ ἀσθενεῖς, ὀρεγόμενοι τοῦ ἴσου· οἱ δὲ</w:t>
      </w:r>
    </w:p>
    <w:p>
      <w:r>
        <w:rPr>
          <w:rFonts w:ascii="Courier New" w:hAnsi="Courier New"/>
          <w:color w:val="555555"/>
          <w:sz w:val="20"/>
        </w:rPr>
        <w:t>[24 . 2 d]</w:t>
      </w:r>
    </w:p>
    <w:p>
      <w:r>
        <w:rPr>
          <w:rFonts w:ascii="Gentium Plus" w:hAnsi="Gentium Plus"/>
          <w:sz w:val="24"/>
        </w:rPr>
        <w:t>ἰσχυροί, τοῦ πλέονος. Εἶεν. Τρία ταυτὶ συστήματα ἡμῖν πεφώρακεν ὁ λόγος· ὧν τὸ μὲν ἐκεχειρίαν ἀεὶ πρὸς ἑαυτὸ καὶ σπονδὰς ἄγει, τὸ δίκαιον· τοῖν δὲ ἄλλοιν πολεμεῖ ἑκάτερον, τὸ μὲν αὐτὸ αὑτῷ, τὸ δὲ τῷ</w:t>
      </w:r>
    </w:p>
    <w:p>
      <w:r>
        <w:rPr>
          <w:rFonts w:ascii="Courier New" w:hAnsi="Courier New"/>
          <w:color w:val="555555"/>
          <w:sz w:val="20"/>
        </w:rPr>
        <w:t>[24 . 2 e]</w:t>
      </w:r>
    </w:p>
    <w:p>
      <w:r>
        <w:rPr>
          <w:rFonts w:ascii="Gentium Plus" w:hAnsi="Gentium Plus"/>
          <w:sz w:val="24"/>
        </w:rPr>
        <w:t>δικαίῳ. Φαίνεται τοίνυν ὁ πόλεμος τοῖς μὲν δικαίοις</w:t>
      </w:r>
    </w:p>
    <w:p>
      <w:r>
        <w:rPr>
          <w:rFonts w:ascii="Courier New" w:hAnsi="Courier New"/>
          <w:color w:val="555555"/>
          <w:sz w:val="20"/>
        </w:rPr>
        <w:t>[24 . 2 f]</w:t>
      </w:r>
    </w:p>
    <w:p>
      <w:r>
        <w:rPr>
          <w:rFonts w:ascii="Gentium Plus" w:hAnsi="Gentium Plus"/>
          <w:sz w:val="24"/>
        </w:rPr>
        <w:t>ἀναγκαῖος ὤν, τοῖς δὲ ἀδίκοις ἑκούσιος. Καὶ περὶ μὲν τῶν ἀδίκων τί χρὴ σκοπεῖν; οὐ γὰρ δέος, μή τις αὐ‐</w:t>
      </w:r>
    </w:p>
    <w:p>
      <w:r>
        <w:rPr>
          <w:rFonts w:ascii="Courier New" w:hAnsi="Courier New"/>
          <w:color w:val="555555"/>
          <w:sz w:val="20"/>
        </w:rPr>
        <w:t>[24 . 2 g]</w:t>
      </w:r>
    </w:p>
    <w:p>
      <w:r>
        <w:rPr>
          <w:rFonts w:ascii="Gentium Plus" w:hAnsi="Gentium Plus"/>
          <w:sz w:val="24"/>
        </w:rPr>
        <w:t>τοῖς προσθῇ ἐπαίνου μοῖραν. Ἐπεὶ δὲ οἱ δίκαιοι οὐ βουλήσει πολεμοῦσιν, ἀλλὰ ἀνάγκῃ, σωφρονίζοντες τὸ ἄδικον πᾶν, ὥσπερ ὁ Ἡρακλῆς, ἢ ἐπιόντας ἀμυνόμενοι, ὡς τοὺς Μήδους οἱ Ἕλληνες, πότερα δέξοιντο ἂν οἱ</w:t>
      </w:r>
    </w:p>
    <w:p>
      <w:r>
        <w:rPr>
          <w:rFonts w:ascii="Courier New" w:hAnsi="Courier New"/>
          <w:color w:val="555555"/>
          <w:sz w:val="20"/>
        </w:rPr>
        <w:t>[5]</w:t>
      </w:r>
    </w:p>
    <w:p>
      <w:r>
        <w:rPr>
          <w:rFonts w:ascii="Gentium Plus" w:hAnsi="Gentium Plus"/>
          <w:sz w:val="24"/>
        </w:rPr>
        <w:t>αὐτοὶ οὗτοι, ἀπηλλαγμένοι τῆς τοῦ πολεμεῖν ἀνάγκης, ἀφῃρῆσθαι καὶ τὴν ἐν ὅπλοις ἀρετήν, ἢ σὺν τῷ ἀβου‐ λήτῳ τῆς χρείας τὸ ἀναγκαῖον τῆς ἀρετῆς ἔχειν; ἐγὼ</w:t>
      </w:r>
    </w:p>
    <w:p>
      <w:r>
        <w:rPr>
          <w:rFonts w:ascii="Courier New" w:hAnsi="Courier New"/>
          <w:color w:val="555555"/>
          <w:sz w:val="20"/>
        </w:rPr>
        <w:t>[24 . 2 h]</w:t>
      </w:r>
    </w:p>
    <w:p>
      <w:r>
        <w:rPr>
          <w:rFonts w:ascii="Gentium Plus" w:hAnsi="Gentium Plus"/>
          <w:sz w:val="24"/>
        </w:rPr>
        <w:t>μὲν οἶμαι θάτερον, τὸ πρότερον. Καὶ γὰρ οἱ ἰατροί, εἴπερ δίκαιοι εἶεν καὶ φιλάνθρωποι, εὔξαιντο ἂν ἀπο‐ λωλέναι τὴν τέχνην σὺν ταῖς νόσοις.</w:t>
      </w:r>
    </w:p>
    <w:p>
      <w:r>
        <w:rPr>
          <w:rFonts w:ascii="Courier New" w:hAnsi="Courier New"/>
          <w:color w:val="555555"/>
          <w:sz w:val="20"/>
        </w:rPr>
        <w:t>[24 . 3 a]</w:t>
      </w:r>
    </w:p>
    <w:p>
      <w:r>
        <w:rPr>
          <w:rFonts w:ascii="Gentium Plus" w:hAnsi="Gentium Plus"/>
          <w:sz w:val="24"/>
        </w:rPr>
        <w:t>Φέρε καὶ ἐπὶ γεωργίας θεασώμεθα, εἰ τοῦτον αὐ‐ τοῖς ἔχει τὸν τρόπον, ὅνπερ καὶ ἡ ἐν τῷ πολεμεῖν</w:t>
      </w:r>
    </w:p>
    <w:p>
      <w:r>
        <w:rPr>
          <w:rFonts w:ascii="Courier New" w:hAnsi="Courier New"/>
          <w:color w:val="555555"/>
          <w:sz w:val="20"/>
        </w:rPr>
        <w:t>[24 . 3 b]</w:t>
      </w:r>
    </w:p>
    <w:p>
      <w:r>
        <w:rPr>
          <w:rFonts w:ascii="Gentium Plus" w:hAnsi="Gentium Plus"/>
          <w:sz w:val="24"/>
        </w:rPr>
        <w:t>χειρουργία. Ἅπτονται ἄνθρωποι γῆς, οἱ μὲν σὺν δίκῃ, οἱ δὲ ἄνευ δίκης· σὺν δίκῃ μὲν κατὰ χρείαν καρποῦ,</w:t>
      </w:r>
    </w:p>
    <w:p>
      <w:r>
        <w:rPr>
          <w:rFonts w:ascii="Courier New" w:hAnsi="Courier New"/>
          <w:color w:val="555555"/>
          <w:sz w:val="20"/>
        </w:rPr>
        <w:t>[24 . 3 c]</w:t>
      </w:r>
    </w:p>
    <w:p>
      <w:r>
        <w:rPr>
          <w:rFonts w:ascii="Gentium Plus" w:hAnsi="Gentium Plus"/>
          <w:sz w:val="24"/>
        </w:rPr>
        <w:t>δίκης δὲ ἄνευ ἐπὶ χρηματισμῷ. Εἴη ἂν οὖν κἀν‐ ταῦθα ἡ δίαιτα οὐ ξυλλήβδην περὶ πάσης γεωργίας. Ἀλλὰ ἐπεὶ καὶ τοῦτο κοινὸν δικαίων καὶ μή, κοινὸν δ’ ἦν καὶ τὸ πολεμεῖν ἑκατέρῳ τῷ γένει, δέος μὴ λάθῃ</w:t>
      </w:r>
    </w:p>
    <w:p>
      <w:r>
        <w:rPr>
          <w:rFonts w:ascii="Courier New" w:hAnsi="Courier New"/>
          <w:color w:val="555555"/>
          <w:sz w:val="20"/>
        </w:rPr>
        <w:t>[5]</w:t>
      </w:r>
    </w:p>
    <w:p>
      <w:r>
        <w:rPr>
          <w:rFonts w:ascii="Gentium Plus" w:hAnsi="Gentium Plus"/>
          <w:sz w:val="24"/>
        </w:rPr>
        <w:t>ἐξαπατήσας ἡμᾶς ὁ λόγος οὗτος, οὐ γεωργικῷ τὸ πολε‐ μικόν, ἀλλὰ τῷ δικαίῳ τὸ ἄδικον παραβαλεῖν ἐθέλων.</w:t>
      </w:r>
    </w:p>
    <w:p>
      <w:r>
        <w:rPr>
          <w:rFonts w:ascii="Courier New" w:hAnsi="Courier New"/>
          <w:color w:val="555555"/>
          <w:sz w:val="20"/>
        </w:rPr>
        <w:t>[24 . 3 d]</w:t>
      </w:r>
    </w:p>
    <w:p>
      <w:r>
        <w:rPr>
          <w:rFonts w:ascii="Gentium Plus" w:hAnsi="Gentium Plus"/>
          <w:sz w:val="24"/>
        </w:rPr>
        <w:t>Δικαίους οὖν ἄμφω ὑποθέμενοι, καὶ τὸν πολεμικὸν καὶ τὸν γεωργικόν, τὸν μὲν ὑπ’ ἀνάγκης ἐπὶ τὸ πολε‐ μεῖν ἰόντα, τὸν δὲ ὑπὸ χρείας γεωργεῖν ἠναγκασμένον,</w:t>
      </w:r>
    </w:p>
    <w:p>
      <w:r>
        <w:rPr>
          <w:rFonts w:ascii="Courier New" w:hAnsi="Courier New"/>
          <w:color w:val="555555"/>
          <w:sz w:val="20"/>
        </w:rPr>
        <w:t>[24 . 3 e]</w:t>
      </w:r>
    </w:p>
    <w:p>
      <w:r>
        <w:rPr>
          <w:rFonts w:ascii="Gentium Plus" w:hAnsi="Gentium Plus"/>
          <w:sz w:val="24"/>
        </w:rPr>
        <w:t>οὕτως σκοπῶμεν περὶ ἑκατέρου. Καίτοι τί ταῦτα λέγω; εἰ γὰρ ἐπ’ ἀμφοῖν τὸ δίκαιον ἴσον, καὶ τὸ καλὸν ἴσον, καὶ ὁ ἔπαινος ἴσος, καὶ ἀπ’ ἴσης εἰσὶν ἡμῖν ἄμφω</w:t>
      </w:r>
    </w:p>
    <w:p>
      <w:r>
        <w:rPr>
          <w:rFonts w:ascii="Courier New" w:hAnsi="Courier New"/>
          <w:color w:val="555555"/>
          <w:sz w:val="20"/>
        </w:rPr>
        <w:t>[24 . 3 f]</w:t>
      </w:r>
    </w:p>
    <w:p>
      <w:r>
        <w:rPr>
          <w:rFonts w:ascii="Gentium Plus" w:hAnsi="Gentium Plus"/>
          <w:sz w:val="24"/>
        </w:rPr>
        <w:t>νικηφόροι. Βούλει τοίνυν, ἀφελὼν τὸ δίκαιον ἑκα‐ τέρου, τὸ ἄδικον προσθείς, οὕτω σκοπεῖν; Ἀλλὰ κἀν‐ ταῦθα ἐπ’ ἀμφοῖν ἡ κακία ἐπανισουμένη τὸν ἔπαινον</w:t>
      </w:r>
    </w:p>
    <w:p>
      <w:r>
        <w:rPr>
          <w:rFonts w:ascii="Courier New" w:hAnsi="Courier New"/>
          <w:color w:val="555555"/>
          <w:sz w:val="20"/>
        </w:rPr>
        <w:t>[24 . 3 g]</w:t>
      </w:r>
    </w:p>
    <w:p>
      <w:r>
        <w:rPr>
          <w:rFonts w:ascii="Gentium Plus" w:hAnsi="Gentium Plus"/>
          <w:sz w:val="24"/>
        </w:rPr>
        <w:t>ἐξ ἀμφοῖν ἀφαιρεῖ. Τῷ ἂν οὖν τις κρίναι τὸ λεγό‐</w:t>
      </w:r>
    </w:p>
    <w:p>
      <w:r>
        <w:rPr>
          <w:rFonts w:ascii="Courier New" w:hAnsi="Courier New"/>
          <w:color w:val="555555"/>
          <w:sz w:val="20"/>
        </w:rPr>
        <w:t>[24 . 3 h]</w:t>
      </w:r>
    </w:p>
    <w:p>
      <w:r>
        <w:rPr>
          <w:rFonts w:ascii="Gentium Plus" w:hAnsi="Gentium Plus"/>
          <w:sz w:val="24"/>
        </w:rPr>
        <w:t>μενον; βούλει σοι φράσω; καὶ δὴ λέγω. Μαντεύεταί μοι ἡ ψυχή, κατὰ τοὺς Πλάτωνος λόγους, εἶναί τι</w:t>
      </w:r>
    </w:p>
    <w:p>
      <w:r>
        <w:rPr>
          <w:rFonts w:ascii="Courier New" w:hAnsi="Courier New"/>
          <w:color w:val="555555"/>
          <w:sz w:val="20"/>
        </w:rPr>
        <w:t>[5]</w:t>
      </w:r>
    </w:p>
    <w:p>
      <w:r>
        <w:rPr>
          <w:rFonts w:ascii="Gentium Plus" w:hAnsi="Gentium Plus"/>
          <w:sz w:val="24"/>
        </w:rPr>
        <w:t>τεῦον δὲ ἐν δόξαις ὀρθαῖς, τροφῇ καὶ παιδεύσει ὑπὸ</w:t>
      </w:r>
    </w:p>
    <w:p>
      <w:r>
        <w:rPr>
          <w:rFonts w:ascii="Courier New" w:hAnsi="Courier New"/>
          <w:color w:val="555555"/>
          <w:sz w:val="20"/>
        </w:rPr>
        <w:t>[24 . 3 i]</w:t>
      </w:r>
    </w:p>
    <w:p>
      <w:r>
        <w:rPr>
          <w:rFonts w:ascii="Gentium Plus" w:hAnsi="Gentium Plus"/>
          <w:sz w:val="24"/>
        </w:rPr>
        <w:t>νόμῳ σώφρονι πολιτευόμενον. Τοῦτο τοίνυν τῶν ἀν‐ θρώπων τὸ γένος διελόντες δίχα, τὸ μὲν παραδόντες τῇ γῇ, τὸ δὲ εἰς τὰ ὅπλα ἀποπέμψαντες, ἅτε ἀμφί‐ βολον ὂν καὶ ἐν μεταιχμίῳ ἀρετῆς καὶ κακίας καθωρ‐</w:t>
      </w:r>
    </w:p>
    <w:p>
      <w:r>
        <w:rPr>
          <w:rFonts w:ascii="Courier New" w:hAnsi="Courier New"/>
          <w:color w:val="555555"/>
          <w:sz w:val="20"/>
        </w:rPr>
        <w:t>[5]</w:t>
      </w:r>
    </w:p>
    <w:p>
      <w:r>
        <w:rPr>
          <w:rFonts w:ascii="Gentium Plus" w:hAnsi="Gentium Plus"/>
          <w:sz w:val="24"/>
        </w:rPr>
        <w:t>μισμένον, θεασώμεθα ὑπὸ τῶν ἐπιτηδευμάτων ἑκά‐ τερον ὑπὸ ἑκατέρου, πότερον ἐφ’ ὁπότερον ἄγεται θᾶττον· θεασώμεθα δὲ οὑτωσί.</w:t>
      </w:r>
    </w:p>
    <w:p>
      <w:r>
        <w:rPr>
          <w:rFonts w:ascii="Courier New" w:hAnsi="Courier New"/>
          <w:color w:val="555555"/>
          <w:sz w:val="20"/>
        </w:rPr>
        <w:t>[24 . 4 a]</w:t>
      </w:r>
    </w:p>
    <w:p>
      <w:r>
        <w:rPr>
          <w:rFonts w:ascii="Gentium Plus" w:hAnsi="Gentium Plus"/>
          <w:sz w:val="24"/>
        </w:rPr>
        <w:t>Μέγιστον ἀνθρώπῳ κακὸν ἐπιθυμία. Πότερον ἐπι‐</w:t>
      </w:r>
    </w:p>
    <w:p>
      <w:r>
        <w:rPr>
          <w:rFonts w:ascii="Courier New" w:hAnsi="Courier New"/>
          <w:color w:val="555555"/>
          <w:sz w:val="20"/>
        </w:rPr>
        <w:t>[24 . 4 b]</w:t>
      </w:r>
    </w:p>
    <w:p>
      <w:r>
        <w:rPr>
          <w:rFonts w:ascii="Gentium Plus" w:hAnsi="Gentium Plus"/>
          <w:sz w:val="24"/>
        </w:rPr>
        <w:t>θυμίας ἐργαστικώτερον, πόλεμος, ἢ γεωργία; Καὶ μὴν τὸ μὲν ἀκόρεστον, τὸ δὲ φειδωλόν· ἀκόρεστον μὲν ὁ</w:t>
      </w:r>
    </w:p>
    <w:p>
      <w:r>
        <w:rPr>
          <w:rFonts w:ascii="Courier New" w:hAnsi="Courier New"/>
          <w:color w:val="555555"/>
          <w:sz w:val="20"/>
        </w:rPr>
        <w:t>[24 . 4 c]</w:t>
      </w:r>
    </w:p>
    <w:p>
      <w:r>
        <w:rPr>
          <w:rFonts w:ascii="Gentium Plus" w:hAnsi="Gentium Plus"/>
          <w:sz w:val="24"/>
        </w:rPr>
        <w:t>πόλεμος, φείδωλον δὲ ἡ γεωργία. Καὶ τὸ μὲν παντο‐ δαπὸν ὁ πόλεμος, ἁπλοῦν ἡ γεωργία· καὶ τὸ μὲν ἄδη‐ λον, τὸ δὲ ὡμολογημένον. Τί γὰρ ἂν εἴη ἀδηλότερον τῆς ἐν πολέμῳ τύχης; βέβαιος δὲ ὁ ἐν γῇ πόνος. Πό‐</w:t>
      </w:r>
    </w:p>
    <w:p>
      <w:r>
        <w:rPr>
          <w:rFonts w:ascii="Courier New" w:hAnsi="Courier New"/>
          <w:color w:val="555555"/>
          <w:sz w:val="20"/>
        </w:rPr>
        <w:t>[5]</w:t>
      </w:r>
    </w:p>
    <w:p>
      <w:r>
        <w:rPr>
          <w:rFonts w:ascii="Gentium Plus" w:hAnsi="Gentium Plus"/>
          <w:sz w:val="24"/>
        </w:rPr>
        <w:t>λεμος ὑπ’ εὐτυχίας μάλιστα θρασύνεται, ἡ δὲ γεωργία</w:t>
      </w:r>
    </w:p>
    <w:p>
      <w:r>
        <w:rPr>
          <w:rFonts w:ascii="Courier New" w:hAnsi="Courier New"/>
          <w:color w:val="555555"/>
          <w:sz w:val="20"/>
        </w:rPr>
        <w:t>[24 . 4 d]</w:t>
      </w:r>
    </w:p>
    <w:p>
      <w:r>
        <w:rPr>
          <w:rFonts w:ascii="Gentium Plus" w:hAnsi="Gentium Plus"/>
          <w:sz w:val="24"/>
        </w:rPr>
        <w:t>ὑπ’ εὐκαρπίας σωφρονίζεται. Εἰ δὲ καὶ ὁ θυμὸς ἀν‐ θρώπῳ σύνοικος, χαλεπὸς καὶ δεόμενος πολλῆς παιδα‐ γωγίας, τί, ἂν ᾖ, θυμοῦ παρασκευαστικώτερον πολέμου</w:t>
      </w:r>
    </w:p>
    <w:p>
      <w:r>
        <w:rPr>
          <w:rFonts w:ascii="Courier New" w:hAnsi="Courier New"/>
          <w:color w:val="555555"/>
          <w:sz w:val="20"/>
        </w:rPr>
        <w:t>[24 . 4 e]</w:t>
      </w:r>
    </w:p>
    <w:p>
      <w:r>
        <w:rPr>
          <w:rFonts w:ascii="Gentium Plus" w:hAnsi="Gentium Plus"/>
          <w:sz w:val="24"/>
        </w:rPr>
        <w:t>καὶ ὅπλων; τί δὲ γεωργίας ἠπιώτερον; Πρός γε μὴν τὰς ἀρετὰς αὐτὰς οὕτως ἔχει ἑκάτερον. Καὶ πρῶτόν γε πρὸς σωφροσύνην· ὅπλα ἔχων ἀνήρ, ὁ μὲν ἰσχυρὸς ἰταμώτερος, ὁ δὲ δειλὸς σφαλερώτερος· καὶ ὁ μὲν θρα‐</w:t>
      </w:r>
    </w:p>
    <w:p>
      <w:r>
        <w:rPr>
          <w:rFonts w:ascii="Courier New" w:hAnsi="Courier New"/>
          <w:color w:val="555555"/>
          <w:sz w:val="20"/>
        </w:rPr>
        <w:t>[5]</w:t>
      </w:r>
    </w:p>
    <w:p>
      <w:r>
        <w:rPr>
          <w:rFonts w:ascii="Gentium Plus" w:hAnsi="Gentium Plus"/>
          <w:sz w:val="24"/>
        </w:rPr>
        <w:t>σὺς ἰταμώτερος, ὁ δὲ ἀσθενὴς θρασύτερος, ὁ δὲ φιλή‐</w:t>
      </w:r>
    </w:p>
    <w:p>
      <w:r>
        <w:rPr>
          <w:rFonts w:ascii="Courier New" w:hAnsi="Courier New"/>
          <w:color w:val="555555"/>
          <w:sz w:val="20"/>
        </w:rPr>
        <w:t>[24 . 4 f]</w:t>
      </w:r>
    </w:p>
    <w:p>
      <w:r>
        <w:rPr>
          <w:rFonts w:ascii="Gentium Plus" w:hAnsi="Gentium Plus"/>
          <w:sz w:val="24"/>
        </w:rPr>
        <w:t>δονος ἀκολαστότερος. Γεωργῶν ἀνήρ, ὁ μὲν ἰσχυρὸς εὐκαρπότερος, ὁ δὲ ἀσθενέστερος ὑγιεινότερος, ὁ δὲ δειλὸς ἀσφαλέστερος, ὁ δὲ φιλήδονος σωφρονέστερος.</w:t>
      </w:r>
    </w:p>
    <w:p>
      <w:r>
        <w:rPr>
          <w:rFonts w:ascii="Courier New" w:hAnsi="Courier New"/>
          <w:color w:val="555555"/>
          <w:sz w:val="20"/>
        </w:rPr>
        <w:t>[24 . 4 g]</w:t>
      </w:r>
    </w:p>
    <w:p>
      <w:r>
        <w:rPr>
          <w:rFonts w:ascii="Gentium Plus" w:hAnsi="Gentium Plus"/>
          <w:sz w:val="24"/>
        </w:rPr>
        <w:t>Εἰ δὲ καὶ πρὸς δικαιοσύνην ἐξετάζοις, πόλεμος μὲν</w:t>
      </w:r>
    </w:p>
    <w:p>
      <w:r>
        <w:rPr>
          <w:rFonts w:ascii="Courier New" w:hAnsi="Courier New"/>
          <w:color w:val="555555"/>
          <w:sz w:val="20"/>
        </w:rPr>
        <w:t>[24 . 4 h]</w:t>
      </w:r>
    </w:p>
    <w:p>
      <w:r>
        <w:rPr>
          <w:rFonts w:ascii="Gentium Plus" w:hAnsi="Gentium Plus"/>
          <w:sz w:val="24"/>
        </w:rPr>
        <w:t>διδάσκαλος ἀδικίας, γεωργία δὲ δικαιοσύνης. Ὁ μὲν γὰρ πλεονέκτης τέ ἐστιν καὶ ἐπὶ τὰ ἀλλότρια ἄγει, καὶ αὐτὸς αὑτοῦ κράτιστα ἔχει, ἐπειδὰν τὰ μέγιστα</w:t>
      </w:r>
    </w:p>
    <w:p>
      <w:r>
        <w:rPr>
          <w:rFonts w:ascii="Courier New" w:hAnsi="Courier New"/>
          <w:color w:val="555555"/>
          <w:sz w:val="20"/>
        </w:rPr>
        <w:t>[24 . 4 i]</w:t>
      </w:r>
    </w:p>
    <w:p>
      <w:r>
        <w:rPr>
          <w:rFonts w:ascii="Gentium Plus" w:hAnsi="Gentium Plus"/>
          <w:sz w:val="24"/>
        </w:rPr>
        <w:t>ἀδικῇ καὶ ἀδικῶν εὐστοχῇ. Παρὰ δὲ γεωργίας ἴση μὲν ἡ ἀντίδοσις, δικαία δὲ ἡ ὁμιλία. Θεραπεύεις φυ‐ τόν, τὸ δὲ ἀντιδίδωσιν καρπούς· θεραπεύεις λήϊον, τὸ δὲ εὐτροφεῖ· τημελεῖς ἄμπελον, ἡ δὲ εὐοινεῖ· τημελεῖς</w:t>
      </w:r>
    </w:p>
    <w:p>
      <w:r>
        <w:rPr>
          <w:rFonts w:ascii="Courier New" w:hAnsi="Courier New"/>
          <w:color w:val="555555"/>
          <w:sz w:val="20"/>
        </w:rPr>
        <w:t>[24 . 4 k]</w:t>
      </w:r>
    </w:p>
    <w:p>
      <w:r>
        <w:rPr>
          <w:rFonts w:ascii="Gentium Plus" w:hAnsi="Gentium Plus"/>
          <w:sz w:val="24"/>
        </w:rPr>
        <w:t>ἐλαίαν, ἡ δὲ εὐανθεῖ. Φοβερὸς γεωργὸς οὐδενί, πολέμιος οὐδενί, φίλος πᾶσιν, ἄπειρος αἵματος, ἄπει‐</w:t>
      </w:r>
    </w:p>
    <w:p>
      <w:r>
        <w:rPr>
          <w:rFonts w:ascii="Courier New" w:hAnsi="Courier New"/>
          <w:color w:val="555555"/>
          <w:sz w:val="20"/>
        </w:rPr>
        <w:t>[5]</w:t>
      </w:r>
    </w:p>
    <w:p>
      <w:r>
        <w:rPr>
          <w:rFonts w:ascii="Gentium Plus" w:hAnsi="Gentium Plus"/>
          <w:sz w:val="24"/>
        </w:rPr>
        <w:t>δημοκρατίᾳ, ὀλιγαρχίαν δὲ καὶ τυραννίδα πάντων μά‐ λιστα μισεῖ γεωργία. Οὐ γὰρ ταύτης θρέμματα ὁ Διο‐ νύσιος, οὐδὲ ὁ Φάλαρις, ἀλλ’ ἑκάτερος ἀπὸ τῶν ὅπλων.</w:t>
      </w:r>
    </w:p>
    <w:p>
      <w:r>
        <w:rPr>
          <w:rFonts w:ascii="Courier New" w:hAnsi="Courier New"/>
          <w:color w:val="555555"/>
          <w:sz w:val="20"/>
        </w:rPr>
        <w:t>[24 . 5 a]</w:t>
      </w:r>
    </w:p>
    <w:p>
      <w:r>
        <w:rPr>
          <w:rFonts w:ascii="Gentium Plus" w:hAnsi="Gentium Plus"/>
          <w:sz w:val="24"/>
        </w:rPr>
        <w:t>Ἑορταῖς γε μὴν καὶ μυστηρίοις καὶ πανηγύρεσιν ποῖον πλῆθος ἐπιτηδειότερον; οὐχ ὁ μὲν ὁπλίτης ἑορ‐ ταστὴς ἄμουσος, ὁ δὲ γεωργὸς ἐμμελέστατος; καὶ ὁ μὲν μυστηρίοις ἀλλότριος, ὁ δὲ οἰκειότατος; καὶ ὁ μὲν ἐν</w:t>
      </w:r>
    </w:p>
    <w:p>
      <w:r>
        <w:rPr>
          <w:rFonts w:ascii="Courier New" w:hAnsi="Courier New"/>
          <w:color w:val="555555"/>
          <w:sz w:val="20"/>
        </w:rPr>
        <w:t>[24 . 5 b]</w:t>
      </w:r>
    </w:p>
    <w:p>
      <w:r>
        <w:rPr>
          <w:rFonts w:ascii="Gentium Plus" w:hAnsi="Gentium Plus"/>
          <w:sz w:val="24"/>
        </w:rPr>
        <w:t>πανηγύρει φοβερώτατος, ὁ δὲ εἰρηναιότατος; Δοκοῦσι δέ μοι μηδὲ τὴν ἀρχὴν συστήσασθαι ἑορτὰς καὶ τελε‐ τὰς θεῶν ἄλλοί τινες, ἢ γεωργοί· πρῶτοι μὲν ἐπὶ ληνῷ στησάμενοι Διονύσου χορούς, πρῶτοι δὲ ἐπὶ ἅλῳ Δη‐</w:t>
      </w:r>
    </w:p>
    <w:p>
      <w:r>
        <w:rPr>
          <w:rFonts w:ascii="Courier New" w:hAnsi="Courier New"/>
          <w:color w:val="555555"/>
          <w:sz w:val="20"/>
        </w:rPr>
        <w:t>[5]</w:t>
      </w:r>
    </w:p>
    <w:p>
      <w:r>
        <w:rPr>
          <w:rFonts w:ascii="Gentium Plus" w:hAnsi="Gentium Plus"/>
          <w:sz w:val="24"/>
        </w:rPr>
        <w:t>μητρὶ ὄργια, πρῶτοι δὲ τὴν ἐλαίας γένεσιν τῇ Ἀθηνᾷ ἐπιφημίσαντες, πρῶτοι δὲ τῶν ἐκ γῆς καρπῶν τοῖς δεδωκόσιν θεοῖς ἀπαρξάμενοι· οἷς εἰκὸς χαίρειν τοὺς θεοὺς μᾶλλον, ἢ Παυσανίᾳ τὴν δεκάτην ἀποθύοντι, ἢ Λυσάνδρῳ τὴν δεκάτην ἀνατιθέντι· ἐκ πολέμων αἱ</w:t>
      </w:r>
    </w:p>
    <w:p>
      <w:r>
        <w:rPr>
          <w:rFonts w:ascii="Courier New" w:hAnsi="Courier New"/>
          <w:color w:val="555555"/>
          <w:sz w:val="20"/>
        </w:rPr>
        <w:t>[24 . 5 c]</w:t>
      </w:r>
    </w:p>
    <w:p>
      <w:r>
        <w:rPr>
          <w:rFonts w:ascii="Gentium Plus" w:hAnsi="Gentium Plus"/>
          <w:sz w:val="24"/>
        </w:rPr>
        <w:t>ἀπαρχαί, ἐκ συμφορῶν αἱ εὐσέβειαι. Γεωργῶν δὲ φι‐ λάνθρωποι μὲν αἱ εὐχαί, εὔφημοι δὲ αἱ θυσίαι, ἀπ’ οἰκείων πόνων, ἄμοιροι συμφορῶν, ἄμοιροι κακῶν.</w:t>
      </w:r>
    </w:p>
    <w:p>
      <w:r>
        <w:rPr>
          <w:rFonts w:ascii="Courier New" w:hAnsi="Courier New"/>
          <w:color w:val="555555"/>
          <w:sz w:val="20"/>
        </w:rPr>
        <w:t>[24 . 6 a]</w:t>
      </w:r>
    </w:p>
    <w:p>
      <w:r>
        <w:rPr>
          <w:rFonts w:ascii="Gentium Plus" w:hAnsi="Gentium Plus"/>
          <w:sz w:val="24"/>
        </w:rPr>
        <w:t>Εἰ δὲ δὴ καὶ πρὸς σοφίαν ἀντεξεταστέον τοὺς</w:t>
      </w:r>
    </w:p>
    <w:p>
      <w:r>
        <w:rPr>
          <w:rFonts w:ascii="Courier New" w:hAnsi="Courier New"/>
          <w:color w:val="555555"/>
          <w:sz w:val="20"/>
        </w:rPr>
        <w:t>[24 . 6 b]</w:t>
      </w:r>
    </w:p>
    <w:p>
      <w:r>
        <w:rPr>
          <w:rFonts w:ascii="Gentium Plus" w:hAnsi="Gentium Plus"/>
          <w:sz w:val="24"/>
        </w:rPr>
        <w:t>ἄνδρας, ἐρώμεθα ἑκάτερον. Οὐκοῦν ὁ μὲν ἐν πολέμῳ σοφός, κοσμῆσαι δεινός,</w:t>
      </w:r>
    </w:p>
    <w:p>
      <w:r>
        <w:rPr>
          <w:rFonts w:ascii="Courier New" w:hAnsi="Courier New"/>
          <w:color w:val="555555"/>
          <w:sz w:val="20"/>
        </w:rPr>
        <w:t>[5]</w:t>
      </w:r>
    </w:p>
    <w:p>
      <w:r>
        <w:rPr>
          <w:rFonts w:ascii="Gentium Plus" w:hAnsi="Gentium Plus"/>
          <w:sz w:val="24"/>
        </w:rPr>
        <w:t>ἵππους καὶ ἀνέρας ἀσπιδιώτας, τὸ ἀκοσμότατον τῶν ἐν ἀνθρώποις πραγμάτων καὶ</w:t>
      </w:r>
    </w:p>
    <w:p>
      <w:r>
        <w:rPr>
          <w:rFonts w:ascii="Courier New" w:hAnsi="Courier New"/>
          <w:color w:val="555555"/>
          <w:sz w:val="20"/>
        </w:rPr>
        <w:t>[24 . 6 c]</w:t>
      </w:r>
    </w:p>
    <w:p>
      <w:r>
        <w:rPr>
          <w:rFonts w:ascii="Gentium Plus" w:hAnsi="Gentium Plus"/>
          <w:sz w:val="24"/>
        </w:rPr>
        <w:t>σκυθρωπότατον· ὁ δὲ ἐν γεωργίᾳ σοφὸς Πληϊάδων Ἀτλαγενέων περιτελλομενάων ἀμήτου ἄρχεται, ἀροτοῖο δυομενάων·</w:t>
      </w:r>
    </w:p>
    <w:p>
      <w:r>
        <w:rPr>
          <w:rFonts w:ascii="Courier New" w:hAnsi="Courier New"/>
          <w:color w:val="555555"/>
          <w:sz w:val="20"/>
        </w:rPr>
        <w:t>[5]</w:t>
      </w:r>
    </w:p>
    <w:p>
      <w:r>
        <w:rPr>
          <w:rFonts w:ascii="Gentium Plus" w:hAnsi="Gentium Plus"/>
          <w:sz w:val="24"/>
        </w:rPr>
        <w:t>μέλει δὲ αὐτῷ καὶ ἐνιαυτῶν ὡρῶν, καὶ σελήνης δρό‐ μου, καὶ ἄστρων ἐπιτολῆς, καὶ ὄμβρου μέτρων, καὶ</w:t>
      </w:r>
    </w:p>
    <w:p>
      <w:r>
        <w:rPr>
          <w:rFonts w:ascii="Courier New" w:hAnsi="Courier New"/>
          <w:color w:val="555555"/>
          <w:sz w:val="20"/>
        </w:rPr>
        <w:t>[24 . 6 d]</w:t>
      </w:r>
    </w:p>
    <w:p>
      <w:r>
        <w:rPr>
          <w:rFonts w:ascii="Gentium Plus" w:hAnsi="Gentium Plus"/>
          <w:sz w:val="24"/>
        </w:rPr>
        <w:t>πνευμάτων καιροῦ. Εἰ δὲ καὶ σωμάτων ἀρετῇ τοὺς ἄνδρας κριτέον, καὶ ἀνδρείᾳ πόνων, ὀλίγοι μὲν τῷ στρατιώτῃ οἱ καιροὶ τοῦ πονεῖν, τῷ δὲ γεωργῷ διη‐ νεκεῖς· ὑπαίθριος ἀεί, ἡλίῳ φίλος, συνήθης νιφετῶν,</w:t>
      </w:r>
    </w:p>
    <w:p>
      <w:r>
        <w:rPr>
          <w:rFonts w:ascii="Courier New" w:hAnsi="Courier New"/>
          <w:color w:val="555555"/>
          <w:sz w:val="20"/>
        </w:rPr>
        <w:t>[5]</w:t>
      </w:r>
    </w:p>
    <w:p>
      <w:r>
        <w:rPr>
          <w:rFonts w:ascii="Gentium Plus" w:hAnsi="Gentium Plus"/>
          <w:sz w:val="24"/>
        </w:rPr>
        <w:t>πεπηγώς, νηλίπους, αὐτουργός, εὔπνους, ὀξὺς δραμεῖν,</w:t>
      </w:r>
    </w:p>
    <w:p>
      <w:r>
        <w:rPr>
          <w:rFonts w:ascii="Courier New" w:hAnsi="Courier New"/>
          <w:color w:val="555555"/>
          <w:sz w:val="20"/>
        </w:rPr>
        <w:t>[24 . 6 e]</w:t>
      </w:r>
    </w:p>
    <w:p>
      <w:r>
        <w:rPr>
          <w:rFonts w:ascii="Gentium Plus" w:hAnsi="Gentium Plus"/>
          <w:sz w:val="24"/>
        </w:rPr>
        <w:t>ἰσχυρὸς φέρειν· εἰ δέ που καὶ δεήσαι μάχης, ὄψει στρατιώτην ἠσκημένον πόνοις ἀληθινοῖς, οἵων ἐπει‐ ράθη Δαρεῖος ἐπὶ Μαραθῶνα ἐλθών. Ἦν γὰρ τότε Ἀθηναίοις στρατιωτικόν, οὐχ ὁπλιτικόν, οὐ τοξικόν,</w:t>
      </w:r>
    </w:p>
    <w:p>
      <w:r>
        <w:rPr>
          <w:rFonts w:ascii="Courier New" w:hAnsi="Courier New"/>
          <w:color w:val="555555"/>
          <w:sz w:val="20"/>
        </w:rPr>
        <w:t>[5]</w:t>
      </w:r>
    </w:p>
    <w:p>
      <w:r>
        <w:rPr>
          <w:rFonts w:ascii="Gentium Plus" w:hAnsi="Gentium Plus"/>
          <w:sz w:val="24"/>
        </w:rPr>
        <w:t>οὐ ναυτικόν, οὐχ ἱππικόν, ἀλλὰ κατὰ δήμους νενε‐ μημένον· οἳ καὶ γεωργοῦντες, ἐπιπλεύσαντος αὐτοῖς βαρβαρικοῦ στόλου ἐπὶ Μαραθῶνα, ἐκ τῶν ἀγρῶν ἔδραμον, στρατιῶται ὀργιζόμενοι, ὁ μὲν σμινύην ἔχων,</w:t>
      </w:r>
    </w:p>
    <w:p>
      <w:r>
        <w:rPr>
          <w:rFonts w:ascii="Courier New" w:hAnsi="Courier New"/>
          <w:color w:val="555555"/>
          <w:sz w:val="20"/>
        </w:rPr>
        <w:t>[24 . 6 f]</w:t>
      </w:r>
    </w:p>
    <w:p>
      <w:r>
        <w:rPr>
          <w:rFonts w:ascii="Gentium Plus" w:hAnsi="Gentium Plus"/>
          <w:sz w:val="24"/>
        </w:rPr>
        <w:t>ὁ δὲ ὑννιμάχος, ὁ δὲ θεριστηρίῳ ἀμυνόμενος. Ὢ στρατιωτικοῦ καλοῦ, καὶ αὐτουργοῦ, καὶ μεστοῦ ἐλευ‐ θερίας· ὦ γῆς καὶ γεωργίας καλὰ καὶ γενναῖα θρέμ‐ ματα, ὡς ὑμῶν ἐπαινῶ μὲν τὰς ἀρετάς, ἐπαινῶ δὲ καὶ</w:t>
      </w:r>
    </w:p>
    <w:p>
      <w:r>
        <w:rPr>
          <w:rFonts w:ascii="Courier New" w:hAnsi="Courier New"/>
          <w:color w:val="555555"/>
          <w:sz w:val="20"/>
        </w:rPr>
        <w:t>[5]</w:t>
      </w:r>
    </w:p>
    <w:p>
      <w:r>
        <w:rPr>
          <w:rFonts w:ascii="Gentium Plus" w:hAnsi="Gentium Plus"/>
          <w:sz w:val="24"/>
        </w:rPr>
        <w:t>τὰ ὅπλα, οἷς ὑπὲρ τῆς οἰκείας γῆς ἐμαχέσασθε, ὑπὲρ ἀμπέλων, ἃς ἐκάμετε, ὑπὲρ ἐλαῶν, ἃς ἐφυτεύ‐ σασθε. Ἀπὸ τοιούτων πάλιν ἐπὶ τὴν γῆν ἤλθετε, ἐκ πολέμων γεωργοί, ἐκ γεωργῶν ἀριστεῖς. Ὢ τῆς καλῆς ἀντιδόσεως.</w:t>
      </w:r>
    </w:p>
    <w:p>
      <w:r>
        <w:rPr>
          <w:rFonts w:ascii="Courier New" w:hAnsi="Courier New"/>
          <w:color w:val="555555"/>
          <w:sz w:val="20"/>
        </w:rPr>
        <w:t>[24 . 7 a]</w:t>
      </w:r>
    </w:p>
    <w:p>
      <w:r>
        <w:rPr>
          <w:rFonts w:ascii="Gentium Plus" w:hAnsi="Gentium Plus"/>
          <w:sz w:val="24"/>
        </w:rPr>
        <w:t>Ἀλλὰ Πέρσαις μὲν αἱ παλλακίδες ἕπονται, ἵνα</w:t>
      </w:r>
    </w:p>
    <w:p>
      <w:r>
        <w:rPr>
          <w:rFonts w:ascii="Courier New" w:hAnsi="Courier New"/>
          <w:color w:val="555555"/>
          <w:sz w:val="20"/>
        </w:rPr>
        <w:t>[24 . 7 b]</w:t>
      </w:r>
    </w:p>
    <w:p>
      <w:r>
        <w:rPr>
          <w:rFonts w:ascii="Gentium Plus" w:hAnsi="Gentium Plus"/>
          <w:sz w:val="24"/>
        </w:rPr>
        <w:t>δῃουμένου; Ἐὰν δὲ παραβάλῃς τῷ στρατιωτικῷ τούτῳ τὰ ὕστερα, εὑρήσεις μὲν πλείστους, ἀλλ’ οὐ νικηφό‐ ρους· ὁπλίτας, ἀλλὰ μισθοφόρους, ὁπλίτας ἐσκιατρο‐ φημένους, ὁπλίτας ὑβριστάς, ἐν Σικελίᾳ ἡττωμένους,</w:t>
      </w:r>
    </w:p>
    <w:p>
      <w:r>
        <w:rPr>
          <w:rFonts w:ascii="Courier New" w:hAnsi="Courier New"/>
          <w:color w:val="555555"/>
          <w:sz w:val="20"/>
        </w:rPr>
        <w:t>[24 . 7 c]</w:t>
      </w:r>
    </w:p>
    <w:p>
      <w:r>
        <w:rPr>
          <w:rFonts w:ascii="Gentium Plus" w:hAnsi="Gentium Plus"/>
          <w:sz w:val="24"/>
        </w:rPr>
        <w:t>ἐν Ἑλλησπόντῳ λαμβανομένους. Τὰ δὲ Περσικὰ εἰ λέγοις, στρατιωτικόν μοι καὶ τοῦτο λέγεις ἐκ γεωργίας. Πότε γάρ ποτε Μῆδοι μὲν ἡττῶνται, κρατοῦσιν δὲ Πέρσαι; ὅτε Πέρσαι μὲν ἐγεώργουν ἔτι, Μῆδοι δ’ ἐπο‐</w:t>
      </w:r>
    </w:p>
    <w:p>
      <w:r>
        <w:rPr>
          <w:rFonts w:ascii="Courier New" w:hAnsi="Courier New"/>
          <w:color w:val="555555"/>
          <w:sz w:val="20"/>
        </w:rPr>
        <w:t>[5]</w:t>
      </w:r>
    </w:p>
    <w:p>
      <w:r>
        <w:rPr>
          <w:rFonts w:ascii="Gentium Plus" w:hAnsi="Gentium Plus"/>
          <w:sz w:val="24"/>
        </w:rPr>
        <w:t>λέμουν, τότε ἦλθεν αὐτοῖς ἀγὼν κύριος. Στρατιω‐ τικὸν ἐν Πασαργάδαις νενικημένον, γῇ τραχείᾳ ὑπ’ αὐτουργίᾳ στρατιώτας διαπεπονημένους· ἀλλ’ ἐπεὶ γεωργοῦντες ἐπαύσαντο οἱ Πέρσαι, καὶ τῆς γῆς ἐπελά‐ θοντο, καὶ τῶν ἀρότρων καὶ τῶν ἀμητηρίων, τότε</w:t>
      </w:r>
    </w:p>
    <w:p>
      <w:r>
        <w:rPr>
          <w:rFonts w:ascii="Courier New" w:hAnsi="Courier New"/>
          <w:color w:val="555555"/>
          <w:sz w:val="20"/>
        </w:rPr>
        <w:t>[10]</w:t>
      </w:r>
    </w:p>
    <w:p>
      <w:r>
        <w:rPr>
          <w:rFonts w:ascii="Gentium Plus" w:hAnsi="Gentium Plus"/>
          <w:sz w:val="24"/>
        </w:rPr>
        <w:t>ἀπέβαλλον καὶ τὰς ἀρετὰς ὁμοῦ τοῖς ὀργάνοις.</w:t>
      </w:r>
    </w:p>
    <w:p>
      <w:pPr>
        <w:jc w:val="center"/>
      </w:pPr>
      <w:r>
        <w:rPr>
          <w:rFonts w:ascii="Gentium Plus" w:hAnsi="Gentium Plus"/>
          <w:b/>
          <w:sz w:val="24"/>
        </w:rPr>
        <w:t>Ὅτι οἱ σύμφωνοι τοῖς ἔργοις λόγοι ἄριστοι.</w:t>
      </w:r>
    </w:p>
    <w:p>
      <w:r>
        <w:rPr>
          <w:rFonts w:ascii="Courier New" w:hAnsi="Courier New"/>
          <w:color w:val="555555"/>
          <w:sz w:val="20"/>
        </w:rPr>
        <w:t>[1]</w:t>
      </w:r>
    </w:p>
    <w:p>
      <w:r>
        <w:rPr>
          <w:rFonts w:ascii="Gentium Plus" w:hAnsi="Gentium Plus"/>
          <w:sz w:val="24"/>
        </w:rPr>
        <w:t>Ἦλθεν εἰς Ἕλληνας ἐκ τῆς Σκυθῶν γῆς τῶν ἐκεῖ βαρβάρων ἀνὴρ σοφὸς σοφίαν οὐ πολυρρήμονα οὐδὲ λάλον· ἀλλ’ ἦν αὐτῆς τὸ κεφάλαιον βίος ἀκριβής, καὶ γνώμη ὑγιής, καὶ λόγος βραχύς, εὔστοχος, ἐοικὼς οὐ</w:t>
      </w:r>
    </w:p>
    <w:p>
      <w:r>
        <w:rPr>
          <w:rFonts w:ascii="Courier New" w:hAnsi="Courier New"/>
          <w:color w:val="555555"/>
          <w:sz w:val="20"/>
        </w:rPr>
        <w:t>[5]</w:t>
      </w:r>
    </w:p>
    <w:p>
      <w:r>
        <w:rPr>
          <w:rFonts w:ascii="Gentium Plus" w:hAnsi="Gentium Plus"/>
          <w:sz w:val="24"/>
        </w:rPr>
        <w:t>πελταστῇ μισθοφόρῳ, ἀπροοράτως θέοντι, ἀλλ’ ὁπλίτῃ</w:t>
      </w:r>
    </w:p>
    <w:p>
      <w:r>
        <w:rPr>
          <w:rFonts w:ascii="Courier New" w:hAnsi="Courier New"/>
          <w:color w:val="555555"/>
          <w:sz w:val="20"/>
        </w:rPr>
        <w:t>[25 . 1 b]</w:t>
      </w:r>
    </w:p>
    <w:p>
      <w:r>
        <w:rPr>
          <w:rFonts w:ascii="Gentium Plus" w:hAnsi="Gentium Plus"/>
          <w:sz w:val="24"/>
        </w:rPr>
        <w:t>βάδην ἰόντι καὶ κινουμένῳ ἀσφαλῶς. Ἐλθὼν δὲ Ἀθή‐ ναζε, ἐντυγχάνει αὐτόθι ὁπλίτῃ μὲν οὐδενί, πελτα‐ σταῖς δὲ πολλοῖς· καὶ τὸν μὲν τούτων δρόμον καὶ τὴν πτοίαν τοῦ παντὸς ἐδέησεν ὁ Ἀνάχαρσις ἐπαινέσαι.</w:t>
      </w:r>
    </w:p>
    <w:p>
      <w:r>
        <w:rPr>
          <w:rFonts w:ascii="Courier New" w:hAnsi="Courier New"/>
          <w:color w:val="555555"/>
          <w:sz w:val="20"/>
        </w:rPr>
        <w:t>[25 . 1 c]</w:t>
      </w:r>
    </w:p>
    <w:p>
      <w:r>
        <w:rPr>
          <w:rFonts w:ascii="Gentium Plus" w:hAnsi="Gentium Plus"/>
          <w:sz w:val="24"/>
        </w:rPr>
        <w:t>Περιῄει δὲ τὴν Ἑλλάδα ἐν κύκλῳ, ποθῶν ἰδεῖν σο‐ φίαν στάσιμον καὶ ἑδραίαν. Καὶ εἰ μέν που καὶ ἄλ‐ λοθι ἐξεῦρεν, εἰπεῖν οὐκ ἔχω· εὗρε δ’ οὖν ἐν Χηναῖς, σμικρῷ καὶ ἀσθενεῖ πολίσματι, ἄνδρα ἀγαθόν· ὄνομα</w:t>
      </w:r>
    </w:p>
    <w:p>
      <w:r>
        <w:rPr>
          <w:rFonts w:ascii="Courier New" w:hAnsi="Courier New"/>
          <w:color w:val="555555"/>
          <w:sz w:val="20"/>
        </w:rPr>
        <w:t>[25 . 1 d]</w:t>
      </w:r>
    </w:p>
    <w:p>
      <w:r>
        <w:rPr>
          <w:rFonts w:ascii="Gentium Plus" w:hAnsi="Gentium Plus"/>
          <w:sz w:val="24"/>
        </w:rPr>
        <w:t>ἦν αὐτῷ Μύσων. Ἀγαθὸς δὲ ἦν ἄρα ὁ Μύσων οἶκον οἰκῆσαι καλῶς, καὶ γῆν τημελῆσαι δεξιῶς, καὶ γάμου προστῆναι σώφρονος, καὶ παῖδα ἐκθρέψαι γεννικῶς. Καὶ ἐξήρκεσεν τῷ Σκύθῃ ξένῳ μηκέτι σοφίαν ζητεῖν</w:t>
      </w:r>
    </w:p>
    <w:p>
      <w:r>
        <w:rPr>
          <w:rFonts w:ascii="Courier New" w:hAnsi="Courier New"/>
          <w:color w:val="555555"/>
          <w:sz w:val="20"/>
        </w:rPr>
        <w:t>[5]</w:t>
      </w:r>
    </w:p>
    <w:p>
      <w:r>
        <w:rPr>
          <w:rFonts w:ascii="Gentium Plus" w:hAnsi="Gentium Plus"/>
          <w:sz w:val="24"/>
        </w:rPr>
        <w:t>λαλιστέραν, παρόντων ἔργων, ἃ τότε ἀκριβῶς ἅπαντα</w:t>
      </w:r>
    </w:p>
    <w:p>
      <w:r>
        <w:rPr>
          <w:rFonts w:ascii="Courier New" w:hAnsi="Courier New"/>
          <w:color w:val="555555"/>
          <w:sz w:val="20"/>
        </w:rPr>
        <w:t>[25 . 1 e]</w:t>
      </w:r>
    </w:p>
    <w:p>
      <w:r>
        <w:rPr>
          <w:rFonts w:ascii="Gentium Plus" w:hAnsi="Gentium Plus"/>
          <w:sz w:val="24"/>
        </w:rPr>
        <w:t>διεσκόπει. Ἐπεὶ δὲ ἱκανῶς εἶχεν τῆς θέας, λέγει πρὸς αὐτὸν ὁ Χηνεὺς Μύσων· ‘Διὰ ταῦτά τοι, ὦ Ἀνάχαρσι, καὶ σοφοὶ δοκοῦμεν, οὐκ οἶδα ὅπως, τοῖς ἀνθρώποις εἶναι· εἰ δὲ ἐγὼ σοφὸς ταῦτα ἐπιτηδεύων, ποῖ ποτε</w:t>
      </w:r>
    </w:p>
    <w:p>
      <w:r>
        <w:rPr>
          <w:rFonts w:ascii="Courier New" w:hAnsi="Courier New"/>
          <w:color w:val="555555"/>
          <w:sz w:val="20"/>
        </w:rPr>
        <w:t>[5]</w:t>
      </w:r>
    </w:p>
    <w:p>
      <w:r>
        <w:rPr>
          <w:rFonts w:ascii="Gentium Plus" w:hAnsi="Gentium Plus"/>
          <w:sz w:val="24"/>
        </w:rPr>
        <w:t>οἰχήσεται φερόμενον τὸ μὴ σοφόν;‘ Ἠγάσθη μάλα τοῦ Ἕλληνος ξένου ὁ Ἀνάχαρσις τὴν ἀφθονίαν τῶν ἔργων καὶ τὴν φειδὼ τῶν λόγων.</w:t>
      </w:r>
    </w:p>
    <w:p>
      <w:r>
        <w:rPr>
          <w:rFonts w:ascii="Courier New" w:hAnsi="Courier New"/>
          <w:color w:val="555555"/>
          <w:sz w:val="20"/>
        </w:rPr>
        <w:t>[25 . 2 a]</w:t>
      </w:r>
    </w:p>
    <w:p>
      <w:r>
        <w:rPr>
          <w:rFonts w:ascii="Gentium Plus" w:hAnsi="Gentium Plus"/>
          <w:sz w:val="24"/>
        </w:rPr>
        <w:t>Ἦσαν δέ που καὶ οἱ Πυθαγόρου λόγοι ἐοικότες τοῖς νόμοις, βραχεῖς καὶ ἐπίτομοι· τὰ δὲ ἔργα μακρὰ καὶ διηνεκῆ, καὶ νύκτωρ καὶ μεθ’ ἡμέραν μηδαμοῦ</w:t>
      </w:r>
    </w:p>
    <w:p>
      <w:r>
        <w:rPr>
          <w:rFonts w:ascii="Courier New" w:hAnsi="Courier New"/>
          <w:color w:val="555555"/>
          <w:sz w:val="20"/>
        </w:rPr>
        <w:t>[25 . 2 b]</w:t>
      </w:r>
    </w:p>
    <w:p>
      <w:r>
        <w:rPr>
          <w:rFonts w:ascii="Gentium Plus" w:hAnsi="Gentium Plus"/>
          <w:sz w:val="24"/>
        </w:rPr>
        <w:t>τὴν ψυχὴν ἀνιέντα, μηδὲ εἰς ῥᾳθυμίαν χαλῶντα. Ὥσπερ γὰρ ἐν ταῖς τῶν μελῶν ἁρμονίαις τὸ παραλειφθέν, κἂν σμικρὸν ᾖ, διαλύει τὸν κόσμον τοῦ μέλους, οὕτω κἀν τῇ τοῦ βίου ἁρμονίᾳ, εἴπερ μὴ ἐκμελὴς ἡμῖν ἔσται</w:t>
      </w:r>
    </w:p>
    <w:p>
      <w:r>
        <w:rPr>
          <w:rFonts w:ascii="Courier New" w:hAnsi="Courier New"/>
          <w:color w:val="555555"/>
          <w:sz w:val="20"/>
        </w:rPr>
        <w:t>[5]</w:t>
      </w:r>
    </w:p>
    <w:p>
      <w:r>
        <w:rPr>
          <w:rFonts w:ascii="Gentium Plus" w:hAnsi="Gentium Plus"/>
          <w:sz w:val="24"/>
        </w:rPr>
        <w:t>μηδὲ εἰκῇ διαπεραινόμενος, ὁμολογίαν εἶναι δεῖ ἔργου</w:t>
      </w:r>
    </w:p>
    <w:p>
      <w:r>
        <w:rPr>
          <w:rFonts w:ascii="Courier New" w:hAnsi="Courier New"/>
          <w:color w:val="555555"/>
          <w:sz w:val="20"/>
        </w:rPr>
        <w:t>[25 . 2 c]</w:t>
      </w:r>
    </w:p>
    <w:p>
      <w:r>
        <w:rPr>
          <w:rFonts w:ascii="Gentium Plus" w:hAnsi="Gentium Plus"/>
          <w:sz w:val="24"/>
        </w:rPr>
        <w:t>καὶ λόγου· καὶ μήτε τὰ ἔργα εἰς ἀφάνειαν κομιδῇ</w:t>
      </w:r>
    </w:p>
    <w:p>
      <w:r>
        <w:rPr>
          <w:rFonts w:ascii="Courier New" w:hAnsi="Courier New"/>
          <w:color w:val="555555"/>
          <w:sz w:val="20"/>
        </w:rPr>
        <w:t>[25 . 2 d]</w:t>
      </w:r>
    </w:p>
    <w:p>
      <w:r>
        <w:rPr>
          <w:rFonts w:ascii="Gentium Plus" w:hAnsi="Gentium Plus"/>
          <w:sz w:val="24"/>
        </w:rPr>
        <w:t>εἶναι. Ὅστις οὖν τῆς ἁρμονίας ταύτης ἐρᾷ, καὶ ἐθέλει ἠχεῖν τὸν τῶν ἔργων φθόγγον, οὗτος ἄν ποτε ἐπ’</w:t>
      </w:r>
    </w:p>
    <w:p>
      <w:r>
        <w:rPr>
          <w:rFonts w:ascii="Courier New" w:hAnsi="Courier New"/>
          <w:color w:val="555555"/>
          <w:sz w:val="20"/>
        </w:rPr>
        <w:t>[25 . 2 e]</w:t>
      </w:r>
    </w:p>
    <w:p>
      <w:r>
        <w:rPr>
          <w:rFonts w:ascii="Gentium Plus" w:hAnsi="Gentium Plus"/>
          <w:sz w:val="24"/>
        </w:rPr>
        <w:t>εὐγλωττίᾳ σεμνύνοιτο; πολλοῦ μοι δοκεῖ δεῖν. Οὐδὲ γὰρ τοὺς ταώς, ἡδίστους ὄντας ὀρνίθων ἰδεῖν, μακα‐ ρίσαι ἄν τις τοῦ κάλλους οὐδὲν αὐτοῖς εἰς εὐπτησίαν</w:t>
      </w:r>
    </w:p>
    <w:p>
      <w:r>
        <w:rPr>
          <w:rFonts w:ascii="Courier New" w:hAnsi="Courier New"/>
          <w:color w:val="555555"/>
          <w:sz w:val="20"/>
        </w:rPr>
        <w:t>[25 . 2 f]</w:t>
      </w:r>
    </w:p>
    <w:p>
      <w:r>
        <w:rPr>
          <w:rFonts w:ascii="Gentium Plus" w:hAnsi="Gentium Plus"/>
          <w:sz w:val="24"/>
        </w:rPr>
        <w:t>συντελοῦντος, ἥπέρ ἐστιν ὀρνίθων ῥώμη. Καὶ τῶν ἀηδόνων τῆς ᾠδῆς, ὅσα μὲν ἐς ἡδονὴν ἀκοῆς, ἀπο‐ δεχόμεθα· τὸ δὲ ἡμῖν τερπνὸν ἀσύμβολον ἐκείναις εἰς σωτηρίαν.</w:t>
      </w:r>
    </w:p>
    <w:p>
      <w:r>
        <w:rPr>
          <w:rFonts w:ascii="Courier New" w:hAnsi="Courier New"/>
          <w:color w:val="555555"/>
          <w:sz w:val="20"/>
        </w:rPr>
        <w:t>[25 . 3 a]</w:t>
      </w:r>
    </w:p>
    <w:p>
      <w:r>
        <w:rPr>
          <w:rFonts w:ascii="Gentium Plus" w:hAnsi="Gentium Plus"/>
          <w:sz w:val="24"/>
        </w:rPr>
        <w:t>Αἰετοῦ κλάγξαντος, ἢ λέοντος βρυχησαμένου, γνω‐ ρίσαι ἄν τις τῷ λυπηρῷ τῆς ἀκοῆς τὴν ῥώμην τοῦ</w:t>
      </w:r>
    </w:p>
    <w:p>
      <w:r>
        <w:rPr>
          <w:rFonts w:ascii="Courier New" w:hAnsi="Courier New"/>
          <w:color w:val="555555"/>
          <w:sz w:val="20"/>
        </w:rPr>
        <w:t>[25 . 3 b]</w:t>
      </w:r>
    </w:p>
    <w:p>
      <w:r>
        <w:rPr>
          <w:rFonts w:ascii="Gentium Plus" w:hAnsi="Gentium Plus"/>
          <w:sz w:val="24"/>
        </w:rPr>
        <w:t>φθεγγομένου. Εἰ δὲ μὴ φαυλότερον ἦχος ἀνδρὸς μηδὲ ἀσθενέστερον ἐλέγξαι τὸ τοῦ λέοντος ἦθος βρυχηθμοῦ λέοντος καὶ αἰετῶν κλαγγῆς, ἆρα οὐκ ἄξιον ἐκθηρᾶσθαι τῇ ἀκοῇ, πότερον ἀηδὼν τὸ φθεγγόμενον, γλῶττα δειλὴ</w:t>
      </w:r>
    </w:p>
    <w:p>
      <w:r>
        <w:rPr>
          <w:rFonts w:ascii="Courier New" w:hAnsi="Courier New"/>
          <w:color w:val="555555"/>
          <w:sz w:val="20"/>
        </w:rPr>
        <w:t>[5]</w:t>
      </w:r>
    </w:p>
    <w:p>
      <w:r>
        <w:rPr>
          <w:rFonts w:ascii="Gentium Plus" w:hAnsi="Gentium Plus"/>
          <w:sz w:val="24"/>
        </w:rPr>
        <w:t>καὶ ᾠδὴ ἐφήμερος, ἢ αἰετός, ἤ τι ἄλλο ζῷον ἄρρεν</w:t>
      </w:r>
    </w:p>
    <w:p>
      <w:r>
        <w:rPr>
          <w:rFonts w:ascii="Courier New" w:hAnsi="Courier New"/>
          <w:color w:val="555555"/>
          <w:sz w:val="20"/>
        </w:rPr>
        <w:t>[25 . 3 c]</w:t>
      </w:r>
    </w:p>
    <w:p>
      <w:r>
        <w:rPr>
          <w:rFonts w:ascii="Gentium Plus" w:hAnsi="Gentium Plus"/>
          <w:sz w:val="24"/>
        </w:rPr>
        <w:t>καὶ θυμοῦ μεστόν; Ἀλλ’ ὁ μὲν Ζώπυρος ἐκεῖνος δει‐ νὸς ἦν τῇ προσβολῇ τῶν ὀφθαλμῶν, τοῖς τοῦ σώ‐ ματος τύποις ἐντυγχάνων, γνωρίζειν τὸ ἦθος, καὶ καταμαντεύεσθαι τῆς ψυχῆς διὰ τῶν ὁρωμένων, μαν‐</w:t>
      </w:r>
    </w:p>
    <w:p>
      <w:r>
        <w:rPr>
          <w:rFonts w:ascii="Courier New" w:hAnsi="Courier New"/>
          <w:color w:val="555555"/>
          <w:sz w:val="20"/>
        </w:rPr>
        <w:t>[5]</w:t>
      </w:r>
    </w:p>
    <w:p>
      <w:r>
        <w:rPr>
          <w:rFonts w:ascii="Gentium Plus" w:hAnsi="Gentium Plus"/>
          <w:sz w:val="24"/>
        </w:rPr>
        <w:t>τείαν ἀσαφῆ· τίς γὰρ ἐπιμιξία πρὸς ὁμοιότητα ψυχῆς</w:t>
      </w:r>
    </w:p>
    <w:p>
      <w:r>
        <w:rPr>
          <w:rFonts w:ascii="Courier New" w:hAnsi="Courier New"/>
          <w:color w:val="555555"/>
          <w:sz w:val="20"/>
        </w:rPr>
        <w:t>[25 . 3 d]</w:t>
      </w:r>
    </w:p>
    <w:p>
      <w:r>
        <w:rPr>
          <w:rFonts w:ascii="Gentium Plus" w:hAnsi="Gentium Plus"/>
          <w:sz w:val="24"/>
        </w:rPr>
        <w:t>καὶ σώματος; Εἰ δ’ ἐστὶ μαντείαν ἐπὶ ψυχῇ θέσθαι οὐ διὰ ἀμυδρῶν οὐδὲ ἀσθενῶν συμβόλων, τοῖς μὲν ὀφθαλμοῖς παραχωρητέον τὴν χρωμάτων τε καὶ σχη‐ μάτων καὶ τῆς ἐν τούτοις ἡδονῆς καὶ ἀηδίας ὁμιλίαν,</w:t>
      </w:r>
    </w:p>
    <w:p>
      <w:r>
        <w:rPr>
          <w:rFonts w:ascii="Courier New" w:hAnsi="Courier New"/>
          <w:color w:val="555555"/>
          <w:sz w:val="20"/>
        </w:rPr>
        <w:t>[25 . 3 e]</w:t>
      </w:r>
    </w:p>
    <w:p>
      <w:r>
        <w:rPr>
          <w:rFonts w:ascii="Gentium Plus" w:hAnsi="Gentium Plus"/>
          <w:sz w:val="24"/>
        </w:rPr>
        <w:t>τῇ δὲ ἀκοῇ ἐξιχνευτέον τὸ τῆς ψυχῆς ἦθος, οὐ κατὰ τοὺς τῶν πολλῶν λογισμοὺς ἀπόχρη πρὸς ἔπαινον λόγου γλῶττα εὔστοχος, ἢ ὀνομάτων δρόμος, ἢ ῥήματα Ἀττικά, ἢ περίοδοι εὐκαμπεῖς, ἢ ἁρμονία ὑγρά· τὰ</w:t>
      </w:r>
    </w:p>
    <w:p>
      <w:r>
        <w:rPr>
          <w:rFonts w:ascii="Courier New" w:hAnsi="Courier New"/>
          <w:color w:val="555555"/>
          <w:sz w:val="20"/>
        </w:rPr>
        <w:t>[5]</w:t>
      </w:r>
    </w:p>
    <w:p>
      <w:r>
        <w:rPr>
          <w:rFonts w:ascii="Gentium Plus" w:hAnsi="Gentium Plus"/>
          <w:sz w:val="24"/>
        </w:rPr>
        <w:t>δ’ ἐστὶν πάντα, κατὰ τὸν ἐν Διονύσου ποιητήν, ἐπιφυλλίδες, .... καὶ στωμύλματα,</w:t>
      </w:r>
    </w:p>
    <w:p>
      <w:r>
        <w:rPr>
          <w:rFonts w:ascii="Courier New" w:hAnsi="Courier New"/>
          <w:color w:val="555555"/>
          <w:sz w:val="20"/>
        </w:rPr>
        <w:t>[25 . 4 a]</w:t>
      </w:r>
    </w:p>
    <w:p>
      <w:r>
        <w:rPr>
          <w:rFonts w:ascii="Gentium Plus" w:hAnsi="Gentium Plus"/>
          <w:sz w:val="24"/>
        </w:rPr>
        <w:t>‘Ποῖον οὖν ἐστιν τὸ ἐν λόγοις καλόν;‘ φαίη ἄν τις. Μήπω μέν, ὦ τάν, ἔρῃ· ὄψει γὰρ αὐτὸ ὄν, ἐπειδὰν ἰδεῖν δυνηθῇς. Οὐδὲ γὰρ τῷ Κιμμερίῳ διηγήσασθαι δύναταί τις τὸ τοῦ ἡλίου κάλλος, οὐδὲ τῷ ἠπειρώτῃ</w:t>
      </w:r>
    </w:p>
    <w:p>
      <w:r>
        <w:rPr>
          <w:rFonts w:ascii="Courier New" w:hAnsi="Courier New"/>
          <w:color w:val="555555"/>
          <w:sz w:val="20"/>
        </w:rPr>
        <w:t>[5]</w:t>
      </w:r>
    </w:p>
    <w:p>
      <w:r>
        <w:rPr>
          <w:rFonts w:ascii="Gentium Plus" w:hAnsi="Gentium Plus"/>
          <w:sz w:val="24"/>
        </w:rPr>
        <w:t>τὴν θάλατταν, οὐδ’ Ἐπικούρῳ τὸν θεόν· οὐ γὰρ δι’ ἀγγέλων ἡ ἱστορία ἔρχεται, ἀλλ’ ἐπιστήμης πρὸς ταῦτα δεῖ· μέχρι δὲ ἀπιστεῖ τὸ εἰδέναι, ἀνάγκη πλανᾶσθαι</w:t>
      </w:r>
    </w:p>
    <w:p>
      <w:r>
        <w:rPr>
          <w:rFonts w:ascii="Courier New" w:hAnsi="Courier New"/>
          <w:color w:val="555555"/>
          <w:sz w:val="20"/>
        </w:rPr>
        <w:t>[25 . 4 b]</w:t>
      </w:r>
    </w:p>
    <w:p>
      <w:r>
        <w:rPr>
          <w:rFonts w:ascii="Gentium Plus" w:hAnsi="Gentium Plus"/>
          <w:sz w:val="24"/>
        </w:rPr>
        <w:t>καὶ τὰς κρίσεις. Καὶ γὰρ τῶν ἐκ γῆς φυομένων παν‐ τοδαπὸς μὲν θεατὴς ὁδοιπόρος, ὁ δὲ γεωργός, ὑγιής· ὁ μὲν ἄνθος ἐπαινεῖ φυτῷ, ὁ δὲ μέγεθος, ἢ σκιάν, ὁ δὲ χρόαν· τῷ δὲ γεωργῷ ὁ καρπὸς τὸν ἔπαινον μετὰ</w:t>
      </w:r>
    </w:p>
    <w:p>
      <w:r>
        <w:rPr>
          <w:rFonts w:ascii="Courier New" w:hAnsi="Courier New"/>
          <w:color w:val="555555"/>
          <w:sz w:val="20"/>
        </w:rPr>
        <w:t>[25 . 4 c]</w:t>
      </w:r>
    </w:p>
    <w:p>
      <w:r>
        <w:rPr>
          <w:rFonts w:ascii="Gentium Plus" w:hAnsi="Gentium Plus"/>
          <w:sz w:val="24"/>
        </w:rPr>
        <w:t>τῆς χρείας ἔχει. Εἰ μὲν δή τις καθ’ ὁδοιπόρον πλη‐ σιάζει τῷ λόγῳ, οὐ νεμεσῶ τῆς ἡδονῆς παρατρέχοντι ἐπαινεῖν· εἰ δὲ κατὰ τοὺς γεωργοὺς τάττεται, οὐκ ἀνέχομαι τῶν ἐπαίνων, πρὶν ἄν μοι καὶ τὴν χρείαν</w:t>
      </w:r>
    </w:p>
    <w:p>
      <w:r>
        <w:rPr>
          <w:rFonts w:ascii="Courier New" w:hAnsi="Courier New"/>
          <w:color w:val="555555"/>
          <w:sz w:val="20"/>
        </w:rPr>
        <w:t>[5]</w:t>
      </w:r>
    </w:p>
    <w:p>
      <w:r>
        <w:rPr>
          <w:rFonts w:ascii="Gentium Plus" w:hAnsi="Gentium Plus"/>
          <w:sz w:val="24"/>
        </w:rPr>
        <w:t>τῶν ἐπαινουμένων φράσῃ.</w:t>
      </w:r>
    </w:p>
    <w:p>
      <w:r>
        <w:rPr>
          <w:rFonts w:ascii="Courier New" w:hAnsi="Courier New"/>
          <w:color w:val="555555"/>
          <w:sz w:val="20"/>
        </w:rPr>
        <w:t>[25 . 5 a]</w:t>
      </w:r>
    </w:p>
    <w:p>
      <w:r>
        <w:rPr>
          <w:rFonts w:ascii="Gentium Plus" w:hAnsi="Gentium Plus"/>
          <w:sz w:val="24"/>
        </w:rPr>
        <w:t>Λέγε, τίνας εἶδες καρποὺς ἐν τῷ λόγῳ; τίνας ἔλαβες; πῶς ἔχοντας; ἐπειράθης, ἐξήτασας, εἰ τελεσιουργοὶ καὶ γόνιμοι ἑτέρων καρπῶν; ἐξέφυσέ τι σοι ἡ ψυχὴ ἀπ’ αὐτῶν χρηστὸν καὶ ἔγκαρπον; Ἢ ‘ὄγχνη μὲν ἐπὶ ὄγχνῃ</w:t>
      </w:r>
    </w:p>
    <w:p>
      <w:r>
        <w:rPr>
          <w:rFonts w:ascii="Courier New" w:hAnsi="Courier New"/>
          <w:color w:val="555555"/>
          <w:sz w:val="20"/>
        </w:rPr>
        <w:t>[5]</w:t>
      </w:r>
    </w:p>
    <w:p>
      <w:r>
        <w:rPr>
          <w:rFonts w:ascii="Gentium Plus" w:hAnsi="Gentium Plus"/>
          <w:sz w:val="24"/>
        </w:rPr>
        <w:t>γηράσκει,‘ καὶ ‘ἐπὶ μήλῳ μῆλον, καὶ στα‐</w:t>
      </w:r>
    </w:p>
    <w:p>
      <w:r>
        <w:rPr>
          <w:rFonts w:ascii="Courier New" w:hAnsi="Courier New"/>
          <w:color w:val="555555"/>
          <w:sz w:val="20"/>
        </w:rPr>
        <w:t>[25 . 5 b]</w:t>
      </w:r>
    </w:p>
    <w:p>
      <w:r>
        <w:rPr>
          <w:rFonts w:ascii="Gentium Plus" w:hAnsi="Gentium Plus"/>
          <w:sz w:val="24"/>
        </w:rPr>
        <w:t>φυλὴ σταφυλῇ‘ ἐπιφύεται, καὶ ‘σῦκον σύκῳ·‘ λόγου δὲ ἄρα ἐφήμερος μὲν ἡ γένεσις, ἄσπερμος δὲ ὁ καρπός, καὶ οὐ τρόφιμος, οὐδὲ ἀνακιρνάμενος τῇ ψυχῇ, ἀλλά τέ μιν καθύπερθεν ἐπιρρεῖ, ἠΰτ’ ἔλαιον;</w:t>
      </w:r>
    </w:p>
    <w:p>
      <w:r>
        <w:rPr>
          <w:rFonts w:ascii="Courier New" w:hAnsi="Courier New"/>
          <w:color w:val="555555"/>
          <w:sz w:val="20"/>
        </w:rPr>
        <w:t>[25 . 5 c]</w:t>
      </w:r>
    </w:p>
    <w:p>
      <w:r>
        <w:rPr>
          <w:rFonts w:ascii="Gentium Plus" w:hAnsi="Gentium Plus"/>
          <w:sz w:val="24"/>
        </w:rPr>
        <w:t>Ταύτην μοι διήγησαι τὴν γεωργίαν, τοὺς δὲ ἐπαίνους ἔα. Ἐὰν γὰρ ἀφέλῃς αὐτῶν τὴν χρείαν, ὑποπτεύω τὴν αἰτίαν, καὶ τὸν ἐπαινέτην ἐλεῶ, καὶ τὸν ἔπαινον</w:t>
      </w:r>
    </w:p>
    <w:p>
      <w:r>
        <w:rPr>
          <w:rFonts w:ascii="Courier New" w:hAnsi="Courier New"/>
          <w:color w:val="555555"/>
          <w:sz w:val="20"/>
        </w:rPr>
        <w:t>[25 . 5 d]</w:t>
      </w:r>
    </w:p>
    <w:p>
      <w:r>
        <w:rPr>
          <w:rFonts w:ascii="Gentium Plus" w:hAnsi="Gentium Plus"/>
          <w:sz w:val="24"/>
        </w:rPr>
        <w:t>μέμφομαι. Τοῦτον τὸν ἔπαινον φθέγγεται τὰ μέλη τῆς ψυχῆς, τὰ ἀκόλαστα, τὰ κρίνειν ἀσθενῆ, τὰ ἀπα‐ τᾶσθαι πεφυκότα·</w:t>
      </w:r>
    </w:p>
    <w:p>
      <w:r>
        <w:rPr>
          <w:rFonts w:ascii="Courier New" w:hAnsi="Courier New"/>
          <w:color w:val="555555"/>
          <w:sz w:val="20"/>
        </w:rPr>
        <w:t>[25 . 5 e]</w:t>
      </w:r>
    </w:p>
    <w:p>
      <w:r>
        <w:rPr>
          <w:rFonts w:ascii="Gentium Plus" w:hAnsi="Gentium Plus"/>
          <w:sz w:val="24"/>
        </w:rPr>
        <w:t>οὐ νέμεσις Τρῶας καὶ εὐκνήμιδας Ἀχαιοὺς τοιῇδ’ ἀμφὶ γυναικὶ πολὺν χρόνον ἄλγεα πά‐ σχειν. Ὁρᾷς τοῦ ἐπαίνου τὴν μοχθηρίαν, ἀντικαταλλασσο‐</w:t>
      </w:r>
    </w:p>
    <w:p>
      <w:r>
        <w:rPr>
          <w:rFonts w:ascii="Courier New" w:hAnsi="Courier New"/>
          <w:color w:val="555555"/>
          <w:sz w:val="20"/>
        </w:rPr>
        <w:t>[5]</w:t>
      </w:r>
    </w:p>
    <w:p>
      <w:r>
        <w:rPr>
          <w:rFonts w:ascii="Gentium Plus" w:hAnsi="Gentium Plus"/>
          <w:sz w:val="24"/>
        </w:rPr>
        <w:t>μένου γύναιον μανὲν καὶ τὴν ἀπ’ αὐτοῦ ἡδονήν, Ἑλ‐</w:t>
      </w:r>
    </w:p>
    <w:p>
      <w:r>
        <w:rPr>
          <w:rFonts w:ascii="Courier New" w:hAnsi="Courier New"/>
          <w:color w:val="555555"/>
          <w:sz w:val="20"/>
        </w:rPr>
        <w:t>[25 . 5 f*]</w:t>
      </w:r>
    </w:p>
    <w:p>
      <w:r>
        <w:rPr>
          <w:rFonts w:ascii="Gentium Plus" w:hAnsi="Gentium Plus"/>
          <w:sz w:val="24"/>
        </w:rPr>
        <w:t>ληνικῶν καὶ Τρωϊκῶν κακῶν; Ἔστι κἀνταῦθα ἐπαινέτης τοιοῦτος, ἐπειδάν τις ἐντυχὼν ἀκολάστῳ λόγῳ, τὸ μὲν ἀπατηλὸν αὐτοῦ μὴ γνωρίσῃ, τὸ δὲ ἡδὺ στέρξῃ, κατὰ</w:t>
      </w:r>
    </w:p>
    <w:p>
      <w:r>
        <w:rPr>
          <w:rFonts w:ascii="Courier New" w:hAnsi="Courier New"/>
          <w:color w:val="555555"/>
          <w:sz w:val="20"/>
        </w:rPr>
        <w:t>[5]</w:t>
      </w:r>
    </w:p>
    <w:p>
      <w:r>
        <w:rPr>
          <w:rFonts w:ascii="Gentium Plus" w:hAnsi="Gentium Plus"/>
          <w:sz w:val="24"/>
        </w:rPr>
        <w:t>φητί, ὥσπερ τῶν πλεόντων οἱ πνευμάτων μὲν ἐξ οὐ‐ ρίας πρὸς τὸν ἀληθῆ δρόμον οὐ τυχόντες, ῥεύματι δὲ γαληνῷ δι’ ἀκυμάντου τῆς θαλάττης εἰς ἠϊόνας ἐρή‐ μους ἢ ῥαχίας δυσχερεῖς ἐκπεπτωκότες· μετὰ τοῦτο προσηνέχθη λαθὼν ἀμαθίᾳ, καὶ μετὰ τοῦτο φιληδο‐</w:t>
      </w:r>
    </w:p>
    <w:p>
      <w:r>
        <w:rPr>
          <w:rFonts w:ascii="Courier New" w:hAnsi="Courier New"/>
          <w:color w:val="555555"/>
          <w:sz w:val="20"/>
        </w:rPr>
        <w:t>[10]</w:t>
      </w:r>
    </w:p>
    <w:p>
      <w:r>
        <w:rPr>
          <w:rFonts w:ascii="Gentium Plus" w:hAnsi="Gentium Plus"/>
          <w:sz w:val="24"/>
        </w:rPr>
        <w:t>νίας πάσης ἠϊόνος ἐρημοτέροις χωρίοις, καὶ πάσης ῥα‐ χίας δυσχερεστέροις, ἀγαπῶν τὴν πλάνην καὶ χαίρων τῇ ψυχαγωγίᾳ· ὥσπερ οἱ πυρέττοντες, ἐμπιπλάμενοι</w:t>
      </w:r>
    </w:p>
    <w:p>
      <w:r>
        <w:rPr>
          <w:rFonts w:ascii="Courier New" w:hAnsi="Courier New"/>
          <w:color w:val="555555"/>
          <w:sz w:val="20"/>
        </w:rPr>
        <w:t>[25 . 5 g]</w:t>
      </w:r>
    </w:p>
    <w:p>
      <w:r>
        <w:rPr>
          <w:rFonts w:ascii="Gentium Plus" w:hAnsi="Gentium Plus"/>
          <w:sz w:val="24"/>
        </w:rPr>
        <w:t>ποτοῦ καὶ σιτίων παρὰ τοὺς τῆς τέχνης νόμους· παρα‐ τιθέντες γὰρ κακὸν κακῷ, νόσῳ πόνους, αἱροῦνται ἡδόμενοι νοσεῖν μᾶλλον, ἢ πονοῦντες ὑγιασθῆναι. Καί τις ἤδη ἰατρὸς εὐμήχανος ἀνεκέρασεν βραχεῖαν ἡδονὴν</w:t>
      </w:r>
    </w:p>
    <w:p>
      <w:r>
        <w:rPr>
          <w:rFonts w:ascii="Courier New" w:hAnsi="Courier New"/>
          <w:color w:val="555555"/>
          <w:sz w:val="20"/>
        </w:rPr>
        <w:t>[25 . 5 h]</w:t>
      </w:r>
    </w:p>
    <w:p>
      <w:r>
        <w:rPr>
          <w:rFonts w:ascii="Gentium Plus" w:hAnsi="Gentium Plus"/>
          <w:sz w:val="24"/>
        </w:rPr>
        <w:t>τῷ ἀλγεινῷ τῆς ἰάσεως· ποριστὴς δὲ ἡδονῆς, καὶ παν‐ τοίας ἡδονῆς, οὔτε ὁ Ἀσκληπιός, οὔτε οἱ Ἀσκληπιάδαι,</w:t>
      </w:r>
    </w:p>
    <w:p>
      <w:r>
        <w:rPr>
          <w:rFonts w:ascii="Courier New" w:hAnsi="Courier New"/>
          <w:color w:val="555555"/>
          <w:sz w:val="20"/>
        </w:rPr>
        <w:t>[25 . 5 i]</w:t>
      </w:r>
    </w:p>
    <w:p>
      <w:r>
        <w:rPr>
          <w:rFonts w:ascii="Gentium Plus" w:hAnsi="Gentium Plus"/>
          <w:sz w:val="24"/>
        </w:rPr>
        <w:t>ἀλλ’ ὀψοποιῶν τὸ ἔργον. Οὐδὲν δὲ σεμνότερον ἀκό‐ λαστος λόγος τῶν τῆς γαστρὸς κολακευμάτων· ἐὰν γὰρ τούτου ἀφέλῃς μὲν τὸ ὠφελοῦν, τερπνὸν δὲ προσθῇς, ἰταμὸν καὶ ἄκρατον ἰσοτιμίαν καὶ ἰσηγορίαν χειροτο‐</w:t>
      </w:r>
    </w:p>
    <w:p>
      <w:r>
        <w:rPr>
          <w:rFonts w:ascii="Courier New" w:hAnsi="Courier New"/>
          <w:color w:val="555555"/>
          <w:sz w:val="20"/>
        </w:rPr>
        <w:t>[5]</w:t>
      </w:r>
    </w:p>
    <w:p>
      <w:r>
        <w:rPr>
          <w:rFonts w:ascii="Gentium Plus" w:hAnsi="Gentium Plus"/>
          <w:sz w:val="24"/>
        </w:rPr>
        <w:t>νεῖς λόγου πρὸς τὰ αἰσχρὰ πάντα, ὅσα δι’ αἰσθήσεων ἐπὶ ψυχὴν ἔρχεται, ὑφ’ ἡδονῆς παραπεμπόμενα.</w:t>
      </w:r>
    </w:p>
    <w:p>
      <w:r>
        <w:rPr>
          <w:rFonts w:ascii="Courier New" w:hAnsi="Courier New"/>
          <w:color w:val="555555"/>
          <w:sz w:val="20"/>
        </w:rPr>
        <w:t>[25 . 6 a]</w:t>
      </w:r>
    </w:p>
    <w:p>
      <w:r>
        <w:rPr>
          <w:rFonts w:ascii="Gentium Plus" w:hAnsi="Gentium Plus"/>
          <w:sz w:val="24"/>
        </w:rPr>
        <w:t>Ἀλλὰ τοὺς μὲν ὀψοποιοὺς τούτους τοῖς συμποσίοις</w:t>
      </w:r>
    </w:p>
    <w:p>
      <w:r>
        <w:rPr>
          <w:rFonts w:ascii="Courier New" w:hAnsi="Courier New"/>
          <w:color w:val="555555"/>
          <w:sz w:val="20"/>
        </w:rPr>
        <w:t>[25 . 6 b]</w:t>
      </w:r>
    </w:p>
    <w:p>
      <w:r>
        <w:rPr>
          <w:rFonts w:ascii="Gentium Plus" w:hAnsi="Gentium Plus"/>
          <w:sz w:val="24"/>
        </w:rPr>
        <w:t>ἐῶμεν, καὶ γαστρὸς καὶ ἀκοῆς ὑπηρέτας πονηρούς· ἡμῖν δὲ δεῖ λόγου ὀρθοῦ καὶ διανεστηκότος, μέγα βοῶντος, καὶ τὰς ψυχὰς αὑτῷ συνεπαίροντος ὑπὲρ τὴν γῆν ἄνω, καὶ ὅσα περὶ γῆν παθήματα ἡδονῶν καὶ ἐπιθυμημά‐</w:t>
      </w:r>
    </w:p>
    <w:p>
      <w:r>
        <w:rPr>
          <w:rFonts w:ascii="Courier New" w:hAnsi="Courier New"/>
          <w:color w:val="555555"/>
          <w:sz w:val="20"/>
        </w:rPr>
        <w:t>[5]</w:t>
      </w:r>
    </w:p>
    <w:p>
      <w:r>
        <w:rPr>
          <w:rFonts w:ascii="Gentium Plus" w:hAnsi="Gentium Plus"/>
          <w:sz w:val="24"/>
        </w:rPr>
        <w:t>των, καὶ φιλοτιμιῶν, καὶ ἐρώτων, καὶ ὀργῆς καὶ λύπης</w:t>
      </w:r>
    </w:p>
    <w:p>
      <w:r>
        <w:rPr>
          <w:rFonts w:ascii="Courier New" w:hAnsi="Courier New"/>
          <w:color w:val="555555"/>
          <w:sz w:val="20"/>
        </w:rPr>
        <w:t>[25 . 6 c]</w:t>
      </w:r>
    </w:p>
    <w:p>
      <w:r>
        <w:rPr>
          <w:rFonts w:ascii="Gentium Plus" w:hAnsi="Gentium Plus"/>
          <w:sz w:val="24"/>
        </w:rPr>
        <w:t>καὶ μέθης ἐχόμενα· ὧν συμπάντων κρείττονα χρὴ γε‐ νέσθαι τὸν τῷ φιλοσόφῳ λόγῳ συνανιστάμενον ῥήτορα ἀληθῆ, οὐκ ἀργόν, οὐδὲ ἐκλελυμένον, οὐδ’ ἐπίχριστον κατὰ τὴν τέχνην, οὐδὲ ἐν δικαστηρίῳ μό‐</w:t>
      </w:r>
    </w:p>
    <w:p>
      <w:r>
        <w:rPr>
          <w:rFonts w:ascii="Courier New" w:hAnsi="Courier New"/>
          <w:color w:val="555555"/>
          <w:sz w:val="20"/>
        </w:rPr>
        <w:t>[25 . 6 d]</w:t>
      </w:r>
    </w:p>
    <w:p>
      <w:r>
        <w:rPr>
          <w:rFonts w:ascii="Gentium Plus" w:hAnsi="Gentium Plus"/>
          <w:sz w:val="24"/>
        </w:rPr>
        <w:t>νον ἐν ἀμφιβόλῳ ἐπικουρίᾳ τεταγμένον· ἀλλὰ παντα‐ χοῦ καὶ ἐν ἅπαντι ἐξεταζόμενον, ἐν μὲν ἐκκλησίαις σύμβουλον φρόνιμον, ἐν δὲ δικαστηρίοις ἀγωνιστὴν δίκαιον, ἐν δὲ πανηγύρεσιν ἀγωνιστὴν σώφρονα, ἐν</w:t>
      </w:r>
    </w:p>
    <w:p>
      <w:r>
        <w:rPr>
          <w:rFonts w:ascii="Courier New" w:hAnsi="Courier New"/>
          <w:color w:val="555555"/>
          <w:sz w:val="20"/>
        </w:rPr>
        <w:t>[25 . 6 e]</w:t>
      </w:r>
    </w:p>
    <w:p>
      <w:r>
        <w:rPr>
          <w:rFonts w:ascii="Gentium Plus" w:hAnsi="Gentium Plus"/>
          <w:sz w:val="24"/>
        </w:rPr>
        <w:t>δὲ παιδείᾳ διδάσκαλον ἐπιστήμονα· οὐ περὶ Θεμιστο‐ κλέους μόνον τοῦ μηκέτι ὄντος, οὐδ’ ἐν Ἀθηναίοις τοῖς τότε, οὐδ’ ὑπὲρ ἀριστέως τοῦ μηδαμοῦ, οὐδὲ κατὰ μοιχοῦ λέγοντα μοιχὸν ὄντα, οὐδὲ κατὰ ὑβριστοῦ</w:t>
      </w:r>
    </w:p>
    <w:p>
      <w:r>
        <w:rPr>
          <w:rFonts w:ascii="Courier New" w:hAnsi="Courier New"/>
          <w:color w:val="555555"/>
          <w:sz w:val="20"/>
        </w:rPr>
        <w:t>[5]</w:t>
      </w:r>
    </w:p>
    <w:p>
      <w:r>
        <w:rPr>
          <w:rFonts w:ascii="Gentium Plus" w:hAnsi="Gentium Plus"/>
          <w:sz w:val="24"/>
        </w:rPr>
        <w:t>ὑβριστὴν ὄντα· ἀλλ’ ἀπηλλαγμένον τῶν παθῶν τού‐</w:t>
      </w:r>
    </w:p>
    <w:p>
      <w:r>
        <w:rPr>
          <w:rFonts w:ascii="Courier New" w:hAnsi="Courier New"/>
          <w:color w:val="555555"/>
          <w:sz w:val="20"/>
        </w:rPr>
        <w:t>[25 . 6 f]</w:t>
      </w:r>
    </w:p>
    <w:p>
      <w:r>
        <w:rPr>
          <w:rFonts w:ascii="Gentium Plus" w:hAnsi="Gentium Plus"/>
          <w:sz w:val="24"/>
        </w:rPr>
        <w:t>των, ἵνα γένηται κατήγορος ἀδικημάτων ἀληθής. Τοι‐ οῦτος ἐξ ἀγαθῆς παλαίστρας ἀγωνιστὴς γίγνεται, λό‐ γων μεστὸς ἀκολακεύτων, καὶ ἠσκημένων ὑγιῶς, καὶ δυναμένων ἄγειν πειθοῖ καὶ βίᾳ ἐκπληκτικῇ τὸ πλη‐</w:t>
      </w:r>
    </w:p>
    <w:p>
      <w:r>
        <w:rPr>
          <w:rFonts w:ascii="Courier New" w:hAnsi="Courier New"/>
          <w:color w:val="555555"/>
          <w:sz w:val="20"/>
        </w:rPr>
        <w:t>[5]</w:t>
      </w:r>
    </w:p>
    <w:p>
      <w:r>
        <w:rPr>
          <w:rFonts w:ascii="Gentium Plus" w:hAnsi="Gentium Plus"/>
          <w:sz w:val="24"/>
        </w:rPr>
        <w:t>σιάζον πᾶν.</w:t>
      </w:r>
    </w:p>
    <w:p>
      <w:r>
        <w:rPr>
          <w:rFonts w:ascii="Courier New" w:hAnsi="Courier New"/>
          <w:color w:val="555555"/>
          <w:sz w:val="20"/>
        </w:rPr>
        <w:t>[25 . 7 a]</w:t>
      </w:r>
    </w:p>
    <w:p>
      <w:r>
        <w:rPr>
          <w:rFonts w:ascii="Gentium Plus" w:hAnsi="Gentium Plus"/>
          <w:sz w:val="24"/>
        </w:rPr>
        <w:t>Εἰ δὲ καὶ ἡδονῆς πρὸς τὴν ἀγωγὴν ταύτην δεησό‐ μεθα καὶ τυράννου, δότω μοι τὶς ἡδονήν, οἵαν καὶ ἐπὶ σάλπιγγος ἁρμονίᾳ ἐν μέσοις τοῖς ὁπλίταις τεταγ‐</w:t>
      </w:r>
    </w:p>
    <w:p>
      <w:r>
        <w:rPr>
          <w:rFonts w:ascii="Courier New" w:hAnsi="Courier New"/>
          <w:color w:val="555555"/>
          <w:sz w:val="20"/>
        </w:rPr>
        <w:t>[25 . 7 b]</w:t>
      </w:r>
    </w:p>
    <w:p>
      <w:r>
        <w:rPr>
          <w:rFonts w:ascii="Gentium Plus" w:hAnsi="Gentium Plus"/>
          <w:sz w:val="24"/>
        </w:rPr>
        <w:t>μένῃ, καὶ ἐξορμώσῃ τὰς ψυχὰς τῷ μέλει· τοιαύτης δέομαι ἡδονῆς λόγου, ἣ φυλάξει μὲν αὐτοῦ τὸ μέγε‐ θος, οὐ προσθήσει δὲ τὴν αἰσχύνην· τοιαύτης δέομαι ἡδονῆς, ἣν οὐκ ἀπαξιώσει ἡ ἀρετὴ ὀπαδὸν αὐτῇ γίνε‐</w:t>
      </w:r>
    </w:p>
    <w:p>
      <w:r>
        <w:rPr>
          <w:rFonts w:ascii="Courier New" w:hAnsi="Courier New"/>
          <w:color w:val="555555"/>
          <w:sz w:val="20"/>
        </w:rPr>
        <w:t>[25 . 7 c]</w:t>
      </w:r>
    </w:p>
    <w:p>
      <w:r>
        <w:rPr>
          <w:rFonts w:ascii="Gentium Plus" w:hAnsi="Gentium Plus"/>
          <w:sz w:val="24"/>
        </w:rPr>
        <w:t>σθαι. Ἀνάγκη γὰρ παντὶ τῷ φύσει καλῷ συντετάχθαι χάριτας, καὶ ὥραν, καὶ πόθον, καὶ εὐφροσύνην, καὶ</w:t>
      </w:r>
    </w:p>
    <w:p>
      <w:r>
        <w:rPr>
          <w:rFonts w:ascii="Courier New" w:hAnsi="Courier New"/>
          <w:color w:val="555555"/>
          <w:sz w:val="20"/>
        </w:rPr>
        <w:t>[25 . 7 d]</w:t>
      </w:r>
    </w:p>
    <w:p>
      <w:r>
        <w:rPr>
          <w:rFonts w:ascii="Gentium Plus" w:hAnsi="Gentium Plus"/>
          <w:sz w:val="24"/>
        </w:rPr>
        <w:t>πάντα δὴ τὰ τερπνὰ ὀνόματα. Οὕτω καὶ ὁ οὐρανὸς οὐ καλὸς μόνον, ἀλλὰ καὶ ἥδιστον θεαμάτων, καὶ θά‐ λαττα πλεομένη, καὶ λήϊα καρποτρόφα, καὶ ὄρη δεν‐ δροτρόφα, καὶ λειμῶνες ἀνθοῦντες, καὶ νάματα ῥέοντα.</w:t>
      </w:r>
    </w:p>
    <w:p>
      <w:r>
        <w:rPr>
          <w:rFonts w:ascii="Courier New" w:hAnsi="Courier New"/>
          <w:color w:val="555555"/>
          <w:sz w:val="20"/>
        </w:rPr>
        <w:t>[25 . 7 e]</w:t>
      </w:r>
    </w:p>
    <w:p>
      <w:r>
        <w:rPr>
          <w:rFonts w:ascii="Gentium Plus" w:hAnsi="Gentium Plus"/>
          <w:sz w:val="24"/>
        </w:rPr>
        <w:t>Ἥδιστον ἦν θέαμα ὁ Ἀχιλλεύς, (πῶς δὲ οὐκ ἔμελλεν;)</w:t>
      </w:r>
    </w:p>
    <w:p>
      <w:r>
        <w:rPr>
          <w:rFonts w:ascii="Courier New" w:hAnsi="Courier New"/>
          <w:color w:val="555555"/>
          <w:sz w:val="20"/>
        </w:rPr>
        <w:t>[25 . 7 f]</w:t>
      </w:r>
    </w:p>
    <w:p>
      <w:r>
        <w:rPr>
          <w:rFonts w:ascii="Gentium Plus" w:hAnsi="Gentium Plus"/>
          <w:sz w:val="24"/>
        </w:rPr>
        <w:t>τῆς ἀρετῆς ἐξαπτόμενον. Ἥδιστον μὲν 〈ἐν〉 ποταμοῖς θέαμα ὁ Νεῖλος· ἀλλ’ οὐ δι’ ἀφθονίαν ὕδατος, καὶ γὰρ ὁ Ἴστρος εὔνεως· ἀλλὰ ὁ Ἴστρος οὐ γόνιμος, ὁ δὲ Νεῖλος γόνιμος. Ἥδιστον θέαμα ὁ Νεῖλος, ἀλλ’</w:t>
      </w:r>
    </w:p>
    <w:p>
      <w:r>
        <w:rPr>
          <w:rFonts w:ascii="Courier New" w:hAnsi="Courier New"/>
          <w:color w:val="555555"/>
          <w:sz w:val="20"/>
        </w:rPr>
        <w:t>[5]</w:t>
      </w:r>
    </w:p>
    <w:p>
      <w:r>
        <w:rPr>
          <w:rFonts w:ascii="Gentium Plus" w:hAnsi="Gentium Plus"/>
          <w:sz w:val="24"/>
        </w:rPr>
        <w:t>οὐ τολμῶ παραπεμψάμενος τὴν ἀρετὴν τοῦ θεοῦ ἡδο‐</w:t>
      </w:r>
    </w:p>
    <w:p>
      <w:r>
        <w:rPr>
          <w:rFonts w:ascii="Courier New" w:hAnsi="Courier New"/>
          <w:color w:val="555555"/>
          <w:sz w:val="20"/>
        </w:rPr>
        <w:t>[25 . 7 g]</w:t>
      </w:r>
    </w:p>
    <w:p>
      <w:r>
        <w:rPr>
          <w:rFonts w:ascii="Gentium Plus" w:hAnsi="Gentium Plus"/>
          <w:sz w:val="24"/>
        </w:rPr>
        <w:t>νὴν αὐτῶ ἐπιφημίσαι. Ἐγὼ καὶ τῶν Φειδίου ἀγαλ‐ μάτων αἰσθάνομαι μὲν τῆς ἡδονῆς, ἐπαινῶ δὲ τὴν</w:t>
      </w:r>
    </w:p>
    <w:p>
      <w:r>
        <w:rPr>
          <w:rFonts w:ascii="Courier New" w:hAnsi="Courier New"/>
          <w:color w:val="555555"/>
          <w:sz w:val="20"/>
        </w:rPr>
        <w:t>[25 . 7 h]</w:t>
      </w:r>
    </w:p>
    <w:p>
      <w:r>
        <w:rPr>
          <w:rFonts w:ascii="Gentium Plus" w:hAnsi="Gentium Plus"/>
          <w:sz w:val="24"/>
        </w:rPr>
        <w:t>τέχνην· καὶ τῆς Ὁμήρου ᾠδῆς συνίημι μὲν τῆς ἡδονῆς,</w:t>
      </w:r>
    </w:p>
    <w:p>
      <w:r>
        <w:rPr>
          <w:rFonts w:ascii="Courier New" w:hAnsi="Courier New"/>
          <w:color w:val="555555"/>
          <w:sz w:val="20"/>
        </w:rPr>
        <w:t>[25 . 7 i]</w:t>
      </w:r>
    </w:p>
    <w:p>
      <w:r>
        <w:rPr>
          <w:rFonts w:ascii="Gentium Plus" w:hAnsi="Gentium Plus"/>
          <w:sz w:val="24"/>
        </w:rPr>
        <w:t>ἀλλ’ ἐκ τῶν σεμνοτέρων αὐτὴν ἐπαινῶ. Ἀλλ’ οὐδὲ τὸν Ἡρακλέα ἔγωγε ἡγοῦμαι ἄγευστον καὶ ἀμέτοχον ἡδονῆς διαβιῶναι· οὐ πείθομαι παντάπασι τῷ Προ‐ δίκῳ· ἀλλ’ εἰσὶν γὰρ καὶ ἀνδρὸς ἡδοναὶ παραμυθού‐</w:t>
      </w:r>
    </w:p>
    <w:p>
      <w:r>
        <w:rPr>
          <w:rFonts w:ascii="Courier New" w:hAnsi="Courier New"/>
          <w:color w:val="555555"/>
          <w:sz w:val="20"/>
        </w:rPr>
        <w:t>[5]</w:t>
      </w:r>
    </w:p>
    <w:p>
      <w:r>
        <w:rPr>
          <w:rFonts w:ascii="Gentium Plus" w:hAnsi="Gentium Plus"/>
          <w:sz w:val="24"/>
        </w:rPr>
        <w:t>μεναι τοὺς δι’ ἀρετῆς πόνους, οὐ διὰ σαρκῶν, οὐδέ γε δι’ αἰσθήσεων ἐπίρρυτοι, ἀλλ’ αὐτοφυεῖς τινες καὶ ἔνδοθεν διανιστάμεναι, ἐθιζομένης τῆς ψυχῆς χαίρειν τοῖς καλοῖς καὶ ἔργοις καὶ ἐπιτηδεύμασιν καὶ λόγοις.</w:t>
      </w:r>
    </w:p>
    <w:p>
      <w:r>
        <w:rPr>
          <w:rFonts w:ascii="Courier New" w:hAnsi="Courier New"/>
          <w:color w:val="555555"/>
          <w:sz w:val="20"/>
        </w:rPr>
        <w:t>[25 . 7 k]</w:t>
      </w:r>
    </w:p>
    <w:p>
      <w:r>
        <w:rPr>
          <w:rFonts w:ascii="Gentium Plus" w:hAnsi="Gentium Plus"/>
          <w:sz w:val="24"/>
        </w:rPr>
        <w:t>Οὕτω καὶ ὁ Ἡρακλῆς ἔχαιρεν ἐπὶ τὸ πῦρ ἰών· καὶ Σωκράτης ἔχαιρεν ἐν τῷ δεσμωτηρίῳ μένων καὶ πει‐</w:t>
      </w:r>
    </w:p>
    <w:p>
      <w:r>
        <w:rPr>
          <w:rFonts w:ascii="Courier New" w:hAnsi="Courier New"/>
          <w:color w:val="555555"/>
          <w:sz w:val="20"/>
        </w:rPr>
        <w:t>[5]</w:t>
      </w:r>
    </w:p>
    <w:p>
      <w:r>
        <w:rPr>
          <w:rFonts w:ascii="Gentium Plus" w:hAnsi="Gentium Plus"/>
          <w:sz w:val="24"/>
        </w:rPr>
        <w:t>ἀλυπότερον; Ἀλκιβιάδης τὸν οἶνον; ἢ τὸ φάρμακον Σωκράτης;</w:t>
      </w:r>
    </w:p>
    <w:p>
      <w:pPr>
        <w:jc w:val="center"/>
      </w:pPr>
      <w:r>
        <w:rPr>
          <w:rFonts w:ascii="Gentium Plus" w:hAnsi="Gentium Plus"/>
          <w:b/>
          <w:sz w:val="24"/>
        </w:rPr>
        <w:t>Εἰ ἔστιν καθ’ Ὅμηρον αἵρεσις.</w:t>
      </w:r>
    </w:p>
    <w:p>
      <w:r>
        <w:rPr>
          <w:rFonts w:ascii="Courier New" w:hAnsi="Courier New"/>
          <w:color w:val="555555"/>
          <w:sz w:val="20"/>
        </w:rPr>
        <w:t>[1]</w:t>
      </w:r>
    </w:p>
    <w:p>
      <w:r>
        <w:rPr>
          <w:rFonts w:ascii="Gentium Plus" w:hAnsi="Gentium Plus"/>
          <w:sz w:val="24"/>
        </w:rPr>
        <w:t>Βούλομαι καθ’ Ὅμηρον αὐτὸν παρακαλέσαι ἐπὶ τὸν λόγον, τίνα μέντοι θεῶν, ἢ τὴν αὐτὴν ἐκείνῳ, τὴν Καλλιόπην; ἄνδρά μοι ἔννεπε, Μοῦσα, πολύτροπον, ὃς μάλα</w:t>
      </w:r>
    </w:p>
    <w:p>
      <w:r>
        <w:rPr>
          <w:rFonts w:ascii="Courier New" w:hAnsi="Courier New"/>
          <w:color w:val="555555"/>
          <w:sz w:val="20"/>
        </w:rPr>
        <w:t>[5]</w:t>
      </w:r>
    </w:p>
    <w:p>
      <w:r>
        <w:rPr>
          <w:rFonts w:ascii="Gentium Plus" w:hAnsi="Gentium Plus"/>
          <w:sz w:val="24"/>
        </w:rPr>
        <w:t>πολλὰ πλάγχθη· οὐ γῆν ἄξενον ἐπιπορευόμενος, οὐδὲ θάλατταν χαλεπὴν περαιούμενος, οὐδὲ ἀνθρώποις ἀγρίοις συμφερόμενος· ἀλλὰ ταῦτα μὲν αὐτῷ οἱ μῦθοι ἔχουσιν· αὐτὸς δὲ τῇ</w:t>
      </w:r>
    </w:p>
    <w:p>
      <w:r>
        <w:rPr>
          <w:rFonts w:ascii="Courier New" w:hAnsi="Courier New"/>
          <w:color w:val="555555"/>
          <w:sz w:val="20"/>
        </w:rPr>
        <w:t>[10]</w:t>
      </w:r>
    </w:p>
    <w:p>
      <w:r>
        <w:rPr>
          <w:rFonts w:ascii="Gentium Plus" w:hAnsi="Gentium Plus"/>
          <w:sz w:val="24"/>
        </w:rPr>
        <w:t>ψυχῇ, κούφῳ χρήματι καὶ πολυπλανεστέρῳ τῶν σωμά‐</w:t>
      </w:r>
    </w:p>
    <w:p>
      <w:r>
        <w:rPr>
          <w:rFonts w:ascii="Courier New" w:hAnsi="Courier New"/>
          <w:color w:val="555555"/>
          <w:sz w:val="20"/>
        </w:rPr>
        <w:t>[15]</w:t>
      </w:r>
    </w:p>
    <w:p>
      <w:r>
        <w:rPr>
          <w:rFonts w:ascii="Gentium Plus" w:hAnsi="Gentium Plus"/>
          <w:sz w:val="24"/>
        </w:rPr>
        <w:t>μεταβολάς, τὰ πολιτικά, τὰ οἰκονομικά, τὰ πολεμικά, τὰ εἰρηνικά, τὰ γαμήλια, τὰ γεωργικά, τὰ ἱππικά, τὰ ναυτικά, τέχνας παντοίας, φωνὰς ποικίλας, εἴδη παν‐ τοδαπά, ὀλοφυρομένους, ἡδομένους, πενθοῦντας, γε‐ λῶντας, πολεμοῦντας, ὀργιζομένους, εὐωχουμένους,</w:t>
      </w:r>
    </w:p>
    <w:p>
      <w:r>
        <w:rPr>
          <w:rFonts w:ascii="Courier New" w:hAnsi="Courier New"/>
          <w:color w:val="555555"/>
          <w:sz w:val="20"/>
        </w:rPr>
        <w:t>[20]</w:t>
      </w:r>
    </w:p>
    <w:p>
      <w:r>
        <w:rPr>
          <w:rFonts w:ascii="Gentium Plus" w:hAnsi="Gentium Plus"/>
          <w:sz w:val="24"/>
        </w:rPr>
        <w:t>πλέοντας· ὥστε ἔγωγε εἰς τὰς Ὁμήρου φωνὰς ἐμπεσὼν οὐκ ἔχω παρ’ ἐμαυτοῦ τὸν ἄνδρα ἐπαινέσαι, ἀλλὰ κἀν‐ ταῦθα δεήσομαι αὐτοῦ ἐπιδοῦναί μοι τῶν ἐπῶν, ἵνα μὴ διαφθείρω τὸν ἔπαινον ψιλῷ λόγῳ·</w:t>
      </w:r>
    </w:p>
    <w:p>
      <w:r>
        <w:rPr>
          <w:rFonts w:ascii="Courier New" w:hAnsi="Courier New"/>
          <w:color w:val="555555"/>
          <w:sz w:val="20"/>
        </w:rPr>
        <w:t>[26 . 1 b]</w:t>
      </w:r>
    </w:p>
    <w:p>
      <w:r>
        <w:rPr>
          <w:rFonts w:ascii="Gentium Plus" w:hAnsi="Gentium Plus"/>
          <w:sz w:val="24"/>
        </w:rPr>
        <w:t>ἔξοχα δή σε βροτῶν, ὦ Ὅμηρε, αἰνίζομαι πάντων, ἢ σέ γε μοῦσα δίδαξε Διὸς παῖς, ἢ σέ γ’ Ἀπόλλων.</w:t>
      </w:r>
    </w:p>
    <w:p>
      <w:r>
        <w:rPr>
          <w:rFonts w:ascii="Courier New" w:hAnsi="Courier New"/>
          <w:color w:val="555555"/>
          <w:sz w:val="20"/>
        </w:rPr>
        <w:t>[26 . 1 c]</w:t>
      </w:r>
    </w:p>
    <w:p>
      <w:r>
        <w:rPr>
          <w:rFonts w:ascii="Gentium Plus" w:hAnsi="Gentium Plus"/>
          <w:sz w:val="24"/>
        </w:rPr>
        <w:t>Τὰ δὲ Μουσῶν καὶ Ἀπόλλωνος διδάγματα οὐδὲ τὴν ἀρχὴν θέμις ἄλλό τι ὑπολαβεῖν, ἢ ἀφ’ ὧν ψυχὴ εἰς κόσμον καθίσταται. Τοῦτο δὲ τί ἂν εἴη ἄλλο ἢ φιλο‐</w:t>
      </w:r>
    </w:p>
    <w:p>
      <w:r>
        <w:rPr>
          <w:rFonts w:ascii="Courier New" w:hAnsi="Courier New"/>
          <w:color w:val="555555"/>
          <w:sz w:val="20"/>
        </w:rPr>
        <w:t>[5]</w:t>
      </w:r>
    </w:p>
    <w:p>
      <w:r>
        <w:rPr>
          <w:rFonts w:ascii="Gentium Plus" w:hAnsi="Gentium Plus"/>
          <w:sz w:val="24"/>
        </w:rPr>
        <w:t>ἀκριβῆ θείων τε πέρι κἀνθρωπίνων, χορηγὸν ἀρετῆς καὶ λογισμῶν καλῶν καὶ ἁρμονίας βίου καὶ ἐπιτηδευ‐ μάτων δεξιῶν;</w:t>
      </w:r>
    </w:p>
    <w:p>
      <w:r>
        <w:rPr>
          <w:rFonts w:ascii="Courier New" w:hAnsi="Courier New"/>
          <w:color w:val="555555"/>
          <w:sz w:val="20"/>
        </w:rPr>
        <w:t>[26 . 2 a]</w:t>
      </w:r>
    </w:p>
    <w:p>
      <w:r>
        <w:rPr>
          <w:rFonts w:ascii="Gentium Plus" w:hAnsi="Gentium Plus"/>
          <w:sz w:val="24"/>
        </w:rPr>
        <w:t>Τῆς δὲ ἐπιστήμης ταύτης τὸ κεφάλαιον, τέως μὲν παντοδαποῖς περιβεβλημένον σχήμασιν, μετεχειρίζετο τὰς τῶν ἐντυγχανόντων ψυχὰς διδασκαλίοις ἀλύποις, τῶν μὲν τελετὰς καὶ ὀργιασμούς τινας ἐπιφημισάντων</w:t>
      </w:r>
    </w:p>
    <w:p>
      <w:r>
        <w:rPr>
          <w:rFonts w:ascii="Courier New" w:hAnsi="Courier New"/>
          <w:color w:val="555555"/>
          <w:sz w:val="20"/>
        </w:rPr>
        <w:t>[5]</w:t>
      </w:r>
    </w:p>
    <w:p>
      <w:r>
        <w:rPr>
          <w:rFonts w:ascii="Gentium Plus" w:hAnsi="Gentium Plus"/>
          <w:sz w:val="24"/>
        </w:rPr>
        <w:t>τοῖς αὑτῶν λόγοις, τῶν δὲ μύθους, τῶν δὲ μουσικήν,</w:t>
      </w:r>
    </w:p>
    <w:p>
      <w:r>
        <w:rPr>
          <w:rFonts w:ascii="Courier New" w:hAnsi="Courier New"/>
          <w:color w:val="555555"/>
          <w:sz w:val="20"/>
        </w:rPr>
        <w:t>[26 . 2 b]</w:t>
      </w:r>
    </w:p>
    <w:p>
      <w:r>
        <w:rPr>
          <w:rFonts w:ascii="Gentium Plus" w:hAnsi="Gentium Plus"/>
          <w:sz w:val="24"/>
        </w:rPr>
        <w:t>τῶν δὲ καὶ μαντικήν. Καὶ κοινὸν μὲν ἦν ἅπασιν τὸ</w:t>
      </w:r>
    </w:p>
    <w:p>
      <w:r>
        <w:rPr>
          <w:rFonts w:ascii="Courier New" w:hAnsi="Courier New"/>
          <w:color w:val="555555"/>
          <w:sz w:val="20"/>
        </w:rPr>
        <w:t>[26 . 2 c]</w:t>
      </w:r>
    </w:p>
    <w:p>
      <w:r>
        <w:rPr>
          <w:rFonts w:ascii="Gentium Plus" w:hAnsi="Gentium Plus"/>
          <w:sz w:val="24"/>
        </w:rPr>
        <w:t>ὠφελοῦν, ἴδιον δὲ τὸ σχῆμα τοῦ λόγου. Χρόνῳ δὲ ὕστερον ὑπὸ σοφίας οἱ ἄνθρωποι νεανιευόμενοι, ἀπο‐ καλύψαντες ταυτὶ τὰ τοῦ λόγου προκαλύμματα, ἀπέ‐ φηναν φιλοσοφίαν γυμνὴν καὶ ἐξωνειδισμένην καὶ</w:t>
      </w:r>
    </w:p>
    <w:p>
      <w:r>
        <w:rPr>
          <w:rFonts w:ascii="Courier New" w:hAnsi="Courier New"/>
          <w:color w:val="555555"/>
          <w:sz w:val="20"/>
        </w:rPr>
        <w:t>[5]</w:t>
      </w:r>
    </w:p>
    <w:p>
      <w:r>
        <w:rPr>
          <w:rFonts w:ascii="Gentium Plus" w:hAnsi="Gentium Plus"/>
          <w:sz w:val="24"/>
        </w:rPr>
        <w:t>πάγκοινον καὶ πρόχειρον εἰς συνουσίαν παντί τῳ, ὄνομα μόνον ἔργου καλοῦ πλανώμενον ἐν δυστήνοις</w:t>
      </w:r>
    </w:p>
    <w:p>
      <w:r>
        <w:rPr>
          <w:rFonts w:ascii="Courier New" w:hAnsi="Courier New"/>
          <w:color w:val="555555"/>
          <w:sz w:val="20"/>
        </w:rPr>
        <w:t>[26 . 2 d]</w:t>
      </w:r>
    </w:p>
    <w:p>
      <w:r>
        <w:rPr>
          <w:rFonts w:ascii="Gentium Plus" w:hAnsi="Gentium Plus"/>
          <w:sz w:val="24"/>
        </w:rPr>
        <w:t>σοφίσμασιν. Τοιγαροῦν τὰ μὲν Ὁμήρου καὶ Ἡσιόδου ἔπη, καὶ πᾶσα ἡ παλαιὰ μοῦσα ἐκείνη καὶ ἔνθεος, μύ‐ θου χώραν ἔχει, καὶ ἀγαπᾶται αὐτῶν ἡ ἱστορία μόνον,</w:t>
      </w:r>
    </w:p>
    <w:p>
      <w:r>
        <w:rPr>
          <w:rFonts w:ascii="Courier New" w:hAnsi="Courier New"/>
          <w:color w:val="555555"/>
          <w:sz w:val="20"/>
        </w:rPr>
        <w:t>[5]</w:t>
      </w:r>
    </w:p>
    <w:p>
      <w:r>
        <w:rPr>
          <w:rFonts w:ascii="Gentium Plus" w:hAnsi="Gentium Plus"/>
          <w:sz w:val="24"/>
        </w:rPr>
        <w:t>μονίας, ὡς αὐλήματα, ὡς κιθαρίσματα· παρορᾶται δὲ τὸ ἐν αὐτοῖς καλόν, καὶ ἀποχειροτονεῖται τῆς ἀρετῆς.</w:t>
      </w:r>
    </w:p>
    <w:p>
      <w:r>
        <w:rPr>
          <w:rFonts w:ascii="Courier New" w:hAnsi="Courier New"/>
          <w:color w:val="555555"/>
          <w:sz w:val="20"/>
        </w:rPr>
        <w:t>[26 . 2 e]</w:t>
      </w:r>
    </w:p>
    <w:p>
      <w:r>
        <w:rPr>
          <w:rFonts w:ascii="Gentium Plus" w:hAnsi="Gentium Plus"/>
          <w:sz w:val="24"/>
        </w:rPr>
        <w:t>Καὶ Ὅμηρος μὲν ἀποκηρύττεται φιλοσοφίας, ὁ ἡγε‐</w:t>
      </w:r>
    </w:p>
    <w:p>
      <w:r>
        <w:rPr>
          <w:rFonts w:ascii="Courier New" w:hAnsi="Courier New"/>
          <w:color w:val="555555"/>
          <w:sz w:val="20"/>
        </w:rPr>
        <w:t>[26 . 2 f]</w:t>
      </w:r>
    </w:p>
    <w:p>
      <w:r>
        <w:rPr>
          <w:rFonts w:ascii="Gentium Plus" w:hAnsi="Gentium Plus"/>
          <w:sz w:val="24"/>
        </w:rPr>
        <w:t>μὼν τοῦ γένους. Ἀφ’ οὗ δὲ τὰ ἐκ Θρᾴκης καὶ Κιλι‐ κίας σοφίσματα εἰς τὴν Ἑλλάδα παρέδυ, καὶ ἡ Ἐπι‐ κούρου ἄτομος, καὶ τὸ Ἡρακλείτου πῦρ, καὶ τὸ Θαλοῦ ὕδωρ, καὶ τὸ Ἀναξιμένους πνεῦμα, καὶ τὸ Ἐμπεδο‐</w:t>
      </w:r>
    </w:p>
    <w:p>
      <w:r>
        <w:rPr>
          <w:rFonts w:ascii="Courier New" w:hAnsi="Courier New"/>
          <w:color w:val="555555"/>
          <w:sz w:val="20"/>
        </w:rPr>
        <w:t>[5]</w:t>
      </w:r>
    </w:p>
    <w:p>
      <w:r>
        <w:rPr>
          <w:rFonts w:ascii="Gentium Plus" w:hAnsi="Gentium Plus"/>
          <w:sz w:val="24"/>
        </w:rPr>
        <w:t>κλέους νεῖκος, καὶ ὁ Διογένους πίθος, καὶ τὰ πολλὰ τῶν φιλοσόφων στρατόπεδα ἀντιτεταγμένα ἀλλήλοις</w:t>
      </w:r>
    </w:p>
    <w:p>
      <w:r>
        <w:rPr>
          <w:rFonts w:ascii="Courier New" w:hAnsi="Courier New"/>
          <w:color w:val="555555"/>
          <w:sz w:val="20"/>
        </w:rPr>
        <w:t>[26 . 2 g]</w:t>
      </w:r>
    </w:p>
    <w:p>
      <w:r>
        <w:rPr>
          <w:rFonts w:ascii="Gentium Plus" w:hAnsi="Gentium Plus"/>
          <w:sz w:val="24"/>
        </w:rPr>
        <w:t>καὶ ἀντιπαιωνίζοντα, λόγων μὲν πάντα μεστὰ καὶ ψι‐ θυρισμάτων, σοφιστῶν σοφισταῖς συμπιπτόντων, ἔργου</w:t>
      </w:r>
    </w:p>
    <w:p>
      <w:r>
        <w:rPr>
          <w:rFonts w:ascii="Courier New" w:hAnsi="Courier New"/>
          <w:color w:val="555555"/>
          <w:sz w:val="20"/>
        </w:rPr>
        <w:t>[26 . 2 h]</w:t>
      </w:r>
    </w:p>
    <w:p>
      <w:r>
        <w:rPr>
          <w:rFonts w:ascii="Gentium Plus" w:hAnsi="Gentium Plus"/>
          <w:sz w:val="24"/>
        </w:rPr>
        <w:t>δὲ ἐρημία δεινή· καὶ τὸ θρυλούμενον τοῦτο τὸ ἀγα‐ θόν, ὑπὲρ οὗ διέστηκεν καὶ διεστασίασται τὸ Ἑλληνι‐ κόν, οὐδεὶς ὁρᾷ. Τὰ παλαιὰ ἐκεῖνα, ἐν οἷς ἔτι ἡ Ὁμήρου ᾠδὴ δυνα‐</w:t>
      </w:r>
    </w:p>
    <w:p>
      <w:r>
        <w:rPr>
          <w:rFonts w:ascii="Courier New" w:hAnsi="Courier New"/>
          <w:color w:val="555555"/>
          <w:sz w:val="20"/>
        </w:rPr>
        <w:t>[5]</w:t>
      </w:r>
    </w:p>
    <w:p>
      <w:r>
        <w:rPr>
          <w:rFonts w:ascii="Gentium Plus" w:hAnsi="Gentium Plus"/>
          <w:sz w:val="24"/>
        </w:rPr>
        <w:t>στεύει, γενναῖα καὶ ἀληθῆ καὶ γνήσια φιλοσοφίας θρέμματα ἐπαίδευέν τε καὶ ἐξέτρεφεν, ἐκείνης τῆς</w:t>
      </w:r>
    </w:p>
    <w:p>
      <w:r>
        <w:rPr>
          <w:rFonts w:ascii="Courier New" w:hAnsi="Courier New"/>
          <w:color w:val="555555"/>
          <w:sz w:val="20"/>
        </w:rPr>
        <w:t>[26 . 3 a]</w:t>
      </w:r>
    </w:p>
    <w:p>
      <w:r>
        <w:rPr>
          <w:rFonts w:ascii="Gentium Plus" w:hAnsi="Gentium Plus"/>
          <w:sz w:val="24"/>
        </w:rPr>
        <w:t>ᾠδῆς θρέμμα ἦν Πλάτων. Κἂν γὰρ ἐξομόσηται τόνδε διδάσκαλον, ὁρῶ τὰ γνωρίσματα, καὶ συνίημι τῶν σπερμάτων· κείνού τοι τοιοῖδε πόδες, τοιαῖδέ τε χεῖρες,</w:t>
      </w:r>
    </w:p>
    <w:p>
      <w:r>
        <w:rPr>
          <w:rFonts w:ascii="Courier New" w:hAnsi="Courier New"/>
          <w:color w:val="555555"/>
          <w:sz w:val="20"/>
        </w:rPr>
        <w:t>[5]</w:t>
      </w:r>
    </w:p>
    <w:p>
      <w:r>
        <w:rPr>
          <w:rFonts w:ascii="Gentium Plus" w:hAnsi="Gentium Plus"/>
          <w:sz w:val="24"/>
        </w:rPr>
        <w:t>ὀφθαλμῶν τε βολαί, κεφαλή τ’ ἐφ’ ὑπερθέ τε χαῖται, ὥστε καὶ ἐπιτολμήσαιμι ἂν εἰπεῖν ἔγωγε, ἐμφερέστερον εἶναι Πλάτωνα Ὁμήρῳ μᾶλλον, ἢ Σωκράτει, κἂν τὸν</w:t>
      </w:r>
    </w:p>
    <w:p>
      <w:r>
        <w:rPr>
          <w:rFonts w:ascii="Courier New" w:hAnsi="Courier New"/>
          <w:color w:val="555555"/>
          <w:sz w:val="20"/>
        </w:rPr>
        <w:t>[26 . 3 b]</w:t>
      </w:r>
    </w:p>
    <w:p>
      <w:r>
        <w:rPr>
          <w:rFonts w:ascii="Gentium Plus" w:hAnsi="Gentium Plus"/>
          <w:sz w:val="24"/>
        </w:rPr>
        <w:t>Ὅμηρον φεύγῃ, κἂν διώκῃ τὸν Σωκράτην. Μή με οἰη‐ θῇς τὰς Πλάτωνος φωνὰς εἰκάζειν Ὁμήρῳ, καὶ τὰ ὀνόματα, καὶ τὰ ῥήματα· ἔστιν μὲν γὰρ καὶ ταῦτα ἐκεῖθεν, ἐκείνης τῆς ἁρμονίας ἀπορροή, ὡς ἐξ ὠκεανοῦ</w:t>
      </w:r>
    </w:p>
    <w:p>
      <w:r>
        <w:rPr>
          <w:rFonts w:ascii="Courier New" w:hAnsi="Courier New"/>
          <w:color w:val="555555"/>
          <w:sz w:val="20"/>
        </w:rPr>
        <w:t>[5]</w:t>
      </w:r>
    </w:p>
    <w:p>
      <w:r>
        <w:rPr>
          <w:rFonts w:ascii="Gentium Plus" w:hAnsi="Gentium Plus"/>
          <w:sz w:val="24"/>
        </w:rPr>
        <w:t>ἡ Μαιῶτις, ὡς ἐκ τῆς Μαιώτιδος ὁ Πόντος, ὡς ἐκ τοῦ Πόντου ὁ Ἑλλήσποντος, ὡς ἐξ Ἑλλησπόντου ἡ θάλασσα· ἀλλὰ τὴν γνώμην τῇ γνώμῃ προσάγω, καὶ</w:t>
      </w:r>
    </w:p>
    <w:p>
      <w:r>
        <w:rPr>
          <w:rFonts w:ascii="Courier New" w:hAnsi="Courier New"/>
          <w:color w:val="555555"/>
          <w:sz w:val="20"/>
        </w:rPr>
        <w:t>[26 . 3 c]</w:t>
      </w:r>
    </w:p>
    <w:p>
      <w:r>
        <w:rPr>
          <w:rFonts w:ascii="Gentium Plus" w:hAnsi="Gentium Plus"/>
          <w:sz w:val="24"/>
        </w:rPr>
        <w:t>τὴν συγγένειαν ὁρῶ. Καὶ τοῦτο μέν σοι καὶ αὖθις παρ’ ἐμοῦ λελέξεται· ἐπάγωμεν δὲ τὸν λόγον ἐπὶ τὴν</w:t>
      </w:r>
    </w:p>
    <w:p>
      <w:r>
        <w:rPr>
          <w:rFonts w:ascii="Courier New" w:hAnsi="Courier New"/>
          <w:color w:val="555555"/>
          <w:sz w:val="20"/>
        </w:rPr>
        <w:t>[26 . 4 a]</w:t>
      </w:r>
    </w:p>
    <w:p>
      <w:r>
        <w:rPr>
          <w:rFonts w:ascii="Gentium Plus" w:hAnsi="Gentium Plus"/>
          <w:sz w:val="24"/>
        </w:rPr>
        <w:t>Δοκεῖ μοι Ὅμηρος, φύσει τε κεχρημένος ἐνθεωτάτῃ καὶ φρονήσει δεινοτάτῃ καὶ ἐμπειρίᾳ πολυτροπωτάτῃ, φιλοσοφίᾳ ἐπιθέμενος, δημοσιεῦσαι ταύτην τοῖς Ἕλλη‐ σιν ἐν ἁρμονίᾳ τῇ ποτὲ εὐδοκίμῳ· αὕτη δ’ ἦν ἡ ποιη‐</w:t>
      </w:r>
    </w:p>
    <w:p>
      <w:r>
        <w:rPr>
          <w:rFonts w:ascii="Courier New" w:hAnsi="Courier New"/>
          <w:color w:val="555555"/>
          <w:sz w:val="20"/>
        </w:rPr>
        <w:t>[5]</w:t>
      </w:r>
    </w:p>
    <w:p>
      <w:r>
        <w:rPr>
          <w:rFonts w:ascii="Gentium Plus" w:hAnsi="Gentium Plus"/>
          <w:sz w:val="24"/>
        </w:rPr>
        <w:t>τική· οὔτε δὲ Ἰωνικὴν ταύτην ἐθελῆσαι εἶναι αὐτῷ, οὔτε ἀκριβῶς Δώριον, οὔτε Ἀττικήν, ἀλλὰ κοινὴν τῆς</w:t>
      </w:r>
    </w:p>
    <w:p>
      <w:r>
        <w:rPr>
          <w:rFonts w:ascii="Courier New" w:hAnsi="Courier New"/>
          <w:color w:val="555555"/>
          <w:sz w:val="20"/>
        </w:rPr>
        <w:t>[26 . 4 b]</w:t>
      </w:r>
    </w:p>
    <w:p>
      <w:r>
        <w:rPr>
          <w:rFonts w:ascii="Gentium Plus" w:hAnsi="Gentium Plus"/>
          <w:sz w:val="24"/>
        </w:rPr>
        <w:t>Ἑλλάδος. Ἅτε οὖν ξύμπασι διαλεγόμενος, ἀθροίσας ἀναμὶξ τὴν Ἑλλάδα φωνὴν καὶ ἀνακερασάμενος εἰς σχῆμα ᾠδῆς, 〈δι’〉 ὧν τὰ ἔπη εἰργάσατο προσηνῆ τε ἅμα</w:t>
      </w:r>
    </w:p>
    <w:p>
      <w:r>
        <w:rPr>
          <w:rFonts w:ascii="Courier New" w:hAnsi="Courier New"/>
          <w:color w:val="555555"/>
          <w:sz w:val="20"/>
        </w:rPr>
        <w:t>[26 . 4 c]</w:t>
      </w:r>
    </w:p>
    <w:p>
      <w:r>
        <w:rPr>
          <w:rFonts w:ascii="Gentium Plus" w:hAnsi="Gentium Plus"/>
          <w:sz w:val="24"/>
        </w:rPr>
        <w:t>εἶναι καὶ ξυνετὰ πᾶσιν καὶ κεχαρισμένα ἑκάστοις, ἐν‐ θυμηθεὶς δέ, ὅτι ὀλίγον μὲν τὸ ξυνετὸν ἐν ἅπαντι, τὸ δὲ πολὺ δημαγωγεῖσθαι φιλεῖ, οὐδετέρῳ τῷ γένει ἀποκεκριμένην τὴν ποίησιν ἐξειργάσατο· καθάπερ ὁ</w:t>
      </w:r>
    </w:p>
    <w:p>
      <w:r>
        <w:rPr>
          <w:rFonts w:ascii="Courier New" w:hAnsi="Courier New"/>
          <w:color w:val="555555"/>
          <w:sz w:val="20"/>
        </w:rPr>
        <w:t>[5]</w:t>
      </w:r>
    </w:p>
    <w:p>
      <w:r>
        <w:rPr>
          <w:rFonts w:ascii="Gentium Plus" w:hAnsi="Gentium Plus"/>
          <w:sz w:val="24"/>
        </w:rPr>
        <w:t>Ἡσίοδος, χωρὶς μὲν τὰ γένη τῶν ἡρώων, ἀπὸ γυναι‐ κῶν ἀρχόμενος καταλέγων τὰ γένη, ὅστις ἐξ ἧς ἔφυ· χωρὶς δὲ αὐτῶν πεποίηνται οἱ θεῖοι λόγοι, ἅμα τοῖς λόγοις θεογονία· χωρὶς δ’ αὖ ὠφελεῖ τὰ εἰς τὸν βίον,</w:t>
      </w:r>
    </w:p>
    <w:p>
      <w:r>
        <w:rPr>
          <w:rFonts w:ascii="Courier New" w:hAnsi="Courier New"/>
          <w:color w:val="555555"/>
          <w:sz w:val="20"/>
        </w:rPr>
        <w:t>[26 . 4 d]</w:t>
      </w:r>
    </w:p>
    <w:p>
      <w:r>
        <w:rPr>
          <w:rFonts w:ascii="Gentium Plus" w:hAnsi="Gentium Plus"/>
          <w:sz w:val="24"/>
        </w:rPr>
        <w:t>ἔργα τὲ ἃ δραστέον, καὶ ἡμέραι ἐν αἷς δραστέον· οὐχ οὕτω τὰ Ὁμήρου ἔχει, οὐδὲ ἀποκέκριται ἕκαστα χωρίς,</w:t>
      </w:r>
    </w:p>
    <w:p>
      <w:r>
        <w:rPr>
          <w:rFonts w:ascii="Courier New" w:hAnsi="Courier New"/>
          <w:color w:val="555555"/>
          <w:sz w:val="20"/>
        </w:rPr>
        <w:t>[5]</w:t>
      </w:r>
    </w:p>
    <w:p>
      <w:r>
        <w:rPr>
          <w:rFonts w:ascii="Gentium Plus" w:hAnsi="Gentium Plus"/>
          <w:sz w:val="24"/>
        </w:rPr>
        <w:t>Τρωϊκοὶ λόγοι καὶ τὰ τοῦ Ὀδυσσέως παθήματα, μέμικται δ’ ἐν αὐτοῖς καὶ θεολογία σαφής, καὶ πολι‐ τείας ἦθος, καὶ ἀρεταὶ ἀνθρώπων, καὶ μοχθηρίαι, καὶ παθήματα, καὶ συμφοραί, καὶ εὐτυχίαι· καὶ τούτων</w:t>
      </w:r>
    </w:p>
    <w:p>
      <w:r>
        <w:rPr>
          <w:rFonts w:ascii="Courier New" w:hAnsi="Courier New"/>
          <w:color w:val="555555"/>
          <w:sz w:val="20"/>
        </w:rPr>
        <w:t>[26 . 4 e]</w:t>
      </w:r>
    </w:p>
    <w:p>
      <w:r>
        <w:rPr>
          <w:rFonts w:ascii="Gentium Plus" w:hAnsi="Gentium Plus"/>
          <w:sz w:val="24"/>
        </w:rPr>
        <w:t>ἕκαστον ὑποθέσεις οἰκείας ἔχει· οἷον εἰ ξυνίῃς παναρ‐ μόνιόν τι ὄργανον, παντοδαπὰς μὲν φωνάς, πάσαις δὲ</w:t>
      </w:r>
    </w:p>
    <w:p>
      <w:r>
        <w:rPr>
          <w:rFonts w:ascii="Courier New" w:hAnsi="Courier New"/>
          <w:color w:val="555555"/>
          <w:sz w:val="20"/>
        </w:rPr>
        <w:t>[26 . 4 f]</w:t>
      </w:r>
    </w:p>
    <w:p>
      <w:r>
        <w:rPr>
          <w:rFonts w:ascii="Gentium Plus" w:hAnsi="Gentium Plus"/>
          <w:sz w:val="24"/>
        </w:rPr>
        <w:t>ἄλλαις ὡμολογημένας· μᾶλλον δὲ οὕτως, εἰ ἤδη που ἐθεάσω ἄθροισμα ὀργάνων, αὐλὸν ἠχοῦντα, καὶ λύραν ψαλλομένην, καὶ ᾠδὴν χοροῦ, καὶ σάλπιγγα ἀναμίξ, καὶ σύριγγα, καὶ ἄλλ’ ἄττα ὀργάνων εἴδη καὶ ὀνό‐</w:t>
      </w:r>
    </w:p>
    <w:p>
      <w:r>
        <w:rPr>
          <w:rFonts w:ascii="Courier New" w:hAnsi="Courier New"/>
          <w:color w:val="555555"/>
          <w:sz w:val="20"/>
        </w:rPr>
        <w:t>[5]</w:t>
      </w:r>
    </w:p>
    <w:p>
      <w:r>
        <w:rPr>
          <w:rFonts w:ascii="Gentium Plus" w:hAnsi="Gentium Plus"/>
          <w:sz w:val="24"/>
        </w:rPr>
        <w:t>ματα· ὧν ἕκαστον πεποίηται μὲν κατὰ οἰκείαν τέχνην, συντέτακται δὲ πρὸς τὸ πλησίον κατὰ κοινὴν μοῦσαν.</w:t>
      </w:r>
    </w:p>
    <w:p>
      <w:r>
        <w:rPr>
          <w:rFonts w:ascii="Courier New" w:hAnsi="Courier New"/>
          <w:color w:val="555555"/>
          <w:sz w:val="20"/>
        </w:rPr>
        <w:t>[26 . 5 a]</w:t>
      </w:r>
    </w:p>
    <w:p>
      <w:r>
        <w:rPr>
          <w:rFonts w:ascii="Gentium Plus" w:hAnsi="Gentium Plus"/>
          <w:sz w:val="24"/>
        </w:rPr>
        <w:t>Συνελόντι δ’ εἰπεῖν, ἡ Ὁμήρου ποίησις τοιάδε τίς ἐστιν, οἷον εἰ καὶ ζωγράφον ἐννοήσαις φιλόσοφον Πο‐ λύγνωτον ἢ Ζεῦξιν, μὴ γράφοντα εἰκῇ· καὶ γὰρ τού‐ των ἔσται τὸ χρῆμα διπλοῦν, τὸ μὲν ἐκ τῆς τέχνης,</w:t>
      </w:r>
    </w:p>
    <w:p>
      <w:r>
        <w:rPr>
          <w:rFonts w:ascii="Courier New" w:hAnsi="Courier New"/>
          <w:color w:val="555555"/>
          <w:sz w:val="20"/>
        </w:rPr>
        <w:t>[5]</w:t>
      </w:r>
    </w:p>
    <w:p>
      <w:r>
        <w:rPr>
          <w:rFonts w:ascii="Gentium Plus" w:hAnsi="Gentium Plus"/>
          <w:sz w:val="24"/>
        </w:rPr>
        <w:t>τὸ δὲ ἐκ τῆς ἀρετῆς· κατὰ μὲν τὴν τέχνην, τὰ σχή‐ ματα καὶ τὰ σώματα εἰς ὁμοιότητα τοῦ ἀληθοῦς δια‐</w:t>
      </w:r>
    </w:p>
    <w:p>
      <w:r>
        <w:rPr>
          <w:rFonts w:ascii="Courier New" w:hAnsi="Courier New"/>
          <w:color w:val="555555"/>
          <w:sz w:val="20"/>
        </w:rPr>
        <w:t>[26 . 5 b]</w:t>
      </w:r>
    </w:p>
    <w:p>
      <w:r>
        <w:rPr>
          <w:rFonts w:ascii="Gentium Plus" w:hAnsi="Gentium Plus"/>
          <w:sz w:val="24"/>
        </w:rPr>
        <w:t>τὴν εὐσχημοσύνην τῶν γραμμάτων διατιθέντι. Ταύτῃ μοι καὶ τὰ Ὁμήρου σκόπει, ὡς ἔστι χρῆμα διπλοῦν, κατὰ μὲν τὴν ποιητικὴν ἐντεταμένον εἰς μύθου σχῆμα, κατὰ δὲ φιλοσοφίαν εἰς ζῆλον ἀρετῆς καὶ ἀληθείας</w:t>
      </w:r>
    </w:p>
    <w:p>
      <w:r>
        <w:rPr>
          <w:rFonts w:ascii="Courier New" w:hAnsi="Courier New"/>
          <w:color w:val="555555"/>
          <w:sz w:val="20"/>
        </w:rPr>
        <w:t>[26 . 5 c]</w:t>
      </w:r>
    </w:p>
    <w:p>
      <w:r>
        <w:rPr>
          <w:rFonts w:ascii="Gentium Plus" w:hAnsi="Gentium Plus"/>
          <w:sz w:val="24"/>
        </w:rPr>
        <w:t>γνῶσιν συντεταγμένον. Αὐτίκα πεποίηται αὐτῷ ἐν τοῖς λόγοις μειράκιον Θετταλικὸν καὶ ἀνὴρ βασιλικός, Ἀχιλλεὺς καὶ Ἀγαμέμνων· ὁ μὲν ὑπ’ ὀργῆς εἰς ὕβριν προφερόμενος ὁ Ἀγαμέμνων, ὁ δὲ Ἀχιλλεὺς προπηλα‐</w:t>
      </w:r>
    </w:p>
    <w:p>
      <w:r>
        <w:rPr>
          <w:rFonts w:ascii="Courier New" w:hAnsi="Courier New"/>
          <w:color w:val="555555"/>
          <w:sz w:val="20"/>
        </w:rPr>
        <w:t>[5]</w:t>
      </w:r>
    </w:p>
    <w:p>
      <w:r>
        <w:rPr>
          <w:rFonts w:ascii="Gentium Plus" w:hAnsi="Gentium Plus"/>
          <w:sz w:val="24"/>
        </w:rPr>
        <w:t>κισθεὶς μηνιῶν· εἰκόνες παθῶν, νεότητος καὶ ἐξου‐</w:t>
      </w:r>
    </w:p>
    <w:p>
      <w:r>
        <w:rPr>
          <w:rFonts w:ascii="Courier New" w:hAnsi="Courier New"/>
          <w:color w:val="555555"/>
          <w:sz w:val="20"/>
        </w:rPr>
        <w:t>[26 . 5 d]</w:t>
      </w:r>
    </w:p>
    <w:p>
      <w:r>
        <w:rPr>
          <w:rFonts w:ascii="Gentium Plus" w:hAnsi="Gentium Plus"/>
          <w:sz w:val="24"/>
        </w:rPr>
        <w:t>σίας. Ἀντίθες τοι ἑκατέρῳ τὸν Νέστορα, παλαιὸν τῷ</w:t>
      </w:r>
    </w:p>
    <w:p>
      <w:r>
        <w:rPr>
          <w:rFonts w:ascii="Courier New" w:hAnsi="Courier New"/>
          <w:color w:val="555555"/>
          <w:sz w:val="20"/>
        </w:rPr>
        <w:t>[26 . 5 e]</w:t>
      </w:r>
    </w:p>
    <w:p>
      <w:r>
        <w:rPr>
          <w:rFonts w:ascii="Gentium Plus" w:hAnsi="Gentium Plus"/>
          <w:sz w:val="24"/>
        </w:rPr>
        <w:t>χρόνῳ, ἀγαθὸν φρονεῖν, δεινὸν εἰπεῖν. Πάλιν αὖ Θερσίτης πεποίηται αὐτῷ αἰσχρὸς ἰδεῖν, φωνὴν ἐπεσ‐ βόλος, γνώμην ἄτακτος, οἷος εἶναι εἰκὼν ἀκολάστου</w:t>
      </w:r>
    </w:p>
    <w:p>
      <w:r>
        <w:rPr>
          <w:rFonts w:ascii="Courier New" w:hAnsi="Courier New"/>
          <w:color w:val="555555"/>
          <w:sz w:val="20"/>
        </w:rPr>
        <w:t>[26 . 5 f]</w:t>
      </w:r>
    </w:p>
    <w:p>
      <w:r>
        <w:rPr>
          <w:rFonts w:ascii="Gentium Plus" w:hAnsi="Gentium Plus"/>
          <w:sz w:val="24"/>
        </w:rPr>
        <w:t>δήμου. Ἀλλ’ ἀντίθες καὶ τούτῳ ἄνδρα, ἀγαθόν, ἡγε‐ μόνα ἀκριβῆ, ἐπιπορευόμενον, ὅντινα μὲν βασιλῆα καὶ ἔξοχον ἄνδρα ἐφεύροι,</w:t>
      </w:r>
    </w:p>
    <w:p>
      <w:r>
        <w:rPr>
          <w:rFonts w:ascii="Courier New" w:hAnsi="Courier New"/>
          <w:color w:val="555555"/>
          <w:sz w:val="20"/>
        </w:rPr>
        <w:t>[5]</w:t>
      </w:r>
    </w:p>
    <w:p>
      <w:r>
        <w:rPr>
          <w:rFonts w:ascii="Gentium Plus" w:hAnsi="Gentium Plus"/>
          <w:sz w:val="24"/>
        </w:rPr>
        <w:t>ὃν δ’ αὖ δήμου τ’ ἄνδρα ἴδοι, βοόωντά τ’ ἐφεύροι, τὸν σκήπτρῳ ἐλάσασκεν.</w:t>
      </w:r>
    </w:p>
    <w:p>
      <w:r>
        <w:rPr>
          <w:rFonts w:ascii="Courier New" w:hAnsi="Courier New"/>
          <w:color w:val="555555"/>
          <w:sz w:val="20"/>
        </w:rPr>
        <w:t>[26 . 5 g]</w:t>
      </w:r>
    </w:p>
    <w:p>
      <w:r>
        <w:rPr>
          <w:rFonts w:ascii="Gentium Plus" w:hAnsi="Gentium Plus"/>
          <w:sz w:val="24"/>
        </w:rPr>
        <w:t>Ἆρά σοι εὐδοκεῖ αὐτὸ τοῦτο, εἰ καὶ ὁ Σωκράτης τοὺς μὲν βασιλικοὺς καὶ ἐξόχους ἄνδρας ἀγανοῖς λόγοις γεραίρων καὶ ἀποδεχόμενος, Τίμαιόν τινα, ἢ Παρμε‐ νίδην, ἢ ἄλλον βασιλικὸν ξένον·</w:t>
      </w:r>
    </w:p>
    <w:p>
      <w:r>
        <w:rPr>
          <w:rFonts w:ascii="Courier New" w:hAnsi="Courier New"/>
          <w:color w:val="555555"/>
          <w:sz w:val="20"/>
        </w:rPr>
        <w:t>[5]</w:t>
      </w:r>
    </w:p>
    <w:p>
      <w:r>
        <w:rPr>
          <w:rFonts w:ascii="Gentium Plus" w:hAnsi="Gentium Plus"/>
          <w:sz w:val="24"/>
        </w:rPr>
        <w:t>ὃν δ’ αὖ δήμου τ’ ἄνδρα ἴδοι, βοόωντά τ’ ἐφεύροι, τοῦτον ἐλαύνων τῷ λόγῳ, Θρασύμαχόν τινα, ἢ Πῶλον, ἢ Καλλικλέα, ἤ τινα ἄλλον λωβητῆρα καὶ ἐπεσβόλον.</w:t>
      </w:r>
    </w:p>
    <w:p>
      <w:r>
        <w:rPr>
          <w:rFonts w:ascii="Courier New" w:hAnsi="Courier New"/>
          <w:color w:val="555555"/>
          <w:sz w:val="20"/>
        </w:rPr>
        <w:t>[26 . 6 a]</w:t>
      </w:r>
    </w:p>
    <w:p>
      <w:r>
        <w:rPr>
          <w:rFonts w:ascii="Gentium Plus" w:hAnsi="Gentium Plus"/>
          <w:sz w:val="24"/>
        </w:rPr>
        <w:t>Πάλιν αὖ ἐπανίωμεν ἐπὶ τὸν Ὅμηρον, καὶ τοὺς παρ’ αὐτῷ βαρβάρους· καὶ γὰρ ἐνταῦθα ὄψει ἀρετὴν καὶ κακίαν ἀντιτεταγμένας ἀλλήλαις· ἀκόλαστον μὲν τὸν Ἀλέξανδρον, σώφρονα δὲ τὸν Ἕκτορα· δειλὸν τὸν</w:t>
      </w:r>
    </w:p>
    <w:p>
      <w:r>
        <w:rPr>
          <w:rFonts w:ascii="Courier New" w:hAnsi="Courier New"/>
          <w:color w:val="555555"/>
          <w:sz w:val="20"/>
        </w:rPr>
        <w:t>[5]</w:t>
      </w:r>
    </w:p>
    <w:p>
      <w:r>
        <w:rPr>
          <w:rFonts w:ascii="Gentium Plus" w:hAnsi="Gentium Plus"/>
          <w:sz w:val="24"/>
        </w:rPr>
        <w:t>Ἀλέξανδρον, ἀνδρεῖον τὸν Ἕκτορα· κἂν τοὺς γάμους αὐτῶν ἐξετάζῃς, ὁ μὲν ζηλωτός, ὁ δὲ ἐλεεινός· ὁ μὲν ἐπάρατος, ὁ δὲ ἐπαινετός· ὁ μὲν μοιχικός, ὁ δὲ νό‐</w:t>
      </w:r>
    </w:p>
    <w:p>
      <w:r>
        <w:rPr>
          <w:rFonts w:ascii="Courier New" w:hAnsi="Courier New"/>
          <w:color w:val="555555"/>
          <w:sz w:val="20"/>
        </w:rPr>
        <w:t>[26 . 6 b]</w:t>
      </w:r>
    </w:p>
    <w:p>
      <w:r>
        <w:rPr>
          <w:rFonts w:ascii="Gentium Plus" w:hAnsi="Gentium Plus"/>
          <w:sz w:val="24"/>
        </w:rPr>
        <w:t>μιμος. Θέασαι δὲ καὶ τὰς ἄλλας ἀρετὰς νενεμη‐ μένας κατ’ ἄνδρα, τὴν μὲν ἀνδρείαν κατὰ τὸν Αἴαντα, τὴν δὲ ἀγχίνοιαν κατὰ τὸν Ὀδυσσέα, τὸ δὲ θάρσος κατὰ τὸν Διομήδην, τὴν δὲ εὐβουλίαν κατὰ τὸν</w:t>
      </w:r>
    </w:p>
    <w:p>
      <w:r>
        <w:rPr>
          <w:rFonts w:ascii="Courier New" w:hAnsi="Courier New"/>
          <w:color w:val="555555"/>
          <w:sz w:val="20"/>
        </w:rPr>
        <w:t>[5]</w:t>
      </w:r>
    </w:p>
    <w:p>
      <w:r>
        <w:rPr>
          <w:rFonts w:ascii="Gentium Plus" w:hAnsi="Gentium Plus"/>
          <w:sz w:val="24"/>
        </w:rPr>
        <w:t>Ὀδυσσέα αὐτόν· οὕτως ἄρα εἰκόνα ἡμῖν ὑποτίθεται χρηστοῦ βίου καὶ ἀρετῆς ἀκριβοῦς, ὥστε καὶ ἀπέδωκεν</w:t>
      </w:r>
    </w:p>
    <w:p>
      <w:r>
        <w:rPr>
          <w:rFonts w:ascii="Courier New" w:hAnsi="Courier New"/>
          <w:color w:val="555555"/>
          <w:sz w:val="20"/>
        </w:rPr>
        <w:t>[26 . 6 c]</w:t>
      </w:r>
    </w:p>
    <w:p>
      <w:r>
        <w:rPr>
          <w:rFonts w:ascii="Gentium Plus" w:hAnsi="Gentium Plus"/>
          <w:sz w:val="24"/>
        </w:rPr>
        <w:t>αὐτῷ ἥμισυ μέρος τῶν αὐτοῦ ἔργων. Καὶ ταῦτα μέν, ὡς συλλήβδην εἰπεῖν, ἴχνη βραχέα μακρῶν λόγων.</w:t>
      </w:r>
    </w:p>
    <w:p>
      <w:r>
        <w:rPr>
          <w:rFonts w:ascii="Courier New" w:hAnsi="Courier New"/>
          <w:color w:val="555555"/>
          <w:sz w:val="20"/>
        </w:rPr>
        <w:t>[26 . 7 a]</w:t>
      </w:r>
    </w:p>
    <w:p>
      <w:r>
        <w:rPr>
          <w:rFonts w:ascii="Gentium Plus" w:hAnsi="Gentium Plus"/>
          <w:sz w:val="24"/>
        </w:rPr>
        <w:t>Εἰ δέ τι χρὴ καὶ περὶ θεῶν ὀλίγα ἄττα δείγματα τῆς Ὁμήρου γνώμης ἐνέγκασθαι, ἑνὶ τῷ παρὰ Πλά‐ τωνος, ὥσπερ εἰκόνι, τὰ λοιπὰ εἰκάζωμεν, κατὰ τὸ ἦθος τοῦ λόγου, τὰ πρεσβύτερα τοῖς νεωτέροις· ἐπεί‐</w:t>
      </w:r>
    </w:p>
    <w:p>
      <w:r>
        <w:rPr>
          <w:rFonts w:ascii="Courier New" w:hAnsi="Courier New"/>
          <w:color w:val="555555"/>
          <w:sz w:val="20"/>
        </w:rPr>
        <w:t>[5]</w:t>
      </w:r>
    </w:p>
    <w:p>
      <w:r>
        <w:rPr>
          <w:rFonts w:ascii="Gentium Plus" w:hAnsi="Gentium Plus"/>
          <w:sz w:val="24"/>
        </w:rPr>
        <w:t>περ ταύτῃ κριτέον.</w:t>
      </w:r>
    </w:p>
    <w:p>
      <w:r>
        <w:rPr>
          <w:rFonts w:ascii="Courier New" w:hAnsi="Courier New"/>
          <w:color w:val="555555"/>
          <w:sz w:val="20"/>
        </w:rPr>
        <w:t>[26 . 7 b]</w:t>
      </w:r>
    </w:p>
    <w:p>
      <w:r>
        <w:rPr>
          <w:rFonts w:ascii="Gentium Plus" w:hAnsi="Gentium Plus"/>
          <w:sz w:val="24"/>
        </w:rPr>
        <w:t>Ὁ γὰρ δὴ μέγας ἐν οὐρανῷ Ζεύς, λέγει που καὶ ὁ Πλάτων· καὶ ὀχεῖται αὐτῷ ὁ Ζεύς,</w:t>
      </w:r>
    </w:p>
    <w:p>
      <w:r>
        <w:rPr>
          <w:rFonts w:ascii="Courier New" w:hAnsi="Courier New"/>
          <w:color w:val="555555"/>
          <w:sz w:val="20"/>
        </w:rPr>
        <w:t>[26 . 7 c]</w:t>
      </w:r>
    </w:p>
    <w:p>
      <w:r>
        <w:rPr>
          <w:rFonts w:ascii="Gentium Plus" w:hAnsi="Gentium Plus"/>
          <w:sz w:val="24"/>
        </w:rPr>
        <w:t>ἐπὶ πτηνοῦ ἅρματος, καὶ ἡγεῖται θεῶν. Ὁμήρῳ δὲ ὁ στρατηγός, ὁ Ζεύς, λέγει· μήτέ τις οὖν θήλεια θεὸς τόδε, μήτέ τις ἄρσην πειράτω διακέρσαι ἐμὸν ἔπος· ἀλλ’ ἅμα πάντες</w:t>
      </w:r>
    </w:p>
    <w:p>
      <w:r>
        <w:rPr>
          <w:rFonts w:ascii="Courier New" w:hAnsi="Courier New"/>
          <w:color w:val="555555"/>
          <w:sz w:val="20"/>
        </w:rPr>
        <w:t>[5]</w:t>
      </w:r>
    </w:p>
    <w:p>
      <w:r>
        <w:rPr>
          <w:rFonts w:ascii="Gentium Plus" w:hAnsi="Gentium Plus"/>
          <w:sz w:val="24"/>
        </w:rPr>
        <w:t>αἰνεῖτ’, ὄφρα τάχιστα τελευτήσω τάδε ἔργα.</w:t>
      </w:r>
    </w:p>
    <w:p>
      <w:r>
        <w:rPr>
          <w:rFonts w:ascii="Courier New" w:hAnsi="Courier New"/>
          <w:color w:val="555555"/>
          <w:sz w:val="20"/>
        </w:rPr>
        <w:t>[26 . 7 d]</w:t>
      </w:r>
    </w:p>
    <w:p>
      <w:r>
        <w:rPr>
          <w:rFonts w:ascii="Gentium Plus" w:hAnsi="Gentium Plus"/>
          <w:sz w:val="24"/>
        </w:rPr>
        <w:t>Καὶ μετὰ τοῦτο αὐτῷ καὶ τὸ ἅρμα ζεύγνυται, καὶ οἱ</w:t>
      </w:r>
    </w:p>
    <w:p>
      <w:r>
        <w:rPr>
          <w:rFonts w:ascii="Courier New" w:hAnsi="Courier New"/>
          <w:color w:val="555555"/>
          <w:sz w:val="20"/>
        </w:rPr>
        <w:t>[26 . 7 e]</w:t>
      </w:r>
    </w:p>
    <w:p>
      <w:r>
        <w:rPr>
          <w:rFonts w:ascii="Gentium Plus" w:hAnsi="Gentium Plus"/>
          <w:sz w:val="24"/>
        </w:rPr>
        <w:t>Ζεύγνυται δὲ καὶ Ποσειδῶνι ἅρμα ἐν θαλάττῃ, βῆ δ’ ἐλάαν ἐπὶ κῦμα, ἄταλλε δὲ κήτε’ ὑπ’ αὐτοῦ.</w:t>
      </w:r>
    </w:p>
    <w:p>
      <w:r>
        <w:rPr>
          <w:rFonts w:ascii="Courier New" w:hAnsi="Courier New"/>
          <w:color w:val="555555"/>
          <w:sz w:val="20"/>
        </w:rPr>
        <w:t>[26 . 7 f]</w:t>
      </w:r>
    </w:p>
    <w:p>
      <w:r>
        <w:rPr>
          <w:rFonts w:ascii="Gentium Plus" w:hAnsi="Gentium Plus"/>
          <w:sz w:val="24"/>
        </w:rPr>
        <w:t>Ἔχει δὲ καὶ ὁ Ἅιδης αὐτῷ τρίτην ἀρχήν· τριχθὰ δὲ Ὁμήρῳ δέδασται τὰ πάντα. Ποσειδῶν μὲν ἔλαχεν, πολιὴν ἅλα ναιέμεν αἰεί· Ἅιδης δὲ ἔλαχεν, ζόφον ἠερόεντα</w:t>
      </w:r>
    </w:p>
    <w:p>
      <w:r>
        <w:rPr>
          <w:rFonts w:ascii="Courier New" w:hAnsi="Courier New"/>
          <w:color w:val="555555"/>
          <w:sz w:val="20"/>
        </w:rPr>
        <w:t>[5]</w:t>
      </w:r>
    </w:p>
    <w:p>
      <w:r>
        <w:rPr>
          <w:rFonts w:ascii="Gentium Plus" w:hAnsi="Gentium Plus"/>
          <w:sz w:val="24"/>
        </w:rPr>
        <w:t>Ζεὺς δὲ ... οὐρανόν. Ὢ τῆς δικαίας καὶ φιλοσόφου νομῆς.</w:t>
      </w:r>
    </w:p>
    <w:p>
      <w:r>
        <w:rPr>
          <w:rFonts w:ascii="Courier New" w:hAnsi="Courier New"/>
          <w:color w:val="555555"/>
          <w:sz w:val="20"/>
        </w:rPr>
        <w:t>[26 . 8 a]</w:t>
      </w:r>
    </w:p>
    <w:p>
      <w:r>
        <w:rPr>
          <w:rFonts w:ascii="Gentium Plus" w:hAnsi="Gentium Plus"/>
          <w:sz w:val="24"/>
        </w:rPr>
        <w:t>Εὕροις δ’ ἂν καὶ ἄλλας παρ’ Ὁμήρῳ ἀρχὰς καὶ γενέσεις παντοδαπῶν ὀνομάτων, ὧν ὁ μὲν ἀνόητος ὡς</w:t>
      </w:r>
    </w:p>
    <w:p>
      <w:r>
        <w:rPr>
          <w:rFonts w:ascii="Courier New" w:hAnsi="Courier New"/>
          <w:color w:val="555555"/>
          <w:sz w:val="20"/>
        </w:rPr>
        <w:t>[26 . 8 b]</w:t>
      </w:r>
    </w:p>
    <w:p>
      <w:r>
        <w:rPr>
          <w:rFonts w:ascii="Gentium Plus" w:hAnsi="Gentium Plus"/>
          <w:sz w:val="24"/>
        </w:rPr>
        <w:t>μύθων ἀκούει, ὁ δὲ φιλόσοφος ὡς πραγμάτων. Ἔστιν</w:t>
      </w:r>
    </w:p>
    <w:p>
      <w:r>
        <w:rPr>
          <w:rFonts w:ascii="Courier New" w:hAnsi="Courier New"/>
          <w:color w:val="555555"/>
          <w:sz w:val="20"/>
        </w:rPr>
        <w:t>[26 . 8 c]</w:t>
      </w:r>
    </w:p>
    <w:p>
      <w:r>
        <w:rPr>
          <w:rFonts w:ascii="Gentium Plus" w:hAnsi="Gentium Plus"/>
          <w:sz w:val="24"/>
        </w:rPr>
        <w:t>αὐτῷ καὶ ἀρετῆς ἀρχή· ἀλλὰ Ἀθηνᾶ λέγεται, καὶ τῷ ἔχοντι παρίσταται ἐν πάντεσσι πόνοισιν.</w:t>
      </w:r>
    </w:p>
    <w:p>
      <w:r>
        <w:rPr>
          <w:rFonts w:ascii="Courier New" w:hAnsi="Courier New"/>
          <w:color w:val="555555"/>
          <w:sz w:val="20"/>
        </w:rPr>
        <w:t>[26 . 8 d]</w:t>
      </w:r>
    </w:p>
    <w:p>
      <w:r>
        <w:rPr>
          <w:rFonts w:ascii="Gentium Plus" w:hAnsi="Gentium Plus"/>
          <w:sz w:val="24"/>
        </w:rPr>
        <w:t>Ἔστι καὶ ἔρωτος· ἀλλὰ τὴν αἰτίαν ἡ Ἀφροδίτη ἔχει, καὶ τοῦ κεστοῦ κρατεῖ, καὶ μεταδίδωσιν τοῦ πόθου.</w:t>
      </w:r>
    </w:p>
    <w:p>
      <w:r>
        <w:rPr>
          <w:rFonts w:ascii="Courier New" w:hAnsi="Courier New"/>
          <w:color w:val="555555"/>
          <w:sz w:val="20"/>
        </w:rPr>
        <w:t>[26 . 8 e]</w:t>
      </w:r>
    </w:p>
    <w:p>
      <w:r>
        <w:rPr>
          <w:rFonts w:ascii="Gentium Plus" w:hAnsi="Gentium Plus"/>
          <w:sz w:val="24"/>
        </w:rPr>
        <w:t>Ἔστιν καὶ τέχνης· ἀλλ’ ὁ Ἥφαιστος τὴν αἰτίαν ἔχει, καὶ τοῦ πυρὸς κρατεῖ, καὶ μεταδίδωσι τῆς τέχνης.</w:t>
      </w:r>
    </w:p>
    <w:p>
      <w:r>
        <w:rPr>
          <w:rFonts w:ascii="Courier New" w:hAnsi="Courier New"/>
          <w:color w:val="555555"/>
          <w:sz w:val="20"/>
        </w:rPr>
        <w:t>[26 . 8 f]</w:t>
      </w:r>
    </w:p>
    <w:p>
      <w:r>
        <w:rPr>
          <w:rFonts w:ascii="Gentium Plus" w:hAnsi="Gentium Plus"/>
          <w:sz w:val="24"/>
        </w:rPr>
        <w:t>Ἄρχει δὲ αὐτῷ καὶ Ἀπόλλων χοροῦ, καὶ Μοῦσαι ᾠδῆς, καὶ Ἄρης πολέμου, καὶ Αἴολος πνευμάτων, καὶ Ὠκεα‐ νὸς ποταμῶν, καὶ Δημήτηρ καρπῶν· καὶ οὐδὲν μέρος Ὁμήρῳ ἄθεον, οὐδὲ δυνάστου ἄπορον, οὐδὲ ἀρχῆς</w:t>
      </w:r>
    </w:p>
    <w:p>
      <w:r>
        <w:rPr>
          <w:rFonts w:ascii="Courier New" w:hAnsi="Courier New"/>
          <w:color w:val="555555"/>
          <w:sz w:val="20"/>
        </w:rPr>
        <w:t>[5]</w:t>
      </w:r>
    </w:p>
    <w:p>
      <w:r>
        <w:rPr>
          <w:rFonts w:ascii="Gentium Plus" w:hAnsi="Gentium Plus"/>
          <w:sz w:val="24"/>
        </w:rPr>
        <w:t>ἔρημον, ἀλλὰ πάντα μεστὰ θείων λόγων, καὶ θείων</w:t>
      </w:r>
    </w:p>
    <w:p>
      <w:r>
        <w:rPr>
          <w:rFonts w:ascii="Courier New" w:hAnsi="Courier New"/>
          <w:color w:val="555555"/>
          <w:sz w:val="20"/>
        </w:rPr>
        <w:t>[26 . 8 g]</w:t>
      </w:r>
    </w:p>
    <w:p>
      <w:r>
        <w:rPr>
          <w:rFonts w:ascii="Gentium Plus" w:hAnsi="Gentium Plus"/>
          <w:sz w:val="24"/>
        </w:rPr>
        <w:t>ὀνομάτων, καὶ θείας τέχνης. Κἂν ἐπὶ τὰ στοιχεῖα ἔλθῃς καὶ τὸν τούτων πόλεμον, ὄψει μάχην ἐν τῷ Τρωϊκῷ πεδίῳ, οὐ Τρώων καὶ Ἀχαιῶν, καὶ ὀλλύντων καὶ ὀλλυμένων, αἵματι ῥεούσης τῆς γῆς· ἀλλὰ πυρὸς</w:t>
      </w:r>
    </w:p>
    <w:p>
      <w:r>
        <w:rPr>
          <w:rFonts w:ascii="Courier New" w:hAnsi="Courier New"/>
          <w:color w:val="555555"/>
          <w:sz w:val="20"/>
        </w:rPr>
        <w:t>[5]</w:t>
      </w:r>
    </w:p>
    <w:p>
      <w:r>
        <w:rPr>
          <w:rFonts w:ascii="Gentium Plus" w:hAnsi="Gentium Plus"/>
          <w:sz w:val="24"/>
        </w:rPr>
        <w:t>καὶ ποταμοῦ μάχην, τοῦ μὲν οἰδαίνοντος καὶ ἀνιστα‐ μένου λαμπρῷ καὶ συνεχεῖ τῷ κύματι, τοῦ δὲ ταῖς δίναις ἐμπίπτοντος ἀκμαίᾳ ῥιπῇ, φλέγοντος μὲν τὰς κόμας καὶ τὸ κάλλος τοῦ ποταμοῦ, ἰτέας καὶ μυρίκας καὶ λωτὸν καὶ θρύον, φλέγοντος δὲ αὐτοῦ τὰ φορή‐</w:t>
      </w:r>
    </w:p>
    <w:p>
      <w:r>
        <w:rPr>
          <w:rFonts w:ascii="Courier New" w:hAnsi="Courier New"/>
          <w:color w:val="555555"/>
          <w:sz w:val="20"/>
        </w:rPr>
        <w:t>[10]</w:t>
      </w:r>
    </w:p>
    <w:p>
      <w:r>
        <w:rPr>
          <w:rFonts w:ascii="Gentium Plus" w:hAnsi="Gentium Plus"/>
          <w:sz w:val="24"/>
        </w:rPr>
        <w:t>ματα καὶ τὰ θρέμματα, τείροντ’ ἐγχέλυές τε καὶ ἰχθύες, οἱ κατὰ δίνας, οἳ κατὰ καλὰ ῥέεθρα κυβίστων ἔνθα καὶ ἔνθα.</w:t>
      </w:r>
    </w:p>
    <w:p>
      <w:r>
        <w:rPr>
          <w:rFonts w:ascii="Courier New" w:hAnsi="Courier New"/>
          <w:color w:val="555555"/>
          <w:sz w:val="20"/>
        </w:rPr>
        <w:t>[26 . 8 h]</w:t>
      </w:r>
    </w:p>
    <w:p>
      <w:r>
        <w:rPr>
          <w:rFonts w:ascii="Gentium Plus" w:hAnsi="Gentium Plus"/>
          <w:sz w:val="24"/>
        </w:rPr>
        <w:t>Ἄπιστος δ’ ἂν ἦν ὁ πόλεμος οὗτος, ἀλλὰ ἡ Ἥρα σπέν‐ δεται καὶ διαλύει τὸν πόλεμον, καὶ τὰ στοιχεῖα συν‐</w:t>
      </w:r>
    </w:p>
    <w:p>
      <w:r>
        <w:rPr>
          <w:rFonts w:ascii="Courier New" w:hAnsi="Courier New"/>
          <w:color w:val="555555"/>
          <w:sz w:val="20"/>
        </w:rPr>
        <w:t>[26 . 8 i]</w:t>
      </w:r>
    </w:p>
    <w:p>
      <w:r>
        <w:rPr>
          <w:rFonts w:ascii="Gentium Plus" w:hAnsi="Gentium Plus"/>
          <w:sz w:val="24"/>
        </w:rPr>
        <w:t>άγει. Ἔα μοι ταυτὶ τὰ αἰνίγματα· σκόπει τὰ σά, τὰ ἀνθρώπινα. Οὗτός σοι πολιτείας τρόπος, οὐκ ἐν Πειραιεῖ πλατ‐</w:t>
      </w:r>
    </w:p>
    <w:p>
      <w:r>
        <w:rPr>
          <w:rFonts w:ascii="Courier New" w:hAnsi="Courier New"/>
          <w:color w:val="555555"/>
          <w:sz w:val="20"/>
        </w:rPr>
        <w:t>[5]</w:t>
      </w:r>
    </w:p>
    <w:p>
      <w:r>
        <w:rPr>
          <w:rFonts w:ascii="Gentium Plus" w:hAnsi="Gentium Plus"/>
          <w:sz w:val="24"/>
        </w:rPr>
        <w:t>φάσει ἡρωϊκῇ ὑπὸ φιλοσόφου δεικνύμενος, δι’ οἰκονο‐</w:t>
      </w:r>
    </w:p>
    <w:p>
      <w:r>
        <w:rPr>
          <w:rFonts w:ascii="Courier New" w:hAnsi="Courier New"/>
          <w:color w:val="555555"/>
          <w:sz w:val="20"/>
        </w:rPr>
        <w:t>[26 9* a]</w:t>
      </w:r>
    </w:p>
    <w:p>
      <w:r>
        <w:rPr>
          <w:rFonts w:ascii="Gentium Plus" w:hAnsi="Gentium Plus"/>
          <w:sz w:val="24"/>
        </w:rPr>
        <w:t>μίας ἡρωϊκῆς. Ἄρχοντες αὐτουργοί, προβουλευόμενοι· ἀριστεῖς ἀγαθοί, προπολεμοῦντες· γυνὴ σώφρων, ἀντι‐ ταττομένη ὑβρισταῖς νεανίαις· βασιλεὺς δίκαιος, ξενο‐ δοχῶν ἀλήτην ξένον· ἀνὴρ σώφρων, παντοίαις συμ‐</w:t>
      </w:r>
    </w:p>
    <w:p>
      <w:r>
        <w:rPr>
          <w:rFonts w:ascii="Courier New" w:hAnsi="Courier New"/>
          <w:color w:val="555555"/>
          <w:sz w:val="20"/>
        </w:rPr>
        <w:t>[26 9* b]</w:t>
      </w:r>
    </w:p>
    <w:p>
      <w:r>
        <w:rPr>
          <w:rFonts w:ascii="Gentium Plus" w:hAnsi="Gentium Plus"/>
          <w:sz w:val="24"/>
        </w:rPr>
        <w:t>φοραῖς ἀντιτεχνώμενος. Δείξω δέ σοι καὶ πολιτείας ἄλλας ἀντιτεταγμένας· δημιουργεῖ δὲ αὐτὰς Ὅμηρος μὲν λόγῳ, Ἥφαιστος δὲ χρυσῷ·</w:t>
      </w:r>
    </w:p>
    <w:p>
      <w:r>
        <w:rPr>
          <w:rFonts w:ascii="Courier New" w:hAnsi="Courier New"/>
          <w:color w:val="555555"/>
          <w:sz w:val="20"/>
        </w:rPr>
        <w:t>[26 9* c]</w:t>
      </w:r>
    </w:p>
    <w:p>
      <w:r>
        <w:rPr>
          <w:rFonts w:ascii="Gentium Plus" w:hAnsi="Gentium Plus"/>
          <w:sz w:val="24"/>
        </w:rPr>
        <w:t>... ἐν τῇ μέν ῥα γάμοι τὲ καὶ ᾠδή, καὶ χοροί, καὶ δικάζοντες βασιλεῖς, καὶ ἑπό‐ μενοι λαοί· τὴν δ’ ἑτέρην πόλιν ἀμφὶ δύο στρατοὶ εἵατο λαῶν.</w:t>
      </w:r>
    </w:p>
    <w:p>
      <w:r>
        <w:rPr>
          <w:rFonts w:ascii="Courier New" w:hAnsi="Courier New"/>
          <w:color w:val="555555"/>
          <w:sz w:val="20"/>
        </w:rPr>
        <w:t>[5]</w:t>
      </w:r>
    </w:p>
    <w:p>
      <w:r>
        <w:rPr>
          <w:rFonts w:ascii="Gentium Plus" w:hAnsi="Gentium Plus"/>
          <w:sz w:val="24"/>
        </w:rPr>
        <w:t>Κἂν ἀπιστῇς τῷ πράγματι, οὐκ ἀπορήσεις λόγων ἀλη‐</w:t>
      </w:r>
    </w:p>
    <w:p>
      <w:r>
        <w:rPr>
          <w:rFonts w:ascii="Courier New" w:hAnsi="Courier New"/>
          <w:color w:val="555555"/>
          <w:sz w:val="20"/>
        </w:rPr>
        <w:t>[26 9* d]</w:t>
      </w:r>
    </w:p>
    <w:p>
      <w:r>
        <w:rPr>
          <w:rFonts w:ascii="Gentium Plus" w:hAnsi="Gentium Plus"/>
          <w:sz w:val="24"/>
        </w:rPr>
        <w:t>θεστέρων. Αὗται σοι νησιωτικαὶ πόλεις, ἡ μὲν Φαιά‐ κων, ἡ δὲ Ἰθακησίων· τῶν μὲν ἄρχει αἰδώς, τῶν δὲ ὕβρις· τῶν μὲν βασιλεῖς ἔννομοι, τῶν δὲ ἄδικοι μνη‐ στῆρες· οἱ μὲν τὸν βασιλέα</w:t>
      </w:r>
    </w:p>
    <w:p>
      <w:r>
        <w:rPr>
          <w:rFonts w:ascii="Courier New" w:hAnsi="Courier New"/>
          <w:color w:val="555555"/>
          <w:sz w:val="20"/>
        </w:rPr>
        <w:t>[5]</w:t>
      </w:r>
    </w:p>
    <w:p>
      <w:r>
        <w:rPr>
          <w:rFonts w:ascii="Gentium Plus" w:hAnsi="Gentium Plus"/>
          <w:sz w:val="24"/>
        </w:rPr>
        <w:t>ἐρχόμενον ... θεὸν ὣς εἰσορόωσιν,</w:t>
      </w:r>
    </w:p>
    <w:p>
      <w:r>
        <w:rPr>
          <w:rFonts w:ascii="Courier New" w:hAnsi="Courier New"/>
          <w:color w:val="555555"/>
          <w:sz w:val="20"/>
        </w:rPr>
        <w:t>[26 9* e]</w:t>
      </w:r>
    </w:p>
    <w:p>
      <w:r>
        <w:rPr>
          <w:rFonts w:ascii="Gentium Plus" w:hAnsi="Gentium Plus"/>
          <w:sz w:val="24"/>
        </w:rPr>
        <w:t>οἱ δὲ τοῦ βασιλέως ἐπιβουλεύουσιν τῷ γάμῳ· τέλος δὲ ἑκατέροις, τοῖς μὲν εὐφροσύνη διηνεκής, καὶ βίος ἄλυπος, καὶ ὑποδοχὴ ξένων, καὶ θαλάττης στόλοι, καὶ γῆς καρποί· τοῖς δὲ ἑτέροις ὄλεθρος ἁθρόος ἐν αὐταῖς</w:t>
      </w:r>
    </w:p>
    <w:p>
      <w:r>
        <w:rPr>
          <w:rFonts w:ascii="Courier New" w:hAnsi="Courier New"/>
          <w:color w:val="555555"/>
          <w:sz w:val="20"/>
        </w:rPr>
        <w:t>[26 9* f]</w:t>
      </w:r>
    </w:p>
    <w:p>
      <w:r>
        <w:rPr>
          <w:rFonts w:ascii="Gentium Plus" w:hAnsi="Gentium Plus"/>
          <w:sz w:val="24"/>
        </w:rPr>
        <w:t>ταῖς ἡδοναῖς. Τοῦτο τέλος μοχθηρίας ὑβριζούσης,</w:t>
      </w:r>
    </w:p>
    <w:p>
      <w:r>
        <w:rPr>
          <w:rFonts w:ascii="Courier New" w:hAnsi="Courier New"/>
          <w:color w:val="555555"/>
          <w:sz w:val="20"/>
        </w:rPr>
        <w:t>[26 9* g]</w:t>
      </w:r>
    </w:p>
    <w:p>
      <w:r>
        <w:rPr>
          <w:rFonts w:ascii="Gentium Plus" w:hAnsi="Gentium Plus"/>
          <w:sz w:val="24"/>
        </w:rPr>
        <w:t>τοῦτο τέλος ἀνεπιτιμήτου ἐξουσίας. Αὐτόν γε μὴν τὸν Ὀδυσσέα οὐχ ὁρᾷς, ὡς παντοίαις συμφοραῖς ἀντι‐ τεχνώμενον ἀρετὴ σώζει καὶ τὸ δι’ ἐκείνην θάρσος;</w:t>
      </w:r>
    </w:p>
    <w:p>
      <w:r>
        <w:rPr>
          <w:rFonts w:ascii="Courier New" w:hAnsi="Courier New"/>
          <w:color w:val="555555"/>
          <w:sz w:val="20"/>
        </w:rPr>
        <w:t>[26 9* h]</w:t>
      </w:r>
    </w:p>
    <w:p>
      <w:r>
        <w:rPr>
          <w:rFonts w:ascii="Gentium Plus" w:hAnsi="Gentium Plus"/>
          <w:sz w:val="24"/>
        </w:rPr>
        <w:t>Τοῦτο αὐτῷ τὸ ἐν Κίρκης μῶλυ, τοῦτο τὸ ἐν θαλάττῃ κρήδεμνον· τοῦτο τῶν Πολυφήμου χειρῶν τὸν ἄνδρα ἐξάγει, τοῦτο ἐξ Αἵδου ἀνάγει, τοῦτο πήγνυσιν σχεδίαν, τοῦτο πείθει Ἀλκίνουν, τοῦτο ἀνέχεται βαλλόντων</w:t>
      </w:r>
    </w:p>
    <w:p>
      <w:r>
        <w:rPr>
          <w:rFonts w:ascii="Courier New" w:hAnsi="Courier New"/>
          <w:color w:val="555555"/>
          <w:sz w:val="20"/>
        </w:rPr>
        <w:t>[5]</w:t>
      </w:r>
    </w:p>
    <w:p>
      <w:r>
        <w:rPr>
          <w:rFonts w:ascii="Gentium Plus" w:hAnsi="Gentium Plus"/>
          <w:sz w:val="24"/>
        </w:rPr>
        <w:t>μνηστήρων, Ἴρου παλαίοντος, Μελανθίου ὑβρίζοντος, τοῦτο ἐλευθεροῖ τὴν ἑστίαν, τοῦτο τιμωρεῖται γάμῳ, τοῦτο ἄνδρα ποιεῖ διογενῆ καὶ θεοῖς εἴκελον, οἷον</w:t>
      </w:r>
    </w:p>
    <w:p>
      <w:pPr>
        <w:jc w:val="center"/>
      </w:pPr>
      <w:r>
        <w:rPr>
          <w:rFonts w:ascii="Gentium Plus" w:hAnsi="Gentium Plus"/>
          <w:b/>
          <w:sz w:val="24"/>
        </w:rPr>
        <w:t>Εἰ τέχνη ἡ ἀρετή.</w:t>
      </w:r>
    </w:p>
    <w:p>
      <w:r>
        <w:rPr>
          <w:rFonts w:ascii="Courier New" w:hAnsi="Courier New"/>
          <w:color w:val="555555"/>
          <w:sz w:val="20"/>
        </w:rPr>
        <w:t>[1]</w:t>
      </w:r>
    </w:p>
    <w:p>
      <w:r>
        <w:rPr>
          <w:rFonts w:ascii="Gentium Plus" w:hAnsi="Gentium Plus"/>
          <w:sz w:val="24"/>
        </w:rPr>
        <w:t>Καὶ πῶς ἄν τις τοῦ φιλοσόφου ἀποδέξαιτο, ἄλλό τι τὴν ἀρετὴν λέγοντος εἶναι, καὶ μὴ τέχνην; σχολῇ γὰρ</w:t>
      </w:r>
    </w:p>
    <w:p>
      <w:r>
        <w:rPr>
          <w:rFonts w:ascii="Courier New" w:hAnsi="Courier New"/>
          <w:color w:val="555555"/>
          <w:sz w:val="20"/>
        </w:rPr>
        <w:t>[27 . 1 b]</w:t>
      </w:r>
    </w:p>
    <w:p>
      <w:r>
        <w:rPr>
          <w:rFonts w:ascii="Gentium Plus" w:hAnsi="Gentium Plus"/>
          <w:sz w:val="24"/>
        </w:rPr>
        <w:t>ἂν εἴη τέχνη τὶ ἄλλο, εἴπερ μὴ ἡ ἀρετή· πλὴν εἰ μὴ ἄροτρον μὲν τέχνης ἔργον, καὶ ἀσπὶς τέχνης, καὶ ναῦς, καὶ τειχίον· τὸ δὲ τούτοις χρώμενον καὶ ἐπιστατοῦν καὶ παρέχον τὴν ἑκάστου χρείαν ἅπαντα τῷ ἔχοντι εἰς</w:t>
      </w:r>
    </w:p>
    <w:p>
      <w:r>
        <w:rPr>
          <w:rFonts w:ascii="Courier New" w:hAnsi="Courier New"/>
          <w:color w:val="555555"/>
          <w:sz w:val="20"/>
        </w:rPr>
        <w:t>[5]</w:t>
      </w:r>
    </w:p>
    <w:p>
      <w:r>
        <w:rPr>
          <w:rFonts w:ascii="Gentium Plus" w:hAnsi="Gentium Plus"/>
          <w:sz w:val="24"/>
        </w:rPr>
        <w:t>δέον, καὶ τὴν ἐξ ἁπάντων ὠφέλειαν συντάττον εἰς</w:t>
      </w:r>
    </w:p>
    <w:p>
      <w:r>
        <w:rPr>
          <w:rFonts w:ascii="Courier New" w:hAnsi="Courier New"/>
          <w:color w:val="555555"/>
          <w:sz w:val="20"/>
        </w:rPr>
        <w:t>[27 . 1 c]</w:t>
      </w:r>
    </w:p>
    <w:p>
      <w:r>
        <w:rPr>
          <w:rFonts w:ascii="Gentium Plus" w:hAnsi="Gentium Plus"/>
          <w:sz w:val="24"/>
        </w:rPr>
        <w:t>κοινὸν τέλος, τοῦτο δή που ἀτεχνίαν φήσομεν. Δει‐ νόν γε, ὦ θεοί, καὶ δεινοῦ πέρα, εἰ ὁ μὲν κεραμεὺς ἐπὶ τέχνῃ μανθάνει, καὶ ὁ σκυτοτόμος, καὶ ὁ τέκτων· ὁ δὲ φιλόσοφος μανθάνει μέν, καὶ τὸ τέλος αὐτῷ ἡ</w:t>
      </w:r>
    </w:p>
    <w:p>
      <w:r>
        <w:rPr>
          <w:rFonts w:ascii="Courier New" w:hAnsi="Courier New"/>
          <w:color w:val="555555"/>
          <w:sz w:val="20"/>
        </w:rPr>
        <w:t>[5]</w:t>
      </w:r>
    </w:p>
    <w:p>
      <w:r>
        <w:rPr>
          <w:rFonts w:ascii="Gentium Plus" w:hAnsi="Gentium Plus"/>
          <w:sz w:val="24"/>
        </w:rPr>
        <w:t>ἀρετὴ ἔχει, ἔστι δὲ τοῦτο οὐ τέχνη, ἀλλά τι μάθημα ὑπὸ ἀτεχνίας διδασκόμενον.</w:t>
      </w:r>
    </w:p>
    <w:p>
      <w:r>
        <w:rPr>
          <w:rFonts w:ascii="Courier New" w:hAnsi="Courier New"/>
          <w:color w:val="555555"/>
          <w:sz w:val="20"/>
        </w:rPr>
        <w:t>[27 . 2 a]</w:t>
      </w:r>
    </w:p>
    <w:p>
      <w:r>
        <w:rPr>
          <w:rFonts w:ascii="Gentium Plus" w:hAnsi="Gentium Plus"/>
          <w:sz w:val="24"/>
        </w:rPr>
        <w:t>Καλῶς· ἔχε ἀτρέμας· οὐ γὰρ ἀτόπως ὑφηγῇ οὐδὲ</w:t>
      </w:r>
    </w:p>
    <w:p>
      <w:r>
        <w:rPr>
          <w:rFonts w:ascii="Courier New" w:hAnsi="Courier New"/>
          <w:color w:val="555555"/>
          <w:sz w:val="20"/>
        </w:rPr>
        <w:t>[27 . 2 b]</w:t>
      </w:r>
    </w:p>
    <w:p>
      <w:r>
        <w:rPr>
          <w:rFonts w:ascii="Gentium Plus" w:hAnsi="Gentium Plus"/>
          <w:sz w:val="24"/>
        </w:rPr>
        <w:t>Κεραμεύς, φής, κεραμεύειν μανθάνει τέχνῃ, καὶ σκυ‐</w:t>
      </w:r>
    </w:p>
    <w:p>
      <w:r>
        <w:rPr>
          <w:rFonts w:ascii="Courier New" w:hAnsi="Courier New"/>
          <w:color w:val="555555"/>
          <w:sz w:val="20"/>
        </w:rPr>
        <w:t>[27 . 2 c]</w:t>
      </w:r>
    </w:p>
    <w:p>
      <w:r>
        <w:rPr>
          <w:rFonts w:ascii="Gentium Plus" w:hAnsi="Gentium Plus"/>
          <w:sz w:val="24"/>
        </w:rPr>
        <w:t>τοτόμος σκυτοτομεῖν, καὶ τεκταίνειν τέκτων. Ἐγὼ δ’ εἴ σοι ταυτὶ μὲν δίδωμι, μανθάνειν ἕκαστον τῶν δη‐ μιουργῶν, ἃ μανθάνει δρᾶν, κᾂν τέχνῃ· τῆς δὲ τέχνης ἑκάστης οὐκ εἶναι τέλος τὸ μαθεῖν τὴν τέχνην παρ’</w:t>
      </w:r>
    </w:p>
    <w:p>
      <w:r>
        <w:rPr>
          <w:rFonts w:ascii="Courier New" w:hAnsi="Courier New"/>
          <w:color w:val="555555"/>
          <w:sz w:val="20"/>
        </w:rPr>
        <w:t>[27 . 2 d]</w:t>
      </w:r>
    </w:p>
    <w:p>
      <w:r>
        <w:rPr>
          <w:rFonts w:ascii="Gentium Plus" w:hAnsi="Gentium Plus"/>
          <w:sz w:val="24"/>
        </w:rPr>
        <w:t>ἄλλου ἄλλον. Τὴν μὲν γὰρ διαδοχὴν τοῦ εἰδέναι μα‐ θήσει ποιεῖ· ἡ δὲ χρεία τῶν τεχνῶν, οὐχ ὑπὸ τέχνης γενέσθαι τέχνην, ἀλλ’ ὑπὸ μὲν κεραμέως ἀμφορέα, ὑπὸ δὲ αὐλητοῦ αὔλημα, ὑπὸ δὲ στρατηγοῦ νίκην,</w:t>
      </w:r>
    </w:p>
    <w:p>
      <w:r>
        <w:rPr>
          <w:rFonts w:ascii="Courier New" w:hAnsi="Courier New"/>
          <w:color w:val="555555"/>
          <w:sz w:val="20"/>
        </w:rPr>
        <w:t>[5]</w:t>
      </w:r>
    </w:p>
    <w:p>
      <w:r>
        <w:rPr>
          <w:rFonts w:ascii="Gentium Plus" w:hAnsi="Gentium Plus"/>
          <w:sz w:val="24"/>
        </w:rPr>
        <w:t>τούτων δὲ ἕκαστον ἄλλό τι παρὰ τὴν τέχνην, τέχνης</w:t>
      </w:r>
    </w:p>
    <w:p>
      <w:r>
        <w:rPr>
          <w:rFonts w:ascii="Courier New" w:hAnsi="Courier New"/>
          <w:color w:val="555555"/>
          <w:sz w:val="20"/>
        </w:rPr>
        <w:t>[27 . 2 e]</w:t>
      </w:r>
    </w:p>
    <w:p>
      <w:r>
        <w:rPr>
          <w:rFonts w:ascii="Gentium Plus" w:hAnsi="Gentium Plus"/>
          <w:sz w:val="24"/>
        </w:rPr>
        <w:t>τέλος, καὶ οὐ τέχνη· οὐ γὰρ ὅ, τι μὴ τέχνη, καὶ ἀτεχνία εὐθύς. Ἀτεχνία μὲν γὰρ ἀφαίρεσις τέχνης, ἔνθα δεῖ τέχνης· οὐ τέχνη δέ, τὸ ὑπὸ τέχνης μὲν γε‐ γονός, ἕτερον δὲ ὂν παρὰ τὴν τέχνην.</w:t>
      </w:r>
    </w:p>
    <w:p>
      <w:r>
        <w:rPr>
          <w:rFonts w:ascii="Courier New" w:hAnsi="Courier New"/>
          <w:color w:val="555555"/>
          <w:sz w:val="20"/>
        </w:rPr>
        <w:t>[27 . 3 a]</w:t>
      </w:r>
    </w:p>
    <w:p>
      <w:r>
        <w:rPr>
          <w:rFonts w:ascii="Gentium Plus" w:hAnsi="Gentium Plus"/>
          <w:sz w:val="24"/>
        </w:rPr>
        <w:t>Ἆρ’ ἡγεῖ με σαφῶς λέγειν, ἢ φραστέον σοι οὑτωσὶ ἐνδηλότερον; Καλεῖς τινα τέχνην ἰατρικήν, καὶ ἄλλην αὖ ἀγαλματουργικήν; τέλος δὲ ἑκατέρας, οὔτε ἰατρικῆς ἰατρική, οὔτε ἀγαλματουργικῆς ἀγαλματουργία, ἀλλὰ</w:t>
      </w:r>
    </w:p>
    <w:p>
      <w:r>
        <w:rPr>
          <w:rFonts w:ascii="Courier New" w:hAnsi="Courier New"/>
          <w:color w:val="555555"/>
          <w:sz w:val="20"/>
        </w:rPr>
        <w:t>[27 . 3 b]</w:t>
      </w:r>
    </w:p>
    <w:p>
      <w:r>
        <w:rPr>
          <w:rFonts w:ascii="Gentium Plus" w:hAnsi="Gentium Plus"/>
          <w:sz w:val="24"/>
        </w:rPr>
        <w:t>ἄγαλμα μὲν ἀγαλματουργίας, ὑγίειαν δὲ ἰατρικῆς; τί οὖν; ἄλλό τι εἶναι ἡγεῖ τὴν ἀρετήν, ἢ ψυχῆς ὑγίειάν</w:t>
      </w:r>
    </w:p>
    <w:p>
      <w:r>
        <w:rPr>
          <w:rFonts w:ascii="Courier New" w:hAnsi="Courier New"/>
          <w:color w:val="555555"/>
          <w:sz w:val="20"/>
        </w:rPr>
        <w:t>[27 . 3 c]</w:t>
      </w:r>
    </w:p>
    <w:p>
      <w:r>
        <w:rPr>
          <w:rFonts w:ascii="Gentium Plus" w:hAnsi="Gentium Plus"/>
          <w:sz w:val="24"/>
        </w:rPr>
        <w:t>τε καὶ εὐσχημοσύνην; Οὑτωσὶ δὲ αὐτὸ σκέψαι· ψυχῇ καὶ σώματι καὶ λίθῳ, τρισὶ τούτοις ἐπινείμας τέχνας τρεῖς, ὧν αἱ μὲν ὕλαι κόσμου ἐνδεεῖς, ἡ δὲ τέχνη, προσαγαγοῦσα ἑκάστης ἑκάστῳ τὸ οἰκεῖον σχῆμα, περι‐</w:t>
      </w:r>
    </w:p>
    <w:p>
      <w:r>
        <w:rPr>
          <w:rFonts w:ascii="Courier New" w:hAnsi="Courier New"/>
          <w:color w:val="555555"/>
          <w:sz w:val="20"/>
        </w:rPr>
        <w:t>[5]</w:t>
      </w:r>
    </w:p>
    <w:p>
      <w:r>
        <w:rPr>
          <w:rFonts w:ascii="Gentium Plus" w:hAnsi="Gentium Plus"/>
          <w:sz w:val="24"/>
        </w:rPr>
        <w:t>έβαλλεν τὸν μὲν λίθον ῥυθμοῖς καὶ σχήμασιν εἰς μορ‐ φῆς εἶδος, τὸ δὲ σῶμα ἁρμονίαις καὶ κράσεσιν εἰς ὑγιείας μέτρον, τὴν δὲ ψυχὴν συμμετρίαις καὶ εὐκινη‐</w:t>
      </w:r>
    </w:p>
    <w:p>
      <w:r>
        <w:rPr>
          <w:rFonts w:ascii="Courier New" w:hAnsi="Courier New"/>
          <w:color w:val="555555"/>
          <w:sz w:val="20"/>
        </w:rPr>
        <w:t>[27 . 3 d]</w:t>
      </w:r>
    </w:p>
    <w:p>
      <w:r>
        <w:rPr>
          <w:rFonts w:ascii="Gentium Plus" w:hAnsi="Gentium Plus"/>
          <w:sz w:val="24"/>
        </w:rPr>
        <w:t>σίαις εἰς ἀρετῆς κόσμον. Κἂν καλῇς τι τούτων τέχ‐ νην, τὸ τοῦ δράσαντος ὄνομα τῷ ποιηθέντι ὑπὸ φιλίας προστιθείς, οὕτω μοι δοκεῖς καλεῖν, ὥσπερ ἂν εἰ καὶ ἥλιον καλεῖς τὴν ἐξ ἡλίου αὐγήν, ἑτέραν οὖσαν τοῦ</w:t>
      </w:r>
    </w:p>
    <w:p>
      <w:r>
        <w:rPr>
          <w:rFonts w:ascii="Courier New" w:hAnsi="Courier New"/>
          <w:color w:val="555555"/>
          <w:sz w:val="20"/>
        </w:rPr>
        <w:t>[5]</w:t>
      </w:r>
    </w:p>
    <w:p>
      <w:r>
        <w:rPr>
          <w:rFonts w:ascii="Gentium Plus" w:hAnsi="Gentium Plus"/>
          <w:sz w:val="24"/>
        </w:rPr>
        <w:t>ἡλίου, ποίημα ἡλίου, οὐκ αὐτὸ ἥλιον.</w:t>
      </w:r>
    </w:p>
    <w:p>
      <w:r>
        <w:rPr>
          <w:rFonts w:ascii="Courier New" w:hAnsi="Courier New"/>
          <w:color w:val="555555"/>
          <w:sz w:val="20"/>
        </w:rPr>
        <w:t>[27 . 4 a]</w:t>
      </w:r>
    </w:p>
    <w:p>
      <w:r>
        <w:rPr>
          <w:rFonts w:ascii="Gentium Plus" w:hAnsi="Gentium Plus"/>
          <w:sz w:val="24"/>
        </w:rPr>
        <w:t>Καὶ μὲν δὴ καὶ ἀμφοτέρωθεν σκόπει τὸ λεγόμενον.</w:t>
      </w:r>
    </w:p>
    <w:p>
      <w:r>
        <w:rPr>
          <w:rFonts w:ascii="Courier New" w:hAnsi="Courier New"/>
          <w:color w:val="555555"/>
          <w:sz w:val="20"/>
        </w:rPr>
        <w:t>[5]</w:t>
      </w:r>
    </w:p>
    <w:p>
      <w:r>
        <w:rPr>
          <w:rFonts w:ascii="Gentium Plus" w:hAnsi="Gentium Plus"/>
          <w:sz w:val="24"/>
        </w:rPr>
        <w:t>ποίημα, ἢ οἷον οἰκίαν οἰκοδόμου, καὶ ναυπηγοῦ ναῦν,</w:t>
      </w:r>
    </w:p>
    <w:p>
      <w:r>
        <w:rPr>
          <w:rFonts w:ascii="Courier New" w:hAnsi="Courier New"/>
          <w:color w:val="555555"/>
          <w:sz w:val="20"/>
        </w:rPr>
        <w:t>[27 . 4 b]</w:t>
      </w:r>
    </w:p>
    <w:p>
      <w:r>
        <w:rPr>
          <w:rFonts w:ascii="Gentium Plus" w:hAnsi="Gentium Plus"/>
          <w:sz w:val="24"/>
        </w:rPr>
        <w:t>καὶ γραφέως εἰκόνα· τὸν δὲ αὖ πράξεώς τινος ἐργα‐ στικόν, οὐκ ἄνευ σώματος ἀπεργαζόμενον, ἀλλ’ ἐν μὲν στρατηγίᾳ νίκην, ἐν δὲ ἰατρικῇ ὑγίειαν, ἐν δὲ πολι‐ τικῇ δικαιοσύνην· τρίτον δ’ αὖ τεχνῶν εἶδος αὐτὸ</w:t>
      </w:r>
    </w:p>
    <w:p>
      <w:r>
        <w:rPr>
          <w:rFonts w:ascii="Courier New" w:hAnsi="Courier New"/>
          <w:color w:val="555555"/>
          <w:sz w:val="20"/>
        </w:rPr>
        <w:t>[5]</w:t>
      </w:r>
    </w:p>
    <w:p>
      <w:r>
        <w:rPr>
          <w:rFonts w:ascii="Gentium Plus" w:hAnsi="Gentium Plus"/>
          <w:sz w:val="24"/>
        </w:rPr>
        <w:t>λόγον ἄνευ σωμάτων ἐφ’ ἑαυτοῦ κρατυνόμενον, καὶ περὶ αὐτὸν τὴν πραγματείαν ἔχοντα, ὁποῖαι τέχναι γεωμετρικαὶ καὶ ἀριθμητικαί, καὶ ὅσαις τὸ τέλος δια‐ νοητικόν, αὐτὸ τοῦτο, οὔτε δὴ πρακτικόν, οὐδὲ ποιη‐</w:t>
      </w:r>
    </w:p>
    <w:p>
      <w:r>
        <w:rPr>
          <w:rFonts w:ascii="Courier New" w:hAnsi="Courier New"/>
          <w:color w:val="555555"/>
          <w:sz w:val="20"/>
        </w:rPr>
        <w:t>[27 . 4 c]</w:t>
      </w:r>
    </w:p>
    <w:p>
      <w:r>
        <w:rPr>
          <w:rFonts w:ascii="Gentium Plus" w:hAnsi="Gentium Plus"/>
          <w:sz w:val="24"/>
        </w:rPr>
        <w:t>τικόν. Εἶεν. Τριῶν τούτων τέχνης γενῶν, κατὰ</w:t>
      </w:r>
    </w:p>
    <w:p>
      <w:r>
        <w:rPr>
          <w:rFonts w:ascii="Courier New" w:hAnsi="Courier New"/>
          <w:color w:val="555555"/>
          <w:sz w:val="20"/>
        </w:rPr>
        <w:t>[27 . 4 d]</w:t>
      </w:r>
    </w:p>
    <w:p>
      <w:r>
        <w:rPr>
          <w:rFonts w:ascii="Gentium Plus" w:hAnsi="Gentium Plus"/>
          <w:sz w:val="24"/>
        </w:rPr>
        <w:t>ποῖον αὐτῶν τὴν ἀρετὴν τάξομεν, εἴπερ τέχνη; Κατὰ τὸ ποιητικόν; οὐδὲ αὐτὸς φήσεις· ἀλλὰ ἀμφισβητή‐ σιμον ἔσται σοι τὸ τῆς πράξεως πρὸς τὴν θεωρίαν; ἐγὼ δὲ οὐδέτερον μὲν ἀφαιρῶ τῆς ἀρετῆς· ἀλλ’ ἑκά‐</w:t>
      </w:r>
    </w:p>
    <w:p>
      <w:r>
        <w:rPr>
          <w:rFonts w:ascii="Courier New" w:hAnsi="Courier New"/>
          <w:color w:val="555555"/>
          <w:sz w:val="20"/>
        </w:rPr>
        <w:t>[5]</w:t>
      </w:r>
    </w:p>
    <w:p>
      <w:r>
        <w:rPr>
          <w:rFonts w:ascii="Gentium Plus" w:hAnsi="Gentium Plus"/>
          <w:sz w:val="24"/>
        </w:rPr>
        <w:t>τερον ἑκατέρῳ ἀνακεράσας, ἐπιμετρήσας τὶ ἐπὶ τούτοις καὶ ἄλλο, τὸ ἐξ ἁπάντων ξυστὰν ἕτερον εἶναι φημὶ</w:t>
      </w:r>
    </w:p>
    <w:p>
      <w:r>
        <w:rPr>
          <w:rFonts w:ascii="Courier New" w:hAnsi="Courier New"/>
          <w:color w:val="555555"/>
          <w:sz w:val="20"/>
        </w:rPr>
        <w:t>[27 . 4 e]</w:t>
      </w:r>
    </w:p>
    <w:p>
      <w:r>
        <w:rPr>
          <w:rFonts w:ascii="Gentium Plus" w:hAnsi="Gentium Plus"/>
          <w:sz w:val="24"/>
        </w:rPr>
        <w:t>ἑκάστου, ἀφ’ ὧν συνέστη· οἷον εἴ τις τὸ τοῦ ἀνθρώπου σῶμα πῦρ εἶναι λέγοι, ἢ γῆν, ἢ ἀέρα, ἢ, νὴ Δία, ὕδωρ· εἴποιμι ἂν δήπου, ὡς οὔτε πῦρ ἐστιν τὸ σῶμα, οὔτε γῆ, οὔτε ἀήρ, οὔτε ὕδωρ· τὸ γὰρ ἐξ ἁπάντων μιχθὲν</w:t>
      </w:r>
    </w:p>
    <w:p>
      <w:r>
        <w:rPr>
          <w:rFonts w:ascii="Courier New" w:hAnsi="Courier New"/>
          <w:color w:val="555555"/>
          <w:sz w:val="20"/>
        </w:rPr>
        <w:t>[5]</w:t>
      </w:r>
    </w:p>
    <w:p>
      <w:r>
        <w:rPr>
          <w:rFonts w:ascii="Gentium Plus" w:hAnsi="Gentium Plus"/>
          <w:sz w:val="24"/>
        </w:rPr>
        <w:t>οὐκ ἔστιν ἕκαστον ἐκείνων, ἀφ’ ὧν ἐμίχθη.</w:t>
      </w:r>
    </w:p>
    <w:p>
      <w:r>
        <w:rPr>
          <w:rFonts w:ascii="Courier New" w:hAnsi="Courier New"/>
          <w:color w:val="555555"/>
          <w:sz w:val="20"/>
        </w:rPr>
        <w:t>[27 . 5 a]</w:t>
      </w:r>
    </w:p>
    <w:p>
      <w:r>
        <w:rPr>
          <w:rFonts w:ascii="Gentium Plus" w:hAnsi="Gentium Plus"/>
          <w:sz w:val="24"/>
        </w:rPr>
        <w:t>Πῶς οὖν ἀρετὴ μετέχουσα θεωρίας καὶ πράξεως</w:t>
      </w:r>
    </w:p>
    <w:p>
      <w:r>
        <w:rPr>
          <w:rFonts w:ascii="Courier New" w:hAnsi="Courier New"/>
          <w:color w:val="555555"/>
          <w:sz w:val="20"/>
        </w:rPr>
        <w:t>[27 . 5 b]</w:t>
      </w:r>
    </w:p>
    <w:p>
      <w:r>
        <w:rPr>
          <w:rFonts w:ascii="Gentium Plus" w:hAnsi="Gentium Plus"/>
          <w:sz w:val="24"/>
        </w:rPr>
        <w:t>οὐκ ἔστιν τέχνη; Ταύτῃ μοι λέγοντι ἐφέπου. Λέξω δὲ οὐκ ἐμαυτοῦ λόγον, ἀλλὰ ἐξ Ἀκαδημίας ὁρμηθέντα, καὶ ἐπιχώριον τῆς Πλάτωνος μούσης τὲ καὶ ἑστίας·</w:t>
      </w:r>
    </w:p>
    <w:p>
      <w:r>
        <w:rPr>
          <w:rFonts w:ascii="Courier New" w:hAnsi="Courier New"/>
          <w:color w:val="555555"/>
          <w:sz w:val="20"/>
        </w:rPr>
        <w:t>[27 . 5 c]</w:t>
      </w:r>
    </w:p>
    <w:p>
      <w:r>
        <w:rPr>
          <w:rFonts w:ascii="Gentium Plus" w:hAnsi="Gentium Plus"/>
          <w:sz w:val="24"/>
        </w:rPr>
        <w:t>ἀπεδέξατο δὲ αὐτὸν καὶ Ἀριστοτέλης αὐτῷ. Ἐγὼ δὲ καὶ πορρωτέρω ἐπανάγω· ὑποπτεύω γὰρ ἐξ Ἰταλίας Ἀθήναζε ἐλθεῖν τὸν λόγον, Πυθαγορείων τινῶν ἐμ‐ πορίαν ταύτην καλὴν στειλαμένων εἰς τὴν ἀρχαίαν</w:t>
      </w:r>
    </w:p>
    <w:p>
      <w:r>
        <w:rPr>
          <w:rFonts w:ascii="Courier New" w:hAnsi="Courier New"/>
          <w:color w:val="555555"/>
          <w:sz w:val="20"/>
        </w:rPr>
        <w:t>[27 . 5 d]</w:t>
      </w:r>
    </w:p>
    <w:p>
      <w:r>
        <w:rPr>
          <w:rFonts w:ascii="Gentium Plus" w:hAnsi="Gentium Plus"/>
          <w:sz w:val="24"/>
        </w:rPr>
        <w:t>Ἑλλάδα. Ὁ δ’ οὖν λόγος ταύτῃ ἔχει. Ἡ τοῦ ἀνθρώ‐ που ψυχὴ νενέμηται δίχα κατὰ πρώτην νομήν· καὶ τὸ</w:t>
      </w:r>
    </w:p>
    <w:p>
      <w:r>
        <w:rPr>
          <w:rFonts w:ascii="Courier New" w:hAnsi="Courier New"/>
          <w:color w:val="555555"/>
          <w:sz w:val="20"/>
        </w:rPr>
        <w:t>[27 . 5 e]</w:t>
      </w:r>
    </w:p>
    <w:p>
      <w:r>
        <w:rPr>
          <w:rFonts w:ascii="Gentium Plus" w:hAnsi="Gentium Plus"/>
          <w:sz w:val="24"/>
        </w:rPr>
        <w:t>μὲν αὐτῆς ἐστιν λόγος, τὸ δὲ πάθος· τούτων δὲ ἑκά‐ τερον πονηρῶς ἔχον, καὶ κινούμενον ἀτάκτως, συλ‐ λήβδην καλεῖται ὀνόματι ἑνὶ τῷ αἰσχίστῳ, κακία προσ‐</w:t>
      </w:r>
    </w:p>
    <w:p>
      <w:r>
        <w:rPr>
          <w:rFonts w:ascii="Courier New" w:hAnsi="Courier New"/>
          <w:color w:val="555555"/>
          <w:sz w:val="20"/>
        </w:rPr>
        <w:t>[27 . 5 f]</w:t>
      </w:r>
    </w:p>
    <w:p>
      <w:r>
        <w:rPr>
          <w:rFonts w:ascii="Gentium Plus" w:hAnsi="Gentium Plus"/>
          <w:sz w:val="24"/>
        </w:rPr>
        <w:t>αγορευόμενον. Γίγνονται δὲ αἱ πηγαὶ καὶ αἱ γενέσεις τοῦ αἰσχροῦ τούτου ἐκ τῆς θατέρου τῶν μορίων πλημ‐</w:t>
      </w:r>
    </w:p>
    <w:p>
      <w:r>
        <w:rPr>
          <w:rFonts w:ascii="Courier New" w:hAnsi="Courier New"/>
          <w:color w:val="555555"/>
          <w:sz w:val="20"/>
        </w:rPr>
        <w:t>[27 . 5 g]</w:t>
      </w:r>
    </w:p>
    <w:p>
      <w:r>
        <w:rPr>
          <w:rFonts w:ascii="Gentium Plus" w:hAnsi="Gentium Plus"/>
          <w:sz w:val="24"/>
        </w:rPr>
        <w:t>καὶ ἐκφύσεις ἐπιταράξῃ. Καθάπερ τῶν ποταμῶν οἱ χειμέριοι, ὑπὲρ τὰς νομίμους ὁδοὺς ἀναχεόμενοι ἐπὶ γεωργίαν ἀροτοῦ καὶ φυτουργίας, ἐπεθόλωσαν τὴν</w:t>
      </w:r>
    </w:p>
    <w:p>
      <w:r>
        <w:rPr>
          <w:rFonts w:ascii="Courier New" w:hAnsi="Courier New"/>
          <w:color w:val="555555"/>
          <w:sz w:val="20"/>
        </w:rPr>
        <w:t>[27 . 5 h]</w:t>
      </w:r>
    </w:p>
    <w:p>
      <w:r>
        <w:rPr>
          <w:rFonts w:ascii="Gentium Plus" w:hAnsi="Gentium Plus"/>
          <w:sz w:val="24"/>
        </w:rPr>
        <w:t>σωτηρίαν τῶν ἔργων καὶ τὸν κόσμον, οὕτω καὶ ψυχὴ ὑπὸ ἀμετρίας παθῶν ἐξίσταται τῶν λογισμῶν, καὶ δό‐ ξαι τότε αὐτῇ ψευδεῖς καὶ πονηραὶ παρὰ τὴν αὑτῆς φύσιν διανίστανται, αὐτὸ ἐκεῖνο τὸ τῶν μεθυόντων</w:t>
      </w:r>
    </w:p>
    <w:p>
      <w:r>
        <w:rPr>
          <w:rFonts w:ascii="Courier New" w:hAnsi="Courier New"/>
          <w:color w:val="555555"/>
          <w:sz w:val="20"/>
        </w:rPr>
        <w:t>[5]</w:t>
      </w:r>
    </w:p>
    <w:p>
      <w:r>
        <w:rPr>
          <w:rFonts w:ascii="Gentium Plus" w:hAnsi="Gentium Plus"/>
          <w:sz w:val="24"/>
        </w:rPr>
        <w:t>πάθος· ἡ πλησμονὴ ἐπεγείρασα τὰ ἔνδον νοσήματα, ὥσπερ ἐκ φωλεοῦ ἑρπετά, συγχεῖ τὸν νοῦν καὶ φθέγ‐ γεσθαι προσαναγκάζει τὰς τῶν ἑρπετῶν τούτων φωνάς.</w:t>
      </w:r>
    </w:p>
    <w:p>
      <w:r>
        <w:rPr>
          <w:rFonts w:ascii="Courier New" w:hAnsi="Courier New"/>
          <w:color w:val="555555"/>
          <w:sz w:val="20"/>
        </w:rPr>
        <w:t>[27 . 6 a]</w:t>
      </w:r>
    </w:p>
    <w:p>
      <w:r>
        <w:rPr>
          <w:rFonts w:ascii="Gentium Plus" w:hAnsi="Gentium Plus"/>
          <w:sz w:val="24"/>
        </w:rPr>
        <w:t>Εἰ δέ σοι καὶ σαφεστέρας εἰκόνος δεῖ, ὀχλοκρασίᾳ τινὶ εἰκαστέον τὴν τῆς ψυχῆς πονηρίαν· ἐπειδὰν πό‐ λεως τὸ μὲν ἐπιεικὲς πᾶν βιασθὲν δουλεύῃ, τὸ δὲ ἀνόητον καὶ παντοδαπὸν ἐπιχειρῇ ἄρχειν, ὑπὸ ἐξου‐</w:t>
      </w:r>
    </w:p>
    <w:p>
      <w:r>
        <w:rPr>
          <w:rFonts w:ascii="Courier New" w:hAnsi="Courier New"/>
          <w:color w:val="555555"/>
          <w:sz w:val="20"/>
        </w:rPr>
        <w:t>[27 . 6 b]</w:t>
      </w:r>
    </w:p>
    <w:p>
      <w:r>
        <w:rPr>
          <w:rFonts w:ascii="Gentium Plus" w:hAnsi="Gentium Plus"/>
          <w:sz w:val="24"/>
        </w:rPr>
        <w:t>σίας ἀδεοῦς θρασυνόμενον· ἀνάγκη γάρ που τήν τοι</w:t>
      </w:r>
    </w:p>
    <w:p>
      <w:r>
        <w:rPr>
          <w:rFonts w:ascii="Courier New" w:hAnsi="Courier New"/>
          <w:color w:val="555555"/>
          <w:sz w:val="20"/>
        </w:rPr>
        <w:t>[5]</w:t>
      </w:r>
    </w:p>
    <w:p>
      <w:r>
        <w:rPr>
          <w:rFonts w:ascii="Gentium Plus" w:hAnsi="Gentium Plus"/>
          <w:sz w:val="24"/>
        </w:rPr>
        <w:t>ἄμετρον δὲ ἐν τιμαῖς, ἀστάθμητον δὲ ἐν εὐτυχίαις,</w:t>
      </w:r>
    </w:p>
    <w:p>
      <w:r>
        <w:rPr>
          <w:rFonts w:ascii="Courier New" w:hAnsi="Courier New"/>
          <w:color w:val="555555"/>
          <w:sz w:val="20"/>
        </w:rPr>
        <w:t>[27 . 6 c]</w:t>
      </w:r>
    </w:p>
    <w:p>
      <w:r>
        <w:rPr>
          <w:rFonts w:ascii="Gentium Plus" w:hAnsi="Gentium Plus"/>
          <w:sz w:val="24"/>
        </w:rPr>
        <w:t>δυσανάκλητον δὲ ἐν συμφοραῖς. Ὅταν Περικλῆς μὲν οἴχηται, φεύγῃ δὲ Ἀριστείδης, ἀποθνήσκῃ δὲ Σωκράτης, ἀνίστηται δὲ Νικίας, ἐπιθυμῇ δὲ Κλέων μὲν Σφακτη‐ ρίας, Θρασύλλος δὲ Ἰωνίας, Ἀλκιβιάδης δὲ Σικελίας,</w:t>
      </w:r>
    </w:p>
    <w:p>
      <w:r>
        <w:rPr>
          <w:rFonts w:ascii="Courier New" w:hAnsi="Courier New"/>
          <w:color w:val="555555"/>
          <w:sz w:val="20"/>
        </w:rPr>
        <w:t>[5]</w:t>
      </w:r>
    </w:p>
    <w:p>
      <w:r>
        <w:rPr>
          <w:rFonts w:ascii="Gentium Plus" w:hAnsi="Gentium Plus"/>
          <w:sz w:val="24"/>
        </w:rPr>
        <w:t>καὶ ἄλλος ἄλλης γῆς ἢ θαλάττης, συνεπιθυμῇ δὲ αὐτῷ πλῆθος ἀργὸν καὶ ἄτακτον καὶ μισθοφόρον, πανταχοῦ περιφερόμενον, ἀνάγκη τὰς ἐπιθυμίας ταύτας δου‐ λείας γεννᾶν, καὶ συμφοράς, καὶ τυραννίδα, καὶ πάντα</w:t>
      </w:r>
    </w:p>
    <w:p>
      <w:r>
        <w:rPr>
          <w:rFonts w:ascii="Courier New" w:hAnsi="Courier New"/>
          <w:color w:val="555555"/>
          <w:sz w:val="20"/>
        </w:rPr>
        <w:t>[27 . 6 d]</w:t>
      </w:r>
    </w:p>
    <w:p>
      <w:r>
        <w:rPr>
          <w:rFonts w:ascii="Gentium Plus" w:hAnsi="Gentium Plus"/>
          <w:sz w:val="24"/>
        </w:rPr>
        <w:t>δὴ τὰ ἔκτοπα ὀνόματα. Εἰσὶν καὶ ἐν ψυχῇ δημαγωγοὶ πονηροί, καὶ δῆμος ἀκόλαστος, Ἀλκιβιάδαι πολλοὶ καὶ Κλέωνες, τὴν δειλαίαν οὐκ ἐῶντες ψυχὴν ἀτρεμεῖν καὶ παραχωρεῖν τῷ ἐν αὐτῇ λόγῳ καὶ νόμῳ. Αὕτη τῆς</w:t>
      </w:r>
    </w:p>
    <w:p>
      <w:r>
        <w:rPr>
          <w:rFonts w:ascii="Courier New" w:hAnsi="Courier New"/>
          <w:color w:val="555555"/>
          <w:sz w:val="20"/>
        </w:rPr>
        <w:t>[5]</w:t>
      </w:r>
    </w:p>
    <w:p>
      <w:r>
        <w:rPr>
          <w:rFonts w:ascii="Gentium Plus" w:hAnsi="Gentium Plus"/>
          <w:sz w:val="24"/>
        </w:rPr>
        <w:t>ἐν ἀνθρώπῳ πολιτείας μοχθηρία·</w:t>
      </w:r>
    </w:p>
    <w:p>
      <w:r>
        <w:rPr>
          <w:rFonts w:ascii="Courier New" w:hAnsi="Courier New"/>
          <w:color w:val="555555"/>
          <w:sz w:val="20"/>
        </w:rPr>
        <w:t>[27 . 7 a]</w:t>
      </w:r>
    </w:p>
    <w:p>
      <w:r>
        <w:rPr>
          <w:rFonts w:ascii="Gentium Plus" w:hAnsi="Gentium Plus"/>
          <w:sz w:val="24"/>
        </w:rPr>
        <w:t>Ἀρετὴ δέ, ἧσπερ εἵνεκεν τοὺς πολλοὺς λόγους κατ‐ εστησάμεθα, ἔμπαλιν ἔχει, αὐτὸ ἐκεῖνο κατὰ τὴν Λα‐ κωνικὴν πολιτείαν, ἧς τὸ τοιοῦτο μὲν πλῆθος ἄρχεται, τὸ δὲ ὀλίγον καὶ ἐπιεικὲς ἄρχει· καὶ τὸ μὲν σώζει, τὸ</w:t>
      </w:r>
    </w:p>
    <w:p>
      <w:r>
        <w:rPr>
          <w:rFonts w:ascii="Courier New" w:hAnsi="Courier New"/>
          <w:color w:val="555555"/>
          <w:sz w:val="20"/>
        </w:rPr>
        <w:t>[5]</w:t>
      </w:r>
    </w:p>
    <w:p>
      <w:r>
        <w:rPr>
          <w:rFonts w:ascii="Gentium Plus" w:hAnsi="Gentium Plus"/>
          <w:sz w:val="24"/>
        </w:rPr>
        <w:t>δὲ σώζεται· καὶ τὸ μὲν προστάττει, τὸ δὲ πείθεται· τὸ δὲ ἐξ ἀμφοῖν ἔργον ἐλευθερία· ἑκάτερον δὲ ἑκατέρου</w:t>
      </w:r>
    </w:p>
    <w:p>
      <w:r>
        <w:rPr>
          <w:rFonts w:ascii="Courier New" w:hAnsi="Courier New"/>
          <w:color w:val="555555"/>
          <w:sz w:val="20"/>
        </w:rPr>
        <w:t>[27 . 7 b]</w:t>
      </w:r>
    </w:p>
    <w:p>
      <w:r>
        <w:rPr>
          <w:rFonts w:ascii="Gentium Plus" w:hAnsi="Gentium Plus"/>
          <w:sz w:val="24"/>
        </w:rPr>
        <w:t>τῶν σωζόντων. Καὶ περὶ ψυχὴν τὴν ἔχουσαν καλῶς, τὸν αὐτὸν τρόπον, σώζει μὲν ὁ λόγος, σώζεται δὲ τὰ πάθη· καὶ μετρεῖ μὲν ὁ λόγος, μετρεῖται δὲ τὰ πάθη· [καὶ τὸ μὲν σοφίαν] τὸ δὲ ἐξ ἀμφοῖν ἔργον ἐλευ‐</w:t>
      </w:r>
    </w:p>
    <w:p>
      <w:r>
        <w:rPr>
          <w:rFonts w:ascii="Courier New" w:hAnsi="Courier New"/>
          <w:color w:val="555555"/>
          <w:sz w:val="20"/>
        </w:rPr>
        <w:t>[27 . 7 c]</w:t>
      </w:r>
    </w:p>
    <w:p>
      <w:r>
        <w:rPr>
          <w:rFonts w:ascii="Gentium Plus" w:hAnsi="Gentium Plus"/>
          <w:sz w:val="24"/>
        </w:rPr>
        <w:t>θερία. Τάττε δή μοι πᾶν, ὅσον θεωρητικὸν τέχνης εἶδος, κατὰ τὸν λόγον· τὸ δὲ ὑπ’ αὐτοῦ κοσμούμενον κατὰ τὰ πάθη· καὶ τὸ μὲν σοφίαν κάλει, ἐπιστήμην</w:t>
      </w:r>
    </w:p>
    <w:p>
      <w:r>
        <w:rPr>
          <w:rFonts w:ascii="Courier New" w:hAnsi="Courier New"/>
          <w:color w:val="555555"/>
          <w:sz w:val="20"/>
        </w:rPr>
        <w:t>[27 . 7 d]</w:t>
      </w:r>
    </w:p>
    <w:p>
      <w:r>
        <w:rPr>
          <w:rFonts w:ascii="Gentium Plus" w:hAnsi="Gentium Plus"/>
          <w:sz w:val="24"/>
        </w:rPr>
        <w:t>οὖσαν· τὸ δὲ ἀρετήν, ὑπὸ ἐπιστήμης γινόμενον. Ἐὰν δὲ μεταθῇς τὰ ὀνόματα, καὶ τὴν ἐπιστήμην ἀρετὴν καλῇς, ἐρήσομαί σε, ὑπὸ τίνος αὕτη γέγονεν· ἐκεῖνο</w:t>
      </w:r>
    </w:p>
    <w:p>
      <w:r>
        <w:rPr>
          <w:rFonts w:ascii="Courier New" w:hAnsi="Courier New"/>
          <w:color w:val="555555"/>
          <w:sz w:val="20"/>
        </w:rPr>
        <w:t>[27 . 7 e]</w:t>
      </w:r>
    </w:p>
    <w:p>
      <w:r>
        <w:rPr>
          <w:rFonts w:ascii="Gentium Plus" w:hAnsi="Gentium Plus"/>
          <w:sz w:val="24"/>
        </w:rPr>
        <w:t>Τέχνην τεχνῶν τὴν ἐπιστήμην καλεῖς; ἀκήκοα· ἐπι‐ στήμην ἐπιστημῶν; μανθάνω, καὶ ἀποδέξομαι τοῦ λό‐</w:t>
      </w:r>
    </w:p>
    <w:p>
      <w:r>
        <w:rPr>
          <w:rFonts w:ascii="Courier New" w:hAnsi="Courier New"/>
          <w:color w:val="555555"/>
          <w:sz w:val="20"/>
        </w:rPr>
        <w:t>[27 . 7 f]</w:t>
      </w:r>
    </w:p>
    <w:p>
      <w:r>
        <w:rPr>
          <w:rFonts w:ascii="Gentium Plus" w:hAnsi="Gentium Plus"/>
          <w:sz w:val="24"/>
        </w:rPr>
        <w:t>γου, ἐὰν ἕν τι μοι δῷς μικρὸν πάνυ. Τέχνην τεχνῶν τὴν τέχνην λέγε, ἐπιστήμην ἐπιστημῶν τὴν ἐπιστήμην λέγε· ἀπαλλάγηθι τοῦ ἑτέρου μέρους, καὶ σπένδομαι</w:t>
      </w:r>
    </w:p>
    <w:p>
      <w:r>
        <w:rPr>
          <w:rFonts w:ascii="Courier New" w:hAnsi="Courier New"/>
          <w:color w:val="555555"/>
          <w:sz w:val="20"/>
        </w:rPr>
        <w:t>[27 . 7 g]</w:t>
      </w:r>
    </w:p>
    <w:p>
      <w:r>
        <w:rPr>
          <w:rFonts w:ascii="Gentium Plus" w:hAnsi="Gentium Plus"/>
          <w:sz w:val="24"/>
        </w:rPr>
        <w:t>τῷ λόγῳ. Εἰ δὲ τὴν ἐπιστήμην φυλάττων καὶ ἐξαί‐ ρων τὰ πάθη, τὸ τούτων σχῆμα τῇ ἐπιστήμῃ δίδως, ὅμοιον δρᾷς· εἴ τις τὴν Φειδίου φυλάξας τέχνην, τὴν ὕλην ἀφελὼν προσθείη τῇ τέχνῃ τὸ τῆς τέχνης ὄνομα.</w:t>
      </w:r>
    </w:p>
    <w:p>
      <w:r>
        <w:rPr>
          <w:rFonts w:ascii="Courier New" w:hAnsi="Courier New"/>
          <w:color w:val="555555"/>
          <w:sz w:val="20"/>
        </w:rPr>
        <w:t>[27 . 7 h]</w:t>
      </w:r>
    </w:p>
    <w:p>
      <w:r>
        <w:rPr>
          <w:rFonts w:ascii="Gentium Plus" w:hAnsi="Gentium Plus"/>
          <w:sz w:val="24"/>
        </w:rPr>
        <w:t>Ἐπιστήμην ἄρχειν βούλει βίου καλοῦ; ‘Ἀρχέτω λόγος.‘ Ἄρχειν βούλει, ἔστω κοίρανος οὗτος εἷς, .... ᾧ ἔδωκε Κρόνου παῖς ἀγκυλομήτεω·</w:t>
      </w:r>
    </w:p>
    <w:p>
      <w:r>
        <w:rPr>
          <w:rFonts w:ascii="Courier New" w:hAnsi="Courier New"/>
          <w:color w:val="555555"/>
          <w:sz w:val="20"/>
        </w:rPr>
        <w:t>[27 . 7 i]</w:t>
      </w:r>
    </w:p>
    <w:p>
      <w:r>
        <w:rPr>
          <w:rFonts w:ascii="Gentium Plus" w:hAnsi="Gentium Plus"/>
          <w:sz w:val="24"/>
        </w:rPr>
        <w:t>ἀλλ’ ἄρχει τίνων; τίνας αὐτῷ δίδως ὑπηρέτας; τίνας</w:t>
      </w:r>
    </w:p>
    <w:p>
      <w:r>
        <w:rPr>
          <w:rFonts w:ascii="Courier New" w:hAnsi="Courier New"/>
          <w:color w:val="555555"/>
          <w:sz w:val="20"/>
        </w:rPr>
        <w:t>[27 . 7 k]</w:t>
      </w:r>
    </w:p>
    <w:p>
      <w:r>
        <w:rPr>
          <w:rFonts w:ascii="Gentium Plus" w:hAnsi="Gentium Plus"/>
          <w:sz w:val="24"/>
        </w:rPr>
        <w:t>χειρουργοὺς τῶν πράξεων; τὸ σῶμα; εὐθὺς ὅρα τί δρᾷς· διαπηδᾷς τὴν τάξιν τῶν ἀρχομένων, ἀπὸ τοῦ</w:t>
      </w:r>
    </w:p>
    <w:p>
      <w:r>
        <w:rPr>
          <w:rFonts w:ascii="Courier New" w:hAnsi="Courier New"/>
          <w:color w:val="555555"/>
          <w:sz w:val="20"/>
        </w:rPr>
        <w:t>[27 . 7 l]</w:t>
      </w:r>
    </w:p>
    <w:p>
      <w:r>
        <w:rPr>
          <w:rFonts w:ascii="Gentium Plus" w:hAnsi="Gentium Plus"/>
          <w:sz w:val="24"/>
        </w:rPr>
        <w:t>στρατηγοῦ ἐπὶ τοὺς σκευοφόρους. Οὐχ ὁρᾷς τὸν κόσ‐ μον; ὁ στρατηγός, εἶτα οἱ λοχαγοί· καὶ μετὰ τούτους ἐνωμοτάρχαι· εἶτα οἱ ὁπλῖται, οἱ πελτασταί, οἱ τοξό‐ ται· καταβαίνει ἠρέμα ἡ ὑπηρεσία ἀπὸ τοῦ ὅλου, ἀπὸ</w:t>
      </w:r>
    </w:p>
    <w:p>
      <w:r>
        <w:rPr>
          <w:rFonts w:ascii="Courier New" w:hAnsi="Courier New"/>
          <w:color w:val="555555"/>
          <w:sz w:val="20"/>
        </w:rPr>
        <w:t>[5]</w:t>
      </w:r>
    </w:p>
    <w:p>
      <w:r>
        <w:rPr>
          <w:rFonts w:ascii="Gentium Plus" w:hAnsi="Gentium Plus"/>
          <w:sz w:val="24"/>
        </w:rPr>
        <w:t>τῶν ἀρίστων ἐπὶ τὰ φαυλότατα.</w:t>
      </w:r>
    </w:p>
    <w:p>
      <w:r>
        <w:rPr>
          <w:rFonts w:ascii="Courier New" w:hAnsi="Courier New"/>
          <w:color w:val="555555"/>
          <w:sz w:val="20"/>
        </w:rPr>
        <w:t>[27 8* a]</w:t>
      </w:r>
    </w:p>
    <w:p>
      <w:r>
        <w:rPr>
          <w:rFonts w:ascii="Gentium Plus" w:hAnsi="Gentium Plus"/>
          <w:sz w:val="24"/>
        </w:rPr>
        <w:t>Ἀλλ’ ὁρῶ τὸ πρόχειρον δὴ τοῦτο. Ὁ θεὸς οἰκο‐ νομεῖ τὸ πᾶν τοῦτο καλῶς καὶ τεχνικῶς καὶ ἐπιστη‐ μόνως· τί δὲ οὐ μέλλει; Τί οὖν μᾶλλον ἡ ἐπιστήμη,</w:t>
      </w:r>
    </w:p>
    <w:p>
      <w:r>
        <w:rPr>
          <w:rFonts w:ascii="Courier New" w:hAnsi="Courier New"/>
          <w:color w:val="555555"/>
          <w:sz w:val="20"/>
        </w:rPr>
        <w:t>[27 8* b]</w:t>
      </w:r>
    </w:p>
    <w:p>
      <w:r>
        <w:rPr>
          <w:rFonts w:ascii="Gentium Plus" w:hAnsi="Gentium Plus"/>
          <w:sz w:val="24"/>
        </w:rPr>
        <w:t>ἢ ἀρετή; εἰ μὲν γὰρ τὴν ἐπιστήμην τοῦ θεοῦ ἀρετὴν καλῇς, οὐ νεμεσῶ τῶν ὀνομάτων· οὐ γάρ ἐστιν θεῷ, καθάπερ ἀνθρώπῳ, τῆς ψυχῆς τὸ μὲν ἄρχον, τὸ δὲ ἀρχόμενον· ἀλλ’ ἁπλοῦν τὸ θεῖον, αὐτὸ ὅ, τι περ νοῦς</w:t>
      </w:r>
    </w:p>
    <w:p>
      <w:r>
        <w:rPr>
          <w:rFonts w:ascii="Courier New" w:hAnsi="Courier New"/>
          <w:color w:val="555555"/>
          <w:sz w:val="20"/>
        </w:rPr>
        <w:t>[27 8* c]</w:t>
      </w:r>
    </w:p>
    <w:p>
      <w:r>
        <w:rPr>
          <w:rFonts w:ascii="Gentium Plus" w:hAnsi="Gentium Plus"/>
          <w:sz w:val="24"/>
        </w:rPr>
        <w:t>καὶ ἐπιστήμη καὶ λόγος. Εἰ δὲ ἐν τῇ κράσει τοῦ κρείττονος πρὸς τὸ χεῖρον, τὸ τοῦ ἀρχομένου ὄνομα μετατίθης πρὸς τὸ κρεῖττον, μέχρι μὲν τῆς φωνῆς</w:t>
      </w:r>
    </w:p>
    <w:p>
      <w:r>
        <w:rPr>
          <w:rFonts w:ascii="Courier New" w:hAnsi="Courier New"/>
          <w:color w:val="555555"/>
          <w:sz w:val="20"/>
        </w:rPr>
        <w:t>[27 8* d]</w:t>
      </w:r>
    </w:p>
    <w:p>
      <w:r>
        <w:rPr>
          <w:rFonts w:ascii="Gentium Plus" w:hAnsi="Gentium Plus"/>
          <w:sz w:val="24"/>
        </w:rPr>
        <w:t>ἀνέχομαι, τὸ δὲ πρᾶγμα οὐ δίδωμι. Ἀρετὴν τὴν ἐπι‐ στήμην, εἰ βούλει, κάλει, ἀλλ’ ἐπιστήμην τὴν ἀρετὴν μὴ κάλει. Καὶ γὰρ ψευδὴς ὁ λόγος καὶ ἐπισφαλής,</w:t>
      </w:r>
    </w:p>
    <w:p>
      <w:r>
        <w:rPr>
          <w:rFonts w:ascii="Courier New" w:hAnsi="Courier New"/>
          <w:color w:val="555555"/>
          <w:sz w:val="20"/>
        </w:rPr>
        <w:t>[27 8* e]</w:t>
      </w:r>
    </w:p>
    <w:p>
      <w:r>
        <w:rPr>
          <w:rFonts w:ascii="Gentium Plus" w:hAnsi="Gentium Plus"/>
          <w:sz w:val="24"/>
        </w:rPr>
        <w:t>νὴ Δία. Εἴ τις ἔσται τοῖς ἀνθρώποις πίστις, ὅτι θεωρημάτων ἀριθμοὶ καὶ μαθήματα ἄττα ἐπὶ τὴν ψυ‐ χὴν ἐλθόντα τὴν ἀρετὴν αὐτοῖς συνεισάγει, πολλοῦ μέντ’ ἂν ἦν ἄξιον τὸ τῶν σοφιστῶν γένος, τὸ πολυ‐</w:t>
      </w:r>
    </w:p>
    <w:p>
      <w:r>
        <w:rPr>
          <w:rFonts w:ascii="Courier New" w:hAnsi="Courier New"/>
          <w:color w:val="555555"/>
          <w:sz w:val="20"/>
        </w:rPr>
        <w:t>[5]</w:t>
      </w:r>
    </w:p>
    <w:p>
      <w:r>
        <w:rPr>
          <w:rFonts w:ascii="Gentium Plus" w:hAnsi="Gentium Plus"/>
          <w:sz w:val="24"/>
        </w:rPr>
        <w:t>μαθὲς τοῦτο καὶ πολύλογον καὶ πολλῶν μεστὸν μαθη‐ μάτων, καπηλεῦον ταῦτα, καὶ ἀπεμπολοῦν τοῖς δεο‐ μένοις· ἀγορὰ πρόκειται ἀρετῆς, ὤνιον τὸ χρῆμα.</w:t>
      </w:r>
    </w:p>
    <w:p>
      <w:r>
        <w:rPr>
          <w:rFonts w:ascii="Courier New" w:hAnsi="Courier New"/>
          <w:color w:val="555555"/>
          <w:sz w:val="20"/>
        </w:rPr>
        <w:t>[27 . 9 a]</w:t>
      </w:r>
    </w:p>
    <w:p>
      <w:r>
        <w:rPr>
          <w:rFonts w:ascii="Gentium Plus" w:hAnsi="Gentium Plus"/>
          <w:sz w:val="24"/>
        </w:rPr>
        <w:t>Εἰ δ’ οἱ μὲν λόγοι σαφεῖς καὶ πρόχειροι, καὶ μεστὰ πάντα διδασκάλων καὶ μαθημάτων, ἀντιτυπεῖ δὲ ἔν‐ δοθεν ταῖς τῶν λόγων ὁδοῖς παθήματα χαλεπὰ καὶ ἄγρια, καὶ ἐθισμοὶ φαῦλοι, καὶ ἀσκήσεις ἄδικοι, καὶ</w:t>
      </w:r>
    </w:p>
    <w:p>
      <w:r>
        <w:rPr>
          <w:rFonts w:ascii="Courier New" w:hAnsi="Courier New"/>
          <w:color w:val="555555"/>
          <w:sz w:val="20"/>
        </w:rPr>
        <w:t>[5]</w:t>
      </w:r>
    </w:p>
    <w:p>
      <w:r>
        <w:rPr>
          <w:rFonts w:ascii="Gentium Plus" w:hAnsi="Gentium Plus"/>
          <w:sz w:val="24"/>
        </w:rPr>
        <w:t>ἐπιθυμίαι ἀλλόκοτοι, καὶ τροφαὶ πονηροί, ἐνθυμητέον,</w:t>
      </w:r>
    </w:p>
    <w:p>
      <w:r>
        <w:rPr>
          <w:rFonts w:ascii="Courier New" w:hAnsi="Courier New"/>
          <w:color w:val="555555"/>
          <w:sz w:val="20"/>
        </w:rPr>
        <w:t>[27 . 9 b]</w:t>
      </w:r>
    </w:p>
    <w:p>
      <w:r>
        <w:rPr>
          <w:rFonts w:ascii="Gentium Plus" w:hAnsi="Gentium Plus"/>
          <w:sz w:val="24"/>
        </w:rPr>
        <w:t>ὅτι ‘φύσεως δεῖ πρῶτον χρηστῆς, ὥσπερ κρηπῖδος ἀν‐ ισταμένῳ τειχίῳ· καὶ μετὰ τοῦτο τροφῆς καὶ ἔθους πρὸς σωτηρίαν τῆς φύσεως· ὑφ’ ὧν φιλία τῇ ψυχῇ ἐγγίγνεται πρὸς τὰ καλὰ πάντα, συντρεφομένη τοῖς</w:t>
      </w:r>
    </w:p>
    <w:p>
      <w:r>
        <w:rPr>
          <w:rFonts w:ascii="Courier New" w:hAnsi="Courier New"/>
          <w:color w:val="555555"/>
          <w:sz w:val="20"/>
        </w:rPr>
        <w:t>[5]</w:t>
      </w:r>
    </w:p>
    <w:p>
      <w:r>
        <w:rPr>
          <w:rFonts w:ascii="Gentium Plus" w:hAnsi="Gentium Plus"/>
          <w:sz w:val="24"/>
        </w:rPr>
        <w:t>χρόνοις, καὶ συνθέουσα ταῖς ἡλικίαις· ἐπὶ δὲ τούτοις προσελθεῖν δεῖ τέχνην ἐπισφραγιζομένην βεβαιότητι</w:t>
      </w:r>
    </w:p>
    <w:p>
      <w:r>
        <w:rPr>
          <w:rFonts w:ascii="Courier New" w:hAnsi="Courier New"/>
          <w:color w:val="555555"/>
          <w:sz w:val="20"/>
        </w:rPr>
        <w:t>[27 . 9 c]</w:t>
      </w:r>
    </w:p>
    <w:p>
      <w:r>
        <w:rPr>
          <w:rFonts w:ascii="Gentium Plus" w:hAnsi="Gentium Plus"/>
          <w:sz w:val="24"/>
        </w:rPr>
        <w:t>τὰ τῶν παθῶν μέτρα.‘ Οὕτω γίγνεται εὐδαίμων ψυχή, καὶ βίος ὑγιής, καὶ δόξαι ὀρθαί, ὑπὸ ἁρμονίας καὶ</w:t>
      </w:r>
    </w:p>
    <w:p>
      <w:r>
        <w:rPr>
          <w:rFonts w:ascii="Courier New" w:hAnsi="Courier New"/>
          <w:color w:val="555555"/>
          <w:sz w:val="20"/>
        </w:rPr>
        <w:t>[27 . 9 d*]</w:t>
      </w:r>
    </w:p>
    <w:p>
      <w:r>
        <w:rPr>
          <w:rFonts w:ascii="Gentium Plus" w:hAnsi="Gentium Plus"/>
          <w:sz w:val="24"/>
        </w:rPr>
        <w:t>κράσεως συνταττόμεναι. Ταῦτα νομοθετεῖ θεός, ταῦτα ἀποφαίνει ἄνδρα ἀγαθόν· ἀγωγὴ παθῶν ὑπὸ τοῦ λό‐ γου, καὶ πειθαρχία πρὸς ἐπιστήμην ἑκούσιος· μοχθηρία</w:t>
      </w:r>
    </w:p>
    <w:p>
      <w:pPr>
        <w:jc w:val="center"/>
      </w:pPr>
      <w:r>
        <w:rPr>
          <w:rFonts w:ascii="Gentium Plus" w:hAnsi="Gentium Plus"/>
          <w:b/>
          <w:sz w:val="24"/>
        </w:rPr>
        <w:t>Πῶς ἄν τις ἄλυπος εἴη.</w:t>
      </w:r>
    </w:p>
    <w:p>
      <w:r>
        <w:rPr>
          <w:rFonts w:ascii="Courier New" w:hAnsi="Courier New"/>
          <w:color w:val="555555"/>
          <w:sz w:val="20"/>
        </w:rPr>
        <w:t>[1]</w:t>
      </w:r>
    </w:p>
    <w:p>
      <w:r>
        <w:rPr>
          <w:rFonts w:ascii="Gentium Plus" w:hAnsi="Gentium Plus"/>
          <w:sz w:val="24"/>
        </w:rPr>
        <w:t>Πῶς ἄν τις ἀλυπίαν τῇ ψυχῇ περιποιήσαιτο; ἢ δεῖ κἀνταῦθα ἰατροῦ, καθάπερ ἐν ταῖς τοῦ σώματος ὀδύ‐ ναις, καὶ πρὸς τῷ ἰατρῷ φαρμάκων τινῶν, καὶ διαίτης</w:t>
      </w:r>
    </w:p>
    <w:p>
      <w:r>
        <w:rPr>
          <w:rFonts w:ascii="Courier New" w:hAnsi="Courier New"/>
          <w:color w:val="555555"/>
          <w:sz w:val="20"/>
        </w:rPr>
        <w:t>[28 . 1 b]</w:t>
      </w:r>
    </w:p>
    <w:p>
      <w:r>
        <w:rPr>
          <w:rFonts w:ascii="Gentium Plus" w:hAnsi="Gentium Plus"/>
          <w:sz w:val="24"/>
        </w:rPr>
        <w:t>κεκραμένης πρὸς ὑγίειαν καλῶς; Τίς οὖν ὑμῖν γένοιτο ψυχῆς ἰατρός; καὶ ποῖα τὰ φάρμακα; καὶ πρὸ τῆς δι‐ αίτης αὐτὸς τρόπος; Ἐγὼ μὲν ὑπὸ φιλίας πρὸς τὰ ἀρχαῖα πάντα οὐ διαιρῶ τὰς τέχνας, πείθομαι δὲ τοῖς</w:t>
      </w:r>
    </w:p>
    <w:p>
      <w:r>
        <w:rPr>
          <w:rFonts w:ascii="Courier New" w:hAnsi="Courier New"/>
          <w:color w:val="555555"/>
          <w:sz w:val="20"/>
        </w:rPr>
        <w:t>[5]</w:t>
      </w:r>
    </w:p>
    <w:p>
      <w:r>
        <w:rPr>
          <w:rFonts w:ascii="Gentium Plus" w:hAnsi="Gentium Plus"/>
          <w:sz w:val="24"/>
        </w:rPr>
        <w:t>ποιηταῖς, ὅτι ἦν ἐν Πηλίῳ ἀνὴρ ἰατρικός· Χείρωνα αὐτὸν καλοῦσιν, ἡ δὲ τέχνη τῷ Χείρωνι ἦν τείνουσα</w:t>
      </w:r>
    </w:p>
    <w:p>
      <w:r>
        <w:rPr>
          <w:rFonts w:ascii="Courier New" w:hAnsi="Courier New"/>
          <w:color w:val="555555"/>
          <w:sz w:val="20"/>
        </w:rPr>
        <w:t>[28 . 1 c]</w:t>
      </w:r>
    </w:p>
    <w:p>
      <w:r>
        <w:rPr>
          <w:rFonts w:ascii="Gentium Plus" w:hAnsi="Gentium Plus"/>
          <w:sz w:val="24"/>
        </w:rPr>
        <w:t>ἐφ’ ἑκάτερα· καὶ γὰρ τὸ σῶμα ἐξεπόνει τῶν προσιόν‐ των αὐτῷ εἰς τὸ ἀκρότατον τοῦ ὑγιεινοῦ θήραις καὶ ὀρειβασίαις καὶ δρόμοις καὶ εὐναῖς ἐπὶ στιβάδων καὶ</w:t>
      </w:r>
    </w:p>
    <w:p>
      <w:r>
        <w:rPr>
          <w:rFonts w:ascii="Courier New" w:hAnsi="Courier New"/>
          <w:color w:val="555555"/>
          <w:sz w:val="20"/>
        </w:rPr>
        <w:t>[28 . 1 d]</w:t>
      </w:r>
    </w:p>
    <w:p>
      <w:r>
        <w:rPr>
          <w:rFonts w:ascii="Gentium Plus" w:hAnsi="Gentium Plus"/>
          <w:sz w:val="24"/>
        </w:rPr>
        <w:t>σιτίοις ἐξ ἄγρας καὶ πώμασιν ἐκ ναμάτων· καὶ τὴν ψυχὴν ἐπεμελεῖτο μηδὲν ἀπολείπεσθαι τῶν σωμάτων εὐκινησίᾳ λογισμῶν καὶ τῷ ἀνδρώδει τῶν παθημάτων· καὶ διὰ τοῦτο ἄρα ἰατρικώτατός τε καὶ δικαιότατος</w:t>
      </w:r>
    </w:p>
    <w:p>
      <w:r>
        <w:rPr>
          <w:rFonts w:ascii="Courier New" w:hAnsi="Courier New"/>
          <w:color w:val="555555"/>
          <w:sz w:val="20"/>
        </w:rPr>
        <w:t>[5]</w:t>
      </w:r>
    </w:p>
    <w:p>
      <w:r>
        <w:rPr>
          <w:rFonts w:ascii="Gentium Plus" w:hAnsi="Gentium Plus"/>
          <w:sz w:val="24"/>
        </w:rPr>
        <w:t>ὁμοῦ ἔδοξεν εἶναι ὁ αὐτός, δύο ὀνόματα τέχνῃ μιᾷ</w:t>
      </w:r>
    </w:p>
    <w:p>
      <w:r>
        <w:rPr>
          <w:rFonts w:ascii="Courier New" w:hAnsi="Courier New"/>
          <w:color w:val="555555"/>
          <w:sz w:val="20"/>
        </w:rPr>
        <w:t>[28 . 1 e]</w:t>
      </w:r>
    </w:p>
    <w:p>
      <w:r>
        <w:rPr>
          <w:rFonts w:ascii="Gentium Plus" w:hAnsi="Gentium Plus"/>
          <w:sz w:val="24"/>
        </w:rPr>
        <w:t>ἐπιφημισάντων τῶν ποιητῶν. Εἰ δὲ ἐν τῷ παρόντι διέστη〈κεν καὶ διεστα〉σίασται πρὸς ἑαυτὴν ἡ τέχνη, μήπω σοι τοῦτο θαυμαστὸν φανῇ, πρὶν ἄν μοι δείξῃς καὶ τὴν τέχνην μίαν τὲ οὖσαν καὶ ἠθροισμένην,</w:t>
      </w:r>
    </w:p>
    <w:p>
      <w:r>
        <w:rPr>
          <w:rFonts w:ascii="Courier New" w:hAnsi="Courier New"/>
          <w:color w:val="555555"/>
          <w:sz w:val="20"/>
        </w:rPr>
        <w:t>[5]</w:t>
      </w:r>
    </w:p>
    <w:p>
      <w:r>
        <w:rPr>
          <w:rFonts w:ascii="Gentium Plus" w:hAnsi="Gentium Plus"/>
          <w:sz w:val="24"/>
        </w:rPr>
        <w:t>ἀλλ’ οὐ διαλαχοῦσαν τοῦ σώματος τὰ χωρία, ἄλλην ἄλλό τι, τὴν μὲν ὀφθαλμούς, τὴν δὲ νῶτα, τὴν δὲ ἄλλό τι μόριον, καὶ κινδυνεύουσαν, κατασμικρυνομένην ἑκά‐ στοτε εἰς λεπτὰ καὶ ἀγεννῆ μόρια, ἀφανισθῆναι παντά‐</w:t>
      </w:r>
    </w:p>
    <w:p>
      <w:r>
        <w:rPr>
          <w:rFonts w:ascii="Courier New" w:hAnsi="Courier New"/>
          <w:color w:val="555555"/>
          <w:sz w:val="20"/>
        </w:rPr>
        <w:t>[28 . 1 f]</w:t>
      </w:r>
    </w:p>
    <w:p>
      <w:r>
        <w:rPr>
          <w:rFonts w:ascii="Gentium Plus" w:hAnsi="Gentium Plus"/>
          <w:sz w:val="24"/>
        </w:rPr>
        <w:t>πασι· καθάπερ τὴν Μακεδόνων φασὶν ἀρχὴν ἐμπε‐ σοῦσαν εἰς ἄνδρας πολλούς, οὐκ ἀξιουμένους βασιλείας ὅλης, μετὰ τὸν Ἀλέξανδρον.</w:t>
      </w:r>
    </w:p>
    <w:p>
      <w:r>
        <w:rPr>
          <w:rFonts w:ascii="Courier New" w:hAnsi="Courier New"/>
          <w:color w:val="555555"/>
          <w:sz w:val="20"/>
        </w:rPr>
        <w:t>[28 . 2 a]</w:t>
      </w:r>
    </w:p>
    <w:p>
      <w:r>
        <w:rPr>
          <w:rFonts w:ascii="Gentium Plus" w:hAnsi="Gentium Plus"/>
          <w:sz w:val="24"/>
        </w:rPr>
        <w:t>Τί δὴ οὖν ὁ Χείρων ἦλθεν ἡμῖν δεῦρο ἐπὶ τὸν</w:t>
      </w:r>
    </w:p>
    <w:p>
      <w:r>
        <w:rPr>
          <w:rFonts w:ascii="Courier New" w:hAnsi="Courier New"/>
          <w:color w:val="555555"/>
          <w:sz w:val="20"/>
        </w:rPr>
        <w:t>[28 . 2 b]</w:t>
      </w:r>
    </w:p>
    <w:p>
      <w:r>
        <w:rPr>
          <w:rFonts w:ascii="Gentium Plus" w:hAnsi="Gentium Plus"/>
          <w:sz w:val="24"/>
        </w:rPr>
        <w:t>λόγον; Φέρε, ἴδω μετὰ σοῦ, εἰ μὴ ἐν δέοντι, εἴπερ γάρ μοι καλεῖς τι ὀδύνην σώματος· καλεῖς μέντοι.</w:t>
      </w:r>
    </w:p>
    <w:p>
      <w:r>
        <w:rPr>
          <w:rFonts w:ascii="Courier New" w:hAnsi="Courier New"/>
          <w:color w:val="555555"/>
          <w:sz w:val="20"/>
        </w:rPr>
        <w:t>[5]</w:t>
      </w:r>
    </w:p>
    <w:p>
      <w:r>
        <w:rPr>
          <w:rFonts w:ascii="Gentium Plus" w:hAnsi="Gentium Plus"/>
          <w:sz w:val="24"/>
        </w:rPr>
        <w:t>τὴν κατὰ φύσιν οὐσίαν, καθάπερ σίδηρον πῦρ, αὐτὸ τοῦτο, ὃ καλοῦμεν πῦρ· ὑποκοριζόμενοι δ’ οἱ ἰατρικοὶ μετέβαλλον τοὔνομα, ὡς ἔλαττον ἡμῖν τὸ δεινὸν φα‐</w:t>
      </w:r>
    </w:p>
    <w:p>
      <w:r>
        <w:rPr>
          <w:rFonts w:ascii="Courier New" w:hAnsi="Courier New"/>
          <w:color w:val="555555"/>
          <w:sz w:val="20"/>
        </w:rPr>
        <w:t>[28 . 2 c]</w:t>
      </w:r>
    </w:p>
    <w:p>
      <w:r>
        <w:rPr>
          <w:rFonts w:ascii="Gentium Plus" w:hAnsi="Gentium Plus"/>
          <w:sz w:val="24"/>
        </w:rPr>
        <w:t>νούμενον, εἰ πυρετὸς καλοῖτο, ἀλλὰ μὴ πῦρ. Ἕτερον δ’ αὖ ἐστιν ὀδύνης γένος, ἐπειδὰν μόριον μὲν ᾖ τὸ τὴν αἰτίαν ἔχον καὶ τὴν πηγὴν τοῦ νοσήματος, ὁρμη‐ θὲν δὲ ἐντεῦθεν τὸ δεινὸν συνελκύσῃ τὲ καὶ συν‐</w:t>
      </w:r>
    </w:p>
    <w:p>
      <w:r>
        <w:rPr>
          <w:rFonts w:ascii="Courier New" w:hAnsi="Courier New"/>
          <w:color w:val="555555"/>
          <w:sz w:val="20"/>
        </w:rPr>
        <w:t>[28 . 2 d]</w:t>
      </w:r>
    </w:p>
    <w:p>
      <w:r>
        <w:rPr>
          <w:rFonts w:ascii="Gentium Plus" w:hAnsi="Gentium Plus"/>
          <w:sz w:val="24"/>
        </w:rPr>
        <w:t>επισπάσηται τῇ ὀδύνῃ καὶ τὸ ἄλλο σῶμα πᾶν· καὶ ἔστιν οὕτω δή τις ὀξύτατος ὁ τοῦ ἀλγεῖν δρόμος ἐπὶ τὸ ὑγιαῖνον ἀπὸ τοῦ κάμνοντος, ὡς μάθοις ἂν τῷ προσπταίσματι ἄκρῳ τῷ ποδί· ἐκ γὰρ ὀνύχων, φασίν,</w:t>
      </w:r>
    </w:p>
    <w:p>
      <w:r>
        <w:rPr>
          <w:rFonts w:ascii="Courier New" w:hAnsi="Courier New"/>
          <w:color w:val="555555"/>
          <w:sz w:val="20"/>
        </w:rPr>
        <w:t>[5]</w:t>
      </w:r>
    </w:p>
    <w:p>
      <w:r>
        <w:rPr>
          <w:rFonts w:ascii="Gentium Plus" w:hAnsi="Gentium Plus"/>
          <w:sz w:val="24"/>
        </w:rPr>
        <w:t>ἐπὶ τὴν κεφαλὴν τὸ ἀλγεινὸν ἀκαρεὶ θεῖ. Τοῦτο δὲ οἴει γίγνεσθαι ἄν, εἰ μὴ ἐτύγχανεν ἡ ψυχὴ διειληφυῖα τὸ σῶμα πᾶν πάντοθεν, καὶ ἀνακεκραμένη αὐτῷ, κα‐</w:t>
      </w:r>
    </w:p>
    <w:p>
      <w:r>
        <w:rPr>
          <w:rFonts w:ascii="Courier New" w:hAnsi="Courier New"/>
          <w:color w:val="555555"/>
          <w:sz w:val="20"/>
        </w:rPr>
        <w:t>[28 . 2 e]</w:t>
      </w:r>
    </w:p>
    <w:p>
      <w:r>
        <w:rPr>
          <w:rFonts w:ascii="Gentium Plus" w:hAnsi="Gentium Plus"/>
          <w:sz w:val="24"/>
        </w:rPr>
        <w:t>θάπερ τὸ φῶς τῷ ἀέρι; ἢ μᾶλλον οὑτωσὶ λέγωμεν· καθάπερ αἱ τῶν θυμιαμάτων ὀδμαὶ καὶ τοῖς πόρρω</w:t>
      </w:r>
    </w:p>
    <w:p>
      <w:r>
        <w:rPr>
          <w:rFonts w:ascii="Courier New" w:hAnsi="Courier New"/>
          <w:color w:val="555555"/>
          <w:sz w:val="20"/>
        </w:rPr>
        <w:t>[5]</w:t>
      </w:r>
    </w:p>
    <w:p>
      <w:r>
        <w:rPr>
          <w:rFonts w:ascii="Gentium Plus" w:hAnsi="Gentium Plus"/>
          <w:sz w:val="24"/>
        </w:rPr>
        <w:t>ρωθεν ἔρχεται ὡς ἐπιγράψαντα καὶ ταῦτα τὸν ἀέρα τῇ αὑτῶν φύσει· ταύτῃ νόμιζε καὶ τὴν ψυχὴν πανταχοῦ διεληλυθέναι, καὶ μηδὲν εἶναι ἄψυχον σώματος μέρος·</w:t>
      </w:r>
    </w:p>
    <w:p>
      <w:r>
        <w:rPr>
          <w:rFonts w:ascii="Courier New" w:hAnsi="Courier New"/>
          <w:color w:val="555555"/>
          <w:sz w:val="20"/>
        </w:rPr>
        <w:t>[28 . 2 f]</w:t>
      </w:r>
    </w:p>
    <w:p>
      <w:r>
        <w:rPr>
          <w:rFonts w:ascii="Gentium Plus" w:hAnsi="Gentium Plus"/>
          <w:sz w:val="24"/>
        </w:rPr>
        <w:t>τρίχας δὲ καὶ ὄνυχας ἐξαιρετέον λόγου· καὶ γὰρ τῶν δένδρων τὰ φύλλα· καὶ γὰρ ταῦτά ἐστιν, ὅσα ἐν</w:t>
      </w:r>
    </w:p>
    <w:p>
      <w:r>
        <w:rPr>
          <w:rFonts w:ascii="Courier New" w:hAnsi="Courier New"/>
          <w:color w:val="555555"/>
          <w:sz w:val="20"/>
        </w:rPr>
        <w:t>[28 . 2 g]</w:t>
      </w:r>
    </w:p>
    <w:p>
      <w:r>
        <w:rPr>
          <w:rFonts w:ascii="Gentium Plus" w:hAnsi="Gentium Plus"/>
          <w:sz w:val="24"/>
        </w:rPr>
        <w:t>φυτοῖς τὰ ἀναισθητότατα. Οὕτω δὴ πρὸς τὸ σῶμα ἡ ψυχὴ ἔχουσα, ἀνακέκραται αὐτοῦ ταῖς λύπαις καὶ ταῖς ἡδοναῖς. Καὶ τὸ ἀλγεῖν ἔστιν αἰτία μὲν σώματος,</w:t>
      </w:r>
    </w:p>
    <w:p>
      <w:r>
        <w:rPr>
          <w:rFonts w:ascii="Courier New" w:hAnsi="Courier New"/>
          <w:color w:val="555555"/>
          <w:sz w:val="20"/>
        </w:rPr>
        <w:t>[28 . 2 h]</w:t>
      </w:r>
    </w:p>
    <w:p>
      <w:r>
        <w:rPr>
          <w:rFonts w:ascii="Gentium Plus" w:hAnsi="Gentium Plus"/>
          <w:sz w:val="24"/>
        </w:rPr>
        <w:t>ψυχῇ δὲ πάθος. Μία μὲν δὴ αὕτη χορηγία ὀδύνης τῷ ἀνθρώπῳ. Δευτέρα δὲ ἥδε, ἔμπαλιν αὖθις αὖ</w:t>
      </w:r>
    </w:p>
    <w:p>
      <w:r>
        <w:rPr>
          <w:rFonts w:ascii="Courier New" w:hAnsi="Courier New"/>
          <w:color w:val="555555"/>
          <w:sz w:val="20"/>
        </w:rPr>
        <w:t>[28 . 2 i]</w:t>
      </w:r>
    </w:p>
    <w:p>
      <w:r>
        <w:rPr>
          <w:rFonts w:ascii="Gentium Plus" w:hAnsi="Gentium Plus"/>
          <w:sz w:val="24"/>
        </w:rPr>
        <w:t>πρὸς τὴν προτέραν ἔχουσα· ἀπὸ γὰρ τῆς ψυχῆς αὕτη ἔρχεται, καὶ τελευτᾷ ἐπὶ τὸ σῶμα. Ψυχῆς γοῦν κα‐ μούσης λύπῃ, συγκάμνει τοι σῶμα τὶ καὶ ὑποτήκεται τοῦτο μὲν ἐκ τῶν ὀφθαλμῶν ἀπολεῖβον δάκρυα, τοῦτο</w:t>
      </w:r>
    </w:p>
    <w:p>
      <w:r>
        <w:rPr>
          <w:rFonts w:ascii="Courier New" w:hAnsi="Courier New"/>
          <w:color w:val="555555"/>
          <w:sz w:val="20"/>
        </w:rPr>
        <w:t>[5]</w:t>
      </w:r>
    </w:p>
    <w:p>
      <w:r>
        <w:rPr>
          <w:rFonts w:ascii="Gentium Plus" w:hAnsi="Gentium Plus"/>
          <w:sz w:val="24"/>
        </w:rPr>
        <w:t>δὲ πᾶν ὠχραινόμενον καὶ ἰσχναινόμενον· ὁποῖα αἱ ἐξ ἐρώτων λῦπαι ἀπεργάζονται, καὶ διὰ πενίαν τρυχώσεις, καὶ διὰ πένθη ἀκοιμιστίαι. Ἀποπέμπουσιν δὲ τῷ σώ‐ ματι ὀδύνας καὶ θυμοὶ καὶ ὀργαὶ καὶ φθόνοι, καὶ τῶν τῆς ψυχῆς παρὰ μέλος κινημάτων οὐδὲν ὁτιοῦν.</w:t>
      </w:r>
    </w:p>
    <w:p>
      <w:r>
        <w:rPr>
          <w:rFonts w:ascii="Courier New" w:hAnsi="Courier New"/>
          <w:color w:val="555555"/>
          <w:sz w:val="20"/>
        </w:rPr>
        <w:t>[28 . 3 a]</w:t>
      </w:r>
    </w:p>
    <w:p>
      <w:r>
        <w:rPr>
          <w:rFonts w:ascii="Gentium Plus" w:hAnsi="Gentium Plus"/>
          <w:sz w:val="24"/>
        </w:rPr>
        <w:t>Τί δὴ οὖν τούτων ἐπιμέμνημαι; Ὅτι τὸ ἀλγεῖν καὶ ἀπὸ ψυχῆς σώματι ἐπιπεμπόμενον, καὶ ἀπὸ σώματος ἐπὶ ψυχὴν παραγινόμενον, εἰκότως ἄρα δέοιτο ἂν καὶ ἰατρικῆς μιᾶς πρὸς ἀλυπίαν, καθάπερ ὁ Εὔριππος</w:t>
      </w:r>
    </w:p>
    <w:p>
      <w:r>
        <w:rPr>
          <w:rFonts w:ascii="Courier New" w:hAnsi="Courier New"/>
          <w:color w:val="555555"/>
          <w:sz w:val="20"/>
        </w:rPr>
        <w:t>[5]</w:t>
      </w:r>
    </w:p>
    <w:p>
      <w:r>
        <w:rPr>
          <w:rFonts w:ascii="Gentium Plus" w:hAnsi="Gentium Plus"/>
          <w:sz w:val="24"/>
        </w:rPr>
        <w:t>κυβερνητικῆς μιᾶς πρὸς εὔπλοιαν. Καὶ τοῦτο μὲν</w:t>
      </w:r>
    </w:p>
    <w:p>
      <w:r>
        <w:rPr>
          <w:rFonts w:ascii="Courier New" w:hAnsi="Courier New"/>
          <w:color w:val="555555"/>
          <w:sz w:val="20"/>
        </w:rPr>
        <w:t>[28 . 3 b]</w:t>
      </w:r>
    </w:p>
    <w:p>
      <w:r>
        <w:rPr>
          <w:rFonts w:ascii="Gentium Plus" w:hAnsi="Gentium Plus"/>
          <w:sz w:val="24"/>
        </w:rPr>
        <w:t>ταῦτά μοι ἔστω ἀποπεφασμένον· τὴν δὲ ἰατρικὴν αὐτήν, ἥτις ἀμυνεῖται τὰ δεινὰ ἀμφοτέρωθεν ἐπιόντα, τίς ἡμῖν λέξει; Ἐγὼ μὲν γὰρ ἀπορῶ, εἴ τινα ἐξευρήσω δεινὸν τὴν τέχνην κατὰ τὸν Χείρωνα κεῖνον, ἵνα μοι</w:t>
      </w:r>
    </w:p>
    <w:p>
      <w:r>
        <w:rPr>
          <w:rFonts w:ascii="Courier New" w:hAnsi="Courier New"/>
          <w:color w:val="555555"/>
          <w:sz w:val="20"/>
        </w:rPr>
        <w:t>[5]</w:t>
      </w:r>
    </w:p>
    <w:p>
      <w:r>
        <w:rPr>
          <w:rFonts w:ascii="Gentium Plus" w:hAnsi="Gentium Plus"/>
          <w:sz w:val="24"/>
        </w:rPr>
        <w:t>διπλᾶ τἀγαθὰ ἔλθῃ· καὶ οὔτε πιστεύω τῷ τεχνιτεύ‐ ματι (τὸ γὰρ ἔργον μέγα, τῆς Ὄσσης καὶ τοῦ Ὀλύμ‐ που ὑψηλότερον), οὔτε ἀπιστῷ κομιδῇ. Τί γὰρ οὐκ ἂν ἐθελήσασα πάντολμος ψυχὴ ἐπιτεχνήσαιτο;</w:t>
      </w:r>
    </w:p>
    <w:p>
      <w:r>
        <w:rPr>
          <w:rFonts w:ascii="Courier New" w:hAnsi="Courier New"/>
          <w:color w:val="555555"/>
          <w:sz w:val="20"/>
        </w:rPr>
        <w:t>[28 . 4 a]</w:t>
      </w:r>
    </w:p>
    <w:p>
      <w:r>
        <w:rPr>
          <w:rFonts w:ascii="Gentium Plus" w:hAnsi="Gentium Plus"/>
          <w:sz w:val="24"/>
        </w:rPr>
        <w:t>Διὰ μέσου δὴ ἥκων πίστεως καὶ ἀπιστίας, καὶ πρὸς</w:t>
      </w:r>
    </w:p>
    <w:p>
      <w:r>
        <w:rPr>
          <w:rFonts w:ascii="Courier New" w:hAnsi="Courier New"/>
          <w:color w:val="555555"/>
          <w:sz w:val="20"/>
        </w:rPr>
        <w:t>[5]</w:t>
      </w:r>
    </w:p>
    <w:p>
      <w:r>
        <w:rPr>
          <w:rFonts w:ascii="Gentium Plus" w:hAnsi="Gentium Plus"/>
          <w:sz w:val="24"/>
        </w:rPr>
        <w:t>τοῦ κρείττονος τὴν τοῦ ἑτέρου ἐλάττωσιν ἐξιωμένην.</w:t>
      </w:r>
    </w:p>
    <w:p>
      <w:r>
        <w:rPr>
          <w:rFonts w:ascii="Courier New" w:hAnsi="Courier New"/>
          <w:color w:val="555555"/>
          <w:sz w:val="20"/>
        </w:rPr>
        <w:t>[28 . 4 b]</w:t>
      </w:r>
    </w:p>
    <w:p>
      <w:r>
        <w:rPr>
          <w:rFonts w:ascii="Gentium Plus" w:hAnsi="Gentium Plus"/>
          <w:sz w:val="24"/>
        </w:rPr>
        <w:t>Ὑπῆλθεν γάρ με λέγοντα ὁμοῦ τὸ τοῦ Σωκράτους πρὸς τὸν Χαρμίδην, οὐκ αὐτὸ ἐκεῖνο, ἡ Θρᾴκιος ἐπῳδή,</w:t>
      </w:r>
    </w:p>
    <w:p>
      <w:r>
        <w:rPr>
          <w:rFonts w:ascii="Courier New" w:hAnsi="Courier New"/>
          <w:color w:val="555555"/>
          <w:sz w:val="20"/>
        </w:rPr>
        <w:t>[28 . 4 c]</w:t>
      </w:r>
    </w:p>
    <w:p>
      <w:r>
        <w:rPr>
          <w:rFonts w:ascii="Gentium Plus" w:hAnsi="Gentium Plus"/>
          <w:sz w:val="24"/>
        </w:rPr>
        <w:t>ἀλλὰ ἀντιστρόφως. Ὁ μὲν γὰρ φησὶν σὺν τῷ ὅλῳ ἰᾶσθαι καὶ τὸ μέρος, καὶ ἀδύνατον εἶναι σωτηρίαν παραγίνεσθαι τῷ μορίῳ, πρὶν καὶ τῷ παντὶ ἔλθῃ· ὀρθῶς λέγων, κἀγὼ πείθομαι, ὅσα γε ἐπὶ σώματος·</w:t>
      </w:r>
    </w:p>
    <w:p>
      <w:r>
        <w:rPr>
          <w:rFonts w:ascii="Courier New" w:hAnsi="Courier New"/>
          <w:color w:val="555555"/>
          <w:sz w:val="20"/>
        </w:rPr>
        <w:t>[28 . 4 d]</w:t>
      </w:r>
    </w:p>
    <w:p>
      <w:r>
        <w:rPr>
          <w:rFonts w:ascii="Gentium Plus" w:hAnsi="Gentium Plus"/>
          <w:sz w:val="24"/>
        </w:rPr>
        <w:t>ἐν δὲ τῇ ψυχῆς καὶ σώματος συζυγίᾳ ἀντιστρόφως φημὶ ἔχειν· ᾧ γὰρ ἂν τὸ μέρος καλῶς ἔχῃ, ἀνάγκη τὸ πᾶν τούτῳ ἔχειν καλῶς, οὐχ ὁποτερονοῦν τοῖν με‐ ροῖν, θάτερον δέ· ἡ γὰρ τοῦ χείρονος πρὸς τὸ κρεῖτ‐</w:t>
      </w:r>
    </w:p>
    <w:p>
      <w:r>
        <w:rPr>
          <w:rFonts w:ascii="Courier New" w:hAnsi="Courier New"/>
          <w:color w:val="555555"/>
          <w:sz w:val="20"/>
        </w:rPr>
        <w:t>[5]</w:t>
      </w:r>
    </w:p>
    <w:p>
      <w:r>
        <w:rPr>
          <w:rFonts w:ascii="Gentium Plus" w:hAnsi="Gentium Plus"/>
          <w:sz w:val="24"/>
        </w:rPr>
        <w:t>τον ὁμιλία ἐκ τῆς τοῦ κρείττονος σωτηρίας ἀνάπτει τὸ</w:t>
      </w:r>
    </w:p>
    <w:p>
      <w:r>
        <w:rPr>
          <w:rFonts w:ascii="Courier New" w:hAnsi="Courier New"/>
          <w:color w:val="555555"/>
          <w:sz w:val="20"/>
        </w:rPr>
        <w:t>[28 . 4 e]</w:t>
      </w:r>
    </w:p>
    <w:p>
      <w:r>
        <w:rPr>
          <w:rFonts w:ascii="Gentium Plus" w:hAnsi="Gentium Plus"/>
          <w:sz w:val="24"/>
        </w:rPr>
        <w:t>χεῖρον· ἤ σοι δοκεῖ ἄνθρωπος ὑγιαίνων τῇ ψυχῇ λόγον τινὰ ποιεῖσθαι προσπεσούσης ὀδύνης καὶ τραυμάτων ἤ τινος ἄλλης κακουχίας σωμάτων; οὐδαμῶς μὰ Δία.</w:t>
      </w:r>
    </w:p>
    <w:p>
      <w:r>
        <w:rPr>
          <w:rFonts w:ascii="Courier New" w:hAnsi="Courier New"/>
          <w:color w:val="555555"/>
          <w:sz w:val="20"/>
        </w:rPr>
        <w:t>[28 . 4 f]</w:t>
      </w:r>
    </w:p>
    <w:p>
      <w:r>
        <w:rPr>
          <w:rFonts w:ascii="Gentium Plus" w:hAnsi="Gentium Plus"/>
          <w:sz w:val="24"/>
        </w:rPr>
        <w:t>Ἐκείνην δὴ τὴν ἰατρικὴν μαστευτέον καὶ βασανιστέον, καὶ ἐκείνην τὴν ὑγίειαν ποριστέον καὶ ἐκθηρατέον, ᾗ τάχα μὲν καὶ περὶ τουτὶ τὸ σῶμα ῥᾳστώνη ἕψεται, εἰ δὲ μή, πάντως γε ἡ ὑπεροψία τῶν ἐν αὐτῷ δεινῶν.</w:t>
      </w:r>
    </w:p>
    <w:p>
      <w:pPr>
        <w:jc w:val="center"/>
      </w:pPr>
      <w:r>
        <w:rPr>
          <w:rFonts w:ascii="Gentium Plus" w:hAnsi="Gentium Plus"/>
          <w:b/>
          <w:sz w:val="24"/>
        </w:rPr>
        <w:t>Τί τέλος φιλοσοφίας.</w:t>
      </w:r>
    </w:p>
    <w:p>
      <w:r>
        <w:rPr>
          <w:rFonts w:ascii="Courier New" w:hAnsi="Courier New"/>
          <w:color w:val="555555"/>
          <w:sz w:val="20"/>
        </w:rPr>
        <w:t>[1]</w:t>
      </w:r>
    </w:p>
    <w:p>
      <w:r>
        <w:rPr>
          <w:rFonts w:ascii="Gentium Plus" w:hAnsi="Gentium Plus"/>
          <w:sz w:val="24"/>
        </w:rPr>
        <w:t>Ὁ μὲν Κροτωνιάτης ἐρᾷ κοτίνου Ὀλυμπικῆς, ὁ δὲ Ἀθηναῖος νίκης τριηρικῆς, ὁ δὲ Σπαρτιάτης ὁπλιτικῆς, ὁ Κρητικὸς θήρας, ὁ Συβαρίτης χλιδῆς, ὁ Θηβαῖος αὐλῶν, ὁ Ἴων χορῶν· καὶ ἔτι δ’ αὖ ὁ μὲν χρηματιστὴς</w:t>
      </w:r>
    </w:p>
    <w:p>
      <w:r>
        <w:rPr>
          <w:rFonts w:ascii="Courier New" w:hAnsi="Courier New"/>
          <w:color w:val="555555"/>
          <w:sz w:val="20"/>
        </w:rPr>
        <w:t>[5]</w:t>
      </w:r>
    </w:p>
    <w:p>
      <w:r>
        <w:rPr>
          <w:rFonts w:ascii="Gentium Plus" w:hAnsi="Gentium Plus"/>
          <w:sz w:val="24"/>
        </w:rPr>
        <w:t>χρυσοῦ, ὁ δὲ φίλοινος μέθης, ὁ δὲ μουσικὸς ἔρωτος,</w:t>
      </w:r>
    </w:p>
    <w:p>
      <w:r>
        <w:rPr>
          <w:rFonts w:ascii="Courier New" w:hAnsi="Courier New"/>
          <w:color w:val="555555"/>
          <w:sz w:val="20"/>
        </w:rPr>
        <w:t>[29 . 1 b]</w:t>
      </w:r>
    </w:p>
    <w:p>
      <w:r>
        <w:rPr>
          <w:rFonts w:ascii="Gentium Plus" w:hAnsi="Gentium Plus"/>
          <w:sz w:val="24"/>
        </w:rPr>
        <w:t>ὁ δὲ φιλῳδὸς μελῶν, ὁ δὲ ῥήτωρ λόγων· τουτὶ δὲ τὸ θρέμμα, ὃν καλοῦσιν οἱ ἄνθρωποι φιλόσοφον, πότερα</w:t>
      </w:r>
    </w:p>
    <w:p>
      <w:r>
        <w:rPr>
          <w:rFonts w:ascii="Courier New" w:hAnsi="Courier New"/>
          <w:color w:val="555555"/>
          <w:sz w:val="20"/>
        </w:rPr>
        <w:t>[5]</w:t>
      </w:r>
    </w:p>
    <w:p>
      <w:r>
        <w:rPr>
          <w:rFonts w:ascii="Gentium Plus" w:hAnsi="Gentium Plus"/>
          <w:sz w:val="24"/>
        </w:rPr>
        <w:t>καὶ κινουμένου καὶ φρονοῦντος, ἔχοντος ὁρμὰς καὶ αἰσθήσεις καὶ ὀρέξεις. Ἀλλὰ ἐφίεται μέν τινος, εἰπεῖν</w:t>
      </w:r>
    </w:p>
    <w:p>
      <w:r>
        <w:rPr>
          <w:rFonts w:ascii="Courier New" w:hAnsi="Courier New"/>
          <w:color w:val="555555"/>
          <w:sz w:val="20"/>
        </w:rPr>
        <w:t>[29 . 1 c]</w:t>
      </w:r>
    </w:p>
    <w:p>
      <w:r>
        <w:rPr>
          <w:rFonts w:ascii="Gentium Plus" w:hAnsi="Gentium Plus"/>
          <w:sz w:val="24"/>
        </w:rPr>
        <w:t>δὲ οὐκ ἔχει ξυλλήβδην ὀνόματι ἑνί, ὅτου ἐρᾷ. Εὐδαι‐ μονίας, φησί. Μακάριος τῆς εὐηθείας, εἰ οἴει τῶν παιδικῶν ἐκστήσεσθαί σοι ἕνα γέ τινα τῶν ἐκ τοῦ καταλόγου ἀνδρῶν, ἀλλ’ οὐκ ἀποκρίνεσθαι ἕκαστον,</w:t>
      </w:r>
    </w:p>
    <w:p>
      <w:r>
        <w:rPr>
          <w:rFonts w:ascii="Courier New" w:hAnsi="Courier New"/>
          <w:color w:val="555555"/>
          <w:sz w:val="20"/>
        </w:rPr>
        <w:t>[5]</w:t>
      </w:r>
    </w:p>
    <w:p>
      <w:r>
        <w:rPr>
          <w:rFonts w:ascii="Gentium Plus" w:hAnsi="Gentium Plus"/>
          <w:sz w:val="24"/>
        </w:rPr>
        <w:t>ὡς εὐδαιμονίας εἵνεκα ὁ μὲν ἀθλεῖ, ὁ δὲ πεινῇ, ὁ δὲ χρηματίζεται, ὁ δὲ κυνηγετεῖ, ὁ δὲ γεωργεῖ, ὁ δὲ πολε‐</w:t>
      </w:r>
    </w:p>
    <w:p>
      <w:r>
        <w:rPr>
          <w:rFonts w:ascii="Courier New" w:hAnsi="Courier New"/>
          <w:color w:val="555555"/>
          <w:sz w:val="20"/>
        </w:rPr>
        <w:t>[29 . 1 d]</w:t>
      </w:r>
    </w:p>
    <w:p>
      <w:r>
        <w:rPr>
          <w:rFonts w:ascii="Gentium Plus" w:hAnsi="Gentium Plus"/>
          <w:sz w:val="24"/>
        </w:rPr>
        <w:t>μεῖ, ὁ δὲ ἐρᾷ, ὁ δὲ ᾄδει, ὁ δὲ λέγει. Ἤτοι, εἰ ὁ Σαρδανάπαλλος ἐκεῖνος, ὁ τὸ σῶμα ἐκτετριμμένος, καὶ τὼ ὀφθαλμὼ ἐκτετηκώς, καὶ τὴν χαίτην δια‐</w:t>
      </w:r>
    </w:p>
    <w:p>
      <w:r>
        <w:rPr>
          <w:rFonts w:ascii="Courier New" w:hAnsi="Courier New"/>
          <w:color w:val="555555"/>
          <w:sz w:val="20"/>
        </w:rPr>
        <w:t>[5]</w:t>
      </w:r>
    </w:p>
    <w:p>
      <w:r>
        <w:rPr>
          <w:rFonts w:ascii="Gentium Plus" w:hAnsi="Gentium Plus"/>
          <w:sz w:val="24"/>
        </w:rPr>
        <w:t>ἐν βασιλείοις κατακεκλεισμένος, καὶ παλλακίσιν ἀναμε‐ μιγμένος, ἄλλό τι ἐδίωκεν, οὐκ εὐδαιμονίαν; οὐ γὰρ</w:t>
      </w:r>
    </w:p>
    <w:p>
      <w:r>
        <w:rPr>
          <w:rFonts w:ascii="Courier New" w:hAnsi="Courier New"/>
          <w:color w:val="555555"/>
          <w:sz w:val="20"/>
        </w:rPr>
        <w:t>[29 . 1 e]</w:t>
      </w:r>
    </w:p>
    <w:p>
      <w:r>
        <w:rPr>
          <w:rFonts w:ascii="Gentium Plus" w:hAnsi="Gentium Plus"/>
          <w:sz w:val="24"/>
        </w:rPr>
        <w:t>δὴ κακοδαίμων ἑκὼν ἦν. Τί δέ; ὁ Πέρσης ὁ τὰ Αἰ‐ γυπτίων ἱερὰ ἀφανίζων πυρί, καὶ λοιδορούμενος τῷ ποταμῷ, καὶ καταθύων τὸν βοῦν τὸν Ἄπιν, ἄλλό τι</w:t>
      </w:r>
    </w:p>
    <w:p>
      <w:r>
        <w:rPr>
          <w:rFonts w:ascii="Courier New" w:hAnsi="Courier New"/>
          <w:color w:val="555555"/>
          <w:sz w:val="20"/>
        </w:rPr>
        <w:t>[29 . 1 f]</w:t>
      </w:r>
    </w:p>
    <w:p>
      <w:r>
        <w:rPr>
          <w:rFonts w:ascii="Gentium Plus" w:hAnsi="Gentium Plus"/>
          <w:sz w:val="24"/>
        </w:rPr>
        <w:t>ἢ καὶ οὗτος ἐπὶ ταὐτὰ σπεύδων ταῦτα ἔδρα; ὁ μὲν γὰρ Ξέρξης καὶ ἀμφισβητῆσαι ἄν μοι δοκεῖ πρὸς τὸν Δία περὶ εὐδαιμονίας (τοσοῦτον αὐτοῦ οἶμαι ἐπει‐ λῆφθαι αὐτῆς), καὶ ὅτι αὐτῷ ἡ Ἀσία πρὸς τὴν Εὐ‐</w:t>
      </w:r>
    </w:p>
    <w:p>
      <w:r>
        <w:rPr>
          <w:rFonts w:ascii="Courier New" w:hAnsi="Courier New"/>
          <w:color w:val="555555"/>
          <w:sz w:val="20"/>
        </w:rPr>
        <w:t>[5]</w:t>
      </w:r>
    </w:p>
    <w:p>
      <w:r>
        <w:rPr>
          <w:rFonts w:ascii="Gentium Plus" w:hAnsi="Gentium Plus"/>
          <w:sz w:val="24"/>
        </w:rPr>
        <w:t>ρώπην ξυνεδεῖτο θαλαττίαις ὁλκάσιν εἰς γεφύρας σχῆμα</w:t>
      </w:r>
    </w:p>
    <w:p>
      <w:r>
        <w:rPr>
          <w:rFonts w:ascii="Courier New" w:hAnsi="Courier New"/>
          <w:color w:val="555555"/>
          <w:sz w:val="20"/>
        </w:rPr>
        <w:t>[29 . 1 g]</w:t>
      </w:r>
    </w:p>
    <w:p>
      <w:r>
        <w:rPr>
          <w:rFonts w:ascii="Gentium Plus" w:hAnsi="Gentium Plus"/>
          <w:sz w:val="24"/>
        </w:rPr>
        <w:t>ἐφημέρῳ δεσμῷ. Καὶ μὴν Ὁμήρῳ ὁ Ποσειδῶν ἰσοτι‐ μίαν ἄγει, παρὰ δὲ τούτου, ὡς ᾤετο, καὶ πληγὰς λαμ‐ βάνει, εἰς δεσμωτήριον ἐμβάλλεται.</w:t>
      </w:r>
    </w:p>
    <w:p>
      <w:r>
        <w:rPr>
          <w:rFonts w:ascii="Courier New" w:hAnsi="Courier New"/>
          <w:color w:val="555555"/>
          <w:sz w:val="20"/>
        </w:rPr>
        <w:t>[29 . 2 a]</w:t>
      </w:r>
    </w:p>
    <w:p>
      <w:r>
        <w:rPr>
          <w:rFonts w:ascii="Gentium Plus" w:hAnsi="Gentium Plus"/>
          <w:sz w:val="24"/>
        </w:rPr>
        <w:t>Τί λέγω βασιλεῖς βαρβάρους; οὐχ ὁρᾷς τὸν Πεισί‐ στρατον τὸν Ἕλληνα, τὸν Ἀθηναῖον ἐπὶ τὴν ἀκρό‐</w:t>
      </w:r>
    </w:p>
    <w:p>
      <w:r>
        <w:rPr>
          <w:rFonts w:ascii="Courier New" w:hAnsi="Courier New"/>
          <w:color w:val="555555"/>
          <w:sz w:val="20"/>
        </w:rPr>
        <w:t>[29 . 2 b]</w:t>
      </w:r>
    </w:p>
    <w:p>
      <w:r>
        <w:rPr>
          <w:rFonts w:ascii="Gentium Plus" w:hAnsi="Gentium Plus"/>
          <w:sz w:val="24"/>
        </w:rPr>
        <w:t>μὴ ἀνεχόμενον καθ’ ἡσυχίαν ζῆν; Πολυκράτην μὲν γὰρ οὐδὲ τὸ ἐξ Αἰγύπτου νουθέτημα ἔπεισεν μὴ φρονεῖν μέγα ἐπὶ εὐδαιμονίᾳ, ὅτι ἐκέκτητο θάλατταν Ἰωνικήν, καὶ τριήρεις πολλάς, καὶ σφενδόνην καλήν, καὶ Ἀνα‐</w:t>
      </w:r>
    </w:p>
    <w:p>
      <w:r>
        <w:rPr>
          <w:rFonts w:ascii="Courier New" w:hAnsi="Courier New"/>
          <w:color w:val="555555"/>
          <w:sz w:val="20"/>
        </w:rPr>
        <w:t>[5]</w:t>
      </w:r>
    </w:p>
    <w:p>
      <w:r>
        <w:rPr>
          <w:rFonts w:ascii="Gentium Plus" w:hAnsi="Gentium Plus"/>
          <w:sz w:val="24"/>
        </w:rPr>
        <w:t>κρέοντα ἑταῖρον, καὶ παιδικὰ Σμερδίην. Ἀλλ’ οἵδε μὲν ἐοίκασιν οἱ δυνάσται ἐξηπατημένοις ὑπὸ ἁβρό‐</w:t>
      </w:r>
    </w:p>
    <w:p>
      <w:r>
        <w:rPr>
          <w:rFonts w:ascii="Courier New" w:hAnsi="Courier New"/>
          <w:color w:val="555555"/>
          <w:sz w:val="20"/>
        </w:rPr>
        <w:t>[29 . 2 c]</w:t>
      </w:r>
    </w:p>
    <w:p>
      <w:r>
        <w:rPr>
          <w:rFonts w:ascii="Gentium Plus" w:hAnsi="Gentium Plus"/>
          <w:sz w:val="24"/>
        </w:rPr>
        <w:t>τητος καὶ ἡδονῆς, εὐπροσώπων κακῶν. Ὁμήρου δὲ οὐκ ἀκούεις ἐγκωμιάζοντος τοὺς Αἰακίδας, ὅτι ἦσαν ἄνδρες</w:t>
      </w:r>
    </w:p>
    <w:p>
      <w:r>
        <w:rPr>
          <w:rFonts w:ascii="Courier New" w:hAnsi="Courier New"/>
          <w:color w:val="555555"/>
          <w:sz w:val="20"/>
        </w:rPr>
        <w:t>[5]</w:t>
      </w:r>
    </w:p>
    <w:p>
      <w:r>
        <w:rPr>
          <w:rFonts w:ascii="Gentium Plus" w:hAnsi="Gentium Plus"/>
          <w:sz w:val="24"/>
        </w:rPr>
        <w:t>.... πολέμῳ κεχαρηότες, ἠΰτε δαιτί; Καὶ τί ἂν εἴη πολέμου ἀχαριστότερον; ἀλλὰ καὶ ὣς τὸ ἄχαρι δήπου πρᾶγμα ἔτυχεν καὶ τοῦτο οὐ φαύλων</w:t>
      </w:r>
    </w:p>
    <w:p>
      <w:r>
        <w:rPr>
          <w:rFonts w:ascii="Courier New" w:hAnsi="Courier New"/>
          <w:color w:val="555555"/>
          <w:sz w:val="20"/>
        </w:rPr>
        <w:t>[29 . 2 d]</w:t>
      </w:r>
    </w:p>
    <w:p>
      <w:r>
        <w:rPr>
          <w:rFonts w:ascii="Gentium Plus" w:hAnsi="Gentium Plus"/>
          <w:sz w:val="24"/>
        </w:rPr>
        <w:t>ἐραστῶν. Οἷος ἦν καὶ ὁ Φίλιππος αὖθις ποτέ, ᾧ κατὰ Μακεδονίαν ἐξὸν μένειν, καὶ ζῆν ἐπὶ τοῖς Ἀμύντου ἀγαθοῖς, καὶ τῇ Περδίκκου εὐδαιμονίᾳ, ἐζήτει ταύτην</w:t>
      </w:r>
    </w:p>
    <w:p>
      <w:r>
        <w:rPr>
          <w:rFonts w:ascii="Courier New" w:hAnsi="Courier New"/>
          <w:color w:val="555555"/>
          <w:sz w:val="20"/>
        </w:rPr>
        <w:t>[29 . 2 e]</w:t>
      </w:r>
    </w:p>
    <w:p>
      <w:r>
        <w:rPr>
          <w:rFonts w:ascii="Gentium Plus" w:hAnsi="Gentium Plus"/>
          <w:sz w:val="24"/>
        </w:rPr>
        <w:t>γῆς. Καὶ διὰ τοῦτο, ὡς ἔοικεν, Τριβαλλοῖς ἐπολέμει, Ἰλλυριοῖς ἐπῄει, ἐπολιόρκει Βυζάντιον, κατέσκαπτεν Ὄλυνθον, Ἀθηναίους ἐξηπάτα, Θετταλοῖς συνετίθετο, Θηβαίοις ἐσπένδετο, Ἐλάτειαν ἐλάμβανεν, Φωκέας ἀν‐</w:t>
      </w:r>
    </w:p>
    <w:p>
      <w:r>
        <w:rPr>
          <w:rFonts w:ascii="Courier New" w:hAnsi="Courier New"/>
          <w:color w:val="555555"/>
          <w:sz w:val="20"/>
        </w:rPr>
        <w:t>[5]</w:t>
      </w:r>
    </w:p>
    <w:p>
      <w:r>
        <w:rPr>
          <w:rFonts w:ascii="Gentium Plus" w:hAnsi="Gentium Plus"/>
          <w:sz w:val="24"/>
        </w:rPr>
        <w:t>ίστη, ἐπιώρκει, ἐψεύδετο, ἐπηροῦτο· οὐδὲν ἦν Φιλίππῳ ἀπώμοτον, οὐ ῥῆμα, οὐκ ἔργον, οὐκ αἰσχύνη, οὐκ</w:t>
      </w:r>
    </w:p>
    <w:p>
      <w:r>
        <w:rPr>
          <w:rFonts w:ascii="Courier New" w:hAnsi="Courier New"/>
          <w:color w:val="555555"/>
          <w:sz w:val="20"/>
        </w:rPr>
        <w:t>[29 . 2 f]</w:t>
      </w:r>
    </w:p>
    <w:p>
      <w:r>
        <w:rPr>
          <w:rFonts w:ascii="Gentium Plus" w:hAnsi="Gentium Plus"/>
          <w:sz w:val="24"/>
        </w:rPr>
        <w:t>ἀδοξία. Ἐρώμεθα τὸν Φίλιππον· ‘Τίνος ἀντικαταλ‐ λάττῃ πόνους τοσούτους, καὶ κινδύνους πραγμάτων, καὶ πηρώσεις σωμάτων; κακοδαιμονίας ἐρᾶς;‘ Γελοῖον τὸ ἐρώτημα. Ἀλλ’ οὐχ εὗρε δήπου τὸ ζητούμενον ὁ Φί‐</w:t>
      </w:r>
    </w:p>
    <w:p>
      <w:r>
        <w:rPr>
          <w:rFonts w:ascii="Courier New" w:hAnsi="Courier New"/>
          <w:color w:val="555555"/>
          <w:sz w:val="20"/>
        </w:rPr>
        <w:t>[5]</w:t>
      </w:r>
    </w:p>
    <w:p>
      <w:r>
        <w:rPr>
          <w:rFonts w:ascii="Gentium Plus" w:hAnsi="Gentium Plus"/>
          <w:sz w:val="24"/>
        </w:rPr>
        <w:t>λιππος, ἀλλ’ ἐξανασ〈τᾶσα ἔλα〉θεν αὐτὸν ἡ εὐδαιμονία. Καὶ διὰ τοῦτο ὁ Ἀλέξανδρος, χαίρειν τὲ τῇ Εὐρώπῃ φράσας, ὡς ἐρήμῳ ἀγαθῶν, εἰς τὴν Ἀσίαν ἐπεραιοῦτο, ὑποπτεύων τὴν εὐδαιμονίαν ἢ ἐν Σάρδεσιν ἐν τῷ χρυσῷ ψήγματι κατορωρύχθαι, ἢ ἐν Καρίᾳ ἐν τοῖς</w:t>
      </w:r>
    </w:p>
    <w:p>
      <w:r>
        <w:rPr>
          <w:rFonts w:ascii="Courier New" w:hAnsi="Courier New"/>
          <w:color w:val="555555"/>
          <w:sz w:val="20"/>
        </w:rPr>
        <w:t>[10]</w:t>
      </w:r>
    </w:p>
    <w:p>
      <w:r>
        <w:rPr>
          <w:rFonts w:ascii="Gentium Plus" w:hAnsi="Gentium Plus"/>
          <w:sz w:val="24"/>
        </w:rPr>
        <w:t>Μαυσωλοῦ θησαυροῖς, ἢ ἐν τοῖς Βαβυλωνίων τεί‐ χεσιν, ἢ ἐν τοῖς Φοινίκων λιμέσιν, ἢ ἐν ταῖς Αἰγυπ‐</w:t>
      </w:r>
    </w:p>
    <w:p>
      <w:r>
        <w:rPr>
          <w:rFonts w:ascii="Courier New" w:hAnsi="Courier New"/>
          <w:color w:val="555555"/>
          <w:sz w:val="20"/>
        </w:rPr>
        <w:t>[29 . 2 g]</w:t>
      </w:r>
    </w:p>
    <w:p>
      <w:r>
        <w:rPr>
          <w:rFonts w:ascii="Gentium Plus" w:hAnsi="Gentium Plus"/>
          <w:sz w:val="24"/>
        </w:rPr>
        <w:t>τίων ἠόσιν, ἢ ἐν ταῖς Ἀμμωνίων ψάμμοις. Οὐκ ἐξ‐ ήρκεσεν δ’ αὐτῷ οὐ Δαρεῖος φεύγων, οὐκ Αἴγυπτος</w:t>
      </w:r>
    </w:p>
    <w:p>
      <w:r>
        <w:rPr>
          <w:rFonts w:ascii="Courier New" w:hAnsi="Courier New"/>
          <w:color w:val="555555"/>
          <w:sz w:val="20"/>
        </w:rPr>
        <w:t>[29 . 2 h]</w:t>
      </w:r>
    </w:p>
    <w:p>
      <w:r>
        <w:rPr>
          <w:rFonts w:ascii="Gentium Plus" w:hAnsi="Gentium Plus"/>
          <w:sz w:val="24"/>
        </w:rPr>
        <w:t>ἀλλ’ ἐπὶ τὴν Ἰνδῶν γῆν ἔδραμεν αὐτοῖς ὅπλοις. Ἐρώ‐ μεθα τὸν Ἀλέξανδρον τὴν αἰτίαν τοῦ δρόμου· ‘Τί πο‐ θεῖς; τίνος ἐρᾷς; ἐπὶ τί σπεύδεις;‘ Ἄλλο τί φησίν, ἢ εὐδαιμονίαν;</w:t>
      </w:r>
    </w:p>
    <w:p>
      <w:r>
        <w:rPr>
          <w:rFonts w:ascii="Courier New" w:hAnsi="Courier New"/>
          <w:color w:val="555555"/>
          <w:sz w:val="20"/>
        </w:rPr>
        <w:t>[29 . 3 a]</w:t>
      </w:r>
    </w:p>
    <w:p>
      <w:r>
        <w:rPr>
          <w:rFonts w:ascii="Gentium Plus" w:hAnsi="Gentium Plus"/>
          <w:sz w:val="24"/>
        </w:rPr>
        <w:t>Ἔα μοι τοὺς βασιλεῖς καὶ τοὺς δυνάστας. Τὰ δη‐ μοτικὰ οὐχ ὁρᾷς; ὡς πᾶς ἀνὴρ πανταχόθεν ἐπὶ ταὐτὸ θεῖ, ὁ μὲν γῆς ἁπτόμενος, ὁ δὲ περὶ θάλατταν πρα‐ γματευόμενος, ὁ δὲ περὶ πολέμους ἀσχολούμενος, ὁ δὲ</w:t>
      </w:r>
    </w:p>
    <w:p>
      <w:r>
        <w:rPr>
          <w:rFonts w:ascii="Courier New" w:hAnsi="Courier New"/>
          <w:color w:val="555555"/>
          <w:sz w:val="20"/>
        </w:rPr>
        <w:t>[5]</w:t>
      </w:r>
    </w:p>
    <w:p>
      <w:r>
        <w:rPr>
          <w:rFonts w:ascii="Gentium Plus" w:hAnsi="Gentium Plus"/>
          <w:sz w:val="24"/>
        </w:rPr>
        <w:t>περὶ λόγους σχολὴν ἄγων, ὁ δὲ γάμον λαμβάνων, ὁ δὲ παῖδας τρέφων, ὁ δὲ λῃστεύων, ὁ δὲ ὑβρίζων, ὁ δὲ δωροδοκῶν, ὁ δὲ μοιχεύων, ὁ δὲ μισθοφορῶν· κινδυ‐ νώδεις ὁδοὺς καὶ σφαλερὰς οἱ πολλοὶ ἰόντες, ἐπ’ αὐ‐ τῶν τῶν κρημνῶν καὶ τῶν βαράθρων· οὓς οἰκτείραι</w:t>
      </w:r>
    </w:p>
    <w:p>
      <w:r>
        <w:rPr>
          <w:rFonts w:ascii="Courier New" w:hAnsi="Courier New"/>
          <w:color w:val="555555"/>
          <w:sz w:val="20"/>
        </w:rPr>
        <w:t>[10]</w:t>
      </w:r>
    </w:p>
    <w:p>
      <w:r>
        <w:rPr>
          <w:rFonts w:ascii="Gentium Plus" w:hAnsi="Gentium Plus"/>
          <w:sz w:val="24"/>
        </w:rPr>
        <w:t>ἄν τις· τοῦτο δὲ οὐκ, ἂν λάθωσιν. Καὶ οὗτοι μὲν σπουδαστικοί τινες τοῖς βίοις· τὸ δὲ ἀργὸν καὶ ἀλύον τοῦτο πλῆθος, ἆρα καὶ τοῦτο προήκατο τὴν τοῦ ἀγα‐</w:t>
      </w:r>
    </w:p>
    <w:p>
      <w:r>
        <w:rPr>
          <w:rFonts w:ascii="Courier New" w:hAnsi="Courier New"/>
          <w:color w:val="555555"/>
          <w:sz w:val="20"/>
        </w:rPr>
        <w:t>[29 . 3 b]</w:t>
      </w:r>
    </w:p>
    <w:p>
      <w:r>
        <w:rPr>
          <w:rFonts w:ascii="Gentium Plus" w:hAnsi="Gentium Plus"/>
          <w:sz w:val="24"/>
        </w:rPr>
        <w:t>θοῦ ἐλπίδα; οὐδαμῶς μὰ Δία. Οὐ γὰρ ἂν οὔτε οἱ κόλακες πράγματα εἶχον τὰς τῶν πλησίον ἐπιθυμίας θεραπεύοντες, οὔτε οἱ βωμολόχοι τῶν θαλιῶν καὶ γε‐</w:t>
      </w:r>
    </w:p>
    <w:p>
      <w:r>
        <w:rPr>
          <w:rFonts w:ascii="Courier New" w:hAnsi="Courier New"/>
          <w:color w:val="555555"/>
          <w:sz w:val="20"/>
        </w:rPr>
        <w:t>[5]</w:t>
      </w:r>
    </w:p>
    <w:p>
      <w:r>
        <w:rPr>
          <w:rFonts w:ascii="Gentium Plus" w:hAnsi="Gentium Plus"/>
          <w:sz w:val="24"/>
        </w:rPr>
        <w:t>τὰ θαύματα ἐπιδεικνύμενοι, ἐκκλώμενοί τε καὶ στρε‐ βλούμενοι τὰ σώματα, οὔτε ἄλλος ἄλλό τι ἐπιμηχανώ‐ μενος σπουδῇ, κἂν μάταιον ᾖ.</w:t>
      </w:r>
    </w:p>
    <w:p>
      <w:r>
        <w:rPr>
          <w:rFonts w:ascii="Courier New" w:hAnsi="Courier New"/>
          <w:color w:val="555555"/>
          <w:sz w:val="20"/>
        </w:rPr>
        <w:t>[29 . 4 a]</w:t>
      </w:r>
    </w:p>
    <w:p>
      <w:r>
        <w:rPr>
          <w:rFonts w:ascii="Gentium Plus" w:hAnsi="Gentium Plus"/>
          <w:sz w:val="24"/>
        </w:rPr>
        <w:t>Ἦλθεν εἰς Βαβυλῶνα ἀνὴρ Ἴων παρὰ τὸν μέγαν βασιλέα, τέχνην τινὰ ἐπιδεικνύμενος διαφέρουσαν εὐ‐ μηχανίᾳ. Ἁμάξας στέατος ποιούμενος μικρὰς στρογ‐ γύλας, κατὰ βελόνης ὀρθίου πόρρωθεν ἀφιείς, τῆς</w:t>
      </w:r>
    </w:p>
    <w:p>
      <w:r>
        <w:rPr>
          <w:rFonts w:ascii="Courier New" w:hAnsi="Courier New"/>
          <w:color w:val="555555"/>
          <w:sz w:val="20"/>
        </w:rPr>
        <w:t>[5]</w:t>
      </w:r>
    </w:p>
    <w:p>
      <w:r>
        <w:rPr>
          <w:rFonts w:ascii="Gentium Plus" w:hAnsi="Gentium Plus"/>
          <w:sz w:val="24"/>
        </w:rPr>
        <w:t>βελόνης ἄκρας ἐτύγχανεν, καὶ ᾤετο δήπου μέγα εἶναι αὐτῷ ἀγαθὸν τὴν εὐστοχίαν τῆς βελόνης, οὐχ ἧττον ἢ</w:t>
      </w:r>
    </w:p>
    <w:p>
      <w:r>
        <w:rPr>
          <w:rFonts w:ascii="Courier New" w:hAnsi="Courier New"/>
          <w:color w:val="555555"/>
          <w:sz w:val="20"/>
        </w:rPr>
        <w:t>[29 . 4 b]</w:t>
      </w:r>
    </w:p>
    <w:p>
      <w:r>
        <w:rPr>
          <w:rFonts w:ascii="Gentium Plus" w:hAnsi="Gentium Plus"/>
          <w:sz w:val="24"/>
        </w:rPr>
        <w:t>ὁ Ἀχιλλεὺς τὴν τῆς μελίας τῆς ἐκ τοῦ Πηλίου. Καὶ ἐν Λιβύῃ ἀνὴρ Λίβυς, Ψάφων ὄνομα, ἐραστὴς εὐδαι‐ μονίας οὐ ταπεινῆς, μὰ Δία, οὐδὲ τῆς περιθεούσης</w:t>
      </w:r>
    </w:p>
    <w:p>
      <w:r>
        <w:rPr>
          <w:rFonts w:ascii="Courier New" w:hAnsi="Courier New"/>
          <w:color w:val="555555"/>
          <w:sz w:val="20"/>
        </w:rPr>
        <w:t>[29 . 4 c]</w:t>
      </w:r>
    </w:p>
    <w:p>
      <w:r>
        <w:rPr>
          <w:rFonts w:ascii="Gentium Plus" w:hAnsi="Gentium Plus"/>
          <w:sz w:val="24"/>
        </w:rPr>
        <w:t>ταύτης, ἀλλὰ ἤθελεν γὰρ θεὸς εἶναι δοκεῖν· ξυλλαβὼν οὖν τῶν ᾠδικῶν ὀρνίθων πολλούς, ἐδίδασκεν ᾄδειν</w:t>
      </w:r>
    </w:p>
    <w:p>
      <w:r>
        <w:rPr>
          <w:rFonts w:ascii="Courier New" w:hAnsi="Courier New"/>
          <w:color w:val="555555"/>
          <w:sz w:val="20"/>
        </w:rPr>
        <w:t>[29 . 4 d]</w:t>
      </w:r>
    </w:p>
    <w:p>
      <w:r>
        <w:rPr>
          <w:rFonts w:ascii="Gentium Plus" w:hAnsi="Gentium Plus"/>
          <w:sz w:val="24"/>
        </w:rPr>
        <w:t>ὄρνιθες ἐθιζόμενοι τῇ φωνῇ. Λίβυες δὲ θείαν νομί‐ σαντες εἶναι τὴν φήμην, ἔθυον Ψάφωνι, καὶ ἦν αὐτοῖς θεὸς ὑπὸ ὀρνίθων κεχειροτονημένος· οὐδὲν οἶμαι τοῦ Περσικοῦ φαυλότερος, ὃν οὐ πρότερον προσεκύνησαν</w:t>
      </w:r>
    </w:p>
    <w:p>
      <w:r>
        <w:rPr>
          <w:rFonts w:ascii="Courier New" w:hAnsi="Courier New"/>
          <w:color w:val="555555"/>
          <w:sz w:val="20"/>
        </w:rPr>
        <w:t>[5]</w:t>
      </w:r>
    </w:p>
    <w:p>
      <w:r>
        <w:rPr>
          <w:rFonts w:ascii="Gentium Plus" w:hAnsi="Gentium Plus"/>
          <w:sz w:val="24"/>
        </w:rPr>
        <w:t>Πέρσαι, πρὶν αὐτὸν ἐχειροτόνησεν ἐπὶ τὴν ἀρχὴν ὑβριστὴς ἵππος.</w:t>
      </w:r>
    </w:p>
    <w:p>
      <w:r>
        <w:rPr>
          <w:rFonts w:ascii="Courier New" w:hAnsi="Courier New"/>
          <w:color w:val="555555"/>
          <w:sz w:val="20"/>
        </w:rPr>
        <w:t>[29 . 5 a]</w:t>
      </w:r>
    </w:p>
    <w:p>
      <w:r>
        <w:rPr>
          <w:rFonts w:ascii="Gentium Plus" w:hAnsi="Gentium Plus"/>
          <w:sz w:val="24"/>
        </w:rPr>
        <w:t>Οὕτως ἄρα οὐδὲν ἕτερον ἑτέρῳ ὁμολογεῖ τῶν ἀν‐ θρωπίνων, ἀλλὰ πάντες ἔρωτος κοινωνοῦντες ἑνὸς τοῦ πρὸς τὸ ἀγαθόν, ἵενται πολλὰς καὶ παντοδαπὰς ὁδούς, ἄλλος ἄλλης πράξεως νενεμημένος καὶ μοῖραν καὶ τύ‐</w:t>
      </w:r>
    </w:p>
    <w:p>
      <w:r>
        <w:rPr>
          <w:rFonts w:ascii="Courier New" w:hAnsi="Courier New"/>
          <w:color w:val="555555"/>
          <w:sz w:val="20"/>
        </w:rPr>
        <w:t>[5]</w:t>
      </w:r>
    </w:p>
    <w:p>
      <w:r>
        <w:rPr>
          <w:rFonts w:ascii="Gentium Plus" w:hAnsi="Gentium Plus"/>
          <w:sz w:val="24"/>
        </w:rPr>
        <w:t>χην. Καὶ κοινὸς μὲν πᾶσιν ὁ τοῦ ἀγαθοῦ πόθος, τυγχάνει δὲ τοῦ ζητουμένου οὐδὲν μᾶλλον ἄλλος ἄλλου·</w:t>
      </w:r>
    </w:p>
    <w:p>
      <w:r>
        <w:rPr>
          <w:rFonts w:ascii="Courier New" w:hAnsi="Courier New"/>
          <w:color w:val="555555"/>
          <w:sz w:val="20"/>
        </w:rPr>
        <w:t>[29 . 5 b]</w:t>
      </w:r>
    </w:p>
    <w:p>
      <w:r>
        <w:rPr>
          <w:rFonts w:ascii="Gentium Plus" w:hAnsi="Gentium Plus"/>
          <w:sz w:val="24"/>
        </w:rPr>
        <w:t>ἀλλὰ ὥσπερ οἱ ἐν σκότῳ χρυσὸν καὶ ἄργυρον μαστεύ‐ οντες, ἄποροι ὄντες τοῦ τὸ θηρώμενον ἐλέγξοντος φθόγγου, βρίθει καὶ ἐπαφῇ ἄπιστον εἰκασίαν λαβόντες, περιπίπτοντες ἀλλήλοις καὶ διαδάκνοντες, οὔτε ἀφιέναι</w:t>
      </w:r>
    </w:p>
    <w:p>
      <w:r>
        <w:rPr>
          <w:rFonts w:ascii="Courier New" w:hAnsi="Courier New"/>
          <w:color w:val="555555"/>
          <w:sz w:val="20"/>
        </w:rPr>
        <w:t>[5]</w:t>
      </w:r>
    </w:p>
    <w:p>
      <w:r>
        <w:rPr>
          <w:rFonts w:ascii="Gentium Plus" w:hAnsi="Gentium Plus"/>
          <w:sz w:val="24"/>
        </w:rPr>
        <w:t>τολμῶσιν, μὴ ἄρα ἔχωσιν, οὔτε παύσασθαι πονού‐</w:t>
      </w:r>
    </w:p>
    <w:p>
      <w:r>
        <w:rPr>
          <w:rFonts w:ascii="Courier New" w:hAnsi="Courier New"/>
          <w:color w:val="555555"/>
          <w:sz w:val="20"/>
        </w:rPr>
        <w:t>[29 . 5 c]</w:t>
      </w:r>
    </w:p>
    <w:p>
      <w:r>
        <w:rPr>
          <w:rFonts w:ascii="Gentium Plus" w:hAnsi="Gentium Plus"/>
          <w:sz w:val="24"/>
        </w:rPr>
        <w:t>μενοι, μὴ ἄρα οὐκ ἔχωσιν· ἔνθα δὴ θόρυβος, καὶ στά‐ σεις, καὶ παρακελεύσεις· φωναὶ ζητούντων, στενόντων, διωκόντων, ὀδυρομένων, ἁρπαζόντων, ἀφαιρουμένων·</w:t>
      </w:r>
    </w:p>
    <w:p>
      <w:r>
        <w:rPr>
          <w:rFonts w:ascii="Courier New" w:hAnsi="Courier New"/>
          <w:color w:val="555555"/>
          <w:sz w:val="20"/>
        </w:rPr>
        <w:t>[5]</w:t>
      </w:r>
    </w:p>
    <w:p>
      <w:r>
        <w:rPr>
          <w:rFonts w:ascii="Gentium Plus" w:hAnsi="Gentium Plus"/>
          <w:sz w:val="24"/>
        </w:rPr>
        <w:t>ἐντετυχηκότες τῷ ἀγαθῷ, ἔχει δὲ οὐδείς, ὑπὸ δὲ ἀπι‐ στίας τὰ τοῦ πλησίον ἕκαστος ῥήματα διερευνᾶται.</w:t>
      </w:r>
    </w:p>
    <w:p>
      <w:r>
        <w:rPr>
          <w:rFonts w:ascii="Courier New" w:hAnsi="Courier New"/>
          <w:color w:val="555555"/>
          <w:sz w:val="20"/>
        </w:rPr>
        <w:t>[29 . 6 a]</w:t>
      </w:r>
    </w:p>
    <w:p>
      <w:r>
        <w:rPr>
          <w:rFonts w:ascii="Gentium Plus" w:hAnsi="Gentium Plus"/>
          <w:sz w:val="24"/>
        </w:rPr>
        <w:t>Τοῦτο τὸ πάθος ταράττει τὴν γῆν καὶ τὴν θά‐ λατταν, τοῦτο ἀθροίζει τὰς ἐκκλησίας, τοῦτο συνάγει τὰ δικαστήρια, τοῦτο πληροῖ τὰ δεσμωτήρια, τοῦτο πήγνυσιν ναῦν, τοῦτο τριήρεις καθέλκει, τοῦτο πολέ‐</w:t>
      </w:r>
    </w:p>
    <w:p>
      <w:r>
        <w:rPr>
          <w:rFonts w:ascii="Courier New" w:hAnsi="Courier New"/>
          <w:color w:val="555555"/>
          <w:sz w:val="20"/>
        </w:rPr>
        <w:t>[5]</w:t>
      </w:r>
    </w:p>
    <w:p>
      <w:r>
        <w:rPr>
          <w:rFonts w:ascii="Gentium Plus" w:hAnsi="Gentium Plus"/>
          <w:sz w:val="24"/>
        </w:rPr>
        <w:t>μους συντάττει, τοῦτο ἀνεβίβασεν ἐπὶ ἵππους ἱππέας,</w:t>
      </w:r>
    </w:p>
    <w:p>
      <w:r>
        <w:rPr>
          <w:rFonts w:ascii="Courier New" w:hAnsi="Courier New"/>
          <w:color w:val="555555"/>
          <w:sz w:val="20"/>
        </w:rPr>
        <w:t>[29 . 6 b]</w:t>
      </w:r>
    </w:p>
    <w:p>
      <w:r>
        <w:rPr>
          <w:rFonts w:ascii="Gentium Plus" w:hAnsi="Gentium Plus"/>
          <w:sz w:val="24"/>
        </w:rPr>
        <w:t>ἐπὶ ἅρματα ἡνιόχους, ἐπὶ ἀκρόπολιν τυράννους. Διὰ τοῦτο ξεναγοί, διὰ τοῦτο μισθοφόροι, ἄνδρας μὲν κτείνουσι, πόλιν δέ τε πῦρ ἀμα‐ θύνει,</w:t>
      </w:r>
    </w:p>
    <w:p>
      <w:r>
        <w:rPr>
          <w:rFonts w:ascii="Courier New" w:hAnsi="Courier New"/>
          <w:color w:val="555555"/>
          <w:sz w:val="20"/>
        </w:rPr>
        <w:t>[5]</w:t>
      </w:r>
    </w:p>
    <w:p>
      <w:r>
        <w:rPr>
          <w:rFonts w:ascii="Gentium Plus" w:hAnsi="Gentium Plus"/>
          <w:sz w:val="24"/>
        </w:rPr>
        <w:t>τέκνα δέ τ’ ἄλλοι ἄγουσι βαθυζώνους τὲ γυ‐ ναῖκας. Καὶ ἄλλων μυρίων κακῶν ἀνέχονται οἱ ἄνθρωποι δι’</w:t>
      </w:r>
    </w:p>
    <w:p>
      <w:r>
        <w:rPr>
          <w:rFonts w:ascii="Courier New" w:hAnsi="Courier New"/>
          <w:color w:val="555555"/>
          <w:sz w:val="20"/>
        </w:rPr>
        <w:t>[29 . 6 c]</w:t>
      </w:r>
    </w:p>
    <w:p>
      <w:r>
        <w:rPr>
          <w:rFonts w:ascii="Gentium Plus" w:hAnsi="Gentium Plus"/>
          <w:sz w:val="24"/>
        </w:rPr>
        <w:t>οὐδὲν ἄλλο, ἢ δι’ ἐλπίδα ἀγαθοῦ καὶ ἄγνοιαν. Ἐν‐ έφυσεν γάρ τι ὁ θεὸς ζώπυρον τῷ τῶν ἀνθρώπων γένει τῆς προσδοκίας τοῦ ἀγαθοῦ, ἀπέκρυψεν δὲ αὐτοῦ τὴν εὕρεσιν·</w:t>
      </w:r>
    </w:p>
    <w:p>
      <w:r>
        <w:rPr>
          <w:rFonts w:ascii="Courier New" w:hAnsi="Courier New"/>
          <w:color w:val="555555"/>
          <w:sz w:val="20"/>
        </w:rPr>
        <w:t>[5]</w:t>
      </w:r>
    </w:p>
    <w:p>
      <w:r>
        <w:rPr>
          <w:rFonts w:ascii="Gentium Plus" w:hAnsi="Gentium Plus"/>
          <w:sz w:val="24"/>
        </w:rPr>
        <w:t>ῥίζῃ μὲν μέλαν ἔσκε, γάλακτι δὲ εἴκελον ἄνθος·</w:t>
      </w:r>
    </w:p>
    <w:p>
      <w:r>
        <w:rPr>
          <w:rFonts w:ascii="Courier New" w:hAnsi="Courier New"/>
          <w:color w:val="555555"/>
          <w:sz w:val="20"/>
        </w:rPr>
        <w:t>[29 . 6 d]</w:t>
      </w:r>
    </w:p>
    <w:p>
      <w:r>
        <w:rPr>
          <w:rFonts w:ascii="Gentium Plus" w:hAnsi="Gentium Plus"/>
          <w:sz w:val="24"/>
        </w:rPr>
        <w:t>οὐ γὰρ ἐξαπατήσει με Ὅμηρος τῷ ὀνόματι. Ὁρῶ τὸ μῶλυ, καὶ συνίημι τοῦ αἰνίγματος, καὶ σαφῶς οἶδα, ὡς χαλεπὸν εὑρεῖν τὸ χρῆμα τοῦτο</w:t>
      </w:r>
    </w:p>
    <w:p>
      <w:r>
        <w:rPr>
          <w:rFonts w:ascii="Courier New" w:hAnsi="Courier New"/>
          <w:color w:val="555555"/>
          <w:sz w:val="20"/>
        </w:rPr>
        <w:t>[29 . 7 a]</w:t>
      </w:r>
    </w:p>
    <w:p>
      <w:r>
        <w:rPr>
          <w:rFonts w:ascii="Gentium Plus" w:hAnsi="Gentium Plus"/>
          <w:sz w:val="24"/>
        </w:rPr>
        <w:t>Νῦν δὲ τοῖς ἀνθρώποις περὶ μὲν ἀτόπου λέβητος ὁ Ἀπόλλων λέγει ἑψομένου ἐν Λυδοῖς, καὶ τὸ ξύ‐ λινον τεῖχος λέγει, καὶ τὸ στένυγρον ἰσθμόν, καὶ σεισμὸν μέλλοντα, καὶ ἐπιόντα πόλεμον, καὶ κατιόντα</w:t>
      </w:r>
    </w:p>
    <w:p>
      <w:r>
        <w:rPr>
          <w:rFonts w:ascii="Courier New" w:hAnsi="Courier New"/>
          <w:color w:val="555555"/>
          <w:sz w:val="20"/>
        </w:rPr>
        <w:t>[29 . 7 b]</w:t>
      </w:r>
    </w:p>
    <w:p>
      <w:r>
        <w:rPr>
          <w:rFonts w:ascii="Gentium Plus" w:hAnsi="Gentium Plus"/>
          <w:sz w:val="24"/>
        </w:rPr>
        <w:t>λοιμόν· τὸν δὲ τούτων πρεσβύτερον χρησμὸν οὐ λέγει, ὅπως πόλεμος μὴ γένηται, πῶς τείχους μὴ δεηθῶ, πῶς</w:t>
      </w:r>
    </w:p>
    <w:p>
      <w:r>
        <w:rPr>
          <w:rFonts w:ascii="Courier New" w:hAnsi="Courier New"/>
          <w:color w:val="555555"/>
          <w:sz w:val="20"/>
        </w:rPr>
        <w:t>[29 . 7 c]</w:t>
      </w:r>
    </w:p>
    <w:p>
      <w:r>
        <w:rPr>
          <w:rFonts w:ascii="Gentium Plus" w:hAnsi="Gentium Plus"/>
          <w:sz w:val="24"/>
        </w:rPr>
        <w:t>λοιμὸν μὴ φοβηθῶ. Ἀλλ’ ὁ μὲν Ἀπόλλων ταῦτα ἐκ Δελφῶν οὐ λέγει, οὐδὲ ὁ Ζεὺς ἐκ Δωδώνης λέγει, οὐδὲ ἐξ ἄλλης γῆς ἄλλος θεός· φιλοσοφία δὲ λέγει.</w:t>
      </w:r>
    </w:p>
    <w:p>
      <w:r>
        <w:rPr>
          <w:rFonts w:ascii="Courier New" w:hAnsi="Courier New"/>
          <w:color w:val="555555"/>
          <w:sz w:val="20"/>
        </w:rPr>
        <w:t>[29 . 7 d]</w:t>
      </w:r>
    </w:p>
    <w:p>
      <w:r>
        <w:rPr>
          <w:rFonts w:ascii="Gentium Plus" w:hAnsi="Gentium Plus"/>
          <w:sz w:val="24"/>
        </w:rPr>
        <w:t>Ὢ χρησμοῦ καλοῦ, καὶ μαντικῆς πολυωφελεστάτης· πείσομαι τῇ χρησμῳδίᾳ, ἐὰν ὡμολογημένην ταύτην ἴδω. Ἀστασίαστόν μοι χρησμὸν λέγε· τοιαύτης δέομαι μαν‐</w:t>
      </w:r>
    </w:p>
    <w:p>
      <w:r>
        <w:rPr>
          <w:rFonts w:ascii="Courier New" w:hAnsi="Courier New"/>
          <w:color w:val="555555"/>
          <w:sz w:val="20"/>
        </w:rPr>
        <w:t>[29 . 7 e]</w:t>
      </w:r>
    </w:p>
    <w:p>
      <w:r>
        <w:rPr>
          <w:rFonts w:ascii="Gentium Plus" w:hAnsi="Gentium Plus"/>
          <w:sz w:val="24"/>
        </w:rPr>
        <w:t>τικῆς, ᾗ πεισθεὶς βιώσομαι ἀσφαλῶς. Ποῖ πέμπεις τὸ τῶν ἀνθρώπων γένος; τίνας ὁδούς; ἐπὶ ποῖον τέλος;</w:t>
      </w:r>
    </w:p>
    <w:p>
      <w:r>
        <w:rPr>
          <w:rFonts w:ascii="Courier New" w:hAnsi="Courier New"/>
          <w:color w:val="555555"/>
          <w:sz w:val="20"/>
        </w:rPr>
        <w:t>[29 . 7 f]</w:t>
      </w:r>
    </w:p>
    <w:p>
      <w:r>
        <w:rPr>
          <w:rFonts w:ascii="Gentium Plus" w:hAnsi="Gentium Plus"/>
          <w:sz w:val="24"/>
        </w:rPr>
        <w:t>ἓν τοῦτο ἔστω, κοινὸν ἔστω. Νῦν δὲ καὶ φιλοσοφίας ὁρῶ πολλὰς ἀποικίας, ἄλλον ἀλλαχοῦ στελλόμενον· ὡς</w:t>
      </w:r>
    </w:p>
    <w:p>
      <w:r>
        <w:rPr>
          <w:rFonts w:ascii="Courier New" w:hAnsi="Courier New"/>
          <w:color w:val="555555"/>
          <w:sz w:val="20"/>
        </w:rPr>
        <w:t>[29 . 7 g]</w:t>
      </w:r>
    </w:p>
    <w:p>
      <w:r>
        <w:rPr>
          <w:rFonts w:ascii="Gentium Plus" w:hAnsi="Gentium Plus"/>
          <w:sz w:val="24"/>
        </w:rPr>
        <w:t>ὡς Τληπόλεμον ἐπὶ Ῥόδον. Ἢ τὴν μὲν γῆν ἀνάγκη νενεμῆσθαι τοῖς τόποις, καὶ οἰκεῖν ταύτης ἄλλους ἄλλην μοῖραν· τὸ δὲ ἀγαθὸν ἕν, ἀνέμητον, ἄφθονον, ἀνενδεές, πολυαρκὲς πάσῃ φύσει λογιστικῇ καὶ διανοητικῇ· ὡς</w:t>
      </w:r>
    </w:p>
    <w:p>
      <w:r>
        <w:rPr>
          <w:rFonts w:ascii="Courier New" w:hAnsi="Courier New"/>
          <w:color w:val="555555"/>
          <w:sz w:val="20"/>
        </w:rPr>
        <w:t>[5]</w:t>
      </w:r>
    </w:p>
    <w:p>
      <w:r>
        <w:rPr>
          <w:rFonts w:ascii="Gentium Plus" w:hAnsi="Gentium Plus"/>
          <w:sz w:val="24"/>
        </w:rPr>
        <w:t>ἥλιος εἷς ἀγαθὸν ἓν φύσεως ὁρατικῆς, καὶ μουσικὴ μία ἀγαθὸν ἓν φύσεως ἀκουστικῆς, καὶ ὑγίεις μία</w:t>
      </w:r>
    </w:p>
    <w:p>
      <w:r>
        <w:rPr>
          <w:rFonts w:ascii="Courier New" w:hAnsi="Courier New"/>
          <w:color w:val="555555"/>
          <w:sz w:val="20"/>
        </w:rPr>
        <w:t>[29 . 7 h]</w:t>
      </w:r>
    </w:p>
    <w:p>
      <w:r>
        <w:rPr>
          <w:rFonts w:ascii="Gentium Plus" w:hAnsi="Gentium Plus"/>
          <w:sz w:val="24"/>
        </w:rPr>
        <w:t>φύσεως σαρκίνης. Ἀλλὰ τοῖς μὲν ἄλλοις ζῴοις κατ’ ἀγέλην ἑκάστην ἀποκέκριται πρὸς σωτηρίαν ἀγαθὸν ἕν, καὶ κοινωνεῖ ἴσου βίου καὶ τέλους ἑνὸς τὰ ὅμοια τοῖς ὁμοίοις, ἕκαστα ἑκάστοις, τὰ πετόμενα, τὰ βαδί‐</w:t>
      </w:r>
    </w:p>
    <w:p>
      <w:r>
        <w:rPr>
          <w:rFonts w:ascii="Courier New" w:hAnsi="Courier New"/>
          <w:color w:val="555555"/>
          <w:sz w:val="20"/>
        </w:rPr>
        <w:t>[5]</w:t>
      </w:r>
    </w:p>
    <w:p>
      <w:r>
        <w:rPr>
          <w:rFonts w:ascii="Gentium Plus" w:hAnsi="Gentium Plus"/>
          <w:sz w:val="24"/>
        </w:rPr>
        <w:t>ζοντα, τὰ ἕρποντα, τὰ τὴν ὑγρὰν δίαιταν ἀσπαζόμενα, τὰ σαρκοφάγα, τὰ ποιηφάγα, τὰ καρποφάγα, τὰ ἀγε‐ λαστικά, τὰ ἥμερα, τὰ ἄγρια, τὰ εὔκερω, τὰ ἄκερω· κἂν μεταθῇς τοὺς βίους, παρανομεῖς περὶ τὴν φύσιν.</w:t>
      </w:r>
    </w:p>
    <w:p>
      <w:r>
        <w:rPr>
          <w:rFonts w:ascii="Courier New" w:hAnsi="Courier New"/>
          <w:color w:val="555555"/>
          <w:sz w:val="20"/>
        </w:rPr>
        <w:t>[29 . 7 i]</w:t>
      </w:r>
    </w:p>
    <w:p>
      <w:r>
        <w:rPr>
          <w:rFonts w:ascii="Gentium Plus" w:hAnsi="Gentium Plus"/>
          <w:sz w:val="24"/>
        </w:rPr>
        <w:t>Τὴν δὲ τῶν ἀνθρώπων ἀγέλην, τὴν σύννομον, τὴν</w:t>
      </w:r>
    </w:p>
    <w:p>
      <w:r>
        <w:rPr>
          <w:rFonts w:ascii="Courier New" w:hAnsi="Courier New"/>
          <w:color w:val="555555"/>
          <w:sz w:val="20"/>
        </w:rPr>
        <w:t>[29 . 7 k]</w:t>
      </w:r>
    </w:p>
    <w:p>
      <w:r>
        <w:rPr>
          <w:rFonts w:ascii="Gentium Plus" w:hAnsi="Gentium Plus"/>
          <w:sz w:val="24"/>
        </w:rPr>
        <w:t>ἀλλὰ καὶ τὸ βεβαιότατον τῶν ὄντων φιλοσοφία· πολ‐ λοὺς καὶ αὕτη δήμους ποιεῖ καὶ νομοθέτας μυρίους, διασπᾷ καὶ διασκίδνησιν τὴν ἀγέλην, καὶ πέμπει ἄλλον ἀλλαχοῦ, Πυθαγόραν μὲν ἐπὶ μουσικήν, Θαλῆ δὲ ἐπὶ</w:t>
      </w:r>
    </w:p>
    <w:p>
      <w:r>
        <w:rPr>
          <w:rFonts w:ascii="Courier New" w:hAnsi="Courier New"/>
          <w:color w:val="555555"/>
          <w:sz w:val="20"/>
        </w:rPr>
        <w:t>[5]</w:t>
      </w:r>
    </w:p>
    <w:p>
      <w:r>
        <w:rPr>
          <w:rFonts w:ascii="Gentium Plus" w:hAnsi="Gentium Plus"/>
          <w:sz w:val="24"/>
        </w:rPr>
        <w:t>ἀστρονομίαν, Ἡράκλειτον δὲ ἐπὶ ἐρημίαν, Σωκράτην δὲ ἐπὶ ἔρωτας, Καρνεάδην δὲ ἐπὶ ἁγνείαν, Διογένην</w:t>
      </w:r>
    </w:p>
    <w:p>
      <w:r>
        <w:rPr>
          <w:rFonts w:ascii="Courier New" w:hAnsi="Courier New"/>
          <w:color w:val="555555"/>
          <w:sz w:val="20"/>
        </w:rPr>
        <w:t>[29 . 7 l]</w:t>
      </w:r>
    </w:p>
    <w:p>
      <w:r>
        <w:rPr>
          <w:rFonts w:ascii="Gentium Plus" w:hAnsi="Gentium Plus"/>
          <w:sz w:val="24"/>
        </w:rPr>
        <w:t>ἐπὶ πόνους, Ἐπίκουρον ἐφ’ ἡδονήν. Ὁρᾷς τὸ πλῆθος τῶν ἡγεμόνων· ὁρᾷς τὸ πλῆθος τῶν συνθημάτων. Ποῖ τις τράπηται; ποῖον αὐτῶν καταδέξωμαι; τίνι πεισθῶ</w:t>
      </w:r>
    </w:p>
    <w:p>
      <w:pPr>
        <w:jc w:val="center"/>
      </w:pPr>
      <w:r>
        <w:rPr>
          <w:rFonts w:ascii="Gentium Plus" w:hAnsi="Gentium Plus"/>
          <w:b/>
          <w:sz w:val="24"/>
        </w:rPr>
        <w:t>Περὶ ἡδονῆς, ὅτι εἰ καὶ ἀγαθόν,</w:t>
      </w:r>
    </w:p>
    <w:p>
      <w:pPr>
        <w:jc w:val="center"/>
      </w:pPr>
      <w:r>
        <w:rPr>
          <w:rFonts w:ascii="Gentium Plus" w:hAnsi="Gentium Plus"/>
          <w:b/>
          <w:sz w:val="24"/>
        </w:rPr>
        <w:t>ἀλλ’ οὐ βέβαιον αʹ</w:t>
      </w:r>
    </w:p>
    <w:p>
      <w:r>
        <w:rPr>
          <w:rFonts w:ascii="Courier New" w:hAnsi="Courier New"/>
          <w:color w:val="555555"/>
          <w:sz w:val="20"/>
        </w:rPr>
        <w:t>[1]</w:t>
      </w:r>
    </w:p>
    <w:p>
      <w:r>
        <w:rPr>
          <w:rFonts w:ascii="Gentium Plus" w:hAnsi="Gentium Plus"/>
          <w:sz w:val="24"/>
        </w:rPr>
        <w:t>Χαλεπὸν ἐσθλὸν ἔμμεναι, κατὰ παλαιὸν ᾆσμα. Πότερα δὲ ἵππῳ χαλεπὸν ἐσθλὸν</w:t>
      </w:r>
    </w:p>
    <w:p>
      <w:r>
        <w:rPr>
          <w:rFonts w:ascii="Courier New" w:hAnsi="Courier New"/>
          <w:color w:val="555555"/>
          <w:sz w:val="20"/>
        </w:rPr>
        <w:t>[30 . 1 b]</w:t>
      </w:r>
    </w:p>
    <w:p>
      <w:r>
        <w:rPr>
          <w:rFonts w:ascii="Gentium Plus" w:hAnsi="Gentium Plus"/>
          <w:sz w:val="24"/>
        </w:rPr>
        <w:t>ἔμμεναι τὴν ἵππου ἀρετήν, καὶ κυνὶ τὴν κυνός; ἢ ἵππῳ μὲν καὶ κυνὶ οὐ χαλεπὸν τὸ οἰκεῖον ἀγαθόν, ἀλλὰ ῥᾳστώνη τούτων ἑκάστῳ ἐπιλαβέσθαι τῆς αὑτοῦ ἀρετῆς, εἰ ὁ μὲν ἵππος ὑπὸ τέχνης πωλευθείη καλῶς,</w:t>
      </w:r>
    </w:p>
    <w:p>
      <w:r>
        <w:rPr>
          <w:rFonts w:ascii="Courier New" w:hAnsi="Courier New"/>
          <w:color w:val="555555"/>
          <w:sz w:val="20"/>
        </w:rPr>
        <w:t>[30 . 1 c]</w:t>
      </w:r>
    </w:p>
    <w:p>
      <w:r>
        <w:rPr>
          <w:rFonts w:ascii="Gentium Plus" w:hAnsi="Gentium Plus"/>
          <w:sz w:val="24"/>
        </w:rPr>
        <w:t>ὁ δὲ κύων ἐν θήρᾳ σκυλακευθείη δεξιῶς· τῷ δὲ ἀν‐ θρώπῳ μόνῳ δυσθήρατον τὸ ἀγαθὸν καὶ δύσληπτον καὶ ἀμφισβητήσιμον, καὶ οὐδεμία πω ἐξεύρηται τέχνη,</w:t>
      </w:r>
    </w:p>
    <w:p>
      <w:r>
        <w:rPr>
          <w:rFonts w:ascii="Courier New" w:hAnsi="Courier New"/>
          <w:color w:val="555555"/>
          <w:sz w:val="20"/>
        </w:rPr>
        <w:t>[30 . 1 d]</w:t>
      </w:r>
    </w:p>
    <w:p>
      <w:r>
        <w:rPr>
          <w:rFonts w:ascii="Gentium Plus" w:hAnsi="Gentium Plus"/>
          <w:sz w:val="24"/>
        </w:rPr>
        <w:t>ὑφ’ ἧς, 〈εἰ〉 παιδευθείη τουτὶ τὸ γένος, οὐ παρέξει τοῖς σοφισταῖς προφάσεις λόγων καὶ διαγωνίας καὶ ὁμιλίας, οὐδὲ ἀφαιρήσει αὐτοῦ τὴν ἐλπίδα τοῦ τέλους, οὐδὲ προήσεται τὴν σωτηρίαν, διὰ τὸ ἀστάθμητον τῶν λό‐</w:t>
      </w:r>
    </w:p>
    <w:p>
      <w:r>
        <w:rPr>
          <w:rFonts w:ascii="Courier New" w:hAnsi="Courier New"/>
          <w:color w:val="555555"/>
          <w:sz w:val="20"/>
        </w:rPr>
        <w:t>[5]</w:t>
      </w:r>
    </w:p>
    <w:p>
      <w:r>
        <w:rPr>
          <w:rFonts w:ascii="Gentium Plus" w:hAnsi="Gentium Plus"/>
          <w:sz w:val="24"/>
        </w:rPr>
        <w:t>γων ὑποτετμημένος ταῖς προσδοκίαις, οὐδὲ ἀμελήσει τοῦ μανθάνειν, οὐδὲ πείσεται, ὅπερ τῶν πλεόντων οἱ ναυσιῶντες δὴ καὶ θαλάττῃ πρῶτον ἐντετυχηκότες·</w:t>
      </w:r>
    </w:p>
    <w:p>
      <w:r>
        <w:rPr>
          <w:rFonts w:ascii="Courier New" w:hAnsi="Courier New"/>
          <w:color w:val="555555"/>
          <w:sz w:val="20"/>
        </w:rPr>
        <w:t>[30 . 1 e]</w:t>
      </w:r>
    </w:p>
    <w:p>
      <w:r>
        <w:rPr>
          <w:rFonts w:ascii="Gentium Plus" w:hAnsi="Gentium Plus"/>
          <w:sz w:val="24"/>
        </w:rPr>
        <w:t>οὓς ἐὰν καὶ σμικρὸς ὑπολάβῃ κλύδων, ἐκπλαγέντες τῇ ἀηθείᾳ, καὶ καταλιπόντες τὴν ναῦν, καὶ ἀμελήσαντες τῆς σωζούσης τέχνης, παρέδωκαν αὑτοὺς τῷ κύματι,</w:t>
      </w:r>
    </w:p>
    <w:p>
      <w:r>
        <w:rPr>
          <w:rFonts w:ascii="Courier New" w:hAnsi="Courier New"/>
          <w:color w:val="555555"/>
          <w:sz w:val="20"/>
        </w:rPr>
        <w:t>[30 . 1 f]</w:t>
      </w:r>
    </w:p>
    <w:p>
      <w:r>
        <w:rPr>
          <w:rFonts w:ascii="Gentium Plus" w:hAnsi="Gentium Plus"/>
          <w:sz w:val="24"/>
        </w:rPr>
        <w:t>καὶ προαναλώθησαν τῆς νεώς· τοιοῦτόν τι γάρ μοι δοκοῦσιν δρᾶν καὶ ὅσοι φιλοσοφίας ἐπιλαμβανόμενοι, ἐμπεσόντες αὐτῆς ταῖς πολυφωνίαις, οὐχ ὑπομένουσιν τὸν τῆς ψυχῆς σάλον, ἀλλ’ ἀπεγνώκασιν τοῦ λόγου,</w:t>
      </w:r>
    </w:p>
    <w:p>
      <w:r>
        <w:rPr>
          <w:rFonts w:ascii="Courier New" w:hAnsi="Courier New"/>
          <w:color w:val="555555"/>
          <w:sz w:val="20"/>
        </w:rPr>
        <w:t>[5]</w:t>
      </w:r>
    </w:p>
    <w:p>
      <w:r>
        <w:rPr>
          <w:rFonts w:ascii="Gentium Plus" w:hAnsi="Gentium Plus"/>
          <w:sz w:val="24"/>
        </w:rPr>
        <w:t>ὡς στησομένου ποτὲ καὶ καθορμιοῦντος αὐτοὺς εἰς ἑδραίους λιμένας.</w:t>
      </w:r>
    </w:p>
    <w:p>
      <w:r>
        <w:rPr>
          <w:rFonts w:ascii="Courier New" w:hAnsi="Courier New"/>
          <w:color w:val="555555"/>
          <w:sz w:val="20"/>
        </w:rPr>
        <w:t>[30 . 2 a]</w:t>
      </w:r>
    </w:p>
    <w:p>
      <w:r>
        <w:rPr>
          <w:rFonts w:ascii="Gentium Plus" w:hAnsi="Gentium Plus"/>
          <w:sz w:val="24"/>
        </w:rPr>
        <w:t>Ἢ ἀγνοεῖς, ὅτι ἀνθρώπων δόξαι καὶ παθήματα, καὶ αἱ τούτων αἰτίαι καὶ γενέσεις, καὶ ἐπανορθώσεις, καὶ σωτηρίαι, ὑπὲρ ὧν οἱ φιλόσοφοι ὁσημέραι πρα‐ γματεύονται καὶ λέγουσιν, χρῆμα οὐ στενόν, οὐδὲ</w:t>
      </w:r>
    </w:p>
    <w:p>
      <w:r>
        <w:rPr>
          <w:rFonts w:ascii="Courier New" w:hAnsi="Courier New"/>
          <w:color w:val="555555"/>
          <w:sz w:val="20"/>
        </w:rPr>
        <w:t>[5]</w:t>
      </w:r>
    </w:p>
    <w:p>
      <w:r>
        <w:rPr>
          <w:rFonts w:ascii="Gentium Plus" w:hAnsi="Gentium Plus"/>
          <w:sz w:val="24"/>
        </w:rPr>
        <w:t>ἁπλοῦν, οὐδὲ ἐοικὸς τοῖς εὐθυπόροις τῶν ποταμῶν, οἷς ἐστιν παραδόντα τὴν ναῦν ἀφεῖναι τῷ ῥεύματι</w:t>
      </w:r>
    </w:p>
    <w:p>
      <w:r>
        <w:rPr>
          <w:rFonts w:ascii="Courier New" w:hAnsi="Courier New"/>
          <w:color w:val="555555"/>
          <w:sz w:val="20"/>
        </w:rPr>
        <w:t>[30 . 2 b]</w:t>
      </w:r>
    </w:p>
    <w:p>
      <w:r>
        <w:rPr>
          <w:rFonts w:ascii="Gentium Plus" w:hAnsi="Gentium Plus"/>
          <w:sz w:val="24"/>
        </w:rPr>
        <w:t>κατάγειν αὐτὴν ὡμολογημένας ὁδούς; Ἀλλ’ ἔστιν γὰρ κἀνταῦθα πέλαγος πλατὺ καὶ μέγα, παντὸς Σικελικοῦ καὶ Αἰγυπτίου πολυπλανέστερον· ἡ δὲ τέχνη οἶδεν τὴν ὁδόν, καὶ πρὸς τὸν οὐρανὸν ἀφορᾷ, καὶ τοὺς λιμένας</w:t>
      </w:r>
    </w:p>
    <w:p>
      <w:r>
        <w:rPr>
          <w:rFonts w:ascii="Courier New" w:hAnsi="Courier New"/>
          <w:color w:val="555555"/>
          <w:sz w:val="20"/>
        </w:rPr>
        <w:t>[30 . 2 c]</w:t>
      </w:r>
    </w:p>
    <w:p>
      <w:r>
        <w:rPr>
          <w:rFonts w:ascii="Gentium Plus" w:hAnsi="Gentium Plus"/>
          <w:sz w:val="24"/>
        </w:rPr>
        <w:t>γνωρίζει. Πέπονθεν δὲ αὐτὸ ἐκεῖνο, ὅπερ καὶ τῶν κυβερνητῶν οἱ πολλοί· ἐφίεται μὲν γὰρ ἕκαστος τοῦ εἰδέναι, ἀπολείπονται δὲ οἱ πολλοὶ τοῦ ὀρθῶς εἰδέναι·</w:t>
      </w:r>
    </w:p>
    <w:p>
      <w:r>
        <w:rPr>
          <w:rFonts w:ascii="Courier New" w:hAnsi="Courier New"/>
          <w:color w:val="555555"/>
          <w:sz w:val="20"/>
        </w:rPr>
        <w:t>[30 . 2 d]</w:t>
      </w:r>
    </w:p>
    <w:p>
      <w:r>
        <w:rPr>
          <w:rFonts w:ascii="Gentium Plus" w:hAnsi="Gentium Plus"/>
          <w:sz w:val="24"/>
        </w:rPr>
        <w:t>καὶ τῶν μὲν λιμένων ἀστοχοῦσιν, ἐκφέρονται δ’ οἱ μὲν</w:t>
      </w:r>
    </w:p>
    <w:p>
      <w:r>
        <w:rPr>
          <w:rFonts w:ascii="Courier New" w:hAnsi="Courier New"/>
          <w:color w:val="555555"/>
          <w:sz w:val="20"/>
        </w:rPr>
        <w:t>[30 . 2 e]</w:t>
      </w:r>
    </w:p>
    <w:p>
      <w:r>
        <w:rPr>
          <w:rFonts w:ascii="Gentium Plus" w:hAnsi="Gentium Plus"/>
          <w:sz w:val="24"/>
        </w:rPr>
        <w:t>θίαν ἀθέους, ἢ ὑφ’ ἡδονῆς διεφθαρμένους· εἰ δέ που τίς ἐστιν ἀγαθὸς καὶ εὔστοχος κυβερνήτης, εὐθὺ τῶν λιμένων χωρεῖ τῶν ἀσφαλεστάτων, ἔνθ’ οὐ χρεὼ πείσματός ἐστιν,</w:t>
      </w:r>
    </w:p>
    <w:p>
      <w:r>
        <w:rPr>
          <w:rFonts w:ascii="Courier New" w:hAnsi="Courier New"/>
          <w:color w:val="555555"/>
          <w:sz w:val="20"/>
        </w:rPr>
        <w:t>[5]</w:t>
      </w:r>
    </w:p>
    <w:p>
      <w:r>
        <w:rPr>
          <w:rFonts w:ascii="Gentium Plus" w:hAnsi="Gentium Plus"/>
          <w:sz w:val="24"/>
        </w:rPr>
        <w:t>οὔτ’ εὐνὰς βαλέειν, οὔτε πρυμνήσι’ ἀνάψαι.</w:t>
      </w:r>
    </w:p>
    <w:p>
      <w:r>
        <w:rPr>
          <w:rFonts w:ascii="Courier New" w:hAnsi="Courier New"/>
          <w:color w:val="555555"/>
          <w:sz w:val="20"/>
        </w:rPr>
        <w:t>[30 . 2 f]</w:t>
      </w:r>
    </w:p>
    <w:p>
      <w:r>
        <w:rPr>
          <w:rFonts w:ascii="Gentium Plus" w:hAnsi="Gentium Plus"/>
          <w:sz w:val="24"/>
        </w:rPr>
        <w:t>Τίς οὖν ἐστιν ὁ κυβερνήτης οὗτος; καὶ τίνι φέροντες</w:t>
      </w:r>
    </w:p>
    <w:p>
      <w:r>
        <w:rPr>
          <w:rFonts w:ascii="Courier New" w:hAnsi="Courier New"/>
          <w:color w:val="555555"/>
          <w:sz w:val="20"/>
        </w:rPr>
        <w:t>[30 . 2 g]</w:t>
      </w:r>
    </w:p>
    <w:p>
      <w:r>
        <w:rPr>
          <w:rFonts w:ascii="Gentium Plus" w:hAnsi="Gentium Plus"/>
          <w:sz w:val="24"/>
        </w:rPr>
        <w:t>ἑαυτοὺς ἐπιτρέψομεν; Μήπω με τοῦτο, ὦ τάν, ἔρῃ, πρὶν ἂν τοὺς ἄλλους ἴδῃς καὶ ἐξετάσῃς· καὶ πρῶτόν γε αὐτῶν τὸν ἁβρὸν τοῦτον καὶ ἥδιστον κυβερνήτην ἡδίστης νεὼς τῆσδ’ ἐκ γῆς ἰδεῖν, ἐν δὲ τῷ πλῷ ἀχρειο‐</w:t>
      </w:r>
    </w:p>
    <w:p>
      <w:r>
        <w:rPr>
          <w:rFonts w:ascii="Courier New" w:hAnsi="Courier New"/>
          <w:color w:val="555555"/>
          <w:sz w:val="20"/>
        </w:rPr>
        <w:t>[5]</w:t>
      </w:r>
    </w:p>
    <w:p>
      <w:r>
        <w:rPr>
          <w:rFonts w:ascii="Gentium Plus" w:hAnsi="Gentium Plus"/>
          <w:sz w:val="24"/>
        </w:rPr>
        <w:t>τάτης καὶ πονηρᾶς ἀεὶ καὶ δυσέργου ταῖς ὑπηρεσίαις, καὶ ἐκτετμημένης τὰ ὄργανα, καὶ πρὸς τὰς τοῦ χει‐ μῶνος ἐμβολὰς ἀσθενεστάτης καὶ ἐνδοσίμου.</w:t>
      </w:r>
    </w:p>
    <w:p>
      <w:r>
        <w:rPr>
          <w:rFonts w:ascii="Courier New" w:hAnsi="Courier New"/>
          <w:color w:val="555555"/>
          <w:sz w:val="20"/>
        </w:rPr>
        <w:t>[30 . 3 a]</w:t>
      </w:r>
    </w:p>
    <w:p>
      <w:r>
        <w:rPr>
          <w:rFonts w:ascii="Gentium Plus" w:hAnsi="Gentium Plus"/>
          <w:sz w:val="24"/>
        </w:rPr>
        <w:t>Ἐπεὶ δὲ ὁ λόγος οὐκ οἶδ’ ὅπως εἰκόνος θαλαττίας ἐπελάβετο, μὴ ἀφῶμεν αὐτὸν ἀπελθεῖν ἡμῖν, πρὶν ἐξ‐ εργάσηται σαφῶς τὴν γραφήν, εἰκάζων τὴν Ἐπικούρου</w:t>
      </w:r>
    </w:p>
    <w:p>
      <w:r>
        <w:rPr>
          <w:rFonts w:ascii="Courier New" w:hAnsi="Courier New"/>
          <w:color w:val="555555"/>
          <w:sz w:val="20"/>
        </w:rPr>
        <w:t>[30 . 3 b]</w:t>
      </w:r>
    </w:p>
    <w:p>
      <w:r>
        <w:rPr>
          <w:rFonts w:ascii="Gentium Plus" w:hAnsi="Gentium Plus"/>
          <w:sz w:val="24"/>
        </w:rPr>
        <w:t>φιλοσοφίαν βασιλικῇ ὁλκάδι Ἀσιήτου βασιλέως. Λέγω δὲ οὐ μῦθον πλάττων, ἀλλὰ οὐ πολὺς χρόνος, ὅτε ἐξ Αἰγύπτου ἐς Τροίαν ἔπλει βασιλεὺς τῶν ὑπὲρ Φοι‐ νίκης βαρβάρων, ἐκείνων τῶν ἀνδρῶν,</w:t>
      </w:r>
    </w:p>
    <w:p>
      <w:r>
        <w:rPr>
          <w:rFonts w:ascii="Courier New" w:hAnsi="Courier New"/>
          <w:color w:val="555555"/>
          <w:sz w:val="20"/>
        </w:rPr>
        <w:t>[5]</w:t>
      </w:r>
    </w:p>
    <w:p>
      <w:r>
        <w:rPr>
          <w:rFonts w:ascii="Gentium Plus" w:hAnsi="Gentium Plus"/>
          <w:sz w:val="24"/>
        </w:rPr>
        <w:t>οἳ οὐκ ἴσασιν θάλατταν, οὐδὲ ἀλέγουσιν τοῦ Αἰγιόχου Διὸς οὐδὲ θεῶν μακάρων.</w:t>
      </w:r>
    </w:p>
    <w:p>
      <w:r>
        <w:rPr>
          <w:rFonts w:ascii="Courier New" w:hAnsi="Courier New"/>
          <w:color w:val="555555"/>
          <w:sz w:val="20"/>
        </w:rPr>
        <w:t>[30 . 3 c]</w:t>
      </w:r>
    </w:p>
    <w:p>
      <w:r>
        <w:rPr>
          <w:rFonts w:ascii="Gentium Plus" w:hAnsi="Gentium Plus"/>
          <w:sz w:val="24"/>
        </w:rPr>
        <w:t>Παρεσκευάσατο δὴ μέλλων πλεῖν ὁ ἄθεος οὗτος καὶ ἀθάλαττος βασιλεὺς μεγάλην καὶ εὐρύχωρον ναῦν, ἵνα</w:t>
      </w:r>
    </w:p>
    <w:p>
      <w:r>
        <w:rPr>
          <w:rFonts w:ascii="Courier New" w:hAnsi="Courier New"/>
          <w:color w:val="555555"/>
          <w:sz w:val="20"/>
        </w:rPr>
        <w:t>[30 . 3 d]</w:t>
      </w:r>
    </w:p>
    <w:p>
      <w:r>
        <w:rPr>
          <w:rFonts w:ascii="Gentium Plus" w:hAnsi="Gentium Plus"/>
          <w:sz w:val="24"/>
        </w:rPr>
        <w:t>αὐτῷ πᾶσαι αἱ ἡδοναὶ συμπλέωσιν· τὸ μὲν γὰρ αὐτῆς βασίλεια ἦν, οἷα κάλλισται παστάδες, καὶ εὐναί, καὶ δρόμοι· ἔκτοσθεν δ’ αὐλῆς μέγας ὄρχατος ἄγχι θυράων</w:t>
      </w:r>
    </w:p>
    <w:p>
      <w:r>
        <w:rPr>
          <w:rFonts w:ascii="Courier New" w:hAnsi="Courier New"/>
          <w:color w:val="555555"/>
          <w:sz w:val="20"/>
        </w:rPr>
        <w:t>[5]</w:t>
      </w:r>
    </w:p>
    <w:p>
      <w:r>
        <w:rPr>
          <w:rFonts w:ascii="Gentium Plus" w:hAnsi="Gentium Plus"/>
          <w:sz w:val="24"/>
        </w:rPr>
        <w:t>τετραμμένος, καὶ δένδρα ἐπεφύκεσαν, ῥοιαί, καὶ ὄγχναι, καὶ μηλέαι,</w:t>
      </w:r>
    </w:p>
    <w:p>
      <w:r>
        <w:rPr>
          <w:rFonts w:ascii="Courier New" w:hAnsi="Courier New"/>
          <w:color w:val="555555"/>
          <w:sz w:val="20"/>
        </w:rPr>
        <w:t>[30 . 3 e]</w:t>
      </w:r>
    </w:p>
    <w:p>
      <w:r>
        <w:rPr>
          <w:rFonts w:ascii="Gentium Plus" w:hAnsi="Gentium Plus"/>
          <w:sz w:val="24"/>
        </w:rPr>
        <w:t>καὶ ἄμπελοι· τὸ δὲ αὐτῆς λουτρὸν ἦν, καὶ γυμνάσιον· τὸ δὲ ὀψοποιοῖς χώρα· τὸ δέ, θάλαμοι παλλακίσιν· τὸ δέ, συμπόσιον· τὸ δέ, ἄλλό τι μέρος τρυφώσης πόλεως.</w:t>
      </w:r>
    </w:p>
    <w:p>
      <w:r>
        <w:rPr>
          <w:rFonts w:ascii="Courier New" w:hAnsi="Courier New"/>
          <w:color w:val="555555"/>
          <w:sz w:val="20"/>
        </w:rPr>
        <w:t>[30 . 3 f]</w:t>
      </w:r>
    </w:p>
    <w:p>
      <w:r>
        <w:rPr>
          <w:rFonts w:ascii="Gentium Plus" w:hAnsi="Gentium Plus"/>
          <w:sz w:val="24"/>
        </w:rPr>
        <w:t>Περιεβέβλητο δὲ ἡ ναῦς πολλὰς μὲν χρόας ἡδίστας</w:t>
      </w:r>
    </w:p>
    <w:p>
      <w:r>
        <w:rPr>
          <w:rFonts w:ascii="Courier New" w:hAnsi="Courier New"/>
          <w:color w:val="555555"/>
          <w:sz w:val="20"/>
        </w:rPr>
        <w:t>[30 . 3 g]</w:t>
      </w:r>
    </w:p>
    <w:p>
      <w:r>
        <w:rPr>
          <w:rFonts w:ascii="Gentium Plus" w:hAnsi="Gentium Plus"/>
          <w:sz w:val="24"/>
        </w:rPr>
        <w:t>Ἐθαύμαζον οἷον τὸ θέαμα οἱ Αἰγύπτιοι, καὶ τὸν ἐπι‐ βάτην ἐμακάριζον, καί που τὶς εὔξατο ναύτης γενέ‐</w:t>
      </w:r>
    </w:p>
    <w:p>
      <w:r>
        <w:rPr>
          <w:rFonts w:ascii="Courier New" w:hAnsi="Courier New"/>
          <w:color w:val="555555"/>
          <w:sz w:val="20"/>
        </w:rPr>
        <w:t>[30 . 3 h]</w:t>
      </w:r>
    </w:p>
    <w:p>
      <w:r>
        <w:rPr>
          <w:rFonts w:ascii="Gentium Plus" w:hAnsi="Gentium Plus"/>
          <w:sz w:val="24"/>
        </w:rPr>
        <w:t>σθαι ἡδίστης νεώς. Ἐπεὶ δὲ ὥρα ἀνάγεσθαι ἦν, ἐξέπλει μὲν ἡ μεγάλη αὕτη ναῦς καὶ πολυτελής, καὶ ἀπεσά‐ λευεν τῶν λιμένων, καθάπερ νῆσος πλωτή. Ἐξέπλεον δὲ καὶ αἱ ἄλλαι ὁλκάδες αἱ δημοτικαί, εὔζωνοι καὶ</w:t>
      </w:r>
    </w:p>
    <w:p>
      <w:r>
        <w:rPr>
          <w:rFonts w:ascii="Courier New" w:hAnsi="Courier New"/>
          <w:color w:val="555555"/>
          <w:sz w:val="20"/>
        </w:rPr>
        <w:t>[30 . 3 i]</w:t>
      </w:r>
    </w:p>
    <w:p>
      <w:r>
        <w:rPr>
          <w:rFonts w:ascii="Gentium Plus" w:hAnsi="Gentium Plus"/>
          <w:sz w:val="24"/>
        </w:rPr>
        <w:t>πρὸς τὴν χρείαν παρεσκευασμέναι. Μέχρι μὲν ἦν τὸ πνεῦμα πρᾶον, ἐκράτει ταῖς ἡδοναῖς ἡ βασιλικὴ ναῦς, καὶ κνίσης ἦν πάντα μεστά, αὐλῶν, συρίγγων τὲ ἐνοπῆς, ὁμάδου τὲ ἀν‐</w:t>
      </w:r>
    </w:p>
    <w:p>
      <w:r>
        <w:rPr>
          <w:rFonts w:ascii="Courier New" w:hAnsi="Courier New"/>
          <w:color w:val="555555"/>
          <w:sz w:val="20"/>
        </w:rPr>
        <w:t>[5]</w:t>
      </w:r>
    </w:p>
    <w:p>
      <w:r>
        <w:rPr>
          <w:rFonts w:ascii="Gentium Plus" w:hAnsi="Gentium Plus"/>
          <w:sz w:val="24"/>
        </w:rPr>
        <w:t>θρώπων.</w:t>
      </w:r>
    </w:p>
    <w:p>
      <w:r>
        <w:rPr>
          <w:rFonts w:ascii="Courier New" w:hAnsi="Courier New"/>
          <w:color w:val="555555"/>
          <w:sz w:val="20"/>
        </w:rPr>
        <w:t>[30 . 3 k]</w:t>
      </w:r>
    </w:p>
    <w:p>
      <w:r>
        <w:rPr>
          <w:rFonts w:ascii="Gentium Plus" w:hAnsi="Gentium Plus"/>
          <w:sz w:val="24"/>
        </w:rPr>
        <w:t>Ἐπεὶ δὲ ἐξ αἰθρίας ἄφνω χειμὼν ἐπετάραξεν τὸν αἰ‐ θέρα, καὶ πνεῦμα κάτεισι λάβρον σὺν πολλῷ πατάγῳ,</w:t>
      </w:r>
    </w:p>
    <w:p>
      <w:r>
        <w:rPr>
          <w:rFonts w:ascii="Courier New" w:hAnsi="Courier New"/>
          <w:color w:val="555555"/>
          <w:sz w:val="20"/>
        </w:rPr>
        <w:t>[30 . 3 l]</w:t>
      </w:r>
    </w:p>
    <w:p>
      <w:r>
        <w:rPr>
          <w:rFonts w:ascii="Gentium Plus" w:hAnsi="Gentium Plus"/>
          <w:sz w:val="24"/>
        </w:rPr>
        <w:t>ἔγνωσαν τότε, τίς μὲν ἡδονῆς χρεία, τίς δὲ τέχνης. Αἱ μὲν γὰρ ἄλλαι ὁλκάδες ξυνενεικάμεναι τὰ ἱστία πρὸς</w:t>
      </w:r>
    </w:p>
    <w:p>
      <w:r>
        <w:rPr>
          <w:rFonts w:ascii="Courier New" w:hAnsi="Courier New"/>
          <w:color w:val="555555"/>
          <w:sz w:val="20"/>
        </w:rPr>
        <w:t>[30 . 3 m]</w:t>
      </w:r>
    </w:p>
    <w:p>
      <w:r>
        <w:rPr>
          <w:rFonts w:ascii="Gentium Plus" w:hAnsi="Gentium Plus"/>
          <w:sz w:val="24"/>
        </w:rPr>
        <w:t>τὴν ἐμβολὴν τοῦ κακοῦ ἀπεμάχοντο· ἡ δὲ κακοδαίμων ἐκείνη ναῦς περιεφέρετο, καθάπερ ἀνδρὸς σῶμα μέγα,</w:t>
      </w:r>
    </w:p>
    <w:p>
      <w:r>
        <w:rPr>
          <w:rFonts w:ascii="Courier New" w:hAnsi="Courier New"/>
          <w:color w:val="555555"/>
          <w:sz w:val="20"/>
        </w:rPr>
        <w:t>[30 . 3 n]</w:t>
      </w:r>
    </w:p>
    <w:p>
      <w:r>
        <w:rPr>
          <w:rFonts w:ascii="Gentium Plus" w:hAnsi="Gentium Plus"/>
          <w:sz w:val="24"/>
        </w:rPr>
        <w:t>καρηβαροῦν, καὶ ὑπὸ μέθης σφαλλόμενον· καὶ οὔτε ὁ κυβερνήτης ὅ, τι χρήσαιτο τῇ τέχνῃ εἶχεν, ὅ, τε ἁβρὸς</w:t>
      </w:r>
    </w:p>
    <w:p>
      <w:r>
        <w:rPr>
          <w:rFonts w:ascii="Courier New" w:hAnsi="Courier New"/>
          <w:color w:val="555555"/>
          <w:sz w:val="20"/>
        </w:rPr>
        <w:t>[30 . 3 o]</w:t>
      </w:r>
    </w:p>
    <w:p>
      <w:r>
        <w:rPr>
          <w:rFonts w:ascii="Gentium Plus" w:hAnsi="Gentium Plus"/>
          <w:sz w:val="24"/>
        </w:rPr>
        <w:t>ἐκεῖνος ὄχλος ἔκειτο ἐκπλαγὴς καὶ στένων· κατήριπεν δὲ ὁ χειμὼν τὰ θαυμαστὰ ἐκεῖνα πάντα, πολλὰ δ’ ὅ γε προθέλυμνα χαμαὶ βάλε δούρατα μακρά·</w:t>
      </w:r>
    </w:p>
    <w:p>
      <w:r>
        <w:rPr>
          <w:rFonts w:ascii="Courier New" w:hAnsi="Courier New"/>
          <w:color w:val="555555"/>
          <w:sz w:val="20"/>
        </w:rPr>
        <w:t>[5]</w:t>
      </w:r>
    </w:p>
    <w:p>
      <w:r>
        <w:rPr>
          <w:rFonts w:ascii="Gentium Plus" w:hAnsi="Gentium Plus"/>
          <w:sz w:val="24"/>
        </w:rPr>
        <w:t>διελύετο δὲ καὶ ἡ βασιλεία, καὶ οἱ θάλαμοι, καὶ τὰ λουτρά, καὶ ἐξέπιπτεν εἰς γῆν πόλεως ναυάγια·</w:t>
      </w:r>
    </w:p>
    <w:p>
      <w:r>
        <w:rPr>
          <w:rFonts w:ascii="Courier New" w:hAnsi="Courier New"/>
          <w:color w:val="555555"/>
          <w:sz w:val="20"/>
        </w:rPr>
        <w:t>[30 . 3 p]</w:t>
      </w:r>
    </w:p>
    <w:p>
      <w:r>
        <w:rPr>
          <w:rFonts w:ascii="Gentium Plus" w:hAnsi="Gentium Plus"/>
          <w:sz w:val="24"/>
        </w:rPr>
        <w:t>οἱ δὲ κορώνῃσιν ἴκελοι περὶ νῆα μέλαιναν κύμασιν ἐπιφορέοντο.</w:t>
      </w:r>
    </w:p>
    <w:p>
      <w:r>
        <w:rPr>
          <w:rFonts w:ascii="Courier New" w:hAnsi="Courier New"/>
          <w:color w:val="555555"/>
          <w:sz w:val="20"/>
        </w:rPr>
        <w:t>[30 . 3 q]</w:t>
      </w:r>
    </w:p>
    <w:p>
      <w:r>
        <w:rPr>
          <w:rFonts w:ascii="Gentium Plus" w:hAnsi="Gentium Plus"/>
          <w:sz w:val="24"/>
        </w:rPr>
        <w:t>Τοῦτο τέλος ἀνοήτου ἐπιβάτον, καὶ ἀχρήστου νεώς, καὶ ἀκαίρου τρυφῆς. Ἐπανάγωμεν δὲ αὖθις ἐπὶ τὸν λόγον, ὡς τὴν εἰ‐</w:t>
      </w:r>
    </w:p>
    <w:p>
      <w:r>
        <w:rPr>
          <w:rFonts w:ascii="Courier New" w:hAnsi="Courier New"/>
          <w:color w:val="555555"/>
          <w:sz w:val="20"/>
        </w:rPr>
        <w:t>[30 4* a]</w:t>
      </w:r>
    </w:p>
    <w:p>
      <w:r>
        <w:rPr>
          <w:rFonts w:ascii="Gentium Plus" w:hAnsi="Gentium Plus"/>
          <w:sz w:val="24"/>
        </w:rPr>
        <w:t>κόνα ταύτην παρελάβομεν. Ἔοικεν γὰρ ἀμέλει καὶ οὗτος οὐ πλοῦν βραχύν, οὐδὲ ἡμερῶν ὀλίγων ἡμῖν δρόμον διαγωνιουμένοις, ἀλλὰ τὸν τοῦ ζῆν ξύμπαντα χρόνον νομοθετεῖν ἡδονὰς οὐδὲν τῶν θαλαττίων ἐκεί‐</w:t>
      </w:r>
    </w:p>
    <w:p>
      <w:r>
        <w:rPr>
          <w:rFonts w:ascii="Courier New" w:hAnsi="Courier New"/>
          <w:color w:val="555555"/>
          <w:sz w:val="20"/>
        </w:rPr>
        <w:t>[30 4* b]</w:t>
      </w:r>
    </w:p>
    <w:p>
      <w:r>
        <w:rPr>
          <w:rFonts w:ascii="Gentium Plus" w:hAnsi="Gentium Plus"/>
          <w:sz w:val="24"/>
        </w:rPr>
        <w:t>νων ἀσφαλεστέρας· μήπω γάρ τις ἡμᾶς πειθέτω λόγος, ὡς οὐκ ἀγαθὸν ἡδονή, ἀλλὰ ἀγωνιζέσθω, ἐὰν πεῖσαι δυνηθῇ, 〈ὡς ἀσφαλήσ〉. Εἰ δὲ μεταβάλλειν μὴ δυνηθῇ, ἀνέξομαι, ἡδόμενος τὸν πάντα χρόνον, καὶ ἀμελήσω τῆς</w:t>
      </w:r>
    </w:p>
    <w:p>
      <w:r>
        <w:rPr>
          <w:rFonts w:ascii="Courier New" w:hAnsi="Courier New"/>
          <w:color w:val="555555"/>
          <w:sz w:val="20"/>
        </w:rPr>
        <w:t>[5]</w:t>
      </w:r>
    </w:p>
    <w:p>
      <w:r>
        <w:rPr>
          <w:rFonts w:ascii="Gentium Plus" w:hAnsi="Gentium Plus"/>
          <w:sz w:val="24"/>
        </w:rPr>
        <w:t>ἀρετῆς, ἐάν μοι δείξῃς ἡδονὴν ἀσφαλῆ καὶ λύπης ἀμιγῆ,</w:t>
      </w:r>
    </w:p>
    <w:p>
      <w:r>
        <w:rPr>
          <w:rFonts w:ascii="Courier New" w:hAnsi="Courier New"/>
          <w:color w:val="555555"/>
          <w:sz w:val="20"/>
        </w:rPr>
        <w:t>[30 4* c]</w:t>
      </w:r>
    </w:p>
    <w:p>
      <w:r>
        <w:rPr>
          <w:rFonts w:ascii="Gentium Plus" w:hAnsi="Gentium Plus"/>
          <w:sz w:val="24"/>
        </w:rPr>
        <w:t>ἡδονὴν ἀμετάγνωστον, ἡδονὴν ἐπαινουμένην. Δείξεις δέ πως οὐ μᾶλλον, ἢ λύπην· οὐδὲν γὰρ ὑγιὲς οὐδὲ εἰλι‐ κρινὲς τούτων κατεστήσατο τοῖς ἀνθρώποις ἡ φύσις, ἀλλὰ ἀναμέμικται πανταχοῦ τὰ λυπηρὰ τοῖς ἡδέσιν, ἑκάτερον</w:t>
      </w:r>
    </w:p>
    <w:p>
      <w:r>
        <w:rPr>
          <w:rFonts w:ascii="Courier New" w:hAnsi="Courier New"/>
          <w:color w:val="555555"/>
          <w:sz w:val="20"/>
        </w:rPr>
        <w:t>[5]</w:t>
      </w:r>
    </w:p>
    <w:p>
      <w:r>
        <w:rPr>
          <w:rFonts w:ascii="Gentium Plus" w:hAnsi="Gentium Plus"/>
          <w:sz w:val="24"/>
        </w:rPr>
        <w:t>ἐν ἑκατέρῳ φυρόμενον· ἀνάγκη δὲ αἱρούμενον θάτερον</w:t>
      </w:r>
    </w:p>
    <w:p>
      <w:r>
        <w:rPr>
          <w:rFonts w:ascii="Courier New" w:hAnsi="Courier New"/>
          <w:color w:val="555555"/>
          <w:sz w:val="20"/>
        </w:rPr>
        <w:t>[30 4* d]</w:t>
      </w:r>
    </w:p>
    <w:p>
      <w:r>
        <w:rPr>
          <w:rFonts w:ascii="Gentium Plus" w:hAnsi="Gentium Plus"/>
          <w:sz w:val="24"/>
        </w:rPr>
        <w:t>καὶ τοῦ ἄλλου μετέχειν εὐθύς· ἅτε γὰρ ἀλλήλοις συμ‐ πεφυκότα, τὸ ἕτερον τῷ ἑτέρῳ ἐπιρρεῖ, καὶ ἀντικαταλ‐</w:t>
      </w:r>
    </w:p>
    <w:p>
      <w:r>
        <w:rPr>
          <w:rFonts w:ascii="Courier New" w:hAnsi="Courier New"/>
          <w:color w:val="555555"/>
          <w:sz w:val="20"/>
        </w:rPr>
        <w:t>[30 4* e]</w:t>
      </w:r>
    </w:p>
    <w:p>
      <w:r>
        <w:rPr>
          <w:rFonts w:ascii="Gentium Plus" w:hAnsi="Gentium Plus"/>
          <w:sz w:val="24"/>
        </w:rPr>
        <w:t>λάττεται τὰς γενέσεις, καὶ ἀμείβει τὰς συνουσίας. Ὑπὸ δὲ τῆς παλιρροίας ταύτης ψυχὴ κυκωμένη, πῶς ἄν ποτε ἐπιλάβοιτο ἀλυπίας, συνοῦσα ἀγαθοῖς ἐστερημέ‐</w:t>
      </w:r>
    </w:p>
    <w:p>
      <w:r>
        <w:rPr>
          <w:rFonts w:ascii="Courier New" w:hAnsi="Courier New"/>
          <w:color w:val="555555"/>
          <w:sz w:val="20"/>
        </w:rPr>
        <w:t>[30 4* f]</w:t>
      </w:r>
    </w:p>
    <w:p>
      <w:r>
        <w:rPr>
          <w:rFonts w:ascii="Gentium Plus" w:hAnsi="Gentium Plus"/>
          <w:sz w:val="24"/>
        </w:rPr>
        <w:t>νοις; Ἐγὼ καὶ θαλάττῃ διὰ τοῦτο ἀπιστῶ, κἂν νήνε‐</w:t>
      </w:r>
    </w:p>
    <w:p>
      <w:r>
        <w:rPr>
          <w:rFonts w:ascii="Courier New" w:hAnsi="Courier New"/>
          <w:color w:val="555555"/>
          <w:sz w:val="20"/>
        </w:rPr>
        <w:t>[5]</w:t>
      </w:r>
    </w:p>
    <w:p>
      <w:r>
        <w:rPr>
          <w:rFonts w:ascii="Gentium Plus" w:hAnsi="Gentium Plus"/>
          <w:sz w:val="24"/>
        </w:rPr>
        <w:t>ἔνθ’ οὐκ ἔστ’ ... οὔτ’ ἂρ χειμὼν πολύς, οὔτέ ποτ’ ὄμβρῳ δεύεται, .... ἀλλὰ μάλ’ αἴθρη πέπταται ἀννέφελος, λευκὴ δ’ ἐπιδέδρομεν αἴγλη.</w:t>
      </w:r>
    </w:p>
    <w:p>
      <w:r>
        <w:rPr>
          <w:rFonts w:ascii="Courier New" w:hAnsi="Courier New"/>
          <w:color w:val="555555"/>
          <w:sz w:val="20"/>
        </w:rPr>
        <w:t>[30 4* g]</w:t>
      </w:r>
    </w:p>
    <w:p>
      <w:r>
        <w:rPr>
          <w:rFonts w:ascii="Gentium Plus" w:hAnsi="Gentium Plus"/>
          <w:sz w:val="24"/>
        </w:rPr>
        <w:t>Συγκεκλήρωται δὲ καὶ ἡ ψυχὴ τοιούτῳ πάθει· καὶ μέχρις ἂν αὐτῇ ἀπῇ μὲν ὁ κυβερνήτης, ἀπῇ δὲ καὶ ἡ τέχνη, κἂν γαλήνην ἴδῃ, χειμῶνα δέδιεν· κἂν χειμῶνι</w:t>
      </w:r>
    </w:p>
    <w:p>
      <w:r>
        <w:rPr>
          <w:rFonts w:ascii="Courier New" w:hAnsi="Courier New"/>
          <w:color w:val="555555"/>
          <w:sz w:val="20"/>
        </w:rPr>
        <w:t>[30 4* h]</w:t>
      </w:r>
    </w:p>
    <w:p>
      <w:r>
        <w:rPr>
          <w:rFonts w:ascii="Gentium Plus" w:hAnsi="Gentium Plus"/>
          <w:sz w:val="24"/>
        </w:rPr>
        <w:t>ἐντύχῃ, γαλήνην ποθεῖ. Ἀνδρὸς γὰρ βίος πρὸς ἡδο‐ νὴν νενευκότος, καὶ λύπην ἐπτοημένου, κοῦφος καὶ ψοφοδεὴς καὶ ἄπιστος καὶ θαλάττης πάσης ἀδηλότερος.</w:t>
      </w:r>
    </w:p>
    <w:p>
      <w:r>
        <w:rPr>
          <w:rFonts w:ascii="Courier New" w:hAnsi="Courier New"/>
          <w:color w:val="555555"/>
          <w:sz w:val="20"/>
        </w:rPr>
        <w:t>[30 . 5 a]</w:t>
      </w:r>
    </w:p>
    <w:p>
      <w:r>
        <w:rPr>
          <w:rFonts w:ascii="Gentium Plus" w:hAnsi="Gentium Plus"/>
          <w:sz w:val="24"/>
        </w:rPr>
        <w:t>Οὐχ ὁρᾷς τοὺς μνηστῆρας νεανικαῖς ἡδοναῖς συγ‐ γιγνομένους, πίονας αἶγας κατέδοντας, καὶ ἁπαλῶν ἐρίφων ἐμπιμπλαμένους, καὶ αὐλῶν ἀκούοντας, καὶ οἶνον ἀπομισγομένους, καὶ δίσκοις ταρπομένους, καὶ</w:t>
      </w:r>
    </w:p>
    <w:p>
      <w:r>
        <w:rPr>
          <w:rFonts w:ascii="Courier New" w:hAnsi="Courier New"/>
          <w:color w:val="555555"/>
          <w:sz w:val="20"/>
        </w:rPr>
        <w:t>[5]</w:t>
      </w:r>
    </w:p>
    <w:p>
      <w:r>
        <w:rPr>
          <w:rFonts w:ascii="Gentium Plus" w:hAnsi="Gentium Plus"/>
          <w:sz w:val="24"/>
        </w:rPr>
        <w:t>αἰγανέας ἱέντας; Τίς οὐκ ἂν αὐτοὺς τῆς ἡδονῆς ταύ‐</w:t>
      </w:r>
    </w:p>
    <w:p>
      <w:r>
        <w:rPr>
          <w:rFonts w:ascii="Courier New" w:hAnsi="Courier New"/>
          <w:color w:val="555555"/>
          <w:sz w:val="20"/>
        </w:rPr>
        <w:t>[30 . 5 b]</w:t>
      </w:r>
    </w:p>
    <w:p>
      <w:r>
        <w:rPr>
          <w:rFonts w:ascii="Gentium Plus" w:hAnsi="Gentium Plus"/>
          <w:sz w:val="24"/>
        </w:rPr>
        <w:t>της ἐμακάρισεν; Ἀλλὰ ὁ μαντικὸς καὶ γνωριστικὸς τοῦ μέλλοντος λέγει, ἆ δεῖλ’ οὔτι κακὸν τόδε πάσχετε, νυκτὶ μὲν ὑμῶν εἰλύαται κεφαλαί,</w:t>
      </w:r>
    </w:p>
    <w:p>
      <w:r>
        <w:rPr>
          <w:rFonts w:ascii="Courier New" w:hAnsi="Courier New"/>
          <w:color w:val="555555"/>
          <w:sz w:val="20"/>
        </w:rPr>
        <w:t>[30 . 5 c]</w:t>
      </w:r>
    </w:p>
    <w:p>
      <w:r>
        <w:rPr>
          <w:rFonts w:ascii="Gentium Plus" w:hAnsi="Gentium Plus"/>
          <w:sz w:val="24"/>
        </w:rPr>
        <w:t>παρὰ πόδας τὸ κακὸν καὶ ἐγγύς. Παρὰ πόδας τὸ κα‐ κὸν ἦν καὶ Ἀλεξάνδρῳ τῷ τὴν θαυμαστὴν ἐκείνην ἡδονὴν ἐκ Πελοποννήσου ἐκκλέψαντι· ταχὺ γὰρ ἐπ’ αὐτῇ στόλος ἐξηρτύθη Ἑλληνικός, μυρίας μὲν ὀδύνας</w:t>
      </w:r>
    </w:p>
    <w:p>
      <w:r>
        <w:rPr>
          <w:rFonts w:ascii="Courier New" w:hAnsi="Courier New"/>
          <w:color w:val="555555"/>
          <w:sz w:val="20"/>
        </w:rPr>
        <w:t>[5]</w:t>
      </w:r>
    </w:p>
    <w:p>
      <w:r>
        <w:rPr>
          <w:rFonts w:ascii="Gentium Plus" w:hAnsi="Gentium Plus"/>
          <w:sz w:val="24"/>
        </w:rPr>
        <w:t>αὐτῷ τῷ τῆς ἡδονῆς ἐραστῇ ἄγων, μυρίας δὲ τῇ</w:t>
      </w:r>
    </w:p>
    <w:p>
      <w:r>
        <w:rPr>
          <w:rFonts w:ascii="Courier New" w:hAnsi="Courier New"/>
          <w:color w:val="555555"/>
          <w:sz w:val="20"/>
        </w:rPr>
        <w:t>[30 . 5 d]</w:t>
      </w:r>
    </w:p>
    <w:p>
      <w:r>
        <w:rPr>
          <w:rFonts w:ascii="Gentium Plus" w:hAnsi="Gentium Plus"/>
          <w:sz w:val="24"/>
        </w:rPr>
        <w:t>ξυμπάσῃ πόλει. Τὰς δὲ Ἀσσυρίους ἡδονὰς οὐ λέγω, ἃς κατέλαβεν εὐθὺς πῦρ αὐτῷ χρυσῷ, καὶ αὐταῖς παλ‐</w:t>
      </w:r>
    </w:p>
    <w:p>
      <w:r>
        <w:rPr>
          <w:rFonts w:ascii="Courier New" w:hAnsi="Courier New"/>
          <w:color w:val="555555"/>
          <w:sz w:val="20"/>
        </w:rPr>
        <w:t>[30 . 5 e]</w:t>
      </w:r>
    </w:p>
    <w:p>
      <w:r>
        <w:rPr>
          <w:rFonts w:ascii="Gentium Plus" w:hAnsi="Gentium Plus"/>
          <w:sz w:val="24"/>
        </w:rPr>
        <w:t>λακίσιν. Οὐδὲ τὰς Πολυκράτους τὰς Ἰωνικὰς οὐ λέγω,</w:t>
      </w:r>
    </w:p>
    <w:p>
      <w:r>
        <w:rPr>
          <w:rFonts w:ascii="Courier New" w:hAnsi="Courier New"/>
          <w:color w:val="555555"/>
          <w:sz w:val="20"/>
        </w:rPr>
        <w:t>[30 . 5 f]</w:t>
      </w:r>
    </w:p>
    <w:p>
      <w:r>
        <w:rPr>
          <w:rFonts w:ascii="Gentium Plus" w:hAnsi="Gentium Plus"/>
          <w:sz w:val="24"/>
        </w:rPr>
        <w:t>ἃς κατέλαβεν οὐδὲ εὐσχήμων θάνατος. Πλήρης ἦν Σύβαρις ἡδονῶν, ἀλλὰ ἀπώλοντο μετὰ τῶν χρησα‐</w:t>
      </w:r>
    </w:p>
    <w:p>
      <w:r>
        <w:rPr>
          <w:rFonts w:ascii="Courier New" w:hAnsi="Courier New"/>
          <w:color w:val="555555"/>
          <w:sz w:val="20"/>
        </w:rPr>
        <w:t>[30 . 5 g]</w:t>
      </w:r>
    </w:p>
    <w:p>
      <w:r>
        <w:rPr>
          <w:rFonts w:ascii="Gentium Plus" w:hAnsi="Gentium Plus"/>
          <w:sz w:val="24"/>
        </w:rPr>
        <w:t>μένων αἱ ἡδοναί. Εὐδοκίμουν καὶ παρὰ Συρακοσίοις ἡδοναί, ἀλλὰ ἐσωφρόνισαν αὐτοὺς μετ’ ἐκείνας αἱ συμ‐</w:t>
      </w:r>
    </w:p>
    <w:p>
      <w:pPr>
        <w:jc w:val="center"/>
      </w:pPr>
      <w:r>
        <w:rPr>
          <w:rFonts w:ascii="Gentium Plus" w:hAnsi="Gentium Plus"/>
          <w:b/>
          <w:sz w:val="24"/>
        </w:rPr>
        <w:t>Περὶ ἡδονῆς, ὅτι εἰ καὶ ἀγαθόν, ἀλλ’ οὐ</w:t>
      </w:r>
    </w:p>
    <w:p>
      <w:pPr>
        <w:jc w:val="center"/>
      </w:pPr>
      <w:r>
        <w:rPr>
          <w:rFonts w:ascii="Gentium Plus" w:hAnsi="Gentium Plus"/>
          <w:b/>
          <w:sz w:val="24"/>
        </w:rPr>
        <w:t>βέβαιον βʹ</w:t>
      </w:r>
    </w:p>
    <w:p>
      <w:r>
        <w:rPr>
          <w:rFonts w:ascii="Courier New" w:hAnsi="Courier New"/>
          <w:color w:val="555555"/>
          <w:sz w:val="20"/>
        </w:rPr>
        <w:t>[1]</w:t>
      </w:r>
    </w:p>
    <w:p>
      <w:r>
        <w:rPr>
          <w:rFonts w:ascii="Gentium Plus" w:hAnsi="Gentium Plus"/>
          <w:sz w:val="24"/>
        </w:rPr>
        <w:t>Ἐπεχείρει ἐχθρὸς λόγος τὶς παρελθὼν πείθειν ἡμᾶς ὡς αἱρετέον ἡδονήν, ἐὰν προσγένηται αὐτῇ τὸ ἀσφαλές· σοφιστὴς λόγος καὶ ἀπατεὼν δεινῶς, ὅς, ἐξὸν σκοπεῖν τὴν ἡδονῆς φύσιν, καθόσον ἡδονή, ποῦ τάττεται, ἐν</w:t>
      </w:r>
    </w:p>
    <w:p>
      <w:r>
        <w:rPr>
          <w:rFonts w:ascii="Courier New" w:hAnsi="Courier New"/>
          <w:color w:val="555555"/>
          <w:sz w:val="20"/>
        </w:rPr>
        <w:t>[5]</w:t>
      </w:r>
    </w:p>
    <w:p>
      <w:r>
        <w:rPr>
          <w:rFonts w:ascii="Gentium Plus" w:hAnsi="Gentium Plus"/>
          <w:sz w:val="24"/>
        </w:rPr>
        <w:t>ἀγαθοῖς ἢ κακοῖς, ἐν ποτέρῳ χορῷ παρεὶς τὸ σκέμμα, ὡς ἀγαθοῦ τῆς ἡδονῆς οὔσης, ἐσκοπεῖτο εἰ βέβαιον τὸ ἀγαθὸν τοῦτο. Καὶ ποῖον ἄν τις ἐπινοήσαι ἀγαθὸν</w:t>
      </w:r>
    </w:p>
    <w:p>
      <w:r>
        <w:rPr>
          <w:rFonts w:ascii="Courier New" w:hAnsi="Courier New"/>
          <w:color w:val="555555"/>
          <w:sz w:val="20"/>
        </w:rPr>
        <w:t>[31 . 1 b]</w:t>
      </w:r>
    </w:p>
    <w:p>
      <w:r>
        <w:rPr>
          <w:rFonts w:ascii="Gentium Plus" w:hAnsi="Gentium Plus"/>
          <w:sz w:val="24"/>
        </w:rPr>
        <w:t>σαλεῦον καὶ κραδαινόμενον; Ὥσπερ γάρ, οἶμαι, καὶ τῆς</w:t>
      </w:r>
    </w:p>
    <w:p>
      <w:r>
        <w:rPr>
          <w:rFonts w:ascii="Courier New" w:hAnsi="Courier New"/>
          <w:color w:val="555555"/>
          <w:sz w:val="20"/>
        </w:rPr>
        <w:t>[5]</w:t>
      </w:r>
    </w:p>
    <w:p>
      <w:r>
        <w:rPr>
          <w:rFonts w:ascii="Gentium Plus" w:hAnsi="Gentium Plus"/>
          <w:sz w:val="24"/>
        </w:rPr>
        <w:t>αὐτοῦ τὴν οὐσίαν· οὕτως καὶ τοῦ ἀγαθοῦ εἴ τις ἀφέλοι τὴν ἀκρίβειαν καὶ τὴν στάσιν, συναφεῖλεν αὐτοῦ καὶ τὴν φύσιν· οὐ γὰρ χρόνῳ τὸ ἀγαθὸν ἀνθεῖ, ὡς ὥρα</w:t>
      </w:r>
    </w:p>
    <w:p>
      <w:r>
        <w:rPr>
          <w:rFonts w:ascii="Courier New" w:hAnsi="Courier New"/>
          <w:color w:val="555555"/>
          <w:sz w:val="20"/>
        </w:rPr>
        <w:t>[31 . 1 c]</w:t>
      </w:r>
    </w:p>
    <w:p>
      <w:r>
        <w:rPr>
          <w:rFonts w:ascii="Gentium Plus" w:hAnsi="Gentium Plus"/>
          <w:sz w:val="24"/>
        </w:rPr>
        <w:t>σώματος. Πῶς ἂν οὖν τις περὶ ἡδονῆς σκοποῖ, τὸ μὲν ἀγαθὸν αὐτῇ προσθείς, ἀφελὼν δὲ τὸ βέβαιον; Εἰ γὰρ ἀνάγκη ἀγαθὸν ὂν βέβαιον εἶναι, τῇ τοῦ βε‐ βαίου ἀπουσίᾳ καὶ τὸ ἀγαθὸν τῆς ἡδονῆς συναπέρχε‐</w:t>
      </w:r>
    </w:p>
    <w:p>
      <w:r>
        <w:rPr>
          <w:rFonts w:ascii="Courier New" w:hAnsi="Courier New"/>
          <w:color w:val="555555"/>
          <w:sz w:val="20"/>
        </w:rPr>
        <w:t>[5]</w:t>
      </w:r>
    </w:p>
    <w:p>
      <w:r>
        <w:rPr>
          <w:rFonts w:ascii="Gentium Plus" w:hAnsi="Gentium Plus"/>
          <w:sz w:val="24"/>
        </w:rPr>
        <w:t>ται. Καὶ πότερος τούτων τῷ πιθανῷ πλησιαίτερος; ὁ λέγων τὴν ἡδονὴν ἀγαθὸν εἶναι, κἂν μὴ βέβαιος, ἢ</w:t>
      </w:r>
    </w:p>
    <w:p>
      <w:r>
        <w:rPr>
          <w:rFonts w:ascii="Courier New" w:hAnsi="Courier New"/>
          <w:color w:val="555555"/>
          <w:sz w:val="20"/>
        </w:rPr>
        <w:t>[31 . 1 d]</w:t>
      </w:r>
    </w:p>
    <w:p>
      <w:r>
        <w:rPr>
          <w:rFonts w:ascii="Gentium Plus" w:hAnsi="Gentium Plus"/>
          <w:sz w:val="24"/>
        </w:rPr>
        <w:t>ὁ ἀγαθὸν λέγων μὴ εἶναι, ἂν μὴ ὡς βέβαιον ᾖ; Ἐγὼ μὲν οἶμαι, θάτερον· κρεῖττον γὰρ ἀφελεῖν ἡδονὴν ἀγαθοῦ, προσθέντας τὸ βέβαιον αὐτῷ ἢ προσθεῖναι ἡδονῇ τἀγαθόν, ἀφελόντας αὐτῆς τὸ ἀσφαλές.</w:t>
      </w:r>
    </w:p>
    <w:p>
      <w:r>
        <w:rPr>
          <w:rFonts w:ascii="Courier New" w:hAnsi="Courier New"/>
          <w:color w:val="555555"/>
          <w:sz w:val="20"/>
        </w:rPr>
        <w:t>[31 . 2 a]</w:t>
      </w:r>
    </w:p>
    <w:p>
      <w:r>
        <w:rPr>
          <w:rFonts w:ascii="Gentium Plus" w:hAnsi="Gentium Plus"/>
          <w:sz w:val="24"/>
        </w:rPr>
        <w:t>Ἐπεὶ τοίνυν τὸ μὲν ἀγαθὸν οὐχ ἡδὺ πάντως, βέ‐ βαιον δὲ πάντως, τὸ δὲ ἡδὺ οὐ πάντως ἀγαθόν, ἀβέ‐</w:t>
      </w:r>
    </w:p>
    <w:p>
      <w:r>
        <w:rPr>
          <w:rFonts w:ascii="Courier New" w:hAnsi="Courier New"/>
          <w:color w:val="555555"/>
          <w:sz w:val="20"/>
        </w:rPr>
        <w:t>[5]</w:t>
      </w:r>
    </w:p>
    <w:p>
      <w:r>
        <w:rPr>
          <w:rFonts w:ascii="Gentium Plus" w:hAnsi="Gentium Plus"/>
          <w:sz w:val="24"/>
        </w:rPr>
        <w:t>μένους μὴ διώκειν ἡδονήν. Οὐθὲν δὲ οἶμαι διωκτὸν ὅ, τι μὴ ἀγαθόν· ἀλλ’ ἀγαθοῦ φαντασίᾳ, τὸ μὴ ἀγα‐</w:t>
      </w:r>
    </w:p>
    <w:p>
      <w:r>
        <w:rPr>
          <w:rFonts w:ascii="Courier New" w:hAnsi="Courier New"/>
          <w:color w:val="555555"/>
          <w:sz w:val="20"/>
        </w:rPr>
        <w:t>[31 . 2 b]</w:t>
      </w:r>
    </w:p>
    <w:p>
      <w:r>
        <w:rPr>
          <w:rFonts w:ascii="Gentium Plus" w:hAnsi="Gentium Plus"/>
          <w:sz w:val="24"/>
        </w:rPr>
        <w:t>θὸν διώκεται ἐν χώρᾳ ἀγαθοῦ· καθάπερ ὑπὸ τῶν χρηματιστῶν τὰ κίβδηλα τῶν νομισμάτων, οὐ διότι κίβδηλα, αἱρετὰ ὄντα, ἀλλὰ τῇ πρὸς τὸ ἀληθὲς ὁμοιό‐</w:t>
      </w:r>
    </w:p>
    <w:p>
      <w:r>
        <w:rPr>
          <w:rFonts w:ascii="Courier New" w:hAnsi="Courier New"/>
          <w:color w:val="555555"/>
          <w:sz w:val="20"/>
        </w:rPr>
        <w:t>[31 . 2 c]</w:t>
      </w:r>
    </w:p>
    <w:p>
      <w:r>
        <w:rPr>
          <w:rFonts w:ascii="Gentium Plus" w:hAnsi="Gentium Plus"/>
          <w:sz w:val="24"/>
        </w:rPr>
        <w:t>τητι τὴν τοῦ κιβδήλου φύσιν ἐπικρυπτόμενα. Ἀλλ’ ἐνταῦθα μὲν οἱ ἀργυρογνώμονες τῇ τέχνῃ διεκρίναντο τἀληθοῦς τὸ μὴ δόκιμον· ἐν δὲ τῇ τῶν ἀγαθῶν νομῇ διακρίνει ὁ λόγος ἀπὸ τῶν ὄντων ἀγαθῶν τὰ φαινό‐</w:t>
      </w:r>
    </w:p>
    <w:p>
      <w:r>
        <w:rPr>
          <w:rFonts w:ascii="Courier New" w:hAnsi="Courier New"/>
          <w:color w:val="555555"/>
          <w:sz w:val="20"/>
        </w:rPr>
        <w:t>[31 . 2 d]</w:t>
      </w:r>
    </w:p>
    <w:p>
      <w:r>
        <w:rPr>
          <w:rFonts w:ascii="Gentium Plus" w:hAnsi="Gentium Plus"/>
          <w:sz w:val="24"/>
        </w:rPr>
        <w:t>μενα μέν, οὐκ ὄντα δέ· ἀλλὰ λησόμεθα, ὥσπερ οἱ μοχθηροὶ χρηματισταί, θησαυροὺς ταμιευόμενοι κιβ‐ δήλων ἀγαθῶν.</w:t>
      </w:r>
    </w:p>
    <w:p>
      <w:r>
        <w:rPr>
          <w:rFonts w:ascii="Courier New" w:hAnsi="Courier New"/>
          <w:color w:val="555555"/>
          <w:sz w:val="20"/>
        </w:rPr>
        <w:t>[31 . 3 a]</w:t>
      </w:r>
    </w:p>
    <w:p>
      <w:r>
        <w:rPr>
          <w:rFonts w:ascii="Gentium Plus" w:hAnsi="Gentium Plus"/>
          <w:sz w:val="24"/>
        </w:rPr>
        <w:t>Τίς ἂν οὖν καὶ γένοιτο ἡ σκέψις ἡμῖν; καὶ τίς ὁ</w:t>
      </w:r>
    </w:p>
    <w:p>
      <w:r>
        <w:rPr>
          <w:rFonts w:ascii="Courier New" w:hAnsi="Courier New"/>
          <w:color w:val="555555"/>
          <w:sz w:val="20"/>
        </w:rPr>
        <w:t>[31 . 3 b]</w:t>
      </w:r>
    </w:p>
    <w:p>
      <w:r>
        <w:rPr>
          <w:rFonts w:ascii="Gentium Plus" w:hAnsi="Gentium Plus"/>
          <w:sz w:val="24"/>
        </w:rPr>
        <w:t>τῆς δοκιμασίας οὗτος τρόπος; Φέρε, εἴ τις ἐπεχείρει</w:t>
      </w:r>
    </w:p>
    <w:p>
      <w:r>
        <w:rPr>
          <w:rFonts w:ascii="Courier New" w:hAnsi="Courier New"/>
          <w:color w:val="555555"/>
          <w:sz w:val="20"/>
        </w:rPr>
        <w:t>[5]</w:t>
      </w:r>
    </w:p>
    <w:p>
      <w:r>
        <w:rPr>
          <w:rFonts w:ascii="Gentium Plus" w:hAnsi="Gentium Plus"/>
          <w:sz w:val="24"/>
        </w:rPr>
        <w:t>ἀρότρῳ, ἆρ’ οὐκ ἂν ἦν πρὸς μὲν τὴν φύσιν παρά‐ νομος, πρὸς δὲ τὰ ζῷα αὐτὰ ὑβριστής, πρὸς δὲ τὰς τέχνας ἀμαθής, πρὸς δὲ τὴν χρείαν ἀκερδής, πρὸς δὲ</w:t>
      </w:r>
    </w:p>
    <w:p>
      <w:r>
        <w:rPr>
          <w:rFonts w:ascii="Courier New" w:hAnsi="Courier New"/>
          <w:color w:val="555555"/>
          <w:sz w:val="20"/>
        </w:rPr>
        <w:t>[31 . 3 c]</w:t>
      </w:r>
    </w:p>
    <w:p>
      <w:r>
        <w:rPr>
          <w:rFonts w:ascii="Gentium Plus" w:hAnsi="Gentium Plus"/>
          <w:sz w:val="24"/>
        </w:rPr>
        <w:t>τὴν ὑπηρεσίαν καταγέλαστος; Τί δὲ τὰ τούτων ἔτι ἀτοπώτερα; εἰ τῶν μὲν ὀρνίθων ἀφελὼν τὰ πτερά, βαδιστικὰ ἐκ πτηνῶν εἶναί σοι θέλῃς, τὸν δὲ ἄνθρω‐ πον πτερώσας παραδῷς τῷ αἰθέρι φέρεσθαι δι’ αὐτοῦ,</w:t>
      </w:r>
    </w:p>
    <w:p>
      <w:r>
        <w:rPr>
          <w:rFonts w:ascii="Courier New" w:hAnsi="Courier New"/>
          <w:color w:val="555555"/>
          <w:sz w:val="20"/>
        </w:rPr>
        <w:t>[5]</w:t>
      </w:r>
    </w:p>
    <w:p>
      <w:r>
        <w:rPr>
          <w:rFonts w:ascii="Gentium Plus" w:hAnsi="Gentium Plus"/>
          <w:sz w:val="24"/>
        </w:rPr>
        <w:t>ὄρνιθος δίκην, οὐκ ἔσῃ καταγέλαστος τῆς ἀλλαγῆς;</w:t>
      </w:r>
    </w:p>
    <w:p>
      <w:r>
        <w:rPr>
          <w:rFonts w:ascii="Courier New" w:hAnsi="Courier New"/>
          <w:color w:val="555555"/>
          <w:sz w:val="20"/>
        </w:rPr>
        <w:t>[31 . 3 d]</w:t>
      </w:r>
    </w:p>
    <w:p>
      <w:r>
        <w:rPr>
          <w:rFonts w:ascii="Gentium Plus" w:hAnsi="Gentium Plus"/>
          <w:sz w:val="24"/>
        </w:rPr>
        <w:t>Ὁπότε μηδὲ ὁ μῦθος τὸν Δαίδαλον ἠνέσχετο ἀτόπους οὕτω τέχνας πραγματευόμενον, ἀλλὰ ἀπέρριψεν αὐτῷ τὸν παῖδα τοῦ αἰθέρος εἰς γῆν κάτω αὐτοῖς πτεροῖς.</w:t>
      </w:r>
    </w:p>
    <w:p>
      <w:r>
        <w:rPr>
          <w:rFonts w:ascii="Courier New" w:hAnsi="Courier New"/>
          <w:color w:val="555555"/>
          <w:sz w:val="20"/>
        </w:rPr>
        <w:t>[31 . 3 e]</w:t>
      </w:r>
    </w:p>
    <w:p>
      <w:r>
        <w:rPr>
          <w:rFonts w:ascii="Gentium Plus" w:hAnsi="Gentium Plus"/>
          <w:sz w:val="24"/>
        </w:rPr>
        <w:t>Φασὶν δὲ καὶ Καρχηδόνιον νεανίαν ἀγρεῦσαι λέοντα ἄρτι ἐκ γάλακτος, καὶ ἡμερῶσαι τοῦτον παρανόμῳ</w:t>
      </w:r>
    </w:p>
    <w:p>
      <w:r>
        <w:rPr>
          <w:rFonts w:ascii="Courier New" w:hAnsi="Courier New"/>
          <w:color w:val="555555"/>
          <w:sz w:val="20"/>
        </w:rPr>
        <w:t>[5]</w:t>
      </w:r>
    </w:p>
    <w:p>
      <w:r>
        <w:rPr>
          <w:rFonts w:ascii="Gentium Plus" w:hAnsi="Gentium Plus"/>
          <w:sz w:val="24"/>
        </w:rPr>
        <w:t>δίκην· ἀλλὰ ἀπέκτεινάν γε αὐτὸν Καρχηδόνιοι μισή‐ σαντες τῆς παρανομίας, ὡς τύραννον μὲν τῇ φύσει, ἰδιώτην δὲ τῇ δυστυχίᾳ.</w:t>
      </w:r>
    </w:p>
    <w:p>
      <w:r>
        <w:rPr>
          <w:rFonts w:ascii="Courier New" w:hAnsi="Courier New"/>
          <w:color w:val="555555"/>
          <w:sz w:val="20"/>
        </w:rPr>
        <w:t>[31 . 4 a]</w:t>
      </w:r>
    </w:p>
    <w:p>
      <w:r>
        <w:rPr>
          <w:rFonts w:ascii="Gentium Plus" w:hAnsi="Gentium Plus"/>
          <w:sz w:val="24"/>
        </w:rPr>
        <w:t>Ὥσπερ οὖν τῷ ἵππων γένει συγκεκλήρωται πρὸς σωτηρίαν δρόμος, καὶ τῷ βοῶν πόνοι, καὶ ὄρνισι πτερά, καὶ λέουσιν ἀλκή, καὶ ἄλλοις ἄλλό τι, οὕτως ἀμέλει καὶ ἀνθρώπῳ ὑπάρχει δύναμις ξυμφυὴς διασωστικὴ</w:t>
      </w:r>
    </w:p>
    <w:p>
      <w:r>
        <w:rPr>
          <w:rFonts w:ascii="Courier New" w:hAnsi="Courier New"/>
          <w:color w:val="555555"/>
          <w:sz w:val="20"/>
        </w:rPr>
        <w:t>[31 . 4 b]</w:t>
      </w:r>
    </w:p>
    <w:p>
      <w:r>
        <w:rPr>
          <w:rFonts w:ascii="Gentium Plus" w:hAnsi="Gentium Plus"/>
          <w:sz w:val="24"/>
        </w:rPr>
        <w:t>τοῦ γένους· ταύτην δὲ ἑτέραν εἶναι δεῖ παρ’ ἕκαστον τῶν ἄλλων, εἰ μέλλει ἄνθρωπος ὢν μὴ ὑπὸ ἀλκῆς σωθήσεσθαι, ὥσπερ οἱ λέοντες, μηδὲ ὑπὸ δρόμου, ὥσπερ οἱ ἵπποι, μηδὲ ἀχθοφορεῖν ὄνου δίκην, μηδὲ</w:t>
      </w:r>
    </w:p>
    <w:p>
      <w:r>
        <w:rPr>
          <w:rFonts w:ascii="Courier New" w:hAnsi="Courier New"/>
          <w:color w:val="555555"/>
          <w:sz w:val="20"/>
        </w:rPr>
        <w:t>[5]</w:t>
      </w:r>
    </w:p>
    <w:p>
      <w:r>
        <w:rPr>
          <w:rFonts w:ascii="Gentium Plus" w:hAnsi="Gentium Plus"/>
          <w:sz w:val="24"/>
        </w:rPr>
        <w:t>ἀροῦν βοὸς δίκην, μηδὲ πέτασθαι κατὰ ὄρνιθας, μηδὲ</w:t>
      </w:r>
    </w:p>
    <w:p>
      <w:r>
        <w:rPr>
          <w:rFonts w:ascii="Courier New" w:hAnsi="Courier New"/>
          <w:color w:val="555555"/>
          <w:sz w:val="20"/>
        </w:rPr>
        <w:t>[31 . 4 c]</w:t>
      </w:r>
    </w:p>
    <w:p>
      <w:r>
        <w:rPr>
          <w:rFonts w:ascii="Gentium Plus" w:hAnsi="Gentium Plus"/>
          <w:sz w:val="24"/>
        </w:rPr>
        <w:t>νήχεσθαι κατὰ ἰχθύας. Ἀλλ’ ἔστί τι καὶ τούτῳ ἔργον ἴδιον, διαγνωστικὸν τοῦ βίου, εἰ ἐννενέμηται τὰ ζῷα τὰς δυνάμεις, ἑκάστην ἕκαστον κατὰ τὴν χρείαν τοῦ</w:t>
      </w:r>
    </w:p>
    <w:p>
      <w:r>
        <w:rPr>
          <w:rFonts w:ascii="Courier New" w:hAnsi="Courier New"/>
          <w:color w:val="555555"/>
          <w:sz w:val="20"/>
        </w:rPr>
        <w:t>[31 . 4 d]</w:t>
      </w:r>
    </w:p>
    <w:p>
      <w:r>
        <w:rPr>
          <w:rFonts w:ascii="Gentium Plus" w:hAnsi="Gentium Plus"/>
          <w:sz w:val="24"/>
        </w:rPr>
        <w:t>κατὰ τὰ ἔργα καὶ τἀγαθά. Καί, ξυνελόντι εἰπεῖν, τὸ ἑκάστου ἀγαθὸν ἐν τῷ ἐπιχωρίῳ τῶν ἔργων μένει, τὰ δὲ ἔργα ἐν τῷ τῆς χρείας ἀναγκαίῳ, ἡ δὲ χρεία ἐν τῷ τῆς δυνάμεως εὐπόρῳ, ἡ δὲ δύναμις ἐν τῷ τῶν</w:t>
      </w:r>
    </w:p>
    <w:p>
      <w:r>
        <w:rPr>
          <w:rFonts w:ascii="Courier New" w:hAnsi="Courier New"/>
          <w:color w:val="555555"/>
          <w:sz w:val="20"/>
        </w:rPr>
        <w:t>[5]</w:t>
      </w:r>
    </w:p>
    <w:p>
      <w:r>
        <w:rPr>
          <w:rFonts w:ascii="Gentium Plus" w:hAnsi="Gentium Plus"/>
          <w:sz w:val="24"/>
        </w:rPr>
        <w:t>ὀργάνων εὐμηχάνῳ, τὰ δὲ ὄργανα ἐν τῷ τῆς φύσεως</w:t>
      </w:r>
    </w:p>
    <w:p>
      <w:r>
        <w:rPr>
          <w:rFonts w:ascii="Courier New" w:hAnsi="Courier New"/>
          <w:color w:val="555555"/>
          <w:sz w:val="20"/>
        </w:rPr>
        <w:t>[31 . 4 e]</w:t>
      </w:r>
    </w:p>
    <w:p>
      <w:r>
        <w:rPr>
          <w:rFonts w:ascii="Gentium Plus" w:hAnsi="Gentium Plus"/>
          <w:sz w:val="24"/>
        </w:rPr>
        <w:t>ποικίλῳ. Παντοδαπὴ γὰρ ἡ φύσις, καὶ διὰ τοῦτο περιέβαλεν καὶ διεκόσμησεν τὰ ζῷα ἕκαστα ἐπὶ σωτηρίᾳ τοῦ βίου, ἄλλα ἄλλοις ὅπλοις· τὰ μὲν ὀνύχων ἀκμαῖς, τὰ δὲ ὀδόντων ῥώμῃ, τὰ δὲ κεράτων ὀξύτητι, τὰ δὲ</w:t>
      </w:r>
    </w:p>
    <w:p>
      <w:r>
        <w:rPr>
          <w:rFonts w:ascii="Courier New" w:hAnsi="Courier New"/>
          <w:color w:val="555555"/>
          <w:sz w:val="20"/>
        </w:rPr>
        <w:t>[31 . 4 f]</w:t>
      </w:r>
    </w:p>
    <w:p>
      <w:r>
        <w:rPr>
          <w:rFonts w:ascii="Gentium Plus" w:hAnsi="Gentium Plus"/>
          <w:sz w:val="24"/>
        </w:rPr>
        <w:t>ποδῶν τάχει, τὰ δὲ θυμῷ, τὰ δὲ ἰῷ· τὸν δὲ ἄνθρωπον ἀποδύσασα τουτωνὶ τῶν περιβλημάτων, ἀπέφηνεν γυμ‐ νὸν καὶ ἀσθενῆ καὶ ἄτριχον, καὶ ῥώμην ἀσθενῆ, καὶ θεῖν βράδιστον, καὶ ἀνίπτασθαι ἀμήχανον, καὶ νήχειν</w:t>
      </w:r>
    </w:p>
    <w:p>
      <w:r>
        <w:rPr>
          <w:rFonts w:ascii="Courier New" w:hAnsi="Courier New"/>
          <w:color w:val="555555"/>
          <w:sz w:val="20"/>
        </w:rPr>
        <w:t>[31 . 4 g]</w:t>
      </w:r>
    </w:p>
    <w:p>
      <w:r>
        <w:rPr>
          <w:rFonts w:ascii="Gentium Plus" w:hAnsi="Gentium Plus"/>
          <w:sz w:val="24"/>
        </w:rPr>
        <w:t>ἀμβλύτατον· ἐνέφυσεν δέ τι αὐτῷ ζώπυρον ἀφανὲς πρὸς σωτηρίαν βίου, ὃ καλοῦσιν οἱ ἄνθρωποι νοῦν, ᾧ διατελεῖ σωζόμενον, καὶ τὰς ἀπορίας ἐξιώμενον τοῦ βίου, καὶ θεραπεῦον τὴν ἔνδειαν τῶν σωμάτων, καὶ</w:t>
      </w:r>
    </w:p>
    <w:p>
      <w:r>
        <w:rPr>
          <w:rFonts w:ascii="Courier New" w:hAnsi="Courier New"/>
          <w:color w:val="555555"/>
          <w:sz w:val="20"/>
        </w:rPr>
        <w:t>[5]</w:t>
      </w:r>
    </w:p>
    <w:p>
      <w:r>
        <w:rPr>
          <w:rFonts w:ascii="Gentium Plus" w:hAnsi="Gentium Plus"/>
          <w:sz w:val="24"/>
        </w:rPr>
        <w:t>ἀντιτεχνώμενον ταῖς τῶν ἄλλων ζῴων πλεονεξίαις, καὶ πάντων κρατοῦν καὶ ὑπάγον τῷ τοῦδε νόμῳ καὶ λόγῳ.</w:t>
      </w:r>
    </w:p>
    <w:p>
      <w:r>
        <w:rPr>
          <w:rFonts w:ascii="Courier New" w:hAnsi="Courier New"/>
          <w:color w:val="555555"/>
          <w:sz w:val="20"/>
        </w:rPr>
        <w:t>[31 . 5 a]</w:t>
      </w:r>
    </w:p>
    <w:p>
      <w:r>
        <w:rPr>
          <w:rFonts w:ascii="Gentium Plus" w:hAnsi="Gentium Plus"/>
          <w:sz w:val="24"/>
        </w:rPr>
        <w:t>Ἔρου δή με καὶ περὶ τοῦ ἀνθρώπου· σκεπτέον τὸ</w:t>
      </w:r>
    </w:p>
    <w:p>
      <w:r>
        <w:rPr>
          <w:rFonts w:ascii="Courier New" w:hAnsi="Courier New"/>
          <w:color w:val="555555"/>
          <w:sz w:val="20"/>
        </w:rPr>
        <w:t>[31 . 5 b]</w:t>
      </w:r>
    </w:p>
    <w:p>
      <w:r>
        <w:rPr>
          <w:rFonts w:ascii="Gentium Plus" w:hAnsi="Gentium Plus"/>
          <w:sz w:val="24"/>
        </w:rPr>
        <w:t>τούτου ἀγαθόν, ποῦ καὶ τίνα τρόπον. Ἀποκρινοῦμαί σοι ὡς περὶ τοῦ λέοντος, ὡς περὶ τοῦ ὄρνιθος, ὡς περὶ τῶν ἄλλων ἁπάντων ἀπεκρινάμην· ἐνταῦθα ζήτει τὸ ἀνθρώπου ἀγαθόν, ὅπου τὸ ἀνθρώπου ἔργον.</w:t>
      </w:r>
    </w:p>
    <w:p>
      <w:r>
        <w:rPr>
          <w:rFonts w:ascii="Courier New" w:hAnsi="Courier New"/>
          <w:color w:val="555555"/>
          <w:sz w:val="20"/>
        </w:rPr>
        <w:t>[5]</w:t>
      </w:r>
    </w:p>
    <w:p>
      <w:r>
        <w:rPr>
          <w:rFonts w:ascii="Gentium Plus" w:hAnsi="Gentium Plus"/>
          <w:sz w:val="24"/>
        </w:rPr>
        <w:t>Ποῦ δὲ εὕρω τὸ ἔργον; ὅπου τὸ ὄργανον. Ποῦ δὲ εὕρω τὸ ὄργανον; ὅπου τὸ διωκόμενον. Ἐντεῦθεν</w:t>
      </w:r>
    </w:p>
    <w:p>
      <w:r>
        <w:rPr>
          <w:rFonts w:ascii="Courier New" w:hAnsi="Courier New"/>
          <w:color w:val="555555"/>
          <w:sz w:val="20"/>
        </w:rPr>
        <w:t>[31 . 5 c]</w:t>
      </w:r>
    </w:p>
    <w:p>
      <w:r>
        <w:rPr>
          <w:rFonts w:ascii="Gentium Plus" w:hAnsi="Gentium Plus"/>
          <w:sz w:val="24"/>
        </w:rPr>
        <w:t>ἄρξαι. Τί ἀνθρώπου διασωστικόν; ἡδονή· Πρᾶγμά μοι κοινὸν λέγεις, ἐπὶ πάσας φύσεις ἐξικνούμενον, καὶ διὰ τοῦτο αὐτοῦ τὴν προτιμίαν οὐκ ἀνέχομαι· ἥδεται καὶ βοῦς, ἥδεται καὶ ὄνος, καὶ σῦς, καὶ πίθη‐</w:t>
      </w:r>
    </w:p>
    <w:p>
      <w:r>
        <w:rPr>
          <w:rFonts w:ascii="Courier New" w:hAnsi="Courier New"/>
          <w:color w:val="555555"/>
          <w:sz w:val="20"/>
        </w:rPr>
        <w:t>[5]</w:t>
      </w:r>
    </w:p>
    <w:p>
      <w:r>
        <w:rPr>
          <w:rFonts w:ascii="Gentium Plus" w:hAnsi="Gentium Plus"/>
          <w:sz w:val="24"/>
        </w:rPr>
        <w:t>κος. Ὅρα ποῦ τάττεις τῶν ἀνθρώπων τὸ γένος, τίνας</w:t>
      </w:r>
    </w:p>
    <w:p>
      <w:r>
        <w:rPr>
          <w:rFonts w:ascii="Courier New" w:hAnsi="Courier New"/>
          <w:color w:val="555555"/>
          <w:sz w:val="20"/>
        </w:rPr>
        <w:t>[31 . 5 d]</w:t>
      </w:r>
    </w:p>
    <w:p>
      <w:r>
        <w:rPr>
          <w:rFonts w:ascii="Gentium Plus" w:hAnsi="Gentium Plus"/>
          <w:sz w:val="24"/>
        </w:rPr>
        <w:t>αὐτῷ κοινωνοὺς τῶν ἀγαθῶν δίδως. Εἰ δὲ ἡδονὴ τὸ σῶζον, ζήτει μετὰ τοῦτο, τί ἡδονῆς ὄργανον· ἐν‐ τεύξῃ δὲ πολλοῖς καὶ παντοδαποῖς· καὶ μέχρι μὲν ὀφ‐ θαλμῶν καὶ ὤτων τίμα τὰ ὄργανα· ἐὰν δὲ προέλθῃς</w:t>
      </w:r>
    </w:p>
    <w:p>
      <w:r>
        <w:rPr>
          <w:rFonts w:ascii="Courier New" w:hAnsi="Courier New"/>
          <w:color w:val="555555"/>
          <w:sz w:val="20"/>
        </w:rPr>
        <w:t>[5]</w:t>
      </w:r>
    </w:p>
    <w:p>
      <w:r>
        <w:rPr>
          <w:rFonts w:ascii="Gentium Plus" w:hAnsi="Gentium Plus"/>
          <w:sz w:val="24"/>
        </w:rPr>
        <w:t>περαιτέρω, ἐπὶ τὰς ἡδονῆς ὁδούς, ὅρα τίσιν ὀργάνοις</w:t>
      </w:r>
    </w:p>
    <w:p>
      <w:r>
        <w:rPr>
          <w:rFonts w:ascii="Courier New" w:hAnsi="Courier New"/>
          <w:color w:val="555555"/>
          <w:sz w:val="20"/>
        </w:rPr>
        <w:t>[31 . 5 e]</w:t>
      </w:r>
    </w:p>
    <w:p>
      <w:r>
        <w:rPr>
          <w:rFonts w:ascii="Gentium Plus" w:hAnsi="Gentium Plus"/>
          <w:sz w:val="24"/>
        </w:rPr>
        <w:t>ἀνατίθης τὴν σωτηρίαν. Εὗρες τὰ ὄργανα, ζήτει τὰ ἔργα. Λιχνευέτω ἡ γλῶττα, τηκέσθωσαν οἱ ὀφθαλμοί, ἐκλυέσθω ἡ ἀκοή, πληρούσθω ἡ γαστήρ, ὑβριζέτω τὰ ὑβρίζειν πεφυκότα. Εὗρες τὰ ἔργα, ἐντετύχηκας τῷ</w:t>
      </w:r>
    </w:p>
    <w:p>
      <w:r>
        <w:rPr>
          <w:rFonts w:ascii="Courier New" w:hAnsi="Courier New"/>
          <w:color w:val="555555"/>
          <w:sz w:val="20"/>
        </w:rPr>
        <w:t>[5]</w:t>
      </w:r>
    </w:p>
    <w:p>
      <w:r>
        <w:rPr>
          <w:rFonts w:ascii="Gentium Plus" w:hAnsi="Gentium Plus"/>
          <w:sz w:val="24"/>
        </w:rPr>
        <w:t>ἀγαθῷ. Τοῦτο ἡ σωτηρία; τοῦτο ἡ εὐδαιμονία;</w:t>
      </w:r>
    </w:p>
    <w:p>
      <w:pPr>
        <w:jc w:val="center"/>
      </w:pPr>
      <w:r>
        <w:rPr>
          <w:rFonts w:ascii="Gentium Plus" w:hAnsi="Gentium Plus"/>
          <w:b/>
          <w:sz w:val="24"/>
        </w:rPr>
        <w:t>Περὶ ἡδονῆς, ὅτι εἰ καὶ ἀγαθόν,</w:t>
      </w:r>
    </w:p>
    <w:p>
      <w:pPr>
        <w:jc w:val="center"/>
      </w:pPr>
      <w:r>
        <w:rPr>
          <w:rFonts w:ascii="Gentium Plus" w:hAnsi="Gentium Plus"/>
          <w:b/>
          <w:sz w:val="24"/>
        </w:rPr>
        <w:t>ἀλλ’ οὐ βέβαιον γʹ</w:t>
      </w:r>
    </w:p>
    <w:p>
      <w:r>
        <w:rPr>
          <w:rFonts w:ascii="Courier New" w:hAnsi="Courier New"/>
          <w:color w:val="555555"/>
          <w:sz w:val="20"/>
        </w:rPr>
        <w:t>[1]</w:t>
      </w:r>
    </w:p>
    <w:p>
      <w:r>
        <w:rPr>
          <w:rFonts w:ascii="Gentium Plus" w:hAnsi="Gentium Plus"/>
          <w:sz w:val="24"/>
        </w:rPr>
        <w:t>Αἰσώπῳ τῷ Φρυγὶ πεποίηνται λόγῳ δίαιται θη‐ ρίων καὶ ξυνουσίαι· διαλέγεται δὲ αὐτῷ καὶ τὰ δένδρα, καὶ οἱ ἰχθύες, ἄλλο ἄλλῳ καὶ ἀνθρώποις ἀναμίξ· κατα‐ μέμικται δὲ ἐν τοῖς λόγοις τούτοις νοῦς βραχύς, αἰνιτ‐</w:t>
      </w:r>
    </w:p>
    <w:p>
      <w:r>
        <w:rPr>
          <w:rFonts w:ascii="Courier New" w:hAnsi="Courier New"/>
          <w:color w:val="555555"/>
          <w:sz w:val="20"/>
        </w:rPr>
        <w:t>[32 . 1 b]</w:t>
      </w:r>
    </w:p>
    <w:p>
      <w:r>
        <w:rPr>
          <w:rFonts w:ascii="Gentium Plus" w:hAnsi="Gentium Plus"/>
          <w:sz w:val="24"/>
        </w:rPr>
        <w:t>τόμενός τι τῶν ἀληθῶν. Ἄιδεται δή τις αὐτῷ καὶ τοιοῦτος μῦθος. Ἔλαφον διώκει λέων· ἡ δὲ φεύγουσα</w:t>
      </w:r>
    </w:p>
    <w:p>
      <w:r>
        <w:rPr>
          <w:rFonts w:ascii="Courier New" w:hAnsi="Courier New"/>
          <w:color w:val="555555"/>
          <w:sz w:val="20"/>
        </w:rPr>
        <w:t>[32 . 1 c]</w:t>
      </w:r>
    </w:p>
    <w:p>
      <w:r>
        <w:rPr>
          <w:rFonts w:ascii="Gentium Plus" w:hAnsi="Gentium Plus"/>
          <w:sz w:val="24"/>
        </w:rPr>
        <w:t>ὑπεξάγει, καὶ καταδύεται εἰς δρυμὸν βαθύν· ὁ δὲ λέων (ὅσα γὰρ ἀλκῇ προὔχει, τάχει λείπεται) ἐπιστὰς τῷ δρυμῷ ἐρωτᾷ ποιμένα, εἴ που εἶδεν πτήξασαν τὴν</w:t>
      </w:r>
    </w:p>
    <w:p>
      <w:r>
        <w:rPr>
          <w:rFonts w:ascii="Courier New" w:hAnsi="Courier New"/>
          <w:color w:val="555555"/>
          <w:sz w:val="20"/>
        </w:rPr>
        <w:t>[32 . 1 d]</w:t>
      </w:r>
    </w:p>
    <w:p>
      <w:r>
        <w:rPr>
          <w:rFonts w:ascii="Gentium Plus" w:hAnsi="Gentium Plus"/>
          <w:sz w:val="24"/>
        </w:rPr>
        <w:t>ἔλαφον; ὁ δὲ ποιμὴν οὐκ ἔφη εἰδέναι· καὶ ὁμοῦ λέγων,</w:t>
      </w:r>
    </w:p>
    <w:p>
      <w:r>
        <w:rPr>
          <w:rFonts w:ascii="Courier New" w:hAnsi="Courier New"/>
          <w:color w:val="555555"/>
          <w:sz w:val="20"/>
        </w:rPr>
        <w:t>[32 . 1 e]</w:t>
      </w:r>
    </w:p>
    <w:p>
      <w:r>
        <w:rPr>
          <w:rFonts w:ascii="Gentium Plus" w:hAnsi="Gentium Plus"/>
          <w:sz w:val="24"/>
        </w:rPr>
        <w:t>τὴν χεῖρα ἀποτείνας, ἔδειξε τὸ χωρίον. Ὤιχετο ὁ λέων ἐπὶ τὴν δειλαίαν ἔλαφον· ἡ δὲ ἀλώπηξ (σοφὴ γάρ τις αὕτη τῷ Αἰσώπῳ ἐστὶν) πρὸς τὸν ποιμένα λέγει· ‘Ὡς δειλὸς ἄρα καὶ πονηρὸς ἦσθα· δειλὸς μὲν πρὸς λέον‐</w:t>
      </w:r>
    </w:p>
    <w:p>
      <w:r>
        <w:rPr>
          <w:rFonts w:ascii="Courier New" w:hAnsi="Courier New"/>
          <w:color w:val="555555"/>
          <w:sz w:val="20"/>
        </w:rPr>
        <w:t>[5]</w:t>
      </w:r>
    </w:p>
    <w:p>
      <w:r>
        <w:rPr>
          <w:rFonts w:ascii="Gentium Plus" w:hAnsi="Gentium Plus"/>
          <w:sz w:val="24"/>
        </w:rPr>
        <w:t>τας, πονηρὸς δὲ ἐς ἐλάφους.‘</w:t>
      </w:r>
    </w:p>
    <w:p>
      <w:r>
        <w:rPr>
          <w:rFonts w:ascii="Courier New" w:hAnsi="Courier New"/>
          <w:color w:val="555555"/>
          <w:sz w:val="20"/>
        </w:rPr>
        <w:t>[32 . 2 a]</w:t>
      </w:r>
    </w:p>
    <w:p>
      <w:r>
        <w:rPr>
          <w:rFonts w:ascii="Gentium Plus" w:hAnsi="Gentium Plus"/>
          <w:sz w:val="24"/>
        </w:rPr>
        <w:t>Δοκεῖ μοι δὴ χρήσασθαι, ἂν ᾖ, ὁ Ἐπίκουρος τῷ Φρυγίῳ τούτῳ αἰνίγματι πρὸς τὸν τῆς ἡδονῆς κατή‐ γορον, τῇ μὲν φωνῇ ἀνδριζόμενον, τῇ δὲ γνώμῃ, κα‐</w:t>
      </w:r>
    </w:p>
    <w:p>
      <w:r>
        <w:rPr>
          <w:rFonts w:ascii="Courier New" w:hAnsi="Courier New"/>
          <w:color w:val="555555"/>
          <w:sz w:val="20"/>
        </w:rPr>
        <w:t>[32 . 2 b]</w:t>
      </w:r>
    </w:p>
    <w:p>
      <w:r>
        <w:rPr>
          <w:rFonts w:ascii="Gentium Plus" w:hAnsi="Gentium Plus"/>
          <w:sz w:val="24"/>
        </w:rPr>
        <w:t>θάπερ τῇ χειρί, ἐκτεινόμενον ἐφ’ ἡδονῇ. Τίς γὰρ οὕτω πολεμήσαιτο ἑαυτῷ, ὥστε τὸ μόνον δὴ πραγμάτων</w:t>
      </w:r>
    </w:p>
    <w:p>
      <w:r>
        <w:rPr>
          <w:rFonts w:ascii="Courier New" w:hAnsi="Courier New"/>
          <w:color w:val="555555"/>
          <w:sz w:val="20"/>
        </w:rPr>
        <w:t>[32 . 2 c]</w:t>
      </w:r>
    </w:p>
    <w:p>
      <w:r>
        <w:rPr>
          <w:rFonts w:ascii="Gentium Plus" w:hAnsi="Gentium Plus"/>
          <w:sz w:val="24"/>
        </w:rPr>
        <w:t>Τὰ μὲν γὰρ ἄλλα, ἃ ὑπ’ ἀνθρώπων διώκεται, ἢ πείρᾳ γνωρισθέντα παρεδέχθη, ἢ τέχνῃ δοκιμασθέντα ἐτι‐ μήθη, ἢ λόγῳ ἐξετασθέντα ἐπιστεύθη, ἢ χρόνῳ βασα‐</w:t>
      </w:r>
    </w:p>
    <w:p>
      <w:r>
        <w:rPr>
          <w:rFonts w:ascii="Courier New" w:hAnsi="Courier New"/>
          <w:color w:val="555555"/>
          <w:sz w:val="20"/>
        </w:rPr>
        <w:t>[32 . 2 d]</w:t>
      </w:r>
    </w:p>
    <w:p>
      <w:r>
        <w:rPr>
          <w:rFonts w:ascii="Gentium Plus" w:hAnsi="Gentium Plus"/>
          <w:sz w:val="24"/>
        </w:rPr>
        <w:t>νισθέντα ἠγαπήθη· ἡδονὴ δὲ καὶ λόγου ἀδεής, καὶ τέχνης πρεσβυτέρα, καὶ τὴν πεῖραν φθάνει, καὶ οὐκ ἀναμένει χρόνον, ἀλλὰ ὑπερφυὴς ἡ πρὸς αὐτὴν φιλία καὶ ἡλικιῶτις τῶν σωμάτων, ὥσπερ κρηπίς, τῇ σωτηρίᾳ</w:t>
      </w:r>
    </w:p>
    <w:p>
      <w:r>
        <w:rPr>
          <w:rFonts w:ascii="Courier New" w:hAnsi="Courier New"/>
          <w:color w:val="555555"/>
          <w:sz w:val="20"/>
        </w:rPr>
        <w:t>[5]</w:t>
      </w:r>
    </w:p>
    <w:p>
      <w:r>
        <w:rPr>
          <w:rFonts w:ascii="Gentium Plus" w:hAnsi="Gentium Plus"/>
          <w:sz w:val="24"/>
        </w:rPr>
        <w:t>τοῦ ζῴου ὑποβέβληται· ἣν εἴ τις ἀφέλοι, τὸ γενόμενον</w:t>
      </w:r>
    </w:p>
    <w:p>
      <w:r>
        <w:rPr>
          <w:rFonts w:ascii="Courier New" w:hAnsi="Courier New"/>
          <w:color w:val="555555"/>
          <w:sz w:val="20"/>
        </w:rPr>
        <w:t>[32 . 2 e]</w:t>
      </w:r>
    </w:p>
    <w:p>
      <w:r>
        <w:rPr>
          <w:rFonts w:ascii="Gentium Plus" w:hAnsi="Gentium Plus"/>
          <w:sz w:val="24"/>
        </w:rPr>
        <w:t>εὐθὺς οἴχεσθαι δεῖ. Ἐπιστήμην μὲν γάρ, καὶ λόγον, καὶ τοῦτο δὴ τὸ θρυλούμενον, τὸν νοῦν αὐτόν, προϊὼν τῷ χρόνῳ ὁ ἄνθρωπος, τῇ κατὰ βραχὺ ἐντεύξει τῶν αἰσθήσεων διὰ τῆς πείρας ξυνενεικάμενος, ἤθροι‐</w:t>
      </w:r>
    </w:p>
    <w:p>
      <w:r>
        <w:rPr>
          <w:rFonts w:ascii="Courier New" w:hAnsi="Courier New"/>
          <w:color w:val="555555"/>
          <w:sz w:val="20"/>
        </w:rPr>
        <w:t>[32 . 2 f]</w:t>
      </w:r>
    </w:p>
    <w:p>
      <w:r>
        <w:rPr>
          <w:rFonts w:ascii="Gentium Plus" w:hAnsi="Gentium Plus"/>
          <w:sz w:val="24"/>
        </w:rPr>
        <w:t>σεν ἐφ’ ἑαυτῷ· ἡδονὴν δὲ αὐτοδίδακτος παρὰ τῆς φύσεως λαβὼν ἔχει ἐξ ἀρχῆς εὐθύς· καὶ ταύτην μὲν ἀγαπᾷ, πολεμεῖ δὲ τῷ ἀλγεινῷ· καὶ ὑπὸ μὲν τῆς σώ‐ ζεται, ὑπὸ δὲ τοῦ ἀλγεῖν φθείρεται.</w:t>
      </w:r>
    </w:p>
    <w:p>
      <w:r>
        <w:rPr>
          <w:rFonts w:ascii="Courier New" w:hAnsi="Courier New"/>
          <w:color w:val="555555"/>
          <w:sz w:val="20"/>
        </w:rPr>
        <w:t>[32 . 3 a]</w:t>
      </w:r>
    </w:p>
    <w:p>
      <w:r>
        <w:rPr>
          <w:rFonts w:ascii="Gentium Plus" w:hAnsi="Gentium Plus"/>
          <w:sz w:val="24"/>
        </w:rPr>
        <w:t>Φαῦλόν τι χρῆμα ἡδονή; οὐκ ἂν ἦν ξύμφυτον,</w:t>
      </w:r>
    </w:p>
    <w:p>
      <w:r>
        <w:rPr>
          <w:rFonts w:ascii="Courier New" w:hAnsi="Courier New"/>
          <w:color w:val="555555"/>
          <w:sz w:val="20"/>
        </w:rPr>
        <w:t>[32 . 3 b]</w:t>
      </w:r>
    </w:p>
    <w:p>
      <w:r>
        <w:rPr>
          <w:rFonts w:ascii="Gentium Plus" w:hAnsi="Gentium Plus"/>
          <w:sz w:val="24"/>
        </w:rPr>
        <w:t>οὐδὲ τῶν σωζόντων ἡμᾶς τὸ πρεσβύτατον. Τὰ δὲ ὑπὸ τῶν σοφιστῶν θρυλούμενα ἐς αὐτήν, ἡ Σαρδαναπάλλου τρυφή, καὶ ἡ Μηδικὴ χλιδή, καὶ ἡ Ἰωνικὴ ἁβρότης, καὶ τράπεζαι Σικελικαί, καὶ ὀρχήσεις Συβαριτικαί, καὶ</w:t>
      </w:r>
    </w:p>
    <w:p>
      <w:r>
        <w:rPr>
          <w:rFonts w:ascii="Courier New" w:hAnsi="Courier New"/>
          <w:color w:val="555555"/>
          <w:sz w:val="20"/>
        </w:rPr>
        <w:t>[5]</w:t>
      </w:r>
    </w:p>
    <w:p>
      <w:r>
        <w:rPr>
          <w:rFonts w:ascii="Gentium Plus" w:hAnsi="Gentium Plus"/>
          <w:sz w:val="24"/>
        </w:rPr>
        <w:t>ἑταῖραι Κορίνθιαι, ταῦτα ἀθρόα, καὶ ὅσα τούτων ποι‐ κιλώτερα, οὐχ ἡδονῆς ἔργα, ἀλλὰ τέχνης καὶ λόγου, παρανομησάντων τῶν ἀνθρώπων εἰς ἡδονὰς δι’ εὐπο‐</w:t>
      </w:r>
    </w:p>
    <w:p>
      <w:r>
        <w:rPr>
          <w:rFonts w:ascii="Courier New" w:hAnsi="Courier New"/>
          <w:color w:val="555555"/>
          <w:sz w:val="20"/>
        </w:rPr>
        <w:t>[32 . 3 c]</w:t>
      </w:r>
    </w:p>
    <w:p>
      <w:r>
        <w:rPr>
          <w:rFonts w:ascii="Gentium Plus" w:hAnsi="Gentium Plus"/>
          <w:sz w:val="24"/>
        </w:rPr>
        <w:t>ρίαν τῶν τεχνῶν ὀψὲ τοῦ χρόνου. Ὥσπερ οὖν οὐδεὶς λοιδορεῖται λόγῳ, ὡς οὐκ ἔστιν καλὸν τῇ φύσει, κἂν ἀπάγῃ τὶς αὐτοῦ τὴν χρείαν ἐπὶ τὸ μὴ φύσει καλόν, οὕτως οὐδὲ τῇ ἡδονῇ λοιδορητέον, ἀλλὰ τοῖς χρωμένοις</w:t>
      </w:r>
    </w:p>
    <w:p>
      <w:r>
        <w:rPr>
          <w:rFonts w:ascii="Courier New" w:hAnsi="Courier New"/>
          <w:color w:val="555555"/>
          <w:sz w:val="20"/>
        </w:rPr>
        <w:t>[32 . 3 d]</w:t>
      </w:r>
    </w:p>
    <w:p>
      <w:r>
        <w:rPr>
          <w:rFonts w:ascii="Gentium Plus" w:hAnsi="Gentium Plus"/>
          <w:sz w:val="24"/>
        </w:rPr>
        <w:t>ἡδονῇ κακῶς. Δύο δὲ ὄντων τούτων ἐν ἀνθρώπου ψυχῇ, ἡδονῆς καὶ λόγου, λόγῳ μὲν ἡδονὴ κραθεῖσα, μηδὲν ἀφελοῦσα τοῦ ἀναγκαίου, προσέθηκεν αὐτῷ τὸ ἀγω‐ γότερον· λόγος δὲ ἡδοναῖς προσγενόμενος, αὐξήσας</w:t>
      </w:r>
    </w:p>
    <w:p>
      <w:r>
        <w:rPr>
          <w:rFonts w:ascii="Courier New" w:hAnsi="Courier New"/>
          <w:color w:val="555555"/>
          <w:sz w:val="20"/>
        </w:rPr>
        <w:t>[5]</w:t>
      </w:r>
    </w:p>
    <w:p>
      <w:r>
        <w:rPr>
          <w:rFonts w:ascii="Gentium Plus" w:hAnsi="Gentium Plus"/>
          <w:sz w:val="24"/>
        </w:rPr>
        <w:t>αὐτῶν δι’ εὐπορίας τὸ μέτριον, ἀφεῖλεν τοῦ φύσει τερπνοῦ τὸ ἀναγκαῖον.</w:t>
      </w:r>
    </w:p>
    <w:p>
      <w:r>
        <w:rPr>
          <w:rFonts w:ascii="Courier New" w:hAnsi="Courier New"/>
          <w:color w:val="555555"/>
          <w:sz w:val="20"/>
        </w:rPr>
        <w:t>[32 . 4 a]</w:t>
      </w:r>
    </w:p>
    <w:p>
      <w:r>
        <w:rPr>
          <w:rFonts w:ascii="Gentium Plus" w:hAnsi="Gentium Plus"/>
          <w:sz w:val="24"/>
        </w:rPr>
        <w:t>‘Ἀλλ’ οὐκ ἴδιον ἀνθρώπου ἡδονή, κοινὸν δὲ καὶ</w:t>
      </w:r>
    </w:p>
    <w:p>
      <w:r>
        <w:rPr>
          <w:rFonts w:ascii="Courier New" w:hAnsi="Courier New"/>
          <w:color w:val="555555"/>
          <w:sz w:val="20"/>
        </w:rPr>
        <w:t>[32 . 4 b]</w:t>
      </w:r>
    </w:p>
    <w:p>
      <w:r>
        <w:rPr>
          <w:rFonts w:ascii="Gentium Plus" w:hAnsi="Gentium Plus"/>
          <w:sz w:val="24"/>
        </w:rPr>
        <w:t>τῶν ἄλλων ζῴων.‘ Τοῦτο λέγεις τὸ ἐχεγγυώτατον ἡδονῆς πρὸς σωτηρίαν, τὸ παντὸς τοῦ πεφυκότος ζῆν διασωστικόν· ἢ διὰ τὴν κοινότητά σε ἐνοχλεῖ; ὢ τῆς</w:t>
      </w:r>
    </w:p>
    <w:p>
      <w:r>
        <w:rPr>
          <w:rFonts w:ascii="Courier New" w:hAnsi="Courier New"/>
          <w:color w:val="555555"/>
          <w:sz w:val="20"/>
        </w:rPr>
        <w:t>[32 . 4 c*]</w:t>
      </w:r>
    </w:p>
    <w:p>
      <w:r>
        <w:rPr>
          <w:rFonts w:ascii="Gentium Plus" w:hAnsi="Gentium Plus"/>
          <w:sz w:val="24"/>
        </w:rPr>
        <w:t>πλεονεξίας. Σύ μοι δοκεῖς οὐδὲ τοῦ ἡλίου ἀγαπᾶν τὸ φῶς, ὅτι ἐστὶν κοινὸν ὀφθαλμῶν πάντων· ἀλλὰ ἔδει γὰρ τὸν ἄνθρωπον μόνον ὁρᾶν, καὶ διὰ τοῦτο οὐκ ἀγαθὸν ἀνθρώπῳ τὸ φῶς· οὐδέ γε ὁ ἀήρ, εἰσ‐</w:t>
      </w:r>
    </w:p>
    <w:p>
      <w:r>
        <w:rPr>
          <w:rFonts w:ascii="Courier New" w:hAnsi="Courier New"/>
          <w:color w:val="555555"/>
          <w:sz w:val="20"/>
        </w:rPr>
        <w:t>[5]</w:t>
      </w:r>
    </w:p>
    <w:p>
      <w:r>
        <w:rPr>
          <w:rFonts w:ascii="Gentium Plus" w:hAnsi="Gentium Plus"/>
          <w:sz w:val="24"/>
        </w:rPr>
        <w:t>πνεόμενός τε καὶ οἰκονομῶν τὰ σώματα ταῖς αὐτοῦ ὁδοῖς· οὐ ποταμῶν νάματα, οὐ γῆς καρποί· μέρη γὰρ τῶν ἀναγκαίων, ἐὰν προέλθῃς, πάντα κοινά, ἴδιον δέ, οὐδενός. Ἐνταῦθά μοι τάττε καὶ τὴν ἡδονήν, ἐν κοι‐ νότητι ἀγαθοῦ σώζοντος πᾶσαν αἰσθητικὴν φύσιν.</w:t>
      </w:r>
    </w:p>
    <w:p>
      <w:r>
        <w:rPr>
          <w:rFonts w:ascii="Courier New" w:hAnsi="Courier New"/>
          <w:color w:val="555555"/>
          <w:sz w:val="20"/>
        </w:rPr>
        <w:t>[32 . 5 a]</w:t>
      </w:r>
    </w:p>
    <w:p>
      <w:r>
        <w:rPr>
          <w:rFonts w:ascii="Gentium Plus" w:hAnsi="Gentium Plus"/>
          <w:sz w:val="24"/>
        </w:rPr>
        <w:t>Ἐπεὶ δὲ ἀρετῆς πρὸς ἡδονὴν ἡ ἐξέτασις γίγνεται, οὐ λοιδορήσομαι μὲν τῇ ἀρετῇ (οὐ γὰρ πικρός, οὐδὲ βλάσφημος ὁ καθ’ ἡδονὴν λόγος), τοσοῦτον δὲ λέγω, ὡς εἰ τῆς ἀρετῆς ἀφαιρήσει τὶς τὸ ἡδύ, καὶ τὸ δυνα‐</w:t>
      </w:r>
    </w:p>
    <w:p>
      <w:r>
        <w:rPr>
          <w:rFonts w:ascii="Courier New" w:hAnsi="Courier New"/>
          <w:color w:val="555555"/>
          <w:sz w:val="20"/>
        </w:rPr>
        <w:t>[5]</w:t>
      </w:r>
    </w:p>
    <w:p>
      <w:r>
        <w:rPr>
          <w:rFonts w:ascii="Gentium Plus" w:hAnsi="Gentium Plus"/>
          <w:sz w:val="24"/>
        </w:rPr>
        <w:t>τὸν αὐτῆς προσαφῄρηκεν· οὐδὲν γὰρ τῶν καλῶν αἱρε‐ τόν, ἀπογενομένης ἡδονῆς· καὶ γὰρ ὁ κατ’ ἀρετὴν πονῶν ἑκὼν φιλίᾳ ἡδονῆς πονεῖ, παρούσης ἢ προσ‐</w:t>
      </w:r>
    </w:p>
    <w:p>
      <w:r>
        <w:rPr>
          <w:rFonts w:ascii="Courier New" w:hAnsi="Courier New"/>
          <w:color w:val="555555"/>
          <w:sz w:val="20"/>
        </w:rPr>
        <w:t>[32 . 5 b]</w:t>
      </w:r>
    </w:p>
    <w:p>
      <w:r>
        <w:rPr>
          <w:rFonts w:ascii="Gentium Plus" w:hAnsi="Gentium Plus"/>
          <w:sz w:val="24"/>
        </w:rPr>
        <w:t>δοκωμένης. Ὥσπερ γὰρ ἐν τοῖς χρηματισμοῖς οὐθεὶς ἑκὼν ἀντικαταλλάττεται δραχμὴν ταλάντου, οὐδὲ χρυ‐ σοῦ χαλκόν, ᾧ μὴ φρένας ἐξέλετο Ζεύς,</w:t>
      </w:r>
    </w:p>
    <w:p>
      <w:r>
        <w:rPr>
          <w:rFonts w:ascii="Courier New" w:hAnsi="Courier New"/>
          <w:color w:val="555555"/>
          <w:sz w:val="20"/>
        </w:rPr>
        <w:t>[5]</w:t>
      </w:r>
    </w:p>
    <w:p>
      <w:r>
        <w:rPr>
          <w:rFonts w:ascii="Gentium Plus" w:hAnsi="Gentium Plus"/>
          <w:sz w:val="24"/>
        </w:rPr>
        <w:t>ἀλλὰ δεῖ τὰς ἀμοιβάς, κἂν ἰσοστάσιοι ὦσιν, λυσιτελεῖν τῷ ἀλλαττομένῳ κατὰ τὴν χρείαν τοῦ λαβόντος, οὕτως ἀμέλει κἂν ταῖς τῶν πόνων ὁμιλίαις οὐδεὶς πονεῖ πό‐ νου ἐρᾶν (ἦ γὰρ ἂν εἴη ὁ δυσερασίστερος), ἀλλάττεται δὲ τοὺς παρόντας πόνους, ὡς μὲν εἴποι ἄν τις τῶν</w:t>
      </w:r>
    </w:p>
    <w:p>
      <w:r>
        <w:rPr>
          <w:rFonts w:ascii="Courier New" w:hAnsi="Courier New"/>
          <w:color w:val="555555"/>
          <w:sz w:val="20"/>
        </w:rPr>
        <w:t>[10]</w:t>
      </w:r>
    </w:p>
    <w:p>
      <w:r>
        <w:rPr>
          <w:rFonts w:ascii="Gentium Plus" w:hAnsi="Gentium Plus"/>
          <w:sz w:val="24"/>
        </w:rPr>
        <w:t>ἀγροικοτέρων, τοῦ καλοῦ· ὡς δέ τις τῶν ἀληθεστέρων, ἡδονῆς· κἂν γὰρ τὸ καλὸν εἴπῃς, ἡδονὴν λέγεις· σχολῇ γὰρ ἂν εἴη τὸ κάλλος κάλλος, εἰ μὴ ἥδιστον εἴη.</w:t>
      </w:r>
    </w:p>
    <w:p>
      <w:r>
        <w:rPr>
          <w:rFonts w:ascii="Courier New" w:hAnsi="Courier New"/>
          <w:color w:val="555555"/>
          <w:sz w:val="20"/>
        </w:rPr>
        <w:t>[32 . 6 a]</w:t>
      </w:r>
    </w:p>
    <w:p>
      <w:r>
        <w:rPr>
          <w:rFonts w:ascii="Gentium Plus" w:hAnsi="Gentium Plus"/>
          <w:sz w:val="24"/>
        </w:rPr>
        <w:t>Ἐγὼ δὲ οἶμαι καὶ αὐτὸ τοὐναντίον, διὰ τούτων ἀποφαίνεσθαι τὴν ἡδονὴν πάντων χρημάτων αἱρετω‐ τέραν, ἧς εἵνεκα ἄν τις καὶ θάνατον ἀλλάξαιτο, καὶ</w:t>
      </w:r>
    </w:p>
    <w:p>
      <w:r>
        <w:rPr>
          <w:rFonts w:ascii="Courier New" w:hAnsi="Courier New"/>
          <w:color w:val="555555"/>
          <w:sz w:val="20"/>
        </w:rPr>
        <w:t>[32 . 6 b]</w:t>
      </w:r>
    </w:p>
    <w:p>
      <w:r>
        <w:rPr>
          <w:rFonts w:ascii="Gentium Plus" w:hAnsi="Gentium Plus"/>
          <w:sz w:val="24"/>
        </w:rPr>
        <w:t>τραύματα, καὶ πόνους, καὶ ἄλλα μυρία δυσχερῆ. Κἂν γὰρ ἄλλο ἄλλῳ ἐπιτιθῇς ὄνομα τῆς τούτων ἀξίας, Ἀχιλλεῖ μὲν ἀποθνήσκοντι ἑκόντι, καὶ τιμωροῦντι ἀπο‐ θανόντι τῷ Πατρόκλῳ φιλίαν, Ἀγαμέμνονι δὲ ἀγρυπ‐</w:t>
      </w:r>
    </w:p>
    <w:p>
      <w:r>
        <w:rPr>
          <w:rFonts w:ascii="Courier New" w:hAnsi="Courier New"/>
          <w:color w:val="555555"/>
          <w:sz w:val="20"/>
        </w:rPr>
        <w:t>[5]</w:t>
      </w:r>
    </w:p>
    <w:p>
      <w:r>
        <w:rPr>
          <w:rFonts w:ascii="Gentium Plus" w:hAnsi="Gentium Plus"/>
          <w:sz w:val="24"/>
        </w:rPr>
        <w:t>νοῦντι καὶ προβουλευομένῳ καὶ προπολεμοῦντι βασι‐ λείαν, τῷ δὲ Ἕκτορι ἐξηγουμένῳ καὶ προμαχομένῳ καὶ ἀριστεύοντι σωτηρίαν πατρίδος, πάντα ταῦτα ἐρεῖς</w:t>
      </w:r>
    </w:p>
    <w:p>
      <w:r>
        <w:rPr>
          <w:rFonts w:ascii="Courier New" w:hAnsi="Courier New"/>
          <w:color w:val="555555"/>
          <w:sz w:val="20"/>
        </w:rPr>
        <w:t>[32 . 6 c]</w:t>
      </w:r>
    </w:p>
    <w:p>
      <w:r>
        <w:rPr>
          <w:rFonts w:ascii="Gentium Plus" w:hAnsi="Gentium Plus"/>
          <w:sz w:val="24"/>
        </w:rPr>
        <w:t>ἡδονῶν ὀνόματα. Ὥσπερ γὰρ ἐν ταῖς σωμάτων νόσοις ἀγαπᾷ ὁ κάμνων τεμνόμενος καὶ ἐμπιμπράμενος, καὶ διψῶν, καὶ λιμώττων, καὶ τὰ δυσχερῆ τῇ φύσει προσιέ‐ μενος ἑκών, ἀντικαταλλαττόμενος ταῦτα τῆς προσδοκίας</w:t>
      </w:r>
    </w:p>
    <w:p>
      <w:r>
        <w:rPr>
          <w:rFonts w:ascii="Courier New" w:hAnsi="Courier New"/>
          <w:color w:val="555555"/>
          <w:sz w:val="20"/>
        </w:rPr>
        <w:t>[5]</w:t>
      </w:r>
    </w:p>
    <w:p>
      <w:r>
        <w:rPr>
          <w:rFonts w:ascii="Gentium Plus" w:hAnsi="Gentium Plus"/>
          <w:sz w:val="24"/>
        </w:rPr>
        <w:t>τοῦ ὕπνου, εἰ δὲ ἀφέλοις τὴν ἐλπίδα τοῦ μέλλοντος ἀγαθοῦ, ἀφαιρήσεις τὴν αἵρεσιν τῶν παρόντων κακῶν, οὕτω κἀν ταῖς πράξεσιν ἀντίδοσις γίγνεται πρὸς ἡδο‐ νὰς πόνων, ἣν σὺ μὲν ἀρετὴν καλεῖς, ἐγὼ δὲ τὴν μὲν ἀρετὴν δίδωμι, ἐρήσομαι δέ σε, εἰ ἄνευ τῆς πρὸς αὐ‐</w:t>
      </w:r>
    </w:p>
    <w:p>
      <w:r>
        <w:rPr>
          <w:rFonts w:ascii="Courier New" w:hAnsi="Courier New"/>
          <w:color w:val="555555"/>
          <w:sz w:val="20"/>
        </w:rPr>
        <w:t>[10]</w:t>
      </w:r>
    </w:p>
    <w:p>
      <w:r>
        <w:rPr>
          <w:rFonts w:ascii="Gentium Plus" w:hAnsi="Gentium Plus"/>
          <w:sz w:val="24"/>
        </w:rPr>
        <w:t>τὴν φιλίας τὴν ἀρετὴν ἡ ψυχὴ εἵλετο; ἐὰν γὰρ τὴν</w:t>
      </w:r>
    </w:p>
    <w:p>
      <w:r>
        <w:rPr>
          <w:rFonts w:ascii="Courier New" w:hAnsi="Courier New"/>
          <w:color w:val="555555"/>
          <w:sz w:val="20"/>
        </w:rPr>
        <w:t>[32 7* a]</w:t>
      </w:r>
    </w:p>
    <w:p>
      <w:r>
        <w:rPr>
          <w:rFonts w:ascii="Gentium Plus" w:hAnsi="Gentium Plus"/>
          <w:sz w:val="24"/>
        </w:rPr>
        <w:t>πρᾶγμα αἱρῶ, καὶ τὴν ἡδονὴν γνωρίζω· ἣ ποιεῖ τὸν Ἡρακλέα ἐκεῖνον, τὸν τῶν πολλῶν καὶ θαυμαστῶν πόνων ὁμιλητὴν καὶ ἀγωνιστὴν καὶ ἐθάδα, τὸν πρὸς τὰ θηρία παραβαλλόμενον, τὸν τοῖς πανταχοῦ δυνά‐</w:t>
      </w:r>
    </w:p>
    <w:p>
      <w:r>
        <w:rPr>
          <w:rFonts w:ascii="Courier New" w:hAnsi="Courier New"/>
          <w:color w:val="555555"/>
          <w:sz w:val="20"/>
        </w:rPr>
        <w:t>[5]</w:t>
      </w:r>
    </w:p>
    <w:p>
      <w:r>
        <w:rPr>
          <w:rFonts w:ascii="Gentium Plus" w:hAnsi="Gentium Plus"/>
          <w:sz w:val="24"/>
        </w:rPr>
        <w:t>σταις προσφερόμενον, τὸν πρὸς τοὺς ἀγρίους φιλονει‐ κοῦντα, τὸν ἡμερωτὴν τῆς γῆς, τὸν καθαρτήν, τὸν ἐπὶ τὴν Οἴτην ἰόντα, τὸν ἐπὶ πῦρ παραγιγνόμενον, ἄλλό τι ἢ μεγάλαις καὶ θαυμασταῖς καὶ ἀκράτοις ἡδο‐ ναῖς χειραγωγούμενον, ταῖς μὲν παρούσαις ὁμοῦ τοῖς</w:t>
      </w:r>
    </w:p>
    <w:p>
      <w:r>
        <w:rPr>
          <w:rFonts w:ascii="Courier New" w:hAnsi="Courier New"/>
          <w:color w:val="555555"/>
          <w:sz w:val="20"/>
        </w:rPr>
        <w:t>[10]</w:t>
      </w:r>
    </w:p>
    <w:p>
      <w:r>
        <w:rPr>
          <w:rFonts w:ascii="Gentium Plus" w:hAnsi="Gentium Plus"/>
          <w:sz w:val="24"/>
        </w:rPr>
        <w:t>πόνοις, ταῖς δὲ μελλούσαις μετὰ τοὺς πόνους, ἐπὶ</w:t>
      </w:r>
    </w:p>
    <w:p>
      <w:r>
        <w:rPr>
          <w:rFonts w:ascii="Courier New" w:hAnsi="Courier New"/>
          <w:color w:val="555555"/>
          <w:sz w:val="20"/>
        </w:rPr>
        <w:t>[32 7* b]</w:t>
      </w:r>
    </w:p>
    <w:p>
      <w:r>
        <w:rPr>
          <w:rFonts w:ascii="Gentium Plus" w:hAnsi="Gentium Plus"/>
          <w:sz w:val="24"/>
        </w:rPr>
        <w:t>ταῦτα ἰέναι ἑκόντα. Ἀλλὰ σὺ μὲν τότε πόνους ὁρᾷς, τὰς δὲ Ἡρακλέους ἡδονὰς οὐχ ὁρᾷς, αἷς ἔχαιρεν. Ἔχαι‐ ρεν καὶ ὁ Ἡρακλῆς ταῦτα δρῶν, καὶ διὰ τοῦτο ἔδρα·</w:t>
      </w:r>
    </w:p>
    <w:p>
      <w:r>
        <w:rPr>
          <w:rFonts w:ascii="Courier New" w:hAnsi="Courier New"/>
          <w:color w:val="555555"/>
          <w:sz w:val="20"/>
        </w:rPr>
        <w:t>[32 7* c]</w:t>
      </w:r>
    </w:p>
    <w:p>
      <w:r>
        <w:rPr>
          <w:rFonts w:ascii="Gentium Plus" w:hAnsi="Gentium Plus"/>
          <w:sz w:val="24"/>
        </w:rPr>
        <w:t>καὶ οὐκ ἂν ἔδρα, εἰ μὴ δρῶν ἔχαιρεν. Αἱ μὲν γὰρ Διονύσου ἡδοναὶ καὶ τελετῆς χώραν ἔχουσιν, κῶμοι</w:t>
      </w:r>
    </w:p>
    <w:p>
      <w:r>
        <w:rPr>
          <w:rFonts w:ascii="Courier New" w:hAnsi="Courier New"/>
          <w:color w:val="555555"/>
          <w:sz w:val="20"/>
        </w:rPr>
        <w:t>[5]</w:t>
      </w:r>
    </w:p>
    <w:p>
      <w:r>
        <w:rPr>
          <w:rFonts w:ascii="Gentium Plus" w:hAnsi="Gentium Plus"/>
          <w:sz w:val="24"/>
        </w:rPr>
        <w:t>ὀργιαζόμενα.</w:t>
      </w:r>
    </w:p>
    <w:p>
      <w:r>
        <w:rPr>
          <w:rFonts w:ascii="Courier New" w:hAnsi="Courier New"/>
          <w:color w:val="555555"/>
          <w:sz w:val="20"/>
        </w:rPr>
        <w:t>[32 . 8 a]</w:t>
      </w:r>
    </w:p>
    <w:p>
      <w:r>
        <w:rPr>
          <w:rFonts w:ascii="Gentium Plus" w:hAnsi="Gentium Plus"/>
          <w:sz w:val="24"/>
        </w:rPr>
        <w:t>Τί λέγω Διόνυσον καὶ Ἡρακλέα; μῦθοι ταῦτα,</w:t>
      </w:r>
    </w:p>
    <w:p>
      <w:r>
        <w:rPr>
          <w:rFonts w:ascii="Courier New" w:hAnsi="Courier New"/>
          <w:color w:val="555555"/>
          <w:sz w:val="20"/>
        </w:rPr>
        <w:t>[32 . 8 b]</w:t>
      </w:r>
    </w:p>
    <w:p>
      <w:r>
        <w:rPr>
          <w:rFonts w:ascii="Gentium Plus" w:hAnsi="Gentium Plus"/>
          <w:sz w:val="24"/>
        </w:rPr>
        <w:t>ἡρωϊκὰ ταῦτα. Τὸν Σωκράτην λέγω. Ἐρᾷς, ὦ Σώ‐ κρατες, Ἀλκιβιάδου, καὶ μετὰ τοῦτον Φαίδρου, καὶ μετ’ ἐκεῖνον Χαρμίδου; ἐρᾷς, ὦ Σώκρατες, καί σε οὐ</w:t>
      </w:r>
    </w:p>
    <w:p>
      <w:r>
        <w:rPr>
          <w:rFonts w:ascii="Courier New" w:hAnsi="Courier New"/>
          <w:color w:val="555555"/>
          <w:sz w:val="20"/>
        </w:rPr>
        <w:t>[32 . 8 c]</w:t>
      </w:r>
    </w:p>
    <w:p>
      <w:r>
        <w:rPr>
          <w:rFonts w:ascii="Gentium Plus" w:hAnsi="Gentium Plus"/>
          <w:sz w:val="24"/>
        </w:rPr>
        <w:t>λανθάνει κάλλος Ἀττικόν· ἀλλ’ ὁμολόγησον αὐτοῦ τὴν αἰτίαν, καὶ μὴ φοβηθῇς τὴν ἀδοξίαν· ἔξεστιν καὶ μεθ’ ἡδονῆς σωφρόνως ἐρᾶν, ὡς ἔξεστιν καὶ μετὰ λύπης</w:t>
      </w:r>
    </w:p>
    <w:p>
      <w:r>
        <w:rPr>
          <w:rFonts w:ascii="Courier New" w:hAnsi="Courier New"/>
          <w:color w:val="555555"/>
          <w:sz w:val="20"/>
        </w:rPr>
        <w:t>[32 . 8 d]</w:t>
      </w:r>
    </w:p>
    <w:p>
      <w:r>
        <w:rPr>
          <w:rFonts w:ascii="Gentium Plus" w:hAnsi="Gentium Plus"/>
          <w:sz w:val="24"/>
        </w:rPr>
        <w:t>ἀκολάστως ἐρᾶν. Εἰ δὲ καὶ χωρὶς ἡδονῆς ἐρᾷς, καὶ ψυχῆς μόνης, καὶ σώματος οὐκ ἐρᾷς, ἐράσθητι Θεαι‐ τήτου· ἀλλ’ οὐκ ἐρᾷς, σιμὸς γὰρ ἦν· ἐράσθητι Χαιρε‐ φῶντος· ἀλλ’ οὐκ ἐρᾷς, ὠχρὸς γὰρ ἦν· ἐράσθητι Ἀρι‐</w:t>
      </w:r>
    </w:p>
    <w:p>
      <w:r>
        <w:rPr>
          <w:rFonts w:ascii="Courier New" w:hAnsi="Courier New"/>
          <w:color w:val="555555"/>
          <w:sz w:val="20"/>
        </w:rPr>
        <w:t>[32 . 8 e]</w:t>
      </w:r>
    </w:p>
    <w:p>
      <w:r>
        <w:rPr>
          <w:rFonts w:ascii="Gentium Plus" w:hAnsi="Gentium Plus"/>
          <w:sz w:val="24"/>
        </w:rPr>
        <w:t>στοδήμου· ἀλλ’ οὐκ ἐρᾷς, αἰσχρὸς γὰρ ἦν. Ἀλλὰ τίνων ἐρᾷς; εἴ που τὶς εὐκόμης, εἴ που τὶς ὡραῖος, εἴ που ἁβρός, εἴ που καλός. Καὶ πιστεύω μὲν τῇ ἀρετῇ, ὅτι δικαίως ἐρᾷς, οὐκ ἀπιστῶ δὲ τῇ ψυχῇ, ὅτι</w:t>
      </w:r>
    </w:p>
    <w:p>
      <w:r>
        <w:rPr>
          <w:rFonts w:ascii="Courier New" w:hAnsi="Courier New"/>
          <w:color w:val="555555"/>
          <w:sz w:val="20"/>
        </w:rPr>
        <w:t>[5]</w:t>
      </w:r>
    </w:p>
    <w:p>
      <w:r>
        <w:rPr>
          <w:rFonts w:ascii="Gentium Plus" w:hAnsi="Gentium Plus"/>
          <w:sz w:val="24"/>
        </w:rPr>
        <w:t>δι’ ἡδονὴν ἐρᾷς· οὐδὲ γὰρ σώματι ἀπιστῶ ὑπὸ πυρὸς θερμαινομένῳ, οὐδὲ ὀφθαλμοῖς ὑπὸ ἡλίῳ φωτιζομένοις, οὐδὲ ἀκοαῖς ὑπὸ αὐλῶν γανυμέναις, οὐδὲ Ἡσιόδῳ ὑπὸ Μουσῶν διδασκομένῳ, οὐδὲ Ὁμήρῳ ὑπὸ Καλλιό‐ πης λιγαινομένῳ, οὐ Πλάτωνι ὑπὸ Ὁμήρου μεγαλυνο‐</w:t>
      </w:r>
    </w:p>
    <w:p>
      <w:r>
        <w:rPr>
          <w:rFonts w:ascii="Courier New" w:hAnsi="Courier New"/>
          <w:color w:val="555555"/>
          <w:sz w:val="20"/>
        </w:rPr>
        <w:t>[10]</w:t>
      </w:r>
    </w:p>
    <w:p>
      <w:r>
        <w:rPr>
          <w:rFonts w:ascii="Gentium Plus" w:hAnsi="Gentium Plus"/>
          <w:sz w:val="24"/>
        </w:rPr>
        <w:t>μένῳ· πάντα ταῦτα ὑφ’ ἡδονῆς ἕλκεται, καὶ ὀφθαλμοί, καὶ ἀκοαί, καὶ σώματα, καὶ λόγοι.</w:t>
      </w:r>
    </w:p>
    <w:p>
      <w:r>
        <w:rPr>
          <w:rFonts w:ascii="Courier New" w:hAnsi="Courier New"/>
          <w:color w:val="555555"/>
          <w:sz w:val="20"/>
        </w:rPr>
        <w:t>[32 . 9 a]</w:t>
      </w:r>
    </w:p>
    <w:p>
      <w:r>
        <w:rPr>
          <w:rFonts w:ascii="Gentium Plus" w:hAnsi="Gentium Plus"/>
          <w:sz w:val="24"/>
        </w:rPr>
        <w:t>Ἀλλὰ καὶ τὸν Διογένην ἐκεῖνον εἰς τὸν πίθον ἡδονὴ εἰσάγει· εἰ δὲ καὶ ἡ ἀρετὴ αὐτῷ συνεισέβαλλεν.</w:t>
      </w:r>
    </w:p>
    <w:p>
      <w:r>
        <w:rPr>
          <w:rFonts w:ascii="Courier New" w:hAnsi="Courier New"/>
          <w:color w:val="555555"/>
          <w:sz w:val="20"/>
        </w:rPr>
        <w:t>[32 . 9 b]</w:t>
      </w:r>
    </w:p>
    <w:p>
      <w:r>
        <w:rPr>
          <w:rFonts w:ascii="Gentium Plus" w:hAnsi="Gentium Plus"/>
          <w:sz w:val="24"/>
        </w:rPr>
        <w:t>τί τὴν ἡδονὴν ἐξοικίζεις τῷ λόγῳ; Ἥδετο ὁ Διογένης τῷ πίθῳ, ὡς Βαβυλῶνι Ξέρξης· ἥδετο τῇ μάζῃ ὁ Διο‐ γένης, ὡς ὁ Σμινδυρίδης τῇ καρύκκῃ· ἥδετο ταῖς κρήναις ταῖς πανταχοῦ, ὡς ὁ Καμβύσης Χοάσπῃ μόνῳ·</w:t>
      </w:r>
    </w:p>
    <w:p>
      <w:r>
        <w:rPr>
          <w:rFonts w:ascii="Courier New" w:hAnsi="Courier New"/>
          <w:color w:val="555555"/>
          <w:sz w:val="20"/>
        </w:rPr>
        <w:t>[5]</w:t>
      </w:r>
    </w:p>
    <w:p>
      <w:r>
        <w:rPr>
          <w:rFonts w:ascii="Gentium Plus" w:hAnsi="Gentium Plus"/>
          <w:sz w:val="24"/>
        </w:rPr>
        <w:t>ἥδετο τῷ ἡλίῳ, ὡς Σαρδανάπαλλος ταῖς πορφυρίσιν·</w:t>
      </w:r>
    </w:p>
    <w:p>
      <w:r>
        <w:rPr>
          <w:rFonts w:ascii="Courier New" w:hAnsi="Courier New"/>
          <w:color w:val="555555"/>
          <w:sz w:val="20"/>
        </w:rPr>
        <w:t>[10]</w:t>
      </w:r>
    </w:p>
    <w:p>
      <w:r>
        <w:rPr>
          <w:rFonts w:ascii="Gentium Plus" w:hAnsi="Gentium Plus"/>
          <w:sz w:val="24"/>
        </w:rPr>
        <w:t>πανταχοῦ· ὀδύρεται Ξέρξης ἡττώμενος, στένει Καμ‐ βύσης τιτρωσκόμενος, οἰμώζει Σαρδανάπαλλος ἐμπιμ‐ πράμενος, ἀνιᾶται Σμινδυρίδης ἀπελαυνόμενος, δακρύει Κροῖσος λαμβανόμενος, λυπεῖται Ἀλέξανδρος μὴ μαχό‐ μενος· αἱ δὲ Διογένους ἡδοναὶ οἰμωγῆς ἄπειροι, ἄστο‐</w:t>
      </w:r>
    </w:p>
    <w:p>
      <w:r>
        <w:rPr>
          <w:rFonts w:ascii="Courier New" w:hAnsi="Courier New"/>
          <w:color w:val="555555"/>
          <w:sz w:val="20"/>
        </w:rPr>
        <w:t>[32 . 9 c]</w:t>
      </w:r>
    </w:p>
    <w:p>
      <w:r>
        <w:rPr>
          <w:rFonts w:ascii="Gentium Plus" w:hAnsi="Gentium Plus"/>
          <w:sz w:val="24"/>
        </w:rPr>
        <w:t>νοι, ἀδάκρυτοι, ἄλυποι. Σὺ δὲ τὰς ἡδονὰς αὐτοῦ πό‐ νους καλεῖς· μετρεῖς γὰρ τὰ Διογένους τῇ σαυτοῦ φύσει, πονηρῷ μέτρῳ· σὺ μὲν γὰρ ἀλγήσεις ταῦτα</w:t>
      </w:r>
    </w:p>
    <w:p>
      <w:r>
        <w:rPr>
          <w:rFonts w:ascii="Courier New" w:hAnsi="Courier New"/>
          <w:color w:val="555555"/>
          <w:sz w:val="20"/>
        </w:rPr>
        <w:t>[32 . 9 d]</w:t>
      </w:r>
    </w:p>
    <w:p>
      <w:r>
        <w:rPr>
          <w:rFonts w:ascii="Gentium Plus" w:hAnsi="Gentium Plus"/>
          <w:sz w:val="24"/>
        </w:rPr>
        <w:t>δρῶν, Διογένης δὲ ἥδετο. Ἐπιτολμήσαιμι δ’ ἂν ἔγωγε εἰπεῖν, ὡς οὐδεὶς ἡδονῆς Διογένους ἦν ἐραστὴς ἀκρι‐ βέστερος. Οὐχ ἑστίαν ἔνεμεν, ἐπίλυπον γὰρ οἰκονομία· οὐ πολιτείας ἐφήψατο, ἀνιαρὸν γὰρ τὸ χρῆμα· οὐκ</w:t>
      </w:r>
    </w:p>
    <w:p>
      <w:r>
        <w:rPr>
          <w:rFonts w:ascii="Courier New" w:hAnsi="Courier New"/>
          <w:color w:val="555555"/>
          <w:sz w:val="20"/>
        </w:rPr>
        <w:t>[5]</w:t>
      </w:r>
    </w:p>
    <w:p>
      <w:r>
        <w:rPr>
          <w:rFonts w:ascii="Gentium Plus" w:hAnsi="Gentium Plus"/>
          <w:sz w:val="24"/>
        </w:rPr>
        <w:t>ἐπειράθη γάμου, ἤκουεν γὰρ τὴν Ξανθίππην· οὐκ ἐπειράθη παιδοτροφίας, ἑώρα γὰρ τὰ δεινά· ἀλλὰ ἄφε‐</w:t>
      </w:r>
    </w:p>
    <w:p>
      <w:r>
        <w:rPr>
          <w:rFonts w:ascii="Courier New" w:hAnsi="Courier New"/>
          <w:color w:val="555555"/>
          <w:sz w:val="20"/>
        </w:rPr>
        <w:t>[10]</w:t>
      </w:r>
    </w:p>
    <w:p>
      <w:r>
        <w:rPr>
          <w:rFonts w:ascii="Gentium Plus" w:hAnsi="Gentium Plus"/>
          <w:sz w:val="24"/>
        </w:rPr>
        <w:t>τοις καὶ ἀφθόνοις.</w:t>
      </w:r>
    </w:p>
    <w:p>
      <w:r>
        <w:rPr>
          <w:rFonts w:ascii="Courier New" w:hAnsi="Courier New"/>
          <w:color w:val="555555"/>
          <w:sz w:val="20"/>
        </w:rPr>
        <w:t>[32 . 10 a]</w:t>
      </w:r>
    </w:p>
    <w:p>
      <w:r>
        <w:rPr>
          <w:rFonts w:ascii="Gentium Plus" w:hAnsi="Gentium Plus"/>
          <w:sz w:val="24"/>
        </w:rPr>
        <w:t>Τὸν Διογένην ἐῶμεν, καὶ μετίωμεν τοὺς νομοθέτας, καὶ πολιτείας σκεψώμεθα. Μή με οἰηθῇς ἐπὶ Σύβαριν ἥξειν, μηδὲ Συρακοσίων μνησθήσεσθαι τῶν ἁβροτά‐ των, μηδὲ Κορινθίων τῶν φιληδόνων, μηδὲ Χίων τῶν</w:t>
      </w:r>
    </w:p>
    <w:p>
      <w:r>
        <w:rPr>
          <w:rFonts w:ascii="Courier New" w:hAnsi="Courier New"/>
          <w:color w:val="555555"/>
          <w:sz w:val="20"/>
        </w:rPr>
        <w:t>[5]</w:t>
      </w:r>
    </w:p>
    <w:p>
      <w:r>
        <w:rPr>
          <w:rFonts w:ascii="Gentium Plus" w:hAnsi="Gentium Plus"/>
          <w:sz w:val="24"/>
        </w:rPr>
        <w:t>πλουσίων, μηδὲ Λεσβίων τῶν εὐοινοτάτων, μηδὲ Μι‐</w:t>
      </w:r>
    </w:p>
    <w:p>
      <w:r>
        <w:rPr>
          <w:rFonts w:ascii="Courier New" w:hAnsi="Courier New"/>
          <w:color w:val="555555"/>
          <w:sz w:val="20"/>
        </w:rPr>
        <w:t>[32 . 10 b]</w:t>
      </w:r>
    </w:p>
    <w:p>
      <w:r>
        <w:rPr>
          <w:rFonts w:ascii="Gentium Plus" w:hAnsi="Gentium Plus"/>
          <w:sz w:val="24"/>
        </w:rPr>
        <w:t>λησίων τῶν εὐειμονωτάτων· ἀλλ’ ἐπὶ τοὺς ἡγεμόνας ἔρχομαι, ἐπὶ Ἀθηναίους ἔρχομαι, καὶ τὰ Λακεδαιμονίων ἐξετάζω. Μάστιγες αὗται καὶ πληγαὶ Λακωνικαί, καὶ θῆραι, καὶ δρόμοι, καὶ δεῖπνα λιτά, καὶ στιβάδες εὐ‐</w:t>
      </w:r>
    </w:p>
    <w:p>
      <w:r>
        <w:rPr>
          <w:rFonts w:ascii="Courier New" w:hAnsi="Courier New"/>
          <w:color w:val="555555"/>
          <w:sz w:val="20"/>
        </w:rPr>
        <w:t>[32 . 10 c]</w:t>
      </w:r>
    </w:p>
    <w:p>
      <w:r>
        <w:rPr>
          <w:rFonts w:ascii="Gentium Plus" w:hAnsi="Gentium Plus"/>
          <w:sz w:val="24"/>
        </w:rPr>
        <w:t>τελεῖς· ἀλλ’ ὁρῶ καὶ τούτων τὰ τερπνά. Εὖ γε, ὦ Λυκοῦργε, σμικρῶν πόνων μεγάλας ἡδονὰς ἀντεισάγεις· ὀλίγα δούς, μεγάλα ἔλαβες· ἐφημέρους δοὺς πόνους,</w:t>
      </w:r>
    </w:p>
    <w:p>
      <w:r>
        <w:rPr>
          <w:rFonts w:ascii="Courier New" w:hAnsi="Courier New"/>
          <w:color w:val="555555"/>
          <w:sz w:val="20"/>
        </w:rPr>
        <w:t>[32 . 10 d]</w:t>
      </w:r>
    </w:p>
    <w:p>
      <w:r>
        <w:rPr>
          <w:rFonts w:ascii="Gentium Plus" w:hAnsi="Gentium Plus"/>
          <w:sz w:val="24"/>
        </w:rPr>
        <w:t>ἡδονὰς διηνεκεῖς ἀντέλαβες. Τίνες, λέξει, Σπαρτιατι‐</w:t>
      </w:r>
    </w:p>
    <w:p>
      <w:r>
        <w:rPr>
          <w:rFonts w:ascii="Courier New" w:hAnsi="Courier New"/>
          <w:color w:val="555555"/>
          <w:sz w:val="20"/>
        </w:rPr>
        <w:t>[32 . 10 e]</w:t>
      </w:r>
    </w:p>
    <w:p>
      <w:r>
        <w:rPr>
          <w:rFonts w:ascii="Gentium Plus" w:hAnsi="Gentium Plus"/>
          <w:sz w:val="24"/>
        </w:rPr>
        <w:t>κοος στόνων, ἀνήκοος ἀπειλῆς. Τί δ’ ἂν εἴη φόβου λυπηρότερον; τί δὲ δουλείας ἀνιαρότερον; τί δὲ ἀν‐ άγκης ἐπιπονώτερον; ὅταν δὲ ταῦτα ἀπαλλάξῃς πό‐</w:t>
      </w:r>
    </w:p>
    <w:p>
      <w:r>
        <w:rPr>
          <w:rFonts w:ascii="Courier New" w:hAnsi="Courier New"/>
          <w:color w:val="555555"/>
          <w:sz w:val="20"/>
        </w:rPr>
        <w:t>[32 . 10 f]</w:t>
      </w:r>
    </w:p>
    <w:p>
      <w:r>
        <w:rPr>
          <w:rFonts w:ascii="Gentium Plus" w:hAnsi="Gentium Plus"/>
          <w:sz w:val="24"/>
        </w:rPr>
        <w:t>λεως, πολλὰς αὐτοῖς ἡδονὰς ἀντεισάγεις. Ἐκείνης τῆς ἡδονῆς θρέμμα ἦν ὁ Λεωνίδας, ἐκείνης ὁ Ὀθρυάδας,</w:t>
      </w:r>
    </w:p>
    <w:p>
      <w:r>
        <w:rPr>
          <w:rFonts w:ascii="Courier New" w:hAnsi="Courier New"/>
          <w:color w:val="555555"/>
          <w:sz w:val="20"/>
        </w:rPr>
        <w:t>[32 . 10 g]</w:t>
      </w:r>
    </w:p>
    <w:p>
      <w:r>
        <w:rPr>
          <w:rFonts w:ascii="Gentium Plus" w:hAnsi="Gentium Plus"/>
          <w:sz w:val="24"/>
        </w:rPr>
        <w:t>ἐκείνης ὁ Καλλικρατίδας. ‘Ἀλλ’ ἀπέθνησκον οὗτοι.‘ Ἀπέθνησκον καλῶς· ‘Ὑπὲρ ποίων ἡδονῶν;‘ Καὶ γὰρ τῶν σωμάτων ἐκκόπτεται μέρη ὑπὲρ ῥᾳστώνης τοῦ</w:t>
      </w:r>
    </w:p>
    <w:p>
      <w:r>
        <w:rPr>
          <w:rFonts w:ascii="Courier New" w:hAnsi="Courier New"/>
          <w:color w:val="555555"/>
          <w:sz w:val="20"/>
        </w:rPr>
        <w:t>[32 . 10 h]</w:t>
      </w:r>
    </w:p>
    <w:p>
      <w:r>
        <w:rPr>
          <w:rFonts w:ascii="Gentium Plus" w:hAnsi="Gentium Plus"/>
          <w:sz w:val="24"/>
        </w:rPr>
        <w:t>ὅλου. Μέρος ἦν ὁ Λεωνίδας καὶ τῆς Σπάρτης, ἀλλὰ ἀπέθνησκεν ὑπὲρ τῆς Σπάρτης· μέρος ὁ Ὀθρυάδας, Καλλικρατίδας μέρος· τοιγαροῦν ἀφαιρουμένων σμι‐</w:t>
      </w:r>
    </w:p>
    <w:p>
      <w:r>
        <w:rPr>
          <w:rFonts w:ascii="Courier New" w:hAnsi="Courier New"/>
          <w:color w:val="555555"/>
          <w:sz w:val="20"/>
        </w:rPr>
        <w:t>[32 . 10 i]</w:t>
      </w:r>
    </w:p>
    <w:p>
      <w:r>
        <w:rPr>
          <w:rFonts w:ascii="Gentium Plus" w:hAnsi="Gentium Plus"/>
          <w:sz w:val="24"/>
        </w:rPr>
        <w:t>κρῶν μερῶν, ἐσώζοντο αἱ οἴκοι ἡδοναί. Τὰ δὲ Ἀθη‐ ναίων τί χρὴ λέγειν; πάντα μεστὰ ἑορτῆς τὰ Ἀττικά, πάντα θυμηδίας· καὶ διέλαχον αὐτοῖς ὧραι τὰς ἡδο‐ νάς, ἦρος Διονύσια, μετοπώρου μυστήρια· καὶ ἄλλην</w:t>
      </w:r>
    </w:p>
    <w:p>
      <w:r>
        <w:rPr>
          <w:rFonts w:ascii="Courier New" w:hAnsi="Courier New"/>
          <w:color w:val="555555"/>
          <w:sz w:val="20"/>
        </w:rPr>
        <w:t>[5]</w:t>
      </w:r>
    </w:p>
    <w:p>
      <w:r>
        <w:rPr>
          <w:rFonts w:ascii="Gentium Plus" w:hAnsi="Gentium Plus"/>
          <w:sz w:val="24"/>
        </w:rPr>
        <w:t>ὥραν ἔχει ἄλλος θεός, Παναθήναια, Σκειροφόρια,</w:t>
      </w:r>
    </w:p>
    <w:p>
      <w:r>
        <w:rPr>
          <w:rFonts w:ascii="Courier New" w:hAnsi="Courier New"/>
          <w:color w:val="555555"/>
          <w:sz w:val="20"/>
        </w:rPr>
        <w:t>[32 . 10 k]</w:t>
      </w:r>
    </w:p>
    <w:p>
      <w:r>
        <w:rPr>
          <w:rFonts w:ascii="Gentium Plus" w:hAnsi="Gentium Plus"/>
          <w:sz w:val="24"/>
        </w:rPr>
        <w:t>νύσου γελῶσιν. Ἀλλ’ οὐδὲ οἱ πόλεμοι, τὸ σκυθρωπό‐ τατον, ἡδονῶν ἔρημοι· ἀλλὰ συντάττεται τούτοις ἢ Τυρρηνὴ σάλπιγξ, ἢ αὐλὸς τριηρικός, ἢ ᾠδὴ ἐμβατή‐ ριος. Ὁρᾷς τὴν ἀφθονίαν τῶν ἡδονῶν.</w:t>
      </w:r>
    </w:p>
    <w:p>
      <w:pPr>
        <w:jc w:val="center"/>
      </w:pPr>
      <w:r>
        <w:rPr>
          <w:rFonts w:ascii="Gentium Plus" w:hAnsi="Gentium Plus"/>
          <w:b/>
          <w:sz w:val="24"/>
        </w:rPr>
        <w:t>Τί τέλος φιλοσοφίας.</w:t>
      </w:r>
    </w:p>
    <w:p>
      <w:r>
        <w:rPr>
          <w:rFonts w:ascii="Courier New" w:hAnsi="Courier New"/>
          <w:color w:val="555555"/>
          <w:sz w:val="20"/>
        </w:rPr>
        <w:t>[1]</w:t>
      </w:r>
    </w:p>
    <w:p>
      <w:r>
        <w:rPr>
          <w:rFonts w:ascii="Gentium Plus" w:hAnsi="Gentium Plus"/>
          <w:sz w:val="24"/>
        </w:rPr>
        <w:t>Χαλεπὸν εὑρεῖν λόγον ἀληθῆ· κινδυνεύει γὰρ ἡ τοῦ ἀνθρώπου ψυχή, δι’ εὐπορίαν τοῦ φρονεῖν, τοῦ</w:t>
      </w:r>
    </w:p>
    <w:p>
      <w:r>
        <w:rPr>
          <w:rFonts w:ascii="Courier New" w:hAnsi="Courier New"/>
          <w:color w:val="555555"/>
          <w:sz w:val="20"/>
        </w:rPr>
        <w:t>[33 . 1 b]</w:t>
      </w:r>
    </w:p>
    <w:p>
      <w:r>
        <w:rPr>
          <w:rFonts w:ascii="Gentium Plus" w:hAnsi="Gentium Plus"/>
          <w:sz w:val="24"/>
        </w:rPr>
        <w:t>κρίνειν ἀπορεῖν. Καὶ αἱ μὲν ἄλλαι τέχναι, πρόσω ἰοῦσαι, κατὰ τὴν εὕρεσιν εὐστοχώτεραι γίγνονται, ἑκά‐</w:t>
      </w:r>
    </w:p>
    <w:p>
      <w:r>
        <w:rPr>
          <w:rFonts w:ascii="Courier New" w:hAnsi="Courier New"/>
          <w:color w:val="555555"/>
          <w:sz w:val="20"/>
        </w:rPr>
        <w:t>[33 . 1 c]</w:t>
      </w:r>
    </w:p>
    <w:p>
      <w:r>
        <w:rPr>
          <w:rFonts w:ascii="Gentium Plus" w:hAnsi="Gentium Plus"/>
          <w:sz w:val="24"/>
        </w:rPr>
        <w:t>στη περὶ τὰ αὑτῆς ἔργα· φιλοσοφία δέ, ἐπειδὰν αὑτῆς εὐπορώτατα ἔχῃ, τότε μάλιστα ἐμπίμπλαται λόγων ἀντι‐ στασίων καὶ ἰσορρόπων· καὶ ἔοικεν γεωργῷ, ἐπειδὰν ἐν περιουσίᾳ γένηται ὀργάνων πολλῶν, ἀκαρποτέρᾳ τῇ</w:t>
      </w:r>
    </w:p>
    <w:p>
      <w:r>
        <w:rPr>
          <w:rFonts w:ascii="Courier New" w:hAnsi="Courier New"/>
          <w:color w:val="555555"/>
          <w:sz w:val="20"/>
        </w:rPr>
        <w:t>[33 . 1 d]</w:t>
      </w:r>
    </w:p>
    <w:p>
      <w:r>
        <w:rPr>
          <w:rFonts w:ascii="Gentium Plus" w:hAnsi="Gentium Plus"/>
          <w:sz w:val="24"/>
        </w:rPr>
        <w:t>γῇ χρωμένῳ. Τὰς μὲν οὖν πολιτικὰς διαδικασίας εὐ‐ θύνει ψῆφος καὶ ἀριθμὸς δικαστῶν, καὶ γνώμη ῥή‐ τορος, καὶ δήμου χεῖρες· ἐνταῦθα δὲ τίς ἡμῖν παρέ‐ σται δικαστής, καὶ τίνι ψήφῳ τἀληθὲς κρινοῦμεν;</w:t>
      </w:r>
    </w:p>
    <w:p>
      <w:r>
        <w:rPr>
          <w:rFonts w:ascii="Courier New" w:hAnsi="Courier New"/>
          <w:color w:val="555555"/>
          <w:sz w:val="20"/>
        </w:rPr>
        <w:t>[33 . 1 e]</w:t>
      </w:r>
    </w:p>
    <w:p>
      <w:r>
        <w:rPr>
          <w:rFonts w:ascii="Gentium Plus" w:hAnsi="Gentium Plus"/>
          <w:sz w:val="24"/>
        </w:rPr>
        <w:t>Λόγῳ; ἀλλ’ οὐκ ἂν ἔχοις εἰπεῖν λόγον, ὅτῳ οὐκ ἂν ἐξεύροις τὸν ἐναντίον. Πάθει; ἀλλ’ ἄπιστος ὁ δικα‐ στής. Πλήθει; ἀλλὰ πλείους οἱ ἀμαθέστεροι. Δόξῃ; ἀλλὰ τὰ χείρω ἐνδοξότερα.</w:t>
      </w:r>
    </w:p>
    <w:p>
      <w:r>
        <w:rPr>
          <w:rFonts w:ascii="Courier New" w:hAnsi="Courier New"/>
          <w:color w:val="555555"/>
          <w:sz w:val="20"/>
        </w:rPr>
        <w:t>[33 . 2 a]</w:t>
      </w:r>
    </w:p>
    <w:p>
      <w:r>
        <w:rPr>
          <w:rFonts w:ascii="Gentium Plus" w:hAnsi="Gentium Plus"/>
          <w:sz w:val="24"/>
        </w:rPr>
        <w:t>Αὐτίκα ἐν τῷ παρόντι τούτῳ σκέμματι, ἡδονῆς ἀρετῇ ἁμιλλωμένης καὶ ἀντεξεταζομένης, οὐ παρωσαμένη τὴν ἀρετὴν ἡδονὴ καὶ δόξῃ κρατεῖ, καὶ πλήθει μαρτύρων ὑπερ‐</w:t>
      </w:r>
    </w:p>
    <w:p>
      <w:r>
        <w:rPr>
          <w:rFonts w:ascii="Courier New" w:hAnsi="Courier New"/>
          <w:color w:val="555555"/>
          <w:sz w:val="20"/>
        </w:rPr>
        <w:t>[33 . 2 b]</w:t>
      </w:r>
    </w:p>
    <w:p>
      <w:r>
        <w:rPr>
          <w:rFonts w:ascii="Gentium Plus" w:hAnsi="Gentium Plus"/>
          <w:sz w:val="24"/>
        </w:rPr>
        <w:t>βάλλεται, καὶ κατὰ πάθος δυναστεύει; Ὃ δὲ μόνον ὑπό‐ λοιπον ἦν τῇ ἀρετῇ συμμαχικόν, ὁ λόγος, καὶ τοῦτο σχί‐ ζεται καὶ διαιρεῖται· καὶ ἐξεύρηταί τις καὶ παρ’ αὐτοῦ ἐπικουρία ἡδοναῖς· καὶ λέγει τὶς καλῶς, ὑπὲρ ἡδονῆς</w:t>
      </w:r>
    </w:p>
    <w:p>
      <w:r>
        <w:rPr>
          <w:rFonts w:ascii="Courier New" w:hAnsi="Courier New"/>
          <w:color w:val="555555"/>
          <w:sz w:val="20"/>
        </w:rPr>
        <w:t>[5]</w:t>
      </w:r>
    </w:p>
    <w:p>
      <w:r>
        <w:rPr>
          <w:rFonts w:ascii="Gentium Plus" w:hAnsi="Gentium Plus"/>
          <w:sz w:val="24"/>
        </w:rPr>
        <w:t>λέγων, καὶ τὴν ἀρετὴν φαυλίζει, καὶ μετατίθησιν τὴν ἀρχὴν ἀπὸ τῆς ἀνδρωνίτιδος ἐπὶ τὴν γυναικωνῖτιν·</w:t>
      </w:r>
    </w:p>
    <w:p>
      <w:r>
        <w:rPr>
          <w:rFonts w:ascii="Courier New" w:hAnsi="Courier New"/>
          <w:color w:val="555555"/>
          <w:sz w:val="20"/>
        </w:rPr>
        <w:t>[33 . 2 c]</w:t>
      </w:r>
    </w:p>
    <w:p>
      <w:r>
        <w:rPr>
          <w:rFonts w:ascii="Gentium Plus" w:hAnsi="Gentium Plus"/>
          <w:sz w:val="24"/>
        </w:rPr>
        <w:t>δὲ ὀνόματος ἀξιοῖ κρατεῖν. Ἄφες, ἄνθρωπε, καὶ τοὔ‐ νομα μετὰ τοῦ λόγου. Παρανομεῖς περὶ τοὺς θεμέ‐ νους οὐδὲν σοφίᾳ καὶ ἡδονῇ κοινόν· ἄλλος μὲν ὁ φιλήδονος, ἄλλος δὲ ὁ φιλόσοφος· διακέκριται τὰ ὀνό‐</w:t>
      </w:r>
    </w:p>
    <w:p>
      <w:r>
        <w:rPr>
          <w:rFonts w:ascii="Courier New" w:hAnsi="Courier New"/>
          <w:color w:val="555555"/>
          <w:sz w:val="20"/>
        </w:rPr>
        <w:t>[5]</w:t>
      </w:r>
    </w:p>
    <w:p>
      <w:r>
        <w:rPr>
          <w:rFonts w:ascii="Gentium Plus" w:hAnsi="Gentium Plus"/>
          <w:sz w:val="24"/>
        </w:rPr>
        <w:t>ματα, διακέκριται τὰ ἔργα, διῄρηται τὰ γένη, ὡς τὰ Λακωνικὰ τῶν Ἀττικῶν, ὡς τὰ βαρβαρικὰ τῶν Ἑλλή‐</w:t>
      </w:r>
    </w:p>
    <w:p>
      <w:r>
        <w:rPr>
          <w:rFonts w:ascii="Courier New" w:hAnsi="Courier New"/>
          <w:color w:val="555555"/>
          <w:sz w:val="20"/>
        </w:rPr>
        <w:t>[33 . 2 d]</w:t>
      </w:r>
    </w:p>
    <w:p>
      <w:r>
        <w:rPr>
          <w:rFonts w:ascii="Gentium Plus" w:hAnsi="Gentium Plus"/>
          <w:sz w:val="24"/>
        </w:rPr>
        <w:t>νων. Ἐὰν δὲ Σπαρτιάτης εἶναι λέγων καὶ Ἕλλην καὶ Δωριεὺς καὶ Ἡρακλείδης, θαυμάζῃς τιάραν Μηδικὴν καὶ τράπεζαν βαρβαρικὴν καὶ ἁρμάμαξαν Περσικήν, περσίζεις, βαρβαρίζεις, ἀπολώλεκας τὸν Παυσανίαν·</w:t>
      </w:r>
    </w:p>
    <w:p>
      <w:r>
        <w:rPr>
          <w:rFonts w:ascii="Courier New" w:hAnsi="Courier New"/>
          <w:color w:val="555555"/>
          <w:sz w:val="20"/>
        </w:rPr>
        <w:t>[5]</w:t>
      </w:r>
    </w:p>
    <w:p>
      <w:r>
        <w:rPr>
          <w:rFonts w:ascii="Gentium Plus" w:hAnsi="Gentium Plus"/>
          <w:sz w:val="24"/>
        </w:rPr>
        <w:t>Μῆδος εἶ, Μαρδόνιος εἶ. Ἀπόθου τοὔνομα μετὰ τοῦ γένους.</w:t>
      </w:r>
    </w:p>
    <w:p>
      <w:r>
        <w:rPr>
          <w:rFonts w:ascii="Courier New" w:hAnsi="Courier New"/>
          <w:color w:val="555555"/>
          <w:sz w:val="20"/>
        </w:rPr>
        <w:t>[33 . 3 a]</w:t>
      </w:r>
    </w:p>
    <w:p>
      <w:r>
        <w:rPr>
          <w:rFonts w:ascii="Gentium Plus" w:hAnsi="Gentium Plus"/>
          <w:sz w:val="24"/>
        </w:rPr>
        <w:t>Τοὺς μὲν οὖν πολλοὺς ἡδονὴν ὑμνοῦντας φέρω· βάναυσος γὰρ ψυχὴ καὶ ἀπεληλαμένη λόγου, ἐλεεινὴ</w:t>
      </w:r>
    </w:p>
    <w:p>
      <w:r>
        <w:rPr>
          <w:rFonts w:ascii="Courier New" w:hAnsi="Courier New"/>
          <w:color w:val="555555"/>
          <w:sz w:val="20"/>
        </w:rPr>
        <w:t>[33 . 3 b]</w:t>
      </w:r>
    </w:p>
    <w:p>
      <w:r>
        <w:rPr>
          <w:rFonts w:ascii="Gentium Plus" w:hAnsi="Gentium Plus"/>
          <w:sz w:val="24"/>
        </w:rPr>
        <w:t>μὲν τοῦ πάθους, σύγγνωστος δὲ τῆς ἀγνοίας· Ἐπί‐ κουρον δὲ διὰ τοὔνομα οὐ φέρω, οὐδὲ ἀνέχομαι φιλο‐ σοφίας ὑβριζούσης. Οὐδὲ γὰρ στρατηγοῦ ἀνέχομαι τὴν τάξιν ἀπολείποντος καὶ ἐξηγουμένου τῆς φυγῆς, οὐδὲ</w:t>
      </w:r>
    </w:p>
    <w:p>
      <w:r>
        <w:rPr>
          <w:rFonts w:ascii="Courier New" w:hAnsi="Courier New"/>
          <w:color w:val="555555"/>
          <w:sz w:val="20"/>
        </w:rPr>
        <w:t>[5]</w:t>
      </w:r>
    </w:p>
    <w:p>
      <w:r>
        <w:rPr>
          <w:rFonts w:ascii="Gentium Plus" w:hAnsi="Gentium Plus"/>
          <w:sz w:val="24"/>
        </w:rPr>
        <w:t>γεωργοῦ ἀνέχομαι ἐμπιμπράντος τὰ λήϊα, οὐδὲ κυβερ‐</w:t>
      </w:r>
    </w:p>
    <w:p>
      <w:r>
        <w:rPr>
          <w:rFonts w:ascii="Courier New" w:hAnsi="Courier New"/>
          <w:color w:val="555555"/>
          <w:sz w:val="20"/>
        </w:rPr>
        <w:t>[33 . 3 c]</w:t>
      </w:r>
    </w:p>
    <w:p>
      <w:r>
        <w:rPr>
          <w:rFonts w:ascii="Gentium Plus" w:hAnsi="Gentium Plus"/>
          <w:sz w:val="24"/>
        </w:rPr>
        <w:t>πλεῖν σε δεῖ, στρατηγεῖν σε δεῖ, γεωργεῖν σε δεῖ· πό‐ νων ταῦτα μεστά· ἀλλ’ οὐδὲν καλὸν ὑπὸ ῥᾳστώνης γίγνεται. Εἰ δὲ ἕπεται ἡδονὴ τοῖς καλοῖς, δίδωμι τοῦτο· ἑπέσθω, ἀλλ’ ἡγείσθω τὸ καλὸν πανταχοῦ·</w:t>
      </w:r>
    </w:p>
    <w:p>
      <w:r>
        <w:rPr>
          <w:rFonts w:ascii="Courier New" w:hAnsi="Courier New"/>
          <w:color w:val="555555"/>
          <w:sz w:val="20"/>
        </w:rPr>
        <w:t>[5]</w:t>
      </w:r>
    </w:p>
    <w:p>
      <w:r>
        <w:rPr>
          <w:rFonts w:ascii="Gentium Plus" w:hAnsi="Gentium Plus"/>
          <w:sz w:val="24"/>
        </w:rPr>
        <w:t>εἷς κοίρανος ἔστω, εἷς βασιλεύς, ᾧ ἔδωκεν ἄρχειν ὁ Ζεύς. Ἐὰν δὲ μεταθῇς τὴν τάξιν, καὶ ἄρχῃ μὲν ἡδονή, ἕπηται δὲ λόγος, δίδως τῇ ψυχῇ τύραννον πικρὸν καὶ ἀπαραίτητον, ᾧ δουλεύειν ἀνάγκη,</w:t>
      </w:r>
    </w:p>
    <w:p>
      <w:r>
        <w:rPr>
          <w:rFonts w:ascii="Courier New" w:hAnsi="Courier New"/>
          <w:color w:val="555555"/>
          <w:sz w:val="20"/>
        </w:rPr>
        <w:t>[10]</w:t>
      </w:r>
    </w:p>
    <w:p>
      <w:r>
        <w:rPr>
          <w:rFonts w:ascii="Gentium Plus" w:hAnsi="Gentium Plus"/>
          <w:sz w:val="24"/>
        </w:rPr>
        <w:t>καὶ ὑπηρετεῖν ὑπηρεσίας ἀνεπιτιμήτους καὶ παντοδαπάς, κἂν αἰσχρὰ προστάττῃ, κἂν ἄδικα προστάττῃ. Τί γὰρ ἂν εἴη μέτρον ἡδονῆς ἐπιλαβομένης ἐξουσίας ἐπιθυμη‐ μάτων; Ἀκόρεστος γὰρ ὁ τύραννος οὗτος, καὶ τῶν παρόντων ὑπεροπτικός, καὶ τῶν μὴ παρόντων ὀρεκτι‐</w:t>
      </w:r>
    </w:p>
    <w:p>
      <w:r>
        <w:rPr>
          <w:rFonts w:ascii="Courier New" w:hAnsi="Courier New"/>
          <w:color w:val="555555"/>
          <w:sz w:val="20"/>
        </w:rPr>
        <w:t>[15]</w:t>
      </w:r>
    </w:p>
    <w:p>
      <w:r>
        <w:rPr>
          <w:rFonts w:ascii="Gentium Plus" w:hAnsi="Gentium Plus"/>
          <w:sz w:val="24"/>
        </w:rPr>
        <w:t>κός, καὶ διὰ περιουσίαν ἐξαπτόμενος, καὶ ὑπὸ ἐλπίδος</w:t>
      </w:r>
    </w:p>
    <w:p>
      <w:r>
        <w:rPr>
          <w:rFonts w:ascii="Courier New" w:hAnsi="Courier New"/>
          <w:color w:val="555555"/>
          <w:sz w:val="20"/>
        </w:rPr>
        <w:t>[33 . 3 d]</w:t>
      </w:r>
    </w:p>
    <w:p>
      <w:r>
        <w:rPr>
          <w:rFonts w:ascii="Gentium Plus" w:hAnsi="Gentium Plus"/>
          <w:sz w:val="24"/>
        </w:rPr>
        <w:t>κουφιζόμενος, καὶ δι’ εὐπορίαν ἐξυβρίζων. Οὗτος ὁ τύραννος ἐπανέστησεν τὰ αἰσχρὰ τοῖς καλοῖς, οὗτος ἐφώπλισεν ἀδικίαν δικαιοσύνῃ, οὗτος μέτρῳ ἀμετρίαν·</w:t>
      </w:r>
    </w:p>
    <w:p>
      <w:r>
        <w:rPr>
          <w:rFonts w:ascii="Courier New" w:hAnsi="Courier New"/>
          <w:color w:val="555555"/>
          <w:sz w:val="20"/>
        </w:rPr>
        <w:t>[33 . 3 e]</w:t>
      </w:r>
    </w:p>
    <w:p>
      <w:r>
        <w:rPr>
          <w:rFonts w:ascii="Gentium Plus" w:hAnsi="Gentium Plus"/>
          <w:sz w:val="24"/>
        </w:rPr>
        <w:t>χαλεπῶς ἀναπίμπλησιν. Διψῇ τίς; κρῆναι πανταχοῦ· πεινῇ τίς; φηγοὶ πανταχοῦ. Ἥλιος οὗτος, χλανίδων ἀλεεινότατος· λειμῶνες οὗτοι, θεαμάτων τὰ ποικιλώ‐</w:t>
      </w:r>
    </w:p>
    <w:p>
      <w:r>
        <w:rPr>
          <w:rFonts w:ascii="Courier New" w:hAnsi="Courier New"/>
          <w:color w:val="555555"/>
          <w:sz w:val="20"/>
        </w:rPr>
        <w:t>[33 . 3 f]</w:t>
      </w:r>
    </w:p>
    <w:p>
      <w:r>
        <w:rPr>
          <w:rFonts w:ascii="Gentium Plus" w:hAnsi="Gentium Plus"/>
          <w:sz w:val="24"/>
        </w:rPr>
        <w:t>τατα· ἄνθη ταῦτα, εὐωδίαι φυσικαί. Καὶ μέχρι μὲν τούτων ἐστὶν λαβεῖν ὅρους ἡδονῶν, τὴν χρείαν αὐτήν· ἐὰν δὲ ταῦτα ὑπερβῇς καὶ προσέλθῃς περαιτέρω, δίδως ταῖς ἡδοναῖς δρόμον ἄπαυστον, καὶ τὰς ἀρετὰς ἀπο‐</w:t>
      </w:r>
    </w:p>
    <w:p>
      <w:r>
        <w:rPr>
          <w:rFonts w:ascii="Courier New" w:hAnsi="Courier New"/>
          <w:color w:val="555555"/>
          <w:sz w:val="20"/>
        </w:rPr>
        <w:t>[5]</w:t>
      </w:r>
    </w:p>
    <w:p>
      <w:r>
        <w:rPr>
          <w:rFonts w:ascii="Gentium Plus" w:hAnsi="Gentium Plus"/>
          <w:sz w:val="24"/>
        </w:rPr>
        <w:t>τειχίζεις.</w:t>
      </w:r>
    </w:p>
    <w:p>
      <w:r>
        <w:rPr>
          <w:rFonts w:ascii="Courier New" w:hAnsi="Courier New"/>
          <w:color w:val="555555"/>
          <w:sz w:val="20"/>
        </w:rPr>
        <w:t>[33 . 4 a]</w:t>
      </w:r>
    </w:p>
    <w:p>
      <w:r>
        <w:rPr>
          <w:rFonts w:ascii="Gentium Plus" w:hAnsi="Gentium Plus"/>
          <w:sz w:val="24"/>
        </w:rPr>
        <w:t>Τοῦτο γεννᾷ τὰς πλεονεξίας, τοῦτο ποιεῖ τὰς τυ‐ ραννίδας· οὐ γὰρ ἱκανὸν βασιλεῖ τῷ Περσῶν χωρίον Πασαργάδαι, καὶ τὸ Κύρου κάρδαμον, ἀλλ’ ἡ Ἀσία ἅπασα διέλαχεν χορηγεῖν ἡδοναῖς ἀνδρὸς ἑνός. Τρέφει μὲν</w:t>
      </w:r>
    </w:p>
    <w:p>
      <w:r>
        <w:rPr>
          <w:rFonts w:ascii="Courier New" w:hAnsi="Courier New"/>
          <w:color w:val="555555"/>
          <w:sz w:val="20"/>
        </w:rPr>
        <w:t>[5]</w:t>
      </w:r>
    </w:p>
    <w:p>
      <w:r>
        <w:rPr>
          <w:rFonts w:ascii="Gentium Plus" w:hAnsi="Gentium Plus"/>
          <w:sz w:val="24"/>
        </w:rPr>
        <w:t>αὐτῷ Μηδία Νισαῖον ἵππον, πέμπει δὲ Ἰωνία παλλα‐ κίδας Ἑλληνικάς, τρέφει δὲ Βαβυλὼν εὐνούχους βαρβάρους, πέμπει δὲ Αἴγυπτος παντοδαπὰς τέχνας, ἐλέφαντα Ἰνδοί, Ἄραβες εὐωδίαν· χορηγοῦσιν δὲ καὶ οἱ ποταμοὶ ταῖς βασιλέως ἡδοναῖς, Πακτωλὸς χρυσόν,</w:t>
      </w:r>
    </w:p>
    <w:p>
      <w:r>
        <w:rPr>
          <w:rFonts w:ascii="Courier New" w:hAnsi="Courier New"/>
          <w:color w:val="555555"/>
          <w:sz w:val="20"/>
        </w:rPr>
        <w:t>[33 . 4 b]</w:t>
      </w:r>
    </w:p>
    <w:p>
      <w:r>
        <w:rPr>
          <w:rFonts w:ascii="Gentium Plus" w:hAnsi="Gentium Plus"/>
          <w:sz w:val="24"/>
        </w:rPr>
        <w:t>Νεῖλος πυρόν, Χοάσπης ὕδωρ· τῷ δὲ οὐδὲ ταῦτα ἱκανά,</w:t>
      </w:r>
    </w:p>
    <w:p>
      <w:r>
        <w:rPr>
          <w:rFonts w:ascii="Courier New" w:hAnsi="Courier New"/>
          <w:color w:val="555555"/>
          <w:sz w:val="20"/>
        </w:rPr>
        <w:t>[33 . 4 c]</w:t>
      </w:r>
    </w:p>
    <w:p>
      <w:r>
        <w:rPr>
          <w:rFonts w:ascii="Gentium Plus" w:hAnsi="Gentium Plus"/>
          <w:sz w:val="24"/>
        </w:rPr>
        <w:t>πανταχοῦ. Ὢ τῆς πενίας δυστυχέστατος. Τί γὰρ ἂν εἴη πενέστερον ἀνδρὸς ἐπιθυμοῦντος διηνεκῶς; ἐπειδὰν γὰρ ἅπαξ ψυχὴ γεύσηται ἡδονῶν ὑπὲρ τὴν αὐτῆς χρείαν, κόρος αὐτὴν τῶν πρότερον ἔχει, καὶ ἑτέρων</w:t>
      </w:r>
    </w:p>
    <w:p>
      <w:r>
        <w:rPr>
          <w:rFonts w:ascii="Courier New" w:hAnsi="Courier New"/>
          <w:color w:val="555555"/>
          <w:sz w:val="20"/>
        </w:rPr>
        <w:t>[33 . 4 d]</w:t>
      </w:r>
    </w:p>
    <w:p>
      <w:r>
        <w:rPr>
          <w:rFonts w:ascii="Gentium Plus" w:hAnsi="Gentium Plus"/>
          <w:sz w:val="24"/>
        </w:rPr>
        <w:t>ἐρᾷ. Καὶ τὸ τοῦ Ταντάλου αἴνιγμα τοῦτο ἦν ἄρα, δίψα διηνεκὴς ἀνδρὸς φιληδόνου, καὶ ἡδονῆς νάματα προσιόντα καὶ ἀπιόντα αὖθις, καὶ παλίρροια ἐπιθυ‐ μιῶν, καὶ λῦπαι πικραὶ ταύταις ἀνακεκραμέναι, καὶ</w:t>
      </w:r>
    </w:p>
    <w:p>
      <w:r>
        <w:rPr>
          <w:rFonts w:ascii="Courier New" w:hAnsi="Courier New"/>
          <w:color w:val="555555"/>
          <w:sz w:val="20"/>
        </w:rPr>
        <w:t>[33 . 4 e]</w:t>
      </w:r>
    </w:p>
    <w:p>
      <w:r>
        <w:rPr>
          <w:rFonts w:ascii="Gentium Plus" w:hAnsi="Gentium Plus"/>
          <w:sz w:val="24"/>
        </w:rPr>
        <w:t>ταραχαί, καὶ φόβοι. Φοβερὸν μὲν γὰρ παροῦσα ἡδονὴ μὴ ἀπέλθῃ, ἀνιαρὸν δὲ μὴ παροῦσα μὴ οὐκ ἔλθῃ· ὥστε ἀνάγκη τὸν διώκοντα ἡδονὴν λυπούμενον μὲν μὴ παύσασθαι, ἡδόμενον δὲ μὴ αἰσθάνεσθαι, ἀλλὰ</w:t>
      </w:r>
    </w:p>
    <w:p>
      <w:r>
        <w:rPr>
          <w:rFonts w:ascii="Courier New" w:hAnsi="Courier New"/>
          <w:color w:val="555555"/>
          <w:sz w:val="20"/>
        </w:rPr>
        <w:t>[5]</w:t>
      </w:r>
    </w:p>
    <w:p>
      <w:r>
        <w:rPr>
          <w:rFonts w:ascii="Gentium Plus" w:hAnsi="Gentium Plus"/>
          <w:sz w:val="24"/>
        </w:rPr>
        <w:t>συγκεχυμένον ζῆν ἐν ἀσαφείᾳ πολλῇ.</w:t>
      </w:r>
    </w:p>
    <w:p>
      <w:r>
        <w:rPr>
          <w:rFonts w:ascii="Courier New" w:hAnsi="Courier New"/>
          <w:color w:val="555555"/>
          <w:sz w:val="20"/>
        </w:rPr>
        <w:t>[33 . 5 a]</w:t>
      </w:r>
    </w:p>
    <w:p>
      <w:r>
        <w:rPr>
          <w:rFonts w:ascii="Gentium Plus" w:hAnsi="Gentium Plus"/>
          <w:sz w:val="24"/>
        </w:rPr>
        <w:t>Ὅρα τίνα καὶ ποῖον τύραννον τῇ ψυχῇ δίδως· ὡς Ἀθηναίοις Κριτίαν, παρωσάμενος τὸν Σόλωνα· ὡς Λα‐ κεδαιμονίοις Παυσανίαν, παρωσάμενος τὸν Λυκοῦργον.</w:t>
      </w:r>
    </w:p>
    <w:p>
      <w:r>
        <w:rPr>
          <w:rFonts w:ascii="Courier New" w:hAnsi="Courier New"/>
          <w:color w:val="555555"/>
          <w:sz w:val="20"/>
        </w:rPr>
        <w:t>[33 . 5 b]</w:t>
      </w:r>
    </w:p>
    <w:p>
      <w:r>
        <w:rPr>
          <w:rFonts w:ascii="Gentium Plus" w:hAnsi="Gentium Plus"/>
          <w:sz w:val="24"/>
        </w:rPr>
        <w:t>Ἐγὼ δὲ ἐλευθερίαν ποθῶν νόμου δέομαι, λόγου δέο‐</w:t>
      </w:r>
    </w:p>
    <w:p>
      <w:r>
        <w:rPr>
          <w:rFonts w:ascii="Courier New" w:hAnsi="Courier New"/>
          <w:color w:val="555555"/>
          <w:sz w:val="20"/>
        </w:rPr>
        <w:t>[33 . 5 c]</w:t>
      </w:r>
    </w:p>
    <w:p>
      <w:r>
        <w:rPr>
          <w:rFonts w:ascii="Gentium Plus" w:hAnsi="Gentium Plus"/>
          <w:sz w:val="24"/>
        </w:rPr>
        <w:t>ἀθροίσω τὸ μέγα τοῦτο ὄφελος, ἡδονήν· αἰτίζων οὐκ ἀκόλους, μὰ Δία, κατὰ τὸν Ὁμήρου πτωχεύοντα, οὐδὲ ἄορας καὶ λέβητας μόνον, ἀλλὰ τὰ τούτων ἔτι ἀτοπώτερα· παρὰ μὲν Μιθαίκου ὄψον, παρὰ δὲ Σα‐</w:t>
      </w:r>
    </w:p>
    <w:p>
      <w:r>
        <w:rPr>
          <w:rFonts w:ascii="Courier New" w:hAnsi="Courier New"/>
          <w:color w:val="555555"/>
          <w:sz w:val="20"/>
        </w:rPr>
        <w:t>[5]</w:t>
      </w:r>
    </w:p>
    <w:p>
      <w:r>
        <w:rPr>
          <w:rFonts w:ascii="Gentium Plus" w:hAnsi="Gentium Plus"/>
          <w:sz w:val="24"/>
        </w:rPr>
        <w:t>ράμβου οἶνον, παρὰ δὲ Μιλησίου ἑταίραν, παρὰ δὲ</w:t>
      </w:r>
    </w:p>
    <w:p>
      <w:r>
        <w:rPr>
          <w:rFonts w:ascii="Courier New" w:hAnsi="Courier New"/>
          <w:color w:val="555555"/>
          <w:sz w:val="20"/>
        </w:rPr>
        <w:t>[33 . 5 d]</w:t>
      </w:r>
    </w:p>
    <w:p>
      <w:r>
        <w:rPr>
          <w:rFonts w:ascii="Gentium Plus" w:hAnsi="Gentium Plus"/>
          <w:sz w:val="24"/>
        </w:rPr>
        <w:t>Κόννου ᾠδήν. Καὶ τί τούτων ἔσται μέτρον; τίς τῆς ἐξ ἡδονῶν εὐδαιμονίας ὅρος; ποῖ στησόμεθα; τίνι δῶ‐</w:t>
      </w:r>
    </w:p>
    <w:p>
      <w:r>
        <w:rPr>
          <w:rFonts w:ascii="Courier New" w:hAnsi="Courier New"/>
          <w:color w:val="555555"/>
          <w:sz w:val="20"/>
        </w:rPr>
        <w:t>[33 . 5 e]</w:t>
      </w:r>
    </w:p>
    <w:p>
      <w:r>
        <w:rPr>
          <w:rFonts w:ascii="Gentium Plus" w:hAnsi="Gentium Plus"/>
          <w:sz w:val="24"/>
        </w:rPr>
        <w:t>μεν τὰ νικητήρια φέροντες; Τίς ὁ μακάριος ἀνὴρ οὗ‐ τος καὶ ἄγρυπνος καὶ ἐπίπονος, ὃν οὐκ ἔλαθεν οὐδὲ ἐξέφυγεν οὐδεμία ἡδονή, οὐ νύκτωρ, οὐ μεθ’ ἡμέραν, ἀλλὰ ἀποτείνασα αὐτῷ ἡ ψυχὴ τὰς αἰσθήσεις πάσας,</w:t>
      </w:r>
    </w:p>
    <w:p>
      <w:r>
        <w:rPr>
          <w:rFonts w:ascii="Courier New" w:hAnsi="Courier New"/>
          <w:color w:val="555555"/>
          <w:sz w:val="20"/>
        </w:rPr>
        <w:t>[5]</w:t>
      </w:r>
    </w:p>
    <w:p>
      <w:r>
        <w:rPr>
          <w:rFonts w:ascii="Gentium Plus" w:hAnsi="Gentium Plus"/>
          <w:sz w:val="24"/>
        </w:rPr>
        <w:t>καθάπερ ὁ θαλάττιος πολύπους τὰς πολλὰς κόμας, διὰ τούτων πάντοθεν τὰς ἡδονὰς ἐπάξεται πάσας ὁμοῦ;</w:t>
      </w:r>
    </w:p>
    <w:p>
      <w:r>
        <w:rPr>
          <w:rFonts w:ascii="Courier New" w:hAnsi="Courier New"/>
          <w:color w:val="555555"/>
          <w:sz w:val="20"/>
        </w:rPr>
        <w:t>[33 . 6 a]</w:t>
      </w:r>
    </w:p>
    <w:p>
      <w:r>
        <w:rPr>
          <w:rFonts w:ascii="Gentium Plus" w:hAnsi="Gentium Plus"/>
          <w:sz w:val="24"/>
        </w:rPr>
        <w:t>Πλάττωμεν, εἰ δυνατόν, τοιαύτην εἰκόνα, ἄνδρα</w:t>
      </w:r>
    </w:p>
    <w:p>
      <w:r>
        <w:rPr>
          <w:rFonts w:ascii="Courier New" w:hAnsi="Courier New"/>
          <w:color w:val="555555"/>
          <w:sz w:val="20"/>
        </w:rPr>
        <w:t>[5]</w:t>
      </w:r>
    </w:p>
    <w:p>
      <w:r>
        <w:rPr>
          <w:rFonts w:ascii="Gentium Plus" w:hAnsi="Gentium Plus"/>
          <w:sz w:val="24"/>
        </w:rPr>
        <w:t>ποικιλωτάτων, χλιαινόμενον, ἀφροδισιάζοντα ὁμοῦ· ἐὰν γὰρ δῷς χρόνον, καὶ διαστήσῃς τὰς ἡδονάς, καὶ τὰς αἰσθήσεις διέλῃς, κολούσεις τὴν εὐδαιμονίαν· πᾶν γάρ,</w:t>
      </w:r>
    </w:p>
    <w:p>
      <w:r>
        <w:rPr>
          <w:rFonts w:ascii="Courier New" w:hAnsi="Courier New"/>
          <w:color w:val="555555"/>
          <w:sz w:val="20"/>
        </w:rPr>
        <w:t>[33 . 6 b]</w:t>
      </w:r>
    </w:p>
    <w:p>
      <w:r>
        <w:rPr>
          <w:rFonts w:ascii="Gentium Plus" w:hAnsi="Gentium Plus"/>
          <w:sz w:val="24"/>
        </w:rPr>
        <w:t>ὃ παρὸν εὐφραίνει, ἀφαιρεθὲν λυπεῖ. Καὶ τίς ἀνά‐ σχοιτο ψυχὴ ἡδονῶν τοσούτων ὄχλον ἐπιρρέοντα αὐτῇ καὶ ἐπιφερόμενον, καὶ μηδεμίαν ἀνακωχὴν μηδὲ ἀνα‐ ψυχὴν παρεχόμενον; ἀλλ’ οὐκ ἀθλιώτατα εἰκὸς διά‐</w:t>
      </w:r>
    </w:p>
    <w:p>
      <w:r>
        <w:rPr>
          <w:rFonts w:ascii="Courier New" w:hAnsi="Courier New"/>
          <w:color w:val="555555"/>
          <w:sz w:val="20"/>
        </w:rPr>
        <w:t>[5]</w:t>
      </w:r>
    </w:p>
    <w:p>
      <w:r>
        <w:rPr>
          <w:rFonts w:ascii="Gentium Plus" w:hAnsi="Gentium Plus"/>
          <w:sz w:val="24"/>
        </w:rPr>
        <w:t>γειν, καὶ ἐπιθυμεῖν καταβολῆς, καὶ ἀναπαύλης ἐρᾶν;</w:t>
      </w:r>
    </w:p>
    <w:p>
      <w:r>
        <w:rPr>
          <w:rFonts w:ascii="Courier New" w:hAnsi="Courier New"/>
          <w:color w:val="555555"/>
          <w:sz w:val="20"/>
        </w:rPr>
        <w:t>[33 . 6 c]</w:t>
      </w:r>
    </w:p>
    <w:p>
      <w:r>
        <w:rPr>
          <w:rFonts w:ascii="Gentium Plus" w:hAnsi="Gentium Plus"/>
          <w:sz w:val="24"/>
        </w:rPr>
        <w:t>χρονίζουσα γὰρ ἡδονὴ λύπην γεννᾷ. Τί ἂν οὖν γέ‐ νοιτο ἀπιστότερον εὐδαιμονίας ἐλεουμένης; Ὦ Ζεῦ καὶ θεοί, πατέρες καὶ ποιηταὶ γῆς καὶ θαλάττης, καὶ ὅσα γῆς καὶ θαλάττης θρέμματα, οἷον τοῦτο ζῷον</w:t>
      </w:r>
    </w:p>
    <w:p>
      <w:r>
        <w:rPr>
          <w:rFonts w:ascii="Courier New" w:hAnsi="Courier New"/>
          <w:color w:val="555555"/>
          <w:sz w:val="20"/>
        </w:rPr>
        <w:t>[5]</w:t>
      </w:r>
    </w:p>
    <w:p>
      <w:r>
        <w:rPr>
          <w:rFonts w:ascii="Gentium Plus" w:hAnsi="Gentium Plus"/>
          <w:sz w:val="24"/>
        </w:rPr>
        <w:t>τῷ δεῦρο τόπῳ καὶ βίῳ ἐγκατεστήσατε; ὡς θρασὺ καὶ ἰταμὸν καὶ λάλον, ἀγαθοῦ ἄπορον, ἔργου ἔρημον, ἡδο‐ ναῖς βοσκόμενον καὶ δημαγωγούμενον; Αἴθ’ ὄφελεν ἄγονόν τ’ ἔμεναι, ἄγαμόν τ’ ἀπο‐</w:t>
      </w:r>
    </w:p>
    <w:p>
      <w:r>
        <w:rPr>
          <w:rFonts w:ascii="Courier New" w:hAnsi="Courier New"/>
          <w:color w:val="555555"/>
          <w:sz w:val="20"/>
        </w:rPr>
        <w:t>[10]</w:t>
      </w:r>
    </w:p>
    <w:p>
      <w:r>
        <w:rPr>
          <w:rFonts w:ascii="Gentium Plus" w:hAnsi="Gentium Plus"/>
          <w:sz w:val="24"/>
        </w:rPr>
        <w:t>τὸ γένος τοῦτο πᾶν, εἰ μηδὲν ἕξει παρ’ ὑμῶν ἡδονῆς κρεῖττον.</w:t>
      </w:r>
    </w:p>
    <w:p>
      <w:r>
        <w:rPr>
          <w:rFonts w:ascii="Courier New" w:hAnsi="Courier New"/>
          <w:color w:val="555555"/>
          <w:sz w:val="20"/>
        </w:rPr>
        <w:t>[33 . 7 a]</w:t>
      </w:r>
    </w:p>
    <w:p>
      <w:r>
        <w:rPr>
          <w:rFonts w:ascii="Gentium Plus" w:hAnsi="Gentium Plus"/>
          <w:sz w:val="24"/>
        </w:rPr>
        <w:t>Καὶ πῶς οὐκ ἔχει; ἀποκρινώμεθα γὰρ καθ’ Ὅμηρον ὑπὲρ τοῦ Διός. Ἔχει μὲν γάρ, ἔχει νοῦν καὶ λόγον· συγκέκραται δὲ αὐτῷ ὁ βίος ἐξ ἀθανάτων καὶ θνητῶν πραγμάτων, ὡς ζῴῳ τινὶ ἐν μεθορίῳ τεταγμένῳ, καὶ</w:t>
      </w:r>
    </w:p>
    <w:p>
      <w:r>
        <w:rPr>
          <w:rFonts w:ascii="Courier New" w:hAnsi="Courier New"/>
          <w:color w:val="555555"/>
          <w:sz w:val="20"/>
        </w:rPr>
        <w:t>[5]</w:t>
      </w:r>
    </w:p>
    <w:p>
      <w:r>
        <w:rPr>
          <w:rFonts w:ascii="Gentium Plus" w:hAnsi="Gentium Plus"/>
          <w:sz w:val="24"/>
        </w:rPr>
        <w:t>παρὰ μὲν θνητῆς πλημμελείας τὸ σῶμα ἔχοντι, ἐκ δὲ τῆς ἀθανάτου ἀπορροῆς τὸν νοῦν λαμβάνοντι. Ἴδιον δὲ σαρκῶν μὲν ἡδοναί, νοῦ δὲ λόγος· καὶ κοινὸν μὲν</w:t>
      </w:r>
    </w:p>
    <w:p>
      <w:r>
        <w:rPr>
          <w:rFonts w:ascii="Courier New" w:hAnsi="Courier New"/>
          <w:color w:val="555555"/>
          <w:sz w:val="20"/>
        </w:rPr>
        <w:t>[33 . 7 b]</w:t>
      </w:r>
    </w:p>
    <w:p>
      <w:r>
        <w:rPr>
          <w:rFonts w:ascii="Gentium Plus" w:hAnsi="Gentium Plus"/>
          <w:sz w:val="24"/>
        </w:rPr>
        <w:t>αὐτῷ αἱ σάρκες πρὸς τὰ θηρία, ἴδιον δὲ νοῦς. Ἐν‐ ταῦθα τοίνυν ζήτει τὸ ἀνθρώπου ἀγαθόν, ὅπου τὸ ἔργον· 〈ἐνταῦθα τὸ ἔργον, ὅπου τὸ ὄργανον·〉 ἐνταῦθα τὸ ὄργανον, ὅπου τὸ σῶζον. Ἀπὸ τοῦ σώζοντος ἄρξαι.</w:t>
      </w:r>
    </w:p>
    <w:p>
      <w:r>
        <w:rPr>
          <w:rFonts w:ascii="Courier New" w:hAnsi="Courier New"/>
          <w:color w:val="555555"/>
          <w:sz w:val="20"/>
        </w:rPr>
        <w:t>[5]</w:t>
      </w:r>
    </w:p>
    <w:p>
      <w:r>
        <w:rPr>
          <w:rFonts w:ascii="Gentium Plus" w:hAnsi="Gentium Plus"/>
          <w:sz w:val="24"/>
        </w:rPr>
        <w:t>Πότερον ποτέρου διασωστικόν, σῶμα ψυχῆς, ἢ ψυχὴ</w:t>
      </w:r>
    </w:p>
    <w:p>
      <w:r>
        <w:rPr>
          <w:rFonts w:ascii="Courier New" w:hAnsi="Courier New"/>
          <w:color w:val="555555"/>
          <w:sz w:val="20"/>
        </w:rPr>
        <w:t>[33 . 7 c]</w:t>
      </w:r>
    </w:p>
    <w:p>
      <w:r>
        <w:rPr>
          <w:rFonts w:ascii="Gentium Plus" w:hAnsi="Gentium Plus"/>
          <w:sz w:val="24"/>
        </w:rPr>
        <w:t>ἀγαθόν. Εἰ δέ τις τότ’ ἀνθρώπου τὴν μοῖραν ταύτην τὴν φρονοῦσαν καὶ θεοφιλῆ ἀτιμάσας, τὸ ἄτιμον ἐκεῖνο μόνον θρέμμα, τὰς σάρκας λέγω, τὸ ἀκόλαστον, τὸ ἁδηφάγον, τὸ ἡδοναῖς φίλον εὐωχεῖν ἐθέλοι, τίνι ἂν</w:t>
      </w:r>
    </w:p>
    <w:p>
      <w:r>
        <w:rPr>
          <w:rFonts w:ascii="Courier New" w:hAnsi="Courier New"/>
          <w:color w:val="555555"/>
          <w:sz w:val="20"/>
        </w:rPr>
        <w:t>[5]</w:t>
      </w:r>
    </w:p>
    <w:p>
      <w:r>
        <w:rPr>
          <w:rFonts w:ascii="Gentium Plus" w:hAnsi="Gentium Plus"/>
          <w:sz w:val="24"/>
        </w:rPr>
        <w:t>εἰκάσαιμι τὴν τοιαύτην τροφήν, ἢ τῷ μύθῳ, νὴ Δία;</w:t>
      </w:r>
    </w:p>
    <w:p>
      <w:r>
        <w:rPr>
          <w:rFonts w:ascii="Courier New" w:hAnsi="Courier New"/>
          <w:color w:val="555555"/>
          <w:sz w:val="20"/>
        </w:rPr>
        <w:t>[33 . 8 a]</w:t>
      </w:r>
    </w:p>
    <w:p>
      <w:r>
        <w:rPr>
          <w:rFonts w:ascii="Gentium Plus" w:hAnsi="Gentium Plus"/>
          <w:sz w:val="24"/>
        </w:rPr>
        <w:t>Γενέσθαι φασὶν οἱ ποιηταὶ ἄνδρας ἐν Πηλίῳ, Θετ‐ ταλικὸν γένος, ἀτόπους τὰ σώματα, ἐξ ὀμφαλοῦ ἐπι‐ συρομένους ἵππου φύσιν. Ἐν δὲ τῇ τοιαύτης ξυνου‐ σίας ἀμουσίᾳ πᾶσά που ἀνάγκη βόσκειν ὁμοῦ τὴν</w:t>
      </w:r>
    </w:p>
    <w:p>
      <w:r>
        <w:rPr>
          <w:rFonts w:ascii="Courier New" w:hAnsi="Courier New"/>
          <w:color w:val="555555"/>
          <w:sz w:val="20"/>
        </w:rPr>
        <w:t>[5]</w:t>
      </w:r>
    </w:p>
    <w:p>
      <w:r>
        <w:rPr>
          <w:rFonts w:ascii="Gentium Plus" w:hAnsi="Gentium Plus"/>
          <w:sz w:val="24"/>
        </w:rPr>
        <w:t>θηριώδη φύσιν· φθέγγεσθαι μὲν ὡς ἄνθρωπον, σιτεῖ‐ σθαι δὲ ὡς θηρίον· ὁρᾶν ὡς ἄνθρωπον, ὀχεύειν δὲ</w:t>
      </w:r>
    </w:p>
    <w:p>
      <w:r>
        <w:rPr>
          <w:rFonts w:ascii="Courier New" w:hAnsi="Courier New"/>
          <w:color w:val="555555"/>
          <w:sz w:val="20"/>
        </w:rPr>
        <w:t>[33 . 8 b]</w:t>
      </w:r>
    </w:p>
    <w:p>
      <w:r>
        <w:rPr>
          <w:rFonts w:ascii="Gentium Plus" w:hAnsi="Gentium Plus"/>
          <w:sz w:val="24"/>
        </w:rPr>
        <w:t>ὡς θηρίον. Εὖ γε, ὦ ποιηταὶ καὶ ποιητῶν παῖδες, πα‐ τέρες παλαιᾶς καὶ γενναίας μούσης, ὡς ἐναργῶς ἄρα ἡμῖν τὸν πρὸς τὰς ἡδονὰς δεσμὸν ᾐνίξασθε. Ἐπειδὰν ψυχῆς θηριώδεις κρατήσωσιν ἐπιθυμίαι, φυλάττουσαι</w:t>
      </w:r>
    </w:p>
    <w:p>
      <w:r>
        <w:rPr>
          <w:rFonts w:ascii="Courier New" w:hAnsi="Courier New"/>
          <w:color w:val="555555"/>
          <w:sz w:val="20"/>
        </w:rPr>
        <w:t>[5]</w:t>
      </w:r>
    </w:p>
    <w:p>
      <w:r>
        <w:rPr>
          <w:rFonts w:ascii="Gentium Plus" w:hAnsi="Gentium Plus"/>
          <w:sz w:val="24"/>
        </w:rPr>
        <w:t>τὴν ἀνθρωπίνην ἐπιφάνειαν, τῇ τῶν ἔργων ὑπηρεσίᾳ</w:t>
      </w:r>
    </w:p>
    <w:p>
      <w:r>
        <w:rPr>
          <w:rFonts w:ascii="Courier New" w:hAnsi="Courier New"/>
          <w:color w:val="555555"/>
          <w:sz w:val="20"/>
        </w:rPr>
        <w:t>[33 . 8 c]</w:t>
      </w:r>
    </w:p>
    <w:p>
      <w:r>
        <w:rPr>
          <w:rFonts w:ascii="Gentium Plus" w:hAnsi="Gentium Plus"/>
          <w:sz w:val="24"/>
        </w:rPr>
        <w:t>ἀπέφηναν τὸν χρώμενον ἐξ ἀνθρώπου θηρίον. Τοῦτο οἱ Κένταυροι, τοῦτο αἱ Γοργόνες, τοῦτο αἱ Χίμαιραι,</w:t>
      </w:r>
    </w:p>
    <w:p>
      <w:r>
        <w:rPr>
          <w:rFonts w:ascii="Courier New" w:hAnsi="Courier New"/>
          <w:color w:val="555555"/>
          <w:sz w:val="20"/>
        </w:rPr>
        <w:t>[33 . 8 d]</w:t>
      </w:r>
    </w:p>
    <w:p>
      <w:r>
        <w:rPr>
          <w:rFonts w:ascii="Gentium Plus" w:hAnsi="Gentium Plus"/>
          <w:sz w:val="24"/>
        </w:rPr>
        <w:t>ὁ Γηρυόνης, ὁ Κέκροψ. Ἄφελε τὴν γαστρὸς ἐπιθυμίαν, καὶ ἀφεῖλες τοῦ ἀνθρώπου τὸ θηρίον· ἄφελε τὴν αἰ‐ δοίων ἐπιθυμίαν, καὶ διέκοψας τὸ θηρίον. Μέχρι δὲ ταῦτά τῳ συζῇ καὶ συντρέφεται, καὶ πρὸς αὐτὰ τῇ</w:t>
      </w:r>
    </w:p>
    <w:p>
      <w:r>
        <w:rPr>
          <w:rFonts w:ascii="Courier New" w:hAnsi="Courier New"/>
          <w:color w:val="555555"/>
          <w:sz w:val="20"/>
        </w:rPr>
        <w:t>[5]</w:t>
      </w:r>
    </w:p>
    <w:p>
      <w:r>
        <w:rPr>
          <w:rFonts w:ascii="Gentium Plus" w:hAnsi="Gentium Plus"/>
          <w:sz w:val="24"/>
        </w:rPr>
        <w:t>θεραπείᾳ νένευκεν, ἀνάγκη τὰς ἐκείνων ὀρέξεις κρα‐ τεῖν, καὶ βοᾶν τὴν ψυχὴν τὰς ἐκείνων φωνάς.</w:t>
      </w:r>
    </w:p>
    <w:p>
      <w:pPr>
        <w:jc w:val="center"/>
      </w:pPr>
      <w:r>
        <w:rPr>
          <w:rFonts w:ascii="Gentium Plus" w:hAnsi="Gentium Plus"/>
          <w:b/>
          <w:sz w:val="24"/>
        </w:rPr>
        <w:t>Ὅτι ἐστιν καὶ ἐκ τῶν περιστάσεων</w:t>
      </w:r>
    </w:p>
    <w:p>
      <w:pPr>
        <w:jc w:val="center"/>
      </w:pPr>
      <w:r>
        <w:rPr>
          <w:rFonts w:ascii="Gentium Plus" w:hAnsi="Gentium Plus"/>
          <w:b/>
          <w:sz w:val="24"/>
        </w:rPr>
        <w:t>ὠφελεῖσθαι.</w:t>
      </w:r>
    </w:p>
    <w:p>
      <w:r>
        <w:rPr>
          <w:rFonts w:ascii="Courier New" w:hAnsi="Courier New"/>
          <w:color w:val="555555"/>
          <w:sz w:val="20"/>
        </w:rPr>
        <w:t>[1]</w:t>
      </w:r>
    </w:p>
    <w:p>
      <w:r>
        <w:rPr>
          <w:rFonts w:ascii="Gentium Plus" w:hAnsi="Gentium Plus"/>
          <w:sz w:val="24"/>
        </w:rPr>
        <w:t>Δεινόν γε, εἰ οἱ μὲν θεοὶ διέκριναν τοῖς ἀνθρώ‐ ποις τἀγαθὰ ἐκ τῆς τῶν κακῶν ὁμιλίας, ἀνεπίμικτον</w:t>
      </w:r>
    </w:p>
    <w:p>
      <w:r>
        <w:rPr>
          <w:rFonts w:ascii="Courier New" w:hAnsi="Courier New"/>
          <w:color w:val="555555"/>
          <w:sz w:val="20"/>
        </w:rPr>
        <w:t>[5]</w:t>
      </w:r>
    </w:p>
    <w:p>
      <w:r>
        <w:rPr>
          <w:rFonts w:ascii="Gentium Plus" w:hAnsi="Gentium Plus"/>
          <w:sz w:val="24"/>
        </w:rPr>
        <w:t>φωτὸς πρὸς ζόφον, καὶ πρὸς ὕδωρ πυρός· ὧν ἕκαστον εἰ ἐθελήσαις πρὸς τοὐναντίον ἀγαγεῖν, καὶ ἀνακεράσαι αὐτῶν τὴν διαφορὰν εἰς κοινὴν φύσιν, διαφθερεῖς τὸ</w:t>
      </w:r>
    </w:p>
    <w:p>
      <w:r>
        <w:rPr>
          <w:rFonts w:ascii="Courier New" w:hAnsi="Courier New"/>
          <w:color w:val="555555"/>
          <w:sz w:val="20"/>
        </w:rPr>
        <w:t>[34 . 1 b]</w:t>
      </w:r>
    </w:p>
    <w:p>
      <w:r>
        <w:rPr>
          <w:rFonts w:ascii="Gentium Plus" w:hAnsi="Gentium Plus"/>
          <w:sz w:val="24"/>
        </w:rPr>
        <w:t>ἑκατέρου ἴδιον· οἱ δὲ ἄνθρωποι αὐτοὶ ἑκόντες, εὐδαί‐ μονα διώκοντες βίον, καταμίγνυσιν αὐτῷ 〈κακά· κἄν τις θεῶν συγχωρήσῃ αὐτοῖσ〉 ζῆν δι’ ἡμέρας ἐν φωτὶ λαμπρῷ καὶ διηνεκεῖ, ἀΰπνῳ καὶ ἀδεεῖ τῆς ἐν νυκτὶ</w:t>
      </w:r>
    </w:p>
    <w:p>
      <w:r>
        <w:rPr>
          <w:rFonts w:ascii="Courier New" w:hAnsi="Courier New"/>
          <w:color w:val="555555"/>
          <w:sz w:val="20"/>
        </w:rPr>
        <w:t>[5]</w:t>
      </w:r>
    </w:p>
    <w:p>
      <w:r>
        <w:rPr>
          <w:rFonts w:ascii="Gentium Plus" w:hAnsi="Gentium Plus"/>
          <w:sz w:val="24"/>
        </w:rPr>
        <w:t>ἀναπαύλης, ἄχθοιντο τῷ ἡλίῳ μηδέποτε ἐξισταμένῳ</w:t>
      </w:r>
    </w:p>
    <w:p>
      <w:r>
        <w:rPr>
          <w:rFonts w:ascii="Courier New" w:hAnsi="Courier New"/>
          <w:color w:val="555555"/>
          <w:sz w:val="20"/>
        </w:rPr>
        <w:t>[34 . 1 c]</w:t>
      </w:r>
    </w:p>
    <w:p>
      <w:r>
        <w:rPr>
          <w:rFonts w:ascii="Gentium Plus" w:hAnsi="Gentium Plus"/>
          <w:sz w:val="24"/>
        </w:rPr>
        <w:t>μηδὲ εἰς τὸ παλίσκιον παραχωροῦντι. Ἔχε δὴ αὐτόθι. Μὴ ἀποκρινούμεθα σού πη δικαιότερον, ὡς εἰ μέν που τίς ἐστιν ἀνθρώπου ὄψις ἀνέχεσθαι φωτὸς διηνεκοῦς, καὶ εἴπέρ τις μηχανὴ στῆσαι τὸν ἥλιον τοῦ κύκλῳ</w:t>
      </w:r>
    </w:p>
    <w:p>
      <w:r>
        <w:rPr>
          <w:rFonts w:ascii="Courier New" w:hAnsi="Courier New"/>
          <w:color w:val="555555"/>
          <w:sz w:val="20"/>
        </w:rPr>
        <w:t>[5]</w:t>
      </w:r>
    </w:p>
    <w:p>
      <w:r>
        <w:rPr>
          <w:rFonts w:ascii="Gentium Plus" w:hAnsi="Gentium Plus"/>
          <w:sz w:val="24"/>
        </w:rPr>
        <w:t>δρόμου, ὥστε ἀνέχειν ὑπὲρ γῆς αἰεί, καθάπερ πυρσὸν</w:t>
      </w:r>
    </w:p>
    <w:p>
      <w:r>
        <w:rPr>
          <w:rFonts w:ascii="Courier New" w:hAnsi="Courier New"/>
          <w:color w:val="555555"/>
          <w:sz w:val="20"/>
        </w:rPr>
        <w:t>[10]</w:t>
      </w:r>
    </w:p>
    <w:p>
      <w:r>
        <w:rPr>
          <w:rFonts w:ascii="Gentium Plus" w:hAnsi="Gentium Plus"/>
          <w:sz w:val="24"/>
        </w:rPr>
        <w:t>δαίμων τοῦ ἔρωτος, ὥστε ποθῆσαι νύκτα καὶ σκότος, καὶ ὀφθαλμῶν ἀργίαν, καὶ σώματος ῥίψιν ἐγγύτατα</w:t>
      </w:r>
    </w:p>
    <w:p>
      <w:r>
        <w:rPr>
          <w:rFonts w:ascii="Courier New" w:hAnsi="Courier New"/>
          <w:color w:val="555555"/>
          <w:sz w:val="20"/>
        </w:rPr>
        <w:t>[34 . 1 d]</w:t>
      </w:r>
    </w:p>
    <w:p>
      <w:r>
        <w:rPr>
          <w:rFonts w:ascii="Gentium Plus" w:hAnsi="Gentium Plus"/>
          <w:sz w:val="24"/>
        </w:rPr>
        <w:t>νεκροῦ; Εἰ δὲ θᾶττον μὲν ἀνάσχοιντο οἱ ὀφθαλμοὶ ἀϋπνίας, ἢ σταίη ὁ ἥλιος, θᾶττον δ’ ἀνεὶς σταίη ὁ ἥλιος, νὴ Δία, ἢ ἀνέχοιντο οἱ ὀφθαλμοὶ ἀϋπνίας, οὐκ εὐχῆς ἔργον ἡ πρὸς τὸ φῶς φιλία, ἀλλὰ ἀνάγκης ἡ</w:t>
      </w:r>
    </w:p>
    <w:p>
      <w:r>
        <w:rPr>
          <w:rFonts w:ascii="Courier New" w:hAnsi="Courier New"/>
          <w:color w:val="555555"/>
          <w:sz w:val="20"/>
        </w:rPr>
        <w:t>[5]</w:t>
      </w:r>
    </w:p>
    <w:p>
      <w:r>
        <w:rPr>
          <w:rFonts w:ascii="Gentium Plus" w:hAnsi="Gentium Plus"/>
          <w:sz w:val="24"/>
        </w:rPr>
        <w:t>πρὸς νύκτα συνουσία.</w:t>
      </w:r>
    </w:p>
    <w:p>
      <w:r>
        <w:rPr>
          <w:rFonts w:ascii="Courier New" w:hAnsi="Courier New"/>
          <w:color w:val="555555"/>
          <w:sz w:val="20"/>
        </w:rPr>
        <w:t>[34 . 2 a]</w:t>
      </w:r>
    </w:p>
    <w:p>
      <w:r>
        <w:rPr>
          <w:rFonts w:ascii="Gentium Plus" w:hAnsi="Gentium Plus"/>
          <w:sz w:val="24"/>
        </w:rPr>
        <w:t>Ταύτῃ τοι καὶ ὁ πρὸς τὸ ἀγαθὸν ἔρως ἔχει. Ἐφίε‐ ται μὲν γὰρ αὐτοῦ ἡ ψυχή· τί δὲ οὐ μέλλει; καὶ πο‐ λεμεῖ τῷ κακῷ· τί δὲ οὐ μέλλει; ἀλλ’ οὐκ ἔστιν αὐτῇ οὔτε ὧν ἐφίεται καθαρῶς τυχεῖν, οὔθ’ οἷς πολεμεῖ μὴ</w:t>
      </w:r>
    </w:p>
    <w:p>
      <w:r>
        <w:rPr>
          <w:rFonts w:ascii="Courier New" w:hAnsi="Courier New"/>
          <w:color w:val="555555"/>
          <w:sz w:val="20"/>
        </w:rPr>
        <w:t>[34 . 2 b]</w:t>
      </w:r>
    </w:p>
    <w:p>
      <w:r>
        <w:rPr>
          <w:rFonts w:ascii="Gentium Plus" w:hAnsi="Gentium Plus"/>
          <w:sz w:val="24"/>
        </w:rPr>
        <w:t>περιπεσεῖν ἐξ ἀνάγκης. Οὔπω λέγω τὴν μοχθηρὰν ψυχήν (αὕτη μὲν γὰρ πάγκακός τις, καὶ ἀγαθῶν ἄμοι‐ ρος, καὶ ἐν ἐλπίσιν ἄπιστος, καὶ ἐν εὐτυχίᾳ ἀκροσφαλής),</w:t>
      </w:r>
    </w:p>
    <w:p>
      <w:r>
        <w:rPr>
          <w:rFonts w:ascii="Courier New" w:hAnsi="Courier New"/>
          <w:color w:val="555555"/>
          <w:sz w:val="20"/>
        </w:rPr>
        <w:t>[34 . 2 c]</w:t>
      </w:r>
    </w:p>
    <w:p>
      <w:r>
        <w:rPr>
          <w:rFonts w:ascii="Gentium Plus" w:hAnsi="Gentium Plus"/>
          <w:sz w:val="24"/>
        </w:rPr>
        <w:t>ἀλλὰ τὴν ἐπιεικῆ καὶ φρονήσεως ἐπήβολον· φέρε ἴδω πότερα καὶ ταύτην φῶμεν ἐπιλαβομένην τῆς ἀρετῆς εὐροίᾳ τινὶ βίου καὶ εὐτυχημάτων ἀκμῇ συγγίγνεσθαι</w:t>
      </w:r>
    </w:p>
    <w:p>
      <w:r>
        <w:rPr>
          <w:rFonts w:ascii="Courier New" w:hAnsi="Courier New"/>
          <w:color w:val="555555"/>
          <w:sz w:val="20"/>
        </w:rPr>
        <w:t>[34 . 2 d]</w:t>
      </w:r>
    </w:p>
    <w:p>
      <w:r>
        <w:rPr>
          <w:rFonts w:ascii="Gentium Plus" w:hAnsi="Gentium Plus"/>
          <w:sz w:val="24"/>
        </w:rPr>
        <w:t>ἀεί; Ἢ τοῦτο μὲν ἀμήχανον ἐν ἀνθρωπίνῃ φύσει· πολλὰ γὰρ τὰ ἐν ποσίν, καθάπερ ἀνδρὶ κούφως θέοντι ὀρύ‐</w:t>
      </w:r>
    </w:p>
    <w:p>
      <w:r>
        <w:rPr>
          <w:rFonts w:ascii="Courier New" w:hAnsi="Courier New"/>
          <w:color w:val="555555"/>
          <w:sz w:val="20"/>
        </w:rPr>
        <w:t>[34 . 2 e]</w:t>
      </w:r>
    </w:p>
    <w:p>
      <w:r>
        <w:rPr>
          <w:rFonts w:ascii="Gentium Plus" w:hAnsi="Gentium Plus"/>
          <w:sz w:val="24"/>
        </w:rPr>
        <w:t>γματα καὶ κρημνοὶ καὶ βάραθρα καὶ τειχία· ἐν οἷς ὁ μὲν ἀμαθὴς τῆς ὁδοῦ, καὶ μαλθακὸς θεῖν, καὶ δια‐ πηδᾶν ἀσθενής, καὶ παραθεῖν ἀκροσφαλής, πταίει καὶ</w:t>
      </w:r>
    </w:p>
    <w:p>
      <w:r>
        <w:rPr>
          <w:rFonts w:ascii="Courier New" w:hAnsi="Courier New"/>
          <w:color w:val="555555"/>
          <w:sz w:val="20"/>
        </w:rPr>
        <w:t>[34 . 2 f]</w:t>
      </w:r>
    </w:p>
    <w:p>
      <w:r>
        <w:rPr>
          <w:rFonts w:ascii="Gentium Plus" w:hAnsi="Gentium Plus"/>
          <w:sz w:val="24"/>
        </w:rPr>
        <w:t>σφάλλεται καὶ ἀποδειλιᾷ· ὁ δὲ ἀγαθὸς καὶ δρομικὸς ἀνὴρ καὶ ἐπιστήμων τῆς ὁδοῦ, κατὰ μὲν τὴν ῥώμην ὀξέως θεῖ, κατὰ δὲ τὴν ἐμπειρίαν ἀπλανῶς, κατὰ δὲ τὴν τέχνην ἀσφαλῶς· οἶδε μὴν τίς μὲν τῆς ὁδοῦ</w:t>
      </w:r>
    </w:p>
    <w:p>
      <w:r>
        <w:rPr>
          <w:rFonts w:ascii="Courier New" w:hAnsi="Courier New"/>
          <w:color w:val="555555"/>
          <w:sz w:val="20"/>
        </w:rPr>
        <w:t>[5]</w:t>
      </w:r>
    </w:p>
    <w:p>
      <w:r>
        <w:rPr>
          <w:rFonts w:ascii="Gentium Plus" w:hAnsi="Gentium Plus"/>
          <w:sz w:val="24"/>
        </w:rPr>
        <w:t>ἡ λεία καὶ ἄπταιστος, τίς δὲ ἡ διεσκαμμένη, καὶ ἀναγ‐ καία μὲν διελθεῖν, ἀπροαίρετος δὲ τῷ θέοντι.</w:t>
      </w:r>
    </w:p>
    <w:p>
      <w:r>
        <w:rPr>
          <w:rFonts w:ascii="Courier New" w:hAnsi="Courier New"/>
          <w:color w:val="555555"/>
          <w:sz w:val="20"/>
        </w:rPr>
        <w:t>[34 . 3 a]</w:t>
      </w:r>
    </w:p>
    <w:p>
      <w:r>
        <w:rPr>
          <w:rFonts w:ascii="Gentium Plus" w:hAnsi="Gentium Plus"/>
          <w:sz w:val="24"/>
        </w:rPr>
        <w:t>Τοῦτό τοι καὶ περὶ τὸν βίον Ὅμηρος ᾐνίξατο· δοιοὶ γάρ τε πίθοι κατακείαται ἐν Διὸς οὔδει, φησίν· ὁ μὲν πλήρης κακῶν, ἀγαθῶν ἀνεπίμικτος· ὁ δὲ ἐξ ἀμφοῖν κεκραμένος (τρίτον γὰρ πίθον οὐδαμοῦ</w:t>
      </w:r>
    </w:p>
    <w:p>
      <w:r>
        <w:rPr>
          <w:rFonts w:ascii="Courier New" w:hAnsi="Courier New"/>
          <w:color w:val="555555"/>
          <w:sz w:val="20"/>
        </w:rPr>
        <w:t>[34 . 3 b]</w:t>
      </w:r>
    </w:p>
    <w:p>
      <w:r>
        <w:rPr>
          <w:rFonts w:ascii="Gentium Plus" w:hAnsi="Gentium Plus"/>
          <w:sz w:val="24"/>
        </w:rPr>
        <w:t>ἐν Διὸς εἷναι λέγει, ἀγαθῶν ἀκηράτων). Νέμει δὲ Ζεὺς τῷ τῶν ἀνθρώπων γένει, κατὰ τὴν Ὁμήρου ᾠδήν,</w:t>
      </w:r>
    </w:p>
    <w:p>
      <w:r>
        <w:rPr>
          <w:rFonts w:ascii="Courier New" w:hAnsi="Courier New"/>
          <w:color w:val="555555"/>
          <w:sz w:val="20"/>
        </w:rPr>
        <w:t>[34 . 3 c]</w:t>
      </w:r>
    </w:p>
    <w:p>
      <w:r>
        <w:rPr>
          <w:rFonts w:ascii="Gentium Plus" w:hAnsi="Gentium Plus"/>
          <w:sz w:val="24"/>
        </w:rPr>
        <w:t>ἐκ τοῖν πίθοιν τούτοιν ἀρυτόμενος· ἐκ μὲν τοῦ, κακῶν ἀενάων ῥεῦμα ἰσχυρὸν καὶ βίαιον, μεστὸν ἐρίδων καὶ ἐρινύων, καὶ πτοίας καὶ φόβου, καὶ ἄλλων μυρίων δυσαντήτων τὲ καὶ ἀκράτων κακῶν· ἐκ δὲ τοῦ νέμει,</w:t>
      </w:r>
    </w:p>
    <w:p>
      <w:r>
        <w:rPr>
          <w:rFonts w:ascii="Courier New" w:hAnsi="Courier New"/>
          <w:color w:val="555555"/>
          <w:sz w:val="20"/>
        </w:rPr>
        <w:t>[5]</w:t>
      </w:r>
    </w:p>
    <w:p>
      <w:r>
        <w:rPr>
          <w:rFonts w:ascii="Gentium Plus" w:hAnsi="Gentium Plus"/>
          <w:sz w:val="24"/>
        </w:rPr>
        <w:t>ὡς μὲν ἂν Ὅμηρος εἴποι, ῥεῦμα μικτὸν ἀγαθῶν καὶ</w:t>
      </w:r>
    </w:p>
    <w:p>
      <w:r>
        <w:rPr>
          <w:rFonts w:ascii="Courier New" w:hAnsi="Courier New"/>
          <w:color w:val="555555"/>
          <w:sz w:val="20"/>
        </w:rPr>
        <w:t>[34 . 3 d]</w:t>
      </w:r>
    </w:p>
    <w:p>
      <w:r>
        <w:rPr>
          <w:rFonts w:ascii="Gentium Plus" w:hAnsi="Gentium Plus"/>
          <w:sz w:val="24"/>
        </w:rPr>
        <w:t>κακῶν· ἐγὼ δὲ ὁρῷ μὲν τὴν μῖξιν, καὶ πείθομαι τῷ λόγῳ, εὐφημότερον δὲ ὀνομάζειν θέλω τὴν βελτίω παρὰ Διὸς νομήν· ἔχει γὰρ δὴ ὧδε.</w:t>
      </w:r>
    </w:p>
    <w:p>
      <w:r>
        <w:rPr>
          <w:rFonts w:ascii="Courier New" w:hAnsi="Courier New"/>
          <w:color w:val="555555"/>
          <w:sz w:val="20"/>
        </w:rPr>
        <w:t>[34 . 4 a]</w:t>
      </w:r>
    </w:p>
    <w:p>
      <w:r>
        <w:rPr>
          <w:rFonts w:ascii="Gentium Plus" w:hAnsi="Gentium Plus"/>
          <w:sz w:val="24"/>
        </w:rPr>
        <w:t>Ἀρετὴ ψυχῆς καὶ μοχθηρία, αὗται πηγαὶ τῶν Διὸς πίθων· ὧν ἡ μὲν μοχθηρία λάβρον καὶ ἔμπληκτον ὀχετὸν ἐξιεῖσα συγχεῖ τὸν βίον καὶ ταράττει, καθάπερ ἐμβολὴ χειμερίου νάματος ἐπὶ λήϊα καὶ φυτουργίας</w:t>
      </w:r>
    </w:p>
    <w:p>
      <w:r>
        <w:rPr>
          <w:rFonts w:ascii="Courier New" w:hAnsi="Courier New"/>
          <w:color w:val="555555"/>
          <w:sz w:val="20"/>
        </w:rPr>
        <w:t>[5]</w:t>
      </w:r>
    </w:p>
    <w:p>
      <w:r>
        <w:rPr>
          <w:rFonts w:ascii="Gentium Plus" w:hAnsi="Gentium Plus"/>
          <w:sz w:val="24"/>
        </w:rPr>
        <w:t>ὁρμηθεῖσα, ἐχθρὰ μὲν γεωργοῖς, ἐχθρὰ δὲ καὶ ποι‐ μέσιν, ἐχθρὰ καὶ ὁδοιπόροις, ἄκαρπος, ἄγονος, ἀνό‐</w:t>
      </w:r>
    </w:p>
    <w:p>
      <w:r>
        <w:rPr>
          <w:rFonts w:ascii="Courier New" w:hAnsi="Courier New"/>
          <w:color w:val="555555"/>
          <w:sz w:val="20"/>
        </w:rPr>
        <w:t>[34 . 4 b]</w:t>
      </w:r>
    </w:p>
    <w:p>
      <w:r>
        <w:rPr>
          <w:rFonts w:ascii="Gentium Plus" w:hAnsi="Gentium Plus"/>
          <w:sz w:val="24"/>
        </w:rPr>
        <w:t>νητος, ἐπισφαλής· αἱ δὲ ἀρετῆς πηγαί, ὅτῳ ἂν ἐν ψυχῇ διαφανῶσιν, πάντα τούτῳ ποιοῦσιν τὸν βίον ἔγκαρπον καὶ ἀρόσιμον καὶ τελεσφόρον. Ἀλλὰ ἱδρῶτος δεῖ τῷ</w:t>
      </w:r>
    </w:p>
    <w:p>
      <w:r>
        <w:rPr>
          <w:rFonts w:ascii="Courier New" w:hAnsi="Courier New"/>
          <w:color w:val="555555"/>
          <w:sz w:val="20"/>
        </w:rPr>
        <w:t>[34 . 4 c]</w:t>
      </w:r>
    </w:p>
    <w:p>
      <w:r>
        <w:rPr>
          <w:rFonts w:ascii="Gentium Plus" w:hAnsi="Gentium Plus"/>
          <w:sz w:val="24"/>
        </w:rPr>
        <w:t>γεωργῷ, καὶ πόνου δεῖ, καὶ ταλαιπωρίας δεῖ. Οὐδὲ γὰρ ὁ Αἰγύπτιος τῷ Νείλῳ θαρρεῖ μόνῳ, οὐδὲ παρα‐ δίδωσιν αὐτῷ τὰ σπέρματα, πρὶν ἢ τἀρότρῳ ζεύξῃ βοῦν, πρὶν τέμῃ αὔλακα, πρὶν πονήσῃ μακρά· καὶ μετὰ</w:t>
      </w:r>
    </w:p>
    <w:p>
      <w:r>
        <w:rPr>
          <w:rFonts w:ascii="Courier New" w:hAnsi="Courier New"/>
          <w:color w:val="555555"/>
          <w:sz w:val="20"/>
        </w:rPr>
        <w:t>[5]</w:t>
      </w:r>
    </w:p>
    <w:p>
      <w:r>
        <w:rPr>
          <w:rFonts w:ascii="Gentium Plus" w:hAnsi="Gentium Plus"/>
          <w:sz w:val="24"/>
        </w:rPr>
        <w:t>τοῦτο ἤδη καλεῖ τὸν ποταμὸν ἐπὶ τὰ αὑτοῦ ἔργα.</w:t>
      </w:r>
    </w:p>
    <w:p>
      <w:r>
        <w:rPr>
          <w:rFonts w:ascii="Courier New" w:hAnsi="Courier New"/>
          <w:color w:val="555555"/>
          <w:sz w:val="20"/>
        </w:rPr>
        <w:t>[34 . 4 d]</w:t>
      </w:r>
    </w:p>
    <w:p>
      <w:r>
        <w:rPr>
          <w:rFonts w:ascii="Gentium Plus" w:hAnsi="Gentium Plus"/>
          <w:sz w:val="24"/>
        </w:rPr>
        <w:t>Αὕτη μῖξις ποταμοῦ πρὸς γεωργίαν, καὶ ἐλπίδων πρὸς πόνους, καὶ καρπῶν πρὸς ταλαιπωρίαν· οὕτως ἀγα‐</w:t>
      </w:r>
    </w:p>
    <w:p>
      <w:r>
        <w:rPr>
          <w:rFonts w:ascii="Courier New" w:hAnsi="Courier New"/>
          <w:color w:val="555555"/>
          <w:sz w:val="20"/>
        </w:rPr>
        <w:t>[34 . 4 e]</w:t>
      </w:r>
    </w:p>
    <w:p>
      <w:r>
        <w:rPr>
          <w:rFonts w:ascii="Gentium Plus" w:hAnsi="Gentium Plus"/>
          <w:sz w:val="24"/>
        </w:rPr>
        <w:t>θοῖς κακὰ κεραννυτέον. Εἰ βούλει, ἄφελε μὲν τὴν δυσφημίαν, ἴσθι δὲ αὐτῷ τὴν οὐσίαν οὐκ αὐθαίρετον οὖσαν τοῖς πονοῦσιν. Κἂν ἐπὶ τοὺς λιμένας ἔλθῃς, κυβερνήτην λήψῃ, οὐ τὸν ἄπειρον χειμῶνος, οὐδὲ ὅστις</w:t>
      </w:r>
    </w:p>
    <w:p>
      <w:r>
        <w:rPr>
          <w:rFonts w:ascii="Courier New" w:hAnsi="Courier New"/>
          <w:color w:val="555555"/>
          <w:sz w:val="20"/>
        </w:rPr>
        <w:t>[5]</w:t>
      </w:r>
    </w:p>
    <w:p>
      <w:r>
        <w:rPr>
          <w:rFonts w:ascii="Gentium Plus" w:hAnsi="Gentium Plus"/>
          <w:sz w:val="24"/>
        </w:rPr>
        <w:t>ἀθέατος κλύδωνος, ἀλλ’ ἐκ πολλῶν σφαλμάτων ἀθροί‐</w:t>
      </w:r>
    </w:p>
    <w:p>
      <w:r>
        <w:rPr>
          <w:rFonts w:ascii="Courier New" w:hAnsi="Courier New"/>
          <w:color w:val="555555"/>
          <w:sz w:val="20"/>
        </w:rPr>
        <w:t>[34 . 4 f]</w:t>
      </w:r>
    </w:p>
    <w:p>
      <w:r>
        <w:rPr>
          <w:rFonts w:ascii="Gentium Plus" w:hAnsi="Gentium Plus"/>
          <w:sz w:val="24"/>
        </w:rPr>
        <w:t>σαντα τὴν τέχνην, ἐκ πείρας κακῶν. Ἐγὼ καὶ στρα‐</w:t>
      </w:r>
    </w:p>
    <w:p>
      <w:r>
        <w:rPr>
          <w:rFonts w:ascii="Courier New" w:hAnsi="Courier New"/>
          <w:color w:val="555555"/>
          <w:sz w:val="20"/>
        </w:rPr>
        <w:t>[34 . 4 g]</w:t>
      </w:r>
    </w:p>
    <w:p>
      <w:r>
        <w:rPr>
          <w:rFonts w:ascii="Gentium Plus" w:hAnsi="Gentium Plus"/>
          <w:sz w:val="24"/>
        </w:rPr>
        <w:t>ἐξ Ἀμφιπόλεως. Ὅταν δὲ ἴδω πάντα εὐτυχοῦντα καὶ κυβερνήτην καὶ στρατηγόν, καὶ ἰδιώτην, καὶ ἄρχοντα, καὶ ἄνδρα, καὶ πόλιν, διαπιστῶ ταῖς εὐτυχίαις· ὡς Σόλων Κροίσῳ, ὡς Ἄμασις Πολυκράτει.</w:t>
      </w:r>
    </w:p>
    <w:p>
      <w:r>
        <w:rPr>
          <w:rFonts w:ascii="Courier New" w:hAnsi="Courier New"/>
          <w:color w:val="555555"/>
          <w:sz w:val="20"/>
        </w:rPr>
        <w:t>[34 . 5 a]</w:t>
      </w:r>
    </w:p>
    <w:p>
      <w:r>
        <w:rPr>
          <w:rFonts w:ascii="Gentium Plus" w:hAnsi="Gentium Plus"/>
          <w:sz w:val="24"/>
        </w:rPr>
        <w:t>Κροῖσος μὲν γὰρ εἶχεν εὔϊππον γῆν, Πολυκράτης δὲ εὔνεω θάλατταν· ἀλλ’ οὐδὲν τούτων βέβαιον, οὐχ ἡ γῆ Κροίσῳ, οὐχ ἡ θάλαττα Πολυκράτει· ἀλλ’ ἐλάμ‐ βανεν Ὀρόντης μὲν Πολυκράτην, Κροῖσον δὲ Κῦρος·</w:t>
      </w:r>
    </w:p>
    <w:p>
      <w:r>
        <w:rPr>
          <w:rFonts w:ascii="Courier New" w:hAnsi="Courier New"/>
          <w:color w:val="555555"/>
          <w:sz w:val="20"/>
        </w:rPr>
        <w:t>[5]</w:t>
      </w:r>
    </w:p>
    <w:p>
      <w:r>
        <w:rPr>
          <w:rFonts w:ascii="Gentium Plus" w:hAnsi="Gentium Plus"/>
          <w:sz w:val="24"/>
        </w:rPr>
        <w:t>καὶ διαδοχὴ μετ’ εὐτυχίαν μακρὰν ἀθρόων κακῶν. Διὰ τοῦτο Σόλων οὐκ εὐδαιμόνισε Κροῖσον, σοφὸς γὰρ ἦν· διὰ τοῦτο Ἄμασις ἀπείπατο Πολυκράτην, ἀσφαλὴς γὰρ ἦν· διὰ τοῦτ’ ἐγὼ ἐπαινῶ βίον γευόμενον κακῶν, ἀλλὰ γευόμενον μόνον,</w:t>
      </w:r>
    </w:p>
    <w:p>
      <w:r>
        <w:rPr>
          <w:rFonts w:ascii="Courier New" w:hAnsi="Courier New"/>
          <w:color w:val="555555"/>
          <w:sz w:val="20"/>
        </w:rPr>
        <w:t>[10]</w:t>
      </w:r>
    </w:p>
    <w:p>
      <w:r>
        <w:rPr>
          <w:rFonts w:ascii="Gentium Plus" w:hAnsi="Gentium Plus"/>
          <w:sz w:val="24"/>
        </w:rPr>
        <w:t>χείλεα μέν τ’ ἐδίην’, ὑπερῴην δ’ οὐκ ἐδίηνεν· ἔχοντα μὲν τὴν ἀρετήν, χρώμενον δὲ αὐτῇ καὶ πρὸς</w:t>
      </w:r>
    </w:p>
    <w:p>
      <w:r>
        <w:rPr>
          <w:rFonts w:ascii="Courier New" w:hAnsi="Courier New"/>
          <w:color w:val="555555"/>
          <w:sz w:val="20"/>
        </w:rPr>
        <w:t>[34 . 5 b]</w:t>
      </w:r>
    </w:p>
    <w:p>
      <w:r>
        <w:rPr>
          <w:rFonts w:ascii="Gentium Plus" w:hAnsi="Gentium Plus"/>
          <w:sz w:val="24"/>
        </w:rPr>
        <w:t>ἀκουσίους τύχας. Καὶ γὰρ ὀφθαλμοῖς φίλον μὲν χρω‐</w:t>
      </w:r>
    </w:p>
    <w:p>
      <w:r>
        <w:rPr>
          <w:rFonts w:ascii="Courier New" w:hAnsi="Courier New"/>
          <w:color w:val="555555"/>
          <w:sz w:val="20"/>
        </w:rPr>
        <w:t>[5]</w:t>
      </w:r>
    </w:p>
    <w:p>
      <w:r>
        <w:rPr>
          <w:rFonts w:ascii="Gentium Plus" w:hAnsi="Gentium Plus"/>
          <w:sz w:val="24"/>
        </w:rPr>
        <w:t>συνήσεις τῆς εὐτυχίας.</w:t>
      </w:r>
    </w:p>
    <w:p>
      <w:r>
        <w:rPr>
          <w:rFonts w:ascii="Courier New" w:hAnsi="Courier New"/>
          <w:color w:val="555555"/>
          <w:sz w:val="20"/>
        </w:rPr>
        <w:t>[34 . 6 a]</w:t>
      </w:r>
    </w:p>
    <w:p>
      <w:r>
        <w:rPr>
          <w:rFonts w:ascii="Gentium Plus" w:hAnsi="Gentium Plus"/>
          <w:sz w:val="24"/>
        </w:rPr>
        <w:t>Εἰ δίψα μὲν σώματι παρασκευάζει ἡδονὴν ποτοῦ, καὶ λιμὸς σώματι παρασκευάζει ἡδονὴν βρωτοῦ, καὶ νὺξ ὀφθαλμοῖς παρασκευάζει ἡδονήν, ἥλιον ποθεῖ ἄνθρωπος καὶ νύκτα μεθ’ ἥλιον, καὶ λιμὸν μετὰ κόρον,</w:t>
      </w:r>
    </w:p>
    <w:p>
      <w:r>
        <w:rPr>
          <w:rFonts w:ascii="Courier New" w:hAnsi="Courier New"/>
          <w:color w:val="555555"/>
          <w:sz w:val="20"/>
        </w:rPr>
        <w:t>[5]</w:t>
      </w:r>
    </w:p>
    <w:p>
      <w:r>
        <w:rPr>
          <w:rFonts w:ascii="Gentium Plus" w:hAnsi="Gentium Plus"/>
          <w:sz w:val="24"/>
        </w:rPr>
        <w:t>καὶ δίψαν μετὰ μέθην· κἂν ἀφέλῃς αὐτοῦ τὴν μετα‐</w:t>
      </w:r>
    </w:p>
    <w:p>
      <w:r>
        <w:rPr>
          <w:rFonts w:ascii="Courier New" w:hAnsi="Courier New"/>
          <w:color w:val="555555"/>
          <w:sz w:val="20"/>
        </w:rPr>
        <w:t>[34 . 6 b]</w:t>
      </w:r>
    </w:p>
    <w:p>
      <w:r>
        <w:rPr>
          <w:rFonts w:ascii="Gentium Plus" w:hAnsi="Gentium Plus"/>
          <w:sz w:val="24"/>
        </w:rPr>
        <w:t>βολήν, λύπην τὴν ἡδονὴν ποιεῖς. Οὕτω λέγεται καὶ Ἀρτοξέρξης, ὁ Περσῶν βασιλεύς, τέως μὲν ὑπ’ εἰρήνης μακρᾶς καὶ ἡδονῆς διηνεκοῦς μὴ συνιέναι τῆς εὐ‐</w:t>
      </w:r>
    </w:p>
    <w:p>
      <w:r>
        <w:rPr>
          <w:rFonts w:ascii="Courier New" w:hAnsi="Courier New"/>
          <w:color w:val="555555"/>
          <w:sz w:val="20"/>
        </w:rPr>
        <w:t>[34 . 6 c*]</w:t>
      </w:r>
    </w:p>
    <w:p>
      <w:r>
        <w:rPr>
          <w:rFonts w:ascii="Gentium Plus" w:hAnsi="Gentium Plus"/>
          <w:sz w:val="24"/>
        </w:rPr>
        <w:t>τυχίας· ᾧ παρεσκεύαζε μὲν ἡ Ἀσία τὸ δεῖπνον, ἔπεμ‐ πον δὲ πῶμα ποταμῶν οἱ κάλλιστοι, ἐμηχανῶντο δὲ</w:t>
      </w:r>
    </w:p>
    <w:p>
      <w:r>
        <w:rPr>
          <w:rFonts w:ascii="Courier New" w:hAnsi="Courier New"/>
          <w:color w:val="555555"/>
          <w:sz w:val="20"/>
        </w:rPr>
        <w:t>[34 . 6 d*]</w:t>
      </w:r>
    </w:p>
    <w:p>
      <w:r>
        <w:rPr>
          <w:rFonts w:ascii="Gentium Plus" w:hAnsi="Gentium Plus"/>
          <w:sz w:val="24"/>
        </w:rPr>
        <w:t>αὐτῷ τὴν δίαιταν τέχναι μυρίαι· ἀλλ’ ἐπεὶ πόλεμος αὐτῷ ἐκ θαλάττης ἦλθεν, καὶ Ἕλληνες μύριοι, καὶ στρατηγοὶ δεινοί, ἡττηθεὶς ἔφευγεν ἐπὶ ψιλὸν λόφον, ὅπου τῆς νυκτὸς ἀναπαυόμενος ἐδίψησεν ὁ δύστηνος</w:t>
      </w:r>
    </w:p>
    <w:p>
      <w:r>
        <w:rPr>
          <w:rFonts w:ascii="Courier New" w:hAnsi="Courier New"/>
          <w:color w:val="555555"/>
          <w:sz w:val="20"/>
        </w:rPr>
        <w:t>[5]</w:t>
      </w:r>
    </w:p>
    <w:p>
      <w:r>
        <w:rPr>
          <w:rFonts w:ascii="Gentium Plus" w:hAnsi="Gentium Plus"/>
          <w:sz w:val="24"/>
        </w:rPr>
        <w:t>πρῶτον τότε, ἔνθα ἦν οὐ Χοάσπης, οὐ Τίγρις, οὐ Νεῖλος, οὐκ ἐκπώματα, οὐκ οἰνοχόοι· καὶ ἠγάπησεν</w:t>
      </w:r>
    </w:p>
    <w:p>
      <w:r>
        <w:rPr>
          <w:rFonts w:ascii="Courier New" w:hAnsi="Courier New"/>
          <w:color w:val="555555"/>
          <w:sz w:val="20"/>
        </w:rPr>
        <w:t>[34 . 7 a]</w:t>
      </w:r>
    </w:p>
    <w:p>
      <w:r>
        <w:rPr>
          <w:rFonts w:ascii="Gentium Plus" w:hAnsi="Gentium Plus"/>
          <w:sz w:val="24"/>
        </w:rPr>
        <w:t>Εἶτα ἡδονῆς μὲν ἔσται κόρος, εὐτυχημάτων δὲ οὐκ ἔσται κόρος; εἷς μέν, οἶμαι, σιτίων καὶ μέθης ἀνιαρό‐</w:t>
      </w:r>
    </w:p>
    <w:p>
      <w:r>
        <w:rPr>
          <w:rFonts w:ascii="Courier New" w:hAnsi="Courier New"/>
          <w:color w:val="555555"/>
          <w:sz w:val="20"/>
        </w:rPr>
        <w:t>[34 . 7 b]</w:t>
      </w:r>
    </w:p>
    <w:p>
      <w:r>
        <w:rPr>
          <w:rFonts w:ascii="Gentium Plus" w:hAnsi="Gentium Plus"/>
          <w:sz w:val="24"/>
        </w:rPr>
        <w:t>τερος. Οὐ γὰρ ἀνασχετὸν εἶναι οὔτε τῷ Ἀχιλλεῖ τὴν σχολήν, οὔτε τῷ Νέστορι τὴν σιωπήν, οὔτε τῷ Ὀδυσσεῖ τὴν ἀσφάλειαν. Ἐξῆν γάρ που καὶ τῷ Ἀχιλλεῖ ζῆν καὶ βασιλεύειν Μυρμιδόνων, καὶ γεωργεῖν τὴν Θετ‐</w:t>
      </w:r>
    </w:p>
    <w:p>
      <w:r>
        <w:rPr>
          <w:rFonts w:ascii="Courier New" w:hAnsi="Courier New"/>
          <w:color w:val="555555"/>
          <w:sz w:val="20"/>
        </w:rPr>
        <w:t>[5]</w:t>
      </w:r>
    </w:p>
    <w:p>
      <w:r>
        <w:rPr>
          <w:rFonts w:ascii="Gentium Plus" w:hAnsi="Gentium Plus"/>
          <w:sz w:val="24"/>
        </w:rPr>
        <w:t>ταλῶν γῆν, καὶ γηροκομεῖν τὸν Πηλέα· καὶ τῷ Νέστορι ἐν Πύλῳ ἐν εἰρήνῃ ἄρχειν, καὶ γηράσκειν καθ’ ἡσυ‐ χίαν· καὶ τῷ Ὀδυσσεῖ, οἴκοι μένειν περὶ τὸ Νήριτον τὸ εὔφυλλον, ἐν τῇ γῇ τῇ κουροτρόφῳ,</w:t>
      </w:r>
    </w:p>
    <w:p>
      <w:r>
        <w:rPr>
          <w:rFonts w:ascii="Courier New" w:hAnsi="Courier New"/>
          <w:color w:val="555555"/>
          <w:sz w:val="20"/>
        </w:rPr>
        <w:t>[10]</w:t>
      </w:r>
    </w:p>
    <w:p>
      <w:r>
        <w:rPr>
          <w:rFonts w:ascii="Gentium Plus" w:hAnsi="Gentium Plus"/>
          <w:sz w:val="24"/>
        </w:rPr>
        <w:t>ἢ τὸ τελευταῖον παρὰ Καλυψὼ βιοῦν ἐν ἄντρῳ καταρ‐ ρύτῳ καὶ κατασκίῳ, ὑπὸ Νυμφῶν θεραπευομένῳ, ἀγήρῳ</w:t>
      </w:r>
    </w:p>
    <w:p>
      <w:r>
        <w:rPr>
          <w:rFonts w:ascii="Courier New" w:hAnsi="Courier New"/>
          <w:color w:val="555555"/>
          <w:sz w:val="20"/>
        </w:rPr>
        <w:t>[34 . 7 c]</w:t>
      </w:r>
    </w:p>
    <w:p>
      <w:r>
        <w:rPr>
          <w:rFonts w:ascii="Gentium Plus" w:hAnsi="Gentium Plus"/>
          <w:sz w:val="24"/>
        </w:rPr>
        <w:t>γὸς ὢν καὶ μηδὲν χρώμενος τῇ ἀρετῇ. Ἀνάγκη δὲ τὸν ταύτην μεταχειριζόμενον, ἀνθρωπίνοις συμπτώμασιν παραβαλλόμενον, πολλάκις βοᾶν, τέτλαθι δὴ κραδίη, καὶ κύντερον ἄλλό ποτ’ ἔτλης.</w:t>
      </w:r>
    </w:p>
    <w:p>
      <w:r>
        <w:rPr>
          <w:rFonts w:ascii="Courier New" w:hAnsi="Courier New"/>
          <w:color w:val="555555"/>
          <w:sz w:val="20"/>
        </w:rPr>
        <w:t>[34 . 8 a]</w:t>
      </w:r>
    </w:p>
    <w:p>
      <w:r>
        <w:rPr>
          <w:rFonts w:ascii="Gentium Plus" w:hAnsi="Gentium Plus"/>
          <w:sz w:val="24"/>
        </w:rPr>
        <w:t>Τίς δ’ ἂν ἦν μνήμη τοῦ Ὀδυσσέως, ἐὰν ἀφέλῃς αὐτοῦ τὰ δυσχερῆ; τίς δὲ τοῦ Ἀχιλλέως, ἐὰν ἀφέλῃς αὐτοῦ τὸν Ἕκτορα καὶ τὸν Σκάμανδρον, καὶ τὰς δώδεκα μὲν σὺν νηυσὶ πόλεις,</w:t>
      </w:r>
    </w:p>
    <w:p>
      <w:r>
        <w:rPr>
          <w:rFonts w:ascii="Courier New" w:hAnsi="Courier New"/>
          <w:color w:val="555555"/>
          <w:sz w:val="20"/>
        </w:rPr>
        <w:t>[34 . 8 b]</w:t>
      </w:r>
    </w:p>
    <w:p>
      <w:r>
        <w:rPr>
          <w:rFonts w:ascii="Gentium Plus" w:hAnsi="Gentium Plus"/>
          <w:sz w:val="24"/>
        </w:rPr>
        <w:t>ἕνδεκα δὲ ἠπειρώτιδας; Τὸν μὲν γὰρ Ἡρακλέα οὐδὲ ἄλλοθεν οἱ ἄνθρωποι προσέθεσαν ἂν φέροντες τῷ Διί, μὴ οὔσης τῆς πρὸς τὰ κακὰ ὁμιλίας, ἀγωνισαμένης αὐ‐ τοῖς· ἐὰν ἀφέλῃς αὐτοῦ τὰ θηρία, καὶ τοὺς δυνάστας,</w:t>
      </w:r>
    </w:p>
    <w:p>
      <w:r>
        <w:rPr>
          <w:rFonts w:ascii="Courier New" w:hAnsi="Courier New"/>
          <w:color w:val="555555"/>
          <w:sz w:val="20"/>
        </w:rPr>
        <w:t>[5]</w:t>
      </w:r>
    </w:p>
    <w:p>
      <w:r>
        <w:rPr>
          <w:rFonts w:ascii="Gentium Plus" w:hAnsi="Gentium Plus"/>
          <w:sz w:val="24"/>
        </w:rPr>
        <w:t>καὶ τὰς ἄνω καὶ κάτω ὁδούς, καὶ τὰ δεινὰ ἐκεῖνα πάντα,</w:t>
      </w:r>
    </w:p>
    <w:p>
      <w:r>
        <w:rPr>
          <w:rFonts w:ascii="Courier New" w:hAnsi="Courier New"/>
          <w:color w:val="555555"/>
          <w:sz w:val="20"/>
        </w:rPr>
        <w:t>[34 . 8 c]</w:t>
      </w:r>
    </w:p>
    <w:p>
      <w:r>
        <w:rPr>
          <w:rFonts w:ascii="Gentium Plus" w:hAnsi="Gentium Plus"/>
          <w:sz w:val="24"/>
        </w:rPr>
        <w:t>ἠκρωτηρίασας τὴν ἀρετὴν τοῦ Ἡρακλέος. Ἢ Ὀλυμ‐ πιάσιν μὲν καὶ Πυθοῖ οὐκ ἔνεστιν κότινον λαβεῖν, οὐδὲ μήλων τυχεῖν, αὐτὸν ἐφ’ ἑαυτοῦ κονισάμενον, ἀλλὰ ἀνταγωνιστῶν δεῖ τῷ κηρύγματι· ἐν δὲ τῷ τοῦ</w:t>
      </w:r>
    </w:p>
    <w:p>
      <w:r>
        <w:rPr>
          <w:rFonts w:ascii="Courier New" w:hAnsi="Courier New"/>
          <w:color w:val="555555"/>
          <w:sz w:val="20"/>
        </w:rPr>
        <w:t>[5]</w:t>
      </w:r>
    </w:p>
    <w:p>
      <w:r>
        <w:rPr>
          <w:rFonts w:ascii="Gentium Plus" w:hAnsi="Gentium Plus"/>
          <w:sz w:val="24"/>
        </w:rPr>
        <w:t>βίου σταδίῳ καὶ τῇ δεῦρο ἀγωνίᾳ τίς ἂν γένοιτο ἀντα‐ γωνιστὴς ἀνδρὶ ἀγαθῷ, πλὴν τῆς πείρας τῶν δυσχερῶν;</w:t>
      </w:r>
    </w:p>
    <w:p>
      <w:r>
        <w:rPr>
          <w:rFonts w:ascii="Courier New" w:hAnsi="Courier New"/>
          <w:color w:val="555555"/>
          <w:sz w:val="20"/>
        </w:rPr>
        <w:t>[34 . 9 a]</w:t>
      </w:r>
    </w:p>
    <w:p>
      <w:r>
        <w:rPr>
          <w:rFonts w:ascii="Gentium Plus" w:hAnsi="Gentium Plus"/>
          <w:sz w:val="24"/>
        </w:rPr>
        <w:t>Φέρε τοὺς ἀγωνιστὰς παρακαλῶμεν ἐπὶ τὸ στάδιον.</w:t>
      </w:r>
    </w:p>
    <w:p>
      <w:r>
        <w:rPr>
          <w:rFonts w:ascii="Courier New" w:hAnsi="Courier New"/>
          <w:color w:val="555555"/>
          <w:sz w:val="20"/>
        </w:rPr>
        <w:t>[34 . 9 b]</w:t>
      </w:r>
    </w:p>
    <w:p>
      <w:r>
        <w:rPr>
          <w:rFonts w:ascii="Gentium Plus" w:hAnsi="Gentium Plus"/>
          <w:sz w:val="24"/>
        </w:rPr>
        <w:t>Ἔχε, τίνες μὲν Ἀθηνῶν; Σωκράτης ἀγωνιούμενος πρὸς</w:t>
      </w:r>
    </w:p>
    <w:p>
      <w:r>
        <w:rPr>
          <w:rFonts w:ascii="Courier New" w:hAnsi="Courier New"/>
          <w:color w:val="555555"/>
          <w:sz w:val="20"/>
        </w:rPr>
        <w:t>[34 . 9 c]</w:t>
      </w:r>
    </w:p>
    <w:p>
      <w:r>
        <w:rPr>
          <w:rFonts w:ascii="Gentium Plus" w:hAnsi="Gentium Plus"/>
          <w:sz w:val="24"/>
        </w:rPr>
        <w:t>Μέλητον, καὶ πρὸς τὰ δεσμὰ καὶ τὸ φάρμακον. Ἐκ δὲ Ἀκαδημίας Πλάτων ἀγωνιούμενος πρὸς τυράννου ὀργήν, καὶ θάλατταν πολλήν, καὶ κινδύνους μεγάλους.</w:t>
      </w:r>
    </w:p>
    <w:p>
      <w:r>
        <w:rPr>
          <w:rFonts w:ascii="Courier New" w:hAnsi="Courier New"/>
          <w:color w:val="555555"/>
          <w:sz w:val="20"/>
        </w:rPr>
        <w:t>[34 . 9 d]</w:t>
      </w:r>
    </w:p>
    <w:p>
      <w:r>
        <w:rPr>
          <w:rFonts w:ascii="Gentium Plus" w:hAnsi="Gentium Plus"/>
          <w:sz w:val="24"/>
        </w:rPr>
        <w:t>Ἡκέτω καὶ ἄλλος ἀγωνιστὴς Ἀττικός, ἀγωνιούμενος πρὸς Τισσαφέρνην ἐπιορκοῦντα, καὶ Ἀριαῖον ἐπιβου‐ λεύοντα, καὶ Μένωνα προδιδόντα, καὶ βασιλέα ἐπιτι‐</w:t>
      </w:r>
    </w:p>
    <w:p>
      <w:r>
        <w:rPr>
          <w:rFonts w:ascii="Courier New" w:hAnsi="Courier New"/>
          <w:color w:val="555555"/>
          <w:sz w:val="20"/>
        </w:rPr>
        <w:t>[34 . 9 e]</w:t>
      </w:r>
    </w:p>
    <w:p>
      <w:r>
        <w:rPr>
          <w:rFonts w:ascii="Gentium Plus" w:hAnsi="Gentium Plus"/>
          <w:sz w:val="24"/>
        </w:rPr>
        <w:t>θέμενον. Καὶ δεῖ μοι καὶ τὸν ἐκ τοῦ Πόντου ἀθλη‐ τὴν ἀγωνίζεσθαι· καὶ οὗτος, ἀγῶνα ἰσχυρὸν, πρὸς ἀντα‐ γωνιστὰς πικρούς, πενίαν καὶ ἀδοξίαν καὶ λιμὸν καὶ</w:t>
      </w:r>
    </w:p>
    <w:p>
      <w:r>
        <w:rPr>
          <w:rFonts w:ascii="Courier New" w:hAnsi="Courier New"/>
          <w:color w:val="555555"/>
          <w:sz w:val="20"/>
        </w:rPr>
        <w:t>[5]</w:t>
      </w:r>
    </w:p>
    <w:p>
      <w:r>
        <w:rPr>
          <w:rFonts w:ascii="Gentium Plus" w:hAnsi="Gentium Plus"/>
          <w:sz w:val="24"/>
        </w:rPr>
        <w:t>αὐτόν μιν πληγῇσιν ἀεικελίῃσι δαμάσσας, σπεῖρα κακ’ ἀμφ’ ὤμοισι βαλών,</w:t>
      </w:r>
    </w:p>
    <w:p>
      <w:r>
        <w:rPr>
          <w:rFonts w:ascii="Courier New" w:hAnsi="Courier New"/>
          <w:color w:val="555555"/>
          <w:sz w:val="20"/>
        </w:rPr>
        <w:t>[34 . 9 f]</w:t>
      </w:r>
    </w:p>
    <w:p>
      <w:r>
        <w:rPr>
          <w:rFonts w:ascii="Gentium Plus" w:hAnsi="Gentium Plus"/>
          <w:sz w:val="24"/>
        </w:rPr>
        <w:t>οὐ χαλεπῶς διὰ τοῦτο ἐκράτει. Τοιγαροῦν στεφανῶ τοὺς ἄνδρας, καὶ ἀνακηρύττω νικηφόρους τῆς ἀρετῆς· ἐὰν δὲ ἀφέλῃς αὐτῶν τὴν πρὸς τὰ καλὰ ἀγωνίαν,</w:t>
      </w:r>
    </w:p>
    <w:p>
      <w:r>
        <w:rPr>
          <w:rFonts w:ascii="Courier New" w:hAnsi="Courier New"/>
          <w:color w:val="555555"/>
          <w:sz w:val="20"/>
        </w:rPr>
        <w:t>[34 . 9 g]</w:t>
      </w:r>
    </w:p>
    <w:p>
      <w:r>
        <w:rPr>
          <w:rFonts w:ascii="Gentium Plus" w:hAnsi="Gentium Plus"/>
          <w:sz w:val="24"/>
        </w:rPr>
        <w:t>ἀποστεφανοῖς τοὺς ἄνδρας καὶ ἀποκηρύττεις. Ἄφελε Ἀθηναίων τὸν ἐπὶ Μαραθῶνα δρόμον, καὶ τὸν ἐκεῖ θάνατον, καὶ τὴν Κυναιγείρου χεῖρα, καὶ τὴν Πολυ‐ ζήλου συμφοράν, καὶ τὰ Καλλιμάχου τραύματα, καὶ</w:t>
      </w:r>
    </w:p>
    <w:p>
      <w:r>
        <w:rPr>
          <w:rFonts w:ascii="Courier New" w:hAnsi="Courier New"/>
          <w:color w:val="555555"/>
          <w:sz w:val="20"/>
        </w:rPr>
        <w:t>[5]</w:t>
      </w:r>
    </w:p>
    <w:p>
      <w:r>
        <w:rPr>
          <w:rFonts w:ascii="Gentium Plus" w:hAnsi="Gentium Plus"/>
          <w:sz w:val="24"/>
        </w:rPr>
        <w:t>οὐδὲν Ἀθηναίοις καταλείπεις σεμνόν, πλὴν τοῦ Ἐριχ‐</w:t>
      </w:r>
    </w:p>
    <w:p>
      <w:r>
        <w:rPr>
          <w:rFonts w:ascii="Courier New" w:hAnsi="Courier New"/>
          <w:color w:val="555555"/>
          <w:sz w:val="20"/>
        </w:rPr>
        <w:t>[34 . 9 h]</w:t>
      </w:r>
    </w:p>
    <w:p>
      <w:r>
        <w:rPr>
          <w:rFonts w:ascii="Gentium Plus" w:hAnsi="Gentium Plus"/>
          <w:sz w:val="24"/>
        </w:rPr>
        <w:t>θονίου καὶ τοῦ Κέκροπος, μύθων ἀπιστουμένων. Διὰ τοῦτο ἡ Σπάρτη ἐπὶ πλεῖστον ἐλευθέρα, ὅτι ἐν οὐδὲ εἰρήνῃ σχολὴν ἄγει· μάστιγες αὐταὶ καὶ πληγαὶ Λα‐</w:t>
      </w:r>
    </w:p>
    <w:p>
      <w:pPr>
        <w:jc w:val="center"/>
      </w:pPr>
      <w:r>
        <w:rPr>
          <w:rFonts w:ascii="Gentium Plus" w:hAnsi="Gentium Plus"/>
          <w:b/>
          <w:sz w:val="24"/>
        </w:rPr>
        <w:t>Πῶς ἄν τις πρὸς φίλον παρασκευάσαιτο.</w:t>
      </w:r>
    </w:p>
    <w:p>
      <w:r>
        <w:rPr>
          <w:rFonts w:ascii="Courier New" w:hAnsi="Courier New"/>
          <w:color w:val="555555"/>
          <w:sz w:val="20"/>
        </w:rPr>
        <w:t>[1]</w:t>
      </w:r>
    </w:p>
    <w:p>
      <w:r>
        <w:rPr>
          <w:rFonts w:ascii="Gentium Plus" w:hAnsi="Gentium Plus"/>
          <w:sz w:val="24"/>
        </w:rPr>
        <w:t>Ἔχοις εἰπεῖν, τίνάς ποτε Ὅμηρος ὀνομάζων χαίρει θεοῖς εἰκέλους, καὶ δίους, καὶ μῆτιν ἀταλάντους Διί;</w:t>
      </w:r>
    </w:p>
    <w:p>
      <w:r>
        <w:rPr>
          <w:rFonts w:ascii="Courier New" w:hAnsi="Courier New"/>
          <w:color w:val="555555"/>
          <w:sz w:val="20"/>
        </w:rPr>
        <w:t>[35 . 1 b]</w:t>
      </w:r>
    </w:p>
    <w:p>
      <w:r>
        <w:rPr>
          <w:rFonts w:ascii="Gentium Plus" w:hAnsi="Gentium Plus"/>
          <w:sz w:val="24"/>
        </w:rPr>
        <w:t>Τίνας γάρ, ἀλλ’ ἢ τοὺς ἀρίστους, Ἀγαμέμνονά τε καὶ Ἀχιλλέα καὶ Ὀδυσσέα, καὶ ὅστις ἄλλος συνετέλει αὐτῷ</w:t>
      </w:r>
    </w:p>
    <w:p>
      <w:r>
        <w:rPr>
          <w:rFonts w:ascii="Courier New" w:hAnsi="Courier New"/>
          <w:color w:val="555555"/>
          <w:sz w:val="20"/>
        </w:rPr>
        <w:t>[35 . 1 c]</w:t>
      </w:r>
    </w:p>
    <w:p>
      <w:r>
        <w:rPr>
          <w:rFonts w:ascii="Gentium Plus" w:hAnsi="Gentium Plus"/>
          <w:sz w:val="24"/>
        </w:rPr>
        <w:t>εἰς ἐπαίνου μοῖραν; τί δέ, εἰ μὴ τῷ Διὶ εἴκαζεν αὐ‐ τούς, ἀλλ’ ἢ Μαχάωνι τῷ ἰατρῷ, ἢ Κάλχαντι τῷ μαν‐ τικῷ, ἢ Νέστορι τῷ ἱππικῷ, ἢ Μενεσθεῖ τῷ τακτικῷ, ἢ Ἐπειῷ τῷ τέκτονι, ἢ Νιρεῖ τῷ καλῷ; ἆρ’ οὐκ ἂν</w:t>
      </w:r>
    </w:p>
    <w:p>
      <w:r>
        <w:rPr>
          <w:rFonts w:ascii="Courier New" w:hAnsi="Courier New"/>
          <w:color w:val="555555"/>
          <w:sz w:val="20"/>
        </w:rPr>
        <w:t>[5]</w:t>
      </w:r>
    </w:p>
    <w:p>
      <w:r>
        <w:rPr>
          <w:rFonts w:ascii="Gentium Plus" w:hAnsi="Gentium Plus"/>
          <w:sz w:val="24"/>
        </w:rPr>
        <w:t>εἶχες ἀποκρίνασθαί μοι τῆς εἰκόνος τὴν αἰτίαν; ἢ ἐκεῖ μὲν γνωρίζεις τὴν ὁμοιότητα, ἐνταῦθα δὲ, ὅτι μὲν ὅμοιοι τῷ Διὶ, οἶσθα, καὶ ἐπαινεῖς τὸν εἰκάσαντα τῆς</w:t>
      </w:r>
    </w:p>
    <w:p>
      <w:r>
        <w:rPr>
          <w:rFonts w:ascii="Courier New" w:hAnsi="Courier New"/>
          <w:color w:val="555555"/>
          <w:sz w:val="20"/>
        </w:rPr>
        <w:t>[35 . 1 d]</w:t>
      </w:r>
    </w:p>
    <w:p>
      <w:r>
        <w:rPr>
          <w:rFonts w:ascii="Gentium Plus" w:hAnsi="Gentium Plus"/>
          <w:sz w:val="24"/>
        </w:rPr>
        <w:t>γνωρίσεως, τὸ δὲ γνώρισμα αὐτὸ ἀγνοεῖς; Φέρε οὖν, ἐγώ σοι ὑπὲρ τοῦ Ὁμήρου διηγήσομαι, ὡς 〈δεῖ· οὑ〉‐</w:t>
      </w:r>
    </w:p>
    <w:p>
      <w:r>
        <w:rPr>
          <w:rFonts w:ascii="Courier New" w:hAnsi="Courier New"/>
          <w:color w:val="555555"/>
          <w:sz w:val="20"/>
        </w:rPr>
        <w:t>[35 . 1 e]</w:t>
      </w:r>
    </w:p>
    <w:p>
      <w:r>
        <w:rPr>
          <w:rFonts w:ascii="Gentium Plus" w:hAnsi="Gentium Plus"/>
          <w:sz w:val="24"/>
        </w:rPr>
        <w:t>Πατέρα γάρ που θεῶν καὶ ἀνθρώπων εἶναι λέγει τὸν Δία, οὔτι που διότι ὑπεκδὺς τοῦ οὐρανοῦ, νῦν μὲν ὄρνιθι εἰκασθείς, νῦν δὲ χρυσῷ, καὶ ἄλλοτε ἄλλῳ, γυναιξὶ θνηταῖς ἐπλησίαζεν,</w:t>
      </w:r>
    </w:p>
    <w:p>
      <w:r>
        <w:rPr>
          <w:rFonts w:ascii="Courier New" w:hAnsi="Courier New"/>
          <w:color w:val="555555"/>
          <w:sz w:val="20"/>
        </w:rPr>
        <w:t>[5]</w:t>
      </w:r>
    </w:p>
    <w:p>
      <w:r>
        <w:rPr>
          <w:rFonts w:ascii="Gentium Plus" w:hAnsi="Gentium Plus"/>
          <w:sz w:val="24"/>
        </w:rPr>
        <w:t>σπερμαίνων τὰ πρῶτα γένος κυδρῶν βασιλήων· οὕτω γὰρ ἂν εἴη ὁ Ζεὺς ὀλιγοτεκνότατος· ἀλλὰ τὴν αἰτίαν ἀναθεὶς αὐτῷ τοῦ εἶναι τὰ γένη ταῦτα, καὶ σώζεσθαι, προσειπεῖν πατέρα, τῶν ἐν φιλίᾳ ὀνομάτων τὸ πρεσβύτατον.</w:t>
      </w:r>
    </w:p>
    <w:p>
      <w:r>
        <w:rPr>
          <w:rFonts w:ascii="Courier New" w:hAnsi="Courier New"/>
          <w:color w:val="555555"/>
          <w:sz w:val="20"/>
        </w:rPr>
        <w:t>[35 . 2 a/b]</w:t>
      </w:r>
    </w:p>
    <w:p>
      <w:r>
        <w:rPr>
          <w:rFonts w:ascii="Gentium Plus" w:hAnsi="Gentium Plus"/>
          <w:sz w:val="24"/>
        </w:rPr>
        <w:t>Εἶεν· οὕτω σοι τὰ τοῦ Διὸς ἔχει. Τὰ δὲ τῶν ὁμοίων τῷ Διὶ ἆρ’ ἡγεῖ ἄλλῃ πη ἔχει; ἢ οὐχ ὁρᾷς, ὡς οὐδὲ τὸν Σαλμωνέα εἴκασαν οἱ ποιηταὶ αὐτῷ, καίτοι κερανοὺς ἀφιέντα, ὡς ᾤετο, καὶ μιμούμενον</w:t>
      </w:r>
    </w:p>
    <w:p>
      <w:r>
        <w:rPr>
          <w:rFonts w:ascii="Courier New" w:hAnsi="Courier New"/>
          <w:color w:val="555555"/>
          <w:sz w:val="20"/>
        </w:rPr>
        <w:t>[35 . 2 c]</w:t>
      </w:r>
    </w:p>
    <w:p>
      <w:r>
        <w:rPr>
          <w:rFonts w:ascii="Gentium Plus" w:hAnsi="Gentium Plus"/>
          <w:sz w:val="24"/>
        </w:rPr>
        <w:t>τὸν βροντῶν κτύπον καὶ τὸ ἀστραπῆς φῶς; ἀλλὰ ταῦτά</w:t>
      </w:r>
    </w:p>
    <w:p>
      <w:r>
        <w:rPr>
          <w:rFonts w:ascii="Courier New" w:hAnsi="Courier New"/>
          <w:color w:val="555555"/>
          <w:sz w:val="20"/>
        </w:rPr>
        <w:t>[35 . 2 d]</w:t>
      </w:r>
    </w:p>
    <w:p>
      <w:r>
        <w:rPr>
          <w:rFonts w:ascii="Gentium Plus" w:hAnsi="Gentium Plus"/>
          <w:sz w:val="24"/>
        </w:rPr>
        <w:t>τὸν Νέστορα. Πῶς οὖν γένοιντ’ ἂν ὅμοιοι ἄνθρωποι</w:t>
      </w:r>
    </w:p>
    <w:p>
      <w:r>
        <w:rPr>
          <w:rFonts w:ascii="Courier New" w:hAnsi="Courier New"/>
          <w:color w:val="555555"/>
          <w:sz w:val="20"/>
        </w:rPr>
        <w:t>[35 . 2 e]</w:t>
      </w:r>
    </w:p>
    <w:p>
      <w:r>
        <w:rPr>
          <w:rFonts w:ascii="Gentium Plus" w:hAnsi="Gentium Plus"/>
          <w:sz w:val="24"/>
        </w:rPr>
        <w:t>Διί; Μιμούμενοι αὐτοῦ τὸ σωστικὸν καὶ φιλητικὸν καὶ πατρικὸν δὴ τοῦτο. Αὕτη θνητὴ πρὸς θείαν ἀρετὴν ὁμοιότης, ἣ παρὰ μὲν θεοῖς καλεῖται θέμις, καὶ δίκη, καὶ ἄλλ’ ἄττα μυστικὰ καὶ θεοπρεπῆ ὀνόματα· παρὰ</w:t>
      </w:r>
    </w:p>
    <w:p>
      <w:r>
        <w:rPr>
          <w:rFonts w:ascii="Courier New" w:hAnsi="Courier New"/>
          <w:color w:val="555555"/>
          <w:sz w:val="20"/>
        </w:rPr>
        <w:t>[5]</w:t>
      </w:r>
    </w:p>
    <w:p>
      <w:r>
        <w:rPr>
          <w:rFonts w:ascii="Gentium Plus" w:hAnsi="Gentium Plus"/>
          <w:sz w:val="24"/>
        </w:rPr>
        <w:t>δὲ ἀνθρώποις φιλία, καὶ χάρις, καὶ ἀλλ’ ἄττα προσηνῆ</w:t>
      </w:r>
    </w:p>
    <w:p>
      <w:r>
        <w:rPr>
          <w:rFonts w:ascii="Courier New" w:hAnsi="Courier New"/>
          <w:color w:val="555555"/>
          <w:sz w:val="20"/>
        </w:rPr>
        <w:t>[35 . 2 f]</w:t>
      </w:r>
    </w:p>
    <w:p>
      <w:r>
        <w:rPr>
          <w:rFonts w:ascii="Gentium Plus" w:hAnsi="Gentium Plus"/>
          <w:sz w:val="24"/>
        </w:rPr>
        <w:t>καὶ ἀνθρωπικὰ ὀνόματα. Ἐνδεέστερον δὲ δὴ τὸ ἀν‐ θρώπειον τῆς θείας ἀρετῆς, τά τε ἄλλα, καὶ κατὰ φιλίας ἔκτασιν· οὐ γὰρ ἐξικνεῖται ἡ θνητὴ φύσις ἐπὶ τὸ ὅμοιον πᾶν, ἀλλ’ ὥσπερ αἱ τῶν βοσκημάτων ἀγέλαι,</w:t>
      </w:r>
    </w:p>
    <w:p>
      <w:r>
        <w:rPr>
          <w:rFonts w:ascii="Courier New" w:hAnsi="Courier New"/>
          <w:color w:val="555555"/>
          <w:sz w:val="20"/>
        </w:rPr>
        <w:t>[5]</w:t>
      </w:r>
    </w:p>
    <w:p>
      <w:r>
        <w:rPr>
          <w:rFonts w:ascii="Gentium Plus" w:hAnsi="Gentium Plus"/>
          <w:sz w:val="24"/>
        </w:rPr>
        <w:t>οἰκειοῦται τῷ ξυννόμῳ μόνον· ἀγαπητὸν δὲ εἰ καὶ τούτῳ</w:t>
      </w:r>
    </w:p>
    <w:p>
      <w:r>
        <w:rPr>
          <w:rFonts w:ascii="Courier New" w:hAnsi="Courier New"/>
          <w:color w:val="555555"/>
          <w:sz w:val="20"/>
        </w:rPr>
        <w:t>[35 . 2 g]</w:t>
      </w:r>
    </w:p>
    <w:p>
      <w:r>
        <w:rPr>
          <w:rFonts w:ascii="Gentium Plus" w:hAnsi="Gentium Plus"/>
          <w:sz w:val="24"/>
        </w:rPr>
        <w:t>παντί. Νῦν δὲ ἴδοις ἂν ἐν ἀγέλῃ μιᾷ, ὑπὸ ποιμένι ἑνί, στάσεις πολλὰς καὶ διαφωνίας κυριττόντων ἀλλή‐ λους καὶ διαδακνόντων, μόγις ὄντά που ζώπυρα εἰς</w:t>
      </w:r>
    </w:p>
    <w:p>
      <w:r>
        <w:rPr>
          <w:rFonts w:ascii="Courier New" w:hAnsi="Courier New"/>
          <w:color w:val="555555"/>
          <w:sz w:val="20"/>
        </w:rPr>
        <w:t>[35 . 2 h]</w:t>
      </w:r>
    </w:p>
    <w:p>
      <w:r>
        <w:rPr>
          <w:rFonts w:ascii="Gentium Plus" w:hAnsi="Gentium Plus"/>
          <w:sz w:val="24"/>
        </w:rPr>
        <w:t>βραχὺν ἀριθμὸν φιλίας σαφοῦς ξυνεληλαμένα. Σιτία μὲν καὶ ποτὰ καὶ ἀμπεχόνας, καὶ ὅση ἄλλη χρεία σω‐ μάτων, πορίζονται οἱ ἄνθρωποι ἀμοιβῇ καὶ ἀντιδόσει ἐκ χαλκοῦ καὶ σιδήρου, καὶ τὰ σεμνὰ δὴ ταῦτα, χρυ‐</w:t>
      </w:r>
    </w:p>
    <w:p>
      <w:r>
        <w:rPr>
          <w:rFonts w:ascii="Courier New" w:hAnsi="Courier New"/>
          <w:color w:val="555555"/>
          <w:sz w:val="20"/>
        </w:rPr>
        <w:t>[35 . 2 i]</w:t>
      </w:r>
    </w:p>
    <w:p>
      <w:r>
        <w:rPr>
          <w:rFonts w:ascii="Gentium Plus" w:hAnsi="Gentium Plus"/>
          <w:sz w:val="24"/>
        </w:rPr>
        <w:t>σοῦ καὶ ἀργύρου· ἐξὸν χαίρειν τῇ τῶν μετάλλων φρά‐ σαντας τέχνῃ, λαμβάνειν παρ’ ἀλλήλων ταῦτα ἀπονητί, μετρουμένους μέτρῳ τῷ πάντων ἰσαιτάτῳ, τὸν μὲν ἐν‐ δεᾶ τὴν χρείαν λαβόντα παρὰ τοῦ ἔχοντος, τὸν δὲ ἐν</w:t>
      </w:r>
    </w:p>
    <w:p>
      <w:r>
        <w:rPr>
          <w:rFonts w:ascii="Courier New" w:hAnsi="Courier New"/>
          <w:color w:val="555555"/>
          <w:sz w:val="20"/>
        </w:rPr>
        <w:t>[5]</w:t>
      </w:r>
    </w:p>
    <w:p>
      <w:r>
        <w:rPr>
          <w:rFonts w:ascii="Gentium Plus" w:hAnsi="Gentium Plus"/>
          <w:sz w:val="24"/>
        </w:rPr>
        <w:t>περιουσίᾳ ἀφεῖναι, κτησάμενον παρὰ τοῦ λαβόντος, ὧν ἡ ἀντίδοσις οὐχ ἕξει αἰτίαν.</w:t>
      </w:r>
    </w:p>
    <w:p>
      <w:r>
        <w:rPr>
          <w:rFonts w:ascii="Courier New" w:hAnsi="Courier New"/>
          <w:color w:val="555555"/>
          <w:sz w:val="20"/>
        </w:rPr>
        <w:t>[35 . 3 a]</w:t>
      </w:r>
    </w:p>
    <w:p>
      <w:r>
        <w:rPr>
          <w:rFonts w:ascii="Gentium Plus" w:hAnsi="Gentium Plus"/>
          <w:sz w:val="24"/>
        </w:rPr>
        <w:t>Τῷ μὲν Λυκίῳ Γλαύκῳ χρυσὸν δόντι καὶ λαβόντι χαλκόν, καὶ ἑκατόμβοι’ ἐννεαβοίων ἀλλαξαμένῳ ὀνειδίζει Ὅμηρος· εἰ δὲ παρωσάμενοι τὴν</w:t>
      </w:r>
    </w:p>
    <w:p>
      <w:r>
        <w:rPr>
          <w:rFonts w:ascii="Courier New" w:hAnsi="Courier New"/>
          <w:color w:val="555555"/>
          <w:sz w:val="20"/>
        </w:rPr>
        <w:t>[5]</w:t>
      </w:r>
    </w:p>
    <w:p>
      <w:r>
        <w:rPr>
          <w:rFonts w:ascii="Gentium Plus" w:hAnsi="Gentium Plus"/>
          <w:sz w:val="24"/>
        </w:rPr>
        <w:t>τούτων ἀξίαν τῇ γνώμῃ τὰς ἀντιδόσεις διεμετροῦντο,</w:t>
      </w:r>
    </w:p>
    <w:p>
      <w:r>
        <w:rPr>
          <w:rFonts w:ascii="Courier New" w:hAnsi="Courier New"/>
          <w:color w:val="555555"/>
          <w:sz w:val="20"/>
        </w:rPr>
        <w:t>[35 . 3 b]</w:t>
      </w:r>
    </w:p>
    <w:p>
      <w:r>
        <w:rPr>
          <w:rFonts w:ascii="Gentium Plus" w:hAnsi="Gentium Plus"/>
          <w:sz w:val="24"/>
        </w:rPr>
        <w:t>ἦν ἂν δήπου τὸ χρῆμα ἰσόρροπον. Νῦν δὲ καπηλείας πάντα μεστά, καὶ ἐμπορίας, καὶ συμβολαίων πικρῶν, ἀγοραίων τὲ καὶ θαλαττίων καὶ ἠπειρωτικῶν, ξενικῶν τε καὶ ἀστικῶν, καὶ ἐπιχωρίων καὶ διαποντίων, ἄνω</w:t>
      </w:r>
    </w:p>
    <w:p>
      <w:r>
        <w:rPr>
          <w:rFonts w:ascii="Courier New" w:hAnsi="Courier New"/>
          <w:color w:val="555555"/>
          <w:sz w:val="20"/>
        </w:rPr>
        <w:t>[5]</w:t>
      </w:r>
    </w:p>
    <w:p>
      <w:r>
        <w:rPr>
          <w:rFonts w:ascii="Gentium Plus" w:hAnsi="Gentium Plus"/>
          <w:sz w:val="24"/>
        </w:rPr>
        <w:t>καὶ κάτω στρεφομένης τῆς γῆς καὶ τῆς θαλάττης, τὰ ἀθήρατα ἐκθηρωμένων, καὶ τὰ ἀφανῆ μεταλλευόντων, καὶ τὰ πόρρω διωκόντων, καὶ τὰ σπάνια ποριζομένων, καὶ θησαυροὺς κατορυττόντων, καὶ κατώρυχας ἐμπιμ‐</w:t>
      </w:r>
    </w:p>
    <w:p>
      <w:r>
        <w:rPr>
          <w:rFonts w:ascii="Courier New" w:hAnsi="Courier New"/>
          <w:color w:val="555555"/>
          <w:sz w:val="20"/>
        </w:rPr>
        <w:t>[35 . 3 c]</w:t>
      </w:r>
    </w:p>
    <w:p>
      <w:r>
        <w:rPr>
          <w:rFonts w:ascii="Gentium Plus" w:hAnsi="Gentium Plus"/>
          <w:sz w:val="24"/>
        </w:rPr>
        <w:t>πλάντων, καὶ ταμεῖα σωρευόντων. Τὸ δὲ τούτων αἴ‐</w:t>
      </w:r>
    </w:p>
    <w:p>
      <w:r>
        <w:rPr>
          <w:rFonts w:ascii="Courier New" w:hAnsi="Courier New"/>
          <w:color w:val="555555"/>
          <w:sz w:val="20"/>
        </w:rPr>
        <w:t>[5]</w:t>
      </w:r>
    </w:p>
    <w:p>
      <w:r>
        <w:rPr>
          <w:rFonts w:ascii="Gentium Plus" w:hAnsi="Gentium Plus"/>
          <w:sz w:val="24"/>
        </w:rPr>
        <w:t>τιζόμενον, μόγις που σώζει ἀμαυρὰ ἴχνη καὶ ἀσθενῆ· καὶ τὸ κοινότατον καὶ ἀταμίευτον καὶ ἀφθονώτατον, διὰ τὴν τῶν χρωμένων σπάνιν, εἴ που καὶ γένοιτο τῆς Ἑλλάδος ἢ τῆς βαρβάρου γῆς, ᾄδεται τοῦτο, καὶ μύ‐ θου σχῆμα ἔχει, καὶ ἀπιστεῖται αὐτοῦ ἡ ἀκρίβεια. Καὶ</w:t>
      </w:r>
    </w:p>
    <w:p>
      <w:r>
        <w:rPr>
          <w:rFonts w:ascii="Courier New" w:hAnsi="Courier New"/>
          <w:color w:val="555555"/>
          <w:sz w:val="20"/>
        </w:rPr>
        <w:t>[10]</w:t>
      </w:r>
    </w:p>
    <w:p>
      <w:r>
        <w:rPr>
          <w:rFonts w:ascii="Gentium Plus" w:hAnsi="Gentium Plus"/>
          <w:sz w:val="24"/>
        </w:rPr>
        <w:t>μάλα εἰκότως.</w:t>
      </w:r>
    </w:p>
    <w:p>
      <w:r>
        <w:rPr>
          <w:rFonts w:ascii="Courier New" w:hAnsi="Courier New"/>
          <w:color w:val="555555"/>
          <w:sz w:val="20"/>
        </w:rPr>
        <w:t>[35 . 4 a]</w:t>
      </w:r>
    </w:p>
    <w:p>
      <w:r>
        <w:rPr>
          <w:rFonts w:ascii="Gentium Plus" w:hAnsi="Gentium Plus"/>
          <w:sz w:val="24"/>
        </w:rPr>
        <w:t>Ἦλθεν ἐπὶ τὴν Ἀσίαν Ἑλληνικὸς στόλος νεῶν χι‐ λίων, πλῆθος ἀνδρῶν τὸ καλλιστεῦον τῆς Ἑλλάδος, ὁμόσκηνον καὶ ὁμοδίαιτον, δεκαετεῖ χρόνῳ ἀντικαθη‐</w:t>
      </w:r>
    </w:p>
    <w:p>
      <w:r>
        <w:rPr>
          <w:rFonts w:ascii="Courier New" w:hAnsi="Courier New"/>
          <w:color w:val="555555"/>
          <w:sz w:val="20"/>
        </w:rPr>
        <w:t>[35 . 4 b]</w:t>
      </w:r>
    </w:p>
    <w:p>
      <w:r>
        <w:rPr>
          <w:rFonts w:ascii="Gentium Plus" w:hAnsi="Gentium Plus"/>
          <w:sz w:val="24"/>
        </w:rPr>
        <w:t>μένων αὐτοῖς ἐχθρῶν βαρβάρων. Ἡ δὲ φήμη τῶν ἔργων τούτων ἐμπεσοῦσα εἰς τὴν Ὁμήρου ᾠδήν, οὐκ ἔσχεν ἡμῖν ἑταιρείαν εἰπεῖν ἀκριβῆ ἐν τοσούτῳ στόλῳ καὶ χρόνῳ, πλὴν μιᾶς, Θετταλικοῦ μειρακίου</w:t>
      </w:r>
    </w:p>
    <w:p>
      <w:r>
        <w:rPr>
          <w:rFonts w:ascii="Courier New" w:hAnsi="Courier New"/>
          <w:color w:val="555555"/>
          <w:sz w:val="20"/>
        </w:rPr>
        <w:t>[5]</w:t>
      </w:r>
    </w:p>
    <w:p>
      <w:r>
        <w:rPr>
          <w:rFonts w:ascii="Gentium Plus" w:hAnsi="Gentium Plus"/>
          <w:sz w:val="24"/>
        </w:rPr>
        <w:t>πρὸς Λοκρὸν ἄνδρα· ἧς οὐδὲν Ὅμηρος διηγήσατο οὔτε πρὸς ἡδονὴν τερπνότερον, οὔτε πρὸς ἀρετὴν ἀγωγό‐</w:t>
      </w:r>
    </w:p>
    <w:p>
      <w:r>
        <w:rPr>
          <w:rFonts w:ascii="Courier New" w:hAnsi="Courier New"/>
          <w:color w:val="555555"/>
          <w:sz w:val="20"/>
        </w:rPr>
        <w:t>[35 . 4 c]</w:t>
      </w:r>
    </w:p>
    <w:p>
      <w:r>
        <w:rPr>
          <w:rFonts w:ascii="Gentium Plus" w:hAnsi="Gentium Plus"/>
          <w:sz w:val="24"/>
        </w:rPr>
        <w:t>τερον, οὔτε πρὸς μνήμην ἐπικυδέστερον. Τὰ δὲ ἄλλα τοῦ Ὁμήρου εἰ σκοποίης, πόλεμοι πάντα, καὶ θυμοί,</w:t>
      </w:r>
    </w:p>
    <w:p>
      <w:r>
        <w:rPr>
          <w:rFonts w:ascii="Courier New" w:hAnsi="Courier New"/>
          <w:color w:val="555555"/>
          <w:sz w:val="20"/>
        </w:rPr>
        <w:t>[35 . 4 d]</w:t>
      </w:r>
    </w:p>
    <w:p>
      <w:r>
        <w:rPr>
          <w:rFonts w:ascii="Gentium Plus" w:hAnsi="Gentium Plus"/>
          <w:sz w:val="24"/>
        </w:rPr>
        <w:t>καὶ στόνοι, καὶ θάνατοι καὶ φθοραί, καὶ ὄλεθροι. Ἄι‐ δεταί που καὶ διήγημα Ἀττικὸν ὑπὸ φιλίας σεμνυνό‐ μενον ἐν πολλοῖς τοῖς Ἀθηναίων λόγοις· ἓν τοῦτο ἄξιον τῆς Ἀθηνᾶς, ἄξιον τοῦ Θησέως, φιλία καλὴ καὶ</w:t>
      </w:r>
    </w:p>
    <w:p>
      <w:r>
        <w:rPr>
          <w:rFonts w:ascii="Courier New" w:hAnsi="Courier New"/>
          <w:color w:val="555555"/>
          <w:sz w:val="20"/>
        </w:rPr>
        <w:t>[5]</w:t>
      </w:r>
    </w:p>
    <w:p>
      <w:r>
        <w:rPr>
          <w:rFonts w:ascii="Gentium Plus" w:hAnsi="Gentium Plus"/>
          <w:sz w:val="24"/>
        </w:rPr>
        <w:t>δικαία ἀγαθῶν ἀνδρῶν, ἣ παρέδωκεν ἀμφοτέροις ἐπὶ τυράννῳ κοινὸν ξίφος, καὶ σύνθημα κοινόν, καὶ κοι‐</w:t>
      </w:r>
    </w:p>
    <w:p>
      <w:r>
        <w:rPr>
          <w:rFonts w:ascii="Courier New" w:hAnsi="Courier New"/>
          <w:color w:val="555555"/>
          <w:sz w:val="20"/>
        </w:rPr>
        <w:t>[35 . 4 e]</w:t>
      </w:r>
    </w:p>
    <w:p>
      <w:r>
        <w:rPr>
          <w:rFonts w:ascii="Gentium Plus" w:hAnsi="Gentium Plus"/>
          <w:sz w:val="24"/>
        </w:rPr>
        <w:t>νὸν θάνατον· μεθ’ ἣν οὐκέτι ὄ〈ναρ μετέχει〉 φιλίας Ἀττικήν, ἀλλὰ πάντα ὕπουλα, καὶ σαθρά, καὶ ἄπιστα, καὶ διαβεβρωμένα, μεστὰ φθόνου, καὶ ὀργῆς, καὶ ἀπει‐ ροκαλίας, καὶ φιλοχρηματίας, καὶ φιλοδοξίας.</w:t>
      </w:r>
    </w:p>
    <w:p>
      <w:r>
        <w:rPr>
          <w:rFonts w:ascii="Courier New" w:hAnsi="Courier New"/>
          <w:color w:val="555555"/>
          <w:sz w:val="20"/>
        </w:rPr>
        <w:t>[35 . 5 a]</w:t>
      </w:r>
    </w:p>
    <w:p>
      <w:r>
        <w:rPr>
          <w:rFonts w:ascii="Gentium Plus" w:hAnsi="Gentium Plus"/>
          <w:sz w:val="24"/>
        </w:rPr>
        <w:t>Κἂν τὴν λοιπὴν Ἑλλάδα ἐπίῃς, ἀφθονίαν ὄψει σκυθρωπῶν διηγημάτων, ἄνδρα ἀνδρὶ συμπεπτωκότα,</w:t>
      </w:r>
    </w:p>
    <w:p>
      <w:r>
        <w:rPr>
          <w:rFonts w:ascii="Courier New" w:hAnsi="Courier New"/>
          <w:color w:val="555555"/>
          <w:sz w:val="20"/>
        </w:rPr>
        <w:t>[35 . 5 b]</w:t>
      </w:r>
    </w:p>
    <w:p>
      <w:r>
        <w:rPr>
          <w:rFonts w:ascii="Gentium Plus" w:hAnsi="Gentium Plus"/>
          <w:sz w:val="24"/>
        </w:rPr>
        <w:t>καὶ πόλιν πόλει, καὶ γένος γένει· οὐ τὸ Δωρικὸν τῷ Ἰωνικῷ μόνον, οὐδὲ τὸ Βοιώτιον τῷ Ἀττικῷ, ἀλλὰ καὶ Ἴωνας Ἴωσιν, καὶ Δωριέας Δωριεῦσιν, καὶ Βοιω‐ τοὺς Βοιωτοῖς συμπίπτοντας, καὶ Ἀθηναίους Ἀθηναίοις,</w:t>
      </w:r>
    </w:p>
    <w:p>
      <w:r>
        <w:rPr>
          <w:rFonts w:ascii="Courier New" w:hAnsi="Courier New"/>
          <w:color w:val="555555"/>
          <w:sz w:val="20"/>
        </w:rPr>
        <w:t>[5]</w:t>
      </w:r>
    </w:p>
    <w:p>
      <w:r>
        <w:rPr>
          <w:rFonts w:ascii="Gentium Plus" w:hAnsi="Gentium Plus"/>
          <w:sz w:val="24"/>
        </w:rPr>
        <w:t>καὶ Θηβαίους Θηβαίοις, καὶ Κορινθίους Κορινθίοις, συγγενεῖς καὶ συνεστίους πολεμίους, πάντας πᾶσιν ἐπι‐ τιθεμένους, τοὺς ὑπὸ τὸν αὐτὸν ἥλιον καὶ τὸν αὐτὸν αἰθέρα καὶ τὸν αὐτὸν νόμον, καὶ τὴν αὐτὴν φωνὴν</w:t>
      </w:r>
    </w:p>
    <w:p>
      <w:r>
        <w:rPr>
          <w:rFonts w:ascii="Courier New" w:hAnsi="Courier New"/>
          <w:color w:val="555555"/>
          <w:sz w:val="20"/>
        </w:rPr>
        <w:t>[10]</w:t>
      </w:r>
    </w:p>
    <w:p>
      <w:r>
        <w:rPr>
          <w:rFonts w:ascii="Gentium Plus" w:hAnsi="Gentium Plus"/>
          <w:sz w:val="24"/>
        </w:rPr>
        <w:t>τοὺς αὐτοὺς σιτουμένους, καὶ μυστήρια τὰ αὐτὰ τελου‐</w:t>
      </w:r>
    </w:p>
    <w:p>
      <w:r>
        <w:rPr>
          <w:rFonts w:ascii="Courier New" w:hAnsi="Courier New"/>
          <w:color w:val="555555"/>
          <w:sz w:val="20"/>
        </w:rPr>
        <w:t>[35 . 5 c]</w:t>
      </w:r>
    </w:p>
    <w:p>
      <w:r>
        <w:rPr>
          <w:rFonts w:ascii="Gentium Plus" w:hAnsi="Gentium Plus"/>
          <w:sz w:val="24"/>
        </w:rPr>
        <w:t>μένους· οὓς περιβάλλει τεῖχος ἓν καὶ πόλις μία, πολε‐ μοῦντας σπενδομένους, ὀμνύντας ἐπιορκοῦντας, συν‐ τιθεμένους μετατιθεμένους, καὶ προφάσεις μικρὰς με‐</w:t>
      </w:r>
    </w:p>
    <w:p>
      <w:r>
        <w:rPr>
          <w:rFonts w:ascii="Courier New" w:hAnsi="Courier New"/>
          <w:color w:val="555555"/>
          <w:sz w:val="20"/>
        </w:rPr>
        <w:t>[35 . 5 d]</w:t>
      </w:r>
    </w:p>
    <w:p>
      <w:r>
        <w:rPr>
          <w:rFonts w:ascii="Gentium Plus" w:hAnsi="Gentium Plus"/>
          <w:sz w:val="24"/>
        </w:rPr>
        <w:t>γίστων κακῶν. Οἷς γὰρ ἂν τὸ φιλεῖν τῆς γνώμης ἐκπέσῃ, πάντα ἤδη ἀξιόχρεα κινεῖν ὀργὴν καὶ ταράτ‐ τειν· καθάπερ κοίλην ναῦν ἀφαιρεθεῖσαν τοῦ ἕρματος βραχεῖαι ῥοπαὶ σαλεύουσίν τε καὶ περιτρέπουσιν.</w:t>
      </w:r>
    </w:p>
    <w:p>
      <w:r>
        <w:rPr>
          <w:rFonts w:ascii="Courier New" w:hAnsi="Courier New"/>
          <w:color w:val="555555"/>
          <w:sz w:val="20"/>
        </w:rPr>
        <w:t>[35 . 6 a]</w:t>
      </w:r>
    </w:p>
    <w:p>
      <w:r>
        <w:rPr>
          <w:rFonts w:ascii="Gentium Plus" w:hAnsi="Gentium Plus"/>
          <w:sz w:val="24"/>
        </w:rPr>
        <w:t>Τίς ἂν οὖν παρασκευὴ γένοιτο ἀνδρὶ φιλίας ἐραστῇ πρὸς τὸ κτῆμα τοῦτο; Χαλεπὸν μὲν εἰπεῖν, ῥητέον δὲ ὅμως·</w:t>
      </w:r>
    </w:p>
    <w:p>
      <w:r>
        <w:rPr>
          <w:rFonts w:ascii="Courier New" w:hAnsi="Courier New"/>
          <w:color w:val="555555"/>
          <w:sz w:val="20"/>
        </w:rPr>
        <w:t>[35 . 6 b]</w:t>
      </w:r>
    </w:p>
    <w:p>
      <w:r>
        <w:rPr>
          <w:rFonts w:ascii="Gentium Plus" w:hAnsi="Gentium Plus"/>
          <w:sz w:val="24"/>
        </w:rPr>
        <w:t>ὡς οὐκ ἔστι λέουσι καὶ ἀνδράσιν ὅρκια πιστά, οὐδὲ λύκοι τὲ καὶ ἄρνες ὁμόφρονα θυμὸν ἔχουσιν· οὐκ ἔστιν οὐδὲ ἀνδρὶ πρὸς ἄνδρα φιλίας ὁλκή, μέχρις</w:t>
      </w:r>
    </w:p>
    <w:p>
      <w:r>
        <w:rPr>
          <w:rFonts w:ascii="Courier New" w:hAnsi="Courier New"/>
          <w:color w:val="555555"/>
          <w:sz w:val="20"/>
        </w:rPr>
        <w:t>[5]</w:t>
      </w:r>
    </w:p>
    <w:p>
      <w:r>
        <w:rPr>
          <w:rFonts w:ascii="Gentium Plus" w:hAnsi="Gentium Plus"/>
          <w:sz w:val="24"/>
        </w:rPr>
        <w:t>ἂν αὐτῷ οἱ ὀφθαλμοὶ φαντάζωνται χρυσὸν καὶ ἄργυ‐</w:t>
      </w:r>
    </w:p>
    <w:p>
      <w:r>
        <w:rPr>
          <w:rFonts w:ascii="Courier New" w:hAnsi="Courier New"/>
          <w:color w:val="555555"/>
          <w:sz w:val="20"/>
        </w:rPr>
        <w:t>[35 . 6 c]</w:t>
      </w:r>
    </w:p>
    <w:p>
      <w:r>
        <w:rPr>
          <w:rFonts w:ascii="Gentium Plus" w:hAnsi="Gentium Plus"/>
          <w:sz w:val="24"/>
        </w:rPr>
        <w:t>ρον. Κἂν τούτων ἀπαγάγῃς τὴν ὄψιν, οὐκ ἀπόχρη πρὸς φιλίαν ἡ καρυερία, ἀλλ’ ἐνοχλεῖ αὖθις ἢ παι‐ δίσκων ὥρα, ἢ γυναικὸς κάλλος· κἂν καταμύσῃ πρὸς</w:t>
      </w:r>
    </w:p>
    <w:p>
      <w:r>
        <w:rPr>
          <w:rFonts w:ascii="Courier New" w:hAnsi="Courier New"/>
          <w:color w:val="555555"/>
          <w:sz w:val="20"/>
        </w:rPr>
        <w:t>[5]</w:t>
      </w:r>
    </w:p>
    <w:p>
      <w:r>
        <w:rPr>
          <w:rFonts w:ascii="Gentium Plus" w:hAnsi="Gentium Plus"/>
          <w:sz w:val="24"/>
        </w:rPr>
        <w:t>εὐπρόσωπος ὁ τοῦ μεγαλήτορος Ἐρεχθέως δῆμος, καὶ τὰ ἐν ἐκκλησίαις κηρύγματα, καὶ ἡ ἀπ’ αὐτῶν δόξα, κοῦφον χρῆμα, καὶ πᾶσαν γῆν ὀξέως ὑπεριπτά‐</w:t>
      </w:r>
    </w:p>
    <w:p>
      <w:r>
        <w:rPr>
          <w:rFonts w:ascii="Courier New" w:hAnsi="Courier New"/>
          <w:color w:val="555555"/>
          <w:sz w:val="20"/>
        </w:rPr>
        <w:t>[35 . 6 d]</w:t>
      </w:r>
    </w:p>
    <w:p>
      <w:r>
        <w:rPr>
          <w:rFonts w:ascii="Gentium Plus" w:hAnsi="Gentium Plus"/>
          <w:sz w:val="24"/>
        </w:rPr>
        <w:t>μενον. Κἂν ὑπερίδῃς ταύτης, οὐχ ὑπερόψει δικαστη‐ ρίου· κἂν ὑπερίδῃς τούτου, οὐχ ὑπερόψει δεσμωτηρίου· κἂν ἐνέγκῃς δεσμά, οὐχ ὑπερόψει προσιόντος τοῦ θα‐</w:t>
      </w:r>
    </w:p>
    <w:p>
      <w:r>
        <w:rPr>
          <w:rFonts w:ascii="Courier New" w:hAnsi="Courier New"/>
          <w:color w:val="555555"/>
          <w:sz w:val="20"/>
        </w:rPr>
        <w:t>[35 . 6 e]</w:t>
      </w:r>
    </w:p>
    <w:p>
      <w:r>
        <w:rPr>
          <w:rFonts w:ascii="Gentium Plus" w:hAnsi="Gentium Plus"/>
          <w:sz w:val="24"/>
        </w:rPr>
        <w:t>νάτου. Πολλάς σε δεῖ ἡδονὰς παραδραμεῖν, καὶ πολ‐ λοῖς πόνοις ἀντιβλέψαι, ἵνα κτήσῃ κτῆμα ἡδοναῖς πάσαις ἰσοστάσιον, καὶ πόνοις πᾶσιν ἀντίρροπον, κτῆμα χρυσοῦ τιμιώτερον, κτῆμα ὥρας βεβαιότερον, κτῆμα</w:t>
      </w:r>
    </w:p>
    <w:p>
      <w:r>
        <w:rPr>
          <w:rFonts w:ascii="Courier New" w:hAnsi="Courier New"/>
          <w:color w:val="555555"/>
          <w:sz w:val="20"/>
        </w:rPr>
        <w:t>[5]</w:t>
      </w:r>
    </w:p>
    <w:p>
      <w:r>
        <w:rPr>
          <w:rFonts w:ascii="Gentium Plus" w:hAnsi="Gentium Plus"/>
          <w:sz w:val="24"/>
        </w:rPr>
        <w:t>δόξης ἀσφαλέστερον, κτῆμα τιμῆς ἀληθέστερον, κτῆμα αὐθαίρετον, αὐτεπάγγελτον, κτῆμα ἀδεκάστως ἐπαι‐ νούμενον, κτῆμα, κἂν λύπην, κἂν πρᾶξιν φέρῃ, εὐ‐ φραῖνον τὸν δρῶντα κατὰ τὴν μνήμην τῆς αἰτίας.</w:t>
      </w:r>
    </w:p>
    <w:p>
      <w:r>
        <w:rPr>
          <w:rFonts w:ascii="Courier New" w:hAnsi="Courier New"/>
          <w:color w:val="555555"/>
          <w:sz w:val="20"/>
        </w:rPr>
        <w:t>[35 . 7 a]</w:t>
      </w:r>
    </w:p>
    <w:p>
      <w:r>
        <w:rPr>
          <w:rFonts w:ascii="Gentium Plus" w:hAnsi="Gentium Plus"/>
          <w:sz w:val="24"/>
        </w:rPr>
        <w:t>Σπάνιον δὲ τὸ κτῆμα τοῦτο· τὸ δὲ εἴδωλον αὐτοῦ πρόχειρον καὶ παντοδαπόν, κολάκων ἐσμοὶ καὶ θίασοι, σεσηρότων καὶ σαινόντων, καὶ ἐπ’ ἄκρᾳ τῇ γλώττῃ τὸ φιλεῖν ἔχουσιν·</w:t>
      </w:r>
    </w:p>
    <w:p>
      <w:r>
        <w:rPr>
          <w:rFonts w:ascii="Courier New" w:hAnsi="Courier New"/>
          <w:color w:val="555555"/>
          <w:sz w:val="20"/>
        </w:rPr>
        <w:t>[5]</w:t>
      </w:r>
    </w:p>
    <w:p>
      <w:r>
        <w:rPr>
          <w:rFonts w:ascii="Gentium Plus" w:hAnsi="Gentium Plus"/>
          <w:sz w:val="24"/>
        </w:rPr>
        <w:t>οὐχ ὑπ’ εὐνοίας ἀγομένων, ἀλλ’ ὑπὸ τῆς χρείας ἠναγ‐ κασμένων· καὶ μισθοφόρων, ἀλλὰ οὐ φίλων· καὶ οὐκ ἔστιν ἀπαλλαγὴ τοῦ κακοῦ, μέχρις ἂν ὠ〈φελοῦν〉 τὸ</w:t>
      </w:r>
    </w:p>
    <w:p>
      <w:r>
        <w:rPr>
          <w:rFonts w:ascii="Courier New" w:hAnsi="Courier New"/>
          <w:color w:val="555555"/>
          <w:sz w:val="20"/>
        </w:rPr>
        <w:t>[35 . 7 b]</w:t>
      </w:r>
    </w:p>
    <w:p>
      <w:r>
        <w:rPr>
          <w:rFonts w:ascii="Gentium Plus" w:hAnsi="Gentium Plus"/>
          <w:sz w:val="24"/>
        </w:rPr>
        <w:t>φιλεῖν νομίζωσιν· τὸ δὲ ἔστιν μέν, ἀλλ’ οὐχ ὁρῶσιν οἱ πολλοὶ τὴν ἀντίδοσιν, οὔτε ἰδίᾳ, οὔτε κατὰ πόλιν· ἦ γὰρ ἂν αὐτοὺς ἐξοπλίσαντες, καὶ χαίρειν φράσαντες στρατηγῶν τέχναις, καὶ ὁπλοποιῶν δημιουργίαις, καὶ</w:t>
      </w:r>
    </w:p>
    <w:p>
      <w:r>
        <w:rPr>
          <w:rFonts w:ascii="Courier New" w:hAnsi="Courier New"/>
          <w:color w:val="555555"/>
          <w:sz w:val="20"/>
        </w:rPr>
        <w:t>[5]</w:t>
      </w:r>
    </w:p>
    <w:p>
      <w:r>
        <w:rPr>
          <w:rFonts w:ascii="Gentium Plus" w:hAnsi="Gentium Plus"/>
          <w:sz w:val="24"/>
        </w:rPr>
        <w:t>μισθοφόρων ἀθροισμῷ, καὶ συνθημάτων παραδόσει, καὶ φρουρίων ἐπιτειχίσει καὶ στρατοπέδων, πάλιν ἐδέ‐ ξαντο ἂν τὰς σπονδὰς ἑκόντες παρ’ αὐτοῦ τοῦ Διός, οὐκ ἐν Ὀλυμπίᾳ, οὐδὲ ἀπὸ τοῦ Ἰσθμοῦ τὴν ἐκεχειρίαν κηρύττοντος, ἀλλ’ ἐξ οὐρανοῦ μέγα βοῶντος·</w:t>
      </w:r>
    </w:p>
    <w:p>
      <w:r>
        <w:rPr>
          <w:rFonts w:ascii="Courier New" w:hAnsi="Courier New"/>
          <w:color w:val="555555"/>
          <w:sz w:val="20"/>
        </w:rPr>
        <w:t>[35 . 7 c]</w:t>
      </w:r>
    </w:p>
    <w:p>
      <w:r>
        <w:rPr>
          <w:rFonts w:ascii="Gentium Plus" w:hAnsi="Gentium Plus"/>
          <w:sz w:val="24"/>
        </w:rPr>
        <w:t>σχέσθε, φίλοι, καὶ μ’ οἶον ἐάσατε, κηδόμενόν περ, σώζειν ὑμᾶς, καὶ μὴ περιορᾶν ὑπ’ ἀλλήλων κακουμένους.</w:t>
      </w:r>
    </w:p>
    <w:p>
      <w:r>
        <w:rPr>
          <w:rFonts w:ascii="Courier New" w:hAnsi="Courier New"/>
          <w:color w:val="555555"/>
          <w:sz w:val="20"/>
        </w:rPr>
        <w:t>[35 . 7 d]</w:t>
      </w:r>
    </w:p>
    <w:p>
      <w:r>
        <w:rPr>
          <w:rFonts w:ascii="Gentium Plus" w:hAnsi="Gentium Plus"/>
          <w:sz w:val="24"/>
        </w:rPr>
        <w:t>Νῦν δὲ ἐφημέρους σπονδὰς σπενδόμενοι, τριακοντού‐ τιδας, ἀνάπαυλαν κακῶν ἐπορίζοντο ἀμυδρὰν καὶ οὐ πάντῃ ἀσφαλῆ, μέχρις ἂν ἄλλη πρόφασις ἐπιπεσοῦσα</w:t>
      </w:r>
    </w:p>
    <w:p>
      <w:r>
        <w:rPr>
          <w:rFonts w:ascii="Courier New" w:hAnsi="Courier New"/>
          <w:color w:val="555555"/>
          <w:sz w:val="20"/>
        </w:rPr>
        <w:t>[35 . 7 e]</w:t>
      </w:r>
    </w:p>
    <w:p>
      <w:r>
        <w:rPr>
          <w:rFonts w:ascii="Gentium Plus" w:hAnsi="Gentium Plus"/>
          <w:sz w:val="24"/>
        </w:rPr>
        <w:t>πάντα ἄνω καὶ κάτω ἐπιταράξῃ αὖθις. Ἀλλὰ κἂν τὰ</w:t>
      </w:r>
    </w:p>
    <w:p>
      <w:r>
        <w:rPr>
          <w:rFonts w:ascii="Courier New" w:hAnsi="Courier New"/>
          <w:color w:val="555555"/>
          <w:sz w:val="20"/>
        </w:rPr>
        <w:t>[5]</w:t>
      </w:r>
    </w:p>
    <w:p>
      <w:r>
        <w:rPr>
          <w:rFonts w:ascii="Gentium Plus" w:hAnsi="Gentium Plus"/>
          <w:sz w:val="24"/>
        </w:rPr>
        <w:t>στρατόν, οὐδὲ ἱππικόν, ἀλλὰ γυμνὸς ὅπλων, ἀσίδηρος, ἄπυρος, λυμανεῖται τῇ ψυχῇ, καὶ πολιορκεῖ αὐτήν, ἐμπιμπλὰς φθόνου καὶ ὀργῆς καὶ θυμοῦ καὶ προπηλα‐ κισμοῦ καὶ ἄλλων μυρίων κακῶν.</w:t>
      </w:r>
    </w:p>
    <w:p>
      <w:r>
        <w:rPr>
          <w:rFonts w:ascii="Courier New" w:hAnsi="Courier New"/>
          <w:color w:val="555555"/>
          <w:sz w:val="20"/>
        </w:rPr>
        <w:t>[35 . 8 a]</w:t>
      </w:r>
    </w:p>
    <w:p>
      <w:r>
        <w:rPr>
          <w:rFonts w:ascii="Gentium Plus" w:hAnsi="Gentium Plus"/>
          <w:sz w:val="24"/>
        </w:rPr>
        <w:t>Ποῖ τὶς τράπηται; τίνα εὕρῃ ἐκεχειρίαν; ποίαν</w:t>
      </w:r>
    </w:p>
    <w:p>
      <w:r>
        <w:rPr>
          <w:rFonts w:ascii="Courier New" w:hAnsi="Courier New"/>
          <w:color w:val="555555"/>
          <w:sz w:val="20"/>
        </w:rPr>
        <w:t>[35 . 8 b]</w:t>
      </w:r>
    </w:p>
    <w:p>
      <w:r>
        <w:rPr>
          <w:rFonts w:ascii="Gentium Plus" w:hAnsi="Gentium Plus"/>
          <w:sz w:val="24"/>
        </w:rPr>
        <w:t>Ὀλυμπίαν; τίνα Νεμέαν; Καλὰ μὲν τὰ Ἀθήνησιν Διο‐ νύσια καὶ Παναθήναια, ἀλλὰ ἑορτάζουσιν μισοῦντες</w:t>
      </w:r>
    </w:p>
    <w:p>
      <w:r>
        <w:rPr>
          <w:rFonts w:ascii="Courier New" w:hAnsi="Courier New"/>
          <w:color w:val="555555"/>
          <w:sz w:val="20"/>
        </w:rPr>
        <w:t>[35 . 8 c]</w:t>
      </w:r>
    </w:p>
    <w:p>
      <w:r>
        <w:rPr>
          <w:rFonts w:ascii="Gentium Plus" w:hAnsi="Gentium Plus"/>
          <w:sz w:val="24"/>
        </w:rPr>
        <w:t>καὶ μισούμενοι· πόλεμόν μοι λέγεις, οὐχ ἑορτήν. Καλαὶ καὶ ἐν Λακεδαίμονι αἱ Γυμνοπαιδίαι, καὶ τὰ Ὑακίνθια, καὶ οἱ χοροί· ἀλλὰ Ἀγησίλαος Λυσάνδρῳ φθονεῖ, καὶ Ἀγησίπολις Ἄγιν μισεῖ, καὶ Κινάδων τοῖς βασιλεῦσιν</w:t>
      </w:r>
    </w:p>
    <w:p>
      <w:r>
        <w:rPr>
          <w:rFonts w:ascii="Courier New" w:hAnsi="Courier New"/>
          <w:color w:val="555555"/>
          <w:sz w:val="20"/>
        </w:rPr>
        <w:t>[5]</w:t>
      </w:r>
    </w:p>
    <w:p>
      <w:r>
        <w:rPr>
          <w:rFonts w:ascii="Gentium Plus" w:hAnsi="Gentium Plus"/>
          <w:sz w:val="24"/>
        </w:rPr>
        <w:t>ἐπιβουλεύει, καὶ Φάλανθος τοῖς ἐφόροις, καὶ Παρθε‐</w:t>
      </w:r>
    </w:p>
    <w:p>
      <w:r>
        <w:rPr>
          <w:rFonts w:ascii="Courier New" w:hAnsi="Courier New"/>
          <w:color w:val="555555"/>
          <w:sz w:val="20"/>
        </w:rPr>
        <w:t>[35 . 8 d]</w:t>
      </w:r>
    </w:p>
    <w:p>
      <w:r>
        <w:rPr>
          <w:rFonts w:ascii="Gentium Plus" w:hAnsi="Gentium Plus"/>
          <w:sz w:val="24"/>
        </w:rPr>
        <w:t>νίαι Σπαρτιάταις· οὐ πιστεύω τῇ ἑορτῇ, πρὶν τοὺς ἑορταστὰς ἴδω φίλους. Οὗτος ἀληθινῆς ἐκεχειρίας νό‐ μος καὶ τρόπος, ὑπὸ νομοθέτῃ τῷ θεῷ τεταγμένος, ὃν οὐκ ἔστιν μὴ κτησάμενον φιλίαν ἰδεῖν, οὐδ’ ἂν πολ‐</w:t>
      </w:r>
    </w:p>
    <w:p>
      <w:r>
        <w:rPr>
          <w:rFonts w:ascii="Courier New" w:hAnsi="Courier New"/>
          <w:color w:val="555555"/>
          <w:sz w:val="20"/>
        </w:rPr>
        <w:t>[5]</w:t>
      </w:r>
    </w:p>
    <w:p>
      <w:r>
        <w:rPr>
          <w:rFonts w:ascii="Gentium Plus" w:hAnsi="Gentium Plus"/>
          <w:sz w:val="24"/>
        </w:rPr>
        <w:t>λάκις τὶς σπείσηται, οὐδ’ ἂν πολλάκις ἀναγράψηται τὰ</w:t>
      </w:r>
    </w:p>
    <w:p>
      <w:r>
        <w:rPr>
          <w:rFonts w:ascii="Courier New" w:hAnsi="Courier New"/>
          <w:color w:val="555555"/>
          <w:sz w:val="20"/>
        </w:rPr>
        <w:t>[35 . 8 e]</w:t>
      </w:r>
    </w:p>
    <w:p>
      <w:r>
        <w:rPr>
          <w:rFonts w:ascii="Gentium Plus" w:hAnsi="Gentium Plus"/>
          <w:sz w:val="24"/>
        </w:rPr>
        <w:t>Ὀλυμπιάσιν, καὶ Ἰσθμοῖ, καὶ Νέμεα. Εἴσω δεῖ ἐπὶ</w:t>
      </w:r>
    </w:p>
    <w:p>
      <w:r>
        <w:rPr>
          <w:rFonts w:ascii="Courier New" w:hAnsi="Courier New"/>
          <w:color w:val="555555"/>
          <w:sz w:val="20"/>
        </w:rPr>
        <w:t>[5]</w:t>
      </w:r>
    </w:p>
    <w:p>
      <w:r>
        <w:rPr>
          <w:rFonts w:ascii="Gentium Plus" w:hAnsi="Gentium Plus"/>
          <w:sz w:val="24"/>
        </w:rPr>
        <w:t>Ποιναί, ταῦτα αἱ Ἐρινύες, τὰ δράματα, αἱ τραγῳδίαι. Διώκωμεν τὴν ἐκεχειρίαν, παρακαλῶμεν φιλοσοφίαν· ἡκέτω, σπενδέσθω, κηρυττέτω.</w:t>
      </w:r>
    </w:p>
    <w:p>
      <w:pPr>
        <w:jc w:val="center"/>
      </w:pPr>
      <w:r>
        <w:rPr>
          <w:rFonts w:ascii="Gentium Plus" w:hAnsi="Gentium Plus"/>
          <w:b/>
          <w:sz w:val="24"/>
        </w:rPr>
        <w:t>Εἰ προηγούμενος ὁ τοῦ κυνικοῦ βίος.</w:t>
      </w:r>
    </w:p>
    <w:p>
      <w:r>
        <w:rPr>
          <w:rFonts w:ascii="Courier New" w:hAnsi="Courier New"/>
          <w:color w:val="555555"/>
          <w:sz w:val="20"/>
        </w:rPr>
        <w:t>[1]</w:t>
      </w:r>
    </w:p>
    <w:p>
      <w:r>
        <w:rPr>
          <w:rFonts w:ascii="Gentium Plus" w:hAnsi="Gentium Plus"/>
          <w:sz w:val="24"/>
        </w:rPr>
        <w:t>Βούλομαί σοι κατὰ τὴν τοῦ Λυδοῦ σοφίαν ποιῆσαι μῦθον· διαλέξονται δέ μοι ἐν τῷ μύθῳ οὐχ ὁ λέων, οὐδὲ ὁ ἀετός, οὐδὲ τὰ τούτων ἔτι ἀφωνότερα, αἱ</w:t>
      </w:r>
    </w:p>
    <w:p>
      <w:r>
        <w:rPr>
          <w:rFonts w:ascii="Courier New" w:hAnsi="Courier New"/>
          <w:color w:val="555555"/>
          <w:sz w:val="20"/>
        </w:rPr>
        <w:t>[36 . 1 b]</w:t>
      </w:r>
    </w:p>
    <w:p>
      <w:r>
        <w:rPr>
          <w:rFonts w:ascii="Gentium Plus" w:hAnsi="Gentium Plus"/>
          <w:sz w:val="24"/>
        </w:rPr>
        <w:t>δρύες, ἀλλ’ ὡδί μοι λελέξεται· Ζεὺς ἦν καὶ οὐρανὸς καὶ γῆ· οὐρανῷ μὲν πολῖται θεοί· τὰ δὲ γῆς θρέμ‐</w:t>
      </w:r>
    </w:p>
    <w:p>
      <w:r>
        <w:rPr>
          <w:rFonts w:ascii="Courier New" w:hAnsi="Courier New"/>
          <w:color w:val="555555"/>
          <w:sz w:val="20"/>
        </w:rPr>
        <w:t>[36 . 1 c]</w:t>
      </w:r>
    </w:p>
    <w:p>
      <w:r>
        <w:rPr>
          <w:rFonts w:ascii="Gentium Plus" w:hAnsi="Gentium Plus"/>
          <w:sz w:val="24"/>
        </w:rPr>
        <w:t>ματα, οἱ ἄνθρωποι, οὔπω ποτὲ ἐν φωτὶ ἦσαν. Καλεῖ δὴ Ζεὺς Προμηθέα, καὶ αὐτῷ προστάττει κατανεῖμαι τῇ γῇ ἀποικίαν, ζῷον ἁπλοῦν, ‘κατὰ μὲν τὴν γνώμην ἐγγύτατα ἡμῖν τοῖς θεοῖς, τὸ δὲ σῶμα αὐτῶν ἔστω</w:t>
      </w:r>
    </w:p>
    <w:p>
      <w:r>
        <w:rPr>
          <w:rFonts w:ascii="Courier New" w:hAnsi="Courier New"/>
          <w:color w:val="555555"/>
          <w:sz w:val="20"/>
        </w:rPr>
        <w:t>[5]</w:t>
      </w:r>
    </w:p>
    <w:p>
      <w:r>
        <w:rPr>
          <w:rFonts w:ascii="Gentium Plus" w:hAnsi="Gentium Plus"/>
          <w:sz w:val="24"/>
        </w:rPr>
        <w:t>λεπτόν, καὶ ὄρθιον, καὶ σύμμετρον, καὶ ἰδεῖν ἥμερον,</w:t>
      </w:r>
    </w:p>
    <w:p>
      <w:r>
        <w:rPr>
          <w:rFonts w:ascii="Courier New" w:hAnsi="Courier New"/>
          <w:color w:val="555555"/>
          <w:sz w:val="20"/>
        </w:rPr>
        <w:t>[36 . 1 d]</w:t>
      </w:r>
    </w:p>
    <w:p>
      <w:r>
        <w:rPr>
          <w:rFonts w:ascii="Gentium Plus" w:hAnsi="Gentium Plus"/>
          <w:sz w:val="24"/>
        </w:rPr>
        <w:t>καὶ χειρουργεῖν εὔκολον, καὶ βαδίζειν ἀσφαλές.‘ Πεί‐ θεται ὁ Προμηθεὺς Διί, καὶ ποιεῖ ἀνθρώπους, καὶ</w:t>
      </w:r>
    </w:p>
    <w:p>
      <w:r>
        <w:rPr>
          <w:rFonts w:ascii="Courier New" w:hAnsi="Courier New"/>
          <w:color w:val="555555"/>
          <w:sz w:val="20"/>
        </w:rPr>
        <w:t>[36 . 1 e]</w:t>
      </w:r>
    </w:p>
    <w:p>
      <w:r>
        <w:rPr>
          <w:rFonts w:ascii="Gentium Plus" w:hAnsi="Gentium Plus"/>
          <w:sz w:val="24"/>
        </w:rPr>
        <w:t>οἰκίζει τὴν γῆν. Οἱ δὲ ἐπεὶ γενέσεως ἐπελάβοντο, οὐ χαλεπῶς διέζων· καὶ γὰρ τροφὴν αὐτοῖς ἀποχρῶσαν γῆ παρείχετο, λειμῶνας δασεῖς, καὶ ὄρη κομῶντα, καὶ καρπῶν χορηγίαν, ὅσα γῆ φέρειν φιλεῖ μηδὲν ὑπὸ</w:t>
      </w:r>
    </w:p>
    <w:p>
      <w:r>
        <w:rPr>
          <w:rFonts w:ascii="Courier New" w:hAnsi="Courier New"/>
          <w:color w:val="555555"/>
          <w:sz w:val="20"/>
        </w:rPr>
        <w:t>[36 . 1 f]</w:t>
      </w:r>
    </w:p>
    <w:p>
      <w:r>
        <w:rPr>
          <w:rFonts w:ascii="Gentium Plus" w:hAnsi="Gentium Plus"/>
          <w:sz w:val="24"/>
        </w:rPr>
        <w:t>γεωργῶν ἐνοχλουμένη· παρείχοντο δὲ καὶ αἱ νύμφαι κρήνας καθαρὰς καὶ ποταμοὺς διειδεῖς, καὶ ἄλλων να‐</w:t>
      </w:r>
    </w:p>
    <w:p>
      <w:r>
        <w:rPr>
          <w:rFonts w:ascii="Courier New" w:hAnsi="Courier New"/>
          <w:color w:val="555555"/>
          <w:sz w:val="20"/>
        </w:rPr>
        <w:t>[36 . 1 g]</w:t>
      </w:r>
    </w:p>
    <w:p>
      <w:r>
        <w:rPr>
          <w:rFonts w:ascii="Gentium Plus" w:hAnsi="Gentium Plus"/>
          <w:sz w:val="24"/>
        </w:rPr>
        <w:t>μάτων εὐπόρους τὲ καὶ δαψιλεῖς πηγάς· πρὸς δὲ καὶ θάλπος μὲν ἐξ ἡλίου τοῖς σώμασιν περιχεόμενον συμ‐ μέτρως αὐτὰ παρεμυθεῖτο, αὖραι δὲ ἐκ ποταμῶν ὥρᾳ θέρους ἐπιπνέουσαι ἀνέψυχον αὐτοῖς τὰ σώματα· περι‐</w:t>
      </w:r>
    </w:p>
    <w:p>
      <w:r>
        <w:rPr>
          <w:rFonts w:ascii="Courier New" w:hAnsi="Courier New"/>
          <w:color w:val="555555"/>
          <w:sz w:val="20"/>
        </w:rPr>
        <w:t>[5]</w:t>
      </w:r>
    </w:p>
    <w:p>
      <w:r>
        <w:rPr>
          <w:rFonts w:ascii="Gentium Plus" w:hAnsi="Gentium Plus"/>
          <w:sz w:val="24"/>
        </w:rPr>
        <w:t>μάχητον δ’ ἦν τούτων οὐδὲν ἐν ἀφθόνῳ τῇ τῶν αὐτο‐</w:t>
      </w:r>
    </w:p>
    <w:p>
      <w:r>
        <w:rPr>
          <w:rFonts w:ascii="Courier New" w:hAnsi="Courier New"/>
          <w:color w:val="555555"/>
          <w:sz w:val="20"/>
        </w:rPr>
        <w:t>[36 . 1 h]</w:t>
      </w:r>
    </w:p>
    <w:p>
      <w:r>
        <w:rPr>
          <w:rFonts w:ascii="Gentium Plus" w:hAnsi="Gentium Plus"/>
          <w:sz w:val="24"/>
        </w:rPr>
        <w:t>μάτων χορηγίᾳ διαιτωμένοις. Δοκοῦσιν δέ μοι καὶ οἱ ποιηταὶ ἐγγύτατα εἶναι τῷ ἡμετέρῳ τούτῳ μύθῳ, ὑπὸ Κρόνῳ θεῶν βασιλεῖ τοιοῦτόν τινα αἰνιττόμενοι βίον, ἀπόλεμον, ἀσίδηρον, ἀφύλακτον, εἰρηνικόν, ἀπεριμάχη‐</w:t>
      </w:r>
    </w:p>
    <w:p>
      <w:r>
        <w:rPr>
          <w:rFonts w:ascii="Courier New" w:hAnsi="Courier New"/>
          <w:color w:val="555555"/>
          <w:sz w:val="20"/>
        </w:rPr>
        <w:t>[5]</w:t>
      </w:r>
    </w:p>
    <w:p>
      <w:r>
        <w:rPr>
          <w:rFonts w:ascii="Gentium Plus" w:hAnsi="Gentium Plus"/>
          <w:sz w:val="24"/>
        </w:rPr>
        <w:t>τον, ὑγιεινόν, ἀνενδεᾶ· καὶ τὸ χρυσοῦν γένος τοῦτο, ὡς ἔοικεν, ὁ Ἡσίοδος καλεῖ, νεανιευόμενος πρὸς ἡμᾶς.</w:t>
      </w:r>
    </w:p>
    <w:p>
      <w:r>
        <w:rPr>
          <w:rFonts w:ascii="Courier New" w:hAnsi="Courier New"/>
          <w:color w:val="555555"/>
          <w:sz w:val="20"/>
        </w:rPr>
        <w:t>[36 . 2 a]</w:t>
      </w:r>
    </w:p>
    <w:p>
      <w:r>
        <w:rPr>
          <w:rFonts w:ascii="Gentium Plus" w:hAnsi="Gentium Plus"/>
          <w:sz w:val="24"/>
        </w:rPr>
        <w:t>Ἐμοὶ δὲ ὁ μῦθος ἀπελθὼν ἐκποδών, καὶ γενό‐ μενος ἐκ μύθου αὐτὸ τοῦτο λόγος, προϊὼν παραβαλ‐ λέτω βίον βίῳ, τῷ προτέρῳ τὸν δεύτερον, εἴτε σιδη‐ ροῦν τις αὐτόν, εἴτε καὶ ἄλλῃ πη ὀνομάζων χαίρει,</w:t>
      </w:r>
    </w:p>
    <w:p>
      <w:r>
        <w:rPr>
          <w:rFonts w:ascii="Courier New" w:hAnsi="Courier New"/>
          <w:color w:val="555555"/>
          <w:sz w:val="20"/>
        </w:rPr>
        <w:t>[5]</w:t>
      </w:r>
    </w:p>
    <w:p>
      <w:r>
        <w:rPr>
          <w:rFonts w:ascii="Gentium Plus" w:hAnsi="Gentium Plus"/>
          <w:sz w:val="24"/>
        </w:rPr>
        <w:t>ἡνίκα ἤδη κληρουχήσαντες οἱ ἄνθρωποι τὴν γῆν, ἐπε‐ τέμοντο αὐτῆς ἄλλος ἄλλην μοῖραν, περιβάλλοντες αὐ‐ τοῖς ἕρκη καὶ τειχία, καὶ τὰ σώματα σπαργάνοις μαλ‐ θακοῖς καθειλίξαντες, καὶ τὼ πόδε σκύτεσιν χαρακώ‐ σαντες, καὶ χρυσὸν οἱ μὲν τοῖς αὐχέσιν, οἱ δὲ ταῖς</w:t>
      </w:r>
    </w:p>
    <w:p>
      <w:r>
        <w:rPr>
          <w:rFonts w:ascii="Courier New" w:hAnsi="Courier New"/>
          <w:color w:val="555555"/>
          <w:sz w:val="20"/>
        </w:rPr>
        <w:t>[10]</w:t>
      </w:r>
    </w:p>
    <w:p>
      <w:r>
        <w:rPr>
          <w:rFonts w:ascii="Gentium Plus" w:hAnsi="Gentium Plus"/>
          <w:sz w:val="24"/>
        </w:rPr>
        <w:t>κεφαλαῖς, οἱ δὲ τοῖς δακτύλοις περιαρτήσαντες, εὔφη‐ μόν τινα καὶ εὐπρόσωπον δεσμόν, καὶ στέγας οἰκοδο‐ μησάμενοι, καὶ κλεῖδας καὶ αὐλίους καὶ προπύλαια</w:t>
      </w:r>
    </w:p>
    <w:p>
      <w:r>
        <w:rPr>
          <w:rFonts w:ascii="Courier New" w:hAnsi="Courier New"/>
          <w:color w:val="555555"/>
          <w:sz w:val="20"/>
        </w:rPr>
        <w:t>[36 . 2 b]</w:t>
      </w:r>
    </w:p>
    <w:p>
      <w:r>
        <w:rPr>
          <w:rFonts w:ascii="Gentium Plus" w:hAnsi="Gentium Plus"/>
          <w:sz w:val="24"/>
        </w:rPr>
        <w:t>ἄττα ἐπιστήσαντες· καὶ παρέχοντες τῇ γῇ πράγματα, μεταλλεύοντες αὐτὴν καὶ σκάπτοντες καὶ ὀρύττοντες· καὶ μηδὲ τὴν θάλατταν κατὰ χώραν ἐῶντες, ἀλλὰ ἐπι‐ τειχίσαντες καὶ ταύτῃ σκάφη πολεμιστήρια καὶ πορευ‐</w:t>
      </w:r>
    </w:p>
    <w:p>
      <w:r>
        <w:rPr>
          <w:rFonts w:ascii="Courier New" w:hAnsi="Courier New"/>
          <w:color w:val="555555"/>
          <w:sz w:val="20"/>
        </w:rPr>
        <w:t>[36 . 2 c]</w:t>
      </w:r>
    </w:p>
    <w:p>
      <w:r>
        <w:rPr>
          <w:rFonts w:ascii="Gentium Plus" w:hAnsi="Gentium Plus"/>
          <w:sz w:val="24"/>
        </w:rPr>
        <w:t>τικὰ καὶ ἐμπορευτικά· καὶ μηδὲ τοῦ ἀέρος ἀπεχόμενοι, ἀλλὰ καὶ τοῦτον ληϊζόμενοι, τὰς ὀρνίθων ἀγέλας ἰξῷ καὶ ἕρκεσιν καὶ παντοδαπαῖς μηχαναῖς σαγηνεύοντες·</w:t>
      </w:r>
    </w:p>
    <w:p>
      <w:r>
        <w:rPr>
          <w:rFonts w:ascii="Courier New" w:hAnsi="Courier New"/>
          <w:color w:val="555555"/>
          <w:sz w:val="20"/>
        </w:rPr>
        <w:t>[36 . 2 d]</w:t>
      </w:r>
    </w:p>
    <w:p>
      <w:r>
        <w:rPr>
          <w:rFonts w:ascii="Gentium Plus" w:hAnsi="Gentium Plus"/>
          <w:sz w:val="24"/>
        </w:rPr>
        <w:t>ἀποσχόμενοι δὲ μήτε τῶν ἡμέρων ζῴων δι’ ἀσθένειαν, μήτε τῶν ἀγρίων διὰ δέος, ἀλλὰ αἵματι καὶ φόνῳ καὶ λύθρῳ παντοδαπῷ γαστριζόμενοι· καὶ ἀεί τι ταῖς ἡδο‐ ναῖς εὑρίσκοντες νέον, καὶ τῶν ἐώλων ὑπερορῶντες·</w:t>
      </w:r>
    </w:p>
    <w:p>
      <w:r>
        <w:rPr>
          <w:rFonts w:ascii="Courier New" w:hAnsi="Courier New"/>
          <w:color w:val="555555"/>
          <w:sz w:val="20"/>
        </w:rPr>
        <w:t>[36 . 2 e]</w:t>
      </w:r>
    </w:p>
    <w:p>
      <w:r>
        <w:rPr>
          <w:rFonts w:ascii="Gentium Plus" w:hAnsi="Gentium Plus"/>
          <w:sz w:val="24"/>
        </w:rPr>
        <w:t>καὶ διώκοντες μὲν τὰ τερπνά, περιπίπτοντες δὲ τοῖς λυπηροῖς· πλούτου μὲν ὀρεγόμενοι, ἀεὶ δὲ τὸ παρὸν ἐνδεέστερον ἡγούμενοι τοῦ ἀπόντος, καὶ τό τε κτηθὲν ἔλαττον τοῦ προσδοκωμένου· δεδιότες μὲν ἔνδειαν,</w:t>
      </w:r>
    </w:p>
    <w:p>
      <w:r>
        <w:rPr>
          <w:rFonts w:ascii="Courier New" w:hAnsi="Courier New"/>
          <w:color w:val="555555"/>
          <w:sz w:val="20"/>
        </w:rPr>
        <w:t>[36 . 2 f]</w:t>
      </w:r>
    </w:p>
    <w:p>
      <w:r>
        <w:rPr>
          <w:rFonts w:ascii="Gentium Plus" w:hAnsi="Gentium Plus"/>
          <w:sz w:val="24"/>
        </w:rPr>
        <w:t>πληρωθῆναι δὲ μὴ δυνάμενοι· φοβούμενοι μὲν θάνα‐ τον, μὴ φροντίζοντες δὲ τοῦ ζῆν· εὐλαβούμενοι νό‐</w:t>
      </w:r>
    </w:p>
    <w:p>
      <w:r>
        <w:rPr>
          <w:rFonts w:ascii="Courier New" w:hAnsi="Courier New"/>
          <w:color w:val="555555"/>
          <w:sz w:val="20"/>
        </w:rPr>
        <w:t>[36 . 2 g]</w:t>
      </w:r>
    </w:p>
    <w:p>
      <w:r>
        <w:rPr>
          <w:rFonts w:ascii="Gentium Plus" w:hAnsi="Gentium Plus"/>
          <w:sz w:val="24"/>
        </w:rPr>
        <w:t>σους, τῶν δὲ νοσερῶν οὐκ ἀπεχόμενοι· ὑποπτεύοντες μὲν ἄλλους, ἐπιβουλεύοντες δὲ τοῖς πλείστοις· δεινοὶ μὲν πρὸς τοὺς ἀνόπλους, δειλοὶ δὲ πρὸς τοὺς ὡπλισ‐</w:t>
      </w:r>
    </w:p>
    <w:p>
      <w:r>
        <w:rPr>
          <w:rFonts w:ascii="Courier New" w:hAnsi="Courier New"/>
          <w:color w:val="555555"/>
          <w:sz w:val="20"/>
        </w:rPr>
        <w:t>[36 . 2 h]</w:t>
      </w:r>
    </w:p>
    <w:p>
      <w:r>
        <w:rPr>
          <w:rFonts w:ascii="Gentium Plus" w:hAnsi="Gentium Plus"/>
          <w:sz w:val="24"/>
        </w:rPr>
        <w:t>μένους· μισοῦντες μὲν τυραννίδα, τυραννεῖν δὲ αὐτοὶ ἐπιθυμοῦντες· ψέγοντες μὲν τὰ αἰσχρά, τῶν δὲ αἰσ‐</w:t>
      </w:r>
    </w:p>
    <w:p>
      <w:r>
        <w:rPr>
          <w:rFonts w:ascii="Courier New" w:hAnsi="Courier New"/>
          <w:color w:val="555555"/>
          <w:sz w:val="20"/>
        </w:rPr>
        <w:t>[36 . 2 i]</w:t>
      </w:r>
    </w:p>
    <w:p>
      <w:r>
        <w:rPr>
          <w:rFonts w:ascii="Gentium Plus" w:hAnsi="Gentium Plus"/>
          <w:sz w:val="24"/>
        </w:rPr>
        <w:t>χρῶν οὐκ ἀπεχόμενοι· τὰς εὐτυχίας θαυμάζοντες, τὰς ἀρετὰς μὴ θαυμάζοντες· τὰς δυστυχίας ἐλεοῦντες, οὐκ ἀπεχόμενοι τῶν μοχθηρῶν· ἐν μὲν ταῖς εὐπραγίαις</w:t>
      </w:r>
    </w:p>
    <w:p>
      <w:r>
        <w:rPr>
          <w:rFonts w:ascii="Courier New" w:hAnsi="Courier New"/>
          <w:color w:val="555555"/>
          <w:sz w:val="20"/>
        </w:rPr>
        <w:t>[36 . 2 k]</w:t>
      </w:r>
    </w:p>
    <w:p>
      <w:r>
        <w:rPr>
          <w:rFonts w:ascii="Gentium Plus" w:hAnsi="Gentium Plus"/>
          <w:sz w:val="24"/>
        </w:rPr>
        <w:t>τολμηταί, ἐν δὲ ταῖς δυσπραγίαις ἀνάκλητοι· μακαρί‐ ζοντες μὲν τοὺς τεθνηκότας, γλιχόμενοι δὲ τοῦ ζῆν,</w:t>
      </w:r>
    </w:p>
    <w:p>
      <w:r>
        <w:rPr>
          <w:rFonts w:ascii="Courier New" w:hAnsi="Courier New"/>
          <w:color w:val="555555"/>
          <w:sz w:val="20"/>
        </w:rPr>
        <w:t>[36 . 2 l]</w:t>
      </w:r>
    </w:p>
    <w:p>
      <w:r>
        <w:rPr>
          <w:rFonts w:ascii="Gentium Plus" w:hAnsi="Gentium Plus"/>
          <w:sz w:val="24"/>
        </w:rPr>
        <w:t>μισοῦντες μὲν τὸ ζῆν, φοβούμενοι δὲ ἀποθανεῖν· προ‐ βεβλημένοι μὲν τοὺς πολέμους, εἰρήνην δὲ ἄγειν μὴ δυνάμενοι· ἐν μὲν δουλείᾳ ταπεινοί, ἐν δὲ ἐλευθερίᾳ</w:t>
      </w:r>
    </w:p>
    <w:p>
      <w:r>
        <w:rPr>
          <w:rFonts w:ascii="Courier New" w:hAnsi="Courier New"/>
          <w:color w:val="555555"/>
          <w:sz w:val="20"/>
        </w:rPr>
        <w:t>[36 . 2 m]</w:t>
      </w:r>
    </w:p>
    <w:p>
      <w:r>
        <w:rPr>
          <w:rFonts w:ascii="Gentium Plus" w:hAnsi="Gentium Plus"/>
          <w:sz w:val="24"/>
        </w:rPr>
        <w:t>ραννίδι ἐπτηχότες· παίδων μὲν ἐπιθυμοῦντες, γενο‐</w:t>
      </w:r>
    </w:p>
    <w:p>
      <w:r>
        <w:rPr>
          <w:rFonts w:ascii="Courier New" w:hAnsi="Courier New"/>
          <w:color w:val="555555"/>
          <w:sz w:val="20"/>
        </w:rPr>
        <w:t>[36 . 2 n]</w:t>
      </w:r>
    </w:p>
    <w:p>
      <w:r>
        <w:rPr>
          <w:rFonts w:ascii="Gentium Plus" w:hAnsi="Gentium Plus"/>
          <w:sz w:val="24"/>
        </w:rPr>
        <w:t>μένων δὲ ὀλιγωροῦντες· εὐχόμενοι μὲν τοῖς θεοῖς, ὡς δυναμένοις ἐπαρκεῖν, καταφρονοῦντες δὲ ὡς οὐ δυνα‐ μένων τιμωρεῖν· καὶ δεδιότες μὲν ὡς κολάζοντας, ἐπι‐ ορκοῦντες δὲ ὡς οὐδὲν ὄντας.</w:t>
      </w:r>
    </w:p>
    <w:p>
      <w:r>
        <w:rPr>
          <w:rFonts w:ascii="Courier New" w:hAnsi="Courier New"/>
          <w:color w:val="555555"/>
          <w:sz w:val="20"/>
        </w:rPr>
        <w:t>[36 . 3 a]</w:t>
      </w:r>
    </w:p>
    <w:p>
      <w:r>
        <w:rPr>
          <w:rFonts w:ascii="Gentium Plus" w:hAnsi="Gentium Plus"/>
          <w:sz w:val="24"/>
        </w:rPr>
        <w:t>Τοιαύτης τοίνυν στάσεως καὶ διαφωνίας τὸν δεύ‐ τερον τοῦτον κατεχούσης βίον, τίνι δῶμεν τὰ νικητή‐ ρια φέροντες; τίνα, ποῖον αὐτῶν φῶμεν ἁπλοῦν εἶναι βίον, καὶ ἀπερίστατον, καὶ ἐλευθερίας ἐπήβολον; καὶ</w:t>
      </w:r>
    </w:p>
    <w:p>
      <w:r>
        <w:rPr>
          <w:rFonts w:ascii="Courier New" w:hAnsi="Courier New"/>
          <w:color w:val="555555"/>
          <w:sz w:val="20"/>
        </w:rPr>
        <w:t>[5]</w:t>
      </w:r>
    </w:p>
    <w:p>
      <w:r>
        <w:rPr>
          <w:rFonts w:ascii="Gentium Plus" w:hAnsi="Gentium Plus"/>
          <w:sz w:val="24"/>
        </w:rPr>
        <w:t>ποῖον οὐχ ἁπλοῦν, ἀλλὰ ἀναγκαῖον, καὶ ἐλεεινόν, καὶ</w:t>
      </w:r>
    </w:p>
    <w:p>
      <w:r>
        <w:rPr>
          <w:rFonts w:ascii="Courier New" w:hAnsi="Courier New"/>
          <w:color w:val="555555"/>
          <w:sz w:val="20"/>
        </w:rPr>
        <w:t>[36 . 3 b]</w:t>
      </w:r>
    </w:p>
    <w:p>
      <w:r>
        <w:rPr>
          <w:rFonts w:ascii="Gentium Plus" w:hAnsi="Gentium Plus"/>
          <w:sz w:val="24"/>
        </w:rPr>
        <w:t>περιστάσεων γέμοντα; Φέρε ἐξ ἑκατέρων ἡκέτω τὶς ἡμῖν ἀνὴρ ἐπὶ διαιτητὴν τὸν λόγον· ὁ δὲ αὐτῶν ἐρέσθω ἑκάτερον, καὶ πρῶτον γε τὸν πρῶτον, τὸν γυμνὸν ἐκεῖνον καὶ ἄοικον καὶ ἄτεχνον, τὸν πάσης τῆς γῆς</w:t>
      </w:r>
    </w:p>
    <w:p>
      <w:r>
        <w:rPr>
          <w:rFonts w:ascii="Courier New" w:hAnsi="Courier New"/>
          <w:color w:val="555555"/>
          <w:sz w:val="20"/>
        </w:rPr>
        <w:t>[5]</w:t>
      </w:r>
    </w:p>
    <w:p>
      <w:r>
        <w:rPr>
          <w:rFonts w:ascii="Gentium Plus" w:hAnsi="Gentium Plus"/>
          <w:sz w:val="24"/>
        </w:rPr>
        <w:t>πολίτην καὶ ἐφέστιον· ἐρέσθω δὲ ἀντιτιθεὶς αὐτῷ τὸν τοῦ δευτέρου βίον καὶ τρόπον, πότερα αἱρεῖται μένειν ἐν τῇ πρόσθεν τροφῇ καὶ ἐλευθερίᾳ, ἢ τὰς τοῦ δευ‐ τέρου ἡδονὰς λαβὼν σὺν ταύταις καὶ τὰ λυπηρὰ ἔχειν;</w:t>
      </w:r>
    </w:p>
    <w:p>
      <w:r>
        <w:rPr>
          <w:rFonts w:ascii="Courier New" w:hAnsi="Courier New"/>
          <w:color w:val="555555"/>
          <w:sz w:val="20"/>
        </w:rPr>
        <w:t>[36 . 3 c]</w:t>
      </w:r>
    </w:p>
    <w:p>
      <w:r>
        <w:rPr>
          <w:rFonts w:ascii="Gentium Plus" w:hAnsi="Gentium Plus"/>
          <w:sz w:val="24"/>
        </w:rPr>
        <w:t>Ἴτω δὴ μετὰ τοῦτον ὁ ἕτερος· ἀντιτιθέτω δὲ αὐτῷ ὁ δικαστὴς τὴν τοῦ προτέρου δίαιταν καὶ ἐλευθερίαν· καὶ ἐρέσθω, πότερα αἱρεῖται τὰ αὑτοῦ ἔχειν, ἢ μετα‐ τίθεται καὶ μετοικίζεται ἐπὶ τὸν εἰρηναῖον ἐκεῖνον βίον</w:t>
      </w:r>
    </w:p>
    <w:p>
      <w:r>
        <w:rPr>
          <w:rFonts w:ascii="Courier New" w:hAnsi="Courier New"/>
          <w:color w:val="555555"/>
          <w:sz w:val="20"/>
        </w:rPr>
        <w:t>[36 . 3 d]</w:t>
      </w:r>
    </w:p>
    <w:p>
      <w:r>
        <w:rPr>
          <w:rFonts w:ascii="Gentium Plus" w:hAnsi="Gentium Plus"/>
          <w:sz w:val="24"/>
        </w:rPr>
        <w:t>καὶ ἄφετον καὶ ἀδεῆ καὶ ἄλυπον; Τίς τῶν ἀνδρῶν αὐτομολεῖ; τίς μετοικεῖ; τίς ἑκὼν ἀλλάττεται βίον βίου; Τίς οὕτως ἀνόητος καὶ δύσερως καὶ κακοδαίμων ἀνήρ, ὥστε διὰ φιλίαν μικρῶν καὶ ἐφημέρων ἡδονῶν,</w:t>
      </w:r>
    </w:p>
    <w:p>
      <w:r>
        <w:rPr>
          <w:rFonts w:ascii="Courier New" w:hAnsi="Courier New"/>
          <w:color w:val="555555"/>
          <w:sz w:val="20"/>
        </w:rPr>
        <w:t>[5]</w:t>
      </w:r>
    </w:p>
    <w:p>
      <w:r>
        <w:rPr>
          <w:rFonts w:ascii="Gentium Plus" w:hAnsi="Gentium Plus"/>
          <w:sz w:val="24"/>
        </w:rPr>
        <w:t>καὶ ἀγαθῶν ἀμφισβητησίμων, καὶ ἀδήλων ἐλπίδων, καὶ ἀμφιβόλων εὐτυχημάτων, μὴ ἀνασκευάσασθαι, μηδὲ</w:t>
      </w:r>
    </w:p>
    <w:p>
      <w:r>
        <w:rPr>
          <w:rFonts w:ascii="Courier New" w:hAnsi="Courier New"/>
          <w:color w:val="555555"/>
          <w:sz w:val="20"/>
        </w:rPr>
        <w:t>[36 4* a]</w:t>
      </w:r>
    </w:p>
    <w:p>
      <w:r>
        <w:rPr>
          <w:rFonts w:ascii="Gentium Plus" w:hAnsi="Gentium Plus"/>
          <w:sz w:val="24"/>
        </w:rPr>
        <w:t>ἀνοικίσαι αὑτὸν εἰς ὡμολογημένην εὐδαιμονίαν; καὶ ταῦτα, εἰδὼς ὅτι ἀπαλλάξεται πολλαπλασίων κακῶν, ἃ τῷ δευτέρῳ τρόπῳ καὶ βίῳ ἀναπεφυρμένα, πῶς οὐ περιστατικὴν ποιεῖ κακοδαίμονά τε τὴν διαγωγὴν τοῦ</w:t>
      </w:r>
    </w:p>
    <w:p>
      <w:r>
        <w:rPr>
          <w:rFonts w:ascii="Courier New" w:hAnsi="Courier New"/>
          <w:color w:val="555555"/>
          <w:sz w:val="20"/>
        </w:rPr>
        <w:t>[36 4* b]</w:t>
      </w:r>
    </w:p>
    <w:p>
      <w:r>
        <w:rPr>
          <w:rFonts w:ascii="Gentium Plus" w:hAnsi="Gentium Plus"/>
          <w:sz w:val="24"/>
        </w:rPr>
        <w:t>βίου καὶ σφόδρα ἀτυχῆ; Ὥστε εἰκάσαιμ’ ἂν ἔγωγε ἑκάτερον τῶν βίων, τὸν μὲν γενναῖον τοῦτον καὶ παν‐ τοδαπὸν δεσμωτηρίῳ χαλεπῷ κακοδαιμόνων ἀνδρῶν καθειργμένων ἐν ἀφεγγεῖ μυχῷ, πολὺν μὲν τοῖς ποσὶν</w:t>
      </w:r>
    </w:p>
    <w:p>
      <w:r>
        <w:rPr>
          <w:rFonts w:ascii="Courier New" w:hAnsi="Courier New"/>
          <w:color w:val="555555"/>
          <w:sz w:val="20"/>
        </w:rPr>
        <w:t>[5]</w:t>
      </w:r>
    </w:p>
    <w:p>
      <w:r>
        <w:rPr>
          <w:rFonts w:ascii="Gentium Plus" w:hAnsi="Gentium Plus"/>
          <w:sz w:val="24"/>
        </w:rPr>
        <w:t>σίδηρον περιβεβλημένων, βαρὺν δὲ κλοιὸν περὶ τῷ αὐχένι, κἀκ ταῖν χεροῖν ἐξηρτημένων δεσμὰ δυσχερῆ,</w:t>
      </w:r>
    </w:p>
    <w:p>
      <w:r>
        <w:rPr>
          <w:rFonts w:ascii="Courier New" w:hAnsi="Courier New"/>
          <w:color w:val="555555"/>
          <w:sz w:val="20"/>
        </w:rPr>
        <w:t>[36 4* c]</w:t>
      </w:r>
    </w:p>
    <w:p>
      <w:r>
        <w:rPr>
          <w:rFonts w:ascii="Gentium Plus" w:hAnsi="Gentium Plus"/>
          <w:sz w:val="24"/>
        </w:rPr>
        <w:t>νόντων· ὑπὸ δὲ χρόνου καὶ ἔθους εὐημερίας τινὰς ἑαυτοῖς ἔνδον καὶ εὐθυμίας μηχανωμένων, μεθυσκο‐ μένων ἐνίοτε ἐν τῷ δεσμωτηρίῳ, καὶ ᾀδόντων ἀναμίξ, καὶ γαστριζομένων, καὶ ἀφροδισιαζόντων, καὶ μηδὲ</w:t>
      </w:r>
    </w:p>
    <w:p>
      <w:r>
        <w:rPr>
          <w:rFonts w:ascii="Courier New" w:hAnsi="Courier New"/>
          <w:color w:val="555555"/>
          <w:sz w:val="20"/>
        </w:rPr>
        <w:t>[5]</w:t>
      </w:r>
    </w:p>
    <w:p>
      <w:r>
        <w:rPr>
          <w:rFonts w:ascii="Gentium Plus" w:hAnsi="Gentium Plus"/>
          <w:sz w:val="24"/>
        </w:rPr>
        <w:t>ἠρέμα ἑκάστου ἐμπιμπλαμένων διὰ δέος καὶ ἀπιστίαν</w:t>
      </w:r>
    </w:p>
    <w:p>
      <w:r>
        <w:rPr>
          <w:rFonts w:ascii="Courier New" w:hAnsi="Courier New"/>
          <w:color w:val="555555"/>
          <w:sz w:val="20"/>
        </w:rPr>
        <w:t>[36 4* d]</w:t>
      </w:r>
    </w:p>
    <w:p>
      <w:r>
        <w:rPr>
          <w:rFonts w:ascii="Gentium Plus" w:hAnsi="Gentium Plus"/>
          <w:sz w:val="24"/>
        </w:rPr>
        <w:t>καὶ μνήμην τῶν παρόντων κακῶν· ὥστε ἀκούσαι ἄν τις παρ’ ἑκάστῳ δεσμωτηρίῳ οἰμωγῆς ὁμοῦ καὶ ᾠδῆς</w:t>
      </w:r>
    </w:p>
    <w:p>
      <w:r>
        <w:rPr>
          <w:rFonts w:ascii="Courier New" w:hAnsi="Courier New"/>
          <w:color w:val="555555"/>
          <w:sz w:val="20"/>
        </w:rPr>
        <w:t>[36 4* e]</w:t>
      </w:r>
    </w:p>
    <w:p>
      <w:r>
        <w:rPr>
          <w:rFonts w:ascii="Gentium Plus" w:hAnsi="Gentium Plus"/>
          <w:sz w:val="24"/>
        </w:rPr>
        <w:t>καὶ στόνου καὶ παιᾶνος. Τὸν δὲ ἕτερον αὖ βίον εἰ‐ κάζω ἀνδρὶ ἐν καθαρῷ φωτὶ διαιτωμένῳ, λελυμένῳ τὼ πόδε καὶ τὼ χεῖρε, καὶ τὸν αὐχένα πανταχοῦ περι‐ στρέφοντι, καὶ τὰς ὄψεις πρὸς τὸν ἥλιον ἀνατείλαντ〈α</w:t>
      </w:r>
    </w:p>
    <w:p>
      <w:r>
        <w:rPr>
          <w:rFonts w:ascii="Courier New" w:hAnsi="Courier New"/>
          <w:color w:val="555555"/>
          <w:sz w:val="20"/>
        </w:rPr>
        <w:t>[5]</w:t>
      </w:r>
    </w:p>
    <w:p>
      <w:r>
        <w:rPr>
          <w:rFonts w:ascii="Gentium Plus" w:hAnsi="Gentium Plus"/>
          <w:sz w:val="24"/>
        </w:rPr>
        <w:t>ἀνατείνοντ〉ι, καὶ τοὺς ἀστέρας ὁρῶντι, καὶ διακρί‐ νοντι νύκτα καὶ ἡμέραν, καὶ τὰς ὥρας τοῦ ἔτους ἀνα‐ μένοντι, καὶ τῶν ἀνέμων αἰσθανομένῳ, καὶ ἀέρα σπῶντι</w:t>
      </w:r>
    </w:p>
    <w:p>
      <w:r>
        <w:rPr>
          <w:rFonts w:ascii="Courier New" w:hAnsi="Courier New"/>
          <w:color w:val="555555"/>
          <w:sz w:val="20"/>
        </w:rPr>
        <w:t>[36 4* f]</w:t>
      </w:r>
    </w:p>
    <w:p>
      <w:r>
        <w:rPr>
          <w:rFonts w:ascii="Gentium Plus" w:hAnsi="Gentium Plus"/>
          <w:sz w:val="24"/>
        </w:rPr>
        <w:t>καθαρὸν καὶ ἐλεύθερον· ἀπεστερημένῳ δὲ τῶν ἔνδον ἐκείνων ἡδονῶν ὁμοῦ τοῖς δεσμοῖς, μὴ μεθυσκομένῳ, μηδὲ ἀφροδισιάζοντι, μὴ γαστριζομένῳ, μὴ στένοντι, μὴ παιωνίζοντι, μὴ ᾄδοντι, μὴ οἰμώζοντι, μὴ ἐμπιμ‐</w:t>
      </w:r>
    </w:p>
    <w:p>
      <w:r>
        <w:rPr>
          <w:rFonts w:ascii="Courier New" w:hAnsi="Courier New"/>
          <w:color w:val="555555"/>
          <w:sz w:val="20"/>
        </w:rPr>
        <w:t>[5]</w:t>
      </w:r>
    </w:p>
    <w:p>
      <w:r>
        <w:rPr>
          <w:rFonts w:ascii="Gentium Plus" w:hAnsi="Gentium Plus"/>
          <w:sz w:val="24"/>
        </w:rPr>
        <w:t>πλαμένῳ, ἀλλ’ ὅσον ἀποζῆν λεπτῷ καὶ διερρινημένῳ</w:t>
      </w:r>
    </w:p>
    <w:p>
      <w:r>
        <w:rPr>
          <w:rFonts w:ascii="Courier New" w:hAnsi="Courier New"/>
          <w:color w:val="555555"/>
          <w:sz w:val="20"/>
        </w:rPr>
        <w:t>[36 4* g]</w:t>
      </w:r>
    </w:p>
    <w:p>
      <w:r>
        <w:rPr>
          <w:rFonts w:ascii="Gentium Plus" w:hAnsi="Gentium Plus"/>
          <w:sz w:val="24"/>
        </w:rPr>
        <w:t>τὴν γαστέρα. Τίνα τῶν εἰκόνων μακαρίσωμεν; τίνα</w:t>
      </w:r>
    </w:p>
    <w:p>
      <w:r>
        <w:rPr>
          <w:rFonts w:ascii="Courier New" w:hAnsi="Courier New"/>
          <w:color w:val="555555"/>
          <w:sz w:val="20"/>
        </w:rPr>
        <w:t>[36 4* h]</w:t>
      </w:r>
    </w:p>
    <w:p>
      <w:r>
        <w:rPr>
          <w:rFonts w:ascii="Gentium Plus" w:hAnsi="Gentium Plus"/>
          <w:sz w:val="24"/>
        </w:rPr>
        <w:t>οἰκτείρωμεν τῶν βίων; τίνα ἑλώμεθα; Τὸν ἐν τῷ δεσ‐ μωτηρίῳ, τὸν μικτὸν ἐκεῖνον, τὸν ἀσαφῆ, πικραῖς καὶ</w:t>
      </w:r>
    </w:p>
    <w:p>
      <w:r>
        <w:rPr>
          <w:rFonts w:ascii="Courier New" w:hAnsi="Courier New"/>
          <w:color w:val="555555"/>
          <w:sz w:val="20"/>
        </w:rPr>
        <w:t>[5]</w:t>
      </w:r>
    </w:p>
    <w:p>
      <w:r>
        <w:rPr>
          <w:rFonts w:ascii="Gentium Plus" w:hAnsi="Gentium Plus"/>
          <w:sz w:val="24"/>
        </w:rPr>
        <w:t>δρῶν, ἡδομένων ὁμοῦ καὶ στενόντων; Μὴ σύ γε, ὦ δειλαία ψυχή·</w:t>
      </w:r>
    </w:p>
    <w:p>
      <w:r>
        <w:rPr>
          <w:rFonts w:ascii="Courier New" w:hAnsi="Courier New"/>
          <w:color w:val="555555"/>
          <w:sz w:val="20"/>
        </w:rPr>
        <w:t>[36 . 5 a]</w:t>
      </w:r>
    </w:p>
    <w:p>
      <w:r>
        <w:rPr>
          <w:rFonts w:ascii="Gentium Plus" w:hAnsi="Gentium Plus"/>
          <w:sz w:val="24"/>
        </w:rPr>
        <w:t>Ἀπολείπουσά μοι ταυτασὶ τὰς εἰκόνας αὐτοῖς μύ‐ θοις, ἴθι ἐπ’ ἄνδρα, οὐ κατὰ τὴν Κρόνου καὶ ἀρχὴν βιοτεύσαντα, ἀλλ’ ἐν μέσῳ τῷ σιδηρῷ τούτῳ γένει, ἐλευθερωθέντα ὑπὸ τοῦ Διὸς καὶ τοῦ Ἀπόλλωνος·</w:t>
      </w:r>
    </w:p>
    <w:p>
      <w:r>
        <w:rPr>
          <w:rFonts w:ascii="Courier New" w:hAnsi="Courier New"/>
          <w:color w:val="555555"/>
          <w:sz w:val="20"/>
        </w:rPr>
        <w:t>[36 . 5 b]</w:t>
      </w:r>
    </w:p>
    <w:p>
      <w:r>
        <w:rPr>
          <w:rFonts w:ascii="Gentium Plus" w:hAnsi="Gentium Plus"/>
          <w:sz w:val="24"/>
        </w:rPr>
        <w:t>Ἦν δὲ οὗτος οὐκ Ἀττικός, οὐδὲ Δωριεύς, οὐδ’ ἐκ τῆς Σόλωνος τροφῆς, οὐδ’ ἐκ τῆς Λυκούργου παιδαγωγίας (οὐ γὰρ χειροτονοῦσιν τὰς ἀρετὰς οἱ τόποι οὐδὲ οἱ νόμοι), ἀλλὰ ἦν μὲν Σινωπεὺς ἐκ τοῦ Πόντου· συμ‐</w:t>
      </w:r>
    </w:p>
    <w:p>
      <w:r>
        <w:rPr>
          <w:rFonts w:ascii="Courier New" w:hAnsi="Courier New"/>
          <w:color w:val="555555"/>
          <w:sz w:val="20"/>
        </w:rPr>
        <w:t>[5]</w:t>
      </w:r>
    </w:p>
    <w:p>
      <w:r>
        <w:rPr>
          <w:rFonts w:ascii="Gentium Plus" w:hAnsi="Gentium Plus"/>
          <w:sz w:val="24"/>
        </w:rPr>
        <w:t>βουλευσάμενος δὲ τῷ Ἀπόλλωνι τὰς περιστάσεις πάσας ἀπεδύσατο, καὶ τῶν δεσμῶν ἐξέλυσεν αὑτόν, καὶ περιῄει</w:t>
      </w:r>
    </w:p>
    <w:p>
      <w:r>
        <w:rPr>
          <w:rFonts w:ascii="Courier New" w:hAnsi="Courier New"/>
          <w:color w:val="555555"/>
          <w:sz w:val="20"/>
        </w:rPr>
        <w:t>[10]</w:t>
      </w:r>
    </w:p>
    <w:p>
      <w:r>
        <w:rPr>
          <w:rFonts w:ascii="Gentium Plus" w:hAnsi="Gentium Plus"/>
          <w:sz w:val="24"/>
        </w:rPr>
        <w:t>ἀγχόμενος, οὐχ ὑπὸ γάμου καθειργμένος, οὐχ ὑπὸ γεωργίας κατεχόμενος, οὐχ ὑπὸ στρατείας ἐνοχλού‐</w:t>
      </w:r>
    </w:p>
    <w:p>
      <w:r>
        <w:rPr>
          <w:rFonts w:ascii="Courier New" w:hAnsi="Courier New"/>
          <w:color w:val="555555"/>
          <w:sz w:val="20"/>
        </w:rPr>
        <w:t>[36 . 5 c]</w:t>
      </w:r>
    </w:p>
    <w:p>
      <w:r>
        <w:rPr>
          <w:rFonts w:ascii="Gentium Plus" w:hAnsi="Gentium Plus"/>
          <w:sz w:val="24"/>
        </w:rPr>
        <w:t>μενος, οὐχ ὑπὸ ἐμπορίας περιφερόμενος· ἀλλὰ τούτων ἁπάντων τῶν ἀνδρῶν καὶ τῶν ἐπιτηδευμάτων κατεγέλα, ὥσπερ ἡμεῖς τῶν σμικρῶν παίδων, ἐπειδὰν ὁρῶμεν αὐτοὺς περὶ ἀστραγάλους σπουδάζοντας, τύπτοντας καὶ</w:t>
      </w:r>
    </w:p>
    <w:p>
      <w:r>
        <w:rPr>
          <w:rFonts w:ascii="Courier New" w:hAnsi="Courier New"/>
          <w:color w:val="555555"/>
          <w:sz w:val="20"/>
        </w:rPr>
        <w:t>[5]</w:t>
      </w:r>
    </w:p>
    <w:p>
      <w:r>
        <w:rPr>
          <w:rFonts w:ascii="Gentium Plus" w:hAnsi="Gentium Plus"/>
          <w:sz w:val="24"/>
        </w:rPr>
        <w:t>τυπτομένους, ἀφαιροῦντας καὶ ἀφαιρουμένους· αὐτὸς δὲ βασιλέως ἀφόβου καὶ ἐλευθέρου δίαιταν διαιτώ‐ μενος, οὐκ ἐπιτρίβων ἐν χειμῶνι Βαβυλωνίους, οὐδὲ Μήδοις ἐνοχλῶν ὥρᾳ θέρους, ἀλλ’ ἐκ τῆς Ἀττικῆς ἐπὶ</w:t>
      </w:r>
    </w:p>
    <w:p>
      <w:r>
        <w:rPr>
          <w:rFonts w:ascii="Courier New" w:hAnsi="Courier New"/>
          <w:color w:val="555555"/>
          <w:sz w:val="20"/>
        </w:rPr>
        <w:t>[36 . 5 d]</w:t>
      </w:r>
    </w:p>
    <w:p>
      <w:r>
        <w:rPr>
          <w:rFonts w:ascii="Gentium Plus" w:hAnsi="Gentium Plus"/>
          <w:sz w:val="24"/>
        </w:rPr>
        <w:t>αὖθις ὁμοῦ ταῖς ὥραις μετανιστάμενος. Βασίλεια δ’ ἦν αὐτῷ τά τε ἱερὰ καὶ τὰ γυμνάσια καὶ τὰ ἄλση·</w:t>
      </w:r>
    </w:p>
    <w:p>
      <w:r>
        <w:rPr>
          <w:rFonts w:ascii="Courier New" w:hAnsi="Courier New"/>
          <w:color w:val="555555"/>
          <w:sz w:val="20"/>
        </w:rPr>
        <w:t>[36 . 5 e]</w:t>
      </w:r>
    </w:p>
    <w:p>
      <w:r>
        <w:rPr>
          <w:rFonts w:ascii="Gentium Plus" w:hAnsi="Gentium Plus"/>
          <w:sz w:val="24"/>
        </w:rPr>
        <w:t>πλοῦτος δὲ ἀφθονώτατος καὶ ἀσφαλέστατος καὶ ἀνεπι‐ βούλευτος, γῆ τε πᾶσα, καὶ οἱ ἐν αὐτῇ καρποί, καὶ κρῆναι γῆς ἔγγονοι, παντὸς Λεσβίου καὶ Χίου πώματος δαψιλέστεραι· καὶ φίλος ἦν καὶ συνήθης τῷ ἀέρι,</w:t>
      </w:r>
    </w:p>
    <w:p>
      <w:r>
        <w:rPr>
          <w:rFonts w:ascii="Courier New" w:hAnsi="Courier New"/>
          <w:color w:val="555555"/>
          <w:sz w:val="20"/>
        </w:rPr>
        <w:t>[5]</w:t>
      </w:r>
    </w:p>
    <w:p>
      <w:r>
        <w:rPr>
          <w:rFonts w:ascii="Gentium Plus" w:hAnsi="Gentium Plus"/>
          <w:sz w:val="24"/>
        </w:rPr>
        <w:t>ὥσπερ οἱ λέοντες, καὶ οὐκ ἀπεδίδρασκεν τὰς ὥρας τοῦ Διός, οὐδὲ ἀντεμηχανᾶτο αὐτῷ, τοῦ μὲν χειμῶνος τεχνι‐ τεύων θάλπος, τοῦ δὲ θέρους ἀναψύχεσθαι ποθῶν· ἀλλ’ οὕτως ἄρα ἐθὰς ἦν τῇ τοῦ παντὸς φύσει, ὥστε ἐκ τοιαύτης διαίτης ὑγιεινός τε ἦν καὶ ἰσχυρός, καὶ</w:t>
      </w:r>
    </w:p>
    <w:p>
      <w:r>
        <w:rPr>
          <w:rFonts w:ascii="Courier New" w:hAnsi="Courier New"/>
          <w:color w:val="555555"/>
          <w:sz w:val="20"/>
        </w:rPr>
        <w:t>[36 . 5 f]</w:t>
      </w:r>
    </w:p>
    <w:p>
      <w:r>
        <w:rPr>
          <w:rFonts w:ascii="Gentium Plus" w:hAnsi="Gentium Plus"/>
          <w:sz w:val="24"/>
        </w:rPr>
        <w:t>κατεγήρα εἰς τὸ ἀκρότατον· μηδὲν φαρμάκων δεηθείς, μὴ σιδήρου, μὴ πυρός, μὴ Χείρωνος, μὴ Ἀσκληπιοῦ, μὴ Ἀσκληπιαδῶν, μὴ μάντεων μαντευομένων, μὴ ἱε‐</w:t>
      </w:r>
    </w:p>
    <w:p>
      <w:r>
        <w:rPr>
          <w:rFonts w:ascii="Courier New" w:hAnsi="Courier New"/>
          <w:color w:val="555555"/>
          <w:sz w:val="20"/>
        </w:rPr>
        <w:t>[36 . 5 g]</w:t>
      </w:r>
    </w:p>
    <w:p>
      <w:r>
        <w:rPr>
          <w:rFonts w:ascii="Gentium Plus" w:hAnsi="Gentium Plus"/>
          <w:sz w:val="24"/>
        </w:rPr>
        <w:t>ρέων καθαιρόντων, μὴ γοήτων ἐπᾳδόντων. Πολεμου‐ μένης δὲ τῆς Ἑλλάδος, καὶ πάντων πᾶσιν ἐπιτιθεμένων, οἳ πρὶν ἐπ’ ἀλλήλοισι φέρον πολύδακρυν Ἄρηα, ἐκεχειρίαν ἦγεν μόνος, ἐν ὡπλισμένοις ἄοπλος, ἐν μαχο‐</w:t>
      </w:r>
    </w:p>
    <w:p>
      <w:r>
        <w:rPr>
          <w:rFonts w:ascii="Courier New" w:hAnsi="Courier New"/>
          <w:color w:val="555555"/>
          <w:sz w:val="20"/>
        </w:rPr>
        <w:t>[5]</w:t>
      </w:r>
    </w:p>
    <w:p>
      <w:r>
        <w:rPr>
          <w:rFonts w:ascii="Gentium Plus" w:hAnsi="Gentium Plus"/>
          <w:sz w:val="24"/>
        </w:rPr>
        <w:t>μένοις ἔνσπονδος πᾶσιν· ἀπείχοντο δὲ αὐτοῦ καὶ οἱ</w:t>
      </w:r>
    </w:p>
    <w:p>
      <w:r>
        <w:rPr>
          <w:rFonts w:ascii="Courier New" w:hAnsi="Courier New"/>
          <w:color w:val="555555"/>
          <w:sz w:val="20"/>
        </w:rPr>
        <w:t>[36 . 5 h]</w:t>
      </w:r>
    </w:p>
    <w:p>
      <w:r>
        <w:rPr>
          <w:rFonts w:ascii="Gentium Plus" w:hAnsi="Gentium Plus"/>
          <w:sz w:val="24"/>
        </w:rPr>
        <w:t>ἄδικοι, καὶ οἱ τύραννοι, καὶ οἱ συκοφάνται. Ἤλεγχε μὲν γὰρ τοὺς πονηρούς, ἀλλ’ οὐ λόγων σοφίσμασιν, ὅσπερ ἐλέγχων ἀνιαρότατος, ἀλλὰ ἔργοις, παρατιθεὶς ἑκάστοτε, ὅσπερ ἐλέγχων ἀνυσιμώτατος καὶ εἰρηνικώ‐</w:t>
      </w:r>
    </w:p>
    <w:p>
      <w:r>
        <w:rPr>
          <w:rFonts w:ascii="Courier New" w:hAnsi="Courier New"/>
          <w:color w:val="555555"/>
          <w:sz w:val="20"/>
        </w:rPr>
        <w:t>[5]</w:t>
      </w:r>
    </w:p>
    <w:p>
      <w:r>
        <w:rPr>
          <w:rFonts w:ascii="Gentium Plus" w:hAnsi="Gentium Plus"/>
          <w:sz w:val="24"/>
        </w:rPr>
        <w:t>τατος· καὶ διὰ τοῦτο οὔτε Μέλητός τις ἐπὶ Διογένην ἀνέστη, οὔτε Ἀριστοφάνης, οὐκ Ἄνυτος, οὐ Λύκων.</w:t>
      </w:r>
    </w:p>
    <w:p>
      <w:r>
        <w:rPr>
          <w:rFonts w:ascii="Courier New" w:hAnsi="Courier New"/>
          <w:color w:val="555555"/>
          <w:sz w:val="20"/>
        </w:rPr>
        <w:t>[36 . 6 a]</w:t>
      </w:r>
    </w:p>
    <w:p>
      <w:r>
        <w:rPr>
          <w:rFonts w:ascii="Gentium Plus" w:hAnsi="Gentium Plus"/>
          <w:sz w:val="24"/>
        </w:rPr>
        <w:t>Πῶς οὖν οὐ προηγούμενος τῷ Διογένει ὁ βίος οὗτος, ὃν ἑκὼν εἵλετο, ὃν Ἀπόλλων ἔδωκεν, ὃν ὁ Ζεὺς ἐπῄνεσεν, ὃν οἱ νοῦν ἔχοντες θαυμάζουσιν; ἢ ἄλλό τι</w:t>
      </w:r>
    </w:p>
    <w:p>
      <w:r>
        <w:rPr>
          <w:rFonts w:ascii="Courier New" w:hAnsi="Courier New"/>
          <w:color w:val="555555"/>
          <w:sz w:val="20"/>
        </w:rPr>
        <w:t>[36 . 6 b]</w:t>
      </w:r>
    </w:p>
    <w:p>
      <w:r>
        <w:rPr>
          <w:rFonts w:ascii="Gentium Plus" w:hAnsi="Gentium Plus"/>
          <w:sz w:val="24"/>
        </w:rPr>
        <w:t>οὐκ αὐθαίρετον τῷ ἔχοντι; Ἔρου δὴ τὸν γεγαμηκότα· ‘Τίνος εἵνεκεν γαμεῖς;‘ Παίδων, φησίν· τὸν παιδοτρο‐ φοῦντα, τίνος εἵνεκα ἐτεκνώσατο; διαδοχῆς ἐρᾷ· τὸν στρατευόμενον, πλεονεξίας ἐρᾷ· τὸν γεωργοῦντα, καρ‐</w:t>
      </w:r>
    </w:p>
    <w:p>
      <w:r>
        <w:rPr>
          <w:rFonts w:ascii="Courier New" w:hAnsi="Courier New"/>
          <w:color w:val="555555"/>
          <w:sz w:val="20"/>
        </w:rPr>
        <w:t>[5]</w:t>
      </w:r>
    </w:p>
    <w:p>
      <w:r>
        <w:rPr>
          <w:rFonts w:ascii="Gentium Plus" w:hAnsi="Gentium Plus"/>
          <w:sz w:val="24"/>
        </w:rPr>
        <w:t>πῶν ἐρᾷ· τὸν χρηματιζόμενον, εὐπορίας ἐρᾷ· τὸν πο‐</w:t>
      </w:r>
    </w:p>
    <w:p>
      <w:r>
        <w:rPr>
          <w:rFonts w:ascii="Courier New" w:hAnsi="Courier New"/>
          <w:color w:val="555555"/>
          <w:sz w:val="20"/>
        </w:rPr>
        <w:t>[36 . 6 c]</w:t>
      </w:r>
    </w:p>
    <w:p>
      <w:r>
        <w:rPr>
          <w:rFonts w:ascii="Gentium Plus" w:hAnsi="Gentium Plus"/>
          <w:sz w:val="24"/>
        </w:rPr>
        <w:t>λιτευόμενον, τιμῆς ἐρᾷ. Τῶν δὲ ἐρώτων τούτων οἱ πολλοὶ ἀμβλισκάνουσιν, καὶ εἰς τοὐναντίον περϊίσταν‐ ται, καὶ εὐχῆς ἔργον ἡ ἐπιτυχία, οὐ γνώμης οὐδὲ τέχ‐</w:t>
      </w:r>
    </w:p>
    <w:p>
      <w:r>
        <w:rPr>
          <w:rFonts w:ascii="Courier New" w:hAnsi="Courier New"/>
          <w:color w:val="555555"/>
          <w:sz w:val="20"/>
        </w:rPr>
        <w:t>[36 . 6 d]</w:t>
      </w:r>
    </w:p>
    <w:p>
      <w:r>
        <w:rPr>
          <w:rFonts w:ascii="Gentium Plus" w:hAnsi="Gentium Plus"/>
          <w:sz w:val="24"/>
        </w:rPr>
        <w:t>νης. Ἕκαστος δὴ τῶν ταῦτα αἱρουμένων περίστασίν τινα διαπεραίνεται τοῦ βίου, καὶ ταλαιπωρίας ἀνέχεται οὐχ ἑκουσίου, οὐδὲ δι’ ἄγνοιαν τῶν αὐθαιρέτων ἀγα‐</w:t>
      </w:r>
    </w:p>
    <w:p>
      <w:r>
        <w:rPr>
          <w:rFonts w:ascii="Courier New" w:hAnsi="Courier New"/>
          <w:color w:val="555555"/>
          <w:sz w:val="20"/>
        </w:rPr>
        <w:t>[36 . 6 e]</w:t>
      </w:r>
    </w:p>
    <w:p>
      <w:r>
        <w:rPr>
          <w:rFonts w:ascii="Gentium Plus" w:hAnsi="Gentium Plus"/>
          <w:sz w:val="24"/>
        </w:rPr>
        <w:t>θῶν. Τίνα γὰρ ἄν τις καὶ φαίη τούτων ἐλεύθερον; τὸν δημαγωγόν; δοῦλον λέγεις πολλῶν δεσποτῶν· τὸν ῥήτορα; δοῦλον λέγεις πικρῶν δικαστῶν· τὸν τύ‐ ραννον; δοῦλον λέγεις ἀκολάστων ἡδονῶν· τὸν στρα‐</w:t>
      </w:r>
    </w:p>
    <w:p>
      <w:r>
        <w:rPr>
          <w:rFonts w:ascii="Courier New" w:hAnsi="Courier New"/>
          <w:color w:val="555555"/>
          <w:sz w:val="20"/>
        </w:rPr>
        <w:t>[5]</w:t>
      </w:r>
    </w:p>
    <w:p>
      <w:r>
        <w:rPr>
          <w:rFonts w:ascii="Gentium Plus" w:hAnsi="Gentium Plus"/>
          <w:sz w:val="24"/>
        </w:rPr>
        <w:t>τηγόν; δοῦλον λέγεις ἀδήλου τύχης· τὸν πλέοντα;</w:t>
      </w:r>
    </w:p>
    <w:p>
      <w:r>
        <w:rPr>
          <w:rFonts w:ascii="Courier New" w:hAnsi="Courier New"/>
          <w:color w:val="555555"/>
          <w:sz w:val="20"/>
        </w:rPr>
        <w:t>[36 . 6 f]</w:t>
      </w:r>
    </w:p>
    <w:p>
      <w:r>
        <w:rPr>
          <w:rFonts w:ascii="Gentium Plus" w:hAnsi="Gentium Plus"/>
          <w:sz w:val="24"/>
        </w:rPr>
        <w:t>δοῦλον ἀσταθμήτου τέχνης· τὸν φιλόσοφον; ποῖον λέ‐ γεις; ἐπαινῶ μὲν γὰρ καὶ Σωκράτην· ἀλλ’ ἀκούω λέ‐ γοντος· ‘Πείθομαι τῷ νόμῳ, καὶ ἑκὼν ἐπὶ τὸ δεσμω‐</w:t>
      </w:r>
    </w:p>
    <w:p>
      <w:r>
        <w:rPr>
          <w:rFonts w:ascii="Courier New" w:hAnsi="Courier New"/>
          <w:color w:val="555555"/>
          <w:sz w:val="20"/>
        </w:rPr>
        <w:t>[36 . 6 g]</w:t>
      </w:r>
    </w:p>
    <w:p>
      <w:r>
        <w:rPr>
          <w:rFonts w:ascii="Gentium Plus" w:hAnsi="Gentium Plus"/>
          <w:sz w:val="24"/>
        </w:rPr>
        <w:t>τήριον ἄπειμι, καὶ λαμβάνω τὸ φάρμακον ἑκών.‘ Ὦ</w:t>
      </w:r>
    </w:p>
    <w:p>
      <w:r>
        <w:rPr>
          <w:rFonts w:ascii="Courier New" w:hAnsi="Courier New"/>
          <w:color w:val="555555"/>
          <w:sz w:val="20"/>
        </w:rPr>
        <w:t>[5]</w:t>
      </w:r>
    </w:p>
    <w:p>
      <w:r>
        <w:rPr>
          <w:rFonts w:ascii="Gentium Plus" w:hAnsi="Gentium Plus"/>
          <w:sz w:val="24"/>
        </w:rPr>
        <w:t>Σόλωνος, τί βελτίων ἦν Σόλων Σωκράτους; Ἀποκρι‐ νάσθω μοι καὶ Πλάτων ὑπὲρ φιλοσοφίας, εἰ μηδεὶς αὐ‐ τὴν ἐπετάραξεν, μὴ Δίων φεύγων, μὴ Διονύσιος ἀπει‐ λῶν, μὴ τὰ Σικελικὰ καὶ τὰ Ἰώνια πελάγη, ἄνω καὶ</w:t>
      </w:r>
    </w:p>
    <w:p>
      <w:r>
        <w:rPr>
          <w:rFonts w:ascii="Courier New" w:hAnsi="Courier New"/>
          <w:color w:val="555555"/>
          <w:sz w:val="20"/>
        </w:rPr>
        <w:t>[36 . 6 h]</w:t>
      </w:r>
    </w:p>
    <w:p>
      <w:r>
        <w:rPr>
          <w:rFonts w:ascii="Gentium Plus" w:hAnsi="Gentium Plus"/>
          <w:sz w:val="24"/>
        </w:rPr>
        <w:t>κάτω πρὸς ἀνάγκην διαπλεόμενα. Κἂν ἐπὶ Ξενοφῶντα ἔλθω, βίον καὶ τοῦτον ὁρῶ μεστὸν πλάνης, καὶ τύχης ἀμφιβόλου, καὶ στρατιᾶς κατηναγκασμένης, καὶ στρα‐</w:t>
      </w:r>
    </w:p>
    <w:p>
      <w:r>
        <w:rPr>
          <w:rFonts w:ascii="Courier New" w:hAnsi="Courier New"/>
          <w:color w:val="555555"/>
          <w:sz w:val="20"/>
        </w:rPr>
        <w:t>[36 . 6 i]</w:t>
      </w:r>
    </w:p>
    <w:p>
      <w:r>
        <w:rPr>
          <w:rFonts w:ascii="Gentium Plus" w:hAnsi="Gentium Plus"/>
          <w:sz w:val="24"/>
        </w:rPr>
        <w:t>τηγίας ἀκουσίου, καὶ φυγῆς εὐπρεποῦς. Ταῦτα τοίνυν φημὶ τὰς περιστάσεις διαφεύγειν ἐκεῖνον τὸν βίον, δι’ ὃν καὶ Διογένης ὑψηλότερος ἦν καὶ Λυκούργου καὶ Σόλωνος καὶ Ἀρταξέρξου καὶ Ἀλεξάνδρου, καὶ</w:t>
      </w:r>
    </w:p>
    <w:p>
      <w:r>
        <w:rPr>
          <w:rFonts w:ascii="Courier New" w:hAnsi="Courier New"/>
          <w:color w:val="555555"/>
          <w:sz w:val="20"/>
        </w:rPr>
        <w:t>[5]</w:t>
      </w:r>
    </w:p>
    <w:p>
      <w:r>
        <w:rPr>
          <w:rFonts w:ascii="Gentium Plus" w:hAnsi="Gentium Plus"/>
          <w:sz w:val="24"/>
        </w:rPr>
        <w:t>ἐλευθερώτερος αὐτοῦ τοῦ Σωκράτους, οὐ δικαστηρίῳ ὑπαχθείς, οὐδὲ ἐν δεσμωτηρίῳ κείμενος, οὐδὲ ἐκ τῶν</w:t>
      </w:r>
    </w:p>
    <w:p>
      <w:pPr>
        <w:jc w:val="center"/>
      </w:pPr>
      <w:r>
        <w:rPr>
          <w:rFonts w:ascii="Gentium Plus" w:hAnsi="Gentium Plus"/>
          <w:b/>
          <w:sz w:val="24"/>
        </w:rPr>
        <w:t>Εἰ συμβάλλεται πρὸς ἀρετὴν</w:t>
      </w:r>
    </w:p>
    <w:p>
      <w:pPr>
        <w:jc w:val="center"/>
      </w:pPr>
      <w:r>
        <w:rPr>
          <w:rFonts w:ascii="Gentium Plus" w:hAnsi="Gentium Plus"/>
          <w:b/>
          <w:sz w:val="24"/>
        </w:rPr>
        <w:t>τὰ ἐγκύκλια μαθήματα.</w:t>
      </w:r>
    </w:p>
    <w:p>
      <w:r>
        <w:rPr>
          <w:rFonts w:ascii="Courier New" w:hAnsi="Courier New"/>
          <w:color w:val="555555"/>
          <w:sz w:val="20"/>
        </w:rPr>
        <w:t>[1]</w:t>
      </w:r>
    </w:p>
    <w:p>
      <w:r>
        <w:rPr>
          <w:rFonts w:ascii="Gentium Plus" w:hAnsi="Gentium Plus"/>
          <w:sz w:val="24"/>
        </w:rPr>
        <w:t>Σωκράτης ἐν Πειραεῖ διαλεγόμενος πολιτικοῖς ἀν‐ δράσιν ἀναπλάττει τῷ λόγῳ, καθάπερ ἐν δράματι, πό‐ λεώς τε καὶ πολιτείας ἀγαθῆς εἰκόνα, καὶ τίθεται νό‐ μους, καὶ παῖδας τρέφει καὶ φρουροὺς τῇ πόλει, μου‐</w:t>
      </w:r>
    </w:p>
    <w:p>
      <w:r>
        <w:rPr>
          <w:rFonts w:ascii="Courier New" w:hAnsi="Courier New"/>
          <w:color w:val="555555"/>
          <w:sz w:val="20"/>
        </w:rPr>
        <w:t>[5]</w:t>
      </w:r>
    </w:p>
    <w:p>
      <w:r>
        <w:rPr>
          <w:rFonts w:ascii="Gentium Plus" w:hAnsi="Gentium Plus"/>
          <w:sz w:val="24"/>
        </w:rPr>
        <w:t>σικῇ καὶ γυμναστικῇ παραδοὺς τὰ τῶν πολιτῶν σώματα καὶ τὰς ψυχάς· παραστήσας ἀμφοῖν τοῖν μαθημάτοιν διδασκάλους ἀγαθούς, ἐκκρίτους, ὥσπερ ἀγέλης ἡγε‐ μόνας, φύλακας ὀνομάζων τοὺς ἡγεμόνας· ὄναρ, οὐχ ὕπαρ, ὡς δόξαι ἄν τινι τῶν ἀγροικοτέρων, ξυνιστὰς</w:t>
      </w:r>
    </w:p>
    <w:p>
      <w:r>
        <w:rPr>
          <w:rFonts w:ascii="Courier New" w:hAnsi="Courier New"/>
          <w:color w:val="555555"/>
          <w:sz w:val="20"/>
        </w:rPr>
        <w:t>[37 . 1 b]</w:t>
      </w:r>
    </w:p>
    <w:p>
      <w:r>
        <w:rPr>
          <w:rFonts w:ascii="Gentium Plus" w:hAnsi="Gentium Plus"/>
          <w:sz w:val="24"/>
        </w:rPr>
        <w:t>πόλεις. Ἀλλὰ γὰρ τῆς παλαιᾶς φιλοσοφίας ὁ τρόπος</w:t>
      </w:r>
    </w:p>
    <w:p>
      <w:r>
        <w:rPr>
          <w:rFonts w:ascii="Courier New" w:hAnsi="Courier New"/>
          <w:color w:val="555555"/>
          <w:sz w:val="20"/>
        </w:rPr>
        <w:t>[37 . 1 c]</w:t>
      </w:r>
    </w:p>
    <w:p>
      <w:r>
        <w:rPr>
          <w:rFonts w:ascii="Gentium Plus" w:hAnsi="Gentium Plus"/>
          <w:sz w:val="24"/>
        </w:rPr>
        <w:t>οὗτος ἦν ἐοικὼς τοῖς χρησμοῖς. Εἰ δὲ βούλει, τὸν μὲν Σωκράτην ἐῶ· τὸν δὲ Ἀθηναῖον παρακαλῶμεν</w:t>
      </w:r>
    </w:p>
    <w:p>
      <w:r>
        <w:rPr>
          <w:rFonts w:ascii="Courier New" w:hAnsi="Courier New"/>
          <w:color w:val="555555"/>
          <w:sz w:val="20"/>
        </w:rPr>
        <w:t>[5]</w:t>
      </w:r>
    </w:p>
    <w:p>
      <w:r>
        <w:rPr>
          <w:rFonts w:ascii="Gentium Plus" w:hAnsi="Gentium Plus"/>
          <w:sz w:val="24"/>
        </w:rPr>
        <w:t>Δικταίου τῷ ἄντρῳ Μεγίλλῳ τῷ Λακεδαιμονίῳ, καὶ Κλεινίᾳ τῷ Κνωσίῳ, πόλει Δωρικῇ οἰκιζομένῃ τιθέντος νόμους, ἵνα πείθωνται τὸ Κρητῶν γένος μουσικὴν εἰς τὰ τῆς ἀνδρείας ἐπιτηδεύματα εἰσοικίσαι, καὶ ἡμερῶσαι τὸν θυμὸν τῷ μέλει, ἵνα μὴ κολοβὸς αὐτοῖς ἡ ἀρετὴ</w:t>
      </w:r>
    </w:p>
    <w:p>
      <w:r>
        <w:rPr>
          <w:rFonts w:ascii="Courier New" w:hAnsi="Courier New"/>
          <w:color w:val="555555"/>
          <w:sz w:val="20"/>
        </w:rPr>
        <w:t>[37 . 1 d]</w:t>
      </w:r>
    </w:p>
    <w:p>
      <w:r>
        <w:rPr>
          <w:rFonts w:ascii="Gentium Plus" w:hAnsi="Gentium Plus"/>
          <w:sz w:val="24"/>
        </w:rPr>
        <w:t>μηδὲ ἀτελὴς γίγνηται· πρὸς τὸν μὲν ἔξω πόλεμον παρα‐ σκευάζουσα καρτερεῖν καλῶς καὶ ἀνέχεσθαι πονου‐</w:t>
      </w:r>
    </w:p>
    <w:p>
      <w:r>
        <w:rPr>
          <w:rFonts w:ascii="Courier New" w:hAnsi="Courier New"/>
          <w:color w:val="555555"/>
          <w:sz w:val="20"/>
        </w:rPr>
        <w:t>[37 . 1 e]</w:t>
      </w:r>
    </w:p>
    <w:p>
      <w:r>
        <w:rPr>
          <w:rFonts w:ascii="Gentium Plus" w:hAnsi="Gentium Plus"/>
          <w:sz w:val="24"/>
        </w:rPr>
        <w:t>μένους, καὶ ἀποθνήσκειν μένοντας· πρὸς δὲ τὸν ἐν τῇ ψυχῇ τὸν στασιωτικὸν μηδεμίαν παρασκευὴν πορισα‐ μένη τοῖς αὑτῆς θρέμμασιν.</w:t>
      </w:r>
    </w:p>
    <w:p>
      <w:r>
        <w:rPr>
          <w:rFonts w:ascii="Courier New" w:hAnsi="Courier New"/>
          <w:color w:val="555555"/>
          <w:sz w:val="20"/>
        </w:rPr>
        <w:t>[37 . 2 a]</w:t>
      </w:r>
    </w:p>
    <w:p>
      <w:r>
        <w:rPr>
          <w:rFonts w:ascii="Gentium Plus" w:hAnsi="Gentium Plus"/>
          <w:sz w:val="24"/>
        </w:rPr>
        <w:t>Πῶς τοῦτο λέγοις, ὦ ξένε Ἀττικέ; οὕτω τὸ ἀγα‐ θὸν ἡμῖν στενὸν καὶ γλίσχρον καὶ δύσληπτον, καὶ</w:t>
      </w:r>
    </w:p>
    <w:p>
      <w:r>
        <w:rPr>
          <w:rFonts w:ascii="Courier New" w:hAnsi="Courier New"/>
          <w:color w:val="555555"/>
          <w:sz w:val="20"/>
        </w:rPr>
        <w:t>[37 . 2 b]</w:t>
      </w:r>
    </w:p>
    <w:p>
      <w:r>
        <w:rPr>
          <w:rFonts w:ascii="Gentium Plus" w:hAnsi="Gentium Plus"/>
          <w:sz w:val="24"/>
        </w:rPr>
        <w:t>ἄδηλον καὶ πραγματείας πολλῆς ἐμπεπλησμένον; ὥστε οὐκ ἂν αὐτοῦ τύχοιμεν, ὅτι μὴ τερετίζοντες καὶ ψάλ‐ λοντες, καὶ τὰς ἐν γεωμετρίᾳ γραμμὰς ἄνω καὶ κάτω καταγράφοντες, καὶ τριβόμενοι ἐν τούτοις, ὥσπερ ἄλλό</w:t>
      </w:r>
    </w:p>
    <w:p>
      <w:r>
        <w:rPr>
          <w:rFonts w:ascii="Courier New" w:hAnsi="Courier New"/>
          <w:color w:val="555555"/>
          <w:sz w:val="20"/>
        </w:rPr>
        <w:t>[37 . 2 c]</w:t>
      </w:r>
    </w:p>
    <w:p>
      <w:r>
        <w:rPr>
          <w:rFonts w:ascii="Gentium Plus" w:hAnsi="Gentium Plus"/>
          <w:sz w:val="24"/>
        </w:rPr>
        <w:t>τι ἐθέλοντες, ἀλλ’ οὐκ ἄνθρωποι ἀγαθοὶ εἶναι; πρᾶγμα κατὰ τὴν χρείαν ὑψηλὸν καὶ μέγα καὶ ἐγγύς που τινὸς</w:t>
      </w:r>
    </w:p>
    <w:p>
      <w:r>
        <w:rPr>
          <w:rFonts w:ascii="Courier New" w:hAnsi="Courier New"/>
          <w:color w:val="555555"/>
          <w:sz w:val="20"/>
        </w:rPr>
        <w:t>[37 . 2 d]</w:t>
      </w:r>
    </w:p>
    <w:p>
      <w:r>
        <w:rPr>
          <w:rFonts w:ascii="Gentium Plus" w:hAnsi="Gentium Plus"/>
          <w:sz w:val="24"/>
        </w:rPr>
        <w:t>ἀντιβλέψαι. Ἀποκρίνεται ὁ Ἀθηναῖος ξένος, ὅτι καὶ πόλεως τὸ καλούμενον δὴ τοῦτο νόμος ἄνευ πειθοῦς</w:t>
      </w:r>
    </w:p>
    <w:p>
      <w:r>
        <w:rPr>
          <w:rFonts w:ascii="Courier New" w:hAnsi="Courier New"/>
          <w:color w:val="555555"/>
          <w:sz w:val="20"/>
        </w:rPr>
        <w:t>[37 . 2 e]</w:t>
      </w:r>
    </w:p>
    <w:p>
      <w:r>
        <w:rPr>
          <w:rFonts w:ascii="Gentium Plus" w:hAnsi="Gentium Plus"/>
          <w:sz w:val="24"/>
        </w:rPr>
        <w:t>τῶν χρωμένων σύγγραμμά ἐστιν ἄλλως κενόν· δεῖ δὴ αὐτῷ τοῦ δήμου πειθομένου ἑκόντος· ὁ δὲ ἐν τῇ ψυχῇ δῆμος πολὺς καὶ ἔμπληκτος· ἀλλ’ ἐπειδὰν ἅπαξ εἴξας ὁμολογῆσαι τῷ νόμῳ καὶ ἕπηται, ᾗ αὐτὸς ἐπικελεύῃ,</w:t>
      </w:r>
    </w:p>
    <w:p>
      <w:r>
        <w:rPr>
          <w:rFonts w:ascii="Courier New" w:hAnsi="Courier New"/>
          <w:color w:val="555555"/>
          <w:sz w:val="20"/>
        </w:rPr>
        <w:t>[5]</w:t>
      </w:r>
    </w:p>
    <w:p>
      <w:r>
        <w:rPr>
          <w:rFonts w:ascii="Gentium Plus" w:hAnsi="Gentium Plus"/>
          <w:sz w:val="24"/>
        </w:rPr>
        <w:t>τοῦτο ἂν εἴη τὸ χρῆμα πολιτεία ψυχῆς ἡ ἀρίστη, ἣν καλοῦσιν οἱ ἄνθρωποι φιλοσοφίαν.</w:t>
      </w:r>
    </w:p>
    <w:p>
      <w:r>
        <w:rPr>
          <w:rFonts w:ascii="Courier New" w:hAnsi="Courier New"/>
          <w:color w:val="555555"/>
          <w:sz w:val="20"/>
        </w:rPr>
        <w:t>[37 . 3 a]</w:t>
      </w:r>
    </w:p>
    <w:p>
      <w:r>
        <w:rPr>
          <w:rFonts w:ascii="Gentium Plus" w:hAnsi="Gentium Plus"/>
          <w:sz w:val="24"/>
        </w:rPr>
        <w:t>Φέρε δή, νομοθέτου δίκην παρίτω φιλοσοφία, ψυ‐ χὴν ἄτακτον καὶ πλανωμένην κοσμήσουσα, καθάπερ δῆμον· παρακαλείτω δὲ ξυλλήπτορας ἐσομένας αὐτῇ καὶ ἄλλας τέχνας, οὐ βαναύσους, μὰ Δία, οὐδὲ χει‐</w:t>
      </w:r>
    </w:p>
    <w:p>
      <w:r>
        <w:rPr>
          <w:rFonts w:ascii="Courier New" w:hAnsi="Courier New"/>
          <w:color w:val="555555"/>
          <w:sz w:val="20"/>
        </w:rPr>
        <w:t>[37 . 3 b]</w:t>
      </w:r>
    </w:p>
    <w:p>
      <w:r>
        <w:rPr>
          <w:rFonts w:ascii="Gentium Plus" w:hAnsi="Gentium Plus"/>
          <w:sz w:val="24"/>
        </w:rPr>
        <w:t>ρουργικάς, οὐδὲ οἵας συντελεῖν τὰ φαῦλα ἡμῖν· ἀλλὰ τὴν μὲν τὸ σῶμα τῇ ψυχῇ παρασκευάζουσαν ὄχημα εὐπειθὲς καὶ ἐρρωμένον τοῖς προστάγμασιν ὑπηρετεῖν,</w:t>
      </w:r>
    </w:p>
    <w:p>
      <w:r>
        <w:rPr>
          <w:rFonts w:ascii="Courier New" w:hAnsi="Courier New"/>
          <w:color w:val="555555"/>
          <w:sz w:val="20"/>
        </w:rPr>
        <w:t>[37 . 3 c]</w:t>
      </w:r>
    </w:p>
    <w:p>
      <w:r>
        <w:rPr>
          <w:rFonts w:ascii="Gentium Plus" w:hAnsi="Gentium Plus"/>
          <w:sz w:val="24"/>
        </w:rPr>
        <w:t>γυμναστικὴν ταύτην ὀνομάζουσα· τὴν δὲ ἄγγελον τῶν τῆς ψυχῆς διανοημάτων, ῥητορικὴν ταύτην ὀνομάζουσα·</w:t>
      </w:r>
    </w:p>
    <w:p>
      <w:r>
        <w:rPr>
          <w:rFonts w:ascii="Courier New" w:hAnsi="Courier New"/>
          <w:color w:val="555555"/>
          <w:sz w:val="20"/>
        </w:rPr>
        <w:t>[37 . 3 d]</w:t>
      </w:r>
    </w:p>
    <w:p>
      <w:r>
        <w:rPr>
          <w:rFonts w:ascii="Gentium Plus" w:hAnsi="Gentium Plus"/>
          <w:sz w:val="24"/>
        </w:rPr>
        <w:t>τὴν δὲ</w:t>
      </w:r>
    </w:p>
    <w:p>
      <w:r>
        <w:rPr>
          <w:rFonts w:ascii="Courier New" w:hAnsi="Courier New"/>
          <w:color w:val="555555"/>
          <w:sz w:val="20"/>
        </w:rPr>
        <w:t>[37 . 3 e]</w:t>
      </w:r>
    </w:p>
    <w:p>
      <w:r>
        <w:rPr>
          <w:rFonts w:ascii="Gentium Plus" w:hAnsi="Gentium Plus"/>
          <w:sz w:val="24"/>
        </w:rPr>
        <w:t>ποιητικὴν ταύτην ὀνομάζουσα· τὴν δὲ ἡγεμόνα τῆς ἀριθμῶν φύσεως, ἀριθμητικὴν ταύτην ὀνομάζουσα·</w:t>
      </w:r>
    </w:p>
    <w:p>
      <w:r>
        <w:rPr>
          <w:rFonts w:ascii="Courier New" w:hAnsi="Courier New"/>
          <w:color w:val="555555"/>
          <w:sz w:val="20"/>
        </w:rPr>
        <w:t>[37 . 3 f]</w:t>
      </w:r>
    </w:p>
    <w:p>
      <w:r>
        <w:rPr>
          <w:rFonts w:ascii="Gentium Plus" w:hAnsi="Gentium Plus"/>
          <w:sz w:val="24"/>
        </w:rPr>
        <w:t>τὴν δὲ καὶ λογισμῶν διδάσκαλον, λογιστικὴν ταύτην</w:t>
      </w:r>
    </w:p>
    <w:p>
      <w:r>
        <w:rPr>
          <w:rFonts w:ascii="Courier New" w:hAnsi="Courier New"/>
          <w:color w:val="555555"/>
          <w:sz w:val="20"/>
        </w:rPr>
        <w:t>[37 . 3 g]</w:t>
      </w:r>
    </w:p>
    <w:p>
      <w:r>
        <w:rPr>
          <w:rFonts w:ascii="Gentium Plus" w:hAnsi="Gentium Plus"/>
          <w:sz w:val="24"/>
        </w:rPr>
        <w:t>ὀνομάζουσα· γεωμετρίαν δὲ καὶ μουσικήν, ξυνερίθω τὲ καὶ ξυνίστορε φιλοσοφίας, τῶν αὐτῶν νείμασα ἑκάστῃ μέρος τοῦ πόνου.</w:t>
      </w:r>
    </w:p>
    <w:p>
      <w:r>
        <w:rPr>
          <w:rFonts w:ascii="Courier New" w:hAnsi="Courier New"/>
          <w:color w:val="555555"/>
          <w:sz w:val="20"/>
        </w:rPr>
        <w:t>[37 . 4 a]</w:t>
      </w:r>
    </w:p>
    <w:p>
      <w:r>
        <w:rPr>
          <w:rFonts w:ascii="Gentium Plus" w:hAnsi="Gentium Plus"/>
          <w:sz w:val="24"/>
        </w:rPr>
        <w:t>Καὶ περὶ μὲν τῶν πόνων τάχα δὴ ἑξῆς διέξειμι·</w:t>
      </w:r>
    </w:p>
    <w:p>
      <w:r>
        <w:rPr>
          <w:rFonts w:ascii="Courier New" w:hAnsi="Courier New"/>
          <w:color w:val="555555"/>
          <w:sz w:val="20"/>
        </w:rPr>
        <w:t>[37 . 4 b]</w:t>
      </w:r>
    </w:p>
    <w:p>
      <w:r>
        <w:rPr>
          <w:rFonts w:ascii="Gentium Plus" w:hAnsi="Gentium Plus"/>
          <w:sz w:val="24"/>
        </w:rPr>
        <w:t>νῦν δὲ δὴ μουσικῆς πέρι, τοῦ πρεσβυτάτου τῶν ἐν ψυχῇ ἐπιτηδευμάτων, προχειρισάμενοι λέγωμεν τὰ εἰ‐</w:t>
      </w:r>
    </w:p>
    <w:p>
      <w:r>
        <w:rPr>
          <w:rFonts w:ascii="Courier New" w:hAnsi="Courier New"/>
          <w:color w:val="555555"/>
          <w:sz w:val="20"/>
        </w:rPr>
        <w:t>[37 . 4 c]</w:t>
      </w:r>
    </w:p>
    <w:p>
      <w:r>
        <w:rPr>
          <w:rFonts w:ascii="Gentium Plus" w:hAnsi="Gentium Plus"/>
          <w:sz w:val="24"/>
        </w:rPr>
        <w:t>κότα· ὡς ἔστιν καλὸν μὲν καὶ ἀνδρὶ ἑνὶ μουσική, κα‐ λὸν δ’ αὖ καὶ πόλει καὶ γένει ξύμπαντι, ᾧ τῶν θεῶν</w:t>
      </w:r>
    </w:p>
    <w:p>
      <w:r>
        <w:rPr>
          <w:rFonts w:ascii="Courier New" w:hAnsi="Courier New"/>
          <w:color w:val="555555"/>
          <w:sz w:val="20"/>
        </w:rPr>
        <w:t>[37 . 4 d]</w:t>
      </w:r>
    </w:p>
    <w:p>
      <w:r>
        <w:rPr>
          <w:rFonts w:ascii="Gentium Plus" w:hAnsi="Gentium Plus"/>
          <w:sz w:val="24"/>
        </w:rPr>
        <w:t>μοίρᾳ μουσικὴν συνέβη ἐπιτηδευθῆναι. Οὔτι τοι λέγω τὴν δι’ αὐλῶν καὶ ᾠδῇς καὶ χορῶν καὶ ψαλμάτων ἄνευ λόγου ἐπὶ τῇ ψυχῇ ἰοῦσαν, τῷ τερπνῷ τῆς</w:t>
      </w:r>
    </w:p>
    <w:p>
      <w:r>
        <w:rPr>
          <w:rFonts w:ascii="Courier New" w:hAnsi="Courier New"/>
          <w:color w:val="555555"/>
          <w:sz w:val="20"/>
        </w:rPr>
        <w:t>[37 . 4 e]</w:t>
      </w:r>
    </w:p>
    <w:p>
      <w:r>
        <w:rPr>
          <w:rFonts w:ascii="Gentium Plus" w:hAnsi="Gentium Plus"/>
          <w:sz w:val="24"/>
        </w:rPr>
        <w:t>ἀκοῆς τιμηθεῖσαν. Ταύτην μὲν γὰρ ἔοικεν ἡ ἀνθρω‐ πίνη ἀγαπήσασα πλημμέλεια, ἑπομένη τῷ ἡδεῖ φαινο‐ μένῳ, νοθεύσασα διὰ τοῦ ἔρωτος τούτου τὴν ἀκρίβειαν</w:t>
      </w:r>
    </w:p>
    <w:p>
      <w:r>
        <w:rPr>
          <w:rFonts w:ascii="Courier New" w:hAnsi="Courier New"/>
          <w:color w:val="555555"/>
          <w:sz w:val="20"/>
        </w:rPr>
        <w:t>[37 . 4 f]</w:t>
      </w:r>
    </w:p>
    <w:p>
      <w:r>
        <w:rPr>
          <w:rFonts w:ascii="Gentium Plus" w:hAnsi="Gentium Plus"/>
          <w:sz w:val="24"/>
        </w:rPr>
        <w:t>τῆς μουσικῆς· τὸ γὰρ νῦν ἔχον ἐξίτηλος ἡμῖν γενο‐ μένη οἴχεται, ἀποδυσαμένη τὸ αὑτῆς κάλλος, τὸ ὑγιὲς ἐκεῖνο καὶ ἀρχαῖον, ἐξαπατῶσα ἡμᾶς, καθαπερεὶ ἑταίρας</w:t>
      </w:r>
    </w:p>
    <w:p>
      <w:r>
        <w:rPr>
          <w:rFonts w:ascii="Courier New" w:hAnsi="Courier New"/>
          <w:color w:val="555555"/>
          <w:sz w:val="20"/>
        </w:rPr>
        <w:t>[37 . 4 g]</w:t>
      </w:r>
    </w:p>
    <w:p>
      <w:r>
        <w:rPr>
          <w:rFonts w:ascii="Gentium Plus" w:hAnsi="Gentium Plus"/>
          <w:sz w:val="24"/>
        </w:rPr>
        <w:t>ἐπίχριστον, οὐκ αὐτοφυὲς ἄνθος· καὶ εἰδώλῳ τινὶ μου‐ σικῆς ξυνόντες λανθάνομεν, αὐτὴν ἐκείνην ἀληθῆ καὶ ἐκ τοῦ Ἑλικῶνος μοῦσαν, τὴν Ὁμήρῳ φίλην, τὴν Ἡσιόδου διδάσκαλον, τὴν Ὀρφέως μητέρα, οὔτε ἔχοντες</w:t>
      </w:r>
    </w:p>
    <w:p>
      <w:r>
        <w:rPr>
          <w:rFonts w:ascii="Courier New" w:hAnsi="Courier New"/>
          <w:color w:val="555555"/>
          <w:sz w:val="20"/>
        </w:rPr>
        <w:t>[37 . 4 h]</w:t>
      </w:r>
    </w:p>
    <w:p>
      <w:r>
        <w:rPr>
          <w:rFonts w:ascii="Gentium Plus" w:hAnsi="Gentium Plus"/>
          <w:sz w:val="24"/>
        </w:rPr>
        <w:t>οὔτε εἰδότες· ἡ δὲ παρανομία, κατὰ σμικρὸν συμφο‐ ρηθεῖσα ἡμῖν, τὴν ψυχὴν εἰς τὸν ὄλισθον τοῦτον</w:t>
      </w:r>
    </w:p>
    <w:p>
      <w:r>
        <w:rPr>
          <w:rFonts w:ascii="Courier New" w:hAnsi="Courier New"/>
          <w:color w:val="555555"/>
          <w:sz w:val="20"/>
        </w:rPr>
        <w:t>[37 . 4 i]</w:t>
      </w:r>
    </w:p>
    <w:p>
      <w:r>
        <w:rPr>
          <w:rFonts w:ascii="Gentium Plus" w:hAnsi="Gentium Plus"/>
          <w:sz w:val="24"/>
        </w:rPr>
        <w:t>κατέσπασεν καὶ ἰδίᾳ καὶ δημοσίᾳ· ὅτε Δωριεῖς μὲν οἱ ἐν Σικελίᾳ, τὴν ὄρειον ἐκείνην καὶ ἀφελῆ μουσικὴν οἴκοι καταλιπόντες, ἣν ἐπὶ ἀγέλαις καὶ ποίμναις εἶχον, Συβαριτικῶν αὐλημάτων ἐρασταὶ γενόμενοι, καὶ ὄρ‐</w:t>
      </w:r>
    </w:p>
    <w:p>
      <w:r>
        <w:rPr>
          <w:rFonts w:ascii="Courier New" w:hAnsi="Courier New"/>
          <w:color w:val="555555"/>
          <w:sz w:val="20"/>
        </w:rPr>
        <w:t>[5]</w:t>
      </w:r>
    </w:p>
    <w:p>
      <w:r>
        <w:rPr>
          <w:rFonts w:ascii="Gentium Plus" w:hAnsi="Gentium Plus"/>
          <w:sz w:val="24"/>
        </w:rPr>
        <w:t>χησιν ἐπιτηδεύσαντες, οἵαν ὁ αὐλὸς ἠνάγκαζεν Ἰώνων, ἀφρονέστεροι μὲν τὸ εὐφημότατον, ἀκολαστότατοι δὲ</w:t>
      </w:r>
    </w:p>
    <w:p>
      <w:r>
        <w:rPr>
          <w:rFonts w:ascii="Courier New" w:hAnsi="Courier New"/>
          <w:color w:val="555555"/>
          <w:sz w:val="20"/>
        </w:rPr>
        <w:t>[37 . 4 k]</w:t>
      </w:r>
    </w:p>
    <w:p>
      <w:r>
        <w:rPr>
          <w:rFonts w:ascii="Gentium Plus" w:hAnsi="Gentium Plus"/>
          <w:sz w:val="24"/>
        </w:rPr>
        <w:t>τὸ ἀληθέστατον ἐγένοντο· Ἀθηναίοις δὲ ἡ μὲν παλαιὰ μοῦσα χοροὶ παίδων ἦσαν καὶ ἀνδρῶν, γῆς ἐργάται</w:t>
      </w:r>
    </w:p>
    <w:p>
      <w:r>
        <w:rPr>
          <w:rFonts w:ascii="Courier New" w:hAnsi="Courier New"/>
          <w:color w:val="555555"/>
          <w:sz w:val="20"/>
        </w:rPr>
        <w:t>[37 . 4 l]</w:t>
      </w:r>
    </w:p>
    <w:p>
      <w:r>
        <w:rPr>
          <w:rFonts w:ascii="Gentium Plus" w:hAnsi="Gentium Plus"/>
          <w:sz w:val="24"/>
        </w:rPr>
        <w:t>μένοι, ᾄσματα ᾄδοντες αὐτοσχέδια· μεταπεσοῦσα δὲ ἡ ψυχὴ ἐπὶ τέχνην ἀκορέστου χάριτος ἐν σκηνῇ καὶ θεά‐ τροις, ἀρχὴ τῆς περὶ πολιτείαν αὐτοῖς πλημμελείας</w:t>
      </w:r>
    </w:p>
    <w:p>
      <w:r>
        <w:rPr>
          <w:rFonts w:ascii="Courier New" w:hAnsi="Courier New"/>
          <w:color w:val="555555"/>
          <w:sz w:val="20"/>
        </w:rPr>
        <w:t>[37 . 4 m]</w:t>
      </w:r>
    </w:p>
    <w:p>
      <w:r>
        <w:rPr>
          <w:rFonts w:ascii="Gentium Plus" w:hAnsi="Gentium Plus"/>
          <w:sz w:val="24"/>
        </w:rPr>
        <w:t>ἐγένετο. Ἡ δὲ ἀληθὴς ἁρμονία, ἣν ᾄδει μὲν ὁ μου‐ σῶν χορός, ἐξάρχει δὲ αὐτῆς ὁ Ἀπόλλων ὁ μουσηγέτης, σώζει μὲν ψυχὴν μίαν, σώζει δὲ οἶκον, σώζει πόλιν, σώζει ναῦν, σώζει στρατόπεδον.</w:t>
      </w:r>
    </w:p>
    <w:p>
      <w:r>
        <w:rPr>
          <w:rFonts w:ascii="Courier New" w:hAnsi="Courier New"/>
          <w:color w:val="555555"/>
          <w:sz w:val="20"/>
        </w:rPr>
        <w:t>[37 . 5 a]</w:t>
      </w:r>
    </w:p>
    <w:p>
      <w:r>
        <w:rPr>
          <w:rFonts w:ascii="Gentium Plus" w:hAnsi="Gentium Plus"/>
          <w:sz w:val="24"/>
        </w:rPr>
        <w:t>Εἰ δὲ Πυθαγόρᾳ πειθόμεθα, ὥσπερ καὶ ἄξιον, καὶ μελῳδεῖ ὁ οὐρανός, οὐ κρουόμενος, ὥσπερ λύρα, οὐδὲ ἐμπνεόμενος, ὥσπερ αὐλός, ἀλλ’ ἡ περιφορὰ τῶν ἐν αὐτῷ δαιμονίων καὶ μουσικῶν σωμάτων, σύμμετρός τε</w:t>
      </w:r>
    </w:p>
    <w:p>
      <w:r>
        <w:rPr>
          <w:rFonts w:ascii="Courier New" w:hAnsi="Courier New"/>
          <w:color w:val="555555"/>
          <w:sz w:val="20"/>
        </w:rPr>
        <w:t>[5]</w:t>
      </w:r>
    </w:p>
    <w:p>
      <w:r>
        <w:rPr>
          <w:rFonts w:ascii="Gentium Plus" w:hAnsi="Gentium Plus"/>
          <w:sz w:val="24"/>
        </w:rPr>
        <w:t>οὖσα καὶ ἀντίρροπος, ἦχόν τινα ἀποτελεῖ δαιμόνιον. Τῆς ᾠδῆς ταύτης τὸ κάλλος θεοῖς μὲν γνώριμον, ἡμῖν δὲ ἀναισθές, δι’ ὑπερβολὴν μὲν αὐτοῦ, ἔνδειαν δὲ</w:t>
      </w:r>
    </w:p>
    <w:p>
      <w:r>
        <w:rPr>
          <w:rFonts w:ascii="Courier New" w:hAnsi="Courier New"/>
          <w:color w:val="555555"/>
          <w:sz w:val="20"/>
        </w:rPr>
        <w:t>[37 . 5 b]</w:t>
      </w:r>
    </w:p>
    <w:p>
      <w:r>
        <w:rPr>
          <w:rFonts w:ascii="Gentium Plus" w:hAnsi="Gentium Plus"/>
          <w:sz w:val="24"/>
        </w:rPr>
        <w:t>ἡμετέραν. Τοῦτό μοι ἀμέλει καὶ Ἡσίοδος αἰνίττεται, Ἑλικῶνά τινα ὀνομάζων τὸν θεόν, καὶ χοροὺς ἠγα‐ θέους ἐν αὐτῷ, κορυφαῖον δὲ εἴτε Ἥλιον, εἴτε Ἀπόλ‐</w:t>
      </w:r>
    </w:p>
    <w:p>
      <w:r>
        <w:rPr>
          <w:rFonts w:ascii="Courier New" w:hAnsi="Courier New"/>
          <w:color w:val="555555"/>
          <w:sz w:val="20"/>
        </w:rPr>
        <w:t>[37 . 5 c]</w:t>
      </w:r>
    </w:p>
    <w:p>
      <w:r>
        <w:rPr>
          <w:rFonts w:ascii="Gentium Plus" w:hAnsi="Gentium Plus"/>
          <w:sz w:val="24"/>
        </w:rPr>
        <w:t>Ἡ δέ γε ἀνθρωπίνη, καὶ περὶ τὴν ψυχὴν ἰοῦσα, τί ἂν εἴη ἄλλο, ἢ παιδαγώγημα τῶν τῆς ψυχῆς παθημά‐ των, τὸ μὲν ἐξᾶττον αὐτῆς καὶ φερόμενον κατεπᾴδουσα, τὸ δὲ παρειμένον καὶ ἐκλελυμένον ἔμπαλιν ἐπαίρουσα</w:t>
      </w:r>
    </w:p>
    <w:p>
      <w:r>
        <w:rPr>
          <w:rFonts w:ascii="Courier New" w:hAnsi="Courier New"/>
          <w:color w:val="555555"/>
          <w:sz w:val="20"/>
        </w:rPr>
        <w:t>[37 . 5 d]</w:t>
      </w:r>
    </w:p>
    <w:p>
      <w:r>
        <w:rPr>
          <w:rFonts w:ascii="Gentium Plus" w:hAnsi="Gentium Plus"/>
          <w:sz w:val="24"/>
        </w:rPr>
        <w:t>καὶ παροξύνουσα; Δεινὴ μὲν γὰρ ἐπελαφρῦναι οἶκτον, δεινὴ δὲ ἀμβλῦναι ὀργήν, δεινὴ δὲ ἐπισχεῖν θυμόν, ἀγαθὴ ἐπιθυμίαν σωφρονίσαι, καὶ λύπην ἰάσασθαι, καὶ ἔρωτα παραμυθήσασθαι, καὶ συμφορὰν κουφίσαι·</w:t>
      </w:r>
    </w:p>
    <w:p>
      <w:r>
        <w:rPr>
          <w:rFonts w:ascii="Courier New" w:hAnsi="Courier New"/>
          <w:color w:val="555555"/>
          <w:sz w:val="20"/>
        </w:rPr>
        <w:t>[37 . 5 e]</w:t>
      </w:r>
    </w:p>
    <w:p>
      <w:r>
        <w:rPr>
          <w:rFonts w:ascii="Gentium Plus" w:hAnsi="Gentium Plus"/>
          <w:sz w:val="24"/>
        </w:rPr>
        <w:t>ἀγαθὴ καὶ ἐν θυσίαις παραστάτις, καὶ ἐν δαιτὶ σύσιτος, καὶ ἐν πολέμῳ στρατηγός· δεινὴ δὲ καὶ ἐν ἑορταῖς εὐφρᾶναι, καὶ ἐν Διονυσίοις κωμάσαι, καὶ ἐν τελεταῖς ἐπιθειάσαι· δεινὴ καὶ πολιτείας ἦθος κεράσαι τῷ μέ‐</w:t>
      </w:r>
    </w:p>
    <w:p>
      <w:r>
        <w:rPr>
          <w:rFonts w:ascii="Courier New" w:hAnsi="Courier New"/>
          <w:color w:val="555555"/>
          <w:sz w:val="20"/>
        </w:rPr>
        <w:t>[37 . 5 f]</w:t>
      </w:r>
    </w:p>
    <w:p>
      <w:r>
        <w:rPr>
          <w:rFonts w:ascii="Gentium Plus" w:hAnsi="Gentium Plus"/>
          <w:sz w:val="24"/>
        </w:rPr>
        <w:t>τρῳ. Οὕτω Βοιωτοὺς τοὺς ἀγροίκους αὐλὸς ἐπιτη‐ δευόμενος ἡμέρωσεν, καὶ ποιητὴς Πίνδαρος συνῳδὸς τῷ αὐλῷ· καὶ Σπαρτιάτας ἤγειρεν τὰ Τυρταίου ἔπη, καὶ Ἀργείους τὰ Τελεσίλλης μέλη, καὶ Λεσβίους ἡ</w:t>
      </w:r>
    </w:p>
    <w:p>
      <w:r>
        <w:rPr>
          <w:rFonts w:ascii="Courier New" w:hAnsi="Courier New"/>
          <w:color w:val="555555"/>
          <w:sz w:val="20"/>
        </w:rPr>
        <w:t>[5]</w:t>
      </w:r>
    </w:p>
    <w:p>
      <w:r>
        <w:rPr>
          <w:rFonts w:ascii="Gentium Plus" w:hAnsi="Gentium Plus"/>
          <w:sz w:val="24"/>
        </w:rPr>
        <w:t>Ἀλκαίου ᾠδή· οὕτω καὶ Ἀνακρέων Σαμίοις Πολυκράτην ἡμέρωσεν, κεράσας τῇ τυραννίδι ἔρωτα, Σμερδίου καὶ Κλεοβούλου κόμην, καὶ αὐλοὺς Βαθύλλου, καὶ ᾠδὴν Ἰωνικήν.</w:t>
      </w:r>
    </w:p>
    <w:p>
      <w:r>
        <w:rPr>
          <w:rFonts w:ascii="Courier New" w:hAnsi="Courier New"/>
          <w:color w:val="555555"/>
          <w:sz w:val="20"/>
        </w:rPr>
        <w:t>[37 . 6 a]</w:t>
      </w:r>
    </w:p>
    <w:p>
      <w:r>
        <w:rPr>
          <w:rFonts w:ascii="Gentium Plus" w:hAnsi="Gentium Plus"/>
          <w:sz w:val="24"/>
        </w:rPr>
        <w:t>Τὰ δὲ τούτων ἀρχαιότερα εἰς τί χρὴ λέγειν; Ὀρ‐</w:t>
      </w:r>
    </w:p>
    <w:p>
      <w:r>
        <w:rPr>
          <w:rFonts w:ascii="Courier New" w:hAnsi="Courier New"/>
          <w:color w:val="555555"/>
          <w:sz w:val="20"/>
        </w:rPr>
        <w:t>[5]</w:t>
      </w:r>
    </w:p>
    <w:p>
      <w:r>
        <w:rPr>
          <w:rFonts w:ascii="Gentium Plus" w:hAnsi="Gentium Plus"/>
          <w:sz w:val="24"/>
        </w:rPr>
        <w:t>λῃσταὶ καὶ ἄξενοι· ἀλλ’ εἵποντό γε Ὀδρύσαι ἑκόντες</w:t>
      </w:r>
    </w:p>
    <w:p>
      <w:r>
        <w:rPr>
          <w:rFonts w:ascii="Courier New" w:hAnsi="Courier New"/>
          <w:color w:val="555555"/>
          <w:sz w:val="20"/>
        </w:rPr>
        <w:t>[37 . 6 b]</w:t>
      </w:r>
    </w:p>
    <w:p>
      <w:r>
        <w:rPr>
          <w:rFonts w:ascii="Gentium Plus" w:hAnsi="Gentium Plus"/>
          <w:sz w:val="24"/>
        </w:rPr>
        <w:t>ἡγεμόνι Ὀρφεῖ, καλῇ κηλούμενοι τῇ ᾠδῇ. Τοῦτο ἄρα ‘δρῦς καὶ μαινὰς ἐγένετο,‘ ἄγειν εἰκαζόντων τὸ ἀγεννὲς</w:t>
      </w:r>
    </w:p>
    <w:p>
      <w:r>
        <w:rPr>
          <w:rFonts w:ascii="Courier New" w:hAnsi="Courier New"/>
          <w:color w:val="555555"/>
          <w:sz w:val="20"/>
        </w:rPr>
        <w:t>[37 . 6 c]</w:t>
      </w:r>
    </w:p>
    <w:p>
      <w:r>
        <w:rPr>
          <w:rFonts w:ascii="Gentium Plus" w:hAnsi="Gentium Plus"/>
          <w:sz w:val="24"/>
        </w:rPr>
        <w:t>τοῦ τῶν κηλουμένων τρόπου ἀψύχοις σώμασιν. Ἄλλος ἦν περὶ Βοιωτίαν κιθαριστὴς γενναῖος, οὐ λίθους, οὐδὲ οἷον ὁ μῦθος φησίν, προσαγόμενος τῇ τέχνῃ (πῶς γὰρ ἂν γένοιτο ἐξ ᾠδῆς τεῖχος;) ἀλλ’ ὑπὸ μέλει</w:t>
      </w:r>
    </w:p>
    <w:p>
      <w:r>
        <w:rPr>
          <w:rFonts w:ascii="Courier New" w:hAnsi="Courier New"/>
          <w:color w:val="555555"/>
          <w:sz w:val="20"/>
        </w:rPr>
        <w:t>[5]</w:t>
      </w:r>
    </w:p>
    <w:p>
      <w:r>
        <w:rPr>
          <w:rFonts w:ascii="Gentium Plus" w:hAnsi="Gentium Plus"/>
          <w:sz w:val="24"/>
        </w:rPr>
        <w:t>ἐμβατηρίῳ καὶ τακτικῷ συναγαγὼν εἰς φάλαγγα τοὺς Βοιωτῶν νέους τεῖχος ἄμαχον ταῖς Θήβαις περιέβαλλεν·</w:t>
      </w:r>
    </w:p>
    <w:p>
      <w:r>
        <w:rPr>
          <w:rFonts w:ascii="Courier New" w:hAnsi="Courier New"/>
          <w:color w:val="555555"/>
          <w:sz w:val="20"/>
        </w:rPr>
        <w:t>[37 . 6 d]</w:t>
      </w:r>
    </w:p>
    <w:p>
      <w:r>
        <w:rPr>
          <w:rFonts w:ascii="Gentium Plus" w:hAnsi="Gentium Plus"/>
          <w:sz w:val="24"/>
        </w:rPr>
        <w:t>οἷον τεῖχος καὶ Σπαρτιάταις ἐμηχανήσατο Λυκοῦργος, ἐπιτάξας τοῖς νέοις αὐλὸν ἡγεμόνα ἐν ταῖς μάχαις· οἱ</w:t>
      </w:r>
    </w:p>
    <w:p>
      <w:r>
        <w:rPr>
          <w:rFonts w:ascii="Courier New" w:hAnsi="Courier New"/>
          <w:color w:val="555555"/>
          <w:sz w:val="20"/>
        </w:rPr>
        <w:t>[37 . 6 e]</w:t>
      </w:r>
    </w:p>
    <w:p>
      <w:r>
        <w:rPr>
          <w:rFonts w:ascii="Gentium Plus" w:hAnsi="Gentium Plus"/>
          <w:sz w:val="24"/>
        </w:rPr>
        <w:t>δὲ ἐπείθοντο, καὶ ἐπολέμουν χοροῦ νόμῳ. Τοῦτον ἔχων καὶ Θεμιστοκλῆς τὸν αὐλὸν εἰς τὰς ναῦς ἐνεβί‐ βασεν τὰς Ἀθήνας, οἱ δὲ ὑπ’ αὐλῷ οἱ μὲν εἴρεσσον,</w:t>
      </w:r>
    </w:p>
    <w:p>
      <w:r>
        <w:rPr>
          <w:rFonts w:ascii="Courier New" w:hAnsi="Courier New"/>
          <w:color w:val="555555"/>
          <w:sz w:val="20"/>
        </w:rPr>
        <w:t>[37 . 6 f]</w:t>
      </w:r>
    </w:p>
    <w:p>
      <w:r>
        <w:rPr>
          <w:rFonts w:ascii="Gentium Plus" w:hAnsi="Gentium Plus"/>
          <w:sz w:val="24"/>
        </w:rPr>
        <w:t>αἱ θεαὶ τῷ χορῷ Ἐλευσινόθεν. Ἐκεῖθεν ἐπινίκια ἕστη‐ κεν, ἐκεῖθεν τρόπαια Λακωνικὰ καὶ Ἀττικά, θαλάττια καὶ ἠπειρωτικά, μετ’ ἐπιγραμμάτων καλῶν· τοῦτον τὸν χορὸν ἐνίκων μὲν Λακεδαιμόνιοι, ἐδίδασκεν δὲ Λεω‐</w:t>
      </w:r>
    </w:p>
    <w:p>
      <w:r>
        <w:rPr>
          <w:rFonts w:ascii="Courier New" w:hAnsi="Courier New"/>
          <w:color w:val="555555"/>
          <w:sz w:val="20"/>
        </w:rPr>
        <w:t>[5]</w:t>
      </w:r>
    </w:p>
    <w:p>
      <w:r>
        <w:rPr>
          <w:rFonts w:ascii="Gentium Plus" w:hAnsi="Gentium Plus"/>
          <w:sz w:val="24"/>
        </w:rPr>
        <w:t>νίδης.</w:t>
      </w:r>
    </w:p>
    <w:p>
      <w:r>
        <w:rPr>
          <w:rFonts w:ascii="Courier New" w:hAnsi="Courier New"/>
          <w:color w:val="555555"/>
          <w:sz w:val="20"/>
        </w:rPr>
        <w:t>[37 . 7 a]</w:t>
      </w:r>
    </w:p>
    <w:p>
      <w:r>
        <w:rPr>
          <w:rFonts w:ascii="Gentium Plus" w:hAnsi="Gentium Plus"/>
          <w:sz w:val="24"/>
        </w:rPr>
        <w:t>Καὶ τί δεῖ πλέω λέγειν, ἢ μουσικῆς πέρι ἀπομη‐ κύνειν; ἀγαθὴ μὲν γὰρ εἰρήνης ξυνεργός, ἀγαθὴ δὲ ἐν πολέμῳ παραστάτις, ἀγαθὴ δὲ ἐν πολιτείᾳ ξύνοικος,</w:t>
      </w:r>
    </w:p>
    <w:p>
      <w:r>
        <w:rPr>
          <w:rFonts w:ascii="Courier New" w:hAnsi="Courier New"/>
          <w:color w:val="555555"/>
          <w:sz w:val="20"/>
        </w:rPr>
        <w:t>[37 . 7 b]</w:t>
      </w:r>
    </w:p>
    <w:p>
      <w:r>
        <w:rPr>
          <w:rFonts w:ascii="Gentium Plus" w:hAnsi="Gentium Plus"/>
          <w:sz w:val="24"/>
        </w:rPr>
        <w:t>ἀγαθὴ δὲ καὶ παίδων τροφός. Ταχεῖα γὰρ τῶν αἰσθή‐ σεων ἡ ἀκοή, καὶ ὀξέως ἐπὶ τὴν ψυχὴν τὰ γνωσθέντα ἀναπέμπουσα, καὶ προσαναγκάζουσα συμφθέγγεσθαι</w:t>
      </w:r>
    </w:p>
    <w:p>
      <w:r>
        <w:rPr>
          <w:rFonts w:ascii="Courier New" w:hAnsi="Courier New"/>
          <w:color w:val="555555"/>
          <w:sz w:val="20"/>
        </w:rPr>
        <w:t>[37 . 7 c]</w:t>
      </w:r>
    </w:p>
    <w:p>
      <w:r>
        <w:rPr>
          <w:rFonts w:ascii="Gentium Plus" w:hAnsi="Gentium Plus"/>
          <w:sz w:val="24"/>
        </w:rPr>
        <w:t>καὶ συνορμᾶν τοῖς αὐτῆς πάθεσιν. Ὅθεν ἄμουσοι ψυ‐ χαὶ καὶ ἐκμελεῖς, παντὶ τῷ ἡδεῖ φαινομένῳ ἐνδιδοῦσαι,</w:t>
      </w:r>
    </w:p>
    <w:p>
      <w:r>
        <w:rPr>
          <w:rFonts w:ascii="Courier New" w:hAnsi="Courier New"/>
          <w:color w:val="555555"/>
          <w:sz w:val="20"/>
        </w:rPr>
        <w:t>[37 . 7 d]</w:t>
      </w:r>
    </w:p>
    <w:p>
      <w:r>
        <w:rPr>
          <w:rFonts w:ascii="Gentium Plus" w:hAnsi="Gentium Plus"/>
          <w:sz w:val="24"/>
        </w:rPr>
        <w:t>οὐδαμῶς ἄν ποτε γένοιντο μέτοχοι ὀρθοῦ νόμου· μου‐ σικὴν δὲ ὀνομάζουσιν τὴν αὑτῶν ἡδονὴν δι’ ὁμοιότητα οὐ τοῦ τέλους, ἀλλὰ τῆς περὶ τὰ μέλη πραγματείας·</w:t>
      </w:r>
    </w:p>
    <w:p>
      <w:r>
        <w:rPr>
          <w:rFonts w:ascii="Courier New" w:hAnsi="Courier New"/>
          <w:color w:val="555555"/>
          <w:sz w:val="20"/>
        </w:rPr>
        <w:t>[37 . 7 e]</w:t>
      </w:r>
    </w:p>
    <w:p>
      <w:r>
        <w:rPr>
          <w:rFonts w:ascii="Gentium Plus" w:hAnsi="Gentium Plus"/>
          <w:sz w:val="24"/>
        </w:rPr>
        <w:t>οἷον εἴ τις καὶ ἰατρικὴν καλοῖ τέχνην, ἀπεληλαμένην μὲν τοῦ ὑγιεινοῦ, περὶ δὲ τὰ αὐτὰ φάρμακα ἐξεταζο‐</w:t>
      </w:r>
    </w:p>
    <w:p>
      <w:r>
        <w:rPr>
          <w:rFonts w:ascii="Courier New" w:hAnsi="Courier New"/>
          <w:color w:val="555555"/>
          <w:sz w:val="20"/>
        </w:rPr>
        <w:t>[37 . 7 f]</w:t>
      </w:r>
    </w:p>
    <w:p>
      <w:r>
        <w:rPr>
          <w:rFonts w:ascii="Gentium Plus" w:hAnsi="Gentium Plus"/>
          <w:sz w:val="24"/>
        </w:rPr>
        <w:t>μένην. Οὕτως ἀμέλει καὶ γεωμετρίαν, τὸ γενναιότατον</w:t>
      </w:r>
    </w:p>
    <w:p>
      <w:r>
        <w:rPr>
          <w:rFonts w:ascii="Courier New" w:hAnsi="Courier New"/>
          <w:color w:val="555555"/>
          <w:sz w:val="20"/>
        </w:rPr>
        <w:t>[5]</w:t>
      </w:r>
    </w:p>
    <w:p>
      <w:r>
        <w:rPr>
          <w:rFonts w:ascii="Gentium Plus" w:hAnsi="Gentium Plus"/>
          <w:sz w:val="24"/>
        </w:rPr>
        <w:t>τειχίον, καὶ πᾶν ὅσον εἰς χειρουργίαν αὐτῆς συντελεῖ,</w:t>
      </w:r>
    </w:p>
    <w:p>
      <w:r>
        <w:rPr>
          <w:rFonts w:ascii="Courier New" w:hAnsi="Courier New"/>
          <w:color w:val="555555"/>
          <w:sz w:val="20"/>
        </w:rPr>
        <w:t>[37 . 7 g]</w:t>
      </w:r>
    </w:p>
    <w:p>
      <w:r>
        <w:rPr>
          <w:rFonts w:ascii="Gentium Plus" w:hAnsi="Gentium Plus"/>
          <w:sz w:val="24"/>
        </w:rPr>
        <w:t>δοκιμάζοντες, πρόσω δὲ οὐχ ὁρῶντες· ἡ δὲ οὐχ οὕτως ἔχει, πολλοῦ γε καὶ δεῖ· οὐ γὰρ ἂν ᾠκεῖτο χεῖρον ἡ γῆ, μὴ διαμετρουμένων αὐτὴν ἀκριβῶς πενήτων γεωρ‐ γῶν· ἀλλὰ τοῦτο μὲν εἴη ἄν τι τῶν ἐν γεωργίᾳ τὸ</w:t>
      </w:r>
    </w:p>
    <w:p>
      <w:r>
        <w:rPr>
          <w:rFonts w:ascii="Courier New" w:hAnsi="Courier New"/>
          <w:color w:val="555555"/>
          <w:sz w:val="20"/>
        </w:rPr>
        <w:t>[37 . 7 h*]</w:t>
      </w:r>
    </w:p>
    <w:p>
      <w:r>
        <w:rPr>
          <w:rFonts w:ascii="Gentium Plus" w:hAnsi="Gentium Plus"/>
          <w:sz w:val="24"/>
        </w:rPr>
        <w:t>φαυλότατον· τὸ δ’ ἔργον αὐτό, ὥσπέρ τι ὀξυωπὲς τῆς διανοίας φάρμακον, ῥώμην αὕτη οὐκ ἀγεννῆ παρα‐</w:t>
      </w:r>
    </w:p>
    <w:p>
      <w:r>
        <w:rPr>
          <w:rFonts w:ascii="Courier New" w:hAnsi="Courier New"/>
          <w:color w:val="555555"/>
          <w:sz w:val="20"/>
        </w:rPr>
        <w:t>[37 . 7 i]</w:t>
      </w:r>
    </w:p>
    <w:p>
      <w:r>
        <w:rPr>
          <w:rFonts w:ascii="Gentium Plus" w:hAnsi="Gentium Plus"/>
          <w:sz w:val="24"/>
        </w:rPr>
        <w:t>σκευάζει πρὸς τὴν θέαν τῶν ὅλων· ἀθέατοι δὲ οἱ πολλοὶ τῆς χρείας ταύτης, καθάπερ εἴ τις ἠπειρώτης ἀνὴρ ναῦν ἰδὼν ἐν λιμένι, ἀγασθεὶς τοῦ σοφίσματος ἔνδον τῇ νηῒ χρῷτο, πάντα κινῶν τὰ ὄργανα, τοῦτο</w:t>
      </w:r>
    </w:p>
    <w:p>
      <w:r>
        <w:rPr>
          <w:rFonts w:ascii="Courier New" w:hAnsi="Courier New"/>
          <w:color w:val="555555"/>
          <w:sz w:val="20"/>
        </w:rPr>
        <w:t>[5]</w:t>
      </w:r>
    </w:p>
    <w:p>
      <w:r>
        <w:rPr>
          <w:rFonts w:ascii="Gentium Plus" w:hAnsi="Gentium Plus"/>
          <w:sz w:val="24"/>
        </w:rPr>
        <w:t>οἰόμενος εἶναι τέλος τῆς νεώς.</w:t>
      </w:r>
    </w:p>
    <w:p>
      <w:r>
        <w:rPr>
          <w:rFonts w:ascii="Courier New" w:hAnsi="Courier New"/>
          <w:color w:val="555555"/>
          <w:sz w:val="20"/>
        </w:rPr>
        <w:t>[37 . 8 a]</w:t>
      </w:r>
    </w:p>
    <w:p>
      <w:r>
        <w:rPr>
          <w:rFonts w:ascii="Gentium Plus" w:hAnsi="Gentium Plus"/>
          <w:sz w:val="24"/>
        </w:rPr>
        <w:t>Φαίη δ’ ἄν, οἴομαι, πρὸς αὐτὸν ἡ Ἀθηνᾶ, ἡ εὑ‐ ρέτις τοῦ ἔργου τούτου· ‘Ὁρᾷς πέλαγος πλατὺ καὶ ἄπειρον, κεχυμένον ὑπὲρ τῆς γῆς, συνάπτον αὐτῆς τὰ τέρματα, ὧν πρόσθεν οὐδὲ ἀκοὴν εἶχές τε οὐδὲ ἐλπίδα</w:t>
      </w:r>
    </w:p>
    <w:p>
      <w:r>
        <w:rPr>
          <w:rFonts w:ascii="Courier New" w:hAnsi="Courier New"/>
          <w:color w:val="555555"/>
          <w:sz w:val="20"/>
        </w:rPr>
        <w:t>[5]</w:t>
      </w:r>
    </w:p>
    <w:p>
      <w:r>
        <w:rPr>
          <w:rFonts w:ascii="Gentium Plus" w:hAnsi="Gentium Plus"/>
          <w:sz w:val="24"/>
        </w:rPr>
        <w:t>τῆς θέας; ἑκάστῳ δὲ εἷς ἦν τόπος γνώριμος, ὥσπερ οἱ</w:t>
      </w:r>
    </w:p>
    <w:p>
      <w:r>
        <w:rPr>
          <w:rFonts w:ascii="Courier New" w:hAnsi="Courier New"/>
          <w:color w:val="555555"/>
          <w:sz w:val="20"/>
        </w:rPr>
        <w:t>[37 . 8 b]</w:t>
      </w:r>
    </w:p>
    <w:p>
      <w:r>
        <w:rPr>
          <w:rFonts w:ascii="Gentium Plus" w:hAnsi="Gentium Plus"/>
          <w:sz w:val="24"/>
        </w:rPr>
        <w:t>τὴν ναῦν. Τοῦτό γε τὸ ὄχημα, ἀράμενον ὄρνιθος δί‐ κην, διαπτήσεται πανταχοῦ· εἰ δὲ ἀπιστεῖς, πείρᾳ μάθε.‘</w:t>
      </w:r>
    </w:p>
    <w:p>
      <w:r>
        <w:rPr>
          <w:rFonts w:ascii="Courier New" w:hAnsi="Courier New"/>
          <w:color w:val="555555"/>
          <w:sz w:val="20"/>
        </w:rPr>
        <w:t>[37 . 8 c]</w:t>
      </w:r>
    </w:p>
    <w:p>
      <w:r>
        <w:rPr>
          <w:rFonts w:ascii="Gentium Plus" w:hAnsi="Gentium Plus"/>
          <w:sz w:val="24"/>
        </w:rPr>
        <w:t>Τοῦτο καὶ περὶ γεωμετρίας λέγει τὶς θεῶν, ἢ ἐκείνη ἡ θεὸς ἡ Ἀθηνᾶ λέγει· ‘Ἐκεῖσε βλέψον· ὁρᾷς τουτὶ τὸ ὑπὲρ κεφαλῆς θέαμα, τὸ καλόν, τὸ ποικίλον, ἐλη‐ λαμένον περὶ γῆν ἐν κύκλῳ καὶ περὶ αὐτὴν ἑλιττό‐</w:t>
      </w:r>
    </w:p>
    <w:p>
      <w:r>
        <w:rPr>
          <w:rFonts w:ascii="Courier New" w:hAnsi="Courier New"/>
          <w:color w:val="555555"/>
          <w:sz w:val="20"/>
        </w:rPr>
        <w:t>[5]</w:t>
      </w:r>
    </w:p>
    <w:p>
      <w:r>
        <w:rPr>
          <w:rFonts w:ascii="Gentium Plus" w:hAnsi="Gentium Plus"/>
          <w:sz w:val="24"/>
        </w:rPr>
        <w:t>μενον, μεστὸν ἄστρων, ἥλιον φέρον, σελήνην ἔχον;</w:t>
      </w:r>
    </w:p>
    <w:p>
      <w:r>
        <w:rPr>
          <w:rFonts w:ascii="Courier New" w:hAnsi="Courier New"/>
          <w:color w:val="555555"/>
          <w:sz w:val="20"/>
        </w:rPr>
        <w:t>[37 . 8 d]</w:t>
      </w:r>
    </w:p>
    <w:p>
      <w:r>
        <w:rPr>
          <w:rFonts w:ascii="Gentium Plus" w:hAnsi="Gentium Plus"/>
          <w:sz w:val="24"/>
        </w:rPr>
        <w:t>τοῦτο ὅ, τι μέν ἐστιν οὐκ οἶσθα, δοκεῖς δὲ ὁρᾶν καὶ εἰδέναι Ἀλλὰ ἐγώ σε, ὦ οὗτος, ἀνάξω κεῖσε ἠπειρώ‐ την ὄντα, ὄχημά σοι πηξαμένη κοῦφον, παραδοῦσα</w:t>
      </w:r>
    </w:p>
    <w:p>
      <w:r>
        <w:rPr>
          <w:rFonts w:ascii="Courier New" w:hAnsi="Courier New"/>
          <w:color w:val="555555"/>
          <w:sz w:val="20"/>
        </w:rPr>
        <w:t>[37 . 8 e]</w:t>
      </w:r>
    </w:p>
    <w:p>
      <w:r>
        <w:rPr>
          <w:rFonts w:ascii="Gentium Plus" w:hAnsi="Gentium Plus"/>
          <w:sz w:val="24"/>
        </w:rPr>
        <w:t>γεωμετρίᾳ· ἥ σε τὰ μὲν πρῶτα ἔνδον ἐν τῷ λιμένι ὀχήσει, ἐθίζουσα ἀνέχεσθαι τῆς πορείας, καὶ μὴ ἰλιγ‐ γιᾶν πρὸς τὸ πέλαγος, μηδὲ ἀποδειλιᾶν πρὸς τὸ πέ‐</w:t>
      </w:r>
    </w:p>
    <w:p>
      <w:r>
        <w:rPr>
          <w:rFonts w:ascii="Courier New" w:hAnsi="Courier New"/>
          <w:color w:val="555555"/>
          <w:sz w:val="20"/>
        </w:rPr>
        <w:t>[37 . 8 f]</w:t>
      </w:r>
    </w:p>
    <w:p>
      <w:r>
        <w:rPr>
          <w:rFonts w:ascii="Gentium Plus" w:hAnsi="Gentium Plus"/>
          <w:sz w:val="24"/>
        </w:rPr>
        <w:t>λαγος· ἔπειτα ἀγαγοῦσα ἔξω τοῦ λιμένος, εἰς καθαρὸν καὶ εὔδρομον τὸ τῶν ὄντων πέλαγος ἀνάξει, κεῖς’, ὅθι τ’ ἠοῦς ἠριγενείης</w:t>
      </w:r>
    </w:p>
    <w:p>
      <w:r>
        <w:rPr>
          <w:rFonts w:ascii="Courier New" w:hAnsi="Courier New"/>
          <w:color w:val="555555"/>
          <w:sz w:val="20"/>
        </w:rPr>
        <w:t>[5]</w:t>
      </w:r>
    </w:p>
    <w:p>
      <w:r>
        <w:rPr>
          <w:rFonts w:ascii="Gentium Plus" w:hAnsi="Gentium Plus"/>
          <w:sz w:val="24"/>
        </w:rPr>
        <w:t>καὶ σελήνης αὐγαὶ καὶ τῶν ἄλλων ἀκηράτων σωμάτων. Ἕως δὲ ἀθέατος τούτων εἶ, μένεις εὐδαιμονίας ἀμέ‐ τοχος, ἄμοιρος.‘</w:t>
      </w:r>
    </w:p>
    <w:p>
      <w:pPr>
        <w:jc w:val="center"/>
      </w:pPr>
      <w:r>
        <w:rPr>
          <w:rFonts w:ascii="Gentium Plus" w:hAnsi="Gentium Plus"/>
          <w:b/>
          <w:sz w:val="24"/>
        </w:rPr>
        <w:t>Εἰ γένοιτό τις θείᾳ μοίρᾳ ἀγαθός.</w:t>
      </w:r>
    </w:p>
    <w:p>
      <w:r>
        <w:rPr>
          <w:rFonts w:ascii="Courier New" w:hAnsi="Courier New"/>
          <w:color w:val="555555"/>
          <w:sz w:val="20"/>
        </w:rPr>
        <w:t>[1]</w:t>
      </w:r>
    </w:p>
    <w:p>
      <w:r>
        <w:rPr>
          <w:rFonts w:ascii="Gentium Plus" w:hAnsi="Gentium Plus"/>
          <w:sz w:val="24"/>
        </w:rPr>
        <w:t>Ὅμηρος μὲν πρὸς τὸν Τηλέμαχον διαλεγόμενος ἐν προσώπῳ Νέστορος, οὑτωσὶ περὶ αὐτοῦ λέγει· οὐ γὰρ ὀΐω οὔ σε θεῶν ἀέκητι γενέσθαί τε τραφέμεν τε·</w:t>
      </w:r>
    </w:p>
    <w:p>
      <w:r>
        <w:rPr>
          <w:rFonts w:ascii="Courier New" w:hAnsi="Courier New"/>
          <w:color w:val="555555"/>
          <w:sz w:val="20"/>
        </w:rPr>
        <w:t>[38 . 1 b]</w:t>
      </w:r>
    </w:p>
    <w:p>
      <w:r>
        <w:rPr>
          <w:rFonts w:ascii="Gentium Plus" w:hAnsi="Gentium Plus"/>
          <w:sz w:val="24"/>
        </w:rPr>
        <w:t>ὁ δὲ αὐτὸς καὶ τοὺς ἀγαθοὺς ἅπαντας δίους καλεῖ, διότι ἦσαν, οἶμαι, οὐ κατὰ τέχνην ἀγαθοί, ἀλλὰ ἔργον</w:t>
      </w:r>
    </w:p>
    <w:p>
      <w:r>
        <w:rPr>
          <w:rFonts w:ascii="Courier New" w:hAnsi="Courier New"/>
          <w:color w:val="555555"/>
          <w:sz w:val="20"/>
        </w:rPr>
        <w:t>[38 . 1 c]</w:t>
      </w:r>
    </w:p>
    <w:p>
      <w:r>
        <w:rPr>
          <w:rFonts w:ascii="Gentium Plus" w:hAnsi="Gentium Plus"/>
          <w:sz w:val="24"/>
        </w:rPr>
        <w:t>Διός. Ὑποπτεύω δὲ αὐτοῦ κατὰ 〈ταὐτὰ〉 τὰ ἔπη, ἃ περὶ τοῦ Δημοδόκου λέγει, ὅτι ἦν αὐτῷ πεποιημένα μὲν εἰς τὴν αὐτοῦ τύχην, ἀνακείμενα δὲ τῷ Δημοδόκῳ. Ἔχει δὲ τὰ ἔπη ὧδέ πως·</w:t>
      </w:r>
    </w:p>
    <w:p>
      <w:r>
        <w:rPr>
          <w:rFonts w:ascii="Courier New" w:hAnsi="Courier New"/>
          <w:color w:val="555555"/>
          <w:sz w:val="20"/>
        </w:rPr>
        <w:t>[5]</w:t>
      </w:r>
    </w:p>
    <w:p>
      <w:r>
        <w:rPr>
          <w:rFonts w:ascii="Gentium Plus" w:hAnsi="Gentium Plus"/>
          <w:sz w:val="24"/>
        </w:rPr>
        <w:t>τὸν περὶ μοῦσα φίλησε, δίδου τ’ ἀγαθόν τε κακόν τε·</w:t>
      </w:r>
    </w:p>
    <w:p>
      <w:r>
        <w:rPr>
          <w:rFonts w:ascii="Courier New" w:hAnsi="Courier New"/>
          <w:color w:val="555555"/>
          <w:sz w:val="20"/>
        </w:rPr>
        <w:t>[38 . 1 d]</w:t>
      </w:r>
    </w:p>
    <w:p>
      <w:r>
        <w:rPr>
          <w:rFonts w:ascii="Gentium Plus" w:hAnsi="Gentium Plus"/>
          <w:sz w:val="24"/>
        </w:rPr>
        <w:t>Ἐγὼ δὲ αὐτῷ περὶ μὲν τῆς ᾠδῆς συντίθεμαι, περὶ δὲ τῆς συμφορᾶς οὐ συντίθεμαι· οὐ γὰρ μουσικὸν τὸ</w:t>
      </w:r>
    </w:p>
    <w:p>
      <w:r>
        <w:rPr>
          <w:rFonts w:ascii="Courier New" w:hAnsi="Courier New"/>
          <w:color w:val="555555"/>
          <w:sz w:val="20"/>
        </w:rPr>
        <w:t>[38 . 1 e]</w:t>
      </w:r>
    </w:p>
    <w:p>
      <w:r>
        <w:rPr>
          <w:rFonts w:ascii="Gentium Plus" w:hAnsi="Gentium Plus"/>
          <w:sz w:val="24"/>
        </w:rPr>
        <w:t>δῶρον. Ἀπίθανος δὲ καὶ ὁ Δημόδοκος, οὑτωσὶ περὶ αὑτοῦ λέγων· αὐτοδίδακτος δ’ εἰμί, θεοὶ δέ μοι ὤπασαν ὀμφήν.</w:t>
      </w:r>
    </w:p>
    <w:p>
      <w:r>
        <w:rPr>
          <w:rFonts w:ascii="Courier New" w:hAnsi="Courier New"/>
          <w:color w:val="555555"/>
          <w:sz w:val="20"/>
        </w:rPr>
        <w:t>[38 . 1 f]</w:t>
      </w:r>
    </w:p>
    <w:p>
      <w:r>
        <w:rPr>
          <w:rFonts w:ascii="Gentium Plus" w:hAnsi="Gentium Plus"/>
          <w:sz w:val="24"/>
        </w:rPr>
        <w:t>Καὶ πῶς ἐσσί, ὦ βέλτιστε, ἀοιδῶν αὐτοδίδακτος; παρὰ θεῶν τὴν ὀμφὴν ἔχων, οἵπερ διδασκάλων ἀπται‐</w:t>
      </w:r>
    </w:p>
    <w:p>
      <w:r>
        <w:rPr>
          <w:rFonts w:ascii="Courier New" w:hAnsi="Courier New"/>
          <w:color w:val="555555"/>
          <w:sz w:val="20"/>
        </w:rPr>
        <w:t>[38 . 1 g]</w:t>
      </w:r>
    </w:p>
    <w:p>
      <w:r>
        <w:rPr>
          <w:rFonts w:ascii="Gentium Plus" w:hAnsi="Gentium Plus"/>
          <w:sz w:val="24"/>
        </w:rPr>
        <w:t>στότατοι; Ἀποκρίνεται ὁ Δημόδοκος ὅπερ ἂν τῶν πλου‐ σίων οἱ πατρῷον λαβόντες κλῆρον πρὸς τοὺς χρημα‐ τιστὰς ἀποκρίναιντο, ὡς ἔστιν αὐτοῖς αὐτογενὴς ὁ πλοῦτος, οὐ παρ’ ἄλλων τέχνῃ καὶ πόνῳ συνενηνεγ‐</w:t>
      </w:r>
    </w:p>
    <w:p>
      <w:r>
        <w:rPr>
          <w:rFonts w:ascii="Courier New" w:hAnsi="Courier New"/>
          <w:color w:val="555555"/>
          <w:sz w:val="20"/>
        </w:rPr>
        <w:t>[5]</w:t>
      </w:r>
    </w:p>
    <w:p>
      <w:r>
        <w:rPr>
          <w:rFonts w:ascii="Gentium Plus" w:hAnsi="Gentium Plus"/>
          <w:sz w:val="24"/>
        </w:rPr>
        <w:t>μένος.</w:t>
      </w:r>
    </w:p>
    <w:p>
      <w:r>
        <w:rPr>
          <w:rFonts w:ascii="Courier New" w:hAnsi="Courier New"/>
          <w:color w:val="555555"/>
          <w:sz w:val="20"/>
        </w:rPr>
        <w:t>[38 . 2 a]</w:t>
      </w:r>
    </w:p>
    <w:p>
      <w:r>
        <w:rPr>
          <w:rFonts w:ascii="Gentium Plus" w:hAnsi="Gentium Plus"/>
          <w:sz w:val="24"/>
        </w:rPr>
        <w:t>Ἐπεὶ καὶ τὸν Ἡσίοδον τί οἰόμεθα ποιμαίνοντα περὶ τὸν Ἑλικῶνα ἐν Βοιωτίᾳ, ᾀδούσαις ταῖς μούσαις ἐντυχόντα, ὀνειδισθέντα τῆς τέχνης τῆς ποιμενικῆς, παρ’ αὐτῶν λαβόντα δάφνης κλάδους, εὐθὺς ᾄδειν,</w:t>
      </w:r>
    </w:p>
    <w:p>
      <w:r>
        <w:rPr>
          <w:rFonts w:ascii="Courier New" w:hAnsi="Courier New"/>
          <w:color w:val="555555"/>
          <w:sz w:val="20"/>
        </w:rPr>
        <w:t>[5]</w:t>
      </w:r>
    </w:p>
    <w:p>
      <w:r>
        <w:rPr>
          <w:rFonts w:ascii="Gentium Plus" w:hAnsi="Gentium Plus"/>
          <w:sz w:val="24"/>
        </w:rPr>
        <w:t>γενόμενον ποιητὴν ἐκ ποιμένος, ὥσπερ φασὶν τοὺς κορυβαντιῶντας, ἐπειδὰν ἀκούσωσιν αὐλοῦ, ἐνθουσιᾶν, τῶν προτέρων λογισμῶν ἐξισταμένους; πολλοῦ γε καὶ</w:t>
      </w:r>
    </w:p>
    <w:p>
      <w:r>
        <w:rPr>
          <w:rFonts w:ascii="Courier New" w:hAnsi="Courier New"/>
          <w:color w:val="555555"/>
          <w:sz w:val="20"/>
        </w:rPr>
        <w:t>[38 . 2 b]</w:t>
      </w:r>
    </w:p>
    <w:p>
      <w:r>
        <w:rPr>
          <w:rFonts w:ascii="Gentium Plus" w:hAnsi="Gentium Plus"/>
          <w:sz w:val="24"/>
        </w:rPr>
        <w:t>δεῖ. Ἀλλὰ ᾐνίξατο, οἶμαι, ὁ Ἡσίοδος τὸ αὐτοφυὲς τῆς αὐτοῦ τέχνης, ἀναθέμενος αὐτοῦ τὴν αἰτίαν τῷ μουσῶν χορῷ, ὥσπερ ἂν εἰ καὶ χαλκευτικὸς γενόμενός τις τέχνης ἄνευ ἀνετίθετο Ἡφαίστῳ φέρων τὸ αὐτό‐</w:t>
      </w:r>
    </w:p>
    <w:p>
      <w:r>
        <w:rPr>
          <w:rFonts w:ascii="Courier New" w:hAnsi="Courier New"/>
          <w:color w:val="555555"/>
          <w:sz w:val="20"/>
        </w:rPr>
        <w:t>[38 . 2 c]</w:t>
      </w:r>
    </w:p>
    <w:p>
      <w:r>
        <w:rPr>
          <w:rFonts w:ascii="Gentium Plus" w:hAnsi="Gentium Plus"/>
          <w:sz w:val="24"/>
        </w:rPr>
        <w:t>ματον τῆς δημιουργίας. Τί δὲ οἱ Κρῆτες; ἦ σοι οὐ δοκοῦσιν ὑπὸ βασιλεῖ τῷ Μίνω κοσμηθέντες καλῶς, ἀγασθέντες τῆς ἀρετῆς, διδάσκαλον αὐτῷ ἐπιφημίσαι τὸν Δία; εἶναι μὲν αὐτόθι ἐν τῇ Ἴδῃ ἄντρον Διός,</w:t>
      </w:r>
    </w:p>
    <w:p>
      <w:r>
        <w:rPr>
          <w:rFonts w:ascii="Courier New" w:hAnsi="Courier New"/>
          <w:color w:val="555555"/>
          <w:sz w:val="20"/>
        </w:rPr>
        <w:t>[5]</w:t>
      </w:r>
    </w:p>
    <w:p>
      <w:r>
        <w:rPr>
          <w:rFonts w:ascii="Gentium Plus" w:hAnsi="Gentium Plus"/>
          <w:sz w:val="24"/>
        </w:rPr>
        <w:t>φοιτῶντα δὲ τὸν Μίνω δι’ ἐνάτου ἔτους, συγγιγνό‐ μενον τῷ Διί, μανθάνειν παρ’ αὐτοῦ τὰ πολιτικά. Οὗτοι Κρητῶν λόγοι.</w:t>
      </w:r>
    </w:p>
    <w:p>
      <w:r>
        <w:rPr>
          <w:rFonts w:ascii="Courier New" w:hAnsi="Courier New"/>
          <w:color w:val="555555"/>
          <w:sz w:val="20"/>
        </w:rPr>
        <w:t>[38 . 3 a]</w:t>
      </w:r>
    </w:p>
    <w:p>
      <w:r>
        <w:rPr>
          <w:rFonts w:ascii="Gentium Plus" w:hAnsi="Gentium Plus"/>
          <w:sz w:val="24"/>
        </w:rPr>
        <w:t>Ἐγένετο καὶ Ἀθήνησιν ἀνὴρ Ἐλευσίνιος, ὄνομα Μελησαγόρας· οὗτος οὐ τέχνην μαθών, ἀλλ’ ἐκ νυμ‐ φῶν κάτοχος, θείᾳ μοίρᾳ σοφὸς ἦν καὶ μαντικός, ὡς</w:t>
      </w:r>
    </w:p>
    <w:p>
      <w:r>
        <w:rPr>
          <w:rFonts w:ascii="Courier New" w:hAnsi="Courier New"/>
          <w:color w:val="555555"/>
          <w:sz w:val="20"/>
        </w:rPr>
        <w:t>[38 . 3 b]</w:t>
      </w:r>
    </w:p>
    <w:p>
      <w:r>
        <w:rPr>
          <w:rFonts w:ascii="Gentium Plus" w:hAnsi="Gentium Plus"/>
          <w:sz w:val="24"/>
        </w:rPr>
        <w:t>ὁ Ἀθηναίων λόγος. Ἦλθεν Ἀθήναζε καὶ ἄλλος, Κρὴς ἀνήρ, ὄνομα Ἐπιμενίδης· οὐδὲ οὗτος ἔσχεν εἰπεῖν αὑτῷ διδάσκαλον· ἀλλ’ ἦν μὲν δεινὸς τὰ θεῖα, ὥστε τὴν Ἀθηναίων πόλιν κακουμένην λοιμῷ καὶ στάσει διεσώ‐</w:t>
      </w:r>
    </w:p>
    <w:p>
      <w:r>
        <w:rPr>
          <w:rFonts w:ascii="Courier New" w:hAnsi="Courier New"/>
          <w:color w:val="555555"/>
          <w:sz w:val="20"/>
        </w:rPr>
        <w:t>[5]</w:t>
      </w:r>
    </w:p>
    <w:p>
      <w:r>
        <w:rPr>
          <w:rFonts w:ascii="Gentium Plus" w:hAnsi="Gentium Plus"/>
          <w:sz w:val="24"/>
        </w:rPr>
        <w:t>σατο ἐκθυσάμενος· δεινὸς δὲ ἦν ταῦτα, οὐ μαθών, ἀλλ’ ὕπνον αὐτῷ διηγεῖτο μακρὸν καὶ ὄνειρον διδά‐</w:t>
      </w:r>
    </w:p>
    <w:p>
      <w:r>
        <w:rPr>
          <w:rFonts w:ascii="Courier New" w:hAnsi="Courier New"/>
          <w:color w:val="555555"/>
          <w:sz w:val="20"/>
        </w:rPr>
        <w:t>[38 . 3 c]</w:t>
      </w:r>
    </w:p>
    <w:p>
      <w:r>
        <w:rPr>
          <w:rFonts w:ascii="Gentium Plus" w:hAnsi="Gentium Plus"/>
          <w:sz w:val="24"/>
        </w:rPr>
        <w:t>σκαλον. Ἐγένετο καὶ ἐν Προκοννήσῳ ἀνὴρ φιλόσοφος,</w:t>
      </w:r>
    </w:p>
    <w:p>
      <w:r>
        <w:rPr>
          <w:rFonts w:ascii="Courier New" w:hAnsi="Courier New"/>
          <w:color w:val="555555"/>
          <w:sz w:val="20"/>
        </w:rPr>
        <w:t>[38 . 3 d]</w:t>
      </w:r>
    </w:p>
    <w:p>
      <w:r>
        <w:rPr>
          <w:rFonts w:ascii="Gentium Plus" w:hAnsi="Gentium Plus"/>
          <w:sz w:val="24"/>
        </w:rPr>
        <w:t>λόγον· ἔφασκεν τὴν ψυχὴν αὐτῷ καταλιποῦσαν τὸ σῶμα, ἀναπτᾶσαν εὐθὺ τοῦ αἰθέρος, περιπολῆσαι τὴν γῆν τὴν Ἑλλάδα καὶ τὴν βάρβαρον, καὶ νήσους πάσας,</w:t>
      </w:r>
    </w:p>
    <w:p>
      <w:r>
        <w:rPr>
          <w:rFonts w:ascii="Courier New" w:hAnsi="Courier New"/>
          <w:color w:val="555555"/>
          <w:sz w:val="20"/>
        </w:rPr>
        <w:t>[38 . 3 e]</w:t>
      </w:r>
    </w:p>
    <w:p>
      <w:r>
        <w:rPr>
          <w:rFonts w:ascii="Gentium Plus" w:hAnsi="Gentium Plus"/>
          <w:sz w:val="24"/>
        </w:rPr>
        <w:t>καὶ ποταμούς, καὶ ὄρη· γενέσθαι δὲ τῆς περιπολήσεως αὐτῇ τέρμα τὴν Ὑπερβορέων γῆν· ἐποπτεῦσαι δὲ πάντα ἑξῆς νόμαια καὶ ἤθη πολιτικά, καὶ φύσεις χωρίων, καὶ ἀέρων μεταβολάς, καὶ ἀναχύσεις θαλάττης, καὶ</w:t>
      </w:r>
    </w:p>
    <w:p>
      <w:r>
        <w:rPr>
          <w:rFonts w:ascii="Courier New" w:hAnsi="Courier New"/>
          <w:color w:val="555555"/>
          <w:sz w:val="20"/>
        </w:rPr>
        <w:t>[38 . 3 f]</w:t>
      </w:r>
    </w:p>
    <w:p>
      <w:r>
        <w:rPr>
          <w:rFonts w:ascii="Gentium Plus" w:hAnsi="Gentium Plus"/>
          <w:sz w:val="24"/>
        </w:rPr>
        <w:t>ποταμῶν ἐκβολάς· γενέσθαι δὲ αὐτῇ καὶ τὴν τοῦ οὐ‐</w:t>
      </w:r>
    </w:p>
    <w:p>
      <w:r>
        <w:rPr>
          <w:rFonts w:ascii="Courier New" w:hAnsi="Courier New"/>
          <w:color w:val="555555"/>
          <w:sz w:val="20"/>
        </w:rPr>
        <w:t>[38 . 3 g]</w:t>
      </w:r>
    </w:p>
    <w:p>
      <w:r>
        <w:rPr>
          <w:rFonts w:ascii="Gentium Plus" w:hAnsi="Gentium Plus"/>
          <w:sz w:val="24"/>
        </w:rPr>
        <w:t>ρανοῦ θέαν πολὺ τῆς νέρθεν σαφεστέραν. Καὶ ἦν πιθανώτερος λέγων ταῦτα ὁ Ἀριστέας μᾶλλον μὴ ὤνια ἐξ ἀγορᾶς, ἢ Ξενοφάνης ἐκεῖνος, ἤ τις ἄλλος τῶν ἐξ‐ ηγησαμένων τὰ ὄντα ὡς ἔχει· οὐ γάρ πω σαφῶς ἠπί‐</w:t>
      </w:r>
    </w:p>
    <w:p>
      <w:r>
        <w:rPr>
          <w:rFonts w:ascii="Courier New" w:hAnsi="Courier New"/>
          <w:color w:val="555555"/>
          <w:sz w:val="20"/>
        </w:rPr>
        <w:t>[5]</w:t>
      </w:r>
    </w:p>
    <w:p>
      <w:r>
        <w:rPr>
          <w:rFonts w:ascii="Gentium Plus" w:hAnsi="Gentium Plus"/>
          <w:sz w:val="24"/>
        </w:rPr>
        <w:t>σταντο οἱ ἄνθρωποι τὴν ψυχῆς περιπόλησιν, οὐδὲ οἷστισιν ὀφθαλμοῖς ἕκαστα ὁρᾶν, ἀλλὰ ἀτεχνῶς ἀπο‐ δημίας τινὸς ᾤοντο τῇ ψυχῇ δεῖν, εἰ μέλλει ὑπὲρ ἑκάστου φράσειν τὰ ἀληθέστατα.</w:t>
      </w:r>
    </w:p>
    <w:p>
      <w:r>
        <w:rPr>
          <w:rFonts w:ascii="Courier New" w:hAnsi="Courier New"/>
          <w:color w:val="555555"/>
          <w:sz w:val="20"/>
        </w:rPr>
        <w:t>[38 . 4 a]</w:t>
      </w:r>
    </w:p>
    <w:p>
      <w:r>
        <w:rPr>
          <w:rFonts w:ascii="Gentium Plus" w:hAnsi="Gentium Plus"/>
          <w:sz w:val="24"/>
        </w:rPr>
        <w:t>Βούλει τοίνυν Ἀριστέαν μὲν καὶ Μελησαγόραν καὶ Ἐπιμενίδην καὶ τὰ τῶν ποιητῶν αἰνίγματα τοῖς μύ‐</w:t>
      </w:r>
    </w:p>
    <w:p>
      <w:r>
        <w:rPr>
          <w:rFonts w:ascii="Courier New" w:hAnsi="Courier New"/>
          <w:color w:val="555555"/>
          <w:sz w:val="20"/>
        </w:rPr>
        <w:t>[5]</w:t>
      </w:r>
    </w:p>
    <w:p>
      <w:r>
        <w:rPr>
          <w:rFonts w:ascii="Gentium Plus" w:hAnsi="Gentium Plus"/>
          <w:sz w:val="24"/>
        </w:rPr>
        <w:t>καλῆς; οὐ γὰρ μυθολόγοι, οὐδ’ αἰνιγματώδεις, οὐδὲ τερατείαν ἀσπαζόμενοι, ἀλλ’ ἐν δημοτικῇ λέξει τὲ καὶ διανοίᾳ εἰθισμένα 〈μηνύοντες· προσείπωμεν〉 δὲ αὐτῶν</w:t>
      </w:r>
    </w:p>
    <w:p>
      <w:r>
        <w:rPr>
          <w:rFonts w:ascii="Courier New" w:hAnsi="Courier New"/>
          <w:color w:val="555555"/>
          <w:sz w:val="20"/>
        </w:rPr>
        <w:t>[38 . 4 b]</w:t>
      </w:r>
    </w:p>
    <w:p>
      <w:r>
        <w:rPr>
          <w:rFonts w:ascii="Gentium Plus" w:hAnsi="Gentium Plus"/>
          <w:sz w:val="24"/>
        </w:rPr>
        <w:t>τόν γε ἡγεμόνα πρῶτον ὧδέ πως· ‘Ὅτι μὲν ἐπιστήμην τιμᾷς παντὸς μᾶλλον, ὦ Σώκρατες, ἀκούομέν σου πολ‐ λάκις διατεινομένου, προξενοῦντος τοὺς νέους ἄλλον</w:t>
      </w:r>
    </w:p>
    <w:p>
      <w:r>
        <w:rPr>
          <w:rFonts w:ascii="Courier New" w:hAnsi="Courier New"/>
          <w:color w:val="555555"/>
          <w:sz w:val="20"/>
        </w:rPr>
        <w:t>[38 . 4 c]</w:t>
      </w:r>
    </w:p>
    <w:p>
      <w:r>
        <w:rPr>
          <w:rFonts w:ascii="Gentium Plus" w:hAnsi="Gentium Plus"/>
          <w:sz w:val="24"/>
        </w:rPr>
        <w:t>ἄλλῳ διδασκάλῳ· ὅς γε καὶ εἰς Ἀσπασίας τῆς Μιλησίας παρακελεύῃ Καλλίᾳ τὸν υἱὸν πέμπειν, εἰς γυναικὸς</w:t>
      </w:r>
    </w:p>
    <w:p>
      <w:r>
        <w:rPr>
          <w:rFonts w:ascii="Courier New" w:hAnsi="Courier New"/>
          <w:color w:val="555555"/>
          <w:sz w:val="20"/>
        </w:rPr>
        <w:t>[38 . 4 d]</w:t>
      </w:r>
    </w:p>
    <w:p>
      <w:r>
        <w:rPr>
          <w:rFonts w:ascii="Gentium Plus" w:hAnsi="Gentium Plus"/>
          <w:sz w:val="24"/>
        </w:rPr>
        <w:t>ἄνδρα· καὶ αὐτὸς τηλικοῦτος ὢν παρ’ ἐκείνην φοιτᾷς, καὶ οὐδὲ αὕτη σοι ἀρκεῖ διδάσκαλος, ἀλλ’ ἐρανίζῃ παρὰ μὲν Διοτίμας τὰ ἐρωτικά, παρὰ δὲ Κόννου τὰ μουσικά, παρὰ δὲ Εὐήνου τὰ ποιητικά, παρὰ δὲ Ἰσκο‐</w:t>
      </w:r>
    </w:p>
    <w:p>
      <w:r>
        <w:rPr>
          <w:rFonts w:ascii="Courier New" w:hAnsi="Courier New"/>
          <w:color w:val="555555"/>
          <w:sz w:val="20"/>
        </w:rPr>
        <w:t>[5]</w:t>
      </w:r>
    </w:p>
    <w:p>
      <w:r>
        <w:rPr>
          <w:rFonts w:ascii="Gentium Plus" w:hAnsi="Gentium Plus"/>
          <w:sz w:val="24"/>
        </w:rPr>
        <w:t>μάχου τὰ γεωργικά, παρά τε Θεοδώρου τὰ γεωμετρικά.</w:t>
      </w:r>
    </w:p>
    <w:p>
      <w:r>
        <w:rPr>
          <w:rFonts w:ascii="Courier New" w:hAnsi="Courier New"/>
          <w:color w:val="555555"/>
          <w:sz w:val="20"/>
        </w:rPr>
        <w:t>[38 . 4 e]</w:t>
      </w:r>
    </w:p>
    <w:p>
      <w:r>
        <w:rPr>
          <w:rFonts w:ascii="Gentium Plus" w:hAnsi="Gentium Plus"/>
          <w:sz w:val="24"/>
        </w:rPr>
        <w:t>Καὶ ταῦτα μέν σου τὰ εἴτε αὖ εἰρωνεύματα, εἴτε καὶ</w:t>
      </w:r>
    </w:p>
    <w:p>
      <w:r>
        <w:rPr>
          <w:rFonts w:ascii="Courier New" w:hAnsi="Courier New"/>
          <w:color w:val="555555"/>
          <w:sz w:val="20"/>
        </w:rPr>
        <w:t>[38 . 4 f]</w:t>
      </w:r>
    </w:p>
    <w:p>
      <w:r>
        <w:rPr>
          <w:rFonts w:ascii="Gentium Plus" w:hAnsi="Gentium Plus"/>
          <w:sz w:val="24"/>
        </w:rPr>
        <w:t>Ἀλλ’ ἐπειδὰν ἀκούω σου πρὸς Φαῖδρον διαλεγομένου, ἢ Χαρμίδην, ἢ Θεαίτητον, ἢ Ἀλκιβιάδην, ὑποπτεύω σε μὴ πάντα ἐπιστήμῃ νέμειν, ἀλλ’ ἡγεῖσθαι τοῖς ἀνθρώ‐</w:t>
      </w:r>
    </w:p>
    <w:p>
      <w:r>
        <w:rPr>
          <w:rFonts w:ascii="Courier New" w:hAnsi="Courier New"/>
          <w:color w:val="555555"/>
          <w:sz w:val="20"/>
        </w:rPr>
        <w:t>[38 . 4 g]</w:t>
      </w:r>
    </w:p>
    <w:p>
      <w:r>
        <w:rPr>
          <w:rFonts w:ascii="Gentium Plus" w:hAnsi="Gentium Plus"/>
          <w:sz w:val="24"/>
        </w:rPr>
        <w:t>ποις πρεσβύτερον εἶναι διδάσκαλον τὴν φύσιν· καὶ τοῦτο εἶναι, ὅπερ οὑτωσὶ φαύλως ὑπεῖπάς που ἐν τοῖς λόγοις, θείᾳ μοίρᾳ δεδόσθαί μοι πρὸς</w:t>
      </w:r>
    </w:p>
    <w:p>
      <w:r>
        <w:rPr>
          <w:rFonts w:ascii="Courier New" w:hAnsi="Courier New"/>
          <w:color w:val="555555"/>
          <w:sz w:val="20"/>
        </w:rPr>
        <w:t>[5]</w:t>
      </w:r>
    </w:p>
    <w:p>
      <w:r>
        <w:rPr>
          <w:rFonts w:ascii="Gentium Plus" w:hAnsi="Gentium Plus"/>
          <w:sz w:val="24"/>
        </w:rPr>
        <w:t>Ἀλκιβιάδην ὁμιλίαν, καὶ πάλιν αὖ Φαῖδρον καλεῖς τὴν θείαν κεφαλήν, καὶ περὶ Ἰσοκράτους που κατεμαντεύσω ἐν τοῖς λόγοις</w:t>
      </w:r>
    </w:p>
    <w:p>
      <w:r>
        <w:rPr>
          <w:rFonts w:ascii="Courier New" w:hAnsi="Courier New"/>
          <w:color w:val="555555"/>
          <w:sz w:val="20"/>
        </w:rPr>
        <w:t>[38 . 4 h]</w:t>
      </w:r>
    </w:p>
    <w:p>
      <w:r>
        <w:rPr>
          <w:rFonts w:ascii="Gentium Plus" w:hAnsi="Gentium Plus"/>
          <w:sz w:val="24"/>
        </w:rPr>
        <w:t>νέου ὄντος κομιδῇ. Τί ταῦτά σοι ἐθέλει, ὦ Σώκρατες;</w:t>
      </w:r>
    </w:p>
    <w:p>
      <w:r>
        <w:rPr>
          <w:rFonts w:ascii="Courier New" w:hAnsi="Courier New"/>
          <w:color w:val="555555"/>
          <w:sz w:val="20"/>
        </w:rPr>
        <w:t>[38 . 4 i]</w:t>
      </w:r>
    </w:p>
    <w:p>
      <w:r>
        <w:rPr>
          <w:rFonts w:ascii="Gentium Plus" w:hAnsi="Gentium Plus"/>
          <w:sz w:val="24"/>
        </w:rPr>
        <w:t>Εἰ βούλει, σὲ μὲν ἐῶ, τὸν δὲ ποιητὴν τῶν λόγων τουτονὶ τὸν ἐξ Ἀκαδημίας φίλον μέτειμι· ὁ δ’ ἡμῖν δεομένοις μάλα ἀποκρινέσθω, εἰ καὶ θείᾳ μοίρᾳ γέ‐ νοιντ’ ἂν ἀγαθοὶ ἄνδρες, αὐτὸ τοῦτο, ἄνδρες ἀγαθοί·</w:t>
      </w:r>
    </w:p>
    <w:p>
      <w:r>
        <w:rPr>
          <w:rFonts w:ascii="Courier New" w:hAnsi="Courier New"/>
          <w:color w:val="555555"/>
          <w:sz w:val="20"/>
        </w:rPr>
        <w:t>[38 . 4 k]</w:t>
      </w:r>
    </w:p>
    <w:p>
      <w:r>
        <w:rPr>
          <w:rFonts w:ascii="Gentium Plus" w:hAnsi="Gentium Plus"/>
          <w:sz w:val="24"/>
        </w:rPr>
        <w:t>οὐ ποιηταὶ λέγω, ἵνα μοι προφέρῃς τὸν Ἡσίοδον, οὐδὲ μάντεις, ἵνα μοι τὸν Μελησαγόραν λέγῃς, οὐδὲ κα‐</w:t>
      </w:r>
    </w:p>
    <w:p>
      <w:r>
        <w:rPr>
          <w:rFonts w:ascii="Courier New" w:hAnsi="Courier New"/>
          <w:color w:val="555555"/>
          <w:sz w:val="20"/>
        </w:rPr>
        <w:t>[38 . 4 l]</w:t>
      </w:r>
    </w:p>
    <w:p>
      <w:r>
        <w:rPr>
          <w:rFonts w:ascii="Gentium Plus" w:hAnsi="Gentium Plus"/>
          <w:sz w:val="24"/>
        </w:rPr>
        <w:t>θάρται, ἵνα μοι διηγήσῃ Ἐπιμενίδην· ἀλλὰ ἀφελὼν</w:t>
      </w:r>
    </w:p>
    <w:p>
      <w:r>
        <w:rPr>
          <w:rFonts w:ascii="Courier New" w:hAnsi="Courier New"/>
          <w:color w:val="555555"/>
          <w:sz w:val="20"/>
        </w:rPr>
        <w:t>[5]</w:t>
      </w:r>
    </w:p>
    <w:p>
      <w:r>
        <w:rPr>
          <w:rFonts w:ascii="Gentium Plus" w:hAnsi="Gentium Plus"/>
          <w:sz w:val="24"/>
        </w:rPr>
        <w:t>περὶ ταύτης φαθί, εἰ γένοιτ’ ἄν τινι ἄνευ τέχνης, θεόσ‐</w:t>
      </w:r>
    </w:p>
    <w:p>
      <w:r>
        <w:rPr>
          <w:rFonts w:ascii="Courier New" w:hAnsi="Courier New"/>
          <w:color w:val="555555"/>
          <w:sz w:val="20"/>
        </w:rPr>
        <w:t>[38 . 4 m]</w:t>
      </w:r>
    </w:p>
    <w:p>
      <w:r>
        <w:rPr>
          <w:rFonts w:ascii="Gentium Plus" w:hAnsi="Gentium Plus"/>
          <w:sz w:val="24"/>
        </w:rPr>
        <w:t>δοτος. Ἢ καὶ σὲ κατὰ χώραν ἐάσω· ἀποκρινεῖται δὲ ὁ λόγος αὐτὸς αὑτῷ, ὡς ἀνὴρ ἀνδρί, ἀπαυθαδιζόμενος ὧδέ πως;‘ ‘Ὦ σχέτλιε, τί ταῦτα ἐρεῖς, ὃς ἡγεῖ τὸ καλλιστεῦον</w:t>
      </w:r>
    </w:p>
    <w:p>
      <w:r>
        <w:rPr>
          <w:rFonts w:ascii="Courier New" w:hAnsi="Courier New"/>
          <w:color w:val="555555"/>
          <w:sz w:val="20"/>
        </w:rPr>
        <w:t>[5]</w:t>
      </w:r>
    </w:p>
    <w:p>
      <w:r>
        <w:rPr>
          <w:rFonts w:ascii="Gentium Plus" w:hAnsi="Gentium Plus"/>
          <w:sz w:val="24"/>
        </w:rPr>
        <w:t>τῶν ἀνθρωπίνων ἀγαθῶν παρὰ μὲν ἀνθρώπου τέχνης</w:t>
      </w:r>
    </w:p>
    <w:p>
      <w:r>
        <w:rPr>
          <w:rFonts w:ascii="Courier New" w:hAnsi="Courier New"/>
          <w:color w:val="555555"/>
          <w:sz w:val="20"/>
        </w:rPr>
        <w:t>[38 5* a]</w:t>
      </w:r>
    </w:p>
    <w:p>
      <w:r>
        <w:rPr>
          <w:rFonts w:ascii="Gentium Plus" w:hAnsi="Gentium Plus"/>
          <w:sz w:val="24"/>
        </w:rPr>
        <w:t>τάχιστα ἥξειν, ἐκ δὲ θείας ἀρετῆς ἀπορώτατα; Καίτοι μαντικήν, καὶ τελεστικήν, καὶ ποιητικήν, καὶ καθάρ‐ σεις, καὶ χρησμῳδίας, ξυλλήβδην ἅπαντα, οὐκ ἂν εἴποις</w:t>
      </w:r>
    </w:p>
    <w:p>
      <w:r>
        <w:rPr>
          <w:rFonts w:ascii="Courier New" w:hAnsi="Courier New"/>
          <w:color w:val="555555"/>
          <w:sz w:val="20"/>
        </w:rPr>
        <w:t>[38 5* b]</w:t>
      </w:r>
    </w:p>
    <w:p>
      <w:r>
        <w:rPr>
          <w:rFonts w:ascii="Gentium Plus" w:hAnsi="Gentium Plus"/>
          <w:sz w:val="24"/>
        </w:rPr>
        <w:t>ἀντάξια εἶναι τῆς ἀρετῆς· εἶτα ἐκεῖνα μὲν ἡγῇ θείᾳ τινὶ ἐπιπνοίᾳ ψυχαῖς ἀνθρωπίναις ἀνακίρνασθαι, τὸ δὲ τούτων σπανιώτερον, τὴν ἀρετήν, ἔργον εἶναι τέχ‐</w:t>
      </w:r>
    </w:p>
    <w:p>
      <w:r>
        <w:rPr>
          <w:rFonts w:ascii="Courier New" w:hAnsi="Courier New"/>
          <w:color w:val="555555"/>
          <w:sz w:val="20"/>
        </w:rPr>
        <w:t>[38 5* c]</w:t>
      </w:r>
    </w:p>
    <w:p>
      <w:r>
        <w:rPr>
          <w:rFonts w:ascii="Gentium Plus" w:hAnsi="Gentium Plus"/>
          <w:sz w:val="24"/>
        </w:rPr>
        <w:t>νης θνητῆς; ἢ πολλοῦ ἄξιον νομίζεις τὸ θεῖον, πρὸς μὲν τὰ φαῦλα καλῶς καὶ ἀφθόνως παρεσκευασμένον,</w:t>
      </w:r>
    </w:p>
    <w:p>
      <w:r>
        <w:rPr>
          <w:rFonts w:ascii="Courier New" w:hAnsi="Courier New"/>
          <w:color w:val="555555"/>
          <w:sz w:val="20"/>
        </w:rPr>
        <w:t>[38 5* d]</w:t>
      </w:r>
    </w:p>
    <w:p>
      <w:r>
        <w:rPr>
          <w:rFonts w:ascii="Gentium Plus" w:hAnsi="Gentium Plus"/>
          <w:sz w:val="24"/>
        </w:rPr>
        <w:t>πρὸς δὲ τὰ κρείττω ἄπορον; Οὔπω λέγω, ὡς εἴπερ ἐκεί‐ νων ἕκαστον τελεσιουργεῖσθαι ὁρᾷς, ἀνάγκη, καὶ τὸ κρεῖττον· οὐ γάρ, ὡς εἴπερ ὁ χαλκευτικὸς οὐκ ἂν τέκτονα ἐκδιδάξαι· οὐδὲ ὥσπερ ὁ γεωργὸς κυβερνη‐</w:t>
      </w:r>
    </w:p>
    <w:p>
      <w:r>
        <w:rPr>
          <w:rFonts w:ascii="Courier New" w:hAnsi="Courier New"/>
          <w:color w:val="555555"/>
          <w:sz w:val="20"/>
        </w:rPr>
        <w:t>[5]</w:t>
      </w:r>
    </w:p>
    <w:p>
      <w:r>
        <w:rPr>
          <w:rFonts w:ascii="Gentium Plus" w:hAnsi="Gentium Plus"/>
          <w:sz w:val="24"/>
        </w:rPr>
        <w:t>τικῆς ἄπειρος, καὶ ὁ κυβερνήτης ἰατρικῆς, ἄλλος ἄλλης</w:t>
      </w:r>
    </w:p>
    <w:p>
      <w:r>
        <w:rPr>
          <w:rFonts w:ascii="Courier New" w:hAnsi="Courier New"/>
          <w:color w:val="555555"/>
          <w:sz w:val="20"/>
        </w:rPr>
        <w:t>[38 5* e]</w:t>
      </w:r>
    </w:p>
    <w:p>
      <w:r>
        <w:rPr>
          <w:rFonts w:ascii="Gentium Plus" w:hAnsi="Gentium Plus"/>
          <w:sz w:val="24"/>
        </w:rPr>
        <w:t>καὶ ὁ θεὸς ἐν περιγραφῇ μένει τέχνης μιᾶς· ἀλλ’ εἴπέρ τι παρ’ ἐκείνου ἔλθῃ, πρὸς μὲν ἀνθρωπίνης ψυ‐ χῆς δύναμιν τέχνης ἂν εἴη μέτρον, πρὸς δὲ θείας</w:t>
      </w:r>
    </w:p>
    <w:p>
      <w:r>
        <w:rPr>
          <w:rFonts w:ascii="Courier New" w:hAnsi="Courier New"/>
          <w:color w:val="555555"/>
          <w:sz w:val="20"/>
        </w:rPr>
        <w:t>[38 5* f]</w:t>
      </w:r>
    </w:p>
    <w:p>
      <w:r>
        <w:rPr>
          <w:rFonts w:ascii="Gentium Plus" w:hAnsi="Gentium Plus"/>
          <w:sz w:val="24"/>
        </w:rPr>
        <w:t>ἐπιστήμης παρασκευὴν μόριον τοῦ ὅλου. Ὅρα δή, μή σοι θεός, ᾗ τὰ τοιαῦτα δύναται κληρουχεῖν καὶ νέμειν, πολὺ τούτων πρότερον ἀρετὴν νέμειν καὶ δύναιτο καὶ ἐθέλει. Οὑτωσὶ δὲ αὐτὸ σκέψαι.</w:t>
      </w:r>
    </w:p>
    <w:p>
      <w:r>
        <w:rPr>
          <w:rFonts w:ascii="Courier New" w:hAnsi="Courier New"/>
          <w:color w:val="555555"/>
          <w:sz w:val="20"/>
        </w:rPr>
        <w:t>[38 . 6 a]</w:t>
      </w:r>
    </w:p>
    <w:p>
      <w:r>
        <w:rPr>
          <w:rFonts w:ascii="Gentium Plus" w:hAnsi="Gentium Plus"/>
          <w:sz w:val="24"/>
        </w:rPr>
        <w:t>Τὸ θεῖον πάντως ποι τίθεσαι τελεώτατον καὶ αὐταρ‐ κέστατον καὶ ἰσχυρότατον· ὡς, εἴ τι ἀφέλοις, λυμανεῖς</w:t>
      </w:r>
    </w:p>
    <w:p>
      <w:r>
        <w:rPr>
          <w:rFonts w:ascii="Courier New" w:hAnsi="Courier New"/>
          <w:color w:val="555555"/>
          <w:sz w:val="20"/>
        </w:rPr>
        <w:t>[38 . 6 b]</w:t>
      </w:r>
    </w:p>
    <w:p>
      <w:r>
        <w:rPr>
          <w:rFonts w:ascii="Gentium Plus" w:hAnsi="Gentium Plus"/>
          <w:sz w:val="24"/>
        </w:rPr>
        <w:t>τῷ ὅλῳ. Εἰ γὰρ μὴ τέλεον, οὐκ αὔταρκες· εἰ δὲ οὐκ αὔταρκες, οὔπω τέλεον· εἰ δὲ μὴ αὔταρκες μήτε τέλεον,</w:t>
      </w:r>
    </w:p>
    <w:p>
      <w:r>
        <w:rPr>
          <w:rFonts w:ascii="Courier New" w:hAnsi="Courier New"/>
          <w:color w:val="555555"/>
          <w:sz w:val="20"/>
        </w:rPr>
        <w:t>[38 . 6 c]</w:t>
      </w:r>
    </w:p>
    <w:p>
      <w:r>
        <w:rPr>
          <w:rFonts w:ascii="Gentium Plus" w:hAnsi="Gentium Plus"/>
          <w:sz w:val="24"/>
        </w:rPr>
        <w:t>πῶς ἰσχυρόν; Αὔταρκες δὲ ὂν καὶ τέλεον καὶ ἰσχυρόν, κατὰ μὲν τὴν τελεότητα τὰ ἀγαθὰ βούλεται, κατὰ δὲ</w:t>
      </w:r>
    </w:p>
    <w:p>
      <w:r>
        <w:rPr>
          <w:rFonts w:ascii="Courier New" w:hAnsi="Courier New"/>
          <w:color w:val="555555"/>
          <w:sz w:val="20"/>
        </w:rPr>
        <w:t>[38 . 6 d]</w:t>
      </w:r>
    </w:p>
    <w:p>
      <w:r>
        <w:rPr>
          <w:rFonts w:ascii="Gentium Plus" w:hAnsi="Gentium Plus"/>
          <w:sz w:val="24"/>
        </w:rPr>
        <w:t>τὴν αὐτάρκειαν ἔχει, κατὰ δὲ τὴν ἰσχὺν δύναται· βου‐ λόμενος δὲ δὴ καὶ ἔχων καὶ δυνάμενος, κατὰ τί μὴ δῷ; Ὁ μὲν γὰρ ἔχων, οὐ διδούς, οὐ βούλεται· ὁ δὲ βουλόμενος, οὐκ ἔχων, οὐ δύναται· ὁ δὲ ἔχων καὶ</w:t>
      </w:r>
    </w:p>
    <w:p>
      <w:r>
        <w:rPr>
          <w:rFonts w:ascii="Courier New" w:hAnsi="Courier New"/>
          <w:color w:val="555555"/>
          <w:sz w:val="20"/>
        </w:rPr>
        <w:t>[38 . 6 e]</w:t>
      </w:r>
    </w:p>
    <w:p>
      <w:r>
        <w:rPr>
          <w:rFonts w:ascii="Gentium Plus" w:hAnsi="Gentium Plus"/>
          <w:sz w:val="24"/>
        </w:rPr>
        <w:t>βουλόμενος, πῶς οὐ δύναται; Οὐκοῦν εἴπερ ἔχει τἀ‐</w:t>
      </w:r>
    </w:p>
    <w:p>
      <w:r>
        <w:rPr>
          <w:rFonts w:ascii="Courier New" w:hAnsi="Courier New"/>
          <w:color w:val="555555"/>
          <w:sz w:val="20"/>
        </w:rPr>
        <w:t>[38 . 6 f]</w:t>
      </w:r>
    </w:p>
    <w:p>
      <w:r>
        <w:rPr>
          <w:rFonts w:ascii="Gentium Plus" w:hAnsi="Gentium Plus"/>
          <w:sz w:val="24"/>
        </w:rPr>
        <w:t>γαθά, τὰ τελεώτατα ἔχει, τελεώτατον δὲ ἡ ἀρετή· δί‐ δωσιν τοίνυν, ὃ ἔχει· ὥστε οὐ δέος, μὴ ἄλλό τι ἀγα‐ θὸν εἰς ἀνθρώπους ἔλθῃ, μὴ παρὰ θεοῦ ὁρμηθέν· ἀλλὰ μὴν οὐδέν, εἴ τι ἄλλο ἀνθρώποις ἀγαθόν, ὃ μὴ</w:t>
      </w:r>
    </w:p>
    <w:p>
      <w:r>
        <w:rPr>
          <w:rFonts w:ascii="Courier New" w:hAnsi="Courier New"/>
          <w:color w:val="555555"/>
          <w:sz w:val="20"/>
        </w:rPr>
        <w:t>[38 . 6 g]</w:t>
      </w:r>
    </w:p>
    <w:p>
      <w:r>
        <w:rPr>
          <w:rFonts w:ascii="Gentium Plus" w:hAnsi="Gentium Plus"/>
          <w:sz w:val="24"/>
        </w:rPr>
        <w:t>παρὰ θεῶν ἔρχεται. Τίν’ οὖν τρόπον ἀρετὴ παρὰ</w:t>
      </w:r>
    </w:p>
    <w:p>
      <w:r>
        <w:rPr>
          <w:rFonts w:ascii="Courier New" w:hAnsi="Courier New"/>
          <w:color w:val="555555"/>
          <w:sz w:val="20"/>
        </w:rPr>
        <w:t>[38 . 6 h]</w:t>
      </w:r>
    </w:p>
    <w:p>
      <w:r>
        <w:rPr>
          <w:rFonts w:ascii="Gentium Plus" w:hAnsi="Gentium Plus"/>
          <w:sz w:val="24"/>
        </w:rPr>
        <w:t>θεοῦ ἔρχεται; Πέφυκεν τὸ ἀνθρώπων πᾶν ἐξ ἀρχῆς δίχα, τὸ μὲν εἰς ἀρετῆς ἐπιτηδειότητα, τὸ δὲ εἰς μοχ‐ θηρίας· ὧν ἡ μὲν μοχθηρία ἐνδεὴς τοῦ κολάζοντος, ἡ</w:t>
      </w:r>
    </w:p>
    <w:p>
      <w:r>
        <w:rPr>
          <w:rFonts w:ascii="Courier New" w:hAnsi="Courier New"/>
          <w:color w:val="555555"/>
          <w:sz w:val="20"/>
        </w:rPr>
        <w:t>[38 . 6 i]</w:t>
      </w:r>
    </w:p>
    <w:p>
      <w:r>
        <w:rPr>
          <w:rFonts w:ascii="Gentium Plus" w:hAnsi="Gentium Plus"/>
          <w:sz w:val="24"/>
        </w:rPr>
        <w:t>δὲ ἀρετὴ τοῦ σώζοντος. Μοχθηρὰ μὲν γὰρ φύσις, τυχοῦσα ἐπιστάτου χρηστοῦ, νόμου καὶ ἔθους, τὸ ἄλυ‐ πον τῷ πλησίον περιεβάλλετο, καὶ πλεονεκτεῖ οὐκ ἐν</w:t>
      </w:r>
    </w:p>
    <w:p>
      <w:r>
        <w:rPr>
          <w:rFonts w:ascii="Courier New" w:hAnsi="Courier New"/>
          <w:color w:val="555555"/>
          <w:sz w:val="20"/>
        </w:rPr>
        <w:t>[38 . 6 k]</w:t>
      </w:r>
    </w:p>
    <w:p>
      <w:r>
        <w:rPr>
          <w:rFonts w:ascii="Gentium Plus" w:hAnsi="Gentium Plus"/>
          <w:sz w:val="24"/>
        </w:rPr>
        <w:t>μοίρᾳ ἀγαθῶν, ἀλλ’ ἐν ἐλαττώσει βλάβης· αἱ δὲ ἄρισται ψυχῆς φύσεις ἀμφισβητήσιμοι, ἐν μεθορίᾳ τῆς ἄκρας ἀρετῆς πρὸς τὴν ἐσχάτην μοχθηρίαν καθωρμισμένοι,</w:t>
      </w:r>
    </w:p>
    <w:p>
      <w:r>
        <w:rPr>
          <w:rFonts w:ascii="Courier New" w:hAnsi="Courier New"/>
          <w:color w:val="555555"/>
          <w:sz w:val="20"/>
        </w:rPr>
        <w:t>[38 . 6 l]</w:t>
      </w:r>
    </w:p>
    <w:p>
      <w:r>
        <w:rPr>
          <w:rFonts w:ascii="Gentium Plus" w:hAnsi="Gentium Plus"/>
          <w:sz w:val="24"/>
        </w:rPr>
        <w:t>θάτερα τὰ κρείττω ῥοπῆς καὶ χειραγωγίας. Ὁ μὲν γὰρ ἐπὶ τὰ αἰσχρὰ ὄλισθος αὐτοφυοῦς ἀσθενείας ἔργον, ἣ καὶ τὰς ἐπιεικεῖς ψυχὰς κολακεύουσα διὰ ἡδονῶν καὶ ἐπιθυμημάτων εἰς τὰς αὐτὰς ὁδοὺς ταῖς μοχθηρίαις</w:t>
      </w:r>
    </w:p>
    <w:p>
      <w:r>
        <w:rPr>
          <w:rFonts w:ascii="Courier New" w:hAnsi="Courier New"/>
          <w:color w:val="555555"/>
          <w:sz w:val="20"/>
        </w:rPr>
        <w:t>[5]</w:t>
      </w:r>
    </w:p>
    <w:p>
      <w:r>
        <w:rPr>
          <w:rFonts w:ascii="Gentium Plus" w:hAnsi="Gentium Plus"/>
          <w:sz w:val="24"/>
        </w:rPr>
        <w:t>συγκαθέλκει.</w:t>
      </w:r>
    </w:p>
    <w:p>
      <w:r>
        <w:rPr>
          <w:rFonts w:ascii="Courier New" w:hAnsi="Courier New"/>
          <w:color w:val="555555"/>
          <w:sz w:val="20"/>
        </w:rPr>
        <w:t>[38 . 7 a]</w:t>
      </w:r>
    </w:p>
    <w:p>
      <w:r>
        <w:rPr>
          <w:rFonts w:ascii="Gentium Plus" w:hAnsi="Gentium Plus"/>
          <w:sz w:val="24"/>
        </w:rPr>
        <w:t>Ἀκούσῃ γοῦν τοῦ Διὸς αὐτοῦ λέγοντος, ὢ πόποι, οἷον δή νυ θεοὺς βροτοὶ αἰτιόωνται· ἐξ ἡμέων γὰρ φασὶ κακ’ ἔμμεναι, οἱ δὲ καὶ αὐτοὶ σφῇσιν ἀτασθαλίῃσιν ὑπὲρ μόρον ἄλγε’ ἔχουσιν.</w:t>
      </w:r>
    </w:p>
    <w:p>
      <w:r>
        <w:rPr>
          <w:rFonts w:ascii="Courier New" w:hAnsi="Courier New"/>
          <w:color w:val="555555"/>
          <w:sz w:val="20"/>
        </w:rPr>
        <w:t>[38 . 7 b]</w:t>
      </w:r>
    </w:p>
    <w:p>
      <w:r>
        <w:rPr>
          <w:rFonts w:ascii="Gentium Plus" w:hAnsi="Gentium Plus"/>
          <w:sz w:val="24"/>
        </w:rPr>
        <w:t>Περὶ δὲ τῶν ἀγαθῶν ἀνθρώπων οὐκ ἀκούσῃ τοιοῦτον οὐδὲν λέγοντος, οὐδὲ ἀπωθουμένου τὴν αἰτίαν, οὐδὲ ἀποτιθεμένου τὴν φροντίδα, ἀλλ’ αὐτὸ τοὐναντίον· πῶς ἂν ἔπειτ’ Ὀδυσῆος ἐγὼ θείοιο λαθοίμην,</w:t>
      </w:r>
    </w:p>
    <w:p>
      <w:r>
        <w:rPr>
          <w:rFonts w:ascii="Courier New" w:hAnsi="Courier New"/>
          <w:color w:val="555555"/>
          <w:sz w:val="20"/>
        </w:rPr>
        <w:t>[5]</w:t>
      </w:r>
    </w:p>
    <w:p>
      <w:r>
        <w:rPr>
          <w:rFonts w:ascii="Gentium Plus" w:hAnsi="Gentium Plus"/>
          <w:sz w:val="24"/>
        </w:rPr>
        <w:t>οὗ περὶ μὲν πρόφρων κραδίη, καὶ θυμὸς ἀγή‐ νωρ ἐν πάντεσσι πόνοισι, φιλεῖ δέ ἑ Πάλλας Ἀθήνη;</w:t>
      </w:r>
    </w:p>
    <w:p>
      <w:r>
        <w:rPr>
          <w:rFonts w:ascii="Courier New" w:hAnsi="Courier New"/>
          <w:color w:val="555555"/>
          <w:sz w:val="20"/>
        </w:rPr>
        <w:t>[38 . 7 c]</w:t>
      </w:r>
    </w:p>
    <w:p>
      <w:r>
        <w:rPr>
          <w:rFonts w:ascii="Gentium Plus" w:hAnsi="Gentium Plus"/>
          <w:sz w:val="24"/>
        </w:rPr>
        <w:t>Τίς οὖν οὐκ ἂν εἴποι τὸν Ὀδυσσέα ἀγαθὸν εἶναι θείᾳ</w:t>
      </w:r>
    </w:p>
    <w:p>
      <w:r>
        <w:rPr>
          <w:rFonts w:ascii="Courier New" w:hAnsi="Courier New"/>
          <w:color w:val="555555"/>
          <w:sz w:val="20"/>
        </w:rPr>
        <w:t>[38 . 7 d]</w:t>
      </w:r>
    </w:p>
    <w:p>
      <w:r>
        <w:rPr>
          <w:rFonts w:ascii="Gentium Plus" w:hAnsi="Gentium Plus"/>
          <w:sz w:val="24"/>
        </w:rPr>
        <w:t>Λευκοθέα; Εἰ δὲ ἀγαθὸς ἦν, ὥσπερ ἦν, διότι πολλῶν δ’ ἀνθρώπων ἴδεν ἄστεα καὶ νόον ἔγνω καὶ πολλὰ δ’ ὅγ’ ἐν πόντῳ πάθεν ἄλγεα ὃν κατὰ θυμόν,</w:t>
      </w:r>
    </w:p>
    <w:p>
      <w:r>
        <w:rPr>
          <w:rFonts w:ascii="Courier New" w:hAnsi="Courier New"/>
          <w:color w:val="555555"/>
          <w:sz w:val="20"/>
        </w:rPr>
        <w:t>[5]</w:t>
      </w:r>
    </w:p>
    <w:p>
      <w:r>
        <w:rPr>
          <w:rFonts w:ascii="Gentium Plus" w:hAnsi="Gentium Plus"/>
          <w:sz w:val="24"/>
        </w:rPr>
        <w:t>πῶς οὐ θείᾳ μοίρᾳ αὐτῷ συνηνέχθη τὰ γυμνάσια,</w:t>
      </w:r>
    </w:p>
    <w:p>
      <w:r>
        <w:rPr>
          <w:rFonts w:ascii="Courier New" w:hAnsi="Courier New"/>
          <w:color w:val="555555"/>
          <w:sz w:val="20"/>
        </w:rPr>
        <w:t>[38 . 7 e]</w:t>
      </w:r>
    </w:p>
    <w:p>
      <w:r>
        <w:rPr>
          <w:rFonts w:ascii="Gentium Plus" w:hAnsi="Gentium Plus"/>
          <w:sz w:val="24"/>
        </w:rPr>
        <w:t>ἀφ’ ὧν ἀγαθὸς καὶ ἦν καὶ ἔδοξεν; Καὶ περιστήσαντος αὐτῷ τοῦ δαιμονίου ἀνταγωνιστὰς πολλούς, τῶν μὲν βαρβάρων τὸ Τρωϊκόν, τοῦ δὲ Ἑλληνικοῦ τοὺς ἀρί‐ στους Παλαμήδη καὶ Αἴαντα, τῶν δὲ οἴκοι τοὺς ἰσχυρο‐</w:t>
      </w:r>
    </w:p>
    <w:p>
      <w:r>
        <w:rPr>
          <w:rFonts w:ascii="Courier New" w:hAnsi="Courier New"/>
          <w:color w:val="555555"/>
          <w:sz w:val="20"/>
        </w:rPr>
        <w:t>[5]</w:t>
      </w:r>
    </w:p>
    <w:p>
      <w:r>
        <w:rPr>
          <w:rFonts w:ascii="Gentium Plus" w:hAnsi="Gentium Plus"/>
          <w:sz w:val="24"/>
        </w:rPr>
        <w:t>τάτους καὶ ἀκολαστοτάτους, Κυκλώπων τὸν ἀγριώτατον, Θρᾳκῶν τοὺς ἀξενωτάτους, φαρμακίδων τὴν δεινοτάτην, θηρίων τὴν πολυκεφαλωτάτην, θάλατταν πολλήν, χει‐ μῶνα χαλεπόν, συνεχῆ ναυάγια· προσαναγκάσας ἀλᾶ‐ σθαι καὶ πτωχεύειν, ῥάκη ἀμπισχόμενον, καὶ μετὰ ταῦτα</w:t>
      </w:r>
    </w:p>
    <w:p>
      <w:r>
        <w:rPr>
          <w:rFonts w:ascii="Courier New" w:hAnsi="Courier New"/>
          <w:color w:val="555555"/>
          <w:sz w:val="20"/>
        </w:rPr>
        <w:t>[10]</w:t>
      </w:r>
    </w:p>
    <w:p>
      <w:r>
        <w:rPr>
          <w:rFonts w:ascii="Gentium Plus" w:hAnsi="Gentium Plus"/>
          <w:sz w:val="24"/>
        </w:rPr>
        <w:t>αἰτοῦντα ἀκόλους, παλαίοντα, λακτιζόμενον, παροινού‐</w:t>
      </w:r>
    </w:p>
    <w:p>
      <w:r>
        <w:rPr>
          <w:rFonts w:ascii="Courier New" w:hAnsi="Courier New"/>
          <w:color w:val="555555"/>
          <w:sz w:val="20"/>
        </w:rPr>
        <w:t>[38 . 7 f]</w:t>
      </w:r>
    </w:p>
    <w:p>
      <w:r>
        <w:rPr>
          <w:rFonts w:ascii="Gentium Plus" w:hAnsi="Gentium Plus"/>
          <w:sz w:val="24"/>
        </w:rPr>
        <w:t>μενον· ὧν ἕκαστον αὐτῷ διὰ φιλίαν θεὸς προὔβαλλεν, οὐχ ὁ Ποσειδῶν, ὀργιζόμενος, ὅτι οἷ υἱὸν φίλον ἐξαλάωσεν,</w:t>
      </w:r>
    </w:p>
    <w:p>
      <w:r>
        <w:rPr>
          <w:rFonts w:ascii="Courier New" w:hAnsi="Courier New"/>
          <w:color w:val="555555"/>
          <w:sz w:val="20"/>
        </w:rPr>
        <w:t>[5]</w:t>
      </w:r>
    </w:p>
    <w:p>
      <w:r>
        <w:rPr>
          <w:rFonts w:ascii="Gentium Plus" w:hAnsi="Gentium Plus"/>
          <w:sz w:val="24"/>
        </w:rPr>
        <w:t>Ποσειδῶνα ἔχοι φιλία πρὸς ἄνθρωπον ἄγριον καὶ παῖδα ἄξενον, μήτε τὸν Ἥλιον πτωχεία καὶ φειδὼ βοῶν),</w:t>
      </w:r>
    </w:p>
    <w:p>
      <w:r>
        <w:rPr>
          <w:rFonts w:ascii="Courier New" w:hAnsi="Courier New"/>
          <w:color w:val="555555"/>
          <w:sz w:val="20"/>
        </w:rPr>
        <w:t>[38 . 7 g]</w:t>
      </w:r>
    </w:p>
    <w:p>
      <w:r>
        <w:rPr>
          <w:rFonts w:ascii="Gentium Plus" w:hAnsi="Gentium Plus"/>
          <w:sz w:val="24"/>
        </w:rPr>
        <w:t>ἀλλὰ γὰρ τοῦ Διὸς ταῦτα ἦν τὰ προστάγματα. Ἦ γὰρ οὐχ οὗτός ἐστιν ὁ καὶ τὸν Ἡρακλέα τὸν αὑτοῦ παῖδα μὴ ἐάσας ἀργὸν καὶ τρυφῶντα, ἀλλὰ ἐξελκύσας τῶν ἡδονῶν; καὶ εἰς μὲν ἐκείνας τὸν Εὐρυσθέα ἐμβαλών,</w:t>
      </w:r>
    </w:p>
    <w:p>
      <w:r>
        <w:rPr>
          <w:rFonts w:ascii="Courier New" w:hAnsi="Courier New"/>
          <w:color w:val="555555"/>
          <w:sz w:val="20"/>
        </w:rPr>
        <w:t>[5]</w:t>
      </w:r>
    </w:p>
    <w:p>
      <w:r>
        <w:rPr>
          <w:rFonts w:ascii="Gentium Plus" w:hAnsi="Gentium Plus"/>
          <w:sz w:val="24"/>
        </w:rPr>
        <w:t>τῷ δὲ Ἡρακλεῖ ἐπιστήσας κάπρους καὶ λέοντας, καὶ δυνάστας, καὶ τυράννους, καὶ λῃστάς, καὶ ὁδοὺς μα‐</w:t>
      </w:r>
    </w:p>
    <w:p>
      <w:r>
        <w:rPr>
          <w:rFonts w:ascii="Courier New" w:hAnsi="Courier New"/>
          <w:color w:val="555555"/>
          <w:sz w:val="20"/>
        </w:rPr>
        <w:t>[38 . 7 h]</w:t>
      </w:r>
    </w:p>
    <w:p>
      <w:r>
        <w:rPr>
          <w:rFonts w:ascii="Gentium Plus" w:hAnsi="Gentium Plus"/>
          <w:sz w:val="24"/>
        </w:rPr>
        <w:t>κράς, καὶ γῆν ἔρημον, καὶ ποταμοὺς ἀπόρους; ἢ νύκτα μὲν ἠδύνατο ποιῆσαι ὁ Ζεὺς τριπλῆν ἐκ μιᾶς, ὃν δὲ ἐν τῇ νυκτὶ ταύτῃ ἐποιήσατο, τῶν δὲ τοῦ βίου πόνων οὐκ ἠδύνατο ἐξελέσθαι; Ἀλλ’ οὐκ ἤθελεν· οὐ γὰρ θέ‐</w:t>
      </w:r>
    </w:p>
    <w:p>
      <w:r>
        <w:rPr>
          <w:rFonts w:ascii="Courier New" w:hAnsi="Courier New"/>
          <w:color w:val="555555"/>
          <w:sz w:val="20"/>
        </w:rPr>
        <w:t>[5]</w:t>
      </w:r>
    </w:p>
    <w:p>
      <w:r>
        <w:rPr>
          <w:rFonts w:ascii="Gentium Plus" w:hAnsi="Gentium Plus"/>
          <w:sz w:val="24"/>
        </w:rPr>
        <w:t>μις Διὶ βούλεσθαι ἄλλό τι ἢ τὸ κάλλιστον. Οὕτως ἦν καὶ ὁ Ἡρακλῆς ἀγαθός, καὶ Διόνυσος, καὶ ὁ Ὀδυσ‐</w:t>
      </w:r>
    </w:p>
    <w:p>
      <w:r>
        <w:rPr>
          <w:rFonts w:ascii="Courier New" w:hAnsi="Courier New"/>
          <w:color w:val="555555"/>
          <w:sz w:val="20"/>
        </w:rPr>
        <w:t>[38 . 7 i]</w:t>
      </w:r>
    </w:p>
    <w:p>
      <w:r>
        <w:rPr>
          <w:rFonts w:ascii="Gentium Plus" w:hAnsi="Gentium Plus"/>
          <w:sz w:val="24"/>
        </w:rPr>
        <w:t>σεύς. Καὶ ἵνα μὴ πόρρω σε ἀπάγω τῶν ἐν ποσίν, τὸν Σωκράτην αὐτὸν οἴει γενέσθαι τέχνῃ ἀγαθῇ, ἀλλ’</w:t>
      </w:r>
    </w:p>
    <w:p>
      <w:r>
        <w:rPr>
          <w:rFonts w:ascii="Courier New" w:hAnsi="Courier New"/>
          <w:color w:val="555555"/>
          <w:sz w:val="20"/>
        </w:rPr>
        <w:t>[38 . 7 k]</w:t>
      </w:r>
    </w:p>
    <w:p>
      <w:r>
        <w:rPr>
          <w:rFonts w:ascii="Gentium Plus" w:hAnsi="Gentium Plus"/>
          <w:sz w:val="24"/>
        </w:rPr>
        <w:t>οὐ θείᾳ μοίρᾳ; ἢ κατὰ μὲν τὴν τέχνην ἐγένετο ἂν λιθοξόος παῖς ἢ παρὰ πατρὸς λαβὼν τὸν κλῆρον· κατὰ δὲ τὴν τοῦ θεοῦ χειροτονίαν τὴν μὲν τέχνην διώσατο,</w:t>
      </w:r>
    </w:p>
    <w:p>
      <w:pPr>
        <w:jc w:val="center"/>
      </w:pPr>
      <w:r>
        <w:rPr>
          <w:rFonts w:ascii="Gentium Plus" w:hAnsi="Gentium Plus"/>
          <w:b/>
          <w:sz w:val="24"/>
        </w:rPr>
        <w:t>Εἰ ἔστιν ἀγαθὸν ἀγαθοῦ μεῖζον·</w:t>
      </w:r>
    </w:p>
    <w:p>
      <w:pPr>
        <w:jc w:val="center"/>
      </w:pPr>
      <w:r>
        <w:rPr>
          <w:rFonts w:ascii="Gentium Plus" w:hAnsi="Gentium Plus"/>
          <w:b/>
          <w:sz w:val="24"/>
        </w:rPr>
        <w:t>ἐν ᾧ, ὅτι οὐκ ἔστιν.</w:t>
      </w:r>
    </w:p>
    <w:p>
      <w:r>
        <w:rPr>
          <w:rFonts w:ascii="Courier New" w:hAnsi="Courier New"/>
          <w:color w:val="555555"/>
          <w:sz w:val="20"/>
        </w:rPr>
        <w:t>[1]</w:t>
      </w:r>
    </w:p>
    <w:p>
      <w:r>
        <w:rPr>
          <w:rFonts w:ascii="Gentium Plus" w:hAnsi="Gentium Plus"/>
          <w:sz w:val="24"/>
        </w:rPr>
        <w:t>Οὐδὲ τοῦ Ὁμήρου ἔγωγε ἀποδέχομαι, τῷ Λυκίῳ Γλαύκῳ μεμφομένου ἀμείβοντι ὅπλα χρυσᾶ πρὸς τὰ τοῦ Διομήδους χαλκᾶ ὄντα καὶ ἐννεαβοίῳ ἑκατομβοίων</w:t>
      </w:r>
    </w:p>
    <w:p>
      <w:r>
        <w:rPr>
          <w:rFonts w:ascii="Courier New" w:hAnsi="Courier New"/>
          <w:color w:val="555555"/>
          <w:sz w:val="20"/>
        </w:rPr>
        <w:t>[39 . 1 b]</w:t>
      </w:r>
    </w:p>
    <w:p>
      <w:r>
        <w:rPr>
          <w:rFonts w:ascii="Gentium Plus" w:hAnsi="Gentium Plus"/>
          <w:sz w:val="24"/>
        </w:rPr>
        <w:t>ἐλαττουμένῳ. Χρηματιστὴς γὰρ ἂν τοῦτό γε αἰτιά‐ σαιτο ἐν δίκῃ, ἀρχὸς ναυτάων, οἷοί τε πρηκτῆρες ἔασιν, φόρτου τε μνήμων, ....</w:t>
      </w:r>
    </w:p>
    <w:p>
      <w:r>
        <w:rPr>
          <w:rFonts w:ascii="Courier New" w:hAnsi="Courier New"/>
          <w:color w:val="555555"/>
          <w:sz w:val="20"/>
        </w:rPr>
        <w:t>[5]</w:t>
      </w:r>
    </w:p>
    <w:p>
      <w:r>
        <w:rPr>
          <w:rFonts w:ascii="Gentium Plus" w:hAnsi="Gentium Plus"/>
          <w:sz w:val="24"/>
        </w:rPr>
        <w:t>κερδέων τε ἁρπαλέων, μή τι γε ἀνὴρ ποιητικὸς καὶ ἀξιῶν μαθητὴς εἶναι τῆς Καλλιόπης, ᾗ μηδὲν θέμις μήτε ἐπαινεῖν τῶν αἰσχρῶν,</w:t>
      </w:r>
    </w:p>
    <w:p>
      <w:r>
        <w:rPr>
          <w:rFonts w:ascii="Courier New" w:hAnsi="Courier New"/>
          <w:color w:val="555555"/>
          <w:sz w:val="20"/>
        </w:rPr>
        <w:t>[39 . 1 c]</w:t>
      </w:r>
    </w:p>
    <w:p>
      <w:r>
        <w:rPr>
          <w:rFonts w:ascii="Gentium Plus" w:hAnsi="Gentium Plus"/>
          <w:sz w:val="24"/>
        </w:rPr>
        <w:t>μήτε ψέγειν τῶν καλῶν. Εἰκὸς δέ που τὸν Γλαῦκον, εἴπερ ἦν Ἱππολόχου τοῦ Βελλεροφόντου τοῦ Σισύφου</w:t>
      </w:r>
    </w:p>
    <w:p>
      <w:r>
        <w:rPr>
          <w:rFonts w:ascii="Courier New" w:hAnsi="Courier New"/>
          <w:color w:val="555555"/>
          <w:sz w:val="20"/>
        </w:rPr>
        <w:t>[5]</w:t>
      </w:r>
    </w:p>
    <w:p>
      <w:r>
        <w:rPr>
          <w:rFonts w:ascii="Gentium Plus" w:hAnsi="Gentium Plus"/>
          <w:sz w:val="24"/>
        </w:rPr>
        <w:t>κατὰ τὴν τῶν πατέρων ξενίαν, ξυμβαλλόμενον φιλίαν αὖθις καὶ ἀνακαλούμενον τὴν προγενῆ οἰκειότητα, συμμετρήσασθαι τῷ καιρῷ καὶ μὴ τῇ ἀξίᾳ τῶν ὅπλων τὴν ἀπαλλαγήν, μὴ λογισμοὺς συντιθέντα χρυσοῦ καὶ χαλκοῦ, καθάπερ οἱ ἐκ Λήμνου οἰνιζόμενοι,</w:t>
      </w:r>
    </w:p>
    <w:p>
      <w:r>
        <w:rPr>
          <w:rFonts w:ascii="Courier New" w:hAnsi="Courier New"/>
          <w:color w:val="555555"/>
          <w:sz w:val="20"/>
        </w:rPr>
        <w:t>[10]</w:t>
      </w:r>
    </w:p>
    <w:p>
      <w:r>
        <w:rPr>
          <w:rFonts w:ascii="Gentium Plus" w:hAnsi="Gentium Plus"/>
          <w:sz w:val="24"/>
        </w:rPr>
        <w:t>ἄλλοι μὲν χαλκῷ, ἄλλοι δ’ αἴθωνι σιδήρῳ, ἄλλοι δὲ ῥινοῖς, ἄλλοι δ’ αὐτοῖσι βόεσσι.</w:t>
      </w:r>
    </w:p>
    <w:p>
      <w:r>
        <w:rPr>
          <w:rFonts w:ascii="Courier New" w:hAnsi="Courier New"/>
          <w:color w:val="555555"/>
          <w:sz w:val="20"/>
        </w:rPr>
        <w:t>[39 . 1 d]</w:t>
      </w:r>
    </w:p>
    <w:p>
      <w:r>
        <w:rPr>
          <w:rFonts w:ascii="Gentium Plus" w:hAnsi="Gentium Plus"/>
          <w:sz w:val="24"/>
        </w:rPr>
        <w:t>Μέχρι μὲν γὰρ τῆς χρείας τῆς ἐν ποσὶν ἔχει λογισ‐ μοὺς ἡ ἀντίδοσις, καὶ τὸ πλέον πρὸς τοὔλαττον τῷ ἀντιστασίῳ ἐν τοῖς ἀνομοίοις κατὰ τὴν τιμὴν ἐξετά‐ ζεται. Κἂν ἐγκεκαλυμμένος γοῦν τις γνοίη, ὅτι τὸ</w:t>
      </w:r>
    </w:p>
    <w:p>
      <w:r>
        <w:rPr>
          <w:rFonts w:ascii="Courier New" w:hAnsi="Courier New"/>
          <w:color w:val="555555"/>
          <w:sz w:val="20"/>
        </w:rPr>
        <w:t>[5]</w:t>
      </w:r>
    </w:p>
    <w:p>
      <w:r>
        <w:rPr>
          <w:rFonts w:ascii="Gentium Plus" w:hAnsi="Gentium Plus"/>
          <w:sz w:val="24"/>
        </w:rPr>
        <w:t>τάλαντον τῶν δέκα μνῶν πολλαπλάσιον, καὶ ἡ δραχμὴ</w:t>
      </w:r>
    </w:p>
    <w:p>
      <w:r>
        <w:rPr>
          <w:rFonts w:ascii="Courier New" w:hAnsi="Courier New"/>
          <w:color w:val="555555"/>
          <w:sz w:val="20"/>
        </w:rPr>
        <w:t>[39 . 1 e]</w:t>
      </w:r>
    </w:p>
    <w:p>
      <w:r>
        <w:rPr>
          <w:rFonts w:ascii="Gentium Plus" w:hAnsi="Gentium Plus"/>
          <w:sz w:val="24"/>
        </w:rPr>
        <w:t>τοῦ ὀβολοῦ τιμαλφεστέρα· καὶ ἐν κτήσει γῆς καὶ κατὰ τὸν Ἡρόδοτον οἱ μὲν γεωργοὶ ὀργύιαις διαμετροῦνται τὴν γῆν, οἱ δὲ τούτοις ἀμφιλαφέστεροι σταδίοις, οἱ δὲ τού‐</w:t>
      </w:r>
    </w:p>
    <w:p>
      <w:r>
        <w:rPr>
          <w:rFonts w:ascii="Courier New" w:hAnsi="Courier New"/>
          <w:color w:val="555555"/>
          <w:sz w:val="20"/>
        </w:rPr>
        <w:t>[5]</w:t>
      </w:r>
    </w:p>
    <w:p>
      <w:r>
        <w:rPr>
          <w:rFonts w:ascii="Gentium Plus" w:hAnsi="Gentium Plus"/>
          <w:sz w:val="24"/>
        </w:rPr>
        <w:t>των πολὺ γεωργικώτεροι σχοινίοις,</w:t>
      </w:r>
    </w:p>
    <w:p>
      <w:r>
        <w:rPr>
          <w:rFonts w:ascii="Courier New" w:hAnsi="Courier New"/>
          <w:color w:val="555555"/>
          <w:sz w:val="20"/>
        </w:rPr>
        <w:t>[39 . 1 f]</w:t>
      </w:r>
    </w:p>
    <w:p>
      <w:r>
        <w:rPr>
          <w:rFonts w:ascii="Gentium Plus" w:hAnsi="Gentium Plus"/>
          <w:sz w:val="24"/>
        </w:rPr>
        <w:t>καθάπερ οἱ Αἰγύπτιοι· καὶ ἐν κτήσει θρεμμάτων πο‐ λυκτεανώτερος τοῦ Πολυφήμου ἦν ὁ Δάρδανος, τοῦ τρισχίλιοι ἵπποι ἔλος καταβουκολέοντο.</w:t>
      </w:r>
    </w:p>
    <w:p>
      <w:r>
        <w:rPr>
          <w:rFonts w:ascii="Courier New" w:hAnsi="Courier New"/>
          <w:color w:val="555555"/>
          <w:sz w:val="20"/>
        </w:rPr>
        <w:t>[39 . 1 g]</w:t>
      </w:r>
    </w:p>
    <w:p>
      <w:r>
        <w:rPr>
          <w:rFonts w:ascii="Gentium Plus" w:hAnsi="Gentium Plus"/>
          <w:sz w:val="24"/>
        </w:rPr>
        <w:t>Ἀλλ’ ἐπειδάν τις τὰς χρείας παρωσάμενος ἀντεξετάζῃ αὐταῖς τὰ ἀγαθά, εὕροι ἄν, οἶμαι, ταύτας μὲν καιρῷ, καὶ νόμῳ, καὶ ἡδοναῖς, καὶ ἔθεσιν, καὶ τύχαις, ἄνω</w:t>
      </w:r>
    </w:p>
    <w:p>
      <w:r>
        <w:rPr>
          <w:rFonts w:ascii="Courier New" w:hAnsi="Courier New"/>
          <w:color w:val="555555"/>
          <w:sz w:val="20"/>
        </w:rPr>
        <w:t>[39 . 1 h]</w:t>
      </w:r>
    </w:p>
    <w:p>
      <w:r>
        <w:rPr>
          <w:rFonts w:ascii="Gentium Plus" w:hAnsi="Gentium Plus"/>
          <w:sz w:val="24"/>
        </w:rPr>
        <w:t>καὶ κάτω εἰς τιμὴν καὶ ἀτιμίαν μεταβαλλομένας· τὸ δὲ ἀγαθὸν ἑδραῖον, βέβαιον, ἀκλινές, ἰσόρροπον, κοινόν, ἀνέμητον, ἄφθονον, ἀνενδεές, μήτε αὔξησιν χωροῦν,</w:t>
      </w:r>
    </w:p>
    <w:p>
      <w:r>
        <w:rPr>
          <w:rFonts w:ascii="Courier New" w:hAnsi="Courier New"/>
          <w:color w:val="555555"/>
          <w:sz w:val="20"/>
        </w:rPr>
        <w:t>[39 . 1 i]</w:t>
      </w:r>
    </w:p>
    <w:p>
      <w:r>
        <w:rPr>
          <w:rFonts w:ascii="Gentium Plus" w:hAnsi="Gentium Plus"/>
          <w:sz w:val="24"/>
        </w:rPr>
        <w:t>μήτε ἐνδείας ἀνεχόμενον· τό, τε γὰρ αὐξόμενον προσ‐</w:t>
      </w:r>
    </w:p>
    <w:p>
      <w:r>
        <w:rPr>
          <w:rFonts w:ascii="Courier New" w:hAnsi="Courier New"/>
          <w:color w:val="555555"/>
          <w:sz w:val="20"/>
        </w:rPr>
        <w:t>[39 . 1 k]</w:t>
      </w:r>
    </w:p>
    <w:p>
      <w:r>
        <w:rPr>
          <w:rFonts w:ascii="Gentium Plus" w:hAnsi="Gentium Plus"/>
          <w:sz w:val="24"/>
        </w:rPr>
        <w:t>θήκῃ αὔξεται· ἀλλ’ εἰ μὲν ἀγαθὸν ἀγαθῷ προσελήλυ‐ θεν, οὐδὲν μᾶλλον ἢ προσθήκῃ νόει ἀγαθὸν τὸ ἀγα‐</w:t>
      </w:r>
    </w:p>
    <w:p>
      <w:r>
        <w:rPr>
          <w:rFonts w:ascii="Courier New" w:hAnsi="Courier New"/>
          <w:color w:val="555555"/>
          <w:sz w:val="20"/>
        </w:rPr>
        <w:t>[39 . 1 l]</w:t>
      </w:r>
    </w:p>
    <w:p>
      <w:r>
        <w:rPr>
          <w:rFonts w:ascii="Gentium Plus" w:hAnsi="Gentium Plus"/>
          <w:sz w:val="24"/>
        </w:rPr>
        <w:t>θόν, ἦν γὰρ ἀγαθὸν καὶ πρότερον· εἰ δὲ οὐκ ἀγαθὸν ἦν τὸ προσελθὸν εἰς αὔξησιν, δεινὸν λέγεις, εἰ ἔσταί</w:t>
      </w:r>
    </w:p>
    <w:p>
      <w:r>
        <w:rPr>
          <w:rFonts w:ascii="Courier New" w:hAnsi="Courier New"/>
          <w:color w:val="555555"/>
          <w:sz w:val="20"/>
        </w:rPr>
        <w:t>[39 . 1 m]</w:t>
      </w:r>
    </w:p>
    <w:p>
      <w:r>
        <w:rPr>
          <w:rFonts w:ascii="Gentium Plus" w:hAnsi="Gentium Plus"/>
          <w:sz w:val="24"/>
        </w:rPr>
        <w:t>τι ἀγαθὸν μεῖζον προσθήκῃ κακοῦ· τό, τε ἐνδεὲς ἐλ‐ λείψει ἐνδεές· ἀλλ’ εἰ μὲν τοῦ ἀγαθοῦ ἀπουσίᾳ ἐνδεῖ τὸ ἀγαθόν, 〈οὐκ ἦν ἀγαθόν,〉 ὁπότε ἐνέδει· εἰ δὲ ἑτέρῳ</w:t>
      </w:r>
    </w:p>
    <w:p>
      <w:r>
        <w:rPr>
          <w:rFonts w:ascii="Courier New" w:hAnsi="Courier New"/>
          <w:color w:val="555555"/>
          <w:sz w:val="20"/>
        </w:rPr>
        <w:t>[39 . 2 a]</w:t>
      </w:r>
    </w:p>
    <w:p>
      <w:r>
        <w:rPr>
          <w:rFonts w:ascii="Gentium Plus" w:hAnsi="Gentium Plus"/>
          <w:sz w:val="24"/>
        </w:rPr>
        <w:t>Τί δέ, οὐχὶ καὶ ταύτῃ σκοπεῖς τὸ λεγόμενον; Κα‐ λεῖς τι ὑγείαν σώματος; τί δὲ οὐ μέλλεις; καλεῖν δὲ καὶ νόσον; φέρε οὖν διαλαβὼν ἑκάτερον φαθί. Οὐχ ἡ μὲν ὑγεία μέτρον τί ἐστιν τῆς τῶν σωμάτων εὐαρ‐</w:t>
      </w:r>
    </w:p>
    <w:p>
      <w:r>
        <w:rPr>
          <w:rFonts w:ascii="Courier New" w:hAnsi="Courier New"/>
          <w:color w:val="555555"/>
          <w:sz w:val="20"/>
        </w:rPr>
        <w:t>[5]</w:t>
      </w:r>
    </w:p>
    <w:p>
      <w:r>
        <w:rPr>
          <w:rFonts w:ascii="Gentium Plus" w:hAnsi="Gentium Plus"/>
          <w:sz w:val="24"/>
        </w:rPr>
        <w:t>μοστίας, ἐπειδὰν ὁμολογήσῃ τῇ πρὸς τὸ ἄριστον κράσει τἀναντία, πρὸς ὕδωρ πῦρ, καὶ γῆ πρὸς ἀέρα, καὶ ἑκά‐ τερον αὖθις αὖ πρὸς ἑκάτερον, καὶ πᾶν τι πᾶσιν;</w:t>
      </w:r>
    </w:p>
    <w:p>
      <w:r>
        <w:rPr>
          <w:rFonts w:ascii="Courier New" w:hAnsi="Courier New"/>
          <w:color w:val="555555"/>
          <w:sz w:val="20"/>
        </w:rPr>
        <w:t>[39 . 2 b]</w:t>
      </w:r>
    </w:p>
    <w:p>
      <w:r>
        <w:rPr>
          <w:rFonts w:ascii="Gentium Plus" w:hAnsi="Gentium Plus"/>
          <w:sz w:val="24"/>
        </w:rPr>
        <w:t>Ἔστιν οὖν ὅπως ποικίλον τι σοὶ ἡ ὑγεία ἔσται καὶ παντοδαπόν, οὐχὶ δὲ ἁπλοῦν καὶ ὡμολογημένον; Ἐπει‐ δὰν γὰρ μέτρον εἴπῃς, στάσιν λέγεις· οὐδὲν γὰρ τῶν συμμέτρων μεταχωρεῖν φιλεῖ ἐφ’ ἑκάτερα, ἀλλ’ εἰσὶν</w:t>
      </w:r>
    </w:p>
    <w:p>
      <w:r>
        <w:rPr>
          <w:rFonts w:ascii="Courier New" w:hAnsi="Courier New"/>
          <w:color w:val="555555"/>
          <w:sz w:val="20"/>
        </w:rPr>
        <w:t>[5]</w:t>
      </w:r>
    </w:p>
    <w:p>
      <w:r>
        <w:rPr>
          <w:rFonts w:ascii="Gentium Plus" w:hAnsi="Gentium Plus"/>
          <w:sz w:val="24"/>
        </w:rPr>
        <w:t>αὐτῶν ἀκριβεῖς οἱ ὅροι. Ἡ δ’ αὖ νόσος τί ἄλλό ἐστιν, ἢ διάλυσις καὶ ταραχὴ τῆς ἐν σώματι ἐκεχειρίας, ἐπειδὰν αὖθις συμπεσόντα ἀλλήλοις τά τε ὥσπερ 〈πόλεως μέρη〉 ἡρμοσμένα πολεμῇ καὶ ταράττῃ, καὶ λυμαίνηται ὑπ’ αὐτῶν τὸ σῶμα κλονούμενόν τε καὶ σπαραττόμενον καὶ</w:t>
      </w:r>
    </w:p>
    <w:p>
      <w:r>
        <w:rPr>
          <w:rFonts w:ascii="Courier New" w:hAnsi="Courier New"/>
          <w:color w:val="555555"/>
          <w:sz w:val="20"/>
        </w:rPr>
        <w:t>[39 . 2 c]</w:t>
      </w:r>
    </w:p>
    <w:p>
      <w:r>
        <w:rPr>
          <w:rFonts w:ascii="Gentium Plus" w:hAnsi="Gentium Plus"/>
          <w:sz w:val="24"/>
        </w:rPr>
        <w:t>σειόμενον; Ἔστιν οὖν ὅπως τὸν πόλεμον τοῦτον ἡγήσῃ ἁπλοῦν καὶ ἕνα; Ὀλίγου μέντ’ ἂν ἦν ἡ ἰατρικὴ ἀξία. Νῦν δὲ τὸ πολυμερὲς καὶ πολύφωνον τοῦ τῶν σωμά‐ των πολέμου, ἃς καλοῦμεν νόσους, ἐγέννησεν τέχνην</w:t>
      </w:r>
    </w:p>
    <w:p>
      <w:r>
        <w:rPr>
          <w:rFonts w:ascii="Courier New" w:hAnsi="Courier New"/>
          <w:color w:val="555555"/>
          <w:sz w:val="20"/>
        </w:rPr>
        <w:t>[5]</w:t>
      </w:r>
    </w:p>
    <w:p>
      <w:r>
        <w:rPr>
          <w:rFonts w:ascii="Gentium Plus" w:hAnsi="Gentium Plus"/>
          <w:sz w:val="24"/>
        </w:rPr>
        <w:t>παντοδαπήν, καὶ μεστὴν ὀργάνων ποικίλων, καὶ πολλῶν</w:t>
      </w:r>
    </w:p>
    <w:p>
      <w:r>
        <w:rPr>
          <w:rFonts w:ascii="Courier New" w:hAnsi="Courier New"/>
          <w:color w:val="555555"/>
          <w:sz w:val="20"/>
        </w:rPr>
        <w:t>[39 . 2 d]</w:t>
      </w:r>
    </w:p>
    <w:p>
      <w:r>
        <w:rPr>
          <w:rFonts w:ascii="Gentium Plus" w:hAnsi="Gentium Plus"/>
          <w:sz w:val="24"/>
        </w:rPr>
        <w:t>φαρμάκων, καὶ σιτίων, καὶ διαιτημάτων. Κἂν ἐπὶ μουσικὴν ἔλθῃς, τὸ μὲν ἡρμοσμένον κἀνταῦθα ἕν, οὔτε κρεῖττον αὐτὸ αὑτοῦ γιγνόμενον, οὔτε ἔλαττον· τὸ δὲ ἀνάρμοστον πολύ, καὶ παντοδαπόν, καὶ διῃρημένον.</w:t>
      </w:r>
    </w:p>
    <w:p>
      <w:r>
        <w:rPr>
          <w:rFonts w:ascii="Courier New" w:hAnsi="Courier New"/>
          <w:color w:val="555555"/>
          <w:sz w:val="20"/>
        </w:rPr>
        <w:t>[39 . 2 e]</w:t>
      </w:r>
    </w:p>
    <w:p>
      <w:r>
        <w:rPr>
          <w:rFonts w:ascii="Gentium Plus" w:hAnsi="Gentium Plus"/>
          <w:sz w:val="24"/>
        </w:rPr>
        <w:t>Οὕτω καὶ χορὸς 〈ὁ〉 ὁμολογήσας μὲν εἰς ὁμοφωνίαν· μὴ ὁμολογῶν δέ, σχίζεται καὶ διαχεῖται καὶ σκεδάννυται καὶ</w:t>
      </w:r>
    </w:p>
    <w:p>
      <w:r>
        <w:rPr>
          <w:rFonts w:ascii="Courier New" w:hAnsi="Courier New"/>
          <w:color w:val="555555"/>
          <w:sz w:val="20"/>
        </w:rPr>
        <w:t>[39 . 2 f]</w:t>
      </w:r>
    </w:p>
    <w:p>
      <w:r>
        <w:rPr>
          <w:rFonts w:ascii="Gentium Plus" w:hAnsi="Gentium Plus"/>
          <w:sz w:val="24"/>
        </w:rPr>
        <w:t>πλῆθος γίγνεται. Οὕτω καὶ τριήρης, ἐρεσσομένη ὑπ’ αὐλῷ, τὴν πολυχειρίαν συνάπτει τῇ ὁμοιότητι τῆς εἰ‐ ρεσίας· ἐὰν δὲ ἀπαλλάξῃς τὸν αὐλόν, διέλυσας αὐτῆς</w:t>
      </w:r>
    </w:p>
    <w:p>
      <w:r>
        <w:rPr>
          <w:rFonts w:ascii="Courier New" w:hAnsi="Courier New"/>
          <w:color w:val="555555"/>
          <w:sz w:val="20"/>
        </w:rPr>
        <w:t>[39 . 2 g]</w:t>
      </w:r>
    </w:p>
    <w:p>
      <w:r>
        <w:rPr>
          <w:rFonts w:ascii="Gentium Plus" w:hAnsi="Gentium Plus"/>
          <w:sz w:val="24"/>
        </w:rPr>
        <w:t>τὴν χειρουργίαν. Οὕτω καὶ ὑφ’ ἡνιόχῳ ἅρμα εὐθύ‐ νεται κοινῷ δρόμῳ καὶ θυμῷ ἑνί· ἐὰν δὲ ἀφέλῃς τὸν</w:t>
      </w:r>
    </w:p>
    <w:p>
      <w:r>
        <w:rPr>
          <w:rFonts w:ascii="Courier New" w:hAnsi="Courier New"/>
          <w:color w:val="555555"/>
          <w:sz w:val="20"/>
        </w:rPr>
        <w:t>[39 . 2 h]</w:t>
      </w:r>
    </w:p>
    <w:p>
      <w:r>
        <w:rPr>
          <w:rFonts w:ascii="Gentium Plus" w:hAnsi="Gentium Plus"/>
          <w:sz w:val="24"/>
        </w:rPr>
        <w:t>ἡνίοχον, ἐσκέδασας τὸ ἅρμα. Οὕτω καὶ στρατόπεδον συντάττεται ὑπὸ συνθήματι ἑνί· ἐὰν δὲ ἀφέλῃς τὸ σύνθημα, διέλυσας τὴν φάλαγγα εἰς πλήθους φυγήν.</w:t>
      </w:r>
    </w:p>
    <w:p>
      <w:r>
        <w:rPr>
          <w:rFonts w:ascii="Courier New" w:hAnsi="Courier New"/>
          <w:color w:val="555555"/>
          <w:sz w:val="20"/>
        </w:rPr>
        <w:t>[39 . 3 a]</w:t>
      </w:r>
    </w:p>
    <w:p>
      <w:r>
        <w:rPr>
          <w:rFonts w:ascii="Gentium Plus" w:hAnsi="Gentium Plus"/>
          <w:sz w:val="24"/>
        </w:rPr>
        <w:t>Τί τοίνυν ἀγαθὸν σωμάτων; ὑγίεια. Κακόν; νόσος.</w:t>
      </w:r>
    </w:p>
    <w:p>
      <w:r>
        <w:rPr>
          <w:rFonts w:ascii="Courier New" w:hAnsi="Courier New"/>
          <w:color w:val="555555"/>
          <w:sz w:val="20"/>
        </w:rPr>
        <w:t>[39 . 3 b]</w:t>
      </w:r>
    </w:p>
    <w:p>
      <w:r>
        <w:rPr>
          <w:rFonts w:ascii="Gentium Plus" w:hAnsi="Gentium Plus"/>
          <w:sz w:val="24"/>
        </w:rPr>
        <w:t>Ἓν μὲν ἡ ὑγίεια, πολλαὶ δὲ αἱ νόσοι. Τί ἐν μουσικῇ</w:t>
      </w:r>
    </w:p>
    <w:p>
      <w:r>
        <w:rPr>
          <w:rFonts w:ascii="Courier New" w:hAnsi="Courier New"/>
          <w:color w:val="555555"/>
          <w:sz w:val="20"/>
        </w:rPr>
        <w:t>[39 . 3 c]</w:t>
      </w:r>
    </w:p>
    <w:p>
      <w:r>
        <w:rPr>
          <w:rFonts w:ascii="Gentium Plus" w:hAnsi="Gentium Plus"/>
          <w:sz w:val="24"/>
        </w:rPr>
        <w:t>ἡ ἀναρμοστία. Καὶ ἐν χορῷ ἓν μὲν ἡ ὁμολογία, παν‐</w:t>
      </w:r>
    </w:p>
    <w:p>
      <w:r>
        <w:rPr>
          <w:rFonts w:ascii="Courier New" w:hAnsi="Courier New"/>
          <w:color w:val="555555"/>
          <w:sz w:val="20"/>
        </w:rPr>
        <w:t>[39 . 3 d]</w:t>
      </w:r>
    </w:p>
    <w:p>
      <w:r>
        <w:rPr>
          <w:rFonts w:ascii="Gentium Plus" w:hAnsi="Gentium Plus"/>
          <w:sz w:val="24"/>
        </w:rPr>
        <w:t>τοδαπὸν δὲ ἡ διαφωνία· καὶ ἐν τριήρει ὁ μὲν αὐλὸς</w:t>
      </w:r>
    </w:p>
    <w:p>
      <w:r>
        <w:rPr>
          <w:rFonts w:ascii="Courier New" w:hAnsi="Courier New"/>
          <w:color w:val="555555"/>
          <w:sz w:val="20"/>
        </w:rPr>
        <w:t>[39 . 3 e]</w:t>
      </w:r>
    </w:p>
    <w:p>
      <w:r>
        <w:rPr>
          <w:rFonts w:ascii="Gentium Plus" w:hAnsi="Gentium Plus"/>
          <w:sz w:val="24"/>
        </w:rPr>
        <w:t>ἕν, πολλὴ δὲ ἡ ἀπείθεια· καὶ ἐν ἅρματι, ἡνιόχου τέχνη,</w:t>
      </w:r>
    </w:p>
    <w:p>
      <w:r>
        <w:rPr>
          <w:rFonts w:ascii="Courier New" w:hAnsi="Courier New"/>
          <w:color w:val="555555"/>
          <w:sz w:val="20"/>
        </w:rPr>
        <w:t>[39 . 3 f]</w:t>
      </w:r>
    </w:p>
    <w:p>
      <w:r>
        <w:rPr>
          <w:rFonts w:ascii="Gentium Plus" w:hAnsi="Gentium Plus"/>
          <w:sz w:val="24"/>
        </w:rPr>
        <w:t>ἓν μὲν τοῦτο, παντοδαπὸν δὲ ἡ ἀτεχνία. Τί δὲ ἐν φάλαγγι; φυλακὴ συνθήματος· ἓν μὲν τοῦτο, παντο‐</w:t>
      </w:r>
    </w:p>
    <w:p>
      <w:r>
        <w:rPr>
          <w:rFonts w:ascii="Courier New" w:hAnsi="Courier New"/>
          <w:color w:val="555555"/>
          <w:sz w:val="20"/>
        </w:rPr>
        <w:t>[39 . 3 g]</w:t>
      </w:r>
    </w:p>
    <w:p>
      <w:r>
        <w:rPr>
          <w:rFonts w:ascii="Gentium Plus" w:hAnsi="Gentium Plus"/>
          <w:sz w:val="24"/>
        </w:rPr>
        <w:t>δαπὴ δὲ ἡ ἀναρχία. Ἐν μὲν οὖν τῇ τοῦ ἑνὸς φύσει ὑπερβολὰς καὶ ἐνδείας οὐχ ὁρῶ· στάσιμος γὰρ αὕτη, καὶ μηδένα ἀνεχομένη δρόμον μήτε εἰς φυγὴν μήτε εἰς δίωξιν· ὅταν δὲ εἰς πλήθους ἀριθμὸν ἐμπέσω, δύ‐</w:t>
      </w:r>
    </w:p>
    <w:p>
      <w:r>
        <w:rPr>
          <w:rFonts w:ascii="Courier New" w:hAnsi="Courier New"/>
          <w:color w:val="555555"/>
          <w:sz w:val="20"/>
        </w:rPr>
        <w:t>[39 . 3 h]</w:t>
      </w:r>
    </w:p>
    <w:p>
      <w:r>
        <w:rPr>
          <w:rFonts w:ascii="Gentium Plus" w:hAnsi="Gentium Plus"/>
          <w:sz w:val="24"/>
        </w:rPr>
        <w:t>ναμαι τούτου διαμετρεῖσθαι τὰς φύσεις· καὶ γὰρ ὁδοῦ μακρᾶς τὸ μὲν τέρμα ἕν, πολλαὶ δὲ αἱ ἀποστάσεις.</w:t>
      </w:r>
    </w:p>
    <w:p>
      <w:r>
        <w:rPr>
          <w:rFonts w:ascii="Courier New" w:hAnsi="Courier New"/>
          <w:color w:val="555555"/>
          <w:sz w:val="20"/>
        </w:rPr>
        <w:t>[39 . 3 i]</w:t>
      </w:r>
    </w:p>
    <w:p>
      <w:r>
        <w:rPr>
          <w:rFonts w:ascii="Gentium Plus" w:hAnsi="Gentium Plus"/>
          <w:sz w:val="24"/>
        </w:rPr>
        <w:t>Ἐὰν ἐπὶ Βαβυλῶνα ἴῃς, πλησιαίτερος μὲν τοῦ Ἀρμε‐ νίου ὁ Ἀσσύριος· καὶ τοῦ Λυδοῦ ὁ Ἀρμένιος, καὶ τοῦ Ἴωνος ὁ Λυδός, καὶ τοῦ νησιώτου ὁ Ἴων· ἀλλ’ οὐδεὶς ἐν Βαβυλῶνι οὔπω, οὐχ ὁ Ἀσσύριος, οὐχ ὁ Ἀρμένιος,</w:t>
      </w:r>
    </w:p>
    <w:p>
      <w:r>
        <w:rPr>
          <w:rFonts w:ascii="Courier New" w:hAnsi="Courier New"/>
          <w:color w:val="555555"/>
          <w:sz w:val="20"/>
        </w:rPr>
        <w:t>[39 . 3 k]</w:t>
      </w:r>
    </w:p>
    <w:p>
      <w:r>
        <w:rPr>
          <w:rFonts w:ascii="Gentium Plus" w:hAnsi="Gentium Plus"/>
          <w:sz w:val="24"/>
        </w:rPr>
        <w:t>οὐχ ὁ Λυδός, οὐχ ὁ Ἴων, οὐχ ὁ νησιώτης. Κἂν ἐπ’ Ἐλευσῖνα ἴῃς, Πελοπόννησος αὕτη, εἶτα Μέγαρα, εἶτα Ἰσθμός· ἀλλὰ ἀμύητος εἶ, κἂν ἐν Μεγάροις ᾖς, ὁμοίως τῷ Πελοποννησίῳ· μέχρι μήπω τῷ ἀνακτόρῳ προσ‐</w:t>
      </w:r>
    </w:p>
    <w:p>
      <w:r>
        <w:rPr>
          <w:rFonts w:ascii="Courier New" w:hAnsi="Courier New"/>
          <w:color w:val="555555"/>
          <w:sz w:val="20"/>
        </w:rPr>
        <w:t>[39 . 3 l]</w:t>
      </w:r>
    </w:p>
    <w:p>
      <w:r>
        <w:rPr>
          <w:rFonts w:ascii="Gentium Plus" w:hAnsi="Gentium Plus"/>
          <w:sz w:val="24"/>
        </w:rPr>
        <w:t>ελήλυθας, ἀμύητος εἶ. Νόμιζε δὴ καὶ τὸν βίον ὁδόν τινα εἶναι μακράν, ἐπ’ Ἐλευσῖνα ἢ Βαβυλῶνα ἄγου‐ σαν, τέρμα τε δὴ τῆς ὁδοῦ τὰ βασίλεια αὐτὰ καὶ ἀνάκτορα, καὶ τὴν τελετήν· ὑπὸ δὲ πλήθους ὁδοιπόρων</w:t>
      </w:r>
    </w:p>
    <w:p>
      <w:r>
        <w:rPr>
          <w:rFonts w:ascii="Courier New" w:hAnsi="Courier New"/>
          <w:color w:val="555555"/>
          <w:sz w:val="20"/>
        </w:rPr>
        <w:t>[5]</w:t>
      </w:r>
    </w:p>
    <w:p>
      <w:r>
        <w:rPr>
          <w:rFonts w:ascii="Gentium Plus" w:hAnsi="Gentium Plus"/>
          <w:sz w:val="24"/>
        </w:rPr>
        <w:t>μεστὴν τὴν ὁδὸν θεόντων, ὠθιζομένων, καμνόντων, ἀναπαυομένων, κειμένων, ἐκτρεπομένων, πλανωμένων·</w:t>
      </w:r>
    </w:p>
    <w:p>
      <w:r>
        <w:rPr>
          <w:rFonts w:ascii="Courier New" w:hAnsi="Courier New"/>
          <w:color w:val="555555"/>
          <w:sz w:val="20"/>
        </w:rPr>
        <w:t>[39 . 3 m]</w:t>
      </w:r>
    </w:p>
    <w:p>
      <w:r>
        <w:rPr>
          <w:rFonts w:ascii="Gentium Plus" w:hAnsi="Gentium Plus"/>
          <w:sz w:val="24"/>
        </w:rPr>
        <w:t>πολλαὶ γὰρ αἱ παρατριβαὶ καὶ ἀπατηλαί, ὧν αἱ μὲν πολλαὶ ἐπὶ κρημνοὺς καὶ βάραθρα ἄγουσιν, ἐπὶ τὴν Σειρήνων, αἱ δὲ ἐπὶ τοὺς Λωτοφάγους, αἱ δὲ ἐπὶ τὸν</w:t>
      </w:r>
    </w:p>
    <w:p>
      <w:r>
        <w:rPr>
          <w:rFonts w:ascii="Courier New" w:hAnsi="Courier New"/>
          <w:color w:val="555555"/>
          <w:sz w:val="20"/>
        </w:rPr>
        <w:t>[39 . 3 n]</w:t>
      </w:r>
    </w:p>
    <w:p>
      <w:r>
        <w:rPr>
          <w:rFonts w:ascii="Gentium Plus" w:hAnsi="Gentium Plus"/>
          <w:sz w:val="24"/>
        </w:rPr>
        <w:t>Κιμμερίων δῆμον· μία δέ που τὶς στενὴ καὶ ὄρθιος καὶ τραχεῖα, καὶ οὐ πολλοῖς πάνυ ὁδεύσιμος, ἐπ’ αὐτὸ</w:t>
      </w:r>
    </w:p>
    <w:p>
      <w:r>
        <w:rPr>
          <w:rFonts w:ascii="Courier New" w:hAnsi="Courier New"/>
          <w:color w:val="555555"/>
          <w:sz w:val="20"/>
        </w:rPr>
        <w:t>[5]</w:t>
      </w:r>
    </w:p>
    <w:p>
      <w:r>
        <w:rPr>
          <w:rFonts w:ascii="Gentium Plus" w:hAnsi="Gentium Plus"/>
          <w:sz w:val="24"/>
        </w:rPr>
        <w:t>ἐπίπονοι ψυχαί, καὶ ἐπιθυμοῦσαι τοῦ χωρίου, καὶ ἐρῶσαι τῆς τελετῆς, καταμαντευόμεναι αὐτῆς τὸ</w:t>
      </w:r>
    </w:p>
    <w:p>
      <w:r>
        <w:rPr>
          <w:rFonts w:ascii="Courier New" w:hAnsi="Courier New"/>
          <w:color w:val="555555"/>
          <w:sz w:val="20"/>
        </w:rPr>
        <w:t>[39 . 3 o]</w:t>
      </w:r>
    </w:p>
    <w:p>
      <w:r>
        <w:rPr>
          <w:rFonts w:ascii="Gentium Plus" w:hAnsi="Gentium Plus"/>
          <w:sz w:val="24"/>
        </w:rPr>
        <w:t>κάλλος· ἐπειδὰν δὲ ἀφίκωνται ἐκεῖ, παυσάμεναι τοῦ πονεῖν, παύονται τοῦ πάθους. Τίς γὰρ ἄλλη τελετὴ</w:t>
      </w:r>
    </w:p>
    <w:p>
      <w:r>
        <w:rPr>
          <w:rFonts w:ascii="Courier New" w:hAnsi="Courier New"/>
          <w:color w:val="555555"/>
          <w:sz w:val="20"/>
        </w:rPr>
        <w:t>[39 . 3 p]</w:t>
      </w:r>
    </w:p>
    <w:p>
      <w:r>
        <w:rPr>
          <w:rFonts w:ascii="Gentium Plus" w:hAnsi="Gentium Plus"/>
          <w:sz w:val="24"/>
        </w:rPr>
        <w:t>μυστικωτέρα, καὶ τίς ἄλλος τόπος σπουδῆς ἄξιος; Ταύ‐ την ἔχει τοῖς ἀνθρώποις τὴν χώραν τὸ ἀγαθόν, ἣν τοῖς ἀμυήτοις Ἐλευσῖν ἔχει. Μυήθητι, ἐλθέ, ἐπίβηθι τοῦ χωρίου, λάμβανε τὰ ἀγαθά, καὶ οὐ ποθήσεις ἄλλο</w:t>
      </w:r>
    </w:p>
    <w:p>
      <w:r>
        <w:rPr>
          <w:rFonts w:ascii="Courier New" w:hAnsi="Courier New"/>
          <w:color w:val="555555"/>
          <w:sz w:val="20"/>
        </w:rPr>
        <w:t>[5]</w:t>
      </w:r>
    </w:p>
    <w:p>
      <w:r>
        <w:rPr>
          <w:rFonts w:ascii="Gentium Plus" w:hAnsi="Gentium Plus"/>
          <w:sz w:val="24"/>
        </w:rPr>
        <w:t>μεῖζον.</w:t>
      </w:r>
    </w:p>
    <w:p>
      <w:r>
        <w:rPr>
          <w:rFonts w:ascii="Courier New" w:hAnsi="Courier New"/>
          <w:color w:val="555555"/>
          <w:sz w:val="20"/>
        </w:rPr>
        <w:t>[39 . 4 a]</w:t>
      </w:r>
    </w:p>
    <w:p>
      <w:r>
        <w:rPr>
          <w:rFonts w:ascii="Gentium Plus" w:hAnsi="Gentium Plus"/>
          <w:sz w:val="24"/>
        </w:rPr>
        <w:t>Ἐὰν δὲ τὸ ἀγαθὸν ἐπονομάζῃς τῇ τῶν μὴ ἀγαθῶν φύσει, ὑγιείας σωμάτων καὶ εὐμορφίας, καὶ περιβολὴν χρυσοῦ καὶ ἀργύρου, καὶ δόξαν προγόνων, καὶ τιμὴν πολιτικήν, πράγματα ἡδοναῖς μᾶλλον ἢ ἀγαθοῖς με‐</w:t>
      </w:r>
    </w:p>
    <w:p>
      <w:r>
        <w:rPr>
          <w:rFonts w:ascii="Courier New" w:hAnsi="Courier New"/>
          <w:color w:val="555555"/>
          <w:sz w:val="20"/>
        </w:rPr>
        <w:t>[5]</w:t>
      </w:r>
    </w:p>
    <w:p>
      <w:r>
        <w:rPr>
          <w:rFonts w:ascii="Gentium Plus" w:hAnsi="Gentium Plus"/>
          <w:sz w:val="24"/>
        </w:rPr>
        <w:t>τρεῖσθαι πεφυκότα, ἐξαγορεύεις τὰ μυστήρια, πλημ‐ μελεῖς περὶ τὸ θεῖον. Τοιούτων ἀγαθῶν μεταλαβεῖν ποθεῖς, οἵων καὶ Ἀλκιβιάδης μυστηρίων, μεθύων, δᾳ‐ δοῦχος, καὶ ἐκ συμποσίου ἱεροφάντης, καὶ ἐν παιδιᾷ</w:t>
      </w:r>
    </w:p>
    <w:p>
      <w:r>
        <w:rPr>
          <w:rFonts w:ascii="Courier New" w:hAnsi="Courier New"/>
          <w:color w:val="555555"/>
          <w:sz w:val="20"/>
        </w:rPr>
        <w:t>[39 . 4 b]</w:t>
      </w:r>
    </w:p>
    <w:p>
      <w:r>
        <w:rPr>
          <w:rFonts w:ascii="Gentium Plus" w:hAnsi="Gentium Plus"/>
          <w:sz w:val="24"/>
        </w:rPr>
        <w:t>τελεστής. Ἀγαθὸν δὲ ἀγαθοῦ ἀπορρητότερον οὐκ ἂν εὕροις μᾶλλον, ἢ κάλλος κάλλους ὡραιότερον· ἐὰν γάρ τι τούτων ἀφέλῃς, οὐκ ἔτι καλὸν οὐδὲ ἀγαθὸν</w:t>
      </w:r>
    </w:p>
    <w:p>
      <w:r>
        <w:rPr>
          <w:rFonts w:ascii="Courier New" w:hAnsi="Courier New"/>
          <w:color w:val="555555"/>
          <w:sz w:val="20"/>
        </w:rPr>
        <w:t>[39 . 4 c]</w:t>
      </w:r>
    </w:p>
    <w:p>
      <w:r>
        <w:rPr>
          <w:rFonts w:ascii="Gentium Plus" w:hAnsi="Gentium Plus"/>
          <w:sz w:val="24"/>
        </w:rPr>
        <w:t>τὸ μήπω ἀγαθόν. Οὐχ ὁρᾷς τὸν ὑπὲρ κεφαλῆς τοῦτον οὐρανόν, καὶ τὰ ἐν αὐτῷ ἄστρα, καὶ τὸν ὑπ’ αὐτῷ αἰθέρα καὶ ὑπὸ τούτῳ ἀέρα, καὶ τὴν ὑπ’ αὐτῷ θά‐ λατταν; διαμέτρησον αὐτῶν τὰς φύσεις. Τοῦτο γῆς</w:t>
      </w:r>
    </w:p>
    <w:p>
      <w:r>
        <w:rPr>
          <w:rFonts w:ascii="Courier New" w:hAnsi="Courier New"/>
          <w:color w:val="555555"/>
          <w:sz w:val="20"/>
        </w:rPr>
        <w:t>[5]</w:t>
      </w:r>
    </w:p>
    <w:p>
      <w:r>
        <w:rPr>
          <w:rFonts w:ascii="Gentium Plus" w:hAnsi="Gentium Plus"/>
          <w:sz w:val="24"/>
        </w:rPr>
        <w:t>μέρος τοῦ ὅλου πλατὺ καὶ πολυτρόφον καὶ δενδρο‐ φόρον καὶ ζῳοτρόφον· ἀλλ’ ἐὰν πρὸς τὴν θάλατταν ἐξετάζῃς, ἔλαττον θαλάττης· καὶ θάλαττα, ἀέρος ἔλατ‐</w:t>
      </w:r>
    </w:p>
    <w:p>
      <w:r>
        <w:rPr>
          <w:rFonts w:ascii="Courier New" w:hAnsi="Courier New"/>
          <w:color w:val="555555"/>
          <w:sz w:val="20"/>
        </w:rPr>
        <w:t>[39 . 4 d]</w:t>
      </w:r>
    </w:p>
    <w:p>
      <w:r>
        <w:rPr>
          <w:rFonts w:ascii="Gentium Plus" w:hAnsi="Gentium Plus"/>
          <w:sz w:val="24"/>
        </w:rPr>
        <w:t>τον, καὶ αἰθὴρ οὐρανοῦ. Μέχρι τούτου τὰ μέρη πρό‐ εισιν, ὑπερβάλλοντα καὶ ὑπερβαλλόμενα· ἐὰν δὲ ἔλθῃς</w:t>
      </w:r>
    </w:p>
    <w:p>
      <w:r>
        <w:rPr>
          <w:rFonts w:ascii="Courier New" w:hAnsi="Courier New"/>
          <w:color w:val="555555"/>
          <w:sz w:val="20"/>
        </w:rPr>
        <w:t>[39 . 4 e]</w:t>
      </w:r>
    </w:p>
    <w:p>
      <w:r>
        <w:rPr>
          <w:rFonts w:ascii="Gentium Plus" w:hAnsi="Gentium Plus"/>
          <w:sz w:val="24"/>
        </w:rPr>
        <w:t>ἐκεῖ, στήσεται ὁμοῦ τῷ μεγέθει καὶ τὸ κάλλος. Τί γὰρ ἂν εἴη οὐρανοῦ ὡραιότερον; τί ἄστρων περιλαμ‐ πέστερον; τί ἡλίου ἀκμαιότερον; τί σελήνης εὐτροφώ‐ τερον; τί τῶν ἄλλων χορῶν εὐτακτότερον; τί τῶν θεῶν</w:t>
      </w:r>
    </w:p>
    <w:p>
      <w:r>
        <w:rPr>
          <w:rFonts w:ascii="Courier New" w:hAnsi="Courier New"/>
          <w:color w:val="555555"/>
          <w:sz w:val="20"/>
        </w:rPr>
        <w:t>[5]</w:t>
      </w:r>
    </w:p>
    <w:p>
      <w:r>
        <w:rPr>
          <w:rFonts w:ascii="Gentium Plus" w:hAnsi="Gentium Plus"/>
          <w:sz w:val="24"/>
        </w:rPr>
        <w:t>αὐτῶν τιμιώτερον;</w:t>
      </w:r>
    </w:p>
    <w:p>
      <w:r>
        <w:rPr>
          <w:rFonts w:ascii="Courier New" w:hAnsi="Courier New"/>
          <w:color w:val="555555"/>
          <w:sz w:val="20"/>
        </w:rPr>
        <w:t>[39 . 5 a]</w:t>
      </w:r>
    </w:p>
    <w:p>
      <w:r>
        <w:rPr>
          <w:rFonts w:ascii="Gentium Plus" w:hAnsi="Gentium Plus"/>
          <w:sz w:val="24"/>
        </w:rPr>
        <w:t>Κινδυνεύουσιν δὲ οἱ ἄνθρωποι, καθάπερ τοῖς ἀγα‐ θοῖς, οὕτω καὶ τοῖς θεοῖς ζυγοστατεῖν τὰς τιμάς. Τίς οὗτος; Ζεύς· ἀρχέτω. Τίς οὗτος; Κρόνος· δεδέσθω. Ἥφαιστος· χαλκευέτω. Ἑρμῆς· ἀγγελλέτω. Ἀθηνᾶ·</w:t>
      </w:r>
    </w:p>
    <w:p>
      <w:r>
        <w:rPr>
          <w:rFonts w:ascii="Courier New" w:hAnsi="Courier New"/>
          <w:color w:val="555555"/>
          <w:sz w:val="20"/>
        </w:rPr>
        <w:t>[5]</w:t>
      </w:r>
    </w:p>
    <w:p>
      <w:r>
        <w:rPr>
          <w:rFonts w:ascii="Gentium Plus" w:hAnsi="Gentium Plus"/>
          <w:sz w:val="24"/>
        </w:rPr>
        <w:t>ὑφαινέτω. 〈Διόσκουροι· ἐπὶ νε〉ὼς Πελοποννησίοις</w:t>
      </w:r>
    </w:p>
    <w:p>
      <w:r>
        <w:rPr>
          <w:rFonts w:ascii="Courier New" w:hAnsi="Courier New"/>
          <w:color w:val="555555"/>
          <w:sz w:val="20"/>
        </w:rPr>
        <w:t>[39 . 5 b]</w:t>
      </w:r>
    </w:p>
    <w:p>
      <w:r>
        <w:rPr>
          <w:rFonts w:ascii="Gentium Plus" w:hAnsi="Gentium Plus"/>
          <w:sz w:val="24"/>
        </w:rPr>
        <w:t>ἑπέσθωσαν. Ἀγνοοῦσιν γάρ, οἶμαι, ὡς θεοῖς πᾶσιν εἷς νόμος καὶ βίος καὶ τρόπος, οὐ διῃρημένος, οὐδὲ στασιωτικός· ἄρχοντες πάντες, ἡλικιῶται πάντες, σω‐ τῆρες πάντες, ἰσοτιμίᾳ καὶ ἰσηγορίᾳ συνόντες τὸν</w:t>
      </w:r>
    </w:p>
    <w:p>
      <w:r>
        <w:rPr>
          <w:rFonts w:ascii="Courier New" w:hAnsi="Courier New"/>
          <w:color w:val="555555"/>
          <w:sz w:val="20"/>
        </w:rPr>
        <w:t>[5]</w:t>
      </w:r>
    </w:p>
    <w:p>
      <w:r>
        <w:rPr>
          <w:rFonts w:ascii="Gentium Plus" w:hAnsi="Gentium Plus"/>
          <w:sz w:val="24"/>
        </w:rPr>
        <w:t>πάντα χρόνον· ὧν μία μὲν ἡ φύσις, πολλὰ δὲ τὰ</w:t>
      </w:r>
    </w:p>
    <w:p>
      <w:r>
        <w:rPr>
          <w:rFonts w:ascii="Courier New" w:hAnsi="Courier New"/>
          <w:color w:val="555555"/>
          <w:sz w:val="20"/>
        </w:rPr>
        <w:t>[39 . 5 c]</w:t>
      </w:r>
    </w:p>
    <w:p>
      <w:r>
        <w:rPr>
          <w:rFonts w:ascii="Gentium Plus" w:hAnsi="Gentium Plus"/>
          <w:sz w:val="24"/>
        </w:rPr>
        <w:t>ὀνόματα. Ὑπὸ γὰρ ἀμαθίας αὐτῶν τὰς ὠφελείας τὰς ἑαυτῶν ἕκαστοι ἐπονομάζομεν ἄλλος ἄλλῃ κλήσει θεοῦ.</w:t>
      </w:r>
    </w:p>
    <w:p>
      <w:r>
        <w:rPr>
          <w:rFonts w:ascii="Courier New" w:hAnsi="Courier New"/>
          <w:color w:val="555555"/>
          <w:sz w:val="20"/>
        </w:rPr>
        <w:t>[39 . 5 d]</w:t>
      </w:r>
    </w:p>
    <w:p>
      <w:r>
        <w:rPr>
          <w:rFonts w:ascii="Gentium Plus" w:hAnsi="Gentium Plus"/>
          <w:sz w:val="24"/>
        </w:rPr>
        <w:t>Καθάπερ καὶ τὰ μέρη τῆς θαλάττης, Αἰγαῖον τοῦτο, Ἰώνιον ἐκεῖνο, Μυρτῶον ἄλλο, Κρησαῖον ἄλλο· ἡ δ’ ἐστὶν μία, ὁμογενής, καὶ ὁμοπαθής, καὶ συγκεκραμένη·</w:t>
      </w:r>
    </w:p>
    <w:p>
      <w:r>
        <w:rPr>
          <w:rFonts w:ascii="Courier New" w:hAnsi="Courier New"/>
          <w:color w:val="555555"/>
          <w:sz w:val="20"/>
        </w:rPr>
        <w:t>[39 . 5 e]</w:t>
      </w:r>
    </w:p>
    <w:p>
      <w:r>
        <w:rPr>
          <w:rFonts w:ascii="Gentium Plus" w:hAnsi="Gentium Plus"/>
          <w:sz w:val="24"/>
        </w:rPr>
        <w:t>οὕτω καὶ τἀγαθόν, ἓν ὂν καὶ ὅμοιον αὑτῷ καὶ ἴσον πάντοθεν, ὑπὸ ἀσθενείας τῆς πρὸς αὐτὸ καὶ ἀγνωσίας</w:t>
      </w:r>
    </w:p>
    <w:p>
      <w:r>
        <w:rPr>
          <w:rFonts w:ascii="Courier New" w:hAnsi="Courier New"/>
          <w:color w:val="555555"/>
          <w:sz w:val="20"/>
        </w:rPr>
        <w:t>[39 . 5 f]</w:t>
      </w:r>
    </w:p>
    <w:p>
      <w:r>
        <w:rPr>
          <w:rFonts w:ascii="Gentium Plus" w:hAnsi="Gentium Plus"/>
          <w:sz w:val="24"/>
        </w:rPr>
        <w:t>ταῖς δόξαις διαιρούμεθα. Πλουτεῖ Καλλίας, μακάριος τῶν ἀγαθῶν· ἀλλὰ Ἀλκιβιάδης Καλλίου ὡραιότερος. Ἀντιθῶμεν τἀγαθά, πλοῦτον κάλλει· Ποῖον αὐτῶν ἑκατόμβοιον; ἐννεάβοιον ποῖον; πότερον ἑλώμεθα; πό‐</w:t>
      </w:r>
    </w:p>
    <w:p>
      <w:r>
        <w:rPr>
          <w:rFonts w:ascii="Courier New" w:hAnsi="Courier New"/>
          <w:color w:val="555555"/>
          <w:sz w:val="20"/>
        </w:rPr>
        <w:t>[39 . 5 g]</w:t>
      </w:r>
    </w:p>
    <w:p>
      <w:r>
        <w:rPr>
          <w:rFonts w:ascii="Gentium Plus" w:hAnsi="Gentium Plus"/>
          <w:sz w:val="24"/>
        </w:rPr>
        <w:t>τερον εὐξόμεθα; Οὐκοῦν ὁ μὲν Φοῖνιξ καὶ ὁ Αἰγύπ‐</w:t>
      </w:r>
    </w:p>
    <w:p>
      <w:r>
        <w:rPr>
          <w:rFonts w:ascii="Courier New" w:hAnsi="Courier New"/>
          <w:color w:val="555555"/>
          <w:sz w:val="20"/>
        </w:rPr>
        <w:t>[39 . 5 h]</w:t>
      </w:r>
    </w:p>
    <w:p>
      <w:r>
        <w:rPr>
          <w:rFonts w:ascii="Gentium Plus" w:hAnsi="Gentium Plus"/>
          <w:sz w:val="24"/>
        </w:rPr>
        <w:t>Βοιώτιος τὸ Ἀλκιβιάδου. Εὐγενὴς Παυσανίας, ἀλλ’ ἐνδοξότερος Εὐρυβιάδης. Ἀντιθῶμεν εὐδοξίᾳ γέ‐ νος· τίς κρατεῖ; τίνι δῶμεν τὰ νικητήρια φέροντες;</w:t>
      </w:r>
    </w:p>
    <w:p>
      <w:r>
        <w:rPr>
          <w:rFonts w:ascii="Courier New" w:hAnsi="Courier New"/>
          <w:color w:val="555555"/>
          <w:sz w:val="20"/>
        </w:rPr>
        <w:t>[39 . 5 i]</w:t>
      </w:r>
    </w:p>
    <w:p>
      <w:r>
        <w:rPr>
          <w:rFonts w:ascii="Gentium Plus" w:hAnsi="Gentium Plus"/>
          <w:sz w:val="24"/>
        </w:rPr>
        <w:t>Σωκράτης πένης, Σωκράτης αἰσχρός, Σωκράτης ἄδοξος, Σωκράτης δυσγενής, Σωκράτης ἄτιμος. Πῶς γὰρ οὐκ αἰσχρὸς καὶ ἄτιμος καὶ δυσγενὴς καὶ ἄδοξος καὶ πένης ὁ τοῦ λιθοξόου, ὁ σιμός, ὁ προγάστωρ, ὁ κωμῳδού‐</w:t>
      </w:r>
    </w:p>
    <w:p>
      <w:r>
        <w:rPr>
          <w:rFonts w:ascii="Courier New" w:hAnsi="Courier New"/>
          <w:color w:val="555555"/>
          <w:sz w:val="20"/>
        </w:rPr>
        <w:t>[5]</w:t>
      </w:r>
    </w:p>
    <w:p>
      <w:r>
        <w:rPr>
          <w:rFonts w:ascii="Gentium Plus" w:hAnsi="Gentium Plus"/>
          <w:sz w:val="24"/>
        </w:rPr>
        <w:t>μενος, ὁ εἰς δεσμωτήριον ἐμβαλλόμενος, ἀποθνήσκων</w:t>
      </w:r>
    </w:p>
    <w:p>
      <w:r>
        <w:rPr>
          <w:rFonts w:ascii="Courier New" w:hAnsi="Courier New"/>
          <w:color w:val="555555"/>
          <w:sz w:val="20"/>
        </w:rPr>
        <w:t>[39 . 5 k]</w:t>
      </w:r>
    </w:p>
    <w:p>
      <w:r>
        <w:rPr>
          <w:rFonts w:ascii="Gentium Plus" w:hAnsi="Gentium Plus"/>
          <w:sz w:val="24"/>
        </w:rPr>
        <w:t>ἐκεῖ, ἔνθα καὶ Τιμαγόρας ἀπέθανεν; Ὢ τῆς ἐρημίας τῶν ἀγαθῶν· ὀκνῶ γὰρ εἰπεῖν πλῆθος κακῶν. Τί τούτοις ἀντιθῶμεν; τί φῶμεν; Παράβαλλε τοῖς ἀντα‐ γωνισταῖς τὸν Σωκράτην ἐν κτήσει ἀγαθῶν· οὐχ ὁρᾷς</w:t>
      </w:r>
    </w:p>
    <w:p>
      <w:r>
        <w:rPr>
          <w:rFonts w:ascii="Courier New" w:hAnsi="Courier New"/>
          <w:color w:val="555555"/>
          <w:sz w:val="20"/>
        </w:rPr>
        <w:t>[5]</w:t>
      </w:r>
    </w:p>
    <w:p>
      <w:r>
        <w:rPr>
          <w:rFonts w:ascii="Gentium Plus" w:hAnsi="Gentium Plus"/>
          <w:sz w:val="24"/>
        </w:rPr>
        <w:t>ἡττώμενον ἐν πλούτῳ Καλλίου, ἐν σώματι Ἀλκιβιάδου, ἐν τιμῇ Περικλέους, ἐν δόξῃ Νικίου, ἐν θεάτρῳ Ἀρι‐</w:t>
      </w:r>
    </w:p>
    <w:p>
      <w:r>
        <w:rPr>
          <w:rFonts w:ascii="Courier New" w:hAnsi="Courier New"/>
          <w:color w:val="555555"/>
          <w:sz w:val="20"/>
        </w:rPr>
        <w:t>[39 . 5 l]</w:t>
      </w:r>
    </w:p>
    <w:p>
      <w:r>
        <w:rPr>
          <w:rFonts w:ascii="Gentium Plus" w:hAnsi="Gentium Plus"/>
          <w:sz w:val="24"/>
        </w:rPr>
        <w:t>στοφάνους, ἐν δικαστηρίῳ Μελήτου; Μάτην ἄρα αὐτῷ</w:t>
      </w:r>
    </w:p>
    <w:p>
      <w:pPr>
        <w:jc w:val="center"/>
      </w:pPr>
      <w:r>
        <w:rPr>
          <w:rFonts w:ascii="Gentium Plus" w:hAnsi="Gentium Plus"/>
          <w:b/>
          <w:sz w:val="24"/>
        </w:rPr>
        <w:t>Εἰ ἔστιν ἀγαθὸν ἀγαθοῦ μεῖζον·</w:t>
      </w:r>
    </w:p>
    <w:p>
      <w:pPr>
        <w:jc w:val="center"/>
      </w:pPr>
      <w:r>
        <w:rPr>
          <w:rFonts w:ascii="Gentium Plus" w:hAnsi="Gentium Plus"/>
          <w:b/>
          <w:sz w:val="24"/>
        </w:rPr>
        <w:t>ἐν ᾧ ὅτι ἐστίν.</w:t>
      </w:r>
    </w:p>
    <w:p>
      <w:r>
        <w:rPr>
          <w:rFonts w:ascii="Courier New" w:hAnsi="Courier New"/>
          <w:color w:val="555555"/>
          <w:sz w:val="20"/>
        </w:rPr>
        <w:t>[1]</w:t>
      </w:r>
    </w:p>
    <w:p>
      <w:r>
        <w:rPr>
          <w:rFonts w:ascii="Gentium Plus" w:hAnsi="Gentium Plus"/>
          <w:sz w:val="24"/>
        </w:rPr>
        <w:t>Ἀλλ’ ἐπεὶ τὸν Ὅμηρον αἰτιᾷ, μεμφόμενον τῷ Γλαύκῳ τῆς ἀμοιβῆς, πότερα καὶ σοὶ ὑπὲρ τοῦ Ὁμήρου ἀπο‐</w:t>
      </w:r>
    </w:p>
    <w:p>
      <w:r>
        <w:rPr>
          <w:rFonts w:ascii="Courier New" w:hAnsi="Courier New"/>
          <w:color w:val="555555"/>
          <w:sz w:val="20"/>
        </w:rPr>
        <w:t>[40 . 1 b]</w:t>
      </w:r>
    </w:p>
    <w:p>
      <w:r>
        <w:rPr>
          <w:rFonts w:ascii="Gentium Plus" w:hAnsi="Gentium Plus"/>
          <w:sz w:val="24"/>
        </w:rPr>
        <w:t>λογητέον, ἢ Ὁμήρῳ ὑπὲρ τοῦ Γλαύκου; Τούτῳ, νὴ Δία· τιμητέος γάρ μοι καὶ πρὸ τῶν ἄλλων Ὅμηρος εἴη, 〈μή〉 τι</w:t>
      </w:r>
    </w:p>
    <w:p>
      <w:r>
        <w:rPr>
          <w:rFonts w:ascii="Courier New" w:hAnsi="Courier New"/>
          <w:color w:val="555555"/>
          <w:sz w:val="20"/>
        </w:rPr>
        <w:t>[40 . 1 c]</w:t>
      </w:r>
    </w:p>
    <w:p>
      <w:r>
        <w:rPr>
          <w:rFonts w:ascii="Gentium Plus" w:hAnsi="Gentium Plus"/>
          <w:sz w:val="24"/>
        </w:rPr>
        <w:t>γε πρὸ δικαστοῦ σου. Ὧδε τοίνυν ὁ Γλαῦκος λέγει· ‘Εἰ μέν τι, ὦ Ὅμηρε, ἢ ἔλαττον ἦν ἀγαθὸν ἀγαθοῦ, ἢ ἔλαττον μείζονος, εἰκότως ἄρα σοι εἶχεν αἰτίαν ὁ Ζεύς, ὡς τὰς φρένας μοι λυμαινόμενος· ἐν δὲ χρυ‐</w:t>
      </w:r>
    </w:p>
    <w:p>
      <w:r>
        <w:rPr>
          <w:rFonts w:ascii="Courier New" w:hAnsi="Courier New"/>
          <w:color w:val="555555"/>
          <w:sz w:val="20"/>
        </w:rPr>
        <w:t>[5]</w:t>
      </w:r>
    </w:p>
    <w:p>
      <w:r>
        <w:rPr>
          <w:rFonts w:ascii="Gentium Plus" w:hAnsi="Gentium Plus"/>
          <w:sz w:val="24"/>
        </w:rPr>
        <w:t>σοῦ καὶ χαλκοῦ ἀλλαγῇ μήπω πάνυ αἰτιάσῃ μήτε τὸν Δία, μήτε ἐμέ· οὐδὲν γὰρ οὔτε τῷ λαβόντι χρυ‐ σὸς πλέον, οὔτε τῷ ἀλλαξαμένῳ ὁ χαλκὸς ἔλαττον· ἀλλὰ ἀμφοτέροις καλῶς ἔχει ἑκάτερα, ἐν τῷ ἀνίσῳ</w:t>
      </w:r>
    </w:p>
    <w:p>
      <w:r>
        <w:rPr>
          <w:rFonts w:ascii="Courier New" w:hAnsi="Courier New"/>
          <w:color w:val="555555"/>
          <w:sz w:val="20"/>
        </w:rPr>
        <w:t>[40 . 1 e]</w:t>
      </w:r>
    </w:p>
    <w:p>
      <w:r>
        <w:rPr>
          <w:rFonts w:ascii="Gentium Plus" w:hAnsi="Gentium Plus"/>
          <w:sz w:val="24"/>
        </w:rPr>
        <w:t>Καὶ ὁ μὲν Γλαῦκος ἡμῖν ἀπίτω ἐκποδών· ἡκέτω δὲ ὁ Ὀδυσσεὺς ὁ τούτου σοφώτερος, ἀποδειξόμενος ἡμῖν</w:t>
      </w:r>
    </w:p>
    <w:p>
      <w:r>
        <w:rPr>
          <w:rFonts w:ascii="Courier New" w:hAnsi="Courier New"/>
          <w:color w:val="555555"/>
          <w:sz w:val="20"/>
        </w:rPr>
        <w:t>[40 . 1 f]</w:t>
      </w:r>
    </w:p>
    <w:p>
      <w:r>
        <w:rPr>
          <w:rFonts w:ascii="Gentium Plus" w:hAnsi="Gentium Plus"/>
          <w:sz w:val="24"/>
        </w:rPr>
        <w:t>τὴν αὑτοῦ γνώμην, ἣν περὶ ἀγαθῶν κτήσεως ἔχει. Ἦ γὰρ οὐχ οὗτός ἐστιν ὁ μακαρίζων μὲν τὸν Ἀλκίνου οἶκον τῆς εὐφροσύνης καὶ τῆς ᾠδῆς, συνευχόμενος δὲ τῇ Ναυσικᾷ ὁμόφρονα αὐτῇ ξυστῆναι γάμον, εὐδαι‐</w:t>
      </w:r>
    </w:p>
    <w:p>
      <w:r>
        <w:rPr>
          <w:rFonts w:ascii="Courier New" w:hAnsi="Courier New"/>
          <w:color w:val="555555"/>
          <w:sz w:val="20"/>
        </w:rPr>
        <w:t>[40 . 1 g]</w:t>
      </w:r>
    </w:p>
    <w:p>
      <w:r>
        <w:rPr>
          <w:rFonts w:ascii="Gentium Plus" w:hAnsi="Gentium Plus"/>
          <w:sz w:val="24"/>
        </w:rPr>
        <w:t>μονίζων δ’ αὖ τῆς ἀθανασίας τὴν Καλυψώ; Οἶμαι δὲ αὐτόν, εἰ καὶ παρ’ ἄλλόν τινα ἀφίκετο τῶν οὐ κατ’ ᾠδὴν καὶ κατὰ δαῖτα εὐδαιμόνων, οὐδὲ τῶν μακαρίων κατὰ ἁρμονίαν γάμου, ἀλλὰ τὰ ἔτι τούτων μείζονα</w:t>
      </w:r>
    </w:p>
    <w:p>
      <w:r>
        <w:rPr>
          <w:rFonts w:ascii="Courier New" w:hAnsi="Courier New"/>
          <w:color w:val="555555"/>
          <w:sz w:val="20"/>
        </w:rPr>
        <w:t>[5]</w:t>
      </w:r>
    </w:p>
    <w:p>
      <w:r>
        <w:rPr>
          <w:rFonts w:ascii="Gentium Plus" w:hAnsi="Gentium Plus"/>
          <w:sz w:val="24"/>
        </w:rPr>
        <w:t>ἀγαθὰ κεκτημένων, εἰπεῖν ἂν καὶ περὶ ἐκείνων τὰ εἰ‐</w:t>
      </w:r>
    </w:p>
    <w:p>
      <w:r>
        <w:rPr>
          <w:rFonts w:ascii="Courier New" w:hAnsi="Courier New"/>
          <w:color w:val="555555"/>
          <w:sz w:val="20"/>
        </w:rPr>
        <w:t>[40 . 1 h]</w:t>
      </w:r>
    </w:p>
    <w:p>
      <w:r>
        <w:rPr>
          <w:rFonts w:ascii="Gentium Plus" w:hAnsi="Gentium Plus"/>
          <w:sz w:val="24"/>
        </w:rPr>
        <w:t>κότα. Ἐπεὶ δὲ καὶ τὸ κάλλος μοι προφέρεις, ὡς ἐν μέτρῳ ἑνὶ τὴν χώραν ἔχον, φέρε καὶ περὶ τούτου σοι</w:t>
      </w:r>
    </w:p>
    <w:p>
      <w:r>
        <w:rPr>
          <w:rFonts w:ascii="Courier New" w:hAnsi="Courier New"/>
          <w:color w:val="555555"/>
          <w:sz w:val="20"/>
        </w:rPr>
        <w:t>[40 . 1 i]</w:t>
      </w:r>
    </w:p>
    <w:p>
      <w:r>
        <w:rPr>
          <w:rFonts w:ascii="Gentium Plus" w:hAnsi="Gentium Plus"/>
          <w:sz w:val="24"/>
        </w:rPr>
        <w:t>βραχέα ἄττα ἀποκρίνωμαι. Δοκεῖς γάρ μοι, γενόμενος ἐν χώρᾳ τοῦ Τρωϊκοῦ ποιμένος, ἀφικομένου παρὰ σὲ Ἑρμοῦ πομπῇ Διός, ἄγοντος θεὰς τρεῖς πρὸς δικαστήν γε, προστάττοντος βραβεῦσαι περὶ κάλλους αὐταῖς,</w:t>
      </w:r>
    </w:p>
    <w:p>
      <w:r>
        <w:rPr>
          <w:rFonts w:ascii="Courier New" w:hAnsi="Courier New"/>
          <w:color w:val="555555"/>
          <w:sz w:val="20"/>
        </w:rPr>
        <w:t>[5]</w:t>
      </w:r>
    </w:p>
    <w:p>
      <w:r>
        <w:rPr>
          <w:rFonts w:ascii="Gentium Plus" w:hAnsi="Gentium Plus"/>
          <w:sz w:val="24"/>
        </w:rPr>
        <w:t>ἡσθεὶς τῇ Ἀφροδίτῃ, καθάπερ ἐκεῖνος, καταδικάσαι ἂν αἶσχος τῆς Ἥρας καὶ τῆς Ἀθηνᾶς· εἰ γὰρ ἓν μὲν τὸ ἐν κάλλει καλόν, κρατῇ δὲ ἐν ἀγῶνι τριῶν μία, ἀνάγκη τὰς ἡττωμένας αἰσχρῶς ἔχειν.</w:t>
      </w:r>
    </w:p>
    <w:p>
      <w:r>
        <w:rPr>
          <w:rFonts w:ascii="Courier New" w:hAnsi="Courier New"/>
          <w:color w:val="555555"/>
          <w:sz w:val="20"/>
        </w:rPr>
        <w:t>[40 . 2 a]</w:t>
      </w:r>
    </w:p>
    <w:p>
      <w:r>
        <w:rPr>
          <w:rFonts w:ascii="Gentium Plus" w:hAnsi="Gentium Plus"/>
          <w:sz w:val="24"/>
        </w:rPr>
        <w:t>Μὴ σύ γε, ὦ δικαστῶν εὐδαιμονέστατε, ἀλλὰ φειδὼ ἔχε ὀνομάτων αἰσχρῶν, καὶ ἠρέμα κάτιθι ἐκ</w:t>
      </w:r>
    </w:p>
    <w:p>
      <w:r>
        <w:rPr>
          <w:rFonts w:ascii="Courier New" w:hAnsi="Courier New"/>
          <w:color w:val="555555"/>
          <w:sz w:val="20"/>
        </w:rPr>
        <w:t>[40 . 2 b]</w:t>
      </w:r>
    </w:p>
    <w:p>
      <w:r>
        <w:rPr>
          <w:rFonts w:ascii="Gentium Plus" w:hAnsi="Gentium Plus"/>
          <w:sz w:val="24"/>
        </w:rPr>
        <w:t>τῶν ἄκρων ἐπὶ τὰ ἔσχατα· ἵνα μὴ τὸν Ὅμηρον αὖθίς σοι προφέρω, λευκώλενον τὴν Ἥραν λέγοντα, καὶ ῥο‐ δόπηχυν τὴν Ἠώ, καὶ τὴν Ἀθηνᾶν γλαυκῶπιν, καὶ ἀργυρόπεζαν τὴν Θέτιν, καὶ Ἥβην καλλίσφυρον· ὧν</w:t>
      </w:r>
    </w:p>
    <w:p>
      <w:r>
        <w:rPr>
          <w:rFonts w:ascii="Courier New" w:hAnsi="Courier New"/>
          <w:color w:val="555555"/>
          <w:sz w:val="20"/>
        </w:rPr>
        <w:t>[5]</w:t>
      </w:r>
    </w:p>
    <w:p>
      <w:r>
        <w:rPr>
          <w:rFonts w:ascii="Gentium Plus" w:hAnsi="Gentium Plus"/>
          <w:sz w:val="24"/>
        </w:rPr>
        <w:t>οὐδεμιᾶς ἀφαιρήσει τὸ κάλλος, κἂν ἐν μέρει ᾖ, εὔφη‐ μός γε ἐθέλων εἶναι τὰ θεῖα, καὶ ἥκιστα πλημμελής.</w:t>
      </w:r>
    </w:p>
    <w:p>
      <w:r>
        <w:rPr>
          <w:rFonts w:ascii="Courier New" w:hAnsi="Courier New"/>
          <w:color w:val="555555"/>
          <w:sz w:val="20"/>
        </w:rPr>
        <w:t>[40 . 2 c]</w:t>
      </w:r>
    </w:p>
    <w:p>
      <w:r>
        <w:rPr>
          <w:rFonts w:ascii="Gentium Plus" w:hAnsi="Gentium Plus"/>
          <w:sz w:val="24"/>
        </w:rPr>
        <w:t>Ἀκούεις δ’ αὐτοῦ διηγουμένου χορὸν ἀγρευτικόν, παι‐ ζούσας ἐν ὄρει τὰς νύμφας, ἐξηγουμένης τῆς Ἀρτέμιδος; Πασάων δ’ ὕπερ ἥδε κάρη ἔχει ἠδὲ μέτωπα, φησίν· καὶ</w:t>
      </w:r>
    </w:p>
    <w:p>
      <w:r>
        <w:rPr>
          <w:rFonts w:ascii="Courier New" w:hAnsi="Courier New"/>
          <w:color w:val="555555"/>
          <w:sz w:val="20"/>
        </w:rPr>
        <w:t>[5]</w:t>
      </w:r>
    </w:p>
    <w:p>
      <w:r>
        <w:rPr>
          <w:rFonts w:ascii="Gentium Plus" w:hAnsi="Gentium Plus"/>
          <w:sz w:val="24"/>
        </w:rPr>
        <w:t>ῥεῖα δ’ ἀριγνώτη πέλεται, καλαὶ δέ τε πᾶσαι. Ἤ που καταγελᾷς τοῦ Ὁμήρου, προτιμῶντος μὲν νυμ‐</w:t>
      </w:r>
    </w:p>
    <w:p>
      <w:r>
        <w:rPr>
          <w:rFonts w:ascii="Courier New" w:hAnsi="Courier New"/>
          <w:color w:val="555555"/>
          <w:sz w:val="20"/>
        </w:rPr>
        <w:t>[40 . 2 d]</w:t>
      </w:r>
    </w:p>
    <w:p>
      <w:r>
        <w:rPr>
          <w:rFonts w:ascii="Gentium Plus" w:hAnsi="Gentium Plus"/>
          <w:sz w:val="24"/>
        </w:rPr>
        <w:t>φῶν κατὰ κάλλος Ἄρτεμιν; Ἀκούεις δὲ αὐτοῦ καὶ περὶ Μενελάου κάλλους τοιαυτὶ λέγοντος· ὅτε ἔφη τρωθέντος ῥυῆναι τὸ αἷμα κατὰ τοῦ μηροῦ, ἔπειτα εἰκάζει τὸ τοῦ μηροῦ κάλλος γυναικὸς τέχνῃ ἐλέφαντα χραινούσης</w:t>
      </w:r>
    </w:p>
    <w:p>
      <w:r>
        <w:rPr>
          <w:rFonts w:ascii="Courier New" w:hAnsi="Courier New"/>
          <w:color w:val="555555"/>
          <w:sz w:val="20"/>
        </w:rPr>
        <w:t>[5]</w:t>
      </w:r>
    </w:p>
    <w:p>
      <w:r>
        <w:rPr>
          <w:rFonts w:ascii="Gentium Plus" w:hAnsi="Gentium Plus"/>
          <w:sz w:val="24"/>
        </w:rPr>
        <w:t>φοίνικι, ἵπποις εἶναι παρήϊον· τοῖοί τοι, Μενέλαε, μιάνθην αἵματι μηροί· εὐφυεῖς φησὶν καὶ</w:t>
      </w:r>
    </w:p>
    <w:p>
      <w:r>
        <w:rPr>
          <w:rFonts w:ascii="Courier New" w:hAnsi="Courier New"/>
          <w:color w:val="555555"/>
          <w:sz w:val="20"/>
        </w:rPr>
        <w:t>[10]</w:t>
      </w:r>
    </w:p>
    <w:p>
      <w:r>
        <w:rPr>
          <w:rFonts w:ascii="Gentium Plus" w:hAnsi="Gentium Plus"/>
          <w:sz w:val="24"/>
        </w:rPr>
        <w:t>κνῆμαι καὶ σφυρά.</w:t>
      </w:r>
    </w:p>
    <w:p>
      <w:r>
        <w:rPr>
          <w:rFonts w:ascii="Courier New" w:hAnsi="Courier New"/>
          <w:color w:val="555555"/>
          <w:sz w:val="20"/>
        </w:rPr>
        <w:t>[40 . 2 e]</w:t>
      </w:r>
    </w:p>
    <w:p>
      <w:r>
        <w:rPr>
          <w:rFonts w:ascii="Gentium Plus" w:hAnsi="Gentium Plus"/>
          <w:sz w:val="24"/>
        </w:rPr>
        <w:t>Τοῦ δὲ Ἀγαμέμνονος αὖθις αὖ ἐπαινῶν τὸ κάλλος,</w:t>
      </w:r>
    </w:p>
    <w:p>
      <w:r>
        <w:rPr>
          <w:rFonts w:ascii="Courier New" w:hAnsi="Courier New"/>
          <w:color w:val="555555"/>
          <w:sz w:val="20"/>
        </w:rPr>
        <w:t>[40 . 2 f]</w:t>
      </w:r>
    </w:p>
    <w:p>
      <w:r>
        <w:rPr>
          <w:rFonts w:ascii="Gentium Plus" w:hAnsi="Gentium Plus"/>
          <w:sz w:val="24"/>
        </w:rPr>
        <w:t>καὶ δῆλον, ὡς καλλίων ὁ Ἀγαμέμνων ἦν· τῷ μὲν γὰρ ἦν τὸ κάλλος περὶ τὴν κεφαλὴν καὶ τὰ ὄμματα, τῷ δὲ ἀμφὶ τοὺς μηροὺς καὶ τὰ σφυρά· ὁ δὲ τὰ κρείττω καλός, καλλίων· ὁ δὲ τὰ ἥττω καλός, οὔπω μὲν αἰσχρός,</w:t>
      </w:r>
    </w:p>
    <w:p>
      <w:r>
        <w:rPr>
          <w:rFonts w:ascii="Courier New" w:hAnsi="Courier New"/>
          <w:color w:val="555555"/>
          <w:sz w:val="20"/>
        </w:rPr>
        <w:t>[40 . 2 g]</w:t>
      </w:r>
    </w:p>
    <w:p>
      <w:r>
        <w:rPr>
          <w:rFonts w:ascii="Gentium Plus" w:hAnsi="Gentium Plus"/>
          <w:sz w:val="24"/>
        </w:rPr>
        <w:t>καλὸς δὲ ἧττον. Τί δὲ ἐν τῷ στρατοπέδῳ τῷ Ἑλλη‐ νικῷ οὐ διέφερεν μὲν ὥρᾳ ὁ Ἀχιλλεύς, εἶχεν δὲ τὰ δεύτερα ὁ Νιρεύς; δικαστῇ δέ σοι, ἀπολειπόμενος ὁ Νιρεὺς τοῦ Ἀχιλλέως, οὐδὲν ἦν διαφέρων τοῦ Θερ‐</w:t>
      </w:r>
    </w:p>
    <w:p>
      <w:r>
        <w:rPr>
          <w:rFonts w:ascii="Courier New" w:hAnsi="Courier New"/>
          <w:color w:val="555555"/>
          <w:sz w:val="20"/>
        </w:rPr>
        <w:t>[40 . 2 h]</w:t>
      </w:r>
    </w:p>
    <w:p>
      <w:r>
        <w:rPr>
          <w:rFonts w:ascii="Gentium Plus" w:hAnsi="Gentium Plus"/>
          <w:sz w:val="24"/>
        </w:rPr>
        <w:t>σίτου. Καὶ ἵνα μὴ περὶ κάλλους σοι μόνον διαλέγω‐ μαι, οὐκ ἀμφισβητεῖ τῷ Ἀχιλλεῖ περὶ ἀνδρείας ὁ Αἴας, οὐδὲ τῷ Αἴαντι ὁ Διομήδης, οὐδὲ τῷ Διομήδει ὁ Σθένελος, οὐδὲ τῷ Σθενέλῳ ὁ Μενεσθεύς· ἀλλ’ οὐδεὶς</w:t>
      </w:r>
    </w:p>
    <w:p>
      <w:r>
        <w:rPr>
          <w:rFonts w:ascii="Courier New" w:hAnsi="Courier New"/>
          <w:color w:val="555555"/>
          <w:sz w:val="20"/>
        </w:rPr>
        <w:t>[5]</w:t>
      </w:r>
    </w:p>
    <w:p>
      <w:r>
        <w:rPr>
          <w:rFonts w:ascii="Gentium Plus" w:hAnsi="Gentium Plus"/>
          <w:sz w:val="24"/>
        </w:rPr>
        <w:t>διὰ τοῦτο τὴν ἀρετὴν ἀφαιρεῖ τοῦ Μενεσθέως διὰ τὸν Σθένελον· οὐδὲ τοῦ Σθενέλου διὰ τὸν Διομήδην, οὔτε τοῦ Διομήδους διὰ τὸν Αἴαντα, οὔτε τοῦ Αἴαντος διὰ</w:t>
      </w:r>
    </w:p>
    <w:p>
      <w:r>
        <w:rPr>
          <w:rFonts w:ascii="Courier New" w:hAnsi="Courier New"/>
          <w:color w:val="555555"/>
          <w:sz w:val="20"/>
        </w:rPr>
        <w:t>[40 . 2 i]</w:t>
      </w:r>
    </w:p>
    <w:p>
      <w:r>
        <w:rPr>
          <w:rFonts w:ascii="Gentium Plus" w:hAnsi="Gentium Plus"/>
          <w:sz w:val="24"/>
        </w:rPr>
        <w:t>τὸν Ἀχιλλέα· ἀλλ’ ἔστιν κἀνταῦθα ἡ ὁδὸς τῆς ἀρετῆς οὐ διαπηδῶσα τὰς διὰ μέσου φύσεις, ἀλλὰ κατιοῦσα</w:t>
      </w:r>
    </w:p>
    <w:p>
      <w:r>
        <w:rPr>
          <w:rFonts w:ascii="Courier New" w:hAnsi="Courier New"/>
          <w:color w:val="555555"/>
          <w:sz w:val="20"/>
        </w:rPr>
        <w:t>[40 . 3 a]</w:t>
      </w:r>
    </w:p>
    <w:p>
      <w:r>
        <w:rPr>
          <w:rFonts w:ascii="Gentium Plus" w:hAnsi="Gentium Plus"/>
          <w:sz w:val="24"/>
        </w:rPr>
        <w:t>Καὶ ἵνα ποτὲ ἀπαλλαγῶμεν τῶν σωμάτων, οἷς ἀνα‐ μέμικται ἡ ῥώμη καὶ τὸ κάλλος, εἰ τὴν Ἀνδρομάχην τῇ Πηνελόπῃ ἀντεξετάζοις, οὐχὶ σώφρων μὲν ἑκατέρα καὶ φίλανδρος; προτιμήσεις δὲ τὴν Πηνελόπην, οὐχ</w:t>
      </w:r>
    </w:p>
    <w:p>
      <w:r>
        <w:rPr>
          <w:rFonts w:ascii="Courier New" w:hAnsi="Courier New"/>
          <w:color w:val="555555"/>
          <w:sz w:val="20"/>
        </w:rPr>
        <w:t>[5]</w:t>
      </w:r>
    </w:p>
    <w:p>
      <w:r>
        <w:rPr>
          <w:rFonts w:ascii="Gentium Plus" w:hAnsi="Gentium Plus"/>
          <w:sz w:val="24"/>
        </w:rPr>
        <w:t>ὅσα γυναικὸς βαρβαρικῆς Ἑλληνίδα, ἀλλὰ τῷ περιόντι</w:t>
      </w:r>
    </w:p>
    <w:p>
      <w:r>
        <w:rPr>
          <w:rFonts w:ascii="Courier New" w:hAnsi="Courier New"/>
          <w:color w:val="555555"/>
          <w:sz w:val="20"/>
        </w:rPr>
        <w:t>[40 . 3 b]</w:t>
      </w:r>
    </w:p>
    <w:p>
      <w:r>
        <w:rPr>
          <w:rFonts w:ascii="Gentium Plus" w:hAnsi="Gentium Plus"/>
          <w:sz w:val="24"/>
        </w:rPr>
        <w:t>κατὰ τὴν ἀρετὴν τὸ πλεῖον νέμων. Συμβουλεύει δὲ καὶ ὁ Νέστωρ τῷ Ἀγαμέμνονι· ἆρ’ ἀνοήτῳ φρόνιμος; ἢ οὐκ ἂν ἐθελήσαις τὸν τῶν Πανελλήνων βασιλέα, τὸν διογενῆ καὶ λαῶν ποιμένα, καθυβρίσαι δυσφήμῳ</w:t>
      </w:r>
    </w:p>
    <w:p>
      <w:r>
        <w:rPr>
          <w:rFonts w:ascii="Courier New" w:hAnsi="Courier New"/>
          <w:color w:val="555555"/>
          <w:sz w:val="20"/>
        </w:rPr>
        <w:t>[5]</w:t>
      </w:r>
    </w:p>
    <w:p>
      <w:r>
        <w:rPr>
          <w:rFonts w:ascii="Gentium Plus" w:hAnsi="Gentium Plus"/>
          <w:sz w:val="24"/>
        </w:rPr>
        <w:t>αἰτίᾳ; ἀλλὰ καὶ ὣς ἐδέησεν αὐτῷ φρονίμῳ ὄντι φρο‐</w:t>
      </w:r>
    </w:p>
    <w:p>
      <w:r>
        <w:rPr>
          <w:rFonts w:ascii="Courier New" w:hAnsi="Courier New"/>
          <w:color w:val="555555"/>
          <w:sz w:val="20"/>
        </w:rPr>
        <w:t>[40 . 3 c]</w:t>
      </w:r>
    </w:p>
    <w:p>
      <w:r>
        <w:rPr>
          <w:rFonts w:ascii="Gentium Plus" w:hAnsi="Gentium Plus"/>
          <w:sz w:val="24"/>
        </w:rPr>
        <w:t>νιμωτέρων συμβούλων, τοῦ Νέστορος. Πείθω δέ γε οὐδέν τι μᾶλλον περὶ τῶν ἀρετῶν διαλεγόμενος, τὰ ὅμοια τοῖς ὁμοίοις, τῷ ἀνίσῳ κατὰ τὴν μετουσίαν, εἰς ὑπεροχῆς καὶ ἐλαττώσεως μοῖραν παραβαλεῖν ἐθέλων·</w:t>
      </w:r>
    </w:p>
    <w:p>
      <w:r>
        <w:rPr>
          <w:rFonts w:ascii="Courier New" w:hAnsi="Courier New"/>
          <w:color w:val="555555"/>
          <w:sz w:val="20"/>
        </w:rPr>
        <w:t>[5]</w:t>
      </w:r>
    </w:p>
    <w:p>
      <w:r>
        <w:rPr>
          <w:rFonts w:ascii="Gentium Plus" w:hAnsi="Gentium Plus"/>
          <w:sz w:val="24"/>
        </w:rPr>
        <w:t>ὅς γε καὶ τὴν ὑγίειαν ἡγεῖ ἁπλοῦν τι εἶναι. Τί δέ ἐστιν ἁπλοῦν παντὸς ἧττον; αἱ γὰρ τῶν σωμάτων φύ‐ σεις πολὺ τῶν τῆς ψυχῆς ἀμφιλαφέστεραι εἰς ὑγείας</w:t>
      </w:r>
    </w:p>
    <w:p>
      <w:r>
        <w:rPr>
          <w:rFonts w:ascii="Courier New" w:hAnsi="Courier New"/>
          <w:color w:val="555555"/>
          <w:sz w:val="20"/>
        </w:rPr>
        <w:t>[40 . 3 d]</w:t>
      </w:r>
    </w:p>
    <w:p>
      <w:r>
        <w:rPr>
          <w:rFonts w:ascii="Gentium Plus" w:hAnsi="Gentium Plus"/>
          <w:sz w:val="24"/>
        </w:rPr>
        <w:t>μέτρον· καὶ αὐτὸ τοὐναντίον, ὁ μὲν διώκων ἀκρότητα ἐν ὑγιεινῷ διώκει πρᾶγμα φεῦγον, καὶ οὔτε Ἀσκληπιῷ</w:t>
      </w:r>
    </w:p>
    <w:p>
      <w:r>
        <w:rPr>
          <w:rFonts w:ascii="Courier New" w:hAnsi="Courier New"/>
          <w:color w:val="555555"/>
          <w:sz w:val="20"/>
        </w:rPr>
        <w:t>[40 . 3 e]</w:t>
      </w:r>
    </w:p>
    <w:p>
      <w:r>
        <w:rPr>
          <w:rFonts w:ascii="Gentium Plus" w:hAnsi="Gentium Plus"/>
          <w:sz w:val="24"/>
        </w:rPr>
        <w:t>οὔτε Χείρωνι ἐξ ἐπιδρομῆς ἁλώσιμον· ὁ δὲ ἐν τῷ ἀνίσῳ τοῦ ἐφικτοῦ τὸ ληφθὲν ἀγαπῶν, εὐγνωμονέστερος μὲν</w:t>
      </w:r>
    </w:p>
    <w:p>
      <w:r>
        <w:rPr>
          <w:rFonts w:ascii="Courier New" w:hAnsi="Courier New"/>
          <w:color w:val="555555"/>
          <w:sz w:val="20"/>
        </w:rPr>
        <w:t>[40 . 3 f]</w:t>
      </w:r>
    </w:p>
    <w:p>
      <w:r>
        <w:rPr>
          <w:rFonts w:ascii="Gentium Plus" w:hAnsi="Gentium Plus"/>
          <w:sz w:val="24"/>
        </w:rPr>
        <w:t>τητα. Οὕτω τοι καὶ τοῖς ἀγαθοῖς ἔχει. Τριῶν γὰρ ὄντων οἷς ἄν τις διαιτήσαι τὸ παρὸν τουτὶ τὸ σκέμμα, ἑνὸς μὲν τείνοντος ἐπὶ τὸ ἀληθὲς αὐτό, δευτέρου δὲ ἐπὶ τὸ δυνατόν, τρίτου δὲ ἐπὶ τὸ ὠφέλιμον, καθ’ ἕκα‐</w:t>
      </w:r>
    </w:p>
    <w:p>
      <w:r>
        <w:rPr>
          <w:rFonts w:ascii="Courier New" w:hAnsi="Courier New"/>
          <w:color w:val="555555"/>
          <w:sz w:val="20"/>
        </w:rPr>
        <w:t>[5]</w:t>
      </w:r>
    </w:p>
    <w:p>
      <w:r>
        <w:rPr>
          <w:rFonts w:ascii="Gentium Plus" w:hAnsi="Gentium Plus"/>
          <w:sz w:val="24"/>
        </w:rPr>
        <w:t>στον τούτων σκεψώμεθα, ἀνατρέψαντες αὐτῶν τὴν</w:t>
      </w:r>
    </w:p>
    <w:p>
      <w:r>
        <w:rPr>
          <w:rFonts w:ascii="Courier New" w:hAnsi="Courier New"/>
          <w:color w:val="555555"/>
          <w:sz w:val="20"/>
        </w:rPr>
        <w:t>[40 . 3 g]</w:t>
      </w:r>
    </w:p>
    <w:p>
      <w:r>
        <w:rPr>
          <w:rFonts w:ascii="Gentium Plus" w:hAnsi="Gentium Plus"/>
          <w:sz w:val="24"/>
        </w:rPr>
        <w:t>ἀκολουθίαν, ἀπὸ τοῦ ὠφελίμου ἀρξάμενοι· μήπω γὰρ δυνατὸν ἔσται μηδὲ ἀληθὲς τὸ λεγόμενον, ὡς ἔστιν ἀγαθὸν ἀγαθοῦ μεῖζον, ἀλλὰ ἴδωμεν αὐτοῦ τὸ ὠφέλι‐ μον· πολλὰ γάρ που καὶ τῶν οὔτε ἀληθῶν οὔτε δυ‐</w:t>
      </w:r>
    </w:p>
    <w:p>
      <w:r>
        <w:rPr>
          <w:rFonts w:ascii="Courier New" w:hAnsi="Courier New"/>
          <w:color w:val="555555"/>
          <w:sz w:val="20"/>
        </w:rPr>
        <w:t>[5]</w:t>
      </w:r>
    </w:p>
    <w:p>
      <w:r>
        <w:rPr>
          <w:rFonts w:ascii="Gentium Plus" w:hAnsi="Gentium Plus"/>
          <w:sz w:val="24"/>
        </w:rPr>
        <w:t>νατῶν ὠφέλησεν πιστευθέντα.</w:t>
      </w:r>
    </w:p>
    <w:p>
      <w:r>
        <w:rPr>
          <w:rFonts w:ascii="Courier New" w:hAnsi="Courier New"/>
          <w:color w:val="555555"/>
          <w:sz w:val="20"/>
        </w:rPr>
        <w:t>[40 . 4 a]</w:t>
      </w:r>
    </w:p>
    <w:p>
      <w:r>
        <w:rPr>
          <w:rFonts w:ascii="Gentium Plus" w:hAnsi="Gentium Plus"/>
          <w:sz w:val="24"/>
        </w:rPr>
        <w:t>Οὐχ ὁ μὲν ἰσοκρατὲς τὰ πρῶτα ἄγων τὸ ἀγαθὸν καὶ περιγράφων αὐτοῦ τὴν οὐσίαν ἐν τῷ ἀρίστῳ μόνῳ, διέσκαψεν καὶ διετείχισεν τὴν ἐλπίδα τῶν πολλῶν τῆς ἐπ’ αὐτὸ ὁδοῦ; ὁ δὲ ὑποβάθρας διδούς, καὶ ἀναπαύλας</w:t>
      </w:r>
    </w:p>
    <w:p>
      <w:r>
        <w:rPr>
          <w:rFonts w:ascii="Courier New" w:hAnsi="Courier New"/>
          <w:color w:val="555555"/>
          <w:sz w:val="20"/>
        </w:rPr>
        <w:t>[5]</w:t>
      </w:r>
    </w:p>
    <w:p>
      <w:r>
        <w:rPr>
          <w:rFonts w:ascii="Gentium Plus" w:hAnsi="Gentium Plus"/>
          <w:sz w:val="24"/>
        </w:rPr>
        <w:t>διὰ μέσου καὶ ἀναγωγὰς πολλάς, προὔπεμψεν πόρρω πάνυ ὡς τευξόμενον τοῦ μετρίου, παρεμυθήσατο δὲ</w:t>
      </w:r>
    </w:p>
    <w:p>
      <w:r>
        <w:rPr>
          <w:rFonts w:ascii="Courier New" w:hAnsi="Courier New"/>
          <w:color w:val="555555"/>
          <w:sz w:val="20"/>
        </w:rPr>
        <w:t>[40 . 4 b]</w:t>
      </w:r>
    </w:p>
    <w:p>
      <w:r>
        <w:rPr>
          <w:rFonts w:ascii="Gentium Plus" w:hAnsi="Gentium Plus"/>
          <w:sz w:val="24"/>
        </w:rPr>
        <w:t>ὡς ἐν ἀγαθοῖς ἄριστον· ὁ δὲ ἕτερος τῶν λόγων οὐχὶ τὸν μὲν ἀριστέα ἐν δειλοῖς στεφανοῖ, τὸν δὲ ἰσχυρὸν ἐν ἀσθενεστάτοις; καὶ τὸ ὅλον ἀνταγωνιστὰς τοῖς ἀρί‐ στοις οὐ δίδωσιν, οὐδὲ ἐλέγχει τὰς ἀρετὰς ἐν τοῖς</w:t>
      </w:r>
    </w:p>
    <w:p>
      <w:r>
        <w:rPr>
          <w:rFonts w:ascii="Courier New" w:hAnsi="Courier New"/>
          <w:color w:val="555555"/>
          <w:sz w:val="20"/>
        </w:rPr>
        <w:t>[40 . 4 c]</w:t>
      </w:r>
    </w:p>
    <w:p>
      <w:r>
        <w:rPr>
          <w:rFonts w:ascii="Gentium Plus" w:hAnsi="Gentium Plus"/>
          <w:sz w:val="24"/>
        </w:rPr>
        <w:t>ὁμοίοις. Καὶ τοῦ μὲν ὠφελίμου παύομαι, τὸ δὲ δυ‐</w:t>
      </w:r>
    </w:p>
    <w:p>
      <w:r>
        <w:rPr>
          <w:rFonts w:ascii="Courier New" w:hAnsi="Courier New"/>
          <w:color w:val="555555"/>
          <w:sz w:val="20"/>
        </w:rPr>
        <w:t>[40 . 4 d]</w:t>
      </w:r>
    </w:p>
    <w:p>
      <w:r>
        <w:rPr>
          <w:rFonts w:ascii="Gentium Plus" w:hAnsi="Gentium Plus"/>
          <w:sz w:val="24"/>
        </w:rPr>
        <w:t>νατὸν ἤδη σκοπῶ. Χρυσὸν μὲν τὸν διαφέροντα ἐλέγ‐ χει χρυσὸς ἥττων, οὐ μόλιβδος, καὶ ἄργυρον ἄργυρος, καὶ χαλκὸν χαλκός. Καὶ πάντως ἁπλῶς γίγνονται αἱ ἐξετάσεις ἐν τῇ παραβολῇ τοῦ ὁμοίου μὲν κατὰ τὴν</w:t>
      </w:r>
    </w:p>
    <w:p>
      <w:r>
        <w:rPr>
          <w:rFonts w:ascii="Courier New" w:hAnsi="Courier New"/>
          <w:color w:val="555555"/>
          <w:sz w:val="20"/>
        </w:rPr>
        <w:t>[40 . 4 e]</w:t>
      </w:r>
    </w:p>
    <w:p>
      <w:r>
        <w:rPr>
          <w:rFonts w:ascii="Gentium Plus" w:hAnsi="Gentium Plus"/>
          <w:sz w:val="24"/>
        </w:rPr>
        <w:t>οὐσίαν, ἀνομοίου δὲ κατὰ τὴν ὑπεροχήν. Τὸ δὲ ἀγα‐ θὸν εἰς τὰ κακὰ αὐτὰ ἐμβαλὼν οὕτως ἐξετάζεις· καὶ πῶς οὐ φανεῖταί σοι τὸ σμικρότατον τῶν ἀγαθῶν ἐν</w:t>
      </w:r>
    </w:p>
    <w:p>
      <w:r>
        <w:rPr>
          <w:rFonts w:ascii="Courier New" w:hAnsi="Courier New"/>
          <w:color w:val="555555"/>
          <w:sz w:val="20"/>
        </w:rPr>
        <w:t>[40 . 4 f]</w:t>
      </w:r>
    </w:p>
    <w:p>
      <w:r>
        <w:rPr>
          <w:rFonts w:ascii="Gentium Plus" w:hAnsi="Gentium Plus"/>
          <w:sz w:val="24"/>
        </w:rPr>
        <w:t>χώρᾳ τοῦ ἀρίστου; Ὡς γὰρ ἐν νυκτὶ φῶς ἐκ πυρὸς τοῦ δι’ ἡμέρας φανέντος ἀκμαιότερον ὑπὸ πολλοῦ τοῦ περικεχυμένου σκότους ἐλεγχόμενον, ἐν δὲ ἡλίῳ τὸ αὐτὸ ἀμυδρὸν καὶ ἀσθενὲς καὶ ἀνταγωνιστὴν ἰσχυρό‐</w:t>
      </w:r>
    </w:p>
    <w:p>
      <w:r>
        <w:rPr>
          <w:rFonts w:ascii="Courier New" w:hAnsi="Courier New"/>
          <w:color w:val="555555"/>
          <w:sz w:val="20"/>
        </w:rPr>
        <w:t>[40 . 4 g]</w:t>
      </w:r>
    </w:p>
    <w:p>
      <w:r>
        <w:rPr>
          <w:rFonts w:ascii="Gentium Plus" w:hAnsi="Gentium Plus"/>
          <w:sz w:val="24"/>
        </w:rPr>
        <w:t>τερον 〈οὐ φέρον〉· οὕτως ἀμέλει καὶ τὸ ἀγαθὸν τοῖς μὲν κακοῖς συνεξεταζόμενον, καὶ τὸ τυχόν, ἄριστον καὶ μέγιστον καὶ ἐξοχώτατον, ὡς ἐν πολλῷ ζόφῳ μι‐</w:t>
      </w:r>
    </w:p>
    <w:p>
      <w:r>
        <w:rPr>
          <w:rFonts w:ascii="Courier New" w:hAnsi="Courier New"/>
          <w:color w:val="555555"/>
          <w:sz w:val="20"/>
        </w:rPr>
        <w:t>[5]</w:t>
      </w:r>
    </w:p>
    <w:p>
      <w:r>
        <w:rPr>
          <w:rFonts w:ascii="Gentium Plus" w:hAnsi="Gentium Plus"/>
          <w:sz w:val="24"/>
        </w:rPr>
        <w:t>παράσχῃς αὐτῷ πρὸς τὰ ὅμοια δρόμον καὶ ἅμιλλαν, τότε ὄψει τὸ ἄριστον ὄντως· νῦν δὲ συγχεῖς τὴν κρί‐</w:t>
      </w:r>
    </w:p>
    <w:p>
      <w:r>
        <w:rPr>
          <w:rFonts w:ascii="Courier New" w:hAnsi="Courier New"/>
          <w:color w:val="555555"/>
          <w:sz w:val="20"/>
        </w:rPr>
        <w:t>[40 . 4 h]</w:t>
      </w:r>
    </w:p>
    <w:p>
      <w:r>
        <w:rPr>
          <w:rFonts w:ascii="Gentium Plus" w:hAnsi="Gentium Plus"/>
          <w:sz w:val="24"/>
        </w:rPr>
        <w:t>σιν καὶ ταράττεις. Οὐχ ὁρᾷς καὶ τὴν σελήνην, ἄστρον ἀμφίβιον πρὸς νύκτα καὶ ἡμέραν, ἐν μὲν νυκτὶ λαμπράν, μετὰ δὲ ἡλίου ἀμαυράν; Οὐκοῦν ἐν ἡμέρᾳ ἥλιος κρατεῖ, τὸ ἄριστον καὶ ἀκμαιότατον τῶν ἐν οὐ‐</w:t>
      </w:r>
    </w:p>
    <w:p>
      <w:r>
        <w:rPr>
          <w:rFonts w:ascii="Courier New" w:hAnsi="Courier New"/>
          <w:color w:val="555555"/>
          <w:sz w:val="20"/>
        </w:rPr>
        <w:t>[40 . 4 i]</w:t>
      </w:r>
    </w:p>
    <w:p>
      <w:r>
        <w:rPr>
          <w:rFonts w:ascii="Gentium Plus" w:hAnsi="Gentium Plus"/>
          <w:sz w:val="24"/>
        </w:rPr>
        <w:t>ρανῷ σωμάτων· ἐν δὲ νυκτὶ σελήνη κρατεῖ, τὸ ἀσθε‐ νέστατον. Καὶ τοίνυν καὶ τὸ ἀγαθόν, ἐὰν μὲν εἰς νύκτα καὶ ζόφον καὶ ἀφέγγειαν κακῶν ἐμβάλῃς, κρατεῖ τὸ ἀμαυρότατον· ἐὰν δὲ παραθῇς ἀγαθὰ ἀγαθοῖς, ἀν‐</w:t>
      </w:r>
    </w:p>
    <w:p>
      <w:r>
        <w:rPr>
          <w:rFonts w:ascii="Courier New" w:hAnsi="Courier New"/>
          <w:color w:val="555555"/>
          <w:sz w:val="20"/>
        </w:rPr>
        <w:t>[5]</w:t>
      </w:r>
    </w:p>
    <w:p>
      <w:r>
        <w:rPr>
          <w:rFonts w:ascii="Gentium Plus" w:hAnsi="Gentium Plus"/>
          <w:sz w:val="24"/>
        </w:rPr>
        <w:t>άγκη κρατεῖν τὰ περιλαμπέστερα.</w:t>
      </w:r>
    </w:p>
    <w:p>
      <w:r>
        <w:rPr>
          <w:rFonts w:ascii="Courier New" w:hAnsi="Courier New"/>
          <w:color w:val="555555"/>
          <w:sz w:val="20"/>
        </w:rPr>
        <w:t>[40 . 5 a]</w:t>
      </w:r>
    </w:p>
    <w:p>
      <w:r>
        <w:rPr>
          <w:rFonts w:ascii="Gentium Plus" w:hAnsi="Gentium Plus"/>
          <w:sz w:val="24"/>
        </w:rPr>
        <w:t>Παύομαι τοῦ δυνατοῦ, καὶ ἐπὶ τὸ ἀληθὲς μέτειμι. Τὸν γὰρ τοῦ ἀνθρώπου βίον ἆρα ἄλλο τι ἡγητέον ἢ διαγωγὴν ζωῆς συγκεκραμένην ἐκ ψυχῆς καὶ σώματος καὶ τύχης; Ἐκ δὲ τῆς τούτων ἁρμονίας κραθέντων</w:t>
      </w:r>
    </w:p>
    <w:p>
      <w:r>
        <w:rPr>
          <w:rFonts w:ascii="Courier New" w:hAnsi="Courier New"/>
          <w:color w:val="555555"/>
          <w:sz w:val="20"/>
        </w:rPr>
        <w:t>[5]</w:t>
      </w:r>
    </w:p>
    <w:p>
      <w:r>
        <w:rPr>
          <w:rFonts w:ascii="Gentium Plus" w:hAnsi="Gentium Plus"/>
          <w:sz w:val="24"/>
        </w:rPr>
        <w:t>καλῶς, ἑκάστου εἰς τὸ ἀκρότατον τῆς ἑαυτοῦ ῥώμης ἀφιγμένου, τὸ ἄθροισμα τοῦτο εὐδαιμονίαν κλητέον· ἀρχούσης μὲν τῆς ψυχῆς, στρατηγοῦ δίκην, ὑπηρε‐ τοῦντος δὲ τοῦ σώματος, στρατιώτου δίκην, συνεργού‐</w:t>
      </w:r>
    </w:p>
    <w:p>
      <w:r>
        <w:rPr>
          <w:rFonts w:ascii="Courier New" w:hAnsi="Courier New"/>
          <w:color w:val="555555"/>
          <w:sz w:val="20"/>
        </w:rPr>
        <w:t>[40 . 5 b]</w:t>
      </w:r>
    </w:p>
    <w:p>
      <w:r>
        <w:rPr>
          <w:rFonts w:ascii="Gentium Plus" w:hAnsi="Gentium Plus"/>
          <w:sz w:val="24"/>
        </w:rPr>
        <w:t>νικᾶν ἔρχεται. Ἐὰν δὲ ἀφέλῃς τὴν τύχην, τὸν στρα‐ τιώτην ἐξοπλίζεις· κἂν τὸν στρατιώτην ἀφέλῃς, ἀπο‐</w:t>
      </w:r>
    </w:p>
    <w:p>
      <w:r>
        <w:rPr>
          <w:rFonts w:ascii="Courier New" w:hAnsi="Courier New"/>
          <w:color w:val="555555"/>
          <w:sz w:val="20"/>
        </w:rPr>
        <w:t>[40 . 5 c]</w:t>
      </w:r>
    </w:p>
    <w:p>
      <w:r>
        <w:rPr>
          <w:rFonts w:ascii="Gentium Plus" w:hAnsi="Gentium Plus"/>
          <w:sz w:val="24"/>
        </w:rPr>
        <w:t>χειροτονεῖς τὸν στρατηγόν· τιμιώτερον δὲ καὶ στρα‐ τιώτης ὅπλων, καὶ στρατιώτου στρατηγός. Ἐὰν δὲ δυοῖν θάτερον, ἢ τὸν στρατηγὸν τιμῶν τὰ λοιπὰ ἀτι‐ μάσῃς, τί χρήσεται ὁ στρατηγὸς τῇ τέχνῃ; ἢ καὶ ταῦτα</w:t>
      </w:r>
    </w:p>
    <w:p>
      <w:r>
        <w:rPr>
          <w:rFonts w:ascii="Courier New" w:hAnsi="Courier New"/>
          <w:color w:val="555555"/>
          <w:sz w:val="20"/>
        </w:rPr>
        <w:t>[5]</w:t>
      </w:r>
    </w:p>
    <w:p>
      <w:r>
        <w:rPr>
          <w:rFonts w:ascii="Gentium Plus" w:hAnsi="Gentium Plus"/>
          <w:sz w:val="24"/>
        </w:rPr>
        <w:t>εἰσάγων ἰσοτιμίαν νέμῃς, τί χρήσεται τέχνη τῷ στρα‐</w:t>
      </w:r>
    </w:p>
    <w:p>
      <w:r>
        <w:rPr>
          <w:rFonts w:ascii="Courier New" w:hAnsi="Courier New"/>
          <w:color w:val="555555"/>
          <w:sz w:val="20"/>
        </w:rPr>
        <w:t>[40 . 5 d]</w:t>
      </w:r>
    </w:p>
    <w:p>
      <w:r>
        <w:rPr>
          <w:rFonts w:ascii="Gentium Plus" w:hAnsi="Gentium Plus"/>
          <w:sz w:val="24"/>
        </w:rPr>
        <w:t>τηγῷ; Ἀρχέτω ψυχή, στρατευέτω τὸ σῶμα, συναγωνι‐ ζέσθω ἡ τύχη· πάντα ἐπαινῶ, πάντα δέχομαι· ἀλλὰ</w:t>
      </w:r>
    </w:p>
    <w:p>
      <w:r>
        <w:rPr>
          <w:rFonts w:ascii="Courier New" w:hAnsi="Courier New"/>
          <w:color w:val="555555"/>
          <w:sz w:val="20"/>
        </w:rPr>
        <w:t>[40 . 5 e]</w:t>
      </w:r>
    </w:p>
    <w:p>
      <w:r>
        <w:rPr>
          <w:rFonts w:ascii="Gentium Plus" w:hAnsi="Gentium Plus"/>
          <w:sz w:val="24"/>
        </w:rPr>
        <w:t>τὴν ἰσοτιμίαν αὐτῶν ἀφαιρῶ. Οὐχ ὁρᾷς καὶ τὸν ἐν θαλάττῃ πλοῦν, ἔνθα ὁ μὲν κυβερνήτης ἄρχει, ὡς ψυχὴ σώματος· ἡ δὲ ναῦς ἄρχεται, ὡς ὑπὸ ψυχῆς σῶμα· τὰ δὲ πνεύματα ἐπιρρεῖ, ὡς ταῖς ἀρεταῖς ἡ τύχη; Ἐὰν</w:t>
      </w:r>
    </w:p>
    <w:p>
      <w:r>
        <w:rPr>
          <w:rFonts w:ascii="Courier New" w:hAnsi="Courier New"/>
          <w:color w:val="555555"/>
          <w:sz w:val="20"/>
        </w:rPr>
        <w:t>[5]</w:t>
      </w:r>
    </w:p>
    <w:p>
      <w:r>
        <w:rPr>
          <w:rFonts w:ascii="Gentium Plus" w:hAnsi="Gentium Plus"/>
          <w:sz w:val="24"/>
        </w:rPr>
        <w:t>δὲ χειμὼν ἐπιγένηται, καὶ μένῃ μὲν ἡ ναῦς, μένῃ δὲ ὁ κυβερνήτης, ἐλπὶς σωτηρίας, κἂν οἴχηται ἡ ναῦς</w:t>
      </w:r>
    </w:p>
    <w:p>
      <w:r>
        <w:rPr>
          <w:rFonts w:ascii="Courier New" w:hAnsi="Courier New"/>
          <w:color w:val="555555"/>
          <w:sz w:val="20"/>
        </w:rPr>
        <w:t>[40 . 5 f]</w:t>
      </w:r>
    </w:p>
    <w:p>
      <w:r>
        <w:rPr>
          <w:rFonts w:ascii="Gentium Plus" w:hAnsi="Gentium Plus"/>
          <w:sz w:val="24"/>
        </w:rPr>
        <w:t>ὀρθά, ἢ κατακλύζεται, διὰ τῆς τέχνης· ἐὰν δὲ ἀπὸ τοῦ κυβερνήτου ἄρξῃ, καὶ ἐκεῖνον ἀφέλῃς, ἀχρεῖος μὲν ἡ ναῦς κειμένη· ἀχρεῖος δὲ ἡ ἐπιρροὴ τῶν πνευμάτων,</w:t>
      </w:r>
    </w:p>
    <w:p>
      <w:r>
        <w:rPr>
          <w:rFonts w:ascii="Courier New" w:hAnsi="Courier New"/>
          <w:color w:val="555555"/>
          <w:sz w:val="20"/>
        </w:rPr>
        <w:t>[40 . 5 g]</w:t>
      </w:r>
    </w:p>
    <w:p>
      <w:r>
        <w:rPr>
          <w:rFonts w:ascii="Gentium Plus" w:hAnsi="Gentium Plus"/>
          <w:sz w:val="24"/>
        </w:rPr>
        <w:t>κἂν φέρῃ. Καὶ διὰ τοῦτο ἐν μὲν θαλάττῃ καὶ νηῒ</w:t>
      </w:r>
    </w:p>
    <w:p>
      <w:r>
        <w:rPr>
          <w:rFonts w:ascii="Courier New" w:hAnsi="Courier New"/>
          <w:color w:val="555555"/>
          <w:sz w:val="20"/>
        </w:rPr>
        <w:t>[40 . 5 h]</w:t>
      </w:r>
    </w:p>
    <w:p>
      <w:r>
        <w:rPr>
          <w:rFonts w:ascii="Gentium Plus" w:hAnsi="Gentium Plus"/>
          <w:sz w:val="24"/>
        </w:rPr>
        <w:t>ναῦς, καὶ μετὰ ταύτην ἡ ἔξωθεν ἐπικουρία· ἐν δὲ τῷ τοῦ βίου τούτῳ δρόμῳ τιμιώτατον μὲν ἡ ψυχή, μετὰ δὲ ταύτην τὸ σῶμα, καὶ τρίτον ἡ τύχη· τὰ δὲ τοῦ τιμιωτέρου ἀγαθὰ τῶν ἧττον τιμίων τιμιώτερα.</w:t>
      </w:r>
    </w:p>
    <w:p>
      <w:r>
        <w:rPr>
          <w:rFonts w:ascii="Courier New" w:hAnsi="Courier New"/>
          <w:color w:val="555555"/>
          <w:sz w:val="20"/>
        </w:rPr>
        <w:t>[40 . 6 a]</w:t>
      </w:r>
    </w:p>
    <w:p>
      <w:r>
        <w:rPr>
          <w:rFonts w:ascii="Gentium Plus" w:hAnsi="Gentium Plus"/>
          <w:sz w:val="24"/>
        </w:rPr>
        <w:t>Ἐγὼ καὶ τῶν αἰσθήσεων τὴν ἰσοτιμίαν ἀφαιρῶ. Τυφλὸς ἦν Ὅμηρος, ἀλλ’ ἤκουεν τῆς Καλλιόπης· κω‐ φὸς ἦν Ἄτυς, ἀλλ’ ἑώρα τὸν ἥλιον. Μετάθες τὰς συμφοράς· ἀκουέτω Ἄτυς μὴ ὁρῶν, βλεπέτω Ὅμηρος</w:t>
      </w:r>
    </w:p>
    <w:p>
      <w:r>
        <w:rPr>
          <w:rFonts w:ascii="Courier New" w:hAnsi="Courier New"/>
          <w:color w:val="555555"/>
          <w:sz w:val="20"/>
        </w:rPr>
        <w:t>[5]</w:t>
      </w:r>
    </w:p>
    <w:p>
      <w:r>
        <w:rPr>
          <w:rFonts w:ascii="Gentium Plus" w:hAnsi="Gentium Plus"/>
          <w:sz w:val="24"/>
        </w:rPr>
        <w:t>μὴ ἀκούων· Ἄτυϊ μὲν οὐκ ᾄσεται ἡ Καλλιόπη, Ὁμήρου</w:t>
      </w:r>
    </w:p>
    <w:p>
      <w:r>
        <w:rPr>
          <w:rFonts w:ascii="Courier New" w:hAnsi="Courier New"/>
          <w:color w:val="555555"/>
          <w:sz w:val="20"/>
        </w:rPr>
        <w:t>[40 . 6 b]</w:t>
      </w:r>
    </w:p>
    <w:p>
      <w:r>
        <w:rPr>
          <w:rFonts w:ascii="Gentium Plus" w:hAnsi="Gentium Plus"/>
          <w:sz w:val="24"/>
        </w:rPr>
        <w:t>δὲ οὐκ ἀφαιρήσεις τὴν διδάσκαλον. Ἐγὼ καὶ τῶν θεῶν τὴν ἰσοτιμίαν ἀφαιρῶ· πείθομαι γὰρ Ὁμήρῳ λέ‐ γοντι· τριχθὰ δὲ πάντα δέδασται, ἕκαστος δ’ ἔμμορε</w:t>
      </w:r>
    </w:p>
    <w:p>
      <w:r>
        <w:rPr>
          <w:rFonts w:ascii="Courier New" w:hAnsi="Courier New"/>
          <w:color w:val="555555"/>
          <w:sz w:val="20"/>
        </w:rPr>
        <w:t>[5]</w:t>
      </w:r>
    </w:p>
    <w:p>
      <w:r>
        <w:rPr>
          <w:rFonts w:ascii="Gentium Plus" w:hAnsi="Gentium Plus"/>
          <w:sz w:val="24"/>
        </w:rPr>
        <w:t>τιμῆς· τιμῆς οὐκ ἴσης, οὐδὲ γὰρ ἀρχῆς ἴσης· οὐ γὰρ ἴση ἡ νομὴ οὐρανοῦ πρὸς θάλατταν, καὶ θαλάττης πρὸς Ἅιδην· θεὸς δὲ ὅμοιος καὶ Κρόνου παῖς, καὶ Ἅιδης,</w:t>
      </w:r>
    </w:p>
    <w:p>
      <w:r>
        <w:rPr>
          <w:rFonts w:ascii="Courier New" w:hAnsi="Courier New"/>
          <w:color w:val="555555"/>
          <w:sz w:val="20"/>
        </w:rPr>
        <w:t>[40 . 6 c]</w:t>
      </w:r>
    </w:p>
    <w:p>
      <w:r>
        <w:rPr>
          <w:rFonts w:ascii="Gentium Plus" w:hAnsi="Gentium Plus"/>
          <w:sz w:val="24"/>
        </w:rPr>
        <w:t>καὶ Ποσειδῶν, καὶ Ζεύς· καὶ γὰρ Λύσανδρος Σπαρ‐</w:t>
      </w:r>
    </w:p>
    <w:p>
      <w:r>
        <w:rPr>
          <w:rFonts w:ascii="Courier New" w:hAnsi="Courier New"/>
          <w:color w:val="555555"/>
          <w:sz w:val="20"/>
        </w:rPr>
        <w:t>[5]</w:t>
      </w:r>
    </w:p>
    <w:p>
      <w:r>
        <w:rPr>
          <w:rFonts w:ascii="Gentium Plus" w:hAnsi="Gentium Plus"/>
          <w:sz w:val="24"/>
        </w:rPr>
        <w:t>ἧς Τρωΐ περ εὐρύοπα Ζεὺς δῶχ’ υἷος ποινὴν Γανυμήδεος, οὕνεκ’ ἄρισται ἵπποι ἔσαν, ὁ δὲ θηρευτὴς εὐγενείας σκυλάκων ἐρᾷ· φιλάνθρωπος δὲ καὶ φιλοθρέμμων τοῦ ζῴου τούτου, οὐκ ἐξετάσει</w:t>
      </w:r>
    </w:p>
    <w:p>
      <w:r>
        <w:rPr>
          <w:rFonts w:ascii="Courier New" w:hAnsi="Courier New"/>
          <w:color w:val="555555"/>
          <w:sz w:val="20"/>
        </w:rPr>
        <w:t>[10]</w:t>
      </w:r>
    </w:p>
    <w:p>
      <w:r>
        <w:rPr>
          <w:rFonts w:ascii="Gentium Plus" w:hAnsi="Gentium Plus"/>
          <w:sz w:val="24"/>
        </w:rPr>
        <w:t>τὰ γένη)· λέγων οὐκ Ἀρτοξέρξην τὸν Ξέρξου (δειλόν μοι γένος λέγεις), οὐδὲ Ἱππίαν τὸν Πεισιστράτου (πονηρόν μοι γένος λέγεις), οὐδὲ Κροῖσον τὸν Ἀλυάττου</w:t>
      </w:r>
    </w:p>
    <w:p>
      <w:r>
        <w:rPr>
          <w:rFonts w:ascii="Courier New" w:hAnsi="Courier New"/>
          <w:color w:val="555555"/>
          <w:sz w:val="20"/>
        </w:rPr>
        <w:t>[40 . 6 d]</w:t>
      </w:r>
    </w:p>
    <w:p>
      <w:r>
        <w:rPr>
          <w:rFonts w:ascii="Gentium Plus" w:hAnsi="Gentium Plus"/>
          <w:sz w:val="24"/>
        </w:rPr>
        <w:t>(ἀσθενὲς λέγεις)· ἐὰν δὲ Λεωνίδαν λέγῃς καὶ Ἀγησί‐ λαον, γνωρίζω τὴν ἀρετήν, καὶ μέμνημαι τοῦ Ἡρα‐ κλέους, καὶ ἐπαινῶ τὴν εὐγένειαν. Εἴθε μοι καὶ τὸ Ἀριστείδου γένος ἦν Ἀθήνησιν, εἴθε τὸ Σωκράτους·</w:t>
      </w:r>
    </w:p>
    <w:p>
      <w:r>
        <w:rPr>
          <w:rFonts w:ascii="Courier New" w:hAnsi="Courier New"/>
          <w:color w:val="555555"/>
          <w:sz w:val="20"/>
        </w:rPr>
        <w:t>[5]</w:t>
      </w:r>
    </w:p>
    <w:p>
      <w:r>
        <w:rPr>
          <w:rFonts w:ascii="Gentium Plus" w:hAnsi="Gentium Plus"/>
          <w:sz w:val="24"/>
        </w:rPr>
        <w:t>ἐτίμησα ἂν τούτους ὡς Ἡρακλείδας, ὡς Περσείδας, ὡς</w:t>
      </w:r>
    </w:p>
    <w:p>
      <w:r>
        <w:rPr>
          <w:rFonts w:ascii="Courier New" w:hAnsi="Courier New"/>
          <w:color w:val="555555"/>
          <w:sz w:val="20"/>
        </w:rPr>
        <w:t>[40 . 6 e]</w:t>
      </w:r>
    </w:p>
    <w:p>
      <w:r>
        <w:rPr>
          <w:rFonts w:ascii="Gentium Plus" w:hAnsi="Gentium Plus"/>
          <w:sz w:val="24"/>
        </w:rPr>
        <w:t>εὐπατρίδας. Ἢ ποταμῶν μὲν ῥεύματα 〈ἐπαινεῖσ〉, ἐὰν</w:t>
      </w:r>
    </w:p>
    <w:p>
      <w:r>
        <w:rPr>
          <w:rFonts w:ascii="Courier New" w:hAnsi="Courier New"/>
          <w:color w:val="555555"/>
          <w:sz w:val="20"/>
        </w:rPr>
        <w:t>[5]</w:t>
      </w:r>
    </w:p>
    <w:p>
      <w:r>
        <w:rPr>
          <w:rFonts w:ascii="Gentium Plus" w:hAnsi="Gentium Plus"/>
          <w:sz w:val="24"/>
        </w:rPr>
        <w:t>ἀρετῆς, ὡς ἐκ πηγῆς καθαρᾶς, γνήσιος μένῃ, ἀνεπί‐ μικτος μένῃ; Καὶ μέχρι μὲν ταύτης ἀνδρίζῃ, καὶ ἀξιό‐</w:t>
      </w:r>
    </w:p>
    <w:p>
      <w:r>
        <w:rPr>
          <w:rFonts w:ascii="Courier New" w:hAnsi="Courier New"/>
          <w:color w:val="555555"/>
          <w:sz w:val="20"/>
        </w:rPr>
        <w:t>[40 . 6 f]</w:t>
      </w:r>
    </w:p>
    <w:p>
      <w:r>
        <w:rPr>
          <w:rFonts w:ascii="Gentium Plus" w:hAnsi="Gentium Plus"/>
          <w:sz w:val="24"/>
        </w:rPr>
        <w:t>πιστος εἶ λέγων· ἐὰν δέ σου καὶ περὶ πλούτου πυν‐ θάνομαι, τί φῆς; ποῖ τὸ πρᾶγμα τάττεις; ἐν ποίῳ χορῷ; Λέγε γυμνῇ τῇ κεφαλῇ, τὰς τῆς ψυχῆς φωνὰς λέγε· τί φῆς τὸν πλοῦτον; Κακόν; τί οὖν ἐρᾷς; Ἀγα‐</w:t>
      </w:r>
    </w:p>
    <w:p>
      <w:r>
        <w:rPr>
          <w:rFonts w:ascii="Courier New" w:hAnsi="Courier New"/>
          <w:color w:val="555555"/>
          <w:sz w:val="20"/>
        </w:rPr>
        <w:t>[5]</w:t>
      </w:r>
    </w:p>
    <w:p>
      <w:r>
        <w:rPr>
          <w:rFonts w:ascii="Gentium Plus" w:hAnsi="Gentium Plus"/>
          <w:sz w:val="24"/>
        </w:rPr>
        <w:t>θόν; τί οὖν φεύγεις; Ἡ γλῶττα ἐπώμοσεν, ἡ δὲ φρὴν ἀνώ‐ μοτος.</w:t>
      </w:r>
    </w:p>
    <w:p>
      <w:r>
        <w:rPr>
          <w:rFonts w:ascii="Courier New" w:hAnsi="Courier New"/>
          <w:color w:val="555555"/>
          <w:sz w:val="20"/>
        </w:rPr>
        <w:t>[40 . 6 g*]</w:t>
      </w:r>
    </w:p>
    <w:p>
      <w:r>
        <w:rPr>
          <w:rFonts w:ascii="Gentium Plus" w:hAnsi="Gentium Plus"/>
          <w:sz w:val="24"/>
        </w:rPr>
        <w:t>Ἀλλ’ οὐδέτερον ἡγεῖ, οὐκ ἀγαθόν, οὐ κακόν· ἀλλ’ ἐν μεθορίᾳ καὶ χώρᾳ μέσῃ. Τήρησον αὐτὸ ἀδιάφορον,</w:t>
      </w:r>
    </w:p>
    <w:p>
      <w:r>
        <w:rPr>
          <w:rFonts w:ascii="Courier New" w:hAnsi="Courier New"/>
          <w:color w:val="555555"/>
          <w:sz w:val="20"/>
        </w:rPr>
        <w:t>[40 . 6 h]</w:t>
      </w:r>
    </w:p>
    <w:p>
      <w:r>
        <w:rPr>
          <w:rFonts w:ascii="Gentium Plus" w:hAnsi="Gentium Plus"/>
          <w:sz w:val="24"/>
        </w:rPr>
        <w:t>μὴ προσέλθῃς περαιτέρω, μὴ ὑπερβῇς τοὺς ὅρους. Ἂν δὲ ὑπαλλάξας τὸ ὄνομα ἀγαθὸν μὲν μὴ καλῇς, προ‐ ηγμένον δὲ καλῇς, τὴν μὲν φωνὴν μετέβαλες, τὴν δὲ</w:t>
      </w:r>
    </w:p>
    <w:p>
      <w:pPr>
        <w:jc w:val="center"/>
      </w:pPr>
      <w:r>
        <w:rPr>
          <w:rFonts w:ascii="Gentium Plus" w:hAnsi="Gentium Plus"/>
          <w:b/>
          <w:sz w:val="24"/>
        </w:rPr>
        <w:t>Τοῦ θεοῦ τὰ ἀγαθὰ ποιοῦντος,</w:t>
      </w:r>
    </w:p>
    <w:p>
      <w:pPr>
        <w:jc w:val="center"/>
      </w:pPr>
      <w:r>
        <w:rPr>
          <w:rFonts w:ascii="Gentium Plus" w:hAnsi="Gentium Plus"/>
          <w:b/>
          <w:sz w:val="24"/>
        </w:rPr>
        <w:t>πόθεν τὰ κακά.</w:t>
      </w:r>
    </w:p>
    <w:p>
      <w:r>
        <w:rPr>
          <w:rFonts w:ascii="Courier New" w:hAnsi="Courier New"/>
          <w:color w:val="555555"/>
          <w:sz w:val="20"/>
        </w:rPr>
        <w:t>[1]</w:t>
      </w:r>
    </w:p>
    <w:p>
      <w:r>
        <w:rPr>
          <w:rFonts w:ascii="Gentium Plus" w:hAnsi="Gentium Plus"/>
          <w:sz w:val="24"/>
        </w:rPr>
        <w:t>Φασὶ τὸν Μακεδόνα Ἀλέξανδρον, ἀφικόμενον εἰς Ἄμμωνος, προσειπόντος αὐτὸν τοῦ Ἄμμωνος παῖδα, πιστεῦσαι τῷ θεῷ κατὰ τὴν Ὁμήρου φήμην, πατέρα</w:t>
      </w:r>
    </w:p>
    <w:p>
      <w:r>
        <w:rPr>
          <w:rFonts w:ascii="Courier New" w:hAnsi="Courier New"/>
          <w:color w:val="555555"/>
          <w:sz w:val="20"/>
        </w:rPr>
        <w:t>[41 . 1 b]</w:t>
      </w:r>
    </w:p>
    <w:p>
      <w:r>
        <w:rPr>
          <w:rFonts w:ascii="Gentium Plus" w:hAnsi="Gentium Plus"/>
          <w:sz w:val="24"/>
        </w:rPr>
        <w:t>αὐτὸν θεῶν καὶ ἀνθρώπων ὀνομάζοντος· ἀποδεξά‐ μενος δὲ τοῦ μαντείου, ἄλλο μὲν ἠξίωσεν οὐθὲν τὸν πατέρα μετὰ τοῦτο ἐρέσθαι, οὐ περὶ τῆς Δαρείου φυ‐ γῆς, οὐ περὶ τῆς μελλούσης μάχης, οὐ περὶ τῆς Ἑλ‐</w:t>
      </w:r>
    </w:p>
    <w:p>
      <w:r>
        <w:rPr>
          <w:rFonts w:ascii="Courier New" w:hAnsi="Courier New"/>
          <w:color w:val="555555"/>
          <w:sz w:val="20"/>
        </w:rPr>
        <w:t>[5]</w:t>
      </w:r>
    </w:p>
    <w:p>
      <w:r>
        <w:rPr>
          <w:rFonts w:ascii="Gentium Plus" w:hAnsi="Gentium Plus"/>
          <w:sz w:val="24"/>
        </w:rPr>
        <w:t>λάδος κακουμένης, οὐ περὶ τῆς Ἀσίας κυκωμένης· ἀλλ’, ὥσπερ αὐτῷ τῶν ἄλλων καλῶς ἐχόντων, ἠρώτα τὸν θεὸν περὶ τοῦ Νείλου, ὁπόθεν ὁρμηθεὶς ἐπὶ Αἰγύπτου</w:t>
      </w:r>
    </w:p>
    <w:p>
      <w:r>
        <w:rPr>
          <w:rFonts w:ascii="Courier New" w:hAnsi="Courier New"/>
          <w:color w:val="555555"/>
          <w:sz w:val="20"/>
        </w:rPr>
        <w:t>[41 . 1 c]</w:t>
      </w:r>
    </w:p>
    <w:p>
      <w:r>
        <w:rPr>
          <w:rFonts w:ascii="Gentium Plus" w:hAnsi="Gentium Plus"/>
          <w:sz w:val="24"/>
        </w:rPr>
        <w:t>κάτεισιν. Πάνυ γοῦν αὐτῷ τοῦτο ἓν ᾔδει πρὸς εὐ‐ δαιμονίαν, καὶ μαθόντι εἶχεν ἂν καλῶς· οὐδ’ εἰ, μὰ Δία, πρὸς τῷ Νείλῳ τὸν Ἴστρον ἔγνω, ἢ τὸν ὠκεανὸν αὐτόν, εἴ τέ τις ἐστὶν ποταμοῦ φύσις περὶ</w:t>
      </w:r>
    </w:p>
    <w:p>
      <w:r>
        <w:rPr>
          <w:rFonts w:ascii="Courier New" w:hAnsi="Courier New"/>
          <w:color w:val="555555"/>
          <w:sz w:val="20"/>
        </w:rPr>
        <w:t>[5]</w:t>
      </w:r>
    </w:p>
    <w:p>
      <w:r>
        <w:rPr>
          <w:rFonts w:ascii="Gentium Plus" w:hAnsi="Gentium Plus"/>
          <w:sz w:val="24"/>
        </w:rPr>
        <w:t>πᾶσαν γῆν εἱλουμένου, εἴτε ἀρχαὶ τῆς δεῦρο καὶ πηγαὶ θαλάττης, εἴτε λίμνη ὑποδεχομένη τὰς ἡλίου κατα‐ δύσεις καὶ σελήνης, εἴτε ἄλλό τι, οἷον οἱ ποιηταὶ κατα‐</w:t>
      </w:r>
    </w:p>
    <w:p>
      <w:r>
        <w:rPr>
          <w:rFonts w:ascii="Courier New" w:hAnsi="Courier New"/>
          <w:color w:val="555555"/>
          <w:sz w:val="20"/>
        </w:rPr>
        <w:t>[41 . 1 d]</w:t>
      </w:r>
    </w:p>
    <w:p>
      <w:r>
        <w:rPr>
          <w:rFonts w:ascii="Gentium Plus" w:hAnsi="Gentium Plus"/>
          <w:sz w:val="24"/>
        </w:rPr>
        <w:t>μαντεύονται· ἐξὸν τοὺς μὲν ποταμοὺς ἐᾶν ῥεῖν, ὁπόθεν 〈ὁ θεὸσ〉 αὐτοὺς ἀφῆκεν· αὐτὸν δὲ ἐπὶ Ἄμμωνα ἀφικό‐ μενον, ἢ ἐπὶ τὴν Θεσπρωτῶν γῆν καὶ τὴν ἐκεῖ δρῦν, ἢ ἐπὶ τὸν Παρνασσὸν καὶ τὴν Πυθοῖ χρησμῳδίαν, ἢ ἐπὶ</w:t>
      </w:r>
    </w:p>
    <w:p>
      <w:r>
        <w:rPr>
          <w:rFonts w:ascii="Courier New" w:hAnsi="Courier New"/>
          <w:color w:val="555555"/>
          <w:sz w:val="20"/>
        </w:rPr>
        <w:t>[5]</w:t>
      </w:r>
    </w:p>
    <w:p>
      <w:r>
        <w:rPr>
          <w:rFonts w:ascii="Gentium Plus" w:hAnsi="Gentium Plus"/>
          <w:sz w:val="24"/>
        </w:rPr>
        <w:t>τὸν Ἰσμηνὸν καὶ τὴν ἐκεῖ φωνήν, ἢ ἐπὶ Δῆλον καὶ τοὺς ἐκεῖ χορούς, ἢ εἴ που ἄλλό τι μαντεῖον ἦν φθεγματικὸν τῆς Ἑλλάδος ἢ τῆς βαρβάρου γῆς, δεῖσθαι τοῦ Διὸς καὶ τοῦ Ἀπόλλωνος ἐπιδοῦναι χρησμὸν ἕνα κοινὸν καὶ</w:t>
      </w:r>
    </w:p>
    <w:p>
      <w:r>
        <w:rPr>
          <w:rFonts w:ascii="Courier New" w:hAnsi="Courier New"/>
          <w:color w:val="555555"/>
          <w:sz w:val="20"/>
        </w:rPr>
        <w:t>[41 . 1 e]</w:t>
      </w:r>
    </w:p>
    <w:p>
      <w:r>
        <w:rPr>
          <w:rFonts w:ascii="Gentium Plus" w:hAnsi="Gentium Plus"/>
          <w:sz w:val="24"/>
        </w:rPr>
        <w:t>δημόσιον τῷ πάντων ἀνθρώπων γένει. Ἦ γὰρ ἂν κοινωφελεστέραν θεωρίαν ἐστείλαντο οἱ ἄνθρωποι τήν‐ δε μᾶλλον, ἢ Δωριεῖς περὶ Πελοποννήσου μαντευό‐ μενοι, ἢ Ἀθηναῖοι περὶ Ἰωνίας πυνθανόμενοι, ἢ Κο‐</w:t>
      </w:r>
    </w:p>
    <w:p>
      <w:r>
        <w:rPr>
          <w:rFonts w:ascii="Courier New" w:hAnsi="Courier New"/>
          <w:color w:val="555555"/>
          <w:sz w:val="20"/>
        </w:rPr>
        <w:t>[5]</w:t>
      </w:r>
    </w:p>
    <w:p>
      <w:r>
        <w:rPr>
          <w:rFonts w:ascii="Gentium Plus" w:hAnsi="Gentium Plus"/>
          <w:sz w:val="24"/>
        </w:rPr>
        <w:t>ρίνθιοι περὶ Σικελίας ἀνερωτῶντες.</w:t>
      </w:r>
    </w:p>
    <w:p>
      <w:r>
        <w:rPr>
          <w:rFonts w:ascii="Courier New" w:hAnsi="Courier New"/>
          <w:color w:val="555555"/>
          <w:sz w:val="20"/>
        </w:rPr>
        <w:t>[41 . 2 a]</w:t>
      </w:r>
    </w:p>
    <w:p>
      <w:r>
        <w:rPr>
          <w:rFonts w:ascii="Gentium Plus" w:hAnsi="Gentium Plus"/>
          <w:sz w:val="24"/>
        </w:rPr>
        <w:t>Φέρε μιμησάμενοι τοὺς θεωροὺς ἐκείνους τοὺς κοινοὺς Ἰωνικούς, τοὺς ὑπὲρ τοῦ γένους ἐπὶ τὰ μαν‐ τεῖα σταλέντας, ἐρώμεθα τὸν Δία, τίς τῶν ἀνθρωπί‐</w:t>
      </w:r>
    </w:p>
    <w:p>
      <w:r>
        <w:rPr>
          <w:rFonts w:ascii="Courier New" w:hAnsi="Courier New"/>
          <w:color w:val="555555"/>
          <w:sz w:val="20"/>
        </w:rPr>
        <w:t>[41 . 2 b]</w:t>
      </w:r>
    </w:p>
    <w:p>
      <w:r>
        <w:rPr>
          <w:rFonts w:ascii="Gentium Plus" w:hAnsi="Gentium Plus"/>
          <w:sz w:val="24"/>
        </w:rPr>
        <w:t>πηγαί, πόθεν ὁρμηθέντα ῥεῖ; Ἢ τούτων μὲν πέρι οὐ‐ θὲν δεῖ τὸν θεὸν ἐνοχλεῖν, αἰσθανομένους τῆς χορη‐ γίας, καὶ ὁρῶντας τὴν αἰτίαν, καὶ συνιέντας τὴν πηγήν, καὶ τὸν πατέρα καὶ ποιητὴν εἰδότας, τὸν οὐρανοῦ ἁρ‐</w:t>
      </w:r>
    </w:p>
    <w:p>
      <w:r>
        <w:rPr>
          <w:rFonts w:ascii="Courier New" w:hAnsi="Courier New"/>
          <w:color w:val="555555"/>
          <w:sz w:val="20"/>
        </w:rPr>
        <w:t>[5]</w:t>
      </w:r>
    </w:p>
    <w:p>
      <w:r>
        <w:rPr>
          <w:rFonts w:ascii="Gentium Plus" w:hAnsi="Gentium Plus"/>
          <w:sz w:val="24"/>
        </w:rPr>
        <w:t>μοστήν, τὸν ἡλίου καὶ σελήνης ἀγωγέα, τὸν κορυφαῖον τῆς τῶν ἄστρων περιφορᾶς καὶ δινήσεως καὶ χορείας καὶ δρόμου, τὸν ὡρῶν ταμίαν, τὸν πνευμάτων οἰκο‐ νόμον, τὸν ποιητὴν θαλάττης, τὸν δημιουργὸν γῆς,</w:t>
      </w:r>
    </w:p>
    <w:p>
      <w:r>
        <w:rPr>
          <w:rFonts w:ascii="Courier New" w:hAnsi="Courier New"/>
          <w:color w:val="555555"/>
          <w:sz w:val="20"/>
        </w:rPr>
        <w:t>[41 . 2 c]</w:t>
      </w:r>
    </w:p>
    <w:p>
      <w:r>
        <w:rPr>
          <w:rFonts w:ascii="Gentium Plus" w:hAnsi="Gentium Plus"/>
          <w:sz w:val="24"/>
        </w:rPr>
        <w:t>τὸν ποταμῶν χορηγόν, τὸν καρπῶν τροφέα, τὸν ζῴων γεννητήν, τὸν γενέθλιον, τὸν ὑέτιον, τὸν ἐπικάρπιον,</w:t>
      </w:r>
    </w:p>
    <w:p>
      <w:r>
        <w:rPr>
          <w:rFonts w:ascii="Courier New" w:hAnsi="Courier New"/>
          <w:color w:val="555555"/>
          <w:sz w:val="20"/>
        </w:rPr>
        <w:t>[41 . 2 d]</w:t>
      </w:r>
    </w:p>
    <w:p>
      <w:r>
        <w:rPr>
          <w:rFonts w:ascii="Gentium Plus" w:hAnsi="Gentium Plus"/>
          <w:sz w:val="24"/>
        </w:rPr>
        <w:t>τὸν πατρῷον, τὸν φυτάλμιον· οὗ ὁ νοῦς ἀρραγὴς ὢν καὶ ἄτρυτος καὶ ἐπὶ πάσας ἐξικνούμενος φύσεις ἀμη‐ χάνῳ τάχει, ὡς προσβολὴ ὄψεως, πᾶν κοσμεῖ ὅτου ἂν ἐπαφήσηται· καθάπερ καὶ αἱ παρ’ ἡλίου ἀκτῖνες προσ‐</w:t>
      </w:r>
    </w:p>
    <w:p>
      <w:r>
        <w:rPr>
          <w:rFonts w:ascii="Courier New" w:hAnsi="Courier New"/>
          <w:color w:val="555555"/>
          <w:sz w:val="20"/>
        </w:rPr>
        <w:t>[5]</w:t>
      </w:r>
    </w:p>
    <w:p>
      <w:r>
        <w:rPr>
          <w:rFonts w:ascii="Gentium Plus" w:hAnsi="Gentium Plus"/>
          <w:sz w:val="24"/>
        </w:rPr>
        <w:t>πεσοῦσαι τῇ γῇ λαμπρύνουσιν αὐτῆς τὸ καταληφθὲν</w:t>
      </w:r>
    </w:p>
    <w:p>
      <w:r>
        <w:rPr>
          <w:rFonts w:ascii="Courier New" w:hAnsi="Courier New"/>
          <w:color w:val="555555"/>
          <w:sz w:val="20"/>
        </w:rPr>
        <w:t>[41 . 2 e]</w:t>
      </w:r>
    </w:p>
    <w:p>
      <w:r>
        <w:rPr>
          <w:rFonts w:ascii="Gentium Plus" w:hAnsi="Gentium Plus"/>
          <w:sz w:val="24"/>
        </w:rPr>
        <w:t>πᾶν. Τίς δέ ἐστιν ὁ τῆς ἐπαφῆς ταύτης τρόπος, ἐγὼ μὲν εἰπεῖν οὐκ ἔχω· ᾐνίξατο δὲ αὐτὴν ἠρέμα Ὅμηρος, ἦ καὶ κυανέῃσιν ἐπ’ ὀφρύσι νεῦσε Κρονίων.</w:t>
      </w:r>
    </w:p>
    <w:p>
      <w:r>
        <w:rPr>
          <w:rFonts w:ascii="Courier New" w:hAnsi="Courier New"/>
          <w:color w:val="555555"/>
          <w:sz w:val="20"/>
        </w:rPr>
        <w:t>[41 . 2 f]</w:t>
      </w:r>
    </w:p>
    <w:p>
      <w:r>
        <w:rPr>
          <w:rFonts w:ascii="Gentium Plus" w:hAnsi="Gentium Plus"/>
          <w:sz w:val="24"/>
        </w:rPr>
        <w:t>Ὁμοῦ δὲ τῷ Διὸς νεύματι γῆ ξυνέστη, καὶ ὅσα γῆς θρέμματα, καὶ θάλασσα ξυνέστη, καὶ ὅσα θαλάττης γεννήματα, καὶ ἀὴρ ξυνέστη, καὶ ὅσα ἀέρος φορήματα, καὶ οὐρανὸς ξυνέστη, καὶ ὅσα ἐν οὐρανῷ κινήματα.</w:t>
      </w:r>
    </w:p>
    <w:p>
      <w:r>
        <w:rPr>
          <w:rFonts w:ascii="Courier New" w:hAnsi="Courier New"/>
          <w:color w:val="555555"/>
          <w:sz w:val="20"/>
        </w:rPr>
        <w:t>[41 . 2 g]</w:t>
      </w:r>
    </w:p>
    <w:p>
      <w:r>
        <w:rPr>
          <w:rFonts w:ascii="Gentium Plus" w:hAnsi="Gentium Plus"/>
          <w:sz w:val="24"/>
        </w:rPr>
        <w:t>Ταῦτα ἔργα τῶν Διὸς νευμάτων· μέχρι τούτων ἀδεὴς εἰμὶ χρησμῳδίας, καὶ Ὁμήρῳ πείθομαι, καὶ πιστεύω Πλάτωνι, καὶ οἰκτείρω τὸν Ἐπίκουρον.</w:t>
      </w:r>
    </w:p>
    <w:p>
      <w:r>
        <w:rPr>
          <w:rFonts w:ascii="Courier New" w:hAnsi="Courier New"/>
          <w:color w:val="555555"/>
          <w:sz w:val="20"/>
        </w:rPr>
        <w:t>[41 . 3 a]</w:t>
      </w:r>
    </w:p>
    <w:p>
      <w:r>
        <w:rPr>
          <w:rFonts w:ascii="Gentium Plus" w:hAnsi="Gentium Plus"/>
          <w:sz w:val="24"/>
        </w:rPr>
        <w:t>Ἐὰν δὲ εἰς τὰς τῶν κακῶν ἐννοίας παρέλθω, πό‐ θεν ταῦτα παρέδυ δεῦρο; τίνες αἱ τῶν κακῶν πηγαὶ ἢ γενέσεις; πόθεν ἀρξάμενα ἔρχεται; ἐξ Αἰθιόπων, ὡς ὁ λοιμός; ἐκ Βαβυλῶνος, ὡς ὁ Ξέρξης; ἐκ Μακεδονίας,</w:t>
      </w:r>
    </w:p>
    <w:p>
      <w:r>
        <w:rPr>
          <w:rFonts w:ascii="Courier New" w:hAnsi="Courier New"/>
          <w:color w:val="555555"/>
          <w:sz w:val="20"/>
        </w:rPr>
        <w:t>[5]</w:t>
      </w:r>
    </w:p>
    <w:p>
      <w:r>
        <w:rPr>
          <w:rFonts w:ascii="Gentium Plus" w:hAnsi="Gentium Plus"/>
          <w:sz w:val="24"/>
        </w:rPr>
        <w:t>ὡς Φίλιππος; οὐ γὰρ ἐξ οὐρανοῦ, μὰ Δία, οὐκ ἐξ</w:t>
      </w:r>
    </w:p>
    <w:p>
      <w:r>
        <w:rPr>
          <w:rFonts w:ascii="Courier New" w:hAnsi="Courier New"/>
          <w:color w:val="555555"/>
          <w:sz w:val="20"/>
        </w:rPr>
        <w:t>[41 . 3 b]</w:t>
      </w:r>
    </w:p>
    <w:p>
      <w:r>
        <w:rPr>
          <w:rFonts w:ascii="Gentium Plus" w:hAnsi="Gentium Plus"/>
          <w:sz w:val="24"/>
        </w:rPr>
        <w:t>Ἐνταῦθα τοίνυν, ἐνταῦθά μοι δεῖ χρησμῳδίας,</w:t>
      </w:r>
    </w:p>
    <w:p>
      <w:r>
        <w:rPr>
          <w:rFonts w:ascii="Courier New" w:hAnsi="Courier New"/>
          <w:color w:val="555555"/>
          <w:sz w:val="20"/>
        </w:rPr>
        <w:t>[41 . 3 c]</w:t>
      </w:r>
    </w:p>
    <w:p>
      <w:r>
        <w:rPr>
          <w:rFonts w:ascii="Gentium Plus" w:hAnsi="Gentium Plus"/>
          <w:sz w:val="24"/>
        </w:rPr>
        <w:t>ἐρώμεθα τοὺς θεούς· Ζεῦ καὶ Ἄπολλον, καὶ ὅστις ἄλλος θεὸς μαντικὸς καὶ κηδεμὼν τῆς τῶν ἀνθρώπων ἀγέλης, δεομένοις εἴπατε, τίς κακῶν ἀρχή; τίς αἰτία; πῶς φυλαξώμεθα; πῶς λάθωμεν;</w:t>
      </w:r>
    </w:p>
    <w:p>
      <w:r>
        <w:rPr>
          <w:rFonts w:ascii="Courier New" w:hAnsi="Courier New"/>
          <w:color w:val="555555"/>
          <w:sz w:val="20"/>
        </w:rPr>
        <w:t>[5]</w:t>
      </w:r>
    </w:p>
    <w:p>
      <w:r>
        <w:rPr>
          <w:rFonts w:ascii="Gentium Plus" w:hAnsi="Gentium Plus"/>
          <w:sz w:val="24"/>
        </w:rPr>
        <w:t>Οὐ γάρ τις νέμεσις φυγέειν κακόν, οὐδ’ ὑπαλύξαι.</w:t>
      </w:r>
    </w:p>
    <w:p>
      <w:r>
        <w:rPr>
          <w:rFonts w:ascii="Courier New" w:hAnsi="Courier New"/>
          <w:color w:val="555555"/>
          <w:sz w:val="20"/>
        </w:rPr>
        <w:t>[41 . 3 d]</w:t>
      </w:r>
    </w:p>
    <w:p>
      <w:r>
        <w:rPr>
          <w:rFonts w:ascii="Gentium Plus" w:hAnsi="Gentium Plus"/>
          <w:sz w:val="24"/>
        </w:rPr>
        <w:t>Ἢ οὐχ ὁρᾶτε, ὅσα τὰ δεινὰ εἰς τὰς ἀνθρωπίνας κῆρας ἐμπεπτωκότα περὶ γῆν στρέφεται, παντοίων στόνων</w:t>
      </w:r>
    </w:p>
    <w:p>
      <w:r>
        <w:rPr>
          <w:rFonts w:ascii="Courier New" w:hAnsi="Courier New"/>
          <w:color w:val="555555"/>
          <w:sz w:val="20"/>
        </w:rPr>
        <w:t>[41 . 3 e]</w:t>
      </w:r>
    </w:p>
    <w:p>
      <w:r>
        <w:rPr>
          <w:rFonts w:ascii="Gentium Plus" w:hAnsi="Gentium Plus"/>
          <w:sz w:val="24"/>
        </w:rPr>
        <w:t>καὶ ὀδυρμῶν ἐμπιμπλάντα τὴν γῆν; Στένει μὲν τὸ ἀνθρώπου σῶμα τὰς ἐπιτετειχισμένας αὐτῷ νόσους ὀδυρόμενον, καὶ τὸ ἀκροσφαλὲς τῆς σωτηρίας, καὶ τὸ</w:t>
      </w:r>
    </w:p>
    <w:p>
      <w:r>
        <w:rPr>
          <w:rFonts w:ascii="Courier New" w:hAnsi="Courier New"/>
          <w:color w:val="555555"/>
          <w:sz w:val="20"/>
        </w:rPr>
        <w:t>[41 . 3 f]</w:t>
      </w:r>
    </w:p>
    <w:p>
      <w:r>
        <w:rPr>
          <w:rFonts w:ascii="Gentium Plus" w:hAnsi="Gentium Plus"/>
          <w:sz w:val="24"/>
        </w:rPr>
        <w:t>ἄδηλον τοῦ βίου. Τίς γὰρ ἡλικίας καιρὸς ἀνυπεύθυ‐</w:t>
      </w:r>
    </w:p>
    <w:p>
      <w:r>
        <w:rPr>
          <w:rFonts w:ascii="Courier New" w:hAnsi="Courier New"/>
          <w:color w:val="555555"/>
          <w:sz w:val="20"/>
        </w:rPr>
        <w:t>[41 . 3 g]</w:t>
      </w:r>
    </w:p>
    <w:p>
      <w:r>
        <w:rPr>
          <w:rFonts w:ascii="Gentium Plus" w:hAnsi="Gentium Plus"/>
          <w:sz w:val="24"/>
        </w:rPr>
        <w:t>νος ἀνθρωπίνῳ σώματι; οὐ γενόμενον μὲν εὐθὺς καὶ ἀποσπασθὲν ἐκ μητέρων, ὑγρὸν καὶ ἰλυῶδες καὶ διαρ‐</w:t>
      </w:r>
    </w:p>
    <w:p>
      <w:r>
        <w:rPr>
          <w:rFonts w:ascii="Courier New" w:hAnsi="Courier New"/>
          <w:color w:val="555555"/>
          <w:sz w:val="20"/>
        </w:rPr>
        <w:t>[41 . 3 h]</w:t>
      </w:r>
    </w:p>
    <w:p>
      <w:r>
        <w:rPr>
          <w:rFonts w:ascii="Gentium Plus" w:hAnsi="Gentium Plus"/>
          <w:sz w:val="24"/>
        </w:rPr>
        <w:t>ρέον, ὀδυρμῶν καὶ κνυζημάτων ἀνάπλεων; προϊὸν δὲ καὶ εἰς ὥραν ἀναφυόμενον, ἔμπληκτον καὶ ἀκρατές; κἂν εἰς ἥβην προέλθῃ, ὑπὸ φλεγμονῆς ἀκατάσχετον· κἂν εἰς γῆρας ἔλθῃ, κατὰ βραχὺ νεκρούμενον καὶ ἀπο‐</w:t>
      </w:r>
    </w:p>
    <w:p>
      <w:r>
        <w:rPr>
          <w:rFonts w:ascii="Courier New" w:hAnsi="Courier New"/>
          <w:color w:val="555555"/>
          <w:sz w:val="20"/>
        </w:rPr>
        <w:t>[41 . 3 i]</w:t>
      </w:r>
    </w:p>
    <w:p>
      <w:r>
        <w:rPr>
          <w:rFonts w:ascii="Gentium Plus" w:hAnsi="Gentium Plus"/>
          <w:sz w:val="24"/>
        </w:rPr>
        <w:t>σβεννύμενον· ἐνδιαίτημα τῇ ψυχῇ ἀχρειότερον, δυσ‐ άρεστον, δύστηνον, δύσεργον, οὐκ ὄμβρων ἀνεχόμενον, οὐ πνευμάτων, οὐχ ἡλίου, μεμφόμενον ταῖς ὥραις τοῦ</w:t>
      </w:r>
    </w:p>
    <w:p>
      <w:r>
        <w:rPr>
          <w:rFonts w:ascii="Courier New" w:hAnsi="Courier New"/>
          <w:color w:val="555555"/>
          <w:sz w:val="20"/>
        </w:rPr>
        <w:t>[41 . 3 k]</w:t>
      </w:r>
    </w:p>
    <w:p>
      <w:r>
        <w:rPr>
          <w:rFonts w:ascii="Gentium Plus" w:hAnsi="Gentium Plus"/>
          <w:sz w:val="24"/>
        </w:rPr>
        <w:t>οὐρανοῦ, καὶ ἀντιστρατηγοῦν τῷ Διί. Χειμὼν οὗτος· ἀντέχεται· θέρος τοῦτο· ἀναψύχει· πληρωθὲν μὲν κε‐ νώσεως, κενωθὲν δὲ πλησμονῆς ὀρεγόμενον· Εὐρίπου καὶ ἀμπώτεως δίκην, μηδέποτε ἑστός, μηδέποτε ἀτρε‐</w:t>
      </w:r>
    </w:p>
    <w:p>
      <w:r>
        <w:rPr>
          <w:rFonts w:ascii="Courier New" w:hAnsi="Courier New"/>
          <w:color w:val="555555"/>
          <w:sz w:val="20"/>
        </w:rPr>
        <w:t>[5]</w:t>
      </w:r>
    </w:p>
    <w:p>
      <w:r>
        <w:rPr>
          <w:rFonts w:ascii="Gentium Plus" w:hAnsi="Gentium Plus"/>
          <w:sz w:val="24"/>
        </w:rPr>
        <w:t>μοῦν, ἀκόρεστον, ἀκατάσχετον, ἁδηφάγον, ἐνδεὲς ἀμπ‐ εχόνης, δεόμενον ὑποδημάτων, ἀλειμμάτων, φαρμά‐</w:t>
      </w:r>
    </w:p>
    <w:p>
      <w:r>
        <w:rPr>
          <w:rFonts w:ascii="Courier New" w:hAnsi="Courier New"/>
          <w:color w:val="555555"/>
          <w:sz w:val="20"/>
        </w:rPr>
        <w:t>[41 . 3 l]</w:t>
      </w:r>
    </w:p>
    <w:p>
      <w:r>
        <w:rPr>
          <w:rFonts w:ascii="Gentium Plus" w:hAnsi="Gentium Plus"/>
          <w:sz w:val="24"/>
        </w:rPr>
        <w:t>κων, λουτρῶν. Ἓν σῶμα θεραπεύουσιν χεῖρες πολλαὶ, καὶ τέχναι πολλαί· χιλίας δὲ ἵππους ἱπποφορβὸς εἷς, καὶ τοσαῦτα μῆλα ποιμὴν εἷς, καὶ τοσούτους βοῦς</w:t>
      </w:r>
    </w:p>
    <w:p>
      <w:r>
        <w:rPr>
          <w:rFonts w:ascii="Courier New" w:hAnsi="Courier New"/>
          <w:color w:val="555555"/>
          <w:sz w:val="20"/>
        </w:rPr>
        <w:t>[41 . 3 m]</w:t>
      </w:r>
    </w:p>
    <w:p>
      <w:r>
        <w:rPr>
          <w:rFonts w:ascii="Gentium Plus" w:hAnsi="Gentium Plus"/>
          <w:sz w:val="24"/>
        </w:rPr>
        <w:t>βουφορβὸς εἷς. Καὶ οὐδὲ τὰ τοσαῦτα ἱκανά· τίς γὰρ ἀνθρωπίνη μηχανὴ λοιμοῦ προσβολὰς ἀλέξασθαι, ἢ ἀνασχεῖν ὄμβρους ἐξ οὐρανοῦ καταφερομένους, ἢ στῆ‐ σαι γῆν σειομένην, ἢ σβέσαι πῦρ ἐκ γῆς ἀνιστάμενον;</w:t>
      </w:r>
    </w:p>
    <w:p>
      <w:r>
        <w:rPr>
          <w:rFonts w:ascii="Courier New" w:hAnsi="Courier New"/>
          <w:color w:val="555555"/>
          <w:sz w:val="20"/>
        </w:rPr>
        <w:t>[41 . 3 n]</w:t>
      </w:r>
    </w:p>
    <w:p>
      <w:r>
        <w:rPr>
          <w:rFonts w:ascii="Gentium Plus" w:hAnsi="Gentium Plus"/>
          <w:sz w:val="24"/>
        </w:rPr>
        <w:t>Ὁρᾷς τὸν δρόμον, καὶ τὴν διαδοχὴν τῶν κακῶν, καὶ τὴν συνέχειαν τῶν κινδύνων· οὐδὲν ἀκιδνότερον γαῖα τρέφει ἀνθρώποιο.</w:t>
      </w:r>
    </w:p>
    <w:p>
      <w:r>
        <w:rPr>
          <w:rFonts w:ascii="Courier New" w:hAnsi="Courier New"/>
          <w:color w:val="555555"/>
          <w:sz w:val="20"/>
        </w:rPr>
        <w:t>[41 . 3 o]</w:t>
      </w:r>
    </w:p>
    <w:p>
      <w:r>
        <w:rPr>
          <w:rFonts w:ascii="Gentium Plus" w:hAnsi="Gentium Plus"/>
          <w:sz w:val="24"/>
        </w:rPr>
        <w:t>Κἂν ἐπὶ τὴν ψυχὴν ἔλθῃς, κἀκεῖ ὄψει ὄχλον νοσημά‐ των τῇ ψυχῇ ἐπιχεόμενον· ἐὰν λύπην ἀπώσῃ, φόβος ὑπορρεῖ· ἂν ἀπέλθῃ φόβος, ὀργὴ ἀνίσταται· ἂν παύ‐ σεται ὀργή, φθόνος ἔπεισιν· παρὰ πόδας τὰ δυσχερῆ,</w:t>
      </w:r>
    </w:p>
    <w:p>
      <w:r>
        <w:rPr>
          <w:rFonts w:ascii="Courier New" w:hAnsi="Courier New"/>
          <w:color w:val="555555"/>
          <w:sz w:val="20"/>
        </w:rPr>
        <w:t>[5]</w:t>
      </w:r>
    </w:p>
    <w:p>
      <w:r>
        <w:rPr>
          <w:rFonts w:ascii="Gentium Plus" w:hAnsi="Gentium Plus"/>
          <w:sz w:val="24"/>
        </w:rPr>
        <w:t>ἐν γειτόνων τὰ κακά· ἀνοχὴ δὲ ἀκριβὴς οὐδεμία.</w:t>
      </w:r>
    </w:p>
    <w:p>
      <w:r>
        <w:rPr>
          <w:rFonts w:ascii="Courier New" w:hAnsi="Courier New"/>
          <w:color w:val="555555"/>
          <w:sz w:val="20"/>
        </w:rPr>
        <w:t>[41 . 4 a]</w:t>
      </w:r>
    </w:p>
    <w:p>
      <w:r>
        <w:rPr>
          <w:rFonts w:ascii="Gentium Plus" w:hAnsi="Gentium Plus"/>
          <w:sz w:val="24"/>
        </w:rPr>
        <w:t>Τί ἂν οὖν πρὸς ταῦτα ἀποκρίναιτο ὁ Ζεύς, ἢ ὁ Ἀπόλλων, ἤ τις ἄλλος μαντικὸς θεός; Ἀκούσομεν τοῦ ὑποφήτου λέγοντος ἐξ ἡμέων γὰρ φασὶ κακ’ ἔμμεναι· οἱ δὲ καὶ αὐτοὶ</w:t>
      </w:r>
    </w:p>
    <w:p>
      <w:r>
        <w:rPr>
          <w:rFonts w:ascii="Courier New" w:hAnsi="Courier New"/>
          <w:color w:val="555555"/>
          <w:sz w:val="20"/>
        </w:rPr>
        <w:t>[5]</w:t>
      </w:r>
    </w:p>
    <w:p>
      <w:r>
        <w:rPr>
          <w:rFonts w:ascii="Gentium Plus" w:hAnsi="Gentium Plus"/>
          <w:sz w:val="24"/>
        </w:rPr>
        <w:t>σφῇσιν ἀτασθαλίῃσιν ὑπὲρ μόρον ἄλγε’ ἔχουσιν·</w:t>
      </w:r>
    </w:p>
    <w:p>
      <w:r>
        <w:rPr>
          <w:rFonts w:ascii="Courier New" w:hAnsi="Courier New"/>
          <w:color w:val="555555"/>
          <w:sz w:val="20"/>
        </w:rPr>
        <w:t>[41 . 4 b]</w:t>
      </w:r>
    </w:p>
    <w:p>
      <w:r>
        <w:rPr>
          <w:rFonts w:ascii="Gentium Plus" w:hAnsi="Gentium Plus"/>
          <w:sz w:val="24"/>
        </w:rPr>
        <w:t>Τίς οὖν ἡ τῆς ἀτασθαλίης αἰτία; Οὐρανοῦ καὶ γῆς δυοῖν ἑστίαιν τὴν μὲν ἄμοιρον ἡγητέον κακῶν, τὴν δὲ ἐξ ἀμφοῖν ἐπιμεμιγμένην· ᾗ τὰ μὲν ἀγαθὰ ἐπίρρυτα ἐκ τῆς ἑτέρας, τὰ δὲ κακὰ ἐξ αὐτοφυοῦς μοχθηρίας</w:t>
      </w:r>
    </w:p>
    <w:p>
      <w:r>
        <w:rPr>
          <w:rFonts w:ascii="Courier New" w:hAnsi="Courier New"/>
          <w:color w:val="555555"/>
          <w:sz w:val="20"/>
        </w:rPr>
        <w:t>[41 . 4 c]</w:t>
      </w:r>
    </w:p>
    <w:p>
      <w:r>
        <w:rPr>
          <w:rFonts w:ascii="Gentium Plus" w:hAnsi="Gentium Plus"/>
          <w:sz w:val="24"/>
        </w:rPr>
        <w:t>ἀνίσταται. Διττὴ δὲ αὕτη, ἡ μὲν ὕλης πάθος, ἡ δὲ ψυχῆς ἐξουσία. Ῥητέον δὲ δὴ τὰ πρῶτα ὑπὲρ τῆς</w:t>
      </w:r>
    </w:p>
    <w:p>
      <w:r>
        <w:rPr>
          <w:rFonts w:ascii="Courier New" w:hAnsi="Courier New"/>
          <w:color w:val="555555"/>
          <w:sz w:val="20"/>
        </w:rPr>
        <w:t>[41 . 4 d]</w:t>
      </w:r>
    </w:p>
    <w:p>
      <w:r>
        <w:rPr>
          <w:rFonts w:ascii="Gentium Plus" w:hAnsi="Gentium Plus"/>
          <w:sz w:val="24"/>
        </w:rPr>
        <w:t>προτέρας. Ὕλην ὁρᾷς ὑποβεβλημένην δημιουργῷ ἀγαθῷ· ἧς τὸ μὲν κοσμηθὲν ἥκει παρὰ τῆς τέχνης· εἰ δέ τι ἀκρατῶς ἑαυτῶν τὰ ἐν γῇ ἔχοντα πάσχει πλημμελές, ἀναίτιόν μοι τὴν τέχνην τίθει· βούλησις γὰρ οὐδεμία</w:t>
      </w:r>
    </w:p>
    <w:p>
      <w:r>
        <w:rPr>
          <w:rFonts w:ascii="Courier New" w:hAnsi="Courier New"/>
          <w:color w:val="555555"/>
          <w:sz w:val="20"/>
        </w:rPr>
        <w:t>[5]</w:t>
      </w:r>
    </w:p>
    <w:p>
      <w:r>
        <w:rPr>
          <w:rFonts w:ascii="Gentium Plus" w:hAnsi="Gentium Plus"/>
          <w:sz w:val="24"/>
        </w:rPr>
        <w:t>τεχνίτου ἄτεχνος, οὐδὲ γὰρ νομοθέτου ἄδικος· ὁ δὲ</w:t>
      </w:r>
    </w:p>
    <w:p>
      <w:r>
        <w:rPr>
          <w:rFonts w:ascii="Courier New" w:hAnsi="Courier New"/>
          <w:color w:val="555555"/>
          <w:sz w:val="20"/>
        </w:rPr>
        <w:t>[41 . 4 e]</w:t>
      </w:r>
    </w:p>
    <w:p>
      <w:r>
        <w:rPr>
          <w:rFonts w:ascii="Gentium Plus" w:hAnsi="Gentium Plus"/>
          <w:sz w:val="24"/>
        </w:rPr>
        <w:t>θεῖος νοῦς ἀνθρωπίνης τέχνης εὐστοχώτερος. Καθάπερ οὖν ἐν ταῖς τῶν τεχνῶν χειρουργίαις τὰ μὲν ἡ τέχνη προηγουμένως δρᾷ, στοχαζομένη τοῦ τέλους, τὰ δὲ ἕπεται τῇ χειρουργίᾳ, οὐ τέχνης ἔργα, ἀλλ’ ὕλης πάθη,</w:t>
      </w:r>
    </w:p>
    <w:p>
      <w:r>
        <w:rPr>
          <w:rFonts w:ascii="Courier New" w:hAnsi="Courier New"/>
          <w:color w:val="555555"/>
          <w:sz w:val="20"/>
        </w:rPr>
        <w:t>[5]</w:t>
      </w:r>
    </w:p>
    <w:p>
      <w:r>
        <w:rPr>
          <w:rFonts w:ascii="Gentium Plus" w:hAnsi="Gentium Plus"/>
          <w:sz w:val="24"/>
        </w:rPr>
        <w:t>σπινθῆρές τε ἐξ ἄκμονος, καὶ ἐκ βαύνου αἰθαλώσεις, καὶ ἄλλο ἐξ ἄλλης πάθος, ἀναγκαῖον μὲν τῇ ἐργασίᾳ,</w:t>
      </w:r>
    </w:p>
    <w:p>
      <w:r>
        <w:rPr>
          <w:rFonts w:ascii="Courier New" w:hAnsi="Courier New"/>
          <w:color w:val="555555"/>
          <w:sz w:val="20"/>
        </w:rPr>
        <w:t>[41 . 4 f]</w:t>
      </w:r>
    </w:p>
    <w:p>
      <w:r>
        <w:rPr>
          <w:rFonts w:ascii="Gentium Plus" w:hAnsi="Gentium Plus"/>
          <w:sz w:val="24"/>
        </w:rPr>
        <w:t>οὐ προηγούμενον δὲ τῷ τεχνίτῃ· οὕτως ἀμέλει καὶ ὅσα περὶ γῆν πάθη γίνεται, ἃς καλοῦμεν κακῶν ἀν‐ θρωπίνων ἐμβολάς, ἐνταῦθα ἡγητέον ἀναίτιον καὶ τὴν</w:t>
      </w:r>
    </w:p>
    <w:p>
      <w:r>
        <w:rPr>
          <w:rFonts w:ascii="Courier New" w:hAnsi="Courier New"/>
          <w:color w:val="555555"/>
          <w:sz w:val="20"/>
        </w:rPr>
        <w:t>[41 . 4 g]</w:t>
      </w:r>
    </w:p>
    <w:p>
      <w:r>
        <w:rPr>
          <w:rFonts w:ascii="Gentium Plus" w:hAnsi="Gentium Plus"/>
          <w:sz w:val="24"/>
        </w:rPr>
        <w:t>τέχνην· εἶναι δὲ ταῦτα τῆς τοῦ ὅλου δημιουργίας ὥσπέρ τινας ἀναγκαίας καὶ ἑπομένας φύσεις· ἃ δὲ ἡμεῖς κα‐ λοῦμεν κακὰ καὶ φθοράς, καὶ ἐφ’ οἷς ὀδυρόμεθα, ταῦτα ὁ τεχνίτης καλεῖ σωτηρίαν τοῦ ὅλου· μέλει γὰρ αὐτῷ</w:t>
      </w:r>
    </w:p>
    <w:p>
      <w:r>
        <w:rPr>
          <w:rFonts w:ascii="Courier New" w:hAnsi="Courier New"/>
          <w:color w:val="555555"/>
          <w:sz w:val="20"/>
        </w:rPr>
        <w:t>[5]</w:t>
      </w:r>
    </w:p>
    <w:p>
      <w:r>
        <w:rPr>
          <w:rFonts w:ascii="Gentium Plus" w:hAnsi="Gentium Plus"/>
          <w:sz w:val="24"/>
        </w:rPr>
        <w:t>τοῦ ὅλου, τὸ δὲ μέρος ἀνάγκη κακοῦσθαι ὑπὲρ τοῦ</w:t>
      </w:r>
    </w:p>
    <w:p>
      <w:r>
        <w:rPr>
          <w:rFonts w:ascii="Courier New" w:hAnsi="Courier New"/>
          <w:color w:val="555555"/>
          <w:sz w:val="20"/>
        </w:rPr>
        <w:t>[41 . 4 h]</w:t>
      </w:r>
    </w:p>
    <w:p>
      <w:r>
        <w:rPr>
          <w:rFonts w:ascii="Gentium Plus" w:hAnsi="Gentium Plus"/>
          <w:sz w:val="24"/>
        </w:rPr>
        <w:t>ὅλου. Λοιμώττουσιν Ἀθηναῖοι, σείονται Λακεδαιμόνιοι, ἡ Θετταλία ἐπικλύζεται, ἡ Αἴτνη φλέγεται. Καὶ πότε Ἀθηναίοις ἀθανασίαν ὁ Ζεὺς ὑπέσχετο; ἐὰν γὰρ ἀπέλθῃ</w:t>
      </w:r>
    </w:p>
    <w:p>
      <w:r>
        <w:rPr>
          <w:rFonts w:ascii="Courier New" w:hAnsi="Courier New"/>
          <w:color w:val="555555"/>
          <w:sz w:val="20"/>
        </w:rPr>
        <w:t>[5]</w:t>
      </w:r>
    </w:p>
    <w:p>
      <w:r>
        <w:rPr>
          <w:rFonts w:ascii="Gentium Plus" w:hAnsi="Gentium Plus"/>
          <w:sz w:val="24"/>
        </w:rPr>
        <w:t>Λακεδαιμονίοις ὑπέσχετο γῆν ἄσειστον; πότε Θετταλοῖς γῆν ἄκλυστον; πότε Σικελιώταις γῆν ἄπυρον; Μόρια</w:t>
      </w:r>
    </w:p>
    <w:p>
      <w:r>
        <w:rPr>
          <w:rFonts w:ascii="Courier New" w:hAnsi="Courier New"/>
          <w:color w:val="555555"/>
          <w:sz w:val="20"/>
        </w:rPr>
        <w:t>[41 . 4 i]</w:t>
      </w:r>
    </w:p>
    <w:p>
      <w:r>
        <w:rPr>
          <w:rFonts w:ascii="Gentium Plus" w:hAnsi="Gentium Plus"/>
          <w:sz w:val="24"/>
        </w:rPr>
        <w:t>ταῦτα σωμάτων. Ὁρᾷς οὖν τὰ πάθη, ἃ σὺ μὲν καλεῖς φθοράν, τεκμαιρόμενος τῇ τῶν ἀπιόντων ὁδῷ· ἐγὼ δὲ σωτηρίαν, τεκμαιρόμενος τῇ διαδοχῇ τῶν μελλόντων. Μεταβολὴν ὁρᾶς σωμάτων καὶ γενέσεως,</w:t>
      </w:r>
    </w:p>
    <w:p>
      <w:r>
        <w:rPr>
          <w:rFonts w:ascii="Courier New" w:hAnsi="Courier New"/>
          <w:color w:val="555555"/>
          <w:sz w:val="20"/>
        </w:rPr>
        <w:t>[5]</w:t>
      </w:r>
    </w:p>
    <w:p>
      <w:r>
        <w:rPr>
          <w:rFonts w:ascii="Gentium Plus" w:hAnsi="Gentium Plus"/>
          <w:sz w:val="24"/>
        </w:rPr>
        <w:t>ἀλλαγὴν ὁδῶν ἄνω καὶ κάτω, κατὰ τὸν Ἡράκλειτον· καὶ αὖθις αὖ ζῶντας μὲν τὸν ἐκείνων βίον, ἀπο‐ θνήσκοντας δὲ τὴν ἐκείνων ζωήν.</w:t>
      </w:r>
    </w:p>
    <w:p>
      <w:r>
        <w:rPr>
          <w:rFonts w:ascii="Courier New" w:hAnsi="Courier New"/>
          <w:color w:val="555555"/>
          <w:sz w:val="20"/>
        </w:rPr>
        <w:t>[41 . 4 k]</w:t>
      </w:r>
    </w:p>
    <w:p>
      <w:r>
        <w:rPr>
          <w:rFonts w:ascii="Gentium Plus" w:hAnsi="Gentium Plus"/>
          <w:sz w:val="24"/>
        </w:rPr>
        <w:t>Ζῇ πῦρ τὸν γῆς θάνατον, καὶ ἀὴρ ζῇ τὸν πυρὸς θάνατον· ὕδωρ ζῇ τὸν ἀέρος θάνατον, γῆ τὸν ὕδατος. Διαδοχὴν ὁρᾷς βίου καὶ μεταβολὴν σωμάτων, και‐</w:t>
      </w:r>
    </w:p>
    <w:p>
      <w:r>
        <w:rPr>
          <w:rFonts w:ascii="Courier New" w:hAnsi="Courier New"/>
          <w:color w:val="555555"/>
          <w:sz w:val="20"/>
        </w:rPr>
        <w:t>[5]</w:t>
      </w:r>
    </w:p>
    <w:p>
      <w:r>
        <w:rPr>
          <w:rFonts w:ascii="Gentium Plus" w:hAnsi="Gentium Plus"/>
          <w:sz w:val="24"/>
        </w:rPr>
        <w:t>νουργίαν τοῦ ὅλου.</w:t>
      </w:r>
    </w:p>
    <w:p>
      <w:r>
        <w:rPr>
          <w:rFonts w:ascii="Courier New" w:hAnsi="Courier New"/>
          <w:color w:val="555555"/>
          <w:sz w:val="20"/>
        </w:rPr>
        <w:t>[41 . 5 a]</w:t>
      </w:r>
    </w:p>
    <w:p>
      <w:r>
        <w:rPr>
          <w:rFonts w:ascii="Gentium Plus" w:hAnsi="Gentium Plus"/>
          <w:sz w:val="24"/>
        </w:rPr>
        <w:t>Ἴθι δὴ καὶ ἐπὶ τὴν τῶν ἄλλων ἀρχήν, τὴν αὐτο‐ φυῆ, ἣν ἡ ψυχῆς ἐξουσία κυΐσκει τὲ καὶ τελεσφορεῖ,</w:t>
      </w:r>
    </w:p>
    <w:p>
      <w:r>
        <w:rPr>
          <w:rFonts w:ascii="Courier New" w:hAnsi="Courier New"/>
          <w:color w:val="555555"/>
          <w:sz w:val="20"/>
        </w:rPr>
        <w:t>[41 . 5 b]</w:t>
      </w:r>
    </w:p>
    <w:p>
      <w:r>
        <w:rPr>
          <w:rFonts w:ascii="Gentium Plus" w:hAnsi="Gentium Plus"/>
          <w:sz w:val="24"/>
        </w:rPr>
        <w:t>ἐπεὶ γὰρ ἔδει γῆν γενέσθαι μὲν ἔγκαρπον, καὶ ζῳο‐ τρόφον, καὶ πολυθρέμμονα, ἔχειν δὲ ἐν ἑαυτῇ κακὰ ἔνδον καθειργμένα ἐξεληλαμένα τοῦ οὐρανοῦ, εἰς τὸν</w:t>
      </w:r>
    </w:p>
    <w:p>
      <w:r>
        <w:rPr>
          <w:rFonts w:ascii="Courier New" w:hAnsi="Courier New"/>
          <w:color w:val="555555"/>
          <w:sz w:val="20"/>
        </w:rPr>
        <w:t>[41 . 5 c]</w:t>
      </w:r>
    </w:p>
    <w:p>
      <w:r>
        <w:rPr>
          <w:rFonts w:ascii="Gentium Plus" w:hAnsi="Gentium Plus"/>
          <w:sz w:val="24"/>
        </w:rPr>
        <w:t>δεύτερον τόπον ἐμίγη. Θεὸς δὲ πολλὰς καὶ παντο‐ δαπὰς ζῴων κληρουχίας, δίχα αὐτῶν τὴν πρώτην φύ‐ σιν διελόμενος, τὴν μὲν εἶναι παντοδαπὴν ἐν τοῖς βίοις, καὶ ποικίλην τοῖς σώμασιν, ἄλογον, ἄφρονα,</w:t>
      </w:r>
    </w:p>
    <w:p>
      <w:r>
        <w:rPr>
          <w:rFonts w:ascii="Courier New" w:hAnsi="Courier New"/>
          <w:color w:val="555555"/>
          <w:sz w:val="20"/>
        </w:rPr>
        <w:t>[5]</w:t>
      </w:r>
    </w:p>
    <w:p>
      <w:r>
        <w:rPr>
          <w:rFonts w:ascii="Gentium Plus" w:hAnsi="Gentium Plus"/>
          <w:sz w:val="24"/>
        </w:rPr>
        <w:t>ἀλληλοφθόρον, ἀνόητον θεοῦ, ἀρετῆς ἄμοιρον, ὑπ’ αἰσθήσεως ἐφημέρου βοσκομένην καὶ δημαγωγουμένην, ἰσχυρὰν μὲν τῷ σώματι, ἀμήχανον δὲ τῷ λογισμῷ·</w:t>
      </w:r>
    </w:p>
    <w:p>
      <w:r>
        <w:rPr>
          <w:rFonts w:ascii="Courier New" w:hAnsi="Courier New"/>
          <w:color w:val="555555"/>
          <w:sz w:val="20"/>
        </w:rPr>
        <w:t>[41 . 5 d]</w:t>
      </w:r>
    </w:p>
    <w:p>
      <w:r>
        <w:rPr>
          <w:rFonts w:ascii="Gentium Plus" w:hAnsi="Gentium Plus"/>
          <w:sz w:val="24"/>
        </w:rPr>
        <w:t>τὴν δὲ ἑτέραν αὖ τὴν ἀνθρωπίνην ἔμπαλιν ὁμογενῆ καὶ ξύννομον καὶ μίαν, ἀσθενῆ μὲν τῷ σώματι, ἄρ‐ ρηκτον δὲ τῷ λόγῳ, συνετὴν θεοῦ, πολιτείας μέτοχον, κοινωνίας ἐρῶσαν, δίκης καὶ νόμου καὶ φιλίας γεγευ‐</w:t>
      </w:r>
    </w:p>
    <w:p>
      <w:r>
        <w:rPr>
          <w:rFonts w:ascii="Courier New" w:hAnsi="Courier New"/>
          <w:color w:val="555555"/>
          <w:sz w:val="20"/>
        </w:rPr>
        <w:t>[41 . 5 e]</w:t>
      </w:r>
    </w:p>
    <w:p>
      <w:r>
        <w:rPr>
          <w:rFonts w:ascii="Gentium Plus" w:hAnsi="Gentium Plus"/>
          <w:sz w:val="24"/>
        </w:rPr>
        <w:t>μένην. Ἔδει δὲ ἄρα τὸ γένος τοῦτο κρεῖττον μὲν εἶναι τῆς ἐν γῇ πάσης ἀγέλης, ἔλαττον δέ, οἶμαι,</w:t>
      </w:r>
    </w:p>
    <w:p>
      <w:r>
        <w:rPr>
          <w:rFonts w:ascii="Courier New" w:hAnsi="Courier New"/>
          <w:color w:val="555555"/>
          <w:sz w:val="20"/>
        </w:rPr>
        <w:t>[41 . 5 f]</w:t>
      </w:r>
    </w:p>
    <w:p>
      <w:r>
        <w:rPr>
          <w:rFonts w:ascii="Gentium Plus" w:hAnsi="Gentium Plus"/>
          <w:sz w:val="24"/>
        </w:rPr>
        <w:t>θεοῦ. Τὴν δὲ ἐλάττωσιν αὐτοῦ οὐδὲ θάνατος ἄρα παρέξεσθαι ἔμελλεν· ὃν γὰρ καλοῦσιν οἱ πολλοὶ θά‐</w:t>
      </w:r>
    </w:p>
    <w:p>
      <w:r>
        <w:rPr>
          <w:rFonts w:ascii="Courier New" w:hAnsi="Courier New"/>
          <w:color w:val="555555"/>
          <w:sz w:val="20"/>
        </w:rPr>
        <w:t>[5]</w:t>
      </w:r>
    </w:p>
    <w:p>
      <w:r>
        <w:rPr>
          <w:rFonts w:ascii="Gentium Plus" w:hAnsi="Gentium Plus"/>
          <w:sz w:val="24"/>
        </w:rPr>
        <w:t>καὶ χρόνῳ φθειρομένων, τῆς δὲ ψυχῆς ἐπὶ τὸν αὑτῆς</w:t>
      </w:r>
    </w:p>
    <w:p>
      <w:r>
        <w:rPr>
          <w:rFonts w:ascii="Courier New" w:hAnsi="Courier New"/>
          <w:color w:val="555555"/>
          <w:sz w:val="20"/>
        </w:rPr>
        <w:t>[41 . 5 g]</w:t>
      </w:r>
    </w:p>
    <w:p>
      <w:r>
        <w:rPr>
          <w:rFonts w:ascii="Gentium Plus" w:hAnsi="Gentium Plus"/>
          <w:sz w:val="24"/>
        </w:rPr>
        <w:t>τόπον καὶ βίον ἀνακαλουμένης. Τοῦτον δὴ τῆς ἀν‐ θρωπίνης ἐνδείας πρὸς τὸ θεῖον ἐξεῦρεν θεὸς τρόπον. ἐπιθεὶς τὴν ψυχὴν γηΐνῳ σώματι, ὡς ἡνίοχον ἅρματι, παραδοὺς τὰς ἡνίας τῷ ἡνιόχῳ, ἀφῆκεν θεῖν, ἔχουσαν</w:t>
      </w:r>
    </w:p>
    <w:p>
      <w:r>
        <w:rPr>
          <w:rFonts w:ascii="Courier New" w:hAnsi="Courier New"/>
          <w:color w:val="555555"/>
          <w:sz w:val="20"/>
        </w:rPr>
        <w:t>[5]</w:t>
      </w:r>
    </w:p>
    <w:p>
      <w:r>
        <w:rPr>
          <w:rFonts w:ascii="Gentium Plus" w:hAnsi="Gentium Plus"/>
          <w:sz w:val="24"/>
        </w:rPr>
        <w:t>μὲν παρ’ αὐτοῦ ῥώμην τέχνης, ἔχουσαν δὲ καὶ ἀτεχ‐</w:t>
      </w:r>
    </w:p>
    <w:p>
      <w:r>
        <w:rPr>
          <w:rFonts w:ascii="Courier New" w:hAnsi="Courier New"/>
          <w:color w:val="555555"/>
          <w:sz w:val="20"/>
        </w:rPr>
        <w:t>[41 . 5 h]</w:t>
      </w:r>
    </w:p>
    <w:p>
      <w:r>
        <w:rPr>
          <w:rFonts w:ascii="Gentium Plus" w:hAnsi="Gentium Plus"/>
          <w:sz w:val="24"/>
        </w:rPr>
        <w:t>νίας ἐξουσίαν. Ἡ δὲ ἐπειδὰν ἐπιβῇ ἁρμάτων καὶ λά‐</w:t>
      </w:r>
    </w:p>
    <w:p>
      <w:r>
        <w:rPr>
          <w:rFonts w:ascii="Courier New" w:hAnsi="Courier New"/>
          <w:color w:val="555555"/>
          <w:sz w:val="20"/>
        </w:rPr>
        <w:t>[41 . 5 i]</w:t>
      </w:r>
    </w:p>
    <w:p>
      <w:r>
        <w:rPr>
          <w:rFonts w:ascii="Gentium Plus" w:hAnsi="Gentium Plus"/>
          <w:sz w:val="24"/>
        </w:rPr>
        <w:t>βηται τῶν ἡνιῶν, ἡ μὲν εὐδαίμων καὶ μακαρία ψυχὴ καὶ μεμνημένη τοῦ ἐπὶ τὸ ὄχημα ταύτην ἐμβιβασα‐ μένου θεοῦ καὶ ἡνιοχεῖν προστάξαντος, ἔχεται τῶν ἡνιῶν, καὶ ἄρχει τοῦ ἅρματος, καὶ κολάζει τὰς τῶν</w:t>
      </w:r>
    </w:p>
    <w:p>
      <w:r>
        <w:rPr>
          <w:rFonts w:ascii="Courier New" w:hAnsi="Courier New"/>
          <w:color w:val="555555"/>
          <w:sz w:val="20"/>
        </w:rPr>
        <w:t>[41 . 5 k]</w:t>
      </w:r>
    </w:p>
    <w:p>
      <w:r>
        <w:rPr>
          <w:rFonts w:ascii="Gentium Plus" w:hAnsi="Gentium Plus"/>
          <w:sz w:val="24"/>
        </w:rPr>
        <w:t>ἵππων ὁρμάς· οἱ δέ εἰσιν ἀτεχνῶς παντοδαποί, ἄλλος ἀλλαχοῦ θεῖν διωρμημένοι, ὁ μὲν αὐτῶν ἀκόλαστος καὶ ἁδηφάγος καὶ ὑβριστής, ὁ δὲ θυμώδης καὶ ἰτητι‐ κὸς καὶ ἔμπληκτος, ὁ δὲ νωθὴς καὶ ἐκλελυμένος, ὁ δὲ</w:t>
      </w:r>
    </w:p>
    <w:p>
      <w:r>
        <w:rPr>
          <w:rFonts w:ascii="Courier New" w:hAnsi="Courier New"/>
          <w:color w:val="555555"/>
          <w:sz w:val="20"/>
        </w:rPr>
        <w:t>[41 . 5 l]</w:t>
      </w:r>
    </w:p>
    <w:p>
      <w:r>
        <w:rPr>
          <w:rFonts w:ascii="Gentium Plus" w:hAnsi="Gentium Plus"/>
          <w:sz w:val="24"/>
        </w:rPr>
        <w:t>ἀνελεύθερος καὶ σμικρόφρων καὶ ταπεινός. Αὐτὸν δὴ</w:t>
      </w:r>
    </w:p>
    <w:p>
      <w:r>
        <w:rPr>
          <w:rFonts w:ascii="Courier New" w:hAnsi="Courier New"/>
          <w:color w:val="555555"/>
          <w:sz w:val="20"/>
        </w:rPr>
        <w:t>[41 . 5 m]</w:t>
      </w:r>
    </w:p>
    <w:p>
      <w:r>
        <w:rPr>
          <w:rFonts w:ascii="Gentium Plus" w:hAnsi="Gentium Plus"/>
          <w:sz w:val="24"/>
        </w:rPr>
        <w:t>ἅρμα ἐστασιασμένον ταράττει τὸν ἡνίοχον· κἆτα ἢν μὲν κρατήσῃ αὐτοῦ, κατὰ τὴν τοῦ δυναστεύοντος ἵππου</w:t>
      </w:r>
    </w:p>
    <w:p>
      <w:r>
        <w:rPr>
          <w:rFonts w:ascii="Courier New" w:hAnsi="Courier New"/>
          <w:color w:val="555555"/>
          <w:sz w:val="20"/>
        </w:rPr>
        <w:t>[5]</w:t>
      </w:r>
    </w:p>
    <w:p>
      <w:r>
        <w:rPr>
          <w:rFonts w:ascii="Gentium Plus" w:hAnsi="Gentium Plus"/>
          <w:sz w:val="24"/>
        </w:rPr>
        <w:t>παροινίας καὶ λαγνείας, καὶ ἄλλας οὔτε εὐσχήμονας οὔτε εἰλικρινεῖς ἡδονάς· νῦν δὲ τῷ θυμικῷ ἐπὶ κα‐</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