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Δύσκολος</w:t>
      </w:r>
      <w:r>
        <w:br/>
      </w:r>
      <w:r>
        <w:rPr>
          <w:i/>
          <w:color w:val="666666"/>
          <w:sz w:val="40"/>
        </w:rPr>
        <w:t>Dyscolus</w:t>
      </w:r>
    </w:p>
    <w:p>
      <w:pPr>
        <w:jc w:val="center"/>
      </w:pPr>
      <w:r>
        <w:rPr>
          <w:rFonts w:ascii="Times New Roman" w:hAnsi="Times New Roman"/>
          <w:color w:val="1E3A70"/>
          <w:sz w:val="32"/>
        </w:rPr>
        <w:t>Μένανδρος ὁ Ἀθηναῖος</w:t>
      </w:r>
      <w:r>
        <w:br/>
      </w:r>
      <w:r>
        <w:rPr>
          <w:i/>
          <w:color w:val="666666"/>
          <w:sz w:val="28"/>
        </w:rPr>
        <w:t>by Menander of Athens</w:t>
      </w:r>
    </w:p>
    <w:p/>
    <w:p>
      <w:pPr>
        <w:jc w:val="center"/>
      </w:pPr>
      <w:r>
        <w:rPr>
          <w:rFonts w:ascii="Gentium Plus" w:hAnsi="Gentium Plus"/>
          <w:b/>
          <w:sz w:val="24"/>
        </w:rPr>
        <w:t>ΔΥΣΚΟΛΟΣ</w:t>
      </w:r>
    </w:p>
    <w:p>
      <w:r>
        <w:rPr>
          <w:rFonts w:ascii="Courier New" w:hAnsi="Courier New"/>
          <w:color w:val="555555"/>
          <w:sz w:val="20"/>
        </w:rPr>
        <w:t>[1]</w:t>
      </w:r>
    </w:p>
    <w:p>
      <w:r>
        <w:rPr>
          <w:rFonts w:ascii="Gentium Plus" w:hAnsi="Gentium Plus"/>
          <w:sz w:val="24"/>
        </w:rPr>
        <w:t>(ΠΑΝ) τῆς Ἀττικῆς νομίζετ’ εἶναι τὸν τόπον, Φυλήν, τὸ νυμφαῖον δ’ ὅθεν προέρχομαι Φυλασίων καὶ τῶν δυναμένων τὰς πέτρας ἐνθάδε γεωργεῖν, ἱερὸν ἐπιφανὲς πάνυ.</w:t>
      </w:r>
    </w:p>
    <w:p>
      <w:r>
        <w:rPr>
          <w:rFonts w:ascii="Courier New" w:hAnsi="Courier New"/>
          <w:color w:val="555555"/>
          <w:sz w:val="20"/>
        </w:rPr>
        <w:t>[5]</w:t>
      </w:r>
    </w:p>
    <w:p>
      <w:r>
        <w:rPr>
          <w:rFonts w:ascii="Gentium Plus" w:hAnsi="Gentium Plus"/>
          <w:sz w:val="24"/>
        </w:rPr>
        <w:t>τὸν ἀγρὸν δὲ τὸν ἐπὶ δεξί’ οἰκεῖ τουτονὶ Κνήμων, ἀπάνθρωπός τις ἄνθρωπος σφόδρα καὶ δύσκολος πρὸς ἅπαντας, οὐ χαίρων τ’ ὄχλωι— “ὄχλωι” λέγω; ζῶν οὗτος ἐπιεικῶς χρόνον πολὺν λελάληκεν ἡδέως ἐν τῶι βίωι</w:t>
      </w:r>
    </w:p>
    <w:p>
      <w:r>
        <w:rPr>
          <w:rFonts w:ascii="Courier New" w:hAnsi="Courier New"/>
          <w:color w:val="555555"/>
          <w:sz w:val="20"/>
        </w:rPr>
        <w:t>[10]</w:t>
      </w:r>
    </w:p>
    <w:p>
      <w:r>
        <w:rPr>
          <w:rFonts w:ascii="Gentium Plus" w:hAnsi="Gentium Plus"/>
          <w:sz w:val="24"/>
        </w:rPr>
        <w:t>οὐδεν〈ί〉, προσηγόρευκε πρότερος δ’ οὐδένα, πλὴν ἐξ ἀνάγκης γειτνιῶν παριών τ’ ἐμὲ τὸν Πᾶνα· καὶ τοῦτ’ εὐθὺς αὐτῶι μεταμέλει, εὖ οἶδ’. ὅμως οὖν, τῶι τρόπωι τοιοῦτος ὤν, χήραν γυναῖκ’ ἔγημε, τετελευτηκότος</w:t>
      </w:r>
    </w:p>
    <w:p>
      <w:r>
        <w:rPr>
          <w:rFonts w:ascii="Courier New" w:hAnsi="Courier New"/>
          <w:color w:val="555555"/>
          <w:sz w:val="20"/>
        </w:rPr>
        <w:t>[15]</w:t>
      </w:r>
    </w:p>
    <w:p>
      <w:r>
        <w:rPr>
          <w:rFonts w:ascii="Gentium Plus" w:hAnsi="Gentium Plus"/>
          <w:sz w:val="24"/>
        </w:rPr>
        <w:t>αὐτῆι νεωστὶ τοῦ λαβόντος τὸ πρότερον ὑοῦ τε καταλελειμμένου μικροῦ τότε. ταύτηι ζυγομαχῶν οὐ μόνον τὰς ἡμέρας ἐπιλαμβάνων δὲ καὶ τὸ πολὺ νυκτὸς μέρος ἔζη κακῶς. θυγάτριον αὐτῶι γίνεται·</w:t>
      </w:r>
    </w:p>
    <w:p>
      <w:r>
        <w:rPr>
          <w:rFonts w:ascii="Courier New" w:hAnsi="Courier New"/>
          <w:color w:val="555555"/>
          <w:sz w:val="20"/>
        </w:rPr>
        <w:t>[20]</w:t>
      </w:r>
    </w:p>
    <w:p>
      <w:r>
        <w:rPr>
          <w:rFonts w:ascii="Gentium Plus" w:hAnsi="Gentium Plus"/>
          <w:sz w:val="24"/>
        </w:rPr>
        <w:t>ἔτι μᾶλλον. ὡς δ’ ἦν τὸ κακὸν οἷον οὐθὲν ἂν ἕτερον γένοιθ’, ὁ βίος τ’ ἐπίπονος καὶ πικρός, ἀπῆλθε πρὸς τὸν ὑὸν ἡ γυνὴ πάλιν τὸν πρότερον αὐτῆι γενόμενον. χωρίδιον τούτωι δ’ ὑπάρχον ἦν τι μικρὸν ἐνθαδὶ</w:t>
      </w:r>
    </w:p>
    <w:p>
      <w:r>
        <w:rPr>
          <w:rFonts w:ascii="Courier New" w:hAnsi="Courier New"/>
          <w:color w:val="555555"/>
          <w:sz w:val="20"/>
        </w:rPr>
        <w:t>[25]</w:t>
      </w:r>
    </w:p>
    <w:p>
      <w:r>
        <w:rPr>
          <w:rFonts w:ascii="Gentium Plus" w:hAnsi="Gentium Plus"/>
          <w:sz w:val="24"/>
        </w:rPr>
        <w:t>ἐν γειτόνων, οὗ διατρέφει νυνὶ κακῶς</w:t>
      </w:r>
    </w:p>
    <w:p>
      <w:r>
        <w:rPr>
          <w:rFonts w:ascii="Courier New" w:hAnsi="Courier New"/>
          <w:color w:val="555555"/>
          <w:sz w:val="20"/>
        </w:rPr>
        <w:t>[30]</w:t>
      </w:r>
    </w:p>
    <w:p>
      <w:r>
        <w:rPr>
          <w:rFonts w:ascii="Gentium Plus" w:hAnsi="Gentium Plus"/>
          <w:sz w:val="24"/>
        </w:rPr>
        <w:t>ὁ γέρων δ’ ἔχων τὴν θυγατέρ’ αὐτὸς ζῆι μόνος καὶ γραῦν θεράπαιναν, ξυλοφορῶν σκάπτων τ’, ἀεὶ πονῶν, ἀπὸ τούτων ἀρξάμενος τῶν γειτόνων καὶ τῆς γυναικὸς μέχρι Χολαργέων κάτω μισῶν ἐφεξῆς πάντας. ἡ δὲ παρθένος</w:t>
      </w:r>
    </w:p>
    <w:p>
      <w:r>
        <w:rPr>
          <w:rFonts w:ascii="Courier New" w:hAnsi="Courier New"/>
          <w:color w:val="555555"/>
          <w:sz w:val="20"/>
        </w:rPr>
        <w:t>[35]</w:t>
      </w:r>
    </w:p>
    <w:p>
      <w:r>
        <w:rPr>
          <w:rFonts w:ascii="Gentium Plus" w:hAnsi="Gentium Plus"/>
          <w:sz w:val="24"/>
        </w:rPr>
        <w:t>γέγονεν ὁμοία τῆι τροφῆι τις, οὐδὲ ἓν εἰδυῖα φλαῦρον. τὰς δὲ συντρόφους ἐμοὶ Νύμφας κολακεύους’ ἐπιμελῶς τιμῶσά τε πέπεικεν αὐτῆς ἐπιμέλειαν σχεῖν τινα ἡμᾶς· νεανίσκον τε καὶ μάλ’ εὐπόρου</w:t>
      </w:r>
    </w:p>
    <w:p>
      <w:r>
        <w:rPr>
          <w:rFonts w:ascii="Courier New" w:hAnsi="Courier New"/>
          <w:color w:val="555555"/>
          <w:sz w:val="20"/>
        </w:rPr>
        <w:t>[40]</w:t>
      </w:r>
    </w:p>
    <w:p>
      <w:r>
        <w:rPr>
          <w:rFonts w:ascii="Gentium Plus" w:hAnsi="Gentium Plus"/>
          <w:sz w:val="24"/>
        </w:rPr>
        <w:t>πατρὸς γεωργοῦντος ταλάντων κτήματα ἐνταῦθα πολλῶν, ἀστικὸν τῆι διατριβῆι, ἥκο]ν̣τ’ ἐπὶ θήραν μετὰ κυνηγέτου τινὸς [ ]υ κατὰ τύχην παραβαλόντ’ εἰς τὸν τόπον [ ]. ἔχειν πως ἐνθεαστικῶς ποῶ.</w:t>
      </w:r>
    </w:p>
    <w:p>
      <w:r>
        <w:rPr>
          <w:rFonts w:ascii="Courier New" w:hAnsi="Courier New"/>
          <w:color w:val="555555"/>
          <w:sz w:val="20"/>
        </w:rPr>
        <w:t>[45]</w:t>
      </w:r>
    </w:p>
    <w:p>
      <w:r>
        <w:rPr>
          <w:rFonts w:ascii="Gentium Plus" w:hAnsi="Gentium Plus"/>
          <w:sz w:val="24"/>
        </w:rPr>
        <w:t>ταῦτ’ ἐστὶ τὰ κεφάλαια, τὰ καθ’ ἕκαστα δὲ ὄψεσθ]’ ἐὰν βούλησθε—βουλήθητε δέ. καὶ γὰ]ρ προσιόνθ’ ὁρᾶν δοκῶ μοι τουτονὶ τὸν ἐρῶντα τόν τε συγκ̣[υνηγέτη]ν̣ ἅμα, αὑτοῖς ὑπὲρ τούτων τι σ[υγκοινουμ]ένους.</w:t>
      </w:r>
    </w:p>
    <w:p>
      <w:r>
        <w:rPr>
          <w:rFonts w:ascii="Courier New" w:hAnsi="Courier New"/>
          <w:color w:val="555555"/>
          <w:sz w:val="20"/>
        </w:rPr>
        <w:t>[(50)]</w:t>
      </w:r>
    </w:p>
    <w:p>
      <w:r>
        <w:rPr>
          <w:rFonts w:ascii="Gentium Plus" w:hAnsi="Gentium Plus"/>
          <w:sz w:val="24"/>
        </w:rPr>
        <w:t>ΧΑΙΡΕΑΣ</w:t>
      </w:r>
    </w:p>
    <w:p>
      <w:r>
        <w:rPr>
          <w:rFonts w:ascii="Courier New" w:hAnsi="Courier New"/>
          <w:color w:val="555555"/>
          <w:sz w:val="20"/>
        </w:rPr>
        <w:t>[(50)]</w:t>
      </w:r>
    </w:p>
    <w:p>
      <w:r>
        <w:rPr>
          <w:rFonts w:ascii="Gentium Plus" w:hAnsi="Gentium Plus"/>
          <w:sz w:val="24"/>
        </w:rPr>
        <w:t>τί φήις; ἰδὼν ἐνθένδε παῖδ’ ἐλευθέραν τὰς πλησίον Νύμφας στεφανοῦσαν, Σώστρατε, ἐρῶν ἀπῆλθες εὐθύς;</w:t>
      </w:r>
    </w:p>
    <w:p>
      <w:r>
        <w:rPr>
          <w:rFonts w:ascii="Courier New" w:hAnsi="Courier New"/>
          <w:color w:val="555555"/>
          <w:sz w:val="20"/>
        </w:rPr>
        <w:t>[52]</w:t>
      </w:r>
    </w:p>
    <w:p>
      <w:r>
        <w:rPr>
          <w:rFonts w:ascii="Gentium Plus" w:hAnsi="Gentium Plus"/>
          <w:sz w:val="24"/>
        </w:rPr>
        <w:t>ΣΩΣΤΡΑΤΟΣ εὐθύς.</w:t>
      </w:r>
    </w:p>
    <w:p>
      <w:r>
        <w:rPr>
          <w:rFonts w:ascii="Courier New" w:hAnsi="Courier New"/>
          <w:color w:val="555555"/>
          <w:sz w:val="20"/>
        </w:rPr>
        <w:t>[52]</w:t>
      </w:r>
    </w:p>
    <w:p>
      <w:r>
        <w:rPr>
          <w:rFonts w:ascii="Gentium Plus" w:hAnsi="Gentium Plus"/>
          <w:sz w:val="24"/>
        </w:rPr>
        <w:t>[Χαι] ὡς ταχύ. ἦ τοῦτ’ ἐβεβούλευς’ ἐξιών, ἐρᾶν τινος; (Σω) σκώπτεις· ἐγὼ δὲ, Χαιρέα, κακῶς ἔχω.</w:t>
      </w:r>
    </w:p>
    <w:p>
      <w:r>
        <w:rPr>
          <w:rFonts w:ascii="Courier New" w:hAnsi="Courier New"/>
          <w:color w:val="555555"/>
          <w:sz w:val="20"/>
        </w:rPr>
        <w:t>[55]</w:t>
      </w:r>
    </w:p>
    <w:p>
      <w:r>
        <w:rPr>
          <w:rFonts w:ascii="Gentium Plus" w:hAnsi="Gentium Plus"/>
          <w:sz w:val="24"/>
        </w:rPr>
        <w:t>(Χαι) ἀλλ’ οὐκ ἀπιστῶ.</w:t>
      </w:r>
    </w:p>
    <w:p>
      <w:r>
        <w:rPr>
          <w:rFonts w:ascii="Courier New" w:hAnsi="Courier New"/>
          <w:color w:val="555555"/>
          <w:sz w:val="20"/>
        </w:rPr>
        <w:t>[55]</w:t>
      </w:r>
    </w:p>
    <w:p>
      <w:r>
        <w:rPr>
          <w:rFonts w:ascii="Gentium Plus" w:hAnsi="Gentium Plus"/>
          <w:sz w:val="24"/>
        </w:rPr>
        <w:t>(Σω) διόπερ ἥκω παραλαβὼν σὲ πρὸς τὸ πρᾶγμα, καὶ φίλον καὶ πρακτικὸν κρίνας μάλιστα.</w:t>
      </w:r>
    </w:p>
    <w:p>
      <w:r>
        <w:rPr>
          <w:rFonts w:ascii="Courier New" w:hAnsi="Courier New"/>
          <w:color w:val="555555"/>
          <w:sz w:val="20"/>
        </w:rPr>
        <w:t>[57]</w:t>
      </w:r>
    </w:p>
    <w:p>
      <w:r>
        <w:rPr>
          <w:rFonts w:ascii="Gentium Plus" w:hAnsi="Gentium Plus"/>
          <w:sz w:val="24"/>
        </w:rPr>
        <w:t>(Χαι) πρὸς τὰ τοιαῦτα, Σώστρατε, οὕτως ἔχω· παραλαμβάνει τις τῶν φίλων ἐρῶν ἑταίρας· εὐθὺς ἁρπάσας φέρω,</w:t>
      </w:r>
    </w:p>
    <w:p>
      <w:r>
        <w:rPr>
          <w:rFonts w:ascii="Courier New" w:hAnsi="Courier New"/>
          <w:color w:val="555555"/>
          <w:sz w:val="20"/>
        </w:rPr>
        <w:t>[60]</w:t>
      </w:r>
    </w:p>
    <w:p>
      <w:r>
        <w:rPr>
          <w:rFonts w:ascii="Gentium Plus" w:hAnsi="Gentium Plus"/>
          <w:sz w:val="24"/>
        </w:rPr>
        <w:t>μεθύω, κατακάω, λόγον ὅλως οὐκ ἀνέχομαι· πρὶν ἐξετάσαι γὰρ ἥτις ἐστί, δεῖ τυχεῖν. τὸ μὲν βραδύνειν γὰρ τὸν ἔρωτ’ αὔξει πολύ, ἐν τῶι ταχέως δ’ ἔνεστι παύσασθαι ταχύ. γάμον λέγει τις καὶ κόρην ἐλευθέραν·</w:t>
      </w:r>
    </w:p>
    <w:p>
      <w:r>
        <w:rPr>
          <w:rFonts w:ascii="Courier New" w:hAnsi="Courier New"/>
          <w:color w:val="555555"/>
          <w:sz w:val="20"/>
        </w:rPr>
        <w:t>[65]</w:t>
      </w:r>
    </w:p>
    <w:p>
      <w:r>
        <w:rPr>
          <w:rFonts w:ascii="Gentium Plus" w:hAnsi="Gentium Plus"/>
          <w:sz w:val="24"/>
        </w:rPr>
        <w:t>ἕτερος τίς εἰμ’ ἐνταῦθα· πυνθάνομαι γένος, βίον, τρόπους. εἰς πάντα τὸν λοιπὸν χρόνον μνείαν γὰρ ἤδη τῶι φίλωι καταλείπομαι ὡς ἂν διοικήσω περὶ ταῦτα.</w:t>
      </w:r>
    </w:p>
    <w:p>
      <w:r>
        <w:rPr>
          <w:rFonts w:ascii="Courier New" w:hAnsi="Courier New"/>
          <w:color w:val="555555"/>
          <w:sz w:val="20"/>
        </w:rPr>
        <w:t>[68]</w:t>
      </w:r>
    </w:p>
    <w:p>
      <w:r>
        <w:rPr>
          <w:rFonts w:ascii="Gentium Plus" w:hAnsi="Gentium Plus"/>
          <w:sz w:val="24"/>
        </w:rPr>
        <w:t>(Σω) καὶ μάλ’ εὖ (οὐ πάνυ δ’ ἀρεσκόντως ἐμοί).</w:t>
      </w:r>
    </w:p>
    <w:p>
      <w:r>
        <w:rPr>
          <w:rFonts w:ascii="Courier New" w:hAnsi="Courier New"/>
          <w:color w:val="555555"/>
          <w:sz w:val="20"/>
        </w:rPr>
        <w:t>[69]</w:t>
      </w:r>
    </w:p>
    <w:p>
      <w:r>
        <w:rPr>
          <w:rFonts w:ascii="Gentium Plus" w:hAnsi="Gentium Plus"/>
          <w:sz w:val="24"/>
        </w:rPr>
        <w:t>(Χαι) καὶ νῦν γε δεῖ</w:t>
      </w:r>
    </w:p>
    <w:p>
      <w:r>
        <w:rPr>
          <w:rFonts w:ascii="Courier New" w:hAnsi="Courier New"/>
          <w:color w:val="555555"/>
          <w:sz w:val="20"/>
        </w:rPr>
        <w:t>[70]</w:t>
      </w:r>
    </w:p>
    <w:p>
      <w:r>
        <w:rPr>
          <w:rFonts w:ascii="Gentium Plus" w:hAnsi="Gentium Plus"/>
          <w:sz w:val="24"/>
        </w:rPr>
        <w:t>ταῦτα διακοῦσαι πρῶτον ἡμᾶς.</w:t>
      </w:r>
    </w:p>
    <w:p>
      <w:r>
        <w:rPr>
          <w:rFonts w:ascii="Courier New" w:hAnsi="Courier New"/>
          <w:color w:val="555555"/>
          <w:sz w:val="20"/>
        </w:rPr>
        <w:t>[70]</w:t>
      </w:r>
    </w:p>
    <w:p>
      <w:r>
        <w:rPr>
          <w:rFonts w:ascii="Gentium Plus" w:hAnsi="Gentium Plus"/>
          <w:sz w:val="24"/>
        </w:rPr>
        <w:t>(Σω) ὄρθριον τὸν Πυρρίαν τὸν συγκυνηγὸν οἴκοθεν ἐγὼ πέπομφα—</w:t>
      </w:r>
    </w:p>
    <w:p>
      <w:r>
        <w:rPr>
          <w:rFonts w:ascii="Courier New" w:hAnsi="Courier New"/>
          <w:color w:val="555555"/>
          <w:sz w:val="20"/>
        </w:rPr>
        <w:t>[72]</w:t>
      </w:r>
    </w:p>
    <w:p>
      <w:r>
        <w:rPr>
          <w:rFonts w:ascii="Gentium Plus" w:hAnsi="Gentium Plus"/>
          <w:sz w:val="24"/>
        </w:rPr>
        <w:t>(Χαι) πρὸς τίνα;</w:t>
      </w:r>
    </w:p>
    <w:p>
      <w:r>
        <w:rPr>
          <w:rFonts w:ascii="Courier New" w:hAnsi="Courier New"/>
          <w:color w:val="555555"/>
          <w:sz w:val="20"/>
        </w:rPr>
        <w:t>[72]</w:t>
      </w:r>
    </w:p>
    <w:p>
      <w:r>
        <w:rPr>
          <w:rFonts w:ascii="Gentium Plus" w:hAnsi="Gentium Plus"/>
          <w:sz w:val="24"/>
        </w:rPr>
        <w:t>(Σω) αὐτῶι τῶι πατρὶ ἐντευξόμενον τῆς παιδὸς ἢ τῶι κυρίωι τῆς οἰκίας ὅστις ποτ’ ἐστίν.</w:t>
      </w:r>
    </w:p>
    <w:p>
      <w:r>
        <w:rPr>
          <w:rFonts w:ascii="Courier New" w:hAnsi="Courier New"/>
          <w:color w:val="555555"/>
          <w:sz w:val="20"/>
        </w:rPr>
        <w:t>[74]</w:t>
      </w:r>
    </w:p>
    <w:p>
      <w:r>
        <w:rPr>
          <w:rFonts w:ascii="Gentium Plus" w:hAnsi="Gentium Plus"/>
          <w:sz w:val="24"/>
        </w:rPr>
        <w:t>(Χαι) Ἡράκλεις,</w:t>
      </w:r>
    </w:p>
    <w:p>
      <w:r>
        <w:rPr>
          <w:rFonts w:ascii="Courier New" w:hAnsi="Courier New"/>
          <w:color w:val="555555"/>
          <w:sz w:val="20"/>
        </w:rPr>
        <w:t>[75]</w:t>
      </w:r>
    </w:p>
    <w:p>
      <w:r>
        <w:rPr>
          <w:rFonts w:ascii="Gentium Plus" w:hAnsi="Gentium Plus"/>
          <w:sz w:val="24"/>
        </w:rPr>
        <w:t>οἷον λέγεις.</w:t>
      </w:r>
    </w:p>
    <w:p>
      <w:r>
        <w:rPr>
          <w:rFonts w:ascii="Courier New" w:hAnsi="Courier New"/>
          <w:color w:val="555555"/>
          <w:sz w:val="20"/>
        </w:rPr>
        <w:t>[75]</w:t>
      </w:r>
    </w:p>
    <w:p>
      <w:r>
        <w:rPr>
          <w:rFonts w:ascii="Gentium Plus" w:hAnsi="Gentium Plus"/>
          <w:sz w:val="24"/>
        </w:rPr>
        <w:t>(Σω) ἥμαρτον· οὐ γὰρ οἰκέτηι ἥρμοττ’ ἴσως τὸ τοιοῦτ〈ό γ’〉. ἀλλ’ οὐ ῥάιδιον ἐρῶντα συνιδεῖν ἐστι τί ποτε συμφέρει· καὶ τὴν διατριβὴν ἥτις ἔστ’ αὐτοῦ πάλαι τεθαύμακ’· εἰρήκειν γὰρ εὐθὺς οἴκαδε</w:t>
      </w:r>
    </w:p>
    <w:p>
      <w:r>
        <w:rPr>
          <w:rFonts w:ascii="Courier New" w:hAnsi="Courier New"/>
          <w:color w:val="555555"/>
          <w:sz w:val="20"/>
        </w:rPr>
        <w:t>[80]</w:t>
      </w:r>
    </w:p>
    <w:p>
      <w:r>
        <w:rPr>
          <w:rFonts w:ascii="Gentium Plus" w:hAnsi="Gentium Plus"/>
          <w:sz w:val="24"/>
        </w:rPr>
        <w:t>αὐτῶι παρεῖναι πυθομένωι τἀνταῦθά μοι. ΠΥΡΡΙΑΣ</w:t>
      </w:r>
    </w:p>
    <w:p>
      <w:r>
        <w:rPr>
          <w:rFonts w:ascii="Courier New" w:hAnsi="Courier New"/>
          <w:color w:val="555555"/>
          <w:sz w:val="20"/>
        </w:rPr>
        <w:t>[81]</w:t>
      </w:r>
    </w:p>
    <w:p>
      <w:r>
        <w:rPr>
          <w:rFonts w:ascii="Gentium Plus" w:hAnsi="Gentium Plus"/>
          <w:sz w:val="24"/>
        </w:rPr>
        <w:t>πάρες, φυλάττου, πᾶς ἄπελθ’ ἐκ τοῦ μέσου· μαίνεθ’ ὁ διώκων, μαίνεται.</w:t>
      </w:r>
    </w:p>
    <w:p>
      <w:r>
        <w:rPr>
          <w:rFonts w:ascii="Courier New" w:hAnsi="Courier New"/>
          <w:color w:val="555555"/>
          <w:sz w:val="20"/>
        </w:rPr>
        <w:t>[82]</w:t>
      </w:r>
    </w:p>
    <w:p>
      <w:r>
        <w:rPr>
          <w:rFonts w:ascii="Gentium Plus" w:hAnsi="Gentium Plus"/>
          <w:sz w:val="24"/>
        </w:rPr>
        <w:t>(Σω) τί τοῦτο, παῖ; (Πυ) φεύγετε.</w:t>
      </w:r>
    </w:p>
    <w:p>
      <w:r>
        <w:rPr>
          <w:rFonts w:ascii="Courier New" w:hAnsi="Courier New"/>
          <w:color w:val="555555"/>
          <w:sz w:val="20"/>
        </w:rPr>
        <w:t>[83]</w:t>
      </w:r>
    </w:p>
    <w:p>
      <w:r>
        <w:rPr>
          <w:rFonts w:ascii="Gentium Plus" w:hAnsi="Gentium Plus"/>
          <w:sz w:val="24"/>
        </w:rPr>
        <w:t>(Σω) τί ἐστι;</w:t>
      </w:r>
    </w:p>
    <w:p>
      <w:r>
        <w:rPr>
          <w:rFonts w:ascii="Courier New" w:hAnsi="Courier New"/>
          <w:color w:val="555555"/>
          <w:sz w:val="20"/>
        </w:rPr>
        <w:t>[83]</w:t>
      </w:r>
    </w:p>
    <w:p>
      <w:r>
        <w:rPr>
          <w:rFonts w:ascii="Gentium Plus" w:hAnsi="Gentium Plus"/>
          <w:sz w:val="24"/>
        </w:rPr>
        <w:t>(Πυ) βάλλομαι βώλοις, λίθοις· ἀπόλωλα.</w:t>
      </w:r>
    </w:p>
    <w:p>
      <w:r>
        <w:rPr>
          <w:rFonts w:ascii="Courier New" w:hAnsi="Courier New"/>
          <w:color w:val="555555"/>
          <w:sz w:val="20"/>
        </w:rPr>
        <w:t>[84]</w:t>
      </w:r>
    </w:p>
    <w:p>
      <w:r>
        <w:rPr>
          <w:rFonts w:ascii="Gentium Plus" w:hAnsi="Gentium Plus"/>
          <w:sz w:val="24"/>
        </w:rPr>
        <w:t>(Σω) βάλλει; ποῖ, κακόδαιμον;</w:t>
      </w:r>
    </w:p>
    <w:p>
      <w:r>
        <w:rPr>
          <w:rFonts w:ascii="Courier New" w:hAnsi="Courier New"/>
          <w:color w:val="555555"/>
          <w:sz w:val="20"/>
        </w:rPr>
        <w:t>[84]</w:t>
      </w:r>
    </w:p>
    <w:p>
      <w:r>
        <w:rPr>
          <w:rFonts w:ascii="Gentium Plus" w:hAnsi="Gentium Plus"/>
          <w:sz w:val="24"/>
        </w:rPr>
        <w:t>(Πυ) οὐκέτι</w:t>
      </w:r>
    </w:p>
    <w:p>
      <w:r>
        <w:rPr>
          <w:rFonts w:ascii="Courier New" w:hAnsi="Courier New"/>
          <w:color w:val="555555"/>
          <w:sz w:val="20"/>
        </w:rPr>
        <w:t>[85]</w:t>
      </w:r>
    </w:p>
    <w:p>
      <w:r>
        <w:rPr>
          <w:rFonts w:ascii="Gentium Plus" w:hAnsi="Gentium Plus"/>
          <w:sz w:val="24"/>
        </w:rPr>
        <w:t>ἴσως διώκει;</w:t>
      </w:r>
    </w:p>
    <w:p>
      <w:r>
        <w:rPr>
          <w:rFonts w:ascii="Courier New" w:hAnsi="Courier New"/>
          <w:color w:val="555555"/>
          <w:sz w:val="20"/>
        </w:rPr>
        <w:t>[85]</w:t>
      </w:r>
    </w:p>
    <w:p>
      <w:r>
        <w:rPr>
          <w:rFonts w:ascii="Gentium Plus" w:hAnsi="Gentium Plus"/>
          <w:sz w:val="24"/>
        </w:rPr>
        <w:t>(Σω) μὰ Δία.</w:t>
      </w:r>
    </w:p>
    <w:p>
      <w:r>
        <w:rPr>
          <w:rFonts w:ascii="Courier New" w:hAnsi="Courier New"/>
          <w:color w:val="555555"/>
          <w:sz w:val="20"/>
        </w:rPr>
        <w:t>[85]</w:t>
      </w:r>
    </w:p>
    <w:p>
      <w:r>
        <w:rPr>
          <w:rFonts w:ascii="Gentium Plus" w:hAnsi="Gentium Plus"/>
          <w:sz w:val="24"/>
        </w:rPr>
        <w:t>(Πυ) ἐγὼ δ’ ὤιμην.</w:t>
      </w:r>
    </w:p>
    <w:p>
      <w:r>
        <w:rPr>
          <w:rFonts w:ascii="Courier New" w:hAnsi="Courier New"/>
          <w:color w:val="555555"/>
          <w:sz w:val="20"/>
        </w:rPr>
        <w:t>[85]</w:t>
      </w:r>
    </w:p>
    <w:p>
      <w:r>
        <w:rPr>
          <w:rFonts w:ascii="Gentium Plus" w:hAnsi="Gentium Plus"/>
          <w:sz w:val="24"/>
        </w:rPr>
        <w:t>(Σω) τί δαὶ λέγεις;</w:t>
      </w:r>
    </w:p>
    <w:p>
      <w:r>
        <w:rPr>
          <w:rFonts w:ascii="Courier New" w:hAnsi="Courier New"/>
          <w:color w:val="555555"/>
          <w:sz w:val="20"/>
        </w:rPr>
        <w:t>[86]</w:t>
      </w:r>
    </w:p>
    <w:p>
      <w:r>
        <w:rPr>
          <w:rFonts w:ascii="Gentium Plus" w:hAnsi="Gentium Plus"/>
          <w:sz w:val="24"/>
        </w:rPr>
        <w:t>(Πυ) ἀπαλλαγῶμεν, ἱκετεύω σε.</w:t>
      </w:r>
    </w:p>
    <w:p>
      <w:r>
        <w:rPr>
          <w:rFonts w:ascii="Courier New" w:hAnsi="Courier New"/>
          <w:color w:val="555555"/>
          <w:sz w:val="20"/>
        </w:rPr>
        <w:t>[86]</w:t>
      </w:r>
    </w:p>
    <w:p>
      <w:r>
        <w:rPr>
          <w:rFonts w:ascii="Gentium Plus" w:hAnsi="Gentium Plus"/>
          <w:sz w:val="24"/>
        </w:rPr>
        <w:t>(Σω) ποῖ; (Πυ) ἀπὸ τῆς θύρας ἐντεῦθεν ὡς πορρωτάτω. Ὀδύνης γὰρ ὑὸς ἦ〈ν〉· κακοδαιμ〈ον〉ῶν τις ἢ μελαγχολῶν ἅνθρωπος οἰκῶ[ν ἐνθαδ]ὶ</w:t>
      </w:r>
    </w:p>
    <w:p>
      <w:r>
        <w:rPr>
          <w:rFonts w:ascii="Courier New" w:hAnsi="Courier New"/>
          <w:color w:val="555555"/>
          <w:sz w:val="20"/>
        </w:rPr>
        <w:t>[90]</w:t>
      </w:r>
    </w:p>
    <w:p>
      <w:r>
        <w:rPr>
          <w:rFonts w:ascii="Gentium Plus" w:hAnsi="Gentium Plus"/>
          <w:sz w:val="24"/>
        </w:rPr>
        <w:t>τὴν οἰκίαν πρὸς ὅν μ’ ἔπεμπ̣[ες μεγάλου κακοῦ· τοὺς δακτύλους [κατέαξα γὰρ σχεδόν τι προσπταίων ἅπα[ντας</w:t>
      </w:r>
    </w:p>
    <w:p>
      <w:r>
        <w:rPr>
          <w:rFonts w:ascii="Courier New" w:hAnsi="Courier New"/>
          <w:color w:val="555555"/>
          <w:sz w:val="20"/>
        </w:rPr>
        <w:t>[92]</w:t>
      </w:r>
    </w:p>
    <w:p>
      <w:r>
        <w:rPr>
          <w:rFonts w:ascii="Gentium Plus" w:hAnsi="Gentium Plus"/>
          <w:sz w:val="24"/>
        </w:rPr>
        <w:t>[?Σω] ἐλθών;</w:t>
      </w:r>
    </w:p>
    <w:p>
      <w:r>
        <w:rPr>
          <w:rFonts w:ascii="Courier New" w:hAnsi="Courier New"/>
          <w:color w:val="555555"/>
          <w:sz w:val="20"/>
        </w:rPr>
        <w:t>[93]</w:t>
      </w:r>
    </w:p>
    <w:p>
      <w:r>
        <w:rPr>
          <w:rFonts w:ascii="Gentium Plus" w:hAnsi="Gentium Plus"/>
          <w:sz w:val="24"/>
        </w:rPr>
        <w:t>〈Πυ〉 τί; πεπαρώινηκε. δεῦ[ρο</w:t>
      </w:r>
    </w:p>
    <w:p>
      <w:r>
        <w:rPr>
          <w:rFonts w:ascii="Courier New" w:hAnsi="Courier New"/>
          <w:color w:val="555555"/>
          <w:sz w:val="20"/>
        </w:rPr>
        <w:t>[93]</w:t>
      </w:r>
    </w:p>
    <w:p>
      <w:r>
        <w:rPr>
          <w:rFonts w:ascii="Gentium Plus" w:hAnsi="Gentium Plus"/>
          <w:sz w:val="24"/>
        </w:rPr>
        <w:t>[?Σω] εὔδηλός ἐστι.</w:t>
      </w:r>
    </w:p>
    <w:p>
      <w:r>
        <w:rPr>
          <w:rFonts w:ascii="Courier New" w:hAnsi="Courier New"/>
          <w:color w:val="555555"/>
          <w:sz w:val="20"/>
        </w:rPr>
        <w:t>[94]</w:t>
      </w:r>
    </w:p>
    <w:p>
      <w:r>
        <w:rPr>
          <w:rFonts w:ascii="Gentium Plus" w:hAnsi="Gentium Plus"/>
          <w:sz w:val="24"/>
        </w:rPr>
        <w:t>(Πυ) νὴ Δί’, ἐξώλ[ης ἄρα,</w:t>
      </w:r>
    </w:p>
    <w:p>
      <w:r>
        <w:rPr>
          <w:rFonts w:ascii="Courier New" w:hAnsi="Courier New"/>
          <w:color w:val="555555"/>
          <w:sz w:val="20"/>
        </w:rPr>
        <w:t>[95]</w:t>
      </w:r>
    </w:p>
    <w:p>
      <w:r>
        <w:rPr>
          <w:rFonts w:ascii="Gentium Plus" w:hAnsi="Gentium Plus"/>
          <w:sz w:val="24"/>
        </w:rPr>
        <w:t>Σώστρατ’, ἀπολο[ίμην· ἔχε] δέ πως φυλακτικῶς. ἀλλ’ οὐ δύναμαι λ[έγειν, προ]σέστηκεν δέ μοι τὸ πνεῦμα. κόψας τὴν θύραν τῆς οἰκίας τὸν κύριον ζητεῖν ἔφην· προῆλθέ μοι γραῦς τις κακοδαίμων, αὐτόθεν δ’ οὗ νῦν λέγων</w:t>
      </w:r>
    </w:p>
    <w:p>
      <w:r>
        <w:rPr>
          <w:rFonts w:ascii="Courier New" w:hAnsi="Courier New"/>
          <w:color w:val="555555"/>
          <w:sz w:val="20"/>
        </w:rPr>
        <w:t>[(100)]</w:t>
      </w:r>
    </w:p>
    <w:p>
      <w:r>
        <w:rPr>
          <w:rFonts w:ascii="Gentium Plus" w:hAnsi="Gentium Plus"/>
          <w:sz w:val="24"/>
        </w:rPr>
        <w:t>ἕστηκ’ ἔδειξεν αὐτὸν ἐπὶ τοῦ λοφιδίου ἐκεῖ περιφθειρόμενον ἀχράδας, ἦ πολὺν κύφων’ ἑαυτῶι συλλέγοντα.</w:t>
      </w:r>
    </w:p>
    <w:p>
      <w:r>
        <w:rPr>
          <w:rFonts w:ascii="Courier New" w:hAnsi="Courier New"/>
          <w:color w:val="555555"/>
          <w:sz w:val="20"/>
        </w:rPr>
        <w:t>[102]</w:t>
      </w:r>
    </w:p>
    <w:p>
      <w:r>
        <w:rPr>
          <w:rFonts w:ascii="Gentium Plus" w:hAnsi="Gentium Plus"/>
          <w:sz w:val="24"/>
        </w:rPr>
        <w:t>Χαι ὡς ὀργίλως. τί, ὦ μακάριε;</w:t>
      </w:r>
    </w:p>
    <w:p>
      <w:r>
        <w:rPr>
          <w:rFonts w:ascii="Courier New" w:hAnsi="Courier New"/>
          <w:color w:val="555555"/>
          <w:sz w:val="20"/>
        </w:rPr>
        <w:t>[103]</w:t>
      </w:r>
    </w:p>
    <w:p>
      <w:r>
        <w:rPr>
          <w:rFonts w:ascii="Gentium Plus" w:hAnsi="Gentium Plus"/>
          <w:sz w:val="24"/>
        </w:rPr>
        <w:t>〈Πυ〉 ἐγὼ μὲν εἰς τὸ χωρίον ἐμβὰς ἐπορευόμην πρὸς αὐτὸν καὶ πάνυ</w:t>
      </w:r>
    </w:p>
    <w:p>
      <w:r>
        <w:rPr>
          <w:rFonts w:ascii="Courier New" w:hAnsi="Courier New"/>
          <w:color w:val="555555"/>
          <w:sz w:val="20"/>
        </w:rPr>
        <w:t>[105]</w:t>
      </w:r>
    </w:p>
    <w:p>
      <w:r>
        <w:rPr>
          <w:rFonts w:ascii="Gentium Plus" w:hAnsi="Gentium Plus"/>
          <w:sz w:val="24"/>
        </w:rPr>
        <w:t>πόρρωθεν, εἶναί τις φιλάνθρωπος σφόδρα ἐπιδέξιός τε βουλόμενος προσεῖπα καὶ</w:t>
      </w:r>
    </w:p>
    <w:p>
      <w:r>
        <w:rPr>
          <w:rFonts w:ascii="Courier New" w:hAnsi="Courier New"/>
          <w:color w:val="555555"/>
          <w:sz w:val="20"/>
        </w:rPr>
        <w:t>[110]</w:t>
      </w:r>
    </w:p>
    <w:p>
      <w:r>
        <w:rPr>
          <w:rFonts w:ascii="Gentium Plus" w:hAnsi="Gentium Plus"/>
          <w:sz w:val="24"/>
        </w:rPr>
        <w:t>ἥκεις 〈σύ;〉 τί μαθών;” βῶλον αἴρεταί τινα· ταύτην ἀφίης’ εἰς τὸ πρόσωπον αὐτό μου. Χαι ἐς κόρακας.</w:t>
      </w:r>
    </w:p>
    <w:p>
      <w:r>
        <w:rPr>
          <w:rFonts w:ascii="Courier New" w:hAnsi="Courier New"/>
          <w:color w:val="555555"/>
          <w:sz w:val="20"/>
        </w:rPr>
        <w:t>[112]</w:t>
      </w:r>
    </w:p>
    <w:p>
      <w:r>
        <w:rPr>
          <w:rFonts w:ascii="Gentium Plus" w:hAnsi="Gentium Plus"/>
          <w:sz w:val="24"/>
        </w:rPr>
        <w:t>(Πυ) ἐν ὅσωι δ’ “ἀλλά ς’ ὁ Ποσειδῶν—” λέγων κατέμυσα, χάρακα λαμβάνει πάλιν τινά· ταύτηι μ’ ἐκάθαιρε, “σοὶ δὲ κἀμοὶ πρᾶγμα τί</w:t>
      </w:r>
    </w:p>
    <w:p>
      <w:r>
        <w:rPr>
          <w:rFonts w:ascii="Courier New" w:hAnsi="Courier New"/>
          <w:color w:val="555555"/>
          <w:sz w:val="20"/>
        </w:rPr>
        <w:t>[115]</w:t>
      </w:r>
    </w:p>
    <w:p>
      <w:r>
        <w:rPr>
          <w:rFonts w:ascii="Gentium Plus" w:hAnsi="Gentium Plus"/>
          <w:sz w:val="24"/>
        </w:rPr>
        <w:t>ἐστιν;” λέγων, “τὴν δημοσίαν οὐκ οἶσθ’ ὁδόν;” ὀξύτατον ἀναβοῶν τι.</w:t>
      </w:r>
    </w:p>
    <w:p>
      <w:r>
        <w:rPr>
          <w:rFonts w:ascii="Courier New" w:hAnsi="Courier New"/>
          <w:color w:val="555555"/>
          <w:sz w:val="20"/>
        </w:rPr>
        <w:t>[116]</w:t>
      </w:r>
    </w:p>
    <w:p>
      <w:r>
        <w:rPr>
          <w:rFonts w:ascii="Gentium Plus" w:hAnsi="Gentium Plus"/>
          <w:sz w:val="24"/>
        </w:rPr>
        <w:t>Χαι μαινόμενον λέγεις τελέως γεωργόν.</w:t>
      </w:r>
    </w:p>
    <w:p>
      <w:r>
        <w:rPr>
          <w:rFonts w:ascii="Courier New" w:hAnsi="Courier New"/>
          <w:color w:val="555555"/>
          <w:sz w:val="20"/>
        </w:rPr>
        <w:t>[117]</w:t>
      </w:r>
    </w:p>
    <w:p>
      <w:r>
        <w:rPr>
          <w:rFonts w:ascii="Gentium Plus" w:hAnsi="Gentium Plus"/>
          <w:sz w:val="24"/>
        </w:rPr>
        <w:t>(Πυ) τὸ δὲ πέρας· φεύγοντα γὰρ δεδίωχ’ ἴσως με στάδια πέντε καὶ δέκα, περὶ τὸν λόφον πρώτιστον, εἶθ’ οὕτω κάτω</w:t>
      </w:r>
    </w:p>
    <w:p>
      <w:r>
        <w:rPr>
          <w:rFonts w:ascii="Courier New" w:hAnsi="Courier New"/>
          <w:color w:val="555555"/>
          <w:sz w:val="20"/>
        </w:rPr>
        <w:t>[120]</w:t>
      </w:r>
    </w:p>
    <w:p>
      <w:r>
        <w:rPr>
          <w:rFonts w:ascii="Gentium Plus" w:hAnsi="Gentium Plus"/>
          <w:sz w:val="24"/>
        </w:rPr>
        <w:t>εἰς τὸ δασὺ τοῦτο, σφενδονῶν βώλοις, λίθοις, ταῖς ἀχράσιν ὡς οὐκ εἶχεν οὐδὲν ἄλλ’ ἔτι. ἀνήμερόν τι πρᾶγμα τελέως, ἀνόσιος γέρων. ἱκετεύω ς’, ἄπιτε.</w:t>
      </w:r>
    </w:p>
    <w:p>
      <w:r>
        <w:rPr>
          <w:rFonts w:ascii="Courier New" w:hAnsi="Courier New"/>
          <w:color w:val="555555"/>
          <w:sz w:val="20"/>
        </w:rPr>
        <w:t>[123]</w:t>
      </w:r>
    </w:p>
    <w:p>
      <w:r>
        <w:rPr>
          <w:rFonts w:ascii="Gentium Plus" w:hAnsi="Gentium Plus"/>
          <w:sz w:val="24"/>
        </w:rPr>
        <w:t>(Σω) δειλίαν λέγεις. (Πυ) οὐκ ἴστε τὸ κακὸν οἷόν ἐστι. κατέδεται</w:t>
      </w:r>
    </w:p>
    <w:p>
      <w:r>
        <w:rPr>
          <w:rFonts w:ascii="Courier New" w:hAnsi="Courier New"/>
          <w:color w:val="555555"/>
          <w:sz w:val="20"/>
        </w:rPr>
        <w:t>[125]</w:t>
      </w:r>
    </w:p>
    <w:p>
      <w:r>
        <w:rPr>
          <w:rFonts w:ascii="Gentium Plus" w:hAnsi="Gentium Plus"/>
          <w:sz w:val="24"/>
        </w:rPr>
        <w:t>ἡμᾶς.</w:t>
      </w:r>
    </w:p>
    <w:p>
      <w:r>
        <w:rPr>
          <w:rFonts w:ascii="Courier New" w:hAnsi="Courier New"/>
          <w:color w:val="555555"/>
          <w:sz w:val="20"/>
        </w:rPr>
        <w:t>[125]</w:t>
      </w:r>
    </w:p>
    <w:p>
      <w:r>
        <w:rPr>
          <w:rFonts w:ascii="Gentium Plus" w:hAnsi="Gentium Plus"/>
          <w:sz w:val="24"/>
        </w:rPr>
        <w:t>Χαι τυχὸν ἴσως 〈ὅδ’〉 ὀδυνώμενός τι νῦν τετύχηκε· διόπερ ἀναβαλέσθαι μοι δοκεῖ αὐτῶι προσελθεῖν, Σώστρατ’· εὖ τοῦτ’ ἴσθ’ ὅτι πρὸς πάντα πράγματ’ ἐστὶ πρακτικώτερον εὐκαιρία.</w:t>
      </w:r>
    </w:p>
    <w:p>
      <w:r>
        <w:rPr>
          <w:rFonts w:ascii="Courier New" w:hAnsi="Courier New"/>
          <w:color w:val="555555"/>
          <w:sz w:val="20"/>
        </w:rPr>
        <w:t>[129]</w:t>
      </w:r>
    </w:p>
    <w:p>
      <w:r>
        <w:rPr>
          <w:rFonts w:ascii="Gentium Plus" w:hAnsi="Gentium Plus"/>
          <w:sz w:val="24"/>
        </w:rPr>
        <w:t>Πυ νοῦν ἔχετε.</w:t>
      </w:r>
    </w:p>
    <w:p>
      <w:r>
        <w:rPr>
          <w:rFonts w:ascii="Courier New" w:hAnsi="Courier New"/>
          <w:color w:val="555555"/>
          <w:sz w:val="20"/>
        </w:rPr>
        <w:t>[129]</w:t>
      </w:r>
    </w:p>
    <w:p>
      <w:r>
        <w:rPr>
          <w:rFonts w:ascii="Gentium Plus" w:hAnsi="Gentium Plus"/>
          <w:sz w:val="24"/>
        </w:rPr>
        <w:t>(Χαι) ὑπέρπικρον δέ τι</w:t>
      </w:r>
    </w:p>
    <w:p>
      <w:r>
        <w:rPr>
          <w:rFonts w:ascii="Courier New" w:hAnsi="Courier New"/>
          <w:color w:val="555555"/>
          <w:sz w:val="20"/>
        </w:rPr>
        <w:t>[130]</w:t>
      </w:r>
    </w:p>
    <w:p>
      <w:r>
        <w:rPr>
          <w:rFonts w:ascii="Gentium Plus" w:hAnsi="Gentium Plus"/>
          <w:sz w:val="24"/>
        </w:rPr>
        <w:t>ἐστὶν πένης γεωργός, οὐχ οὗτος μόνος, σχεδὸν δ’ ἅπαντες. ἀλλ’ ἕωθεν αὔριον ἐγὼ πρόσειμ’ αὐτῶι μόνος, τὴν οἰκίαν ἐπείπερ οἶδα. νῦν δ’ ἀπελθὼν οἴκαδε καὶ σὺ διάτριβε· τοῦτο δ’ ἕξει κατὰ τρόπον.</w:t>
      </w:r>
    </w:p>
    <w:p>
      <w:r>
        <w:rPr>
          <w:rFonts w:ascii="Courier New" w:hAnsi="Courier New"/>
          <w:color w:val="555555"/>
          <w:sz w:val="20"/>
        </w:rPr>
        <w:t>[135]</w:t>
      </w:r>
    </w:p>
    <w:p>
      <w:r>
        <w:rPr>
          <w:rFonts w:ascii="Gentium Plus" w:hAnsi="Gentium Plus"/>
          <w:sz w:val="24"/>
        </w:rPr>
        <w:t>(Πυ) πράττωμεν οὕτως.</w:t>
      </w:r>
    </w:p>
    <w:p>
      <w:r>
        <w:rPr>
          <w:rFonts w:ascii="Courier New" w:hAnsi="Courier New"/>
          <w:color w:val="555555"/>
          <w:sz w:val="20"/>
        </w:rPr>
        <w:t>[135]</w:t>
      </w:r>
    </w:p>
    <w:p>
      <w:r>
        <w:rPr>
          <w:rFonts w:ascii="Gentium Plus" w:hAnsi="Gentium Plus"/>
          <w:sz w:val="24"/>
        </w:rPr>
        <w:t>Σω πρόφασιν οὗτος ἄσμενος εἴληφεν· εὐθὺς φανερὸς ἦν οὐχ ἡδέως μετ’ ἐμοῦ βαδίζων οὐδὲ δοκιμάζων πάνυ τὴν ἐπιβολ]ὴν τὴν τοῦ γάμου. κακὸν δὲ σὲ κακῶς ἅπ]αντες ἀπολέσειαν οἱ θεοί,</w:t>
      </w:r>
    </w:p>
    <w:p>
      <w:r>
        <w:rPr>
          <w:rFonts w:ascii="Courier New" w:hAnsi="Courier New"/>
          <w:color w:val="555555"/>
          <w:sz w:val="20"/>
        </w:rPr>
        <w:t>[140]</w:t>
      </w:r>
    </w:p>
    <w:p>
      <w:r>
        <w:rPr>
          <w:rFonts w:ascii="Gentium Plus" w:hAnsi="Gentium Plus"/>
          <w:sz w:val="24"/>
        </w:rPr>
        <w:t>μαστιγία.] [Πυ] [ τί δ’] ἠδίκηκα, Σώστρατε; (Σω) κακῶς ἐπό]εις τὸ χωρίον τι δηλαδή. [Πυ] οὐ μὰ Δί’] ἔκλεπτον.</w:t>
      </w:r>
    </w:p>
    <w:p>
      <w:r>
        <w:rPr>
          <w:rFonts w:ascii="Courier New" w:hAnsi="Courier New"/>
          <w:color w:val="555555"/>
          <w:sz w:val="20"/>
        </w:rPr>
        <w:t>[142]</w:t>
      </w:r>
    </w:p>
    <w:p>
      <w:r>
        <w:rPr>
          <w:rFonts w:ascii="Gentium Plus" w:hAnsi="Gentium Plus"/>
          <w:sz w:val="24"/>
        </w:rPr>
        <w:t>(Σω) ἀλλ’ ἐμαστίγου σέ τις οὐδὲν ἀδικοῦντα;</w:t>
      </w:r>
    </w:p>
    <w:p>
      <w:r>
        <w:rPr>
          <w:rFonts w:ascii="Courier New" w:hAnsi="Courier New"/>
          <w:color w:val="555555"/>
          <w:sz w:val="20"/>
        </w:rPr>
        <w:t>[143]</w:t>
      </w:r>
    </w:p>
    <w:p>
      <w:r>
        <w:rPr>
          <w:rFonts w:ascii="Gentium Plus" w:hAnsi="Gentium Plus"/>
          <w:sz w:val="24"/>
        </w:rPr>
        <w:t>(Πυ) καὶ πάρεστί γ’ οὑτοσί αὐτὸς—ὑπάγω, βέλτιστε. σὺ δὲ τούτωι λάλει.</w:t>
      </w:r>
    </w:p>
    <w:p>
      <w:r>
        <w:rPr>
          <w:rFonts w:ascii="Courier New" w:hAnsi="Courier New"/>
          <w:color w:val="555555"/>
          <w:sz w:val="20"/>
        </w:rPr>
        <w:t>[145]</w:t>
      </w:r>
    </w:p>
    <w:p>
      <w:r>
        <w:rPr>
          <w:rFonts w:ascii="Gentium Plus" w:hAnsi="Gentium Plus"/>
          <w:sz w:val="24"/>
        </w:rPr>
        <w:t>(Σω) οὐκ ἂν δυναίμην· ἀπίθανός τις εἴμ’ ἀεὶ ἐν τῶι λαλεῖν. ποῖον λέγει[ ]νι; οὐ πάνυ φιλάνθρωπον β[λέπειν μ]οι φαίνεται, μὰ τὸν Δί’· ὡς δ’ ἐσπούδακ’. ἐ[πανάξ]ω βραχὺ ἀπὸ τῆς θύρας. βέλτιον. ἀλλὰ κ̣[αὶ β]οᾶι</w:t>
      </w:r>
    </w:p>
    <w:p>
      <w:r>
        <w:rPr>
          <w:rFonts w:ascii="Courier New" w:hAnsi="Courier New"/>
          <w:color w:val="555555"/>
          <w:sz w:val="20"/>
        </w:rPr>
        <w:t>[(150)]</w:t>
      </w:r>
    </w:p>
    <w:p>
      <w:r>
        <w:rPr>
          <w:rFonts w:ascii="Gentium Plus" w:hAnsi="Gentium Plus"/>
          <w:sz w:val="24"/>
        </w:rPr>
        <w:t>μόνος βαδίζων. οὐχ ὑγιαίνειν μοι δοκεῖ. δέδοικα μέντοι, μὰ τὸν Ἀπόλλω καὶ θεούς, αὐτόν. τί γὰρ ἄν τις μὴ οὐχὶ τἀληθῆ λέγοι; ΚΝΗΜΩΝ</w:t>
      </w:r>
    </w:p>
    <w:p>
      <w:r>
        <w:rPr>
          <w:rFonts w:ascii="Courier New" w:hAnsi="Courier New"/>
          <w:color w:val="555555"/>
          <w:sz w:val="20"/>
        </w:rPr>
        <w:t>[153]</w:t>
      </w:r>
    </w:p>
    <w:p>
      <w:r>
        <w:rPr>
          <w:rFonts w:ascii="Gentium Plus" w:hAnsi="Gentium Plus"/>
          <w:sz w:val="24"/>
        </w:rPr>
        <w:t>εἶτ’ οὐ μακάριος ἦν ὁ Περσεὺς κατὰ δύο τρόπους ἐκεῖνος, ὅτι πετηνὸς ἐγένετο</w:t>
      </w:r>
    </w:p>
    <w:p>
      <w:r>
        <w:rPr>
          <w:rFonts w:ascii="Courier New" w:hAnsi="Courier New"/>
          <w:color w:val="555555"/>
          <w:sz w:val="20"/>
        </w:rPr>
        <w:t>[155]</w:t>
      </w:r>
    </w:p>
    <w:p>
      <w:r>
        <w:rPr>
          <w:rFonts w:ascii="Gentium Plus" w:hAnsi="Gentium Plus"/>
          <w:sz w:val="24"/>
        </w:rPr>
        <w:t>κοὐδενὶ συνήντα τῶν βαδιζόντων χαμαί, εἶθ’ ὅτι τοιοῦτο κτῆμ’ ἐκέκτηθ’ ὧι λίθους ἅπαντας ἐπόει τοὺς ἐνοχλοῦντας; ὅπερ ἐμοὶ νυνὶ γένοιτ’· οὐδὲν γὰρ ἀφθονώτερον λιθίνων γένοιτ’ 〈ἂν〉 ἀνδριάντων πανταχοῦ.</w:t>
      </w:r>
    </w:p>
    <w:p>
      <w:r>
        <w:rPr>
          <w:rFonts w:ascii="Courier New" w:hAnsi="Courier New"/>
          <w:color w:val="555555"/>
          <w:sz w:val="20"/>
        </w:rPr>
        <w:t>[160]</w:t>
      </w:r>
    </w:p>
    <w:p>
      <w:r>
        <w:rPr>
          <w:rFonts w:ascii="Gentium Plus" w:hAnsi="Gentium Plus"/>
          <w:sz w:val="24"/>
        </w:rPr>
        <w:t>νῦν δ’ οὐ βιωτόν ἐστι, μὰ τὸν Ἀσκληπιόν. λαλοῦς’ ἐπεμβαίνοντες εἰς τὸ χωρίον ἤδη· παρ’ αὐτὴν τὴν ὁδὸν γάρ, νὴ Δία, εἴωθα διατρίβειν· ὃς οὐδ’ ἐργάζομαι τοῦτο τὸ μέρος 〈τοῦ〉 χωρίου, πέφευγα δὲ</w:t>
      </w:r>
    </w:p>
    <w:p>
      <w:r>
        <w:rPr>
          <w:rFonts w:ascii="Courier New" w:hAnsi="Courier New"/>
          <w:color w:val="555555"/>
          <w:sz w:val="20"/>
        </w:rPr>
        <w:t>[165]</w:t>
      </w:r>
    </w:p>
    <w:p>
      <w:r>
        <w:rPr>
          <w:rFonts w:ascii="Gentium Plus" w:hAnsi="Gentium Plus"/>
          <w:sz w:val="24"/>
        </w:rPr>
        <w:t>διὰ τοὺς παριόντας. ἀλλ’ ἐπὶ τοὺς λόφους ἄνω ἤδη διώκους’. ὢ πολυπληθείας ὄχλου. οἴμοι, πάλιν τις οὑτοσὶ πρὸς ταῖς θύραις ἕστηκεν ἡμῶν.</w:t>
      </w:r>
    </w:p>
    <w:p>
      <w:r>
        <w:rPr>
          <w:rFonts w:ascii="Courier New" w:hAnsi="Courier New"/>
          <w:color w:val="555555"/>
          <w:sz w:val="20"/>
        </w:rPr>
        <w:t>[168]</w:t>
      </w:r>
    </w:p>
    <w:p>
      <w:r>
        <w:rPr>
          <w:rFonts w:ascii="Gentium Plus" w:hAnsi="Gentium Plus"/>
          <w:sz w:val="24"/>
        </w:rPr>
        <w:t>Σω ἆρα τυπτήσει γέ με; Κν ἐρημίας οὐκ ἔστιν οὐδαμοῦ τυχεῖν,</w:t>
      </w:r>
    </w:p>
    <w:p>
      <w:r>
        <w:rPr>
          <w:rFonts w:ascii="Courier New" w:hAnsi="Courier New"/>
          <w:color w:val="555555"/>
          <w:sz w:val="20"/>
        </w:rPr>
        <w:t>[170]</w:t>
      </w:r>
    </w:p>
    <w:p>
      <w:r>
        <w:rPr>
          <w:rFonts w:ascii="Gentium Plus" w:hAnsi="Gentium Plus"/>
          <w:sz w:val="24"/>
        </w:rPr>
        <w:t>οὐδ’ ἂν ἀπάγξασθαί τις ἐπιθυμῶν τύχηι. Σω ἐμοὶ χαλεπαίνει〈σ〉; περιμένω, πάτερ, τινὰ ἐνταῦθα· συνεθέμην γάρ.</w:t>
      </w:r>
    </w:p>
    <w:p>
      <w:r>
        <w:rPr>
          <w:rFonts w:ascii="Courier New" w:hAnsi="Courier New"/>
          <w:color w:val="555555"/>
          <w:sz w:val="20"/>
        </w:rPr>
        <w:t>[172]</w:t>
      </w:r>
    </w:p>
    <w:p>
      <w:r>
        <w:rPr>
          <w:rFonts w:ascii="Gentium Plus" w:hAnsi="Gentium Plus"/>
          <w:sz w:val="24"/>
        </w:rPr>
        <w:t>(Κν) οὐκ ἐγὼ ’λεγον; τουτὶ στοὰν νενομίκατ’ ἢ τὸ τοῦ Λεώ; πρὸς τὰς ἐμὰς θύρας, ἐὰν ἰδεῖν τινα</w:t>
      </w:r>
    </w:p>
    <w:p>
      <w:r>
        <w:rPr>
          <w:rFonts w:ascii="Courier New" w:hAnsi="Courier New"/>
          <w:color w:val="555555"/>
          <w:sz w:val="20"/>
        </w:rPr>
        <w:t>[175]</w:t>
      </w:r>
    </w:p>
    <w:p>
      <w:r>
        <w:rPr>
          <w:rFonts w:ascii="Gentium Plus" w:hAnsi="Gentium Plus"/>
          <w:sz w:val="24"/>
        </w:rPr>
        <w:t>βούλησθε, συντάττεσθ’ ἀπαντᾶν· παντελῶς,</w:t>
      </w:r>
    </w:p>
    <w:p>
      <w:r>
        <w:rPr>
          <w:rFonts w:ascii="Courier New" w:hAnsi="Courier New"/>
          <w:color w:val="555555"/>
          <w:sz w:val="20"/>
        </w:rPr>
        <w:t>[180]</w:t>
      </w:r>
    </w:p>
    <w:p>
      <w:r>
        <w:rPr>
          <w:rFonts w:ascii="Gentium Plus" w:hAnsi="Gentium Plus"/>
          <w:sz w:val="24"/>
        </w:rPr>
        <w:t>τουτὶ τὸ πρᾶγμά 〈γ’〉 ἀλλὰ συντονωτέρου. πρόδηλόν ἐστιν. ἆρ’ ἐγὼ πορεύσομαι ἐπὶ τὸν Γέταν τὸν τοῦ πατρός; νὴ τοὺς θεοὺς ἔγωγ’· ἔχει 〈τι〉 διάπυρον καὶ πραγμάτων ἔμπειρός ἐστιν παντοδαπῶν· τὸ δύσκολον</w:t>
      </w:r>
    </w:p>
    <w:p>
      <w:r>
        <w:rPr>
          <w:rFonts w:ascii="Courier New" w:hAnsi="Courier New"/>
          <w:color w:val="555555"/>
          <w:sz w:val="20"/>
        </w:rPr>
        <w:t>[185]</w:t>
      </w:r>
    </w:p>
    <w:p>
      <w:r>
        <w:rPr>
          <w:rFonts w:ascii="Gentium Plus" w:hAnsi="Gentium Plus"/>
          <w:sz w:val="24"/>
        </w:rPr>
        <w:t>τὸ τοῦδ’ ἐκεῖνος 〈 〉 ἀπώσετ’, οἶδ’ ἐγώ. τὸ μὲν χρόνον γὰρ ἐμποεῖν τῶι πράγματι ἀποδοκιμάζω. πόλλ’ ἐν ἡμέραι μίαι γένοιτ’ ἄν. ἀλλὰ τὴν θύραν πέπληχέ τις. ΚΟΡΗ</w:t>
      </w:r>
    </w:p>
    <w:p>
      <w:r>
        <w:rPr>
          <w:rFonts w:ascii="Courier New" w:hAnsi="Courier New"/>
          <w:color w:val="555555"/>
          <w:sz w:val="20"/>
        </w:rPr>
        <w:t>[189]</w:t>
      </w:r>
    </w:p>
    <w:p>
      <w:r>
        <w:rPr>
          <w:rFonts w:ascii="Gentium Plus" w:hAnsi="Gentium Plus"/>
          <w:sz w:val="24"/>
        </w:rPr>
        <w:t>οἴμοι τάλαινα τῶν ἐμῶν ἐγὼ κακῶν·</w:t>
      </w:r>
    </w:p>
    <w:p>
      <w:r>
        <w:rPr>
          <w:rFonts w:ascii="Courier New" w:hAnsi="Courier New"/>
          <w:color w:val="555555"/>
          <w:sz w:val="20"/>
        </w:rPr>
        <w:t>[190]</w:t>
      </w:r>
    </w:p>
    <w:p>
      <w:r>
        <w:rPr>
          <w:rFonts w:ascii="Gentium Plus" w:hAnsi="Gentium Plus"/>
          <w:sz w:val="24"/>
        </w:rPr>
        <w:t>τί νῦν ποήσω; τὸν κάδον γὰρ ἡ τροφὸς ἱμῶς’ ἀφῆκεν εἰς τὸ φρέαρ.</w:t>
      </w:r>
    </w:p>
    <w:p>
      <w:r>
        <w:rPr>
          <w:rFonts w:ascii="Courier New" w:hAnsi="Courier New"/>
          <w:color w:val="555555"/>
          <w:sz w:val="20"/>
        </w:rPr>
        <w:t>[191]</w:t>
      </w:r>
    </w:p>
    <w:p>
      <w:r>
        <w:rPr>
          <w:rFonts w:ascii="Gentium Plus" w:hAnsi="Gentium Plus"/>
          <w:sz w:val="24"/>
        </w:rPr>
        <w:t>Σω ὦ Ζεῦ πάτερ, καὶ Φοῖβε Παιάν, ὦ Διοσκόρω φίλω, κάλλους ἀμάχου.</w:t>
      </w:r>
    </w:p>
    <w:p>
      <w:r>
        <w:rPr>
          <w:rFonts w:ascii="Courier New" w:hAnsi="Courier New"/>
          <w:color w:val="555555"/>
          <w:sz w:val="20"/>
        </w:rPr>
        <w:t>[193]</w:t>
      </w:r>
    </w:p>
    <w:p>
      <w:r>
        <w:rPr>
          <w:rFonts w:ascii="Gentium Plus" w:hAnsi="Gentium Plus"/>
          <w:sz w:val="24"/>
        </w:rPr>
        <w:t>(Κο) θερμὸν 〈δ’〉 ὕδωρ πρ[οσέταξέ μοι ποιεῖν ὁ πάππας ἐξιών.</w:t>
      </w:r>
    </w:p>
    <w:p>
      <w:r>
        <w:rPr>
          <w:rFonts w:ascii="Courier New" w:hAnsi="Courier New"/>
          <w:color w:val="555555"/>
          <w:sz w:val="20"/>
        </w:rPr>
        <w:t>[194]</w:t>
      </w:r>
    </w:p>
    <w:p>
      <w:r>
        <w:rPr>
          <w:rFonts w:ascii="Gentium Plus" w:hAnsi="Gentium Plus"/>
          <w:sz w:val="24"/>
        </w:rPr>
        <w:t>(Σω) ἄνδρε[ς, τέρας.</w:t>
      </w:r>
    </w:p>
    <w:p>
      <w:r>
        <w:rPr>
          <w:rFonts w:ascii="Courier New" w:hAnsi="Courier New"/>
          <w:color w:val="555555"/>
          <w:sz w:val="20"/>
        </w:rPr>
        <w:t>[195]</w:t>
      </w:r>
    </w:p>
    <w:p>
      <w:r>
        <w:rPr>
          <w:rFonts w:ascii="Gentium Plus" w:hAnsi="Gentium Plus"/>
          <w:sz w:val="24"/>
        </w:rPr>
        <w:t>(Κο) ἐὰν δὲ τοῦτ’ αἴσθητ’, ἀπολεῖ κακ[ παίων ἐκείνην. οὐ σχολὴ ματ[ ὦ φίλταται Νύμφαι, παρ’ ὑμῶν λη[πτέον.</w:t>
      </w:r>
    </w:p>
    <w:p>
      <w:r>
        <w:rPr>
          <w:rFonts w:ascii="Courier New" w:hAnsi="Courier New"/>
          <w:color w:val="555555"/>
          <w:sz w:val="20"/>
        </w:rPr>
        <w:t>[199]</w:t>
      </w:r>
    </w:p>
    <w:p>
      <w:r>
        <w:rPr>
          <w:rFonts w:ascii="Gentium Plus" w:hAnsi="Gentium Plus"/>
          <w:sz w:val="24"/>
        </w:rPr>
        <w:t>(Σω) ἀλλ’ ἂν ἐμοὶ δ[ῶις, αὐτίκα</w:t>
      </w:r>
    </w:p>
    <w:p>
      <w:r>
        <w:rPr>
          <w:rFonts w:ascii="Courier New" w:hAnsi="Courier New"/>
          <w:color w:val="555555"/>
          <w:sz w:val="20"/>
        </w:rPr>
        <w:t>[(200)]</w:t>
      </w:r>
    </w:p>
    <w:p>
      <w:r>
        <w:rPr>
          <w:rFonts w:ascii="Gentium Plus" w:hAnsi="Gentium Plus"/>
          <w:sz w:val="24"/>
        </w:rPr>
        <w:t>βάψας ἐγώ σοι τ[ὴν ὑδρίαν ἥ]ξω φέρων. (Κο) ναὶ πρὸς θεῶν, ἅ[νυσον δέ.]</w:t>
      </w:r>
    </w:p>
    <w:p>
      <w:r>
        <w:rPr>
          <w:rFonts w:ascii="Courier New" w:hAnsi="Courier New"/>
          <w:color w:val="555555"/>
          <w:sz w:val="20"/>
        </w:rPr>
        <w:t>[201]</w:t>
      </w:r>
    </w:p>
    <w:p>
      <w:r>
        <w:rPr>
          <w:rFonts w:ascii="Gentium Plus" w:hAnsi="Gentium Plus"/>
          <w:sz w:val="24"/>
        </w:rPr>
        <w:t>(Σω) ἐλευθερίως γέ πως ἄγροικός ἐστιν. ὦ πολυτίμητοι θεοί, τίς ἂν ἐμὲ σώσαι δ̣[αιμό]νων;</w:t>
      </w:r>
    </w:p>
    <w:p>
      <w:r>
        <w:rPr>
          <w:rFonts w:ascii="Courier New" w:hAnsi="Courier New"/>
          <w:color w:val="555555"/>
          <w:sz w:val="20"/>
        </w:rPr>
        <w:t>[203]</w:t>
      </w:r>
    </w:p>
    <w:p>
      <w:r>
        <w:rPr>
          <w:rFonts w:ascii="Gentium Plus" w:hAnsi="Gentium Plus"/>
          <w:sz w:val="24"/>
        </w:rPr>
        <w:t>(Κο) τάλαιν’ ἐγώ, τίς ἐψόφηκεν; ἆρ’ ὁ πάππας ἔρχεται;</w:t>
      </w:r>
    </w:p>
    <w:p>
      <w:r>
        <w:rPr>
          <w:rFonts w:ascii="Courier New" w:hAnsi="Courier New"/>
          <w:color w:val="555555"/>
          <w:sz w:val="20"/>
        </w:rPr>
        <w:t>[205]</w:t>
      </w:r>
    </w:p>
    <w:p>
      <w:r>
        <w:rPr>
          <w:rFonts w:ascii="Gentium Plus" w:hAnsi="Gentium Plus"/>
          <w:sz w:val="24"/>
        </w:rPr>
        <w:t>ἔπειτα πληγὰς λήψομ’ ἄν με καταλάβηι ἔξω.</w:t>
      </w:r>
    </w:p>
    <w:p>
      <w:r>
        <w:rPr>
          <w:rFonts w:ascii="Courier New" w:hAnsi="Courier New"/>
          <w:color w:val="555555"/>
          <w:sz w:val="20"/>
        </w:rPr>
        <w:t>[206]</w:t>
      </w:r>
    </w:p>
    <w:p>
      <w:r>
        <w:rPr>
          <w:rFonts w:ascii="Gentium Plus" w:hAnsi="Gentium Plus"/>
          <w:sz w:val="24"/>
        </w:rPr>
        <w:t>ΔΑΟΣ διατρίβω σοι διακονῶν πάλαι ἐνταῦθ’, ὁ δὲ σκάπτει μόνος. πορευτέον πρὸς ἐκεῖνόν ἐστιν. ὦ κάκιστ’ ἀπολουμένη Πενία, τί ς’ ἡμεῖς τηλικοῦτ’ ἐφεύρομεν;</w:t>
      </w:r>
    </w:p>
    <w:p>
      <w:r>
        <w:rPr>
          <w:rFonts w:ascii="Courier New" w:hAnsi="Courier New"/>
          <w:color w:val="555555"/>
          <w:sz w:val="20"/>
        </w:rPr>
        <w:t>[210]</w:t>
      </w:r>
    </w:p>
    <w:p>
      <w:r>
        <w:rPr>
          <w:rFonts w:ascii="Gentium Plus" w:hAnsi="Gentium Plus"/>
          <w:sz w:val="24"/>
        </w:rPr>
        <w:t>τί τοσοῦτον ἡμῖν ἐνδελεχῶς οὕτω χρόνον ἔνδον κάθησαι καὶ συνοικεῖς;</w:t>
      </w:r>
    </w:p>
    <w:p>
      <w:r>
        <w:rPr>
          <w:rFonts w:ascii="Courier New" w:hAnsi="Courier New"/>
          <w:color w:val="555555"/>
          <w:sz w:val="20"/>
        </w:rPr>
        <w:t>[211]</w:t>
      </w:r>
    </w:p>
    <w:p>
      <w:r>
        <w:rPr>
          <w:rFonts w:ascii="Gentium Plus" w:hAnsi="Gentium Plus"/>
          <w:sz w:val="24"/>
        </w:rPr>
        <w:t>(Σω) λάμβανε τηνδί.</w:t>
      </w:r>
    </w:p>
    <w:p>
      <w:r>
        <w:rPr>
          <w:rFonts w:ascii="Courier New" w:hAnsi="Courier New"/>
          <w:color w:val="555555"/>
          <w:sz w:val="20"/>
        </w:rPr>
        <w:t>[212]</w:t>
      </w:r>
    </w:p>
    <w:p>
      <w:r>
        <w:rPr>
          <w:rFonts w:ascii="Gentium Plus" w:hAnsi="Gentium Plus"/>
          <w:sz w:val="24"/>
        </w:rPr>
        <w:t>(Κο) φέρε δεῦρο.</w:t>
      </w:r>
    </w:p>
    <w:p>
      <w:r>
        <w:rPr>
          <w:rFonts w:ascii="Courier New" w:hAnsi="Courier New"/>
          <w:color w:val="555555"/>
          <w:sz w:val="20"/>
        </w:rPr>
        <w:t>[212]</w:t>
      </w:r>
    </w:p>
    <w:p>
      <w:r>
        <w:rPr>
          <w:rFonts w:ascii="Gentium Plus" w:hAnsi="Gentium Plus"/>
          <w:sz w:val="24"/>
        </w:rPr>
        <w:t>Δα τί ποτε βούλεθ’ οὑτοσὶ ἅνθρωπος;</w:t>
      </w:r>
    </w:p>
    <w:p>
      <w:r>
        <w:rPr>
          <w:rFonts w:ascii="Courier New" w:hAnsi="Courier New"/>
          <w:color w:val="555555"/>
          <w:sz w:val="20"/>
        </w:rPr>
        <w:t>[213]</w:t>
      </w:r>
    </w:p>
    <w:p>
      <w:r>
        <w:rPr>
          <w:rFonts w:ascii="Gentium Plus" w:hAnsi="Gentium Plus"/>
          <w:sz w:val="24"/>
        </w:rPr>
        <w:t>(Σω) ἔρρως’, ἐπιμελοῦ τε τοῦ πατρός. οἴμοι, κακοδαίμων. παῦε θρηνῶν, Σώστρατε·</w:t>
      </w:r>
    </w:p>
    <w:p>
      <w:r>
        <w:rPr>
          <w:rFonts w:ascii="Courier New" w:hAnsi="Courier New"/>
          <w:color w:val="555555"/>
          <w:sz w:val="20"/>
        </w:rPr>
        <w:t>[215]</w:t>
      </w:r>
    </w:p>
    <w:p>
      <w:r>
        <w:rPr>
          <w:rFonts w:ascii="Gentium Plus" w:hAnsi="Gentium Plus"/>
          <w:sz w:val="24"/>
        </w:rPr>
        <w:t>ἔσται κατὰ τρόπον.</w:t>
      </w:r>
    </w:p>
    <w:p>
      <w:r>
        <w:rPr>
          <w:rFonts w:ascii="Courier New" w:hAnsi="Courier New"/>
          <w:color w:val="555555"/>
          <w:sz w:val="20"/>
        </w:rPr>
        <w:t>[215]</w:t>
      </w:r>
    </w:p>
    <w:p>
      <w:r>
        <w:rPr>
          <w:rFonts w:ascii="Gentium Plus" w:hAnsi="Gentium Plus"/>
          <w:sz w:val="24"/>
        </w:rPr>
        <w:t>(Δα) κατὰ τρόπον τί;</w:t>
      </w:r>
    </w:p>
    <w:p>
      <w:r>
        <w:rPr>
          <w:rFonts w:ascii="Courier New" w:hAnsi="Courier New"/>
          <w:color w:val="555555"/>
          <w:sz w:val="20"/>
        </w:rPr>
        <w:t>[215]</w:t>
      </w:r>
    </w:p>
    <w:p>
      <w:r>
        <w:rPr>
          <w:rFonts w:ascii="Gentium Plus" w:hAnsi="Gentium Plus"/>
          <w:sz w:val="24"/>
        </w:rPr>
        <w:t>(Σω) μὴ φοβοῦ,</w:t>
      </w:r>
    </w:p>
    <w:p>
      <w:r>
        <w:rPr>
          <w:rFonts w:ascii="Courier New" w:hAnsi="Courier New"/>
          <w:color w:val="555555"/>
          <w:sz w:val="20"/>
        </w:rPr>
        <w:t>[220]</w:t>
      </w:r>
    </w:p>
    <w:p>
      <w:r>
        <w:rPr>
          <w:rFonts w:ascii="Gentium Plus" w:hAnsi="Gentium Plus"/>
          <w:sz w:val="24"/>
        </w:rPr>
        <w:t>κόρηι· πονηρόν. ἀλλά ς’, ὦ Κνήμων, κακὸν κακῶς ἅπαντες ἀπολέσειαν οἱ θεοί. ἄκακον κόρην μόνην ἀφεὶς ἐν ἐρημίαι ἐᾶις, φυλακὴν οὐδεμίαν ὡς προσῆκον ἦν ποιούμενος. τουτὶ καταμανθάνων ἴσως</w:t>
      </w:r>
    </w:p>
    <w:p>
      <w:r>
        <w:rPr>
          <w:rFonts w:ascii="Courier New" w:hAnsi="Courier New"/>
          <w:color w:val="555555"/>
          <w:sz w:val="20"/>
        </w:rPr>
        <w:t>[225]</w:t>
      </w:r>
    </w:p>
    <w:p>
      <w:r>
        <w:rPr>
          <w:rFonts w:ascii="Gentium Plus" w:hAnsi="Gentium Plus"/>
          <w:sz w:val="24"/>
        </w:rPr>
        <w:t>οὗτος προσερρύη, νομίζων ὡσπερεὶ ἕρμαιον. οὐ μὴν ἀλλὰ 〈τ〉ἀδελφῶι γε δεῖ αὐτῆς φράσαι με τὴν ταχίστην ταῦθ’, ἵνα ἐν ἐπιμελείαι τῆς κόρης γενώμεθα. ἤδη δὲ τοῦτ’ ἐλθὼν ποήσειν μοι δοκῶ.</w:t>
      </w:r>
    </w:p>
    <w:p>
      <w:r>
        <w:rPr>
          <w:rFonts w:ascii="Courier New" w:hAnsi="Courier New"/>
          <w:color w:val="555555"/>
          <w:sz w:val="20"/>
        </w:rPr>
        <w:t>[230]</w:t>
      </w:r>
    </w:p>
    <w:p>
      <w:r>
        <w:rPr>
          <w:rFonts w:ascii="Gentium Plus" w:hAnsi="Gentium Plus"/>
          <w:sz w:val="24"/>
        </w:rPr>
        <w:t>καὶ γὰρ προσιόντας τούσδε Πανιστάς τινας εἰς τὸν τόπον δεῦρ’ ὑποβεβρεγμένους ὁρῶ, οἷς μὴ ’νοχλεῖν εὔκαιρον εἶναί μοι δοκεῖ.</w:t>
      </w:r>
    </w:p>
    <w:p>
      <w:r>
        <w:rPr>
          <w:rFonts w:ascii="Courier New" w:hAnsi="Courier New"/>
          <w:color w:val="555555"/>
          <w:sz w:val="20"/>
        </w:rPr>
        <w:t>[232]</w:t>
      </w:r>
    </w:p>
    <w:p>
      <w:r>
        <w:rPr>
          <w:rFonts w:ascii="Gentium Plus" w:hAnsi="Gentium Plus"/>
          <w:sz w:val="24"/>
        </w:rPr>
        <w:t>ΧΟΡΟΥ ΓΟΡΓΙΑΣ</w:t>
      </w:r>
    </w:p>
    <w:p>
      <w:r>
        <w:rPr>
          <w:rFonts w:ascii="Courier New" w:hAnsi="Courier New"/>
          <w:color w:val="555555"/>
          <w:sz w:val="20"/>
        </w:rPr>
        <w:t>[233]</w:t>
      </w:r>
    </w:p>
    <w:p>
      <w:r>
        <w:rPr>
          <w:rFonts w:ascii="Gentium Plus" w:hAnsi="Gentium Plus"/>
          <w:sz w:val="24"/>
        </w:rPr>
        <w:t>οὕτω παρέργως δ’, εἰπέ μοι, τῶι πράγματι φαύλως τ’ ἐχρήσω;</w:t>
      </w:r>
    </w:p>
    <w:p>
      <w:r>
        <w:rPr>
          <w:rFonts w:ascii="Courier New" w:hAnsi="Courier New"/>
          <w:color w:val="555555"/>
          <w:sz w:val="20"/>
        </w:rPr>
        <w:t>[234]</w:t>
      </w:r>
    </w:p>
    <w:p>
      <w:r>
        <w:rPr>
          <w:rFonts w:ascii="Gentium Plus" w:hAnsi="Gentium Plus"/>
          <w:sz w:val="24"/>
        </w:rPr>
        <w:t>Δα πῶς;</w:t>
      </w:r>
    </w:p>
    <w:p>
      <w:r>
        <w:rPr>
          <w:rFonts w:ascii="Courier New" w:hAnsi="Courier New"/>
          <w:color w:val="555555"/>
          <w:sz w:val="20"/>
        </w:rPr>
        <w:t>[234]</w:t>
      </w:r>
    </w:p>
    <w:p>
      <w:r>
        <w:rPr>
          <w:rFonts w:ascii="Gentium Plus" w:hAnsi="Gentium Plus"/>
          <w:sz w:val="24"/>
        </w:rPr>
        <w:t>(Γο) ἔδει σε, νὴ Δία,</w:t>
      </w:r>
    </w:p>
    <w:p>
      <w:r>
        <w:rPr>
          <w:rFonts w:ascii="Courier New" w:hAnsi="Courier New"/>
          <w:color w:val="555555"/>
          <w:sz w:val="20"/>
        </w:rPr>
        <w:t>[235]</w:t>
      </w:r>
    </w:p>
    <w:p>
      <w:r>
        <w:rPr>
          <w:rFonts w:ascii="Gentium Plus" w:hAnsi="Gentium Plus"/>
          <w:sz w:val="24"/>
        </w:rPr>
        <w:t>τὸν τῆι κόρηι προσιόντα, 〈Δᾶ’〉, ὅστις ποτ’ ἦν, ἰδεῖν τότ’ εὐθύς, τοῦτο τοῦ λοιποῦ χρόνου εἰπεῖν θ’ ὅπως μηδείς ποτ’ αὐτὸν ὄψεται ποιοῦντα· νυνὶ δ’ ὥσπερ ἀλλοτρίου τινὸς πράγματος ἀπέστης. οὐκ ἔνεστ’ ἴσως φυγεῖν</w:t>
      </w:r>
    </w:p>
    <w:p>
      <w:r>
        <w:rPr>
          <w:rFonts w:ascii="Courier New" w:hAnsi="Courier New"/>
          <w:color w:val="555555"/>
          <w:sz w:val="20"/>
        </w:rPr>
        <w:t>[240]</w:t>
      </w:r>
    </w:p>
    <w:p>
      <w:r>
        <w:rPr>
          <w:rFonts w:ascii="Gentium Plus" w:hAnsi="Gentium Plus"/>
          <w:sz w:val="24"/>
        </w:rPr>
        <w:t>οἰκειότητα, Δᾶ’. ἀδελφῆς ἔτι μέλει ἐμῆ[ς]. ὁ πατὴρ ἀλλότριος εἶναι βούλεται αὐτῆς πρὸς ἡμᾶς· μὴ τὸ τούτου δύσκολον μιμώμεθ’ ἡμεῖς· ἂν γὰρ αἰσχύνηι τινὶ αὕτη] περιπέσηι, τοῦτο κἀμοὶ γίνεται</w:t>
      </w:r>
    </w:p>
    <w:p>
      <w:r>
        <w:rPr>
          <w:rFonts w:ascii="Courier New" w:hAnsi="Courier New"/>
          <w:color w:val="555555"/>
          <w:sz w:val="20"/>
        </w:rPr>
        <w:t>[245]</w:t>
      </w:r>
    </w:p>
    <w:p>
      <w:r>
        <w:rPr>
          <w:rFonts w:ascii="Gentium Plus" w:hAnsi="Gentium Plus"/>
          <w:sz w:val="24"/>
        </w:rPr>
        <w:t>ὄνειδο]ς. ὁ γὰρ ἔξωθεν οὐ τὸν αἴτιον ὅστις] πότ’ ἐστιν οἶδεν, ἀλλὰ τὸ γεγονός. [ ]ν̣.</w:t>
      </w:r>
    </w:p>
    <w:p>
      <w:r>
        <w:rPr>
          <w:rFonts w:ascii="Courier New" w:hAnsi="Courier New"/>
          <w:color w:val="555555"/>
          <w:sz w:val="20"/>
        </w:rPr>
        <w:t>[247]</w:t>
      </w:r>
    </w:p>
    <w:p>
      <w:r>
        <w:rPr>
          <w:rFonts w:ascii="Gentium Plus" w:hAnsi="Gentium Plus"/>
          <w:sz w:val="24"/>
        </w:rPr>
        <w:t>(Δα) ὦ τᾶν, τὸν γέροντα, Γοργία, δέδοικ’· ἐ]ὰν γὰρ τῆι θύραι προσιόντα με λάβηι, κρ]εμᾶι παραχρῆμα.</w:t>
      </w:r>
    </w:p>
    <w:p>
      <w:r>
        <w:rPr>
          <w:rFonts w:ascii="Courier New" w:hAnsi="Courier New"/>
          <w:color w:val="555555"/>
          <w:sz w:val="20"/>
        </w:rPr>
        <w:t>[249]</w:t>
      </w:r>
    </w:p>
    <w:p>
      <w:r>
        <w:rPr>
          <w:rFonts w:ascii="Gentium Plus" w:hAnsi="Gentium Plus"/>
          <w:sz w:val="24"/>
        </w:rPr>
        <w:t>Γο δυσχρήστως γέ πως</w:t>
      </w:r>
    </w:p>
    <w:p>
      <w:r>
        <w:rPr>
          <w:rFonts w:ascii="Courier New" w:hAnsi="Courier New"/>
          <w:color w:val="555555"/>
          <w:sz w:val="20"/>
        </w:rPr>
        <w:t>[(250)]</w:t>
      </w:r>
    </w:p>
    <w:p>
      <w:r>
        <w:rPr>
          <w:rFonts w:ascii="Gentium Plus" w:hAnsi="Gentium Plus"/>
          <w:sz w:val="24"/>
        </w:rPr>
        <w:t>[ ζυ]γομαχῶν τοῦτον οὔθ’ ὅτωι τρόπωι ἀναγκάσαι τις εἰς τὸ βέλτι[ον ......]ν οὔτ’ ἂν μεταπείσαι νουθετῶν ο[.......]ς ἀλλ’ ἐμποδὼν τῶι μὲν βιάσασθαι τὸν νόμον ἔχει μεθ’ αὑτοῦ, τῶι δὲ πεῖσαι τὸν τρόπον.</w:t>
      </w:r>
    </w:p>
    <w:p>
      <w:r>
        <w:rPr>
          <w:rFonts w:ascii="Courier New" w:hAnsi="Courier New"/>
          <w:color w:val="555555"/>
          <w:sz w:val="20"/>
        </w:rPr>
        <w:t>[255]</w:t>
      </w:r>
    </w:p>
    <w:p>
      <w:r>
        <w:rPr>
          <w:rFonts w:ascii="Gentium Plus" w:hAnsi="Gentium Plus"/>
          <w:sz w:val="24"/>
        </w:rPr>
        <w:t>Δα μικρὸν δ’ ἐπίσχες· οὐ μάτην γὰρ ἥκομεν, ἀλλ’ ὥσπερ εἶπον ἔρχετ’ ἀνακάμψας πάλιν. Γο ὁ τὴν χλανίδ’ ἔχων; οὗτος ἐστὶν ὃν λέγεις; (Δα) οὗτος.</w:t>
      </w:r>
    </w:p>
    <w:p>
      <w:r>
        <w:rPr>
          <w:rFonts w:ascii="Courier New" w:hAnsi="Courier New"/>
          <w:color w:val="555555"/>
          <w:sz w:val="20"/>
        </w:rPr>
        <w:t>[258]</w:t>
      </w:r>
    </w:p>
    <w:p>
      <w:r>
        <w:rPr>
          <w:rFonts w:ascii="Gentium Plus" w:hAnsi="Gentium Plus"/>
          <w:sz w:val="24"/>
        </w:rPr>
        <w:t>(Γο) κακοῦργος εὐθὺς ἀπὸ τοῦ βλέμματος. Σω τὸν μὲν Γέταν οὐκ ἔνδον ὄντα κατέλαβον,</w:t>
      </w:r>
    </w:p>
    <w:p>
      <w:r>
        <w:rPr>
          <w:rFonts w:ascii="Courier New" w:hAnsi="Courier New"/>
          <w:color w:val="555555"/>
          <w:sz w:val="20"/>
        </w:rPr>
        <w:t>[260]</w:t>
      </w:r>
    </w:p>
    <w:p>
      <w:r>
        <w:rPr>
          <w:rFonts w:ascii="Gentium Plus" w:hAnsi="Gentium Plus"/>
          <w:sz w:val="24"/>
        </w:rPr>
        <w:t>μέλλουσα δ’ ἡ μήτηρ θεῶι θύειν τινί— οὐκ οἶδ’ ὅτωι—ποιεῖ δὲ τοῦθ’ ὁσημέραι,</w:t>
      </w:r>
    </w:p>
    <w:p>
      <w:r>
        <w:rPr>
          <w:rFonts w:ascii="Courier New" w:hAnsi="Courier New"/>
          <w:color w:val="555555"/>
          <w:sz w:val="20"/>
        </w:rPr>
        <w:t>[265]</w:t>
      </w:r>
    </w:p>
    <w:p>
      <w:r>
        <w:rPr>
          <w:rFonts w:ascii="Gentium Plus" w:hAnsi="Gentium Plus"/>
          <w:sz w:val="24"/>
        </w:rPr>
        <w:t>θυσίαι φράσας ἥκω πάλιν πρὸς τἀνθάδε. καί μοι δοκῶ τοὺς περιπάτους τούτους ἀφεὶς αὐτὸς διαλέξεσθ’ ὑπὲρ ἐμαυτοῦ. τὴν θύραν κόψω δ’, ἵν’ ἦι μοι μηδὲ βουλεύσασθ’ ἔτι. Γο μειράκιον, ἐθελήσαις ἂν ὑπομεῖναι λόγον</w:t>
      </w:r>
    </w:p>
    <w:p>
      <w:r>
        <w:rPr>
          <w:rFonts w:ascii="Courier New" w:hAnsi="Courier New"/>
          <w:color w:val="555555"/>
          <w:sz w:val="20"/>
        </w:rPr>
        <w:t>[270]</w:t>
      </w:r>
    </w:p>
    <w:p>
      <w:r>
        <w:rPr>
          <w:rFonts w:ascii="Gentium Plus" w:hAnsi="Gentium Plus"/>
          <w:sz w:val="24"/>
        </w:rPr>
        <w:t>σπουδαιότερόν μου;</w:t>
      </w:r>
    </w:p>
    <w:p>
      <w:r>
        <w:rPr>
          <w:rFonts w:ascii="Courier New" w:hAnsi="Courier New"/>
          <w:color w:val="555555"/>
          <w:sz w:val="20"/>
        </w:rPr>
        <w:t>[270]</w:t>
      </w:r>
    </w:p>
    <w:p>
      <w:r>
        <w:rPr>
          <w:rFonts w:ascii="Gentium Plus" w:hAnsi="Gentium Plus"/>
          <w:sz w:val="24"/>
        </w:rPr>
        <w:t>(Σω) καὶ μάλ’ ἡδέως· λέγε. (Γο) εἶναι νομίζω πᾶσιν ἀνθρώποις ἐγὼ τοῖς τ’ εὐτυχοῦσιν τοῖς τε πράττουσιν κακῶς πέρας τι τούτου καὶ μεταλλαγήν τινα, καὶ τῶι μὲν εὐτυχοῦντι μέχρι τούτου μένειν</w:t>
      </w:r>
    </w:p>
    <w:p>
      <w:r>
        <w:rPr>
          <w:rFonts w:ascii="Courier New" w:hAnsi="Courier New"/>
          <w:color w:val="555555"/>
          <w:sz w:val="20"/>
        </w:rPr>
        <w:t>[275]</w:t>
      </w:r>
    </w:p>
    <w:p>
      <w:r>
        <w:rPr>
          <w:rFonts w:ascii="Gentium Plus" w:hAnsi="Gentium Plus"/>
          <w:sz w:val="24"/>
        </w:rPr>
        <w:t>τὰ πράγματ’ εὐθενοῦντ’ ἀεὶ τὰ τοῦ βίου ὅσον ἂν χρόνον φέρειν δύνηται τὴν τύχην μηδὲν ποήσας ἄδικον· εἰς δὲ τοῦθ’ ὅταν ἔλθηι προαχθεὶς τοῖς ἀγαθοῖς, ἐνταῦθά που τὴν μεταβολὴν τὴν εἰς τὸ χεῖρον λαμβάνει·</w:t>
      </w:r>
    </w:p>
    <w:p>
      <w:r>
        <w:rPr>
          <w:rFonts w:ascii="Courier New" w:hAnsi="Courier New"/>
          <w:color w:val="555555"/>
          <w:sz w:val="20"/>
        </w:rPr>
        <w:t>[280]</w:t>
      </w:r>
    </w:p>
    <w:p>
      <w:r>
        <w:rPr>
          <w:rFonts w:ascii="Gentium Plus" w:hAnsi="Gentium Plus"/>
          <w:sz w:val="24"/>
        </w:rPr>
        <w:t>τοῖς δ’ ἐνδεῶς πράττουσιν, ἂν μηδὲν κακὸν ποιῶσιν ἀποροῦντες, φέρωσιν δ’ εὐγενῶς τὸν δαίμον’, εἰς πίστιν ποτ’ ἐλθόντας χρόνωι, βελτίον’ εἶναι μερίδα προσδοκᾶν τινα. τί οὖν λέγω; μήτ’ αὐτός, εἰ σφόδρ’ εὐπορεῖς,</w:t>
      </w:r>
    </w:p>
    <w:p>
      <w:r>
        <w:rPr>
          <w:rFonts w:ascii="Courier New" w:hAnsi="Courier New"/>
          <w:color w:val="555555"/>
          <w:sz w:val="20"/>
        </w:rPr>
        <w:t>[285]</w:t>
      </w:r>
    </w:p>
    <w:p>
      <w:r>
        <w:rPr>
          <w:rFonts w:ascii="Gentium Plus" w:hAnsi="Gentium Plus"/>
          <w:sz w:val="24"/>
        </w:rPr>
        <w:t>πίστευε τούτωι, μήτε τῶν πτωχῶν πάλιν ἡμῶν καταφρόνει· τοῦ διευτυχεῖν δ’ ἀεὶ πάρεχε σεαυτὸν τοῖς ὁρῶσιν ἄξιον. Σω ἄτοπον δέ σοι τι φαίνομαι νυνὶ ποεῖν; (Γο) ἔργον δοκεῖς μοι φαῦλον ἐζηλωκέναι,</w:t>
      </w:r>
    </w:p>
    <w:p>
      <w:r>
        <w:rPr>
          <w:rFonts w:ascii="Courier New" w:hAnsi="Courier New"/>
          <w:color w:val="555555"/>
          <w:sz w:val="20"/>
        </w:rPr>
        <w:t>[290]</w:t>
      </w:r>
    </w:p>
    <w:p>
      <w:r>
        <w:rPr>
          <w:rFonts w:ascii="Gentium Plus" w:hAnsi="Gentium Plus"/>
          <w:sz w:val="24"/>
        </w:rPr>
        <w:t>πείσειν νομίζων ἐξαμαρτεῖν παρθένον ἐλευθέραν, ἢ καιρὸν ἐπιτηρῶν τινα</w:t>
      </w:r>
    </w:p>
    <w:p>
      <w:r>
        <w:rPr>
          <w:rFonts w:ascii="Courier New" w:hAnsi="Courier New"/>
          <w:color w:val="555555"/>
          <w:sz w:val="20"/>
        </w:rPr>
        <w:t>[293]</w:t>
      </w:r>
    </w:p>
    <w:p>
      <w:r>
        <w:rPr>
          <w:rFonts w:ascii="Gentium Plus" w:hAnsi="Gentium Plus"/>
          <w:sz w:val="24"/>
        </w:rPr>
        <w:t>(Σω) Ἄπολλον.</w:t>
      </w:r>
    </w:p>
    <w:p>
      <w:r>
        <w:rPr>
          <w:rFonts w:ascii="Courier New" w:hAnsi="Courier New"/>
          <w:color w:val="555555"/>
          <w:sz w:val="20"/>
        </w:rPr>
        <w:t>[293]</w:t>
      </w:r>
    </w:p>
    <w:p>
      <w:r>
        <w:rPr>
          <w:rFonts w:ascii="Gentium Plus" w:hAnsi="Gentium Plus"/>
          <w:sz w:val="24"/>
        </w:rPr>
        <w:t>(Γο) οὐ δίκαιόν ἐστι γοῦν τὴν σὴν σχολὴν τοῖς ἀσχολουμένοις κακὸν</w:t>
      </w:r>
    </w:p>
    <w:p>
      <w:r>
        <w:rPr>
          <w:rFonts w:ascii="Courier New" w:hAnsi="Courier New"/>
          <w:color w:val="555555"/>
          <w:sz w:val="20"/>
        </w:rPr>
        <w:t>[295]</w:t>
      </w:r>
    </w:p>
    <w:p>
      <w:r>
        <w:rPr>
          <w:rFonts w:ascii="Gentium Plus" w:hAnsi="Gentium Plus"/>
          <w:sz w:val="24"/>
        </w:rPr>
        <w:t>ἡμῖν γενέσθαι. τῶν δ’ ἁπάντων ἴσθ’ ὅτι πτωχὸς ἀδικηθείς ἐστι δυσκολώτατο[ν. πρῶτον μέν ἐστ’ ἐλεινός, εἶτα λαμβάνει οὐκ εἰς ἀδικίαν ὅσα πέπονθ’, ἀλλ’ εἰς [ὕβριν. Σω μειράκιον, οὕτως εὐτυχοίης, βραχ[ύ τι μου</w:t>
      </w:r>
    </w:p>
    <w:p>
      <w:r>
        <w:rPr>
          <w:rFonts w:ascii="Courier New" w:hAnsi="Courier New"/>
          <w:color w:val="555555"/>
          <w:sz w:val="20"/>
        </w:rPr>
        <w:t>[(300)]</w:t>
      </w:r>
    </w:p>
    <w:p>
      <w:r>
        <w:rPr>
          <w:rFonts w:ascii="Gentium Plus" w:hAnsi="Gentium Plus"/>
          <w:sz w:val="24"/>
        </w:rPr>
        <w:t>ἄκουσον—</w:t>
      </w:r>
    </w:p>
    <w:p>
      <w:r>
        <w:rPr>
          <w:rFonts w:ascii="Courier New" w:hAnsi="Courier New"/>
          <w:color w:val="555555"/>
          <w:sz w:val="20"/>
        </w:rPr>
        <w:t>[(300)]</w:t>
      </w:r>
    </w:p>
    <w:p>
      <w:r>
        <w:rPr>
          <w:rFonts w:ascii="Gentium Plus" w:hAnsi="Gentium Plus"/>
          <w:sz w:val="24"/>
        </w:rPr>
        <w:t>(Δα) εὖ γε, δέσποθ’, οὕτω πολλά [μοι ἀγαθὰ γένοιτο.</w:t>
      </w:r>
    </w:p>
    <w:p>
      <w:r>
        <w:rPr>
          <w:rFonts w:ascii="Courier New" w:hAnsi="Courier New"/>
          <w:color w:val="555555"/>
          <w:sz w:val="20"/>
        </w:rPr>
        <w:t>[301]</w:t>
      </w:r>
    </w:p>
    <w:p>
      <w:r>
        <w:rPr>
          <w:rFonts w:ascii="Gentium Plus" w:hAnsi="Gentium Plus"/>
          <w:sz w:val="24"/>
        </w:rPr>
        <w:t>(Σω) —καὶ σύ γ’, ὁ λαλῶν πρ[ὶν μαθεῖν. κόρην τιν’ εἶδο[ν ἐνθαδί· τ]αύτης ἐρῶ. εἰ τοῦτ’ ἀδίκημ’ ε̣[ἴρηκ]α̣ς, ἠδίκηκ’ ἴσως. τί γὰρ ἄν τις εἴποι; π[λὴν π]ορεύομ’ ἐνθάδε</w:t>
      </w:r>
    </w:p>
    <w:p>
      <w:r>
        <w:rPr>
          <w:rFonts w:ascii="Courier New" w:hAnsi="Courier New"/>
          <w:color w:val="555555"/>
          <w:sz w:val="20"/>
        </w:rPr>
        <w:t>[305]</w:t>
      </w:r>
    </w:p>
    <w:p>
      <w:r>
        <w:rPr>
          <w:rFonts w:ascii="Gentium Plus" w:hAnsi="Gentium Plus"/>
          <w:sz w:val="24"/>
        </w:rPr>
        <w:t>οὐχὶ πρὸς ἐκείνην, βούλομαι δ’ αὐτῆς ἰδεῖν τὸν πατέρ’. ἐγὼ γάρ, ὢν ἐλεύθερος, βίον ἱκανὸν ἔχων, ἕτοιμός εἰμι λαμβάνειν αὐτὴν ἄπροικον, πίστιν ἐπιθεὶς διατελεῖν στέργων. ἐπὶ κακῶι δ’ εἰ προσελήλυθ’ ἐνθάδε</w:t>
      </w:r>
    </w:p>
    <w:p>
      <w:r>
        <w:rPr>
          <w:rFonts w:ascii="Courier New" w:hAnsi="Courier New"/>
          <w:color w:val="555555"/>
          <w:sz w:val="20"/>
        </w:rPr>
        <w:t>[310]</w:t>
      </w:r>
    </w:p>
    <w:p>
      <w:r>
        <w:rPr>
          <w:rFonts w:ascii="Gentium Plus" w:hAnsi="Gentium Plus"/>
          <w:sz w:val="24"/>
        </w:rPr>
        <w:t>ἢ βουλόμενος ὑμῶν 〈τι〉 κακοτεχνεῖν λάθραι, οὗτός μ’ ὁ Πάν, μειράκιον, αἱ Νύμφαι θ’ ἅμα ἀπόπληκτον αὐτοῦ πλησίον τῆς οἰκίας ἤδη ποήσειαν. τετάραγμ’, 〈εὖ〉 ἴσθ’ ὅτι, οὐδὲ μετρίως, εἴ σοι τοιοῦτος φαίνομαι.</w:t>
      </w:r>
    </w:p>
    <w:p>
      <w:r>
        <w:rPr>
          <w:rFonts w:ascii="Courier New" w:hAnsi="Courier New"/>
          <w:color w:val="555555"/>
          <w:sz w:val="20"/>
        </w:rPr>
        <w:t>[315]</w:t>
      </w:r>
    </w:p>
    <w:p>
      <w:r>
        <w:rPr>
          <w:rFonts w:ascii="Gentium Plus" w:hAnsi="Gentium Plus"/>
          <w:sz w:val="24"/>
        </w:rPr>
        <w:t>Γο ἀλλ’ εἴ τι κἀγὼ τοῦ δέοντος σφοδρότερον εἴρηκα, μηδὲν τοῦτο λυπείτω ς’ ἔτι. ἅμα γὰρ μεταπείθεις ταῦτα καὶ φίλον μ’ ἔχεις.</w:t>
      </w:r>
    </w:p>
    <w:p>
      <w:r>
        <w:rPr>
          <w:rFonts w:ascii="Courier New" w:hAnsi="Courier New"/>
          <w:color w:val="555555"/>
          <w:sz w:val="20"/>
        </w:rPr>
        <w:t>[320]</w:t>
      </w:r>
    </w:p>
    <w:p>
      <w:r>
        <w:rPr>
          <w:rFonts w:ascii="Gentium Plus" w:hAnsi="Gentium Plus"/>
          <w:sz w:val="24"/>
        </w:rPr>
        <w:t>Σω καὶ χρήσιμός γ’ εἶ, νὴ Δί’, εἰς τὰ λοιπά μοι. (Γο) τί χρήσιμος;</w:t>
      </w:r>
    </w:p>
    <w:p>
      <w:r>
        <w:rPr>
          <w:rFonts w:ascii="Courier New" w:hAnsi="Courier New"/>
          <w:color w:val="555555"/>
          <w:sz w:val="20"/>
        </w:rPr>
        <w:t>[321]</w:t>
      </w:r>
    </w:p>
    <w:p>
      <w:r>
        <w:rPr>
          <w:rFonts w:ascii="Gentium Plus" w:hAnsi="Gentium Plus"/>
          <w:sz w:val="24"/>
        </w:rPr>
        <w:t>(Σω) γεννικὸν ὁρῶ σε τῶι τρόπωι. (Γο) οὐ πρόφασιν εἰπὼν βούλομ’ ἀποπέμψαι κενήν, τὰ δ’ ὄντα πράγματ’ ἐμφανίσαι. ταύτηι πατήρ ἐσθ’ οἷος οὐδεὶς γέγονεν οὔτε τῶν πάλαι</w:t>
      </w:r>
    </w:p>
    <w:p>
      <w:r>
        <w:rPr>
          <w:rFonts w:ascii="Courier New" w:hAnsi="Courier New"/>
          <w:color w:val="555555"/>
          <w:sz w:val="20"/>
        </w:rPr>
        <w:t>[325]</w:t>
      </w:r>
    </w:p>
    <w:p>
      <w:r>
        <w:rPr>
          <w:rFonts w:ascii="Gentium Plus" w:hAnsi="Gentium Plus"/>
          <w:sz w:val="24"/>
        </w:rPr>
        <w:t>ἄνθρωπος οὔτε τῶν καθ’ ἡμᾶς.</w:t>
      </w:r>
    </w:p>
    <w:p>
      <w:r>
        <w:rPr>
          <w:rFonts w:ascii="Courier New" w:hAnsi="Courier New"/>
          <w:color w:val="555555"/>
          <w:sz w:val="20"/>
        </w:rPr>
        <w:t>[325]</w:t>
      </w:r>
    </w:p>
    <w:p>
      <w:r>
        <w:rPr>
          <w:rFonts w:ascii="Gentium Plus" w:hAnsi="Gentium Plus"/>
          <w:sz w:val="24"/>
        </w:rPr>
        <w:t>(Σω) ὁ χαλεπός· σχεδὸν οἶδα.</w:t>
      </w:r>
    </w:p>
    <w:p>
      <w:r>
        <w:rPr>
          <w:rFonts w:ascii="Courier New" w:hAnsi="Courier New"/>
          <w:color w:val="555555"/>
          <w:sz w:val="20"/>
        </w:rPr>
        <w:t>[326]</w:t>
      </w:r>
    </w:p>
    <w:p>
      <w:r>
        <w:rPr>
          <w:rFonts w:ascii="Gentium Plus" w:hAnsi="Gentium Plus"/>
          <w:sz w:val="24"/>
        </w:rPr>
        <w:t>(Γο) ὑπερβολή τις ἐστὶν τοῦ κακοῦ. τούτωι ταλάντων ἔστ’ ἴσως τουτὶ δυεῖν τὸ κτῆμα. τοῦτ’ αὐτὸς γεωργῶν διατελεῖ μόνος, συνεργὸν δ’ οὐδέν’ ἀνθρώπων ἔχων,</w:t>
      </w:r>
    </w:p>
    <w:p>
      <w:r>
        <w:rPr>
          <w:rFonts w:ascii="Courier New" w:hAnsi="Courier New"/>
          <w:color w:val="555555"/>
          <w:sz w:val="20"/>
        </w:rPr>
        <w:t>[330]</w:t>
      </w:r>
    </w:p>
    <w:p>
      <w:r>
        <w:rPr>
          <w:rFonts w:ascii="Gentium Plus" w:hAnsi="Gentium Plus"/>
          <w:sz w:val="24"/>
        </w:rPr>
        <w:t>οὐκ οἰκέτην οἰκεῖον, οὐκ ἐκ τοῦ τόπου μισθωτόν, οὐχὶ γείτον’, ἀλλ’ αὐτὸς μόνος. ἥδιστόν ἐστ’ αὐτῶι γὰρ ἀνθρώπων ὁρᾶν οὐδένα. μεθ’ αὑτοῦ τὴν κόρην ἐργάζεται ἔχων τὰ πολλά· προσλαλεῖ ταύτηι μόνηι,</w:t>
      </w:r>
    </w:p>
    <w:p>
      <w:r>
        <w:rPr>
          <w:rFonts w:ascii="Courier New" w:hAnsi="Courier New"/>
          <w:color w:val="555555"/>
          <w:sz w:val="20"/>
        </w:rPr>
        <w:t>[335]</w:t>
      </w:r>
    </w:p>
    <w:p>
      <w:r>
        <w:rPr>
          <w:rFonts w:ascii="Gentium Plus" w:hAnsi="Gentium Plus"/>
          <w:sz w:val="24"/>
        </w:rPr>
        <w:t>ἑτέρωι δὲ τοῦτ’ οὐκ ἂν ποήσαι ῥαιδίως. τότε φησὶν ἐκδώσειν ἐκείνην, ἡνίκ’ ἂν ὁμότροπον αὑτῶι νυμφίον λάβηι.</w:t>
      </w:r>
    </w:p>
    <w:p>
      <w:r>
        <w:rPr>
          <w:rFonts w:ascii="Courier New" w:hAnsi="Courier New"/>
          <w:color w:val="555555"/>
          <w:sz w:val="20"/>
        </w:rPr>
        <w:t>[337]</w:t>
      </w:r>
    </w:p>
    <w:p>
      <w:r>
        <w:rPr>
          <w:rFonts w:ascii="Gentium Plus" w:hAnsi="Gentium Plus"/>
          <w:sz w:val="24"/>
        </w:rPr>
        <w:t>(Σω) λέγεις οὐδέποτε.</w:t>
      </w:r>
    </w:p>
    <w:p>
      <w:r>
        <w:rPr>
          <w:rFonts w:ascii="Courier New" w:hAnsi="Courier New"/>
          <w:color w:val="555555"/>
          <w:sz w:val="20"/>
        </w:rPr>
        <w:t>[338]</w:t>
      </w:r>
    </w:p>
    <w:p>
      <w:r>
        <w:rPr>
          <w:rFonts w:ascii="Gentium Plus" w:hAnsi="Gentium Plus"/>
          <w:sz w:val="24"/>
        </w:rPr>
        <w:t>(Γο) μὴ δὴ πράγματ’, ὦ βέλτιστ’, ἔχε· μάτην γὰρ ἕξεις. τοὺς δ’ ἀναγκαίους ἔα</w:t>
      </w:r>
    </w:p>
    <w:p>
      <w:r>
        <w:rPr>
          <w:rFonts w:ascii="Courier New" w:hAnsi="Courier New"/>
          <w:color w:val="555555"/>
          <w:sz w:val="20"/>
        </w:rPr>
        <w:t>[340]</w:t>
      </w:r>
    </w:p>
    <w:p>
      <w:r>
        <w:rPr>
          <w:rFonts w:ascii="Gentium Plus" w:hAnsi="Gentium Plus"/>
          <w:sz w:val="24"/>
        </w:rPr>
        <w:t>ἡμᾶς φέρειν ταῦθ’, οἷς δίδωσιν ἡ τύχη. (Σω) πρὸς τῶν θεῶν οὐπώποτ’ ἠράσθης τινός, μειράκιον;</w:t>
      </w:r>
    </w:p>
    <w:p>
      <w:r>
        <w:rPr>
          <w:rFonts w:ascii="Courier New" w:hAnsi="Courier New"/>
          <w:color w:val="555555"/>
          <w:sz w:val="20"/>
        </w:rPr>
        <w:t>[342]</w:t>
      </w:r>
    </w:p>
    <w:p>
      <w:r>
        <w:rPr>
          <w:rFonts w:ascii="Gentium Plus" w:hAnsi="Gentium Plus"/>
          <w:sz w:val="24"/>
        </w:rPr>
        <w:t>(Γο) οὐδ’ ἔξεστί μοι, βέλτιστε.</w:t>
      </w:r>
    </w:p>
    <w:p>
      <w:r>
        <w:rPr>
          <w:rFonts w:ascii="Courier New" w:hAnsi="Courier New"/>
          <w:color w:val="555555"/>
          <w:sz w:val="20"/>
        </w:rPr>
        <w:t>[342]</w:t>
      </w:r>
    </w:p>
    <w:p>
      <w:r>
        <w:rPr>
          <w:rFonts w:ascii="Gentium Plus" w:hAnsi="Gentium Plus"/>
          <w:sz w:val="24"/>
        </w:rPr>
        <w:t>(Σω) πῶς; τίς ἔσθ’ ὁ κωλύων;</w:t>
      </w:r>
    </w:p>
    <w:p>
      <w:r>
        <w:rPr>
          <w:rFonts w:ascii="Courier New" w:hAnsi="Courier New"/>
          <w:color w:val="555555"/>
          <w:sz w:val="20"/>
        </w:rPr>
        <w:t>[343]</w:t>
      </w:r>
    </w:p>
    <w:p>
      <w:r>
        <w:rPr>
          <w:rFonts w:ascii="Gentium Plus" w:hAnsi="Gentium Plus"/>
          <w:sz w:val="24"/>
        </w:rPr>
        <w:t>(Γο) ὁ τῶν ὄντων κακῶν</w:t>
      </w:r>
    </w:p>
    <w:p>
      <w:r>
        <w:rPr>
          <w:rFonts w:ascii="Courier New" w:hAnsi="Courier New"/>
          <w:color w:val="555555"/>
          <w:sz w:val="20"/>
        </w:rPr>
        <w:t>[345]</w:t>
      </w:r>
    </w:p>
    <w:p>
      <w:r>
        <w:rPr>
          <w:rFonts w:ascii="Gentium Plus" w:hAnsi="Gentium Plus"/>
          <w:sz w:val="24"/>
        </w:rPr>
        <w:t>(Σω) οὔ μοι δοκεῖς· ἀπειρότερον γοῦν διαλέγει περὶ ταῦτ’· ἀποστῆναι κελεύεις μ’. οὐκέτι τοῦτ’ ἐσ]τὶν ἐπ’ ἐμοί, τῶι θεῶι δέ.</w:t>
      </w:r>
    </w:p>
    <w:p>
      <w:r>
        <w:rPr>
          <w:rFonts w:ascii="Courier New" w:hAnsi="Courier New"/>
          <w:color w:val="555555"/>
          <w:sz w:val="20"/>
        </w:rPr>
        <w:t>[347]</w:t>
      </w:r>
    </w:p>
    <w:p>
      <w:r>
        <w:rPr>
          <w:rFonts w:ascii="Gentium Plus" w:hAnsi="Gentium Plus"/>
          <w:sz w:val="24"/>
        </w:rPr>
        <w:t>(Γο) τοιγαροῦν οὐδὲ]ν ἀδικεῖς ἡμᾶς, μάτην δὲ κακοπαθεῖς. (Σω) οὐκ, εἰ λά]βοιμι τὴν κόρην.</w:t>
      </w:r>
    </w:p>
    <w:p>
      <w:r>
        <w:rPr>
          <w:rFonts w:ascii="Courier New" w:hAnsi="Courier New"/>
          <w:color w:val="555555"/>
          <w:sz w:val="20"/>
        </w:rPr>
        <w:t>[349]</w:t>
      </w:r>
    </w:p>
    <w:p>
      <w:r>
        <w:rPr>
          <w:rFonts w:ascii="Gentium Plus" w:hAnsi="Gentium Plus"/>
          <w:sz w:val="24"/>
        </w:rPr>
        <w:t>(Γο) οὐκ ἂν λάβοις.</w:t>
      </w:r>
    </w:p>
    <w:p>
      <w:r>
        <w:rPr>
          <w:rFonts w:ascii="Courier New" w:hAnsi="Courier New"/>
          <w:color w:val="555555"/>
          <w:sz w:val="20"/>
        </w:rPr>
        <w:t>[(350)]</w:t>
      </w:r>
    </w:p>
    <w:p>
      <w:r>
        <w:rPr>
          <w:rFonts w:ascii="Gentium Plus" w:hAnsi="Gentium Plus"/>
          <w:sz w:val="24"/>
        </w:rPr>
        <w:t>[ ]υνα † συν〈α〉κολουθήσας ἐμοὶ [ ]παρατης †· πλησίον γὰρ τὴν νάπην ἐργάζε]θ̣’ ἡμῶν.</w:t>
      </w:r>
    </w:p>
    <w:p>
      <w:r>
        <w:rPr>
          <w:rFonts w:ascii="Courier New" w:hAnsi="Courier New"/>
          <w:color w:val="555555"/>
          <w:sz w:val="20"/>
        </w:rPr>
        <w:t>[352]</w:t>
      </w:r>
    </w:p>
    <w:p>
      <w:r>
        <w:rPr>
          <w:rFonts w:ascii="Gentium Plus" w:hAnsi="Gentium Plus"/>
          <w:sz w:val="24"/>
        </w:rPr>
        <w:t>(Σω) πῶς;</w:t>
      </w:r>
    </w:p>
    <w:p>
      <w:r>
        <w:rPr>
          <w:rFonts w:ascii="Courier New" w:hAnsi="Courier New"/>
          <w:color w:val="555555"/>
          <w:sz w:val="20"/>
        </w:rPr>
        <w:t>[352]</w:t>
      </w:r>
    </w:p>
    <w:p>
      <w:r>
        <w:rPr>
          <w:rFonts w:ascii="Gentium Plus" w:hAnsi="Gentium Plus"/>
          <w:sz w:val="24"/>
        </w:rPr>
        <w:t>(Γο) λόγον τιν’ ἐμβαλῶ περὶ τοῦ] γάμου 〈τοῦ〉 τῆς κόρης· τὸ τοιοῦτο γὰρ ἴδοιμι κἂ]ν αὐτὸς γενόμενον ἄσμενος.</w:t>
      </w:r>
    </w:p>
    <w:p>
      <w:r>
        <w:rPr>
          <w:rFonts w:ascii="Courier New" w:hAnsi="Courier New"/>
          <w:color w:val="555555"/>
          <w:sz w:val="20"/>
        </w:rPr>
        <w:t>[355]</w:t>
      </w:r>
    </w:p>
    <w:p>
      <w:r>
        <w:rPr>
          <w:rFonts w:ascii="Gentium Plus" w:hAnsi="Gentium Plus"/>
          <w:sz w:val="24"/>
        </w:rPr>
        <w:t>εὐθὺς μαχεῖται πᾶσι, λοιδορούμενος εἰς τοὺς βίους οὓς ζῶσι· σὲ δ’ [ἄγοντ’ ἂν] ἴδηι σχολὴν τρυφῶντά τ’, οὐδ’ ὁρῶν γ’ ἀνέξεται. Σω νῦν ἔστ’ ἐκεῖ;</w:t>
      </w:r>
    </w:p>
    <w:p>
      <w:r>
        <w:rPr>
          <w:rFonts w:ascii="Courier New" w:hAnsi="Courier New"/>
          <w:color w:val="555555"/>
          <w:sz w:val="20"/>
        </w:rPr>
        <w:t>[358]</w:t>
      </w:r>
    </w:p>
    <w:p>
      <w:r>
        <w:rPr>
          <w:rFonts w:ascii="Gentium Plus" w:hAnsi="Gentium Plus"/>
          <w:sz w:val="24"/>
        </w:rPr>
        <w:t>(Γο) μὰ Δί’, ἀλλὰ μ[ικρ]ὸν ὕστερον ἔξεισιν ἣν εἴωθεν.</w:t>
      </w:r>
    </w:p>
    <w:p>
      <w:r>
        <w:rPr>
          <w:rFonts w:ascii="Courier New" w:hAnsi="Courier New"/>
          <w:color w:val="555555"/>
          <w:sz w:val="20"/>
        </w:rPr>
        <w:t>[359]</w:t>
      </w:r>
    </w:p>
    <w:p>
      <w:r>
        <w:rPr>
          <w:rFonts w:ascii="Gentium Plus" w:hAnsi="Gentium Plus"/>
          <w:sz w:val="24"/>
        </w:rPr>
        <w:t>(Σω) ὦ τᾶν, τὴν κόρην</w:t>
      </w:r>
    </w:p>
    <w:p>
      <w:r>
        <w:rPr>
          <w:rFonts w:ascii="Courier New" w:hAnsi="Courier New"/>
          <w:color w:val="555555"/>
          <w:sz w:val="20"/>
        </w:rPr>
        <w:t>[360]</w:t>
      </w:r>
    </w:p>
    <w:p>
      <w:r>
        <w:rPr>
          <w:rFonts w:ascii="Gentium Plus" w:hAnsi="Gentium Plus"/>
          <w:sz w:val="24"/>
        </w:rPr>
        <w:t>ἄγων μεθ’ αὑτοῦ, φήις;</w:t>
      </w:r>
    </w:p>
    <w:p>
      <w:r>
        <w:rPr>
          <w:rFonts w:ascii="Courier New" w:hAnsi="Courier New"/>
          <w:color w:val="555555"/>
          <w:sz w:val="20"/>
        </w:rPr>
        <w:t>[360]</w:t>
      </w:r>
    </w:p>
    <w:p>
      <w:r>
        <w:rPr>
          <w:rFonts w:ascii="Gentium Plus" w:hAnsi="Gentium Plus"/>
          <w:sz w:val="24"/>
        </w:rPr>
        <w:t>(Γο) ὅπως ἂν τοῦτό γε</w:t>
      </w:r>
    </w:p>
    <w:p>
      <w:r>
        <w:rPr>
          <w:rFonts w:ascii="Courier New" w:hAnsi="Courier New"/>
          <w:color w:val="555555"/>
          <w:sz w:val="20"/>
        </w:rPr>
        <w:t>[361]</w:t>
      </w:r>
    </w:p>
    <w:p>
      <w:r>
        <w:rPr>
          <w:rFonts w:ascii="Gentium Plus" w:hAnsi="Gentium Plus"/>
          <w:sz w:val="24"/>
        </w:rPr>
        <w:t>(Σω) βαδίζειν 〈εἰμ’〉 ἕτοιμος οἷ λέγεις. ἀλλ’, ἀντιβολῶ, συναγώνισαί μοι.</w:t>
      </w:r>
    </w:p>
    <w:p>
      <w:r>
        <w:rPr>
          <w:rFonts w:ascii="Courier New" w:hAnsi="Courier New"/>
          <w:color w:val="555555"/>
          <w:sz w:val="20"/>
        </w:rPr>
        <w:t>[362]</w:t>
      </w:r>
    </w:p>
    <w:p>
      <w:r>
        <w:rPr>
          <w:rFonts w:ascii="Gentium Plus" w:hAnsi="Gentium Plus"/>
          <w:sz w:val="24"/>
        </w:rPr>
        <w:t>(Γο) τίνα τρόπον; (Σω) ὅντινα τρόπον; προάγωμεν οἷ λέγεις.</w:t>
      </w:r>
    </w:p>
    <w:p>
      <w:r>
        <w:rPr>
          <w:rFonts w:ascii="Courier New" w:hAnsi="Courier New"/>
          <w:color w:val="555555"/>
          <w:sz w:val="20"/>
        </w:rPr>
        <w:t>[363]</w:t>
      </w:r>
    </w:p>
    <w:p>
      <w:r>
        <w:rPr>
          <w:rFonts w:ascii="Gentium Plus" w:hAnsi="Gentium Plus"/>
          <w:sz w:val="24"/>
        </w:rPr>
        <w:t>(Δα) τί οὖν; ἐργαζομένοις ἡμῖν παρεστήξεις ἔχων</w:t>
      </w:r>
    </w:p>
    <w:p>
      <w:r>
        <w:rPr>
          <w:rFonts w:ascii="Courier New" w:hAnsi="Courier New"/>
          <w:color w:val="555555"/>
          <w:sz w:val="20"/>
        </w:rPr>
        <w:t>[365]</w:t>
      </w:r>
    </w:p>
    <w:p>
      <w:r>
        <w:rPr>
          <w:rFonts w:ascii="Gentium Plus" w:hAnsi="Gentium Plus"/>
          <w:sz w:val="24"/>
        </w:rPr>
        <w:t>χλανίδα;</w:t>
      </w:r>
    </w:p>
    <w:p>
      <w:r>
        <w:rPr>
          <w:rFonts w:ascii="Courier New" w:hAnsi="Courier New"/>
          <w:color w:val="555555"/>
          <w:sz w:val="20"/>
        </w:rPr>
        <w:t>[365]</w:t>
      </w:r>
    </w:p>
    <w:p>
      <w:r>
        <w:rPr>
          <w:rFonts w:ascii="Gentium Plus" w:hAnsi="Gentium Plus"/>
          <w:sz w:val="24"/>
        </w:rPr>
        <w:t>(Σω) τί δὴ γὰρ οὐχί;</w:t>
      </w:r>
    </w:p>
    <w:p>
      <w:r>
        <w:rPr>
          <w:rFonts w:ascii="Courier New" w:hAnsi="Courier New"/>
          <w:color w:val="555555"/>
          <w:sz w:val="20"/>
        </w:rPr>
        <w:t>[365]</w:t>
      </w:r>
    </w:p>
    <w:p>
      <w:r>
        <w:rPr>
          <w:rFonts w:ascii="Gentium Plus" w:hAnsi="Gentium Plus"/>
          <w:sz w:val="24"/>
        </w:rPr>
        <w:t>Δα ταῖς βώλοις βαλεῖ εὐθύς ς’, ἀποκαλεῖ τ’ ὄλεθρον ἀργόν. ἀλλὰ δεῖ σκάπτειν μεθ’ ἡμῶν ς’· εἰ τύχοι γάρ, τοῦτ’ ἰδὼν ἴσως ἂν ὑπομείνειε καὶ παρὰ σοῦ τινα λόγον, νομίσας αὐτουργὸν εἶναι τῶι βίωι</w:t>
      </w:r>
    </w:p>
    <w:p>
      <w:r>
        <w:rPr>
          <w:rFonts w:ascii="Courier New" w:hAnsi="Courier New"/>
          <w:color w:val="555555"/>
          <w:sz w:val="20"/>
        </w:rPr>
        <w:t>[370]</w:t>
      </w:r>
    </w:p>
    <w:p>
      <w:r>
        <w:rPr>
          <w:rFonts w:ascii="Gentium Plus" w:hAnsi="Gentium Plus"/>
          <w:sz w:val="24"/>
        </w:rPr>
        <w:t>πένητα.</w:t>
      </w:r>
    </w:p>
    <w:p>
      <w:r>
        <w:rPr>
          <w:rFonts w:ascii="Courier New" w:hAnsi="Courier New"/>
          <w:color w:val="555555"/>
          <w:sz w:val="20"/>
        </w:rPr>
        <w:t>[370]</w:t>
      </w:r>
    </w:p>
    <w:p>
      <w:r>
        <w:rPr>
          <w:rFonts w:ascii="Gentium Plus" w:hAnsi="Gentium Plus"/>
          <w:sz w:val="24"/>
        </w:rPr>
        <w:t>(Σω) ἕτοιμος πάντα πειθαρχεῖν. ἄγε. Γο τί κακοπαθεῖν σαυτὸν βιάζηι;</w:t>
      </w:r>
    </w:p>
    <w:p>
      <w:r>
        <w:rPr>
          <w:rFonts w:ascii="Courier New" w:hAnsi="Courier New"/>
          <w:color w:val="555555"/>
          <w:sz w:val="20"/>
        </w:rPr>
        <w:t>[371]</w:t>
      </w:r>
    </w:p>
    <w:p>
      <w:r>
        <w:rPr>
          <w:rFonts w:ascii="Gentium Plus" w:hAnsi="Gentium Plus"/>
          <w:sz w:val="24"/>
        </w:rPr>
        <w:t>Δα βούλομαι ὡς πλεῖστον ἡμᾶς ἐργάσασθαι τήμερον τοῦτόν τε τὴν ὀσφῦν ἀπορρήξανθ’ ἅμα παύσασθ’ ἐνοχλοῦνθ’ ἡμῖν προσιόντα τ’ ἐνθάδε.</w:t>
      </w:r>
    </w:p>
    <w:p>
      <w:r>
        <w:rPr>
          <w:rFonts w:ascii="Courier New" w:hAnsi="Courier New"/>
          <w:color w:val="555555"/>
          <w:sz w:val="20"/>
        </w:rPr>
        <w:t>[375]</w:t>
      </w:r>
    </w:p>
    <w:p>
      <w:r>
        <w:rPr>
          <w:rFonts w:ascii="Gentium Plus" w:hAnsi="Gentium Plus"/>
          <w:sz w:val="24"/>
        </w:rPr>
        <w:t>Σω ἔκφερε δίκελλαν.</w:t>
      </w:r>
    </w:p>
    <w:p>
      <w:r>
        <w:rPr>
          <w:rFonts w:ascii="Courier New" w:hAnsi="Courier New"/>
          <w:color w:val="555555"/>
          <w:sz w:val="20"/>
        </w:rPr>
        <w:t>[375]</w:t>
      </w:r>
    </w:p>
    <w:p>
      <w:r>
        <w:rPr>
          <w:rFonts w:ascii="Gentium Plus" w:hAnsi="Gentium Plus"/>
          <w:sz w:val="24"/>
        </w:rPr>
        <w:t>(Δα) τὴν παρ’ ἐμοῦ λαβὼν ἴθι. τὴν αἱμασιὰν ἐποικοδομήσω γὰρ τέως ἐγώ. ποητέον δὲ καὶ τοῦτ’ ἐστί.</w:t>
      </w:r>
    </w:p>
    <w:p>
      <w:r>
        <w:rPr>
          <w:rFonts w:ascii="Courier New" w:hAnsi="Courier New"/>
          <w:color w:val="555555"/>
          <w:sz w:val="20"/>
        </w:rPr>
        <w:t>[377]</w:t>
      </w:r>
    </w:p>
    <w:p>
      <w:r>
        <w:rPr>
          <w:rFonts w:ascii="Gentium Plus" w:hAnsi="Gentium Plus"/>
          <w:sz w:val="24"/>
        </w:rPr>
        <w:t>(Σω) δός. ἀπέσωσας.</w:t>
      </w:r>
    </w:p>
    <w:p>
      <w:r>
        <w:rPr>
          <w:rFonts w:ascii="Courier New" w:hAnsi="Courier New"/>
          <w:color w:val="555555"/>
          <w:sz w:val="20"/>
        </w:rPr>
        <w:t>[378]</w:t>
      </w:r>
    </w:p>
    <w:p>
      <w:r>
        <w:rPr>
          <w:rFonts w:ascii="Gentium Plus" w:hAnsi="Gentium Plus"/>
          <w:sz w:val="24"/>
        </w:rPr>
        <w:t>〈Δα〉 ὑπάγω, τρόφιμ’· ἐκεῖ διώκετε. (Σω) οὕτως ἔχω· παραποθανεῖν ἤδη με δεῖ</w:t>
      </w:r>
    </w:p>
    <w:p>
      <w:r>
        <w:rPr>
          <w:rFonts w:ascii="Courier New" w:hAnsi="Courier New"/>
          <w:color w:val="555555"/>
          <w:sz w:val="20"/>
        </w:rPr>
        <w:t>[380]</w:t>
      </w:r>
    </w:p>
    <w:p>
      <w:r>
        <w:rPr>
          <w:rFonts w:ascii="Gentium Plus" w:hAnsi="Gentium Plus"/>
          <w:sz w:val="24"/>
        </w:rPr>
        <w:t>ἢ ζῆν ἔχοντα τὴν κόρην.</w:t>
      </w:r>
    </w:p>
    <w:p>
      <w:r>
        <w:rPr>
          <w:rFonts w:ascii="Courier New" w:hAnsi="Courier New"/>
          <w:color w:val="555555"/>
          <w:sz w:val="20"/>
        </w:rPr>
        <w:t>[380]</w:t>
      </w:r>
    </w:p>
    <w:p>
      <w:r>
        <w:rPr>
          <w:rFonts w:ascii="Gentium Plus" w:hAnsi="Gentium Plus"/>
          <w:sz w:val="24"/>
        </w:rPr>
        <w:t>(Γο) εἴπερ λέγεις</w:t>
      </w:r>
    </w:p>
    <w:p>
      <w:r>
        <w:rPr>
          <w:rFonts w:ascii="Courier New" w:hAnsi="Courier New"/>
          <w:color w:val="555555"/>
          <w:sz w:val="20"/>
        </w:rPr>
        <w:t>[381]</w:t>
      </w:r>
    </w:p>
    <w:p>
      <w:r>
        <w:rPr>
          <w:rFonts w:ascii="Gentium Plus" w:hAnsi="Gentium Plus"/>
          <w:sz w:val="24"/>
        </w:rPr>
        <w:t>(Σω) ὦ πολυτίμητοι θεοί, οἷς ἀποτρέπεις νυνὶ γὰρ ὡς οἴει με σύ, τούτοις παρώξυμμ’ εἰς τὸ πρᾶγμα διπλασίως. εἰ μὴ γὰρ ἐν γυναιξίν ἐστιν ἡ κόρη</w:t>
      </w:r>
    </w:p>
    <w:p>
      <w:r>
        <w:rPr>
          <w:rFonts w:ascii="Courier New" w:hAnsi="Courier New"/>
          <w:color w:val="555555"/>
          <w:sz w:val="20"/>
        </w:rPr>
        <w:t>[385]</w:t>
      </w:r>
    </w:p>
    <w:p>
      <w:r>
        <w:rPr>
          <w:rFonts w:ascii="Gentium Plus" w:hAnsi="Gentium Plus"/>
          <w:sz w:val="24"/>
        </w:rPr>
        <w:t>τεθραμμένη μηδ’ οἶδε τῶν ἐν τῶι βίωι τούτων κακῶν μηδὲν ὑπὸ τηθίδος τινὸς δειδισαμένη μαίας τ’, ἐλευθερίως δέ πως μετὰ πατρὸς ἀγρίου μισοπονήρου τῶι τρόπωι, πῶς οὐκ ἐπιτυχεῖν ἐστι ταύτης μακάριον;</w:t>
      </w:r>
    </w:p>
    <w:p>
      <w:r>
        <w:rPr>
          <w:rFonts w:ascii="Courier New" w:hAnsi="Courier New"/>
          <w:color w:val="555555"/>
          <w:sz w:val="20"/>
        </w:rPr>
        <w:t>[390]</w:t>
      </w:r>
    </w:p>
    <w:p>
      <w:r>
        <w:rPr>
          <w:rFonts w:ascii="Gentium Plus" w:hAnsi="Gentium Plus"/>
          <w:sz w:val="24"/>
        </w:rPr>
        <w:t>ἀλλ’ ἡ δίκελλ’ ἄγει τάλαντα τέτταρα αὕτη· προαπολεῖ μ’. οὐ μαλακιστέον δ’ ὅμως, ἐπείπερ ἦργμαι καταπονεῖν τὸ πρᾶγμ’ ἅπαξ. ΣΙΚΩΝ</w:t>
      </w:r>
    </w:p>
    <w:p>
      <w:r>
        <w:rPr>
          <w:rFonts w:ascii="Courier New" w:hAnsi="Courier New"/>
          <w:color w:val="555555"/>
          <w:sz w:val="20"/>
        </w:rPr>
        <w:t>[393]</w:t>
      </w:r>
    </w:p>
    <w:p>
      <w:r>
        <w:rPr>
          <w:rFonts w:ascii="Gentium Plus" w:hAnsi="Gentium Plus"/>
          <w:sz w:val="24"/>
        </w:rPr>
        <w:t>τουτὶ τὸ πρόβατόν ἐστιν οὐ τὸ τυχὸν καλόν. ἄπαγ’ εἰς τὸ βάραθρον. ἂν μὲν αἰρόμενος φέρω</w:t>
      </w:r>
    </w:p>
    <w:p>
      <w:r>
        <w:rPr>
          <w:rFonts w:ascii="Courier New" w:hAnsi="Courier New"/>
          <w:color w:val="555555"/>
          <w:sz w:val="20"/>
        </w:rPr>
        <w:t>[395]</w:t>
      </w:r>
    </w:p>
    <w:p>
      <w:r>
        <w:rPr>
          <w:rFonts w:ascii="Gentium Plus" w:hAnsi="Gentium Plus"/>
          <w:sz w:val="24"/>
        </w:rPr>
        <w:t>μετέωρον, ἔχεται τῶι στόματι θαλλοῦ, κράδης κατεσθίει τὰ θρῖ’, ἀποσπᾶι δ’ εἰς βίαν. ἐὰν δ’ ἀφῆι χαμαί τις, οὐ προέρχεται. τοὐναντίον δὴ γέγονε· κατακέκομμ’ ἐγὼ ὁ μάγειρος ὑπὸ τούτου νεωλκῶν τὴν ὁδόν.</w:t>
      </w:r>
    </w:p>
    <w:p>
      <w:r>
        <w:rPr>
          <w:rFonts w:ascii="Courier New" w:hAnsi="Courier New"/>
          <w:color w:val="555555"/>
          <w:sz w:val="20"/>
        </w:rPr>
        <w:t>[(400)]</w:t>
      </w:r>
    </w:p>
    <w:p>
      <w:r>
        <w:rPr>
          <w:rFonts w:ascii="Gentium Plus" w:hAnsi="Gentium Plus"/>
          <w:sz w:val="24"/>
        </w:rPr>
        <w:t>ἀλλ’ ἐστὶν εὐτυχῶς τὸ νυμφαῖον τοδ[ὶ οὗ θύσομεν. τὸν Πᾶνα χαίρειν. παῖ Γέτα, τοσοῦτ’ ἀπολείπηι;</w:t>
      </w:r>
    </w:p>
    <w:p>
      <w:r>
        <w:rPr>
          <w:rFonts w:ascii="Courier New" w:hAnsi="Courier New"/>
          <w:color w:val="555555"/>
          <w:sz w:val="20"/>
        </w:rPr>
        <w:t>[402]</w:t>
      </w:r>
    </w:p>
    <w:p>
      <w:r>
        <w:rPr>
          <w:rFonts w:ascii="Gentium Plus" w:hAnsi="Gentium Plus"/>
          <w:sz w:val="24"/>
        </w:rPr>
        <w:t>(ΓΕΤΑΣ) τεττάρων γὰρ φορτίον ὄνων συνέδησαν αἱ κάκιστ’ ἀπολούμεναι φέρειν γυναῖκές μοι.</w:t>
      </w:r>
    </w:p>
    <w:p>
      <w:r>
        <w:rPr>
          <w:rFonts w:ascii="Courier New" w:hAnsi="Courier New"/>
          <w:color w:val="555555"/>
          <w:sz w:val="20"/>
        </w:rPr>
        <w:t>[404]</w:t>
      </w:r>
    </w:p>
    <w:p>
      <w:r>
        <w:rPr>
          <w:rFonts w:ascii="Gentium Plus" w:hAnsi="Gentium Plus"/>
          <w:sz w:val="24"/>
        </w:rPr>
        <w:t>(Σι) πολύς τις ἔρχεται</w:t>
      </w:r>
    </w:p>
    <w:p>
      <w:r>
        <w:rPr>
          <w:rFonts w:ascii="Courier New" w:hAnsi="Courier New"/>
          <w:color w:val="555555"/>
          <w:sz w:val="20"/>
        </w:rPr>
        <w:t>[405]</w:t>
      </w:r>
    </w:p>
    <w:p>
      <w:r>
        <w:rPr>
          <w:rFonts w:ascii="Gentium Plus" w:hAnsi="Gentium Plus"/>
          <w:sz w:val="24"/>
        </w:rPr>
        <w:t>ὄχλος ὡς ἔοικε. στρώματ’ ἀδιήγηθ’ ὅσα φέρεις.</w:t>
      </w:r>
    </w:p>
    <w:p>
      <w:r>
        <w:rPr>
          <w:rFonts w:ascii="Courier New" w:hAnsi="Courier New"/>
          <w:color w:val="555555"/>
          <w:sz w:val="20"/>
        </w:rPr>
        <w:t>[406]</w:t>
      </w:r>
    </w:p>
    <w:p>
      <w:r>
        <w:rPr>
          <w:rFonts w:ascii="Gentium Plus" w:hAnsi="Gentium Plus"/>
          <w:sz w:val="24"/>
        </w:rPr>
        <w:t>(Γε) τί δ’ ἐγ[ω...]</w:t>
      </w:r>
    </w:p>
    <w:p>
      <w:r>
        <w:rPr>
          <w:rFonts w:ascii="Courier New" w:hAnsi="Courier New"/>
          <w:color w:val="555555"/>
          <w:sz w:val="20"/>
        </w:rPr>
        <w:t>[406]</w:t>
      </w:r>
    </w:p>
    <w:p>
      <w:r>
        <w:rPr>
          <w:rFonts w:ascii="Gentium Plus" w:hAnsi="Gentium Plus"/>
          <w:sz w:val="24"/>
        </w:rPr>
        <w:t>[Σι] † ἔρεισον ταῦτα δεῦρο.</w:t>
      </w:r>
    </w:p>
    <w:p>
      <w:r>
        <w:rPr>
          <w:rFonts w:ascii="Courier New" w:hAnsi="Courier New"/>
          <w:color w:val="555555"/>
          <w:sz w:val="20"/>
        </w:rPr>
        <w:t>[406]</w:t>
      </w:r>
    </w:p>
    <w:p>
      <w:r>
        <w:rPr>
          <w:rFonts w:ascii="Gentium Plus" w:hAnsi="Gentium Plus"/>
          <w:sz w:val="24"/>
        </w:rPr>
        <w:t>〈Γε〉 ἰδού. ἐὰν ἴδηι γὰρ ἐνύπνιον τὸν Πᾶνα τὸν Παιανιοῖ, τούτωι βαδιούμεθ’, οἶδ’ ὅτι, θύσοντες εὐθύς.</w:t>
      </w:r>
    </w:p>
    <w:p>
      <w:r>
        <w:rPr>
          <w:rFonts w:ascii="Courier New" w:hAnsi="Courier New"/>
          <w:color w:val="555555"/>
          <w:sz w:val="20"/>
        </w:rPr>
        <w:t>[409]</w:t>
      </w:r>
    </w:p>
    <w:p>
      <w:r>
        <w:rPr>
          <w:rFonts w:ascii="Gentium Plus" w:hAnsi="Gentium Plus"/>
          <w:sz w:val="24"/>
        </w:rPr>
        <w:t>(Σι) τίς δ’ ἑόρακεν ἐνύπνιον;</w:t>
      </w:r>
    </w:p>
    <w:p>
      <w:r>
        <w:rPr>
          <w:rFonts w:ascii="Courier New" w:hAnsi="Courier New"/>
          <w:color w:val="555555"/>
          <w:sz w:val="20"/>
        </w:rPr>
        <w:t>[410]</w:t>
      </w:r>
    </w:p>
    <w:p>
      <w:r>
        <w:rPr>
          <w:rFonts w:ascii="Gentium Plus" w:hAnsi="Gentium Plus"/>
          <w:sz w:val="24"/>
        </w:rPr>
        <w:t>(Γε) ἄνθρωπε, μή με κόπτε.</w:t>
      </w:r>
    </w:p>
    <w:p>
      <w:r>
        <w:rPr>
          <w:rFonts w:ascii="Courier New" w:hAnsi="Courier New"/>
          <w:color w:val="555555"/>
          <w:sz w:val="20"/>
        </w:rPr>
        <w:t>[410]</w:t>
      </w:r>
    </w:p>
    <w:p>
      <w:r>
        <w:rPr>
          <w:rFonts w:ascii="Gentium Plus" w:hAnsi="Gentium Plus"/>
          <w:sz w:val="24"/>
        </w:rPr>
        <w:t>(Σι) ὅμως εἶπον, Γέτα. τίς εἶδεν;</w:t>
      </w:r>
    </w:p>
    <w:p>
      <w:r>
        <w:rPr>
          <w:rFonts w:ascii="Courier New" w:hAnsi="Courier New"/>
          <w:color w:val="555555"/>
          <w:sz w:val="20"/>
        </w:rPr>
        <w:t>[411]</w:t>
      </w:r>
    </w:p>
    <w:p>
      <w:r>
        <w:rPr>
          <w:rFonts w:ascii="Gentium Plus" w:hAnsi="Gentium Plus"/>
          <w:sz w:val="24"/>
        </w:rPr>
        <w:t>(Γε) ἡ κεκτημένη.</w:t>
      </w:r>
    </w:p>
    <w:p>
      <w:r>
        <w:rPr>
          <w:rFonts w:ascii="Courier New" w:hAnsi="Courier New"/>
          <w:color w:val="555555"/>
          <w:sz w:val="20"/>
        </w:rPr>
        <w:t>[411]</w:t>
      </w:r>
    </w:p>
    <w:p>
      <w:r>
        <w:rPr>
          <w:rFonts w:ascii="Gentium Plus" w:hAnsi="Gentium Plus"/>
          <w:sz w:val="24"/>
        </w:rPr>
        <w:t>(Σι) τί πρὸς θεῶν; (Γε) ἀπολεῖς. ἐδόκει τὸν Πᾶνα—</w:t>
      </w:r>
    </w:p>
    <w:p>
      <w:r>
        <w:rPr>
          <w:rFonts w:ascii="Courier New" w:hAnsi="Courier New"/>
          <w:color w:val="555555"/>
          <w:sz w:val="20"/>
        </w:rPr>
        <w:t>[412]</w:t>
      </w:r>
    </w:p>
    <w:p>
      <w:r>
        <w:rPr>
          <w:rFonts w:ascii="Gentium Plus" w:hAnsi="Gentium Plus"/>
          <w:sz w:val="24"/>
        </w:rPr>
        <w:t>(Σι) τουτονὶ λέγεις; (Γε) τοῦτον.</w:t>
      </w:r>
    </w:p>
    <w:p>
      <w:r>
        <w:rPr>
          <w:rFonts w:ascii="Courier New" w:hAnsi="Courier New"/>
          <w:color w:val="555555"/>
          <w:sz w:val="20"/>
        </w:rPr>
        <w:t>[413]</w:t>
      </w:r>
    </w:p>
    <w:p>
      <w:r>
        <w:rPr>
          <w:rFonts w:ascii="Gentium Plus" w:hAnsi="Gentium Plus"/>
          <w:sz w:val="24"/>
        </w:rPr>
        <w:t>(Σι) τί ποιεῖν;</w:t>
      </w:r>
    </w:p>
    <w:p>
      <w:r>
        <w:rPr>
          <w:rFonts w:ascii="Courier New" w:hAnsi="Courier New"/>
          <w:color w:val="555555"/>
          <w:sz w:val="20"/>
        </w:rPr>
        <w:t>[413]</w:t>
      </w:r>
    </w:p>
    <w:p>
      <w:r>
        <w:rPr>
          <w:rFonts w:ascii="Gentium Plus" w:hAnsi="Gentium Plus"/>
          <w:sz w:val="24"/>
        </w:rPr>
        <w:t>(Γε) τῶι τροφίμωι τῶι Σωστράτωι— (Σι) κομψῶι νεανίσκωι γε.</w:t>
      </w:r>
    </w:p>
    <w:p>
      <w:r>
        <w:rPr>
          <w:rFonts w:ascii="Courier New" w:hAnsi="Courier New"/>
          <w:color w:val="555555"/>
          <w:sz w:val="20"/>
        </w:rPr>
        <w:t>[414]</w:t>
      </w:r>
    </w:p>
    <w:p>
      <w:r>
        <w:rPr>
          <w:rFonts w:ascii="Gentium Plus" w:hAnsi="Gentium Plus"/>
          <w:sz w:val="24"/>
        </w:rPr>
        <w:t>(Γε) περικρούειν πέδας.</w:t>
      </w:r>
    </w:p>
    <w:p>
      <w:r>
        <w:rPr>
          <w:rFonts w:ascii="Courier New" w:hAnsi="Courier New"/>
          <w:color w:val="555555"/>
          <w:sz w:val="20"/>
        </w:rPr>
        <w:t>[415]</w:t>
      </w:r>
    </w:p>
    <w:p>
      <w:r>
        <w:rPr>
          <w:rFonts w:ascii="Gentium Plus" w:hAnsi="Gentium Plus"/>
          <w:sz w:val="24"/>
        </w:rPr>
        <w:t>(Σι) Ἄπολλον.</w:t>
      </w:r>
    </w:p>
    <w:p>
      <w:r>
        <w:rPr>
          <w:rFonts w:ascii="Courier New" w:hAnsi="Courier New"/>
          <w:color w:val="555555"/>
          <w:sz w:val="20"/>
        </w:rPr>
        <w:t>[415]</w:t>
      </w:r>
    </w:p>
    <w:p>
      <w:r>
        <w:rPr>
          <w:rFonts w:ascii="Gentium Plus" w:hAnsi="Gentium Plus"/>
          <w:sz w:val="24"/>
        </w:rPr>
        <w:t>(Γε) εἶτα δόντα διφθέραν τε καὶ δίκελλαν 〈ἐν〉 τοῦ πλησίον τῶι χωρίωι σκάπτειν κελεύειν.</w:t>
      </w:r>
    </w:p>
    <w:p>
      <w:r>
        <w:rPr>
          <w:rFonts w:ascii="Courier New" w:hAnsi="Courier New"/>
          <w:color w:val="555555"/>
          <w:sz w:val="20"/>
        </w:rPr>
        <w:t>[417]</w:t>
      </w:r>
    </w:p>
    <w:p>
      <w:r>
        <w:rPr>
          <w:rFonts w:ascii="Gentium Plus" w:hAnsi="Gentium Plus"/>
          <w:sz w:val="24"/>
        </w:rPr>
        <w:t>(Σι) ἄτοπον.</w:t>
      </w:r>
    </w:p>
    <w:p>
      <w:r>
        <w:rPr>
          <w:rFonts w:ascii="Courier New" w:hAnsi="Courier New"/>
          <w:color w:val="555555"/>
          <w:sz w:val="20"/>
        </w:rPr>
        <w:t>[417]</w:t>
      </w:r>
    </w:p>
    <w:p>
      <w:r>
        <w:rPr>
          <w:rFonts w:ascii="Gentium Plus" w:hAnsi="Gentium Plus"/>
          <w:sz w:val="24"/>
        </w:rPr>
        <w:t>(Γε) ἀλλὰ θύομεν</w:t>
      </w:r>
    </w:p>
    <w:p>
      <w:r>
        <w:rPr>
          <w:rFonts w:ascii="Courier New" w:hAnsi="Courier New"/>
          <w:color w:val="555555"/>
          <w:sz w:val="20"/>
        </w:rPr>
        <w:t>[420]</w:t>
      </w:r>
    </w:p>
    <w:p>
      <w:r>
        <w:rPr>
          <w:rFonts w:ascii="Gentium Plus" w:hAnsi="Gentium Plus"/>
          <w:sz w:val="24"/>
        </w:rPr>
        <w:t>εἴσω. ποῶμεν στιβάδας ἔνδον εὐτρεπεῖς καὶ τἆλλ’ ἕτοιμα. μηδὲν ἐπικωλυέτω θύειν γ’ ἐπὰν ἔλθωσιν. ἀλλ’ ἀγαθῆι τύχηι. καὶ τὰς ὀφρῦς ἄνες ποτ’, ὦ τρισάθλιε· ἐγώ σε χορτάσω κατὰ τρόπον τήμερον.</w:t>
      </w:r>
    </w:p>
    <w:p>
      <w:r>
        <w:rPr>
          <w:rFonts w:ascii="Courier New" w:hAnsi="Courier New"/>
          <w:color w:val="555555"/>
          <w:sz w:val="20"/>
        </w:rPr>
        <w:t>[425]</w:t>
      </w:r>
    </w:p>
    <w:p>
      <w:r>
        <w:rPr>
          <w:rFonts w:ascii="Gentium Plus" w:hAnsi="Gentium Plus"/>
          <w:sz w:val="24"/>
        </w:rPr>
        <w:t>Γε ἐπαινέτης σοῦ τ’ εἰμι καὶ τῆς 〈σῆσ〉 τέχνης ἔγωγ’ ἀεί ποτ’—οὐχὶ πιστεύω δ’ ὅμως.</w:t>
      </w:r>
    </w:p>
    <w:p>
      <w:r>
        <w:rPr>
          <w:rFonts w:ascii="Courier New" w:hAnsi="Courier New"/>
          <w:color w:val="555555"/>
          <w:sz w:val="20"/>
        </w:rPr>
        <w:t>[426]</w:t>
      </w:r>
    </w:p>
    <w:p>
      <w:r>
        <w:rPr>
          <w:rFonts w:ascii="Gentium Plus" w:hAnsi="Gentium Plus"/>
          <w:sz w:val="24"/>
        </w:rPr>
        <w:t>ΧΟΡΟΥ Κν γραῦ, τὴν θύραν κλείσας’ ἄνοιγε μηδενί, ἕως ἂν ἔλθω δεῦρ’ ἐγὼ πάλιν· σκότους ἔσται δὲ τοῦτο παντελῶς, ὡς οἴομαι.</w:t>
      </w:r>
    </w:p>
    <w:p>
      <w:r>
        <w:rPr>
          <w:rFonts w:ascii="Courier New" w:hAnsi="Courier New"/>
          <w:color w:val="555555"/>
          <w:sz w:val="20"/>
        </w:rPr>
        <w:t>[430]</w:t>
      </w:r>
    </w:p>
    <w:p>
      <w:r>
        <w:rPr>
          <w:rFonts w:ascii="Gentium Plus" w:hAnsi="Gentium Plus"/>
          <w:sz w:val="24"/>
        </w:rPr>
        <w:t>〈ΜΗΤΗΡ〉</w:t>
      </w:r>
    </w:p>
    <w:p>
      <w:r>
        <w:rPr>
          <w:rFonts w:ascii="Courier New" w:hAnsi="Courier New"/>
          <w:color w:val="555555"/>
          <w:sz w:val="20"/>
        </w:rPr>
        <w:t>[430]</w:t>
      </w:r>
    </w:p>
    <w:p>
      <w:r>
        <w:rPr>
          <w:rFonts w:ascii="Gentium Plus" w:hAnsi="Gentium Plus"/>
          <w:sz w:val="24"/>
        </w:rPr>
        <w:t>Πλαγγών, πορεύου θᾶττον· ἤδη τεθυκέναι ἡμᾶς ἔδει.</w:t>
      </w:r>
    </w:p>
    <w:p>
      <w:r>
        <w:rPr>
          <w:rFonts w:ascii="Courier New" w:hAnsi="Courier New"/>
          <w:color w:val="555555"/>
          <w:sz w:val="20"/>
        </w:rPr>
        <w:t>[431]</w:t>
      </w:r>
    </w:p>
    <w:p>
      <w:r>
        <w:rPr>
          <w:rFonts w:ascii="Gentium Plus" w:hAnsi="Gentium Plus"/>
          <w:sz w:val="24"/>
        </w:rPr>
        <w:t>Κν τουτὶ τὸ κακὸν τί βούλεται; ὄχλος τις. ἄπαγ’ ἐς κόρακας.</w:t>
      </w:r>
    </w:p>
    <w:p>
      <w:r>
        <w:rPr>
          <w:rFonts w:ascii="Courier New" w:hAnsi="Courier New"/>
          <w:color w:val="555555"/>
          <w:sz w:val="20"/>
        </w:rPr>
        <w:t>[432]</w:t>
      </w:r>
    </w:p>
    <w:p>
      <w:r>
        <w:rPr>
          <w:rFonts w:ascii="Gentium Plus" w:hAnsi="Gentium Plus"/>
          <w:sz w:val="24"/>
        </w:rPr>
        <w:t>(Μη) αὔλει, Παρθενί, Πανός· σιωπῆι, φασί, τούτωι τῶι θεῶι οὐ δεῖ προσιέναι.</w:t>
      </w:r>
    </w:p>
    <w:p>
      <w:r>
        <w:rPr>
          <w:rFonts w:ascii="Courier New" w:hAnsi="Courier New"/>
          <w:color w:val="555555"/>
          <w:sz w:val="20"/>
        </w:rPr>
        <w:t>[434]</w:t>
      </w:r>
    </w:p>
    <w:p>
      <w:r>
        <w:rPr>
          <w:rFonts w:ascii="Gentium Plus" w:hAnsi="Gentium Plus"/>
          <w:sz w:val="24"/>
        </w:rPr>
        <w:t>(Γε) νὴ Δί’ ἀπεσώθητέ γε.</w:t>
      </w:r>
    </w:p>
    <w:p>
      <w:r>
        <w:rPr>
          <w:rFonts w:ascii="Courier New" w:hAnsi="Courier New"/>
          <w:color w:val="555555"/>
          <w:sz w:val="20"/>
        </w:rPr>
        <w:t>[435]</w:t>
      </w:r>
    </w:p>
    <w:p>
      <w:r>
        <w:rPr>
          <w:rFonts w:ascii="Gentium Plus" w:hAnsi="Gentium Plus"/>
          <w:sz w:val="24"/>
        </w:rPr>
        <w:t>〈Κν〉 ὦ Ἡράκλεις, ἀηδίας.</w:t>
      </w:r>
    </w:p>
    <w:p>
      <w:r>
        <w:rPr>
          <w:rFonts w:ascii="Courier New" w:hAnsi="Courier New"/>
          <w:color w:val="555555"/>
          <w:sz w:val="20"/>
        </w:rPr>
        <w:t>[435]</w:t>
      </w:r>
    </w:p>
    <w:p>
      <w:r>
        <w:rPr>
          <w:rFonts w:ascii="Gentium Plus" w:hAnsi="Gentium Plus"/>
          <w:sz w:val="24"/>
        </w:rPr>
        <w:t>〈Γε〉 καθήμεθα χρόνον τοσοῦτον περιμένοντες.</w:t>
      </w:r>
    </w:p>
    <w:p>
      <w:r>
        <w:rPr>
          <w:rFonts w:ascii="Courier New" w:hAnsi="Courier New"/>
          <w:color w:val="555555"/>
          <w:sz w:val="20"/>
        </w:rPr>
        <w:t>[436]</w:t>
      </w:r>
    </w:p>
    <w:p>
      <w:r>
        <w:rPr>
          <w:rFonts w:ascii="Gentium Plus" w:hAnsi="Gentium Plus"/>
          <w:sz w:val="24"/>
        </w:rPr>
        <w:t>(Μη) εὐτρεπῆ ἅπαντα δ’ ἡμῖν ἐστι;</w:t>
      </w:r>
    </w:p>
    <w:p>
      <w:r>
        <w:rPr>
          <w:rFonts w:ascii="Courier New" w:hAnsi="Courier New"/>
          <w:color w:val="555555"/>
          <w:sz w:val="20"/>
        </w:rPr>
        <w:t>[437]</w:t>
      </w:r>
    </w:p>
    <w:p>
      <w:r>
        <w:rPr>
          <w:rFonts w:ascii="Gentium Plus" w:hAnsi="Gentium Plus"/>
          <w:sz w:val="24"/>
        </w:rPr>
        <w:t>(Γε) ναὶ μὰ τὸν Δία. 〈Μη〉 τὸ γοῦν πρόβατον—μικροῦ τέθνηκε γάρ, τάλαν— οὐ περιμένει τὴν σὴν σχολήν. ἀλλ’ εἴσιτε·</w:t>
      </w:r>
    </w:p>
    <w:p>
      <w:r>
        <w:rPr>
          <w:rFonts w:ascii="Courier New" w:hAnsi="Courier New"/>
          <w:color w:val="555555"/>
          <w:sz w:val="20"/>
        </w:rPr>
        <w:t>[440]</w:t>
      </w:r>
    </w:p>
    <w:p>
      <w:r>
        <w:rPr>
          <w:rFonts w:ascii="Gentium Plus" w:hAnsi="Gentium Plus"/>
          <w:sz w:val="24"/>
        </w:rPr>
        <w:t>κανᾶ πρόχειρα, χέρνιβας, θυλήματα ποιεῖτε.</w:t>
      </w:r>
    </w:p>
    <w:p>
      <w:r>
        <w:rPr>
          <w:rFonts w:ascii="Courier New" w:hAnsi="Courier New"/>
          <w:color w:val="555555"/>
          <w:sz w:val="20"/>
        </w:rPr>
        <w:t>[441]</w:t>
      </w:r>
    </w:p>
    <w:p>
      <w:r>
        <w:rPr>
          <w:rFonts w:ascii="Gentium Plus" w:hAnsi="Gentium Plus"/>
          <w:sz w:val="24"/>
        </w:rPr>
        <w:t>〈Γε〉 ποῖ κέχηνας, ἐμβρόντητε σύ; Κν κακοὶ κακῶς ἀπόλοισθε. ποιοῦσίν γε με ἀργόν· καταλιπεῖν γὰρ μόνην τὴν οἰκίαν οὐκ ἂν δυναίμην. αἱ δὲ Νύμφαι μοι κακὸν</w:t>
      </w:r>
    </w:p>
    <w:p>
      <w:r>
        <w:rPr>
          <w:rFonts w:ascii="Courier New" w:hAnsi="Courier New"/>
          <w:color w:val="555555"/>
          <w:sz w:val="20"/>
        </w:rPr>
        <w:t>[445]</w:t>
      </w:r>
    </w:p>
    <w:p>
      <w:r>
        <w:rPr>
          <w:rFonts w:ascii="Gentium Plus" w:hAnsi="Gentium Plus"/>
          <w:sz w:val="24"/>
        </w:rPr>
        <w:t>ἀεὶ παροικοῦς’, ὥστε μοι δοκῶ πάλιν μετοικοδομήσειν καταβαλὼν τὴν οἰκίαν ἐντεῦθεν. ὡς θύουσι δ’ οἱ τοιχωρύχοι· κοίτας φέρονται, σταμνί’, οὐχὶ τῶν θεῶν ἕνεκ’ ἀλλ’ ἑαυτῶν. ὁ λιβανωτὸς εὐσεβὲς</w:t>
      </w:r>
    </w:p>
    <w:p>
      <w:r>
        <w:rPr>
          <w:rFonts w:ascii="Courier New" w:hAnsi="Courier New"/>
          <w:color w:val="555555"/>
          <w:sz w:val="20"/>
        </w:rPr>
        <w:t>[(450)]</w:t>
      </w:r>
    </w:p>
    <w:p>
      <w:r>
        <w:rPr>
          <w:rFonts w:ascii="Gentium Plus" w:hAnsi="Gentium Plus"/>
          <w:sz w:val="24"/>
        </w:rPr>
        <w:t>καὶ τὸ πόπανον· τοῦτ’ ἔλαβεν ὁ θεὸς ἐπὶ τὸ πῦρ ἅπαν ἐπιτεθέν. οἱ δὲ τὴν ὀσφῦν ἄκραν καὶ τὴν χολήν, ὅτι ἔστ’ ἄβρωτα, τοῖς θεοῖς ἐπιθέντες αὐτοὶ τἆλλα καταπίνουσι. γραῦ, ἄνοιγε θᾶττον τὴν θύραν. [ποητέ]ον</w:t>
      </w:r>
    </w:p>
    <w:p>
      <w:r>
        <w:rPr>
          <w:rFonts w:ascii="Courier New" w:hAnsi="Courier New"/>
          <w:color w:val="555555"/>
          <w:sz w:val="20"/>
        </w:rPr>
        <w:t>[455]</w:t>
      </w:r>
    </w:p>
    <w:p>
      <w:r>
        <w:rPr>
          <w:rFonts w:ascii="Gentium Plus" w:hAnsi="Gentium Plus"/>
          <w:sz w:val="24"/>
        </w:rPr>
        <w:t>ἐστὶν γὰρ ἡμῖν τἄνδον ὡς ἐμοὶ δοκεῖ. (Γε) τὸ λεβήτιον, φήις, ἐπιλέλη[σθ]ε; παντελῶς ἀποκραιπαλᾶτε. καὶ τί νῦν ποιήσομεν; ἐνοχλητέον τοῖς γειτνιῶσι τῶι θεῶι</w:t>
      </w:r>
    </w:p>
    <w:p>
      <w:r>
        <w:rPr>
          <w:rFonts w:ascii="Courier New" w:hAnsi="Courier New"/>
          <w:color w:val="555555"/>
          <w:sz w:val="20"/>
        </w:rPr>
        <w:t>[460]</w:t>
      </w:r>
    </w:p>
    <w:p>
      <w:r>
        <w:rPr>
          <w:rFonts w:ascii="Gentium Plus" w:hAnsi="Gentium Plus"/>
          <w:sz w:val="24"/>
        </w:rPr>
        <w:t>θεραπαινίδια γὰρ ἀθλιώτερ’ οὐδαμοῦ οἶμαι τρέφεσθαι. παῖδες. οὐδὲν ἄλλο πλὴν κινητιᾶν ἐπίσταται—παῖδες καλοί— καὶ διαβαλεῖν ἐὰν ἴδηι τις. παιδίον. τουτὶ τὸ κακὸν 〈τί〉 ἐστί; παῖδες. οὐδὲ εἷς</w:t>
      </w:r>
    </w:p>
    <w:p>
      <w:r>
        <w:rPr>
          <w:rFonts w:ascii="Courier New" w:hAnsi="Courier New"/>
          <w:color w:val="555555"/>
          <w:sz w:val="20"/>
        </w:rPr>
        <w:t>[465]</w:t>
      </w:r>
    </w:p>
    <w:p>
      <w:r>
        <w:rPr>
          <w:rFonts w:ascii="Gentium Plus" w:hAnsi="Gentium Plus"/>
          <w:sz w:val="24"/>
        </w:rPr>
        <w:t>ἐστ’ ἔνδον. ἠήν. προστρέχειν τις φαίνεται. Κν τί τῆς θύρας ἅπτει, τρισάθλι’, εἰπέ μοι, ἄνθρωπε;</w:t>
      </w:r>
    </w:p>
    <w:p>
      <w:r>
        <w:rPr>
          <w:rFonts w:ascii="Courier New" w:hAnsi="Courier New"/>
          <w:color w:val="555555"/>
          <w:sz w:val="20"/>
        </w:rPr>
        <w:t>[467]</w:t>
      </w:r>
    </w:p>
    <w:p>
      <w:r>
        <w:rPr>
          <w:rFonts w:ascii="Gentium Plus" w:hAnsi="Gentium Plus"/>
          <w:sz w:val="24"/>
        </w:rPr>
        <w:t>〈Γε〉 μὴ δάκηις.</w:t>
      </w:r>
    </w:p>
    <w:p>
      <w:r>
        <w:rPr>
          <w:rFonts w:ascii="Courier New" w:hAnsi="Courier New"/>
          <w:color w:val="555555"/>
          <w:sz w:val="20"/>
        </w:rPr>
        <w:t>[467]</w:t>
      </w:r>
    </w:p>
    <w:p>
      <w:r>
        <w:rPr>
          <w:rFonts w:ascii="Gentium Plus" w:hAnsi="Gentium Plus"/>
          <w:sz w:val="24"/>
        </w:rPr>
        <w:t>(Κν) ἐγώ σε νὴ Δία, καὶ κατέδομαί γε ζῶντα.</w:t>
      </w:r>
    </w:p>
    <w:p>
      <w:r>
        <w:rPr>
          <w:rFonts w:ascii="Courier New" w:hAnsi="Courier New"/>
          <w:color w:val="555555"/>
          <w:sz w:val="20"/>
        </w:rPr>
        <w:t>[468]</w:t>
      </w:r>
    </w:p>
    <w:p>
      <w:r>
        <w:rPr>
          <w:rFonts w:ascii="Gentium Plus" w:hAnsi="Gentium Plus"/>
          <w:sz w:val="24"/>
        </w:rPr>
        <w:t>(Γε) μή, πρὸς 〈τῶν〉 θεῶν. (Κν) ἐμοὶ γάρ ἐστι συμβόλαιον, ἀνόσιε,</w:t>
      </w:r>
    </w:p>
    <w:p>
      <w:r>
        <w:rPr>
          <w:rFonts w:ascii="Courier New" w:hAnsi="Courier New"/>
          <w:color w:val="555555"/>
          <w:sz w:val="20"/>
        </w:rPr>
        <w:t>[470]</w:t>
      </w:r>
    </w:p>
    <w:p>
      <w:r>
        <w:rPr>
          <w:rFonts w:ascii="Gentium Plus" w:hAnsi="Gentium Plus"/>
          <w:sz w:val="24"/>
        </w:rPr>
        <w:t>καὶ σοί τι; (Γε) συμβόλαιον οὐδέν· τοιγαροῦν προσελήλυθ’ οὐ χρέος ς’ ἀπαιτῶν οὐδ’ ἔχων κλητῆρας, ἀλλ’ αἰτησόμενος λεβήτιον. (Κν) λεβήτιον;</w:t>
      </w:r>
    </w:p>
    <w:p>
      <w:r>
        <w:rPr>
          <w:rFonts w:ascii="Courier New" w:hAnsi="Courier New"/>
          <w:color w:val="555555"/>
          <w:sz w:val="20"/>
        </w:rPr>
        <w:t>[473]</w:t>
      </w:r>
    </w:p>
    <w:p>
      <w:r>
        <w:rPr>
          <w:rFonts w:ascii="Gentium Plus" w:hAnsi="Gentium Plus"/>
          <w:sz w:val="24"/>
        </w:rPr>
        <w:t>(Γε) λεβήτιον.</w:t>
      </w:r>
    </w:p>
    <w:p>
      <w:r>
        <w:rPr>
          <w:rFonts w:ascii="Courier New" w:hAnsi="Courier New"/>
          <w:color w:val="555555"/>
          <w:sz w:val="20"/>
        </w:rPr>
        <w:t>[473]</w:t>
      </w:r>
    </w:p>
    <w:p>
      <w:r>
        <w:rPr>
          <w:rFonts w:ascii="Gentium Plus" w:hAnsi="Gentium Plus"/>
          <w:sz w:val="24"/>
        </w:rPr>
        <w:t>〈Κν〉 μαστιγία, θύειν με βοῦς οἴει ποεῖν τε ταὔθ’ ἅπερ</w:t>
      </w:r>
    </w:p>
    <w:p>
      <w:r>
        <w:rPr>
          <w:rFonts w:ascii="Courier New" w:hAnsi="Courier New"/>
          <w:color w:val="555555"/>
          <w:sz w:val="20"/>
        </w:rPr>
        <w:t>[475]</w:t>
      </w:r>
    </w:p>
    <w:p>
      <w:r>
        <w:rPr>
          <w:rFonts w:ascii="Gentium Plus" w:hAnsi="Gentium Plus"/>
          <w:sz w:val="24"/>
        </w:rPr>
        <w:t>ὑμεῖς ποεῖτε;</w:t>
      </w:r>
    </w:p>
    <w:p>
      <w:r>
        <w:rPr>
          <w:rFonts w:ascii="Courier New" w:hAnsi="Courier New"/>
          <w:color w:val="555555"/>
          <w:sz w:val="20"/>
        </w:rPr>
        <w:t>[475]</w:t>
      </w:r>
    </w:p>
    <w:p>
      <w:r>
        <w:rPr>
          <w:rFonts w:ascii="Gentium Plus" w:hAnsi="Gentium Plus"/>
          <w:sz w:val="24"/>
        </w:rPr>
        <w:t>(Γε) οὐδὲ κοχλίαν ἔγωγέ σε. ἀλλ’ εὐτύχει, βέλτιστε. κόψαι τὴν θύραν ἐκέλευσαν αἱ γυναῖκες αἰτῆσαί τε με. ἐπόησα τοῦτ’· οὐκ ἔστι· πάλιν ἀπαγγελῶ ἐλθὼν ἐκείναις. ὦ πολυτίμητοι θεοί,</w:t>
      </w:r>
    </w:p>
    <w:p>
      <w:r>
        <w:rPr>
          <w:rFonts w:ascii="Courier New" w:hAnsi="Courier New"/>
          <w:color w:val="555555"/>
          <w:sz w:val="20"/>
        </w:rPr>
        <w:t>[480]</w:t>
      </w:r>
    </w:p>
    <w:p>
      <w:r>
        <w:rPr>
          <w:rFonts w:ascii="Gentium Plus" w:hAnsi="Gentium Plus"/>
          <w:sz w:val="24"/>
        </w:rPr>
        <w:t>ἔχις πολιὸς ἅνθρωπός ἐστιν οὑτοσί. (Κν) ἀνδροφόνα θηρί’· εὐθὺς ὥσπερ πρὸς φίλον κόπτουσιν. ἂν ἡμῶν προσιόντα τῆι θύραι</w:t>
      </w:r>
    </w:p>
    <w:p>
      <w:r>
        <w:rPr>
          <w:rFonts w:ascii="Courier New" w:hAnsi="Courier New"/>
          <w:color w:val="555555"/>
          <w:sz w:val="20"/>
        </w:rPr>
        <w:t>[485]</w:t>
      </w:r>
    </w:p>
    <w:p>
      <w:r>
        <w:rPr>
          <w:rFonts w:ascii="Gentium Plus" w:hAnsi="Gentium Plus"/>
          <w:sz w:val="24"/>
        </w:rPr>
        <w:t>ὁρᾶν με τῶν πολλῶν. ὁ νῦν οὐκ οἶδ’ ὅπως διευτύχηκεν οὗτος, ὅστις ἦν ποτε. Σι κάκιστ’ ἀπόλοι’· ἐλοιδορεῖτό σοι; τυχὸν ἤιτεις, σκατοφάγ’· ὡς οὐκ ἐπίστανταί τινες ποιεῖν τὸ τοιοῦθ’· εὕρηκ’ ἐγὼ τούτου τέχνην·</w:t>
      </w:r>
    </w:p>
    <w:p>
      <w:r>
        <w:rPr>
          <w:rFonts w:ascii="Courier New" w:hAnsi="Courier New"/>
          <w:color w:val="555555"/>
          <w:sz w:val="20"/>
        </w:rPr>
        <w:t>[490]</w:t>
      </w:r>
    </w:p>
    <w:p>
      <w:r>
        <w:rPr>
          <w:rFonts w:ascii="Gentium Plus" w:hAnsi="Gentium Plus"/>
          <w:sz w:val="24"/>
        </w:rPr>
        <w:t>διακονῶ γὰρ μυρίοις ἐν τῆι πόλει τούτων τ’ ἐνοχλῶ τοῖς γείτοσιν καὶ λαμβάνω σκεύη παρὰ πάντων. δεῖ γὰρ εἶναι κολακικὸν τὸν δεόμενόν του. πρεσβύτερός τις τῆι θύραι ὑπακήκο’· εὐθὺς πατέρα καὶ πάππα[ν λέγω.</w:t>
      </w:r>
    </w:p>
    <w:p>
      <w:r>
        <w:rPr>
          <w:rFonts w:ascii="Courier New" w:hAnsi="Courier New"/>
          <w:color w:val="555555"/>
          <w:sz w:val="20"/>
        </w:rPr>
        <w:t>[495]</w:t>
      </w:r>
    </w:p>
    <w:p>
      <w:r>
        <w:rPr>
          <w:rFonts w:ascii="Gentium Plus" w:hAnsi="Gentium Plus"/>
          <w:sz w:val="24"/>
        </w:rPr>
        <w:t>γραῦς· μητέρ’. ἂν τῶν διὰ μέσου τ[ις ἦι γυνή, ἐκάλες’ ἱερέαν. ἂν θεράπων[ βέλτιστον. ὑμεῖς δὲ κρεμαν.[ ὢ τῆς ἀμαθίας. παιδίον παῖ[ ἐγώ. πρόελθε, πατρίδιον· σὲ β[ούλομαι.</w:t>
      </w:r>
    </w:p>
    <w:p>
      <w:r>
        <w:rPr>
          <w:rFonts w:ascii="Courier New" w:hAnsi="Courier New"/>
          <w:color w:val="555555"/>
          <w:sz w:val="20"/>
        </w:rPr>
        <w:t>[(500)]</w:t>
      </w:r>
    </w:p>
    <w:p>
      <w:r>
        <w:rPr>
          <w:rFonts w:ascii="Gentium Plus" w:hAnsi="Gentium Plus"/>
          <w:sz w:val="24"/>
        </w:rPr>
        <w:t>Κν πάλιν αὖ σύ;</w:t>
      </w:r>
    </w:p>
    <w:p>
      <w:r>
        <w:rPr>
          <w:rFonts w:ascii="Courier New" w:hAnsi="Courier New"/>
          <w:color w:val="555555"/>
          <w:sz w:val="20"/>
        </w:rPr>
        <w:t>[(500)]</w:t>
      </w:r>
    </w:p>
    <w:p>
      <w:r>
        <w:rPr>
          <w:rFonts w:ascii="Gentium Plus" w:hAnsi="Gentium Plus"/>
          <w:sz w:val="24"/>
        </w:rPr>
        <w:t>(Σι) π̣[αῖ, τί το]ῦτ’;</w:t>
      </w:r>
    </w:p>
    <w:p>
      <w:r>
        <w:rPr>
          <w:rFonts w:ascii="Courier New" w:hAnsi="Courier New"/>
          <w:color w:val="555555"/>
          <w:sz w:val="20"/>
        </w:rPr>
        <w:t>[(500)]</w:t>
      </w:r>
    </w:p>
    <w:p>
      <w:r>
        <w:rPr>
          <w:rFonts w:ascii="Gentium Plus" w:hAnsi="Gentium Plus"/>
          <w:sz w:val="24"/>
        </w:rPr>
        <w:t>(Κν) ἐρεθίζεις μ’ ὡσπερεὶ ἐπίτηδες, οὐκ εἴρηκά σοι πρὸς τὴν θύραν μὴ προσιέναι; τὸν ἱμάντα δός, γραῦ.</w:t>
      </w:r>
    </w:p>
    <w:p>
      <w:r>
        <w:rPr>
          <w:rFonts w:ascii="Courier New" w:hAnsi="Courier New"/>
          <w:color w:val="555555"/>
          <w:sz w:val="20"/>
        </w:rPr>
        <w:t>[502]</w:t>
      </w:r>
    </w:p>
    <w:p>
      <w:r>
        <w:rPr>
          <w:rFonts w:ascii="Gentium Plus" w:hAnsi="Gentium Plus"/>
          <w:sz w:val="24"/>
        </w:rPr>
        <w:t>(Σι) μηδαμῶς, ἀλλ’ ἄφες.</w:t>
      </w:r>
    </w:p>
    <w:p>
      <w:r>
        <w:rPr>
          <w:rFonts w:ascii="Courier New" w:hAnsi="Courier New"/>
          <w:color w:val="555555"/>
          <w:sz w:val="20"/>
        </w:rPr>
        <w:t>[503]</w:t>
      </w:r>
    </w:p>
    <w:p>
      <w:r>
        <w:rPr>
          <w:rFonts w:ascii="Gentium Plus" w:hAnsi="Gentium Plus"/>
          <w:sz w:val="24"/>
        </w:rPr>
        <w:t>(Κν) ἄφες;</w:t>
      </w:r>
    </w:p>
    <w:p>
      <w:r>
        <w:rPr>
          <w:rFonts w:ascii="Courier New" w:hAnsi="Courier New"/>
          <w:color w:val="555555"/>
          <w:sz w:val="20"/>
        </w:rPr>
        <w:t>[503]</w:t>
      </w:r>
    </w:p>
    <w:p>
      <w:r>
        <w:rPr>
          <w:rFonts w:ascii="Gentium Plus" w:hAnsi="Gentium Plus"/>
          <w:sz w:val="24"/>
        </w:rPr>
        <w:t>〈Σι〉 βέλτιστε, ναὶ πρὸς 〈τῶν〉 θεῶν. (Κν) ἧκε πάλιν.</w:t>
      </w:r>
    </w:p>
    <w:p>
      <w:r>
        <w:rPr>
          <w:rFonts w:ascii="Courier New" w:hAnsi="Courier New"/>
          <w:color w:val="555555"/>
          <w:sz w:val="20"/>
        </w:rPr>
        <w:t>[504]</w:t>
      </w:r>
    </w:p>
    <w:p>
      <w:r>
        <w:rPr>
          <w:rFonts w:ascii="Gentium Plus" w:hAnsi="Gentium Plus"/>
          <w:sz w:val="24"/>
        </w:rPr>
        <w:t>(Σι) ὁ Ποσειδῶν σε—</w:t>
      </w:r>
    </w:p>
    <w:p>
      <w:r>
        <w:rPr>
          <w:rFonts w:ascii="Courier New" w:hAnsi="Courier New"/>
          <w:color w:val="555555"/>
          <w:sz w:val="20"/>
        </w:rPr>
        <w:t>[504]</w:t>
      </w:r>
    </w:p>
    <w:p>
      <w:r>
        <w:rPr>
          <w:rFonts w:ascii="Gentium Plus" w:hAnsi="Gentium Plus"/>
          <w:sz w:val="24"/>
        </w:rPr>
        <w:t>(Κν) καὶ λαλεῖς ἔτι;</w:t>
      </w:r>
    </w:p>
    <w:p>
      <w:r>
        <w:rPr>
          <w:rFonts w:ascii="Courier New" w:hAnsi="Courier New"/>
          <w:color w:val="555555"/>
          <w:sz w:val="20"/>
        </w:rPr>
        <w:t>[505]</w:t>
      </w:r>
    </w:p>
    <w:p>
      <w:r>
        <w:rPr>
          <w:rFonts w:ascii="Gentium Plus" w:hAnsi="Gentium Plus"/>
          <w:sz w:val="24"/>
        </w:rPr>
        <w:t>(Σι) αἰτούμενος χυτρόγαυλον ἦλθον.</w:t>
      </w:r>
    </w:p>
    <w:p>
      <w:r>
        <w:rPr>
          <w:rFonts w:ascii="Courier New" w:hAnsi="Courier New"/>
          <w:color w:val="555555"/>
          <w:sz w:val="20"/>
        </w:rPr>
        <w:t>[505]</w:t>
      </w:r>
    </w:p>
    <w:p>
      <w:r>
        <w:rPr>
          <w:rFonts w:ascii="Gentium Plus" w:hAnsi="Gentium Plus"/>
          <w:sz w:val="24"/>
        </w:rPr>
        <w:t>(Κν) οὐκ ἔχω οὔτε χυτρόγαυλον οὔτε πέλεκυν οὔθ’ ἅλας οὔτ’ ὄξος οὔτ’ ἄλλ’ οὐδέν, ἀλλ’ εἴρηχ’ ἁπλῶς μὴ προσιέναι μοι πᾶσι τοῖς ἐν τῶι τόπωι. (Σι) ἐμοὶ μὲν οὐκ εἴρηκας.</w:t>
      </w:r>
    </w:p>
    <w:p>
      <w:r>
        <w:rPr>
          <w:rFonts w:ascii="Courier New" w:hAnsi="Courier New"/>
          <w:color w:val="555555"/>
          <w:sz w:val="20"/>
        </w:rPr>
        <w:t>[509]</w:t>
      </w:r>
    </w:p>
    <w:p>
      <w:r>
        <w:rPr>
          <w:rFonts w:ascii="Gentium Plus" w:hAnsi="Gentium Plus"/>
          <w:sz w:val="24"/>
        </w:rPr>
        <w:t>(Κν) ἀλλὰ νῦν λέγω.</w:t>
      </w:r>
    </w:p>
    <w:p>
      <w:r>
        <w:rPr>
          <w:rFonts w:ascii="Courier New" w:hAnsi="Courier New"/>
          <w:color w:val="555555"/>
          <w:sz w:val="20"/>
        </w:rPr>
        <w:t>[510]</w:t>
      </w:r>
    </w:p>
    <w:p>
      <w:r>
        <w:rPr>
          <w:rFonts w:ascii="Gentium Plus" w:hAnsi="Gentium Plus"/>
          <w:sz w:val="24"/>
        </w:rPr>
        <w:t>(Σι) νὴ σὺν κακῶι γ’. οὐδ’ ὁπόθεν ἄν τις, εἰπέ μοι, ἐλθὼν λάβοι φράσαις ἄν;</w:t>
      </w:r>
    </w:p>
    <w:p>
      <w:r>
        <w:rPr>
          <w:rFonts w:ascii="Courier New" w:hAnsi="Courier New"/>
          <w:color w:val="555555"/>
          <w:sz w:val="20"/>
        </w:rPr>
        <w:t>[511]</w:t>
      </w:r>
    </w:p>
    <w:p>
      <w:r>
        <w:rPr>
          <w:rFonts w:ascii="Gentium Plus" w:hAnsi="Gentium Plus"/>
          <w:sz w:val="24"/>
        </w:rPr>
        <w:t>(Κν) οὐκ ἐγὼ ’λεγον; ἔτι μοι λαλήσεις;</w:t>
      </w:r>
    </w:p>
    <w:p>
      <w:r>
        <w:rPr>
          <w:rFonts w:ascii="Courier New" w:hAnsi="Courier New"/>
          <w:color w:val="555555"/>
          <w:sz w:val="20"/>
        </w:rPr>
        <w:t>[512]</w:t>
      </w:r>
    </w:p>
    <w:p>
      <w:r>
        <w:rPr>
          <w:rFonts w:ascii="Gentium Plus" w:hAnsi="Gentium Plus"/>
          <w:sz w:val="24"/>
        </w:rPr>
        <w:t>(Σι) χαῖρε πολλά.</w:t>
      </w:r>
    </w:p>
    <w:p>
      <w:r>
        <w:rPr>
          <w:rFonts w:ascii="Courier New" w:hAnsi="Courier New"/>
          <w:color w:val="555555"/>
          <w:sz w:val="20"/>
        </w:rPr>
        <w:t>[512]</w:t>
      </w:r>
    </w:p>
    <w:p>
      <w:r>
        <w:rPr>
          <w:rFonts w:ascii="Gentium Plus" w:hAnsi="Gentium Plus"/>
          <w:sz w:val="24"/>
        </w:rPr>
        <w:t>(Κν) οὐ βούλομαι χαίρειν παρ’ ὑμῶν οὐδενός.</w:t>
      </w:r>
    </w:p>
    <w:p>
      <w:r>
        <w:rPr>
          <w:rFonts w:ascii="Courier New" w:hAnsi="Courier New"/>
          <w:color w:val="555555"/>
          <w:sz w:val="20"/>
        </w:rPr>
        <w:t>[513]</w:t>
      </w:r>
    </w:p>
    <w:p>
      <w:r>
        <w:rPr>
          <w:rFonts w:ascii="Gentium Plus" w:hAnsi="Gentium Plus"/>
          <w:sz w:val="24"/>
        </w:rPr>
        <w:t>(Σι) μὴ χαῖρε δή. (Κν) ὢ τῶν ἀνηκέστων κακῶν.</w:t>
      </w:r>
    </w:p>
    <w:p>
      <w:r>
        <w:rPr>
          <w:rFonts w:ascii="Courier New" w:hAnsi="Courier New"/>
          <w:color w:val="555555"/>
          <w:sz w:val="20"/>
        </w:rPr>
        <w:t>[514]</w:t>
      </w:r>
    </w:p>
    <w:p>
      <w:r>
        <w:rPr>
          <w:rFonts w:ascii="Gentium Plus" w:hAnsi="Gentium Plus"/>
          <w:sz w:val="24"/>
        </w:rPr>
        <w:t>(Σι) καλῶς γέ με</w:t>
      </w:r>
    </w:p>
    <w:p>
      <w:r>
        <w:rPr>
          <w:rFonts w:ascii="Courier New" w:hAnsi="Courier New"/>
          <w:color w:val="555555"/>
          <w:sz w:val="20"/>
        </w:rPr>
        <w:t>[515]</w:t>
      </w:r>
    </w:p>
    <w:p>
      <w:r>
        <w:rPr>
          <w:rFonts w:ascii="Gentium Plus" w:hAnsi="Gentium Plus"/>
          <w:sz w:val="24"/>
        </w:rPr>
        <w:t>βεβωλοκόπηκεν. οἷόν ἐστ’ ἐπιδεξίως αἰτεῖν· διαφέρει νὴ Δί’. ἐφ’ ἑτέραν θύραν ἔλθηι τις; ἀλλ’ εἰ σφαιρομαχοῦς’ ἐν τῶι τόπωι οὕτως ἑτοίμως, χαλεπόν. ἆρά γ’ ἐστί μοι κράτιστον ὀπτᾶν τὰ κρέα πάντα; φαίνεται.</w:t>
      </w:r>
    </w:p>
    <w:p>
      <w:r>
        <w:rPr>
          <w:rFonts w:ascii="Courier New" w:hAnsi="Courier New"/>
          <w:color w:val="555555"/>
          <w:sz w:val="20"/>
        </w:rPr>
        <w:t>[520]</w:t>
      </w:r>
    </w:p>
    <w:p>
      <w:r>
        <w:rPr>
          <w:rFonts w:ascii="Gentium Plus" w:hAnsi="Gentium Plus"/>
          <w:sz w:val="24"/>
        </w:rPr>
        <w:t>ἔστιν δέ μοι λοπάς τις. ἐρρῶσθαι λέγω Φυλασίοις. τοῖς οὖσι τούτοις χρήσομαι. (Σω) ὅστις ἀπορεῖ κακῶν, ἐπὶ Φυλὴν ἐλθέτω κυνηγέτης. ὢ τρισκακοδαίμων, ὡς ἔχω</w:t>
      </w:r>
    </w:p>
    <w:p>
      <w:r>
        <w:rPr>
          <w:rFonts w:ascii="Courier New" w:hAnsi="Courier New"/>
          <w:color w:val="555555"/>
          <w:sz w:val="20"/>
        </w:rPr>
        <w:t>[525]</w:t>
      </w:r>
    </w:p>
    <w:p>
      <w:r>
        <w:rPr>
          <w:rFonts w:ascii="Gentium Plus" w:hAnsi="Gentium Plus"/>
          <w:sz w:val="24"/>
        </w:rPr>
        <w:t>ὅλον τὸ σῶμ’· εὐθὺς γὰρ ἐμπεσὼν πολύς, νεανίας ἐγώ τις, ἐξαίρων ἄνω σφόδρα τὴν δίκελλαν, ὡς ἂν ἐργάτης, βαθὺ ἔπαιον. ἐπεκείμην φιλοπόνως, οὐ πολὺν χρόνον. εἶτα καὶ μετεστρεφόμην τι, πηνίκα</w:t>
      </w:r>
    </w:p>
    <w:p>
      <w:r>
        <w:rPr>
          <w:rFonts w:ascii="Courier New" w:hAnsi="Courier New"/>
          <w:color w:val="555555"/>
          <w:sz w:val="20"/>
        </w:rPr>
        <w:t>[530]</w:t>
      </w:r>
    </w:p>
    <w:p>
      <w:r>
        <w:rPr>
          <w:rFonts w:ascii="Gentium Plus" w:hAnsi="Gentium Plus"/>
          <w:sz w:val="24"/>
        </w:rPr>
        <w:t>ὁ γέρων πρόσεισι τὴν κόρην ἄγων ἅμα σκοπούμενος. καὶ νὴ Δί’ ἐλαβόμην τότε τῆς ὀσφύος, λάθραι τὸ πρῶτον· ὡς μακρὸν ἦν παντελῶς δὲ τοῦτο, λορδοῦν ἠρχόμην, ἀπεξυλούμην ἀτρέμα δ’. οὐδεὶς ἤρχετο.</w:t>
      </w:r>
    </w:p>
    <w:p>
      <w:r>
        <w:rPr>
          <w:rFonts w:ascii="Courier New" w:hAnsi="Courier New"/>
          <w:color w:val="555555"/>
          <w:sz w:val="20"/>
        </w:rPr>
        <w:t>[535]</w:t>
      </w:r>
    </w:p>
    <w:p>
      <w:r>
        <w:rPr>
          <w:rFonts w:ascii="Gentium Plus" w:hAnsi="Gentium Plus"/>
          <w:sz w:val="24"/>
        </w:rPr>
        <w:t>ὁ δ’ ἥλιος κατέκα’, ἑώρα τ’ ἐμβλέπων ὁ Γοργίας ὥσπερ τὰ κηλώνειά με μόλις ἀνακύπτοντ’ εἶθ’ ὅλωι τῶι σώματι πάλιν κατακύπτοντ’. “οὐ δοκεῖ μοι νῦν”, ἔφη, “ἥξειν ἐκεῖνος, μειράκιον.” “τί οὖν,” ἐγὼ</w:t>
      </w:r>
    </w:p>
    <w:p>
      <w:r>
        <w:rPr>
          <w:rFonts w:ascii="Courier New" w:hAnsi="Courier New"/>
          <w:color w:val="555555"/>
          <w:sz w:val="20"/>
        </w:rPr>
        <w:t>[540]</w:t>
      </w:r>
    </w:p>
    <w:p>
      <w:r>
        <w:rPr>
          <w:rFonts w:ascii="Gentium Plus" w:hAnsi="Gentium Plus"/>
          <w:sz w:val="24"/>
        </w:rPr>
        <w:t>εὐθύς, “ποῶμεν; αὔριον τηρήσομεν αὐτόν, τὸ δὲ νῦν ἐῶμεν;” ὅ τε Δᾶος παρῆν ἐπὶ τὴν σκαπάνην διάδοχος. ἡ πρώτη μὲν οὖν ἔφο]δος τοιαύτη γέγονεν. ἥκω δ’ ἐνθάδε, διὰ τί μὲν οὐκ ἔχω λέγειν μὰ τοὺς θεούς,</w:t>
      </w:r>
    </w:p>
    <w:p>
      <w:r>
        <w:rPr>
          <w:rFonts w:ascii="Courier New" w:hAnsi="Courier New"/>
          <w:color w:val="555555"/>
          <w:sz w:val="20"/>
        </w:rPr>
        <w:t>[545]</w:t>
      </w:r>
    </w:p>
    <w:p>
      <w:r>
        <w:rPr>
          <w:rFonts w:ascii="Gentium Plus" w:hAnsi="Gentium Plus"/>
          <w:sz w:val="24"/>
        </w:rPr>
        <w:t>ἕλκ]ει δέ μ’ αὐτόματον τὸ πρᾶγμ’ εἰς τὸν τόπον. Γε τί τὸ κακόν; οἴει χεῖρας ἑξήκοντά με, ἄνθρωπ’, ἔχειν; τοὺς ἄνθρακάς σοι ζωπυρῶ [ ]μαι, φέρω πλύνω κατατέμνω σπλάγχν’ ἅμα μάττω περιφέρω τα.[........ ο]υτονί,</w:t>
      </w:r>
    </w:p>
    <w:p>
      <w:r>
        <w:rPr>
          <w:rFonts w:ascii="Courier New" w:hAnsi="Courier New"/>
          <w:color w:val="555555"/>
          <w:sz w:val="20"/>
        </w:rPr>
        <w:t>[(550)]</w:t>
      </w:r>
    </w:p>
    <w:p>
      <w:r>
        <w:rPr>
          <w:rFonts w:ascii="Gentium Plus" w:hAnsi="Gentium Plus"/>
          <w:sz w:val="24"/>
        </w:rPr>
        <w:t>ὑπὸ τοῦ καπνοῦ τυφλὸς [......]ς τούτοις ὅλος. ἄγειν δοκῶ μοι τὴν ἑορτήν.</w:t>
      </w:r>
    </w:p>
    <w:p>
      <w:r>
        <w:rPr>
          <w:rFonts w:ascii="Courier New" w:hAnsi="Courier New"/>
          <w:color w:val="555555"/>
          <w:sz w:val="20"/>
        </w:rPr>
        <w:t>[551]</w:t>
      </w:r>
    </w:p>
    <w:p>
      <w:r>
        <w:rPr>
          <w:rFonts w:ascii="Gentium Plus" w:hAnsi="Gentium Plus"/>
          <w:sz w:val="24"/>
        </w:rPr>
        <w:t>Σω παῖ Γέτα. Γε ἐμὲ τίς;</w:t>
      </w:r>
    </w:p>
    <w:p>
      <w:r>
        <w:rPr>
          <w:rFonts w:ascii="Courier New" w:hAnsi="Courier New"/>
          <w:color w:val="555555"/>
          <w:sz w:val="20"/>
        </w:rPr>
        <w:t>[552]</w:t>
      </w:r>
    </w:p>
    <w:p>
      <w:r>
        <w:rPr>
          <w:rFonts w:ascii="Gentium Plus" w:hAnsi="Gentium Plus"/>
          <w:sz w:val="24"/>
        </w:rPr>
        <w:t>(Σω) ἐγώ.</w:t>
      </w:r>
    </w:p>
    <w:p>
      <w:r>
        <w:rPr>
          <w:rFonts w:ascii="Courier New" w:hAnsi="Courier New"/>
          <w:color w:val="555555"/>
          <w:sz w:val="20"/>
        </w:rPr>
        <w:t>[552]</w:t>
      </w:r>
    </w:p>
    <w:p>
      <w:r>
        <w:rPr>
          <w:rFonts w:ascii="Gentium Plus" w:hAnsi="Gentium Plus"/>
          <w:sz w:val="24"/>
        </w:rPr>
        <w:t>(Γε) σὺ δ’ εἶ τίς;</w:t>
      </w:r>
    </w:p>
    <w:p>
      <w:r>
        <w:rPr>
          <w:rFonts w:ascii="Courier New" w:hAnsi="Courier New"/>
          <w:color w:val="555555"/>
          <w:sz w:val="20"/>
        </w:rPr>
        <w:t>[552]</w:t>
      </w:r>
    </w:p>
    <w:p>
      <w:r>
        <w:rPr>
          <w:rFonts w:ascii="Gentium Plus" w:hAnsi="Gentium Plus"/>
          <w:sz w:val="24"/>
        </w:rPr>
        <w:t>(Σω) οὐχ ὁρᾶις;</w:t>
      </w:r>
    </w:p>
    <w:p>
      <w:r>
        <w:rPr>
          <w:rFonts w:ascii="Courier New" w:hAnsi="Courier New"/>
          <w:color w:val="555555"/>
          <w:sz w:val="20"/>
        </w:rPr>
        <w:t>[552]</w:t>
      </w:r>
    </w:p>
    <w:p>
      <w:r>
        <w:rPr>
          <w:rFonts w:ascii="Gentium Plus" w:hAnsi="Gentium Plus"/>
          <w:sz w:val="24"/>
        </w:rPr>
        <w:t>(Γε)ὁρῶ· τρόφιμος.</w:t>
      </w:r>
    </w:p>
    <w:p>
      <w:r>
        <w:rPr>
          <w:rFonts w:ascii="Courier New" w:hAnsi="Courier New"/>
          <w:color w:val="555555"/>
          <w:sz w:val="20"/>
        </w:rPr>
        <w:t>[553]</w:t>
      </w:r>
    </w:p>
    <w:p>
      <w:r>
        <w:rPr>
          <w:rFonts w:ascii="Gentium Plus" w:hAnsi="Gentium Plus"/>
          <w:sz w:val="24"/>
        </w:rPr>
        <w:t>(Σω) τί ποιεῖτ’ ἐνθάδ’, εἰπέ μοι;</w:t>
      </w:r>
    </w:p>
    <w:p>
      <w:r>
        <w:rPr>
          <w:rFonts w:ascii="Courier New" w:hAnsi="Courier New"/>
          <w:color w:val="555555"/>
          <w:sz w:val="20"/>
        </w:rPr>
        <w:t>[553]</w:t>
      </w:r>
    </w:p>
    <w:p>
      <w:r>
        <w:rPr>
          <w:rFonts w:ascii="Gentium Plus" w:hAnsi="Gentium Plus"/>
          <w:sz w:val="24"/>
        </w:rPr>
        <w:t>(Γε) τί γάρ; τεθύκαμεν ἄρτι καὶ παρασκευάζομεν</w:t>
      </w:r>
    </w:p>
    <w:p>
      <w:r>
        <w:rPr>
          <w:rFonts w:ascii="Courier New" w:hAnsi="Courier New"/>
          <w:color w:val="555555"/>
          <w:sz w:val="20"/>
        </w:rPr>
        <w:t>[555]</w:t>
      </w:r>
    </w:p>
    <w:p>
      <w:r>
        <w:rPr>
          <w:rFonts w:ascii="Gentium Plus" w:hAnsi="Gentium Plus"/>
          <w:sz w:val="24"/>
        </w:rPr>
        <w:t>ἄριστον ὑμῖν.</w:t>
      </w:r>
    </w:p>
    <w:p>
      <w:r>
        <w:rPr>
          <w:rFonts w:ascii="Courier New" w:hAnsi="Courier New"/>
          <w:color w:val="555555"/>
          <w:sz w:val="20"/>
        </w:rPr>
        <w:t>[555]</w:t>
      </w:r>
    </w:p>
    <w:p>
      <w:r>
        <w:rPr>
          <w:rFonts w:ascii="Gentium Plus" w:hAnsi="Gentium Plus"/>
          <w:sz w:val="24"/>
        </w:rPr>
        <w:t>(Σω) ἐνθάδ’ ἡ μήτηρ;</w:t>
      </w:r>
    </w:p>
    <w:p>
      <w:r>
        <w:rPr>
          <w:rFonts w:ascii="Courier New" w:hAnsi="Courier New"/>
          <w:color w:val="555555"/>
          <w:sz w:val="20"/>
        </w:rPr>
        <w:t>[555]</w:t>
      </w:r>
    </w:p>
    <w:p>
      <w:r>
        <w:rPr>
          <w:rFonts w:ascii="Gentium Plus" w:hAnsi="Gentium Plus"/>
          <w:sz w:val="24"/>
        </w:rPr>
        <w:t>(Γε) πάλαι. (Σω) ὁ πατὴρ δέ;</w:t>
      </w:r>
    </w:p>
    <w:p>
      <w:r>
        <w:rPr>
          <w:rFonts w:ascii="Courier New" w:hAnsi="Courier New"/>
          <w:color w:val="555555"/>
          <w:sz w:val="20"/>
        </w:rPr>
        <w:t>[556]</w:t>
      </w:r>
    </w:p>
    <w:p>
      <w:r>
        <w:rPr>
          <w:rFonts w:ascii="Gentium Plus" w:hAnsi="Gentium Plus"/>
          <w:sz w:val="24"/>
        </w:rPr>
        <w:t>(Γε) προσδοκῶμεν. ἀλλὰ πάραγε σύ. (Σω) μικρὸν διαδραμών 〈γ’〉. ἐνθαδὶ τρόπον τινὰ γέγον’ οὐκ ἄκαιρος ἡ θυσία· παραλήψομαι τὸ μειράκιον τουτὶ γάρ, ἐλθὼν ὡς ἔχω,</w:t>
      </w:r>
    </w:p>
    <w:p>
      <w:r>
        <w:rPr>
          <w:rFonts w:ascii="Courier New" w:hAnsi="Courier New"/>
          <w:color w:val="555555"/>
          <w:sz w:val="20"/>
        </w:rPr>
        <w:t>[560]</w:t>
      </w:r>
    </w:p>
    <w:p>
      <w:r>
        <w:rPr>
          <w:rFonts w:ascii="Gentium Plus" w:hAnsi="Gentium Plus"/>
          <w:sz w:val="24"/>
        </w:rPr>
        <w:t>καὶ τὸν θεράποντ’ αὐτοῦ· κεκοινωνηκότες ἱερῶν γὰρ εἰς τὰ λοιπὰ χρησιμώτεροι ἡμῖν ἔσονται σύμμαχοι πρὸς τὸν γάμον. (Γε) τί φήις; ἐπ’ ἄριστόν τινας παραλαμβάνειν μέλλεις πορευθείς; ἕνεκ’ ἐμοῦ τρισχίλιοι</w:t>
      </w:r>
    </w:p>
    <w:p>
      <w:r>
        <w:rPr>
          <w:rFonts w:ascii="Courier New" w:hAnsi="Courier New"/>
          <w:color w:val="555555"/>
          <w:sz w:val="20"/>
        </w:rPr>
        <w:t>[565]</w:t>
      </w:r>
    </w:p>
    <w:p>
      <w:r>
        <w:rPr>
          <w:rFonts w:ascii="Gentium Plus" w:hAnsi="Gentium Plus"/>
          <w:sz w:val="24"/>
        </w:rPr>
        <w:t>γένοισθ’· ἐγὼ μὲν γὰρ πάλαι τοῦτ’ οἶδ’, ὅτι οὐ γεύσομ’ οὐδενός· πόθεν γάρ; συνάγετε πάντας. καλὸν γὰρ τεθύκαθ’ ἱερεῖον, πάνυ ἄξιον ἰδεῖν. ἀλλὰ 〈τὰ〉 γύναια ταῦτά μοι (ἔχει γὰρ ἀστείως) μεταδοίη γ’ ἄν τινος;</w:t>
      </w:r>
    </w:p>
    <w:p>
      <w:r>
        <w:rPr>
          <w:rFonts w:ascii="Courier New" w:hAnsi="Courier New"/>
          <w:color w:val="555555"/>
          <w:sz w:val="20"/>
        </w:rPr>
        <w:t>[570]</w:t>
      </w:r>
    </w:p>
    <w:p>
      <w:r>
        <w:rPr>
          <w:rFonts w:ascii="Gentium Plus" w:hAnsi="Gentium Plus"/>
          <w:sz w:val="24"/>
        </w:rPr>
        <w:t>οὐδ’ ἄν, μὰ τὴν Δήμητρ’, ἁλὸς πικροῦ.</w:t>
      </w:r>
    </w:p>
    <w:p>
      <w:r>
        <w:rPr>
          <w:rFonts w:ascii="Courier New" w:hAnsi="Courier New"/>
          <w:color w:val="555555"/>
          <w:sz w:val="20"/>
        </w:rPr>
        <w:t>[570]</w:t>
      </w:r>
    </w:p>
    <w:p>
      <w:r>
        <w:rPr>
          <w:rFonts w:ascii="Gentium Plus" w:hAnsi="Gentium Plus"/>
          <w:sz w:val="24"/>
        </w:rPr>
        <w:t>(Σω) καλῶς</w:t>
      </w:r>
    </w:p>
    <w:p>
      <w:r>
        <w:rPr>
          <w:rFonts w:ascii="Courier New" w:hAnsi="Courier New"/>
          <w:color w:val="555555"/>
          <w:sz w:val="20"/>
        </w:rPr>
        <w:t>[574]</w:t>
      </w:r>
    </w:p>
    <w:p>
      <w:r>
        <w:rPr>
          <w:rFonts w:ascii="Gentium Plus" w:hAnsi="Gentium Plus"/>
          <w:sz w:val="24"/>
        </w:rPr>
        <w:t>ὢ δυστυχής, ὢ δυστυχής, ὢ δυστυχής.</w:t>
      </w:r>
    </w:p>
    <w:p>
      <w:r>
        <w:rPr>
          <w:rFonts w:ascii="Courier New" w:hAnsi="Courier New"/>
          <w:color w:val="555555"/>
          <w:sz w:val="20"/>
        </w:rPr>
        <w:t>[575]</w:t>
      </w:r>
    </w:p>
    <w:p>
      <w:r>
        <w:rPr>
          <w:rFonts w:ascii="Gentium Plus" w:hAnsi="Gentium Plus"/>
          <w:sz w:val="24"/>
        </w:rPr>
        <w:t>(Γε) ἄπαγ’ εἰς τὸ βάραθρον· τοῦ γέροντός τις γυνὴ προελήλυθεν.</w:t>
      </w:r>
    </w:p>
    <w:p>
      <w:r>
        <w:rPr>
          <w:rFonts w:ascii="Courier New" w:hAnsi="Courier New"/>
          <w:color w:val="555555"/>
          <w:sz w:val="20"/>
        </w:rPr>
        <w:t>[576]</w:t>
      </w:r>
    </w:p>
    <w:p>
      <w:r>
        <w:rPr>
          <w:rFonts w:ascii="Gentium Plus" w:hAnsi="Gentium Plus"/>
          <w:sz w:val="24"/>
        </w:rPr>
        <w:t>(Σιμ) τί πείσομαι; τὸν γὰρ κάδον ἐκ τοῦ φρέατος βουλομένη τοῦ δεσπότου, εἴ πως δυναίμην, ἐξελεῖν αὐτὴ λάθραι, ἀνῆψα τὴν δίκελλαν ἀσθενεῖ τινι</w:t>
      </w:r>
    </w:p>
    <w:p>
      <w:r>
        <w:rPr>
          <w:rFonts w:ascii="Courier New" w:hAnsi="Courier New"/>
          <w:color w:val="555555"/>
          <w:sz w:val="20"/>
        </w:rPr>
        <w:t>[580]</w:t>
      </w:r>
    </w:p>
    <w:p>
      <w:r>
        <w:rPr>
          <w:rFonts w:ascii="Gentium Plus" w:hAnsi="Gentium Plus"/>
          <w:sz w:val="24"/>
        </w:rPr>
        <w:t>καλωιδίωι σαπρῶι διερράγη τέ μοι τοῦτ’ εὐθύς.</w:t>
      </w:r>
    </w:p>
    <w:p>
      <w:r>
        <w:rPr>
          <w:rFonts w:ascii="Courier New" w:hAnsi="Courier New"/>
          <w:color w:val="555555"/>
          <w:sz w:val="20"/>
        </w:rPr>
        <w:t>[581]</w:t>
      </w:r>
    </w:p>
    <w:p>
      <w:r>
        <w:rPr>
          <w:rFonts w:ascii="Gentium Plus" w:hAnsi="Gentium Plus"/>
          <w:sz w:val="24"/>
        </w:rPr>
        <w:t>〈Γε〉 ὀρθῶς.</w:t>
      </w:r>
    </w:p>
    <w:p>
      <w:r>
        <w:rPr>
          <w:rFonts w:ascii="Courier New" w:hAnsi="Courier New"/>
          <w:color w:val="555555"/>
          <w:sz w:val="20"/>
        </w:rPr>
        <w:t>[581]</w:t>
      </w:r>
    </w:p>
    <w:p>
      <w:r>
        <w:rPr>
          <w:rFonts w:ascii="Gentium Plus" w:hAnsi="Gentium Plus"/>
          <w:sz w:val="24"/>
        </w:rPr>
        <w:t>〈Σιμ〉 ἐνσέσεικα θ’ ἁθλία καὶ τὴν δίκελλαν εἰς τὸ φρέαρ μετὰ τοῦ κάδου. Γε ῥῖψαι τὸ λοιπόν σοι σεαυτήν ἐστ’ ἔτι. (Σιμ) ὁ δ’, ἀπὸ τύχης κόπρον τιν’ ἔνδον κειμένην</w:t>
      </w:r>
    </w:p>
    <w:p>
      <w:r>
        <w:rPr>
          <w:rFonts w:ascii="Courier New" w:hAnsi="Courier New"/>
          <w:color w:val="555555"/>
          <w:sz w:val="20"/>
        </w:rPr>
        <w:t>[585]</w:t>
      </w:r>
    </w:p>
    <w:p>
      <w:r>
        <w:rPr>
          <w:rFonts w:ascii="Gentium Plus" w:hAnsi="Gentium Plus"/>
          <w:sz w:val="24"/>
        </w:rPr>
        <w:t>μέλλων μεταφέρειν, περιτρέχων ταύτην πάλαι ζητεῖ βοᾶι τε—καὶ ψοφεῖ γε τὴν θύραν. Γε φεῦγ’ ὦ πονηρά, φεῦγ’. ἀποκτενεῖ σε, γραῦ. μᾶλλον δ’ ἀμύνου.</w:t>
      </w:r>
    </w:p>
    <w:p>
      <w:r>
        <w:rPr>
          <w:rFonts w:ascii="Courier New" w:hAnsi="Courier New"/>
          <w:color w:val="555555"/>
          <w:sz w:val="20"/>
        </w:rPr>
        <w:t>[588]</w:t>
      </w:r>
    </w:p>
    <w:p>
      <w:r>
        <w:rPr>
          <w:rFonts w:ascii="Gentium Plus" w:hAnsi="Gentium Plus"/>
          <w:sz w:val="24"/>
        </w:rPr>
        <w:t>Κν ποῦ ’στιν ἡ τοιχωρύχος; (Σιμ) ἄκουσα, δέσποτ’, ἐνέβαλον.</w:t>
      </w:r>
    </w:p>
    <w:p>
      <w:r>
        <w:rPr>
          <w:rFonts w:ascii="Courier New" w:hAnsi="Courier New"/>
          <w:color w:val="555555"/>
          <w:sz w:val="20"/>
        </w:rPr>
        <w:t>[589]</w:t>
      </w:r>
    </w:p>
    <w:p>
      <w:r>
        <w:rPr>
          <w:rFonts w:ascii="Gentium Plus" w:hAnsi="Gentium Plus"/>
          <w:sz w:val="24"/>
        </w:rPr>
        <w:t>(Κν) βάδιζε δὴ</w:t>
      </w:r>
    </w:p>
    <w:p>
      <w:r>
        <w:rPr>
          <w:rFonts w:ascii="Courier New" w:hAnsi="Courier New"/>
          <w:color w:val="555555"/>
          <w:sz w:val="20"/>
        </w:rPr>
        <w:t>[590]</w:t>
      </w:r>
    </w:p>
    <w:p>
      <w:r>
        <w:rPr>
          <w:rFonts w:ascii="Gentium Plus" w:hAnsi="Gentium Plus"/>
          <w:sz w:val="24"/>
        </w:rPr>
        <w:t>εἴσω.</w:t>
      </w:r>
    </w:p>
    <w:p>
      <w:r>
        <w:rPr>
          <w:rFonts w:ascii="Courier New" w:hAnsi="Courier New"/>
          <w:color w:val="555555"/>
          <w:sz w:val="20"/>
        </w:rPr>
        <w:t>[590]</w:t>
      </w:r>
    </w:p>
    <w:p>
      <w:r>
        <w:rPr>
          <w:rFonts w:ascii="Gentium Plus" w:hAnsi="Gentium Plus"/>
          <w:sz w:val="24"/>
        </w:rPr>
        <w:t>(Σιμ) τί ποιεῖν δ’, εἰπέ μοι, μέλλεις;</w:t>
      </w:r>
    </w:p>
    <w:p>
      <w:r>
        <w:rPr>
          <w:rFonts w:ascii="Courier New" w:hAnsi="Courier New"/>
          <w:color w:val="555555"/>
          <w:sz w:val="20"/>
        </w:rPr>
        <w:t>[590]</w:t>
      </w:r>
    </w:p>
    <w:p>
      <w:r>
        <w:rPr>
          <w:rFonts w:ascii="Gentium Plus" w:hAnsi="Gentium Plus"/>
          <w:sz w:val="24"/>
        </w:rPr>
        <w:t>(Κν) ἐγώ; δήσας καθιμήσω σε.</w:t>
      </w:r>
    </w:p>
    <w:p>
      <w:r>
        <w:rPr>
          <w:rFonts w:ascii="Courier New" w:hAnsi="Courier New"/>
          <w:color w:val="555555"/>
          <w:sz w:val="20"/>
        </w:rPr>
        <w:t>[591]</w:t>
      </w:r>
    </w:p>
    <w:p>
      <w:r>
        <w:rPr>
          <w:rFonts w:ascii="Gentium Plus" w:hAnsi="Gentium Plus"/>
          <w:sz w:val="24"/>
        </w:rPr>
        <w:t>(Σιμ) μὴ δῆτ’, ὦ τάλαν.</w:t>
      </w:r>
    </w:p>
    <w:p>
      <w:r>
        <w:rPr>
          <w:rFonts w:ascii="Courier New" w:hAnsi="Courier New"/>
          <w:color w:val="555555"/>
          <w:sz w:val="20"/>
        </w:rPr>
        <w:t>[595]</w:t>
      </w:r>
    </w:p>
    <w:p>
      <w:r>
        <w:rPr>
          <w:rFonts w:ascii="Gentium Plus" w:hAnsi="Gentium Plus"/>
          <w:sz w:val="24"/>
        </w:rPr>
        <w:t>(Κν) Δᾶον καλεῖς, ἀνόσι’, ἀνηιρηκυῖά [με; οὔ σοι λέγω; θᾶττον βάδιζ’ εἴσω. [τάλας ἐγώ, τάλας τῆς νῦν ἐρημίας [ ὡς οὐδὲ εἷς. καταβήσομ’ εἰ[ς τὸ φρέαρ· τί γὰρ ἔτ’ ἐστιν ἄλλο;</w:t>
      </w:r>
    </w:p>
    <w:p>
      <w:r>
        <w:rPr>
          <w:rFonts w:ascii="Courier New" w:hAnsi="Courier New"/>
          <w:color w:val="555555"/>
          <w:sz w:val="20"/>
        </w:rPr>
        <w:t>[599]</w:t>
      </w:r>
    </w:p>
    <w:p>
      <w:r>
        <w:rPr>
          <w:rFonts w:ascii="Gentium Plus" w:hAnsi="Gentium Plus"/>
          <w:sz w:val="24"/>
        </w:rPr>
        <w:t>(Γε) ἡμεῖς ποριοῦ[μεν ἁρπάγην</w:t>
      </w:r>
    </w:p>
    <w:p>
      <w:r>
        <w:rPr>
          <w:rFonts w:ascii="Courier New" w:hAnsi="Courier New"/>
          <w:color w:val="555555"/>
          <w:sz w:val="20"/>
        </w:rPr>
        <w:t>[(600)]</w:t>
      </w:r>
    </w:p>
    <w:p>
      <w:r>
        <w:rPr>
          <w:rFonts w:ascii="Gentium Plus" w:hAnsi="Gentium Plus"/>
          <w:sz w:val="24"/>
        </w:rPr>
        <w:t>καὶ σχοινίον.</w:t>
      </w:r>
    </w:p>
    <w:p>
      <w:r>
        <w:rPr>
          <w:rFonts w:ascii="Courier New" w:hAnsi="Courier New"/>
          <w:color w:val="555555"/>
          <w:sz w:val="20"/>
        </w:rPr>
        <w:t>[(600)]</w:t>
      </w:r>
    </w:p>
    <w:p>
      <w:r>
        <w:rPr>
          <w:rFonts w:ascii="Gentium Plus" w:hAnsi="Gentium Plus"/>
          <w:sz w:val="24"/>
        </w:rPr>
        <w:t>(Κν) κακὸν κάκ[ιστά ς’ οἱ θεοὶ ἅπαντες ἀπολέσειαν εἴ τι μ[οι λαλεῖς. (Γε) καὶ μάλα δικ[αίως. εἰσ]πεπήδηκεν πάλιν. ὢ τρισκακοδα[ίμων οὗ]τος· οἷον ζῆι βίον. τοῦτ’ ἐστὶν εἰλικρ[ινὴς] γεωργὸς Ἀττικός·</w:t>
      </w:r>
    </w:p>
    <w:p>
      <w:r>
        <w:rPr>
          <w:rFonts w:ascii="Courier New" w:hAnsi="Courier New"/>
          <w:color w:val="555555"/>
          <w:sz w:val="20"/>
        </w:rPr>
        <w:t>[605]</w:t>
      </w:r>
    </w:p>
    <w:p>
      <w:r>
        <w:rPr>
          <w:rFonts w:ascii="Gentium Plus" w:hAnsi="Gentium Plus"/>
          <w:sz w:val="24"/>
        </w:rPr>
        <w:t>πέτραις μαχόμενος θύμα φερούσαις καὶ σφάκον ὀδύνας ἐπισπᾶτ’ οὐδὲν ἀγαθὸν λαμβάνων. ἀλλ’ ὁ τρόφιμος γὰρ οὑτοσὶ προσέρχεται ἄγων μεθ’ αὑτοῦ τοὺς ἐπικλήτους· ἐργάται ἐκ τοῦ τόπου τινές εἰσιν. ὢ τῆς ἀτοπίας.</w:t>
      </w:r>
    </w:p>
    <w:p>
      <w:r>
        <w:rPr>
          <w:rFonts w:ascii="Courier New" w:hAnsi="Courier New"/>
          <w:color w:val="555555"/>
          <w:sz w:val="20"/>
        </w:rPr>
        <w:t>[610]</w:t>
      </w:r>
    </w:p>
    <w:p>
      <w:r>
        <w:rPr>
          <w:rFonts w:ascii="Gentium Plus" w:hAnsi="Gentium Plus"/>
          <w:sz w:val="24"/>
        </w:rPr>
        <w:t>οὗτος τί τούτους δεῦρ’ ἄγει νῦν; ἢ πόθεν γεγονὼς συνήθης;</w:t>
      </w:r>
    </w:p>
    <w:p>
      <w:r>
        <w:rPr>
          <w:rFonts w:ascii="Courier New" w:hAnsi="Courier New"/>
          <w:color w:val="555555"/>
          <w:sz w:val="20"/>
        </w:rPr>
        <w:t>[611]</w:t>
      </w:r>
    </w:p>
    <w:p>
      <w:r>
        <w:rPr>
          <w:rFonts w:ascii="Gentium Plus" w:hAnsi="Gentium Plus"/>
          <w:sz w:val="24"/>
        </w:rPr>
        <w:t>Σω οὐκ ἂν ἐπιτρέψαιμί σοι ἄλλως ποῆσαι. πάντ’ ἔχομεν. ὦ Ἡράκλεις, τουτὶ δ’ ἀπαρνεῖταί τις ἀνθρώπων ὅλως,</w:t>
      </w:r>
    </w:p>
    <w:p>
      <w:r>
        <w:rPr>
          <w:rFonts w:ascii="Courier New" w:hAnsi="Courier New"/>
          <w:color w:val="555555"/>
          <w:sz w:val="20"/>
        </w:rPr>
        <w:t>[615]</w:t>
      </w:r>
    </w:p>
    <w:p>
      <w:r>
        <w:rPr>
          <w:rFonts w:ascii="Gentium Plus" w:hAnsi="Gentium Plus"/>
          <w:sz w:val="24"/>
        </w:rPr>
        <w:t>εἰμὶ γάρ, ἀκριβῶς ἴσθι, σοὶ πάλαι φίλος πρὶν ἰδεῖν. λαβὼν ταῦτ’ εἰσένεγκε Δᾶε σύ, εἶθ’ ἧκε.</w:t>
      </w:r>
    </w:p>
    <w:p>
      <w:r>
        <w:rPr>
          <w:rFonts w:ascii="Courier New" w:hAnsi="Courier New"/>
          <w:color w:val="555555"/>
          <w:sz w:val="20"/>
        </w:rPr>
        <w:t>[617]</w:t>
      </w:r>
    </w:p>
    <w:p>
      <w:r>
        <w:rPr>
          <w:rFonts w:ascii="Gentium Plus" w:hAnsi="Gentium Plus"/>
          <w:sz w:val="24"/>
        </w:rPr>
        <w:t>Γο μηδαμῶς μόνην τὴν μητέρα οἴκοι καταλείπων ἀλλ’ ἐκείνης ἐπιμελοῦ ὧν ἂν δέηται· ταχὺ δὲ κἀγὼ παρέσομαι.</w:t>
      </w:r>
    </w:p>
    <w:p>
      <w:r>
        <w:rPr>
          <w:rFonts w:ascii="Courier New" w:hAnsi="Courier New"/>
          <w:color w:val="555555"/>
          <w:sz w:val="20"/>
        </w:rPr>
        <w:t>[619]</w:t>
      </w:r>
    </w:p>
    <w:p>
      <w:r>
        <w:rPr>
          <w:rFonts w:ascii="Gentium Plus" w:hAnsi="Gentium Plus"/>
          <w:sz w:val="24"/>
        </w:rPr>
        <w:t>ΧΟΡΟΥ</w:t>
      </w:r>
    </w:p>
    <w:p>
      <w:r>
        <w:rPr>
          <w:rFonts w:ascii="Courier New" w:hAnsi="Courier New"/>
          <w:color w:val="555555"/>
          <w:sz w:val="20"/>
        </w:rPr>
        <w:t>[620]</w:t>
      </w:r>
    </w:p>
    <w:p>
      <w:r>
        <w:rPr>
          <w:rFonts w:ascii="Gentium Plus" w:hAnsi="Gentium Plus"/>
          <w:sz w:val="24"/>
        </w:rPr>
        <w:t>Σιμ τίς ἂν βοηθήσειεν; ὢ τάλαιν’ ἐγώ. τίς ἂν βοηθήσειεν;</w:t>
      </w:r>
    </w:p>
    <w:p>
      <w:r>
        <w:rPr>
          <w:rFonts w:ascii="Courier New" w:hAnsi="Courier New"/>
          <w:color w:val="555555"/>
          <w:sz w:val="20"/>
        </w:rPr>
        <w:t>[621]</w:t>
      </w:r>
    </w:p>
    <w:p>
      <w:r>
        <w:rPr>
          <w:rFonts w:ascii="Gentium Plus" w:hAnsi="Gentium Plus"/>
          <w:sz w:val="24"/>
        </w:rPr>
        <w:t>Σικ Ἡράκλεις ἄναξ, ἐάσαθ’ ἡμᾶς πρὸς θεῶν καὶ δαιμόνων σπονδὰς ποῆσαι. λοιδορεῖσθε, τύπτετε· οἰμώζετ’· ὢ τῆς οἰκίας τῆς ἐκτόπου.</w:t>
      </w:r>
    </w:p>
    <w:p>
      <w:r>
        <w:rPr>
          <w:rFonts w:ascii="Courier New" w:hAnsi="Courier New"/>
          <w:color w:val="555555"/>
          <w:sz w:val="20"/>
        </w:rPr>
        <w:t>[625]</w:t>
      </w:r>
    </w:p>
    <w:p>
      <w:r>
        <w:rPr>
          <w:rFonts w:ascii="Gentium Plus" w:hAnsi="Gentium Plus"/>
          <w:sz w:val="24"/>
        </w:rPr>
        <w:t>(Σιμ) ὁ δεσπότης ἐν τῶι φρέατι.</w:t>
      </w:r>
    </w:p>
    <w:p>
      <w:r>
        <w:rPr>
          <w:rFonts w:ascii="Courier New" w:hAnsi="Courier New"/>
          <w:color w:val="555555"/>
          <w:sz w:val="20"/>
        </w:rPr>
        <w:t>[625]</w:t>
      </w:r>
    </w:p>
    <w:p>
      <w:r>
        <w:rPr>
          <w:rFonts w:ascii="Gentium Plus" w:hAnsi="Gentium Plus"/>
          <w:sz w:val="24"/>
        </w:rPr>
        <w:t>Σικ πῶς;</w:t>
      </w:r>
    </w:p>
    <w:p>
      <w:r>
        <w:rPr>
          <w:rFonts w:ascii="Courier New" w:hAnsi="Courier New"/>
          <w:color w:val="555555"/>
          <w:sz w:val="20"/>
        </w:rPr>
        <w:t>[625]</w:t>
      </w:r>
    </w:p>
    <w:p>
      <w:r>
        <w:rPr>
          <w:rFonts w:ascii="Gentium Plus" w:hAnsi="Gentium Plus"/>
          <w:sz w:val="24"/>
        </w:rPr>
        <w:t>(Σιμ) ὅπως; ἵνα τὴν δίκελλαν ἐξέλοι καὶ τὸν κάδον, κατέβαινε, κἆιτ’ ὤλισθ’ ἄνωθεν, ὥστε καὶ πέπτωκεν.</w:t>
      </w:r>
    </w:p>
    <w:p>
      <w:r>
        <w:rPr>
          <w:rFonts w:ascii="Courier New" w:hAnsi="Courier New"/>
          <w:color w:val="555555"/>
          <w:sz w:val="20"/>
        </w:rPr>
        <w:t>[628]</w:t>
      </w:r>
    </w:p>
    <w:p>
      <w:r>
        <w:rPr>
          <w:rFonts w:ascii="Gentium Plus" w:hAnsi="Gentium Plus"/>
          <w:sz w:val="24"/>
        </w:rPr>
        <w:t>(Σικ) οὐ γὰρ ὁ χαλεπὸς γέρων σφόδρα οὗτος; καλά γ’ ἐπόησε νὴ τὸν Οὐρανόν.</w:t>
      </w:r>
    </w:p>
    <w:p>
      <w:r>
        <w:rPr>
          <w:rFonts w:ascii="Courier New" w:hAnsi="Courier New"/>
          <w:color w:val="555555"/>
          <w:sz w:val="20"/>
        </w:rPr>
        <w:t>[630]</w:t>
      </w:r>
    </w:p>
    <w:p>
      <w:r>
        <w:rPr>
          <w:rFonts w:ascii="Gentium Plus" w:hAnsi="Gentium Plus"/>
          <w:sz w:val="24"/>
        </w:rPr>
        <w:t>ὦ φιλτάτη γραῦ, νῦν σὸν ἔργον ἐστί.</w:t>
      </w:r>
    </w:p>
    <w:p>
      <w:r>
        <w:rPr>
          <w:rFonts w:ascii="Courier New" w:hAnsi="Courier New"/>
          <w:color w:val="555555"/>
          <w:sz w:val="20"/>
        </w:rPr>
        <w:t>[630]</w:t>
      </w:r>
    </w:p>
    <w:p>
      <w:r>
        <w:rPr>
          <w:rFonts w:ascii="Gentium Plus" w:hAnsi="Gentium Plus"/>
          <w:sz w:val="24"/>
        </w:rPr>
        <w:t>(Σιμ) πῶς; (Σικ) ὅλμον τιν’ ἢ λίθον τιν’ ἢ τοιοῦτό τι ἄνωθεν ἔνσεισον λαβοῦσα.</w:t>
      </w:r>
    </w:p>
    <w:p>
      <w:r>
        <w:rPr>
          <w:rFonts w:ascii="Courier New" w:hAnsi="Courier New"/>
          <w:color w:val="555555"/>
          <w:sz w:val="20"/>
        </w:rPr>
        <w:t>[632]</w:t>
      </w:r>
    </w:p>
    <w:p>
      <w:r>
        <w:rPr>
          <w:rFonts w:ascii="Gentium Plus" w:hAnsi="Gentium Plus"/>
          <w:sz w:val="24"/>
        </w:rPr>
        <w:t>(Σιμ) φίλτατε κατάβα.</w:t>
      </w:r>
    </w:p>
    <w:p>
      <w:r>
        <w:rPr>
          <w:rFonts w:ascii="Courier New" w:hAnsi="Courier New"/>
          <w:color w:val="555555"/>
          <w:sz w:val="20"/>
        </w:rPr>
        <w:t>[633]</w:t>
      </w:r>
    </w:p>
    <w:p>
      <w:r>
        <w:rPr>
          <w:rFonts w:ascii="Gentium Plus" w:hAnsi="Gentium Plus"/>
          <w:sz w:val="24"/>
        </w:rPr>
        <w:t>〈Σικ〉 Πόσειδον, ἵνα τὸ τοῦ λόγου πάθω,</w:t>
      </w:r>
    </w:p>
    <w:p>
      <w:r>
        <w:rPr>
          <w:rFonts w:ascii="Courier New" w:hAnsi="Courier New"/>
          <w:color w:val="555555"/>
          <w:sz w:val="20"/>
        </w:rPr>
        <w:t>[635]</w:t>
      </w:r>
    </w:p>
    <w:p>
      <w:r>
        <w:rPr>
          <w:rFonts w:ascii="Gentium Plus" w:hAnsi="Gentium Plus"/>
          <w:sz w:val="24"/>
        </w:rPr>
        <w:t>(Σιμ) ὦ Γοργία, ποῦ γῆς ποτ’ εἶ;</w:t>
      </w:r>
    </w:p>
    <w:p>
      <w:r>
        <w:rPr>
          <w:rFonts w:ascii="Courier New" w:hAnsi="Courier New"/>
          <w:color w:val="555555"/>
          <w:sz w:val="20"/>
        </w:rPr>
        <w:t>[635]</w:t>
      </w:r>
    </w:p>
    <w:p>
      <w:r>
        <w:rPr>
          <w:rFonts w:ascii="Gentium Plus" w:hAnsi="Gentium Plus"/>
          <w:sz w:val="24"/>
        </w:rPr>
        <w:t>(Γο) ποῦ γῆς ἐγώ; τί ἐστί, Σιμίχη;</w:t>
      </w:r>
    </w:p>
    <w:p>
      <w:r>
        <w:rPr>
          <w:rFonts w:ascii="Courier New" w:hAnsi="Courier New"/>
          <w:color w:val="555555"/>
          <w:sz w:val="20"/>
        </w:rPr>
        <w:t>[636]</w:t>
      </w:r>
    </w:p>
    <w:p>
      <w:r>
        <w:rPr>
          <w:rFonts w:ascii="Gentium Plus" w:hAnsi="Gentium Plus"/>
          <w:sz w:val="24"/>
        </w:rPr>
        <w:t>(Σιμ) τί γάρ; πάλιν λέγω· ὁ δεσπότης ἐν τῶι φρέατι.</w:t>
      </w:r>
    </w:p>
    <w:p>
      <w:r>
        <w:rPr>
          <w:rFonts w:ascii="Courier New" w:hAnsi="Courier New"/>
          <w:color w:val="555555"/>
          <w:sz w:val="20"/>
        </w:rPr>
        <w:t>[637]</w:t>
      </w:r>
    </w:p>
    <w:p>
      <w:r>
        <w:rPr>
          <w:rFonts w:ascii="Gentium Plus" w:hAnsi="Gentium Plus"/>
          <w:sz w:val="24"/>
        </w:rPr>
        <w:t>Γο Σώστρατε, ἔξελθε δεῦρ’· ἡγοῦ, βάδιζ’ εἴσω ταχύ. Σικ εἰσὶν θεοί, μὰ τὸν Διόνυσον. οὐ δίδως</w:t>
      </w:r>
    </w:p>
    <w:p>
      <w:r>
        <w:rPr>
          <w:rFonts w:ascii="Courier New" w:hAnsi="Courier New"/>
          <w:color w:val="555555"/>
          <w:sz w:val="20"/>
        </w:rPr>
        <w:t>[640]</w:t>
      </w:r>
    </w:p>
    <w:p>
      <w:r>
        <w:rPr>
          <w:rFonts w:ascii="Gentium Plus" w:hAnsi="Gentium Plus"/>
          <w:sz w:val="24"/>
        </w:rPr>
        <w:t>λεβήτιον θύουσιν, ἱερόσυλε σύ, ἀλλὰ φθονεῖς· ἔκπιθι τὸ φρέαρ εἰσπεσών, ἵνα μηδ’ ὕδατος ἔχηις μεταδοῦναι μηδενί. νυνὶ μὲν αἱ Νύμφαι τετιμωρημέναι εἴς’ αὐτὸν ὑπὲρ ἐμοῦ δικαίως· οὐδὲ εἷς</w:t>
      </w:r>
    </w:p>
    <w:p>
      <w:r>
        <w:rPr>
          <w:rFonts w:ascii="Courier New" w:hAnsi="Courier New"/>
          <w:color w:val="555555"/>
          <w:sz w:val="20"/>
        </w:rPr>
        <w:t>[645]</w:t>
      </w:r>
    </w:p>
    <w:p>
      <w:r>
        <w:rPr>
          <w:rFonts w:ascii="Gentium Plus" w:hAnsi="Gentium Plus"/>
          <w:sz w:val="24"/>
        </w:rPr>
        <w:t>μάγειρον ἀδικήσας ἀθῶιος διέφυγεν. ἱεροπρεπής πως ἐστὶν ἡμῶν ἡ τέχνη. [ ]ς τραπεζοποιὸν ὅ τι βούλει πόει. ἀλλ’ ἆ]ρα μὴ τέθνηκεν; πάππαν φίλτατον κλάο]υ̣ς’ ἀποιμώζει τις. οὐδὲν τοῦτό γε</w:t>
      </w:r>
    </w:p>
    <w:p>
      <w:r>
        <w:rPr>
          <w:rFonts w:ascii="Courier New" w:hAnsi="Courier New"/>
          <w:color w:val="555555"/>
          <w:sz w:val="20"/>
        </w:rPr>
        <w:t>[649]</w:t>
      </w:r>
    </w:p>
    <w:p>
      <w:r>
        <w:rPr>
          <w:rFonts w:ascii="Gentium Plus" w:hAnsi="Gentium Plus"/>
          <w:sz w:val="24"/>
        </w:rPr>
        <w:t>(desunt uersus fere iv)</w:t>
      </w:r>
    </w:p>
    <w:p>
      <w:r>
        <w:rPr>
          <w:rFonts w:ascii="Courier New" w:hAnsi="Courier New"/>
          <w:color w:val="555555"/>
          <w:sz w:val="20"/>
        </w:rPr>
        <w:t>[654]</w:t>
      </w:r>
    </w:p>
    <w:p>
      <w:r>
        <w:rPr>
          <w:rFonts w:ascii="Gentium Plus" w:hAnsi="Gentium Plus"/>
          <w:sz w:val="24"/>
        </w:rPr>
        <w:t>δηλονότι καθ[</w:t>
      </w:r>
    </w:p>
    <w:p>
      <w:r>
        <w:rPr>
          <w:rFonts w:ascii="Courier New" w:hAnsi="Courier New"/>
          <w:color w:val="555555"/>
          <w:sz w:val="20"/>
        </w:rPr>
        <w:t>[655]</w:t>
      </w:r>
    </w:p>
    <w:p>
      <w:r>
        <w:rPr>
          <w:rFonts w:ascii="Gentium Plus" w:hAnsi="Gentium Plus"/>
          <w:sz w:val="24"/>
        </w:rPr>
        <w:t>οὕτως ἀνιμησ[ τὴν ὄψιν αὐτοῦ τ̣ι̣ν̣[ οἴεσθ’ ἔσεσθαι, πρὸς θεῶν, βεβ[αμ]μένου, τρέμοντος; ἀστείαν. ἐγὼ μὲν ἡδέως ἴδοιμ’ ἄν, ἄνδρες, νὴ τὸν Ἀπόλλω τουτονί.</w:t>
      </w:r>
    </w:p>
    <w:p>
      <w:r>
        <w:rPr>
          <w:rFonts w:ascii="Courier New" w:hAnsi="Courier New"/>
          <w:color w:val="555555"/>
          <w:sz w:val="20"/>
        </w:rPr>
        <w:t>[660]</w:t>
      </w:r>
    </w:p>
    <w:p>
      <w:r>
        <w:rPr>
          <w:rFonts w:ascii="Gentium Plus" w:hAnsi="Gentium Plus"/>
          <w:sz w:val="24"/>
        </w:rPr>
        <w:t>ὑμεῖς δ’ ὑπὲρ τούτων, γυναῖκες, σπένδετε. εὔχεσθε τὸν γέροντα σωθῆναι—κακῶς, ἀνάπηρον ὄντα, χωλόν· οὕτω γίνεται ἀλυπότατος γὰρ τῶιδε γείτων τῶι θεῶι καὶ τοῖς ἀεὶ θύουσιν. ἐπιμελὲς δέ μοι</w:t>
      </w:r>
    </w:p>
    <w:p>
      <w:r>
        <w:rPr>
          <w:rFonts w:ascii="Courier New" w:hAnsi="Courier New"/>
          <w:color w:val="555555"/>
          <w:sz w:val="20"/>
        </w:rPr>
        <w:t>[665]</w:t>
      </w:r>
    </w:p>
    <w:p>
      <w:r>
        <w:rPr>
          <w:rFonts w:ascii="Gentium Plus" w:hAnsi="Gentium Plus"/>
          <w:sz w:val="24"/>
        </w:rPr>
        <w:t>τοῦτ’ ἐστίν, ἄν τις ἆρα μισθώσητ’ ἐμέ. (Σω) ἄνδρες, μὰ τὴν Δήμητρα, μὰ τὸν Ἀσκληπιόν, μὰ τοὺς θεούς, οὐπώποτ’ ἐν τὠμῶι βίωι εὐκαιρότερον ἄνθρωπον ἀποπεπνιγμένον ἑόρακα μικροῦ. τῆς γλυκείας διατριβῆς·</w:t>
      </w:r>
    </w:p>
    <w:p>
      <w:r>
        <w:rPr>
          <w:rFonts w:ascii="Courier New" w:hAnsi="Courier New"/>
          <w:color w:val="555555"/>
          <w:sz w:val="20"/>
        </w:rPr>
        <w:t>[670]</w:t>
      </w:r>
    </w:p>
    <w:p>
      <w:r>
        <w:rPr>
          <w:rFonts w:ascii="Gentium Plus" w:hAnsi="Gentium Plus"/>
          <w:sz w:val="24"/>
        </w:rPr>
        <w:t>ὁ Γοργίας γάρ, ὡς τάχιστ’ εἰσήλθομεν, εὐθὺς κατεπήδης’ εἰς τὸ φρέαρ, ἐγὼ δὲ καὶ ἡ παῖς ἄνωθεν οὐδὲν ἐποοῦμεν· τί γὰρ ἐμέλλομεν; πλὴν ἡ μὲν αὑτῆς τὰς τρίχας ἔτιλλ’, ἔκλα’, ἔτυπτε τὸ στῆθος σφόδρα,</w:t>
      </w:r>
    </w:p>
    <w:p>
      <w:r>
        <w:rPr>
          <w:rFonts w:ascii="Courier New" w:hAnsi="Courier New"/>
          <w:color w:val="555555"/>
          <w:sz w:val="20"/>
        </w:rPr>
        <w:t>[675]</w:t>
      </w:r>
    </w:p>
    <w:p>
      <w:r>
        <w:rPr>
          <w:rFonts w:ascii="Gentium Plus" w:hAnsi="Gentium Plus"/>
          <w:sz w:val="24"/>
        </w:rPr>
        <w:t>ἐγὼ δ’ ὁ χρυσοῦς, ὡσπερεὶ νὴ τοὺς θεοὺς τροφὸς παρεστώς, ἐδεόμην γε μὴ ποεῖν τοῦθ’, ἱκέτευον, ἐμβλέπων ἀγάλματι οὐ τῶι τυχόντι. τοῦ δὲ πεπληγμένου κάτω ἔμελεν ἔλαττον ἤ τινός μοι, πλὴν ἀεὶ</w:t>
      </w:r>
    </w:p>
    <w:p>
      <w:r>
        <w:rPr>
          <w:rFonts w:ascii="Courier New" w:hAnsi="Courier New"/>
          <w:color w:val="555555"/>
          <w:sz w:val="20"/>
        </w:rPr>
        <w:t>[680]</w:t>
      </w:r>
    </w:p>
    <w:p>
      <w:r>
        <w:rPr>
          <w:rFonts w:ascii="Gentium Plus" w:hAnsi="Gentium Plus"/>
          <w:sz w:val="24"/>
        </w:rPr>
        <w:t>ἕλκειν ἐκεῖνον· τοῦτ’ ἐνώχλει μοι σφόδρα. μικροῦ γε νὴ Δί’ αὐτὸν εἰσαπολώλεκα· τὸ σχοινίον γὰρ ἐμβλέπων τῆι παρθένωι ἀφῆκ’ ἴσως τρίς. ἀλλ’ ὁ Γοργίας Ἄτλας ἦν οὐχ ὁ τυχών· ἀντεῖχε καὶ μόλις ποτὲ</w:t>
      </w:r>
    </w:p>
    <w:p>
      <w:r>
        <w:rPr>
          <w:rFonts w:ascii="Courier New" w:hAnsi="Courier New"/>
          <w:color w:val="555555"/>
          <w:sz w:val="20"/>
        </w:rPr>
        <w:t>[685]</w:t>
      </w:r>
    </w:p>
    <w:p>
      <w:r>
        <w:rPr>
          <w:rFonts w:ascii="Gentium Plus" w:hAnsi="Gentium Plus"/>
          <w:sz w:val="24"/>
        </w:rPr>
        <w:t>ἀνενήνοχ’ αὐτόν. ὡς ἐκεῖνος ἐξέβη δεῦρ’ ἐξελήλυθ’· οὐ γὰρ ἐδυνάμην ἔτι κατέχειν ἐμαυτόν, ἀλλὰ μικροῦ [τὴν κόρην ἐφίλουν προσιών· οὕτω σφόδρ’ ε[</w:t>
      </w:r>
    </w:p>
    <w:p>
      <w:r>
        <w:rPr>
          <w:rFonts w:ascii="Courier New" w:hAnsi="Courier New"/>
          <w:color w:val="555555"/>
          <w:sz w:val="20"/>
        </w:rPr>
        <w:t>[690]</w:t>
      </w:r>
    </w:p>
    <w:p>
      <w:r>
        <w:rPr>
          <w:rFonts w:ascii="Gentium Plus" w:hAnsi="Gentium Plus"/>
          <w:sz w:val="24"/>
        </w:rPr>
        <w:t>ψοφοῦσιν. ὦ Ζεῦ Σῶτερ, ἐκτόπου θέας. Γο βούλει τι, Κνήμων; εἰπέ μοι.</w:t>
      </w:r>
    </w:p>
    <w:p>
      <w:r>
        <w:rPr>
          <w:rFonts w:ascii="Courier New" w:hAnsi="Courier New"/>
          <w:color w:val="555555"/>
          <w:sz w:val="20"/>
        </w:rPr>
        <w:t>[691]</w:t>
      </w:r>
    </w:p>
    <w:p>
      <w:r>
        <w:rPr>
          <w:rFonts w:ascii="Gentium Plus" w:hAnsi="Gentium Plus"/>
          <w:sz w:val="24"/>
        </w:rPr>
        <w:t>(Κν) τί [ φαύλως ἔχω.</w:t>
      </w:r>
    </w:p>
    <w:p>
      <w:r>
        <w:rPr>
          <w:rFonts w:ascii="Courier New" w:hAnsi="Courier New"/>
          <w:color w:val="555555"/>
          <w:sz w:val="20"/>
        </w:rPr>
        <w:t>[692]</w:t>
      </w:r>
    </w:p>
    <w:p>
      <w:r>
        <w:rPr>
          <w:rFonts w:ascii="Gentium Plus" w:hAnsi="Gentium Plus"/>
          <w:sz w:val="24"/>
        </w:rPr>
        <w:t>(Γο) θάρρει.</w:t>
      </w:r>
    </w:p>
    <w:p>
      <w:r>
        <w:rPr>
          <w:rFonts w:ascii="Courier New" w:hAnsi="Courier New"/>
          <w:color w:val="555555"/>
          <w:sz w:val="20"/>
        </w:rPr>
        <w:t>[692]</w:t>
      </w:r>
    </w:p>
    <w:p>
      <w:r>
        <w:rPr>
          <w:rFonts w:ascii="Gentium Plus" w:hAnsi="Gentium Plus"/>
          <w:sz w:val="24"/>
        </w:rPr>
        <w:t>(Κν) τεθάρ[ρηκ’. οὐκέτι ὑμῖν ἐνοχλήσει τὸν ἐπίλοιπον γ̣ὰ̣[ρ χρόνον Κνήμων.</w:t>
      </w:r>
    </w:p>
    <w:p>
      <w:r>
        <w:rPr>
          <w:rFonts w:ascii="Courier New" w:hAnsi="Courier New"/>
          <w:color w:val="555555"/>
          <w:sz w:val="20"/>
        </w:rPr>
        <w:t>[694]</w:t>
      </w:r>
    </w:p>
    <w:p>
      <w:r>
        <w:rPr>
          <w:rFonts w:ascii="Gentium Plus" w:hAnsi="Gentium Plus"/>
          <w:sz w:val="24"/>
        </w:rPr>
        <w:t>(Γο) τοιοῦτόν ἐστ’ ἐρημία κακόν,</w:t>
      </w:r>
    </w:p>
    <w:p>
      <w:r>
        <w:rPr>
          <w:rFonts w:ascii="Courier New" w:hAnsi="Courier New"/>
          <w:color w:val="555555"/>
          <w:sz w:val="20"/>
        </w:rPr>
        <w:t>[695]</w:t>
      </w:r>
    </w:p>
    <w:p>
      <w:r>
        <w:rPr>
          <w:rFonts w:ascii="Gentium Plus" w:hAnsi="Gentium Plus"/>
          <w:sz w:val="24"/>
        </w:rPr>
        <w:t>ὁρᾶις; ἀκαρὴς νῦν παραπόλωλας ἀρτίως. τηρούμενον δὴ τηλικοῦτον τῶι βίωι ἤδη καταζῆν δεῖ.</w:t>
      </w:r>
    </w:p>
    <w:p>
      <w:r>
        <w:rPr>
          <w:rFonts w:ascii="Courier New" w:hAnsi="Courier New"/>
          <w:color w:val="555555"/>
          <w:sz w:val="20"/>
        </w:rPr>
        <w:t>[697]</w:t>
      </w:r>
    </w:p>
    <w:p>
      <w:r>
        <w:rPr>
          <w:rFonts w:ascii="Gentium Plus" w:hAnsi="Gentium Plus"/>
          <w:sz w:val="24"/>
        </w:rPr>
        <w:t>(Κν) χαλεπῶς μὲν οἶδ’ ὅτι ἔχω, κάλεσον δέ, Γοργία, τὴν μητέρα, ὡς ἔνι μάλιστα. τὰ κακὰ παιδεύειν μόνα</w:t>
      </w:r>
    </w:p>
    <w:p>
      <w:r>
        <w:rPr>
          <w:rFonts w:ascii="Courier New" w:hAnsi="Courier New"/>
          <w:color w:val="555555"/>
          <w:sz w:val="20"/>
        </w:rPr>
        <w:t>[(700)]</w:t>
      </w:r>
    </w:p>
    <w:p>
      <w:r>
        <w:rPr>
          <w:rFonts w:ascii="Gentium Plus" w:hAnsi="Gentium Plus"/>
          <w:sz w:val="24"/>
        </w:rPr>
        <w:t>ἐπίσταθ’ ἡμᾶς ὡς ἔοικε. θυγάτριον, βούλει μ’ ἀναστῆσαι λαβοῦσα;</w:t>
      </w:r>
    </w:p>
    <w:p>
      <w:r>
        <w:rPr>
          <w:rFonts w:ascii="Courier New" w:hAnsi="Courier New"/>
          <w:color w:val="555555"/>
          <w:sz w:val="20"/>
        </w:rPr>
        <w:t>[701]</w:t>
      </w:r>
    </w:p>
    <w:p>
      <w:r>
        <w:rPr>
          <w:rFonts w:ascii="Gentium Plus" w:hAnsi="Gentium Plus"/>
          <w:sz w:val="24"/>
        </w:rPr>
        <w:t>Σω μακάριε ἄνθρωπε.</w:t>
      </w:r>
    </w:p>
    <w:p>
      <w:r>
        <w:rPr>
          <w:rFonts w:ascii="Courier New" w:hAnsi="Courier New"/>
          <w:color w:val="555555"/>
          <w:sz w:val="20"/>
        </w:rPr>
        <w:t>[702]</w:t>
      </w:r>
    </w:p>
    <w:p>
      <w:r>
        <w:rPr>
          <w:rFonts w:ascii="Gentium Plus" w:hAnsi="Gentium Plus"/>
          <w:sz w:val="24"/>
        </w:rPr>
        <w:t>(Κν) τί παρέστηκας ἐνταῦθ’, ἄθ̣λ̣ι̣[ε;</w:t>
      </w:r>
    </w:p>
    <w:p>
      <w:r>
        <w:rPr>
          <w:rFonts w:ascii="Courier New" w:hAnsi="Courier New"/>
          <w:color w:val="555555"/>
          <w:sz w:val="20"/>
        </w:rPr>
        <w:t>[702]</w:t>
      </w:r>
    </w:p>
    <w:p>
      <w:r>
        <w:rPr>
          <w:rFonts w:ascii="Gentium Plus" w:hAnsi="Gentium Plus"/>
          <w:sz w:val="24"/>
        </w:rPr>
        <w:t>(desunt uersus v)</w:t>
      </w:r>
    </w:p>
    <w:p>
      <w:r>
        <w:rPr>
          <w:rFonts w:ascii="Courier New" w:hAnsi="Courier New"/>
          <w:color w:val="555555"/>
          <w:sz w:val="20"/>
        </w:rPr>
        <w:t>[708]</w:t>
      </w:r>
    </w:p>
    <w:p>
      <w:r>
        <w:rPr>
          <w:rFonts w:ascii="Gentium Plus" w:hAnsi="Gentium Plus"/>
          <w:sz w:val="24"/>
        </w:rPr>
        <w:t>[ ]εσοις ἐβουλόμην [ Μυρ]ρίνη καὶ Γοργία,</w:t>
      </w:r>
    </w:p>
    <w:p>
      <w:r>
        <w:rPr>
          <w:rFonts w:ascii="Courier New" w:hAnsi="Courier New"/>
          <w:color w:val="555555"/>
          <w:sz w:val="20"/>
        </w:rPr>
        <w:t>[710]</w:t>
      </w:r>
    </w:p>
    <w:p>
      <w:r>
        <w:rPr>
          <w:rFonts w:ascii="Gentium Plus" w:hAnsi="Gentium Plus"/>
          <w:sz w:val="24"/>
        </w:rPr>
        <w:t>ε.[]ον προειλόμην οὐκ ἴσως̣ [....]ι̣ κ[.]ι̣[.]ν οὐδ’ ἂν εἷς δύναιτό με τοῦτο μεταπεῖσαί τις ὑμῶν, ἀλλὰ συγχωρήσετε.</w:t>
      </w:r>
    </w:p>
    <w:p>
      <w:r>
        <w:rPr>
          <w:rFonts w:ascii="Courier New" w:hAnsi="Courier New"/>
          <w:color w:val="555555"/>
          <w:sz w:val="20"/>
        </w:rPr>
        <w:t>[715]</w:t>
      </w:r>
    </w:p>
    <w:p>
      <w:r>
        <w:rPr>
          <w:rFonts w:ascii="Gentium Plus" w:hAnsi="Gentium Plus"/>
          <w:sz w:val="24"/>
        </w:rPr>
        <w:t>νῦν δ’ ἰδὼν ὀξεῖαν οὖσαν ἄσκοπόν τε τοῦ βίου τὴν τελευτήν, εὗρον οὐκ εὖ τοῦτο γινώσκων τότε. δεῖ γὰρ εἶναι—καὶ παρεῖναι—τὸν ἐπικουρήσοντ’ ἀεί. ἀλλὰ μὰ τὸν Ἥφαιστον—οὕτω σφόδρα 〈δι〉εφθάρμην ἐγὼ τοὺς βίους ὁρῶν ἑκάστους τοὺς λογισμούς 〈θ’〉 ὃν τρόπον</w:t>
      </w:r>
    </w:p>
    <w:p>
      <w:r>
        <w:rPr>
          <w:rFonts w:ascii="Courier New" w:hAnsi="Courier New"/>
          <w:color w:val="555555"/>
          <w:sz w:val="20"/>
        </w:rPr>
        <w:t>[720]</w:t>
      </w:r>
    </w:p>
    <w:p>
      <w:r>
        <w:rPr>
          <w:rFonts w:ascii="Gentium Plus" w:hAnsi="Gentium Plus"/>
          <w:sz w:val="24"/>
        </w:rPr>
        <w:t>πρὸς τὸ κερδαίνειν ἔχουσιν—οὐδέν’ εὔνουν ὠιόμην ἕτερον ἑτέρωι τῶν ἁπάντων ἂν γενέσθαι. τοῦτο δὴ ἐμποδὼν ἦν μοι. μόλις δὲ πεῖραν εἷς δέδωκε νῦν Γοργίας, ἔργον ποήσας ἀνδρὸς εὐγενεστάτου· τὸν γὰρ οὐκ ἐῶντά 〈τ’ α〉ὐτὸν προσιέναι 〈καὶ〉 τῆι θύραι</w:t>
      </w:r>
    </w:p>
    <w:p>
      <w:r>
        <w:rPr>
          <w:rFonts w:ascii="Courier New" w:hAnsi="Courier New"/>
          <w:color w:val="555555"/>
          <w:sz w:val="20"/>
        </w:rPr>
        <w:t>[725]</w:t>
      </w:r>
    </w:p>
    <w:p>
      <w:r>
        <w:rPr>
          <w:rFonts w:ascii="Gentium Plus" w:hAnsi="Gentium Plus"/>
          <w:sz w:val="24"/>
        </w:rPr>
        <w:t>οὐ βοηθήσαντά 〈τ’ α〉ὐτῶι πώποτ’ εἰς οὐδὲν μέρος, οὐ προσειπόντ’, οὐ λαλήσανθ’ ἡδέως, σέσωχ’ ὅμως. ὅπερ ἂν ἄλλος καὶ δικαίως· “οὐκ ἐᾶις με προσιέναι· οὐ προσέρχομ’· οὐδὲν ἡμῖν γέγονας αὐτὸς χρήσιμος· οὐδ’ ἐγὼ σοὶ νῦν.” τί δ’ ἐστί, μειράκιον; ἐάν 〈τ’〉 ἐγὼ</w:t>
      </w:r>
    </w:p>
    <w:p>
      <w:r>
        <w:rPr>
          <w:rFonts w:ascii="Courier New" w:hAnsi="Courier New"/>
          <w:color w:val="555555"/>
          <w:sz w:val="20"/>
        </w:rPr>
        <w:t>[730]</w:t>
      </w:r>
    </w:p>
    <w:p>
      <w:r>
        <w:rPr>
          <w:rFonts w:ascii="Gentium Plus" w:hAnsi="Gentium Plus"/>
          <w:sz w:val="24"/>
        </w:rPr>
        <w:t>ἀποθάνω νῦν—οἴομαι δέ, καὶ κακῶς ἴσως ἔχω— ἄν τε περι〈σωθ〉ῶ, ποοῦμαί ς’ ὑόν, ἅ τ’ ἔχων τυγχάνω πάντα σαυτοῦ νόμισον εἶναι. τήνδε σοι παρεγγυῶ· ἄνδρα δ’ αὐτῆι πόρισον. εἰ γὰρ καὶ σφόδρ’ ὑγιαίνοιμ’ ἐγώ, αὐτὸς οὐ δυνήσομ’ εὑρεῖν· οὐ γὰρ ἀρέσει μοί ποτε</w:t>
      </w:r>
    </w:p>
    <w:p>
      <w:r>
        <w:rPr>
          <w:rFonts w:ascii="Courier New" w:hAnsi="Courier New"/>
          <w:color w:val="555555"/>
          <w:sz w:val="20"/>
        </w:rPr>
        <w:t>[735]</w:t>
      </w:r>
    </w:p>
    <w:p>
      <w:r>
        <w:rPr>
          <w:rFonts w:ascii="Gentium Plus" w:hAnsi="Gentium Plus"/>
          <w:sz w:val="24"/>
        </w:rPr>
        <w:t>οὐδὲ εἷς. ἀλλ’ ἐμὲ μέν, 〈ἂν ζῶ〉, ζῆν ἐᾶθ’ ὡς βούλομαι,</w:t>
      </w:r>
    </w:p>
    <w:p>
      <w:r>
        <w:rPr>
          <w:rFonts w:ascii="Courier New" w:hAnsi="Courier New"/>
          <w:color w:val="555555"/>
          <w:sz w:val="20"/>
        </w:rPr>
        <w:t>[740]</w:t>
      </w:r>
    </w:p>
    <w:p>
      <w:r>
        <w:rPr>
          <w:rFonts w:ascii="Gentium Plus" w:hAnsi="Gentium Plus"/>
          <w:sz w:val="24"/>
        </w:rPr>
        <w:t>ἀλλὰ κα]τάκλινόν με, θύγατερ. τῶν δ’ ἀναγκαίων λέγειν πλείον’] οὐκ ἀνδρὸς νομίζω· πλὴν ἐκεῖνό γ’ ἴσθι, παῖ— ὑπὲρ ἐ]μ̣οῦ γὰρ βούλομ’ εἰπεῖν ὀλίγα σοι καὶ τοῦ τρόπου— εἰ τοιοῦτ]οι πάντες ἦσαν, οὔτε τὰ δικαστήρια ἦν ἄν, οὔθ’ αὑτοὺς ἀπῆγον εἰς τὰ δεσμωτήρια,</w:t>
      </w:r>
    </w:p>
    <w:p>
      <w:r>
        <w:rPr>
          <w:rFonts w:ascii="Courier New" w:hAnsi="Courier New"/>
          <w:color w:val="555555"/>
          <w:sz w:val="20"/>
        </w:rPr>
        <w:t>[745]</w:t>
      </w:r>
    </w:p>
    <w:p>
      <w:r>
        <w:rPr>
          <w:rFonts w:ascii="Gentium Plus" w:hAnsi="Gentium Plus"/>
          <w:sz w:val="24"/>
        </w:rPr>
        <w:t>οὔτε πόλεμος ἦν, ἔχων δ’ ἂν μέτρι’ ἕκαστος ἠγάπα. ἀλλ’ ἴσως ταῦτ’ ἐστ’ ἀρεστὰ μᾶλλον· οὕτω πράττετε. ἐκποδὼν ὑμῖν 〈ὁ〉 χαλεπὸς δύσκολός τ’ ἔσται γέρων. (Γο) ἀλλὰ δέχομαι ταῦτα πάντα. δεῖ δὲ μετὰ σοῦ νυμφίον ὡς τάχισθ’ εὑρεῖν 〈τιν’〉 ἡμᾶς τῆι κόρηι, σοὶ συνδοκοῦν.</w:t>
      </w:r>
    </w:p>
    <w:p>
      <w:r>
        <w:rPr>
          <w:rFonts w:ascii="Courier New" w:hAnsi="Courier New"/>
          <w:color w:val="555555"/>
          <w:sz w:val="20"/>
        </w:rPr>
        <w:t>[(750)]</w:t>
      </w:r>
    </w:p>
    <w:p>
      <w:r>
        <w:rPr>
          <w:rFonts w:ascii="Gentium Plus" w:hAnsi="Gentium Plus"/>
          <w:sz w:val="24"/>
        </w:rPr>
        <w:t>Κν οὗτος, εἴρηχ’ ὅς’ ἐφρόνουν σοι· μὴ ’νόχλει, πρὸς τῶν θεῶν. Γο βούλεται γὰρ ἐντυχεῖν σοι—</w:t>
      </w:r>
    </w:p>
    <w:p>
      <w:r>
        <w:rPr>
          <w:rFonts w:ascii="Courier New" w:hAnsi="Courier New"/>
          <w:color w:val="555555"/>
          <w:sz w:val="20"/>
        </w:rPr>
        <w:t>[751]</w:t>
      </w:r>
    </w:p>
    <w:p>
      <w:r>
        <w:rPr>
          <w:rFonts w:ascii="Gentium Plus" w:hAnsi="Gentium Plus"/>
          <w:sz w:val="24"/>
        </w:rPr>
        <w:t>(Κν) μηδαμῶς, πρὸς τῶν θεῶν. (Γο) τὴν κόρην αἰτῶν τις.</w:t>
      </w:r>
    </w:p>
    <w:p>
      <w:r>
        <w:rPr>
          <w:rFonts w:ascii="Courier New" w:hAnsi="Courier New"/>
          <w:color w:val="555555"/>
          <w:sz w:val="20"/>
        </w:rPr>
        <w:t>[752]</w:t>
      </w:r>
    </w:p>
    <w:p>
      <w:r>
        <w:rPr>
          <w:rFonts w:ascii="Gentium Plus" w:hAnsi="Gentium Plus"/>
          <w:sz w:val="24"/>
        </w:rPr>
        <w:t>(Κν) οὐδὲν ἔτι 〈τοιοῦτό〉 μοι μέλει. (Γο) ὅ 〈σε〉 συνεκσώσας.</w:t>
      </w:r>
    </w:p>
    <w:p>
      <w:r>
        <w:rPr>
          <w:rFonts w:ascii="Courier New" w:hAnsi="Courier New"/>
          <w:color w:val="555555"/>
          <w:sz w:val="20"/>
        </w:rPr>
        <w:t>[753]</w:t>
      </w:r>
    </w:p>
    <w:p>
      <w:r>
        <w:rPr>
          <w:rFonts w:ascii="Gentium Plus" w:hAnsi="Gentium Plus"/>
          <w:sz w:val="24"/>
        </w:rPr>
        <w:t>(Κν) ὁ ποῖος;</w:t>
      </w:r>
    </w:p>
    <w:p>
      <w:r>
        <w:rPr>
          <w:rFonts w:ascii="Courier New" w:hAnsi="Courier New"/>
          <w:color w:val="555555"/>
          <w:sz w:val="20"/>
        </w:rPr>
        <w:t>[753]</w:t>
      </w:r>
    </w:p>
    <w:p>
      <w:r>
        <w:rPr>
          <w:rFonts w:ascii="Gentium Plus" w:hAnsi="Gentium Plus"/>
          <w:sz w:val="24"/>
        </w:rPr>
        <w:t>(Γο) οὑτοσί. πρόσελθε σύ. (Κν) ἐπικέκαυται μέν. γεωργός ἐστι;</w:t>
      </w:r>
    </w:p>
    <w:p>
      <w:r>
        <w:rPr>
          <w:rFonts w:ascii="Courier New" w:hAnsi="Courier New"/>
          <w:color w:val="555555"/>
          <w:sz w:val="20"/>
        </w:rPr>
        <w:t>[754]</w:t>
      </w:r>
    </w:p>
    <w:p>
      <w:r>
        <w:rPr>
          <w:rFonts w:ascii="Gentium Plus" w:hAnsi="Gentium Plus"/>
          <w:sz w:val="24"/>
        </w:rPr>
        <w:t>(Γο) καὶ μάλ’, ὦ πάτερ.</w:t>
      </w:r>
    </w:p>
    <w:p>
      <w:r>
        <w:rPr>
          <w:rFonts w:ascii="Courier New" w:hAnsi="Courier New"/>
          <w:color w:val="555555"/>
          <w:sz w:val="20"/>
        </w:rPr>
        <w:t>[755]</w:t>
      </w:r>
    </w:p>
    <w:p>
      <w:r>
        <w:rPr>
          <w:rFonts w:ascii="Gentium Plus" w:hAnsi="Gentium Plus"/>
          <w:sz w:val="24"/>
        </w:rPr>
        <w:t>οὐ τρυφῶν οὐδ’ οἷος ἀργὸς περιπατεῖν τὴν ἡμέραν</w:t>
      </w:r>
    </w:p>
    <w:p>
      <w:r>
        <w:rPr>
          <w:rFonts w:ascii="Courier New" w:hAnsi="Courier New"/>
          <w:color w:val="555555"/>
          <w:sz w:val="20"/>
        </w:rPr>
        <w:t>[758]</w:t>
      </w:r>
    </w:p>
    <w:p>
      <w:r>
        <w:rPr>
          <w:rFonts w:ascii="Gentium Plus" w:hAnsi="Gentium Plus"/>
          <w:sz w:val="24"/>
        </w:rPr>
        <w:t>(?) καὶ[ ἐπιμ]ελοῦ τούτου. τὸ λο[ιπὸν] ἐγγυᾶν[</w:t>
      </w:r>
    </w:p>
    <w:p>
      <w:r>
        <w:rPr>
          <w:rFonts w:ascii="Courier New" w:hAnsi="Courier New"/>
          <w:color w:val="555555"/>
          <w:sz w:val="20"/>
        </w:rPr>
        <w:t>[760]</w:t>
      </w:r>
    </w:p>
    <w:p>
      <w:r>
        <w:rPr>
          <w:rFonts w:ascii="Gentium Plus" w:hAnsi="Gentium Plus"/>
          <w:sz w:val="24"/>
        </w:rPr>
        <w:t>τὴν] ἀδελφήν.</w:t>
      </w:r>
    </w:p>
    <w:p>
      <w:r>
        <w:rPr>
          <w:rFonts w:ascii="Courier New" w:hAnsi="Courier New"/>
          <w:color w:val="555555"/>
          <w:sz w:val="20"/>
        </w:rPr>
        <w:t>[760]</w:t>
      </w:r>
    </w:p>
    <w:p>
      <w:r>
        <w:rPr>
          <w:rFonts w:ascii="Gentium Plus" w:hAnsi="Gentium Plus"/>
          <w:sz w:val="24"/>
        </w:rPr>
        <w:t>(Γο) ἐπανένεγκε ταῦτα, [Σ]ώστ[ραθ’, οἷς σε δεῖ. [Σω] οὐ[δ]ὲν ὁ πατὴρ ἀντερεῖ [μοι].</w:t>
      </w:r>
    </w:p>
    <w:p>
      <w:r>
        <w:rPr>
          <w:rFonts w:ascii="Courier New" w:hAnsi="Courier New"/>
          <w:color w:val="555555"/>
          <w:sz w:val="20"/>
        </w:rPr>
        <w:t>[761]</w:t>
      </w:r>
    </w:p>
    <w:p>
      <w:r>
        <w:rPr>
          <w:rFonts w:ascii="Gentium Plus" w:hAnsi="Gentium Plus"/>
          <w:sz w:val="24"/>
        </w:rPr>
        <w:t>(Γο) τοιγαροῦν ἔγωγέ σοι ἐγγυῶ δίδωμι πάντων τῶν θεῶν ἐναντίον † ενεγκεινος δίκαιόν ἐστι π.[.]θη, Σώστρατε. οὐ πεπλασμένωι γὰρ ἤθει πρὸς τὸ πρᾶγμ’ ἐλήλυθας,</w:t>
      </w:r>
    </w:p>
    <w:p>
      <w:r>
        <w:rPr>
          <w:rFonts w:ascii="Courier New" w:hAnsi="Courier New"/>
          <w:color w:val="555555"/>
          <w:sz w:val="20"/>
        </w:rPr>
        <w:t>[765]</w:t>
      </w:r>
    </w:p>
    <w:p>
      <w:r>
        <w:rPr>
          <w:rFonts w:ascii="Gentium Plus" w:hAnsi="Gentium Plus"/>
          <w:sz w:val="24"/>
        </w:rPr>
        <w:t>ἀλλ’ ἁπλῶς, καὶ πάντα ποιεῖν ἠξίωσας τοῦ γάμου ἕνεκα, τρυφερὸς ὢν δίκελλαν ἔλαβες, ἔσκαψας, πονεῖν ἠθέλησας. ἐν δὲ τούτωι τῶι μέρει μάλιστ’ ἀνὴρ δείκνυτ’, ἐξισοῦν ἑαυτὸν ὅστις ὑπομένει τινὶ εὐπορῶν πένητι· καὶ γὰρ μεταβολὰς οὗτος τ̣ύ̣χ̣[ης</w:t>
      </w:r>
    </w:p>
    <w:p>
      <w:r>
        <w:rPr>
          <w:rFonts w:ascii="Courier New" w:hAnsi="Courier New"/>
          <w:color w:val="555555"/>
          <w:sz w:val="20"/>
        </w:rPr>
        <w:t>[770]</w:t>
      </w:r>
    </w:p>
    <w:p>
      <w:r>
        <w:rPr>
          <w:rFonts w:ascii="Gentium Plus" w:hAnsi="Gentium Plus"/>
          <w:sz w:val="24"/>
        </w:rPr>
        <w:t>ἐγκρατῶς οἴσει. δέδωκας πεῖραν ἱκανὴν τοῦ τρόπου. διαμένοις μόνον τοιοῦτος.</w:t>
      </w:r>
    </w:p>
    <w:p>
      <w:r>
        <w:rPr>
          <w:rFonts w:ascii="Courier New" w:hAnsi="Courier New"/>
          <w:color w:val="555555"/>
          <w:sz w:val="20"/>
        </w:rPr>
        <w:t>[771]</w:t>
      </w:r>
    </w:p>
    <w:p>
      <w:r>
        <w:rPr>
          <w:rFonts w:ascii="Gentium Plus" w:hAnsi="Gentium Plus"/>
          <w:sz w:val="24"/>
        </w:rPr>
        <w:t>(Σω) πολὺ μὲν οὖν κρείττω̣[ν ἔτι. ἀλλ’ ἐπαινεῖν αὑτόν ἐστι φορτικόν 〈τι〉 πρᾶγμ’ ἴσως. εἰς καλὸν δ’ ὁρῶ παρόντα τὸν πατέρα.</w:t>
      </w:r>
    </w:p>
    <w:p>
      <w:r>
        <w:rPr>
          <w:rFonts w:ascii="Courier New" w:hAnsi="Courier New"/>
          <w:color w:val="555555"/>
          <w:sz w:val="20"/>
        </w:rPr>
        <w:t>[773]</w:t>
      </w:r>
    </w:p>
    <w:p>
      <w:r>
        <w:rPr>
          <w:rFonts w:ascii="Gentium Plus" w:hAnsi="Gentium Plus"/>
          <w:sz w:val="24"/>
        </w:rPr>
        <w:t>(Γο) Καλλιππίδης ἐστὶ σοῦ πατήρ;</w:t>
      </w:r>
    </w:p>
    <w:p>
      <w:r>
        <w:rPr>
          <w:rFonts w:ascii="Courier New" w:hAnsi="Courier New"/>
          <w:color w:val="555555"/>
          <w:sz w:val="20"/>
        </w:rPr>
        <w:t>[774]</w:t>
      </w:r>
    </w:p>
    <w:p>
      <w:r>
        <w:rPr>
          <w:rFonts w:ascii="Gentium Plus" w:hAnsi="Gentium Plus"/>
          <w:sz w:val="24"/>
        </w:rPr>
        <w:t>(Σω) πάνυ μὲν οὖν.</w:t>
      </w:r>
    </w:p>
    <w:p>
      <w:r>
        <w:rPr>
          <w:rFonts w:ascii="Courier New" w:hAnsi="Courier New"/>
          <w:color w:val="555555"/>
          <w:sz w:val="20"/>
        </w:rPr>
        <w:t>[774]</w:t>
      </w:r>
    </w:p>
    <w:p>
      <w:r>
        <w:rPr>
          <w:rFonts w:ascii="Gentium Plus" w:hAnsi="Gentium Plus"/>
          <w:sz w:val="24"/>
        </w:rPr>
        <w:t>(Γο) νὴ Δία πλούσιός γ’ ἀνήρ,</w:t>
      </w:r>
    </w:p>
    <w:p>
      <w:r>
        <w:rPr>
          <w:rFonts w:ascii="Courier New" w:hAnsi="Courier New"/>
          <w:color w:val="555555"/>
          <w:sz w:val="20"/>
        </w:rPr>
        <w:t>[775]</w:t>
      </w:r>
    </w:p>
    <w:p>
      <w:r>
        <w:rPr>
          <w:rFonts w:ascii="Gentium Plus" w:hAnsi="Gentium Plus"/>
          <w:sz w:val="24"/>
        </w:rPr>
        <w:t>〈καὶ〉 δικαίως 〈γ’ ὡσ〉 γεωργὸς ἄμαχος.</w:t>
      </w:r>
    </w:p>
    <w:p>
      <w:r>
        <w:rPr>
          <w:rFonts w:ascii="Courier New" w:hAnsi="Courier New"/>
          <w:color w:val="555555"/>
          <w:sz w:val="20"/>
        </w:rPr>
        <w:t>[775]</w:t>
      </w:r>
    </w:p>
    <w:p>
      <w:r>
        <w:rPr>
          <w:rFonts w:ascii="Gentium Plus" w:hAnsi="Gentium Plus"/>
          <w:sz w:val="24"/>
        </w:rPr>
        <w:t>ΚΑΛΛΙΠΠΙΔΗΣ ἀπολέλειμμ’ ἴσως. 〈οἱ δὲ〉 καταβεβρωκότες δὴ τὸ πρόβατον φροῦδοι πάλαι</w:t>
      </w:r>
    </w:p>
    <w:p>
      <w:r>
        <w:rPr>
          <w:rFonts w:ascii="Courier New" w:hAnsi="Courier New"/>
          <w:color w:val="555555"/>
          <w:sz w:val="20"/>
        </w:rPr>
        <w:t>[777]</w:t>
      </w:r>
    </w:p>
    <w:p>
      <w:r>
        <w:rPr>
          <w:rFonts w:ascii="Gentium Plus" w:hAnsi="Gentium Plus"/>
          <w:sz w:val="24"/>
        </w:rPr>
        <w:t>Γο Πόσειδον, ὀξυπείνως πως ἔχει. αὐτίκ’ αὐτῶι ταῦτ’ ἐροῦμεν;</w:t>
      </w:r>
    </w:p>
    <w:p>
      <w:r>
        <w:rPr>
          <w:rFonts w:ascii="Courier New" w:hAnsi="Courier New"/>
          <w:color w:val="555555"/>
          <w:sz w:val="20"/>
        </w:rPr>
        <w:t>[778]</w:t>
      </w:r>
    </w:p>
    <w:p>
      <w:r>
        <w:rPr>
          <w:rFonts w:ascii="Gentium Plus" w:hAnsi="Gentium Plus"/>
          <w:sz w:val="24"/>
        </w:rPr>
        <w:t>(Σω) πρῶτον ἀριστησάτω· πραότερος ἔσται.</w:t>
      </w:r>
    </w:p>
    <w:p>
      <w:r>
        <w:rPr>
          <w:rFonts w:ascii="Courier New" w:hAnsi="Courier New"/>
          <w:color w:val="555555"/>
          <w:sz w:val="20"/>
        </w:rPr>
        <w:t>[779]</w:t>
      </w:r>
    </w:p>
    <w:p>
      <w:r>
        <w:rPr>
          <w:rFonts w:ascii="Gentium Plus" w:hAnsi="Gentium Plus"/>
          <w:sz w:val="24"/>
        </w:rPr>
        <w:t>(Κα) τί τοῦτο, Σώστρατ’; ἠριστήκατε;</w:t>
      </w:r>
    </w:p>
    <w:p>
      <w:r>
        <w:rPr>
          <w:rFonts w:ascii="Courier New" w:hAnsi="Courier New"/>
          <w:color w:val="555555"/>
          <w:sz w:val="20"/>
        </w:rPr>
        <w:t>[780]</w:t>
      </w:r>
    </w:p>
    <w:p>
      <w:r>
        <w:rPr>
          <w:rFonts w:ascii="Gentium Plus" w:hAnsi="Gentium Plus"/>
          <w:sz w:val="24"/>
        </w:rPr>
        <w:t>〈Σω〉 ἀλλὰ καὶ σοὶ παραλέλειπται. πάραγε.</w:t>
      </w:r>
    </w:p>
    <w:p>
      <w:r>
        <w:rPr>
          <w:rFonts w:ascii="Courier New" w:hAnsi="Courier New"/>
          <w:color w:val="555555"/>
          <w:sz w:val="20"/>
        </w:rPr>
        <w:t>[780]</w:t>
      </w:r>
    </w:p>
    <w:p>
      <w:r>
        <w:rPr>
          <w:rFonts w:ascii="Gentium Plus" w:hAnsi="Gentium Plus"/>
          <w:sz w:val="24"/>
        </w:rPr>
        <w:t>(Κα) τοῦτο δὴ ποῶ. Γο εἰσιὼν αὐτῶι λαλεῖ 〈νῦν〉, εἴ τι βούλει τῶι πατρὶ κατὰ μόνας.</w:t>
      </w:r>
    </w:p>
    <w:p>
      <w:r>
        <w:rPr>
          <w:rFonts w:ascii="Courier New" w:hAnsi="Courier New"/>
          <w:color w:val="555555"/>
          <w:sz w:val="20"/>
        </w:rPr>
        <w:t>[782]</w:t>
      </w:r>
    </w:p>
    <w:p>
      <w:r>
        <w:rPr>
          <w:rFonts w:ascii="Gentium Plus" w:hAnsi="Gentium Plus"/>
          <w:sz w:val="24"/>
        </w:rPr>
        <w:t>(Σω) ἔνδον περιμενεῖς, οὐ γάρ;</w:t>
      </w:r>
    </w:p>
    <w:p>
      <w:r>
        <w:rPr>
          <w:rFonts w:ascii="Courier New" w:hAnsi="Courier New"/>
          <w:color w:val="555555"/>
          <w:sz w:val="20"/>
        </w:rPr>
        <w:t>[782]</w:t>
      </w:r>
    </w:p>
    <w:p>
      <w:r>
        <w:rPr>
          <w:rFonts w:ascii="Gentium Plus" w:hAnsi="Gentium Plus"/>
          <w:sz w:val="24"/>
        </w:rPr>
        <w:t>(Γο) οὐκ ἐξέρχομαι ἔνδοθεν.</w:t>
      </w:r>
    </w:p>
    <w:p>
      <w:r>
        <w:rPr>
          <w:rFonts w:ascii="Courier New" w:hAnsi="Courier New"/>
          <w:color w:val="555555"/>
          <w:sz w:val="20"/>
        </w:rPr>
        <w:t>[783]</w:t>
      </w:r>
    </w:p>
    <w:p>
      <w:r>
        <w:rPr>
          <w:rFonts w:ascii="Gentium Plus" w:hAnsi="Gentium Plus"/>
          <w:sz w:val="24"/>
        </w:rPr>
        <w:t>(Σω) μικρὸν διαλιπὼν παρακαλῶ τοίνυν 〈σ’〉 ἐγώ.</w:t>
      </w:r>
    </w:p>
    <w:p>
      <w:r>
        <w:rPr>
          <w:rFonts w:ascii="Courier New" w:hAnsi="Courier New"/>
          <w:color w:val="555555"/>
          <w:sz w:val="20"/>
        </w:rPr>
        <w:t>[783]</w:t>
      </w:r>
    </w:p>
    <w:p>
      <w:r>
        <w:rPr>
          <w:rFonts w:ascii="Gentium Plus" w:hAnsi="Gentium Plus"/>
          <w:sz w:val="24"/>
        </w:rPr>
        <w:t>ΧΟΡΟΥ Σω οὐχ ὡς ἐβουλόμην ἅπαντά μοι, πάτερ,</w:t>
      </w:r>
    </w:p>
    <w:p>
      <w:r>
        <w:rPr>
          <w:rFonts w:ascii="Courier New" w:hAnsi="Courier New"/>
          <w:color w:val="555555"/>
          <w:sz w:val="20"/>
        </w:rPr>
        <w:t>[785]</w:t>
      </w:r>
    </w:p>
    <w:p>
      <w:r>
        <w:rPr>
          <w:rFonts w:ascii="Gentium Plus" w:hAnsi="Gentium Plus"/>
          <w:sz w:val="24"/>
        </w:rPr>
        <w:t>οὐδ’ ὡς προσεδόκων γίνεται παρὰ σοῦ.</w:t>
      </w:r>
    </w:p>
    <w:p>
      <w:r>
        <w:rPr>
          <w:rFonts w:ascii="Courier New" w:hAnsi="Courier New"/>
          <w:color w:val="555555"/>
          <w:sz w:val="20"/>
        </w:rPr>
        <w:t>[785]</w:t>
      </w:r>
    </w:p>
    <w:p>
      <w:r>
        <w:rPr>
          <w:rFonts w:ascii="Gentium Plus" w:hAnsi="Gentium Plus"/>
          <w:sz w:val="24"/>
        </w:rPr>
        <w:t>(Κα) τί δέ; οὐ συγκεχώρηχ’; ἧς ἐρᾶις σε λαμβάνειν καὶ βούλομαι καί φημι δεῖν.</w:t>
      </w:r>
    </w:p>
    <w:p>
      <w:r>
        <w:rPr>
          <w:rFonts w:ascii="Courier New" w:hAnsi="Courier New"/>
          <w:color w:val="555555"/>
          <w:sz w:val="20"/>
        </w:rPr>
        <w:t>[787]</w:t>
      </w:r>
    </w:p>
    <w:p>
      <w:r>
        <w:rPr>
          <w:rFonts w:ascii="Gentium Plus" w:hAnsi="Gentium Plus"/>
          <w:sz w:val="24"/>
        </w:rPr>
        <w:t>(Σω) οὔ μοι δοκεῖς. (Κα) νὴ τοὺς θεοὺς ἔγωγε, γινώσκων ὅτι νέωι γάμος βέβαιος οὕτως γίνεται</w:t>
      </w:r>
    </w:p>
    <w:p>
      <w:r>
        <w:rPr>
          <w:rFonts w:ascii="Courier New" w:hAnsi="Courier New"/>
          <w:color w:val="555555"/>
          <w:sz w:val="20"/>
        </w:rPr>
        <w:t>[790]</w:t>
      </w:r>
    </w:p>
    <w:p>
      <w:r>
        <w:rPr>
          <w:rFonts w:ascii="Gentium Plus" w:hAnsi="Gentium Plus"/>
          <w:sz w:val="24"/>
        </w:rPr>
        <w:t>ἐὰν δι’ ἔρωτα τοῦτο συμπεισθῆι ποεῖν. (Σω) ἔπειτ’ ἐγὼ μὲν τὴν ἀδελφὴν λήψομαι τὴν τοῦ νεανίσκου, νομίζων ἄ[ξιον</w:t>
      </w:r>
    </w:p>
    <w:p>
      <w:r>
        <w:rPr>
          <w:rFonts w:ascii="Courier New" w:hAnsi="Courier New"/>
          <w:color w:val="555555"/>
          <w:sz w:val="20"/>
        </w:rPr>
        <w:t>[794]</w:t>
      </w:r>
    </w:p>
    <w:p>
      <w:r>
        <w:rPr>
          <w:rFonts w:ascii="Gentium Plus" w:hAnsi="Gentium Plus"/>
          <w:sz w:val="24"/>
        </w:rPr>
        <w:t>(Κα) αἰσχρὸν λέγεις;</w:t>
      </w:r>
    </w:p>
    <w:p>
      <w:r>
        <w:rPr>
          <w:rFonts w:ascii="Courier New" w:hAnsi="Courier New"/>
          <w:color w:val="555555"/>
          <w:sz w:val="20"/>
        </w:rPr>
        <w:t>[795]</w:t>
      </w:r>
    </w:p>
    <w:p>
      <w:r>
        <w:rPr>
          <w:rFonts w:ascii="Gentium Plus" w:hAnsi="Gentium Plus"/>
          <w:sz w:val="24"/>
        </w:rPr>
        <w:t>νύμφην γὰρ ἅμα καὶ νυμφίον πτωχοὺς λαβεῖν οὐ βούλομ’, ἱκανὸν δ’ ἐστὶν ἡμῖν θάτερον. (Σω) περὶ χρημάτων λαλεῖς, ἀβεβαίου πράγματος. εἰ μὲν γὰρ οἶσθα ταῦτα παραμενοῦντά σοι εἰς πάντα τὸν χρόνον, φύλαττε μηδενὶ</w:t>
      </w:r>
    </w:p>
    <w:p>
      <w:r>
        <w:rPr>
          <w:rFonts w:ascii="Courier New" w:hAnsi="Courier New"/>
          <w:color w:val="555555"/>
          <w:sz w:val="20"/>
        </w:rPr>
        <w:t>[(800)]</w:t>
      </w:r>
    </w:p>
    <w:p>
      <w:r>
        <w:rPr>
          <w:rFonts w:ascii="Gentium Plus" w:hAnsi="Gentium Plus"/>
          <w:sz w:val="24"/>
        </w:rPr>
        <w:t>τοῦ σοῦ μεταδιδούς· ὧν δὲ μὴ σὺ κύριος εἶ, μηδὲ σαυτοῦ τῆς τύχης δὲ πάντ’ ἔχεις, μή τι φθονοίης, ὦ πάτερ, τούτων τινί. αὕτη γὰρ ἄλλωι, τυχὸν ἀναξίωι τινί, παρελομένη σοῦ πάντα προσθήσει πάλιν.</w:t>
      </w:r>
    </w:p>
    <w:p>
      <w:r>
        <w:rPr>
          <w:rFonts w:ascii="Courier New" w:hAnsi="Courier New"/>
          <w:color w:val="555555"/>
          <w:sz w:val="20"/>
        </w:rPr>
        <w:t>[805]</w:t>
      </w:r>
    </w:p>
    <w:p>
      <w:r>
        <w:rPr>
          <w:rFonts w:ascii="Gentium Plus" w:hAnsi="Gentium Plus"/>
          <w:sz w:val="24"/>
        </w:rPr>
        <w:t>διόπερ ἐγώ σε φημὶ δεῖν, ὅσον χρόνον εἶ κύριος, χρῆσθαι σε γενναίως, πάτερ, αὐτόν, ἐπικουρεῖν πᾶσιν, εὐπόρους ποεῖν ὡς ἂν δύνηι πλείστους διὰ σαυτοῦ. τοῦτο γὰρ ἀθάνατόν ἐστι, κἄν ποτε πταίσας τύχηις,</w:t>
      </w:r>
    </w:p>
    <w:p>
      <w:r>
        <w:rPr>
          <w:rFonts w:ascii="Courier New" w:hAnsi="Courier New"/>
          <w:color w:val="555555"/>
          <w:sz w:val="20"/>
        </w:rPr>
        <w:t>[810]</w:t>
      </w:r>
    </w:p>
    <w:p>
      <w:r>
        <w:rPr>
          <w:rFonts w:ascii="Gentium Plus" w:hAnsi="Gentium Plus"/>
          <w:sz w:val="24"/>
        </w:rPr>
        <w:t>ἐκεῖθεν ἔσται ταὐτὸ τοῦτό σοι πάλιν. πολλῶι δὲ κρεῖττόν ἐστιν ἐμφανὴς φίλος ἢ πλοῦτος ἀφανής, ὃν σὺ κατορύξας ἔχεις. Κα οἶσθ’ οἷός εἰμι, Σώστραθ’· ἃ συνελεξάμην οὐ συγκατορύξω ταῦτ’ ἐμαυτῶι—πῶς γὰρ ἄν; —</w:t>
      </w:r>
    </w:p>
    <w:p>
      <w:r>
        <w:rPr>
          <w:rFonts w:ascii="Courier New" w:hAnsi="Courier New"/>
          <w:color w:val="555555"/>
          <w:sz w:val="20"/>
        </w:rPr>
        <w:t>[815]</w:t>
      </w:r>
    </w:p>
    <w:p>
      <w:r>
        <w:rPr>
          <w:rFonts w:ascii="Gentium Plus" w:hAnsi="Gentium Plus"/>
          <w:sz w:val="24"/>
        </w:rPr>
        <w:t>σὰ δ’ ἐστί. βούλει περιποήσασθαί τινα φίλον δοκιμάσας· πρᾶττε τοῦτ’ ἀγαθῆι τύχηι.</w:t>
      </w:r>
    </w:p>
    <w:p>
      <w:r>
        <w:rPr>
          <w:rFonts w:ascii="Courier New" w:hAnsi="Courier New"/>
          <w:color w:val="555555"/>
          <w:sz w:val="20"/>
        </w:rPr>
        <w:t>[819]</w:t>
      </w:r>
    </w:p>
    <w:p>
      <w:r>
        <w:rPr>
          <w:rFonts w:ascii="Gentium Plus" w:hAnsi="Gentium Plus"/>
          <w:sz w:val="24"/>
        </w:rPr>
        <w:t>(Σω) ἑκών;</w:t>
      </w:r>
    </w:p>
    <w:p>
      <w:r>
        <w:rPr>
          <w:rFonts w:ascii="Courier New" w:hAnsi="Courier New"/>
          <w:color w:val="555555"/>
          <w:sz w:val="20"/>
        </w:rPr>
        <w:t>[819]</w:t>
      </w:r>
    </w:p>
    <w:p>
      <w:r>
        <w:rPr>
          <w:rFonts w:ascii="Gentium Plus" w:hAnsi="Gentium Plus"/>
          <w:sz w:val="24"/>
        </w:rPr>
        <w:t>〈Κα〉 εὖ ἴσθι· μηδὲν τοῦτό σε</w:t>
      </w:r>
    </w:p>
    <w:p>
      <w:r>
        <w:rPr>
          <w:rFonts w:ascii="Courier New" w:hAnsi="Courier New"/>
          <w:color w:val="555555"/>
          <w:sz w:val="20"/>
        </w:rPr>
        <w:t>[820]</w:t>
      </w:r>
    </w:p>
    <w:p>
      <w:r>
        <w:rPr>
          <w:rFonts w:ascii="Gentium Plus" w:hAnsi="Gentium Plus"/>
          <w:sz w:val="24"/>
        </w:rPr>
        <w:t>ταραττέτω.</w:t>
      </w:r>
    </w:p>
    <w:p>
      <w:r>
        <w:rPr>
          <w:rFonts w:ascii="Courier New" w:hAnsi="Courier New"/>
          <w:color w:val="555555"/>
          <w:sz w:val="20"/>
        </w:rPr>
        <w:t>[820]</w:t>
      </w:r>
    </w:p>
    <w:p>
      <w:r>
        <w:rPr>
          <w:rFonts w:ascii="Gentium Plus" w:hAnsi="Gentium Plus"/>
          <w:sz w:val="24"/>
        </w:rPr>
        <w:t>(Σω) τὸν Γοργίαν τοίνυν καλῶ. Γο ἐπακήκο’ ὑμῶν ἐξιὼν πρὸς τῆι θύραι ἅπαντας οὓς εἰρήκατ’ ἐξ ἀρχῆς λόγους. τί οὖν; ἐγώ σ〈ε, Σ〉ώστρατ’, εἶναι μὲν φίλον ὑπολαμβάνω σπουδαῖον ἀγαπῶ τ’ ἐκτόπως,</w:t>
      </w:r>
    </w:p>
    <w:p>
      <w:r>
        <w:rPr>
          <w:rFonts w:ascii="Courier New" w:hAnsi="Courier New"/>
          <w:color w:val="555555"/>
          <w:sz w:val="20"/>
        </w:rPr>
        <w:t>[825]</w:t>
      </w:r>
    </w:p>
    <w:p>
      <w:r>
        <w:rPr>
          <w:rFonts w:ascii="Gentium Plus" w:hAnsi="Gentium Plus"/>
          <w:sz w:val="24"/>
        </w:rPr>
        <w:t>μείζω δ’ ἐμαυτοῦ πράγματ’ οὔτε βούλομαι οὔτ’ ἂν δυναίμην μὰ Δία βουληθεὶς φέρειν. (Σω) οὐκ οἶδ’ ὅ τι λέγεις.</w:t>
      </w:r>
    </w:p>
    <w:p>
      <w:r>
        <w:rPr>
          <w:rFonts w:ascii="Courier New" w:hAnsi="Courier New"/>
          <w:color w:val="555555"/>
          <w:sz w:val="20"/>
        </w:rPr>
        <w:t>[827]</w:t>
      </w:r>
    </w:p>
    <w:p>
      <w:r>
        <w:rPr>
          <w:rFonts w:ascii="Gentium Plus" w:hAnsi="Gentium Plus"/>
          <w:sz w:val="24"/>
        </w:rPr>
        <w:t>(Γο) τὴν ἀδελφὴν τὴν ἐμὴν δίδωμί σοι γυναῖκα, τὴν δὲ σὴν λαβεῖν— καλῶς ἔχει μοι.</w:t>
      </w:r>
    </w:p>
    <w:p>
      <w:r>
        <w:rPr>
          <w:rFonts w:ascii="Courier New" w:hAnsi="Courier New"/>
          <w:color w:val="555555"/>
          <w:sz w:val="20"/>
        </w:rPr>
        <w:t>[829]</w:t>
      </w:r>
    </w:p>
    <w:p>
      <w:r>
        <w:rPr>
          <w:rFonts w:ascii="Gentium Plus" w:hAnsi="Gentium Plus"/>
          <w:sz w:val="24"/>
        </w:rPr>
        <w:t>(Σω) πῶς καλῶς;</w:t>
      </w:r>
    </w:p>
    <w:p>
      <w:r>
        <w:rPr>
          <w:rFonts w:ascii="Courier New" w:hAnsi="Courier New"/>
          <w:color w:val="555555"/>
          <w:sz w:val="20"/>
        </w:rPr>
        <w:t>[829]</w:t>
      </w:r>
    </w:p>
    <w:p>
      <w:r>
        <w:rPr>
          <w:rFonts w:ascii="Gentium Plus" w:hAnsi="Gentium Plus"/>
          <w:sz w:val="24"/>
        </w:rPr>
        <w:t>(Γο) οὐχ ἡδύ μοι</w:t>
      </w:r>
    </w:p>
    <w:p>
      <w:r>
        <w:rPr>
          <w:rFonts w:ascii="Courier New" w:hAnsi="Courier New"/>
          <w:color w:val="555555"/>
          <w:sz w:val="20"/>
        </w:rPr>
        <w:t>[830]</w:t>
      </w:r>
    </w:p>
    <w:p>
      <w:r>
        <w:rPr>
          <w:rFonts w:ascii="Gentium Plus" w:hAnsi="Gentium Plus"/>
          <w:sz w:val="24"/>
        </w:rPr>
        <w:t>εἶναι τρυφαίνειν ἀλλοτρίοις πόνοις δοκεῖ, συλλεξάμενον δ’ αὐτόν.</w:t>
      </w:r>
    </w:p>
    <w:p>
      <w:r>
        <w:rPr>
          <w:rFonts w:ascii="Courier New" w:hAnsi="Courier New"/>
          <w:color w:val="555555"/>
          <w:sz w:val="20"/>
        </w:rPr>
        <w:t>[831]</w:t>
      </w:r>
    </w:p>
    <w:p>
      <w:r>
        <w:rPr>
          <w:rFonts w:ascii="Gentium Plus" w:hAnsi="Gentium Plus"/>
          <w:sz w:val="24"/>
        </w:rPr>
        <w:t>(Σω) φλυαρεῖς, Γοργία. οὐκ ἄξιον κρίνεις σεαυτὸν τοῦ γάμου. (Γο) ἐμαυτὸν εἶναι κέκρικ’ ἐκείνης ἄξιον, λαβεῖν δὲ πολλὰ μίκρ’ ἔχοντ’ οὐκ ἄξιον.</w:t>
      </w:r>
    </w:p>
    <w:p>
      <w:r>
        <w:rPr>
          <w:rFonts w:ascii="Courier New" w:hAnsi="Courier New"/>
          <w:color w:val="555555"/>
          <w:sz w:val="20"/>
        </w:rPr>
        <w:t>[835]</w:t>
      </w:r>
    </w:p>
    <w:p>
      <w:r>
        <w:rPr>
          <w:rFonts w:ascii="Gentium Plus" w:hAnsi="Gentium Plus"/>
          <w:sz w:val="24"/>
        </w:rPr>
        <w:t>Κα νὴ τὸν Δία τὸν μέγιστον εὐγενῶς γέ πως [ ]ος εἶ.</w:t>
      </w:r>
    </w:p>
    <w:p>
      <w:r>
        <w:rPr>
          <w:rFonts w:ascii="Courier New" w:hAnsi="Courier New"/>
          <w:color w:val="555555"/>
          <w:sz w:val="20"/>
        </w:rPr>
        <w:t>[836]</w:t>
      </w:r>
    </w:p>
    <w:p>
      <w:r>
        <w:rPr>
          <w:rFonts w:ascii="Gentium Plus" w:hAnsi="Gentium Plus"/>
          <w:sz w:val="24"/>
        </w:rPr>
        <w:t>(Γο) πῶς;</w:t>
      </w:r>
    </w:p>
    <w:p>
      <w:r>
        <w:rPr>
          <w:rFonts w:ascii="Courier New" w:hAnsi="Courier New"/>
          <w:color w:val="555555"/>
          <w:sz w:val="20"/>
        </w:rPr>
        <w:t>[836]</w:t>
      </w:r>
    </w:p>
    <w:p>
      <w:r>
        <w:rPr>
          <w:rFonts w:ascii="Gentium Plus" w:hAnsi="Gentium Plus"/>
          <w:sz w:val="24"/>
        </w:rPr>
        <w:t>(Κα) οὐκ ἔχων βούλει δοκεῖν [ ]ἐπειδὴ συμπεπεισμένον μ’ ὁρᾶις</w:t>
      </w:r>
    </w:p>
    <w:p>
      <w:r>
        <w:rPr>
          <w:rFonts w:ascii="Courier New" w:hAnsi="Courier New"/>
          <w:color w:val="555555"/>
          <w:sz w:val="20"/>
        </w:rPr>
        <w:t>[840]</w:t>
      </w:r>
    </w:p>
    <w:p>
      <w:r>
        <w:rPr>
          <w:rFonts w:ascii="Gentium Plus" w:hAnsi="Gentium Plus"/>
          <w:sz w:val="24"/>
        </w:rPr>
        <w:t>[ ]ς̣ ὑποδείκνυσιν εἷς σωτηρίαν. [Σω ].λοιπόν ἐστιν ἡμῖν ἐγγυᾶν. (Κα) ἀλλ’ ἐγγυῶ παίδων ἐπ’ ἀρότωι γνησίων τὴν θυγατέρ’ ἤδη μειράκιόν σοι προῖκά τε δίδωμ’ ἐπ’ αὐτῆι τρία τάλαντα.</w:t>
      </w:r>
    </w:p>
    <w:p>
      <w:r>
        <w:rPr>
          <w:rFonts w:ascii="Courier New" w:hAnsi="Courier New"/>
          <w:color w:val="555555"/>
          <w:sz w:val="20"/>
        </w:rPr>
        <w:t>[844]</w:t>
      </w:r>
    </w:p>
    <w:p>
      <w:r>
        <w:rPr>
          <w:rFonts w:ascii="Gentium Plus" w:hAnsi="Gentium Plus"/>
          <w:sz w:val="24"/>
        </w:rPr>
        <w:t>(Γο) ἐγὼ δέ γε</w:t>
      </w:r>
    </w:p>
    <w:p>
      <w:r>
        <w:rPr>
          <w:rFonts w:ascii="Courier New" w:hAnsi="Courier New"/>
          <w:color w:val="555555"/>
          <w:sz w:val="20"/>
        </w:rPr>
        <w:t>[845]</w:t>
      </w:r>
    </w:p>
    <w:p>
      <w:r>
        <w:rPr>
          <w:rFonts w:ascii="Gentium Plus" w:hAnsi="Gentium Plus"/>
          <w:sz w:val="24"/>
        </w:rPr>
        <w:t>ἔχω τάλαντον προῖκα τῆς ἑτέρας.</w:t>
      </w:r>
    </w:p>
    <w:p>
      <w:r>
        <w:rPr>
          <w:rFonts w:ascii="Courier New" w:hAnsi="Courier New"/>
          <w:color w:val="555555"/>
          <w:sz w:val="20"/>
        </w:rPr>
        <w:t>[845]</w:t>
      </w:r>
    </w:p>
    <w:p>
      <w:r>
        <w:rPr>
          <w:rFonts w:ascii="Gentium Plus" w:hAnsi="Gentium Plus"/>
          <w:sz w:val="24"/>
        </w:rPr>
        <w:t>(Κα) ἔχεις; μὴ δῶις σὺ λίαν.</w:t>
      </w:r>
    </w:p>
    <w:p>
      <w:r>
        <w:rPr>
          <w:rFonts w:ascii="Courier New" w:hAnsi="Courier New"/>
          <w:color w:val="555555"/>
          <w:sz w:val="20"/>
        </w:rPr>
        <w:t>[846]</w:t>
      </w:r>
    </w:p>
    <w:p>
      <w:r>
        <w:rPr>
          <w:rFonts w:ascii="Gentium Plus" w:hAnsi="Gentium Plus"/>
          <w:sz w:val="24"/>
        </w:rPr>
        <w:t>(Γο) ἀλλ’ ἔχω τὸ χωρίον. 〈Κα〉 κέκτης’ ὅλον σύ, Γοργία. τὴν μητέρα ἤδη σὺ δεῦρο τήν τ’ ἀδελφὴν μετάγαγε πρὸς τὰς γυναῖκας τὰς παρ’ ἡμῖν.</w:t>
      </w:r>
    </w:p>
    <w:p>
      <w:r>
        <w:rPr>
          <w:rFonts w:ascii="Courier New" w:hAnsi="Courier New"/>
          <w:color w:val="555555"/>
          <w:sz w:val="20"/>
        </w:rPr>
        <w:t>[849]</w:t>
      </w:r>
    </w:p>
    <w:p>
      <w:r>
        <w:rPr>
          <w:rFonts w:ascii="Gentium Plus" w:hAnsi="Gentium Plus"/>
          <w:sz w:val="24"/>
        </w:rPr>
        <w:t>(Γο) ἀλλὰ χρή.</w:t>
      </w:r>
    </w:p>
    <w:p>
      <w:r>
        <w:rPr>
          <w:rFonts w:ascii="Courier New" w:hAnsi="Courier New"/>
          <w:color w:val="555555"/>
          <w:sz w:val="20"/>
        </w:rPr>
        <w:t>[(850)]</w:t>
      </w:r>
    </w:p>
    <w:p>
      <w:r>
        <w:rPr>
          <w:rFonts w:ascii="Gentium Plus" w:hAnsi="Gentium Plus"/>
          <w:sz w:val="24"/>
        </w:rPr>
        <w:t>(Σω) τὴν νύκτα [ πάντες μεν̣[ το]ὺς γάμους ποήσομεν. καὶ τὸν γέροντα, Γοργία, κομίσατε δεῦρ’· ἕξει τὰ δέοντ’ ἐνταῦθ’ ἴσως μᾶλλον παρ’ ἡμῖν.</w:t>
      </w:r>
    </w:p>
    <w:p>
      <w:r>
        <w:rPr>
          <w:rFonts w:ascii="Courier New" w:hAnsi="Courier New"/>
          <w:color w:val="555555"/>
          <w:sz w:val="20"/>
        </w:rPr>
        <w:t>[854]</w:t>
      </w:r>
    </w:p>
    <w:p>
      <w:r>
        <w:rPr>
          <w:rFonts w:ascii="Gentium Plus" w:hAnsi="Gentium Plus"/>
          <w:sz w:val="24"/>
        </w:rPr>
        <w:t>(Γο) οὐκ ἐθελήσει, Σώστρατε.</w:t>
      </w:r>
    </w:p>
    <w:p>
      <w:r>
        <w:rPr>
          <w:rFonts w:ascii="Courier New" w:hAnsi="Courier New"/>
          <w:color w:val="555555"/>
          <w:sz w:val="20"/>
        </w:rPr>
        <w:t>[855]</w:t>
      </w:r>
    </w:p>
    <w:p>
      <w:r>
        <w:rPr>
          <w:rFonts w:ascii="Gentium Plus" w:hAnsi="Gentium Plus"/>
          <w:sz w:val="24"/>
        </w:rPr>
        <w:t>(Σω) σύμπεισον αὐτόν.</w:t>
      </w:r>
    </w:p>
    <w:p>
      <w:r>
        <w:rPr>
          <w:rFonts w:ascii="Courier New" w:hAnsi="Courier New"/>
          <w:color w:val="555555"/>
          <w:sz w:val="20"/>
        </w:rPr>
        <w:t>[855]</w:t>
      </w:r>
    </w:p>
    <w:p>
      <w:r>
        <w:rPr>
          <w:rFonts w:ascii="Gentium Plus" w:hAnsi="Gentium Plus"/>
          <w:sz w:val="24"/>
        </w:rPr>
        <w:t>(Γο) ἂν δύνωμαι.</w:t>
      </w:r>
    </w:p>
    <w:p>
      <w:r>
        <w:rPr>
          <w:rFonts w:ascii="Courier New" w:hAnsi="Courier New"/>
          <w:color w:val="555555"/>
          <w:sz w:val="20"/>
        </w:rPr>
        <w:t>[855]</w:t>
      </w:r>
    </w:p>
    <w:p>
      <w:r>
        <w:rPr>
          <w:rFonts w:ascii="Gentium Plus" w:hAnsi="Gentium Plus"/>
          <w:sz w:val="24"/>
        </w:rPr>
        <w:t>(Σω) δεῖ πότον ἡμῶν γενέσθαι, παππία, νυνὶ καλόν, καὶ τῶν γυναικῶν παννυχίδα.</w:t>
      </w:r>
    </w:p>
    <w:p>
      <w:r>
        <w:rPr>
          <w:rFonts w:ascii="Courier New" w:hAnsi="Courier New"/>
          <w:color w:val="555555"/>
          <w:sz w:val="20"/>
        </w:rPr>
        <w:t>[857]</w:t>
      </w:r>
    </w:p>
    <w:p>
      <w:r>
        <w:rPr>
          <w:rFonts w:ascii="Gentium Plus" w:hAnsi="Gentium Plus"/>
          <w:sz w:val="24"/>
        </w:rPr>
        <w:t>(Κα) τοὐναντίον πίοντ’ ἐκεῖναι, παννυχιοῦμεν οἶδ’ ὅτι ἡμεῖς. παράγων δ’ ὑμῖν ἑτοιμάσω τι νῦν</w:t>
      </w:r>
    </w:p>
    <w:p>
      <w:r>
        <w:rPr>
          <w:rFonts w:ascii="Courier New" w:hAnsi="Courier New"/>
          <w:color w:val="555555"/>
          <w:sz w:val="20"/>
        </w:rPr>
        <w:t>[860]</w:t>
      </w:r>
    </w:p>
    <w:p>
      <w:r>
        <w:rPr>
          <w:rFonts w:ascii="Gentium Plus" w:hAnsi="Gentium Plus"/>
          <w:sz w:val="24"/>
        </w:rPr>
        <w:t>προὔργου.</w:t>
      </w:r>
    </w:p>
    <w:p>
      <w:r>
        <w:rPr>
          <w:rFonts w:ascii="Courier New" w:hAnsi="Courier New"/>
          <w:color w:val="555555"/>
          <w:sz w:val="20"/>
        </w:rPr>
        <w:t>[860]</w:t>
      </w:r>
    </w:p>
    <w:p>
      <w:r>
        <w:rPr>
          <w:rFonts w:ascii="Gentium Plus" w:hAnsi="Gentium Plus"/>
          <w:sz w:val="24"/>
        </w:rPr>
        <w:t>Σω πόει τοῦτ’· οὐδενὸς χρὴ πράγματος τὸν εὖ φρονοῦνθ’ ὅλως ἀπογνῶναί ποτε. ἁλωτὰ γίνετ’ ἐπιμελείαι καὶ πόνωι ἅπαντ’. ἐγὼ τούτου παράδειγμα νῦν φέρω· ἐν ἡμέραι μιᾶι κατείργασμαι γάμον</w:t>
      </w:r>
    </w:p>
    <w:p>
      <w:r>
        <w:rPr>
          <w:rFonts w:ascii="Courier New" w:hAnsi="Courier New"/>
          <w:color w:val="555555"/>
          <w:sz w:val="20"/>
        </w:rPr>
        <w:t>[865]</w:t>
      </w:r>
    </w:p>
    <w:p>
      <w:r>
        <w:rPr>
          <w:rFonts w:ascii="Gentium Plus" w:hAnsi="Gentium Plus"/>
          <w:sz w:val="24"/>
        </w:rPr>
        <w:t>〈ὃν〉 οὐδ’ ἂν εἷς ποτ’ ὤιετ’ ἀνθρώπων ὅλως. Γο προάγετε δὴ θᾶττόν ποθ’ ὑμεῖς.</w:t>
      </w:r>
    </w:p>
    <w:p>
      <w:r>
        <w:rPr>
          <w:rFonts w:ascii="Courier New" w:hAnsi="Courier New"/>
          <w:color w:val="555555"/>
          <w:sz w:val="20"/>
        </w:rPr>
        <w:t>[866]</w:t>
      </w:r>
    </w:p>
    <w:p>
      <w:r>
        <w:rPr>
          <w:rFonts w:ascii="Gentium Plus" w:hAnsi="Gentium Plus"/>
          <w:sz w:val="24"/>
        </w:rPr>
        <w:t>Σω δεῦτε δή. μῆτερ, δέχου ταύτας. ὁ Κνήμων δ’ οὐδέπω; (Γο) ὃς ἱκέτευεν ἐξαγαγεῖν τὴν γραῦν ἔτι, ἵν’ ἦι τελέως μόνος καθ’ αὑτόν;</w:t>
      </w:r>
    </w:p>
    <w:p>
      <w:r>
        <w:rPr>
          <w:rFonts w:ascii="Courier New" w:hAnsi="Courier New"/>
          <w:color w:val="555555"/>
          <w:sz w:val="20"/>
        </w:rPr>
        <w:t>[869]</w:t>
      </w:r>
    </w:p>
    <w:p>
      <w:r>
        <w:rPr>
          <w:rFonts w:ascii="Gentium Plus" w:hAnsi="Gentium Plus"/>
          <w:sz w:val="24"/>
        </w:rPr>
        <w:t>(Σω) ὢ τρόπου</w:t>
      </w:r>
    </w:p>
    <w:p>
      <w:r>
        <w:rPr>
          <w:rFonts w:ascii="Courier New" w:hAnsi="Courier New"/>
          <w:color w:val="555555"/>
          <w:sz w:val="20"/>
        </w:rPr>
        <w:t>[870]</w:t>
      </w:r>
    </w:p>
    <w:p>
      <w:r>
        <w:rPr>
          <w:rFonts w:ascii="Gentium Plus" w:hAnsi="Gentium Plus"/>
          <w:sz w:val="24"/>
        </w:rPr>
        <w:t>ἀμάχου.</w:t>
      </w:r>
    </w:p>
    <w:p>
      <w:r>
        <w:rPr>
          <w:rFonts w:ascii="Courier New" w:hAnsi="Courier New"/>
          <w:color w:val="555555"/>
          <w:sz w:val="20"/>
        </w:rPr>
        <w:t>[870]</w:t>
      </w:r>
    </w:p>
    <w:p>
      <w:r>
        <w:rPr>
          <w:rFonts w:ascii="Gentium Plus" w:hAnsi="Gentium Plus"/>
          <w:sz w:val="24"/>
        </w:rPr>
        <w:t>(Γο) τοιοῦτος.</w:t>
      </w:r>
    </w:p>
    <w:p>
      <w:r>
        <w:rPr>
          <w:rFonts w:ascii="Courier New" w:hAnsi="Courier New"/>
          <w:color w:val="555555"/>
          <w:sz w:val="20"/>
        </w:rPr>
        <w:t>[870]</w:t>
      </w:r>
    </w:p>
    <w:p>
      <w:r>
        <w:rPr>
          <w:rFonts w:ascii="Gentium Plus" w:hAnsi="Gentium Plus"/>
          <w:sz w:val="24"/>
        </w:rPr>
        <w:t>〈Σω〉 ἀλλὰ πολλὰ χαιρέτω. ἡμεῖς δ’ ἴωμεν.</w:t>
      </w:r>
    </w:p>
    <w:p>
      <w:r>
        <w:rPr>
          <w:rFonts w:ascii="Courier New" w:hAnsi="Courier New"/>
          <w:color w:val="555555"/>
          <w:sz w:val="20"/>
        </w:rPr>
        <w:t>[871]</w:t>
      </w:r>
    </w:p>
    <w:p>
      <w:r>
        <w:rPr>
          <w:rFonts w:ascii="Gentium Plus" w:hAnsi="Gentium Plus"/>
          <w:sz w:val="24"/>
        </w:rPr>
        <w:t>(Γο) Σώστραθ’, ὑπεραισχύνομαι γυναιξὶν ἐν ταὐτῶι—</w:t>
      </w:r>
    </w:p>
    <w:p>
      <w:r>
        <w:rPr>
          <w:rFonts w:ascii="Courier New" w:hAnsi="Courier New"/>
          <w:color w:val="555555"/>
          <w:sz w:val="20"/>
        </w:rPr>
        <w:t>[872]</w:t>
      </w:r>
    </w:p>
    <w:p>
      <w:r>
        <w:rPr>
          <w:rFonts w:ascii="Gentium Plus" w:hAnsi="Gentium Plus"/>
          <w:sz w:val="24"/>
        </w:rPr>
        <w:t>(Σω) τίς ὁ λῆρος; οὐ πρόει; οἰκεῖα ταῦτ’ ἤδη νομίζειν πάντα δεῖ. Σιμ ἄπειμι νὴ τὴν Ἄρτεμιν κἀγώ. μόνος</w:t>
      </w:r>
    </w:p>
    <w:p>
      <w:r>
        <w:rPr>
          <w:rFonts w:ascii="Courier New" w:hAnsi="Courier New"/>
          <w:color w:val="555555"/>
          <w:sz w:val="20"/>
        </w:rPr>
        <w:t>[875]</w:t>
      </w:r>
    </w:p>
    <w:p>
      <w:r>
        <w:rPr>
          <w:rFonts w:ascii="Gentium Plus" w:hAnsi="Gentium Plus"/>
          <w:sz w:val="24"/>
        </w:rPr>
        <w:t>ἐνταῦθα κατακείσει. τάλας σὺ τοῦ τρόπου. πρὸς τὸν θεόν σε βουλομένων [τούτων ἄγειν ἀντεῖπας. ἔσται μέγα κακὸν πάλιν [τί σοι, νὴ τὼ θεώ, 〈καὶ〉 μεῖζον ἢ νῦν εὖ πά[νυ. Γε ἐγὼ προσελθὼν ὄψομαι δεῦρ[</w:t>
      </w:r>
    </w:p>
    <w:p>
      <w:r>
        <w:rPr>
          <w:rFonts w:ascii="Courier New" w:hAnsi="Courier New"/>
          <w:color w:val="555555"/>
          <w:sz w:val="20"/>
        </w:rPr>
        <w:t>[879]</w:t>
      </w:r>
    </w:p>
    <w:p>
      <w:r>
        <w:rPr>
          <w:rFonts w:ascii="Gentium Plus" w:hAnsi="Gentium Plus"/>
          <w:sz w:val="24"/>
        </w:rPr>
        <w:t>αὐλεῖ.</w:t>
      </w:r>
    </w:p>
    <w:p>
      <w:r>
        <w:rPr>
          <w:rFonts w:ascii="Courier New" w:hAnsi="Courier New"/>
          <w:color w:val="555555"/>
          <w:sz w:val="20"/>
        </w:rPr>
        <w:t>[880]</w:t>
      </w:r>
    </w:p>
    <w:p>
      <w:r>
        <w:rPr>
          <w:rFonts w:ascii="Gentium Plus" w:hAnsi="Gentium Plus"/>
          <w:sz w:val="24"/>
        </w:rPr>
        <w:t>τί μοι προσαυλεῖς, ἄθλι’ οὗτος; οὐδέπω σχολή [μοι. πρὸς τὸν κακῶς ἔχοντα πέμπους’ ἐνθαδί μ’· ἐπίσ[χες. Σιμ καὶ παρακαθήσθω γ’ εἰσιὼν αὐτῶι τις ἄλλος ὑμῶν. ἐγὼ δ’ ἀποστέλλουσα τροφίμην βούλομαι λαλῆσαι ταύτηι, προσειπεῖν, ἀσπάσασθαι.</w:t>
      </w:r>
    </w:p>
    <w:p>
      <w:r>
        <w:rPr>
          <w:rFonts w:ascii="Courier New" w:hAnsi="Courier New"/>
          <w:color w:val="555555"/>
          <w:sz w:val="20"/>
        </w:rPr>
        <w:t>[884]</w:t>
      </w:r>
    </w:p>
    <w:p>
      <w:r>
        <w:rPr>
          <w:rFonts w:ascii="Gentium Plus" w:hAnsi="Gentium Plus"/>
          <w:sz w:val="24"/>
        </w:rPr>
        <w:t>(Γε) νοῦν ἔχεις· βάδιζε.</w:t>
      </w:r>
    </w:p>
    <w:p>
      <w:r>
        <w:rPr>
          <w:rFonts w:ascii="Courier New" w:hAnsi="Courier New"/>
          <w:color w:val="555555"/>
          <w:sz w:val="20"/>
        </w:rPr>
        <w:t>[885]</w:t>
      </w:r>
    </w:p>
    <w:p>
      <w:r>
        <w:rPr>
          <w:rFonts w:ascii="Gentium Plus" w:hAnsi="Gentium Plus"/>
          <w:sz w:val="24"/>
        </w:rPr>
        <w:t>τοῦτον δὲ θεραπεύσω τέως ἐγώ. πάλαι δ̣[έδοκται τ[ούτο]υ̣ λαβεῖν τὸν καιρόν, ἀλλὰ διαπον̣[εῖν ἔδει με. [ ]ετ̣ει καὶ τῶν β̣[ ο]ὔπω δυνησ̣[]ι̣, μάγειρε. Σίκων, πρόελθε δεῦρό μοι [σὺ θᾶττο]ν. ὦ Πόσειδον,</w:t>
      </w:r>
    </w:p>
    <w:p>
      <w:r>
        <w:rPr>
          <w:rFonts w:ascii="Courier New" w:hAnsi="Courier New"/>
          <w:color w:val="555555"/>
          <w:sz w:val="20"/>
        </w:rPr>
        <w:t>[890]</w:t>
      </w:r>
    </w:p>
    <w:p>
      <w:r>
        <w:rPr>
          <w:rFonts w:ascii="Gentium Plus" w:hAnsi="Gentium Plus"/>
          <w:sz w:val="24"/>
        </w:rPr>
        <w:t>οἵαν ἔχειν οἶμαι διατριβήν.</w:t>
      </w:r>
    </w:p>
    <w:p>
      <w:r>
        <w:rPr>
          <w:rFonts w:ascii="Courier New" w:hAnsi="Courier New"/>
          <w:color w:val="555555"/>
          <w:sz w:val="20"/>
        </w:rPr>
        <w:t>[890]</w:t>
      </w:r>
    </w:p>
    <w:p>
      <w:r>
        <w:rPr>
          <w:rFonts w:ascii="Gentium Plus" w:hAnsi="Gentium Plus"/>
          <w:sz w:val="24"/>
        </w:rPr>
        <w:t>(Σικ) σύ με καλεῖς;</w:t>
      </w:r>
    </w:p>
    <w:p>
      <w:r>
        <w:rPr>
          <w:rFonts w:ascii="Courier New" w:hAnsi="Courier New"/>
          <w:color w:val="555555"/>
          <w:sz w:val="20"/>
        </w:rPr>
        <w:t>[890]</w:t>
      </w:r>
    </w:p>
    <w:p>
      <w:r>
        <w:rPr>
          <w:rFonts w:ascii="Gentium Plus" w:hAnsi="Gentium Plus"/>
          <w:sz w:val="24"/>
        </w:rPr>
        <w:t>(Γε) ἔγωγε. τιμωρίαν βούλει λαβεῖν ὧν ἀρτίως ἔπασχες; (Σικ) ἐγὼ δ’ ἔπασχον ἀρτίως; οὐ λαικάσει φλυαρῶν; (Γε) ὁ δύσκολος [γέρ]ων καθεύδει μόνος.</w:t>
      </w:r>
    </w:p>
    <w:p>
      <w:r>
        <w:rPr>
          <w:rFonts w:ascii="Courier New" w:hAnsi="Courier New"/>
          <w:color w:val="555555"/>
          <w:sz w:val="20"/>
        </w:rPr>
        <w:t>[893]</w:t>
      </w:r>
    </w:p>
    <w:p>
      <w:r>
        <w:rPr>
          <w:rFonts w:ascii="Gentium Plus" w:hAnsi="Gentium Plus"/>
          <w:sz w:val="24"/>
        </w:rPr>
        <w:t>(Σικ) ἔχει δὲ 〈δὴ〉 πῶς; [Γε] οὐ παντάπασιν ἀθλίως.</w:t>
      </w:r>
    </w:p>
    <w:p>
      <w:r>
        <w:rPr>
          <w:rFonts w:ascii="Courier New" w:hAnsi="Courier New"/>
          <w:color w:val="555555"/>
          <w:sz w:val="20"/>
        </w:rPr>
        <w:t>[894]</w:t>
      </w:r>
    </w:p>
    <w:p>
      <w:r>
        <w:rPr>
          <w:rFonts w:ascii="Gentium Plus" w:hAnsi="Gentium Plus"/>
          <w:sz w:val="24"/>
        </w:rPr>
        <w:t>(Σικ) οὐκ ἂν δύναιτό γ’ ἡμᾶς</w:t>
      </w:r>
    </w:p>
    <w:p>
      <w:r>
        <w:rPr>
          <w:rFonts w:ascii="Courier New" w:hAnsi="Courier New"/>
          <w:color w:val="555555"/>
          <w:sz w:val="20"/>
        </w:rPr>
        <w:t>[895]</w:t>
      </w:r>
    </w:p>
    <w:p>
      <w:r>
        <w:rPr>
          <w:rFonts w:ascii="Gentium Plus" w:hAnsi="Gentium Plus"/>
          <w:sz w:val="24"/>
        </w:rPr>
        <w:t>τύπτειν ἀναστάς;</w:t>
      </w:r>
    </w:p>
    <w:p>
      <w:r>
        <w:rPr>
          <w:rFonts w:ascii="Courier New" w:hAnsi="Courier New"/>
          <w:color w:val="555555"/>
          <w:sz w:val="20"/>
        </w:rPr>
        <w:t>[895]</w:t>
      </w:r>
    </w:p>
    <w:p>
      <w:r>
        <w:rPr>
          <w:rFonts w:ascii="Gentium Plus" w:hAnsi="Gentium Plus"/>
          <w:sz w:val="24"/>
        </w:rPr>
        <w:t>(Γε) οὐδ’ ἀναστῆναι 〈γάρ〉, ὡς ἐγὦιμαι. (Σικ) ὡς ἡδὺ πρᾶγμά μοι λέγεις. αἰτήσομ’ εἰσιών τι· ἔξω γὰρ ἔσται τῶν φρενῶν.</w:t>
      </w:r>
    </w:p>
    <w:p>
      <w:r>
        <w:rPr>
          <w:rFonts w:ascii="Courier New" w:hAnsi="Courier New"/>
          <w:color w:val="555555"/>
          <w:sz w:val="20"/>
        </w:rPr>
        <w:t>[897]</w:t>
      </w:r>
    </w:p>
    <w:p>
      <w:r>
        <w:rPr>
          <w:rFonts w:ascii="Gentium Plus" w:hAnsi="Gentium Plus"/>
          <w:sz w:val="24"/>
        </w:rPr>
        <w:t>(Γε) 〈τί δ’ ἄν,〉 τὸ δεῖνα, πρῶτον ἔξω προελκύσωμεν αὐτόν, εἶτα θέντες αὐτοῦ</w:t>
      </w:r>
    </w:p>
    <w:p>
      <w:r>
        <w:rPr>
          <w:rFonts w:ascii="Courier New" w:hAnsi="Courier New"/>
          <w:color w:val="555555"/>
          <w:sz w:val="20"/>
        </w:rPr>
        <w:t>[(900)]</w:t>
      </w:r>
    </w:p>
    <w:p>
      <w:r>
        <w:rPr>
          <w:rFonts w:ascii="Gentium Plus" w:hAnsi="Gentium Plus"/>
          <w:sz w:val="24"/>
        </w:rPr>
        <w:t>ἔσται τις ἡδονή, λέγω.</w:t>
      </w:r>
    </w:p>
    <w:p>
      <w:r>
        <w:rPr>
          <w:rFonts w:ascii="Courier New" w:hAnsi="Courier New"/>
          <w:color w:val="555555"/>
          <w:sz w:val="20"/>
        </w:rPr>
        <w:t>[(900)]</w:t>
      </w:r>
    </w:p>
    <w:p>
      <w:r>
        <w:rPr>
          <w:rFonts w:ascii="Gentium Plus" w:hAnsi="Gentium Plus"/>
          <w:sz w:val="24"/>
        </w:rPr>
        <w:t>(Σικ) τὸν Γοργίαν δέδοικα μὴ καταλαβὼν ἡμᾶς καθαίρηι.</w:t>
      </w:r>
    </w:p>
    <w:p>
      <w:r>
        <w:rPr>
          <w:rFonts w:ascii="Courier New" w:hAnsi="Courier New"/>
          <w:color w:val="555555"/>
          <w:sz w:val="20"/>
        </w:rPr>
        <w:t>[901]</w:t>
      </w:r>
    </w:p>
    <w:p>
      <w:r>
        <w:rPr>
          <w:rFonts w:ascii="Gentium Plus" w:hAnsi="Gentium Plus"/>
          <w:sz w:val="24"/>
        </w:rPr>
        <w:t>Γε θόρυβός ἐστιν ἔνδον, πίνουσιν. οὐκ αἰσθήσετ’ οὐδείς. τὸ δ’ ὅλον ἐστὶν ἡμῖν ἅνθρωπος ἡμερωτέος· κηδεύομεν γὰρ αὐτῶι, οἰκεῖος ἡμῖν γίνετ’· εἰ δ’ ἔσται τοιοῦτος αἰεί,</w:t>
      </w:r>
    </w:p>
    <w:p>
      <w:r>
        <w:rPr>
          <w:rFonts w:ascii="Courier New" w:hAnsi="Courier New"/>
          <w:color w:val="555555"/>
          <w:sz w:val="20"/>
        </w:rPr>
        <w:t>[905]</w:t>
      </w:r>
    </w:p>
    <w:p>
      <w:r>
        <w:rPr>
          <w:rFonts w:ascii="Gentium Plus" w:hAnsi="Gentium Plus"/>
          <w:sz w:val="24"/>
        </w:rPr>
        <w:t>ἔργον ὑπενεγκεῖν, πῶς γὰρ οὔ;</w:t>
      </w:r>
    </w:p>
    <w:p>
      <w:r>
        <w:rPr>
          <w:rFonts w:ascii="Courier New" w:hAnsi="Courier New"/>
          <w:color w:val="555555"/>
          <w:sz w:val="20"/>
        </w:rPr>
        <w:t>[905]</w:t>
      </w:r>
    </w:p>
    <w:p>
      <w:r>
        <w:rPr>
          <w:rFonts w:ascii="Gentium Plus" w:hAnsi="Gentium Plus"/>
          <w:sz w:val="24"/>
        </w:rPr>
        <w:t>(Σικ) λαθεῖν μόνον ἐπιθύμει αὐτὸν φέρων δεῦρ’ εἰς τὸ πρόσθεν.</w:t>
      </w:r>
    </w:p>
    <w:p>
      <w:r>
        <w:rPr>
          <w:rFonts w:ascii="Courier New" w:hAnsi="Courier New"/>
          <w:color w:val="555555"/>
          <w:sz w:val="20"/>
        </w:rPr>
        <w:t>[906]</w:t>
      </w:r>
    </w:p>
    <w:p>
      <w:r>
        <w:rPr>
          <w:rFonts w:ascii="Gentium Plus" w:hAnsi="Gentium Plus"/>
          <w:sz w:val="24"/>
        </w:rPr>
        <w:t>〈Γε〉 πρόαγε δὴ σύ.</w:t>
      </w:r>
    </w:p>
    <w:p>
      <w:r>
        <w:rPr>
          <w:rFonts w:ascii="Courier New" w:hAnsi="Courier New"/>
          <w:color w:val="555555"/>
          <w:sz w:val="20"/>
        </w:rPr>
        <w:t>[906]</w:t>
      </w:r>
    </w:p>
    <w:p>
      <w:r>
        <w:rPr>
          <w:rFonts w:ascii="Gentium Plus" w:hAnsi="Gentium Plus"/>
          <w:sz w:val="24"/>
        </w:rPr>
        <w:t>〈Σικ〉 μικρὸν πρόσμεινον, ἱκετεύω σε· μή με καταλιπὼν ἀπέλθηις. 〈Γε〉 καὶ μὴ ψόφει, πρὸς τῶν θεῶν.</w:t>
      </w:r>
    </w:p>
    <w:p>
      <w:r>
        <w:rPr>
          <w:rFonts w:ascii="Courier New" w:hAnsi="Courier New"/>
          <w:color w:val="555555"/>
          <w:sz w:val="20"/>
        </w:rPr>
        <w:t>[908]</w:t>
      </w:r>
    </w:p>
    <w:p>
      <w:r>
        <w:rPr>
          <w:rFonts w:ascii="Gentium Plus" w:hAnsi="Gentium Plus"/>
          <w:sz w:val="24"/>
        </w:rPr>
        <w:t>(Σικ) ἀλλ’ οὐ ψοφῶ μὰ τὴν Γῆν. 〈Γε〉 εἰς δεξιάν.</w:t>
      </w:r>
    </w:p>
    <w:p>
      <w:r>
        <w:rPr>
          <w:rFonts w:ascii="Courier New" w:hAnsi="Courier New"/>
          <w:color w:val="555555"/>
          <w:sz w:val="20"/>
        </w:rPr>
        <w:t>[909]</w:t>
      </w:r>
    </w:p>
    <w:p>
      <w:r>
        <w:rPr>
          <w:rFonts w:ascii="Gentium Plus" w:hAnsi="Gentium Plus"/>
          <w:sz w:val="24"/>
        </w:rPr>
        <w:t>(Σικ) ἰδού.</w:t>
      </w:r>
    </w:p>
    <w:p>
      <w:r>
        <w:rPr>
          <w:rFonts w:ascii="Courier New" w:hAnsi="Courier New"/>
          <w:color w:val="555555"/>
          <w:sz w:val="20"/>
        </w:rPr>
        <w:t>[909]</w:t>
      </w:r>
    </w:p>
    <w:p>
      <w:r>
        <w:rPr>
          <w:rFonts w:ascii="Gentium Plus" w:hAnsi="Gentium Plus"/>
          <w:sz w:val="24"/>
        </w:rPr>
        <w:t>〈Γε〉 θὲς αὐτοῦ. νῦν ὁ καιρός.</w:t>
      </w:r>
    </w:p>
    <w:p>
      <w:r>
        <w:rPr>
          <w:rFonts w:ascii="Courier New" w:hAnsi="Courier New"/>
          <w:color w:val="555555"/>
          <w:sz w:val="20"/>
        </w:rPr>
        <w:t>[909]</w:t>
      </w:r>
    </w:p>
    <w:p>
      <w:r>
        <w:rPr>
          <w:rFonts w:ascii="Gentium Plus" w:hAnsi="Gentium Plus"/>
          <w:sz w:val="24"/>
        </w:rPr>
        <w:t>〈Σικ〉 εἶἑν·</w:t>
      </w:r>
    </w:p>
    <w:p>
      <w:r>
        <w:rPr>
          <w:rFonts w:ascii="Courier New" w:hAnsi="Courier New"/>
          <w:color w:val="555555"/>
          <w:sz w:val="20"/>
        </w:rPr>
        <w:t>[910]</w:t>
      </w:r>
    </w:p>
    <w:p>
      <w:r>
        <w:rPr>
          <w:rFonts w:ascii="Gentium Plus" w:hAnsi="Gentium Plus"/>
          <w:sz w:val="24"/>
        </w:rPr>
        <w:t>ἐγὼ προάξω πρότερος. ἤν. καὶ τὸν ῥυθμὸν σὺ τήρει. 〈παῖ〉, παιδίον, παῖδες 〈καλοί〉, παῖ, παιδία.</w:t>
      </w:r>
    </w:p>
    <w:p>
      <w:r>
        <w:rPr>
          <w:rFonts w:ascii="Courier New" w:hAnsi="Courier New"/>
          <w:color w:val="555555"/>
          <w:sz w:val="20"/>
        </w:rPr>
        <w:t>[911]</w:t>
      </w:r>
    </w:p>
    <w:p>
      <w:r>
        <w:rPr>
          <w:rFonts w:ascii="Gentium Plus" w:hAnsi="Gentium Plus"/>
          <w:sz w:val="24"/>
        </w:rPr>
        <w:t>〈Κν〉 οἴχομ’, οἴμοι. 〈Σικ〉 παῖδες καλοί, παῖ, παιδίον, 〈παῖ〉, παῖδες.</w:t>
      </w:r>
    </w:p>
    <w:p>
      <w:r>
        <w:rPr>
          <w:rFonts w:ascii="Courier New" w:hAnsi="Courier New"/>
          <w:color w:val="555555"/>
          <w:sz w:val="20"/>
        </w:rPr>
        <w:t>[912]</w:t>
      </w:r>
    </w:p>
    <w:p>
      <w:r>
        <w:rPr>
          <w:rFonts w:ascii="Gentium Plus" w:hAnsi="Gentium Plus"/>
          <w:sz w:val="24"/>
        </w:rPr>
        <w:t>〈Κν〉 οἴχομ’, οἴμοι. 〈Σικ〉 τίς οὗτος; ἐντεῦθέν τις εἶ;</w:t>
      </w:r>
    </w:p>
    <w:p>
      <w:r>
        <w:rPr>
          <w:rFonts w:ascii="Courier New" w:hAnsi="Courier New"/>
          <w:color w:val="555555"/>
          <w:sz w:val="20"/>
        </w:rPr>
        <w:t>[913]</w:t>
      </w:r>
    </w:p>
    <w:p>
      <w:r>
        <w:rPr>
          <w:rFonts w:ascii="Gentium Plus" w:hAnsi="Gentium Plus"/>
          <w:sz w:val="24"/>
        </w:rPr>
        <w:t>(Κν) 〈δη〉λονότι. σὺ δὲ τί βούλει; 〈Σικ〉 λέβητας αἰτοῦμαι παρ’ ὑμῶν καὶ σκάφην.</w:t>
      </w:r>
    </w:p>
    <w:p>
      <w:r>
        <w:rPr>
          <w:rFonts w:ascii="Courier New" w:hAnsi="Courier New"/>
          <w:color w:val="555555"/>
          <w:sz w:val="20"/>
        </w:rPr>
        <w:t>[914]</w:t>
      </w:r>
    </w:p>
    <w:p>
      <w:r>
        <w:rPr>
          <w:rFonts w:ascii="Gentium Plus" w:hAnsi="Gentium Plus"/>
          <w:sz w:val="24"/>
        </w:rPr>
        <w:t>(Κν) τίς ἄν με</w:t>
      </w:r>
    </w:p>
    <w:p>
      <w:r>
        <w:rPr>
          <w:rFonts w:ascii="Courier New" w:hAnsi="Courier New"/>
          <w:color w:val="555555"/>
          <w:sz w:val="20"/>
        </w:rPr>
        <w:t>[915]</w:t>
      </w:r>
    </w:p>
    <w:p>
      <w:r>
        <w:rPr>
          <w:rFonts w:ascii="Gentium Plus" w:hAnsi="Gentium Plus"/>
          <w:sz w:val="24"/>
        </w:rPr>
        <w:t>στήσειεν ὀρθόν;</w:t>
      </w:r>
    </w:p>
    <w:p>
      <w:r>
        <w:rPr>
          <w:rFonts w:ascii="Courier New" w:hAnsi="Courier New"/>
          <w:color w:val="555555"/>
          <w:sz w:val="20"/>
        </w:rPr>
        <w:t>[915]</w:t>
      </w:r>
    </w:p>
    <w:p>
      <w:r>
        <w:rPr>
          <w:rFonts w:ascii="Gentium Plus" w:hAnsi="Gentium Plus"/>
          <w:sz w:val="24"/>
        </w:rPr>
        <w:t>(Σικ) ἔστιν ὑμῖν, ἔστιν ὡς ἀληθῶς. καὶ τρίποδας ἑπτὰ καὶ τραπέζας δώδεκ’· ἀλλά, παῖδες, τοῖς ἔνδον 〈εἰσ〉αγγείλατε· σπεύδω γάρ.</w:t>
      </w:r>
    </w:p>
    <w:p>
      <w:r>
        <w:rPr>
          <w:rFonts w:ascii="Courier New" w:hAnsi="Courier New"/>
          <w:color w:val="555555"/>
          <w:sz w:val="20"/>
        </w:rPr>
        <w:t>[917]</w:t>
      </w:r>
    </w:p>
    <w:p>
      <w:r>
        <w:rPr>
          <w:rFonts w:ascii="Gentium Plus" w:hAnsi="Gentium Plus"/>
          <w:sz w:val="24"/>
        </w:rPr>
        <w:t>(Κν) οὐδέν ἐστιν. (Σικ) οὐκ ἔστιν;</w:t>
      </w:r>
    </w:p>
    <w:p>
      <w:r>
        <w:rPr>
          <w:rFonts w:ascii="Courier New" w:hAnsi="Courier New"/>
          <w:color w:val="555555"/>
          <w:sz w:val="20"/>
        </w:rPr>
        <w:t>[918]</w:t>
      </w:r>
    </w:p>
    <w:p>
      <w:r>
        <w:rPr>
          <w:rFonts w:ascii="Gentium Plus" w:hAnsi="Gentium Plus"/>
          <w:sz w:val="24"/>
        </w:rPr>
        <w:t>(Κν) 〈ἀλλ’〉 ἀκήκοας μυριάκις.</w:t>
      </w:r>
    </w:p>
    <w:p>
      <w:r>
        <w:rPr>
          <w:rFonts w:ascii="Courier New" w:hAnsi="Courier New"/>
          <w:color w:val="555555"/>
          <w:sz w:val="20"/>
        </w:rPr>
        <w:t>[918]</w:t>
      </w:r>
    </w:p>
    <w:p>
      <w:r>
        <w:rPr>
          <w:rFonts w:ascii="Gentium Plus" w:hAnsi="Gentium Plus"/>
          <w:sz w:val="24"/>
        </w:rPr>
        <w:t>(Σικ) ἀποτρέχω δή. Κν ὢ δυστυχὴς ἐγώ. τίνα τρόπον ἐνθαδὶ προήχθην;</w:t>
      </w:r>
    </w:p>
    <w:p>
      <w:r>
        <w:rPr>
          <w:rFonts w:ascii="Courier New" w:hAnsi="Courier New"/>
          <w:color w:val="555555"/>
          <w:sz w:val="20"/>
        </w:rPr>
        <w:t>[920]</w:t>
      </w:r>
    </w:p>
    <w:p>
      <w:r>
        <w:rPr>
          <w:rFonts w:ascii="Gentium Plus" w:hAnsi="Gentium Plus"/>
          <w:sz w:val="24"/>
        </w:rPr>
        <w:t>τίς μ’ εἰ]ς τὸ πρόσθεν κατατέθηκεν; ἄπαγε δὴ σύ.</w:t>
      </w:r>
    </w:p>
    <w:p>
      <w:r>
        <w:rPr>
          <w:rFonts w:ascii="Courier New" w:hAnsi="Courier New"/>
          <w:color w:val="555555"/>
          <w:sz w:val="20"/>
        </w:rPr>
        <w:t>[920]</w:t>
      </w:r>
    </w:p>
    <w:p>
      <w:r>
        <w:rPr>
          <w:rFonts w:ascii="Gentium Plus" w:hAnsi="Gentium Plus"/>
          <w:sz w:val="24"/>
        </w:rPr>
        <w:t>〈Γε〉 καὶ δή. παῖ, παι]δίον, γυναῖκες, ἄνδρες, παῖ θυρωρέ.</w:t>
      </w:r>
    </w:p>
    <w:p>
      <w:r>
        <w:rPr>
          <w:rFonts w:ascii="Courier New" w:hAnsi="Courier New"/>
          <w:color w:val="555555"/>
          <w:sz w:val="20"/>
        </w:rPr>
        <w:t>[921]</w:t>
      </w:r>
    </w:p>
    <w:p>
      <w:r>
        <w:rPr>
          <w:rFonts w:ascii="Gentium Plus" w:hAnsi="Gentium Plus"/>
          <w:sz w:val="24"/>
        </w:rPr>
        <w:t>(Κν) μαίνει, ἄνθρωπε· τὴν θύραν κατάξεις.</w:t>
      </w:r>
    </w:p>
    <w:p>
      <w:r>
        <w:rPr>
          <w:rFonts w:ascii="Courier New" w:hAnsi="Courier New"/>
          <w:color w:val="555555"/>
          <w:sz w:val="20"/>
        </w:rPr>
        <w:t>[922]</w:t>
      </w:r>
    </w:p>
    <w:p>
      <w:r>
        <w:rPr>
          <w:rFonts w:ascii="Gentium Plus" w:hAnsi="Gentium Plus"/>
          <w:sz w:val="24"/>
        </w:rPr>
        <w:t>(Γε) δάπιδας ἐννέ’ ἡμῖν χρήσα]τ̣ε.</w:t>
      </w:r>
    </w:p>
    <w:p>
      <w:r>
        <w:rPr>
          <w:rFonts w:ascii="Courier New" w:hAnsi="Courier New"/>
          <w:color w:val="555555"/>
          <w:sz w:val="20"/>
        </w:rPr>
        <w:t>[923]</w:t>
      </w:r>
    </w:p>
    <w:p>
      <w:r>
        <w:rPr>
          <w:rFonts w:ascii="Gentium Plus" w:hAnsi="Gentium Plus"/>
          <w:sz w:val="24"/>
        </w:rPr>
        <w:t>(Κν) πόθεν;</w:t>
      </w:r>
    </w:p>
    <w:p>
      <w:r>
        <w:rPr>
          <w:rFonts w:ascii="Courier New" w:hAnsi="Courier New"/>
          <w:color w:val="555555"/>
          <w:sz w:val="20"/>
        </w:rPr>
        <w:t>[923]</w:t>
      </w:r>
    </w:p>
    <w:p>
      <w:r>
        <w:rPr>
          <w:rFonts w:ascii="Gentium Plus" w:hAnsi="Gentium Plus"/>
          <w:sz w:val="24"/>
        </w:rPr>
        <w:t>(Γε) καὶ παραπέτασμα βαρβαρικὸν ὑφαντόν [ ]ποδῶν τὸ μῆκος ἑκατόν.</w:t>
      </w:r>
    </w:p>
    <w:p>
      <w:r>
        <w:rPr>
          <w:rFonts w:ascii="Courier New" w:hAnsi="Courier New"/>
          <w:color w:val="555555"/>
          <w:sz w:val="20"/>
        </w:rPr>
        <w:t>[924]</w:t>
      </w:r>
    </w:p>
    <w:p>
      <w:r>
        <w:rPr>
          <w:rFonts w:ascii="Gentium Plus" w:hAnsi="Gentium Plus"/>
          <w:sz w:val="24"/>
        </w:rPr>
        <w:t>(Κν) εἴθε μοι γένοιτο</w:t>
      </w:r>
    </w:p>
    <w:p>
      <w:r>
        <w:rPr>
          <w:rFonts w:ascii="Courier New" w:hAnsi="Courier New"/>
          <w:color w:val="555555"/>
          <w:sz w:val="20"/>
        </w:rPr>
        <w:t>[925]</w:t>
      </w:r>
    </w:p>
    <w:p>
      <w:r>
        <w:rPr>
          <w:rFonts w:ascii="Gentium Plus" w:hAnsi="Gentium Plus"/>
          <w:sz w:val="24"/>
        </w:rPr>
        <w:t>[ πο]θεν. γραῦ. ποῦ ’στιν 〈ἡ〉 γραῦς;</w:t>
      </w:r>
    </w:p>
    <w:p>
      <w:r>
        <w:rPr>
          <w:rFonts w:ascii="Courier New" w:hAnsi="Courier New"/>
          <w:color w:val="555555"/>
          <w:sz w:val="20"/>
        </w:rPr>
        <w:t>[925]</w:t>
      </w:r>
    </w:p>
    <w:p>
      <w:r>
        <w:rPr>
          <w:rFonts w:ascii="Gentium Plus" w:hAnsi="Gentium Plus"/>
          <w:sz w:val="24"/>
        </w:rPr>
        <w:t>(Γε) ἐφ’ ἑτέραν βαδίζω θύραν;</w:t>
      </w:r>
    </w:p>
    <w:p>
      <w:r>
        <w:rPr>
          <w:rFonts w:ascii="Courier New" w:hAnsi="Courier New"/>
          <w:color w:val="555555"/>
          <w:sz w:val="20"/>
        </w:rPr>
        <w:t>[926]</w:t>
      </w:r>
    </w:p>
    <w:p>
      <w:r>
        <w:rPr>
          <w:rFonts w:ascii="Gentium Plus" w:hAnsi="Gentium Plus"/>
          <w:sz w:val="24"/>
        </w:rPr>
        <w:t>(Κν) ἀπαλλάγητε δή. γραῦ. Σιμίχη. κακὸν δὲ κακῶς 〈σ’〉 ἅπαντες ἀπολέσειαν οἱ θεοί. τί βούλει; (Σικ) κρατῆρα βούλομαι λαβεῖν χαλκοῦν μέγαν.</w:t>
      </w:r>
    </w:p>
    <w:p>
      <w:r>
        <w:rPr>
          <w:rFonts w:ascii="Courier New" w:hAnsi="Courier New"/>
          <w:color w:val="555555"/>
          <w:sz w:val="20"/>
        </w:rPr>
        <w:t>[928]</w:t>
      </w:r>
    </w:p>
    <w:p>
      <w:r>
        <w:rPr>
          <w:rFonts w:ascii="Gentium Plus" w:hAnsi="Gentium Plus"/>
          <w:sz w:val="24"/>
        </w:rPr>
        <w:t>(Κν) τίς ἄν με στήσειεν ὀρθόν;</w:t>
      </w:r>
    </w:p>
    <w:p>
      <w:r>
        <w:rPr>
          <w:rFonts w:ascii="Courier New" w:hAnsi="Courier New"/>
          <w:color w:val="555555"/>
          <w:sz w:val="20"/>
        </w:rPr>
        <w:t>[929]</w:t>
      </w:r>
    </w:p>
    <w:p>
      <w:r>
        <w:rPr>
          <w:rFonts w:ascii="Gentium Plus" w:hAnsi="Gentium Plus"/>
          <w:sz w:val="24"/>
        </w:rPr>
        <w:t>(Γε) ἔστιν ὑμῖν, ἔστιν ὡς ἀληθῶς</w:t>
      </w:r>
    </w:p>
    <w:p>
      <w:r>
        <w:rPr>
          <w:rFonts w:ascii="Courier New" w:hAnsi="Courier New"/>
          <w:color w:val="555555"/>
          <w:sz w:val="20"/>
        </w:rPr>
        <w:t>[930]</w:t>
      </w:r>
    </w:p>
    <w:p>
      <w:r>
        <w:rPr>
          <w:rFonts w:ascii="Gentium Plus" w:hAnsi="Gentium Plus"/>
          <w:sz w:val="24"/>
        </w:rPr>
        <w:t>τὸ παραπέτασμα, παππία, πατρίδιον.</w:t>
      </w:r>
    </w:p>
    <w:p>
      <w:r>
        <w:rPr>
          <w:rFonts w:ascii="Courier New" w:hAnsi="Courier New"/>
          <w:color w:val="555555"/>
          <w:sz w:val="20"/>
        </w:rPr>
        <w:t>[930]</w:t>
      </w:r>
    </w:p>
    <w:p>
      <w:r>
        <w:rPr>
          <w:rFonts w:ascii="Gentium Plus" w:hAnsi="Gentium Plus"/>
          <w:sz w:val="24"/>
        </w:rPr>
        <w:t>〈Κν〉 οὐδ’ ὁ κρατήρ. τὴν Σιμίχην ἀποκτενῶ.</w:t>
      </w:r>
    </w:p>
    <w:p>
      <w:r>
        <w:rPr>
          <w:rFonts w:ascii="Courier New" w:hAnsi="Courier New"/>
          <w:color w:val="555555"/>
          <w:sz w:val="20"/>
        </w:rPr>
        <w:t>[931]</w:t>
      </w:r>
    </w:p>
    <w:p>
      <w:r>
        <w:rPr>
          <w:rFonts w:ascii="Gentium Plus" w:hAnsi="Gentium Plus"/>
          <w:sz w:val="24"/>
        </w:rPr>
        <w:t>(Σικ) κάθου 〈σὺ〉 μη〈δὲ〉 γρύζων. φεύγεις ὄχλον, μισεῖς γυναῖκας, οὐκ ἐᾶις κομίζειν εἰς ταὐτὸ τοῖς θύουσι σαυτόν· πάντα ταῦτ’ ἀνέξει. οὐδεὶς βοηθός σοι πάρεστιν. πρῖε σαυτὸν αὐτοῦ.</w:t>
      </w:r>
    </w:p>
    <w:p>
      <w:r>
        <w:rPr>
          <w:rFonts w:ascii="Courier New" w:hAnsi="Courier New"/>
          <w:color w:val="555555"/>
          <w:sz w:val="20"/>
        </w:rPr>
        <w:t>[935]</w:t>
      </w:r>
    </w:p>
    <w:p>
      <w:r>
        <w:rPr>
          <w:rFonts w:ascii="Gentium Plus" w:hAnsi="Gentium Plus"/>
          <w:sz w:val="24"/>
        </w:rPr>
        <w:t>ἄκουε δ’ ἑξῆς πάντα γ̣α̣[ ]...[ ]τι̣σ̣[ [ ]αγκας οὐδὲ τὴν[ ]ι̣ [ ]ον αἱ γυναῖκες .[ ]παρ’ ὑμῶν. [ γυν]αικὶ τῆι τε παιδὶ [περιβ]ολαὶ τὸ πρῶτον [ φιλή]ματ’· οὐκ ἀηδὴς διατριβή τις αὐτῶν</w:t>
      </w:r>
    </w:p>
    <w:p>
      <w:r>
        <w:rPr>
          <w:rFonts w:ascii="Courier New" w:hAnsi="Courier New"/>
          <w:color w:val="555555"/>
          <w:sz w:val="20"/>
        </w:rPr>
        <w:t>[940]</w:t>
      </w:r>
    </w:p>
    <w:p>
      <w:r>
        <w:rPr>
          <w:rFonts w:ascii="Gentium Plus" w:hAnsi="Gentium Plus"/>
          <w:sz w:val="24"/>
        </w:rPr>
        <w:t>[...]ρ[...] ἄνωθεν ηὐτρέπιζον συμπόσιον ἐγώ τι τοῖς ἀνδράσιν· τούτοις—ἀκούεις; μὴ κάθευδε.</w:t>
      </w:r>
    </w:p>
    <w:p>
      <w:r>
        <w:rPr>
          <w:rFonts w:ascii="Courier New" w:hAnsi="Courier New"/>
          <w:color w:val="555555"/>
          <w:sz w:val="20"/>
        </w:rPr>
        <w:t>[941]</w:t>
      </w:r>
    </w:p>
    <w:p>
      <w:r>
        <w:rPr>
          <w:rFonts w:ascii="Gentium Plus" w:hAnsi="Gentium Plus"/>
          <w:sz w:val="24"/>
        </w:rPr>
        <w:t>(Γε) μὴ γάρ. 〈Κν〉 οἴμοι.</w:t>
      </w:r>
    </w:p>
    <w:p>
      <w:r>
        <w:rPr>
          <w:rFonts w:ascii="Courier New" w:hAnsi="Courier New"/>
          <w:color w:val="555555"/>
          <w:sz w:val="20"/>
        </w:rPr>
        <w:t>[942]</w:t>
      </w:r>
    </w:p>
    <w:p>
      <w:r>
        <w:rPr>
          <w:rFonts w:ascii="Gentium Plus" w:hAnsi="Gentium Plus"/>
          <w:sz w:val="24"/>
        </w:rPr>
        <w:t>(Σικ) 〈⏑–〉 βούλει παρεῖναι; πρόσ[εχε] καὶ τὰ λοιπά. σπονδὴ παρῆν· ἐστρώννυτο στιβὰς χαμαί· τραπέζας ἔγωγε—τοῦτο γὰρ ποεῖν ἐμοὶ προσῆκ’—ἀκούεις;</w:t>
      </w:r>
    </w:p>
    <w:p>
      <w:r>
        <w:rPr>
          <w:rFonts w:ascii="Courier New" w:hAnsi="Courier New"/>
          <w:color w:val="555555"/>
          <w:sz w:val="20"/>
        </w:rPr>
        <w:t>[945]</w:t>
      </w:r>
    </w:p>
    <w:p>
      <w:r>
        <w:rPr>
          <w:rFonts w:ascii="Gentium Plus" w:hAnsi="Gentium Plus"/>
          <w:sz w:val="24"/>
        </w:rPr>
        <w:t>μάγειρος ὢν γὰρ τυγχάνω, μέμνησο.</w:t>
      </w:r>
    </w:p>
    <w:p>
      <w:r>
        <w:rPr>
          <w:rFonts w:ascii="Courier New" w:hAnsi="Courier New"/>
          <w:color w:val="555555"/>
          <w:sz w:val="20"/>
        </w:rPr>
        <w:t>[945]</w:t>
      </w:r>
    </w:p>
    <w:p>
      <w:r>
        <w:rPr>
          <w:rFonts w:ascii="Gentium Plus" w:hAnsi="Gentium Plus"/>
          <w:sz w:val="24"/>
        </w:rPr>
        <w:t>〈Γε〉 μαλακὸς ἁνήρ. (Σικ) ἄλλος δὲ χερσὶν Εὔιον γέροντα πολιὸν ἤδη ἔκλινε κοῖλον εἰς κύτος, μειγνύς τε νᾶμα Νυμφῶν ἐδεξιοῦτ’ αὐτοῖς κύκλωι, καὶ ταῖς γυναιξὶν ἄλλος.</w:t>
      </w:r>
    </w:p>
    <w:p>
      <w:r>
        <w:rPr>
          <w:rFonts w:ascii="Courier New" w:hAnsi="Courier New"/>
          <w:color w:val="555555"/>
          <w:sz w:val="20"/>
        </w:rPr>
        <w:t>[(950)]</w:t>
      </w:r>
    </w:p>
    <w:p>
      <w:r>
        <w:rPr>
          <w:rFonts w:ascii="Gentium Plus" w:hAnsi="Gentium Plus"/>
          <w:sz w:val="24"/>
        </w:rPr>
        <w:t>καί τις βραχεῖσα προσπόλων εὐήλικος προσώπου ἄνθος κατεσκιασμένη χορεῖον εἰσέβαινε ῥυθμὸν μετ’ αἰσχύνης ὁμοῦ μέλλουσα 〈καὶ〉 τρέμουσα, ἄλλη δὲ συγκαθῆπτε ταύτηι χεῖρα κἀχόρευεν. (Γε) ὦ πρᾶγμα πάνδεινον παθών, χόρευε, συνεπίβαινε.</w:t>
      </w:r>
    </w:p>
    <w:p>
      <w:r>
        <w:rPr>
          <w:rFonts w:ascii="Courier New" w:hAnsi="Courier New"/>
          <w:color w:val="555555"/>
          <w:sz w:val="20"/>
        </w:rPr>
        <w:t>[955]</w:t>
      </w:r>
    </w:p>
    <w:p>
      <w:r>
        <w:rPr>
          <w:rFonts w:ascii="Gentium Plus" w:hAnsi="Gentium Plus"/>
          <w:sz w:val="24"/>
        </w:rPr>
        <w:t>〈Κν〉 τί π〈ο〉τ’ ἔτι βούλεσθ’, ἄθλιοι;</w:t>
      </w:r>
    </w:p>
    <w:p>
      <w:r>
        <w:rPr>
          <w:rFonts w:ascii="Courier New" w:hAnsi="Courier New"/>
          <w:color w:val="555555"/>
          <w:sz w:val="20"/>
        </w:rPr>
        <w:t>[955]</w:t>
      </w:r>
    </w:p>
    <w:p>
      <w:r>
        <w:rPr>
          <w:rFonts w:ascii="Gentium Plus" w:hAnsi="Gentium Plus"/>
          <w:sz w:val="24"/>
        </w:rPr>
        <w:t>(Γε) μᾶλλον 〈σὺ〉 συνεπίβαινε. ἄγροικος εἶ.</w:t>
      </w:r>
    </w:p>
    <w:p>
      <w:r>
        <w:rPr>
          <w:rFonts w:ascii="Courier New" w:hAnsi="Courier New"/>
          <w:color w:val="555555"/>
          <w:sz w:val="20"/>
        </w:rPr>
        <w:t>[956]</w:t>
      </w:r>
    </w:p>
    <w:p>
      <w:r>
        <w:rPr>
          <w:rFonts w:ascii="Gentium Plus" w:hAnsi="Gentium Plus"/>
          <w:sz w:val="24"/>
        </w:rPr>
        <w:t>〈Κν〉 μὴ πρὸς θεῶν.</w:t>
      </w:r>
    </w:p>
    <w:p>
      <w:r>
        <w:rPr>
          <w:rFonts w:ascii="Courier New" w:hAnsi="Courier New"/>
          <w:color w:val="555555"/>
          <w:sz w:val="20"/>
        </w:rPr>
        <w:t>[956]</w:t>
      </w:r>
    </w:p>
    <w:p>
      <w:r>
        <w:rPr>
          <w:rFonts w:ascii="Gentium Plus" w:hAnsi="Gentium Plus"/>
          <w:sz w:val="24"/>
        </w:rPr>
        <w:t>〈Γε〉 οὐκοῦν φέρωμεν εἴσω ἤδη σε;</w:t>
      </w:r>
    </w:p>
    <w:p>
      <w:r>
        <w:rPr>
          <w:rFonts w:ascii="Courier New" w:hAnsi="Courier New"/>
          <w:color w:val="555555"/>
          <w:sz w:val="20"/>
        </w:rPr>
        <w:t>[957]</w:t>
      </w:r>
    </w:p>
    <w:p>
      <w:r>
        <w:rPr>
          <w:rFonts w:ascii="Gentium Plus" w:hAnsi="Gentium Plus"/>
          <w:sz w:val="24"/>
        </w:rPr>
        <w:t>〈Κν〉 τί ποήσω;</w:t>
      </w:r>
    </w:p>
    <w:p>
      <w:r>
        <w:rPr>
          <w:rFonts w:ascii="Courier New" w:hAnsi="Courier New"/>
          <w:color w:val="555555"/>
          <w:sz w:val="20"/>
        </w:rPr>
        <w:t>[957]</w:t>
      </w:r>
    </w:p>
    <w:p>
      <w:r>
        <w:rPr>
          <w:rFonts w:ascii="Gentium Plus" w:hAnsi="Gentium Plus"/>
          <w:sz w:val="24"/>
        </w:rPr>
        <w:t>〈Γε〉 χόρευε δὴ σύ.</w:t>
      </w:r>
    </w:p>
    <w:p>
      <w:r>
        <w:rPr>
          <w:rFonts w:ascii="Courier New" w:hAnsi="Courier New"/>
          <w:color w:val="555555"/>
          <w:sz w:val="20"/>
        </w:rPr>
        <w:t>[957]</w:t>
      </w:r>
    </w:p>
    <w:p>
      <w:r>
        <w:rPr>
          <w:rFonts w:ascii="Gentium Plus" w:hAnsi="Gentium Plus"/>
          <w:sz w:val="24"/>
        </w:rPr>
        <w:t>(Κν) φέρετε. κρεῖττον ἴσως ὑπομένειν ἐστὶ τἀκεῖ.</w:t>
      </w:r>
    </w:p>
    <w:p>
      <w:r>
        <w:rPr>
          <w:rFonts w:ascii="Courier New" w:hAnsi="Courier New"/>
          <w:color w:val="555555"/>
          <w:sz w:val="20"/>
        </w:rPr>
        <w:t>[958]</w:t>
      </w:r>
    </w:p>
    <w:p>
      <w:r>
        <w:rPr>
          <w:rFonts w:ascii="Gentium Plus" w:hAnsi="Gentium Plus"/>
          <w:sz w:val="24"/>
        </w:rPr>
        <w:t>(Γε) νοῦν ἔχεις. κρατοῦ〈μεν〉. ὢ καλλίνικοι. παῖ Δόναξ, Σίκων σύ γε,</w:t>
      </w:r>
    </w:p>
    <w:p>
      <w:r>
        <w:rPr>
          <w:rFonts w:ascii="Courier New" w:hAnsi="Courier New"/>
          <w:color w:val="555555"/>
          <w:sz w:val="20"/>
        </w:rPr>
        <w:t>[960]</w:t>
      </w:r>
    </w:p>
    <w:p>
      <w:r>
        <w:rPr>
          <w:rFonts w:ascii="Gentium Plus" w:hAnsi="Gentium Plus"/>
          <w:sz w:val="24"/>
        </w:rPr>
        <w:t>αἴρεσθε τοῦτον, εἰσφέρετε. φύλαττε δὴ σεαυτόν, ὡς ἐάν σε παρακινοῦντά τι λάβωμεν αὖτις, οὐδὲ μετρίως ἴσθ’ ὅτι χρησόμεθά σοι τὸ τηνικάδ’. ἰώ, ἐκδότω στεφάνους τις ἡμῖν, δᾶιδα. τουτονὶ λαβέ.</w:t>
      </w:r>
    </w:p>
    <w:p>
      <w:r>
        <w:rPr>
          <w:rFonts w:ascii="Courier New" w:hAnsi="Courier New"/>
          <w:color w:val="555555"/>
          <w:sz w:val="20"/>
        </w:rPr>
        <w:t>[965]</w:t>
      </w:r>
    </w:p>
    <w:p>
      <w:r>
        <w:rPr>
          <w:rFonts w:ascii="Gentium Plus" w:hAnsi="Gentium Plus"/>
          <w:sz w:val="24"/>
        </w:rPr>
        <w:t>εἶἑν. συνησθέντες κατηγωνισμένοις ἡμῖν τὸν ἐργώδη γέροντα, φιλοφρόνως μειράκια, παῖδες, ἄνδρες, ἐπικροτήσατε. ἡ δ’ εὐπάτειρα φιλόγελώς τε παρθένος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