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Μεσομήδης ὁ Κρής</w:t>
      </w:r>
      <w:r>
        <w:br/>
      </w:r>
      <w:r>
        <w:rPr>
          <w:i/>
          <w:color w:val="666666"/>
          <w:sz w:val="28"/>
        </w:rPr>
        <w:t>by Mesomedes of Crete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εἰς Μοῦσαν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Ἄειδε μοῦσά μοι φίλη, μολπῆς δ’ ἐμῆς κατάρχου, αὔρη δὲ σῶν ἀπ’ ἀλσέων ἐμὰς φρένας δονείτω.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Καλλιόπεια σοφά, μουσῶν προκαθαγέτι τερπνῶν, καὶ σοφὲ μυστοδότα, Λατοῦς γόνε, Δήλιε Παιάν, εὐμενεῖς πάρεστέ μοι.</w:t>
      </w:r>
    </w:p>
    <w:p>
      <w:pPr>
        <w:jc w:val="center"/>
      </w:pPr>
      <w:r>
        <w:rPr>
          <w:rFonts w:ascii="Gentium Plus" w:hAnsi="Gentium Plus"/>
          <w:b/>
          <w:sz w:val="24"/>
        </w:rPr>
        <w:t>ὕμνος εἰς Ἥλιον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Εὐφαμείτω πᾶς αἰθήρ, γῆ καὶ πόντος καὶ πνοιαί, οὔρεα, τέμπεα σιγάτω, ἦχοι φθόγγοι τ’ ὀρνίθων·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μέλλει γὰρ πορτ’ ἡμᾶς βαίνειν Φοῖβος ἀκερσεκόμας εὐχαίτας.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χιονοβλεφάρου πάτερ Ἀοῦς, ῥοδόεσσαν ὃς ἄντυγα πώλων πτανοῖς ὑπ’ ἴχνεσσι διώκεις,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χρυσέαισιν ἀγαλλόμενος κόμαις περὶ νῶτον ἀπείριτον οὐρανοῦ ἀκτῖνα πολύστροφον ἀμπλέκων, αἴγλας πολυδερκέα παγάν περὶ γαῖαν ἅπασαν ἑλίσσων,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ποταμοὶ δὲ σέθεν πυρὸς ἀμβρότου τίκτουσιν ἐπήρατον ἁμέραν. σοὶ μὲν χορὸς εὔδιος ἀστέρων κατ’ Ὄλυμπον ἄνακτα χορεύει ἄνετον μέλος αἰὲν ἀείδων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Φοιβηίδι τερπόμενος λύρᾳ,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πολυείμονα κόσμον ἑλίσσων.</w:t>
      </w:r>
    </w:p>
    <w:p>
      <w:pPr>
        <w:jc w:val="center"/>
      </w:pPr>
      <w:r>
        <w:rPr>
          <w:rFonts w:ascii="Gentium Plus" w:hAnsi="Gentium Plus"/>
          <w:b/>
          <w:sz w:val="24"/>
        </w:rPr>
        <w:t>ὕμνος εἰς Νέμεσιν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Νέμεσι πτερόεσσα βίου ῥοπά, κυανῶπι θεά, θύγατερ Δίκας, ἃ κοῦφα φρυάγματα θνατῶν ἐπέχεις ἀδάμαντι χαλινῷ,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ἔχθουσα δ’ ὕβριν ὀλοὰν βροτῶν μέλανα φθόνον ἐκτὸς ἐλαύνεις. ὑπὸ σὸν τροχὸν ἄστατον ἀστιβῆ χαροπὰ μερόπων στρέφεται τύχα, λήθουσα δὲ πὰρ πόδα βαίνεις,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γαυρούμενον αὐχένα κλίνεις. ὑπὸ πῆχυν ἀεὶ βίοτον μετρεῖς, νεύεις δ’ ὑπὸ κόλπον ὄφρυν ἀεί ζυγὸν μετὰ χεῖρα κρατοῦσα. ἵλαθι μάκαιρα δικασπόλε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Νέμεσι πτερόεσσα βίου ῥοπά.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Νέμεσιν θεὸν ᾄδομεν ἀφθίταν, Νίκην τανυσίπτερον ὀμβρίμαν νημερτέα καὶ πάρεδρον Δίκας, ἃ τὰν μεγαλανορίαν βροτῶν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νεμεσῶσα φέρεις κατὰ ταρτάρου.</w:t>
      </w:r>
    </w:p>
    <w:p>
      <w:pPr>
        <w:jc w:val="center"/>
      </w:pPr>
      <w:r>
        <w:rPr>
          <w:rFonts w:ascii="Gentium Plus" w:hAnsi="Gentium Plus"/>
          <w:b/>
          <w:sz w:val="24"/>
        </w:rPr>
        <w:t>εἰς τὴν Φύσιν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Ἀρχὰ καὶ πάντων γέννα, πρεσβίστα κόσμου μᾶτερ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ἠδ’ ἀγγέλλεις τοὺς Ζηνός παῖδας κυδίστῃ Ῥείῃ, δέχει γὰρ πάντας μύθους μειλικτοὺς ἀνδρῶν ἔργοις. καί μοι πρῶτον μὲν ψυχά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ὀρθὰν βαίνοι πρὸς γραμμά〈ν〉 ἀψευδεῖ γλώσσης ῥύμῃ· γυίων αὖθις δ’ ἀσκηθεῖς γόμφοι τ’ εἶεν καὶ ταρσοί ζωᾶς ἐς μέτρον τᾶσδε.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σὺ δ’ ὦ λαμπραῖς ἀκτῖσι〈ν〉 γαῖαν πᾶσαν πυρσεύων Αἰὼν ἀσβέστων φλογμῶν, ταῖς σαῖς δέρκευ με γλήναις ὄλβον χεύων εὐαγῆ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τῷ σῷ, Παιάν, βακχευτᾷ. εἰς σὲ ζωὰν γὰρ τείνω γυίοις ἐνναίων ῥευστοῖς· οἴκτειρον τόσσον, Τιτάν, ἀνθρώπου δειλοῦ δεσμόν.</w:t>
      </w:r>
    </w:p>
    <w:p>
      <w:pPr>
        <w:jc w:val="center"/>
      </w:pPr>
      <w:r>
        <w:rPr>
          <w:rFonts w:ascii="Gentium Plus" w:hAnsi="Gentium Plus"/>
          <w:b/>
          <w:sz w:val="24"/>
        </w:rPr>
        <w:t>εἰς τὴν Ἶσιν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Εἷς ὕμνος ἀνά τε γᾶν ἀνά τε νηῦς ἁλιπόρους ᾄδεται, πολυτρόποις ἓν τέλος ἐν ὀργίοις·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ἁ βαθύκερως Ἶσις ἅτ’ ἔαρος ἅτε θέρεος ἅτε χείματος ἄγει νεογόνους ἡνίας. τὲ καλεῦσι πῦρ Ἄιδος {τε}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χθόνιος ὑμέναιος, αἱ φυτῶν ὠδῖνες, οἱ Κύπριδος ἵμεροι, τὲ νηπιάχου γονά, πῦρ τέλεον ἄρρητον,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οἱ Ῥέας Κούρητες ὅ τε Κρόνιος ἄμητος· ἄστρα διφρηλάτᾳ πάντα δι’ ἀνακτόρων Ἴσιδι χορεύεται.</w:t>
      </w:r>
    </w:p>
    <w:p>
      <w:pPr>
        <w:jc w:val="center"/>
      </w:pPr>
      <w:r>
        <w:rPr>
          <w:rFonts w:ascii="Gentium Plus" w:hAnsi="Gentium Plus"/>
          <w:b/>
          <w:sz w:val="24"/>
        </w:rPr>
        <w:t>εἰς Ἀδρίαν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Ἀδρία βαθύπλου, πόθεν ἄρξομαι ὑμνεῖν σε, μεσαιπόλε πόντου; πῶς ἢ τίς ἔτικτέ σε παγά ἢ πῶς τὸ πανόλβιον ὕδωρ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χθονὶ μὴ περικείμενον ἵσταται; οὐ γὰρ βλέπετ’ ἔνθεν †ἀπωροφά, οὐ βουκόλος, οὐ γένος ὀρνέων, οὐ μηκάσι σύρισε ποιμήν· ἔνθ’ ὕδατα καὶ πλατὺς ἀήρ.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χορὸς εἰς σὲ πάλιν κέκλιτ’ ἀστέρων καὶ κέντρα φαεινὰ σελάνας καὶ Πλειάδος ἀστέρες εὐγενεῖς. δὸς ἰδεῖν χθόνα, δέσποτα, καὶ πόλιν, ἀνέμους δὸς ἀπήμονας εὐδίους·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μητέρα γῆς ἐσιδὼν πόλιν</w:t>
      </w:r>
    </w:p>
    <w:p>
      <w:pPr>
        <w:jc w:val="center"/>
      </w:pPr>
      <w:r>
        <w:rPr>
          <w:rFonts w:ascii="Gentium Plus" w:hAnsi="Gentium Plus"/>
          <w:b/>
          <w:sz w:val="24"/>
        </w:rPr>
        <w:t>εἰς ὡρολόγιον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Τίς ὁ λάινον ἄντρον Ἄρει ξέσας, τίς ὁ κέντρον ἐπίσκοπον ἁρμόσας συνοδοιπόρον εὗρε τὸ〈ν〉 ἁλίου, ἐνέκλεισεν ἔσω δρόμον ἁμέρας,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ὅθεν αἰθέρος ἅρμα προσίπταται; ὦ δαιδαλέου καμάτου τέχνας· ὀλίγη λίθος ἐνδέδυται πόλον, τὸν Ἄτλας τις ἐκούφισε βαστάσας.</w:t>
      </w:r>
    </w:p>
    <w:p>
      <w:pPr>
        <w:jc w:val="center"/>
      </w:pPr>
      <w:r>
        <w:rPr>
          <w:rFonts w:ascii="Gentium Plus" w:hAnsi="Gentium Plus"/>
          <w:b/>
          <w:sz w:val="24"/>
        </w:rPr>
        <w:t>ἄλλο εἰς ὡρολόγιον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Τίς ἐτεύξατο χαλκελάτῳ τέχνᾳ μακάρων δρόμον ἐς μέτρον ἁμέρας; τίς ἔταξε κύκλῳ δρόμον ἀστέρων, παγχάλκεον εἰκόνα κόσμου,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μερίσας κανόνων τύπον εὐδρόμων, ὁρίσας ἀτραπῶν ὁδὸν εὐαγῆ ζῴων ἀριθμὸν τρὶς τεσσάρων; ὁ δὲ δίσκος ἔχει πυκινὰν γλυφάν, τετορευμένα τείρεα χρύσεα·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Κριὸν βριαρὸν λασιὸν κόμαν, Ταῦρον κεραὸν, Πλειάδων δρόμον, μορφὰν κρατερῶν Διδύμων ἴσαν, ὤμοισι κεχηνότα Καρκίνον, κρατερὸν δὲ Λέοντα πελώριον,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ξανθὰν εὐώπιδα Παρθένον, Ζυγὸν ἀμφιρεπῆ, μερόπων δίκαν, καὶ Σκορπίον εὔοπλον ὀργίλον, Κένταυρον ἀναιδέα τοξόταν,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ὑετοῦ μέγαν ὄμβρον Ὑδρηχόου, πελάγους ἁλικύμονος Ἰχθύας. φέρεται δὲ μέσον κανόνων λίθ[ος τὰν τάξιν ἔχων ἰδίων μέτρων, ἀνόδευτον ὁδὸν φανερὰν ἔχων,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θέμενος χορὸν εἰς μέτρον ἀφθίτων. καὶ δείκνυτο πᾶσι τέχνα σοφά· μετὰ δῆριν ἀπείριτον οὐρανοῦ μυκήσατο χάλκεος ἁδονά, δηλοῦσα βροτοῖς μέτρον ἁμέρας.</w:t>
      </w:r>
    </w:p>
    <w:p>
      <w:pPr>
        <w:jc w:val="center"/>
      </w:pPr>
      <w:r>
        <w:rPr>
          <w:rFonts w:ascii="Gentium Plus" w:hAnsi="Gentium Plus"/>
          <w:b/>
          <w:sz w:val="24"/>
        </w:rPr>
        <w:t>ἔκφρασις σπόγγου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Ἄνθος τόδε σοι βυθίων πετρῶν πολύτρητον ἁλὸς παλάμαις φέρω σμήνεσσι πανείκελον †α δων† ἅτε κηρὸν Ὑμήττιον ἐκ πετρῶν,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ᾧ Γλαῦκος ἐν ὕδασι τέρπεται, Τρίτωνος ὅδ’ ἐστὶ χαμεύνα. τούτῳ παρὰ κύμασι παρθένοι παίζουσιν, ἀγάλματα Νηρέως, πώλων ὅδ’ ἀφρώδε’ ἀθυ〈ρμάτ〉ων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Ἐνοσίχθονος ἄσθματα λούει. τοῦτον τάμε νηχόμενος δύτας ἁλὸς ὕδασιν ἄτρομος ἐργάτας, ἵνα σου κατὰ χιονέων μελῶν λύσῃ μετὰ νύκτα, γύναι καλά,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κάματον †τῶν ἐρωτικῶν ὀμμάτων.</w:t>
      </w:r>
    </w:p>
    <w:p>
      <w:pPr>
        <w:jc w:val="center"/>
      </w:pPr>
      <w:r>
        <w:rPr>
          <w:rFonts w:ascii="Gentium Plus" w:hAnsi="Gentium Plus"/>
          <w:b/>
          <w:sz w:val="24"/>
        </w:rPr>
        <w:t>εἰς κύκνον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Κύκνον ἐνὶ ποταμῷ κάτεχεν ἄτερ βρόχου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αἰπόλος ἀγρότας ἔθελε διολέσαι, κεφαλὰν λιγύθρουν τῷ σταχυοτόμῳ δρεπάνῳ θερίσας.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κατὰ δ’ ὑδατοπαγοῦς βαῖνε κελεύθου βήμασι κούφοις, Τιτὰν δὲ κύκνῳ πυρόεντι βολᾷ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σύμμαχος ἐφάνη· γίγνετο μὲν ὑγρόν πάλι ποταμὸς ὕδωρ· ἔπεσεν ὁ βούτας, ὁ δὲ κύκνος ἀνέθορε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κἄμπτατο χαίρων.</w:t>
      </w:r>
    </w:p>
    <w:p>
      <w:pPr>
        <w:jc w:val="center"/>
      </w:pPr>
      <w:r>
        <w:rPr>
          <w:rFonts w:ascii="Gentium Plus" w:hAnsi="Gentium Plus"/>
          <w:b/>
          <w:sz w:val="24"/>
        </w:rPr>
        <w:t>εἰς κώνωπα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Ἐλέφαντος ἐπ’ οὔατι κώνωψ πτερὸν οὐ πτερὸν ἵστατο σείων, φάτο δ’ ἄφρονα μῦθον· ἀφίπταμαι, βάρος οὐ γὰρ ἐμὸν δύνασαι φέρειν.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ὃ δ’ ἔλεξε γέλωτος ὑφ’ ἁδονᾷ· ἀλλ’ οὔτ’ ἐδάην ὅτ’ ἐφιπτάθης οὔθ’ ἡνίκ’ ἀφίπτασαι, κώνωψ.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Ἕρπουσα ποτωμένα βεβῶσα κούρα, νόθον ἴχνος ἀραμένα δρομαία λέαινα, πτερόεσσα μὲν ἦν τὰ πρόσω γυνά,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τὰ δ’ ὄπισθεν ἑλισσόμενος δράκων. οὔθ’ ὁλκὸς ἀπέτρεχεν, οὐ γυνά οὔτ’ ὄρνις ὅλον δέμας οὔτε θήρ· κο〈ύ〉ρη γὰρ ἐφαίνετ’ ἄνευ ποδῶν, κεφαλὰν δ’ οὐκ ἔσχε βρέμουσα θήρ.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φύσιν ἔσχεν ἄτακτα κεκραμένα〈ν〉 ἀτέλεστα τέλεια μεμ〈ε〉ιγμένα.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Τὰν ὕελον †ἐκόμιζε κόψας† ἐργάτας ἀνήρ, ἐς δὲ πῦρ ἔθηκε βῶλον ὡς σίδηρον εὐσθενῆ.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ἁ δ’ ὕελος οἷα κηρός ἐξεχεῖτο παμφάγοισι φλοξὶν ἐκπυρουμένα. θαῦμα δ’ ἦν ἰδεῖν βροτοῖς ὁλκὸν ἐκ πυρὸς ῥέοντα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τὸν ἐργάταν τρέμοντα μὴ πεσὼν διαρραγῇ. ἐς δὲ διπτύχων ἀκμάς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