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Καινὴ Διαθήκη - Ἀποκάλυψις</w:t>
      </w:r>
      <w:r>
        <w:br/>
      </w:r>
      <w:r>
        <w:rPr>
          <w:i/>
          <w:color w:val="666666"/>
          <w:sz w:val="40"/>
        </w:rPr>
        <w:t>New Testament - Revelation</w:t>
      </w:r>
    </w:p>
    <w:p>
      <w:pPr>
        <w:jc w:val="center"/>
      </w:pPr>
      <w:r>
        <w:rPr>
          <w:rFonts w:ascii="Times New Roman" w:hAnsi="Times New Roman"/>
          <w:color w:val="1E3A70"/>
          <w:sz w:val="32"/>
        </w:rPr>
        <w:t>Ἡ Καινὴ Διαθήκη</w:t>
      </w:r>
      <w:r>
        <w:br/>
      </w:r>
      <w:r>
        <w:rPr>
          <w:i/>
          <w:color w:val="666666"/>
          <w:sz w:val="28"/>
        </w:rPr>
        <w:t>by New Testament</w:t>
      </w:r>
    </w:p>
    <w:p/>
    <w:p>
      <w:pPr>
        <w:jc w:val="center"/>
      </w:pPr>
      <w:r>
        <w:rPr>
          <w:rFonts w:ascii="Gentium Plus" w:hAnsi="Gentium Plus"/>
          <w:b/>
          <w:sz w:val="24"/>
        </w:rPr>
        <w:t>ΑΠΟΚΑΛΥΨΙΣ ΙΩΑΝΝΟΥ</w:t>
      </w:r>
    </w:p>
    <w:p>
      <w:r>
        <w:rPr>
          <w:rFonts w:ascii="Courier New" w:hAnsi="Courier New"/>
          <w:color w:val="555555"/>
          <w:sz w:val="20"/>
        </w:rPr>
        <w:t>[Apoc . 1 . 1]</w:t>
      </w:r>
    </w:p>
    <w:p>
      <w:r>
        <w:rPr>
          <w:rFonts w:ascii="Gentium Plus" w:hAnsi="Gentium Plus"/>
          <w:sz w:val="24"/>
        </w:rPr>
        <w:t>Ἀποκάλυψις Ἰησοῦ Χριστοῦ, ἣν ἔδωκεν αὐτῷ ὁ θεός, δεῖξαι τοῖς δούλοις αὐτοῦ ἃ δεῖ γενέσθαι ἐν τάχει, καὶ ἐσήμανεν ἀποστείλας διὰ τοῦ ἀγγέλου αὐτοῦ τῷ δούλῳ αὐτοῦ Ἰωάννῃ,</w:t>
      </w:r>
    </w:p>
    <w:p>
      <w:r>
        <w:rPr>
          <w:rFonts w:ascii="Courier New" w:hAnsi="Courier New"/>
          <w:color w:val="555555"/>
          <w:sz w:val="20"/>
        </w:rPr>
        <w:t>[Apoc . 1 . 2]</w:t>
      </w:r>
    </w:p>
    <w:p>
      <w:r>
        <w:rPr>
          <w:rFonts w:ascii="Gentium Plus" w:hAnsi="Gentium Plus"/>
          <w:sz w:val="24"/>
        </w:rPr>
        <w:t>ὃς ἐμαρτύρησεν τὸν λόγον τοῦ θεοῦ καὶ τὴν μαρτυρίαν Ἰησοῦ Χριστοῦ, ὅσα εἶδεν.</w:t>
      </w:r>
    </w:p>
    <w:p>
      <w:r>
        <w:rPr>
          <w:rFonts w:ascii="Courier New" w:hAnsi="Courier New"/>
          <w:color w:val="555555"/>
          <w:sz w:val="20"/>
        </w:rPr>
        <w:t>[Apoc . 1 . 3]</w:t>
      </w:r>
    </w:p>
    <w:p>
      <w:r>
        <w:rPr>
          <w:rFonts w:ascii="Gentium Plus" w:hAnsi="Gentium Plus"/>
          <w:sz w:val="24"/>
        </w:rPr>
        <w:t>μακάριος ὁ ἀναγινώσκων καὶ οἱ ἀκούοντες τοὺς λόγους τῆς προφητείας καὶ τηροῦντες τὰ ἐν αὐτῇ γεγραμμένα, ὁ γὰρ καιρὸς ἐγγύς.</w:t>
      </w:r>
    </w:p>
    <w:p>
      <w:r>
        <w:rPr>
          <w:rFonts w:ascii="Courier New" w:hAnsi="Courier New"/>
          <w:color w:val="555555"/>
          <w:sz w:val="20"/>
        </w:rPr>
        <w:t>[Apoc . 1 . 4]</w:t>
      </w:r>
    </w:p>
    <w:p>
      <w:r>
        <w:rPr>
          <w:rFonts w:ascii="Gentium Plus" w:hAnsi="Gentium Plus"/>
          <w:sz w:val="24"/>
        </w:rPr>
        <w:t>Ἰωάννης ταῖς ἑπτὰ ἐκκλησίαις ταῖς ἐν τῇ Ἀσίᾳ· χάρις ὑμῖν καὶ εἰρήνη ἀπὸ ὁ ὢν καὶ ὁ ἦν καὶ ὁ ἐρχόμενος, καὶ ἀπὸ τῶν ἑπτὰ πνευμάτων ἃ ἐνώπιον τοῦ θρόνου αὐτοῦ,</w:t>
      </w:r>
    </w:p>
    <w:p>
      <w:r>
        <w:rPr>
          <w:rFonts w:ascii="Courier New" w:hAnsi="Courier New"/>
          <w:color w:val="555555"/>
          <w:sz w:val="20"/>
        </w:rPr>
        <w:t>[Apoc . 1 . 5]</w:t>
      </w:r>
    </w:p>
    <w:p>
      <w:r>
        <w:rPr>
          <w:rFonts w:ascii="Gentium Plus" w:hAnsi="Gentium Plus"/>
          <w:sz w:val="24"/>
        </w:rPr>
        <w:t>καὶ ἀπὸ Ἰησοῦ Χριστοῦ, ὁ μάρτυς ὁ πιστός, ὁ πρωτότοκος τῶν νεκρῶν καὶ ὁ ἄρχων τῶν βασιλέων τῆς γῆς. Τῷ ἀγαπῶντι ἡμᾶς καὶ λύσαντι ἡμᾶς ἐκ τῶν ἁμαρ‐</w:t>
      </w:r>
    </w:p>
    <w:p>
      <w:r>
        <w:rPr>
          <w:rFonts w:ascii="Courier New" w:hAnsi="Courier New"/>
          <w:color w:val="555555"/>
          <w:sz w:val="20"/>
        </w:rPr>
        <w:t>[5]</w:t>
      </w:r>
    </w:p>
    <w:p>
      <w:r>
        <w:rPr>
          <w:rFonts w:ascii="Gentium Plus" w:hAnsi="Gentium Plus"/>
          <w:sz w:val="24"/>
        </w:rPr>
        <w:t>τιῶν ἡμῶν ἐν τῷ αἵματι αὐτοῦ—</w:t>
      </w:r>
    </w:p>
    <w:p>
      <w:r>
        <w:rPr>
          <w:rFonts w:ascii="Courier New" w:hAnsi="Courier New"/>
          <w:color w:val="555555"/>
          <w:sz w:val="20"/>
        </w:rPr>
        <w:t>[Apoc . 1 . 6]</w:t>
      </w:r>
    </w:p>
    <w:p>
      <w:r>
        <w:rPr>
          <w:rFonts w:ascii="Gentium Plus" w:hAnsi="Gentium Plus"/>
          <w:sz w:val="24"/>
        </w:rPr>
        <w:t>καὶ ἐποίησεν ἡμᾶς βασιλείαν, ἱερεῖς τῷ θεῷ καὶ πατρὶ αὐτοῦ—αὐτῷ ἡ δόξα καὶ τὸ κράτος εἰς τοὺς αἰῶνας [τῶν αἰώνων]·</w:t>
      </w:r>
    </w:p>
    <w:p>
      <w:r>
        <w:rPr>
          <w:rFonts w:ascii="Courier New" w:hAnsi="Courier New"/>
          <w:color w:val="555555"/>
          <w:sz w:val="20"/>
        </w:rPr>
        <w:t>[Apoc . 1 . 7]</w:t>
      </w:r>
    </w:p>
    <w:p>
      <w:r>
        <w:rPr>
          <w:rFonts w:ascii="Gentium Plus" w:hAnsi="Gentium Plus"/>
          <w:sz w:val="24"/>
        </w:rPr>
        <w:t>Ἰδοὺ ἔρχεται μετὰ τῶν νεφελῶν, καὶ ὄψεται αὐτὸν πᾶς ὀφθαλμὸς καὶ οἵτινες αὐτὸν ἐξεκέντησαν, καὶ κόψονται ἐπ’ αὐτὸν πᾶσαι αἱ φυλαὶ τῆς γῆς.</w:t>
      </w:r>
    </w:p>
    <w:p>
      <w:r>
        <w:rPr>
          <w:rFonts w:ascii="Courier New" w:hAnsi="Courier New"/>
          <w:color w:val="555555"/>
          <w:sz w:val="20"/>
        </w:rPr>
        <w:t>[5]</w:t>
      </w:r>
    </w:p>
    <w:p>
      <w:r>
        <w:rPr>
          <w:rFonts w:ascii="Gentium Plus" w:hAnsi="Gentium Plus"/>
          <w:sz w:val="24"/>
        </w:rPr>
        <w:t>ναί, ἀμήν.</w:t>
      </w:r>
    </w:p>
    <w:p>
      <w:r>
        <w:rPr>
          <w:rFonts w:ascii="Courier New" w:hAnsi="Courier New"/>
          <w:color w:val="555555"/>
          <w:sz w:val="20"/>
        </w:rPr>
        <w:t>[Apoc . 1 . 8]</w:t>
      </w:r>
    </w:p>
    <w:p>
      <w:r>
        <w:rPr>
          <w:rFonts w:ascii="Gentium Plus" w:hAnsi="Gentium Plus"/>
          <w:sz w:val="24"/>
        </w:rPr>
        <w:t>Ἐγώ εἰμι τὸ Ἄλφα καὶ τὸ Ὦ, λέγει κύριος ὁ θεός, ὁ ὢν καὶ ὁ ἦν καὶ ὁ ἐρχόμενος, ὁ παντοκράτωρ.</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[Apoc . 1 . 9]</w:t>
      </w:r>
    </w:p>
    <w:p>
      <w:r>
        <w:rPr>
          <w:rFonts w:ascii="Gentium Plus" w:hAnsi="Gentium Plus"/>
          <w:sz w:val="24"/>
        </w:rPr>
        <w:t>Ἐγὼ Ἰωάννης, ὁ ἀδελφὸς ὑμῶν καὶ συγκοινωνὸς ἐν τῇ θλίψει καὶ βασιλείᾳ καὶ ὑπομονῇ ἐν Ἰησοῦ, ἐγενόμην ἐν τῇ νήσῳ τῇ καλουμένῃ Πάτμῳ διὰ τὸν λόγον τοῦ θεοῦ καὶ τὴν μαρτυρίαν Ἰησοῦ.</w:t>
      </w:r>
    </w:p>
    <w:p>
      <w:r>
        <w:rPr>
          <w:rFonts w:ascii="Courier New" w:hAnsi="Courier New"/>
          <w:color w:val="555555"/>
          <w:sz w:val="20"/>
        </w:rPr>
        <w:t>[Apoc . 1 . 10]</w:t>
      </w:r>
    </w:p>
    <w:p>
      <w:r>
        <w:rPr>
          <w:rFonts w:ascii="Gentium Plus" w:hAnsi="Gentium Plus"/>
          <w:sz w:val="24"/>
        </w:rPr>
        <w:t>ἐγενόμην ἐν πνεύματι ἐν τῇ κυριακῇ ἡμέρᾳ, καὶ ἤκουσα ὀπίσω μου φωνὴν μεγάλην ὡς σάλπιγγος</w:t>
      </w:r>
    </w:p>
    <w:p>
      <w:r>
        <w:rPr>
          <w:rFonts w:ascii="Courier New" w:hAnsi="Courier New"/>
          <w:color w:val="555555"/>
          <w:sz w:val="20"/>
        </w:rPr>
        <w:t>[Apoc . 1 . 11]</w:t>
      </w:r>
    </w:p>
    <w:p>
      <w:r>
        <w:rPr>
          <w:rFonts w:ascii="Gentium Plus" w:hAnsi="Gentium Plus"/>
          <w:sz w:val="24"/>
        </w:rPr>
        <w:t>λεγούσης, Ὃ βλέπεις γράψον εἰς βιβλίον καὶ πέμψον ταῖς ἑπτὰ ἐκκλησίαις, εἰς Ἔφεσον καὶ εἰς Σμύρναν καὶ εἰς Πέργαμον καὶ εἰς Θυάτιρα καὶ εἰς Σάρδεις καὶ εἰς Φιλαδέλφειαν καὶ εἰς Λαοδίκειαν.</w:t>
      </w:r>
    </w:p>
    <w:p>
      <w:r>
        <w:rPr>
          <w:rFonts w:ascii="Courier New" w:hAnsi="Courier New"/>
          <w:color w:val="555555"/>
          <w:sz w:val="20"/>
        </w:rPr>
        <w:t>[Apoc . 1 . 12]</w:t>
      </w:r>
    </w:p>
    <w:p>
      <w:r>
        <w:rPr>
          <w:rFonts w:ascii="Gentium Plus" w:hAnsi="Gentium Plus"/>
          <w:sz w:val="24"/>
        </w:rPr>
        <w:t>Καὶ ἐπέστρεψα βλέπειν τὴν φωνὴν ἥτις ἐλάλει</w:t>
      </w:r>
    </w:p>
    <w:p>
      <w:r>
        <w:rPr>
          <w:rFonts w:ascii="Courier New" w:hAnsi="Courier New"/>
          <w:color w:val="555555"/>
          <w:sz w:val="20"/>
        </w:rPr>
        <w:t>[Apoc . 1 . 13]</w:t>
      </w:r>
    </w:p>
    <w:p>
      <w:r>
        <w:rPr>
          <w:rFonts w:ascii="Gentium Plus" w:hAnsi="Gentium Plus"/>
          <w:sz w:val="24"/>
        </w:rPr>
        <w:t>καὶ ἐν μέσῳ τῶν λυχνιῶν ὅμοιον υἱὸν ἀνθρώπου, ἐνδεδυμένον ποδήρη καὶ περιεζωσμένον πρὸς τοῖς μα‐ στοῖς ζώνην χρυσᾶν·</w:t>
      </w:r>
    </w:p>
    <w:p>
      <w:r>
        <w:rPr>
          <w:rFonts w:ascii="Courier New" w:hAnsi="Courier New"/>
          <w:color w:val="555555"/>
          <w:sz w:val="20"/>
        </w:rPr>
        <w:t>[Apoc . 1 . 14]</w:t>
      </w:r>
    </w:p>
    <w:p>
      <w:r>
        <w:rPr>
          <w:rFonts w:ascii="Gentium Plus" w:hAnsi="Gentium Plus"/>
          <w:sz w:val="24"/>
        </w:rPr>
        <w:t>ἡ δὲ κεφαλὴ αὐτοῦ καὶ αἱ τρί‐ χες λευκαὶ ὡς ἔριον λευκόν, ὡς χιών, καὶ οἱ ὀφθαλμοὶ αὐτοῦ ὡς φλὸξ πυρός,</w:t>
      </w:r>
    </w:p>
    <w:p>
      <w:r>
        <w:rPr>
          <w:rFonts w:ascii="Courier New" w:hAnsi="Courier New"/>
          <w:color w:val="555555"/>
          <w:sz w:val="20"/>
        </w:rPr>
        <w:t>[Apoc . 1 . 15]</w:t>
      </w:r>
    </w:p>
    <w:p>
      <w:r>
        <w:rPr>
          <w:rFonts w:ascii="Gentium Plus" w:hAnsi="Gentium Plus"/>
          <w:sz w:val="24"/>
        </w:rPr>
        <w:t>καὶ οἱ πόδες αὐτοῦ ὅμοιοι χαλκολιβάνῳ ὡς ἐν καμίνῳ πεπυρωμένης, καὶ ἡ φωνὴ αὐτοῦ ὡς φωνὴ ὑδάτων πολλῶν,</w:t>
      </w:r>
    </w:p>
    <w:p>
      <w:r>
        <w:rPr>
          <w:rFonts w:ascii="Courier New" w:hAnsi="Courier New"/>
          <w:color w:val="555555"/>
          <w:sz w:val="20"/>
        </w:rPr>
        <w:t>[Apoc . 1 . 16]</w:t>
      </w:r>
    </w:p>
    <w:p>
      <w:r>
        <w:rPr>
          <w:rFonts w:ascii="Gentium Plus" w:hAnsi="Gentium Plus"/>
          <w:sz w:val="24"/>
        </w:rPr>
        <w:t>καὶ ἔχων ἐν τῇ δεξιᾷ χειρὶ αὐτοῦ ἀστέρας ἑπτά, καὶ ἐκ τοῦ στόματος αὐτοῦ ῥομφαία δίστομος ὀξεῖα ἐκπορευομένη, καὶ ἡ ὄψις αὐτοῦ ὡς ὁ ἥλιος φαίνει ἐν τῇ δυνάμει αὐτοῦ.</w:t>
      </w:r>
    </w:p>
    <w:p>
      <w:r>
        <w:rPr>
          <w:rFonts w:ascii="Courier New" w:hAnsi="Courier New"/>
          <w:color w:val="555555"/>
          <w:sz w:val="20"/>
        </w:rPr>
        <w:t>[Apoc . 1 . 17]</w:t>
      </w:r>
    </w:p>
    <w:p>
      <w:r>
        <w:rPr>
          <w:rFonts w:ascii="Gentium Plus" w:hAnsi="Gentium Plus"/>
          <w:sz w:val="24"/>
        </w:rPr>
        <w:t>Καὶ ὅτε εἶδον αὐτόν, ἔπεσα πρὸς τοὺς πόδας αὐτοῦ ὡς νεκρός· καὶ ἔθηκεν τὴν δεξιὰν αὐτοῦ ἐπ’ ἐμὲ λέγων, Μὴ φοβοῦ· ἐγώ εἰμι ὁ πρῶτος καὶ ὁ ἔσχατος,</w:t>
      </w:r>
    </w:p>
    <w:p>
      <w:r>
        <w:rPr>
          <w:rFonts w:ascii="Courier New" w:hAnsi="Courier New"/>
          <w:color w:val="555555"/>
          <w:sz w:val="20"/>
        </w:rPr>
        <w:t>[Apoc . 1 . 18]</w:t>
      </w:r>
    </w:p>
    <w:p>
      <w:r>
        <w:rPr>
          <w:rFonts w:ascii="Gentium Plus" w:hAnsi="Gentium Plus"/>
          <w:sz w:val="24"/>
        </w:rPr>
        <w:t>καὶ ὁ ζῶν, καὶ ἐγενόμην νεκρὸς καὶ ἰδοὺ ζῶν εἰμι εἰς τοὺς αἰῶνας τῶν αἰώνων, καὶ ἔχω τὰς κλεῖς τοῦ θανάτου καὶ τοῦ ᾅδου.</w:t>
      </w:r>
    </w:p>
    <w:p>
      <w:r>
        <w:rPr>
          <w:rFonts w:ascii="Courier New" w:hAnsi="Courier New"/>
          <w:color w:val="555555"/>
          <w:sz w:val="20"/>
        </w:rPr>
        <w:t>[Apoc . 1 . 19]</w:t>
      </w:r>
    </w:p>
    <w:p>
      <w:r>
        <w:rPr>
          <w:rFonts w:ascii="Gentium Plus" w:hAnsi="Gentium Plus"/>
          <w:sz w:val="24"/>
        </w:rPr>
        <w:t>γράψον οὖν ἃ εἶδες καὶ ἃ εἰσὶν καὶ ἃ μέλλει γενέσθαι μετὰ ταῦτα.</w:t>
      </w:r>
    </w:p>
    <w:p>
      <w:r>
        <w:rPr>
          <w:rFonts w:ascii="Courier New" w:hAnsi="Courier New"/>
          <w:color w:val="555555"/>
          <w:sz w:val="20"/>
        </w:rPr>
        <w:t>[Apoc . 1 . 20]</w:t>
      </w:r>
    </w:p>
    <w:p>
      <w:r>
        <w:rPr>
          <w:rFonts w:ascii="Gentium Plus" w:hAnsi="Gentium Plus"/>
          <w:sz w:val="24"/>
        </w:rPr>
        <w:t>τὸ μυστήριον τῶν ἑπτὰ ἀστέρων οὓς εἶδες ἐπὶ τῆς δεξιᾶς μου, καὶ τὰς ἑπτὰ λυχνίας τὰς χρυσᾶς· οἱ ἑπτὰ ἀστέρες ἄγγελοι τῶν ἑπτὰ ἐκκλησιῶν εἰσιν, καὶ αἱ λυχνίαι αἱ ἑπτὰ ἑπτὰ</w:t>
      </w:r>
    </w:p>
    <w:p>
      <w:r>
        <w:rPr>
          <w:rFonts w:ascii="Courier New" w:hAnsi="Courier New"/>
          <w:color w:val="555555"/>
          <w:sz w:val="20"/>
        </w:rPr>
        <w:t>[5]</w:t>
      </w:r>
    </w:p>
    <w:p>
      <w:r>
        <w:rPr>
          <w:rFonts w:ascii="Gentium Plus" w:hAnsi="Gentium Plus"/>
          <w:sz w:val="24"/>
        </w:rPr>
        <w:t>ἐκκλησίαι εἰσίν.</w:t>
      </w:r>
    </w:p>
    <w:p>
      <w:r>
        <w:rPr>
          <w:rFonts w:ascii="Courier New" w:hAnsi="Courier New"/>
          <w:color w:val="555555"/>
          <w:sz w:val="20"/>
        </w:rPr>
        <w:t>[Apoc . 2 . 1]</w:t>
      </w:r>
    </w:p>
    <w:p>
      <w:r>
        <w:rPr>
          <w:rFonts w:ascii="Gentium Plus" w:hAnsi="Gentium Plus"/>
          <w:sz w:val="24"/>
        </w:rPr>
        <w:t>Τῷ ἀγγέλῳ τῆς ἐν Ἐφέσῳ ἐκκλησίας γράψον· Τάδε λέγει ὁ κρατῶν τοὺς ἑπτὰ ἀστέρας ἐν τῇ δεξιᾷ αὐτοῦ, ὁ περιπατῶν ἐν μέσῳ τῶν ἑπτὰ λυχνιῶν τῶν χρυσῶν·</w:t>
      </w:r>
    </w:p>
    <w:p>
      <w:r>
        <w:rPr>
          <w:rFonts w:ascii="Courier New" w:hAnsi="Courier New"/>
          <w:color w:val="555555"/>
          <w:sz w:val="20"/>
        </w:rPr>
        <w:t>[Apoc . 2 . 2]</w:t>
      </w:r>
    </w:p>
    <w:p>
      <w:r>
        <w:rPr>
          <w:rFonts w:ascii="Gentium Plus" w:hAnsi="Gentium Plus"/>
          <w:sz w:val="24"/>
        </w:rPr>
        <w:t>Οἶδα τὰ ἔργα σου καὶ τὸν κόπον καὶ τὴν ὑπομονήν σου, καὶ ὅτι οὐ δύνῃ βαστάσαι κακούς, καὶ ἐπείρασας τοὺς λέγοντας ἑαυτοὺς ἀποστόλους καὶ οὐκ εἰσίν, καὶ εὗρες αὐτοὺς ψευδεῖς·</w:t>
      </w:r>
    </w:p>
    <w:p>
      <w:r>
        <w:rPr>
          <w:rFonts w:ascii="Courier New" w:hAnsi="Courier New"/>
          <w:color w:val="555555"/>
          <w:sz w:val="20"/>
        </w:rPr>
        <w:t>[Apoc . 2 . 3]</w:t>
      </w:r>
    </w:p>
    <w:p>
      <w:r>
        <w:rPr>
          <w:rFonts w:ascii="Gentium Plus" w:hAnsi="Gentium Plus"/>
          <w:sz w:val="24"/>
        </w:rPr>
        <w:t>καὶ ὑπομονὴν ἔχεις, καὶ ἐβάστασας διὰ τὸ ὄνομά μου, καὶ οὐ κεκοπίακες.</w:t>
      </w:r>
    </w:p>
    <w:p>
      <w:r>
        <w:rPr>
          <w:rFonts w:ascii="Courier New" w:hAnsi="Courier New"/>
          <w:color w:val="555555"/>
          <w:sz w:val="20"/>
        </w:rPr>
        <w:t>[Apoc . 2 . 4]</w:t>
      </w:r>
    </w:p>
    <w:p>
      <w:r>
        <w:rPr>
          <w:rFonts w:ascii="Gentium Plus" w:hAnsi="Gentium Plus"/>
          <w:sz w:val="24"/>
        </w:rPr>
        <w:t>ἀλλὰ ἔχω κατὰ σοῦ ὅτι τὴν ἀγάπην σου τὴν πρώτην ἀφῆκες.</w:t>
      </w:r>
    </w:p>
    <w:p>
      <w:r>
        <w:rPr>
          <w:rFonts w:ascii="Courier New" w:hAnsi="Courier New"/>
          <w:color w:val="555555"/>
          <w:sz w:val="20"/>
        </w:rPr>
        <w:t>[Apoc . 2 . 5]</w:t>
      </w:r>
    </w:p>
    <w:p>
      <w:r>
        <w:rPr>
          <w:rFonts w:ascii="Gentium Plus" w:hAnsi="Gentium Plus"/>
          <w:sz w:val="24"/>
        </w:rPr>
        <w:t>μνημόνευε οὖν πόθεν πέπτωκας, καὶ μετα‐ νόησον καὶ τὰ πρῶτα ἔργα ποίησον· εἰ δὲ μή, ἔρχομαί σοι καὶ κινήσω τὴν λυχνίαν σου ἐκ τοῦ τόπου αὐτῆς, ἐὰν μὴ μετανοήσῃς.</w:t>
      </w:r>
    </w:p>
    <w:p>
      <w:r>
        <w:rPr>
          <w:rFonts w:ascii="Courier New" w:hAnsi="Courier New"/>
          <w:color w:val="555555"/>
          <w:sz w:val="20"/>
        </w:rPr>
        <w:t>[Apoc . 2 . 6]</w:t>
      </w:r>
    </w:p>
    <w:p>
      <w:r>
        <w:rPr>
          <w:rFonts w:ascii="Gentium Plus" w:hAnsi="Gentium Plus"/>
          <w:sz w:val="24"/>
        </w:rPr>
        <w:t>ἀλλὰ τοῦτο ἔχεις, ὅτι μισεῖς τὰ ἔργα τῶν Νικολαϊτῶν, ἃ κἀγὼ μισῶ.</w:t>
      </w:r>
    </w:p>
    <w:p>
      <w:r>
        <w:rPr>
          <w:rFonts w:ascii="Courier New" w:hAnsi="Courier New"/>
          <w:color w:val="555555"/>
          <w:sz w:val="20"/>
        </w:rPr>
        <w:t>[Apoc . 2 . 7]</w:t>
      </w:r>
    </w:p>
    <w:p>
      <w:r>
        <w:rPr>
          <w:rFonts w:ascii="Gentium Plus" w:hAnsi="Gentium Plus"/>
          <w:sz w:val="24"/>
        </w:rPr>
        <w:t>ὁ ἔχων οὖς ἀκουσάτω τί τὸ πνεῦμα λέγει ταῖς ἐκκλησίαις. τῷ νικῶντι δώσω αὐτῷ φαγεῖν ἐκ τοῦ ξύλου τῆς ζωῆς, ὅ ἐστιν ἐν τῷ παραδείσῳ τοῦ θεοῦ.</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[Apoc . 2 . 8]</w:t>
      </w:r>
    </w:p>
    <w:p>
      <w:r>
        <w:rPr>
          <w:rFonts w:ascii="Gentium Plus" w:hAnsi="Gentium Plus"/>
          <w:sz w:val="24"/>
        </w:rPr>
        <w:t>Καὶ τῷ ἀγγέλῳ τῆς ἐν Σμύρνῃ ἐκκλησίας γράψον· Τάδε λέγει ὁ πρῶτος καὶ ὁ ἔσχατος, ὃς ἐγένετο νεκρὸς καὶ ἔζησεν·</w:t>
      </w:r>
    </w:p>
    <w:p>
      <w:r>
        <w:rPr>
          <w:rFonts w:ascii="Courier New" w:hAnsi="Courier New"/>
          <w:color w:val="555555"/>
          <w:sz w:val="20"/>
        </w:rPr>
        <w:t>[Apoc . 2 . 9]</w:t>
      </w:r>
    </w:p>
    <w:p>
      <w:r>
        <w:rPr>
          <w:rFonts w:ascii="Gentium Plus" w:hAnsi="Gentium Plus"/>
          <w:sz w:val="24"/>
        </w:rPr>
        <w:t>Οἶδά σου τὴν θλῖψιν καὶ τὴν πτωχείαν, ἀλλὰ πλούσιος εἶ, καὶ τὴν βλασφημίαν ἐκ τῶν λεγόντων Ἰουδαίους εἶναι ἑαυτούς, καὶ οὐκ εἰσὶν ἀλλὰ συναγωγὴ τοῦ Σατανᾶ.</w:t>
      </w:r>
    </w:p>
    <w:p>
      <w:r>
        <w:rPr>
          <w:rFonts w:ascii="Courier New" w:hAnsi="Courier New"/>
          <w:color w:val="555555"/>
          <w:sz w:val="20"/>
        </w:rPr>
        <w:t>[Apoc . 2 . 10]</w:t>
      </w:r>
    </w:p>
    <w:p>
      <w:r>
        <w:rPr>
          <w:rFonts w:ascii="Gentium Plus" w:hAnsi="Gentium Plus"/>
          <w:sz w:val="24"/>
        </w:rPr>
        <w:t>μηδὲν φοβοῦ ἃ μέλλεις πάσχειν. ἰδοὺ μέλλει βάλλειν ὁ διάβολος ἐξ ὑμῶν εἰς φυλακὴν ἵνα πειρασθῆτε, καὶ ἕξετε θλῖψιν ἡμερῶν δέκα. γίνου πιστὸς ἄχρι θανάτου, καὶ δώσω σοι τὸν στέφανον τῆς ζωῆς.</w:t>
      </w:r>
    </w:p>
    <w:p>
      <w:r>
        <w:rPr>
          <w:rFonts w:ascii="Courier New" w:hAnsi="Courier New"/>
          <w:color w:val="555555"/>
          <w:sz w:val="20"/>
        </w:rPr>
        <w:t>[Apoc . 2 . 11]</w:t>
      </w:r>
    </w:p>
    <w:p>
      <w:r>
        <w:rPr>
          <w:rFonts w:ascii="Gentium Plus" w:hAnsi="Gentium Plus"/>
          <w:sz w:val="24"/>
        </w:rPr>
        <w:t>ὁ ἔχων οὖς ἀκουσάτω τί τὸ πνεῦμα λέγει ταῖς ἐκκλη‐ σίαις. ὁ νικῶν οὐ μὴ ἀδικηθῇ ἐκ τοῦ θανάτου τοῦ δευτέρου.</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[Apoc . 2 . 12]</w:t>
      </w:r>
    </w:p>
    <w:p>
      <w:r>
        <w:rPr>
          <w:rFonts w:ascii="Gentium Plus" w:hAnsi="Gentium Plus"/>
          <w:sz w:val="24"/>
        </w:rPr>
        <w:t>Καὶ τῷ ἀγγέλῳ τῆς ἐν Περγάμῳ ἐκκλησίας γρά‐ ψον· Τάδε λέγει ὁ ἔχων τὴν ῥομφαίαν τὴν δίστομον τὴν ὀξεῖαν·</w:t>
      </w:r>
    </w:p>
    <w:p>
      <w:r>
        <w:rPr>
          <w:rFonts w:ascii="Courier New" w:hAnsi="Courier New"/>
          <w:color w:val="555555"/>
          <w:sz w:val="20"/>
        </w:rPr>
        <w:t>[Apoc . 2 . 13]</w:t>
      </w:r>
    </w:p>
    <w:p>
      <w:r>
        <w:rPr>
          <w:rFonts w:ascii="Gentium Plus" w:hAnsi="Gentium Plus"/>
          <w:sz w:val="24"/>
        </w:rPr>
        <w:t>Οἶδα ποῦ κατοικεῖς, ὅπου ὁ θρόνος τοῦ Σατανᾶ, καὶ κρατεῖς τὸ ὄνομά μου, καὶ οὐκ ἠρνήσω τὴν</w:t>
      </w:r>
    </w:p>
    <w:p>
      <w:r>
        <w:rPr>
          <w:rFonts w:ascii="Courier New" w:hAnsi="Courier New"/>
          <w:color w:val="555555"/>
          <w:sz w:val="20"/>
        </w:rPr>
        <w:t>[5]</w:t>
      </w:r>
    </w:p>
    <w:p>
      <w:r>
        <w:rPr>
          <w:rFonts w:ascii="Gentium Plus" w:hAnsi="Gentium Plus"/>
          <w:sz w:val="24"/>
        </w:rPr>
        <w:t>κατοικεῖ.</w:t>
      </w:r>
    </w:p>
    <w:p>
      <w:r>
        <w:rPr>
          <w:rFonts w:ascii="Courier New" w:hAnsi="Courier New"/>
          <w:color w:val="555555"/>
          <w:sz w:val="20"/>
        </w:rPr>
        <w:t>[Apoc . 2 . 14]</w:t>
      </w:r>
    </w:p>
    <w:p>
      <w:r>
        <w:rPr>
          <w:rFonts w:ascii="Gentium Plus" w:hAnsi="Gentium Plus"/>
          <w:sz w:val="24"/>
        </w:rPr>
        <w:t>ἀλλ’ ἔχω κατὰ σοῦ ὀλίγα, ὅτι ἔχεις ἐκεῖ κρατοῦντας τὴν διδαχὴν Βαλαάμ, ὃς ἐδίδασκεν τῷ Βαλὰκ βαλεῖν σκάνδαλον ἐνώπιον τῶν υἱῶν Ἰσραήλ, φαγεῖν εἰδωλόθυτα καὶ πορνεῦσαι·</w:t>
      </w:r>
    </w:p>
    <w:p>
      <w:r>
        <w:rPr>
          <w:rFonts w:ascii="Courier New" w:hAnsi="Courier New"/>
          <w:color w:val="555555"/>
          <w:sz w:val="20"/>
        </w:rPr>
        <w:t>[Apoc . 2 . 15]</w:t>
      </w:r>
    </w:p>
    <w:p>
      <w:r>
        <w:rPr>
          <w:rFonts w:ascii="Gentium Plus" w:hAnsi="Gentium Plus"/>
          <w:sz w:val="24"/>
        </w:rPr>
        <w:t>οὕτως ἔχεις καὶ σὺ κρατοῦντας τὴν διδαχὴν Νικολαϊτῶν ὁμοίως.</w:t>
      </w:r>
    </w:p>
    <w:p>
      <w:r>
        <w:rPr>
          <w:rFonts w:ascii="Courier New" w:hAnsi="Courier New"/>
          <w:color w:val="555555"/>
          <w:sz w:val="20"/>
        </w:rPr>
        <w:t>[Apoc . 2 . 16]</w:t>
      </w:r>
    </w:p>
    <w:p>
      <w:r>
        <w:rPr>
          <w:rFonts w:ascii="Gentium Plus" w:hAnsi="Gentium Plus"/>
          <w:sz w:val="24"/>
        </w:rPr>
        <w:t>μετα‐ νόησον οὖν· εἰ δὲ μή, ἔρχομαί σοι ταχύ, καὶ πολεμήσω μετ’ αὐτῶν ἐν τῇ ῥομφαίᾳ τοῦ στόματός μου.</w:t>
      </w:r>
    </w:p>
    <w:p>
      <w:r>
        <w:rPr>
          <w:rFonts w:ascii="Courier New" w:hAnsi="Courier New"/>
          <w:color w:val="555555"/>
          <w:sz w:val="20"/>
        </w:rPr>
        <w:t>[Apoc . 2 . 17]</w:t>
      </w:r>
    </w:p>
    <w:p>
      <w:r>
        <w:rPr>
          <w:rFonts w:ascii="Gentium Plus" w:hAnsi="Gentium Plus"/>
          <w:sz w:val="24"/>
        </w:rPr>
        <w:t>ὁ ἔχων οὖς ἀκουσάτω τί τὸ πνεῦμα λέγει ταῖς ἐκκλησίαις. τῷ νικῶντι δώσω αὐτῷ τοῦ μάννα τοῦ κεκρυμμένου, καὶ δώσω αὐτῷ ψῆφον λευκὴν καὶ ἐπὶ τὴν ψῆφον ὄνομα</w:t>
      </w:r>
    </w:p>
    <w:p>
      <w:r>
        <w:rPr>
          <w:rFonts w:ascii="Courier New" w:hAnsi="Courier New"/>
          <w:color w:val="555555"/>
          <w:sz w:val="20"/>
        </w:rPr>
        <w:t>[5]</w:t>
      </w:r>
    </w:p>
    <w:p>
      <w:r>
        <w:rPr>
          <w:rFonts w:ascii="Gentium Plus" w:hAnsi="Gentium Plus"/>
          <w:sz w:val="24"/>
        </w:rPr>
        <w:t>καινὸν γεγραμμένον ὃ οὐδεὶς οἶδεν εἰ μὴ ὁ λαμβάνων.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[Apoc . 2 . 18]</w:t>
      </w:r>
    </w:p>
    <w:p>
      <w:r>
        <w:rPr>
          <w:rFonts w:ascii="Gentium Plus" w:hAnsi="Gentium Plus"/>
          <w:sz w:val="24"/>
        </w:rPr>
        <w:t>Καὶ τῷ ἀγγέλῳ τῆς ἐν Θυατίροις ἐκκλησίας γρά‐ ψον· Τάδε λέγει ὁ υἱὸς τοῦ θεοῦ, ὁ ἔχων τοὺς ὀφθαλμοὺς αὐτοῦ ὡς φλόγα πυρός, καὶ οἱ πόδες αὐτοῦ ὅμοιοι χαλκο‐</w:t>
      </w:r>
    </w:p>
    <w:p>
      <w:r>
        <w:rPr>
          <w:rFonts w:ascii="Courier New" w:hAnsi="Courier New"/>
          <w:color w:val="555555"/>
          <w:sz w:val="20"/>
        </w:rPr>
        <w:t>[5]</w:t>
      </w:r>
    </w:p>
    <w:p>
      <w:r>
        <w:rPr>
          <w:rFonts w:ascii="Gentium Plus" w:hAnsi="Gentium Plus"/>
          <w:sz w:val="24"/>
        </w:rPr>
        <w:t>λιβάνῳ·</w:t>
      </w:r>
    </w:p>
    <w:p>
      <w:r>
        <w:rPr>
          <w:rFonts w:ascii="Courier New" w:hAnsi="Courier New"/>
          <w:color w:val="555555"/>
          <w:sz w:val="20"/>
        </w:rPr>
        <w:t>[Apoc . 2 . 19]</w:t>
      </w:r>
    </w:p>
    <w:p>
      <w:r>
        <w:rPr>
          <w:rFonts w:ascii="Gentium Plus" w:hAnsi="Gentium Plus"/>
          <w:sz w:val="24"/>
        </w:rPr>
        <w:t>Οἶδά σου τὰ ἔργα καὶ τὴν ἀγάπην καὶ τὴν πίστιν καὶ τὴν διακονίαν καὶ τὴν ὑπομονήν σου, καὶ τὰ ἔργα σου τὰ ἔσχατα πλείονα τῶν πρώτων.</w:t>
      </w:r>
    </w:p>
    <w:p>
      <w:r>
        <w:rPr>
          <w:rFonts w:ascii="Courier New" w:hAnsi="Courier New"/>
          <w:color w:val="555555"/>
          <w:sz w:val="20"/>
        </w:rPr>
        <w:t>[Apoc . 2 . 20]</w:t>
      </w:r>
    </w:p>
    <w:p>
      <w:r>
        <w:rPr>
          <w:rFonts w:ascii="Gentium Plus" w:hAnsi="Gentium Plus"/>
          <w:sz w:val="24"/>
        </w:rPr>
        <w:t>ἀλλὰ ἔχω κατὰ σοῦ ὅτι ἀφεῖς τὴν γυναῖκα Ἰεζάβελ, ἡ λέγουσα ἑαυτὴν προφῆτιν, καὶ διδάσκει καὶ πλανᾷ τοὺς ἐμοὺς δούλους πορνεῦσαι καὶ φαγεῖν εἰδωλόθυτα.</w:t>
      </w:r>
    </w:p>
    <w:p>
      <w:r>
        <w:rPr>
          <w:rFonts w:ascii="Courier New" w:hAnsi="Courier New"/>
          <w:color w:val="555555"/>
          <w:sz w:val="20"/>
        </w:rPr>
        <w:t>[Apoc . 2 . 21]</w:t>
      </w:r>
    </w:p>
    <w:p>
      <w:r>
        <w:rPr>
          <w:rFonts w:ascii="Gentium Plus" w:hAnsi="Gentium Plus"/>
          <w:sz w:val="24"/>
        </w:rPr>
        <w:t>καὶ ἔδωκα</w:t>
      </w:r>
    </w:p>
    <w:p>
      <w:r>
        <w:rPr>
          <w:rFonts w:ascii="Courier New" w:hAnsi="Courier New"/>
          <w:color w:val="555555"/>
          <w:sz w:val="20"/>
        </w:rPr>
        <w:t>[Apoc . 2 . 22]</w:t>
      </w:r>
    </w:p>
    <w:p>
      <w:r>
        <w:rPr>
          <w:rFonts w:ascii="Gentium Plus" w:hAnsi="Gentium Plus"/>
          <w:sz w:val="24"/>
        </w:rPr>
        <w:t>ἰδοὺ βάλλω αὐτὴν εἰς κλίνην, καὶ τοὺς μοιχεύοντας μετ’ αὐτῆς εἰς θλῖψιν μεγάλην, ἐὰν μὴ μετανοήσωσιν ἐκ τῶν ἔργων αὐτῆς·</w:t>
      </w:r>
    </w:p>
    <w:p>
      <w:r>
        <w:rPr>
          <w:rFonts w:ascii="Courier New" w:hAnsi="Courier New"/>
          <w:color w:val="555555"/>
          <w:sz w:val="20"/>
        </w:rPr>
        <w:t>[Apoc . 2 . 23]</w:t>
      </w:r>
    </w:p>
    <w:p>
      <w:r>
        <w:rPr>
          <w:rFonts w:ascii="Gentium Plus" w:hAnsi="Gentium Plus"/>
          <w:sz w:val="24"/>
        </w:rPr>
        <w:t>καὶ τὰ τέκνα αὐτῆς ἀποκτενῶ ἐν θανάτῳ· καὶ γνώσονται πᾶσαι αἱ ἐκκλησίαι ὅτι ἐγώ εἰμι ὁ ἐραυνῶν νεφροὺς καὶ καρδίας, καὶ δώσω ὑμῖν ἑκάστῳ κατὰ τὰ ἔργα ὑμῶν.</w:t>
      </w:r>
    </w:p>
    <w:p>
      <w:r>
        <w:rPr>
          <w:rFonts w:ascii="Courier New" w:hAnsi="Courier New"/>
          <w:color w:val="555555"/>
          <w:sz w:val="20"/>
        </w:rPr>
        <w:t>[Apoc . 2 . 24]</w:t>
      </w:r>
    </w:p>
    <w:p>
      <w:r>
        <w:rPr>
          <w:rFonts w:ascii="Gentium Plus" w:hAnsi="Gentium Plus"/>
          <w:sz w:val="24"/>
        </w:rPr>
        <w:t>ὑμῖν δὲ λέγω τοῖς λοιποῖς τοῖς ἐν Θυατίροις, ὅσοι οὐκ ἔχουσιν τὴν διδαχὴν ταύτην, οἵτινες οὐκ ἔγνωσαν τὰ βαθέα τοῦ Σατανᾶ, ὡς λέγουσιν, οὐ βάλλω ἐφ’ ὑμᾶς ἄλλο βάρος·</w:t>
      </w:r>
    </w:p>
    <w:p>
      <w:r>
        <w:rPr>
          <w:rFonts w:ascii="Courier New" w:hAnsi="Courier New"/>
          <w:color w:val="555555"/>
          <w:sz w:val="20"/>
        </w:rPr>
        <w:t>[Apoc . 2 . 25]</w:t>
      </w:r>
    </w:p>
    <w:p>
      <w:r>
        <w:rPr>
          <w:rFonts w:ascii="Gentium Plus" w:hAnsi="Gentium Plus"/>
          <w:sz w:val="24"/>
        </w:rPr>
        <w:t>πλὴν ὃ ἔχετε κρατήσατε ἄχρις οὗ ἂν ἥξω.</w:t>
      </w:r>
    </w:p>
    <w:p>
      <w:r>
        <w:rPr>
          <w:rFonts w:ascii="Courier New" w:hAnsi="Courier New"/>
          <w:color w:val="555555"/>
          <w:sz w:val="20"/>
        </w:rPr>
        <w:t>[Apoc . 2 . 26]</w:t>
      </w:r>
    </w:p>
    <w:p>
      <w:r>
        <w:rPr>
          <w:rFonts w:ascii="Gentium Plus" w:hAnsi="Gentium Plus"/>
          <w:sz w:val="24"/>
        </w:rPr>
        <w:t>καὶ ὁ νικῶν καὶ ὁ τηρῶν ἄχρι τέλους τὰ ἔργα μου, δώσω αὐτῷ ἐξουσίαν ἐπὶ τῶν ἐθνῶν,</w:t>
      </w:r>
    </w:p>
    <w:p>
      <w:r>
        <w:rPr>
          <w:rFonts w:ascii="Courier New" w:hAnsi="Courier New"/>
          <w:color w:val="555555"/>
          <w:sz w:val="20"/>
        </w:rPr>
        <w:t>[Apoc . 2 . 27]</w:t>
      </w:r>
    </w:p>
    <w:p>
      <w:r>
        <w:rPr>
          <w:rFonts w:ascii="Gentium Plus" w:hAnsi="Gentium Plus"/>
          <w:sz w:val="24"/>
        </w:rPr>
        <w:t>καὶ ποιμανεῖ αὐτοὺς ἐν ῥάβδῳ σιδηρᾷ, ὡς τὰ σκεύη τὰ κεραμικὰ συντρίβεται,</w:t>
      </w:r>
    </w:p>
    <w:p>
      <w:r>
        <w:rPr>
          <w:rFonts w:ascii="Courier New" w:hAnsi="Courier New"/>
          <w:color w:val="555555"/>
          <w:sz w:val="20"/>
        </w:rPr>
        <w:t>[Apoc . 2 . 28]</w:t>
      </w:r>
    </w:p>
    <w:p>
      <w:r>
        <w:rPr>
          <w:rFonts w:ascii="Gentium Plus" w:hAnsi="Gentium Plus"/>
          <w:sz w:val="24"/>
        </w:rPr>
        <w:t>ὡς κἀγὼ εἴληφα παρὰ τοῦ πατρός μου, καὶ δώσω αὐτῷ τὸν ἀστέρα τὸν πρωϊνόν.</w:t>
      </w:r>
    </w:p>
    <w:p>
      <w:r>
        <w:rPr>
          <w:rFonts w:ascii="Courier New" w:hAnsi="Courier New"/>
          <w:color w:val="555555"/>
          <w:sz w:val="20"/>
        </w:rPr>
        <w:t>[Apoc . 2 . 29]</w:t>
      </w:r>
    </w:p>
    <w:p>
      <w:r>
        <w:rPr>
          <w:rFonts w:ascii="Gentium Plus" w:hAnsi="Gentium Plus"/>
          <w:sz w:val="24"/>
        </w:rPr>
        <w:t>ὁ ἔχων οὖς ἀκουσάτω</w:t>
      </w:r>
    </w:p>
    <w:p>
      <w:r>
        <w:rPr>
          <w:rFonts w:ascii="Courier New" w:hAnsi="Courier New"/>
          <w:color w:val="555555"/>
          <w:sz w:val="20"/>
        </w:rPr>
        <w:t>[Apoc . 3 . 1]</w:t>
      </w:r>
    </w:p>
    <w:p>
      <w:r>
        <w:rPr>
          <w:rFonts w:ascii="Gentium Plus" w:hAnsi="Gentium Plus"/>
          <w:sz w:val="24"/>
        </w:rPr>
        <w:t>Καὶ τῷ ἀγγέλῳ τῆς ἐν Σάρδεσιν ἐκκλησίας γράψον· Τάδε λέγει ὁ ἔχων τὰ ἑπτὰ πνεύματα τοῦ θεοῦ καὶ τοὺς ἑπτὰ ἀστέρας· Οἶδά σου τὰ ἔργα, ὅτι ὄνομα ἔχεις ὅτι ζῇς, καὶ νεκρὸς εἶ.</w:t>
      </w:r>
    </w:p>
    <w:p>
      <w:r>
        <w:rPr>
          <w:rFonts w:ascii="Courier New" w:hAnsi="Courier New"/>
          <w:color w:val="555555"/>
          <w:sz w:val="20"/>
        </w:rPr>
        <w:t>[Apoc . 3 . 2]</w:t>
      </w:r>
    </w:p>
    <w:p>
      <w:r>
        <w:rPr>
          <w:rFonts w:ascii="Gentium Plus" w:hAnsi="Gentium Plus"/>
          <w:sz w:val="24"/>
        </w:rPr>
        <w:t>γίνου γρηγορῶν, καὶ στήρισον τὰ λοιπὰ ἃ ἔμελλον ἀποθανεῖν, οὐ γὰρ εὕρηκά σου [τὰ] ἔργα πεπληρωμένα ἐνώπιον τοῦ θεοῦ μου·</w:t>
      </w:r>
    </w:p>
    <w:p>
      <w:r>
        <w:rPr>
          <w:rFonts w:ascii="Courier New" w:hAnsi="Courier New"/>
          <w:color w:val="555555"/>
          <w:sz w:val="20"/>
        </w:rPr>
        <w:t>[Apoc . 3 . 3]</w:t>
      </w:r>
    </w:p>
    <w:p>
      <w:r>
        <w:rPr>
          <w:rFonts w:ascii="Gentium Plus" w:hAnsi="Gentium Plus"/>
          <w:sz w:val="24"/>
        </w:rPr>
        <w:t>μνημό‐ νευε οὖν πῶς εἴληφας καὶ ἤκουσας, καὶ τήρει, καὶ μετα‐ νόησον. ἐὰν οὖν μὴ γρηγορήσῃς, ἥξω ὡς κλέπτης, καὶ οὐ μὴ γνῷς ποίαν ὥραν ἥξω ἐπὶ σέ.</w:t>
      </w:r>
    </w:p>
    <w:p>
      <w:r>
        <w:rPr>
          <w:rFonts w:ascii="Courier New" w:hAnsi="Courier New"/>
          <w:color w:val="555555"/>
          <w:sz w:val="20"/>
        </w:rPr>
        <w:t>[Apoc . 3 . 4]</w:t>
      </w:r>
    </w:p>
    <w:p>
      <w:r>
        <w:rPr>
          <w:rFonts w:ascii="Gentium Plus" w:hAnsi="Gentium Plus"/>
          <w:sz w:val="24"/>
        </w:rPr>
        <w:t>ἀλλὰ ἔχεις ὀλίγα ὀνόματα ἐν Σάρδεσιν ἃ οὐκ ἐμόλυναν τὰ ἱμάτια αὐτῶν, καὶ περιπατήσουσιν μετ’ ἐμοῦ ἐν λευκοῖς, ὅτι ἄξιοί εἰσιν.</w:t>
      </w:r>
    </w:p>
    <w:p>
      <w:r>
        <w:rPr>
          <w:rFonts w:ascii="Courier New" w:hAnsi="Courier New"/>
          <w:color w:val="555555"/>
          <w:sz w:val="20"/>
        </w:rPr>
        <w:t>[Apoc . 3 . 5]</w:t>
      </w:r>
    </w:p>
    <w:p>
      <w:r>
        <w:rPr>
          <w:rFonts w:ascii="Gentium Plus" w:hAnsi="Gentium Plus"/>
          <w:sz w:val="24"/>
        </w:rPr>
        <w:t>ὁ νικῶν οὕτως περιβαλεῖται ἐν ἱματίοις λευκοῖς, καὶ οὐ μὴ ἐξαλείψω τὸ ὄνομα αὐτοῦ ἐκ τῆς βίβλου τῆς ζωῆς, καὶ ὁμολογήσω τὸ ὄνομα αὐτοῦ ἐνώπιον τοῦ πατρός μου καὶ ἐνώπιον τῶν ἀγγέλων αὐτοῦ.</w:t>
      </w:r>
    </w:p>
    <w:p>
      <w:r>
        <w:rPr>
          <w:rFonts w:ascii="Courier New" w:hAnsi="Courier New"/>
          <w:color w:val="555555"/>
          <w:sz w:val="20"/>
        </w:rPr>
        <w:t>[Apoc . 3 . 6]</w:t>
      </w:r>
    </w:p>
    <w:p>
      <w:r>
        <w:rPr>
          <w:rFonts w:ascii="Gentium Plus" w:hAnsi="Gentium Plus"/>
          <w:sz w:val="24"/>
        </w:rPr>
        <w:t>ὁ ἔχων οὖς ἀκουσάτω τί τὸ πνεῦμα λέγει ταῖς ἐκκλησίαις.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[Apoc . 3 . 7]</w:t>
      </w:r>
    </w:p>
    <w:p>
      <w:r>
        <w:rPr>
          <w:rFonts w:ascii="Gentium Plus" w:hAnsi="Gentium Plus"/>
          <w:sz w:val="24"/>
        </w:rPr>
        <w:t>Καὶ τῷ ἀγγέλῳ τῆς ἐν Φιλαδελφείᾳ ἐκκλησίας γράψον· Τάδε λέγει ὁ ἅγιος, ὁ ἀληθινός, ὁ ἔχων τὴν κλεῖν Δαυίδ,</w:t>
      </w:r>
    </w:p>
    <w:p>
      <w:r>
        <w:rPr>
          <w:rFonts w:ascii="Courier New" w:hAnsi="Courier New"/>
          <w:color w:val="555555"/>
          <w:sz w:val="20"/>
        </w:rPr>
        <w:t>[5]</w:t>
      </w:r>
    </w:p>
    <w:p>
      <w:r>
        <w:rPr>
          <w:rFonts w:ascii="Gentium Plus" w:hAnsi="Gentium Plus"/>
          <w:sz w:val="24"/>
        </w:rPr>
        <w:t>ὁ ἀνοίγων καὶ οὐδεὶς κλείσει,</w:t>
      </w:r>
    </w:p>
    <w:p>
      <w:r>
        <w:rPr>
          <w:rFonts w:ascii="Courier New" w:hAnsi="Courier New"/>
          <w:color w:val="555555"/>
          <w:sz w:val="20"/>
        </w:rPr>
        <w:t>[Apoc . 3 . 8]</w:t>
      </w:r>
    </w:p>
    <w:p>
      <w:r>
        <w:rPr>
          <w:rFonts w:ascii="Gentium Plus" w:hAnsi="Gentium Plus"/>
          <w:sz w:val="24"/>
        </w:rPr>
        <w:t>Οἶδά σου τὰ ἔργα—ἰδοὺ δέδωκα ἐνώπιόν σου θύραν ἠνεῳγμένην, ἣν οὐδεὶς δύναται κλεῖσαι αὐτήν—ὅτι μικρὰν ἔχεις δύναμιν, καὶ ἐτήρησάς μου τὸν λόγον, καὶ οὐκ ἠρνήσω τὸ ὄνομά μου.</w:t>
      </w:r>
    </w:p>
    <w:p>
      <w:r>
        <w:rPr>
          <w:rFonts w:ascii="Courier New" w:hAnsi="Courier New"/>
          <w:color w:val="555555"/>
          <w:sz w:val="20"/>
        </w:rPr>
        <w:t>[Apoc . 3 . 9]</w:t>
      </w:r>
    </w:p>
    <w:p>
      <w:r>
        <w:rPr>
          <w:rFonts w:ascii="Gentium Plus" w:hAnsi="Gentium Plus"/>
          <w:sz w:val="24"/>
        </w:rPr>
        <w:t>ἰδοὺ διδῶ ἐκ τῆς συναγωγῆς τοῦ Σατανᾶ, τῶν λεγόντων ἑαυτοὺς Ἰουδαίους εἶναι, καὶ οὐκ εἰσὶν ἀλλὰ ψεύδονται· ἰδοὺ ποιήσω αὐτοὺς ἵνα ἥξουσιν καὶ προσκυνήσουσιν ἐνώπιον τῶν ποδῶν σου,</w:t>
      </w:r>
    </w:p>
    <w:p>
      <w:r>
        <w:rPr>
          <w:rFonts w:ascii="Courier New" w:hAnsi="Courier New"/>
          <w:color w:val="555555"/>
          <w:sz w:val="20"/>
        </w:rPr>
        <w:t>[5]</w:t>
      </w:r>
    </w:p>
    <w:p>
      <w:r>
        <w:rPr>
          <w:rFonts w:ascii="Gentium Plus" w:hAnsi="Gentium Plus"/>
          <w:sz w:val="24"/>
        </w:rPr>
        <w:t>καὶ γνῶσιν ὅτι ἐγὼ ἠγάπησά σε.</w:t>
      </w:r>
    </w:p>
    <w:p>
      <w:r>
        <w:rPr>
          <w:rFonts w:ascii="Courier New" w:hAnsi="Courier New"/>
          <w:color w:val="555555"/>
          <w:sz w:val="20"/>
        </w:rPr>
        <w:t>[Apoc . 3 . 10]</w:t>
      </w:r>
    </w:p>
    <w:p>
      <w:r>
        <w:rPr>
          <w:rFonts w:ascii="Gentium Plus" w:hAnsi="Gentium Plus"/>
          <w:sz w:val="24"/>
        </w:rPr>
        <w:t>ὅτι ἐτήρησας τὸν λόγον τῆς ὑπομονῆς μου, κἀγώ σε τηρήσω ἐκ τῆς ὥρας τοῦ πειρασμοῦ τῆς μελλούσης ἔρχεσθαι ἐπὶ τῆς οἰκου‐ μένης ὅλης πειράσαι τοὺς κατοικοῦντας ἐπὶ τῆς γῆς.</w:t>
      </w:r>
    </w:p>
    <w:p>
      <w:r>
        <w:rPr>
          <w:rFonts w:ascii="Courier New" w:hAnsi="Courier New"/>
          <w:color w:val="555555"/>
          <w:sz w:val="20"/>
        </w:rPr>
        <w:t>[Apoc . 3 . 11]</w:t>
      </w:r>
    </w:p>
    <w:p>
      <w:r>
        <w:rPr>
          <w:rFonts w:ascii="Gentium Plus" w:hAnsi="Gentium Plus"/>
          <w:sz w:val="24"/>
        </w:rPr>
        <w:t>ἔρχομαι ταχύ· κράτει ὃ ἔχεις, ἵνα μηδεὶς λάβῃ τὸν στέφανόν σου.</w:t>
      </w:r>
    </w:p>
    <w:p>
      <w:r>
        <w:rPr>
          <w:rFonts w:ascii="Courier New" w:hAnsi="Courier New"/>
          <w:color w:val="555555"/>
          <w:sz w:val="20"/>
        </w:rPr>
        <w:t>[Apoc . 3 . 12]</w:t>
      </w:r>
    </w:p>
    <w:p>
      <w:r>
        <w:rPr>
          <w:rFonts w:ascii="Gentium Plus" w:hAnsi="Gentium Plus"/>
          <w:sz w:val="24"/>
        </w:rPr>
        <w:t>ὁ νικῶν ποιήσω αὐτὸν στῦλον ἐν τῷ ναῷ τοῦ θεοῦ μου, καὶ ἔξω οὐ μὴ ἐξέλθῃ ἔτι, καὶ γράψω ἐπ’ αὐτὸν τὸ ὄνομα τοῦ θεοῦ μου καὶ τὸ ὄνομα τῆς πόλεως τοῦ θεοῦ μου, τῆς καινῆς Ἰερουσαλήμ, ἡ κατα‐</w:t>
      </w:r>
    </w:p>
    <w:p>
      <w:r>
        <w:rPr>
          <w:rFonts w:ascii="Courier New" w:hAnsi="Courier New"/>
          <w:color w:val="555555"/>
          <w:sz w:val="20"/>
        </w:rPr>
        <w:t>[5]</w:t>
      </w:r>
    </w:p>
    <w:p>
      <w:r>
        <w:rPr>
          <w:rFonts w:ascii="Gentium Plus" w:hAnsi="Gentium Plus"/>
          <w:sz w:val="24"/>
        </w:rPr>
        <w:t>βαίνουσα ἐκ τοῦ οὐρανοῦ ἀπὸ τοῦ θεοῦ μου, καὶ τὸ ὄνομά μου τὸ καινόν.</w:t>
      </w:r>
    </w:p>
    <w:p>
      <w:r>
        <w:rPr>
          <w:rFonts w:ascii="Courier New" w:hAnsi="Courier New"/>
          <w:color w:val="555555"/>
          <w:sz w:val="20"/>
        </w:rPr>
        <w:t>[Apoc . 3 . 13]</w:t>
      </w:r>
    </w:p>
    <w:p>
      <w:r>
        <w:rPr>
          <w:rFonts w:ascii="Gentium Plus" w:hAnsi="Gentium Plus"/>
          <w:sz w:val="24"/>
        </w:rPr>
        <w:t>ὁ ἔχων οὖς ἀκουσάτω τί τὸ πνεῦμα λέγει ταῖς ἐκκλησίαις.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[Apoc . 3 . 14]</w:t>
      </w:r>
    </w:p>
    <w:p>
      <w:r>
        <w:rPr>
          <w:rFonts w:ascii="Gentium Plus" w:hAnsi="Gentium Plus"/>
          <w:sz w:val="24"/>
        </w:rPr>
        <w:t>Καὶ τῷ ἀγγέλῳ τῆς ἐν Λαοδικείᾳ ἐκκλησίας γρά‐ ψον· Τάδε λέγει ὁ Ἀμήν, ὁ μάρτυς ὁ πιστὸς καὶ ἀληθινός, ἡ ἀρχὴ τῆς κτίσεως τοῦ θεοῦ·</w:t>
      </w:r>
    </w:p>
    <w:p>
      <w:r>
        <w:rPr>
          <w:rFonts w:ascii="Courier New" w:hAnsi="Courier New"/>
          <w:color w:val="555555"/>
          <w:sz w:val="20"/>
        </w:rPr>
        <w:t>[Apoc . 3 . 15]</w:t>
      </w:r>
    </w:p>
    <w:p>
      <w:r>
        <w:rPr>
          <w:rFonts w:ascii="Gentium Plus" w:hAnsi="Gentium Plus"/>
          <w:sz w:val="24"/>
        </w:rPr>
        <w:t>Οἶδά σου τὰ ἔργα, ὅτι οὔτε ψυχρὸς εἶ οὔτε ζεστός. ὄφελον ψυχρὸς ἦς ἢ ζεστός.</w:t>
      </w:r>
    </w:p>
    <w:p>
      <w:r>
        <w:rPr>
          <w:rFonts w:ascii="Courier New" w:hAnsi="Courier New"/>
          <w:color w:val="555555"/>
          <w:sz w:val="20"/>
        </w:rPr>
        <w:t>[Apoc . 3 . 16]</w:t>
      </w:r>
    </w:p>
    <w:p>
      <w:r>
        <w:rPr>
          <w:rFonts w:ascii="Gentium Plus" w:hAnsi="Gentium Plus"/>
          <w:sz w:val="24"/>
        </w:rPr>
        <w:t>οὕτως, ὅτι χλιαρὸς εἶ καὶ οὔτε ζεστὸς οὔτε ψυχρός, μέλλω σε ἐμέσαι ἐκ τοῦ στόματός μου.</w:t>
      </w:r>
    </w:p>
    <w:p>
      <w:r>
        <w:rPr>
          <w:rFonts w:ascii="Courier New" w:hAnsi="Courier New"/>
          <w:color w:val="555555"/>
          <w:sz w:val="20"/>
        </w:rPr>
        <w:t>[Apoc . 3 . 17]</w:t>
      </w:r>
    </w:p>
    <w:p>
      <w:r>
        <w:rPr>
          <w:rFonts w:ascii="Gentium Plus" w:hAnsi="Gentium Plus"/>
          <w:sz w:val="24"/>
        </w:rPr>
        <w:t>ὅτι λέγεις ὅτι Πλούσιός εἰμι καὶ πεπλούτηκα καὶ οὐδὲν χρείαν ἔχω, καὶ οὐκ οἶδας ὅτι σὺ εἶ ὁ ταλαίπωρος καὶ ἐλεεινὸς καὶ πτωχὸς καὶ τυφλὸς καὶ γυμνός,</w:t>
      </w:r>
    </w:p>
    <w:p>
      <w:r>
        <w:rPr>
          <w:rFonts w:ascii="Courier New" w:hAnsi="Courier New"/>
          <w:color w:val="555555"/>
          <w:sz w:val="20"/>
        </w:rPr>
        <w:t>[Apoc . 3 . 18]</w:t>
      </w:r>
    </w:p>
    <w:p>
      <w:r>
        <w:rPr>
          <w:rFonts w:ascii="Gentium Plus" w:hAnsi="Gentium Plus"/>
          <w:sz w:val="24"/>
        </w:rPr>
        <w:t>συμβου‐ λεύω σοι ἀγοράσαι παρ’ ἐμοῦ χρυσίον πεπυρωμένον ἐκ πυρὸς ἵνα πλουτήσῃς, καὶ ἱμάτια λευκὰ ἵνα περιβάλῃ καὶ μὴ φανερωθῇ ἡ αἰσχύνη τῆς γυμνότητός σου, καὶ</w:t>
      </w:r>
    </w:p>
    <w:p>
      <w:r>
        <w:rPr>
          <w:rFonts w:ascii="Courier New" w:hAnsi="Courier New"/>
          <w:color w:val="555555"/>
          <w:sz w:val="20"/>
        </w:rPr>
        <w:t>[5]</w:t>
      </w:r>
    </w:p>
    <w:p>
      <w:r>
        <w:rPr>
          <w:rFonts w:ascii="Gentium Plus" w:hAnsi="Gentium Plus"/>
          <w:sz w:val="24"/>
        </w:rPr>
        <w:t>κολλούριον ἐγχρῖσαι τοὺς ὀφθαλμούς σου ἵνα βλέπῃς.</w:t>
      </w:r>
    </w:p>
    <w:p>
      <w:r>
        <w:rPr>
          <w:rFonts w:ascii="Courier New" w:hAnsi="Courier New"/>
          <w:color w:val="555555"/>
          <w:sz w:val="20"/>
        </w:rPr>
        <w:t>[Apoc . 3 . 19]</w:t>
      </w:r>
    </w:p>
    <w:p>
      <w:r>
        <w:rPr>
          <w:rFonts w:ascii="Gentium Plus" w:hAnsi="Gentium Plus"/>
          <w:sz w:val="24"/>
        </w:rPr>
        <w:t>ἐγὼ ὅσους ἐὰν φιλῶ ἐλέγχω καὶ παιδεύω· ζήλευε οὖν καὶ μετανόησον.</w:t>
      </w:r>
    </w:p>
    <w:p>
      <w:r>
        <w:rPr>
          <w:rFonts w:ascii="Courier New" w:hAnsi="Courier New"/>
          <w:color w:val="555555"/>
          <w:sz w:val="20"/>
        </w:rPr>
        <w:t>[Apoc . 3 . 20]</w:t>
      </w:r>
    </w:p>
    <w:p>
      <w:r>
        <w:rPr>
          <w:rFonts w:ascii="Gentium Plus" w:hAnsi="Gentium Plus"/>
          <w:sz w:val="24"/>
        </w:rPr>
        <w:t>ἰδοὺ ἕστηκα ἐπὶ τὴν θύραν καὶ κρούω· ἐάν τις ἀκούσῃ τῆς φωνῆς μου καὶ ἀνοίξῃ τὴν θύραν, εἰσελεύσομαι πρὸς αὐτὸν καὶ δειπνήσω μετ’ αὐτοῦ καὶ αὐτὸς μετ’ ἐμοῦ.</w:t>
      </w:r>
    </w:p>
    <w:p>
      <w:r>
        <w:rPr>
          <w:rFonts w:ascii="Courier New" w:hAnsi="Courier New"/>
          <w:color w:val="555555"/>
          <w:sz w:val="20"/>
        </w:rPr>
        <w:t>[Apoc . 3 . 21]</w:t>
      </w:r>
    </w:p>
    <w:p>
      <w:r>
        <w:rPr>
          <w:rFonts w:ascii="Gentium Plus" w:hAnsi="Gentium Plus"/>
          <w:sz w:val="24"/>
        </w:rPr>
        <w:t>ὁ νικῶν δώσω αὐτῷ καθίσαι μετ’ ἐμοῦ ἐν τῷ θρόνῳ μου, ὡς κἀγὼ ἐνίκησα καὶ ἐκάθισα μετὰ τοῦ πατρός μου ἐν τῷ θρόνῳ αὐτοῦ.</w:t>
      </w:r>
    </w:p>
    <w:p>
      <w:r>
        <w:rPr>
          <w:rFonts w:ascii="Courier New" w:hAnsi="Courier New"/>
          <w:color w:val="555555"/>
          <w:sz w:val="20"/>
        </w:rPr>
        <w:t>[Apoc . 3 . 22]</w:t>
      </w:r>
    </w:p>
    <w:p>
      <w:r>
        <w:rPr>
          <w:rFonts w:ascii="Gentium Plus" w:hAnsi="Gentium Plus"/>
          <w:sz w:val="24"/>
        </w:rPr>
        <w:t>ὁ ἔχων οὖς ἀκουσάτω τί τὸ πνεῦμα λέγει ταῖς ἐκκλη‐ σίαις.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[Apoc . 4 . 1]</w:t>
      </w:r>
    </w:p>
    <w:p>
      <w:r>
        <w:rPr>
          <w:rFonts w:ascii="Gentium Plus" w:hAnsi="Gentium Plus"/>
          <w:sz w:val="24"/>
        </w:rPr>
        <w:t>Μετὰ ταῦτα εἶδον, καὶ ἰδοὺ θύρα ἠνεῳγμένη ἐν τῷ οὐρανῷ, καὶ ἡ φωνὴ ἡ πρώτη ἣν ἤκουσα ὡς σάλπιγγος λαλούσης μετ’ ἐμοῦ λέγων, Ἀνάβα ὧδε, καὶ δείξω σοι ἃ δεῖ γενέσθαι μετὰ ταῦτα.</w:t>
      </w:r>
    </w:p>
    <w:p>
      <w:r>
        <w:rPr>
          <w:rFonts w:ascii="Courier New" w:hAnsi="Courier New"/>
          <w:color w:val="555555"/>
          <w:sz w:val="20"/>
        </w:rPr>
        <w:t>[Apoc . 4 . 2]</w:t>
      </w:r>
    </w:p>
    <w:p>
      <w:r>
        <w:rPr>
          <w:rFonts w:ascii="Gentium Plus" w:hAnsi="Gentium Plus"/>
          <w:sz w:val="24"/>
        </w:rPr>
        <w:t>εὐθέως ἐγενόμην ἐν πνεύματι· καὶ ἰδοὺ θρόνος ἔκειτο ἐν τῷ οὐρανῷ, καὶ ἐπὶ τὸν θρόνον καθήμενος,</w:t>
      </w:r>
    </w:p>
    <w:p>
      <w:r>
        <w:rPr>
          <w:rFonts w:ascii="Courier New" w:hAnsi="Courier New"/>
          <w:color w:val="555555"/>
          <w:sz w:val="20"/>
        </w:rPr>
        <w:t>[Apoc . 4 . 3]</w:t>
      </w:r>
    </w:p>
    <w:p>
      <w:r>
        <w:rPr>
          <w:rFonts w:ascii="Gentium Plus" w:hAnsi="Gentium Plus"/>
          <w:sz w:val="24"/>
        </w:rPr>
        <w:t>καὶ ὁ καθήμενος ὅμοιος</w:t>
      </w:r>
    </w:p>
    <w:p>
      <w:r>
        <w:rPr>
          <w:rFonts w:ascii="Courier New" w:hAnsi="Courier New"/>
          <w:color w:val="555555"/>
          <w:sz w:val="20"/>
        </w:rPr>
        <w:t>[Apoc . 4 . 4]</w:t>
      </w:r>
    </w:p>
    <w:p>
      <w:r>
        <w:rPr>
          <w:rFonts w:ascii="Gentium Plus" w:hAnsi="Gentium Plus"/>
          <w:sz w:val="24"/>
        </w:rPr>
        <w:t>καὶ κυκλόθεν τοῦ θρόνου θρόνους εἴκοσι τέσσαρες, καὶ ἐπὶ τοὺς θρόνους εἴκοσι τέσσαρας πρεσβυτέρους καθημένους περιβεβλη‐ μένους ἐν ἱματίοις λευκοῖς, καὶ ἐπὶ τὰς κεφαλὰς αὐτῶν</w:t>
      </w:r>
    </w:p>
    <w:p>
      <w:r>
        <w:rPr>
          <w:rFonts w:ascii="Courier New" w:hAnsi="Courier New"/>
          <w:color w:val="555555"/>
          <w:sz w:val="20"/>
        </w:rPr>
        <w:t>[5]</w:t>
      </w:r>
    </w:p>
    <w:p>
      <w:r>
        <w:rPr>
          <w:rFonts w:ascii="Gentium Plus" w:hAnsi="Gentium Plus"/>
          <w:sz w:val="24"/>
        </w:rPr>
        <w:t>στεφάνους χρυσοῦς.</w:t>
      </w:r>
    </w:p>
    <w:p>
      <w:r>
        <w:rPr>
          <w:rFonts w:ascii="Courier New" w:hAnsi="Courier New"/>
          <w:color w:val="555555"/>
          <w:sz w:val="20"/>
        </w:rPr>
        <w:t>[Apoc . 4 . 5]</w:t>
      </w:r>
    </w:p>
    <w:p>
      <w:r>
        <w:rPr>
          <w:rFonts w:ascii="Gentium Plus" w:hAnsi="Gentium Plus"/>
          <w:sz w:val="24"/>
        </w:rPr>
        <w:t>καὶ ἐκ τοῦ θρόνου ἐκπορεύονται ἀστραπαὶ καὶ φωναὶ καὶ βρονταί· καὶ ἑπτὰ λαμπάδες πυρὸς καιόμεναι ἐνώπιον τοῦ θρόνου, ἅ εἰσιν τὰ ἑπτὰ πνεύματα τοῦ θεοῦ,</w:t>
      </w:r>
    </w:p>
    <w:p>
      <w:r>
        <w:rPr>
          <w:rFonts w:ascii="Courier New" w:hAnsi="Courier New"/>
          <w:color w:val="555555"/>
          <w:sz w:val="20"/>
        </w:rPr>
        <w:t>[Apoc . 4 . 6]</w:t>
      </w:r>
    </w:p>
    <w:p>
      <w:r>
        <w:rPr>
          <w:rFonts w:ascii="Gentium Plus" w:hAnsi="Gentium Plus"/>
          <w:sz w:val="24"/>
        </w:rPr>
        <w:t>καὶ ἐνώπιον τοῦ θρόνου ὡς θάλασσα ὑαλίνη ὁμοία κρυστάλλῳ. Καὶ ἐν μέσῳ τοῦ θρόνου καὶ κύκλῳ τοῦ θρόνου τέσσαρα ζῷα γέμοντα ὀφθαλμῶν ἔμπροσθεν καὶ ὄπισθεν·</w:t>
      </w:r>
    </w:p>
    <w:p>
      <w:r>
        <w:rPr>
          <w:rFonts w:ascii="Courier New" w:hAnsi="Courier New"/>
          <w:color w:val="555555"/>
          <w:sz w:val="20"/>
        </w:rPr>
        <w:t>[Apoc . 4 . 7]</w:t>
      </w:r>
    </w:p>
    <w:p>
      <w:r>
        <w:rPr>
          <w:rFonts w:ascii="Gentium Plus" w:hAnsi="Gentium Plus"/>
          <w:sz w:val="24"/>
        </w:rPr>
        <w:t>καὶ τὸ ζῷον τὸ πρῶτον ὅμοιον λέοντι, καὶ τὸ δεύτερον ζῷον ὅμοιον μόσχῳ, καὶ τὸ τρίτον ζῷον ἔχων τὸ πρόσωπον ὡς ἀνθρώπου, καὶ τὸ τέταρτον ζῷον ὅμοιον ἀετῷ</w:t>
      </w:r>
    </w:p>
    <w:p>
      <w:r>
        <w:rPr>
          <w:rFonts w:ascii="Courier New" w:hAnsi="Courier New"/>
          <w:color w:val="555555"/>
          <w:sz w:val="20"/>
        </w:rPr>
        <w:t>[5]</w:t>
      </w:r>
    </w:p>
    <w:p>
      <w:r>
        <w:rPr>
          <w:rFonts w:ascii="Gentium Plus" w:hAnsi="Gentium Plus"/>
          <w:sz w:val="24"/>
        </w:rPr>
        <w:t>πετομένῳ.</w:t>
      </w:r>
    </w:p>
    <w:p>
      <w:r>
        <w:rPr>
          <w:rFonts w:ascii="Courier New" w:hAnsi="Courier New"/>
          <w:color w:val="555555"/>
          <w:sz w:val="20"/>
        </w:rPr>
        <w:t>[Apoc . 4 . 8]</w:t>
      </w:r>
    </w:p>
    <w:p>
      <w:r>
        <w:rPr>
          <w:rFonts w:ascii="Gentium Plus" w:hAnsi="Gentium Plus"/>
          <w:sz w:val="24"/>
        </w:rPr>
        <w:t>καὶ τὰ τέσσαρα ζῷα, ἓν καθ’ ἓν αὐτῶν ἔχων ἀνὰ πτέρυγας ἕξ, κυκλόθεν καὶ ἔσωθεν γέμουσιν ὀφθαλμῶν· καὶ ἀνάπαυσιν οὐκ ἔχουσιν ἡμέρας καὶ νυκτὸς λέγοντες,</w:t>
      </w:r>
    </w:p>
    <w:p>
      <w:r>
        <w:rPr>
          <w:rFonts w:ascii="Courier New" w:hAnsi="Courier New"/>
          <w:color w:val="555555"/>
          <w:sz w:val="20"/>
        </w:rPr>
        <w:t>[5]</w:t>
      </w:r>
    </w:p>
    <w:p>
      <w:r>
        <w:rPr>
          <w:rFonts w:ascii="Gentium Plus" w:hAnsi="Gentium Plus"/>
          <w:sz w:val="24"/>
        </w:rPr>
        <w:t>Ἅγιος ἅγιος ἅγιος κύριος ὁ θεὸς ὁ παντοκράτωρ,</w:t>
      </w:r>
    </w:p>
    <w:p>
      <w:r>
        <w:rPr>
          <w:rFonts w:ascii="Courier New" w:hAnsi="Courier New"/>
          <w:color w:val="555555"/>
          <w:sz w:val="20"/>
        </w:rPr>
        <w:t>[Apoc . 4 . 9]</w:t>
      </w:r>
    </w:p>
    <w:p>
      <w:r>
        <w:rPr>
          <w:rFonts w:ascii="Gentium Plus" w:hAnsi="Gentium Plus"/>
          <w:sz w:val="24"/>
        </w:rPr>
        <w:t>καὶ ὅταν δώσουσιν τὰ ζῷα δόξαν καὶ τιμὴν καὶ εὐχα‐ ριστίαν τῷ καθημένῳ ἐπὶ τοῦ θρόνου τῷ ζῶντι εἰς τοὺς αἰῶνας τῶν αἰώνων,</w:t>
      </w:r>
    </w:p>
    <w:p>
      <w:r>
        <w:rPr>
          <w:rFonts w:ascii="Courier New" w:hAnsi="Courier New"/>
          <w:color w:val="555555"/>
          <w:sz w:val="20"/>
        </w:rPr>
        <w:t>[Apoc . 4 . 10]</w:t>
      </w:r>
    </w:p>
    <w:p>
      <w:r>
        <w:rPr>
          <w:rFonts w:ascii="Gentium Plus" w:hAnsi="Gentium Plus"/>
          <w:sz w:val="24"/>
        </w:rPr>
        <w:t>πεσοῦνται οἱ εἴκοσι τέσσαρες πρεσβύτεροι ἐνώπιον τοῦ καθημένου ἐπὶ τοῦ θρόνου καὶ προσκυνήσουσιν τῷ ζῶντι εἰς τοὺς αἰῶνας τῶν αἰώνων, καὶ βαλοῦσιν τοὺς στεφάνους αὐτῶν ἐνώπιον τοῦ θρόνου</w:t>
      </w:r>
    </w:p>
    <w:p>
      <w:r>
        <w:rPr>
          <w:rFonts w:ascii="Courier New" w:hAnsi="Courier New"/>
          <w:color w:val="555555"/>
          <w:sz w:val="20"/>
        </w:rPr>
        <w:t>[5]</w:t>
      </w:r>
    </w:p>
    <w:p>
      <w:r>
        <w:rPr>
          <w:rFonts w:ascii="Gentium Plus" w:hAnsi="Gentium Plus"/>
          <w:sz w:val="24"/>
        </w:rPr>
        <w:t>λέγοντες,</w:t>
      </w:r>
    </w:p>
    <w:p>
      <w:r>
        <w:rPr>
          <w:rFonts w:ascii="Courier New" w:hAnsi="Courier New"/>
          <w:color w:val="555555"/>
          <w:sz w:val="20"/>
        </w:rPr>
        <w:t>[Apoc . 4 . 11]</w:t>
      </w:r>
    </w:p>
    <w:p>
      <w:r>
        <w:rPr>
          <w:rFonts w:ascii="Gentium Plus" w:hAnsi="Gentium Plus"/>
          <w:sz w:val="24"/>
        </w:rPr>
        <w:t>Ἄξιος εἶ, ὁ κύριος καὶ ὁ θεὸς ἡμῶν, λαβεῖν τὴν δόξαν καὶ τὴν τιμὴν καὶ τὴν δύναμιν, ὅτι σὺ ἔκτισας τὰ πάντα, καὶ διὰ τὸ θέλημά σου ἦσαν καὶ ἐκτίσθησαν.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[Apoc . 5 . 1]</w:t>
      </w:r>
    </w:p>
    <w:p>
      <w:r>
        <w:rPr>
          <w:rFonts w:ascii="Gentium Plus" w:hAnsi="Gentium Plus"/>
          <w:sz w:val="24"/>
        </w:rPr>
        <w:t>Καὶ εἶδον ἐπὶ τὴν δεξιὰν τοῦ καθημένου ἐπὶ τοῦ θρόνου βιβλίον γεγραμμένον ἔσωθεν καὶ ὄπισθεν, κατεσφραγισμένον σφραγῖσιν ἑπτά.</w:t>
      </w:r>
    </w:p>
    <w:p>
      <w:r>
        <w:rPr>
          <w:rFonts w:ascii="Courier New" w:hAnsi="Courier New"/>
          <w:color w:val="555555"/>
          <w:sz w:val="20"/>
        </w:rPr>
        <w:t>[Apoc . 5 . 2]</w:t>
      </w:r>
    </w:p>
    <w:p>
      <w:r>
        <w:rPr>
          <w:rFonts w:ascii="Gentium Plus" w:hAnsi="Gentium Plus"/>
          <w:sz w:val="24"/>
        </w:rPr>
        <w:t>καὶ εἶδον ἄγγελον ἰσχυρὸν κηρύσσοντα ἐν φωνῇ μεγάλῃ, Τίς ἄξιος ἀνοῖξαι τὸ βιβλίον καὶ λῦσαι τὰς σφραγῖδας αὐτοῦ;</w:t>
      </w:r>
    </w:p>
    <w:p>
      <w:r>
        <w:rPr>
          <w:rFonts w:ascii="Courier New" w:hAnsi="Courier New"/>
          <w:color w:val="555555"/>
          <w:sz w:val="20"/>
        </w:rPr>
        <w:t>[Apoc . 5 . 3]</w:t>
      </w:r>
    </w:p>
    <w:p>
      <w:r>
        <w:rPr>
          <w:rFonts w:ascii="Gentium Plus" w:hAnsi="Gentium Plus"/>
          <w:sz w:val="24"/>
        </w:rPr>
        <w:t>καὶ οὐδεὶς ἐδύνατο ἐν τῷ οὐρανῷ οὐδὲ ἐπὶ τῆς γῆς οὐδὲ</w:t>
      </w:r>
    </w:p>
    <w:p>
      <w:r>
        <w:rPr>
          <w:rFonts w:ascii="Courier New" w:hAnsi="Courier New"/>
          <w:color w:val="555555"/>
          <w:sz w:val="20"/>
        </w:rPr>
        <w:t>[Apoc . 5 . 4]</w:t>
      </w:r>
    </w:p>
    <w:p>
      <w:r>
        <w:rPr>
          <w:rFonts w:ascii="Gentium Plus" w:hAnsi="Gentium Plus"/>
          <w:sz w:val="24"/>
        </w:rPr>
        <w:t>καὶ ἔκλαιον πολὺ ὅτι οὐδεὶς ἄξιος εὑρέθη ἀνοῖξαι τὸ βιβλίον οὔτε βλέπειν αὐτό.</w:t>
      </w:r>
    </w:p>
    <w:p>
      <w:r>
        <w:rPr>
          <w:rFonts w:ascii="Courier New" w:hAnsi="Courier New"/>
          <w:color w:val="555555"/>
          <w:sz w:val="20"/>
        </w:rPr>
        <w:t>[Apoc . 5 . 5]</w:t>
      </w:r>
    </w:p>
    <w:p>
      <w:r>
        <w:rPr>
          <w:rFonts w:ascii="Gentium Plus" w:hAnsi="Gentium Plus"/>
          <w:sz w:val="24"/>
        </w:rPr>
        <w:t>καὶ εἷς ἐκ τῶν πρεσβυτέρων λέγει μοι, Μὴ κλαῖε· ἰδοὺ ἐνίκησεν ὁ λέων ὁ ἐκ τῆς φυλῆς Ἰούδα, ἡ ῥίζα Δαυίδ, ἀνοῖξαι τὸ βιβλίον καὶ τὰς ἑπτὰ σφραγῖδας αὐτοῦ.</w:t>
      </w:r>
    </w:p>
    <w:p>
      <w:r>
        <w:rPr>
          <w:rFonts w:ascii="Courier New" w:hAnsi="Courier New"/>
          <w:color w:val="555555"/>
          <w:sz w:val="20"/>
        </w:rPr>
        <w:t>[Apoc . 5 . 6]</w:t>
      </w:r>
    </w:p>
    <w:p>
      <w:r>
        <w:rPr>
          <w:rFonts w:ascii="Gentium Plus" w:hAnsi="Gentium Plus"/>
          <w:sz w:val="24"/>
        </w:rPr>
        <w:t>Καὶ εἶδον ἐν μέσῳ τοῦ θρόνου καὶ τῶν τεσσάρων ζῴων καὶ ἐν μέσῳ τῶν πρεσβυτέρων ἀρνίον ἑστηκὸς ὡς ἐσφαγμένον, ἔχων κέρατα ἑπτὰ καὶ ὀφθαλμοὺς ἑπτά, οἵ εἰσιν τὰ [ἑπτὰ] πνεύματα τοῦ θεοῦ ἀπεσταλμένοι</w:t>
      </w:r>
    </w:p>
    <w:p>
      <w:r>
        <w:rPr>
          <w:rFonts w:ascii="Courier New" w:hAnsi="Courier New"/>
          <w:color w:val="555555"/>
          <w:sz w:val="20"/>
        </w:rPr>
        <w:t>[5]</w:t>
      </w:r>
    </w:p>
    <w:p>
      <w:r>
        <w:rPr>
          <w:rFonts w:ascii="Gentium Plus" w:hAnsi="Gentium Plus"/>
          <w:sz w:val="24"/>
        </w:rPr>
        <w:t>εἰς πᾶσαν τὴν γῆν.</w:t>
      </w:r>
    </w:p>
    <w:p>
      <w:r>
        <w:rPr>
          <w:rFonts w:ascii="Courier New" w:hAnsi="Courier New"/>
          <w:color w:val="555555"/>
          <w:sz w:val="20"/>
        </w:rPr>
        <w:t>[Apoc . 5 . 7]</w:t>
      </w:r>
    </w:p>
    <w:p>
      <w:r>
        <w:rPr>
          <w:rFonts w:ascii="Gentium Plus" w:hAnsi="Gentium Plus"/>
          <w:sz w:val="24"/>
        </w:rPr>
        <w:t>καὶ ἦλθεν καὶ εἴληφεν ἐκ τῆς δεξιᾶς τοῦ καθημένου ἐπὶ τοῦ θρόνου.</w:t>
      </w:r>
    </w:p>
    <w:p>
      <w:r>
        <w:rPr>
          <w:rFonts w:ascii="Courier New" w:hAnsi="Courier New"/>
          <w:color w:val="555555"/>
          <w:sz w:val="20"/>
        </w:rPr>
        <w:t>[Apoc . 5 . 8]</w:t>
      </w:r>
    </w:p>
    <w:p>
      <w:r>
        <w:rPr>
          <w:rFonts w:ascii="Gentium Plus" w:hAnsi="Gentium Plus"/>
          <w:sz w:val="24"/>
        </w:rPr>
        <w:t>καὶ ὅτε ἔλαβεν τὸ βιβλίον, τὰ τέσσαρα ζῷα καὶ οἱ εἴκοσι τέσσαρες πρεσβύτεροι ἔπεσαν ἐνώπιον τοῦ ἀρνίου, ἔχοντες ἕκαστος κιθάραν καὶ φιάλας χρυσᾶς γεμούσας θυμιαμάτων, αἵ</w:t>
      </w:r>
    </w:p>
    <w:p>
      <w:r>
        <w:rPr>
          <w:rFonts w:ascii="Courier New" w:hAnsi="Courier New"/>
          <w:color w:val="555555"/>
          <w:sz w:val="20"/>
        </w:rPr>
        <w:t>[5]</w:t>
      </w:r>
    </w:p>
    <w:p>
      <w:r>
        <w:rPr>
          <w:rFonts w:ascii="Gentium Plus" w:hAnsi="Gentium Plus"/>
          <w:sz w:val="24"/>
        </w:rPr>
        <w:t>εἰσιν αἱ προσευχαὶ τῶν ἁγίων.</w:t>
      </w:r>
    </w:p>
    <w:p>
      <w:r>
        <w:rPr>
          <w:rFonts w:ascii="Courier New" w:hAnsi="Courier New"/>
          <w:color w:val="555555"/>
          <w:sz w:val="20"/>
        </w:rPr>
        <w:t>[Apoc . 5 . 9]</w:t>
      </w:r>
    </w:p>
    <w:p>
      <w:r>
        <w:rPr>
          <w:rFonts w:ascii="Gentium Plus" w:hAnsi="Gentium Plus"/>
          <w:sz w:val="24"/>
        </w:rPr>
        <w:t>καὶ ᾄδουσιν ᾠδὴν καινὴν λέγοντες, Ἄξιος εἶ λαβεῖν τὸ βιβλίον καὶ ἀνοῖξαι τὰς σφραγῖδας αὐτοῦ,</w:t>
      </w:r>
    </w:p>
    <w:p>
      <w:r>
        <w:rPr>
          <w:rFonts w:ascii="Courier New" w:hAnsi="Courier New"/>
          <w:color w:val="555555"/>
          <w:sz w:val="20"/>
        </w:rPr>
        <w:t>[5]</w:t>
      </w:r>
    </w:p>
    <w:p>
      <w:r>
        <w:rPr>
          <w:rFonts w:ascii="Gentium Plus" w:hAnsi="Gentium Plus"/>
          <w:sz w:val="24"/>
        </w:rPr>
        <w:t>ὅτι ἐσφάγης καὶ ἠγόρασας τῷ θεῷ ἐν τῷ αἵματί σου ἐκ πάσης φυλῆς καὶ γλώσσης καὶ λαοῦ καὶ ἔθνους,</w:t>
      </w:r>
    </w:p>
    <w:p>
      <w:r>
        <w:rPr>
          <w:rFonts w:ascii="Courier New" w:hAnsi="Courier New"/>
          <w:color w:val="555555"/>
          <w:sz w:val="20"/>
        </w:rPr>
        <w:t>[Apoc . 5 . 10]</w:t>
      </w:r>
    </w:p>
    <w:p>
      <w:r>
        <w:rPr>
          <w:rFonts w:ascii="Gentium Plus" w:hAnsi="Gentium Plus"/>
          <w:sz w:val="24"/>
        </w:rPr>
        <w:t>καὶ ἐποίησας αὐτοὺς τῷ θεῷ ἡμῶν βασιλείαν καὶ ἱερεῖς, καὶ βασιλεύσουσιν ἐπὶ τῆς γῆς.</w:t>
      </w:r>
    </w:p>
    <w:p>
      <w:r>
        <w:rPr>
          <w:rFonts w:ascii="Courier New" w:hAnsi="Courier New"/>
          <w:color w:val="555555"/>
          <w:sz w:val="20"/>
        </w:rPr>
        <w:t>[Apoc . 5 . 11]</w:t>
      </w:r>
    </w:p>
    <w:p>
      <w:r>
        <w:rPr>
          <w:rFonts w:ascii="Gentium Plus" w:hAnsi="Gentium Plus"/>
          <w:sz w:val="24"/>
        </w:rPr>
        <w:t>Καὶ εἶδον, καὶ ἤκουσα φωνὴν ἀγγέλων πολλῶν κύκλῳ τοῦ θρόνου καὶ τῶν ζῴων καὶ τῶν πρεσβυτέρων, καὶ ἦν ὁ ἀριθμὸς αὐτῶν μυριάδες μυριάδων καὶ χιλιάδες χιλιάδων,</w:t>
      </w:r>
    </w:p>
    <w:p>
      <w:r>
        <w:rPr>
          <w:rFonts w:ascii="Courier New" w:hAnsi="Courier New"/>
          <w:color w:val="555555"/>
          <w:sz w:val="20"/>
        </w:rPr>
        <w:t>[Apoc . 5 . 12]</w:t>
      </w:r>
    </w:p>
    <w:p>
      <w:r>
        <w:rPr>
          <w:rFonts w:ascii="Gentium Plus" w:hAnsi="Gentium Plus"/>
          <w:sz w:val="24"/>
        </w:rPr>
        <w:t>λέγοντες φωνῇ μεγάλῃ, Ἄξιός ἐστιν τὸ ἀρνίον τὸ ἐσφαγμένον λαβεῖν τὴν δύναμιν καὶ πλοῦτον καὶ σοφίαν καὶ ἰσχὺν καὶ τιμὴν καὶ δόξαν καὶ εὐλογίαν.</w:t>
      </w:r>
    </w:p>
    <w:p>
      <w:r>
        <w:rPr>
          <w:rFonts w:ascii="Courier New" w:hAnsi="Courier New"/>
          <w:color w:val="555555"/>
          <w:sz w:val="20"/>
        </w:rPr>
        <w:t>[Apoc . 5 . 13]</w:t>
      </w:r>
    </w:p>
    <w:p>
      <w:r>
        <w:rPr>
          <w:rFonts w:ascii="Gentium Plus" w:hAnsi="Gentium Plus"/>
          <w:sz w:val="24"/>
        </w:rPr>
        <w:t>καὶ πᾶν κτίσμα ὃ ἐν τῷ οὐρανῷ καὶ ἐπὶ τῆς γῆς καὶ ὑποκάτω τῆς γῆς καὶ ἐπὶ τῆς θαλάσσης, καὶ τὰ ἐν αὐτοῖς πάντα, ἤκουσα λέγοντας, Τῷ καθημένῳ ἐπὶ τοῦ θρόνου καὶ τῷ ἀρνίῳ</w:t>
      </w:r>
    </w:p>
    <w:p>
      <w:r>
        <w:rPr>
          <w:rFonts w:ascii="Courier New" w:hAnsi="Courier New"/>
          <w:color w:val="555555"/>
          <w:sz w:val="20"/>
        </w:rPr>
        <w:t>[5]</w:t>
      </w:r>
    </w:p>
    <w:p>
      <w:r>
        <w:rPr>
          <w:rFonts w:ascii="Gentium Plus" w:hAnsi="Gentium Plus"/>
          <w:sz w:val="24"/>
        </w:rPr>
        <w:t>ἡ εὐλογία καὶ ἡ τιμὴ καὶ ἡ δόξα καὶ τὸ κράτος εἰς τοὺς αἰῶνας τῶν αἰώνων.</w:t>
      </w:r>
    </w:p>
    <w:p>
      <w:r>
        <w:rPr>
          <w:rFonts w:ascii="Courier New" w:hAnsi="Courier New"/>
          <w:color w:val="555555"/>
          <w:sz w:val="20"/>
        </w:rPr>
        <w:t>[Apoc . 5 . 14]</w:t>
      </w:r>
    </w:p>
    <w:p>
      <w:r>
        <w:rPr>
          <w:rFonts w:ascii="Gentium Plus" w:hAnsi="Gentium Plus"/>
          <w:sz w:val="24"/>
        </w:rPr>
        <w:t>καὶ τὰ τέσσαρα ζῷα ἔλεγον, Ἀμήν· καὶ οἱ πρεσβύ‐</w:t>
      </w:r>
    </w:p>
    <w:p>
      <w:r>
        <w:rPr>
          <w:rFonts w:ascii="Courier New" w:hAnsi="Courier New"/>
          <w:color w:val="555555"/>
          <w:sz w:val="20"/>
        </w:rPr>
        <w:t>[Apoc . 6 . 1]</w:t>
      </w:r>
    </w:p>
    <w:p>
      <w:r>
        <w:rPr>
          <w:rFonts w:ascii="Gentium Plus" w:hAnsi="Gentium Plus"/>
          <w:sz w:val="24"/>
        </w:rPr>
        <w:t>Καὶ εἶδον ὅτε ἤνοιξεν τὸ ἀρνίον μίαν ἐκ τῶν ἑπτὰ σφραγίδων, καὶ ἤκουσα ἑνὸς ἐκ τῶν τεσσάρων ζῴων λέγοντος ὡς φωνῇ βροντῆς, Ἔρχου.</w:t>
      </w:r>
    </w:p>
    <w:p>
      <w:r>
        <w:rPr>
          <w:rFonts w:ascii="Courier New" w:hAnsi="Courier New"/>
          <w:color w:val="555555"/>
          <w:sz w:val="20"/>
        </w:rPr>
        <w:t>[Apoc . 6 . 2]</w:t>
      </w:r>
    </w:p>
    <w:p>
      <w:r>
        <w:rPr>
          <w:rFonts w:ascii="Gentium Plus" w:hAnsi="Gentium Plus"/>
          <w:sz w:val="24"/>
        </w:rPr>
        <w:t>καὶ εἶδον, καὶ ἰδοὺ ἵππος λευκός, καὶ ὁ καθήμενος ἐπ’ αὐτὸν ἔχων τόξον, καὶ ἐδόθη αὐτῷ στέφανος, καὶ ἐξῆλθεν νικῶν καὶ ἵνα νικήσῃ.</w:t>
      </w:r>
    </w:p>
    <w:p>
      <w:r>
        <w:rPr>
          <w:rFonts w:ascii="Courier New" w:hAnsi="Courier New"/>
          <w:color w:val="555555"/>
          <w:sz w:val="20"/>
        </w:rPr>
        <w:t>[Apoc . 6 . 3]</w:t>
      </w:r>
    </w:p>
    <w:p>
      <w:r>
        <w:rPr>
          <w:rFonts w:ascii="Gentium Plus" w:hAnsi="Gentium Plus"/>
          <w:sz w:val="24"/>
        </w:rPr>
        <w:t>Καὶ ὅτε ἤνοιξεν τὴν σφραγῖδα τὴν δευτέραν, ἤκουσα τοῦ δευτέρου ζῴου λέγοντος, Ἔρχου.</w:t>
      </w:r>
    </w:p>
    <w:p>
      <w:r>
        <w:rPr>
          <w:rFonts w:ascii="Courier New" w:hAnsi="Courier New"/>
          <w:color w:val="555555"/>
          <w:sz w:val="20"/>
        </w:rPr>
        <w:t>[Apoc . 6 . 4]</w:t>
      </w:r>
    </w:p>
    <w:p>
      <w:r>
        <w:rPr>
          <w:rFonts w:ascii="Gentium Plus" w:hAnsi="Gentium Plus"/>
          <w:sz w:val="24"/>
        </w:rPr>
        <w:t>καὶ ἐξῆλθεν ἄλλος ἵππος πυρρός, καὶ τῷ καθημένῳ ἐπ’ αὐτὸν ἐδόθη αὐτῷ λαβεῖν τὴν εἰρήνην ἐκ τῆς γῆς καὶ ἵνα ἀλλήλους σφάξουσιν, καὶ ἐδόθη αὐτῷ μάχαιρα μεγάλη.</w:t>
      </w:r>
    </w:p>
    <w:p>
      <w:r>
        <w:rPr>
          <w:rFonts w:ascii="Courier New" w:hAnsi="Courier New"/>
          <w:color w:val="555555"/>
          <w:sz w:val="20"/>
        </w:rPr>
        <w:t>[Apoc . 6 . 5]</w:t>
      </w:r>
    </w:p>
    <w:p>
      <w:r>
        <w:rPr>
          <w:rFonts w:ascii="Gentium Plus" w:hAnsi="Gentium Plus"/>
          <w:sz w:val="24"/>
        </w:rPr>
        <w:t>Καὶ ὅτε ἤνοιξεν τὴν σφραγῖδα τὴν τρίτην, ἤκουσα</w:t>
      </w:r>
    </w:p>
    <w:p>
      <w:r>
        <w:rPr>
          <w:rFonts w:ascii="Courier New" w:hAnsi="Courier New"/>
          <w:color w:val="555555"/>
          <w:sz w:val="20"/>
        </w:rPr>
        <w:t>[Apoc . 6 . 6]</w:t>
      </w:r>
    </w:p>
    <w:p>
      <w:r>
        <w:rPr>
          <w:rFonts w:ascii="Gentium Plus" w:hAnsi="Gentium Plus"/>
          <w:sz w:val="24"/>
        </w:rPr>
        <w:t>καὶ ἤκουσα ὡς φωνὴν ἐν μέσῳ τῶν τεσσάρων ζῴων λέγουσαν, Χοῖνιξ σίτου δηναρίου, καὶ τρεῖς χοίνικες κριθῶν δηναρίου· καὶ τὸ ἔλαιον καὶ τὸν οἶνον μὴ ἀδικήσῃς.</w:t>
      </w:r>
    </w:p>
    <w:p>
      <w:r>
        <w:rPr>
          <w:rFonts w:ascii="Courier New" w:hAnsi="Courier New"/>
          <w:color w:val="555555"/>
          <w:sz w:val="20"/>
        </w:rPr>
        <w:t>[Apoc . 6 . 7]</w:t>
      </w:r>
    </w:p>
    <w:p>
      <w:r>
        <w:rPr>
          <w:rFonts w:ascii="Gentium Plus" w:hAnsi="Gentium Plus"/>
          <w:sz w:val="24"/>
        </w:rPr>
        <w:t>Καὶ ὅτε ἤνοιξεν τὴν σφραγῖδα τὴν τετάρτην, ἤκουσα φωνὴν τοῦ τετάρτου ζῴου λέγοντος, Ἔρχου.</w:t>
      </w:r>
    </w:p>
    <w:p>
      <w:r>
        <w:rPr>
          <w:rFonts w:ascii="Courier New" w:hAnsi="Courier New"/>
          <w:color w:val="555555"/>
          <w:sz w:val="20"/>
        </w:rPr>
        <w:t>[Apoc . 6 . 8]</w:t>
      </w:r>
    </w:p>
    <w:p>
      <w:r>
        <w:rPr>
          <w:rFonts w:ascii="Gentium Plus" w:hAnsi="Gentium Plus"/>
          <w:sz w:val="24"/>
        </w:rPr>
        <w:t>καὶ εἶδον, καὶ ἰδοὺ ἵππος χλωρός, καὶ ὁ καθήμενος ἐπάνω [αὐτοῦ] ὄνομα αὐτῷ [ὁ] Θάνατος, καὶ ὁ ᾅδης ἠκολούθει μετ’ αὐτοῦ· καὶ ἐδόθη αὐτοῖς ἐξουσία ἐπὶ τὸ τέταρτον</w:t>
      </w:r>
    </w:p>
    <w:p>
      <w:r>
        <w:rPr>
          <w:rFonts w:ascii="Courier New" w:hAnsi="Courier New"/>
          <w:color w:val="555555"/>
          <w:sz w:val="20"/>
        </w:rPr>
        <w:t>[5]</w:t>
      </w:r>
    </w:p>
    <w:p>
      <w:r>
        <w:rPr>
          <w:rFonts w:ascii="Gentium Plus" w:hAnsi="Gentium Plus"/>
          <w:sz w:val="24"/>
        </w:rPr>
        <w:t>τῆς γῆς, ἀποκτεῖναι ἐν ῥομφαίᾳ καὶ ἐν λιμῷ καὶ ἐν θανάτῳ καὶ ὑπὸ τῶν θηρίων τῆς γῆς.</w:t>
      </w:r>
    </w:p>
    <w:p>
      <w:r>
        <w:rPr>
          <w:rFonts w:ascii="Courier New" w:hAnsi="Courier New"/>
          <w:color w:val="555555"/>
          <w:sz w:val="20"/>
        </w:rPr>
        <w:t>[Apoc . 6 . 9]</w:t>
      </w:r>
    </w:p>
    <w:p>
      <w:r>
        <w:rPr>
          <w:rFonts w:ascii="Gentium Plus" w:hAnsi="Gentium Plus"/>
          <w:sz w:val="24"/>
        </w:rPr>
        <w:t>Καὶ ὅτε ἤνοιξεν τὴν πέμπτην σφραγῖδα, εἶδον ὑποκάτω τοῦ θυσιαστηρίου τὰς ψυχὰς τῶν ἐσφαγμένων διὰ τὸν λόγον τοῦ θεοῦ καὶ διὰ τὴν μαρτυρίαν ἣν εἶχον.</w:t>
      </w:r>
    </w:p>
    <w:p>
      <w:r>
        <w:rPr>
          <w:rFonts w:ascii="Courier New" w:hAnsi="Courier New"/>
          <w:color w:val="555555"/>
          <w:sz w:val="20"/>
        </w:rPr>
        <w:t>[Apoc . 6 . 10]</w:t>
      </w:r>
    </w:p>
    <w:p>
      <w:r>
        <w:rPr>
          <w:rFonts w:ascii="Gentium Plus" w:hAnsi="Gentium Plus"/>
          <w:sz w:val="24"/>
        </w:rPr>
        <w:t>καὶ ἔκραξαν φωνῇ μεγάλῃ λέγοντες, Ἕως πότε, ὁ δεσπότης ὁ ἅγιος καὶ ἀληθινός, οὐ κρίνεις καὶ ἐκδικεῖς τὸ αἷμα ἡμῶν ἐκ τῶν κατοικούντων ἐπὶ τῆς γῆς;</w:t>
      </w:r>
    </w:p>
    <w:p>
      <w:r>
        <w:rPr>
          <w:rFonts w:ascii="Courier New" w:hAnsi="Courier New"/>
          <w:color w:val="555555"/>
          <w:sz w:val="20"/>
        </w:rPr>
        <w:t>[Apoc . 6 . 11]</w:t>
      </w:r>
    </w:p>
    <w:p>
      <w:r>
        <w:rPr>
          <w:rFonts w:ascii="Gentium Plus" w:hAnsi="Gentium Plus"/>
          <w:sz w:val="24"/>
        </w:rPr>
        <w:t>καὶ ἐδόθη αὐτοῖς ἑκάστῳ στολὴ λευκή, καὶ ἐρρέθη αὐτοῖς ἵνα ἀναπαύσονται ἔτι χρόνον μικρόν, ἕως πληρωθῶσιν καὶ οἱ σύνδουλοι αὐτῶν καὶ οἱ ἀδελφοὶ αὐτῶν οἱ μέλλοντες</w:t>
      </w:r>
    </w:p>
    <w:p>
      <w:r>
        <w:rPr>
          <w:rFonts w:ascii="Courier New" w:hAnsi="Courier New"/>
          <w:color w:val="555555"/>
          <w:sz w:val="20"/>
        </w:rPr>
        <w:t>[5]</w:t>
      </w:r>
    </w:p>
    <w:p>
      <w:r>
        <w:rPr>
          <w:rFonts w:ascii="Gentium Plus" w:hAnsi="Gentium Plus"/>
          <w:sz w:val="24"/>
        </w:rPr>
        <w:t>ἀποκτέννεσθαι ὡς καὶ αὐτοί.</w:t>
      </w:r>
    </w:p>
    <w:p>
      <w:r>
        <w:rPr>
          <w:rFonts w:ascii="Courier New" w:hAnsi="Courier New"/>
          <w:color w:val="555555"/>
          <w:sz w:val="20"/>
        </w:rPr>
        <w:t>[Apoc . 6 . 12]</w:t>
      </w:r>
    </w:p>
    <w:p>
      <w:r>
        <w:rPr>
          <w:rFonts w:ascii="Gentium Plus" w:hAnsi="Gentium Plus"/>
          <w:sz w:val="24"/>
        </w:rPr>
        <w:t>Καὶ εἶδον ὅτε ἤνοιξεν τὴν σφραγῖδα τὴν ἕκτην, καὶ σεισμὸς μέγας ἐγένετο, καὶ ὁ ἥλιος ἐγένετο μέλας ὡς σάκκος τρίχινος, καὶ ἡ σελήνη ὅλη ἐγένετο ὡς αἷμα,</w:t>
      </w:r>
    </w:p>
    <w:p>
      <w:r>
        <w:rPr>
          <w:rFonts w:ascii="Courier New" w:hAnsi="Courier New"/>
          <w:color w:val="555555"/>
          <w:sz w:val="20"/>
        </w:rPr>
        <w:t>[Apoc . 6 . 13]</w:t>
      </w:r>
    </w:p>
    <w:p>
      <w:r>
        <w:rPr>
          <w:rFonts w:ascii="Gentium Plus" w:hAnsi="Gentium Plus"/>
          <w:sz w:val="24"/>
        </w:rPr>
        <w:t>καὶ οἱ ἀστέρες τοῦ οὐρανοῦ ἔπεσαν εἰς τὴν γῆν, ὡς συκῆ βάλλει τοὺς ὀλύνθους αὐτῆς ὑπὸ ἀνέμου μεγάλου σειομένη,</w:t>
      </w:r>
    </w:p>
    <w:p>
      <w:r>
        <w:rPr>
          <w:rFonts w:ascii="Courier New" w:hAnsi="Courier New"/>
          <w:color w:val="555555"/>
          <w:sz w:val="20"/>
        </w:rPr>
        <w:t>[Apoc . 6 . 14]</w:t>
      </w:r>
    </w:p>
    <w:p>
      <w:r>
        <w:rPr>
          <w:rFonts w:ascii="Gentium Plus" w:hAnsi="Gentium Plus"/>
          <w:sz w:val="24"/>
        </w:rPr>
        <w:t>καὶ ὁ οὐρανὸς ἀπεχωρίσθη ὡς βιβλίον ἑλισσόμενον, καὶ πᾶν ὄρος καὶ νῆσος ἐκ τῶν τόπων αὐτῶν ἐκινήθησαν.</w:t>
      </w:r>
    </w:p>
    <w:p>
      <w:r>
        <w:rPr>
          <w:rFonts w:ascii="Courier New" w:hAnsi="Courier New"/>
          <w:color w:val="555555"/>
          <w:sz w:val="20"/>
        </w:rPr>
        <w:t>[Apoc . 6 . 15]</w:t>
      </w:r>
    </w:p>
    <w:p>
      <w:r>
        <w:rPr>
          <w:rFonts w:ascii="Gentium Plus" w:hAnsi="Gentium Plus"/>
          <w:sz w:val="24"/>
        </w:rPr>
        <w:t>καὶ οἱ βασιλεῖς τῆς γῆς καὶ οἱ μεγιστᾶνες καὶ οἱ χιλίαρχοι καὶ οἱ πλούσιοι καὶ οἱ ἰσχυροὶ καὶ πᾶς δοῦλος καὶ ἐλεύθερος ἔκρυψαν ἑαυτοὺς εἰς τὰ σπήλαια καὶ εἰς τὰς πέτρας τῶν ὀρέων·</w:t>
      </w:r>
    </w:p>
    <w:p>
      <w:r>
        <w:rPr>
          <w:rFonts w:ascii="Courier New" w:hAnsi="Courier New"/>
          <w:color w:val="555555"/>
          <w:sz w:val="20"/>
        </w:rPr>
        <w:t>[Apoc . 6 . 16]</w:t>
      </w:r>
    </w:p>
    <w:p>
      <w:r>
        <w:rPr>
          <w:rFonts w:ascii="Gentium Plus" w:hAnsi="Gentium Plus"/>
          <w:sz w:val="24"/>
        </w:rPr>
        <w:t>καὶ λέγουσιν τοῖς ὄρεσιν καὶ ταῖς πέτραις, Πέσετε ἐφ’ ἡμᾶς καὶ κρύψατε ἡμᾶς ἀπὸ προσώπου τοῦ καθημένου ἐπὶ τοῦ θρόνου καὶ ἀπὸ τῆς ὀργῆς τοῦ ἀρνίου,</w:t>
      </w:r>
    </w:p>
    <w:p>
      <w:r>
        <w:rPr>
          <w:rFonts w:ascii="Courier New" w:hAnsi="Courier New"/>
          <w:color w:val="555555"/>
          <w:sz w:val="20"/>
        </w:rPr>
        <w:t>[Apoc . 6 . 17]</w:t>
      </w:r>
    </w:p>
    <w:p>
      <w:r>
        <w:rPr>
          <w:rFonts w:ascii="Gentium Plus" w:hAnsi="Gentium Plus"/>
          <w:sz w:val="24"/>
        </w:rPr>
        <w:t>ὅτι ἦλθεν ἡ ἡμέρα ἡ μεγάλη τῆς ὀργῆς αὐτῶν, καὶ τίς</w:t>
      </w:r>
    </w:p>
    <w:p>
      <w:r>
        <w:rPr>
          <w:rFonts w:ascii="Courier New" w:hAnsi="Courier New"/>
          <w:color w:val="555555"/>
          <w:sz w:val="20"/>
        </w:rPr>
        <w:t>[Apoc . 7 . 1]</w:t>
      </w:r>
    </w:p>
    <w:p>
      <w:r>
        <w:rPr>
          <w:rFonts w:ascii="Gentium Plus" w:hAnsi="Gentium Plus"/>
          <w:sz w:val="24"/>
        </w:rPr>
        <w:t>Μετὰ τοῦτο εἶδον τέσσαρας ἀγγέλους ἑστῶτας ἐπὶ τὰς τέσσαρας γωνίας τῆς γῆς, κρατοῦντας τοὺς τέσσαρας ἀνέμους τῆς γῆς, ἵνα μὴ πνέῃ ἄνεμος ἐπὶ τῆς γῆς μήτε ἐπὶ τῆς θαλάσσης μήτε ἐπὶ πᾶν δένδρον.</w:t>
      </w:r>
    </w:p>
    <w:p>
      <w:r>
        <w:rPr>
          <w:rFonts w:ascii="Courier New" w:hAnsi="Courier New"/>
          <w:color w:val="555555"/>
          <w:sz w:val="20"/>
        </w:rPr>
        <w:t>[Apoc . 7 . 2]</w:t>
      </w:r>
    </w:p>
    <w:p>
      <w:r>
        <w:rPr>
          <w:rFonts w:ascii="Gentium Plus" w:hAnsi="Gentium Plus"/>
          <w:sz w:val="24"/>
        </w:rPr>
        <w:t>καὶ εἶδον ἄλλον ἄγγελον ἀναβαίνοντα ἀπὸ ἀνατολῆς ἡλίου, ἔχοντα σφραγῖδα θεοῦ ζῶντος, καὶ ἔκραξεν φωνῇ μεγάλῃ τοῖς τέσσαρσιν ἀγγέλοις οἷς ἐδόθη αὐτοῖς ἀδικῆσαι τὴν γῆν</w:t>
      </w:r>
    </w:p>
    <w:p>
      <w:r>
        <w:rPr>
          <w:rFonts w:ascii="Courier New" w:hAnsi="Courier New"/>
          <w:color w:val="555555"/>
          <w:sz w:val="20"/>
        </w:rPr>
        <w:t>[5]</w:t>
      </w:r>
    </w:p>
    <w:p>
      <w:r>
        <w:rPr>
          <w:rFonts w:ascii="Gentium Plus" w:hAnsi="Gentium Plus"/>
          <w:sz w:val="24"/>
        </w:rPr>
        <w:t>καὶ τὴν θάλασσαν,</w:t>
      </w:r>
    </w:p>
    <w:p>
      <w:r>
        <w:rPr>
          <w:rFonts w:ascii="Courier New" w:hAnsi="Courier New"/>
          <w:color w:val="555555"/>
          <w:sz w:val="20"/>
        </w:rPr>
        <w:t>[Apoc . 7 . 3]</w:t>
      </w:r>
    </w:p>
    <w:p>
      <w:r>
        <w:rPr>
          <w:rFonts w:ascii="Gentium Plus" w:hAnsi="Gentium Plus"/>
          <w:sz w:val="24"/>
        </w:rPr>
        <w:t>λέγων, Μὴ ἀδικήσητε τὴν γῆν μήτε τὴν θάλασσαν μήτε τὰ δένδρα ἄχρι σφραγίσωμεν τοὺς δούλους τοῦ θεοῦ ἡμῶν ἐπὶ τῶν μετώπων αὐτῶν.</w:t>
      </w:r>
    </w:p>
    <w:p>
      <w:r>
        <w:rPr>
          <w:rFonts w:ascii="Courier New" w:hAnsi="Courier New"/>
          <w:color w:val="555555"/>
          <w:sz w:val="20"/>
        </w:rPr>
        <w:t>[Apoc . 7 . 4]</w:t>
      </w:r>
    </w:p>
    <w:p>
      <w:r>
        <w:rPr>
          <w:rFonts w:ascii="Gentium Plus" w:hAnsi="Gentium Plus"/>
          <w:sz w:val="24"/>
        </w:rPr>
        <w:t>καὶ ἤκουσα τὸν ἀριθμὸν τῶν ἐσφραγισμένων, ἑκατὸν τεσσαράκοντα τέσσαρες χιλιάδες, ἐσφραγισμένοι ἐκ πάσης φυλῆς υἱῶν Ἰσραήλ·</w:t>
      </w:r>
    </w:p>
    <w:p>
      <w:r>
        <w:rPr>
          <w:rFonts w:ascii="Courier New" w:hAnsi="Courier New"/>
          <w:color w:val="555555"/>
          <w:sz w:val="20"/>
        </w:rPr>
        <w:t>[Apoc . 7 . 5]</w:t>
      </w:r>
    </w:p>
    <w:p>
      <w:r>
        <w:rPr>
          <w:rFonts w:ascii="Gentium Plus" w:hAnsi="Gentium Plus"/>
          <w:sz w:val="24"/>
        </w:rPr>
        <w:t>ἐκ φυλῆς Ἰούδα δώδεκα χιλιάδες ἐσφραγισμένοι, ἐκ φυλῆς Ῥουβὴν δώδεκα χιλιάδες, ἐκ φυλῆς Γὰδ δώδεκα χιλιάδες,</w:t>
      </w:r>
    </w:p>
    <w:p>
      <w:r>
        <w:rPr>
          <w:rFonts w:ascii="Courier New" w:hAnsi="Courier New"/>
          <w:color w:val="555555"/>
          <w:sz w:val="20"/>
        </w:rPr>
        <w:t>[Apoc . 7 . 6]</w:t>
      </w:r>
    </w:p>
    <w:p>
      <w:r>
        <w:rPr>
          <w:rFonts w:ascii="Gentium Plus" w:hAnsi="Gentium Plus"/>
          <w:sz w:val="24"/>
        </w:rPr>
        <w:t>ἐκ φυλῆς Ἀσὴρ δώδεκα χιλιάδες, ἐκ φυλῆς Νεφθαλὶμ δώδεκα χιλιάδες, ἐκ φυλῆς Μανασσῆ δώδεκα χιλιάδες,</w:t>
      </w:r>
    </w:p>
    <w:p>
      <w:r>
        <w:rPr>
          <w:rFonts w:ascii="Courier New" w:hAnsi="Courier New"/>
          <w:color w:val="555555"/>
          <w:sz w:val="20"/>
        </w:rPr>
        <w:t>[Apoc . 7 . 7]</w:t>
      </w:r>
    </w:p>
    <w:p>
      <w:r>
        <w:rPr>
          <w:rFonts w:ascii="Gentium Plus" w:hAnsi="Gentium Plus"/>
          <w:sz w:val="24"/>
        </w:rPr>
        <w:t>ἐκ φυλῆς Συμεὼν δώδεκα χιλιάδες, ἐκ φυλῆς Λευὶ δώδεκα χιλιάδες, ἐκ φυλῆς Ἰσσαχὰρ δώδεκα χιλιάδες,</w:t>
      </w:r>
    </w:p>
    <w:p>
      <w:r>
        <w:rPr>
          <w:rFonts w:ascii="Courier New" w:hAnsi="Courier New"/>
          <w:color w:val="555555"/>
          <w:sz w:val="20"/>
        </w:rPr>
        <w:t>[Apoc . 7 . 8]</w:t>
      </w:r>
    </w:p>
    <w:p>
      <w:r>
        <w:rPr>
          <w:rFonts w:ascii="Gentium Plus" w:hAnsi="Gentium Plus"/>
          <w:sz w:val="24"/>
        </w:rPr>
        <w:t>ἐκ φυλῆς Ζαβουλὼν δώδεκα χιλιάδες, ἐκ φυλῆς Ἰωσὴφ δώδεκα χιλιάδες, ἐκ φυλῆς Βενιαμεὶν δώδεκα χιλιάδες ἐσφραγισμένοι.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[Apoc . 7 . 9]</w:t>
      </w:r>
    </w:p>
    <w:p>
      <w:r>
        <w:rPr>
          <w:rFonts w:ascii="Gentium Plus" w:hAnsi="Gentium Plus"/>
          <w:sz w:val="24"/>
        </w:rPr>
        <w:t>Μετὰ ταῦτα εἶδον, καὶ ἰδοὺ ὄχλος πολύς, ὃν ἀριθμῆ‐</w:t>
      </w:r>
    </w:p>
    <w:p>
      <w:r>
        <w:rPr>
          <w:rFonts w:ascii="Courier New" w:hAnsi="Courier New"/>
          <w:color w:val="555555"/>
          <w:sz w:val="20"/>
        </w:rPr>
        <w:t>[5]</w:t>
      </w:r>
    </w:p>
    <w:p>
      <w:r>
        <w:rPr>
          <w:rFonts w:ascii="Gentium Plus" w:hAnsi="Gentium Plus"/>
          <w:sz w:val="24"/>
        </w:rPr>
        <w:t>καὶ φοίνικες ἐν ταῖς χερσὶν αὐτῶν·</w:t>
      </w:r>
    </w:p>
    <w:p>
      <w:r>
        <w:rPr>
          <w:rFonts w:ascii="Courier New" w:hAnsi="Courier New"/>
          <w:color w:val="555555"/>
          <w:sz w:val="20"/>
        </w:rPr>
        <w:t>[Apoc . 7 . 10]</w:t>
      </w:r>
    </w:p>
    <w:p>
      <w:r>
        <w:rPr>
          <w:rFonts w:ascii="Gentium Plus" w:hAnsi="Gentium Plus"/>
          <w:sz w:val="24"/>
        </w:rPr>
        <w:t>καὶ κράζουσιν φωνῇ μεγάλῃ λέγοντες, Ἡ σωτηρία τῷ θεῷ ἡμῶν τῷ καθημένῳ ἐπὶ τῷ θρόνῳ καὶ τῷ ἀρνίῳ.</w:t>
      </w:r>
    </w:p>
    <w:p>
      <w:r>
        <w:rPr>
          <w:rFonts w:ascii="Courier New" w:hAnsi="Courier New"/>
          <w:color w:val="555555"/>
          <w:sz w:val="20"/>
        </w:rPr>
        <w:t>[Apoc . 7 . 11]</w:t>
      </w:r>
    </w:p>
    <w:p>
      <w:r>
        <w:rPr>
          <w:rFonts w:ascii="Gentium Plus" w:hAnsi="Gentium Plus"/>
          <w:sz w:val="24"/>
        </w:rPr>
        <w:t>καὶ πάντες οἱ ἄγγελοι εἱστήκεισαν κύκλῳ τοῦ θρόνου καὶ τῶν πρεσβυτέρων καὶ τῶν τεσσάρων ζῴων, καὶ ἔπεσαν ἐνώπιον τοῦ θρόνου ἐπὶ τὰ πρόσωπα αὐτῶν καὶ προσεκύνησαν τῷ θεῷ,</w:t>
      </w:r>
    </w:p>
    <w:p>
      <w:r>
        <w:rPr>
          <w:rFonts w:ascii="Courier New" w:hAnsi="Courier New"/>
          <w:color w:val="555555"/>
          <w:sz w:val="20"/>
        </w:rPr>
        <w:t>[Apoc . 7 . 12]</w:t>
      </w:r>
    </w:p>
    <w:p>
      <w:r>
        <w:rPr>
          <w:rFonts w:ascii="Gentium Plus" w:hAnsi="Gentium Plus"/>
          <w:sz w:val="24"/>
        </w:rPr>
        <w:t>λέγοντες, Ἀμήν· ἡ εὐλογία καὶ ἡ δόξα καὶ ἡ σοφία καὶ ἡ εὐχαριστία καὶ ἡ τιμὴ καὶ ἡ δύναμις καὶ ἡ ἰσχὺς τῷ θεῷ ἡμῶν εἰς τοὺς αἰῶνας τῶν αἰώνων·</w:t>
      </w:r>
    </w:p>
    <w:p>
      <w:r>
        <w:rPr>
          <w:rFonts w:ascii="Courier New" w:hAnsi="Courier New"/>
          <w:color w:val="555555"/>
          <w:sz w:val="20"/>
        </w:rPr>
        <w:t>[5]</w:t>
      </w:r>
    </w:p>
    <w:p>
      <w:r>
        <w:rPr>
          <w:rFonts w:ascii="Gentium Plus" w:hAnsi="Gentium Plus"/>
          <w:sz w:val="24"/>
        </w:rPr>
        <w:t>ἀμήν.</w:t>
      </w:r>
    </w:p>
    <w:p>
      <w:r>
        <w:rPr>
          <w:rFonts w:ascii="Courier New" w:hAnsi="Courier New"/>
          <w:color w:val="555555"/>
          <w:sz w:val="20"/>
        </w:rPr>
        <w:t>[Apoc . 7 . 13]</w:t>
      </w:r>
    </w:p>
    <w:p>
      <w:r>
        <w:rPr>
          <w:rFonts w:ascii="Gentium Plus" w:hAnsi="Gentium Plus"/>
          <w:sz w:val="24"/>
        </w:rPr>
        <w:t>Καὶ ἀπεκρίθη εἷς ἐκ τῶν πρεσβυτέρων λέγων μοι, Οὗτοι οἱ περιβεβλημένοι τὰς στολὰς τὰς λευκὰς τίνες εἰσὶν καὶ πόθεν ἦλθον;</w:t>
      </w:r>
    </w:p>
    <w:p>
      <w:r>
        <w:rPr>
          <w:rFonts w:ascii="Courier New" w:hAnsi="Courier New"/>
          <w:color w:val="555555"/>
          <w:sz w:val="20"/>
        </w:rPr>
        <w:t>[Apoc . 7 . 14]</w:t>
      </w:r>
    </w:p>
    <w:p>
      <w:r>
        <w:rPr>
          <w:rFonts w:ascii="Gentium Plus" w:hAnsi="Gentium Plus"/>
          <w:sz w:val="24"/>
        </w:rPr>
        <w:t>καὶ εἴρηκα αὐτῷ, Κύριέ μου, σὺ οἶδας. καὶ εἶπέν μοι, Οὗτοί εἰσιν οἱ ἐρχόμενοι ἐκ τῆς θλίψεως τῆς μεγάλης, καὶ ἔπλυναν τὰς στολὰς αὐτῶν καὶ ἐλεύκαναν αὐτὰς ἐν τῷ αἵματι τοῦ ἀρνίου.</w:t>
      </w:r>
    </w:p>
    <w:p>
      <w:r>
        <w:rPr>
          <w:rFonts w:ascii="Courier New" w:hAnsi="Courier New"/>
          <w:color w:val="555555"/>
          <w:sz w:val="20"/>
        </w:rPr>
        <w:t>[Apoc . 7 . 15]</w:t>
      </w:r>
    </w:p>
    <w:p>
      <w:r>
        <w:rPr>
          <w:rFonts w:ascii="Gentium Plus" w:hAnsi="Gentium Plus"/>
          <w:sz w:val="24"/>
        </w:rPr>
        <w:t>διὰ τοῦτό εἰσιν ἐνώπιον τοῦ θρόνου τοῦ θεοῦ, καὶ λατρεύουσιν αὐτῷ ἡμέρας καὶ νυκτὸς ἐν τῷ ναῷ αὐτοῦ, καὶ ὁ καθήμενος ἐπὶ τοῦ θρόνου σκηνώσει ἐπ’</w:t>
      </w:r>
    </w:p>
    <w:p>
      <w:r>
        <w:rPr>
          <w:rFonts w:ascii="Courier New" w:hAnsi="Courier New"/>
          <w:color w:val="555555"/>
          <w:sz w:val="20"/>
        </w:rPr>
        <w:t>[5]</w:t>
      </w:r>
    </w:p>
    <w:p>
      <w:r>
        <w:rPr>
          <w:rFonts w:ascii="Gentium Plus" w:hAnsi="Gentium Plus"/>
          <w:sz w:val="24"/>
        </w:rPr>
        <w:t>αὐτούς.</w:t>
      </w:r>
    </w:p>
    <w:p>
      <w:r>
        <w:rPr>
          <w:rFonts w:ascii="Courier New" w:hAnsi="Courier New"/>
          <w:color w:val="555555"/>
          <w:sz w:val="20"/>
        </w:rPr>
        <w:t>[Apoc . 7 . 16]</w:t>
      </w:r>
    </w:p>
    <w:p>
      <w:r>
        <w:rPr>
          <w:rFonts w:ascii="Gentium Plus" w:hAnsi="Gentium Plus"/>
          <w:sz w:val="24"/>
        </w:rPr>
        <w:t>οὐ πεινάσουσιν ἔτι οὐδὲ διψήσουσιν ἔτι, οὐδὲ μὴ πέσῃ ἐπ’ αὐτοὺς ὁ ἥλιος</w:t>
      </w:r>
    </w:p>
    <w:p>
      <w:r>
        <w:rPr>
          <w:rFonts w:ascii="Courier New" w:hAnsi="Courier New"/>
          <w:color w:val="555555"/>
          <w:sz w:val="20"/>
        </w:rPr>
        <w:t>[Apoc . 7 . 17]</w:t>
      </w:r>
    </w:p>
    <w:p>
      <w:r>
        <w:rPr>
          <w:rFonts w:ascii="Gentium Plus" w:hAnsi="Gentium Plus"/>
          <w:sz w:val="24"/>
        </w:rPr>
        <w:t>ὅτι τὸ ἀρνίον τὸ ἀνὰ μέσον τοῦ θρόνου ποιμανεῖ αὐτούς, καὶ ὁδηγήσει αὐτοὺς ἐπὶ ζωῆς πηγὰς ὑδάτων· καὶ ἐξαλείψει ὁ θεὸς πᾶν δάκρυον ἐκ τῶν ὀφθαλμῶν</w:t>
      </w:r>
    </w:p>
    <w:p>
      <w:r>
        <w:rPr>
          <w:rFonts w:ascii="Courier New" w:hAnsi="Courier New"/>
          <w:color w:val="555555"/>
          <w:sz w:val="20"/>
        </w:rPr>
        <w:t>[5]</w:t>
      </w:r>
    </w:p>
    <w:p>
      <w:r>
        <w:rPr>
          <w:rFonts w:ascii="Gentium Plus" w:hAnsi="Gentium Plus"/>
          <w:sz w:val="24"/>
        </w:rPr>
        <w:t>αὐτῶν.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[Apoc . 8 . 1]</w:t>
      </w:r>
    </w:p>
    <w:p>
      <w:r>
        <w:rPr>
          <w:rFonts w:ascii="Gentium Plus" w:hAnsi="Gentium Plus"/>
          <w:sz w:val="24"/>
        </w:rPr>
        <w:t>Καὶ ὅταν ἤνοιξεν τὴν σφραγῖδα τὴν ἑβδόμην, ἐγένετο σιγὴ ἐν τῷ οὐρανῷ ὡς ἡμίωρον.</w:t>
      </w:r>
    </w:p>
    <w:p>
      <w:r>
        <w:rPr>
          <w:rFonts w:ascii="Courier New" w:hAnsi="Courier New"/>
          <w:color w:val="555555"/>
          <w:sz w:val="20"/>
        </w:rPr>
        <w:t>[Apoc . 8 . 2]</w:t>
      </w:r>
    </w:p>
    <w:p>
      <w:r>
        <w:rPr>
          <w:rFonts w:ascii="Gentium Plus" w:hAnsi="Gentium Plus"/>
          <w:sz w:val="24"/>
        </w:rPr>
        <w:t>καὶ εἶδον τοὺς ἑπτὰ ἀγγέλους οἳ ἐνώπιον τοῦ θεοῦ ἑστήκασιν, καὶ ἐδόθησαν αὐτοῖς ἑπτὰ σάλπιγγες.</w:t>
      </w:r>
    </w:p>
    <w:p>
      <w:r>
        <w:rPr>
          <w:rFonts w:ascii="Courier New" w:hAnsi="Courier New"/>
          <w:color w:val="555555"/>
          <w:sz w:val="20"/>
        </w:rPr>
        <w:t>[Apoc . 8 . 3]</w:t>
      </w:r>
    </w:p>
    <w:p>
      <w:r>
        <w:rPr>
          <w:rFonts w:ascii="Gentium Plus" w:hAnsi="Gentium Plus"/>
          <w:sz w:val="24"/>
        </w:rPr>
        <w:t>Καὶ ἄλλος ἄγγελος ἦλθεν καὶ ἐστάθη ἐπὶ τοῦ θυσια‐ στηρίου ἔχων λιβανωτὸν χρυσοῦν, καὶ ἐδόθη αὐτῷ θυμιά‐ ματα πολλὰ ἵνα δώσει ταῖς προσευχαῖς τῶν ἁγίων πάντων ἐπὶ τὸ θυσιαστήριον τὸ χρυσοῦν τὸ ἐνώπιον τοῦ</w:t>
      </w:r>
    </w:p>
    <w:p>
      <w:r>
        <w:rPr>
          <w:rFonts w:ascii="Courier New" w:hAnsi="Courier New"/>
          <w:color w:val="555555"/>
          <w:sz w:val="20"/>
        </w:rPr>
        <w:t>[5]</w:t>
      </w:r>
    </w:p>
    <w:p>
      <w:r>
        <w:rPr>
          <w:rFonts w:ascii="Gentium Plus" w:hAnsi="Gentium Plus"/>
          <w:sz w:val="24"/>
        </w:rPr>
        <w:t>θρόνου.</w:t>
      </w:r>
    </w:p>
    <w:p>
      <w:r>
        <w:rPr>
          <w:rFonts w:ascii="Courier New" w:hAnsi="Courier New"/>
          <w:color w:val="555555"/>
          <w:sz w:val="20"/>
        </w:rPr>
        <w:t>[Apoc . 8 . 4]</w:t>
      </w:r>
    </w:p>
    <w:p>
      <w:r>
        <w:rPr>
          <w:rFonts w:ascii="Gentium Plus" w:hAnsi="Gentium Plus"/>
          <w:sz w:val="24"/>
        </w:rPr>
        <w:t>καὶ ἀνέβη ὁ καπνὸς τῶν θυμιαμάτων ταῖς προσευχαῖς τῶν ἁγίων ἐκ χειρὸς τοῦ ἀγγέλου ἐνώπιον τοῦ θεοῦ.</w:t>
      </w:r>
    </w:p>
    <w:p>
      <w:r>
        <w:rPr>
          <w:rFonts w:ascii="Courier New" w:hAnsi="Courier New"/>
          <w:color w:val="555555"/>
          <w:sz w:val="20"/>
        </w:rPr>
        <w:t>[Apoc . 8 . 5]</w:t>
      </w:r>
    </w:p>
    <w:p>
      <w:r>
        <w:rPr>
          <w:rFonts w:ascii="Gentium Plus" w:hAnsi="Gentium Plus"/>
          <w:sz w:val="24"/>
        </w:rPr>
        <w:t>καὶ εἴληφεν ὁ ἄγγελος τὸν λιβανωτόν, καὶ ἐγέμισεν αὐτὸν ἐκ τοῦ πυρὸς τοῦ θυσιαστηρίου καὶ ἔβαλεν εἰς τὴν γῆν· καὶ ἐγένοντο βρονταὶ καὶ φωναὶ καὶ ἀστραπαὶ καὶ σεισμός.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[Apoc . 8 . 6]</w:t>
      </w:r>
    </w:p>
    <w:p>
      <w:r>
        <w:rPr>
          <w:rFonts w:ascii="Gentium Plus" w:hAnsi="Gentium Plus"/>
          <w:sz w:val="24"/>
        </w:rPr>
        <w:t>Καὶ οἱ ἑπτὰ ἄγγελοι οἱ ἔχοντες τὰς ἑπτὰ σάλπιγγας ἡτοίμασαν αὑτοὺς ἵνα σαλπίσωσιν.</w:t>
      </w:r>
    </w:p>
    <w:p>
      <w:r>
        <w:rPr>
          <w:rFonts w:ascii="Courier New" w:hAnsi="Courier New"/>
          <w:color w:val="555555"/>
          <w:sz w:val="20"/>
        </w:rPr>
        <w:t>[Apoc . 8 . 7]</w:t>
      </w:r>
    </w:p>
    <w:p>
      <w:r>
        <w:rPr>
          <w:rFonts w:ascii="Gentium Plus" w:hAnsi="Gentium Plus"/>
          <w:sz w:val="24"/>
        </w:rPr>
        <w:t>Καὶ ὁ πρῶτος ἐσάλπισεν· καὶ ἐγένετο χάλαζα καὶ πῦρ μεμιγμένα ἐν αἵματι, καὶ ἐβλήθη εἰς τὴν γῆν· καὶ τὸ τρίτον τῆς γῆς κατεκάη, καὶ τὸ τρίτον τῶν δένδρων</w:t>
      </w:r>
    </w:p>
    <w:p>
      <w:r>
        <w:rPr>
          <w:rFonts w:ascii="Courier New" w:hAnsi="Courier New"/>
          <w:color w:val="555555"/>
          <w:sz w:val="20"/>
        </w:rPr>
        <w:t>[Apoc . 8 . 8]</w:t>
      </w:r>
    </w:p>
    <w:p>
      <w:r>
        <w:rPr>
          <w:rFonts w:ascii="Gentium Plus" w:hAnsi="Gentium Plus"/>
          <w:sz w:val="24"/>
        </w:rPr>
        <w:t>Καὶ ὁ δεύτερος ἄγγελος ἐσάλπισεν· καὶ ὡς ὄρος μέγα πυρὶ καιόμενον ἐβλήθη εἰς τὴν θάλασσαν· καὶ ἐγένετο τὸ τρίτον τῆς θαλάσσης αἷμα,</w:t>
      </w:r>
    </w:p>
    <w:p>
      <w:r>
        <w:rPr>
          <w:rFonts w:ascii="Courier New" w:hAnsi="Courier New"/>
          <w:color w:val="555555"/>
          <w:sz w:val="20"/>
        </w:rPr>
        <w:t>[Apoc . 8 . 9]</w:t>
      </w:r>
    </w:p>
    <w:p>
      <w:r>
        <w:rPr>
          <w:rFonts w:ascii="Gentium Plus" w:hAnsi="Gentium Plus"/>
          <w:sz w:val="24"/>
        </w:rPr>
        <w:t>καὶ ἀπέθανεν τὸ τρίτον τῶν κτισμάτων τῶν ἐν τῇ θαλάσσῃ, τὰ ἔχοντα ψυχάς, καὶ τὸ τρίτον τῶν πλοίων διεφθάρησαν.</w:t>
      </w:r>
    </w:p>
    <w:p>
      <w:r>
        <w:rPr>
          <w:rFonts w:ascii="Courier New" w:hAnsi="Courier New"/>
          <w:color w:val="555555"/>
          <w:sz w:val="20"/>
        </w:rPr>
        <w:t>[Apoc . 8 . 10]</w:t>
      </w:r>
    </w:p>
    <w:p>
      <w:r>
        <w:rPr>
          <w:rFonts w:ascii="Gentium Plus" w:hAnsi="Gentium Plus"/>
          <w:sz w:val="24"/>
        </w:rPr>
        <w:t>Καὶ ὁ τρίτος ἄγγελος ἐσάλπισεν· καὶ ἔπεσεν ἐκ τοῦ οὐρανοῦ ἀστὴρ μέγας καιόμενος ὡς λαμπάς, καὶ ἔπεσεν ἐπὶ τὸ τρίτον τῶν ποταμῶν καὶ ἐπὶ τὰς πηγὰς τῶν ὑδάτων.</w:t>
      </w:r>
    </w:p>
    <w:p>
      <w:r>
        <w:rPr>
          <w:rFonts w:ascii="Courier New" w:hAnsi="Courier New"/>
          <w:color w:val="555555"/>
          <w:sz w:val="20"/>
        </w:rPr>
        <w:t>[Apoc . 8 . 11]</w:t>
      </w:r>
    </w:p>
    <w:p>
      <w:r>
        <w:rPr>
          <w:rFonts w:ascii="Gentium Plus" w:hAnsi="Gentium Plus"/>
          <w:sz w:val="24"/>
        </w:rPr>
        <w:t>καὶ τὸ ὄνομα τοῦ ἀστέρος λέγεται ὁ Ἄψινθος. καὶ ἐγένετο τὸ τρίτον τῶν ὑδάτων εἰς ἄψινθον, καὶ πολλοὶ τῶν ἀνθρώπων ἀπέθανον ἐκ τῶν ὑδάτων, ὅτι ἐπικράνθησαν.</w:t>
      </w:r>
    </w:p>
    <w:p>
      <w:r>
        <w:rPr>
          <w:rFonts w:ascii="Courier New" w:hAnsi="Courier New"/>
          <w:color w:val="555555"/>
          <w:sz w:val="20"/>
        </w:rPr>
        <w:t>[Apoc . 8 . 12]</w:t>
      </w:r>
    </w:p>
    <w:p>
      <w:r>
        <w:rPr>
          <w:rFonts w:ascii="Gentium Plus" w:hAnsi="Gentium Plus"/>
          <w:sz w:val="24"/>
        </w:rPr>
        <w:t>Καὶ ὁ τέταρτος ἄγγελος ἐσάλπισεν· καὶ ἐπλήγη τὸ τρίτον τοῦ ἡλίου καὶ τὸ τρίτον τῆς σελήνης καὶ τὸ τρίτον τῶν ἀστέρων, ἵνα σκοτισθῇ τὸ τρίτον αὐτῶν καὶ ἡ ἡμέρα μὴ φάνῃ τὸ τρίτον αὐτῆς, καὶ ἡ νὺξ</w:t>
      </w:r>
    </w:p>
    <w:p>
      <w:r>
        <w:rPr>
          <w:rFonts w:ascii="Courier New" w:hAnsi="Courier New"/>
          <w:color w:val="555555"/>
          <w:sz w:val="20"/>
        </w:rPr>
        <w:t>[5]</w:t>
      </w:r>
    </w:p>
    <w:p>
      <w:r>
        <w:rPr>
          <w:rFonts w:ascii="Gentium Plus" w:hAnsi="Gentium Plus"/>
          <w:sz w:val="24"/>
        </w:rPr>
        <w:t>ὁμοίως.</w:t>
      </w:r>
    </w:p>
    <w:p>
      <w:r>
        <w:rPr>
          <w:rFonts w:ascii="Courier New" w:hAnsi="Courier New"/>
          <w:color w:val="555555"/>
          <w:sz w:val="20"/>
        </w:rPr>
        <w:t>[Apoc . 8 . 13]</w:t>
      </w:r>
    </w:p>
    <w:p>
      <w:r>
        <w:rPr>
          <w:rFonts w:ascii="Gentium Plus" w:hAnsi="Gentium Plus"/>
          <w:sz w:val="24"/>
        </w:rPr>
        <w:t>Καὶ εἶδον, καὶ ἤκουσα ἑνὸς ἀετοῦ πετομένου ἐν μεσουρανήματι λέγοντος φωνῇ μεγάλῃ, Οὐαὶ οὐαὶ οὐαὶ τοὺς κατοικοῦντας ἐπὶ τῆς γῆς ἐκ τῶν λοιπῶν φωνῶν τῆς σάλπιγγος τῶν τριῶν ἀγγέλων τῶν μελλόντων</w:t>
      </w:r>
    </w:p>
    <w:p>
      <w:r>
        <w:rPr>
          <w:rFonts w:ascii="Courier New" w:hAnsi="Courier New"/>
          <w:color w:val="555555"/>
          <w:sz w:val="20"/>
        </w:rPr>
        <w:t>[5]</w:t>
      </w:r>
    </w:p>
    <w:p>
      <w:r>
        <w:rPr>
          <w:rFonts w:ascii="Gentium Plus" w:hAnsi="Gentium Plus"/>
          <w:sz w:val="24"/>
        </w:rPr>
        <w:t>σαλπίζειν.</w:t>
      </w:r>
    </w:p>
    <w:p>
      <w:r>
        <w:rPr>
          <w:rFonts w:ascii="Courier New" w:hAnsi="Courier New"/>
          <w:color w:val="555555"/>
          <w:sz w:val="20"/>
        </w:rPr>
        <w:t>[Apoc . 9 . 1]</w:t>
      </w:r>
    </w:p>
    <w:p>
      <w:r>
        <w:rPr>
          <w:rFonts w:ascii="Gentium Plus" w:hAnsi="Gentium Plus"/>
          <w:sz w:val="24"/>
        </w:rPr>
        <w:t>Καὶ ὁ πέμπτος ἄγγελος ἐσάλπισεν· καὶ εἶδον ἀστέρα ἐκ τοῦ οὐρανοῦ πεπτωκότα εἰς τὴν γῆν, καὶ ἐδόθη αὐτῷ ἡ κλεὶς τοῦ φρέατος τῆς ἀβύσσου.</w:t>
      </w:r>
    </w:p>
    <w:p>
      <w:r>
        <w:rPr>
          <w:rFonts w:ascii="Courier New" w:hAnsi="Courier New"/>
          <w:color w:val="555555"/>
          <w:sz w:val="20"/>
        </w:rPr>
        <w:t>[Apoc . 9 . 2]</w:t>
      </w:r>
    </w:p>
    <w:p>
      <w:r>
        <w:rPr>
          <w:rFonts w:ascii="Gentium Plus" w:hAnsi="Gentium Plus"/>
          <w:sz w:val="24"/>
        </w:rPr>
        <w:t>καὶ ἤνοιξεν τὸ φρέαρ τῆς ἀβύσσου, καὶ ἀνέβη καπνὸς ἐκ τοῦ φρέατος ὡς καπνὸς καμίνου μεγάλης, καὶ ἐσκοτώθη ὁ ἥλιος καὶ ὁ ἀὴρ ἐκ τοῦ καπνοῦ τοῦ φρέατος.</w:t>
      </w:r>
    </w:p>
    <w:p>
      <w:r>
        <w:rPr>
          <w:rFonts w:ascii="Courier New" w:hAnsi="Courier New"/>
          <w:color w:val="555555"/>
          <w:sz w:val="20"/>
        </w:rPr>
        <w:t>[Apoc . 9 . 3]</w:t>
      </w:r>
    </w:p>
    <w:p>
      <w:r>
        <w:rPr>
          <w:rFonts w:ascii="Gentium Plus" w:hAnsi="Gentium Plus"/>
          <w:sz w:val="24"/>
        </w:rPr>
        <w:t>καὶ ἐκ τοῦ καπνοῦ ἐξῆλθον ἀκρίδες εἰς τὴν γῆν, καὶ ἐδόθη αὐτοῖς ἐξουσία ὡς ἔχουσιν ἐξουσίαν οἱ σκορπίοι τῆς γῆς.</w:t>
      </w:r>
    </w:p>
    <w:p>
      <w:r>
        <w:rPr>
          <w:rFonts w:ascii="Courier New" w:hAnsi="Courier New"/>
          <w:color w:val="555555"/>
          <w:sz w:val="20"/>
        </w:rPr>
        <w:t>[Apoc . 9 . 4]</w:t>
      </w:r>
    </w:p>
    <w:p>
      <w:r>
        <w:rPr>
          <w:rFonts w:ascii="Gentium Plus" w:hAnsi="Gentium Plus"/>
          <w:sz w:val="24"/>
        </w:rPr>
        <w:t>καὶ ἐρρέθη αὐτοῖς ἵνα μὴ ἀδικήσουσιν τὸν χόρτον τῆς γῆς οὐδὲ πᾶν χλωρὸν οὐδὲ πᾶν δένδρον, εἰ μὴ τοὺς ἀνθρώπους οἵτινες οὐκ ἔχουσι τὴν σφραγῖδα τοῦ θεοῦ ἐπὶ τῶν μετώπων.</w:t>
      </w:r>
    </w:p>
    <w:p>
      <w:r>
        <w:rPr>
          <w:rFonts w:ascii="Courier New" w:hAnsi="Courier New"/>
          <w:color w:val="555555"/>
          <w:sz w:val="20"/>
        </w:rPr>
        <w:t>[Apoc . 9 . 5]</w:t>
      </w:r>
    </w:p>
    <w:p>
      <w:r>
        <w:rPr>
          <w:rFonts w:ascii="Gentium Plus" w:hAnsi="Gentium Plus"/>
          <w:sz w:val="24"/>
        </w:rPr>
        <w:t>καὶ ἐδόθη αὐτοῖς ἵνα μὴ ἀποκτείνωσιν αὐτούς, ἀλλ’ ἵνα βασανισθήσονται μῆνας πέντε· καὶ ὁ βασανισμὸς αὐτῶν ὡς βασανισμὸς σκορπίου, ὅταν παίσῃ ἄνθρωπον.</w:t>
      </w:r>
    </w:p>
    <w:p>
      <w:r>
        <w:rPr>
          <w:rFonts w:ascii="Courier New" w:hAnsi="Courier New"/>
          <w:color w:val="555555"/>
          <w:sz w:val="20"/>
        </w:rPr>
        <w:t>[Apoc . 9 . 6]</w:t>
      </w:r>
    </w:p>
    <w:p>
      <w:r>
        <w:rPr>
          <w:rFonts w:ascii="Gentium Plus" w:hAnsi="Gentium Plus"/>
          <w:sz w:val="24"/>
        </w:rPr>
        <w:t>καὶ ἐν ταῖς ἡμέραις ἐκείναις ζητήσουσιν οἱ ἄνθρωποι τὸν θάνατον καὶ οὐ μὴ εὑρήσουσιν αὐτόν, καὶ ἐπιθυμή‐ σουσιν ἀποθανεῖν καὶ φεύγει ὁ θάνατος ἀπ’ αὐτῶν.</w:t>
      </w:r>
    </w:p>
    <w:p>
      <w:r>
        <w:rPr>
          <w:rFonts w:ascii="Courier New" w:hAnsi="Courier New"/>
          <w:color w:val="555555"/>
          <w:sz w:val="20"/>
        </w:rPr>
        <w:t>[Apoc . 9 . 7]</w:t>
      </w:r>
    </w:p>
    <w:p>
      <w:r>
        <w:rPr>
          <w:rFonts w:ascii="Gentium Plus" w:hAnsi="Gentium Plus"/>
          <w:sz w:val="24"/>
        </w:rPr>
        <w:t>Καὶ τὰ ὁμοιώματα τῶν ἀκρίδων ὅμοιοι ἵπποις ἡτοι‐ μασμένοις εἰς πόλεμον, καὶ ἐπὶ τὰς κεφαλὰς αὐτῶν ὡς στέφανοι ὅμοιοι χρυσῷ, καὶ τὰ πρόσωπα αὐτῶν ὡς πρόσωπα ἀνθρώπων,</w:t>
      </w:r>
    </w:p>
    <w:p>
      <w:r>
        <w:rPr>
          <w:rFonts w:ascii="Courier New" w:hAnsi="Courier New"/>
          <w:color w:val="555555"/>
          <w:sz w:val="20"/>
        </w:rPr>
        <w:t>[Apoc . 9 . 8]</w:t>
      </w:r>
    </w:p>
    <w:p>
      <w:r>
        <w:rPr>
          <w:rFonts w:ascii="Gentium Plus" w:hAnsi="Gentium Plus"/>
          <w:sz w:val="24"/>
        </w:rPr>
        <w:t>καὶ εἶχον τρίχας ὡς τρίχας γυναικῶν, καὶ οἱ ὀδόντες αὐτῶν ὡς λεόντων ἦσαν,</w:t>
      </w:r>
    </w:p>
    <w:p>
      <w:r>
        <w:rPr>
          <w:rFonts w:ascii="Courier New" w:hAnsi="Courier New"/>
          <w:color w:val="555555"/>
          <w:sz w:val="20"/>
        </w:rPr>
        <w:t>[Apoc . 9 . 9]</w:t>
      </w:r>
    </w:p>
    <w:p>
      <w:r>
        <w:rPr>
          <w:rFonts w:ascii="Gentium Plus" w:hAnsi="Gentium Plus"/>
          <w:sz w:val="24"/>
        </w:rPr>
        <w:t>καὶ εἶχον θώρακας ὡς θώρακας σιδηροῦς, καὶ ἡ φωνὴ τῶν πτερύγων αὐτῶν ὡς φωνὴ ἁρμάτων ἵππων πολλῶν τρεχόντων εἰς πόλεμον.</w:t>
      </w:r>
    </w:p>
    <w:p>
      <w:r>
        <w:rPr>
          <w:rFonts w:ascii="Courier New" w:hAnsi="Courier New"/>
          <w:color w:val="555555"/>
          <w:sz w:val="20"/>
        </w:rPr>
        <w:t>[Apoc . 9 . 10]</w:t>
      </w:r>
    </w:p>
    <w:p>
      <w:r>
        <w:rPr>
          <w:rFonts w:ascii="Gentium Plus" w:hAnsi="Gentium Plus"/>
          <w:sz w:val="24"/>
        </w:rPr>
        <w:t>καὶ ἔχουσιν οὐρὰς ὁμοίας σκορπίοις καὶ κέντρα, καὶ ἐν ταῖς οὐραῖς αὐτῶν ἡ ἐξουσία αὐτῶν ἀδικῆσαι τοὺς ἀνθρώπους μῆνας πέντε.</w:t>
      </w:r>
    </w:p>
    <w:p>
      <w:r>
        <w:rPr>
          <w:rFonts w:ascii="Courier New" w:hAnsi="Courier New"/>
          <w:color w:val="555555"/>
          <w:sz w:val="20"/>
        </w:rPr>
        <w:t>[Apoc . 9 . 11]</w:t>
      </w:r>
    </w:p>
    <w:p>
      <w:r>
        <w:rPr>
          <w:rFonts w:ascii="Gentium Plus" w:hAnsi="Gentium Plus"/>
          <w:sz w:val="24"/>
        </w:rPr>
        <w:t>ἔχουσιν ἐπ’ αὐτῶν βασιλέα τὸν ἄγγελον τῆς ἀβύσσου· ὄνομα αὐτῷ Ἑβραϊστὶ Ἀβαδδὼν καὶ ἐν τῇ Ἑλληνικῇ ὄνομα</w:t>
      </w:r>
    </w:p>
    <w:p>
      <w:r>
        <w:rPr>
          <w:rFonts w:ascii="Courier New" w:hAnsi="Courier New"/>
          <w:color w:val="555555"/>
          <w:sz w:val="20"/>
        </w:rPr>
        <w:t>[Apoc . 9 . 12]</w:t>
      </w:r>
    </w:p>
    <w:p>
      <w:r>
        <w:rPr>
          <w:rFonts w:ascii="Gentium Plus" w:hAnsi="Gentium Plus"/>
          <w:sz w:val="24"/>
        </w:rPr>
        <w:t>Ἡ οὐαὶ ἡ μία ἀπῆλθεν· ἰδοὺ ἔρχεται ἔτι δύο οὐαὶ μετὰ ταῦτα.</w:t>
      </w:r>
    </w:p>
    <w:p>
      <w:r>
        <w:rPr>
          <w:rFonts w:ascii="Courier New" w:hAnsi="Courier New"/>
          <w:color w:val="555555"/>
          <w:sz w:val="20"/>
        </w:rPr>
        <w:t>[Apoc . 9 . 13]</w:t>
      </w:r>
    </w:p>
    <w:p>
      <w:r>
        <w:rPr>
          <w:rFonts w:ascii="Gentium Plus" w:hAnsi="Gentium Plus"/>
          <w:sz w:val="24"/>
        </w:rPr>
        <w:t>Καὶ ὁ ἕκτος ἄγγελος ἐσάλπισεν· καὶ ἤκουσα φωνὴν μίαν ἐκ τῶν κεράτων τοῦ θυσιαστηρίου τοῦ χρυσοῦ τοῦ ἐνώπιον τοῦ θεοῦ,</w:t>
      </w:r>
    </w:p>
    <w:p>
      <w:r>
        <w:rPr>
          <w:rFonts w:ascii="Courier New" w:hAnsi="Courier New"/>
          <w:color w:val="555555"/>
          <w:sz w:val="20"/>
        </w:rPr>
        <w:t>[Apoc . 9 . 14]</w:t>
      </w:r>
    </w:p>
    <w:p>
      <w:r>
        <w:rPr>
          <w:rFonts w:ascii="Gentium Plus" w:hAnsi="Gentium Plus"/>
          <w:sz w:val="24"/>
        </w:rPr>
        <w:t>λέγοντα τῷ ἕκτῳ ἀγγέλῳ, ὁ ἔχων τὴν σάλπιγγα, Λῦσον τοὺς τέσσαρας ἀγγέλους τοὺς δεδεμένους ἐπὶ τῷ ποταμῷ τῷ μεγάλῳ Εὐφράτῃ.</w:t>
      </w:r>
    </w:p>
    <w:p>
      <w:r>
        <w:rPr>
          <w:rFonts w:ascii="Courier New" w:hAnsi="Courier New"/>
          <w:color w:val="555555"/>
          <w:sz w:val="20"/>
        </w:rPr>
        <w:t>[Apoc . 9 . 15]</w:t>
      </w:r>
    </w:p>
    <w:p>
      <w:r>
        <w:rPr>
          <w:rFonts w:ascii="Gentium Plus" w:hAnsi="Gentium Plus"/>
          <w:sz w:val="24"/>
        </w:rPr>
        <w:t>καὶ ἐλύθησαν οἱ τέσσαρες ἄγγελοι οἱ ἡτοιμασμένοι εἰς τὴν ὥραν καὶ ἡμέραν καὶ μῆνα καὶ ἐνιαυτόν, ἵνα ἀποκτείνωσιν τὸ τρίτον τῶν ἀνθρώπων.</w:t>
      </w:r>
    </w:p>
    <w:p>
      <w:r>
        <w:rPr>
          <w:rFonts w:ascii="Courier New" w:hAnsi="Courier New"/>
          <w:color w:val="555555"/>
          <w:sz w:val="20"/>
        </w:rPr>
        <w:t>[Apoc . 9 . 16]</w:t>
      </w:r>
    </w:p>
    <w:p>
      <w:r>
        <w:rPr>
          <w:rFonts w:ascii="Gentium Plus" w:hAnsi="Gentium Plus"/>
          <w:sz w:val="24"/>
        </w:rPr>
        <w:t>καὶ ὁ ἀριθμὸς τῶν στρατευμάτων τοῦ ἱππικοῦ δισμυριάδες μυριάδων· ἤκουσα τὸν ἀριθμὸν αὐτῶν.</w:t>
      </w:r>
    </w:p>
    <w:p>
      <w:r>
        <w:rPr>
          <w:rFonts w:ascii="Courier New" w:hAnsi="Courier New"/>
          <w:color w:val="555555"/>
          <w:sz w:val="20"/>
        </w:rPr>
        <w:t>[Apoc . 9 . 17]</w:t>
      </w:r>
    </w:p>
    <w:p>
      <w:r>
        <w:rPr>
          <w:rFonts w:ascii="Gentium Plus" w:hAnsi="Gentium Plus"/>
          <w:sz w:val="24"/>
        </w:rPr>
        <w:t>καὶ οὕτως εἶδον τοὺς ἵππους ἐν τῇ ὁράσει καὶ τοὺς καθημένους ἐπ’ αὐτῶν, ἔχοντας θώρακας πυρίνους καὶ ὑακινθίνους καὶ θειώδεις· καὶ αἱ κεφαλαὶ τῶν ἵππων ὡς κεφαλαὶ λεόντων, καὶ</w:t>
      </w:r>
    </w:p>
    <w:p>
      <w:r>
        <w:rPr>
          <w:rFonts w:ascii="Courier New" w:hAnsi="Courier New"/>
          <w:color w:val="555555"/>
          <w:sz w:val="20"/>
        </w:rPr>
        <w:t>[5]</w:t>
      </w:r>
    </w:p>
    <w:p>
      <w:r>
        <w:rPr>
          <w:rFonts w:ascii="Gentium Plus" w:hAnsi="Gentium Plus"/>
          <w:sz w:val="24"/>
        </w:rPr>
        <w:t>ἐκ τῶν στομάτων αὐτῶν ἐκπορεύεται πῦρ καὶ καπνὸς καὶ θεῖον.</w:t>
      </w:r>
    </w:p>
    <w:p>
      <w:r>
        <w:rPr>
          <w:rFonts w:ascii="Courier New" w:hAnsi="Courier New"/>
          <w:color w:val="555555"/>
          <w:sz w:val="20"/>
        </w:rPr>
        <w:t>[Apoc . 9 . 18]</w:t>
      </w:r>
    </w:p>
    <w:p>
      <w:r>
        <w:rPr>
          <w:rFonts w:ascii="Gentium Plus" w:hAnsi="Gentium Plus"/>
          <w:sz w:val="24"/>
        </w:rPr>
        <w:t>ἀπὸ τῶν τριῶν πληγῶν τούτων ἀπεκτάνθη‐ σαν τὸ τρίτον τῶν ἀνθρώπων, ἐκ τοῦ πυρὸς καὶ τοῦ καπνοῦ καὶ τοῦ θείου τοῦ ἐκπορευομένου ἐκ τῶν στο‐ μάτων αὐτῶν.</w:t>
      </w:r>
    </w:p>
    <w:p>
      <w:r>
        <w:rPr>
          <w:rFonts w:ascii="Courier New" w:hAnsi="Courier New"/>
          <w:color w:val="555555"/>
          <w:sz w:val="20"/>
        </w:rPr>
        <w:t>[Apoc . 9 . 19]</w:t>
      </w:r>
    </w:p>
    <w:p>
      <w:r>
        <w:rPr>
          <w:rFonts w:ascii="Gentium Plus" w:hAnsi="Gentium Plus"/>
          <w:sz w:val="24"/>
        </w:rPr>
        <w:t>ἡ γὰρ ἐξουσία τῶν ἵππων ἐν τῷ στόματι αὐτῶν ἐστιν καὶ ἐν ταῖς οὐραῖς αὐτῶν· αἱ γὰρ οὐραὶ αὐτῶν ὅμοιαι ὄφεσιν, ἔχουσαι κεφαλάς, καὶ ἐν αὐταῖς ἀδικοῦσιν.</w:t>
      </w:r>
    </w:p>
    <w:p>
      <w:r>
        <w:rPr>
          <w:rFonts w:ascii="Courier New" w:hAnsi="Courier New"/>
          <w:color w:val="555555"/>
          <w:sz w:val="20"/>
        </w:rPr>
        <w:t>[Apoc . 9 . 20]</w:t>
      </w:r>
    </w:p>
    <w:p>
      <w:r>
        <w:rPr>
          <w:rFonts w:ascii="Gentium Plus" w:hAnsi="Gentium Plus"/>
          <w:sz w:val="24"/>
        </w:rPr>
        <w:t>Καὶ οἱ λοιποὶ τῶν ἀνθρώπων, οἳ οὐκ ἀπεκτάνθησαν ἐν ταῖς πληγαῖς ταύταις, οὐδὲ μετενόησαν ἐκ τῶν ἔργων τῶν χειρῶν αὐτῶν, ἵνα μὴ προσκυνήσουσιν τὰ δαιμόνια καὶ τὰ εἴδωλα τὰ χρυσᾶ καὶ τὰ ἀργυρᾶ καὶ τὰ χαλκᾶ</w:t>
      </w:r>
    </w:p>
    <w:p>
      <w:r>
        <w:rPr>
          <w:rFonts w:ascii="Courier New" w:hAnsi="Courier New"/>
          <w:color w:val="555555"/>
          <w:sz w:val="20"/>
        </w:rPr>
        <w:t>[5]</w:t>
      </w:r>
    </w:p>
    <w:p>
      <w:r>
        <w:rPr>
          <w:rFonts w:ascii="Gentium Plus" w:hAnsi="Gentium Plus"/>
          <w:sz w:val="24"/>
        </w:rPr>
        <w:t>καὶ τὰ λίθινα καὶ τὰ ξύλινα, ἃ οὔτε βλέπειν δύνανται οὔτε ἀκούειν οὔτε περιπατεῖν,</w:t>
      </w:r>
    </w:p>
    <w:p>
      <w:r>
        <w:rPr>
          <w:rFonts w:ascii="Courier New" w:hAnsi="Courier New"/>
          <w:color w:val="555555"/>
          <w:sz w:val="20"/>
        </w:rPr>
        <w:t>[Apoc . 9 . 21]</w:t>
      </w:r>
    </w:p>
    <w:p>
      <w:r>
        <w:rPr>
          <w:rFonts w:ascii="Gentium Plus" w:hAnsi="Gentium Plus"/>
          <w:sz w:val="24"/>
        </w:rPr>
        <w:t>καὶ οὐ μετενόησαν ἐκ τῶν φόνων αὐτῶν οὔτε ἐκ τῶν φαρμάκων αὐτῶν οὔτε ἐκ τῆς πορνείας αὐτῶν οὔτε ἐκ τῶν κλεμμάτων αὐτῶν.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[Apoc . 10 . 1]</w:t>
      </w:r>
    </w:p>
    <w:p>
      <w:r>
        <w:rPr>
          <w:rFonts w:ascii="Gentium Plus" w:hAnsi="Gentium Plus"/>
          <w:sz w:val="24"/>
        </w:rPr>
        <w:t>Καὶ εἶδον ἄλλον ἄγγελον ἰσχυρὸν καταβαίνοντα ἐκ τοῦ οὐρανοῦ, περιβεβλημένον νεφέλην, καὶ ἡ ἶρις ἐπὶ τὴν κεφαλὴν αὐτοῦ, καὶ τὸ πρόσωπον αὐτοῦ ὡς ὁ ἥλιος, καὶ οἱ πόδες αὐτοῦ ὡς στῦλοι πυρός,</w:t>
      </w:r>
    </w:p>
    <w:p>
      <w:r>
        <w:rPr>
          <w:rFonts w:ascii="Courier New" w:hAnsi="Courier New"/>
          <w:color w:val="555555"/>
          <w:sz w:val="20"/>
        </w:rPr>
        <w:t>[Apoc . 10 . 2]</w:t>
      </w:r>
    </w:p>
    <w:p>
      <w:r>
        <w:rPr>
          <w:rFonts w:ascii="Gentium Plus" w:hAnsi="Gentium Plus"/>
          <w:sz w:val="24"/>
        </w:rPr>
        <w:t>καὶ ἔχων ἐν τῇ χειρὶ αὐτοῦ βιβλαρίδιον ἠνεῳγμένον. καὶ ἔθηκεν τὸν πόδα αὐτοῦ τὸν δεξιὸν ἐπὶ τῆς θαλάσσης, τὸν δὲ εὐώνυ‐ μον ἐπὶ τῆς γῆς,</w:t>
      </w:r>
    </w:p>
    <w:p>
      <w:r>
        <w:rPr>
          <w:rFonts w:ascii="Courier New" w:hAnsi="Courier New"/>
          <w:color w:val="555555"/>
          <w:sz w:val="20"/>
        </w:rPr>
        <w:t>[Apoc . 10 . 3]</w:t>
      </w:r>
    </w:p>
    <w:p>
      <w:r>
        <w:rPr>
          <w:rFonts w:ascii="Gentium Plus" w:hAnsi="Gentium Plus"/>
          <w:sz w:val="24"/>
        </w:rPr>
        <w:t>καὶ ἔκραξεν φωνῇ μεγάλῃ ὥσπερ λέων μυκᾶται. καὶ ὅτε ἔκραξεν, ἐλάλησαν αἱ ἑπτὰ βρονταὶ τὰς ἑαυτῶν φωνάς.</w:t>
      </w:r>
    </w:p>
    <w:p>
      <w:r>
        <w:rPr>
          <w:rFonts w:ascii="Courier New" w:hAnsi="Courier New"/>
          <w:color w:val="555555"/>
          <w:sz w:val="20"/>
        </w:rPr>
        <w:t>[Apoc . 10 . 4]</w:t>
      </w:r>
    </w:p>
    <w:p>
      <w:r>
        <w:rPr>
          <w:rFonts w:ascii="Gentium Plus" w:hAnsi="Gentium Plus"/>
          <w:sz w:val="24"/>
        </w:rPr>
        <w:t>καὶ ὅτε ἐλάλησαν αἱ</w:t>
      </w:r>
    </w:p>
    <w:p>
      <w:r>
        <w:rPr>
          <w:rFonts w:ascii="Courier New" w:hAnsi="Courier New"/>
          <w:color w:val="555555"/>
          <w:sz w:val="20"/>
        </w:rPr>
        <w:t>[Apoc . 10 . 5]</w:t>
      </w:r>
    </w:p>
    <w:p>
      <w:r>
        <w:rPr>
          <w:rFonts w:ascii="Gentium Plus" w:hAnsi="Gentium Plus"/>
          <w:sz w:val="24"/>
        </w:rPr>
        <w:t>Καὶ ὁ ἄγγελος ὃν εἶδον ἑστῶτα ἐπὶ τῆς θαλάσσης καὶ ἐπὶ τῆς γῆς ἦρεν τὴν χεῖρα αὐτοῦ τὴν δεξιὰν εἰς τὸν οὐρανὸν</w:t>
      </w:r>
    </w:p>
    <w:p>
      <w:r>
        <w:rPr>
          <w:rFonts w:ascii="Courier New" w:hAnsi="Courier New"/>
          <w:color w:val="555555"/>
          <w:sz w:val="20"/>
        </w:rPr>
        <w:t>[Apoc . 10 . 6]</w:t>
      </w:r>
    </w:p>
    <w:p>
      <w:r>
        <w:rPr>
          <w:rFonts w:ascii="Gentium Plus" w:hAnsi="Gentium Plus"/>
          <w:sz w:val="24"/>
        </w:rPr>
        <w:t>καὶ ὤμοσεν ἐν τῷ ζῶντι εἰς τοὺς αἰῶνας τῶν αἰώνων, ὃς ἔκτισεν τὸν οὐρανὸν καὶ τὰ ἐν αὐτῷ καὶ τὴν γῆν καὶ τὰ ἐν αὐτῇ καὶ τὴν θάλασσαν καὶ τὰ ἐν αὐτῇ, ὅτι χρόνος</w:t>
      </w:r>
    </w:p>
    <w:p>
      <w:r>
        <w:rPr>
          <w:rFonts w:ascii="Courier New" w:hAnsi="Courier New"/>
          <w:color w:val="555555"/>
          <w:sz w:val="20"/>
        </w:rPr>
        <w:t>[5]</w:t>
      </w:r>
    </w:p>
    <w:p>
      <w:r>
        <w:rPr>
          <w:rFonts w:ascii="Gentium Plus" w:hAnsi="Gentium Plus"/>
          <w:sz w:val="24"/>
        </w:rPr>
        <w:t>οὐκέτι ἔσται,</w:t>
      </w:r>
    </w:p>
    <w:p>
      <w:r>
        <w:rPr>
          <w:rFonts w:ascii="Courier New" w:hAnsi="Courier New"/>
          <w:color w:val="555555"/>
          <w:sz w:val="20"/>
        </w:rPr>
        <w:t>[Apoc . 10 . 7]</w:t>
      </w:r>
    </w:p>
    <w:p>
      <w:r>
        <w:rPr>
          <w:rFonts w:ascii="Gentium Plus" w:hAnsi="Gentium Plus"/>
          <w:sz w:val="24"/>
        </w:rPr>
        <w:t>ἀλλ’ ἐν ταῖς ἡμέραις τῆς φωνῆς τοῦ ἑβδόμου ἀγγέλου, ὅταν μέλλῃ σαλπίζειν, καὶ ἐτελέσθη τὸ μυστήριον τοῦ θεοῦ, ὡς εὐηγγέλισεν τοὺς ἑαυτοῦ δούλους τοὺς προφήτας.</w:t>
      </w:r>
    </w:p>
    <w:p>
      <w:r>
        <w:rPr>
          <w:rFonts w:ascii="Courier New" w:hAnsi="Courier New"/>
          <w:color w:val="555555"/>
          <w:sz w:val="20"/>
        </w:rPr>
        <w:t>[Apoc . 10 . 8]</w:t>
      </w:r>
    </w:p>
    <w:p>
      <w:r>
        <w:rPr>
          <w:rFonts w:ascii="Gentium Plus" w:hAnsi="Gentium Plus"/>
          <w:sz w:val="24"/>
        </w:rPr>
        <w:t>Καὶ ἡ φωνὴ ἣν ἤκουσα ἐκ τοῦ οὐρανοῦ, πάλιν λαλοῦ‐</w:t>
      </w:r>
    </w:p>
    <w:p>
      <w:r>
        <w:rPr>
          <w:rFonts w:ascii="Courier New" w:hAnsi="Courier New"/>
          <w:color w:val="555555"/>
          <w:sz w:val="20"/>
        </w:rPr>
        <w:t>[Apoc . 10 . 9]</w:t>
      </w:r>
    </w:p>
    <w:p>
      <w:r>
        <w:rPr>
          <w:rFonts w:ascii="Gentium Plus" w:hAnsi="Gentium Plus"/>
          <w:sz w:val="24"/>
        </w:rPr>
        <w:t>καὶ ἀπῆλθα πρὸς τὸν ἄγγελον λέγων αὐτῷ δοῦναί μοι τὸ βιβλαρίδιον. καὶ λέγει μοι, Λάβε καὶ κατάφαγε αὐτό, καὶ πικρανεῖ σου τὴν κοιλίαν, ἀλλ’ ἐν τῷ στόματί σου ἔσται γλυκὺ</w:t>
      </w:r>
    </w:p>
    <w:p>
      <w:r>
        <w:rPr>
          <w:rFonts w:ascii="Courier New" w:hAnsi="Courier New"/>
          <w:color w:val="555555"/>
          <w:sz w:val="20"/>
        </w:rPr>
        <w:t>[5]</w:t>
      </w:r>
    </w:p>
    <w:p>
      <w:r>
        <w:rPr>
          <w:rFonts w:ascii="Gentium Plus" w:hAnsi="Gentium Plus"/>
          <w:sz w:val="24"/>
        </w:rPr>
        <w:t>ὡς μέλι.</w:t>
      </w:r>
    </w:p>
    <w:p>
      <w:r>
        <w:rPr>
          <w:rFonts w:ascii="Courier New" w:hAnsi="Courier New"/>
          <w:color w:val="555555"/>
          <w:sz w:val="20"/>
        </w:rPr>
        <w:t>[Apoc . 10 . 10]</w:t>
      </w:r>
    </w:p>
    <w:p>
      <w:r>
        <w:rPr>
          <w:rFonts w:ascii="Gentium Plus" w:hAnsi="Gentium Plus"/>
          <w:sz w:val="24"/>
        </w:rPr>
        <w:t>καὶ ἔλαβον τὸ βιβλαρίδιον ἐκ τῆς χειρὸς τοῦ ἀγγέλου καὶ κατέφαγον αὐτό, καὶ ἦν ἐν τῷ στόματί μου ὡς μέλι γλυκύ· καὶ ὅτε ἔφαγον αὐτό, ἐπικράνθη ἡ κοιλία μου.</w:t>
      </w:r>
    </w:p>
    <w:p>
      <w:r>
        <w:rPr>
          <w:rFonts w:ascii="Courier New" w:hAnsi="Courier New"/>
          <w:color w:val="555555"/>
          <w:sz w:val="20"/>
        </w:rPr>
        <w:t>[Apoc . 10 . 11]</w:t>
      </w:r>
    </w:p>
    <w:p>
      <w:r>
        <w:rPr>
          <w:rFonts w:ascii="Gentium Plus" w:hAnsi="Gentium Plus"/>
          <w:sz w:val="24"/>
        </w:rPr>
        <w:t>καὶ λέγουσίν μοι, Δεῖ σε πάλιν προφη‐ τεῦσαι ἐπὶ λαοῖς καὶ ἔθνεσιν καὶ γλώσσαις καὶ βασιλεῦσιν πολλοῖς.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[Apoc . 11 . 1]</w:t>
      </w:r>
    </w:p>
    <w:p>
      <w:r>
        <w:rPr>
          <w:rFonts w:ascii="Gentium Plus" w:hAnsi="Gentium Plus"/>
          <w:sz w:val="24"/>
        </w:rPr>
        <w:t>Καὶ ἐδόθη μοι κάλαμος ὅμοιος ῥάβδῳ, λέγων, Ἔγειρε καὶ μέτρησον τὸν ναὸν τοῦ θεοῦ καὶ τὸ θυσι‐ αστήριον καὶ τοὺς προσκυνοῦντας ἐν αὐτῷ.</w:t>
      </w:r>
    </w:p>
    <w:p>
      <w:r>
        <w:rPr>
          <w:rFonts w:ascii="Courier New" w:hAnsi="Courier New"/>
          <w:color w:val="555555"/>
          <w:sz w:val="20"/>
        </w:rPr>
        <w:t>[Apoc . 11 . 2]</w:t>
      </w:r>
    </w:p>
    <w:p>
      <w:r>
        <w:rPr>
          <w:rFonts w:ascii="Gentium Plus" w:hAnsi="Gentium Plus"/>
          <w:sz w:val="24"/>
        </w:rPr>
        <w:t>καὶ τὴν αὐλὴν τὴν ἔξωθεν τοῦ ναοῦ ἔκβαλε ἔξωθεν καὶ μὴ αὐτὴν μετρήσῃς, ὅτι ἐδόθη τοῖς ἔθνεσιν, καὶ τὴν πόλιν τὴν ἁγίαν πατήσουσιν μῆνας τεσσαράκοντα δύο.</w:t>
      </w:r>
    </w:p>
    <w:p>
      <w:r>
        <w:rPr>
          <w:rFonts w:ascii="Courier New" w:hAnsi="Courier New"/>
          <w:color w:val="555555"/>
          <w:sz w:val="20"/>
        </w:rPr>
        <w:t>[Apoc . 11 . 3]</w:t>
      </w:r>
    </w:p>
    <w:p>
      <w:r>
        <w:rPr>
          <w:rFonts w:ascii="Gentium Plus" w:hAnsi="Gentium Plus"/>
          <w:sz w:val="24"/>
        </w:rPr>
        <w:t>καὶ δώσω τοῖς δυσὶν μάρτυσίν μου, καὶ προφητεύσουσιν ἡμέρας χιλίας διακοσίας ἑξήκοντα περιβεβλημένοι σάκκους.</w:t>
      </w:r>
    </w:p>
    <w:p>
      <w:r>
        <w:rPr>
          <w:rFonts w:ascii="Courier New" w:hAnsi="Courier New"/>
          <w:color w:val="555555"/>
          <w:sz w:val="20"/>
        </w:rPr>
        <w:t>[Apoc . 11 . 4]</w:t>
      </w:r>
    </w:p>
    <w:p>
      <w:r>
        <w:rPr>
          <w:rFonts w:ascii="Gentium Plus" w:hAnsi="Gentium Plus"/>
          <w:sz w:val="24"/>
        </w:rPr>
        <w:t>οὗ‐ τοί εἰσιν αἱ δύο ἐλαῖαι καὶ αἱ δύο λυχνίαι αἱ ἐνώπιον τοῦ κυρίου τῆς γῆς ἑστῶτες.</w:t>
      </w:r>
    </w:p>
    <w:p>
      <w:r>
        <w:rPr>
          <w:rFonts w:ascii="Courier New" w:hAnsi="Courier New"/>
          <w:color w:val="555555"/>
          <w:sz w:val="20"/>
        </w:rPr>
        <w:t>[Apoc . 11 . 5]</w:t>
      </w:r>
    </w:p>
    <w:p>
      <w:r>
        <w:rPr>
          <w:rFonts w:ascii="Gentium Plus" w:hAnsi="Gentium Plus"/>
          <w:sz w:val="24"/>
        </w:rPr>
        <w:t>καὶ εἴ τις αὐτοὺς θέλει ἀδικῆσαι, πῦρ ἐκπορεύεται ἐκ τοῦ στόματος αὐτῶν καὶ κατεσθίει τοὺς ἐχθροὺς αὐτῶν· καὶ εἴ τις θελήσει αὐτοὺς ἀδικῆσαι, οὕτως δεῖ αὐτὸν ἀποκτανθῆναι.</w:t>
      </w:r>
    </w:p>
    <w:p>
      <w:r>
        <w:rPr>
          <w:rFonts w:ascii="Courier New" w:hAnsi="Courier New"/>
          <w:color w:val="555555"/>
          <w:sz w:val="20"/>
        </w:rPr>
        <w:t>[Apoc . 11 . 6]</w:t>
      </w:r>
    </w:p>
    <w:p>
      <w:r>
        <w:rPr>
          <w:rFonts w:ascii="Gentium Plus" w:hAnsi="Gentium Plus"/>
          <w:sz w:val="24"/>
        </w:rPr>
        <w:t>οὗτοι ἔχουσιν</w:t>
      </w:r>
    </w:p>
    <w:p>
      <w:r>
        <w:rPr>
          <w:rFonts w:ascii="Courier New" w:hAnsi="Courier New"/>
          <w:color w:val="555555"/>
          <w:sz w:val="20"/>
        </w:rPr>
        <w:t>[5]</w:t>
      </w:r>
    </w:p>
    <w:p>
      <w:r>
        <w:rPr>
          <w:rFonts w:ascii="Gentium Plus" w:hAnsi="Gentium Plus"/>
          <w:sz w:val="24"/>
        </w:rPr>
        <w:t>τὴν γῆν ἐν πάσῃ πληγῇ ὁσάκις ἐὰν θελήσωσιν.</w:t>
      </w:r>
    </w:p>
    <w:p>
      <w:r>
        <w:rPr>
          <w:rFonts w:ascii="Courier New" w:hAnsi="Courier New"/>
          <w:color w:val="555555"/>
          <w:sz w:val="20"/>
        </w:rPr>
        <w:t>[Apoc . 11 . 7]</w:t>
      </w:r>
    </w:p>
    <w:p>
      <w:r>
        <w:rPr>
          <w:rFonts w:ascii="Gentium Plus" w:hAnsi="Gentium Plus"/>
          <w:sz w:val="24"/>
        </w:rPr>
        <w:t>καὶ ὅταν τελέσωσιν τὴν μαρτυρίαν αὐτῶν, τὸ θηρίον τὸ ἀναβαῖνον ἐκ τῆς ἀβύσσου ποιήσει μετ’ αὐτῶν πόλεμον καὶ νικήσει αὐτοὺς καὶ ἀποκτενεῖ αὐτούς.</w:t>
      </w:r>
    </w:p>
    <w:p>
      <w:r>
        <w:rPr>
          <w:rFonts w:ascii="Courier New" w:hAnsi="Courier New"/>
          <w:color w:val="555555"/>
          <w:sz w:val="20"/>
        </w:rPr>
        <w:t>[Apoc . 11 . 8]</w:t>
      </w:r>
    </w:p>
    <w:p>
      <w:r>
        <w:rPr>
          <w:rFonts w:ascii="Gentium Plus" w:hAnsi="Gentium Plus"/>
          <w:sz w:val="24"/>
        </w:rPr>
        <w:t>καὶ τὸ πτῶμα αὐτῶν ἐπὶ τῆς πλατείας τῆς πόλεως τῆς μεγάλης, ἥτις καλεῖται πνευματικῶς Σόδομα καὶ Αἴγυπτος, ὅπου καὶ ὁ κύριος αὐτῶν ἐσταυρώθη.</w:t>
      </w:r>
    </w:p>
    <w:p>
      <w:r>
        <w:rPr>
          <w:rFonts w:ascii="Courier New" w:hAnsi="Courier New"/>
          <w:color w:val="555555"/>
          <w:sz w:val="20"/>
        </w:rPr>
        <w:t>[Apoc . 11 . 9]</w:t>
      </w:r>
    </w:p>
    <w:p>
      <w:r>
        <w:rPr>
          <w:rFonts w:ascii="Gentium Plus" w:hAnsi="Gentium Plus"/>
          <w:sz w:val="24"/>
        </w:rPr>
        <w:t>καὶ βλέπουσιν ἐκ τῶν λαῶν καὶ φυλῶν καὶ γλωσσῶν καὶ ἐθνῶν τὸ πτῶμα αὐτῶν ἡμέρας τρεῖς καὶ ἥμισυ, καὶ τὰ πτώματα αὐτῶν οὐκ ἀφίουσιν τεθῆναι εἰς μνῆμα.</w:t>
      </w:r>
    </w:p>
    <w:p>
      <w:r>
        <w:rPr>
          <w:rFonts w:ascii="Courier New" w:hAnsi="Courier New"/>
          <w:color w:val="555555"/>
          <w:sz w:val="20"/>
        </w:rPr>
        <w:t>[Apoc . 11 . 10]</w:t>
      </w:r>
    </w:p>
    <w:p>
      <w:r>
        <w:rPr>
          <w:rFonts w:ascii="Gentium Plus" w:hAnsi="Gentium Plus"/>
          <w:sz w:val="24"/>
        </w:rPr>
        <w:t>καὶ οἱ κατοικοῦντες ἐπὶ τῆς γῆς χαίρουσιν ἐπ’ αὐτοῖς καὶ εὐφραίνονται, καὶ δῶρα πέμψουσιν ἀλλήλοις, ὅτι οὗτοι οἱ δύο προφῆται ἐβασάνισαν τοὺς κατοικοῦντας ἐπὶ τῆς γῆς.</w:t>
      </w:r>
    </w:p>
    <w:p>
      <w:r>
        <w:rPr>
          <w:rFonts w:ascii="Courier New" w:hAnsi="Courier New"/>
          <w:color w:val="555555"/>
          <w:sz w:val="20"/>
        </w:rPr>
        <w:t>[Apoc . 11 . 11]</w:t>
      </w:r>
    </w:p>
    <w:p>
      <w:r>
        <w:rPr>
          <w:rFonts w:ascii="Gentium Plus" w:hAnsi="Gentium Plus"/>
          <w:sz w:val="24"/>
        </w:rPr>
        <w:t>καὶ μετὰ τὰς τρεῖς ἡμέρας καὶ ἥμισυ πνεῦμα ζωῆς ἐκ τοῦ θεοῦ εἰσῆλθεν ἐν αὐτοῖς, καὶ ἔστησαν ἐπὶ τοὺς πόδας αὐτῶν, καὶ φόβος μέγας ἐπέπεσεν ἐπὶ τοὺς θεωροῦντας αὐτούς.</w:t>
      </w:r>
    </w:p>
    <w:p>
      <w:r>
        <w:rPr>
          <w:rFonts w:ascii="Courier New" w:hAnsi="Courier New"/>
          <w:color w:val="555555"/>
          <w:sz w:val="20"/>
        </w:rPr>
        <w:t>[Apoc . 11 . 12]</w:t>
      </w:r>
    </w:p>
    <w:p>
      <w:r>
        <w:rPr>
          <w:rFonts w:ascii="Gentium Plus" w:hAnsi="Gentium Plus"/>
          <w:sz w:val="24"/>
        </w:rPr>
        <w:t>καὶ ἤκουσαν φωνῆς μεγάλης ἐκ τοῦ οὐρανοῦ λεγούσης αὐτοῖς, Ἀνάβατε ὧδε· καὶ ἀνέβησαν εἰς τὸν οὐρανὸν ἐν τῇ νεφέλῃ, καὶ ἐθεώρησαν αὐτοὺς οἱ ἐχθροὶ αὐτῶν.</w:t>
      </w:r>
    </w:p>
    <w:p>
      <w:r>
        <w:rPr>
          <w:rFonts w:ascii="Courier New" w:hAnsi="Courier New"/>
          <w:color w:val="555555"/>
          <w:sz w:val="20"/>
        </w:rPr>
        <w:t>[Apoc . 11 . 13]</w:t>
      </w:r>
    </w:p>
    <w:p>
      <w:r>
        <w:rPr>
          <w:rFonts w:ascii="Gentium Plus" w:hAnsi="Gentium Plus"/>
          <w:sz w:val="24"/>
        </w:rPr>
        <w:t>Καὶ ἐν ἐκείνῃ τῇ ὥρᾳ ἐγένετο σεισμὸς μέγας, καὶ τὸ δέκατον τῆς πόλεως ἔπεσεν, καὶ ἀπεκτάνθησαν ἐν τῷ σεισμῷ ὀνόματα ἀνθρώπων χιλιάδες ἑπτά, καὶ οἱ λοιποὶ ἔμφοβοι ἐγένοντο καὶ ἔδωκαν δόξαν τῷ θεῷ τοῦ</w:t>
      </w:r>
    </w:p>
    <w:p>
      <w:r>
        <w:rPr>
          <w:rFonts w:ascii="Courier New" w:hAnsi="Courier New"/>
          <w:color w:val="555555"/>
          <w:sz w:val="20"/>
        </w:rPr>
        <w:t>[5]</w:t>
      </w:r>
    </w:p>
    <w:p>
      <w:r>
        <w:rPr>
          <w:rFonts w:ascii="Gentium Plus" w:hAnsi="Gentium Plus"/>
          <w:sz w:val="24"/>
        </w:rPr>
        <w:t>οὐρανοῦ.</w:t>
      </w:r>
    </w:p>
    <w:p>
      <w:r>
        <w:rPr>
          <w:rFonts w:ascii="Courier New" w:hAnsi="Courier New"/>
          <w:color w:val="555555"/>
          <w:sz w:val="20"/>
        </w:rPr>
        <w:t>[Apoc . 11 . 14]</w:t>
      </w:r>
    </w:p>
    <w:p>
      <w:r>
        <w:rPr>
          <w:rFonts w:ascii="Gentium Plus" w:hAnsi="Gentium Plus"/>
          <w:sz w:val="24"/>
        </w:rPr>
        <w:t>Ἡ οὐαὶ ἡ δευτέρα ἀπῆλθεν· ἰδοὺ ἡ οὐαὶ ἡ τρίτη ἔρχεται ταχύ.</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[Apoc . 11 . 15]</w:t>
      </w:r>
    </w:p>
    <w:p>
      <w:r>
        <w:rPr>
          <w:rFonts w:ascii="Gentium Plus" w:hAnsi="Gentium Plus"/>
          <w:sz w:val="24"/>
        </w:rPr>
        <w:t>Καὶ ὁ ἕβδομος ἄγγελος ἐσάλπισεν· καὶ ἐγένοντο</w:t>
      </w:r>
    </w:p>
    <w:p>
      <w:r>
        <w:rPr>
          <w:rFonts w:ascii="Courier New" w:hAnsi="Courier New"/>
          <w:color w:val="555555"/>
          <w:sz w:val="20"/>
        </w:rPr>
        <w:t>[5]</w:t>
      </w:r>
    </w:p>
    <w:p>
      <w:r>
        <w:rPr>
          <w:rFonts w:ascii="Gentium Plus" w:hAnsi="Gentium Plus"/>
          <w:sz w:val="24"/>
        </w:rPr>
        <w:t>καὶ βασιλεύσει εἰς τοὺς αἰῶνας τῶν αἰώνων.</w:t>
      </w:r>
    </w:p>
    <w:p>
      <w:r>
        <w:rPr>
          <w:rFonts w:ascii="Courier New" w:hAnsi="Courier New"/>
          <w:color w:val="555555"/>
          <w:sz w:val="20"/>
        </w:rPr>
        <w:t>[Apoc . 11 . 16]</w:t>
      </w:r>
    </w:p>
    <w:p>
      <w:r>
        <w:rPr>
          <w:rFonts w:ascii="Gentium Plus" w:hAnsi="Gentium Plus"/>
          <w:sz w:val="24"/>
        </w:rPr>
        <w:t>καὶ οἱ εἴκοσι τέσσαρες πρεσβύτεροι οἳ ἐνώπιον τοῦ θεοῦ κάθηνται ἐπὶ τοὺς θρόνους αὐτῶν ἔπεσαν ἐπὶ τὰ πρόσωπα αὐτῶν καὶ προσεκύνησαν τῷ θεῷ</w:t>
      </w:r>
    </w:p>
    <w:p>
      <w:r>
        <w:rPr>
          <w:rFonts w:ascii="Courier New" w:hAnsi="Courier New"/>
          <w:color w:val="555555"/>
          <w:sz w:val="20"/>
        </w:rPr>
        <w:t>[Apoc . 11 . 17]</w:t>
      </w:r>
    </w:p>
    <w:p>
      <w:r>
        <w:rPr>
          <w:rFonts w:ascii="Gentium Plus" w:hAnsi="Gentium Plus"/>
          <w:sz w:val="24"/>
        </w:rPr>
        <w:t>λέγοντες, Εὐχαριστοῦμέν σοι, κύριε ὁ θεὸς ὁ παντοκράτωρ, ὁ ὢν καὶ ὁ ἦν, ὅτι εἴληφας τὴν δύναμίν σου τὴν μεγάλην</w:t>
      </w:r>
    </w:p>
    <w:p>
      <w:r>
        <w:rPr>
          <w:rFonts w:ascii="Courier New" w:hAnsi="Courier New"/>
          <w:color w:val="555555"/>
          <w:sz w:val="20"/>
        </w:rPr>
        <w:t>[5]</w:t>
      </w:r>
    </w:p>
    <w:p>
      <w:r>
        <w:rPr>
          <w:rFonts w:ascii="Gentium Plus" w:hAnsi="Gentium Plus"/>
          <w:sz w:val="24"/>
        </w:rPr>
        <w:t>καὶ ἐβασίλευσας·</w:t>
      </w:r>
    </w:p>
    <w:p>
      <w:r>
        <w:rPr>
          <w:rFonts w:ascii="Courier New" w:hAnsi="Courier New"/>
          <w:color w:val="555555"/>
          <w:sz w:val="20"/>
        </w:rPr>
        <w:t>[Apoc . 11 . 18]</w:t>
      </w:r>
    </w:p>
    <w:p>
      <w:r>
        <w:rPr>
          <w:rFonts w:ascii="Gentium Plus" w:hAnsi="Gentium Plus"/>
          <w:sz w:val="24"/>
        </w:rPr>
        <w:t>καὶ τὰ ἔθνη ὠργίσθησαν, καὶ ἦλθεν ἡ ὀργή σου καὶ ὁ καιρὸς τῶν νεκρῶν κριθῆναι καὶ δοῦναι τὸν μισθὸν τοῖς δούλοις σου τοῖς προφήταις</w:t>
      </w:r>
    </w:p>
    <w:p>
      <w:r>
        <w:rPr>
          <w:rFonts w:ascii="Courier New" w:hAnsi="Courier New"/>
          <w:color w:val="555555"/>
          <w:sz w:val="20"/>
        </w:rPr>
        <w:t>[5]</w:t>
      </w:r>
    </w:p>
    <w:p>
      <w:r>
        <w:rPr>
          <w:rFonts w:ascii="Gentium Plus" w:hAnsi="Gentium Plus"/>
          <w:sz w:val="24"/>
        </w:rPr>
        <w:t>καὶ τοῖς ἁγίοις καὶ τοῖς φοβουμένοις τὸ ὄνομά σου, τοὺς μικροὺς καὶ τοὺς μεγάλους, καὶ διαφθεῖραι τοὺς διαφθείροντας τὴν γῆν.</w:t>
      </w:r>
    </w:p>
    <w:p>
      <w:r>
        <w:rPr>
          <w:rFonts w:ascii="Courier New" w:hAnsi="Courier New"/>
          <w:color w:val="555555"/>
          <w:sz w:val="20"/>
        </w:rPr>
        <w:t>[Apoc . 11 . 19]</w:t>
      </w:r>
    </w:p>
    <w:p>
      <w:r>
        <w:rPr>
          <w:rFonts w:ascii="Gentium Plus" w:hAnsi="Gentium Plus"/>
          <w:sz w:val="24"/>
        </w:rPr>
        <w:t>καὶ ἠνοίγη ὁ ναὸς τοῦ θεοῦ [ὁ] ἐν τῷ οὐρανῷ, καὶ</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[Apoc . 12 . 1]</w:t>
      </w:r>
    </w:p>
    <w:p>
      <w:r>
        <w:rPr>
          <w:rFonts w:ascii="Gentium Plus" w:hAnsi="Gentium Plus"/>
          <w:sz w:val="24"/>
        </w:rPr>
        <w:t>Καὶ σημεῖον μέγα ὤφθη ἐν τῷ οὐρανῷ, γυνὴ περι‐ βεβλημένη τὸν ἥλιον, καὶ ἡ σελήνη ὑποκάτω τῶν ποδῶν αὐτῆς, καὶ ἐπὶ τῆς κεφαλῆς αὐτῆς στέφανος ἀστέρων δώδεκα,</w:t>
      </w:r>
    </w:p>
    <w:p>
      <w:r>
        <w:rPr>
          <w:rFonts w:ascii="Courier New" w:hAnsi="Courier New"/>
          <w:color w:val="555555"/>
          <w:sz w:val="20"/>
        </w:rPr>
        <w:t>[Apoc . 12 . 2]</w:t>
      </w:r>
    </w:p>
    <w:p>
      <w:r>
        <w:rPr>
          <w:rFonts w:ascii="Gentium Plus" w:hAnsi="Gentium Plus"/>
          <w:sz w:val="24"/>
        </w:rPr>
        <w:t>καὶ ἐν γαστρὶ ἔχουσα, καὶ κράζει ὠδίνουσα καὶ βασανιζομένη τεκεῖν.</w:t>
      </w:r>
    </w:p>
    <w:p>
      <w:r>
        <w:rPr>
          <w:rFonts w:ascii="Courier New" w:hAnsi="Courier New"/>
          <w:color w:val="555555"/>
          <w:sz w:val="20"/>
        </w:rPr>
        <w:t>[Apoc . 12 . 3]</w:t>
      </w:r>
    </w:p>
    <w:p>
      <w:r>
        <w:rPr>
          <w:rFonts w:ascii="Gentium Plus" w:hAnsi="Gentium Plus"/>
          <w:sz w:val="24"/>
        </w:rPr>
        <w:t>καὶ ὤφθη ἄλλο σημεῖον ἐν τῷ οὐρανῷ, καὶ ἰδοὺ δράκων πυρρὸς μέγας, ἔχων κεφαλὰς ἑπτὰ καὶ κέρατα δέκα καὶ ἐπὶ τὰς κεφαλὰς αὐτοῦ ἑπτὰ διαδήματα,</w:t>
      </w:r>
    </w:p>
    <w:p>
      <w:r>
        <w:rPr>
          <w:rFonts w:ascii="Courier New" w:hAnsi="Courier New"/>
          <w:color w:val="555555"/>
          <w:sz w:val="20"/>
        </w:rPr>
        <w:t>[Apoc . 12 . 4]</w:t>
      </w:r>
    </w:p>
    <w:p>
      <w:r>
        <w:rPr>
          <w:rFonts w:ascii="Gentium Plus" w:hAnsi="Gentium Plus"/>
          <w:sz w:val="24"/>
        </w:rPr>
        <w:t>καὶ ἡ οὐρὰ αὐτοῦ σύρει τὸ τρίτον τῶν ἀστέρων τοῦ οὐρανοῦ καὶ ἔβαλεν αὐτοὺς εἰς τὴν γῆν. καὶ ὁ δράκων ἕστηκεν ἐνώπιον τῆς γυναικὸς τῆς μελλού‐ σης τεκεῖν, ἵνα ὅταν τέκῃ τὸ τέκνον αὐτῆς καταφάγῃ.</w:t>
      </w:r>
    </w:p>
    <w:p>
      <w:r>
        <w:rPr>
          <w:rFonts w:ascii="Courier New" w:hAnsi="Courier New"/>
          <w:color w:val="555555"/>
          <w:sz w:val="20"/>
        </w:rPr>
        <w:t>[Apoc . 12 . 5]</w:t>
      </w:r>
    </w:p>
    <w:p>
      <w:r>
        <w:rPr>
          <w:rFonts w:ascii="Gentium Plus" w:hAnsi="Gentium Plus"/>
          <w:sz w:val="24"/>
        </w:rPr>
        <w:t>καὶ ἔτεκεν υἱόν, ἄρσεν, ὃς μέλλει ποιμαίνειν πάντα τὰ ἔθνη ἐν ῥάβδῳ σιδηρᾷ· καὶ ἡρπάσθη τὸ τέκνον αὐτῆς πρὸς τὸν θεὸν καὶ πρὸς τὸν θρόνον αὐτοῦ.</w:t>
      </w:r>
    </w:p>
    <w:p>
      <w:r>
        <w:rPr>
          <w:rFonts w:ascii="Courier New" w:hAnsi="Courier New"/>
          <w:color w:val="555555"/>
          <w:sz w:val="20"/>
        </w:rPr>
        <w:t>[Apoc . 12 . 6]</w:t>
      </w:r>
    </w:p>
    <w:p>
      <w:r>
        <w:rPr>
          <w:rFonts w:ascii="Gentium Plus" w:hAnsi="Gentium Plus"/>
          <w:sz w:val="24"/>
        </w:rPr>
        <w:t>καὶ ἡ γυνὴ ἔφυγεν εἰς τὴν ἔρημον, ὅπου ἔχει ἐκεῖ τόπον ἡτοιμασμένον ἀπὸ τοῦ θεοῦ, ἵνα ἐκεῖ τρέφωσιν αὐτὴν ἡμέρας χιλίας διακοσίας ἑξήκοντα.</w:t>
      </w:r>
    </w:p>
    <w:p>
      <w:r>
        <w:rPr>
          <w:rFonts w:ascii="Courier New" w:hAnsi="Courier New"/>
          <w:color w:val="555555"/>
          <w:sz w:val="20"/>
        </w:rPr>
        <w:t>[Apoc . 12 . 7]</w:t>
      </w:r>
    </w:p>
    <w:p>
      <w:r>
        <w:rPr>
          <w:rFonts w:ascii="Gentium Plus" w:hAnsi="Gentium Plus"/>
          <w:sz w:val="24"/>
        </w:rPr>
        <w:t>Καὶ ἐγένετο πόλεμος ἐν τῷ οὐρανῷ, ὁ Μιχαὴλ καὶ οἱ ἄγγελοι αὐτοῦ τοῦ πολεμῆσαι μετὰ τοῦ δράκοντος. καὶ ὁ δράκων ἐπολέμησεν καὶ οἱ ἄγγελοι αὐτοῦ,</w:t>
      </w:r>
    </w:p>
    <w:p>
      <w:r>
        <w:rPr>
          <w:rFonts w:ascii="Courier New" w:hAnsi="Courier New"/>
          <w:color w:val="555555"/>
          <w:sz w:val="20"/>
        </w:rPr>
        <w:t>[Apoc . 12 . 8]</w:t>
      </w:r>
    </w:p>
    <w:p>
      <w:r>
        <w:rPr>
          <w:rFonts w:ascii="Gentium Plus" w:hAnsi="Gentium Plus"/>
          <w:sz w:val="24"/>
        </w:rPr>
        <w:t>καὶ</w:t>
      </w:r>
    </w:p>
    <w:p>
      <w:r>
        <w:rPr>
          <w:rFonts w:ascii="Courier New" w:hAnsi="Courier New"/>
          <w:color w:val="555555"/>
          <w:sz w:val="20"/>
        </w:rPr>
        <w:t>[Apoc . 12 . 9]</w:t>
      </w:r>
    </w:p>
    <w:p>
      <w:r>
        <w:rPr>
          <w:rFonts w:ascii="Gentium Plus" w:hAnsi="Gentium Plus"/>
          <w:sz w:val="24"/>
        </w:rPr>
        <w:t>καὶ ἐβλήθη ὁ δράκων ὁ μέγας, ὁ ὄφις ὁ ἀρχαῖος, ὁ καλούμενος Διάβολος καὶ ὁ Σατανᾶς, ὁ πλανῶν τὴν οἰκουμένην ὅλην—ἐβλήθη εἰς τὴν γῆν, καὶ οἱ ἄγγελοι αὐτοῦ μετ’ αὐτοῦ ἐβλήθησαν.</w:t>
      </w:r>
    </w:p>
    <w:p>
      <w:r>
        <w:rPr>
          <w:rFonts w:ascii="Courier New" w:hAnsi="Courier New"/>
          <w:color w:val="555555"/>
          <w:sz w:val="20"/>
        </w:rPr>
        <w:t>[Apoc . 12 . 10]</w:t>
      </w:r>
    </w:p>
    <w:p>
      <w:r>
        <w:rPr>
          <w:rFonts w:ascii="Gentium Plus" w:hAnsi="Gentium Plus"/>
          <w:sz w:val="24"/>
        </w:rPr>
        <w:t>καὶ ἤκουσα φωνὴν μεγάλην ἐν τῷ οὐρανῷ λέγουσαν, Ἄρτι ἐγένετο ἡ σωτηρία καὶ ἡ δύναμις καὶ ἡ βασιλεία τοῦ θεοῦ ἡμῶν</w:t>
      </w:r>
    </w:p>
    <w:p>
      <w:r>
        <w:rPr>
          <w:rFonts w:ascii="Courier New" w:hAnsi="Courier New"/>
          <w:color w:val="555555"/>
          <w:sz w:val="20"/>
        </w:rPr>
        <w:t>[5]</w:t>
      </w:r>
    </w:p>
    <w:p>
      <w:r>
        <w:rPr>
          <w:rFonts w:ascii="Gentium Plus" w:hAnsi="Gentium Plus"/>
          <w:sz w:val="24"/>
        </w:rPr>
        <w:t>καὶ ἡ ἐξουσία τοῦ Χριστοῦ αὐτοῦ, ὅτι ἐβλήθη ὁ κατήγωρ τῶν ἀδελφῶν ἡμῶν, ὁ κατηγορῶν αὐτοὺς ἐνώπιον τοῦ θεοῦ ἡμῶν ἡμέρας καὶ νυκτός.</w:t>
      </w:r>
    </w:p>
    <w:p>
      <w:r>
        <w:rPr>
          <w:rFonts w:ascii="Courier New" w:hAnsi="Courier New"/>
          <w:color w:val="555555"/>
          <w:sz w:val="20"/>
        </w:rPr>
        <w:t>[Apoc . 12 . 11]</w:t>
      </w:r>
    </w:p>
    <w:p>
      <w:r>
        <w:rPr>
          <w:rFonts w:ascii="Gentium Plus" w:hAnsi="Gentium Plus"/>
          <w:sz w:val="24"/>
        </w:rPr>
        <w:t>καὶ αὐτοὶ ἐνίκησαν αὐτὸν διὰ τὸ αἷμα τοῦ ἀρνίου καὶ διὰ τὸν λόγον τῆς μαρτυρίας αὐτῶν, καὶ οὐκ ἠγάπησαν τὴν ψυχὴν αὐτῶν ἄχρι θανάτου.</w:t>
      </w:r>
    </w:p>
    <w:p>
      <w:r>
        <w:rPr>
          <w:rFonts w:ascii="Courier New" w:hAnsi="Courier New"/>
          <w:color w:val="555555"/>
          <w:sz w:val="20"/>
        </w:rPr>
        <w:t>[Apoc . 12 . 12]</w:t>
      </w:r>
    </w:p>
    <w:p>
      <w:r>
        <w:rPr>
          <w:rFonts w:ascii="Gentium Plus" w:hAnsi="Gentium Plus"/>
          <w:sz w:val="24"/>
        </w:rPr>
        <w:t>διὰ τοῦτο εὐφραίνεσθε, οὐρανοὶ καὶ οἱ ἐν αὐτοῖς σκηνοῦντες· οὐαὶ τὴν γῆν καὶ τὴν θάλασσαν, ὅτι κατέβη ὁ διάβολος πρὸς ὑμᾶς</w:t>
      </w:r>
    </w:p>
    <w:p>
      <w:r>
        <w:rPr>
          <w:rFonts w:ascii="Courier New" w:hAnsi="Courier New"/>
          <w:color w:val="555555"/>
          <w:sz w:val="20"/>
        </w:rPr>
        <w:t>[5]</w:t>
      </w:r>
    </w:p>
    <w:p>
      <w:r>
        <w:rPr>
          <w:rFonts w:ascii="Gentium Plus" w:hAnsi="Gentium Plus"/>
          <w:sz w:val="24"/>
        </w:rPr>
        <w:t>ἔχων θυμὸν μέγαν, εἰδὼς ὅτι ὀλίγον καιρὸν ἔχει.</w:t>
      </w:r>
    </w:p>
    <w:p>
      <w:r>
        <w:rPr>
          <w:rFonts w:ascii="Courier New" w:hAnsi="Courier New"/>
          <w:color w:val="555555"/>
          <w:sz w:val="20"/>
        </w:rPr>
        <w:t>[Apoc . 12 . 13]</w:t>
      </w:r>
    </w:p>
    <w:p>
      <w:r>
        <w:rPr>
          <w:rFonts w:ascii="Gentium Plus" w:hAnsi="Gentium Plus"/>
          <w:sz w:val="24"/>
        </w:rPr>
        <w:t>Καὶ ὅτε εἶδεν ὁ δράκων ὅτι ἐβλήθη εἰς τὴν γῆν, ἐδίωξεν τὴν γυναῖκα ἥτις ἔτεκεν τὸν ἄρσενα.</w:t>
      </w:r>
    </w:p>
    <w:p>
      <w:r>
        <w:rPr>
          <w:rFonts w:ascii="Courier New" w:hAnsi="Courier New"/>
          <w:color w:val="555555"/>
          <w:sz w:val="20"/>
        </w:rPr>
        <w:t>[Apoc . 12 . 14]</w:t>
      </w:r>
    </w:p>
    <w:p>
      <w:r>
        <w:rPr>
          <w:rFonts w:ascii="Gentium Plus" w:hAnsi="Gentium Plus"/>
          <w:sz w:val="24"/>
        </w:rPr>
        <w:t>καὶ ἐδόθησαν τῇ γυναικὶ αἱ δύο πτέρυγες τοῦ ἀετοῦ τοῦ μεγάλου, ἵνα πέτηται εἰς τὴν ἔρημον εἰς τὸν τόπον αὐτῆς, ὅπου τρέφεται ἐκεῖ καιρὸν καὶ καιροὺς καὶ ἥμισυ καιροῦ</w:t>
      </w:r>
    </w:p>
    <w:p>
      <w:r>
        <w:rPr>
          <w:rFonts w:ascii="Courier New" w:hAnsi="Courier New"/>
          <w:color w:val="555555"/>
          <w:sz w:val="20"/>
        </w:rPr>
        <w:t>[5]</w:t>
      </w:r>
    </w:p>
    <w:p>
      <w:r>
        <w:rPr>
          <w:rFonts w:ascii="Gentium Plus" w:hAnsi="Gentium Plus"/>
          <w:sz w:val="24"/>
        </w:rPr>
        <w:t>ἀπὸ προσώπου τοῦ ὄφεως.</w:t>
      </w:r>
    </w:p>
    <w:p>
      <w:r>
        <w:rPr>
          <w:rFonts w:ascii="Courier New" w:hAnsi="Courier New"/>
          <w:color w:val="555555"/>
          <w:sz w:val="20"/>
        </w:rPr>
        <w:t>[Apoc . 12 . 15]</w:t>
      </w:r>
    </w:p>
    <w:p>
      <w:r>
        <w:rPr>
          <w:rFonts w:ascii="Gentium Plus" w:hAnsi="Gentium Plus"/>
          <w:sz w:val="24"/>
        </w:rPr>
        <w:t>καὶ ἔβαλεν ὁ ὄφις ἐκ τοῦ στόματος αὐτοῦ ὀπίσω τῆς γυναικὸς ὕδωρ ὡς ποταμόν, ἵνα αὐτὴν ποταμοφόρητον ποιήσῃ.</w:t>
      </w:r>
    </w:p>
    <w:p>
      <w:r>
        <w:rPr>
          <w:rFonts w:ascii="Courier New" w:hAnsi="Courier New"/>
          <w:color w:val="555555"/>
          <w:sz w:val="20"/>
        </w:rPr>
        <w:t>[Apoc . 12 . 16]</w:t>
      </w:r>
    </w:p>
    <w:p>
      <w:r>
        <w:rPr>
          <w:rFonts w:ascii="Gentium Plus" w:hAnsi="Gentium Plus"/>
          <w:sz w:val="24"/>
        </w:rPr>
        <w:t>καὶ ἐβοήθησεν ἡ γῆ τῇ γυναικί, καὶ ἤνοιξεν ἡ γῆ τὸ στόμα αὐτῆς καὶ κατέπιεν τὸν ποταμὸν ὃν ἔβαλεν ὁ δράκων ἐκ τοῦ στό‐ ματος αὐτοῦ.</w:t>
      </w:r>
    </w:p>
    <w:p>
      <w:r>
        <w:rPr>
          <w:rFonts w:ascii="Courier New" w:hAnsi="Courier New"/>
          <w:color w:val="555555"/>
          <w:sz w:val="20"/>
        </w:rPr>
        <w:t>[Apoc . 12 . 17]</w:t>
      </w:r>
    </w:p>
    <w:p>
      <w:r>
        <w:rPr>
          <w:rFonts w:ascii="Gentium Plus" w:hAnsi="Gentium Plus"/>
          <w:sz w:val="24"/>
        </w:rPr>
        <w:t>καὶ ὠργίσθη ὁ δράκων ἐπὶ τῇ γυναικί, καὶ ἀπῆλθεν ποιῆσαι πόλεμον μετὰ τῶν λοιπῶν τοῦ σπέρματος αὐτῆς, τῶν τηρούντων τὰς ἐντολὰς τοῦ θεοῦ καὶ ἐχόντων τὴν μαρτυρίαν Ἰησοῦ·</w:t>
      </w:r>
    </w:p>
    <w:p>
      <w:r>
        <w:rPr>
          <w:rFonts w:ascii="Courier New" w:hAnsi="Courier New"/>
          <w:color w:val="555555"/>
          <w:sz w:val="20"/>
        </w:rPr>
        <w:t>[Apoc . 12 . 18]</w:t>
      </w:r>
    </w:p>
    <w:p>
      <w:r>
        <w:rPr>
          <w:rFonts w:ascii="Gentium Plus" w:hAnsi="Gentium Plus"/>
          <w:sz w:val="24"/>
        </w:rPr>
        <w:t>καὶ ἐστάθη ἐπὶ τὴν ἄμμον τῆς θαλάσσης.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[Apoc . 13 . 1]</w:t>
      </w:r>
    </w:p>
    <w:p>
      <w:r>
        <w:rPr>
          <w:rFonts w:ascii="Gentium Plus" w:hAnsi="Gentium Plus"/>
          <w:sz w:val="24"/>
        </w:rPr>
        <w:t>Καὶ εἶδον ἐκ τῆς θαλάσσης θηρίον ἀναβαῖνον, ἔχον κέρατα δέκα καὶ κεφαλὰς ἑπτά, καὶ ἐπὶ τῶν κερά‐ των αὐτοῦ δέκα διαδήματα, καὶ ἐπὶ τὰς κεφαλὰς αὐτοῦ ὄνομα βλασφημίας.</w:t>
      </w:r>
    </w:p>
    <w:p>
      <w:r>
        <w:rPr>
          <w:rFonts w:ascii="Courier New" w:hAnsi="Courier New"/>
          <w:color w:val="555555"/>
          <w:sz w:val="20"/>
        </w:rPr>
        <w:t>[Apoc . 13 . 2]</w:t>
      </w:r>
    </w:p>
    <w:p>
      <w:r>
        <w:rPr>
          <w:rFonts w:ascii="Gentium Plus" w:hAnsi="Gentium Plus"/>
          <w:sz w:val="24"/>
        </w:rPr>
        <w:t>καὶ τὸ θηρίον ὃ εἶδον ἦν ὅμοιον παρδάλει, καὶ οἱ πόδες αὐτοῦ ὡς ἄρκου, καὶ τὸ στόμα αὐτοῦ ὡς στόμα λέοντος. καὶ ἔδωκεν αὐτῷ ὁ δράκων τὴν δύναμιν αὐτοῦ καὶ τὸν θρόνον αὐτοῦ καὶ ἐξουσίαν</w:t>
      </w:r>
    </w:p>
    <w:p>
      <w:r>
        <w:rPr>
          <w:rFonts w:ascii="Courier New" w:hAnsi="Courier New"/>
          <w:color w:val="555555"/>
          <w:sz w:val="20"/>
        </w:rPr>
        <w:t>[5]</w:t>
      </w:r>
    </w:p>
    <w:p>
      <w:r>
        <w:rPr>
          <w:rFonts w:ascii="Gentium Plus" w:hAnsi="Gentium Plus"/>
          <w:sz w:val="24"/>
        </w:rPr>
        <w:t>μεγάλην.</w:t>
      </w:r>
    </w:p>
    <w:p>
      <w:r>
        <w:rPr>
          <w:rFonts w:ascii="Courier New" w:hAnsi="Courier New"/>
          <w:color w:val="555555"/>
          <w:sz w:val="20"/>
        </w:rPr>
        <w:t>[Apoc . 13 . 3]</w:t>
      </w:r>
    </w:p>
    <w:p>
      <w:r>
        <w:rPr>
          <w:rFonts w:ascii="Gentium Plus" w:hAnsi="Gentium Plus"/>
          <w:sz w:val="24"/>
        </w:rPr>
        <w:t>καὶ μίαν ἐκ τῶν κεφαλῶν αὐτοῦ ὡς ἐσφαγμέ‐ νην εἰς θάνατον, καὶ ἡ πληγὴ τοῦ θανάτου αὐτοῦ ἐθερα‐ πεύθη. καὶ ἐθαυμάσθη ὅλη ἡ γῆ ὀπίσω τοῦ θηρίου,</w:t>
      </w:r>
    </w:p>
    <w:p>
      <w:r>
        <w:rPr>
          <w:rFonts w:ascii="Courier New" w:hAnsi="Courier New"/>
          <w:color w:val="555555"/>
          <w:sz w:val="20"/>
        </w:rPr>
        <w:t>[Apoc . 13 . 4]</w:t>
      </w:r>
    </w:p>
    <w:p>
      <w:r>
        <w:rPr>
          <w:rFonts w:ascii="Gentium Plus" w:hAnsi="Gentium Plus"/>
          <w:sz w:val="24"/>
        </w:rPr>
        <w:t>καὶ προσεκύνησαν τῷ δράκοντι ὅτι ἔδωκεν τὴν ἐξουσίαν τῷ θηρίῳ, καὶ προσεκύνησαν τῷ θηρίῳ λέγοντες, Τίς</w:t>
      </w:r>
    </w:p>
    <w:p>
      <w:r>
        <w:rPr>
          <w:rFonts w:ascii="Courier New" w:hAnsi="Courier New"/>
          <w:color w:val="555555"/>
          <w:sz w:val="20"/>
        </w:rPr>
        <w:t>[Apoc . 13 . 5]</w:t>
      </w:r>
    </w:p>
    <w:p>
      <w:r>
        <w:rPr>
          <w:rFonts w:ascii="Gentium Plus" w:hAnsi="Gentium Plus"/>
          <w:sz w:val="24"/>
        </w:rPr>
        <w:t>Καὶ ἐδόθη αὐτῷ στόμα λαλοῦν μεγάλα καὶ βλασφη‐ μίας, καὶ ἐδόθη αὐτῷ ἐξουσία ποιῆσαι μῆνας τεσσαρά‐ κοντα δύο.</w:t>
      </w:r>
    </w:p>
    <w:p>
      <w:r>
        <w:rPr>
          <w:rFonts w:ascii="Courier New" w:hAnsi="Courier New"/>
          <w:color w:val="555555"/>
          <w:sz w:val="20"/>
        </w:rPr>
        <w:t>[Apoc . 13 . 6]</w:t>
      </w:r>
    </w:p>
    <w:p>
      <w:r>
        <w:rPr>
          <w:rFonts w:ascii="Gentium Plus" w:hAnsi="Gentium Plus"/>
          <w:sz w:val="24"/>
        </w:rPr>
        <w:t>καὶ ἤνοιξεν τὸ στόμα αὐτοῦ εἰς βλασφη‐ μίας πρὸς τὸν θεόν, βλασφημῆσαι τὸ ὄνομα αὐτοῦ καὶ τὴν σκηνὴν αὐτοῦ, τοὺς ἐν τῷ οὐρανῷ σκηνοῦντας.</w:t>
      </w:r>
    </w:p>
    <w:p>
      <w:r>
        <w:rPr>
          <w:rFonts w:ascii="Courier New" w:hAnsi="Courier New"/>
          <w:color w:val="555555"/>
          <w:sz w:val="20"/>
        </w:rPr>
        <w:t>[Apoc . 13 . 7]</w:t>
      </w:r>
    </w:p>
    <w:p>
      <w:r>
        <w:rPr>
          <w:rFonts w:ascii="Gentium Plus" w:hAnsi="Gentium Plus"/>
          <w:sz w:val="24"/>
        </w:rPr>
        <w:t>καὶ ἐδόθη αὐτῷ ποιῆσαι πόλεμον μετὰ τῶν ἁγίων καὶ νικῆσαι αὐτούς, καὶ ἐδόθη αὐτῷ ἐξουσία ἐπὶ πᾶσαν φυλὴν καὶ λαὸν καὶ γλῶσσαν καὶ ἔθνος.</w:t>
      </w:r>
    </w:p>
    <w:p>
      <w:r>
        <w:rPr>
          <w:rFonts w:ascii="Courier New" w:hAnsi="Courier New"/>
          <w:color w:val="555555"/>
          <w:sz w:val="20"/>
        </w:rPr>
        <w:t>[Apoc . 13 . 8]</w:t>
      </w:r>
    </w:p>
    <w:p>
      <w:r>
        <w:rPr>
          <w:rFonts w:ascii="Gentium Plus" w:hAnsi="Gentium Plus"/>
          <w:sz w:val="24"/>
        </w:rPr>
        <w:t>καὶ προσ‐ κυνήσουσιν αὐτὸν πάντες οἱ κατοικοῦντες ἐπὶ τῆς γῆς, οὗ οὐ γέγραπται τὸ ὄνομα αὐτοῦ ἐν τῷ βιβλίῳ τῆς ζωῆς τοῦ ἀρνίου τοῦ ἐσφαγμένου ἀπὸ καταβολῆς</w:t>
      </w:r>
    </w:p>
    <w:p>
      <w:r>
        <w:rPr>
          <w:rFonts w:ascii="Courier New" w:hAnsi="Courier New"/>
          <w:color w:val="555555"/>
          <w:sz w:val="20"/>
        </w:rPr>
        <w:t>[5]</w:t>
      </w:r>
    </w:p>
    <w:p>
      <w:r>
        <w:rPr>
          <w:rFonts w:ascii="Gentium Plus" w:hAnsi="Gentium Plus"/>
          <w:sz w:val="24"/>
        </w:rPr>
        <w:t>κόσμου.</w:t>
      </w:r>
    </w:p>
    <w:p>
      <w:r>
        <w:rPr>
          <w:rFonts w:ascii="Courier New" w:hAnsi="Courier New"/>
          <w:color w:val="555555"/>
          <w:sz w:val="20"/>
        </w:rPr>
        <w:t>[Apoc . 13 . 9]</w:t>
      </w:r>
    </w:p>
    <w:p>
      <w:r>
        <w:rPr>
          <w:rFonts w:ascii="Gentium Plus" w:hAnsi="Gentium Plus"/>
          <w:sz w:val="24"/>
        </w:rPr>
        <w:t>Εἴ τις ἔχει οὖς ἀκουσάτω.</w:t>
      </w:r>
    </w:p>
    <w:p>
      <w:r>
        <w:rPr>
          <w:rFonts w:ascii="Courier New" w:hAnsi="Courier New"/>
          <w:color w:val="555555"/>
          <w:sz w:val="20"/>
        </w:rPr>
        <w:t>[Apoc . 13 . 10]</w:t>
      </w:r>
    </w:p>
    <w:p>
      <w:r>
        <w:rPr>
          <w:rFonts w:ascii="Gentium Plus" w:hAnsi="Gentium Plus"/>
          <w:sz w:val="24"/>
        </w:rPr>
        <w:t>εἴ τις εἰς αἰχμαλωσίαν, εἰς αἰχμαλωσίαν ὑπάγει· εἴ τις ἐν μαχαίρῃ ἀποκτανθῆναι, αὐτὸν ἐν μαχαίρῃ ἀποκτανθῆναι.</w:t>
      </w:r>
    </w:p>
    <w:p>
      <w:r>
        <w:rPr>
          <w:rFonts w:ascii="Courier New" w:hAnsi="Courier New"/>
          <w:color w:val="555555"/>
          <w:sz w:val="20"/>
        </w:rPr>
        <w:t>[5]</w:t>
      </w:r>
    </w:p>
    <w:p>
      <w:r>
        <w:rPr>
          <w:rFonts w:ascii="Gentium Plus" w:hAnsi="Gentium Plus"/>
          <w:sz w:val="24"/>
        </w:rPr>
        <w:t>Ὧδέ ἐστιν ἡ ὑπομονὴ καὶ ἡ πίστις τῶν ἁγίων.</w:t>
      </w:r>
    </w:p>
    <w:p>
      <w:r>
        <w:rPr>
          <w:rFonts w:ascii="Courier New" w:hAnsi="Courier New"/>
          <w:color w:val="555555"/>
          <w:sz w:val="20"/>
        </w:rPr>
        <w:t>[Apoc . 13 . 11]</w:t>
      </w:r>
    </w:p>
    <w:p>
      <w:r>
        <w:rPr>
          <w:rFonts w:ascii="Gentium Plus" w:hAnsi="Gentium Plus"/>
          <w:sz w:val="24"/>
        </w:rPr>
        <w:t>Καὶ εἶδον ἄλλο θηρίον ἀναβαῖνον ἐκ τῆς γῆς, καὶ εἶχεν κέρατα δύο ὅμοια ἀρνίῳ, καὶ ἐλάλει ὡς δράκων.</w:t>
      </w:r>
    </w:p>
    <w:p>
      <w:r>
        <w:rPr>
          <w:rFonts w:ascii="Courier New" w:hAnsi="Courier New"/>
          <w:color w:val="555555"/>
          <w:sz w:val="20"/>
        </w:rPr>
        <w:t>[Apoc . 13 . 12]</w:t>
      </w:r>
    </w:p>
    <w:p>
      <w:r>
        <w:rPr>
          <w:rFonts w:ascii="Gentium Plus" w:hAnsi="Gentium Plus"/>
          <w:sz w:val="24"/>
        </w:rPr>
        <w:t>καὶ τὴν ἐξουσίαν τοῦ πρώτου θηρίου πᾶσαν ποιεῖ ἐνώπιον αὐτοῦ. καὶ ποιεῖ τὴν γῆν καὶ τοὺς ἐν αὐτῇ κατοικοῦντας ἵνα προσκυνήσουσιν τὸ θηρίον τὸ πρῶτον, οὗ ἐθεραπεύθη ἡ πληγὴ τοῦ θανάτου αὐτοῦ.</w:t>
      </w:r>
    </w:p>
    <w:p>
      <w:r>
        <w:rPr>
          <w:rFonts w:ascii="Courier New" w:hAnsi="Courier New"/>
          <w:color w:val="555555"/>
          <w:sz w:val="20"/>
        </w:rPr>
        <w:t>[Apoc . 13 . 13]</w:t>
      </w:r>
    </w:p>
    <w:p>
      <w:r>
        <w:rPr>
          <w:rFonts w:ascii="Gentium Plus" w:hAnsi="Gentium Plus"/>
          <w:sz w:val="24"/>
        </w:rPr>
        <w:t>καὶ ποιεῖ σημεῖα μεγάλα, ἵνα καὶ πῦρ ποιῇ ἐκ τοῦ οὐρανοῦ καταβαίνειν εἰς τὴν γῆν ἐνώπιον τῶν ἀνθρώπων.</w:t>
      </w:r>
    </w:p>
    <w:p>
      <w:r>
        <w:rPr>
          <w:rFonts w:ascii="Courier New" w:hAnsi="Courier New"/>
          <w:color w:val="555555"/>
          <w:sz w:val="20"/>
        </w:rPr>
        <w:t>[Apoc . 13 . 14]</w:t>
      </w:r>
    </w:p>
    <w:p>
      <w:r>
        <w:rPr>
          <w:rFonts w:ascii="Gentium Plus" w:hAnsi="Gentium Plus"/>
          <w:sz w:val="24"/>
        </w:rPr>
        <w:t>καὶ πλανᾷ τοὺς κατοικοῦντας ἐπὶ τῆς γῆς διὰ τὰ σημεῖα ἃ ἐδόθη αὐτῷ ποιῆσαι ἐνώπιον τοῦ θηρίου, λέγων τοῖς</w:t>
      </w:r>
    </w:p>
    <w:p>
      <w:r>
        <w:rPr>
          <w:rFonts w:ascii="Courier New" w:hAnsi="Courier New"/>
          <w:color w:val="555555"/>
          <w:sz w:val="20"/>
        </w:rPr>
        <w:t>[5]</w:t>
      </w:r>
    </w:p>
    <w:p>
      <w:r>
        <w:rPr>
          <w:rFonts w:ascii="Gentium Plus" w:hAnsi="Gentium Plus"/>
          <w:sz w:val="24"/>
        </w:rPr>
        <w:t>ἔχει τὴν πληγὴν τῆς μαχαίρης καὶ ἔζησεν.</w:t>
      </w:r>
    </w:p>
    <w:p>
      <w:r>
        <w:rPr>
          <w:rFonts w:ascii="Courier New" w:hAnsi="Courier New"/>
          <w:color w:val="555555"/>
          <w:sz w:val="20"/>
        </w:rPr>
        <w:t>[Apoc . 13 . 15]</w:t>
      </w:r>
    </w:p>
    <w:p>
      <w:r>
        <w:rPr>
          <w:rFonts w:ascii="Gentium Plus" w:hAnsi="Gentium Plus"/>
          <w:sz w:val="24"/>
        </w:rPr>
        <w:t>καὶ ἐδόθη αὐτῷ δοῦναι πνεῦμα τῇ εἰκόνι τοῦ θηρίου, ἵνα καὶ λαλήσῃ ἡ εἰκὼν τοῦ θηρίου καὶ ποιήσῃ ἵνα ὅσοι ἐὰν μὴ προσκυ‐ νήσωσιν τῇ εἰκόνι τοῦ θηρίου ἀποκτανθῶσιν.</w:t>
      </w:r>
    </w:p>
    <w:p>
      <w:r>
        <w:rPr>
          <w:rFonts w:ascii="Courier New" w:hAnsi="Courier New"/>
          <w:color w:val="555555"/>
          <w:sz w:val="20"/>
        </w:rPr>
        <w:t>[Apoc . 13 . 16]</w:t>
      </w:r>
    </w:p>
    <w:p>
      <w:r>
        <w:rPr>
          <w:rFonts w:ascii="Gentium Plus" w:hAnsi="Gentium Plus"/>
          <w:sz w:val="24"/>
        </w:rPr>
        <w:t>καὶ ποιεῖ πάντας, τοὺς μικροὺς καὶ τοὺς μεγάλους, καὶ τοὺς πλουσίους καὶ τοὺς πτωχούς, καὶ τοὺς ἐλευθέρους καὶ τοὺς δούλους, ἵνα δῶσιν αὐτοῖς χάραγμα ἐπὶ τῆς χειρὸς</w:t>
      </w:r>
    </w:p>
    <w:p>
      <w:r>
        <w:rPr>
          <w:rFonts w:ascii="Courier New" w:hAnsi="Courier New"/>
          <w:color w:val="555555"/>
          <w:sz w:val="20"/>
        </w:rPr>
        <w:t>[5]</w:t>
      </w:r>
    </w:p>
    <w:p>
      <w:r>
        <w:rPr>
          <w:rFonts w:ascii="Gentium Plus" w:hAnsi="Gentium Plus"/>
          <w:sz w:val="24"/>
        </w:rPr>
        <w:t>αὐτῶν τῆς δεξιᾶς ἢ ἐπὶ τὸ μέτωπον αὐτῶν,</w:t>
      </w:r>
    </w:p>
    <w:p>
      <w:r>
        <w:rPr>
          <w:rFonts w:ascii="Courier New" w:hAnsi="Courier New"/>
          <w:color w:val="555555"/>
          <w:sz w:val="20"/>
        </w:rPr>
        <w:t>[Apoc . 13 . 17]</w:t>
      </w:r>
    </w:p>
    <w:p>
      <w:r>
        <w:rPr>
          <w:rFonts w:ascii="Gentium Plus" w:hAnsi="Gentium Plus"/>
          <w:sz w:val="24"/>
        </w:rPr>
        <w:t>καὶ ἵνα μή τις δύνηται ἀγοράσαι ἢ πωλῆσαι εἰ μὴ ὁ ἔχων τὸ χάραγμα, τὸ ὄνομα τοῦ θηρίου ἢ τὸν ἀριθμὸν τοῦ ὀνόματος αὐτοῦ.</w:t>
      </w:r>
    </w:p>
    <w:p>
      <w:r>
        <w:rPr>
          <w:rFonts w:ascii="Courier New" w:hAnsi="Courier New"/>
          <w:color w:val="555555"/>
          <w:sz w:val="20"/>
        </w:rPr>
        <w:t>[Apoc . 13 . 18]</w:t>
      </w:r>
    </w:p>
    <w:p>
      <w:r>
        <w:rPr>
          <w:rFonts w:ascii="Gentium Plus" w:hAnsi="Gentium Plus"/>
          <w:sz w:val="24"/>
        </w:rPr>
        <w:t>Ὧδε ἡ σοφία ἐστίν· ὁ ἔχων νοῦν ψηφισάτω τὸν ἀριθμὸν τοῦ θηρίου, ἀριθμὸς γὰρ ἀνθρώπου ἐστίν· καὶ ὁ ἀριθμὸς αὐτοῦ ἑξακόσιοι ἑξήκοντα ἕξ.</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[Apoc . 14 . 1]</w:t>
      </w:r>
    </w:p>
    <w:p>
      <w:r>
        <w:rPr>
          <w:rFonts w:ascii="Gentium Plus" w:hAnsi="Gentium Plus"/>
          <w:sz w:val="24"/>
        </w:rPr>
        <w:t>Καὶ εἶδον, καὶ ἰδοὺ τὸ ἀρνίον ἑστὸς ἐπὶ τὸ ὄρος Σιών, καὶ μετ’ αὐτοῦ ἑκατὸν τεσσαράκοντα τέσσαρες χιλιάδες ἔχουσαι τὸ ὄνομα αὐτοῦ καὶ τὸ ὄνομα τοῦ</w:t>
      </w:r>
    </w:p>
    <w:p>
      <w:r>
        <w:rPr>
          <w:rFonts w:ascii="Courier New" w:hAnsi="Courier New"/>
          <w:color w:val="555555"/>
          <w:sz w:val="20"/>
        </w:rPr>
        <w:t>[Apoc . 14 . 2]</w:t>
      </w:r>
    </w:p>
    <w:p>
      <w:r>
        <w:rPr>
          <w:rFonts w:ascii="Gentium Plus" w:hAnsi="Gentium Plus"/>
          <w:sz w:val="24"/>
        </w:rPr>
        <w:t>καὶ ἤκουσα φωνὴν ἐκ τοῦ οὐρανοῦ ὡς φωνὴν ὑδάτων πολλῶν καὶ ὡς φωνὴν βροντῆς μεγάλης, καὶ ἡ φωνὴ ἣν ἤκουσα ὡς κιθαρῳδῶν κιθαριζόντων ἐν ταῖς κιθάραις αὐτῶν.</w:t>
      </w:r>
    </w:p>
    <w:p>
      <w:r>
        <w:rPr>
          <w:rFonts w:ascii="Courier New" w:hAnsi="Courier New"/>
          <w:color w:val="555555"/>
          <w:sz w:val="20"/>
        </w:rPr>
        <w:t>[Apoc . 14 . 3]</w:t>
      </w:r>
    </w:p>
    <w:p>
      <w:r>
        <w:rPr>
          <w:rFonts w:ascii="Gentium Plus" w:hAnsi="Gentium Plus"/>
          <w:sz w:val="24"/>
        </w:rPr>
        <w:t>καὶ ᾄδουσιν [ὡς] ᾠδὴν καινὴν ἐνώπιον τοῦ θρόνου καὶ ἐνώπιον τῶν τεσσάρων ζῴων καὶ τῶν πρεσβυ‐ τέρων· καὶ οὐδεὶς ἐδύνατο μαθεῖν τὴν ᾠδὴν εἰ μὴ αἱ ἑκατὸν τεσσαράκοντα τέσσαρες χιλιάδες, οἱ ἠγορασμένοι</w:t>
      </w:r>
    </w:p>
    <w:p>
      <w:r>
        <w:rPr>
          <w:rFonts w:ascii="Courier New" w:hAnsi="Courier New"/>
          <w:color w:val="555555"/>
          <w:sz w:val="20"/>
        </w:rPr>
        <w:t>[5]</w:t>
      </w:r>
    </w:p>
    <w:p>
      <w:r>
        <w:rPr>
          <w:rFonts w:ascii="Gentium Plus" w:hAnsi="Gentium Plus"/>
          <w:sz w:val="24"/>
        </w:rPr>
        <w:t>ἀπὸ τῆς γῆς.</w:t>
      </w:r>
    </w:p>
    <w:p>
      <w:r>
        <w:rPr>
          <w:rFonts w:ascii="Courier New" w:hAnsi="Courier New"/>
          <w:color w:val="555555"/>
          <w:sz w:val="20"/>
        </w:rPr>
        <w:t>[Apoc . 14 . 4]</w:t>
      </w:r>
    </w:p>
    <w:p>
      <w:r>
        <w:rPr>
          <w:rFonts w:ascii="Gentium Plus" w:hAnsi="Gentium Plus"/>
          <w:sz w:val="24"/>
        </w:rPr>
        <w:t>οὗτοί εἰσιν οἳ μετὰ γυναικῶν οὐκ ἐμο‐ λύνθησαν, παρθένοι γάρ εἰσιν. οὗτοι οἱ ἀκολουθοῦντες τῷ ἀρνίῳ ὅπου ἂν ὑπάγῃ. οὗτοι ἠγοράσθησαν ἀπὸ τῶν ἀνθρώπων ἀπαρχὴ τῷ θεῷ καὶ τῷ ἀρνίῳ,</w:t>
      </w:r>
    </w:p>
    <w:p>
      <w:r>
        <w:rPr>
          <w:rFonts w:ascii="Courier New" w:hAnsi="Courier New"/>
          <w:color w:val="555555"/>
          <w:sz w:val="20"/>
        </w:rPr>
        <w:t>[Apoc . 14 . 5]</w:t>
      </w:r>
    </w:p>
    <w:p>
      <w:r>
        <w:rPr>
          <w:rFonts w:ascii="Gentium Plus" w:hAnsi="Gentium Plus"/>
          <w:sz w:val="24"/>
        </w:rPr>
        <w:t>καὶ ἐν τῷ στόματι αὐτῶν οὐχ εὑρέθη ψεῦδος· ἄμωμοί εἰσιν.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[Apoc . 14 . 6]</w:t>
      </w:r>
    </w:p>
    <w:p>
      <w:r>
        <w:rPr>
          <w:rFonts w:ascii="Gentium Plus" w:hAnsi="Gentium Plus"/>
          <w:sz w:val="24"/>
        </w:rPr>
        <w:t>Καὶ εἶδον ἄλλον ἄγγελον πετόμενον ἐν μεσουρανή‐ ματι, ἔχοντα εὐαγγέλιον αἰώνιον εὐαγγελίσαι ἐπὶ τοὺς καθημένους ἐπὶ τῆς γῆς καὶ ἐπὶ πᾶν ἔθνος καὶ φυλὴν καὶ γλῶσσαν καὶ λαόν,</w:t>
      </w:r>
    </w:p>
    <w:p>
      <w:r>
        <w:rPr>
          <w:rFonts w:ascii="Courier New" w:hAnsi="Courier New"/>
          <w:color w:val="555555"/>
          <w:sz w:val="20"/>
        </w:rPr>
        <w:t>[Apoc . 14 . 7]</w:t>
      </w:r>
    </w:p>
    <w:p>
      <w:r>
        <w:rPr>
          <w:rFonts w:ascii="Gentium Plus" w:hAnsi="Gentium Plus"/>
          <w:sz w:val="24"/>
        </w:rPr>
        <w:t>λέγων ἐν φωνῇ μεγάλῃ, Φοβή‐ θητε τὸν θεὸν καὶ δότε αὐτῷ δόξαν, ὅτι ἦλθεν ἡ ὥρα τῆς κρίσεως αὐτοῦ, καὶ προσκυνήσατε τῷ ποιήσαντι τὸν οὐρανὸν καὶ τὴν γῆν καὶ θάλασσαν καὶ πηγὰς ὑδάτων.</w:t>
      </w:r>
    </w:p>
    <w:p>
      <w:r>
        <w:rPr>
          <w:rFonts w:ascii="Courier New" w:hAnsi="Courier New"/>
          <w:color w:val="555555"/>
          <w:sz w:val="20"/>
        </w:rPr>
        <w:t>[Apoc . 14 . 8]</w:t>
      </w:r>
    </w:p>
    <w:p>
      <w:r>
        <w:rPr>
          <w:rFonts w:ascii="Gentium Plus" w:hAnsi="Gentium Plus"/>
          <w:sz w:val="24"/>
        </w:rPr>
        <w:t>Καὶ ἄλλος δεύτερος [ἄγγελος] ἠκολούθησεν λέγων, Ἔπεσεν, ἔπεσεν Βαβυλὼν ἡ μεγάλη, ἣ ἐκ τοῦ οἴνου τοῦ θυμοῦ τῆς πορνείας αὐτῆς πεπότικεν πάντα τὰ ἔθνη.</w:t>
      </w:r>
    </w:p>
    <w:p>
      <w:r>
        <w:rPr>
          <w:rFonts w:ascii="Courier New" w:hAnsi="Courier New"/>
          <w:color w:val="555555"/>
          <w:sz w:val="20"/>
        </w:rPr>
        <w:t>[Apoc . 14 . 9]</w:t>
      </w:r>
    </w:p>
    <w:p>
      <w:r>
        <w:rPr>
          <w:rFonts w:ascii="Gentium Plus" w:hAnsi="Gentium Plus"/>
          <w:sz w:val="24"/>
        </w:rPr>
        <w:t>Καὶ ἄλλος ἄγγελος τρίτος ἠκολούθησεν αὐτοῖς λέγων ἐν φωνῇ μεγάλῃ, Εἴ τις προσκυνεῖ τὸ θηρίον καὶ τὴν εἰκόνα αὐτοῦ, καὶ λαμβάνει χάραγμα ἐπὶ τοῦ μετώπου αὐτοῦ ἢ ἐπὶ τὴν χεῖρα αὐτοῦ,</w:t>
      </w:r>
    </w:p>
    <w:p>
      <w:r>
        <w:rPr>
          <w:rFonts w:ascii="Courier New" w:hAnsi="Courier New"/>
          <w:color w:val="555555"/>
          <w:sz w:val="20"/>
        </w:rPr>
        <w:t>[Apoc . 14 . 10]</w:t>
      </w:r>
    </w:p>
    <w:p>
      <w:r>
        <w:rPr>
          <w:rFonts w:ascii="Gentium Plus" w:hAnsi="Gentium Plus"/>
          <w:sz w:val="24"/>
        </w:rPr>
        <w:t>καὶ αὐτὸς πίεται ἐκ τοῦ οἴνου τοῦ θυμοῦ τοῦ θεοῦ τοῦ κεκερασμένου ἀκράτου ἐν τῷ ποτηρίῳ τῆς ὀργῆς αὐτοῦ, καὶ βασανισθήσεται ἐν πυρὶ καὶ θείῳ ἐνώπιον ἀγγέλων ἁγίων καὶ ἐνώπιον</w:t>
      </w:r>
    </w:p>
    <w:p>
      <w:r>
        <w:rPr>
          <w:rFonts w:ascii="Courier New" w:hAnsi="Courier New"/>
          <w:color w:val="555555"/>
          <w:sz w:val="20"/>
        </w:rPr>
        <w:t>[5]</w:t>
      </w:r>
    </w:p>
    <w:p>
      <w:r>
        <w:rPr>
          <w:rFonts w:ascii="Gentium Plus" w:hAnsi="Gentium Plus"/>
          <w:sz w:val="24"/>
        </w:rPr>
        <w:t>τοῦ ἀρνίου.</w:t>
      </w:r>
    </w:p>
    <w:p>
      <w:r>
        <w:rPr>
          <w:rFonts w:ascii="Courier New" w:hAnsi="Courier New"/>
          <w:color w:val="555555"/>
          <w:sz w:val="20"/>
        </w:rPr>
        <w:t>[Apoc . 14 . 11]</w:t>
      </w:r>
    </w:p>
    <w:p>
      <w:r>
        <w:rPr>
          <w:rFonts w:ascii="Gentium Plus" w:hAnsi="Gentium Plus"/>
          <w:sz w:val="24"/>
        </w:rPr>
        <w:t>καὶ ὁ καπνὸς τοῦ βασανισμοῦ αὐτῶν εἰς αἰῶνας αἰώνων ἀναβαίνει, καὶ οὐκ ἔχουσιν ἀνάπαυσιν ἡμέρας καὶ νυκτός, οἱ προσκυνοῦντες τὸ θηρίον καὶ τὴν εἰκόνα αὐτοῦ, καὶ εἴ τις λαμβάνει τὸ χάραγμα τοῦ</w:t>
      </w:r>
    </w:p>
    <w:p>
      <w:r>
        <w:rPr>
          <w:rFonts w:ascii="Courier New" w:hAnsi="Courier New"/>
          <w:color w:val="555555"/>
          <w:sz w:val="20"/>
        </w:rPr>
        <w:t>[5]</w:t>
      </w:r>
    </w:p>
    <w:p>
      <w:r>
        <w:rPr>
          <w:rFonts w:ascii="Gentium Plus" w:hAnsi="Gentium Plus"/>
          <w:sz w:val="24"/>
        </w:rPr>
        <w:t>ὀνόματος αὐτοῦ.</w:t>
      </w:r>
    </w:p>
    <w:p>
      <w:r>
        <w:rPr>
          <w:rFonts w:ascii="Courier New" w:hAnsi="Courier New"/>
          <w:color w:val="555555"/>
          <w:sz w:val="20"/>
        </w:rPr>
        <w:t>[Apoc . 14 . 12]</w:t>
      </w:r>
    </w:p>
    <w:p>
      <w:r>
        <w:rPr>
          <w:rFonts w:ascii="Gentium Plus" w:hAnsi="Gentium Plus"/>
          <w:sz w:val="24"/>
        </w:rPr>
        <w:t>Ὧδε ἡ ὑπομονὴ τῶν ἁγίων ἐστίν, οἱ τηροῦντες τὰς ἐντολὰς τοῦ θεοῦ καὶ τὴν πίστιν Ἰησοῦ.</w:t>
      </w:r>
    </w:p>
    <w:p>
      <w:r>
        <w:rPr>
          <w:rFonts w:ascii="Courier New" w:hAnsi="Courier New"/>
          <w:color w:val="555555"/>
          <w:sz w:val="20"/>
        </w:rPr>
        <w:t>[Apoc . 14 . 13]</w:t>
      </w:r>
    </w:p>
    <w:p>
      <w:r>
        <w:rPr>
          <w:rFonts w:ascii="Gentium Plus" w:hAnsi="Gentium Plus"/>
          <w:sz w:val="24"/>
        </w:rPr>
        <w:t>Καὶ ἤκουσα φωνῆς ἐκ τοῦ οὐρανοῦ λεγούσης,</w:t>
      </w:r>
    </w:p>
    <w:p>
      <w:r>
        <w:rPr>
          <w:rFonts w:ascii="Courier New" w:hAnsi="Courier New"/>
          <w:color w:val="555555"/>
          <w:sz w:val="20"/>
        </w:rPr>
        <w:t>[5]</w:t>
      </w:r>
    </w:p>
    <w:p>
      <w:r>
        <w:rPr>
          <w:rFonts w:ascii="Gentium Plus" w:hAnsi="Gentium Plus"/>
          <w:sz w:val="24"/>
        </w:rPr>
        <w:t>μετ’ αὐτῶν.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[Apoc . 14 . 14]</w:t>
      </w:r>
    </w:p>
    <w:p>
      <w:r>
        <w:rPr>
          <w:rFonts w:ascii="Gentium Plus" w:hAnsi="Gentium Plus"/>
          <w:sz w:val="24"/>
        </w:rPr>
        <w:t>Καὶ εἶδον, καὶ ἰδοὺ νεφέλη λευκή, καὶ ἐπὶ τὴν νεφέλην καθήμενον ὅμοιον υἱὸν ἀνθρώπου, ἔχων ἐπὶ τῆς κεφαλῆς αὐτοῦ στέφανον χρυσοῦν καὶ ἐν τῇ χειρὶ αὐτοῦ δρέπανον ὀξύ.</w:t>
      </w:r>
    </w:p>
    <w:p>
      <w:r>
        <w:rPr>
          <w:rFonts w:ascii="Courier New" w:hAnsi="Courier New"/>
          <w:color w:val="555555"/>
          <w:sz w:val="20"/>
        </w:rPr>
        <w:t>[Apoc . 14 . 15]</w:t>
      </w:r>
    </w:p>
    <w:p>
      <w:r>
        <w:rPr>
          <w:rFonts w:ascii="Gentium Plus" w:hAnsi="Gentium Plus"/>
          <w:sz w:val="24"/>
        </w:rPr>
        <w:t>καὶ ἄλλος ἄγγελος ἐξῆλθεν ἐκ τοῦ ναοῦ, κράζων ἐν φωνῇ μεγάλῃ τῷ καθημένῳ ἐπὶ τῆς νεφέλης, Πέμψον τὸ δρέπανόν σου καὶ θέρισον, ὅτι ἦλθεν ἡ ὥρα θερίσαι, ὅτι ἐξηράνθη ὁ θερισμὸς τῆς γῆς.</w:t>
      </w:r>
    </w:p>
    <w:p>
      <w:r>
        <w:rPr>
          <w:rFonts w:ascii="Courier New" w:hAnsi="Courier New"/>
          <w:color w:val="555555"/>
          <w:sz w:val="20"/>
        </w:rPr>
        <w:t>[Apoc . 14 . 16]</w:t>
      </w:r>
    </w:p>
    <w:p>
      <w:r>
        <w:rPr>
          <w:rFonts w:ascii="Gentium Plus" w:hAnsi="Gentium Plus"/>
          <w:sz w:val="24"/>
        </w:rPr>
        <w:t>καὶ ἔβαλεν ὁ καθήμενος ἐπὶ τῆς νεφέλης τὸ δρέπανον αὐτοῦ ἐπὶ τὴν γῆν, καὶ ἐθερίσθη ἡ γῆ.</w:t>
      </w:r>
    </w:p>
    <w:p>
      <w:r>
        <w:rPr>
          <w:rFonts w:ascii="Courier New" w:hAnsi="Courier New"/>
          <w:color w:val="555555"/>
          <w:sz w:val="20"/>
        </w:rPr>
        <w:t>[Apoc . 14 . 17]</w:t>
      </w:r>
    </w:p>
    <w:p>
      <w:r>
        <w:rPr>
          <w:rFonts w:ascii="Gentium Plus" w:hAnsi="Gentium Plus"/>
          <w:sz w:val="24"/>
        </w:rPr>
        <w:t>Καὶ ἄλλος ἄγγελος ἐξῆλθεν ἐκ τοῦ ναοῦ τοῦ ἐν τῷ οὐρανῷ, ἔχων καὶ αὐτὸς δρέπανον ὀξύ.</w:t>
      </w:r>
    </w:p>
    <w:p>
      <w:r>
        <w:rPr>
          <w:rFonts w:ascii="Courier New" w:hAnsi="Courier New"/>
          <w:color w:val="555555"/>
          <w:sz w:val="20"/>
        </w:rPr>
        <w:t>[Apoc . 14 . 18]</w:t>
      </w:r>
    </w:p>
    <w:p>
      <w:r>
        <w:rPr>
          <w:rFonts w:ascii="Gentium Plus" w:hAnsi="Gentium Plus"/>
          <w:sz w:val="24"/>
        </w:rPr>
        <w:t>Καὶ ἄλλος ἄγγελος ἐκ τοῦ θυσιαστηρίου, ἔχων ἐξουσίαν ἐπὶ τοῦ πυρός, καὶ ἐφώνησεν φωνῇ μεγάλῃ τῷ ἔχοντι τὸ δρέ‐ πανον τὸ ὀξὺ λέγων, Πέμψον σου τὸ δρέπανον τὸ ὀξὺ</w:t>
      </w:r>
    </w:p>
    <w:p>
      <w:r>
        <w:rPr>
          <w:rFonts w:ascii="Courier New" w:hAnsi="Courier New"/>
          <w:color w:val="555555"/>
          <w:sz w:val="20"/>
        </w:rPr>
        <w:t>[5]</w:t>
      </w:r>
    </w:p>
    <w:p>
      <w:r>
        <w:rPr>
          <w:rFonts w:ascii="Gentium Plus" w:hAnsi="Gentium Plus"/>
          <w:sz w:val="24"/>
        </w:rPr>
        <w:t>καὶ τρύγησον τοὺς βότρυας τῆς ἀμπέλου τῆς γῆς, ὅτι ἤκμασαν αἱ σταφυλαὶ αὐτῆς.</w:t>
      </w:r>
    </w:p>
    <w:p>
      <w:r>
        <w:rPr>
          <w:rFonts w:ascii="Courier New" w:hAnsi="Courier New"/>
          <w:color w:val="555555"/>
          <w:sz w:val="20"/>
        </w:rPr>
        <w:t>[Apoc . 14 . 19]</w:t>
      </w:r>
    </w:p>
    <w:p>
      <w:r>
        <w:rPr>
          <w:rFonts w:ascii="Gentium Plus" w:hAnsi="Gentium Plus"/>
          <w:sz w:val="24"/>
        </w:rPr>
        <w:t>καὶ ἔβαλεν ὁ ἄγγελος τὸ δρέπανον αὐτοῦ εἰς τὴν γῆν, καὶ ἐτρύγησεν τὴν ἄμπε‐</w:t>
      </w:r>
    </w:p>
    <w:p>
      <w:r>
        <w:rPr>
          <w:rFonts w:ascii="Courier New" w:hAnsi="Courier New"/>
          <w:color w:val="555555"/>
          <w:sz w:val="20"/>
        </w:rPr>
        <w:t>[Apoc . 14 . 20]</w:t>
      </w:r>
    </w:p>
    <w:p>
      <w:r>
        <w:rPr>
          <w:rFonts w:ascii="Gentium Plus" w:hAnsi="Gentium Plus"/>
          <w:sz w:val="24"/>
        </w:rPr>
        <w:t>καὶ ἐπατήθη ἡ ληνὸς ἔξωθεν τῆς πόλεως, καὶ ἐξῆλθεν αἷμα ἐκ τῆς ληνοῦ ἄχρι τῶν χαλινῶν τῶν ἵππων ἀπὸ σταδίων χιλίων ἑξακοσίων.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[Apoc . 15 . 1]</w:t>
      </w:r>
    </w:p>
    <w:p>
      <w:r>
        <w:rPr>
          <w:rFonts w:ascii="Gentium Plus" w:hAnsi="Gentium Plus"/>
          <w:sz w:val="24"/>
        </w:rPr>
        <w:t>Καὶ εἶδον ἄλλο σημεῖον ἐν τῷ οὐρανῷ μέγα καὶ θαυμαστόν, ἀγγέλους ἑπτὰ ἔχοντας πληγὰς ἑπτὰ τὰς ἐσχάτας, ὅτι ἐν αὐταῖς ἐτελέσθη ὁ θυμὸς τοῦ θεοῦ.</w:t>
      </w:r>
    </w:p>
    <w:p>
      <w:r>
        <w:rPr>
          <w:rFonts w:ascii="Courier New" w:hAnsi="Courier New"/>
          <w:color w:val="555555"/>
          <w:sz w:val="20"/>
        </w:rPr>
        <w:t>[Apoc . 15 . 2]</w:t>
      </w:r>
    </w:p>
    <w:p>
      <w:r>
        <w:rPr>
          <w:rFonts w:ascii="Gentium Plus" w:hAnsi="Gentium Plus"/>
          <w:sz w:val="24"/>
        </w:rPr>
        <w:t>Καὶ εἶδον ὡς θάλασσαν ὑαλίνην μεμιγμένην πυρί, καὶ τοὺς νικῶντας ἐκ τοῦ θηρίου καὶ ἐκ τῆς εἰκόνος αὐτοῦ καὶ ἐκ τοῦ ἀριθμοῦ τοῦ ὀνόματος αὐτοῦ ἑστῶτας ἐπὶ τὴν θάλασσαν τὴν ὑαλίνην, ἔχοντας κιθάρας τοῦ</w:t>
      </w:r>
    </w:p>
    <w:p>
      <w:r>
        <w:rPr>
          <w:rFonts w:ascii="Courier New" w:hAnsi="Courier New"/>
          <w:color w:val="555555"/>
          <w:sz w:val="20"/>
        </w:rPr>
        <w:t>[5]</w:t>
      </w:r>
    </w:p>
    <w:p>
      <w:r>
        <w:rPr>
          <w:rFonts w:ascii="Gentium Plus" w:hAnsi="Gentium Plus"/>
          <w:sz w:val="24"/>
        </w:rPr>
        <w:t>θεοῦ.</w:t>
      </w:r>
    </w:p>
    <w:p>
      <w:r>
        <w:rPr>
          <w:rFonts w:ascii="Courier New" w:hAnsi="Courier New"/>
          <w:color w:val="555555"/>
          <w:sz w:val="20"/>
        </w:rPr>
        <w:t>[Apoc . 15 . 3]</w:t>
      </w:r>
    </w:p>
    <w:p>
      <w:r>
        <w:rPr>
          <w:rFonts w:ascii="Gentium Plus" w:hAnsi="Gentium Plus"/>
          <w:sz w:val="24"/>
        </w:rPr>
        <w:t>καὶ ᾄδουσιν τὴν ᾠδὴν Μωϋσέως τοῦ δούλου τοῦ θεοῦ καὶ τὴν ᾠδὴν τοῦ ἀρνίου λέγοντες, Μεγάλα καὶ θαυμαστὰ τὰ ἔργα σου, κύριε ὁ θεὸς ὁ παντοκράτωρ·</w:t>
      </w:r>
    </w:p>
    <w:p>
      <w:r>
        <w:rPr>
          <w:rFonts w:ascii="Courier New" w:hAnsi="Courier New"/>
          <w:color w:val="555555"/>
          <w:sz w:val="20"/>
        </w:rPr>
        <w:t>[5]</w:t>
      </w:r>
    </w:p>
    <w:p>
      <w:r>
        <w:rPr>
          <w:rFonts w:ascii="Gentium Plus" w:hAnsi="Gentium Plus"/>
          <w:sz w:val="24"/>
        </w:rPr>
        <w:t>δίκαιαι καὶ ἀληθιναὶ αἱ ὁδοί σου,</w:t>
      </w:r>
    </w:p>
    <w:p>
      <w:r>
        <w:rPr>
          <w:rFonts w:ascii="Courier New" w:hAnsi="Courier New"/>
          <w:color w:val="555555"/>
          <w:sz w:val="20"/>
        </w:rPr>
        <w:t>[Apoc . 15 . 4]</w:t>
      </w:r>
    </w:p>
    <w:p>
      <w:r>
        <w:rPr>
          <w:rFonts w:ascii="Gentium Plus" w:hAnsi="Gentium Plus"/>
          <w:sz w:val="24"/>
        </w:rPr>
        <w:t>τίς οὐ μὴ φοβηθῇ, κύριε, καὶ δοξάσει τὸ ὄνομά σου; ὅτι μόνος ὅσιος, ὅτι πάντα τὰ ἔθνη ἥξουσιν</w:t>
      </w:r>
    </w:p>
    <w:p>
      <w:r>
        <w:rPr>
          <w:rFonts w:ascii="Courier New" w:hAnsi="Courier New"/>
          <w:color w:val="555555"/>
          <w:sz w:val="20"/>
        </w:rPr>
        <w:t>[5]</w:t>
      </w:r>
    </w:p>
    <w:p>
      <w:r>
        <w:rPr>
          <w:rFonts w:ascii="Gentium Plus" w:hAnsi="Gentium Plus"/>
          <w:sz w:val="24"/>
        </w:rPr>
        <w:t>καὶ προσκυνήσουσιν ἐνώπιόν σου, ὅτι τὰ δικαιώματά σου ἐφανερώθησαν.</w:t>
      </w:r>
    </w:p>
    <w:p>
      <w:r>
        <w:rPr>
          <w:rFonts w:ascii="Courier New" w:hAnsi="Courier New"/>
          <w:color w:val="555555"/>
          <w:sz w:val="20"/>
        </w:rPr>
        <w:t>[Apoc . 15 . 5]</w:t>
      </w:r>
    </w:p>
    <w:p>
      <w:r>
        <w:rPr>
          <w:rFonts w:ascii="Gentium Plus" w:hAnsi="Gentium Plus"/>
          <w:sz w:val="24"/>
        </w:rPr>
        <w:t>Καὶ μετὰ ταῦτα εἶδον, καὶ ἠνοίγη ὁ ναὸς τῆς σκηνῆς τοῦ μαρτυρίου ἐν τῷ οὐρανῷ,</w:t>
      </w:r>
    </w:p>
    <w:p>
      <w:r>
        <w:rPr>
          <w:rFonts w:ascii="Courier New" w:hAnsi="Courier New"/>
          <w:color w:val="555555"/>
          <w:sz w:val="20"/>
        </w:rPr>
        <w:t>[Apoc . 15 . 6]</w:t>
      </w:r>
    </w:p>
    <w:p>
      <w:r>
        <w:rPr>
          <w:rFonts w:ascii="Gentium Plus" w:hAnsi="Gentium Plus"/>
          <w:sz w:val="24"/>
        </w:rPr>
        <w:t>καὶ ἐξῆλθον οἱ ἑπτὰ ἄγγελοι [οἱ] ἔχοντες τὰς ἑπτὰ πληγὰς ἐκ τοῦ ναοῦ, ἐνδεδυμένοι λίνον καθαρὸν λαμπρὸν καὶ περιεζωσμένοι περὶ τὰ στήθη ζώνας χρυσᾶς.</w:t>
      </w:r>
    </w:p>
    <w:p>
      <w:r>
        <w:rPr>
          <w:rFonts w:ascii="Courier New" w:hAnsi="Courier New"/>
          <w:color w:val="555555"/>
          <w:sz w:val="20"/>
        </w:rPr>
        <w:t>[Apoc . 15 . 7]</w:t>
      </w:r>
    </w:p>
    <w:p>
      <w:r>
        <w:rPr>
          <w:rFonts w:ascii="Gentium Plus" w:hAnsi="Gentium Plus"/>
          <w:sz w:val="24"/>
        </w:rPr>
        <w:t>καὶ ἓν ἐκ τῶν τεσσάρων ζῴων ἔδωκεν τοῖς ἑπτὰ ἀγγέλοις ἑπτὰ φιάλας χρυσᾶς γεμούσας τοῦ θυμοῦ τοῦ θεοῦ τοῦ ζῶντος εἰς τοὺς αἰῶνας τῶν αἰώνων.</w:t>
      </w:r>
    </w:p>
    <w:p>
      <w:r>
        <w:rPr>
          <w:rFonts w:ascii="Courier New" w:hAnsi="Courier New"/>
          <w:color w:val="555555"/>
          <w:sz w:val="20"/>
        </w:rPr>
        <w:t>[Apoc . 15 . 8]</w:t>
      </w:r>
    </w:p>
    <w:p>
      <w:r>
        <w:rPr>
          <w:rFonts w:ascii="Gentium Plus" w:hAnsi="Gentium Plus"/>
          <w:sz w:val="24"/>
        </w:rPr>
        <w:t>καὶ ἐγεμίσθη ὁ ναὸς καπνοῦ ἐκ τῆς δόξης τοῦ θεοῦ καὶ ἐκ τῆς δυνάμεως αὐτοῦ, καὶ οὐδεὶς ἐδύνατο εἰσελθεῖν εἰς τὸν ναὸν ἄχρι τελεσθῶσιν αἱ ἑπτὰ</w:t>
      </w:r>
    </w:p>
    <w:p>
      <w:r>
        <w:rPr>
          <w:rFonts w:ascii="Courier New" w:hAnsi="Courier New"/>
          <w:color w:val="555555"/>
          <w:sz w:val="20"/>
        </w:rPr>
        <w:t>[Apoc . 16 . 1]</w:t>
      </w:r>
    </w:p>
    <w:p>
      <w:r>
        <w:rPr>
          <w:rFonts w:ascii="Gentium Plus" w:hAnsi="Gentium Plus"/>
          <w:sz w:val="24"/>
        </w:rPr>
        <w:t>Καὶ ἤκουσα μεγάλης φωνῆς ἐκ τοῦ ναοῦ λεγούσης τοῖς ἑπτὰ ἀγγέλοις, Ὑπάγετε καὶ ἐκχέετε τὰς ἑπτὰ φιάλας τοῦ θυμοῦ τοῦ θεοῦ εἰς τὴν γῆν.</w:t>
      </w:r>
    </w:p>
    <w:p>
      <w:r>
        <w:rPr>
          <w:rFonts w:ascii="Courier New" w:hAnsi="Courier New"/>
          <w:color w:val="555555"/>
          <w:sz w:val="20"/>
        </w:rPr>
        <w:t>[Apoc . 16 . 2]</w:t>
      </w:r>
    </w:p>
    <w:p>
      <w:r>
        <w:rPr>
          <w:rFonts w:ascii="Gentium Plus" w:hAnsi="Gentium Plus"/>
          <w:sz w:val="24"/>
        </w:rPr>
        <w:t>Καὶ ἀπῆλθεν ὁ πρῶτος καὶ ἐξέχεεν τὴν φιάλην αὐτοῦ εἰς τὴν γῆν· καὶ ἐγένετο ἕλκος κακὸν καὶ πονηρὸν ἐπὶ τοὺς ἀνθρώπους τοὺς ἔχοντας τὸ χάραγμα τοῦ θηρίου καὶ τοὺς προσκυνοῦντας τῇ εἰκόνι αὐτοῦ.</w:t>
      </w:r>
    </w:p>
    <w:p>
      <w:r>
        <w:rPr>
          <w:rFonts w:ascii="Courier New" w:hAnsi="Courier New"/>
          <w:color w:val="555555"/>
          <w:sz w:val="20"/>
        </w:rPr>
        <w:t>[Apoc . 16 . 3]</w:t>
      </w:r>
    </w:p>
    <w:p>
      <w:r>
        <w:rPr>
          <w:rFonts w:ascii="Gentium Plus" w:hAnsi="Gentium Plus"/>
          <w:sz w:val="24"/>
        </w:rPr>
        <w:t>Καὶ ὁ δεύτερος ἐξέχεεν τὴν φιάλην αὐτοῦ εἰς τὴν θάλασσαν· καὶ ἐγένετο αἷμα ὡς νεκροῦ, καὶ πᾶσα ψυχὴ ζωῆς ἀπέθανεν, τὰ ἐν τῇ θαλάσσῃ.</w:t>
      </w:r>
    </w:p>
    <w:p>
      <w:r>
        <w:rPr>
          <w:rFonts w:ascii="Courier New" w:hAnsi="Courier New"/>
          <w:color w:val="555555"/>
          <w:sz w:val="20"/>
        </w:rPr>
        <w:t>[Apoc . 16 . 4]</w:t>
      </w:r>
    </w:p>
    <w:p>
      <w:r>
        <w:rPr>
          <w:rFonts w:ascii="Gentium Plus" w:hAnsi="Gentium Plus"/>
          <w:sz w:val="24"/>
        </w:rPr>
        <w:t>Καὶ ὁ τρίτος ἐξέχεεν τὴν φιάλην αὐτοῦ εἰς τοὺς ποταμοὺς καὶ τὰς πηγὰς τῶν ὑδάτων· καὶ ἐγένετο αἷμα.</w:t>
      </w:r>
    </w:p>
    <w:p>
      <w:r>
        <w:rPr>
          <w:rFonts w:ascii="Courier New" w:hAnsi="Courier New"/>
          <w:color w:val="555555"/>
          <w:sz w:val="20"/>
        </w:rPr>
        <w:t>[Apoc . 16 . 5]</w:t>
      </w:r>
    </w:p>
    <w:p>
      <w:r>
        <w:rPr>
          <w:rFonts w:ascii="Gentium Plus" w:hAnsi="Gentium Plus"/>
          <w:sz w:val="24"/>
        </w:rPr>
        <w:t>καὶ ἤκουσα τοῦ ἀγγέλου τῶν ὑδάτων λέγοντος, Δίκαιος εἶ, ὁ ὢν καὶ ὁ ἦν, ὁ ὅσιος, ὅτι ταῦτα ἔκρινας,</w:t>
      </w:r>
    </w:p>
    <w:p>
      <w:r>
        <w:rPr>
          <w:rFonts w:ascii="Courier New" w:hAnsi="Courier New"/>
          <w:color w:val="555555"/>
          <w:sz w:val="20"/>
        </w:rPr>
        <w:t>[Apoc . 16 . 6]</w:t>
      </w:r>
    </w:p>
    <w:p>
      <w:r>
        <w:rPr>
          <w:rFonts w:ascii="Gentium Plus" w:hAnsi="Gentium Plus"/>
          <w:sz w:val="24"/>
        </w:rPr>
        <w:t>ὅτι αἷμα ἁγίων καὶ προφητῶν ἐξέχεαν, καὶ αἷμα αὐτοῖς δέδωκας πιεῖν· ἄξιοί εἰσιν.</w:t>
      </w:r>
    </w:p>
    <w:p>
      <w:r>
        <w:rPr>
          <w:rFonts w:ascii="Courier New" w:hAnsi="Courier New"/>
          <w:color w:val="555555"/>
          <w:sz w:val="20"/>
        </w:rPr>
        <w:t>[Apoc . 16 . 7]</w:t>
      </w:r>
    </w:p>
    <w:p>
      <w:r>
        <w:rPr>
          <w:rFonts w:ascii="Gentium Plus" w:hAnsi="Gentium Plus"/>
          <w:sz w:val="24"/>
        </w:rPr>
        <w:t>καὶ ἤκουσα τοῦ θυσιαστηρίου λέγοντος, Ναί, κύριε ὁ θεὸς ὁ παντοκράτωρ,</w:t>
      </w:r>
    </w:p>
    <w:p>
      <w:r>
        <w:rPr>
          <w:rFonts w:ascii="Courier New" w:hAnsi="Courier New"/>
          <w:color w:val="555555"/>
          <w:sz w:val="20"/>
        </w:rPr>
        <w:t>[Apoc . 16 . 8]</w:t>
      </w:r>
    </w:p>
    <w:p>
      <w:r>
        <w:rPr>
          <w:rFonts w:ascii="Gentium Plus" w:hAnsi="Gentium Plus"/>
          <w:sz w:val="24"/>
        </w:rPr>
        <w:t>Καὶ ὁ τέταρτος ἐξέχεεν τὴν φιάλην αὐτοῦ ἐπὶ τὸν ἥλιον· καὶ ἐδόθη αὐτῷ καυματίσαι τοὺς ἀνθρώπους ἐν πυρί.</w:t>
      </w:r>
    </w:p>
    <w:p>
      <w:r>
        <w:rPr>
          <w:rFonts w:ascii="Courier New" w:hAnsi="Courier New"/>
          <w:color w:val="555555"/>
          <w:sz w:val="20"/>
        </w:rPr>
        <w:t>[Apoc . 16 . 9]</w:t>
      </w:r>
    </w:p>
    <w:p>
      <w:r>
        <w:rPr>
          <w:rFonts w:ascii="Gentium Plus" w:hAnsi="Gentium Plus"/>
          <w:sz w:val="24"/>
        </w:rPr>
        <w:t>καὶ ἐκαυματίσθησαν οἱ ἄνθρωποι καῦμα μέγα, καὶ ἐβλασφήμησαν τὸ ὄνομα τοῦ θεοῦ τοῦ ἔχοντος τὴν ἐξουσίαν ἐπὶ τὰς πληγὰς ταύτας, καὶ οὐ μετενόησαν δοῦναι αὐτῷ δόξαν.</w:t>
      </w:r>
    </w:p>
    <w:p>
      <w:r>
        <w:rPr>
          <w:rFonts w:ascii="Courier New" w:hAnsi="Courier New"/>
          <w:color w:val="555555"/>
          <w:sz w:val="20"/>
        </w:rPr>
        <w:t>[Apoc . 16 . 10]</w:t>
      </w:r>
    </w:p>
    <w:p>
      <w:r>
        <w:rPr>
          <w:rFonts w:ascii="Gentium Plus" w:hAnsi="Gentium Plus"/>
          <w:sz w:val="24"/>
        </w:rPr>
        <w:t>Καὶ ὁ πέμπτος ἐξέχεεν τὴν φιάλην αὐτοῦ ἐπὶ τὸν θρόνον τοῦ θηρίου· καὶ ἐγένετο ἡ βασιλεία αὐτοῦ ἐσκοτωμένη, καὶ ἐμασῶντο τὰς γλώσσας αὐτῶν ἐκ τοῦ πόνου,</w:t>
      </w:r>
    </w:p>
    <w:p>
      <w:r>
        <w:rPr>
          <w:rFonts w:ascii="Courier New" w:hAnsi="Courier New"/>
          <w:color w:val="555555"/>
          <w:sz w:val="20"/>
        </w:rPr>
        <w:t>[Apoc . 16 . 11]</w:t>
      </w:r>
    </w:p>
    <w:p>
      <w:r>
        <w:rPr>
          <w:rFonts w:ascii="Gentium Plus" w:hAnsi="Gentium Plus"/>
          <w:sz w:val="24"/>
        </w:rPr>
        <w:t>καὶ ἐβλασφήμησαν τὸν θεὸν τοῦ οὐρανοῦ ἐκ τῶν πόνων αὐτῶν καὶ ἐκ τῶν ἑλκῶν αὐτῶν, καὶ οὐ μετενόησαν ἐκ τῶν ἔργων αὐτῶν.</w:t>
      </w:r>
    </w:p>
    <w:p>
      <w:r>
        <w:rPr>
          <w:rFonts w:ascii="Courier New" w:hAnsi="Courier New"/>
          <w:color w:val="555555"/>
          <w:sz w:val="20"/>
        </w:rPr>
        <w:t>[Apoc . 16 . 12]</w:t>
      </w:r>
    </w:p>
    <w:p>
      <w:r>
        <w:rPr>
          <w:rFonts w:ascii="Gentium Plus" w:hAnsi="Gentium Plus"/>
          <w:sz w:val="24"/>
        </w:rPr>
        <w:t>Καὶ ὁ ἕκτος ἐξέχεεν τὴν φιάλην αὐτοῦ ἐπὶ τὸν ποταμὸν τὸν μέγαν τὸν Εὐφράτην· καὶ ἐξηράνθη τὸ ὕδωρ αὐτοῦ, ἵνα ἑτοιμασθῇ ἡ ὁδὸς τῶν βασιλέων τῶν ἀπὸ ἀνατολῆς ἡλίου.</w:t>
      </w:r>
    </w:p>
    <w:p>
      <w:r>
        <w:rPr>
          <w:rFonts w:ascii="Courier New" w:hAnsi="Courier New"/>
          <w:color w:val="555555"/>
          <w:sz w:val="20"/>
        </w:rPr>
        <w:t>[Apoc . 16 . 13]</w:t>
      </w:r>
    </w:p>
    <w:p>
      <w:r>
        <w:rPr>
          <w:rFonts w:ascii="Gentium Plus" w:hAnsi="Gentium Plus"/>
          <w:sz w:val="24"/>
        </w:rPr>
        <w:t>Καὶ εἶδον ἐκ τοῦ στόματος τοῦ δράκοντος καὶ ἐκ τοῦ στόματος τοῦ θηρίου καὶ ἐκ τοῦ στόματος τοῦ ψευδοπροφήτου πνεύματα τρία ἀκάθαρτα ὡς βάτραχοι·</w:t>
      </w:r>
    </w:p>
    <w:p>
      <w:r>
        <w:rPr>
          <w:rFonts w:ascii="Courier New" w:hAnsi="Courier New"/>
          <w:color w:val="555555"/>
          <w:sz w:val="20"/>
        </w:rPr>
        <w:t>[Apoc . 16 . 14]</w:t>
      </w:r>
    </w:p>
    <w:p>
      <w:r>
        <w:rPr>
          <w:rFonts w:ascii="Gentium Plus" w:hAnsi="Gentium Plus"/>
          <w:sz w:val="24"/>
        </w:rPr>
        <w:t>εἰσὶν γὰρ πνεύματα δαιμονίων ποι‐ οῦντα σημεῖα, ἃ ἐκπορεύεται ἐπὶ τοὺς βασιλεῖς τῆς οἰκουμένης ὅλης, συναγαγεῖν αὐτοὺς εἰς τὸν πόλεμον τῆς μεγάλης ἡμέρας τοῦ θεοῦ τοῦ παντοκράτορος.</w:t>
      </w:r>
    </w:p>
    <w:p>
      <w:r>
        <w:rPr>
          <w:rFonts w:ascii="Courier New" w:hAnsi="Courier New"/>
          <w:color w:val="555555"/>
          <w:sz w:val="20"/>
        </w:rPr>
        <w:t>[Apoc . 16 . 15]</w:t>
      </w:r>
    </w:p>
    <w:p>
      <w:r>
        <w:rPr>
          <w:rFonts w:ascii="Gentium Plus" w:hAnsi="Gentium Plus"/>
          <w:sz w:val="24"/>
        </w:rPr>
        <w:t>Ἰδοὺ ἔρχομαι ὡς κλέπτης. μακάριος ὁ γρηγορῶν καὶ τηρῶν τὰ ἱμάτια αὐτοῦ, ἵνα μὴ γυμνὸς περιπατῇ καὶ βλέπωσιν τὴν ἀσχημοσύνην αὐτοῦ.</w:t>
      </w:r>
    </w:p>
    <w:p>
      <w:r>
        <w:rPr>
          <w:rFonts w:ascii="Courier New" w:hAnsi="Courier New"/>
          <w:color w:val="555555"/>
          <w:sz w:val="20"/>
        </w:rPr>
        <w:t>[Apoc . 16 . 16]</w:t>
      </w:r>
    </w:p>
    <w:p>
      <w:r>
        <w:rPr>
          <w:rFonts w:ascii="Gentium Plus" w:hAnsi="Gentium Plus"/>
          <w:sz w:val="24"/>
        </w:rPr>
        <w:t>καὶ συνήγαγεν αὐτοὺς εἰς τὸν τόπον τὸν καλούμενον Ἑβραϊστὶ Ἁρμα‐</w:t>
      </w:r>
    </w:p>
    <w:p>
      <w:r>
        <w:rPr>
          <w:rFonts w:ascii="Courier New" w:hAnsi="Courier New"/>
          <w:color w:val="555555"/>
          <w:sz w:val="20"/>
        </w:rPr>
        <w:t>[Apoc . 16 . 17]</w:t>
      </w:r>
    </w:p>
    <w:p>
      <w:r>
        <w:rPr>
          <w:rFonts w:ascii="Gentium Plus" w:hAnsi="Gentium Plus"/>
          <w:sz w:val="24"/>
        </w:rPr>
        <w:t>Καὶ ὁ ἕβδομος ἐξέχεεν τὴν φιάλην αὐτοῦ ἐπὶ τὸν ἀέρα· καὶ ἐξῆλθεν φωνὴ μεγάλη ἐκ τοῦ ναοῦ ἀπὸ τοῦ θρόνου λέγουσα, Γέγονεν.</w:t>
      </w:r>
    </w:p>
    <w:p>
      <w:r>
        <w:rPr>
          <w:rFonts w:ascii="Courier New" w:hAnsi="Courier New"/>
          <w:color w:val="555555"/>
          <w:sz w:val="20"/>
        </w:rPr>
        <w:t>[Apoc . 16 . 18]</w:t>
      </w:r>
    </w:p>
    <w:p>
      <w:r>
        <w:rPr>
          <w:rFonts w:ascii="Gentium Plus" w:hAnsi="Gentium Plus"/>
          <w:sz w:val="24"/>
        </w:rPr>
        <w:t>καὶ ἐγένοντο ἀστρα‐ παὶ καὶ φωναὶ καὶ βρονταί, καὶ σεισμὸς ἐγένετο μέγας οἷος οὐκ ἐγένετο ἀφ’ οὗ ἄνθρωπος ἐγένετο ἐπὶ τῆς γῆς τηλικοῦτος σεισμὸς οὕτω μέγας.</w:t>
      </w:r>
    </w:p>
    <w:p>
      <w:r>
        <w:rPr>
          <w:rFonts w:ascii="Courier New" w:hAnsi="Courier New"/>
          <w:color w:val="555555"/>
          <w:sz w:val="20"/>
        </w:rPr>
        <w:t>[Apoc . 16 . 19]</w:t>
      </w:r>
    </w:p>
    <w:p>
      <w:r>
        <w:rPr>
          <w:rFonts w:ascii="Gentium Plus" w:hAnsi="Gentium Plus"/>
          <w:sz w:val="24"/>
        </w:rPr>
        <w:t>καὶ ἐγένετο ἡ πόλις ἡ μεγάλη εἰς τρία μέρη, καὶ αἱ πόλεις τῶν ἐθνῶν ἔπεσαν. καὶ Βαβυλὼν ἡ μεγάλη ἐμνήσθη ἐνώπιον τοῦ θεοῦ δοῦναι αὐτῇ τὸ ποτήριον τοῦ οἴνου τοῦ θυμοῦ τῆς ὀργῆς</w:t>
      </w:r>
    </w:p>
    <w:p>
      <w:r>
        <w:rPr>
          <w:rFonts w:ascii="Courier New" w:hAnsi="Courier New"/>
          <w:color w:val="555555"/>
          <w:sz w:val="20"/>
        </w:rPr>
        <w:t>[5]</w:t>
      </w:r>
    </w:p>
    <w:p>
      <w:r>
        <w:rPr>
          <w:rFonts w:ascii="Gentium Plus" w:hAnsi="Gentium Plus"/>
          <w:sz w:val="24"/>
        </w:rPr>
        <w:t>αὐτοῦ.</w:t>
      </w:r>
    </w:p>
    <w:p>
      <w:r>
        <w:rPr>
          <w:rFonts w:ascii="Courier New" w:hAnsi="Courier New"/>
          <w:color w:val="555555"/>
          <w:sz w:val="20"/>
        </w:rPr>
        <w:t>[Apoc . 16 . 20]</w:t>
      </w:r>
    </w:p>
    <w:p>
      <w:r>
        <w:rPr>
          <w:rFonts w:ascii="Gentium Plus" w:hAnsi="Gentium Plus"/>
          <w:sz w:val="24"/>
        </w:rPr>
        <w:t>καὶ πᾶσα νῆσος ἔφυγεν, καὶ ὄρη οὐχ εὑρέ‐ θησαν.</w:t>
      </w:r>
    </w:p>
    <w:p>
      <w:r>
        <w:rPr>
          <w:rFonts w:ascii="Courier New" w:hAnsi="Courier New"/>
          <w:color w:val="555555"/>
          <w:sz w:val="20"/>
        </w:rPr>
        <w:t>[Apoc . 16 . 21]</w:t>
      </w:r>
    </w:p>
    <w:p>
      <w:r>
        <w:rPr>
          <w:rFonts w:ascii="Gentium Plus" w:hAnsi="Gentium Plus"/>
          <w:sz w:val="24"/>
        </w:rPr>
        <w:t>καὶ χάλαζα μεγάλη ὡς ταλαντιαία καταβαίνει ἐκ τοῦ οὐρανοῦ ἐπὶ τοὺς ἀνθρώπους· καὶ ἐβλασφήμησαν οἱ ἄνθρωποι τὸν θεὸν ἐκ τῆς πληγῆς τῆς χαλάζης, ὅτι μεγάλη ἐστὶν ἡ πληγὴ αὐτῆς σφόδρα.</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[Apoc . 17 . 1]</w:t>
      </w:r>
    </w:p>
    <w:p>
      <w:r>
        <w:rPr>
          <w:rFonts w:ascii="Gentium Plus" w:hAnsi="Gentium Plus"/>
          <w:sz w:val="24"/>
        </w:rPr>
        <w:t>Καὶ ἦλθεν εἷς ἐκ τῶν ἑπτὰ ἀγγέλων τῶν ἐχόντων τὰς ἑπτὰ φιάλας, καὶ ἐλάλησεν μετ’ ἐμοῦ λέγων, Δεῦρο, δείξω σοι τὸ κρίμα τῆς πόρνης τῆς μεγάλης τῆς καθη‐ μένης ἐπὶ ὑδάτων πολλῶν,</w:t>
      </w:r>
    </w:p>
    <w:p>
      <w:r>
        <w:rPr>
          <w:rFonts w:ascii="Courier New" w:hAnsi="Courier New"/>
          <w:color w:val="555555"/>
          <w:sz w:val="20"/>
        </w:rPr>
        <w:t>[Apoc . 17 . 2]</w:t>
      </w:r>
    </w:p>
    <w:p>
      <w:r>
        <w:rPr>
          <w:rFonts w:ascii="Gentium Plus" w:hAnsi="Gentium Plus"/>
          <w:sz w:val="24"/>
        </w:rPr>
        <w:t>μεθ’ ἧς ἐπόρνευσαν οἱ</w:t>
      </w:r>
    </w:p>
    <w:p>
      <w:r>
        <w:rPr>
          <w:rFonts w:ascii="Courier New" w:hAnsi="Courier New"/>
          <w:color w:val="555555"/>
          <w:sz w:val="20"/>
        </w:rPr>
        <w:t>[Apoc . 17 . 3]</w:t>
      </w:r>
    </w:p>
    <w:p>
      <w:r>
        <w:rPr>
          <w:rFonts w:ascii="Gentium Plus" w:hAnsi="Gentium Plus"/>
          <w:sz w:val="24"/>
        </w:rPr>
        <w:t>καὶ ἀπήνεγκέν με εἰς ἔρημον ἐν πνεύματι. καὶ εἶδον γυναῖκα καθη‐ μένην ἐπὶ θηρίον κόκκινον, γέμοντα ὀνόματα βλασφη‐ μίας, ἔχων κεφαλὰς ἑπτὰ καὶ κέρατα δέκα.</w:t>
      </w:r>
    </w:p>
    <w:p>
      <w:r>
        <w:rPr>
          <w:rFonts w:ascii="Courier New" w:hAnsi="Courier New"/>
          <w:color w:val="555555"/>
          <w:sz w:val="20"/>
        </w:rPr>
        <w:t>[Apoc . 17 . 4]</w:t>
      </w:r>
    </w:p>
    <w:p>
      <w:r>
        <w:rPr>
          <w:rFonts w:ascii="Gentium Plus" w:hAnsi="Gentium Plus"/>
          <w:sz w:val="24"/>
        </w:rPr>
        <w:t>καὶ ἡ γυνὴ ἦν περιβεβλημένη πορφυροῦν καὶ κόκκινον, καὶ κεχρυσωμένη χρυσίῳ καὶ λίθῳ τιμίῳ καὶ μαργαρίταις, ἔχουσα ποτήριον χρυσοῦν ἐν τῇ χειρὶ αὐτῆς γέμον βδε‐</w:t>
      </w:r>
    </w:p>
    <w:p>
      <w:r>
        <w:rPr>
          <w:rFonts w:ascii="Courier New" w:hAnsi="Courier New"/>
          <w:color w:val="555555"/>
          <w:sz w:val="20"/>
        </w:rPr>
        <w:t>[5]</w:t>
      </w:r>
    </w:p>
    <w:p>
      <w:r>
        <w:rPr>
          <w:rFonts w:ascii="Gentium Plus" w:hAnsi="Gentium Plus"/>
          <w:sz w:val="24"/>
        </w:rPr>
        <w:t>λυγμάτων καὶ τὰ ἀκάθαρτα τῆς πορνείας αὐτῆς,</w:t>
      </w:r>
    </w:p>
    <w:p>
      <w:r>
        <w:rPr>
          <w:rFonts w:ascii="Courier New" w:hAnsi="Courier New"/>
          <w:color w:val="555555"/>
          <w:sz w:val="20"/>
        </w:rPr>
        <w:t>[Apoc . 17 . 5]</w:t>
      </w:r>
    </w:p>
    <w:p>
      <w:r>
        <w:rPr>
          <w:rFonts w:ascii="Gentium Plus" w:hAnsi="Gentium Plus"/>
          <w:sz w:val="24"/>
        </w:rPr>
        <w:t>καὶ ἐπὶ τὸ μέτωπον αὐτῆς ὄνομα γεγραμμένον, μυστήριον, Βαβυλὼν ἡ μεγάλη, ἡ μήτηρ τῶν πορνῶν καὶ τῶν βδελυγμάτων τῆς γῆς.</w:t>
      </w:r>
    </w:p>
    <w:p>
      <w:r>
        <w:rPr>
          <w:rFonts w:ascii="Courier New" w:hAnsi="Courier New"/>
          <w:color w:val="555555"/>
          <w:sz w:val="20"/>
        </w:rPr>
        <w:t>[Apoc . 17 . 6]</w:t>
      </w:r>
    </w:p>
    <w:p>
      <w:r>
        <w:rPr>
          <w:rFonts w:ascii="Gentium Plus" w:hAnsi="Gentium Plus"/>
          <w:sz w:val="24"/>
        </w:rPr>
        <w:t>καὶ εἶδον τὴν γυναῖκα μεθύ‐ ουσαν ἐκ τοῦ αἵματος τῶν ἁγίων καὶ ἐκ τοῦ αἵματος τῶν μαρτύρων Ἰησοῦ. Καὶ ἐθαύμασα ἰδὼν αὐτὴν θαῦμα μέγα.</w:t>
      </w:r>
    </w:p>
    <w:p>
      <w:r>
        <w:rPr>
          <w:rFonts w:ascii="Courier New" w:hAnsi="Courier New"/>
          <w:color w:val="555555"/>
          <w:sz w:val="20"/>
        </w:rPr>
        <w:t>[Apoc . 17 . 7]</w:t>
      </w:r>
    </w:p>
    <w:p>
      <w:r>
        <w:rPr>
          <w:rFonts w:ascii="Gentium Plus" w:hAnsi="Gentium Plus"/>
          <w:sz w:val="24"/>
        </w:rPr>
        <w:t>καὶ εἶπέν μοι ὁ ἄγγελος, Διὰ τί ἐθαύμασας; ἐγὼ ἐρῶ σοι τὸ μυστή‐ ριον τῆς γυναικὸς καὶ τοῦ θηρίου τοῦ βαστάζοντος αὐτήν, τοῦ ἔχοντος τὰς ἑπτὰ κεφαλὰς καὶ τὰ δέκα κέρατα·</w:t>
      </w:r>
    </w:p>
    <w:p>
      <w:r>
        <w:rPr>
          <w:rFonts w:ascii="Courier New" w:hAnsi="Courier New"/>
          <w:color w:val="555555"/>
          <w:sz w:val="20"/>
        </w:rPr>
        <w:t>[Apoc . 17 . 8]</w:t>
      </w:r>
    </w:p>
    <w:p>
      <w:r>
        <w:rPr>
          <w:rFonts w:ascii="Gentium Plus" w:hAnsi="Gentium Plus"/>
          <w:sz w:val="24"/>
        </w:rPr>
        <w:t>τὸ θηρίον ὃ εἶδες ἦν καὶ οὐκ ἔστιν, καὶ μέλλει ἀναβαί‐ νειν ἐκ τῆς ἀβύσσου, καὶ εἰς ἀπώλειαν ὑπάγει· καὶ θαυμασθήσονται οἱ κατοικοῦντες ἐπὶ τῆς γῆς, ὧν οὐ</w:t>
      </w:r>
    </w:p>
    <w:p>
      <w:r>
        <w:rPr>
          <w:rFonts w:ascii="Courier New" w:hAnsi="Courier New"/>
          <w:color w:val="555555"/>
          <w:sz w:val="20"/>
        </w:rPr>
        <w:t>[5]</w:t>
      </w:r>
    </w:p>
    <w:p>
      <w:r>
        <w:rPr>
          <w:rFonts w:ascii="Gentium Plus" w:hAnsi="Gentium Plus"/>
          <w:sz w:val="24"/>
        </w:rPr>
        <w:t>βολῆς κόσμου, βλεπόντων τὸ θηρίον ὅτι ἦν καὶ οὐκ ἔστιν καὶ παρέσται.</w:t>
      </w:r>
    </w:p>
    <w:p>
      <w:r>
        <w:rPr>
          <w:rFonts w:ascii="Courier New" w:hAnsi="Courier New"/>
          <w:color w:val="555555"/>
          <w:sz w:val="20"/>
        </w:rPr>
        <w:t>[Apoc . 17 . 9]</w:t>
      </w:r>
    </w:p>
    <w:p>
      <w:r>
        <w:rPr>
          <w:rFonts w:ascii="Gentium Plus" w:hAnsi="Gentium Plus"/>
          <w:sz w:val="24"/>
        </w:rPr>
        <w:t>ὧδε ὁ νοῦς ὁ ἔχων σοφίαν. αἱ ἑπτὰ κεφαλαὶ ἑπτὰ ὄρη εἰσίν, ὅπου ἡ γυνὴ κάθηται ἐπ’ αὐτῶν. καὶ βασιλεῖς ἑπτά εἰσιν·</w:t>
      </w:r>
    </w:p>
    <w:p>
      <w:r>
        <w:rPr>
          <w:rFonts w:ascii="Courier New" w:hAnsi="Courier New"/>
          <w:color w:val="555555"/>
          <w:sz w:val="20"/>
        </w:rPr>
        <w:t>[Apoc . 17 . 10]</w:t>
      </w:r>
    </w:p>
    <w:p>
      <w:r>
        <w:rPr>
          <w:rFonts w:ascii="Gentium Plus" w:hAnsi="Gentium Plus"/>
          <w:sz w:val="24"/>
        </w:rPr>
        <w:t>οἱ πέντε ἔπε‐ σαν, ὁ εἷς ἔστιν, ὁ ἄλλος οὔπω ἦλθεν, καὶ ὅταν ἔλθῃ ὀλίγον αὐτὸν δεῖ μεῖναι.</w:t>
      </w:r>
    </w:p>
    <w:p>
      <w:r>
        <w:rPr>
          <w:rFonts w:ascii="Courier New" w:hAnsi="Courier New"/>
          <w:color w:val="555555"/>
          <w:sz w:val="20"/>
        </w:rPr>
        <w:t>[Apoc . 17 . 11]</w:t>
      </w:r>
    </w:p>
    <w:p>
      <w:r>
        <w:rPr>
          <w:rFonts w:ascii="Gentium Plus" w:hAnsi="Gentium Plus"/>
          <w:sz w:val="24"/>
        </w:rPr>
        <w:t>καὶ τὸ θηρίον ὃ ἦν καὶ οὐκ ἔστιν, καὶ αὐτὸς ὄγδοός ἐστιν καὶ ἐκ τῶν ἑπτά ἐστιν, καὶ εἰς ἀπώλειαν ὑπάγει.</w:t>
      </w:r>
    </w:p>
    <w:p>
      <w:r>
        <w:rPr>
          <w:rFonts w:ascii="Courier New" w:hAnsi="Courier New"/>
          <w:color w:val="555555"/>
          <w:sz w:val="20"/>
        </w:rPr>
        <w:t>[Apoc . 17 . 12]</w:t>
      </w:r>
    </w:p>
    <w:p>
      <w:r>
        <w:rPr>
          <w:rFonts w:ascii="Gentium Plus" w:hAnsi="Gentium Plus"/>
          <w:sz w:val="24"/>
        </w:rPr>
        <w:t>καὶ τὰ δέκα κέρατα ἃ εἶδες δέκα βασιλεῖς εἰσιν, οἵτινες βασιλείαν οὔπω ἔλαβον, ἀλλὰ ἐξουσίαν ὡς βασιλεῖς μίαν ὥραν λαμβά‐ νουσιν μετὰ τοῦ θηρίου.</w:t>
      </w:r>
    </w:p>
    <w:p>
      <w:r>
        <w:rPr>
          <w:rFonts w:ascii="Courier New" w:hAnsi="Courier New"/>
          <w:color w:val="555555"/>
          <w:sz w:val="20"/>
        </w:rPr>
        <w:t>[Apoc . 17 . 13]</w:t>
      </w:r>
    </w:p>
    <w:p>
      <w:r>
        <w:rPr>
          <w:rFonts w:ascii="Gentium Plus" w:hAnsi="Gentium Plus"/>
          <w:sz w:val="24"/>
        </w:rPr>
        <w:t>οὗτοι μίαν γνώμην ἔχουσιν, καὶ τὴν δύναμιν καὶ ἐξουσίαν αὐτῶν τῷ θηρίῳ διδόασιν.</w:t>
      </w:r>
    </w:p>
    <w:p>
      <w:r>
        <w:rPr>
          <w:rFonts w:ascii="Courier New" w:hAnsi="Courier New"/>
          <w:color w:val="555555"/>
          <w:sz w:val="20"/>
        </w:rPr>
        <w:t>[Apoc . 17 . 14]</w:t>
      </w:r>
    </w:p>
    <w:p>
      <w:r>
        <w:rPr>
          <w:rFonts w:ascii="Gentium Plus" w:hAnsi="Gentium Plus"/>
          <w:sz w:val="24"/>
        </w:rPr>
        <w:t>οὗτοι μετὰ τοῦ ἀρνίου πολεμήσουσιν, καὶ τὸ ἀρνίον νικήσει αὐτούς, ὅτι κύριος κυρίων ἐστὶν καὶ βασιλεὺς βασιλέων, καὶ οἱ μετ’ αὐτοῦ κλητοὶ καὶ ἐκλεκτοὶ καὶ πιστοί.</w:t>
      </w:r>
    </w:p>
    <w:p>
      <w:r>
        <w:rPr>
          <w:rFonts w:ascii="Courier New" w:hAnsi="Courier New"/>
          <w:color w:val="555555"/>
          <w:sz w:val="20"/>
        </w:rPr>
        <w:t>[Apoc . 17 . 15]</w:t>
      </w:r>
    </w:p>
    <w:p>
      <w:r>
        <w:rPr>
          <w:rFonts w:ascii="Gentium Plus" w:hAnsi="Gentium Plus"/>
          <w:sz w:val="24"/>
        </w:rPr>
        <w:t>Καὶ λέγει μοι, Τὰ ὕδατα ἃ εἶδες, οὗ ἡ πόρνη κάθηται, λαοὶ καὶ ὄχλοι εἰσὶν καὶ ἔθνη καὶ γλῶσσαι.</w:t>
      </w:r>
    </w:p>
    <w:p>
      <w:r>
        <w:rPr>
          <w:rFonts w:ascii="Courier New" w:hAnsi="Courier New"/>
          <w:color w:val="555555"/>
          <w:sz w:val="20"/>
        </w:rPr>
        <w:t>[Apoc . 17 . 16]</w:t>
      </w:r>
    </w:p>
    <w:p>
      <w:r>
        <w:rPr>
          <w:rFonts w:ascii="Gentium Plus" w:hAnsi="Gentium Plus"/>
          <w:sz w:val="24"/>
        </w:rPr>
        <w:t>καὶ τὰ δέκα κέρατα ἃ εἶδες καὶ τὸ θηρίον, οὗτοι μισήσουσιν τὴν πόρνην, καὶ ἠρημωμένην ποιήσουσιν αὐτὴν καὶ γυμνήν, καὶ τὰς σάρκας αὐτῆς φάγονται, καὶ αὐτὴν κατακαύσουσιν ἐν πυρί·</w:t>
      </w:r>
    </w:p>
    <w:p>
      <w:r>
        <w:rPr>
          <w:rFonts w:ascii="Courier New" w:hAnsi="Courier New"/>
          <w:color w:val="555555"/>
          <w:sz w:val="20"/>
        </w:rPr>
        <w:t>[Apoc . 17 . 17]</w:t>
      </w:r>
    </w:p>
    <w:p>
      <w:r>
        <w:rPr>
          <w:rFonts w:ascii="Gentium Plus" w:hAnsi="Gentium Plus"/>
          <w:sz w:val="24"/>
        </w:rPr>
        <w:t>ὁ γὰρ θεὸς ἔδωκεν εἰς τὰς καρδίας αὐτῶν ποιῆσαι τὴν γνώμην αὐτοῦ, καὶ ποιῆσαι μίαν γνώμην καὶ δοῦναι τὴν βασιλείαν αὐτῶν τῷ θηρίῳ, ἄχρι τελεσθήσονται οἱ λόγοι τοῦ θεοῦ.</w:t>
      </w:r>
    </w:p>
    <w:p>
      <w:r>
        <w:rPr>
          <w:rFonts w:ascii="Courier New" w:hAnsi="Courier New"/>
          <w:color w:val="555555"/>
          <w:sz w:val="20"/>
        </w:rPr>
        <w:t>[Apoc . 17 . 18]</w:t>
      </w:r>
    </w:p>
    <w:p>
      <w:r>
        <w:rPr>
          <w:rFonts w:ascii="Gentium Plus" w:hAnsi="Gentium Plus"/>
          <w:sz w:val="24"/>
        </w:rPr>
        <w:t>καὶ ἡ γυνὴ ἣν εἶδες ἔστιν ἡ πόλις ἡ μεγάλη ἡ ἔχουσα βασι‐</w:t>
      </w:r>
    </w:p>
    <w:p>
      <w:r>
        <w:rPr>
          <w:rFonts w:ascii="Courier New" w:hAnsi="Courier New"/>
          <w:color w:val="555555"/>
          <w:sz w:val="20"/>
        </w:rPr>
        <w:t>[Apoc . 18 . 1]</w:t>
      </w:r>
    </w:p>
    <w:p>
      <w:r>
        <w:rPr>
          <w:rFonts w:ascii="Gentium Plus" w:hAnsi="Gentium Plus"/>
          <w:sz w:val="24"/>
        </w:rPr>
        <w:t>Μετὰ ταῦτα εἶδον ἄλλον ἄγγελον καταβαίνοντα ἐκ τοῦ οὐρανοῦ, ἔχοντα ἐξουσίαν μεγάλην, καὶ ἡ γῆ ἐφω‐ τίσθη ἐκ τῆς δόξης αὐτοῦ.</w:t>
      </w:r>
    </w:p>
    <w:p>
      <w:r>
        <w:rPr>
          <w:rFonts w:ascii="Courier New" w:hAnsi="Courier New"/>
          <w:color w:val="555555"/>
          <w:sz w:val="20"/>
        </w:rPr>
        <w:t>[Apoc . 18 . 2]</w:t>
      </w:r>
    </w:p>
    <w:p>
      <w:r>
        <w:rPr>
          <w:rFonts w:ascii="Gentium Plus" w:hAnsi="Gentium Plus"/>
          <w:sz w:val="24"/>
        </w:rPr>
        <w:t>καὶ ἔκραξεν ἐν ἰσχυρᾷ φωνῇ λέγων, Ἔπεσεν, ἔπεσεν Βαβυλὼν ἡ μεγάλη, καὶ ἐγένετο κατοικητήριον δαιμονίων</w:t>
      </w:r>
    </w:p>
    <w:p>
      <w:r>
        <w:rPr>
          <w:rFonts w:ascii="Courier New" w:hAnsi="Courier New"/>
          <w:color w:val="555555"/>
          <w:sz w:val="20"/>
        </w:rPr>
        <w:t>[5]</w:t>
      </w:r>
    </w:p>
    <w:p>
      <w:r>
        <w:rPr>
          <w:rFonts w:ascii="Gentium Plus" w:hAnsi="Gentium Plus"/>
          <w:sz w:val="24"/>
        </w:rPr>
        <w:t>καὶ φυλακὴ παντὸς πνεύματος ἀκαθάρτου καὶ φυλακὴ παντὸς ὀρνέου ἀκαθάρτου καὶ μεμισημένου,</w:t>
      </w:r>
    </w:p>
    <w:p>
      <w:r>
        <w:rPr>
          <w:rFonts w:ascii="Courier New" w:hAnsi="Courier New"/>
          <w:color w:val="555555"/>
          <w:sz w:val="20"/>
        </w:rPr>
        <w:t>[Apoc . 18 . 3]</w:t>
      </w:r>
    </w:p>
    <w:p>
      <w:r>
        <w:rPr>
          <w:rFonts w:ascii="Gentium Plus" w:hAnsi="Gentium Plus"/>
          <w:sz w:val="24"/>
        </w:rPr>
        <w:t>ὅτι ἐκ τοῦ οἴνου τοῦ θυμοῦ τῆς πορνείας αὐτῆς πεπότικεν πάντα τὰ ἔθνη, καὶ οἱ βασιλεῖς τῆς γῆς μετ’ αὐτῆς ἐπόρνευσαν, καὶ οἱ ἔμποροι τῆς γῆς ἐκ τῆς δυνάμεως τοῦ</w:t>
      </w:r>
    </w:p>
    <w:p>
      <w:r>
        <w:rPr>
          <w:rFonts w:ascii="Courier New" w:hAnsi="Courier New"/>
          <w:color w:val="555555"/>
          <w:sz w:val="20"/>
        </w:rPr>
        <w:t>[5]</w:t>
      </w:r>
    </w:p>
    <w:p>
      <w:r>
        <w:rPr>
          <w:rFonts w:ascii="Gentium Plus" w:hAnsi="Gentium Plus"/>
          <w:sz w:val="24"/>
        </w:rPr>
        <w:t>στρήνους αὐτῆς ἐπλούτησαν.</w:t>
      </w:r>
    </w:p>
    <w:p>
      <w:r>
        <w:rPr>
          <w:rFonts w:ascii="Courier New" w:hAnsi="Courier New"/>
          <w:color w:val="555555"/>
          <w:sz w:val="20"/>
        </w:rPr>
        <w:t>[Apoc . 18 . 4]</w:t>
      </w:r>
    </w:p>
    <w:p>
      <w:r>
        <w:rPr>
          <w:rFonts w:ascii="Gentium Plus" w:hAnsi="Gentium Plus"/>
          <w:sz w:val="24"/>
        </w:rPr>
        <w:t>Καὶ ἤκουσα ἄλλην φωνὴν ἐκ τοῦ οὐρανοῦ λέγουσαν, Ἐξέλθατε, ὁ λαός μου, ἐξ αὐτῆς, ἵνα μὴ συγκοινωνήσητε ταῖς ἁμαρτίαις αὐτῆς, καὶ ἐκ τῶν πληγῶν αὐτῆς</w:t>
      </w:r>
    </w:p>
    <w:p>
      <w:r>
        <w:rPr>
          <w:rFonts w:ascii="Courier New" w:hAnsi="Courier New"/>
          <w:color w:val="555555"/>
          <w:sz w:val="20"/>
        </w:rPr>
        <w:t>[5]</w:t>
      </w:r>
    </w:p>
    <w:p>
      <w:r>
        <w:rPr>
          <w:rFonts w:ascii="Gentium Plus" w:hAnsi="Gentium Plus"/>
          <w:sz w:val="24"/>
        </w:rPr>
        <w:t>ἵνα μὴ λάβητε·</w:t>
      </w:r>
    </w:p>
    <w:p>
      <w:r>
        <w:rPr>
          <w:rFonts w:ascii="Courier New" w:hAnsi="Courier New"/>
          <w:color w:val="555555"/>
          <w:sz w:val="20"/>
        </w:rPr>
        <w:t>[Apoc . 18 . 5]</w:t>
      </w:r>
    </w:p>
    <w:p>
      <w:r>
        <w:rPr>
          <w:rFonts w:ascii="Gentium Plus" w:hAnsi="Gentium Plus"/>
          <w:sz w:val="24"/>
        </w:rPr>
        <w:t>ὅτι ἐκολλήθησαν αὐτῆς αἱ ἁμαρτίαι ἄχρι τοῦ οὐρανοῦ, καὶ ἐμνημόνευσεν ὁ θεὸς τὰ ἀδικήματα αὐτῆς.</w:t>
      </w:r>
    </w:p>
    <w:p>
      <w:r>
        <w:rPr>
          <w:rFonts w:ascii="Courier New" w:hAnsi="Courier New"/>
          <w:color w:val="555555"/>
          <w:sz w:val="20"/>
        </w:rPr>
        <w:t>[Apoc . 18 . 6]</w:t>
      </w:r>
    </w:p>
    <w:p>
      <w:r>
        <w:rPr>
          <w:rFonts w:ascii="Gentium Plus" w:hAnsi="Gentium Plus"/>
          <w:sz w:val="24"/>
        </w:rPr>
        <w:t>ἀπόδοτε αὐτῇ ὡς καὶ αὐτὴ ἀπέδωκεν, καὶ διπλώσατε [τὰ] διπλᾶ κατὰ τὰ ἔργα αὐτῆς· ἐν τῷ ποτηρίῳ ᾧ ἐκέρασεν κεράσατε αὐτῇ διπλοῦν·</w:t>
      </w:r>
    </w:p>
    <w:p>
      <w:r>
        <w:rPr>
          <w:rFonts w:ascii="Courier New" w:hAnsi="Courier New"/>
          <w:color w:val="555555"/>
          <w:sz w:val="20"/>
        </w:rPr>
        <w:t>[Apoc . 18 . 7]</w:t>
      </w:r>
    </w:p>
    <w:p>
      <w:r>
        <w:rPr>
          <w:rFonts w:ascii="Gentium Plus" w:hAnsi="Gentium Plus"/>
          <w:sz w:val="24"/>
        </w:rPr>
        <w:t>ὅσα ἐδόξασεν αὑτὴν καὶ ἐστρηνίασεν, τοσοῦτον δότε αὐτῇ βασανισμὸν καὶ πένθος. ὅτι ἐν τῇ καρδίᾳ αὐτῆς λέγει ὅτι Κάθημαι βασίλισσα,</w:t>
      </w:r>
    </w:p>
    <w:p>
      <w:r>
        <w:rPr>
          <w:rFonts w:ascii="Courier New" w:hAnsi="Courier New"/>
          <w:color w:val="555555"/>
          <w:sz w:val="20"/>
        </w:rPr>
        <w:t>[5]</w:t>
      </w:r>
    </w:p>
    <w:p>
      <w:r>
        <w:rPr>
          <w:rFonts w:ascii="Gentium Plus" w:hAnsi="Gentium Plus"/>
          <w:sz w:val="24"/>
        </w:rPr>
        <w:t>καὶ χήρα οὐκ εἰμί, καὶ πένθος οὐ μὴ ἴδω·</w:t>
      </w:r>
    </w:p>
    <w:p>
      <w:r>
        <w:rPr>
          <w:rFonts w:ascii="Courier New" w:hAnsi="Courier New"/>
          <w:color w:val="555555"/>
          <w:sz w:val="20"/>
        </w:rPr>
        <w:t>[Apoc . 18 . 8]</w:t>
      </w:r>
    </w:p>
    <w:p>
      <w:r>
        <w:rPr>
          <w:rFonts w:ascii="Gentium Plus" w:hAnsi="Gentium Plus"/>
          <w:sz w:val="24"/>
        </w:rPr>
        <w:t>διὰ τοῦτο ἐν μιᾷ ἡμέρᾳ ἥξουσιν αἱ πληγαὶ αὐτῆς, θάνατος καὶ πένθος καὶ λιμός, καὶ ἐν πυρὶ κατακαυθήσεται· ὅτι ἰσχυρὸς κύριος ὁ θεὸς ὁ κρίνας αὐτήν.</w:t>
      </w:r>
    </w:p>
    <w:p>
      <w:r>
        <w:rPr>
          <w:rFonts w:ascii="Courier New" w:hAnsi="Courier New"/>
          <w:color w:val="555555"/>
          <w:sz w:val="20"/>
        </w:rPr>
        <w:t>[Apoc . 18 . 9]</w:t>
      </w:r>
    </w:p>
    <w:p>
      <w:r>
        <w:rPr>
          <w:rFonts w:ascii="Gentium Plus" w:hAnsi="Gentium Plus"/>
          <w:sz w:val="24"/>
        </w:rPr>
        <w:t>Καὶ κλαύσουσιν καὶ κόψονται ἐπ’ αὐτὴν οἱ βασιλεῖς τῆς γῆς οἱ μετ’ αὐτῆς πορνεύσαντες καὶ στρηνιάσαντες, ὅταν βλέπωσιν τὸν καπνὸν τῆς πυρώσεως αὐτῆς,</w:t>
      </w:r>
    </w:p>
    <w:p>
      <w:r>
        <w:rPr>
          <w:rFonts w:ascii="Courier New" w:hAnsi="Courier New"/>
          <w:color w:val="555555"/>
          <w:sz w:val="20"/>
        </w:rPr>
        <w:t>[Apoc . 18 . 10]</w:t>
      </w:r>
    </w:p>
    <w:p>
      <w:r>
        <w:rPr>
          <w:rFonts w:ascii="Gentium Plus" w:hAnsi="Gentium Plus"/>
          <w:sz w:val="24"/>
        </w:rPr>
        <w:t>ἀπὸ μακρόθεν ἑστηκότες διὰ τὸν φόβον τοῦ βασανισμοῦ αὐτῆς, λέγοντες, Οὐαὶ οὐαί, ἡ πόλις ἡ μεγάλη,</w:t>
      </w:r>
    </w:p>
    <w:p>
      <w:r>
        <w:rPr>
          <w:rFonts w:ascii="Courier New" w:hAnsi="Courier New"/>
          <w:color w:val="555555"/>
          <w:sz w:val="20"/>
        </w:rPr>
        <w:t>[5]</w:t>
      </w:r>
    </w:p>
    <w:p>
      <w:r>
        <w:rPr>
          <w:rFonts w:ascii="Gentium Plus" w:hAnsi="Gentium Plus"/>
          <w:sz w:val="24"/>
        </w:rPr>
        <w:t>Βαβυλὼν ἡ πόλις ἡ ἰσχυρά, ὅτι μιᾷ ὥρᾳ ἦλθεν ἡ κρίσις σου.</w:t>
      </w:r>
    </w:p>
    <w:p>
      <w:r>
        <w:rPr>
          <w:rFonts w:ascii="Courier New" w:hAnsi="Courier New"/>
          <w:color w:val="555555"/>
          <w:sz w:val="20"/>
        </w:rPr>
        <w:t>[Apoc . 18 . 11]</w:t>
      </w:r>
    </w:p>
    <w:p>
      <w:r>
        <w:rPr>
          <w:rFonts w:ascii="Gentium Plus" w:hAnsi="Gentium Plus"/>
          <w:sz w:val="24"/>
        </w:rPr>
        <w:t>Καὶ οἱ ἔμποροι τῆς γῆς κλαίουσιν καὶ πενθοῦσιν</w:t>
      </w:r>
    </w:p>
    <w:p>
      <w:r>
        <w:rPr>
          <w:rFonts w:ascii="Courier New" w:hAnsi="Courier New"/>
          <w:color w:val="555555"/>
          <w:sz w:val="20"/>
        </w:rPr>
        <w:t>[Apoc . 18 . 12]</w:t>
      </w:r>
    </w:p>
    <w:p>
      <w:r>
        <w:rPr>
          <w:rFonts w:ascii="Gentium Plus" w:hAnsi="Gentium Plus"/>
          <w:sz w:val="24"/>
        </w:rPr>
        <w:t>γόμον χρυσοῦ καὶ ἀργύρου καὶ λίθου τιμίου καὶ μαργαριτῶν καὶ βυσσίνου καὶ πορφύρας καὶ σιρικοῦ καὶ κοκκίνου, καὶ πᾶν ξύλον θύϊνον καὶ πᾶν σκεῦος ἐλεφάν‐ τινον καὶ πᾶν σκεῦος ἐκ ξύλου τιμιωτάτου καὶ χαλκοῦ</w:t>
      </w:r>
    </w:p>
    <w:p>
      <w:r>
        <w:rPr>
          <w:rFonts w:ascii="Courier New" w:hAnsi="Courier New"/>
          <w:color w:val="555555"/>
          <w:sz w:val="20"/>
        </w:rPr>
        <w:t>[5]</w:t>
      </w:r>
    </w:p>
    <w:p>
      <w:r>
        <w:rPr>
          <w:rFonts w:ascii="Gentium Plus" w:hAnsi="Gentium Plus"/>
          <w:sz w:val="24"/>
        </w:rPr>
        <w:t>καὶ σιδήρου καὶ μαρμάρου,</w:t>
      </w:r>
    </w:p>
    <w:p>
      <w:r>
        <w:rPr>
          <w:rFonts w:ascii="Courier New" w:hAnsi="Courier New"/>
          <w:color w:val="555555"/>
          <w:sz w:val="20"/>
        </w:rPr>
        <w:t>[Apoc . 18 . 13]</w:t>
      </w:r>
    </w:p>
    <w:p>
      <w:r>
        <w:rPr>
          <w:rFonts w:ascii="Gentium Plus" w:hAnsi="Gentium Plus"/>
          <w:sz w:val="24"/>
        </w:rPr>
        <w:t>καὶ κιννάμωμον καὶ ἄμωμον καὶ θυμιάματα καὶ μύρον καὶ λίβανον καὶ οἶνον καὶ ἔλαιον καὶ σεμίδαλιν καὶ σῖτον καὶ κτήνη καὶ πρό‐ βατα, καὶ ἵππων καὶ ῥεδῶν καὶ σωμάτων, καὶ ψυχὰς</w:t>
      </w:r>
    </w:p>
    <w:p>
      <w:r>
        <w:rPr>
          <w:rFonts w:ascii="Courier New" w:hAnsi="Courier New"/>
          <w:color w:val="555555"/>
          <w:sz w:val="20"/>
        </w:rPr>
        <w:t>[5]</w:t>
      </w:r>
    </w:p>
    <w:p>
      <w:r>
        <w:rPr>
          <w:rFonts w:ascii="Gentium Plus" w:hAnsi="Gentium Plus"/>
          <w:sz w:val="24"/>
        </w:rPr>
        <w:t>ἀνθρώπων.</w:t>
      </w:r>
    </w:p>
    <w:p>
      <w:r>
        <w:rPr>
          <w:rFonts w:ascii="Courier New" w:hAnsi="Courier New"/>
          <w:color w:val="555555"/>
          <w:sz w:val="20"/>
        </w:rPr>
        <w:t>[Apoc . 18 . 14]</w:t>
      </w:r>
    </w:p>
    <w:p>
      <w:r>
        <w:rPr>
          <w:rFonts w:ascii="Gentium Plus" w:hAnsi="Gentium Plus"/>
          <w:sz w:val="24"/>
        </w:rPr>
        <w:t>καὶ ἡ ὀπώρα σου τῆς ἐπιθυμίας τῆς ψυχῆς ἀπῆλθεν ἀπὸ σοῦ, καὶ πάντα τὰ λιπαρὰ καὶ τὰ λαμπρὰ ἀπώλετο ἀπὸ σοῦ,</w:t>
      </w:r>
    </w:p>
    <w:p>
      <w:r>
        <w:rPr>
          <w:rFonts w:ascii="Courier New" w:hAnsi="Courier New"/>
          <w:color w:val="555555"/>
          <w:sz w:val="20"/>
        </w:rPr>
        <w:t>[5]</w:t>
      </w:r>
    </w:p>
    <w:p>
      <w:r>
        <w:rPr>
          <w:rFonts w:ascii="Gentium Plus" w:hAnsi="Gentium Plus"/>
          <w:sz w:val="24"/>
        </w:rPr>
        <w:t>καὶ οὐκέτι οὐ μὴ αὐτὰ εὑρήσουσιν.</w:t>
      </w:r>
    </w:p>
    <w:p>
      <w:r>
        <w:rPr>
          <w:rFonts w:ascii="Courier New" w:hAnsi="Courier New"/>
          <w:color w:val="555555"/>
          <w:sz w:val="20"/>
        </w:rPr>
        <w:t>[Apoc . 18 . 15]</w:t>
      </w:r>
    </w:p>
    <w:p>
      <w:r>
        <w:rPr>
          <w:rFonts w:ascii="Gentium Plus" w:hAnsi="Gentium Plus"/>
          <w:sz w:val="24"/>
        </w:rPr>
        <w:t>οἱ ἔμποροι τούτων, οἱ πλουτήσαντες ἀπ’ αὐτῆς, ἀπὸ μακρόθεν στήσονται διὰ τὸν φόβον τοῦ βασανισμοῦ αὐτῆς, κλαίοντες καὶ πενθοῦντες,</w:t>
      </w:r>
    </w:p>
    <w:p>
      <w:r>
        <w:rPr>
          <w:rFonts w:ascii="Courier New" w:hAnsi="Courier New"/>
          <w:color w:val="555555"/>
          <w:sz w:val="20"/>
        </w:rPr>
        <w:t>[Apoc . 18 . 16]</w:t>
      </w:r>
    </w:p>
    <w:p>
      <w:r>
        <w:rPr>
          <w:rFonts w:ascii="Gentium Plus" w:hAnsi="Gentium Plus"/>
          <w:sz w:val="24"/>
        </w:rPr>
        <w:t>λέγοντες, Οὐαὶ οὐαί, ἡ πόλις ἡ μεγάλη, ἡ περιβεβλημένη βύσσινον καὶ πορφυροῦν καὶ κόκκινον,</w:t>
      </w:r>
    </w:p>
    <w:p>
      <w:r>
        <w:rPr>
          <w:rFonts w:ascii="Courier New" w:hAnsi="Courier New"/>
          <w:color w:val="555555"/>
          <w:sz w:val="20"/>
        </w:rPr>
        <w:t>[5]</w:t>
      </w:r>
    </w:p>
    <w:p>
      <w:r>
        <w:rPr>
          <w:rFonts w:ascii="Gentium Plus" w:hAnsi="Gentium Plus"/>
          <w:sz w:val="24"/>
        </w:rPr>
        <w:t>καὶ κεχρυσωμένη [ἐν] χρυσίῳ καὶ λίθῳ τιμίῳ καὶ μαργαρίτῃ,</w:t>
      </w:r>
    </w:p>
    <w:p>
      <w:r>
        <w:rPr>
          <w:rFonts w:ascii="Courier New" w:hAnsi="Courier New"/>
          <w:color w:val="555555"/>
          <w:sz w:val="20"/>
        </w:rPr>
        <w:t>[Apoc . 18 . 17]</w:t>
      </w:r>
    </w:p>
    <w:p>
      <w:r>
        <w:rPr>
          <w:rFonts w:ascii="Gentium Plus" w:hAnsi="Gentium Plus"/>
          <w:sz w:val="24"/>
        </w:rPr>
        <w:t>ὅτι μιᾷ ὥρᾳ ἠρημώθη ὁ τοσοῦτος πλοῦτος.</w:t>
      </w:r>
    </w:p>
    <w:p>
      <w:r>
        <w:rPr>
          <w:rFonts w:ascii="Courier New" w:hAnsi="Courier New"/>
          <w:color w:val="555555"/>
          <w:sz w:val="20"/>
        </w:rPr>
        <w:t>[Apoc . 18 . 18]</w:t>
      </w:r>
    </w:p>
    <w:p>
      <w:r>
        <w:rPr>
          <w:rFonts w:ascii="Gentium Plus" w:hAnsi="Gentium Plus"/>
          <w:sz w:val="24"/>
        </w:rPr>
        <w:t>καὶ ἔκραζον βλέποντες τὸν καπνὸν τῆς πυρώσεως αὐτῆς λέγοντες, Τίς ὁμοία τῇ πόλει τῇ μεγάλῃ;</w:t>
      </w:r>
    </w:p>
    <w:p>
      <w:r>
        <w:rPr>
          <w:rFonts w:ascii="Courier New" w:hAnsi="Courier New"/>
          <w:color w:val="555555"/>
          <w:sz w:val="20"/>
        </w:rPr>
        <w:t>[Apoc . 18 . 19]</w:t>
      </w:r>
    </w:p>
    <w:p>
      <w:r>
        <w:rPr>
          <w:rFonts w:ascii="Gentium Plus" w:hAnsi="Gentium Plus"/>
          <w:sz w:val="24"/>
        </w:rPr>
        <w:t>καὶ ἔβαλον χοῦν ἐπὶ τὰς κεφαλὰς αὐτῶν καὶ ἔκραζον κλαίοντες καὶ πενθοῦντες, λέγοντες, Οὐαὶ οὐαί, ἡ πόλις ἡ μεγάλη, ἐν ᾗ ἐπλούτησαν πάντες οἱ ἔχοντες τὰ πλοῖα</w:t>
      </w:r>
    </w:p>
    <w:p>
      <w:r>
        <w:rPr>
          <w:rFonts w:ascii="Courier New" w:hAnsi="Courier New"/>
          <w:color w:val="555555"/>
          <w:sz w:val="20"/>
        </w:rPr>
        <w:t>[5]</w:t>
      </w:r>
    </w:p>
    <w:p>
      <w:r>
        <w:rPr>
          <w:rFonts w:ascii="Gentium Plus" w:hAnsi="Gentium Plus"/>
          <w:sz w:val="24"/>
        </w:rPr>
        <w:t>ἐν τῇ θαλάσσῃ ἐκ τῆς τιμιότητος αὐτῆς, ὅτι μιᾷ ὥρᾳ ἠρημώθη.</w:t>
      </w:r>
    </w:p>
    <w:p>
      <w:r>
        <w:rPr>
          <w:rFonts w:ascii="Courier New" w:hAnsi="Courier New"/>
          <w:color w:val="555555"/>
          <w:sz w:val="20"/>
        </w:rPr>
        <w:t>[Apoc . 18 . 20]</w:t>
      </w:r>
    </w:p>
    <w:p>
      <w:r>
        <w:rPr>
          <w:rFonts w:ascii="Gentium Plus" w:hAnsi="Gentium Plus"/>
          <w:sz w:val="24"/>
        </w:rPr>
        <w:t>Εὐφραίνου ἐπ’ αὐτῇ, οὐρανέ, καὶ οἱ ἅγιοι καὶ οἱ ἀπόστολοι καὶ οἱ προφῆται, ὅτι ἔκρινεν ὁ θεὸς τὸ κρίμα ὑμῶν ἐξ αὐτῆς.</w:t>
      </w:r>
    </w:p>
    <w:p>
      <w:r>
        <w:rPr>
          <w:rFonts w:ascii="Courier New" w:hAnsi="Courier New"/>
          <w:color w:val="555555"/>
          <w:sz w:val="20"/>
        </w:rPr>
        <w:t>[Apoc . 18 . 21]</w:t>
      </w:r>
    </w:p>
    <w:p>
      <w:r>
        <w:rPr>
          <w:rFonts w:ascii="Gentium Plus" w:hAnsi="Gentium Plus"/>
          <w:sz w:val="24"/>
        </w:rPr>
        <w:t>Καὶ ἦρεν εἷς ἄγγελος ἰσχυρὸς λίθον ὡς μύλινον μέγαν καὶ ἔβαλεν εἰς τὴν θάλασσαν λέγων, Οὕτως ὁρμήματι βληθήσεται Βαβυλὼν ἡ μεγάλη πόλις,</w:t>
      </w:r>
    </w:p>
    <w:p>
      <w:r>
        <w:rPr>
          <w:rFonts w:ascii="Courier New" w:hAnsi="Courier New"/>
          <w:color w:val="555555"/>
          <w:sz w:val="20"/>
        </w:rPr>
        <w:t>[5]</w:t>
      </w:r>
    </w:p>
    <w:p>
      <w:r>
        <w:rPr>
          <w:rFonts w:ascii="Gentium Plus" w:hAnsi="Gentium Plus"/>
          <w:sz w:val="24"/>
        </w:rPr>
        <w:t>καὶ οὐ μὴ εὑρεθῇ ἔτι.</w:t>
      </w:r>
    </w:p>
    <w:p>
      <w:r>
        <w:rPr>
          <w:rFonts w:ascii="Courier New" w:hAnsi="Courier New"/>
          <w:color w:val="555555"/>
          <w:sz w:val="20"/>
        </w:rPr>
        <w:t>[Apoc . 18 . 22]</w:t>
      </w:r>
    </w:p>
    <w:p>
      <w:r>
        <w:rPr>
          <w:rFonts w:ascii="Gentium Plus" w:hAnsi="Gentium Plus"/>
          <w:sz w:val="24"/>
        </w:rPr>
        <w:t>καὶ φωνὴ κιθαρῳδῶν καὶ μουσικῶν καὶ αὐλητῶν καὶ σαλπιστῶν οὐ μὴ ἀκουσθῇ ἐν σοὶ ἔτι, καὶ πᾶς τεχνίτης πάσης τέχνης</w:t>
      </w:r>
    </w:p>
    <w:p>
      <w:r>
        <w:rPr>
          <w:rFonts w:ascii="Courier New" w:hAnsi="Courier New"/>
          <w:color w:val="555555"/>
          <w:sz w:val="20"/>
        </w:rPr>
        <w:t>[5]</w:t>
      </w:r>
    </w:p>
    <w:p>
      <w:r>
        <w:rPr>
          <w:rFonts w:ascii="Gentium Plus" w:hAnsi="Gentium Plus"/>
          <w:sz w:val="24"/>
        </w:rPr>
        <w:t>οὐ μὴ εὑρεθῇ ἐν σοὶ ἔτι, καὶ φωνὴ μύλου οὐ μὴ ἀκουσθῇ ἐν σοὶ ἔτι,</w:t>
      </w:r>
    </w:p>
    <w:p>
      <w:r>
        <w:rPr>
          <w:rFonts w:ascii="Courier New" w:hAnsi="Courier New"/>
          <w:color w:val="555555"/>
          <w:sz w:val="20"/>
        </w:rPr>
        <w:t>[Apoc . 18 . 23]</w:t>
      </w:r>
    </w:p>
    <w:p>
      <w:r>
        <w:rPr>
          <w:rFonts w:ascii="Gentium Plus" w:hAnsi="Gentium Plus"/>
          <w:sz w:val="24"/>
        </w:rPr>
        <w:t>καὶ φῶς λύχνου οὐ μὴ φάνῃ ἐν σοὶ ἔτι, καὶ φωνὴ νυμφίου καὶ νύμφης οὐ μὴ ἀκουσθῇ ἐν σοὶ ἔτι·</w:t>
      </w:r>
    </w:p>
    <w:p>
      <w:r>
        <w:rPr>
          <w:rFonts w:ascii="Courier New" w:hAnsi="Courier New"/>
          <w:color w:val="555555"/>
          <w:sz w:val="20"/>
        </w:rPr>
        <w:t>[5]</w:t>
      </w:r>
    </w:p>
    <w:p>
      <w:r>
        <w:rPr>
          <w:rFonts w:ascii="Gentium Plus" w:hAnsi="Gentium Plus"/>
          <w:sz w:val="24"/>
        </w:rPr>
        <w:t>ὅτι οἱ ἔμποροί σου ἦσαν οἱ μεγιστᾶνες τῆς γῆς, ὅτι ἐν τῇ φαρμακείᾳ σου ἐπλανήθησαν πάντα τὰ ἔθνη,</w:t>
      </w:r>
    </w:p>
    <w:p>
      <w:r>
        <w:rPr>
          <w:rFonts w:ascii="Courier New" w:hAnsi="Courier New"/>
          <w:color w:val="555555"/>
          <w:sz w:val="20"/>
        </w:rPr>
        <w:t>[Apoc . 18 . 24]</w:t>
      </w:r>
    </w:p>
    <w:p>
      <w:r>
        <w:rPr>
          <w:rFonts w:ascii="Gentium Plus" w:hAnsi="Gentium Plus"/>
          <w:sz w:val="24"/>
        </w:rPr>
        <w:t>καὶ ἐν αὐτῇ αἷμα προφητῶν καὶ ἁγίων εὑρέθη καὶ πάντων τῶν ἐσφαγμένων ἐπὶ τῆς γῆς.</w:t>
      </w:r>
    </w:p>
    <w:p>
      <w:r>
        <w:rPr>
          <w:rFonts w:ascii="Courier New" w:hAnsi="Courier New"/>
          <w:color w:val="555555"/>
          <w:sz w:val="20"/>
        </w:rPr>
        <w:t>[Apoc . 19 . 1]</w:t>
      </w:r>
    </w:p>
    <w:p>
      <w:r>
        <w:rPr>
          <w:rFonts w:ascii="Gentium Plus" w:hAnsi="Gentium Plus"/>
          <w:sz w:val="24"/>
        </w:rPr>
        <w:t>Μετὰ ταῦτα ἤκουσα ὡς φωνὴν μεγάλην ὄχλου πολλοῦ ἐν τῷ οὐρανῷ λεγόντων, Ἁλληλουϊά· ἡ σωτηρία καὶ ἡ δόξα καὶ ἡ δύναμις τοῦ θεοῦ ἡμῶν,</w:t>
      </w:r>
    </w:p>
    <w:p>
      <w:r>
        <w:rPr>
          <w:rFonts w:ascii="Courier New" w:hAnsi="Courier New"/>
          <w:color w:val="555555"/>
          <w:sz w:val="20"/>
        </w:rPr>
        <w:t>[Apoc . 19 . 2]</w:t>
      </w:r>
    </w:p>
    <w:p>
      <w:r>
        <w:rPr>
          <w:rFonts w:ascii="Gentium Plus" w:hAnsi="Gentium Plus"/>
          <w:sz w:val="24"/>
        </w:rPr>
        <w:t>ὅτι ἀληθιναὶ καὶ δίκαιαι αἱ κρίσεις αὐτοῦ· ὅτι ἔκρινεν τὴν πόρνην τὴν μεγάλην ἥτις ἔφθειρεν τὴν γῆν ἐν τῇ πορνείᾳ αὐτῆς, καὶ ἐξεδίκησεν τὸ αἷμα τῶν δούλων αὐτοῦ</w:t>
      </w:r>
    </w:p>
    <w:p>
      <w:r>
        <w:rPr>
          <w:rFonts w:ascii="Courier New" w:hAnsi="Courier New"/>
          <w:color w:val="555555"/>
          <w:sz w:val="20"/>
        </w:rPr>
        <w:t>[5]</w:t>
      </w:r>
    </w:p>
    <w:p>
      <w:r>
        <w:rPr>
          <w:rFonts w:ascii="Gentium Plus" w:hAnsi="Gentium Plus"/>
          <w:sz w:val="24"/>
        </w:rPr>
        <w:t>ἐκ χειρὸς αὐτῆς.</w:t>
      </w:r>
    </w:p>
    <w:p>
      <w:r>
        <w:rPr>
          <w:rFonts w:ascii="Courier New" w:hAnsi="Courier New"/>
          <w:color w:val="555555"/>
          <w:sz w:val="20"/>
        </w:rPr>
        <w:t>[Apoc . 19 . 3]</w:t>
      </w:r>
    </w:p>
    <w:p>
      <w:r>
        <w:rPr>
          <w:rFonts w:ascii="Gentium Plus" w:hAnsi="Gentium Plus"/>
          <w:sz w:val="24"/>
        </w:rPr>
        <w:t>καὶ δεύτερον εἴρηκαν, Ἁλληλουϊά· καὶ ὁ καπνὸς αὐτῆς ἀναβαίνει εἰς τοὺς αἰῶνας τῶν αἰώνων.</w:t>
      </w:r>
    </w:p>
    <w:p>
      <w:r>
        <w:rPr>
          <w:rFonts w:ascii="Courier New" w:hAnsi="Courier New"/>
          <w:color w:val="555555"/>
          <w:sz w:val="20"/>
        </w:rPr>
        <w:t>[Apoc . 19 . 4]</w:t>
      </w:r>
    </w:p>
    <w:p>
      <w:r>
        <w:rPr>
          <w:rFonts w:ascii="Gentium Plus" w:hAnsi="Gentium Plus"/>
          <w:sz w:val="24"/>
        </w:rPr>
        <w:t>καὶ ἔπεσαν οἱ πρεσβύτεροι οἱ εἴκοσι τέσσαρες καὶ τὰ τέσσαρα ζῷα, καὶ προσεκύνησαν τῷ θεῷ τῷ καθημένῳ ἐπὶ τῷ θρόνῳ, λέγοντες,</w:t>
      </w:r>
    </w:p>
    <w:p>
      <w:r>
        <w:rPr>
          <w:rFonts w:ascii="Courier New" w:hAnsi="Courier New"/>
          <w:color w:val="555555"/>
          <w:sz w:val="20"/>
        </w:rPr>
        <w:t>[Apoc . 19 . 5]</w:t>
      </w:r>
    </w:p>
    <w:p>
      <w:r>
        <w:rPr>
          <w:rFonts w:ascii="Gentium Plus" w:hAnsi="Gentium Plus"/>
          <w:sz w:val="24"/>
        </w:rPr>
        <w:t>Καὶ φωνὴ ἀπὸ τοῦ θρόνου ἐξῆλθεν λέγουσα, Αἰνεῖτε τῷ θεῷ ἡμῶν, πάντες οἱ δοῦλοι αὐτοῦ, [καὶ] οἱ φοβούμενοι αὐτόν,</w:t>
      </w:r>
    </w:p>
    <w:p>
      <w:r>
        <w:rPr>
          <w:rFonts w:ascii="Courier New" w:hAnsi="Courier New"/>
          <w:color w:val="555555"/>
          <w:sz w:val="20"/>
        </w:rPr>
        <w:t>[5]</w:t>
      </w:r>
    </w:p>
    <w:p>
      <w:r>
        <w:rPr>
          <w:rFonts w:ascii="Gentium Plus" w:hAnsi="Gentium Plus"/>
          <w:sz w:val="24"/>
        </w:rPr>
        <w:t>οἱ μικροὶ καὶ οἱ μεγάλοι.</w:t>
      </w:r>
    </w:p>
    <w:p>
      <w:r>
        <w:rPr>
          <w:rFonts w:ascii="Courier New" w:hAnsi="Courier New"/>
          <w:color w:val="555555"/>
          <w:sz w:val="20"/>
        </w:rPr>
        <w:t>[Apoc . 19 . 6]</w:t>
      </w:r>
    </w:p>
    <w:p>
      <w:r>
        <w:rPr>
          <w:rFonts w:ascii="Gentium Plus" w:hAnsi="Gentium Plus"/>
          <w:sz w:val="24"/>
        </w:rPr>
        <w:t>καὶ ἤκουσα ὡς φωνὴν ὄχλου πολλοῦ καὶ ὡς φωνὴν ὑδάτων πολλῶν καὶ ὡς φωνὴν βροντῶν ἰσχυρῶν λε‐ γόντων, Ἁλληλουϊά,</w:t>
      </w:r>
    </w:p>
    <w:p>
      <w:r>
        <w:rPr>
          <w:rFonts w:ascii="Courier New" w:hAnsi="Courier New"/>
          <w:color w:val="555555"/>
          <w:sz w:val="20"/>
        </w:rPr>
        <w:t>[5]</w:t>
      </w:r>
    </w:p>
    <w:p>
      <w:r>
        <w:rPr>
          <w:rFonts w:ascii="Gentium Plus" w:hAnsi="Gentium Plus"/>
          <w:sz w:val="24"/>
        </w:rPr>
        <w:t>ὅτι ἐβασίλευσεν κύριος ὁ θεὸς [ἡμῶν] ὁ παντοκράτωρ.</w:t>
      </w:r>
    </w:p>
    <w:p>
      <w:r>
        <w:rPr>
          <w:rFonts w:ascii="Courier New" w:hAnsi="Courier New"/>
          <w:color w:val="555555"/>
          <w:sz w:val="20"/>
        </w:rPr>
        <w:t>[Apoc . 19 . 7]</w:t>
      </w:r>
    </w:p>
    <w:p>
      <w:r>
        <w:rPr>
          <w:rFonts w:ascii="Gentium Plus" w:hAnsi="Gentium Plus"/>
          <w:sz w:val="24"/>
        </w:rPr>
        <w:t>χαίρωμεν καὶ ἀγαλλιῶμεν, καὶ δώσωμεν τὴν δόξαν αὐτῷ, ὅτι ἦλθεν ὁ γάμος τοῦ ἀρνίου,</w:t>
      </w:r>
    </w:p>
    <w:p>
      <w:r>
        <w:rPr>
          <w:rFonts w:ascii="Courier New" w:hAnsi="Courier New"/>
          <w:color w:val="555555"/>
          <w:sz w:val="20"/>
        </w:rPr>
        <w:t>[Apoc . 19 . 8]</w:t>
      </w:r>
    </w:p>
    <w:p>
      <w:r>
        <w:rPr>
          <w:rFonts w:ascii="Gentium Plus" w:hAnsi="Gentium Plus"/>
          <w:sz w:val="24"/>
        </w:rPr>
        <w:t>καὶ ἐδόθη αὐτῇ ἵνα περιβάληται βύσσινον λαμπρὸν καθαρόν, τὸ γὰρ βύσσινον τὰ δικαιώματα τῶν ἁγίων ἐστίν.</w:t>
      </w:r>
    </w:p>
    <w:p>
      <w:r>
        <w:rPr>
          <w:rFonts w:ascii="Courier New" w:hAnsi="Courier New"/>
          <w:color w:val="555555"/>
          <w:sz w:val="20"/>
        </w:rPr>
        <w:t>[Apoc . 19 . 9]</w:t>
      </w:r>
    </w:p>
    <w:p>
      <w:r>
        <w:rPr>
          <w:rFonts w:ascii="Gentium Plus" w:hAnsi="Gentium Plus"/>
          <w:sz w:val="24"/>
        </w:rPr>
        <w:t>Καὶ λέγει μοι, Γράψον· Μακάριοι οἱ εἰς τὸ δεῖπνον τοῦ γάμου τοῦ ἀρνίου κεκλημένοι. καὶ λέγει μοι, Οὗτοι οἱ λόγοι ἀληθινοὶ τοῦ θεοῦ εἰσιν.</w:t>
      </w:r>
    </w:p>
    <w:p>
      <w:r>
        <w:rPr>
          <w:rFonts w:ascii="Courier New" w:hAnsi="Courier New"/>
          <w:color w:val="555555"/>
          <w:sz w:val="20"/>
        </w:rPr>
        <w:t>[Apoc . 19 . 10]</w:t>
      </w:r>
    </w:p>
    <w:p>
      <w:r>
        <w:rPr>
          <w:rFonts w:ascii="Gentium Plus" w:hAnsi="Gentium Plus"/>
          <w:sz w:val="24"/>
        </w:rPr>
        <w:t>καὶ ἔπεσα ἔμπρο‐ σθεν τῶν ποδῶν αὐτοῦ προσκυνῆσαι αὐτῷ. καὶ λέγει μοι, Ὅρα μή· σύνδουλός σού εἰμι καὶ τῶν ἀδελφῶν σου τῶν ἐχόντων τὴν μαρτυρίαν Ἰησοῦ· τῷ θεῷ προσκύ‐</w:t>
      </w:r>
    </w:p>
    <w:p>
      <w:r>
        <w:rPr>
          <w:rFonts w:ascii="Courier New" w:hAnsi="Courier New"/>
          <w:color w:val="555555"/>
          <w:sz w:val="20"/>
        </w:rPr>
        <w:t>[5]</w:t>
      </w:r>
    </w:p>
    <w:p>
      <w:r>
        <w:rPr>
          <w:rFonts w:ascii="Gentium Plus" w:hAnsi="Gentium Plus"/>
          <w:sz w:val="24"/>
        </w:rPr>
        <w:t>νησον. ἡ γὰρ μαρτυρία Ἰησοῦ ἐστιν τὸ πνεῦμα τῆς προφητείας.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[Apoc . 19 . 11]</w:t>
      </w:r>
    </w:p>
    <w:p>
      <w:r>
        <w:rPr>
          <w:rFonts w:ascii="Gentium Plus" w:hAnsi="Gentium Plus"/>
          <w:sz w:val="24"/>
        </w:rPr>
        <w:t>Καὶ εἶδον τὸν οὐρανὸν ἠνεῳγμένον, καὶ ἰδοὺ ἵππος λευκός, καὶ ὁ καθήμενος ἐπ’ αὐτὸν πιστὸς [καλούμενος] καὶ ἀληθινός, καὶ ἐν δικαιοσύνῃ κρίνει καὶ πολεμεῖ.</w:t>
      </w:r>
    </w:p>
    <w:p>
      <w:r>
        <w:rPr>
          <w:rFonts w:ascii="Courier New" w:hAnsi="Courier New"/>
          <w:color w:val="555555"/>
          <w:sz w:val="20"/>
        </w:rPr>
        <w:t>[Apoc . 19 . 12]</w:t>
      </w:r>
    </w:p>
    <w:p>
      <w:r>
        <w:rPr>
          <w:rFonts w:ascii="Gentium Plus" w:hAnsi="Gentium Plus"/>
          <w:sz w:val="24"/>
        </w:rPr>
        <w:t>οἱ δὲ ὀφθαλμοὶ αὐτοῦ [ὡς] φλὸξ πυρός, καὶ ἐπὶ</w:t>
      </w:r>
    </w:p>
    <w:p>
      <w:r>
        <w:rPr>
          <w:rFonts w:ascii="Courier New" w:hAnsi="Courier New"/>
          <w:color w:val="555555"/>
          <w:sz w:val="20"/>
        </w:rPr>
        <w:t>[Apoc . 19 . 13]</w:t>
      </w:r>
    </w:p>
    <w:p>
      <w:r>
        <w:rPr>
          <w:rFonts w:ascii="Gentium Plus" w:hAnsi="Gentium Plus"/>
          <w:sz w:val="24"/>
        </w:rPr>
        <w:t>καὶ περι‐ βεβλημένος ἱμάτιον βεβαμμένον αἵματι, καὶ κέκληται τὸ ὄνομα αὐτοῦ ὁ λόγος τοῦ θεοῦ.</w:t>
      </w:r>
    </w:p>
    <w:p>
      <w:r>
        <w:rPr>
          <w:rFonts w:ascii="Courier New" w:hAnsi="Courier New"/>
          <w:color w:val="555555"/>
          <w:sz w:val="20"/>
        </w:rPr>
        <w:t>[Apoc . 19 . 14]</w:t>
      </w:r>
    </w:p>
    <w:p>
      <w:r>
        <w:rPr>
          <w:rFonts w:ascii="Gentium Plus" w:hAnsi="Gentium Plus"/>
          <w:sz w:val="24"/>
        </w:rPr>
        <w:t>καὶ τὰ στρατεύ‐ ματα [τὰ] ἐν τῷ οὐρανῷ ἠκολούθει αὐτῷ ἐφ’ ἵπποις λευκοῖς, ἐνδεδυμένοι βύσσινον λευκὸν καθαρόν.</w:t>
      </w:r>
    </w:p>
    <w:p>
      <w:r>
        <w:rPr>
          <w:rFonts w:ascii="Courier New" w:hAnsi="Courier New"/>
          <w:color w:val="555555"/>
          <w:sz w:val="20"/>
        </w:rPr>
        <w:t>[Apoc . 19 . 15]</w:t>
      </w:r>
    </w:p>
    <w:p>
      <w:r>
        <w:rPr>
          <w:rFonts w:ascii="Gentium Plus" w:hAnsi="Gentium Plus"/>
          <w:sz w:val="24"/>
        </w:rPr>
        <w:t>καὶ ἐκ τοῦ στόματος αὐτοῦ ἐκπορεύεται ῥομφαία ὀξεῖα, ἵνα ἐν αὐτῇ πατάξῃ τὰ ἔθνη, καὶ αὐτὸς ποιμανεῖ αὐτοὺς ἐν ῥάβδῳ σιδηρᾷ· καὶ αὐτὸς πατεῖ τὴν ληνὸν τοῦ οἴνου</w:t>
      </w:r>
    </w:p>
    <w:p>
      <w:r>
        <w:rPr>
          <w:rFonts w:ascii="Courier New" w:hAnsi="Courier New"/>
          <w:color w:val="555555"/>
          <w:sz w:val="20"/>
        </w:rPr>
        <w:t>[5]</w:t>
      </w:r>
    </w:p>
    <w:p>
      <w:r>
        <w:rPr>
          <w:rFonts w:ascii="Gentium Plus" w:hAnsi="Gentium Plus"/>
          <w:sz w:val="24"/>
        </w:rPr>
        <w:t>τοῦ θυμοῦ τῆς ὀργῆς τοῦ θεοῦ τοῦ παντοκράτορος.</w:t>
      </w:r>
    </w:p>
    <w:p>
      <w:r>
        <w:rPr>
          <w:rFonts w:ascii="Courier New" w:hAnsi="Courier New"/>
          <w:color w:val="555555"/>
          <w:sz w:val="20"/>
        </w:rPr>
        <w:t>[Apoc . 19 . 16]</w:t>
      </w:r>
    </w:p>
    <w:p>
      <w:r>
        <w:rPr>
          <w:rFonts w:ascii="Gentium Plus" w:hAnsi="Gentium Plus"/>
          <w:sz w:val="24"/>
        </w:rPr>
        <w:t>καὶ ἔχει ἐπὶ τὸ ἱμάτιον καὶ ἐπὶ τὸν μηρὸν αὐτοῦ ὄνομα γεγραμμένον· Βασιλεὺς βασιλέων καὶ κύριος κυρίων.</w:t>
      </w:r>
    </w:p>
    <w:p>
      <w:r>
        <w:rPr>
          <w:rFonts w:ascii="Courier New" w:hAnsi="Courier New"/>
          <w:color w:val="555555"/>
          <w:sz w:val="20"/>
        </w:rPr>
        <w:t>[Apoc . 19 . 17]</w:t>
      </w:r>
    </w:p>
    <w:p>
      <w:r>
        <w:rPr>
          <w:rFonts w:ascii="Gentium Plus" w:hAnsi="Gentium Plus"/>
          <w:sz w:val="24"/>
        </w:rPr>
        <w:t>Καὶ εἶδον ἕνα ἄγγελον ἑστῶτα ἐν τῷ ἡλίῳ, καὶ ἔκραξεν [ἐν] φωνῇ μεγάλῃ λέγων πᾶσιν τοῖς ὀρνέοις τοῖς πετομένοις ἐν μεσουρανήματι, Δεῦτε συνάχθητε εἰς τὸ δεῖπνον τὸ μέγα τοῦ θεοῦ,</w:t>
      </w:r>
    </w:p>
    <w:p>
      <w:r>
        <w:rPr>
          <w:rFonts w:ascii="Courier New" w:hAnsi="Courier New"/>
          <w:color w:val="555555"/>
          <w:sz w:val="20"/>
        </w:rPr>
        <w:t>[Apoc . 19 . 18]</w:t>
      </w:r>
    </w:p>
    <w:p>
      <w:r>
        <w:rPr>
          <w:rFonts w:ascii="Gentium Plus" w:hAnsi="Gentium Plus"/>
          <w:sz w:val="24"/>
        </w:rPr>
        <w:t>ἵνα φάγητε σάρκας βασιλέων καὶ σάρκας χιλιάρχων καὶ σάρκας ἰσχυρῶν καὶ σάρκας ἵππων καὶ τῶν καθημένων ἐπ’ αὐτῶν καὶ σάρκας πάντων ἐλευθέρων τε καὶ δούλων καὶ μικρῶν καὶ με‐</w:t>
      </w:r>
    </w:p>
    <w:p>
      <w:r>
        <w:rPr>
          <w:rFonts w:ascii="Courier New" w:hAnsi="Courier New"/>
          <w:color w:val="555555"/>
          <w:sz w:val="20"/>
        </w:rPr>
        <w:t>[5]</w:t>
      </w:r>
    </w:p>
    <w:p>
      <w:r>
        <w:rPr>
          <w:rFonts w:ascii="Gentium Plus" w:hAnsi="Gentium Plus"/>
          <w:sz w:val="24"/>
        </w:rPr>
        <w:t>γάλων.</w:t>
      </w:r>
    </w:p>
    <w:p>
      <w:r>
        <w:rPr>
          <w:rFonts w:ascii="Courier New" w:hAnsi="Courier New"/>
          <w:color w:val="555555"/>
          <w:sz w:val="20"/>
        </w:rPr>
        <w:t>[Apoc . 19 . 19]</w:t>
      </w:r>
    </w:p>
    <w:p>
      <w:r>
        <w:rPr>
          <w:rFonts w:ascii="Gentium Plus" w:hAnsi="Gentium Plus"/>
          <w:sz w:val="24"/>
        </w:rPr>
        <w:t>Καὶ εἶδον τὸ θηρίον καὶ τοὺς βασιλεῖς τῆς γῆς καὶ τὰ στρατεύματα αὐτῶν συνηγμένα ποιῆσαι τὸν πόλεμον μετὰ τοῦ καθημένου ἐπὶ τοῦ ἵππου καὶ μετὰ τοῦ στρατεύματος αὐτοῦ.</w:t>
      </w:r>
    </w:p>
    <w:p>
      <w:r>
        <w:rPr>
          <w:rFonts w:ascii="Courier New" w:hAnsi="Courier New"/>
          <w:color w:val="555555"/>
          <w:sz w:val="20"/>
        </w:rPr>
        <w:t>[Apoc . 19 . 20]</w:t>
      </w:r>
    </w:p>
    <w:p>
      <w:r>
        <w:rPr>
          <w:rFonts w:ascii="Gentium Plus" w:hAnsi="Gentium Plus"/>
          <w:sz w:val="24"/>
        </w:rPr>
        <w:t>καὶ ἐπιάσθη τὸ θηρίον καὶ μετ’ αὐτοῦ ὁ ψευδοπροφήτης ὁ ποιήσας τὰ σημεῖα</w:t>
      </w:r>
    </w:p>
    <w:p>
      <w:r>
        <w:rPr>
          <w:rFonts w:ascii="Courier New" w:hAnsi="Courier New"/>
          <w:color w:val="555555"/>
          <w:sz w:val="20"/>
        </w:rPr>
        <w:t>[5]</w:t>
      </w:r>
    </w:p>
    <w:p>
      <w:r>
        <w:rPr>
          <w:rFonts w:ascii="Gentium Plus" w:hAnsi="Gentium Plus"/>
          <w:sz w:val="24"/>
        </w:rPr>
        <w:t>αὐτοῦ· ζῶντες ἐβλήθησαν οἱ δύο εἰς τὴν λίμνην τοῦ πυρὸς τῆς καιομένης ἐν θείῳ.</w:t>
      </w:r>
    </w:p>
    <w:p>
      <w:r>
        <w:rPr>
          <w:rFonts w:ascii="Courier New" w:hAnsi="Courier New"/>
          <w:color w:val="555555"/>
          <w:sz w:val="20"/>
        </w:rPr>
        <w:t>[Apoc . 19 . 21]</w:t>
      </w:r>
    </w:p>
    <w:p>
      <w:r>
        <w:rPr>
          <w:rFonts w:ascii="Gentium Plus" w:hAnsi="Gentium Plus"/>
          <w:sz w:val="24"/>
        </w:rPr>
        <w:t>καὶ οἱ λοιποὶ ἀπεκτάν‐ θησαν ἐν τῇ ῥομφαίᾳ τοῦ καθημένου ἐπὶ τοῦ ἵππου τῇ ἐξελθούσῃ ἐκ τοῦ στόματος αὐτοῦ, καὶ πάντα τὰ ὄρνεα ἐχορτάσθησαν ἐκ τῶν σαρκῶν αὐτῶν.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[Apoc . 20 . 1]</w:t>
      </w:r>
    </w:p>
    <w:p>
      <w:r>
        <w:rPr>
          <w:rFonts w:ascii="Gentium Plus" w:hAnsi="Gentium Plus"/>
          <w:sz w:val="24"/>
        </w:rPr>
        <w:t>Καὶ εἶδον ἄγγελον καταβαίνοντα ἐκ τοῦ οὐρανοῦ, ἔχοντα τὴν κλεῖν τῆς ἀβύσσου καὶ ἅλυσιν μεγάλην ἐπὶ τὴν χεῖρα αὐτοῦ.</w:t>
      </w:r>
    </w:p>
    <w:p>
      <w:r>
        <w:rPr>
          <w:rFonts w:ascii="Courier New" w:hAnsi="Courier New"/>
          <w:color w:val="555555"/>
          <w:sz w:val="20"/>
        </w:rPr>
        <w:t>[Apoc . 20 . 2]</w:t>
      </w:r>
    </w:p>
    <w:p>
      <w:r>
        <w:rPr>
          <w:rFonts w:ascii="Gentium Plus" w:hAnsi="Gentium Plus"/>
          <w:sz w:val="24"/>
        </w:rPr>
        <w:t>καὶ ἐκράτησεν τὸν δράκοντα, ὁ ὄφις ὁ ἀρχαῖος, ὅς ἐστιν Διάβολος καὶ ὁ Σατανᾶς, καὶ ἔδησεν αὐτὸν χίλια ἔτη,</w:t>
      </w:r>
    </w:p>
    <w:p>
      <w:r>
        <w:rPr>
          <w:rFonts w:ascii="Courier New" w:hAnsi="Courier New"/>
          <w:color w:val="555555"/>
          <w:sz w:val="20"/>
        </w:rPr>
        <w:t>[Apoc . 20 . 3]</w:t>
      </w:r>
    </w:p>
    <w:p>
      <w:r>
        <w:rPr>
          <w:rFonts w:ascii="Gentium Plus" w:hAnsi="Gentium Plus"/>
          <w:sz w:val="24"/>
        </w:rPr>
        <w:t>καὶ ἔβαλεν αὐτὸν εἰς τὴν ἄβυσσον καὶ ἔκλεισεν καὶ ἐσφράγισεν ἐπάνω αὐτοῦ ἵνα μὴ πλα‐ νήσῃ ἔτι τὰ ἔθνη ἄχρι τελεσθῇ τὰ χίλια ἔτη· μετὰ ταῦτα δεῖ λυθῆναι αὐτὸν μικρὸν χρόνον.</w:t>
      </w:r>
    </w:p>
    <w:p>
      <w:r>
        <w:rPr>
          <w:rFonts w:ascii="Courier New" w:hAnsi="Courier New"/>
          <w:color w:val="555555"/>
          <w:sz w:val="20"/>
        </w:rPr>
        <w:t>[Apoc . 20 . 4]</w:t>
      </w:r>
    </w:p>
    <w:p>
      <w:r>
        <w:rPr>
          <w:rFonts w:ascii="Gentium Plus" w:hAnsi="Gentium Plus"/>
          <w:sz w:val="24"/>
        </w:rPr>
        <w:t>Καὶ εἶδον θρόνους, καὶ ἐκάθισαν ἐπ’ αὐτούς, καὶ κρίμα ἐδόθη αὐτοῖς, καὶ τὰς ψυχὰς τῶν πεπελεκισμένων διὰ τὴν μαρτυρίαν Ἰησοῦ καὶ διὰ τὸν λόγον τοῦ θεοῦ, καὶ οἵτινες οὐ προσεκύνησαν τὸ θηρίον οὐδὲ τὴν εἰκόνα</w:t>
      </w:r>
    </w:p>
    <w:p>
      <w:r>
        <w:rPr>
          <w:rFonts w:ascii="Courier New" w:hAnsi="Courier New"/>
          <w:color w:val="555555"/>
          <w:sz w:val="20"/>
        </w:rPr>
        <w:t>[5]</w:t>
      </w:r>
    </w:p>
    <w:p>
      <w:r>
        <w:rPr>
          <w:rFonts w:ascii="Gentium Plus" w:hAnsi="Gentium Plus"/>
          <w:sz w:val="24"/>
        </w:rPr>
        <w:t>αὐτοῦ καὶ οὐκ ἔλαβον τὸ χάραγμα ἐπὶ τὸ μέτωπον καὶ ἐπὶ τὴν χεῖρα αὐτῶν· καὶ ἔζησαν καὶ ἐβασίλευσαν μετὰ τοῦ Χριστοῦ χίλια ἔτη.</w:t>
      </w:r>
    </w:p>
    <w:p>
      <w:r>
        <w:rPr>
          <w:rFonts w:ascii="Courier New" w:hAnsi="Courier New"/>
          <w:color w:val="555555"/>
          <w:sz w:val="20"/>
        </w:rPr>
        <w:t>[Apoc . 20 . 5]</w:t>
      </w:r>
    </w:p>
    <w:p>
      <w:r>
        <w:rPr>
          <w:rFonts w:ascii="Gentium Plus" w:hAnsi="Gentium Plus"/>
          <w:sz w:val="24"/>
        </w:rPr>
        <w:t>οἱ λοιποὶ τῶν νεκρῶν οὐκ ἔζησαν ἄχρι τελεσθῇ τὰ χίλια ἔτη. αὕτη ἡ ἀνάστασις ἡ πρώτη.</w:t>
      </w:r>
    </w:p>
    <w:p>
      <w:r>
        <w:rPr>
          <w:rFonts w:ascii="Courier New" w:hAnsi="Courier New"/>
          <w:color w:val="555555"/>
          <w:sz w:val="20"/>
        </w:rPr>
        <w:t>[Apoc . 20 . 6]</w:t>
      </w:r>
    </w:p>
    <w:p>
      <w:r>
        <w:rPr>
          <w:rFonts w:ascii="Gentium Plus" w:hAnsi="Gentium Plus"/>
          <w:sz w:val="24"/>
        </w:rPr>
        <w:t>μακάριος καὶ ἅγιος ὁ ἔχων μέρος ἐν τῇ ἀναστάσει τῇ πρώτῃ· ἐπὶ τούτων ὁ δεύτερος θάνατος οὐκ ἔχει ἐξου‐ σίαν, ἀλλ’ ἔσονται ἱερεῖς τοῦ θεοῦ καὶ τοῦ Χριστοῦ,</w:t>
      </w:r>
    </w:p>
    <w:p>
      <w:r>
        <w:rPr>
          <w:rFonts w:ascii="Courier New" w:hAnsi="Courier New"/>
          <w:color w:val="555555"/>
          <w:sz w:val="20"/>
        </w:rPr>
        <w:t>[Apoc . 20 . 7]</w:t>
      </w:r>
    </w:p>
    <w:p>
      <w:r>
        <w:rPr>
          <w:rFonts w:ascii="Gentium Plus" w:hAnsi="Gentium Plus"/>
          <w:sz w:val="24"/>
        </w:rPr>
        <w:t>Καὶ ὅταν τελεσθῇ τὰ χίλια ἔτη, λυθήσεται ὁ Σατανᾶς ἐκ τῆς φυλακῆς αὐτοῦ,</w:t>
      </w:r>
    </w:p>
    <w:p>
      <w:r>
        <w:rPr>
          <w:rFonts w:ascii="Courier New" w:hAnsi="Courier New"/>
          <w:color w:val="555555"/>
          <w:sz w:val="20"/>
        </w:rPr>
        <w:t>[Apoc . 20 . 8]</w:t>
      </w:r>
    </w:p>
    <w:p>
      <w:r>
        <w:rPr>
          <w:rFonts w:ascii="Gentium Plus" w:hAnsi="Gentium Plus"/>
          <w:sz w:val="24"/>
        </w:rPr>
        <w:t>καὶ ἐξελεύσεται πλανῆσαι τὰ ἔθνη τὰ ἐν ταῖς τέσσαρσιν γωνίαις τῆς γῆς, τὸν Γὼγ καὶ Μαγώγ, συναγαγεῖν αὐτοὺς εἰς τὸν πόλεμον, ὧν ὁ ἀριθμὸς αὐτῶν ὡς ἡ ἄμμος τῆς θαλάσσης.</w:t>
      </w:r>
    </w:p>
    <w:p>
      <w:r>
        <w:rPr>
          <w:rFonts w:ascii="Courier New" w:hAnsi="Courier New"/>
          <w:color w:val="555555"/>
          <w:sz w:val="20"/>
        </w:rPr>
        <w:t>[Apoc . 20 . 9]</w:t>
      </w:r>
    </w:p>
    <w:p>
      <w:r>
        <w:rPr>
          <w:rFonts w:ascii="Gentium Plus" w:hAnsi="Gentium Plus"/>
          <w:sz w:val="24"/>
        </w:rPr>
        <w:t>καὶ ἀνέ‐ βησαν ἐπὶ τὸ πλάτος τῆς γῆς καὶ ἐκύκλευσαν τὴν παρεμ‐ βολὴν τῶν ἁγίων καὶ τὴν πόλιν τὴν ἠγαπημένην. καὶ κατέβη πῦρ ἐκ τοῦ οὐρανοῦ καὶ κατέφαγεν αὐτούς·</w:t>
      </w:r>
    </w:p>
    <w:p>
      <w:r>
        <w:rPr>
          <w:rFonts w:ascii="Courier New" w:hAnsi="Courier New"/>
          <w:color w:val="555555"/>
          <w:sz w:val="20"/>
        </w:rPr>
        <w:t>[Apoc . 20 . 10]</w:t>
      </w:r>
    </w:p>
    <w:p>
      <w:r>
        <w:rPr>
          <w:rFonts w:ascii="Gentium Plus" w:hAnsi="Gentium Plus"/>
          <w:sz w:val="24"/>
        </w:rPr>
        <w:t>καὶ ὁ διάβολος ὁ πλανῶν αὐτοὺς ἐβλήθη εἰς τὴν λίμνην τοῦ πυρὸς καὶ θείου, ὅπου καὶ τὸ θηρίον καὶ ὁ ψευδοπροφήτης, καὶ βασανισθήσονται ἡμέρας καὶ νυκτὸς εἰς τοὺς αἰῶνας τῶν αἰώνων.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[Apoc . 20 . 11]</w:t>
      </w:r>
    </w:p>
    <w:p>
      <w:r>
        <w:rPr>
          <w:rFonts w:ascii="Gentium Plus" w:hAnsi="Gentium Plus"/>
          <w:sz w:val="24"/>
        </w:rPr>
        <w:t>Καὶ εἶδον θρόνον μέγαν λευκὸν καὶ τὸν καθήμενον ἐπ’ αὐτόν, οὗ ἀπὸ τοῦ προσώπου ἔφυγεν ἡ γῆ καὶ ὁ οὐρανός, καὶ τόπος οὐχ εὑρέθη αὐτοῖς.</w:t>
      </w:r>
    </w:p>
    <w:p>
      <w:r>
        <w:rPr>
          <w:rFonts w:ascii="Courier New" w:hAnsi="Courier New"/>
          <w:color w:val="555555"/>
          <w:sz w:val="20"/>
        </w:rPr>
        <w:t>[Apoc . 20 . 12]</w:t>
      </w:r>
    </w:p>
    <w:p>
      <w:r>
        <w:rPr>
          <w:rFonts w:ascii="Gentium Plus" w:hAnsi="Gentium Plus"/>
          <w:sz w:val="24"/>
        </w:rPr>
        <w:t>καὶ εἶδον τοὺς νεκρούς, τοὺς μεγάλους καὶ τοὺς μικρούς, ἑστῶτας ἐνώπιον τοῦ θρόνου, καὶ βιβλία ἠνοίχθησαν· καὶ ἄλλο βιβλίον ἠνοίχθη, ὅ ἐστιν τῆς ζωῆς· καὶ ἐκρίθησαν οἱ</w:t>
      </w:r>
    </w:p>
    <w:p>
      <w:r>
        <w:rPr>
          <w:rFonts w:ascii="Courier New" w:hAnsi="Courier New"/>
          <w:color w:val="555555"/>
          <w:sz w:val="20"/>
        </w:rPr>
        <w:t>[5]</w:t>
      </w:r>
    </w:p>
    <w:p>
      <w:r>
        <w:rPr>
          <w:rFonts w:ascii="Gentium Plus" w:hAnsi="Gentium Plus"/>
          <w:sz w:val="24"/>
        </w:rPr>
        <w:t>νεκροὶ ἐκ τῶν γεγραμμένων ἐν τοῖς βιβλίοις κατὰ τὰ ἔργα αὐτῶν.</w:t>
      </w:r>
    </w:p>
    <w:p>
      <w:r>
        <w:rPr>
          <w:rFonts w:ascii="Courier New" w:hAnsi="Courier New"/>
          <w:color w:val="555555"/>
          <w:sz w:val="20"/>
        </w:rPr>
        <w:t>[Apoc . 20 . 13]</w:t>
      </w:r>
    </w:p>
    <w:p>
      <w:r>
        <w:rPr>
          <w:rFonts w:ascii="Gentium Plus" w:hAnsi="Gentium Plus"/>
          <w:sz w:val="24"/>
        </w:rPr>
        <w:t>καὶ ἔδωκεν ἡ θάλασσα τοὺς νεκροὺς τοὺς ἐν αὐτῇ, καὶ ὁ θάνατος καὶ ὁ ᾅδης ἔδωκαν τοὺς νεκροὺς τοὺς ἐν αὐτοῖς, καὶ ἐκρίθησαν ἕκαστος κατὰ τὰ ἔργα αὐτῶν.</w:t>
      </w:r>
    </w:p>
    <w:p>
      <w:r>
        <w:rPr>
          <w:rFonts w:ascii="Courier New" w:hAnsi="Courier New"/>
          <w:color w:val="555555"/>
          <w:sz w:val="20"/>
        </w:rPr>
        <w:t>[Apoc . 20 . 14]</w:t>
      </w:r>
    </w:p>
    <w:p>
      <w:r>
        <w:rPr>
          <w:rFonts w:ascii="Gentium Plus" w:hAnsi="Gentium Plus"/>
          <w:sz w:val="24"/>
        </w:rPr>
        <w:t>καὶ ὁ θάνατος καὶ ὁ ᾅδης ἐβλήθησαν εἰς τὴν λίμνην τοῦ πυρός. οὗτος ὁ θάνατος ὁ δεύτερός ἐστιν, ἡ λίμνη τοῦ πυρός.</w:t>
      </w:r>
    </w:p>
    <w:p>
      <w:r>
        <w:rPr>
          <w:rFonts w:ascii="Courier New" w:hAnsi="Courier New"/>
          <w:color w:val="555555"/>
          <w:sz w:val="20"/>
        </w:rPr>
        <w:t>[Apoc . 20 . 15]</w:t>
      </w:r>
    </w:p>
    <w:p>
      <w:r>
        <w:rPr>
          <w:rFonts w:ascii="Gentium Plus" w:hAnsi="Gentium Plus"/>
          <w:sz w:val="24"/>
        </w:rPr>
        <w:t>καὶ εἴ τις οὐχ εὑρέθη ἐν τῇ βίβλῳ τῆς ζωῆς γεγραμμένος ἐβλήθη εἰς τὴν λίμνην τοῦ πυρός.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[Apoc . 21 . 1]</w:t>
      </w:r>
    </w:p>
    <w:p>
      <w:r>
        <w:rPr>
          <w:rFonts w:ascii="Gentium Plus" w:hAnsi="Gentium Plus"/>
          <w:sz w:val="24"/>
        </w:rPr>
        <w:t>Καὶ εἶδον οὐρανὸν καινὸν καὶ γῆν καινήν· ὁ γὰρ πρῶτος οὐρανὸς καὶ ἡ πρώτη γῆ ἀπῆλθαν, καὶ ἡ θάλασσα οὐκ ἔστιν ἔτι.</w:t>
      </w:r>
    </w:p>
    <w:p>
      <w:r>
        <w:rPr>
          <w:rFonts w:ascii="Courier New" w:hAnsi="Courier New"/>
          <w:color w:val="555555"/>
          <w:sz w:val="20"/>
        </w:rPr>
        <w:t>[Apoc . 21 . 2]</w:t>
      </w:r>
    </w:p>
    <w:p>
      <w:r>
        <w:rPr>
          <w:rFonts w:ascii="Gentium Plus" w:hAnsi="Gentium Plus"/>
          <w:sz w:val="24"/>
        </w:rPr>
        <w:t>καὶ τὴν πόλιν τὴν ἁγίαν Ἰερουσαλὴμ καινὴν εἶδον καταβαίνουσαν ἐκ τοῦ οὐρανοῦ ἀπὸ τοῦ θεοῦ, ἡτοιμασμένην ὡς νύμφην κεκοσμημένην τῷ ἀνδρὶ αὐτῆς.</w:t>
      </w:r>
    </w:p>
    <w:p>
      <w:r>
        <w:rPr>
          <w:rFonts w:ascii="Courier New" w:hAnsi="Courier New"/>
          <w:color w:val="555555"/>
          <w:sz w:val="20"/>
        </w:rPr>
        <w:t>[Apoc . 21 . 3]</w:t>
      </w:r>
    </w:p>
    <w:p>
      <w:r>
        <w:rPr>
          <w:rFonts w:ascii="Gentium Plus" w:hAnsi="Gentium Plus"/>
          <w:sz w:val="24"/>
        </w:rPr>
        <w:t>καὶ ἤκουσα φωνῆς μεγάλης ἐκ τοῦ θρόνου λεγούσης, Ἰδοὺ ἡ σκηνὴ τοῦ θεοῦ μετὰ τῶν ἀνθρώπων, καὶ σκηνώσει μετ’ αὐτῶν, καὶ αὐτοὶ λαοὶ αὐτοῦ ἔσονται, καὶ αὐτὸς ὁ θεὸς μετ’ αὐτῶν ἔσται,</w:t>
      </w:r>
    </w:p>
    <w:p>
      <w:r>
        <w:rPr>
          <w:rFonts w:ascii="Courier New" w:hAnsi="Courier New"/>
          <w:color w:val="555555"/>
          <w:sz w:val="20"/>
        </w:rPr>
        <w:t>[5]</w:t>
      </w:r>
    </w:p>
    <w:p>
      <w:r>
        <w:rPr>
          <w:rFonts w:ascii="Gentium Plus" w:hAnsi="Gentium Plus"/>
          <w:sz w:val="24"/>
        </w:rPr>
        <w:t>[αὐτῶν θεός,]</w:t>
      </w:r>
    </w:p>
    <w:p>
      <w:r>
        <w:rPr>
          <w:rFonts w:ascii="Courier New" w:hAnsi="Courier New"/>
          <w:color w:val="555555"/>
          <w:sz w:val="20"/>
        </w:rPr>
        <w:t>[Apoc . 21 . 4]</w:t>
      </w:r>
    </w:p>
    <w:p>
      <w:r>
        <w:rPr>
          <w:rFonts w:ascii="Gentium Plus" w:hAnsi="Gentium Plus"/>
          <w:sz w:val="24"/>
        </w:rPr>
        <w:t>καὶ ἐξαλείψει πᾶν δάκρυον ἐκ τῶν ὀφθαλμῶν αὐτῶν, καὶ ὁ θάνατος οὐκ ἔσται ἔτι, οὔτε πένθος οὔτε κραυγὴ οὔτε πόνος οὐκ ἔσται ἔτι· [ὅτι] τὰ πρῶτα ἀπῆλθαν.</w:t>
      </w:r>
    </w:p>
    <w:p>
      <w:r>
        <w:rPr>
          <w:rFonts w:ascii="Courier New" w:hAnsi="Courier New"/>
          <w:color w:val="555555"/>
          <w:sz w:val="20"/>
        </w:rPr>
        <w:t>[Apoc . 21 . 5]</w:t>
      </w:r>
    </w:p>
    <w:p>
      <w:r>
        <w:rPr>
          <w:rFonts w:ascii="Gentium Plus" w:hAnsi="Gentium Plus"/>
          <w:sz w:val="24"/>
        </w:rPr>
        <w:t>Καὶ εἶπεν ὁ καθήμενος ἐπὶ τῷ θρόνῳ, Ἰδοὺ καινὰ ποιῶ πάντα. καὶ λέγει, Γράψον, ὅτι οὗτοι οἱ λόγοι πιστοὶ καὶ ἀληθινοί εἰσιν.</w:t>
      </w:r>
    </w:p>
    <w:p>
      <w:r>
        <w:rPr>
          <w:rFonts w:ascii="Courier New" w:hAnsi="Courier New"/>
          <w:color w:val="555555"/>
          <w:sz w:val="20"/>
        </w:rPr>
        <w:t>[Apoc . 21 . 6]</w:t>
      </w:r>
    </w:p>
    <w:p>
      <w:r>
        <w:rPr>
          <w:rFonts w:ascii="Gentium Plus" w:hAnsi="Gentium Plus"/>
          <w:sz w:val="24"/>
        </w:rPr>
        <w:t>καὶ εἶπέν μοι, Γέγοναν. ἐγώ [εἰμι] τὸ Ἄλφα καὶ τὸ Ὦ, ἡ ἀρχὴ καὶ τὸ τέλος. ἐγὼ τῷ διψῶντι δώσω ἐκ τῆς πηγῆς τοῦ ὕδατος τῆς ζωῆς δωρεάν.</w:t>
      </w:r>
    </w:p>
    <w:p>
      <w:r>
        <w:rPr>
          <w:rFonts w:ascii="Courier New" w:hAnsi="Courier New"/>
          <w:color w:val="555555"/>
          <w:sz w:val="20"/>
        </w:rPr>
        <w:t>[Apoc . 21 . 7]</w:t>
      </w:r>
    </w:p>
    <w:p>
      <w:r>
        <w:rPr>
          <w:rFonts w:ascii="Gentium Plus" w:hAnsi="Gentium Plus"/>
          <w:sz w:val="24"/>
        </w:rPr>
        <w:t>ὁ νικῶν κληρονομήσει ταῦτα, καὶ ἔσο‐ μαι αὐτῷ θεὸς καὶ αὐτὸς ἔσται μοι υἱός.</w:t>
      </w:r>
    </w:p>
    <w:p>
      <w:r>
        <w:rPr>
          <w:rFonts w:ascii="Courier New" w:hAnsi="Courier New"/>
          <w:color w:val="555555"/>
          <w:sz w:val="20"/>
        </w:rPr>
        <w:t>[Apoc . 21 . 8]</w:t>
      </w:r>
    </w:p>
    <w:p>
      <w:r>
        <w:rPr>
          <w:rFonts w:ascii="Gentium Plus" w:hAnsi="Gentium Plus"/>
          <w:sz w:val="24"/>
        </w:rPr>
        <w:t>τοῖς δὲ δειλοῖς καὶ ἀπίστοις καὶ ἐβδελυγμένοις καὶ φονεῦσιν καὶ πόρνοις καὶ φαρμάκοις καὶ εἰδωλολάτραις καὶ πᾶσιν τοῖς ψευδέσιν τὸ μέρος αὐτῶν ἐν τῇ λίμνῃ τῇ καιομένῃ πυρὶ</w:t>
      </w:r>
    </w:p>
    <w:p>
      <w:r>
        <w:rPr>
          <w:rFonts w:ascii="Courier New" w:hAnsi="Courier New"/>
          <w:color w:val="555555"/>
          <w:sz w:val="20"/>
        </w:rPr>
        <w:t>[5]</w:t>
      </w:r>
    </w:p>
    <w:p>
      <w:r>
        <w:rPr>
          <w:rFonts w:ascii="Gentium Plus" w:hAnsi="Gentium Plus"/>
          <w:sz w:val="24"/>
        </w:rPr>
        <w:t>καὶ θείῳ, ὅ ἐστιν ὁ θάνατος ὁ δεύτερος.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[Apoc . 21 . 9]</w:t>
      </w:r>
    </w:p>
    <w:p>
      <w:r>
        <w:rPr>
          <w:rFonts w:ascii="Gentium Plus" w:hAnsi="Gentium Plus"/>
          <w:sz w:val="24"/>
        </w:rPr>
        <w:t>Καὶ ἦλθεν εἷς ἐκ τῶν ἑπτὰ ἀγγέλων τῶν ἐχόντων τὰς ἑπτὰ φιάλας, τῶν γεμόντων τῶν ἑπτὰ πληγῶν τῶν ἐσχάτων, καὶ ἐλάλησεν μετ’ ἐμοῦ λέγων, Δεῦρο, δείξω σοι τὴν νύμφην τὴν γυναῖκα τοῦ ἀρνίου.</w:t>
      </w:r>
    </w:p>
    <w:p>
      <w:r>
        <w:rPr>
          <w:rFonts w:ascii="Courier New" w:hAnsi="Courier New"/>
          <w:color w:val="555555"/>
          <w:sz w:val="20"/>
        </w:rPr>
        <w:t>[Apoc . 21 . 10]</w:t>
      </w:r>
    </w:p>
    <w:p>
      <w:r>
        <w:rPr>
          <w:rFonts w:ascii="Gentium Plus" w:hAnsi="Gentium Plus"/>
          <w:sz w:val="24"/>
        </w:rPr>
        <w:t>καὶ ἀπή‐</w:t>
      </w:r>
    </w:p>
    <w:p>
      <w:r>
        <w:rPr>
          <w:rFonts w:ascii="Courier New" w:hAnsi="Courier New"/>
          <w:color w:val="555555"/>
          <w:sz w:val="20"/>
        </w:rPr>
        <w:t>[Apoc . 21 . 11]</w:t>
      </w:r>
    </w:p>
    <w:p>
      <w:r>
        <w:rPr>
          <w:rFonts w:ascii="Gentium Plus" w:hAnsi="Gentium Plus"/>
          <w:sz w:val="24"/>
        </w:rPr>
        <w:t>ἔχουσαν τὴν δόξαν τοῦ θεοῦ· ὁ φωστὴρ αὐτῆς ὅμοιος λίθῳ τιμιωτάτῳ, ὡς λίθῳ ἰάσπιδι κρυσταλλίζοντι·</w:t>
      </w:r>
    </w:p>
    <w:p>
      <w:r>
        <w:rPr>
          <w:rFonts w:ascii="Courier New" w:hAnsi="Courier New"/>
          <w:color w:val="555555"/>
          <w:sz w:val="20"/>
        </w:rPr>
        <w:t>[Apoc . 21 . 12]</w:t>
      </w:r>
    </w:p>
    <w:p>
      <w:r>
        <w:rPr>
          <w:rFonts w:ascii="Gentium Plus" w:hAnsi="Gentium Plus"/>
          <w:sz w:val="24"/>
        </w:rPr>
        <w:t>ἔχουσα τεῖχος μέγα καὶ ὑψηλόν, ἔχουσα πυλῶνας δώδεκα, καὶ ἐπὶ τοῖς πυλῶσιν ἀγγέλους δώδεκα, καὶ ὀνόματα ἐπι‐ γεγραμμένα ἅ ἐστιν τῶν δώδεκα φυλῶν υἱῶν Ἰσραήλ·</w:t>
      </w:r>
    </w:p>
    <w:p>
      <w:r>
        <w:rPr>
          <w:rFonts w:ascii="Courier New" w:hAnsi="Courier New"/>
          <w:color w:val="555555"/>
          <w:sz w:val="20"/>
        </w:rPr>
        <w:t>[Apoc . 21 . 13]</w:t>
      </w:r>
    </w:p>
    <w:p>
      <w:r>
        <w:rPr>
          <w:rFonts w:ascii="Gentium Plus" w:hAnsi="Gentium Plus"/>
          <w:sz w:val="24"/>
        </w:rPr>
        <w:t>ἀπὸ ἀνατολῆς πυλῶνες τρεῖς, καὶ ἀπὸ βορρᾶ πυλῶνες τρεῖς, καὶ ἀπὸ νότου πυλῶνες τρεῖς, καὶ ἀπὸ δυσμῶν πυλῶνες τρεῖς·</w:t>
      </w:r>
    </w:p>
    <w:p>
      <w:r>
        <w:rPr>
          <w:rFonts w:ascii="Courier New" w:hAnsi="Courier New"/>
          <w:color w:val="555555"/>
          <w:sz w:val="20"/>
        </w:rPr>
        <w:t>[Apoc . 21 . 14]</w:t>
      </w:r>
    </w:p>
    <w:p>
      <w:r>
        <w:rPr>
          <w:rFonts w:ascii="Gentium Plus" w:hAnsi="Gentium Plus"/>
          <w:sz w:val="24"/>
        </w:rPr>
        <w:t>καὶ τὸ τεῖχος τῆς πόλεως ἔχων θεμελίους δώδεκα, καὶ ἐπ’ αὐτῶν δώδεκα ὀνόματα τῶν δώδεκα ἀποστόλων τοῦ ἀρνίου.</w:t>
      </w:r>
    </w:p>
    <w:p>
      <w:r>
        <w:rPr>
          <w:rFonts w:ascii="Courier New" w:hAnsi="Courier New"/>
          <w:color w:val="555555"/>
          <w:sz w:val="20"/>
        </w:rPr>
        <w:t>[Apoc . 21 . 15]</w:t>
      </w:r>
    </w:p>
    <w:p>
      <w:r>
        <w:rPr>
          <w:rFonts w:ascii="Gentium Plus" w:hAnsi="Gentium Plus"/>
          <w:sz w:val="24"/>
        </w:rPr>
        <w:t>Καὶ ὁ λαλῶν μετ’ ἐμοῦ εἶχεν μέτρον κάλαμον χρυσοῦν, ἵνα μετρήσῃ τὴν πόλιν καὶ τοὺς πυλῶνας αὐτῆς καὶ τὸ τεῖχος αὐτῆς.</w:t>
      </w:r>
    </w:p>
    <w:p>
      <w:r>
        <w:rPr>
          <w:rFonts w:ascii="Courier New" w:hAnsi="Courier New"/>
          <w:color w:val="555555"/>
          <w:sz w:val="20"/>
        </w:rPr>
        <w:t>[Apoc . 21 . 16]</w:t>
      </w:r>
    </w:p>
    <w:p>
      <w:r>
        <w:rPr>
          <w:rFonts w:ascii="Gentium Plus" w:hAnsi="Gentium Plus"/>
          <w:sz w:val="24"/>
        </w:rPr>
        <w:t>καὶ ἡ πόλις τετράγωνος κεῖται, καὶ τὸ μῆκος αὐτῆς ὅσον τὸ πλάτος. καὶ ἐμέτρησεν τὴν πόλιν τῷ καλάμῳ ἐπὶ σταδίων δώδεκα χιλιάδων· τὸ μῆκος καὶ τὸ πλάτος καὶ τὸ ὕψος αὐτῆς ἴσα ἐστίν.</w:t>
      </w:r>
    </w:p>
    <w:p>
      <w:r>
        <w:rPr>
          <w:rFonts w:ascii="Courier New" w:hAnsi="Courier New"/>
          <w:color w:val="555555"/>
          <w:sz w:val="20"/>
        </w:rPr>
        <w:t>[Apoc . 21 . 17]</w:t>
      </w:r>
    </w:p>
    <w:p>
      <w:r>
        <w:rPr>
          <w:rFonts w:ascii="Gentium Plus" w:hAnsi="Gentium Plus"/>
          <w:sz w:val="24"/>
        </w:rPr>
        <w:t>καὶ ἐμέτρησεν τὸ τεῖχος αὐτῆς ἑκατὸν τεσσαράκοντα τεσσάρων πηχῶν, μέτρον ἀνθρώπου, ὅ ἐστιν ἀγγέλου.</w:t>
      </w:r>
    </w:p>
    <w:p>
      <w:r>
        <w:rPr>
          <w:rFonts w:ascii="Courier New" w:hAnsi="Courier New"/>
          <w:color w:val="555555"/>
          <w:sz w:val="20"/>
        </w:rPr>
        <w:t>[Apoc . 21 . 18]</w:t>
      </w:r>
    </w:p>
    <w:p>
      <w:r>
        <w:rPr>
          <w:rFonts w:ascii="Gentium Plus" w:hAnsi="Gentium Plus"/>
          <w:sz w:val="24"/>
        </w:rPr>
        <w:t>καὶ ἡ ἐνδώμησις τοῦ τείχους αὐτῆς ἴασπις, καὶ ἡ πόλις χρυσίον καθαρὸν ὅμοιον ὑάλῳ καθαρῷ.</w:t>
      </w:r>
    </w:p>
    <w:p>
      <w:r>
        <w:rPr>
          <w:rFonts w:ascii="Courier New" w:hAnsi="Courier New"/>
          <w:color w:val="555555"/>
          <w:sz w:val="20"/>
        </w:rPr>
        <w:t>[Apoc . 21 . 19]</w:t>
      </w:r>
    </w:p>
    <w:p>
      <w:r>
        <w:rPr>
          <w:rFonts w:ascii="Gentium Plus" w:hAnsi="Gentium Plus"/>
          <w:sz w:val="24"/>
        </w:rPr>
        <w:t>οἱ θεμέλιοι τοῦ τείχους τῆς πόλεως παντὶ λίθῳ τιμίῳ κεκοσμημένοι· ὁ θεμέλιος ὁ πρῶτος ἴασπις, ὁ δεύτερος σάπφιρος, ὁ τρίτος χαλκηδών, ὁ τέταρτος σμάραγδος,</w:t>
      </w:r>
    </w:p>
    <w:p>
      <w:r>
        <w:rPr>
          <w:rFonts w:ascii="Courier New" w:hAnsi="Courier New"/>
          <w:color w:val="555555"/>
          <w:sz w:val="20"/>
        </w:rPr>
        <w:t>[Apoc . 21 . 20]</w:t>
      </w:r>
    </w:p>
    <w:p>
      <w:r>
        <w:rPr>
          <w:rFonts w:ascii="Gentium Plus" w:hAnsi="Gentium Plus"/>
          <w:sz w:val="24"/>
        </w:rPr>
        <w:t>ὁ πέμπτος σαρδόνυξ, ὁ ἕκτος σάρδιον, ὁ ἕβδομος χρυσόλιθος, ὁ ὄγδοος βήρυλλος, ὁ ἔνατος τοπάζιον, ὁ δέκατος χρυσόπρασος, ὁ ἑνδέκατος ὑάκινθος, ὁ δωδέ‐ κατος ἀμέθυστος.</w:t>
      </w:r>
    </w:p>
    <w:p>
      <w:r>
        <w:rPr>
          <w:rFonts w:ascii="Courier New" w:hAnsi="Courier New"/>
          <w:color w:val="555555"/>
          <w:sz w:val="20"/>
        </w:rPr>
        <w:t>[Apoc . 21 . 21]</w:t>
      </w:r>
    </w:p>
    <w:p>
      <w:r>
        <w:rPr>
          <w:rFonts w:ascii="Gentium Plus" w:hAnsi="Gentium Plus"/>
          <w:sz w:val="24"/>
        </w:rPr>
        <w:t>καὶ οἱ δώδεκα πυλῶνες δώδεκα μαργαρῖται, ἀνὰ εἷς ἕκαστος τῶν πυλώνων ἦν ἐξ ἑνὸς μαργαρίτου. καὶ ἡ πλατεῖα τῆς πόλεως χρυσίον καθαρὸν</w:t>
      </w:r>
    </w:p>
    <w:p>
      <w:r>
        <w:rPr>
          <w:rFonts w:ascii="Courier New" w:hAnsi="Courier New"/>
          <w:color w:val="555555"/>
          <w:sz w:val="20"/>
        </w:rPr>
        <w:t>[Apoc . 21 . 22]</w:t>
      </w:r>
    </w:p>
    <w:p>
      <w:r>
        <w:rPr>
          <w:rFonts w:ascii="Gentium Plus" w:hAnsi="Gentium Plus"/>
          <w:sz w:val="24"/>
        </w:rPr>
        <w:t>Καὶ ναὸν οὐκ εἶδον ἐν αὐτῇ, ὁ γὰρ κύριος ὁ θεὸς ὁ παντοκράτωρ ναὸς αὐτῆς ἐστιν, καὶ τὸ ἀρνίον.</w:t>
      </w:r>
    </w:p>
    <w:p>
      <w:r>
        <w:rPr>
          <w:rFonts w:ascii="Courier New" w:hAnsi="Courier New"/>
          <w:color w:val="555555"/>
          <w:sz w:val="20"/>
        </w:rPr>
        <w:t>[Apoc . 21 . 23]</w:t>
      </w:r>
    </w:p>
    <w:p>
      <w:r>
        <w:rPr>
          <w:rFonts w:ascii="Gentium Plus" w:hAnsi="Gentium Plus"/>
          <w:sz w:val="24"/>
        </w:rPr>
        <w:t>καὶ ἡ πόλις οὐ χρείαν ἔχει τοῦ ἡλίου οὐδὲ τῆς σελήνης, ἵνα φαίνωσιν αὐτῇ, ἡ γὰρ δόξα τοῦ θεοῦ ἐφώτισεν αὐτήν, καὶ ὁ λύχνος αὐτῆς τὸ ἀρνίον.</w:t>
      </w:r>
    </w:p>
    <w:p>
      <w:r>
        <w:rPr>
          <w:rFonts w:ascii="Courier New" w:hAnsi="Courier New"/>
          <w:color w:val="555555"/>
          <w:sz w:val="20"/>
        </w:rPr>
        <w:t>[Apoc . 21 . 24]</w:t>
      </w:r>
    </w:p>
    <w:p>
      <w:r>
        <w:rPr>
          <w:rFonts w:ascii="Gentium Plus" w:hAnsi="Gentium Plus"/>
          <w:sz w:val="24"/>
        </w:rPr>
        <w:t>καὶ περιπατήσουσιν τὰ ἔθνη διὰ τοῦ φωτὸς αὐτῆς· καὶ οἱ βασιλεῖς τῆς γῆς φέρουσιν τὴν δόξαν αὐτῶν εἰς αὐτήν·</w:t>
      </w:r>
    </w:p>
    <w:p>
      <w:r>
        <w:rPr>
          <w:rFonts w:ascii="Courier New" w:hAnsi="Courier New"/>
          <w:color w:val="555555"/>
          <w:sz w:val="20"/>
        </w:rPr>
        <w:t>[Apoc . 21 . 25]</w:t>
      </w:r>
    </w:p>
    <w:p>
      <w:r>
        <w:rPr>
          <w:rFonts w:ascii="Gentium Plus" w:hAnsi="Gentium Plus"/>
          <w:sz w:val="24"/>
        </w:rPr>
        <w:t>καὶ οἱ πυλῶνες αὐτῆς οὐ μὴ κλεισθῶσιν ἡμέρας, νὺξ γὰρ οὐκ ἔσται ἐκεῖ·</w:t>
      </w:r>
    </w:p>
    <w:p>
      <w:r>
        <w:rPr>
          <w:rFonts w:ascii="Courier New" w:hAnsi="Courier New"/>
          <w:color w:val="555555"/>
          <w:sz w:val="20"/>
        </w:rPr>
        <w:t>[Apoc . 21 . 26]</w:t>
      </w:r>
    </w:p>
    <w:p>
      <w:r>
        <w:rPr>
          <w:rFonts w:ascii="Gentium Plus" w:hAnsi="Gentium Plus"/>
          <w:sz w:val="24"/>
        </w:rPr>
        <w:t>καὶ οἴσουσιν τὴν δόξαν καὶ τὴν τιμὴν τῶν ἐθνῶν εἰς αὐτήν.</w:t>
      </w:r>
    </w:p>
    <w:p>
      <w:r>
        <w:rPr>
          <w:rFonts w:ascii="Courier New" w:hAnsi="Courier New"/>
          <w:color w:val="555555"/>
          <w:sz w:val="20"/>
        </w:rPr>
        <w:t>[Apoc . 21 . 27]</w:t>
      </w:r>
    </w:p>
    <w:p>
      <w:r>
        <w:rPr>
          <w:rFonts w:ascii="Gentium Plus" w:hAnsi="Gentium Plus"/>
          <w:sz w:val="24"/>
        </w:rPr>
        <w:t>καὶ οὐ μὴ εἰσέλθῃ εἰς αὐτὴν πᾶν κοινὸν καὶ ποιῶν βδέλυγμα καὶ ψεῦδος, εἰ μὴ οἱ γεγραμ‐ μένοι ἐν τῷ βιβλίῳ τῆς ζωῆς τοῦ ἀρνίου.</w:t>
      </w:r>
    </w:p>
    <w:p>
      <w:r>
        <w:rPr>
          <w:rFonts w:ascii="Courier New" w:hAnsi="Courier New"/>
          <w:color w:val="555555"/>
          <w:sz w:val="20"/>
        </w:rPr>
        <w:t>[Apoc . 22 . 1]</w:t>
      </w:r>
    </w:p>
    <w:p>
      <w:r>
        <w:rPr>
          <w:rFonts w:ascii="Gentium Plus" w:hAnsi="Gentium Plus"/>
          <w:sz w:val="24"/>
        </w:rPr>
        <w:t>Καὶ ἔδειξέν μοι ποταμὸν ὕδατος ζωῆς λαμπρὸν ὡς κρύσταλλον, ἐκπορευόμενον ἐκ τοῦ θρόνου τοῦ θεοῦ καὶ τοῦ ἀρνίου.</w:t>
      </w:r>
    </w:p>
    <w:p>
      <w:r>
        <w:rPr>
          <w:rFonts w:ascii="Courier New" w:hAnsi="Courier New"/>
          <w:color w:val="555555"/>
          <w:sz w:val="20"/>
        </w:rPr>
        <w:t>[Apoc . 22 . 2]</w:t>
      </w:r>
    </w:p>
    <w:p>
      <w:r>
        <w:rPr>
          <w:rFonts w:ascii="Gentium Plus" w:hAnsi="Gentium Plus"/>
          <w:sz w:val="24"/>
        </w:rPr>
        <w:t>ἐν μέσῳ τῆς πλατείας αὐτῆς καὶ τοῦ ποταμοῦ ἐντεῦθεν καὶ ἐκεῖθεν ξύλον ζωῆς ποιοῦν καρποὺς δώδεκα, κατὰ μῆνα ἕκαστον ἀποδιδοῦν τὸν καρπὸν αὐτοῦ, καὶ τὰ φύλλα τοῦ ξύλου εἰς θεραπείαν τῶν ἐθνῶν.</w:t>
      </w:r>
    </w:p>
    <w:p>
      <w:r>
        <w:rPr>
          <w:rFonts w:ascii="Courier New" w:hAnsi="Courier New"/>
          <w:color w:val="555555"/>
          <w:sz w:val="20"/>
        </w:rPr>
        <w:t>[Apoc . 22 . 3]</w:t>
      </w:r>
    </w:p>
    <w:p>
      <w:r>
        <w:rPr>
          <w:rFonts w:ascii="Gentium Plus" w:hAnsi="Gentium Plus"/>
          <w:sz w:val="24"/>
        </w:rPr>
        <w:t>καὶ πᾶν κατάθεμα οὐκ ἔσται ἔτι. καὶ ὁ θρόνος τοῦ θεοῦ καὶ τοῦ ἀρνίου ἐν αὐτῇ ἔσται, καὶ οἱ δοῦλοι αὐτοῦ λατρεύσουσιν αὐτῷ,</w:t>
      </w:r>
    </w:p>
    <w:p>
      <w:r>
        <w:rPr>
          <w:rFonts w:ascii="Courier New" w:hAnsi="Courier New"/>
          <w:color w:val="555555"/>
          <w:sz w:val="20"/>
        </w:rPr>
        <w:t>[Apoc . 22 . 4]</w:t>
      </w:r>
    </w:p>
    <w:p>
      <w:r>
        <w:rPr>
          <w:rFonts w:ascii="Gentium Plus" w:hAnsi="Gentium Plus"/>
          <w:sz w:val="24"/>
        </w:rPr>
        <w:t>καὶ ὄψονται τὸ πρόσωπον αὐτοῦ, καὶ τὸ ὄνομα αὐτοῦ ἐπὶ τῶν μετώπων αὐτῶν.</w:t>
      </w:r>
    </w:p>
    <w:p>
      <w:r>
        <w:rPr>
          <w:rFonts w:ascii="Courier New" w:hAnsi="Courier New"/>
          <w:color w:val="555555"/>
          <w:sz w:val="20"/>
        </w:rPr>
        <w:t>[Apoc . 22 . 5]</w:t>
      </w:r>
    </w:p>
    <w:p>
      <w:r>
        <w:rPr>
          <w:rFonts w:ascii="Gentium Plus" w:hAnsi="Gentium Plus"/>
          <w:sz w:val="24"/>
        </w:rPr>
        <w:t>καὶ νὺξ οὐκ ἔσται ἔτι, καὶ οὐκ ἔχουσιν χρείαν φωτὸς λύχνου καὶ φῶς ἡλίου, ὅτι κύριος ὁ θεὸς φωτίσει ἐπ’ αὐτούς,</w:t>
      </w:r>
    </w:p>
    <w:p>
      <w:r>
        <w:rPr>
          <w:rFonts w:ascii="Courier New" w:hAnsi="Courier New"/>
          <w:color w:val="555555"/>
          <w:sz w:val="20"/>
        </w:rPr>
        <w:t>[Apoc . 22 . 6]</w:t>
      </w:r>
    </w:p>
    <w:p>
      <w:r>
        <w:rPr>
          <w:rFonts w:ascii="Gentium Plus" w:hAnsi="Gentium Plus"/>
          <w:sz w:val="24"/>
        </w:rPr>
        <w:t>Καὶ εἶπέν μοι, Οὗτοι οἱ λόγοι πιστοὶ καὶ ἀληθινοί, καὶ ὁ κύριος, ὁ θεὸς τῶν πνευμάτων τῶν προφητῶν, ἀπέστειλεν τὸν ἄγγελον αὐτοῦ δεῖξαι τοῖς δούλοις αὐτοῦ ἃ δεῖ γενέσθαι ἐν τάχει.</w:t>
      </w:r>
    </w:p>
    <w:p>
      <w:r>
        <w:rPr>
          <w:rFonts w:ascii="Courier New" w:hAnsi="Courier New"/>
          <w:color w:val="555555"/>
          <w:sz w:val="20"/>
        </w:rPr>
        <w:t>[Apoc . 22 . 7]</w:t>
      </w:r>
    </w:p>
    <w:p>
      <w:r>
        <w:rPr>
          <w:rFonts w:ascii="Gentium Plus" w:hAnsi="Gentium Plus"/>
          <w:sz w:val="24"/>
        </w:rPr>
        <w:t>καὶ ἰδοὺ ἔρχομαι ταχύ. μακάριος ὁ τηρῶν τοὺς λόγους τῆς προφητείας τοῦ βιβλίου τούτου.</w:t>
      </w:r>
    </w:p>
    <w:p>
      <w:r>
        <w:rPr>
          <w:rFonts w:ascii="Courier New" w:hAnsi="Courier New"/>
          <w:color w:val="555555"/>
          <w:sz w:val="20"/>
        </w:rPr>
        <w:t>[Apoc . 22 . 8]</w:t>
      </w:r>
    </w:p>
    <w:p>
      <w:r>
        <w:rPr>
          <w:rFonts w:ascii="Gentium Plus" w:hAnsi="Gentium Plus"/>
          <w:sz w:val="24"/>
        </w:rPr>
        <w:t>Κἀγὼ Ἰωάννης ὁ ἀκούων καὶ βλέπων ταῦτα. καὶ ὅτε ἤκουσα καὶ ἔβλεψα, ἔπεσα προσκυνῆσαι ἔμπροσθεν τῶν ποδῶν τοῦ ἀγγέλου τοῦ δεικνύοντός μοι ταῦτα.</w:t>
      </w:r>
    </w:p>
    <w:p>
      <w:r>
        <w:rPr>
          <w:rFonts w:ascii="Courier New" w:hAnsi="Courier New"/>
          <w:color w:val="555555"/>
          <w:sz w:val="20"/>
        </w:rPr>
        <w:t>[Apoc . 22 . 9]</w:t>
      </w:r>
    </w:p>
    <w:p>
      <w:r>
        <w:rPr>
          <w:rFonts w:ascii="Gentium Plus" w:hAnsi="Gentium Plus"/>
          <w:sz w:val="24"/>
        </w:rPr>
        <w:t>καὶ λέγει μοι, Ὅρα μή· σύνδουλός σού εἰμι καὶ τῶν ἀδελφῶν σου τῶν προφητῶν καὶ τῶν τηρούντων τοὺς λόγους τοῦ βιβλίου τούτου· τῷ θεῷ προσκύνησον.</w:t>
      </w:r>
    </w:p>
    <w:p>
      <w:r>
        <w:rPr>
          <w:rFonts w:ascii="Courier New" w:hAnsi="Courier New"/>
          <w:color w:val="555555"/>
          <w:sz w:val="20"/>
        </w:rPr>
        <w:t>[Apoc . 22 . 10]</w:t>
      </w:r>
    </w:p>
    <w:p>
      <w:r>
        <w:rPr>
          <w:rFonts w:ascii="Gentium Plus" w:hAnsi="Gentium Plus"/>
          <w:sz w:val="24"/>
        </w:rPr>
        <w:t>καὶ λέγει μοι, Μὴ σφραγίσῃς τοὺς λόγους τῆς προ‐ φητείας τοῦ βιβλίου τούτου, ὁ καιρὸς γὰρ ἐγγύς ἐστιν.</w:t>
      </w:r>
    </w:p>
    <w:p>
      <w:r>
        <w:rPr>
          <w:rFonts w:ascii="Courier New" w:hAnsi="Courier New"/>
          <w:color w:val="555555"/>
          <w:sz w:val="20"/>
        </w:rPr>
        <w:t>[Apoc . 22 . 11]</w:t>
      </w:r>
    </w:p>
    <w:p>
      <w:r>
        <w:rPr>
          <w:rFonts w:ascii="Gentium Plus" w:hAnsi="Gentium Plus"/>
          <w:sz w:val="24"/>
        </w:rPr>
        <w:t>ὁ ἀδικῶν ἀδικησάτω ἔτι, καὶ ὁ ῥυπαρὸς ῥυπανθήτω ἔτι, καὶ ὁ δίκαιος δικαιοσύνην ποιησάτω ἔτι, καὶ ὁ ἅγιος ἁγιασθήτω ἔτι.</w:t>
      </w:r>
    </w:p>
    <w:p>
      <w:r>
        <w:rPr>
          <w:rFonts w:ascii="Courier New" w:hAnsi="Courier New"/>
          <w:color w:val="555555"/>
          <w:sz w:val="20"/>
        </w:rPr>
        <w:t>[Apoc . 22 . 12]</w:t>
      </w:r>
    </w:p>
    <w:p>
      <w:r>
        <w:rPr>
          <w:rFonts w:ascii="Gentium Plus" w:hAnsi="Gentium Plus"/>
          <w:sz w:val="24"/>
        </w:rPr>
        <w:t>Ἰδοὺ ἔρχομαι ταχύ, καὶ ὁ μισθός μου μετ’ ἐμοῦ, ἀποδοῦναι ἑκάστῳ ὡς τὸ ἔργον ἐστὶν αὐτοῦ.</w:t>
      </w:r>
    </w:p>
    <w:p>
      <w:r>
        <w:rPr>
          <w:rFonts w:ascii="Courier New" w:hAnsi="Courier New"/>
          <w:color w:val="555555"/>
          <w:sz w:val="20"/>
        </w:rPr>
        <w:t>[Apoc . 22 . 13]</w:t>
      </w:r>
    </w:p>
    <w:p>
      <w:r>
        <w:rPr>
          <w:rFonts w:ascii="Gentium Plus" w:hAnsi="Gentium Plus"/>
          <w:sz w:val="24"/>
        </w:rPr>
        <w:t>ἐγὼ τὸ Ἄλφα καὶ τὸ Ὦ, ὁ πρῶτος καὶ ὁ ἔσχατος, ἡ ἀρχὴ καὶ τὸ τέλος.</w:t>
      </w:r>
    </w:p>
    <w:p>
      <w:r>
        <w:rPr>
          <w:rFonts w:ascii="Courier New" w:hAnsi="Courier New"/>
          <w:color w:val="555555"/>
          <w:sz w:val="20"/>
        </w:rPr>
        <w:t>[Apoc . 22 . 14]</w:t>
      </w:r>
    </w:p>
    <w:p>
      <w:r>
        <w:rPr>
          <w:rFonts w:ascii="Gentium Plus" w:hAnsi="Gentium Plus"/>
          <w:sz w:val="24"/>
        </w:rPr>
        <w:t>Μακάριοι οἱ πλύνοντες τὰς στολὰς αὐτῶν, ἵνα ἔσται ἡ ἐξουσία αὐτῶν ἐπὶ τὸ ξύλον τῆς ζωῆς καὶ τοῖς πυλῶσιν εἰσέλθωσιν εἰς τὴν πόλιν.</w:t>
      </w:r>
    </w:p>
    <w:p>
      <w:r>
        <w:rPr>
          <w:rFonts w:ascii="Courier New" w:hAnsi="Courier New"/>
          <w:color w:val="555555"/>
          <w:sz w:val="20"/>
        </w:rPr>
        <w:t>[Apoc . 22 . 15]</w:t>
      </w:r>
    </w:p>
    <w:p>
      <w:r>
        <w:rPr>
          <w:rFonts w:ascii="Gentium Plus" w:hAnsi="Gentium Plus"/>
          <w:sz w:val="24"/>
        </w:rPr>
        <w:t>ἔξω οἱ κύνες καὶ οἱ φάρμακοι καὶ οἱ πόρνοι καὶ οἱ φονεῖς καὶ οἱ εἰδωλο‐ λάτραι καὶ πᾶς φιλῶν καὶ ποιῶν ψεῦδος.</w:t>
      </w:r>
    </w:p>
    <w:p>
      <w:r>
        <w:rPr>
          <w:rFonts w:ascii="Courier New" w:hAnsi="Courier New"/>
          <w:color w:val="555555"/>
          <w:sz w:val="20"/>
        </w:rPr>
        <w:t>[Apoc . 22 . 16]</w:t>
      </w:r>
    </w:p>
    <w:p>
      <w:r>
        <w:rPr>
          <w:rFonts w:ascii="Gentium Plus" w:hAnsi="Gentium Plus"/>
          <w:sz w:val="24"/>
        </w:rPr>
        <w:t>Ἐγὼ Ἰησοῦς ἔπεμψα τὸν ἄγγελόν μου μαρτυ‐ ρῆσαι ὑμῖν ταῦτα ἐπὶ ταῖς ἐκκλησίαις. ἐγώ εἰμι ἡ ῥίζα καὶ τὸ γένος Δαυίδ, ὁ ἀστὴρ ὁ λαμπρὸς ὁ πρωϊνός.</w:t>
      </w:r>
    </w:p>
    <w:p>
      <w:r>
        <w:rPr>
          <w:rFonts w:ascii="Courier New" w:hAnsi="Courier New"/>
          <w:color w:val="555555"/>
          <w:sz w:val="20"/>
        </w:rPr>
        <w:t>[Apoc . 22 . 17]</w:t>
      </w:r>
    </w:p>
    <w:p>
      <w:r>
        <w:rPr>
          <w:rFonts w:ascii="Gentium Plus" w:hAnsi="Gentium Plus"/>
          <w:sz w:val="24"/>
        </w:rPr>
        <w:t>Καὶ τὸ πνεῦμα καὶ ἡ νύμφη λέγουσιν, Ἔρχου. καὶ ὁ ἀκούων εἰπάτω, Ἔρχου. καὶ ὁ διψῶν ἐρχέσθω, ὁ θέλων λαβέτω ὕδωρ ζωῆς δωρεάν.</w:t>
      </w:r>
    </w:p>
    <w:p>
      <w:r>
        <w:rPr>
          <w:rFonts w:ascii="Courier New" w:hAnsi="Courier New"/>
          <w:color w:val="555555"/>
          <w:sz w:val="20"/>
        </w:rPr>
        <w:t>[Apoc . 22 . 18]</w:t>
      </w:r>
    </w:p>
    <w:p>
      <w:r>
        <w:rPr>
          <w:rFonts w:ascii="Gentium Plus" w:hAnsi="Gentium Plus"/>
          <w:sz w:val="24"/>
        </w:rPr>
        <w:t>Μαρτυρῶ ἐγὼ παντὶ τῷ ἀκούοντι τοὺς λόγους τῆς προφητείας τοῦ βιβλίου τούτου· ἐάν τις ἐπιθῇ ἐπ’ αὐτά, ἐπιθήσει ἐπ’ αὐτὸν ὁ θεὸς τὰς πληγὰς τὰς γεγραμ‐ μένας ἐν τῷ βιβλίῳ τούτῳ·</w:t>
      </w:r>
    </w:p>
    <w:p>
      <w:r>
        <w:rPr>
          <w:rFonts w:ascii="Courier New" w:hAnsi="Courier New"/>
          <w:color w:val="555555"/>
          <w:sz w:val="20"/>
        </w:rPr>
        <w:t>[Apoc . 22 . 19]</w:t>
      </w:r>
    </w:p>
    <w:p>
      <w:r>
        <w:rPr>
          <w:rFonts w:ascii="Gentium Plus" w:hAnsi="Gentium Plus"/>
          <w:sz w:val="24"/>
        </w:rPr>
        <w:t>καὶ ἐάν τις ἀφέλῃ ἀπὸ τῶν λόγων τοῦ βιβλίου τῆς προφητείας ταύτης, ἀφελεῖ ὁ θεὸς τὸ μέρος αὐτοῦ ἀπὸ τοῦ ξύλου τῆς ζωῆς καὶ ἐκ τῆς πόλεως τῆς ἁγίας, τῶν γεγραμμένων ἐν τῷ βιβλίῳ τούτῳ.</w:t>
      </w:r>
    </w:p>
    <w:p>
      <w:r>
        <w:rPr>
          <w:rFonts w:ascii="Courier New" w:hAnsi="Courier New"/>
          <w:color w:val="555555"/>
          <w:sz w:val="20"/>
        </w:rPr>
        <w:t>[Apoc . 22 . 20]</w:t>
      </w:r>
    </w:p>
    <w:p>
      <w:r>
        <w:rPr>
          <w:rFonts w:ascii="Gentium Plus" w:hAnsi="Gentium Plus"/>
          <w:sz w:val="24"/>
        </w:rPr>
        <w:t>Λέγει ὁ μαρτυρῶν ταῦτα, Ναί, ἔρχομαι ταχύ. Ἀμήν, ἔρχου, κύριε Ἰησοῦ.</w:t>
      </w:r>
    </w:p>
    <w:p>
      <w:r>
        <w:rPr>
          <w:rFonts w:ascii="Courier New" w:hAnsi="Courier New"/>
          <w:color w:val="555555"/>
          <w:sz w:val="20"/>
        </w:rPr>
        <w:t>[Apoc . 22 . 21]</w:t>
      </w:r>
    </w:p>
    <w:p>
      <w:r>
        <w:rPr>
          <w:rFonts w:ascii="Gentium Plus" w:hAnsi="Gentium Plus"/>
          <w:sz w:val="24"/>
        </w:rPr>
        <w:t>Ἡ χάρις τοῦ κυρίου Ἰησοῦ μετὰ πάντων.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