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Καινὴ Διαθήκη - Κατὰ Λουκᾶν</w:t>
      </w:r>
      <w:r>
        <w:br/>
      </w:r>
      <w:r>
        <w:rPr>
          <w:i/>
          <w:color w:val="666666"/>
          <w:sz w:val="40"/>
        </w:rPr>
        <w:t>New Testament – Luke</w:t>
      </w:r>
    </w:p>
    <w:p>
      <w:pPr>
        <w:jc w:val="center"/>
      </w:pPr>
      <w:r>
        <w:rPr>
          <w:rFonts w:ascii="Times New Roman" w:hAnsi="Times New Roman"/>
          <w:color w:val="1E3A70"/>
          <w:sz w:val="32"/>
        </w:rPr>
        <w:t>Ἡ Καινὴ Διαθήκη</w:t>
      </w:r>
      <w:r>
        <w:br/>
      </w:r>
      <w:r>
        <w:rPr>
          <w:i/>
          <w:color w:val="666666"/>
          <w:sz w:val="28"/>
        </w:rPr>
        <w:t>by New Testament</w:t>
      </w:r>
    </w:p>
    <w:p/>
    <w:p>
      <w:pPr>
        <w:jc w:val="center"/>
      </w:pPr>
      <w:r>
        <w:rPr>
          <w:rFonts w:ascii="Gentium Plus" w:hAnsi="Gentium Plus"/>
          <w:b/>
          <w:sz w:val="24"/>
        </w:rPr>
        <w:t>ΚΑΤΑ ΛΟΥΚΑΝ</w:t>
      </w:r>
    </w:p>
    <w:p>
      <w:r>
        <w:rPr>
          <w:rFonts w:ascii="Courier New" w:hAnsi="Courier New"/>
          <w:color w:val="555555"/>
          <w:sz w:val="20"/>
        </w:rPr>
        <w:t>[Luc . 1 . 1]</w:t>
      </w:r>
    </w:p>
    <w:p>
      <w:r>
        <w:rPr>
          <w:rFonts w:ascii="Gentium Plus" w:hAnsi="Gentium Plus"/>
          <w:sz w:val="24"/>
        </w:rPr>
        <w:t>Ἐπειδήπερ πολλοὶ ἐπεχείρησαν ἀνατάξασθαι διήγησιν περὶ τῶν πεπληροφορημένων ἐν ἡμῖν πραγμάτων,</w:t>
      </w:r>
    </w:p>
    <w:p>
      <w:r>
        <w:rPr>
          <w:rFonts w:ascii="Courier New" w:hAnsi="Courier New"/>
          <w:color w:val="555555"/>
          <w:sz w:val="20"/>
        </w:rPr>
        <w:t>[Luc . 1 . 2]</w:t>
      </w:r>
    </w:p>
    <w:p>
      <w:r>
        <w:rPr>
          <w:rFonts w:ascii="Gentium Plus" w:hAnsi="Gentium Plus"/>
          <w:sz w:val="24"/>
        </w:rPr>
        <w:t>καθὼς παρέδοσαν ἡμῖν οἱ ἀπ’ ἀρχῆς αὐτόπται καὶ ὑπηρέται γενόμενοι τοῦ λόγου,</w:t>
      </w:r>
    </w:p>
    <w:p>
      <w:r>
        <w:rPr>
          <w:rFonts w:ascii="Courier New" w:hAnsi="Courier New"/>
          <w:color w:val="555555"/>
          <w:sz w:val="20"/>
        </w:rPr>
        <w:t>[Luc . 1 . 3]</w:t>
      </w:r>
    </w:p>
    <w:p>
      <w:r>
        <w:rPr>
          <w:rFonts w:ascii="Gentium Plus" w:hAnsi="Gentium Plus"/>
          <w:sz w:val="24"/>
        </w:rPr>
        <w:t>ἔδοξε κἀμοὶ παρηκολουθηκότι ἄνωθεν πᾶσιν ἀκριβῶς καθεξῆς σοι γράψαι, κράτιστε Θεόφιλε,</w:t>
      </w:r>
    </w:p>
    <w:p>
      <w:r>
        <w:rPr>
          <w:rFonts w:ascii="Courier New" w:hAnsi="Courier New"/>
          <w:color w:val="555555"/>
          <w:sz w:val="20"/>
        </w:rPr>
        <w:t>[Luc . 1 . 4]</w:t>
      </w:r>
    </w:p>
    <w:p>
      <w:r>
        <w:rPr>
          <w:rFonts w:ascii="Gentium Plus" w:hAnsi="Gentium Plus"/>
          <w:sz w:val="24"/>
        </w:rPr>
        <w:t>ἵνα ἐπιγνῷς περὶ ὧν κατηχήθης λόγων τὴν ἀσφάλειαν.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 . 5]</w:t>
      </w:r>
    </w:p>
    <w:p>
      <w:r>
        <w:rPr>
          <w:rFonts w:ascii="Gentium Plus" w:hAnsi="Gentium Plus"/>
          <w:sz w:val="24"/>
        </w:rPr>
        <w:t>Ἐγένετο ἐν ταῖς ἡμέραις Ἡρῴδου βασιλέως τῆς Ἰουδαίας ἱερεύς τις ὀνόματι Ζαχαρίας ἐξ ἐφημερίας Ἀβιά, καὶ γυνὴ αὐτῷ ἐκ τῶν θυγατέρων Ἀαρών, καὶ τὸ ὄνομα αὐτῆς Ἐλισάβετ.</w:t>
      </w:r>
    </w:p>
    <w:p>
      <w:r>
        <w:rPr>
          <w:rFonts w:ascii="Courier New" w:hAnsi="Courier New"/>
          <w:color w:val="555555"/>
          <w:sz w:val="20"/>
        </w:rPr>
        <w:t>[Luc . 1 . 6]</w:t>
      </w:r>
    </w:p>
    <w:p>
      <w:r>
        <w:rPr>
          <w:rFonts w:ascii="Gentium Plus" w:hAnsi="Gentium Plus"/>
          <w:sz w:val="24"/>
        </w:rPr>
        <w:t>ἦσαν δὲ δίκαιοι ἀμφότεροι ἐναντίον τοῦ θεοῦ, πορευόμενοι ἐν πάσαις ταῖς ἐντολαῖς καὶ δικαιώμασιν τοῦ κυρίου ἄμεμπτοι.</w:t>
      </w:r>
    </w:p>
    <w:p>
      <w:r>
        <w:rPr>
          <w:rFonts w:ascii="Courier New" w:hAnsi="Courier New"/>
          <w:color w:val="555555"/>
          <w:sz w:val="20"/>
        </w:rPr>
        <w:t>[Luc . 1 . 7]</w:t>
      </w:r>
    </w:p>
    <w:p>
      <w:r>
        <w:rPr>
          <w:rFonts w:ascii="Gentium Plus" w:hAnsi="Gentium Plus"/>
          <w:sz w:val="24"/>
        </w:rPr>
        <w:t>καὶ οὐκ ἦν αὐτοῖς τέκνον, καθότι ἦν ἡ Ἐλισάβετ στεῖρα, καὶ ἀμφότεροι προβεβηκότες ἐν ταῖς ἡμέραις αὐτῶν ἦσαν.</w:t>
      </w:r>
    </w:p>
    <w:p>
      <w:r>
        <w:rPr>
          <w:rFonts w:ascii="Courier New" w:hAnsi="Courier New"/>
          <w:color w:val="555555"/>
          <w:sz w:val="20"/>
        </w:rPr>
        <w:t>[Luc . 1 . 8]</w:t>
      </w:r>
    </w:p>
    <w:p>
      <w:r>
        <w:rPr>
          <w:rFonts w:ascii="Gentium Plus" w:hAnsi="Gentium Plus"/>
          <w:sz w:val="24"/>
        </w:rPr>
        <w:t>Ἐγένετο δὲ ἐν τῷ ἱερατεύειν αὐτὸν ἐν τῇ τάξει τῆς ἐφημερίας αὐτοῦ ἔναντι τοῦ θεοῦ,</w:t>
      </w:r>
    </w:p>
    <w:p>
      <w:r>
        <w:rPr>
          <w:rFonts w:ascii="Courier New" w:hAnsi="Courier New"/>
          <w:color w:val="555555"/>
          <w:sz w:val="20"/>
        </w:rPr>
        <w:t>[Luc . 1 . 9]</w:t>
      </w:r>
    </w:p>
    <w:p>
      <w:r>
        <w:rPr>
          <w:rFonts w:ascii="Gentium Plus" w:hAnsi="Gentium Plus"/>
          <w:sz w:val="24"/>
        </w:rPr>
        <w:t>κατὰ τὸ ἔθος τῆς ἱερατείας ἔλαχε τοῦ θυμιᾶσαι εἰσελθὼν εἰς τὸν ναὸν τοῦ κυρίου,</w:t>
      </w:r>
    </w:p>
    <w:p>
      <w:r>
        <w:rPr>
          <w:rFonts w:ascii="Courier New" w:hAnsi="Courier New"/>
          <w:color w:val="555555"/>
          <w:sz w:val="20"/>
        </w:rPr>
        <w:t>[Luc . 1 . 10]</w:t>
      </w:r>
    </w:p>
    <w:p>
      <w:r>
        <w:rPr>
          <w:rFonts w:ascii="Gentium Plus" w:hAnsi="Gentium Plus"/>
          <w:sz w:val="24"/>
        </w:rPr>
        <w:t>καὶ πᾶν τὸ πλῆθος ἦν τοῦ λαοῦ προσευχόμενον ἔξω τῇ ὥρᾳ τοῦ θυμιάματος·</w:t>
      </w:r>
    </w:p>
    <w:p>
      <w:r>
        <w:rPr>
          <w:rFonts w:ascii="Courier New" w:hAnsi="Courier New"/>
          <w:color w:val="555555"/>
          <w:sz w:val="20"/>
        </w:rPr>
        <w:t>[Luc . 1 . 11]</w:t>
      </w:r>
    </w:p>
    <w:p>
      <w:r>
        <w:rPr>
          <w:rFonts w:ascii="Gentium Plus" w:hAnsi="Gentium Plus"/>
          <w:sz w:val="24"/>
        </w:rPr>
        <w:t>ὤφθη δὲ αὐτῷ ἄγγελος κυρίου ἑστὼς ἐκ δεξιῶν τοῦ θυσιαστηρίου τοῦ θυμιάματος.</w:t>
      </w:r>
    </w:p>
    <w:p>
      <w:r>
        <w:rPr>
          <w:rFonts w:ascii="Courier New" w:hAnsi="Courier New"/>
          <w:color w:val="555555"/>
          <w:sz w:val="20"/>
        </w:rPr>
        <w:t>[Luc . 1 . 12]</w:t>
      </w:r>
    </w:p>
    <w:p>
      <w:r>
        <w:rPr>
          <w:rFonts w:ascii="Gentium Plus" w:hAnsi="Gentium Plus"/>
          <w:sz w:val="24"/>
        </w:rPr>
        <w:t>καὶ ἐταράχθη Ζαχαρίας ἰδών, καὶ φόβος ἐπέπεσεν ἐπ’ αὐτόν.</w:t>
      </w:r>
    </w:p>
    <w:p>
      <w:r>
        <w:rPr>
          <w:rFonts w:ascii="Courier New" w:hAnsi="Courier New"/>
          <w:color w:val="555555"/>
          <w:sz w:val="20"/>
        </w:rPr>
        <w:t>[Luc . 1 . 13]</w:t>
      </w:r>
    </w:p>
    <w:p>
      <w:r>
        <w:rPr>
          <w:rFonts w:ascii="Gentium Plus" w:hAnsi="Gentium Plus"/>
          <w:sz w:val="24"/>
        </w:rPr>
        <w:t>εἶπεν δὲ πρὸς αὐτὸν ὁ ἄγγελος, Μὴ φοβοῦ, Ζαχαρία, διότι εἰσηκούσθη ἡ δέησίς σου, καὶ ἡ γυνή σου</w:t>
      </w:r>
    </w:p>
    <w:p>
      <w:r>
        <w:rPr>
          <w:rFonts w:ascii="Courier New" w:hAnsi="Courier New"/>
          <w:color w:val="555555"/>
          <w:sz w:val="20"/>
        </w:rPr>
        <w:t>[Luc . 1 . 14]</w:t>
      </w:r>
    </w:p>
    <w:p>
      <w:r>
        <w:rPr>
          <w:rFonts w:ascii="Gentium Plus" w:hAnsi="Gentium Plus"/>
          <w:sz w:val="24"/>
        </w:rPr>
        <w:t>καὶ ἔσται χαρά σοι καὶ ἀγαλλίασις, καὶ πολλοὶ ἐπὶ τῇ γενέσει αὐτοῦ χαρήσονται·</w:t>
      </w:r>
    </w:p>
    <w:p>
      <w:r>
        <w:rPr>
          <w:rFonts w:ascii="Courier New" w:hAnsi="Courier New"/>
          <w:color w:val="555555"/>
          <w:sz w:val="20"/>
        </w:rPr>
        <w:t>[Luc . 1 . 15]</w:t>
      </w:r>
    </w:p>
    <w:p>
      <w:r>
        <w:rPr>
          <w:rFonts w:ascii="Gentium Plus" w:hAnsi="Gentium Plus"/>
          <w:sz w:val="24"/>
        </w:rPr>
        <w:t>ἔσται γὰρ μέγας ἐνώπιον [τοῦ] κυρίου, καὶ οἶνον καὶ σίκερα οὐ μὴ πίῃ, καὶ πνεύματος ἁγίου πλησθήσεται ἔτι ἐκ κοιλίας μητρὸς αὐτοῦ,</w:t>
      </w:r>
    </w:p>
    <w:p>
      <w:r>
        <w:rPr>
          <w:rFonts w:ascii="Courier New" w:hAnsi="Courier New"/>
          <w:color w:val="555555"/>
          <w:sz w:val="20"/>
        </w:rPr>
        <w:t>[Luc . 1 . 16]</w:t>
      </w:r>
    </w:p>
    <w:p>
      <w:r>
        <w:rPr>
          <w:rFonts w:ascii="Gentium Plus" w:hAnsi="Gentium Plus"/>
          <w:sz w:val="24"/>
        </w:rPr>
        <w:t>καὶ πολλοὺς τῶν υἱῶν Ἰσραὴλ ἐπιστρέψει ἐπὶ κύριον τὸν θεὸν αὐτῶν.</w:t>
      </w:r>
    </w:p>
    <w:p>
      <w:r>
        <w:rPr>
          <w:rFonts w:ascii="Courier New" w:hAnsi="Courier New"/>
          <w:color w:val="555555"/>
          <w:sz w:val="20"/>
        </w:rPr>
        <w:t>[Luc . 1 . 17]</w:t>
      </w:r>
    </w:p>
    <w:p>
      <w:r>
        <w:rPr>
          <w:rFonts w:ascii="Gentium Plus" w:hAnsi="Gentium Plus"/>
          <w:sz w:val="24"/>
        </w:rPr>
        <w:t>καὶ αὐτὸς προελεύσεται ἐνώπιον αὐτοῦ ἐν πνεύματι καὶ δυνάμει Ἠλίου, ἐπιστρέψαι καρδίας πατέρων ἐπὶ τέκνα καὶ ἀπειθεῖς ἐν φρονήσει δικαίων, ἑτοιμάσαι κυρίῳ λαὸν</w:t>
      </w:r>
    </w:p>
    <w:p>
      <w:r>
        <w:rPr>
          <w:rFonts w:ascii="Courier New" w:hAnsi="Courier New"/>
          <w:color w:val="555555"/>
          <w:sz w:val="20"/>
        </w:rPr>
        <w:t>[5]</w:t>
      </w:r>
    </w:p>
    <w:p>
      <w:r>
        <w:rPr>
          <w:rFonts w:ascii="Gentium Plus" w:hAnsi="Gentium Plus"/>
          <w:sz w:val="24"/>
        </w:rPr>
        <w:t>κατεσκευασμένον.</w:t>
      </w:r>
    </w:p>
    <w:p>
      <w:r>
        <w:rPr>
          <w:rFonts w:ascii="Courier New" w:hAnsi="Courier New"/>
          <w:color w:val="555555"/>
          <w:sz w:val="20"/>
        </w:rPr>
        <w:t>[Luc . 1 . 18]</w:t>
      </w:r>
    </w:p>
    <w:p>
      <w:r>
        <w:rPr>
          <w:rFonts w:ascii="Gentium Plus" w:hAnsi="Gentium Plus"/>
          <w:sz w:val="24"/>
        </w:rPr>
        <w:t>Καὶ εἶπεν Ζαχαρίας πρὸς τὸν ἄγγελον, Κατὰ τί γνώσομαι τοῦτο; ἐγὼ γάρ εἰμι πρε‐ σβύτης καὶ ἡ γυνή μου προβεβηκυῖα ἐν ταῖς ἡμέραις αὐτῆς.</w:t>
      </w:r>
    </w:p>
    <w:p>
      <w:r>
        <w:rPr>
          <w:rFonts w:ascii="Courier New" w:hAnsi="Courier New"/>
          <w:color w:val="555555"/>
          <w:sz w:val="20"/>
        </w:rPr>
        <w:t>[Luc . 1 . 19]</w:t>
      </w:r>
    </w:p>
    <w:p>
      <w:r>
        <w:rPr>
          <w:rFonts w:ascii="Gentium Plus" w:hAnsi="Gentium Plus"/>
          <w:sz w:val="24"/>
        </w:rPr>
        <w:t>καὶ ἀποκριθεὶς ὁ ἄγγελος εἶπεν αὐτῷ, Ἐγώ εἰμι Γαβριὴλ ὁ παρεστηκὼς ἐνώπιον τοῦ θεοῦ, καὶ ἀπεστάλην λαλῆσαι πρὸς σὲ καὶ εὐαγγελίσασθαί σοι ταῦτα·</w:t>
      </w:r>
    </w:p>
    <w:p>
      <w:r>
        <w:rPr>
          <w:rFonts w:ascii="Courier New" w:hAnsi="Courier New"/>
          <w:color w:val="555555"/>
          <w:sz w:val="20"/>
        </w:rPr>
        <w:t>[Luc . 1 . 20]</w:t>
      </w:r>
    </w:p>
    <w:p>
      <w:r>
        <w:rPr>
          <w:rFonts w:ascii="Gentium Plus" w:hAnsi="Gentium Plus"/>
          <w:sz w:val="24"/>
        </w:rPr>
        <w:t>καὶ ἰδοὺ ἔσῃ σιωπῶν καὶ μὴ δυνάμενος λαλῆσαι ἄχρι ἧς ἡμέρας γένηται ταῦτα, ἀνθ’ ὧν οὐκ ἐπίστευσας τοῖς λόγοις μου, οἵτινες πληρωθήσονται εἰς τὸν καιρὸν αὐτῶν.</w:t>
      </w:r>
    </w:p>
    <w:p>
      <w:r>
        <w:rPr>
          <w:rFonts w:ascii="Courier New" w:hAnsi="Courier New"/>
          <w:color w:val="555555"/>
          <w:sz w:val="20"/>
        </w:rPr>
        <w:t>[Luc . 1 . 21]</w:t>
      </w:r>
    </w:p>
    <w:p>
      <w:r>
        <w:rPr>
          <w:rFonts w:ascii="Gentium Plus" w:hAnsi="Gentium Plus"/>
          <w:sz w:val="24"/>
        </w:rPr>
        <w:t>Καὶ ἦν ὁ λαὸς προσδοκῶν τὸν Ζαχαρίαν, καὶ ἐθαύμαζον ἐν τῷ χρονίζειν ἐν τῷ ναῷ αὐτόν.</w:t>
      </w:r>
    </w:p>
    <w:p>
      <w:r>
        <w:rPr>
          <w:rFonts w:ascii="Courier New" w:hAnsi="Courier New"/>
          <w:color w:val="555555"/>
          <w:sz w:val="20"/>
        </w:rPr>
        <w:t>[Luc . 1 . 22]</w:t>
      </w:r>
    </w:p>
    <w:p>
      <w:r>
        <w:rPr>
          <w:rFonts w:ascii="Gentium Plus" w:hAnsi="Gentium Plus"/>
          <w:sz w:val="24"/>
        </w:rPr>
        <w:t>ἐξελθὼν δὲ οὐκ ἐδύνατο λαλῆσαι αὐτοῖς, καὶ ἐπέγνωσαν ὅτι ὀπτα‐ σίαν ἑώρακεν ἐν τῷ ναῷ· καὶ αὐτὸς ἦν διανεύων αὐτοῖς, καὶ διέμενεν κωφός.</w:t>
      </w:r>
    </w:p>
    <w:p>
      <w:r>
        <w:rPr>
          <w:rFonts w:ascii="Courier New" w:hAnsi="Courier New"/>
          <w:color w:val="555555"/>
          <w:sz w:val="20"/>
        </w:rPr>
        <w:t>[Luc . 1 . 23]</w:t>
      </w:r>
    </w:p>
    <w:p>
      <w:r>
        <w:rPr>
          <w:rFonts w:ascii="Gentium Plus" w:hAnsi="Gentium Plus"/>
          <w:sz w:val="24"/>
        </w:rPr>
        <w:t>καὶ ἐγένετο ὡς ἐπλήσθησαν αἱ ἡμέραι τῆς λειτουργίας αὐτοῦ ἀπῆλθεν εἰς τὸν οἶκον αὐτοῦ.</w:t>
      </w:r>
    </w:p>
    <w:p>
      <w:r>
        <w:rPr>
          <w:rFonts w:ascii="Courier New" w:hAnsi="Courier New"/>
          <w:color w:val="555555"/>
          <w:sz w:val="20"/>
        </w:rPr>
        <w:t>[Luc . 1 . 24]</w:t>
      </w:r>
    </w:p>
    <w:p>
      <w:r>
        <w:rPr>
          <w:rFonts w:ascii="Gentium Plus" w:hAnsi="Gentium Plus"/>
          <w:sz w:val="24"/>
        </w:rPr>
        <w:t>Μετὰ δὲ ταύτας τὰς ἡμέρας συνέλαβεν Ἐλι‐</w:t>
      </w:r>
    </w:p>
    <w:p>
      <w:r>
        <w:rPr>
          <w:rFonts w:ascii="Courier New" w:hAnsi="Courier New"/>
          <w:color w:val="555555"/>
          <w:sz w:val="20"/>
        </w:rPr>
        <w:t>[Luc . 1 . 25]</w:t>
      </w:r>
    </w:p>
    <w:p>
      <w:r>
        <w:rPr>
          <w:rFonts w:ascii="Gentium Plus" w:hAnsi="Gentium Plus"/>
          <w:sz w:val="24"/>
        </w:rPr>
        <w:t>ὅτι Οὕτως μοι πεποίηκεν κύριος ἐν ἡμέραις αἷς ἐπεῖδεν ἀφελεῖν ὄνειδός μου ἐν ἀνθρώποις.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 . 26]</w:t>
      </w:r>
    </w:p>
    <w:p>
      <w:r>
        <w:rPr>
          <w:rFonts w:ascii="Gentium Plus" w:hAnsi="Gentium Plus"/>
          <w:sz w:val="24"/>
        </w:rPr>
        <w:t>Ἐν δὲ τῷ μηνὶ τῷ ἕκτῳ ἀπεστάλη ὁ ἄγγελος Γαβριὴλ ἀπὸ τοῦ θεοῦ εἰς πόλιν τῆς Γαλιλαίας ᾗ ὄνομα Ναζαρὲθ</w:t>
      </w:r>
    </w:p>
    <w:p>
      <w:r>
        <w:rPr>
          <w:rFonts w:ascii="Courier New" w:hAnsi="Courier New"/>
          <w:color w:val="555555"/>
          <w:sz w:val="20"/>
        </w:rPr>
        <w:t>[Luc . 1 . 27]</w:t>
      </w:r>
    </w:p>
    <w:p>
      <w:r>
        <w:rPr>
          <w:rFonts w:ascii="Gentium Plus" w:hAnsi="Gentium Plus"/>
          <w:sz w:val="24"/>
        </w:rPr>
        <w:t>πρὸς παρθένον ἐμνηστευμένην ἀνδρὶ ᾧ ὄνομα Ἰωσὴφ ἐξ οἴκου Δαυίδ, καὶ τὸ ὄνομα τῆς παρθένου Μαριάμ.</w:t>
      </w:r>
    </w:p>
    <w:p>
      <w:r>
        <w:rPr>
          <w:rFonts w:ascii="Courier New" w:hAnsi="Courier New"/>
          <w:color w:val="555555"/>
          <w:sz w:val="20"/>
        </w:rPr>
        <w:t>[Luc . 1 . 28]</w:t>
      </w:r>
    </w:p>
    <w:p>
      <w:r>
        <w:rPr>
          <w:rFonts w:ascii="Gentium Plus" w:hAnsi="Gentium Plus"/>
          <w:sz w:val="24"/>
        </w:rPr>
        <w:t>καὶ εἰσελθὼν πρὸς αὐτὴν εἶπεν, Χαῖρε, κεχαριτωμένη, ὁ κύριος μετὰ σοῦ.</w:t>
      </w:r>
    </w:p>
    <w:p>
      <w:r>
        <w:rPr>
          <w:rFonts w:ascii="Courier New" w:hAnsi="Courier New"/>
          <w:color w:val="555555"/>
          <w:sz w:val="20"/>
        </w:rPr>
        <w:t>[Luc . 1 . 29]</w:t>
      </w:r>
    </w:p>
    <w:p>
      <w:r>
        <w:rPr>
          <w:rFonts w:ascii="Gentium Plus" w:hAnsi="Gentium Plus"/>
          <w:sz w:val="24"/>
        </w:rPr>
        <w:t>ἡ δὲ ἐπὶ τῷ λόγῳ διεταράχθη καὶ διελογίζετο ποταπὸς εἴη ὁ ἀσπασμὸς οὗτος.</w:t>
      </w:r>
    </w:p>
    <w:p>
      <w:r>
        <w:rPr>
          <w:rFonts w:ascii="Courier New" w:hAnsi="Courier New"/>
          <w:color w:val="555555"/>
          <w:sz w:val="20"/>
        </w:rPr>
        <w:t>[Luc . 1 . 30]</w:t>
      </w:r>
    </w:p>
    <w:p>
      <w:r>
        <w:rPr>
          <w:rFonts w:ascii="Gentium Plus" w:hAnsi="Gentium Plus"/>
          <w:sz w:val="24"/>
        </w:rPr>
        <w:t>καὶ εἶπεν ὁ ἄγγελος αὐτῇ, Μὴ φοβοῦ, Μαριάμ, εὗρες γὰρ χάριν παρὰ τῷ θεῷ·</w:t>
      </w:r>
    </w:p>
    <w:p>
      <w:r>
        <w:rPr>
          <w:rFonts w:ascii="Courier New" w:hAnsi="Courier New"/>
          <w:color w:val="555555"/>
          <w:sz w:val="20"/>
        </w:rPr>
        <w:t>[Luc . 1 . 31]</w:t>
      </w:r>
    </w:p>
    <w:p>
      <w:r>
        <w:rPr>
          <w:rFonts w:ascii="Gentium Plus" w:hAnsi="Gentium Plus"/>
          <w:sz w:val="24"/>
        </w:rPr>
        <w:t>καὶ ἰδοὺ συλλήμψῃ ἐν γαστρὶ καὶ τέξῃ υἱόν, καὶ καλέσεις τὸ ὄνομα αὐτοῦ Ἰησοῦν.</w:t>
      </w:r>
    </w:p>
    <w:p>
      <w:r>
        <w:rPr>
          <w:rFonts w:ascii="Courier New" w:hAnsi="Courier New"/>
          <w:color w:val="555555"/>
          <w:sz w:val="20"/>
        </w:rPr>
        <w:t>[Luc . 1 . 32]</w:t>
      </w:r>
    </w:p>
    <w:p>
      <w:r>
        <w:rPr>
          <w:rFonts w:ascii="Gentium Plus" w:hAnsi="Gentium Plus"/>
          <w:sz w:val="24"/>
        </w:rPr>
        <w:t>οὗτος ἔσται μέγας καὶ υἱὸς ὑψίστου κληθή‐ σεται, καὶ δώσει αὐτῷ κύριος ὁ θεὸς τὸν θρόνον Δαυὶδ τοῦ πατρὸς αὐτοῦ,</w:t>
      </w:r>
    </w:p>
    <w:p>
      <w:r>
        <w:rPr>
          <w:rFonts w:ascii="Courier New" w:hAnsi="Courier New"/>
          <w:color w:val="555555"/>
          <w:sz w:val="20"/>
        </w:rPr>
        <w:t>[Luc . 1 . 33]</w:t>
      </w:r>
    </w:p>
    <w:p>
      <w:r>
        <w:rPr>
          <w:rFonts w:ascii="Gentium Plus" w:hAnsi="Gentium Plus"/>
          <w:sz w:val="24"/>
        </w:rPr>
        <w:t>καὶ βασιλεύσει ἐπὶ τὸν οἶκον Ἰακὼβ εἰς τοὺς αἰῶνας, καὶ τῆς βασιλείας αὐτοῦ οὐκ ἔσται τέλος.</w:t>
      </w:r>
    </w:p>
    <w:p>
      <w:r>
        <w:rPr>
          <w:rFonts w:ascii="Courier New" w:hAnsi="Courier New"/>
          <w:color w:val="555555"/>
          <w:sz w:val="20"/>
        </w:rPr>
        <w:t>[Luc . 1 . 34]</w:t>
      </w:r>
    </w:p>
    <w:p>
      <w:r>
        <w:rPr>
          <w:rFonts w:ascii="Gentium Plus" w:hAnsi="Gentium Plus"/>
          <w:sz w:val="24"/>
        </w:rPr>
        <w:t>εἶπεν δὲ Μαριὰμ πρὸς τὸν ἄγγελον, Πῶς ἔσται τοῦτο, ἐπεὶ ἄνδρα οὐ γινώσκω;</w:t>
      </w:r>
    </w:p>
    <w:p>
      <w:r>
        <w:rPr>
          <w:rFonts w:ascii="Courier New" w:hAnsi="Courier New"/>
          <w:color w:val="555555"/>
          <w:sz w:val="20"/>
        </w:rPr>
        <w:t>[Luc . 1 . 35]</w:t>
      </w:r>
    </w:p>
    <w:p>
      <w:r>
        <w:rPr>
          <w:rFonts w:ascii="Gentium Plus" w:hAnsi="Gentium Plus"/>
          <w:sz w:val="24"/>
        </w:rPr>
        <w:t>καὶ ἀποκριθεὶς ὁ ἄγγελος εἶπεν αὐτῇ, Πνεῦμα ἅγιον ἐπελεύσεται ἐπὶ σέ, καὶ δύναμις ὑψίστου ἐπισκιάσει σοι· διὸ καὶ τὸ γεννώ‐ μενον ἅγιον κληθήσεται, υἱὸς θεοῦ.</w:t>
      </w:r>
    </w:p>
    <w:p>
      <w:r>
        <w:rPr>
          <w:rFonts w:ascii="Courier New" w:hAnsi="Courier New"/>
          <w:color w:val="555555"/>
          <w:sz w:val="20"/>
        </w:rPr>
        <w:t>[Luc . 1 . 36]</w:t>
      </w:r>
    </w:p>
    <w:p>
      <w:r>
        <w:rPr>
          <w:rFonts w:ascii="Gentium Plus" w:hAnsi="Gentium Plus"/>
          <w:sz w:val="24"/>
        </w:rPr>
        <w:t>καὶ ἰδοὺ Ἐλι‐ σάβετ ἡ συγγενίς σου καὶ αὐτὴ συνείληφεν υἱὸν ἐν γήρει αὐτῆς, καὶ οὗτος μὴν ἕκτος ἐστὶν αὐτῇ τῇ καλουμένῃ στείρᾳ·</w:t>
      </w:r>
    </w:p>
    <w:p>
      <w:r>
        <w:rPr>
          <w:rFonts w:ascii="Courier New" w:hAnsi="Courier New"/>
          <w:color w:val="555555"/>
          <w:sz w:val="20"/>
        </w:rPr>
        <w:t>[Luc . 1 . 37]</w:t>
      </w:r>
    </w:p>
    <w:p>
      <w:r>
        <w:rPr>
          <w:rFonts w:ascii="Gentium Plus" w:hAnsi="Gentium Plus"/>
          <w:sz w:val="24"/>
        </w:rPr>
        <w:t>ὅτι οὐκ ἀδυνατήσει παρὰ τοῦ θεοῦ πᾶν ῥῆμα.</w:t>
      </w:r>
    </w:p>
    <w:p>
      <w:r>
        <w:rPr>
          <w:rFonts w:ascii="Courier New" w:hAnsi="Courier New"/>
          <w:color w:val="555555"/>
          <w:sz w:val="20"/>
        </w:rPr>
        <w:t>[Luc . 1 . 38]</w:t>
      </w:r>
    </w:p>
    <w:p>
      <w:r>
        <w:rPr>
          <w:rFonts w:ascii="Gentium Plus" w:hAnsi="Gentium Plus"/>
          <w:sz w:val="24"/>
        </w:rPr>
        <w:t>εἶπεν δὲ Μαριάμ, Ἰδοὺ ἡ δούλη κυρίου· γένοιτό μοι κατὰ τὸ ῥῆμά σου. καὶ ἀπῆλθεν ἀπ’ αὐτῆς ὁ ἄγγελος.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 . 39]</w:t>
      </w:r>
    </w:p>
    <w:p>
      <w:r>
        <w:rPr>
          <w:rFonts w:ascii="Gentium Plus" w:hAnsi="Gentium Plus"/>
          <w:sz w:val="24"/>
        </w:rPr>
        <w:t>Ἀναστᾶσα δὲ Μαριὰμ ἐν ταῖς ἡμέραις ταύταις ἐπορεύθη εἰς τὴν ὀρεινὴν μετὰ σπουδῆς εἰς πόλιν Ἰούδα,</w:t>
      </w:r>
    </w:p>
    <w:p>
      <w:r>
        <w:rPr>
          <w:rFonts w:ascii="Courier New" w:hAnsi="Courier New"/>
          <w:color w:val="555555"/>
          <w:sz w:val="20"/>
        </w:rPr>
        <w:t>[Luc . 1 . 40]</w:t>
      </w:r>
    </w:p>
    <w:p>
      <w:r>
        <w:rPr>
          <w:rFonts w:ascii="Gentium Plus" w:hAnsi="Gentium Plus"/>
          <w:sz w:val="24"/>
        </w:rPr>
        <w:t>καὶ εἰσῆλθεν εἰς τὸν οἶκον Ζαχαρίου καὶ ἠσπάσατο τὴν Ἐλισάβετ.</w:t>
      </w:r>
    </w:p>
    <w:p>
      <w:r>
        <w:rPr>
          <w:rFonts w:ascii="Courier New" w:hAnsi="Courier New"/>
          <w:color w:val="555555"/>
          <w:sz w:val="20"/>
        </w:rPr>
        <w:t>[Luc . 1 . 41]</w:t>
      </w:r>
    </w:p>
    <w:p>
      <w:r>
        <w:rPr>
          <w:rFonts w:ascii="Gentium Plus" w:hAnsi="Gentium Plus"/>
          <w:sz w:val="24"/>
        </w:rPr>
        <w:t>καὶ ἐγένετο ὡς ἤκουσεν τὸν ἀσπασμὸν τῆς Μαρίας ἡ Ἐλισάβετ, ἐσκίρτησεν τὸ βρέφος ἐν τῇ κοιλίᾳ αὐτῆς, καὶ ἐπλήσθη πνεύματος ἁγίου ἡ Ἐλισάβετ,</w:t>
      </w:r>
    </w:p>
    <w:p>
      <w:r>
        <w:rPr>
          <w:rFonts w:ascii="Courier New" w:hAnsi="Courier New"/>
          <w:color w:val="555555"/>
          <w:sz w:val="20"/>
        </w:rPr>
        <w:t>[Luc . 1 . 42]</w:t>
      </w:r>
    </w:p>
    <w:p>
      <w:r>
        <w:rPr>
          <w:rFonts w:ascii="Gentium Plus" w:hAnsi="Gentium Plus"/>
          <w:sz w:val="24"/>
        </w:rPr>
        <w:t>καὶ ἀνεφώνησεν κραυγῇ μεγάλῃ καὶ εἶπεν, Εὐλογη‐ μένη σὺ ἐν γυναιξίν, καὶ εὐλογημένος ὁ καρπὸς τῆς κοιλίας σου.</w:t>
      </w:r>
    </w:p>
    <w:p>
      <w:r>
        <w:rPr>
          <w:rFonts w:ascii="Courier New" w:hAnsi="Courier New"/>
          <w:color w:val="555555"/>
          <w:sz w:val="20"/>
        </w:rPr>
        <w:t>[Luc . 1 . 43]</w:t>
      </w:r>
    </w:p>
    <w:p>
      <w:r>
        <w:rPr>
          <w:rFonts w:ascii="Gentium Plus" w:hAnsi="Gentium Plus"/>
          <w:sz w:val="24"/>
        </w:rPr>
        <w:t>καὶ πόθεν μοι τοῦτο ἵνα ἔλθῃ ἡ μήτηρ τοῦ κυρίου μου πρὸς ἐμέ;</w:t>
      </w:r>
    </w:p>
    <w:p>
      <w:r>
        <w:rPr>
          <w:rFonts w:ascii="Courier New" w:hAnsi="Courier New"/>
          <w:color w:val="555555"/>
          <w:sz w:val="20"/>
        </w:rPr>
        <w:t>[Luc . 1 . 44]</w:t>
      </w:r>
    </w:p>
    <w:p>
      <w:r>
        <w:rPr>
          <w:rFonts w:ascii="Gentium Plus" w:hAnsi="Gentium Plus"/>
          <w:sz w:val="24"/>
        </w:rPr>
        <w:t>ἰδοὺ γὰρ ὡς ἐγένετο ἡ φωνὴ τοῦ ἀσπασμοῦ σου εἰς τὰ ὦτά μου, ἐσκίρτησεν ἐν ἀγαλλιάσει τὸ βρέφος ἐν τῇ κοιλίᾳ μου.</w:t>
      </w:r>
    </w:p>
    <w:p>
      <w:r>
        <w:rPr>
          <w:rFonts w:ascii="Courier New" w:hAnsi="Courier New"/>
          <w:color w:val="555555"/>
          <w:sz w:val="20"/>
        </w:rPr>
        <w:t>[Luc . 1 . 45]</w:t>
      </w:r>
    </w:p>
    <w:p>
      <w:r>
        <w:rPr>
          <w:rFonts w:ascii="Gentium Plus" w:hAnsi="Gentium Plus"/>
          <w:sz w:val="24"/>
        </w:rPr>
        <w:t>καὶ μακαρία ἡ πιστεύσασα</w:t>
      </w:r>
    </w:p>
    <w:p>
      <w:r>
        <w:rPr>
          <w:rFonts w:ascii="Courier New" w:hAnsi="Courier New"/>
          <w:color w:val="555555"/>
          <w:sz w:val="20"/>
        </w:rPr>
        <w:t>[Luc . 1 . 46]</w:t>
      </w:r>
    </w:p>
    <w:p>
      <w:r>
        <w:rPr>
          <w:rFonts w:ascii="Gentium Plus" w:hAnsi="Gentium Plus"/>
          <w:sz w:val="24"/>
        </w:rPr>
        <w:t>Καὶ εἶπεν Μαριάμ, Μεγαλύνει ἡ ψυχή μου τὸν κύριον,</w:t>
      </w:r>
    </w:p>
    <w:p>
      <w:r>
        <w:rPr>
          <w:rFonts w:ascii="Courier New" w:hAnsi="Courier New"/>
          <w:color w:val="555555"/>
          <w:sz w:val="20"/>
        </w:rPr>
        <w:t>[Luc . 1 . 47]</w:t>
      </w:r>
    </w:p>
    <w:p>
      <w:r>
        <w:rPr>
          <w:rFonts w:ascii="Gentium Plus" w:hAnsi="Gentium Plus"/>
          <w:sz w:val="24"/>
        </w:rPr>
        <w:t>καὶ ἠγαλλίασεν τὸ πνεῦμά μου ἐπὶ τῷ θεῷ τῷ σωτῆρί μου,</w:t>
      </w:r>
    </w:p>
    <w:p>
      <w:r>
        <w:rPr>
          <w:rFonts w:ascii="Courier New" w:hAnsi="Courier New"/>
          <w:color w:val="555555"/>
          <w:sz w:val="20"/>
        </w:rPr>
        <w:t>[Luc . 1 . 48]</w:t>
      </w:r>
    </w:p>
    <w:p>
      <w:r>
        <w:rPr>
          <w:rFonts w:ascii="Gentium Plus" w:hAnsi="Gentium Plus"/>
          <w:sz w:val="24"/>
        </w:rPr>
        <w:t>ὅτι ἐπέβλεψεν ἐπὶ τὴν ταπείνωσιν τῆς δούλης αὐτοῦ. ἰδοὺ γὰρ ἀπὸ τοῦ νῦν μακαριοῦσίν με πᾶσαι αἱ γενεαί·</w:t>
      </w:r>
    </w:p>
    <w:p>
      <w:r>
        <w:rPr>
          <w:rFonts w:ascii="Courier New" w:hAnsi="Courier New"/>
          <w:color w:val="555555"/>
          <w:sz w:val="20"/>
        </w:rPr>
        <w:t>[Luc . 1 . 49]</w:t>
      </w:r>
    </w:p>
    <w:p>
      <w:r>
        <w:rPr>
          <w:rFonts w:ascii="Gentium Plus" w:hAnsi="Gentium Plus"/>
          <w:sz w:val="24"/>
        </w:rPr>
        <w:t>ὅτι ἐποίησέν μοι μεγάλα ὁ δυνατός, καὶ ἅγιον τὸ ὄνομα αὐτοῦ,</w:t>
      </w:r>
    </w:p>
    <w:p>
      <w:r>
        <w:rPr>
          <w:rFonts w:ascii="Courier New" w:hAnsi="Courier New"/>
          <w:color w:val="555555"/>
          <w:sz w:val="20"/>
        </w:rPr>
        <w:t>[Luc . 1 . 50]</w:t>
      </w:r>
    </w:p>
    <w:p>
      <w:r>
        <w:rPr>
          <w:rFonts w:ascii="Gentium Plus" w:hAnsi="Gentium Plus"/>
          <w:sz w:val="24"/>
        </w:rPr>
        <w:t>καὶ τὸ ἔλεος αὐτοῦ εἰς γενεὰς καὶ γενεὰς τοῖς φοβουμένοις αὐτόν.</w:t>
      </w:r>
    </w:p>
    <w:p>
      <w:r>
        <w:rPr>
          <w:rFonts w:ascii="Courier New" w:hAnsi="Courier New"/>
          <w:color w:val="555555"/>
          <w:sz w:val="20"/>
        </w:rPr>
        <w:t>[Luc . 1 . 51]</w:t>
      </w:r>
    </w:p>
    <w:p>
      <w:r>
        <w:rPr>
          <w:rFonts w:ascii="Gentium Plus" w:hAnsi="Gentium Plus"/>
          <w:sz w:val="24"/>
        </w:rPr>
        <w:t>Ἐποίησεν κράτος ἐν βραχίονι αὐτοῦ, διεσκόρπισεν ὑπερηφάνους διανοίᾳ καρδίας αὐτῶν·</w:t>
      </w:r>
    </w:p>
    <w:p>
      <w:r>
        <w:rPr>
          <w:rFonts w:ascii="Courier New" w:hAnsi="Courier New"/>
          <w:color w:val="555555"/>
          <w:sz w:val="20"/>
        </w:rPr>
        <w:t>[Luc . 1 . 52]</w:t>
      </w:r>
    </w:p>
    <w:p>
      <w:r>
        <w:rPr>
          <w:rFonts w:ascii="Gentium Plus" w:hAnsi="Gentium Plus"/>
          <w:sz w:val="24"/>
        </w:rPr>
        <w:t>καθεῖλεν δυνάστας ἀπὸ θρόνων καὶ ὕψωσεν ταπεινούς,</w:t>
      </w:r>
    </w:p>
    <w:p>
      <w:r>
        <w:rPr>
          <w:rFonts w:ascii="Courier New" w:hAnsi="Courier New"/>
          <w:color w:val="555555"/>
          <w:sz w:val="20"/>
        </w:rPr>
        <w:t>[Luc . 1 . 53]</w:t>
      </w:r>
    </w:p>
    <w:p>
      <w:r>
        <w:rPr>
          <w:rFonts w:ascii="Gentium Plus" w:hAnsi="Gentium Plus"/>
          <w:sz w:val="24"/>
        </w:rPr>
        <w:t>πεινῶντας ἐνέπλησεν ἀγαθῶν καὶ πλουτοῦντας ἐξαπέστειλεν κενούς.</w:t>
      </w:r>
    </w:p>
    <w:p>
      <w:r>
        <w:rPr>
          <w:rFonts w:ascii="Courier New" w:hAnsi="Courier New"/>
          <w:color w:val="555555"/>
          <w:sz w:val="20"/>
        </w:rPr>
        <w:t>[Luc . 1 . 54]</w:t>
      </w:r>
    </w:p>
    <w:p>
      <w:r>
        <w:rPr>
          <w:rFonts w:ascii="Gentium Plus" w:hAnsi="Gentium Plus"/>
          <w:sz w:val="24"/>
        </w:rPr>
        <w:t>ἀντελάβετο Ἰσραὴλ παιδὸς αὐτοῦ, μνησθῆναι ἐλέους,</w:t>
      </w:r>
    </w:p>
    <w:p>
      <w:r>
        <w:rPr>
          <w:rFonts w:ascii="Courier New" w:hAnsi="Courier New"/>
          <w:color w:val="555555"/>
          <w:sz w:val="20"/>
        </w:rPr>
        <w:t>[Luc . 1 . 55]</w:t>
      </w:r>
    </w:p>
    <w:p>
      <w:r>
        <w:rPr>
          <w:rFonts w:ascii="Gentium Plus" w:hAnsi="Gentium Plus"/>
          <w:sz w:val="24"/>
        </w:rPr>
        <w:t>καθὼς ἐλάλησεν πρὸς τοὺς πατέρας ἡμῶν, τῷ Ἀβραὰμ καὶ τῷ σπέρματι αὐτοῦ εἰς τὸν αἰῶνα.</w:t>
      </w:r>
    </w:p>
    <w:p>
      <w:r>
        <w:rPr>
          <w:rFonts w:ascii="Courier New" w:hAnsi="Courier New"/>
          <w:color w:val="555555"/>
          <w:sz w:val="20"/>
        </w:rPr>
        <w:t>[Luc . 1 . 56]</w:t>
      </w:r>
    </w:p>
    <w:p>
      <w:r>
        <w:rPr>
          <w:rFonts w:ascii="Gentium Plus" w:hAnsi="Gentium Plus"/>
          <w:sz w:val="24"/>
        </w:rPr>
        <w:t>Ἔμεινεν δὲ Μαριὰμ σὺν αὐτῇ ὡς μῆνας τρεῖς, καὶ</w:t>
      </w:r>
    </w:p>
    <w:p>
      <w:r>
        <w:rPr>
          <w:rFonts w:ascii="Courier New" w:hAnsi="Courier New"/>
          <w:color w:val="555555"/>
          <w:sz w:val="20"/>
        </w:rPr>
        <w:t>[Luc . 1 . 57]</w:t>
      </w:r>
    </w:p>
    <w:p>
      <w:r>
        <w:rPr>
          <w:rFonts w:ascii="Gentium Plus" w:hAnsi="Gentium Plus"/>
          <w:sz w:val="24"/>
        </w:rPr>
        <w:t>Τῇ δὲ Ἐλισάβετ ἐπλήσθη ὁ χρόνος τοῦ τεκεῖν αὐτήν, καὶ ἐγέννησεν υἱόν.</w:t>
      </w:r>
    </w:p>
    <w:p>
      <w:r>
        <w:rPr>
          <w:rFonts w:ascii="Courier New" w:hAnsi="Courier New"/>
          <w:color w:val="555555"/>
          <w:sz w:val="20"/>
        </w:rPr>
        <w:t>[Luc . 1 . 58]</w:t>
      </w:r>
    </w:p>
    <w:p>
      <w:r>
        <w:rPr>
          <w:rFonts w:ascii="Gentium Plus" w:hAnsi="Gentium Plus"/>
          <w:sz w:val="24"/>
        </w:rPr>
        <w:t>καὶ ἤκουσαν οἱ περίοικοι καὶ οἱ συγγενεῖς αὐτῆς ὅτι ἐμεγάλυνεν κύριος τὸ ἔλεος αὐτοῦ μετ’ αὐτῆς, καὶ συνέχαιρον αὐτῇ.</w:t>
      </w:r>
    </w:p>
    <w:p>
      <w:r>
        <w:rPr>
          <w:rFonts w:ascii="Courier New" w:hAnsi="Courier New"/>
          <w:color w:val="555555"/>
          <w:sz w:val="20"/>
        </w:rPr>
        <w:t>[Luc . 1 . 59]</w:t>
      </w:r>
    </w:p>
    <w:p>
      <w:r>
        <w:rPr>
          <w:rFonts w:ascii="Gentium Plus" w:hAnsi="Gentium Plus"/>
          <w:sz w:val="24"/>
        </w:rPr>
        <w:t>Καὶ ἐγένετο ἐν τῇ ἡμέρᾳ τῇ ὀγδόῃ ἦλθον περιτεμεῖν τὸ παιδίον, καὶ ἐκάλουν αὐτὸ ἐπὶ τῷ ὀνόματι τοῦ πατρὸς αὐτοῦ Ζαχαρίαν.</w:t>
      </w:r>
    </w:p>
    <w:p>
      <w:r>
        <w:rPr>
          <w:rFonts w:ascii="Courier New" w:hAnsi="Courier New"/>
          <w:color w:val="555555"/>
          <w:sz w:val="20"/>
        </w:rPr>
        <w:t>[Luc . 1 . 60]</w:t>
      </w:r>
    </w:p>
    <w:p>
      <w:r>
        <w:rPr>
          <w:rFonts w:ascii="Gentium Plus" w:hAnsi="Gentium Plus"/>
          <w:sz w:val="24"/>
        </w:rPr>
        <w:t>καὶ ἀποκριθεῖσα ἡ μήτηρ αὐτοῦ εἶπεν, Οὐχί, ἀλλὰ κληθήσεται Ἰωάννης.</w:t>
      </w:r>
    </w:p>
    <w:p>
      <w:r>
        <w:rPr>
          <w:rFonts w:ascii="Courier New" w:hAnsi="Courier New"/>
          <w:color w:val="555555"/>
          <w:sz w:val="20"/>
        </w:rPr>
        <w:t>[Luc . 1 . 61]</w:t>
      </w:r>
    </w:p>
    <w:p>
      <w:r>
        <w:rPr>
          <w:rFonts w:ascii="Gentium Plus" w:hAnsi="Gentium Plus"/>
          <w:sz w:val="24"/>
        </w:rPr>
        <w:t>καὶ εἶπαν πρὸς αὐτὴν ὅτι Οὐδείς ἐστιν ἐκ τῆς συγγενείας σου ὃς καλεῖται τῷ ὀνόματι τούτῳ.</w:t>
      </w:r>
    </w:p>
    <w:p>
      <w:r>
        <w:rPr>
          <w:rFonts w:ascii="Courier New" w:hAnsi="Courier New"/>
          <w:color w:val="555555"/>
          <w:sz w:val="20"/>
        </w:rPr>
        <w:t>[Luc . 1 . 62]</w:t>
      </w:r>
    </w:p>
    <w:p>
      <w:r>
        <w:rPr>
          <w:rFonts w:ascii="Gentium Plus" w:hAnsi="Gentium Plus"/>
          <w:sz w:val="24"/>
        </w:rPr>
        <w:t>ἐνένευον δὲ τῷ πατρὶ αὐτοῦ τὸ τί ἂν θέλοι καλεῖσθαι αὐτό.</w:t>
      </w:r>
    </w:p>
    <w:p>
      <w:r>
        <w:rPr>
          <w:rFonts w:ascii="Courier New" w:hAnsi="Courier New"/>
          <w:color w:val="555555"/>
          <w:sz w:val="20"/>
        </w:rPr>
        <w:t>[Luc . 1 . 63]</w:t>
      </w:r>
    </w:p>
    <w:p>
      <w:r>
        <w:rPr>
          <w:rFonts w:ascii="Gentium Plus" w:hAnsi="Gentium Plus"/>
          <w:sz w:val="24"/>
        </w:rPr>
        <w:t>καὶ αἰτήσας πινακίδιον ἔγραψεν λέγων, Ἰωάννης ἐστὶν ὄνομα αὐτοῦ. καὶ ἐθαύ‐ μασαν πάντες.</w:t>
      </w:r>
    </w:p>
    <w:p>
      <w:r>
        <w:rPr>
          <w:rFonts w:ascii="Courier New" w:hAnsi="Courier New"/>
          <w:color w:val="555555"/>
          <w:sz w:val="20"/>
        </w:rPr>
        <w:t>[Luc . 1 . 64]</w:t>
      </w:r>
    </w:p>
    <w:p>
      <w:r>
        <w:rPr>
          <w:rFonts w:ascii="Gentium Plus" w:hAnsi="Gentium Plus"/>
          <w:sz w:val="24"/>
        </w:rPr>
        <w:t>ἀνεῴχθη δὲ τὸ στόμα αὐτοῦ παρα‐ χρῆμα καὶ ἡ γλῶσσα αὐτοῦ, καὶ ἐλάλει εὐλογῶν τὸν θεόν.</w:t>
      </w:r>
    </w:p>
    <w:p>
      <w:r>
        <w:rPr>
          <w:rFonts w:ascii="Courier New" w:hAnsi="Courier New"/>
          <w:color w:val="555555"/>
          <w:sz w:val="20"/>
        </w:rPr>
        <w:t>[Luc . 1 . 65]</w:t>
      </w:r>
    </w:p>
    <w:p>
      <w:r>
        <w:rPr>
          <w:rFonts w:ascii="Gentium Plus" w:hAnsi="Gentium Plus"/>
          <w:sz w:val="24"/>
        </w:rPr>
        <w:t>καὶ ἐγένετο ἐπὶ πάντας φόβος τοὺς περιοι‐ κοῦντας αὐτούς, καὶ ἐν ὅλῃ τῇ ὀρεινῇ τῆς Ἰουδαίας διελαλεῖτο πάντα τὰ ῥήματα ταῦτα,</w:t>
      </w:r>
    </w:p>
    <w:p>
      <w:r>
        <w:rPr>
          <w:rFonts w:ascii="Courier New" w:hAnsi="Courier New"/>
          <w:color w:val="555555"/>
          <w:sz w:val="20"/>
        </w:rPr>
        <w:t>[Luc . 1 . 66]</w:t>
      </w:r>
    </w:p>
    <w:p>
      <w:r>
        <w:rPr>
          <w:rFonts w:ascii="Gentium Plus" w:hAnsi="Gentium Plus"/>
          <w:sz w:val="24"/>
        </w:rPr>
        <w:t>καὶ ἔθεντο πάντες οἱ ἀκούσαντες ἐν τῇ καρδίᾳ αὐτῶν, λέγοντες, Τί ἄρα τὸ παιδίον τοῦτο ἔσται; καὶ γὰρ χεὶρ κυρίου ἦν μετ’ αὐτοῦ.</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1 . 67]</w:t>
      </w:r>
    </w:p>
    <w:p>
      <w:r>
        <w:rPr>
          <w:rFonts w:ascii="Gentium Plus" w:hAnsi="Gentium Plus"/>
          <w:sz w:val="24"/>
        </w:rPr>
        <w:t>Καὶ Ζαχαρίας ὁ πατὴρ αὐτοῦ ἐπλήσθη πνεύματος ἁγίου καὶ ἐπροφήτευσεν λέγων,</w:t>
      </w:r>
    </w:p>
    <w:p>
      <w:r>
        <w:rPr>
          <w:rFonts w:ascii="Courier New" w:hAnsi="Courier New"/>
          <w:color w:val="555555"/>
          <w:sz w:val="20"/>
        </w:rPr>
        <w:t>[Luc . 1 . 68]</w:t>
      </w:r>
    </w:p>
    <w:p>
      <w:r>
        <w:rPr>
          <w:rFonts w:ascii="Gentium Plus" w:hAnsi="Gentium Plus"/>
          <w:sz w:val="24"/>
        </w:rPr>
        <w:t>Εὐλογητὸς κύριος ὁ θεὸς τοῦ Ἰσραήλ, ὅτι ἐπεσκέψατο καὶ ἐποίησεν λύτρωσιν τῷ λαῷ</w:t>
      </w:r>
    </w:p>
    <w:p>
      <w:r>
        <w:rPr>
          <w:rFonts w:ascii="Courier New" w:hAnsi="Courier New"/>
          <w:color w:val="555555"/>
          <w:sz w:val="20"/>
        </w:rPr>
        <w:t>[Luc . 1 . 69]</w:t>
      </w:r>
    </w:p>
    <w:p>
      <w:r>
        <w:rPr>
          <w:rFonts w:ascii="Gentium Plus" w:hAnsi="Gentium Plus"/>
          <w:sz w:val="24"/>
        </w:rPr>
        <w:t>καὶ ἤγειρεν κέρας σωτηρίας ἡμῖν ἐν οἴκῳ Δαυὶδ παιδὸς αὐτοῦ,</w:t>
      </w:r>
    </w:p>
    <w:p>
      <w:r>
        <w:rPr>
          <w:rFonts w:ascii="Courier New" w:hAnsi="Courier New"/>
          <w:color w:val="555555"/>
          <w:sz w:val="20"/>
        </w:rPr>
        <w:t>[Luc . 1 . 70]</w:t>
      </w:r>
    </w:p>
    <w:p>
      <w:r>
        <w:rPr>
          <w:rFonts w:ascii="Gentium Plus" w:hAnsi="Gentium Plus"/>
          <w:sz w:val="24"/>
        </w:rPr>
        <w:t>καθὼς ἐλάλησεν διὰ στόματος τῶν ἁγίων ἀπ’ αἰῶνος προφητῶν αὐτοῦ,</w:t>
      </w:r>
    </w:p>
    <w:p>
      <w:r>
        <w:rPr>
          <w:rFonts w:ascii="Courier New" w:hAnsi="Courier New"/>
          <w:color w:val="555555"/>
          <w:sz w:val="20"/>
        </w:rPr>
        <w:t>[Luc . 1 . 71]</w:t>
      </w:r>
    </w:p>
    <w:p>
      <w:r>
        <w:rPr>
          <w:rFonts w:ascii="Gentium Plus" w:hAnsi="Gentium Plus"/>
          <w:sz w:val="24"/>
        </w:rPr>
        <w:t>σωτηρίαν ἐξ ἐχθρῶν ἡμῶν καὶ ἐκ χειρὸς πάντων τῶν μισούντων ἡμᾶς·</w:t>
      </w:r>
    </w:p>
    <w:p>
      <w:r>
        <w:rPr>
          <w:rFonts w:ascii="Courier New" w:hAnsi="Courier New"/>
          <w:color w:val="555555"/>
          <w:sz w:val="20"/>
        </w:rPr>
        <w:t>[Luc . 1 . 72]</w:t>
      </w:r>
    </w:p>
    <w:p>
      <w:r>
        <w:rPr>
          <w:rFonts w:ascii="Gentium Plus" w:hAnsi="Gentium Plus"/>
          <w:sz w:val="24"/>
        </w:rPr>
        <w:t>ποιῆσαι ἔλεος μετὰ τῶν πατέρων ἡμῶν καὶ μνησθῆναι διαθήκης ἁγίας αὐτοῦ,</w:t>
      </w:r>
    </w:p>
    <w:p>
      <w:r>
        <w:rPr>
          <w:rFonts w:ascii="Courier New" w:hAnsi="Courier New"/>
          <w:color w:val="555555"/>
          <w:sz w:val="20"/>
        </w:rPr>
        <w:t>[Luc . 1 . 73]</w:t>
      </w:r>
    </w:p>
    <w:p>
      <w:r>
        <w:rPr>
          <w:rFonts w:ascii="Gentium Plus" w:hAnsi="Gentium Plus"/>
          <w:sz w:val="24"/>
        </w:rPr>
        <w:t>ὅρκον ὃν ὤμοσεν πρὸς Ἀβραὰμ τὸν πατέρα ἡμῶν, τοῦ δοῦναι ἡμῖν</w:t>
      </w:r>
    </w:p>
    <w:p>
      <w:r>
        <w:rPr>
          <w:rFonts w:ascii="Courier New" w:hAnsi="Courier New"/>
          <w:color w:val="555555"/>
          <w:sz w:val="20"/>
        </w:rPr>
        <w:t>[Luc . 1 . 74]</w:t>
      </w:r>
    </w:p>
    <w:p>
      <w:r>
        <w:rPr>
          <w:rFonts w:ascii="Gentium Plus" w:hAnsi="Gentium Plus"/>
          <w:sz w:val="24"/>
        </w:rPr>
        <w:t>ἀφόβως ἐκ χειρὸς ἐχθρῶν ῥυσθέντας λατρεύειν αὐτῷ</w:t>
      </w:r>
    </w:p>
    <w:p>
      <w:r>
        <w:rPr>
          <w:rFonts w:ascii="Courier New" w:hAnsi="Courier New"/>
          <w:color w:val="555555"/>
          <w:sz w:val="20"/>
        </w:rPr>
        <w:t>[Luc . 1 . 75]</w:t>
      </w:r>
    </w:p>
    <w:p>
      <w:r>
        <w:rPr>
          <w:rFonts w:ascii="Gentium Plus" w:hAnsi="Gentium Plus"/>
          <w:sz w:val="24"/>
        </w:rPr>
        <w:t>ἐν ὁσιότητι καὶ δικαιοσύνῃ ἐνώπιον αὐτοῦ πάσαις ταῖς ἡμέραις ἡμῶν.</w:t>
      </w:r>
    </w:p>
    <w:p>
      <w:r>
        <w:rPr>
          <w:rFonts w:ascii="Courier New" w:hAnsi="Courier New"/>
          <w:color w:val="555555"/>
          <w:sz w:val="20"/>
        </w:rPr>
        <w:t>[Luc . 1 . 76]</w:t>
      </w:r>
    </w:p>
    <w:p>
      <w:r>
        <w:rPr>
          <w:rFonts w:ascii="Gentium Plus" w:hAnsi="Gentium Plus"/>
          <w:sz w:val="24"/>
        </w:rPr>
        <w:t>Καὶ σὺ δέ, παιδίον, προφήτης ὑψίστου κληθήσῃ, προπορεύσῃ γὰρ ἐνώπιον κυρίου ἑτοιμάσαι</w:t>
      </w:r>
    </w:p>
    <w:p>
      <w:r>
        <w:rPr>
          <w:rFonts w:ascii="Courier New" w:hAnsi="Courier New"/>
          <w:color w:val="555555"/>
          <w:sz w:val="20"/>
        </w:rPr>
        <w:t>[Luc . 1 . 77]</w:t>
      </w:r>
    </w:p>
    <w:p>
      <w:r>
        <w:rPr>
          <w:rFonts w:ascii="Gentium Plus" w:hAnsi="Gentium Plus"/>
          <w:sz w:val="24"/>
        </w:rPr>
        <w:t>τοῦ δοῦναι γνῶσιν σωτηρίας τῷ λαῷ αὐτοῦ ἐν ἀφέσει ἁμαρτιῶν αὐτῶν,</w:t>
      </w:r>
    </w:p>
    <w:p>
      <w:r>
        <w:rPr>
          <w:rFonts w:ascii="Courier New" w:hAnsi="Courier New"/>
          <w:color w:val="555555"/>
          <w:sz w:val="20"/>
        </w:rPr>
        <w:t>[Luc . 1 . 78]</w:t>
      </w:r>
    </w:p>
    <w:p>
      <w:r>
        <w:rPr>
          <w:rFonts w:ascii="Gentium Plus" w:hAnsi="Gentium Plus"/>
          <w:sz w:val="24"/>
        </w:rPr>
        <w:t>διὰ σπλάγχνα ἐλέους θεοῦ ἡμῶν, ἐν οἷς ἐπισκέψεται ἡμᾶς ἀνατολὴ ἐξ ὕψους,</w:t>
      </w:r>
    </w:p>
    <w:p>
      <w:r>
        <w:rPr>
          <w:rFonts w:ascii="Courier New" w:hAnsi="Courier New"/>
          <w:color w:val="555555"/>
          <w:sz w:val="20"/>
        </w:rPr>
        <w:t>[Luc . 1 . 79]</w:t>
      </w:r>
    </w:p>
    <w:p>
      <w:r>
        <w:rPr>
          <w:rFonts w:ascii="Gentium Plus" w:hAnsi="Gentium Plus"/>
          <w:sz w:val="24"/>
        </w:rPr>
        <w:t>ἐπιφᾶναι τοῖς ἐν σκότει καὶ σκιᾷ θανάτου καθημένοις, τοῦ κατευθῦναι τοὺς πόδας ἡμῶν εἰς ὁδὸν εἰρήνης.</w:t>
      </w:r>
    </w:p>
    <w:p>
      <w:r>
        <w:rPr>
          <w:rFonts w:ascii="Courier New" w:hAnsi="Courier New"/>
          <w:color w:val="555555"/>
          <w:sz w:val="20"/>
        </w:rPr>
        <w:t>[Luc . 1 . 80]</w:t>
      </w:r>
    </w:p>
    <w:p>
      <w:r>
        <w:rPr>
          <w:rFonts w:ascii="Gentium Plus" w:hAnsi="Gentium Plus"/>
          <w:sz w:val="24"/>
        </w:rPr>
        <w:t>Τὸ δὲ παιδίον ηὔξανεν καὶ ἐκραταιοῦτο πνεύματι, καὶ ἦν ἐν ταῖς ἐρήμοις ἕως ἡμέρας ἀναδείξεως αὐτοῦ πρὸς τὸν Ἰσραήλ.</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 . 1]</w:t>
      </w:r>
    </w:p>
    <w:p>
      <w:r>
        <w:rPr>
          <w:rFonts w:ascii="Gentium Plus" w:hAnsi="Gentium Plus"/>
          <w:sz w:val="24"/>
        </w:rPr>
        <w:t>Ἐγένετο δὲ ἐν ταῖς ἡμέραις ἐκείναις ἐξῆλθεν δόγμα παρὰ Καίσαρος Αὐγούστου ἀπογράφεσθαι πᾶσαν τὴν οἰκουμένην.</w:t>
      </w:r>
    </w:p>
    <w:p>
      <w:r>
        <w:rPr>
          <w:rFonts w:ascii="Courier New" w:hAnsi="Courier New"/>
          <w:color w:val="555555"/>
          <w:sz w:val="20"/>
        </w:rPr>
        <w:t>[Luc . 2 . 2]</w:t>
      </w:r>
    </w:p>
    <w:p>
      <w:r>
        <w:rPr>
          <w:rFonts w:ascii="Gentium Plus" w:hAnsi="Gentium Plus"/>
          <w:sz w:val="24"/>
        </w:rPr>
        <w:t>αὕτη ἀπογραφὴ πρώτη ἐγένετο ἡγεμο‐ νεύοντος τῆς Συρίας Κυρηνίου.</w:t>
      </w:r>
    </w:p>
    <w:p>
      <w:r>
        <w:rPr>
          <w:rFonts w:ascii="Courier New" w:hAnsi="Courier New"/>
          <w:color w:val="555555"/>
          <w:sz w:val="20"/>
        </w:rPr>
        <w:t>[Luc . 2 . 3]</w:t>
      </w:r>
    </w:p>
    <w:p>
      <w:r>
        <w:rPr>
          <w:rFonts w:ascii="Gentium Plus" w:hAnsi="Gentium Plus"/>
          <w:sz w:val="24"/>
        </w:rPr>
        <w:t>καὶ ἐπορεύοντο πάντες ἀπογράφεσθαι, ἕκαστος εἰς τὴν ἑαυτοῦ πόλιν.</w:t>
      </w:r>
    </w:p>
    <w:p>
      <w:r>
        <w:rPr>
          <w:rFonts w:ascii="Courier New" w:hAnsi="Courier New"/>
          <w:color w:val="555555"/>
          <w:sz w:val="20"/>
        </w:rPr>
        <w:t>[Luc . 2 . 4]</w:t>
      </w:r>
    </w:p>
    <w:p>
      <w:r>
        <w:rPr>
          <w:rFonts w:ascii="Gentium Plus" w:hAnsi="Gentium Plus"/>
          <w:sz w:val="24"/>
        </w:rPr>
        <w:t>Ἀνέβη δὲ καὶ Ἰωσὴφ ἀπὸ τῆς Γαλιλαίας ἐκ πόλεως Ναζαρὲθ εἰς τὴν Ἰουδαίαν εἰς πόλιν Δαυὶδ ἥτις καλεῖται Βηθλέεμ, διὰ τὸ εἶναι αὐτὸν ἐξ οἴκου καὶ πατριᾶς Δαυίδ,</w:t>
      </w:r>
    </w:p>
    <w:p>
      <w:r>
        <w:rPr>
          <w:rFonts w:ascii="Courier New" w:hAnsi="Courier New"/>
          <w:color w:val="555555"/>
          <w:sz w:val="20"/>
        </w:rPr>
        <w:t>[Luc . 2 . 5]</w:t>
      </w:r>
    </w:p>
    <w:p>
      <w:r>
        <w:rPr>
          <w:rFonts w:ascii="Gentium Plus" w:hAnsi="Gentium Plus"/>
          <w:sz w:val="24"/>
        </w:rPr>
        <w:t>ἀπο‐ γράψασθαι σὺν Μαριὰμ τῇ ἐμνηστευμένῃ αὐτῷ, οὔσῃ ἐγκύῳ.</w:t>
      </w:r>
    </w:p>
    <w:p>
      <w:r>
        <w:rPr>
          <w:rFonts w:ascii="Courier New" w:hAnsi="Courier New"/>
          <w:color w:val="555555"/>
          <w:sz w:val="20"/>
        </w:rPr>
        <w:t>[Luc . 2 . 6]</w:t>
      </w:r>
    </w:p>
    <w:p>
      <w:r>
        <w:rPr>
          <w:rFonts w:ascii="Gentium Plus" w:hAnsi="Gentium Plus"/>
          <w:sz w:val="24"/>
        </w:rPr>
        <w:t>ἐγένετο δὲ ἐν τῷ εἶναι αὐτοὺς ἐκεῖ ἐπλήσθησαν αἱ ἡμέραι τοῦ τεκεῖν αὐτήν,</w:t>
      </w:r>
    </w:p>
    <w:p>
      <w:r>
        <w:rPr>
          <w:rFonts w:ascii="Courier New" w:hAnsi="Courier New"/>
          <w:color w:val="555555"/>
          <w:sz w:val="20"/>
        </w:rPr>
        <w:t>[Luc . 2 . 7]</w:t>
      </w:r>
    </w:p>
    <w:p>
      <w:r>
        <w:rPr>
          <w:rFonts w:ascii="Gentium Plus" w:hAnsi="Gentium Plus"/>
          <w:sz w:val="24"/>
        </w:rPr>
        <w:t>καὶ ἔτεκεν τὸν υἱὸν αὐτῆς τὸν πρωτότοκον· καὶ ἐσπαργάνωσεν αὐτὸν καὶ ἀνέκλινεν αὐτὸν ἐν φάτνῃ, διότι οὐκ ἦν αὐτοῖς τόπος ἐν τῷ κατα‐ λύματι.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2 . 8]</w:t>
      </w:r>
    </w:p>
    <w:p>
      <w:r>
        <w:rPr>
          <w:rFonts w:ascii="Gentium Plus" w:hAnsi="Gentium Plus"/>
          <w:sz w:val="24"/>
        </w:rPr>
        <w:t>Καὶ ποιμένες ἦσαν ἐν τῇ χώρᾳ τῇ αὐτῇ ἀγραυλοῦντες καὶ φυλάσσοντες φυλακὰς τῆς νυκτὸς ἐπὶ τὴν ποίμνην αὐτῶν.</w:t>
      </w:r>
    </w:p>
    <w:p>
      <w:r>
        <w:rPr>
          <w:rFonts w:ascii="Courier New" w:hAnsi="Courier New"/>
          <w:color w:val="555555"/>
          <w:sz w:val="20"/>
        </w:rPr>
        <w:t>[Luc . 2 . 9]</w:t>
      </w:r>
    </w:p>
    <w:p>
      <w:r>
        <w:rPr>
          <w:rFonts w:ascii="Gentium Plus" w:hAnsi="Gentium Plus"/>
          <w:sz w:val="24"/>
        </w:rPr>
        <w:t>καὶ ἄγγελος κυρίου ἐπέστη αὐτοῖς καὶ δόξα κυρίου περιέλαμψεν αὐτούς, καὶ ἐφοβήθησαν φόβον μέγαν.</w:t>
      </w:r>
    </w:p>
    <w:p>
      <w:r>
        <w:rPr>
          <w:rFonts w:ascii="Courier New" w:hAnsi="Courier New"/>
          <w:color w:val="555555"/>
          <w:sz w:val="20"/>
        </w:rPr>
        <w:t>[Luc . 2 . 10]</w:t>
      </w:r>
    </w:p>
    <w:p>
      <w:r>
        <w:rPr>
          <w:rFonts w:ascii="Gentium Plus" w:hAnsi="Gentium Plus"/>
          <w:sz w:val="24"/>
        </w:rPr>
        <w:t>καὶ εἶπεν αὐτοῖς ὁ ἄγγελος, Μὴ φοβεῖσθε, ἰδοὺ γὰρ εὐαγγελίζομαι ὑμῖν χαρὰν μεγάλην ἥτις ἔσται παντὶ τῷ λαῷ,</w:t>
      </w:r>
    </w:p>
    <w:p>
      <w:r>
        <w:rPr>
          <w:rFonts w:ascii="Courier New" w:hAnsi="Courier New"/>
          <w:color w:val="555555"/>
          <w:sz w:val="20"/>
        </w:rPr>
        <w:t>[Luc . 2 . 11]</w:t>
      </w:r>
    </w:p>
    <w:p>
      <w:r>
        <w:rPr>
          <w:rFonts w:ascii="Gentium Plus" w:hAnsi="Gentium Plus"/>
          <w:sz w:val="24"/>
        </w:rPr>
        <w:t>ὅτι ἐτέχθη ὑμῖν σήμερον σωτὴρ ὅς ἐστιν Χριστὸς κύριος ἐν πόλει Δαυίδ·</w:t>
      </w:r>
    </w:p>
    <w:p>
      <w:r>
        <w:rPr>
          <w:rFonts w:ascii="Courier New" w:hAnsi="Courier New"/>
          <w:color w:val="555555"/>
          <w:sz w:val="20"/>
        </w:rPr>
        <w:t>[Luc . 2 . 12]</w:t>
      </w:r>
    </w:p>
    <w:p>
      <w:r>
        <w:rPr>
          <w:rFonts w:ascii="Gentium Plus" w:hAnsi="Gentium Plus"/>
          <w:sz w:val="24"/>
        </w:rPr>
        <w:t>καὶ τοῦτο ὑμῖν τὸ σημεῖον, εὑρήσετε βρέφος ἐσπαργανωμένον καὶ κείμενον ἐν φάτνῃ.</w:t>
      </w:r>
    </w:p>
    <w:p>
      <w:r>
        <w:rPr>
          <w:rFonts w:ascii="Courier New" w:hAnsi="Courier New"/>
          <w:color w:val="555555"/>
          <w:sz w:val="20"/>
        </w:rPr>
        <w:t>[Luc . 2 . 13]</w:t>
      </w:r>
    </w:p>
    <w:p>
      <w:r>
        <w:rPr>
          <w:rFonts w:ascii="Gentium Plus" w:hAnsi="Gentium Plus"/>
          <w:sz w:val="24"/>
        </w:rPr>
        <w:t>καὶ ἐξαίφνης ἐγένετο σὺν τῷ ἀγγέλῳ πλῆθος στρατιᾶς οὐρανίου αἰνούντων τὸν θεὸν καὶ λεγόντων,</w:t>
      </w:r>
    </w:p>
    <w:p>
      <w:r>
        <w:rPr>
          <w:rFonts w:ascii="Courier New" w:hAnsi="Courier New"/>
          <w:color w:val="555555"/>
          <w:sz w:val="20"/>
        </w:rPr>
        <w:t>[Luc . 2 . 14]</w:t>
      </w:r>
    </w:p>
    <w:p>
      <w:r>
        <w:rPr>
          <w:rFonts w:ascii="Gentium Plus" w:hAnsi="Gentium Plus"/>
          <w:sz w:val="24"/>
        </w:rPr>
        <w:t>Δόξα ἐν ὑψίστοις θεῷ</w:t>
      </w:r>
    </w:p>
    <w:p>
      <w:r>
        <w:rPr>
          <w:rFonts w:ascii="Courier New" w:hAnsi="Courier New"/>
          <w:color w:val="555555"/>
          <w:sz w:val="20"/>
        </w:rPr>
        <w:t>[Luc . 2 . 15]</w:t>
      </w:r>
    </w:p>
    <w:p>
      <w:r>
        <w:rPr>
          <w:rFonts w:ascii="Gentium Plus" w:hAnsi="Gentium Plus"/>
          <w:sz w:val="24"/>
        </w:rPr>
        <w:t>Καὶ ἐγένετο ὡς ἀπῆλθον ἀπ’ αὐτῶν εἰς τὸν οὐρανὸν οἱ ἄγγελοι, οἱ ποιμένες ἐλάλουν πρὸς ἀλλήλους, Διέλθωμεν δὴ ἕως Βηθλέεμ καὶ ἴδωμεν τὸ ῥῆμα τοῦτο τὸ γεγονὸς ὃ ὁ κύριος ἐγνώρισεν ἡμῖν.</w:t>
      </w:r>
    </w:p>
    <w:p>
      <w:r>
        <w:rPr>
          <w:rFonts w:ascii="Courier New" w:hAnsi="Courier New"/>
          <w:color w:val="555555"/>
          <w:sz w:val="20"/>
        </w:rPr>
        <w:t>[Luc . 2 . 16]</w:t>
      </w:r>
    </w:p>
    <w:p>
      <w:r>
        <w:rPr>
          <w:rFonts w:ascii="Gentium Plus" w:hAnsi="Gentium Plus"/>
          <w:sz w:val="24"/>
        </w:rPr>
        <w:t>καὶ ἦλθον σπεύσαντες καὶ ἀνεῦρον τήν τε Μαριὰμ καὶ τὸν Ἰωσὴφ καὶ τὸ βρέφος κείμενον ἐν τῇ φάτνῃ·</w:t>
      </w:r>
    </w:p>
    <w:p>
      <w:r>
        <w:rPr>
          <w:rFonts w:ascii="Courier New" w:hAnsi="Courier New"/>
          <w:color w:val="555555"/>
          <w:sz w:val="20"/>
        </w:rPr>
        <w:t>[Luc . 2 . 17]</w:t>
      </w:r>
    </w:p>
    <w:p>
      <w:r>
        <w:rPr>
          <w:rFonts w:ascii="Gentium Plus" w:hAnsi="Gentium Plus"/>
          <w:sz w:val="24"/>
        </w:rPr>
        <w:t>ἰδόντες δὲ ἐγνώρισαν περὶ τοῦ ῥήματος τοῦ λαληθέντος αὐτοῖς περὶ τοῦ παιδίου τούτου.</w:t>
      </w:r>
    </w:p>
    <w:p>
      <w:r>
        <w:rPr>
          <w:rFonts w:ascii="Courier New" w:hAnsi="Courier New"/>
          <w:color w:val="555555"/>
          <w:sz w:val="20"/>
        </w:rPr>
        <w:t>[Luc . 2 . 18]</w:t>
      </w:r>
    </w:p>
    <w:p>
      <w:r>
        <w:rPr>
          <w:rFonts w:ascii="Gentium Plus" w:hAnsi="Gentium Plus"/>
          <w:sz w:val="24"/>
        </w:rPr>
        <w:t>καὶ πάντες οἱ ἀκούσαντες ἐθαύμασαν περὶ τῶν λαλη‐ θέντων ὑπὸ τῶν ποιμένων πρὸς αὐτούς·</w:t>
      </w:r>
    </w:p>
    <w:p>
      <w:r>
        <w:rPr>
          <w:rFonts w:ascii="Courier New" w:hAnsi="Courier New"/>
          <w:color w:val="555555"/>
          <w:sz w:val="20"/>
        </w:rPr>
        <w:t>[Luc . 2 . 19]</w:t>
      </w:r>
    </w:p>
    <w:p>
      <w:r>
        <w:rPr>
          <w:rFonts w:ascii="Gentium Plus" w:hAnsi="Gentium Plus"/>
          <w:sz w:val="24"/>
        </w:rPr>
        <w:t>ἡ δὲ Μαριὰμ πάντα συνετήρει τὰ ῥήματα ταῦτα συμβάλλουσα ἐν τῇ καρδίᾳ αὐτῆς.</w:t>
      </w:r>
    </w:p>
    <w:p>
      <w:r>
        <w:rPr>
          <w:rFonts w:ascii="Courier New" w:hAnsi="Courier New"/>
          <w:color w:val="555555"/>
          <w:sz w:val="20"/>
        </w:rPr>
        <w:t>[Luc . 2 . 20]</w:t>
      </w:r>
    </w:p>
    <w:p>
      <w:r>
        <w:rPr>
          <w:rFonts w:ascii="Gentium Plus" w:hAnsi="Gentium Plus"/>
          <w:sz w:val="24"/>
        </w:rPr>
        <w:t>καὶ ὑπέστρεψαν οἱ ποιμένες δοξάζοντες καὶ αἰνοῦντες τὸν θεὸν ἐπὶ πᾶσιν οἷς ἤκουσαν καὶ εἶδον καθὼς ἐλαλήθη πρὸς αὐτούς.</w:t>
      </w:r>
    </w:p>
    <w:p>
      <w:r>
        <w:rPr>
          <w:rFonts w:ascii="Courier New" w:hAnsi="Courier New"/>
          <w:color w:val="555555"/>
          <w:sz w:val="20"/>
        </w:rPr>
        <w:t>[Luc . 2 . 21]</w:t>
      </w:r>
    </w:p>
    <w:p>
      <w:r>
        <w:rPr>
          <w:rFonts w:ascii="Gentium Plus" w:hAnsi="Gentium Plus"/>
          <w:sz w:val="24"/>
        </w:rPr>
        <w:t>Καὶ ὅτε ἐπλήσθησαν ἡμέραι ὀκτὼ τοῦ περιτεμεῖν αὐτόν, καὶ ἐκλήθη τὸ ὄνομα αὐτοῦ Ἰησοῦς, τὸ κληθὲν ὑπὸ τοῦ ἀγγέλου πρὸ τοῦ συλλημφθῆναι αὐτὸν ἐν τῇ κοιλίᾳ.</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2 . 22]</w:t>
      </w:r>
    </w:p>
    <w:p>
      <w:r>
        <w:rPr>
          <w:rFonts w:ascii="Gentium Plus" w:hAnsi="Gentium Plus"/>
          <w:sz w:val="24"/>
        </w:rPr>
        <w:t>Καὶ ὅτε ἐπλήσθησαν αἱ ἡμέραι τοῦ καθαρισμοῦ</w:t>
      </w:r>
    </w:p>
    <w:p>
      <w:r>
        <w:rPr>
          <w:rFonts w:ascii="Courier New" w:hAnsi="Courier New"/>
          <w:color w:val="555555"/>
          <w:sz w:val="20"/>
        </w:rPr>
        <w:t>[Luc . 2 . 23]</w:t>
      </w:r>
    </w:p>
    <w:p>
      <w:r>
        <w:rPr>
          <w:rFonts w:ascii="Gentium Plus" w:hAnsi="Gentium Plus"/>
          <w:sz w:val="24"/>
        </w:rPr>
        <w:t>καθὼς γέγραπται ἐν νόμῳ κυρίου ὅτι Πᾶν ἄρσεν διανοῖγον μήτραν ἅγιον τῷ κυρίῳ κληθήσεται,</w:t>
      </w:r>
    </w:p>
    <w:p>
      <w:r>
        <w:rPr>
          <w:rFonts w:ascii="Courier New" w:hAnsi="Courier New"/>
          <w:color w:val="555555"/>
          <w:sz w:val="20"/>
        </w:rPr>
        <w:t>[Luc . 2 . 24]</w:t>
      </w:r>
    </w:p>
    <w:p>
      <w:r>
        <w:rPr>
          <w:rFonts w:ascii="Gentium Plus" w:hAnsi="Gentium Plus"/>
          <w:sz w:val="24"/>
        </w:rPr>
        <w:t>καὶ τοῦ δοῦναι θυσίαν κατὰ τὸ εἰρημένον ἐν τῷ νόμῳ κυρίου, ζεῦγος τρυγόνων ἢ δύο νοσσοὺς περιστερῶν.</w:t>
      </w:r>
    </w:p>
    <w:p>
      <w:r>
        <w:rPr>
          <w:rFonts w:ascii="Courier New" w:hAnsi="Courier New"/>
          <w:color w:val="555555"/>
          <w:sz w:val="20"/>
        </w:rPr>
        <w:t>[Luc . 2 . 25]</w:t>
      </w:r>
    </w:p>
    <w:p>
      <w:r>
        <w:rPr>
          <w:rFonts w:ascii="Gentium Plus" w:hAnsi="Gentium Plus"/>
          <w:sz w:val="24"/>
        </w:rPr>
        <w:t>Καὶ ἰδοὺ ἄνθρωπος ἦν ἐν Ἰερουσαλὴμ ᾧ ὄνομα Συμεών, καὶ ὁ ἄνθρωπος οὗτος δίκαιος καὶ εὐλαβής, προσδεχόμενος παράκλησιν τοῦ Ἰσραήλ, καὶ πνεῦμα ἦν ἅγιον ἐπ’ αὐτόν·</w:t>
      </w:r>
    </w:p>
    <w:p>
      <w:r>
        <w:rPr>
          <w:rFonts w:ascii="Courier New" w:hAnsi="Courier New"/>
          <w:color w:val="555555"/>
          <w:sz w:val="20"/>
        </w:rPr>
        <w:t>[Luc . 2 . 26]</w:t>
      </w:r>
    </w:p>
    <w:p>
      <w:r>
        <w:rPr>
          <w:rFonts w:ascii="Gentium Plus" w:hAnsi="Gentium Plus"/>
          <w:sz w:val="24"/>
        </w:rPr>
        <w:t>καὶ ἦν αὐτῷ κεχρηματισμένον ὑπὸ τοῦ πνεύματος τοῦ ἁγίου μὴ ἰδεῖν θάνατον πρὶν [ἢ] ἂν ἴδῃ τὸν Χριστὸν κυρίου.</w:t>
      </w:r>
    </w:p>
    <w:p>
      <w:r>
        <w:rPr>
          <w:rFonts w:ascii="Courier New" w:hAnsi="Courier New"/>
          <w:color w:val="555555"/>
          <w:sz w:val="20"/>
        </w:rPr>
        <w:t>[Luc . 2 . 27]</w:t>
      </w:r>
    </w:p>
    <w:p>
      <w:r>
        <w:rPr>
          <w:rFonts w:ascii="Gentium Plus" w:hAnsi="Gentium Plus"/>
          <w:sz w:val="24"/>
        </w:rPr>
        <w:t>καὶ ἦλθεν ἐν τῷ πνεύματι εἰς τὸ ἱερόν· καὶ ἐν τῷ εἰσαγαγεῖν τοὺς γονεῖς τὸ παιδίον Ἰησοῦν τοῦ ποιῆσαι αὐτοὺς κατὰ τὸ εἰθισμένον τοῦ νόμου περὶ αὐτοῦ</w:t>
      </w:r>
    </w:p>
    <w:p>
      <w:r>
        <w:rPr>
          <w:rFonts w:ascii="Courier New" w:hAnsi="Courier New"/>
          <w:color w:val="555555"/>
          <w:sz w:val="20"/>
        </w:rPr>
        <w:t>[Luc . 2 . 28]</w:t>
      </w:r>
    </w:p>
    <w:p>
      <w:r>
        <w:rPr>
          <w:rFonts w:ascii="Gentium Plus" w:hAnsi="Gentium Plus"/>
          <w:sz w:val="24"/>
        </w:rPr>
        <w:t>καὶ αὐτὸς ἐδέξατο αὐτὸ εἰς τὰς ἀγκάλας καὶ εὐλόγησεν τὸν θεὸν καὶ εἶπεν,</w:t>
      </w:r>
    </w:p>
    <w:p>
      <w:r>
        <w:rPr>
          <w:rFonts w:ascii="Courier New" w:hAnsi="Courier New"/>
          <w:color w:val="555555"/>
          <w:sz w:val="20"/>
        </w:rPr>
        <w:t>[Luc . 2 . 29]</w:t>
      </w:r>
    </w:p>
    <w:p>
      <w:r>
        <w:rPr>
          <w:rFonts w:ascii="Gentium Plus" w:hAnsi="Gentium Plus"/>
          <w:sz w:val="24"/>
        </w:rPr>
        <w:t>Νῦν ἀπολύεις τὸν δοῦλόν σου, δέσποτα, κατὰ τὸ ῥῆμά σου ἐν εἰρήνῃ·</w:t>
      </w:r>
    </w:p>
    <w:p>
      <w:r>
        <w:rPr>
          <w:rFonts w:ascii="Courier New" w:hAnsi="Courier New"/>
          <w:color w:val="555555"/>
          <w:sz w:val="20"/>
        </w:rPr>
        <w:t>[Luc . 2 . 30]</w:t>
      </w:r>
    </w:p>
    <w:p>
      <w:r>
        <w:rPr>
          <w:rFonts w:ascii="Gentium Plus" w:hAnsi="Gentium Plus"/>
          <w:sz w:val="24"/>
        </w:rPr>
        <w:t>ὅτι εἶδον οἱ ὀφθαλμοί μου τὸ σωτήριόν σου</w:t>
      </w:r>
    </w:p>
    <w:p>
      <w:r>
        <w:rPr>
          <w:rFonts w:ascii="Courier New" w:hAnsi="Courier New"/>
          <w:color w:val="555555"/>
          <w:sz w:val="20"/>
        </w:rPr>
        <w:t>[Luc . 2 . 31]</w:t>
      </w:r>
    </w:p>
    <w:p>
      <w:r>
        <w:rPr>
          <w:rFonts w:ascii="Gentium Plus" w:hAnsi="Gentium Plus"/>
          <w:sz w:val="24"/>
        </w:rPr>
        <w:t>ὃ ἡτοίμασας κατὰ πρόσωπον πάντων τῶν λαῶν,</w:t>
      </w:r>
    </w:p>
    <w:p>
      <w:r>
        <w:rPr>
          <w:rFonts w:ascii="Courier New" w:hAnsi="Courier New"/>
          <w:color w:val="555555"/>
          <w:sz w:val="20"/>
        </w:rPr>
        <w:t>[Luc . 2 . 32]</w:t>
      </w:r>
    </w:p>
    <w:p>
      <w:r>
        <w:rPr>
          <w:rFonts w:ascii="Gentium Plus" w:hAnsi="Gentium Plus"/>
          <w:sz w:val="24"/>
        </w:rPr>
        <w:t>φῶς εἰς ἀποκάλυψιν ἐθνῶν καὶ δόξαν λαοῦ σου Ἰσραήλ.</w:t>
      </w:r>
    </w:p>
    <w:p>
      <w:r>
        <w:rPr>
          <w:rFonts w:ascii="Courier New" w:hAnsi="Courier New"/>
          <w:color w:val="555555"/>
          <w:sz w:val="20"/>
        </w:rPr>
        <w:t>[Luc . 2 . 33]</w:t>
      </w:r>
    </w:p>
    <w:p>
      <w:r>
        <w:rPr>
          <w:rFonts w:ascii="Gentium Plus" w:hAnsi="Gentium Plus"/>
          <w:sz w:val="24"/>
        </w:rPr>
        <w:t>καὶ ἦν ὁ πατὴρ αὐτοῦ καὶ ἡ μήτηρ θαυμάζοντες ἐπὶ τοῖς λαλουμένοις περὶ αὐτοῦ.</w:t>
      </w:r>
    </w:p>
    <w:p>
      <w:r>
        <w:rPr>
          <w:rFonts w:ascii="Courier New" w:hAnsi="Courier New"/>
          <w:color w:val="555555"/>
          <w:sz w:val="20"/>
        </w:rPr>
        <w:t>[Luc . 2 . 34]</w:t>
      </w:r>
    </w:p>
    <w:p>
      <w:r>
        <w:rPr>
          <w:rFonts w:ascii="Gentium Plus" w:hAnsi="Gentium Plus"/>
          <w:sz w:val="24"/>
        </w:rPr>
        <w:t>καὶ εὐλόγησεν αὐτοὺς Συμεὼν καὶ εἶπεν πρὸς Μαριὰμ τὴν μητέρα αὐτοῦ, Ἰδοὺ οὗτος κεῖται εἰς πτῶσιν καὶ ἀνάστασιν πολλῶν ἐν τῷ Ἰσραὴλ καὶ εἰς σημεῖον ἀντιλεγόμενον</w:t>
      </w:r>
    </w:p>
    <w:p>
      <w:r>
        <w:rPr>
          <w:rFonts w:ascii="Courier New" w:hAnsi="Courier New"/>
          <w:color w:val="555555"/>
          <w:sz w:val="20"/>
        </w:rPr>
        <w:t>[Luc . 2 . 35]</w:t>
      </w:r>
    </w:p>
    <w:p>
      <w:r>
        <w:rPr>
          <w:rFonts w:ascii="Gentium Plus" w:hAnsi="Gentium Plus"/>
          <w:sz w:val="24"/>
        </w:rPr>
        <w:t>(καὶ σοῦ [δὲ] αὐτῆς τὴν ψυχὴν διελεύσεται ῥομφαία), ὅπως ἂν ἀποκαλυφθῶσιν ἐκ πολλῶν καρδιῶν διαλογισμοί.</w:t>
      </w:r>
    </w:p>
    <w:p>
      <w:r>
        <w:rPr>
          <w:rFonts w:ascii="Courier New" w:hAnsi="Courier New"/>
          <w:color w:val="555555"/>
          <w:sz w:val="20"/>
        </w:rPr>
        <w:t>[Luc . 2 . 36]</w:t>
      </w:r>
    </w:p>
    <w:p>
      <w:r>
        <w:rPr>
          <w:rFonts w:ascii="Gentium Plus" w:hAnsi="Gentium Plus"/>
          <w:sz w:val="24"/>
        </w:rPr>
        <w:t>Καὶ ἦν Ἅννα προφῆτις, θυγάτηρ Φανουήλ, ἐκ φυλῆς Ἀσήρ· αὕτη προβεβηκυῖα ἐν ἡμέραις πολλαῖς, ζήσασα μετὰ ἀνδρὸς ἔτη ἑπτὰ ἀπὸ τῆς παρθενίας αὐτῆς,</w:t>
      </w:r>
    </w:p>
    <w:p>
      <w:r>
        <w:rPr>
          <w:rFonts w:ascii="Courier New" w:hAnsi="Courier New"/>
          <w:color w:val="555555"/>
          <w:sz w:val="20"/>
        </w:rPr>
        <w:t>[Luc . 2 . 37]</w:t>
      </w:r>
    </w:p>
    <w:p>
      <w:r>
        <w:rPr>
          <w:rFonts w:ascii="Gentium Plus" w:hAnsi="Gentium Plus"/>
          <w:sz w:val="24"/>
        </w:rPr>
        <w:t>καὶ αὐτὴ χήρα ἕως ἐτῶν ὀγδοήκοντα τεσσάρων, ἣ οὐκ ἀφίστατο τοῦ ἱεροῦ νηστείαις καὶ δεήσεσιν λατρεύ‐ ουσα νύκτα καὶ ἡμέραν.</w:t>
      </w:r>
    </w:p>
    <w:p>
      <w:r>
        <w:rPr>
          <w:rFonts w:ascii="Courier New" w:hAnsi="Courier New"/>
          <w:color w:val="555555"/>
          <w:sz w:val="20"/>
        </w:rPr>
        <w:t>[Luc . 2 . 38]</w:t>
      </w:r>
    </w:p>
    <w:p>
      <w:r>
        <w:rPr>
          <w:rFonts w:ascii="Gentium Plus" w:hAnsi="Gentium Plus"/>
          <w:sz w:val="24"/>
        </w:rPr>
        <w:t>καὶ αὐτῇ τῇ ὥρᾳ ἐπιστᾶσα ἀνθωμολογεῖτο τῷ θεῷ καὶ ἐλάλει περὶ αὐτοῦ πᾶσιν τοῖς προσδεχομένοις λύτρωσιν Ἰερουσαλήμ.</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 . 39]</w:t>
      </w:r>
    </w:p>
    <w:p>
      <w:r>
        <w:rPr>
          <w:rFonts w:ascii="Gentium Plus" w:hAnsi="Gentium Plus"/>
          <w:sz w:val="24"/>
        </w:rPr>
        <w:t>Καὶ ὡς ἐτέλεσαν πάντα τὰ κατὰ τὸν νόμον κυρίου, ἐπέστρεψαν εἰς τὴν Γαλιλαίαν εἰς πόλιν ἑαυτῶν Ναζαρέθ.</w:t>
      </w:r>
    </w:p>
    <w:p>
      <w:r>
        <w:rPr>
          <w:rFonts w:ascii="Courier New" w:hAnsi="Courier New"/>
          <w:color w:val="555555"/>
          <w:sz w:val="20"/>
        </w:rPr>
        <w:t>[Luc . 2 . 40]</w:t>
      </w:r>
    </w:p>
    <w:p>
      <w:r>
        <w:rPr>
          <w:rFonts w:ascii="Gentium Plus" w:hAnsi="Gentium Plus"/>
          <w:sz w:val="24"/>
        </w:rPr>
        <w:t>Τὸ δὲ παιδίον ηὔξανεν καὶ ἐκραταιοῦτο πληρούμενον</w:t>
      </w:r>
    </w:p>
    <w:p>
      <w:r>
        <w:rPr>
          <w:rFonts w:ascii="Courier New" w:hAnsi="Courier New"/>
          <w:color w:val="555555"/>
          <w:sz w:val="20"/>
        </w:rPr>
        <w:t>[Luc . 2 . 41]</w:t>
      </w:r>
    </w:p>
    <w:p>
      <w:r>
        <w:rPr>
          <w:rFonts w:ascii="Gentium Plus" w:hAnsi="Gentium Plus"/>
          <w:sz w:val="24"/>
        </w:rPr>
        <w:t>Καὶ ἐπορεύοντο οἱ γονεῖς αὐτοῦ κατ’ ἔτος εἰς Ἰερουσαλὴμ τῇ ἑορτῇ τοῦ πάσχα.</w:t>
      </w:r>
    </w:p>
    <w:p>
      <w:r>
        <w:rPr>
          <w:rFonts w:ascii="Courier New" w:hAnsi="Courier New"/>
          <w:color w:val="555555"/>
          <w:sz w:val="20"/>
        </w:rPr>
        <w:t>[Luc . 2 . 42]</w:t>
      </w:r>
    </w:p>
    <w:p>
      <w:r>
        <w:rPr>
          <w:rFonts w:ascii="Gentium Plus" w:hAnsi="Gentium Plus"/>
          <w:sz w:val="24"/>
        </w:rPr>
        <w:t>καὶ ὅτε ἐγένετο ἐτῶν δώδεκα, ἀναβαινόντων αὐτῶν κατὰ τὸ ἔθος τῆς ἑορτῆς</w:t>
      </w:r>
    </w:p>
    <w:p>
      <w:r>
        <w:rPr>
          <w:rFonts w:ascii="Courier New" w:hAnsi="Courier New"/>
          <w:color w:val="555555"/>
          <w:sz w:val="20"/>
        </w:rPr>
        <w:t>[Luc . 2 . 43]</w:t>
      </w:r>
    </w:p>
    <w:p>
      <w:r>
        <w:rPr>
          <w:rFonts w:ascii="Gentium Plus" w:hAnsi="Gentium Plus"/>
          <w:sz w:val="24"/>
        </w:rPr>
        <w:t>καὶ τελειωσάντων τὰς ἡμέρας, ἐν τῷ ὑποστρέ‐ φειν αὐτοὺς ὑπέμεινεν Ἰησοῦς ὁ παῖς ἐν Ἰερουσαλήμ, καὶ οὐκ ἔγνωσαν οἱ γονεῖς αὐτοῦ.</w:t>
      </w:r>
    </w:p>
    <w:p>
      <w:r>
        <w:rPr>
          <w:rFonts w:ascii="Courier New" w:hAnsi="Courier New"/>
          <w:color w:val="555555"/>
          <w:sz w:val="20"/>
        </w:rPr>
        <w:t>[Luc . 2 . 44]</w:t>
      </w:r>
    </w:p>
    <w:p>
      <w:r>
        <w:rPr>
          <w:rFonts w:ascii="Gentium Plus" w:hAnsi="Gentium Plus"/>
          <w:sz w:val="24"/>
        </w:rPr>
        <w:t>νομίσαντες δὲ αὐτὸν εἶναι ἐν τῇ συνοδίᾳ ἦλθον ἡμέρας ὁδὸν καὶ ἀνεζή‐ τουν αὐτὸν ἐν τοῖς συγγενεῦσιν καὶ τοῖς γνωστοῖς,</w:t>
      </w:r>
    </w:p>
    <w:p>
      <w:r>
        <w:rPr>
          <w:rFonts w:ascii="Courier New" w:hAnsi="Courier New"/>
          <w:color w:val="555555"/>
          <w:sz w:val="20"/>
        </w:rPr>
        <w:t>[Luc . 2 . 45]</w:t>
      </w:r>
    </w:p>
    <w:p>
      <w:r>
        <w:rPr>
          <w:rFonts w:ascii="Gentium Plus" w:hAnsi="Gentium Plus"/>
          <w:sz w:val="24"/>
        </w:rPr>
        <w:t>καὶ μὴ εὑρόντες ὑπέστρεψαν εἰς Ἰερουσαλὴμ ἀναζη‐ τοῦντες αὐτόν.</w:t>
      </w:r>
    </w:p>
    <w:p>
      <w:r>
        <w:rPr>
          <w:rFonts w:ascii="Courier New" w:hAnsi="Courier New"/>
          <w:color w:val="555555"/>
          <w:sz w:val="20"/>
        </w:rPr>
        <w:t>[Luc . 2 . 46]</w:t>
      </w:r>
    </w:p>
    <w:p>
      <w:r>
        <w:rPr>
          <w:rFonts w:ascii="Gentium Plus" w:hAnsi="Gentium Plus"/>
          <w:sz w:val="24"/>
        </w:rPr>
        <w:t>καὶ ἐγένετο μετὰ ἡμέρας τρεῖς εὗρον αὐτὸν ἐν τῷ ἱερῷ καθεζόμενον ἐν μέσῳ τῶν διδασκάλων καὶ ἀκούοντα αὐτῶν καὶ ἐπερωτῶντα αὐτούς·</w:t>
      </w:r>
    </w:p>
    <w:p>
      <w:r>
        <w:rPr>
          <w:rFonts w:ascii="Courier New" w:hAnsi="Courier New"/>
          <w:color w:val="555555"/>
          <w:sz w:val="20"/>
        </w:rPr>
        <w:t>[Luc . 2 . 47]</w:t>
      </w:r>
    </w:p>
    <w:p>
      <w:r>
        <w:rPr>
          <w:rFonts w:ascii="Gentium Plus" w:hAnsi="Gentium Plus"/>
          <w:sz w:val="24"/>
        </w:rPr>
        <w:t>ἐξίσταντο δὲ πάντες οἱ ἀκούοντες αὐτοῦ ἐπὶ τῇ συνέσει καὶ ταῖς ἀποκρίσεσιν αὐτοῦ.</w:t>
      </w:r>
    </w:p>
    <w:p>
      <w:r>
        <w:rPr>
          <w:rFonts w:ascii="Courier New" w:hAnsi="Courier New"/>
          <w:color w:val="555555"/>
          <w:sz w:val="20"/>
        </w:rPr>
        <w:t>[Luc . 2 . 48]</w:t>
      </w:r>
    </w:p>
    <w:p>
      <w:r>
        <w:rPr>
          <w:rFonts w:ascii="Gentium Plus" w:hAnsi="Gentium Plus"/>
          <w:sz w:val="24"/>
        </w:rPr>
        <w:t>καὶ ἰδόντες αὐτὸν ἐξεπλάγησαν, καὶ εἶπεν πρὸς αὐτὸν ἡ μήτηρ αὐτοῦ, Τέκνον, τί ἐποίησας ἡμῖν οὕτως; ἰδοὺ ὁ πατήρ σου κἀγὼ ὀδυνώμενοι ἐζητοῦ‐ μέν σε.</w:t>
      </w:r>
    </w:p>
    <w:p>
      <w:r>
        <w:rPr>
          <w:rFonts w:ascii="Courier New" w:hAnsi="Courier New"/>
          <w:color w:val="555555"/>
          <w:sz w:val="20"/>
        </w:rPr>
        <w:t>[Luc . 2 . 49]</w:t>
      </w:r>
    </w:p>
    <w:p>
      <w:r>
        <w:rPr>
          <w:rFonts w:ascii="Gentium Plus" w:hAnsi="Gentium Plus"/>
          <w:sz w:val="24"/>
        </w:rPr>
        <w:t>καὶ εἶπεν πρὸς αὐτούς, Τί ὅτι ἐζητεῖτέ με; οὐκ ᾔδειτε ὅτι ἐν τοῖς τοῦ πατρός μου δεῖ εἶναί με;</w:t>
      </w:r>
    </w:p>
    <w:p>
      <w:r>
        <w:rPr>
          <w:rFonts w:ascii="Courier New" w:hAnsi="Courier New"/>
          <w:color w:val="555555"/>
          <w:sz w:val="20"/>
        </w:rPr>
        <w:t>[Luc . 2 . 50]</w:t>
      </w:r>
    </w:p>
    <w:p>
      <w:r>
        <w:rPr>
          <w:rFonts w:ascii="Gentium Plus" w:hAnsi="Gentium Plus"/>
          <w:sz w:val="24"/>
        </w:rPr>
        <w:t>καὶ αὐτοὶ οὐ συνῆκαν τὸ ῥῆμα ὃ ἐλάλησεν αὐτοῖς.</w:t>
      </w:r>
    </w:p>
    <w:p>
      <w:r>
        <w:rPr>
          <w:rFonts w:ascii="Courier New" w:hAnsi="Courier New"/>
          <w:color w:val="555555"/>
          <w:sz w:val="20"/>
        </w:rPr>
        <w:t>[Luc . 2 . 51]</w:t>
      </w:r>
    </w:p>
    <w:p>
      <w:r>
        <w:rPr>
          <w:rFonts w:ascii="Gentium Plus" w:hAnsi="Gentium Plus"/>
          <w:sz w:val="24"/>
        </w:rPr>
        <w:t>καὶ κατέβη μετ’ αὐτῶν καὶ ἦλθεν εἰς Ναζαρέθ, καὶ ἦν ὑποτασσόμενος αὐτοῖς. καὶ ἡ μήτηρ αὐτοῦ διετήρει πάντα τὰ ῥήματα ἐν τῇ καρδίᾳ αὐτῆς.</w:t>
      </w:r>
    </w:p>
    <w:p>
      <w:r>
        <w:rPr>
          <w:rFonts w:ascii="Courier New" w:hAnsi="Courier New"/>
          <w:color w:val="555555"/>
          <w:sz w:val="20"/>
        </w:rPr>
        <w:t>[Luc . 2 . 52]</w:t>
      </w:r>
    </w:p>
    <w:p>
      <w:r>
        <w:rPr>
          <w:rFonts w:ascii="Gentium Plus" w:hAnsi="Gentium Plus"/>
          <w:sz w:val="24"/>
        </w:rPr>
        <w:t>Καὶ Ἰησοῦς προέκοπτεν [ἐν τῇ] σοφίᾳ καὶ ἡλικίᾳ καὶ χάριτι παρὰ θεῷ καὶ ἀνθρώποις.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3 . 1]</w:t>
      </w:r>
    </w:p>
    <w:p>
      <w:r>
        <w:rPr>
          <w:rFonts w:ascii="Gentium Plus" w:hAnsi="Gentium Plus"/>
          <w:sz w:val="24"/>
        </w:rPr>
        <w:t>Ἐν ἔτει δὲ πεντεκαιδεκάτῳ τῆς ἡγεμονίας Τιβερίου Καίσαρος, ἡγεμονεύοντος Ποντίου Πιλάτου τῆς Ἰουδαίας, καὶ τετρααρχοῦντος τῆς Γαλιλαίας Ἡρῴδου, Φιλίππου δὲ τοῦ ἀδελφοῦ αὐτοῦ τετρααρχοῦντος τῆς Ἰτουραίας καὶ</w:t>
      </w:r>
    </w:p>
    <w:p>
      <w:r>
        <w:rPr>
          <w:rFonts w:ascii="Courier New" w:hAnsi="Courier New"/>
          <w:color w:val="555555"/>
          <w:sz w:val="20"/>
        </w:rPr>
        <w:t>[5]</w:t>
      </w:r>
    </w:p>
    <w:p>
      <w:r>
        <w:rPr>
          <w:rFonts w:ascii="Gentium Plus" w:hAnsi="Gentium Plus"/>
          <w:sz w:val="24"/>
        </w:rPr>
        <w:t>Τραχωνίτιδος χώρας, καὶ Λυσανίου τῆς Ἀβιληνῆς τετρααρ‐ χοῦντος,</w:t>
      </w:r>
    </w:p>
    <w:p>
      <w:r>
        <w:rPr>
          <w:rFonts w:ascii="Courier New" w:hAnsi="Courier New"/>
          <w:color w:val="555555"/>
          <w:sz w:val="20"/>
        </w:rPr>
        <w:t>[Luc . 3 . 2]</w:t>
      </w:r>
    </w:p>
    <w:p>
      <w:r>
        <w:rPr>
          <w:rFonts w:ascii="Gentium Plus" w:hAnsi="Gentium Plus"/>
          <w:sz w:val="24"/>
        </w:rPr>
        <w:t>ἐπὶ ἀρχιερέως Ἅννα καὶ Καϊάφα, ἐγένετο ῥῆμα θεοῦ ἐπὶ Ἰωάννην τὸν Ζαχαρίου υἱὸν ἐν τῇ ἐρήμῳ.</w:t>
      </w:r>
    </w:p>
    <w:p>
      <w:r>
        <w:rPr>
          <w:rFonts w:ascii="Courier New" w:hAnsi="Courier New"/>
          <w:color w:val="555555"/>
          <w:sz w:val="20"/>
        </w:rPr>
        <w:t>[Luc . 3 . 3]</w:t>
      </w:r>
    </w:p>
    <w:p>
      <w:r>
        <w:rPr>
          <w:rFonts w:ascii="Gentium Plus" w:hAnsi="Gentium Plus"/>
          <w:sz w:val="24"/>
        </w:rPr>
        <w:t>καὶ ἦλθεν εἰς πᾶσαν [τὴν] περίχωρον τοῦ Ἰορδάνου κηρύσσων βάπτισμα μετανοίας εἰς ἄφεσιν ἁμαρτιῶν,</w:t>
      </w:r>
    </w:p>
    <w:p>
      <w:r>
        <w:rPr>
          <w:rFonts w:ascii="Courier New" w:hAnsi="Courier New"/>
          <w:color w:val="555555"/>
          <w:sz w:val="20"/>
        </w:rPr>
        <w:t>[Luc . 3 . 4]</w:t>
      </w:r>
    </w:p>
    <w:p>
      <w:r>
        <w:rPr>
          <w:rFonts w:ascii="Gentium Plus" w:hAnsi="Gentium Plus"/>
          <w:sz w:val="24"/>
        </w:rPr>
        <w:t>ὡς γέγραπται ἐν βίβλῳ λόγων Ἠσαΐου τοῦ προφήτου, Φωνὴ βοῶντος ἐν τῇ ἐρήμῳ, Ἑτοιμάσατε τὴν ὁδὸν κυρίου, εὐθείας ποιεῖτε τὰς τρίβους αὐτοῦ.</w:t>
      </w:r>
    </w:p>
    <w:p>
      <w:r>
        <w:rPr>
          <w:rFonts w:ascii="Courier New" w:hAnsi="Courier New"/>
          <w:color w:val="555555"/>
          <w:sz w:val="20"/>
        </w:rPr>
        <w:t>[Luc . 3 . 5]</w:t>
      </w:r>
    </w:p>
    <w:p>
      <w:r>
        <w:rPr>
          <w:rFonts w:ascii="Gentium Plus" w:hAnsi="Gentium Plus"/>
          <w:sz w:val="24"/>
        </w:rPr>
        <w:t>πᾶσα φάραγξ πληρωθήσεται καὶ πᾶν ὄρος καὶ βουνὸς ταπεινωθήσεται, καὶ ἔσται τὰ σκολιὰ εἰς εὐθείαν καὶ αἱ τραχεῖαι εἰς ὁδοὺς λείας·</w:t>
      </w:r>
    </w:p>
    <w:p>
      <w:r>
        <w:rPr>
          <w:rFonts w:ascii="Courier New" w:hAnsi="Courier New"/>
          <w:color w:val="555555"/>
          <w:sz w:val="20"/>
        </w:rPr>
        <w:t>[Luc . 3 . 6]</w:t>
      </w:r>
    </w:p>
    <w:p>
      <w:r>
        <w:rPr>
          <w:rFonts w:ascii="Gentium Plus" w:hAnsi="Gentium Plus"/>
          <w:sz w:val="24"/>
        </w:rPr>
        <w:t>καὶ ὄψεται πᾶσα σὰρξ τὸ σωτήριον τοῦ θεοῦ.</w:t>
      </w:r>
    </w:p>
    <w:p>
      <w:r>
        <w:rPr>
          <w:rFonts w:ascii="Courier New" w:hAnsi="Courier New"/>
          <w:color w:val="555555"/>
          <w:sz w:val="20"/>
        </w:rPr>
        <w:t>[Luc . 3 . 7]</w:t>
      </w:r>
    </w:p>
    <w:p>
      <w:r>
        <w:rPr>
          <w:rFonts w:ascii="Gentium Plus" w:hAnsi="Gentium Plus"/>
          <w:sz w:val="24"/>
        </w:rPr>
        <w:t>Ἔλεγεν οὖν τοῖς ἐκπορευομένοις ὄχλοις βαπτισθῆναι ὑπ’ αὐτοῦ, Γεννήματα ἐχιδνῶν, τίς ὑπέδειξεν ὑμῖν φυγεῖν ἀπὸ τῆς μελλούσης ὀργῆς;</w:t>
      </w:r>
    </w:p>
    <w:p>
      <w:r>
        <w:rPr>
          <w:rFonts w:ascii="Courier New" w:hAnsi="Courier New"/>
          <w:color w:val="555555"/>
          <w:sz w:val="20"/>
        </w:rPr>
        <w:t>[Luc . 3 . 8]</w:t>
      </w:r>
    </w:p>
    <w:p>
      <w:r>
        <w:rPr>
          <w:rFonts w:ascii="Gentium Plus" w:hAnsi="Gentium Plus"/>
          <w:sz w:val="24"/>
        </w:rPr>
        <w:t>ποιήσατε οὖν καρποὺς ἀξίους τῆς μετανοίας· καὶ μὴ ἄρξησθε λέγειν ἐν ἑαυτοῖς, Πατέρα ἔχομεν τὸν Ἀβραάμ, λέγω γὰρ ὑμῖν ὅτι δύναται ὁ θεὸς ἐκ τῶν λίθων τούτων ἐγεῖραι τέκνα τῷ Ἀβραάμ.</w:t>
      </w:r>
    </w:p>
    <w:p>
      <w:r>
        <w:rPr>
          <w:rFonts w:ascii="Courier New" w:hAnsi="Courier New"/>
          <w:color w:val="555555"/>
          <w:sz w:val="20"/>
        </w:rPr>
        <w:t>[Luc . 3 . 9]</w:t>
      </w:r>
    </w:p>
    <w:p>
      <w:r>
        <w:rPr>
          <w:rFonts w:ascii="Gentium Plus" w:hAnsi="Gentium Plus"/>
          <w:sz w:val="24"/>
        </w:rPr>
        <w:t>ἤδη δὲ καὶ ἡ ἀξίνη πρὸς τὴν ῥίζαν τῶν δένδρων κεῖται· πᾶν οὖν δένδρον μὴ ποιοῦν καρπὸν καλὸν ἐκκόπτεται καὶ εἰς πῦρ βάλλεται.</w:t>
      </w:r>
    </w:p>
    <w:p>
      <w:r>
        <w:rPr>
          <w:rFonts w:ascii="Courier New" w:hAnsi="Courier New"/>
          <w:color w:val="555555"/>
          <w:sz w:val="20"/>
        </w:rPr>
        <w:t>[Luc . 3 . 10]</w:t>
      </w:r>
    </w:p>
    <w:p>
      <w:r>
        <w:rPr>
          <w:rFonts w:ascii="Gentium Plus" w:hAnsi="Gentium Plus"/>
          <w:sz w:val="24"/>
        </w:rPr>
        <w:t>Καὶ ἐπηρώτων αὐτὸν οἱ ὄχλοι λέγοντες, Τί οὖν ποιήσωμεν;</w:t>
      </w:r>
    </w:p>
    <w:p>
      <w:r>
        <w:rPr>
          <w:rFonts w:ascii="Courier New" w:hAnsi="Courier New"/>
          <w:color w:val="555555"/>
          <w:sz w:val="20"/>
        </w:rPr>
        <w:t>[Luc . 3 . 11]</w:t>
      </w:r>
    </w:p>
    <w:p>
      <w:r>
        <w:rPr>
          <w:rFonts w:ascii="Gentium Plus" w:hAnsi="Gentium Plus"/>
          <w:sz w:val="24"/>
        </w:rPr>
        <w:t>ἀποκριθεὶς δὲ ἔλεγεν αὐτοῖς, Ὁ ἔχων δύο χιτῶνας μεταδότω τῷ μὴ ἔχοντι, καὶ ὁ ἔχων βρώματα ὁμοίως ποιείτω.</w:t>
      </w:r>
    </w:p>
    <w:p>
      <w:r>
        <w:rPr>
          <w:rFonts w:ascii="Courier New" w:hAnsi="Courier New"/>
          <w:color w:val="555555"/>
          <w:sz w:val="20"/>
        </w:rPr>
        <w:t>[Luc . 3 . 12]</w:t>
      </w:r>
    </w:p>
    <w:p>
      <w:r>
        <w:rPr>
          <w:rFonts w:ascii="Gentium Plus" w:hAnsi="Gentium Plus"/>
          <w:sz w:val="24"/>
        </w:rPr>
        <w:t>ἦλθον δὲ καὶ τελῶναι βαπτισθῆναι καὶ εἶπαν πρὸς αὐτόν, Διδάσκαλε, τί ποιήσωμεν;</w:t>
      </w:r>
    </w:p>
    <w:p>
      <w:r>
        <w:rPr>
          <w:rFonts w:ascii="Courier New" w:hAnsi="Courier New"/>
          <w:color w:val="555555"/>
          <w:sz w:val="20"/>
        </w:rPr>
        <w:t>[Luc . 3 . 13]</w:t>
      </w:r>
    </w:p>
    <w:p>
      <w:r>
        <w:rPr>
          <w:rFonts w:ascii="Gentium Plus" w:hAnsi="Gentium Plus"/>
          <w:sz w:val="24"/>
        </w:rPr>
        <w:t>ὁ δὲ εἶπεν πρὸς αὐτούς, Μηδὲν πλέον παρὰ τὸ διατεταγμένον ὑμῖν πράσσετε.</w:t>
      </w:r>
    </w:p>
    <w:p>
      <w:r>
        <w:rPr>
          <w:rFonts w:ascii="Courier New" w:hAnsi="Courier New"/>
          <w:color w:val="555555"/>
          <w:sz w:val="20"/>
        </w:rPr>
        <w:t>[Luc . 3 . 14]</w:t>
      </w:r>
    </w:p>
    <w:p>
      <w:r>
        <w:rPr>
          <w:rFonts w:ascii="Gentium Plus" w:hAnsi="Gentium Plus"/>
          <w:sz w:val="24"/>
        </w:rPr>
        <w:t>ἐπηρώτων δὲ αὐτὸν καὶ στρατευόμενοι λέγοντες, Τί ποιήσωμεν καὶ ἡμεῖς; καὶ εἶπεν αὐτοῖς, Μηδένα διασείσητε μηδὲ συκο‐ φαντήσητε, καὶ ἀρκεῖσθε τοῖς ὀψωνίοις ὑμῶν.</w:t>
      </w:r>
    </w:p>
    <w:p>
      <w:r>
        <w:rPr>
          <w:rFonts w:ascii="Courier New" w:hAnsi="Courier New"/>
          <w:color w:val="555555"/>
          <w:sz w:val="20"/>
        </w:rPr>
        <w:t>[Luc . 3 . 15]</w:t>
      </w:r>
    </w:p>
    <w:p>
      <w:r>
        <w:rPr>
          <w:rFonts w:ascii="Gentium Plus" w:hAnsi="Gentium Plus"/>
          <w:sz w:val="24"/>
        </w:rPr>
        <w:t>Προσδοκῶντος δὲ τοῦ λαοῦ καὶ διαλογιζομένων πάν‐ των ἐν ταῖς καρδίαις αὐτῶν περὶ τοῦ Ἰωάννου, μήποτε αὐτὸς εἴη ὁ Χριστός,</w:t>
      </w:r>
    </w:p>
    <w:p>
      <w:r>
        <w:rPr>
          <w:rFonts w:ascii="Courier New" w:hAnsi="Courier New"/>
          <w:color w:val="555555"/>
          <w:sz w:val="20"/>
        </w:rPr>
        <w:t>[Luc . 3 . 16]</w:t>
      </w:r>
    </w:p>
    <w:p>
      <w:r>
        <w:rPr>
          <w:rFonts w:ascii="Gentium Plus" w:hAnsi="Gentium Plus"/>
          <w:sz w:val="24"/>
        </w:rPr>
        <w:t>ἀπεκρίνατο λέγων πᾶσιν ὁ Ἰωάννης, Ἐγὼ μὲν ὕδατι βαπτίζω ὑμᾶς· ἔρχεται δὲ ὁ ἰσχυρότερός μου, οὗ οὐκ εἰμὶ ἱκανὸς λῦσαι τὸν ἱμάντα τῶν ὑποδημάτων αὐτοῦ· αὐτὸς ὑμᾶς βαπτίσει ἐν πνεύματι</w:t>
      </w:r>
    </w:p>
    <w:p>
      <w:r>
        <w:rPr>
          <w:rFonts w:ascii="Courier New" w:hAnsi="Courier New"/>
          <w:color w:val="555555"/>
          <w:sz w:val="20"/>
        </w:rPr>
        <w:t>[5]</w:t>
      </w:r>
    </w:p>
    <w:p>
      <w:r>
        <w:rPr>
          <w:rFonts w:ascii="Gentium Plus" w:hAnsi="Gentium Plus"/>
          <w:sz w:val="24"/>
        </w:rPr>
        <w:t>ἁγίῳ καὶ πυρί·</w:t>
      </w:r>
    </w:p>
    <w:p>
      <w:r>
        <w:rPr>
          <w:rFonts w:ascii="Courier New" w:hAnsi="Courier New"/>
          <w:color w:val="555555"/>
          <w:sz w:val="20"/>
        </w:rPr>
        <w:t>[Luc . 3 . 17]</w:t>
      </w:r>
    </w:p>
    <w:p>
      <w:r>
        <w:rPr>
          <w:rFonts w:ascii="Gentium Plus" w:hAnsi="Gentium Plus"/>
          <w:sz w:val="24"/>
        </w:rPr>
        <w:t>οὗ τὸ πτύον ἐν τῇ χειρὶ αὐτοῦ διακα‐ θᾶραι τὴν ἅλωνα αὐτοῦ καὶ συναγαγεῖν τὸν σῖτον εἰς τὴν ἀποθήκην αὐτοῦ, τὸ δὲ ἄχυρον κατακαύσει πυρὶ ἀσβέστῳ.</w:t>
      </w:r>
    </w:p>
    <w:p>
      <w:r>
        <w:rPr>
          <w:rFonts w:ascii="Courier New" w:hAnsi="Courier New"/>
          <w:color w:val="555555"/>
          <w:sz w:val="20"/>
        </w:rPr>
        <w:t>[Luc . 3 . 18]</w:t>
      </w:r>
    </w:p>
    <w:p>
      <w:r>
        <w:rPr>
          <w:rFonts w:ascii="Gentium Plus" w:hAnsi="Gentium Plus"/>
          <w:sz w:val="24"/>
        </w:rPr>
        <w:t>Πολλὰ μὲν οὖν καὶ ἕτερα παρακαλῶν εὐηγγελίζετο τὸν λαόν·</w:t>
      </w:r>
    </w:p>
    <w:p>
      <w:r>
        <w:rPr>
          <w:rFonts w:ascii="Courier New" w:hAnsi="Courier New"/>
          <w:color w:val="555555"/>
          <w:sz w:val="20"/>
        </w:rPr>
        <w:t>[Luc . 3 . 19]</w:t>
      </w:r>
    </w:p>
    <w:p>
      <w:r>
        <w:rPr>
          <w:rFonts w:ascii="Gentium Plus" w:hAnsi="Gentium Plus"/>
          <w:sz w:val="24"/>
        </w:rPr>
        <w:t>ὁ δὲ Ἡρῴδης ὁ τετραάρχης, ἐλεγχόμενος ὑπ’ αὐτοῦ περὶ Ἡρῳδιάδος τῆς γυναικὸς τοῦ ἀδελφοῦ αὐτοῦ καὶ περὶ πάντων ὧν ἐποίησεν πονηρῶν ὁ Ἡρῴδης,</w:t>
      </w:r>
    </w:p>
    <w:p>
      <w:r>
        <w:rPr>
          <w:rFonts w:ascii="Courier New" w:hAnsi="Courier New"/>
          <w:color w:val="555555"/>
          <w:sz w:val="20"/>
        </w:rPr>
        <w:t>[Luc . 3 . 20]</w:t>
      </w:r>
    </w:p>
    <w:p>
      <w:r>
        <w:rPr>
          <w:rFonts w:ascii="Gentium Plus" w:hAnsi="Gentium Plus"/>
          <w:sz w:val="24"/>
        </w:rPr>
        <w:t>προσέθηκεν καὶ τοῦτο ἐπὶ πᾶσιν, κατέκλει‐ σεν τὸν Ἰωάννην ἐν φυλακῇ.</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3 . 21]</w:t>
      </w:r>
    </w:p>
    <w:p>
      <w:r>
        <w:rPr>
          <w:rFonts w:ascii="Gentium Plus" w:hAnsi="Gentium Plus"/>
          <w:sz w:val="24"/>
        </w:rPr>
        <w:t>Ἐγένετο δὲ ἐν τῷ βαπτισθῆναι ἅπαντα τὸν λαὸν καὶ Ἰησοῦ βαπτισθέντος καὶ προσευχομένου ἀνεῳχθῆναι τὸν οὐρανὸν</w:t>
      </w:r>
    </w:p>
    <w:p>
      <w:r>
        <w:rPr>
          <w:rFonts w:ascii="Courier New" w:hAnsi="Courier New"/>
          <w:color w:val="555555"/>
          <w:sz w:val="20"/>
        </w:rPr>
        <w:t>[Luc . 3 . 22]</w:t>
      </w:r>
    </w:p>
    <w:p>
      <w:r>
        <w:rPr>
          <w:rFonts w:ascii="Gentium Plus" w:hAnsi="Gentium Plus"/>
          <w:sz w:val="24"/>
        </w:rPr>
        <w:t>καὶ καταβῆναι τὸ πνεῦμα τὸ ἅγιον σωματικῷ εἴδει ὡς περιστερὰν ἐπ’ αὐτόν, καὶ φωνὴν ἐξ οὐρανοῦ</w:t>
      </w:r>
    </w:p>
    <w:p>
      <w:r>
        <w:rPr>
          <w:rFonts w:ascii="Courier New" w:hAnsi="Courier New"/>
          <w:color w:val="555555"/>
          <w:sz w:val="20"/>
        </w:rPr>
        <w:t>[Luc . 3 . 23]</w:t>
      </w:r>
    </w:p>
    <w:p>
      <w:r>
        <w:rPr>
          <w:rFonts w:ascii="Gentium Plus" w:hAnsi="Gentium Plus"/>
          <w:sz w:val="24"/>
        </w:rPr>
        <w:t>Καὶ αὐτὸς ἦν Ἰησοῦς ἀρχόμενος ὡσεὶ ἐτῶν τριά‐ κοντα, ὢν υἱός, ὡς ἐνομίζετο, Ἰωσὴφ τοῦ Ἠλὶ</w:t>
      </w:r>
    </w:p>
    <w:p>
      <w:r>
        <w:rPr>
          <w:rFonts w:ascii="Courier New" w:hAnsi="Courier New"/>
          <w:color w:val="555555"/>
          <w:sz w:val="20"/>
        </w:rPr>
        <w:t>[Luc . 3 . 24]</w:t>
      </w:r>
    </w:p>
    <w:p>
      <w:r>
        <w:rPr>
          <w:rFonts w:ascii="Gentium Plus" w:hAnsi="Gentium Plus"/>
          <w:sz w:val="24"/>
        </w:rPr>
        <w:t>τοῦ Ματθὰτ τοῦ Λευὶ τοῦ Μελχὶ τοῦ Ἰανναὶ τοῦ Ἰωσὴφ</w:t>
      </w:r>
    </w:p>
    <w:p>
      <w:r>
        <w:rPr>
          <w:rFonts w:ascii="Courier New" w:hAnsi="Courier New"/>
          <w:color w:val="555555"/>
          <w:sz w:val="20"/>
        </w:rPr>
        <w:t>[Luc . 3 . 25]</w:t>
      </w:r>
    </w:p>
    <w:p>
      <w:r>
        <w:rPr>
          <w:rFonts w:ascii="Gentium Plus" w:hAnsi="Gentium Plus"/>
          <w:sz w:val="24"/>
        </w:rPr>
        <w:t>τοῦ Ματταθίου τοῦ Ἀμὼς τοῦ Ναοὺμ τοῦ Ἑσλὶ τοῦ Ναγγαὶ</w:t>
      </w:r>
    </w:p>
    <w:p>
      <w:r>
        <w:rPr>
          <w:rFonts w:ascii="Courier New" w:hAnsi="Courier New"/>
          <w:color w:val="555555"/>
          <w:sz w:val="20"/>
        </w:rPr>
        <w:t>[Luc . 3 . 26]</w:t>
      </w:r>
    </w:p>
    <w:p>
      <w:r>
        <w:rPr>
          <w:rFonts w:ascii="Gentium Plus" w:hAnsi="Gentium Plus"/>
          <w:sz w:val="24"/>
        </w:rPr>
        <w:t>τοῦ Μάαθ τοῦ Ματταθίου τοῦ Σεμεῒν τοῦ Ἰωσὴχ τοῦ Ἰωδὰ</w:t>
      </w:r>
    </w:p>
    <w:p>
      <w:r>
        <w:rPr>
          <w:rFonts w:ascii="Courier New" w:hAnsi="Courier New"/>
          <w:color w:val="555555"/>
          <w:sz w:val="20"/>
        </w:rPr>
        <w:t>[Luc . 3 . 27]</w:t>
      </w:r>
    </w:p>
    <w:p>
      <w:r>
        <w:rPr>
          <w:rFonts w:ascii="Gentium Plus" w:hAnsi="Gentium Plus"/>
          <w:sz w:val="24"/>
        </w:rPr>
        <w:t>τοῦ Ἰωανὰν τοῦ Ῥησὰ τοῦ Ζορο‐ βαβὲλ τοῦ Σαλαθιὴλ τοῦ Νηρὶ</w:t>
      </w:r>
    </w:p>
    <w:p>
      <w:r>
        <w:rPr>
          <w:rFonts w:ascii="Courier New" w:hAnsi="Courier New"/>
          <w:color w:val="555555"/>
          <w:sz w:val="20"/>
        </w:rPr>
        <w:t>[Luc . 3 . 28]</w:t>
      </w:r>
    </w:p>
    <w:p>
      <w:r>
        <w:rPr>
          <w:rFonts w:ascii="Gentium Plus" w:hAnsi="Gentium Plus"/>
          <w:sz w:val="24"/>
        </w:rPr>
        <w:t>τοῦ Μελχὶ τοῦ Ἀδδὶ τοῦ Κωσὰμ τοῦ Ἐλμαδὰμ τοῦ Ἢρ</w:t>
      </w:r>
    </w:p>
    <w:p>
      <w:r>
        <w:rPr>
          <w:rFonts w:ascii="Courier New" w:hAnsi="Courier New"/>
          <w:color w:val="555555"/>
          <w:sz w:val="20"/>
        </w:rPr>
        <w:t>[Luc . 3 . 29]</w:t>
      </w:r>
    </w:p>
    <w:p>
      <w:r>
        <w:rPr>
          <w:rFonts w:ascii="Gentium Plus" w:hAnsi="Gentium Plus"/>
          <w:sz w:val="24"/>
        </w:rPr>
        <w:t>τοῦ Ἰησοῦ τοῦ Ἐλιέζερ τοῦ Ἰωρὶμ τοῦ Ματθὰτ τοῦ Λευὶ</w:t>
      </w:r>
    </w:p>
    <w:p>
      <w:r>
        <w:rPr>
          <w:rFonts w:ascii="Courier New" w:hAnsi="Courier New"/>
          <w:color w:val="555555"/>
          <w:sz w:val="20"/>
        </w:rPr>
        <w:t>[Luc . 3 . 30]</w:t>
      </w:r>
    </w:p>
    <w:p>
      <w:r>
        <w:rPr>
          <w:rFonts w:ascii="Gentium Plus" w:hAnsi="Gentium Plus"/>
          <w:sz w:val="24"/>
        </w:rPr>
        <w:t>τοῦ Συμεὼν τοῦ Ἰούδα τοῦ Ἰωσὴφ τοῦ Ἰωνὰμ τοῦ Ἐλιακὶμ</w:t>
      </w:r>
    </w:p>
    <w:p>
      <w:r>
        <w:rPr>
          <w:rFonts w:ascii="Courier New" w:hAnsi="Courier New"/>
          <w:color w:val="555555"/>
          <w:sz w:val="20"/>
        </w:rPr>
        <w:t>[Luc . 3 . 31]</w:t>
      </w:r>
    </w:p>
    <w:p>
      <w:r>
        <w:rPr>
          <w:rFonts w:ascii="Gentium Plus" w:hAnsi="Gentium Plus"/>
          <w:sz w:val="24"/>
        </w:rPr>
        <w:t>τοῦ Μελεὰ τοῦ Μεννὰ τοῦ Ματταθὰ τοῦ Ναθὰμ τοῦ Δαυὶδ</w:t>
      </w:r>
    </w:p>
    <w:p>
      <w:r>
        <w:rPr>
          <w:rFonts w:ascii="Courier New" w:hAnsi="Courier New"/>
          <w:color w:val="555555"/>
          <w:sz w:val="20"/>
        </w:rPr>
        <w:t>[Luc . 3 . 32]</w:t>
      </w:r>
    </w:p>
    <w:p>
      <w:r>
        <w:rPr>
          <w:rFonts w:ascii="Gentium Plus" w:hAnsi="Gentium Plus"/>
          <w:sz w:val="24"/>
        </w:rPr>
        <w:t>τοῦ Ἰεσσαὶ τοῦ Ἰωβὴδ τοῦ Βόος τοῦ Σαλὰ τοῦ Ναασσὼν</w:t>
      </w:r>
    </w:p>
    <w:p>
      <w:r>
        <w:rPr>
          <w:rFonts w:ascii="Courier New" w:hAnsi="Courier New"/>
          <w:color w:val="555555"/>
          <w:sz w:val="20"/>
        </w:rPr>
        <w:t>[Luc . 3 . 33]</w:t>
      </w:r>
    </w:p>
    <w:p>
      <w:r>
        <w:rPr>
          <w:rFonts w:ascii="Gentium Plus" w:hAnsi="Gentium Plus"/>
          <w:sz w:val="24"/>
        </w:rPr>
        <w:t>τοῦ Ἀμιναδὰβ τοῦ Ἀδμὶν τοῦ Ἀρνὶ τοῦ Ἑσρὼμ τοῦ Φάρες τοῦ Ἰούδα</w:t>
      </w:r>
    </w:p>
    <w:p>
      <w:r>
        <w:rPr>
          <w:rFonts w:ascii="Courier New" w:hAnsi="Courier New"/>
          <w:color w:val="555555"/>
          <w:sz w:val="20"/>
        </w:rPr>
        <w:t>[Luc . 3 . 34]</w:t>
      </w:r>
    </w:p>
    <w:p>
      <w:r>
        <w:rPr>
          <w:rFonts w:ascii="Gentium Plus" w:hAnsi="Gentium Plus"/>
          <w:sz w:val="24"/>
        </w:rPr>
        <w:t>τοῦ Ἰακὼβ τοῦ Ἰσαὰκ τοῦ Ἀβραὰμ τοῦ Θάρα τοῦ Ναχὼρ</w:t>
      </w:r>
    </w:p>
    <w:p>
      <w:r>
        <w:rPr>
          <w:rFonts w:ascii="Courier New" w:hAnsi="Courier New"/>
          <w:color w:val="555555"/>
          <w:sz w:val="20"/>
        </w:rPr>
        <w:t>[Luc . 3 . 35]</w:t>
      </w:r>
    </w:p>
    <w:p>
      <w:r>
        <w:rPr>
          <w:rFonts w:ascii="Gentium Plus" w:hAnsi="Gentium Plus"/>
          <w:sz w:val="24"/>
        </w:rPr>
        <w:t>τοῦ Σεροὺχ τοῦ Ῥαγαὺ τοῦ Φάλεκ τοῦ Ἔβερ τοῦ Σαλὰ</w:t>
      </w:r>
    </w:p>
    <w:p>
      <w:r>
        <w:rPr>
          <w:rFonts w:ascii="Courier New" w:hAnsi="Courier New"/>
          <w:color w:val="555555"/>
          <w:sz w:val="20"/>
        </w:rPr>
        <w:t>[Luc . 3 . 36]</w:t>
      </w:r>
    </w:p>
    <w:p>
      <w:r>
        <w:rPr>
          <w:rFonts w:ascii="Gentium Plus" w:hAnsi="Gentium Plus"/>
          <w:sz w:val="24"/>
        </w:rPr>
        <w:t>τοῦ Καϊνὰμ τοῦ Ἀρφαξὰδ τοῦ Σὴμ τοῦ Νῶε τοῦ Λάμεχ</w:t>
      </w:r>
    </w:p>
    <w:p>
      <w:r>
        <w:rPr>
          <w:rFonts w:ascii="Courier New" w:hAnsi="Courier New"/>
          <w:color w:val="555555"/>
          <w:sz w:val="20"/>
        </w:rPr>
        <w:t>[Luc . 3 . 37]</w:t>
      </w:r>
    </w:p>
    <w:p>
      <w:r>
        <w:rPr>
          <w:rFonts w:ascii="Gentium Plus" w:hAnsi="Gentium Plus"/>
          <w:sz w:val="24"/>
        </w:rPr>
        <w:t>τοῦ Μαθουσαλὰ τοῦ Ἑνὼχ τοῦ Ἰάρετ τοῦ Μαλελεὴλ τοῦ Καϊνὰμ</w:t>
      </w:r>
    </w:p>
    <w:p>
      <w:r>
        <w:rPr>
          <w:rFonts w:ascii="Courier New" w:hAnsi="Courier New"/>
          <w:color w:val="555555"/>
          <w:sz w:val="20"/>
        </w:rPr>
        <w:t>[Luc . 3 . 38]</w:t>
      </w:r>
    </w:p>
    <w:p>
      <w:r>
        <w:rPr>
          <w:rFonts w:ascii="Gentium Plus" w:hAnsi="Gentium Plus"/>
          <w:sz w:val="24"/>
        </w:rPr>
        <w:t>τοῦ Ἐνὼς τοῦ Σὴθ τοῦ Ἀδὰμ τοῦ θεοῦ.</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4 . 1]</w:t>
      </w:r>
    </w:p>
    <w:p>
      <w:r>
        <w:rPr>
          <w:rFonts w:ascii="Gentium Plus" w:hAnsi="Gentium Plus"/>
          <w:sz w:val="24"/>
        </w:rPr>
        <w:t>Ἰησοῦς δὲ πλήρης πνεύματος ἁγίου ὑπέστρεψεν ἀπὸ τοῦ Ἰορδάνου, καὶ ἤγετο ἐν τῷ πνεύματι ἐν τῇ ἐρήμῳ</w:t>
      </w:r>
    </w:p>
    <w:p>
      <w:r>
        <w:rPr>
          <w:rFonts w:ascii="Courier New" w:hAnsi="Courier New"/>
          <w:color w:val="555555"/>
          <w:sz w:val="20"/>
        </w:rPr>
        <w:t>[Luc . 4 . 2]</w:t>
      </w:r>
    </w:p>
    <w:p>
      <w:r>
        <w:rPr>
          <w:rFonts w:ascii="Gentium Plus" w:hAnsi="Gentium Plus"/>
          <w:sz w:val="24"/>
        </w:rPr>
        <w:t>ἡμέρας τεσσαράκοντα πειραζόμενος ὑπὸ τοῦ διαβόλου. καὶ οὐκ ἔφαγεν οὐδὲν ἐν ταῖς ἡμέραις ἐκείναις, καὶ συν‐ τελεσθεισῶν αὐτῶν ἐπείνασεν.</w:t>
      </w:r>
    </w:p>
    <w:p>
      <w:r>
        <w:rPr>
          <w:rFonts w:ascii="Courier New" w:hAnsi="Courier New"/>
          <w:color w:val="555555"/>
          <w:sz w:val="20"/>
        </w:rPr>
        <w:t>[Luc . 4 . 3]</w:t>
      </w:r>
    </w:p>
    <w:p>
      <w:r>
        <w:rPr>
          <w:rFonts w:ascii="Gentium Plus" w:hAnsi="Gentium Plus"/>
          <w:sz w:val="24"/>
        </w:rPr>
        <w:t>Εἶπεν δὲ αὐτῷ ὁ διά‐ βολος, Εἰ υἱὸς εἶ τοῦ θεοῦ, εἰπὲ τῷ λίθῳ τούτῳ ἵνα γένηται ἄρτος.</w:t>
      </w:r>
    </w:p>
    <w:p>
      <w:r>
        <w:rPr>
          <w:rFonts w:ascii="Courier New" w:hAnsi="Courier New"/>
          <w:color w:val="555555"/>
          <w:sz w:val="20"/>
        </w:rPr>
        <w:t>[Luc . 4 . 4]</w:t>
      </w:r>
    </w:p>
    <w:p>
      <w:r>
        <w:rPr>
          <w:rFonts w:ascii="Gentium Plus" w:hAnsi="Gentium Plus"/>
          <w:sz w:val="24"/>
        </w:rPr>
        <w:t>καὶ ἀπεκρίθη πρὸς αὐτὸν ὁ Ἰησοῦς, Γέγραπται ὅτι Οὐκ ἐπ’ ἄρτῳ μόνῳ ζήσεται ὁ ἄνθρωπος.</w:t>
      </w:r>
    </w:p>
    <w:p>
      <w:r>
        <w:rPr>
          <w:rFonts w:ascii="Courier New" w:hAnsi="Courier New"/>
          <w:color w:val="555555"/>
          <w:sz w:val="20"/>
        </w:rPr>
        <w:t>[Luc . 4 . 5]</w:t>
      </w:r>
    </w:p>
    <w:p>
      <w:r>
        <w:rPr>
          <w:rFonts w:ascii="Gentium Plus" w:hAnsi="Gentium Plus"/>
          <w:sz w:val="24"/>
        </w:rPr>
        <w:t>Καὶ ἀναγαγὼν αὐτὸν ἔδειξεν αὐτῷ πάσας τὰς βασιλείας τῆς οἰκουμένης ἐν στιγμῇ χρόνου·</w:t>
      </w:r>
    </w:p>
    <w:p>
      <w:r>
        <w:rPr>
          <w:rFonts w:ascii="Courier New" w:hAnsi="Courier New"/>
          <w:color w:val="555555"/>
          <w:sz w:val="20"/>
        </w:rPr>
        <w:t>[Luc . 4 . 6]</w:t>
      </w:r>
    </w:p>
    <w:p>
      <w:r>
        <w:rPr>
          <w:rFonts w:ascii="Gentium Plus" w:hAnsi="Gentium Plus"/>
          <w:sz w:val="24"/>
        </w:rPr>
        <w:t>καὶ εἶπεν αὐτῷ ὁ διάβολος, Σοὶ δώσω τὴν ἐξουσίαν ταύτην ἅπασαν καὶ τὴν δόξαν αὐτῶν, ὅτι ἐμοὶ παραδέδοται καὶ ᾧ ἐὰν θέλω δίδωμι αὐτήν·</w:t>
      </w:r>
    </w:p>
    <w:p>
      <w:r>
        <w:rPr>
          <w:rFonts w:ascii="Courier New" w:hAnsi="Courier New"/>
          <w:color w:val="555555"/>
          <w:sz w:val="20"/>
        </w:rPr>
        <w:t>[Luc . 4 . 7]</w:t>
      </w:r>
    </w:p>
    <w:p>
      <w:r>
        <w:rPr>
          <w:rFonts w:ascii="Gentium Plus" w:hAnsi="Gentium Plus"/>
          <w:sz w:val="24"/>
        </w:rPr>
        <w:t>σὺ οὖν ἐὰν προσκυνήσῃς ἐνώπιον ἐμοῦ, ἔσται σοῦ πᾶσα.</w:t>
      </w:r>
    </w:p>
    <w:p>
      <w:r>
        <w:rPr>
          <w:rFonts w:ascii="Courier New" w:hAnsi="Courier New"/>
          <w:color w:val="555555"/>
          <w:sz w:val="20"/>
        </w:rPr>
        <w:t>[Luc . 4 . 8]</w:t>
      </w:r>
    </w:p>
    <w:p>
      <w:r>
        <w:rPr>
          <w:rFonts w:ascii="Gentium Plus" w:hAnsi="Gentium Plus"/>
          <w:sz w:val="24"/>
        </w:rPr>
        <w:t>καὶ ἀποκριθεὶς ὁ Ἰησοῦς εἶπεν αὐτῷ, Γέγραπται, Κύριον τὸν θεόν σου προσκυνήσεις καὶ αὐτῷ μόνῳ λατρεύσεις.</w:t>
      </w:r>
    </w:p>
    <w:p>
      <w:r>
        <w:rPr>
          <w:rFonts w:ascii="Courier New" w:hAnsi="Courier New"/>
          <w:color w:val="555555"/>
          <w:sz w:val="20"/>
        </w:rPr>
        <w:t>[Luc . 4 . 9]</w:t>
      </w:r>
    </w:p>
    <w:p>
      <w:r>
        <w:rPr>
          <w:rFonts w:ascii="Gentium Plus" w:hAnsi="Gentium Plus"/>
          <w:sz w:val="24"/>
        </w:rPr>
        <w:t>Ἤγαγεν δὲ αὐτὸν εἰς Ἰερουσαλὴμ καὶ ἔστησεν ἐπὶ τὸ πτερύγιον τοῦ ἱεροῦ, καὶ εἶπεν αὐτῷ, Εἰ υἱὸς εἶ τοῦ θεοῦ, βάλε σεαυτὸν ἐντεῦθεν κάτω·</w:t>
      </w:r>
    </w:p>
    <w:p>
      <w:r>
        <w:rPr>
          <w:rFonts w:ascii="Courier New" w:hAnsi="Courier New"/>
          <w:color w:val="555555"/>
          <w:sz w:val="20"/>
        </w:rPr>
        <w:t>[Luc . 4 . 10]</w:t>
      </w:r>
    </w:p>
    <w:p>
      <w:r>
        <w:rPr>
          <w:rFonts w:ascii="Gentium Plus" w:hAnsi="Gentium Plus"/>
          <w:sz w:val="24"/>
        </w:rPr>
        <w:t>γέγραπται γὰρ ὅτι Τοῖς ἀγγέλοις αὐτοῦ ἐντελεῖται περὶ σοῦ τοῦ διαφυλάξαι σε,</w:t>
      </w:r>
    </w:p>
    <w:p>
      <w:r>
        <w:rPr>
          <w:rFonts w:ascii="Courier New" w:hAnsi="Courier New"/>
          <w:color w:val="555555"/>
          <w:sz w:val="20"/>
        </w:rPr>
        <w:t>[Luc . 4 . 11]</w:t>
      </w:r>
    </w:p>
    <w:p>
      <w:r>
        <w:rPr>
          <w:rFonts w:ascii="Gentium Plus" w:hAnsi="Gentium Plus"/>
          <w:sz w:val="24"/>
        </w:rPr>
        <w:t>καὶ ὅτι Ἐπὶ χειρῶν ἀροῦσίν σε μήποτε προσκόψῃς πρὸς λίθον τὸν πόδα σου.</w:t>
      </w:r>
    </w:p>
    <w:p>
      <w:r>
        <w:rPr>
          <w:rFonts w:ascii="Courier New" w:hAnsi="Courier New"/>
          <w:color w:val="555555"/>
          <w:sz w:val="20"/>
        </w:rPr>
        <w:t>[Luc . 4 . 12]</w:t>
      </w:r>
    </w:p>
    <w:p>
      <w:r>
        <w:rPr>
          <w:rFonts w:ascii="Gentium Plus" w:hAnsi="Gentium Plus"/>
          <w:sz w:val="24"/>
        </w:rPr>
        <w:t>καὶ ἀποκριθεὶς εἶπεν αὐτῷ ὁ Ἰησοῦς ὅτι Εἴρηται, Οὐκ ἐκπειράσεις κύριον τὸν θεόν σου.</w:t>
      </w:r>
    </w:p>
    <w:p>
      <w:r>
        <w:rPr>
          <w:rFonts w:ascii="Courier New" w:hAnsi="Courier New"/>
          <w:color w:val="555555"/>
          <w:sz w:val="20"/>
        </w:rPr>
        <w:t>[Luc . 4 . 13]</w:t>
      </w:r>
    </w:p>
    <w:p>
      <w:r>
        <w:rPr>
          <w:rFonts w:ascii="Gentium Plus" w:hAnsi="Gentium Plus"/>
          <w:sz w:val="24"/>
        </w:rPr>
        <w:t>Καὶ συντε‐ λέσας πάντα πειρασμὸν ὁ διάβολος ἀπέστη ἀπ’ αὐτοῦ ἄχρι καιροῦ.</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4 . 14]</w:t>
      </w:r>
    </w:p>
    <w:p>
      <w:r>
        <w:rPr>
          <w:rFonts w:ascii="Gentium Plus" w:hAnsi="Gentium Plus"/>
          <w:sz w:val="24"/>
        </w:rPr>
        <w:t>Καὶ ὑπέστρεψεν ὁ Ἰησοῦς ἐν τῇ δυνάμει τοῦ πνεύ‐ ματος εἰς τὴν Γαλιλαίαν. καὶ φήμη ἐξῆλθεν καθ’ ὅλης τῆς περιχώρου περὶ αὐτοῦ.</w:t>
      </w:r>
    </w:p>
    <w:p>
      <w:r>
        <w:rPr>
          <w:rFonts w:ascii="Courier New" w:hAnsi="Courier New"/>
          <w:color w:val="555555"/>
          <w:sz w:val="20"/>
        </w:rPr>
        <w:t>[Luc . 4 . 15]</w:t>
      </w:r>
    </w:p>
    <w:p>
      <w:r>
        <w:rPr>
          <w:rFonts w:ascii="Gentium Plus" w:hAnsi="Gentium Plus"/>
          <w:sz w:val="24"/>
        </w:rPr>
        <w:t>καὶ αὐτὸς ἐδίδασκεν ἐν ταῖς συναγωγαῖς αὐτῶν, δοξαζόμενος ὑπὸ πάντων.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4 . 16]</w:t>
      </w:r>
    </w:p>
    <w:p>
      <w:r>
        <w:rPr>
          <w:rFonts w:ascii="Gentium Plus" w:hAnsi="Gentium Plus"/>
          <w:sz w:val="24"/>
        </w:rPr>
        <w:t>Καὶ ἦλθεν εἰς Ναζαρά, οὗ ἦν τεθραμμένος, καὶ</w:t>
      </w:r>
    </w:p>
    <w:p>
      <w:r>
        <w:rPr>
          <w:rFonts w:ascii="Courier New" w:hAnsi="Courier New"/>
          <w:color w:val="555555"/>
          <w:sz w:val="20"/>
        </w:rPr>
        <w:t>[Luc . 4 . 17]</w:t>
      </w:r>
    </w:p>
    <w:p>
      <w:r>
        <w:rPr>
          <w:rFonts w:ascii="Gentium Plus" w:hAnsi="Gentium Plus"/>
          <w:sz w:val="24"/>
        </w:rPr>
        <w:t>καὶ ἐπεδόθη αὐτῷ βιβλίον τοῦ προφήτου Ἠσαΐου, καὶ ἀνα‐ πτύξας τὸ βιβλίον εὗρεν τὸν τόπον οὗ ἦν γεγραμμένον,</w:t>
      </w:r>
    </w:p>
    <w:p>
      <w:r>
        <w:rPr>
          <w:rFonts w:ascii="Courier New" w:hAnsi="Courier New"/>
          <w:color w:val="555555"/>
          <w:sz w:val="20"/>
        </w:rPr>
        <w:t>[Luc . 4 . 18]</w:t>
      </w:r>
    </w:p>
    <w:p>
      <w:r>
        <w:rPr>
          <w:rFonts w:ascii="Gentium Plus" w:hAnsi="Gentium Plus"/>
          <w:sz w:val="24"/>
        </w:rPr>
        <w:t>Πνεῦμα κυρίου ἐπ’ ἐμέ, οὗ εἵνεκεν ἔχρισέν με εὐαγγελίσασθαι πτωχοῖς, ἀπέσταλκέν με κηρύξαι αἰχμαλώτοις ἄφεσιν</w:t>
      </w:r>
    </w:p>
    <w:p>
      <w:r>
        <w:rPr>
          <w:rFonts w:ascii="Courier New" w:hAnsi="Courier New"/>
          <w:color w:val="555555"/>
          <w:sz w:val="20"/>
        </w:rPr>
        <w:t>[5]</w:t>
      </w:r>
    </w:p>
    <w:p>
      <w:r>
        <w:rPr>
          <w:rFonts w:ascii="Gentium Plus" w:hAnsi="Gentium Plus"/>
          <w:sz w:val="24"/>
        </w:rPr>
        <w:t>καὶ τυφλοῖς ἀνάβλεψιν, ἀποστεῖλαι τεθραυσμένους ἐν ἀφέσει,</w:t>
      </w:r>
    </w:p>
    <w:p>
      <w:r>
        <w:rPr>
          <w:rFonts w:ascii="Courier New" w:hAnsi="Courier New"/>
          <w:color w:val="555555"/>
          <w:sz w:val="20"/>
        </w:rPr>
        <w:t>[Luc . 4 . 19]</w:t>
      </w:r>
    </w:p>
    <w:p>
      <w:r>
        <w:rPr>
          <w:rFonts w:ascii="Gentium Plus" w:hAnsi="Gentium Plus"/>
          <w:sz w:val="24"/>
        </w:rPr>
        <w:t>κηρύξαι ἐνιαυτὸν κυρίου δεκτόν.</w:t>
      </w:r>
    </w:p>
    <w:p>
      <w:r>
        <w:rPr>
          <w:rFonts w:ascii="Courier New" w:hAnsi="Courier New"/>
          <w:color w:val="555555"/>
          <w:sz w:val="20"/>
        </w:rPr>
        <w:t>[Luc . 4 . 20]</w:t>
      </w:r>
    </w:p>
    <w:p>
      <w:r>
        <w:rPr>
          <w:rFonts w:ascii="Gentium Plus" w:hAnsi="Gentium Plus"/>
          <w:sz w:val="24"/>
        </w:rPr>
        <w:t>καὶ πτύξας τὸ βιβλίον ἀποδοὺς τῷ ὑπηρέτῃ ἐκάθισεν· καὶ πάντων οἱ ὀφθαλμοὶ ἐν τῇ συναγωγῇ ἦσαν ἀτενί‐ ζοντες αὐτῷ.</w:t>
      </w:r>
    </w:p>
    <w:p>
      <w:r>
        <w:rPr>
          <w:rFonts w:ascii="Courier New" w:hAnsi="Courier New"/>
          <w:color w:val="555555"/>
          <w:sz w:val="20"/>
        </w:rPr>
        <w:t>[Luc . 4 . 21]</w:t>
      </w:r>
    </w:p>
    <w:p>
      <w:r>
        <w:rPr>
          <w:rFonts w:ascii="Gentium Plus" w:hAnsi="Gentium Plus"/>
          <w:sz w:val="24"/>
        </w:rPr>
        <w:t>ἤρξατο δὲ λέγειν πρὸς αὐτοὺς ὅτι Σήμερον πεπλήρωται ἡ γραφὴ αὕτη ἐν τοῖς ὠσὶν ὑμῶν.</w:t>
      </w:r>
    </w:p>
    <w:p>
      <w:r>
        <w:rPr>
          <w:rFonts w:ascii="Courier New" w:hAnsi="Courier New"/>
          <w:color w:val="555555"/>
          <w:sz w:val="20"/>
        </w:rPr>
        <w:t>[Luc . 4 . 22]</w:t>
      </w:r>
    </w:p>
    <w:p>
      <w:r>
        <w:rPr>
          <w:rFonts w:ascii="Gentium Plus" w:hAnsi="Gentium Plus"/>
          <w:sz w:val="24"/>
        </w:rPr>
        <w:t>Καὶ πάντες ἐμαρτύρουν αὐτῷ καὶ ἐθαύμαζον ἐπὶ τοῖς λόγοις τῆς χάριτος τοῖς ἐκπορευομένοις ἐκ τοῦ στόματος αὐτοῦ, καὶ ἔλεγον, Οὐχὶ υἱός ἐστιν Ἰωσὴφ οὗτος;</w:t>
      </w:r>
    </w:p>
    <w:p>
      <w:r>
        <w:rPr>
          <w:rFonts w:ascii="Courier New" w:hAnsi="Courier New"/>
          <w:color w:val="555555"/>
          <w:sz w:val="20"/>
        </w:rPr>
        <w:t>[Luc . 4 . 23]</w:t>
      </w:r>
    </w:p>
    <w:p>
      <w:r>
        <w:rPr>
          <w:rFonts w:ascii="Gentium Plus" w:hAnsi="Gentium Plus"/>
          <w:sz w:val="24"/>
        </w:rPr>
        <w:t>καὶ εἶπεν πρὸς αὐτούς, Πάντως ἐρεῖτέ μοι τὴν παραβολὴν ταύτην· Ἰατρέ, θεράπευσον σεαυτόν· ὅσα ἠκούσαμεν γενόμενα εἰς τὴν Καφαρναοὺμ ποίησον καὶ ὧδε ἐν τῇ</w:t>
      </w:r>
    </w:p>
    <w:p>
      <w:r>
        <w:rPr>
          <w:rFonts w:ascii="Courier New" w:hAnsi="Courier New"/>
          <w:color w:val="555555"/>
          <w:sz w:val="20"/>
        </w:rPr>
        <w:t>[5]</w:t>
      </w:r>
    </w:p>
    <w:p>
      <w:r>
        <w:rPr>
          <w:rFonts w:ascii="Gentium Plus" w:hAnsi="Gentium Plus"/>
          <w:sz w:val="24"/>
        </w:rPr>
        <w:t>πατρίδι σου.</w:t>
      </w:r>
    </w:p>
    <w:p>
      <w:r>
        <w:rPr>
          <w:rFonts w:ascii="Courier New" w:hAnsi="Courier New"/>
          <w:color w:val="555555"/>
          <w:sz w:val="20"/>
        </w:rPr>
        <w:t>[Luc . 4 . 24]</w:t>
      </w:r>
    </w:p>
    <w:p>
      <w:r>
        <w:rPr>
          <w:rFonts w:ascii="Gentium Plus" w:hAnsi="Gentium Plus"/>
          <w:sz w:val="24"/>
        </w:rPr>
        <w:t>εἶπεν δέ, Ἀμὴν λέγω ὑμῖν ὅτι οὐδεὶς προφήτης δεκτός ἐστιν ἐν τῇ πατρίδι αὐτοῦ.</w:t>
      </w:r>
    </w:p>
    <w:p>
      <w:r>
        <w:rPr>
          <w:rFonts w:ascii="Courier New" w:hAnsi="Courier New"/>
          <w:color w:val="555555"/>
          <w:sz w:val="20"/>
        </w:rPr>
        <w:t>[Luc . 4 . 25]</w:t>
      </w:r>
    </w:p>
    <w:p>
      <w:r>
        <w:rPr>
          <w:rFonts w:ascii="Gentium Plus" w:hAnsi="Gentium Plus"/>
          <w:sz w:val="24"/>
        </w:rPr>
        <w:t>ἐπ’</w:t>
      </w:r>
    </w:p>
    <w:p>
      <w:r>
        <w:rPr>
          <w:rFonts w:ascii="Courier New" w:hAnsi="Courier New"/>
          <w:color w:val="555555"/>
          <w:sz w:val="20"/>
        </w:rPr>
        <w:t>[5]</w:t>
      </w:r>
    </w:p>
    <w:p>
      <w:r>
        <w:rPr>
          <w:rFonts w:ascii="Gentium Plus" w:hAnsi="Gentium Plus"/>
          <w:sz w:val="24"/>
        </w:rPr>
        <w:t>πᾶσαν τὴν γῆν,</w:t>
      </w:r>
    </w:p>
    <w:p>
      <w:r>
        <w:rPr>
          <w:rFonts w:ascii="Courier New" w:hAnsi="Courier New"/>
          <w:color w:val="555555"/>
          <w:sz w:val="20"/>
        </w:rPr>
        <w:t>[Luc . 4 . 26]</w:t>
      </w:r>
    </w:p>
    <w:p>
      <w:r>
        <w:rPr>
          <w:rFonts w:ascii="Gentium Plus" w:hAnsi="Gentium Plus"/>
          <w:sz w:val="24"/>
        </w:rPr>
        <w:t>καὶ πρὸς οὐδεμίαν αὐτῶν ἐπέμφθη Ἠλίας εἰ μὴ εἰς Σάρεπτα τῆς Σιδωνίας πρὸς γυναῖκα χήραν.</w:t>
      </w:r>
    </w:p>
    <w:p>
      <w:r>
        <w:rPr>
          <w:rFonts w:ascii="Courier New" w:hAnsi="Courier New"/>
          <w:color w:val="555555"/>
          <w:sz w:val="20"/>
        </w:rPr>
        <w:t>[Luc . 4 . 27]</w:t>
      </w:r>
    </w:p>
    <w:p>
      <w:r>
        <w:rPr>
          <w:rFonts w:ascii="Gentium Plus" w:hAnsi="Gentium Plus"/>
          <w:sz w:val="24"/>
        </w:rPr>
        <w:t>καὶ πολλοὶ λεπροὶ ἦσαν ἐν τῷ Ἰσραὴλ ἐπὶ Ἐλισαίου τοῦ προφήτου, καὶ οὐδεὶς αὐτῶν ἐκαθαρίσθη εἰ μὴ Ναιμὰν ὁ Σύρος.</w:t>
      </w:r>
    </w:p>
    <w:p>
      <w:r>
        <w:rPr>
          <w:rFonts w:ascii="Courier New" w:hAnsi="Courier New"/>
          <w:color w:val="555555"/>
          <w:sz w:val="20"/>
        </w:rPr>
        <w:t>[Luc . 4 . 28]</w:t>
      </w:r>
    </w:p>
    <w:p>
      <w:r>
        <w:rPr>
          <w:rFonts w:ascii="Gentium Plus" w:hAnsi="Gentium Plus"/>
          <w:sz w:val="24"/>
        </w:rPr>
        <w:t>καὶ ἐπλήσθησαν πάντες θυμοῦ ἐν τῇ συναγωγῇ ἀκούοντες ταῦτα,</w:t>
      </w:r>
    </w:p>
    <w:p>
      <w:r>
        <w:rPr>
          <w:rFonts w:ascii="Courier New" w:hAnsi="Courier New"/>
          <w:color w:val="555555"/>
          <w:sz w:val="20"/>
        </w:rPr>
        <w:t>[Luc . 4 . 29]</w:t>
      </w:r>
    </w:p>
    <w:p>
      <w:r>
        <w:rPr>
          <w:rFonts w:ascii="Gentium Plus" w:hAnsi="Gentium Plus"/>
          <w:sz w:val="24"/>
        </w:rPr>
        <w:t>καὶ ἀνα‐ στάντες ἐξέβαλον αὐτὸν ἔξω τῆς πόλεως, καὶ ἤγαγον αὐτὸν ἕως ὀφρύος τοῦ ὄρους ἐφ’ οὗ ἡ πόλις ᾠκοδόμητο αὐτῶν, ὥστε κατακρημνίσαι αὐτόν·</w:t>
      </w:r>
    </w:p>
    <w:p>
      <w:r>
        <w:rPr>
          <w:rFonts w:ascii="Courier New" w:hAnsi="Courier New"/>
          <w:color w:val="555555"/>
          <w:sz w:val="20"/>
        </w:rPr>
        <w:t>[Luc . 4 . 30]</w:t>
      </w:r>
    </w:p>
    <w:p>
      <w:r>
        <w:rPr>
          <w:rFonts w:ascii="Gentium Plus" w:hAnsi="Gentium Plus"/>
          <w:sz w:val="24"/>
        </w:rPr>
        <w:t>αὐτὸς δὲ διελθὼν διὰ μέσου αὐτῶν ἐπορεύετο.</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4 . 31]</w:t>
      </w:r>
    </w:p>
    <w:p>
      <w:r>
        <w:rPr>
          <w:rFonts w:ascii="Gentium Plus" w:hAnsi="Gentium Plus"/>
          <w:sz w:val="24"/>
        </w:rPr>
        <w:t>Καὶ κατῆλθεν εἰς Καφαρναοὺμ πόλιν τῆς Γαλιλαίας. καὶ ἦν διδάσκων αὐτοὺς ἐν τοῖς σάββασιν·</w:t>
      </w:r>
    </w:p>
    <w:p>
      <w:r>
        <w:rPr>
          <w:rFonts w:ascii="Courier New" w:hAnsi="Courier New"/>
          <w:color w:val="555555"/>
          <w:sz w:val="20"/>
        </w:rPr>
        <w:t>[Luc . 4 . 32]</w:t>
      </w:r>
    </w:p>
    <w:p>
      <w:r>
        <w:rPr>
          <w:rFonts w:ascii="Gentium Plus" w:hAnsi="Gentium Plus"/>
          <w:sz w:val="24"/>
        </w:rPr>
        <w:t>καὶ ἐξεπλήσσοντο ἐπὶ τῇ διδαχῇ αὐτοῦ, ὅτι ἐν ἐξουσίᾳ ἦν ὁ λόγος αὐτοῦ.</w:t>
      </w:r>
    </w:p>
    <w:p>
      <w:r>
        <w:rPr>
          <w:rFonts w:ascii="Courier New" w:hAnsi="Courier New"/>
          <w:color w:val="555555"/>
          <w:sz w:val="20"/>
        </w:rPr>
        <w:t>[Luc . 4 . 33]</w:t>
      </w:r>
    </w:p>
    <w:p>
      <w:r>
        <w:rPr>
          <w:rFonts w:ascii="Gentium Plus" w:hAnsi="Gentium Plus"/>
          <w:sz w:val="24"/>
        </w:rPr>
        <w:t>καὶ ἐν τῇ συναγωγῇ ἦν ἄνθρωπος ἔχων πνεῦμα δαιμονίου ἀκαθάρτου, καὶ ἀνέκραξεν φωνῇ με‐ γάλῃ,</w:t>
      </w:r>
    </w:p>
    <w:p>
      <w:r>
        <w:rPr>
          <w:rFonts w:ascii="Courier New" w:hAnsi="Courier New"/>
          <w:color w:val="555555"/>
          <w:sz w:val="20"/>
        </w:rPr>
        <w:t>[Luc . 4 . 34]</w:t>
      </w:r>
    </w:p>
    <w:p>
      <w:r>
        <w:rPr>
          <w:rFonts w:ascii="Gentium Plus" w:hAnsi="Gentium Plus"/>
          <w:sz w:val="24"/>
        </w:rPr>
        <w:t>Ἔα, τί ἡμῖν καὶ σοί, Ἰησοῦ Ναζαρηνέ; ἦλθες ἀπολέσαι ἡμᾶς; οἶδά σε τίς εἶ, ὁ ἅγιος τοῦ θεοῦ.</w:t>
      </w:r>
    </w:p>
    <w:p>
      <w:r>
        <w:rPr>
          <w:rFonts w:ascii="Courier New" w:hAnsi="Courier New"/>
          <w:color w:val="555555"/>
          <w:sz w:val="20"/>
        </w:rPr>
        <w:t>[Luc . 4 . 35]</w:t>
      </w:r>
    </w:p>
    <w:p>
      <w:r>
        <w:rPr>
          <w:rFonts w:ascii="Gentium Plus" w:hAnsi="Gentium Plus"/>
          <w:sz w:val="24"/>
        </w:rPr>
        <w:t>καὶ ἐπετίμησεν αὐτῷ ὁ Ἰησοῦς λέγων, Φιμώθητι καὶ ἔξελθε ἀπ’ αὐτοῦ. καὶ ῥίψαν αὐτὸν τὸ δαιμόνιον εἰς τὸ μέσον ἐξῆλθεν ἀπ’ αὐτοῦ μηδὲν βλάψαν αὐτόν.</w:t>
      </w:r>
    </w:p>
    <w:p>
      <w:r>
        <w:rPr>
          <w:rFonts w:ascii="Courier New" w:hAnsi="Courier New"/>
          <w:color w:val="555555"/>
          <w:sz w:val="20"/>
        </w:rPr>
        <w:t>[Luc . 4 . 36]</w:t>
      </w:r>
    </w:p>
    <w:p>
      <w:r>
        <w:rPr>
          <w:rFonts w:ascii="Gentium Plus" w:hAnsi="Gentium Plus"/>
          <w:sz w:val="24"/>
        </w:rPr>
        <w:t>καὶ ἐγένετο θάμβος ἐπὶ πάντας, καὶ συνελάλουν πρὸς ἀλλήλους λέγοντες, Τίς ὁ λόγος οὗτος, ὅτι ἐν ἐξουσίᾳ καὶ δυνάμει</w:t>
      </w:r>
    </w:p>
    <w:p>
      <w:r>
        <w:rPr>
          <w:rFonts w:ascii="Courier New" w:hAnsi="Courier New"/>
          <w:color w:val="555555"/>
          <w:sz w:val="20"/>
        </w:rPr>
        <w:t>[Luc . 4 . 37]</w:t>
      </w:r>
    </w:p>
    <w:p>
      <w:r>
        <w:rPr>
          <w:rFonts w:ascii="Gentium Plus" w:hAnsi="Gentium Plus"/>
          <w:sz w:val="24"/>
        </w:rPr>
        <w:t>καὶ ἐξεπορεύετο ἦχος περὶ αὐτοῦ εἰς πάντα τόπον τῆς περιχώρου.</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4 . 38]</w:t>
      </w:r>
    </w:p>
    <w:p>
      <w:r>
        <w:rPr>
          <w:rFonts w:ascii="Gentium Plus" w:hAnsi="Gentium Plus"/>
          <w:sz w:val="24"/>
        </w:rPr>
        <w:t>Ἀναστὰς δὲ ἀπὸ τῆς συναγωγῆς εἰσῆλθεν εἰς τὴν οἰκίαν Σίμωνος. πενθερὰ δὲ τοῦ Σίμωνος ἦν συνεχο‐ μένη πυρετῷ μεγάλῳ, καὶ ἠρώτησαν αὐτὸν περὶ αὐτῆς.</w:t>
      </w:r>
    </w:p>
    <w:p>
      <w:r>
        <w:rPr>
          <w:rFonts w:ascii="Courier New" w:hAnsi="Courier New"/>
          <w:color w:val="555555"/>
          <w:sz w:val="20"/>
        </w:rPr>
        <w:t>[Luc . 4 . 39]</w:t>
      </w:r>
    </w:p>
    <w:p>
      <w:r>
        <w:rPr>
          <w:rFonts w:ascii="Gentium Plus" w:hAnsi="Gentium Plus"/>
          <w:sz w:val="24"/>
        </w:rPr>
        <w:t>καὶ ἐπιστὰς ἐπάνω αὐτῆς ἐπετίμησεν τῷ πυρετῷ, καὶ ἀφῆκεν αὐτήν· παραχρῆμα δὲ ἀναστᾶσα διηκόνει αὐτοῖς.</w:t>
      </w:r>
    </w:p>
    <w:p>
      <w:r>
        <w:rPr>
          <w:rFonts w:ascii="Courier New" w:hAnsi="Courier New"/>
          <w:color w:val="555555"/>
          <w:sz w:val="20"/>
        </w:rPr>
        <w:t>[Luc . 4 . 40]</w:t>
      </w:r>
    </w:p>
    <w:p>
      <w:r>
        <w:rPr>
          <w:rFonts w:ascii="Gentium Plus" w:hAnsi="Gentium Plus"/>
          <w:sz w:val="24"/>
        </w:rPr>
        <w:t>Δύνοντος δὲ τοῦ ἡλίου ἅπαντες ὅσοι εἶχον ἀσθενοῦντας νόσοις ποικίλαις ἤγαγον αὐτοὺς πρὸς αὐτόν· ὁ δὲ ἑνὶ ἑκάστῳ αὐτῶν τὰς χεῖρας ἐπιτιθεὶς ἐθεράπευεν αὐτούς.</w:t>
      </w:r>
    </w:p>
    <w:p>
      <w:r>
        <w:rPr>
          <w:rFonts w:ascii="Courier New" w:hAnsi="Courier New"/>
          <w:color w:val="555555"/>
          <w:sz w:val="20"/>
        </w:rPr>
        <w:t>[Luc . 4 . 41]</w:t>
      </w:r>
    </w:p>
    <w:p>
      <w:r>
        <w:rPr>
          <w:rFonts w:ascii="Gentium Plus" w:hAnsi="Gentium Plus"/>
          <w:sz w:val="24"/>
        </w:rPr>
        <w:t>ἐξήρχετο δὲ καὶ δαιμόνια ἀπὸ πολλῶν, κραυγάζοντα καὶ λέγοντα ὅτι Σὺ εἶ ὁ υἱὸς τοῦ θεοῦ. καὶ ἐπιτιμῶν οὐκ εἴα αὐτὰ λαλεῖν, ὅτι ᾔδεισαν τὸν Χριστὸν αὐτὸν εἶναι.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4 . 42]</w:t>
      </w:r>
    </w:p>
    <w:p>
      <w:r>
        <w:rPr>
          <w:rFonts w:ascii="Gentium Plus" w:hAnsi="Gentium Plus"/>
          <w:sz w:val="24"/>
        </w:rPr>
        <w:t>Γενομένης δὲ ἡμέρας ἐξελθὼν ἐπορεύθη εἰς ἔρημον τόπον· καὶ οἱ ὄχλοι ἐπεζήτουν αὐτόν, καὶ ἦλθον ἕως αὐτοῦ, καὶ κατεῖχον αὐτὸν τοῦ μὴ πορεύεσθαι ἀπ’ αὐτῶν.</w:t>
      </w:r>
    </w:p>
    <w:p>
      <w:r>
        <w:rPr>
          <w:rFonts w:ascii="Courier New" w:hAnsi="Courier New"/>
          <w:color w:val="555555"/>
          <w:sz w:val="20"/>
        </w:rPr>
        <w:t>[Luc . 4 . 43]</w:t>
      </w:r>
    </w:p>
    <w:p>
      <w:r>
        <w:rPr>
          <w:rFonts w:ascii="Gentium Plus" w:hAnsi="Gentium Plus"/>
          <w:sz w:val="24"/>
        </w:rPr>
        <w:t>ὁ δὲ εἶπεν πρὸς αὐτοὺς ὅτι Καὶ ταῖς ἑτέραις πόλεσιν εὐαγγελίσασθαί με δεῖ τὴν βασιλείαν τοῦ θεοῦ, ὅτι ἐπὶ τοῦτο ἀπεστάλην.</w:t>
      </w:r>
    </w:p>
    <w:p>
      <w:r>
        <w:rPr>
          <w:rFonts w:ascii="Courier New" w:hAnsi="Courier New"/>
          <w:color w:val="555555"/>
          <w:sz w:val="20"/>
        </w:rPr>
        <w:t>[Luc . 4 . 44]</w:t>
      </w:r>
    </w:p>
    <w:p>
      <w:r>
        <w:rPr>
          <w:rFonts w:ascii="Gentium Plus" w:hAnsi="Gentium Plus"/>
          <w:sz w:val="24"/>
        </w:rPr>
        <w:t>καὶ ἦν κηρύσσων εἰς τὰς συναγωγὰς</w:t>
      </w:r>
    </w:p>
    <w:p>
      <w:r>
        <w:rPr>
          <w:rFonts w:ascii="Courier New" w:hAnsi="Courier New"/>
          <w:color w:val="555555"/>
          <w:sz w:val="20"/>
        </w:rPr>
        <w:t>[Luc . 5 . 1]</w:t>
      </w:r>
    </w:p>
    <w:p>
      <w:r>
        <w:rPr>
          <w:rFonts w:ascii="Gentium Plus" w:hAnsi="Gentium Plus"/>
          <w:sz w:val="24"/>
        </w:rPr>
        <w:t>Ἐγένετο δὲ ἐν τῷ τὸν ὄχλον ἐπικεῖσθαι αὐτῷ καὶ ἀκούειν τὸν λόγον τοῦ θεοῦ καὶ αὐτὸς ἦν ἑστὼς παρὰ τὴν λίμνην Γεννησαρέτ,</w:t>
      </w:r>
    </w:p>
    <w:p>
      <w:r>
        <w:rPr>
          <w:rFonts w:ascii="Courier New" w:hAnsi="Courier New"/>
          <w:color w:val="555555"/>
          <w:sz w:val="20"/>
        </w:rPr>
        <w:t>[Luc . 5 . 2]</w:t>
      </w:r>
    </w:p>
    <w:p>
      <w:r>
        <w:rPr>
          <w:rFonts w:ascii="Gentium Plus" w:hAnsi="Gentium Plus"/>
          <w:sz w:val="24"/>
        </w:rPr>
        <w:t>καὶ εἶδεν δύο πλοῖα ἑστῶτα παρὰ τὴν λίμνην· οἱ δὲ ἁλιεῖς ἀπ’ αὐτῶν ἀποβάντες ἔπλυνον τὰ δίκτυα.</w:t>
      </w:r>
    </w:p>
    <w:p>
      <w:r>
        <w:rPr>
          <w:rFonts w:ascii="Courier New" w:hAnsi="Courier New"/>
          <w:color w:val="555555"/>
          <w:sz w:val="20"/>
        </w:rPr>
        <w:t>[Luc . 5 . 3]</w:t>
      </w:r>
    </w:p>
    <w:p>
      <w:r>
        <w:rPr>
          <w:rFonts w:ascii="Gentium Plus" w:hAnsi="Gentium Plus"/>
          <w:sz w:val="24"/>
        </w:rPr>
        <w:t>ἐμβὰς δὲ εἰς ἓν τῶν πλοίων, ὃ ἦν Σίμωνος, ἠρώτησεν αὐτὸν ἀπὸ τῆς γῆς ἐπαναγαγεῖν ὀλίγον, καθίσας δὲ ἐκ τοῦ πλοίου ἐδίδασκεν τοὺς ὄχλους.</w:t>
      </w:r>
    </w:p>
    <w:p>
      <w:r>
        <w:rPr>
          <w:rFonts w:ascii="Courier New" w:hAnsi="Courier New"/>
          <w:color w:val="555555"/>
          <w:sz w:val="20"/>
        </w:rPr>
        <w:t>[Luc . 5 . 4]</w:t>
      </w:r>
    </w:p>
    <w:p>
      <w:r>
        <w:rPr>
          <w:rFonts w:ascii="Gentium Plus" w:hAnsi="Gentium Plus"/>
          <w:sz w:val="24"/>
        </w:rPr>
        <w:t>ὡς δὲ ἐπαύσατο λαλῶν, εἶπεν πρὸς τὸν Σίμωνα, Ἐπανάγαγε εἰς τὸ βάθος καὶ χαλάσατε τὰ δίκτυα ὑμῶν εἰς ἄγραν.</w:t>
      </w:r>
    </w:p>
    <w:p>
      <w:r>
        <w:rPr>
          <w:rFonts w:ascii="Courier New" w:hAnsi="Courier New"/>
          <w:color w:val="555555"/>
          <w:sz w:val="20"/>
        </w:rPr>
        <w:t>[Luc . 5 . 5]</w:t>
      </w:r>
    </w:p>
    <w:p>
      <w:r>
        <w:rPr>
          <w:rFonts w:ascii="Gentium Plus" w:hAnsi="Gentium Plus"/>
          <w:sz w:val="24"/>
        </w:rPr>
        <w:t>καὶ ἀποκριθεὶς Σίμων εἶπεν, Ἐπιστάτα, δι’ ὅλης νυκτὸς κοπιάσαντες οὐδὲν ἐλάβομεν, ἐπὶ δὲ τῷ ῥήματί σου χαλάσω τὰ δίκτυα.</w:t>
      </w:r>
    </w:p>
    <w:p>
      <w:r>
        <w:rPr>
          <w:rFonts w:ascii="Courier New" w:hAnsi="Courier New"/>
          <w:color w:val="555555"/>
          <w:sz w:val="20"/>
        </w:rPr>
        <w:t>[Luc . 5 . 6]</w:t>
      </w:r>
    </w:p>
    <w:p>
      <w:r>
        <w:rPr>
          <w:rFonts w:ascii="Gentium Plus" w:hAnsi="Gentium Plus"/>
          <w:sz w:val="24"/>
        </w:rPr>
        <w:t>καὶ τοῦτο ποιήσαντες συνέκλεισαν πλῆθος ἰχθύων πολύ, διερρήσσετο δὲ τὰ δίκτυα αὐτῶν.</w:t>
      </w:r>
    </w:p>
    <w:p>
      <w:r>
        <w:rPr>
          <w:rFonts w:ascii="Courier New" w:hAnsi="Courier New"/>
          <w:color w:val="555555"/>
          <w:sz w:val="20"/>
        </w:rPr>
        <w:t>[Luc . 5 . 7]</w:t>
      </w:r>
    </w:p>
    <w:p>
      <w:r>
        <w:rPr>
          <w:rFonts w:ascii="Gentium Plus" w:hAnsi="Gentium Plus"/>
          <w:sz w:val="24"/>
        </w:rPr>
        <w:t>καὶ κατένευσαν τοῖς μετόχοις ἐν τῷ ἑτέρῳ πλοίῳ τοῦ ἐλθόντας συλλαβέσθαι αὐτοῖς· καὶ ἦλθαν, καὶ ἔπλησαν ἀμφότερα τὰ πλοῖα ὥστε βυθίζεσθαι αὐτά.</w:t>
      </w:r>
    </w:p>
    <w:p>
      <w:r>
        <w:rPr>
          <w:rFonts w:ascii="Courier New" w:hAnsi="Courier New"/>
          <w:color w:val="555555"/>
          <w:sz w:val="20"/>
        </w:rPr>
        <w:t>[Luc . 5 . 8]</w:t>
      </w:r>
    </w:p>
    <w:p>
      <w:r>
        <w:rPr>
          <w:rFonts w:ascii="Gentium Plus" w:hAnsi="Gentium Plus"/>
          <w:sz w:val="24"/>
        </w:rPr>
        <w:t>ἰδὼν δὲ Σίμων Πέτρος προσέπεσεν τοῖς γόνασιν Ἰησοῦ λέγων, Ἔξελθε ἀπ’ ἐμοῦ, ὅτι ἀνὴρ ἁμαρτωλός εἰμι, κύριε·</w:t>
      </w:r>
    </w:p>
    <w:p>
      <w:r>
        <w:rPr>
          <w:rFonts w:ascii="Courier New" w:hAnsi="Courier New"/>
          <w:color w:val="555555"/>
          <w:sz w:val="20"/>
        </w:rPr>
        <w:t>[Luc . 5 . 9]</w:t>
      </w:r>
    </w:p>
    <w:p>
      <w:r>
        <w:rPr>
          <w:rFonts w:ascii="Gentium Plus" w:hAnsi="Gentium Plus"/>
          <w:sz w:val="24"/>
        </w:rPr>
        <w:t>θάμβος γὰρ περιέσχεν αὐτὸν καὶ πάντας τοὺς σὺν αὐτῷ ἐπὶ τῇ ἄγρᾳ τῶν ἰχθύων ὧν συνέλαβον,</w:t>
      </w:r>
    </w:p>
    <w:p>
      <w:r>
        <w:rPr>
          <w:rFonts w:ascii="Courier New" w:hAnsi="Courier New"/>
          <w:color w:val="555555"/>
          <w:sz w:val="20"/>
        </w:rPr>
        <w:t>[Luc . 5 . 10]</w:t>
      </w:r>
    </w:p>
    <w:p>
      <w:r>
        <w:rPr>
          <w:rFonts w:ascii="Gentium Plus" w:hAnsi="Gentium Plus"/>
          <w:sz w:val="24"/>
        </w:rPr>
        <w:t>ὁμοίως δὲ καὶ Ἰάκωβον καὶ Ἰωάννην υἱοὺς Ζεβεδαίου, οἳ ἦσαν κοινωνοὶ τῷ Σίμωνι. καὶ εἶπεν πρὸς τὸν Σίμωνα ὁ Ἰησοῦς, Μὴ φοβοῦ· ἀπὸ τοῦ νῦν ἀνθρώπους ἔσῃ ζωγρῶν.</w:t>
      </w:r>
    </w:p>
    <w:p>
      <w:r>
        <w:rPr>
          <w:rFonts w:ascii="Courier New" w:hAnsi="Courier New"/>
          <w:color w:val="555555"/>
          <w:sz w:val="20"/>
        </w:rPr>
        <w:t>[Luc . 5 . 11]</w:t>
      </w:r>
    </w:p>
    <w:p>
      <w:r>
        <w:rPr>
          <w:rFonts w:ascii="Gentium Plus" w:hAnsi="Gentium Plus"/>
          <w:sz w:val="24"/>
        </w:rPr>
        <w:t>καὶ καταγαγόντες τὰ πλοῖα ἐπὶ τὴν γῆν ἀφέντες πάντα ἠκολούθησαν αὐτῷ.</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5 . 12]</w:t>
      </w:r>
    </w:p>
    <w:p>
      <w:r>
        <w:rPr>
          <w:rFonts w:ascii="Gentium Plus" w:hAnsi="Gentium Plus"/>
          <w:sz w:val="24"/>
        </w:rPr>
        <w:t>Καὶ ἐγένετο ἐν τῷ εἶναι αὐτὸν ἐν μιᾷ τῶν πόλεων</w:t>
      </w:r>
    </w:p>
    <w:p>
      <w:r>
        <w:rPr>
          <w:rFonts w:ascii="Courier New" w:hAnsi="Courier New"/>
          <w:color w:val="555555"/>
          <w:sz w:val="20"/>
        </w:rPr>
        <w:t>[Luc . 5 . 13]</w:t>
      </w:r>
    </w:p>
    <w:p>
      <w:r>
        <w:rPr>
          <w:rFonts w:ascii="Gentium Plus" w:hAnsi="Gentium Plus"/>
          <w:sz w:val="24"/>
        </w:rPr>
        <w:t>καὶ ἐκτείνας τὴν χεῖρα ἥψατο αὐτοῦ λέγων, Θέλω, καθαρίσθητι· καὶ εὐθέως ἡ λέπρα ἀπῆλθεν ἀπ’ αὐτοῦ.</w:t>
      </w:r>
    </w:p>
    <w:p>
      <w:r>
        <w:rPr>
          <w:rFonts w:ascii="Courier New" w:hAnsi="Courier New"/>
          <w:color w:val="555555"/>
          <w:sz w:val="20"/>
        </w:rPr>
        <w:t>[Luc . 5 . 14]</w:t>
      </w:r>
    </w:p>
    <w:p>
      <w:r>
        <w:rPr>
          <w:rFonts w:ascii="Gentium Plus" w:hAnsi="Gentium Plus"/>
          <w:sz w:val="24"/>
        </w:rPr>
        <w:t>καὶ αὐτὸς παρήγγειλεν αὐτῷ μηδενὶ εἰπεῖν, ἀλλὰ ἀπελθὼν δεῖξον σεαυτὸν τῷ ἱερεῖ, καὶ προσένεγκε περὶ τοῦ καθαρισμοῦ σου καθὼς προσέταξεν Μωϋσῆς, εἰς μαρτύριον αὐτοῖς.</w:t>
      </w:r>
    </w:p>
    <w:p>
      <w:r>
        <w:rPr>
          <w:rFonts w:ascii="Courier New" w:hAnsi="Courier New"/>
          <w:color w:val="555555"/>
          <w:sz w:val="20"/>
        </w:rPr>
        <w:t>[Luc . 5 . 15]</w:t>
      </w:r>
    </w:p>
    <w:p>
      <w:r>
        <w:rPr>
          <w:rFonts w:ascii="Gentium Plus" w:hAnsi="Gentium Plus"/>
          <w:sz w:val="24"/>
        </w:rPr>
        <w:t>διήρχετο δὲ μᾶλλον ὁ λόγος περὶ αὐτοῦ, καὶ συνήρχοντο ὄχλοι πολλοὶ ἀκούειν καὶ θεραπεύεσθαι ἀπὸ τῶν ἀσθενειῶν αὐτῶν·</w:t>
      </w:r>
    </w:p>
    <w:p>
      <w:r>
        <w:rPr>
          <w:rFonts w:ascii="Courier New" w:hAnsi="Courier New"/>
          <w:color w:val="555555"/>
          <w:sz w:val="20"/>
        </w:rPr>
        <w:t>[Luc . 5 . 16]</w:t>
      </w:r>
    </w:p>
    <w:p>
      <w:r>
        <w:rPr>
          <w:rFonts w:ascii="Gentium Plus" w:hAnsi="Gentium Plus"/>
          <w:sz w:val="24"/>
        </w:rPr>
        <w:t>αὐτὸς δὲ ἦν ὑποχωρῶν ἐν ταῖς ἐρήμοις καὶ προσευχόμενος.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5 . 17]</w:t>
      </w:r>
    </w:p>
    <w:p>
      <w:r>
        <w:rPr>
          <w:rFonts w:ascii="Gentium Plus" w:hAnsi="Gentium Plus"/>
          <w:sz w:val="24"/>
        </w:rPr>
        <w:t>Καὶ ἐγένετο ἐν μιᾷ τῶν ἡμερῶν καὶ αὐτὸς ἦν δι‐ δάσκων, καὶ ἦσαν καθήμενοι Φαρισαῖοι καὶ νομοδιδάσκα‐ λοι οἳ ἦσαν ἐληλυθότες ἐκ πάσης κώμης τῆς Γαλιλαίας καὶ Ἰουδαίας καὶ Ἰερουσαλήμ· καὶ δύναμις κυρίου ἦν</w:t>
      </w:r>
    </w:p>
    <w:p>
      <w:r>
        <w:rPr>
          <w:rFonts w:ascii="Courier New" w:hAnsi="Courier New"/>
          <w:color w:val="555555"/>
          <w:sz w:val="20"/>
        </w:rPr>
        <w:t>[5]</w:t>
      </w:r>
    </w:p>
    <w:p>
      <w:r>
        <w:rPr>
          <w:rFonts w:ascii="Gentium Plus" w:hAnsi="Gentium Plus"/>
          <w:sz w:val="24"/>
        </w:rPr>
        <w:t>εἰς τὸ ἰᾶσθαι αὐτόν.</w:t>
      </w:r>
    </w:p>
    <w:p>
      <w:r>
        <w:rPr>
          <w:rFonts w:ascii="Courier New" w:hAnsi="Courier New"/>
          <w:color w:val="555555"/>
          <w:sz w:val="20"/>
        </w:rPr>
        <w:t>[Luc . 5 . 18]</w:t>
      </w:r>
    </w:p>
    <w:p>
      <w:r>
        <w:rPr>
          <w:rFonts w:ascii="Gentium Plus" w:hAnsi="Gentium Plus"/>
          <w:sz w:val="24"/>
        </w:rPr>
        <w:t>καὶ ἰδοὺ ἄνδρες φέροντες ἐπὶ κλίνης ἄνθρωπον ὃς ἦν παραλελυμένος, καὶ ἐζήτουν αὐτὸν εἰσενεγκεῖν καὶ θεῖναι [αὐτὸν] ἐνώπιον αὐτοῦ.</w:t>
      </w:r>
    </w:p>
    <w:p>
      <w:r>
        <w:rPr>
          <w:rFonts w:ascii="Courier New" w:hAnsi="Courier New"/>
          <w:color w:val="555555"/>
          <w:sz w:val="20"/>
        </w:rPr>
        <w:t>[Luc . 5 . 19]</w:t>
      </w:r>
    </w:p>
    <w:p>
      <w:r>
        <w:rPr>
          <w:rFonts w:ascii="Gentium Plus" w:hAnsi="Gentium Plus"/>
          <w:sz w:val="24"/>
        </w:rPr>
        <w:t>καὶ μὴ εὑρόντες ποίας εἰσενέγκωσιν αὐτὸν διὰ τὸν ὄχλον ἀναβάντες ἐπὶ τὸ δῶμα διὰ τῶν κεράμων καθῆκαν αὐτὸν</w:t>
      </w:r>
    </w:p>
    <w:p>
      <w:r>
        <w:rPr>
          <w:rFonts w:ascii="Courier New" w:hAnsi="Courier New"/>
          <w:color w:val="555555"/>
          <w:sz w:val="20"/>
        </w:rPr>
        <w:t>[Luc . 5 . 20]</w:t>
      </w:r>
    </w:p>
    <w:p>
      <w:r>
        <w:rPr>
          <w:rFonts w:ascii="Gentium Plus" w:hAnsi="Gentium Plus"/>
          <w:sz w:val="24"/>
        </w:rPr>
        <w:t>καὶ ἰδὼν τὴν πίστιν αὐτῶν εἶπεν, Ἄνθρωπε, ἀφέ‐ ωνταί σοι αἱ ἁμαρτίαι σου.</w:t>
      </w:r>
    </w:p>
    <w:p>
      <w:r>
        <w:rPr>
          <w:rFonts w:ascii="Courier New" w:hAnsi="Courier New"/>
          <w:color w:val="555555"/>
          <w:sz w:val="20"/>
        </w:rPr>
        <w:t>[Luc . 5 . 21]</w:t>
      </w:r>
    </w:p>
    <w:p>
      <w:r>
        <w:rPr>
          <w:rFonts w:ascii="Gentium Plus" w:hAnsi="Gentium Plus"/>
          <w:sz w:val="24"/>
        </w:rPr>
        <w:t>καὶ ἤρξαντο διαλογίζεσθαι οἱ γραμματεῖς καὶ οἱ Φαρισαῖοι λέγοντες, Τίς ἐστιν οὗτος ὃς λαλεῖ βλασφημίας; τίς δύναται ἁμαρτίας ἀφεῖναι εἰ μὴ μόνος ὁ θεός;</w:t>
      </w:r>
    </w:p>
    <w:p>
      <w:r>
        <w:rPr>
          <w:rFonts w:ascii="Courier New" w:hAnsi="Courier New"/>
          <w:color w:val="555555"/>
          <w:sz w:val="20"/>
        </w:rPr>
        <w:t>[Luc . 5 . 22]</w:t>
      </w:r>
    </w:p>
    <w:p>
      <w:r>
        <w:rPr>
          <w:rFonts w:ascii="Gentium Plus" w:hAnsi="Gentium Plus"/>
          <w:sz w:val="24"/>
        </w:rPr>
        <w:t>ἐπιγνοὺς δὲ ὁ Ἰησοῦς τοὺς διαλογισμοὺς αὐτῶν ἀποκριθεὶς εἶπεν πρὸς αὐτούς, Τί διαλογίζεσθε ἐν ταῖς καρδίαις ὑμῶν;</w:t>
      </w:r>
    </w:p>
    <w:p>
      <w:r>
        <w:rPr>
          <w:rFonts w:ascii="Courier New" w:hAnsi="Courier New"/>
          <w:color w:val="555555"/>
          <w:sz w:val="20"/>
        </w:rPr>
        <w:t>[Luc . 5 . 23]</w:t>
      </w:r>
    </w:p>
    <w:p>
      <w:r>
        <w:rPr>
          <w:rFonts w:ascii="Gentium Plus" w:hAnsi="Gentium Plus"/>
          <w:sz w:val="24"/>
        </w:rPr>
        <w:t>τί ἐστιν εὐκοπώτερον, εἰπεῖν, Ἀφέωνταί σοι αἱ ἁμαρτίαι σου, ἢ εἰπεῖν, Ἔγειρε καὶ περιπάτει;</w:t>
      </w:r>
    </w:p>
    <w:p>
      <w:r>
        <w:rPr>
          <w:rFonts w:ascii="Courier New" w:hAnsi="Courier New"/>
          <w:color w:val="555555"/>
          <w:sz w:val="20"/>
        </w:rPr>
        <w:t>[Luc . 5 . 24]</w:t>
      </w:r>
    </w:p>
    <w:p>
      <w:r>
        <w:rPr>
          <w:rFonts w:ascii="Gentium Plus" w:hAnsi="Gentium Plus"/>
          <w:sz w:val="24"/>
        </w:rPr>
        <w:t>ἵνα δὲ εἰδῆτε ὅτι ὁ υἱὸς τοῦ ἀνθρώπου ἐξουσίαν ἔχει ἐπὶ τῆς γῆς ἀφιέναι ἁμαρτίας—εἶπεν τῷ παραλελυμένῳ, Σοὶ λέγω, ἔγειρε καὶ ἄρας τὸ κλινίδιόν σου πορεύου εἰς τὸν οἶκόν σου.</w:t>
      </w:r>
    </w:p>
    <w:p>
      <w:r>
        <w:rPr>
          <w:rFonts w:ascii="Courier New" w:hAnsi="Courier New"/>
          <w:color w:val="555555"/>
          <w:sz w:val="20"/>
        </w:rPr>
        <w:t>[Luc . 5 . 25]</w:t>
      </w:r>
    </w:p>
    <w:p>
      <w:r>
        <w:rPr>
          <w:rFonts w:ascii="Gentium Plus" w:hAnsi="Gentium Plus"/>
          <w:sz w:val="24"/>
        </w:rPr>
        <w:t>καὶ παραχρῆμα ἀναστὰς ἐνώπιον αὐτῶν, ἄρας ἐφ’ ὃ κατέκειτο, ἀπῆλθεν εἰς τὸν οἶκον αὐτοῦ δοξάζων τὸν θεόν.</w:t>
      </w:r>
    </w:p>
    <w:p>
      <w:r>
        <w:rPr>
          <w:rFonts w:ascii="Courier New" w:hAnsi="Courier New"/>
          <w:color w:val="555555"/>
          <w:sz w:val="20"/>
        </w:rPr>
        <w:t>[Luc . 5 . 26]</w:t>
      </w:r>
    </w:p>
    <w:p>
      <w:r>
        <w:rPr>
          <w:rFonts w:ascii="Gentium Plus" w:hAnsi="Gentium Plus"/>
          <w:sz w:val="24"/>
        </w:rPr>
        <w:t>καὶ ἔκστασις ἔλαβεν ἅπαντας καὶ ἐδόξαζον τὸν θεόν, καὶ ἐπλήσθησαν φόβου λέγοντες ὅτι Εἴδομεν παράδοξα σήμερον.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5 . 27]</w:t>
      </w:r>
    </w:p>
    <w:p>
      <w:r>
        <w:rPr>
          <w:rFonts w:ascii="Gentium Plus" w:hAnsi="Gentium Plus"/>
          <w:sz w:val="24"/>
        </w:rPr>
        <w:t>Καὶ μετὰ ταῦτα ἐξῆλθεν καὶ ἐθεάσατο τελώνην ὀνόματι Λευὶν καθήμενον ἐπὶ τὸ τελώνιον, καὶ εἶπεν αὐτῷ, Ἀκολούθει μοι.</w:t>
      </w:r>
    </w:p>
    <w:p>
      <w:r>
        <w:rPr>
          <w:rFonts w:ascii="Courier New" w:hAnsi="Courier New"/>
          <w:color w:val="555555"/>
          <w:sz w:val="20"/>
        </w:rPr>
        <w:t>[Luc . 5 . 28]</w:t>
      </w:r>
    </w:p>
    <w:p>
      <w:r>
        <w:rPr>
          <w:rFonts w:ascii="Gentium Plus" w:hAnsi="Gentium Plus"/>
          <w:sz w:val="24"/>
        </w:rPr>
        <w:t>καὶ καταλιπὼν πάντα ἀναστὰς ἠκολούθει αὐτῷ.</w:t>
      </w:r>
    </w:p>
    <w:p>
      <w:r>
        <w:rPr>
          <w:rFonts w:ascii="Courier New" w:hAnsi="Courier New"/>
          <w:color w:val="555555"/>
          <w:sz w:val="20"/>
        </w:rPr>
        <w:t>[Luc . 5 . 29]</w:t>
      </w:r>
    </w:p>
    <w:p>
      <w:r>
        <w:rPr>
          <w:rFonts w:ascii="Gentium Plus" w:hAnsi="Gentium Plus"/>
          <w:sz w:val="24"/>
        </w:rPr>
        <w:t>Καὶ ἐποίησεν δοχὴν μεγάλην Λευὶς αὐτῷ ἐν τῇ οἰκίᾳ αὐτοῦ· καὶ ἦν ὄχλος πολὺς τελωνῶν καὶ ἄλλων οἳ ἦσαν μετ’ αὐτῶν κατακείμενοι.</w:t>
      </w:r>
    </w:p>
    <w:p>
      <w:r>
        <w:rPr>
          <w:rFonts w:ascii="Courier New" w:hAnsi="Courier New"/>
          <w:color w:val="555555"/>
          <w:sz w:val="20"/>
        </w:rPr>
        <w:t>[Luc . 5 . 30]</w:t>
      </w:r>
    </w:p>
    <w:p>
      <w:r>
        <w:rPr>
          <w:rFonts w:ascii="Gentium Plus" w:hAnsi="Gentium Plus"/>
          <w:sz w:val="24"/>
        </w:rPr>
        <w:t>καὶ ἐγόγγυζον οἱ Φαρισαῖοι καὶ οἱ γραμματεῖς αὐτῶν πρὸς τοὺς μαθητὰς αὐτοῦ λέγοντες, Διὰ τί μετὰ τῶν τελωνῶν καὶ ἁμαρτωλῶν ἐσθίετε καὶ πίνετε;</w:t>
      </w:r>
    </w:p>
    <w:p>
      <w:r>
        <w:rPr>
          <w:rFonts w:ascii="Courier New" w:hAnsi="Courier New"/>
          <w:color w:val="555555"/>
          <w:sz w:val="20"/>
        </w:rPr>
        <w:t>[Luc . 5 . 31]</w:t>
      </w:r>
    </w:p>
    <w:p>
      <w:r>
        <w:rPr>
          <w:rFonts w:ascii="Gentium Plus" w:hAnsi="Gentium Plus"/>
          <w:sz w:val="24"/>
        </w:rPr>
        <w:t>καὶ ἀποκριθεὶς ὁ Ἰησοῦς εἶπεν πρὸς αὐτούς, Οὐ χρείαν ἔχουσιν οἱ ὑγιαίνοντες ἰατροῦ ἀλλὰ οἱ κακῶς ἔχοντες·</w:t>
      </w:r>
    </w:p>
    <w:p>
      <w:r>
        <w:rPr>
          <w:rFonts w:ascii="Courier New" w:hAnsi="Courier New"/>
          <w:color w:val="555555"/>
          <w:sz w:val="20"/>
        </w:rPr>
        <w:t>[Luc . 5 . 32]</w:t>
      </w:r>
    </w:p>
    <w:p>
      <w:r>
        <w:rPr>
          <w:rFonts w:ascii="Gentium Plus" w:hAnsi="Gentium Plus"/>
          <w:sz w:val="24"/>
        </w:rPr>
        <w:t>οὐκ ἐλήλυθα καλέσαι δικαίους ἀλλὰ ἁμαρτωλοὺς εἰς μετά‐</w:t>
      </w:r>
    </w:p>
    <w:p>
      <w:r>
        <w:rPr>
          <w:rFonts w:ascii="Courier New" w:hAnsi="Courier New"/>
          <w:color w:val="555555"/>
          <w:sz w:val="20"/>
        </w:rPr>
        <w:t>[Luc . 5 . 33]</w:t>
      </w:r>
    </w:p>
    <w:p>
      <w:r>
        <w:rPr>
          <w:rFonts w:ascii="Gentium Plus" w:hAnsi="Gentium Plus"/>
          <w:sz w:val="24"/>
        </w:rPr>
        <w:t>Οἱ δὲ εἶπαν πρὸς αὐτόν, Οἱ μαθηταὶ Ἰωάννου νηστεύουσιν πυκνὰ καὶ δεήσεις ποιοῦνται, ὁμοίως καὶ οἱ τῶν Φαρισαίων, οἱ δὲ σοὶ ἐσθίουσιν καὶ πίνουσιν.</w:t>
      </w:r>
    </w:p>
    <w:p>
      <w:r>
        <w:rPr>
          <w:rFonts w:ascii="Courier New" w:hAnsi="Courier New"/>
          <w:color w:val="555555"/>
          <w:sz w:val="20"/>
        </w:rPr>
        <w:t>[Luc . 5 . 34]</w:t>
      </w:r>
    </w:p>
    <w:p>
      <w:r>
        <w:rPr>
          <w:rFonts w:ascii="Gentium Plus" w:hAnsi="Gentium Plus"/>
          <w:sz w:val="24"/>
        </w:rPr>
        <w:t>ὁ δὲ Ἰησοῦς εἶπεν πρὸς αὐτούς, Μὴ δύνασθε τοὺς υἱοὺς τοῦ νυμφῶνος ἐν ᾧ ὁ νυμφίος μετ’ αὐτῶν ἐστιν ποιῆσαι νηστεῦσαι;</w:t>
      </w:r>
    </w:p>
    <w:p>
      <w:r>
        <w:rPr>
          <w:rFonts w:ascii="Courier New" w:hAnsi="Courier New"/>
          <w:color w:val="555555"/>
          <w:sz w:val="20"/>
        </w:rPr>
        <w:t>[Luc . 5 . 35]</w:t>
      </w:r>
    </w:p>
    <w:p>
      <w:r>
        <w:rPr>
          <w:rFonts w:ascii="Gentium Plus" w:hAnsi="Gentium Plus"/>
          <w:sz w:val="24"/>
        </w:rPr>
        <w:t>ἐλεύσονται δὲ ἡμέραι, καὶ ὅταν ἀπαρθῇ ἀπ’ αὐτῶν ὁ νυμφίος τότε νηστεύσουσιν ἐν ἐκείναις ταῖς ἡμέραις.</w:t>
      </w:r>
    </w:p>
    <w:p>
      <w:r>
        <w:rPr>
          <w:rFonts w:ascii="Courier New" w:hAnsi="Courier New"/>
          <w:color w:val="555555"/>
          <w:sz w:val="20"/>
        </w:rPr>
        <w:t>[Luc . 5 . 36]</w:t>
      </w:r>
    </w:p>
    <w:p>
      <w:r>
        <w:rPr>
          <w:rFonts w:ascii="Gentium Plus" w:hAnsi="Gentium Plus"/>
          <w:sz w:val="24"/>
        </w:rPr>
        <w:t>Ἔλεγεν δὲ καὶ παραβολὴν πρὸς αὐτοὺς ὅτι Οὐδεὶς ἐπίβλημα ἀπὸ ἱματίου καινοῦ σχίσας ἐπιβάλλει ἐπὶ ἱμάτιον παλαιόν· εἰ δὲ μήγε, καὶ τὸ καινὸν σχίσει καὶ τῷ παλαιῷ οὐ συμφωνήσει τὸ</w:t>
      </w:r>
    </w:p>
    <w:p>
      <w:r>
        <w:rPr>
          <w:rFonts w:ascii="Courier New" w:hAnsi="Courier New"/>
          <w:color w:val="555555"/>
          <w:sz w:val="20"/>
        </w:rPr>
        <w:t>[5]</w:t>
      </w:r>
    </w:p>
    <w:p>
      <w:r>
        <w:rPr>
          <w:rFonts w:ascii="Gentium Plus" w:hAnsi="Gentium Plus"/>
          <w:sz w:val="24"/>
        </w:rPr>
        <w:t>ἐπίβλημα τὸ ἀπὸ τοῦ καινοῦ.</w:t>
      </w:r>
    </w:p>
    <w:p>
      <w:r>
        <w:rPr>
          <w:rFonts w:ascii="Courier New" w:hAnsi="Courier New"/>
          <w:color w:val="555555"/>
          <w:sz w:val="20"/>
        </w:rPr>
        <w:t>[Luc . 5 . 37]</w:t>
      </w:r>
    </w:p>
    <w:p>
      <w:r>
        <w:rPr>
          <w:rFonts w:ascii="Gentium Plus" w:hAnsi="Gentium Plus"/>
          <w:sz w:val="24"/>
        </w:rPr>
        <w:t>καὶ οὐδεὶς βάλλει οἶνον νέον εἰς ἀσκοὺς παλαιούς· εἰ δὲ μήγε, ῥήξει ὁ οἶνος ὁ νέος τοὺς ἀσκούς, καὶ αὐτὸς ἐκχυθήσεται καὶ οἱ ἀσκοὶ ἀπολοῦνται·</w:t>
      </w:r>
    </w:p>
    <w:p>
      <w:r>
        <w:rPr>
          <w:rFonts w:ascii="Courier New" w:hAnsi="Courier New"/>
          <w:color w:val="555555"/>
          <w:sz w:val="20"/>
        </w:rPr>
        <w:t>[Luc . 5 . 38]</w:t>
      </w:r>
    </w:p>
    <w:p>
      <w:r>
        <w:rPr>
          <w:rFonts w:ascii="Gentium Plus" w:hAnsi="Gentium Plus"/>
          <w:sz w:val="24"/>
        </w:rPr>
        <w:t>ἀλλὰ οἶνον νέον εἰς ἀσκοὺς καινοὺς βλητέον.</w:t>
      </w:r>
    </w:p>
    <w:p>
      <w:r>
        <w:rPr>
          <w:rFonts w:ascii="Courier New" w:hAnsi="Courier New"/>
          <w:color w:val="555555"/>
          <w:sz w:val="20"/>
        </w:rPr>
        <w:t>[Luc . 5 . 39]</w:t>
      </w:r>
    </w:p>
    <w:p>
      <w:r>
        <w:rPr>
          <w:rFonts w:ascii="Gentium Plus" w:hAnsi="Gentium Plus"/>
          <w:sz w:val="24"/>
        </w:rPr>
        <w:t>[καὶ] οὐδεὶς πιὼν παλαιὸν θέλει νέον· λέγει</w:t>
      </w:r>
    </w:p>
    <w:p>
      <w:r>
        <w:rPr>
          <w:rFonts w:ascii="Courier New" w:hAnsi="Courier New"/>
          <w:color w:val="555555"/>
          <w:sz w:val="20"/>
        </w:rPr>
        <w:t>[Luc . 6 . 1]</w:t>
      </w:r>
    </w:p>
    <w:p>
      <w:r>
        <w:rPr>
          <w:rFonts w:ascii="Gentium Plus" w:hAnsi="Gentium Plus"/>
          <w:sz w:val="24"/>
        </w:rPr>
        <w:t>Ἐγένετο δὲ ἐν σαββάτῳ διαπορεύεσθαι αὐτὸν διὰ σπορίμων, καὶ ἔτιλλον οἱ μαθηταὶ αὐτοῦ καὶ ἤσθιον τοὺς στάχυας ψώχοντες ταῖς χερσίν.</w:t>
      </w:r>
    </w:p>
    <w:p>
      <w:r>
        <w:rPr>
          <w:rFonts w:ascii="Courier New" w:hAnsi="Courier New"/>
          <w:color w:val="555555"/>
          <w:sz w:val="20"/>
        </w:rPr>
        <w:t>[Luc . 6 . 2]</w:t>
      </w:r>
    </w:p>
    <w:p>
      <w:r>
        <w:rPr>
          <w:rFonts w:ascii="Gentium Plus" w:hAnsi="Gentium Plus"/>
          <w:sz w:val="24"/>
        </w:rPr>
        <w:t>τινὲς δὲ τῶν Φαρισαίων εἶπαν, Τί ποιεῖτε ὃ οὐκ ἔξεστιν τοῖς σάββασιν;</w:t>
      </w:r>
    </w:p>
    <w:p>
      <w:r>
        <w:rPr>
          <w:rFonts w:ascii="Courier New" w:hAnsi="Courier New"/>
          <w:color w:val="555555"/>
          <w:sz w:val="20"/>
        </w:rPr>
        <w:t>[Luc . 6 . 3]</w:t>
      </w:r>
    </w:p>
    <w:p>
      <w:r>
        <w:rPr>
          <w:rFonts w:ascii="Gentium Plus" w:hAnsi="Gentium Plus"/>
          <w:sz w:val="24"/>
        </w:rPr>
        <w:t>καὶ ἀποκριθεὶς πρὸς αὐτοὺς εἶπεν ὁ Ἰησοῦς, Οὐδὲ τοῦτο ἀνέγνωτε ὃ ἐποίησεν Δαυὶδ ὅτε ἐπείνασεν αὐτὸς καὶ οἱ μετ’ αὐτοῦ [ὄντες];</w:t>
      </w:r>
    </w:p>
    <w:p>
      <w:r>
        <w:rPr>
          <w:rFonts w:ascii="Courier New" w:hAnsi="Courier New"/>
          <w:color w:val="555555"/>
          <w:sz w:val="20"/>
        </w:rPr>
        <w:t>[Luc . 6 . 4]</w:t>
      </w:r>
    </w:p>
    <w:p>
      <w:r>
        <w:rPr>
          <w:rFonts w:ascii="Gentium Plus" w:hAnsi="Gentium Plus"/>
          <w:sz w:val="24"/>
        </w:rPr>
        <w:t>[ὡς] εἰσῆλθεν εἰς τὸν οἶκον τοῦ θεοῦ καὶ τοὺς ἄρτους τῆς προθέσεως λαβὼν ἔφαγεν καὶ</w:t>
      </w:r>
    </w:p>
    <w:p>
      <w:r>
        <w:rPr>
          <w:rFonts w:ascii="Courier New" w:hAnsi="Courier New"/>
          <w:color w:val="555555"/>
          <w:sz w:val="20"/>
        </w:rPr>
        <w:t>[Luc . 6 . 5]</w:t>
      </w:r>
    </w:p>
    <w:p>
      <w:r>
        <w:rPr>
          <w:rFonts w:ascii="Gentium Plus" w:hAnsi="Gentium Plus"/>
          <w:sz w:val="24"/>
        </w:rPr>
        <w:t>καὶ ἔλεγεν αὐτοῖς, Κύριός ἐστιν τοῦ σαββάτου ὁ υἱὸς τοῦ ἀνθρώπου.</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6 . 6]</w:t>
      </w:r>
    </w:p>
    <w:p>
      <w:r>
        <w:rPr>
          <w:rFonts w:ascii="Gentium Plus" w:hAnsi="Gentium Plus"/>
          <w:sz w:val="24"/>
        </w:rPr>
        <w:t>Ἐγένετο δὲ ἐν ἑτέρῳ σαββάτῳ εἰσελθεῖν αὐτὸν εἰς τὴν συναγωγὴν καὶ διδάσκειν· καὶ ἦν ἄνθρωπος ἐκεῖ καὶ ἡ χεὶρ αὐτοῦ ἡ δεξιὰ ἦν ξηρά·</w:t>
      </w:r>
    </w:p>
    <w:p>
      <w:r>
        <w:rPr>
          <w:rFonts w:ascii="Courier New" w:hAnsi="Courier New"/>
          <w:color w:val="555555"/>
          <w:sz w:val="20"/>
        </w:rPr>
        <w:t>[Luc . 6 . 7]</w:t>
      </w:r>
    </w:p>
    <w:p>
      <w:r>
        <w:rPr>
          <w:rFonts w:ascii="Gentium Plus" w:hAnsi="Gentium Plus"/>
          <w:sz w:val="24"/>
        </w:rPr>
        <w:t>παρετηροῦντο δὲ αὐτὸν οἱ γραμματεῖς καὶ οἱ Φαρισαῖοι εἰ ἐν τῷ σαββάτῳ θεραπεύει, ἵνα εὕρωσιν κατηγορεῖν αὐτοῦ.</w:t>
      </w:r>
    </w:p>
    <w:p>
      <w:r>
        <w:rPr>
          <w:rFonts w:ascii="Courier New" w:hAnsi="Courier New"/>
          <w:color w:val="555555"/>
          <w:sz w:val="20"/>
        </w:rPr>
        <w:t>[Luc . 6 . 8]</w:t>
      </w:r>
    </w:p>
    <w:p>
      <w:r>
        <w:rPr>
          <w:rFonts w:ascii="Gentium Plus" w:hAnsi="Gentium Plus"/>
          <w:sz w:val="24"/>
        </w:rPr>
        <w:t>αὐτὸς δὲ ᾔδει τοὺς διαλογισμοὺς αὐτῶν, εἶπεν δὲ τῷ ἀνδρὶ τῷ ξηρὰν ἔχοντι τὴν χεῖρα, Ἔγειρε καὶ στῆθι εἰς τὸ μέσον· καὶ ἀναστὰς ἔστη.</w:t>
      </w:r>
    </w:p>
    <w:p>
      <w:r>
        <w:rPr>
          <w:rFonts w:ascii="Courier New" w:hAnsi="Courier New"/>
          <w:color w:val="555555"/>
          <w:sz w:val="20"/>
        </w:rPr>
        <w:t>[Luc . 6 . 9]</w:t>
      </w:r>
    </w:p>
    <w:p>
      <w:r>
        <w:rPr>
          <w:rFonts w:ascii="Gentium Plus" w:hAnsi="Gentium Plus"/>
          <w:sz w:val="24"/>
        </w:rPr>
        <w:t>εἶπεν δὲ ὁ Ἰησοῦς πρὸς αὐτούς, Ἐπερωτῶ ὑμᾶς, εἰ ἔξεστιν τῷ σαββάτῳ ἀγαθοποιῆσαι ἢ κακοποιῆσαι, ψυχὴν σῶσαι ἢ ἀπολέσαι;</w:t>
      </w:r>
    </w:p>
    <w:p>
      <w:r>
        <w:rPr>
          <w:rFonts w:ascii="Courier New" w:hAnsi="Courier New"/>
          <w:color w:val="555555"/>
          <w:sz w:val="20"/>
        </w:rPr>
        <w:t>[Luc . 6 . 10]</w:t>
      </w:r>
    </w:p>
    <w:p>
      <w:r>
        <w:rPr>
          <w:rFonts w:ascii="Gentium Plus" w:hAnsi="Gentium Plus"/>
          <w:sz w:val="24"/>
        </w:rPr>
        <w:t>καὶ περι‐ βλεψάμενος πάντας αὐτοὺς εἶπεν αὐτῷ, Ἔκτεινον τὴν χεῖρά σου. ὁ δὲ ἐποίησεν, καὶ ἀπεκατεστάθη ἡ χεὶρ αὐτοῦ.</w:t>
      </w:r>
    </w:p>
    <w:p>
      <w:r>
        <w:rPr>
          <w:rFonts w:ascii="Courier New" w:hAnsi="Courier New"/>
          <w:color w:val="555555"/>
          <w:sz w:val="20"/>
        </w:rPr>
        <w:t>[Luc . 6 . 11]</w:t>
      </w:r>
    </w:p>
    <w:p>
      <w:r>
        <w:rPr>
          <w:rFonts w:ascii="Gentium Plus" w:hAnsi="Gentium Plus"/>
          <w:sz w:val="24"/>
        </w:rPr>
        <w:t>αὐτοὶ δὲ ἐπλήσθησαν ἀνοίας, καὶ διελάλουν πρὸς ἀλλήλους τί ἂν ποιήσαιεν τῷ Ἰησοῦ.</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6 . 12]</w:t>
      </w:r>
    </w:p>
    <w:p>
      <w:r>
        <w:rPr>
          <w:rFonts w:ascii="Gentium Plus" w:hAnsi="Gentium Plus"/>
          <w:sz w:val="24"/>
        </w:rPr>
        <w:t>Ἐγένετο δὲ ἐν ταῖς ἡμέραις ταύταις ἐξελθεῖν</w:t>
      </w:r>
    </w:p>
    <w:p>
      <w:r>
        <w:rPr>
          <w:rFonts w:ascii="Courier New" w:hAnsi="Courier New"/>
          <w:color w:val="555555"/>
          <w:sz w:val="20"/>
        </w:rPr>
        <w:t>[Luc . 6 . 13]</w:t>
      </w:r>
    </w:p>
    <w:p>
      <w:r>
        <w:rPr>
          <w:rFonts w:ascii="Gentium Plus" w:hAnsi="Gentium Plus"/>
          <w:sz w:val="24"/>
        </w:rPr>
        <w:t>καὶ ὅτε ἐγένετο ἡμέρα, προσεφώνησεν τοὺς μαθητὰς αὐτοῦ, καὶ ἐκλεξάμενος ἀπ’ αὐτῶν δώδεκα, οὓς καὶ ἀποστόλους ὠνόμασεν,</w:t>
      </w:r>
    </w:p>
    <w:p>
      <w:r>
        <w:rPr>
          <w:rFonts w:ascii="Courier New" w:hAnsi="Courier New"/>
          <w:color w:val="555555"/>
          <w:sz w:val="20"/>
        </w:rPr>
        <w:t>[Luc . 6 . 14]</w:t>
      </w:r>
    </w:p>
    <w:p>
      <w:r>
        <w:rPr>
          <w:rFonts w:ascii="Gentium Plus" w:hAnsi="Gentium Plus"/>
          <w:sz w:val="24"/>
        </w:rPr>
        <w:t>Σίμωνα, ὃν καὶ ὠνόμασεν Πέτρον, καὶ Ἀνδρέαν τὸν ἀδελφὸν αὐτοῦ, καὶ Ἰάκωβον καὶ Ἰωάννην καὶ Φίλιππον καὶ Βαρθολομαῖον</w:t>
      </w:r>
    </w:p>
    <w:p>
      <w:r>
        <w:rPr>
          <w:rFonts w:ascii="Courier New" w:hAnsi="Courier New"/>
          <w:color w:val="555555"/>
          <w:sz w:val="20"/>
        </w:rPr>
        <w:t>[Luc . 6 . 15]</w:t>
      </w:r>
    </w:p>
    <w:p>
      <w:r>
        <w:rPr>
          <w:rFonts w:ascii="Gentium Plus" w:hAnsi="Gentium Plus"/>
          <w:sz w:val="24"/>
        </w:rPr>
        <w:t>καὶ Μαθθαῖον καὶ Θωμᾶν καὶ Ἰάκωβον Ἁλφαίου καὶ Σίμωνα τὸν καλούμενον Ζηλωτὴν</w:t>
      </w:r>
    </w:p>
    <w:p>
      <w:r>
        <w:rPr>
          <w:rFonts w:ascii="Courier New" w:hAnsi="Courier New"/>
          <w:color w:val="555555"/>
          <w:sz w:val="20"/>
        </w:rPr>
        <w:t>[Luc . 6 . 16]</w:t>
      </w:r>
    </w:p>
    <w:p>
      <w:r>
        <w:rPr>
          <w:rFonts w:ascii="Gentium Plus" w:hAnsi="Gentium Plus"/>
          <w:sz w:val="24"/>
        </w:rPr>
        <w:t>καὶ Ἰούδαν Ἰακώβου καὶ Ἰούδαν Ἰσκαριώθ, ὃς ἐγένετο προδότης.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6 . 17]</w:t>
      </w:r>
    </w:p>
    <w:p>
      <w:r>
        <w:rPr>
          <w:rFonts w:ascii="Gentium Plus" w:hAnsi="Gentium Plus"/>
          <w:sz w:val="24"/>
        </w:rPr>
        <w:t>Καὶ καταβὰς μετ’ αὐτῶν ἔστη ἐπὶ τόπου πεδινοῦ, καὶ ὄχλος πολὺς μαθητῶν αὐτοῦ, καὶ πλῆθος πολὺ τοῦ λαοῦ ἀπὸ πάσης τῆς Ἰουδαίας καὶ Ἰερουσαλὴμ καὶ τῆς παραλίου Τύρου καὶ Σιδῶνος,</w:t>
      </w:r>
    </w:p>
    <w:p>
      <w:r>
        <w:rPr>
          <w:rFonts w:ascii="Courier New" w:hAnsi="Courier New"/>
          <w:color w:val="555555"/>
          <w:sz w:val="20"/>
        </w:rPr>
        <w:t>[Luc . 6 . 18]</w:t>
      </w:r>
    </w:p>
    <w:p>
      <w:r>
        <w:rPr>
          <w:rFonts w:ascii="Gentium Plus" w:hAnsi="Gentium Plus"/>
          <w:sz w:val="24"/>
        </w:rPr>
        <w:t>οἳ ἦλθον ἀκοῦσαι αὐτοῦ καὶ ἰαθῆναι ἀπὸ τῶν νόσων αὐτῶν· καὶ οἱ ἐνοχλού‐ μενοι ἀπὸ πνευμάτων ἀκαθάρτων ἐθεραπεύοντο.</w:t>
      </w:r>
    </w:p>
    <w:p>
      <w:r>
        <w:rPr>
          <w:rFonts w:ascii="Courier New" w:hAnsi="Courier New"/>
          <w:color w:val="555555"/>
          <w:sz w:val="20"/>
        </w:rPr>
        <w:t>[Luc . 6 . 19]</w:t>
      </w:r>
    </w:p>
    <w:p>
      <w:r>
        <w:rPr>
          <w:rFonts w:ascii="Gentium Plus" w:hAnsi="Gentium Plus"/>
          <w:sz w:val="24"/>
        </w:rPr>
        <w:t>καὶ πᾶς ὁ ὄχλος ἐζήτουν ἅπτεσθαι αὐτοῦ, ὅτι δύναμις παρ’ αὐτοῦ ἐξήρχετο καὶ ἰᾶτο πάντας.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6 . 20]</w:t>
      </w:r>
    </w:p>
    <w:p>
      <w:r>
        <w:rPr>
          <w:rFonts w:ascii="Gentium Plus" w:hAnsi="Gentium Plus"/>
          <w:sz w:val="24"/>
        </w:rPr>
        <w:t>Καὶ αὐτὸς ἐπάρας τοὺς ὀφθαλμοὺς αὐτοῦ εἰς τοὺς μαθητὰς αὐτοῦ ἔλεγεν, Μακάριοι οἱ πτωχοί,</w:t>
      </w:r>
    </w:p>
    <w:p>
      <w:r>
        <w:rPr>
          <w:rFonts w:ascii="Courier New" w:hAnsi="Courier New"/>
          <w:color w:val="555555"/>
          <w:sz w:val="20"/>
        </w:rPr>
        <w:t>[Luc . 6 . 21]</w:t>
      </w:r>
    </w:p>
    <w:p>
      <w:r>
        <w:rPr>
          <w:rFonts w:ascii="Gentium Plus" w:hAnsi="Gentium Plus"/>
          <w:sz w:val="24"/>
        </w:rPr>
        <w:t>μακάριοι οἱ πεινῶντες νῦν, ὅτι χορτασθήσεσθε. μακάριοι οἱ κλαίοντες νῦν, ὅτι γελάσετε.</w:t>
      </w:r>
    </w:p>
    <w:p>
      <w:r>
        <w:rPr>
          <w:rFonts w:ascii="Courier New" w:hAnsi="Courier New"/>
          <w:color w:val="555555"/>
          <w:sz w:val="20"/>
        </w:rPr>
        <w:t>[Luc . 6 . 22]</w:t>
      </w:r>
    </w:p>
    <w:p>
      <w:r>
        <w:rPr>
          <w:rFonts w:ascii="Gentium Plus" w:hAnsi="Gentium Plus"/>
          <w:sz w:val="24"/>
        </w:rPr>
        <w:t>μακάριοί ἐστε ὅταν μισήσωσιν ὑμᾶς οἱ ἄνθρωποι, καὶ ὅταν ἀφορίσωσιν ὑμᾶς καὶ ὀνειδίσωσιν καὶ ἐκβάλωσιν τὸ ὄνομα ὑμῶν ὡς πονηρὸν ἕνεκα τοῦ υἱοῦ τοῦ ἀνθρώπου·</w:t>
      </w:r>
    </w:p>
    <w:p>
      <w:r>
        <w:rPr>
          <w:rFonts w:ascii="Courier New" w:hAnsi="Courier New"/>
          <w:color w:val="555555"/>
          <w:sz w:val="20"/>
        </w:rPr>
        <w:t>[Luc . 6 . 23]</w:t>
      </w:r>
    </w:p>
    <w:p>
      <w:r>
        <w:rPr>
          <w:rFonts w:ascii="Gentium Plus" w:hAnsi="Gentium Plus"/>
          <w:sz w:val="24"/>
        </w:rPr>
        <w:t>χάρητε ἐν ἐκείνῃ τῇ ἡμέρᾳ καὶ σκιρτήσατε, ἰδοὺ γὰρ ὁ μισθὸς ὑμῶν πολὺς ἐν τῷ οὐρανῷ· κατὰ τὰ αὐτὰ γὰρ ἐποίουν τοῖς προφήταις οἱ πατέρες αὐτῶν.</w:t>
      </w:r>
    </w:p>
    <w:p>
      <w:r>
        <w:rPr>
          <w:rFonts w:ascii="Courier New" w:hAnsi="Courier New"/>
          <w:color w:val="555555"/>
          <w:sz w:val="20"/>
        </w:rPr>
        <w:t>[Luc . 6 . 24]</w:t>
      </w:r>
    </w:p>
    <w:p>
      <w:r>
        <w:rPr>
          <w:rFonts w:ascii="Gentium Plus" w:hAnsi="Gentium Plus"/>
          <w:sz w:val="24"/>
        </w:rPr>
        <w:t>Πλὴν οὐαὶ ὑμῖν τοῖς πλουσίοις, ὅτι ἀπέχετε τὴν παράκλησιν ὑμῶν.</w:t>
      </w:r>
    </w:p>
    <w:p>
      <w:r>
        <w:rPr>
          <w:rFonts w:ascii="Courier New" w:hAnsi="Courier New"/>
          <w:color w:val="555555"/>
          <w:sz w:val="20"/>
        </w:rPr>
        <w:t>[Luc . 6 . 25]</w:t>
      </w:r>
    </w:p>
    <w:p>
      <w:r>
        <w:rPr>
          <w:rFonts w:ascii="Gentium Plus" w:hAnsi="Gentium Plus"/>
          <w:sz w:val="24"/>
        </w:rPr>
        <w:t>οὐαὶ ὑμῖν, οἱ ἐμπεπλησμένοι νῦν, ὅτι πεινάσετε. οὐαί, οἱ γελῶντες νῦν, ὅτι πενθήσετε καὶ κλαύσετε.</w:t>
      </w:r>
    </w:p>
    <w:p>
      <w:r>
        <w:rPr>
          <w:rFonts w:ascii="Courier New" w:hAnsi="Courier New"/>
          <w:color w:val="555555"/>
          <w:sz w:val="20"/>
        </w:rPr>
        <w:t>[Luc . 6 . 26]</w:t>
      </w:r>
    </w:p>
    <w:p>
      <w:r>
        <w:rPr>
          <w:rFonts w:ascii="Gentium Plus" w:hAnsi="Gentium Plus"/>
          <w:sz w:val="24"/>
        </w:rPr>
        <w:t>οὐαὶ ὅταν ὑμᾶς καλῶς εἴπωσιν πάντες οἱ ἄνθρωποι, κατὰ τὰ αὐτὰ γὰρ ἐποίουν τοῖς ψευδοπροφήταις οἱ πατέρες αὐτῶν.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6 . 27]</w:t>
      </w:r>
    </w:p>
    <w:p>
      <w:r>
        <w:rPr>
          <w:rFonts w:ascii="Gentium Plus" w:hAnsi="Gentium Plus"/>
          <w:sz w:val="24"/>
        </w:rPr>
        <w:t>Ἀλλὰ ὑμῖν λέγω τοῖς ἀκούουσιν, ἀγαπᾶτε τοὺς ἐχθροὺς ὑμῶν, καλῶς ποιεῖτε τοῖς μισοῦσιν ὑμᾶς,</w:t>
      </w:r>
    </w:p>
    <w:p>
      <w:r>
        <w:rPr>
          <w:rFonts w:ascii="Courier New" w:hAnsi="Courier New"/>
          <w:color w:val="555555"/>
          <w:sz w:val="20"/>
        </w:rPr>
        <w:t>[Luc . 6 . 28]</w:t>
      </w:r>
    </w:p>
    <w:p>
      <w:r>
        <w:rPr>
          <w:rFonts w:ascii="Gentium Plus" w:hAnsi="Gentium Plus"/>
          <w:sz w:val="24"/>
        </w:rPr>
        <w:t>εὐλο‐ γεῖτε τοὺς καταρωμένους ὑμᾶς, προσεύχεσθε περὶ τῶν ἐπηρεαζόντων ὑμᾶς.</w:t>
      </w:r>
    </w:p>
    <w:p>
      <w:r>
        <w:rPr>
          <w:rFonts w:ascii="Courier New" w:hAnsi="Courier New"/>
          <w:color w:val="555555"/>
          <w:sz w:val="20"/>
        </w:rPr>
        <w:t>[Luc . 6 . 29]</w:t>
      </w:r>
    </w:p>
    <w:p>
      <w:r>
        <w:rPr>
          <w:rFonts w:ascii="Gentium Plus" w:hAnsi="Gentium Plus"/>
          <w:sz w:val="24"/>
        </w:rPr>
        <w:t>τῷ τύπτοντί σε ἐπὶ τὴν σιαγόνα</w:t>
      </w:r>
    </w:p>
    <w:p>
      <w:r>
        <w:rPr>
          <w:rFonts w:ascii="Courier New" w:hAnsi="Courier New"/>
          <w:color w:val="555555"/>
          <w:sz w:val="20"/>
        </w:rPr>
        <w:t>[Luc . 6 . 30]</w:t>
      </w:r>
    </w:p>
    <w:p>
      <w:r>
        <w:rPr>
          <w:rFonts w:ascii="Gentium Plus" w:hAnsi="Gentium Plus"/>
          <w:sz w:val="24"/>
        </w:rPr>
        <w:t>παντὶ αἰτοῦντί σε δίδου, καὶ ἀπὸ τοῦ αἴροντος τὰ σὰ μὴ ἀπαίτει.</w:t>
      </w:r>
    </w:p>
    <w:p>
      <w:r>
        <w:rPr>
          <w:rFonts w:ascii="Courier New" w:hAnsi="Courier New"/>
          <w:color w:val="555555"/>
          <w:sz w:val="20"/>
        </w:rPr>
        <w:t>[Luc . 6 . 31]</w:t>
      </w:r>
    </w:p>
    <w:p>
      <w:r>
        <w:rPr>
          <w:rFonts w:ascii="Gentium Plus" w:hAnsi="Gentium Plus"/>
          <w:sz w:val="24"/>
        </w:rPr>
        <w:t>καὶ καθὼς θέλετε ἵνα ποιῶσιν ὑμῖν οἱ ἄνθρωποι, ποιεῖτε αὐτοῖς ὁμοίως.</w:t>
      </w:r>
    </w:p>
    <w:p>
      <w:r>
        <w:rPr>
          <w:rFonts w:ascii="Courier New" w:hAnsi="Courier New"/>
          <w:color w:val="555555"/>
          <w:sz w:val="20"/>
        </w:rPr>
        <w:t>[Luc . 6 . 32]</w:t>
      </w:r>
    </w:p>
    <w:p>
      <w:r>
        <w:rPr>
          <w:rFonts w:ascii="Gentium Plus" w:hAnsi="Gentium Plus"/>
          <w:sz w:val="24"/>
        </w:rPr>
        <w:t>καὶ εἰ ἀγαπᾶτε τοὺς ἀγαπῶντας ὑμᾶς, ποία ὑμῖν χάρις ἐστίν; καὶ γὰρ οἱ ἁμαρτωλοὶ τοὺς ἀγαπῶντας αὐτοὺς ἀγαπῶσιν.</w:t>
      </w:r>
    </w:p>
    <w:p>
      <w:r>
        <w:rPr>
          <w:rFonts w:ascii="Courier New" w:hAnsi="Courier New"/>
          <w:color w:val="555555"/>
          <w:sz w:val="20"/>
        </w:rPr>
        <w:t>[Luc . 6 . 33]</w:t>
      </w:r>
    </w:p>
    <w:p>
      <w:r>
        <w:rPr>
          <w:rFonts w:ascii="Gentium Plus" w:hAnsi="Gentium Plus"/>
          <w:sz w:val="24"/>
        </w:rPr>
        <w:t>καὶ [γὰρ] ἐὰν ἀγαθοποιῆτε τοὺς ἀγαθοποιοῦντας ὑμᾶς, ποία ὑμῖν χάρις ἐστίν; καὶ οἱ ἁμαρτωλοὶ τὸ αὐτὸ ποιοῦσιν.</w:t>
      </w:r>
    </w:p>
    <w:p>
      <w:r>
        <w:rPr>
          <w:rFonts w:ascii="Courier New" w:hAnsi="Courier New"/>
          <w:color w:val="555555"/>
          <w:sz w:val="20"/>
        </w:rPr>
        <w:t>[Luc . 6 . 34]</w:t>
      </w:r>
    </w:p>
    <w:p>
      <w:r>
        <w:rPr>
          <w:rFonts w:ascii="Gentium Plus" w:hAnsi="Gentium Plus"/>
          <w:sz w:val="24"/>
        </w:rPr>
        <w:t>καὶ ἐὰν δανίσητε παρ’ ὧν ἐλπίζετε λαβεῖν, ποία ὑμῖν χάρις [ἐστίν]; καὶ ἁμαρτωλοὶ ἁμαρτωλοῖς δανείζουσιν ἵνα ἀπολάβωσιν τὰ ἴσα.</w:t>
      </w:r>
    </w:p>
    <w:p>
      <w:r>
        <w:rPr>
          <w:rFonts w:ascii="Courier New" w:hAnsi="Courier New"/>
          <w:color w:val="555555"/>
          <w:sz w:val="20"/>
        </w:rPr>
        <w:t>[Luc . 6 . 35]</w:t>
      </w:r>
    </w:p>
    <w:p>
      <w:r>
        <w:rPr>
          <w:rFonts w:ascii="Gentium Plus" w:hAnsi="Gentium Plus"/>
          <w:sz w:val="24"/>
        </w:rPr>
        <w:t>πλὴν ἀγαπᾶτε τοὺς ἐχθροὺς ὑμῶν καὶ ἀγαθοποιεῖτε καὶ δανείζετε μηδὲν ἀπελπίζοντες· καὶ ἔσται ὁ μισθὸς ὑμῶν πολύς, καὶ ἔσεσθε υἱοὶ ὑψίστου, ὅτι αὐτὸς χρηστός ἐστιν ἐπὶ τοὺς ἀχαρίστους καὶ πονη‐</w:t>
      </w:r>
    </w:p>
    <w:p>
      <w:r>
        <w:rPr>
          <w:rFonts w:ascii="Courier New" w:hAnsi="Courier New"/>
          <w:color w:val="555555"/>
          <w:sz w:val="20"/>
        </w:rPr>
        <w:t>[5]</w:t>
      </w:r>
    </w:p>
    <w:p>
      <w:r>
        <w:rPr>
          <w:rFonts w:ascii="Gentium Plus" w:hAnsi="Gentium Plus"/>
          <w:sz w:val="24"/>
        </w:rPr>
        <w:t>ρούς.</w:t>
      </w:r>
    </w:p>
    <w:p>
      <w:r>
        <w:rPr>
          <w:rFonts w:ascii="Courier New" w:hAnsi="Courier New"/>
          <w:color w:val="555555"/>
          <w:sz w:val="20"/>
        </w:rPr>
        <w:t>[Luc . 6 . 36]</w:t>
      </w:r>
    </w:p>
    <w:p>
      <w:r>
        <w:rPr>
          <w:rFonts w:ascii="Gentium Plus" w:hAnsi="Gentium Plus"/>
          <w:sz w:val="24"/>
        </w:rPr>
        <w:t>Γίνεσθε οἰκτίρμονες καθὼς [καὶ] ὁ πατὴρ ὑμῶν οἰκτίρμων ἐστίν.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6 . 37]</w:t>
      </w:r>
    </w:p>
    <w:p>
      <w:r>
        <w:rPr>
          <w:rFonts w:ascii="Gentium Plus" w:hAnsi="Gentium Plus"/>
          <w:sz w:val="24"/>
        </w:rPr>
        <w:t>Καὶ μὴ κρίνετε, καὶ οὐ μὴ κριθῆτε· καὶ μὴ κατα‐</w:t>
      </w:r>
    </w:p>
    <w:p>
      <w:r>
        <w:rPr>
          <w:rFonts w:ascii="Courier New" w:hAnsi="Courier New"/>
          <w:color w:val="555555"/>
          <w:sz w:val="20"/>
        </w:rPr>
        <w:t>[Luc . 6 . 38]</w:t>
      </w:r>
    </w:p>
    <w:p>
      <w:r>
        <w:rPr>
          <w:rFonts w:ascii="Gentium Plus" w:hAnsi="Gentium Plus"/>
          <w:sz w:val="24"/>
        </w:rPr>
        <w:t>δίδοτε, καὶ δοθήσεται ὑμῖν· μέτρον καλὸν πεπιεσμένον σεσαλευμένον ὑπερεκχυννόμενον δώ‐ σουσιν εἰς τὸν κόλπον ὑμῶν· ᾧ γὰρ μέτρῳ μετρεῖτε ἀντιμετρηθήσεται ὑμῖν.</w:t>
      </w:r>
    </w:p>
    <w:p>
      <w:r>
        <w:rPr>
          <w:rFonts w:ascii="Courier New" w:hAnsi="Courier New"/>
          <w:color w:val="555555"/>
          <w:sz w:val="20"/>
        </w:rPr>
        <w:t>[Luc . 6 . 39]</w:t>
      </w:r>
    </w:p>
    <w:p>
      <w:r>
        <w:rPr>
          <w:rFonts w:ascii="Gentium Plus" w:hAnsi="Gentium Plus"/>
          <w:sz w:val="24"/>
        </w:rPr>
        <w:t>Εἶπεν δὲ καὶ παραβολὴν αὐτοῖς· Μήτι δύναται τυφλὸς τυφλὸν ὁδηγεῖν; οὐχὶ ἀμφότεροι εἰς βόθυνον ἐμπεσοῦνται;</w:t>
      </w:r>
    </w:p>
    <w:p>
      <w:r>
        <w:rPr>
          <w:rFonts w:ascii="Courier New" w:hAnsi="Courier New"/>
          <w:color w:val="555555"/>
          <w:sz w:val="20"/>
        </w:rPr>
        <w:t>[Luc . 6 . 40]</w:t>
      </w:r>
    </w:p>
    <w:p>
      <w:r>
        <w:rPr>
          <w:rFonts w:ascii="Gentium Plus" w:hAnsi="Gentium Plus"/>
          <w:sz w:val="24"/>
        </w:rPr>
        <w:t>οὐκ ἔστιν μαθη‐ τὴς ὑπὲρ τὸν διδάσκαλον, κατηρτισμένος δὲ πᾶς ἔσται ὡς ὁ διδάσκαλος αὐτοῦ.</w:t>
      </w:r>
    </w:p>
    <w:p>
      <w:r>
        <w:rPr>
          <w:rFonts w:ascii="Courier New" w:hAnsi="Courier New"/>
          <w:color w:val="555555"/>
          <w:sz w:val="20"/>
        </w:rPr>
        <w:t>[Luc . 6 . 41]</w:t>
      </w:r>
    </w:p>
    <w:p>
      <w:r>
        <w:rPr>
          <w:rFonts w:ascii="Gentium Plus" w:hAnsi="Gentium Plus"/>
          <w:sz w:val="24"/>
        </w:rPr>
        <w:t>Τί δὲ βλέπεις τὸ κάρφος τὸ ἐν τῷ ὀφθαλμῷ τοῦ ἀδελφοῦ σου, τὴν δὲ δοκὸν τὴν ἐν τῷ ἰδίῳ ὀφθαλμῷ οὐ κατανοεῖς;</w:t>
      </w:r>
    </w:p>
    <w:p>
      <w:r>
        <w:rPr>
          <w:rFonts w:ascii="Courier New" w:hAnsi="Courier New"/>
          <w:color w:val="555555"/>
          <w:sz w:val="20"/>
        </w:rPr>
        <w:t>[Luc . 6 . 42]</w:t>
      </w:r>
    </w:p>
    <w:p>
      <w:r>
        <w:rPr>
          <w:rFonts w:ascii="Gentium Plus" w:hAnsi="Gentium Plus"/>
          <w:sz w:val="24"/>
        </w:rPr>
        <w:t>πῶς δύνασαι λέγειν τῷ ἀδελφῷ σου, Ἀδελφέ, ἄφες ἐκβάλω τὸ κάρφος τὸ ἐν τῷ ὀφθαλμῷ σου, αὐτὸς τὴν ἐν τῷ ὀφθαλμῷ σοῦ δοκὸν οὐ βλέπων; ὑποκριτά, ἔκβαλε πρῶτον τὴν δοκὸν</w:t>
      </w:r>
    </w:p>
    <w:p>
      <w:r>
        <w:rPr>
          <w:rFonts w:ascii="Courier New" w:hAnsi="Courier New"/>
          <w:color w:val="555555"/>
          <w:sz w:val="20"/>
        </w:rPr>
        <w:t>[5]</w:t>
      </w:r>
    </w:p>
    <w:p>
      <w:r>
        <w:rPr>
          <w:rFonts w:ascii="Gentium Plus" w:hAnsi="Gentium Plus"/>
          <w:sz w:val="24"/>
        </w:rPr>
        <w:t>ἐκ τοῦ ὀφθαλμοῦ σοῦ, καὶ τότε διαβλέψεις τὸ κάρφος τὸ ἐν τῷ ὀφθαλμῷ τοῦ ἀδελφοῦ σου ἐκβαλεῖν.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[Luc . 6 . 43]</w:t>
      </w:r>
    </w:p>
    <w:p>
      <w:r>
        <w:rPr>
          <w:rFonts w:ascii="Gentium Plus" w:hAnsi="Gentium Plus"/>
          <w:sz w:val="24"/>
        </w:rPr>
        <w:t>Οὐ γάρ ἐστιν δένδρον καλὸν ποιοῦν καρπὸν σαπρόν, οὐδὲ πάλιν δένδρον σαπρὸν ποιοῦν καρπὸν καλόν.</w:t>
      </w:r>
    </w:p>
    <w:p>
      <w:r>
        <w:rPr>
          <w:rFonts w:ascii="Courier New" w:hAnsi="Courier New"/>
          <w:color w:val="555555"/>
          <w:sz w:val="20"/>
        </w:rPr>
        <w:t>[Luc . 6 . 44]</w:t>
      </w:r>
    </w:p>
    <w:p>
      <w:r>
        <w:rPr>
          <w:rFonts w:ascii="Gentium Plus" w:hAnsi="Gentium Plus"/>
          <w:sz w:val="24"/>
        </w:rPr>
        <w:t>ἕκα‐ στον γὰρ δένδρον ἐκ τοῦ ἰδίου καρποῦ γινώσκεται· οὐ γὰρ ἐξ ἀκανθῶν συλλέγουσιν σῦκα, οὐδὲ ἐκ βάτου σταφυλὴν τρυγῶσιν.</w:t>
      </w:r>
    </w:p>
    <w:p>
      <w:r>
        <w:rPr>
          <w:rFonts w:ascii="Courier New" w:hAnsi="Courier New"/>
          <w:color w:val="555555"/>
          <w:sz w:val="20"/>
        </w:rPr>
        <w:t>[Luc . 6 . 45]</w:t>
      </w:r>
    </w:p>
    <w:p>
      <w:r>
        <w:rPr>
          <w:rFonts w:ascii="Gentium Plus" w:hAnsi="Gentium Plus"/>
          <w:sz w:val="24"/>
        </w:rPr>
        <w:t>ὁ ἀγαθὸς ἄνθρωπος ἐκ τοῦ</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6 . 46]</w:t>
      </w:r>
    </w:p>
    <w:p>
      <w:r>
        <w:rPr>
          <w:rFonts w:ascii="Gentium Plus" w:hAnsi="Gentium Plus"/>
          <w:sz w:val="24"/>
        </w:rPr>
        <w:t>Τί δέ με καλεῖτε, Κύριε κύριε, καὶ οὐ ποιεῖτε ἃ λέγω;</w:t>
      </w:r>
    </w:p>
    <w:p>
      <w:r>
        <w:rPr>
          <w:rFonts w:ascii="Courier New" w:hAnsi="Courier New"/>
          <w:color w:val="555555"/>
          <w:sz w:val="20"/>
        </w:rPr>
        <w:t>[Luc . 6 . 47]</w:t>
      </w:r>
    </w:p>
    <w:p>
      <w:r>
        <w:rPr>
          <w:rFonts w:ascii="Gentium Plus" w:hAnsi="Gentium Plus"/>
          <w:sz w:val="24"/>
        </w:rPr>
        <w:t>πᾶς ὁ ἐρχόμενος πρός με καὶ ἀκούων μου τῶν λόγων καὶ ποιῶν αὐτούς, ὑποδείξω ὑμῖν τίνι ἐστὶν ὅμοιος·</w:t>
      </w:r>
    </w:p>
    <w:p>
      <w:r>
        <w:rPr>
          <w:rFonts w:ascii="Courier New" w:hAnsi="Courier New"/>
          <w:color w:val="555555"/>
          <w:sz w:val="20"/>
        </w:rPr>
        <w:t>[Luc . 6 . 48]</w:t>
      </w:r>
    </w:p>
    <w:p>
      <w:r>
        <w:rPr>
          <w:rFonts w:ascii="Gentium Plus" w:hAnsi="Gentium Plus"/>
          <w:sz w:val="24"/>
        </w:rPr>
        <w:t>ὅμοιός ἐστιν ἀνθρώπῳ οἰκοδομοῦντι οἰκίαν ὃς ἔσκαψεν καὶ ἐβάθυνεν καὶ ἔθηκεν θεμέλιον ἐπὶ τὴν πέτραν· πλημμύρης δὲ γενομένης προσέρηξεν ὁ ποταμὸς τῇ οἰκίᾳ ἐκείνῃ, καὶ οὐκ ἴσχυσεν σαλεῦσαι αὐτὴν διὰ τὸ</w:t>
      </w:r>
    </w:p>
    <w:p>
      <w:r>
        <w:rPr>
          <w:rFonts w:ascii="Courier New" w:hAnsi="Courier New"/>
          <w:color w:val="555555"/>
          <w:sz w:val="20"/>
        </w:rPr>
        <w:t>[5]</w:t>
      </w:r>
    </w:p>
    <w:p>
      <w:r>
        <w:rPr>
          <w:rFonts w:ascii="Gentium Plus" w:hAnsi="Gentium Plus"/>
          <w:sz w:val="24"/>
        </w:rPr>
        <w:t>καλῶς οἰκοδομῆσθαι αὐτήν.</w:t>
      </w:r>
    </w:p>
    <w:p>
      <w:r>
        <w:rPr>
          <w:rFonts w:ascii="Courier New" w:hAnsi="Courier New"/>
          <w:color w:val="555555"/>
          <w:sz w:val="20"/>
        </w:rPr>
        <w:t>[Luc . 6 . 49]</w:t>
      </w:r>
    </w:p>
    <w:p>
      <w:r>
        <w:rPr>
          <w:rFonts w:ascii="Gentium Plus" w:hAnsi="Gentium Plus"/>
          <w:sz w:val="24"/>
        </w:rPr>
        <w:t>ὁ δὲ ἀκούσας καὶ μὴ ποιήσας ὅμοιός ἐστιν ἀνθρώπῳ οἰκοδομήσαντι οἰκίαν ἐπὶ τὴν γῆν χωρὶς θεμελίου, ᾗ προσέρηξεν ὁ ποταμός, καὶ εὐθὺς συνέπεσεν, καὶ ἐγένετο τὸ ῥῆγμα τῆς οἰκίας</w:t>
      </w:r>
    </w:p>
    <w:p>
      <w:r>
        <w:rPr>
          <w:rFonts w:ascii="Courier New" w:hAnsi="Courier New"/>
          <w:color w:val="555555"/>
          <w:sz w:val="20"/>
        </w:rPr>
        <w:t>[5]</w:t>
      </w:r>
    </w:p>
    <w:p>
      <w:r>
        <w:rPr>
          <w:rFonts w:ascii="Gentium Plus" w:hAnsi="Gentium Plus"/>
          <w:sz w:val="24"/>
        </w:rPr>
        <w:t>ἐκείνης μέγα.</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[Luc . 7 . 1]</w:t>
      </w:r>
    </w:p>
    <w:p>
      <w:r>
        <w:rPr>
          <w:rFonts w:ascii="Gentium Plus" w:hAnsi="Gentium Plus"/>
          <w:sz w:val="24"/>
        </w:rPr>
        <w:t>Ἐπειδὴ ἐπλήρωσεν πάντα τὰ ῥήματα αὐτοῦ εἰς τὰς ἀκοὰς τοῦ λαοῦ, εἰσῆλθεν εἰς Καφαρναούμ.</w:t>
      </w:r>
    </w:p>
    <w:p>
      <w:r>
        <w:rPr>
          <w:rFonts w:ascii="Courier New" w:hAnsi="Courier New"/>
          <w:color w:val="555555"/>
          <w:sz w:val="20"/>
        </w:rPr>
        <w:t>[Luc . 7 . 2]</w:t>
      </w:r>
    </w:p>
    <w:p>
      <w:r>
        <w:rPr>
          <w:rFonts w:ascii="Gentium Plus" w:hAnsi="Gentium Plus"/>
          <w:sz w:val="24"/>
        </w:rPr>
        <w:t>Ἑκατον‐ τάρχου δέ τινος δοῦλος κακῶς ἔχων ἤμελλεν τελευτᾶν, ὃς ἦν αὐτῷ ἔντιμος.</w:t>
      </w:r>
    </w:p>
    <w:p>
      <w:r>
        <w:rPr>
          <w:rFonts w:ascii="Courier New" w:hAnsi="Courier New"/>
          <w:color w:val="555555"/>
          <w:sz w:val="20"/>
        </w:rPr>
        <w:t>[Luc . 7 . 3]</w:t>
      </w:r>
    </w:p>
    <w:p>
      <w:r>
        <w:rPr>
          <w:rFonts w:ascii="Gentium Plus" w:hAnsi="Gentium Plus"/>
          <w:sz w:val="24"/>
        </w:rPr>
        <w:t>ἀκούσας δὲ περὶ τοῦ Ἰησοῦ ἀπέστειλεν πρὸς αὐτὸν πρεσβυτέρους τῶν Ἰουδαίων, ἐρωτῶν αὐτὸν ὅπως ἐλθὼν διασώσῃ τὸν δοῦλον αὐτοῦ.</w:t>
      </w:r>
    </w:p>
    <w:p>
      <w:r>
        <w:rPr>
          <w:rFonts w:ascii="Courier New" w:hAnsi="Courier New"/>
          <w:color w:val="555555"/>
          <w:sz w:val="20"/>
        </w:rPr>
        <w:t>[Luc . 7 . 4]</w:t>
      </w:r>
    </w:p>
    <w:p>
      <w:r>
        <w:rPr>
          <w:rFonts w:ascii="Gentium Plus" w:hAnsi="Gentium Plus"/>
          <w:sz w:val="24"/>
        </w:rPr>
        <w:t>οἱ δὲ παραγενόμενοι πρὸς τὸν Ἰησοῦν παρεκάλουν αὐτὸν σπουδαίως, λέγοντες ὅτι Ἄξιός ἐστιν ᾧ παρέξῃ τοῦτο,</w:t>
      </w:r>
    </w:p>
    <w:p>
      <w:r>
        <w:rPr>
          <w:rFonts w:ascii="Courier New" w:hAnsi="Courier New"/>
          <w:color w:val="555555"/>
          <w:sz w:val="20"/>
        </w:rPr>
        <w:t>[Luc . 7 . 5]</w:t>
      </w:r>
    </w:p>
    <w:p>
      <w:r>
        <w:rPr>
          <w:rFonts w:ascii="Gentium Plus" w:hAnsi="Gentium Plus"/>
          <w:sz w:val="24"/>
        </w:rPr>
        <w:t>ἀγαπᾷ γὰρ τὸ ἔθνος ἡμῶν καὶ τὴν συναγωγὴν αὐτὸς ᾠκοδόμησεν ἡμῖν.</w:t>
      </w:r>
    </w:p>
    <w:p>
      <w:r>
        <w:rPr>
          <w:rFonts w:ascii="Courier New" w:hAnsi="Courier New"/>
          <w:color w:val="555555"/>
          <w:sz w:val="20"/>
        </w:rPr>
        <w:t>[Luc . 7 . 6]</w:t>
      </w:r>
    </w:p>
    <w:p>
      <w:r>
        <w:rPr>
          <w:rFonts w:ascii="Gentium Plus" w:hAnsi="Gentium Plus"/>
          <w:sz w:val="24"/>
        </w:rPr>
        <w:t>ὁ δὲ Ἰησοῦς ἐπορεύετο σὺν αὐτοῖς. ἤδη δὲ αὐτοῦ οὐ μακρὰν ἀπέχοντος ἀπὸ τῆς οἰκίας ἔπεμψεν φίλους ὁ ἑκατοντάρχης λέγων αὐτῷ, Κύριε, μὴ σκύλλου, οὐ γὰρ ἱκανός εἰμι ἵνα ὑπὸ τὴν</w:t>
      </w:r>
    </w:p>
    <w:p>
      <w:r>
        <w:rPr>
          <w:rFonts w:ascii="Courier New" w:hAnsi="Courier New"/>
          <w:color w:val="555555"/>
          <w:sz w:val="20"/>
        </w:rPr>
        <w:t>[5]</w:t>
      </w:r>
    </w:p>
    <w:p>
      <w:r>
        <w:rPr>
          <w:rFonts w:ascii="Gentium Plus" w:hAnsi="Gentium Plus"/>
          <w:sz w:val="24"/>
        </w:rPr>
        <w:t>στέγην μου εἰσέλθῃς·</w:t>
      </w:r>
    </w:p>
    <w:p>
      <w:r>
        <w:rPr>
          <w:rFonts w:ascii="Courier New" w:hAnsi="Courier New"/>
          <w:color w:val="555555"/>
          <w:sz w:val="20"/>
        </w:rPr>
        <w:t>[Luc . 7 . 7]</w:t>
      </w:r>
    </w:p>
    <w:p>
      <w:r>
        <w:rPr>
          <w:rFonts w:ascii="Gentium Plus" w:hAnsi="Gentium Plus"/>
          <w:sz w:val="24"/>
        </w:rPr>
        <w:t>διὸ οὐδὲ ἐμαυτὸν ἠξίωσα πρὸς σὲ ἐλθεῖν· ἀλλὰ εἰπὲ λόγῳ, καὶ ἰαθήτω ὁ παῖς μου.</w:t>
      </w:r>
    </w:p>
    <w:p>
      <w:r>
        <w:rPr>
          <w:rFonts w:ascii="Courier New" w:hAnsi="Courier New"/>
          <w:color w:val="555555"/>
          <w:sz w:val="20"/>
        </w:rPr>
        <w:t>[Luc . 7 . 8]</w:t>
      </w:r>
    </w:p>
    <w:p>
      <w:r>
        <w:rPr>
          <w:rFonts w:ascii="Gentium Plus" w:hAnsi="Gentium Plus"/>
          <w:sz w:val="24"/>
        </w:rPr>
        <w:t>καὶ γὰρ ἐγὼ ἄνθρωπός εἰμι ὑπὸ ἐξουσίαν τασσόμενος, ἔχων ὑπ’ ἐμαυτὸν στρατιώτας, καὶ λέγω τούτῳ, Πορεύ‐ θητι, καὶ πορεύεται, καὶ ἄλλῳ, Ἔρχου, καὶ ἔρχεται, καὶ τῷ δούλῳ μου, Ποίησον τοῦτο, καὶ ποιεῖ.</w:t>
      </w:r>
    </w:p>
    <w:p>
      <w:r>
        <w:rPr>
          <w:rFonts w:ascii="Courier New" w:hAnsi="Courier New"/>
          <w:color w:val="555555"/>
          <w:sz w:val="20"/>
        </w:rPr>
        <w:t>[Luc . 7 . 9]</w:t>
      </w:r>
    </w:p>
    <w:p>
      <w:r>
        <w:rPr>
          <w:rFonts w:ascii="Gentium Plus" w:hAnsi="Gentium Plus"/>
          <w:sz w:val="24"/>
        </w:rPr>
        <w:t>ἀκούσας δὲ ταῦτα ὁ Ἰησοῦς ἐθαύμασεν αὐτόν, καὶ στραφεὶς τῷ ἀκολουθοῦντι αὐτῷ ὄχλῳ εἶπεν, Λέγω ὑμῖν, οὐδὲ ἐν τῷ Ἰσραὴλ τοσαύτην πίστιν εὗρον.</w:t>
      </w:r>
    </w:p>
    <w:p>
      <w:r>
        <w:rPr>
          <w:rFonts w:ascii="Courier New" w:hAnsi="Courier New"/>
          <w:color w:val="555555"/>
          <w:sz w:val="20"/>
        </w:rPr>
        <w:t>[Luc . 7 . 10]</w:t>
      </w:r>
    </w:p>
    <w:p>
      <w:r>
        <w:rPr>
          <w:rFonts w:ascii="Gentium Plus" w:hAnsi="Gentium Plus"/>
          <w:sz w:val="24"/>
        </w:rPr>
        <w:t>καὶ ὑποστρέψαντες εἰς τὸν οἶκον οἱ πεμφθέντες εὗρον τὸν δοῦλον ὑγιαίνοντα.</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7 . 11]</w:t>
      </w:r>
    </w:p>
    <w:p>
      <w:r>
        <w:rPr>
          <w:rFonts w:ascii="Gentium Plus" w:hAnsi="Gentium Plus"/>
          <w:sz w:val="24"/>
        </w:rPr>
        <w:t>Καὶ ἐγένετο ἐν τῷ ἑξῆς ἐπορεύθη εἰς πόλιν καλου‐</w:t>
      </w:r>
    </w:p>
    <w:p>
      <w:r>
        <w:rPr>
          <w:rFonts w:ascii="Courier New" w:hAnsi="Courier New"/>
          <w:color w:val="555555"/>
          <w:sz w:val="20"/>
        </w:rPr>
        <w:t>[Luc . 7 . 12]</w:t>
      </w:r>
    </w:p>
    <w:p>
      <w:r>
        <w:rPr>
          <w:rFonts w:ascii="Gentium Plus" w:hAnsi="Gentium Plus"/>
          <w:sz w:val="24"/>
        </w:rPr>
        <w:t>ὡς δὲ ἤγγισεν τῇ πύλῃ τῆς πόλεως, καὶ ἰδοὺ ἐξεκομίζετο τεθνηκὼς μονογενὴς υἱὸς τῇ μητρὶ αὐτοῦ, καὶ αὐτὴ ἦν χήρα, καὶ ὄχλος τῆς πόλεως ἱκανὸς ἦν σὺν αὐτῇ.</w:t>
      </w:r>
    </w:p>
    <w:p>
      <w:r>
        <w:rPr>
          <w:rFonts w:ascii="Courier New" w:hAnsi="Courier New"/>
          <w:color w:val="555555"/>
          <w:sz w:val="20"/>
        </w:rPr>
        <w:t>[Luc . 7 . 13]</w:t>
      </w:r>
    </w:p>
    <w:p>
      <w:r>
        <w:rPr>
          <w:rFonts w:ascii="Gentium Plus" w:hAnsi="Gentium Plus"/>
          <w:sz w:val="24"/>
        </w:rPr>
        <w:t>καὶ ἰδὼν αὐτὴν ὁ κύριος ἐσπλαγχνίσθη ἐπ’ αὐτῇ καὶ εἶπεν αὐτῇ, Μὴ κλαῖε.</w:t>
      </w:r>
    </w:p>
    <w:p>
      <w:r>
        <w:rPr>
          <w:rFonts w:ascii="Courier New" w:hAnsi="Courier New"/>
          <w:color w:val="555555"/>
          <w:sz w:val="20"/>
        </w:rPr>
        <w:t>[Luc . 7 . 14]</w:t>
      </w:r>
    </w:p>
    <w:p>
      <w:r>
        <w:rPr>
          <w:rFonts w:ascii="Gentium Plus" w:hAnsi="Gentium Plus"/>
          <w:sz w:val="24"/>
        </w:rPr>
        <w:t>καὶ προσελθὼν ἥψατο τῆς σοροῦ, οἱ δὲ βαστάζοντες ἔστησαν, καὶ εἶπεν, Νεανίσκε, σοὶ λέγω, ἐγέρθητι.</w:t>
      </w:r>
    </w:p>
    <w:p>
      <w:r>
        <w:rPr>
          <w:rFonts w:ascii="Courier New" w:hAnsi="Courier New"/>
          <w:color w:val="555555"/>
          <w:sz w:val="20"/>
        </w:rPr>
        <w:t>[Luc . 7 . 15]</w:t>
      </w:r>
    </w:p>
    <w:p>
      <w:r>
        <w:rPr>
          <w:rFonts w:ascii="Gentium Plus" w:hAnsi="Gentium Plus"/>
          <w:sz w:val="24"/>
        </w:rPr>
        <w:t>καὶ ἀνεκάθισεν ὁ νεκρὸς καὶ ἤρξατο λαλεῖν, καὶ ἔδωκεν αὐτὸν τῇ μητρὶ αὐτοῦ.</w:t>
      </w:r>
    </w:p>
    <w:p>
      <w:r>
        <w:rPr>
          <w:rFonts w:ascii="Courier New" w:hAnsi="Courier New"/>
          <w:color w:val="555555"/>
          <w:sz w:val="20"/>
        </w:rPr>
        <w:t>[Luc . 7 . 16]</w:t>
      </w:r>
    </w:p>
    <w:p>
      <w:r>
        <w:rPr>
          <w:rFonts w:ascii="Gentium Plus" w:hAnsi="Gentium Plus"/>
          <w:sz w:val="24"/>
        </w:rPr>
        <w:t>ἔλαβεν δὲ φόβος πάντας, καὶ ἐδόξαζον τὸν θεὸν λέγοντες ὅτι Προφήτης μέγας ἠγέρθη ἐν ἡμῖν, καὶ ὅτι Ἐπεσκέψατο ὁ θεὸς τὸν λαὸν αὐτοῦ.</w:t>
      </w:r>
    </w:p>
    <w:p>
      <w:r>
        <w:rPr>
          <w:rFonts w:ascii="Courier New" w:hAnsi="Courier New"/>
          <w:color w:val="555555"/>
          <w:sz w:val="20"/>
        </w:rPr>
        <w:t>[Luc . 7 . 17]</w:t>
      </w:r>
    </w:p>
    <w:p>
      <w:r>
        <w:rPr>
          <w:rFonts w:ascii="Gentium Plus" w:hAnsi="Gentium Plus"/>
          <w:sz w:val="24"/>
        </w:rPr>
        <w:t>καὶ ἐξῆλθεν ὁ λόγος οὗτος ἐν ὅλῃ τῇ Ἰουδαίᾳ περὶ αὐτοῦ καὶ πάσῃ τῇ περιχώρῳ.</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7 . 18]</w:t>
      </w:r>
    </w:p>
    <w:p>
      <w:r>
        <w:rPr>
          <w:rFonts w:ascii="Gentium Plus" w:hAnsi="Gentium Plus"/>
          <w:sz w:val="24"/>
        </w:rPr>
        <w:t>Καὶ ἀπήγγειλαν Ἰωάννῃ οἱ μαθηταὶ αὐτοῦ περὶ πάντων τούτων. καὶ προσκαλεσάμενος δύο τινὰς τῶν μαθητῶν αὐτοῦ ὁ Ἰωάννης</w:t>
      </w:r>
    </w:p>
    <w:p>
      <w:r>
        <w:rPr>
          <w:rFonts w:ascii="Courier New" w:hAnsi="Courier New"/>
          <w:color w:val="555555"/>
          <w:sz w:val="20"/>
        </w:rPr>
        <w:t>[Luc . 7 . 19]</w:t>
      </w:r>
    </w:p>
    <w:p>
      <w:r>
        <w:rPr>
          <w:rFonts w:ascii="Gentium Plus" w:hAnsi="Gentium Plus"/>
          <w:sz w:val="24"/>
        </w:rPr>
        <w:t>ἔπεμψεν πρὸς τὸν κύριον λέγων, Σὺ εἶ ὁ ἐρχόμενος ἢ ἄλλον προσδοκῶμεν;</w:t>
      </w:r>
    </w:p>
    <w:p>
      <w:r>
        <w:rPr>
          <w:rFonts w:ascii="Courier New" w:hAnsi="Courier New"/>
          <w:color w:val="555555"/>
          <w:sz w:val="20"/>
        </w:rPr>
        <w:t>[Luc . 7 . 20]</w:t>
      </w:r>
    </w:p>
    <w:p>
      <w:r>
        <w:rPr>
          <w:rFonts w:ascii="Gentium Plus" w:hAnsi="Gentium Plus"/>
          <w:sz w:val="24"/>
        </w:rPr>
        <w:t>παραγενόμενοι δὲ πρὸς αὐτὸν οἱ ἄνδρες εἶπαν, Ἰωάννης ὁ βαπτιστὴς ἀπέστειλεν ἡμᾶς πρὸς σὲ λέγων, Σὺ εἶ ὁ ἐρχόμενος ἢ ἄλλον προσδοκῶμεν;</w:t>
      </w:r>
    </w:p>
    <w:p>
      <w:r>
        <w:rPr>
          <w:rFonts w:ascii="Courier New" w:hAnsi="Courier New"/>
          <w:color w:val="555555"/>
          <w:sz w:val="20"/>
        </w:rPr>
        <w:t>[Luc . 7 . 21]</w:t>
      </w:r>
    </w:p>
    <w:p>
      <w:r>
        <w:rPr>
          <w:rFonts w:ascii="Gentium Plus" w:hAnsi="Gentium Plus"/>
          <w:sz w:val="24"/>
        </w:rPr>
        <w:t>ἐν ἐκείνῃ τῇ ὥρᾳ ἐθεράπευσεν πολλοὺς ἀπὸ νόσων καὶ μαστίγων καὶ</w:t>
      </w:r>
    </w:p>
    <w:p>
      <w:r>
        <w:rPr>
          <w:rFonts w:ascii="Courier New" w:hAnsi="Courier New"/>
          <w:color w:val="555555"/>
          <w:sz w:val="20"/>
        </w:rPr>
        <w:t>[Luc . 7 . 22]</w:t>
      </w:r>
    </w:p>
    <w:p>
      <w:r>
        <w:rPr>
          <w:rFonts w:ascii="Gentium Plus" w:hAnsi="Gentium Plus"/>
          <w:sz w:val="24"/>
        </w:rPr>
        <w:t>καὶ ἀποκριθεὶς εἶπεν αὐτοῖς, Πορευθέντες ἀπαγγείλατε Ἰωάννῃ ἃ εἴδετε καὶ ἠκούσατε· τυφλοὶ ἀναβλέπουσιν, χωλοὶ περιπατοῦσιν, λεπροὶ καθαρίζονται καὶ κωφοὶ ἀκούουσιν, νεκροὶ ἐγείρονται, πτωχοὶ εὐαγγε‐</w:t>
      </w:r>
    </w:p>
    <w:p>
      <w:r>
        <w:rPr>
          <w:rFonts w:ascii="Courier New" w:hAnsi="Courier New"/>
          <w:color w:val="555555"/>
          <w:sz w:val="20"/>
        </w:rPr>
        <w:t>[5]</w:t>
      </w:r>
    </w:p>
    <w:p>
      <w:r>
        <w:rPr>
          <w:rFonts w:ascii="Gentium Plus" w:hAnsi="Gentium Plus"/>
          <w:sz w:val="24"/>
        </w:rPr>
        <w:t>λίζονται·</w:t>
      </w:r>
    </w:p>
    <w:p>
      <w:r>
        <w:rPr>
          <w:rFonts w:ascii="Courier New" w:hAnsi="Courier New"/>
          <w:color w:val="555555"/>
          <w:sz w:val="20"/>
        </w:rPr>
        <w:t>[Luc . 7 . 23]</w:t>
      </w:r>
    </w:p>
    <w:p>
      <w:r>
        <w:rPr>
          <w:rFonts w:ascii="Gentium Plus" w:hAnsi="Gentium Plus"/>
          <w:sz w:val="24"/>
        </w:rPr>
        <w:t>καὶ μακάριός ἐστιν ὃς ἐὰν μὴ σκανδαλισθῇ ἐν ἐμοί.</w:t>
      </w:r>
    </w:p>
    <w:p>
      <w:r>
        <w:rPr>
          <w:rFonts w:ascii="Courier New" w:hAnsi="Courier New"/>
          <w:color w:val="555555"/>
          <w:sz w:val="20"/>
        </w:rPr>
        <w:t>[Luc . 7 . 24]</w:t>
      </w:r>
    </w:p>
    <w:p>
      <w:r>
        <w:rPr>
          <w:rFonts w:ascii="Gentium Plus" w:hAnsi="Gentium Plus"/>
          <w:sz w:val="24"/>
        </w:rPr>
        <w:t>Ἀπελθόντων δὲ τῶν ἀγγέλων Ἰωάννου ἤρξατο λέγειν πρὸς τοὺς ὄχλους περὶ Ἰωάννου, Τί ἐξήλθατε εἰς τὴν ἔρημον θεάσασθαι; κάλαμον ὑπὸ ἀνέμου σαλευόμενον;</w:t>
      </w:r>
    </w:p>
    <w:p>
      <w:r>
        <w:rPr>
          <w:rFonts w:ascii="Courier New" w:hAnsi="Courier New"/>
          <w:color w:val="555555"/>
          <w:sz w:val="20"/>
        </w:rPr>
        <w:t>[Luc . 7 . 25]</w:t>
      </w:r>
    </w:p>
    <w:p>
      <w:r>
        <w:rPr>
          <w:rFonts w:ascii="Gentium Plus" w:hAnsi="Gentium Plus"/>
          <w:sz w:val="24"/>
        </w:rPr>
        <w:t>ἀλλὰ τί ἐξήλθατε ἰδεῖν; ἄνθρωπον ἐν μαλακοῖς ἱματίοις ἠμφιεσμένον; ἰδοὺ οἱ ἐν ἱματισμῷ ἐνδόξῳ καὶ τρυφῇ ὑπάρχοντες ἐν τοῖς βασιλείοις εἰσίν.</w:t>
      </w:r>
    </w:p>
    <w:p>
      <w:r>
        <w:rPr>
          <w:rFonts w:ascii="Courier New" w:hAnsi="Courier New"/>
          <w:color w:val="555555"/>
          <w:sz w:val="20"/>
        </w:rPr>
        <w:t>[Luc . 7 . 26]</w:t>
      </w:r>
    </w:p>
    <w:p>
      <w:r>
        <w:rPr>
          <w:rFonts w:ascii="Gentium Plus" w:hAnsi="Gentium Plus"/>
          <w:sz w:val="24"/>
        </w:rPr>
        <w:t>ἀλλὰ τί ἐξήλθατε ἰδεῖν; προφήτην; ναί, λέγω ὑμῖν, καὶ περισσότερον προφήτου.</w:t>
      </w:r>
    </w:p>
    <w:p>
      <w:r>
        <w:rPr>
          <w:rFonts w:ascii="Courier New" w:hAnsi="Courier New"/>
          <w:color w:val="555555"/>
          <w:sz w:val="20"/>
        </w:rPr>
        <w:t>[Luc . 7 . 27]</w:t>
      </w:r>
    </w:p>
    <w:p>
      <w:r>
        <w:rPr>
          <w:rFonts w:ascii="Gentium Plus" w:hAnsi="Gentium Plus"/>
          <w:sz w:val="24"/>
        </w:rPr>
        <w:t>οὗτός ἐστιν περὶ οὗ γέγραπται, Ἰδοὺ ἀποστέλλω τὸν ἄγγελόν μου πρὸ προσώπου σου, ὃς κατασκευάσει τὴν ὁδόν σου ἔμπροσθέν σου.</w:t>
      </w:r>
    </w:p>
    <w:p>
      <w:r>
        <w:rPr>
          <w:rFonts w:ascii="Courier New" w:hAnsi="Courier New"/>
          <w:color w:val="555555"/>
          <w:sz w:val="20"/>
        </w:rPr>
        <w:t>[Luc . 7 . 28]</w:t>
      </w:r>
    </w:p>
    <w:p>
      <w:r>
        <w:rPr>
          <w:rFonts w:ascii="Gentium Plus" w:hAnsi="Gentium Plus"/>
          <w:sz w:val="24"/>
        </w:rPr>
        <w:t>λέγω ὑμῖν, μείζων ἐν γεννητοῖς γυναικῶν Ἰωάννου</w:t>
      </w:r>
    </w:p>
    <w:p>
      <w:r>
        <w:rPr>
          <w:rFonts w:ascii="Courier New" w:hAnsi="Courier New"/>
          <w:color w:val="555555"/>
          <w:sz w:val="20"/>
        </w:rPr>
        <w:t>[Luc . 7 . 29]</w:t>
      </w:r>
    </w:p>
    <w:p>
      <w:r>
        <w:rPr>
          <w:rFonts w:ascii="Gentium Plus" w:hAnsi="Gentium Plus"/>
          <w:sz w:val="24"/>
        </w:rPr>
        <w:t>Καὶ πᾶς ὁ λαὸς ἀκούσας καὶ οἱ τελῶναι ἐδικαίωσαν τὸν θεόν, βαπτισθέντες τὸ βάπτισμα Ἰωάννου·</w:t>
      </w:r>
    </w:p>
    <w:p>
      <w:r>
        <w:rPr>
          <w:rFonts w:ascii="Courier New" w:hAnsi="Courier New"/>
          <w:color w:val="555555"/>
          <w:sz w:val="20"/>
        </w:rPr>
        <w:t>[Luc . 7 . 30]</w:t>
      </w:r>
    </w:p>
    <w:p>
      <w:r>
        <w:rPr>
          <w:rFonts w:ascii="Gentium Plus" w:hAnsi="Gentium Plus"/>
          <w:sz w:val="24"/>
        </w:rPr>
        <w:t>οἱ δὲ Φαρισαῖοι καὶ οἱ νομικοὶ τὴν βουλὴν τοῦ θεοῦ ἠθέτησαν εἰς ἑαυτούς, μὴ βαπτισθέντες ὑπ’ αὐτοῦ.)</w:t>
      </w:r>
    </w:p>
    <w:p>
      <w:r>
        <w:rPr>
          <w:rFonts w:ascii="Courier New" w:hAnsi="Courier New"/>
          <w:color w:val="555555"/>
          <w:sz w:val="20"/>
        </w:rPr>
        <w:t>[Luc . 7 . 31]</w:t>
      </w:r>
    </w:p>
    <w:p>
      <w:r>
        <w:rPr>
          <w:rFonts w:ascii="Gentium Plus" w:hAnsi="Gentium Plus"/>
          <w:sz w:val="24"/>
        </w:rPr>
        <w:t>Τίνι οὖν ὁμοιώσω τοὺς ἀνθρώπους τῆς γενεᾶς ταύτης, καὶ τίνι εἰσὶν ὅμοιοι;</w:t>
      </w:r>
    </w:p>
    <w:p>
      <w:r>
        <w:rPr>
          <w:rFonts w:ascii="Courier New" w:hAnsi="Courier New"/>
          <w:color w:val="555555"/>
          <w:sz w:val="20"/>
        </w:rPr>
        <w:t>[Luc . 7 . 32]</w:t>
      </w:r>
    </w:p>
    <w:p>
      <w:r>
        <w:rPr>
          <w:rFonts w:ascii="Gentium Plus" w:hAnsi="Gentium Plus"/>
          <w:sz w:val="24"/>
        </w:rPr>
        <w:t>ὅμοιοί εἰσιν παιδίοις τοῖς ἐν ἀγορᾷ καθημένοις καὶ προσφωνοῦσιν ἀλλήλοις, ἃ λέγει, Ηὐλήσαμεν ὑμῖν καὶ οὐκ ὠρχήσασθε·</w:t>
      </w:r>
    </w:p>
    <w:p>
      <w:r>
        <w:rPr>
          <w:rFonts w:ascii="Courier New" w:hAnsi="Courier New"/>
          <w:color w:val="555555"/>
          <w:sz w:val="20"/>
        </w:rPr>
        <w:t>[5]</w:t>
      </w:r>
    </w:p>
    <w:p>
      <w:r>
        <w:rPr>
          <w:rFonts w:ascii="Gentium Plus" w:hAnsi="Gentium Plus"/>
          <w:sz w:val="24"/>
        </w:rPr>
        <w:t>ἐθρηνήσαμεν καὶ οὐκ ἐκλαύσατε.</w:t>
      </w:r>
    </w:p>
    <w:p>
      <w:r>
        <w:rPr>
          <w:rFonts w:ascii="Courier New" w:hAnsi="Courier New"/>
          <w:color w:val="555555"/>
          <w:sz w:val="20"/>
        </w:rPr>
        <w:t>[Luc . 7 . 33]</w:t>
      </w:r>
    </w:p>
    <w:p>
      <w:r>
        <w:rPr>
          <w:rFonts w:ascii="Gentium Plus" w:hAnsi="Gentium Plus"/>
          <w:sz w:val="24"/>
        </w:rPr>
        <w:t>ἐλήλυθεν γὰρ Ἰωάννης ὁ βαπτιστὴς μὴ ἐσθίων ἄρτον μήτε πίνων οἶνον, καὶ λέγετε, Δαιμόνιον ἔχει·</w:t>
      </w:r>
    </w:p>
    <w:p>
      <w:r>
        <w:rPr>
          <w:rFonts w:ascii="Courier New" w:hAnsi="Courier New"/>
          <w:color w:val="555555"/>
          <w:sz w:val="20"/>
        </w:rPr>
        <w:t>[Luc . 7 . 34]</w:t>
      </w:r>
    </w:p>
    <w:p>
      <w:r>
        <w:rPr>
          <w:rFonts w:ascii="Gentium Plus" w:hAnsi="Gentium Plus"/>
          <w:sz w:val="24"/>
        </w:rPr>
        <w:t>ἐλή‐ λυθεν ὁ υἱὸς τοῦ ἀνθρώπου ἐσθίων καὶ πίνων, καὶ λέγετε, Ἰδοὺ ἄνθρωπος φάγος καὶ οἰνοπότης, φίλος τελωνῶν καὶ ἁμαρτωλῶν.</w:t>
      </w:r>
    </w:p>
    <w:p>
      <w:r>
        <w:rPr>
          <w:rFonts w:ascii="Courier New" w:hAnsi="Courier New"/>
          <w:color w:val="555555"/>
          <w:sz w:val="20"/>
        </w:rPr>
        <w:t>[Luc . 7 . 35]</w:t>
      </w:r>
    </w:p>
    <w:p>
      <w:r>
        <w:rPr>
          <w:rFonts w:ascii="Gentium Plus" w:hAnsi="Gentium Plus"/>
          <w:sz w:val="24"/>
        </w:rPr>
        <w:t>καὶ ἐδικαιώθη ἡ σοφία ἀπὸ πάντων τῶν τέκνων αὐτῆς.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7 . 36]</w:t>
      </w:r>
    </w:p>
    <w:p>
      <w:r>
        <w:rPr>
          <w:rFonts w:ascii="Gentium Plus" w:hAnsi="Gentium Plus"/>
          <w:sz w:val="24"/>
        </w:rPr>
        <w:t>Ἠρώτα δέ τις αὐτὸν τῶν Φαρισαίων ἵνα φάγῃ μετ’ αὐτοῦ· καὶ εἰσελθὼν εἰς τὸν οἶκον τοῦ Φαρισαίου κατεκλίθη.</w:t>
      </w:r>
    </w:p>
    <w:p>
      <w:r>
        <w:rPr>
          <w:rFonts w:ascii="Courier New" w:hAnsi="Courier New"/>
          <w:color w:val="555555"/>
          <w:sz w:val="20"/>
        </w:rPr>
        <w:t>[Luc . 7 . 37]</w:t>
      </w:r>
    </w:p>
    <w:p>
      <w:r>
        <w:rPr>
          <w:rFonts w:ascii="Gentium Plus" w:hAnsi="Gentium Plus"/>
          <w:sz w:val="24"/>
        </w:rPr>
        <w:t>καὶ ἰδοὺ γυνὴ ἥτις ἦν ἐν τῇ πόλει ἁμαρ‐ τωλός, καὶ ἐπιγνοῦσα ὅτι κατάκειται ἐν τῇ οἰκίᾳ τοῦ Φαρισαίου, κομίσασα ἀλάβαστρον μύρου</w:t>
      </w:r>
    </w:p>
    <w:p>
      <w:r>
        <w:rPr>
          <w:rFonts w:ascii="Courier New" w:hAnsi="Courier New"/>
          <w:color w:val="555555"/>
          <w:sz w:val="20"/>
        </w:rPr>
        <w:t>[Luc . 7 . 38]</w:t>
      </w:r>
    </w:p>
    <w:p>
      <w:r>
        <w:rPr>
          <w:rFonts w:ascii="Gentium Plus" w:hAnsi="Gentium Plus"/>
          <w:sz w:val="24"/>
        </w:rPr>
        <w:t>καὶ στᾶσα ὀπίσω παρὰ τοὺς πόδας αὐτοῦ κλαίουσα, τοῖς δάκρυσιν ἤρξατο βρέχειν τοὺς πόδας αὐτοῦ καὶ ταῖς θριξὶν τῆς κεφαλῆς αὐτῆς ἐξέμασσεν, καὶ κατεφίλει τοὺς πόδας</w:t>
      </w:r>
    </w:p>
    <w:p>
      <w:r>
        <w:rPr>
          <w:rFonts w:ascii="Courier New" w:hAnsi="Courier New"/>
          <w:color w:val="555555"/>
          <w:sz w:val="20"/>
        </w:rPr>
        <w:t>[5]</w:t>
      </w:r>
    </w:p>
    <w:p>
      <w:r>
        <w:rPr>
          <w:rFonts w:ascii="Gentium Plus" w:hAnsi="Gentium Plus"/>
          <w:sz w:val="24"/>
        </w:rPr>
        <w:t>αὐτοῦ καὶ ἤλειφεν τῷ μύρῳ.</w:t>
      </w:r>
    </w:p>
    <w:p>
      <w:r>
        <w:rPr>
          <w:rFonts w:ascii="Courier New" w:hAnsi="Courier New"/>
          <w:color w:val="555555"/>
          <w:sz w:val="20"/>
        </w:rPr>
        <w:t>[Luc . 7 . 39]</w:t>
      </w:r>
    </w:p>
    <w:p>
      <w:r>
        <w:rPr>
          <w:rFonts w:ascii="Gentium Plus" w:hAnsi="Gentium Plus"/>
          <w:sz w:val="24"/>
        </w:rPr>
        <w:t>ἰδὼν δὲ ὁ Φαρισαῖος ὁ καλέσας αὐτὸν εἶπεν ἐν ἑαυτῷ λέγων, Οὗτος εἰ ἦν</w:t>
      </w:r>
    </w:p>
    <w:p>
      <w:r>
        <w:rPr>
          <w:rFonts w:ascii="Courier New" w:hAnsi="Courier New"/>
          <w:color w:val="555555"/>
          <w:sz w:val="20"/>
        </w:rPr>
        <w:t>[Luc . 7 . 40]</w:t>
      </w:r>
    </w:p>
    <w:p>
      <w:r>
        <w:rPr>
          <w:rFonts w:ascii="Gentium Plus" w:hAnsi="Gentium Plus"/>
          <w:sz w:val="24"/>
        </w:rPr>
        <w:t>καὶ ἀποκριθεὶς ὁ Ἰησοῦς εἶπεν πρὸς αὐτόν, Σίμων, ἔχω σοί τι εἰπεῖν. ὁ δέ, Διδάσκαλε, εἰπέ, φησίν.</w:t>
      </w:r>
    </w:p>
    <w:p>
      <w:r>
        <w:rPr>
          <w:rFonts w:ascii="Courier New" w:hAnsi="Courier New"/>
          <w:color w:val="555555"/>
          <w:sz w:val="20"/>
        </w:rPr>
        <w:t>[Luc . 7 . 41]</w:t>
      </w:r>
    </w:p>
    <w:p>
      <w:r>
        <w:rPr>
          <w:rFonts w:ascii="Gentium Plus" w:hAnsi="Gentium Plus"/>
          <w:sz w:val="24"/>
        </w:rPr>
        <w:t>δύο χρεοφειλέται ἦσαν δανειστῇ τινι· ὁ εἷς ὤφειλεν δηνάρια πεντακόσια, ὁ δὲ ἕτερος πεντήκοντα.</w:t>
      </w:r>
    </w:p>
    <w:p>
      <w:r>
        <w:rPr>
          <w:rFonts w:ascii="Courier New" w:hAnsi="Courier New"/>
          <w:color w:val="555555"/>
          <w:sz w:val="20"/>
        </w:rPr>
        <w:t>[Luc . 7 . 42]</w:t>
      </w:r>
    </w:p>
    <w:p>
      <w:r>
        <w:rPr>
          <w:rFonts w:ascii="Gentium Plus" w:hAnsi="Gentium Plus"/>
          <w:sz w:val="24"/>
        </w:rPr>
        <w:t>μὴ ἐχόντων αὐτῶν ἀποδοῦναι ἀμφοτέροις ἐχαρίσατο. τίς οὖν αὐτῶν πλεῖον ἀγαπήσει αὐτόν;</w:t>
      </w:r>
    </w:p>
    <w:p>
      <w:r>
        <w:rPr>
          <w:rFonts w:ascii="Courier New" w:hAnsi="Courier New"/>
          <w:color w:val="555555"/>
          <w:sz w:val="20"/>
        </w:rPr>
        <w:t>[Luc . 7 . 43]</w:t>
      </w:r>
    </w:p>
    <w:p>
      <w:r>
        <w:rPr>
          <w:rFonts w:ascii="Gentium Plus" w:hAnsi="Gentium Plus"/>
          <w:sz w:val="24"/>
        </w:rPr>
        <w:t>ἀποκριθεὶς Σίμων εἶπεν, Ὑπολαμβάνω ὅτι ᾧ τὸ πλεῖον ἐχαρίσατο. ὁ δὲ εἶπεν αὐτῷ, Ὀρθῶς ἔκρινας.</w:t>
      </w:r>
    </w:p>
    <w:p>
      <w:r>
        <w:rPr>
          <w:rFonts w:ascii="Courier New" w:hAnsi="Courier New"/>
          <w:color w:val="555555"/>
          <w:sz w:val="20"/>
        </w:rPr>
        <w:t>[Luc . 7 . 44]</w:t>
      </w:r>
    </w:p>
    <w:p>
      <w:r>
        <w:rPr>
          <w:rFonts w:ascii="Gentium Plus" w:hAnsi="Gentium Plus"/>
          <w:sz w:val="24"/>
        </w:rPr>
        <w:t>καὶ στραφεὶς πρὸς τὴν γυναῖκα τῷ Σίμωνι ἔφη, Βλέπεις ταύτην τὴν γυναῖκα; εἰσῆλθόν σου εἰς τὴν οἰκίαν, ὕδωρ μοι ἐπὶ πόδας οὐκ ἔδωκας· αὕτη δὲ τοῖς δάκρυσιν ἔβρεξέν μου τοὺς πόδας καὶ ταῖς θριξὶν αὐτῆς</w:t>
      </w:r>
    </w:p>
    <w:p>
      <w:r>
        <w:rPr>
          <w:rFonts w:ascii="Courier New" w:hAnsi="Courier New"/>
          <w:color w:val="555555"/>
          <w:sz w:val="20"/>
        </w:rPr>
        <w:t>[5]</w:t>
      </w:r>
    </w:p>
    <w:p>
      <w:r>
        <w:rPr>
          <w:rFonts w:ascii="Gentium Plus" w:hAnsi="Gentium Plus"/>
          <w:sz w:val="24"/>
        </w:rPr>
        <w:t>ἐξέμαξεν.</w:t>
      </w:r>
    </w:p>
    <w:p>
      <w:r>
        <w:rPr>
          <w:rFonts w:ascii="Courier New" w:hAnsi="Courier New"/>
          <w:color w:val="555555"/>
          <w:sz w:val="20"/>
        </w:rPr>
        <w:t>[Luc . 7 . 45]</w:t>
      </w:r>
    </w:p>
    <w:p>
      <w:r>
        <w:rPr>
          <w:rFonts w:ascii="Gentium Plus" w:hAnsi="Gentium Plus"/>
          <w:sz w:val="24"/>
        </w:rPr>
        <w:t>φίλημά μοι οὐκ ἔδωκας· αὕτη δὲ ἀφ’ ἧς εἰσῆλθον οὐ διέλιπεν καταφιλοῦσά μου τοὺς πόδας.</w:t>
      </w:r>
    </w:p>
    <w:p>
      <w:r>
        <w:rPr>
          <w:rFonts w:ascii="Courier New" w:hAnsi="Courier New"/>
          <w:color w:val="555555"/>
          <w:sz w:val="20"/>
        </w:rPr>
        <w:t>[Luc . 7 . 46]</w:t>
      </w:r>
    </w:p>
    <w:p>
      <w:r>
        <w:rPr>
          <w:rFonts w:ascii="Gentium Plus" w:hAnsi="Gentium Plus"/>
          <w:sz w:val="24"/>
        </w:rPr>
        <w:t>ἐλαίῳ τὴν κεφαλήν μου οὐκ ἤλειψας· αὕτη δὲ μύρῳ ἤλειψεν τοὺς πόδας μου.</w:t>
      </w:r>
    </w:p>
    <w:p>
      <w:r>
        <w:rPr>
          <w:rFonts w:ascii="Courier New" w:hAnsi="Courier New"/>
          <w:color w:val="555555"/>
          <w:sz w:val="20"/>
        </w:rPr>
        <w:t>[Luc . 7 . 47]</w:t>
      </w:r>
    </w:p>
    <w:p>
      <w:r>
        <w:rPr>
          <w:rFonts w:ascii="Gentium Plus" w:hAnsi="Gentium Plus"/>
          <w:sz w:val="24"/>
        </w:rPr>
        <w:t>οὗ χάριν, λέγω σοι, ἀφέ‐ ωνται αἱ ἁμαρτίαι αὐτῆς αἱ πολλαί, ὅτι ἠγάπησεν πολύ· ᾧ δὲ ὀλίγον ἀφίεται, ὀλίγον ἀγαπᾷ.</w:t>
      </w:r>
    </w:p>
    <w:p>
      <w:r>
        <w:rPr>
          <w:rFonts w:ascii="Courier New" w:hAnsi="Courier New"/>
          <w:color w:val="555555"/>
          <w:sz w:val="20"/>
        </w:rPr>
        <w:t>[Luc . 7 . 48]</w:t>
      </w:r>
    </w:p>
    <w:p>
      <w:r>
        <w:rPr>
          <w:rFonts w:ascii="Gentium Plus" w:hAnsi="Gentium Plus"/>
          <w:sz w:val="24"/>
        </w:rPr>
        <w:t>εἶπεν δὲ αὐτῇ, Ἀφέωνταί σου αἱ ἁμαρτίαι.</w:t>
      </w:r>
    </w:p>
    <w:p>
      <w:r>
        <w:rPr>
          <w:rFonts w:ascii="Courier New" w:hAnsi="Courier New"/>
          <w:color w:val="555555"/>
          <w:sz w:val="20"/>
        </w:rPr>
        <w:t>[Luc . 7 . 49]</w:t>
      </w:r>
    </w:p>
    <w:p>
      <w:r>
        <w:rPr>
          <w:rFonts w:ascii="Gentium Plus" w:hAnsi="Gentium Plus"/>
          <w:sz w:val="24"/>
        </w:rPr>
        <w:t>καὶ ἤρξαντο οἱ συνανα‐ κείμενοι λέγειν ἐν ἑαυτοῖς, Τίς οὗτός ἐστιν ὃς καὶ ἁμαρ‐ τίας ἀφίησιν;</w:t>
      </w:r>
    </w:p>
    <w:p>
      <w:r>
        <w:rPr>
          <w:rFonts w:ascii="Courier New" w:hAnsi="Courier New"/>
          <w:color w:val="555555"/>
          <w:sz w:val="20"/>
        </w:rPr>
        <w:t>[Luc . 7 . 50]</w:t>
      </w:r>
    </w:p>
    <w:p>
      <w:r>
        <w:rPr>
          <w:rFonts w:ascii="Gentium Plus" w:hAnsi="Gentium Plus"/>
          <w:sz w:val="24"/>
        </w:rPr>
        <w:t>εἶπεν δὲ πρὸς τὴν γυναῖκα, Ἡ πίστις</w:t>
      </w:r>
    </w:p>
    <w:p>
      <w:r>
        <w:rPr>
          <w:rFonts w:ascii="Courier New" w:hAnsi="Courier New"/>
          <w:color w:val="555555"/>
          <w:sz w:val="20"/>
        </w:rPr>
        <w:t>[Luc . 8 . 1]</w:t>
      </w:r>
    </w:p>
    <w:p>
      <w:r>
        <w:rPr>
          <w:rFonts w:ascii="Gentium Plus" w:hAnsi="Gentium Plus"/>
          <w:sz w:val="24"/>
        </w:rPr>
        <w:t>Καὶ ἐγένετο ἐν τῷ καθεξῆς καὶ αὐτὸς διώδευεν κατὰ πόλιν καὶ κώμην κηρύσσων καὶ εὐαγγελιζόμενος τὴν βασι‐ λείαν τοῦ θεοῦ, καὶ οἱ δώδεκα σὺν αὐτῷ,</w:t>
      </w:r>
    </w:p>
    <w:p>
      <w:r>
        <w:rPr>
          <w:rFonts w:ascii="Courier New" w:hAnsi="Courier New"/>
          <w:color w:val="555555"/>
          <w:sz w:val="20"/>
        </w:rPr>
        <w:t>[Luc . 8 . 2]</w:t>
      </w:r>
    </w:p>
    <w:p>
      <w:r>
        <w:rPr>
          <w:rFonts w:ascii="Gentium Plus" w:hAnsi="Gentium Plus"/>
          <w:sz w:val="24"/>
        </w:rPr>
        <w:t>καὶ γυναῖκές τινες αἳ ἦσαν τεθεραπευμέναι ἀπὸ πνευμάτων πονηρῶν καὶ ἀσθενειῶν, Μαρία ἡ καλουμένη Μαγδαληνή, ἀφ’ ἧς δαιμόνια ἑπτὰ ἐξεληλύθει,</w:t>
      </w:r>
    </w:p>
    <w:p>
      <w:r>
        <w:rPr>
          <w:rFonts w:ascii="Courier New" w:hAnsi="Courier New"/>
          <w:color w:val="555555"/>
          <w:sz w:val="20"/>
        </w:rPr>
        <w:t>[Luc . 8 . 3]</w:t>
      </w:r>
    </w:p>
    <w:p>
      <w:r>
        <w:rPr>
          <w:rFonts w:ascii="Gentium Plus" w:hAnsi="Gentium Plus"/>
          <w:sz w:val="24"/>
        </w:rPr>
        <w:t>καὶ Ἰωάννα γυνὴ Χουζᾶ ἐπιτρόπου Ἡρῴδου καὶ Σουσάννα καὶ ἕτεραι πολλαί, αἵτινες διηκόνουν αὐτοῖς ἐκ τῶν ὑπαρχόντων αὐταῖς.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8 . 4]</w:t>
      </w:r>
    </w:p>
    <w:p>
      <w:r>
        <w:rPr>
          <w:rFonts w:ascii="Gentium Plus" w:hAnsi="Gentium Plus"/>
          <w:sz w:val="24"/>
        </w:rPr>
        <w:t>Συνιόντος δὲ ὄχλου πολλοῦ καὶ τῶν κατὰ πόλιν ἐπιπορευομένων πρὸς αὐτὸν εἶπεν διὰ παραβολῆς,</w:t>
      </w:r>
    </w:p>
    <w:p>
      <w:r>
        <w:rPr>
          <w:rFonts w:ascii="Courier New" w:hAnsi="Courier New"/>
          <w:color w:val="555555"/>
          <w:sz w:val="20"/>
        </w:rPr>
        <w:t>[Luc . 8 . 5]</w:t>
      </w:r>
    </w:p>
    <w:p>
      <w:r>
        <w:rPr>
          <w:rFonts w:ascii="Gentium Plus" w:hAnsi="Gentium Plus"/>
          <w:sz w:val="24"/>
        </w:rPr>
        <w:t>Ἐξῆλθεν ὁ σπείρων τοῦ σπεῖραι τὸν σπόρον αὐτοῦ. καὶ ἐν τῷ σπείρειν αὐτὸν ὃ μὲν ἔπεσεν παρὰ τὴν ὁδόν, καὶ κατεπατήθη καὶ τὰ πετεινὰ τοῦ οὐρανοῦ κατέφαγεν αὐτό.</w:t>
      </w:r>
    </w:p>
    <w:p>
      <w:r>
        <w:rPr>
          <w:rFonts w:ascii="Courier New" w:hAnsi="Courier New"/>
          <w:color w:val="555555"/>
          <w:sz w:val="20"/>
        </w:rPr>
        <w:t>[Luc . 8 . 6]</w:t>
      </w:r>
    </w:p>
    <w:p>
      <w:r>
        <w:rPr>
          <w:rFonts w:ascii="Gentium Plus" w:hAnsi="Gentium Plus"/>
          <w:sz w:val="24"/>
        </w:rPr>
        <w:t>καὶ ἕτερον κατέπεσεν ἐπὶ τὴν πέτραν, καὶ φυὲν ἐξηράνθη διὰ τὸ μὴ ἔχειν ἰκμάδα.</w:t>
      </w:r>
    </w:p>
    <w:p>
      <w:r>
        <w:rPr>
          <w:rFonts w:ascii="Courier New" w:hAnsi="Courier New"/>
          <w:color w:val="555555"/>
          <w:sz w:val="20"/>
        </w:rPr>
        <w:t>[Luc . 8 . 7]</w:t>
      </w:r>
    </w:p>
    <w:p>
      <w:r>
        <w:rPr>
          <w:rFonts w:ascii="Gentium Plus" w:hAnsi="Gentium Plus"/>
          <w:sz w:val="24"/>
        </w:rPr>
        <w:t>καὶ ἕτερον ἔπεσεν ἐν μέσῳ τῶν ἀκανθῶν, καὶ συμφυεῖσαι αἱ ἄκανθαι ἀπέπνι‐ ξαν αὐτό.</w:t>
      </w:r>
    </w:p>
    <w:p>
      <w:r>
        <w:rPr>
          <w:rFonts w:ascii="Courier New" w:hAnsi="Courier New"/>
          <w:color w:val="555555"/>
          <w:sz w:val="20"/>
        </w:rPr>
        <w:t>[Luc . 8 . 8]</w:t>
      </w:r>
    </w:p>
    <w:p>
      <w:r>
        <w:rPr>
          <w:rFonts w:ascii="Gentium Plus" w:hAnsi="Gentium Plus"/>
          <w:sz w:val="24"/>
        </w:rPr>
        <w:t>καὶ ἕτερον ἔπεσεν εἰς τὴν γῆν τὴν ἀγαθήν, καὶ φυὲν ἐποίησεν καρπὸν ἑκατονταπλασίονα. ταῦτα</w:t>
      </w:r>
    </w:p>
    <w:p>
      <w:r>
        <w:rPr>
          <w:rFonts w:ascii="Courier New" w:hAnsi="Courier New"/>
          <w:color w:val="555555"/>
          <w:sz w:val="20"/>
        </w:rPr>
        <w:t>[Luc . 8 . 9]</w:t>
      </w:r>
    </w:p>
    <w:p>
      <w:r>
        <w:rPr>
          <w:rFonts w:ascii="Gentium Plus" w:hAnsi="Gentium Plus"/>
          <w:sz w:val="24"/>
        </w:rPr>
        <w:t>Ἐπηρώτων δὲ αὐτὸν οἱ μαθηταὶ αὐτοῦ τίς αὕτη εἴη ἡ παραβολή.</w:t>
      </w:r>
    </w:p>
    <w:p>
      <w:r>
        <w:rPr>
          <w:rFonts w:ascii="Courier New" w:hAnsi="Courier New"/>
          <w:color w:val="555555"/>
          <w:sz w:val="20"/>
        </w:rPr>
        <w:t>[Luc . 8 . 10]</w:t>
      </w:r>
    </w:p>
    <w:p>
      <w:r>
        <w:rPr>
          <w:rFonts w:ascii="Gentium Plus" w:hAnsi="Gentium Plus"/>
          <w:sz w:val="24"/>
        </w:rPr>
        <w:t>ὁ δὲ εἶπεν, Ὑμῖν δέδοται γνῶναι τὰ μυστήρια τῆς βασιλείας τοῦ θεοῦ, τοῖς δὲ λοιποῖς ἐν παραβολαῖς, ἵνα βλέποντες μὴ βλέπωσιν</w:t>
      </w:r>
    </w:p>
    <w:p>
      <w:r>
        <w:rPr>
          <w:rFonts w:ascii="Courier New" w:hAnsi="Courier New"/>
          <w:color w:val="555555"/>
          <w:sz w:val="20"/>
        </w:rPr>
        <w:t>[5]</w:t>
      </w:r>
    </w:p>
    <w:p>
      <w:r>
        <w:rPr>
          <w:rFonts w:ascii="Gentium Plus" w:hAnsi="Gentium Plus"/>
          <w:sz w:val="24"/>
        </w:rPr>
        <w:t>καὶ ἀκούοντες μὴ συνιῶσιν.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[Luc . 8 . 11]</w:t>
      </w:r>
    </w:p>
    <w:p>
      <w:r>
        <w:rPr>
          <w:rFonts w:ascii="Gentium Plus" w:hAnsi="Gentium Plus"/>
          <w:sz w:val="24"/>
        </w:rPr>
        <w:t>Ἔστιν δὲ αὕτη ἡ παραβολή· Ὁ σπόρος ἐστὶν ὁ λόγος τοῦ θεοῦ.</w:t>
      </w:r>
    </w:p>
    <w:p>
      <w:r>
        <w:rPr>
          <w:rFonts w:ascii="Courier New" w:hAnsi="Courier New"/>
          <w:color w:val="555555"/>
          <w:sz w:val="20"/>
        </w:rPr>
        <w:t>[Luc . 8 . 12]</w:t>
      </w:r>
    </w:p>
    <w:p>
      <w:r>
        <w:rPr>
          <w:rFonts w:ascii="Gentium Plus" w:hAnsi="Gentium Plus"/>
          <w:sz w:val="24"/>
        </w:rPr>
        <w:t>οἱ δὲ παρὰ τὴν ὁδόν εἰσιν οἱ ἀκού‐ σαντες, εἶτα ἔρχεται ὁ διάβολος καὶ αἴρει τὸν λόγον ἀπὸ τῆς καρδίας αὐτῶν, ἵνα μὴ πιστεύσαντες σωθῶσιν.</w:t>
      </w:r>
    </w:p>
    <w:p>
      <w:r>
        <w:rPr>
          <w:rFonts w:ascii="Courier New" w:hAnsi="Courier New"/>
          <w:color w:val="555555"/>
          <w:sz w:val="20"/>
        </w:rPr>
        <w:t>[Luc . 8 . 13]</w:t>
      </w:r>
    </w:p>
    <w:p>
      <w:r>
        <w:rPr>
          <w:rFonts w:ascii="Gentium Plus" w:hAnsi="Gentium Plus"/>
          <w:sz w:val="24"/>
        </w:rPr>
        <w:t>οἱ δὲ ἐπὶ τῆς πέτρας οἳ ὅταν ἀκούσωσιν μετὰ χαρᾶς δέχονται τὸν λόγον, καὶ οὗτοι ῥίζαν οὐκ ἔχουσιν, οἳ πρὸς καιρὸν πιστεύουσιν καὶ ἐν καιρῷ πειρασμοῦ ἀφί‐ στανται.</w:t>
      </w:r>
    </w:p>
    <w:p>
      <w:r>
        <w:rPr>
          <w:rFonts w:ascii="Courier New" w:hAnsi="Courier New"/>
          <w:color w:val="555555"/>
          <w:sz w:val="20"/>
        </w:rPr>
        <w:t>[Luc . 8 . 14]</w:t>
      </w:r>
    </w:p>
    <w:p>
      <w:r>
        <w:rPr>
          <w:rFonts w:ascii="Gentium Plus" w:hAnsi="Gentium Plus"/>
          <w:sz w:val="24"/>
        </w:rPr>
        <w:t>τὸ δὲ εἰς τὰς ἀκάνθας πεσόν, οὗτοί εἰσιν οἱ ἀκούσαντες, καὶ ὑπὸ μεριμνῶν καὶ πλούτου καὶ ἡδονῶν τοῦ βίου πορευόμενοι συμπνίγονται καὶ οὐ τελεσφοροῦσιν.</w:t>
      </w:r>
    </w:p>
    <w:p>
      <w:r>
        <w:rPr>
          <w:rFonts w:ascii="Courier New" w:hAnsi="Courier New"/>
          <w:color w:val="555555"/>
          <w:sz w:val="20"/>
        </w:rPr>
        <w:t>[Luc . 8 . 15]</w:t>
      </w:r>
    </w:p>
    <w:p>
      <w:r>
        <w:rPr>
          <w:rFonts w:ascii="Gentium Plus" w:hAnsi="Gentium Plus"/>
          <w:sz w:val="24"/>
        </w:rPr>
        <w:t>τὸ δὲ ἐν τῇ καλῇ γῇ, οὗτοί εἰσιν οἵτινες ἐν καρδίᾳ καλῇ καὶ ἀγαθῇ ἀκούσαντες τὸν λόγον κατέχουσιν καὶ καρποφοροῦσιν ἐν ὑπομονῇ.</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8 . 16]</w:t>
      </w:r>
    </w:p>
    <w:p>
      <w:r>
        <w:rPr>
          <w:rFonts w:ascii="Gentium Plus" w:hAnsi="Gentium Plus"/>
          <w:sz w:val="24"/>
        </w:rPr>
        <w:t>Οὐδεὶς δὲ λύχνον ἅψας καλύπτει αὐτὸν σκεύει ἢ ὑποκάτω κλίνης τίθησιν, ἀλλ’ ἐπὶ λυχνίας τίθησιν, ἵνα οἱ εἰσπορευόμενοι βλέπωσιν τὸ φῶς.</w:t>
      </w:r>
    </w:p>
    <w:p>
      <w:r>
        <w:rPr>
          <w:rFonts w:ascii="Courier New" w:hAnsi="Courier New"/>
          <w:color w:val="555555"/>
          <w:sz w:val="20"/>
        </w:rPr>
        <w:t>[Luc . 8 . 17]</w:t>
      </w:r>
    </w:p>
    <w:p>
      <w:r>
        <w:rPr>
          <w:rFonts w:ascii="Gentium Plus" w:hAnsi="Gentium Plus"/>
          <w:sz w:val="24"/>
        </w:rPr>
        <w:t>οὐ γάρ ἐστιν κρυπτὸν ὃ οὐ φανερὸν γενήσεται, οὐδὲ ἀπόκρυφον ὃ οὐ μὴ γνωσθῇ καὶ εἰς φανερὸν ἔλθῃ.</w:t>
      </w:r>
    </w:p>
    <w:p>
      <w:r>
        <w:rPr>
          <w:rFonts w:ascii="Courier New" w:hAnsi="Courier New"/>
          <w:color w:val="555555"/>
          <w:sz w:val="20"/>
        </w:rPr>
        <w:t>[Luc . 8 . 18]</w:t>
      </w:r>
    </w:p>
    <w:p>
      <w:r>
        <w:rPr>
          <w:rFonts w:ascii="Gentium Plus" w:hAnsi="Gentium Plus"/>
          <w:sz w:val="24"/>
        </w:rPr>
        <w:t>βλέπετε οὖν πῶς ἀκούετε· ὃς ἂν γὰρ ἔχῃ, δοθήσεται αὐτῷ, καὶ ὃς</w:t>
      </w:r>
    </w:p>
    <w:p>
      <w:r>
        <w:rPr>
          <w:rFonts w:ascii="Courier New" w:hAnsi="Courier New"/>
          <w:color w:val="555555"/>
          <w:sz w:val="20"/>
        </w:rPr>
        <w:t>[Luc . 8 . 19]</w:t>
      </w:r>
    </w:p>
    <w:p>
      <w:r>
        <w:rPr>
          <w:rFonts w:ascii="Gentium Plus" w:hAnsi="Gentium Plus"/>
          <w:sz w:val="24"/>
        </w:rPr>
        <w:t>Παρεγένετο δὲ πρὸς αὐτὸν ἡ μήτηρ καὶ οἱ ἀδελφοὶ αὐτοῦ, καὶ οὐκ ἠδύναντο συντυχεῖν αὐτῷ διὰ τὸν ὄχλον.</w:t>
      </w:r>
    </w:p>
    <w:p>
      <w:r>
        <w:rPr>
          <w:rFonts w:ascii="Courier New" w:hAnsi="Courier New"/>
          <w:color w:val="555555"/>
          <w:sz w:val="20"/>
        </w:rPr>
        <w:t>[Luc . 8 . 20]</w:t>
      </w:r>
    </w:p>
    <w:p>
      <w:r>
        <w:rPr>
          <w:rFonts w:ascii="Gentium Plus" w:hAnsi="Gentium Plus"/>
          <w:sz w:val="24"/>
        </w:rPr>
        <w:t>ἀπηγγέλη δὲ αὐτῷ, Ἡ μήτηρ σου καὶ οἱ ἀδελφοί σου ἑστήκασιν ἔξω ἰδεῖν θέλοντές σε.</w:t>
      </w:r>
    </w:p>
    <w:p>
      <w:r>
        <w:rPr>
          <w:rFonts w:ascii="Courier New" w:hAnsi="Courier New"/>
          <w:color w:val="555555"/>
          <w:sz w:val="20"/>
        </w:rPr>
        <w:t>[Luc . 8 . 21]</w:t>
      </w:r>
    </w:p>
    <w:p>
      <w:r>
        <w:rPr>
          <w:rFonts w:ascii="Gentium Plus" w:hAnsi="Gentium Plus"/>
          <w:sz w:val="24"/>
        </w:rPr>
        <w:t>ὁ δὲ ἀποκριθεὶς εἶπεν πρὸς αὐτούς, Μήτηρ μου καὶ ἀδελφοί μου οὗτοί εἰσιν οἱ τὸν λόγον τοῦ θεοῦ ἀκούοντες καὶ ποιοῦντες.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8 . 22]</w:t>
      </w:r>
    </w:p>
    <w:p>
      <w:r>
        <w:rPr>
          <w:rFonts w:ascii="Gentium Plus" w:hAnsi="Gentium Plus"/>
          <w:sz w:val="24"/>
        </w:rPr>
        <w:t>Ἐγένετο δὲ ἐν μιᾷ τῶν ἡμερῶν καὶ αὐτὸς ἐνέβη εἰς πλοῖον καὶ οἱ μαθηταὶ αὐτοῦ, καὶ εἶπεν πρὸς αὐτούς, Διέλθωμεν εἰς τὸ πέραν τῆς λίμνης· καὶ ἀνήχθησαν.</w:t>
      </w:r>
    </w:p>
    <w:p>
      <w:r>
        <w:rPr>
          <w:rFonts w:ascii="Courier New" w:hAnsi="Courier New"/>
          <w:color w:val="555555"/>
          <w:sz w:val="20"/>
        </w:rPr>
        <w:t>[Luc . 8 . 23]</w:t>
      </w:r>
    </w:p>
    <w:p>
      <w:r>
        <w:rPr>
          <w:rFonts w:ascii="Gentium Plus" w:hAnsi="Gentium Plus"/>
          <w:sz w:val="24"/>
        </w:rPr>
        <w:t>πλεόντων δὲ αὐτῶν ἀφύπνωσεν. καὶ κατέβη λαῖλαψ ἀνέμου εἰς τὴν λίμνην, καὶ συνεπληροῦντο καὶ ἐκινδύνευον.</w:t>
      </w:r>
    </w:p>
    <w:p>
      <w:r>
        <w:rPr>
          <w:rFonts w:ascii="Courier New" w:hAnsi="Courier New"/>
          <w:color w:val="555555"/>
          <w:sz w:val="20"/>
        </w:rPr>
        <w:t>[Luc . 8 . 24]</w:t>
      </w:r>
    </w:p>
    <w:p>
      <w:r>
        <w:rPr>
          <w:rFonts w:ascii="Gentium Plus" w:hAnsi="Gentium Plus"/>
          <w:sz w:val="24"/>
        </w:rPr>
        <w:t>προσελθόντες δὲ διήγειραν αὐτὸν λέγοντες, Ἐπιστάτα ἐπιστάτα, ἀπολλύμεθα. ὁ δὲ διεγερθεὶς ἐπετίμησεν τῷ ἀνέμῳ καὶ τῷ κλύδωνι τοῦ ὕδατος· καὶ ἐπαύσαντο, καὶ ἐγένετο γαλήνη.</w:t>
      </w:r>
    </w:p>
    <w:p>
      <w:r>
        <w:rPr>
          <w:rFonts w:ascii="Courier New" w:hAnsi="Courier New"/>
          <w:color w:val="555555"/>
          <w:sz w:val="20"/>
        </w:rPr>
        <w:t>[Luc . 8 . 25]</w:t>
      </w:r>
    </w:p>
    <w:p>
      <w:r>
        <w:rPr>
          <w:rFonts w:ascii="Gentium Plus" w:hAnsi="Gentium Plus"/>
          <w:sz w:val="24"/>
        </w:rPr>
        <w:t>εἶπεν δὲ αὐτοῖς, Ποῦ ἡ πίστις ὑμῶν; φοβηθέντες δὲ ἐθαύμασαν, λέγοντες πρὸς ἀλλήλους, Τίς ἄρα οὗτός ἐστιν ὅτι καὶ τοῖς ἀνέμοις ἐπιτάσσει καὶ τῷ ὕδατι, καὶ ὑπακούουσιν αὐτῷ;</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8 . 26]</w:t>
      </w:r>
    </w:p>
    <w:p>
      <w:r>
        <w:rPr>
          <w:rFonts w:ascii="Gentium Plus" w:hAnsi="Gentium Plus"/>
          <w:sz w:val="24"/>
        </w:rPr>
        <w:t>Καὶ κατέπλευσαν εἰς τὴν χώραν τῶν Γεργεσηνῶν, ἥτις ἐστὶν ἀντιπέρα τῆς Γαλιλαίας.</w:t>
      </w:r>
    </w:p>
    <w:p>
      <w:r>
        <w:rPr>
          <w:rFonts w:ascii="Courier New" w:hAnsi="Courier New"/>
          <w:color w:val="555555"/>
          <w:sz w:val="20"/>
        </w:rPr>
        <w:t>[Luc . 8 . 27]</w:t>
      </w:r>
    </w:p>
    <w:p>
      <w:r>
        <w:rPr>
          <w:rFonts w:ascii="Gentium Plus" w:hAnsi="Gentium Plus"/>
          <w:sz w:val="24"/>
        </w:rPr>
        <w:t>ἐξελθόντι δὲ</w:t>
      </w:r>
    </w:p>
    <w:p>
      <w:r>
        <w:rPr>
          <w:rFonts w:ascii="Courier New" w:hAnsi="Courier New"/>
          <w:color w:val="555555"/>
          <w:sz w:val="20"/>
        </w:rPr>
        <w:t>[Luc . 8 . 28]</w:t>
      </w:r>
    </w:p>
    <w:p>
      <w:r>
        <w:rPr>
          <w:rFonts w:ascii="Gentium Plus" w:hAnsi="Gentium Plus"/>
          <w:sz w:val="24"/>
        </w:rPr>
        <w:t>ἰδὼν δὲ τὸν Ἰησοῦν ἀνακράξας προσέπεσεν αὐτῷ καὶ φωνῇ μεγάλῃ εἶπεν, Τί ἐμοὶ καὶ σοί, Ἰησοῦ υἱὲ τοῦ θεοῦ τοῦ ὑψίστου; δέομαί σου, μή με βασανίσῃς.</w:t>
      </w:r>
    </w:p>
    <w:p>
      <w:r>
        <w:rPr>
          <w:rFonts w:ascii="Courier New" w:hAnsi="Courier New"/>
          <w:color w:val="555555"/>
          <w:sz w:val="20"/>
        </w:rPr>
        <w:t>[Luc . 8 . 29]</w:t>
      </w:r>
    </w:p>
    <w:p>
      <w:r>
        <w:rPr>
          <w:rFonts w:ascii="Gentium Plus" w:hAnsi="Gentium Plus"/>
          <w:sz w:val="24"/>
        </w:rPr>
        <w:t>παρήγγειλεν γὰρ τῷ πνεύματι τῷ ἀκαθάρτῳ ἐξελθεῖν ἀπὸ τοῦ ἀν‐ θρώπου. πολλοῖς γὰρ χρόνοις συνηρπάκει αὐτόν, καὶ ἐδεσμεύετο ἁλύσεσιν καὶ πέδαις φυλασσόμενος, καὶ</w:t>
      </w:r>
    </w:p>
    <w:p>
      <w:r>
        <w:rPr>
          <w:rFonts w:ascii="Courier New" w:hAnsi="Courier New"/>
          <w:color w:val="555555"/>
          <w:sz w:val="20"/>
        </w:rPr>
        <w:t>[5]</w:t>
      </w:r>
    </w:p>
    <w:p>
      <w:r>
        <w:rPr>
          <w:rFonts w:ascii="Gentium Plus" w:hAnsi="Gentium Plus"/>
          <w:sz w:val="24"/>
        </w:rPr>
        <w:t>διαρρήσσων τὰ δεσμὰ ἠλαύνετο ὑπὸ τοῦ δαιμονίου εἰς τὰς ἐρήμους.</w:t>
      </w:r>
    </w:p>
    <w:p>
      <w:r>
        <w:rPr>
          <w:rFonts w:ascii="Courier New" w:hAnsi="Courier New"/>
          <w:color w:val="555555"/>
          <w:sz w:val="20"/>
        </w:rPr>
        <w:t>[Luc . 8 . 30]</w:t>
      </w:r>
    </w:p>
    <w:p>
      <w:r>
        <w:rPr>
          <w:rFonts w:ascii="Gentium Plus" w:hAnsi="Gentium Plus"/>
          <w:sz w:val="24"/>
        </w:rPr>
        <w:t>ἐπηρώτησεν δὲ αὐτὸν ὁ Ἰησοῦς, Τί σοι ὄνομά ἐστιν; ὁ δὲ εἶπεν, Λεγιών, ὅτι εἰσῆλθεν δαιμόνια πολλὰ εἰς αὐτόν.</w:t>
      </w:r>
    </w:p>
    <w:p>
      <w:r>
        <w:rPr>
          <w:rFonts w:ascii="Courier New" w:hAnsi="Courier New"/>
          <w:color w:val="555555"/>
          <w:sz w:val="20"/>
        </w:rPr>
        <w:t>[Luc . 8 . 31]</w:t>
      </w:r>
    </w:p>
    <w:p>
      <w:r>
        <w:rPr>
          <w:rFonts w:ascii="Gentium Plus" w:hAnsi="Gentium Plus"/>
          <w:sz w:val="24"/>
        </w:rPr>
        <w:t>καὶ παρεκάλουν αὐτὸν ἵνα μὴ ἐπιτάξῃ αὐτοῖς εἰς τὴν ἄβυσσον ἀπελθεῖν.</w:t>
      </w:r>
    </w:p>
    <w:p>
      <w:r>
        <w:rPr>
          <w:rFonts w:ascii="Courier New" w:hAnsi="Courier New"/>
          <w:color w:val="555555"/>
          <w:sz w:val="20"/>
        </w:rPr>
        <w:t>[Luc . 8 . 32]</w:t>
      </w:r>
    </w:p>
    <w:p>
      <w:r>
        <w:rPr>
          <w:rFonts w:ascii="Gentium Plus" w:hAnsi="Gentium Plus"/>
          <w:sz w:val="24"/>
        </w:rPr>
        <w:t>Ἦν δὲ ἐκεῖ ἀγέλη χοίρων ἱκανῶν βοσκομένη ἐν τῷ ὄρει· καὶ παρεκάλεσαν αὐτὸν ἵνα ἐπιτρέψῃ αὐτοῖς εἰς ἐκείνους εἰσελθεῖν· καὶ ἐπέτρεψεν αὐτοῖς.</w:t>
      </w:r>
    </w:p>
    <w:p>
      <w:r>
        <w:rPr>
          <w:rFonts w:ascii="Courier New" w:hAnsi="Courier New"/>
          <w:color w:val="555555"/>
          <w:sz w:val="20"/>
        </w:rPr>
        <w:t>[Luc . 8 . 33]</w:t>
      </w:r>
    </w:p>
    <w:p>
      <w:r>
        <w:rPr>
          <w:rFonts w:ascii="Gentium Plus" w:hAnsi="Gentium Plus"/>
          <w:sz w:val="24"/>
        </w:rPr>
        <w:t>ἐξελθόντα δὲ τὰ δαιμόνια ἀπὸ τοῦ ἀνθρώπου εἰσῆλθον εἰς τοὺς χοίρους, καὶ ὥρμησεν ἡ ἀγέλη κατὰ τοῦ κρημνοῦ εἰς τὴν λίμνην καὶ ἀπεπνίγη.</w:t>
      </w:r>
    </w:p>
    <w:p>
      <w:r>
        <w:rPr>
          <w:rFonts w:ascii="Courier New" w:hAnsi="Courier New"/>
          <w:color w:val="555555"/>
          <w:sz w:val="20"/>
        </w:rPr>
        <w:t>[Luc . 8 . 34]</w:t>
      </w:r>
    </w:p>
    <w:p>
      <w:r>
        <w:rPr>
          <w:rFonts w:ascii="Gentium Plus" w:hAnsi="Gentium Plus"/>
          <w:sz w:val="24"/>
        </w:rPr>
        <w:t>ἰδόντες δὲ οἱ βόσκοντες τὸ γεγονὸς ἔφυγον καὶ ἀπήγγειλαν εἰς τὴν πόλιν καὶ εἰς τοὺς ἀγρούς.</w:t>
      </w:r>
    </w:p>
    <w:p>
      <w:r>
        <w:rPr>
          <w:rFonts w:ascii="Courier New" w:hAnsi="Courier New"/>
          <w:color w:val="555555"/>
          <w:sz w:val="20"/>
        </w:rPr>
        <w:t>[Luc . 8 . 35]</w:t>
      </w:r>
    </w:p>
    <w:p>
      <w:r>
        <w:rPr>
          <w:rFonts w:ascii="Gentium Plus" w:hAnsi="Gentium Plus"/>
          <w:sz w:val="24"/>
        </w:rPr>
        <w:t>ἐξῆλθον δὲ ἰδεῖν τὸ γεγονὸς καὶ ἦλθον πρὸς τὸν Ἰησοῦν, καὶ εὗρον καθήμενον τὸν ἄνθρωπον ἀφ’ οὗ τὰ δαιμόνια ἐξῆλθεν ἱματισμένον καὶ σωφρο‐ νοῦντα παρὰ τοὺς πόδας τοῦ Ἰησοῦ, καὶ ἐφοβήθησαν.</w:t>
      </w:r>
    </w:p>
    <w:p>
      <w:r>
        <w:rPr>
          <w:rFonts w:ascii="Courier New" w:hAnsi="Courier New"/>
          <w:color w:val="555555"/>
          <w:sz w:val="20"/>
        </w:rPr>
        <w:t>[Luc . 8 . 36]</w:t>
      </w:r>
    </w:p>
    <w:p>
      <w:r>
        <w:rPr>
          <w:rFonts w:ascii="Gentium Plus" w:hAnsi="Gentium Plus"/>
          <w:sz w:val="24"/>
        </w:rPr>
        <w:t>ἀπήγγειλαν δὲ αὐτοῖς οἱ ἰδόντες πῶς ἐσώθη ὁ δαι‐ μονισθείς.</w:t>
      </w:r>
    </w:p>
    <w:p>
      <w:r>
        <w:rPr>
          <w:rFonts w:ascii="Courier New" w:hAnsi="Courier New"/>
          <w:color w:val="555555"/>
          <w:sz w:val="20"/>
        </w:rPr>
        <w:t>[Luc . 8 . 37]</w:t>
      </w:r>
    </w:p>
    <w:p>
      <w:r>
        <w:rPr>
          <w:rFonts w:ascii="Gentium Plus" w:hAnsi="Gentium Plus"/>
          <w:sz w:val="24"/>
        </w:rPr>
        <w:t>καὶ ἠρώτησεν αὐτὸν ἅπαν τὸ πλῆθος τῆς περιχώρου τῶν Γεργεσηνῶν ἀπελθεῖν ἀπ’ αὐτῶν, ὅτι φόβῳ μεγάλῳ συνείχοντο· αὐτὸς δὲ ἐμβὰς εἰς πλοῖον ὑπέστρεψεν.</w:t>
      </w:r>
    </w:p>
    <w:p>
      <w:r>
        <w:rPr>
          <w:rFonts w:ascii="Courier New" w:hAnsi="Courier New"/>
          <w:color w:val="555555"/>
          <w:sz w:val="20"/>
        </w:rPr>
        <w:t>[Luc . 8 . 38]</w:t>
      </w:r>
    </w:p>
    <w:p>
      <w:r>
        <w:rPr>
          <w:rFonts w:ascii="Gentium Plus" w:hAnsi="Gentium Plus"/>
          <w:sz w:val="24"/>
        </w:rPr>
        <w:t>ἐδεῖτο δὲ αὐτοῦ ὁ ἀνὴρ ἀφ’ οὗ ἐξεληλύθει τὰ δαιμόνια εἶναι σὺν αὐτῷ· ἀπέλυσεν δὲ αὐτὸν λέγων,</w:t>
      </w:r>
    </w:p>
    <w:p>
      <w:r>
        <w:rPr>
          <w:rFonts w:ascii="Courier New" w:hAnsi="Courier New"/>
          <w:color w:val="555555"/>
          <w:sz w:val="20"/>
        </w:rPr>
        <w:t>[Luc . 8 . 39]</w:t>
      </w:r>
    </w:p>
    <w:p>
      <w:r>
        <w:rPr>
          <w:rFonts w:ascii="Gentium Plus" w:hAnsi="Gentium Plus"/>
          <w:sz w:val="24"/>
        </w:rPr>
        <w:t>Ὑπόστρεφε εἰς τὸν οἶκόν σου, καὶ διηγοῦ ὅσα σοι ἐποίησεν ὁ θεός. καὶ ἀπῆλθεν καθ’ ὅλην τὴν πόλιν κηρύσσων ὅσα ἐποίησεν αὐτῷ ὁ Ἰησοῦς.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8 . 40]</w:t>
      </w:r>
    </w:p>
    <w:p>
      <w:r>
        <w:rPr>
          <w:rFonts w:ascii="Gentium Plus" w:hAnsi="Gentium Plus"/>
          <w:sz w:val="24"/>
        </w:rPr>
        <w:t>Ἐν δὲ τῷ ὑποστρέφειν τὸν Ἰησοῦν ἀπεδέξατο αὐτὸν ὁ ὄχλος, ἦσαν γὰρ πάντες προσδοκῶντες αὐτόν.</w:t>
      </w:r>
    </w:p>
    <w:p>
      <w:r>
        <w:rPr>
          <w:rFonts w:ascii="Courier New" w:hAnsi="Courier New"/>
          <w:color w:val="555555"/>
          <w:sz w:val="20"/>
        </w:rPr>
        <w:t>[Luc . 8 . 41]</w:t>
      </w:r>
    </w:p>
    <w:p>
      <w:r>
        <w:rPr>
          <w:rFonts w:ascii="Gentium Plus" w:hAnsi="Gentium Plus"/>
          <w:sz w:val="24"/>
        </w:rPr>
        <w:t>καὶ ἰδοὺ ἦλθεν ἀνὴρ ᾧ ὄνομα Ἰάϊρος, καὶ οὗτος ἄρχων τῆς συναγωγῆς ὑπῆρχεν, καὶ πεσὼν παρὰ τοὺς πόδας τοῦ Ἰησοῦ παρεκάλει αὐτὸν εἰσελθεῖν εἰς τὸν οἶκον αὐτοῦ,</w:t>
      </w:r>
    </w:p>
    <w:p>
      <w:r>
        <w:rPr>
          <w:rFonts w:ascii="Courier New" w:hAnsi="Courier New"/>
          <w:color w:val="555555"/>
          <w:sz w:val="20"/>
        </w:rPr>
        <w:t>[Luc . 8 . 42]</w:t>
      </w:r>
    </w:p>
    <w:p>
      <w:r>
        <w:rPr>
          <w:rFonts w:ascii="Gentium Plus" w:hAnsi="Gentium Plus"/>
          <w:sz w:val="24"/>
        </w:rPr>
        <w:t>ὅτι θυγάτηρ μονογενὴς ἦν αὐτῷ ὡς ἐτῶν δώδεκα καὶ αὐτὴ ἀπέθνῃσκεν. Ἐν δὲ τῷ ὑπάγειν αὐτὸν οἱ ὄχλοι συνέπνιγον αὐτόν.</w:t>
      </w:r>
    </w:p>
    <w:p>
      <w:r>
        <w:rPr>
          <w:rFonts w:ascii="Courier New" w:hAnsi="Courier New"/>
          <w:color w:val="555555"/>
          <w:sz w:val="20"/>
        </w:rPr>
        <w:t>[Luc . 8 . 43]</w:t>
      </w:r>
    </w:p>
    <w:p>
      <w:r>
        <w:rPr>
          <w:rFonts w:ascii="Gentium Plus" w:hAnsi="Gentium Plus"/>
          <w:sz w:val="24"/>
        </w:rPr>
        <w:t>καὶ γυνὴ οὖσα ἐν ῥύσει αἵματος ἀπὸ ἐτῶν δώδεκα,</w:t>
      </w:r>
    </w:p>
    <w:p>
      <w:r>
        <w:rPr>
          <w:rFonts w:ascii="Courier New" w:hAnsi="Courier New"/>
          <w:color w:val="555555"/>
          <w:sz w:val="20"/>
        </w:rPr>
        <w:t>[Luc . 8 . 44]</w:t>
      </w:r>
    </w:p>
    <w:p>
      <w:r>
        <w:rPr>
          <w:rFonts w:ascii="Gentium Plus" w:hAnsi="Gentium Plus"/>
          <w:sz w:val="24"/>
        </w:rPr>
        <w:t>προσελθοῦσα ὄπισθεν ἥψατο τοῦ κρασπέδου τοῦ ἱματίου αὐτοῦ, καὶ παρα‐ χρῆμα ἔστη ἡ ῥύσις τοῦ αἵματος αὐτῆς.</w:t>
      </w:r>
    </w:p>
    <w:p>
      <w:r>
        <w:rPr>
          <w:rFonts w:ascii="Courier New" w:hAnsi="Courier New"/>
          <w:color w:val="555555"/>
          <w:sz w:val="20"/>
        </w:rPr>
        <w:t>[Luc . 8 . 45]</w:t>
      </w:r>
    </w:p>
    <w:p>
      <w:r>
        <w:rPr>
          <w:rFonts w:ascii="Gentium Plus" w:hAnsi="Gentium Plus"/>
          <w:sz w:val="24"/>
        </w:rPr>
        <w:t>καὶ εἶπεν ὁ Ἰησοῦς, Τίς ὁ ἁψάμενός μου; ἀρνουμένων δὲ πάντων εἶπεν ὁ Πέτρος, Ἐπιστάτα, οἱ ὄχλοι συνέχουσίν σε καὶ ἀποθλίβουσιν.</w:t>
      </w:r>
    </w:p>
    <w:p>
      <w:r>
        <w:rPr>
          <w:rFonts w:ascii="Courier New" w:hAnsi="Courier New"/>
          <w:color w:val="555555"/>
          <w:sz w:val="20"/>
        </w:rPr>
        <w:t>[Luc . 8 . 46]</w:t>
      </w:r>
    </w:p>
    <w:p>
      <w:r>
        <w:rPr>
          <w:rFonts w:ascii="Gentium Plus" w:hAnsi="Gentium Plus"/>
          <w:sz w:val="24"/>
        </w:rPr>
        <w:t>ὁ δὲ Ἰησοῦς εἶπεν, Ἥψατό μού τις, ἐγὼ γὰρ ἔγνων δύναμιν ἐξεληλυθυῖαν ἀπ’ ἐμοῦ.</w:t>
      </w:r>
    </w:p>
    <w:p>
      <w:r>
        <w:rPr>
          <w:rFonts w:ascii="Courier New" w:hAnsi="Courier New"/>
          <w:color w:val="555555"/>
          <w:sz w:val="20"/>
        </w:rPr>
        <w:t>[Luc . 8 . 47]</w:t>
      </w:r>
    </w:p>
    <w:p>
      <w:r>
        <w:rPr>
          <w:rFonts w:ascii="Gentium Plus" w:hAnsi="Gentium Plus"/>
          <w:sz w:val="24"/>
        </w:rPr>
        <w:t>ἰδοῦσα δὲ ἡ γυνὴ ὅτι οὐκ ἔλαθεν τρέμουσα ἦλθεν καὶ προσπε‐ σοῦσα αὐτῷ δι’ ἣν αἰτίαν ἥψατο αὐτοῦ ἀπήγγειλεν ἐνώπιον παντὸς τοῦ λαοῦ καὶ ὡς ἰάθη παραχρῆμα.</w:t>
      </w:r>
    </w:p>
    <w:p>
      <w:r>
        <w:rPr>
          <w:rFonts w:ascii="Courier New" w:hAnsi="Courier New"/>
          <w:color w:val="555555"/>
          <w:sz w:val="20"/>
        </w:rPr>
        <w:t>[Luc . 8 . 48]</w:t>
      </w:r>
    </w:p>
    <w:p>
      <w:r>
        <w:rPr>
          <w:rFonts w:ascii="Gentium Plus" w:hAnsi="Gentium Plus"/>
          <w:sz w:val="24"/>
        </w:rPr>
        <w:t>ὁ δὲ εἶπεν αὐτῇ, Θυγάτηρ, ἡ πίστις σου σέσωκέν σε· πορεύου εἰς εἰρήνην.</w:t>
      </w:r>
    </w:p>
    <w:p>
      <w:r>
        <w:rPr>
          <w:rFonts w:ascii="Courier New" w:hAnsi="Courier New"/>
          <w:color w:val="555555"/>
          <w:sz w:val="20"/>
        </w:rPr>
        <w:t>[Luc . 8 . 49]</w:t>
      </w:r>
    </w:p>
    <w:p>
      <w:r>
        <w:rPr>
          <w:rFonts w:ascii="Gentium Plus" w:hAnsi="Gentium Plus"/>
          <w:sz w:val="24"/>
        </w:rPr>
        <w:t>Ἔτι αὐτοῦ λαλοῦντος ἔρχεταί τις παρὰ τοῦ ἀρχι‐</w:t>
      </w:r>
    </w:p>
    <w:p>
      <w:r>
        <w:rPr>
          <w:rFonts w:ascii="Courier New" w:hAnsi="Courier New"/>
          <w:color w:val="555555"/>
          <w:sz w:val="20"/>
        </w:rPr>
        <w:t>[Luc . 8 . 50]</w:t>
      </w:r>
    </w:p>
    <w:p>
      <w:r>
        <w:rPr>
          <w:rFonts w:ascii="Gentium Plus" w:hAnsi="Gentium Plus"/>
          <w:sz w:val="24"/>
        </w:rPr>
        <w:t>ὁ δὲ Ἰησοῦς ἀκούσας ἀπε‐ κρίθη αὐτῷ, Μὴ φοβοῦ, μόνον πίστευσον, καὶ σωθήσεται.</w:t>
      </w:r>
    </w:p>
    <w:p>
      <w:r>
        <w:rPr>
          <w:rFonts w:ascii="Courier New" w:hAnsi="Courier New"/>
          <w:color w:val="555555"/>
          <w:sz w:val="20"/>
        </w:rPr>
        <w:t>[Luc . 8 . 51]</w:t>
      </w:r>
    </w:p>
    <w:p>
      <w:r>
        <w:rPr>
          <w:rFonts w:ascii="Gentium Plus" w:hAnsi="Gentium Plus"/>
          <w:sz w:val="24"/>
        </w:rPr>
        <w:t>ἐλθὼν δὲ εἰς τὴν οἰκίαν οὐκ ἀφῆκεν εἰσελθεῖν τινα σὺν αὐτῷ εἰ μὴ Πέτρον καὶ Ἰωάννην καὶ Ἰάκωβον καὶ τὸν πατέρα τῆς παιδὸς καὶ τὴν μητέρα.</w:t>
      </w:r>
    </w:p>
    <w:p>
      <w:r>
        <w:rPr>
          <w:rFonts w:ascii="Courier New" w:hAnsi="Courier New"/>
          <w:color w:val="555555"/>
          <w:sz w:val="20"/>
        </w:rPr>
        <w:t>[Luc . 8 . 52]</w:t>
      </w:r>
    </w:p>
    <w:p>
      <w:r>
        <w:rPr>
          <w:rFonts w:ascii="Gentium Plus" w:hAnsi="Gentium Plus"/>
          <w:sz w:val="24"/>
        </w:rPr>
        <w:t>ἔκλαιον δὲ πάντες καὶ ἐκόπτοντο αὐτήν. ὁ δὲ εἶπεν, Μὴ κλαίετε, οὐ γὰρ ἀπέθανεν ἀλλὰ καθεύδει.</w:t>
      </w:r>
    </w:p>
    <w:p>
      <w:r>
        <w:rPr>
          <w:rFonts w:ascii="Courier New" w:hAnsi="Courier New"/>
          <w:color w:val="555555"/>
          <w:sz w:val="20"/>
        </w:rPr>
        <w:t>[Luc . 8 . 53]</w:t>
      </w:r>
    </w:p>
    <w:p>
      <w:r>
        <w:rPr>
          <w:rFonts w:ascii="Gentium Plus" w:hAnsi="Gentium Plus"/>
          <w:sz w:val="24"/>
        </w:rPr>
        <w:t>καὶ κατεγέλων αὐτοῦ, εἰδότες ὅτι ἀπέθανεν.</w:t>
      </w:r>
    </w:p>
    <w:p>
      <w:r>
        <w:rPr>
          <w:rFonts w:ascii="Courier New" w:hAnsi="Courier New"/>
          <w:color w:val="555555"/>
          <w:sz w:val="20"/>
        </w:rPr>
        <w:t>[Luc . 8 . 54]</w:t>
      </w:r>
    </w:p>
    <w:p>
      <w:r>
        <w:rPr>
          <w:rFonts w:ascii="Gentium Plus" w:hAnsi="Gentium Plus"/>
          <w:sz w:val="24"/>
        </w:rPr>
        <w:t>αὐτὸς δὲ κρατήσας τῆς χειρὸς αὐτῆς ἐφώνησεν λέγων, Ἡ παῖς, ἔγειρε.</w:t>
      </w:r>
    </w:p>
    <w:p>
      <w:r>
        <w:rPr>
          <w:rFonts w:ascii="Courier New" w:hAnsi="Courier New"/>
          <w:color w:val="555555"/>
          <w:sz w:val="20"/>
        </w:rPr>
        <w:t>[Luc . 8 . 55]</w:t>
      </w:r>
    </w:p>
    <w:p>
      <w:r>
        <w:rPr>
          <w:rFonts w:ascii="Gentium Plus" w:hAnsi="Gentium Plus"/>
          <w:sz w:val="24"/>
        </w:rPr>
        <w:t>καὶ ἐπέστρε‐ ψεν τὸ πνεῦμα αὐτῆς, καὶ ἀνέστη παραχρῆμα, καὶ διέταξεν αὐτῇ δοθῆναι φαγεῖν.</w:t>
      </w:r>
    </w:p>
    <w:p>
      <w:r>
        <w:rPr>
          <w:rFonts w:ascii="Courier New" w:hAnsi="Courier New"/>
          <w:color w:val="555555"/>
          <w:sz w:val="20"/>
        </w:rPr>
        <w:t>[Luc . 8 . 56]</w:t>
      </w:r>
    </w:p>
    <w:p>
      <w:r>
        <w:rPr>
          <w:rFonts w:ascii="Gentium Plus" w:hAnsi="Gentium Plus"/>
          <w:sz w:val="24"/>
        </w:rPr>
        <w:t>καὶ ἐξέστησαν οἱ γονεῖς αὐτῆς· ὁ δὲ παρήγγειλεν αὐτοῖς μηδενὶ εἰπεῖν τὸ γεγονός.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9 . 1]</w:t>
      </w:r>
    </w:p>
    <w:p>
      <w:r>
        <w:rPr>
          <w:rFonts w:ascii="Gentium Plus" w:hAnsi="Gentium Plus"/>
          <w:sz w:val="24"/>
        </w:rPr>
        <w:t>Συγκαλεσάμενος δὲ τοὺς δώδεκα ἔδωκεν αὐτοῖς δύναμιν καὶ ἐξουσίαν ἐπὶ πάντα τὰ δαιμόνια καὶ νόσους θεραπεύειν,</w:t>
      </w:r>
    </w:p>
    <w:p>
      <w:r>
        <w:rPr>
          <w:rFonts w:ascii="Courier New" w:hAnsi="Courier New"/>
          <w:color w:val="555555"/>
          <w:sz w:val="20"/>
        </w:rPr>
        <w:t>[Luc . 9 . 2]</w:t>
      </w:r>
    </w:p>
    <w:p>
      <w:r>
        <w:rPr>
          <w:rFonts w:ascii="Gentium Plus" w:hAnsi="Gentium Plus"/>
          <w:sz w:val="24"/>
        </w:rPr>
        <w:t>καὶ ἀπέστειλεν αὐτοὺς κηρύσσειν τὴν βασιλείαν τοῦ θεοῦ καὶ ἰᾶσθαι [τοὺς ἀσθενεῖς],</w:t>
      </w:r>
    </w:p>
    <w:p>
      <w:r>
        <w:rPr>
          <w:rFonts w:ascii="Courier New" w:hAnsi="Courier New"/>
          <w:color w:val="555555"/>
          <w:sz w:val="20"/>
        </w:rPr>
        <w:t>[Luc . 9 . 3]</w:t>
      </w:r>
    </w:p>
    <w:p>
      <w:r>
        <w:rPr>
          <w:rFonts w:ascii="Gentium Plus" w:hAnsi="Gentium Plus"/>
          <w:sz w:val="24"/>
        </w:rPr>
        <w:t>καὶ</w:t>
      </w:r>
    </w:p>
    <w:p>
      <w:r>
        <w:rPr>
          <w:rFonts w:ascii="Courier New" w:hAnsi="Courier New"/>
          <w:color w:val="555555"/>
          <w:sz w:val="20"/>
        </w:rPr>
        <w:t>[Luc . 9 . 4]</w:t>
      </w:r>
    </w:p>
    <w:p>
      <w:r>
        <w:rPr>
          <w:rFonts w:ascii="Gentium Plus" w:hAnsi="Gentium Plus"/>
          <w:sz w:val="24"/>
        </w:rPr>
        <w:t>καὶ εἰς ἣν ἂν οἰκίαν εἰσέλ‐ θητε, ἐκεῖ μένετε καὶ ἐκεῖθεν ἐξέρχεσθε.</w:t>
      </w:r>
    </w:p>
    <w:p>
      <w:r>
        <w:rPr>
          <w:rFonts w:ascii="Courier New" w:hAnsi="Courier New"/>
          <w:color w:val="555555"/>
          <w:sz w:val="20"/>
        </w:rPr>
        <w:t>[Luc . 9 . 5]</w:t>
      </w:r>
    </w:p>
    <w:p>
      <w:r>
        <w:rPr>
          <w:rFonts w:ascii="Gentium Plus" w:hAnsi="Gentium Plus"/>
          <w:sz w:val="24"/>
        </w:rPr>
        <w:t>καὶ ὅσοι ἂν μὴ δέχωνται ὑμᾶς, ἐξερχόμενοι ἀπὸ τῆς πόλεως ἐκείνης τὸν κονιορτὸν ἀπὸ τῶν ποδῶν ὑμῶν ἀποτινάσσετε εἰς μαρτύριον ἐπ’ αὐτούς.</w:t>
      </w:r>
    </w:p>
    <w:p>
      <w:r>
        <w:rPr>
          <w:rFonts w:ascii="Courier New" w:hAnsi="Courier New"/>
          <w:color w:val="555555"/>
          <w:sz w:val="20"/>
        </w:rPr>
        <w:t>[Luc . 9 . 6]</w:t>
      </w:r>
    </w:p>
    <w:p>
      <w:r>
        <w:rPr>
          <w:rFonts w:ascii="Gentium Plus" w:hAnsi="Gentium Plus"/>
          <w:sz w:val="24"/>
        </w:rPr>
        <w:t>ἐξερχόμενοι δὲ διήρχοντο κατὰ τὰς κώμας εὐαγγελιζόμενοι καὶ θεραπεύοντες πανταχοῦ.</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9 . 7]</w:t>
      </w:r>
    </w:p>
    <w:p>
      <w:r>
        <w:rPr>
          <w:rFonts w:ascii="Gentium Plus" w:hAnsi="Gentium Plus"/>
          <w:sz w:val="24"/>
        </w:rPr>
        <w:t>Ἤκουσεν δὲ Ἡρῴδης ὁ τετραάρχης τὰ γινόμενα πάντα, καὶ διηπόρει διὰ τὸ λέγεσθαι ὑπό τινων ὅτι Ἰωάννης ἠγέρθη ἐκ νεκρῶν,</w:t>
      </w:r>
    </w:p>
    <w:p>
      <w:r>
        <w:rPr>
          <w:rFonts w:ascii="Courier New" w:hAnsi="Courier New"/>
          <w:color w:val="555555"/>
          <w:sz w:val="20"/>
        </w:rPr>
        <w:t>[Luc . 9 . 8]</w:t>
      </w:r>
    </w:p>
    <w:p>
      <w:r>
        <w:rPr>
          <w:rFonts w:ascii="Gentium Plus" w:hAnsi="Gentium Plus"/>
          <w:sz w:val="24"/>
        </w:rPr>
        <w:t>ὑπό τινων δὲ ὅτι Ἠλίας ἐφάνη, ἄλλων δὲ ὅτι προφήτης τις τῶν ἀρχαίων ἀνέστη.</w:t>
      </w:r>
    </w:p>
    <w:p>
      <w:r>
        <w:rPr>
          <w:rFonts w:ascii="Courier New" w:hAnsi="Courier New"/>
          <w:color w:val="555555"/>
          <w:sz w:val="20"/>
        </w:rPr>
        <w:t>[Luc . 9 . 9]</w:t>
      </w:r>
    </w:p>
    <w:p>
      <w:r>
        <w:rPr>
          <w:rFonts w:ascii="Gentium Plus" w:hAnsi="Gentium Plus"/>
          <w:sz w:val="24"/>
        </w:rPr>
        <w:t>εἶπεν δὲ Ἡρῴδης, Ἰωάννην ἐγὼ ἀπεκεφάλισα· τίς δέ ἐστιν οὗτος περὶ οὗ ἀκούω τοιαῦτα; καὶ ἐζήτει ἰδεῖν αὐτόν.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9 . 10]</w:t>
      </w:r>
    </w:p>
    <w:p>
      <w:r>
        <w:rPr>
          <w:rFonts w:ascii="Gentium Plus" w:hAnsi="Gentium Plus"/>
          <w:sz w:val="24"/>
        </w:rPr>
        <w:t>Καὶ ὑποστρέψαντες οἱ ἀπόστολοι διηγήσαντο αὐτῷ ὅσα ἐποίησαν. καὶ παραλαβὼν αὐτοὺς ὑπεχώρησεν κατ’ ἰδίαν εἰς πόλιν καλουμένην Βηθσαϊδά.</w:t>
      </w:r>
    </w:p>
    <w:p>
      <w:r>
        <w:rPr>
          <w:rFonts w:ascii="Courier New" w:hAnsi="Courier New"/>
          <w:color w:val="555555"/>
          <w:sz w:val="20"/>
        </w:rPr>
        <w:t>[Luc . 9 . 11]</w:t>
      </w:r>
    </w:p>
    <w:p>
      <w:r>
        <w:rPr>
          <w:rFonts w:ascii="Gentium Plus" w:hAnsi="Gentium Plus"/>
          <w:sz w:val="24"/>
        </w:rPr>
        <w:t>οἱ δὲ ὄχλοι γνόντες ἠκολούθησαν αὐτῷ. καὶ ἀποδεξάμενος αὐτοὺς ἐλάλει αὐτοῖς περὶ τῆς βασιλείας τοῦ θεοῦ, καὶ τοὺς χρείαν ἔχοντας θεραπείας ἰᾶτο.</w:t>
      </w:r>
    </w:p>
    <w:p>
      <w:r>
        <w:rPr>
          <w:rFonts w:ascii="Courier New" w:hAnsi="Courier New"/>
          <w:color w:val="555555"/>
          <w:sz w:val="20"/>
        </w:rPr>
        <w:t>[Luc . 9 . 12]</w:t>
      </w:r>
    </w:p>
    <w:p>
      <w:r>
        <w:rPr>
          <w:rFonts w:ascii="Gentium Plus" w:hAnsi="Gentium Plus"/>
          <w:sz w:val="24"/>
        </w:rPr>
        <w:t>Ἡ δὲ ἡμέρα ἤρξατο κλίνειν· προσελθόντες δὲ οἱ δώδεκα εἶπαν αὐτῷ, Ἀπό‐ λυσον τὸν ὄχλον, ἵνα πορευθέντες εἰς τὰς κύκλῳ κώμας καὶ ἀγροὺς καταλύσωσιν καὶ εὕρωσιν ἐπισιτισμόν, ὅτι</w:t>
      </w:r>
    </w:p>
    <w:p>
      <w:r>
        <w:rPr>
          <w:rFonts w:ascii="Courier New" w:hAnsi="Courier New"/>
          <w:color w:val="555555"/>
          <w:sz w:val="20"/>
        </w:rPr>
        <w:t>[5]</w:t>
      </w:r>
    </w:p>
    <w:p>
      <w:r>
        <w:rPr>
          <w:rFonts w:ascii="Gentium Plus" w:hAnsi="Gentium Plus"/>
          <w:sz w:val="24"/>
        </w:rPr>
        <w:t>ὧδε ἐν ἐρήμῳ τόπῳ ἐσμέν.</w:t>
      </w:r>
    </w:p>
    <w:p>
      <w:r>
        <w:rPr>
          <w:rFonts w:ascii="Courier New" w:hAnsi="Courier New"/>
          <w:color w:val="555555"/>
          <w:sz w:val="20"/>
        </w:rPr>
        <w:t>[Luc . 9 . 13]</w:t>
      </w:r>
    </w:p>
    <w:p>
      <w:r>
        <w:rPr>
          <w:rFonts w:ascii="Gentium Plus" w:hAnsi="Gentium Plus"/>
          <w:sz w:val="24"/>
        </w:rPr>
        <w:t>εἶπεν δὲ πρὸς αὐτούς, Δότε αὐτοῖς ὑμεῖς φαγεῖν. οἱ δὲ εἶπαν, Οὐκ εἰσὶν ἡμῖν πλεῖον ἢ ἄρτοι πέντε καὶ ἰχθύες δύο, εἰ μήτι πορευ‐ θέντες ἡμεῖς ἀγοράσωμεν εἰς πάντα τὸν λαὸν τοῦτον</w:t>
      </w:r>
    </w:p>
    <w:p>
      <w:r>
        <w:rPr>
          <w:rFonts w:ascii="Courier New" w:hAnsi="Courier New"/>
          <w:color w:val="555555"/>
          <w:sz w:val="20"/>
        </w:rPr>
        <w:t>[5]</w:t>
      </w:r>
    </w:p>
    <w:p>
      <w:r>
        <w:rPr>
          <w:rFonts w:ascii="Gentium Plus" w:hAnsi="Gentium Plus"/>
          <w:sz w:val="24"/>
        </w:rPr>
        <w:t>βρώματα.</w:t>
      </w:r>
    </w:p>
    <w:p>
      <w:r>
        <w:rPr>
          <w:rFonts w:ascii="Courier New" w:hAnsi="Courier New"/>
          <w:color w:val="555555"/>
          <w:sz w:val="20"/>
        </w:rPr>
        <w:t>[Luc . 9 . 14]</w:t>
      </w:r>
    </w:p>
    <w:p>
      <w:r>
        <w:rPr>
          <w:rFonts w:ascii="Gentium Plus" w:hAnsi="Gentium Plus"/>
          <w:sz w:val="24"/>
        </w:rPr>
        <w:t>ἦσαν γὰρ ὡσεὶ ἄνδρες πεντακισχίλιοι. εἶπεν δὲ πρὸς τοὺς μαθητὰς αὐτοῦ, Κατακλίνατε αὐτοὺς κλισίας [ὡσεὶ] ἀνὰ πεντήκοντα.</w:t>
      </w:r>
    </w:p>
    <w:p>
      <w:r>
        <w:rPr>
          <w:rFonts w:ascii="Courier New" w:hAnsi="Courier New"/>
          <w:color w:val="555555"/>
          <w:sz w:val="20"/>
        </w:rPr>
        <w:t>[Luc . 9 . 15]</w:t>
      </w:r>
    </w:p>
    <w:p>
      <w:r>
        <w:rPr>
          <w:rFonts w:ascii="Gentium Plus" w:hAnsi="Gentium Plus"/>
          <w:sz w:val="24"/>
        </w:rPr>
        <w:t>καὶ ἐποίησαν οὕτως καὶ κατέκλιναν ἅπαντας.</w:t>
      </w:r>
    </w:p>
    <w:p>
      <w:r>
        <w:rPr>
          <w:rFonts w:ascii="Courier New" w:hAnsi="Courier New"/>
          <w:color w:val="555555"/>
          <w:sz w:val="20"/>
        </w:rPr>
        <w:t>[Luc . 9 . 16]</w:t>
      </w:r>
    </w:p>
    <w:p>
      <w:r>
        <w:rPr>
          <w:rFonts w:ascii="Gentium Plus" w:hAnsi="Gentium Plus"/>
          <w:sz w:val="24"/>
        </w:rPr>
        <w:t>λαβὼν δὲ τοὺς πέντε ἄρτους καὶ τοὺς δύο ἰχθύας ἀναβλέψας εἰς τὸν οὐρανὸν εὐλόγησεν αὐτοὺς καὶ κατέκλασεν καὶ ἐδίδου τοῖς μαθηταῖς παρα‐ θεῖναι τῷ ὄχλῳ.</w:t>
      </w:r>
    </w:p>
    <w:p>
      <w:r>
        <w:rPr>
          <w:rFonts w:ascii="Courier New" w:hAnsi="Courier New"/>
          <w:color w:val="555555"/>
          <w:sz w:val="20"/>
        </w:rPr>
        <w:t>[Luc . 9 . 17]</w:t>
      </w:r>
    </w:p>
    <w:p>
      <w:r>
        <w:rPr>
          <w:rFonts w:ascii="Gentium Plus" w:hAnsi="Gentium Plus"/>
          <w:sz w:val="24"/>
        </w:rPr>
        <w:t>καὶ ἔφαγον καὶ ἐχορτάσθησαν πάντες, καὶ ἤρθη τὸ περισσεῦσαν αὐτοῖς κλασμάτων κόφινοι δώδεκα.</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9 . 18]</w:t>
      </w:r>
    </w:p>
    <w:p>
      <w:r>
        <w:rPr>
          <w:rFonts w:ascii="Gentium Plus" w:hAnsi="Gentium Plus"/>
          <w:sz w:val="24"/>
        </w:rPr>
        <w:t>Καὶ ἐγένετο ἐν τῷ εἶναι αὐτὸν προσευχόμενον κατὰ μόνας συνῆσαν αὐτῷ οἱ μαθηταί, καὶ ἐπηρώτησεν αὐ‐ τοὺς λέγων, Τίνα με λέγουσιν οἱ ὄχλοι εἶναι;</w:t>
      </w:r>
    </w:p>
    <w:p>
      <w:r>
        <w:rPr>
          <w:rFonts w:ascii="Courier New" w:hAnsi="Courier New"/>
          <w:color w:val="555555"/>
          <w:sz w:val="20"/>
        </w:rPr>
        <w:t>[Luc . 9 . 19]</w:t>
      </w:r>
    </w:p>
    <w:p>
      <w:r>
        <w:rPr>
          <w:rFonts w:ascii="Gentium Plus" w:hAnsi="Gentium Plus"/>
          <w:sz w:val="24"/>
        </w:rPr>
        <w:t>οἱ δὲ ἀποκριθέντες εἶπαν, Ἰωάννην τὸν βαπτιστήν, ἄλλοι δὲ Ἠλίαν, ἄλλοι δὲ ὅτι προφήτης τις τῶν ἀρχαίων ἀνέστη.</w:t>
      </w:r>
    </w:p>
    <w:p>
      <w:r>
        <w:rPr>
          <w:rFonts w:ascii="Courier New" w:hAnsi="Courier New"/>
          <w:color w:val="555555"/>
          <w:sz w:val="20"/>
        </w:rPr>
        <w:t>[Luc . 9 . 20]</w:t>
      </w:r>
    </w:p>
    <w:p>
      <w:r>
        <w:rPr>
          <w:rFonts w:ascii="Gentium Plus" w:hAnsi="Gentium Plus"/>
          <w:sz w:val="24"/>
        </w:rPr>
        <w:t>εἶπεν δὲ αὐτοῖς, Ὑμεῖς δὲ τίνα με λέγετε εἶναι; Πέτρος δὲ ἀποκριθεὶς εἶπεν, Τὸν Χριστὸν τοῦ θεοῦ.</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9 . 21]</w:t>
      </w:r>
    </w:p>
    <w:p>
      <w:r>
        <w:rPr>
          <w:rFonts w:ascii="Gentium Plus" w:hAnsi="Gentium Plus"/>
          <w:sz w:val="24"/>
        </w:rPr>
        <w:t>Ὁ δὲ ἐπιτιμήσας αὐτοῖς παρήγγειλεν μηδενὶ λέγειν τοῦτο,</w:t>
      </w:r>
    </w:p>
    <w:p>
      <w:r>
        <w:rPr>
          <w:rFonts w:ascii="Courier New" w:hAnsi="Courier New"/>
          <w:color w:val="555555"/>
          <w:sz w:val="20"/>
        </w:rPr>
        <w:t>[Luc . 9 . 22]</w:t>
      </w:r>
    </w:p>
    <w:p>
      <w:r>
        <w:rPr>
          <w:rFonts w:ascii="Gentium Plus" w:hAnsi="Gentium Plus"/>
          <w:sz w:val="24"/>
        </w:rPr>
        <w:t>εἰπὼν ὅτι Δεῖ τὸν υἱὸν τοῦ ἀνθρώπου πολλὰ παθεῖν καὶ ἀποδοκιμασθῆναι ἀπὸ τῶν πρεσβυτέρων καὶ ἀρχιερέων καὶ γραμματέων καὶ ἀποκτανθῆναι καὶ τῇ τρίτῃ ἡμέρᾳ ἐγερθῆναι.</w:t>
      </w:r>
    </w:p>
    <w:p>
      <w:r>
        <w:rPr>
          <w:rFonts w:ascii="Courier New" w:hAnsi="Courier New"/>
          <w:color w:val="555555"/>
          <w:sz w:val="20"/>
        </w:rPr>
        <w:t>[Luc . 9 . 23]</w:t>
      </w:r>
    </w:p>
    <w:p>
      <w:r>
        <w:rPr>
          <w:rFonts w:ascii="Gentium Plus" w:hAnsi="Gentium Plus"/>
          <w:sz w:val="24"/>
        </w:rPr>
        <w:t>Ἔλεγεν δὲ πρὸς πάντας, Εἴ τις θέλει ὀπίσω μου ἔρχεσθαι, ἀρνησάσθω ἑαυτὸν καὶ ἀράτω τὸν σταυρὸν αὐτοῦ καθ’ ἡμέραν, καὶ ἀκολουθείτω μοι.</w:t>
      </w:r>
    </w:p>
    <w:p>
      <w:r>
        <w:rPr>
          <w:rFonts w:ascii="Courier New" w:hAnsi="Courier New"/>
          <w:color w:val="555555"/>
          <w:sz w:val="20"/>
        </w:rPr>
        <w:t>[Luc . 9 . 24]</w:t>
      </w:r>
    </w:p>
    <w:p>
      <w:r>
        <w:rPr>
          <w:rFonts w:ascii="Gentium Plus" w:hAnsi="Gentium Plus"/>
          <w:sz w:val="24"/>
        </w:rPr>
        <w:t>ὃς γὰρ ἂν θέλῃ τὴν ψυχὴν αὐτοῦ σῶσαι, ἀπολέσει αὐτήν· ὃς δ’ ἂν ἀπολέσῃ τὴν ψυχὴν αὐτοῦ ἕνεκεν ἐμοῦ, οὗτος σώσει αὐτήν.</w:t>
      </w:r>
    </w:p>
    <w:p>
      <w:r>
        <w:rPr>
          <w:rFonts w:ascii="Courier New" w:hAnsi="Courier New"/>
          <w:color w:val="555555"/>
          <w:sz w:val="20"/>
        </w:rPr>
        <w:t>[Luc . 9 . 25]</w:t>
      </w:r>
    </w:p>
    <w:p>
      <w:r>
        <w:rPr>
          <w:rFonts w:ascii="Gentium Plus" w:hAnsi="Gentium Plus"/>
          <w:sz w:val="24"/>
        </w:rPr>
        <w:t>τί γὰρ ὠφελεῖται ἄνθρωπος κερδήσας τὸν κόσμον ὅλον ἑαυτὸν δὲ ἀπολέσας ἢ ζημιω‐ θείς;</w:t>
      </w:r>
    </w:p>
    <w:p>
      <w:r>
        <w:rPr>
          <w:rFonts w:ascii="Courier New" w:hAnsi="Courier New"/>
          <w:color w:val="555555"/>
          <w:sz w:val="20"/>
        </w:rPr>
        <w:t>[Luc . 9 . 26]</w:t>
      </w:r>
    </w:p>
    <w:p>
      <w:r>
        <w:rPr>
          <w:rFonts w:ascii="Gentium Plus" w:hAnsi="Gentium Plus"/>
          <w:sz w:val="24"/>
        </w:rPr>
        <w:t>ὃς γὰρ ἂν ἐπαισχυνθῇ με καὶ τοὺς ἐμοὺς λόγους, τοῦτον ὁ υἱὸς τοῦ ἀνθρώπου ἐπαισχυνθήσεται, ὅταν ἔλθῃ ἐν τῇ δόξῃ αὐτοῦ καὶ τοῦ πατρὸς καὶ τῶν ἁγίων ἀγγέλων.</w:t>
      </w:r>
    </w:p>
    <w:p>
      <w:r>
        <w:rPr>
          <w:rFonts w:ascii="Courier New" w:hAnsi="Courier New"/>
          <w:color w:val="555555"/>
          <w:sz w:val="20"/>
        </w:rPr>
        <w:t>[Luc . 9 . 27]</w:t>
      </w:r>
    </w:p>
    <w:p>
      <w:r>
        <w:rPr>
          <w:rFonts w:ascii="Gentium Plus" w:hAnsi="Gentium Plus"/>
          <w:sz w:val="24"/>
        </w:rPr>
        <w:t>λέγω δὲ ὑμῖν ἀληθῶς, εἰσίν τινες τῶν αὐτοῦ ἑστηκότων οἳ οὐ μὴ γεύσωνται θανάτου ἕως ἂν ἴδωσιν τὴν βασιλείαν τοῦ θεοῦ.</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9 . 28]</w:t>
      </w:r>
    </w:p>
    <w:p>
      <w:r>
        <w:rPr>
          <w:rFonts w:ascii="Gentium Plus" w:hAnsi="Gentium Plus"/>
          <w:sz w:val="24"/>
        </w:rPr>
        <w:t>Ἐγένετο δὲ μετὰ τοὺς λόγους τούτους ὡσεὶ ἡμέραι ὀκτὼ [καὶ] παραλαβὼν Πέτρον καὶ Ἰωάννην καὶ Ἰάκω‐ βον ἀνέβη εἰς τὸ ὄρος προσεύξασθαι.</w:t>
      </w:r>
    </w:p>
    <w:p>
      <w:r>
        <w:rPr>
          <w:rFonts w:ascii="Courier New" w:hAnsi="Courier New"/>
          <w:color w:val="555555"/>
          <w:sz w:val="20"/>
        </w:rPr>
        <w:t>[Luc . 9 . 29]</w:t>
      </w:r>
    </w:p>
    <w:p>
      <w:r>
        <w:rPr>
          <w:rFonts w:ascii="Gentium Plus" w:hAnsi="Gentium Plus"/>
          <w:sz w:val="24"/>
        </w:rPr>
        <w:t>καὶ ἐγένετο ἐν τῷ προσεύχεσθαι αὐτὸν τὸ εἶδος τοῦ προσώπου αὐτοῦ ἕτερον καὶ ὁ ἱματισμὸς αὐτοῦ λευκὸς ἐξαστράπτων.</w:t>
      </w:r>
    </w:p>
    <w:p>
      <w:r>
        <w:rPr>
          <w:rFonts w:ascii="Courier New" w:hAnsi="Courier New"/>
          <w:color w:val="555555"/>
          <w:sz w:val="20"/>
        </w:rPr>
        <w:t>[Luc . 9 . 30]</w:t>
      </w:r>
    </w:p>
    <w:p>
      <w:r>
        <w:rPr>
          <w:rFonts w:ascii="Gentium Plus" w:hAnsi="Gentium Plus"/>
          <w:sz w:val="24"/>
        </w:rPr>
        <w:t>καὶ ἰδοὺ ἄνδρες δύο συνελάλουν αὐτῷ, οἵτινες ἦσαν Μωϋσῆς καὶ Ἠλίας,</w:t>
      </w:r>
    </w:p>
    <w:p>
      <w:r>
        <w:rPr>
          <w:rFonts w:ascii="Courier New" w:hAnsi="Courier New"/>
          <w:color w:val="555555"/>
          <w:sz w:val="20"/>
        </w:rPr>
        <w:t>[Luc . 9 . 31]</w:t>
      </w:r>
    </w:p>
    <w:p>
      <w:r>
        <w:rPr>
          <w:rFonts w:ascii="Gentium Plus" w:hAnsi="Gentium Plus"/>
          <w:sz w:val="24"/>
        </w:rPr>
        <w:t>οἳ ὀφθέντες ἐν δόξῃ ἔλεγον τὴν ἔξοδον αὐτοῦ ἣν ἤμελλεν πληροῦν ἐν Ἰερουσαλήμ.</w:t>
      </w:r>
    </w:p>
    <w:p>
      <w:r>
        <w:rPr>
          <w:rFonts w:ascii="Courier New" w:hAnsi="Courier New"/>
          <w:color w:val="555555"/>
          <w:sz w:val="20"/>
        </w:rPr>
        <w:t>[Luc . 9 . 32]</w:t>
      </w:r>
    </w:p>
    <w:p>
      <w:r>
        <w:rPr>
          <w:rFonts w:ascii="Gentium Plus" w:hAnsi="Gentium Plus"/>
          <w:sz w:val="24"/>
        </w:rPr>
        <w:t>ὁ δὲ Πέτρος καὶ οἱ σὺν αὐτῷ ἦσαν βεβαρημένοι ὕπνῳ· διαγρηγορήσαντες δὲ εἶδον τὴν δόξαν αὐτοῦ καὶ τοὺς δύο ἄνδρας τοὺς συνεστῶτας αὐτῷ.</w:t>
      </w:r>
    </w:p>
    <w:p>
      <w:r>
        <w:rPr>
          <w:rFonts w:ascii="Courier New" w:hAnsi="Courier New"/>
          <w:color w:val="555555"/>
          <w:sz w:val="20"/>
        </w:rPr>
        <w:t>[Luc . 9 . 33]</w:t>
      </w:r>
    </w:p>
    <w:p>
      <w:r>
        <w:rPr>
          <w:rFonts w:ascii="Gentium Plus" w:hAnsi="Gentium Plus"/>
          <w:sz w:val="24"/>
        </w:rPr>
        <w:t>καὶ ἐγένετο ἐν τῷ διαχωρίζεσθαι αὐτοὺς ἀπ’ αὐτοῦ εἶπεν ὁ Πέτρος πρὸς τὸν Ἰησοῦν, Ἐπιστάτα, καλόν ἐστιν ἡμᾶς ὧδε εἶναι, καὶ ποιήσωμεν σκηνὰς τρεῖς, μίαν σοὶ καὶ μίαν</w:t>
      </w:r>
    </w:p>
    <w:p>
      <w:r>
        <w:rPr>
          <w:rFonts w:ascii="Courier New" w:hAnsi="Courier New"/>
          <w:color w:val="555555"/>
          <w:sz w:val="20"/>
        </w:rPr>
        <w:t>[5]</w:t>
      </w:r>
    </w:p>
    <w:p>
      <w:r>
        <w:rPr>
          <w:rFonts w:ascii="Gentium Plus" w:hAnsi="Gentium Plus"/>
          <w:sz w:val="24"/>
        </w:rPr>
        <w:t>Μωϋσεῖ καὶ μίαν Ἠλίᾳ, μὴ εἰδὼς ὃ λέγει.</w:t>
      </w:r>
    </w:p>
    <w:p>
      <w:r>
        <w:rPr>
          <w:rFonts w:ascii="Courier New" w:hAnsi="Courier New"/>
          <w:color w:val="555555"/>
          <w:sz w:val="20"/>
        </w:rPr>
        <w:t>[Luc . 9 . 34]</w:t>
      </w:r>
    </w:p>
    <w:p>
      <w:r>
        <w:rPr>
          <w:rFonts w:ascii="Gentium Plus" w:hAnsi="Gentium Plus"/>
          <w:sz w:val="24"/>
        </w:rPr>
        <w:t>ταῦτα δὲ αὐτοῦ λέγοντος ἐγένετο νεφέλη καὶ ἐπεσκίαζεν αὐτούς·</w:t>
      </w:r>
    </w:p>
    <w:p>
      <w:r>
        <w:rPr>
          <w:rFonts w:ascii="Courier New" w:hAnsi="Courier New"/>
          <w:color w:val="555555"/>
          <w:sz w:val="20"/>
        </w:rPr>
        <w:t>[Luc . 9 . 35]</w:t>
      </w:r>
    </w:p>
    <w:p>
      <w:r>
        <w:rPr>
          <w:rFonts w:ascii="Gentium Plus" w:hAnsi="Gentium Plus"/>
          <w:sz w:val="24"/>
        </w:rPr>
        <w:t>καὶ φωνὴ ἐγένετο ἐκ τῆς νεφέλης λέγουσα, Οὗτός ἐστιν ὁ υἱός μου ὁ ἐκλελεγμένος, αὐτοῦ ἀκούετε.</w:t>
      </w:r>
    </w:p>
    <w:p>
      <w:r>
        <w:rPr>
          <w:rFonts w:ascii="Courier New" w:hAnsi="Courier New"/>
          <w:color w:val="555555"/>
          <w:sz w:val="20"/>
        </w:rPr>
        <w:t>[Luc . 9 . 36]</w:t>
      </w:r>
    </w:p>
    <w:p>
      <w:r>
        <w:rPr>
          <w:rFonts w:ascii="Gentium Plus" w:hAnsi="Gentium Plus"/>
          <w:sz w:val="24"/>
        </w:rPr>
        <w:t>καὶ ἐν τῷ γενέσθαι τὴν φωνὴν εὑρέθη Ἰησοῦς μόνος. καὶ αὐτοὶ ἐσίγησαν καὶ οὐδενὶ ἀπήγγειλαν ἐν ἐκείναις ταῖς ἡμέραις οὐδὲν ὧν ἑώρακαν.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9 . 37]</w:t>
      </w:r>
    </w:p>
    <w:p>
      <w:r>
        <w:rPr>
          <w:rFonts w:ascii="Gentium Plus" w:hAnsi="Gentium Plus"/>
          <w:sz w:val="24"/>
        </w:rPr>
        <w:t>Ἐγένετο δὲ τῇ ἑξῆς ἡμέρᾳ κατελθόντων αὐτῶν ἀπὸ τοῦ ὄρους συνήντησεν αὐτῷ ὄχλος πολύς.</w:t>
      </w:r>
    </w:p>
    <w:p>
      <w:r>
        <w:rPr>
          <w:rFonts w:ascii="Courier New" w:hAnsi="Courier New"/>
          <w:color w:val="555555"/>
          <w:sz w:val="20"/>
        </w:rPr>
        <w:t>[Luc . 9 . 38]</w:t>
      </w:r>
    </w:p>
    <w:p>
      <w:r>
        <w:rPr>
          <w:rFonts w:ascii="Gentium Plus" w:hAnsi="Gentium Plus"/>
          <w:sz w:val="24"/>
        </w:rPr>
        <w:t>καὶ ἰδοὺ ἀνὴρ ἀπὸ τοῦ ὄχλου ἐβόησεν λέγων, Διδάσκαλε, δέομαί σου ἐπιβλέψαι ἐπὶ τὸν υἱόν μου, ὅτι μονογενής μοί ἐστιν,</w:t>
      </w:r>
    </w:p>
    <w:p>
      <w:r>
        <w:rPr>
          <w:rFonts w:ascii="Courier New" w:hAnsi="Courier New"/>
          <w:color w:val="555555"/>
          <w:sz w:val="20"/>
        </w:rPr>
        <w:t>[Luc . 9 . 39]</w:t>
      </w:r>
    </w:p>
    <w:p>
      <w:r>
        <w:rPr>
          <w:rFonts w:ascii="Gentium Plus" w:hAnsi="Gentium Plus"/>
          <w:sz w:val="24"/>
        </w:rPr>
        <w:t>καὶ ἰδοὺ πνεῦμα λαμβάνει αὐτόν, καὶ ἐξαίφνης κράζει, καὶ σπαράσσει αὐτὸν μετὰ ἀφροῦ καὶ μόγις ἀποχωρεῖ ἀπ’ αὐτοῦ συντρῖβον αὐτόν·</w:t>
      </w:r>
    </w:p>
    <w:p>
      <w:r>
        <w:rPr>
          <w:rFonts w:ascii="Courier New" w:hAnsi="Courier New"/>
          <w:color w:val="555555"/>
          <w:sz w:val="20"/>
        </w:rPr>
        <w:t>[Luc . 9 . 40]</w:t>
      </w:r>
    </w:p>
    <w:p>
      <w:r>
        <w:rPr>
          <w:rFonts w:ascii="Gentium Plus" w:hAnsi="Gentium Plus"/>
          <w:sz w:val="24"/>
        </w:rPr>
        <w:t>καὶ ἐδεήθην τῶν μαθητῶν σου ἵνα ἐκβάλωσιν αὐτό, καὶ οὐκ ἠδυνήθησαν.</w:t>
      </w:r>
    </w:p>
    <w:p>
      <w:r>
        <w:rPr>
          <w:rFonts w:ascii="Courier New" w:hAnsi="Courier New"/>
          <w:color w:val="555555"/>
          <w:sz w:val="20"/>
        </w:rPr>
        <w:t>[Luc . 9 . 41]</w:t>
      </w:r>
    </w:p>
    <w:p>
      <w:r>
        <w:rPr>
          <w:rFonts w:ascii="Gentium Plus" w:hAnsi="Gentium Plus"/>
          <w:sz w:val="24"/>
        </w:rPr>
        <w:t>ἀπο‐ κριθεὶς δὲ ὁ Ἰησοῦς εἶπεν, Ὦ γενεὰ ἄπιστος καὶ διε‐ στραμμένη, ἕως πότε ἔσομαι πρὸς ὑμᾶς καὶ ἀνέξομαι ὑμῶν; προσάγαγε ὧδε τὸν υἱόν σου.</w:t>
      </w:r>
    </w:p>
    <w:p>
      <w:r>
        <w:rPr>
          <w:rFonts w:ascii="Courier New" w:hAnsi="Courier New"/>
          <w:color w:val="555555"/>
          <w:sz w:val="20"/>
        </w:rPr>
        <w:t>[Luc . 9 . 42]</w:t>
      </w:r>
    </w:p>
    <w:p>
      <w:r>
        <w:rPr>
          <w:rFonts w:ascii="Gentium Plus" w:hAnsi="Gentium Plus"/>
          <w:sz w:val="24"/>
        </w:rPr>
        <w:t>ἔτι δὲ προσερχο‐ μένου αὐτοῦ ἔρρηξεν αὐτὸν τὸ δαιμόνιον καὶ συνεσπάρα‐ ξεν· ἐπετίμησεν δὲ ὁ Ἰησοῦς τῷ πνεύματι τῷ ἀκαθάρτῳ, καὶ ἰάσατο τὸν παῖδα καὶ ἀπέδωκεν αὐτὸν τῷ πατρὶ</w:t>
      </w:r>
    </w:p>
    <w:p>
      <w:r>
        <w:rPr>
          <w:rFonts w:ascii="Courier New" w:hAnsi="Courier New"/>
          <w:color w:val="555555"/>
          <w:sz w:val="20"/>
        </w:rPr>
        <w:t>[5]</w:t>
      </w:r>
    </w:p>
    <w:p>
      <w:r>
        <w:rPr>
          <w:rFonts w:ascii="Gentium Plus" w:hAnsi="Gentium Plus"/>
          <w:sz w:val="24"/>
        </w:rPr>
        <w:t>αὐτοῦ.</w:t>
      </w:r>
    </w:p>
    <w:p>
      <w:r>
        <w:rPr>
          <w:rFonts w:ascii="Courier New" w:hAnsi="Courier New"/>
          <w:color w:val="555555"/>
          <w:sz w:val="20"/>
        </w:rPr>
        <w:t>[Luc . 9 . 43]</w:t>
      </w:r>
    </w:p>
    <w:p>
      <w:r>
        <w:rPr>
          <w:rFonts w:ascii="Gentium Plus" w:hAnsi="Gentium Plus"/>
          <w:sz w:val="24"/>
        </w:rPr>
        <w:t>ἐξεπλήσσοντο δὲ πάντες ἐπὶ τῇ μεγαλειότητι</w:t>
      </w:r>
    </w:p>
    <w:p>
      <w:r>
        <w:rPr>
          <w:rFonts w:ascii="Courier New" w:hAnsi="Courier New"/>
          <w:color w:val="555555"/>
          <w:sz w:val="20"/>
        </w:rPr>
        <w:t>[Luc . 9 . 44]</w:t>
      </w:r>
    </w:p>
    <w:p>
      <w:r>
        <w:rPr>
          <w:rFonts w:ascii="Gentium Plus" w:hAnsi="Gentium Plus"/>
          <w:sz w:val="24"/>
        </w:rPr>
        <w:t>Θέσθε ὑμεῖς εἰς τὰ ὦτα ὑμῶν τοὺς λόγους τούτους, ὁ γὰρ υἱὸς τοῦ ἀνθρώπου μέλλει παραδίδοσθαι εἰς χεῖρας ἀνθρώπων.</w:t>
      </w:r>
    </w:p>
    <w:p>
      <w:r>
        <w:rPr>
          <w:rFonts w:ascii="Courier New" w:hAnsi="Courier New"/>
          <w:color w:val="555555"/>
          <w:sz w:val="20"/>
        </w:rPr>
        <w:t>[Luc . 9 . 45]</w:t>
      </w:r>
    </w:p>
    <w:p>
      <w:r>
        <w:rPr>
          <w:rFonts w:ascii="Gentium Plus" w:hAnsi="Gentium Plus"/>
          <w:sz w:val="24"/>
        </w:rPr>
        <w:t>οἱ δὲ ἠγνόουν τὸ ῥῆμα τοῦτο, καὶ ἦν παρακεκαλυμμένον ἀπ’ αὐτῶν ἵνα μὴ αἴσθωνται αὐτό, καὶ ἐφοβοῦντο ἐρωτῆσαι αὐτὸν περὶ τοῦ ῥήματος τούτου.</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9 . 46]</w:t>
      </w:r>
    </w:p>
    <w:p>
      <w:r>
        <w:rPr>
          <w:rFonts w:ascii="Gentium Plus" w:hAnsi="Gentium Plus"/>
          <w:sz w:val="24"/>
        </w:rPr>
        <w:t>Εἰσῆλθεν δὲ διαλογισμὸς ἐν αὐτοῖς, τὸ τίς ἂν εἴη μείζων αὐτῶν.</w:t>
      </w:r>
    </w:p>
    <w:p>
      <w:r>
        <w:rPr>
          <w:rFonts w:ascii="Courier New" w:hAnsi="Courier New"/>
          <w:color w:val="555555"/>
          <w:sz w:val="20"/>
        </w:rPr>
        <w:t>[Luc . 9 . 47]</w:t>
      </w:r>
    </w:p>
    <w:p>
      <w:r>
        <w:rPr>
          <w:rFonts w:ascii="Gentium Plus" w:hAnsi="Gentium Plus"/>
          <w:sz w:val="24"/>
        </w:rPr>
        <w:t>ὁ δὲ Ἰησοῦς εἰδὼς τὸν διαλογισμὸν τῆς καρδίας αὐτῶν ἐπιλαβόμενος παιδίον ἔστησεν αὐτὸ παρ’ ἑαυτῷ,</w:t>
      </w:r>
    </w:p>
    <w:p>
      <w:r>
        <w:rPr>
          <w:rFonts w:ascii="Courier New" w:hAnsi="Courier New"/>
          <w:color w:val="555555"/>
          <w:sz w:val="20"/>
        </w:rPr>
        <w:t>[Luc . 9 . 48]</w:t>
      </w:r>
    </w:p>
    <w:p>
      <w:r>
        <w:rPr>
          <w:rFonts w:ascii="Gentium Plus" w:hAnsi="Gentium Plus"/>
          <w:sz w:val="24"/>
        </w:rPr>
        <w:t>καὶ εἶπεν αὐτοῖς, Ὃς ἂν δέξηται τοῦτο τὸ παιδίον ἐπὶ τῷ ὀνόματί μου ἐμὲ δέχεται, καὶ ὃς ἂν ἐμὲ δέξηται δέχεται τὸν ἀποστείλαντά με· ὁ γὰρ μικρό‐ τερος ἐν πᾶσιν ὑμῖν ὑπάρχων οὗτός ἐστιν μέγας.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9 . 49]</w:t>
      </w:r>
    </w:p>
    <w:p>
      <w:r>
        <w:rPr>
          <w:rFonts w:ascii="Gentium Plus" w:hAnsi="Gentium Plus"/>
          <w:sz w:val="24"/>
        </w:rPr>
        <w:t>Ἀποκριθεὶς δὲ [ὁ] Ἰωάννης εἶπεν, Ἐπιστάτα, εἴδομέν τινα ἐν τῷ ὀνόματί σου ἐκβάλλοντα δαιμόνια, καὶ ἐκωλύομεν αὐτὸν ὅτι οὐκ ἀκολουθεῖ μεθ’ ἡμῶν.</w:t>
      </w:r>
    </w:p>
    <w:p>
      <w:r>
        <w:rPr>
          <w:rFonts w:ascii="Courier New" w:hAnsi="Courier New"/>
          <w:color w:val="555555"/>
          <w:sz w:val="20"/>
        </w:rPr>
        <w:t>[Luc . 9 . 50]</w:t>
      </w:r>
    </w:p>
    <w:p>
      <w:r>
        <w:rPr>
          <w:rFonts w:ascii="Gentium Plus" w:hAnsi="Gentium Plus"/>
          <w:sz w:val="24"/>
        </w:rPr>
        <w:t>εἶπεν δὲ πρὸς αὐτὸν ὁ Ἰησοῦς, Μὴ κωλύετε, ὃς γὰρ</w:t>
      </w:r>
    </w:p>
    <w:p>
      <w:r>
        <w:rPr>
          <w:rFonts w:ascii="Courier New" w:hAnsi="Courier New"/>
          <w:color w:val="555555"/>
          <w:sz w:val="20"/>
        </w:rPr>
        <w:t>[Luc . 9 . 51]</w:t>
      </w:r>
    </w:p>
    <w:p>
      <w:r>
        <w:rPr>
          <w:rFonts w:ascii="Gentium Plus" w:hAnsi="Gentium Plus"/>
          <w:sz w:val="24"/>
        </w:rPr>
        <w:t>Ἐγένετο δὲ ἐν τῷ συμπληροῦσθαι τὰς ἡμέρας τῆς ἀναλήμψεως αὐτοῦ καὶ αὐτὸς τὸ πρόσωπον ἐστήρισεν τοῦ πορεύεσθαι εἰς Ἰερουσαλήμ,</w:t>
      </w:r>
    </w:p>
    <w:p>
      <w:r>
        <w:rPr>
          <w:rFonts w:ascii="Courier New" w:hAnsi="Courier New"/>
          <w:color w:val="555555"/>
          <w:sz w:val="20"/>
        </w:rPr>
        <w:t>[Luc . 9 . 52]</w:t>
      </w:r>
    </w:p>
    <w:p>
      <w:r>
        <w:rPr>
          <w:rFonts w:ascii="Gentium Plus" w:hAnsi="Gentium Plus"/>
          <w:sz w:val="24"/>
        </w:rPr>
        <w:t>καὶ ἀπέστειλεν ἀγγέλους πρὸ προσώπου αὐτοῦ. καὶ πορευθέντες εἰσῆλ‐ θον εἰς κώμην Σαμαριτῶν, ὡς ἑτοιμάσαι αὐτῷ·</w:t>
      </w:r>
    </w:p>
    <w:p>
      <w:r>
        <w:rPr>
          <w:rFonts w:ascii="Courier New" w:hAnsi="Courier New"/>
          <w:color w:val="555555"/>
          <w:sz w:val="20"/>
        </w:rPr>
        <w:t>[Luc . 9 . 53]</w:t>
      </w:r>
    </w:p>
    <w:p>
      <w:r>
        <w:rPr>
          <w:rFonts w:ascii="Gentium Plus" w:hAnsi="Gentium Plus"/>
          <w:sz w:val="24"/>
        </w:rPr>
        <w:t>καὶ οὐκ ἐδέξαντο αὐτόν, ὅτι τὸ πρόσωπον αὐτοῦ ἦν πορευό‐ μενον εἰς Ἰερουσαλήμ.</w:t>
      </w:r>
    </w:p>
    <w:p>
      <w:r>
        <w:rPr>
          <w:rFonts w:ascii="Courier New" w:hAnsi="Courier New"/>
          <w:color w:val="555555"/>
          <w:sz w:val="20"/>
        </w:rPr>
        <w:t>[Luc . 9 . 54]</w:t>
      </w:r>
    </w:p>
    <w:p>
      <w:r>
        <w:rPr>
          <w:rFonts w:ascii="Gentium Plus" w:hAnsi="Gentium Plus"/>
          <w:sz w:val="24"/>
        </w:rPr>
        <w:t>ἰδόντες δὲ οἱ μαθηταὶ Ἰάκωβος καὶ Ἰωάννης εἶπαν, Κύριε, θέλεις εἴπωμεν πῦρ καταβῆναι ἀπὸ τοῦ οὐρανοῦ καὶ ἀναλῶσαι αὐτούς;</w:t>
      </w:r>
    </w:p>
    <w:p>
      <w:r>
        <w:rPr>
          <w:rFonts w:ascii="Courier New" w:hAnsi="Courier New"/>
          <w:color w:val="555555"/>
          <w:sz w:val="20"/>
        </w:rPr>
        <w:t>[Luc . 9 . 55]</w:t>
      </w:r>
    </w:p>
    <w:p>
      <w:r>
        <w:rPr>
          <w:rFonts w:ascii="Gentium Plus" w:hAnsi="Gentium Plus"/>
          <w:sz w:val="24"/>
        </w:rPr>
        <w:t>στραφεὶς δὲ ἐπετίμησεν αὐτοῖς.</w:t>
      </w:r>
    </w:p>
    <w:p>
      <w:r>
        <w:rPr>
          <w:rFonts w:ascii="Courier New" w:hAnsi="Courier New"/>
          <w:color w:val="555555"/>
          <w:sz w:val="20"/>
        </w:rPr>
        <w:t>[Luc . 9 . 56]</w:t>
      </w:r>
    </w:p>
    <w:p>
      <w:r>
        <w:rPr>
          <w:rFonts w:ascii="Gentium Plus" w:hAnsi="Gentium Plus"/>
          <w:sz w:val="24"/>
        </w:rPr>
        <w:t>καὶ ἐπορεύθησαν εἰς ἑτέραν κώμην.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9 . 57]</w:t>
      </w:r>
    </w:p>
    <w:p>
      <w:r>
        <w:rPr>
          <w:rFonts w:ascii="Gentium Plus" w:hAnsi="Gentium Plus"/>
          <w:sz w:val="24"/>
        </w:rPr>
        <w:t>Καὶ πορευομένων αὐτῶν ἐν τῇ ὁδῷ εἶπέν τις πρὸς αὐτόν, Ἀκολουθήσω σοι ὅπου ἐὰν ἀπέρχῃ.</w:t>
      </w:r>
    </w:p>
    <w:p>
      <w:r>
        <w:rPr>
          <w:rFonts w:ascii="Courier New" w:hAnsi="Courier New"/>
          <w:color w:val="555555"/>
          <w:sz w:val="20"/>
        </w:rPr>
        <w:t>[Luc . 9 . 58]</w:t>
      </w:r>
    </w:p>
    <w:p>
      <w:r>
        <w:rPr>
          <w:rFonts w:ascii="Gentium Plus" w:hAnsi="Gentium Plus"/>
          <w:sz w:val="24"/>
        </w:rPr>
        <w:t>καὶ εἶπεν αὐτῷ ὁ Ἰησοῦς, Αἱ ἀλώπεκες φωλεοὺς ἔχουσιν καὶ τὰ πετεινὰ τοῦ οὐρανοῦ κατασκηνώσεις, ὁ δὲ υἱὸς τοῦ ἀνθρώπου οὐκ ἔχει ποῦ τὴν κεφαλὴν κλίνῃ.</w:t>
      </w:r>
    </w:p>
    <w:p>
      <w:r>
        <w:rPr>
          <w:rFonts w:ascii="Courier New" w:hAnsi="Courier New"/>
          <w:color w:val="555555"/>
          <w:sz w:val="20"/>
        </w:rPr>
        <w:t>[Luc . 9 . 59]</w:t>
      </w:r>
    </w:p>
    <w:p>
      <w:r>
        <w:rPr>
          <w:rFonts w:ascii="Gentium Plus" w:hAnsi="Gentium Plus"/>
          <w:sz w:val="24"/>
        </w:rPr>
        <w:t>Εἶπεν δὲ πρὸς ἕτερον, Ἀκολούθει μοι. ὁ δὲ εἶπεν, [Κύριε,] ἐπίτρεψόν μοι ἀπελθόντι πρῶτον θάψαι τὸν πατέρα μου.</w:t>
      </w:r>
    </w:p>
    <w:p>
      <w:r>
        <w:rPr>
          <w:rFonts w:ascii="Courier New" w:hAnsi="Courier New"/>
          <w:color w:val="555555"/>
          <w:sz w:val="20"/>
        </w:rPr>
        <w:t>[Luc . 9 . 60]</w:t>
      </w:r>
    </w:p>
    <w:p>
      <w:r>
        <w:rPr>
          <w:rFonts w:ascii="Gentium Plus" w:hAnsi="Gentium Plus"/>
          <w:sz w:val="24"/>
        </w:rPr>
        <w:t>εἶπεν δὲ αὐτῷ, Ἄφες τοὺς νεκροὺς θάψαι τοὺς ἑαυτῶν νεκρούς, σὺ δὲ ἀπελθὼν διάγγελλε τὴν βασιλείαν τοῦ θεοῦ.</w:t>
      </w:r>
    </w:p>
    <w:p>
      <w:r>
        <w:rPr>
          <w:rFonts w:ascii="Courier New" w:hAnsi="Courier New"/>
          <w:color w:val="555555"/>
          <w:sz w:val="20"/>
        </w:rPr>
        <w:t>[Luc . 9 . 61]</w:t>
      </w:r>
    </w:p>
    <w:p>
      <w:r>
        <w:rPr>
          <w:rFonts w:ascii="Gentium Plus" w:hAnsi="Gentium Plus"/>
          <w:sz w:val="24"/>
        </w:rPr>
        <w:t>Εἶπεν δὲ καὶ ἕτερος, Ἀκολουθήσω σοι, κύριε· πρῶτον δὲ ἐπίτρεψόν μοι ἀποτάξασθαι τοῖς εἰς τὸν οἶκόν μου.</w:t>
      </w:r>
    </w:p>
    <w:p>
      <w:r>
        <w:rPr>
          <w:rFonts w:ascii="Courier New" w:hAnsi="Courier New"/>
          <w:color w:val="555555"/>
          <w:sz w:val="20"/>
        </w:rPr>
        <w:t>[Luc . 9 . 62]</w:t>
      </w:r>
    </w:p>
    <w:p>
      <w:r>
        <w:rPr>
          <w:rFonts w:ascii="Gentium Plus" w:hAnsi="Gentium Plus"/>
          <w:sz w:val="24"/>
        </w:rPr>
        <w:t>εἶπεν δὲ ὁ Ἰησοῦς, Οὐδεὶς ἐπι‐ βαλὼν τὴν χεῖρα ἐπ’ ἄροτρον καὶ βλέπων εἰς τὰ ὀπίσω</w:t>
      </w:r>
    </w:p>
    <w:p>
      <w:r>
        <w:rPr>
          <w:rFonts w:ascii="Courier New" w:hAnsi="Courier New"/>
          <w:color w:val="555555"/>
          <w:sz w:val="20"/>
        </w:rPr>
        <w:t>[Luc . 10 . 1]</w:t>
      </w:r>
    </w:p>
    <w:p>
      <w:r>
        <w:rPr>
          <w:rFonts w:ascii="Gentium Plus" w:hAnsi="Gentium Plus"/>
          <w:sz w:val="24"/>
        </w:rPr>
        <w:t>Μετὰ δὲ ταῦτα ἀνέδειξεν ὁ κύριος ἑτέρους ἑβδομή‐ κοντα [δύο], καὶ ἀπέστειλεν αὐτοὺς ἀνὰ δύο [δύο] πρὸ προσώπου αὐτοῦ εἰς πᾶσαν πόλιν καὶ τόπον οὗ ἤμελλεν αὐτὸς ἔρχεσθαι.</w:t>
      </w:r>
    </w:p>
    <w:p>
      <w:r>
        <w:rPr>
          <w:rFonts w:ascii="Courier New" w:hAnsi="Courier New"/>
          <w:color w:val="555555"/>
          <w:sz w:val="20"/>
        </w:rPr>
        <w:t>[Luc . 10 . 2]</w:t>
      </w:r>
    </w:p>
    <w:p>
      <w:r>
        <w:rPr>
          <w:rFonts w:ascii="Gentium Plus" w:hAnsi="Gentium Plus"/>
          <w:sz w:val="24"/>
        </w:rPr>
        <w:t>ἔλεγεν δὲ πρὸς αὐτούς, Ὁ μὲν θερισμὸς πολύς, οἱ δὲ ἐργάται ὀλίγοι· δεήθητε οὖν τοῦ κυρίου τοῦ θερισμοῦ ὅπως ἐργάτας ἐκβάλῃ εἰς τὸν θερισμὸν αὐτοῦ.</w:t>
      </w:r>
    </w:p>
    <w:p>
      <w:r>
        <w:rPr>
          <w:rFonts w:ascii="Courier New" w:hAnsi="Courier New"/>
          <w:color w:val="555555"/>
          <w:sz w:val="20"/>
        </w:rPr>
        <w:t>[Luc . 10 . 3]</w:t>
      </w:r>
    </w:p>
    <w:p>
      <w:r>
        <w:rPr>
          <w:rFonts w:ascii="Gentium Plus" w:hAnsi="Gentium Plus"/>
          <w:sz w:val="24"/>
        </w:rPr>
        <w:t>ὑπάγετε· ἰδοὺ ἀποστέλλω ὑμᾶς ὡς ἄρνας ἐν μέσῳ λύκων.</w:t>
      </w:r>
    </w:p>
    <w:p>
      <w:r>
        <w:rPr>
          <w:rFonts w:ascii="Courier New" w:hAnsi="Courier New"/>
          <w:color w:val="555555"/>
          <w:sz w:val="20"/>
        </w:rPr>
        <w:t>[Luc . 10 . 4]</w:t>
      </w:r>
    </w:p>
    <w:p>
      <w:r>
        <w:rPr>
          <w:rFonts w:ascii="Gentium Plus" w:hAnsi="Gentium Plus"/>
          <w:sz w:val="24"/>
        </w:rPr>
        <w:t>μὴ βαστάζετε βαλλάντιον, μὴ πήραν, μὴ ὑποδήματα, καὶ μηδένα κατὰ τὴν ὁδὸν ἀσπάσησθε.</w:t>
      </w:r>
    </w:p>
    <w:p>
      <w:r>
        <w:rPr>
          <w:rFonts w:ascii="Courier New" w:hAnsi="Courier New"/>
          <w:color w:val="555555"/>
          <w:sz w:val="20"/>
        </w:rPr>
        <w:t>[Luc . 10 . 5]</w:t>
      </w:r>
    </w:p>
    <w:p>
      <w:r>
        <w:rPr>
          <w:rFonts w:ascii="Gentium Plus" w:hAnsi="Gentium Plus"/>
          <w:sz w:val="24"/>
        </w:rPr>
        <w:t>εἰς ἣν δ’ ἂν εἰσέλθητε οἰκίαν, πρῶτον λέγετε, Εἰρήνη τῷ οἴκῳ τούτῳ.</w:t>
      </w:r>
    </w:p>
    <w:p>
      <w:r>
        <w:rPr>
          <w:rFonts w:ascii="Courier New" w:hAnsi="Courier New"/>
          <w:color w:val="555555"/>
          <w:sz w:val="20"/>
        </w:rPr>
        <w:t>[Luc . 10 . 6]</w:t>
      </w:r>
    </w:p>
    <w:p>
      <w:r>
        <w:rPr>
          <w:rFonts w:ascii="Gentium Plus" w:hAnsi="Gentium Plus"/>
          <w:sz w:val="24"/>
        </w:rPr>
        <w:t>καὶ ἐὰν ἐκεῖ ᾖ υἱὸς εἰρήνης, ἐπαναπαή‐ σεται ἐπ’ αὐτὸν ἡ εἰρήνη ὑμῶν· εἰ δὲ μήγε, ἐφ’ ὑμᾶς ἀνακάμψει.</w:t>
      </w:r>
    </w:p>
    <w:p>
      <w:r>
        <w:rPr>
          <w:rFonts w:ascii="Courier New" w:hAnsi="Courier New"/>
          <w:color w:val="555555"/>
          <w:sz w:val="20"/>
        </w:rPr>
        <w:t>[Luc . 10 . 7]</w:t>
      </w:r>
    </w:p>
    <w:p>
      <w:r>
        <w:rPr>
          <w:rFonts w:ascii="Gentium Plus" w:hAnsi="Gentium Plus"/>
          <w:sz w:val="24"/>
        </w:rPr>
        <w:t>ἐν αὐτῇ δὲ τῇ οἰκίᾳ μένετε, ἐσθίοντες καὶ πίνοντες τὰ παρ’ αὐτῶν, ἄξιος γὰρ ὁ ἐργάτης τοῦ</w:t>
      </w:r>
    </w:p>
    <w:p>
      <w:r>
        <w:rPr>
          <w:rFonts w:ascii="Courier New" w:hAnsi="Courier New"/>
          <w:color w:val="555555"/>
          <w:sz w:val="20"/>
        </w:rPr>
        <w:t>[Luc . 10 . 8]</w:t>
      </w:r>
    </w:p>
    <w:p>
      <w:r>
        <w:rPr>
          <w:rFonts w:ascii="Gentium Plus" w:hAnsi="Gentium Plus"/>
          <w:sz w:val="24"/>
        </w:rPr>
        <w:t>καὶ εἰς ἣν ἂν πόλιν εἰσέρχησθε καὶ δέχωνται ὑμᾶς, ἐσθίετε τὰ παρατιθέμενα ὑμῖν,</w:t>
      </w:r>
    </w:p>
    <w:p>
      <w:r>
        <w:rPr>
          <w:rFonts w:ascii="Courier New" w:hAnsi="Courier New"/>
          <w:color w:val="555555"/>
          <w:sz w:val="20"/>
        </w:rPr>
        <w:t>[Luc . 10 . 9]</w:t>
      </w:r>
    </w:p>
    <w:p>
      <w:r>
        <w:rPr>
          <w:rFonts w:ascii="Gentium Plus" w:hAnsi="Gentium Plus"/>
          <w:sz w:val="24"/>
        </w:rPr>
        <w:t>καὶ θεραπεύετε τοὺς ἐν αὐτῇ ἀσθενεῖς, καὶ λέγετε αὐτοῖς, Ἤγγικεν ἐφ’ ὑμᾶς ἡ βασιλεία τοῦ θεοῦ.</w:t>
      </w:r>
    </w:p>
    <w:p>
      <w:r>
        <w:rPr>
          <w:rFonts w:ascii="Courier New" w:hAnsi="Courier New"/>
          <w:color w:val="555555"/>
          <w:sz w:val="20"/>
        </w:rPr>
        <w:t>[Luc . 10 . 10]</w:t>
      </w:r>
    </w:p>
    <w:p>
      <w:r>
        <w:rPr>
          <w:rFonts w:ascii="Gentium Plus" w:hAnsi="Gentium Plus"/>
          <w:sz w:val="24"/>
        </w:rPr>
        <w:t>εἰς ἣν δ’ ἂν πόλιν εἰσέλθητε καὶ μὴ δέχωνται ὑμᾶς, ἐξελθόντες εἰς τὰς πλατείας αὐτῆς εἴπατε,</w:t>
      </w:r>
    </w:p>
    <w:p>
      <w:r>
        <w:rPr>
          <w:rFonts w:ascii="Courier New" w:hAnsi="Courier New"/>
          <w:color w:val="555555"/>
          <w:sz w:val="20"/>
        </w:rPr>
        <w:t>[Luc . 10 . 11]</w:t>
      </w:r>
    </w:p>
    <w:p>
      <w:r>
        <w:rPr>
          <w:rFonts w:ascii="Gentium Plus" w:hAnsi="Gentium Plus"/>
          <w:sz w:val="24"/>
        </w:rPr>
        <w:t>Καὶ τὸν κονιορτὸν τὸν κολληθέντα ἡμῖν ἐκ τῆς πόλεως ὑμῶν εἰς τοὺς πόδας ἀπομασσόμεθα ὑμῖν· πλὴν τοῦτο γινώσκετε ὅτι ἤγγικεν ἡ βασιλεία τοῦ θεοῦ.</w:t>
      </w:r>
    </w:p>
    <w:p>
      <w:r>
        <w:rPr>
          <w:rFonts w:ascii="Courier New" w:hAnsi="Courier New"/>
          <w:color w:val="555555"/>
          <w:sz w:val="20"/>
        </w:rPr>
        <w:t>[Luc . 10 . 12]</w:t>
      </w:r>
    </w:p>
    <w:p>
      <w:r>
        <w:rPr>
          <w:rFonts w:ascii="Gentium Plus" w:hAnsi="Gentium Plus"/>
          <w:sz w:val="24"/>
        </w:rPr>
        <w:t>λέγω ὑμῖν ὅτι Σοδόμοις ἐν τῇ ἡμέρᾳ ἐκείνῃ ἀνεκτό‐ τερον ἔσται ἢ τῇ πόλει ἐκείνῃ.</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10 . 13]</w:t>
      </w:r>
    </w:p>
    <w:p>
      <w:r>
        <w:rPr>
          <w:rFonts w:ascii="Gentium Plus" w:hAnsi="Gentium Plus"/>
          <w:sz w:val="24"/>
        </w:rPr>
        <w:t>Οὐαί σοι, Χοραζίν· οὐαί σοι, Βηθσαϊδά· ὅτι εἰ ἐν Τύρῳ καὶ Σιδῶνι ἐγενήθησαν αἱ δυνάμεις αἱ γενόμεναι ἐν ὑμῖν, πάλαι ἂν ἐν σάκκῳ καὶ σποδῷ καθήμενοι μετενό‐ ησαν.</w:t>
      </w:r>
    </w:p>
    <w:p>
      <w:r>
        <w:rPr>
          <w:rFonts w:ascii="Courier New" w:hAnsi="Courier New"/>
          <w:color w:val="555555"/>
          <w:sz w:val="20"/>
        </w:rPr>
        <w:t>[Luc . 10 . 14]</w:t>
      </w:r>
    </w:p>
    <w:p>
      <w:r>
        <w:rPr>
          <w:rFonts w:ascii="Gentium Plus" w:hAnsi="Gentium Plus"/>
          <w:sz w:val="24"/>
        </w:rPr>
        <w:t>πλὴν Τύρῳ καὶ Σιδῶνι ἀνεκτότερον ἔσται ἐν τῇ κρίσει ἢ ὑμῖν.</w:t>
      </w:r>
    </w:p>
    <w:p>
      <w:r>
        <w:rPr>
          <w:rFonts w:ascii="Courier New" w:hAnsi="Courier New"/>
          <w:color w:val="555555"/>
          <w:sz w:val="20"/>
        </w:rPr>
        <w:t>[Luc . 10 . 15]</w:t>
      </w:r>
    </w:p>
    <w:p>
      <w:r>
        <w:rPr>
          <w:rFonts w:ascii="Gentium Plus" w:hAnsi="Gentium Plus"/>
          <w:sz w:val="24"/>
        </w:rPr>
        <w:t>καὶ σύ, Καφαρναούμ, μὴ ἕως οὐρανοῦ ὑψωθήσῃ; ἕως τοῦ ᾅδου καταβιβασθήσῃ.</w:t>
      </w:r>
    </w:p>
    <w:p>
      <w:r>
        <w:rPr>
          <w:rFonts w:ascii="Courier New" w:hAnsi="Courier New"/>
          <w:color w:val="555555"/>
          <w:sz w:val="20"/>
        </w:rPr>
        <w:t>[Luc . 10 . 16]</w:t>
      </w:r>
    </w:p>
    <w:p>
      <w:r>
        <w:rPr>
          <w:rFonts w:ascii="Gentium Plus" w:hAnsi="Gentium Plus"/>
          <w:sz w:val="24"/>
        </w:rPr>
        <w:t>Ὁ ἀκούων ὑμῶν ἐμοῦ ἀκούει, καὶ ὁ ἀθετῶν ὑμᾶς ἐμὲ ἀθετεῖ· ὁ δὲ ἐμὲ ἀθετῶν ἀθετεῖ τὸν ἀποστείλαντά</w:t>
      </w:r>
    </w:p>
    <w:p>
      <w:r>
        <w:rPr>
          <w:rFonts w:ascii="Courier New" w:hAnsi="Courier New"/>
          <w:color w:val="555555"/>
          <w:sz w:val="20"/>
        </w:rPr>
        <w:t>[Luc . 10 . 17]</w:t>
      </w:r>
    </w:p>
    <w:p>
      <w:r>
        <w:rPr>
          <w:rFonts w:ascii="Gentium Plus" w:hAnsi="Gentium Plus"/>
          <w:sz w:val="24"/>
        </w:rPr>
        <w:t>Ὑπέστρεψαν δὲ οἱ ἑβδομήκοντα [δύο] μετὰ χαρᾶς λέγοντες, Κύριε, καὶ τὰ δαιμόνια ὑποτάσσεται ἡμῖν ἐν τῷ ὀνόματί σου.</w:t>
      </w:r>
    </w:p>
    <w:p>
      <w:r>
        <w:rPr>
          <w:rFonts w:ascii="Courier New" w:hAnsi="Courier New"/>
          <w:color w:val="555555"/>
          <w:sz w:val="20"/>
        </w:rPr>
        <w:t>[Luc . 10 . 18]</w:t>
      </w:r>
    </w:p>
    <w:p>
      <w:r>
        <w:rPr>
          <w:rFonts w:ascii="Gentium Plus" w:hAnsi="Gentium Plus"/>
          <w:sz w:val="24"/>
        </w:rPr>
        <w:t>εἶπεν δὲ αὐτοῖς, Ἐθεώρουν τὸν Σατανᾶν ὡς ἀστραπὴν ἐκ τοῦ οὐρανοῦ πεσόντα.</w:t>
      </w:r>
    </w:p>
    <w:p>
      <w:r>
        <w:rPr>
          <w:rFonts w:ascii="Courier New" w:hAnsi="Courier New"/>
          <w:color w:val="555555"/>
          <w:sz w:val="20"/>
        </w:rPr>
        <w:t>[Luc . 10 . 19]</w:t>
      </w:r>
    </w:p>
    <w:p>
      <w:r>
        <w:rPr>
          <w:rFonts w:ascii="Gentium Plus" w:hAnsi="Gentium Plus"/>
          <w:sz w:val="24"/>
        </w:rPr>
        <w:t>ἰδοὺ δέδωκα ὑμῖν τὴν ἐξουσίαν τοῦ πατεῖν ἐπάνω ὄφεων καὶ σκορπίων, καὶ ἐπὶ πᾶσαν τὴν δύναμιν τοῦ ἐχθροῦ, καὶ οὐδὲν ὑμᾶς οὐ μὴ ἀδικήσῃ.</w:t>
      </w:r>
    </w:p>
    <w:p>
      <w:r>
        <w:rPr>
          <w:rFonts w:ascii="Courier New" w:hAnsi="Courier New"/>
          <w:color w:val="555555"/>
          <w:sz w:val="20"/>
        </w:rPr>
        <w:t>[Luc . 10 . 20]</w:t>
      </w:r>
    </w:p>
    <w:p>
      <w:r>
        <w:rPr>
          <w:rFonts w:ascii="Gentium Plus" w:hAnsi="Gentium Plus"/>
          <w:sz w:val="24"/>
        </w:rPr>
        <w:t>πλὴν ἐν τούτῳ μὴ χαίρετε ὅτι τὰ πνεύματα ὑμῖν ὑποτάσσεται, χαίρετε δὲ ὅτι τὰ ὀνόματα ὑμῶν ἐγγέγραπται ἐν τοῖς οὐρανοῖς.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10 . 21]</w:t>
      </w:r>
    </w:p>
    <w:p>
      <w:r>
        <w:rPr>
          <w:rFonts w:ascii="Gentium Plus" w:hAnsi="Gentium Plus"/>
          <w:sz w:val="24"/>
        </w:rPr>
        <w:t>Ἐν αὐτῇ τῇ ὥρᾳ ἠγαλλιάσατο [ἐν] τῷ πνεύματι τῷ ἁγίῳ καὶ εἶπεν, Ἐξομολογοῦμαί σοι, πάτερ, κύριε τοῦ οὐρανοῦ καὶ τῆς γῆς, ὅτι ἀπέκρυψας ταῦτα ἀπὸ σοφῶν καὶ συνετῶν, καὶ ἀπεκάλυψας αὐτὰ νηπίοις· ναί,</w:t>
      </w:r>
    </w:p>
    <w:p>
      <w:r>
        <w:rPr>
          <w:rFonts w:ascii="Courier New" w:hAnsi="Courier New"/>
          <w:color w:val="555555"/>
          <w:sz w:val="20"/>
        </w:rPr>
        <w:t>[5]</w:t>
      </w:r>
    </w:p>
    <w:p>
      <w:r>
        <w:rPr>
          <w:rFonts w:ascii="Gentium Plus" w:hAnsi="Gentium Plus"/>
          <w:sz w:val="24"/>
        </w:rPr>
        <w:t>ὁ πατήρ, ὅτι οὕτως εὐδοκία ἐγένετο ἔμπροσθέν σου.</w:t>
      </w:r>
    </w:p>
    <w:p>
      <w:r>
        <w:rPr>
          <w:rFonts w:ascii="Courier New" w:hAnsi="Courier New"/>
          <w:color w:val="555555"/>
          <w:sz w:val="20"/>
        </w:rPr>
        <w:t>[Luc . 10 . 22]</w:t>
      </w:r>
    </w:p>
    <w:p>
      <w:r>
        <w:rPr>
          <w:rFonts w:ascii="Gentium Plus" w:hAnsi="Gentium Plus"/>
          <w:sz w:val="24"/>
        </w:rPr>
        <w:t>Πάντα μοι παρεδόθη ὑπὸ τοῦ πατρός μου, καὶ οὐδεὶς γινώσκει τίς ἐστιν ὁ υἱὸς εἰ μὴ ὁ πατήρ, καὶ τίς ἐστιν ὁ πατὴρ εἰ μὴ ὁ υἱὸς καὶ ᾧ ἐὰν βούληται ὁ υἱὸς ἀποκαλύψαι.</w:t>
      </w:r>
    </w:p>
    <w:p>
      <w:r>
        <w:rPr>
          <w:rFonts w:ascii="Courier New" w:hAnsi="Courier New"/>
          <w:color w:val="555555"/>
          <w:sz w:val="20"/>
        </w:rPr>
        <w:t>[Luc . 10 . 23]</w:t>
      </w:r>
    </w:p>
    <w:p>
      <w:r>
        <w:rPr>
          <w:rFonts w:ascii="Gentium Plus" w:hAnsi="Gentium Plus"/>
          <w:sz w:val="24"/>
        </w:rPr>
        <w:t>Καὶ στραφεὶς πρὸς τοὺς μαθητὰς κατ’ ἰδίαν εἶπεν, Μακάριοι οἱ ὀφθαλμοὶ οἱ βλέποντες ἃ βλέπετε.</w:t>
      </w:r>
    </w:p>
    <w:p>
      <w:r>
        <w:rPr>
          <w:rFonts w:ascii="Courier New" w:hAnsi="Courier New"/>
          <w:color w:val="555555"/>
          <w:sz w:val="20"/>
        </w:rPr>
        <w:t>[Luc . 10 . 24]</w:t>
      </w:r>
    </w:p>
    <w:p>
      <w:r>
        <w:rPr>
          <w:rFonts w:ascii="Gentium Plus" w:hAnsi="Gentium Plus"/>
          <w:sz w:val="24"/>
        </w:rPr>
        <w:t>λέγω γὰρ ὑμῖν ὅτι πολλοὶ προφῆται καὶ βασιλεῖς ἠθέλησαν ἰδεῖν ἃ ὑμεῖς βλέπετε καὶ οὐκ εἶδαν, καὶ ἀκοῦσαι ἃ ἀκούετε καὶ οὐκ ἤκουσαν.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10 . 25]</w:t>
      </w:r>
    </w:p>
    <w:p>
      <w:r>
        <w:rPr>
          <w:rFonts w:ascii="Gentium Plus" w:hAnsi="Gentium Plus"/>
          <w:sz w:val="24"/>
        </w:rPr>
        <w:t>Καὶ ἰδοὺ νομικός τις ἀνέστη ἐκπειράζων αὐτὸν λέγων, Διδάσκαλε, τί ποιήσας ζωὴν αἰώνιον κληρονο‐ μήσω;</w:t>
      </w:r>
    </w:p>
    <w:p>
      <w:r>
        <w:rPr>
          <w:rFonts w:ascii="Courier New" w:hAnsi="Courier New"/>
          <w:color w:val="555555"/>
          <w:sz w:val="20"/>
        </w:rPr>
        <w:t>[Luc . 10 . 26]</w:t>
      </w:r>
    </w:p>
    <w:p>
      <w:r>
        <w:rPr>
          <w:rFonts w:ascii="Gentium Plus" w:hAnsi="Gentium Plus"/>
          <w:sz w:val="24"/>
        </w:rPr>
        <w:t>ὁ δὲ εἶπεν πρὸς αὐτόν, Ἐν τῷ νόμῳ τί γέγρα‐ πται; πῶς ἀναγινώσκεις;</w:t>
      </w:r>
    </w:p>
    <w:p>
      <w:r>
        <w:rPr>
          <w:rFonts w:ascii="Courier New" w:hAnsi="Courier New"/>
          <w:color w:val="555555"/>
          <w:sz w:val="20"/>
        </w:rPr>
        <w:t>[Luc . 10 . 27]</w:t>
      </w:r>
    </w:p>
    <w:p>
      <w:r>
        <w:rPr>
          <w:rFonts w:ascii="Gentium Plus" w:hAnsi="Gentium Plus"/>
          <w:sz w:val="24"/>
        </w:rPr>
        <w:t>ὁ δὲ ἀποκριθεὶς εἶπεν, Ἀγαπήσεις κύριον τὸν θεόν σου ἐξ ὅλης [τῆς] καρδίας σου καὶ ἐν ὅλῃ τῇ ψυχῇ σου καὶ ἐν ὅλῃ τῇ ἰσχύϊ σου καὶ ἐν ὅλῃ τῇ διανοίᾳ σου, καὶ τὸν πλησίον σου ὡς</w:t>
      </w:r>
    </w:p>
    <w:p>
      <w:r>
        <w:rPr>
          <w:rFonts w:ascii="Courier New" w:hAnsi="Courier New"/>
          <w:color w:val="555555"/>
          <w:sz w:val="20"/>
        </w:rPr>
        <w:t>[5]</w:t>
      </w:r>
    </w:p>
    <w:p>
      <w:r>
        <w:rPr>
          <w:rFonts w:ascii="Gentium Plus" w:hAnsi="Gentium Plus"/>
          <w:sz w:val="24"/>
        </w:rPr>
        <w:t>σεαυτόν.</w:t>
      </w:r>
    </w:p>
    <w:p>
      <w:r>
        <w:rPr>
          <w:rFonts w:ascii="Courier New" w:hAnsi="Courier New"/>
          <w:color w:val="555555"/>
          <w:sz w:val="20"/>
        </w:rPr>
        <w:t>[Luc . 10 . 28]</w:t>
      </w:r>
    </w:p>
    <w:p>
      <w:r>
        <w:rPr>
          <w:rFonts w:ascii="Gentium Plus" w:hAnsi="Gentium Plus"/>
          <w:sz w:val="24"/>
        </w:rPr>
        <w:t>εἶπεν δὲ αὐτῷ, Ὀρθῶς ἀπεκρίθης· τοῦτο ποίει καὶ ζήσῃ.</w:t>
      </w:r>
    </w:p>
    <w:p>
      <w:r>
        <w:rPr>
          <w:rFonts w:ascii="Courier New" w:hAnsi="Courier New"/>
          <w:color w:val="555555"/>
          <w:sz w:val="20"/>
        </w:rPr>
        <w:t>[Luc . 10 . 29]</w:t>
      </w:r>
    </w:p>
    <w:p>
      <w:r>
        <w:rPr>
          <w:rFonts w:ascii="Gentium Plus" w:hAnsi="Gentium Plus"/>
          <w:sz w:val="24"/>
        </w:rPr>
        <w:t>ὁ δὲ θέλων δικαιῶσαι ἑαυτὸν εἶπεν πρὸς τὸν Ἰησοῦν, Καὶ τίς ἐστίν μου πλησίον;</w:t>
      </w:r>
    </w:p>
    <w:p>
      <w:r>
        <w:rPr>
          <w:rFonts w:ascii="Courier New" w:hAnsi="Courier New"/>
          <w:color w:val="555555"/>
          <w:sz w:val="20"/>
        </w:rPr>
        <w:t>[Luc . 10 . 30]</w:t>
      </w:r>
    </w:p>
    <w:p>
      <w:r>
        <w:rPr>
          <w:rFonts w:ascii="Gentium Plus" w:hAnsi="Gentium Plus"/>
          <w:sz w:val="24"/>
        </w:rPr>
        <w:t>ὑπο‐ λαβὼν ὁ Ἰησοῦς εἶπεν, Ἄνθρωπός τις κατέβαινεν ἀπὸ Ἰερουσαλὴμ εἰς Ἰεριχὼ καὶ λῃσταῖς περιέπεσεν, οἳ καὶ</w:t>
      </w:r>
    </w:p>
    <w:p>
      <w:r>
        <w:rPr>
          <w:rFonts w:ascii="Courier New" w:hAnsi="Courier New"/>
          <w:color w:val="555555"/>
          <w:sz w:val="20"/>
        </w:rPr>
        <w:t>[5]</w:t>
      </w:r>
    </w:p>
    <w:p>
      <w:r>
        <w:rPr>
          <w:rFonts w:ascii="Gentium Plus" w:hAnsi="Gentium Plus"/>
          <w:sz w:val="24"/>
        </w:rPr>
        <w:t>ἡμιθανῆ.</w:t>
      </w:r>
    </w:p>
    <w:p>
      <w:r>
        <w:rPr>
          <w:rFonts w:ascii="Courier New" w:hAnsi="Courier New"/>
          <w:color w:val="555555"/>
          <w:sz w:val="20"/>
        </w:rPr>
        <w:t>[Luc . 10 . 31]</w:t>
      </w:r>
    </w:p>
    <w:p>
      <w:r>
        <w:rPr>
          <w:rFonts w:ascii="Gentium Plus" w:hAnsi="Gentium Plus"/>
          <w:sz w:val="24"/>
        </w:rPr>
        <w:t>κατὰ συγκυρίαν δὲ ἱερεύς τις κατέβαινεν ἐν τῇ ὁδῷ ἐκείνῃ, καὶ ἰδὼν αὐτὸν ἀντιπαρῆλθεν·</w:t>
      </w:r>
    </w:p>
    <w:p>
      <w:r>
        <w:rPr>
          <w:rFonts w:ascii="Courier New" w:hAnsi="Courier New"/>
          <w:color w:val="555555"/>
          <w:sz w:val="20"/>
        </w:rPr>
        <w:t>[Luc . 10 . 32]</w:t>
      </w:r>
    </w:p>
    <w:p>
      <w:r>
        <w:rPr>
          <w:rFonts w:ascii="Gentium Plus" w:hAnsi="Gentium Plus"/>
          <w:sz w:val="24"/>
        </w:rPr>
        <w:t>ὁμοίως δὲ καὶ Λευίτης [γενόμενος] κατὰ τὸν τόπον ἐλθὼν καὶ ἰδὼν ἀντιπαρῆλθεν.</w:t>
      </w:r>
    </w:p>
    <w:p>
      <w:r>
        <w:rPr>
          <w:rFonts w:ascii="Courier New" w:hAnsi="Courier New"/>
          <w:color w:val="555555"/>
          <w:sz w:val="20"/>
        </w:rPr>
        <w:t>[Luc . 10 . 33]</w:t>
      </w:r>
    </w:p>
    <w:p>
      <w:r>
        <w:rPr>
          <w:rFonts w:ascii="Gentium Plus" w:hAnsi="Gentium Plus"/>
          <w:sz w:val="24"/>
        </w:rPr>
        <w:t>Σαμαρίτης δέ τις ὁδεύων ἦλθεν κατ’ αὐτὸν καὶ ἰδὼν ἐσπλαγχνίσθη,</w:t>
      </w:r>
    </w:p>
    <w:p>
      <w:r>
        <w:rPr>
          <w:rFonts w:ascii="Courier New" w:hAnsi="Courier New"/>
          <w:color w:val="555555"/>
          <w:sz w:val="20"/>
        </w:rPr>
        <w:t>[Luc . 10 . 34]</w:t>
      </w:r>
    </w:p>
    <w:p>
      <w:r>
        <w:rPr>
          <w:rFonts w:ascii="Gentium Plus" w:hAnsi="Gentium Plus"/>
          <w:sz w:val="24"/>
        </w:rPr>
        <w:t>καὶ προσελθὼν κατέδησεν τὰ τραύματα αὐτοῦ ἐπιχέων ἔλαιον καὶ οἶνον, ἐπιβιβάσας δὲ αὐτὸν ἐπὶ τὸ ἴδιον κτῆνος ἤγαγεν αὐτὸν εἰς πανδοχεῖον καὶ ἐπεμελήθη αὐτοῦ.</w:t>
      </w:r>
    </w:p>
    <w:p>
      <w:r>
        <w:rPr>
          <w:rFonts w:ascii="Courier New" w:hAnsi="Courier New"/>
          <w:color w:val="555555"/>
          <w:sz w:val="20"/>
        </w:rPr>
        <w:t>[Luc . 10 . 35]</w:t>
      </w:r>
    </w:p>
    <w:p>
      <w:r>
        <w:rPr>
          <w:rFonts w:ascii="Gentium Plus" w:hAnsi="Gentium Plus"/>
          <w:sz w:val="24"/>
        </w:rPr>
        <w:t>καὶ ἐπὶ τὴν αὔριον ἐκβαλὼν ἔδωκεν δύο δηνάρια τῷ πανδοχεῖ καὶ εἶπεν, Ἐπιμελήθητι αὐτοῦ, καὶ ὅ τι ἂν προσδαπανή‐ σῃς ἐγὼ ἐν τῷ ἐπανέρχεσθαί με ἀποδώσω σοι.</w:t>
      </w:r>
    </w:p>
    <w:p>
      <w:r>
        <w:rPr>
          <w:rFonts w:ascii="Courier New" w:hAnsi="Courier New"/>
          <w:color w:val="555555"/>
          <w:sz w:val="20"/>
        </w:rPr>
        <w:t>[Luc . 10 . 36]</w:t>
      </w:r>
    </w:p>
    <w:p>
      <w:r>
        <w:rPr>
          <w:rFonts w:ascii="Gentium Plus" w:hAnsi="Gentium Plus"/>
          <w:sz w:val="24"/>
        </w:rPr>
        <w:t>τίς τούτων τῶν τριῶν πλησίον δοκεῖ σοι γεγονέναι τοῦ ἐμπεσόντος εἰς τοὺς λῃστάς;</w:t>
      </w:r>
    </w:p>
    <w:p>
      <w:r>
        <w:rPr>
          <w:rFonts w:ascii="Courier New" w:hAnsi="Courier New"/>
          <w:color w:val="555555"/>
          <w:sz w:val="20"/>
        </w:rPr>
        <w:t>[Luc . 10 . 37]</w:t>
      </w:r>
    </w:p>
    <w:p>
      <w:r>
        <w:rPr>
          <w:rFonts w:ascii="Gentium Plus" w:hAnsi="Gentium Plus"/>
          <w:sz w:val="24"/>
        </w:rPr>
        <w:t>ὁ δὲ εἶπεν, Ὁ ποιήσας τὸ ἔλεος μετ’ αὐτοῦ. εἶπεν δὲ αὐτῷ ὁ Ἰησοῦς, Πορεύου καὶ σὺ ποίει ὁμοίως.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10 . 38]</w:t>
      </w:r>
    </w:p>
    <w:p>
      <w:r>
        <w:rPr>
          <w:rFonts w:ascii="Gentium Plus" w:hAnsi="Gentium Plus"/>
          <w:sz w:val="24"/>
        </w:rPr>
        <w:t>Ἐν δὲ τῷ πορεύεσθαι αὐτοὺς αὐτὸς εἰσῆλθεν εἰς κώμην τινά· γυνὴ δέ τις ὀνόματι Μάρθα ὑπεδέξατο αὐτόν.</w:t>
      </w:r>
    </w:p>
    <w:p>
      <w:r>
        <w:rPr>
          <w:rFonts w:ascii="Courier New" w:hAnsi="Courier New"/>
          <w:color w:val="555555"/>
          <w:sz w:val="20"/>
        </w:rPr>
        <w:t>[Luc . 10 . 39]</w:t>
      </w:r>
    </w:p>
    <w:p>
      <w:r>
        <w:rPr>
          <w:rFonts w:ascii="Gentium Plus" w:hAnsi="Gentium Plus"/>
          <w:sz w:val="24"/>
        </w:rPr>
        <w:t>καὶ τῇδε ἦν ἀδελφὴ καλουμένη Μαριάμ, [ἣ] καὶ παρακαθεσθεῖσα πρὸς τοὺς πόδας τοῦ κυρίου ἤκουεν τὸν λόγον αὐτοῦ.</w:t>
      </w:r>
    </w:p>
    <w:p>
      <w:r>
        <w:rPr>
          <w:rFonts w:ascii="Courier New" w:hAnsi="Courier New"/>
          <w:color w:val="555555"/>
          <w:sz w:val="20"/>
        </w:rPr>
        <w:t>[Luc . 10 . 40]</w:t>
      </w:r>
    </w:p>
    <w:p>
      <w:r>
        <w:rPr>
          <w:rFonts w:ascii="Gentium Plus" w:hAnsi="Gentium Plus"/>
          <w:sz w:val="24"/>
        </w:rPr>
        <w:t>ἡ δὲ Μάρθα περιεσπᾶτο περὶ πολλὴν διακονίαν· ἐπιστᾶσα δὲ εἶπεν, Κύριε, οὐ μέλει σοι ὅτι ἡ ἀδελφή μου μόνην με κατέλιπεν διακο‐ νεῖν; εἰπὲ οὖν αὐτῇ ἵνα μοι συναντιλάβηται.</w:t>
      </w:r>
    </w:p>
    <w:p>
      <w:r>
        <w:rPr>
          <w:rFonts w:ascii="Courier New" w:hAnsi="Courier New"/>
          <w:color w:val="555555"/>
          <w:sz w:val="20"/>
        </w:rPr>
        <w:t>[Luc . 10 . 41]</w:t>
      </w:r>
    </w:p>
    <w:p>
      <w:r>
        <w:rPr>
          <w:rFonts w:ascii="Gentium Plus" w:hAnsi="Gentium Plus"/>
          <w:sz w:val="24"/>
        </w:rPr>
        <w:t>ἀποκρι‐ θεὶς δὲ εἶπεν αὐτῇ ὁ κύριος, Μάρθα Μάρθα, μεριμνᾷς καὶ θορυβάζῃ περὶ πολλά,</w:t>
      </w:r>
    </w:p>
    <w:p>
      <w:r>
        <w:rPr>
          <w:rFonts w:ascii="Courier New" w:hAnsi="Courier New"/>
          <w:color w:val="555555"/>
          <w:sz w:val="20"/>
        </w:rPr>
        <w:t>[Luc . 10 . 42]</w:t>
      </w:r>
    </w:p>
    <w:p>
      <w:r>
        <w:rPr>
          <w:rFonts w:ascii="Gentium Plus" w:hAnsi="Gentium Plus"/>
          <w:sz w:val="24"/>
        </w:rPr>
        <w:t>ἑνὸς δέ ἐστιν χρεία Μαριὰμ γὰρ τὴν ἀγαθὴν μερίδα ἐξελέξατο ἥτις οὐκ</w:t>
      </w:r>
    </w:p>
    <w:p>
      <w:r>
        <w:rPr>
          <w:rFonts w:ascii="Courier New" w:hAnsi="Courier New"/>
          <w:color w:val="555555"/>
          <w:sz w:val="20"/>
        </w:rPr>
        <w:t>[Luc . 11 . 1]</w:t>
      </w:r>
    </w:p>
    <w:p>
      <w:r>
        <w:rPr>
          <w:rFonts w:ascii="Gentium Plus" w:hAnsi="Gentium Plus"/>
          <w:sz w:val="24"/>
        </w:rPr>
        <w:t>Καὶ ἐγένετο ἐν τῷ εἶναι αὐτὸν ἐν τόπῳ τινὶ προσευ‐ χόμενον, ὡς ἐπαύσατο, εἶπέν τις τῶν μαθητῶν αὐτοῦ πρὸς αὐτόν, Κύριε, δίδαξον ἡμᾶς προσεύχεσθαι, καθὼς καὶ Ἰωάννης ἐδίδαξεν τοὺς μαθητὰς αὐτοῦ.</w:t>
      </w:r>
    </w:p>
    <w:p>
      <w:r>
        <w:rPr>
          <w:rFonts w:ascii="Courier New" w:hAnsi="Courier New"/>
          <w:color w:val="555555"/>
          <w:sz w:val="20"/>
        </w:rPr>
        <w:t>[Luc . 11 . 2]</w:t>
      </w:r>
    </w:p>
    <w:p>
      <w:r>
        <w:rPr>
          <w:rFonts w:ascii="Gentium Plus" w:hAnsi="Gentium Plus"/>
          <w:sz w:val="24"/>
        </w:rPr>
        <w:t>εἶπεν δὲ αὐτοῖς, Ὅταν προσεύχησθε, λέγετε, Πάτερ, ἁγιασθήτω τὸ ὄνομά σου·</w:t>
      </w:r>
    </w:p>
    <w:p>
      <w:r>
        <w:rPr>
          <w:rFonts w:ascii="Courier New" w:hAnsi="Courier New"/>
          <w:color w:val="555555"/>
          <w:sz w:val="20"/>
        </w:rPr>
        <w:t>[Luc . 11 . 3]</w:t>
      </w:r>
    </w:p>
    <w:p>
      <w:r>
        <w:rPr>
          <w:rFonts w:ascii="Gentium Plus" w:hAnsi="Gentium Plus"/>
          <w:sz w:val="24"/>
        </w:rPr>
        <w:t>τὸν ἄρτον ἡμῶν τὸν ἐπιούσιον δίδου ἡμῖν τὸ καθ’ ἡμέραν·</w:t>
      </w:r>
    </w:p>
    <w:p>
      <w:r>
        <w:rPr>
          <w:rFonts w:ascii="Courier New" w:hAnsi="Courier New"/>
          <w:color w:val="555555"/>
          <w:sz w:val="20"/>
        </w:rPr>
        <w:t>[Luc . 11 . 4]</w:t>
      </w:r>
    </w:p>
    <w:p>
      <w:r>
        <w:rPr>
          <w:rFonts w:ascii="Gentium Plus" w:hAnsi="Gentium Plus"/>
          <w:sz w:val="24"/>
        </w:rPr>
        <w:t>καὶ ἄφες ἡμῖν τὰς ἁμαρτίας ἡμῶν, καὶ γὰρ αὐτοὶ ἀφίομεν παντὶ ὀφείλοντι ἡμῖν· καὶ μὴ εἰσενέγκῃς ἡμᾶς εἰς πειρασμόν.</w:t>
      </w:r>
    </w:p>
    <w:p>
      <w:r>
        <w:rPr>
          <w:rFonts w:ascii="Courier New" w:hAnsi="Courier New"/>
          <w:color w:val="555555"/>
          <w:sz w:val="20"/>
        </w:rPr>
        <w:t>[Luc . 11 . 5]</w:t>
      </w:r>
    </w:p>
    <w:p>
      <w:r>
        <w:rPr>
          <w:rFonts w:ascii="Gentium Plus" w:hAnsi="Gentium Plus"/>
          <w:sz w:val="24"/>
        </w:rPr>
        <w:t>Καὶ εἶπεν πρὸς αὐτούς, Τίς ἐξ ὑμῶν ἕξει φίλον καὶ πορεύσεται πρὸς αὐτὸν μεσονυκτίου καὶ εἴπῃ αὐτῷ, Φίλε, χρῆσόν μοι τρεῖς ἄρτους,</w:t>
      </w:r>
    </w:p>
    <w:p>
      <w:r>
        <w:rPr>
          <w:rFonts w:ascii="Courier New" w:hAnsi="Courier New"/>
          <w:color w:val="555555"/>
          <w:sz w:val="20"/>
        </w:rPr>
        <w:t>[Luc . 11 . 6]</w:t>
      </w:r>
    </w:p>
    <w:p>
      <w:r>
        <w:rPr>
          <w:rFonts w:ascii="Gentium Plus" w:hAnsi="Gentium Plus"/>
          <w:sz w:val="24"/>
        </w:rPr>
        <w:t>ἐπειδὴ φίλος μου παρεγένετο ἐξ ὁδοῦ πρός με καὶ οὐκ ἔχω ὃ παραθήσω αὐτῷ·</w:t>
      </w:r>
    </w:p>
    <w:p>
      <w:r>
        <w:rPr>
          <w:rFonts w:ascii="Courier New" w:hAnsi="Courier New"/>
          <w:color w:val="555555"/>
          <w:sz w:val="20"/>
        </w:rPr>
        <w:t>[Luc . 11 . 7]</w:t>
      </w:r>
    </w:p>
    <w:p>
      <w:r>
        <w:rPr>
          <w:rFonts w:ascii="Gentium Plus" w:hAnsi="Gentium Plus"/>
          <w:sz w:val="24"/>
        </w:rPr>
        <w:t>κἀκεῖνος ἔσωθεν ἀποκριθεὶς εἴπῃ, Μή μοι κόπους πάρεχε· ἤδη ἡ θύρα κέκλεισται, καὶ τὰ παιδία μου μετ’ ἐμοῦ εἰς τὴν κοίτην εἰσίν· οὐ δύναμαι ἀναστὰς δοῦναί σοι.</w:t>
      </w:r>
    </w:p>
    <w:p>
      <w:r>
        <w:rPr>
          <w:rFonts w:ascii="Courier New" w:hAnsi="Courier New"/>
          <w:color w:val="555555"/>
          <w:sz w:val="20"/>
        </w:rPr>
        <w:t>[Luc . 11 . 8]</w:t>
      </w:r>
    </w:p>
    <w:p>
      <w:r>
        <w:rPr>
          <w:rFonts w:ascii="Gentium Plus" w:hAnsi="Gentium Plus"/>
          <w:sz w:val="24"/>
        </w:rPr>
        <w:t>λέγω ὑμῖν, εἰ καὶ οὐ δώσει αὐτῷ ἀναστὰς διὰ τὸ εἶναι φίλον αὐτοῦ, διά γε τὴν ἀναίδειαν αὐτοῦ ἐγερθεὶς δώσει αὐτῷ ὅσων χρῄζει.</w:t>
      </w:r>
    </w:p>
    <w:p>
      <w:r>
        <w:rPr>
          <w:rFonts w:ascii="Courier New" w:hAnsi="Courier New"/>
          <w:color w:val="555555"/>
          <w:sz w:val="20"/>
        </w:rPr>
        <w:t>[Luc . 11 . 9]</w:t>
      </w:r>
    </w:p>
    <w:p>
      <w:r>
        <w:rPr>
          <w:rFonts w:ascii="Gentium Plus" w:hAnsi="Gentium Plus"/>
          <w:sz w:val="24"/>
        </w:rPr>
        <w:t>κἀγὼ ὑμῖν λέγω, αἰτεῖτε, καὶ δοθήσεται ὑμῖν· ζητεῖτε, καὶ εὑρήσετε· κρούετε, καὶ ἀνοιγήσεται ὑμῖν.</w:t>
      </w:r>
    </w:p>
    <w:p>
      <w:r>
        <w:rPr>
          <w:rFonts w:ascii="Courier New" w:hAnsi="Courier New"/>
          <w:color w:val="555555"/>
          <w:sz w:val="20"/>
        </w:rPr>
        <w:t>[Luc . 11 . 10]</w:t>
      </w:r>
    </w:p>
    <w:p>
      <w:r>
        <w:rPr>
          <w:rFonts w:ascii="Gentium Plus" w:hAnsi="Gentium Plus"/>
          <w:sz w:val="24"/>
        </w:rPr>
        <w:t>πᾶς γὰρ ὁ αἰτῶν λαμβάνει, καὶ ὁ ζητῶν εὑρίσκει, καὶ τῷ κρούοντι ἀνοί‐ γεται.</w:t>
      </w:r>
    </w:p>
    <w:p>
      <w:r>
        <w:rPr>
          <w:rFonts w:ascii="Courier New" w:hAnsi="Courier New"/>
          <w:color w:val="555555"/>
          <w:sz w:val="20"/>
        </w:rPr>
        <w:t>[Luc . 11 . 11]</w:t>
      </w:r>
    </w:p>
    <w:p>
      <w:r>
        <w:rPr>
          <w:rFonts w:ascii="Gentium Plus" w:hAnsi="Gentium Plus"/>
          <w:sz w:val="24"/>
        </w:rPr>
        <w:t>τίνα δὲ ἐξ ὑμῶν αἰτήσει τὸν πατέρα ὁ υἱὸς ἰχθύν, καὶ ἀντὶ ἰχθύος ὄφιν αὐτῷ ἐπιδώσει;</w:t>
      </w:r>
    </w:p>
    <w:p>
      <w:r>
        <w:rPr>
          <w:rFonts w:ascii="Courier New" w:hAnsi="Courier New"/>
          <w:color w:val="555555"/>
          <w:sz w:val="20"/>
        </w:rPr>
        <w:t>[Luc . 11 . 12]</w:t>
      </w:r>
    </w:p>
    <w:p>
      <w:r>
        <w:rPr>
          <w:rFonts w:ascii="Gentium Plus" w:hAnsi="Gentium Plus"/>
          <w:sz w:val="24"/>
        </w:rPr>
        <w:t>ἢ καὶ αἰτήσει ᾠόν, ἐπιδώσει αὐτῷ σκορπίον;</w:t>
      </w:r>
    </w:p>
    <w:p>
      <w:r>
        <w:rPr>
          <w:rFonts w:ascii="Courier New" w:hAnsi="Courier New"/>
          <w:color w:val="555555"/>
          <w:sz w:val="20"/>
        </w:rPr>
        <w:t>[Luc . 11 . 13]</w:t>
      </w:r>
    </w:p>
    <w:p>
      <w:r>
        <w:rPr>
          <w:rFonts w:ascii="Gentium Plus" w:hAnsi="Gentium Plus"/>
          <w:sz w:val="24"/>
        </w:rPr>
        <w:t>εἰ οὖν ὑμεῖς πονηροὶ ὑπάρχοντες οἴδατε δόματα ἀγαθὰ διδόναι τοῖς τέκνοις ὑμῶν, πόσῳ μᾶλλον ὁ πατὴρ [ὁ] ἐξ οὐρανοῦ</w:t>
      </w:r>
    </w:p>
    <w:p>
      <w:r>
        <w:rPr>
          <w:rFonts w:ascii="Courier New" w:hAnsi="Courier New"/>
          <w:color w:val="555555"/>
          <w:sz w:val="20"/>
        </w:rPr>
        <w:t>[Luc . 11 . 14]</w:t>
      </w:r>
    </w:p>
    <w:p>
      <w:r>
        <w:rPr>
          <w:rFonts w:ascii="Gentium Plus" w:hAnsi="Gentium Plus"/>
          <w:sz w:val="24"/>
        </w:rPr>
        <w:t>Καὶ ἦν ἐκβάλλων δαιμόνιον[, καὶ αὐτὸ αὐτὸ ἦν] κωφόν· ἐγένετο δὲ τοῦ δαιμονίου ἐξελθόντος ἐλάλησεν ὁ κωφός. καὶ ἐθαύμασαν οἱ ὄχλοι·</w:t>
      </w:r>
    </w:p>
    <w:p>
      <w:r>
        <w:rPr>
          <w:rFonts w:ascii="Courier New" w:hAnsi="Courier New"/>
          <w:color w:val="555555"/>
          <w:sz w:val="20"/>
        </w:rPr>
        <w:t>[Luc . 11 . 15]</w:t>
      </w:r>
    </w:p>
    <w:p>
      <w:r>
        <w:rPr>
          <w:rFonts w:ascii="Gentium Plus" w:hAnsi="Gentium Plus"/>
          <w:sz w:val="24"/>
        </w:rPr>
        <w:t>τινὲς δὲ ἐξ αὐτῶν εἶπαν, Ἐν Βεελζεβοὺλ τῷ ἄρχοντι τῶν δαιμονίων ἐκβάλλει τὰ δαιμόνια·</w:t>
      </w:r>
    </w:p>
    <w:p>
      <w:r>
        <w:rPr>
          <w:rFonts w:ascii="Courier New" w:hAnsi="Courier New"/>
          <w:color w:val="555555"/>
          <w:sz w:val="20"/>
        </w:rPr>
        <w:t>[Luc . 11 . 16]</w:t>
      </w:r>
    </w:p>
    <w:p>
      <w:r>
        <w:rPr>
          <w:rFonts w:ascii="Gentium Plus" w:hAnsi="Gentium Plus"/>
          <w:sz w:val="24"/>
        </w:rPr>
        <w:t>ἕτεροι δὲ πειράζοντες σημεῖον ἐξ οὐρανοῦ ἐζήτουν παρ’ αὐτοῦ.</w:t>
      </w:r>
    </w:p>
    <w:p>
      <w:r>
        <w:rPr>
          <w:rFonts w:ascii="Courier New" w:hAnsi="Courier New"/>
          <w:color w:val="555555"/>
          <w:sz w:val="20"/>
        </w:rPr>
        <w:t>[Luc . 11 . 17]</w:t>
      </w:r>
    </w:p>
    <w:p>
      <w:r>
        <w:rPr>
          <w:rFonts w:ascii="Gentium Plus" w:hAnsi="Gentium Plus"/>
          <w:sz w:val="24"/>
        </w:rPr>
        <w:t>αὐτὸς δὲ εἰδὼς αὐτῶν τὰ διανοή‐ ματα εἶπεν αὐτοῖς, Πᾶσα βασιλεία ἐφ’ ἑαυτὴν διαμε‐ ρισθεῖσα ἐρημοῦται, καὶ οἶκος ἐπὶ οἶκον πίπτει.</w:t>
      </w:r>
    </w:p>
    <w:p>
      <w:r>
        <w:rPr>
          <w:rFonts w:ascii="Courier New" w:hAnsi="Courier New"/>
          <w:color w:val="555555"/>
          <w:sz w:val="20"/>
        </w:rPr>
        <w:t>[Luc . 11 . 18]</w:t>
      </w:r>
    </w:p>
    <w:p>
      <w:r>
        <w:rPr>
          <w:rFonts w:ascii="Gentium Plus" w:hAnsi="Gentium Plus"/>
          <w:sz w:val="24"/>
        </w:rPr>
        <w:t>εἰ δὲ καὶ ὁ Σατανᾶς ἐφ’ ἑαυτὸν διεμερίσθη, πῶς σταθή‐ σεται ἡ βασιλεία αὐτοῦ; ὅτι λέγετε ἐν Βεελζεβοὺλ ἐκ‐ βάλλειν με τὰ δαιμόνια.</w:t>
      </w:r>
    </w:p>
    <w:p>
      <w:r>
        <w:rPr>
          <w:rFonts w:ascii="Courier New" w:hAnsi="Courier New"/>
          <w:color w:val="555555"/>
          <w:sz w:val="20"/>
        </w:rPr>
        <w:t>[Luc . 11 . 19]</w:t>
      </w:r>
    </w:p>
    <w:p>
      <w:r>
        <w:rPr>
          <w:rFonts w:ascii="Gentium Plus" w:hAnsi="Gentium Plus"/>
          <w:sz w:val="24"/>
        </w:rPr>
        <w:t>εἰ δὲ ἐγὼ ἐν Βεελζεβοὺλ ἐκβάλλω τὰ δαιμόνια, οἱ υἱοὶ ὑμῶν ἐν τίνι ἐκβάλλουσιν; διὰ τοῦτο αὐτοὶ ὑμῶν κριταὶ ἔσονται.</w:t>
      </w:r>
    </w:p>
    <w:p>
      <w:r>
        <w:rPr>
          <w:rFonts w:ascii="Courier New" w:hAnsi="Courier New"/>
          <w:color w:val="555555"/>
          <w:sz w:val="20"/>
        </w:rPr>
        <w:t>[Luc . 11 . 20]</w:t>
      </w:r>
    </w:p>
    <w:p>
      <w:r>
        <w:rPr>
          <w:rFonts w:ascii="Gentium Plus" w:hAnsi="Gentium Plus"/>
          <w:sz w:val="24"/>
        </w:rPr>
        <w:t>εἰ δὲ ἐν δακτύλῳ θεοῦ ἐκβάλλω τὰ δαιμόνια, ἄρα ἔφθασεν ἐφ’ ὑμᾶς ἡ βασιλεία τοῦ θεοῦ.</w:t>
      </w:r>
    </w:p>
    <w:p>
      <w:r>
        <w:rPr>
          <w:rFonts w:ascii="Courier New" w:hAnsi="Courier New"/>
          <w:color w:val="555555"/>
          <w:sz w:val="20"/>
        </w:rPr>
        <w:t>[Luc . 11 . 21]</w:t>
      </w:r>
    </w:p>
    <w:p>
      <w:r>
        <w:rPr>
          <w:rFonts w:ascii="Gentium Plus" w:hAnsi="Gentium Plus"/>
          <w:sz w:val="24"/>
        </w:rPr>
        <w:t>ὅταν ὁ ἰσχυρὸς καθωπλισμένος φυλάσσῃ τὴν ἑαυτοῦ αὐλήν, ἐν εἰρήνῃ ἐστὶν τὰ ὑπάρ‐ χοντα αὐτοῦ·</w:t>
      </w:r>
    </w:p>
    <w:p>
      <w:r>
        <w:rPr>
          <w:rFonts w:ascii="Courier New" w:hAnsi="Courier New"/>
          <w:color w:val="555555"/>
          <w:sz w:val="20"/>
        </w:rPr>
        <w:t>[Luc . 11 . 22]</w:t>
      </w:r>
    </w:p>
    <w:p>
      <w:r>
        <w:rPr>
          <w:rFonts w:ascii="Gentium Plus" w:hAnsi="Gentium Plus"/>
          <w:sz w:val="24"/>
        </w:rPr>
        <w:t>ἐπὰν δὲ ἰσχυρότερος αὐτοῦ ἐπελθὼν νικήσῃ αὐτόν, τὴν πανοπλίαν αὐτοῦ αἴρει ἐφ’ ᾗ ἐπεποίθει, καὶ τὰ σκῦλα αὐτοῦ διαδίδωσιν.</w:t>
      </w:r>
    </w:p>
    <w:p>
      <w:r>
        <w:rPr>
          <w:rFonts w:ascii="Courier New" w:hAnsi="Courier New"/>
          <w:color w:val="555555"/>
          <w:sz w:val="20"/>
        </w:rPr>
        <w:t>[Luc . 11 . 23]</w:t>
      </w:r>
    </w:p>
    <w:p>
      <w:r>
        <w:rPr>
          <w:rFonts w:ascii="Gentium Plus" w:hAnsi="Gentium Plus"/>
          <w:sz w:val="24"/>
        </w:rPr>
        <w:t>ὁ μὴ ὢν μετ’ ἐμοῦ</w:t>
      </w:r>
    </w:p>
    <w:p>
      <w:r>
        <w:rPr>
          <w:rFonts w:ascii="Courier New" w:hAnsi="Courier New"/>
          <w:color w:val="555555"/>
          <w:sz w:val="20"/>
        </w:rPr>
        <w:t>[Luc . 11 . 24]</w:t>
      </w:r>
    </w:p>
    <w:p>
      <w:r>
        <w:rPr>
          <w:rFonts w:ascii="Gentium Plus" w:hAnsi="Gentium Plus"/>
          <w:sz w:val="24"/>
        </w:rPr>
        <w:t>Ὅταν τὸ ἀκάθαρτον πνεῦμα ἐξέλθῃ ἀπὸ τοῦ ἀν‐ θρώπου, διέρχεται δι’ ἀνύδρων τόπων ζητοῦν ἀνάπαυσιν, καὶ μὴ εὑρίσκον λέγει, Ὑποστρέψω εἰς τὸν οἶκόν μου ὅθεν ἐξῆλθον·</w:t>
      </w:r>
    </w:p>
    <w:p>
      <w:r>
        <w:rPr>
          <w:rFonts w:ascii="Courier New" w:hAnsi="Courier New"/>
          <w:color w:val="555555"/>
          <w:sz w:val="20"/>
        </w:rPr>
        <w:t>[Luc . 11 . 25]</w:t>
      </w:r>
    </w:p>
    <w:p>
      <w:r>
        <w:rPr>
          <w:rFonts w:ascii="Gentium Plus" w:hAnsi="Gentium Plus"/>
          <w:sz w:val="24"/>
        </w:rPr>
        <w:t>καὶ ἐλθὸν εὑρίσκει σεσαρωμένον καὶ κεκοσμημένον.</w:t>
      </w:r>
    </w:p>
    <w:p>
      <w:r>
        <w:rPr>
          <w:rFonts w:ascii="Courier New" w:hAnsi="Courier New"/>
          <w:color w:val="555555"/>
          <w:sz w:val="20"/>
        </w:rPr>
        <w:t>[Luc . 11 . 26]</w:t>
      </w:r>
    </w:p>
    <w:p>
      <w:r>
        <w:rPr>
          <w:rFonts w:ascii="Gentium Plus" w:hAnsi="Gentium Plus"/>
          <w:sz w:val="24"/>
        </w:rPr>
        <w:t>τότε πορεύεται καὶ παραλαμβάνει ἕτερα πνεύματα πονηρότερα ἑαυτοῦ ἑπτά, καὶ εἰσελθόντα κατοικεῖ ἐκεῖ, καὶ γίνεται τὰ ἔσχατα τοῦ ἀνθρώπου ἐκείνου χείρονα τῶν πρώτων.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11 . 27]</w:t>
      </w:r>
    </w:p>
    <w:p>
      <w:r>
        <w:rPr>
          <w:rFonts w:ascii="Gentium Plus" w:hAnsi="Gentium Plus"/>
          <w:sz w:val="24"/>
        </w:rPr>
        <w:t>Ἐγένετο δὲ ἐν τῷ λέγειν αὐτὸν ταῦτα ἐπάρασά τις φωνὴν γυνὴ ἐκ τοῦ ὄχλου εἶπεν αὐτῷ, Μακαρία ἡ κοιλία ἡ βαστάσασά σε καὶ μαστοὶ οὓς ἐθήλασας.</w:t>
      </w:r>
    </w:p>
    <w:p>
      <w:r>
        <w:rPr>
          <w:rFonts w:ascii="Courier New" w:hAnsi="Courier New"/>
          <w:color w:val="555555"/>
          <w:sz w:val="20"/>
        </w:rPr>
        <w:t>[Luc . 11 . 28]</w:t>
      </w:r>
    </w:p>
    <w:p>
      <w:r>
        <w:rPr>
          <w:rFonts w:ascii="Gentium Plus" w:hAnsi="Gentium Plus"/>
          <w:sz w:val="24"/>
        </w:rPr>
        <w:t>αὐτὸς δὲ εἶπεν, Μενοῦν μακάριοι οἱ ἀκούοντες τὸν λόγον τοῦ θεοῦ καὶ φυλάσσοντες.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11 . 29]</w:t>
      </w:r>
    </w:p>
    <w:p>
      <w:r>
        <w:rPr>
          <w:rFonts w:ascii="Gentium Plus" w:hAnsi="Gentium Plus"/>
          <w:sz w:val="24"/>
        </w:rPr>
        <w:t>Τῶν δὲ ὄχλων ἐπαθροιζομένων ἤρξατο λέγειν, Ἡ γενεὰ αὕτη γενεὰ πονηρά ἐστιν· σημεῖον ζητεῖ, καὶ</w:t>
      </w:r>
    </w:p>
    <w:p>
      <w:r>
        <w:rPr>
          <w:rFonts w:ascii="Courier New" w:hAnsi="Courier New"/>
          <w:color w:val="555555"/>
          <w:sz w:val="20"/>
        </w:rPr>
        <w:t>[Luc . 11 . 30]</w:t>
      </w:r>
    </w:p>
    <w:p>
      <w:r>
        <w:rPr>
          <w:rFonts w:ascii="Gentium Plus" w:hAnsi="Gentium Plus"/>
          <w:sz w:val="24"/>
        </w:rPr>
        <w:t>καθὼς γὰρ ἐγένετο Ἰωνᾶς τοῖς Νινευίταις σημεῖον, οὕτως ἔσται καὶ ὁ υἱὸς τοῦ ἀνθρώπου τῇ γενεᾷ ταύτῃ.</w:t>
      </w:r>
    </w:p>
    <w:p>
      <w:r>
        <w:rPr>
          <w:rFonts w:ascii="Courier New" w:hAnsi="Courier New"/>
          <w:color w:val="555555"/>
          <w:sz w:val="20"/>
        </w:rPr>
        <w:t>[Luc . 11 . 31]</w:t>
      </w:r>
    </w:p>
    <w:p>
      <w:r>
        <w:rPr>
          <w:rFonts w:ascii="Gentium Plus" w:hAnsi="Gentium Plus"/>
          <w:sz w:val="24"/>
        </w:rPr>
        <w:t>βασίλισσα νότου ἐγερθήσεται ἐν τῇ κρίσει μετὰ τῶν ἀνδρῶν τῆς γενεᾶς ταύτης καὶ κατακρινεῖ αὐτούς· ὅτι ἦλθεν ἐκ τῶν περάτων τῆς γῆς ἀκοῦσαι τὴν σοφίαν Σολομῶνος, καὶ ἰδοὺ πλεῖον Σολομῶνος ὧδε.</w:t>
      </w:r>
    </w:p>
    <w:p>
      <w:r>
        <w:rPr>
          <w:rFonts w:ascii="Courier New" w:hAnsi="Courier New"/>
          <w:color w:val="555555"/>
          <w:sz w:val="20"/>
        </w:rPr>
        <w:t>[Luc . 11 . 32]</w:t>
      </w:r>
    </w:p>
    <w:p>
      <w:r>
        <w:rPr>
          <w:rFonts w:ascii="Gentium Plus" w:hAnsi="Gentium Plus"/>
          <w:sz w:val="24"/>
        </w:rPr>
        <w:t>ἄνδρες Νινευῖται ἀναστήσονται ἐν τῇ κρίσει μετὰ τῆς γενεᾶς ταύτης καὶ κατακρινοῦσιν αὐτήν· ὅτι μετενόησαν εἰς τὸ κήρυγμα Ἰωνᾶ, καὶ ἰδοὺ πλεῖον Ἰωνᾶ ὧδε.</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11 . 33]</w:t>
      </w:r>
    </w:p>
    <w:p>
      <w:r>
        <w:rPr>
          <w:rFonts w:ascii="Gentium Plus" w:hAnsi="Gentium Plus"/>
          <w:sz w:val="24"/>
        </w:rPr>
        <w:t>Οὐδεὶς λύχνον ἅψας εἰς κρύπτην τίθησιν [οὐδὲ ὑπὸ τὸν μόδιον] ἀλλ’ ἐπὶ τὴν λυχνίαν, ἵνα οἱ εἰσπορευ‐ όμενοι τὸ φῶς βλέπωσιν.</w:t>
      </w:r>
    </w:p>
    <w:p>
      <w:r>
        <w:rPr>
          <w:rFonts w:ascii="Courier New" w:hAnsi="Courier New"/>
          <w:color w:val="555555"/>
          <w:sz w:val="20"/>
        </w:rPr>
        <w:t>[Luc . 11 . 34]</w:t>
      </w:r>
    </w:p>
    <w:p>
      <w:r>
        <w:rPr>
          <w:rFonts w:ascii="Gentium Plus" w:hAnsi="Gentium Plus"/>
          <w:sz w:val="24"/>
        </w:rPr>
        <w:t>ὁ λύχνος τοῦ σώματός ἐστιν ὁ ὀφθαλμός σου. ὅταν ὁ ὀφθαλμός σου ἁπλοῦς ᾖ, καὶ ὅλον τὸ σῶμά σου φωτεινόν ἐστιν· ἐπὰν δὲ πονηρὸς ᾖ, καὶ τὸ σῶμά σου σκοτεινόν.</w:t>
      </w:r>
    </w:p>
    <w:p>
      <w:r>
        <w:rPr>
          <w:rFonts w:ascii="Courier New" w:hAnsi="Courier New"/>
          <w:color w:val="555555"/>
          <w:sz w:val="20"/>
        </w:rPr>
        <w:t>[Luc . 11 . 35]</w:t>
      </w:r>
    </w:p>
    <w:p>
      <w:r>
        <w:rPr>
          <w:rFonts w:ascii="Gentium Plus" w:hAnsi="Gentium Plus"/>
          <w:sz w:val="24"/>
        </w:rPr>
        <w:t>σκόπει οὖν μὴ τὸ φῶς τὸ ἐν σοὶ σκότος ἐστίν.</w:t>
      </w:r>
    </w:p>
    <w:p>
      <w:r>
        <w:rPr>
          <w:rFonts w:ascii="Courier New" w:hAnsi="Courier New"/>
          <w:color w:val="555555"/>
          <w:sz w:val="20"/>
        </w:rPr>
        <w:t>[Luc . 11 . 36]</w:t>
      </w:r>
    </w:p>
    <w:p>
      <w:r>
        <w:rPr>
          <w:rFonts w:ascii="Gentium Plus" w:hAnsi="Gentium Plus"/>
          <w:sz w:val="24"/>
        </w:rPr>
        <w:t>εἰ οὖν τὸ σῶμά σου ὅλον φωτεινόν, μὴ ἔχον μέρος τι σκοτεινόν, ἔσται φωτεινὸν ὅλον ὡς ὅταν ὁ λύχνος τῇ ἀστραπῇ φωτίζῃ σε.</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11 . 37]</w:t>
      </w:r>
    </w:p>
    <w:p>
      <w:r>
        <w:rPr>
          <w:rFonts w:ascii="Gentium Plus" w:hAnsi="Gentium Plus"/>
          <w:sz w:val="24"/>
        </w:rPr>
        <w:t>Ἐν δὲ τῷ λαλῆσαι ἐρωτᾷ αὐτὸν Φαρισαῖος ὅπως ἀριστήσῃ παρ’ αὐτῷ· εἰσελθὼν δὲ ἀνέπεσεν.</w:t>
      </w:r>
    </w:p>
    <w:p>
      <w:r>
        <w:rPr>
          <w:rFonts w:ascii="Courier New" w:hAnsi="Courier New"/>
          <w:color w:val="555555"/>
          <w:sz w:val="20"/>
        </w:rPr>
        <w:t>[Luc . 11 . 38]</w:t>
      </w:r>
    </w:p>
    <w:p>
      <w:r>
        <w:rPr>
          <w:rFonts w:ascii="Gentium Plus" w:hAnsi="Gentium Plus"/>
          <w:sz w:val="24"/>
        </w:rPr>
        <w:t>ὁ δὲ Φαρισαῖος ἰδὼν ἐθαύμασεν ὅτι οὐ πρῶτον ἐβαπτίσθη πρὸ τοῦ ἀρίστου.</w:t>
      </w:r>
    </w:p>
    <w:p>
      <w:r>
        <w:rPr>
          <w:rFonts w:ascii="Courier New" w:hAnsi="Courier New"/>
          <w:color w:val="555555"/>
          <w:sz w:val="20"/>
        </w:rPr>
        <w:t>[Luc . 11 . 39]</w:t>
      </w:r>
    </w:p>
    <w:p>
      <w:r>
        <w:rPr>
          <w:rFonts w:ascii="Gentium Plus" w:hAnsi="Gentium Plus"/>
          <w:sz w:val="24"/>
        </w:rPr>
        <w:t>εἶπεν δὲ ὁ κύριος πρὸς αὐτόν, Νῦν ὑμεῖς οἱ Φαρισαῖοι τὸ ἔξωθεν τοῦ ποτηρίου καὶ τοῦ πίνακος καθαρίζετε, τὸ δὲ ἔσωθεν ὑμῶν γέμει ἁρπαγῆς καὶ πονηρίας.</w:t>
      </w:r>
    </w:p>
    <w:p>
      <w:r>
        <w:rPr>
          <w:rFonts w:ascii="Courier New" w:hAnsi="Courier New"/>
          <w:color w:val="555555"/>
          <w:sz w:val="20"/>
        </w:rPr>
        <w:t>[Luc . 11 . 40]</w:t>
      </w:r>
    </w:p>
    <w:p>
      <w:r>
        <w:rPr>
          <w:rFonts w:ascii="Gentium Plus" w:hAnsi="Gentium Plus"/>
          <w:sz w:val="24"/>
        </w:rPr>
        <w:t>ἄφρονες, οὐχ ὁ ποιήσας τὸ ἔξωθεν καὶ τὸ ἔσωθεν ἐποίησεν;</w:t>
      </w:r>
    </w:p>
    <w:p>
      <w:r>
        <w:rPr>
          <w:rFonts w:ascii="Courier New" w:hAnsi="Courier New"/>
          <w:color w:val="555555"/>
          <w:sz w:val="20"/>
        </w:rPr>
        <w:t>[Luc . 11 . 41]</w:t>
      </w:r>
    </w:p>
    <w:p>
      <w:r>
        <w:rPr>
          <w:rFonts w:ascii="Gentium Plus" w:hAnsi="Gentium Plus"/>
          <w:sz w:val="24"/>
        </w:rPr>
        <w:t>πλὴν τὰ ἐνόντα δότε ἐλεημοσύ‐ νην, καὶ ἰδοὺ πάντα καθαρὰ ὑμῖν ἐστιν.</w:t>
      </w:r>
    </w:p>
    <w:p>
      <w:r>
        <w:rPr>
          <w:rFonts w:ascii="Courier New" w:hAnsi="Courier New"/>
          <w:color w:val="555555"/>
          <w:sz w:val="20"/>
        </w:rPr>
        <w:t>[Luc . 11 . 42]</w:t>
      </w:r>
    </w:p>
    <w:p>
      <w:r>
        <w:rPr>
          <w:rFonts w:ascii="Gentium Plus" w:hAnsi="Gentium Plus"/>
          <w:sz w:val="24"/>
        </w:rPr>
        <w:t>ἀλλὰ οὐαὶ ὑμῖν τοῖς Φαρισαίοις, ὅτι ἀποδεκατοῦτε τὸ ἡδύοσμον καὶ τὸ πήγανον καὶ πᾶν λάχανον, καὶ παρέρχεσθε τὴν κρίσιν καὶ τὴν ἀγάπην τοῦ θεοῦ· ταῦτα δὲ ἔδει ποιῆσαι</w:t>
      </w:r>
    </w:p>
    <w:p>
      <w:r>
        <w:rPr>
          <w:rFonts w:ascii="Courier New" w:hAnsi="Courier New"/>
          <w:color w:val="555555"/>
          <w:sz w:val="20"/>
        </w:rPr>
        <w:t>[5]</w:t>
      </w:r>
    </w:p>
    <w:p>
      <w:r>
        <w:rPr>
          <w:rFonts w:ascii="Gentium Plus" w:hAnsi="Gentium Plus"/>
          <w:sz w:val="24"/>
        </w:rPr>
        <w:t>κἀκεῖνα μὴ παρεῖναι.</w:t>
      </w:r>
    </w:p>
    <w:p>
      <w:r>
        <w:rPr>
          <w:rFonts w:ascii="Courier New" w:hAnsi="Courier New"/>
          <w:color w:val="555555"/>
          <w:sz w:val="20"/>
        </w:rPr>
        <w:t>[Luc . 11 . 43]</w:t>
      </w:r>
    </w:p>
    <w:p>
      <w:r>
        <w:rPr>
          <w:rFonts w:ascii="Gentium Plus" w:hAnsi="Gentium Plus"/>
          <w:sz w:val="24"/>
        </w:rPr>
        <w:t>οὐαὶ ὑμῖν τοῖς Φαρισαίοις, ὅτι ἀγαπᾶτε τὴν πρωτοκαθεδρίαν ἐν ταῖς συναγωγαῖς καὶ τοὺς ἀσπασμοὺς ἐν ταῖς ἀγοραῖς.</w:t>
      </w:r>
    </w:p>
    <w:p>
      <w:r>
        <w:rPr>
          <w:rFonts w:ascii="Courier New" w:hAnsi="Courier New"/>
          <w:color w:val="555555"/>
          <w:sz w:val="20"/>
        </w:rPr>
        <w:t>[Luc . 11 . 44]</w:t>
      </w:r>
    </w:p>
    <w:p>
      <w:r>
        <w:rPr>
          <w:rFonts w:ascii="Gentium Plus" w:hAnsi="Gentium Plus"/>
          <w:sz w:val="24"/>
        </w:rPr>
        <w:t>οὐαὶ ὑμῖν, ὅτι ἐστὲ ὡς τὰ μνημεῖα τὰ ἄδηλα, καὶ οἱ ἄνθρωποι [οἱ] περιπατοῦντες ἐπάνω οὐκ οἴδασιν.</w:t>
      </w:r>
    </w:p>
    <w:p>
      <w:r>
        <w:rPr>
          <w:rFonts w:ascii="Courier New" w:hAnsi="Courier New"/>
          <w:color w:val="555555"/>
          <w:sz w:val="20"/>
        </w:rPr>
        <w:t>[Luc . 11 . 45]</w:t>
      </w:r>
    </w:p>
    <w:p>
      <w:r>
        <w:rPr>
          <w:rFonts w:ascii="Gentium Plus" w:hAnsi="Gentium Plus"/>
          <w:sz w:val="24"/>
        </w:rPr>
        <w:t>Ἀποκριθεὶς δέ τις τῶν νομικῶν λέγει αὐτῷ, Διδάσκαλε, ταῦτα λέγων καὶ ἡμᾶς ὑβρίζεις.</w:t>
      </w:r>
    </w:p>
    <w:p>
      <w:r>
        <w:rPr>
          <w:rFonts w:ascii="Courier New" w:hAnsi="Courier New"/>
          <w:color w:val="555555"/>
          <w:sz w:val="20"/>
        </w:rPr>
        <w:t>[Luc . 11 . 46]</w:t>
      </w:r>
    </w:p>
    <w:p>
      <w:r>
        <w:rPr>
          <w:rFonts w:ascii="Gentium Plus" w:hAnsi="Gentium Plus"/>
          <w:sz w:val="24"/>
        </w:rPr>
        <w:t>ὁ δὲ εἶπεν, Καὶ ὑμῖν τοῖς νομικοῖς οὐαί, ὅτι φορτίζετε τοὺς ἀνθρώπους φορτία δυσβάστακτα, καὶ αὐτοὶ ἑνὶ τῶν δακτύλων ὑμῶν οὐ προσψαύετε τοῖς φορτίοις.</w:t>
      </w:r>
    </w:p>
    <w:p>
      <w:r>
        <w:rPr>
          <w:rFonts w:ascii="Courier New" w:hAnsi="Courier New"/>
          <w:color w:val="555555"/>
          <w:sz w:val="20"/>
        </w:rPr>
        <w:t>[Luc . 11 . 47]</w:t>
      </w:r>
    </w:p>
    <w:p>
      <w:r>
        <w:rPr>
          <w:rFonts w:ascii="Gentium Plus" w:hAnsi="Gentium Plus"/>
          <w:sz w:val="24"/>
        </w:rPr>
        <w:t>οὐαὶ ὑμῖν, ὅτι οἰκοδομεῖτε τὰ μνημεῖα τῶν προφητῶν, οἱ δὲ πατέρες ὑμῶν ἀπέκτειναν αὐτούς.</w:t>
      </w:r>
    </w:p>
    <w:p>
      <w:r>
        <w:rPr>
          <w:rFonts w:ascii="Courier New" w:hAnsi="Courier New"/>
          <w:color w:val="555555"/>
          <w:sz w:val="20"/>
        </w:rPr>
        <w:t>[Luc . 11 . 48]</w:t>
      </w:r>
    </w:p>
    <w:p>
      <w:r>
        <w:rPr>
          <w:rFonts w:ascii="Gentium Plus" w:hAnsi="Gentium Plus"/>
          <w:sz w:val="24"/>
        </w:rPr>
        <w:t>ἄρα μάρτυρές ἐστε καὶ συνευδοκεῖτε τοῖς ἔργοις τῶν πατέρων ὑμῶν, ὅτι</w:t>
      </w:r>
    </w:p>
    <w:p>
      <w:r>
        <w:rPr>
          <w:rFonts w:ascii="Courier New" w:hAnsi="Courier New"/>
          <w:color w:val="555555"/>
          <w:sz w:val="20"/>
        </w:rPr>
        <w:t>[Luc . 11 . 49]</w:t>
      </w:r>
    </w:p>
    <w:p>
      <w:r>
        <w:rPr>
          <w:rFonts w:ascii="Gentium Plus" w:hAnsi="Gentium Plus"/>
          <w:sz w:val="24"/>
        </w:rPr>
        <w:t>διὰ τοῦτο καὶ ἡ σοφία τοῦ θεοῦ εἶπεν, Ἀποστελῶ εἰς αὐτοὺς προφήτας καὶ ἀποστόλους, καὶ ἐξ αὐτῶν ἀποκτενοῦσιν καὶ διώξουσιν,</w:t>
      </w:r>
    </w:p>
    <w:p>
      <w:r>
        <w:rPr>
          <w:rFonts w:ascii="Courier New" w:hAnsi="Courier New"/>
          <w:color w:val="555555"/>
          <w:sz w:val="20"/>
        </w:rPr>
        <w:t>[Luc . 11 . 50]</w:t>
      </w:r>
    </w:p>
    <w:p>
      <w:r>
        <w:rPr>
          <w:rFonts w:ascii="Gentium Plus" w:hAnsi="Gentium Plus"/>
          <w:sz w:val="24"/>
        </w:rPr>
        <w:t>ἵνα ἐκζητηθῇ τὸ αἷμα πάντων τῶν προφητῶν τὸ ἐκκεχυμένον ἀπὸ καταβολῆς κόσμου ἀπὸ τῆς γενεᾶς ταύτης,</w:t>
      </w:r>
    </w:p>
    <w:p>
      <w:r>
        <w:rPr>
          <w:rFonts w:ascii="Courier New" w:hAnsi="Courier New"/>
          <w:color w:val="555555"/>
          <w:sz w:val="20"/>
        </w:rPr>
        <w:t>[Luc . 11 . 51]</w:t>
      </w:r>
    </w:p>
    <w:p>
      <w:r>
        <w:rPr>
          <w:rFonts w:ascii="Gentium Plus" w:hAnsi="Gentium Plus"/>
          <w:sz w:val="24"/>
        </w:rPr>
        <w:t>ἀπὸ αἵματος Ἅβελ ἕως αἵματος Ζαχαρίου τοῦ ἀπολομένου μεταξὺ τοῦ θυσιαστηρίου καὶ τοῦ οἴκου· ναί, λέγω ὑμῖν, ἐκζητηθή‐ σεται ἀπὸ τῆς γενεᾶς ταύτης.</w:t>
      </w:r>
    </w:p>
    <w:p>
      <w:r>
        <w:rPr>
          <w:rFonts w:ascii="Courier New" w:hAnsi="Courier New"/>
          <w:color w:val="555555"/>
          <w:sz w:val="20"/>
        </w:rPr>
        <w:t>[Luc . 11 . 52]</w:t>
      </w:r>
    </w:p>
    <w:p>
      <w:r>
        <w:rPr>
          <w:rFonts w:ascii="Gentium Plus" w:hAnsi="Gentium Plus"/>
          <w:sz w:val="24"/>
        </w:rPr>
        <w:t>οὐαὶ ὑμῖν τοῖς νομικοῖς, ὅτι ἤρατε τὴν κλεῖδα τῆς γνώσεως· αὐτοὶ οὐκ εἰσήλθατε καὶ τοὺς εἰσερχομένους ἐκωλύσατε.</w:t>
      </w:r>
    </w:p>
    <w:p>
      <w:r>
        <w:rPr>
          <w:rFonts w:ascii="Courier New" w:hAnsi="Courier New"/>
          <w:color w:val="555555"/>
          <w:sz w:val="20"/>
        </w:rPr>
        <w:t>[Luc . 11 . 53]</w:t>
      </w:r>
    </w:p>
    <w:p>
      <w:r>
        <w:rPr>
          <w:rFonts w:ascii="Gentium Plus" w:hAnsi="Gentium Plus"/>
          <w:sz w:val="24"/>
        </w:rPr>
        <w:t>Κἀκεῖθεν ἐξελ‐ θόντος αὐτοῦ ἤρξαντο οἱ γραμματεῖς καὶ οἱ Φαρισαῖοι δεινῶς ἐνέχειν καὶ ἀποστοματίζειν αὐτὸν περὶ πλειόνων,</w:t>
      </w:r>
    </w:p>
    <w:p>
      <w:r>
        <w:rPr>
          <w:rFonts w:ascii="Courier New" w:hAnsi="Courier New"/>
          <w:color w:val="555555"/>
          <w:sz w:val="20"/>
        </w:rPr>
        <w:t>[Luc . 11 . 54]</w:t>
      </w:r>
    </w:p>
    <w:p>
      <w:r>
        <w:rPr>
          <w:rFonts w:ascii="Gentium Plus" w:hAnsi="Gentium Plus"/>
          <w:sz w:val="24"/>
        </w:rPr>
        <w:t>ἐνεδρεύοντες αὐτὸν θηρεῦσαί τι ἐκ τοῦ στόματος αὐτοῦ.</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[Luc . 12 . 1]</w:t>
      </w:r>
    </w:p>
    <w:p>
      <w:r>
        <w:rPr>
          <w:rFonts w:ascii="Gentium Plus" w:hAnsi="Gentium Plus"/>
          <w:sz w:val="24"/>
        </w:rPr>
        <w:t>Ἐν οἷς ἐπισυναχθεισῶν τῶν μυριάδων τοῦ ὄχλου, ὥστε καταπατεῖν ἀλλήλους, ἤρξατο λέγειν πρὸς τοὺς μαθητὰς αὐτοῦ πρῶτον, Προσέχετε ἑαυτοῖς ἀπὸ τῆς ζύμης, ἥτις ἐστὶν ὑπόκρισις, τῶν Φαρισαίων.</w:t>
      </w:r>
    </w:p>
    <w:p>
      <w:r>
        <w:rPr>
          <w:rFonts w:ascii="Courier New" w:hAnsi="Courier New"/>
          <w:color w:val="555555"/>
          <w:sz w:val="20"/>
        </w:rPr>
        <w:t>[Luc . 12 . 2]</w:t>
      </w:r>
    </w:p>
    <w:p>
      <w:r>
        <w:rPr>
          <w:rFonts w:ascii="Gentium Plus" w:hAnsi="Gentium Plus"/>
          <w:sz w:val="24"/>
        </w:rPr>
        <w:t>οὐδὲν δὲ συγκεκαλυμμένον ἐστὶν ὃ οὐκ ἀποκαλυφθήσεται, καὶ κρυπτὸν ὃ οὐ γνωσθήσεται.</w:t>
      </w:r>
    </w:p>
    <w:p>
      <w:r>
        <w:rPr>
          <w:rFonts w:ascii="Courier New" w:hAnsi="Courier New"/>
          <w:color w:val="555555"/>
          <w:sz w:val="20"/>
        </w:rPr>
        <w:t>[Luc . 12 . 3]</w:t>
      </w:r>
    </w:p>
    <w:p>
      <w:r>
        <w:rPr>
          <w:rFonts w:ascii="Gentium Plus" w:hAnsi="Gentium Plus"/>
          <w:sz w:val="24"/>
        </w:rPr>
        <w:t>ἀνθ’ ὧν ὅσα ἐν τῇ σκοτίᾳ εἴπατε ἐν τῷ φωτὶ ἀκουσθήσεται, καὶ ὃ πρὸς τὸ οὖς ἐλαλήσατε ἐν τοῖς ταμείοις κηρυχθήσεται ἐπὶ τῶν</w:t>
      </w:r>
    </w:p>
    <w:p>
      <w:r>
        <w:rPr>
          <w:rFonts w:ascii="Courier New" w:hAnsi="Courier New"/>
          <w:color w:val="555555"/>
          <w:sz w:val="20"/>
        </w:rPr>
        <w:t>[Luc . 12 . 4]</w:t>
      </w:r>
    </w:p>
    <w:p>
      <w:r>
        <w:rPr>
          <w:rFonts w:ascii="Gentium Plus" w:hAnsi="Gentium Plus"/>
          <w:sz w:val="24"/>
        </w:rPr>
        <w:t>Λέγω δὲ ὑμῖν τοῖς φίλοις μου, μὴ φοβηθῆτε ἀπὸ τῶν ἀποκτεινόντων τὸ σῶμα καὶ μετὰ ταῦτα μὴ ἐχόντων περισσότερόν τι ποιῆσαι.</w:t>
      </w:r>
    </w:p>
    <w:p>
      <w:r>
        <w:rPr>
          <w:rFonts w:ascii="Courier New" w:hAnsi="Courier New"/>
          <w:color w:val="555555"/>
          <w:sz w:val="20"/>
        </w:rPr>
        <w:t>[Luc . 12 . 5]</w:t>
      </w:r>
    </w:p>
    <w:p>
      <w:r>
        <w:rPr>
          <w:rFonts w:ascii="Gentium Plus" w:hAnsi="Gentium Plus"/>
          <w:sz w:val="24"/>
        </w:rPr>
        <w:t>ὑποδείξω δὲ ὑμῖν τίνα φοβηθῆτε· φοβήθητε τὸν μετὰ τὸ ἀποκτεῖναι ἔχοντα ἐξουσίαν ἐμβαλεῖν εἰς τὴν γέενναν· ναί, λέγω ὑμῖν, τοῦτον φοβήθητε.</w:t>
      </w:r>
    </w:p>
    <w:p>
      <w:r>
        <w:rPr>
          <w:rFonts w:ascii="Courier New" w:hAnsi="Courier New"/>
          <w:color w:val="555555"/>
          <w:sz w:val="20"/>
        </w:rPr>
        <w:t>[Luc . 12 . 6]</w:t>
      </w:r>
    </w:p>
    <w:p>
      <w:r>
        <w:rPr>
          <w:rFonts w:ascii="Gentium Plus" w:hAnsi="Gentium Plus"/>
          <w:sz w:val="24"/>
        </w:rPr>
        <w:t>οὐχὶ πέντε στρουθία πωλοῦνται ἀσ‐ σαρίων δύο; καὶ ἓν ἐξ αὐτῶν οὐκ ἔστιν ἐπιλελησμένον ἐνώπιον τοῦ θεοῦ.</w:t>
      </w:r>
    </w:p>
    <w:p>
      <w:r>
        <w:rPr>
          <w:rFonts w:ascii="Courier New" w:hAnsi="Courier New"/>
          <w:color w:val="555555"/>
          <w:sz w:val="20"/>
        </w:rPr>
        <w:t>[Luc . 12 . 7]</w:t>
      </w:r>
    </w:p>
    <w:p>
      <w:r>
        <w:rPr>
          <w:rFonts w:ascii="Gentium Plus" w:hAnsi="Gentium Plus"/>
          <w:sz w:val="24"/>
        </w:rPr>
        <w:t>ἀλλὰ καὶ αἱ τρίχες τῆς κεφαλῆς ὑμῶν πᾶσαι ἠρίθμηνται. μὴ φοβεῖσθε· πολλῶν στρουθίων διαφέρετε.</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12 . 8]</w:t>
      </w:r>
    </w:p>
    <w:p>
      <w:r>
        <w:rPr>
          <w:rFonts w:ascii="Gentium Plus" w:hAnsi="Gentium Plus"/>
          <w:sz w:val="24"/>
        </w:rPr>
        <w:t>Λέγω δὲ ὑμῖν, πᾶς ὃς ἂν ὁμολογήσῃ ἐν ἐμοὶ ἔμ‐ προσθεν τῶν ἀνθρώπων, καὶ ὁ υἱὸς τοῦ ἀνθρώπου ὁμολο‐ γήσει ἐν αὐτῷ ἔμπροσθεν τῶν ἀγγέλων τοῦ θεοῦ·</w:t>
      </w:r>
    </w:p>
    <w:p>
      <w:r>
        <w:rPr>
          <w:rFonts w:ascii="Courier New" w:hAnsi="Courier New"/>
          <w:color w:val="555555"/>
          <w:sz w:val="20"/>
        </w:rPr>
        <w:t>[Luc . 12 . 9]</w:t>
      </w:r>
    </w:p>
    <w:p>
      <w:r>
        <w:rPr>
          <w:rFonts w:ascii="Gentium Plus" w:hAnsi="Gentium Plus"/>
          <w:sz w:val="24"/>
        </w:rPr>
        <w:t>ὁ δὲ ἀρνησάμενός με ἐνώπιον τῶν ἀνθρώπων ἀπαρνηθή‐ σεται ἐνώπιον τῶν ἀγγέλων τοῦ θεοῦ.</w:t>
      </w:r>
    </w:p>
    <w:p>
      <w:r>
        <w:rPr>
          <w:rFonts w:ascii="Courier New" w:hAnsi="Courier New"/>
          <w:color w:val="555555"/>
          <w:sz w:val="20"/>
        </w:rPr>
        <w:t>[Luc . 12 . 10]</w:t>
      </w:r>
    </w:p>
    <w:p>
      <w:r>
        <w:rPr>
          <w:rFonts w:ascii="Gentium Plus" w:hAnsi="Gentium Plus"/>
          <w:sz w:val="24"/>
        </w:rPr>
        <w:t>καὶ πᾶς ὃς ἐρεῖ λόγον εἰς τὸν υἱὸν τοῦ ἀνθρώπου, ἀφεθήσεται αὐτῷ· τῷ δὲ εἰς τὸ ἅγιον πνεῦμα βλασφημήσαντι οὐκ ἀφεθή‐ σεται.</w:t>
      </w:r>
    </w:p>
    <w:p>
      <w:r>
        <w:rPr>
          <w:rFonts w:ascii="Courier New" w:hAnsi="Courier New"/>
          <w:color w:val="555555"/>
          <w:sz w:val="20"/>
        </w:rPr>
        <w:t>[Luc . 12 . 11]</w:t>
      </w:r>
    </w:p>
    <w:p>
      <w:r>
        <w:rPr>
          <w:rFonts w:ascii="Gentium Plus" w:hAnsi="Gentium Plus"/>
          <w:sz w:val="24"/>
        </w:rPr>
        <w:t>ὅταν δὲ εἰσφέρωσιν ὑμᾶς ἐπὶ τὰς συναγωγὰς καὶ τὰς ἀρχὰς καὶ τὰς ἐξουσίας, μὴ μεριμνήσητε πῶς [ἢ τί] ἀπολογήσησθε ἢ τί εἴπητε·</w:t>
      </w:r>
    </w:p>
    <w:p>
      <w:r>
        <w:rPr>
          <w:rFonts w:ascii="Courier New" w:hAnsi="Courier New"/>
          <w:color w:val="555555"/>
          <w:sz w:val="20"/>
        </w:rPr>
        <w:t>[Luc . 12 . 12]</w:t>
      </w:r>
    </w:p>
    <w:p>
      <w:r>
        <w:rPr>
          <w:rFonts w:ascii="Gentium Plus" w:hAnsi="Gentium Plus"/>
          <w:sz w:val="24"/>
        </w:rPr>
        <w:t>τὸ γὰρ ἅγιον</w:t>
      </w:r>
    </w:p>
    <w:p>
      <w:r>
        <w:rPr>
          <w:rFonts w:ascii="Courier New" w:hAnsi="Courier New"/>
          <w:color w:val="555555"/>
          <w:sz w:val="20"/>
        </w:rPr>
        <w:t>[Luc . 12 . 13]</w:t>
      </w:r>
    </w:p>
    <w:p>
      <w:r>
        <w:rPr>
          <w:rFonts w:ascii="Gentium Plus" w:hAnsi="Gentium Plus"/>
          <w:sz w:val="24"/>
        </w:rPr>
        <w:t>Εἶπεν δέ τις ἐκ τοῦ ὄχλου αὐτῷ, Διδάσκαλε, εἰπὲ τῷ ἀδελφῷ μου μερίσασθαι μετ’ ἐμοῦ τὴν κληρονομίαν.</w:t>
      </w:r>
    </w:p>
    <w:p>
      <w:r>
        <w:rPr>
          <w:rFonts w:ascii="Courier New" w:hAnsi="Courier New"/>
          <w:color w:val="555555"/>
          <w:sz w:val="20"/>
        </w:rPr>
        <w:t>[Luc . 12 . 14]</w:t>
      </w:r>
    </w:p>
    <w:p>
      <w:r>
        <w:rPr>
          <w:rFonts w:ascii="Gentium Plus" w:hAnsi="Gentium Plus"/>
          <w:sz w:val="24"/>
        </w:rPr>
        <w:t>ὁ δὲ εἶπεν αὐτῷ, Ἄνθρωπε, τίς με κατέστησεν κριτὴν ἢ μεριστὴν ἐφ’ ὑμᾶς;</w:t>
      </w:r>
    </w:p>
    <w:p>
      <w:r>
        <w:rPr>
          <w:rFonts w:ascii="Courier New" w:hAnsi="Courier New"/>
          <w:color w:val="555555"/>
          <w:sz w:val="20"/>
        </w:rPr>
        <w:t>[Luc . 12 . 15]</w:t>
      </w:r>
    </w:p>
    <w:p>
      <w:r>
        <w:rPr>
          <w:rFonts w:ascii="Gentium Plus" w:hAnsi="Gentium Plus"/>
          <w:sz w:val="24"/>
        </w:rPr>
        <w:t>εἶπεν δὲ πρὸς αὐτούς, Ὁρᾶτε καὶ φυλάσσεσθε ἀπὸ πάσης πλεονεξίας, ὅτι οὐκ ἐν τῷ περισσεύειν τινὶ ἡ ζωὴ αὐτοῦ ἐστιν ἐκ τῶν ὑπαρχόντων αὐτῷ.</w:t>
      </w:r>
    </w:p>
    <w:p>
      <w:r>
        <w:rPr>
          <w:rFonts w:ascii="Courier New" w:hAnsi="Courier New"/>
          <w:color w:val="555555"/>
          <w:sz w:val="20"/>
        </w:rPr>
        <w:t>[Luc . 12 . 16]</w:t>
      </w:r>
    </w:p>
    <w:p>
      <w:r>
        <w:rPr>
          <w:rFonts w:ascii="Gentium Plus" w:hAnsi="Gentium Plus"/>
          <w:sz w:val="24"/>
        </w:rPr>
        <w:t>Εἶπεν δὲ παραβολὴν πρὸς αὐτοὺς λέγων, Ἀνθρώπου τινὸς πλουσίου εὐφόρησεν ἡ χώρα.</w:t>
      </w:r>
    </w:p>
    <w:p>
      <w:r>
        <w:rPr>
          <w:rFonts w:ascii="Courier New" w:hAnsi="Courier New"/>
          <w:color w:val="555555"/>
          <w:sz w:val="20"/>
        </w:rPr>
        <w:t>[Luc . 12 . 17]</w:t>
      </w:r>
    </w:p>
    <w:p>
      <w:r>
        <w:rPr>
          <w:rFonts w:ascii="Gentium Plus" w:hAnsi="Gentium Plus"/>
          <w:sz w:val="24"/>
        </w:rPr>
        <w:t>καὶ διελογίζετο ἐν ἑαυτῷ λέγων, Τί ποιήσω, ὅτι οὐκ ἔχω ποῦ συνάξω τοὺς καρπούς μου;</w:t>
      </w:r>
    </w:p>
    <w:p>
      <w:r>
        <w:rPr>
          <w:rFonts w:ascii="Courier New" w:hAnsi="Courier New"/>
          <w:color w:val="555555"/>
          <w:sz w:val="20"/>
        </w:rPr>
        <w:t>[Luc . 12 . 18]</w:t>
      </w:r>
    </w:p>
    <w:p>
      <w:r>
        <w:rPr>
          <w:rFonts w:ascii="Gentium Plus" w:hAnsi="Gentium Plus"/>
          <w:sz w:val="24"/>
        </w:rPr>
        <w:t>καὶ εἶπεν, Τοῦτο ποιήσω· καθελῶ μου τὰς ἀποθήκας καὶ μείζονας οἰκοδο‐ μήσω, καὶ συνάξω ἐκεῖ πάντα τὸν σῖτον καὶ τὰ ἀγαθά μου,</w:t>
      </w:r>
    </w:p>
    <w:p>
      <w:r>
        <w:rPr>
          <w:rFonts w:ascii="Courier New" w:hAnsi="Courier New"/>
          <w:color w:val="555555"/>
          <w:sz w:val="20"/>
        </w:rPr>
        <w:t>[Luc . 12 . 19]</w:t>
      </w:r>
    </w:p>
    <w:p>
      <w:r>
        <w:rPr>
          <w:rFonts w:ascii="Gentium Plus" w:hAnsi="Gentium Plus"/>
          <w:sz w:val="24"/>
        </w:rPr>
        <w:t>καὶ ἐρῶ τῇ ψυχῇ μου, Ψυχή, ἔχεις πολλὰ ἀγαθὰ κείμενα εἰς ἔτη πολλά· ἀναπαύου, φάγε, πίε, εὐφραίνου.</w:t>
      </w:r>
    </w:p>
    <w:p>
      <w:r>
        <w:rPr>
          <w:rFonts w:ascii="Courier New" w:hAnsi="Courier New"/>
          <w:color w:val="555555"/>
          <w:sz w:val="20"/>
        </w:rPr>
        <w:t>[Luc . 12 . 20]</w:t>
      </w:r>
    </w:p>
    <w:p>
      <w:r>
        <w:rPr>
          <w:rFonts w:ascii="Gentium Plus" w:hAnsi="Gentium Plus"/>
          <w:sz w:val="24"/>
        </w:rPr>
        <w:t>εἶπεν δὲ αὐτῷ ὁ θεός, Ἄφρων, ταύτῃ τῇ νυκτὶ τὴν ψυχήν σου ἀπαιτοῦσιν ἀπὸ σοῦ· ἃ δὲ ἡτοί‐ μασας, τίνι ἔσται;</w:t>
      </w:r>
    </w:p>
    <w:p>
      <w:r>
        <w:rPr>
          <w:rFonts w:ascii="Courier New" w:hAnsi="Courier New"/>
          <w:color w:val="555555"/>
          <w:sz w:val="20"/>
        </w:rPr>
        <w:t>[Luc . 12 . 21]</w:t>
      </w:r>
    </w:p>
    <w:p>
      <w:r>
        <w:rPr>
          <w:rFonts w:ascii="Gentium Plus" w:hAnsi="Gentium Plus"/>
          <w:sz w:val="24"/>
        </w:rPr>
        <w:t>οὕτως ὁ θησαυρίζων ἑαυτῷ καὶ</w:t>
      </w:r>
    </w:p>
    <w:p>
      <w:r>
        <w:rPr>
          <w:rFonts w:ascii="Courier New" w:hAnsi="Courier New"/>
          <w:color w:val="555555"/>
          <w:sz w:val="20"/>
        </w:rPr>
        <w:t>[Luc . 12 . 22]</w:t>
      </w:r>
    </w:p>
    <w:p>
      <w:r>
        <w:rPr>
          <w:rFonts w:ascii="Gentium Plus" w:hAnsi="Gentium Plus"/>
          <w:sz w:val="24"/>
        </w:rPr>
        <w:t>Εἶπεν δὲ πρὸς τοὺς μαθητάς, Διὰ τοῦτο λέγω ὑμῖν, μὴ μεριμνᾶτε τῇ ψυχῇ τί φάγητε, μηδὲ τῷ σώματι τί ἐνδύσησθε.</w:t>
      </w:r>
    </w:p>
    <w:p>
      <w:r>
        <w:rPr>
          <w:rFonts w:ascii="Courier New" w:hAnsi="Courier New"/>
          <w:color w:val="555555"/>
          <w:sz w:val="20"/>
        </w:rPr>
        <w:t>[Luc . 12 . 23]</w:t>
      </w:r>
    </w:p>
    <w:p>
      <w:r>
        <w:rPr>
          <w:rFonts w:ascii="Gentium Plus" w:hAnsi="Gentium Plus"/>
          <w:sz w:val="24"/>
        </w:rPr>
        <w:t>ἡ γὰρ ψυχὴ πλεῖόν ἐστιν τῆς τροφῆς καὶ τὸ σῶμα τοῦ ἐνδύματος.</w:t>
      </w:r>
    </w:p>
    <w:p>
      <w:r>
        <w:rPr>
          <w:rFonts w:ascii="Courier New" w:hAnsi="Courier New"/>
          <w:color w:val="555555"/>
          <w:sz w:val="20"/>
        </w:rPr>
        <w:t>[Luc . 12 . 24]</w:t>
      </w:r>
    </w:p>
    <w:p>
      <w:r>
        <w:rPr>
          <w:rFonts w:ascii="Gentium Plus" w:hAnsi="Gentium Plus"/>
          <w:sz w:val="24"/>
        </w:rPr>
        <w:t>κατανοήσατε τοὺς κόρα‐ κας ὅτι οὐ σπείρουσιν οὐδὲ θερίζουσιν, οἷς οὐκ ἔστιν ταμεῖον οὐδὲ ἀποθήκη, καὶ ὁ θεὸς τρέφει αὐτούς· πόσῳ μᾶλλον ὑμεῖς διαφέρετε τῶν πετεινῶν.</w:t>
      </w:r>
    </w:p>
    <w:p>
      <w:r>
        <w:rPr>
          <w:rFonts w:ascii="Courier New" w:hAnsi="Courier New"/>
          <w:color w:val="555555"/>
          <w:sz w:val="20"/>
        </w:rPr>
        <w:t>[Luc . 12 . 25]</w:t>
      </w:r>
    </w:p>
    <w:p>
      <w:r>
        <w:rPr>
          <w:rFonts w:ascii="Gentium Plus" w:hAnsi="Gentium Plus"/>
          <w:sz w:val="24"/>
        </w:rPr>
        <w:t>τίς δὲ ἐξ ὑμῶν μεριμνῶν δύναται ἐπὶ τὴν ἡλικίαν αὐτοῦ προσθεῖναι πῆχυν;</w:t>
      </w:r>
    </w:p>
    <w:p>
      <w:r>
        <w:rPr>
          <w:rFonts w:ascii="Courier New" w:hAnsi="Courier New"/>
          <w:color w:val="555555"/>
          <w:sz w:val="20"/>
        </w:rPr>
        <w:t>[Luc . 12 . 26]</w:t>
      </w:r>
    </w:p>
    <w:p>
      <w:r>
        <w:rPr>
          <w:rFonts w:ascii="Gentium Plus" w:hAnsi="Gentium Plus"/>
          <w:sz w:val="24"/>
        </w:rPr>
        <w:t>εἰ οὖν οὐδὲ ἐλάχιστον δύνασθε, τί περὶ τῶν λοιπῶν μεριμνᾶτε;</w:t>
      </w:r>
    </w:p>
    <w:p>
      <w:r>
        <w:rPr>
          <w:rFonts w:ascii="Courier New" w:hAnsi="Courier New"/>
          <w:color w:val="555555"/>
          <w:sz w:val="20"/>
        </w:rPr>
        <w:t>[Luc . 12 . 27]</w:t>
      </w:r>
    </w:p>
    <w:p>
      <w:r>
        <w:rPr>
          <w:rFonts w:ascii="Gentium Plus" w:hAnsi="Gentium Plus"/>
          <w:sz w:val="24"/>
        </w:rPr>
        <w:t>κατανοήσατε τὰ κρίνα πῶς αὐ‐ ξάνει· οὐ κοπιᾷ οὐδὲ νήθει· λέγω δὲ ὑμῖν, οὐδὲ Σολομὼν ἐν πάσῃ τῇ δόξῃ αὐτοῦ περιεβάλετο ὡς ἓν τούτων.</w:t>
      </w:r>
    </w:p>
    <w:p>
      <w:r>
        <w:rPr>
          <w:rFonts w:ascii="Courier New" w:hAnsi="Courier New"/>
          <w:color w:val="555555"/>
          <w:sz w:val="20"/>
        </w:rPr>
        <w:t>[Luc . 12 . 28]</w:t>
      </w:r>
    </w:p>
    <w:p>
      <w:r>
        <w:rPr>
          <w:rFonts w:ascii="Gentium Plus" w:hAnsi="Gentium Plus"/>
          <w:sz w:val="24"/>
        </w:rPr>
        <w:t>εἰ δὲ ἐν ἀγρῷ τὸν χόρτον ὄντα σήμερον καὶ αὔριον εἰς κλίβανον βαλλόμενον ὁ θεὸς οὕτως ἀμφιάζει, πόσῳ μᾶλλον ὑμᾶς, ὀλιγόπιστοι.</w:t>
      </w:r>
    </w:p>
    <w:p>
      <w:r>
        <w:rPr>
          <w:rFonts w:ascii="Courier New" w:hAnsi="Courier New"/>
          <w:color w:val="555555"/>
          <w:sz w:val="20"/>
        </w:rPr>
        <w:t>[Luc . 12 . 29]</w:t>
      </w:r>
    </w:p>
    <w:p>
      <w:r>
        <w:rPr>
          <w:rFonts w:ascii="Gentium Plus" w:hAnsi="Gentium Plus"/>
          <w:sz w:val="24"/>
        </w:rPr>
        <w:t>καὶ ὑμεῖς μὴ ζητεῖτε τί φάγητε καὶ τί πίητε, καὶ μὴ μετεωρίζεσθε·</w:t>
      </w:r>
    </w:p>
    <w:p>
      <w:r>
        <w:rPr>
          <w:rFonts w:ascii="Courier New" w:hAnsi="Courier New"/>
          <w:color w:val="555555"/>
          <w:sz w:val="20"/>
        </w:rPr>
        <w:t>[Luc . 12 . 30]</w:t>
      </w:r>
    </w:p>
    <w:p>
      <w:r>
        <w:rPr>
          <w:rFonts w:ascii="Gentium Plus" w:hAnsi="Gentium Plus"/>
          <w:sz w:val="24"/>
        </w:rPr>
        <w:t>ταῦτα γὰρ πάντα τὰ ἔθνη τοῦ κόσμου ἐπιζητοῦσιν· ὑμῶν δὲ ὁ πατὴρ οἶδεν ὅτι χρῄζετε τούτων.</w:t>
      </w:r>
    </w:p>
    <w:p>
      <w:r>
        <w:rPr>
          <w:rFonts w:ascii="Courier New" w:hAnsi="Courier New"/>
          <w:color w:val="555555"/>
          <w:sz w:val="20"/>
        </w:rPr>
        <w:t>[Luc . 12 . 31]</w:t>
      </w:r>
    </w:p>
    <w:p>
      <w:r>
        <w:rPr>
          <w:rFonts w:ascii="Gentium Plus" w:hAnsi="Gentium Plus"/>
          <w:sz w:val="24"/>
        </w:rPr>
        <w:t>πλὴν ζητεῖτε τὴν βασιλείαν αὐτοῦ, καὶ ταῦτα προστεθήσεται ὑμῖν.</w:t>
      </w:r>
    </w:p>
    <w:p>
      <w:r>
        <w:rPr>
          <w:rFonts w:ascii="Courier New" w:hAnsi="Courier New"/>
          <w:color w:val="555555"/>
          <w:sz w:val="20"/>
        </w:rPr>
        <w:t>[Luc . 12 . 32]</w:t>
      </w:r>
    </w:p>
    <w:p>
      <w:r>
        <w:rPr>
          <w:rFonts w:ascii="Gentium Plus" w:hAnsi="Gentium Plus"/>
          <w:sz w:val="24"/>
        </w:rPr>
        <w:t>Μὴ φοβοῦ, τὸ μικρὸν ποίμνιον, ὅτι εὐδόκησεν ὁ πατὴρ ὑμῶν δοῦναι ὑμῖν τὴν βασιλείαν.</w:t>
      </w:r>
    </w:p>
    <w:p>
      <w:r>
        <w:rPr>
          <w:rFonts w:ascii="Courier New" w:hAnsi="Courier New"/>
          <w:color w:val="555555"/>
          <w:sz w:val="20"/>
        </w:rPr>
        <w:t>[Luc . 12 . 33]</w:t>
      </w:r>
    </w:p>
    <w:p>
      <w:r>
        <w:rPr>
          <w:rFonts w:ascii="Gentium Plus" w:hAnsi="Gentium Plus"/>
          <w:sz w:val="24"/>
        </w:rPr>
        <w:t>Πωλήσατε τὰ ὑπάρχοντα ὑμῶν καὶ δότε ἐλεημοσύνην· ποιήσατε ἑαυτοῖς βαλλάντια μὴ παλαιούμενα, θησαυρὸν ἀνέκλειπτον ἐν τοῖς οὐρανοῖς, ὅπου κλέπτης οὐκ ἐγγίζει οὐδὲ σὴς διαφθείρει·</w:t>
      </w:r>
    </w:p>
    <w:p>
      <w:r>
        <w:rPr>
          <w:rFonts w:ascii="Courier New" w:hAnsi="Courier New"/>
          <w:color w:val="555555"/>
          <w:sz w:val="20"/>
        </w:rPr>
        <w:t>[Luc . 12 . 34]</w:t>
      </w:r>
    </w:p>
    <w:p>
      <w:r>
        <w:rPr>
          <w:rFonts w:ascii="Gentium Plus" w:hAnsi="Gentium Plus"/>
          <w:sz w:val="24"/>
        </w:rPr>
        <w:t>ὅπου γάρ ἐστιν ὁ θησαυρὸς ὑμῶν, ἐκεῖ καὶ ἡ καρδία ὑμῶν ἔσται.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12 . 35]</w:t>
      </w:r>
    </w:p>
    <w:p>
      <w:r>
        <w:rPr>
          <w:rFonts w:ascii="Gentium Plus" w:hAnsi="Gentium Plus"/>
          <w:sz w:val="24"/>
        </w:rPr>
        <w:t>Ἔστωσαν ὑμῶν αἱ ὀσφύες περιεζωσμέναι καὶ οἱ λύχνοι καιόμενοι,</w:t>
      </w:r>
    </w:p>
    <w:p>
      <w:r>
        <w:rPr>
          <w:rFonts w:ascii="Courier New" w:hAnsi="Courier New"/>
          <w:color w:val="555555"/>
          <w:sz w:val="20"/>
        </w:rPr>
        <w:t>[Luc . 12 . 36]</w:t>
      </w:r>
    </w:p>
    <w:p>
      <w:r>
        <w:rPr>
          <w:rFonts w:ascii="Gentium Plus" w:hAnsi="Gentium Plus"/>
          <w:sz w:val="24"/>
        </w:rPr>
        <w:t>καὶ ὑμεῖς ὅμοιοι ἀνθρώποις προσ‐ δεχομένοις τὸν κύριον ἑαυτῶν πότε ἀναλύσῃ ἐκ τῶν γάμων, ἵνα ἐλθόντος καὶ κρούσαντος εὐθέως ἀνοίξωσιν αὐτῷ.</w:t>
      </w:r>
    </w:p>
    <w:p>
      <w:r>
        <w:rPr>
          <w:rFonts w:ascii="Courier New" w:hAnsi="Courier New"/>
          <w:color w:val="555555"/>
          <w:sz w:val="20"/>
        </w:rPr>
        <w:t>[Luc . 12 . 37]</w:t>
      </w:r>
    </w:p>
    <w:p>
      <w:r>
        <w:rPr>
          <w:rFonts w:ascii="Gentium Plus" w:hAnsi="Gentium Plus"/>
          <w:sz w:val="24"/>
        </w:rPr>
        <w:t>μακάριοι οἱ δοῦλοι ἐκεῖνοι, οὓς ἐλθὼν ὁ κύριος εὑρήσει γρηγοροῦντας· ἀμὴν λέγω ὑμῖν ὅτι περιζώσεται καὶ ἀνακλινεῖ αὐτοὺς καὶ παρελθὼν διακονήσει αὐτοῖς.</w:t>
      </w:r>
    </w:p>
    <w:p>
      <w:r>
        <w:rPr>
          <w:rFonts w:ascii="Courier New" w:hAnsi="Courier New"/>
          <w:color w:val="555555"/>
          <w:sz w:val="20"/>
        </w:rPr>
        <w:t>[Luc . 12 . 38]</w:t>
      </w:r>
    </w:p>
    <w:p>
      <w:r>
        <w:rPr>
          <w:rFonts w:ascii="Gentium Plus" w:hAnsi="Gentium Plus"/>
          <w:sz w:val="24"/>
        </w:rPr>
        <w:t>κἂν ἐν τῇ δευτέρᾳ κἂν ἐν τῇ τρίτῃ φυλακῇ ἔλθῃ καὶ εὕρῃ οὕτως, μακάριοί εἰσιν ἐκεῖνοι.</w:t>
      </w:r>
    </w:p>
    <w:p>
      <w:r>
        <w:rPr>
          <w:rFonts w:ascii="Courier New" w:hAnsi="Courier New"/>
          <w:color w:val="555555"/>
          <w:sz w:val="20"/>
        </w:rPr>
        <w:t>[Luc . 12 . 39]</w:t>
      </w:r>
    </w:p>
    <w:p>
      <w:r>
        <w:rPr>
          <w:rFonts w:ascii="Gentium Plus" w:hAnsi="Gentium Plus"/>
          <w:sz w:val="24"/>
        </w:rPr>
        <w:t>τοῦτο δὲ γινώσκετε ὅτι εἰ ᾔδει ὁ οἰκοδεσπότης ποίᾳ ὥρᾳ ὁ κλέπτης ἔρχεται, οὐκ ἂν ἀφῆκεν διορυχθῆναι τὸν οἶκον αὐτοῦ.</w:t>
      </w:r>
    </w:p>
    <w:p>
      <w:r>
        <w:rPr>
          <w:rFonts w:ascii="Courier New" w:hAnsi="Courier New"/>
          <w:color w:val="555555"/>
          <w:sz w:val="20"/>
        </w:rPr>
        <w:t>[Luc . 12 . 40]</w:t>
      </w:r>
    </w:p>
    <w:p>
      <w:r>
        <w:rPr>
          <w:rFonts w:ascii="Gentium Plus" w:hAnsi="Gentium Plus"/>
          <w:sz w:val="24"/>
        </w:rPr>
        <w:t>καὶ ὑμεῖς γίνεσθε ἕτοιμοι, ὅτι ᾗ ὥρᾳ οὐ δοκεῖτε ὁ υἱὸς τοῦ ἀνθρώπου ἔρχεται.</w:t>
      </w:r>
    </w:p>
    <w:p>
      <w:r>
        <w:rPr>
          <w:rFonts w:ascii="Courier New" w:hAnsi="Courier New"/>
          <w:color w:val="555555"/>
          <w:sz w:val="20"/>
        </w:rPr>
        <w:t>[Luc . 12 . 41]</w:t>
      </w:r>
    </w:p>
    <w:p>
      <w:r>
        <w:rPr>
          <w:rFonts w:ascii="Gentium Plus" w:hAnsi="Gentium Plus"/>
          <w:sz w:val="24"/>
        </w:rPr>
        <w:t>Εἶπεν δὲ ὁ Πέτρος, Κύριε, πρὸς ἡμᾶς τὴν παρα‐ βολὴν ταύτην λέγεις ἢ καὶ πρὸς πάντας;</w:t>
      </w:r>
    </w:p>
    <w:p>
      <w:r>
        <w:rPr>
          <w:rFonts w:ascii="Courier New" w:hAnsi="Courier New"/>
          <w:color w:val="555555"/>
          <w:sz w:val="20"/>
        </w:rPr>
        <w:t>[Luc . 12 . 42]</w:t>
      </w:r>
    </w:p>
    <w:p>
      <w:r>
        <w:rPr>
          <w:rFonts w:ascii="Gentium Plus" w:hAnsi="Gentium Plus"/>
          <w:sz w:val="24"/>
        </w:rPr>
        <w:t>καὶ εἶπεν ὁ κύριος, Τίς ἄρα ἐστὶν ὁ πιστὸς οἰκονόμος ὁ φρόνιμος, ὃν καταστήσει ὁ κύριος ἐπὶ τῆς θεραπείας αὐτοῦ τοῦ διδόναι ἐν καιρῷ [τὸ] σιτομέτριον;</w:t>
      </w:r>
    </w:p>
    <w:p>
      <w:r>
        <w:rPr>
          <w:rFonts w:ascii="Courier New" w:hAnsi="Courier New"/>
          <w:color w:val="555555"/>
          <w:sz w:val="20"/>
        </w:rPr>
        <w:t>[Luc . 12 . 43]</w:t>
      </w:r>
    </w:p>
    <w:p>
      <w:r>
        <w:rPr>
          <w:rFonts w:ascii="Gentium Plus" w:hAnsi="Gentium Plus"/>
          <w:sz w:val="24"/>
        </w:rPr>
        <w:t>μακάριος ὁ δοῦλος ἐκεῖνος, ὃν ἐλθὼν ὁ κύριος αὐτοῦ εὑρήσει ποι‐ οῦντα οὕτως·</w:t>
      </w:r>
    </w:p>
    <w:p>
      <w:r>
        <w:rPr>
          <w:rFonts w:ascii="Courier New" w:hAnsi="Courier New"/>
          <w:color w:val="555555"/>
          <w:sz w:val="20"/>
        </w:rPr>
        <w:t>[Luc . 12 . 44]</w:t>
      </w:r>
    </w:p>
    <w:p>
      <w:r>
        <w:rPr>
          <w:rFonts w:ascii="Gentium Plus" w:hAnsi="Gentium Plus"/>
          <w:sz w:val="24"/>
        </w:rPr>
        <w:t>ἀληθῶς λέγω ὑμῖν ὅτι ἐπὶ πᾶσιν τοῖς ὑπάρχουσιν αὐτοῦ καταστήσει αὐτόν.</w:t>
      </w:r>
    </w:p>
    <w:p>
      <w:r>
        <w:rPr>
          <w:rFonts w:ascii="Courier New" w:hAnsi="Courier New"/>
          <w:color w:val="555555"/>
          <w:sz w:val="20"/>
        </w:rPr>
        <w:t>[Luc . 12 . 45]</w:t>
      </w:r>
    </w:p>
    <w:p>
      <w:r>
        <w:rPr>
          <w:rFonts w:ascii="Gentium Plus" w:hAnsi="Gentium Plus"/>
          <w:sz w:val="24"/>
        </w:rPr>
        <w:t>ἐὰν δὲ εἴπῃ ὁ δοῦλος ἐκεῖνος ἐν τῇ καρδίᾳ αὐτοῦ, Χρονίζει ὁ κύριός μου ἔρχεσθαι, καὶ ἄρξηται τύπτειν τοὺς παῖδας καὶ τὰς παιδίσκας, ἐσθίειν τε καὶ πίνειν καὶ μεθύσκεσθαι,</w:t>
      </w:r>
    </w:p>
    <w:p>
      <w:r>
        <w:rPr>
          <w:rFonts w:ascii="Courier New" w:hAnsi="Courier New"/>
          <w:color w:val="555555"/>
          <w:sz w:val="20"/>
        </w:rPr>
        <w:t>[Luc . 12 . 46]</w:t>
      </w:r>
    </w:p>
    <w:p>
      <w:r>
        <w:rPr>
          <w:rFonts w:ascii="Gentium Plus" w:hAnsi="Gentium Plus"/>
          <w:sz w:val="24"/>
        </w:rPr>
        <w:t>ἥξει ὁ κύριος τοῦ δούλου ἐκείνου ἐν ἡμέρᾳ ᾗ οὐ προσδοκᾷ καὶ ἐν ὥρᾳ ᾗ οὐ γινώσκει, καὶ διχοτομήσει αὐτὸν καὶ τὸ μέρος αὐτοῦ μετὰ τῶν ἀπίστων θήσει.</w:t>
      </w:r>
    </w:p>
    <w:p>
      <w:r>
        <w:rPr>
          <w:rFonts w:ascii="Courier New" w:hAnsi="Courier New"/>
          <w:color w:val="555555"/>
          <w:sz w:val="20"/>
        </w:rPr>
        <w:t>[Luc . 12 . 47]</w:t>
      </w:r>
    </w:p>
    <w:p>
      <w:r>
        <w:rPr>
          <w:rFonts w:ascii="Gentium Plus" w:hAnsi="Gentium Plus"/>
          <w:sz w:val="24"/>
        </w:rPr>
        <w:t>ἐκεῖνος δὲ ὁ δοῦλος ὁ γνοὺς τὸ θέλημα τοῦ κυρίου αὐτοῦ καὶ μὴ ἑτοιμάσας ἢ ποιήσας πρὸς τὸ θέλημα αὐτοῦ δαρήσεται πολλάς·</w:t>
      </w:r>
    </w:p>
    <w:p>
      <w:r>
        <w:rPr>
          <w:rFonts w:ascii="Courier New" w:hAnsi="Courier New"/>
          <w:color w:val="555555"/>
          <w:sz w:val="20"/>
        </w:rPr>
        <w:t>[Luc . 12 . 48]</w:t>
      </w:r>
    </w:p>
    <w:p>
      <w:r>
        <w:rPr>
          <w:rFonts w:ascii="Gentium Plus" w:hAnsi="Gentium Plus"/>
          <w:sz w:val="24"/>
        </w:rPr>
        <w:t>ὁ δὲ μὴ γνούς, ποιήσας δὲ ἄξια πληγῶν, δαρήσεται ὀλίγας. παντὶ δὲ ᾧ ἐδόθη πολύ, πολὺ ζητη‐ θήσεται παρ’ αὐτοῦ, καὶ ᾧ παρέθεντο πολύ, περισσότερον αἰτήσουσιν αὐτόν.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12 . 49]</w:t>
      </w:r>
    </w:p>
    <w:p>
      <w:r>
        <w:rPr>
          <w:rFonts w:ascii="Gentium Plus" w:hAnsi="Gentium Plus"/>
          <w:sz w:val="24"/>
        </w:rPr>
        <w:t>Πῦρ ἦλθον βαλεῖν ἐπὶ τὴν γῆν, καὶ τί θέλω εἰ ἤδη ἀνήφθη.</w:t>
      </w:r>
    </w:p>
    <w:p>
      <w:r>
        <w:rPr>
          <w:rFonts w:ascii="Courier New" w:hAnsi="Courier New"/>
          <w:color w:val="555555"/>
          <w:sz w:val="20"/>
        </w:rPr>
        <w:t>[Luc . 12 . 50]</w:t>
      </w:r>
    </w:p>
    <w:p>
      <w:r>
        <w:rPr>
          <w:rFonts w:ascii="Gentium Plus" w:hAnsi="Gentium Plus"/>
          <w:sz w:val="24"/>
        </w:rPr>
        <w:t>βάπτισμα δὲ ἔχω βαπτισθῆναι, καὶ πῶς συνέχομαι ἕως ὅτου τελεσθῇ.</w:t>
      </w:r>
    </w:p>
    <w:p>
      <w:r>
        <w:rPr>
          <w:rFonts w:ascii="Courier New" w:hAnsi="Courier New"/>
          <w:color w:val="555555"/>
          <w:sz w:val="20"/>
        </w:rPr>
        <w:t>[Luc . 12 . 51]</w:t>
      </w:r>
    </w:p>
    <w:p>
      <w:r>
        <w:rPr>
          <w:rFonts w:ascii="Gentium Plus" w:hAnsi="Gentium Plus"/>
          <w:sz w:val="24"/>
        </w:rPr>
        <w:t>δοκεῖτε ὅτι εἰρήνην παρεγενόμην δοῦναι ἐν τῇ γῇ; οὐχί, λέγω ὑμῖν, ἀλλ’ ἢ διαμερισμόν.</w:t>
      </w:r>
    </w:p>
    <w:p>
      <w:r>
        <w:rPr>
          <w:rFonts w:ascii="Courier New" w:hAnsi="Courier New"/>
          <w:color w:val="555555"/>
          <w:sz w:val="20"/>
        </w:rPr>
        <w:t>[Luc . 12 . 52]</w:t>
      </w:r>
    </w:p>
    <w:p>
      <w:r>
        <w:rPr>
          <w:rFonts w:ascii="Gentium Plus" w:hAnsi="Gentium Plus"/>
          <w:sz w:val="24"/>
        </w:rPr>
        <w:t>ἔσονται γὰρ ἀπὸ τοῦ νῦν πέντε ἐν ἑνὶ οἴκῳ διαμεμερισμένοι, τρεῖς ἐπὶ δυσὶν καὶ δύο ἐπὶ τρισίν,</w:t>
      </w:r>
    </w:p>
    <w:p>
      <w:r>
        <w:rPr>
          <w:rFonts w:ascii="Courier New" w:hAnsi="Courier New"/>
          <w:color w:val="555555"/>
          <w:sz w:val="20"/>
        </w:rPr>
        <w:t>[Luc . 12 . 53]</w:t>
      </w:r>
    </w:p>
    <w:p>
      <w:r>
        <w:rPr>
          <w:rFonts w:ascii="Gentium Plus" w:hAnsi="Gentium Plus"/>
          <w:sz w:val="24"/>
        </w:rPr>
        <w:t>διαμερισθήσονται πατὴρ ἐπὶ υἱῷ καὶ υἱὸς ἐπὶ πατρί, μήτηρ ἐπὶ τὴν θυγατέρα καὶ θυγάτηρ ἐπὶ τὴν μητέρα,</w:t>
      </w:r>
    </w:p>
    <w:p>
      <w:r>
        <w:rPr>
          <w:rFonts w:ascii="Courier New" w:hAnsi="Courier New"/>
          <w:color w:val="555555"/>
          <w:sz w:val="20"/>
        </w:rPr>
        <w:t>[5]</w:t>
      </w:r>
    </w:p>
    <w:p>
      <w:r>
        <w:rPr>
          <w:rFonts w:ascii="Gentium Plus" w:hAnsi="Gentium Plus"/>
          <w:sz w:val="24"/>
        </w:rPr>
        <w:t>πενθερὰ ἐπὶ τὴν νύμφην αὐτῆς καὶ νύμφη ἐπὶ τὴν πενθεράν.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[Luc . 12 . 54]</w:t>
      </w:r>
    </w:p>
    <w:p>
      <w:r>
        <w:rPr>
          <w:rFonts w:ascii="Gentium Plus" w:hAnsi="Gentium Plus"/>
          <w:sz w:val="24"/>
        </w:rPr>
        <w:t>Ἔλεγεν δὲ καὶ τοῖς ὄχλοις, Ὅταν ἴδητε [τὴν] νεφέλην ἀνατέλλουσαν ἐπὶ δυσμῶν, εὐθέως λέγετε ὅτι Ὄμβρος ἔρχεται, καὶ γίνεται οὕτως·</w:t>
      </w:r>
    </w:p>
    <w:p>
      <w:r>
        <w:rPr>
          <w:rFonts w:ascii="Courier New" w:hAnsi="Courier New"/>
          <w:color w:val="555555"/>
          <w:sz w:val="20"/>
        </w:rPr>
        <w:t>[Luc . 12 . 55]</w:t>
      </w:r>
    </w:p>
    <w:p>
      <w:r>
        <w:rPr>
          <w:rFonts w:ascii="Gentium Plus" w:hAnsi="Gentium Plus"/>
          <w:sz w:val="24"/>
        </w:rPr>
        <w:t>καὶ ὅταν νότον πνέοντα, λέγετε ὅτι Καύσων ἔσται, καὶ γίνεται.</w:t>
      </w:r>
    </w:p>
    <w:p>
      <w:r>
        <w:rPr>
          <w:rFonts w:ascii="Courier New" w:hAnsi="Courier New"/>
          <w:color w:val="555555"/>
          <w:sz w:val="20"/>
        </w:rPr>
        <w:t>[Luc . 12 . 56]</w:t>
      </w:r>
    </w:p>
    <w:p>
      <w:r>
        <w:rPr>
          <w:rFonts w:ascii="Gentium Plus" w:hAnsi="Gentium Plus"/>
          <w:sz w:val="24"/>
        </w:rPr>
        <w:t>ὑπο‐ κριταί, τὸ πρόσωπον τῆς γῆς καὶ τοῦ οὐρανοῦ οἴδατε δοκιμάζειν, τὸν καιρὸν δὲ τοῦτον πῶς οὐκ οἴδατε δοκι‐ μάζειν;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12 . 57]</w:t>
      </w:r>
    </w:p>
    <w:p>
      <w:r>
        <w:rPr>
          <w:rFonts w:ascii="Gentium Plus" w:hAnsi="Gentium Plus"/>
          <w:sz w:val="24"/>
        </w:rPr>
        <w:t>Τί δὲ καὶ ἀφ’ ἑαυτῶν οὐ κρίνετε τὸ δίκαιον;</w:t>
      </w:r>
    </w:p>
    <w:p>
      <w:r>
        <w:rPr>
          <w:rFonts w:ascii="Courier New" w:hAnsi="Courier New"/>
          <w:color w:val="555555"/>
          <w:sz w:val="20"/>
        </w:rPr>
        <w:t>[Luc . 12 . 58]</w:t>
      </w:r>
    </w:p>
    <w:p>
      <w:r>
        <w:rPr>
          <w:rFonts w:ascii="Gentium Plus" w:hAnsi="Gentium Plus"/>
          <w:sz w:val="24"/>
        </w:rPr>
        <w:t>ὡς γὰρ ὑπάγεις μετὰ τοῦ ἀντιδίκου σου ἐπ’ ἄρχοντα, ἐν τῇ ὁδῷ δὸς ἐργασίαν ἀπηλλάχθαι ἀπ’ αὐτοῦ, μήποτε κατασύρῃ σε πρὸς τὸν κριτήν, καὶ ὁ κριτής σε παραδώσει</w:t>
      </w:r>
    </w:p>
    <w:p>
      <w:r>
        <w:rPr>
          <w:rFonts w:ascii="Courier New" w:hAnsi="Courier New"/>
          <w:color w:val="555555"/>
          <w:sz w:val="20"/>
        </w:rPr>
        <w:t>[5]</w:t>
      </w:r>
    </w:p>
    <w:p>
      <w:r>
        <w:rPr>
          <w:rFonts w:ascii="Gentium Plus" w:hAnsi="Gentium Plus"/>
          <w:sz w:val="24"/>
        </w:rPr>
        <w:t>τῷ πράκτορι, καὶ ὁ πράκτωρ σε βαλεῖ εἰς φυλακήν.</w:t>
      </w:r>
    </w:p>
    <w:p>
      <w:r>
        <w:rPr>
          <w:rFonts w:ascii="Courier New" w:hAnsi="Courier New"/>
          <w:color w:val="555555"/>
          <w:sz w:val="20"/>
        </w:rPr>
        <w:t>[Luc . 12 . 59]</w:t>
      </w:r>
    </w:p>
    <w:p>
      <w:r>
        <w:rPr>
          <w:rFonts w:ascii="Gentium Plus" w:hAnsi="Gentium Plus"/>
          <w:sz w:val="24"/>
        </w:rPr>
        <w:t>λέγω σοι, οὐ μὴ ἐξέλθῃς ἐκεῖθεν ἕως καὶ τὸ ἔσχατον</w:t>
      </w:r>
    </w:p>
    <w:p>
      <w:r>
        <w:rPr>
          <w:rFonts w:ascii="Courier New" w:hAnsi="Courier New"/>
          <w:color w:val="555555"/>
          <w:sz w:val="20"/>
        </w:rPr>
        <w:t>[Luc . 13 . 1]</w:t>
      </w:r>
    </w:p>
    <w:p>
      <w:r>
        <w:rPr>
          <w:rFonts w:ascii="Gentium Plus" w:hAnsi="Gentium Plus"/>
          <w:sz w:val="24"/>
        </w:rPr>
        <w:t>Παρῆσαν δέ τινες ἐν αὐτῷ τῷ καιρῷ ἀπαγγέλλον‐ τες αὐτῷ περὶ τῶν Γαλιλαίων ὧν τὸ αἷμα Πιλᾶτος ἔμιξεν μετὰ τῶν θυσιῶν αὐτῶν.</w:t>
      </w:r>
    </w:p>
    <w:p>
      <w:r>
        <w:rPr>
          <w:rFonts w:ascii="Courier New" w:hAnsi="Courier New"/>
          <w:color w:val="555555"/>
          <w:sz w:val="20"/>
        </w:rPr>
        <w:t>[Luc . 13 . 2]</w:t>
      </w:r>
    </w:p>
    <w:p>
      <w:r>
        <w:rPr>
          <w:rFonts w:ascii="Gentium Plus" w:hAnsi="Gentium Plus"/>
          <w:sz w:val="24"/>
        </w:rPr>
        <w:t>καὶ ἀποκριθεὶς εἶπεν αὐτοῖς, Δοκεῖτε ὅτι οἱ Γαλιλαῖοι οὗτοι ἁμαρτωλοὶ παρὰ πάντας τοὺς Γαλιλαίους ἐγένοντο, ὅτι ταῦτα πεπόνθασιν;</w:t>
      </w:r>
    </w:p>
    <w:p>
      <w:r>
        <w:rPr>
          <w:rFonts w:ascii="Courier New" w:hAnsi="Courier New"/>
          <w:color w:val="555555"/>
          <w:sz w:val="20"/>
        </w:rPr>
        <w:t>[Luc . 13 . 3]</w:t>
      </w:r>
    </w:p>
    <w:p>
      <w:r>
        <w:rPr>
          <w:rFonts w:ascii="Gentium Plus" w:hAnsi="Gentium Plus"/>
          <w:sz w:val="24"/>
        </w:rPr>
        <w:t>οὐχί, λέγω ὑμῖν, ἀλλ’ ἐὰν μὴ μετανοῆτε πάντες ὁμοίως ἀπολεῖσθε.</w:t>
      </w:r>
    </w:p>
    <w:p>
      <w:r>
        <w:rPr>
          <w:rFonts w:ascii="Courier New" w:hAnsi="Courier New"/>
          <w:color w:val="555555"/>
          <w:sz w:val="20"/>
        </w:rPr>
        <w:t>[Luc . 13 . 4]</w:t>
      </w:r>
    </w:p>
    <w:p>
      <w:r>
        <w:rPr>
          <w:rFonts w:ascii="Gentium Plus" w:hAnsi="Gentium Plus"/>
          <w:sz w:val="24"/>
        </w:rPr>
        <w:t>ἢ ἐκεῖνοι οἱ δέκα ὀκτὼ ἐφ’ οὓς ἔπεσεν ὁ πύργος ἐν τῷ Σιλωὰμ καὶ ἀπέκτεινεν αὐτούς, δοκεῖτε ὅτι αὐτοὶ ὀφειλέται ἐγένοντο παρὰ πάντας τοὺς ἀνθρώ‐ πους τοὺς κατοικοῦντας Ἰερουσαλήμ;</w:t>
      </w:r>
    </w:p>
    <w:p>
      <w:r>
        <w:rPr>
          <w:rFonts w:ascii="Courier New" w:hAnsi="Courier New"/>
          <w:color w:val="555555"/>
          <w:sz w:val="20"/>
        </w:rPr>
        <w:t>[Luc . 13 . 5]</w:t>
      </w:r>
    </w:p>
    <w:p>
      <w:r>
        <w:rPr>
          <w:rFonts w:ascii="Gentium Plus" w:hAnsi="Gentium Plus"/>
          <w:sz w:val="24"/>
        </w:rPr>
        <w:t>οὐχί, λέγω ὑμῖν, ἀλλ’ ἐὰν μὴ μετανοῆτε πάντες ὡσαύτως ἀπολεῖσθε.</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13 . 6]</w:t>
      </w:r>
    </w:p>
    <w:p>
      <w:r>
        <w:rPr>
          <w:rFonts w:ascii="Gentium Plus" w:hAnsi="Gentium Plus"/>
          <w:sz w:val="24"/>
        </w:rPr>
        <w:t>Ἔλεγεν δὲ ταύτην τὴν παραβολήν· Συκῆν εἶχέν τις πεφυτευμένην ἐν τῷ ἀμπελῶνι αὐτοῦ, καὶ ἦλθεν ζητῶν καρπὸν ἐν αὐτῇ καὶ οὐχ εὗρεν.</w:t>
      </w:r>
    </w:p>
    <w:p>
      <w:r>
        <w:rPr>
          <w:rFonts w:ascii="Courier New" w:hAnsi="Courier New"/>
          <w:color w:val="555555"/>
          <w:sz w:val="20"/>
        </w:rPr>
        <w:t>[Luc . 13 . 7]</w:t>
      </w:r>
    </w:p>
    <w:p>
      <w:r>
        <w:rPr>
          <w:rFonts w:ascii="Gentium Plus" w:hAnsi="Gentium Plus"/>
          <w:sz w:val="24"/>
        </w:rPr>
        <w:t>εἶπεν δὲ πρὸς τὸν ἀμπελουργόν, Ἰδοὺ τρία ἔτη ἀφ’ οὗ ἔρχομαι ζητῶν καρ‐ πὸν ἐν τῇ συκῇ ταύτῃ καὶ οὐχ εὑρίσκω. ἔκκοψον [οὖν] αὐτήν· ἱνατί καὶ τὴν γῆν καταργεῖ;</w:t>
      </w:r>
    </w:p>
    <w:p>
      <w:r>
        <w:rPr>
          <w:rFonts w:ascii="Courier New" w:hAnsi="Courier New"/>
          <w:color w:val="555555"/>
          <w:sz w:val="20"/>
        </w:rPr>
        <w:t>[Luc . 13 . 8]</w:t>
      </w:r>
    </w:p>
    <w:p>
      <w:r>
        <w:rPr>
          <w:rFonts w:ascii="Gentium Plus" w:hAnsi="Gentium Plus"/>
          <w:sz w:val="24"/>
        </w:rPr>
        <w:t>ὁ δὲ ἀποκριθεὶς λέγει αὐτῷ, Κύριε, ἄφες αὐτὴν καὶ τοῦτο τὸ ἔτος, ἕως ὅτου σκάψω περὶ αὐτὴν καὶ βάλω κόπρια·</w:t>
      </w:r>
    </w:p>
    <w:p>
      <w:r>
        <w:rPr>
          <w:rFonts w:ascii="Courier New" w:hAnsi="Courier New"/>
          <w:color w:val="555555"/>
          <w:sz w:val="20"/>
        </w:rPr>
        <w:t>[Luc . 13 . 9]</w:t>
      </w:r>
    </w:p>
    <w:p>
      <w:r>
        <w:rPr>
          <w:rFonts w:ascii="Gentium Plus" w:hAnsi="Gentium Plus"/>
          <w:sz w:val="24"/>
        </w:rPr>
        <w:t>κἂν μὲν ποιήσῃ καρπὸν εἰς τὸ μέλλον—εἰ δὲ μήγε, ἐκκόψεις</w:t>
      </w:r>
    </w:p>
    <w:p>
      <w:r>
        <w:rPr>
          <w:rFonts w:ascii="Courier New" w:hAnsi="Courier New"/>
          <w:color w:val="555555"/>
          <w:sz w:val="20"/>
        </w:rPr>
        <w:t>[Luc . 13 . 10]</w:t>
      </w:r>
    </w:p>
    <w:p>
      <w:r>
        <w:rPr>
          <w:rFonts w:ascii="Gentium Plus" w:hAnsi="Gentium Plus"/>
          <w:sz w:val="24"/>
        </w:rPr>
        <w:t>Ἦν δὲ διδάσκων ἐν μιᾷ τῶν συναγωγῶν ἐν τοῖς σάββασιν.</w:t>
      </w:r>
    </w:p>
    <w:p>
      <w:r>
        <w:rPr>
          <w:rFonts w:ascii="Courier New" w:hAnsi="Courier New"/>
          <w:color w:val="555555"/>
          <w:sz w:val="20"/>
        </w:rPr>
        <w:t>[Luc . 13 . 11]</w:t>
      </w:r>
    </w:p>
    <w:p>
      <w:r>
        <w:rPr>
          <w:rFonts w:ascii="Gentium Plus" w:hAnsi="Gentium Plus"/>
          <w:sz w:val="24"/>
        </w:rPr>
        <w:t>καὶ ἰδοὺ γυνὴ πνεῦμα ἔχουσα ἀσθενείας ἔτη δέκα ὀκτώ, καὶ ἦν συγκύπτουσα καὶ μὴ δυναμένη ἀνακύψαι εἰς τὸ παντελές.</w:t>
      </w:r>
    </w:p>
    <w:p>
      <w:r>
        <w:rPr>
          <w:rFonts w:ascii="Courier New" w:hAnsi="Courier New"/>
          <w:color w:val="555555"/>
          <w:sz w:val="20"/>
        </w:rPr>
        <w:t>[Luc . 13 . 12]</w:t>
      </w:r>
    </w:p>
    <w:p>
      <w:r>
        <w:rPr>
          <w:rFonts w:ascii="Gentium Plus" w:hAnsi="Gentium Plus"/>
          <w:sz w:val="24"/>
        </w:rPr>
        <w:t>ἰδὼν δὲ αὐτὴν ὁ Ἰησοῦς προσεφώνησεν καὶ εἶπεν αὐτῇ, Γύναι, ἀπολέλυσαι τῆς ἀσθενείας σου,</w:t>
      </w:r>
    </w:p>
    <w:p>
      <w:r>
        <w:rPr>
          <w:rFonts w:ascii="Courier New" w:hAnsi="Courier New"/>
          <w:color w:val="555555"/>
          <w:sz w:val="20"/>
        </w:rPr>
        <w:t>[Luc . 13 . 13]</w:t>
      </w:r>
    </w:p>
    <w:p>
      <w:r>
        <w:rPr>
          <w:rFonts w:ascii="Gentium Plus" w:hAnsi="Gentium Plus"/>
          <w:sz w:val="24"/>
        </w:rPr>
        <w:t>καὶ ἐπέθηκεν αὐτῇ τὰς χεῖρας· καὶ παραχρῆμα ἀνωρθώθη, καὶ ἐδόξαζεν τὸν θεόν.</w:t>
      </w:r>
    </w:p>
    <w:p>
      <w:r>
        <w:rPr>
          <w:rFonts w:ascii="Courier New" w:hAnsi="Courier New"/>
          <w:color w:val="555555"/>
          <w:sz w:val="20"/>
        </w:rPr>
        <w:t>[Luc . 13 . 14]</w:t>
      </w:r>
    </w:p>
    <w:p>
      <w:r>
        <w:rPr>
          <w:rFonts w:ascii="Gentium Plus" w:hAnsi="Gentium Plus"/>
          <w:sz w:val="24"/>
        </w:rPr>
        <w:t>ἀπο‐ κριθεὶς δὲ ὁ ἀρχισυνάγωγος, ἀγανακτῶν ὅτι τῷ σαββάτῳ ἐθεράπευσεν ὁ Ἰησοῦς, ἔλεγεν τῷ ὄχλῳ ὅτι Ἓξ ἡμέραι εἰσὶν ἐν αἷς δεῖ ἐργάζεσθαι· ἐν αὐταῖς οὖν ἐρχόμενοι</w:t>
      </w:r>
    </w:p>
    <w:p>
      <w:r>
        <w:rPr>
          <w:rFonts w:ascii="Courier New" w:hAnsi="Courier New"/>
          <w:color w:val="555555"/>
          <w:sz w:val="20"/>
        </w:rPr>
        <w:t>[5]</w:t>
      </w:r>
    </w:p>
    <w:p>
      <w:r>
        <w:rPr>
          <w:rFonts w:ascii="Gentium Plus" w:hAnsi="Gentium Plus"/>
          <w:sz w:val="24"/>
        </w:rPr>
        <w:t>θεραπεύεσθε καὶ μὴ τῇ ἡμέρᾳ τοῦ σαββάτου.</w:t>
      </w:r>
    </w:p>
    <w:p>
      <w:r>
        <w:rPr>
          <w:rFonts w:ascii="Courier New" w:hAnsi="Courier New"/>
          <w:color w:val="555555"/>
          <w:sz w:val="20"/>
        </w:rPr>
        <w:t>[Luc . 13 . 15]</w:t>
      </w:r>
    </w:p>
    <w:p>
      <w:r>
        <w:rPr>
          <w:rFonts w:ascii="Gentium Plus" w:hAnsi="Gentium Plus"/>
          <w:sz w:val="24"/>
        </w:rPr>
        <w:t>ἀπε‐ κρίθη δὲ αὐτῷ ὁ κύριος καὶ εἶπεν, Ὑποκριταί, ἕκαστος ὑμῶν τῷ σαββάτῳ οὐ λύει τὸν βοῦν αὐτοῦ ἢ τὸν ὄνον ἀπὸ τῆς φάτνης καὶ ἀπαγαγὼν ποτίζει;</w:t>
      </w:r>
    </w:p>
    <w:p>
      <w:r>
        <w:rPr>
          <w:rFonts w:ascii="Courier New" w:hAnsi="Courier New"/>
          <w:color w:val="555555"/>
          <w:sz w:val="20"/>
        </w:rPr>
        <w:t>[Luc . 13 . 16]</w:t>
      </w:r>
    </w:p>
    <w:p>
      <w:r>
        <w:rPr>
          <w:rFonts w:ascii="Gentium Plus" w:hAnsi="Gentium Plus"/>
          <w:sz w:val="24"/>
        </w:rPr>
        <w:t>ταύτην δὲ θυγατέρα Ἀβραὰμ οὖσαν, ἣν ἔδησεν ὁ Σατανᾶς ἰδοὺ δέκα καὶ ὀκτὼ ἔτη, οὐκ ἔδει λυθῆναι ἀπὸ τοῦ δεσμοῦ τούτου τῇ ἡμέρᾳ τοῦ σαββάτου;</w:t>
      </w:r>
    </w:p>
    <w:p>
      <w:r>
        <w:rPr>
          <w:rFonts w:ascii="Courier New" w:hAnsi="Courier New"/>
          <w:color w:val="555555"/>
          <w:sz w:val="20"/>
        </w:rPr>
        <w:t>[Luc . 13 . 17]</w:t>
      </w:r>
    </w:p>
    <w:p>
      <w:r>
        <w:rPr>
          <w:rFonts w:ascii="Gentium Plus" w:hAnsi="Gentium Plus"/>
          <w:sz w:val="24"/>
        </w:rPr>
        <w:t>καὶ ταῦτα λέγοντος αὐτοῦ κατῃσχύνοντο πάντες οἱ ἀντικείμενοι αὐτῷ, καὶ πᾶς ὁ ὄχλος ἔχαιρεν ἐπὶ πᾶσιν τοῖς ἐνδόξοις τοῖς γινο‐ μένοις ὑπ’ αὐτοῦ.</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13 . 18]</w:t>
      </w:r>
    </w:p>
    <w:p>
      <w:r>
        <w:rPr>
          <w:rFonts w:ascii="Gentium Plus" w:hAnsi="Gentium Plus"/>
          <w:sz w:val="24"/>
        </w:rPr>
        <w:t>Ἔλεγεν οὖν, Τίνι ὁμοία ἐστὶν ἡ βασιλεία τοῦ θεοῦ, καὶ τίνι ὁμοιώσω αὐτήν;</w:t>
      </w:r>
    </w:p>
    <w:p>
      <w:r>
        <w:rPr>
          <w:rFonts w:ascii="Courier New" w:hAnsi="Courier New"/>
          <w:color w:val="555555"/>
          <w:sz w:val="20"/>
        </w:rPr>
        <w:t>[Luc . 13 . 19]</w:t>
      </w:r>
    </w:p>
    <w:p>
      <w:r>
        <w:rPr>
          <w:rFonts w:ascii="Gentium Plus" w:hAnsi="Gentium Plus"/>
          <w:sz w:val="24"/>
        </w:rPr>
        <w:t>ὁμοία ἐστὶν κόκκῳ σινάπεως, ὃν λαβὼν ἄνθρωπος ἔβαλεν εἰς κῆπον ἑαυτοῦ, καὶ ηὔξησεν καὶ ἐγένετο εἰς δένδρον, καὶ τὰ πετεινὰ τοῦ οὐρανοῦ</w:t>
      </w:r>
    </w:p>
    <w:p>
      <w:r>
        <w:rPr>
          <w:rFonts w:ascii="Courier New" w:hAnsi="Courier New"/>
          <w:color w:val="555555"/>
          <w:sz w:val="20"/>
        </w:rPr>
        <w:t>[Luc . 13 . 20]</w:t>
      </w:r>
    </w:p>
    <w:p>
      <w:r>
        <w:rPr>
          <w:rFonts w:ascii="Gentium Plus" w:hAnsi="Gentium Plus"/>
          <w:sz w:val="24"/>
        </w:rPr>
        <w:t>Καὶ πάλιν εἶπεν, Τίνι ὁμοιώσω τὴν βασιλείαν τοῦ θεοῦ;</w:t>
      </w:r>
    </w:p>
    <w:p>
      <w:r>
        <w:rPr>
          <w:rFonts w:ascii="Courier New" w:hAnsi="Courier New"/>
          <w:color w:val="555555"/>
          <w:sz w:val="20"/>
        </w:rPr>
        <w:t>[Luc . 13 . 21]</w:t>
      </w:r>
    </w:p>
    <w:p>
      <w:r>
        <w:rPr>
          <w:rFonts w:ascii="Gentium Plus" w:hAnsi="Gentium Plus"/>
          <w:sz w:val="24"/>
        </w:rPr>
        <w:t>ὁμοία ἐστὶν ζύμῃ, ἣν λαβοῦσα γυνὴ ἐνέκρυψεν εἰς ἀλεύρου σάτα τρία ἕως οὗ ἐζυμώθη ὅλον.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13 . 22]</w:t>
      </w:r>
    </w:p>
    <w:p>
      <w:r>
        <w:rPr>
          <w:rFonts w:ascii="Gentium Plus" w:hAnsi="Gentium Plus"/>
          <w:sz w:val="24"/>
        </w:rPr>
        <w:t>Καὶ διεπορεύετο κατὰ πόλεις καὶ κώμας διδάσκων καὶ πορείαν ποιούμενος εἰς Ἱεροσόλυμα.</w:t>
      </w:r>
    </w:p>
    <w:p>
      <w:r>
        <w:rPr>
          <w:rFonts w:ascii="Courier New" w:hAnsi="Courier New"/>
          <w:color w:val="555555"/>
          <w:sz w:val="20"/>
        </w:rPr>
        <w:t>[Luc . 13 . 23]</w:t>
      </w:r>
    </w:p>
    <w:p>
      <w:r>
        <w:rPr>
          <w:rFonts w:ascii="Gentium Plus" w:hAnsi="Gentium Plus"/>
          <w:sz w:val="24"/>
        </w:rPr>
        <w:t>εἶπεν δέ τις αὐτῷ, Κύριε, εἰ ὀλίγοι οἱ σῳζόμενοι; ὁ δὲ εἶπεν πρὸς αὐτούς,</w:t>
      </w:r>
    </w:p>
    <w:p>
      <w:r>
        <w:rPr>
          <w:rFonts w:ascii="Courier New" w:hAnsi="Courier New"/>
          <w:color w:val="555555"/>
          <w:sz w:val="20"/>
        </w:rPr>
        <w:t>[Luc . 13 . 24]</w:t>
      </w:r>
    </w:p>
    <w:p>
      <w:r>
        <w:rPr>
          <w:rFonts w:ascii="Gentium Plus" w:hAnsi="Gentium Plus"/>
          <w:sz w:val="24"/>
        </w:rPr>
        <w:t>Ἀγωνίζεσθε εἰσελθεῖν διὰ τῆς στενῆς θύρας, ὅτι πολλοί, λέγω ὑμῖν, ζητήσουσιν εἰσελθεῖν καὶ οὐκ ἰσχύσουσιν.</w:t>
      </w:r>
    </w:p>
    <w:p>
      <w:r>
        <w:rPr>
          <w:rFonts w:ascii="Courier New" w:hAnsi="Courier New"/>
          <w:color w:val="555555"/>
          <w:sz w:val="20"/>
        </w:rPr>
        <w:t>[Luc . 13 . 25]</w:t>
      </w:r>
    </w:p>
    <w:p>
      <w:r>
        <w:rPr>
          <w:rFonts w:ascii="Gentium Plus" w:hAnsi="Gentium Plus"/>
          <w:sz w:val="24"/>
        </w:rPr>
        <w:t>ἀφ’ οὗ ἂν ἐγερθῇ ὁ οἰκοδεσπότης καὶ ἀποκλείσῃ τὴν θύραν, καὶ ἄρξησθε ἔξω ἑστάναι καὶ κρούειν τὴν θύραν λέγοντες, Κύριε, ἄνοιξον ἡμῖν· καὶ ἀποκριθεὶς ἐρεῖ ὑμῖν, Οὐκ οἶδα ὑμᾶς πόθεν ἐστέ.</w:t>
      </w:r>
    </w:p>
    <w:p>
      <w:r>
        <w:rPr>
          <w:rFonts w:ascii="Courier New" w:hAnsi="Courier New"/>
          <w:color w:val="555555"/>
          <w:sz w:val="20"/>
        </w:rPr>
        <w:t>[Luc . 13 . 26]</w:t>
      </w:r>
    </w:p>
    <w:p>
      <w:r>
        <w:rPr>
          <w:rFonts w:ascii="Gentium Plus" w:hAnsi="Gentium Plus"/>
          <w:sz w:val="24"/>
        </w:rPr>
        <w:t>τότε ἄρξεσθε λέγειν, Ἐφάγομεν ἐνώπιόν σου καὶ ἐπίομεν, καὶ ἐν ταῖς πλατείαις ἡμῶν ἐδίδαξας·</w:t>
      </w:r>
    </w:p>
    <w:p>
      <w:r>
        <w:rPr>
          <w:rFonts w:ascii="Courier New" w:hAnsi="Courier New"/>
          <w:color w:val="555555"/>
          <w:sz w:val="20"/>
        </w:rPr>
        <w:t>[Luc . 13 . 27]</w:t>
      </w:r>
    </w:p>
    <w:p>
      <w:r>
        <w:rPr>
          <w:rFonts w:ascii="Gentium Plus" w:hAnsi="Gentium Plus"/>
          <w:sz w:val="24"/>
        </w:rPr>
        <w:t>καὶ ἐρεῖ λέγων</w:t>
      </w:r>
    </w:p>
    <w:p>
      <w:r>
        <w:rPr>
          <w:rFonts w:ascii="Courier New" w:hAnsi="Courier New"/>
          <w:color w:val="555555"/>
          <w:sz w:val="20"/>
        </w:rPr>
        <w:t>[Luc . 13 . 28]</w:t>
      </w:r>
    </w:p>
    <w:p>
      <w:r>
        <w:rPr>
          <w:rFonts w:ascii="Gentium Plus" w:hAnsi="Gentium Plus"/>
          <w:sz w:val="24"/>
        </w:rPr>
        <w:t>ἐκεῖ ἔσται ὁ κλαυθμὸς καὶ ὁ βρυγμὸς τῶν ὀδόντων, ὅταν ὄψεσθε Ἀβραὰμ καὶ Ἰσαὰκ καὶ Ἰακὼβ καὶ πάντας τοὺς προφήτας ἐν τῇ βασιλείᾳ τοῦ θεοῦ, ὑμᾶς δὲ ἐκβαλλομένους ἔξω.</w:t>
      </w:r>
    </w:p>
    <w:p>
      <w:r>
        <w:rPr>
          <w:rFonts w:ascii="Courier New" w:hAnsi="Courier New"/>
          <w:color w:val="555555"/>
          <w:sz w:val="20"/>
        </w:rPr>
        <w:t>[Luc . 13 . 29]</w:t>
      </w:r>
    </w:p>
    <w:p>
      <w:r>
        <w:rPr>
          <w:rFonts w:ascii="Gentium Plus" w:hAnsi="Gentium Plus"/>
          <w:sz w:val="24"/>
        </w:rPr>
        <w:t>καὶ ἥξουσιν ἀπὸ ἀνατολῶν καὶ δυσμῶν καὶ ἀπὸ βορρᾶ καὶ νότου καὶ ἀνακλιθήσονται ἐν τῇ βασιλείᾳ τοῦ θεοῦ.</w:t>
      </w:r>
    </w:p>
    <w:p>
      <w:r>
        <w:rPr>
          <w:rFonts w:ascii="Courier New" w:hAnsi="Courier New"/>
          <w:color w:val="555555"/>
          <w:sz w:val="20"/>
        </w:rPr>
        <w:t>[Luc . 13 . 30]</w:t>
      </w:r>
    </w:p>
    <w:p>
      <w:r>
        <w:rPr>
          <w:rFonts w:ascii="Gentium Plus" w:hAnsi="Gentium Plus"/>
          <w:sz w:val="24"/>
        </w:rPr>
        <w:t>καὶ ἰδοὺ εἰσὶν ἔσχατοι οἳ ἔσονται πρῶτοι, καὶ εἰσὶν πρῶτοι οἳ ἔσονται ἔσχατοι.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13 . 31]</w:t>
      </w:r>
    </w:p>
    <w:p>
      <w:r>
        <w:rPr>
          <w:rFonts w:ascii="Gentium Plus" w:hAnsi="Gentium Plus"/>
          <w:sz w:val="24"/>
        </w:rPr>
        <w:t>Ἐν αὐτῇ τῇ ὥρᾳ προσῆλθάν τινες Φαρισαῖοι λέγοντες αὐτῷ, Ἔξελθε καὶ πορεύου ἐντεῦθεν, ὅτι Ἡρῴ‐ δης θέλει σε ἀποκτεῖναι.</w:t>
      </w:r>
    </w:p>
    <w:p>
      <w:r>
        <w:rPr>
          <w:rFonts w:ascii="Courier New" w:hAnsi="Courier New"/>
          <w:color w:val="555555"/>
          <w:sz w:val="20"/>
        </w:rPr>
        <w:t>[Luc . 13 . 32]</w:t>
      </w:r>
    </w:p>
    <w:p>
      <w:r>
        <w:rPr>
          <w:rFonts w:ascii="Gentium Plus" w:hAnsi="Gentium Plus"/>
          <w:sz w:val="24"/>
        </w:rPr>
        <w:t>καὶ εἶπεν αὐτοῖς, Πορευ‐ θέντες εἴπατε τῇ ἀλώπεκι ταύτῃ, Ἰδοὺ ἐκβάλλω δαιμόνια καὶ ἰάσεις ἀποτελῶ σήμερον καὶ αὔριον, καὶ τῇ τρίτῃ τελειοῦμαι.</w:t>
      </w:r>
    </w:p>
    <w:p>
      <w:r>
        <w:rPr>
          <w:rFonts w:ascii="Courier New" w:hAnsi="Courier New"/>
          <w:color w:val="555555"/>
          <w:sz w:val="20"/>
        </w:rPr>
        <w:t>[Luc . 13 . 33]</w:t>
      </w:r>
    </w:p>
    <w:p>
      <w:r>
        <w:rPr>
          <w:rFonts w:ascii="Gentium Plus" w:hAnsi="Gentium Plus"/>
          <w:sz w:val="24"/>
        </w:rPr>
        <w:t>πλὴν δεῖ με σήμερον καὶ αὔριον καὶ τῇ ἐχομένῃ πορεύεσθαι, ὅτι οὐκ ἐνδέχεται προφήτην ἀπο‐ λέσθαι ἔξω Ἰερουσαλήμ.</w:t>
      </w:r>
    </w:p>
    <w:p>
      <w:r>
        <w:rPr>
          <w:rFonts w:ascii="Courier New" w:hAnsi="Courier New"/>
          <w:color w:val="555555"/>
          <w:sz w:val="20"/>
        </w:rPr>
        <w:t>[Luc . 13 . 34]</w:t>
      </w:r>
    </w:p>
    <w:p>
      <w:r>
        <w:rPr>
          <w:rFonts w:ascii="Gentium Plus" w:hAnsi="Gentium Plus"/>
          <w:sz w:val="24"/>
        </w:rPr>
        <w:t>Ἰερουσαλὴμ Ἰερουσαλήμ, ἡ ἀποκτείνουσα τοὺς προφήτας καὶ λιθοβολοῦσα τοὺς ἀπεσταλμένους πρὸς αὐτήν, ποσάκις ἠθέλησα ἐπισυνάξαι τὰ τέκνα σου ὃν τρόπον ὄρνις τὴν ἑαυτῆς νοσσιὰν ὑπὸ τὰς</w:t>
      </w:r>
    </w:p>
    <w:p>
      <w:r>
        <w:rPr>
          <w:rFonts w:ascii="Courier New" w:hAnsi="Courier New"/>
          <w:color w:val="555555"/>
          <w:sz w:val="20"/>
        </w:rPr>
        <w:t>[5]</w:t>
      </w:r>
    </w:p>
    <w:p>
      <w:r>
        <w:rPr>
          <w:rFonts w:ascii="Gentium Plus" w:hAnsi="Gentium Plus"/>
          <w:sz w:val="24"/>
        </w:rPr>
        <w:t>πτέρυγας, καὶ οὐκ ἠθελήσατε.</w:t>
      </w:r>
    </w:p>
    <w:p>
      <w:r>
        <w:rPr>
          <w:rFonts w:ascii="Courier New" w:hAnsi="Courier New"/>
          <w:color w:val="555555"/>
          <w:sz w:val="20"/>
        </w:rPr>
        <w:t>[Luc . 13 . 35]</w:t>
      </w:r>
    </w:p>
    <w:p>
      <w:r>
        <w:rPr>
          <w:rFonts w:ascii="Gentium Plus" w:hAnsi="Gentium Plus"/>
          <w:sz w:val="24"/>
        </w:rPr>
        <w:t>ἰδοὺ ἀφίεται ὑμῖν ὁ οἶκος ὑμῶν. λέγω [δὲ] ὑμῖν, οὐ μὴ ἴδητέ με ἕως [ἥξει ὅτε] εἴπητε, Εὐλογημένος ὁ ἐρχόμενος ἐν ὀνόματι</w:t>
      </w:r>
    </w:p>
    <w:p>
      <w:r>
        <w:rPr>
          <w:rFonts w:ascii="Courier New" w:hAnsi="Courier New"/>
          <w:color w:val="555555"/>
          <w:sz w:val="20"/>
        </w:rPr>
        <w:t>[Luc . 14 . 1]</w:t>
      </w:r>
    </w:p>
    <w:p>
      <w:r>
        <w:rPr>
          <w:rFonts w:ascii="Gentium Plus" w:hAnsi="Gentium Plus"/>
          <w:sz w:val="24"/>
        </w:rPr>
        <w:t>Καὶ ἐγένετο ἐν τῷ ἐλθεῖν αὐτὸν εἰς οἶκόν τινος τῶν ἀρχόντων [τῶν] Φαρισαίων σαββάτῳ φαγεῖν ἄρτον καὶ αὐτοὶ ἦσαν παρατηρούμενοι αὐτόν.</w:t>
      </w:r>
    </w:p>
    <w:p>
      <w:r>
        <w:rPr>
          <w:rFonts w:ascii="Courier New" w:hAnsi="Courier New"/>
          <w:color w:val="555555"/>
          <w:sz w:val="20"/>
        </w:rPr>
        <w:t>[Luc . 14 . 2]</w:t>
      </w:r>
    </w:p>
    <w:p>
      <w:r>
        <w:rPr>
          <w:rFonts w:ascii="Gentium Plus" w:hAnsi="Gentium Plus"/>
          <w:sz w:val="24"/>
        </w:rPr>
        <w:t>καὶ ἰδοὺ ἄν‐ θρωπός τις ἦν ὑδρωπικὸς ἔμπροσθεν αὐτοῦ.</w:t>
      </w:r>
    </w:p>
    <w:p>
      <w:r>
        <w:rPr>
          <w:rFonts w:ascii="Courier New" w:hAnsi="Courier New"/>
          <w:color w:val="555555"/>
          <w:sz w:val="20"/>
        </w:rPr>
        <w:t>[Luc . 14 . 3]</w:t>
      </w:r>
    </w:p>
    <w:p>
      <w:r>
        <w:rPr>
          <w:rFonts w:ascii="Gentium Plus" w:hAnsi="Gentium Plus"/>
          <w:sz w:val="24"/>
        </w:rPr>
        <w:t>καὶ ἀποκριθεὶς ὁ Ἰησοῦς εἶπεν πρὸς τοὺς νομικοὺς καὶ Φαρισαίους λέγων, Ἔξεστιν τῷ σαββάτῳ θεραπεῦσαι ἢ οὔ;</w:t>
      </w:r>
    </w:p>
    <w:p>
      <w:r>
        <w:rPr>
          <w:rFonts w:ascii="Courier New" w:hAnsi="Courier New"/>
          <w:color w:val="555555"/>
          <w:sz w:val="20"/>
        </w:rPr>
        <w:t>[Luc . 14 . 4]</w:t>
      </w:r>
    </w:p>
    <w:p>
      <w:r>
        <w:rPr>
          <w:rFonts w:ascii="Gentium Plus" w:hAnsi="Gentium Plus"/>
          <w:sz w:val="24"/>
        </w:rPr>
        <w:t>οἱ δὲ ἡσύχασαν. καὶ ἐπιλαβόμενος ἰάσατο αὐτὸν καὶ ἀπέλυσεν.</w:t>
      </w:r>
    </w:p>
    <w:p>
      <w:r>
        <w:rPr>
          <w:rFonts w:ascii="Courier New" w:hAnsi="Courier New"/>
          <w:color w:val="555555"/>
          <w:sz w:val="20"/>
        </w:rPr>
        <w:t>[Luc . 14 . 5]</w:t>
      </w:r>
    </w:p>
    <w:p>
      <w:r>
        <w:rPr>
          <w:rFonts w:ascii="Gentium Plus" w:hAnsi="Gentium Plus"/>
          <w:sz w:val="24"/>
        </w:rPr>
        <w:t>καὶ πρὸς αὐτοὺς εἶπεν, Τίνος ὑμῶν υἱὸς ἢ βοῦς εἰς φρέαρ πεσεῖται, καὶ οὐκ εὐθέως ἀνασπάσει αὐτὸν ἐν ἡμέρᾳ τοῦ σαββάτου;</w:t>
      </w:r>
    </w:p>
    <w:p>
      <w:r>
        <w:rPr>
          <w:rFonts w:ascii="Courier New" w:hAnsi="Courier New"/>
          <w:color w:val="555555"/>
          <w:sz w:val="20"/>
        </w:rPr>
        <w:t>[Luc . 14 . 6]</w:t>
      </w:r>
    </w:p>
    <w:p>
      <w:r>
        <w:rPr>
          <w:rFonts w:ascii="Gentium Plus" w:hAnsi="Gentium Plus"/>
          <w:sz w:val="24"/>
        </w:rPr>
        <w:t>καὶ οὐκ ἴσχυσαν ἀνταποκριθῆναι πρὸς ταῦτα.</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14 . 7]</w:t>
      </w:r>
    </w:p>
    <w:p>
      <w:r>
        <w:rPr>
          <w:rFonts w:ascii="Gentium Plus" w:hAnsi="Gentium Plus"/>
          <w:sz w:val="24"/>
        </w:rPr>
        <w:t>Ἔλεγεν δὲ πρὸς τοὺς κεκλημένους παραβολήν, ἐπέ‐ χων πῶς τὰς πρωτοκλισίας ἐξελέγοντο, λέγων πρὸς αὐτούς,</w:t>
      </w:r>
    </w:p>
    <w:p>
      <w:r>
        <w:rPr>
          <w:rFonts w:ascii="Courier New" w:hAnsi="Courier New"/>
          <w:color w:val="555555"/>
          <w:sz w:val="20"/>
        </w:rPr>
        <w:t>[Luc . 14 . 8]</w:t>
      </w:r>
    </w:p>
    <w:p>
      <w:r>
        <w:rPr>
          <w:rFonts w:ascii="Gentium Plus" w:hAnsi="Gentium Plus"/>
          <w:sz w:val="24"/>
        </w:rPr>
        <w:t>Ὅταν κληθῇς ὑπό τινος εἰς γάμους, μὴ κατακλιθῇς εἰς τὴν πρωτοκλισίαν, μήποτε ἐντιμότερός σου ᾖ κεκλημένος ὑπ’ αὐτοῦ,</w:t>
      </w:r>
    </w:p>
    <w:p>
      <w:r>
        <w:rPr>
          <w:rFonts w:ascii="Courier New" w:hAnsi="Courier New"/>
          <w:color w:val="555555"/>
          <w:sz w:val="20"/>
        </w:rPr>
        <w:t>[Luc . 14 . 9]</w:t>
      </w:r>
    </w:p>
    <w:p>
      <w:r>
        <w:rPr>
          <w:rFonts w:ascii="Gentium Plus" w:hAnsi="Gentium Plus"/>
          <w:sz w:val="24"/>
        </w:rPr>
        <w:t>καὶ ἐλθὼν ὁ σὲ καὶ αὐτὸν καλέσας ἐρεῖ σοι, Δὸς τούτῳ τόπον, καὶ τότε ἄρξῃ μετὰ αἰσχύνης τὸν ἔσχατον τόπον κατέχειν.</w:t>
      </w:r>
    </w:p>
    <w:p>
      <w:r>
        <w:rPr>
          <w:rFonts w:ascii="Courier New" w:hAnsi="Courier New"/>
          <w:color w:val="555555"/>
          <w:sz w:val="20"/>
        </w:rPr>
        <w:t>[Luc . 14 . 10]</w:t>
      </w:r>
    </w:p>
    <w:p>
      <w:r>
        <w:rPr>
          <w:rFonts w:ascii="Gentium Plus" w:hAnsi="Gentium Plus"/>
          <w:sz w:val="24"/>
        </w:rPr>
        <w:t>ἀλλ’ ὅταν κληθῇς πορευθεὶς ἀνάπεσε εἰς τὸν ἔσχατον τόπον, ἵνα ὅταν ἔλθῃ ὁ κεκληκώς σε ἐρεῖ σοι, Φίλε, προσανά‐ βηθι ἀνώτερον· τότε ἔσται σοι δόξα ἐνώπιον πάντων</w:t>
      </w:r>
    </w:p>
    <w:p>
      <w:r>
        <w:rPr>
          <w:rFonts w:ascii="Courier New" w:hAnsi="Courier New"/>
          <w:color w:val="555555"/>
          <w:sz w:val="20"/>
        </w:rPr>
        <w:t>[5]</w:t>
      </w:r>
    </w:p>
    <w:p>
      <w:r>
        <w:rPr>
          <w:rFonts w:ascii="Gentium Plus" w:hAnsi="Gentium Plus"/>
          <w:sz w:val="24"/>
        </w:rPr>
        <w:t>τῶν συνανακειμένων σοι.</w:t>
      </w:r>
    </w:p>
    <w:p>
      <w:r>
        <w:rPr>
          <w:rFonts w:ascii="Courier New" w:hAnsi="Courier New"/>
          <w:color w:val="555555"/>
          <w:sz w:val="20"/>
        </w:rPr>
        <w:t>[Luc . 14 . 11]</w:t>
      </w:r>
    </w:p>
    <w:p>
      <w:r>
        <w:rPr>
          <w:rFonts w:ascii="Gentium Plus" w:hAnsi="Gentium Plus"/>
          <w:sz w:val="24"/>
        </w:rPr>
        <w:t>ὅτι πᾶς ὁ ὑψῶν ἑαυτὸν ταπεινωθήσεται καὶ ὁ ταπεινῶν ἑαυτὸν ὑψωθήσεται.</w:t>
      </w:r>
    </w:p>
    <w:p>
      <w:r>
        <w:rPr>
          <w:rFonts w:ascii="Courier New" w:hAnsi="Courier New"/>
          <w:color w:val="555555"/>
          <w:sz w:val="20"/>
        </w:rPr>
        <w:t>[Luc . 14 . 12]</w:t>
      </w:r>
    </w:p>
    <w:p>
      <w:r>
        <w:rPr>
          <w:rFonts w:ascii="Gentium Plus" w:hAnsi="Gentium Plus"/>
          <w:sz w:val="24"/>
        </w:rPr>
        <w:t>Ἔλεγεν δὲ καὶ τῷ κεκληκότι αὐτόν, Ὅταν ποιῇς ἄριστον ἢ δεῖπνον, μὴ φώνει τοὺς φίλους σου μηδὲ τοὺς ἀδελφούς σου μηδὲ τοὺς συγγενεῖς σου μηδὲ γείτονας πλουσίους, μήποτε καὶ αὐτοὶ ἀντικαλέσωσίν σε καὶ γένη‐</w:t>
      </w:r>
    </w:p>
    <w:p>
      <w:r>
        <w:rPr>
          <w:rFonts w:ascii="Courier New" w:hAnsi="Courier New"/>
          <w:color w:val="555555"/>
          <w:sz w:val="20"/>
        </w:rPr>
        <w:t>[5]</w:t>
      </w:r>
    </w:p>
    <w:p>
      <w:r>
        <w:rPr>
          <w:rFonts w:ascii="Gentium Plus" w:hAnsi="Gentium Plus"/>
          <w:sz w:val="24"/>
        </w:rPr>
        <w:t>ται ἀνταπόδομά σοι.</w:t>
      </w:r>
    </w:p>
    <w:p>
      <w:r>
        <w:rPr>
          <w:rFonts w:ascii="Courier New" w:hAnsi="Courier New"/>
          <w:color w:val="555555"/>
          <w:sz w:val="20"/>
        </w:rPr>
        <w:t>[Luc . 14 . 13]</w:t>
      </w:r>
    </w:p>
    <w:p>
      <w:r>
        <w:rPr>
          <w:rFonts w:ascii="Gentium Plus" w:hAnsi="Gentium Plus"/>
          <w:sz w:val="24"/>
        </w:rPr>
        <w:t>ἀλλ’ ὅταν δοχὴν ποιῇς, κάλει πτωχούς, ἀναπείρους, χωλούς, τυφλούς·</w:t>
      </w:r>
    </w:p>
    <w:p>
      <w:r>
        <w:rPr>
          <w:rFonts w:ascii="Courier New" w:hAnsi="Courier New"/>
          <w:color w:val="555555"/>
          <w:sz w:val="20"/>
        </w:rPr>
        <w:t>[Luc . 14 . 14]</w:t>
      </w:r>
    </w:p>
    <w:p>
      <w:r>
        <w:rPr>
          <w:rFonts w:ascii="Gentium Plus" w:hAnsi="Gentium Plus"/>
          <w:sz w:val="24"/>
        </w:rPr>
        <w:t>καὶ μακάριος ἔσῃ, ὅτι οὐκ ἔχουσιν ἀνταποδοῦναί σοι, ἀνταποδοθήσεται γάρ σοι ἐν τῇ ἀναστάσει τῶν δικαίων.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14 . 15]</w:t>
      </w:r>
    </w:p>
    <w:p>
      <w:r>
        <w:rPr>
          <w:rFonts w:ascii="Gentium Plus" w:hAnsi="Gentium Plus"/>
          <w:sz w:val="24"/>
        </w:rPr>
        <w:t>Ἀκούσας δέ τις τῶν συνανακειμένων ταῦτα εἶπεν αὐτῷ, Μακάριος ὅστις φάγεται ἄρτον ἐν τῇ βασιλείᾳ τοῦ θεοῦ.</w:t>
      </w:r>
    </w:p>
    <w:p>
      <w:r>
        <w:rPr>
          <w:rFonts w:ascii="Courier New" w:hAnsi="Courier New"/>
          <w:color w:val="555555"/>
          <w:sz w:val="20"/>
        </w:rPr>
        <w:t>[Luc . 14 . 16]</w:t>
      </w:r>
    </w:p>
    <w:p>
      <w:r>
        <w:rPr>
          <w:rFonts w:ascii="Gentium Plus" w:hAnsi="Gentium Plus"/>
          <w:sz w:val="24"/>
        </w:rPr>
        <w:t>ὁ δὲ εἶπεν αὐτῷ, Ἄνθρωπός τις ἐποίει δεῖπνον μέγα, καὶ ἐκάλεσεν πολλούς,</w:t>
      </w:r>
    </w:p>
    <w:p>
      <w:r>
        <w:rPr>
          <w:rFonts w:ascii="Courier New" w:hAnsi="Courier New"/>
          <w:color w:val="555555"/>
          <w:sz w:val="20"/>
        </w:rPr>
        <w:t>[Luc . 14 . 17]</w:t>
      </w:r>
    </w:p>
    <w:p>
      <w:r>
        <w:rPr>
          <w:rFonts w:ascii="Gentium Plus" w:hAnsi="Gentium Plus"/>
          <w:sz w:val="24"/>
        </w:rPr>
        <w:t>καὶ ἀπέστειλεν τὸν δοῦλον αὐτοῦ τῇ ὥρᾳ τοῦ δείπνου εἰπεῖν τοῖς κεκλη‐ μένοις, Ἔρχεσθε, ὅτι ἤδη ἕτοιμά ἐστιν.</w:t>
      </w:r>
    </w:p>
    <w:p>
      <w:r>
        <w:rPr>
          <w:rFonts w:ascii="Courier New" w:hAnsi="Courier New"/>
          <w:color w:val="555555"/>
          <w:sz w:val="20"/>
        </w:rPr>
        <w:t>[Luc . 14 . 18]</w:t>
      </w:r>
    </w:p>
    <w:p>
      <w:r>
        <w:rPr>
          <w:rFonts w:ascii="Gentium Plus" w:hAnsi="Gentium Plus"/>
          <w:sz w:val="24"/>
        </w:rPr>
        <w:t>καὶ ἤρξαντο ἀπὸ μιᾶς πάντες παραιτεῖσθαι. ὁ πρῶτος εἶπεν αὐτῷ, Ἀγρὸν ἠγόρασα καὶ ἔχω ἀνάγκην ἐξελθὼν ἰδεῖν αὐτόν· ἐρωτῶ σε, ἔχε με παρῃτημένον.</w:t>
      </w:r>
    </w:p>
    <w:p>
      <w:r>
        <w:rPr>
          <w:rFonts w:ascii="Courier New" w:hAnsi="Courier New"/>
          <w:color w:val="555555"/>
          <w:sz w:val="20"/>
        </w:rPr>
        <w:t>[Luc . 14 . 19]</w:t>
      </w:r>
    </w:p>
    <w:p>
      <w:r>
        <w:rPr>
          <w:rFonts w:ascii="Gentium Plus" w:hAnsi="Gentium Plus"/>
          <w:sz w:val="24"/>
        </w:rPr>
        <w:t>καὶ ἕτερος εἶπεν, Ζεύγη βοῶν ἠγόρασα πέντε καὶ πορεύομαι δοκιμάσαι αὐτά· ἐρωτῶ σε, ἔχε με παρῃτημένον.</w:t>
      </w:r>
    </w:p>
    <w:p>
      <w:r>
        <w:rPr>
          <w:rFonts w:ascii="Courier New" w:hAnsi="Courier New"/>
          <w:color w:val="555555"/>
          <w:sz w:val="20"/>
        </w:rPr>
        <w:t>[Luc . 14 . 20]</w:t>
      </w:r>
    </w:p>
    <w:p>
      <w:r>
        <w:rPr>
          <w:rFonts w:ascii="Gentium Plus" w:hAnsi="Gentium Plus"/>
          <w:sz w:val="24"/>
        </w:rPr>
        <w:t>καὶ ἕτερος</w:t>
      </w:r>
    </w:p>
    <w:p>
      <w:r>
        <w:rPr>
          <w:rFonts w:ascii="Courier New" w:hAnsi="Courier New"/>
          <w:color w:val="555555"/>
          <w:sz w:val="20"/>
        </w:rPr>
        <w:t>[Luc . 14 . 21]</w:t>
      </w:r>
    </w:p>
    <w:p>
      <w:r>
        <w:rPr>
          <w:rFonts w:ascii="Gentium Plus" w:hAnsi="Gentium Plus"/>
          <w:sz w:val="24"/>
        </w:rPr>
        <w:t>καὶ παραγενόμενος ὁ δοῦλος ἀπήγγειλεν τῷ κυρίῳ αὐτοῦ ταῦτα. τότε ὀργισθεὶς ὁ οἰκοδεσπότης εἶπεν τῷ δούλῳ αὐτοῦ, Ἔξελθε ταχέως εἰς τὰς πλατείας καὶ ῥύμας τῆς πόλεως, καὶ τοὺς πτωχοὺς καὶ ἀναπείρους</w:t>
      </w:r>
    </w:p>
    <w:p>
      <w:r>
        <w:rPr>
          <w:rFonts w:ascii="Courier New" w:hAnsi="Courier New"/>
          <w:color w:val="555555"/>
          <w:sz w:val="20"/>
        </w:rPr>
        <w:t>[5]</w:t>
      </w:r>
    </w:p>
    <w:p>
      <w:r>
        <w:rPr>
          <w:rFonts w:ascii="Gentium Plus" w:hAnsi="Gentium Plus"/>
          <w:sz w:val="24"/>
        </w:rPr>
        <w:t>καὶ τυφλοὺς καὶ χωλοὺς εἰσάγαγε ὧδε.</w:t>
      </w:r>
    </w:p>
    <w:p>
      <w:r>
        <w:rPr>
          <w:rFonts w:ascii="Courier New" w:hAnsi="Courier New"/>
          <w:color w:val="555555"/>
          <w:sz w:val="20"/>
        </w:rPr>
        <w:t>[Luc . 14 . 22]</w:t>
      </w:r>
    </w:p>
    <w:p>
      <w:r>
        <w:rPr>
          <w:rFonts w:ascii="Gentium Plus" w:hAnsi="Gentium Plus"/>
          <w:sz w:val="24"/>
        </w:rPr>
        <w:t>καὶ εἶπεν ὁ δοῦλος, Κύριε, γέγονεν ὃ ἐπέταξας, καὶ ἔτι τόπος ἐστίν.</w:t>
      </w:r>
    </w:p>
    <w:p>
      <w:r>
        <w:rPr>
          <w:rFonts w:ascii="Courier New" w:hAnsi="Courier New"/>
          <w:color w:val="555555"/>
          <w:sz w:val="20"/>
        </w:rPr>
        <w:t>[Luc . 14 . 23]</w:t>
      </w:r>
    </w:p>
    <w:p>
      <w:r>
        <w:rPr>
          <w:rFonts w:ascii="Gentium Plus" w:hAnsi="Gentium Plus"/>
          <w:sz w:val="24"/>
        </w:rPr>
        <w:t>καὶ εἶπεν ὁ κύριος πρὸς τὸν δοῦλον, Ἔξελθε εἰς τὰς ὁδοὺς καὶ φραγμοὺς καὶ ἀνάγκασον εἰσελθεῖν, ἵνα γεμισθῇ μου ὁ οἶκος·</w:t>
      </w:r>
    </w:p>
    <w:p>
      <w:r>
        <w:rPr>
          <w:rFonts w:ascii="Courier New" w:hAnsi="Courier New"/>
          <w:color w:val="555555"/>
          <w:sz w:val="20"/>
        </w:rPr>
        <w:t>[Luc . 14 . 24]</w:t>
      </w:r>
    </w:p>
    <w:p>
      <w:r>
        <w:rPr>
          <w:rFonts w:ascii="Gentium Plus" w:hAnsi="Gentium Plus"/>
          <w:sz w:val="24"/>
        </w:rPr>
        <w:t>λέγω γὰρ ὑμῖν ὅτι οὐδεὶς τῶν ἀνδρῶν ἐκείνων τῶν κεκλημένων γεύσεταί μου τοῦ δείπνου.</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14 . 25]</w:t>
      </w:r>
    </w:p>
    <w:p>
      <w:r>
        <w:rPr>
          <w:rFonts w:ascii="Gentium Plus" w:hAnsi="Gentium Plus"/>
          <w:sz w:val="24"/>
        </w:rPr>
        <w:t>Συνεπορεύοντο δὲ αὐτῷ ὄχλοι πολλοί, καὶ στρα‐ φεὶς εἶπεν πρὸς αὐτούς,</w:t>
      </w:r>
    </w:p>
    <w:p>
      <w:r>
        <w:rPr>
          <w:rFonts w:ascii="Courier New" w:hAnsi="Courier New"/>
          <w:color w:val="555555"/>
          <w:sz w:val="20"/>
        </w:rPr>
        <w:t>[Luc . 14 . 26]</w:t>
      </w:r>
    </w:p>
    <w:p>
      <w:r>
        <w:rPr>
          <w:rFonts w:ascii="Gentium Plus" w:hAnsi="Gentium Plus"/>
          <w:sz w:val="24"/>
        </w:rPr>
        <w:t>Εἴ τις ἔρχεται πρός με καὶ οὐ μισεῖ τὸν πατέρα ἑαυτοῦ καὶ τὴν μητέρα καὶ τὴν γυναῖκα καὶ τὰ τέκνα καὶ τοὺς ἀδελφοὺς καὶ τὰς ἀδελφάς, ἔτι τε καὶ τὴν ψυχὴν ἑαυτοῦ, οὐ δύναται εἶναί μου μαθη‐</w:t>
      </w:r>
    </w:p>
    <w:p>
      <w:r>
        <w:rPr>
          <w:rFonts w:ascii="Courier New" w:hAnsi="Courier New"/>
          <w:color w:val="555555"/>
          <w:sz w:val="20"/>
        </w:rPr>
        <w:t>[5]</w:t>
      </w:r>
    </w:p>
    <w:p>
      <w:r>
        <w:rPr>
          <w:rFonts w:ascii="Gentium Plus" w:hAnsi="Gentium Plus"/>
          <w:sz w:val="24"/>
        </w:rPr>
        <w:t>τής.</w:t>
      </w:r>
    </w:p>
    <w:p>
      <w:r>
        <w:rPr>
          <w:rFonts w:ascii="Courier New" w:hAnsi="Courier New"/>
          <w:color w:val="555555"/>
          <w:sz w:val="20"/>
        </w:rPr>
        <w:t>[Luc . 14 . 27]</w:t>
      </w:r>
    </w:p>
    <w:p>
      <w:r>
        <w:rPr>
          <w:rFonts w:ascii="Gentium Plus" w:hAnsi="Gentium Plus"/>
          <w:sz w:val="24"/>
        </w:rPr>
        <w:t>ὅστις οὐ βαστάζει τὸν σταυρὸν ἑαυτοῦ καὶ ἔρχεται ὀπίσω μου οὐ δύναται εἶναί μου μαθητής.</w:t>
      </w:r>
    </w:p>
    <w:p>
      <w:r>
        <w:rPr>
          <w:rFonts w:ascii="Courier New" w:hAnsi="Courier New"/>
          <w:color w:val="555555"/>
          <w:sz w:val="20"/>
        </w:rPr>
        <w:t>[Luc . 14 . 28]</w:t>
      </w:r>
    </w:p>
    <w:p>
      <w:r>
        <w:rPr>
          <w:rFonts w:ascii="Gentium Plus" w:hAnsi="Gentium Plus"/>
          <w:sz w:val="24"/>
        </w:rPr>
        <w:t>τίς γὰρ ἐξ ὑμῶν θέλων πύργον οἰκοδομῆσαι οὐχὶ πρῶτον καθίσας ψηφίζει τὴν δαπάνην, εἰ ἔχει εἰς ἀπαρτισμόν;</w:t>
      </w:r>
    </w:p>
    <w:p>
      <w:r>
        <w:rPr>
          <w:rFonts w:ascii="Courier New" w:hAnsi="Courier New"/>
          <w:color w:val="555555"/>
          <w:sz w:val="20"/>
        </w:rPr>
        <w:t>[Luc . 14 . 29]</w:t>
      </w:r>
    </w:p>
    <w:p>
      <w:r>
        <w:rPr>
          <w:rFonts w:ascii="Gentium Plus" w:hAnsi="Gentium Plus"/>
          <w:sz w:val="24"/>
        </w:rPr>
        <w:t>ἵνα μήποτε θέντος αὐτοῦ θεμέλιον καὶ μὴ ἰσχύοντος ἐκτελέσαι πάντες οἱ θεωροῦντες ἄρξωνται αὐτῷ ἐμπαίζειν</w:t>
      </w:r>
    </w:p>
    <w:p>
      <w:r>
        <w:rPr>
          <w:rFonts w:ascii="Courier New" w:hAnsi="Courier New"/>
          <w:color w:val="555555"/>
          <w:sz w:val="20"/>
        </w:rPr>
        <w:t>[Luc . 14 . 30]</w:t>
      </w:r>
    </w:p>
    <w:p>
      <w:r>
        <w:rPr>
          <w:rFonts w:ascii="Gentium Plus" w:hAnsi="Gentium Plus"/>
          <w:sz w:val="24"/>
        </w:rPr>
        <w:t>λέ‐ γοντες ὅτι Οὗτος ὁ ἄνθρωπος ἤρξατο οἰκοδομεῖν καὶ οὐκ ἴσχυσεν ἐκτελέσαι.</w:t>
      </w:r>
    </w:p>
    <w:p>
      <w:r>
        <w:rPr>
          <w:rFonts w:ascii="Courier New" w:hAnsi="Courier New"/>
          <w:color w:val="555555"/>
          <w:sz w:val="20"/>
        </w:rPr>
        <w:t>[Luc . 14 . 31]</w:t>
      </w:r>
    </w:p>
    <w:p>
      <w:r>
        <w:rPr>
          <w:rFonts w:ascii="Gentium Plus" w:hAnsi="Gentium Plus"/>
          <w:sz w:val="24"/>
        </w:rPr>
        <w:t>ἢ τίς βασιλεὺς πορευόμενος ἑτέρῳ βασιλεῖ συμβαλεῖν εἰς πόλεμον οὐχὶ καθίσας πρῶτον βουλεύσεται εἰ δυνατός ἐστιν ἐν δέκα χιλιάσιν ὑπαντῆσαι τῷ μετὰ εἴκοσι χιλιάδων ἐρχομένῳ ἐπ’ αὐτόν;</w:t>
      </w:r>
    </w:p>
    <w:p>
      <w:r>
        <w:rPr>
          <w:rFonts w:ascii="Courier New" w:hAnsi="Courier New"/>
          <w:color w:val="555555"/>
          <w:sz w:val="20"/>
        </w:rPr>
        <w:t>[Luc . 14 . 32]</w:t>
      </w:r>
    </w:p>
    <w:p>
      <w:r>
        <w:rPr>
          <w:rFonts w:ascii="Gentium Plus" w:hAnsi="Gentium Plus"/>
          <w:sz w:val="24"/>
        </w:rPr>
        <w:t>εἰ δὲ μήγε, ἔτι αὐτοῦ πόρρω ὄντος πρεσβείαν ἀποστείλας ἐρωτᾷ τὰ πρὸς εἰρήνην.</w:t>
      </w:r>
    </w:p>
    <w:p>
      <w:r>
        <w:rPr>
          <w:rFonts w:ascii="Courier New" w:hAnsi="Courier New"/>
          <w:color w:val="555555"/>
          <w:sz w:val="20"/>
        </w:rPr>
        <w:t>[Luc . 14 . 33]</w:t>
      </w:r>
    </w:p>
    <w:p>
      <w:r>
        <w:rPr>
          <w:rFonts w:ascii="Gentium Plus" w:hAnsi="Gentium Plus"/>
          <w:sz w:val="24"/>
        </w:rPr>
        <w:t>οὕτως οὖν πᾶς ἐξ ὑμῶν ὃς οὐκ ἀποτάσσεται πᾶσιν τοῖς ἑαυτοῦ ὑπάρχουσιν οὐ</w:t>
      </w:r>
    </w:p>
    <w:p>
      <w:r>
        <w:rPr>
          <w:rFonts w:ascii="Courier New" w:hAnsi="Courier New"/>
          <w:color w:val="555555"/>
          <w:sz w:val="20"/>
        </w:rPr>
        <w:t>[Luc . 14 . 34]</w:t>
      </w:r>
    </w:p>
    <w:p>
      <w:r>
        <w:rPr>
          <w:rFonts w:ascii="Gentium Plus" w:hAnsi="Gentium Plus"/>
          <w:sz w:val="24"/>
        </w:rPr>
        <w:t>Καλὸν οὖν τὸ ἅλας· ἐὰν δὲ καὶ τὸ ἅλας μωρανθῇ, ἐν τίνι ἀρτυθήσεται;</w:t>
      </w:r>
    </w:p>
    <w:p>
      <w:r>
        <w:rPr>
          <w:rFonts w:ascii="Courier New" w:hAnsi="Courier New"/>
          <w:color w:val="555555"/>
          <w:sz w:val="20"/>
        </w:rPr>
        <w:t>[Luc . 14 . 35]</w:t>
      </w:r>
    </w:p>
    <w:p>
      <w:r>
        <w:rPr>
          <w:rFonts w:ascii="Gentium Plus" w:hAnsi="Gentium Plus"/>
          <w:sz w:val="24"/>
        </w:rPr>
        <w:t>οὔτε εἰς γῆν οὔτε εἰς κοπρίαν εὔθετόν ἐστιν· ἔξω βάλλουσιν αὐτό. ὁ ἔχων ὦτα ἀκούειν ἀκουέτω.</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15 . 1]</w:t>
      </w:r>
    </w:p>
    <w:p>
      <w:r>
        <w:rPr>
          <w:rFonts w:ascii="Gentium Plus" w:hAnsi="Gentium Plus"/>
          <w:sz w:val="24"/>
        </w:rPr>
        <w:t>Ἦσαν δὲ αὐτῷ ἐγγίζοντες πάντες οἱ τελῶναι καὶ οἱ ἁμαρτωλοὶ ἀκούειν αὐτοῦ.</w:t>
      </w:r>
    </w:p>
    <w:p>
      <w:r>
        <w:rPr>
          <w:rFonts w:ascii="Courier New" w:hAnsi="Courier New"/>
          <w:color w:val="555555"/>
          <w:sz w:val="20"/>
        </w:rPr>
        <w:t>[Luc . 15 . 2]</w:t>
      </w:r>
    </w:p>
    <w:p>
      <w:r>
        <w:rPr>
          <w:rFonts w:ascii="Gentium Plus" w:hAnsi="Gentium Plus"/>
          <w:sz w:val="24"/>
        </w:rPr>
        <w:t>καὶ διεγόγγυζον οἵ τε Φαρισαῖοι καὶ οἱ γραμματεῖς λέγοντες ὅτι Οὗτος ἁμαρ‐ τωλοὺς προσδέχεται καὶ συνεσθίει αὐτοῖς.</w:t>
      </w:r>
    </w:p>
    <w:p>
      <w:r>
        <w:rPr>
          <w:rFonts w:ascii="Courier New" w:hAnsi="Courier New"/>
          <w:color w:val="555555"/>
          <w:sz w:val="20"/>
        </w:rPr>
        <w:t>[Luc . 15 . 3]</w:t>
      </w:r>
    </w:p>
    <w:p>
      <w:r>
        <w:rPr>
          <w:rFonts w:ascii="Gentium Plus" w:hAnsi="Gentium Plus"/>
          <w:sz w:val="24"/>
        </w:rPr>
        <w:t>εἶπεν δὲ πρὸς αὐτοὺς τὴν παραβολὴν ταύτην λέγων,</w:t>
      </w:r>
    </w:p>
    <w:p>
      <w:r>
        <w:rPr>
          <w:rFonts w:ascii="Courier New" w:hAnsi="Courier New"/>
          <w:color w:val="555555"/>
          <w:sz w:val="20"/>
        </w:rPr>
        <w:t>[Luc . 15 . 4]</w:t>
      </w:r>
    </w:p>
    <w:p>
      <w:r>
        <w:rPr>
          <w:rFonts w:ascii="Gentium Plus" w:hAnsi="Gentium Plus"/>
          <w:sz w:val="24"/>
        </w:rPr>
        <w:t>Τίς ἄν‐ θρωπος ἐξ ὑμῶν ἔχων ἑκατὸν πρόβατα καὶ ἀπολέσας ἐξ αὐτῶν ἓν οὐ καταλείπει τὰ ἐνενήκοντα ἐννέα ἐν τῇ ἐρήμῳ καὶ πορεύεται ἐπὶ τὸ ἀπολωλὸς ἕως εὕρῃ αὐτό;</w:t>
      </w:r>
    </w:p>
    <w:p>
      <w:r>
        <w:rPr>
          <w:rFonts w:ascii="Courier New" w:hAnsi="Courier New"/>
          <w:color w:val="555555"/>
          <w:sz w:val="20"/>
        </w:rPr>
        <w:t>[Luc . 15 . 5]</w:t>
      </w:r>
    </w:p>
    <w:p>
      <w:r>
        <w:rPr>
          <w:rFonts w:ascii="Gentium Plus" w:hAnsi="Gentium Plus"/>
          <w:sz w:val="24"/>
        </w:rPr>
        <w:t>καὶ εὑρὼν ἐπιτίθησιν ἐπὶ τοὺς ὤμους αὐτοῦ χαίρων,</w:t>
      </w:r>
    </w:p>
    <w:p>
      <w:r>
        <w:rPr>
          <w:rFonts w:ascii="Courier New" w:hAnsi="Courier New"/>
          <w:color w:val="555555"/>
          <w:sz w:val="20"/>
        </w:rPr>
        <w:t>[Luc . 15 . 6]</w:t>
      </w:r>
    </w:p>
    <w:p>
      <w:r>
        <w:rPr>
          <w:rFonts w:ascii="Gentium Plus" w:hAnsi="Gentium Plus"/>
          <w:sz w:val="24"/>
        </w:rPr>
        <w:t>καὶ ἐλθὼν εἰς τὸν οἶκον συγκαλεῖ τοὺς φίλους καὶ τοὺς γείτονας λέγων αὐτοῖς, Συγχάρητέ μοι, ὅτι εὗρον τὸ πρόβατόν μου τὸ ἀπολωλός.</w:t>
      </w:r>
    </w:p>
    <w:p>
      <w:r>
        <w:rPr>
          <w:rFonts w:ascii="Courier New" w:hAnsi="Courier New"/>
          <w:color w:val="555555"/>
          <w:sz w:val="20"/>
        </w:rPr>
        <w:t>[Luc . 15 . 7]</w:t>
      </w:r>
    </w:p>
    <w:p>
      <w:r>
        <w:rPr>
          <w:rFonts w:ascii="Gentium Plus" w:hAnsi="Gentium Plus"/>
          <w:sz w:val="24"/>
        </w:rPr>
        <w:t>λέγω ὑμῖν ὅτι οὕτως χαρὰ ἐν τῷ οὐρανῷ ἔσται ἐπὶ ἑνὶ ἁμαρτωλῷ μετανο‐ οῦντι ἢ ἐπὶ ἐνενήκοντα ἐννέα δικαίοις οἵτινες οὐ χρείαν ἔχουσιν μετανοίας.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15 . 8]</w:t>
      </w:r>
    </w:p>
    <w:p>
      <w:r>
        <w:rPr>
          <w:rFonts w:ascii="Gentium Plus" w:hAnsi="Gentium Plus"/>
          <w:sz w:val="24"/>
        </w:rPr>
        <w:t>Ἢ τίς γυνὴ δραχμὰς ἔχουσα δέκα, ἐὰν ἀπολέσῃ δραχμὴν μίαν, οὐχὶ ἅπτει λύχνον καὶ σαροῖ τὴν οἰκίαν καὶ ζητεῖ ἐπιμελῶς ἕως οὗ εὕρῃ;</w:t>
      </w:r>
    </w:p>
    <w:p>
      <w:r>
        <w:rPr>
          <w:rFonts w:ascii="Courier New" w:hAnsi="Courier New"/>
          <w:color w:val="555555"/>
          <w:sz w:val="20"/>
        </w:rPr>
        <w:t>[Luc . 15 . 9]</w:t>
      </w:r>
    </w:p>
    <w:p>
      <w:r>
        <w:rPr>
          <w:rFonts w:ascii="Gentium Plus" w:hAnsi="Gentium Plus"/>
          <w:sz w:val="24"/>
        </w:rPr>
        <w:t>καὶ εὑροῦσα συγ‐ καλεῖ τὰς φίλας καὶ γείτονας λέγουσα, Συγχάρητέ μοι, ὅτι εὗρον τὴν δραχμὴν ἣν ἀπώλεσα.</w:t>
      </w:r>
    </w:p>
    <w:p>
      <w:r>
        <w:rPr>
          <w:rFonts w:ascii="Courier New" w:hAnsi="Courier New"/>
          <w:color w:val="555555"/>
          <w:sz w:val="20"/>
        </w:rPr>
        <w:t>[Luc . 15 . 10]</w:t>
      </w:r>
    </w:p>
    <w:p>
      <w:r>
        <w:rPr>
          <w:rFonts w:ascii="Gentium Plus" w:hAnsi="Gentium Plus"/>
          <w:sz w:val="24"/>
        </w:rPr>
        <w:t>οὕτως, λέγω ὑμῖν, γίνεται χαρὰ ἐνώπιον τῶν ἀγγέλων τοῦ θεοῦ ἐπὶ</w:t>
      </w:r>
    </w:p>
    <w:p>
      <w:r>
        <w:rPr>
          <w:rFonts w:ascii="Courier New" w:hAnsi="Courier New"/>
          <w:color w:val="555555"/>
          <w:sz w:val="20"/>
        </w:rPr>
        <w:t>[Luc . 15 . 11]</w:t>
      </w:r>
    </w:p>
    <w:p>
      <w:r>
        <w:rPr>
          <w:rFonts w:ascii="Gentium Plus" w:hAnsi="Gentium Plus"/>
          <w:sz w:val="24"/>
        </w:rPr>
        <w:t>Εἶπεν δέ, Ἄνθρωπός τις εἶχεν δύο υἱούς.</w:t>
      </w:r>
    </w:p>
    <w:p>
      <w:r>
        <w:rPr>
          <w:rFonts w:ascii="Courier New" w:hAnsi="Courier New"/>
          <w:color w:val="555555"/>
          <w:sz w:val="20"/>
        </w:rPr>
        <w:t>[Luc . 15 . 12]</w:t>
      </w:r>
    </w:p>
    <w:p>
      <w:r>
        <w:rPr>
          <w:rFonts w:ascii="Gentium Plus" w:hAnsi="Gentium Plus"/>
          <w:sz w:val="24"/>
        </w:rPr>
        <w:t>καὶ εἶπεν ὁ νεώτερος αὐτῶν τῷ πατρί, Πάτερ, δός μοι τὸ ἐπιβάλλον μέρος τῆς οὐσίας. ὁ δὲ διεῖλεν αὐτοῖς τὸν βίον.</w:t>
      </w:r>
    </w:p>
    <w:p>
      <w:r>
        <w:rPr>
          <w:rFonts w:ascii="Courier New" w:hAnsi="Courier New"/>
          <w:color w:val="555555"/>
          <w:sz w:val="20"/>
        </w:rPr>
        <w:t>[Luc . 15 . 13]</w:t>
      </w:r>
    </w:p>
    <w:p>
      <w:r>
        <w:rPr>
          <w:rFonts w:ascii="Gentium Plus" w:hAnsi="Gentium Plus"/>
          <w:sz w:val="24"/>
        </w:rPr>
        <w:t>καὶ μετ’ οὐ πολλὰς ἡμέρας συναγαγὼν ἅπαντα ὁ νεώτερος υἱὸς ἀπεδήμησεν εἰς χώραν μακράν, καὶ ἐκεῖ διεσκόρπισεν τὴν οὐσίαν αὐτοῦ ζῶν ἀσώτως.</w:t>
      </w:r>
    </w:p>
    <w:p>
      <w:r>
        <w:rPr>
          <w:rFonts w:ascii="Courier New" w:hAnsi="Courier New"/>
          <w:color w:val="555555"/>
          <w:sz w:val="20"/>
        </w:rPr>
        <w:t>[Luc . 15 . 14]</w:t>
      </w:r>
    </w:p>
    <w:p>
      <w:r>
        <w:rPr>
          <w:rFonts w:ascii="Gentium Plus" w:hAnsi="Gentium Plus"/>
          <w:sz w:val="24"/>
        </w:rPr>
        <w:t>δαπανή‐ σαντος δὲ αὐτοῦ πάντα ἐγένετο λιμὸς ἰσχυρὰ κατὰ τὴν χώραν ἐκείνην, καὶ αὐτὸς ἤρξατο ὑστερεῖσθαι.</w:t>
      </w:r>
    </w:p>
    <w:p>
      <w:r>
        <w:rPr>
          <w:rFonts w:ascii="Courier New" w:hAnsi="Courier New"/>
          <w:color w:val="555555"/>
          <w:sz w:val="20"/>
        </w:rPr>
        <w:t>[Luc . 15 . 15]</w:t>
      </w:r>
    </w:p>
    <w:p>
      <w:r>
        <w:rPr>
          <w:rFonts w:ascii="Gentium Plus" w:hAnsi="Gentium Plus"/>
          <w:sz w:val="24"/>
        </w:rPr>
        <w:t>καὶ πορευθεὶς ἐκολλήθη ἑνὶ τῶν πολιτῶν τῆς χώρας ἐκείνης, καὶ ἔπεμψεν αὐτὸν εἰς τοὺς ἀγροὺς αὐτοῦ βόσκειν χοί‐ ρους·</w:t>
      </w:r>
    </w:p>
    <w:p>
      <w:r>
        <w:rPr>
          <w:rFonts w:ascii="Courier New" w:hAnsi="Courier New"/>
          <w:color w:val="555555"/>
          <w:sz w:val="20"/>
        </w:rPr>
        <w:t>[Luc . 15 . 16]</w:t>
      </w:r>
    </w:p>
    <w:p>
      <w:r>
        <w:rPr>
          <w:rFonts w:ascii="Gentium Plus" w:hAnsi="Gentium Plus"/>
          <w:sz w:val="24"/>
        </w:rPr>
        <w:t>καὶ ἐπεθύμει χορτασθῆναι ἐκ τῶν κερατίων ὧν ἤσθιον οἱ χοῖροι, καὶ οὐδεὶς ἐδίδου αὐτῷ.</w:t>
      </w:r>
    </w:p>
    <w:p>
      <w:r>
        <w:rPr>
          <w:rFonts w:ascii="Courier New" w:hAnsi="Courier New"/>
          <w:color w:val="555555"/>
          <w:sz w:val="20"/>
        </w:rPr>
        <w:t>[Luc . 15 . 17]</w:t>
      </w:r>
    </w:p>
    <w:p>
      <w:r>
        <w:rPr>
          <w:rFonts w:ascii="Gentium Plus" w:hAnsi="Gentium Plus"/>
          <w:sz w:val="24"/>
        </w:rPr>
        <w:t>εἰς ἑαυτὸν δὲ ἐλθὼν ἔφη, Πόσοι μίσθιοι τοῦ πατρός μου περισσεύονται ἄρτων, ἐγὼ δὲ λιμῷ ὧδε ἀπόλλυμαι.</w:t>
      </w:r>
    </w:p>
    <w:p>
      <w:r>
        <w:rPr>
          <w:rFonts w:ascii="Courier New" w:hAnsi="Courier New"/>
          <w:color w:val="555555"/>
          <w:sz w:val="20"/>
        </w:rPr>
        <w:t>[Luc . 15 . 18]</w:t>
      </w:r>
    </w:p>
    <w:p>
      <w:r>
        <w:rPr>
          <w:rFonts w:ascii="Gentium Plus" w:hAnsi="Gentium Plus"/>
          <w:sz w:val="24"/>
        </w:rPr>
        <w:t>ἀναστὰς πορεύσομαι πρὸς τὸν πατέρα μου καὶ ἐρῶ αὐτῷ, Πάτερ, ἥμαρτον εἰς τὸν οὐρανὸν καὶ ἐνώπιόν σου,</w:t>
      </w:r>
    </w:p>
    <w:p>
      <w:r>
        <w:rPr>
          <w:rFonts w:ascii="Courier New" w:hAnsi="Courier New"/>
          <w:color w:val="555555"/>
          <w:sz w:val="20"/>
        </w:rPr>
        <w:t>[Luc . 15 . 19]</w:t>
      </w:r>
    </w:p>
    <w:p>
      <w:r>
        <w:rPr>
          <w:rFonts w:ascii="Gentium Plus" w:hAnsi="Gentium Plus"/>
          <w:sz w:val="24"/>
        </w:rPr>
        <w:t>οὐκέτι εἰμὶ ἄξιος κληθῆναι υἱός σου· ποίησόν με ὡς ἕνα τῶν μισθίων σου.</w:t>
      </w:r>
    </w:p>
    <w:p>
      <w:r>
        <w:rPr>
          <w:rFonts w:ascii="Courier New" w:hAnsi="Courier New"/>
          <w:color w:val="555555"/>
          <w:sz w:val="20"/>
        </w:rPr>
        <w:t>[Luc . 15 . 20]</w:t>
      </w:r>
    </w:p>
    <w:p>
      <w:r>
        <w:rPr>
          <w:rFonts w:ascii="Gentium Plus" w:hAnsi="Gentium Plus"/>
          <w:sz w:val="24"/>
        </w:rPr>
        <w:t>καὶ ἀναστὰς ἦλθεν πρὸς τὸν πατέρα ἑαυτοῦ. ἔτι δὲ αὐτοῦ μακρὰν ἀπέχοντος εἶδεν αὐτὸν ὁ πατὴρ αὐτοῦ καὶ ἐσπλαγχνίσθη καὶ δραμὼν ἐπέ‐ πεσεν ἐπὶ τὸν τράχηλον αὐτοῦ καὶ κατεφίλησεν αὐτόν.</w:t>
      </w:r>
    </w:p>
    <w:p>
      <w:r>
        <w:rPr>
          <w:rFonts w:ascii="Courier New" w:hAnsi="Courier New"/>
          <w:color w:val="555555"/>
          <w:sz w:val="20"/>
        </w:rPr>
        <w:t>[Luc . 15 . 21]</w:t>
      </w:r>
    </w:p>
    <w:p>
      <w:r>
        <w:rPr>
          <w:rFonts w:ascii="Gentium Plus" w:hAnsi="Gentium Plus"/>
          <w:sz w:val="24"/>
        </w:rPr>
        <w:t>εἶπεν δὲ ὁ υἱὸς αὐτῷ, Πάτερ, ἥμαρτον εἰς τὸν οὐρανὸν</w:t>
      </w:r>
    </w:p>
    <w:p>
      <w:r>
        <w:rPr>
          <w:rFonts w:ascii="Courier New" w:hAnsi="Courier New"/>
          <w:color w:val="555555"/>
          <w:sz w:val="20"/>
        </w:rPr>
        <w:t>[Luc . 15 . 22]</w:t>
      </w:r>
    </w:p>
    <w:p>
      <w:r>
        <w:rPr>
          <w:rFonts w:ascii="Gentium Plus" w:hAnsi="Gentium Plus"/>
          <w:sz w:val="24"/>
        </w:rPr>
        <w:t>εἶπεν δὲ ὁ πατὴρ πρὸς τοὺς δούλους αὐτοῦ, Ταχὺ ἐξενέγκατε στολὴν τὴν πρώτην καὶ ἐνδύσατε αὐτόν, καὶ δότε δακτύλιον εἰς τὴν χεῖρα αὐτοῦ καὶ ὑποδήματα εἰς τοὺς πόδας,</w:t>
      </w:r>
    </w:p>
    <w:p>
      <w:r>
        <w:rPr>
          <w:rFonts w:ascii="Courier New" w:hAnsi="Courier New"/>
          <w:color w:val="555555"/>
          <w:sz w:val="20"/>
        </w:rPr>
        <w:t>[Luc . 15 . 23]</w:t>
      </w:r>
    </w:p>
    <w:p>
      <w:r>
        <w:rPr>
          <w:rFonts w:ascii="Gentium Plus" w:hAnsi="Gentium Plus"/>
          <w:sz w:val="24"/>
        </w:rPr>
        <w:t>καὶ φέρετε τὸν μόσχον τὸν σιτευτόν, θύσατε καὶ φαγόντες εὐφρανθῶμεν,</w:t>
      </w:r>
    </w:p>
    <w:p>
      <w:r>
        <w:rPr>
          <w:rFonts w:ascii="Courier New" w:hAnsi="Courier New"/>
          <w:color w:val="555555"/>
          <w:sz w:val="20"/>
        </w:rPr>
        <w:t>[Luc . 15 . 24]</w:t>
      </w:r>
    </w:p>
    <w:p>
      <w:r>
        <w:rPr>
          <w:rFonts w:ascii="Gentium Plus" w:hAnsi="Gentium Plus"/>
          <w:sz w:val="24"/>
        </w:rPr>
        <w:t>ὅτι οὗτος ὁ υἱός μου νεκρὸς ἦν καὶ ἀνέζησεν, ἦν ἀπολωλὼς καὶ εὑρέθη. καὶ ἤρξαντο εὐφραίνεσθαι.</w:t>
      </w:r>
    </w:p>
    <w:p>
      <w:r>
        <w:rPr>
          <w:rFonts w:ascii="Courier New" w:hAnsi="Courier New"/>
          <w:color w:val="555555"/>
          <w:sz w:val="20"/>
        </w:rPr>
        <w:t>[Luc . 15 . 25]</w:t>
      </w:r>
    </w:p>
    <w:p>
      <w:r>
        <w:rPr>
          <w:rFonts w:ascii="Gentium Plus" w:hAnsi="Gentium Plus"/>
          <w:sz w:val="24"/>
        </w:rPr>
        <w:t>Ἦν δὲ ὁ υἱὸς αὐτοῦ ὁ πρεσβύτερος ἐν ἀγρῷ· καὶ ὡς ἐρχόμενος ἤγγισεν τῇ οἰκίᾳ, ἤκουσεν συμφωνίας καὶ χορῶν,</w:t>
      </w:r>
    </w:p>
    <w:p>
      <w:r>
        <w:rPr>
          <w:rFonts w:ascii="Courier New" w:hAnsi="Courier New"/>
          <w:color w:val="555555"/>
          <w:sz w:val="20"/>
        </w:rPr>
        <w:t>[Luc . 15 . 26]</w:t>
      </w:r>
    </w:p>
    <w:p>
      <w:r>
        <w:rPr>
          <w:rFonts w:ascii="Gentium Plus" w:hAnsi="Gentium Plus"/>
          <w:sz w:val="24"/>
        </w:rPr>
        <w:t>καὶ προσκαλεσάμενος ἕνα τῶν παίδων ἐπυνθά‐ νετο τί ἂν εἴη ταῦτα.</w:t>
      </w:r>
    </w:p>
    <w:p>
      <w:r>
        <w:rPr>
          <w:rFonts w:ascii="Courier New" w:hAnsi="Courier New"/>
          <w:color w:val="555555"/>
          <w:sz w:val="20"/>
        </w:rPr>
        <w:t>[Luc . 15 . 27]</w:t>
      </w:r>
    </w:p>
    <w:p>
      <w:r>
        <w:rPr>
          <w:rFonts w:ascii="Gentium Plus" w:hAnsi="Gentium Plus"/>
          <w:sz w:val="24"/>
        </w:rPr>
        <w:t>ὁ δὲ εἶπεν αὐτῷ ὅτι Ὁ ἀδελφός σου ἥκει, καὶ ἔθυσεν ὁ πατήρ σου τὸν μόσχον τὸν σιτευ‐ τόν, ὅτι ὑγιαίνοντα αὐτὸν ἀπέλαβεν.</w:t>
      </w:r>
    </w:p>
    <w:p>
      <w:r>
        <w:rPr>
          <w:rFonts w:ascii="Courier New" w:hAnsi="Courier New"/>
          <w:color w:val="555555"/>
          <w:sz w:val="20"/>
        </w:rPr>
        <w:t>[Luc . 15 . 28]</w:t>
      </w:r>
    </w:p>
    <w:p>
      <w:r>
        <w:rPr>
          <w:rFonts w:ascii="Gentium Plus" w:hAnsi="Gentium Plus"/>
          <w:sz w:val="24"/>
        </w:rPr>
        <w:t>ὠργίσθη δὲ καὶ οὐκ ἤθελεν εἰσελθεῖν. ὁ δὲ πατὴρ αὐτοῦ ἐξελθὼν παρε‐ κάλει αὐτόν.</w:t>
      </w:r>
    </w:p>
    <w:p>
      <w:r>
        <w:rPr>
          <w:rFonts w:ascii="Courier New" w:hAnsi="Courier New"/>
          <w:color w:val="555555"/>
          <w:sz w:val="20"/>
        </w:rPr>
        <w:t>[Luc . 15 . 29]</w:t>
      </w:r>
    </w:p>
    <w:p>
      <w:r>
        <w:rPr>
          <w:rFonts w:ascii="Gentium Plus" w:hAnsi="Gentium Plus"/>
          <w:sz w:val="24"/>
        </w:rPr>
        <w:t>ὁ δὲ ἀποκριθεὶς εἶπεν τῷ πατρὶ αὐτοῦ, Ἰδοὺ τοσαῦτα ἔτη δουλεύω σοι καὶ οὐδέποτε ἐντολήν σου παρῆλθον, καὶ ἐμοὶ οὐδέποτε ἔδωκας ἔριφον ἵνα μετὰ τῶν φίλων μου εὐφρανθῶ·</w:t>
      </w:r>
    </w:p>
    <w:p>
      <w:r>
        <w:rPr>
          <w:rFonts w:ascii="Courier New" w:hAnsi="Courier New"/>
          <w:color w:val="555555"/>
          <w:sz w:val="20"/>
        </w:rPr>
        <w:t>[Luc . 15 . 30]</w:t>
      </w:r>
    </w:p>
    <w:p>
      <w:r>
        <w:rPr>
          <w:rFonts w:ascii="Gentium Plus" w:hAnsi="Gentium Plus"/>
          <w:sz w:val="24"/>
        </w:rPr>
        <w:t>ὅτε δὲ ὁ υἱός σου οὗτος ὁ καταφαγών σου τὸν βίον μετὰ πορνῶν ἦλθεν, ἔθυσας αὐτῷ τὸν σιτευτὸν μόσχον.</w:t>
      </w:r>
    </w:p>
    <w:p>
      <w:r>
        <w:rPr>
          <w:rFonts w:ascii="Courier New" w:hAnsi="Courier New"/>
          <w:color w:val="555555"/>
          <w:sz w:val="20"/>
        </w:rPr>
        <w:t>[Luc . 15 . 31]</w:t>
      </w:r>
    </w:p>
    <w:p>
      <w:r>
        <w:rPr>
          <w:rFonts w:ascii="Gentium Plus" w:hAnsi="Gentium Plus"/>
          <w:sz w:val="24"/>
        </w:rPr>
        <w:t>ὁ δὲ εἶπεν αὐτῷ, Τέκνον, σὺ πάντοτε μετ’ ἐμοῦ εἶ, καὶ πάντα τὰ ἐμὰ σά ἐστιν·</w:t>
      </w:r>
    </w:p>
    <w:p>
      <w:r>
        <w:rPr>
          <w:rFonts w:ascii="Courier New" w:hAnsi="Courier New"/>
          <w:color w:val="555555"/>
          <w:sz w:val="20"/>
        </w:rPr>
        <w:t>[Luc . 15 . 32]</w:t>
      </w:r>
    </w:p>
    <w:p>
      <w:r>
        <w:rPr>
          <w:rFonts w:ascii="Gentium Plus" w:hAnsi="Gentium Plus"/>
          <w:sz w:val="24"/>
        </w:rPr>
        <w:t>εὐφρανθῆναι δὲ καὶ χαρῆναι ἔδει, ὅτι ὁ ἀδελφός σου οὗτος νεκρὸς ἦν καὶ ἔζησεν, καὶ ἀπολωλὼς καὶ εὑρέθη.</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16 . 1]</w:t>
      </w:r>
    </w:p>
    <w:p>
      <w:r>
        <w:rPr>
          <w:rFonts w:ascii="Gentium Plus" w:hAnsi="Gentium Plus"/>
          <w:sz w:val="24"/>
        </w:rPr>
        <w:t>Ἔλεγεν δὲ καὶ πρὸς τοὺς μαθητάς, Ἄνθρωπός τις ἦν πλούσιος ὃς εἶχεν οἰκονόμον, καὶ οὗτος διεβλήθη αὐτῷ ὡς διασκορπίζων τὰ ὑπάρχοντα αὐτοῦ.</w:t>
      </w:r>
    </w:p>
    <w:p>
      <w:r>
        <w:rPr>
          <w:rFonts w:ascii="Courier New" w:hAnsi="Courier New"/>
          <w:color w:val="555555"/>
          <w:sz w:val="20"/>
        </w:rPr>
        <w:t>[Luc . 16 . 2]</w:t>
      </w:r>
    </w:p>
    <w:p>
      <w:r>
        <w:rPr>
          <w:rFonts w:ascii="Gentium Plus" w:hAnsi="Gentium Plus"/>
          <w:sz w:val="24"/>
        </w:rPr>
        <w:t>καὶ φωνήσας αὐτὸν εἶπεν αὐτῷ, Τί τοῦτο ἀκούω περὶ σοῦ; ἀπόδος τὸν λόγον τῆς οἰκονομίας σου, οὐ γὰρ δύνῃ ἔτι οἰκονο‐ μεῖν.</w:t>
      </w:r>
    </w:p>
    <w:p>
      <w:r>
        <w:rPr>
          <w:rFonts w:ascii="Courier New" w:hAnsi="Courier New"/>
          <w:color w:val="555555"/>
          <w:sz w:val="20"/>
        </w:rPr>
        <w:t>[Luc . 16 . 3]</w:t>
      </w:r>
    </w:p>
    <w:p>
      <w:r>
        <w:rPr>
          <w:rFonts w:ascii="Gentium Plus" w:hAnsi="Gentium Plus"/>
          <w:sz w:val="24"/>
        </w:rPr>
        <w:t>εἶπεν δὲ ἐν ἑαυτῷ ὁ οἰκονόμος, Τί ποιήσω,</w:t>
      </w:r>
    </w:p>
    <w:p>
      <w:r>
        <w:rPr>
          <w:rFonts w:ascii="Courier New" w:hAnsi="Courier New"/>
          <w:color w:val="555555"/>
          <w:sz w:val="20"/>
        </w:rPr>
        <w:t>[Luc . 16 . 4]</w:t>
      </w:r>
    </w:p>
    <w:p>
      <w:r>
        <w:rPr>
          <w:rFonts w:ascii="Gentium Plus" w:hAnsi="Gentium Plus"/>
          <w:sz w:val="24"/>
        </w:rPr>
        <w:t>ἔγνων τί ποιήσω, ἵνα ὅταν μετασταθῶ ἐκ τῆς οἰκονομίας δέξωνταί με εἰς τοὺς οἴκους ἑαυτῶν.</w:t>
      </w:r>
    </w:p>
    <w:p>
      <w:r>
        <w:rPr>
          <w:rFonts w:ascii="Courier New" w:hAnsi="Courier New"/>
          <w:color w:val="555555"/>
          <w:sz w:val="20"/>
        </w:rPr>
        <w:t>[Luc . 16 . 5]</w:t>
      </w:r>
    </w:p>
    <w:p>
      <w:r>
        <w:rPr>
          <w:rFonts w:ascii="Gentium Plus" w:hAnsi="Gentium Plus"/>
          <w:sz w:val="24"/>
        </w:rPr>
        <w:t>καὶ προσκαλεσάμενος ἕνα ἕκαστον τῶν χρεοφειλετῶν τοῦ κυρίου ἑαυτοῦ ἔλεγεν τῷ πρώτῳ, Πόσον ὀφείλεις τῷ κυρίῳ μου;</w:t>
      </w:r>
    </w:p>
    <w:p>
      <w:r>
        <w:rPr>
          <w:rFonts w:ascii="Courier New" w:hAnsi="Courier New"/>
          <w:color w:val="555555"/>
          <w:sz w:val="20"/>
        </w:rPr>
        <w:t>[Luc . 16 . 6]</w:t>
      </w:r>
    </w:p>
    <w:p>
      <w:r>
        <w:rPr>
          <w:rFonts w:ascii="Gentium Plus" w:hAnsi="Gentium Plus"/>
          <w:sz w:val="24"/>
        </w:rPr>
        <w:t>ὁ δὲ εἶπεν, Ἑκατὸν βάτους ἐλαίου. ὁ δὲ εἶπεν αὐτῷ, Δέξαι σου τὰ γράμματα καὶ καθίσας ταχέως γράψον πεντήκοντα.</w:t>
      </w:r>
    </w:p>
    <w:p>
      <w:r>
        <w:rPr>
          <w:rFonts w:ascii="Courier New" w:hAnsi="Courier New"/>
          <w:color w:val="555555"/>
          <w:sz w:val="20"/>
        </w:rPr>
        <w:t>[Luc . 16 . 7]</w:t>
      </w:r>
    </w:p>
    <w:p>
      <w:r>
        <w:rPr>
          <w:rFonts w:ascii="Gentium Plus" w:hAnsi="Gentium Plus"/>
          <w:sz w:val="24"/>
        </w:rPr>
        <w:t>ἔπειτα ἑτέρῳ εἶπεν, Σὺ δὲ πόσον ὀφείλεις; ὁ δὲ εἶπεν, Ἑκατὸν κόρους σίτου. λέγει αὐτῷ, Δέξαι σου τὰ γράμ‐ ματα καὶ γράψον ὀγδοήκοντα.</w:t>
      </w:r>
    </w:p>
    <w:p>
      <w:r>
        <w:rPr>
          <w:rFonts w:ascii="Courier New" w:hAnsi="Courier New"/>
          <w:color w:val="555555"/>
          <w:sz w:val="20"/>
        </w:rPr>
        <w:t>[Luc . 16 . 8]</w:t>
      </w:r>
    </w:p>
    <w:p>
      <w:r>
        <w:rPr>
          <w:rFonts w:ascii="Gentium Plus" w:hAnsi="Gentium Plus"/>
          <w:sz w:val="24"/>
        </w:rPr>
        <w:t>καὶ ἐπῄνεσεν ὁ κύριος τὸν οἰκονόμον τῆς ἀδικίας ὅτι φρονίμως ἐποίησεν· ὅτι οἱ υἱοὶ τοῦ αἰῶνος τούτου φρονιμώτεροι ὑπὲρ τοὺς υἱοὺς τοῦ φωτὸς εἰς τὴν γενεὰν τὴν ἑαυτῶν εἰσιν.</w:t>
      </w:r>
    </w:p>
    <w:p>
      <w:r>
        <w:rPr>
          <w:rFonts w:ascii="Courier New" w:hAnsi="Courier New"/>
          <w:color w:val="555555"/>
          <w:sz w:val="20"/>
        </w:rPr>
        <w:t>[Luc . 16 . 9]</w:t>
      </w:r>
    </w:p>
    <w:p>
      <w:r>
        <w:rPr>
          <w:rFonts w:ascii="Gentium Plus" w:hAnsi="Gentium Plus"/>
          <w:sz w:val="24"/>
        </w:rPr>
        <w:t>Καὶ ἐγὼ ὑμῖν λέγω, ἑαυτοῖς ποιήσατε φίλους ἐκ τοῦ μαμωνᾶ τῆς ἀδικίας, ἵνα ὅταν ἐκλίπῃ δέξωνται ὑμᾶς εἰς τὰς αἰωνίους σκηνάς.</w:t>
      </w:r>
    </w:p>
    <w:p>
      <w:r>
        <w:rPr>
          <w:rFonts w:ascii="Courier New" w:hAnsi="Courier New"/>
          <w:color w:val="555555"/>
          <w:sz w:val="20"/>
        </w:rPr>
        <w:t>[Luc . 16 . 10]</w:t>
      </w:r>
    </w:p>
    <w:p>
      <w:r>
        <w:rPr>
          <w:rFonts w:ascii="Gentium Plus" w:hAnsi="Gentium Plus"/>
          <w:sz w:val="24"/>
        </w:rPr>
        <w:t>ὁ πιστὸς ἐν ἐλαχίστῳ καὶ ἐν πολλῷ πιστός ἐστιν, καὶ ὁ ἐν ἐλαχίστῳ ἄδικος καὶ ἐν πολλῷ ἄδικός ἐστιν.</w:t>
      </w:r>
    </w:p>
    <w:p>
      <w:r>
        <w:rPr>
          <w:rFonts w:ascii="Courier New" w:hAnsi="Courier New"/>
          <w:color w:val="555555"/>
          <w:sz w:val="20"/>
        </w:rPr>
        <w:t>[Luc . 16 . 11]</w:t>
      </w:r>
    </w:p>
    <w:p>
      <w:r>
        <w:rPr>
          <w:rFonts w:ascii="Gentium Plus" w:hAnsi="Gentium Plus"/>
          <w:sz w:val="24"/>
        </w:rPr>
        <w:t>εἰ οὖν ἐν τῷ ἀδίκῳ μαμωνᾷ πιστοὶ οὐκ ἐγένεσθε, τὸ ἀληθινὸν τίς ὑμῖν πιστεύσει;</w:t>
      </w:r>
    </w:p>
    <w:p>
      <w:r>
        <w:rPr>
          <w:rFonts w:ascii="Courier New" w:hAnsi="Courier New"/>
          <w:color w:val="555555"/>
          <w:sz w:val="20"/>
        </w:rPr>
        <w:t>[Luc . 16 . 12]</w:t>
      </w:r>
    </w:p>
    <w:p>
      <w:r>
        <w:rPr>
          <w:rFonts w:ascii="Gentium Plus" w:hAnsi="Gentium Plus"/>
          <w:sz w:val="24"/>
        </w:rPr>
        <w:t>καὶ εἰ ἐν τῷ ἀλλοτρίῳ πιστοὶ οὐκ ἐγένεσθε, τὸ ὑμέτερον τίς δώσει ὑμῖν;</w:t>
      </w:r>
    </w:p>
    <w:p>
      <w:r>
        <w:rPr>
          <w:rFonts w:ascii="Courier New" w:hAnsi="Courier New"/>
          <w:color w:val="555555"/>
          <w:sz w:val="20"/>
        </w:rPr>
        <w:t>[Luc . 16 . 13]</w:t>
      </w:r>
    </w:p>
    <w:p>
      <w:r>
        <w:rPr>
          <w:rFonts w:ascii="Gentium Plus" w:hAnsi="Gentium Plus"/>
          <w:sz w:val="24"/>
        </w:rPr>
        <w:t>Οὐδεὶς οἰκέτης δύναται δυσὶ κυρίοις δουλεύειν· ἢ γὰρ τὸν ἕνα μισήσει καὶ τὸν ἕτερον ἀγα‐ πήσει, ἢ ἑνὸς ἀνθέξεται καὶ τοῦ ἑτέρου καταφρονήσει.</w:t>
      </w:r>
    </w:p>
    <w:p>
      <w:r>
        <w:rPr>
          <w:rFonts w:ascii="Courier New" w:hAnsi="Courier New"/>
          <w:color w:val="555555"/>
          <w:sz w:val="20"/>
        </w:rPr>
        <w:t>[Luc . 16 . 14]</w:t>
      </w:r>
    </w:p>
    <w:p>
      <w:r>
        <w:rPr>
          <w:rFonts w:ascii="Gentium Plus" w:hAnsi="Gentium Plus"/>
          <w:sz w:val="24"/>
        </w:rPr>
        <w:t>Ἤκουον δὲ ταῦτα πάντα οἱ Φαρισαῖοι φιλάργυροι ὑπάρχοντες, καὶ ἐξεμυκτήριζον αὐτόν.</w:t>
      </w:r>
    </w:p>
    <w:p>
      <w:r>
        <w:rPr>
          <w:rFonts w:ascii="Courier New" w:hAnsi="Courier New"/>
          <w:color w:val="555555"/>
          <w:sz w:val="20"/>
        </w:rPr>
        <w:t>[Luc . 16 . 15]</w:t>
      </w:r>
    </w:p>
    <w:p>
      <w:r>
        <w:rPr>
          <w:rFonts w:ascii="Gentium Plus" w:hAnsi="Gentium Plus"/>
          <w:sz w:val="24"/>
        </w:rPr>
        <w:t>καὶ εἶπεν αὐ‐ τοῖς, Ὑμεῖς ἐστε οἱ δικαιοῦντες ἑαυτοὺς ἐνώπιον τῶν ἀνθρώπων, ὁ δὲ θεὸς γινώσκει τὰς καρδίας ὑμῶν· ὅτι τὸ ἐν ἀνθρώποις ὑψηλὸν βδέλυγμα ἐνώπιον τοῦ θεοῦ.</w:t>
      </w:r>
    </w:p>
    <w:p>
      <w:r>
        <w:rPr>
          <w:rFonts w:ascii="Courier New" w:hAnsi="Courier New"/>
          <w:color w:val="555555"/>
          <w:sz w:val="20"/>
        </w:rPr>
        <w:t>[Luc . 16 . 16]</w:t>
      </w:r>
    </w:p>
    <w:p>
      <w:r>
        <w:rPr>
          <w:rFonts w:ascii="Gentium Plus" w:hAnsi="Gentium Plus"/>
          <w:sz w:val="24"/>
        </w:rPr>
        <w:t>Ὁ νόμος καὶ οἱ προφῆται μέχρι Ἰωάννου· ἀπὸ τότε ἡ βασιλεία τοῦ θεοῦ εὐαγγελίζεται καὶ πᾶς εἰς αὐτὴν βιάζεται.</w:t>
      </w:r>
    </w:p>
    <w:p>
      <w:r>
        <w:rPr>
          <w:rFonts w:ascii="Courier New" w:hAnsi="Courier New"/>
          <w:color w:val="555555"/>
          <w:sz w:val="20"/>
        </w:rPr>
        <w:t>[Luc . 16 . 17]</w:t>
      </w:r>
    </w:p>
    <w:p>
      <w:r>
        <w:rPr>
          <w:rFonts w:ascii="Gentium Plus" w:hAnsi="Gentium Plus"/>
          <w:sz w:val="24"/>
        </w:rPr>
        <w:t>Εὐκοπώτερον δέ ἐστιν τὸν οὐρανὸν καὶ τὴν γῆν παρελθεῖν ἢ τοῦ νόμου μίαν κεραίαν πεσεῖν.</w:t>
      </w:r>
    </w:p>
    <w:p>
      <w:r>
        <w:rPr>
          <w:rFonts w:ascii="Courier New" w:hAnsi="Courier New"/>
          <w:color w:val="555555"/>
          <w:sz w:val="20"/>
        </w:rPr>
        <w:t>[Luc . 16 . 18]</w:t>
      </w:r>
    </w:p>
    <w:p>
      <w:r>
        <w:rPr>
          <w:rFonts w:ascii="Gentium Plus" w:hAnsi="Gentium Plus"/>
          <w:sz w:val="24"/>
        </w:rPr>
        <w:t>Πᾶς ὁ ἀπολύων τὴν γυναῖκα αὐτοῦ καὶ γαμῶν ἑτέραν μοιχεύει, καὶ ὁ ἀπολελυμένην ἀπὸ ἀνδρὸς γαμῶν μοιχεύει.</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16 . 19]</w:t>
      </w:r>
    </w:p>
    <w:p>
      <w:r>
        <w:rPr>
          <w:rFonts w:ascii="Gentium Plus" w:hAnsi="Gentium Plus"/>
          <w:sz w:val="24"/>
        </w:rPr>
        <w:t>Ἄνθρωπος δέ τις ἦν πλούσιος, καὶ ἐνεδιδύσκετο πορφύραν καὶ βύσσον εὐφραινόμενος καθ’ ἡμέραν λαμ‐ πρῶς.</w:t>
      </w:r>
    </w:p>
    <w:p>
      <w:r>
        <w:rPr>
          <w:rFonts w:ascii="Courier New" w:hAnsi="Courier New"/>
          <w:color w:val="555555"/>
          <w:sz w:val="20"/>
        </w:rPr>
        <w:t>[Luc . 16 . 20]</w:t>
      </w:r>
    </w:p>
    <w:p>
      <w:r>
        <w:rPr>
          <w:rFonts w:ascii="Gentium Plus" w:hAnsi="Gentium Plus"/>
          <w:sz w:val="24"/>
        </w:rPr>
        <w:t>πτωχὸς δέ τις ὀνόματι Λάζαρος ἐβέβλητο πρὸς τὸν πυλῶνα αὐτοῦ εἱλκωμένος</w:t>
      </w:r>
    </w:p>
    <w:p>
      <w:r>
        <w:rPr>
          <w:rFonts w:ascii="Courier New" w:hAnsi="Courier New"/>
          <w:color w:val="555555"/>
          <w:sz w:val="20"/>
        </w:rPr>
        <w:t>[Luc . 16 . 21]</w:t>
      </w:r>
    </w:p>
    <w:p>
      <w:r>
        <w:rPr>
          <w:rFonts w:ascii="Gentium Plus" w:hAnsi="Gentium Plus"/>
          <w:sz w:val="24"/>
        </w:rPr>
        <w:t>καὶ ἐπιθυμῶν χορτα‐ σθῆναι ἀπὸ τῶν πιπτόντων ἀπὸ τῆς τραπέζης τοῦ πλου‐</w:t>
      </w:r>
    </w:p>
    <w:p>
      <w:r>
        <w:rPr>
          <w:rFonts w:ascii="Courier New" w:hAnsi="Courier New"/>
          <w:color w:val="555555"/>
          <w:sz w:val="20"/>
        </w:rPr>
        <w:t>[Luc . 16 . 22]</w:t>
      </w:r>
    </w:p>
    <w:p>
      <w:r>
        <w:rPr>
          <w:rFonts w:ascii="Gentium Plus" w:hAnsi="Gentium Plus"/>
          <w:sz w:val="24"/>
        </w:rPr>
        <w:t>ἐγένετο δὲ ἀποθανεῖν τὸν πτωχὸν καὶ ἀπενεχθῆ‐ ναι αὐτὸν ὑπὸ τῶν ἀγγέλων εἰς τὸν κόλπον Ἀβραάμ· ἀπέθανεν δὲ καὶ ὁ πλούσιος καὶ ἐτάφη.</w:t>
      </w:r>
    </w:p>
    <w:p>
      <w:r>
        <w:rPr>
          <w:rFonts w:ascii="Courier New" w:hAnsi="Courier New"/>
          <w:color w:val="555555"/>
          <w:sz w:val="20"/>
        </w:rPr>
        <w:t>[Luc . 16 . 23]</w:t>
      </w:r>
    </w:p>
    <w:p>
      <w:r>
        <w:rPr>
          <w:rFonts w:ascii="Gentium Plus" w:hAnsi="Gentium Plus"/>
          <w:sz w:val="24"/>
        </w:rPr>
        <w:t>καὶ ἐν τῷ ᾅδῃ ἐπάρας τοὺς ὀφθαλμοὺς αὐτοῦ, ὑπάρχων ἐν βασάνοις, ὁρᾷ Ἀβραὰμ ἀπὸ μακρόθεν καὶ Λάζαρον ἐν τοῖς κόλ‐ ποις αὐτοῦ.</w:t>
      </w:r>
    </w:p>
    <w:p>
      <w:r>
        <w:rPr>
          <w:rFonts w:ascii="Courier New" w:hAnsi="Courier New"/>
          <w:color w:val="555555"/>
          <w:sz w:val="20"/>
        </w:rPr>
        <w:t>[Luc . 16 . 24]</w:t>
      </w:r>
    </w:p>
    <w:p>
      <w:r>
        <w:rPr>
          <w:rFonts w:ascii="Gentium Plus" w:hAnsi="Gentium Plus"/>
          <w:sz w:val="24"/>
        </w:rPr>
        <w:t>καὶ αὐτὸς φωνήσας εἶπεν, Πάτερ Ἀβραάμ, ἐλέησόν με καὶ πέμψον Λάζαρον ἵνα βάψῃ τὸ ἄκρον τοῦ δακτύλου αὐτοῦ ὕδατος καὶ καταψύξῃ τὴν γλῶσσάν μου, ὅτι ὀδυνῶμαι ἐν τῇ φλογὶ ταύτῃ.</w:t>
      </w:r>
    </w:p>
    <w:p>
      <w:r>
        <w:rPr>
          <w:rFonts w:ascii="Courier New" w:hAnsi="Courier New"/>
          <w:color w:val="555555"/>
          <w:sz w:val="20"/>
        </w:rPr>
        <w:t>[Luc . 16 . 25]</w:t>
      </w:r>
    </w:p>
    <w:p>
      <w:r>
        <w:rPr>
          <w:rFonts w:ascii="Gentium Plus" w:hAnsi="Gentium Plus"/>
          <w:sz w:val="24"/>
        </w:rPr>
        <w:t>εἶπεν δὲ Ἀβραάμ, Τέκνον, μνήσθητι ὅτι ἀπέλαβες τὰ ἀγαθά σου ἐν τῇ ζωῇ σου, καὶ Λάζαρος ὁμοίως τὰ κακά· νῦν δὲ ὧδε παρακαλεῖται σὺ δὲ ὀδυνᾶσαι.</w:t>
      </w:r>
    </w:p>
    <w:p>
      <w:r>
        <w:rPr>
          <w:rFonts w:ascii="Courier New" w:hAnsi="Courier New"/>
          <w:color w:val="555555"/>
          <w:sz w:val="20"/>
        </w:rPr>
        <w:t>[Luc . 16 . 26]</w:t>
      </w:r>
    </w:p>
    <w:p>
      <w:r>
        <w:rPr>
          <w:rFonts w:ascii="Gentium Plus" w:hAnsi="Gentium Plus"/>
          <w:sz w:val="24"/>
        </w:rPr>
        <w:t>καὶ ἐν πᾶσι τούτοις μεταξὺ ἡμῶν καὶ ὑμῶν χάσμα μέγα ἐστήρικται, ὅπως οἱ θέλοντες διαβῆναι ἔνθεν πρὸς ὑμᾶς μὴ δύνωνται, μηδὲ ἐκεῖθεν πρὸς ἡμᾶς διαπερῶσιν.</w:t>
      </w:r>
    </w:p>
    <w:p>
      <w:r>
        <w:rPr>
          <w:rFonts w:ascii="Courier New" w:hAnsi="Courier New"/>
          <w:color w:val="555555"/>
          <w:sz w:val="20"/>
        </w:rPr>
        <w:t>[Luc . 16 . 27]</w:t>
      </w:r>
    </w:p>
    <w:p>
      <w:r>
        <w:rPr>
          <w:rFonts w:ascii="Gentium Plus" w:hAnsi="Gentium Plus"/>
          <w:sz w:val="24"/>
        </w:rPr>
        <w:t>εἶπεν δέ, Ἐρωτῶ σε οὖν, πάτερ, ἵνα πέμψῃς αὐτὸν εἰς τὸν οἶκον τοῦ πατρός μου,</w:t>
      </w:r>
    </w:p>
    <w:p>
      <w:r>
        <w:rPr>
          <w:rFonts w:ascii="Courier New" w:hAnsi="Courier New"/>
          <w:color w:val="555555"/>
          <w:sz w:val="20"/>
        </w:rPr>
        <w:t>[Luc . 16 . 28]</w:t>
      </w:r>
    </w:p>
    <w:p>
      <w:r>
        <w:rPr>
          <w:rFonts w:ascii="Gentium Plus" w:hAnsi="Gentium Plus"/>
          <w:sz w:val="24"/>
        </w:rPr>
        <w:t>ἔχω γὰρ πέντε ἀδελφούς, ὅπως διαμαρτύ‐ ρηται αὐτοῖς, ἵνα μὴ καὶ αὐτοὶ ἔλθωσιν εἰς τὸν τόπον τοῦτον τῆς βασάνου.</w:t>
      </w:r>
    </w:p>
    <w:p>
      <w:r>
        <w:rPr>
          <w:rFonts w:ascii="Courier New" w:hAnsi="Courier New"/>
          <w:color w:val="555555"/>
          <w:sz w:val="20"/>
        </w:rPr>
        <w:t>[Luc . 16 . 29]</w:t>
      </w:r>
    </w:p>
    <w:p>
      <w:r>
        <w:rPr>
          <w:rFonts w:ascii="Gentium Plus" w:hAnsi="Gentium Plus"/>
          <w:sz w:val="24"/>
        </w:rPr>
        <w:t>λέγει δὲ Ἀβραάμ, Ἔχουσι Μωϋσέα καὶ τοὺς προφήτας· ἀκουσάτωσαν αὐτῶν.</w:t>
      </w:r>
    </w:p>
    <w:p>
      <w:r>
        <w:rPr>
          <w:rFonts w:ascii="Courier New" w:hAnsi="Courier New"/>
          <w:color w:val="555555"/>
          <w:sz w:val="20"/>
        </w:rPr>
        <w:t>[Luc . 16 . 30]</w:t>
      </w:r>
    </w:p>
    <w:p>
      <w:r>
        <w:rPr>
          <w:rFonts w:ascii="Gentium Plus" w:hAnsi="Gentium Plus"/>
          <w:sz w:val="24"/>
        </w:rPr>
        <w:t>ὁ δὲ εἶπεν, Οὐχί, πάτερ Ἀβραάμ, ἀλλ’ ἐάν τις ἀπὸ νεκρῶν πορευθῇ πρὸς αὐτοὺς μετανοήσουσιν.</w:t>
      </w:r>
    </w:p>
    <w:p>
      <w:r>
        <w:rPr>
          <w:rFonts w:ascii="Courier New" w:hAnsi="Courier New"/>
          <w:color w:val="555555"/>
          <w:sz w:val="20"/>
        </w:rPr>
        <w:t>[Luc . 16 . 31]</w:t>
      </w:r>
    </w:p>
    <w:p>
      <w:r>
        <w:rPr>
          <w:rFonts w:ascii="Gentium Plus" w:hAnsi="Gentium Plus"/>
          <w:sz w:val="24"/>
        </w:rPr>
        <w:t>εἶπεν δὲ αὐτῷ, Εἰ Μωϋσέως καὶ τῶν προφητῶν οὐκ ἀκούουσιν, οὐδ’ ἐάν τις ἐκ νεκρῶν ἀναστῇ πεισθήσονται.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17 . 1]</w:t>
      </w:r>
    </w:p>
    <w:p>
      <w:r>
        <w:rPr>
          <w:rFonts w:ascii="Gentium Plus" w:hAnsi="Gentium Plus"/>
          <w:sz w:val="24"/>
        </w:rPr>
        <w:t>Εἶπεν δὲ πρὸς τοὺς μαθητὰς αὐτοῦ, Ἀνένδεκτόν ἐστιν τοῦ τὰ σκάνδαλα μὴ ἐλθεῖν, πλὴν οὐαὶ δι’ οὗ ἔρχε‐ ται·</w:t>
      </w:r>
    </w:p>
    <w:p>
      <w:r>
        <w:rPr>
          <w:rFonts w:ascii="Courier New" w:hAnsi="Courier New"/>
          <w:color w:val="555555"/>
          <w:sz w:val="20"/>
        </w:rPr>
        <w:t>[Luc . 17 . 2]</w:t>
      </w:r>
    </w:p>
    <w:p>
      <w:r>
        <w:rPr>
          <w:rFonts w:ascii="Gentium Plus" w:hAnsi="Gentium Plus"/>
          <w:sz w:val="24"/>
        </w:rPr>
        <w:t>λυσιτελεῖ αὐτῷ εἰ λίθος μυλικὸς περίκειται περὶ τὸν τράχηλον αὐτοῦ καὶ ἔρριπται εἰς τὴν θάλασσαν ἢ ἵνα σκανδαλίσῃ τῶν μικρῶν τούτων ἕνα.</w:t>
      </w:r>
    </w:p>
    <w:p>
      <w:r>
        <w:rPr>
          <w:rFonts w:ascii="Courier New" w:hAnsi="Courier New"/>
          <w:color w:val="555555"/>
          <w:sz w:val="20"/>
        </w:rPr>
        <w:t>[Luc . 17 . 3]</w:t>
      </w:r>
    </w:p>
    <w:p>
      <w:r>
        <w:rPr>
          <w:rFonts w:ascii="Gentium Plus" w:hAnsi="Gentium Plus"/>
          <w:sz w:val="24"/>
        </w:rPr>
        <w:t>προσέχετε</w:t>
      </w:r>
    </w:p>
    <w:p>
      <w:r>
        <w:rPr>
          <w:rFonts w:ascii="Courier New" w:hAnsi="Courier New"/>
          <w:color w:val="555555"/>
          <w:sz w:val="20"/>
        </w:rPr>
        <w:t>[Luc . 17 . 4]</w:t>
      </w:r>
    </w:p>
    <w:p>
      <w:r>
        <w:rPr>
          <w:rFonts w:ascii="Gentium Plus" w:hAnsi="Gentium Plus"/>
          <w:sz w:val="24"/>
        </w:rPr>
        <w:t>καὶ ἐὰν ἑπτάκις τῆς ἡμέρας ἁμαρτήσῃ εἰς σὲ καὶ ἑπτάκις ἐπιστρέψῃ πρὸς σὲ λέγων, Μετανοῶ, ἀφήσεις αὐτῷ.</w:t>
      </w:r>
    </w:p>
    <w:p>
      <w:r>
        <w:rPr>
          <w:rFonts w:ascii="Courier New" w:hAnsi="Courier New"/>
          <w:color w:val="555555"/>
          <w:sz w:val="20"/>
        </w:rPr>
        <w:t>[Luc . 17 . 5]</w:t>
      </w:r>
    </w:p>
    <w:p>
      <w:r>
        <w:rPr>
          <w:rFonts w:ascii="Gentium Plus" w:hAnsi="Gentium Plus"/>
          <w:sz w:val="24"/>
        </w:rPr>
        <w:t>Καὶ εἶπαν οἱ ἀπόστολοι τῷ κυρίῳ, Πρόσθες ἡμῖν πίστιν.</w:t>
      </w:r>
    </w:p>
    <w:p>
      <w:r>
        <w:rPr>
          <w:rFonts w:ascii="Courier New" w:hAnsi="Courier New"/>
          <w:color w:val="555555"/>
          <w:sz w:val="20"/>
        </w:rPr>
        <w:t>[Luc . 17 . 6]</w:t>
      </w:r>
    </w:p>
    <w:p>
      <w:r>
        <w:rPr>
          <w:rFonts w:ascii="Gentium Plus" w:hAnsi="Gentium Plus"/>
          <w:sz w:val="24"/>
        </w:rPr>
        <w:t>εἶπεν δὲ ὁ κύριος, Εἰ ἔχετε πίστιν ὡς κόκκον σινάπεως, ἐλέγετε ἂν τῇ συκαμίνῳ [ταύτῃ], Ἐκριζώ‐ θητι καὶ φυτεύθητι ἐν τῇ θαλάσσῃ· καὶ ὑπήκουσεν ἂν ὑμῖν.</w:t>
      </w:r>
    </w:p>
    <w:p>
      <w:r>
        <w:rPr>
          <w:rFonts w:ascii="Courier New" w:hAnsi="Courier New"/>
          <w:color w:val="555555"/>
          <w:sz w:val="20"/>
        </w:rPr>
        <w:t>[Luc . 17 . 7]</w:t>
      </w:r>
    </w:p>
    <w:p>
      <w:r>
        <w:rPr>
          <w:rFonts w:ascii="Gentium Plus" w:hAnsi="Gentium Plus"/>
          <w:sz w:val="24"/>
        </w:rPr>
        <w:t>Τίς δὲ ἐξ ὑμῶν δοῦλον ἔχων ἀροτριῶντα ἢ ποιμαί‐ νοντα, ὃς εἰσελθόντι ἐκ τοῦ ἀγροῦ ἐρεῖ αὐτῷ, Εὐθέως παρελθὼν ἀνάπεσε,</w:t>
      </w:r>
    </w:p>
    <w:p>
      <w:r>
        <w:rPr>
          <w:rFonts w:ascii="Courier New" w:hAnsi="Courier New"/>
          <w:color w:val="555555"/>
          <w:sz w:val="20"/>
        </w:rPr>
        <w:t>[Luc . 17 . 8]</w:t>
      </w:r>
    </w:p>
    <w:p>
      <w:r>
        <w:rPr>
          <w:rFonts w:ascii="Gentium Plus" w:hAnsi="Gentium Plus"/>
          <w:sz w:val="24"/>
        </w:rPr>
        <w:t>ἀλλ’ οὐχὶ ἐρεῖ αὐτῷ, Ἑτοίμασον τί δειπνήσω, καὶ περιζωσάμενος διακόνει μοι ἕως φάγω καὶ πίω, καὶ μετὰ ταῦτα φάγεσαι καὶ πίεσαι σύ;</w:t>
      </w:r>
    </w:p>
    <w:p>
      <w:r>
        <w:rPr>
          <w:rFonts w:ascii="Courier New" w:hAnsi="Courier New"/>
          <w:color w:val="555555"/>
          <w:sz w:val="20"/>
        </w:rPr>
        <w:t>[Luc . 17 . 9]</w:t>
      </w:r>
    </w:p>
    <w:p>
      <w:r>
        <w:rPr>
          <w:rFonts w:ascii="Gentium Plus" w:hAnsi="Gentium Plus"/>
          <w:sz w:val="24"/>
        </w:rPr>
        <w:t>μὴ ἔχει χάριν τῷ δούλῳ ὅτι ἐποίησεν τὰ διαταχθέντα;</w:t>
      </w:r>
    </w:p>
    <w:p>
      <w:r>
        <w:rPr>
          <w:rFonts w:ascii="Courier New" w:hAnsi="Courier New"/>
          <w:color w:val="555555"/>
          <w:sz w:val="20"/>
        </w:rPr>
        <w:t>[Luc . 17 . 10]</w:t>
      </w:r>
    </w:p>
    <w:p>
      <w:r>
        <w:rPr>
          <w:rFonts w:ascii="Gentium Plus" w:hAnsi="Gentium Plus"/>
          <w:sz w:val="24"/>
        </w:rPr>
        <w:t>οὕτως καὶ ὑμεῖς, ὅταν ποιήσητε πάντα τὰ διαταχθέντα ὑμῖν, λέγετε ὅτι Δοῦλοι ἀχρεῖοί ἐσμεν, ὃ ὠφείλομεν ποιῆσαι πεποιήκαμεν.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17 . 11]</w:t>
      </w:r>
    </w:p>
    <w:p>
      <w:r>
        <w:rPr>
          <w:rFonts w:ascii="Gentium Plus" w:hAnsi="Gentium Plus"/>
          <w:sz w:val="24"/>
        </w:rPr>
        <w:t>Καὶ ἐγένετο ἐν τῷ πορεύεσθαι εἰς Ἰερουσαλὴμ καὶ αὐτὸς διήρχετο διὰ μέσον Σαμαρείας καὶ Γαλιλαίας.</w:t>
      </w:r>
    </w:p>
    <w:p>
      <w:r>
        <w:rPr>
          <w:rFonts w:ascii="Courier New" w:hAnsi="Courier New"/>
          <w:color w:val="555555"/>
          <w:sz w:val="20"/>
        </w:rPr>
        <w:t>[Luc . 17 . 12]</w:t>
      </w:r>
    </w:p>
    <w:p>
      <w:r>
        <w:rPr>
          <w:rFonts w:ascii="Gentium Plus" w:hAnsi="Gentium Plus"/>
          <w:sz w:val="24"/>
        </w:rPr>
        <w:t>καὶ εἰσερχομένου αὐτοῦ εἴς τινα κώμην ἀπήντησαν [αὐτῷ] δέκα λεπροὶ ἄνδρες, οἳ ἔστησαν πόρρωθεν,</w:t>
      </w:r>
    </w:p>
    <w:p>
      <w:r>
        <w:rPr>
          <w:rFonts w:ascii="Courier New" w:hAnsi="Courier New"/>
          <w:color w:val="555555"/>
          <w:sz w:val="20"/>
        </w:rPr>
        <w:t>[Luc . 17 . 13]</w:t>
      </w:r>
    </w:p>
    <w:p>
      <w:r>
        <w:rPr>
          <w:rFonts w:ascii="Gentium Plus" w:hAnsi="Gentium Plus"/>
          <w:sz w:val="24"/>
        </w:rPr>
        <w:t>καὶ αὐτοὶ ἦραν φωνὴν λέγοντες, Ἰησοῦ ἐπιστάτα, ἐλέησον ἡμᾶς.</w:t>
      </w:r>
    </w:p>
    <w:p>
      <w:r>
        <w:rPr>
          <w:rFonts w:ascii="Courier New" w:hAnsi="Courier New"/>
          <w:color w:val="555555"/>
          <w:sz w:val="20"/>
        </w:rPr>
        <w:t>[Luc . 17 . 14]</w:t>
      </w:r>
    </w:p>
    <w:p>
      <w:r>
        <w:rPr>
          <w:rFonts w:ascii="Gentium Plus" w:hAnsi="Gentium Plus"/>
          <w:sz w:val="24"/>
        </w:rPr>
        <w:t>καὶ ἰδὼν εἶπεν αὐτοῖς, Πορευθέντες ἐπιδείξατε ἑαυτοὺς τοῖς ἱερεῦσιν. καὶ ἐγένετο ἐν τῷ ὑπάγειν αὐτοὺς ἐκαθαρίσθησαν.</w:t>
      </w:r>
    </w:p>
    <w:p>
      <w:r>
        <w:rPr>
          <w:rFonts w:ascii="Courier New" w:hAnsi="Courier New"/>
          <w:color w:val="555555"/>
          <w:sz w:val="20"/>
        </w:rPr>
        <w:t>[Luc . 17 . 15]</w:t>
      </w:r>
    </w:p>
    <w:p>
      <w:r>
        <w:rPr>
          <w:rFonts w:ascii="Gentium Plus" w:hAnsi="Gentium Plus"/>
          <w:sz w:val="24"/>
        </w:rPr>
        <w:t>εἷς δὲ ἐξ αὐτῶν, ἰδὼν ὅτι ἰάθη, ὑπέστρεψεν μετὰ φωνῆς μεγάλης δοξάζων τὸν θεόν,</w:t>
      </w:r>
    </w:p>
    <w:p>
      <w:r>
        <w:rPr>
          <w:rFonts w:ascii="Courier New" w:hAnsi="Courier New"/>
          <w:color w:val="555555"/>
          <w:sz w:val="20"/>
        </w:rPr>
        <w:t>[Luc . 17 . 16]</w:t>
      </w:r>
    </w:p>
    <w:p>
      <w:r>
        <w:rPr>
          <w:rFonts w:ascii="Gentium Plus" w:hAnsi="Gentium Plus"/>
          <w:sz w:val="24"/>
        </w:rPr>
        <w:t>καὶ ἔπεσεν ἐπὶ πρόσωπον παρὰ τοὺς πόδας αὐτοῦ εὐχαριστῶν αὐτῷ· καὶ αὐτὸς ἦν Σαμαρίτης.</w:t>
      </w:r>
    </w:p>
    <w:p>
      <w:r>
        <w:rPr>
          <w:rFonts w:ascii="Courier New" w:hAnsi="Courier New"/>
          <w:color w:val="555555"/>
          <w:sz w:val="20"/>
        </w:rPr>
        <w:t>[Luc . 17 . 17]</w:t>
      </w:r>
    </w:p>
    <w:p>
      <w:r>
        <w:rPr>
          <w:rFonts w:ascii="Gentium Plus" w:hAnsi="Gentium Plus"/>
          <w:sz w:val="24"/>
        </w:rPr>
        <w:t>ἀπο‐ κριθεὶς δὲ ὁ Ἰησοῦς εἶπεν, Οὐχὶ οἱ δέκα ἐκαθαρίσθησαν; οἱ δὲ ἐννέα ποῦ;</w:t>
      </w:r>
    </w:p>
    <w:p>
      <w:r>
        <w:rPr>
          <w:rFonts w:ascii="Courier New" w:hAnsi="Courier New"/>
          <w:color w:val="555555"/>
          <w:sz w:val="20"/>
        </w:rPr>
        <w:t>[Luc . 17 . 18]</w:t>
      </w:r>
    </w:p>
    <w:p>
      <w:r>
        <w:rPr>
          <w:rFonts w:ascii="Gentium Plus" w:hAnsi="Gentium Plus"/>
          <w:sz w:val="24"/>
        </w:rPr>
        <w:t>οὐχ εὑρέθησαν ὑποστρέψαντες δοῦναι δόξαν τῷ θεῷ εἰ μὴ ὁ ἀλλογενὴς οὗτος;</w:t>
      </w:r>
    </w:p>
    <w:p>
      <w:r>
        <w:rPr>
          <w:rFonts w:ascii="Courier New" w:hAnsi="Courier New"/>
          <w:color w:val="555555"/>
          <w:sz w:val="20"/>
        </w:rPr>
        <w:t>[Luc . 17 . 19]</w:t>
      </w:r>
    </w:p>
    <w:p>
      <w:r>
        <w:rPr>
          <w:rFonts w:ascii="Gentium Plus" w:hAnsi="Gentium Plus"/>
          <w:sz w:val="24"/>
        </w:rPr>
        <w:t>καὶ εἶπεν αὐτῷ, Ἀναστὰς πορεύου· ἡ πίστις σου σέσωκέν σε.</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17 . 20]</w:t>
      </w:r>
    </w:p>
    <w:p>
      <w:r>
        <w:rPr>
          <w:rFonts w:ascii="Gentium Plus" w:hAnsi="Gentium Plus"/>
          <w:sz w:val="24"/>
        </w:rPr>
        <w:t>Ἐπερωτηθεὶς δὲ ὑπὸ τῶν Φαρισαίων πότε ἔρχεται ἡ βασιλεία τοῦ θεοῦ ἀπεκρίθη αὐτοῖς καὶ εἶπεν, Οὐκ ἔρχεται ἡ βασιλεία τοῦ θεοῦ μετὰ παρατηρήσεως,</w:t>
      </w:r>
    </w:p>
    <w:p>
      <w:r>
        <w:rPr>
          <w:rFonts w:ascii="Courier New" w:hAnsi="Courier New"/>
          <w:color w:val="555555"/>
          <w:sz w:val="20"/>
        </w:rPr>
        <w:t>[Luc . 17 . 21]</w:t>
      </w:r>
    </w:p>
    <w:p>
      <w:r>
        <w:rPr>
          <w:rFonts w:ascii="Gentium Plus" w:hAnsi="Gentium Plus"/>
          <w:sz w:val="24"/>
        </w:rPr>
        <w:t>οὐδὲ ἐροῦσιν, Ἰδοὺ ὧδε· ἤ, Ἐκεῖ· ἰδοὺ γὰρ ἡ βασιλεία τοῦ θεοῦ ἐντὸς ὑμῶν ἐστιν.</w:t>
      </w:r>
    </w:p>
    <w:p>
      <w:r>
        <w:rPr>
          <w:rFonts w:ascii="Courier New" w:hAnsi="Courier New"/>
          <w:color w:val="555555"/>
          <w:sz w:val="20"/>
        </w:rPr>
        <w:t>[Luc . 17 . 22]</w:t>
      </w:r>
    </w:p>
    <w:p>
      <w:r>
        <w:rPr>
          <w:rFonts w:ascii="Gentium Plus" w:hAnsi="Gentium Plus"/>
          <w:sz w:val="24"/>
        </w:rPr>
        <w:t>Εἶπεν δὲ πρὸς τοὺς μαθητάς, Ἐλεύσονται ἡμέραι ὅτε ἐπιθυμήσετε μίαν τῶν ἡμερῶν τοῦ υἱοῦ τοῦ ἀνθρώπου ἰδεῖν καὶ οὐκ ὄψεσθε.</w:t>
      </w:r>
    </w:p>
    <w:p>
      <w:r>
        <w:rPr>
          <w:rFonts w:ascii="Courier New" w:hAnsi="Courier New"/>
          <w:color w:val="555555"/>
          <w:sz w:val="20"/>
        </w:rPr>
        <w:t>[Luc . 17 . 23]</w:t>
      </w:r>
    </w:p>
    <w:p>
      <w:r>
        <w:rPr>
          <w:rFonts w:ascii="Gentium Plus" w:hAnsi="Gentium Plus"/>
          <w:sz w:val="24"/>
        </w:rPr>
        <w:t>καὶ ἐροῦσιν ὑμῖν, Ἰδοὺ ἐκεῖ· [ἤ,] Ἰδοὺ ὧδε· μὴ ἀπέλθητε μηδὲ διώξητε.</w:t>
      </w:r>
    </w:p>
    <w:p>
      <w:r>
        <w:rPr>
          <w:rFonts w:ascii="Courier New" w:hAnsi="Courier New"/>
          <w:color w:val="555555"/>
          <w:sz w:val="20"/>
        </w:rPr>
        <w:t>[Luc . 17 . 24]</w:t>
      </w:r>
    </w:p>
    <w:p>
      <w:r>
        <w:rPr>
          <w:rFonts w:ascii="Gentium Plus" w:hAnsi="Gentium Plus"/>
          <w:sz w:val="24"/>
        </w:rPr>
        <w:t>ὥσπερ γὰρ ἡ ἀστραπὴ ἀστράπτουσα ἐκ τῆς ὑπὸ τὸν οὐρανὸν εἰς τὴν ὑπ’ οὐρανὸν λάμπει, οὕτως ἔσται ὁ υἱὸς τοῦ ἀνθρώπου [ἐν τῇ ἡμέρᾳ αὐτοῦ].</w:t>
      </w:r>
    </w:p>
    <w:p>
      <w:r>
        <w:rPr>
          <w:rFonts w:ascii="Courier New" w:hAnsi="Courier New"/>
          <w:color w:val="555555"/>
          <w:sz w:val="20"/>
        </w:rPr>
        <w:t>[Luc . 17 . 25]</w:t>
      </w:r>
    </w:p>
    <w:p>
      <w:r>
        <w:rPr>
          <w:rFonts w:ascii="Gentium Plus" w:hAnsi="Gentium Plus"/>
          <w:sz w:val="24"/>
        </w:rPr>
        <w:t>πρῶτον δὲ δεῖ αὐτὸν πολλὰ παθεῖν καὶ ἀποδοκιμα‐ σθῆναι ἀπὸ τῆς γενεᾶς ταύτης.</w:t>
      </w:r>
    </w:p>
    <w:p>
      <w:r>
        <w:rPr>
          <w:rFonts w:ascii="Courier New" w:hAnsi="Courier New"/>
          <w:color w:val="555555"/>
          <w:sz w:val="20"/>
        </w:rPr>
        <w:t>[Luc . 17 . 26]</w:t>
      </w:r>
    </w:p>
    <w:p>
      <w:r>
        <w:rPr>
          <w:rFonts w:ascii="Gentium Plus" w:hAnsi="Gentium Plus"/>
          <w:sz w:val="24"/>
        </w:rPr>
        <w:t>καὶ καθὼς ἐγένετο ἐν ταῖς ἡμέραις Νῶε, οὕτως ἔσται καὶ ἐν ταῖς ἡμέραις τοῦ υἱοῦ τοῦ ἀνθρώπου·</w:t>
      </w:r>
    </w:p>
    <w:p>
      <w:r>
        <w:rPr>
          <w:rFonts w:ascii="Courier New" w:hAnsi="Courier New"/>
          <w:color w:val="555555"/>
          <w:sz w:val="20"/>
        </w:rPr>
        <w:t>[Luc . 17 . 27]</w:t>
      </w:r>
    </w:p>
    <w:p>
      <w:r>
        <w:rPr>
          <w:rFonts w:ascii="Gentium Plus" w:hAnsi="Gentium Plus"/>
          <w:sz w:val="24"/>
        </w:rPr>
        <w:t>ἤσθιον, ἔπινον, ἐγάμουν, ἐγαμίζοντο, ἄχρι ἧς ἡμέρας εἰσῆλθεν Νῶε εἰς τὴν κιβω‐ τόν, καὶ ἦλθεν ὁ κατακλυσμὸς καὶ ἀπώλεσεν πάντας.</w:t>
      </w:r>
    </w:p>
    <w:p>
      <w:r>
        <w:rPr>
          <w:rFonts w:ascii="Courier New" w:hAnsi="Courier New"/>
          <w:color w:val="555555"/>
          <w:sz w:val="20"/>
        </w:rPr>
        <w:t>[Luc . 17 . 28]</w:t>
      </w:r>
    </w:p>
    <w:p>
      <w:r>
        <w:rPr>
          <w:rFonts w:ascii="Gentium Plus" w:hAnsi="Gentium Plus"/>
          <w:sz w:val="24"/>
        </w:rPr>
        <w:t>ὁμοίως καθὼς ἐγένετο ἐν ταῖς ἡμέραις Λώτ· ἤσθιον, ἔπινον, ἠγόραζον, ἐπώλουν, ἐφύτευον, ᾠκοδόμουν·</w:t>
      </w:r>
    </w:p>
    <w:p>
      <w:r>
        <w:rPr>
          <w:rFonts w:ascii="Courier New" w:hAnsi="Courier New"/>
          <w:color w:val="555555"/>
          <w:sz w:val="20"/>
        </w:rPr>
        <w:t>[Luc . 17 . 29]</w:t>
      </w:r>
    </w:p>
    <w:p>
      <w:r>
        <w:rPr>
          <w:rFonts w:ascii="Gentium Plus" w:hAnsi="Gentium Plus"/>
          <w:sz w:val="24"/>
        </w:rPr>
        <w:t>ᾗ δὲ ἡμέρᾳ ἐξῆλθεν Λὼτ ἀπὸ Σοδόμων, ἔβρεξεν πῦρ καὶ θεῖον ἀπ’ οὐρανοῦ καὶ ἀπώλεσεν πάντας.</w:t>
      </w:r>
    </w:p>
    <w:p>
      <w:r>
        <w:rPr>
          <w:rFonts w:ascii="Courier New" w:hAnsi="Courier New"/>
          <w:color w:val="555555"/>
          <w:sz w:val="20"/>
        </w:rPr>
        <w:t>[Luc . 17 . 30]</w:t>
      </w:r>
    </w:p>
    <w:p>
      <w:r>
        <w:rPr>
          <w:rFonts w:ascii="Gentium Plus" w:hAnsi="Gentium Plus"/>
          <w:sz w:val="24"/>
        </w:rPr>
        <w:t>κατὰ τὰ αὐτὰ ἔσται ᾗ ἡμέρᾳ ὁ υἱὸς τοῦ ἀνθρώπου ἀποκαλύπτεται.</w:t>
      </w:r>
    </w:p>
    <w:p>
      <w:r>
        <w:rPr>
          <w:rFonts w:ascii="Courier New" w:hAnsi="Courier New"/>
          <w:color w:val="555555"/>
          <w:sz w:val="20"/>
        </w:rPr>
        <w:t>[Luc . 17 . 31]</w:t>
      </w:r>
    </w:p>
    <w:p>
      <w:r>
        <w:rPr>
          <w:rFonts w:ascii="Gentium Plus" w:hAnsi="Gentium Plus"/>
          <w:sz w:val="24"/>
        </w:rPr>
        <w:t>ἐν ἐκείνῃ τῇ ἡμέρᾳ ὃς ἔσται ἐπὶ τοῦ δώματος καὶ τὰ σκεύη αὐτοῦ ἐν τῇ οἰκίᾳ, μὴ καταβάτω ἆραι αὐτά, καὶ ὁ ἐν ἀγρῷ ὁμοίως μὴ ἐπιστρεψάτω εἰς τὰ ὀπίσω.</w:t>
      </w:r>
    </w:p>
    <w:p>
      <w:r>
        <w:rPr>
          <w:rFonts w:ascii="Courier New" w:hAnsi="Courier New"/>
          <w:color w:val="555555"/>
          <w:sz w:val="20"/>
        </w:rPr>
        <w:t>[Luc . 17 . 32]</w:t>
      </w:r>
    </w:p>
    <w:p>
      <w:r>
        <w:rPr>
          <w:rFonts w:ascii="Gentium Plus" w:hAnsi="Gentium Plus"/>
          <w:sz w:val="24"/>
        </w:rPr>
        <w:t>μνη‐ μονεύετε τῆς γυναικὸς Λώτ.</w:t>
      </w:r>
    </w:p>
    <w:p>
      <w:r>
        <w:rPr>
          <w:rFonts w:ascii="Courier New" w:hAnsi="Courier New"/>
          <w:color w:val="555555"/>
          <w:sz w:val="20"/>
        </w:rPr>
        <w:t>[Luc . 17 . 33]</w:t>
      </w:r>
    </w:p>
    <w:p>
      <w:r>
        <w:rPr>
          <w:rFonts w:ascii="Gentium Plus" w:hAnsi="Gentium Plus"/>
          <w:sz w:val="24"/>
        </w:rPr>
        <w:t>ὃς ἐὰν ζητήσῃ τὴν</w:t>
      </w:r>
    </w:p>
    <w:p>
      <w:r>
        <w:rPr>
          <w:rFonts w:ascii="Courier New" w:hAnsi="Courier New"/>
          <w:color w:val="555555"/>
          <w:sz w:val="20"/>
        </w:rPr>
        <w:t>[Luc . 17 . 34]</w:t>
      </w:r>
    </w:p>
    <w:p>
      <w:r>
        <w:rPr>
          <w:rFonts w:ascii="Gentium Plus" w:hAnsi="Gentium Plus"/>
          <w:sz w:val="24"/>
        </w:rPr>
        <w:t>λέγω ὑμῖν, ταύτῃ τῇ νυκτὶ ἔσονται δύο ἐπὶ κλίνης μιᾶς, ὁ εἷς παραλημφθήσεται καὶ ὁ ἕτερος ἀφεθήσεται·</w:t>
      </w:r>
    </w:p>
    <w:p>
      <w:r>
        <w:rPr>
          <w:rFonts w:ascii="Courier New" w:hAnsi="Courier New"/>
          <w:color w:val="555555"/>
          <w:sz w:val="20"/>
        </w:rPr>
        <w:t>[Luc . 17 . 35]</w:t>
      </w:r>
    </w:p>
    <w:p>
      <w:r>
        <w:rPr>
          <w:rFonts w:ascii="Gentium Plus" w:hAnsi="Gentium Plus"/>
          <w:sz w:val="24"/>
        </w:rPr>
        <w:t>ἔσονται δύο ἀλήθουσαι ἐπὶ τὸ αὐτό, ἡ μία παραλημφθήσεται ἡ δὲ ἑτέρα ἀφεθή‐ σεται.</w:t>
      </w:r>
    </w:p>
    <w:p>
      <w:r>
        <w:rPr>
          <w:rFonts w:ascii="Courier New" w:hAnsi="Courier New"/>
          <w:color w:val="555555"/>
          <w:sz w:val="20"/>
        </w:rPr>
        <w:t>[Luc . 17 . 37]</w:t>
      </w:r>
    </w:p>
    <w:p>
      <w:r>
        <w:rPr>
          <w:rFonts w:ascii="Gentium Plus" w:hAnsi="Gentium Plus"/>
          <w:sz w:val="24"/>
        </w:rPr>
        <w:t>καὶ ἀποκριθέντες λέγουσιν αὐτῷ, Ποῦ, κύριε; ὁ δὲ εἶπεν αὐτοῖς, Ὅπου τὸ σῶμα, ἐκεῖ καὶ οἱ ἀετοὶ ἐπισυναχθήσονται.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18 . 1]</w:t>
      </w:r>
    </w:p>
    <w:p>
      <w:r>
        <w:rPr>
          <w:rFonts w:ascii="Gentium Plus" w:hAnsi="Gentium Plus"/>
          <w:sz w:val="24"/>
        </w:rPr>
        <w:t>Ἔλεγεν δὲ παραβολὴν αὐτοῖς πρὸς τὸ δεῖν πάντοτε προσεύχεσθαι αὐτοὺς καὶ μὴ ἐγκακεῖν,</w:t>
      </w:r>
    </w:p>
    <w:p>
      <w:r>
        <w:rPr>
          <w:rFonts w:ascii="Courier New" w:hAnsi="Courier New"/>
          <w:color w:val="555555"/>
          <w:sz w:val="20"/>
        </w:rPr>
        <w:t>[Luc . 18 . 2]</w:t>
      </w:r>
    </w:p>
    <w:p>
      <w:r>
        <w:rPr>
          <w:rFonts w:ascii="Gentium Plus" w:hAnsi="Gentium Plus"/>
          <w:sz w:val="24"/>
        </w:rPr>
        <w:t>λέγων, Κριτής τις ἦν ἔν τινι πόλει τὸν θεὸν μὴ φοβούμενος καὶ ἄνθρωπον μὴ ἐντρεπόμενος.</w:t>
      </w:r>
    </w:p>
    <w:p>
      <w:r>
        <w:rPr>
          <w:rFonts w:ascii="Courier New" w:hAnsi="Courier New"/>
          <w:color w:val="555555"/>
          <w:sz w:val="20"/>
        </w:rPr>
        <w:t>[Luc . 18 . 3]</w:t>
      </w:r>
    </w:p>
    <w:p>
      <w:r>
        <w:rPr>
          <w:rFonts w:ascii="Gentium Plus" w:hAnsi="Gentium Plus"/>
          <w:sz w:val="24"/>
        </w:rPr>
        <w:t>χήρα δὲ ἦν ἐν τῇ πόλει ἐκείνῃ καὶ ἤρχετο πρὸς αὐτὸν λέγουσα, Ἐκδίκησόν με ἀπὸ τοῦ ἀντιδίκου μου.</w:t>
      </w:r>
    </w:p>
    <w:p>
      <w:r>
        <w:rPr>
          <w:rFonts w:ascii="Courier New" w:hAnsi="Courier New"/>
          <w:color w:val="555555"/>
          <w:sz w:val="20"/>
        </w:rPr>
        <w:t>[Luc . 18 . 4]</w:t>
      </w:r>
    </w:p>
    <w:p>
      <w:r>
        <w:rPr>
          <w:rFonts w:ascii="Gentium Plus" w:hAnsi="Gentium Plus"/>
          <w:sz w:val="24"/>
        </w:rPr>
        <w:t>καὶ οὐκ ἤθελεν ἐπὶ χρόνον, μετὰ δὲ ταῦτα εἶπεν ἐν ἑαυτῷ, Εἰ καὶ τὸν θεὸν οὐ φοβοῦμαι οὐδὲ ἄνθρωπον ἐντρέπομαι,</w:t>
      </w:r>
    </w:p>
    <w:p>
      <w:r>
        <w:rPr>
          <w:rFonts w:ascii="Courier New" w:hAnsi="Courier New"/>
          <w:color w:val="555555"/>
          <w:sz w:val="20"/>
        </w:rPr>
        <w:t>[Luc . 18 . 5]</w:t>
      </w:r>
    </w:p>
    <w:p>
      <w:r>
        <w:rPr>
          <w:rFonts w:ascii="Gentium Plus" w:hAnsi="Gentium Plus"/>
          <w:sz w:val="24"/>
        </w:rPr>
        <w:t>διά γε τὸ παρέχειν μοι κόπον τὴν χήραν ταύτην ἐκδικήσω αὐτήν, ἵνα μὴ εἰς τέλος ἐρχομένη ὑπωπιάζῃ με.</w:t>
      </w:r>
    </w:p>
    <w:p>
      <w:r>
        <w:rPr>
          <w:rFonts w:ascii="Courier New" w:hAnsi="Courier New"/>
          <w:color w:val="555555"/>
          <w:sz w:val="20"/>
        </w:rPr>
        <w:t>[Luc . 18 . 6]</w:t>
      </w:r>
    </w:p>
    <w:p>
      <w:r>
        <w:rPr>
          <w:rFonts w:ascii="Gentium Plus" w:hAnsi="Gentium Plus"/>
          <w:sz w:val="24"/>
        </w:rPr>
        <w:t>Εἶπεν δὲ ὁ κύριος, Ἀκούσατε τί ὁ κριτὴς τῆς ἀδικίας λέγει·</w:t>
      </w:r>
    </w:p>
    <w:p>
      <w:r>
        <w:rPr>
          <w:rFonts w:ascii="Courier New" w:hAnsi="Courier New"/>
          <w:color w:val="555555"/>
          <w:sz w:val="20"/>
        </w:rPr>
        <w:t>[Luc . 18 . 7]</w:t>
      </w:r>
    </w:p>
    <w:p>
      <w:r>
        <w:rPr>
          <w:rFonts w:ascii="Gentium Plus" w:hAnsi="Gentium Plus"/>
          <w:sz w:val="24"/>
        </w:rPr>
        <w:t>ὁ δὲ θεὸς οὐ μὴ ποιήσῃ τὴν ἐκδίκησιν τῶν ἐκλεκτῶν αὐτοῦ τῶν βοώντων αὐτῷ ἡμέρας καὶ νυκτός, καὶ μακροθυμεῖ ἐπ’ αὐτοῖς;</w:t>
      </w:r>
    </w:p>
    <w:p>
      <w:r>
        <w:rPr>
          <w:rFonts w:ascii="Courier New" w:hAnsi="Courier New"/>
          <w:color w:val="555555"/>
          <w:sz w:val="20"/>
        </w:rPr>
        <w:t>[Luc . 18 . 8]</w:t>
      </w:r>
    </w:p>
    <w:p>
      <w:r>
        <w:rPr>
          <w:rFonts w:ascii="Gentium Plus" w:hAnsi="Gentium Plus"/>
          <w:sz w:val="24"/>
        </w:rPr>
        <w:t>λέγω ὑμῖν ὅτι ποιήσει τὴν ἐκδίκησιν αὐτῶν ἐν τάχει. πλὴν ὁ υἱὸς τοῦ ἀνθρώπου ἐλθὼν ἆρα εὑρήσει τὴν πίστιν ἐπὶ τῆς γῆς;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18 . 9]</w:t>
      </w:r>
    </w:p>
    <w:p>
      <w:r>
        <w:rPr>
          <w:rFonts w:ascii="Gentium Plus" w:hAnsi="Gentium Plus"/>
          <w:sz w:val="24"/>
        </w:rPr>
        <w:t>Εἶπεν δὲ καὶ πρός τινας τοὺς πεποιθότας ἐφ’ ἑαυτοῖς ὅτι εἰσὶν δίκαιοι καὶ ἐξουθενοῦντας τοὺς λοιποὺς τὴν παραβολὴν ταύτην·</w:t>
      </w:r>
    </w:p>
    <w:p>
      <w:r>
        <w:rPr>
          <w:rFonts w:ascii="Courier New" w:hAnsi="Courier New"/>
          <w:color w:val="555555"/>
          <w:sz w:val="20"/>
        </w:rPr>
        <w:t>[Luc . 18 . 10]</w:t>
      </w:r>
    </w:p>
    <w:p>
      <w:r>
        <w:rPr>
          <w:rFonts w:ascii="Gentium Plus" w:hAnsi="Gentium Plus"/>
          <w:sz w:val="24"/>
        </w:rPr>
        <w:t>Ἄνθρωποι δύο ἀνέβησαν εἰς τὸ ἱερὸν προσεύξασθαι, ὁ εἷς Φαρισαῖος καὶ ὁ ἕτερος τελώ‐ νης.</w:t>
      </w:r>
    </w:p>
    <w:p>
      <w:r>
        <w:rPr>
          <w:rFonts w:ascii="Courier New" w:hAnsi="Courier New"/>
          <w:color w:val="555555"/>
          <w:sz w:val="20"/>
        </w:rPr>
        <w:t>[Luc . 18 . 11]</w:t>
      </w:r>
    </w:p>
    <w:p>
      <w:r>
        <w:rPr>
          <w:rFonts w:ascii="Gentium Plus" w:hAnsi="Gentium Plus"/>
          <w:sz w:val="24"/>
        </w:rPr>
        <w:t>ὁ Φαρισαῖος σταθεὶς πρὸς ἑαυτὸν ταῦτα προσηύ‐ χετο, Ὁ θεός, εὐχαριστῶ σοι ὅτι οὐκ εἰμὶ ὥσπερ οἱ λοιποὶ τῶν ἀνθρώπων, ἅρπαγες, ἄδικοι, μοιχοί, ἢ καὶ ὡς οὗτος ὁ τελώνης·</w:t>
      </w:r>
    </w:p>
    <w:p>
      <w:r>
        <w:rPr>
          <w:rFonts w:ascii="Courier New" w:hAnsi="Courier New"/>
          <w:color w:val="555555"/>
          <w:sz w:val="20"/>
        </w:rPr>
        <w:t>[Luc . 18 . 12]</w:t>
      </w:r>
    </w:p>
    <w:p>
      <w:r>
        <w:rPr>
          <w:rFonts w:ascii="Gentium Plus" w:hAnsi="Gentium Plus"/>
          <w:sz w:val="24"/>
        </w:rPr>
        <w:t>νηστεύω δὶς τοῦ σαββάτου, ἀποδεκατῶ πάντα ὅσα κτῶμαι.</w:t>
      </w:r>
    </w:p>
    <w:p>
      <w:r>
        <w:rPr>
          <w:rFonts w:ascii="Courier New" w:hAnsi="Courier New"/>
          <w:color w:val="555555"/>
          <w:sz w:val="20"/>
        </w:rPr>
        <w:t>[Luc . 18 . 13]</w:t>
      </w:r>
    </w:p>
    <w:p>
      <w:r>
        <w:rPr>
          <w:rFonts w:ascii="Gentium Plus" w:hAnsi="Gentium Plus"/>
          <w:sz w:val="24"/>
        </w:rPr>
        <w:t>ὁ δὲ τελώνης μακρό‐ θεν ἑστὼς οὐκ ἤθελεν οὐδὲ τοὺς ὀφθαλμοὺς ἐπᾶραι εἰς τὸν οὐρανόν, ἀλλ’ ἔτυπτεν τὸ στῆθος αὐτοῦ λέγων, Ὁ θεός, ἱλάσθητί μοι τῷ ἁμαρτωλῷ.</w:t>
      </w:r>
    </w:p>
    <w:p>
      <w:r>
        <w:rPr>
          <w:rFonts w:ascii="Courier New" w:hAnsi="Courier New"/>
          <w:color w:val="555555"/>
          <w:sz w:val="20"/>
        </w:rPr>
        <w:t>[Luc . 18 . 14]</w:t>
      </w:r>
    </w:p>
    <w:p>
      <w:r>
        <w:rPr>
          <w:rFonts w:ascii="Gentium Plus" w:hAnsi="Gentium Plus"/>
          <w:sz w:val="24"/>
        </w:rPr>
        <w:t>λέγω ὑμῖν, κατέβη οὗτος δεδικαιωμένος εἰς τὸν οἶκον αὐτοῦ παρ’ ἐκεῖνον· ὅτι πᾶς ὁ ὑψῶν ἑαυτὸν ταπεινωθήσεται, ὁ δὲ ταπεινῶν ἑαυτὸν ὑψωθήσεται.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18 . 15]</w:t>
      </w:r>
    </w:p>
    <w:p>
      <w:r>
        <w:rPr>
          <w:rFonts w:ascii="Gentium Plus" w:hAnsi="Gentium Plus"/>
          <w:sz w:val="24"/>
        </w:rPr>
        <w:t>Προσέφερον δὲ αὐτῷ καὶ τὰ βρέφη ἵνα αὐτῶν ἅπτηται· ἰδόντες δὲ οἱ μαθηταὶ ἐπετίμων αὐτοῖς.</w:t>
      </w:r>
    </w:p>
    <w:p>
      <w:r>
        <w:rPr>
          <w:rFonts w:ascii="Courier New" w:hAnsi="Courier New"/>
          <w:color w:val="555555"/>
          <w:sz w:val="20"/>
        </w:rPr>
        <w:t>[Luc . 18 . 16]</w:t>
      </w:r>
    </w:p>
    <w:p>
      <w:r>
        <w:rPr>
          <w:rFonts w:ascii="Gentium Plus" w:hAnsi="Gentium Plus"/>
          <w:sz w:val="24"/>
        </w:rPr>
        <w:t>ὁ δὲ Ἰησοῦς προσεκαλέσατο αὐτὰ λέγων, Ἄφετε τὰ παιδία ἔρχεσθαι πρός με καὶ μὴ κωλύετε αὐτά, τῶν γὰρ τοιούτων ἐστὶν ἡ βασιλεία τοῦ θεοῦ.</w:t>
      </w:r>
    </w:p>
    <w:p>
      <w:r>
        <w:rPr>
          <w:rFonts w:ascii="Courier New" w:hAnsi="Courier New"/>
          <w:color w:val="555555"/>
          <w:sz w:val="20"/>
        </w:rPr>
        <w:t>[Luc . 18 . 17]</w:t>
      </w:r>
    </w:p>
    <w:p>
      <w:r>
        <w:rPr>
          <w:rFonts w:ascii="Gentium Plus" w:hAnsi="Gentium Plus"/>
          <w:sz w:val="24"/>
        </w:rPr>
        <w:t>ἀμὴν λέγω ὑμῖν, ὃς ἂν μὴ δέξηται τὴν βασιλείαν τοῦ θεοῦ ὡς παιδίον, οὐ μὴ εἰσέλθῃ εἰς αὐτήν.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18 . 18]</w:t>
      </w:r>
    </w:p>
    <w:p>
      <w:r>
        <w:rPr>
          <w:rFonts w:ascii="Gentium Plus" w:hAnsi="Gentium Plus"/>
          <w:sz w:val="24"/>
        </w:rPr>
        <w:t>Καὶ ἐπηρώτησέν τις αὐτὸν ἄρχων λέγων, Διδάσκαλε ἀγαθέ, τί ποιήσας ζωὴν αἰώνιον κληρονομήσω;</w:t>
      </w:r>
    </w:p>
    <w:p>
      <w:r>
        <w:rPr>
          <w:rFonts w:ascii="Courier New" w:hAnsi="Courier New"/>
          <w:color w:val="555555"/>
          <w:sz w:val="20"/>
        </w:rPr>
        <w:t>[Luc . 18 . 19]</w:t>
      </w:r>
    </w:p>
    <w:p>
      <w:r>
        <w:rPr>
          <w:rFonts w:ascii="Gentium Plus" w:hAnsi="Gentium Plus"/>
          <w:sz w:val="24"/>
        </w:rPr>
        <w:t>εἶπεν δὲ αὐτῷ ὁ Ἰησοῦς, Τί με λέγεις ἀγαθόν; οὐδεὶς ἀγαθὸς εἰ μὴ εἷς ὁ θεός.</w:t>
      </w:r>
    </w:p>
    <w:p>
      <w:r>
        <w:rPr>
          <w:rFonts w:ascii="Courier New" w:hAnsi="Courier New"/>
          <w:color w:val="555555"/>
          <w:sz w:val="20"/>
        </w:rPr>
        <w:t>[Luc . 18 . 20]</w:t>
      </w:r>
    </w:p>
    <w:p>
      <w:r>
        <w:rPr>
          <w:rFonts w:ascii="Gentium Plus" w:hAnsi="Gentium Plus"/>
          <w:sz w:val="24"/>
        </w:rPr>
        <w:t>τὰς ἐντολὰς οἶδας· Μὴ μοιχεύσῃς, Μὴ φονεύσῃς, Μὴ κλέψῃς, Μὴ ψευδομαρτυρήσῃς, Τίμα τὸν πατέρα σου καὶ τὴν μητέρα.</w:t>
      </w:r>
    </w:p>
    <w:p>
      <w:r>
        <w:rPr>
          <w:rFonts w:ascii="Courier New" w:hAnsi="Courier New"/>
          <w:color w:val="555555"/>
          <w:sz w:val="20"/>
        </w:rPr>
        <w:t>[Luc . 18 . 21]</w:t>
      </w:r>
    </w:p>
    <w:p>
      <w:r>
        <w:rPr>
          <w:rFonts w:ascii="Gentium Plus" w:hAnsi="Gentium Plus"/>
          <w:sz w:val="24"/>
        </w:rPr>
        <w:t>ὁ δὲ εἶπεν, Ταῦτα πάντα ἐφύλαξα ἐκ νεότητος.</w:t>
      </w:r>
    </w:p>
    <w:p>
      <w:r>
        <w:rPr>
          <w:rFonts w:ascii="Courier New" w:hAnsi="Courier New"/>
          <w:color w:val="555555"/>
          <w:sz w:val="20"/>
        </w:rPr>
        <w:t>[Luc . 18 . 22]</w:t>
      </w:r>
    </w:p>
    <w:p>
      <w:r>
        <w:rPr>
          <w:rFonts w:ascii="Gentium Plus" w:hAnsi="Gentium Plus"/>
          <w:sz w:val="24"/>
        </w:rPr>
        <w:t>ἀκούσας δὲ ὁ Ἰησοῦς εἶπεν αὐτῷ, Ἔτι ἕν σοι λείπει· πάντα ὅσα ἔχεις πώλη‐ σον καὶ διάδος πτωχοῖς, καὶ ἕξεις θησαυρὸν ἐν [τοῖς] οὐρανοῖς, καὶ δεῦρο ἀκολούθει μοι.</w:t>
      </w:r>
    </w:p>
    <w:p>
      <w:r>
        <w:rPr>
          <w:rFonts w:ascii="Courier New" w:hAnsi="Courier New"/>
          <w:color w:val="555555"/>
          <w:sz w:val="20"/>
        </w:rPr>
        <w:t>[Luc . 18 . 23]</w:t>
      </w:r>
    </w:p>
    <w:p>
      <w:r>
        <w:rPr>
          <w:rFonts w:ascii="Gentium Plus" w:hAnsi="Gentium Plus"/>
          <w:sz w:val="24"/>
        </w:rPr>
        <w:t>ὁ δὲ ἀκούσας ταῦτα περίλυπος ἐγενήθη, ἦν γὰρ πλούσιος σφόδρα.</w:t>
      </w:r>
    </w:p>
    <w:p>
      <w:r>
        <w:rPr>
          <w:rFonts w:ascii="Courier New" w:hAnsi="Courier New"/>
          <w:color w:val="555555"/>
          <w:sz w:val="20"/>
        </w:rPr>
        <w:t>[Luc . 18 . 24]</w:t>
      </w:r>
    </w:p>
    <w:p>
      <w:r>
        <w:rPr>
          <w:rFonts w:ascii="Gentium Plus" w:hAnsi="Gentium Plus"/>
          <w:sz w:val="24"/>
        </w:rPr>
        <w:t>Ἰδὼν δὲ αὐτὸν ὁ Ἰησοῦς [περίλυπον γενόμενον] εἶπεν, Πῶς δυσκόλως οἱ τὰ χρήματα ἔχοντες εἰς τὴν βασιλείαν τοῦ θεοῦ εἰσπορεύονται·</w:t>
      </w:r>
    </w:p>
    <w:p>
      <w:r>
        <w:rPr>
          <w:rFonts w:ascii="Courier New" w:hAnsi="Courier New"/>
          <w:color w:val="555555"/>
          <w:sz w:val="20"/>
        </w:rPr>
        <w:t>[Luc . 18 . 25]</w:t>
      </w:r>
    </w:p>
    <w:p>
      <w:r>
        <w:rPr>
          <w:rFonts w:ascii="Gentium Plus" w:hAnsi="Gentium Plus"/>
          <w:sz w:val="24"/>
        </w:rPr>
        <w:t>εὐκοπώτερον γάρ ἐστιν κάμηλον διὰ τρήματος βελόνης διελθεῖν ἢ πλούσιον εἰς τὴν βασιλείαν τοῦ θεοῦ εἰσελθεῖν.</w:t>
      </w:r>
    </w:p>
    <w:p>
      <w:r>
        <w:rPr>
          <w:rFonts w:ascii="Courier New" w:hAnsi="Courier New"/>
          <w:color w:val="555555"/>
          <w:sz w:val="20"/>
        </w:rPr>
        <w:t>[Luc . 18 . 26]</w:t>
      </w:r>
    </w:p>
    <w:p>
      <w:r>
        <w:rPr>
          <w:rFonts w:ascii="Gentium Plus" w:hAnsi="Gentium Plus"/>
          <w:sz w:val="24"/>
        </w:rPr>
        <w:t>εἶπαν δὲ οἱ ἀκούσαντες, Καὶ τίς δύναται σωθῆναι;</w:t>
      </w:r>
    </w:p>
    <w:p>
      <w:r>
        <w:rPr>
          <w:rFonts w:ascii="Courier New" w:hAnsi="Courier New"/>
          <w:color w:val="555555"/>
          <w:sz w:val="20"/>
        </w:rPr>
        <w:t>[Luc . 18 . 27]</w:t>
      </w:r>
    </w:p>
    <w:p>
      <w:r>
        <w:rPr>
          <w:rFonts w:ascii="Gentium Plus" w:hAnsi="Gentium Plus"/>
          <w:sz w:val="24"/>
        </w:rPr>
        <w:t>ὁ δὲ εἶπεν, Τὰ ἀδύνατα παρὰ ἀνθρώποις δυνατὰ παρὰ τῷ θεῷ ἐστιν.</w:t>
      </w:r>
    </w:p>
    <w:p>
      <w:r>
        <w:rPr>
          <w:rFonts w:ascii="Courier New" w:hAnsi="Courier New"/>
          <w:color w:val="555555"/>
          <w:sz w:val="20"/>
        </w:rPr>
        <w:t>[Luc . 18 . 28]</w:t>
      </w:r>
    </w:p>
    <w:p>
      <w:r>
        <w:rPr>
          <w:rFonts w:ascii="Gentium Plus" w:hAnsi="Gentium Plus"/>
          <w:sz w:val="24"/>
        </w:rPr>
        <w:t>Εἶπεν δὲ ὁ Πέτρος, Ἰδοὺ ἡμεῖς ἀφέντες τὰ ἴδια ἠκολουθήσαμέν σοι.</w:t>
      </w:r>
    </w:p>
    <w:p>
      <w:r>
        <w:rPr>
          <w:rFonts w:ascii="Courier New" w:hAnsi="Courier New"/>
          <w:color w:val="555555"/>
          <w:sz w:val="20"/>
        </w:rPr>
        <w:t>[Luc . 18 . 29]</w:t>
      </w:r>
    </w:p>
    <w:p>
      <w:r>
        <w:rPr>
          <w:rFonts w:ascii="Gentium Plus" w:hAnsi="Gentium Plus"/>
          <w:sz w:val="24"/>
        </w:rPr>
        <w:t>ὁ δὲ εἶπεν αὐτοῖς, Ἀμὴν λέγω ὑμῖν ὅτι οὐδείς ἐστιν ὃς ἀφῆκεν οἰκίαν ἢ γυναῖκα ἢ</w:t>
      </w:r>
    </w:p>
    <w:p>
      <w:r>
        <w:rPr>
          <w:rFonts w:ascii="Courier New" w:hAnsi="Courier New"/>
          <w:color w:val="555555"/>
          <w:sz w:val="20"/>
        </w:rPr>
        <w:t>[Luc . 18 . 30]</w:t>
      </w:r>
    </w:p>
    <w:p>
      <w:r>
        <w:rPr>
          <w:rFonts w:ascii="Gentium Plus" w:hAnsi="Gentium Plus"/>
          <w:sz w:val="24"/>
        </w:rPr>
        <w:t>ὃς οὐχὶ μὴ ἀπολάβῃ πολλαπλασίονα ἐν τῷ καιρῷ τούτῳ καὶ ἐν τῷ αἰῶνι τῷ ἐρχομένῳ ζωὴν αἰώνιον.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18 . 31]</w:t>
      </w:r>
    </w:p>
    <w:p>
      <w:r>
        <w:rPr>
          <w:rFonts w:ascii="Gentium Plus" w:hAnsi="Gentium Plus"/>
          <w:sz w:val="24"/>
        </w:rPr>
        <w:t>Παραλαβὼν δὲ τοὺς δώδεκα εἶπεν πρὸς αὐτούς, Ἰδοὺ ἀναβαίνομεν εἰς Ἰερουσαλήμ, καὶ τελεσθήσεται πάντα τὰ γεγραμμένα διὰ τῶν προφητῶν τῷ υἱῷ τοῦ ἀνθρώπου·</w:t>
      </w:r>
    </w:p>
    <w:p>
      <w:r>
        <w:rPr>
          <w:rFonts w:ascii="Courier New" w:hAnsi="Courier New"/>
          <w:color w:val="555555"/>
          <w:sz w:val="20"/>
        </w:rPr>
        <w:t>[Luc . 18 . 32]</w:t>
      </w:r>
    </w:p>
    <w:p>
      <w:r>
        <w:rPr>
          <w:rFonts w:ascii="Gentium Plus" w:hAnsi="Gentium Plus"/>
          <w:sz w:val="24"/>
        </w:rPr>
        <w:t>παραδοθήσεται γὰρ τοῖς ἔθνεσιν καὶ ἐμ‐ παιχθήσεται καὶ ὑβρισθήσεται καὶ ἐμπτυσθήσεται,</w:t>
      </w:r>
    </w:p>
    <w:p>
      <w:r>
        <w:rPr>
          <w:rFonts w:ascii="Courier New" w:hAnsi="Courier New"/>
          <w:color w:val="555555"/>
          <w:sz w:val="20"/>
        </w:rPr>
        <w:t>[Luc . 18 . 33]</w:t>
      </w:r>
    </w:p>
    <w:p>
      <w:r>
        <w:rPr>
          <w:rFonts w:ascii="Gentium Plus" w:hAnsi="Gentium Plus"/>
          <w:sz w:val="24"/>
        </w:rPr>
        <w:t>καὶ μαστιγώσαντες ἀποκτενοῦσιν αὐτόν, καὶ τῇ ἡμέρᾳ τῇ τρίτῃ ἀναστήσεται.</w:t>
      </w:r>
    </w:p>
    <w:p>
      <w:r>
        <w:rPr>
          <w:rFonts w:ascii="Courier New" w:hAnsi="Courier New"/>
          <w:color w:val="555555"/>
          <w:sz w:val="20"/>
        </w:rPr>
        <w:t>[Luc . 18 . 34]</w:t>
      </w:r>
    </w:p>
    <w:p>
      <w:r>
        <w:rPr>
          <w:rFonts w:ascii="Gentium Plus" w:hAnsi="Gentium Plus"/>
          <w:sz w:val="24"/>
        </w:rPr>
        <w:t>καὶ αὐτοὶ οὐδὲν τούτων συνῆκαν, καὶ ἦν τὸ ῥῆμα τοῦτο κεκρυμμένον ἀπ’ αὐτῶν, καὶ οὐκ ἐγίνωσκον τὰ λεγόμενα.</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18 . 35]</w:t>
      </w:r>
    </w:p>
    <w:p>
      <w:r>
        <w:rPr>
          <w:rFonts w:ascii="Gentium Plus" w:hAnsi="Gentium Plus"/>
          <w:sz w:val="24"/>
        </w:rPr>
        <w:t>Ἐγένετο δὲ ἐν τῷ ἐγγίζειν αὐτὸν εἰς Ἰεριχὼ τυφλός τις ἐκάθητο παρὰ τὴν ὁδὸν ἐπαιτῶν.</w:t>
      </w:r>
    </w:p>
    <w:p>
      <w:r>
        <w:rPr>
          <w:rFonts w:ascii="Courier New" w:hAnsi="Courier New"/>
          <w:color w:val="555555"/>
          <w:sz w:val="20"/>
        </w:rPr>
        <w:t>[Luc . 18 . 36]</w:t>
      </w:r>
    </w:p>
    <w:p>
      <w:r>
        <w:rPr>
          <w:rFonts w:ascii="Gentium Plus" w:hAnsi="Gentium Plus"/>
          <w:sz w:val="24"/>
        </w:rPr>
        <w:t>ἀκούσας δὲ ὄχλου διαπορευομένου ἐπυνθάνετο τί εἴη τοῦτο·</w:t>
      </w:r>
    </w:p>
    <w:p>
      <w:r>
        <w:rPr>
          <w:rFonts w:ascii="Courier New" w:hAnsi="Courier New"/>
          <w:color w:val="555555"/>
          <w:sz w:val="20"/>
        </w:rPr>
        <w:t>[Luc . 18 . 37]</w:t>
      </w:r>
    </w:p>
    <w:p>
      <w:r>
        <w:rPr>
          <w:rFonts w:ascii="Gentium Plus" w:hAnsi="Gentium Plus"/>
          <w:sz w:val="24"/>
        </w:rPr>
        <w:t>ἀπήγ‐ γειλαν δὲ αὐτῷ ὅτι Ἰησοῦς ὁ Ναζωραῖος παρέρχεται.</w:t>
      </w:r>
    </w:p>
    <w:p>
      <w:r>
        <w:rPr>
          <w:rFonts w:ascii="Courier New" w:hAnsi="Courier New"/>
          <w:color w:val="555555"/>
          <w:sz w:val="20"/>
        </w:rPr>
        <w:t>[Luc . 18 . 38]</w:t>
      </w:r>
    </w:p>
    <w:p>
      <w:r>
        <w:rPr>
          <w:rFonts w:ascii="Gentium Plus" w:hAnsi="Gentium Plus"/>
          <w:sz w:val="24"/>
        </w:rPr>
        <w:t>καὶ ἐβόησεν λέγων, Ἰησοῦ, υἱὲ Δαυίδ, ἐλέησόν με.</w:t>
      </w:r>
    </w:p>
    <w:p>
      <w:r>
        <w:rPr>
          <w:rFonts w:ascii="Courier New" w:hAnsi="Courier New"/>
          <w:color w:val="555555"/>
          <w:sz w:val="20"/>
        </w:rPr>
        <w:t>[Luc . 18 . 39]</w:t>
      </w:r>
    </w:p>
    <w:p>
      <w:r>
        <w:rPr>
          <w:rFonts w:ascii="Gentium Plus" w:hAnsi="Gentium Plus"/>
          <w:sz w:val="24"/>
        </w:rPr>
        <w:t>καὶ οἱ προάγοντες ἐπετίμων αὐτῷ ἵνα σιγήσῃ· αὐτὸς δὲ πολλῷ μᾶλλον ἔκραζεν, Υἱὲ Δαυίδ, ἐλέησόν με.</w:t>
      </w:r>
    </w:p>
    <w:p>
      <w:r>
        <w:rPr>
          <w:rFonts w:ascii="Courier New" w:hAnsi="Courier New"/>
          <w:color w:val="555555"/>
          <w:sz w:val="20"/>
        </w:rPr>
        <w:t>[Luc . 18 . 40]</w:t>
      </w:r>
    </w:p>
    <w:p>
      <w:r>
        <w:rPr>
          <w:rFonts w:ascii="Gentium Plus" w:hAnsi="Gentium Plus"/>
          <w:sz w:val="24"/>
        </w:rPr>
        <w:t>στα‐ θεὶς δὲ ὁ Ἰησοῦς ἐκέλευσεν αὐτὸν ἀχθῆναι πρὸς αὐτόν. ἐγγίσαντος δὲ αὐτοῦ ἐπηρώτησεν αὐτόν,</w:t>
      </w:r>
    </w:p>
    <w:p>
      <w:r>
        <w:rPr>
          <w:rFonts w:ascii="Courier New" w:hAnsi="Courier New"/>
          <w:color w:val="555555"/>
          <w:sz w:val="20"/>
        </w:rPr>
        <w:t>[Luc . 18 . 41]</w:t>
      </w:r>
    </w:p>
    <w:p>
      <w:r>
        <w:rPr>
          <w:rFonts w:ascii="Gentium Plus" w:hAnsi="Gentium Plus"/>
          <w:sz w:val="24"/>
        </w:rPr>
        <w:t>Τί σοι θέλεις ποιήσω; ὁ δὲ εἶπεν, Κύριε, ἵνα ἀναβλέψω.</w:t>
      </w:r>
    </w:p>
    <w:p>
      <w:r>
        <w:rPr>
          <w:rFonts w:ascii="Courier New" w:hAnsi="Courier New"/>
          <w:color w:val="555555"/>
          <w:sz w:val="20"/>
        </w:rPr>
        <w:t>[Luc . 18 . 42]</w:t>
      </w:r>
    </w:p>
    <w:p>
      <w:r>
        <w:rPr>
          <w:rFonts w:ascii="Gentium Plus" w:hAnsi="Gentium Plus"/>
          <w:sz w:val="24"/>
        </w:rPr>
        <w:t>καὶ ὁ Ἰησοῦς εἶπεν αὐτῷ, Ἀνάβλεψον· ἡ πίστις σου σέσωκέν σε.</w:t>
      </w:r>
    </w:p>
    <w:p>
      <w:r>
        <w:rPr>
          <w:rFonts w:ascii="Courier New" w:hAnsi="Courier New"/>
          <w:color w:val="555555"/>
          <w:sz w:val="20"/>
        </w:rPr>
        <w:t>[Luc . 18 . 43]</w:t>
      </w:r>
    </w:p>
    <w:p>
      <w:r>
        <w:rPr>
          <w:rFonts w:ascii="Gentium Plus" w:hAnsi="Gentium Plus"/>
          <w:sz w:val="24"/>
        </w:rPr>
        <w:t>καὶ παραχρῆμα ἀνέβλεψεν, καὶ ἠκολούθει αὐτῷ δοξάζων τὸν θεόν. καὶ πᾶς ὁ λαὸς ἰδὼν ἔδωκεν αἶνον</w:t>
      </w:r>
    </w:p>
    <w:p>
      <w:r>
        <w:rPr>
          <w:rFonts w:ascii="Courier New" w:hAnsi="Courier New"/>
          <w:color w:val="555555"/>
          <w:sz w:val="20"/>
        </w:rPr>
        <w:t>[Luc . 19 . 1]</w:t>
      </w:r>
    </w:p>
    <w:p>
      <w:r>
        <w:rPr>
          <w:rFonts w:ascii="Gentium Plus" w:hAnsi="Gentium Plus"/>
          <w:sz w:val="24"/>
        </w:rPr>
        <w:t>Καὶ εἰσελθὼν διήρχετο τὴν Ἰεριχώ.</w:t>
      </w:r>
    </w:p>
    <w:p>
      <w:r>
        <w:rPr>
          <w:rFonts w:ascii="Courier New" w:hAnsi="Courier New"/>
          <w:color w:val="555555"/>
          <w:sz w:val="20"/>
        </w:rPr>
        <w:t>[Luc . 19 . 2]</w:t>
      </w:r>
    </w:p>
    <w:p>
      <w:r>
        <w:rPr>
          <w:rFonts w:ascii="Gentium Plus" w:hAnsi="Gentium Plus"/>
          <w:sz w:val="24"/>
        </w:rPr>
        <w:t>καὶ ἰδοὺ ἀνὴρ ὀνόματι καλούμενος Ζακχαῖος, καὶ αὐτὸς ἦν ἀρχι‐ τελώνης καὶ αὐτὸς πλούσιος.</w:t>
      </w:r>
    </w:p>
    <w:p>
      <w:r>
        <w:rPr>
          <w:rFonts w:ascii="Courier New" w:hAnsi="Courier New"/>
          <w:color w:val="555555"/>
          <w:sz w:val="20"/>
        </w:rPr>
        <w:t>[Luc . 19 . 3]</w:t>
      </w:r>
    </w:p>
    <w:p>
      <w:r>
        <w:rPr>
          <w:rFonts w:ascii="Gentium Plus" w:hAnsi="Gentium Plus"/>
          <w:sz w:val="24"/>
        </w:rPr>
        <w:t>καὶ ἐζήτει ἰδεῖν τὸν Ἰησοῦν τίς ἐστιν, καὶ οὐκ ἠδύνατο ἀπὸ τοῦ ὄχλου ὅτι τῇ ἡλικίᾳ μικρὸς ἦν.</w:t>
      </w:r>
    </w:p>
    <w:p>
      <w:r>
        <w:rPr>
          <w:rFonts w:ascii="Courier New" w:hAnsi="Courier New"/>
          <w:color w:val="555555"/>
          <w:sz w:val="20"/>
        </w:rPr>
        <w:t>[Luc . 19 . 4]</w:t>
      </w:r>
    </w:p>
    <w:p>
      <w:r>
        <w:rPr>
          <w:rFonts w:ascii="Gentium Plus" w:hAnsi="Gentium Plus"/>
          <w:sz w:val="24"/>
        </w:rPr>
        <w:t>καὶ προδραμὼν εἰς τὸ ἔμπροσθεν ἀνέβη ἐπὶ συκομορέαν ἵνα ἴδῃ αὐτόν, ὅτι ἐκείνης ἤμελλεν διέρχεσθαι.</w:t>
      </w:r>
    </w:p>
    <w:p>
      <w:r>
        <w:rPr>
          <w:rFonts w:ascii="Courier New" w:hAnsi="Courier New"/>
          <w:color w:val="555555"/>
          <w:sz w:val="20"/>
        </w:rPr>
        <w:t>[Luc . 19 . 5]</w:t>
      </w:r>
    </w:p>
    <w:p>
      <w:r>
        <w:rPr>
          <w:rFonts w:ascii="Gentium Plus" w:hAnsi="Gentium Plus"/>
          <w:sz w:val="24"/>
        </w:rPr>
        <w:t>καὶ ὡς ἦλθεν ἐπὶ τὸν τόπον, ἀναβλέψας ὁ Ἰησοῦς εἶπεν πρὸς αὐτόν, Ζακχαῖε, σπεύσας κατά‐ βηθι, σήμερον γὰρ ἐν τῷ οἴκῳ σου δεῖ με μεῖναι.</w:t>
      </w:r>
    </w:p>
    <w:p>
      <w:r>
        <w:rPr>
          <w:rFonts w:ascii="Courier New" w:hAnsi="Courier New"/>
          <w:color w:val="555555"/>
          <w:sz w:val="20"/>
        </w:rPr>
        <w:t>[Luc . 19 . 6]</w:t>
      </w:r>
    </w:p>
    <w:p>
      <w:r>
        <w:rPr>
          <w:rFonts w:ascii="Gentium Plus" w:hAnsi="Gentium Plus"/>
          <w:sz w:val="24"/>
        </w:rPr>
        <w:t>καὶ σπεύσας κατέβη, καὶ ὑπεδέξατο αὐτὸν χαίρων.</w:t>
      </w:r>
    </w:p>
    <w:p>
      <w:r>
        <w:rPr>
          <w:rFonts w:ascii="Courier New" w:hAnsi="Courier New"/>
          <w:color w:val="555555"/>
          <w:sz w:val="20"/>
        </w:rPr>
        <w:t>[Luc . 19 . 7]</w:t>
      </w:r>
    </w:p>
    <w:p>
      <w:r>
        <w:rPr>
          <w:rFonts w:ascii="Gentium Plus" w:hAnsi="Gentium Plus"/>
          <w:sz w:val="24"/>
        </w:rPr>
        <w:t>καὶ ἰδόντες πάντες διεγόγγυζον λέγοντες ὅτι Παρὰ ἁμαρτωλῷ ἀνδρὶ εἰσῆλθεν καταλῦσαι.</w:t>
      </w:r>
    </w:p>
    <w:p>
      <w:r>
        <w:rPr>
          <w:rFonts w:ascii="Courier New" w:hAnsi="Courier New"/>
          <w:color w:val="555555"/>
          <w:sz w:val="20"/>
        </w:rPr>
        <w:t>[Luc . 19 . 8]</w:t>
      </w:r>
    </w:p>
    <w:p>
      <w:r>
        <w:rPr>
          <w:rFonts w:ascii="Gentium Plus" w:hAnsi="Gentium Plus"/>
          <w:sz w:val="24"/>
        </w:rPr>
        <w:t>σταθεὶς δὲ Ζακχαῖος εἶπεν πρὸς τὸν κύριον, Ἰδοὺ τὰ ἡμίσειά μου τῶν ὑπαρχόντων, κύριε, τοῖς πτωχοῖς δίδωμι, καὶ εἴ τινός τι ἐσυκοφάντησα ἀποδίδωμι τετραπλοῦν.</w:t>
      </w:r>
    </w:p>
    <w:p>
      <w:r>
        <w:rPr>
          <w:rFonts w:ascii="Courier New" w:hAnsi="Courier New"/>
          <w:color w:val="555555"/>
          <w:sz w:val="20"/>
        </w:rPr>
        <w:t>[Luc . 19 . 9]</w:t>
      </w:r>
    </w:p>
    <w:p>
      <w:r>
        <w:rPr>
          <w:rFonts w:ascii="Gentium Plus" w:hAnsi="Gentium Plus"/>
          <w:sz w:val="24"/>
        </w:rPr>
        <w:t>εἶπεν δὲ πρὸς αὐτὸν ὁ Ἰησοῦς ὅτι Σήμερον σωτηρία τῷ οἴκῳ τούτῳ ἐγένετο, καθότι καὶ αὐτὸς υἱὸς Ἀβραάμ ἐστιν·</w:t>
      </w:r>
    </w:p>
    <w:p>
      <w:r>
        <w:rPr>
          <w:rFonts w:ascii="Courier New" w:hAnsi="Courier New"/>
          <w:color w:val="555555"/>
          <w:sz w:val="20"/>
        </w:rPr>
        <w:t>[Luc . 19 . 10]</w:t>
      </w:r>
    </w:p>
    <w:p>
      <w:r>
        <w:rPr>
          <w:rFonts w:ascii="Gentium Plus" w:hAnsi="Gentium Plus"/>
          <w:sz w:val="24"/>
        </w:rPr>
        <w:t>ἦλθεν γὰρ ὁ υἱὸς τοῦ ἀνθρώπου ζητῆσαι καὶ σῶσαι τὸ ἀπολωλός.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19 . 11]</w:t>
      </w:r>
    </w:p>
    <w:p>
      <w:r>
        <w:rPr>
          <w:rFonts w:ascii="Gentium Plus" w:hAnsi="Gentium Plus"/>
          <w:sz w:val="24"/>
        </w:rPr>
        <w:t>Ἀκουόντων δὲ αὐτῶν ταῦτα προσθεὶς εἶπεν παρα‐ βολὴν διὰ τὸ ἐγγὺς εἶναι Ἰερουσαλὴμ αὐτὸν καὶ δοκεῖν αὐτοὺς ὅτι παραχρῆμα μέλλει ἡ βασιλεία τοῦ θεοῦ ἀναφαίνεσθαι.</w:t>
      </w:r>
    </w:p>
    <w:p>
      <w:r>
        <w:rPr>
          <w:rFonts w:ascii="Courier New" w:hAnsi="Courier New"/>
          <w:color w:val="555555"/>
          <w:sz w:val="20"/>
        </w:rPr>
        <w:t>[Luc . 19 . 12]</w:t>
      </w:r>
    </w:p>
    <w:p>
      <w:r>
        <w:rPr>
          <w:rFonts w:ascii="Gentium Plus" w:hAnsi="Gentium Plus"/>
          <w:sz w:val="24"/>
        </w:rPr>
        <w:t>εἶπεν οὖν, Ἄνθρωπός τις εὐγενὴς ἐπο‐ ρεύθη εἰς χώραν μακρὰν λαβεῖν ἑαυτῷ βασιλείαν καὶ ὑποστρέψαι.</w:t>
      </w:r>
    </w:p>
    <w:p>
      <w:r>
        <w:rPr>
          <w:rFonts w:ascii="Courier New" w:hAnsi="Courier New"/>
          <w:color w:val="555555"/>
          <w:sz w:val="20"/>
        </w:rPr>
        <w:t>[Luc . 19 . 13]</w:t>
      </w:r>
    </w:p>
    <w:p>
      <w:r>
        <w:rPr>
          <w:rFonts w:ascii="Gentium Plus" w:hAnsi="Gentium Plus"/>
          <w:sz w:val="24"/>
        </w:rPr>
        <w:t>καλέσας δὲ δέκα δούλους ἑαυτοῦ ἔδωκεν αὐτοῖς δέκα μνᾶς καὶ εἶπεν πρὸς αὐτούς, Πραγματεύ‐ σασθε ἐν ᾧ ἔρχομαι.</w:t>
      </w:r>
    </w:p>
    <w:p>
      <w:r>
        <w:rPr>
          <w:rFonts w:ascii="Courier New" w:hAnsi="Courier New"/>
          <w:color w:val="555555"/>
          <w:sz w:val="20"/>
        </w:rPr>
        <w:t>[Luc . 19 . 14]</w:t>
      </w:r>
    </w:p>
    <w:p>
      <w:r>
        <w:rPr>
          <w:rFonts w:ascii="Gentium Plus" w:hAnsi="Gentium Plus"/>
          <w:sz w:val="24"/>
        </w:rPr>
        <w:t>οἱ δὲ πολῖται αὐτοῦ ἐμίσουν</w:t>
      </w:r>
    </w:p>
    <w:p>
      <w:r>
        <w:rPr>
          <w:rFonts w:ascii="Courier New" w:hAnsi="Courier New"/>
          <w:color w:val="555555"/>
          <w:sz w:val="20"/>
        </w:rPr>
        <w:t>[Luc . 19 . 15]</w:t>
      </w:r>
    </w:p>
    <w:p>
      <w:r>
        <w:rPr>
          <w:rFonts w:ascii="Gentium Plus" w:hAnsi="Gentium Plus"/>
          <w:sz w:val="24"/>
        </w:rPr>
        <w:t>Καὶ ἐγένετο ἐν τῷ ἐπανελθεῖν αὐτὸν λαβόντα τὴν βασιλείαν καὶ εἶπεν φωνηθῆναι αὐτῷ τοὺς δούλους τούτους οἷς δεδώκει τὸ ἀργύριον, ἵνα γνοῖ τί διεπραγματεύσαντο.</w:t>
      </w:r>
    </w:p>
    <w:p>
      <w:r>
        <w:rPr>
          <w:rFonts w:ascii="Courier New" w:hAnsi="Courier New"/>
          <w:color w:val="555555"/>
          <w:sz w:val="20"/>
        </w:rPr>
        <w:t>[Luc . 19 . 16]</w:t>
      </w:r>
    </w:p>
    <w:p>
      <w:r>
        <w:rPr>
          <w:rFonts w:ascii="Gentium Plus" w:hAnsi="Gentium Plus"/>
          <w:sz w:val="24"/>
        </w:rPr>
        <w:t>παρεγένετο δὲ ὁ πρῶτος λέγων, Κύριε, ἡ μνᾶ σου δέκα προσηργάσατο μνᾶς.</w:t>
      </w:r>
    </w:p>
    <w:p>
      <w:r>
        <w:rPr>
          <w:rFonts w:ascii="Courier New" w:hAnsi="Courier New"/>
          <w:color w:val="555555"/>
          <w:sz w:val="20"/>
        </w:rPr>
        <w:t>[Luc . 19 . 17]</w:t>
      </w:r>
    </w:p>
    <w:p>
      <w:r>
        <w:rPr>
          <w:rFonts w:ascii="Gentium Plus" w:hAnsi="Gentium Plus"/>
          <w:sz w:val="24"/>
        </w:rPr>
        <w:t>καὶ εἶπεν αὐτῷ, Εὖγε, ἀγαθὲ δοῦλε, ὅτι ἐν ἐλαχίστῳ πιστὸς ἐγένου, ἴσθι ἐξουσίαν ἔχων ἐπάνω δέκα πόλεων.</w:t>
      </w:r>
    </w:p>
    <w:p>
      <w:r>
        <w:rPr>
          <w:rFonts w:ascii="Courier New" w:hAnsi="Courier New"/>
          <w:color w:val="555555"/>
          <w:sz w:val="20"/>
        </w:rPr>
        <w:t>[Luc . 19 . 18]</w:t>
      </w:r>
    </w:p>
    <w:p>
      <w:r>
        <w:rPr>
          <w:rFonts w:ascii="Gentium Plus" w:hAnsi="Gentium Plus"/>
          <w:sz w:val="24"/>
        </w:rPr>
        <w:t>καὶ ἦλθεν ὁ δεύτερος λέγων, Ἡ μνᾶ σου, κύριε, ἐποίησεν πέντε μνᾶς.</w:t>
      </w:r>
    </w:p>
    <w:p>
      <w:r>
        <w:rPr>
          <w:rFonts w:ascii="Courier New" w:hAnsi="Courier New"/>
          <w:color w:val="555555"/>
          <w:sz w:val="20"/>
        </w:rPr>
        <w:t>[Luc . 19 . 19]</w:t>
      </w:r>
    </w:p>
    <w:p>
      <w:r>
        <w:rPr>
          <w:rFonts w:ascii="Gentium Plus" w:hAnsi="Gentium Plus"/>
          <w:sz w:val="24"/>
        </w:rPr>
        <w:t>εἶπεν δὲ καὶ τούτῳ, Καὶ σὺ ἐπάνω γίνου πέντε πόλεων.</w:t>
      </w:r>
    </w:p>
    <w:p>
      <w:r>
        <w:rPr>
          <w:rFonts w:ascii="Courier New" w:hAnsi="Courier New"/>
          <w:color w:val="555555"/>
          <w:sz w:val="20"/>
        </w:rPr>
        <w:t>[Luc . 19 . 20]</w:t>
      </w:r>
    </w:p>
    <w:p>
      <w:r>
        <w:rPr>
          <w:rFonts w:ascii="Gentium Plus" w:hAnsi="Gentium Plus"/>
          <w:sz w:val="24"/>
        </w:rPr>
        <w:t>καὶ ὁ ἕτερος ἦλθεν λέγων, Κύριε, ἰδοὺ ἡ μνᾶ σου ἣν εἶχον ἀποκειμέ‐ νην ἐν σουδαρίῳ·</w:t>
      </w:r>
    </w:p>
    <w:p>
      <w:r>
        <w:rPr>
          <w:rFonts w:ascii="Courier New" w:hAnsi="Courier New"/>
          <w:color w:val="555555"/>
          <w:sz w:val="20"/>
        </w:rPr>
        <w:t>[Luc . 19 . 21]</w:t>
      </w:r>
    </w:p>
    <w:p>
      <w:r>
        <w:rPr>
          <w:rFonts w:ascii="Gentium Plus" w:hAnsi="Gentium Plus"/>
          <w:sz w:val="24"/>
        </w:rPr>
        <w:t>ἐφοβούμην γάρ σε, ὅτι ἄνθρωπος αὐστηρὸς εἶ, αἴρεις ὃ οὐκ ἔθηκας καὶ θερίζεις ὃ οὐκ ἔσπειρας.</w:t>
      </w:r>
    </w:p>
    <w:p>
      <w:r>
        <w:rPr>
          <w:rFonts w:ascii="Courier New" w:hAnsi="Courier New"/>
          <w:color w:val="555555"/>
          <w:sz w:val="20"/>
        </w:rPr>
        <w:t>[Luc . 19 . 22]</w:t>
      </w:r>
    </w:p>
    <w:p>
      <w:r>
        <w:rPr>
          <w:rFonts w:ascii="Gentium Plus" w:hAnsi="Gentium Plus"/>
          <w:sz w:val="24"/>
        </w:rPr>
        <w:t>λέγει αὐτῷ, Ἐκ τοῦ στόματός σου κρίνω σε, πονηρὲ δοῦλε. ᾔδεις ὅτι ἐγὼ ἄνθρωπος αὐστηρός εἰμι, αἴρων ὃ οὐκ ἔθηκα καὶ θερίζων ὃ οὐκ ἔσπειρα;</w:t>
      </w:r>
    </w:p>
    <w:p>
      <w:r>
        <w:rPr>
          <w:rFonts w:ascii="Courier New" w:hAnsi="Courier New"/>
          <w:color w:val="555555"/>
          <w:sz w:val="20"/>
        </w:rPr>
        <w:t>[Luc . 19 . 23]</w:t>
      </w:r>
    </w:p>
    <w:p>
      <w:r>
        <w:rPr>
          <w:rFonts w:ascii="Gentium Plus" w:hAnsi="Gentium Plus"/>
          <w:sz w:val="24"/>
        </w:rPr>
        <w:t>καὶ διὰ τί οὐκ ἔδωκάς μου τὸ ἀργύριον ἐπὶ τράπεζαν; κἀγὼ ἐλθὼν σὺν τόκῳ ἂν αὐτὸ ἔπραξα.</w:t>
      </w:r>
    </w:p>
    <w:p>
      <w:r>
        <w:rPr>
          <w:rFonts w:ascii="Courier New" w:hAnsi="Courier New"/>
          <w:color w:val="555555"/>
          <w:sz w:val="20"/>
        </w:rPr>
        <w:t>[Luc . 19 . 24]</w:t>
      </w:r>
    </w:p>
    <w:p>
      <w:r>
        <w:rPr>
          <w:rFonts w:ascii="Gentium Plus" w:hAnsi="Gentium Plus"/>
          <w:sz w:val="24"/>
        </w:rPr>
        <w:t>καὶ τοῖς παρεστῶσιν εἶπεν, Ἄρατε ἀπ’ αὐτοῦ τὴν μνᾶν καὶ δότε τῷ τὰς δέκα μνᾶς ἔχοντι [</w:t>
      </w:r>
    </w:p>
    <w:p>
      <w:r>
        <w:rPr>
          <w:rFonts w:ascii="Courier New" w:hAnsi="Courier New"/>
          <w:color w:val="555555"/>
          <w:sz w:val="20"/>
        </w:rPr>
        <w:t>[Luc . 19 . 25]</w:t>
      </w:r>
    </w:p>
    <w:p>
      <w:r>
        <w:rPr>
          <w:rFonts w:ascii="Gentium Plus" w:hAnsi="Gentium Plus"/>
          <w:sz w:val="24"/>
        </w:rPr>
        <w:t>—καὶ εἶπαν αὐτῷ, Κύριε, ἔχει δέκα μνᾶς].</w:t>
      </w:r>
    </w:p>
    <w:p>
      <w:r>
        <w:rPr>
          <w:rFonts w:ascii="Courier New" w:hAnsi="Courier New"/>
          <w:color w:val="555555"/>
          <w:sz w:val="20"/>
        </w:rPr>
        <w:t>[Luc . 19 . 26]</w:t>
      </w:r>
    </w:p>
    <w:p>
      <w:r>
        <w:rPr>
          <w:rFonts w:ascii="Gentium Plus" w:hAnsi="Gentium Plus"/>
          <w:sz w:val="24"/>
        </w:rPr>
        <w:t>λέγω ὑμῖν ὅτι παντὶ τῷ ἔχοντι</w:t>
      </w:r>
    </w:p>
    <w:p>
      <w:r>
        <w:rPr>
          <w:rFonts w:ascii="Courier New" w:hAnsi="Courier New"/>
          <w:color w:val="555555"/>
          <w:sz w:val="20"/>
        </w:rPr>
        <w:t>[Luc . 19 . 27]</w:t>
      </w:r>
    </w:p>
    <w:p>
      <w:r>
        <w:rPr>
          <w:rFonts w:ascii="Gentium Plus" w:hAnsi="Gentium Plus"/>
          <w:sz w:val="24"/>
        </w:rPr>
        <w:t>πλὴν τοὺς ἐχθρούς μου τούτους τοὺς μὴ θελήσαντάς με βασιλεῦσαι ἐπ’ αὐτοὺς ἀγάγετε ὧδε καὶ κατασφάξατε αὐτοὺς ἔμπροσθέν μου.</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19 . 28]</w:t>
      </w:r>
    </w:p>
    <w:p>
      <w:r>
        <w:rPr>
          <w:rFonts w:ascii="Gentium Plus" w:hAnsi="Gentium Plus"/>
          <w:sz w:val="24"/>
        </w:rPr>
        <w:t>Καὶ εἰπὼν ταῦτα ἐπορεύετο ἔμπροσθεν ἀναβαίνων εἰς Ἱεροσόλυμα.</w:t>
      </w:r>
    </w:p>
    <w:p>
      <w:r>
        <w:rPr>
          <w:rFonts w:ascii="Courier New" w:hAnsi="Courier New"/>
          <w:color w:val="555555"/>
          <w:sz w:val="20"/>
        </w:rPr>
        <w:t>[Luc . 19 . 29]</w:t>
      </w:r>
    </w:p>
    <w:p>
      <w:r>
        <w:rPr>
          <w:rFonts w:ascii="Gentium Plus" w:hAnsi="Gentium Plus"/>
          <w:sz w:val="24"/>
        </w:rPr>
        <w:t>Καὶ ἐγένετο ὡς ἤγγισεν εἰς Βηθφαγὴ καὶ Βηθανιὰ πρὸς τὸ ὄρος τὸ καλούμενον Ἐλαιῶν, ἀπέ‐ στειλεν δύο τῶν μαθητῶν</w:t>
      </w:r>
    </w:p>
    <w:p>
      <w:r>
        <w:rPr>
          <w:rFonts w:ascii="Courier New" w:hAnsi="Courier New"/>
          <w:color w:val="555555"/>
          <w:sz w:val="20"/>
        </w:rPr>
        <w:t>[Luc . 19 . 30]</w:t>
      </w:r>
    </w:p>
    <w:p>
      <w:r>
        <w:rPr>
          <w:rFonts w:ascii="Gentium Plus" w:hAnsi="Gentium Plus"/>
          <w:sz w:val="24"/>
        </w:rPr>
        <w:t>λέγων, Ὑπάγετε εἰς τὴν κατέναντι κώμην, ἐν ᾗ εἰσπορευόμενοι εὑρήσετε πῶλον δεδεμένον, ἐφ’ ὃν οὐδεὶς πώποτε ἀνθρώπων ἐκάθισεν, καὶ λύσαντες αὐτὸν ἀγάγετε.</w:t>
      </w:r>
    </w:p>
    <w:p>
      <w:r>
        <w:rPr>
          <w:rFonts w:ascii="Courier New" w:hAnsi="Courier New"/>
          <w:color w:val="555555"/>
          <w:sz w:val="20"/>
        </w:rPr>
        <w:t>[Luc . 19 . 31]</w:t>
      </w:r>
    </w:p>
    <w:p>
      <w:r>
        <w:rPr>
          <w:rFonts w:ascii="Gentium Plus" w:hAnsi="Gentium Plus"/>
          <w:sz w:val="24"/>
        </w:rPr>
        <w:t>καὶ ἐάν τις ὑμᾶς ἐρωτᾷ, Διὰ τί λύετε; οὕτως ἐρεῖτε ὅτι Ὁ κύριος αὐτοῦ χρείαν ἔχει.</w:t>
      </w:r>
    </w:p>
    <w:p>
      <w:r>
        <w:rPr>
          <w:rFonts w:ascii="Courier New" w:hAnsi="Courier New"/>
          <w:color w:val="555555"/>
          <w:sz w:val="20"/>
        </w:rPr>
        <w:t>[Luc . 19 . 32]</w:t>
      </w:r>
    </w:p>
    <w:p>
      <w:r>
        <w:rPr>
          <w:rFonts w:ascii="Gentium Plus" w:hAnsi="Gentium Plus"/>
          <w:sz w:val="24"/>
        </w:rPr>
        <w:t>ἀπελθόντες δὲ οἱ ἀπεσταλμένοι εὗρον καθὼς εἶπεν αὐτοῖς.</w:t>
      </w:r>
    </w:p>
    <w:p>
      <w:r>
        <w:rPr>
          <w:rFonts w:ascii="Courier New" w:hAnsi="Courier New"/>
          <w:color w:val="555555"/>
          <w:sz w:val="20"/>
        </w:rPr>
        <w:t>[Luc . 19 . 33]</w:t>
      </w:r>
    </w:p>
    <w:p>
      <w:r>
        <w:rPr>
          <w:rFonts w:ascii="Gentium Plus" w:hAnsi="Gentium Plus"/>
          <w:sz w:val="24"/>
        </w:rPr>
        <w:t>λυόντων δὲ αὐτῶν τὸν πῶλον εἶπαν οἱ κύριοι αὐτοῦ πρὸς αὐτούς, Τί λύετε τὸν πῶλον;</w:t>
      </w:r>
    </w:p>
    <w:p>
      <w:r>
        <w:rPr>
          <w:rFonts w:ascii="Courier New" w:hAnsi="Courier New"/>
          <w:color w:val="555555"/>
          <w:sz w:val="20"/>
        </w:rPr>
        <w:t>[Luc . 19 . 34]</w:t>
      </w:r>
    </w:p>
    <w:p>
      <w:r>
        <w:rPr>
          <w:rFonts w:ascii="Gentium Plus" w:hAnsi="Gentium Plus"/>
          <w:sz w:val="24"/>
        </w:rPr>
        <w:t>οἱ δὲ εἶπαν ὅτι Ὁ κύριος αὐτοῦ χρείαν ἔχει.</w:t>
      </w:r>
    </w:p>
    <w:p>
      <w:r>
        <w:rPr>
          <w:rFonts w:ascii="Courier New" w:hAnsi="Courier New"/>
          <w:color w:val="555555"/>
          <w:sz w:val="20"/>
        </w:rPr>
        <w:t>[Luc . 19 . 35]</w:t>
      </w:r>
    </w:p>
    <w:p>
      <w:r>
        <w:rPr>
          <w:rFonts w:ascii="Gentium Plus" w:hAnsi="Gentium Plus"/>
          <w:sz w:val="24"/>
        </w:rPr>
        <w:t>καὶ ἤγαγον αὐτὸν πρὸς τὸν Ἰησοῦν, καὶ ἐπιρίψαντες αὐτῶν τὰ ἱμάτια ἐπὶ τὸν πῶλον ἐπεβίβασαν τὸν Ἰησοῦν.</w:t>
      </w:r>
    </w:p>
    <w:p>
      <w:r>
        <w:rPr>
          <w:rFonts w:ascii="Courier New" w:hAnsi="Courier New"/>
          <w:color w:val="555555"/>
          <w:sz w:val="20"/>
        </w:rPr>
        <w:t>[Luc . 19 . 36]</w:t>
      </w:r>
    </w:p>
    <w:p>
      <w:r>
        <w:rPr>
          <w:rFonts w:ascii="Gentium Plus" w:hAnsi="Gentium Plus"/>
          <w:sz w:val="24"/>
        </w:rPr>
        <w:t>πορευομένου δὲ αὐτοῦ ὑπεστρώννυον τὰ ἱμάτια αὐτῶν ἐν τῇ ὁδῷ.</w:t>
      </w:r>
    </w:p>
    <w:p>
      <w:r>
        <w:rPr>
          <w:rFonts w:ascii="Courier New" w:hAnsi="Courier New"/>
          <w:color w:val="555555"/>
          <w:sz w:val="20"/>
        </w:rPr>
        <w:t>[Luc . 19 . 37]</w:t>
      </w:r>
    </w:p>
    <w:p>
      <w:r>
        <w:rPr>
          <w:rFonts w:ascii="Gentium Plus" w:hAnsi="Gentium Plus"/>
          <w:sz w:val="24"/>
        </w:rPr>
        <w:t>Ἐγγίζοντος δὲ αὐτοῦ ἤδη πρὸς τῇ καταβάσει τοῦ Ὄρους τῶν Ἐλαιῶν ἤρξαντο ἅπαν τὸ πλῆθος τῶν μαθη‐ τῶν χαίροντες αἰνεῖν τὸν θεὸν φωνῇ μεγάλῃ περὶ πασῶν ὧν εἶδον δυνάμεων,</w:t>
      </w:r>
    </w:p>
    <w:p>
      <w:r>
        <w:rPr>
          <w:rFonts w:ascii="Courier New" w:hAnsi="Courier New"/>
          <w:color w:val="555555"/>
          <w:sz w:val="20"/>
        </w:rPr>
        <w:t>[Luc . 19 . 38]</w:t>
      </w:r>
    </w:p>
    <w:p>
      <w:r>
        <w:rPr>
          <w:rFonts w:ascii="Gentium Plus" w:hAnsi="Gentium Plus"/>
          <w:sz w:val="24"/>
        </w:rPr>
        <w:t>λέγοντες, Εὐλογημένος ὁ ἐρχόμενος</w:t>
      </w:r>
    </w:p>
    <w:p>
      <w:r>
        <w:rPr>
          <w:rFonts w:ascii="Courier New" w:hAnsi="Courier New"/>
          <w:color w:val="555555"/>
          <w:sz w:val="20"/>
        </w:rPr>
        <w:t>[5]</w:t>
      </w:r>
    </w:p>
    <w:p>
      <w:r>
        <w:rPr>
          <w:rFonts w:ascii="Gentium Plus" w:hAnsi="Gentium Plus"/>
          <w:sz w:val="24"/>
        </w:rPr>
        <w:t>καὶ δόξα ἐν ὑψίστοις.</w:t>
      </w:r>
    </w:p>
    <w:p>
      <w:r>
        <w:rPr>
          <w:rFonts w:ascii="Courier New" w:hAnsi="Courier New"/>
          <w:color w:val="555555"/>
          <w:sz w:val="20"/>
        </w:rPr>
        <w:t>[Luc . 19 . 39]</w:t>
      </w:r>
    </w:p>
    <w:p>
      <w:r>
        <w:rPr>
          <w:rFonts w:ascii="Gentium Plus" w:hAnsi="Gentium Plus"/>
          <w:sz w:val="24"/>
        </w:rPr>
        <w:t>καί τινες τῶν Φαρισαίων ἀπὸ τοῦ ὄχλου εἶπαν πρὸς αὐτόν, Διδάσκαλε, ἐπιτίμησον τοῖς μαθηταῖς σου.</w:t>
      </w:r>
    </w:p>
    <w:p>
      <w:r>
        <w:rPr>
          <w:rFonts w:ascii="Courier New" w:hAnsi="Courier New"/>
          <w:color w:val="555555"/>
          <w:sz w:val="20"/>
        </w:rPr>
        <w:t>[Luc . 19 . 40]</w:t>
      </w:r>
    </w:p>
    <w:p>
      <w:r>
        <w:rPr>
          <w:rFonts w:ascii="Gentium Plus" w:hAnsi="Gentium Plus"/>
          <w:sz w:val="24"/>
        </w:rPr>
        <w:t>καὶ ἀποκριθεὶς εἶπεν, Λέγω ὑμῖν, ἐὰν οὗτοι σιωπήσουσιν, οἱ λίθοι κράξουσιν.</w:t>
      </w:r>
    </w:p>
    <w:p>
      <w:r>
        <w:rPr>
          <w:rFonts w:ascii="Courier New" w:hAnsi="Courier New"/>
          <w:color w:val="555555"/>
          <w:sz w:val="20"/>
        </w:rPr>
        <w:t>[Luc . 19 . 41]</w:t>
      </w:r>
    </w:p>
    <w:p>
      <w:r>
        <w:rPr>
          <w:rFonts w:ascii="Gentium Plus" w:hAnsi="Gentium Plus"/>
          <w:sz w:val="24"/>
        </w:rPr>
        <w:t>Καὶ ὡς ἤγγισεν, ἰδὼν τὴν πόλιν ἔκλαυσεν ἐπ’ αὐτήν,</w:t>
      </w:r>
    </w:p>
    <w:p>
      <w:r>
        <w:rPr>
          <w:rFonts w:ascii="Courier New" w:hAnsi="Courier New"/>
          <w:color w:val="555555"/>
          <w:sz w:val="20"/>
        </w:rPr>
        <w:t>[Luc . 19 . 42]</w:t>
      </w:r>
    </w:p>
    <w:p>
      <w:r>
        <w:rPr>
          <w:rFonts w:ascii="Gentium Plus" w:hAnsi="Gentium Plus"/>
          <w:sz w:val="24"/>
        </w:rPr>
        <w:t>λέγων ὅτι Εἰ ἔγνως ἐν τῇ ἡμέρᾳ ταύτῃ καὶ σὺ τὰ πρὸς εἰρήνην—νῦν δὲ ἐκρύβη ἀπὸ ὀφθαλμῶν σου.</w:t>
      </w:r>
    </w:p>
    <w:p>
      <w:r>
        <w:rPr>
          <w:rFonts w:ascii="Courier New" w:hAnsi="Courier New"/>
          <w:color w:val="555555"/>
          <w:sz w:val="20"/>
        </w:rPr>
        <w:t>[Luc . 19 . 43]</w:t>
      </w:r>
    </w:p>
    <w:p>
      <w:r>
        <w:rPr>
          <w:rFonts w:ascii="Gentium Plus" w:hAnsi="Gentium Plus"/>
          <w:sz w:val="24"/>
        </w:rPr>
        <w:t>ὅτι ἥξουσιν ἡμέραι ἐπὶ σὲ καὶ παρεμβαλοῦσιν οἱ ἐχθροί σου χάρακά σοι καὶ περικυκλώσουσίν σε καὶ συνέξουσίν σε πάντοθεν,</w:t>
      </w:r>
    </w:p>
    <w:p>
      <w:r>
        <w:rPr>
          <w:rFonts w:ascii="Courier New" w:hAnsi="Courier New"/>
          <w:color w:val="555555"/>
          <w:sz w:val="20"/>
        </w:rPr>
        <w:t>[Luc . 19 . 44]</w:t>
      </w:r>
    </w:p>
    <w:p>
      <w:r>
        <w:rPr>
          <w:rFonts w:ascii="Gentium Plus" w:hAnsi="Gentium Plus"/>
          <w:sz w:val="24"/>
        </w:rPr>
        <w:t>καὶ ἐδαφιοῦσίν σε καὶ τὰ τέκνα σου ἐν σοί, καὶ οὐκ ἀφήσουσιν λίθον ἐπὶ λίθον ἐν</w:t>
      </w:r>
    </w:p>
    <w:p>
      <w:r>
        <w:rPr>
          <w:rFonts w:ascii="Courier New" w:hAnsi="Courier New"/>
          <w:color w:val="555555"/>
          <w:sz w:val="20"/>
        </w:rPr>
        <w:t>[Luc . 19 . 45]</w:t>
      </w:r>
    </w:p>
    <w:p>
      <w:r>
        <w:rPr>
          <w:rFonts w:ascii="Gentium Plus" w:hAnsi="Gentium Plus"/>
          <w:sz w:val="24"/>
        </w:rPr>
        <w:t>Καὶ εἰσελθὼν εἰς τὸ ἱερὸν ἤρξατο ἐκβάλλειν τοὺς πωλοῦντας,</w:t>
      </w:r>
    </w:p>
    <w:p>
      <w:r>
        <w:rPr>
          <w:rFonts w:ascii="Courier New" w:hAnsi="Courier New"/>
          <w:color w:val="555555"/>
          <w:sz w:val="20"/>
        </w:rPr>
        <w:t>[Luc . 19 . 46]</w:t>
      </w:r>
    </w:p>
    <w:p>
      <w:r>
        <w:rPr>
          <w:rFonts w:ascii="Gentium Plus" w:hAnsi="Gentium Plus"/>
          <w:sz w:val="24"/>
        </w:rPr>
        <w:t>λέγων αὐτοῖς, Γέγραπται, Καὶ ἔσται ὁ οἶκός μου οἶκος προσευχῆς, ὑμεῖς δὲ αὐτὸν ἐποιήσατε σπήλαιον λῃστῶν.</w:t>
      </w:r>
    </w:p>
    <w:p>
      <w:r>
        <w:rPr>
          <w:rFonts w:ascii="Courier New" w:hAnsi="Courier New"/>
          <w:color w:val="555555"/>
          <w:sz w:val="20"/>
        </w:rPr>
        <w:t>[Luc . 19 . 47]</w:t>
      </w:r>
    </w:p>
    <w:p>
      <w:r>
        <w:rPr>
          <w:rFonts w:ascii="Gentium Plus" w:hAnsi="Gentium Plus"/>
          <w:sz w:val="24"/>
        </w:rPr>
        <w:t>Καὶ ἦν διδάσκων τὸ καθ’ ἡμέραν ἐν τῷ ἱερῷ. οἱ δὲ ἀρχιερεῖς καὶ οἱ γραμματεῖς ἐζήτουν αὐτὸν ἀπολέσαι καὶ οἱ πρῶτοι τοῦ λαοῦ·</w:t>
      </w:r>
    </w:p>
    <w:p>
      <w:r>
        <w:rPr>
          <w:rFonts w:ascii="Courier New" w:hAnsi="Courier New"/>
          <w:color w:val="555555"/>
          <w:sz w:val="20"/>
        </w:rPr>
        <w:t>[Luc . 19 . 48]</w:t>
      </w:r>
    </w:p>
    <w:p>
      <w:r>
        <w:rPr>
          <w:rFonts w:ascii="Gentium Plus" w:hAnsi="Gentium Plus"/>
          <w:sz w:val="24"/>
        </w:rPr>
        <w:t>καὶ οὐχ εὕρισκον τὸ τί ποιήσωσιν, ὁ λαὸς γὰρ ἅπας ἐξεκρέματο αὐτοῦ ἀκούων.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20 . 1]</w:t>
      </w:r>
    </w:p>
    <w:p>
      <w:r>
        <w:rPr>
          <w:rFonts w:ascii="Gentium Plus" w:hAnsi="Gentium Plus"/>
          <w:sz w:val="24"/>
        </w:rPr>
        <w:t>Καὶ ἐγένετο ἐν μιᾷ τῶν ἡμερῶν διδάσκοντος αὐτοῦ τὸν λαὸν ἐν τῷ ἱερῷ καὶ εὐαγγελιζομένου ἐπέστησαν οἱ ἀρχιερεῖς καὶ οἱ γραμματεῖς σὺν τοῖς πρεσβυτέροις,</w:t>
      </w:r>
    </w:p>
    <w:p>
      <w:r>
        <w:rPr>
          <w:rFonts w:ascii="Courier New" w:hAnsi="Courier New"/>
          <w:color w:val="555555"/>
          <w:sz w:val="20"/>
        </w:rPr>
        <w:t>[Luc . 20 . 2]</w:t>
      </w:r>
    </w:p>
    <w:p>
      <w:r>
        <w:rPr>
          <w:rFonts w:ascii="Gentium Plus" w:hAnsi="Gentium Plus"/>
          <w:sz w:val="24"/>
        </w:rPr>
        <w:t>καὶ εἶπαν λέγοντες πρὸς αὐτόν, Εἰπὸν ἡμῖν ἐν ποίᾳ ἐξουσίᾳ ταῦτα ποιεῖς, ἢ τίς ἐστιν ὁ δούς σοι τὴν ἐξουσίαν ταύ‐ την.</w:t>
      </w:r>
    </w:p>
    <w:p>
      <w:r>
        <w:rPr>
          <w:rFonts w:ascii="Courier New" w:hAnsi="Courier New"/>
          <w:color w:val="555555"/>
          <w:sz w:val="20"/>
        </w:rPr>
        <w:t>[Luc . 20 . 3]</w:t>
      </w:r>
    </w:p>
    <w:p>
      <w:r>
        <w:rPr>
          <w:rFonts w:ascii="Gentium Plus" w:hAnsi="Gentium Plus"/>
          <w:sz w:val="24"/>
        </w:rPr>
        <w:t>ἀποκριθεὶς δὲ εἶπεν πρὸς αὐτούς, Ἐρωτήσω ὑμᾶς κἀγὼ λόγον, καὶ εἴπατέ μοι·</w:t>
      </w:r>
    </w:p>
    <w:p>
      <w:r>
        <w:rPr>
          <w:rFonts w:ascii="Courier New" w:hAnsi="Courier New"/>
          <w:color w:val="555555"/>
          <w:sz w:val="20"/>
        </w:rPr>
        <w:t>[Luc . 20 . 4]</w:t>
      </w:r>
    </w:p>
    <w:p>
      <w:r>
        <w:rPr>
          <w:rFonts w:ascii="Gentium Plus" w:hAnsi="Gentium Plus"/>
          <w:sz w:val="24"/>
        </w:rPr>
        <w:t>Τὸ βάπτισμα Ἰωάννου ἐξ οὐρανοῦ ἦν ἢ ἐξ ἀνθρώπων;</w:t>
      </w:r>
    </w:p>
    <w:p>
      <w:r>
        <w:rPr>
          <w:rFonts w:ascii="Courier New" w:hAnsi="Courier New"/>
          <w:color w:val="555555"/>
          <w:sz w:val="20"/>
        </w:rPr>
        <w:t>[Luc . 20 . 5]</w:t>
      </w:r>
    </w:p>
    <w:p>
      <w:r>
        <w:rPr>
          <w:rFonts w:ascii="Gentium Plus" w:hAnsi="Gentium Plus"/>
          <w:sz w:val="24"/>
        </w:rPr>
        <w:t>οἱ δὲ συνελο‐ γίσαντο πρὸς ἑαυτοὺς λέγοντες ὅτι Ἐὰν εἴπωμεν, Ἐξ οὐρανοῦ, ἐρεῖ, Διὰ τί οὐκ ἐπιστεύσατε αὐτῷ;</w:t>
      </w:r>
    </w:p>
    <w:p>
      <w:r>
        <w:rPr>
          <w:rFonts w:ascii="Courier New" w:hAnsi="Courier New"/>
          <w:color w:val="555555"/>
          <w:sz w:val="20"/>
        </w:rPr>
        <w:t>[Luc . 20 . 6]</w:t>
      </w:r>
    </w:p>
    <w:p>
      <w:r>
        <w:rPr>
          <w:rFonts w:ascii="Gentium Plus" w:hAnsi="Gentium Plus"/>
          <w:sz w:val="24"/>
        </w:rPr>
        <w:t>ἐὰν δὲ εἴπωμεν, Ἐξ ἀνθρώπων, ὁ λαὸς ἅπας καταλιθάσει ἡμᾶς, πεπεισμένος γάρ ἐστιν Ἰωάννην προφήτην εἶναι.</w:t>
      </w:r>
    </w:p>
    <w:p>
      <w:r>
        <w:rPr>
          <w:rFonts w:ascii="Courier New" w:hAnsi="Courier New"/>
          <w:color w:val="555555"/>
          <w:sz w:val="20"/>
        </w:rPr>
        <w:t>[Luc . 20 . 7]</w:t>
      </w:r>
    </w:p>
    <w:p>
      <w:r>
        <w:rPr>
          <w:rFonts w:ascii="Gentium Plus" w:hAnsi="Gentium Plus"/>
          <w:sz w:val="24"/>
        </w:rPr>
        <w:t>καὶ ἀπεκρίθησαν μὴ εἰδέναι πόθεν.</w:t>
      </w:r>
    </w:p>
    <w:p>
      <w:r>
        <w:rPr>
          <w:rFonts w:ascii="Courier New" w:hAnsi="Courier New"/>
          <w:color w:val="555555"/>
          <w:sz w:val="20"/>
        </w:rPr>
        <w:t>[Luc . 20 . 8]</w:t>
      </w:r>
    </w:p>
    <w:p>
      <w:r>
        <w:rPr>
          <w:rFonts w:ascii="Gentium Plus" w:hAnsi="Gentium Plus"/>
          <w:sz w:val="24"/>
        </w:rPr>
        <w:t>καὶ ὁ Ἰησοῦς εἶπεν αὐτοῖς, Οὐδὲ ἐγὼ λέγω ὑμῖν ἐν ποίᾳ ἐξουσίᾳ</w:t>
      </w:r>
    </w:p>
    <w:p>
      <w:r>
        <w:rPr>
          <w:rFonts w:ascii="Courier New" w:hAnsi="Courier New"/>
          <w:color w:val="555555"/>
          <w:sz w:val="20"/>
        </w:rPr>
        <w:t>[Luc . 20 . 9]</w:t>
      </w:r>
    </w:p>
    <w:p>
      <w:r>
        <w:rPr>
          <w:rFonts w:ascii="Gentium Plus" w:hAnsi="Gentium Plus"/>
          <w:sz w:val="24"/>
        </w:rPr>
        <w:t>Ἤρξατο δὲ πρὸς τὸν λαὸν λέγειν τὴν παραβολὴν ταύτην· Ἄνθρωπός [τις] ἐφύτευσεν ἀμπελῶνα, καὶ ἐξέ‐ δετο αὐτὸν γεωργοῖς, καὶ ἀπεδήμησεν χρόνους ἱκανούς.</w:t>
      </w:r>
    </w:p>
    <w:p>
      <w:r>
        <w:rPr>
          <w:rFonts w:ascii="Courier New" w:hAnsi="Courier New"/>
          <w:color w:val="555555"/>
          <w:sz w:val="20"/>
        </w:rPr>
        <w:t>[Luc . 20 . 10]</w:t>
      </w:r>
    </w:p>
    <w:p>
      <w:r>
        <w:rPr>
          <w:rFonts w:ascii="Gentium Plus" w:hAnsi="Gentium Plus"/>
          <w:sz w:val="24"/>
        </w:rPr>
        <w:t>καὶ καιρῷ ἀπέστειλεν πρὸς τοὺς γεωργοὺς δοῦλον, ἵνα ἀπὸ τοῦ καρποῦ τοῦ ἀμπελῶνος δώσουσιν αὐτῷ· οἱ δὲ γεωργοὶ ἐξαπέστειλαν αὐτὸν δείραντες κενόν.</w:t>
      </w:r>
    </w:p>
    <w:p>
      <w:r>
        <w:rPr>
          <w:rFonts w:ascii="Courier New" w:hAnsi="Courier New"/>
          <w:color w:val="555555"/>
          <w:sz w:val="20"/>
        </w:rPr>
        <w:t>[Luc . 20 . 11]</w:t>
      </w:r>
    </w:p>
    <w:p>
      <w:r>
        <w:rPr>
          <w:rFonts w:ascii="Gentium Plus" w:hAnsi="Gentium Plus"/>
          <w:sz w:val="24"/>
        </w:rPr>
        <w:t>καὶ προσέθετο ἕτερον πέμψαι δοῦλον· οἱ δὲ κἀκεῖνον δείραντες καὶ ἀτιμάσαντες ἐξαπέστειλαν κενόν.</w:t>
      </w:r>
    </w:p>
    <w:p>
      <w:r>
        <w:rPr>
          <w:rFonts w:ascii="Courier New" w:hAnsi="Courier New"/>
          <w:color w:val="555555"/>
          <w:sz w:val="20"/>
        </w:rPr>
        <w:t>[Luc . 20 . 12]</w:t>
      </w:r>
    </w:p>
    <w:p>
      <w:r>
        <w:rPr>
          <w:rFonts w:ascii="Gentium Plus" w:hAnsi="Gentium Plus"/>
          <w:sz w:val="24"/>
        </w:rPr>
        <w:t>καὶ προσέθετο τρίτον πέμψαι· οἱ δὲ καὶ τοῦτον τραυματίσαντες ἐξέβαλον.</w:t>
      </w:r>
    </w:p>
    <w:p>
      <w:r>
        <w:rPr>
          <w:rFonts w:ascii="Courier New" w:hAnsi="Courier New"/>
          <w:color w:val="555555"/>
          <w:sz w:val="20"/>
        </w:rPr>
        <w:t>[Luc . 20 . 13]</w:t>
      </w:r>
    </w:p>
    <w:p>
      <w:r>
        <w:rPr>
          <w:rFonts w:ascii="Gentium Plus" w:hAnsi="Gentium Plus"/>
          <w:sz w:val="24"/>
        </w:rPr>
        <w:t>εἶπεν δὲ ὁ κύριος τοῦ ἀμπελῶνος, Τί ποιήσω; πέμψω τὸν υἱόν μου τὸν ἀγαπητόν· ἴσως τοῦτον ἐντραπήσονται.</w:t>
      </w:r>
    </w:p>
    <w:p>
      <w:r>
        <w:rPr>
          <w:rFonts w:ascii="Courier New" w:hAnsi="Courier New"/>
          <w:color w:val="555555"/>
          <w:sz w:val="20"/>
        </w:rPr>
        <w:t>[Luc . 20 . 14]</w:t>
      </w:r>
    </w:p>
    <w:p>
      <w:r>
        <w:rPr>
          <w:rFonts w:ascii="Gentium Plus" w:hAnsi="Gentium Plus"/>
          <w:sz w:val="24"/>
        </w:rPr>
        <w:t>ἰδόντες δὲ αὐτὸν οἱ γεωργοὶ διελογίζοντο πρὸς ἀλλή‐ λους λέγοντες, Οὗτός ἐστιν ὁ κληρονόμος· ἀποκτείνωμεν αὐτόν, ἵνα ἡμῶν γένηται ἡ κληρονομία.</w:t>
      </w:r>
    </w:p>
    <w:p>
      <w:r>
        <w:rPr>
          <w:rFonts w:ascii="Courier New" w:hAnsi="Courier New"/>
          <w:color w:val="555555"/>
          <w:sz w:val="20"/>
        </w:rPr>
        <w:t>[Luc . 20 . 15]</w:t>
      </w:r>
    </w:p>
    <w:p>
      <w:r>
        <w:rPr>
          <w:rFonts w:ascii="Gentium Plus" w:hAnsi="Gentium Plus"/>
          <w:sz w:val="24"/>
        </w:rPr>
        <w:t>καὶ ἐκβα‐ λόντες αὐτὸν ἔξω τοῦ ἀμπελῶνος ἀπέκτειναν. τί οὖν ποιήσει αὐτοῖς ὁ κύριος τοῦ ἀμπελῶνος;</w:t>
      </w:r>
    </w:p>
    <w:p>
      <w:r>
        <w:rPr>
          <w:rFonts w:ascii="Courier New" w:hAnsi="Courier New"/>
          <w:color w:val="555555"/>
          <w:sz w:val="20"/>
        </w:rPr>
        <w:t>[Luc . 20 . 16]</w:t>
      </w:r>
    </w:p>
    <w:p>
      <w:r>
        <w:rPr>
          <w:rFonts w:ascii="Gentium Plus" w:hAnsi="Gentium Plus"/>
          <w:sz w:val="24"/>
        </w:rPr>
        <w:t>ἐλεύσεται καὶ ἀπολέσει τοὺς γεωργοὺς τούτους, καὶ δώσει τὸν ἀμπελῶνα ἄλλοις. ἀκούσαντες δὲ εἶπαν, Μὴ γένοιτο.</w:t>
      </w:r>
    </w:p>
    <w:p>
      <w:r>
        <w:rPr>
          <w:rFonts w:ascii="Courier New" w:hAnsi="Courier New"/>
          <w:color w:val="555555"/>
          <w:sz w:val="20"/>
        </w:rPr>
        <w:t>[Luc . 20 . 17]</w:t>
      </w:r>
    </w:p>
    <w:p>
      <w:r>
        <w:rPr>
          <w:rFonts w:ascii="Gentium Plus" w:hAnsi="Gentium Plus"/>
          <w:sz w:val="24"/>
        </w:rPr>
        <w:t>ὁ δὲ ἐμβλέψας αὐτοῖς εἶπεν, Τί οὖν ἐστιν τὸ γεγραμ‐ μένον τοῦτο· Λίθον ὃν ἀπεδοκίμασαν οἱ οἰκοδομοῦντες, οὗτος ἐγενήθη εἰς κεφαλὴν γωνίας;</w:t>
      </w:r>
    </w:p>
    <w:p>
      <w:r>
        <w:rPr>
          <w:rFonts w:ascii="Courier New" w:hAnsi="Courier New"/>
          <w:color w:val="555555"/>
          <w:sz w:val="20"/>
        </w:rPr>
        <w:t>[Luc . 20 . 18]</w:t>
      </w:r>
    </w:p>
    <w:p>
      <w:r>
        <w:rPr>
          <w:rFonts w:ascii="Gentium Plus" w:hAnsi="Gentium Plus"/>
          <w:sz w:val="24"/>
        </w:rPr>
        <w:t>πᾶς ὁ πεσὼν ἐπ’ ἐκεῖνον τὸν λίθον συνθλασθήσεται· ἐφ’ ὃν δ’ ἂν πέσῃ, λικμήσει αὐτόν.</w:t>
      </w:r>
    </w:p>
    <w:p>
      <w:r>
        <w:rPr>
          <w:rFonts w:ascii="Courier New" w:hAnsi="Courier New"/>
          <w:color w:val="555555"/>
          <w:sz w:val="20"/>
        </w:rPr>
        <w:t>[Luc . 20 . 19]</w:t>
      </w:r>
    </w:p>
    <w:p>
      <w:r>
        <w:rPr>
          <w:rFonts w:ascii="Gentium Plus" w:hAnsi="Gentium Plus"/>
          <w:sz w:val="24"/>
        </w:rPr>
        <w:t>Καὶ ἐζήτησαν οἱ</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20 . 20]</w:t>
      </w:r>
    </w:p>
    <w:p>
      <w:r>
        <w:rPr>
          <w:rFonts w:ascii="Gentium Plus" w:hAnsi="Gentium Plus"/>
          <w:sz w:val="24"/>
        </w:rPr>
        <w:t>Καὶ παρατηρήσαντες ἀπέστειλαν ἐγκαθέτους ὑπο‐ κρινομένους ἑαυτοὺς δικαίους εἶναι, ἵνα ἐπιλάβωνται αὐτοῦ λόγου, ὥστε παραδοῦναι αὐτὸν τῇ ἀρχῇ καὶ τῇ ἐξουσίᾳ τοῦ ἡγεμόνος.</w:t>
      </w:r>
    </w:p>
    <w:p>
      <w:r>
        <w:rPr>
          <w:rFonts w:ascii="Courier New" w:hAnsi="Courier New"/>
          <w:color w:val="555555"/>
          <w:sz w:val="20"/>
        </w:rPr>
        <w:t>[Luc . 20 . 21]</w:t>
      </w:r>
    </w:p>
    <w:p>
      <w:r>
        <w:rPr>
          <w:rFonts w:ascii="Gentium Plus" w:hAnsi="Gentium Plus"/>
          <w:sz w:val="24"/>
        </w:rPr>
        <w:t>καὶ ἐπηρώτησαν αὐτὸν λέγοντες, Διδάσκαλε, οἴδαμεν ὅτι ὀρθῶς λέγεις καὶ διδάσκεις καὶ οὐ λαμβάνεις πρόσωπον, ἀλλ’ ἐπ’ ἀληθείας τὴν ὁδὸν τοῦ θεοῦ διδάσκεις·</w:t>
      </w:r>
    </w:p>
    <w:p>
      <w:r>
        <w:rPr>
          <w:rFonts w:ascii="Courier New" w:hAnsi="Courier New"/>
          <w:color w:val="555555"/>
          <w:sz w:val="20"/>
        </w:rPr>
        <w:t>[Luc . 20 . 22]</w:t>
      </w:r>
    </w:p>
    <w:p>
      <w:r>
        <w:rPr>
          <w:rFonts w:ascii="Gentium Plus" w:hAnsi="Gentium Plus"/>
          <w:sz w:val="24"/>
        </w:rPr>
        <w:t>ἔξεστιν ἡμᾶς Καίσαρι φόρον δοῦναι ἢ οὔ;</w:t>
      </w:r>
    </w:p>
    <w:p>
      <w:r>
        <w:rPr>
          <w:rFonts w:ascii="Courier New" w:hAnsi="Courier New"/>
          <w:color w:val="555555"/>
          <w:sz w:val="20"/>
        </w:rPr>
        <w:t>[Luc . 20 . 23]</w:t>
      </w:r>
    </w:p>
    <w:p>
      <w:r>
        <w:rPr>
          <w:rFonts w:ascii="Gentium Plus" w:hAnsi="Gentium Plus"/>
          <w:sz w:val="24"/>
        </w:rPr>
        <w:t>κατανοήσας δὲ αὐτῶν τὴν πανουργίαν εἶπεν πρὸς αὐτούς,</w:t>
      </w:r>
    </w:p>
    <w:p>
      <w:r>
        <w:rPr>
          <w:rFonts w:ascii="Courier New" w:hAnsi="Courier New"/>
          <w:color w:val="555555"/>
          <w:sz w:val="20"/>
        </w:rPr>
        <w:t>[Luc . 20 . 24]</w:t>
      </w:r>
    </w:p>
    <w:p>
      <w:r>
        <w:rPr>
          <w:rFonts w:ascii="Gentium Plus" w:hAnsi="Gentium Plus"/>
          <w:sz w:val="24"/>
        </w:rPr>
        <w:t>Δείξατέ μοι δηνάριον· τίνος ἔχει εἰκόνα καὶ ἐπιγραφήν; οἱ δὲ εἶπαν, Καίσαρος.</w:t>
      </w:r>
    </w:p>
    <w:p>
      <w:r>
        <w:rPr>
          <w:rFonts w:ascii="Courier New" w:hAnsi="Courier New"/>
          <w:color w:val="555555"/>
          <w:sz w:val="20"/>
        </w:rPr>
        <w:t>[Luc . 20 . 25]</w:t>
      </w:r>
    </w:p>
    <w:p>
      <w:r>
        <w:rPr>
          <w:rFonts w:ascii="Gentium Plus" w:hAnsi="Gentium Plus"/>
          <w:sz w:val="24"/>
        </w:rPr>
        <w:t>ὁ δὲ εἶπεν πρὸς αὐτούς, Τοίνυν ἀπόδοτε τὰ Καίσαρος Καίσαρι καὶ τὰ τοῦ θεοῦ τῷ θεῷ.</w:t>
      </w:r>
    </w:p>
    <w:p>
      <w:r>
        <w:rPr>
          <w:rFonts w:ascii="Courier New" w:hAnsi="Courier New"/>
          <w:color w:val="555555"/>
          <w:sz w:val="20"/>
        </w:rPr>
        <w:t>[Luc . 20 . 26]</w:t>
      </w:r>
    </w:p>
    <w:p>
      <w:r>
        <w:rPr>
          <w:rFonts w:ascii="Gentium Plus" w:hAnsi="Gentium Plus"/>
          <w:sz w:val="24"/>
        </w:rPr>
        <w:t>καὶ οὐκ ἴσχυσαν ἐπιλαβέσθαι αὐτοῦ ῥήματος ἐναντίον τοῦ λαοῦ, καὶ θαυμάσαντες ἐπὶ τῇ ἀποκρίσει αὐτοῦ ἐσίγησαν.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20 . 27]</w:t>
      </w:r>
    </w:p>
    <w:p>
      <w:r>
        <w:rPr>
          <w:rFonts w:ascii="Gentium Plus" w:hAnsi="Gentium Plus"/>
          <w:sz w:val="24"/>
        </w:rPr>
        <w:t>Προσελθόντες δέ τινες τῶν Σαδδουκαίων, οἱ ἀντι‐ λέγοντες ἀνάστασιν μὴ εἶναι, ἐπηρώτησαν αὐτὸν</w:t>
      </w:r>
    </w:p>
    <w:p>
      <w:r>
        <w:rPr>
          <w:rFonts w:ascii="Courier New" w:hAnsi="Courier New"/>
          <w:color w:val="555555"/>
          <w:sz w:val="20"/>
        </w:rPr>
        <w:t>[Luc . 20 . 28]</w:t>
      </w:r>
    </w:p>
    <w:p>
      <w:r>
        <w:rPr>
          <w:rFonts w:ascii="Gentium Plus" w:hAnsi="Gentium Plus"/>
          <w:sz w:val="24"/>
        </w:rPr>
        <w:t>λέ‐ γοντες, Διδάσκαλε, Μωϋσῆς ἔγραψεν ἡμῖν, ἐάν τινος ἀδελφὸς ἀποθάνῃ ἔχων γυναῖκα, καὶ οὗτος ἄτεκνος ᾖ, ἵνα λάβῃ ὁ ἀδελφὸς αὐτοῦ τὴν γυναῖκα καὶ ἐξαναστήσῃ</w:t>
      </w:r>
    </w:p>
    <w:p>
      <w:r>
        <w:rPr>
          <w:rFonts w:ascii="Courier New" w:hAnsi="Courier New"/>
          <w:color w:val="555555"/>
          <w:sz w:val="20"/>
        </w:rPr>
        <w:t>[5]</w:t>
      </w:r>
    </w:p>
    <w:p>
      <w:r>
        <w:rPr>
          <w:rFonts w:ascii="Gentium Plus" w:hAnsi="Gentium Plus"/>
          <w:sz w:val="24"/>
        </w:rPr>
        <w:t>σπέρμα τῷ ἀδελφῷ αὐτοῦ.</w:t>
      </w:r>
    </w:p>
    <w:p>
      <w:r>
        <w:rPr>
          <w:rFonts w:ascii="Courier New" w:hAnsi="Courier New"/>
          <w:color w:val="555555"/>
          <w:sz w:val="20"/>
        </w:rPr>
        <w:t>[Luc . 20 . 29]</w:t>
      </w:r>
    </w:p>
    <w:p>
      <w:r>
        <w:rPr>
          <w:rFonts w:ascii="Gentium Plus" w:hAnsi="Gentium Plus"/>
          <w:sz w:val="24"/>
        </w:rPr>
        <w:t>ἑπτὰ οὖν ἀδελφοὶ ἦσαν· καὶ ὁ πρῶτος λαβὼν γυναῖκα ἀπέθανεν ἄτεκνος·</w:t>
      </w:r>
    </w:p>
    <w:p>
      <w:r>
        <w:rPr>
          <w:rFonts w:ascii="Courier New" w:hAnsi="Courier New"/>
          <w:color w:val="555555"/>
          <w:sz w:val="20"/>
        </w:rPr>
        <w:t>[Luc . 20 . 30]</w:t>
      </w:r>
    </w:p>
    <w:p>
      <w:r>
        <w:rPr>
          <w:rFonts w:ascii="Gentium Plus" w:hAnsi="Gentium Plus"/>
          <w:sz w:val="24"/>
        </w:rPr>
        <w:t>καὶ ὁ δεύτερος</w:t>
      </w:r>
    </w:p>
    <w:p>
      <w:r>
        <w:rPr>
          <w:rFonts w:ascii="Courier New" w:hAnsi="Courier New"/>
          <w:color w:val="555555"/>
          <w:sz w:val="20"/>
        </w:rPr>
        <w:t>[Luc . 20 . 31]</w:t>
      </w:r>
    </w:p>
    <w:p>
      <w:r>
        <w:rPr>
          <w:rFonts w:ascii="Gentium Plus" w:hAnsi="Gentium Plus"/>
          <w:sz w:val="24"/>
        </w:rPr>
        <w:t>καὶ ὁ τρίτος ἔλαβεν αὐτήν, ὡσαύτως δὲ καὶ οἱ ἑπτὰ οὐ κατέλιπον τέκνα καὶ ἀπέθανον.</w:t>
      </w:r>
    </w:p>
    <w:p>
      <w:r>
        <w:rPr>
          <w:rFonts w:ascii="Courier New" w:hAnsi="Courier New"/>
          <w:color w:val="555555"/>
          <w:sz w:val="20"/>
        </w:rPr>
        <w:t>[Luc . 20 . 32]</w:t>
      </w:r>
    </w:p>
    <w:p>
      <w:r>
        <w:rPr>
          <w:rFonts w:ascii="Gentium Plus" w:hAnsi="Gentium Plus"/>
          <w:sz w:val="24"/>
        </w:rPr>
        <w:t>ὕστερον καὶ ἡ γυνὴ ἀπέθανεν.</w:t>
      </w:r>
    </w:p>
    <w:p>
      <w:r>
        <w:rPr>
          <w:rFonts w:ascii="Courier New" w:hAnsi="Courier New"/>
          <w:color w:val="555555"/>
          <w:sz w:val="20"/>
        </w:rPr>
        <w:t>[Luc . 20 . 33]</w:t>
      </w:r>
    </w:p>
    <w:p>
      <w:r>
        <w:rPr>
          <w:rFonts w:ascii="Gentium Plus" w:hAnsi="Gentium Plus"/>
          <w:sz w:val="24"/>
        </w:rPr>
        <w:t>ἡ γυνὴ οὖν ἐν τῇ ἀναστάσει τίνος αὐτῶν γίνεται γυνή; οἱ γὰρ ἑπτὰ ἔσχον αὐτὴν γυναῖκα.</w:t>
      </w:r>
    </w:p>
    <w:p>
      <w:r>
        <w:rPr>
          <w:rFonts w:ascii="Courier New" w:hAnsi="Courier New"/>
          <w:color w:val="555555"/>
          <w:sz w:val="20"/>
        </w:rPr>
        <w:t>[Luc . 20 . 34]</w:t>
      </w:r>
    </w:p>
    <w:p>
      <w:r>
        <w:rPr>
          <w:rFonts w:ascii="Gentium Plus" w:hAnsi="Gentium Plus"/>
          <w:sz w:val="24"/>
        </w:rPr>
        <w:t>καὶ εἶπεν αὐτοῖς ὁ Ἰησοῦς, Οἱ υἱοὶ τοῦ αἰῶνος τούτου γαμοῦσιν καὶ γαμίσκονται,</w:t>
      </w:r>
    </w:p>
    <w:p>
      <w:r>
        <w:rPr>
          <w:rFonts w:ascii="Courier New" w:hAnsi="Courier New"/>
          <w:color w:val="555555"/>
          <w:sz w:val="20"/>
        </w:rPr>
        <w:t>[Luc . 20 . 35]</w:t>
      </w:r>
    </w:p>
    <w:p>
      <w:r>
        <w:rPr>
          <w:rFonts w:ascii="Gentium Plus" w:hAnsi="Gentium Plus"/>
          <w:sz w:val="24"/>
        </w:rPr>
        <w:t>οἱ δὲ κατα‐ ξιωθέντες τοῦ αἰῶνος ἐκείνου τυχεῖν καὶ τῆς ἀναστάσεως τῆς ἐκ νεκρῶν οὔτε γαμοῦσιν οὔτε γαμίζονται·</w:t>
      </w:r>
    </w:p>
    <w:p>
      <w:r>
        <w:rPr>
          <w:rFonts w:ascii="Courier New" w:hAnsi="Courier New"/>
          <w:color w:val="555555"/>
          <w:sz w:val="20"/>
        </w:rPr>
        <w:t>[Luc . 20 . 36]</w:t>
      </w:r>
    </w:p>
    <w:p>
      <w:r>
        <w:rPr>
          <w:rFonts w:ascii="Gentium Plus" w:hAnsi="Gentium Plus"/>
          <w:sz w:val="24"/>
        </w:rPr>
        <w:t>οὐδὲ γὰρ ἀποθανεῖν ἔτι δύνανται, ἰσάγγελοι γάρ εἰσιν, καὶ υἱοί εἰσιν θεοῦ, τῆς ἀναστάσεως υἱοὶ ὄντες.</w:t>
      </w:r>
    </w:p>
    <w:p>
      <w:r>
        <w:rPr>
          <w:rFonts w:ascii="Courier New" w:hAnsi="Courier New"/>
          <w:color w:val="555555"/>
          <w:sz w:val="20"/>
        </w:rPr>
        <w:t>[Luc . 20 . 37]</w:t>
      </w:r>
    </w:p>
    <w:p>
      <w:r>
        <w:rPr>
          <w:rFonts w:ascii="Gentium Plus" w:hAnsi="Gentium Plus"/>
          <w:sz w:val="24"/>
        </w:rPr>
        <w:t>ὅτι δὲ ἐγείρονται οἱ νεκροὶ καὶ Μωϋσῆς ἐμήνυσεν ἐπὶ τῆς βάτου, ὡς λέγει κύριον τὸν θεὸν Ἀβραὰμ καὶ θεὸν Ἰσαὰκ καὶ θεὸν Ἰακώβ·</w:t>
      </w:r>
    </w:p>
    <w:p>
      <w:r>
        <w:rPr>
          <w:rFonts w:ascii="Courier New" w:hAnsi="Courier New"/>
          <w:color w:val="555555"/>
          <w:sz w:val="20"/>
        </w:rPr>
        <w:t>[Luc . 20 . 38]</w:t>
      </w:r>
    </w:p>
    <w:p>
      <w:r>
        <w:rPr>
          <w:rFonts w:ascii="Gentium Plus" w:hAnsi="Gentium Plus"/>
          <w:sz w:val="24"/>
        </w:rPr>
        <w:t>θεὸς δὲ οὐκ ἔστιν νεκρῶν ἀλλὰ ζώντων, πάντες γὰρ αὐτῷ ζῶσιν.</w:t>
      </w:r>
    </w:p>
    <w:p>
      <w:r>
        <w:rPr>
          <w:rFonts w:ascii="Courier New" w:hAnsi="Courier New"/>
          <w:color w:val="555555"/>
          <w:sz w:val="20"/>
        </w:rPr>
        <w:t>[Luc . 20 . 39]</w:t>
      </w:r>
    </w:p>
    <w:p>
      <w:r>
        <w:rPr>
          <w:rFonts w:ascii="Gentium Plus" w:hAnsi="Gentium Plus"/>
          <w:sz w:val="24"/>
        </w:rPr>
        <w:t>ἀποκριθέντες δέ τινες τῶν γραμματέων εἶπαν, Διδάσκαλε, καλῶς εἶπας·</w:t>
      </w:r>
    </w:p>
    <w:p>
      <w:r>
        <w:rPr>
          <w:rFonts w:ascii="Courier New" w:hAnsi="Courier New"/>
          <w:color w:val="555555"/>
          <w:sz w:val="20"/>
        </w:rPr>
        <w:t>[Luc . 20 . 40]</w:t>
      </w:r>
    </w:p>
    <w:p>
      <w:r>
        <w:rPr>
          <w:rFonts w:ascii="Gentium Plus" w:hAnsi="Gentium Plus"/>
          <w:sz w:val="24"/>
        </w:rPr>
        <w:t>οὐκέτι γὰρ ἐτόλμων ἐπερωτᾶν αὐτὸν οὐδέν.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20 . 41]</w:t>
      </w:r>
    </w:p>
    <w:p>
      <w:r>
        <w:rPr>
          <w:rFonts w:ascii="Gentium Plus" w:hAnsi="Gentium Plus"/>
          <w:sz w:val="24"/>
        </w:rPr>
        <w:t>Εἶπεν δὲ πρὸς αὐτούς, Πῶς λέγουσιν τὸν Χριστὸν εἶναι Δαυὶδ υἱόν;</w:t>
      </w:r>
    </w:p>
    <w:p>
      <w:r>
        <w:rPr>
          <w:rFonts w:ascii="Courier New" w:hAnsi="Courier New"/>
          <w:color w:val="555555"/>
          <w:sz w:val="20"/>
        </w:rPr>
        <w:t>[Luc . 20 . 42]</w:t>
      </w:r>
    </w:p>
    <w:p>
      <w:r>
        <w:rPr>
          <w:rFonts w:ascii="Gentium Plus" w:hAnsi="Gentium Plus"/>
          <w:sz w:val="24"/>
        </w:rPr>
        <w:t>αὐτὸς γὰρ Δαυὶδ λέγει ἐν βίβλῳ ψαλμῶν, Εἶπεν κύριος τῷ κυρίῳ μου,</w:t>
      </w:r>
    </w:p>
    <w:p>
      <w:r>
        <w:rPr>
          <w:rFonts w:ascii="Courier New" w:hAnsi="Courier New"/>
          <w:color w:val="555555"/>
          <w:sz w:val="20"/>
        </w:rPr>
        <w:t>[Luc . 20 . 43]</w:t>
      </w:r>
    </w:p>
    <w:p>
      <w:r>
        <w:rPr>
          <w:rFonts w:ascii="Gentium Plus" w:hAnsi="Gentium Plus"/>
          <w:sz w:val="24"/>
        </w:rPr>
        <w:t>ἕως ἂν θῶ τοὺς ἐχθρούς σου ὑποπόδιον τῶν ποδῶν σου.</w:t>
      </w:r>
    </w:p>
    <w:p>
      <w:r>
        <w:rPr>
          <w:rFonts w:ascii="Courier New" w:hAnsi="Courier New"/>
          <w:color w:val="555555"/>
          <w:sz w:val="20"/>
        </w:rPr>
        <w:t>[Luc . 20 . 44]</w:t>
      </w:r>
    </w:p>
    <w:p>
      <w:r>
        <w:rPr>
          <w:rFonts w:ascii="Gentium Plus" w:hAnsi="Gentium Plus"/>
          <w:sz w:val="24"/>
        </w:rPr>
        <w:t>Δαυὶδ οὖν κύριον αὐτὸν καλεῖ, καὶ πῶς αὐτοῦ υἱός ἐστιν;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20 . 45]</w:t>
      </w:r>
    </w:p>
    <w:p>
      <w:r>
        <w:rPr>
          <w:rFonts w:ascii="Gentium Plus" w:hAnsi="Gentium Plus"/>
          <w:sz w:val="24"/>
        </w:rPr>
        <w:t>Ἀκούοντος δὲ παντὸς τοῦ λαοῦ εἶπεν τοῖς μαθηταῖς [αὐτοῦ],</w:t>
      </w:r>
    </w:p>
    <w:p>
      <w:r>
        <w:rPr>
          <w:rFonts w:ascii="Courier New" w:hAnsi="Courier New"/>
          <w:color w:val="555555"/>
          <w:sz w:val="20"/>
        </w:rPr>
        <w:t>[Luc . 20 . 46]</w:t>
      </w:r>
    </w:p>
    <w:p>
      <w:r>
        <w:rPr>
          <w:rFonts w:ascii="Gentium Plus" w:hAnsi="Gentium Plus"/>
          <w:sz w:val="24"/>
        </w:rPr>
        <w:t>Προσέχετε ἀπὸ τῶν γραμματέων τῶν θελόν‐ των περιπατεῖν ἐν στολαῖς καὶ φιλούντων ἀσπασμοὺς ἐν ταῖς ἀγοραῖς καὶ πρωτοκαθεδρίας ἐν ταῖς συναγωγαῖς καὶ πρωτοκλισίας ἐν τοῖς δείπνοις,</w:t>
      </w:r>
    </w:p>
    <w:p>
      <w:r>
        <w:rPr>
          <w:rFonts w:ascii="Courier New" w:hAnsi="Courier New"/>
          <w:color w:val="555555"/>
          <w:sz w:val="20"/>
        </w:rPr>
        <w:t>[Luc . 20 . 47]</w:t>
      </w:r>
    </w:p>
    <w:p>
      <w:r>
        <w:rPr>
          <w:rFonts w:ascii="Gentium Plus" w:hAnsi="Gentium Plus"/>
          <w:sz w:val="24"/>
        </w:rPr>
        <w:t>οἳ κατεσθίουσιν τὰς οἰκίας τῶν χηρῶν καὶ προφάσει μακρὰ προσεύχονται· οὗτοι λήμψονται περισσότερον κρίμα.</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21 . 1]</w:t>
      </w:r>
    </w:p>
    <w:p>
      <w:r>
        <w:rPr>
          <w:rFonts w:ascii="Gentium Plus" w:hAnsi="Gentium Plus"/>
          <w:sz w:val="24"/>
        </w:rPr>
        <w:t>Ἀναβλέψας δὲ εἶδεν τοὺς βάλλοντας εἰς τὸ γαζοφυ‐ λάκιον τὰ δῶρα αὐτῶν πλουσίους.</w:t>
      </w:r>
    </w:p>
    <w:p>
      <w:r>
        <w:rPr>
          <w:rFonts w:ascii="Courier New" w:hAnsi="Courier New"/>
          <w:color w:val="555555"/>
          <w:sz w:val="20"/>
        </w:rPr>
        <w:t>[Luc . 21 . 2]</w:t>
      </w:r>
    </w:p>
    <w:p>
      <w:r>
        <w:rPr>
          <w:rFonts w:ascii="Gentium Plus" w:hAnsi="Gentium Plus"/>
          <w:sz w:val="24"/>
        </w:rPr>
        <w:t>εἶδεν δέ τινα χήραν πενιχρὰν βάλλουσαν ἐκεῖ λεπτὰ δύο,</w:t>
      </w:r>
    </w:p>
    <w:p>
      <w:r>
        <w:rPr>
          <w:rFonts w:ascii="Courier New" w:hAnsi="Courier New"/>
          <w:color w:val="555555"/>
          <w:sz w:val="20"/>
        </w:rPr>
        <w:t>[Luc . 21 . 3]</w:t>
      </w:r>
    </w:p>
    <w:p>
      <w:r>
        <w:rPr>
          <w:rFonts w:ascii="Gentium Plus" w:hAnsi="Gentium Plus"/>
          <w:sz w:val="24"/>
        </w:rPr>
        <w:t>καὶ εἶπεν, Ἀλη‐ θῶς λέγω ὑμῖν ὅτι ἡ χήρα αὕτη ἡ πτωχὴ πλεῖον πάντων ἔβαλεν·</w:t>
      </w:r>
    </w:p>
    <w:p>
      <w:r>
        <w:rPr>
          <w:rFonts w:ascii="Courier New" w:hAnsi="Courier New"/>
          <w:color w:val="555555"/>
          <w:sz w:val="20"/>
        </w:rPr>
        <w:t>[Luc . 21 . 4]</w:t>
      </w:r>
    </w:p>
    <w:p>
      <w:r>
        <w:rPr>
          <w:rFonts w:ascii="Gentium Plus" w:hAnsi="Gentium Plus"/>
          <w:sz w:val="24"/>
        </w:rPr>
        <w:t>πάντες γὰρ οὗτοι ἐκ τοῦ περισσεύοντος αὐτοῖς ἔβαλον εἰς τὰ δῶρα, αὕτη δὲ ἐκ τοῦ ὑστερήματος αὐτῆς</w:t>
      </w:r>
    </w:p>
    <w:p>
      <w:r>
        <w:rPr>
          <w:rFonts w:ascii="Courier New" w:hAnsi="Courier New"/>
          <w:color w:val="555555"/>
          <w:sz w:val="20"/>
        </w:rPr>
        <w:t>[Luc . 21 . 5]</w:t>
      </w:r>
    </w:p>
    <w:p>
      <w:r>
        <w:rPr>
          <w:rFonts w:ascii="Gentium Plus" w:hAnsi="Gentium Plus"/>
          <w:sz w:val="24"/>
        </w:rPr>
        <w:t>Καί τινων λεγόντων περὶ τοῦ ἱεροῦ, ὅτι λίθοις καλοῖς καὶ ἀναθήμασιν κεκόσμηται, εἶπεν,</w:t>
      </w:r>
    </w:p>
    <w:p>
      <w:r>
        <w:rPr>
          <w:rFonts w:ascii="Courier New" w:hAnsi="Courier New"/>
          <w:color w:val="555555"/>
          <w:sz w:val="20"/>
        </w:rPr>
        <w:t>[Luc . 21 . 6]</w:t>
      </w:r>
    </w:p>
    <w:p>
      <w:r>
        <w:rPr>
          <w:rFonts w:ascii="Gentium Plus" w:hAnsi="Gentium Plus"/>
          <w:sz w:val="24"/>
        </w:rPr>
        <w:t>Ταῦτα ἃ θεωρεῖτε, ἐλεύσονται ἡμέραι ἐν αἷς οὐκ ἀφεθήσεται λίθος ἐπὶ λίθῳ ὃς οὐ καταλυθήσεται.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21 . 7]</w:t>
      </w:r>
    </w:p>
    <w:p>
      <w:r>
        <w:rPr>
          <w:rFonts w:ascii="Gentium Plus" w:hAnsi="Gentium Plus"/>
          <w:sz w:val="24"/>
        </w:rPr>
        <w:t>Ἐπηρώτησαν δὲ αὐτὸν λέγοντες, Διδάσκαλε, πότε οὖν ταῦτα ἔσται, καὶ τί τὸ σημεῖον ὅταν μέλλῃ ταῦτα γίνεσθαι;</w:t>
      </w:r>
    </w:p>
    <w:p>
      <w:r>
        <w:rPr>
          <w:rFonts w:ascii="Courier New" w:hAnsi="Courier New"/>
          <w:color w:val="555555"/>
          <w:sz w:val="20"/>
        </w:rPr>
        <w:t>[Luc . 21 . 8]</w:t>
      </w:r>
    </w:p>
    <w:p>
      <w:r>
        <w:rPr>
          <w:rFonts w:ascii="Gentium Plus" w:hAnsi="Gentium Plus"/>
          <w:sz w:val="24"/>
        </w:rPr>
        <w:t>ὁ δὲ εἶπεν, Βλέπετε μὴ πλανηθῆτε· πολλοὶ γὰρ ἐλεύσονται ἐπὶ τῷ ὀνόματί μου λέγοντες, Ἐγώ εἰμι· καί, Ὁ καιρὸς ἤγγικεν· μὴ πορευθῆτε ὀπίσω αὐτῶν.</w:t>
      </w:r>
    </w:p>
    <w:p>
      <w:r>
        <w:rPr>
          <w:rFonts w:ascii="Courier New" w:hAnsi="Courier New"/>
          <w:color w:val="555555"/>
          <w:sz w:val="20"/>
        </w:rPr>
        <w:t>[Luc . 21 . 9]</w:t>
      </w:r>
    </w:p>
    <w:p>
      <w:r>
        <w:rPr>
          <w:rFonts w:ascii="Gentium Plus" w:hAnsi="Gentium Plus"/>
          <w:sz w:val="24"/>
        </w:rPr>
        <w:t>ὅταν δὲ ἀκούσητε πολέμους καὶ ἀκαταστασίας, μὴ πτοηθῆτε· δεῖ γὰρ ταῦτα γενέσθαι πρῶτον, ἀλλ’ οὐκ εὐθέως τὸ τέλος.</w:t>
      </w:r>
    </w:p>
    <w:p>
      <w:r>
        <w:rPr>
          <w:rFonts w:ascii="Courier New" w:hAnsi="Courier New"/>
          <w:color w:val="555555"/>
          <w:sz w:val="20"/>
        </w:rPr>
        <w:t>[Luc . 21 . 10]</w:t>
      </w:r>
    </w:p>
    <w:p>
      <w:r>
        <w:rPr>
          <w:rFonts w:ascii="Gentium Plus" w:hAnsi="Gentium Plus"/>
          <w:sz w:val="24"/>
        </w:rPr>
        <w:t>Τότε ἔλεγεν αὐτοῖς, Ἐγερθήσεται ἔθνος ἐπ’ ἔθνος καὶ βασιλεία ἐπὶ βασιλείαν,</w:t>
      </w:r>
    </w:p>
    <w:p>
      <w:r>
        <w:rPr>
          <w:rFonts w:ascii="Courier New" w:hAnsi="Courier New"/>
          <w:color w:val="555555"/>
          <w:sz w:val="20"/>
        </w:rPr>
        <w:t>[Luc . 21 . 11]</w:t>
      </w:r>
    </w:p>
    <w:p>
      <w:r>
        <w:rPr>
          <w:rFonts w:ascii="Gentium Plus" w:hAnsi="Gentium Plus"/>
          <w:sz w:val="24"/>
        </w:rPr>
        <w:t>σεισμοί τε μεγάλοι καὶ κατὰ τόπους λιμοὶ καὶ λοιμοὶ ἔσονται,</w:t>
      </w:r>
    </w:p>
    <w:p>
      <w:r>
        <w:rPr>
          <w:rFonts w:ascii="Courier New" w:hAnsi="Courier New"/>
          <w:color w:val="555555"/>
          <w:sz w:val="20"/>
        </w:rPr>
        <w:t>[Luc . 21 . 12]</w:t>
      </w:r>
    </w:p>
    <w:p>
      <w:r>
        <w:rPr>
          <w:rFonts w:ascii="Gentium Plus" w:hAnsi="Gentium Plus"/>
          <w:sz w:val="24"/>
        </w:rPr>
        <w:t>πρὸ δὲ τούτων πάντων ἐπιβαλοῦσιν ἐφ’ ὑμᾶς τὰς χεῖρας αὐτῶν καὶ διώξουσιν, παραδιδόντες εἰς τὰς συνα‐ γωγὰς καὶ φυλακάς, ἀπαγομένους ἐπὶ βασιλεῖς καὶ ἡγε‐ μόνας ἕνεκεν τοῦ ὀνόματός μου·</w:t>
      </w:r>
    </w:p>
    <w:p>
      <w:r>
        <w:rPr>
          <w:rFonts w:ascii="Courier New" w:hAnsi="Courier New"/>
          <w:color w:val="555555"/>
          <w:sz w:val="20"/>
        </w:rPr>
        <w:t>[Luc . 21 . 13]</w:t>
      </w:r>
    </w:p>
    <w:p>
      <w:r>
        <w:rPr>
          <w:rFonts w:ascii="Gentium Plus" w:hAnsi="Gentium Plus"/>
          <w:sz w:val="24"/>
        </w:rPr>
        <w:t>ἀποβήσεται ὑμῖν εἰς μαρτύριον.</w:t>
      </w:r>
    </w:p>
    <w:p>
      <w:r>
        <w:rPr>
          <w:rFonts w:ascii="Courier New" w:hAnsi="Courier New"/>
          <w:color w:val="555555"/>
          <w:sz w:val="20"/>
        </w:rPr>
        <w:t>[Luc . 21 . 14]</w:t>
      </w:r>
    </w:p>
    <w:p>
      <w:r>
        <w:rPr>
          <w:rFonts w:ascii="Gentium Plus" w:hAnsi="Gentium Plus"/>
          <w:sz w:val="24"/>
        </w:rPr>
        <w:t>θέτε οὖν ἐν ταῖς καρδίαις ὑμῶν μὴ προμελετᾶν ἀπολογηθῆναι,</w:t>
      </w:r>
    </w:p>
    <w:p>
      <w:r>
        <w:rPr>
          <w:rFonts w:ascii="Courier New" w:hAnsi="Courier New"/>
          <w:color w:val="555555"/>
          <w:sz w:val="20"/>
        </w:rPr>
        <w:t>[Luc . 21 . 15]</w:t>
      </w:r>
    </w:p>
    <w:p>
      <w:r>
        <w:rPr>
          <w:rFonts w:ascii="Gentium Plus" w:hAnsi="Gentium Plus"/>
          <w:sz w:val="24"/>
        </w:rPr>
        <w:t>ἐγὼ γὰρ δώσω ὑμῖν στόμα καὶ σοφίαν ᾗ οὐ δυνήσονται ἀντιστῆναι ἢ ἀντειπεῖν ἅπαντες οἱ ἀντικείμενοι ὑμῖν.</w:t>
      </w:r>
    </w:p>
    <w:p>
      <w:r>
        <w:rPr>
          <w:rFonts w:ascii="Courier New" w:hAnsi="Courier New"/>
          <w:color w:val="555555"/>
          <w:sz w:val="20"/>
        </w:rPr>
        <w:t>[Luc . 21 . 16]</w:t>
      </w:r>
    </w:p>
    <w:p>
      <w:r>
        <w:rPr>
          <w:rFonts w:ascii="Gentium Plus" w:hAnsi="Gentium Plus"/>
          <w:sz w:val="24"/>
        </w:rPr>
        <w:t>παραδοθήσεσθε δὲ καὶ ὑπὸ γονέων καὶ ἀδελφῶν καὶ συγγενῶν καὶ φίλων, καὶ θανατώσουσιν ἐξ ὑμῶν,</w:t>
      </w:r>
    </w:p>
    <w:p>
      <w:r>
        <w:rPr>
          <w:rFonts w:ascii="Courier New" w:hAnsi="Courier New"/>
          <w:color w:val="555555"/>
          <w:sz w:val="20"/>
        </w:rPr>
        <w:t>[Luc . 21 . 17]</w:t>
      </w:r>
    </w:p>
    <w:p>
      <w:r>
        <w:rPr>
          <w:rFonts w:ascii="Gentium Plus" w:hAnsi="Gentium Plus"/>
          <w:sz w:val="24"/>
        </w:rPr>
        <w:t>καὶ ἔσεσθε μισούμενοι ὑπὸ πάντων διὰ τὸ ὄνομά μου.</w:t>
      </w:r>
    </w:p>
    <w:p>
      <w:r>
        <w:rPr>
          <w:rFonts w:ascii="Courier New" w:hAnsi="Courier New"/>
          <w:color w:val="555555"/>
          <w:sz w:val="20"/>
        </w:rPr>
        <w:t>[Luc . 21 . 18]</w:t>
      </w:r>
    </w:p>
    <w:p>
      <w:r>
        <w:rPr>
          <w:rFonts w:ascii="Gentium Plus" w:hAnsi="Gentium Plus"/>
          <w:sz w:val="24"/>
        </w:rPr>
        <w:t>καὶ θρὶξ ἐκ τῆς κεφαλῆς ὑμῶν οὐ μὴ ἀπόληται.</w:t>
      </w:r>
    </w:p>
    <w:p>
      <w:r>
        <w:rPr>
          <w:rFonts w:ascii="Courier New" w:hAnsi="Courier New"/>
          <w:color w:val="555555"/>
          <w:sz w:val="20"/>
        </w:rPr>
        <w:t>[Luc . 21 . 19]</w:t>
      </w:r>
    </w:p>
    <w:p>
      <w:r>
        <w:rPr>
          <w:rFonts w:ascii="Gentium Plus" w:hAnsi="Gentium Plus"/>
          <w:sz w:val="24"/>
        </w:rPr>
        <w:t>ἐν τῇ ὑπομονῇ ὑμῶν κτήσασθε τὰς ψυχὰς ὑμῶν.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21 . 20]</w:t>
      </w:r>
    </w:p>
    <w:p>
      <w:r>
        <w:rPr>
          <w:rFonts w:ascii="Gentium Plus" w:hAnsi="Gentium Plus"/>
          <w:sz w:val="24"/>
        </w:rPr>
        <w:t>Ὅταν δὲ ἴδητε κυκλουμένην ὑπὸ στρατοπέδων Ἰερουσαλήμ, τότε γνῶτε ὅτι ἤγγικεν ἡ ἐρήμωσις αὐτῆς.</w:t>
      </w:r>
    </w:p>
    <w:p>
      <w:r>
        <w:rPr>
          <w:rFonts w:ascii="Courier New" w:hAnsi="Courier New"/>
          <w:color w:val="555555"/>
          <w:sz w:val="20"/>
        </w:rPr>
        <w:t>[Luc . 21 . 21]</w:t>
      </w:r>
    </w:p>
    <w:p>
      <w:r>
        <w:rPr>
          <w:rFonts w:ascii="Gentium Plus" w:hAnsi="Gentium Plus"/>
          <w:sz w:val="24"/>
        </w:rPr>
        <w:t>τότε οἱ ἐν τῇ Ἰουδαίᾳ φευγέτωσαν εἰς τὰ ὄρη, καὶ οἱ ἐν μέσῳ αὐτῆς ἐκχωρείτωσαν, καὶ οἱ ἐν ταῖς χώραις μὴ εἰσερχέσθωσαν εἰς αὐτήν,</w:t>
      </w:r>
    </w:p>
    <w:p>
      <w:r>
        <w:rPr>
          <w:rFonts w:ascii="Courier New" w:hAnsi="Courier New"/>
          <w:color w:val="555555"/>
          <w:sz w:val="20"/>
        </w:rPr>
        <w:t>[Luc . 21 . 22]</w:t>
      </w:r>
    </w:p>
    <w:p>
      <w:r>
        <w:rPr>
          <w:rFonts w:ascii="Gentium Plus" w:hAnsi="Gentium Plus"/>
          <w:sz w:val="24"/>
        </w:rPr>
        <w:t>ὅτι ἡμέραι ἐκδικήσεως αὗταί εἰσιν τοῦ πλησθῆναι πάντα τὰ γεγραμμένα.</w:t>
      </w:r>
    </w:p>
    <w:p>
      <w:r>
        <w:rPr>
          <w:rFonts w:ascii="Courier New" w:hAnsi="Courier New"/>
          <w:color w:val="555555"/>
          <w:sz w:val="20"/>
        </w:rPr>
        <w:t>[Luc . 21 . 23]</w:t>
      </w:r>
    </w:p>
    <w:p>
      <w:r>
        <w:rPr>
          <w:rFonts w:ascii="Gentium Plus" w:hAnsi="Gentium Plus"/>
          <w:sz w:val="24"/>
        </w:rPr>
        <w:t>οὐαὶ ταῖς ἐν γαστρὶ ἐχούσαις καὶ ταῖς θηλαζούσαις ἐν ἐκείναις ταῖς ἡμέραις· ἔσται γὰρ ἀνάγκη μεγάλη ἐπὶ τῆς γῆς καὶ ὀργὴ τῷ λαῷ τούτῳ,</w:t>
      </w:r>
    </w:p>
    <w:p>
      <w:r>
        <w:rPr>
          <w:rFonts w:ascii="Courier New" w:hAnsi="Courier New"/>
          <w:color w:val="555555"/>
          <w:sz w:val="20"/>
        </w:rPr>
        <w:t>[Luc . 21 . 24]</w:t>
      </w:r>
    </w:p>
    <w:p>
      <w:r>
        <w:rPr>
          <w:rFonts w:ascii="Gentium Plus" w:hAnsi="Gentium Plus"/>
          <w:sz w:val="24"/>
        </w:rPr>
        <w:t>καὶ πεσοῦνται στόματι μαχαίρης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21 . 25]</w:t>
      </w:r>
    </w:p>
    <w:p>
      <w:r>
        <w:rPr>
          <w:rFonts w:ascii="Gentium Plus" w:hAnsi="Gentium Plus"/>
          <w:sz w:val="24"/>
        </w:rPr>
        <w:t>Καὶ ἔσονται σημεῖα ἐν ἡλίῳ καὶ σελήνῃ καὶ ἄστροις, καὶ ἐπὶ τῆς γῆς συνοχὴ ἐθνῶν ἐν ἀπορίᾳ ἤχους θαλάσσης καὶ σάλου,</w:t>
      </w:r>
    </w:p>
    <w:p>
      <w:r>
        <w:rPr>
          <w:rFonts w:ascii="Courier New" w:hAnsi="Courier New"/>
          <w:color w:val="555555"/>
          <w:sz w:val="20"/>
        </w:rPr>
        <w:t>[Luc . 21 . 26]</w:t>
      </w:r>
    </w:p>
    <w:p>
      <w:r>
        <w:rPr>
          <w:rFonts w:ascii="Gentium Plus" w:hAnsi="Gentium Plus"/>
          <w:sz w:val="24"/>
        </w:rPr>
        <w:t>ἀποψυχόντων ἀνθρώπων ἀπὸ φόβου καὶ προσδοκίας τῶν ἐπερχομένων τῇ οἰκουμένῃ, αἱ γὰρ δυνάμεις τῶν οὐρανῶν σαλευθήσονται.</w:t>
      </w:r>
    </w:p>
    <w:p>
      <w:r>
        <w:rPr>
          <w:rFonts w:ascii="Courier New" w:hAnsi="Courier New"/>
          <w:color w:val="555555"/>
          <w:sz w:val="20"/>
        </w:rPr>
        <w:t>[Luc . 21 . 27]</w:t>
      </w:r>
    </w:p>
    <w:p>
      <w:r>
        <w:rPr>
          <w:rFonts w:ascii="Gentium Plus" w:hAnsi="Gentium Plus"/>
          <w:sz w:val="24"/>
        </w:rPr>
        <w:t>καὶ τότε ὄψονται τὸν υἱὸν τοῦ ἀνθρώπου ἐρχόμενον ἐν νεφέλῃ μετὰ δυνάμεως καὶ δόξης πολλῆς.</w:t>
      </w:r>
    </w:p>
    <w:p>
      <w:r>
        <w:rPr>
          <w:rFonts w:ascii="Courier New" w:hAnsi="Courier New"/>
          <w:color w:val="555555"/>
          <w:sz w:val="20"/>
        </w:rPr>
        <w:t>[Luc . 21 . 28]</w:t>
      </w:r>
    </w:p>
    <w:p>
      <w:r>
        <w:rPr>
          <w:rFonts w:ascii="Gentium Plus" w:hAnsi="Gentium Plus"/>
          <w:sz w:val="24"/>
        </w:rPr>
        <w:t>ἀρχομένων δὲ τούτων γίνεσθαι ἀνακύψατε καὶ ἐπάρατε τὰς κεφαλὰς ὑμῶν, διότι ἐγγίζει ἡ ἀπολύτρωσις ὑμῶν.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21 . 29]</w:t>
      </w:r>
    </w:p>
    <w:p>
      <w:r>
        <w:rPr>
          <w:rFonts w:ascii="Gentium Plus" w:hAnsi="Gentium Plus"/>
          <w:sz w:val="24"/>
        </w:rPr>
        <w:t>Καὶ εἶπεν παραβολὴν αὐτοῖς· Ἴδετε τὴν συκῆν καὶ πάντα τὰ δένδρα·</w:t>
      </w:r>
    </w:p>
    <w:p>
      <w:r>
        <w:rPr>
          <w:rFonts w:ascii="Courier New" w:hAnsi="Courier New"/>
          <w:color w:val="555555"/>
          <w:sz w:val="20"/>
        </w:rPr>
        <w:t>[Luc . 21 . 30]</w:t>
      </w:r>
    </w:p>
    <w:p>
      <w:r>
        <w:rPr>
          <w:rFonts w:ascii="Gentium Plus" w:hAnsi="Gentium Plus"/>
          <w:sz w:val="24"/>
        </w:rPr>
        <w:t>ὅταν προβάλωσιν ἤδη, βλέποντες ἀφ’ ἑαυτῶν γινώσκετε ὅτι ἤδη ἐγγὺς τὸ θέρος ἐστίν·</w:t>
      </w:r>
    </w:p>
    <w:p>
      <w:r>
        <w:rPr>
          <w:rFonts w:ascii="Courier New" w:hAnsi="Courier New"/>
          <w:color w:val="555555"/>
          <w:sz w:val="20"/>
        </w:rPr>
        <w:t>[Luc . 21 . 31]</w:t>
      </w:r>
    </w:p>
    <w:p>
      <w:r>
        <w:rPr>
          <w:rFonts w:ascii="Gentium Plus" w:hAnsi="Gentium Plus"/>
          <w:sz w:val="24"/>
        </w:rPr>
        <w:t>οὕτως καὶ ὑμεῖς, ὅταν ἴδητε ταῦτα γινόμενα, γινώ‐ σκετε ὅτι ἐγγύς ἐστιν ἡ βασιλεία τοῦ θεοῦ.</w:t>
      </w:r>
    </w:p>
    <w:p>
      <w:r>
        <w:rPr>
          <w:rFonts w:ascii="Courier New" w:hAnsi="Courier New"/>
          <w:color w:val="555555"/>
          <w:sz w:val="20"/>
        </w:rPr>
        <w:t>[Luc . 21 . 32]</w:t>
      </w:r>
    </w:p>
    <w:p>
      <w:r>
        <w:rPr>
          <w:rFonts w:ascii="Gentium Plus" w:hAnsi="Gentium Plus"/>
          <w:sz w:val="24"/>
        </w:rPr>
        <w:t>ἀμὴν λέγω ὑμῖν ὅτι οὐ μὴ παρέλθῃ ἡ γενεὰ αὕτη ἕως ἂν πάντα γένηται.</w:t>
      </w:r>
    </w:p>
    <w:p>
      <w:r>
        <w:rPr>
          <w:rFonts w:ascii="Courier New" w:hAnsi="Courier New"/>
          <w:color w:val="555555"/>
          <w:sz w:val="20"/>
        </w:rPr>
        <w:t>[Luc . 21 . 33]</w:t>
      </w:r>
    </w:p>
    <w:p>
      <w:r>
        <w:rPr>
          <w:rFonts w:ascii="Gentium Plus" w:hAnsi="Gentium Plus"/>
          <w:sz w:val="24"/>
        </w:rPr>
        <w:t>ὁ οὐρανὸς καὶ ἡ γῆ παρελεύσονται, οἱ δὲ λόγοι μου οὐ μὴ παρελεύσονται.</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21 . 34]</w:t>
      </w:r>
    </w:p>
    <w:p>
      <w:r>
        <w:rPr>
          <w:rFonts w:ascii="Gentium Plus" w:hAnsi="Gentium Plus"/>
          <w:sz w:val="24"/>
        </w:rPr>
        <w:t>Προσέχετε δὲ ἑαυτοῖς μήποτε βαρηθῶσιν ὑμῶν αἱ καρδίαι ἐν κραιπάλῃ καὶ μέθῃ καὶ μερίμναις βιωτικαῖς, καὶ ἐπιστῇ ἐφ’ ὑμᾶς αἰφνίδιος ἡ ἡμέρα ἐκείνη·</w:t>
      </w:r>
    </w:p>
    <w:p>
      <w:r>
        <w:rPr>
          <w:rFonts w:ascii="Courier New" w:hAnsi="Courier New"/>
          <w:color w:val="555555"/>
          <w:sz w:val="20"/>
        </w:rPr>
        <w:t>[Luc . 21 . 35]</w:t>
      </w:r>
    </w:p>
    <w:p>
      <w:r>
        <w:rPr>
          <w:rFonts w:ascii="Gentium Plus" w:hAnsi="Gentium Plus"/>
          <w:sz w:val="24"/>
        </w:rPr>
        <w:t>ὡς παγὶς γὰρ ἐπελεύσεται ἐπὶ πάντας τοὺς καθημένους ἐπὶ πρόσωπον πάσης τῆς γῆς.</w:t>
      </w:r>
    </w:p>
    <w:p>
      <w:r>
        <w:rPr>
          <w:rFonts w:ascii="Courier New" w:hAnsi="Courier New"/>
          <w:color w:val="555555"/>
          <w:sz w:val="20"/>
        </w:rPr>
        <w:t>[Luc . 21 . 36]</w:t>
      </w:r>
    </w:p>
    <w:p>
      <w:r>
        <w:rPr>
          <w:rFonts w:ascii="Gentium Plus" w:hAnsi="Gentium Plus"/>
          <w:sz w:val="24"/>
        </w:rPr>
        <w:t>ἀγρυπνεῖτε δὲ ἐν παντὶ καιρῷ δεόμενοι ἵνα κατισχύσητε ἐκφυγεῖν ταῦτα πάντα τὰ μέλλοντα γίνεσθαι, καὶ σταθῆναι ἔμπροσθεν τοῦ υἱοῦ τοῦ ἀνθρώπου.</w:t>
      </w:r>
    </w:p>
    <w:p>
      <w:r>
        <w:rPr>
          <w:rFonts w:ascii="Courier New" w:hAnsi="Courier New"/>
          <w:color w:val="555555"/>
          <w:sz w:val="20"/>
        </w:rPr>
        <w:t>[Luc . 21 . 37]</w:t>
      </w:r>
    </w:p>
    <w:p>
      <w:r>
        <w:rPr>
          <w:rFonts w:ascii="Gentium Plus" w:hAnsi="Gentium Plus"/>
          <w:sz w:val="24"/>
        </w:rPr>
        <w:t>Ἦν δὲ τὰς ἡμέρας ἐν τῷ ἱερῷ διδάσκων, τὰς δὲ νύκτας ἐξερχόμενος ηὐλίζετο εἰς τὸ ὄρος τὸ καλούμενον Ἐλαιῶν·</w:t>
      </w:r>
    </w:p>
    <w:p>
      <w:r>
        <w:rPr>
          <w:rFonts w:ascii="Courier New" w:hAnsi="Courier New"/>
          <w:color w:val="555555"/>
          <w:sz w:val="20"/>
        </w:rPr>
        <w:t>[Luc . 21 . 38]</w:t>
      </w:r>
    </w:p>
    <w:p>
      <w:r>
        <w:rPr>
          <w:rFonts w:ascii="Gentium Plus" w:hAnsi="Gentium Plus"/>
          <w:sz w:val="24"/>
        </w:rPr>
        <w:t>καὶ πᾶς ὁ λαὸς ὤρθριζεν πρὸς αὐτὸν ἐν τῷ ἱερῷ ἀκούειν αὐτοῦ.</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22 . 1]</w:t>
      </w:r>
    </w:p>
    <w:p>
      <w:r>
        <w:rPr>
          <w:rFonts w:ascii="Gentium Plus" w:hAnsi="Gentium Plus"/>
          <w:sz w:val="24"/>
        </w:rPr>
        <w:t>Ἤγγιζεν δὲ ἡ ἑορτὴ τῶν ἀζύμων ἡ λεγομένη πάσχα.</w:t>
      </w:r>
    </w:p>
    <w:p>
      <w:r>
        <w:rPr>
          <w:rFonts w:ascii="Courier New" w:hAnsi="Courier New"/>
          <w:color w:val="555555"/>
          <w:sz w:val="20"/>
        </w:rPr>
        <w:t>[Luc . 22 . 2]</w:t>
      </w:r>
    </w:p>
    <w:p>
      <w:r>
        <w:rPr>
          <w:rFonts w:ascii="Gentium Plus" w:hAnsi="Gentium Plus"/>
          <w:sz w:val="24"/>
        </w:rPr>
        <w:t>καὶ ἐζήτουν οἱ ἀρχιερεῖς καὶ οἱ γραμματεῖς τὸ πῶς ἀνέλωσιν αὐτόν, ἐφοβοῦντο γὰρ τὸν λαόν.</w:t>
      </w:r>
    </w:p>
    <w:p>
      <w:r>
        <w:rPr>
          <w:rFonts w:ascii="Courier New" w:hAnsi="Courier New"/>
          <w:color w:val="555555"/>
          <w:sz w:val="20"/>
        </w:rPr>
        <w:t>[Luc . 22 . 3]</w:t>
      </w:r>
    </w:p>
    <w:p>
      <w:r>
        <w:rPr>
          <w:rFonts w:ascii="Gentium Plus" w:hAnsi="Gentium Plus"/>
          <w:sz w:val="24"/>
        </w:rPr>
        <w:t>Εἰσῆλ‐ θεν δὲ Σατανᾶς εἰς Ἰούδαν τὸν καλούμενον Ἰσκαριώτην, ὄντα ἐκ τοῦ ἀριθμοῦ τῶν δώδεκα·</w:t>
      </w:r>
    </w:p>
    <w:p>
      <w:r>
        <w:rPr>
          <w:rFonts w:ascii="Courier New" w:hAnsi="Courier New"/>
          <w:color w:val="555555"/>
          <w:sz w:val="20"/>
        </w:rPr>
        <w:t>[Luc . 22 . 4]</w:t>
      </w:r>
    </w:p>
    <w:p>
      <w:r>
        <w:rPr>
          <w:rFonts w:ascii="Gentium Plus" w:hAnsi="Gentium Plus"/>
          <w:sz w:val="24"/>
        </w:rPr>
        <w:t>καὶ ἀπελθὼν συνελά‐ λησεν τοῖς ἀρχιερεῦσιν καὶ στρατηγοῖς τὸ πῶς αὐτοῖς παραδῷ αὐτόν.</w:t>
      </w:r>
    </w:p>
    <w:p>
      <w:r>
        <w:rPr>
          <w:rFonts w:ascii="Courier New" w:hAnsi="Courier New"/>
          <w:color w:val="555555"/>
          <w:sz w:val="20"/>
        </w:rPr>
        <w:t>[Luc . 22 . 5]</w:t>
      </w:r>
    </w:p>
    <w:p>
      <w:r>
        <w:rPr>
          <w:rFonts w:ascii="Gentium Plus" w:hAnsi="Gentium Plus"/>
          <w:sz w:val="24"/>
        </w:rPr>
        <w:t>καὶ ἐχάρησαν καὶ συνέθεντο αὐτῷ ἀργύριον δοῦναι.</w:t>
      </w:r>
    </w:p>
    <w:p>
      <w:r>
        <w:rPr>
          <w:rFonts w:ascii="Courier New" w:hAnsi="Courier New"/>
          <w:color w:val="555555"/>
          <w:sz w:val="20"/>
        </w:rPr>
        <w:t>[Luc . 22 . 6]</w:t>
      </w:r>
    </w:p>
    <w:p>
      <w:r>
        <w:rPr>
          <w:rFonts w:ascii="Gentium Plus" w:hAnsi="Gentium Plus"/>
          <w:sz w:val="24"/>
        </w:rPr>
        <w:t>καὶ ἐξωμολόγησεν, καὶ ἐζήτει εὐκαι‐</w:t>
      </w:r>
    </w:p>
    <w:p>
      <w:r>
        <w:rPr>
          <w:rFonts w:ascii="Courier New" w:hAnsi="Courier New"/>
          <w:color w:val="555555"/>
          <w:sz w:val="20"/>
        </w:rPr>
        <w:t>[Luc . 22 . 7]</w:t>
      </w:r>
    </w:p>
    <w:p>
      <w:r>
        <w:rPr>
          <w:rFonts w:ascii="Gentium Plus" w:hAnsi="Gentium Plus"/>
          <w:sz w:val="24"/>
        </w:rPr>
        <w:t>Ἦλθεν δὲ ἡ ἡμέρα τῶν ἀζύμων, [ἐν] ᾗ ἔδει θύεσθαι τὸ πάσχα.</w:t>
      </w:r>
    </w:p>
    <w:p>
      <w:r>
        <w:rPr>
          <w:rFonts w:ascii="Courier New" w:hAnsi="Courier New"/>
          <w:color w:val="555555"/>
          <w:sz w:val="20"/>
        </w:rPr>
        <w:t>[Luc . 22 . 8]</w:t>
      </w:r>
    </w:p>
    <w:p>
      <w:r>
        <w:rPr>
          <w:rFonts w:ascii="Gentium Plus" w:hAnsi="Gentium Plus"/>
          <w:sz w:val="24"/>
        </w:rPr>
        <w:t>καὶ ἀπέστειλεν Πέτρον καὶ Ἰωάννην εἰπών, Πορευθέντες ἑτοιμάσατε ἡμῖν τὸ πάσχα ἵνα φάγωμεν.</w:t>
      </w:r>
    </w:p>
    <w:p>
      <w:r>
        <w:rPr>
          <w:rFonts w:ascii="Courier New" w:hAnsi="Courier New"/>
          <w:color w:val="555555"/>
          <w:sz w:val="20"/>
        </w:rPr>
        <w:t>[Luc . 22 . 9]</w:t>
      </w:r>
    </w:p>
    <w:p>
      <w:r>
        <w:rPr>
          <w:rFonts w:ascii="Gentium Plus" w:hAnsi="Gentium Plus"/>
          <w:sz w:val="24"/>
        </w:rPr>
        <w:t>οἱ δὲ εἶπαν αὐτῷ, Ποῦ θέλεις ἑτοιμάσωμεν;</w:t>
      </w:r>
    </w:p>
    <w:p>
      <w:r>
        <w:rPr>
          <w:rFonts w:ascii="Courier New" w:hAnsi="Courier New"/>
          <w:color w:val="555555"/>
          <w:sz w:val="20"/>
        </w:rPr>
        <w:t>[Luc . 22 . 10]</w:t>
      </w:r>
    </w:p>
    <w:p>
      <w:r>
        <w:rPr>
          <w:rFonts w:ascii="Gentium Plus" w:hAnsi="Gentium Plus"/>
          <w:sz w:val="24"/>
        </w:rPr>
        <w:t>ὁ δὲ εἶπεν αὐτοῖς, Ἰδοὺ εἰσελθόντων ὑμῶν εἰς τὴν πόλιν συναντήσει ὑμῖν ἄνθρωπος κεράμιον ὕδατος βαστάζων· ἀκολουθήσατε αὐτῷ εἰς τὴν οἰκίαν εἰς ἣν εἰσπορεύεται.</w:t>
      </w:r>
    </w:p>
    <w:p>
      <w:r>
        <w:rPr>
          <w:rFonts w:ascii="Courier New" w:hAnsi="Courier New"/>
          <w:color w:val="555555"/>
          <w:sz w:val="20"/>
        </w:rPr>
        <w:t>[Luc . 22 . 11]</w:t>
      </w:r>
    </w:p>
    <w:p>
      <w:r>
        <w:rPr>
          <w:rFonts w:ascii="Gentium Plus" w:hAnsi="Gentium Plus"/>
          <w:sz w:val="24"/>
        </w:rPr>
        <w:t>καὶ ἐρεῖτε τῷ οἰκοδεσπότῃ τῆς οἰκίας, Λέγει σοι ὁ διδάσκαλος, Ποῦ ἐστιν τὸ κατάλυμα ὅπου τὸ πάσχα μετὰ τῶν μαθητῶν μου φάγω;</w:t>
      </w:r>
    </w:p>
    <w:p>
      <w:r>
        <w:rPr>
          <w:rFonts w:ascii="Courier New" w:hAnsi="Courier New"/>
          <w:color w:val="555555"/>
          <w:sz w:val="20"/>
        </w:rPr>
        <w:t>[Luc . 22 . 12]</w:t>
      </w:r>
    </w:p>
    <w:p>
      <w:r>
        <w:rPr>
          <w:rFonts w:ascii="Gentium Plus" w:hAnsi="Gentium Plus"/>
          <w:sz w:val="24"/>
        </w:rPr>
        <w:t>κἀκεῖνος ὑμῖν δείξει ἀνάγαιον μέγα ἐστρωμένον· ἐκεῖ ἑτοιμάσατε.</w:t>
      </w:r>
    </w:p>
    <w:p>
      <w:r>
        <w:rPr>
          <w:rFonts w:ascii="Courier New" w:hAnsi="Courier New"/>
          <w:color w:val="555555"/>
          <w:sz w:val="20"/>
        </w:rPr>
        <w:t>[Luc . 22 . 13]</w:t>
      </w:r>
    </w:p>
    <w:p>
      <w:r>
        <w:rPr>
          <w:rFonts w:ascii="Gentium Plus" w:hAnsi="Gentium Plus"/>
          <w:sz w:val="24"/>
        </w:rPr>
        <w:t>ἀπελ‐ θόντες δὲ εὗρον καθὼς εἰρήκει αὐτοῖς, καὶ ἡτοίμασαν τὸ πάσχα.</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22 . 14]</w:t>
      </w:r>
    </w:p>
    <w:p>
      <w:r>
        <w:rPr>
          <w:rFonts w:ascii="Gentium Plus" w:hAnsi="Gentium Plus"/>
          <w:sz w:val="24"/>
        </w:rPr>
        <w:t>Καὶ ὅτε ἐγένετο ἡ ὥρα, ἀνέπεσεν καὶ οἱ ἀπόστολοι σὺν αὐτῷ.</w:t>
      </w:r>
    </w:p>
    <w:p>
      <w:r>
        <w:rPr>
          <w:rFonts w:ascii="Courier New" w:hAnsi="Courier New"/>
          <w:color w:val="555555"/>
          <w:sz w:val="20"/>
        </w:rPr>
        <w:t>[Luc . 22 . 15]</w:t>
      </w:r>
    </w:p>
    <w:p>
      <w:r>
        <w:rPr>
          <w:rFonts w:ascii="Gentium Plus" w:hAnsi="Gentium Plus"/>
          <w:sz w:val="24"/>
        </w:rPr>
        <w:t>καὶ εἶπεν πρὸς αὐτούς, Ἐπιθυμίᾳ ἐπεθύ‐ μησα τοῦτο τὸ πάσχα φαγεῖν μεθ’ ὑμῶν πρὸ τοῦ με παθεῖν·</w:t>
      </w:r>
    </w:p>
    <w:p>
      <w:r>
        <w:rPr>
          <w:rFonts w:ascii="Courier New" w:hAnsi="Courier New"/>
          <w:color w:val="555555"/>
          <w:sz w:val="20"/>
        </w:rPr>
        <w:t>[Luc . 22 . 16]</w:t>
      </w:r>
    </w:p>
    <w:p>
      <w:r>
        <w:rPr>
          <w:rFonts w:ascii="Gentium Plus" w:hAnsi="Gentium Plus"/>
          <w:sz w:val="24"/>
        </w:rPr>
        <w:t>λέγω γὰρ ὑμῖν ὅτι οὐ μὴ φάγω αὐτὸ ἕως ὅτου πληρωθῇ ἐν τῇ βασιλείᾳ τοῦ θεοῦ.</w:t>
      </w:r>
    </w:p>
    <w:p>
      <w:r>
        <w:rPr>
          <w:rFonts w:ascii="Courier New" w:hAnsi="Courier New"/>
          <w:color w:val="555555"/>
          <w:sz w:val="20"/>
        </w:rPr>
        <w:t>[Luc . 22 . 17]</w:t>
      </w:r>
    </w:p>
    <w:p>
      <w:r>
        <w:rPr>
          <w:rFonts w:ascii="Gentium Plus" w:hAnsi="Gentium Plus"/>
          <w:sz w:val="24"/>
        </w:rPr>
        <w:t>καὶ δεξάμενος ποτήριον εὐχαριστήσας εἶπεν, Λάβετε τοῦτο καὶ διαμε‐ ρίσατε εἰς ἑαυτούς·</w:t>
      </w:r>
    </w:p>
    <w:p>
      <w:r>
        <w:rPr>
          <w:rFonts w:ascii="Courier New" w:hAnsi="Courier New"/>
          <w:color w:val="555555"/>
          <w:sz w:val="20"/>
        </w:rPr>
        <w:t>[Luc . 22 . 18]</w:t>
      </w:r>
    </w:p>
    <w:p>
      <w:r>
        <w:rPr>
          <w:rFonts w:ascii="Gentium Plus" w:hAnsi="Gentium Plus"/>
          <w:sz w:val="24"/>
        </w:rPr>
        <w:t>λέγω γὰρ ὑμῖν [ὅτι] οὐ μὴ πίω ἀπὸ τοῦ νῦν ἀπὸ τοῦ γενήματος τῆς ἀμπέλου ἕως οὗ ἡ βασιλεία τοῦ θεοῦ ἔλθῃ.</w:t>
      </w:r>
    </w:p>
    <w:p>
      <w:r>
        <w:rPr>
          <w:rFonts w:ascii="Courier New" w:hAnsi="Courier New"/>
          <w:color w:val="555555"/>
          <w:sz w:val="20"/>
        </w:rPr>
        <w:t>[Luc . 22 . 19]</w:t>
      </w:r>
    </w:p>
    <w:p>
      <w:r>
        <w:rPr>
          <w:rFonts w:ascii="Gentium Plus" w:hAnsi="Gentium Plus"/>
          <w:sz w:val="24"/>
        </w:rPr>
        <w:t>καὶ λαβὼν ἄρτον εὐχαριστή‐ σας ἔκλασεν καὶ ἔδωκεν αὐτοῖς λέγων, Τοῦτό ἐστιν τὸ σῶμά μου ⟦τὸ ὑπὲρ ὑμῶν διδόμενον· τοῦτο ποιεῖτε εἰς τὴν ἐμὴν ἀνάμνησιν.</w:t>
      </w:r>
    </w:p>
    <w:p>
      <w:r>
        <w:rPr>
          <w:rFonts w:ascii="Courier New" w:hAnsi="Courier New"/>
          <w:color w:val="555555"/>
          <w:sz w:val="20"/>
        </w:rPr>
        <w:t>[Luc . 22 . 20]</w:t>
      </w:r>
    </w:p>
    <w:p>
      <w:r>
        <w:rPr>
          <w:rFonts w:ascii="Gentium Plus" w:hAnsi="Gentium Plus"/>
          <w:sz w:val="24"/>
        </w:rPr>
        <w:t>καὶ τὸ ποτήριον ὡσαύτως μετὰ τὸ δειπνῆσαι, λέγων, Τοῦτο τὸ ποτήριον ἡ καινὴ διαθήκη ἐν τῷ αἵματί μου, τὸ ὑπὲρ ὑμῶν ἐκχυννόμενον⟧.</w:t>
      </w:r>
    </w:p>
    <w:p>
      <w:r>
        <w:rPr>
          <w:rFonts w:ascii="Courier New" w:hAnsi="Courier New"/>
          <w:color w:val="555555"/>
          <w:sz w:val="20"/>
        </w:rPr>
        <w:t>[Luc . 22 . 21]</w:t>
      </w:r>
    </w:p>
    <w:p>
      <w:r>
        <w:rPr>
          <w:rFonts w:ascii="Gentium Plus" w:hAnsi="Gentium Plus"/>
          <w:sz w:val="24"/>
        </w:rPr>
        <w:t>πλὴν ἰδοὺ ἡ χεὶρ τοῦ παραδιδόντος με μετ’ ἐμοῦ ἐπὶ τῆς τραπέζης·</w:t>
      </w:r>
    </w:p>
    <w:p>
      <w:r>
        <w:rPr>
          <w:rFonts w:ascii="Courier New" w:hAnsi="Courier New"/>
          <w:color w:val="555555"/>
          <w:sz w:val="20"/>
        </w:rPr>
        <w:t>[Luc . 22 . 22]</w:t>
      </w:r>
    </w:p>
    <w:p>
      <w:r>
        <w:rPr>
          <w:rFonts w:ascii="Gentium Plus" w:hAnsi="Gentium Plus"/>
          <w:sz w:val="24"/>
        </w:rPr>
        <w:t>ὅτι ὁ υἱὸς μὲν τοῦ ἀνθρώπου κατὰ τὸ ὡρισμένον πορεύεται, πλὴν οὐαὶ τῷ ἀνθρώπῳ ἐκείνῳ δι’ οὗ παραδίδοται.</w:t>
      </w:r>
    </w:p>
    <w:p>
      <w:r>
        <w:rPr>
          <w:rFonts w:ascii="Courier New" w:hAnsi="Courier New"/>
          <w:color w:val="555555"/>
          <w:sz w:val="20"/>
        </w:rPr>
        <w:t>[Luc . 22 . 23]</w:t>
      </w:r>
    </w:p>
    <w:p>
      <w:r>
        <w:rPr>
          <w:rFonts w:ascii="Gentium Plus" w:hAnsi="Gentium Plus"/>
          <w:sz w:val="24"/>
        </w:rPr>
        <w:t>καὶ αὐτοὶ ἤρξαντο συζητεῖν πρὸς ἑαυτοὺς τὸ τίς ἄρα εἴη ἐξ αὐτῶν ὁ τοῦτο μέλλων πράσσειν.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22 . 24]</w:t>
      </w:r>
    </w:p>
    <w:p>
      <w:r>
        <w:rPr>
          <w:rFonts w:ascii="Gentium Plus" w:hAnsi="Gentium Plus"/>
          <w:sz w:val="24"/>
        </w:rPr>
        <w:t>Ἐγένετο δὲ καὶ φιλονεικία ἐν αὐτοῖς, τὸ τίς αὐτῶν δοκεῖ εἶναι μείζων.</w:t>
      </w:r>
    </w:p>
    <w:p>
      <w:r>
        <w:rPr>
          <w:rFonts w:ascii="Courier New" w:hAnsi="Courier New"/>
          <w:color w:val="555555"/>
          <w:sz w:val="20"/>
        </w:rPr>
        <w:t>[Luc . 22 . 25]</w:t>
      </w:r>
    </w:p>
    <w:p>
      <w:r>
        <w:rPr>
          <w:rFonts w:ascii="Gentium Plus" w:hAnsi="Gentium Plus"/>
          <w:sz w:val="24"/>
        </w:rPr>
        <w:t>ὁ δὲ εἶπεν αὐτοῖς, Οἱ βασιλεῖς τῶν ἐθνῶν κυριεύουσιν αὐτῶν καὶ οἱ ἐξουσιάζοντες αὐτῶν εὐεργέται καλοῦνται.</w:t>
      </w:r>
    </w:p>
    <w:p>
      <w:r>
        <w:rPr>
          <w:rFonts w:ascii="Courier New" w:hAnsi="Courier New"/>
          <w:color w:val="555555"/>
          <w:sz w:val="20"/>
        </w:rPr>
        <w:t>[Luc . 22 . 26]</w:t>
      </w:r>
    </w:p>
    <w:p>
      <w:r>
        <w:rPr>
          <w:rFonts w:ascii="Gentium Plus" w:hAnsi="Gentium Plus"/>
          <w:sz w:val="24"/>
        </w:rPr>
        <w:t>ὑμεῖς δὲ οὐχ οὕτως, ἀλλ’ ὁ μείζων ἐν ὑμῖν γινέσθω ὡς ὁ νεώτερος, καὶ ὁ ἡγούμενος ὡς ὁ διακονῶν.</w:t>
      </w:r>
    </w:p>
    <w:p>
      <w:r>
        <w:rPr>
          <w:rFonts w:ascii="Courier New" w:hAnsi="Courier New"/>
          <w:color w:val="555555"/>
          <w:sz w:val="20"/>
        </w:rPr>
        <w:t>[Luc . 22 . 27]</w:t>
      </w:r>
    </w:p>
    <w:p>
      <w:r>
        <w:rPr>
          <w:rFonts w:ascii="Gentium Plus" w:hAnsi="Gentium Plus"/>
          <w:sz w:val="24"/>
        </w:rPr>
        <w:t>τίς γὰρ μείζων, ὁ ἀνα‐ κείμενος ἢ ὁ διακονῶν; οὐχὶ ὁ ἀνακείμενος; ἐγὼ δὲ ἐν μέσῳ ὑμῶν εἰμι ὡς ὁ διακονῶν.</w:t>
      </w:r>
    </w:p>
    <w:p>
      <w:r>
        <w:rPr>
          <w:rFonts w:ascii="Courier New" w:hAnsi="Courier New"/>
          <w:color w:val="555555"/>
          <w:sz w:val="20"/>
        </w:rPr>
        <w:t>[Luc . 22 . 28]</w:t>
      </w:r>
    </w:p>
    <w:p>
      <w:r>
        <w:rPr>
          <w:rFonts w:ascii="Gentium Plus" w:hAnsi="Gentium Plus"/>
          <w:sz w:val="24"/>
        </w:rPr>
        <w:t>ὑμεῖς δέ ἐστε οἱ</w:t>
      </w:r>
    </w:p>
    <w:p>
      <w:r>
        <w:rPr>
          <w:rFonts w:ascii="Courier New" w:hAnsi="Courier New"/>
          <w:color w:val="555555"/>
          <w:sz w:val="20"/>
        </w:rPr>
        <w:t>[Luc . 22 . 29]</w:t>
      </w:r>
    </w:p>
    <w:p>
      <w:r>
        <w:rPr>
          <w:rFonts w:ascii="Gentium Plus" w:hAnsi="Gentium Plus"/>
          <w:sz w:val="24"/>
        </w:rPr>
        <w:t>κἀγὼ διατίθεμαι ὑμῖν καθὼς διέθετό μοι ὁ πατήρ μου βασιλείαν</w:t>
      </w:r>
    </w:p>
    <w:p>
      <w:r>
        <w:rPr>
          <w:rFonts w:ascii="Courier New" w:hAnsi="Courier New"/>
          <w:color w:val="555555"/>
          <w:sz w:val="20"/>
        </w:rPr>
        <w:t>[Luc . 22 . 30]</w:t>
      </w:r>
    </w:p>
    <w:p>
      <w:r>
        <w:rPr>
          <w:rFonts w:ascii="Gentium Plus" w:hAnsi="Gentium Plus"/>
          <w:sz w:val="24"/>
        </w:rPr>
        <w:t>ἵνα ἔσθητε καὶ πίνητε ἐπὶ τῆς τρα‐ πέζης μου ἐν τῇ βασιλείᾳ μου, καὶ καθήσεσθε ἐπὶ θρόνων τὰς δώδεκα φυλὰς κρίνοντες τοῦ Ἰσραήλ.</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22 . 31]</w:t>
      </w:r>
    </w:p>
    <w:p>
      <w:r>
        <w:rPr>
          <w:rFonts w:ascii="Gentium Plus" w:hAnsi="Gentium Plus"/>
          <w:sz w:val="24"/>
        </w:rPr>
        <w:t>Σίμων Σίμων, ἰδοὺ ὁ Σατανᾶς ἐξῃτήσατο ὑμᾶς τοῦ σινιάσαι ὡς τὸν σῖτον·</w:t>
      </w:r>
    </w:p>
    <w:p>
      <w:r>
        <w:rPr>
          <w:rFonts w:ascii="Courier New" w:hAnsi="Courier New"/>
          <w:color w:val="555555"/>
          <w:sz w:val="20"/>
        </w:rPr>
        <w:t>[Luc . 22 . 32]</w:t>
      </w:r>
    </w:p>
    <w:p>
      <w:r>
        <w:rPr>
          <w:rFonts w:ascii="Gentium Plus" w:hAnsi="Gentium Plus"/>
          <w:sz w:val="24"/>
        </w:rPr>
        <w:t>ἐγὼ δὲ ἐδεήθην περὶ σοῦ ἵνα μὴ ἐκλίπῃ ἡ πίστις σου· καὶ σύ ποτε ἐπιστρέψας στήρισον τοὺς ἀδελφούς σου.</w:t>
      </w:r>
    </w:p>
    <w:p>
      <w:r>
        <w:rPr>
          <w:rFonts w:ascii="Courier New" w:hAnsi="Courier New"/>
          <w:color w:val="555555"/>
          <w:sz w:val="20"/>
        </w:rPr>
        <w:t>[Luc . 22 . 33]</w:t>
      </w:r>
    </w:p>
    <w:p>
      <w:r>
        <w:rPr>
          <w:rFonts w:ascii="Gentium Plus" w:hAnsi="Gentium Plus"/>
          <w:sz w:val="24"/>
        </w:rPr>
        <w:t>ὁ δὲ εἶπεν αὐτῷ, Κύριε, μετὰ σοῦ ἕτοιμός εἰμι καὶ εἰς φυλακὴν καὶ εἰς θάνατον πορεύεσθαι.</w:t>
      </w:r>
    </w:p>
    <w:p>
      <w:r>
        <w:rPr>
          <w:rFonts w:ascii="Courier New" w:hAnsi="Courier New"/>
          <w:color w:val="555555"/>
          <w:sz w:val="20"/>
        </w:rPr>
        <w:t>[Luc . 22 . 34]</w:t>
      </w:r>
    </w:p>
    <w:p>
      <w:r>
        <w:rPr>
          <w:rFonts w:ascii="Gentium Plus" w:hAnsi="Gentium Plus"/>
          <w:sz w:val="24"/>
        </w:rPr>
        <w:t>ὁ δὲ εἶπεν, Λέγω σοι, Πέτρε, οὐ φωνήσει σήμερον ἀλέκτωρ ἕως τρίς με ἀπαρνήσῃ εἰδέναι.</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22 . 35]</w:t>
      </w:r>
    </w:p>
    <w:p>
      <w:r>
        <w:rPr>
          <w:rFonts w:ascii="Gentium Plus" w:hAnsi="Gentium Plus"/>
          <w:sz w:val="24"/>
        </w:rPr>
        <w:t>Καὶ εἶπεν αὐτοῖς, Ὅτε ἀπέστειλα ὑμᾶς ἄτερ βαλ‐ λαντίου καὶ πήρας καὶ ὑποδημάτων, μή τινος ὑστερή‐ σατε; οἱ δὲ εἶπαν, Οὐθενός.</w:t>
      </w:r>
    </w:p>
    <w:p>
      <w:r>
        <w:rPr>
          <w:rFonts w:ascii="Courier New" w:hAnsi="Courier New"/>
          <w:color w:val="555555"/>
          <w:sz w:val="20"/>
        </w:rPr>
        <w:t>[Luc . 22 . 36]</w:t>
      </w:r>
    </w:p>
    <w:p>
      <w:r>
        <w:rPr>
          <w:rFonts w:ascii="Gentium Plus" w:hAnsi="Gentium Plus"/>
          <w:sz w:val="24"/>
        </w:rPr>
        <w:t>εἶπεν δὲ αὐτοῖς, Ἀλλὰ νῦν ὁ ἔχων βαλλάντιον ἀράτω, ὁμοίως καὶ πήραν, καὶ ὁ μὴ ἔχων πωλησάτω τὸ ἱμάτιον αὐτοῦ καὶ ἀγορασάτω μάχαιραν.</w:t>
      </w:r>
    </w:p>
    <w:p>
      <w:r>
        <w:rPr>
          <w:rFonts w:ascii="Courier New" w:hAnsi="Courier New"/>
          <w:color w:val="555555"/>
          <w:sz w:val="20"/>
        </w:rPr>
        <w:t>[Luc . 22 . 37]</w:t>
      </w:r>
    </w:p>
    <w:p>
      <w:r>
        <w:rPr>
          <w:rFonts w:ascii="Gentium Plus" w:hAnsi="Gentium Plus"/>
          <w:sz w:val="24"/>
        </w:rPr>
        <w:t>λέγω γὰρ ὑμῖν ὅτι τοῦτο τὸ γεγραμμένον δεῖ τελεσθῆναι ἐν ἐμοί, τὸ Καὶ μετὰ ἀνόμων ἐλογίσθη· καὶ γὰρ τὸ περὶ ἐμοῦ τέλος ἔχει.</w:t>
      </w:r>
    </w:p>
    <w:p>
      <w:r>
        <w:rPr>
          <w:rFonts w:ascii="Courier New" w:hAnsi="Courier New"/>
          <w:color w:val="555555"/>
          <w:sz w:val="20"/>
        </w:rPr>
        <w:t>[Luc . 22 . 38]</w:t>
      </w:r>
    </w:p>
    <w:p>
      <w:r>
        <w:rPr>
          <w:rFonts w:ascii="Gentium Plus" w:hAnsi="Gentium Plus"/>
          <w:sz w:val="24"/>
        </w:rPr>
        <w:t>οἱ δὲ εἶπαν, Κύριε, ἰδοὺ μάχαιραι ὧδε δύο. ὁ δὲ εἶπεν αὐτοῖς, Ἱκανόν ἐστιν.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22 . 39]</w:t>
      </w:r>
    </w:p>
    <w:p>
      <w:r>
        <w:rPr>
          <w:rFonts w:ascii="Gentium Plus" w:hAnsi="Gentium Plus"/>
          <w:sz w:val="24"/>
        </w:rPr>
        <w:t>Καὶ ἐξελθὼν ἐπορεύθη κατὰ τὸ ἔθος εἰς τὸ Ὄρος</w:t>
      </w:r>
    </w:p>
    <w:p>
      <w:r>
        <w:rPr>
          <w:rFonts w:ascii="Courier New" w:hAnsi="Courier New"/>
          <w:color w:val="555555"/>
          <w:sz w:val="20"/>
        </w:rPr>
        <w:t>[Luc . 22 . 40]</w:t>
      </w:r>
    </w:p>
    <w:p>
      <w:r>
        <w:rPr>
          <w:rFonts w:ascii="Gentium Plus" w:hAnsi="Gentium Plus"/>
          <w:sz w:val="24"/>
        </w:rPr>
        <w:t>γενόμενος δὲ ἐπὶ τοῦ τόπου εἶπεν αὐτοῖς, Προσεύχεσθε μὴ εἰσελθεῖν εἰς πειρασμόν.</w:t>
      </w:r>
    </w:p>
    <w:p>
      <w:r>
        <w:rPr>
          <w:rFonts w:ascii="Courier New" w:hAnsi="Courier New"/>
          <w:color w:val="555555"/>
          <w:sz w:val="20"/>
        </w:rPr>
        <w:t>[Luc . 22 . 41]</w:t>
      </w:r>
    </w:p>
    <w:p>
      <w:r>
        <w:rPr>
          <w:rFonts w:ascii="Gentium Plus" w:hAnsi="Gentium Plus"/>
          <w:sz w:val="24"/>
        </w:rPr>
        <w:t>καὶ αὐτὸς ἀπεσπάσθη ἀπ’ αὐτῶν ὡσεὶ λίθου βολήν, καὶ θεὶς τὰ γόνατα προσηύ‐ χετο</w:t>
      </w:r>
    </w:p>
    <w:p>
      <w:r>
        <w:rPr>
          <w:rFonts w:ascii="Courier New" w:hAnsi="Courier New"/>
          <w:color w:val="555555"/>
          <w:sz w:val="20"/>
        </w:rPr>
        <w:t>[Luc . 22 . 42]</w:t>
      </w:r>
    </w:p>
    <w:p>
      <w:r>
        <w:rPr>
          <w:rFonts w:ascii="Gentium Plus" w:hAnsi="Gentium Plus"/>
          <w:sz w:val="24"/>
        </w:rPr>
        <w:t>λέγων, Πάτερ, εἰ βούλει παρένεγκε τοῦτο τὸ ποτήριον ἀπ’ ἐμοῦ· πλὴν μὴ τὸ θέλημά μου ἀλλὰ τὸ σὸν γινέσθω.</w:t>
      </w:r>
    </w:p>
    <w:p>
      <w:r>
        <w:rPr>
          <w:rFonts w:ascii="Courier New" w:hAnsi="Courier New"/>
          <w:color w:val="555555"/>
          <w:sz w:val="20"/>
        </w:rPr>
        <w:t>[Luc . 22 . 45]</w:t>
      </w:r>
    </w:p>
    <w:p>
      <w:r>
        <w:rPr>
          <w:rFonts w:ascii="Gentium Plus" w:hAnsi="Gentium Plus"/>
          <w:sz w:val="24"/>
        </w:rPr>
        <w:t>καὶ ἀναστὰς ἀπὸ τῆς προσευχῆς ἐλθὼν πρὸς τοὺς μαθητὰς εὗρεν κοιμωμένους αὐτοὺς ἀπὸ τῆς λύπης,</w:t>
      </w:r>
    </w:p>
    <w:p>
      <w:r>
        <w:rPr>
          <w:rFonts w:ascii="Courier New" w:hAnsi="Courier New"/>
          <w:color w:val="555555"/>
          <w:sz w:val="20"/>
        </w:rPr>
        <w:t>[Luc . 22 . 46]</w:t>
      </w:r>
    </w:p>
    <w:p>
      <w:r>
        <w:rPr>
          <w:rFonts w:ascii="Gentium Plus" w:hAnsi="Gentium Plus"/>
          <w:sz w:val="24"/>
        </w:rPr>
        <w:t>καὶ εἶπεν αὐτοῖς, Τί καθεύδετε; ἀναστάντες προσεύ‐ χεσθε, ἵνα μὴ εἰσέλθητε εἰς πειρασμόν.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22 . 47]</w:t>
      </w:r>
    </w:p>
    <w:p>
      <w:r>
        <w:rPr>
          <w:rFonts w:ascii="Gentium Plus" w:hAnsi="Gentium Plus"/>
          <w:sz w:val="24"/>
        </w:rPr>
        <w:t>Ἔτι αὐτοῦ λαλοῦντος ἰδοὺ ὄχλος, καὶ ὁ λεγόμενος Ἰούδας εἷς τῶν δώδεκα προήρχετο αὐτούς, καὶ ἤγγισεν τῷ Ἰησοῦ φιλῆσαι αὐτόν.</w:t>
      </w:r>
    </w:p>
    <w:p>
      <w:r>
        <w:rPr>
          <w:rFonts w:ascii="Courier New" w:hAnsi="Courier New"/>
          <w:color w:val="555555"/>
          <w:sz w:val="20"/>
        </w:rPr>
        <w:t>[Luc . 22 . 48]</w:t>
      </w:r>
    </w:p>
    <w:p>
      <w:r>
        <w:rPr>
          <w:rFonts w:ascii="Gentium Plus" w:hAnsi="Gentium Plus"/>
          <w:sz w:val="24"/>
        </w:rPr>
        <w:t>Ἰησοῦς δὲ εἶπεν αὐτῷ, Ἰούδα, φιλήματι τὸν υἱὸν τοῦ ἀνθρώπου παραδίδως;</w:t>
      </w:r>
    </w:p>
    <w:p>
      <w:r>
        <w:rPr>
          <w:rFonts w:ascii="Courier New" w:hAnsi="Courier New"/>
          <w:color w:val="555555"/>
          <w:sz w:val="20"/>
        </w:rPr>
        <w:t>[Luc . 22 . 49]</w:t>
      </w:r>
    </w:p>
    <w:p>
      <w:r>
        <w:rPr>
          <w:rFonts w:ascii="Gentium Plus" w:hAnsi="Gentium Plus"/>
          <w:sz w:val="24"/>
        </w:rPr>
        <w:t>ἰδόντες δὲ οἱ περὶ αὐτὸν τὸ ἐσόμενον εἶπαν, Κύριε, εἰ πατάξομεν ἐν μαχαίρῃ;</w:t>
      </w:r>
    </w:p>
    <w:p>
      <w:r>
        <w:rPr>
          <w:rFonts w:ascii="Courier New" w:hAnsi="Courier New"/>
          <w:color w:val="555555"/>
          <w:sz w:val="20"/>
        </w:rPr>
        <w:t>[Luc . 22 . 50]</w:t>
      </w:r>
    </w:p>
    <w:p>
      <w:r>
        <w:rPr>
          <w:rFonts w:ascii="Gentium Plus" w:hAnsi="Gentium Plus"/>
          <w:sz w:val="24"/>
        </w:rPr>
        <w:t>καὶ ἐπάταξεν εἷς τις ἐξ</w:t>
      </w:r>
    </w:p>
    <w:p>
      <w:r>
        <w:rPr>
          <w:rFonts w:ascii="Courier New" w:hAnsi="Courier New"/>
          <w:color w:val="555555"/>
          <w:sz w:val="20"/>
        </w:rPr>
        <w:t>[Luc . 22 . 51]</w:t>
      </w:r>
    </w:p>
    <w:p>
      <w:r>
        <w:rPr>
          <w:rFonts w:ascii="Gentium Plus" w:hAnsi="Gentium Plus"/>
          <w:sz w:val="24"/>
        </w:rPr>
        <w:t>ἀποκριθεὶς δὲ ὁ Ἰησοῦς εἶπεν, Ἐᾶτε ἕως τούτου· καὶ ἁψάμενος τοῦ ὠτίου ἰάσατο αὐτόν.</w:t>
      </w:r>
    </w:p>
    <w:p>
      <w:r>
        <w:rPr>
          <w:rFonts w:ascii="Courier New" w:hAnsi="Courier New"/>
          <w:color w:val="555555"/>
          <w:sz w:val="20"/>
        </w:rPr>
        <w:t>[Luc . 22 . 52]</w:t>
      </w:r>
    </w:p>
    <w:p>
      <w:r>
        <w:rPr>
          <w:rFonts w:ascii="Gentium Plus" w:hAnsi="Gentium Plus"/>
          <w:sz w:val="24"/>
        </w:rPr>
        <w:t>εἶπεν δὲ Ἰησοῦς πρὸς τοὺς παραγενομένους ἐπ’ αὐ‐ τὸν ἀρχιερεῖς καὶ στρατηγοὺς τοῦ ἱεροῦ καὶ πρεσβυτέρους, Ὡς ἐπὶ λῃστὴν ἐξήλθατε μετὰ μαχαιρῶν καὶ ξύλων;</w:t>
      </w:r>
    </w:p>
    <w:p>
      <w:r>
        <w:rPr>
          <w:rFonts w:ascii="Courier New" w:hAnsi="Courier New"/>
          <w:color w:val="555555"/>
          <w:sz w:val="20"/>
        </w:rPr>
        <w:t>[Luc . 22 . 53]</w:t>
      </w:r>
    </w:p>
    <w:p>
      <w:r>
        <w:rPr>
          <w:rFonts w:ascii="Gentium Plus" w:hAnsi="Gentium Plus"/>
          <w:sz w:val="24"/>
        </w:rPr>
        <w:t>καθ’ ἡμέραν ὄντος μου μεθ’ ὑμῶν ἐν τῷ ἱερῷ οὐκ ἐξετείνατε τὰς χεῖρας ἐπ’ ἐμέ· ἀλλ’ αὕτη ἐστὶν ὑμῶν ἡ ὥρα καὶ ἡ ἐξουσία τοῦ σκότους.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22 . 54]</w:t>
      </w:r>
    </w:p>
    <w:p>
      <w:r>
        <w:rPr>
          <w:rFonts w:ascii="Gentium Plus" w:hAnsi="Gentium Plus"/>
          <w:sz w:val="24"/>
        </w:rPr>
        <w:t>Συλλαβόντες δὲ αὐτὸν ἤγαγον καὶ εἰσήγαγον εἰς τὴν οἰκίαν τοῦ ἀρχιερέως· ὁ δὲ Πέτρος ἠκολούθει μακρό‐ θεν.</w:t>
      </w:r>
    </w:p>
    <w:p>
      <w:r>
        <w:rPr>
          <w:rFonts w:ascii="Courier New" w:hAnsi="Courier New"/>
          <w:color w:val="555555"/>
          <w:sz w:val="20"/>
        </w:rPr>
        <w:t>[Luc . 22 . 55]</w:t>
      </w:r>
    </w:p>
    <w:p>
      <w:r>
        <w:rPr>
          <w:rFonts w:ascii="Gentium Plus" w:hAnsi="Gentium Plus"/>
          <w:sz w:val="24"/>
        </w:rPr>
        <w:t>περιαψάντων δὲ πῦρ ἐν μέσῳ τῆς αὐλῆς καὶ συγκαθισάντων ἐκάθητο ὁ Πέτρος μέσος αὐτῶν.</w:t>
      </w:r>
    </w:p>
    <w:p>
      <w:r>
        <w:rPr>
          <w:rFonts w:ascii="Courier New" w:hAnsi="Courier New"/>
          <w:color w:val="555555"/>
          <w:sz w:val="20"/>
        </w:rPr>
        <w:t>[Luc . 22 . 56]</w:t>
      </w:r>
    </w:p>
    <w:p>
      <w:r>
        <w:rPr>
          <w:rFonts w:ascii="Gentium Plus" w:hAnsi="Gentium Plus"/>
          <w:sz w:val="24"/>
        </w:rPr>
        <w:t>ἰδοῦσα δὲ αὐτὸν παιδίσκη τις καθήμενον πρὸς τὸ φῶς καὶ ἀτενίσασα αὐτῷ εἶπεν, Καὶ οὗτος σὺν αὐτῷ ἦν·</w:t>
      </w:r>
    </w:p>
    <w:p>
      <w:r>
        <w:rPr>
          <w:rFonts w:ascii="Courier New" w:hAnsi="Courier New"/>
          <w:color w:val="555555"/>
          <w:sz w:val="20"/>
        </w:rPr>
        <w:t>[Luc . 22 . 57]</w:t>
      </w:r>
    </w:p>
    <w:p>
      <w:r>
        <w:rPr>
          <w:rFonts w:ascii="Gentium Plus" w:hAnsi="Gentium Plus"/>
          <w:sz w:val="24"/>
        </w:rPr>
        <w:t>ὁ δὲ ἠρνήσατο λέγων, Οὐκ οἶδα αὐτόν, γύναι.</w:t>
      </w:r>
    </w:p>
    <w:p>
      <w:r>
        <w:rPr>
          <w:rFonts w:ascii="Courier New" w:hAnsi="Courier New"/>
          <w:color w:val="555555"/>
          <w:sz w:val="20"/>
        </w:rPr>
        <w:t>[Luc . 22 . 58]</w:t>
      </w:r>
    </w:p>
    <w:p>
      <w:r>
        <w:rPr>
          <w:rFonts w:ascii="Gentium Plus" w:hAnsi="Gentium Plus"/>
          <w:sz w:val="24"/>
        </w:rPr>
        <w:t>καὶ μετὰ βραχὺ ἕτερος ἰδὼν αὐτὸν ἔφη, Καὶ σὺ ἐξ αὐτῶν εἶ· ὁ δὲ Πέτρος ἔφη, Ἄνθρωπε, οὐκ εἰμί.</w:t>
      </w:r>
    </w:p>
    <w:p>
      <w:r>
        <w:rPr>
          <w:rFonts w:ascii="Courier New" w:hAnsi="Courier New"/>
          <w:color w:val="555555"/>
          <w:sz w:val="20"/>
        </w:rPr>
        <w:t>[Luc . 22 . 59]</w:t>
      </w:r>
    </w:p>
    <w:p>
      <w:r>
        <w:rPr>
          <w:rFonts w:ascii="Gentium Plus" w:hAnsi="Gentium Plus"/>
          <w:sz w:val="24"/>
        </w:rPr>
        <w:t>καὶ δια‐ στάσης ὡσεὶ ὥρας μιᾶς ἄλλος τις διϊσχυρίζετο λέγων, Ἐπ’ ἀληθείας καὶ οὗτος μετ’ αὐτοῦ ἦν, καὶ γὰρ Γαλι‐ λαῖός ἐστιν·</w:t>
      </w:r>
    </w:p>
    <w:p>
      <w:r>
        <w:rPr>
          <w:rFonts w:ascii="Courier New" w:hAnsi="Courier New"/>
          <w:color w:val="555555"/>
          <w:sz w:val="20"/>
        </w:rPr>
        <w:t>[Luc . 22 . 60]</w:t>
      </w:r>
    </w:p>
    <w:p>
      <w:r>
        <w:rPr>
          <w:rFonts w:ascii="Gentium Plus" w:hAnsi="Gentium Plus"/>
          <w:sz w:val="24"/>
        </w:rPr>
        <w:t>εἶπεν δὲ ὁ Πέτρος, Ἄνθρωπε, οὐκ οἶδα ὃ λέγεις. καὶ παραχρῆμα ἔτι λαλοῦντος αὐτοῦ ἐφώνησεν ἀλέκτωρ.</w:t>
      </w:r>
    </w:p>
    <w:p>
      <w:r>
        <w:rPr>
          <w:rFonts w:ascii="Courier New" w:hAnsi="Courier New"/>
          <w:color w:val="555555"/>
          <w:sz w:val="20"/>
        </w:rPr>
        <w:t>[Luc . 22 . 61]</w:t>
      </w:r>
    </w:p>
    <w:p>
      <w:r>
        <w:rPr>
          <w:rFonts w:ascii="Gentium Plus" w:hAnsi="Gentium Plus"/>
          <w:sz w:val="24"/>
        </w:rPr>
        <w:t>καὶ στραφεὶς ὁ κύριος ἐνέβλεψεν τῷ Πέτρῳ, καὶ ὑπεμνήσθη ὁ Πέτρος τοῦ ῥήματος τοῦ</w:t>
      </w:r>
    </w:p>
    <w:p>
      <w:r>
        <w:rPr>
          <w:rFonts w:ascii="Courier New" w:hAnsi="Courier New"/>
          <w:color w:val="555555"/>
          <w:sz w:val="20"/>
        </w:rPr>
        <w:t>[Luc . 22 . 62]</w:t>
      </w:r>
    </w:p>
    <w:p>
      <w:r>
        <w:rPr>
          <w:rFonts w:ascii="Gentium Plus" w:hAnsi="Gentium Plus"/>
          <w:sz w:val="24"/>
        </w:rPr>
        <w:t>καὶ ἐξελθὼν ἔξω ἔκλαυσεν πικρῶς.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22 . 63]</w:t>
      </w:r>
    </w:p>
    <w:p>
      <w:r>
        <w:rPr>
          <w:rFonts w:ascii="Gentium Plus" w:hAnsi="Gentium Plus"/>
          <w:sz w:val="24"/>
        </w:rPr>
        <w:t>Καὶ οἱ ἄνδρες οἱ συνέχοντες αὐτὸν ἐνέπαιζον αὐτῷ δέροντες,</w:t>
      </w:r>
    </w:p>
    <w:p>
      <w:r>
        <w:rPr>
          <w:rFonts w:ascii="Courier New" w:hAnsi="Courier New"/>
          <w:color w:val="555555"/>
          <w:sz w:val="20"/>
        </w:rPr>
        <w:t>[Luc . 22 . 64]</w:t>
      </w:r>
    </w:p>
    <w:p>
      <w:r>
        <w:rPr>
          <w:rFonts w:ascii="Gentium Plus" w:hAnsi="Gentium Plus"/>
          <w:sz w:val="24"/>
        </w:rPr>
        <w:t>καὶ περικαλύψαντες αὐτὸν ἐπηρώτων λέ‐ γοντες, Προφήτευσον, τίς ἐστιν ὁ παίσας σε;</w:t>
      </w:r>
    </w:p>
    <w:p>
      <w:r>
        <w:rPr>
          <w:rFonts w:ascii="Courier New" w:hAnsi="Courier New"/>
          <w:color w:val="555555"/>
          <w:sz w:val="20"/>
        </w:rPr>
        <w:t>[Luc . 22 . 65]</w:t>
      </w:r>
    </w:p>
    <w:p>
      <w:r>
        <w:rPr>
          <w:rFonts w:ascii="Gentium Plus" w:hAnsi="Gentium Plus"/>
          <w:sz w:val="24"/>
        </w:rPr>
        <w:t>καὶ ἕτερα πολλὰ βλασφημοῦντες ἔλεγον εἰς αὐτόν.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22 . 66]</w:t>
      </w:r>
    </w:p>
    <w:p>
      <w:r>
        <w:rPr>
          <w:rFonts w:ascii="Gentium Plus" w:hAnsi="Gentium Plus"/>
          <w:sz w:val="24"/>
        </w:rPr>
        <w:t>Καὶ ὡς ἐγένετο ἡμέρα, συνήχθη τὸ πρεσβυτέριον τοῦ λαοῦ, ἀρχιερεῖς τε καὶ γραμματεῖς, καὶ ἀπήγαγον αὐτὸν εἰς τὸ συνέδριον αὐτῶν,</w:t>
      </w:r>
    </w:p>
    <w:p>
      <w:r>
        <w:rPr>
          <w:rFonts w:ascii="Courier New" w:hAnsi="Courier New"/>
          <w:color w:val="555555"/>
          <w:sz w:val="20"/>
        </w:rPr>
        <w:t>[Luc . 22 . 67]</w:t>
      </w:r>
    </w:p>
    <w:p>
      <w:r>
        <w:rPr>
          <w:rFonts w:ascii="Gentium Plus" w:hAnsi="Gentium Plus"/>
          <w:sz w:val="24"/>
        </w:rPr>
        <w:t>λέγοντες, Εἰ σὺ εἶ ὁ Χριστός, εἰπὸν ἡμῖν. εἶπεν δὲ αὐτοῖς, Ἐὰν ὑμῖν εἴπω οὐ μὴ πιστεύσητε·</w:t>
      </w:r>
    </w:p>
    <w:p>
      <w:r>
        <w:rPr>
          <w:rFonts w:ascii="Courier New" w:hAnsi="Courier New"/>
          <w:color w:val="555555"/>
          <w:sz w:val="20"/>
        </w:rPr>
        <w:t>[Luc . 22 . 68]</w:t>
      </w:r>
    </w:p>
    <w:p>
      <w:r>
        <w:rPr>
          <w:rFonts w:ascii="Gentium Plus" w:hAnsi="Gentium Plus"/>
          <w:sz w:val="24"/>
        </w:rPr>
        <w:t>ἐὰν δὲ ἐρωτήσω οὐ μὴ ἀποκριθῆτε.</w:t>
      </w:r>
    </w:p>
    <w:p>
      <w:r>
        <w:rPr>
          <w:rFonts w:ascii="Courier New" w:hAnsi="Courier New"/>
          <w:color w:val="555555"/>
          <w:sz w:val="20"/>
        </w:rPr>
        <w:t>[Luc . 22 . 69]</w:t>
      </w:r>
    </w:p>
    <w:p>
      <w:r>
        <w:rPr>
          <w:rFonts w:ascii="Gentium Plus" w:hAnsi="Gentium Plus"/>
          <w:sz w:val="24"/>
        </w:rPr>
        <w:t>ἀπὸ τοῦ νῦν δὲ ἔσται ὁ υἱὸς τοῦ ἀνθρώ‐ που καθήμενος ἐκ δεξιῶν τῆς δυνάμεως τοῦ θεοῦ.</w:t>
      </w:r>
    </w:p>
    <w:p>
      <w:r>
        <w:rPr>
          <w:rFonts w:ascii="Courier New" w:hAnsi="Courier New"/>
          <w:color w:val="555555"/>
          <w:sz w:val="20"/>
        </w:rPr>
        <w:t>[Luc . 22 . 70]</w:t>
      </w:r>
    </w:p>
    <w:p>
      <w:r>
        <w:rPr>
          <w:rFonts w:ascii="Gentium Plus" w:hAnsi="Gentium Plus"/>
          <w:sz w:val="24"/>
        </w:rPr>
        <w:t>εἶ‐ παν δὲ πάντες, Σὺ οὖν εἶ ὁ υἱὸς τοῦ θεοῦ; ὁ δὲ πρὸς αὐτοὺς ἔφη, Ὑμεῖς λέγετε ὅτι ἐγώ εἰμι.</w:t>
      </w:r>
    </w:p>
    <w:p>
      <w:r>
        <w:rPr>
          <w:rFonts w:ascii="Courier New" w:hAnsi="Courier New"/>
          <w:color w:val="555555"/>
          <w:sz w:val="20"/>
        </w:rPr>
        <w:t>[Luc . 22 . 71]</w:t>
      </w:r>
    </w:p>
    <w:p>
      <w:r>
        <w:rPr>
          <w:rFonts w:ascii="Gentium Plus" w:hAnsi="Gentium Plus"/>
          <w:sz w:val="24"/>
        </w:rPr>
        <w:t>οἱ δὲ εἶπαν, Τί ἔτι ἔχομεν μαρτυρίας χρείαν; αὐτοὶ γὰρ ἠκούσαμεν</w:t>
      </w:r>
    </w:p>
    <w:p>
      <w:r>
        <w:rPr>
          <w:rFonts w:ascii="Courier New" w:hAnsi="Courier New"/>
          <w:color w:val="555555"/>
          <w:sz w:val="20"/>
        </w:rPr>
        <w:t>[Luc . 23 . 1]</w:t>
      </w:r>
    </w:p>
    <w:p>
      <w:r>
        <w:rPr>
          <w:rFonts w:ascii="Gentium Plus" w:hAnsi="Gentium Plus"/>
          <w:sz w:val="24"/>
        </w:rPr>
        <w:t>Καὶ ἀναστὰν ἅπαν τὸ πλῆθος αὐτῶν ἤγαγον αὐτὸν ἐπὶ τὸν Πιλᾶτον.</w:t>
      </w:r>
    </w:p>
    <w:p>
      <w:r>
        <w:rPr>
          <w:rFonts w:ascii="Courier New" w:hAnsi="Courier New"/>
          <w:color w:val="555555"/>
          <w:sz w:val="20"/>
        </w:rPr>
        <w:t>[Luc . 23 . 2]</w:t>
      </w:r>
    </w:p>
    <w:p>
      <w:r>
        <w:rPr>
          <w:rFonts w:ascii="Gentium Plus" w:hAnsi="Gentium Plus"/>
          <w:sz w:val="24"/>
        </w:rPr>
        <w:t>ἤρξαντο δὲ κατηγορεῖν αὐτοῦ λέγον‐ τες, Τοῦτον εὕραμεν διαστρέφοντα τὸ ἔθνος ἡμῶν καὶ κωλύοντα φόρους Καίσαρι διδόναι καὶ λέγοντα ἑαυτὸν Χριστὸν βασιλέα εἶναι.</w:t>
      </w:r>
    </w:p>
    <w:p>
      <w:r>
        <w:rPr>
          <w:rFonts w:ascii="Courier New" w:hAnsi="Courier New"/>
          <w:color w:val="555555"/>
          <w:sz w:val="20"/>
        </w:rPr>
        <w:t>[Luc . 23 . 3]</w:t>
      </w:r>
    </w:p>
    <w:p>
      <w:r>
        <w:rPr>
          <w:rFonts w:ascii="Gentium Plus" w:hAnsi="Gentium Plus"/>
          <w:sz w:val="24"/>
        </w:rPr>
        <w:t>ὁ δὲ Πιλᾶτος ἠρώτησεν αὐτὸν λέγων, Σὺ εἶ ὁ βασιλεὺς τῶν Ἰουδαίων; ὁ δὲ ἀποκρι‐ θεὶς αὐτῷ ἔφη, Σὺ λέγεις.</w:t>
      </w:r>
    </w:p>
    <w:p>
      <w:r>
        <w:rPr>
          <w:rFonts w:ascii="Courier New" w:hAnsi="Courier New"/>
          <w:color w:val="555555"/>
          <w:sz w:val="20"/>
        </w:rPr>
        <w:t>[Luc . 23 . 4]</w:t>
      </w:r>
    </w:p>
    <w:p>
      <w:r>
        <w:rPr>
          <w:rFonts w:ascii="Gentium Plus" w:hAnsi="Gentium Plus"/>
          <w:sz w:val="24"/>
        </w:rPr>
        <w:t>ὁ δὲ Πιλᾶτος εἶπεν πρὸς τοὺς ἀρχιερεῖς καὶ τοὺς ὄχλους, Οὐδὲν εὑρίσκω αἴτιον ἐν τῷ ἀνθρώπῳ τούτῳ.</w:t>
      </w:r>
    </w:p>
    <w:p>
      <w:r>
        <w:rPr>
          <w:rFonts w:ascii="Courier New" w:hAnsi="Courier New"/>
          <w:color w:val="555555"/>
          <w:sz w:val="20"/>
        </w:rPr>
        <w:t>[Luc . 23 . 5]</w:t>
      </w:r>
    </w:p>
    <w:p>
      <w:r>
        <w:rPr>
          <w:rFonts w:ascii="Gentium Plus" w:hAnsi="Gentium Plus"/>
          <w:sz w:val="24"/>
        </w:rPr>
        <w:t>οἱ δὲ ἐπίσχυον λέγοντες ὅτι Ἀνασείει τὸν λαὸν διδάσκων καθ’ ὅλης τῆς Ἰουδαίας, καὶ ἀρξάμενος ἀπὸ τῆς Γαλιλαίας ἕως ὧδε.</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23 . 6]</w:t>
      </w:r>
    </w:p>
    <w:p>
      <w:r>
        <w:rPr>
          <w:rFonts w:ascii="Gentium Plus" w:hAnsi="Gentium Plus"/>
          <w:sz w:val="24"/>
        </w:rPr>
        <w:t>Πιλᾶτος δὲ ἀκούσας ἐπηρώτησεν εἰ ὁ ἄνθρωπος Γαλιλαῖός ἐστιν·</w:t>
      </w:r>
    </w:p>
    <w:p>
      <w:r>
        <w:rPr>
          <w:rFonts w:ascii="Courier New" w:hAnsi="Courier New"/>
          <w:color w:val="555555"/>
          <w:sz w:val="20"/>
        </w:rPr>
        <w:t>[Luc . 23 . 7]</w:t>
      </w:r>
    </w:p>
    <w:p>
      <w:r>
        <w:rPr>
          <w:rFonts w:ascii="Gentium Plus" w:hAnsi="Gentium Plus"/>
          <w:sz w:val="24"/>
        </w:rPr>
        <w:t>καὶ ἐπιγνοὺς ὅτι ἐκ τῆς ἐξουσίας Ἡρῴδου ἐστὶν ἀνέπεμψεν αὐτὸν πρὸς Ἡρῴδην, ὄντα καὶ αὐτὸν ἐν Ἱεροσολύμοις ἐν ταύταις ταῖς ἡμέραις.</w:t>
      </w:r>
    </w:p>
    <w:p>
      <w:r>
        <w:rPr>
          <w:rFonts w:ascii="Courier New" w:hAnsi="Courier New"/>
          <w:color w:val="555555"/>
          <w:sz w:val="20"/>
        </w:rPr>
        <w:t>[Luc . 23 . 8]</w:t>
      </w:r>
    </w:p>
    <w:p>
      <w:r>
        <w:rPr>
          <w:rFonts w:ascii="Gentium Plus" w:hAnsi="Gentium Plus"/>
          <w:sz w:val="24"/>
        </w:rPr>
        <w:t>ὁ δὲ Ἡρῴδης ἰδὼν τὸν Ἰησοῦν ἐχάρη λίαν, ἦν γὰρ ἐξ ἱκανῶν χρόνων θέλων ἰδεῖν αὐτὸν διὰ τὸ ἀκούειν περὶ αὐτοῦ, καὶ ἤλπιζέν τι σημεῖον ἰδεῖν ὑπ’ αὐτοῦ γινόμενον.</w:t>
      </w:r>
    </w:p>
    <w:p>
      <w:r>
        <w:rPr>
          <w:rFonts w:ascii="Courier New" w:hAnsi="Courier New"/>
          <w:color w:val="555555"/>
          <w:sz w:val="20"/>
        </w:rPr>
        <w:t>[Luc . 23 . 9]</w:t>
      </w:r>
    </w:p>
    <w:p>
      <w:r>
        <w:rPr>
          <w:rFonts w:ascii="Gentium Plus" w:hAnsi="Gentium Plus"/>
          <w:sz w:val="24"/>
        </w:rPr>
        <w:t>ἐπηρώτα δὲ αὐτὸν ἐν λόγοις ἱκανοῖς· αὐτὸς δὲ οὐδὲν ἀπεκρίνατο αὐτῷ.</w:t>
      </w:r>
    </w:p>
    <w:p>
      <w:r>
        <w:rPr>
          <w:rFonts w:ascii="Courier New" w:hAnsi="Courier New"/>
          <w:color w:val="555555"/>
          <w:sz w:val="20"/>
        </w:rPr>
        <w:t>[Luc . 23 . 10]</w:t>
      </w:r>
    </w:p>
    <w:p>
      <w:r>
        <w:rPr>
          <w:rFonts w:ascii="Gentium Plus" w:hAnsi="Gentium Plus"/>
          <w:sz w:val="24"/>
        </w:rPr>
        <w:t>εἱστήκεισαν δὲ οἱ ἀρχιερεῖς καὶ οἱ γραμματεῖς εὐτόνως κατηγοροῦντες αὐτοῦ.</w:t>
      </w:r>
    </w:p>
    <w:p>
      <w:r>
        <w:rPr>
          <w:rFonts w:ascii="Courier New" w:hAnsi="Courier New"/>
          <w:color w:val="555555"/>
          <w:sz w:val="20"/>
        </w:rPr>
        <w:t>[Luc . 23 . 11]</w:t>
      </w:r>
    </w:p>
    <w:p>
      <w:r>
        <w:rPr>
          <w:rFonts w:ascii="Gentium Plus" w:hAnsi="Gentium Plus"/>
          <w:sz w:val="24"/>
        </w:rPr>
        <w:t>ἐξου‐ θενήσας δὲ αὐτὸν [καὶ] ὁ Ἡρῴδης σὺν τοῖς στρατεύ‐</w:t>
      </w:r>
    </w:p>
    <w:p>
      <w:r>
        <w:rPr>
          <w:rFonts w:ascii="Courier New" w:hAnsi="Courier New"/>
          <w:color w:val="555555"/>
          <w:sz w:val="20"/>
        </w:rPr>
        <w:t>[Luc . 23 . 12]</w:t>
      </w:r>
    </w:p>
    <w:p>
      <w:r>
        <w:rPr>
          <w:rFonts w:ascii="Gentium Plus" w:hAnsi="Gentium Plus"/>
          <w:sz w:val="24"/>
        </w:rPr>
        <w:t>ἐγένοντο δὲ φίλοι ὅ τε Ἡρῴδης καὶ ὁ Πιλᾶτος ἐν αὐτῇ τῇ ἡμέρᾳ μετ’ ἀλλήλων· προϋπῆρχον γὰρ ἐν ἔχθρᾳ ὄντες πρὸς αὑτούς.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23 . 13]</w:t>
      </w:r>
    </w:p>
    <w:p>
      <w:r>
        <w:rPr>
          <w:rFonts w:ascii="Gentium Plus" w:hAnsi="Gentium Plus"/>
          <w:sz w:val="24"/>
        </w:rPr>
        <w:t>Πιλᾶτος δὲ συγκαλεσάμενος τοὺς ἀρχιερεῖς καὶ τοὺς ἄρχοντας καὶ τὸν λαὸν</w:t>
      </w:r>
    </w:p>
    <w:p>
      <w:r>
        <w:rPr>
          <w:rFonts w:ascii="Courier New" w:hAnsi="Courier New"/>
          <w:color w:val="555555"/>
          <w:sz w:val="20"/>
        </w:rPr>
        <w:t>[Luc . 23 . 14]</w:t>
      </w:r>
    </w:p>
    <w:p>
      <w:r>
        <w:rPr>
          <w:rFonts w:ascii="Gentium Plus" w:hAnsi="Gentium Plus"/>
          <w:sz w:val="24"/>
        </w:rPr>
        <w:t>εἶπεν πρὸς αὐτούς, Προσηνέγκατέ μοι τὸν ἄνθρωπον τοῦτον ὡς ἀποστρέ‐ φοντα τὸν λαόν, καὶ ἰδοὺ ἐγὼ ἐνώπιον ὑμῶν ἀνακρίνας οὐθὲν εὗρον ἐν τῷ ἀνθρώπῳ τούτῳ αἴτιον ὧν κατηγορεῖτε</w:t>
      </w:r>
    </w:p>
    <w:p>
      <w:r>
        <w:rPr>
          <w:rFonts w:ascii="Courier New" w:hAnsi="Courier New"/>
          <w:color w:val="555555"/>
          <w:sz w:val="20"/>
        </w:rPr>
        <w:t>[5]</w:t>
      </w:r>
    </w:p>
    <w:p>
      <w:r>
        <w:rPr>
          <w:rFonts w:ascii="Gentium Plus" w:hAnsi="Gentium Plus"/>
          <w:sz w:val="24"/>
        </w:rPr>
        <w:t>κατ’ αὐτοῦ,</w:t>
      </w:r>
    </w:p>
    <w:p>
      <w:r>
        <w:rPr>
          <w:rFonts w:ascii="Courier New" w:hAnsi="Courier New"/>
          <w:color w:val="555555"/>
          <w:sz w:val="20"/>
        </w:rPr>
        <w:t>[Luc . 23 . 15]</w:t>
      </w:r>
    </w:p>
    <w:p>
      <w:r>
        <w:rPr>
          <w:rFonts w:ascii="Gentium Plus" w:hAnsi="Gentium Plus"/>
          <w:sz w:val="24"/>
        </w:rPr>
        <w:t>ἀλλ’ οὐδὲ Ἡρῴδης· ἀνέπεμψεν γὰρ αὐτὸν πρὸς ἡμᾶς· καὶ ἰδοὺ οὐδὲν ἄξιον θανάτου ἐστὶν πεπραγμένον αὐτῷ.</w:t>
      </w:r>
    </w:p>
    <w:p>
      <w:r>
        <w:rPr>
          <w:rFonts w:ascii="Courier New" w:hAnsi="Courier New"/>
          <w:color w:val="555555"/>
          <w:sz w:val="20"/>
        </w:rPr>
        <w:t>[Luc . 23 . 16]</w:t>
      </w:r>
    </w:p>
    <w:p>
      <w:r>
        <w:rPr>
          <w:rFonts w:ascii="Gentium Plus" w:hAnsi="Gentium Plus"/>
          <w:sz w:val="24"/>
        </w:rPr>
        <w:t>παιδεύσας οὖν αὐτὸν ἀπολύσω.</w:t>
      </w:r>
    </w:p>
    <w:p>
      <w:r>
        <w:rPr>
          <w:rFonts w:ascii="Courier New" w:hAnsi="Courier New"/>
          <w:color w:val="555555"/>
          <w:sz w:val="20"/>
        </w:rPr>
        <w:t>[Luc . 23 . 18]</w:t>
      </w:r>
    </w:p>
    <w:p>
      <w:r>
        <w:rPr>
          <w:rFonts w:ascii="Gentium Plus" w:hAnsi="Gentium Plus"/>
          <w:sz w:val="24"/>
        </w:rPr>
        <w:t>ἀνέκραγον δὲ παμπληθεὶ λέγοντες, Αἶρε τοῦτον, ἀπόλυσον δὲ ἡμῖν τὸν Βαραββᾶν·</w:t>
      </w:r>
    </w:p>
    <w:p>
      <w:r>
        <w:rPr>
          <w:rFonts w:ascii="Courier New" w:hAnsi="Courier New"/>
          <w:color w:val="555555"/>
          <w:sz w:val="20"/>
        </w:rPr>
        <w:t>[Luc . 23 . 19]</w:t>
      </w:r>
    </w:p>
    <w:p>
      <w:r>
        <w:rPr>
          <w:rFonts w:ascii="Gentium Plus" w:hAnsi="Gentium Plus"/>
          <w:sz w:val="24"/>
        </w:rPr>
        <w:t>ὅστις ἦν διὰ στάσιν τινὰ γενομένην ἐν τῇ πόλει καὶ φόνον βληθεὶς ἐν τῇ φυλακῇ.</w:t>
      </w:r>
    </w:p>
    <w:p>
      <w:r>
        <w:rPr>
          <w:rFonts w:ascii="Courier New" w:hAnsi="Courier New"/>
          <w:color w:val="555555"/>
          <w:sz w:val="20"/>
        </w:rPr>
        <w:t>[Luc . 23 . 20]</w:t>
      </w:r>
    </w:p>
    <w:p>
      <w:r>
        <w:rPr>
          <w:rFonts w:ascii="Gentium Plus" w:hAnsi="Gentium Plus"/>
          <w:sz w:val="24"/>
        </w:rPr>
        <w:t>πάλιν δὲ ὁ Πιλᾶτος προσεφώνησεν αὐτοῖς, θέλων ἀπολῦσαι τὸν Ἰησοῦν·</w:t>
      </w:r>
    </w:p>
    <w:p>
      <w:r>
        <w:rPr>
          <w:rFonts w:ascii="Courier New" w:hAnsi="Courier New"/>
          <w:color w:val="555555"/>
          <w:sz w:val="20"/>
        </w:rPr>
        <w:t>[Luc . 23 . 21]</w:t>
      </w:r>
    </w:p>
    <w:p>
      <w:r>
        <w:rPr>
          <w:rFonts w:ascii="Gentium Plus" w:hAnsi="Gentium Plus"/>
          <w:sz w:val="24"/>
        </w:rPr>
        <w:t>οἱ δὲ ἐπεφώνουν λέ‐ γοντες, Σταύρου, σταύρου αὐτόν.</w:t>
      </w:r>
    </w:p>
    <w:p>
      <w:r>
        <w:rPr>
          <w:rFonts w:ascii="Courier New" w:hAnsi="Courier New"/>
          <w:color w:val="555555"/>
          <w:sz w:val="20"/>
        </w:rPr>
        <w:t>[Luc . 23 . 22]</w:t>
      </w:r>
    </w:p>
    <w:p>
      <w:r>
        <w:rPr>
          <w:rFonts w:ascii="Gentium Plus" w:hAnsi="Gentium Plus"/>
          <w:sz w:val="24"/>
        </w:rPr>
        <w:t>ὁ δὲ τρίτον εἶπεν πρὸς αὐτούς, Τί γὰρ κακὸν ἐποίησεν οὗτος; οὐδὲν αἴτιον θανάτου εὗρον ἐν αὐτῷ· παιδεύσας οὖν αὐτὸν ἀπολύσω.</w:t>
      </w:r>
    </w:p>
    <w:p>
      <w:r>
        <w:rPr>
          <w:rFonts w:ascii="Courier New" w:hAnsi="Courier New"/>
          <w:color w:val="555555"/>
          <w:sz w:val="20"/>
        </w:rPr>
        <w:t>[Luc . 23 . 23]</w:t>
      </w:r>
    </w:p>
    <w:p>
      <w:r>
        <w:rPr>
          <w:rFonts w:ascii="Gentium Plus" w:hAnsi="Gentium Plus"/>
          <w:sz w:val="24"/>
        </w:rPr>
        <w:t>οἱ δὲ ἐπέκειντο φωναῖς μεγάλαις αἰτούμενοι αὐτὸν σταυρωθῆναι, καὶ κατίσχυον αἱ φωναὶ αὐτῶν.</w:t>
      </w:r>
    </w:p>
    <w:p>
      <w:r>
        <w:rPr>
          <w:rFonts w:ascii="Courier New" w:hAnsi="Courier New"/>
          <w:color w:val="555555"/>
          <w:sz w:val="20"/>
        </w:rPr>
        <w:t>[Luc . 23 . 24]</w:t>
      </w:r>
    </w:p>
    <w:p>
      <w:r>
        <w:rPr>
          <w:rFonts w:ascii="Gentium Plus" w:hAnsi="Gentium Plus"/>
          <w:sz w:val="24"/>
        </w:rPr>
        <w:t>καὶ Πιλᾶτος ἐπέκρινεν γενέσθαι τὸ αἴτημα αὐτῶν·</w:t>
      </w:r>
    </w:p>
    <w:p>
      <w:r>
        <w:rPr>
          <w:rFonts w:ascii="Courier New" w:hAnsi="Courier New"/>
          <w:color w:val="555555"/>
          <w:sz w:val="20"/>
        </w:rPr>
        <w:t>[Luc . 23 . 25]</w:t>
      </w:r>
    </w:p>
    <w:p>
      <w:r>
        <w:rPr>
          <w:rFonts w:ascii="Gentium Plus" w:hAnsi="Gentium Plus"/>
          <w:sz w:val="24"/>
        </w:rPr>
        <w:t>ἀπέλυ‐ σεν δὲ τὸν διὰ στάσιν καὶ φόνον βεβλημένον εἰς φυλακὴν ὃν ᾐτοῦντο, τὸν δὲ Ἰησοῦν παρέδωκεν τῷ θελήματι αὐτῶν.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23 . 26]</w:t>
      </w:r>
    </w:p>
    <w:p>
      <w:r>
        <w:rPr>
          <w:rFonts w:ascii="Gentium Plus" w:hAnsi="Gentium Plus"/>
          <w:sz w:val="24"/>
        </w:rPr>
        <w:t>Καὶ ὡς ἀπήγαγον αὐτόν, ἐπιλαβόμενοι Σίμωνά τινα Κυρηναῖον ἐρχόμενον ἀπ’ ἀγροῦ ἐπέθηκαν αὐτῷ τὸν σταυρὸν φέρειν ὄπισθεν τοῦ Ἰησοῦ.</w:t>
      </w:r>
    </w:p>
    <w:p>
      <w:r>
        <w:rPr>
          <w:rFonts w:ascii="Courier New" w:hAnsi="Courier New"/>
          <w:color w:val="555555"/>
          <w:sz w:val="20"/>
        </w:rPr>
        <w:t>[Luc . 23 . 27]</w:t>
      </w:r>
    </w:p>
    <w:p>
      <w:r>
        <w:rPr>
          <w:rFonts w:ascii="Gentium Plus" w:hAnsi="Gentium Plus"/>
          <w:sz w:val="24"/>
        </w:rPr>
        <w:t>Ἠκολούθει δὲ αὐτῷ πολὺ πλῆθος τοῦ λαοῦ καὶ γυναικῶν αἳ ἐκόπτοντο καὶ ἐθρήνουν αὐτόν.</w:t>
      </w:r>
    </w:p>
    <w:p>
      <w:r>
        <w:rPr>
          <w:rFonts w:ascii="Courier New" w:hAnsi="Courier New"/>
          <w:color w:val="555555"/>
          <w:sz w:val="20"/>
        </w:rPr>
        <w:t>[Luc . 23 . 28]</w:t>
      </w:r>
    </w:p>
    <w:p>
      <w:r>
        <w:rPr>
          <w:rFonts w:ascii="Gentium Plus" w:hAnsi="Gentium Plus"/>
          <w:sz w:val="24"/>
        </w:rPr>
        <w:t>στραφεὶς δὲ πρὸς αὐτὰς [ὁ] Ἰησοῦς εἶπεν, Θυγατέρες Ἰερουσαλήμ, μὴ κλαίετε ἐπ’ ἐμέ· πλὴν ἐφ’ ἑαυτὰς κλαίετε καὶ ἐπὶ τὰ τέκνα ὑμῶν,</w:t>
      </w:r>
    </w:p>
    <w:p>
      <w:r>
        <w:rPr>
          <w:rFonts w:ascii="Courier New" w:hAnsi="Courier New"/>
          <w:color w:val="555555"/>
          <w:sz w:val="20"/>
        </w:rPr>
        <w:t>[Luc . 23 . 29]</w:t>
      </w:r>
    </w:p>
    <w:p>
      <w:r>
        <w:rPr>
          <w:rFonts w:ascii="Gentium Plus" w:hAnsi="Gentium Plus"/>
          <w:sz w:val="24"/>
        </w:rPr>
        <w:t>ὅτι ἰδοὺ ἔρχονται ἡμέραι ἐν αἷς ἐροῦσιν, Μακάριαι αἱ στεῖραι καὶ αἱ κοιλίαι αἳ οὐκ ἐγέννησαν καὶ μαστοὶ οἳ οὐκ ἔθρεψαν.</w:t>
      </w:r>
    </w:p>
    <w:p>
      <w:r>
        <w:rPr>
          <w:rFonts w:ascii="Courier New" w:hAnsi="Courier New"/>
          <w:color w:val="555555"/>
          <w:sz w:val="20"/>
        </w:rPr>
        <w:t>[Luc . 23 . 30]</w:t>
      </w:r>
    </w:p>
    <w:p>
      <w:r>
        <w:rPr>
          <w:rFonts w:ascii="Gentium Plus" w:hAnsi="Gentium Plus"/>
          <w:sz w:val="24"/>
        </w:rPr>
        <w:t>τότε ἄρξονται λέγειν τοῖς ὄρεσιν, Πέσετε ἐφ’ ἡμᾶς, καὶ τοῖς βουνοῖς, Καλύψατε ἡμᾶς·</w:t>
      </w:r>
    </w:p>
    <w:p>
      <w:r>
        <w:rPr>
          <w:rFonts w:ascii="Courier New" w:hAnsi="Courier New"/>
          <w:color w:val="555555"/>
          <w:sz w:val="20"/>
        </w:rPr>
        <w:t>[Luc . 23 . 31]</w:t>
      </w:r>
    </w:p>
    <w:p>
      <w:r>
        <w:rPr>
          <w:rFonts w:ascii="Gentium Plus" w:hAnsi="Gentium Plus"/>
          <w:sz w:val="24"/>
        </w:rPr>
        <w:t>ὅτι εἰ ἐν τῷ ὑγρῷ ξύλῳ ταῦτα ποιοῦσιν, ἐν τῷ ξηρῷ τί γένηται;</w:t>
      </w:r>
    </w:p>
    <w:p>
      <w:r>
        <w:rPr>
          <w:rFonts w:ascii="Courier New" w:hAnsi="Courier New"/>
          <w:color w:val="555555"/>
          <w:sz w:val="20"/>
        </w:rPr>
        <w:t>[Luc . 23 . 32]</w:t>
      </w:r>
    </w:p>
    <w:p>
      <w:r>
        <w:rPr>
          <w:rFonts w:ascii="Gentium Plus" w:hAnsi="Gentium Plus"/>
          <w:sz w:val="24"/>
        </w:rPr>
        <w:t>Ἤγοντο δὲ καὶ ἕτεροι κακοῦργοι δύο σὺν αὐτῷ ἀναιρεθῆναι.</w:t>
      </w:r>
    </w:p>
    <w:p>
      <w:r>
        <w:rPr>
          <w:rFonts w:ascii="Courier New" w:hAnsi="Courier New"/>
          <w:color w:val="555555"/>
          <w:sz w:val="20"/>
        </w:rPr>
        <w:t>[Luc . 23 . 33]</w:t>
      </w:r>
    </w:p>
    <w:p>
      <w:r>
        <w:rPr>
          <w:rFonts w:ascii="Gentium Plus" w:hAnsi="Gentium Plus"/>
          <w:sz w:val="24"/>
        </w:rPr>
        <w:t>καὶ ὅτε ἦλθον ἐπὶ τὸν τόπον τὸν καλού‐ μενον Κρανίον, ἐκεῖ ἐσταύρωσαν αὐτὸν καὶ τοὺς κα‐ κούργους, ὃν μὲν ἐκ δεξιῶν ὃν δὲ ἐξ ἀριστερῶν.</w:t>
      </w:r>
    </w:p>
    <w:p>
      <w:r>
        <w:rPr>
          <w:rFonts w:ascii="Courier New" w:hAnsi="Courier New"/>
          <w:color w:val="555555"/>
          <w:sz w:val="20"/>
        </w:rPr>
        <w:t>[Luc . 23 . 34]</w:t>
      </w:r>
    </w:p>
    <w:p>
      <w:r>
        <w:rPr>
          <w:rFonts w:ascii="Gentium Plus" w:hAnsi="Gentium Plus"/>
          <w:sz w:val="24"/>
        </w:rPr>
        <w:t>[ὁ δὲ Ἰησοῦς ἔλεγεν, Πάτερ, ἄφες αὐτοῖς, οὐ γὰρ οἴδασιν τί ποιοῦσιν.] διαμεριζόμενοι δὲ τὰ ἱμάτια αὐτοῦ ἔβαλον κλῆρον.</w:t>
      </w:r>
    </w:p>
    <w:p>
      <w:r>
        <w:rPr>
          <w:rFonts w:ascii="Courier New" w:hAnsi="Courier New"/>
          <w:color w:val="555555"/>
          <w:sz w:val="20"/>
        </w:rPr>
        <w:t>[Luc . 23 . 35]</w:t>
      </w:r>
    </w:p>
    <w:p>
      <w:r>
        <w:rPr>
          <w:rFonts w:ascii="Gentium Plus" w:hAnsi="Gentium Plus"/>
          <w:sz w:val="24"/>
        </w:rPr>
        <w:t>καὶ εἱστήκει ὁ λαὸς θεωρῶν. ἐξεμυκτήριζον δὲ καὶ οἱ ἄρχοντες λέγοντες, Ἄλλους ἔσωσεν, σωσάτω ἑαυτόν, εἰ οὗτός ἐστιν ὁ Χριστὸς τοῦ θεοῦ ὁ ἐκλεκτός.</w:t>
      </w:r>
    </w:p>
    <w:p>
      <w:r>
        <w:rPr>
          <w:rFonts w:ascii="Courier New" w:hAnsi="Courier New"/>
          <w:color w:val="555555"/>
          <w:sz w:val="20"/>
        </w:rPr>
        <w:t>[Luc . 23 . 36]</w:t>
      </w:r>
    </w:p>
    <w:p>
      <w:r>
        <w:rPr>
          <w:rFonts w:ascii="Gentium Plus" w:hAnsi="Gentium Plus"/>
          <w:sz w:val="24"/>
        </w:rPr>
        <w:t>ἐνέπαιξαν δὲ αὐτῷ καὶ οἱ στρατιῶται προσερχόμενοι, ὄξος προσφέροντες αὐτῷ</w:t>
      </w:r>
    </w:p>
    <w:p>
      <w:r>
        <w:rPr>
          <w:rFonts w:ascii="Courier New" w:hAnsi="Courier New"/>
          <w:color w:val="555555"/>
          <w:sz w:val="20"/>
        </w:rPr>
        <w:t>[Luc . 23 . 37]</w:t>
      </w:r>
    </w:p>
    <w:p>
      <w:r>
        <w:rPr>
          <w:rFonts w:ascii="Gentium Plus" w:hAnsi="Gentium Plus"/>
          <w:sz w:val="24"/>
        </w:rPr>
        <w:t>καὶ λέγοντες, Εἰ σὺ εἶ ὁ βασιλεὺς τῶν Ἰουδαίων, σῶσον σεαυτόν.</w:t>
      </w:r>
    </w:p>
    <w:p>
      <w:r>
        <w:rPr>
          <w:rFonts w:ascii="Courier New" w:hAnsi="Courier New"/>
          <w:color w:val="555555"/>
          <w:sz w:val="20"/>
        </w:rPr>
        <w:t>[Luc . 23 . 38]</w:t>
      </w:r>
    </w:p>
    <w:p>
      <w:r>
        <w:rPr>
          <w:rFonts w:ascii="Gentium Plus" w:hAnsi="Gentium Plus"/>
          <w:sz w:val="24"/>
        </w:rPr>
        <w:t>ἦν δὲ καὶ</w:t>
      </w:r>
    </w:p>
    <w:p>
      <w:r>
        <w:rPr>
          <w:rFonts w:ascii="Courier New" w:hAnsi="Courier New"/>
          <w:color w:val="555555"/>
          <w:sz w:val="20"/>
        </w:rPr>
        <w:t>[Luc . 23 . 39]</w:t>
      </w:r>
    </w:p>
    <w:p>
      <w:r>
        <w:rPr>
          <w:rFonts w:ascii="Gentium Plus" w:hAnsi="Gentium Plus"/>
          <w:sz w:val="24"/>
        </w:rPr>
        <w:t>Εἷς δὲ τῶν κρεμασθέντων κακούργων ἐβλασφήμει αὐτὸν λέγων, Οὐχὶ σὺ εἶ ὁ Χριστός; σῶσον σεαυτὸν καὶ ἡμᾶς.</w:t>
      </w:r>
    </w:p>
    <w:p>
      <w:r>
        <w:rPr>
          <w:rFonts w:ascii="Courier New" w:hAnsi="Courier New"/>
          <w:color w:val="555555"/>
          <w:sz w:val="20"/>
        </w:rPr>
        <w:t>[Luc . 23 . 40]</w:t>
      </w:r>
    </w:p>
    <w:p>
      <w:r>
        <w:rPr>
          <w:rFonts w:ascii="Gentium Plus" w:hAnsi="Gentium Plus"/>
          <w:sz w:val="24"/>
        </w:rPr>
        <w:t>ἀποκριθεὶς δὲ ὁ ἕτερος ἐπιτιμῶν αὐτῷ ἔφη, Οὐδὲ φοβῇ σὺ τὸν θεόν, ὅτι ἐν τῷ αὐτῷ κρίματι εἶ;</w:t>
      </w:r>
    </w:p>
    <w:p>
      <w:r>
        <w:rPr>
          <w:rFonts w:ascii="Courier New" w:hAnsi="Courier New"/>
          <w:color w:val="555555"/>
          <w:sz w:val="20"/>
        </w:rPr>
        <w:t>[Luc . 23 . 41]</w:t>
      </w:r>
    </w:p>
    <w:p>
      <w:r>
        <w:rPr>
          <w:rFonts w:ascii="Gentium Plus" w:hAnsi="Gentium Plus"/>
          <w:sz w:val="24"/>
        </w:rPr>
        <w:t>καὶ ἡμεῖς μὲν δικαίως, ἄξια γὰρ ὧν ἐπράξαμεν ἀπο‐ λαμβάνομεν· οὗτος δὲ οὐδὲν ἄτοπον ἔπραξεν.</w:t>
      </w:r>
    </w:p>
    <w:p>
      <w:r>
        <w:rPr>
          <w:rFonts w:ascii="Courier New" w:hAnsi="Courier New"/>
          <w:color w:val="555555"/>
          <w:sz w:val="20"/>
        </w:rPr>
        <w:t>[Luc . 23 . 42]</w:t>
      </w:r>
    </w:p>
    <w:p>
      <w:r>
        <w:rPr>
          <w:rFonts w:ascii="Gentium Plus" w:hAnsi="Gentium Plus"/>
          <w:sz w:val="24"/>
        </w:rPr>
        <w:t>καὶ ἔλεγεν, Ἰησοῦ, μνήσθητί μου ὅταν ἔλθῃς ἐν τῇ βασιλείᾳ σου.</w:t>
      </w:r>
    </w:p>
    <w:p>
      <w:r>
        <w:rPr>
          <w:rFonts w:ascii="Courier New" w:hAnsi="Courier New"/>
          <w:color w:val="555555"/>
          <w:sz w:val="20"/>
        </w:rPr>
        <w:t>[Luc . 23 . 43]</w:t>
      </w:r>
    </w:p>
    <w:p>
      <w:r>
        <w:rPr>
          <w:rFonts w:ascii="Gentium Plus" w:hAnsi="Gentium Plus"/>
          <w:sz w:val="24"/>
        </w:rPr>
        <w:t>καὶ εἶπεν αὐτῷ, Ἀμήν σοι λέγω, σήμερον μετ’ ἐμοῦ ἔσῃ ἐν τῷ παραδείσῳ.</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23 . 44]</w:t>
      </w:r>
    </w:p>
    <w:p>
      <w:r>
        <w:rPr>
          <w:rFonts w:ascii="Gentium Plus" w:hAnsi="Gentium Plus"/>
          <w:sz w:val="24"/>
        </w:rPr>
        <w:t>Καὶ ἦν ἤδη ὡσεὶ ὥρα ἕκτη καὶ σκότος ἐγένετο ἐφ’ ὅλην τὴν γῆν ἕως ὥρας ἐνάτης</w:t>
      </w:r>
    </w:p>
    <w:p>
      <w:r>
        <w:rPr>
          <w:rFonts w:ascii="Courier New" w:hAnsi="Courier New"/>
          <w:color w:val="555555"/>
          <w:sz w:val="20"/>
        </w:rPr>
        <w:t>[Luc . 23 . 45]</w:t>
      </w:r>
    </w:p>
    <w:p>
      <w:r>
        <w:rPr>
          <w:rFonts w:ascii="Gentium Plus" w:hAnsi="Gentium Plus"/>
          <w:sz w:val="24"/>
        </w:rPr>
        <w:t>τοῦ ἡλίου ἐκλι‐ πόντος, ἐσχίσθη δὲ τὸ καταπέτασμα τοῦ ναοῦ μέσον.</w:t>
      </w:r>
    </w:p>
    <w:p>
      <w:r>
        <w:rPr>
          <w:rFonts w:ascii="Courier New" w:hAnsi="Courier New"/>
          <w:color w:val="555555"/>
          <w:sz w:val="20"/>
        </w:rPr>
        <w:t>[Luc . 23 . 46]</w:t>
      </w:r>
    </w:p>
    <w:p>
      <w:r>
        <w:rPr>
          <w:rFonts w:ascii="Gentium Plus" w:hAnsi="Gentium Plus"/>
          <w:sz w:val="24"/>
        </w:rPr>
        <w:t>καὶ φωνήσας φωνῇ μεγάλῃ ὁ Ἰησοῦς εἶπεν, Πάτερ, εἰς χεῖράς σου παρατίθεμαι τὸ πνεῦμά μου· τοῦτο δὲ εἰπὼν ἐξέπνευσεν.</w:t>
      </w:r>
    </w:p>
    <w:p>
      <w:r>
        <w:rPr>
          <w:rFonts w:ascii="Courier New" w:hAnsi="Courier New"/>
          <w:color w:val="555555"/>
          <w:sz w:val="20"/>
        </w:rPr>
        <w:t>[Luc . 23 . 47]</w:t>
      </w:r>
    </w:p>
    <w:p>
      <w:r>
        <w:rPr>
          <w:rFonts w:ascii="Gentium Plus" w:hAnsi="Gentium Plus"/>
          <w:sz w:val="24"/>
        </w:rPr>
        <w:t>Ἰδὼν δὲ ὁ ἑκατοντάρχης τὸ γενό‐ μενον ἐδόξαζεν τὸν θεὸν λέγων, Ὄντως ὁ ἄνθρωπος οὗτος δίκαιος ἦν.</w:t>
      </w:r>
    </w:p>
    <w:p>
      <w:r>
        <w:rPr>
          <w:rFonts w:ascii="Courier New" w:hAnsi="Courier New"/>
          <w:color w:val="555555"/>
          <w:sz w:val="20"/>
        </w:rPr>
        <w:t>[Luc . 23 . 48]</w:t>
      </w:r>
    </w:p>
    <w:p>
      <w:r>
        <w:rPr>
          <w:rFonts w:ascii="Gentium Plus" w:hAnsi="Gentium Plus"/>
          <w:sz w:val="24"/>
        </w:rPr>
        <w:t>καὶ πάντες οἱ συμπαραγενόμενοι ὄχλοι ἐπὶ τὴν θεωρίαν ταύτην, θεωρήσαντες τὰ γενόμενα, τύπτοντες τὰ στήθη ὑπέστρεφον.</w:t>
      </w:r>
    </w:p>
    <w:p>
      <w:r>
        <w:rPr>
          <w:rFonts w:ascii="Courier New" w:hAnsi="Courier New"/>
          <w:color w:val="555555"/>
          <w:sz w:val="20"/>
        </w:rPr>
        <w:t>[Luc . 23 . 49]</w:t>
      </w:r>
    </w:p>
    <w:p>
      <w:r>
        <w:rPr>
          <w:rFonts w:ascii="Gentium Plus" w:hAnsi="Gentium Plus"/>
          <w:sz w:val="24"/>
        </w:rPr>
        <w:t>εἱστήκεισαν δὲ πάντες οἱ γνωστοὶ αὐτῷ ἀπὸ μακρόθεν, καὶ γυναῖκες αἱ συνακολουθοῦσαι αὐτῷ ἀπὸ τῆς Γαλιλαίας, ὁρῶσαι ταῦτα.</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[Luc . 23 . 50]</w:t>
      </w:r>
    </w:p>
    <w:p>
      <w:r>
        <w:rPr>
          <w:rFonts w:ascii="Gentium Plus" w:hAnsi="Gentium Plus"/>
          <w:sz w:val="24"/>
        </w:rPr>
        <w:t>Καὶ ἰδοὺ ἀνὴρ ὀνόματι Ἰωσὴφ βουλευτὴς ὑπάρχων [καὶ] ἀνὴρ ἀγαθὸς καὶ δίκαιος</w:t>
      </w:r>
    </w:p>
    <w:p>
      <w:r>
        <w:rPr>
          <w:rFonts w:ascii="Courier New" w:hAnsi="Courier New"/>
          <w:color w:val="555555"/>
          <w:sz w:val="20"/>
        </w:rPr>
        <w:t>[Luc . 23 . 51]</w:t>
      </w:r>
    </w:p>
    <w:p>
      <w:r>
        <w:rPr>
          <w:rFonts w:ascii="Gentium Plus" w:hAnsi="Gentium Plus"/>
          <w:sz w:val="24"/>
        </w:rPr>
        <w:t>—οὗτος οὐκ ἦν συγκατατεθειμένος τῇ βουλῇ καὶ τῇ πράξει αὐτῶν— ἀπὸ Ἁριμαθαίας πόλεως τῶν Ἰουδαίων, ὃς προσεδέχετο τὴν βασιλείαν τοῦ θεοῦ,</w:t>
      </w:r>
    </w:p>
    <w:p>
      <w:r>
        <w:rPr>
          <w:rFonts w:ascii="Courier New" w:hAnsi="Courier New"/>
          <w:color w:val="555555"/>
          <w:sz w:val="20"/>
        </w:rPr>
        <w:t>[Luc . 23 . 52]</w:t>
      </w:r>
    </w:p>
    <w:p>
      <w:r>
        <w:rPr>
          <w:rFonts w:ascii="Gentium Plus" w:hAnsi="Gentium Plus"/>
          <w:sz w:val="24"/>
        </w:rPr>
        <w:t>οὗτος προσελθὼν τῷ Πιλάτῳ ᾐτήσατο τὸ σῶμα τοῦ Ἰησοῦ,</w:t>
      </w:r>
    </w:p>
    <w:p>
      <w:r>
        <w:rPr>
          <w:rFonts w:ascii="Courier New" w:hAnsi="Courier New"/>
          <w:color w:val="555555"/>
          <w:sz w:val="20"/>
        </w:rPr>
        <w:t>[Luc . 23 . 53]</w:t>
      </w:r>
    </w:p>
    <w:p>
      <w:r>
        <w:rPr>
          <w:rFonts w:ascii="Gentium Plus" w:hAnsi="Gentium Plus"/>
          <w:sz w:val="24"/>
        </w:rPr>
        <w:t>καὶ καθελὼν ἐνετύ‐ λιξεν αὐτὸ σινδόνι, καὶ ἔθηκεν αὐτὸν ἐν μνήματι λαξευτῷ οὗ οὐκ ἦν οὐδεὶς οὔπω κείμενος.</w:t>
      </w:r>
    </w:p>
    <w:p>
      <w:r>
        <w:rPr>
          <w:rFonts w:ascii="Courier New" w:hAnsi="Courier New"/>
          <w:color w:val="555555"/>
          <w:sz w:val="20"/>
        </w:rPr>
        <w:t>[Luc . 23 . 54]</w:t>
      </w:r>
    </w:p>
    <w:p>
      <w:r>
        <w:rPr>
          <w:rFonts w:ascii="Gentium Plus" w:hAnsi="Gentium Plus"/>
          <w:sz w:val="24"/>
        </w:rPr>
        <w:t>καὶ ἡμέρα ἦν παρα‐ σκευῆς, καὶ σάββατον ἐπέφωσκεν.</w:t>
      </w:r>
    </w:p>
    <w:p>
      <w:r>
        <w:rPr>
          <w:rFonts w:ascii="Courier New" w:hAnsi="Courier New"/>
          <w:color w:val="555555"/>
          <w:sz w:val="20"/>
        </w:rPr>
        <w:t>[Luc . 23 . 55]</w:t>
      </w:r>
    </w:p>
    <w:p>
      <w:r>
        <w:rPr>
          <w:rFonts w:ascii="Gentium Plus" w:hAnsi="Gentium Plus"/>
          <w:sz w:val="24"/>
        </w:rPr>
        <w:t>Κατακολουθήσασαι δὲ αἱ γυναῖκες, αἵτινες ἦσαν συνεληλυθυῖαι ἐκ τῆς Γαλιλαίας αὐτῷ, ἐθεάσαντο τὸ μνημεῖον καὶ ὡς ἐτέθη τὸ σῶμα αὐτοῦ,</w:t>
      </w:r>
    </w:p>
    <w:p>
      <w:r>
        <w:rPr>
          <w:rFonts w:ascii="Courier New" w:hAnsi="Courier New"/>
          <w:color w:val="555555"/>
          <w:sz w:val="20"/>
        </w:rPr>
        <w:t>[Luc . 23 . 56]</w:t>
      </w:r>
    </w:p>
    <w:p>
      <w:r>
        <w:rPr>
          <w:rFonts w:ascii="Gentium Plus" w:hAnsi="Gentium Plus"/>
          <w:sz w:val="24"/>
        </w:rPr>
        <w:t>ὑποστρέψασαι δὲ ἡτοίμασαν ἀρώματα καὶ μύρα.</w:t>
      </w:r>
    </w:p>
    <w:p>
      <w:r>
        <w:rPr>
          <w:rFonts w:ascii="Courier New" w:hAnsi="Courier New"/>
          <w:color w:val="555555"/>
          <w:sz w:val="20"/>
        </w:rPr>
        <w:t>[2]</w:t>
      </w:r>
    </w:p>
    <w:p>
      <w:r>
        <w:rPr>
          <w:rFonts w:ascii="Gentium Plus" w:hAnsi="Gentium Plus"/>
          <w:sz w:val="24"/>
        </w:rPr>
        <w:t>Καὶ τὸ μὲν σάββατον ἡσύχασαν κατὰ τὴν ἐντολήν,</w:t>
      </w:r>
    </w:p>
    <w:p>
      <w:r>
        <w:rPr>
          <w:rFonts w:ascii="Courier New" w:hAnsi="Courier New"/>
          <w:color w:val="555555"/>
          <w:sz w:val="20"/>
        </w:rPr>
        <w:t>[Luc . 24 . 1]</w:t>
      </w:r>
    </w:p>
    <w:p>
      <w:r>
        <w:rPr>
          <w:rFonts w:ascii="Gentium Plus" w:hAnsi="Gentium Plus"/>
          <w:sz w:val="24"/>
        </w:rPr>
        <w:t>τῇ δὲ μιᾷ τῶν σαββάτων ὄρθρου βαθέως ἐπὶ τὸ μνῆμα ἦλθον φέρουσαι ἃ ἡτοίμασαν ἀρώματα.</w:t>
      </w:r>
    </w:p>
    <w:p>
      <w:r>
        <w:rPr>
          <w:rFonts w:ascii="Courier New" w:hAnsi="Courier New"/>
          <w:color w:val="555555"/>
          <w:sz w:val="20"/>
        </w:rPr>
        <w:t>[Luc . 24 . 2]</w:t>
      </w:r>
    </w:p>
    <w:p>
      <w:r>
        <w:rPr>
          <w:rFonts w:ascii="Gentium Plus" w:hAnsi="Gentium Plus"/>
          <w:sz w:val="24"/>
        </w:rPr>
        <w:t>εὗρον δὲ τὸν λίθον ἀποκεκυλισμένον ἀπὸ τοῦ μνημείου,</w:t>
      </w:r>
    </w:p>
    <w:p>
      <w:r>
        <w:rPr>
          <w:rFonts w:ascii="Courier New" w:hAnsi="Courier New"/>
          <w:color w:val="555555"/>
          <w:sz w:val="20"/>
        </w:rPr>
        <w:t>[Luc . 24 . 3]</w:t>
      </w:r>
    </w:p>
    <w:p>
      <w:r>
        <w:rPr>
          <w:rFonts w:ascii="Gentium Plus" w:hAnsi="Gentium Plus"/>
          <w:sz w:val="24"/>
        </w:rPr>
        <w:t>εἰσελ‐</w:t>
      </w:r>
    </w:p>
    <w:p>
      <w:r>
        <w:rPr>
          <w:rFonts w:ascii="Courier New" w:hAnsi="Courier New"/>
          <w:color w:val="555555"/>
          <w:sz w:val="20"/>
        </w:rPr>
        <w:t>[Luc . 24 . 4]</w:t>
      </w:r>
    </w:p>
    <w:p>
      <w:r>
        <w:rPr>
          <w:rFonts w:ascii="Gentium Plus" w:hAnsi="Gentium Plus"/>
          <w:sz w:val="24"/>
        </w:rPr>
        <w:t>καὶ ἐγένετο ἐν τῷ ἀπορεῖσθαι αὐτὰς περὶ τούτου καὶ ἰδοὺ ἄνδρες δύο ἐπέστησαν αὐταῖς ἐν ἐσθῆτι ἀστρα‐ πτούσῃ.</w:t>
      </w:r>
    </w:p>
    <w:p>
      <w:r>
        <w:rPr>
          <w:rFonts w:ascii="Courier New" w:hAnsi="Courier New"/>
          <w:color w:val="555555"/>
          <w:sz w:val="20"/>
        </w:rPr>
        <w:t>[Luc . 24 . 5]</w:t>
      </w:r>
    </w:p>
    <w:p>
      <w:r>
        <w:rPr>
          <w:rFonts w:ascii="Gentium Plus" w:hAnsi="Gentium Plus"/>
          <w:sz w:val="24"/>
        </w:rPr>
        <w:t>ἐμφόβων δὲ γενομένων αὐτῶν καὶ κλινουσῶν τὰ πρόσωπα εἰς τὴν γῆν εἶπαν πρὸς αὐτάς, Τί ζητεῖτε τὸν ζῶντα μετὰ τῶν νεκρῶν;</w:t>
      </w:r>
    </w:p>
    <w:p>
      <w:r>
        <w:rPr>
          <w:rFonts w:ascii="Courier New" w:hAnsi="Courier New"/>
          <w:color w:val="555555"/>
          <w:sz w:val="20"/>
        </w:rPr>
        <w:t>[Luc . 24 . 6]</w:t>
      </w:r>
    </w:p>
    <w:p>
      <w:r>
        <w:rPr>
          <w:rFonts w:ascii="Gentium Plus" w:hAnsi="Gentium Plus"/>
          <w:sz w:val="24"/>
        </w:rPr>
        <w:t>οὐκ ἔστιν ὧδε, ἀλλὰ ἠγέρθη. μνήσθητε ὡς ἐλάλησεν ὑμῖν ἔτι ὢν ἐν τῇ Γαλιλαίᾳ,</w:t>
      </w:r>
    </w:p>
    <w:p>
      <w:r>
        <w:rPr>
          <w:rFonts w:ascii="Courier New" w:hAnsi="Courier New"/>
          <w:color w:val="555555"/>
          <w:sz w:val="20"/>
        </w:rPr>
        <w:t>[Luc . 24 . 7]</w:t>
      </w:r>
    </w:p>
    <w:p>
      <w:r>
        <w:rPr>
          <w:rFonts w:ascii="Gentium Plus" w:hAnsi="Gentium Plus"/>
          <w:sz w:val="24"/>
        </w:rPr>
        <w:t>λέγων τὸν υἱὸν τοῦ ἀνθρώπου ὅτι δεῖ παρα‐ δοθῆναι εἰς χεῖρας ἀνθρώπων ἁμαρτωλῶν καὶ σταυρω‐ θῆναι καὶ τῇ τρίτῃ ἡμέρᾳ ἀναστῆναι.</w:t>
      </w:r>
    </w:p>
    <w:p>
      <w:r>
        <w:rPr>
          <w:rFonts w:ascii="Courier New" w:hAnsi="Courier New"/>
          <w:color w:val="555555"/>
          <w:sz w:val="20"/>
        </w:rPr>
        <w:t>[Luc . 24 . 8]</w:t>
      </w:r>
    </w:p>
    <w:p>
      <w:r>
        <w:rPr>
          <w:rFonts w:ascii="Gentium Plus" w:hAnsi="Gentium Plus"/>
          <w:sz w:val="24"/>
        </w:rPr>
        <w:t>καὶ ἐμνήσθησαν τῶν ῥημάτων αὐτοῦ,</w:t>
      </w:r>
    </w:p>
    <w:p>
      <w:r>
        <w:rPr>
          <w:rFonts w:ascii="Courier New" w:hAnsi="Courier New"/>
          <w:color w:val="555555"/>
          <w:sz w:val="20"/>
        </w:rPr>
        <w:t>[Luc . 24 . 9]</w:t>
      </w:r>
    </w:p>
    <w:p>
      <w:r>
        <w:rPr>
          <w:rFonts w:ascii="Gentium Plus" w:hAnsi="Gentium Plus"/>
          <w:sz w:val="24"/>
        </w:rPr>
        <w:t>καὶ ὑποστρέψασαι ἀπὸ τοῦ μνημείου ἀπήγγειλαν ταῦτα πάντα τοῖς ἕνδεκα καὶ πᾶσιν τοῖς λοιποῖς.</w:t>
      </w:r>
    </w:p>
    <w:p>
      <w:r>
        <w:rPr>
          <w:rFonts w:ascii="Courier New" w:hAnsi="Courier New"/>
          <w:color w:val="555555"/>
          <w:sz w:val="20"/>
        </w:rPr>
        <w:t>[Luc . 24 . 10]</w:t>
      </w:r>
    </w:p>
    <w:p>
      <w:r>
        <w:rPr>
          <w:rFonts w:ascii="Gentium Plus" w:hAnsi="Gentium Plus"/>
          <w:sz w:val="24"/>
        </w:rPr>
        <w:t>ἦσαν δὲ ἡ Μαγδαληνὴ Μαρία καὶ Ἰωάννα καὶ Μαρία ἡ Ἰακώβου· καὶ αἱ λοιπαὶ σὺν αὐταῖς ἔλεγον πρὸς τοὺς ἀποστόλους ταῦτα.</w:t>
      </w:r>
    </w:p>
    <w:p>
      <w:r>
        <w:rPr>
          <w:rFonts w:ascii="Courier New" w:hAnsi="Courier New"/>
          <w:color w:val="555555"/>
          <w:sz w:val="20"/>
        </w:rPr>
        <w:t>[Luc . 24 . 11]</w:t>
      </w:r>
    </w:p>
    <w:p>
      <w:r>
        <w:rPr>
          <w:rFonts w:ascii="Gentium Plus" w:hAnsi="Gentium Plus"/>
          <w:sz w:val="24"/>
        </w:rPr>
        <w:t>καὶ ἐφάνησαν ἐνώπιον αὐτῶν ὡσεὶ λῆρος τὰ ῥήματα ταῦτα, καὶ ἠπίστουν αὐταῖς.</w:t>
      </w:r>
    </w:p>
    <w:p>
      <w:r>
        <w:rPr>
          <w:rFonts w:ascii="Courier New" w:hAnsi="Courier New"/>
          <w:color w:val="555555"/>
          <w:sz w:val="20"/>
        </w:rPr>
        <w:t>[Luc . 24 . 12]</w:t>
      </w:r>
    </w:p>
    <w:p>
      <w:r>
        <w:rPr>
          <w:rFonts w:ascii="Gentium Plus" w:hAnsi="Gentium Plus"/>
          <w:sz w:val="24"/>
        </w:rPr>
        <w:t>Ὁ δὲ Πέτρος ἀναστὰς ἔδραμεν ἐπὶ τὸ μνημεῖον, καὶ παρακύψας βλέπει τὰ ὀθόνια μόνα·</w:t>
      </w:r>
    </w:p>
    <w:p>
      <w:r>
        <w:rPr>
          <w:rFonts w:ascii="Courier New" w:hAnsi="Courier New"/>
          <w:color w:val="555555"/>
          <w:sz w:val="20"/>
        </w:rPr>
        <w:t>[Luc . 24 . 13]</w:t>
      </w:r>
    </w:p>
    <w:p>
      <w:r>
        <w:rPr>
          <w:rFonts w:ascii="Gentium Plus" w:hAnsi="Gentium Plus"/>
          <w:sz w:val="24"/>
        </w:rPr>
        <w:t>Καὶ ἰδοὺ δύο ἐξ αὐτῶν ἐν αὐτῇ τῇ ἡμέρᾳ ἦσαν πορευόμενοι εἰς κώμην ἀπέχουσαν σταδίους ἑξήκοντα ἀπὸ Ἰερουσαλήμ, ᾗ ὄνομα Ἐμμαοῦς,</w:t>
      </w:r>
    </w:p>
    <w:p>
      <w:r>
        <w:rPr>
          <w:rFonts w:ascii="Courier New" w:hAnsi="Courier New"/>
          <w:color w:val="555555"/>
          <w:sz w:val="20"/>
        </w:rPr>
        <w:t>[Luc . 24 . 14]</w:t>
      </w:r>
    </w:p>
    <w:p>
      <w:r>
        <w:rPr>
          <w:rFonts w:ascii="Gentium Plus" w:hAnsi="Gentium Plus"/>
          <w:sz w:val="24"/>
        </w:rPr>
        <w:t>καὶ αὐτοὶ ὡμίλουν πρὸς ἀλλήλους περὶ πάντων τῶν συμβεβηκότων τούτων.</w:t>
      </w:r>
    </w:p>
    <w:p>
      <w:r>
        <w:rPr>
          <w:rFonts w:ascii="Courier New" w:hAnsi="Courier New"/>
          <w:color w:val="555555"/>
          <w:sz w:val="20"/>
        </w:rPr>
        <w:t>[Luc . 24 . 15]</w:t>
      </w:r>
    </w:p>
    <w:p>
      <w:r>
        <w:rPr>
          <w:rFonts w:ascii="Gentium Plus" w:hAnsi="Gentium Plus"/>
          <w:sz w:val="24"/>
        </w:rPr>
        <w:t>καὶ ἐγένετο ἐν τῷ ὁμιλεῖν αὐτοὺς καὶ συζητεῖν καὶ αὐτὸς Ἰησοῦς ἐγγίσας συνεπορεύετο αὐτοῖς,</w:t>
      </w:r>
    </w:p>
    <w:p>
      <w:r>
        <w:rPr>
          <w:rFonts w:ascii="Courier New" w:hAnsi="Courier New"/>
          <w:color w:val="555555"/>
          <w:sz w:val="20"/>
        </w:rPr>
        <w:t>[Luc . 24 . 16]</w:t>
      </w:r>
    </w:p>
    <w:p>
      <w:r>
        <w:rPr>
          <w:rFonts w:ascii="Gentium Plus" w:hAnsi="Gentium Plus"/>
          <w:sz w:val="24"/>
        </w:rPr>
        <w:t>οἱ δὲ ὀφθαλμοὶ αὐτῶν ἐκρατοῦντο τοῦ μὴ ἐπιγνῶναι αὐτόν.</w:t>
      </w:r>
    </w:p>
    <w:p>
      <w:r>
        <w:rPr>
          <w:rFonts w:ascii="Courier New" w:hAnsi="Courier New"/>
          <w:color w:val="555555"/>
          <w:sz w:val="20"/>
        </w:rPr>
        <w:t>[Luc . 24 . 17]</w:t>
      </w:r>
    </w:p>
    <w:p>
      <w:r>
        <w:rPr>
          <w:rFonts w:ascii="Gentium Plus" w:hAnsi="Gentium Plus"/>
          <w:sz w:val="24"/>
        </w:rPr>
        <w:t>εἶπεν δὲ πρὸς αὐτούς, Τίνες οἱ λόγοι οὗτοι οὓς ἀντι‐ βάλλετε πρὸς ἀλλήλους περιπατοῦντες; καὶ ἐστάθησαν σκυθρωποί.</w:t>
      </w:r>
    </w:p>
    <w:p>
      <w:r>
        <w:rPr>
          <w:rFonts w:ascii="Courier New" w:hAnsi="Courier New"/>
          <w:color w:val="555555"/>
          <w:sz w:val="20"/>
        </w:rPr>
        <w:t>[Luc . 24 . 18]</w:t>
      </w:r>
    </w:p>
    <w:p>
      <w:r>
        <w:rPr>
          <w:rFonts w:ascii="Gentium Plus" w:hAnsi="Gentium Plus"/>
          <w:sz w:val="24"/>
        </w:rPr>
        <w:t>ἀποκριθεὶς δὲ εἷς ὀνόματι Κλεοπᾶς εἶπεν πρὸς αὐτόν, Σὺ μόνος παροικεῖς Ἰερουσαλὴμ καὶ οὐκ ἔγνως τὰ γενόμενα ἐν αὐτῇ ἐν ταῖς ἡμέραις ταύταις;</w:t>
      </w:r>
    </w:p>
    <w:p>
      <w:r>
        <w:rPr>
          <w:rFonts w:ascii="Courier New" w:hAnsi="Courier New"/>
          <w:color w:val="555555"/>
          <w:sz w:val="20"/>
        </w:rPr>
        <w:t>[Luc . 24 . 19]</w:t>
      </w:r>
    </w:p>
    <w:p>
      <w:r>
        <w:rPr>
          <w:rFonts w:ascii="Gentium Plus" w:hAnsi="Gentium Plus"/>
          <w:sz w:val="24"/>
        </w:rPr>
        <w:t>καὶ εἶπεν αὐτοῖς, Ποῖα; οἱ δὲ εἶπαν αὐτῷ, Τὰ περὶ Ἰησοῦ τοῦ Ναζαρηνοῦ, ὃς ἐγένετο ἀνὴρ προφήτης δυνα‐ τὸς ἐν ἔργῳ καὶ λόγῳ ἐναντίον τοῦ θεοῦ καὶ παντὸς τοῦ λαοῦ,</w:t>
      </w:r>
    </w:p>
    <w:p>
      <w:r>
        <w:rPr>
          <w:rFonts w:ascii="Courier New" w:hAnsi="Courier New"/>
          <w:color w:val="555555"/>
          <w:sz w:val="20"/>
        </w:rPr>
        <w:t>[Luc . 24 . 20]</w:t>
      </w:r>
    </w:p>
    <w:p>
      <w:r>
        <w:rPr>
          <w:rFonts w:ascii="Gentium Plus" w:hAnsi="Gentium Plus"/>
          <w:sz w:val="24"/>
        </w:rPr>
        <w:t>ὅπως τε παρέδωκαν αὐτὸν οἱ ἀρχιερεῖς καὶ οἱ ἄρχοντες ἡμῶν εἰς κρίμα θανάτου καὶ ἐσταύρωσαν αὐτόν.</w:t>
      </w:r>
    </w:p>
    <w:p>
      <w:r>
        <w:rPr>
          <w:rFonts w:ascii="Courier New" w:hAnsi="Courier New"/>
          <w:color w:val="555555"/>
          <w:sz w:val="20"/>
        </w:rPr>
        <w:t>[Luc . 24 . 21]</w:t>
      </w:r>
    </w:p>
    <w:p>
      <w:r>
        <w:rPr>
          <w:rFonts w:ascii="Gentium Plus" w:hAnsi="Gentium Plus"/>
          <w:sz w:val="24"/>
        </w:rPr>
        <w:t>ἡμεῖς δὲ ἠλπίζομεν ὅτι αὐτός ἐστιν ὁ μέλλων λυτροῦ‐</w:t>
      </w:r>
    </w:p>
    <w:p>
      <w:r>
        <w:rPr>
          <w:rFonts w:ascii="Courier New" w:hAnsi="Courier New"/>
          <w:color w:val="555555"/>
          <w:sz w:val="20"/>
        </w:rPr>
        <w:t>[Luc . 24 . 22]</w:t>
      </w:r>
    </w:p>
    <w:p>
      <w:r>
        <w:rPr>
          <w:rFonts w:ascii="Gentium Plus" w:hAnsi="Gentium Plus"/>
          <w:sz w:val="24"/>
        </w:rPr>
        <w:t>ἀλλὰ καὶ γυναῖκές τινες ἐξ ἡμῶν ἐξέστησαν ἡμᾶς· γενόμεναι ὀρ‐ θριναὶ ἐπὶ τὸ μνημεῖον</w:t>
      </w:r>
    </w:p>
    <w:p>
      <w:r>
        <w:rPr>
          <w:rFonts w:ascii="Courier New" w:hAnsi="Courier New"/>
          <w:color w:val="555555"/>
          <w:sz w:val="20"/>
        </w:rPr>
        <w:t>[Luc . 24 . 23]</w:t>
      </w:r>
    </w:p>
    <w:p>
      <w:r>
        <w:rPr>
          <w:rFonts w:ascii="Gentium Plus" w:hAnsi="Gentium Plus"/>
          <w:sz w:val="24"/>
        </w:rPr>
        <w:t>καὶ μὴ εὑροῦσαι τὸ σῶμα αὐτοῦ ἦλθον λέγουσαι καὶ ὀπτασίαν ἀγγέλων ἑωρακέναι, οἳ λέγουσιν αὐτὸν ζῆν.</w:t>
      </w:r>
    </w:p>
    <w:p>
      <w:r>
        <w:rPr>
          <w:rFonts w:ascii="Courier New" w:hAnsi="Courier New"/>
          <w:color w:val="555555"/>
          <w:sz w:val="20"/>
        </w:rPr>
        <w:t>[Luc . 24 . 24]</w:t>
      </w:r>
    </w:p>
    <w:p>
      <w:r>
        <w:rPr>
          <w:rFonts w:ascii="Gentium Plus" w:hAnsi="Gentium Plus"/>
          <w:sz w:val="24"/>
        </w:rPr>
        <w:t>καὶ ἀπῆλθόν τινες τῶν σὺν ἡμῖν ἐπὶ τὸ μνημεῖον, καὶ εὗρον οὕτως καθὼς καὶ αἱ γυναῖκες εἶπον, αὐτὸν δὲ οὐκ εἶδον.</w:t>
      </w:r>
    </w:p>
    <w:p>
      <w:r>
        <w:rPr>
          <w:rFonts w:ascii="Courier New" w:hAnsi="Courier New"/>
          <w:color w:val="555555"/>
          <w:sz w:val="20"/>
        </w:rPr>
        <w:t>[Luc . 24 . 25]</w:t>
      </w:r>
    </w:p>
    <w:p>
      <w:r>
        <w:rPr>
          <w:rFonts w:ascii="Gentium Plus" w:hAnsi="Gentium Plus"/>
          <w:sz w:val="24"/>
        </w:rPr>
        <w:t>καὶ αὐτὸς εἶπεν πρὸς αὐτούς, Ὦ ἀνόητοι καὶ βραδεῖς τῇ καρδίᾳ τοῦ πιστεύειν ἐπὶ πᾶσιν οἷς ἐλάλησαν οἱ προφῆται·</w:t>
      </w:r>
    </w:p>
    <w:p>
      <w:r>
        <w:rPr>
          <w:rFonts w:ascii="Courier New" w:hAnsi="Courier New"/>
          <w:color w:val="555555"/>
          <w:sz w:val="20"/>
        </w:rPr>
        <w:t>[Luc . 24 . 26]</w:t>
      </w:r>
    </w:p>
    <w:p>
      <w:r>
        <w:rPr>
          <w:rFonts w:ascii="Gentium Plus" w:hAnsi="Gentium Plus"/>
          <w:sz w:val="24"/>
        </w:rPr>
        <w:t>οὐχὶ ταῦτα ἔδει παθεῖν τὸν Χριστὸν καὶ εἰσελθεῖν εἰς τὴν δόξαν αὐτοῦ;</w:t>
      </w:r>
    </w:p>
    <w:p>
      <w:r>
        <w:rPr>
          <w:rFonts w:ascii="Courier New" w:hAnsi="Courier New"/>
          <w:color w:val="555555"/>
          <w:sz w:val="20"/>
        </w:rPr>
        <w:t>[Luc . 24 . 27]</w:t>
      </w:r>
    </w:p>
    <w:p>
      <w:r>
        <w:rPr>
          <w:rFonts w:ascii="Gentium Plus" w:hAnsi="Gentium Plus"/>
          <w:sz w:val="24"/>
        </w:rPr>
        <w:t>καὶ ἀρξάμενος ἀπὸ Μωϋσέως καὶ ἀπὸ πάντων τῶν προφητῶν διερμήνευσεν αὐτοῖς ἐν πάσαις ταῖς γραφαῖς τὰ περὶ ἑαυτοῦ.</w:t>
      </w:r>
    </w:p>
    <w:p>
      <w:r>
        <w:rPr>
          <w:rFonts w:ascii="Courier New" w:hAnsi="Courier New"/>
          <w:color w:val="555555"/>
          <w:sz w:val="20"/>
        </w:rPr>
        <w:t>[Luc . 24 . 28]</w:t>
      </w:r>
    </w:p>
    <w:p>
      <w:r>
        <w:rPr>
          <w:rFonts w:ascii="Gentium Plus" w:hAnsi="Gentium Plus"/>
          <w:sz w:val="24"/>
        </w:rPr>
        <w:t>Καὶ ἤγγισαν εἰς τὴν κώμην οὗ ἐπορεύοντο, καὶ αὐτὸς προσεποιήσατο πορρώτερον πορεύεσθαι.</w:t>
      </w:r>
    </w:p>
    <w:p>
      <w:r>
        <w:rPr>
          <w:rFonts w:ascii="Courier New" w:hAnsi="Courier New"/>
          <w:color w:val="555555"/>
          <w:sz w:val="20"/>
        </w:rPr>
        <w:t>[Luc . 24 . 29]</w:t>
      </w:r>
    </w:p>
    <w:p>
      <w:r>
        <w:rPr>
          <w:rFonts w:ascii="Gentium Plus" w:hAnsi="Gentium Plus"/>
          <w:sz w:val="24"/>
        </w:rPr>
        <w:t>καὶ παρεβιάσαντο αὐτὸν λέγοντες, Μεῖνον μεθ’ ἡμῶν, ὅτι πρὸς ἑσπέραν ἐστὶν καὶ κέκλικεν ἤδη ἡ ἡμέρα. καὶ εἰσῆλθεν τοῦ μεῖναι σὺν αὐτοῖς.</w:t>
      </w:r>
    </w:p>
    <w:p>
      <w:r>
        <w:rPr>
          <w:rFonts w:ascii="Courier New" w:hAnsi="Courier New"/>
          <w:color w:val="555555"/>
          <w:sz w:val="20"/>
        </w:rPr>
        <w:t>[Luc . 24 . 30]</w:t>
      </w:r>
    </w:p>
    <w:p>
      <w:r>
        <w:rPr>
          <w:rFonts w:ascii="Gentium Plus" w:hAnsi="Gentium Plus"/>
          <w:sz w:val="24"/>
        </w:rPr>
        <w:t>καὶ ἐγένετο ἐν τῷ κατακλιθῆναι αὐτὸν μετ’ αὐτῶν λαβὼν τὸν ἄρτον εὐλό‐ γησεν καὶ κλάσας ἐπεδίδου αὐτοῖς·</w:t>
      </w:r>
    </w:p>
    <w:p>
      <w:r>
        <w:rPr>
          <w:rFonts w:ascii="Courier New" w:hAnsi="Courier New"/>
          <w:color w:val="555555"/>
          <w:sz w:val="20"/>
        </w:rPr>
        <w:t>[Luc . 24 . 31]</w:t>
      </w:r>
    </w:p>
    <w:p>
      <w:r>
        <w:rPr>
          <w:rFonts w:ascii="Gentium Plus" w:hAnsi="Gentium Plus"/>
          <w:sz w:val="24"/>
        </w:rPr>
        <w:t>αὐτῶν δὲ διη‐ νοίχθησαν οἱ ὀφθαλμοὶ καὶ ἐπέγνωσαν αὐτόν· καὶ αὐτὸς ἄφαντος ἐγένετο ἀπ’ αὐτῶν.</w:t>
      </w:r>
    </w:p>
    <w:p>
      <w:r>
        <w:rPr>
          <w:rFonts w:ascii="Courier New" w:hAnsi="Courier New"/>
          <w:color w:val="555555"/>
          <w:sz w:val="20"/>
        </w:rPr>
        <w:t>[Luc . 24 . 32]</w:t>
      </w:r>
    </w:p>
    <w:p>
      <w:r>
        <w:rPr>
          <w:rFonts w:ascii="Gentium Plus" w:hAnsi="Gentium Plus"/>
          <w:sz w:val="24"/>
        </w:rPr>
        <w:t>καὶ εἶπαν πρὸς ἀλλήλους, Οὐχὶ ἡ καρδία ἡμῶν καιομένη ἦν [ἐν ἡμῖν] ὡς ἐλάλει ἡμῖν ἐν τῇ ὁδῷ, ὡς διήνοιγεν ἡμῖν τὰς γραφάς;</w:t>
      </w:r>
    </w:p>
    <w:p>
      <w:r>
        <w:rPr>
          <w:rFonts w:ascii="Courier New" w:hAnsi="Courier New"/>
          <w:color w:val="555555"/>
          <w:sz w:val="20"/>
        </w:rPr>
        <w:t>[Luc . 24 . 33]</w:t>
      </w:r>
    </w:p>
    <w:p>
      <w:r>
        <w:rPr>
          <w:rFonts w:ascii="Gentium Plus" w:hAnsi="Gentium Plus"/>
          <w:sz w:val="24"/>
        </w:rPr>
        <w:t>καὶ ἀναστάντες αὐτῇ τῇ ὥρᾳ ὑπέστρεψαν εἰς Ἰερουσαλήμ, καὶ εὗρον ἠθροισμένους τοὺς ἕνδεκα καὶ τοὺς σὺν αὐτοῖς,</w:t>
      </w:r>
    </w:p>
    <w:p>
      <w:r>
        <w:rPr>
          <w:rFonts w:ascii="Courier New" w:hAnsi="Courier New"/>
          <w:color w:val="555555"/>
          <w:sz w:val="20"/>
        </w:rPr>
        <w:t>[Luc . 24 . 34]</w:t>
      </w:r>
    </w:p>
    <w:p>
      <w:r>
        <w:rPr>
          <w:rFonts w:ascii="Gentium Plus" w:hAnsi="Gentium Plus"/>
          <w:sz w:val="24"/>
        </w:rPr>
        <w:t>λέγοντας ὅτι ὄντως ἠγέρθη ὁ κύριος καὶ ὤφθη Σίμωνι.</w:t>
      </w:r>
    </w:p>
    <w:p>
      <w:r>
        <w:rPr>
          <w:rFonts w:ascii="Courier New" w:hAnsi="Courier New"/>
          <w:color w:val="555555"/>
          <w:sz w:val="20"/>
        </w:rPr>
        <w:t>[Luc . 24 . 35]</w:t>
      </w:r>
    </w:p>
    <w:p>
      <w:r>
        <w:rPr>
          <w:rFonts w:ascii="Gentium Plus" w:hAnsi="Gentium Plus"/>
          <w:sz w:val="24"/>
        </w:rPr>
        <w:t>καὶ αὐτοὶ ἐξηγοῦντο τὰ ἐν τῇ ὁδῷ καὶ ὡς ἐγνώσθη αὐτοῖς ἐν τῇ κλάσει τοῦ ἄρτου.</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[Luc . 24 . 36]</w:t>
      </w:r>
    </w:p>
    <w:p>
      <w:r>
        <w:rPr>
          <w:rFonts w:ascii="Gentium Plus" w:hAnsi="Gentium Plus"/>
          <w:sz w:val="24"/>
        </w:rPr>
        <w:t>Ταῦτα δὲ αὐτῶν λαλούντων αὐτὸς ἔστη ἐν μέσῳ αὐτῶν καὶ λέγει αὐτοῖς, Εἰρήνη ὑμῖν.</w:t>
      </w:r>
    </w:p>
    <w:p>
      <w:r>
        <w:rPr>
          <w:rFonts w:ascii="Courier New" w:hAnsi="Courier New"/>
          <w:color w:val="555555"/>
          <w:sz w:val="20"/>
        </w:rPr>
        <w:t>[Luc . 24 . 37]</w:t>
      </w:r>
    </w:p>
    <w:p>
      <w:r>
        <w:rPr>
          <w:rFonts w:ascii="Gentium Plus" w:hAnsi="Gentium Plus"/>
          <w:sz w:val="24"/>
        </w:rPr>
        <w:t>πτοηθέντες δὲ καὶ ἔμφοβοι γενόμενοι ἐδόκουν πνεῦμα θεωρεῖν.</w:t>
      </w:r>
    </w:p>
    <w:p>
      <w:r>
        <w:rPr>
          <w:rFonts w:ascii="Courier New" w:hAnsi="Courier New"/>
          <w:color w:val="555555"/>
          <w:sz w:val="20"/>
        </w:rPr>
        <w:t>[Luc . 24 . 38]</w:t>
      </w:r>
    </w:p>
    <w:p>
      <w:r>
        <w:rPr>
          <w:rFonts w:ascii="Gentium Plus" w:hAnsi="Gentium Plus"/>
          <w:sz w:val="24"/>
        </w:rPr>
        <w:t>καὶ εἶπεν αὐτοῖς, Τί τεταραγμένοι ἐστέ, καὶ διὰ τί διαλο‐ γισμοὶ ἀναβαίνουσιν ἐν τῇ καρδίᾳ ὑμῶν;</w:t>
      </w:r>
    </w:p>
    <w:p>
      <w:r>
        <w:rPr>
          <w:rFonts w:ascii="Courier New" w:hAnsi="Courier New"/>
          <w:color w:val="555555"/>
          <w:sz w:val="20"/>
        </w:rPr>
        <w:t>[Luc . 24 . 39]</w:t>
      </w:r>
    </w:p>
    <w:p>
      <w:r>
        <w:rPr>
          <w:rFonts w:ascii="Gentium Plus" w:hAnsi="Gentium Plus"/>
          <w:sz w:val="24"/>
        </w:rPr>
        <w:t>ἴδετε τὰς χεῖράς μου καὶ τοὺς πόδας μου ὅτι ἐγώ εἰμι αὐτός· ψηλαφήσατέ με καὶ ἴδετε, ὅτι πνεῦμα σάρκα καὶ ὀστέα οὐκ ἔχει καθὼς ἐμὲ θεωρεῖτε ἔχοντα.</w:t>
      </w:r>
    </w:p>
    <w:p>
      <w:r>
        <w:rPr>
          <w:rFonts w:ascii="Courier New" w:hAnsi="Courier New"/>
          <w:color w:val="555555"/>
          <w:sz w:val="20"/>
        </w:rPr>
        <w:t>[Luc . 24 . 40]</w:t>
      </w:r>
    </w:p>
    <w:p>
      <w:r>
        <w:rPr>
          <w:rFonts w:ascii="Gentium Plus" w:hAnsi="Gentium Plus"/>
          <w:sz w:val="24"/>
        </w:rPr>
        <w:t>καὶ τοῦτο εἰπὼν ἔδειξεν αὐτοῖς τὰς χεῖρας καὶ τοὺς πόδας.</w:t>
      </w:r>
    </w:p>
    <w:p>
      <w:r>
        <w:rPr>
          <w:rFonts w:ascii="Courier New" w:hAnsi="Courier New"/>
          <w:color w:val="555555"/>
          <w:sz w:val="20"/>
        </w:rPr>
        <w:t>[Luc . 24 . 41]</w:t>
      </w:r>
    </w:p>
    <w:p>
      <w:r>
        <w:rPr>
          <w:rFonts w:ascii="Gentium Plus" w:hAnsi="Gentium Plus"/>
          <w:sz w:val="24"/>
        </w:rPr>
        <w:t>ἔτι δὲ ἀπιστούντων αὐτῶν ἀπὸ τῆς χαρᾶς καὶ θαυμαζόντων εἶπεν αὐτοῖς, Ἔχετέ τι βρώσιμον ἐνθάδε;</w:t>
      </w:r>
    </w:p>
    <w:p>
      <w:r>
        <w:rPr>
          <w:rFonts w:ascii="Courier New" w:hAnsi="Courier New"/>
          <w:color w:val="555555"/>
          <w:sz w:val="20"/>
        </w:rPr>
        <w:t>[Luc . 24 . 42]</w:t>
      </w:r>
    </w:p>
    <w:p>
      <w:r>
        <w:rPr>
          <w:rFonts w:ascii="Gentium Plus" w:hAnsi="Gentium Plus"/>
          <w:sz w:val="24"/>
        </w:rPr>
        <w:t>οἱ δὲ ἐπέδωκαν αὐτῷ ἰχθύος ὀπτοῦ μέρος·</w:t>
      </w:r>
    </w:p>
    <w:p>
      <w:r>
        <w:rPr>
          <w:rFonts w:ascii="Courier New" w:hAnsi="Courier New"/>
          <w:color w:val="555555"/>
          <w:sz w:val="20"/>
        </w:rPr>
        <w:t>[Luc . 24 . 43]</w:t>
      </w:r>
    </w:p>
    <w:p>
      <w:r>
        <w:rPr>
          <w:rFonts w:ascii="Gentium Plus" w:hAnsi="Gentium Plus"/>
          <w:sz w:val="24"/>
        </w:rPr>
        <w:t>καὶ λαβὼν</w:t>
      </w:r>
    </w:p>
    <w:p>
      <w:r>
        <w:rPr>
          <w:rFonts w:ascii="Courier New" w:hAnsi="Courier New"/>
          <w:color w:val="555555"/>
          <w:sz w:val="20"/>
        </w:rPr>
        <w:t>[Luc . 24 . 44]</w:t>
      </w:r>
    </w:p>
    <w:p>
      <w:r>
        <w:rPr>
          <w:rFonts w:ascii="Gentium Plus" w:hAnsi="Gentium Plus"/>
          <w:sz w:val="24"/>
        </w:rPr>
        <w:t>Εἶπεν δὲ πρὸς αὐτούς, Οὗτοι οἱ λόγοι μου οὓς ἐλάλησα πρὸς ὑμᾶς ἔτι ὢν σὺν ὑμῖν, ὅτι δεῖ πληρωθῆναι πάντα τὰ γεγραμμένα ἐν τῷ νόμῳ Μωϋσέως καὶ τοῖς προφήταις καὶ ψαλμοῖς περὶ ἐμοῦ.</w:t>
      </w:r>
    </w:p>
    <w:p>
      <w:r>
        <w:rPr>
          <w:rFonts w:ascii="Courier New" w:hAnsi="Courier New"/>
          <w:color w:val="555555"/>
          <w:sz w:val="20"/>
        </w:rPr>
        <w:t>[Luc . 24 . 45]</w:t>
      </w:r>
    </w:p>
    <w:p>
      <w:r>
        <w:rPr>
          <w:rFonts w:ascii="Gentium Plus" w:hAnsi="Gentium Plus"/>
          <w:sz w:val="24"/>
        </w:rPr>
        <w:t>τότε διήνοιξεν αὐτῶν τὸν νοῦν τοῦ συνιέναι τὰς γραφάς.</w:t>
      </w:r>
    </w:p>
    <w:p>
      <w:r>
        <w:rPr>
          <w:rFonts w:ascii="Courier New" w:hAnsi="Courier New"/>
          <w:color w:val="555555"/>
          <w:sz w:val="20"/>
        </w:rPr>
        <w:t>[Luc . 24 . 46]</w:t>
      </w:r>
    </w:p>
    <w:p>
      <w:r>
        <w:rPr>
          <w:rFonts w:ascii="Gentium Plus" w:hAnsi="Gentium Plus"/>
          <w:sz w:val="24"/>
        </w:rPr>
        <w:t>καὶ εἶπεν αὐτοῖς ὅτι Οὕτως γέγραπται παθεῖν τὸν Χριστὸν καὶ ἀναστῆναι ἐκ νεκρῶν τῇ τρίτῃ ἡμέρᾳ,</w:t>
      </w:r>
    </w:p>
    <w:p>
      <w:r>
        <w:rPr>
          <w:rFonts w:ascii="Courier New" w:hAnsi="Courier New"/>
          <w:color w:val="555555"/>
          <w:sz w:val="20"/>
        </w:rPr>
        <w:t>[Luc . 24 . 47]</w:t>
      </w:r>
    </w:p>
    <w:p>
      <w:r>
        <w:rPr>
          <w:rFonts w:ascii="Gentium Plus" w:hAnsi="Gentium Plus"/>
          <w:sz w:val="24"/>
        </w:rPr>
        <w:t>καὶ κηρυχθῆναι ἐπὶ τῷ ὀνόματι αὐτοῦ μετάνοιαν καὶ ἄφεσιν ἁμαρτιῶν εἰς πάντα τὰ ἔθνη—ἀρξάμενοι ἀπὸ Ἰερουσαλήμ·</w:t>
      </w:r>
    </w:p>
    <w:p>
      <w:r>
        <w:rPr>
          <w:rFonts w:ascii="Courier New" w:hAnsi="Courier New"/>
          <w:color w:val="555555"/>
          <w:sz w:val="20"/>
        </w:rPr>
        <w:t>[Luc . 24 . 48]</w:t>
      </w:r>
    </w:p>
    <w:p>
      <w:r>
        <w:rPr>
          <w:rFonts w:ascii="Gentium Plus" w:hAnsi="Gentium Plus"/>
          <w:sz w:val="24"/>
        </w:rPr>
        <w:t>ὑμεῖς μάρτυρες τούτων.</w:t>
      </w:r>
    </w:p>
    <w:p>
      <w:r>
        <w:rPr>
          <w:rFonts w:ascii="Courier New" w:hAnsi="Courier New"/>
          <w:color w:val="555555"/>
          <w:sz w:val="20"/>
        </w:rPr>
        <w:t>[Luc . 24 . 49]</w:t>
      </w:r>
    </w:p>
    <w:p>
      <w:r>
        <w:rPr>
          <w:rFonts w:ascii="Gentium Plus" w:hAnsi="Gentium Plus"/>
          <w:sz w:val="24"/>
        </w:rPr>
        <w:t>καὶ [ἰδοὺ] ἐγὼ ἀπο‐</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[Luc . 24 . 50]</w:t>
      </w:r>
    </w:p>
    <w:p>
      <w:r>
        <w:rPr>
          <w:rFonts w:ascii="Gentium Plus" w:hAnsi="Gentium Plus"/>
          <w:sz w:val="24"/>
        </w:rPr>
        <w:t>Ἐξήγαγεν δὲ αὐτοὺς [ἔξω] ἕως πρὸς Βηθανίαν, καὶ ἐπάρας τὰς χεῖρας αὐτοῦ εὐλόγησεν αὐτούς.</w:t>
      </w:r>
    </w:p>
    <w:p>
      <w:r>
        <w:rPr>
          <w:rFonts w:ascii="Courier New" w:hAnsi="Courier New"/>
          <w:color w:val="555555"/>
          <w:sz w:val="20"/>
        </w:rPr>
        <w:t>[Luc . 24 . 51]</w:t>
      </w:r>
    </w:p>
    <w:p>
      <w:r>
        <w:rPr>
          <w:rFonts w:ascii="Gentium Plus" w:hAnsi="Gentium Plus"/>
          <w:sz w:val="24"/>
        </w:rPr>
        <w:t>καὶ ἐγένετο ἐν τῷ εὐλογεῖν αὐτὸν αὐτοὺς διέστη ἀπ’ αὐτῶν καὶ ἀνεφέρετο εἰς τὸν οὐρανόν.</w:t>
      </w:r>
    </w:p>
    <w:p>
      <w:r>
        <w:rPr>
          <w:rFonts w:ascii="Courier New" w:hAnsi="Courier New"/>
          <w:color w:val="555555"/>
          <w:sz w:val="20"/>
        </w:rPr>
        <w:t>[Luc . 24 . 52]</w:t>
      </w:r>
    </w:p>
    <w:p>
      <w:r>
        <w:rPr>
          <w:rFonts w:ascii="Gentium Plus" w:hAnsi="Gentium Plus"/>
          <w:sz w:val="24"/>
        </w:rPr>
        <w:t>καὶ αὐτοὶ προσκυ‐ νήσαντες αὐτὸν ὑπέστρεψαν εἰς Ἰερουσαλὴμ μετὰ χαρᾶς μεγάλης,</w:t>
      </w:r>
    </w:p>
    <w:p>
      <w:r>
        <w:rPr>
          <w:rFonts w:ascii="Courier New" w:hAnsi="Courier New"/>
          <w:color w:val="555555"/>
          <w:sz w:val="20"/>
        </w:rPr>
        <w:t>[Luc . 24 . 53]</w:t>
      </w:r>
    </w:p>
    <w:p>
      <w:r>
        <w:rPr>
          <w:rFonts w:ascii="Gentium Plus" w:hAnsi="Gentium Plus"/>
          <w:sz w:val="24"/>
        </w:rPr>
        <w:t>καὶ ἦσαν διὰ παντὸς ἐν τῷ ἱερῷ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