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Καινὴ Διαθήκη - Πρὸς Ῥωμαίους</w:t>
      </w:r>
      <w:r>
        <w:br/>
      </w:r>
      <w:r>
        <w:rPr>
          <w:i/>
          <w:color w:val="666666"/>
          <w:sz w:val="40"/>
        </w:rPr>
        <w:t>New Testament - Romans</w:t>
      </w:r>
    </w:p>
    <w:p>
      <w:pPr>
        <w:jc w:val="center"/>
      </w:pPr>
      <w:r>
        <w:rPr>
          <w:rFonts w:ascii="Times New Roman" w:hAnsi="Times New Roman"/>
          <w:color w:val="1E3A70"/>
          <w:sz w:val="32"/>
        </w:rPr>
        <w:t>Ἡ Καινὴ Διαθήκη</w:t>
      </w:r>
      <w:r>
        <w:br/>
      </w:r>
      <w:r>
        <w:rPr>
          <w:i/>
          <w:color w:val="666666"/>
          <w:sz w:val="28"/>
        </w:rPr>
        <w:t>by New Testament</w:t>
      </w:r>
    </w:p>
    <w:p/>
    <w:p>
      <w:pPr>
        <w:jc w:val="center"/>
      </w:pPr>
      <w:r>
        <w:rPr>
          <w:rFonts w:ascii="Gentium Plus" w:hAnsi="Gentium Plus"/>
          <w:b/>
          <w:sz w:val="24"/>
        </w:rPr>
        <w:t>ΠΡΟΣ ΡΩΜΑΙΟΥΣ</w:t>
      </w:r>
    </w:p>
    <w:p>
      <w:r>
        <w:rPr>
          <w:rFonts w:ascii="Courier New" w:hAnsi="Courier New"/>
          <w:color w:val="555555"/>
          <w:sz w:val="20"/>
        </w:rPr>
        <w:t>[Rom . 1 . 1]</w:t>
      </w:r>
    </w:p>
    <w:p>
      <w:r>
        <w:rPr>
          <w:rFonts w:ascii="Gentium Plus" w:hAnsi="Gentium Plus"/>
          <w:sz w:val="24"/>
        </w:rPr>
        <w:t>Παῦλος δοῦλος Χριστοῦ Ἰησοῦ, κλητὸς ἀπόστολος, ἀφωρισμένος εἰς εὐαγγέλιον θεοῦ,</w:t>
      </w:r>
    </w:p>
    <w:p>
      <w:r>
        <w:rPr>
          <w:rFonts w:ascii="Courier New" w:hAnsi="Courier New"/>
          <w:color w:val="555555"/>
          <w:sz w:val="20"/>
        </w:rPr>
        <w:t>[Rom . 1 . 2]</w:t>
      </w:r>
    </w:p>
    <w:p>
      <w:r>
        <w:rPr>
          <w:rFonts w:ascii="Gentium Plus" w:hAnsi="Gentium Plus"/>
          <w:sz w:val="24"/>
        </w:rPr>
        <w:t>ὃ προεπηγγείλατο διὰ τῶν προφητῶν αὐτοῦ ἐν γραφαῖς ἁγίαις,</w:t>
      </w:r>
    </w:p>
    <w:p>
      <w:r>
        <w:rPr>
          <w:rFonts w:ascii="Courier New" w:hAnsi="Courier New"/>
          <w:color w:val="555555"/>
          <w:sz w:val="20"/>
        </w:rPr>
        <w:t>[Rom . 1 . 3]</w:t>
      </w:r>
    </w:p>
    <w:p>
      <w:r>
        <w:rPr>
          <w:rFonts w:ascii="Gentium Plus" w:hAnsi="Gentium Plus"/>
          <w:sz w:val="24"/>
        </w:rPr>
        <w:t>περὶ τοῦ υἱοῦ αὐτοῦ τοῦ γενομένου ἐκ σπέρματος Δαυὶδ κατὰ σάρκα,</w:t>
      </w:r>
    </w:p>
    <w:p>
      <w:r>
        <w:rPr>
          <w:rFonts w:ascii="Courier New" w:hAnsi="Courier New"/>
          <w:color w:val="555555"/>
          <w:sz w:val="20"/>
        </w:rPr>
        <w:t>[Rom . 1 . 4]</w:t>
      </w:r>
    </w:p>
    <w:p>
      <w:r>
        <w:rPr>
          <w:rFonts w:ascii="Gentium Plus" w:hAnsi="Gentium Plus"/>
          <w:sz w:val="24"/>
        </w:rPr>
        <w:t>τοῦ ὁρισθέντος υἱοῦ θεοῦ ἐν δυνάμει κατὰ πνεῦμα ἁγιωσύνης ἐξ ἀναστάσεως νεκρῶν, Ἰησοῦ Χριστοῦ τοῦ κυρίου ἡμῶν,</w:t>
      </w:r>
    </w:p>
    <w:p>
      <w:r>
        <w:rPr>
          <w:rFonts w:ascii="Courier New" w:hAnsi="Courier New"/>
          <w:color w:val="555555"/>
          <w:sz w:val="20"/>
        </w:rPr>
        <w:t>[Rom . 1 . 5]</w:t>
      </w:r>
    </w:p>
    <w:p>
      <w:r>
        <w:rPr>
          <w:rFonts w:ascii="Gentium Plus" w:hAnsi="Gentium Plus"/>
          <w:sz w:val="24"/>
        </w:rPr>
        <w:t>δι’ οὗ ἐλάβομεν χάριν καὶ ἀποστολὴν εἰς ὑπακοὴν πίστεως ἐν πᾶσιν τοῖς ἔθνεσιν ὑπὲρ τοῦ ὀνόματος αὐτοῦ,</w:t>
      </w:r>
    </w:p>
    <w:p>
      <w:r>
        <w:rPr>
          <w:rFonts w:ascii="Courier New" w:hAnsi="Courier New"/>
          <w:color w:val="555555"/>
          <w:sz w:val="20"/>
        </w:rPr>
        <w:t>[Rom . 1 . 6]</w:t>
      </w:r>
    </w:p>
    <w:p>
      <w:r>
        <w:rPr>
          <w:rFonts w:ascii="Gentium Plus" w:hAnsi="Gentium Plus"/>
          <w:sz w:val="24"/>
        </w:rPr>
        <w:t>ἐν οἷς ἐστε καὶ ὑμεῖς κλητοὶ Ἰησοῦ Χριστοῦ,</w:t>
      </w:r>
    </w:p>
    <w:p>
      <w:r>
        <w:rPr>
          <w:rFonts w:ascii="Courier New" w:hAnsi="Courier New"/>
          <w:color w:val="555555"/>
          <w:sz w:val="20"/>
        </w:rPr>
        <w:t>[Rom . 1 . 7]</w:t>
      </w:r>
    </w:p>
    <w:p>
      <w:r>
        <w:rPr>
          <w:rFonts w:ascii="Gentium Plus" w:hAnsi="Gentium Plus"/>
          <w:sz w:val="24"/>
        </w:rPr>
        <w:t>πᾶσιν τοῖς οὖσιν ἐν Ῥώμῃ ἀγαπητοῖς θεοῦ, κλητοῖς ἁγίοις· χάρις ὑμῖν καὶ εἰρήνη ἀπὸ θεοῦ πατρὸς ἡμῶν καὶ κυρίου Ἰησοῦ Χριστοῦ.</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 . 8]</w:t>
      </w:r>
    </w:p>
    <w:p>
      <w:r>
        <w:rPr>
          <w:rFonts w:ascii="Gentium Plus" w:hAnsi="Gentium Plus"/>
          <w:sz w:val="24"/>
        </w:rPr>
        <w:t>Πρῶτον μὲν εὐχαριστῶ τῷ θεῷ μου διὰ Ἰησοῦ Χριστοῦ περὶ πάντων ὑμῶν, ὅτι ἡ πίστις ὑμῶν καταγγέλ‐ λεται ἐν ὅλῳ τῷ κόσμῳ.</w:t>
      </w:r>
    </w:p>
    <w:p>
      <w:r>
        <w:rPr>
          <w:rFonts w:ascii="Courier New" w:hAnsi="Courier New"/>
          <w:color w:val="555555"/>
          <w:sz w:val="20"/>
        </w:rPr>
        <w:t>[Rom . 1 . 9]</w:t>
      </w:r>
    </w:p>
    <w:p>
      <w:r>
        <w:rPr>
          <w:rFonts w:ascii="Gentium Plus" w:hAnsi="Gentium Plus"/>
          <w:sz w:val="24"/>
        </w:rPr>
        <w:t>μάρτυς γάρ μού ἐστιν ὁ θεός, ᾧ λατρεύω ἐν τῷ πνεύματί μου ἐν τῷ εὐαγγελίῳ τοῦ υἱοῦ αὐτοῦ, ὡς ἀδιαλείπτως μνείαν ὑμῶν ποιοῦμαι</w:t>
      </w:r>
    </w:p>
    <w:p>
      <w:r>
        <w:rPr>
          <w:rFonts w:ascii="Courier New" w:hAnsi="Courier New"/>
          <w:color w:val="555555"/>
          <w:sz w:val="20"/>
        </w:rPr>
        <w:t>[Rom . 1 . 10]</w:t>
      </w:r>
    </w:p>
    <w:p>
      <w:r>
        <w:rPr>
          <w:rFonts w:ascii="Gentium Plus" w:hAnsi="Gentium Plus"/>
          <w:sz w:val="24"/>
        </w:rPr>
        <w:t>πάντοτε ἐπὶ τῶν προσευχῶν μου, δεόμενος εἴ πως ἤδη ποτὲ εὐοδωθήσομαι ἐν τῷ θελήματι τοῦ θεοῦ ἐλθεῖν πρὸς ὑμᾶς.</w:t>
      </w:r>
    </w:p>
    <w:p>
      <w:r>
        <w:rPr>
          <w:rFonts w:ascii="Courier New" w:hAnsi="Courier New"/>
          <w:color w:val="555555"/>
          <w:sz w:val="20"/>
        </w:rPr>
        <w:t>[Rom . 1 . 11]</w:t>
      </w:r>
    </w:p>
    <w:p>
      <w:r>
        <w:rPr>
          <w:rFonts w:ascii="Gentium Plus" w:hAnsi="Gentium Plus"/>
          <w:sz w:val="24"/>
        </w:rPr>
        <w:t>ἐπιποθῶ γὰρ ἰδεῖν ὑμᾶς, ἵνα τι μεταδῶ χάρισμα ὑμῖν πνευματικὸν εἰς τὸ στηριχθῆναι ὑμᾶς,</w:t>
      </w:r>
    </w:p>
    <w:p>
      <w:r>
        <w:rPr>
          <w:rFonts w:ascii="Courier New" w:hAnsi="Courier New"/>
          <w:color w:val="555555"/>
          <w:sz w:val="20"/>
        </w:rPr>
        <w:t>[Rom . 1 . 12]</w:t>
      </w:r>
    </w:p>
    <w:p>
      <w:r>
        <w:rPr>
          <w:rFonts w:ascii="Gentium Plus" w:hAnsi="Gentium Plus"/>
          <w:sz w:val="24"/>
        </w:rPr>
        <w:t>τοῦτο δέ ἐστιν συμπαρακληθῆναι ἐν ὑμῖν διὰ τῆς ἐν ἀλλήλοις πίστεως ὑμῶν τε καὶ ἐμοῦ.</w:t>
      </w:r>
    </w:p>
    <w:p>
      <w:r>
        <w:rPr>
          <w:rFonts w:ascii="Courier New" w:hAnsi="Courier New"/>
          <w:color w:val="555555"/>
          <w:sz w:val="20"/>
        </w:rPr>
        <w:t>[Rom . 1 . 13]</w:t>
      </w:r>
    </w:p>
    <w:p>
      <w:r>
        <w:rPr>
          <w:rFonts w:ascii="Gentium Plus" w:hAnsi="Gentium Plus"/>
          <w:sz w:val="24"/>
        </w:rPr>
        <w:t>οὐ θέλω δὲ ὑμᾶς ἀγνοεῖν, ἀδελφοί, ὅτι πολλάκις προεθέμην ἐλθεῖν πρὸς ὑμᾶς, καὶ ἐκωλύθην ἄχρι τοῦ δεῦρο, ἵνα τινὰ καρπὸν σχῶ καὶ ἐν ὑμῖν καθὼς καὶ ἐν τοῖς λοιποῖς</w:t>
      </w:r>
    </w:p>
    <w:p>
      <w:r>
        <w:rPr>
          <w:rFonts w:ascii="Courier New" w:hAnsi="Courier New"/>
          <w:color w:val="555555"/>
          <w:sz w:val="20"/>
        </w:rPr>
        <w:t>[5]</w:t>
      </w:r>
    </w:p>
    <w:p>
      <w:r>
        <w:rPr>
          <w:rFonts w:ascii="Gentium Plus" w:hAnsi="Gentium Plus"/>
          <w:sz w:val="24"/>
        </w:rPr>
        <w:t>ἔθνεσιν.</w:t>
      </w:r>
    </w:p>
    <w:p>
      <w:r>
        <w:rPr>
          <w:rFonts w:ascii="Courier New" w:hAnsi="Courier New"/>
          <w:color w:val="555555"/>
          <w:sz w:val="20"/>
        </w:rPr>
        <w:t>[Rom . 1 . 14]</w:t>
      </w:r>
    </w:p>
    <w:p>
      <w:r>
        <w:rPr>
          <w:rFonts w:ascii="Gentium Plus" w:hAnsi="Gentium Plus"/>
          <w:sz w:val="24"/>
        </w:rPr>
        <w:t>Ἕλλησίν τε καὶ βαρβάροις, σοφοῖς τε καὶ ἀνοήτοις ὀφειλέτης εἰμί·</w:t>
      </w:r>
    </w:p>
    <w:p>
      <w:r>
        <w:rPr>
          <w:rFonts w:ascii="Courier New" w:hAnsi="Courier New"/>
          <w:color w:val="555555"/>
          <w:sz w:val="20"/>
        </w:rPr>
        <w:t>[Rom . 1 . 15]</w:t>
      </w:r>
    </w:p>
    <w:p>
      <w:r>
        <w:rPr>
          <w:rFonts w:ascii="Gentium Plus" w:hAnsi="Gentium Plus"/>
          <w:sz w:val="24"/>
        </w:rPr>
        <w:t>οὕτως τὸ κατ’ ἐμὲ πρόθυμον καὶ ὑμῖν τοῖς ἐν Ῥώμῃ εὐαγγελίσασθαι.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 . 16]</w:t>
      </w:r>
    </w:p>
    <w:p>
      <w:r>
        <w:rPr>
          <w:rFonts w:ascii="Gentium Plus" w:hAnsi="Gentium Plus"/>
          <w:sz w:val="24"/>
        </w:rPr>
        <w:t>Οὐ γὰρ ἐπαισχύνομαι τὸ εὐαγγέλιον, δύναμις γὰρ θεοῦ ἐστιν εἰς σωτηρίαν παντὶ τῷ πιστεύοντι, Ἰουδαίῳ τε πρῶτον καὶ Ἕλληνι·</w:t>
      </w:r>
    </w:p>
    <w:p>
      <w:r>
        <w:rPr>
          <w:rFonts w:ascii="Courier New" w:hAnsi="Courier New"/>
          <w:color w:val="555555"/>
          <w:sz w:val="20"/>
        </w:rPr>
        <w:t>[Rom . 1 . 17]</w:t>
      </w:r>
    </w:p>
    <w:p>
      <w:r>
        <w:rPr>
          <w:rFonts w:ascii="Gentium Plus" w:hAnsi="Gentium Plus"/>
          <w:sz w:val="24"/>
        </w:rPr>
        <w:t>δικαιοσύνη γὰρ θεοῦ ἐν αὐτῷ ἀποκαλύπτεται ἐκ πίστεως εἰς πίστιν, καθὼς</w:t>
      </w:r>
    </w:p>
    <w:p>
      <w:r>
        <w:rPr>
          <w:rFonts w:ascii="Courier New" w:hAnsi="Courier New"/>
          <w:color w:val="555555"/>
          <w:sz w:val="20"/>
        </w:rPr>
        <w:t>[Rom . 1 . 18]</w:t>
      </w:r>
    </w:p>
    <w:p>
      <w:r>
        <w:rPr>
          <w:rFonts w:ascii="Gentium Plus" w:hAnsi="Gentium Plus"/>
          <w:sz w:val="24"/>
        </w:rPr>
        <w:t>Ἀποκαλύπτεται γὰρ ὀργὴ θεοῦ ἀπ’ οὐρανοῦ ἐπὶ πᾶσαν ἀσέβειαν καὶ ἀδικίαν ἀνθρώπων τῶν τὴν ἀλήθειαν ἐν ἀδικίᾳ κατεχόντων,</w:t>
      </w:r>
    </w:p>
    <w:p>
      <w:r>
        <w:rPr>
          <w:rFonts w:ascii="Courier New" w:hAnsi="Courier New"/>
          <w:color w:val="555555"/>
          <w:sz w:val="20"/>
        </w:rPr>
        <w:t>[Rom . 1 . 19]</w:t>
      </w:r>
    </w:p>
    <w:p>
      <w:r>
        <w:rPr>
          <w:rFonts w:ascii="Gentium Plus" w:hAnsi="Gentium Plus"/>
          <w:sz w:val="24"/>
        </w:rPr>
        <w:t>διότι τὸ γνωστὸν τοῦ θεοῦ φανερόν ἐστιν ἐν αὐτοῖς· ὁ θεὸς γὰρ αὐτοῖς ἐφανέρωσεν.</w:t>
      </w:r>
    </w:p>
    <w:p>
      <w:r>
        <w:rPr>
          <w:rFonts w:ascii="Courier New" w:hAnsi="Courier New"/>
          <w:color w:val="555555"/>
          <w:sz w:val="20"/>
        </w:rPr>
        <w:t>[Rom . 1 . 20]</w:t>
      </w:r>
    </w:p>
    <w:p>
      <w:r>
        <w:rPr>
          <w:rFonts w:ascii="Gentium Plus" w:hAnsi="Gentium Plus"/>
          <w:sz w:val="24"/>
        </w:rPr>
        <w:t>τὰ γὰρ ἀόρατα αὐτοῦ ἀπὸ κτίσεως κόσμου τοῖς ποιήμασιν νοούμενα καθορᾶται, ἥ τε ἀΐδιος αὐτοῦ δύναμις καὶ θειότης, εἰς τὸ εἶναι αὐτοὺς ἀναπολογήτους·</w:t>
      </w:r>
    </w:p>
    <w:p>
      <w:r>
        <w:rPr>
          <w:rFonts w:ascii="Courier New" w:hAnsi="Courier New"/>
          <w:color w:val="555555"/>
          <w:sz w:val="20"/>
        </w:rPr>
        <w:t>[Rom . 1 . 21]</w:t>
      </w:r>
    </w:p>
    <w:p>
      <w:r>
        <w:rPr>
          <w:rFonts w:ascii="Gentium Plus" w:hAnsi="Gentium Plus"/>
          <w:sz w:val="24"/>
        </w:rPr>
        <w:t>διότι γνόντες τὸν θεὸν οὐχ ὡς θεὸν ἐδόξασαν ἢ ηὐχαρίστησαν, ἀλλ’ ἐματαιώθησαν ἐν τοῖς διαλογισμοῖς αὐτῶν καὶ ἐσκοτίσθη ἡ ἀσύνετος αὐτῶν καρδία.</w:t>
      </w:r>
    </w:p>
    <w:p>
      <w:r>
        <w:rPr>
          <w:rFonts w:ascii="Courier New" w:hAnsi="Courier New"/>
          <w:color w:val="555555"/>
          <w:sz w:val="20"/>
        </w:rPr>
        <w:t>[Rom . 1 . 22]</w:t>
      </w:r>
    </w:p>
    <w:p>
      <w:r>
        <w:rPr>
          <w:rFonts w:ascii="Gentium Plus" w:hAnsi="Gentium Plus"/>
          <w:sz w:val="24"/>
        </w:rPr>
        <w:t>φάσκοντες εἶναι σοφοὶ ἐμωράνθησαν,</w:t>
      </w:r>
    </w:p>
    <w:p>
      <w:r>
        <w:rPr>
          <w:rFonts w:ascii="Courier New" w:hAnsi="Courier New"/>
          <w:color w:val="555555"/>
          <w:sz w:val="20"/>
        </w:rPr>
        <w:t>[Rom . 1 . 23]</w:t>
      </w:r>
    </w:p>
    <w:p>
      <w:r>
        <w:rPr>
          <w:rFonts w:ascii="Gentium Plus" w:hAnsi="Gentium Plus"/>
          <w:sz w:val="24"/>
        </w:rPr>
        <w:t>καὶ ἤλλαξαν τὴν δόξαν τοῦ ἀφθάρτου θεοῦ ἐν ὁμοιώματι εἰκόνος φθαρτοῦ ἀνθρώπου καὶ πετεινῶν καὶ τετραπόδων καὶ ἑρπετῶν.</w:t>
      </w:r>
    </w:p>
    <w:p>
      <w:r>
        <w:rPr>
          <w:rFonts w:ascii="Courier New" w:hAnsi="Courier New"/>
          <w:color w:val="555555"/>
          <w:sz w:val="20"/>
        </w:rPr>
        <w:t>[Rom . 1 . 24]</w:t>
      </w:r>
    </w:p>
    <w:p>
      <w:r>
        <w:rPr>
          <w:rFonts w:ascii="Gentium Plus" w:hAnsi="Gentium Plus"/>
          <w:sz w:val="24"/>
        </w:rPr>
        <w:t>Διὸ παρέδωκεν αὐτοὺς ὁ θεὸς ἐν ταῖς ἐπιθυμίαις τῶν καρδιῶν αὐτῶν εἰς ἀκαθαρσίαν τοῦ ἀτιμάζεσθαι τὰ σώματα αὐτῶν ἐν αὑτοῖς,</w:t>
      </w:r>
    </w:p>
    <w:p>
      <w:r>
        <w:rPr>
          <w:rFonts w:ascii="Courier New" w:hAnsi="Courier New"/>
          <w:color w:val="555555"/>
          <w:sz w:val="20"/>
        </w:rPr>
        <w:t>[Rom . 1 . 25]</w:t>
      </w:r>
    </w:p>
    <w:p>
      <w:r>
        <w:rPr>
          <w:rFonts w:ascii="Gentium Plus" w:hAnsi="Gentium Plus"/>
          <w:sz w:val="24"/>
        </w:rPr>
        <w:t>οἵτινες μετήλλαξαν τὴν ἀλήθειαν τοῦ θεοῦ ἐν τῷ ψεύδει, καὶ ἐσεβάσθησαν καὶ ἐλάτρευσαν τῇ κτίσει παρὰ τὸν κτίσαντα, ὅς ἐστιν εὐλογητὸς εἰς τοὺς αἰῶνας· ἀμήν.</w:t>
      </w:r>
    </w:p>
    <w:p>
      <w:r>
        <w:rPr>
          <w:rFonts w:ascii="Courier New" w:hAnsi="Courier New"/>
          <w:color w:val="555555"/>
          <w:sz w:val="20"/>
        </w:rPr>
        <w:t>[Rom . 1 . 26]</w:t>
      </w:r>
    </w:p>
    <w:p>
      <w:r>
        <w:rPr>
          <w:rFonts w:ascii="Gentium Plus" w:hAnsi="Gentium Plus"/>
          <w:sz w:val="24"/>
        </w:rPr>
        <w:t>διὰ τοῦτο παρέδωκεν αὐτοὺς ὁ θεὸς εἰς πάθη ἀτιμίας· αἵ τε γὰρ θήλειαι αὐτῶν μετήλλαξαν τὴν φυσικὴν χρῆσιν εἰς τὴν παρὰ φύσιν,</w:t>
      </w:r>
    </w:p>
    <w:p>
      <w:r>
        <w:rPr>
          <w:rFonts w:ascii="Courier New" w:hAnsi="Courier New"/>
          <w:color w:val="555555"/>
          <w:sz w:val="20"/>
        </w:rPr>
        <w:t>[Rom . 1 . 27]</w:t>
      </w:r>
    </w:p>
    <w:p>
      <w:r>
        <w:rPr>
          <w:rFonts w:ascii="Gentium Plus" w:hAnsi="Gentium Plus"/>
          <w:sz w:val="24"/>
        </w:rPr>
        <w:t>ὁμοίως τε καὶ οἱ ἄρσενες ἀφέντες τὴν φυσικὴν χρῆσιν τῆς θηλείας ἐξεκαύθησαν ἐν τῇ ὀρέξει αὐτῶν εἰς ἀλλήλους, ἄρσενες ἐν ἄρσεσιν τὴν ἀσχημοσύνην κατεργαζόμενοι καὶ τὴν ἀντιμισθίαν ἣν ἔδει τῆς πλάνης</w:t>
      </w:r>
    </w:p>
    <w:p>
      <w:r>
        <w:rPr>
          <w:rFonts w:ascii="Courier New" w:hAnsi="Courier New"/>
          <w:color w:val="555555"/>
          <w:sz w:val="20"/>
        </w:rPr>
        <w:t>[5]</w:t>
      </w:r>
    </w:p>
    <w:p>
      <w:r>
        <w:rPr>
          <w:rFonts w:ascii="Gentium Plus" w:hAnsi="Gentium Plus"/>
          <w:sz w:val="24"/>
        </w:rPr>
        <w:t>αὐτῶν ἐν ἑαυτοῖς ἀπολαμβάνοντες.</w:t>
      </w:r>
    </w:p>
    <w:p>
      <w:r>
        <w:rPr>
          <w:rFonts w:ascii="Courier New" w:hAnsi="Courier New"/>
          <w:color w:val="555555"/>
          <w:sz w:val="20"/>
        </w:rPr>
        <w:t>[Rom . 1 . 28]</w:t>
      </w:r>
    </w:p>
    <w:p>
      <w:r>
        <w:rPr>
          <w:rFonts w:ascii="Gentium Plus" w:hAnsi="Gentium Plus"/>
          <w:sz w:val="24"/>
        </w:rPr>
        <w:t>καὶ καθὼς οὐκ ἐδοκίμασαν τὸν θεὸν ἔχειν ἐν ἐπιγνώσει, παρέδωκεν αὐτοὺς ὁ θεὸς εἰς ἀδόκιμον νοῦν, ποιεῖν τὰ μὴ καθήκοντα,</w:t>
      </w:r>
    </w:p>
    <w:p>
      <w:r>
        <w:rPr>
          <w:rFonts w:ascii="Courier New" w:hAnsi="Courier New"/>
          <w:color w:val="555555"/>
          <w:sz w:val="20"/>
        </w:rPr>
        <w:t>[Rom . 1 . 29]</w:t>
      </w:r>
    </w:p>
    <w:p>
      <w:r>
        <w:rPr>
          <w:rFonts w:ascii="Gentium Plus" w:hAnsi="Gentium Plus"/>
          <w:sz w:val="24"/>
        </w:rPr>
        <w:t>πεπληρωμένους πάσῃ ἀδικίᾳ πονηρίᾳ πλεονεξίᾳ κακίᾳ, μεστοὺς φθόνου φόνου ἔριδος δόλου κακοηθείας, ψιθυ‐ ριστάς,</w:t>
      </w:r>
    </w:p>
    <w:p>
      <w:r>
        <w:rPr>
          <w:rFonts w:ascii="Courier New" w:hAnsi="Courier New"/>
          <w:color w:val="555555"/>
          <w:sz w:val="20"/>
        </w:rPr>
        <w:t>[Rom . 1 . 30]</w:t>
      </w:r>
    </w:p>
    <w:p>
      <w:r>
        <w:rPr>
          <w:rFonts w:ascii="Gentium Plus" w:hAnsi="Gentium Plus"/>
          <w:sz w:val="24"/>
        </w:rPr>
        <w:t>καταλάλους, θεοστυγεῖς, ὑβριστάς, ὑπερη‐ φάνους, ἀλαζόνας, ἐφευρετὰς κακῶν, γονεῦσιν ἀπειθεῖς,</w:t>
      </w:r>
    </w:p>
    <w:p>
      <w:r>
        <w:rPr>
          <w:rFonts w:ascii="Courier New" w:hAnsi="Courier New"/>
          <w:color w:val="555555"/>
          <w:sz w:val="20"/>
        </w:rPr>
        <w:t>[Rom . 1 . 31]</w:t>
      </w:r>
    </w:p>
    <w:p>
      <w:r>
        <w:rPr>
          <w:rFonts w:ascii="Gentium Plus" w:hAnsi="Gentium Plus"/>
          <w:sz w:val="24"/>
        </w:rPr>
        <w:t>ἀσυνέτους, ἀσυνθέτους, ἀστόργους, ἀνελεήμονας·</w:t>
      </w:r>
    </w:p>
    <w:p>
      <w:r>
        <w:rPr>
          <w:rFonts w:ascii="Courier New" w:hAnsi="Courier New"/>
          <w:color w:val="555555"/>
          <w:sz w:val="20"/>
        </w:rPr>
        <w:t>[Rom . 1 . 32]</w:t>
      </w:r>
    </w:p>
    <w:p>
      <w:r>
        <w:rPr>
          <w:rFonts w:ascii="Gentium Plus" w:hAnsi="Gentium Plus"/>
          <w:sz w:val="24"/>
        </w:rPr>
        <w:t>οἵ‐ τινες τὸ δικαίωμα τοῦ θεοῦ ἐπιγνόντες, ὅτι οἱ τὰ τοιαῦτα πράσσοντες ἄξιοι θανάτου εἰσίν, οὐ μόνον αὐτὰ ποιοῦσιν ἀλλὰ καὶ συνευδοκοῦσιν τοῖς πράσσουσιν.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[Rom . 2 . 1]</w:t>
      </w:r>
    </w:p>
    <w:p>
      <w:r>
        <w:rPr>
          <w:rFonts w:ascii="Gentium Plus" w:hAnsi="Gentium Plus"/>
          <w:sz w:val="24"/>
        </w:rPr>
        <w:t>Διὸ ἀναπολόγητος εἶ, ὦ ἄνθρωπε πᾶς ὁ κρίνων· ἐν ᾧ γὰρ κρίνεις τὸν ἕτερον, σεαυτὸν κατακρίνεις, τὰ γὰρ αὐτὰ πράσσεις ὁ κρίνων.</w:t>
      </w:r>
    </w:p>
    <w:p>
      <w:r>
        <w:rPr>
          <w:rFonts w:ascii="Courier New" w:hAnsi="Courier New"/>
          <w:color w:val="555555"/>
          <w:sz w:val="20"/>
        </w:rPr>
        <w:t>[Rom . 2 . 2]</w:t>
      </w:r>
    </w:p>
    <w:p>
      <w:r>
        <w:rPr>
          <w:rFonts w:ascii="Gentium Plus" w:hAnsi="Gentium Plus"/>
          <w:sz w:val="24"/>
        </w:rPr>
        <w:t>οἴδαμεν δὲ ὅτι τὸ κρίμα τοῦ θεοῦ ἐστιν κατὰ ἀλήθειαν ἐπὶ τοὺς τὰ τοιαῦτα πράσσοντας.</w:t>
      </w:r>
    </w:p>
    <w:p>
      <w:r>
        <w:rPr>
          <w:rFonts w:ascii="Courier New" w:hAnsi="Courier New"/>
          <w:color w:val="555555"/>
          <w:sz w:val="20"/>
        </w:rPr>
        <w:t>[Rom . 2 . 3]</w:t>
      </w:r>
    </w:p>
    <w:p>
      <w:r>
        <w:rPr>
          <w:rFonts w:ascii="Gentium Plus" w:hAnsi="Gentium Plus"/>
          <w:sz w:val="24"/>
        </w:rPr>
        <w:t>λογίζῃ δὲ τοῦτο, ὦ ἄνθρωπε ὁ κρίνων τοὺς τὰ τοιαῦτα πράσσοντας καὶ ποιῶν αὐτά, ὅτι σὺ ἐκφεύξῃ τὸ κρίμα τοῦ θεοῦ;</w:t>
      </w:r>
    </w:p>
    <w:p>
      <w:r>
        <w:rPr>
          <w:rFonts w:ascii="Courier New" w:hAnsi="Courier New"/>
          <w:color w:val="555555"/>
          <w:sz w:val="20"/>
        </w:rPr>
        <w:t>[Rom . 2 . 4]</w:t>
      </w:r>
    </w:p>
    <w:p>
      <w:r>
        <w:rPr>
          <w:rFonts w:ascii="Gentium Plus" w:hAnsi="Gentium Plus"/>
          <w:sz w:val="24"/>
        </w:rPr>
        <w:t>ἢ τοῦ πλούτου τῆς χρηστότητος αὐτοῦ καὶ τῆς ἀνοχῆς καὶ τῆς μακροθυμίας καταφρονεῖς, ἀγνοῶν ὅτι τὸ χρηστὸν τοῦ θεοῦ εἰς μετάνοιάν σε ἄγει;</w:t>
      </w:r>
    </w:p>
    <w:p>
      <w:r>
        <w:rPr>
          <w:rFonts w:ascii="Courier New" w:hAnsi="Courier New"/>
          <w:color w:val="555555"/>
          <w:sz w:val="20"/>
        </w:rPr>
        <w:t>[Rom . 2 . 5]</w:t>
      </w:r>
    </w:p>
    <w:p>
      <w:r>
        <w:rPr>
          <w:rFonts w:ascii="Gentium Plus" w:hAnsi="Gentium Plus"/>
          <w:sz w:val="24"/>
        </w:rPr>
        <w:t>κατὰ δὲ τὴν σκληρότητά σου καὶ ἀμετανόητον καρδίαν θησαυρίζεις σεαυτῷ ὀργὴν ἐν ἡμέρᾳ ὀργῆς καὶ ἀποκα‐ λύψεως δικαιοκρισίας τοῦ θεοῦ,</w:t>
      </w:r>
    </w:p>
    <w:p>
      <w:r>
        <w:rPr>
          <w:rFonts w:ascii="Courier New" w:hAnsi="Courier New"/>
          <w:color w:val="555555"/>
          <w:sz w:val="20"/>
        </w:rPr>
        <w:t>[Rom . 2 . 6]</w:t>
      </w:r>
    </w:p>
    <w:p>
      <w:r>
        <w:rPr>
          <w:rFonts w:ascii="Gentium Plus" w:hAnsi="Gentium Plus"/>
          <w:sz w:val="24"/>
        </w:rPr>
        <w:t>ὃς ἀποδώσει ἑκάστῳ κατὰ τὰ ἔργα αὐτοῦ,</w:t>
      </w:r>
    </w:p>
    <w:p>
      <w:r>
        <w:rPr>
          <w:rFonts w:ascii="Courier New" w:hAnsi="Courier New"/>
          <w:color w:val="555555"/>
          <w:sz w:val="20"/>
        </w:rPr>
        <w:t>[Rom . 2 . 7]</w:t>
      </w:r>
    </w:p>
    <w:p>
      <w:r>
        <w:rPr>
          <w:rFonts w:ascii="Gentium Plus" w:hAnsi="Gentium Plus"/>
          <w:sz w:val="24"/>
        </w:rPr>
        <w:t>τοῖς μὲν καθ’ ὑπομονὴν ἔργου ἀγαθοῦ δόξαν καὶ τιμὴν καὶ ἀφθαρσίαν ζητοῦσιν, ζωὴν αἰώνιον·</w:t>
      </w:r>
    </w:p>
    <w:p>
      <w:r>
        <w:rPr>
          <w:rFonts w:ascii="Courier New" w:hAnsi="Courier New"/>
          <w:color w:val="555555"/>
          <w:sz w:val="20"/>
        </w:rPr>
        <w:t>[Rom . 2 . 8]</w:t>
      </w:r>
    </w:p>
    <w:p>
      <w:r>
        <w:rPr>
          <w:rFonts w:ascii="Gentium Plus" w:hAnsi="Gentium Plus"/>
          <w:sz w:val="24"/>
        </w:rPr>
        <w:t>τοῖς δὲ ἐξ ἐριθείας καὶ ἀπειθοῦσι τῇ ἀληθείᾳ πειθομένοις δὲ τῇ ἀδικίᾳ, ὀργὴ καὶ θυμός—</w:t>
      </w:r>
    </w:p>
    <w:p>
      <w:r>
        <w:rPr>
          <w:rFonts w:ascii="Courier New" w:hAnsi="Courier New"/>
          <w:color w:val="555555"/>
          <w:sz w:val="20"/>
        </w:rPr>
        <w:t>[Rom . 2 . 9]</w:t>
      </w:r>
    </w:p>
    <w:p>
      <w:r>
        <w:rPr>
          <w:rFonts w:ascii="Gentium Plus" w:hAnsi="Gentium Plus"/>
          <w:sz w:val="24"/>
        </w:rPr>
        <w:t>θλῖψις καὶ στενοχωρία ἐπὶ πᾶσαν ψυχὴν ἀνθρώπου τοῦ κατεργα‐ ζομένου τὸ κακόν, Ἰουδαίου τε πρῶτον καὶ Ἕλληνος·</w:t>
      </w:r>
    </w:p>
    <w:p>
      <w:r>
        <w:rPr>
          <w:rFonts w:ascii="Courier New" w:hAnsi="Courier New"/>
          <w:color w:val="555555"/>
          <w:sz w:val="20"/>
        </w:rPr>
        <w:t>[Rom . 2 . 10]</w:t>
      </w:r>
    </w:p>
    <w:p>
      <w:r>
        <w:rPr>
          <w:rFonts w:ascii="Gentium Plus" w:hAnsi="Gentium Plus"/>
          <w:sz w:val="24"/>
        </w:rPr>
        <w:t>δόξα δὲ καὶ τιμὴ καὶ εἰρήνη παντὶ τῷ ἐργαζομένῳ τὸ ἀγαθόν, Ἰουδαίῳ τε πρῶτον καὶ Ἕλληνι·</w:t>
      </w:r>
    </w:p>
    <w:p>
      <w:r>
        <w:rPr>
          <w:rFonts w:ascii="Courier New" w:hAnsi="Courier New"/>
          <w:color w:val="555555"/>
          <w:sz w:val="20"/>
        </w:rPr>
        <w:t>[Rom . 2 . 11]</w:t>
      </w:r>
    </w:p>
    <w:p>
      <w:r>
        <w:rPr>
          <w:rFonts w:ascii="Gentium Plus" w:hAnsi="Gentium Plus"/>
          <w:sz w:val="24"/>
        </w:rPr>
        <w:t>οὐ γάρ ἐστιν προσωπολημψία παρὰ τῷ θεῷ.</w:t>
      </w:r>
    </w:p>
    <w:p>
      <w:r>
        <w:rPr>
          <w:rFonts w:ascii="Courier New" w:hAnsi="Courier New"/>
          <w:color w:val="555555"/>
          <w:sz w:val="20"/>
        </w:rPr>
        <w:t>[Rom . 2 . 12]</w:t>
      </w:r>
    </w:p>
    <w:p>
      <w:r>
        <w:rPr>
          <w:rFonts w:ascii="Gentium Plus" w:hAnsi="Gentium Plus"/>
          <w:sz w:val="24"/>
        </w:rPr>
        <w:t>ὅσοι γὰρ ἀνόμως ἥμαρτον, ἀνόμως καὶ ἀπολοῦνται· καὶ ὅσοι ἐν νόμῳ ἥμαρτον, διὰ νόμου κριθήσονται·</w:t>
      </w:r>
    </w:p>
    <w:p>
      <w:r>
        <w:rPr>
          <w:rFonts w:ascii="Courier New" w:hAnsi="Courier New"/>
          <w:color w:val="555555"/>
          <w:sz w:val="20"/>
        </w:rPr>
        <w:t>[Rom . 2 . 13]</w:t>
      </w:r>
    </w:p>
    <w:p>
      <w:r>
        <w:rPr>
          <w:rFonts w:ascii="Gentium Plus" w:hAnsi="Gentium Plus"/>
          <w:sz w:val="24"/>
        </w:rPr>
        <w:t>οὐ γὰρ οἱ ἀκροαταὶ νόμου δίκαιοι παρὰ τῷ θεῷ, ἀλλ’ οἱ ποιηταὶ νόμου δικαιω‐ θήσονται.</w:t>
      </w:r>
    </w:p>
    <w:p>
      <w:r>
        <w:rPr>
          <w:rFonts w:ascii="Courier New" w:hAnsi="Courier New"/>
          <w:color w:val="555555"/>
          <w:sz w:val="20"/>
        </w:rPr>
        <w:t>[Rom . 2 . 14]</w:t>
      </w:r>
    </w:p>
    <w:p>
      <w:r>
        <w:rPr>
          <w:rFonts w:ascii="Gentium Plus" w:hAnsi="Gentium Plus"/>
          <w:sz w:val="24"/>
        </w:rPr>
        <w:t>ὅταν γὰρ ἔθνη τὰ μὴ νόμον ἔχοντα φύσει τὰ τοῦ νόμου ποιῶσιν, οὗτοι νόμον μὴ ἔχοντες ἑαυτοῖς εἰσιν νόμος·</w:t>
      </w:r>
    </w:p>
    <w:p>
      <w:r>
        <w:rPr>
          <w:rFonts w:ascii="Courier New" w:hAnsi="Courier New"/>
          <w:color w:val="555555"/>
          <w:sz w:val="20"/>
        </w:rPr>
        <w:t>[Rom . 2 . 15]</w:t>
      </w:r>
    </w:p>
    <w:p>
      <w:r>
        <w:rPr>
          <w:rFonts w:ascii="Gentium Plus" w:hAnsi="Gentium Plus"/>
          <w:sz w:val="24"/>
        </w:rPr>
        <w:t>οἵτινες ἐνδείκνυνται τὸ ἔργον τοῦ νόμου γραπτὸν ἐν ταῖς καρδίαις αὐτῶν, συμμαρτυρούσης αὐτῶν τῆς συνειδήσεως καὶ μεταξὺ ἀλλήλων τῶν λογισμῶν κατηγορούντων ἢ καὶ ἀπολογουμένων,</w:t>
      </w:r>
    </w:p>
    <w:p>
      <w:r>
        <w:rPr>
          <w:rFonts w:ascii="Courier New" w:hAnsi="Courier New"/>
          <w:color w:val="555555"/>
          <w:sz w:val="20"/>
        </w:rPr>
        <w:t>[Rom . 2 . 16]</w:t>
      </w:r>
    </w:p>
    <w:p>
      <w:r>
        <w:rPr>
          <w:rFonts w:ascii="Gentium Plus" w:hAnsi="Gentium Plus"/>
          <w:sz w:val="24"/>
        </w:rPr>
        <w:t>ἐν ᾗ ἡμέρᾳ κρίνει ὁ θεὸς τὰ κρυπτὰ τῶν ἀνθρώπων κατὰ τὸ εὐαγγέ‐</w:t>
      </w:r>
    </w:p>
    <w:p>
      <w:r>
        <w:rPr>
          <w:rFonts w:ascii="Courier New" w:hAnsi="Courier New"/>
          <w:color w:val="555555"/>
          <w:sz w:val="20"/>
        </w:rPr>
        <w:t>[Rom . 2 . 17]</w:t>
      </w:r>
    </w:p>
    <w:p>
      <w:r>
        <w:rPr>
          <w:rFonts w:ascii="Gentium Plus" w:hAnsi="Gentium Plus"/>
          <w:sz w:val="24"/>
        </w:rPr>
        <w:t>Εἰ δὲ σὺ Ἰουδαῖος ἐπονομάζῃ καὶ ἐπαναπαύῃ νόμῳ καὶ καυχᾶσαι ἐν θεῷ</w:t>
      </w:r>
    </w:p>
    <w:p>
      <w:r>
        <w:rPr>
          <w:rFonts w:ascii="Courier New" w:hAnsi="Courier New"/>
          <w:color w:val="555555"/>
          <w:sz w:val="20"/>
        </w:rPr>
        <w:t>[Rom . 2 . 18]</w:t>
      </w:r>
    </w:p>
    <w:p>
      <w:r>
        <w:rPr>
          <w:rFonts w:ascii="Gentium Plus" w:hAnsi="Gentium Plus"/>
          <w:sz w:val="24"/>
        </w:rPr>
        <w:t>καὶ γινώσκεις τὸ θέλημα καὶ δοκιμάζεις τὰ διαφέροντα κατηχούμενος ἐκ τοῦ νόμου,</w:t>
      </w:r>
    </w:p>
    <w:p>
      <w:r>
        <w:rPr>
          <w:rFonts w:ascii="Courier New" w:hAnsi="Courier New"/>
          <w:color w:val="555555"/>
          <w:sz w:val="20"/>
        </w:rPr>
        <w:t>[Rom . 2 . 19]</w:t>
      </w:r>
    </w:p>
    <w:p>
      <w:r>
        <w:rPr>
          <w:rFonts w:ascii="Gentium Plus" w:hAnsi="Gentium Plus"/>
          <w:sz w:val="24"/>
        </w:rPr>
        <w:t>πέποιθάς τε σεαυτὸν ὁδηγὸν εἶναι τυφλῶν, φῶς τῶν ἐν σκότει,</w:t>
      </w:r>
    </w:p>
    <w:p>
      <w:r>
        <w:rPr>
          <w:rFonts w:ascii="Courier New" w:hAnsi="Courier New"/>
          <w:color w:val="555555"/>
          <w:sz w:val="20"/>
        </w:rPr>
        <w:t>[Rom . 2 . 20]</w:t>
      </w:r>
    </w:p>
    <w:p>
      <w:r>
        <w:rPr>
          <w:rFonts w:ascii="Gentium Plus" w:hAnsi="Gentium Plus"/>
          <w:sz w:val="24"/>
        </w:rPr>
        <w:t>παιδευτὴν ἀφρόνων, διδάσκαλον νηπίων, ἔχοντα τὴν μόρφωσιν τῆς γνώσεως καὶ τῆς ἀληθείας ἐν τῷ νόμῳ—</w:t>
      </w:r>
    </w:p>
    <w:p>
      <w:r>
        <w:rPr>
          <w:rFonts w:ascii="Courier New" w:hAnsi="Courier New"/>
          <w:color w:val="555555"/>
          <w:sz w:val="20"/>
        </w:rPr>
        <w:t>[Rom . 2 . 21]</w:t>
      </w:r>
    </w:p>
    <w:p>
      <w:r>
        <w:rPr>
          <w:rFonts w:ascii="Gentium Plus" w:hAnsi="Gentium Plus"/>
          <w:sz w:val="24"/>
        </w:rPr>
        <w:t>ὁ οὖν διδάσκων ἕτερον σεαυτὸν οὐ διδάσκεις; ὁ κηρύσσων μὴ κλέπτειν κλέπτεις;</w:t>
      </w:r>
    </w:p>
    <w:p>
      <w:r>
        <w:rPr>
          <w:rFonts w:ascii="Courier New" w:hAnsi="Courier New"/>
          <w:color w:val="555555"/>
          <w:sz w:val="20"/>
        </w:rPr>
        <w:t>[Rom . 2 . 22]</w:t>
      </w:r>
    </w:p>
    <w:p>
      <w:r>
        <w:rPr>
          <w:rFonts w:ascii="Gentium Plus" w:hAnsi="Gentium Plus"/>
          <w:sz w:val="24"/>
        </w:rPr>
        <w:t>ὁ λέγων μὴ μοιχεύειν μοιχεύεις; ὁ βδελυσσόμενος τὰ εἴδωλα ἱεροσυλεῖς;</w:t>
      </w:r>
    </w:p>
    <w:p>
      <w:r>
        <w:rPr>
          <w:rFonts w:ascii="Courier New" w:hAnsi="Courier New"/>
          <w:color w:val="555555"/>
          <w:sz w:val="20"/>
        </w:rPr>
        <w:t>[Rom . 2 . 23]</w:t>
      </w:r>
    </w:p>
    <w:p>
      <w:r>
        <w:rPr>
          <w:rFonts w:ascii="Gentium Plus" w:hAnsi="Gentium Plus"/>
          <w:sz w:val="24"/>
        </w:rPr>
        <w:t>ὃς ἐν νόμῳ καυχᾶσαι, διὰ τῆς παραβάσεως τοῦ νόμου τὸν θεὸν ἀτιμάζεις;</w:t>
      </w:r>
    </w:p>
    <w:p>
      <w:r>
        <w:rPr>
          <w:rFonts w:ascii="Courier New" w:hAnsi="Courier New"/>
          <w:color w:val="555555"/>
          <w:sz w:val="20"/>
        </w:rPr>
        <w:t>[Rom . 2 . 24]</w:t>
      </w:r>
    </w:p>
    <w:p>
      <w:r>
        <w:rPr>
          <w:rFonts w:ascii="Gentium Plus" w:hAnsi="Gentium Plus"/>
          <w:sz w:val="24"/>
        </w:rPr>
        <w:t>τὸ γὰρ ὄνομα τοῦ θεοῦ δι’ ὑμᾶς βλασφημεῖται ἐν τοῖς ἔθνεσιν, καθὼς γέγραπται.</w:t>
      </w:r>
    </w:p>
    <w:p>
      <w:r>
        <w:rPr>
          <w:rFonts w:ascii="Courier New" w:hAnsi="Courier New"/>
          <w:color w:val="555555"/>
          <w:sz w:val="20"/>
        </w:rPr>
        <w:t>[Rom . 2 . 25]</w:t>
      </w:r>
    </w:p>
    <w:p>
      <w:r>
        <w:rPr>
          <w:rFonts w:ascii="Gentium Plus" w:hAnsi="Gentium Plus"/>
          <w:sz w:val="24"/>
        </w:rPr>
        <w:t>περιτομὴ μὲν γὰρ ὠφελεῖ ἐὰν νόμον πράσσῃς· ἐὰν δὲ παραβάτης νόμου ᾖς, ἡ περιτομή σου ἀκροβυστία γέγονεν.</w:t>
      </w:r>
    </w:p>
    <w:p>
      <w:r>
        <w:rPr>
          <w:rFonts w:ascii="Courier New" w:hAnsi="Courier New"/>
          <w:color w:val="555555"/>
          <w:sz w:val="20"/>
        </w:rPr>
        <w:t>[Rom . 2 . 26]</w:t>
      </w:r>
    </w:p>
    <w:p>
      <w:r>
        <w:rPr>
          <w:rFonts w:ascii="Gentium Plus" w:hAnsi="Gentium Plus"/>
          <w:sz w:val="24"/>
        </w:rPr>
        <w:t>ἐὰν οὖν ἡ ἀκροβυστία τὰ δικαιώματα τοῦ νόμου φυλάσσῃ, οὐχὶ ἡ ἀκροβυστία αὐτοῦ εἰς περιτομὴν λογισθήσεται;</w:t>
      </w:r>
    </w:p>
    <w:p>
      <w:r>
        <w:rPr>
          <w:rFonts w:ascii="Courier New" w:hAnsi="Courier New"/>
          <w:color w:val="555555"/>
          <w:sz w:val="20"/>
        </w:rPr>
        <w:t>[Rom . 2 . 27]</w:t>
      </w:r>
    </w:p>
    <w:p>
      <w:r>
        <w:rPr>
          <w:rFonts w:ascii="Gentium Plus" w:hAnsi="Gentium Plus"/>
          <w:sz w:val="24"/>
        </w:rPr>
        <w:t>καὶ κρινεῖ ἡ ἐκ φύσεως ἀκροβυστία τὸν νόμον τελοῦσα σὲ τὸν διὰ γράμ‐ ματος καὶ περιτομῆς παραβάτην νόμου.</w:t>
      </w:r>
    </w:p>
    <w:p>
      <w:r>
        <w:rPr>
          <w:rFonts w:ascii="Courier New" w:hAnsi="Courier New"/>
          <w:color w:val="555555"/>
          <w:sz w:val="20"/>
        </w:rPr>
        <w:t>[Rom . 2 . 28]</w:t>
      </w:r>
    </w:p>
    <w:p>
      <w:r>
        <w:rPr>
          <w:rFonts w:ascii="Gentium Plus" w:hAnsi="Gentium Plus"/>
          <w:sz w:val="24"/>
        </w:rPr>
        <w:t>οὐ γὰρ ὁ ἐν τῷ φανερῷ Ἰουδαῖός ἐστιν, οὐδὲ ἡ ἐν τῷ φανερῷ ἐν σαρκὶ περιτομή·</w:t>
      </w:r>
    </w:p>
    <w:p>
      <w:r>
        <w:rPr>
          <w:rFonts w:ascii="Courier New" w:hAnsi="Courier New"/>
          <w:color w:val="555555"/>
          <w:sz w:val="20"/>
        </w:rPr>
        <w:t>[Rom . 2 . 29]</w:t>
      </w:r>
    </w:p>
    <w:p>
      <w:r>
        <w:rPr>
          <w:rFonts w:ascii="Gentium Plus" w:hAnsi="Gentium Plus"/>
          <w:sz w:val="24"/>
        </w:rPr>
        <w:t>ἀλλ’ ὁ ἐν τῷ κρυπτῷ Ἰουδαῖος, καὶ περιτομὴ καρδίας ἐν πνεύματι οὐ γράμματι, οὗ ὁ ἔπαινος οὐκ ἐξ ἀνθρώπων ἀλλ’ ἐκ τοῦ θεοῦ.</w:t>
      </w:r>
    </w:p>
    <w:p>
      <w:r>
        <w:rPr>
          <w:rFonts w:ascii="Courier New" w:hAnsi="Courier New"/>
          <w:color w:val="555555"/>
          <w:sz w:val="20"/>
        </w:rPr>
        <w:t>[Rom . 3 . 1]</w:t>
      </w:r>
    </w:p>
    <w:p>
      <w:r>
        <w:rPr>
          <w:rFonts w:ascii="Gentium Plus" w:hAnsi="Gentium Plus"/>
          <w:sz w:val="24"/>
        </w:rPr>
        <w:t>Τί οὖν τὸ περισσὸν τοῦ Ἰουδαίου, ἢ τίς ἡ ὠφέλεια τῆς περιτομῆς;</w:t>
      </w:r>
    </w:p>
    <w:p>
      <w:r>
        <w:rPr>
          <w:rFonts w:ascii="Courier New" w:hAnsi="Courier New"/>
          <w:color w:val="555555"/>
          <w:sz w:val="20"/>
        </w:rPr>
        <w:t>[Rom . 3 . 2]</w:t>
      </w:r>
    </w:p>
    <w:p>
      <w:r>
        <w:rPr>
          <w:rFonts w:ascii="Gentium Plus" w:hAnsi="Gentium Plus"/>
          <w:sz w:val="24"/>
        </w:rPr>
        <w:t>πολὺ κατὰ πάντα τρόπον. πρῶτον μὲν [γὰρ] ὅτι ἐπιστεύθησαν τὰ λόγια τοῦ θεοῦ.</w:t>
      </w:r>
    </w:p>
    <w:p>
      <w:r>
        <w:rPr>
          <w:rFonts w:ascii="Courier New" w:hAnsi="Courier New"/>
          <w:color w:val="555555"/>
          <w:sz w:val="20"/>
        </w:rPr>
        <w:t>[Rom . 3 . 3]</w:t>
      </w:r>
    </w:p>
    <w:p>
      <w:r>
        <w:rPr>
          <w:rFonts w:ascii="Gentium Plus" w:hAnsi="Gentium Plus"/>
          <w:sz w:val="24"/>
        </w:rPr>
        <w:t>τί γὰρ εἰ ἠπίστησάν τινες; μὴ ἡ ἀπιστία αὐτῶν τὴν πίστιν τοῦ θεοῦ καταργήσει;</w:t>
      </w:r>
    </w:p>
    <w:p>
      <w:r>
        <w:rPr>
          <w:rFonts w:ascii="Courier New" w:hAnsi="Courier New"/>
          <w:color w:val="555555"/>
          <w:sz w:val="20"/>
        </w:rPr>
        <w:t>[Rom . 3 . 4]</w:t>
      </w:r>
    </w:p>
    <w:p>
      <w:r>
        <w:rPr>
          <w:rFonts w:ascii="Gentium Plus" w:hAnsi="Gentium Plus"/>
          <w:sz w:val="24"/>
        </w:rPr>
        <w:t>μὴ γένοιτο· γινέσθω δὲ ὁ θεὸς ἀληθής, πᾶς δὲ ἄνθρωπος ψεύστης, καθὼς γέγραπται, Ὅπως ἂν δικαιωθῇς ἐν τοῖς λόγοις σου καὶ νικήσεις ἐν τῷ κρίνεσθαί σε.</w:t>
      </w:r>
    </w:p>
    <w:p>
      <w:r>
        <w:rPr>
          <w:rFonts w:ascii="Courier New" w:hAnsi="Courier New"/>
          <w:color w:val="555555"/>
          <w:sz w:val="20"/>
        </w:rPr>
        <w:t>[Rom . 3 . 5]</w:t>
      </w:r>
    </w:p>
    <w:p>
      <w:r>
        <w:rPr>
          <w:rFonts w:ascii="Gentium Plus" w:hAnsi="Gentium Plus"/>
          <w:sz w:val="24"/>
        </w:rPr>
        <w:t>εἰ δὲ ἡ ἀδικία ἡμῶν θεοῦ δικαιοσύνην συνίστησιν, τί ἐροῦμεν; μὴ ἄδικος ὁ θεὸς ὁ ἐπιφέρων τὴν ὀργήν; κατὰ ἄνθρωπον λέγω.</w:t>
      </w:r>
    </w:p>
    <w:p>
      <w:r>
        <w:rPr>
          <w:rFonts w:ascii="Courier New" w:hAnsi="Courier New"/>
          <w:color w:val="555555"/>
          <w:sz w:val="20"/>
        </w:rPr>
        <w:t>[Rom . 3 . 6]</w:t>
      </w:r>
    </w:p>
    <w:p>
      <w:r>
        <w:rPr>
          <w:rFonts w:ascii="Gentium Plus" w:hAnsi="Gentium Plus"/>
          <w:sz w:val="24"/>
        </w:rPr>
        <w:t>μὴ γένοιτο· ἐπεὶ πῶς κρινεῖ ὁ θεὸς τὸν κόσμον;</w:t>
      </w:r>
    </w:p>
    <w:p>
      <w:r>
        <w:rPr>
          <w:rFonts w:ascii="Courier New" w:hAnsi="Courier New"/>
          <w:color w:val="555555"/>
          <w:sz w:val="20"/>
        </w:rPr>
        <w:t>[Rom . 3 . 7]</w:t>
      </w:r>
    </w:p>
    <w:p>
      <w:r>
        <w:rPr>
          <w:rFonts w:ascii="Gentium Plus" w:hAnsi="Gentium Plus"/>
          <w:sz w:val="24"/>
        </w:rPr>
        <w:t>εἰ γὰρ ἡ ἀλήθεια τοῦ θεοῦ ἐν τῷ ἐμῷ ψεύσματι ἐπερίσσευσεν εἰς τὴν δόξαν αὐτοῦ, τί ἔτι κἀγὼ ὡς ἁμαρτωλὸς κρίνομαι;</w:t>
      </w:r>
    </w:p>
    <w:p>
      <w:r>
        <w:rPr>
          <w:rFonts w:ascii="Courier New" w:hAnsi="Courier New"/>
          <w:color w:val="555555"/>
          <w:sz w:val="20"/>
        </w:rPr>
        <w:t>[Rom . 3 . 8]</w:t>
      </w:r>
    </w:p>
    <w:p>
      <w:r>
        <w:rPr>
          <w:rFonts w:ascii="Gentium Plus" w:hAnsi="Gentium Plus"/>
          <w:sz w:val="24"/>
        </w:rPr>
        <w:t>καὶ μὴ καθὼς βλασφημού‐ μεθα καὶ καθώς φασίν τινες ἡμᾶς λέγειν ὅτι Ποιήσωμεν τὰ κακὰ ἵνα ἔλθῃ τὰ ἀγαθά; ὧν τὸ κρίμα ἔνδικόν ἐστιν.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3 . 9]</w:t>
      </w:r>
    </w:p>
    <w:p>
      <w:r>
        <w:rPr>
          <w:rFonts w:ascii="Gentium Plus" w:hAnsi="Gentium Plus"/>
          <w:sz w:val="24"/>
        </w:rPr>
        <w:t>Τί οὖν; προεχόμεθα; οὐ πάντως, προῃτιασάμεθα γὰρ Ἰουδαίους τε καὶ Ἕλληνας πάντας ὑφ’ ἁμαρτίαν εἶναι,</w:t>
      </w:r>
    </w:p>
    <w:p>
      <w:r>
        <w:rPr>
          <w:rFonts w:ascii="Courier New" w:hAnsi="Courier New"/>
          <w:color w:val="555555"/>
          <w:sz w:val="20"/>
        </w:rPr>
        <w:t>[Rom . 3 . 10]</w:t>
      </w:r>
    </w:p>
    <w:p>
      <w:r>
        <w:rPr>
          <w:rFonts w:ascii="Gentium Plus" w:hAnsi="Gentium Plus"/>
          <w:sz w:val="24"/>
        </w:rPr>
        <w:t>καθὼς γέγραπται ὅτι</w:t>
      </w:r>
    </w:p>
    <w:p>
      <w:r>
        <w:rPr>
          <w:rFonts w:ascii="Courier New" w:hAnsi="Courier New"/>
          <w:color w:val="555555"/>
          <w:sz w:val="20"/>
        </w:rPr>
        <w:t>[Rom . 3 . 11]</w:t>
      </w:r>
    </w:p>
    <w:p>
      <w:r>
        <w:rPr>
          <w:rFonts w:ascii="Gentium Plus" w:hAnsi="Gentium Plus"/>
          <w:sz w:val="24"/>
        </w:rPr>
        <w:t>οὐκ ἔστιν ὁ συνίων, οὐκ ἔστιν ὁ ἐκζητῶν τὸν θεόν.</w:t>
      </w:r>
    </w:p>
    <w:p>
      <w:r>
        <w:rPr>
          <w:rFonts w:ascii="Courier New" w:hAnsi="Courier New"/>
          <w:color w:val="555555"/>
          <w:sz w:val="20"/>
        </w:rPr>
        <w:t>[Rom . 3 . 12]</w:t>
      </w:r>
    </w:p>
    <w:p>
      <w:r>
        <w:rPr>
          <w:rFonts w:ascii="Gentium Plus" w:hAnsi="Gentium Plus"/>
          <w:sz w:val="24"/>
        </w:rPr>
        <w:t>πάντες ἐξέκλιναν, ἅμα ἠχρειώθησαν· οὐκ ἔστιν ποιῶν χρηστότητα, οὐκ ἔστιν ἕως ἑνός.</w:t>
      </w:r>
    </w:p>
    <w:p>
      <w:r>
        <w:rPr>
          <w:rFonts w:ascii="Courier New" w:hAnsi="Courier New"/>
          <w:color w:val="555555"/>
          <w:sz w:val="20"/>
        </w:rPr>
        <w:t>[Rom . 3 . 13]</w:t>
      </w:r>
    </w:p>
    <w:p>
      <w:r>
        <w:rPr>
          <w:rFonts w:ascii="Gentium Plus" w:hAnsi="Gentium Plus"/>
          <w:sz w:val="24"/>
        </w:rPr>
        <w:t>τάφος ἀνεῳγμένος ὁ λάρυγξ αὐτῶν, ταῖς γλώσσαις αὐτῶν ἐδολιοῦσαν, ἰὸς ἀσπίδων ὑπὸ τὰ χείλη αὐτῶν,</w:t>
      </w:r>
    </w:p>
    <w:p>
      <w:r>
        <w:rPr>
          <w:rFonts w:ascii="Courier New" w:hAnsi="Courier New"/>
          <w:color w:val="555555"/>
          <w:sz w:val="20"/>
        </w:rPr>
        <w:t>[Rom . 3 . 14]</w:t>
      </w:r>
    </w:p>
    <w:p>
      <w:r>
        <w:rPr>
          <w:rFonts w:ascii="Gentium Plus" w:hAnsi="Gentium Plus"/>
          <w:sz w:val="24"/>
        </w:rPr>
        <w:t>ὧν τὸ στόμα ἀρᾶς καὶ πικρίας γέμει·</w:t>
      </w:r>
    </w:p>
    <w:p>
      <w:r>
        <w:rPr>
          <w:rFonts w:ascii="Courier New" w:hAnsi="Courier New"/>
          <w:color w:val="555555"/>
          <w:sz w:val="20"/>
        </w:rPr>
        <w:t>[Rom . 3 . 15]</w:t>
      </w:r>
    </w:p>
    <w:p>
      <w:r>
        <w:rPr>
          <w:rFonts w:ascii="Gentium Plus" w:hAnsi="Gentium Plus"/>
          <w:sz w:val="24"/>
        </w:rPr>
        <w:t>ὀξεῖς οἱ πόδες αὐτῶν ἐκχέαι αἷμα,</w:t>
      </w:r>
    </w:p>
    <w:p>
      <w:r>
        <w:rPr>
          <w:rFonts w:ascii="Courier New" w:hAnsi="Courier New"/>
          <w:color w:val="555555"/>
          <w:sz w:val="20"/>
        </w:rPr>
        <w:t>[Rom . 3 . 16]</w:t>
      </w:r>
    </w:p>
    <w:p>
      <w:r>
        <w:rPr>
          <w:rFonts w:ascii="Gentium Plus" w:hAnsi="Gentium Plus"/>
          <w:sz w:val="24"/>
        </w:rPr>
        <w:t>σύντριμμα καὶ ταλαιπωρία ἐν ταῖς ὁδοῖς αὐτῶν,</w:t>
      </w:r>
    </w:p>
    <w:p>
      <w:r>
        <w:rPr>
          <w:rFonts w:ascii="Courier New" w:hAnsi="Courier New"/>
          <w:color w:val="555555"/>
          <w:sz w:val="20"/>
        </w:rPr>
        <w:t>[Rom . 3 . 17]</w:t>
      </w:r>
    </w:p>
    <w:p>
      <w:r>
        <w:rPr>
          <w:rFonts w:ascii="Gentium Plus" w:hAnsi="Gentium Plus"/>
          <w:sz w:val="24"/>
        </w:rPr>
        <w:t>καὶ ὁδὸν εἰρήνης οὐκ ἔγνωσαν.</w:t>
      </w:r>
    </w:p>
    <w:p>
      <w:r>
        <w:rPr>
          <w:rFonts w:ascii="Courier New" w:hAnsi="Courier New"/>
          <w:color w:val="555555"/>
          <w:sz w:val="20"/>
        </w:rPr>
        <w:t>[Rom . 3 . 18]</w:t>
      </w:r>
    </w:p>
    <w:p>
      <w:r>
        <w:rPr>
          <w:rFonts w:ascii="Gentium Plus" w:hAnsi="Gentium Plus"/>
          <w:sz w:val="24"/>
        </w:rPr>
        <w:t>οὐκ ἔστιν φόβος θεοῦ ἀπέναντι τῶν ὀφθαλμῶν αὐτῶν.</w:t>
      </w:r>
    </w:p>
    <w:p>
      <w:r>
        <w:rPr>
          <w:rFonts w:ascii="Courier New" w:hAnsi="Courier New"/>
          <w:color w:val="555555"/>
          <w:sz w:val="20"/>
        </w:rPr>
        <w:t>[Rom . 3 . 19]</w:t>
      </w:r>
    </w:p>
    <w:p>
      <w:r>
        <w:rPr>
          <w:rFonts w:ascii="Gentium Plus" w:hAnsi="Gentium Plus"/>
          <w:sz w:val="24"/>
        </w:rPr>
        <w:t>Οἴδαμεν δὲ ὅτι ὅσα ὁ νόμος λέγει τοῖς ἐν τῷ νόμῳ λαλεῖ, ἵνα πᾶν στόμα φραγῇ καὶ ὑπόδικος γένηται πᾶς ὁ κόσμος τῷ θεῷ·</w:t>
      </w:r>
    </w:p>
    <w:p>
      <w:r>
        <w:rPr>
          <w:rFonts w:ascii="Courier New" w:hAnsi="Courier New"/>
          <w:color w:val="555555"/>
          <w:sz w:val="20"/>
        </w:rPr>
        <w:t>[Rom . 3 . 20]</w:t>
      </w:r>
    </w:p>
    <w:p>
      <w:r>
        <w:rPr>
          <w:rFonts w:ascii="Gentium Plus" w:hAnsi="Gentium Plus"/>
          <w:sz w:val="24"/>
        </w:rPr>
        <w:t>διότι ἐξ ἔργων νόμου οὐ δικαιωθή‐ σεται πᾶσα σὰρξ ἐνώπιον αὐτοῦ, διὰ γὰρ νόμου ἐπίγνωσις ἁμαρτίας.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3 . 21]</w:t>
      </w:r>
    </w:p>
    <w:p>
      <w:r>
        <w:rPr>
          <w:rFonts w:ascii="Gentium Plus" w:hAnsi="Gentium Plus"/>
          <w:sz w:val="24"/>
        </w:rPr>
        <w:t>Νυνὶ δὲ χωρὶς νόμου δικαιοσύνη θεοῦ πεφανέρωται, μαρτυρουμένη ὑπὸ τοῦ νόμου καὶ τῶν προφητῶν,</w:t>
      </w:r>
    </w:p>
    <w:p>
      <w:r>
        <w:rPr>
          <w:rFonts w:ascii="Courier New" w:hAnsi="Courier New"/>
          <w:color w:val="555555"/>
          <w:sz w:val="20"/>
        </w:rPr>
        <w:t>[Rom . 3 . 22]</w:t>
      </w:r>
    </w:p>
    <w:p>
      <w:r>
        <w:rPr>
          <w:rFonts w:ascii="Gentium Plus" w:hAnsi="Gentium Plus"/>
          <w:sz w:val="24"/>
        </w:rPr>
        <w:t>δι‐ καιοσύνη δὲ θεοῦ διὰ πίστεως Ἰησοῦ Χριστοῦ, εἰς</w:t>
      </w:r>
    </w:p>
    <w:p>
      <w:r>
        <w:rPr>
          <w:rFonts w:ascii="Courier New" w:hAnsi="Courier New"/>
          <w:color w:val="555555"/>
          <w:sz w:val="20"/>
        </w:rPr>
        <w:t>[Rom . 3 . 23]</w:t>
      </w:r>
    </w:p>
    <w:p>
      <w:r>
        <w:rPr>
          <w:rFonts w:ascii="Gentium Plus" w:hAnsi="Gentium Plus"/>
          <w:sz w:val="24"/>
        </w:rPr>
        <w:t>πάντες γὰρ ἥμαρτον καὶ ὑστεροῦνται τῆς δόξης τοῦ θεοῦ,</w:t>
      </w:r>
    </w:p>
    <w:p>
      <w:r>
        <w:rPr>
          <w:rFonts w:ascii="Courier New" w:hAnsi="Courier New"/>
          <w:color w:val="555555"/>
          <w:sz w:val="20"/>
        </w:rPr>
        <w:t>[Rom . 3 . 24]</w:t>
      </w:r>
    </w:p>
    <w:p>
      <w:r>
        <w:rPr>
          <w:rFonts w:ascii="Gentium Plus" w:hAnsi="Gentium Plus"/>
          <w:sz w:val="24"/>
        </w:rPr>
        <w:t>δικαιούμενοι δωρεὰν τῇ αὐτοῦ χάριτι διὰ τῆς ἀπολυτρώσεως τῆς ἐν Χριστῷ Ἰησοῦ·</w:t>
      </w:r>
    </w:p>
    <w:p>
      <w:r>
        <w:rPr>
          <w:rFonts w:ascii="Courier New" w:hAnsi="Courier New"/>
          <w:color w:val="555555"/>
          <w:sz w:val="20"/>
        </w:rPr>
        <w:t>[Rom . 3 . 25]</w:t>
      </w:r>
    </w:p>
    <w:p>
      <w:r>
        <w:rPr>
          <w:rFonts w:ascii="Gentium Plus" w:hAnsi="Gentium Plus"/>
          <w:sz w:val="24"/>
        </w:rPr>
        <w:t>ὃν προέθετο ὁ θεὸς ἱλαστήριον διὰ πίστεως ἐν τῷ αὐτοῦ αἵματι εἰς ἔνδειξιν τῆς δικαιοσύνης αὐτοῦ διὰ τὴν πάρεσιν τῶν προγεγονότων ἁμαρτημάτων</w:t>
      </w:r>
    </w:p>
    <w:p>
      <w:r>
        <w:rPr>
          <w:rFonts w:ascii="Courier New" w:hAnsi="Courier New"/>
          <w:color w:val="555555"/>
          <w:sz w:val="20"/>
        </w:rPr>
        <w:t>[Rom . 3 . 26]</w:t>
      </w:r>
    </w:p>
    <w:p>
      <w:r>
        <w:rPr>
          <w:rFonts w:ascii="Gentium Plus" w:hAnsi="Gentium Plus"/>
          <w:sz w:val="24"/>
        </w:rPr>
        <w:t>ἐν τῇ ἀνοχῇ τοῦ θεοῦ, πρὸς τὴν ἔνδειξιν τῆς δικαιοσύνης αὐτοῦ ἐν τῷ νῦν καιρῷ, εἰς τὸ εἶναι αὐτὸν δίκαιον καὶ δικαιοῦντα τὸν ἐκ πίστεως Ἰησοῦ.</w:t>
      </w:r>
    </w:p>
    <w:p>
      <w:r>
        <w:rPr>
          <w:rFonts w:ascii="Courier New" w:hAnsi="Courier New"/>
          <w:color w:val="555555"/>
          <w:sz w:val="20"/>
        </w:rPr>
        <w:t>[Rom . 3 . 27]</w:t>
      </w:r>
    </w:p>
    <w:p>
      <w:r>
        <w:rPr>
          <w:rFonts w:ascii="Gentium Plus" w:hAnsi="Gentium Plus"/>
          <w:sz w:val="24"/>
        </w:rPr>
        <w:t>Ποῦ οὖν ἡ καύχησις; ἐξεκλείσθη. διὰ ποίου νόμου; τῶν ἔργων; οὐχί, ἀλλὰ διὰ νόμου πίστεως.</w:t>
      </w:r>
    </w:p>
    <w:p>
      <w:r>
        <w:rPr>
          <w:rFonts w:ascii="Courier New" w:hAnsi="Courier New"/>
          <w:color w:val="555555"/>
          <w:sz w:val="20"/>
        </w:rPr>
        <w:t>[Rom . 3 . 28]</w:t>
      </w:r>
    </w:p>
    <w:p>
      <w:r>
        <w:rPr>
          <w:rFonts w:ascii="Gentium Plus" w:hAnsi="Gentium Plus"/>
          <w:sz w:val="24"/>
        </w:rPr>
        <w:t>λογι‐</w:t>
      </w:r>
    </w:p>
    <w:p>
      <w:r>
        <w:rPr>
          <w:rFonts w:ascii="Courier New" w:hAnsi="Courier New"/>
          <w:color w:val="555555"/>
          <w:sz w:val="20"/>
        </w:rPr>
        <w:t>[Rom . 3 . 29]</w:t>
      </w:r>
    </w:p>
    <w:p>
      <w:r>
        <w:rPr>
          <w:rFonts w:ascii="Gentium Plus" w:hAnsi="Gentium Plus"/>
          <w:sz w:val="24"/>
        </w:rPr>
        <w:t>ἢ Ἰουδαίων ὁ θεὸς μόνον; οὐχὶ καὶ ἐθνῶν; ναὶ καὶ ἐθνῶν,</w:t>
      </w:r>
    </w:p>
    <w:p>
      <w:r>
        <w:rPr>
          <w:rFonts w:ascii="Courier New" w:hAnsi="Courier New"/>
          <w:color w:val="555555"/>
          <w:sz w:val="20"/>
        </w:rPr>
        <w:t>[Rom . 3 . 30]</w:t>
      </w:r>
    </w:p>
    <w:p>
      <w:r>
        <w:rPr>
          <w:rFonts w:ascii="Gentium Plus" w:hAnsi="Gentium Plus"/>
          <w:sz w:val="24"/>
        </w:rPr>
        <w:t>εἴπερ εἷς ὁ θεός, ὃς δικαιώσει περιτο‐ μὴν ἐκ πίστεως καὶ ἀκροβυστίαν διὰ τῆς πίστεως.</w:t>
      </w:r>
    </w:p>
    <w:p>
      <w:r>
        <w:rPr>
          <w:rFonts w:ascii="Courier New" w:hAnsi="Courier New"/>
          <w:color w:val="555555"/>
          <w:sz w:val="20"/>
        </w:rPr>
        <w:t>[Rom . 3 . 31]</w:t>
      </w:r>
    </w:p>
    <w:p>
      <w:r>
        <w:rPr>
          <w:rFonts w:ascii="Gentium Plus" w:hAnsi="Gentium Plus"/>
          <w:sz w:val="24"/>
        </w:rPr>
        <w:t>νόμον οὖν καταργοῦμεν διὰ τῆς πίστεως; μὴ γένοιτο, ἀλλὰ νόμον ἱστάνομεν.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4 . 1]</w:t>
      </w:r>
    </w:p>
    <w:p>
      <w:r>
        <w:rPr>
          <w:rFonts w:ascii="Gentium Plus" w:hAnsi="Gentium Plus"/>
          <w:sz w:val="24"/>
        </w:rPr>
        <w:t>Τί οὖν ἐροῦμεν εὑρηκέναι Ἀβραὰμ τὸν προπάτορα ἡμῶν κατὰ σάρκα;</w:t>
      </w:r>
    </w:p>
    <w:p>
      <w:r>
        <w:rPr>
          <w:rFonts w:ascii="Courier New" w:hAnsi="Courier New"/>
          <w:color w:val="555555"/>
          <w:sz w:val="20"/>
        </w:rPr>
        <w:t>[Rom . 4 . 2]</w:t>
      </w:r>
    </w:p>
    <w:p>
      <w:r>
        <w:rPr>
          <w:rFonts w:ascii="Gentium Plus" w:hAnsi="Gentium Plus"/>
          <w:sz w:val="24"/>
        </w:rPr>
        <w:t>εἰ γὰρ Ἀβραὰμ ἐξ ἔργων ἐδι‐ καιώθη, ἔχει καύχημα· ἀλλ’ οὐ πρὸς θεόν.</w:t>
      </w:r>
    </w:p>
    <w:p>
      <w:r>
        <w:rPr>
          <w:rFonts w:ascii="Courier New" w:hAnsi="Courier New"/>
          <w:color w:val="555555"/>
          <w:sz w:val="20"/>
        </w:rPr>
        <w:t>[Rom . 4 . 3]</w:t>
      </w:r>
    </w:p>
    <w:p>
      <w:r>
        <w:rPr>
          <w:rFonts w:ascii="Gentium Plus" w:hAnsi="Gentium Plus"/>
          <w:sz w:val="24"/>
        </w:rPr>
        <w:t>τί γὰρ ἡ γραφὴ λέγει; Ἐπίστευσεν δὲ Ἀβραὰμ τῷ θεῷ, καὶ ἐλογίσθη αὐτῷ εἰς δικαιοσύνην.</w:t>
      </w:r>
    </w:p>
    <w:p>
      <w:r>
        <w:rPr>
          <w:rFonts w:ascii="Courier New" w:hAnsi="Courier New"/>
          <w:color w:val="555555"/>
          <w:sz w:val="20"/>
        </w:rPr>
        <w:t>[Rom . 4 . 4]</w:t>
      </w:r>
    </w:p>
    <w:p>
      <w:r>
        <w:rPr>
          <w:rFonts w:ascii="Gentium Plus" w:hAnsi="Gentium Plus"/>
          <w:sz w:val="24"/>
        </w:rPr>
        <w:t>τῷ δὲ ἐργαζομένῳ ὁ μισθὸς οὐ λογίζεται κατὰ χάριν ἀλλὰ κατὰ ὀφείλημα·</w:t>
      </w:r>
    </w:p>
    <w:p>
      <w:r>
        <w:rPr>
          <w:rFonts w:ascii="Courier New" w:hAnsi="Courier New"/>
          <w:color w:val="555555"/>
          <w:sz w:val="20"/>
        </w:rPr>
        <w:t>[Rom . 4 . 5]</w:t>
      </w:r>
    </w:p>
    <w:p>
      <w:r>
        <w:rPr>
          <w:rFonts w:ascii="Gentium Plus" w:hAnsi="Gentium Plus"/>
          <w:sz w:val="24"/>
        </w:rPr>
        <w:t>τῷ δὲ μὴ ἐργαζομένῳ, πιστεύοντι δὲ ἐπὶ τὸν δικαιοῦντα τὸν ἀσεβῆ, λογίζεται ἡ πίστις αὐτοῦ εἰς δικαιοσύνην,</w:t>
      </w:r>
    </w:p>
    <w:p>
      <w:r>
        <w:rPr>
          <w:rFonts w:ascii="Courier New" w:hAnsi="Courier New"/>
          <w:color w:val="555555"/>
          <w:sz w:val="20"/>
        </w:rPr>
        <w:t>[Rom . 4 . 6]</w:t>
      </w:r>
    </w:p>
    <w:p>
      <w:r>
        <w:rPr>
          <w:rFonts w:ascii="Gentium Plus" w:hAnsi="Gentium Plus"/>
          <w:sz w:val="24"/>
        </w:rPr>
        <w:t>καθάπερ καὶ Δαυὶδ λέγει τὸν μακαρισμὸν τοῦ ἀνθρώπου ᾧ ὁ θεὸς λογίζεται δικαιοσύνην χωρὶς ἔργων,</w:t>
      </w:r>
    </w:p>
    <w:p>
      <w:r>
        <w:rPr>
          <w:rFonts w:ascii="Courier New" w:hAnsi="Courier New"/>
          <w:color w:val="555555"/>
          <w:sz w:val="20"/>
        </w:rPr>
        <w:t>[Rom . 4 . 7]</w:t>
      </w:r>
    </w:p>
    <w:p>
      <w:r>
        <w:rPr>
          <w:rFonts w:ascii="Gentium Plus" w:hAnsi="Gentium Plus"/>
          <w:sz w:val="24"/>
        </w:rPr>
        <w:t>Μακάριοι ὧν ἀφέθησαν αἱ ἀνομίαι καὶ ὧν ἐπεκαλύφθησαν αἱ ἁμαρτίαι·</w:t>
      </w:r>
    </w:p>
    <w:p>
      <w:r>
        <w:rPr>
          <w:rFonts w:ascii="Courier New" w:hAnsi="Courier New"/>
          <w:color w:val="555555"/>
          <w:sz w:val="20"/>
        </w:rPr>
        <w:t>[Rom . 4 . 8]</w:t>
      </w:r>
    </w:p>
    <w:p>
      <w:r>
        <w:rPr>
          <w:rFonts w:ascii="Gentium Plus" w:hAnsi="Gentium Plus"/>
          <w:sz w:val="24"/>
        </w:rPr>
        <w:t>μακάριος ἀνὴρ οὗ οὐ μὴ λογίσηται κύριος ἁμαρτίαν.</w:t>
      </w:r>
    </w:p>
    <w:p>
      <w:r>
        <w:rPr>
          <w:rFonts w:ascii="Courier New" w:hAnsi="Courier New"/>
          <w:color w:val="555555"/>
          <w:sz w:val="20"/>
        </w:rPr>
        <w:t>[Rom . 4 . 9]</w:t>
      </w:r>
    </w:p>
    <w:p>
      <w:r>
        <w:rPr>
          <w:rFonts w:ascii="Gentium Plus" w:hAnsi="Gentium Plus"/>
          <w:sz w:val="24"/>
        </w:rPr>
        <w:t>ὁ μακαρισμὸς οὖν οὗτος ἐπὶ τὴν περιτομὴν ἢ καὶ ἐπὶ τὴν ἀκροβυστίαν; λέγομεν γάρ, Ἐλογίσθη τῷ Ἀβραὰμ ἡ πίστις εἰς δικαιοσύνην.</w:t>
      </w:r>
    </w:p>
    <w:p>
      <w:r>
        <w:rPr>
          <w:rFonts w:ascii="Courier New" w:hAnsi="Courier New"/>
          <w:color w:val="555555"/>
          <w:sz w:val="20"/>
        </w:rPr>
        <w:t>[Rom . 4 . 10]</w:t>
      </w:r>
    </w:p>
    <w:p>
      <w:r>
        <w:rPr>
          <w:rFonts w:ascii="Gentium Plus" w:hAnsi="Gentium Plus"/>
          <w:sz w:val="24"/>
        </w:rPr>
        <w:t>πῶς οὖν ἐλογίσθη; ἐν</w:t>
      </w:r>
    </w:p>
    <w:p>
      <w:r>
        <w:rPr>
          <w:rFonts w:ascii="Courier New" w:hAnsi="Courier New"/>
          <w:color w:val="555555"/>
          <w:sz w:val="20"/>
        </w:rPr>
        <w:t>[Rom . 4 . 11]</w:t>
      </w:r>
    </w:p>
    <w:p>
      <w:r>
        <w:rPr>
          <w:rFonts w:ascii="Gentium Plus" w:hAnsi="Gentium Plus"/>
          <w:sz w:val="24"/>
        </w:rPr>
        <w:t>καὶ σημεῖον ἔλαβεν περιτομῆς, σφρα‐ γῖδα τῆς δικαιοσύνης τῆς πίστεως τῆς ἐν τῇ ἀκροβυστίᾳ, εἰς τὸ εἶναι αὐτὸν πατέρα πάντων τῶν πιστευόντων δι’ ἀκροβυστίας, εἰς τὸ λογισθῆναι αὐτοῖς [τὴν] δικαιοσύνην,</w:t>
      </w:r>
    </w:p>
    <w:p>
      <w:r>
        <w:rPr>
          <w:rFonts w:ascii="Courier New" w:hAnsi="Courier New"/>
          <w:color w:val="555555"/>
          <w:sz w:val="20"/>
        </w:rPr>
        <w:t>[Rom . 4 . 12]</w:t>
      </w:r>
    </w:p>
    <w:p>
      <w:r>
        <w:rPr>
          <w:rFonts w:ascii="Gentium Plus" w:hAnsi="Gentium Plus"/>
          <w:sz w:val="24"/>
        </w:rPr>
        <w:t>καὶ πατέρα περιτομῆς τοῖς οὐκ ἐκ περιτομῆς μόνον ἀλλὰ καὶ τοῖς στοιχοῦσιν τοῖς ἴχνεσιν τῆς ἐν ἀκροβυστίᾳ πίστεως τοῦ πατρὸς ἡμῶν Ἀβραάμ.</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4 . 13]</w:t>
      </w:r>
    </w:p>
    <w:p>
      <w:r>
        <w:rPr>
          <w:rFonts w:ascii="Gentium Plus" w:hAnsi="Gentium Plus"/>
          <w:sz w:val="24"/>
        </w:rPr>
        <w:t>Οὐ γὰρ διὰ νόμου ἡ ἐπαγγελία τῷ Ἀβραὰμ ἢ τῷ σπέρματι αὐτοῦ, τὸ κληρονόμον αὐτὸν εἶναι κόσμου, ἀλλὰ διὰ δικαιοσύνης πίστεως·</w:t>
      </w:r>
    </w:p>
    <w:p>
      <w:r>
        <w:rPr>
          <w:rFonts w:ascii="Courier New" w:hAnsi="Courier New"/>
          <w:color w:val="555555"/>
          <w:sz w:val="20"/>
        </w:rPr>
        <w:t>[Rom . 4 . 14]</w:t>
      </w:r>
    </w:p>
    <w:p>
      <w:r>
        <w:rPr>
          <w:rFonts w:ascii="Gentium Plus" w:hAnsi="Gentium Plus"/>
          <w:sz w:val="24"/>
        </w:rPr>
        <w:t>εἰ γὰρ οἱ ἐκ νόμου κληρονόμοι, κεκένωται ἡ πίστις καὶ κατήργηται ἡ ἐπαγγελία·</w:t>
      </w:r>
    </w:p>
    <w:p>
      <w:r>
        <w:rPr>
          <w:rFonts w:ascii="Courier New" w:hAnsi="Courier New"/>
          <w:color w:val="555555"/>
          <w:sz w:val="20"/>
        </w:rPr>
        <w:t>[Rom . 4 . 15]</w:t>
      </w:r>
    </w:p>
    <w:p>
      <w:r>
        <w:rPr>
          <w:rFonts w:ascii="Gentium Plus" w:hAnsi="Gentium Plus"/>
          <w:sz w:val="24"/>
        </w:rPr>
        <w:t>ὁ γὰρ νόμος ὀργὴν κατεργάζεται· οὗ δὲ οὐκ ἔστιν νόμος, οὐδὲ παράβασις.</w:t>
      </w:r>
    </w:p>
    <w:p>
      <w:r>
        <w:rPr>
          <w:rFonts w:ascii="Courier New" w:hAnsi="Courier New"/>
          <w:color w:val="555555"/>
          <w:sz w:val="20"/>
        </w:rPr>
        <w:t>[Rom . 4 . 16]</w:t>
      </w:r>
    </w:p>
    <w:p>
      <w:r>
        <w:rPr>
          <w:rFonts w:ascii="Gentium Plus" w:hAnsi="Gentium Plus"/>
          <w:sz w:val="24"/>
        </w:rPr>
        <w:t>διὰ τοῦτο ἐκ πίστεως, ἵνα κατὰ χάριν, εἰς τὸ εἶναι βεβαίαν τὴν ἐπαγγε‐ λίαν παντὶ τῷ σπέρματι, οὐ τῷ ἐκ τοῦ νόμου μόνον ἀλλὰ καὶ τῷ ἐκ πίστεως Ἀβραάμ (ὅς ἐστιν πατὴρ</w:t>
      </w:r>
    </w:p>
    <w:p>
      <w:r>
        <w:rPr>
          <w:rFonts w:ascii="Courier New" w:hAnsi="Courier New"/>
          <w:color w:val="555555"/>
          <w:sz w:val="20"/>
        </w:rPr>
        <w:t>[5]</w:t>
      </w:r>
    </w:p>
    <w:p>
      <w:r>
        <w:rPr>
          <w:rFonts w:ascii="Gentium Plus" w:hAnsi="Gentium Plus"/>
          <w:sz w:val="24"/>
        </w:rPr>
        <w:t>πάντων ἡμῶν,</w:t>
      </w:r>
    </w:p>
    <w:p>
      <w:r>
        <w:rPr>
          <w:rFonts w:ascii="Courier New" w:hAnsi="Courier New"/>
          <w:color w:val="555555"/>
          <w:sz w:val="20"/>
        </w:rPr>
        <w:t>[Rom . 4 . 17]</w:t>
      </w:r>
    </w:p>
    <w:p>
      <w:r>
        <w:rPr>
          <w:rFonts w:ascii="Gentium Plus" w:hAnsi="Gentium Plus"/>
          <w:sz w:val="24"/>
        </w:rPr>
        <w:t>καθὼς γέγραπται ὅτι Πατέρα πολλῶν ἐθνῶν τέθεικά σε) κατέναντι οὗ ἐπίστευσεν θεοῦ τοῦ ζῳοποιοῦντος τοὺς νεκροὺς καὶ καλοῦντος τὰ μὴ ὄντα ὡς ὄντα·</w:t>
      </w:r>
    </w:p>
    <w:p>
      <w:r>
        <w:rPr>
          <w:rFonts w:ascii="Courier New" w:hAnsi="Courier New"/>
          <w:color w:val="555555"/>
          <w:sz w:val="20"/>
        </w:rPr>
        <w:t>[Rom . 4 . 18]</w:t>
      </w:r>
    </w:p>
    <w:p>
      <w:r>
        <w:rPr>
          <w:rFonts w:ascii="Gentium Plus" w:hAnsi="Gentium Plus"/>
          <w:sz w:val="24"/>
        </w:rPr>
        <w:t>ὃς παρ’ ἐλπίδα ἐπ’ ἐλπίδι ἐπίστευσεν εἰς τὸ γενέσθαι αὐτὸν πατέρα πολλῶν ἐθνῶν κατὰ τὸ εἰρημένον, Οὕτως ἔσται τὸ σπέρμα σου·</w:t>
      </w:r>
    </w:p>
    <w:p>
      <w:r>
        <w:rPr>
          <w:rFonts w:ascii="Courier New" w:hAnsi="Courier New"/>
          <w:color w:val="555555"/>
          <w:sz w:val="20"/>
        </w:rPr>
        <w:t>[Rom . 4 . 19]</w:t>
      </w:r>
    </w:p>
    <w:p>
      <w:r>
        <w:rPr>
          <w:rFonts w:ascii="Gentium Plus" w:hAnsi="Gentium Plus"/>
          <w:sz w:val="24"/>
        </w:rPr>
        <w:t>καὶ μὴ ἀσθενήσας τῇ πίστει κατενόησεν τὸ ἑαυτοῦ σῶμα ἤδη νενεκρωμένον, ἑκατονταετής που ὑπάρχων, καὶ τὴν νέκρωσιν τῆς μήτρας Σάρρας,</w:t>
      </w:r>
    </w:p>
    <w:p>
      <w:r>
        <w:rPr>
          <w:rFonts w:ascii="Courier New" w:hAnsi="Courier New"/>
          <w:color w:val="555555"/>
          <w:sz w:val="20"/>
        </w:rPr>
        <w:t>[Rom . 4 . 20]</w:t>
      </w:r>
    </w:p>
    <w:p>
      <w:r>
        <w:rPr>
          <w:rFonts w:ascii="Gentium Plus" w:hAnsi="Gentium Plus"/>
          <w:sz w:val="24"/>
        </w:rPr>
        <w:t>εἰς δὲ τὴν ἐπαγγελίαν τοῦ θεοῦ οὐ διεκρίθη τῇ ἀπιστίᾳ ἀλλ’ ἐνεδυναμώθη τῇ πίστει, δοὺς δόξαν τῷ θεῷ</w:t>
      </w:r>
    </w:p>
    <w:p>
      <w:r>
        <w:rPr>
          <w:rFonts w:ascii="Courier New" w:hAnsi="Courier New"/>
          <w:color w:val="555555"/>
          <w:sz w:val="20"/>
        </w:rPr>
        <w:t>[Rom . 4 . 21]</w:t>
      </w:r>
    </w:p>
    <w:p>
      <w:r>
        <w:rPr>
          <w:rFonts w:ascii="Gentium Plus" w:hAnsi="Gentium Plus"/>
          <w:sz w:val="24"/>
        </w:rPr>
        <w:t>καὶ πληροφορηθεὶς ὅτι ὃ ἐπήγγελται δυνατός ἐστιν καὶ ποιῆσαι.</w:t>
      </w:r>
    </w:p>
    <w:p>
      <w:r>
        <w:rPr>
          <w:rFonts w:ascii="Courier New" w:hAnsi="Courier New"/>
          <w:color w:val="555555"/>
          <w:sz w:val="20"/>
        </w:rPr>
        <w:t>[Rom . 4 . 22]</w:t>
      </w:r>
    </w:p>
    <w:p>
      <w:r>
        <w:rPr>
          <w:rFonts w:ascii="Gentium Plus" w:hAnsi="Gentium Plus"/>
          <w:sz w:val="24"/>
        </w:rPr>
        <w:t>διὸ καὶ ἐλογίσθη αὐτῷ εἰς δικαιοσύνην.</w:t>
      </w:r>
    </w:p>
    <w:p>
      <w:r>
        <w:rPr>
          <w:rFonts w:ascii="Courier New" w:hAnsi="Courier New"/>
          <w:color w:val="555555"/>
          <w:sz w:val="20"/>
        </w:rPr>
        <w:t>[Rom . 4 . 23]</w:t>
      </w:r>
    </w:p>
    <w:p>
      <w:r>
        <w:rPr>
          <w:rFonts w:ascii="Gentium Plus" w:hAnsi="Gentium Plus"/>
          <w:sz w:val="24"/>
        </w:rPr>
        <w:t>Οὐκ ἐγράφη δὲ δι’ αὐτὸν μόνον ὅτι ἐλογίσθη αὐτῷ,</w:t>
      </w:r>
    </w:p>
    <w:p>
      <w:r>
        <w:rPr>
          <w:rFonts w:ascii="Courier New" w:hAnsi="Courier New"/>
          <w:color w:val="555555"/>
          <w:sz w:val="20"/>
        </w:rPr>
        <w:t>[Rom . 4 . 24]</w:t>
      </w:r>
    </w:p>
    <w:p>
      <w:r>
        <w:rPr>
          <w:rFonts w:ascii="Gentium Plus" w:hAnsi="Gentium Plus"/>
          <w:sz w:val="24"/>
        </w:rPr>
        <w:t>ἀλλὰ καὶ δι’ ἡμᾶς οἷς μέλλει λογί‐ ζεσθαι, τοῖς πιστεύουσιν ἐπὶ τὸν ἐγείραντα Ἰησοῦν τὸν κύριον ἡμῶν ἐκ νεκρῶν,</w:t>
      </w:r>
    </w:p>
    <w:p>
      <w:r>
        <w:rPr>
          <w:rFonts w:ascii="Courier New" w:hAnsi="Courier New"/>
          <w:color w:val="555555"/>
          <w:sz w:val="20"/>
        </w:rPr>
        <w:t>[Rom . 4 . 25]</w:t>
      </w:r>
    </w:p>
    <w:p>
      <w:r>
        <w:rPr>
          <w:rFonts w:ascii="Gentium Plus" w:hAnsi="Gentium Plus"/>
          <w:sz w:val="24"/>
        </w:rPr>
        <w:t>ὃς παρεδόθη διὰ τὰ παραπτώ‐ ματα ἡμῶν καὶ ἠγέρθη διὰ τὴν δικαίωσιν ἡμῶν.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5 . 1]</w:t>
      </w:r>
    </w:p>
    <w:p>
      <w:r>
        <w:rPr>
          <w:rFonts w:ascii="Gentium Plus" w:hAnsi="Gentium Plus"/>
          <w:sz w:val="24"/>
        </w:rPr>
        <w:t>Δικαιωθέντες οὖν ἐκ πίστεως εἰρήνην ἔχομεν πρὸς τὸν θεὸν διὰ τοῦ κυρίου ἡμῶν Ἰησοῦ Χριστοῦ,</w:t>
      </w:r>
    </w:p>
    <w:p>
      <w:r>
        <w:rPr>
          <w:rFonts w:ascii="Courier New" w:hAnsi="Courier New"/>
          <w:color w:val="555555"/>
          <w:sz w:val="20"/>
        </w:rPr>
        <w:t>[Rom . 5 . 2]</w:t>
      </w:r>
    </w:p>
    <w:p>
      <w:r>
        <w:rPr>
          <w:rFonts w:ascii="Gentium Plus" w:hAnsi="Gentium Plus"/>
          <w:sz w:val="24"/>
        </w:rPr>
        <w:t>δι’ οὗ καὶ τὴν προσαγωγὴν ἐσχήκαμεν [τῇ πίστει] εἰς τὴν χάριν ταύτην ἐν ᾗ ἑστήκαμεν, καὶ καυχώμεθα ἐπ’ ἐλπίδι τῆς δόξης τοῦ θεοῦ.</w:t>
      </w:r>
    </w:p>
    <w:p>
      <w:r>
        <w:rPr>
          <w:rFonts w:ascii="Courier New" w:hAnsi="Courier New"/>
          <w:color w:val="555555"/>
          <w:sz w:val="20"/>
        </w:rPr>
        <w:t>[Rom . 5 . 3]</w:t>
      </w:r>
    </w:p>
    <w:p>
      <w:r>
        <w:rPr>
          <w:rFonts w:ascii="Gentium Plus" w:hAnsi="Gentium Plus"/>
          <w:sz w:val="24"/>
        </w:rPr>
        <w:t>οὐ μόνον δέ, ἀλλὰ καὶ καυχώμεθα ἐν ταῖς θλίψεσιν, εἰδότες ὅτι ἡ θλῖψις ὑπομονὴν κατεργά‐ ζεται,</w:t>
      </w:r>
    </w:p>
    <w:p>
      <w:r>
        <w:rPr>
          <w:rFonts w:ascii="Courier New" w:hAnsi="Courier New"/>
          <w:color w:val="555555"/>
          <w:sz w:val="20"/>
        </w:rPr>
        <w:t>[Rom . 5 . 4]</w:t>
      </w:r>
    </w:p>
    <w:p>
      <w:r>
        <w:rPr>
          <w:rFonts w:ascii="Gentium Plus" w:hAnsi="Gentium Plus"/>
          <w:sz w:val="24"/>
        </w:rPr>
        <w:t>ἡ δὲ ὑπομονὴ δοκιμήν, ἡ δὲ δοκιμὴ ἐλπίδα·</w:t>
      </w:r>
    </w:p>
    <w:p>
      <w:r>
        <w:rPr>
          <w:rFonts w:ascii="Courier New" w:hAnsi="Courier New"/>
          <w:color w:val="555555"/>
          <w:sz w:val="20"/>
        </w:rPr>
        <w:t>[Rom . 5 . 5]</w:t>
      </w:r>
    </w:p>
    <w:p>
      <w:r>
        <w:rPr>
          <w:rFonts w:ascii="Gentium Plus" w:hAnsi="Gentium Plus"/>
          <w:sz w:val="24"/>
        </w:rPr>
        <w:t>ἡ δὲ ἐλπὶς οὐ καταισχύνει, ὅτι ἡ ἀγάπη τοῦ θεοῦ ἐκκέχυται ἐν ταῖς καρδίαις ἡμῶν διὰ πνεύματος ἁγίου τοῦ δοθέντος ἡμῖν,</w:t>
      </w:r>
    </w:p>
    <w:p>
      <w:r>
        <w:rPr>
          <w:rFonts w:ascii="Courier New" w:hAnsi="Courier New"/>
          <w:color w:val="555555"/>
          <w:sz w:val="20"/>
        </w:rPr>
        <w:t>[Rom . 5 . 6]</w:t>
      </w:r>
    </w:p>
    <w:p>
      <w:r>
        <w:rPr>
          <w:rFonts w:ascii="Gentium Plus" w:hAnsi="Gentium Plus"/>
          <w:sz w:val="24"/>
        </w:rPr>
        <w:t>ἔτι γὰρ Χριστὸς ὄντων ἡμῶν ἀσθε‐ νῶν ἔτι κατὰ καιρὸν ὑπὲρ ἀσεβῶν ἀπέθανεν.</w:t>
      </w:r>
    </w:p>
    <w:p>
      <w:r>
        <w:rPr>
          <w:rFonts w:ascii="Courier New" w:hAnsi="Courier New"/>
          <w:color w:val="555555"/>
          <w:sz w:val="20"/>
        </w:rPr>
        <w:t>[Rom . 5 . 7]</w:t>
      </w:r>
    </w:p>
    <w:p>
      <w:r>
        <w:rPr>
          <w:rFonts w:ascii="Gentium Plus" w:hAnsi="Gentium Plus"/>
          <w:sz w:val="24"/>
        </w:rPr>
        <w:t>μόλις γὰρ ὑπὲρ δικαίου τις ἀποθανεῖται· ὑπὲρ γὰρ τοῦ ἀγαθοῦ τάχα τις καὶ τολμᾷ ἀποθανεῖν·</w:t>
      </w:r>
    </w:p>
    <w:p>
      <w:r>
        <w:rPr>
          <w:rFonts w:ascii="Courier New" w:hAnsi="Courier New"/>
          <w:color w:val="555555"/>
          <w:sz w:val="20"/>
        </w:rPr>
        <w:t>[Rom . 5 . 8]</w:t>
      </w:r>
    </w:p>
    <w:p>
      <w:r>
        <w:rPr>
          <w:rFonts w:ascii="Gentium Plus" w:hAnsi="Gentium Plus"/>
          <w:sz w:val="24"/>
        </w:rPr>
        <w:t>συνίστησιν δὲ τὴν ἑαυτοῦ ἀγάπην εἰς ἡμᾶς ὁ θεὸς ὅτι ἔτι ἁμαρτωλῶν ὄντων ἡμῶν Χριστὸς ὑπὲρ ἡμῶν ἀπέθανεν.</w:t>
      </w:r>
    </w:p>
    <w:p>
      <w:r>
        <w:rPr>
          <w:rFonts w:ascii="Courier New" w:hAnsi="Courier New"/>
          <w:color w:val="555555"/>
          <w:sz w:val="20"/>
        </w:rPr>
        <w:t>[Rom . 5 . 9]</w:t>
      </w:r>
    </w:p>
    <w:p>
      <w:r>
        <w:rPr>
          <w:rFonts w:ascii="Gentium Plus" w:hAnsi="Gentium Plus"/>
          <w:sz w:val="24"/>
        </w:rPr>
        <w:t>πολλῷ οὖν μᾶλλον δικαιωθέντες νῦν ἐν τῷ αἵματι αὐτοῦ σωθησόμεθα δι’ αὐτοῦ ἀπὸ τῆς ὀργῆς.</w:t>
      </w:r>
    </w:p>
    <w:p>
      <w:r>
        <w:rPr>
          <w:rFonts w:ascii="Courier New" w:hAnsi="Courier New"/>
          <w:color w:val="555555"/>
          <w:sz w:val="20"/>
        </w:rPr>
        <w:t>[Rom . 5 . 10]</w:t>
      </w:r>
    </w:p>
    <w:p>
      <w:r>
        <w:rPr>
          <w:rFonts w:ascii="Gentium Plus" w:hAnsi="Gentium Plus"/>
          <w:sz w:val="24"/>
        </w:rPr>
        <w:t>εἰ γὰρ ἐχθροὶ ὄντες κατηλλά‐ γημεν τῷ θεῷ διὰ τοῦ θανάτου τοῦ υἱοῦ αὐτοῦ, πολλῷ μᾶλλον καταλλαγέντες σωθησόμεθα ἐν τῇ ζωῇ αὐτοῦ·</w:t>
      </w:r>
    </w:p>
    <w:p>
      <w:r>
        <w:rPr>
          <w:rFonts w:ascii="Courier New" w:hAnsi="Courier New"/>
          <w:color w:val="555555"/>
          <w:sz w:val="20"/>
        </w:rPr>
        <w:t>[Rom . 5 . 11]</w:t>
      </w:r>
    </w:p>
    <w:p>
      <w:r>
        <w:rPr>
          <w:rFonts w:ascii="Gentium Plus" w:hAnsi="Gentium Plus"/>
          <w:sz w:val="24"/>
        </w:rPr>
        <w:t>οὐ μόνον δέ, ἀλλὰ καὶ καυχώμενοι ἐν τῷ θεῷ διὰ τοῦ κυρίου ἡμῶν Ἰησοῦ Χριστοῦ, δι’ οὗ νῦν τὴν καταλλαγὴν</w:t>
      </w:r>
    </w:p>
    <w:p>
      <w:r>
        <w:rPr>
          <w:rFonts w:ascii="Courier New" w:hAnsi="Courier New"/>
          <w:color w:val="555555"/>
          <w:sz w:val="20"/>
        </w:rPr>
        <w:t>[Rom . 5 . 12]</w:t>
      </w:r>
    </w:p>
    <w:p>
      <w:r>
        <w:rPr>
          <w:rFonts w:ascii="Gentium Plus" w:hAnsi="Gentium Plus"/>
          <w:sz w:val="24"/>
        </w:rPr>
        <w:t>Διὰ τοῦτο ὥσπερ δι’ ἑνὸς ἀνθρώπου ἡ ἁμαρτία εἰς τὸν κόσμον εἰσῆλθεν καὶ διὰ τῆς ἁμαρτίας ὁ θάνατος, καὶ οὕτως εἰς πάντας ἀνθρώπους ὁ θάνατος διῆλθεν, ἐφ’ ᾧ πάντες ἥμαρτον—</w:t>
      </w:r>
    </w:p>
    <w:p>
      <w:r>
        <w:rPr>
          <w:rFonts w:ascii="Courier New" w:hAnsi="Courier New"/>
          <w:color w:val="555555"/>
          <w:sz w:val="20"/>
        </w:rPr>
        <w:t>[Rom . 5 . 13]</w:t>
      </w:r>
    </w:p>
    <w:p>
      <w:r>
        <w:rPr>
          <w:rFonts w:ascii="Gentium Plus" w:hAnsi="Gentium Plus"/>
          <w:sz w:val="24"/>
        </w:rPr>
        <w:t>ἄχρι γὰρ νόμου ἁμαρτία ἦν ἐν κόσμῳ, ἁμαρτία δὲ οὐκ ἐλλογεῖται μὴ ὄντος νόμου·</w:t>
      </w:r>
    </w:p>
    <w:p>
      <w:r>
        <w:rPr>
          <w:rFonts w:ascii="Courier New" w:hAnsi="Courier New"/>
          <w:color w:val="555555"/>
          <w:sz w:val="20"/>
        </w:rPr>
        <w:t>[Rom . 5 . 14]</w:t>
      </w:r>
    </w:p>
    <w:p>
      <w:r>
        <w:rPr>
          <w:rFonts w:ascii="Gentium Plus" w:hAnsi="Gentium Plus"/>
          <w:sz w:val="24"/>
        </w:rPr>
        <w:t>ἀλλὰ ἐβασίλευσεν ὁ θάνατος ἀπὸ Ἀδὰμ μέχρι Μωϋσέως καὶ ἐπὶ τοὺς μὴ ἁμαρτήσαντας ἐπὶ τῷ ὁμοιώματι τῆς παραβάσεως Ἀδάμ, ὅς ἐστιν τύπος τοῦ μέλλοντος.</w:t>
      </w:r>
    </w:p>
    <w:p>
      <w:r>
        <w:rPr>
          <w:rFonts w:ascii="Courier New" w:hAnsi="Courier New"/>
          <w:color w:val="555555"/>
          <w:sz w:val="20"/>
        </w:rPr>
        <w:t>[Rom . 5 . 15]</w:t>
      </w:r>
    </w:p>
    <w:p>
      <w:r>
        <w:rPr>
          <w:rFonts w:ascii="Gentium Plus" w:hAnsi="Gentium Plus"/>
          <w:sz w:val="24"/>
        </w:rPr>
        <w:t>Ἀλλ’ οὐχ ὡς τὸ παράπτωμα, οὕτως καὶ τὸ χάρισμα· εἰ γὰρ τῷ τοῦ ἑνὸς παραπτώματι οἱ πολλοὶ ἀπέθανον, πολλῷ μᾶλλον ἡ χάρις τοῦ θεοῦ καὶ ἡ δωρεὰ ἐν χάριτι τῇ τοῦ ἑνὸς ἀνθρώπου Ἰησοῦ Χριστοῦ εἰς τοὺς πολλοὺς</w:t>
      </w:r>
    </w:p>
    <w:p>
      <w:r>
        <w:rPr>
          <w:rFonts w:ascii="Courier New" w:hAnsi="Courier New"/>
          <w:color w:val="555555"/>
          <w:sz w:val="20"/>
        </w:rPr>
        <w:t>[5]</w:t>
      </w:r>
    </w:p>
    <w:p>
      <w:r>
        <w:rPr>
          <w:rFonts w:ascii="Gentium Plus" w:hAnsi="Gentium Plus"/>
          <w:sz w:val="24"/>
        </w:rPr>
        <w:t>ἐπερίσσευσεν.</w:t>
      </w:r>
    </w:p>
    <w:p>
      <w:r>
        <w:rPr>
          <w:rFonts w:ascii="Courier New" w:hAnsi="Courier New"/>
          <w:color w:val="555555"/>
          <w:sz w:val="20"/>
        </w:rPr>
        <w:t>[Rom . 5 . 16]</w:t>
      </w:r>
    </w:p>
    <w:p>
      <w:r>
        <w:rPr>
          <w:rFonts w:ascii="Gentium Plus" w:hAnsi="Gentium Plus"/>
          <w:sz w:val="24"/>
        </w:rPr>
        <w:t>καὶ οὐχ ὡς δι’ ἑνὸς ἁμαρτήσαντος τὸ δώρημα· τὸ μὲν γὰρ κρίμα ἐξ ἑνὸς εἰς κατάκριμα, τὸ δὲ χάρισμα ἐκ πολλῶν παραπτωμάτων εἰς δικαίωμα.</w:t>
      </w:r>
    </w:p>
    <w:p>
      <w:r>
        <w:rPr>
          <w:rFonts w:ascii="Courier New" w:hAnsi="Courier New"/>
          <w:color w:val="555555"/>
          <w:sz w:val="20"/>
        </w:rPr>
        <w:t>[Rom . 5 . 17]</w:t>
      </w:r>
    </w:p>
    <w:p>
      <w:r>
        <w:rPr>
          <w:rFonts w:ascii="Gentium Plus" w:hAnsi="Gentium Plus"/>
          <w:sz w:val="24"/>
        </w:rPr>
        <w:t>εἰ γὰρ τῷ τοῦ ἑνὸς παραπτώματι ὁ θάνατος ἐβασί‐ λευσεν διὰ τοῦ ἑνός, πολλῷ μᾶλλον οἱ τὴν περισσείαν τῆς χάριτος καὶ τῆς δωρεᾶς τῆς δικαιοσύνης λαμβάνοντες ἐν ζωῇ βασιλεύσουσιν διὰ τοῦ ἑνὸς Ἰησοῦ Χριστοῦ.</w:t>
      </w:r>
    </w:p>
    <w:p>
      <w:r>
        <w:rPr>
          <w:rFonts w:ascii="Courier New" w:hAnsi="Courier New"/>
          <w:color w:val="555555"/>
          <w:sz w:val="20"/>
        </w:rPr>
        <w:t>[Rom . 5 . 18]</w:t>
      </w:r>
    </w:p>
    <w:p>
      <w:r>
        <w:rPr>
          <w:rFonts w:ascii="Gentium Plus" w:hAnsi="Gentium Plus"/>
          <w:sz w:val="24"/>
        </w:rPr>
        <w:t>Ἄρα οὖν ὡς δι’ ἑνὸς παραπτώματος εἰς πάντας</w:t>
      </w:r>
    </w:p>
    <w:p>
      <w:r>
        <w:rPr>
          <w:rFonts w:ascii="Courier New" w:hAnsi="Courier New"/>
          <w:color w:val="555555"/>
          <w:sz w:val="20"/>
        </w:rPr>
        <w:t>[Rom . 5 . 19]</w:t>
      </w:r>
    </w:p>
    <w:p>
      <w:r>
        <w:rPr>
          <w:rFonts w:ascii="Gentium Plus" w:hAnsi="Gentium Plus"/>
          <w:sz w:val="24"/>
        </w:rPr>
        <w:t>ὥσπερ γὰρ διὰ τῆς παρακοῆς τοῦ ἑνὸς ἀνθρώπου ἁμαρτωλοὶ κατεστάθησαν οἱ πολλοί, οὕτως καὶ διὰ τῆς ὑπακοῆς τοῦ ἑνὸς δίκαιοι κατασταθήσονται οἱ πολλοί.</w:t>
      </w:r>
    </w:p>
    <w:p>
      <w:r>
        <w:rPr>
          <w:rFonts w:ascii="Courier New" w:hAnsi="Courier New"/>
          <w:color w:val="555555"/>
          <w:sz w:val="20"/>
        </w:rPr>
        <w:t>[Rom . 5 . 20]</w:t>
      </w:r>
    </w:p>
    <w:p>
      <w:r>
        <w:rPr>
          <w:rFonts w:ascii="Gentium Plus" w:hAnsi="Gentium Plus"/>
          <w:sz w:val="24"/>
        </w:rPr>
        <w:t>νόμος δὲ παρεισῆλθεν ἵνα πλεονάσῃ τὸ παράπτωμα· οὗ δὲ ἐπλεό‐ νασεν ἡ ἁμαρτία, ὑπερεπερίσσευσεν ἡ χάρις,</w:t>
      </w:r>
    </w:p>
    <w:p>
      <w:r>
        <w:rPr>
          <w:rFonts w:ascii="Courier New" w:hAnsi="Courier New"/>
          <w:color w:val="555555"/>
          <w:sz w:val="20"/>
        </w:rPr>
        <w:t>[Rom . 5 . 21]</w:t>
      </w:r>
    </w:p>
    <w:p>
      <w:r>
        <w:rPr>
          <w:rFonts w:ascii="Gentium Plus" w:hAnsi="Gentium Plus"/>
          <w:sz w:val="24"/>
        </w:rPr>
        <w:t>ἵνα ὥσπερ ἐβασίλευσεν ἡ ἁμαρτία ἐν τῷ θανάτῳ, οὕτως καὶ ἡ χάρις βασιλεύσῃ διὰ δικαιοσύνης εἰς ζωὴν αἰώνιον διὰ Ἰησοῦ Χριστοῦ τοῦ κυρίου ἡμῶν.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[Rom . 6 . 1]</w:t>
      </w:r>
    </w:p>
    <w:p>
      <w:r>
        <w:rPr>
          <w:rFonts w:ascii="Gentium Plus" w:hAnsi="Gentium Plus"/>
          <w:sz w:val="24"/>
        </w:rPr>
        <w:t>Τί οὖν ἐροῦμεν; ἐπιμένωμεν τῇ ἁμαρτίᾳ, ἵνα ἡ χάρις πλεονάσῃ;</w:t>
      </w:r>
    </w:p>
    <w:p>
      <w:r>
        <w:rPr>
          <w:rFonts w:ascii="Courier New" w:hAnsi="Courier New"/>
          <w:color w:val="555555"/>
          <w:sz w:val="20"/>
        </w:rPr>
        <w:t>[Rom . 6 . 2]</w:t>
      </w:r>
    </w:p>
    <w:p>
      <w:r>
        <w:rPr>
          <w:rFonts w:ascii="Gentium Plus" w:hAnsi="Gentium Plus"/>
          <w:sz w:val="24"/>
        </w:rPr>
        <w:t>μὴ γένοιτο· οἵτινες ἀπεθάνομεν τῇ ἁμαρτίᾳ, πῶς ἔτι ζήσομεν ἐν αὐτῇ;</w:t>
      </w:r>
    </w:p>
    <w:p>
      <w:r>
        <w:rPr>
          <w:rFonts w:ascii="Courier New" w:hAnsi="Courier New"/>
          <w:color w:val="555555"/>
          <w:sz w:val="20"/>
        </w:rPr>
        <w:t>[Rom . 6 . 3]</w:t>
      </w:r>
    </w:p>
    <w:p>
      <w:r>
        <w:rPr>
          <w:rFonts w:ascii="Gentium Plus" w:hAnsi="Gentium Plus"/>
          <w:sz w:val="24"/>
        </w:rPr>
        <w:t>ἢ ἀγνοεῖτε ὅτι ὅσοι ἐβαπτί‐ σθημεν εἰς Χριστὸν Ἰησοῦν εἰς τὸν θάνατον αὐτοῦ ἐβαπτίσθημεν;</w:t>
      </w:r>
    </w:p>
    <w:p>
      <w:r>
        <w:rPr>
          <w:rFonts w:ascii="Courier New" w:hAnsi="Courier New"/>
          <w:color w:val="555555"/>
          <w:sz w:val="20"/>
        </w:rPr>
        <w:t>[Rom . 6 . 4]</w:t>
      </w:r>
    </w:p>
    <w:p>
      <w:r>
        <w:rPr>
          <w:rFonts w:ascii="Gentium Plus" w:hAnsi="Gentium Plus"/>
          <w:sz w:val="24"/>
        </w:rPr>
        <w:t>συνετάφημεν οὖν αὐτῷ διὰ τοῦ βαπτί‐ σματος εἰς τὸν θάνατον, ἵνα ὥσπερ ἠγέρθη Χριστὸς ἐκ νεκρῶν διὰ τῆς δόξης τοῦ πατρός, οὕτως καὶ ἡμεῖς ἐν καινότητι ζωῆς περιπατήσωμεν.</w:t>
      </w:r>
    </w:p>
    <w:p>
      <w:r>
        <w:rPr>
          <w:rFonts w:ascii="Courier New" w:hAnsi="Courier New"/>
          <w:color w:val="555555"/>
          <w:sz w:val="20"/>
        </w:rPr>
        <w:t>[Rom . 6 . 5]</w:t>
      </w:r>
    </w:p>
    <w:p>
      <w:r>
        <w:rPr>
          <w:rFonts w:ascii="Gentium Plus" w:hAnsi="Gentium Plus"/>
          <w:sz w:val="24"/>
        </w:rPr>
        <w:t>εἰ γὰρ σύμφυτοι γε‐ γόναμεν τῷ ὁμοιώματι τοῦ θανάτου αὐτοῦ, ἀλλὰ καὶ τῆς ἀναστάσεως ἐσόμεθα·</w:t>
      </w:r>
    </w:p>
    <w:p>
      <w:r>
        <w:rPr>
          <w:rFonts w:ascii="Courier New" w:hAnsi="Courier New"/>
          <w:color w:val="555555"/>
          <w:sz w:val="20"/>
        </w:rPr>
        <w:t>[Rom . 6 . 6]</w:t>
      </w:r>
    </w:p>
    <w:p>
      <w:r>
        <w:rPr>
          <w:rFonts w:ascii="Gentium Plus" w:hAnsi="Gentium Plus"/>
          <w:sz w:val="24"/>
        </w:rPr>
        <w:t>τοῦτο γινώσκοντες, ὅτι ὁ παλαιὸς ἡμῶν ἄνθρωπος συνεσταυρώθη, ἵνα καταργηθῇ τὸ σῶμα τῆς ἁμαρτίας, τοῦ μηκέτι δουλεύειν ἡμᾶς τῇ ἁμαρτίᾳ·</w:t>
      </w:r>
    </w:p>
    <w:p>
      <w:r>
        <w:rPr>
          <w:rFonts w:ascii="Courier New" w:hAnsi="Courier New"/>
          <w:color w:val="555555"/>
          <w:sz w:val="20"/>
        </w:rPr>
        <w:t>[Rom . 6 . 7]</w:t>
      </w:r>
    </w:p>
    <w:p>
      <w:r>
        <w:rPr>
          <w:rFonts w:ascii="Gentium Plus" w:hAnsi="Gentium Plus"/>
          <w:sz w:val="24"/>
        </w:rPr>
        <w:t>ὁ γὰρ ἀποθανὼν δεδικαίωται ἀπὸ τῆς ἁμαρτίας.</w:t>
      </w:r>
    </w:p>
    <w:p>
      <w:r>
        <w:rPr>
          <w:rFonts w:ascii="Courier New" w:hAnsi="Courier New"/>
          <w:color w:val="555555"/>
          <w:sz w:val="20"/>
        </w:rPr>
        <w:t>[Rom . 6 . 8]</w:t>
      </w:r>
    </w:p>
    <w:p>
      <w:r>
        <w:rPr>
          <w:rFonts w:ascii="Gentium Plus" w:hAnsi="Gentium Plus"/>
          <w:sz w:val="24"/>
        </w:rPr>
        <w:t>εἰ δὲ ἀπεθάνομεν σὺν Χριστῷ, πιστεύομεν ὅτι καὶ συζήσομεν αὐτῷ·</w:t>
      </w:r>
    </w:p>
    <w:p>
      <w:r>
        <w:rPr>
          <w:rFonts w:ascii="Courier New" w:hAnsi="Courier New"/>
          <w:color w:val="555555"/>
          <w:sz w:val="20"/>
        </w:rPr>
        <w:t>[Rom . 6 . 9]</w:t>
      </w:r>
    </w:p>
    <w:p>
      <w:r>
        <w:rPr>
          <w:rFonts w:ascii="Gentium Plus" w:hAnsi="Gentium Plus"/>
          <w:sz w:val="24"/>
        </w:rPr>
        <w:t>εἰδότες ὅτι Χριστὸς ἐγερθεὶς ἐκ νεκρῶν οὐκέτι ἀποθνῄσκει, θάνατος αὐτοῦ οὐκέτι κυριεύει.</w:t>
      </w:r>
    </w:p>
    <w:p>
      <w:r>
        <w:rPr>
          <w:rFonts w:ascii="Courier New" w:hAnsi="Courier New"/>
          <w:color w:val="555555"/>
          <w:sz w:val="20"/>
        </w:rPr>
        <w:t>[Rom . 6 . 10]</w:t>
      </w:r>
    </w:p>
    <w:p>
      <w:r>
        <w:rPr>
          <w:rFonts w:ascii="Gentium Plus" w:hAnsi="Gentium Plus"/>
          <w:sz w:val="24"/>
        </w:rPr>
        <w:t>ὃ γὰρ ἀπέθανεν, τῇ ἁμαρτίᾳ ἀπέθανεν ἐφάπαξ· ὃ δὲ ζῇ, ζῇ τῷ θεῷ.</w:t>
      </w:r>
    </w:p>
    <w:p>
      <w:r>
        <w:rPr>
          <w:rFonts w:ascii="Courier New" w:hAnsi="Courier New"/>
          <w:color w:val="555555"/>
          <w:sz w:val="20"/>
        </w:rPr>
        <w:t>[Rom . 6 . 11]</w:t>
      </w:r>
    </w:p>
    <w:p>
      <w:r>
        <w:rPr>
          <w:rFonts w:ascii="Gentium Plus" w:hAnsi="Gentium Plus"/>
          <w:sz w:val="24"/>
        </w:rPr>
        <w:t>οὕτως καὶ ὑμεῖς λογίζεσθε ἑαυτοὺς [εἶναι] νεκροὺς μὲν τῇ ἁμαρτίᾳ ζῶντας δὲ τῷ θεῷ ἐν Χριστῷ Ἰησοῦ.</w:t>
      </w:r>
    </w:p>
    <w:p>
      <w:r>
        <w:rPr>
          <w:rFonts w:ascii="Courier New" w:hAnsi="Courier New"/>
          <w:color w:val="555555"/>
          <w:sz w:val="20"/>
        </w:rPr>
        <w:t>[Rom . 6 . 12]</w:t>
      </w:r>
    </w:p>
    <w:p>
      <w:r>
        <w:rPr>
          <w:rFonts w:ascii="Gentium Plus" w:hAnsi="Gentium Plus"/>
          <w:sz w:val="24"/>
        </w:rPr>
        <w:t>Μὴ οὖν βασιλευέτω ἡ ἁμαρτία ἐν τῷ θνητῷ ὑμῶν σώματι εἰς τὸ ὑπακούειν ταῖς ἐπιθυμίαις αὐτοῦ,</w:t>
      </w:r>
    </w:p>
    <w:p>
      <w:r>
        <w:rPr>
          <w:rFonts w:ascii="Courier New" w:hAnsi="Courier New"/>
          <w:color w:val="555555"/>
          <w:sz w:val="20"/>
        </w:rPr>
        <w:t>[Rom . 6 . 13]</w:t>
      </w:r>
    </w:p>
    <w:p>
      <w:r>
        <w:rPr>
          <w:rFonts w:ascii="Gentium Plus" w:hAnsi="Gentium Plus"/>
          <w:sz w:val="24"/>
        </w:rPr>
        <w:t>μηδὲ παριστάνετε τὰ μέλη ὑμῶν ὅπλα ἀδικίας τῇ ἁμαρτίᾳ, ἀλλὰ παραστήσατε ἑαυτοὺς τῷ θεῷ ὡσεὶ ἐκ νεκρῶν ζῶντας καὶ τὰ μέλη ὑμῶν ὅπλα δικαιοσύνης τῷ θεῷ·</w:t>
      </w:r>
    </w:p>
    <w:p>
      <w:r>
        <w:rPr>
          <w:rFonts w:ascii="Courier New" w:hAnsi="Courier New"/>
          <w:color w:val="555555"/>
          <w:sz w:val="20"/>
        </w:rPr>
        <w:t>[Rom . 6 . 14]</w:t>
      </w:r>
    </w:p>
    <w:p>
      <w:r>
        <w:rPr>
          <w:rFonts w:ascii="Gentium Plus" w:hAnsi="Gentium Plus"/>
          <w:sz w:val="24"/>
        </w:rPr>
        <w:t>ἁμαρτία γὰρ ὑμῶν οὐ κυριεύσει, οὐ γάρ ἐστε ὑπὸ νόμον ἀλλὰ ὑπὸ χάριν.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6 . 15]</w:t>
      </w:r>
    </w:p>
    <w:p>
      <w:r>
        <w:rPr>
          <w:rFonts w:ascii="Gentium Plus" w:hAnsi="Gentium Plus"/>
          <w:sz w:val="24"/>
        </w:rPr>
        <w:t>Τί οὖν; ἁμαρτήσωμεν ὅτι οὐκ ἐσμὲν ὑπὸ νόμον ἀλλὰ ὑπὸ χάριν; μὴ γένοιτο.</w:t>
      </w:r>
    </w:p>
    <w:p>
      <w:r>
        <w:rPr>
          <w:rFonts w:ascii="Courier New" w:hAnsi="Courier New"/>
          <w:color w:val="555555"/>
          <w:sz w:val="20"/>
        </w:rPr>
        <w:t>[Rom . 6 . 16]</w:t>
      </w:r>
    </w:p>
    <w:p>
      <w:r>
        <w:rPr>
          <w:rFonts w:ascii="Gentium Plus" w:hAnsi="Gentium Plus"/>
          <w:sz w:val="24"/>
        </w:rPr>
        <w:t>οὐκ οἴδατε ὅτι ᾧ παρι‐ στάνετε ἑαυτοὺς δούλους εἰς ὑπακοήν, δοῦλοί ἐστε ᾧ</w:t>
      </w:r>
    </w:p>
    <w:p>
      <w:r>
        <w:rPr>
          <w:rFonts w:ascii="Courier New" w:hAnsi="Courier New"/>
          <w:color w:val="555555"/>
          <w:sz w:val="20"/>
        </w:rPr>
        <w:t>[Rom . 6 . 17]</w:t>
      </w:r>
    </w:p>
    <w:p>
      <w:r>
        <w:rPr>
          <w:rFonts w:ascii="Gentium Plus" w:hAnsi="Gentium Plus"/>
          <w:sz w:val="24"/>
        </w:rPr>
        <w:t>χάρις δὲ τῷ θεῷ ὅτι ἦτε δοῦλοι τῆς ἁμαρτίας ὑπηκούσατε δὲ ἐκ καρδίας εἰς ὃν παρεδόθητε τύπον διδαχῆς,</w:t>
      </w:r>
    </w:p>
    <w:p>
      <w:r>
        <w:rPr>
          <w:rFonts w:ascii="Courier New" w:hAnsi="Courier New"/>
          <w:color w:val="555555"/>
          <w:sz w:val="20"/>
        </w:rPr>
        <w:t>[Rom . 6 . 18]</w:t>
      </w:r>
    </w:p>
    <w:p>
      <w:r>
        <w:rPr>
          <w:rFonts w:ascii="Gentium Plus" w:hAnsi="Gentium Plus"/>
          <w:sz w:val="24"/>
        </w:rPr>
        <w:t>ἐλευθερωθέντες δὲ ἀπὸ τῆς ἁμαρτίας ἐδουλώθητε τῇ δικαιοσύνῃ·</w:t>
      </w:r>
    </w:p>
    <w:p>
      <w:r>
        <w:rPr>
          <w:rFonts w:ascii="Courier New" w:hAnsi="Courier New"/>
          <w:color w:val="555555"/>
          <w:sz w:val="20"/>
        </w:rPr>
        <w:t>[Rom . 6 . 19]</w:t>
      </w:r>
    </w:p>
    <w:p>
      <w:r>
        <w:rPr>
          <w:rFonts w:ascii="Gentium Plus" w:hAnsi="Gentium Plus"/>
          <w:sz w:val="24"/>
        </w:rPr>
        <w:t>ἀνθρώπινον λέγω διὰ τὴν ἀσθένειαν τῆς σαρκὸς ὑμῶν. ὥσπερ γὰρ παρεστή‐ σατε τὰ μέλη ὑμῶν δοῦλα τῇ ἀκαθαρσίᾳ καὶ τῇ ἀνομίᾳ εἰς τὴν ἀνομίαν, οὕτως νῦν παραστήσατε τὰ μέλη ὑμῶν</w:t>
      </w:r>
    </w:p>
    <w:p>
      <w:r>
        <w:rPr>
          <w:rFonts w:ascii="Courier New" w:hAnsi="Courier New"/>
          <w:color w:val="555555"/>
          <w:sz w:val="20"/>
        </w:rPr>
        <w:t>[5]</w:t>
      </w:r>
    </w:p>
    <w:p>
      <w:r>
        <w:rPr>
          <w:rFonts w:ascii="Gentium Plus" w:hAnsi="Gentium Plus"/>
          <w:sz w:val="24"/>
        </w:rPr>
        <w:t>δοῦλα τῇ δικαιοσύνῃ εἰς ἁγιασμόν.</w:t>
      </w:r>
    </w:p>
    <w:p>
      <w:r>
        <w:rPr>
          <w:rFonts w:ascii="Courier New" w:hAnsi="Courier New"/>
          <w:color w:val="555555"/>
          <w:sz w:val="20"/>
        </w:rPr>
        <w:t>[Rom . 6 . 20]</w:t>
      </w:r>
    </w:p>
    <w:p>
      <w:r>
        <w:rPr>
          <w:rFonts w:ascii="Gentium Plus" w:hAnsi="Gentium Plus"/>
          <w:sz w:val="24"/>
        </w:rPr>
        <w:t>ὅτε γὰρ δοῦλοι ἦτε τῆς ἁμαρτίας, ἐλεύθεροι ἦτε τῇ δικαιοσύνῃ.</w:t>
      </w:r>
    </w:p>
    <w:p>
      <w:r>
        <w:rPr>
          <w:rFonts w:ascii="Courier New" w:hAnsi="Courier New"/>
          <w:color w:val="555555"/>
          <w:sz w:val="20"/>
        </w:rPr>
        <w:t>[Rom . 6 . 21]</w:t>
      </w:r>
    </w:p>
    <w:p>
      <w:r>
        <w:rPr>
          <w:rFonts w:ascii="Gentium Plus" w:hAnsi="Gentium Plus"/>
          <w:sz w:val="24"/>
        </w:rPr>
        <w:t>τίνα οὖν καρπὸν εἴχετε τότε ἐφ’ οἷς νῦν ἐπαισχύνεσθε; τὸ γὰρ τέλος ἐκείνων θάνατος.</w:t>
      </w:r>
    </w:p>
    <w:p>
      <w:r>
        <w:rPr>
          <w:rFonts w:ascii="Courier New" w:hAnsi="Courier New"/>
          <w:color w:val="555555"/>
          <w:sz w:val="20"/>
        </w:rPr>
        <w:t>[Rom . 6 . 22]</w:t>
      </w:r>
    </w:p>
    <w:p>
      <w:r>
        <w:rPr>
          <w:rFonts w:ascii="Gentium Plus" w:hAnsi="Gentium Plus"/>
          <w:sz w:val="24"/>
        </w:rPr>
        <w:t>νυνὶ δέ, ἐλευθερωθέντες ἀπὸ τῆς ἁμαρτίας δουλωθέντες δὲ τῷ θεῷ, ἔχετε τὸν καρπὸν ὑμῶν εἰς ἁγιασμόν, τὸ δὲ τέλος ζωὴν αἰώνιον.</w:t>
      </w:r>
    </w:p>
    <w:p>
      <w:r>
        <w:rPr>
          <w:rFonts w:ascii="Courier New" w:hAnsi="Courier New"/>
          <w:color w:val="555555"/>
          <w:sz w:val="20"/>
        </w:rPr>
        <w:t>[Rom . 6 . 23]</w:t>
      </w:r>
    </w:p>
    <w:p>
      <w:r>
        <w:rPr>
          <w:rFonts w:ascii="Gentium Plus" w:hAnsi="Gentium Plus"/>
          <w:sz w:val="24"/>
        </w:rPr>
        <w:t>τὰ γὰρ ὀψώνια τῆς ἁμαρτίας θάνατος, τὸ δὲ χάρισμα τοῦ θεοῦ ζωὴ αἰώνιος ἐν Χριστῷ Ἰησοῦ τῷ κυρίῳ ἡμῶν.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7 . 1]</w:t>
      </w:r>
    </w:p>
    <w:p>
      <w:r>
        <w:rPr>
          <w:rFonts w:ascii="Gentium Plus" w:hAnsi="Gentium Plus"/>
          <w:sz w:val="24"/>
        </w:rPr>
        <w:t>Ἢ ἀγνοεῖτε, ἀδελφοί, γινώσκουσιν γὰρ νόμον λαλῶ, ὅτι ὁ νόμος κυριεύει τοῦ ἀνθρώπου ἐφ’ ὅσον χρόνον ζῇ;</w:t>
      </w:r>
    </w:p>
    <w:p>
      <w:r>
        <w:rPr>
          <w:rFonts w:ascii="Courier New" w:hAnsi="Courier New"/>
          <w:color w:val="555555"/>
          <w:sz w:val="20"/>
        </w:rPr>
        <w:t>[Rom . 7 . 2]</w:t>
      </w:r>
    </w:p>
    <w:p>
      <w:r>
        <w:rPr>
          <w:rFonts w:ascii="Gentium Plus" w:hAnsi="Gentium Plus"/>
          <w:sz w:val="24"/>
        </w:rPr>
        <w:t>ἡ γὰρ ὕπανδρος γυνὴ τῷ ζῶντι ἀνδρὶ δέδεται νόμῳ· ἐὰν δὲ ἀποθάνῃ ὁ ἀνήρ, κατήργηται ἀπὸ τοῦ νόμου τοῦ ἀνδρός.</w:t>
      </w:r>
    </w:p>
    <w:p>
      <w:r>
        <w:rPr>
          <w:rFonts w:ascii="Courier New" w:hAnsi="Courier New"/>
          <w:color w:val="555555"/>
          <w:sz w:val="20"/>
        </w:rPr>
        <w:t>[Rom . 7 . 3]</w:t>
      </w:r>
    </w:p>
    <w:p>
      <w:r>
        <w:rPr>
          <w:rFonts w:ascii="Gentium Plus" w:hAnsi="Gentium Plus"/>
          <w:sz w:val="24"/>
        </w:rPr>
        <w:t>ἄρα οὖν ζῶντος τοῦ ἀνδρὸς μοιχαλὶς χρηματίσει ἐὰν γένηται ἀνδρὶ ἑτέρῳ· ἐὰν δὲ ἀποθάνῃ ὁ ἀνήρ, ἐλευ‐ θέρα ἐστὶν ἀπὸ τοῦ νόμου, τοῦ μὴ εἶναι αὐτὴν μοιχαλίδα γενομένην ἀνδρὶ ἑτέρῳ.</w:t>
      </w:r>
    </w:p>
    <w:p>
      <w:r>
        <w:rPr>
          <w:rFonts w:ascii="Courier New" w:hAnsi="Courier New"/>
          <w:color w:val="555555"/>
          <w:sz w:val="20"/>
        </w:rPr>
        <w:t>[Rom . 7 . 4]</w:t>
      </w:r>
    </w:p>
    <w:p>
      <w:r>
        <w:rPr>
          <w:rFonts w:ascii="Gentium Plus" w:hAnsi="Gentium Plus"/>
          <w:sz w:val="24"/>
        </w:rPr>
        <w:t>ὥστε, ἀδελφοί μου, καὶ ὑμεῖς ἐθανατώθητε τῷ νόμῳ διὰ τοῦ σώματος τοῦ Χριστοῦ,</w:t>
      </w:r>
    </w:p>
    <w:p>
      <w:r>
        <w:rPr>
          <w:rFonts w:ascii="Courier New" w:hAnsi="Courier New"/>
          <w:color w:val="555555"/>
          <w:sz w:val="20"/>
        </w:rPr>
        <w:t>[Rom . 7 . 5]</w:t>
      </w:r>
    </w:p>
    <w:p>
      <w:r>
        <w:rPr>
          <w:rFonts w:ascii="Gentium Plus" w:hAnsi="Gentium Plus"/>
          <w:sz w:val="24"/>
        </w:rPr>
        <w:t>ὅτε γὰρ ἦμεν ἐν τῇ σαρκί, τὰ παθήματα τῶν ἁμαρτιῶν τὰ διὰ τοῦ νόμου ἐνηργεῖτο ἐν τοῖς μέλεσιν ἡμῶν εἰς τὸ καρποφορῆσαι τῷ θανάτῳ·</w:t>
      </w:r>
    </w:p>
    <w:p>
      <w:r>
        <w:rPr>
          <w:rFonts w:ascii="Courier New" w:hAnsi="Courier New"/>
          <w:color w:val="555555"/>
          <w:sz w:val="20"/>
        </w:rPr>
        <w:t>[Rom . 7 . 6]</w:t>
      </w:r>
    </w:p>
    <w:p>
      <w:r>
        <w:rPr>
          <w:rFonts w:ascii="Gentium Plus" w:hAnsi="Gentium Plus"/>
          <w:sz w:val="24"/>
        </w:rPr>
        <w:t>νυνὶ δὲ κατηργήθημεν ἀπὸ τοῦ νόμου, ἀποθανόντες ἐν ᾧ κατειχόμεθα, ὥστε δουλεύειν ἡμᾶς ἐν καινότητι πνεύματος καὶ οὐ παλαιότητι γράμματος.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7 . 7]</w:t>
      </w:r>
    </w:p>
    <w:p>
      <w:r>
        <w:rPr>
          <w:rFonts w:ascii="Gentium Plus" w:hAnsi="Gentium Plus"/>
          <w:sz w:val="24"/>
        </w:rPr>
        <w:t>Τί οὖν ἐροῦμεν; ὁ νόμος ἁμαρτία; μὴ γένοιτο· ἀλλὰ τὴν ἁμαρτίαν οὐκ ἔγνων εἰ μὴ διὰ νόμου, τήν τε γὰρ ἐπιθυμίαν οὐκ ᾔδειν εἰ μὴ ὁ νόμος ἔλεγεν, Οὐκ ἐπιθυμή‐ σεις.</w:t>
      </w:r>
    </w:p>
    <w:p>
      <w:r>
        <w:rPr>
          <w:rFonts w:ascii="Courier New" w:hAnsi="Courier New"/>
          <w:color w:val="555555"/>
          <w:sz w:val="20"/>
        </w:rPr>
        <w:t>[Rom . 7 . 8]</w:t>
      </w:r>
    </w:p>
    <w:p>
      <w:r>
        <w:rPr>
          <w:rFonts w:ascii="Gentium Plus" w:hAnsi="Gentium Plus"/>
          <w:sz w:val="24"/>
        </w:rPr>
        <w:t>ἀφορμὴν δὲ λαβοῦσα ἡ ἁμαρτία διὰ τῆς ἐντολῆς κατειργάσατο ἐν ἐμοὶ πᾶσαν ἐπιθυμίαν· χωρὶς γὰρ νόμου ἁμαρτία νεκρά.</w:t>
      </w:r>
    </w:p>
    <w:p>
      <w:r>
        <w:rPr>
          <w:rFonts w:ascii="Courier New" w:hAnsi="Courier New"/>
          <w:color w:val="555555"/>
          <w:sz w:val="20"/>
        </w:rPr>
        <w:t>[Rom . 7 . 9]</w:t>
      </w:r>
    </w:p>
    <w:p>
      <w:r>
        <w:rPr>
          <w:rFonts w:ascii="Gentium Plus" w:hAnsi="Gentium Plus"/>
          <w:sz w:val="24"/>
        </w:rPr>
        <w:t>ἐγὼ δὲ ἔζων χωρὶς νόμου ποτέ· ἐλθούσης δὲ τῆς ἐντολῆς ἡ ἁμαρτία ἀνέζησεν,</w:t>
      </w:r>
    </w:p>
    <w:p>
      <w:r>
        <w:rPr>
          <w:rFonts w:ascii="Courier New" w:hAnsi="Courier New"/>
          <w:color w:val="555555"/>
          <w:sz w:val="20"/>
        </w:rPr>
        <w:t>[Rom . 7 . 10]</w:t>
      </w:r>
    </w:p>
    <w:p>
      <w:r>
        <w:rPr>
          <w:rFonts w:ascii="Gentium Plus" w:hAnsi="Gentium Plus"/>
          <w:sz w:val="24"/>
        </w:rPr>
        <w:t>ἐγὼ δὲ ἀπέθανον, καὶ εὑρέθη μοι ἡ ἐντολὴ ἡ εἰς ζωὴν αὕτη εἰς θάνατον·</w:t>
      </w:r>
    </w:p>
    <w:p>
      <w:r>
        <w:rPr>
          <w:rFonts w:ascii="Courier New" w:hAnsi="Courier New"/>
          <w:color w:val="555555"/>
          <w:sz w:val="20"/>
        </w:rPr>
        <w:t>[Rom . 7 . 11]</w:t>
      </w:r>
    </w:p>
    <w:p>
      <w:r>
        <w:rPr>
          <w:rFonts w:ascii="Gentium Plus" w:hAnsi="Gentium Plus"/>
          <w:sz w:val="24"/>
        </w:rPr>
        <w:t>ἡ γὰρ ἁμαρτία ἀφορμὴν λαβοῦσα διὰ τῆς ἐντολῆς ἐξηπάτησέν με καὶ δι’ αὐτῆς ἀπέκτεινεν.</w:t>
      </w:r>
    </w:p>
    <w:p>
      <w:r>
        <w:rPr>
          <w:rFonts w:ascii="Courier New" w:hAnsi="Courier New"/>
          <w:color w:val="555555"/>
          <w:sz w:val="20"/>
        </w:rPr>
        <w:t>[Rom . 7 . 12]</w:t>
      </w:r>
    </w:p>
    <w:p>
      <w:r>
        <w:rPr>
          <w:rFonts w:ascii="Gentium Plus" w:hAnsi="Gentium Plus"/>
          <w:sz w:val="24"/>
        </w:rPr>
        <w:t>ὥστε ὁ μὲν νόμος ἅγιος, καὶ ἡ ἐντολὴ ἁγία καὶ δικαία καὶ ἀγαθή.</w:t>
      </w:r>
    </w:p>
    <w:p>
      <w:r>
        <w:rPr>
          <w:rFonts w:ascii="Courier New" w:hAnsi="Courier New"/>
          <w:color w:val="555555"/>
          <w:sz w:val="20"/>
        </w:rPr>
        <w:t>[Rom . 7 . 13]</w:t>
      </w:r>
    </w:p>
    <w:p>
      <w:r>
        <w:rPr>
          <w:rFonts w:ascii="Gentium Plus" w:hAnsi="Gentium Plus"/>
          <w:sz w:val="24"/>
        </w:rPr>
        <w:t>Τὸ οὖν ἀγαθὸν ἐμοὶ ἐγένετο θάνατος; μὴ γένοιτο· ἀλλὰ ἡ ἁμαρτία, ἵνα φανῇ ἁμαρτία, διὰ τοῦ ἀγαθοῦ μοι κατεργαζομένη θάνατον· ἵνα γένηται καθ’ ὑπερβολὴν ἁμαρτωλὸς ἡ ἁμαρτία διὰ τῆς ἐντολῆς.</w:t>
      </w:r>
    </w:p>
    <w:p>
      <w:r>
        <w:rPr>
          <w:rFonts w:ascii="Courier New" w:hAnsi="Courier New"/>
          <w:color w:val="555555"/>
          <w:sz w:val="20"/>
        </w:rPr>
        <w:t>[Rom . 7 . 14]</w:t>
      </w:r>
    </w:p>
    <w:p>
      <w:r>
        <w:rPr>
          <w:rFonts w:ascii="Gentium Plus" w:hAnsi="Gentium Plus"/>
          <w:sz w:val="24"/>
        </w:rPr>
        <w:t>οἴδαμεν γὰρ ὅτι ὁ νόμος πνευματικός ἐστιν· ἐγὼ δὲ σάρκινός εἰμι, πεπραμένος ὑπὸ τὴν ἁμαρτίαν.</w:t>
      </w:r>
    </w:p>
    <w:p>
      <w:r>
        <w:rPr>
          <w:rFonts w:ascii="Courier New" w:hAnsi="Courier New"/>
          <w:color w:val="555555"/>
          <w:sz w:val="20"/>
        </w:rPr>
        <w:t>[Rom . 7 . 15]</w:t>
      </w:r>
    </w:p>
    <w:p>
      <w:r>
        <w:rPr>
          <w:rFonts w:ascii="Gentium Plus" w:hAnsi="Gentium Plus"/>
          <w:sz w:val="24"/>
        </w:rPr>
        <w:t>ὃ γὰρ κατεργάζομαι οὐ γινώσκω· οὐ γὰρ ὃ θέλω τοῦτο πράσσω, ἀλλ’ ὃ μισῶ τοῦτο ποιῶ.</w:t>
      </w:r>
    </w:p>
    <w:p>
      <w:r>
        <w:rPr>
          <w:rFonts w:ascii="Courier New" w:hAnsi="Courier New"/>
          <w:color w:val="555555"/>
          <w:sz w:val="20"/>
        </w:rPr>
        <w:t>[Rom . 7 . 16]</w:t>
      </w:r>
    </w:p>
    <w:p>
      <w:r>
        <w:rPr>
          <w:rFonts w:ascii="Gentium Plus" w:hAnsi="Gentium Plus"/>
          <w:sz w:val="24"/>
        </w:rPr>
        <w:t>εἰ δὲ ὃ οὐ θέλω τοῦτο ποιῶ, σύμφημι τῷ νόμῳ ὅτι καλός.</w:t>
      </w:r>
    </w:p>
    <w:p>
      <w:r>
        <w:rPr>
          <w:rFonts w:ascii="Courier New" w:hAnsi="Courier New"/>
          <w:color w:val="555555"/>
          <w:sz w:val="20"/>
        </w:rPr>
        <w:t>[Rom . 7 . 17]</w:t>
      </w:r>
    </w:p>
    <w:p>
      <w:r>
        <w:rPr>
          <w:rFonts w:ascii="Gentium Plus" w:hAnsi="Gentium Plus"/>
          <w:sz w:val="24"/>
        </w:rPr>
        <w:t>νυνὶ δὲ οὐκέτι ἐγὼ κατεργάζομαι αὐτὸ ἀλλὰ ἡ οἰκοῦσα ἐν ἐμοὶ ἁμαρτία.</w:t>
      </w:r>
    </w:p>
    <w:p>
      <w:r>
        <w:rPr>
          <w:rFonts w:ascii="Courier New" w:hAnsi="Courier New"/>
          <w:color w:val="555555"/>
          <w:sz w:val="20"/>
        </w:rPr>
        <w:t>[Rom . 7 . 18]</w:t>
      </w:r>
    </w:p>
    <w:p>
      <w:r>
        <w:rPr>
          <w:rFonts w:ascii="Gentium Plus" w:hAnsi="Gentium Plus"/>
          <w:sz w:val="24"/>
        </w:rPr>
        <w:t>οἶδα γὰρ ὅτι οὐκ οἰκεῖ ἐν ἐμοί, τοῦτ’ ἔστιν ἐν τῇ σαρκί μου, ἀγαθόν· τὸ γὰρ θέλειν παράκειταί μοι, τὸ δὲ κατεργάζεσθαι τὸ καλὸν οὔ·</w:t>
      </w:r>
    </w:p>
    <w:p>
      <w:r>
        <w:rPr>
          <w:rFonts w:ascii="Courier New" w:hAnsi="Courier New"/>
          <w:color w:val="555555"/>
          <w:sz w:val="20"/>
        </w:rPr>
        <w:t>[Rom . 7 . 19]</w:t>
      </w:r>
    </w:p>
    <w:p>
      <w:r>
        <w:rPr>
          <w:rFonts w:ascii="Gentium Plus" w:hAnsi="Gentium Plus"/>
          <w:sz w:val="24"/>
        </w:rPr>
        <w:t>οὐ γὰρ ὃ θέλω ποιῶ ἀγαθόν, ἀλλὰ ὃ οὐ θέλω κακὸν τοῦτο πράσσω.</w:t>
      </w:r>
    </w:p>
    <w:p>
      <w:r>
        <w:rPr>
          <w:rFonts w:ascii="Courier New" w:hAnsi="Courier New"/>
          <w:color w:val="555555"/>
          <w:sz w:val="20"/>
        </w:rPr>
        <w:t>[Rom . 7 . 20]</w:t>
      </w:r>
    </w:p>
    <w:p>
      <w:r>
        <w:rPr>
          <w:rFonts w:ascii="Gentium Plus" w:hAnsi="Gentium Plus"/>
          <w:sz w:val="24"/>
        </w:rPr>
        <w:t>εἰ δὲ ὃ οὐ θέλω [ἐγὼ] τοῦτο ποιῶ, οὐκέτι ἐγὼ κατεργάζομαι αὐτὸ ἀλλὰ ἡ οἰκοῦσα ἐν ἐμοὶ ἁμαρτία.</w:t>
      </w:r>
    </w:p>
    <w:p>
      <w:r>
        <w:rPr>
          <w:rFonts w:ascii="Courier New" w:hAnsi="Courier New"/>
          <w:color w:val="555555"/>
          <w:sz w:val="20"/>
        </w:rPr>
        <w:t>[Rom . 7 . 21]</w:t>
      </w:r>
    </w:p>
    <w:p>
      <w:r>
        <w:rPr>
          <w:rFonts w:ascii="Gentium Plus" w:hAnsi="Gentium Plus"/>
          <w:sz w:val="24"/>
        </w:rPr>
        <w:t>Εὑρίσκω ἄρα τὸν νόμον τῷ θέλοντι ἐμοὶ ποιεῖν τὸ καλὸν ὅτι ἐμοὶ τὸ κακὸν παράκειται·</w:t>
      </w:r>
    </w:p>
    <w:p>
      <w:r>
        <w:rPr>
          <w:rFonts w:ascii="Courier New" w:hAnsi="Courier New"/>
          <w:color w:val="555555"/>
          <w:sz w:val="20"/>
        </w:rPr>
        <w:t>[Rom . 7 . 22]</w:t>
      </w:r>
    </w:p>
    <w:p>
      <w:r>
        <w:rPr>
          <w:rFonts w:ascii="Gentium Plus" w:hAnsi="Gentium Plus"/>
          <w:sz w:val="24"/>
        </w:rPr>
        <w:t>συνήδομαι γὰρ τῷ νόμῳ τοῦ θεοῦ κατὰ τὸν ἔσω ἄνθρωπον,</w:t>
      </w:r>
    </w:p>
    <w:p>
      <w:r>
        <w:rPr>
          <w:rFonts w:ascii="Courier New" w:hAnsi="Courier New"/>
          <w:color w:val="555555"/>
          <w:sz w:val="20"/>
        </w:rPr>
        <w:t>[Rom . 7 . 23]</w:t>
      </w:r>
    </w:p>
    <w:p>
      <w:r>
        <w:rPr>
          <w:rFonts w:ascii="Gentium Plus" w:hAnsi="Gentium Plus"/>
          <w:sz w:val="24"/>
        </w:rPr>
        <w:t>βλέπω δὲ ἕτερον νόμον ἐν τοῖς μέλεσίν μου ἀντιστρατευόμενον τῷ νόμῳ τοῦ νοός μου καὶ αἰχμα‐ λωτίζοντά με ἐν τῷ νόμῳ τῆς ἁμαρτίας τῷ ὄντι ἐν τοῖς μέλεσίν μου.</w:t>
      </w:r>
    </w:p>
    <w:p>
      <w:r>
        <w:rPr>
          <w:rFonts w:ascii="Courier New" w:hAnsi="Courier New"/>
          <w:color w:val="555555"/>
          <w:sz w:val="20"/>
        </w:rPr>
        <w:t>[Rom . 7 . 24]</w:t>
      </w:r>
    </w:p>
    <w:p>
      <w:r>
        <w:rPr>
          <w:rFonts w:ascii="Gentium Plus" w:hAnsi="Gentium Plus"/>
          <w:sz w:val="24"/>
        </w:rPr>
        <w:t>ταλαίπωρος ἐγὼ ἄνθρωπος· τίς με ῥύσεται ἐκ τοῦ σώματος τοῦ θανάτου τούτου;</w:t>
      </w:r>
    </w:p>
    <w:p>
      <w:r>
        <w:rPr>
          <w:rFonts w:ascii="Courier New" w:hAnsi="Courier New"/>
          <w:color w:val="555555"/>
          <w:sz w:val="20"/>
        </w:rPr>
        <w:t>[Rom . 7 . 25]</w:t>
      </w:r>
    </w:p>
    <w:p>
      <w:r>
        <w:rPr>
          <w:rFonts w:ascii="Gentium Plus" w:hAnsi="Gentium Plus"/>
          <w:sz w:val="24"/>
        </w:rPr>
        <w:t>χάρις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[Rom . 8 . 1]</w:t>
      </w:r>
    </w:p>
    <w:p>
      <w:r>
        <w:rPr>
          <w:rFonts w:ascii="Gentium Plus" w:hAnsi="Gentium Plus"/>
          <w:sz w:val="24"/>
        </w:rPr>
        <w:t>Οὐδὲν ἄρα νῦν κατάκριμα τοῖς ἐν Χριστῷ Ἰησοῦ·</w:t>
      </w:r>
    </w:p>
    <w:p>
      <w:r>
        <w:rPr>
          <w:rFonts w:ascii="Courier New" w:hAnsi="Courier New"/>
          <w:color w:val="555555"/>
          <w:sz w:val="20"/>
        </w:rPr>
        <w:t>[Rom . 8 . 2]</w:t>
      </w:r>
    </w:p>
    <w:p>
      <w:r>
        <w:rPr>
          <w:rFonts w:ascii="Gentium Plus" w:hAnsi="Gentium Plus"/>
          <w:sz w:val="24"/>
        </w:rPr>
        <w:t>ὁ γὰρ νόμος τοῦ πνεύματος τῆς ζωῆς ἐν Χριστῷ Ἰησοῦ ἠλευθέρωσέν με ἀπὸ τοῦ νόμου τῆς ἁμαρτίας καὶ τοῦ θανάτου.</w:t>
      </w:r>
    </w:p>
    <w:p>
      <w:r>
        <w:rPr>
          <w:rFonts w:ascii="Courier New" w:hAnsi="Courier New"/>
          <w:color w:val="555555"/>
          <w:sz w:val="20"/>
        </w:rPr>
        <w:t>[Rom . 8 . 3]</w:t>
      </w:r>
    </w:p>
    <w:p>
      <w:r>
        <w:rPr>
          <w:rFonts w:ascii="Gentium Plus" w:hAnsi="Gentium Plus"/>
          <w:sz w:val="24"/>
        </w:rPr>
        <w:t>τὸ γὰρ ἀδύνατον τοῦ νόμου, ἐν ᾧ ἠσθένει διὰ τῆς σαρκός, ὁ θεὸς τὸν ἑαυτοῦ υἱὸν πέμψας ἐν ὁμοιώ‐ ματι σαρκὸς ἁμαρτίας καὶ περὶ ἁμαρτίας κατέκρινεν τὴν ἁμαρτίαν ἐν τῇ σαρκί,</w:t>
      </w:r>
    </w:p>
    <w:p>
      <w:r>
        <w:rPr>
          <w:rFonts w:ascii="Courier New" w:hAnsi="Courier New"/>
          <w:color w:val="555555"/>
          <w:sz w:val="20"/>
        </w:rPr>
        <w:t>[Rom . 8 . 4]</w:t>
      </w:r>
    </w:p>
    <w:p>
      <w:r>
        <w:rPr>
          <w:rFonts w:ascii="Gentium Plus" w:hAnsi="Gentium Plus"/>
          <w:sz w:val="24"/>
        </w:rPr>
        <w:t>ἵνα τὸ δικαίωμα τοῦ νόμου πληρωθῇ ἐν ἡμῖν τοῖς μὴ κατὰ σάρκα περιπατοῦσιν ἀλλὰ κατὰ πνεῦμα.</w:t>
      </w:r>
    </w:p>
    <w:p>
      <w:r>
        <w:rPr>
          <w:rFonts w:ascii="Courier New" w:hAnsi="Courier New"/>
          <w:color w:val="555555"/>
          <w:sz w:val="20"/>
        </w:rPr>
        <w:t>[Rom . 8 . 5]</w:t>
      </w:r>
    </w:p>
    <w:p>
      <w:r>
        <w:rPr>
          <w:rFonts w:ascii="Gentium Plus" w:hAnsi="Gentium Plus"/>
          <w:sz w:val="24"/>
        </w:rPr>
        <w:t>οἱ γὰρ κατὰ σάρκα ὄντες τὰ τῆς σαρκὸς φρονοῦσιν, οἱ δὲ κατὰ πνεῦμα τὰ τοῦ πνεύματος.</w:t>
      </w:r>
    </w:p>
    <w:p>
      <w:r>
        <w:rPr>
          <w:rFonts w:ascii="Courier New" w:hAnsi="Courier New"/>
          <w:color w:val="555555"/>
          <w:sz w:val="20"/>
        </w:rPr>
        <w:t>[Rom . 8 . 6]</w:t>
      </w:r>
    </w:p>
    <w:p>
      <w:r>
        <w:rPr>
          <w:rFonts w:ascii="Gentium Plus" w:hAnsi="Gentium Plus"/>
          <w:sz w:val="24"/>
        </w:rPr>
        <w:t>τὸ γὰρ φρόνημα τῆς σαρκὸς θάνατος, τὸ δὲ φρόνημα τοῦ πνεύματος ζωὴ καὶ εἰρήνη·</w:t>
      </w:r>
    </w:p>
    <w:p>
      <w:r>
        <w:rPr>
          <w:rFonts w:ascii="Courier New" w:hAnsi="Courier New"/>
          <w:color w:val="555555"/>
          <w:sz w:val="20"/>
        </w:rPr>
        <w:t>[Rom . 8 . 7]</w:t>
      </w:r>
    </w:p>
    <w:p>
      <w:r>
        <w:rPr>
          <w:rFonts w:ascii="Gentium Plus" w:hAnsi="Gentium Plus"/>
          <w:sz w:val="24"/>
        </w:rPr>
        <w:t>διότι τὸ φρόνημα τῆς σαρκὸς ἔχθρα εἰς θεόν, τῷ γὰρ νόμῳ τοῦ θεοῦ οὐχ ὑπο‐ τάσσεται, οὐδὲ γὰρ δύναται·</w:t>
      </w:r>
    </w:p>
    <w:p>
      <w:r>
        <w:rPr>
          <w:rFonts w:ascii="Courier New" w:hAnsi="Courier New"/>
          <w:color w:val="555555"/>
          <w:sz w:val="20"/>
        </w:rPr>
        <w:t>[Rom . 8 . 8]</w:t>
      </w:r>
    </w:p>
    <w:p>
      <w:r>
        <w:rPr>
          <w:rFonts w:ascii="Gentium Plus" w:hAnsi="Gentium Plus"/>
          <w:sz w:val="24"/>
        </w:rPr>
        <w:t>οἱ δὲ ἐν σαρκὶ ὄντες θεῷ ἀρέσαι οὐ δύνανται.</w:t>
      </w:r>
    </w:p>
    <w:p>
      <w:r>
        <w:rPr>
          <w:rFonts w:ascii="Courier New" w:hAnsi="Courier New"/>
          <w:color w:val="555555"/>
          <w:sz w:val="20"/>
        </w:rPr>
        <w:t>[Rom . 8 . 9]</w:t>
      </w:r>
    </w:p>
    <w:p>
      <w:r>
        <w:rPr>
          <w:rFonts w:ascii="Gentium Plus" w:hAnsi="Gentium Plus"/>
          <w:sz w:val="24"/>
        </w:rPr>
        <w:t>ὑμεῖς δὲ οὐκ ἐστὲ ἐν σαρκὶ ἀλλὰ ἐν πνεύματι, εἴπερ πνεῦμα θεοῦ οἰκεῖ ἐν ὑμῖν. εἰ δέ τις πνεῦμα Χριστοῦ οὐκ ἔχει, οὗτος οὐκ ἔστιν αὐτοῦ.</w:t>
      </w:r>
    </w:p>
    <w:p>
      <w:r>
        <w:rPr>
          <w:rFonts w:ascii="Courier New" w:hAnsi="Courier New"/>
          <w:color w:val="555555"/>
          <w:sz w:val="20"/>
        </w:rPr>
        <w:t>[Rom . 8 . 10]</w:t>
      </w:r>
    </w:p>
    <w:p>
      <w:r>
        <w:rPr>
          <w:rFonts w:ascii="Gentium Plus" w:hAnsi="Gentium Plus"/>
          <w:sz w:val="24"/>
        </w:rPr>
        <w:t>εἰ δὲ Χριστὸς ἐν ὑμῖν, τὸ μὲν σῶμα νεκρὸν διὰ ἁμαρτίαν, τὸ δὲ πνεῦμα ζωὴ διὰ δικαιοσύνην.</w:t>
      </w:r>
    </w:p>
    <w:p>
      <w:r>
        <w:rPr>
          <w:rFonts w:ascii="Courier New" w:hAnsi="Courier New"/>
          <w:color w:val="555555"/>
          <w:sz w:val="20"/>
        </w:rPr>
        <w:t>[Rom . 8 . 11]</w:t>
      </w:r>
    </w:p>
    <w:p>
      <w:r>
        <w:rPr>
          <w:rFonts w:ascii="Gentium Plus" w:hAnsi="Gentium Plus"/>
          <w:sz w:val="24"/>
        </w:rPr>
        <w:t>εἰ δὲ τὸ πνεῦμα τοῦ ἐγείραντος τὸν Ἰησοῦν ἐκ νεκρῶν οἰκεῖ ἐν ὑμῖν, ὁ ἐγείρας [τὸν] Χριστὸν ἐκ νεκρῶν ζῳοποιήσει καὶ τὰ θνητὰ σώματα ὑμῶν διὰ τοῦ ἐνοικοῦντος αὐτοῦ πνεύματος</w:t>
      </w:r>
    </w:p>
    <w:p>
      <w:r>
        <w:rPr>
          <w:rFonts w:ascii="Courier New" w:hAnsi="Courier New"/>
          <w:color w:val="555555"/>
          <w:sz w:val="20"/>
        </w:rPr>
        <w:t>[5]</w:t>
      </w:r>
    </w:p>
    <w:p>
      <w:r>
        <w:rPr>
          <w:rFonts w:ascii="Gentium Plus" w:hAnsi="Gentium Plus"/>
          <w:sz w:val="24"/>
        </w:rPr>
        <w:t>ἐν ὑμῖν.</w:t>
      </w:r>
    </w:p>
    <w:p>
      <w:r>
        <w:rPr>
          <w:rFonts w:ascii="Courier New" w:hAnsi="Courier New"/>
          <w:color w:val="555555"/>
          <w:sz w:val="20"/>
        </w:rPr>
        <w:t>[Rom . 8 . 12]</w:t>
      </w:r>
    </w:p>
    <w:p>
      <w:r>
        <w:rPr>
          <w:rFonts w:ascii="Gentium Plus" w:hAnsi="Gentium Plus"/>
          <w:sz w:val="24"/>
        </w:rPr>
        <w:t>Ἄρα οὖν, ἀδελφοί, ὀφειλέται ἐσμέν, οὐ τῇ σαρκὶ τοῦ κατὰ σάρκα ζῆν·</w:t>
      </w:r>
    </w:p>
    <w:p>
      <w:r>
        <w:rPr>
          <w:rFonts w:ascii="Courier New" w:hAnsi="Courier New"/>
          <w:color w:val="555555"/>
          <w:sz w:val="20"/>
        </w:rPr>
        <w:t>[Rom . 8 . 13]</w:t>
      </w:r>
    </w:p>
    <w:p>
      <w:r>
        <w:rPr>
          <w:rFonts w:ascii="Gentium Plus" w:hAnsi="Gentium Plus"/>
          <w:sz w:val="24"/>
        </w:rPr>
        <w:t>εἰ γὰρ κατὰ σάρκα ζῆτε μέλλετε ἀποθνῄσκειν, εἰ δὲ πνεύματι τὰς πράξεις τοῦ σώματος θανατοῦτε ζήσεσθε.</w:t>
      </w:r>
    </w:p>
    <w:p>
      <w:r>
        <w:rPr>
          <w:rFonts w:ascii="Courier New" w:hAnsi="Courier New"/>
          <w:color w:val="555555"/>
          <w:sz w:val="20"/>
        </w:rPr>
        <w:t>[Rom . 8 . 14]</w:t>
      </w:r>
    </w:p>
    <w:p>
      <w:r>
        <w:rPr>
          <w:rFonts w:ascii="Gentium Plus" w:hAnsi="Gentium Plus"/>
          <w:sz w:val="24"/>
        </w:rPr>
        <w:t>ὅσοι γὰρ πνεύματι θεοῦ ἄγονται, οὗτοι υἱοὶ θεοῦ εἰσιν.</w:t>
      </w:r>
    </w:p>
    <w:p>
      <w:r>
        <w:rPr>
          <w:rFonts w:ascii="Courier New" w:hAnsi="Courier New"/>
          <w:color w:val="555555"/>
          <w:sz w:val="20"/>
        </w:rPr>
        <w:t>[Rom . 8 . 15]</w:t>
      </w:r>
    </w:p>
    <w:p>
      <w:r>
        <w:rPr>
          <w:rFonts w:ascii="Gentium Plus" w:hAnsi="Gentium Plus"/>
          <w:sz w:val="24"/>
        </w:rPr>
        <w:t>οὐ γὰρ ἐλάβετε πνεῦμα δουλείας πάλιν εἰς φόβον, ἀλλὰ ἐλάβετε πνεῦμα υἱοθεσίας, ἐν ᾧ κράζομεν, Αββα ὁ πατήρ·</w:t>
      </w:r>
    </w:p>
    <w:p>
      <w:r>
        <w:rPr>
          <w:rFonts w:ascii="Courier New" w:hAnsi="Courier New"/>
          <w:color w:val="555555"/>
          <w:sz w:val="20"/>
        </w:rPr>
        <w:t>[Rom . 8 . 16]</w:t>
      </w:r>
    </w:p>
    <w:p>
      <w:r>
        <w:rPr>
          <w:rFonts w:ascii="Gentium Plus" w:hAnsi="Gentium Plus"/>
          <w:sz w:val="24"/>
        </w:rPr>
        <w:t>αὐτὸ τὸ πνεῦμα συμ‐ μαρτυρεῖ τῷ πνεύματι ἡμῶν ὅτι ἐσμὲν τέκνα θεοῦ.</w:t>
      </w:r>
    </w:p>
    <w:p>
      <w:r>
        <w:rPr>
          <w:rFonts w:ascii="Courier New" w:hAnsi="Courier New"/>
          <w:color w:val="555555"/>
          <w:sz w:val="20"/>
        </w:rPr>
        <w:t>[Rom . 8 . 17]</w:t>
      </w:r>
    </w:p>
    <w:p>
      <w:r>
        <w:rPr>
          <w:rFonts w:ascii="Gentium Plus" w:hAnsi="Gentium Plus"/>
          <w:sz w:val="24"/>
        </w:rPr>
        <w:t>εἰ δὲ τέκνα, καὶ κληρονόμοι· κληρονόμοι μὲν θεοῦ, συγκληρονόμοι δὲ Χριστοῦ, εἴπερ συμπάσχομεν ἵνα καὶ συνδοξασθῶμεν.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8 . 18]</w:t>
      </w:r>
    </w:p>
    <w:p>
      <w:r>
        <w:rPr>
          <w:rFonts w:ascii="Gentium Plus" w:hAnsi="Gentium Plus"/>
          <w:sz w:val="24"/>
        </w:rPr>
        <w:t>Λογίζομαι γὰρ ὅτι οὐκ ἄξια τὰ παθήματα τοῦ νῦν καιροῦ πρὸς τὴν μέλλουσαν δόξαν ἀποκαλυφθῆναι εἰς ἡμᾶς.</w:t>
      </w:r>
    </w:p>
    <w:p>
      <w:r>
        <w:rPr>
          <w:rFonts w:ascii="Courier New" w:hAnsi="Courier New"/>
          <w:color w:val="555555"/>
          <w:sz w:val="20"/>
        </w:rPr>
        <w:t>[Rom . 8 . 19]</w:t>
      </w:r>
    </w:p>
    <w:p>
      <w:r>
        <w:rPr>
          <w:rFonts w:ascii="Gentium Plus" w:hAnsi="Gentium Plus"/>
          <w:sz w:val="24"/>
        </w:rPr>
        <w:t>ἡ γὰρ ἀποκαραδοκία τῆς κτίσεως τὴν ἀπο‐ κάλυψιν τῶν υἱῶν τοῦ θεοῦ ἀπεκδέχεται·</w:t>
      </w:r>
    </w:p>
    <w:p>
      <w:r>
        <w:rPr>
          <w:rFonts w:ascii="Courier New" w:hAnsi="Courier New"/>
          <w:color w:val="555555"/>
          <w:sz w:val="20"/>
        </w:rPr>
        <w:t>[Rom . 8 . 20]</w:t>
      </w:r>
    </w:p>
    <w:p>
      <w:r>
        <w:rPr>
          <w:rFonts w:ascii="Gentium Plus" w:hAnsi="Gentium Plus"/>
          <w:sz w:val="24"/>
        </w:rPr>
        <w:t>τῇ γὰρ ματαιότητι ἡ κτίσις ὑπετάγη, οὐχ ἑκοῦσα ἀλλὰ διὰ τὸν ὑποτάξαντα, ἐφ’ ἑλπίδι</w:t>
      </w:r>
    </w:p>
    <w:p>
      <w:r>
        <w:rPr>
          <w:rFonts w:ascii="Courier New" w:hAnsi="Courier New"/>
          <w:color w:val="555555"/>
          <w:sz w:val="20"/>
        </w:rPr>
        <w:t>[Rom . 8 . 21]</w:t>
      </w:r>
    </w:p>
    <w:p>
      <w:r>
        <w:rPr>
          <w:rFonts w:ascii="Gentium Plus" w:hAnsi="Gentium Plus"/>
          <w:sz w:val="24"/>
        </w:rPr>
        <w:t>ὅτι καὶ αὐτὴ ἡ κτίσις ἐλευθερωθήσεται ἀπὸ τῆς δουλείας τῆς φθορᾶς εἰς τὴν ἐλευθερίαν τῆς δόξης τῶν τέκνων τοῦ θεοῦ.</w:t>
      </w:r>
    </w:p>
    <w:p>
      <w:r>
        <w:rPr>
          <w:rFonts w:ascii="Courier New" w:hAnsi="Courier New"/>
          <w:color w:val="555555"/>
          <w:sz w:val="20"/>
        </w:rPr>
        <w:t>[Rom . 8 . 22]</w:t>
      </w:r>
    </w:p>
    <w:p>
      <w:r>
        <w:rPr>
          <w:rFonts w:ascii="Gentium Plus" w:hAnsi="Gentium Plus"/>
          <w:sz w:val="24"/>
        </w:rPr>
        <w:t>οἴδαμεν γὰρ ὅτι πᾶσα ἡ κτίσις συστενάζει καὶ συνωδίνει ἄχρι τοῦ νῦν·</w:t>
      </w:r>
    </w:p>
    <w:p>
      <w:r>
        <w:rPr>
          <w:rFonts w:ascii="Courier New" w:hAnsi="Courier New"/>
          <w:color w:val="555555"/>
          <w:sz w:val="20"/>
        </w:rPr>
        <w:t>[Rom . 8 . 23]</w:t>
      </w:r>
    </w:p>
    <w:p>
      <w:r>
        <w:rPr>
          <w:rFonts w:ascii="Gentium Plus" w:hAnsi="Gentium Plus"/>
          <w:sz w:val="24"/>
        </w:rPr>
        <w:t>οὐ μόνον δέ, ἀλλὰ καὶ αὐτοὶ τὴν ἀπαρχὴν τοῦ πνεύματος ἔχοντες ἡμεῖς καὶ αὐτοὶ ἐν ἑαυτοῖς στενά‐</w:t>
      </w:r>
    </w:p>
    <w:p>
      <w:r>
        <w:rPr>
          <w:rFonts w:ascii="Courier New" w:hAnsi="Courier New"/>
          <w:color w:val="555555"/>
          <w:sz w:val="20"/>
        </w:rPr>
        <w:t>[Rom . 8 . 24]</w:t>
      </w:r>
    </w:p>
    <w:p>
      <w:r>
        <w:rPr>
          <w:rFonts w:ascii="Gentium Plus" w:hAnsi="Gentium Plus"/>
          <w:sz w:val="24"/>
        </w:rPr>
        <w:t>τῇ γὰρ ἐλπίδι ἐσώθημεν· ἐλπὶς δὲ βλεπομένη οὐκ ἔστιν ἐλπίς· ὃ γὰρ βλέπει τίς ἐλπίζει;</w:t>
      </w:r>
    </w:p>
    <w:p>
      <w:r>
        <w:rPr>
          <w:rFonts w:ascii="Courier New" w:hAnsi="Courier New"/>
          <w:color w:val="555555"/>
          <w:sz w:val="20"/>
        </w:rPr>
        <w:t>[Rom . 8 . 25]</w:t>
      </w:r>
    </w:p>
    <w:p>
      <w:r>
        <w:rPr>
          <w:rFonts w:ascii="Gentium Plus" w:hAnsi="Gentium Plus"/>
          <w:sz w:val="24"/>
        </w:rPr>
        <w:t>εἰ δὲ ὃ οὐ βλέπομεν ἐλπίζομεν, δι’ ὑπομονῆς ἀπεκδε‐ χόμεθα.</w:t>
      </w:r>
    </w:p>
    <w:p>
      <w:r>
        <w:rPr>
          <w:rFonts w:ascii="Courier New" w:hAnsi="Courier New"/>
          <w:color w:val="555555"/>
          <w:sz w:val="20"/>
        </w:rPr>
        <w:t>[Rom . 8 . 26]</w:t>
      </w:r>
    </w:p>
    <w:p>
      <w:r>
        <w:rPr>
          <w:rFonts w:ascii="Gentium Plus" w:hAnsi="Gentium Plus"/>
          <w:sz w:val="24"/>
        </w:rPr>
        <w:t>Ὡσαύτως δὲ καὶ τὸ πνεῦμα συναντιλαμβάνεται τῇ ἀσθενείᾳ ἡμῶν· τὸ γὰρ τί προσευξώμεθα καθὸ δεῖ οὐκ οἴδαμεν, ἀλλὰ αὐτὸ τὸ πνεῦμα ὑπερεντυγχάνει στε‐ ναγμοῖς ἀλαλήτοις·</w:t>
      </w:r>
    </w:p>
    <w:p>
      <w:r>
        <w:rPr>
          <w:rFonts w:ascii="Courier New" w:hAnsi="Courier New"/>
          <w:color w:val="555555"/>
          <w:sz w:val="20"/>
        </w:rPr>
        <w:t>[Rom . 8 . 27]</w:t>
      </w:r>
    </w:p>
    <w:p>
      <w:r>
        <w:rPr>
          <w:rFonts w:ascii="Gentium Plus" w:hAnsi="Gentium Plus"/>
          <w:sz w:val="24"/>
        </w:rPr>
        <w:t>ὁ δὲ ἐραυνῶν τὰς καρδίας οἶδεν τί τὸ φρόνημα τοῦ πνεύματος, ὅτι κατὰ θεὸν ἐντυγχάνει ὑπὲρ ἁγίων.</w:t>
      </w:r>
    </w:p>
    <w:p>
      <w:r>
        <w:rPr>
          <w:rFonts w:ascii="Courier New" w:hAnsi="Courier New"/>
          <w:color w:val="555555"/>
          <w:sz w:val="20"/>
        </w:rPr>
        <w:t>[Rom . 8 . 28]</w:t>
      </w:r>
    </w:p>
    <w:p>
      <w:r>
        <w:rPr>
          <w:rFonts w:ascii="Gentium Plus" w:hAnsi="Gentium Plus"/>
          <w:sz w:val="24"/>
        </w:rPr>
        <w:t>οἴδαμεν δὲ ὅτι τοῖς ἀγαπῶσιν τὸν θεὸν</w:t>
      </w:r>
    </w:p>
    <w:p>
      <w:r>
        <w:rPr>
          <w:rFonts w:ascii="Courier New" w:hAnsi="Courier New"/>
          <w:color w:val="555555"/>
          <w:sz w:val="20"/>
        </w:rPr>
        <w:t>[Rom . 8 . 29]</w:t>
      </w:r>
    </w:p>
    <w:p>
      <w:r>
        <w:rPr>
          <w:rFonts w:ascii="Gentium Plus" w:hAnsi="Gentium Plus"/>
          <w:sz w:val="24"/>
        </w:rPr>
        <w:t>ὅτι οὓς προέγνω, καὶ προώρισεν συμμόρφους τῆς εἰκόνος τοῦ υἱοῦ αὐτοῦ, εἰς τὸ εἶναι αὐτὸν πρωτότοκον ἐν πολλοῖς ἀδελφοῖς·</w:t>
      </w:r>
    </w:p>
    <w:p>
      <w:r>
        <w:rPr>
          <w:rFonts w:ascii="Courier New" w:hAnsi="Courier New"/>
          <w:color w:val="555555"/>
          <w:sz w:val="20"/>
        </w:rPr>
        <w:t>[Rom . 8 . 30]</w:t>
      </w:r>
    </w:p>
    <w:p>
      <w:r>
        <w:rPr>
          <w:rFonts w:ascii="Gentium Plus" w:hAnsi="Gentium Plus"/>
          <w:sz w:val="24"/>
        </w:rPr>
        <w:t>οὓς δὲ προώρισεν, τούτους καὶ ἐκάλεσεν· καὶ οὓς ἐκάλεσεν, τούτους καὶ ἐδικαίωσεν· οὓς δὲ ἐδικαίωσεν, τούτους καὶ ἐδόξασεν.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8 . 31]</w:t>
      </w:r>
    </w:p>
    <w:p>
      <w:r>
        <w:rPr>
          <w:rFonts w:ascii="Gentium Plus" w:hAnsi="Gentium Plus"/>
          <w:sz w:val="24"/>
        </w:rPr>
        <w:t>Τί οὖν ἐροῦμεν πρὸς ταῦτα; εἰ ὁ θεὸς ὑπὲρ ἡμῶν, τίς καθ’ ἡμῶν;</w:t>
      </w:r>
    </w:p>
    <w:p>
      <w:r>
        <w:rPr>
          <w:rFonts w:ascii="Courier New" w:hAnsi="Courier New"/>
          <w:color w:val="555555"/>
          <w:sz w:val="20"/>
        </w:rPr>
        <w:t>[Rom . 8 . 32]</w:t>
      </w:r>
    </w:p>
    <w:p>
      <w:r>
        <w:rPr>
          <w:rFonts w:ascii="Gentium Plus" w:hAnsi="Gentium Plus"/>
          <w:sz w:val="24"/>
        </w:rPr>
        <w:t>ὅς γε τοῦ ἰδίου υἱοῦ οὐκ ἐφείσατο, ἀλλὰ ὑπὲρ ἡμῶν πάντων παρέδωκεν αὐτόν, πῶς οὐχὶ καὶ σὺν αὐτῷ τὰ πάντα ἡμῖν χαρίσεται;</w:t>
      </w:r>
    </w:p>
    <w:p>
      <w:r>
        <w:rPr>
          <w:rFonts w:ascii="Courier New" w:hAnsi="Courier New"/>
          <w:color w:val="555555"/>
          <w:sz w:val="20"/>
        </w:rPr>
        <w:t>[Rom . 8 . 33]</w:t>
      </w:r>
    </w:p>
    <w:p>
      <w:r>
        <w:rPr>
          <w:rFonts w:ascii="Gentium Plus" w:hAnsi="Gentium Plus"/>
          <w:sz w:val="24"/>
        </w:rPr>
        <w:t>τίς ἐγκαλέσει κατὰ ἐκλεκτῶν θεοῦ; θεὸς ὁ δικαιῶν·</w:t>
      </w:r>
    </w:p>
    <w:p>
      <w:r>
        <w:rPr>
          <w:rFonts w:ascii="Courier New" w:hAnsi="Courier New"/>
          <w:color w:val="555555"/>
          <w:sz w:val="20"/>
        </w:rPr>
        <w:t>[Rom . 8 . 34]</w:t>
      </w:r>
    </w:p>
    <w:p>
      <w:r>
        <w:rPr>
          <w:rFonts w:ascii="Gentium Plus" w:hAnsi="Gentium Plus"/>
          <w:sz w:val="24"/>
        </w:rPr>
        <w:t>τίς ὁ κατα‐ κρινῶν; Χριστὸς [Ἰησοῦς] ὁ ἀποθανών, μᾶλλον δὲ ἐγερθείς, ὃς καί ἐστιν ἐν δεξιᾷ τοῦ θεοῦ, ὃς καὶ ἐντυγχάνει ὑπὲρ ἡμῶν.</w:t>
      </w:r>
    </w:p>
    <w:p>
      <w:r>
        <w:rPr>
          <w:rFonts w:ascii="Courier New" w:hAnsi="Courier New"/>
          <w:color w:val="555555"/>
          <w:sz w:val="20"/>
        </w:rPr>
        <w:t>[Rom . 8 . 35]</w:t>
      </w:r>
    </w:p>
    <w:p>
      <w:r>
        <w:rPr>
          <w:rFonts w:ascii="Gentium Plus" w:hAnsi="Gentium Plus"/>
          <w:sz w:val="24"/>
        </w:rPr>
        <w:t>τίς ἡμᾶς χωρίσει ἀπὸ τῆς ἀγάπης τοῦ Χριστοῦ; θλῖψις ἢ στενοχωρία ἢ διωγμὸς ἢ λιμὸς ἢ γυμνότης ἢ κίνδυνος ἢ μάχαιρα;</w:t>
      </w:r>
    </w:p>
    <w:p>
      <w:r>
        <w:rPr>
          <w:rFonts w:ascii="Courier New" w:hAnsi="Courier New"/>
          <w:color w:val="555555"/>
          <w:sz w:val="20"/>
        </w:rPr>
        <w:t>[Rom . 8 . 36]</w:t>
      </w:r>
    </w:p>
    <w:p>
      <w:r>
        <w:rPr>
          <w:rFonts w:ascii="Gentium Plus" w:hAnsi="Gentium Plus"/>
          <w:sz w:val="24"/>
        </w:rPr>
        <w:t>καθὼς γέγραπται ὅτι Ἕνεκεν σοῦ θανατούμεθα ὅλην τὴν ἡμέραν,</w:t>
      </w:r>
    </w:p>
    <w:p>
      <w:r>
        <w:rPr>
          <w:rFonts w:ascii="Courier New" w:hAnsi="Courier New"/>
          <w:color w:val="555555"/>
          <w:sz w:val="20"/>
        </w:rPr>
        <w:t>[Rom . 8 . 37]</w:t>
      </w:r>
    </w:p>
    <w:p>
      <w:r>
        <w:rPr>
          <w:rFonts w:ascii="Gentium Plus" w:hAnsi="Gentium Plus"/>
          <w:sz w:val="24"/>
        </w:rPr>
        <w:t>ἀλλ’ ἐν τούτοις πᾶσιν ὑπερνικῶμεν διὰ τοῦ ἀγαπή‐ σαντος ἡμᾶς.</w:t>
      </w:r>
    </w:p>
    <w:p>
      <w:r>
        <w:rPr>
          <w:rFonts w:ascii="Courier New" w:hAnsi="Courier New"/>
          <w:color w:val="555555"/>
          <w:sz w:val="20"/>
        </w:rPr>
        <w:t>[Rom . 8 . 38]</w:t>
      </w:r>
    </w:p>
    <w:p>
      <w:r>
        <w:rPr>
          <w:rFonts w:ascii="Gentium Plus" w:hAnsi="Gentium Plus"/>
          <w:sz w:val="24"/>
        </w:rPr>
        <w:t>πέπεισμαι γὰρ ὅτι οὔτε θάνατος οὔτε ζωὴ οὔτε ἄγγελοι οὔτε ἀρχαὶ οὔτε ἐνεστῶτα οὔτε μέλλοντα οὔτε δυνάμεις</w:t>
      </w:r>
    </w:p>
    <w:p>
      <w:r>
        <w:rPr>
          <w:rFonts w:ascii="Courier New" w:hAnsi="Courier New"/>
          <w:color w:val="555555"/>
          <w:sz w:val="20"/>
        </w:rPr>
        <w:t>[Rom . 8 . 39]</w:t>
      </w:r>
    </w:p>
    <w:p>
      <w:r>
        <w:rPr>
          <w:rFonts w:ascii="Gentium Plus" w:hAnsi="Gentium Plus"/>
          <w:sz w:val="24"/>
        </w:rPr>
        <w:t>οὔτε ὕψωμα οὔτε βάθος οὔτε τις κτίσις ἑτέρα δυνήσεται ἡμᾶς χωρίσαι ἀπὸ τῆς ἀγάπης τοῦ θεοῦ τῆς ἐν Χριστῷ Ἰησοῦ τῷ κυρίῳ ἡμῶν.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9 . 1]</w:t>
      </w:r>
    </w:p>
    <w:p>
      <w:r>
        <w:rPr>
          <w:rFonts w:ascii="Gentium Plus" w:hAnsi="Gentium Plus"/>
          <w:sz w:val="24"/>
        </w:rPr>
        <w:t>Ἀλήθειαν λέγω ἐν Χριστῷ, οὐ ψεύδομαι, συμμαρτυ‐ ρούσης μοι τῆς συνειδήσεώς μου ἐν πνεύματι ἁγίῳ,</w:t>
      </w:r>
    </w:p>
    <w:p>
      <w:r>
        <w:rPr>
          <w:rFonts w:ascii="Courier New" w:hAnsi="Courier New"/>
          <w:color w:val="555555"/>
          <w:sz w:val="20"/>
        </w:rPr>
        <w:t>[Rom . 9 . 2]</w:t>
      </w:r>
    </w:p>
    <w:p>
      <w:r>
        <w:rPr>
          <w:rFonts w:ascii="Gentium Plus" w:hAnsi="Gentium Plus"/>
          <w:sz w:val="24"/>
        </w:rPr>
        <w:t>ὅτι λύπη μοί ἐστιν μεγάλη καὶ ἀδιάλειπτος ὀδύνη τῇ καρδίᾳ μου.</w:t>
      </w:r>
    </w:p>
    <w:p>
      <w:r>
        <w:rPr>
          <w:rFonts w:ascii="Courier New" w:hAnsi="Courier New"/>
          <w:color w:val="555555"/>
          <w:sz w:val="20"/>
        </w:rPr>
        <w:t>[Rom . 9 . 3]</w:t>
      </w:r>
    </w:p>
    <w:p>
      <w:r>
        <w:rPr>
          <w:rFonts w:ascii="Gentium Plus" w:hAnsi="Gentium Plus"/>
          <w:sz w:val="24"/>
        </w:rPr>
        <w:t>ηὐχόμην γὰρ ἀνάθεμα εἶναι αὐτὸς ἐγὼ ἀπὸ τοῦ Χριστοῦ ὑπὲρ τῶν ἀδελφῶν μου τῶν συγγενῶν μου κατὰ σάρκα,</w:t>
      </w:r>
    </w:p>
    <w:p>
      <w:r>
        <w:rPr>
          <w:rFonts w:ascii="Courier New" w:hAnsi="Courier New"/>
          <w:color w:val="555555"/>
          <w:sz w:val="20"/>
        </w:rPr>
        <w:t>[Rom . 9 . 4]</w:t>
      </w:r>
    </w:p>
    <w:p>
      <w:r>
        <w:rPr>
          <w:rFonts w:ascii="Gentium Plus" w:hAnsi="Gentium Plus"/>
          <w:sz w:val="24"/>
        </w:rPr>
        <w:t>οἵτινές εἰσιν Ἰσραηλῖται, ὧν ἡ υἱοθεσία καὶ ἡ δόξα καὶ αἱ διαθῆκαι καὶ ἡ νομοθεσία καὶ ἡ λατρεία καὶ αἱ ἐπαγγελίαι,</w:t>
      </w:r>
    </w:p>
    <w:p>
      <w:r>
        <w:rPr>
          <w:rFonts w:ascii="Courier New" w:hAnsi="Courier New"/>
          <w:color w:val="555555"/>
          <w:sz w:val="20"/>
        </w:rPr>
        <w:t>[Rom . 9 . 5]</w:t>
      </w:r>
    </w:p>
    <w:p>
      <w:r>
        <w:rPr>
          <w:rFonts w:ascii="Gentium Plus" w:hAnsi="Gentium Plus"/>
          <w:sz w:val="24"/>
        </w:rPr>
        <w:t>ὧν οἱ πατέρες, καὶ ἐξ ὧν ὁ Χριστὸς τὸ κατὰ σάρκα· ὁ ὢν ἐπὶ πάντων θεὸς εὐλογητὸς εἰς τοὺς αἰῶνας, ἀμήν.</w:t>
      </w:r>
    </w:p>
    <w:p>
      <w:r>
        <w:rPr>
          <w:rFonts w:ascii="Courier New" w:hAnsi="Courier New"/>
          <w:color w:val="555555"/>
          <w:sz w:val="20"/>
        </w:rPr>
        <w:t>[Rom . 9 . 6]</w:t>
      </w:r>
    </w:p>
    <w:p>
      <w:r>
        <w:rPr>
          <w:rFonts w:ascii="Gentium Plus" w:hAnsi="Gentium Plus"/>
          <w:sz w:val="24"/>
        </w:rPr>
        <w:t>Οὐχ οἷον δὲ ὅτι ἐκπέπτωκεν ὁ λόγος τοῦ θεοῦ. οὐ γὰρ πάντες οἱ ἐξ Ἰσραήλ, οὗτοι Ἰσραήλ·</w:t>
      </w:r>
    </w:p>
    <w:p>
      <w:r>
        <w:rPr>
          <w:rFonts w:ascii="Courier New" w:hAnsi="Courier New"/>
          <w:color w:val="555555"/>
          <w:sz w:val="20"/>
        </w:rPr>
        <w:t>[Rom . 9 . 7]</w:t>
      </w:r>
    </w:p>
    <w:p>
      <w:r>
        <w:rPr>
          <w:rFonts w:ascii="Gentium Plus" w:hAnsi="Gentium Plus"/>
          <w:sz w:val="24"/>
        </w:rPr>
        <w:t>οὐδ’ ὅτι εἰσὶν σπέρμα Ἀβραάμ, πάντες τέκνα, ἀλλ’, Ἐν Ἰσαὰκ κλη‐ θήσεταί σοι σπέρμα.</w:t>
      </w:r>
    </w:p>
    <w:p>
      <w:r>
        <w:rPr>
          <w:rFonts w:ascii="Courier New" w:hAnsi="Courier New"/>
          <w:color w:val="555555"/>
          <w:sz w:val="20"/>
        </w:rPr>
        <w:t>[Rom . 9 . 8]</w:t>
      </w:r>
    </w:p>
    <w:p>
      <w:r>
        <w:rPr>
          <w:rFonts w:ascii="Gentium Plus" w:hAnsi="Gentium Plus"/>
          <w:sz w:val="24"/>
        </w:rPr>
        <w:t>τοῦτ’ ἔστιν, οὐ τὰ τέκνα τῆς σαρκὸς ταῦτα τέκνα τοῦ θεοῦ, ἀλλὰ τὰ τέκνα τῆς ἐπαγγε‐ λίας λογίζεται εἰς σπέρμα·</w:t>
      </w:r>
    </w:p>
    <w:p>
      <w:r>
        <w:rPr>
          <w:rFonts w:ascii="Courier New" w:hAnsi="Courier New"/>
          <w:color w:val="555555"/>
          <w:sz w:val="20"/>
        </w:rPr>
        <w:t>[Rom . 9 . 9]</w:t>
      </w:r>
    </w:p>
    <w:p>
      <w:r>
        <w:rPr>
          <w:rFonts w:ascii="Gentium Plus" w:hAnsi="Gentium Plus"/>
          <w:sz w:val="24"/>
        </w:rPr>
        <w:t>ἐπαγγελίας γὰρ ὁ λόγος οὗτος, Κατὰ τὸν καιρὸν τοῦτον ἐλεύσομαι καὶ ἔσται τῇ Σάρρᾳ υἱός.</w:t>
      </w:r>
    </w:p>
    <w:p>
      <w:r>
        <w:rPr>
          <w:rFonts w:ascii="Courier New" w:hAnsi="Courier New"/>
          <w:color w:val="555555"/>
          <w:sz w:val="20"/>
        </w:rPr>
        <w:t>[Rom . 9 . 10]</w:t>
      </w:r>
    </w:p>
    <w:p>
      <w:r>
        <w:rPr>
          <w:rFonts w:ascii="Gentium Plus" w:hAnsi="Gentium Plus"/>
          <w:sz w:val="24"/>
        </w:rPr>
        <w:t>οὐ μόνον δέ, ἀλλὰ καὶ Ῥεβέκκα ἐξ ἑνὸς κοίτην ἔχουσα, Ἰσαὰκ τοῦ πατρὸς ἡμῶν·</w:t>
      </w:r>
    </w:p>
    <w:p>
      <w:r>
        <w:rPr>
          <w:rFonts w:ascii="Courier New" w:hAnsi="Courier New"/>
          <w:color w:val="555555"/>
          <w:sz w:val="20"/>
        </w:rPr>
        <w:t>[Rom . 9 . 11]</w:t>
      </w:r>
    </w:p>
    <w:p>
      <w:r>
        <w:rPr>
          <w:rFonts w:ascii="Gentium Plus" w:hAnsi="Gentium Plus"/>
          <w:sz w:val="24"/>
        </w:rPr>
        <w:t>μήπω γὰρ γεννηθέντων μηδὲ πραξάντων τι ἀγαθὸν ἢ φαῦλον, ἵνα ἡ κατ’ ἐκλογὴν πρόθεσις τοῦ θεοῦ μένῃ,</w:t>
      </w:r>
    </w:p>
    <w:p>
      <w:r>
        <w:rPr>
          <w:rFonts w:ascii="Courier New" w:hAnsi="Courier New"/>
          <w:color w:val="555555"/>
          <w:sz w:val="20"/>
        </w:rPr>
        <w:t>[Rom . 9 . 12]</w:t>
      </w:r>
    </w:p>
    <w:p>
      <w:r>
        <w:rPr>
          <w:rFonts w:ascii="Gentium Plus" w:hAnsi="Gentium Plus"/>
          <w:sz w:val="24"/>
        </w:rPr>
        <w:t>οὐκ ἐξ ἔργων ἀλλ’ ἐκ τοῦ καλοῦντος, ἐρρέθη αὐτῇ ὅτι Ὁ μείζων δουλεύσει τῷ ἐλάσσονι·</w:t>
      </w:r>
    </w:p>
    <w:p>
      <w:r>
        <w:rPr>
          <w:rFonts w:ascii="Courier New" w:hAnsi="Courier New"/>
          <w:color w:val="555555"/>
          <w:sz w:val="20"/>
        </w:rPr>
        <w:t>[Rom . 9 . 13]</w:t>
      </w:r>
    </w:p>
    <w:p>
      <w:r>
        <w:rPr>
          <w:rFonts w:ascii="Gentium Plus" w:hAnsi="Gentium Plus"/>
          <w:sz w:val="24"/>
        </w:rPr>
        <w:t>καθὼς γέγραπται, Τὸν Ἰακὼβ ἠγάπησα, τὸν δὲ Ἠσαῦ ἐμίσησα.</w:t>
      </w:r>
    </w:p>
    <w:p>
      <w:r>
        <w:rPr>
          <w:rFonts w:ascii="Courier New" w:hAnsi="Courier New"/>
          <w:color w:val="555555"/>
          <w:sz w:val="20"/>
        </w:rPr>
        <w:t>[Rom . 9 . 14]</w:t>
      </w:r>
    </w:p>
    <w:p>
      <w:r>
        <w:rPr>
          <w:rFonts w:ascii="Gentium Plus" w:hAnsi="Gentium Plus"/>
          <w:sz w:val="24"/>
        </w:rPr>
        <w:t>Τί οὖν ἐροῦμεν; μὴ ἀδικία παρὰ τῷ θεῷ; μὴ γένοιτο·</w:t>
      </w:r>
    </w:p>
    <w:p>
      <w:r>
        <w:rPr>
          <w:rFonts w:ascii="Courier New" w:hAnsi="Courier New"/>
          <w:color w:val="555555"/>
          <w:sz w:val="20"/>
        </w:rPr>
        <w:t>[Rom . 9 . 15]</w:t>
      </w:r>
    </w:p>
    <w:p>
      <w:r>
        <w:rPr>
          <w:rFonts w:ascii="Gentium Plus" w:hAnsi="Gentium Plus"/>
          <w:sz w:val="24"/>
        </w:rPr>
        <w:t>τῷ Μωϋσεῖ γὰρ λέγει, Ἐλεήσω ὃν ἂν ἐλεῶ, καὶ οἰκτιρήσω ὃν ἂν οἰκτίρω.</w:t>
      </w:r>
    </w:p>
    <w:p>
      <w:r>
        <w:rPr>
          <w:rFonts w:ascii="Courier New" w:hAnsi="Courier New"/>
          <w:color w:val="555555"/>
          <w:sz w:val="20"/>
        </w:rPr>
        <w:t>[Rom . 9 . 16]</w:t>
      </w:r>
    </w:p>
    <w:p>
      <w:r>
        <w:rPr>
          <w:rFonts w:ascii="Gentium Plus" w:hAnsi="Gentium Plus"/>
          <w:sz w:val="24"/>
        </w:rPr>
        <w:t>ἄρα οὖν οὐ τοῦ θέλοντος οὐδὲ τοῦ τρέχοντος, ἀλλὰ τοῦ ἐλεῶντος θεοῦ.</w:t>
      </w:r>
    </w:p>
    <w:p>
      <w:r>
        <w:rPr>
          <w:rFonts w:ascii="Courier New" w:hAnsi="Courier New"/>
          <w:color w:val="555555"/>
          <w:sz w:val="20"/>
        </w:rPr>
        <w:t>[Rom . 9 . 17]</w:t>
      </w:r>
    </w:p>
    <w:p>
      <w:r>
        <w:rPr>
          <w:rFonts w:ascii="Gentium Plus" w:hAnsi="Gentium Plus"/>
          <w:sz w:val="24"/>
        </w:rPr>
        <w:t>λέγει γὰρ ἡ γραφὴ τῷ Φαραὼ ὅτι Εἰς αὐτὸ τοῦτο ἐξήγειρά σε ὅπως ἐνδείξωμαι ἐν σοὶ τὴν δύναμίν μου, καὶ ὅπως διαγγελῇ τὸ ὄνομά μου ἐν πάσῃ τῇ γῇ.</w:t>
      </w:r>
    </w:p>
    <w:p>
      <w:r>
        <w:rPr>
          <w:rFonts w:ascii="Courier New" w:hAnsi="Courier New"/>
          <w:color w:val="555555"/>
          <w:sz w:val="20"/>
        </w:rPr>
        <w:t>[Rom . 9 . 18]</w:t>
      </w:r>
    </w:p>
    <w:p>
      <w:r>
        <w:rPr>
          <w:rFonts w:ascii="Gentium Plus" w:hAnsi="Gentium Plus"/>
          <w:sz w:val="24"/>
        </w:rPr>
        <w:t>ἄρα οὖν ὃν θέλει ἐλεεῖ, ὃν δὲ θέλει σκληρύνει.</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[Rom . 9 . 19]</w:t>
      </w:r>
    </w:p>
    <w:p>
      <w:r>
        <w:rPr>
          <w:rFonts w:ascii="Gentium Plus" w:hAnsi="Gentium Plus"/>
          <w:sz w:val="24"/>
        </w:rPr>
        <w:t>Ἐρεῖς μοι οὖν, Τί [οὖν] ἔτι μέμφεται; τῷ γὰρ βουλήματι αὐτοῦ τίς ἀνθέστηκεν;</w:t>
      </w:r>
    </w:p>
    <w:p>
      <w:r>
        <w:rPr>
          <w:rFonts w:ascii="Courier New" w:hAnsi="Courier New"/>
          <w:color w:val="555555"/>
          <w:sz w:val="20"/>
        </w:rPr>
        <w:t>[Rom . 9 . 20]</w:t>
      </w:r>
    </w:p>
    <w:p>
      <w:r>
        <w:rPr>
          <w:rFonts w:ascii="Gentium Plus" w:hAnsi="Gentium Plus"/>
          <w:sz w:val="24"/>
        </w:rPr>
        <w:t>ὦ ἄνθρωπε, με‐ νοῦνγε σὺ τίς εἶ ὁ ἀνταποκρινόμενος τῷ θεῷ; μὴ ἐρεῖ τὸ πλάσμα τῷ πλάσαντι, Τί με ἐποίησας οὕτως;</w:t>
      </w:r>
    </w:p>
    <w:p>
      <w:r>
        <w:rPr>
          <w:rFonts w:ascii="Courier New" w:hAnsi="Courier New"/>
          <w:color w:val="555555"/>
          <w:sz w:val="20"/>
        </w:rPr>
        <w:t>[Rom . 9 . 21]</w:t>
      </w:r>
    </w:p>
    <w:p>
      <w:r>
        <w:rPr>
          <w:rFonts w:ascii="Gentium Plus" w:hAnsi="Gentium Plus"/>
          <w:sz w:val="24"/>
        </w:rPr>
        <w:t>ἢ</w:t>
      </w:r>
    </w:p>
    <w:p>
      <w:r>
        <w:rPr>
          <w:rFonts w:ascii="Courier New" w:hAnsi="Courier New"/>
          <w:color w:val="555555"/>
          <w:sz w:val="20"/>
        </w:rPr>
        <w:t>[Rom . 9 . 22]</w:t>
      </w:r>
    </w:p>
    <w:p>
      <w:r>
        <w:rPr>
          <w:rFonts w:ascii="Gentium Plus" w:hAnsi="Gentium Plus"/>
          <w:sz w:val="24"/>
        </w:rPr>
        <w:t>εἰ δὲ θέλων ὁ θεὸς ἐνδείξασθαι τὴν ὀργὴν καὶ γνωρίσαι τὸ δυνατὸν αὐτοῦ ἤνεγκεν ἐν πολλῇ μακρο‐ θυμίᾳ σκεύη ὀργῆς κατηρτισμένα εἰς ἀπώλειαν,</w:t>
      </w:r>
    </w:p>
    <w:p>
      <w:r>
        <w:rPr>
          <w:rFonts w:ascii="Courier New" w:hAnsi="Courier New"/>
          <w:color w:val="555555"/>
          <w:sz w:val="20"/>
        </w:rPr>
        <w:t>[Rom . 9 . 23]</w:t>
      </w:r>
    </w:p>
    <w:p>
      <w:r>
        <w:rPr>
          <w:rFonts w:ascii="Gentium Plus" w:hAnsi="Gentium Plus"/>
          <w:sz w:val="24"/>
        </w:rPr>
        <w:t>καὶ ἵνα γνωρίσῃ τὸν πλοῦτον τῆς δόξης αὐτοῦ ἐπὶ σκεύη ἐλέους, ἃ προητοίμασεν εἰς δόξαν,</w:t>
      </w:r>
    </w:p>
    <w:p>
      <w:r>
        <w:rPr>
          <w:rFonts w:ascii="Courier New" w:hAnsi="Courier New"/>
          <w:color w:val="555555"/>
          <w:sz w:val="20"/>
        </w:rPr>
        <w:t>[Rom . 9 . 24]</w:t>
      </w:r>
    </w:p>
    <w:p>
      <w:r>
        <w:rPr>
          <w:rFonts w:ascii="Gentium Plus" w:hAnsi="Gentium Plus"/>
          <w:sz w:val="24"/>
        </w:rPr>
        <w:t>οὓς καὶ ἐκάλεσεν ἡμᾶς οὐ μόνον ἐξ Ἰουδαίων ἀλλὰ καὶ ἐξ ἐθνῶν;</w:t>
      </w:r>
    </w:p>
    <w:p>
      <w:r>
        <w:rPr>
          <w:rFonts w:ascii="Courier New" w:hAnsi="Courier New"/>
          <w:color w:val="555555"/>
          <w:sz w:val="20"/>
        </w:rPr>
        <w:t>[Rom . 9 . 25]</w:t>
      </w:r>
    </w:p>
    <w:p>
      <w:r>
        <w:rPr>
          <w:rFonts w:ascii="Gentium Plus" w:hAnsi="Gentium Plus"/>
          <w:sz w:val="24"/>
        </w:rPr>
        <w:t>ὡς καὶ ἐν τῷ Ὡσηὲ λέγει, Καλέσω τὸν οὐ λαόν μου λαόν μου καὶ τὴν οὐκ ἠγαπημένην ἠγαπημένην·</w:t>
      </w:r>
    </w:p>
    <w:p>
      <w:r>
        <w:rPr>
          <w:rFonts w:ascii="Courier New" w:hAnsi="Courier New"/>
          <w:color w:val="555555"/>
          <w:sz w:val="20"/>
        </w:rPr>
        <w:t>[Rom . 9 . 26]</w:t>
      </w:r>
    </w:p>
    <w:p>
      <w:r>
        <w:rPr>
          <w:rFonts w:ascii="Gentium Plus" w:hAnsi="Gentium Plus"/>
          <w:sz w:val="24"/>
        </w:rPr>
        <w:t>καὶ ἔσται ἐν τῷ τόπῳ οὗ ἐρρέθη αὐτοῖς, Οὐ λαός μου ὑμεῖς, ἐκεῖ κληθήσονται υἱοὶ θεοῦ ζῶντος.</w:t>
      </w:r>
    </w:p>
    <w:p>
      <w:r>
        <w:rPr>
          <w:rFonts w:ascii="Courier New" w:hAnsi="Courier New"/>
          <w:color w:val="555555"/>
          <w:sz w:val="20"/>
        </w:rPr>
        <w:t>[Rom . 9 . 27]</w:t>
      </w:r>
    </w:p>
    <w:p>
      <w:r>
        <w:rPr>
          <w:rFonts w:ascii="Gentium Plus" w:hAnsi="Gentium Plus"/>
          <w:sz w:val="24"/>
        </w:rPr>
        <w:t>Ἠσαΐας δὲ κράζει ὑπὲρ τοῦ Ἰσραήλ, Ἐὰν ᾖ ὁ ἀριθμὸς τῶν υἱῶν Ἰσραὴλ ὡς ἡ ἄμμος τῆς θαλάσσης, τὸ ὑπό‐ λειμμα σωθήσεται·</w:t>
      </w:r>
    </w:p>
    <w:p>
      <w:r>
        <w:rPr>
          <w:rFonts w:ascii="Courier New" w:hAnsi="Courier New"/>
          <w:color w:val="555555"/>
          <w:sz w:val="20"/>
        </w:rPr>
        <w:t>[Rom . 9 . 28]</w:t>
      </w:r>
    </w:p>
    <w:p>
      <w:r>
        <w:rPr>
          <w:rFonts w:ascii="Gentium Plus" w:hAnsi="Gentium Plus"/>
          <w:sz w:val="24"/>
        </w:rPr>
        <w:t>λόγον γὰρ συντελῶν καὶ συν‐ τέμνων ποιήσει κύριος ἐπὶ τῆς γῆς.</w:t>
      </w:r>
    </w:p>
    <w:p>
      <w:r>
        <w:rPr>
          <w:rFonts w:ascii="Courier New" w:hAnsi="Courier New"/>
          <w:color w:val="555555"/>
          <w:sz w:val="20"/>
        </w:rPr>
        <w:t>[Rom . 9 . 29]</w:t>
      </w:r>
    </w:p>
    <w:p>
      <w:r>
        <w:rPr>
          <w:rFonts w:ascii="Gentium Plus" w:hAnsi="Gentium Plus"/>
          <w:sz w:val="24"/>
        </w:rPr>
        <w:t>καὶ καθὼς προείρηκεν Ἠσαΐας, Εἰ μὴ κύριος Σαβαὼθ ἐγκατέλιπεν ἡμῖν σπέρμα, ὡς Σόδομα ἂν ἐγενήθημεν</w:t>
      </w:r>
    </w:p>
    <w:p>
      <w:r>
        <w:rPr>
          <w:rFonts w:ascii="Courier New" w:hAnsi="Courier New"/>
          <w:color w:val="555555"/>
          <w:sz w:val="20"/>
        </w:rPr>
        <w:t>[5]</w:t>
      </w:r>
    </w:p>
    <w:p>
      <w:r>
        <w:rPr>
          <w:rFonts w:ascii="Gentium Plus" w:hAnsi="Gentium Plus"/>
          <w:sz w:val="24"/>
        </w:rPr>
        <w:t>καὶ ὡς Γόμορρα ἂν ὡμοιώθημεν.</w:t>
      </w:r>
    </w:p>
    <w:p>
      <w:r>
        <w:rPr>
          <w:rFonts w:ascii="Courier New" w:hAnsi="Courier New"/>
          <w:color w:val="555555"/>
          <w:sz w:val="20"/>
        </w:rPr>
        <w:t>[Rom . 9 . 30]</w:t>
      </w:r>
    </w:p>
    <w:p>
      <w:r>
        <w:rPr>
          <w:rFonts w:ascii="Gentium Plus" w:hAnsi="Gentium Plus"/>
          <w:sz w:val="24"/>
        </w:rPr>
        <w:t>Τί οὖν ἐροῦμεν; ὅτι ἔθνη τὰ μὴ διώκοντα δικαιο‐ σύνην κατέλαβεν δικαιοσύνην, δικαιοσύνην δὲ τὴν ἐκ πίστεως·</w:t>
      </w:r>
    </w:p>
    <w:p>
      <w:r>
        <w:rPr>
          <w:rFonts w:ascii="Courier New" w:hAnsi="Courier New"/>
          <w:color w:val="555555"/>
          <w:sz w:val="20"/>
        </w:rPr>
        <w:t>[Rom . 9 . 31]</w:t>
      </w:r>
    </w:p>
    <w:p>
      <w:r>
        <w:rPr>
          <w:rFonts w:ascii="Gentium Plus" w:hAnsi="Gentium Plus"/>
          <w:sz w:val="24"/>
        </w:rPr>
        <w:t>Ἰσραὴλ δὲ διώκων νόμον δικαιοσύνης εἰς νόμον οὐκ ἔφθασεν.</w:t>
      </w:r>
    </w:p>
    <w:p>
      <w:r>
        <w:rPr>
          <w:rFonts w:ascii="Courier New" w:hAnsi="Courier New"/>
          <w:color w:val="555555"/>
          <w:sz w:val="20"/>
        </w:rPr>
        <w:t>[Rom . 9 . 32]</w:t>
      </w:r>
    </w:p>
    <w:p>
      <w:r>
        <w:rPr>
          <w:rFonts w:ascii="Gentium Plus" w:hAnsi="Gentium Plus"/>
          <w:sz w:val="24"/>
        </w:rPr>
        <w:t>διὰ τί; ὅτι οὐκ ἐκ πίστεως ἀλλ’ ὡς ἐξ ἔργων· προσέκοψαν τῷ λίθῳ τοῦ προσκόμματος,</w:t>
      </w:r>
    </w:p>
    <w:p>
      <w:r>
        <w:rPr>
          <w:rFonts w:ascii="Courier New" w:hAnsi="Courier New"/>
          <w:color w:val="555555"/>
          <w:sz w:val="20"/>
        </w:rPr>
        <w:t>[Rom . 9 . 33]</w:t>
      </w:r>
    </w:p>
    <w:p>
      <w:r>
        <w:rPr>
          <w:rFonts w:ascii="Gentium Plus" w:hAnsi="Gentium Plus"/>
          <w:sz w:val="24"/>
        </w:rPr>
        <w:t>καθὼς γέγραπται, Ἰδοὺ τίθημι ἐν Σιὼν λίθον προσκόμματος καὶ πέτραν σκανδάλου, καὶ ὁ πιστεύων ἐπ’ αὐτῷ οὐ καταισχυνθήσεται.</w:t>
      </w:r>
    </w:p>
    <w:p>
      <w:r>
        <w:rPr>
          <w:rFonts w:ascii="Courier New" w:hAnsi="Courier New"/>
          <w:color w:val="555555"/>
          <w:sz w:val="20"/>
        </w:rPr>
        <w:t>[Rom . 10 . 1]</w:t>
      </w:r>
    </w:p>
    <w:p>
      <w:r>
        <w:rPr>
          <w:rFonts w:ascii="Gentium Plus" w:hAnsi="Gentium Plus"/>
          <w:sz w:val="24"/>
        </w:rPr>
        <w:t>Ἀδελφοί, ἡ μὲν εὐδοκία τῆς ἐμῆς καρδίας καὶ ἡ δέησις πρὸς τὸν θεὸν ὑπὲρ αὐτῶν εἰς σωτηρίαν.</w:t>
      </w:r>
    </w:p>
    <w:p>
      <w:r>
        <w:rPr>
          <w:rFonts w:ascii="Courier New" w:hAnsi="Courier New"/>
          <w:color w:val="555555"/>
          <w:sz w:val="20"/>
        </w:rPr>
        <w:t>[Rom . 10 . 2]</w:t>
      </w:r>
    </w:p>
    <w:p>
      <w:r>
        <w:rPr>
          <w:rFonts w:ascii="Gentium Plus" w:hAnsi="Gentium Plus"/>
          <w:sz w:val="24"/>
        </w:rPr>
        <w:t>μαρτυρῶ γὰρ αὐτοῖς ὅτι ζῆλον θεοῦ ἔχουσιν, ἀλλ’ οὐ κατ’ ἐπίγνωσιν·</w:t>
      </w:r>
    </w:p>
    <w:p>
      <w:r>
        <w:rPr>
          <w:rFonts w:ascii="Courier New" w:hAnsi="Courier New"/>
          <w:color w:val="555555"/>
          <w:sz w:val="20"/>
        </w:rPr>
        <w:t>[Rom . 10 . 3]</w:t>
      </w:r>
    </w:p>
    <w:p>
      <w:r>
        <w:rPr>
          <w:rFonts w:ascii="Gentium Plus" w:hAnsi="Gentium Plus"/>
          <w:sz w:val="24"/>
        </w:rPr>
        <w:t>ἀγνοοῦντες γὰρ τὴν τοῦ θεοῦ δικαιοσύνην, καὶ τὴν ἰδίαν ζητοῦντες στῆσαι, τῇ δικαιοσύνῃ τοῦ θεοῦ οὐχ ὑπετάγησαν·</w:t>
      </w:r>
    </w:p>
    <w:p>
      <w:r>
        <w:rPr>
          <w:rFonts w:ascii="Courier New" w:hAnsi="Courier New"/>
          <w:color w:val="555555"/>
          <w:sz w:val="20"/>
        </w:rPr>
        <w:t>[Rom . 10 . 4]</w:t>
      </w:r>
    </w:p>
    <w:p>
      <w:r>
        <w:rPr>
          <w:rFonts w:ascii="Gentium Plus" w:hAnsi="Gentium Plus"/>
          <w:sz w:val="24"/>
        </w:rPr>
        <w:t>τέλος γὰρ νόμου Χριστὸς εἰς δικαιοσύνην παντὶ τῷ πιστεύοντι.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10 . 5]</w:t>
      </w:r>
    </w:p>
    <w:p>
      <w:r>
        <w:rPr>
          <w:rFonts w:ascii="Gentium Plus" w:hAnsi="Gentium Plus"/>
          <w:sz w:val="24"/>
        </w:rPr>
        <w:t>Μωϋσῆς γὰρ γράφει τὴν δικαιοσύνην τὴν ἐκ τοῦ νόμου ὅτι ὁ ποιήσας ἄνθρωπος ζήσεται ἐν αὐτῇ.</w:t>
      </w:r>
    </w:p>
    <w:p>
      <w:r>
        <w:rPr>
          <w:rFonts w:ascii="Courier New" w:hAnsi="Courier New"/>
          <w:color w:val="555555"/>
          <w:sz w:val="20"/>
        </w:rPr>
        <w:t>[Rom . 10 . 6]</w:t>
      </w:r>
    </w:p>
    <w:p>
      <w:r>
        <w:rPr>
          <w:rFonts w:ascii="Gentium Plus" w:hAnsi="Gentium Plus"/>
          <w:sz w:val="24"/>
        </w:rPr>
        <w:t>ἡ δὲ ἐκ πίστεως δικαιοσύνη οὕτως λέγει, Μὴ εἴπῃς ἐν τῇ καρδίᾳ σου, Τίς ἀναβήσεται εἰς τὸν οὐρανόν; τοῦτ’ ἔστιν Χριστὸν καταγαγεῖν·</w:t>
      </w:r>
    </w:p>
    <w:p>
      <w:r>
        <w:rPr>
          <w:rFonts w:ascii="Courier New" w:hAnsi="Courier New"/>
          <w:color w:val="555555"/>
          <w:sz w:val="20"/>
        </w:rPr>
        <w:t>[Rom . 10 . 7]</w:t>
      </w:r>
    </w:p>
    <w:p>
      <w:r>
        <w:rPr>
          <w:rFonts w:ascii="Gentium Plus" w:hAnsi="Gentium Plus"/>
          <w:sz w:val="24"/>
        </w:rPr>
        <w:t>ἤ, Τίς καταβήσεται εἰς τὴν ἄβυσσον; τοῦτ’ ἔστιν Χριστὸν ἐκ νεκρῶν ἀνα‐ γαγεῖν.</w:t>
      </w:r>
    </w:p>
    <w:p>
      <w:r>
        <w:rPr>
          <w:rFonts w:ascii="Courier New" w:hAnsi="Courier New"/>
          <w:color w:val="555555"/>
          <w:sz w:val="20"/>
        </w:rPr>
        <w:t>[Rom . 10 . 8]</w:t>
      </w:r>
    </w:p>
    <w:p>
      <w:r>
        <w:rPr>
          <w:rFonts w:ascii="Gentium Plus" w:hAnsi="Gentium Plus"/>
          <w:sz w:val="24"/>
        </w:rPr>
        <w:t>ἀλλὰ τί λέγει; Ἐγγύς σου τὸ ῥῆμά ἐστιν, ἐν τῷ στόματί σου καὶ ἐν τῇ καρδίᾳ σου· τοῦτ’ ἔστιν τὸ ῥῆμα τῆς πίστεως ὃ κηρύσσομεν.</w:t>
      </w:r>
    </w:p>
    <w:p>
      <w:r>
        <w:rPr>
          <w:rFonts w:ascii="Courier New" w:hAnsi="Courier New"/>
          <w:color w:val="555555"/>
          <w:sz w:val="20"/>
        </w:rPr>
        <w:t>[Rom . 10 . 9]</w:t>
      </w:r>
    </w:p>
    <w:p>
      <w:r>
        <w:rPr>
          <w:rFonts w:ascii="Gentium Plus" w:hAnsi="Gentium Plus"/>
          <w:sz w:val="24"/>
        </w:rPr>
        <w:t>ὅτι ἐὰν ὁμολογήσῃς ἐν τῷ στόματί σου κύριον Ἰησοῦν, καὶ πιστεύσῃς ἐν τῇ καρδίᾳ σου ὅτι ὁ θεὸς αὐτὸν ἤγειρεν ἐκ νεκρῶν, σωθήσῃ·</w:t>
      </w:r>
    </w:p>
    <w:p>
      <w:r>
        <w:rPr>
          <w:rFonts w:ascii="Courier New" w:hAnsi="Courier New"/>
          <w:color w:val="555555"/>
          <w:sz w:val="20"/>
        </w:rPr>
        <w:t>[Rom . 10 . 10]</w:t>
      </w:r>
    </w:p>
    <w:p>
      <w:r>
        <w:rPr>
          <w:rFonts w:ascii="Gentium Plus" w:hAnsi="Gentium Plus"/>
          <w:sz w:val="24"/>
        </w:rPr>
        <w:t>καρδίᾳ γὰρ πιστεύεται εἰς δικαιο‐ σύνην, στόματι δὲ ὁμολογεῖται εἰς σωτηρίαν.</w:t>
      </w:r>
    </w:p>
    <w:p>
      <w:r>
        <w:rPr>
          <w:rFonts w:ascii="Courier New" w:hAnsi="Courier New"/>
          <w:color w:val="555555"/>
          <w:sz w:val="20"/>
        </w:rPr>
        <w:t>[Rom . 10 . 11]</w:t>
      </w:r>
    </w:p>
    <w:p>
      <w:r>
        <w:rPr>
          <w:rFonts w:ascii="Gentium Plus" w:hAnsi="Gentium Plus"/>
          <w:sz w:val="24"/>
        </w:rPr>
        <w:t>λέγει γὰρ ἡ γραφή, Πᾶς ὁ πιστεύων ἐπ’ αὐτῷ οὐ καταισχυνθή‐ σεται.</w:t>
      </w:r>
    </w:p>
    <w:p>
      <w:r>
        <w:rPr>
          <w:rFonts w:ascii="Courier New" w:hAnsi="Courier New"/>
          <w:color w:val="555555"/>
          <w:sz w:val="20"/>
        </w:rPr>
        <w:t>[Rom . 10 . 12]</w:t>
      </w:r>
    </w:p>
    <w:p>
      <w:r>
        <w:rPr>
          <w:rFonts w:ascii="Gentium Plus" w:hAnsi="Gentium Plus"/>
          <w:sz w:val="24"/>
        </w:rPr>
        <w:t>οὐ γάρ ἐστιν διαστολὴ Ἰουδαίου τε καὶ Ἕλλη‐ νος, ὁ γὰρ αὐτὸς κύριος πάντων, πλουτῶν εἰς πάντας τοὺς ἐπικαλουμένους αὐτόν·</w:t>
      </w:r>
    </w:p>
    <w:p>
      <w:r>
        <w:rPr>
          <w:rFonts w:ascii="Courier New" w:hAnsi="Courier New"/>
          <w:color w:val="555555"/>
          <w:sz w:val="20"/>
        </w:rPr>
        <w:t>[Rom . 10 . 13]</w:t>
      </w:r>
    </w:p>
    <w:p>
      <w:r>
        <w:rPr>
          <w:rFonts w:ascii="Gentium Plus" w:hAnsi="Gentium Plus"/>
          <w:sz w:val="24"/>
        </w:rPr>
        <w:t>Πᾶς γὰρ ὃς ἂν ἐπικαλέσηται τὸ ὄνομα κυρίου σωθήσεται.</w:t>
      </w:r>
    </w:p>
    <w:p>
      <w:r>
        <w:rPr>
          <w:rFonts w:ascii="Courier New" w:hAnsi="Courier New"/>
          <w:color w:val="555555"/>
          <w:sz w:val="20"/>
        </w:rPr>
        <w:t>[Rom . 10 . 14]</w:t>
      </w:r>
    </w:p>
    <w:p>
      <w:r>
        <w:rPr>
          <w:rFonts w:ascii="Gentium Plus" w:hAnsi="Gentium Plus"/>
          <w:sz w:val="24"/>
        </w:rPr>
        <w:t>Πῶς οὖν ἐπικαλέσωνται εἰς ὃν οὐκ ἐπίστευσαν; πῶς δὲ πιστεύσωσιν οὗ οὐκ ἤκουσαν; πῶς δὲ ἀκούσωσιν χωρὶς κηρύσσοντος;</w:t>
      </w:r>
    </w:p>
    <w:p>
      <w:r>
        <w:rPr>
          <w:rFonts w:ascii="Courier New" w:hAnsi="Courier New"/>
          <w:color w:val="555555"/>
          <w:sz w:val="20"/>
        </w:rPr>
        <w:t>[Rom . 10 . 15]</w:t>
      </w:r>
    </w:p>
    <w:p>
      <w:r>
        <w:rPr>
          <w:rFonts w:ascii="Gentium Plus" w:hAnsi="Gentium Plus"/>
          <w:sz w:val="24"/>
        </w:rPr>
        <w:t>πῶς δὲ κηρύξωσιν ἐὰν μὴ ἀποσταλῶσιν; καθὼς γέγραπται, Ὡς ὡραῖοι οἱ πόδες τῶν εὐαγγελιζομένων ἀγαθά.</w:t>
      </w:r>
    </w:p>
    <w:p>
      <w:r>
        <w:rPr>
          <w:rFonts w:ascii="Courier New" w:hAnsi="Courier New"/>
          <w:color w:val="555555"/>
          <w:sz w:val="20"/>
        </w:rPr>
        <w:t>[Rom . 10 . 16]</w:t>
      </w:r>
    </w:p>
    <w:p>
      <w:r>
        <w:rPr>
          <w:rFonts w:ascii="Gentium Plus" w:hAnsi="Gentium Plus"/>
          <w:sz w:val="24"/>
        </w:rPr>
        <w:t>Ἀλλ’ οὐ πάντες ὑπή‐ κουσαν τῷ εὐαγγελίῳ· Ἠσαΐας γὰρ λέγει, Κύριε, τίς ἐπίστευσεν τῇ ἀκοῇ ἡμῶν;</w:t>
      </w:r>
    </w:p>
    <w:p>
      <w:r>
        <w:rPr>
          <w:rFonts w:ascii="Courier New" w:hAnsi="Courier New"/>
          <w:color w:val="555555"/>
          <w:sz w:val="20"/>
        </w:rPr>
        <w:t>[Rom . 10 . 17]</w:t>
      </w:r>
    </w:p>
    <w:p>
      <w:r>
        <w:rPr>
          <w:rFonts w:ascii="Gentium Plus" w:hAnsi="Gentium Plus"/>
          <w:sz w:val="24"/>
        </w:rPr>
        <w:t>ἄρα ἡ πίστις ἐξ ἀκοῆς, ἡ δὲ ἀκοὴ διὰ ῥήματος Χριστοῦ.</w:t>
      </w:r>
    </w:p>
    <w:p>
      <w:r>
        <w:rPr>
          <w:rFonts w:ascii="Courier New" w:hAnsi="Courier New"/>
          <w:color w:val="555555"/>
          <w:sz w:val="20"/>
        </w:rPr>
        <w:t>[Rom . 10 . 18]</w:t>
      </w:r>
    </w:p>
    <w:p>
      <w:r>
        <w:rPr>
          <w:rFonts w:ascii="Gentium Plus" w:hAnsi="Gentium Plus"/>
          <w:sz w:val="24"/>
        </w:rPr>
        <w:t>ἀλλὰ λέγω, μὴ</w:t>
      </w:r>
    </w:p>
    <w:p>
      <w:r>
        <w:rPr>
          <w:rFonts w:ascii="Courier New" w:hAnsi="Courier New"/>
          <w:color w:val="555555"/>
          <w:sz w:val="20"/>
        </w:rPr>
        <w:t>[5]</w:t>
      </w:r>
    </w:p>
    <w:p>
      <w:r>
        <w:rPr>
          <w:rFonts w:ascii="Gentium Plus" w:hAnsi="Gentium Plus"/>
          <w:sz w:val="24"/>
        </w:rPr>
        <w:t>αὐτῶν.</w:t>
      </w:r>
    </w:p>
    <w:p>
      <w:r>
        <w:rPr>
          <w:rFonts w:ascii="Courier New" w:hAnsi="Courier New"/>
          <w:color w:val="555555"/>
          <w:sz w:val="20"/>
        </w:rPr>
        <w:t>[Rom . 10 . 19]</w:t>
      </w:r>
    </w:p>
    <w:p>
      <w:r>
        <w:rPr>
          <w:rFonts w:ascii="Gentium Plus" w:hAnsi="Gentium Plus"/>
          <w:sz w:val="24"/>
        </w:rPr>
        <w:t>ἀλλὰ λέγω, μὴ Ἰσραὴλ οὐκ ἔγνω; πρῶτος Μωϋσῆς λέγει, Ἐγὼ παραζηλώσω ὑμᾶς ἐπ’ οὐκ ἔθνει, ἐπ’ ἔθνει ἀσυνέτῳ παροργιῶ ὑμᾶς.</w:t>
      </w:r>
    </w:p>
    <w:p>
      <w:r>
        <w:rPr>
          <w:rFonts w:ascii="Courier New" w:hAnsi="Courier New"/>
          <w:color w:val="555555"/>
          <w:sz w:val="20"/>
        </w:rPr>
        <w:t>[Rom . 10 . 20]</w:t>
      </w:r>
    </w:p>
    <w:p>
      <w:r>
        <w:rPr>
          <w:rFonts w:ascii="Gentium Plus" w:hAnsi="Gentium Plus"/>
          <w:sz w:val="24"/>
        </w:rPr>
        <w:t>Ἠσαΐας δὲ ἀποτολμᾷ καὶ λέγει, Εὑρέθην [ἐν] τοῖς ἐμὲ μὴ ζητοῦσιν, ἐμφανὴς ἐγενόμην τοῖς ἐμὲ μὴ ἐπερωτῶσιν.</w:t>
      </w:r>
    </w:p>
    <w:p>
      <w:r>
        <w:rPr>
          <w:rFonts w:ascii="Courier New" w:hAnsi="Courier New"/>
          <w:color w:val="555555"/>
          <w:sz w:val="20"/>
        </w:rPr>
        <w:t>[Rom . 10 . 21]</w:t>
      </w:r>
    </w:p>
    <w:p>
      <w:r>
        <w:rPr>
          <w:rFonts w:ascii="Gentium Plus" w:hAnsi="Gentium Plus"/>
          <w:sz w:val="24"/>
        </w:rPr>
        <w:t>πρὸς δὲ τὸν Ἰσραὴλ λέγει, Ὅλην τὴν ἡμέραν ἐξεπέ‐ τασα τὰς χεῖράς μου πρὸς λαὸν ἀπειθοῦντα καὶ ἀντι‐ λέγοντα.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11 . 1]</w:t>
      </w:r>
    </w:p>
    <w:p>
      <w:r>
        <w:rPr>
          <w:rFonts w:ascii="Gentium Plus" w:hAnsi="Gentium Plus"/>
          <w:sz w:val="24"/>
        </w:rPr>
        <w:t>Λέγω οὖν, μὴ ἀπώσατο ὁ θεὸς τὸν λαὸν αὐτοῦ; μὴ γένοιτο· καὶ γὰρ ἐγὼ Ἰσραηλίτης εἰμί, ἐκ σπέρματος Ἀβραάμ, φυλῆς Βενιαμείν.</w:t>
      </w:r>
    </w:p>
    <w:p>
      <w:r>
        <w:rPr>
          <w:rFonts w:ascii="Courier New" w:hAnsi="Courier New"/>
          <w:color w:val="555555"/>
          <w:sz w:val="20"/>
        </w:rPr>
        <w:t>[Rom . 11 . 2]</w:t>
      </w:r>
    </w:p>
    <w:p>
      <w:r>
        <w:rPr>
          <w:rFonts w:ascii="Gentium Plus" w:hAnsi="Gentium Plus"/>
          <w:sz w:val="24"/>
        </w:rPr>
        <w:t>οὐκ ἀπώσατο ὁ θεὸς τὸν λαὸν αὐτοῦ ὃν προέγνω. ἢ οὐκ οἴδατε ἐν Ἠλίᾳ τί λέγει ἡ γραφή; ὡς ἐντυγχάνει τῷ θεῷ κατὰ τοῦ Ἰσραήλ,</w:t>
      </w:r>
    </w:p>
    <w:p>
      <w:r>
        <w:rPr>
          <w:rFonts w:ascii="Courier New" w:hAnsi="Courier New"/>
          <w:color w:val="555555"/>
          <w:sz w:val="20"/>
        </w:rPr>
        <w:t>[Rom . 11 . 3]</w:t>
      </w:r>
    </w:p>
    <w:p>
      <w:r>
        <w:rPr>
          <w:rFonts w:ascii="Gentium Plus" w:hAnsi="Gentium Plus"/>
          <w:sz w:val="24"/>
        </w:rPr>
        <w:t>Κύριε, τοὺς προφήτας σου ἀπέκτειναν, τὰ θυσιαστήριά σου κατέσκαψαν, κἀγὼ ὑπελείφθην μόνος, καὶ ζητοῦσιν τὴν ψυχήν μου.</w:t>
      </w:r>
    </w:p>
    <w:p>
      <w:r>
        <w:rPr>
          <w:rFonts w:ascii="Courier New" w:hAnsi="Courier New"/>
          <w:color w:val="555555"/>
          <w:sz w:val="20"/>
        </w:rPr>
        <w:t>[Rom . 11 . 4]</w:t>
      </w:r>
    </w:p>
    <w:p>
      <w:r>
        <w:rPr>
          <w:rFonts w:ascii="Gentium Plus" w:hAnsi="Gentium Plus"/>
          <w:sz w:val="24"/>
        </w:rPr>
        <w:t>ἀλλὰ τί λέγει αὐτῷ ὁ χρηματισμός; Κατέλιπον ἐμαυτῷ ἑπτακισχιλίους ἄνδρας, οἵτινες οὐκ ἔκαμψαν γόνυ τῇ Βάαλ.</w:t>
      </w:r>
    </w:p>
    <w:p>
      <w:r>
        <w:rPr>
          <w:rFonts w:ascii="Courier New" w:hAnsi="Courier New"/>
          <w:color w:val="555555"/>
          <w:sz w:val="20"/>
        </w:rPr>
        <w:t>[Rom . 11 . 5]</w:t>
      </w:r>
    </w:p>
    <w:p>
      <w:r>
        <w:rPr>
          <w:rFonts w:ascii="Gentium Plus" w:hAnsi="Gentium Plus"/>
          <w:sz w:val="24"/>
        </w:rPr>
        <w:t>οὕτως οὖν καὶ ἐν τῷ νῦν καιρῷ λεῖμμα κατ’ ἐκλογὴν χάριτος γέγονεν·</w:t>
      </w:r>
    </w:p>
    <w:p>
      <w:r>
        <w:rPr>
          <w:rFonts w:ascii="Courier New" w:hAnsi="Courier New"/>
          <w:color w:val="555555"/>
          <w:sz w:val="20"/>
        </w:rPr>
        <w:t>[Rom . 11 . 6]</w:t>
      </w:r>
    </w:p>
    <w:p>
      <w:r>
        <w:rPr>
          <w:rFonts w:ascii="Gentium Plus" w:hAnsi="Gentium Plus"/>
          <w:sz w:val="24"/>
        </w:rPr>
        <w:t>εἰ δὲ χάριτι, οὐκέτι ἐξ ἔργων, ἐπεὶ ἡ χάρις οὐκέτι γίνεται χάρις.</w:t>
      </w:r>
    </w:p>
    <w:p>
      <w:r>
        <w:rPr>
          <w:rFonts w:ascii="Courier New" w:hAnsi="Courier New"/>
          <w:color w:val="555555"/>
          <w:sz w:val="20"/>
        </w:rPr>
        <w:t>[Rom . 11 . 7]</w:t>
      </w:r>
    </w:p>
    <w:p>
      <w:r>
        <w:rPr>
          <w:rFonts w:ascii="Gentium Plus" w:hAnsi="Gentium Plus"/>
          <w:sz w:val="24"/>
        </w:rPr>
        <w:t>τί οὖν; ὃ ἐπιζητεῖ Ἰσραήλ, τοῦτο οὐκ ἐπέτυχεν, ἡ δὲ ἐκλογὴ ἐπέτυχεν· οἱ δὲ λοιποὶ ἐπωρώθησαν,</w:t>
      </w:r>
    </w:p>
    <w:p>
      <w:r>
        <w:rPr>
          <w:rFonts w:ascii="Courier New" w:hAnsi="Courier New"/>
          <w:color w:val="555555"/>
          <w:sz w:val="20"/>
        </w:rPr>
        <w:t>[Rom . 11 . 8]</w:t>
      </w:r>
    </w:p>
    <w:p>
      <w:r>
        <w:rPr>
          <w:rFonts w:ascii="Gentium Plus" w:hAnsi="Gentium Plus"/>
          <w:sz w:val="24"/>
        </w:rPr>
        <w:t>καθὼς γέγραπται, Ἔδωκεν αὐτοῖς ὁ θεὸς πνεῦμα κατανύξεως, ὀφθαλμοὺς τοῦ μὴ βλέπειν</w:t>
      </w:r>
    </w:p>
    <w:p>
      <w:r>
        <w:rPr>
          <w:rFonts w:ascii="Courier New" w:hAnsi="Courier New"/>
          <w:color w:val="555555"/>
          <w:sz w:val="20"/>
        </w:rPr>
        <w:t>[5]</w:t>
      </w:r>
    </w:p>
    <w:p>
      <w:r>
        <w:rPr>
          <w:rFonts w:ascii="Gentium Plus" w:hAnsi="Gentium Plus"/>
          <w:sz w:val="24"/>
        </w:rPr>
        <w:t>καὶ ὦτα τοῦ μὴ ἀκούειν, ἕως τῆς σήμερον ἡμέρας.</w:t>
      </w:r>
    </w:p>
    <w:p>
      <w:r>
        <w:rPr>
          <w:rFonts w:ascii="Courier New" w:hAnsi="Courier New"/>
          <w:color w:val="555555"/>
          <w:sz w:val="20"/>
        </w:rPr>
        <w:t>[Rom . 11 . 9]</w:t>
      </w:r>
    </w:p>
    <w:p>
      <w:r>
        <w:rPr>
          <w:rFonts w:ascii="Gentium Plus" w:hAnsi="Gentium Plus"/>
          <w:sz w:val="24"/>
        </w:rPr>
        <w:t>καὶ Δαυὶδ λέγει, Γενηθήτω ἡ τράπεζα αὐτῶν εἰς παγίδα καὶ εἰς θήραν καὶ εἰς σκάνδαλον καὶ εἰς ἀνταπόδομα αὐτοῖς,</w:t>
      </w:r>
    </w:p>
    <w:p>
      <w:r>
        <w:rPr>
          <w:rFonts w:ascii="Courier New" w:hAnsi="Courier New"/>
          <w:color w:val="555555"/>
          <w:sz w:val="20"/>
        </w:rPr>
        <w:t>[Rom . 11 . 10]</w:t>
      </w:r>
    </w:p>
    <w:p>
      <w:r>
        <w:rPr>
          <w:rFonts w:ascii="Gentium Plus" w:hAnsi="Gentium Plus"/>
          <w:sz w:val="24"/>
        </w:rPr>
        <w:t>σκοτισθήτωσαν οἱ ὀφθαλμοὶ αὐτῶν τοῦ μὴ βλέπειν, καὶ τὸν νῶτον αὐτῶν διὰ παντὸς σύγκαμψον.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11 . 11]</w:t>
      </w:r>
    </w:p>
    <w:p>
      <w:r>
        <w:rPr>
          <w:rFonts w:ascii="Gentium Plus" w:hAnsi="Gentium Plus"/>
          <w:sz w:val="24"/>
        </w:rPr>
        <w:t>Λέγω οὖν, μὴ ἔπταισαν ἵνα πέσωσιν; μὴ γένοιτο· ἀλλὰ τῷ αὐτῶν παραπτώματι ἡ σωτηρία τοῖς ἔθνεσιν, εἰς τὸ παραζηλῶσαι αὐτούς.</w:t>
      </w:r>
    </w:p>
    <w:p>
      <w:r>
        <w:rPr>
          <w:rFonts w:ascii="Courier New" w:hAnsi="Courier New"/>
          <w:color w:val="555555"/>
          <w:sz w:val="20"/>
        </w:rPr>
        <w:t>[Rom . 11 . 12]</w:t>
      </w:r>
    </w:p>
    <w:p>
      <w:r>
        <w:rPr>
          <w:rFonts w:ascii="Gentium Plus" w:hAnsi="Gentium Plus"/>
          <w:sz w:val="24"/>
        </w:rPr>
        <w:t>εἰ δὲ τὸ παράπτωμα αὐτῶν πλοῦτος κόσμου καὶ τὸ ἥττημα αὐτῶν πλοῦτος</w:t>
      </w:r>
    </w:p>
    <w:p>
      <w:r>
        <w:rPr>
          <w:rFonts w:ascii="Courier New" w:hAnsi="Courier New"/>
          <w:color w:val="555555"/>
          <w:sz w:val="20"/>
        </w:rPr>
        <w:t>[Rom . 11 . 13]</w:t>
      </w:r>
    </w:p>
    <w:p>
      <w:r>
        <w:rPr>
          <w:rFonts w:ascii="Gentium Plus" w:hAnsi="Gentium Plus"/>
          <w:sz w:val="24"/>
        </w:rPr>
        <w:t>Ὑμῖν δὲ λέγω τοῖς ἔθνεσιν. ἐφ’ ὅσον μὲν οὖν εἰμι ἐγὼ ἐθνῶν ἀπόστολος, τὴν διακονίαν μου δοξάζω,</w:t>
      </w:r>
    </w:p>
    <w:p>
      <w:r>
        <w:rPr>
          <w:rFonts w:ascii="Courier New" w:hAnsi="Courier New"/>
          <w:color w:val="555555"/>
          <w:sz w:val="20"/>
        </w:rPr>
        <w:t>[Rom . 11 . 14]</w:t>
      </w:r>
    </w:p>
    <w:p>
      <w:r>
        <w:rPr>
          <w:rFonts w:ascii="Gentium Plus" w:hAnsi="Gentium Plus"/>
          <w:sz w:val="24"/>
        </w:rPr>
        <w:t>εἴ πως παραζηλώσω μου τὴν σάρκα καὶ σώσω τινὰς ἐξ αὐτῶν.</w:t>
      </w:r>
    </w:p>
    <w:p>
      <w:r>
        <w:rPr>
          <w:rFonts w:ascii="Courier New" w:hAnsi="Courier New"/>
          <w:color w:val="555555"/>
          <w:sz w:val="20"/>
        </w:rPr>
        <w:t>[Rom . 11 . 15]</w:t>
      </w:r>
    </w:p>
    <w:p>
      <w:r>
        <w:rPr>
          <w:rFonts w:ascii="Gentium Plus" w:hAnsi="Gentium Plus"/>
          <w:sz w:val="24"/>
        </w:rPr>
        <w:t>εἰ γὰρ ἡ ἀποβολὴ αὐτῶν καταλλαγὴ κόσμου, τίς ἡ πρόσλημψις εἰ μὴ ζωὴ ἐκ νεκρῶν;</w:t>
      </w:r>
    </w:p>
    <w:p>
      <w:r>
        <w:rPr>
          <w:rFonts w:ascii="Courier New" w:hAnsi="Courier New"/>
          <w:color w:val="555555"/>
          <w:sz w:val="20"/>
        </w:rPr>
        <w:t>[Rom . 11 . 16]</w:t>
      </w:r>
    </w:p>
    <w:p>
      <w:r>
        <w:rPr>
          <w:rFonts w:ascii="Gentium Plus" w:hAnsi="Gentium Plus"/>
          <w:sz w:val="24"/>
        </w:rPr>
        <w:t>εἰ δὲ ἡ ἀπαρχὴ ἁγία, καὶ τὸ φύραμα· καὶ εἰ ἡ ῥίζα ἁγία, καὶ οἱ κλάδοι.</w:t>
      </w:r>
    </w:p>
    <w:p>
      <w:r>
        <w:rPr>
          <w:rFonts w:ascii="Courier New" w:hAnsi="Courier New"/>
          <w:color w:val="555555"/>
          <w:sz w:val="20"/>
        </w:rPr>
        <w:t>[Rom . 11 . 17]</w:t>
      </w:r>
    </w:p>
    <w:p>
      <w:r>
        <w:rPr>
          <w:rFonts w:ascii="Gentium Plus" w:hAnsi="Gentium Plus"/>
          <w:sz w:val="24"/>
        </w:rPr>
        <w:t>Εἰ δέ τινες τῶν κλάδων ἐξεκλάσθησαν, σὺ δὲ ἀγριέλαιος ὢν ἐνεκεντρίσθης ἐν αὐτοῖς καὶ συγκοινωνὸς τῆς ῥίζης τῆς πιότητος τῆς ἐλαίας ἐγένου,</w:t>
      </w:r>
    </w:p>
    <w:p>
      <w:r>
        <w:rPr>
          <w:rFonts w:ascii="Courier New" w:hAnsi="Courier New"/>
          <w:color w:val="555555"/>
          <w:sz w:val="20"/>
        </w:rPr>
        <w:t>[Rom . 11 . 18]</w:t>
      </w:r>
    </w:p>
    <w:p>
      <w:r>
        <w:rPr>
          <w:rFonts w:ascii="Gentium Plus" w:hAnsi="Gentium Plus"/>
          <w:sz w:val="24"/>
        </w:rPr>
        <w:t>μὴ κατα‐ καυχῶ τῶν κλάδων· εἰ δὲ κατακαυχᾶσαι, οὐ σὺ τὴν ῥίζαν βαστάζεις ἀλλὰ ἡ ῥίζα σέ.</w:t>
      </w:r>
    </w:p>
    <w:p>
      <w:r>
        <w:rPr>
          <w:rFonts w:ascii="Courier New" w:hAnsi="Courier New"/>
          <w:color w:val="555555"/>
          <w:sz w:val="20"/>
        </w:rPr>
        <w:t>[Rom . 11 . 19]</w:t>
      </w:r>
    </w:p>
    <w:p>
      <w:r>
        <w:rPr>
          <w:rFonts w:ascii="Gentium Plus" w:hAnsi="Gentium Plus"/>
          <w:sz w:val="24"/>
        </w:rPr>
        <w:t>ἐρεῖς οὖν, Ἐξεκλά‐ σθησαν κλάδοι ἵνα ἐγὼ ἐγκεντρισθῶ.</w:t>
      </w:r>
    </w:p>
    <w:p>
      <w:r>
        <w:rPr>
          <w:rFonts w:ascii="Courier New" w:hAnsi="Courier New"/>
          <w:color w:val="555555"/>
          <w:sz w:val="20"/>
        </w:rPr>
        <w:t>[Rom . 11 . 20]</w:t>
      </w:r>
    </w:p>
    <w:p>
      <w:r>
        <w:rPr>
          <w:rFonts w:ascii="Gentium Plus" w:hAnsi="Gentium Plus"/>
          <w:sz w:val="24"/>
        </w:rPr>
        <w:t>καλῶς· τῇ ἀπιστίᾳ ἐξεκλάσθησαν, σὺ δὲ τῇ πίστει ἕστηκας. μὴ ὑψηλὰ φρόνει, ἀλλὰ φοβοῦ·</w:t>
      </w:r>
    </w:p>
    <w:p>
      <w:r>
        <w:rPr>
          <w:rFonts w:ascii="Courier New" w:hAnsi="Courier New"/>
          <w:color w:val="555555"/>
          <w:sz w:val="20"/>
        </w:rPr>
        <w:t>[Rom . 11 . 21]</w:t>
      </w:r>
    </w:p>
    <w:p>
      <w:r>
        <w:rPr>
          <w:rFonts w:ascii="Gentium Plus" w:hAnsi="Gentium Plus"/>
          <w:sz w:val="24"/>
        </w:rPr>
        <w:t>εἰ γὰρ ὁ θεὸς τῶν κατὰ φύσιν κλάδων οὐκ ἐφείσατο, οὐδὲ σοῦ φείσεται.</w:t>
      </w:r>
    </w:p>
    <w:p>
      <w:r>
        <w:rPr>
          <w:rFonts w:ascii="Courier New" w:hAnsi="Courier New"/>
          <w:color w:val="555555"/>
          <w:sz w:val="20"/>
        </w:rPr>
        <w:t>[Rom . 11 . 22]</w:t>
      </w:r>
    </w:p>
    <w:p>
      <w:r>
        <w:rPr>
          <w:rFonts w:ascii="Gentium Plus" w:hAnsi="Gentium Plus"/>
          <w:sz w:val="24"/>
        </w:rPr>
        <w:t>ἴδε οὖν χρηστότητα καὶ ἀποτομίαν θεοῦ· ἐπὶ μὲν τοὺς πεσόντας ἀποτομία, ἐπὶ δὲ σὲ χρηστότης θεοῦ, ἐὰν ἐπι‐ μένῃς τῇ χρηστότητι, ἐπεὶ καὶ σὺ ἐκκοπήσῃ.</w:t>
      </w:r>
    </w:p>
    <w:p>
      <w:r>
        <w:rPr>
          <w:rFonts w:ascii="Courier New" w:hAnsi="Courier New"/>
          <w:color w:val="555555"/>
          <w:sz w:val="20"/>
        </w:rPr>
        <w:t>[Rom . 11 . 23]</w:t>
      </w:r>
    </w:p>
    <w:p>
      <w:r>
        <w:rPr>
          <w:rFonts w:ascii="Gentium Plus" w:hAnsi="Gentium Plus"/>
          <w:sz w:val="24"/>
        </w:rPr>
        <w:t>κἀκεῖνοι δέ, ἐὰν μὴ ἐπιμένωσιν τῇ ἀπιστίᾳ, ἐγκεντρισθήσονται·</w:t>
      </w:r>
    </w:p>
    <w:p>
      <w:r>
        <w:rPr>
          <w:rFonts w:ascii="Courier New" w:hAnsi="Courier New"/>
          <w:color w:val="555555"/>
          <w:sz w:val="20"/>
        </w:rPr>
        <w:t>[Rom . 11 . 24]</w:t>
      </w:r>
    </w:p>
    <w:p>
      <w:r>
        <w:rPr>
          <w:rFonts w:ascii="Gentium Plus" w:hAnsi="Gentium Plus"/>
          <w:sz w:val="24"/>
        </w:rPr>
        <w:t>εἰ γὰρ σὺ ἐκ τῆς κατὰ φύσιν ἐξεκόπης ἀγριελαίου καὶ παρὰ φύσιν ἐνεκεντρίσθης εἰς καλλιέλαιον, πόσῳ μᾶλλον οὗτοι οἱ κατὰ φύσιν ἐγκεντρισθήσονται τῇ ἰδίᾳ ἐλαίᾳ.</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11 . 25]</w:t>
      </w:r>
    </w:p>
    <w:p>
      <w:r>
        <w:rPr>
          <w:rFonts w:ascii="Gentium Plus" w:hAnsi="Gentium Plus"/>
          <w:sz w:val="24"/>
        </w:rPr>
        <w:t>Οὐ γὰρ θέλω ὑμᾶς ἀγνοεῖν, ἀδελφοί, τὸ μυστήριον τοῦτο, ἵνα μὴ ἦτε [ἐν] ἑαυτοῖς φρόνιμοι, ὅτι πώρωσις ἀπὸ μέρους τῷ Ἰσραὴλ γέγονεν ἄχρις οὗ τὸ πλήρωμα τῶν ἐθνῶν εἰσέλθῃ,</w:t>
      </w:r>
    </w:p>
    <w:p>
      <w:r>
        <w:rPr>
          <w:rFonts w:ascii="Courier New" w:hAnsi="Courier New"/>
          <w:color w:val="555555"/>
          <w:sz w:val="20"/>
        </w:rPr>
        <w:t>[Rom . 11 . 26]</w:t>
      </w:r>
    </w:p>
    <w:p>
      <w:r>
        <w:rPr>
          <w:rFonts w:ascii="Gentium Plus" w:hAnsi="Gentium Plus"/>
          <w:sz w:val="24"/>
        </w:rPr>
        <w:t>καὶ οὕτως πᾶς Ἰσραὴλ σωθήσεται· καθὼς γέγραπται, Ἥξει ἐκ Σιὼν ὁ ῥυόμενος, ἀποστρέψει ἀσεβείας ἀπὸ Ἰακώβ·</w:t>
      </w:r>
    </w:p>
    <w:p>
      <w:r>
        <w:rPr>
          <w:rFonts w:ascii="Courier New" w:hAnsi="Courier New"/>
          <w:color w:val="555555"/>
          <w:sz w:val="20"/>
        </w:rPr>
        <w:t>[Rom . 11 . 27]</w:t>
      </w:r>
    </w:p>
    <w:p>
      <w:r>
        <w:rPr>
          <w:rFonts w:ascii="Gentium Plus" w:hAnsi="Gentium Plus"/>
          <w:sz w:val="24"/>
        </w:rPr>
        <w:t>καὶ αὕτη αὐτοῖς ἡ παρ’ ἐμοῦ διαθήκη, ὅταν ἀφέλωμαι τὰς ἁμαρτίας αὐτῶν.</w:t>
      </w:r>
    </w:p>
    <w:p>
      <w:r>
        <w:rPr>
          <w:rFonts w:ascii="Courier New" w:hAnsi="Courier New"/>
          <w:color w:val="555555"/>
          <w:sz w:val="20"/>
        </w:rPr>
        <w:t>[Rom . 11 . 28]</w:t>
      </w:r>
    </w:p>
    <w:p>
      <w:r>
        <w:rPr>
          <w:rFonts w:ascii="Gentium Plus" w:hAnsi="Gentium Plus"/>
          <w:sz w:val="24"/>
        </w:rPr>
        <w:t>κατὰ μὲν τὸ εὐαγγέλιον ἐχθροὶ δι’ ὑμᾶς, κατὰ δὲ τὴν ἐκλογὴν ἀγαπητοὶ διὰ τοὺς πατέρας·</w:t>
      </w:r>
    </w:p>
    <w:p>
      <w:r>
        <w:rPr>
          <w:rFonts w:ascii="Courier New" w:hAnsi="Courier New"/>
          <w:color w:val="555555"/>
          <w:sz w:val="20"/>
        </w:rPr>
        <w:t>[Rom . 11 . 29]</w:t>
      </w:r>
    </w:p>
    <w:p>
      <w:r>
        <w:rPr>
          <w:rFonts w:ascii="Gentium Plus" w:hAnsi="Gentium Plus"/>
          <w:sz w:val="24"/>
        </w:rPr>
        <w:t>ἀμεταμέλητα γὰρ τὰ χαρίσματα καὶ ἡ κλῆσις τοῦ θεοῦ.</w:t>
      </w:r>
    </w:p>
    <w:p>
      <w:r>
        <w:rPr>
          <w:rFonts w:ascii="Courier New" w:hAnsi="Courier New"/>
          <w:color w:val="555555"/>
          <w:sz w:val="20"/>
        </w:rPr>
        <w:t>[Rom . 11 . 30]</w:t>
      </w:r>
    </w:p>
    <w:p>
      <w:r>
        <w:rPr>
          <w:rFonts w:ascii="Gentium Plus" w:hAnsi="Gentium Plus"/>
          <w:sz w:val="24"/>
        </w:rPr>
        <w:t>ὥσπερ γὰρ ὑμεῖς ποτε ἠπειθήσατε τῷ θεῷ, νῦν δὲ ἠλεήθητε τῇ τούτων ἀπειθείᾳ,</w:t>
      </w:r>
    </w:p>
    <w:p>
      <w:r>
        <w:rPr>
          <w:rFonts w:ascii="Courier New" w:hAnsi="Courier New"/>
          <w:color w:val="555555"/>
          <w:sz w:val="20"/>
        </w:rPr>
        <w:t>[Rom . 11 . 31]</w:t>
      </w:r>
    </w:p>
    <w:p>
      <w:r>
        <w:rPr>
          <w:rFonts w:ascii="Gentium Plus" w:hAnsi="Gentium Plus"/>
          <w:sz w:val="24"/>
        </w:rPr>
        <w:t>οὕτως καὶ οὗτοι νῦν ἠπείθησαν τῷ ὑμετέρῳ ἐλέει ἵνα καὶ αὐτοὶ νῦν ἐλεηθῶσιν·</w:t>
      </w:r>
    </w:p>
    <w:p>
      <w:r>
        <w:rPr>
          <w:rFonts w:ascii="Courier New" w:hAnsi="Courier New"/>
          <w:color w:val="555555"/>
          <w:sz w:val="20"/>
        </w:rPr>
        <w:t>[Rom . 11 . 32]</w:t>
      </w:r>
    </w:p>
    <w:p>
      <w:r>
        <w:rPr>
          <w:rFonts w:ascii="Gentium Plus" w:hAnsi="Gentium Plus"/>
          <w:sz w:val="24"/>
        </w:rPr>
        <w:t>συνέκλει‐ σεν γὰρ ὁ θεὸς τοὺς πάντας εἰς ἀπείθειαν ἵνα τοὺς πάντας</w:t>
      </w:r>
    </w:p>
    <w:p>
      <w:r>
        <w:rPr>
          <w:rFonts w:ascii="Courier New" w:hAnsi="Courier New"/>
          <w:color w:val="555555"/>
          <w:sz w:val="20"/>
        </w:rPr>
        <w:t>[Rom . 11 . 33]</w:t>
      </w:r>
    </w:p>
    <w:p>
      <w:r>
        <w:rPr>
          <w:rFonts w:ascii="Gentium Plus" w:hAnsi="Gentium Plus"/>
          <w:sz w:val="24"/>
        </w:rPr>
        <w:t>Ὢ βάθος πλούτου καὶ σοφίας καὶ γνώσεως θεοῦ· ὡς ἀνεξεραύνητα τὰ κρίματα αὐτοῦ καὶ ἀνεξιχνίαστοι αἱ ὁδοὶ αὐτοῦ.</w:t>
      </w:r>
    </w:p>
    <w:p>
      <w:r>
        <w:rPr>
          <w:rFonts w:ascii="Courier New" w:hAnsi="Courier New"/>
          <w:color w:val="555555"/>
          <w:sz w:val="20"/>
        </w:rPr>
        <w:t>[Rom . 11 . 34]</w:t>
      </w:r>
    </w:p>
    <w:p>
      <w:r>
        <w:rPr>
          <w:rFonts w:ascii="Gentium Plus" w:hAnsi="Gentium Plus"/>
          <w:sz w:val="24"/>
        </w:rPr>
        <w:t>Τίς γὰρ ἔγνω νοῦν κυρίου; ἢ τίς σύμβουλος αὐτοῦ ἐγένετο;</w:t>
      </w:r>
    </w:p>
    <w:p>
      <w:r>
        <w:rPr>
          <w:rFonts w:ascii="Courier New" w:hAnsi="Courier New"/>
          <w:color w:val="555555"/>
          <w:sz w:val="20"/>
        </w:rPr>
        <w:t>[Rom . 11 . 35]</w:t>
      </w:r>
    </w:p>
    <w:p>
      <w:r>
        <w:rPr>
          <w:rFonts w:ascii="Gentium Plus" w:hAnsi="Gentium Plus"/>
          <w:sz w:val="24"/>
        </w:rPr>
        <w:t>ἢ τίς προέδωκεν αὐτῷ, καὶ ἀνταποδοθήσεται αὐτῷ;</w:t>
      </w:r>
    </w:p>
    <w:p>
      <w:r>
        <w:rPr>
          <w:rFonts w:ascii="Courier New" w:hAnsi="Courier New"/>
          <w:color w:val="555555"/>
          <w:sz w:val="20"/>
        </w:rPr>
        <w:t>[Rom . 11 . 36]</w:t>
      </w:r>
    </w:p>
    <w:p>
      <w:r>
        <w:rPr>
          <w:rFonts w:ascii="Gentium Plus" w:hAnsi="Gentium Plus"/>
          <w:sz w:val="24"/>
        </w:rPr>
        <w:t>ὅτι ἐξ αὐτοῦ καὶ δι’ αὐτοῦ καὶ εἰς αὐτὸν τὰ πάντα· αὐτῷ ἡ δόξα εἰς τοὺς αἰῶνας· ἀμήν.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12 . 1]</w:t>
      </w:r>
    </w:p>
    <w:p>
      <w:r>
        <w:rPr>
          <w:rFonts w:ascii="Gentium Plus" w:hAnsi="Gentium Plus"/>
          <w:sz w:val="24"/>
        </w:rPr>
        <w:t>Παρακαλῶ οὖν ὑμᾶς, ἀδελφοί, διὰ τῶν οἰκτιρμῶν τοῦ θεοῦ, παραστῆσαι τὰ σώματα ὑμῶν θυσίαν ζῶσαν ἁγίαν εὐάρεστον τῷ θεῷ, τὴν λογικὴν λατρείαν ὑμῶν·</w:t>
      </w:r>
    </w:p>
    <w:p>
      <w:r>
        <w:rPr>
          <w:rFonts w:ascii="Courier New" w:hAnsi="Courier New"/>
          <w:color w:val="555555"/>
          <w:sz w:val="20"/>
        </w:rPr>
        <w:t>[Rom . 12 . 2]</w:t>
      </w:r>
    </w:p>
    <w:p>
      <w:r>
        <w:rPr>
          <w:rFonts w:ascii="Gentium Plus" w:hAnsi="Gentium Plus"/>
          <w:sz w:val="24"/>
        </w:rPr>
        <w:t>καὶ μὴ συσχηματίζεσθε τῷ αἰῶνι τούτῳ, ἀλλὰ μετα‐ μορφοῦσθε τῇ ἀνακαινώσει τοῦ νοός, εἰς τὸ δοκιμάζειν ὑμᾶς τί τὸ θέλημα τοῦ θεοῦ, τὸ ἀγαθὸν καὶ εὐάρεστον καὶ τέλειον.</w:t>
      </w:r>
    </w:p>
    <w:p>
      <w:r>
        <w:rPr>
          <w:rFonts w:ascii="Courier New" w:hAnsi="Courier New"/>
          <w:color w:val="555555"/>
          <w:sz w:val="20"/>
        </w:rPr>
        <w:t>[Rom . 12 . 3]</w:t>
      </w:r>
    </w:p>
    <w:p>
      <w:r>
        <w:rPr>
          <w:rFonts w:ascii="Gentium Plus" w:hAnsi="Gentium Plus"/>
          <w:sz w:val="24"/>
        </w:rPr>
        <w:t>Λέγω γὰρ διὰ τῆς χάριτος τῆς δοθείσης μοι παντὶ τῷ ὄντι ἐν ὑμῖν μὴ ὑπερφρονεῖν παρ’ ὃ δεῖ φρονεῖν, ἀλλὰ φρονεῖν εἰς τὸ σωφρονεῖν, ἑκάστῳ ὡς ὁ θεὸς ἐμέρισεν μέτρον πίστεως.</w:t>
      </w:r>
    </w:p>
    <w:p>
      <w:r>
        <w:rPr>
          <w:rFonts w:ascii="Courier New" w:hAnsi="Courier New"/>
          <w:color w:val="555555"/>
          <w:sz w:val="20"/>
        </w:rPr>
        <w:t>[Rom . 12 . 4]</w:t>
      </w:r>
    </w:p>
    <w:p>
      <w:r>
        <w:rPr>
          <w:rFonts w:ascii="Gentium Plus" w:hAnsi="Gentium Plus"/>
          <w:sz w:val="24"/>
        </w:rPr>
        <w:t>καθάπερ γὰρ ἐν ἑνὶ σώματι πολλὰ μέλη ἔχομεν, τὰ δὲ μέλη πάντα οὐ τὴν αὐτὴν ἔχει πρᾶξιν,</w:t>
      </w:r>
    </w:p>
    <w:p>
      <w:r>
        <w:rPr>
          <w:rFonts w:ascii="Courier New" w:hAnsi="Courier New"/>
          <w:color w:val="555555"/>
          <w:sz w:val="20"/>
        </w:rPr>
        <w:t>[Rom . 12 . 5]</w:t>
      </w:r>
    </w:p>
    <w:p>
      <w:r>
        <w:rPr>
          <w:rFonts w:ascii="Gentium Plus" w:hAnsi="Gentium Plus"/>
          <w:sz w:val="24"/>
        </w:rPr>
        <w:t>οὕτως οἱ πολλοὶ ἓν σῶμά ἐσμεν ἐν Χριστῷ, τὸ δὲ καθ’ εἷς ἀλλήλων μέλη.</w:t>
      </w:r>
    </w:p>
    <w:p>
      <w:r>
        <w:rPr>
          <w:rFonts w:ascii="Courier New" w:hAnsi="Courier New"/>
          <w:color w:val="555555"/>
          <w:sz w:val="20"/>
        </w:rPr>
        <w:t>[Rom . 12 . 6]</w:t>
      </w:r>
    </w:p>
    <w:p>
      <w:r>
        <w:rPr>
          <w:rFonts w:ascii="Gentium Plus" w:hAnsi="Gentium Plus"/>
          <w:sz w:val="24"/>
        </w:rPr>
        <w:t>ἔχοντες δὲ χαρίσματα κατὰ τὴν χάριν τὴν δοθεῖσαν ἡμῖν διάφορα, εἴτε προφητείαν κατὰ τὴν ἀναλογίαν τῆς πίστεως,</w:t>
      </w:r>
    </w:p>
    <w:p>
      <w:r>
        <w:rPr>
          <w:rFonts w:ascii="Courier New" w:hAnsi="Courier New"/>
          <w:color w:val="555555"/>
          <w:sz w:val="20"/>
        </w:rPr>
        <w:t>[Rom . 12 . 7]</w:t>
      </w:r>
    </w:p>
    <w:p>
      <w:r>
        <w:rPr>
          <w:rFonts w:ascii="Gentium Plus" w:hAnsi="Gentium Plus"/>
          <w:sz w:val="24"/>
        </w:rPr>
        <w:t>εἴτε διακονίαν ἐν τῇ διακονίᾳ, εἴτε ὁ διδάσκων ἐν τῇ διδασκαλίᾳ,</w:t>
      </w:r>
    </w:p>
    <w:p>
      <w:r>
        <w:rPr>
          <w:rFonts w:ascii="Courier New" w:hAnsi="Courier New"/>
          <w:color w:val="555555"/>
          <w:sz w:val="20"/>
        </w:rPr>
        <w:t>[Rom . 12 . 8]</w:t>
      </w:r>
    </w:p>
    <w:p>
      <w:r>
        <w:rPr>
          <w:rFonts w:ascii="Gentium Plus" w:hAnsi="Gentium Plus"/>
          <w:sz w:val="24"/>
        </w:rPr>
        <w:t>εἴτε ὁ παρακαλῶν ἐν τῇ παρακλήσει, ὁ μεταδιδοὺς ἐν ἁπλότητι, ὁ προϊστάμενος ἐν σπουδῇ, ὁ ἐλεῶν ἐν ἱλαρότητι.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12 . 9]</w:t>
      </w:r>
    </w:p>
    <w:p>
      <w:r>
        <w:rPr>
          <w:rFonts w:ascii="Gentium Plus" w:hAnsi="Gentium Plus"/>
          <w:sz w:val="24"/>
        </w:rPr>
        <w:t>Ἡ ἀγάπη ἀνυπόκριτος. ἀποστυγοῦντες τὸ πονηρόν, κολλώμενοι τῷ ἀγαθῷ·</w:t>
      </w:r>
    </w:p>
    <w:p>
      <w:r>
        <w:rPr>
          <w:rFonts w:ascii="Courier New" w:hAnsi="Courier New"/>
          <w:color w:val="555555"/>
          <w:sz w:val="20"/>
        </w:rPr>
        <w:t>[Rom . 12 . 10]</w:t>
      </w:r>
    </w:p>
    <w:p>
      <w:r>
        <w:rPr>
          <w:rFonts w:ascii="Gentium Plus" w:hAnsi="Gentium Plus"/>
          <w:sz w:val="24"/>
        </w:rPr>
        <w:t>τῇ φιλαδελφίᾳ εἰς ἀλλήλους φιλόστοργοι, τῇ τιμῇ ἀλλήλους προηγούμενοι,</w:t>
      </w:r>
    </w:p>
    <w:p>
      <w:r>
        <w:rPr>
          <w:rFonts w:ascii="Courier New" w:hAnsi="Courier New"/>
          <w:color w:val="555555"/>
          <w:sz w:val="20"/>
        </w:rPr>
        <w:t>[Rom . 12 . 11]</w:t>
      </w:r>
    </w:p>
    <w:p>
      <w:r>
        <w:rPr>
          <w:rFonts w:ascii="Gentium Plus" w:hAnsi="Gentium Plus"/>
          <w:sz w:val="24"/>
        </w:rPr>
        <w:t>τῇ σπουδῇ μὴ ὀκνηροί, τῷ πνεύματι ζέοντες, τῷ κυρίῳ δουλεύοντες,</w:t>
      </w:r>
    </w:p>
    <w:p>
      <w:r>
        <w:rPr>
          <w:rFonts w:ascii="Courier New" w:hAnsi="Courier New"/>
          <w:color w:val="555555"/>
          <w:sz w:val="20"/>
        </w:rPr>
        <w:t>[Rom . 12 . 12]</w:t>
      </w:r>
    </w:p>
    <w:p>
      <w:r>
        <w:rPr>
          <w:rFonts w:ascii="Gentium Plus" w:hAnsi="Gentium Plus"/>
          <w:sz w:val="24"/>
        </w:rPr>
        <w:t>τῇ ἐλπίδι χαίροντες, τῇ θλίψει ὑπομέ‐ νοντες, τῇ προσευχῇ προσκαρτεροῦντες,</w:t>
      </w:r>
    </w:p>
    <w:p>
      <w:r>
        <w:rPr>
          <w:rFonts w:ascii="Courier New" w:hAnsi="Courier New"/>
          <w:color w:val="555555"/>
          <w:sz w:val="20"/>
        </w:rPr>
        <w:t>[Rom . 12 . 13]</w:t>
      </w:r>
    </w:p>
    <w:p>
      <w:r>
        <w:rPr>
          <w:rFonts w:ascii="Gentium Plus" w:hAnsi="Gentium Plus"/>
          <w:sz w:val="24"/>
        </w:rPr>
        <w:t>ταῖς χρείαις τῶν ἁγίων κοινωνοῦντες, τὴν φιλοξενίαν διώκοντες.</w:t>
      </w:r>
    </w:p>
    <w:p>
      <w:r>
        <w:rPr>
          <w:rFonts w:ascii="Courier New" w:hAnsi="Courier New"/>
          <w:color w:val="555555"/>
          <w:sz w:val="20"/>
        </w:rPr>
        <w:t>[Rom . 12 . 14]</w:t>
      </w:r>
    </w:p>
    <w:p>
      <w:r>
        <w:rPr>
          <w:rFonts w:ascii="Gentium Plus" w:hAnsi="Gentium Plus"/>
          <w:sz w:val="24"/>
        </w:rPr>
        <w:t>εὐλογεῖτε τοὺς διώκοντας, εὐλογεῖτε καὶ μὴ κατα‐ ρᾶσθε.</w:t>
      </w:r>
    </w:p>
    <w:p>
      <w:r>
        <w:rPr>
          <w:rFonts w:ascii="Courier New" w:hAnsi="Courier New"/>
          <w:color w:val="555555"/>
          <w:sz w:val="20"/>
        </w:rPr>
        <w:t>[Rom . 12 . 15]</w:t>
      </w:r>
    </w:p>
    <w:p>
      <w:r>
        <w:rPr>
          <w:rFonts w:ascii="Gentium Plus" w:hAnsi="Gentium Plus"/>
          <w:sz w:val="24"/>
        </w:rPr>
        <w:t>χαίρειν μετὰ χαιρόντων, κλαίειν μετὰ κλαι‐ όντων.</w:t>
      </w:r>
    </w:p>
    <w:p>
      <w:r>
        <w:rPr>
          <w:rFonts w:ascii="Courier New" w:hAnsi="Courier New"/>
          <w:color w:val="555555"/>
          <w:sz w:val="20"/>
        </w:rPr>
        <w:t>[Rom . 12 . 16]</w:t>
      </w:r>
    </w:p>
    <w:p>
      <w:r>
        <w:rPr>
          <w:rFonts w:ascii="Gentium Plus" w:hAnsi="Gentium Plus"/>
          <w:sz w:val="24"/>
        </w:rPr>
        <w:t>τὸ αὐτὸ εἰς ἀλλήλους φρονοῦντες, μὴ τὰ</w:t>
      </w:r>
    </w:p>
    <w:p>
      <w:r>
        <w:rPr>
          <w:rFonts w:ascii="Courier New" w:hAnsi="Courier New"/>
          <w:color w:val="555555"/>
          <w:sz w:val="20"/>
        </w:rPr>
        <w:t>[Rom . 12 . 17]</w:t>
      </w:r>
    </w:p>
    <w:p>
      <w:r>
        <w:rPr>
          <w:rFonts w:ascii="Gentium Plus" w:hAnsi="Gentium Plus"/>
          <w:sz w:val="24"/>
        </w:rPr>
        <w:t>μηδενὶ κακὸν ἀντὶ κακοῦ ἀποδιδόντες· προνοούμενοι καλὰ ἐνώπιον πάντων ἀνθρώπων·</w:t>
      </w:r>
    </w:p>
    <w:p>
      <w:r>
        <w:rPr>
          <w:rFonts w:ascii="Courier New" w:hAnsi="Courier New"/>
          <w:color w:val="555555"/>
          <w:sz w:val="20"/>
        </w:rPr>
        <w:t>[Rom . 12 . 18]</w:t>
      </w:r>
    </w:p>
    <w:p>
      <w:r>
        <w:rPr>
          <w:rFonts w:ascii="Gentium Plus" w:hAnsi="Gentium Plus"/>
          <w:sz w:val="24"/>
        </w:rPr>
        <w:t>εἰ δυνατόν, τὸ ἐξ ὑμῶν μετὰ πάντων ἀνθρώπων εἰρηνεύοντες·</w:t>
      </w:r>
    </w:p>
    <w:p>
      <w:r>
        <w:rPr>
          <w:rFonts w:ascii="Courier New" w:hAnsi="Courier New"/>
          <w:color w:val="555555"/>
          <w:sz w:val="20"/>
        </w:rPr>
        <w:t>[Rom . 12 . 19]</w:t>
      </w:r>
    </w:p>
    <w:p>
      <w:r>
        <w:rPr>
          <w:rFonts w:ascii="Gentium Plus" w:hAnsi="Gentium Plus"/>
          <w:sz w:val="24"/>
        </w:rPr>
        <w:t>μὴ ἑαυτοὺς ἐκδι‐ κοῦντες, ἀγαπητοί, ἀλλὰ δότε τόπον τῇ ὀργῇ, γέγραπται γάρ, Ἐμοὶ ἐκδίκησις, ἐγὼ ἀνταποδώσω, λέγει κύριος.</w:t>
      </w:r>
    </w:p>
    <w:p>
      <w:r>
        <w:rPr>
          <w:rFonts w:ascii="Courier New" w:hAnsi="Courier New"/>
          <w:color w:val="555555"/>
          <w:sz w:val="20"/>
        </w:rPr>
        <w:t>[Rom . 12 . 20]</w:t>
      </w:r>
    </w:p>
    <w:p>
      <w:r>
        <w:rPr>
          <w:rFonts w:ascii="Gentium Plus" w:hAnsi="Gentium Plus"/>
          <w:sz w:val="24"/>
        </w:rPr>
        <w:t>ἀλλὰ ἐὰν πεινᾷ ὁ ἐχθρός σου, ψώμιζε αὐτόν· ἐὰν διψᾷ, πότιζε αὐτόν· τοῦτο γὰρ ποιῶν ἄνθρακας πυρὸς σωρεύσεις ἐπὶ τὴν κεφαλὴν αὐτοῦ.</w:t>
      </w:r>
    </w:p>
    <w:p>
      <w:r>
        <w:rPr>
          <w:rFonts w:ascii="Courier New" w:hAnsi="Courier New"/>
          <w:color w:val="555555"/>
          <w:sz w:val="20"/>
        </w:rPr>
        <w:t>[Rom . 12 . 21]</w:t>
      </w:r>
    </w:p>
    <w:p>
      <w:r>
        <w:rPr>
          <w:rFonts w:ascii="Gentium Plus" w:hAnsi="Gentium Plus"/>
          <w:sz w:val="24"/>
        </w:rPr>
        <w:t>μὴ νικῶ ὑπὸ τοῦ κακοῦ, ἀλλὰ νίκα ἐν τῷ ἀγαθῷ τὸ κακόν.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13 . 1]</w:t>
      </w:r>
    </w:p>
    <w:p>
      <w:r>
        <w:rPr>
          <w:rFonts w:ascii="Gentium Plus" w:hAnsi="Gentium Plus"/>
          <w:sz w:val="24"/>
        </w:rPr>
        <w:t>Πᾶσα ψυχὴ ἐξουσίαις ὑπερεχούσαις ὑποτασσέσθω. οὐ γὰρ ἔστιν ἐξουσία εἰ μὴ ὑπὸ θεοῦ, αἱ δὲ οὖσαι ὑπὸ θεοῦ τεταγμέναι εἰσίν·</w:t>
      </w:r>
    </w:p>
    <w:p>
      <w:r>
        <w:rPr>
          <w:rFonts w:ascii="Courier New" w:hAnsi="Courier New"/>
          <w:color w:val="555555"/>
          <w:sz w:val="20"/>
        </w:rPr>
        <w:t>[Rom . 13 . 2]</w:t>
      </w:r>
    </w:p>
    <w:p>
      <w:r>
        <w:rPr>
          <w:rFonts w:ascii="Gentium Plus" w:hAnsi="Gentium Plus"/>
          <w:sz w:val="24"/>
        </w:rPr>
        <w:t>ὥστε ὁ ἀντιτασσόμενος τῇ ἐξουσίᾳ τῇ τοῦ θεοῦ διαταγῇ ἀνθέστηκεν, οἱ δὲ ἀνθεστη‐ κότες ἑαυτοῖς κρίμα λήμψονται.</w:t>
      </w:r>
    </w:p>
    <w:p>
      <w:r>
        <w:rPr>
          <w:rFonts w:ascii="Courier New" w:hAnsi="Courier New"/>
          <w:color w:val="555555"/>
          <w:sz w:val="20"/>
        </w:rPr>
        <w:t>[Rom . 13 . 3]</w:t>
      </w:r>
    </w:p>
    <w:p>
      <w:r>
        <w:rPr>
          <w:rFonts w:ascii="Gentium Plus" w:hAnsi="Gentium Plus"/>
          <w:sz w:val="24"/>
        </w:rPr>
        <w:t>οἱ γὰρ ἄρχοντες οὐκ εἰσὶν φόβος τῷ ἀγαθῷ ἔργῳ ἀλλὰ τῷ κακῷ. θέλεις δὲ μὴ φοβεῖσθαι τὴν ἐξουσίαν; τὸ ἀγαθὸν ποίει, καὶ ἕξεις ἔπαινον ἐξ αὐτῆς·</w:t>
      </w:r>
    </w:p>
    <w:p>
      <w:r>
        <w:rPr>
          <w:rFonts w:ascii="Courier New" w:hAnsi="Courier New"/>
          <w:color w:val="555555"/>
          <w:sz w:val="20"/>
        </w:rPr>
        <w:t>[Rom . 13 . 4]</w:t>
      </w:r>
    </w:p>
    <w:p>
      <w:r>
        <w:rPr>
          <w:rFonts w:ascii="Gentium Plus" w:hAnsi="Gentium Plus"/>
          <w:sz w:val="24"/>
        </w:rPr>
        <w:t>θεοῦ γὰρ διάκονός ἐστιν σοὶ εἰς τὸ ἀγαθόν. ἐὰν δὲ τὸ κακὸν ποιῇς, φοβοῦ· οὐ γὰρ εἰκῇ τὴν μάχαιραν φορεῖ· θεοῦ γὰρ διάκονός ἐστιν, ἔκδικος εἰς ὀργὴν τῷ τὸ κακὸν πράσσοντι.</w:t>
      </w:r>
    </w:p>
    <w:p>
      <w:r>
        <w:rPr>
          <w:rFonts w:ascii="Courier New" w:hAnsi="Courier New"/>
          <w:color w:val="555555"/>
          <w:sz w:val="20"/>
        </w:rPr>
        <w:t>[Rom . 13 . 5]</w:t>
      </w:r>
    </w:p>
    <w:p>
      <w:r>
        <w:rPr>
          <w:rFonts w:ascii="Gentium Plus" w:hAnsi="Gentium Plus"/>
          <w:sz w:val="24"/>
        </w:rPr>
        <w:t>διὸ ἀνάγκη ὑπο‐ τάσσεσθαι, οὐ μόνον διὰ τὴν ὀργὴν ἀλλὰ καὶ διὰ τὴν συνείδησιν.</w:t>
      </w:r>
    </w:p>
    <w:p>
      <w:r>
        <w:rPr>
          <w:rFonts w:ascii="Courier New" w:hAnsi="Courier New"/>
          <w:color w:val="555555"/>
          <w:sz w:val="20"/>
        </w:rPr>
        <w:t>[Rom . 13 . 6]</w:t>
      </w:r>
    </w:p>
    <w:p>
      <w:r>
        <w:rPr>
          <w:rFonts w:ascii="Gentium Plus" w:hAnsi="Gentium Plus"/>
          <w:sz w:val="24"/>
        </w:rPr>
        <w:t>διὰ τοῦτο γὰρ καὶ φόρους τελεῖτε, λει‐ τουργοὶ γὰρ θεοῦ εἰσιν εἰς αὐτὸ τοῦτο προσκαρτεροῦντες.</w:t>
      </w:r>
    </w:p>
    <w:p>
      <w:r>
        <w:rPr>
          <w:rFonts w:ascii="Courier New" w:hAnsi="Courier New"/>
          <w:color w:val="555555"/>
          <w:sz w:val="20"/>
        </w:rPr>
        <w:t>[Rom . 13 . 7]</w:t>
      </w:r>
    </w:p>
    <w:p>
      <w:r>
        <w:rPr>
          <w:rFonts w:ascii="Gentium Plus" w:hAnsi="Gentium Plus"/>
          <w:sz w:val="24"/>
        </w:rPr>
        <w:t>ἀπόδοτε πᾶσιν τὰς ὀφειλάς, τῷ τὸν φόρον τὸν φόρον, τῷ τὸ τέλος τὸ τέλος, τῷ τὸν φόβον τὸν φόβον, τῷ τὴν τιμὴν τὴν τιμήν.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13 . 8]</w:t>
      </w:r>
    </w:p>
    <w:p>
      <w:r>
        <w:rPr>
          <w:rFonts w:ascii="Gentium Plus" w:hAnsi="Gentium Plus"/>
          <w:sz w:val="24"/>
        </w:rPr>
        <w:t>Μηδενὶ μηδὲν ὀφείλετε, εἰ μὴ τὸ ἀλλήλους ἀγαπᾶν· ὁ γὰρ ἀγαπῶν τὸν ἕτερον νόμον πεπλήρωκεν.</w:t>
      </w:r>
    </w:p>
    <w:p>
      <w:r>
        <w:rPr>
          <w:rFonts w:ascii="Courier New" w:hAnsi="Courier New"/>
          <w:color w:val="555555"/>
          <w:sz w:val="20"/>
        </w:rPr>
        <w:t>[Rom . 13 . 9]</w:t>
      </w:r>
    </w:p>
    <w:p>
      <w:r>
        <w:rPr>
          <w:rFonts w:ascii="Gentium Plus" w:hAnsi="Gentium Plus"/>
          <w:sz w:val="24"/>
        </w:rPr>
        <w:t>τὸ γὰρ Οὐ μοιχεύσεις, Οὐ φονεύσεις, Οὐ κλέψεις, Οὐκ ἐπιθυμή‐ σεις, καὶ εἴ τις ἑτέρα ἐντολή, ἐν τῷ λόγῳ τούτῳ ἀνακε‐ φαλαιοῦται, [ἐν τῷ] Ἀγαπήσεις τὸν πλησίον σου ὡς</w:t>
      </w:r>
    </w:p>
    <w:p>
      <w:r>
        <w:rPr>
          <w:rFonts w:ascii="Courier New" w:hAnsi="Courier New"/>
          <w:color w:val="555555"/>
          <w:sz w:val="20"/>
        </w:rPr>
        <w:t>[5]</w:t>
      </w:r>
    </w:p>
    <w:p>
      <w:r>
        <w:rPr>
          <w:rFonts w:ascii="Gentium Plus" w:hAnsi="Gentium Plus"/>
          <w:sz w:val="24"/>
        </w:rPr>
        <w:t>σεαυτόν.</w:t>
      </w:r>
    </w:p>
    <w:p>
      <w:r>
        <w:rPr>
          <w:rFonts w:ascii="Courier New" w:hAnsi="Courier New"/>
          <w:color w:val="555555"/>
          <w:sz w:val="20"/>
        </w:rPr>
        <w:t>[Rom . 13 . 10]</w:t>
      </w:r>
    </w:p>
    <w:p>
      <w:r>
        <w:rPr>
          <w:rFonts w:ascii="Gentium Plus" w:hAnsi="Gentium Plus"/>
          <w:sz w:val="24"/>
        </w:rPr>
        <w:t>ἡ ἀγάπη τῷ πλησίον κακὸν οὐκ ἐργάζεται· πλήρωμα οὖν νόμου ἡ ἀγάπη.</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13 . 11]</w:t>
      </w:r>
    </w:p>
    <w:p>
      <w:r>
        <w:rPr>
          <w:rFonts w:ascii="Gentium Plus" w:hAnsi="Gentium Plus"/>
          <w:sz w:val="24"/>
        </w:rPr>
        <w:t>Καὶ τοῦτο εἰδότες τὸν καιρόν, ὅτι ὥρα ἤδη ὑμᾶς</w:t>
      </w:r>
    </w:p>
    <w:p>
      <w:r>
        <w:rPr>
          <w:rFonts w:ascii="Courier New" w:hAnsi="Courier New"/>
          <w:color w:val="555555"/>
          <w:sz w:val="20"/>
        </w:rPr>
        <w:t>[Rom . 13 . 12]</w:t>
      </w:r>
    </w:p>
    <w:p>
      <w:r>
        <w:rPr>
          <w:rFonts w:ascii="Gentium Plus" w:hAnsi="Gentium Plus"/>
          <w:sz w:val="24"/>
        </w:rPr>
        <w:t>ἡ νὺξ προέκοψεν, ἡ δὲ ἡμέρα ἤγγικεν. ἀποθώμεθα οὖν τὰ ἔργα τοῦ σκότους, ἐνδυσώ‐ μεθα δὲ τὰ ὅπλα τοῦ φωτός.</w:t>
      </w:r>
    </w:p>
    <w:p>
      <w:r>
        <w:rPr>
          <w:rFonts w:ascii="Courier New" w:hAnsi="Courier New"/>
          <w:color w:val="555555"/>
          <w:sz w:val="20"/>
        </w:rPr>
        <w:t>[Rom . 13 . 13]</w:t>
      </w:r>
    </w:p>
    <w:p>
      <w:r>
        <w:rPr>
          <w:rFonts w:ascii="Gentium Plus" w:hAnsi="Gentium Plus"/>
          <w:sz w:val="24"/>
        </w:rPr>
        <w:t>ὡς ἐν ἡμέρᾳ εὐσχη‐ μόνως περιπατήσωμεν, μὴ κώμοις καὶ μέθαις, μὴ κοίταις καὶ ἀσελγείαις, μὴ ἔριδι καὶ ζήλῳ·</w:t>
      </w:r>
    </w:p>
    <w:p>
      <w:r>
        <w:rPr>
          <w:rFonts w:ascii="Courier New" w:hAnsi="Courier New"/>
          <w:color w:val="555555"/>
          <w:sz w:val="20"/>
        </w:rPr>
        <w:t>[Rom . 13 . 14]</w:t>
      </w:r>
    </w:p>
    <w:p>
      <w:r>
        <w:rPr>
          <w:rFonts w:ascii="Gentium Plus" w:hAnsi="Gentium Plus"/>
          <w:sz w:val="24"/>
        </w:rPr>
        <w:t>ἀλλὰ ἐνδύσασθε τὸν κύριον Ἰησοῦν Χριστόν, καὶ τῆς σαρκὸς πρόνοιαν μὴ ποιεῖσθε εἰς ἐπιθυμίας.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14 . 1]</w:t>
      </w:r>
    </w:p>
    <w:p>
      <w:r>
        <w:rPr>
          <w:rFonts w:ascii="Gentium Plus" w:hAnsi="Gentium Plus"/>
          <w:sz w:val="24"/>
        </w:rPr>
        <w:t>Τὸν δὲ ἀσθενοῦντα τῇ πίστει προσλαμβάνεσθε, μὴ εἰς διακρίσεις διαλογισμῶν.</w:t>
      </w:r>
    </w:p>
    <w:p>
      <w:r>
        <w:rPr>
          <w:rFonts w:ascii="Courier New" w:hAnsi="Courier New"/>
          <w:color w:val="555555"/>
          <w:sz w:val="20"/>
        </w:rPr>
        <w:t>[Rom . 14 . 2]</w:t>
      </w:r>
    </w:p>
    <w:p>
      <w:r>
        <w:rPr>
          <w:rFonts w:ascii="Gentium Plus" w:hAnsi="Gentium Plus"/>
          <w:sz w:val="24"/>
        </w:rPr>
        <w:t>ὃς μὲν πιστεύει φαγεῖν πάντα, ὁ δὲ ἀσθενῶν λάχανα ἐσθίει.</w:t>
      </w:r>
    </w:p>
    <w:p>
      <w:r>
        <w:rPr>
          <w:rFonts w:ascii="Courier New" w:hAnsi="Courier New"/>
          <w:color w:val="555555"/>
          <w:sz w:val="20"/>
        </w:rPr>
        <w:t>[Rom . 14 . 3]</w:t>
      </w:r>
    </w:p>
    <w:p>
      <w:r>
        <w:rPr>
          <w:rFonts w:ascii="Gentium Plus" w:hAnsi="Gentium Plus"/>
          <w:sz w:val="24"/>
        </w:rPr>
        <w:t>ὁ ἐσθίων τὸν μὴ ἐσθίοντα μὴ ἐξουθενείτω, ὁ δὲ μὴ ἐσθίων τὸν ἐσθίοντα μὴ κρινέτω, ὁ θεὸς γὰρ αὐτὸν προσελάβετο.</w:t>
      </w:r>
    </w:p>
    <w:p>
      <w:r>
        <w:rPr>
          <w:rFonts w:ascii="Courier New" w:hAnsi="Courier New"/>
          <w:color w:val="555555"/>
          <w:sz w:val="20"/>
        </w:rPr>
        <w:t>[Rom . 14 . 4]</w:t>
      </w:r>
    </w:p>
    <w:p>
      <w:r>
        <w:rPr>
          <w:rFonts w:ascii="Gentium Plus" w:hAnsi="Gentium Plus"/>
          <w:sz w:val="24"/>
        </w:rPr>
        <w:t>σὺ τίς εἶ ὁ κρίνων ἀλλότριον οἰκέτην; τῷ ἰδίῳ κυρίῳ στήκει ἢ πίπτει· σταθήσεται δέ, δυνατεῖ γὰρ ὁ κύριος στῆσαι αὐτόν.</w:t>
      </w:r>
    </w:p>
    <w:p>
      <w:r>
        <w:rPr>
          <w:rFonts w:ascii="Courier New" w:hAnsi="Courier New"/>
          <w:color w:val="555555"/>
          <w:sz w:val="20"/>
        </w:rPr>
        <w:t>[Rom . 14 . 5]</w:t>
      </w:r>
    </w:p>
    <w:p>
      <w:r>
        <w:rPr>
          <w:rFonts w:ascii="Gentium Plus" w:hAnsi="Gentium Plus"/>
          <w:sz w:val="24"/>
        </w:rPr>
        <w:t>ὃς μὲν [γὰρ] κρίνει ἡμέραν παρ’ ἡμέραν, ὃς δὲ κρίνει πᾶσαν ἡμέραν· ἕκαστος ἐν τῷ ἰδίῳ νοῒ πληρο‐ φορείσθω.</w:t>
      </w:r>
    </w:p>
    <w:p>
      <w:r>
        <w:rPr>
          <w:rFonts w:ascii="Courier New" w:hAnsi="Courier New"/>
          <w:color w:val="555555"/>
          <w:sz w:val="20"/>
        </w:rPr>
        <w:t>[Rom . 14 . 6]</w:t>
      </w:r>
    </w:p>
    <w:p>
      <w:r>
        <w:rPr>
          <w:rFonts w:ascii="Gentium Plus" w:hAnsi="Gentium Plus"/>
          <w:sz w:val="24"/>
        </w:rPr>
        <w:t>ὁ φρονῶν τὴν ἡμέραν κυρίῳ φρονεῖ· καὶ ὁ ἐσθίων κυρίῳ ἐσθίει, εὐχαριστεῖ γὰρ τῷ θεῷ· καὶ ὁ μὴ ἐσθίων κυρίῳ οὐκ ἐσθίει, καὶ εὐχαριστεῖ τῷ θεῷ.</w:t>
      </w:r>
    </w:p>
    <w:p>
      <w:r>
        <w:rPr>
          <w:rFonts w:ascii="Courier New" w:hAnsi="Courier New"/>
          <w:color w:val="555555"/>
          <w:sz w:val="20"/>
        </w:rPr>
        <w:t>[Rom . 14 . 7]</w:t>
      </w:r>
    </w:p>
    <w:p>
      <w:r>
        <w:rPr>
          <w:rFonts w:ascii="Gentium Plus" w:hAnsi="Gentium Plus"/>
          <w:sz w:val="24"/>
        </w:rPr>
        <w:t>οὐδεὶς γὰρ ἡμῶν ἑαυτῷ ζῇ, καὶ οὐδεὶς ἑαυτῷ ἀποθνῄσκει·</w:t>
      </w:r>
    </w:p>
    <w:p>
      <w:r>
        <w:rPr>
          <w:rFonts w:ascii="Courier New" w:hAnsi="Courier New"/>
          <w:color w:val="555555"/>
          <w:sz w:val="20"/>
        </w:rPr>
        <w:t>[Rom . 14 . 8]</w:t>
      </w:r>
    </w:p>
    <w:p>
      <w:r>
        <w:rPr>
          <w:rFonts w:ascii="Gentium Plus" w:hAnsi="Gentium Plus"/>
          <w:sz w:val="24"/>
        </w:rPr>
        <w:t>ἐάν τε γὰρ ζῶμεν, τῷ κυρίῳ ζῶμεν, ἐάν τε ἀποθνῄσκω‐ μεν, τῷ κυρίῳ ἀποθνῄσκομεν. ἐάν τε οὖν ζῶμεν ἐάν τε ἀποθνῄσκωμεν, τοῦ κυρίου ἐσμέν.</w:t>
      </w:r>
    </w:p>
    <w:p>
      <w:r>
        <w:rPr>
          <w:rFonts w:ascii="Courier New" w:hAnsi="Courier New"/>
          <w:color w:val="555555"/>
          <w:sz w:val="20"/>
        </w:rPr>
        <w:t>[Rom . 14 . 9]</w:t>
      </w:r>
    </w:p>
    <w:p>
      <w:r>
        <w:rPr>
          <w:rFonts w:ascii="Gentium Plus" w:hAnsi="Gentium Plus"/>
          <w:sz w:val="24"/>
        </w:rPr>
        <w:t>εἰς τοῦτο γὰρ Χριστὸς ἀπέθανεν καὶ ἔζησεν ἵνα καὶ νεκρῶν καὶ ζώντων κυριεύσῃ.</w:t>
      </w:r>
    </w:p>
    <w:p>
      <w:r>
        <w:rPr>
          <w:rFonts w:ascii="Courier New" w:hAnsi="Courier New"/>
          <w:color w:val="555555"/>
          <w:sz w:val="20"/>
        </w:rPr>
        <w:t>[Rom . 14 . 10]</w:t>
      </w:r>
    </w:p>
    <w:p>
      <w:r>
        <w:rPr>
          <w:rFonts w:ascii="Gentium Plus" w:hAnsi="Gentium Plus"/>
          <w:sz w:val="24"/>
        </w:rPr>
        <w:t>σὺ δὲ τί κρίνεις τὸν ἀδελφόν σου; ἢ καὶ σὺ τί ἐξουθενεῖς τὸν ἀδελφόν σου; πάντες γὰρ παραστη‐ σόμεθα τῷ βήματι τοῦ θεοῦ·</w:t>
      </w:r>
    </w:p>
    <w:p>
      <w:r>
        <w:rPr>
          <w:rFonts w:ascii="Courier New" w:hAnsi="Courier New"/>
          <w:color w:val="555555"/>
          <w:sz w:val="20"/>
        </w:rPr>
        <w:t>[Rom . 14 . 11]</w:t>
      </w:r>
    </w:p>
    <w:p>
      <w:r>
        <w:rPr>
          <w:rFonts w:ascii="Gentium Plus" w:hAnsi="Gentium Plus"/>
          <w:sz w:val="24"/>
        </w:rPr>
        <w:t>γέγραπται γάρ, Ζῶ ἐγώ, λέγει κύριος, ὅτι ἐμοὶ κάμψει πᾶν γόνυ, καὶ πᾶσα γλῶσσα ἐξομολογήσεται τῷ θεῷ.</w:t>
      </w:r>
    </w:p>
    <w:p>
      <w:r>
        <w:rPr>
          <w:rFonts w:ascii="Courier New" w:hAnsi="Courier New"/>
          <w:color w:val="555555"/>
          <w:sz w:val="20"/>
        </w:rPr>
        <w:t>[Rom . 14 . 12]</w:t>
      </w:r>
    </w:p>
    <w:p>
      <w:r>
        <w:rPr>
          <w:rFonts w:ascii="Gentium Plus" w:hAnsi="Gentium Plus"/>
          <w:sz w:val="24"/>
        </w:rPr>
        <w:t>ἄρα [οὖν] ἕκαστος ἡμῶν περὶ ἑαυτοῦ λόγον δώσει τῷ</w:t>
      </w:r>
    </w:p>
    <w:p>
      <w:r>
        <w:rPr>
          <w:rFonts w:ascii="Courier New" w:hAnsi="Courier New"/>
          <w:color w:val="555555"/>
          <w:sz w:val="20"/>
        </w:rPr>
        <w:t>[Rom . 14 . 13]</w:t>
      </w:r>
    </w:p>
    <w:p>
      <w:r>
        <w:rPr>
          <w:rFonts w:ascii="Gentium Plus" w:hAnsi="Gentium Plus"/>
          <w:sz w:val="24"/>
        </w:rPr>
        <w:t>Μηκέτι οὖν ἀλλήλους κρίνωμεν· ἀλλὰ τοῦτο κρίνατε μᾶλλον, τὸ μὴ τιθέναι πρόσκομμα τῷ ἀδελφῷ ἢ σκάνδα‐ λον.</w:t>
      </w:r>
    </w:p>
    <w:p>
      <w:r>
        <w:rPr>
          <w:rFonts w:ascii="Courier New" w:hAnsi="Courier New"/>
          <w:color w:val="555555"/>
          <w:sz w:val="20"/>
        </w:rPr>
        <w:t>[Rom . 14 . 14]</w:t>
      </w:r>
    </w:p>
    <w:p>
      <w:r>
        <w:rPr>
          <w:rFonts w:ascii="Gentium Plus" w:hAnsi="Gentium Plus"/>
          <w:sz w:val="24"/>
        </w:rPr>
        <w:t>οἶδα καὶ πέπεισμαι ἐν κυρίῳ Ἰησοῦ ὅτι οὐδὲν κοινὸν δι’ ἑαυτοῦ· εἰ μὴ τῷ λογιζομένῳ τι κοινὸν εἶναι, ἐκείνῳ κοινόν.</w:t>
      </w:r>
    </w:p>
    <w:p>
      <w:r>
        <w:rPr>
          <w:rFonts w:ascii="Courier New" w:hAnsi="Courier New"/>
          <w:color w:val="555555"/>
          <w:sz w:val="20"/>
        </w:rPr>
        <w:t>[Rom . 14 . 15]</w:t>
      </w:r>
    </w:p>
    <w:p>
      <w:r>
        <w:rPr>
          <w:rFonts w:ascii="Gentium Plus" w:hAnsi="Gentium Plus"/>
          <w:sz w:val="24"/>
        </w:rPr>
        <w:t>εἰ γὰρ διὰ βρῶμα ὁ ἀδελφός σου λυπεῖται, οὐκέτι κατὰ ἀγάπην περιπατεῖς. μὴ τῷ βρώ‐ ματί σου ἐκεῖνον ἀπόλλυε ὑπὲρ οὗ Χριστὸς ἀπέθανεν.</w:t>
      </w:r>
    </w:p>
    <w:p>
      <w:r>
        <w:rPr>
          <w:rFonts w:ascii="Courier New" w:hAnsi="Courier New"/>
          <w:color w:val="555555"/>
          <w:sz w:val="20"/>
        </w:rPr>
        <w:t>[Rom . 14 . 16]</w:t>
      </w:r>
    </w:p>
    <w:p>
      <w:r>
        <w:rPr>
          <w:rFonts w:ascii="Gentium Plus" w:hAnsi="Gentium Plus"/>
          <w:sz w:val="24"/>
        </w:rPr>
        <w:t>μὴ βλασφημείσθω οὖν ὑμῶν τὸ ἀγαθόν.</w:t>
      </w:r>
    </w:p>
    <w:p>
      <w:r>
        <w:rPr>
          <w:rFonts w:ascii="Courier New" w:hAnsi="Courier New"/>
          <w:color w:val="555555"/>
          <w:sz w:val="20"/>
        </w:rPr>
        <w:t>[Rom . 14 . 17]</w:t>
      </w:r>
    </w:p>
    <w:p>
      <w:r>
        <w:rPr>
          <w:rFonts w:ascii="Gentium Plus" w:hAnsi="Gentium Plus"/>
          <w:sz w:val="24"/>
        </w:rPr>
        <w:t>οὐ γάρ ἐστιν ἡ βασιλεία τοῦ θεοῦ βρῶσις καὶ πόσις, ἀλλὰ δικαιο‐ σύνη καὶ εἰρήνη καὶ χαρὰ ἐν πνεύματι ἁγίῳ·</w:t>
      </w:r>
    </w:p>
    <w:p>
      <w:r>
        <w:rPr>
          <w:rFonts w:ascii="Courier New" w:hAnsi="Courier New"/>
          <w:color w:val="555555"/>
          <w:sz w:val="20"/>
        </w:rPr>
        <w:t>[Rom . 14 . 18]</w:t>
      </w:r>
    </w:p>
    <w:p>
      <w:r>
        <w:rPr>
          <w:rFonts w:ascii="Gentium Plus" w:hAnsi="Gentium Plus"/>
          <w:sz w:val="24"/>
        </w:rPr>
        <w:t>ὁ γὰρ ἐν τούτῳ δουλεύων τῷ Χριστῷ εὐάρεστος τῷ θεῷ καὶ δόκιμος τοῖς ἀνθρώποις.</w:t>
      </w:r>
    </w:p>
    <w:p>
      <w:r>
        <w:rPr>
          <w:rFonts w:ascii="Courier New" w:hAnsi="Courier New"/>
          <w:color w:val="555555"/>
          <w:sz w:val="20"/>
        </w:rPr>
        <w:t>[Rom . 14 . 19]</w:t>
      </w:r>
    </w:p>
    <w:p>
      <w:r>
        <w:rPr>
          <w:rFonts w:ascii="Gentium Plus" w:hAnsi="Gentium Plus"/>
          <w:sz w:val="24"/>
        </w:rPr>
        <w:t>ἄρα οὖν τὰ τῆς εἰρήνης διώκωμεν καὶ τὰ τῆς οἰκοδομῆς τῆς εἰς ἀλλήλους·</w:t>
      </w:r>
    </w:p>
    <w:p>
      <w:r>
        <w:rPr>
          <w:rFonts w:ascii="Courier New" w:hAnsi="Courier New"/>
          <w:color w:val="555555"/>
          <w:sz w:val="20"/>
        </w:rPr>
        <w:t>[Rom . 14 . 20]</w:t>
      </w:r>
    </w:p>
    <w:p>
      <w:r>
        <w:rPr>
          <w:rFonts w:ascii="Gentium Plus" w:hAnsi="Gentium Plus"/>
          <w:sz w:val="24"/>
        </w:rPr>
        <w:t>μὴ ἕνεκεν βρώματος κατάλυε τὸ ἔργον τοῦ θεοῦ. πάντα μὲν καθαρά, ἀλλὰ κακὸν τῷ ἀνθρώπῳ τῷ διὰ προσκόμματος ἐσθίοντι.</w:t>
      </w:r>
    </w:p>
    <w:p>
      <w:r>
        <w:rPr>
          <w:rFonts w:ascii="Courier New" w:hAnsi="Courier New"/>
          <w:color w:val="555555"/>
          <w:sz w:val="20"/>
        </w:rPr>
        <w:t>[Rom . 14 . 21]</w:t>
      </w:r>
    </w:p>
    <w:p>
      <w:r>
        <w:rPr>
          <w:rFonts w:ascii="Gentium Plus" w:hAnsi="Gentium Plus"/>
          <w:sz w:val="24"/>
        </w:rPr>
        <w:t>καλὸν τὸ μὴ φαγεῖν κρέα</w:t>
      </w:r>
    </w:p>
    <w:p>
      <w:r>
        <w:rPr>
          <w:rFonts w:ascii="Courier New" w:hAnsi="Courier New"/>
          <w:color w:val="555555"/>
          <w:sz w:val="20"/>
        </w:rPr>
        <w:t>[Rom . 14 . 22]</w:t>
      </w:r>
    </w:p>
    <w:p>
      <w:r>
        <w:rPr>
          <w:rFonts w:ascii="Gentium Plus" w:hAnsi="Gentium Plus"/>
          <w:sz w:val="24"/>
        </w:rPr>
        <w:t>σὺ πίστιν [ἣν] ἔχεις κατὰ σεαυτὸν ἔχε ἐνώπιον τοῦ θεοῦ. μακάριος ὁ μὴ κρίνων ἑαυτὸν ἐν ᾧ δοκιμάζει·</w:t>
      </w:r>
    </w:p>
    <w:p>
      <w:r>
        <w:rPr>
          <w:rFonts w:ascii="Courier New" w:hAnsi="Courier New"/>
          <w:color w:val="555555"/>
          <w:sz w:val="20"/>
        </w:rPr>
        <w:t>[Rom . 14 . 23]</w:t>
      </w:r>
    </w:p>
    <w:p>
      <w:r>
        <w:rPr>
          <w:rFonts w:ascii="Gentium Plus" w:hAnsi="Gentium Plus"/>
          <w:sz w:val="24"/>
        </w:rPr>
        <w:t>ὁ δὲ διακρινόμενος ἐὰν φάγῃ κατακέκριται, ὅτι οὐκ ἐκ πίστεως· πᾶν δὲ ὃ οὐκ ἐκ πίστεως ἁμαρτία ἐστίν.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[Rom . 15 . 1]</w:t>
      </w:r>
    </w:p>
    <w:p>
      <w:r>
        <w:rPr>
          <w:rFonts w:ascii="Gentium Plus" w:hAnsi="Gentium Plus"/>
          <w:sz w:val="24"/>
        </w:rPr>
        <w:t>Ὀφείλομεν δὲ ἡμεῖς οἱ δυνατοὶ τὰ ἀσθενήματα τῶν ἀδυνάτων βαστάζειν, καὶ μὴ ἑαυτοῖς ἀρέσκειν.</w:t>
      </w:r>
    </w:p>
    <w:p>
      <w:r>
        <w:rPr>
          <w:rFonts w:ascii="Courier New" w:hAnsi="Courier New"/>
          <w:color w:val="555555"/>
          <w:sz w:val="20"/>
        </w:rPr>
        <w:t>[Rom . 15 . 2]</w:t>
      </w:r>
    </w:p>
    <w:p>
      <w:r>
        <w:rPr>
          <w:rFonts w:ascii="Gentium Plus" w:hAnsi="Gentium Plus"/>
          <w:sz w:val="24"/>
        </w:rPr>
        <w:t>ἕκαστος ἡμῶν τῷ πλησίον ἀρεσκέτω εἰς τὸ ἀγαθὸν πρὸς οἰκοδο‐ μήν·</w:t>
      </w:r>
    </w:p>
    <w:p>
      <w:r>
        <w:rPr>
          <w:rFonts w:ascii="Courier New" w:hAnsi="Courier New"/>
          <w:color w:val="555555"/>
          <w:sz w:val="20"/>
        </w:rPr>
        <w:t>[Rom . 15 . 3]</w:t>
      </w:r>
    </w:p>
    <w:p>
      <w:r>
        <w:rPr>
          <w:rFonts w:ascii="Gentium Plus" w:hAnsi="Gentium Plus"/>
          <w:sz w:val="24"/>
        </w:rPr>
        <w:t>καὶ γὰρ ὁ Χριστὸς οὐχ ἑαυτῷ ἤρεσεν· ἀλλὰ καθὼς γέγραπται, Οἱ ὀνειδισμοὶ τῶν ὀνειδιζόντων σε ἐπέπεσαν ἐπ’ ἐμέ.</w:t>
      </w:r>
    </w:p>
    <w:p>
      <w:r>
        <w:rPr>
          <w:rFonts w:ascii="Courier New" w:hAnsi="Courier New"/>
          <w:color w:val="555555"/>
          <w:sz w:val="20"/>
        </w:rPr>
        <w:t>[Rom . 15 . 4]</w:t>
      </w:r>
    </w:p>
    <w:p>
      <w:r>
        <w:rPr>
          <w:rFonts w:ascii="Gentium Plus" w:hAnsi="Gentium Plus"/>
          <w:sz w:val="24"/>
        </w:rPr>
        <w:t>ὅσα γὰρ προεγράφη, εἰς τὴν ἡμετέραν διδασκα‐ λίαν ἐγράφη, ἵνα διὰ τῆς ὑπομονῆς καὶ διὰ τῆς παρα‐ κλήσεως τῶν γραφῶν τὴν ἐλπίδα ἔχωμεν.</w:t>
      </w:r>
    </w:p>
    <w:p>
      <w:r>
        <w:rPr>
          <w:rFonts w:ascii="Courier New" w:hAnsi="Courier New"/>
          <w:color w:val="555555"/>
          <w:sz w:val="20"/>
        </w:rPr>
        <w:t>[Rom . 15 . 5]</w:t>
      </w:r>
    </w:p>
    <w:p>
      <w:r>
        <w:rPr>
          <w:rFonts w:ascii="Gentium Plus" w:hAnsi="Gentium Plus"/>
          <w:sz w:val="24"/>
        </w:rPr>
        <w:t>ὁ δὲ θεὸς τῆς ὑπομονῆς καὶ τῆς παρακλήσεως δῴη ὑμῖν τὸ αὐτὸ φρονεῖν ἐν ἀλλήλοις κατὰ Χριστὸν Ἰησοῦν,</w:t>
      </w:r>
    </w:p>
    <w:p>
      <w:r>
        <w:rPr>
          <w:rFonts w:ascii="Courier New" w:hAnsi="Courier New"/>
          <w:color w:val="555555"/>
          <w:sz w:val="20"/>
        </w:rPr>
        <w:t>[Rom . 15 . 6]</w:t>
      </w:r>
    </w:p>
    <w:p>
      <w:r>
        <w:rPr>
          <w:rFonts w:ascii="Gentium Plus" w:hAnsi="Gentium Plus"/>
          <w:sz w:val="24"/>
        </w:rPr>
        <w:t>ἵνα ὁμο‐ θυμαδὸν ἐν ἑνὶ στόματι δοξάζητε τὸν θεὸν καὶ πατέρα</w:t>
      </w:r>
    </w:p>
    <w:p>
      <w:r>
        <w:rPr>
          <w:rFonts w:ascii="Courier New" w:hAnsi="Courier New"/>
          <w:color w:val="555555"/>
          <w:sz w:val="20"/>
        </w:rPr>
        <w:t>[Rom . 15 . 7]</w:t>
      </w:r>
    </w:p>
    <w:p>
      <w:r>
        <w:rPr>
          <w:rFonts w:ascii="Gentium Plus" w:hAnsi="Gentium Plus"/>
          <w:sz w:val="24"/>
        </w:rPr>
        <w:t>Διὸ προσλαμβάνεσθε ἀλλήλους, καθὼς καὶ ὁ Χριστὸς προσελάβετο ὑμᾶς, εἰς δόξαν τοῦ θεοῦ.</w:t>
      </w:r>
    </w:p>
    <w:p>
      <w:r>
        <w:rPr>
          <w:rFonts w:ascii="Courier New" w:hAnsi="Courier New"/>
          <w:color w:val="555555"/>
          <w:sz w:val="20"/>
        </w:rPr>
        <w:t>[Rom . 15 . 8]</w:t>
      </w:r>
    </w:p>
    <w:p>
      <w:r>
        <w:rPr>
          <w:rFonts w:ascii="Gentium Plus" w:hAnsi="Gentium Plus"/>
          <w:sz w:val="24"/>
        </w:rPr>
        <w:t>λέγω γὰρ Χριστὸν διάκονον γεγενῆσθαι περιτομῆς ὑπὲρ ἀληθείας θεοῦ, εἰς τὸ βεβαιῶσαι τὰς ἐπαγγελίας τῶν πατέρων,</w:t>
      </w:r>
    </w:p>
    <w:p>
      <w:r>
        <w:rPr>
          <w:rFonts w:ascii="Courier New" w:hAnsi="Courier New"/>
          <w:color w:val="555555"/>
          <w:sz w:val="20"/>
        </w:rPr>
        <w:t>[Rom . 15 . 9]</w:t>
      </w:r>
    </w:p>
    <w:p>
      <w:r>
        <w:rPr>
          <w:rFonts w:ascii="Gentium Plus" w:hAnsi="Gentium Plus"/>
          <w:sz w:val="24"/>
        </w:rPr>
        <w:t>τὰ δὲ ἔθνη ὑπὲρ ἐλέους δοξάσαι τὸν θεόν· καθὼς γέγραπται, Διὰ τοῦτο ἐξομολογήσομαί σοι ἐν ἔθνεσιν, καὶ τῷ ὀνοματί σου ψαλῶ.</w:t>
      </w:r>
    </w:p>
    <w:p>
      <w:r>
        <w:rPr>
          <w:rFonts w:ascii="Courier New" w:hAnsi="Courier New"/>
          <w:color w:val="555555"/>
          <w:sz w:val="20"/>
        </w:rPr>
        <w:t>[Rom . 15 . 10]</w:t>
      </w:r>
    </w:p>
    <w:p>
      <w:r>
        <w:rPr>
          <w:rFonts w:ascii="Gentium Plus" w:hAnsi="Gentium Plus"/>
          <w:sz w:val="24"/>
        </w:rPr>
        <w:t>καὶ πάλιν λέγει, Εὐφράνθητε, ἔθνη, μετὰ τοῦ λαοῦ αὐτοῦ.</w:t>
      </w:r>
    </w:p>
    <w:p>
      <w:r>
        <w:rPr>
          <w:rFonts w:ascii="Courier New" w:hAnsi="Courier New"/>
          <w:color w:val="555555"/>
          <w:sz w:val="20"/>
        </w:rPr>
        <w:t>[Rom . 15 . 11]</w:t>
      </w:r>
    </w:p>
    <w:p>
      <w:r>
        <w:rPr>
          <w:rFonts w:ascii="Gentium Plus" w:hAnsi="Gentium Plus"/>
          <w:sz w:val="24"/>
        </w:rPr>
        <w:t>καὶ πάλιν, Αἰνεῖτε, πάντα τὰ ἔθνη, τὸν κύριον, καὶ ἐπαινεσάτωσαν αὐτὸν πάντες οἱ λαοί.</w:t>
      </w:r>
    </w:p>
    <w:p>
      <w:r>
        <w:rPr>
          <w:rFonts w:ascii="Courier New" w:hAnsi="Courier New"/>
          <w:color w:val="555555"/>
          <w:sz w:val="20"/>
        </w:rPr>
        <w:t>[Rom . 15 . 12]</w:t>
      </w:r>
    </w:p>
    <w:p>
      <w:r>
        <w:rPr>
          <w:rFonts w:ascii="Gentium Plus" w:hAnsi="Gentium Plus"/>
          <w:sz w:val="24"/>
        </w:rPr>
        <w:t>καὶ πάλιν Ἠσαΐας λέγει, Ἔσται ἡ ῥίζα τοῦ Ἰεσσαί, καὶ ὁ ἀνιστάμενος ἄρχειν ἐθνῶν· ἐπ’ αὐτῷ ἔθνη ἐλπιοῦσιν.</w:t>
      </w:r>
    </w:p>
    <w:p>
      <w:r>
        <w:rPr>
          <w:rFonts w:ascii="Courier New" w:hAnsi="Courier New"/>
          <w:color w:val="555555"/>
          <w:sz w:val="20"/>
        </w:rPr>
        <w:t>[Rom . 15 . 13]</w:t>
      </w:r>
    </w:p>
    <w:p>
      <w:r>
        <w:rPr>
          <w:rFonts w:ascii="Gentium Plus" w:hAnsi="Gentium Plus"/>
          <w:sz w:val="24"/>
        </w:rPr>
        <w:t>ὁ δὲ θεὸς τῆς ἐλπίδος πληρώσαι ὑμᾶς πάσης χαρᾶς καὶ εἰρήνης ἐν τῷ πιστεύειν, εἰς τὸ περισσεύειν ὑμᾶς ἐν τῇ ἐλπίδι ἐν δυνάμει πνεύματος ἁγίου.</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15 . 14]</w:t>
      </w:r>
    </w:p>
    <w:p>
      <w:r>
        <w:rPr>
          <w:rFonts w:ascii="Gentium Plus" w:hAnsi="Gentium Plus"/>
          <w:sz w:val="24"/>
        </w:rPr>
        <w:t>Πέπεισμαι δέ, ἀδελφοί μου, καὶ αὐτὸς ἐγὼ περὶ ὑμῶν, ὅτι καὶ αὐτοὶ μεστοί ἐστε ἀγαθωσύνης, πεπλη‐</w:t>
      </w:r>
    </w:p>
    <w:p>
      <w:r>
        <w:rPr>
          <w:rFonts w:ascii="Courier New" w:hAnsi="Courier New"/>
          <w:color w:val="555555"/>
          <w:sz w:val="20"/>
        </w:rPr>
        <w:t>[Rom . 15 . 15]</w:t>
      </w:r>
    </w:p>
    <w:p>
      <w:r>
        <w:rPr>
          <w:rFonts w:ascii="Gentium Plus" w:hAnsi="Gentium Plus"/>
          <w:sz w:val="24"/>
        </w:rPr>
        <w:t>τολμηρότερον δὲ ἔγραψα ὑμῖν ἀπὸ μέρους, ὡς ἐπαναμιμνῄσκων ὑμᾶς διὰ τὴν χάριν τὴν δοθεῖσάν μοι ὑπὸ τοῦ θεοῦ</w:t>
      </w:r>
    </w:p>
    <w:p>
      <w:r>
        <w:rPr>
          <w:rFonts w:ascii="Courier New" w:hAnsi="Courier New"/>
          <w:color w:val="555555"/>
          <w:sz w:val="20"/>
        </w:rPr>
        <w:t>[Rom . 15 . 16]</w:t>
      </w:r>
    </w:p>
    <w:p>
      <w:r>
        <w:rPr>
          <w:rFonts w:ascii="Gentium Plus" w:hAnsi="Gentium Plus"/>
          <w:sz w:val="24"/>
        </w:rPr>
        <w:t>εἰς τὸ εἶναί με λειτουργὸν Χριστοῦ Ἰησοῦ εἰς τὰ ἔθνη, ἱερουργοῦντα τὸ εὐαγγέλιον τοῦ θεοῦ, ἵνα γένηται ἡ προσφορὰ τῶν ἐθνῶν εὐπρόσδεκτος, ἡγιασμένη ἐν πνεύματι ἁγίῳ.</w:t>
      </w:r>
    </w:p>
    <w:p>
      <w:r>
        <w:rPr>
          <w:rFonts w:ascii="Courier New" w:hAnsi="Courier New"/>
          <w:color w:val="555555"/>
          <w:sz w:val="20"/>
        </w:rPr>
        <w:t>[Rom . 15 . 17]</w:t>
      </w:r>
    </w:p>
    <w:p>
      <w:r>
        <w:rPr>
          <w:rFonts w:ascii="Gentium Plus" w:hAnsi="Gentium Plus"/>
          <w:sz w:val="24"/>
        </w:rPr>
        <w:t>ἔχω οὖν [τὴν] καύχησιν ἐν Χριστῷ Ἰησοῦ τὰ πρὸς τὸν θεόν·</w:t>
      </w:r>
    </w:p>
    <w:p>
      <w:r>
        <w:rPr>
          <w:rFonts w:ascii="Courier New" w:hAnsi="Courier New"/>
          <w:color w:val="555555"/>
          <w:sz w:val="20"/>
        </w:rPr>
        <w:t>[Rom . 15 . 18]</w:t>
      </w:r>
    </w:p>
    <w:p>
      <w:r>
        <w:rPr>
          <w:rFonts w:ascii="Gentium Plus" w:hAnsi="Gentium Plus"/>
          <w:sz w:val="24"/>
        </w:rPr>
        <w:t>οὐ γὰρ τολμήσω τι λαλεῖν ὧν οὐ κατειργάσατο Χριστὸς δι’ ἐμοῦ εἰς ὑπακοὴν ἐθνῶν, λόγῳ καὶ ἔργῳ,</w:t>
      </w:r>
    </w:p>
    <w:p>
      <w:r>
        <w:rPr>
          <w:rFonts w:ascii="Courier New" w:hAnsi="Courier New"/>
          <w:color w:val="555555"/>
          <w:sz w:val="20"/>
        </w:rPr>
        <w:t>[Rom . 15 . 19]</w:t>
      </w:r>
    </w:p>
    <w:p>
      <w:r>
        <w:rPr>
          <w:rFonts w:ascii="Gentium Plus" w:hAnsi="Gentium Plus"/>
          <w:sz w:val="24"/>
        </w:rPr>
        <w:t>ἐν δυνάμει σημείων καὶ τεράτων, ἐν δυνάμει πνεύματος· ὥστε με ἀπὸ Ἰερουσαλὴμ καὶ κύκλῳ μέχρι τοῦ Ἰλλυρικοῦ πεπληρω‐ κέναι τὸ εὐαγγέλιον τοῦ Χριστοῦ,</w:t>
      </w:r>
    </w:p>
    <w:p>
      <w:r>
        <w:rPr>
          <w:rFonts w:ascii="Courier New" w:hAnsi="Courier New"/>
          <w:color w:val="555555"/>
          <w:sz w:val="20"/>
        </w:rPr>
        <w:t>[Rom . 15 . 20]</w:t>
      </w:r>
    </w:p>
    <w:p>
      <w:r>
        <w:rPr>
          <w:rFonts w:ascii="Gentium Plus" w:hAnsi="Gentium Plus"/>
          <w:sz w:val="24"/>
        </w:rPr>
        <w:t>οὕτως δὲ φιλοτι‐ μούμενον εὐαγγελίζεσθαι οὐχ ὅπου ὠνομάσθη Χριστός, ἵνα μὴ ἐπ’ ἀλλότριον θεμέλιον οἰκοδομῶ,</w:t>
      </w:r>
    </w:p>
    <w:p>
      <w:r>
        <w:rPr>
          <w:rFonts w:ascii="Courier New" w:hAnsi="Courier New"/>
          <w:color w:val="555555"/>
          <w:sz w:val="20"/>
        </w:rPr>
        <w:t>[Rom . 15 . 21]</w:t>
      </w:r>
    </w:p>
    <w:p>
      <w:r>
        <w:rPr>
          <w:rFonts w:ascii="Gentium Plus" w:hAnsi="Gentium Plus"/>
          <w:sz w:val="24"/>
        </w:rPr>
        <w:t>ἀλλὰ καθὼς γέγραπται, Οἷς οὐκ ἀνηγγέλη περὶ αὐτοῦ ὄψονται, καὶ οἳ οὐκ ἀκηκόασιν συνήσουσιν.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[Rom . 15 . 22]</w:t>
      </w:r>
    </w:p>
    <w:p>
      <w:r>
        <w:rPr>
          <w:rFonts w:ascii="Gentium Plus" w:hAnsi="Gentium Plus"/>
          <w:sz w:val="24"/>
        </w:rPr>
        <w:t>Διὸ καὶ ἐνεκοπτόμην τὰ πολλὰ τοῦ ἐλθεῖν πρὸς ὑμᾶς·</w:t>
      </w:r>
    </w:p>
    <w:p>
      <w:r>
        <w:rPr>
          <w:rFonts w:ascii="Courier New" w:hAnsi="Courier New"/>
          <w:color w:val="555555"/>
          <w:sz w:val="20"/>
        </w:rPr>
        <w:t>[Rom . 15 . 23]</w:t>
      </w:r>
    </w:p>
    <w:p>
      <w:r>
        <w:rPr>
          <w:rFonts w:ascii="Gentium Plus" w:hAnsi="Gentium Plus"/>
          <w:sz w:val="24"/>
        </w:rPr>
        <w:t>νυνὶ δὲ μηκέτι τόπον ἔχων ἐν τοῖς κλίμασι</w:t>
      </w:r>
    </w:p>
    <w:p>
      <w:r>
        <w:rPr>
          <w:rFonts w:ascii="Courier New" w:hAnsi="Courier New"/>
          <w:color w:val="555555"/>
          <w:sz w:val="20"/>
        </w:rPr>
        <w:t>[Rom . 15 . 24]</w:t>
      </w:r>
    </w:p>
    <w:p>
      <w:r>
        <w:rPr>
          <w:rFonts w:ascii="Gentium Plus" w:hAnsi="Gentium Plus"/>
          <w:sz w:val="24"/>
        </w:rPr>
        <w:t>ὡς ἂν πορεύωμαι εἰς τὴν Σπανίαν· ἐλπίζω γὰρ διαπορευόμενος θεάσασθαι ὑμᾶς καὶ ὑφ’ ὑμῶν προπεμφθῆναι ἐκεῖ ἐὰν ὑμῶν πρῶτον ἀπὸ μέρους ἐμπλησθῶ—</w:t>
      </w:r>
    </w:p>
    <w:p>
      <w:r>
        <w:rPr>
          <w:rFonts w:ascii="Courier New" w:hAnsi="Courier New"/>
          <w:color w:val="555555"/>
          <w:sz w:val="20"/>
        </w:rPr>
        <w:t>[Rom . 15 . 25]</w:t>
      </w:r>
    </w:p>
    <w:p>
      <w:r>
        <w:rPr>
          <w:rFonts w:ascii="Gentium Plus" w:hAnsi="Gentium Plus"/>
          <w:sz w:val="24"/>
        </w:rPr>
        <w:t>νυνὶ δὲ πορεύομαι εἰς Ἰερουσαλὴμ διακονῶν τοῖς ἁγίοις.</w:t>
      </w:r>
    </w:p>
    <w:p>
      <w:r>
        <w:rPr>
          <w:rFonts w:ascii="Courier New" w:hAnsi="Courier New"/>
          <w:color w:val="555555"/>
          <w:sz w:val="20"/>
        </w:rPr>
        <w:t>[Rom . 15 . 26]</w:t>
      </w:r>
    </w:p>
    <w:p>
      <w:r>
        <w:rPr>
          <w:rFonts w:ascii="Gentium Plus" w:hAnsi="Gentium Plus"/>
          <w:sz w:val="24"/>
        </w:rPr>
        <w:t>ηὐδόκησαν γὰρ Μακεδονία καὶ Ἀχαΐα κοινωνίαν τινὰ ποιήσασθαι εἰς τοὺς πτωχοὺς τῶν ἁγίων τῶν ἐν Ἰερουσαλήμ.</w:t>
      </w:r>
    </w:p>
    <w:p>
      <w:r>
        <w:rPr>
          <w:rFonts w:ascii="Courier New" w:hAnsi="Courier New"/>
          <w:color w:val="555555"/>
          <w:sz w:val="20"/>
        </w:rPr>
        <w:t>[Rom . 15 . 27]</w:t>
      </w:r>
    </w:p>
    <w:p>
      <w:r>
        <w:rPr>
          <w:rFonts w:ascii="Gentium Plus" w:hAnsi="Gentium Plus"/>
          <w:sz w:val="24"/>
        </w:rPr>
        <w:t>ηὐδόκησαν γάρ, καὶ ὀφειλέται εἰσὶν αὐτῶν· εἰ γὰρ τοῖς πνευματικοῖς αὐτῶν ἐκοινώνησαν τὰ ἔθνη, ὀφείλουσιν καὶ ἐν τοῖς σαρκικοῖς λειτουργῆσαι αὐτοῖς.</w:t>
      </w:r>
    </w:p>
    <w:p>
      <w:r>
        <w:rPr>
          <w:rFonts w:ascii="Courier New" w:hAnsi="Courier New"/>
          <w:color w:val="555555"/>
          <w:sz w:val="20"/>
        </w:rPr>
        <w:t>[Rom . 15 . 28]</w:t>
      </w:r>
    </w:p>
    <w:p>
      <w:r>
        <w:rPr>
          <w:rFonts w:ascii="Gentium Plus" w:hAnsi="Gentium Plus"/>
          <w:sz w:val="24"/>
        </w:rPr>
        <w:t>τοῦτο οὖν ἐπιτελέσας, καὶ σφραγισάμενος αὐτοῖς τὸν καρπὸν τοῦτον, ἀπελεύσομαι δι’ ὑμῶν εἰς Σπανίαν·</w:t>
      </w:r>
    </w:p>
    <w:p>
      <w:r>
        <w:rPr>
          <w:rFonts w:ascii="Courier New" w:hAnsi="Courier New"/>
          <w:color w:val="555555"/>
          <w:sz w:val="20"/>
        </w:rPr>
        <w:t>[Rom . 15 . 29]</w:t>
      </w:r>
    </w:p>
    <w:p>
      <w:r>
        <w:rPr>
          <w:rFonts w:ascii="Gentium Plus" w:hAnsi="Gentium Plus"/>
          <w:sz w:val="24"/>
        </w:rPr>
        <w:t>οἶδα δὲ ὅτι ἐρχόμενος πρὸς ὑμᾶς ἐν πληρώματι εὐλογίας Χριστοῦ ἐλεύσομαι.</w:t>
      </w:r>
    </w:p>
    <w:p>
      <w:r>
        <w:rPr>
          <w:rFonts w:ascii="Courier New" w:hAnsi="Courier New"/>
          <w:color w:val="555555"/>
          <w:sz w:val="20"/>
        </w:rPr>
        <w:t>[Rom . 15 . 30]</w:t>
      </w:r>
    </w:p>
    <w:p>
      <w:r>
        <w:rPr>
          <w:rFonts w:ascii="Gentium Plus" w:hAnsi="Gentium Plus"/>
          <w:sz w:val="24"/>
        </w:rPr>
        <w:t>Παρακαλῶ δὲ ὑμᾶσ[, ἀδελφοί,] διὰ τοῦ κυρίου ἡμῶν Ἰησοῦ Χριστοῦ καὶ διὰ τῆς ἀγάπης τοῦ πνεύ‐ ματος, συναγωνίσασθαί μοι ἐν ταῖς προσευχαῖς ὑπὲρ ἐμοῦ πρὸς τὸν θεόν,</w:t>
      </w:r>
    </w:p>
    <w:p>
      <w:r>
        <w:rPr>
          <w:rFonts w:ascii="Courier New" w:hAnsi="Courier New"/>
          <w:color w:val="555555"/>
          <w:sz w:val="20"/>
        </w:rPr>
        <w:t>[Rom . 15 . 31]</w:t>
      </w:r>
    </w:p>
    <w:p>
      <w:r>
        <w:rPr>
          <w:rFonts w:ascii="Gentium Plus" w:hAnsi="Gentium Plus"/>
          <w:sz w:val="24"/>
        </w:rPr>
        <w:t>ἵνα ῥυσθῶ ἀπὸ τῶν ἀπειθούντων ἐν τῇ Ἰουδαίᾳ καὶ ἡ διακονία μου ἡ εἰς Ἰερουσαλὴμ εὐ‐ πρόσδεκτος τοῖς ἁγίοις γένηται,</w:t>
      </w:r>
    </w:p>
    <w:p>
      <w:r>
        <w:rPr>
          <w:rFonts w:ascii="Courier New" w:hAnsi="Courier New"/>
          <w:color w:val="555555"/>
          <w:sz w:val="20"/>
        </w:rPr>
        <w:t>[Rom . 15 . 32]</w:t>
      </w:r>
    </w:p>
    <w:p>
      <w:r>
        <w:rPr>
          <w:rFonts w:ascii="Gentium Plus" w:hAnsi="Gentium Plus"/>
          <w:sz w:val="24"/>
        </w:rPr>
        <w:t>ἵνα ἐν χαρᾷ ἐλθὼν πρὸς ὑμᾶς διὰ θελήματος θεοῦ συναναπαύσωμαι ὑμῖν.</w:t>
      </w:r>
    </w:p>
    <w:p>
      <w:r>
        <w:rPr>
          <w:rFonts w:ascii="Courier New" w:hAnsi="Courier New"/>
          <w:color w:val="555555"/>
          <w:sz w:val="20"/>
        </w:rPr>
        <w:t>[Rom . 15 . 33]</w:t>
      </w:r>
    </w:p>
    <w:p>
      <w:r>
        <w:rPr>
          <w:rFonts w:ascii="Gentium Plus" w:hAnsi="Gentium Plus"/>
          <w:sz w:val="24"/>
        </w:rPr>
        <w:t>ὁ δὲ θεὸς τῆς εἰρήνης μετὰ πάντων ὑμῶν· ἀμήν.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[Rom . 16 . 1]</w:t>
      </w:r>
    </w:p>
    <w:p>
      <w:r>
        <w:rPr>
          <w:rFonts w:ascii="Gentium Plus" w:hAnsi="Gentium Plus"/>
          <w:sz w:val="24"/>
        </w:rPr>
        <w:t>Συνίστημι δὲ ὑμῖν Φοίβην τὴν ἀδελφὴν ἡμῶν, οὖσαν [καὶ] διάκονον τῆς ἐκκλησίας τῆς ἐν Κεγχρεαῖς,</w:t>
      </w:r>
    </w:p>
    <w:p>
      <w:r>
        <w:rPr>
          <w:rFonts w:ascii="Courier New" w:hAnsi="Courier New"/>
          <w:color w:val="555555"/>
          <w:sz w:val="20"/>
        </w:rPr>
        <w:t>[Rom . 16 . 2]</w:t>
      </w:r>
    </w:p>
    <w:p>
      <w:r>
        <w:rPr>
          <w:rFonts w:ascii="Gentium Plus" w:hAnsi="Gentium Plus"/>
          <w:sz w:val="24"/>
        </w:rPr>
        <w:t>ἵνα προσδέξησθε αὐτὴν ἐν κυρίῳ ἀξίως τῶν ἁγίων, καὶ παραστῆτε αὐτῇ ἐν ᾧ ἂν ὑμῶν χρῄζῃ πράγματι, καὶ γὰρ αὐτὴ προστάτις πολλῶν ἐγενήθη καὶ ἐμοῦ αὐτοῦ.</w:t>
      </w:r>
    </w:p>
    <w:p>
      <w:r>
        <w:rPr>
          <w:rFonts w:ascii="Courier New" w:hAnsi="Courier New"/>
          <w:color w:val="555555"/>
          <w:sz w:val="20"/>
        </w:rPr>
        <w:t>[Rom . 16 . 3]</w:t>
      </w:r>
    </w:p>
    <w:p>
      <w:r>
        <w:rPr>
          <w:rFonts w:ascii="Gentium Plus" w:hAnsi="Gentium Plus"/>
          <w:sz w:val="24"/>
        </w:rPr>
        <w:t>Ἀσπάσασθε Πρίσκαν καὶ Ἀκύλαν τοὺς συνεργούς μου ἐν Χριστῷ Ἰησοῦ,</w:t>
      </w:r>
    </w:p>
    <w:p>
      <w:r>
        <w:rPr>
          <w:rFonts w:ascii="Courier New" w:hAnsi="Courier New"/>
          <w:color w:val="555555"/>
          <w:sz w:val="20"/>
        </w:rPr>
        <w:t>[Rom . 16 . 4]</w:t>
      </w:r>
    </w:p>
    <w:p>
      <w:r>
        <w:rPr>
          <w:rFonts w:ascii="Gentium Plus" w:hAnsi="Gentium Plus"/>
          <w:sz w:val="24"/>
        </w:rPr>
        <w:t>οἵτινες ὑπὲρ τῆς ψυχῆς μου τὸν ἑαυτῶν τράχηλον ὑπέθηκαν, οἷς οὐκ ἐγὼ μόνος εὐχα‐ ριστῶ ἀλλὰ καὶ πᾶσαι αἱ ἐκκλησίαι τῶν ἐθνῶν,</w:t>
      </w:r>
    </w:p>
    <w:p>
      <w:r>
        <w:rPr>
          <w:rFonts w:ascii="Courier New" w:hAnsi="Courier New"/>
          <w:color w:val="555555"/>
          <w:sz w:val="20"/>
        </w:rPr>
        <w:t>[Rom . 16 . 5]</w:t>
      </w:r>
    </w:p>
    <w:p>
      <w:r>
        <w:rPr>
          <w:rFonts w:ascii="Gentium Plus" w:hAnsi="Gentium Plus"/>
          <w:sz w:val="24"/>
        </w:rPr>
        <w:t>καὶ τὴν κατ’ οἶκον αὐτῶν ἐκκλησίαν. ἀσπάσασθε Ἐπαίνετον τὸν ἀγαπητόν μου, ὅς ἐστιν ἀπαρχὴ τῆς Ἀσίας εἰς Χριστόν.</w:t>
      </w:r>
    </w:p>
    <w:p>
      <w:r>
        <w:rPr>
          <w:rFonts w:ascii="Courier New" w:hAnsi="Courier New"/>
          <w:color w:val="555555"/>
          <w:sz w:val="20"/>
        </w:rPr>
        <w:t>[Rom . 16 . 6]</w:t>
      </w:r>
    </w:p>
    <w:p>
      <w:r>
        <w:rPr>
          <w:rFonts w:ascii="Gentium Plus" w:hAnsi="Gentium Plus"/>
          <w:sz w:val="24"/>
        </w:rPr>
        <w:t>ἀσπάσασθε Μαριάμ, ἥτις πολλὰ ἐκοπίασεν εἰς ὑμᾶς.</w:t>
      </w:r>
    </w:p>
    <w:p>
      <w:r>
        <w:rPr>
          <w:rFonts w:ascii="Courier New" w:hAnsi="Courier New"/>
          <w:color w:val="555555"/>
          <w:sz w:val="20"/>
        </w:rPr>
        <w:t>[Rom . 16 . 7]</w:t>
      </w:r>
    </w:p>
    <w:p>
      <w:r>
        <w:rPr>
          <w:rFonts w:ascii="Gentium Plus" w:hAnsi="Gentium Plus"/>
          <w:sz w:val="24"/>
        </w:rPr>
        <w:t>ἀσπάσασθε Ἀνδρόνικον καὶ Ἰουνιᾶν τοὺς συγγενεῖς μου καὶ συναιχμαλώτους μου, οἵτινές εἰσιν ἐπίσημοι ἐν τοῖς ἀποστόλοις, οἳ καὶ πρὸ ἐμοῦ γέγοναν ἐν Χριστῷ.</w:t>
      </w:r>
    </w:p>
    <w:p>
      <w:r>
        <w:rPr>
          <w:rFonts w:ascii="Courier New" w:hAnsi="Courier New"/>
          <w:color w:val="555555"/>
          <w:sz w:val="20"/>
        </w:rPr>
        <w:t>[Rom . 16 . 8]</w:t>
      </w:r>
    </w:p>
    <w:p>
      <w:r>
        <w:rPr>
          <w:rFonts w:ascii="Gentium Plus" w:hAnsi="Gentium Plus"/>
          <w:sz w:val="24"/>
        </w:rPr>
        <w:t>ἀσπάσασθε Ἀμπλιᾶτον τὸν ἀγαπητόν μου ἐν κυρίῳ.</w:t>
      </w:r>
    </w:p>
    <w:p>
      <w:r>
        <w:rPr>
          <w:rFonts w:ascii="Courier New" w:hAnsi="Courier New"/>
          <w:color w:val="555555"/>
          <w:sz w:val="20"/>
        </w:rPr>
        <w:t>[Rom . 16 . 9]</w:t>
      </w:r>
    </w:p>
    <w:p>
      <w:r>
        <w:rPr>
          <w:rFonts w:ascii="Gentium Plus" w:hAnsi="Gentium Plus"/>
          <w:sz w:val="24"/>
        </w:rPr>
        <w:t>ἀσπάσασθε Οὐρβανὸν τὸν συνεργὸν ἡμῶν ἐν Χριστῷ καὶ Στάχυν τὸν ἀγαπητόν μου.</w:t>
      </w:r>
    </w:p>
    <w:p>
      <w:r>
        <w:rPr>
          <w:rFonts w:ascii="Courier New" w:hAnsi="Courier New"/>
          <w:color w:val="555555"/>
          <w:sz w:val="20"/>
        </w:rPr>
        <w:t>[Rom . 16 . 10]</w:t>
      </w:r>
    </w:p>
    <w:p>
      <w:r>
        <w:rPr>
          <w:rFonts w:ascii="Gentium Plus" w:hAnsi="Gentium Plus"/>
          <w:sz w:val="24"/>
        </w:rPr>
        <w:t>ἀσπάσασθε Ἀπελλῆν τὸν δόκιμον ἐν Χριστῷ. ἀσπάσασθε τοὺς ἐκ τῶν Ἀριστοβούλου.</w:t>
      </w:r>
    </w:p>
    <w:p>
      <w:r>
        <w:rPr>
          <w:rFonts w:ascii="Courier New" w:hAnsi="Courier New"/>
          <w:color w:val="555555"/>
          <w:sz w:val="20"/>
        </w:rPr>
        <w:t>[Rom . 16 . 11]</w:t>
      </w:r>
    </w:p>
    <w:p>
      <w:r>
        <w:rPr>
          <w:rFonts w:ascii="Gentium Plus" w:hAnsi="Gentium Plus"/>
          <w:sz w:val="24"/>
        </w:rPr>
        <w:t>ἀσπάσασθε Ἡρῳδίωνα τὸν συγ‐ γενῆ μου. ἀσπάσασθε τοὺς ἐκ τῶν Ναρκίσσου τοὺς ὄντας ἐν κυρίῳ.</w:t>
      </w:r>
    </w:p>
    <w:p>
      <w:r>
        <w:rPr>
          <w:rFonts w:ascii="Courier New" w:hAnsi="Courier New"/>
          <w:color w:val="555555"/>
          <w:sz w:val="20"/>
        </w:rPr>
        <w:t>[Rom . 16 . 12]</w:t>
      </w:r>
    </w:p>
    <w:p>
      <w:r>
        <w:rPr>
          <w:rFonts w:ascii="Gentium Plus" w:hAnsi="Gentium Plus"/>
          <w:sz w:val="24"/>
        </w:rPr>
        <w:t>ἀσπάσασθε Τρύφαιναν καὶ Τρυφῶσαν τὰς κοπιώσας ἐν κυρίῳ. ἀσπάσασθε Περσίδα τὴν ἀγαπητήν, ἥτις πολλὰ ἐκοπίασεν ἐν κυρίῳ.</w:t>
      </w:r>
    </w:p>
    <w:p>
      <w:r>
        <w:rPr>
          <w:rFonts w:ascii="Courier New" w:hAnsi="Courier New"/>
          <w:color w:val="555555"/>
          <w:sz w:val="20"/>
        </w:rPr>
        <w:t>[Rom . 16 . 13]</w:t>
      </w:r>
    </w:p>
    <w:p>
      <w:r>
        <w:rPr>
          <w:rFonts w:ascii="Gentium Plus" w:hAnsi="Gentium Plus"/>
          <w:sz w:val="24"/>
        </w:rPr>
        <w:t>ἀσπάσασθε Ῥοῦφον τὸν ἐκλεκτὸν ἐν κυρίῳ καὶ τὴν μητέρα αὐτοῦ καὶ ἐμοῦ.</w:t>
      </w:r>
    </w:p>
    <w:p>
      <w:r>
        <w:rPr>
          <w:rFonts w:ascii="Courier New" w:hAnsi="Courier New"/>
          <w:color w:val="555555"/>
          <w:sz w:val="20"/>
        </w:rPr>
        <w:t>[Rom . 16 . 14]</w:t>
      </w:r>
    </w:p>
    <w:p>
      <w:r>
        <w:rPr>
          <w:rFonts w:ascii="Gentium Plus" w:hAnsi="Gentium Plus"/>
          <w:sz w:val="24"/>
        </w:rPr>
        <w:t>ἀσπάσασθε Ἀσύγκριτον, Φλέγοντα, Ἑρμῆν, Πατρο‐ βᾶν, Ἑρμᾶν, καὶ τοὺς σὺν αὐτοῖς ἀδελφούς.</w:t>
      </w:r>
    </w:p>
    <w:p>
      <w:r>
        <w:rPr>
          <w:rFonts w:ascii="Courier New" w:hAnsi="Courier New"/>
          <w:color w:val="555555"/>
          <w:sz w:val="20"/>
        </w:rPr>
        <w:t>[Rom . 16 . 15]</w:t>
      </w:r>
    </w:p>
    <w:p>
      <w:r>
        <w:rPr>
          <w:rFonts w:ascii="Gentium Plus" w:hAnsi="Gentium Plus"/>
          <w:sz w:val="24"/>
        </w:rPr>
        <w:t>ἀσπά‐ σασθε Φιλόλογον καὶ Ἰουλίαν, Νηρέα καὶ τὴν ἀδελφὴν αὐτοῦ, καὶ Ὀλυμπᾶν, καὶ τοὺς σὺν αὐτοῖς πάντας ἁγίους.</w:t>
      </w:r>
    </w:p>
    <w:p>
      <w:r>
        <w:rPr>
          <w:rFonts w:ascii="Courier New" w:hAnsi="Courier New"/>
          <w:color w:val="555555"/>
          <w:sz w:val="20"/>
        </w:rPr>
        <w:t>[Rom . 16 . 16]</w:t>
      </w:r>
    </w:p>
    <w:p>
      <w:r>
        <w:rPr>
          <w:rFonts w:ascii="Gentium Plus" w:hAnsi="Gentium Plus"/>
          <w:sz w:val="24"/>
        </w:rPr>
        <w:t>Ἀσπάσασθε ἀλλήλους ἐν φιλήματι ἁγίῳ. Ἀσπάζονται ὑμᾶς αἱ ἐκκλησίαι πᾶσαι τοῦ Χριστοῦ.</w:t>
      </w:r>
    </w:p>
    <w:p>
      <w:r>
        <w:rPr>
          <w:rFonts w:ascii="Courier New" w:hAnsi="Courier New"/>
          <w:color w:val="555555"/>
          <w:sz w:val="20"/>
        </w:rPr>
        <w:t>[Rom . 16 . 17]</w:t>
      </w:r>
    </w:p>
    <w:p>
      <w:r>
        <w:rPr>
          <w:rFonts w:ascii="Gentium Plus" w:hAnsi="Gentium Plus"/>
          <w:sz w:val="24"/>
        </w:rPr>
        <w:t>Παρακαλῶ δὲ ὑμᾶς, ἀδελφοί, σκοπεῖν τοὺς τὰς διχοστασίας καὶ τὰ σκάνδαλα παρὰ τὴν διδαχὴν ἣν ὑμεῖς ἐμάθετε ποιοῦντας, καὶ ἐκκλίνετε ἀπ’ αὐτῶν·</w:t>
      </w:r>
    </w:p>
    <w:p>
      <w:r>
        <w:rPr>
          <w:rFonts w:ascii="Courier New" w:hAnsi="Courier New"/>
          <w:color w:val="555555"/>
          <w:sz w:val="20"/>
        </w:rPr>
        <w:t>[Rom . 16 . 18]</w:t>
      </w:r>
    </w:p>
    <w:p>
      <w:r>
        <w:rPr>
          <w:rFonts w:ascii="Gentium Plus" w:hAnsi="Gentium Plus"/>
          <w:sz w:val="24"/>
        </w:rPr>
        <w:t>οἱ γὰρ τοιοῦτοι τῷ κυρίῳ ἡμῶν Χριστῷ οὐ δουλεύουσιν ἀλλὰ</w:t>
      </w:r>
    </w:p>
    <w:p>
      <w:r>
        <w:rPr>
          <w:rFonts w:ascii="Courier New" w:hAnsi="Courier New"/>
          <w:color w:val="555555"/>
          <w:sz w:val="20"/>
        </w:rPr>
        <w:t>[Rom . 16 . 19]</w:t>
      </w:r>
    </w:p>
    <w:p>
      <w:r>
        <w:rPr>
          <w:rFonts w:ascii="Gentium Plus" w:hAnsi="Gentium Plus"/>
          <w:sz w:val="24"/>
        </w:rPr>
        <w:t>ἡ γὰρ ὑμῶν ὑπακοὴ εἰς πάντας ἀφίκετο· ἐφ’ ὑμῖν οὖν χαίρω, θέλω δὲ ὑμᾶς σοφοὺς εἶναι εἰς τὸ ἀγαθόν, ἀκεραίους δὲ εἰς τὸ κακόν.</w:t>
      </w:r>
    </w:p>
    <w:p>
      <w:r>
        <w:rPr>
          <w:rFonts w:ascii="Courier New" w:hAnsi="Courier New"/>
          <w:color w:val="555555"/>
          <w:sz w:val="20"/>
        </w:rPr>
        <w:t>[Rom . 16 . 20]</w:t>
      </w:r>
    </w:p>
    <w:p>
      <w:r>
        <w:rPr>
          <w:rFonts w:ascii="Gentium Plus" w:hAnsi="Gentium Plus"/>
          <w:sz w:val="24"/>
        </w:rPr>
        <w:t>ὁ δὲ θεὸς τῆς εἰρήνης συντρίψει τὸν Σατανᾶν ὑπὸ τοὺς πόδας ὑμῶν ἐν τάχει. ἡ χάρις τοῦ κυρίου ἡμῶν Ἰησοῦ μεθ’ ὑμῶν.</w:t>
      </w:r>
    </w:p>
    <w:p>
      <w:r>
        <w:rPr>
          <w:rFonts w:ascii="Courier New" w:hAnsi="Courier New"/>
          <w:color w:val="555555"/>
          <w:sz w:val="20"/>
        </w:rPr>
        <w:t>[Rom . 16 . 21]</w:t>
      </w:r>
    </w:p>
    <w:p>
      <w:r>
        <w:rPr>
          <w:rFonts w:ascii="Gentium Plus" w:hAnsi="Gentium Plus"/>
          <w:sz w:val="24"/>
        </w:rPr>
        <w:t>Ἀσπάζεται ὑμᾶς Τιμόθεος ὁ συνεργός μου, καὶ Λούκιος καὶ Ἰάσων καὶ Σωσίπατρος οἱ συγγενεῖς μου.</w:t>
      </w:r>
    </w:p>
    <w:p>
      <w:r>
        <w:rPr>
          <w:rFonts w:ascii="Courier New" w:hAnsi="Courier New"/>
          <w:color w:val="555555"/>
          <w:sz w:val="20"/>
        </w:rPr>
        <w:t>[Rom . 16 . 22]</w:t>
      </w:r>
    </w:p>
    <w:p>
      <w:r>
        <w:rPr>
          <w:rFonts w:ascii="Gentium Plus" w:hAnsi="Gentium Plus"/>
          <w:sz w:val="24"/>
        </w:rPr>
        <w:t>ἀσπάζομαι ὑμᾶς ἐγὼ Τέρτιος ὁ γράψας τὴν ἐπιστο‐ λὴν ἐν κυρίῳ.</w:t>
      </w:r>
    </w:p>
    <w:p>
      <w:r>
        <w:rPr>
          <w:rFonts w:ascii="Courier New" w:hAnsi="Courier New"/>
          <w:color w:val="555555"/>
          <w:sz w:val="20"/>
        </w:rPr>
        <w:t>[Rom . 16 . 23]</w:t>
      </w:r>
    </w:p>
    <w:p>
      <w:r>
        <w:rPr>
          <w:rFonts w:ascii="Gentium Plus" w:hAnsi="Gentium Plus"/>
          <w:sz w:val="24"/>
        </w:rPr>
        <w:t>ἀσπάζεται ὑμᾶς Γάϊος ὁ ξένος μου καὶ ὅλης τῆς ἐκκλησίας. ἀσπάζεται ὑμᾶς Ἔραστος ὁ οἰκονόμος τῆς πόλεως καὶ Κούαρτος ὁ ἀδελφός.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[Rom . 16 . 25]</w:t>
      </w:r>
    </w:p>
    <w:p>
      <w:r>
        <w:rPr>
          <w:rFonts w:ascii="Gentium Plus" w:hAnsi="Gentium Plus"/>
          <w:sz w:val="24"/>
        </w:rPr>
        <w:t>Τῷ δὲ δυναμένῳ ὑμᾶς στηρίξαι κατὰ τὸ εὐαγγέλιόν μου καὶ τὸ κήρυγμα Ἰησοῦ Χριστοῦ, κατὰ ἀποκάλυψιν μυστηρίου χρόνοις αἰωνίοις σεσιγημένου</w:t>
      </w:r>
    </w:p>
    <w:p>
      <w:r>
        <w:rPr>
          <w:rFonts w:ascii="Courier New" w:hAnsi="Courier New"/>
          <w:color w:val="555555"/>
          <w:sz w:val="20"/>
        </w:rPr>
        <w:t>[Rom . 16 . 26]</w:t>
      </w:r>
    </w:p>
    <w:p>
      <w:r>
        <w:rPr>
          <w:rFonts w:ascii="Gentium Plus" w:hAnsi="Gentium Plus"/>
          <w:sz w:val="24"/>
        </w:rPr>
        <w:t>φανερω‐ θέντος δὲ νῦν διά τε γραφῶν προφητικῶν κατ’ ἐπιταγὴν τοῦ αἰωνίου θεοῦ εἰς ὑπακοὴν πίστεως εἰς πάντα τὰ ἔθνη γνωρισθέντος,</w:t>
      </w:r>
    </w:p>
    <w:p>
      <w:r>
        <w:rPr>
          <w:rFonts w:ascii="Courier New" w:hAnsi="Courier New"/>
          <w:color w:val="555555"/>
          <w:sz w:val="20"/>
        </w:rPr>
        <w:t>[Rom . 16 . 27]</w:t>
      </w:r>
    </w:p>
    <w:p>
      <w:r>
        <w:rPr>
          <w:rFonts w:ascii="Gentium Plus" w:hAnsi="Gentium Plus"/>
          <w:sz w:val="24"/>
        </w:rPr>
        <w:t>μόνῳ σοφῷ θεῷ διὰ Ἰησοῦ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