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Καινὴ Διαθήκη - Πρὸς Ἐφεσίους</w:t>
      </w:r>
      <w:r>
        <w:br/>
      </w:r>
      <w:r>
        <w:rPr>
          <w:i/>
          <w:color w:val="666666"/>
          <w:sz w:val="40"/>
        </w:rPr>
        <w:t>New Testament - Ephesians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Ἡ Καινὴ Διαθήκη</w:t>
      </w:r>
      <w:r>
        <w:br/>
      </w:r>
      <w:r>
        <w:rPr>
          <w:i/>
          <w:color w:val="666666"/>
          <w:sz w:val="28"/>
        </w:rPr>
        <w:t>by New Testament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ΠΡΟΣ ΕΦΕΣΙΟΥΣ</w:t>
      </w:r>
    </w:p>
    <w:p>
      <w:r>
        <w:rPr>
          <w:rFonts w:ascii="Courier New" w:hAnsi="Courier New"/>
          <w:color w:val="555555"/>
          <w:sz w:val="20"/>
        </w:rPr>
        <w:t>[Eph . 1 . 1]</w:t>
      </w:r>
    </w:p>
    <w:p>
      <w:r>
        <w:rPr>
          <w:rFonts w:ascii="Gentium Plus" w:hAnsi="Gentium Plus"/>
          <w:sz w:val="24"/>
        </w:rPr>
        <w:t>Παῦλος ἀπόστολος Χριστοῦ Ἰησοῦ διὰ θελήματος θεοῦ τοῖς ἁγίοις τοῖς οὖσιν [ἐν Ἐφέσῳ] καὶ πιστοῖς ἐν Χριστῷ Ἰησοῦ·</w:t>
      </w:r>
    </w:p>
    <w:p>
      <w:r>
        <w:rPr>
          <w:rFonts w:ascii="Courier New" w:hAnsi="Courier New"/>
          <w:color w:val="555555"/>
          <w:sz w:val="20"/>
        </w:rPr>
        <w:t>[Eph . 1 . 2]</w:t>
      </w:r>
    </w:p>
    <w:p>
      <w:r>
        <w:rPr>
          <w:rFonts w:ascii="Gentium Plus" w:hAnsi="Gentium Plus"/>
          <w:sz w:val="24"/>
        </w:rPr>
        <w:t>χάρις ὑμῖν καὶ εἰρήνη ἀπὸ θεοῦ πατρὸς ἡμῶν καὶ κυρίου Ἰησοῦ Χριστοῦ.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[Eph . 1 . 3]</w:t>
      </w:r>
    </w:p>
    <w:p>
      <w:r>
        <w:rPr>
          <w:rFonts w:ascii="Gentium Plus" w:hAnsi="Gentium Plus"/>
          <w:sz w:val="24"/>
        </w:rPr>
        <w:t>Εὐλογητὸς ὁ θεὸς καὶ πατὴρ τοῦ κυρίου ἡμῶν Ἰησοῦ Χριστοῦ, ὁ εὐλογήσας ἡμᾶς ἐν πάσῃ εὐλογίᾳ πνευματικῇ ἐν τοῖς ἐπουρανίοις ἐν Χριστῷ,</w:t>
      </w:r>
    </w:p>
    <w:p>
      <w:r>
        <w:rPr>
          <w:rFonts w:ascii="Courier New" w:hAnsi="Courier New"/>
          <w:color w:val="555555"/>
          <w:sz w:val="20"/>
        </w:rPr>
        <w:t>[Eph . 1 . 4]</w:t>
      </w:r>
    </w:p>
    <w:p>
      <w:r>
        <w:rPr>
          <w:rFonts w:ascii="Gentium Plus" w:hAnsi="Gentium Plus"/>
          <w:sz w:val="24"/>
        </w:rPr>
        <w:t>καθὼς ἐξελέξατο ἡμᾶς ἐν αὐτῷ πρὸ καταβολῆς κόσμου, εἶναι ἡμᾶς ἁγίους καὶ ἀμώμους κατενώπιον αὐτοῦ ἐν ἀγάπῃ,</w:t>
      </w:r>
    </w:p>
    <w:p>
      <w:r>
        <w:rPr>
          <w:rFonts w:ascii="Courier New" w:hAnsi="Courier New"/>
          <w:color w:val="555555"/>
          <w:sz w:val="20"/>
        </w:rPr>
        <w:t>[Eph . 1 . 5]</w:t>
      </w:r>
    </w:p>
    <w:p>
      <w:r>
        <w:rPr>
          <w:rFonts w:ascii="Gentium Plus" w:hAnsi="Gentium Plus"/>
          <w:sz w:val="24"/>
        </w:rPr>
        <w:t>προορίσας ἡμᾶς εἰς υἱοθεσίαν διὰ Ἰησοῦ Χριστοῦ εἰς αὐτόν, κατὰ τὴν εὐδοκίαν τοῦ θελήματος αὐτοῦ,</w:t>
      </w:r>
    </w:p>
    <w:p>
      <w:r>
        <w:rPr>
          <w:rFonts w:ascii="Courier New" w:hAnsi="Courier New"/>
          <w:color w:val="555555"/>
          <w:sz w:val="20"/>
        </w:rPr>
        <w:t>[Eph . 1 . 6]</w:t>
      </w:r>
    </w:p>
    <w:p>
      <w:r>
        <w:rPr>
          <w:rFonts w:ascii="Gentium Plus" w:hAnsi="Gentium Plus"/>
          <w:sz w:val="24"/>
        </w:rPr>
        <w:t>εἰς ἔπαινον δόξης τῆς χάριτος αὐτοῦ ἧς ἐχαρίτωσεν ἡμᾶς ἐν τῷ ἠγαπημένῳ,</w:t>
      </w:r>
    </w:p>
    <w:p>
      <w:r>
        <w:rPr>
          <w:rFonts w:ascii="Courier New" w:hAnsi="Courier New"/>
          <w:color w:val="555555"/>
          <w:sz w:val="20"/>
        </w:rPr>
        <w:t>[Eph . 1 . 7]</w:t>
      </w:r>
    </w:p>
    <w:p>
      <w:r>
        <w:rPr>
          <w:rFonts w:ascii="Gentium Plus" w:hAnsi="Gentium Plus"/>
          <w:sz w:val="24"/>
        </w:rPr>
        <w:t>ἐν ᾧ ἔχομεν τὴν ἀπολύτρωσιν διὰ τοῦ αἵματος αὐτοῦ, τὴν ἄφεσιν τῶν παραπτωμάτων, κατὰ τὸ πλοῦτος τῆς χάριτος αὐτοῦ,</w:t>
      </w:r>
    </w:p>
    <w:p>
      <w:r>
        <w:rPr>
          <w:rFonts w:ascii="Courier New" w:hAnsi="Courier New"/>
          <w:color w:val="555555"/>
          <w:sz w:val="20"/>
        </w:rPr>
        <w:t>[Eph . 1 . 8]</w:t>
      </w:r>
    </w:p>
    <w:p>
      <w:r>
        <w:rPr>
          <w:rFonts w:ascii="Gentium Plus" w:hAnsi="Gentium Plus"/>
          <w:sz w:val="24"/>
        </w:rPr>
        <w:t>ἧς ἐπερίσσευσεν εἰς ἡμᾶς ἐν πάσῃ σοφίᾳ καὶ φρονήσει</w:t>
      </w:r>
    </w:p>
    <w:p>
      <w:r>
        <w:rPr>
          <w:rFonts w:ascii="Courier New" w:hAnsi="Courier New"/>
          <w:color w:val="555555"/>
          <w:sz w:val="20"/>
        </w:rPr>
        <w:t>[Eph . 1 . 9]</w:t>
      </w:r>
    </w:p>
    <w:p>
      <w:r>
        <w:rPr>
          <w:rFonts w:ascii="Gentium Plus" w:hAnsi="Gentium Plus"/>
          <w:sz w:val="24"/>
        </w:rPr>
        <w:t>γνωρίσας ἡμῖν τὸ μυστήριον τοῦ θελήματος αὐτοῦ, κατὰ τὴν εὐδοκίαν αὐτοῦ ἣν προέθετο ἐν αὐτῷ</w:t>
      </w:r>
    </w:p>
    <w:p>
      <w:r>
        <w:rPr>
          <w:rFonts w:ascii="Courier New" w:hAnsi="Courier New"/>
          <w:color w:val="555555"/>
          <w:sz w:val="20"/>
        </w:rPr>
        <w:t>[Eph . 1 . 10]</w:t>
      </w:r>
    </w:p>
    <w:p>
      <w:r>
        <w:rPr>
          <w:rFonts w:ascii="Gentium Plus" w:hAnsi="Gentium Plus"/>
          <w:sz w:val="24"/>
        </w:rPr>
        <w:t>εἰς οἰκονομίαν τοῦ πληρώματος τῶν καιρῶν, ἀνακεφαλαιώσασθαι τὰ πάντα ἐν τῷ Χριστῷ, τὰ ἐπὶ τοῖς οὐρανοῖς καὶ τὰ ἐπὶ τῆς γῆς· ἐν αὐτῷ,</w:t>
      </w:r>
    </w:p>
    <w:p>
      <w:r>
        <w:rPr>
          <w:rFonts w:ascii="Courier New" w:hAnsi="Courier New"/>
          <w:color w:val="555555"/>
          <w:sz w:val="20"/>
        </w:rPr>
        <w:t>[Eph . 1 . 11]</w:t>
      </w:r>
    </w:p>
    <w:p>
      <w:r>
        <w:rPr>
          <w:rFonts w:ascii="Gentium Plus" w:hAnsi="Gentium Plus"/>
          <w:sz w:val="24"/>
        </w:rPr>
        <w:t>ἐν ᾧ καὶ ἐκληρώθημεν προορι‐ σθέντες κατὰ πρόθεσιν τοῦ τὰ πάντα ἐνεργοῦντος κατὰ τὴν βουλὴν τοῦ θελήματος αὐτοῦ,</w:t>
      </w:r>
    </w:p>
    <w:p>
      <w:r>
        <w:rPr>
          <w:rFonts w:ascii="Courier New" w:hAnsi="Courier New"/>
          <w:color w:val="555555"/>
          <w:sz w:val="20"/>
        </w:rPr>
        <w:t>[Eph . 1 . 12]</w:t>
      </w:r>
    </w:p>
    <w:p>
      <w:r>
        <w:rPr>
          <w:rFonts w:ascii="Gentium Plus" w:hAnsi="Gentium Plus"/>
          <w:sz w:val="24"/>
        </w:rPr>
        <w:t>εἰς τὸ εἶναι ἡμᾶς εἰς ἔπαινον δόξης αὐτοῦ τοὺς προηλπικότας ἐν τῷ Χριστῷ·</w:t>
      </w:r>
    </w:p>
    <w:p>
      <w:r>
        <w:rPr>
          <w:rFonts w:ascii="Courier New" w:hAnsi="Courier New"/>
          <w:color w:val="555555"/>
          <w:sz w:val="20"/>
        </w:rPr>
        <w:t>[Eph . 1 . 13]</w:t>
      </w:r>
    </w:p>
    <w:p>
      <w:r>
        <w:rPr>
          <w:rFonts w:ascii="Gentium Plus" w:hAnsi="Gentium Plus"/>
          <w:sz w:val="24"/>
        </w:rPr>
        <w:t>ἐν ᾧ καὶ ὑμεῖς ἀκούσαντες τὸν λόγον τῆς ἀληθείας, τὸ εὐαγγέλιον τῆς σωτηρίας ὑμῶν, ἐν ᾧ καὶ πιστεύσαντες ἐσφραγίσθητε τῷ πνεύματι τῆς ἐπαγγελίας τῷ ἁγίῳ,</w:t>
      </w:r>
    </w:p>
    <w:p>
      <w:r>
        <w:rPr>
          <w:rFonts w:ascii="Courier New" w:hAnsi="Courier New"/>
          <w:color w:val="555555"/>
          <w:sz w:val="20"/>
        </w:rPr>
        <w:t>[Eph . 1 . 14]</w:t>
      </w:r>
    </w:p>
    <w:p>
      <w:r>
        <w:rPr>
          <w:rFonts w:ascii="Gentium Plus" w:hAnsi="Gentium Plus"/>
          <w:sz w:val="24"/>
        </w:rPr>
        <w:t>ὅς ἐστιν ἀρραβὼν τῆς κληρονομίας ἡμῶν, εἰς ἀπολύτρωσιν τῆς περιποιήσεως, εἰς ἔπαινον τῆς δόξης αὐτοῦ.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[Eph . 1 . 15]</w:t>
      </w:r>
    </w:p>
    <w:p>
      <w:r>
        <w:rPr>
          <w:rFonts w:ascii="Gentium Plus" w:hAnsi="Gentium Plus"/>
          <w:sz w:val="24"/>
        </w:rPr>
        <w:t>Διὰ τοῦτο κἀγώ, ἀκούσας τὴν καθ’ ὑμᾶς πίστιν ἐν τῷ κυρίῳ Ἰησοῦ καὶ τὴν ἀγάπην τὴν εἰς πάντας τοὺς ἁγίους,</w:t>
      </w:r>
    </w:p>
    <w:p>
      <w:r>
        <w:rPr>
          <w:rFonts w:ascii="Courier New" w:hAnsi="Courier New"/>
          <w:color w:val="555555"/>
          <w:sz w:val="20"/>
        </w:rPr>
        <w:t>[Eph . 1 . 16]</w:t>
      </w:r>
    </w:p>
    <w:p>
      <w:r>
        <w:rPr>
          <w:rFonts w:ascii="Gentium Plus" w:hAnsi="Gentium Plus"/>
          <w:sz w:val="24"/>
        </w:rPr>
        <w:t>οὐ παύομαι εὐχαριστῶν ὑπὲρ ὑμῶν μνείαν ποιούμενος ἐπὶ τῶν προσευχῶν μου,</w:t>
      </w:r>
    </w:p>
    <w:p>
      <w:r>
        <w:rPr>
          <w:rFonts w:ascii="Courier New" w:hAnsi="Courier New"/>
          <w:color w:val="555555"/>
          <w:sz w:val="20"/>
        </w:rPr>
        <w:t>[Eph . 1 . 17]</w:t>
      </w:r>
    </w:p>
    <w:p>
      <w:r>
        <w:rPr>
          <w:rFonts w:ascii="Gentium Plus" w:hAnsi="Gentium Plus"/>
          <w:sz w:val="24"/>
        </w:rPr>
        <w:t>ἵνα ὁ θεὸς τοῦ κυρίου ἡμῶν Ἰησοῦ Χριστοῦ, ὁ πατὴρ τῆς δόξης, δώῃ ὑμῖν πνεῦμα σοφίας καὶ ἀποκαλύψεως ἐν ἐπιγνώσει αὐτοῦ,</w:t>
      </w:r>
    </w:p>
    <w:p>
      <w:r>
        <w:rPr>
          <w:rFonts w:ascii="Courier New" w:hAnsi="Courier New"/>
          <w:color w:val="555555"/>
          <w:sz w:val="20"/>
        </w:rPr>
        <w:t>[Eph . 1 . 18]</w:t>
      </w:r>
    </w:p>
    <w:p>
      <w:r>
        <w:rPr>
          <w:rFonts w:ascii="Gentium Plus" w:hAnsi="Gentium Plus"/>
          <w:sz w:val="24"/>
        </w:rPr>
        <w:t>πεφωτισμένους τοὺς ὀφθαλμοὺς τῆς καρδίας [ὑμῶν] εἰς τὸ εἰδέναι ὑμᾶς τίς ἐστιν ἡ ἐλπὶς τῆς κλήσεως αὐτοῦ, τίς ὁ πλοῦτος τῆς δόξης τῆς κληρο‐ νομίας αὐτοῦ ἐν τοῖς ἁγίοις,</w:t>
      </w:r>
    </w:p>
    <w:p>
      <w:r>
        <w:rPr>
          <w:rFonts w:ascii="Courier New" w:hAnsi="Courier New"/>
          <w:color w:val="555555"/>
          <w:sz w:val="20"/>
        </w:rPr>
        <w:t>[Eph . 1 . 19]</w:t>
      </w:r>
    </w:p>
    <w:p>
      <w:r>
        <w:rPr>
          <w:rFonts w:ascii="Gentium Plus" w:hAnsi="Gentium Plus"/>
          <w:sz w:val="24"/>
        </w:rPr>
        <w:t>καὶ τί τὸ ὑπερβάλλον μέγεθος τῆς δυνάμεως αὐτοῦ εἰς ἡμᾶς τοὺς πιστεύοντας κατὰ τὴν ἐνέργειαν τοῦ κράτους τῆς ἰσχύος αὐτοῦ</w:t>
      </w:r>
    </w:p>
    <w:p>
      <w:r>
        <w:rPr>
          <w:rFonts w:ascii="Courier New" w:hAnsi="Courier New"/>
          <w:color w:val="555555"/>
          <w:sz w:val="20"/>
        </w:rPr>
        <w:t>[Eph . 1 . 20]</w:t>
      </w:r>
    </w:p>
    <w:p>
      <w:r>
        <w:rPr>
          <w:rFonts w:ascii="Gentium Plus" w:hAnsi="Gentium Plus"/>
          <w:sz w:val="24"/>
        </w:rPr>
        <w:t>ἣν ἐνήργησεν ἐν τῷ Χριστῷ ἐγείρας αὐτὸν ἐκ νεκρῶν, καὶ καθίσας ἐν δεξιᾷ αὐτοῦ ἐν τοῖς ἐπουρανίοις</w:t>
      </w:r>
    </w:p>
    <w:p>
      <w:r>
        <w:rPr>
          <w:rFonts w:ascii="Courier New" w:hAnsi="Courier New"/>
          <w:color w:val="555555"/>
          <w:sz w:val="20"/>
        </w:rPr>
        <w:t>[Eph . 1 . 21]</w:t>
      </w:r>
    </w:p>
    <w:p>
      <w:r>
        <w:rPr>
          <w:rFonts w:ascii="Gentium Plus" w:hAnsi="Gentium Plus"/>
          <w:sz w:val="24"/>
        </w:rPr>
        <w:t>ὑπεράνω πάσης ἀρχῆς καὶ ἐξουσίας καὶ δυνάμεως καὶ κυριότητος καὶ παντὸς ὀνόματος ὀνομαζομένου οὐ μόνον ἐν τῷ αἰῶνι τούτῳ ἀλλὰ καὶ ἐν τῷ μέλλοντι·</w:t>
      </w:r>
    </w:p>
    <w:p>
      <w:r>
        <w:rPr>
          <w:rFonts w:ascii="Courier New" w:hAnsi="Courier New"/>
          <w:color w:val="555555"/>
          <w:sz w:val="20"/>
        </w:rPr>
        <w:t>[Eph . 1 . 22]</w:t>
      </w:r>
    </w:p>
    <w:p>
      <w:r>
        <w:rPr>
          <w:rFonts w:ascii="Gentium Plus" w:hAnsi="Gentium Plus"/>
          <w:sz w:val="24"/>
        </w:rPr>
        <w:t>καὶ πάντα ὑπέταξεν ὑπὸ τοὺς πόδας αὐτοῦ, καὶ αὐτὸν ἔδωκεν κεφαλὴν ὑπὲρ πάντα τῇ ἐκκλησίᾳ,</w:t>
      </w:r>
    </w:p>
    <w:p>
      <w:r>
        <w:rPr>
          <w:rFonts w:ascii="Courier New" w:hAnsi="Courier New"/>
          <w:color w:val="555555"/>
          <w:sz w:val="20"/>
        </w:rPr>
        <w:t>[Eph . 1 . 23]</w:t>
      </w:r>
    </w:p>
    <w:p>
      <w:r>
        <w:rPr>
          <w:rFonts w:ascii="Gentium Plus" w:hAnsi="Gentium Plus"/>
          <w:sz w:val="24"/>
        </w:rPr>
        <w:t>ἥτις ἐστὶν τὸ σῶμα αὐτοῦ, τὸ πλήρωμα τοῦ τὰ πάντα ἐν πᾶσιν πλη‐ ρουμένου.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[Eph . 2 . 1]</w:t>
      </w:r>
    </w:p>
    <w:p>
      <w:r>
        <w:rPr>
          <w:rFonts w:ascii="Gentium Plus" w:hAnsi="Gentium Plus"/>
          <w:sz w:val="24"/>
        </w:rPr>
        <w:t>Καὶ ὑμᾶς ὄντας νεκροὺς τοῖς παραπτώμασιν καὶ ταῖς ἁμαρτίαις ὑμῶν,</w:t>
      </w:r>
    </w:p>
    <w:p>
      <w:r>
        <w:rPr>
          <w:rFonts w:ascii="Courier New" w:hAnsi="Courier New"/>
          <w:color w:val="555555"/>
          <w:sz w:val="20"/>
        </w:rPr>
        <w:t>[Eph . 2 . 2]</w:t>
      </w:r>
    </w:p>
    <w:p>
      <w:r>
        <w:rPr>
          <w:rFonts w:ascii="Gentium Plus" w:hAnsi="Gentium Plus"/>
          <w:sz w:val="24"/>
        </w:rPr>
        <w:t>ἐν αἷς ποτε περιεπατήσατε κατὰ τὸν αἰῶνα τοῦ κόσμου τούτου, κατὰ τὸν ἄρχοντα τῆς ἐξουσίας τοῦ ἀέρος, τοῦ πνεύματος τοῦ νῦν ἐνεργοῦντος ἐν τοῖς υἱοῖς τῆς ἀπειθείας·</w:t>
      </w:r>
    </w:p>
    <w:p>
      <w:r>
        <w:rPr>
          <w:rFonts w:ascii="Courier New" w:hAnsi="Courier New"/>
          <w:color w:val="555555"/>
          <w:sz w:val="20"/>
        </w:rPr>
        <w:t>[Eph . 2 . 3]</w:t>
      </w:r>
    </w:p>
    <w:p>
      <w:r>
        <w:rPr>
          <w:rFonts w:ascii="Gentium Plus" w:hAnsi="Gentium Plus"/>
          <w:sz w:val="24"/>
        </w:rPr>
        <w:t>ἐν οἷς καὶ ἡμεῖς πάντες</w:t>
      </w:r>
    </w:p>
    <w:p>
      <w:r>
        <w:rPr>
          <w:rFonts w:ascii="Courier New" w:hAnsi="Courier New"/>
          <w:color w:val="555555"/>
          <w:sz w:val="20"/>
        </w:rPr>
        <w:t>[Eph . 2 . 4]</w:t>
      </w:r>
    </w:p>
    <w:p>
      <w:r>
        <w:rPr>
          <w:rFonts w:ascii="Gentium Plus" w:hAnsi="Gentium Plus"/>
          <w:sz w:val="24"/>
        </w:rPr>
        <w:t>ὁ δὲ θεὸς πλούσιος ὢν ἐν ἐλέει, διὰ τὴν πολλὴν ἀγάπην αὐτοῦ ἣν ἠγάπησεν ἡμᾶς,</w:t>
      </w:r>
    </w:p>
    <w:p>
      <w:r>
        <w:rPr>
          <w:rFonts w:ascii="Courier New" w:hAnsi="Courier New"/>
          <w:color w:val="555555"/>
          <w:sz w:val="20"/>
        </w:rPr>
        <w:t>[Eph . 2 . 5]</w:t>
      </w:r>
    </w:p>
    <w:p>
      <w:r>
        <w:rPr>
          <w:rFonts w:ascii="Gentium Plus" w:hAnsi="Gentium Plus"/>
          <w:sz w:val="24"/>
        </w:rPr>
        <w:t>καὶ ὄντας ἡμᾶς νεκροὺς τοῖς παραπτώμασιν συνεζωοποίησεν τῷ Χριστῷ—χάριτί ἐστε σεσῳσμένοι—</w:t>
      </w:r>
    </w:p>
    <w:p>
      <w:r>
        <w:rPr>
          <w:rFonts w:ascii="Courier New" w:hAnsi="Courier New"/>
          <w:color w:val="555555"/>
          <w:sz w:val="20"/>
        </w:rPr>
        <w:t>[Eph . 2 . 6]</w:t>
      </w:r>
    </w:p>
    <w:p>
      <w:r>
        <w:rPr>
          <w:rFonts w:ascii="Gentium Plus" w:hAnsi="Gentium Plus"/>
          <w:sz w:val="24"/>
        </w:rPr>
        <w:t>καὶ συνήγειρεν καὶ συνεκάθισεν ἐν τοῖς ἐπουρανίοις ἐν Χριστῷ Ἰησοῦ,</w:t>
      </w:r>
    </w:p>
    <w:p>
      <w:r>
        <w:rPr>
          <w:rFonts w:ascii="Courier New" w:hAnsi="Courier New"/>
          <w:color w:val="555555"/>
          <w:sz w:val="20"/>
        </w:rPr>
        <w:t>[Eph . 2 . 7]</w:t>
      </w:r>
    </w:p>
    <w:p>
      <w:r>
        <w:rPr>
          <w:rFonts w:ascii="Gentium Plus" w:hAnsi="Gentium Plus"/>
          <w:sz w:val="24"/>
        </w:rPr>
        <w:t>ἵνα ἐνδείξηται ἐν τοῖς αἰῶσιν τοῖς ἐπερχομένοις τὸ ὑπερβάλλον πλοῦτος τῆς χάριτος αὐτοῦ ἐν χρηστότητι ἐφ’ ἡμᾶς ἐν Χριστῷ Ἰησοῦ.</w:t>
      </w:r>
    </w:p>
    <w:p>
      <w:r>
        <w:rPr>
          <w:rFonts w:ascii="Courier New" w:hAnsi="Courier New"/>
          <w:color w:val="555555"/>
          <w:sz w:val="20"/>
        </w:rPr>
        <w:t>[Eph . 2 . 8]</w:t>
      </w:r>
    </w:p>
    <w:p>
      <w:r>
        <w:rPr>
          <w:rFonts w:ascii="Gentium Plus" w:hAnsi="Gentium Plus"/>
          <w:sz w:val="24"/>
        </w:rPr>
        <w:t>τῇ γὰρ χάριτί ἐστε σεσῳσμένοι διὰ πίστεως· καὶ τοῦτο οὐκ ἐξ ὑμῶν, θεοῦ τὸ δῶρον·</w:t>
      </w:r>
    </w:p>
    <w:p>
      <w:r>
        <w:rPr>
          <w:rFonts w:ascii="Courier New" w:hAnsi="Courier New"/>
          <w:color w:val="555555"/>
          <w:sz w:val="20"/>
        </w:rPr>
        <w:t>[Eph . 2 . 9]</w:t>
      </w:r>
    </w:p>
    <w:p>
      <w:r>
        <w:rPr>
          <w:rFonts w:ascii="Gentium Plus" w:hAnsi="Gentium Plus"/>
          <w:sz w:val="24"/>
        </w:rPr>
        <w:t>οὐκ ἐξ ἔργων, ἵνα μή τις καυχήσηται.</w:t>
      </w:r>
    </w:p>
    <w:p>
      <w:r>
        <w:rPr>
          <w:rFonts w:ascii="Courier New" w:hAnsi="Courier New"/>
          <w:color w:val="555555"/>
          <w:sz w:val="20"/>
        </w:rPr>
        <w:t>[Eph . 2 . 10]</w:t>
      </w:r>
    </w:p>
    <w:p>
      <w:r>
        <w:rPr>
          <w:rFonts w:ascii="Gentium Plus" w:hAnsi="Gentium Plus"/>
          <w:sz w:val="24"/>
        </w:rPr>
        <w:t>αὐτοῦ γάρ ἐσμεν ποίημα, κτι‐ σθέντες ἐν Χριστῷ Ἰησοῦ ἐπὶ ἔργοις ἀγαθοῖς οἷς προη‐ τοίμασεν ὁ θεὸς ἵνα ἐν αὐτοῖς περιπατήσωμεν.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[Eph . 2 . 11]</w:t>
      </w:r>
    </w:p>
    <w:p>
      <w:r>
        <w:rPr>
          <w:rFonts w:ascii="Gentium Plus" w:hAnsi="Gentium Plus"/>
          <w:sz w:val="24"/>
        </w:rPr>
        <w:t>Διὸ μνημονεύετε ὅτι ποτὲ ὑμεῖς τὰ ἔθνη ἐν σαρκί, οἱ λεγόμενοι ἀκροβυστία ὑπὸ τῆς λεγομένης περιτομῆς ἐν σαρκὶ χειροποιήτου,</w:t>
      </w:r>
    </w:p>
    <w:p>
      <w:r>
        <w:rPr>
          <w:rFonts w:ascii="Courier New" w:hAnsi="Courier New"/>
          <w:color w:val="555555"/>
          <w:sz w:val="20"/>
        </w:rPr>
        <w:t>[Eph . 2 . 12]</w:t>
      </w:r>
    </w:p>
    <w:p>
      <w:r>
        <w:rPr>
          <w:rFonts w:ascii="Gentium Plus" w:hAnsi="Gentium Plus"/>
          <w:sz w:val="24"/>
        </w:rPr>
        <w:t>ὅτι ἦτε τῷ καιρῷ ἐκείνῳ χωρὶς Χριστοῦ, ἀπηλλοτριωμένοι τῆς πολιτείας τοῦ Ἰσραὴλ καὶ ξένοι τῶν διαθηκῶν τῆς ἐπαγγελίας, ἐλπίδα μὴ ἔχοντες καὶ ἄθεοι ἐν τῷ κόσμῳ.</w:t>
      </w:r>
    </w:p>
    <w:p>
      <w:r>
        <w:rPr>
          <w:rFonts w:ascii="Courier New" w:hAnsi="Courier New"/>
          <w:color w:val="555555"/>
          <w:sz w:val="20"/>
        </w:rPr>
        <w:t>[Eph . 2 . 13]</w:t>
      </w:r>
    </w:p>
    <w:p>
      <w:r>
        <w:rPr>
          <w:rFonts w:ascii="Gentium Plus" w:hAnsi="Gentium Plus"/>
          <w:sz w:val="24"/>
        </w:rPr>
        <w:t>νυνὶ δὲ ἐν Χριστῷ Ἰησοῦ ὑμεῖς οἵ ποτε ὄντες μακρὰν ἐγενήθητε ἐγγὺς ἐν</w:t>
      </w:r>
    </w:p>
    <w:p>
      <w:r>
        <w:rPr>
          <w:rFonts w:ascii="Courier New" w:hAnsi="Courier New"/>
          <w:color w:val="555555"/>
          <w:sz w:val="20"/>
        </w:rPr>
        <w:t>[Eph . 2 . 14]</w:t>
      </w:r>
    </w:p>
    <w:p>
      <w:r>
        <w:rPr>
          <w:rFonts w:ascii="Gentium Plus" w:hAnsi="Gentium Plus"/>
          <w:sz w:val="24"/>
        </w:rPr>
        <w:t>Αὐτὸς γάρ ἐστιν ἡ εἰρήνη ἡμῶν, ὁ ποιήσας τὰ ἀμφότερα ἓν καὶ τὸ μεσότοιχον τοῦ φραγμοῦ λύσας, τὴν ἔχθραν, ἐν τῇ σαρκὶ αὐτοῦ,</w:t>
      </w:r>
    </w:p>
    <w:p>
      <w:r>
        <w:rPr>
          <w:rFonts w:ascii="Courier New" w:hAnsi="Courier New"/>
          <w:color w:val="555555"/>
          <w:sz w:val="20"/>
        </w:rPr>
        <w:t>[Eph . 2 . 15]</w:t>
      </w:r>
    </w:p>
    <w:p>
      <w:r>
        <w:rPr>
          <w:rFonts w:ascii="Gentium Plus" w:hAnsi="Gentium Plus"/>
          <w:sz w:val="24"/>
        </w:rPr>
        <w:t>τὸν νόμον τῶν ἐντολῶν ἐν δόγμασιν καταργήσας, ἵνα τοὺς δύο κτίσῃ ἐν αὑτῷ εἰς ἕνα καινὸν ἄνθρωπον ποιῶν εἰρήνην,</w:t>
      </w:r>
    </w:p>
    <w:p>
      <w:r>
        <w:rPr>
          <w:rFonts w:ascii="Courier New" w:hAnsi="Courier New"/>
          <w:color w:val="555555"/>
          <w:sz w:val="20"/>
        </w:rPr>
        <w:t>[Eph . 2 . 16]</w:t>
      </w:r>
    </w:p>
    <w:p>
      <w:r>
        <w:rPr>
          <w:rFonts w:ascii="Gentium Plus" w:hAnsi="Gentium Plus"/>
          <w:sz w:val="24"/>
        </w:rPr>
        <w:t>καὶ ἀπο‐ καταλλάξῃ τοὺς ἀμφοτέρους ἐν ἑνὶ σώματι τῷ θεῷ διὰ τοῦ σταυροῦ, ἀποκτείνας τὴν ἔχθραν ἐν αὐτῷ.</w:t>
      </w:r>
    </w:p>
    <w:p>
      <w:r>
        <w:rPr>
          <w:rFonts w:ascii="Courier New" w:hAnsi="Courier New"/>
          <w:color w:val="555555"/>
          <w:sz w:val="20"/>
        </w:rPr>
        <w:t>[Eph . 2 . 17]</w:t>
      </w:r>
    </w:p>
    <w:p>
      <w:r>
        <w:rPr>
          <w:rFonts w:ascii="Gentium Plus" w:hAnsi="Gentium Plus"/>
          <w:sz w:val="24"/>
        </w:rPr>
        <w:t>καὶ ἐλθὼν εὐηγγελίσατο εἰρήνην ὑμῖν τοῖς μακρὰν καὶ εἰρήνην τοῖς ἐγγύς·</w:t>
      </w:r>
    </w:p>
    <w:p>
      <w:r>
        <w:rPr>
          <w:rFonts w:ascii="Courier New" w:hAnsi="Courier New"/>
          <w:color w:val="555555"/>
          <w:sz w:val="20"/>
        </w:rPr>
        <w:t>[Eph . 2 . 18]</w:t>
      </w:r>
    </w:p>
    <w:p>
      <w:r>
        <w:rPr>
          <w:rFonts w:ascii="Gentium Plus" w:hAnsi="Gentium Plus"/>
          <w:sz w:val="24"/>
        </w:rPr>
        <w:t>ὅτι δι’ αὐτοῦ ἔχομεν τὴν προσα‐ γωγὴν οἱ ἀμφότεροι ἐν ἑνὶ πνεύματι πρὸς τὸν πατέρα.</w:t>
      </w:r>
    </w:p>
    <w:p>
      <w:r>
        <w:rPr>
          <w:rFonts w:ascii="Courier New" w:hAnsi="Courier New"/>
          <w:color w:val="555555"/>
          <w:sz w:val="20"/>
        </w:rPr>
        <w:t>[Eph . 2 . 19]</w:t>
      </w:r>
    </w:p>
    <w:p>
      <w:r>
        <w:rPr>
          <w:rFonts w:ascii="Gentium Plus" w:hAnsi="Gentium Plus"/>
          <w:sz w:val="24"/>
        </w:rPr>
        <w:t>ἄρα οὖν οὐκέτι ἐστὲ ξένοι καὶ πάροικοι, ἀλλὰ ἐστὲ συμπολῖται τῶν ἁγίων καὶ οἰκεῖοι τοῦ θεοῦ,</w:t>
      </w:r>
    </w:p>
    <w:p>
      <w:r>
        <w:rPr>
          <w:rFonts w:ascii="Courier New" w:hAnsi="Courier New"/>
          <w:color w:val="555555"/>
          <w:sz w:val="20"/>
        </w:rPr>
        <w:t>[Eph . 2 . 20]</w:t>
      </w:r>
    </w:p>
    <w:p>
      <w:r>
        <w:rPr>
          <w:rFonts w:ascii="Gentium Plus" w:hAnsi="Gentium Plus"/>
          <w:sz w:val="24"/>
        </w:rPr>
        <w:t>ἐποικο‐ δομηθέντες ἐπὶ τῷ θεμελίῳ τῶν ἀποστόλων καὶ προφη‐ τῶν, ὄντος ἀκρογωνιαίου αὐτοῦ Χριστοῦ Ἰησοῦ,</w:t>
      </w:r>
    </w:p>
    <w:p>
      <w:r>
        <w:rPr>
          <w:rFonts w:ascii="Courier New" w:hAnsi="Courier New"/>
          <w:color w:val="555555"/>
          <w:sz w:val="20"/>
        </w:rPr>
        <w:t>[Eph . 2 . 21]</w:t>
      </w:r>
    </w:p>
    <w:p>
      <w:r>
        <w:rPr>
          <w:rFonts w:ascii="Gentium Plus" w:hAnsi="Gentium Plus"/>
          <w:sz w:val="24"/>
        </w:rPr>
        <w:t>ἐν ᾧ πᾶσα οἰκοδομὴ συναρμολογουμένη αὔξει εἰς ναὸν ἅγιον ἐν κυρίῳ,</w:t>
      </w:r>
    </w:p>
    <w:p>
      <w:r>
        <w:rPr>
          <w:rFonts w:ascii="Courier New" w:hAnsi="Courier New"/>
          <w:color w:val="555555"/>
          <w:sz w:val="20"/>
        </w:rPr>
        <w:t>[Eph . 2 . 22]</w:t>
      </w:r>
    </w:p>
    <w:p>
      <w:r>
        <w:rPr>
          <w:rFonts w:ascii="Gentium Plus" w:hAnsi="Gentium Plus"/>
          <w:sz w:val="24"/>
        </w:rPr>
        <w:t>ἐν ᾧ καὶ ὑμεῖς συνοικοδομεῖσθε εἰς κατοικητήριον τοῦ θεοῦ ἐν πνεύματι.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[Eph . 3 . 1]</w:t>
      </w:r>
    </w:p>
    <w:p>
      <w:r>
        <w:rPr>
          <w:rFonts w:ascii="Gentium Plus" w:hAnsi="Gentium Plus"/>
          <w:sz w:val="24"/>
        </w:rPr>
        <w:t>Τούτου χάριν ἐγὼ Παῦλος ὁ δέσμιος τοῦ Χριστοῦ [Ἰησοῦ] ὑπὲρ ὑμῶν τῶν ἐθνῶν—</w:t>
      </w:r>
    </w:p>
    <w:p>
      <w:r>
        <w:rPr>
          <w:rFonts w:ascii="Courier New" w:hAnsi="Courier New"/>
          <w:color w:val="555555"/>
          <w:sz w:val="20"/>
        </w:rPr>
        <w:t>[Eph . 3 . 2]</w:t>
      </w:r>
    </w:p>
    <w:p>
      <w:r>
        <w:rPr>
          <w:rFonts w:ascii="Gentium Plus" w:hAnsi="Gentium Plus"/>
          <w:sz w:val="24"/>
        </w:rPr>
        <w:t>εἴ γε ἠκούσατε τὴν οἰκονομίαν τῆς χάριτος τοῦ θεοῦ τῆς δοθείσης μοι εἰς ὑμᾶς,</w:t>
      </w:r>
    </w:p>
    <w:p>
      <w:r>
        <w:rPr>
          <w:rFonts w:ascii="Courier New" w:hAnsi="Courier New"/>
          <w:color w:val="555555"/>
          <w:sz w:val="20"/>
        </w:rPr>
        <w:t>[Eph . 3 . 3]</w:t>
      </w:r>
    </w:p>
    <w:p>
      <w:r>
        <w:rPr>
          <w:rFonts w:ascii="Gentium Plus" w:hAnsi="Gentium Plus"/>
          <w:sz w:val="24"/>
        </w:rPr>
        <w:t>[ὅτι] κατὰ ἀποκάλυψιν ἐγνωρίσθη μοι τὸ μυ‐ στήριον, καθὼς προέγραψα ἐν ὀλίγῳ,</w:t>
      </w:r>
    </w:p>
    <w:p>
      <w:r>
        <w:rPr>
          <w:rFonts w:ascii="Courier New" w:hAnsi="Courier New"/>
          <w:color w:val="555555"/>
          <w:sz w:val="20"/>
        </w:rPr>
        <w:t>[Eph . 3 . 4]</w:t>
      </w:r>
    </w:p>
    <w:p>
      <w:r>
        <w:rPr>
          <w:rFonts w:ascii="Gentium Plus" w:hAnsi="Gentium Plus"/>
          <w:sz w:val="24"/>
        </w:rPr>
        <w:t>πρὸς ὃ δύνασθε ἀναγινώσκοντες νοῆσαι τὴν σύνεσίν μου ἐν τῷ μυστηρίῳ τοῦ Χριστοῦ,</w:t>
      </w:r>
    </w:p>
    <w:p>
      <w:r>
        <w:rPr>
          <w:rFonts w:ascii="Courier New" w:hAnsi="Courier New"/>
          <w:color w:val="555555"/>
          <w:sz w:val="20"/>
        </w:rPr>
        <w:t>[Eph . 3 . 5]</w:t>
      </w:r>
    </w:p>
    <w:p>
      <w:r>
        <w:rPr>
          <w:rFonts w:ascii="Gentium Plus" w:hAnsi="Gentium Plus"/>
          <w:sz w:val="24"/>
        </w:rPr>
        <w:t>ὃ ἑτέραις γενεαῖς οὐκ ἐγνωρίσθη τοῖς υἱοῖς τῶν ἀνθρώπων ὡς νῦν ἀπεκαλύφθη τοῖς ἁγίοις ἀποστόλοις αὐτοῦ καὶ προφήταις ἐν πνεύματι,</w:t>
      </w:r>
    </w:p>
    <w:p>
      <w:r>
        <w:rPr>
          <w:rFonts w:ascii="Courier New" w:hAnsi="Courier New"/>
          <w:color w:val="555555"/>
          <w:sz w:val="20"/>
        </w:rPr>
        <w:t>[Eph . 3 . 6]</w:t>
      </w:r>
    </w:p>
    <w:p>
      <w:r>
        <w:rPr>
          <w:rFonts w:ascii="Gentium Plus" w:hAnsi="Gentium Plus"/>
          <w:sz w:val="24"/>
        </w:rPr>
        <w:t>εἶναι τὰ ἔθνη συγκληρονόμα καὶ σύσσωμα καὶ συμμέτοχα τῆς ἐπαγγελίας ἐν Χριστῷ Ἰησοῦ διὰ τοῦ εὐαγγελίου,</w:t>
      </w:r>
    </w:p>
    <w:p>
      <w:r>
        <w:rPr>
          <w:rFonts w:ascii="Courier New" w:hAnsi="Courier New"/>
          <w:color w:val="555555"/>
          <w:sz w:val="20"/>
        </w:rPr>
        <w:t>[Eph . 3 . 7]</w:t>
      </w:r>
    </w:p>
    <w:p>
      <w:r>
        <w:rPr>
          <w:rFonts w:ascii="Gentium Plus" w:hAnsi="Gentium Plus"/>
          <w:sz w:val="24"/>
        </w:rPr>
        <w:t>οὗ ἐγενήθην διάκονος κατὰ τὴν δωρεὰν τῆς χάριτος τοῦ θεοῦ τῆς δοθείσης μοι κατὰ τὴν ἐνέργειαν τῆς δυνάμεως αὐτοῦ.</w:t>
      </w:r>
    </w:p>
    <w:p>
      <w:r>
        <w:rPr>
          <w:rFonts w:ascii="Courier New" w:hAnsi="Courier New"/>
          <w:color w:val="555555"/>
          <w:sz w:val="20"/>
        </w:rPr>
        <w:t>[Eph . 3 . 8]</w:t>
      </w:r>
    </w:p>
    <w:p>
      <w:r>
        <w:rPr>
          <w:rFonts w:ascii="Gentium Plus" w:hAnsi="Gentium Plus"/>
          <w:sz w:val="24"/>
        </w:rPr>
        <w:t>ἐμοὶ τῷ ἐλαχιστοτέρῳ πάντων ἁγίων ἐδόθη ἡ χάρις αὕτη, τοῖς ἔθνεσιν εὐαγγελίσασθαι τὸ ἀνεξιχνί‐ αστον πλοῦτος τοῦ Χριστοῦ,</w:t>
      </w:r>
    </w:p>
    <w:p>
      <w:r>
        <w:rPr>
          <w:rFonts w:ascii="Courier New" w:hAnsi="Courier New"/>
          <w:color w:val="555555"/>
          <w:sz w:val="20"/>
        </w:rPr>
        <w:t>[Eph . 3 . 9]</w:t>
      </w:r>
    </w:p>
    <w:p>
      <w:r>
        <w:rPr>
          <w:rFonts w:ascii="Gentium Plus" w:hAnsi="Gentium Plus"/>
          <w:sz w:val="24"/>
        </w:rPr>
        <w:t>καὶ φωτίσαι [πάντας] τίς ἡ οἰκονομία τοῦ μυστηρίου τοῦ ἀποκεκρυμμένου ἀπὸ τῶν αἰώνων ἐν τῷ θεῷ τῷ τὰ πάντα κτίσαντι,</w:t>
      </w:r>
    </w:p>
    <w:p>
      <w:r>
        <w:rPr>
          <w:rFonts w:ascii="Courier New" w:hAnsi="Courier New"/>
          <w:color w:val="555555"/>
          <w:sz w:val="20"/>
        </w:rPr>
        <w:t>[Eph . 3 . 10]</w:t>
      </w:r>
    </w:p>
    <w:p>
      <w:r>
        <w:rPr>
          <w:rFonts w:ascii="Gentium Plus" w:hAnsi="Gentium Plus"/>
          <w:sz w:val="24"/>
        </w:rPr>
        <w:t>ἵνα γνωρισθῇ νῦν ταῖς ἀρχαῖς καὶ ταῖς ἐξουσίαις ἐν τοῖς ἐπουρανίοις διὰ τῆς ἐκκλησίας ἡ πολυποίκιλος σοφία τοῦ θεοῦ,</w:t>
      </w:r>
    </w:p>
    <w:p>
      <w:r>
        <w:rPr>
          <w:rFonts w:ascii="Courier New" w:hAnsi="Courier New"/>
          <w:color w:val="555555"/>
          <w:sz w:val="20"/>
        </w:rPr>
        <w:t>[Eph . 3 . 11]</w:t>
      </w:r>
    </w:p>
    <w:p>
      <w:r>
        <w:rPr>
          <w:rFonts w:ascii="Gentium Plus" w:hAnsi="Gentium Plus"/>
          <w:sz w:val="24"/>
        </w:rPr>
        <w:t>κατὰ πρόθεσιν τῶν αἰώνων ἣν ἐποίησεν ἐν τῷ Χριστῷ Ἰησοῦ τῷ κυρίῳ ἡμῶν,</w:t>
      </w:r>
    </w:p>
    <w:p>
      <w:r>
        <w:rPr>
          <w:rFonts w:ascii="Courier New" w:hAnsi="Courier New"/>
          <w:color w:val="555555"/>
          <w:sz w:val="20"/>
        </w:rPr>
        <w:t>[Eph . 3 . 12]</w:t>
      </w:r>
    </w:p>
    <w:p>
      <w:r>
        <w:rPr>
          <w:rFonts w:ascii="Gentium Plus" w:hAnsi="Gentium Plus"/>
          <w:sz w:val="24"/>
        </w:rPr>
        <w:t>ἐν ᾧ ἔχομεν τὴν παρρησίαν καὶ προσαγωγὴν ἐν πεποιθήσει διὰ τῆς πίστεως αὐτοῦ.</w:t>
      </w:r>
    </w:p>
    <w:p>
      <w:r>
        <w:rPr>
          <w:rFonts w:ascii="Courier New" w:hAnsi="Courier New"/>
          <w:color w:val="555555"/>
          <w:sz w:val="20"/>
        </w:rPr>
        <w:t>[Eph . 3 . 13]</w:t>
      </w:r>
    </w:p>
    <w:p>
      <w:r>
        <w:rPr>
          <w:rFonts w:ascii="Gentium Plus" w:hAnsi="Gentium Plus"/>
          <w:sz w:val="24"/>
        </w:rPr>
        <w:t>διὸ αἰτοῦμαι μὴ ἐγκακεῖν ἐν ταῖς θλίψεσίν μου</w:t>
      </w:r>
    </w:p>
    <w:p>
      <w:r>
        <w:rPr>
          <w:rFonts w:ascii="Courier New" w:hAnsi="Courier New"/>
          <w:color w:val="555555"/>
          <w:sz w:val="20"/>
        </w:rPr>
        <w:t>[Eph . 3 . 14]</w:t>
      </w:r>
    </w:p>
    <w:p>
      <w:r>
        <w:rPr>
          <w:rFonts w:ascii="Gentium Plus" w:hAnsi="Gentium Plus"/>
          <w:sz w:val="24"/>
        </w:rPr>
        <w:t>Τούτου χάριν κάμπτω τὰ γόνατά μου πρὸς τὸν πατέρα,</w:t>
      </w:r>
    </w:p>
    <w:p>
      <w:r>
        <w:rPr>
          <w:rFonts w:ascii="Courier New" w:hAnsi="Courier New"/>
          <w:color w:val="555555"/>
          <w:sz w:val="20"/>
        </w:rPr>
        <w:t>[Eph . 3 . 15]</w:t>
      </w:r>
    </w:p>
    <w:p>
      <w:r>
        <w:rPr>
          <w:rFonts w:ascii="Gentium Plus" w:hAnsi="Gentium Plus"/>
          <w:sz w:val="24"/>
        </w:rPr>
        <w:t>ἐξ οὗ πᾶσα πατριὰ ἐν οὐρανοῖς καὶ ἐπὶ γῆς ὀνομάζεται,</w:t>
      </w:r>
    </w:p>
    <w:p>
      <w:r>
        <w:rPr>
          <w:rFonts w:ascii="Courier New" w:hAnsi="Courier New"/>
          <w:color w:val="555555"/>
          <w:sz w:val="20"/>
        </w:rPr>
        <w:t>[Eph . 3 . 16]</w:t>
      </w:r>
    </w:p>
    <w:p>
      <w:r>
        <w:rPr>
          <w:rFonts w:ascii="Gentium Plus" w:hAnsi="Gentium Plus"/>
          <w:sz w:val="24"/>
        </w:rPr>
        <w:t>ἵνα δῷ ὑμῖν κατὰ τὸ πλοῦτος τῆς δόξης αὐτοῦ δυνάμει κραταιωθῆναι διὰ τοῦ πνεύματος αὐτοῦ εἰς τὸν ἔσω ἄνθρωπον,</w:t>
      </w:r>
    </w:p>
    <w:p>
      <w:r>
        <w:rPr>
          <w:rFonts w:ascii="Courier New" w:hAnsi="Courier New"/>
          <w:color w:val="555555"/>
          <w:sz w:val="20"/>
        </w:rPr>
        <w:t>[Eph . 3 . 17]</w:t>
      </w:r>
    </w:p>
    <w:p>
      <w:r>
        <w:rPr>
          <w:rFonts w:ascii="Gentium Plus" w:hAnsi="Gentium Plus"/>
          <w:sz w:val="24"/>
        </w:rPr>
        <w:t>κατοικῆσαι τὸν Χριστὸν διὰ τῆς πίστεως ἐν ταῖς καρδίαις ὑμῶν, ἐν ἀγάπῃ ἐρριζωμένοι καὶ τεθεμελιωμένοι,</w:t>
      </w:r>
    </w:p>
    <w:p>
      <w:r>
        <w:rPr>
          <w:rFonts w:ascii="Courier New" w:hAnsi="Courier New"/>
          <w:color w:val="555555"/>
          <w:sz w:val="20"/>
        </w:rPr>
        <w:t>[Eph . 3 . 18]</w:t>
      </w:r>
    </w:p>
    <w:p>
      <w:r>
        <w:rPr>
          <w:rFonts w:ascii="Gentium Plus" w:hAnsi="Gentium Plus"/>
          <w:sz w:val="24"/>
        </w:rPr>
        <w:t>ἵνα ἐξισχύσητε καταλαβέσθαι σὺν πᾶσιν τοῖς ἁγίοις τί τὸ πλάτος καὶ μῆκος καὶ ὕψος καὶ βάθος,</w:t>
      </w:r>
    </w:p>
    <w:p>
      <w:r>
        <w:rPr>
          <w:rFonts w:ascii="Courier New" w:hAnsi="Courier New"/>
          <w:color w:val="555555"/>
          <w:sz w:val="20"/>
        </w:rPr>
        <w:t>[Eph . 3 . 19]</w:t>
      </w:r>
    </w:p>
    <w:p>
      <w:r>
        <w:rPr>
          <w:rFonts w:ascii="Gentium Plus" w:hAnsi="Gentium Plus"/>
          <w:sz w:val="24"/>
        </w:rPr>
        <w:t>γνῶναί τε τὴν ὑπερβάλ‐ λουσαν τῆς γνώσεως ἀγάπην τοῦ Χριστοῦ, ἵνα πληρωθῆτε εἰς πᾶν τὸ πλήρωμα τοῦ θεοῦ.</w:t>
      </w:r>
    </w:p>
    <w:p>
      <w:r>
        <w:rPr>
          <w:rFonts w:ascii="Courier New" w:hAnsi="Courier New"/>
          <w:color w:val="555555"/>
          <w:sz w:val="20"/>
        </w:rPr>
        <w:t>[Eph . 3 . 20]</w:t>
      </w:r>
    </w:p>
    <w:p>
      <w:r>
        <w:rPr>
          <w:rFonts w:ascii="Gentium Plus" w:hAnsi="Gentium Plus"/>
          <w:sz w:val="24"/>
        </w:rPr>
        <w:t>Τῷ δὲ δυναμένῳ ὑπὲρ πάντα ποιῆσαι ὑπερεκπερισσοῦ ὧν αἰτούμεθα ἢ νοοῦμεν κατὰ τὴν δύναμιν τὴν ἐνεργου‐ μένην ἐν ἡμῖν,</w:t>
      </w:r>
    </w:p>
    <w:p>
      <w:r>
        <w:rPr>
          <w:rFonts w:ascii="Courier New" w:hAnsi="Courier New"/>
          <w:color w:val="555555"/>
          <w:sz w:val="20"/>
        </w:rPr>
        <w:t>[Eph . 3 . 21]</w:t>
      </w:r>
    </w:p>
    <w:p>
      <w:r>
        <w:rPr>
          <w:rFonts w:ascii="Gentium Plus" w:hAnsi="Gentium Plus"/>
          <w:sz w:val="24"/>
        </w:rPr>
        <w:t>αὐτῷ ἡ δόξα ἐν τῇ ἐκκλησίᾳ καὶ ἐν Χριστῷ Ἰησοῦ εἰς πάσας τὰς γενεὰς τοῦ αἰῶνος τῶν</w:t>
      </w:r>
    </w:p>
    <w:p>
      <w:r>
        <w:rPr>
          <w:rFonts w:ascii="Courier New" w:hAnsi="Courier New"/>
          <w:color w:val="555555"/>
          <w:sz w:val="20"/>
        </w:rPr>
        <w:t>[Eph . 4 . 1]</w:t>
      </w:r>
    </w:p>
    <w:p>
      <w:r>
        <w:rPr>
          <w:rFonts w:ascii="Gentium Plus" w:hAnsi="Gentium Plus"/>
          <w:sz w:val="24"/>
        </w:rPr>
        <w:t>Παρακαλῶ οὖν ὑμᾶς ἐγὼ ὁ δέσμιος ἐν κυρίῳ ἀξίως περιπατῆσαι τῆς κλήσεως ἧς ἐκλήθητε,</w:t>
      </w:r>
    </w:p>
    <w:p>
      <w:r>
        <w:rPr>
          <w:rFonts w:ascii="Courier New" w:hAnsi="Courier New"/>
          <w:color w:val="555555"/>
          <w:sz w:val="20"/>
        </w:rPr>
        <w:t>[Eph . 4 . 2]</w:t>
      </w:r>
    </w:p>
    <w:p>
      <w:r>
        <w:rPr>
          <w:rFonts w:ascii="Gentium Plus" w:hAnsi="Gentium Plus"/>
          <w:sz w:val="24"/>
        </w:rPr>
        <w:t>μετὰ πάσης ταπεινοφροσύνης καὶ πραΰτητος, μετὰ μακροθυμίας, ἀνε‐ χόμενοι ἀλλήλων ἐν ἀγάπῃ,</w:t>
      </w:r>
    </w:p>
    <w:p>
      <w:r>
        <w:rPr>
          <w:rFonts w:ascii="Courier New" w:hAnsi="Courier New"/>
          <w:color w:val="555555"/>
          <w:sz w:val="20"/>
        </w:rPr>
        <w:t>[Eph . 4 . 3]</w:t>
      </w:r>
    </w:p>
    <w:p>
      <w:r>
        <w:rPr>
          <w:rFonts w:ascii="Gentium Plus" w:hAnsi="Gentium Plus"/>
          <w:sz w:val="24"/>
        </w:rPr>
        <w:t>σπουδάζοντες τηρεῖν τὴν ἑνότητα τοῦ πνεύματος ἐν τῷ συνδέσμῳ τῆς εἰρήνης·</w:t>
      </w:r>
    </w:p>
    <w:p>
      <w:r>
        <w:rPr>
          <w:rFonts w:ascii="Courier New" w:hAnsi="Courier New"/>
          <w:color w:val="555555"/>
          <w:sz w:val="20"/>
        </w:rPr>
        <w:t>[Eph . 4 . 4]</w:t>
      </w:r>
    </w:p>
    <w:p>
      <w:r>
        <w:rPr>
          <w:rFonts w:ascii="Gentium Plus" w:hAnsi="Gentium Plus"/>
          <w:sz w:val="24"/>
        </w:rPr>
        <w:t>ἓν σῶμα καὶ ἓν πνεῦμα, καθὼς καὶ ἐκλήθητε ἐν μιᾷ ἐλπίδι τῆς κλήσεως ὑμῶν·</w:t>
      </w:r>
    </w:p>
    <w:p>
      <w:r>
        <w:rPr>
          <w:rFonts w:ascii="Courier New" w:hAnsi="Courier New"/>
          <w:color w:val="555555"/>
          <w:sz w:val="20"/>
        </w:rPr>
        <w:t>[Eph . 4 . 5]</w:t>
      </w:r>
    </w:p>
    <w:p>
      <w:r>
        <w:rPr>
          <w:rFonts w:ascii="Gentium Plus" w:hAnsi="Gentium Plus"/>
          <w:sz w:val="24"/>
        </w:rPr>
        <w:t>εἷς κύριος, μία πίστις, ἓν βάπτισμα·</w:t>
      </w:r>
    </w:p>
    <w:p>
      <w:r>
        <w:rPr>
          <w:rFonts w:ascii="Courier New" w:hAnsi="Courier New"/>
          <w:color w:val="555555"/>
          <w:sz w:val="20"/>
        </w:rPr>
        <w:t>[Eph . 4 . 6]</w:t>
      </w:r>
    </w:p>
    <w:p>
      <w:r>
        <w:rPr>
          <w:rFonts w:ascii="Gentium Plus" w:hAnsi="Gentium Plus"/>
          <w:sz w:val="24"/>
        </w:rPr>
        <w:t>εἷς θεὸς καὶ πατὴρ πάντων, ὁ ἐπὶ πάντων καὶ διὰ πάντων καὶ ἐν πᾶσιν.</w:t>
      </w:r>
    </w:p>
    <w:p>
      <w:r>
        <w:rPr>
          <w:rFonts w:ascii="Courier New" w:hAnsi="Courier New"/>
          <w:color w:val="555555"/>
          <w:sz w:val="20"/>
        </w:rPr>
        <w:t>[Eph . 4 . 7]</w:t>
      </w:r>
    </w:p>
    <w:p>
      <w:r>
        <w:rPr>
          <w:rFonts w:ascii="Gentium Plus" w:hAnsi="Gentium Plus"/>
          <w:sz w:val="24"/>
        </w:rPr>
        <w:t>Ἑνὶ δὲ ἑκάστῳ ἡμῶν ἐδόθη ἡ χάρις κατὰ τὸ μέτρον τῆς δωρεᾶς τοῦ Χριστοῦ.</w:t>
      </w:r>
    </w:p>
    <w:p>
      <w:r>
        <w:rPr>
          <w:rFonts w:ascii="Courier New" w:hAnsi="Courier New"/>
          <w:color w:val="555555"/>
          <w:sz w:val="20"/>
        </w:rPr>
        <w:t>[Eph . 4 . 8]</w:t>
      </w:r>
    </w:p>
    <w:p>
      <w:r>
        <w:rPr>
          <w:rFonts w:ascii="Gentium Plus" w:hAnsi="Gentium Plus"/>
          <w:sz w:val="24"/>
        </w:rPr>
        <w:t>διὸ λέγει, Ἀναβὰς εἰς ὕψος ᾐχμαλώτευσεν αἰχμαλωσίαν, ἔδωκεν δόματα τοῖς ἀνθρώποις. (</w:t>
      </w:r>
    </w:p>
    <w:p>
      <w:r>
        <w:rPr>
          <w:rFonts w:ascii="Courier New" w:hAnsi="Courier New"/>
          <w:color w:val="555555"/>
          <w:sz w:val="20"/>
        </w:rPr>
        <w:t>[Eph . 4 . 9]</w:t>
      </w:r>
    </w:p>
    <w:p>
      <w:r>
        <w:rPr>
          <w:rFonts w:ascii="Gentium Plus" w:hAnsi="Gentium Plus"/>
          <w:sz w:val="24"/>
        </w:rPr>
        <w:t>τὸ δὲ Ἀνέβη τί ἐστιν εἰ μὴ ὅτι καὶ κατέβη εἰς τὰ κατώτερα [μέρη] τῆς γῆς;</w:t>
      </w:r>
    </w:p>
    <w:p>
      <w:r>
        <w:rPr>
          <w:rFonts w:ascii="Courier New" w:hAnsi="Courier New"/>
          <w:color w:val="555555"/>
          <w:sz w:val="20"/>
        </w:rPr>
        <w:t>[Eph . 4 . 10]</w:t>
      </w:r>
    </w:p>
    <w:p>
      <w:r>
        <w:rPr>
          <w:rFonts w:ascii="Gentium Plus" w:hAnsi="Gentium Plus"/>
          <w:sz w:val="24"/>
        </w:rPr>
        <w:t>ὁ καταβὰς αὐτός ἐστιν</w:t>
      </w:r>
    </w:p>
    <w:p>
      <w:r>
        <w:rPr>
          <w:rFonts w:ascii="Courier New" w:hAnsi="Courier New"/>
          <w:color w:val="555555"/>
          <w:sz w:val="20"/>
        </w:rPr>
        <w:t>[Eph . 4 . 11]</w:t>
      </w:r>
    </w:p>
    <w:p>
      <w:r>
        <w:rPr>
          <w:rFonts w:ascii="Gentium Plus" w:hAnsi="Gentium Plus"/>
          <w:sz w:val="24"/>
        </w:rPr>
        <w:t>καὶ αὐτὸς ἔδωκεν τοὺς μὲν ἀποστόλους, τοὺς δὲ προφήτας, τοὺς δὲ εὐαγγελιστάς, τοὺς δὲ ποι‐ μένας καὶ διδασκάλους,</w:t>
      </w:r>
    </w:p>
    <w:p>
      <w:r>
        <w:rPr>
          <w:rFonts w:ascii="Courier New" w:hAnsi="Courier New"/>
          <w:color w:val="555555"/>
          <w:sz w:val="20"/>
        </w:rPr>
        <w:t>[Eph . 4 . 12]</w:t>
      </w:r>
    </w:p>
    <w:p>
      <w:r>
        <w:rPr>
          <w:rFonts w:ascii="Gentium Plus" w:hAnsi="Gentium Plus"/>
          <w:sz w:val="24"/>
        </w:rPr>
        <w:t>πρὸς τὸν καταρτισμὸν τῶν ἁγίων εἰς ἔργον διακονίας, εἰς οἰκοδομὴν τοῦ σώματος τοῦ Χριστοῦ,</w:t>
      </w:r>
    </w:p>
    <w:p>
      <w:r>
        <w:rPr>
          <w:rFonts w:ascii="Courier New" w:hAnsi="Courier New"/>
          <w:color w:val="555555"/>
          <w:sz w:val="20"/>
        </w:rPr>
        <w:t>[Eph . 4 . 13]</w:t>
      </w:r>
    </w:p>
    <w:p>
      <w:r>
        <w:rPr>
          <w:rFonts w:ascii="Gentium Plus" w:hAnsi="Gentium Plus"/>
          <w:sz w:val="24"/>
        </w:rPr>
        <w:t>μέχρι καταντήσωμεν οἱ πάντες εἰς τὴν ἑνότητα τῆς πίστεως καὶ τῆς ἐπιγνώσεως τοῦ υἱοῦ τοῦ θεοῦ, εἰς ἄνδρα τέλειον, εἰς μέτρον ἡλικίας τοῦ πληρώ‐ ματος τοῦ Χριστοῦ,</w:t>
      </w:r>
    </w:p>
    <w:p>
      <w:r>
        <w:rPr>
          <w:rFonts w:ascii="Courier New" w:hAnsi="Courier New"/>
          <w:color w:val="555555"/>
          <w:sz w:val="20"/>
        </w:rPr>
        <w:t>[Eph . 4 . 14]</w:t>
      </w:r>
    </w:p>
    <w:p>
      <w:r>
        <w:rPr>
          <w:rFonts w:ascii="Gentium Plus" w:hAnsi="Gentium Plus"/>
          <w:sz w:val="24"/>
        </w:rPr>
        <w:t>ἵνα μηκέτι ὦμεν νήπιοι, κλυ‐ δωνιζόμενοι καὶ περιφερόμενοι παντὶ ἀνέμῳ τῆς διδασκα‐ λίας ἐν τῇ κυβείᾳ τῶν ἀνθρώπων ἐν πανουργίᾳ πρὸς τὴν μεθοδείαν τῆς πλάνης,</w:t>
      </w:r>
    </w:p>
    <w:p>
      <w:r>
        <w:rPr>
          <w:rFonts w:ascii="Courier New" w:hAnsi="Courier New"/>
          <w:color w:val="555555"/>
          <w:sz w:val="20"/>
        </w:rPr>
        <w:t>[Eph . 4 . 15]</w:t>
      </w:r>
    </w:p>
    <w:p>
      <w:r>
        <w:rPr>
          <w:rFonts w:ascii="Gentium Plus" w:hAnsi="Gentium Plus"/>
          <w:sz w:val="24"/>
        </w:rPr>
        <w:t>ἀληθεύοντες δὲ ἐν ἀγάπῃ αὐξήσωμεν εἰς αὐτὸν τὰ πάντα, ὅς ἐστιν ἡ κεφαλή, Χριστός,</w:t>
      </w:r>
    </w:p>
    <w:p>
      <w:r>
        <w:rPr>
          <w:rFonts w:ascii="Courier New" w:hAnsi="Courier New"/>
          <w:color w:val="555555"/>
          <w:sz w:val="20"/>
        </w:rPr>
        <w:t>[Eph . 4 . 16]</w:t>
      </w:r>
    </w:p>
    <w:p>
      <w:r>
        <w:rPr>
          <w:rFonts w:ascii="Gentium Plus" w:hAnsi="Gentium Plus"/>
          <w:sz w:val="24"/>
        </w:rPr>
        <w:t>ἐξ οὗ πᾶν τὸ σῶμα συναρμολογούμενον καὶ συμβιβαζόμενον διὰ πάσης ἁφῆς τῆς ἐπιχορηγίας κατ’ ἐνέργειαν ἐν μέτρῳ ἑνὸς ἑκάστου μέρους τὴν αὔξησιν τοῦ σώματος ποιεῖται εἰς οἰκοδομὴν ἑαυτοῦ ἐν ἀγάπῃ.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[Eph . 4 . 17]</w:t>
      </w:r>
    </w:p>
    <w:p>
      <w:r>
        <w:rPr>
          <w:rFonts w:ascii="Gentium Plus" w:hAnsi="Gentium Plus"/>
          <w:sz w:val="24"/>
        </w:rPr>
        <w:t>Τοῦτο οὖν λέγω καὶ μαρτύρομαι ἐν κυρίῳ, μηκέτι ὑμᾶς περιπατεῖν καθὼς καὶ τὰ ἔθνη περιπατεῖ ἐν μαται‐ ότητι τοῦ νοὸς αὐτῶν,</w:t>
      </w:r>
    </w:p>
    <w:p>
      <w:r>
        <w:rPr>
          <w:rFonts w:ascii="Courier New" w:hAnsi="Courier New"/>
          <w:color w:val="555555"/>
          <w:sz w:val="20"/>
        </w:rPr>
        <w:t>[Eph . 4 . 18]</w:t>
      </w:r>
    </w:p>
    <w:p>
      <w:r>
        <w:rPr>
          <w:rFonts w:ascii="Gentium Plus" w:hAnsi="Gentium Plus"/>
          <w:sz w:val="24"/>
        </w:rPr>
        <w:t>ἐσκοτωμένοι τῇ διανοίᾳ ὄντες, ἀπηλλοτριωμένοι τῆς ζωῆς τοῦ θεοῦ, διὰ τὴν ἄγνοιαν τὴν οὖσαν ἐν αὐτοῖς, διὰ τὴν πώρωσιν τῆς καρδίας αὐτῶν,</w:t>
      </w:r>
    </w:p>
    <w:p>
      <w:r>
        <w:rPr>
          <w:rFonts w:ascii="Courier New" w:hAnsi="Courier New"/>
          <w:color w:val="555555"/>
          <w:sz w:val="20"/>
        </w:rPr>
        <w:t>[Eph . 4 . 19]</w:t>
      </w:r>
    </w:p>
    <w:p>
      <w:r>
        <w:rPr>
          <w:rFonts w:ascii="Gentium Plus" w:hAnsi="Gentium Plus"/>
          <w:sz w:val="24"/>
        </w:rPr>
        <w:t>οἵτινες ἀπηλγηκότες ἑαυτοὺς παρέδωκαν τῇ ἀσελγείᾳ εἰς ἐργασίαν ἀκαθαρσίας πάσης ἐν πλεονεξίᾳ.</w:t>
      </w:r>
    </w:p>
    <w:p>
      <w:r>
        <w:rPr>
          <w:rFonts w:ascii="Courier New" w:hAnsi="Courier New"/>
          <w:color w:val="555555"/>
          <w:sz w:val="20"/>
        </w:rPr>
        <w:t>[Eph . 4 . 20]</w:t>
      </w:r>
    </w:p>
    <w:p>
      <w:r>
        <w:rPr>
          <w:rFonts w:ascii="Gentium Plus" w:hAnsi="Gentium Plus"/>
          <w:sz w:val="24"/>
        </w:rPr>
        <w:t>ὑμεῖς δὲ οὐχ οὕτως ἐμάθετε τὸν Χριστόν,</w:t>
      </w:r>
    </w:p>
    <w:p>
      <w:r>
        <w:rPr>
          <w:rFonts w:ascii="Courier New" w:hAnsi="Courier New"/>
          <w:color w:val="555555"/>
          <w:sz w:val="20"/>
        </w:rPr>
        <w:t>[Eph . 4 . 21]</w:t>
      </w:r>
    </w:p>
    <w:p>
      <w:r>
        <w:rPr>
          <w:rFonts w:ascii="Gentium Plus" w:hAnsi="Gentium Plus"/>
          <w:sz w:val="24"/>
        </w:rPr>
        <w:t>εἴ γε αὐτὸν ἠκούσατε καὶ ἐν αὐτῷ ἐδιδάχθητε, καθώς ἐστιν ἀλήθεια ἐν τῷ Ἰησοῦ,</w:t>
      </w:r>
    </w:p>
    <w:p>
      <w:r>
        <w:rPr>
          <w:rFonts w:ascii="Courier New" w:hAnsi="Courier New"/>
          <w:color w:val="555555"/>
          <w:sz w:val="20"/>
        </w:rPr>
        <w:t>[Eph . 4 . 22]</w:t>
      </w:r>
    </w:p>
    <w:p>
      <w:r>
        <w:rPr>
          <w:rFonts w:ascii="Gentium Plus" w:hAnsi="Gentium Plus"/>
          <w:sz w:val="24"/>
        </w:rPr>
        <w:t>ἀποθέσθαι ὑμᾶς κατὰ τὴν</w:t>
      </w:r>
    </w:p>
    <w:p>
      <w:r>
        <w:rPr>
          <w:rFonts w:ascii="Courier New" w:hAnsi="Courier New"/>
          <w:color w:val="555555"/>
          <w:sz w:val="20"/>
        </w:rPr>
        <w:t>[Eph . 4 . 23]</w:t>
      </w:r>
    </w:p>
    <w:p>
      <w:r>
        <w:rPr>
          <w:rFonts w:ascii="Gentium Plus" w:hAnsi="Gentium Plus"/>
          <w:sz w:val="24"/>
        </w:rPr>
        <w:t>ἀνανεοῦσθαι δὲ τῷ πνεύματι τοῦ νοὸς ὑμῶν,</w:t>
      </w:r>
    </w:p>
    <w:p>
      <w:r>
        <w:rPr>
          <w:rFonts w:ascii="Courier New" w:hAnsi="Courier New"/>
          <w:color w:val="555555"/>
          <w:sz w:val="20"/>
        </w:rPr>
        <w:t>[Eph . 4 . 24]</w:t>
      </w:r>
    </w:p>
    <w:p>
      <w:r>
        <w:rPr>
          <w:rFonts w:ascii="Gentium Plus" w:hAnsi="Gentium Plus"/>
          <w:sz w:val="24"/>
        </w:rPr>
        <w:t>καὶ ἐνδύσασθαι τὸν καινὸν ἄνθρωπον τὸν κατὰ θεὸν κτισθέντα ἐν δικαιοσύνῃ καὶ ὁσιότητι τῆς ἀληθείας.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[Eph . 4 . 25]</w:t>
      </w:r>
    </w:p>
    <w:p>
      <w:r>
        <w:rPr>
          <w:rFonts w:ascii="Gentium Plus" w:hAnsi="Gentium Plus"/>
          <w:sz w:val="24"/>
        </w:rPr>
        <w:t>Διὸ ἀποθέμενοι τὸ ψεῦδος λαλεῖτε ἀλήθειαν ἕκαστος μετὰ τοῦ πλησίον αὐτοῦ, ὅτι ἐσμὲν ἀλλήλων μέλη.</w:t>
      </w:r>
    </w:p>
    <w:p>
      <w:r>
        <w:rPr>
          <w:rFonts w:ascii="Courier New" w:hAnsi="Courier New"/>
          <w:color w:val="555555"/>
          <w:sz w:val="20"/>
        </w:rPr>
        <w:t>[Eph . 4 . 26]</w:t>
      </w:r>
    </w:p>
    <w:p>
      <w:r>
        <w:rPr>
          <w:rFonts w:ascii="Gentium Plus" w:hAnsi="Gentium Plus"/>
          <w:sz w:val="24"/>
        </w:rPr>
        <w:t>ὀργίζεσθε καὶ μὴ ἁμαρτάνετε· ὁ ἥλιος μὴ ἐπιδυέτω ἐπὶ [τῷ] παροργισμῷ ὑμῶν,</w:t>
      </w:r>
    </w:p>
    <w:p>
      <w:r>
        <w:rPr>
          <w:rFonts w:ascii="Courier New" w:hAnsi="Courier New"/>
          <w:color w:val="555555"/>
          <w:sz w:val="20"/>
        </w:rPr>
        <w:t>[Eph . 4 . 27]</w:t>
      </w:r>
    </w:p>
    <w:p>
      <w:r>
        <w:rPr>
          <w:rFonts w:ascii="Gentium Plus" w:hAnsi="Gentium Plus"/>
          <w:sz w:val="24"/>
        </w:rPr>
        <w:t>μηδὲ δίδοτε τόπον τῷ διαβόλῳ.</w:t>
      </w:r>
    </w:p>
    <w:p>
      <w:r>
        <w:rPr>
          <w:rFonts w:ascii="Courier New" w:hAnsi="Courier New"/>
          <w:color w:val="555555"/>
          <w:sz w:val="20"/>
        </w:rPr>
        <w:t>[Eph . 4 . 28]</w:t>
      </w:r>
    </w:p>
    <w:p>
      <w:r>
        <w:rPr>
          <w:rFonts w:ascii="Gentium Plus" w:hAnsi="Gentium Plus"/>
          <w:sz w:val="24"/>
        </w:rPr>
        <w:t>ὁ κλέπτων μηκέτι κλεπτέτω, μᾶλλον δὲ κοπιάτω ἐργαζόμενος ταῖς ἰδίαις χερσὶν τὸ ἀγαθόν, ἵνα ἔχῃ μεταδιδόναι τῷ χρείαν ἔχοντι.</w:t>
      </w:r>
    </w:p>
    <w:p>
      <w:r>
        <w:rPr>
          <w:rFonts w:ascii="Courier New" w:hAnsi="Courier New"/>
          <w:color w:val="555555"/>
          <w:sz w:val="20"/>
        </w:rPr>
        <w:t>[Eph . 4 . 29]</w:t>
      </w:r>
    </w:p>
    <w:p>
      <w:r>
        <w:rPr>
          <w:rFonts w:ascii="Gentium Plus" w:hAnsi="Gentium Plus"/>
          <w:sz w:val="24"/>
        </w:rPr>
        <w:t>πᾶς λόγος σαπρὸς ἐκ τοῦ στόματος ὑμῶν μὴ ἐκπορευέσθω, ἀλλὰ εἴ τις ἀγαθὸς πρὸς οἰκοδομὴν τῆς χρείας, ἵνα δῷ χάριν τοῖς ἀκούουσιν.</w:t>
      </w:r>
    </w:p>
    <w:p>
      <w:r>
        <w:rPr>
          <w:rFonts w:ascii="Courier New" w:hAnsi="Courier New"/>
          <w:color w:val="555555"/>
          <w:sz w:val="20"/>
        </w:rPr>
        <w:t>[Eph . 4 . 30]</w:t>
      </w:r>
    </w:p>
    <w:p>
      <w:r>
        <w:rPr>
          <w:rFonts w:ascii="Gentium Plus" w:hAnsi="Gentium Plus"/>
          <w:sz w:val="24"/>
        </w:rPr>
        <w:t>καὶ μὴ λυπεῖτε τὸ πνεῦμα τὸ ἅγιον τοῦ θεοῦ, ἐν ᾧ ἐσφραγίσθητε εἰς ἡμέραν ἀπολυτρώσεως.</w:t>
      </w:r>
    </w:p>
    <w:p>
      <w:r>
        <w:rPr>
          <w:rFonts w:ascii="Courier New" w:hAnsi="Courier New"/>
          <w:color w:val="555555"/>
          <w:sz w:val="20"/>
        </w:rPr>
        <w:t>[Eph . 4 . 31]</w:t>
      </w:r>
    </w:p>
    <w:p>
      <w:r>
        <w:rPr>
          <w:rFonts w:ascii="Gentium Plus" w:hAnsi="Gentium Plus"/>
          <w:sz w:val="24"/>
        </w:rPr>
        <w:t>πᾶσα πικρία καὶ θυμὸς καὶ ὀργὴ καὶ κραυγὴ καὶ βλασφημία ἀρθήτω ἀφ’ ὑμῶν σὺν πάσῃ κακίᾳ.</w:t>
      </w:r>
    </w:p>
    <w:p>
      <w:r>
        <w:rPr>
          <w:rFonts w:ascii="Courier New" w:hAnsi="Courier New"/>
          <w:color w:val="555555"/>
          <w:sz w:val="20"/>
        </w:rPr>
        <w:t>[Eph . 4 . 32]</w:t>
      </w:r>
    </w:p>
    <w:p>
      <w:r>
        <w:rPr>
          <w:rFonts w:ascii="Gentium Plus" w:hAnsi="Gentium Plus"/>
          <w:sz w:val="24"/>
        </w:rPr>
        <w:t>γίνεσθε</w:t>
      </w:r>
    </w:p>
    <w:p>
      <w:r>
        <w:rPr>
          <w:rFonts w:ascii="Courier New" w:hAnsi="Courier New"/>
          <w:color w:val="555555"/>
          <w:sz w:val="20"/>
        </w:rPr>
        <w:t>[Eph . 5 . 1]</w:t>
      </w:r>
    </w:p>
    <w:p>
      <w:r>
        <w:rPr>
          <w:rFonts w:ascii="Gentium Plus" w:hAnsi="Gentium Plus"/>
          <w:sz w:val="24"/>
        </w:rPr>
        <w:t>γίνεσθε οὖν μιμηταὶ τοῦ θεοῦ, ὡς τέκνα ἀγαπητά,</w:t>
      </w:r>
    </w:p>
    <w:p>
      <w:r>
        <w:rPr>
          <w:rFonts w:ascii="Courier New" w:hAnsi="Courier New"/>
          <w:color w:val="555555"/>
          <w:sz w:val="20"/>
        </w:rPr>
        <w:t>[Eph . 5 . 2]</w:t>
      </w:r>
    </w:p>
    <w:p>
      <w:r>
        <w:rPr>
          <w:rFonts w:ascii="Gentium Plus" w:hAnsi="Gentium Plus"/>
          <w:sz w:val="24"/>
        </w:rPr>
        <w:t>καὶ περι‐ πατεῖτε ἐν ἀγάπῃ, καθὼς καὶ ὁ Χριστὸς ἠγάπησεν ἡμᾶς καὶ παρέδωκεν ἑαυτὸν ὑπὲρ ἡμῶν προσφορὰν καὶ θυσίαν τῷ θεῷ εἰς ὀσμὴν εὐωδίας.</w:t>
      </w:r>
    </w:p>
    <w:p>
      <w:r>
        <w:rPr>
          <w:rFonts w:ascii="Courier New" w:hAnsi="Courier New"/>
          <w:color w:val="555555"/>
          <w:sz w:val="20"/>
        </w:rPr>
        <w:t>[Eph . 5 . 3]</w:t>
      </w:r>
    </w:p>
    <w:p>
      <w:r>
        <w:rPr>
          <w:rFonts w:ascii="Gentium Plus" w:hAnsi="Gentium Plus"/>
          <w:sz w:val="24"/>
        </w:rPr>
        <w:t>πορνεία δὲ καὶ ἀκαθαρσία πᾶσα ἢ πλεονεξία μηδὲ ὀνομαζέσθω ἐν ὑμῖν, καθὼς πρέπει ἁγίοις,</w:t>
      </w:r>
    </w:p>
    <w:p>
      <w:r>
        <w:rPr>
          <w:rFonts w:ascii="Courier New" w:hAnsi="Courier New"/>
          <w:color w:val="555555"/>
          <w:sz w:val="20"/>
        </w:rPr>
        <w:t>[Eph . 5 . 4]</w:t>
      </w:r>
    </w:p>
    <w:p>
      <w:r>
        <w:rPr>
          <w:rFonts w:ascii="Gentium Plus" w:hAnsi="Gentium Plus"/>
          <w:sz w:val="24"/>
        </w:rPr>
        <w:t>καὶ αἰσχρότης καὶ μωρολογία ἢ εὐτραπελία, ἃ οὐκ ἀνῆκεν, ἀλλὰ μᾶλλον εὐχαριστία.</w:t>
      </w:r>
    </w:p>
    <w:p>
      <w:r>
        <w:rPr>
          <w:rFonts w:ascii="Courier New" w:hAnsi="Courier New"/>
          <w:color w:val="555555"/>
          <w:sz w:val="20"/>
        </w:rPr>
        <w:t>[Eph . 5 . 5]</w:t>
      </w:r>
    </w:p>
    <w:p>
      <w:r>
        <w:rPr>
          <w:rFonts w:ascii="Gentium Plus" w:hAnsi="Gentium Plus"/>
          <w:sz w:val="24"/>
        </w:rPr>
        <w:t>τοῦτο γὰρ ἴστε γινώσκοντες ὅτι πᾶς πόρνος ἢ ἀκάθαρτος ἢ πλεο‐ νέκτης, ὅ ἐστιν εἰδωλολάτρης, οὐκ ἔχει κληρονομίαν ἐν τῇ βασιλείᾳ τοῦ Χριστοῦ καὶ θεοῦ.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[Eph . 5 . 6]</w:t>
      </w:r>
    </w:p>
    <w:p>
      <w:r>
        <w:rPr>
          <w:rFonts w:ascii="Gentium Plus" w:hAnsi="Gentium Plus"/>
          <w:sz w:val="24"/>
        </w:rPr>
        <w:t>Μηδεὶς ὑμᾶς ἀπατάτω κενοῖς λόγοις, διὰ ταῦτα γὰρ</w:t>
      </w:r>
    </w:p>
    <w:p>
      <w:r>
        <w:rPr>
          <w:rFonts w:ascii="Courier New" w:hAnsi="Courier New"/>
          <w:color w:val="555555"/>
          <w:sz w:val="20"/>
        </w:rPr>
        <w:t>[Eph . 5 . 7]</w:t>
      </w:r>
    </w:p>
    <w:p>
      <w:r>
        <w:rPr>
          <w:rFonts w:ascii="Gentium Plus" w:hAnsi="Gentium Plus"/>
          <w:sz w:val="24"/>
        </w:rPr>
        <w:t>μὴ οὖν γίνεσθε συμμέτοχοι αὐτῶν·</w:t>
      </w:r>
    </w:p>
    <w:p>
      <w:r>
        <w:rPr>
          <w:rFonts w:ascii="Courier New" w:hAnsi="Courier New"/>
          <w:color w:val="555555"/>
          <w:sz w:val="20"/>
        </w:rPr>
        <w:t>[Eph . 5 . 8]</w:t>
      </w:r>
    </w:p>
    <w:p>
      <w:r>
        <w:rPr>
          <w:rFonts w:ascii="Gentium Plus" w:hAnsi="Gentium Plus"/>
          <w:sz w:val="24"/>
        </w:rPr>
        <w:t>ἦτε γάρ ποτε σκότος, νῦν δὲ φῶς ἐν κυρίῳ· ὡς τέκνα φωτὸς περιπα‐ τεῖτε</w:t>
      </w:r>
    </w:p>
    <w:p>
      <w:r>
        <w:rPr>
          <w:rFonts w:ascii="Courier New" w:hAnsi="Courier New"/>
          <w:color w:val="555555"/>
          <w:sz w:val="20"/>
        </w:rPr>
        <w:t>[Eph . 5 . 9]</w:t>
      </w:r>
    </w:p>
    <w:p>
      <w:r>
        <w:rPr>
          <w:rFonts w:ascii="Gentium Plus" w:hAnsi="Gentium Plus"/>
          <w:sz w:val="24"/>
        </w:rPr>
        <w:t>—ὁ γὰρ καρπὸς τοῦ φωτὸς ἐν πάσῃ ἀγαθωσύνῃ καὶ δικαιοσύνῃ καὶ ἀληθείᾳ—</w:t>
      </w:r>
    </w:p>
    <w:p>
      <w:r>
        <w:rPr>
          <w:rFonts w:ascii="Courier New" w:hAnsi="Courier New"/>
          <w:color w:val="555555"/>
          <w:sz w:val="20"/>
        </w:rPr>
        <w:t>[Eph . 5 . 10]</w:t>
      </w:r>
    </w:p>
    <w:p>
      <w:r>
        <w:rPr>
          <w:rFonts w:ascii="Gentium Plus" w:hAnsi="Gentium Plus"/>
          <w:sz w:val="24"/>
        </w:rPr>
        <w:t>δοκιμάζοντες τί ἐστιν εὐάρεστον τῷ κυρίῳ·</w:t>
      </w:r>
    </w:p>
    <w:p>
      <w:r>
        <w:rPr>
          <w:rFonts w:ascii="Courier New" w:hAnsi="Courier New"/>
          <w:color w:val="555555"/>
          <w:sz w:val="20"/>
        </w:rPr>
        <w:t>[Eph . 5 . 11]</w:t>
      </w:r>
    </w:p>
    <w:p>
      <w:r>
        <w:rPr>
          <w:rFonts w:ascii="Gentium Plus" w:hAnsi="Gentium Plus"/>
          <w:sz w:val="24"/>
        </w:rPr>
        <w:t>καὶ μὴ συγκοινωνεῖτε τοῖς ἔργοις τοῖς ἀκάρποις τοῦ σκότους, μᾶλλον δὲ καὶ ἐλέγχετε,</w:t>
      </w:r>
    </w:p>
    <w:p>
      <w:r>
        <w:rPr>
          <w:rFonts w:ascii="Courier New" w:hAnsi="Courier New"/>
          <w:color w:val="555555"/>
          <w:sz w:val="20"/>
        </w:rPr>
        <w:t>[Eph . 5 . 12]</w:t>
      </w:r>
    </w:p>
    <w:p>
      <w:r>
        <w:rPr>
          <w:rFonts w:ascii="Gentium Plus" w:hAnsi="Gentium Plus"/>
          <w:sz w:val="24"/>
        </w:rPr>
        <w:t>τὰ γὰρ κρυφῇ γινόμενα ὑπ’ αὐτῶν αἰσχρόν ἐστιν καὶ λέγειν·</w:t>
      </w:r>
    </w:p>
    <w:p>
      <w:r>
        <w:rPr>
          <w:rFonts w:ascii="Courier New" w:hAnsi="Courier New"/>
          <w:color w:val="555555"/>
          <w:sz w:val="20"/>
        </w:rPr>
        <w:t>[Eph . 5 . 13]</w:t>
      </w:r>
    </w:p>
    <w:p>
      <w:r>
        <w:rPr>
          <w:rFonts w:ascii="Gentium Plus" w:hAnsi="Gentium Plus"/>
          <w:sz w:val="24"/>
        </w:rPr>
        <w:t>τὰ δὲ πάντα ἐλεγχόμενα ὑπὸ τοῦ φωτὸς φανεροῦται,</w:t>
      </w:r>
    </w:p>
    <w:p>
      <w:r>
        <w:rPr>
          <w:rFonts w:ascii="Courier New" w:hAnsi="Courier New"/>
          <w:color w:val="555555"/>
          <w:sz w:val="20"/>
        </w:rPr>
        <w:t>[Eph . 5 . 14]</w:t>
      </w:r>
    </w:p>
    <w:p>
      <w:r>
        <w:rPr>
          <w:rFonts w:ascii="Gentium Plus" w:hAnsi="Gentium Plus"/>
          <w:sz w:val="24"/>
        </w:rPr>
        <w:t>πᾶν γὰρ τὸ φανερούμενον φῶς ἐστιν. διὸ λέγει, Ἔγειρε, ὁ καθεύδων, καὶ ἀνάστα ἐκ τῶν νεκρῶν,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καὶ ἐπιφαύσει σοι ὁ Χριστός.</w:t>
      </w:r>
    </w:p>
    <w:p>
      <w:r>
        <w:rPr>
          <w:rFonts w:ascii="Courier New" w:hAnsi="Courier New"/>
          <w:color w:val="555555"/>
          <w:sz w:val="20"/>
        </w:rPr>
        <w:t>[Eph . 5 . 15]</w:t>
      </w:r>
    </w:p>
    <w:p>
      <w:r>
        <w:rPr>
          <w:rFonts w:ascii="Gentium Plus" w:hAnsi="Gentium Plus"/>
          <w:sz w:val="24"/>
        </w:rPr>
        <w:t>Βλέπετε οὖν ἀκριβῶς πῶς περιπατεῖτε, μὴ ὡς ἄσοφοι ἀλλ’ ὡς σοφοί,</w:t>
      </w:r>
    </w:p>
    <w:p>
      <w:r>
        <w:rPr>
          <w:rFonts w:ascii="Courier New" w:hAnsi="Courier New"/>
          <w:color w:val="555555"/>
          <w:sz w:val="20"/>
        </w:rPr>
        <w:t>[Eph . 5 . 16]</w:t>
      </w:r>
    </w:p>
    <w:p>
      <w:r>
        <w:rPr>
          <w:rFonts w:ascii="Gentium Plus" w:hAnsi="Gentium Plus"/>
          <w:sz w:val="24"/>
        </w:rPr>
        <w:t>ἐξαγοραζόμενοι τὸν καιρόν, ὅτι αἱ ἡμέραι πονηραί εἰσιν.</w:t>
      </w:r>
    </w:p>
    <w:p>
      <w:r>
        <w:rPr>
          <w:rFonts w:ascii="Courier New" w:hAnsi="Courier New"/>
          <w:color w:val="555555"/>
          <w:sz w:val="20"/>
        </w:rPr>
        <w:t>[Eph . 5 . 17]</w:t>
      </w:r>
    </w:p>
    <w:p>
      <w:r>
        <w:rPr>
          <w:rFonts w:ascii="Gentium Plus" w:hAnsi="Gentium Plus"/>
          <w:sz w:val="24"/>
        </w:rPr>
        <w:t>διὰ τοῦτο μὴ γίνεσθε ἄφρονες, ἀλλὰ συνίετε τί τὸ θέλημα τοῦ κυρίου.</w:t>
      </w:r>
    </w:p>
    <w:p>
      <w:r>
        <w:rPr>
          <w:rFonts w:ascii="Courier New" w:hAnsi="Courier New"/>
          <w:color w:val="555555"/>
          <w:sz w:val="20"/>
        </w:rPr>
        <w:t>[Eph . 5 . 18]</w:t>
      </w:r>
    </w:p>
    <w:p>
      <w:r>
        <w:rPr>
          <w:rFonts w:ascii="Gentium Plus" w:hAnsi="Gentium Plus"/>
          <w:sz w:val="24"/>
        </w:rPr>
        <w:t>καὶ</w:t>
      </w:r>
    </w:p>
    <w:p>
      <w:r>
        <w:rPr>
          <w:rFonts w:ascii="Courier New" w:hAnsi="Courier New"/>
          <w:color w:val="555555"/>
          <w:sz w:val="20"/>
        </w:rPr>
        <w:t>[Eph . 5 . 19]</w:t>
      </w:r>
    </w:p>
    <w:p>
      <w:r>
        <w:rPr>
          <w:rFonts w:ascii="Gentium Plus" w:hAnsi="Gentium Plus"/>
          <w:sz w:val="24"/>
        </w:rPr>
        <w:t>λαλοῦντες ἑαυτοῖς [ἐν] ψαλμοῖς καὶ ὕμνοις καὶ ᾠδαῖς πνευματικαῖς, ᾄδοντες καὶ ψάλλοντες τῇ καρδίᾳ ὑμῶν τῷ κυρίῳ,</w:t>
      </w:r>
    </w:p>
    <w:p>
      <w:r>
        <w:rPr>
          <w:rFonts w:ascii="Courier New" w:hAnsi="Courier New"/>
          <w:color w:val="555555"/>
          <w:sz w:val="20"/>
        </w:rPr>
        <w:t>[Eph . 5 . 20]</w:t>
      </w:r>
    </w:p>
    <w:p>
      <w:r>
        <w:rPr>
          <w:rFonts w:ascii="Gentium Plus" w:hAnsi="Gentium Plus"/>
          <w:sz w:val="24"/>
        </w:rPr>
        <w:t>εὐχαριστοῦντες πάντοτε ὑπὲρ πάντων ἐν ὀνόματι τοῦ κυρίου ἡμῶν Ἰησοῦ Χριστοῦ τῷ θεῷ καὶ πατρί,</w:t>
      </w:r>
    </w:p>
    <w:p>
      <w:r>
        <w:rPr>
          <w:rFonts w:ascii="Courier New" w:hAnsi="Courier New"/>
          <w:color w:val="555555"/>
          <w:sz w:val="20"/>
        </w:rPr>
        <w:t>[Eph . 5 . 21]</w:t>
      </w:r>
    </w:p>
    <w:p>
      <w:r>
        <w:rPr>
          <w:rFonts w:ascii="Gentium Plus" w:hAnsi="Gentium Plus"/>
          <w:sz w:val="24"/>
        </w:rPr>
        <w:t>ὑποτασσόμενοι ἀλλήλοις ἐν φόβῳ Χριστοῦ.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[Eph . 5 . 22]</w:t>
      </w:r>
    </w:p>
    <w:p>
      <w:r>
        <w:rPr>
          <w:rFonts w:ascii="Gentium Plus" w:hAnsi="Gentium Plus"/>
          <w:sz w:val="24"/>
        </w:rPr>
        <w:t>Αἱ γυναῖκες τοῖς ἰδίοις ἀνδράσιν ὡς τῷ κυρίῳ,</w:t>
      </w:r>
    </w:p>
    <w:p>
      <w:r>
        <w:rPr>
          <w:rFonts w:ascii="Courier New" w:hAnsi="Courier New"/>
          <w:color w:val="555555"/>
          <w:sz w:val="20"/>
        </w:rPr>
        <w:t>[Eph . 5 . 23]</w:t>
      </w:r>
    </w:p>
    <w:p>
      <w:r>
        <w:rPr>
          <w:rFonts w:ascii="Gentium Plus" w:hAnsi="Gentium Plus"/>
          <w:sz w:val="24"/>
        </w:rPr>
        <w:t>ὅτι ἀνήρ ἐστιν κεφαλὴ τῆς γυναικὸς ὡς καὶ ὁ Χριστὸς κεφαλὴ τῆς ἐκκλησίας, αὐτὸς σωτὴρ τοῦ σώματος.</w:t>
      </w:r>
    </w:p>
    <w:p>
      <w:r>
        <w:rPr>
          <w:rFonts w:ascii="Courier New" w:hAnsi="Courier New"/>
          <w:color w:val="555555"/>
          <w:sz w:val="20"/>
        </w:rPr>
        <w:t>[Eph . 5 . 24]</w:t>
      </w:r>
    </w:p>
    <w:p>
      <w:r>
        <w:rPr>
          <w:rFonts w:ascii="Gentium Plus" w:hAnsi="Gentium Plus"/>
          <w:sz w:val="24"/>
        </w:rPr>
        <w:t>ἀλλὰ ὡς ἡ ἐκκλησία ὑποτάσσεται τῷ Χριστῷ, οὕτως καὶ αἱ γυναῖκες τοῖς ἀνδράσιν ἐν παντί.</w:t>
      </w:r>
    </w:p>
    <w:p>
      <w:r>
        <w:rPr>
          <w:rFonts w:ascii="Courier New" w:hAnsi="Courier New"/>
          <w:color w:val="555555"/>
          <w:sz w:val="20"/>
        </w:rPr>
        <w:t>[Eph . 5 . 25]</w:t>
      </w:r>
    </w:p>
    <w:p>
      <w:r>
        <w:rPr>
          <w:rFonts w:ascii="Gentium Plus" w:hAnsi="Gentium Plus"/>
          <w:sz w:val="24"/>
        </w:rPr>
        <w:t>Οἱ ἄνδρες, ἀγαπᾶτε τὰς γυναῖκας, καθὼς καὶ ὁ Χριστὸς ἠγάπησεν τὴν ἐκκλησίαν καὶ ἑαυτὸν παρέδωκεν ὑπὲρ αὐτῆς,</w:t>
      </w:r>
    </w:p>
    <w:p>
      <w:r>
        <w:rPr>
          <w:rFonts w:ascii="Courier New" w:hAnsi="Courier New"/>
          <w:color w:val="555555"/>
          <w:sz w:val="20"/>
        </w:rPr>
        <w:t>[Eph . 5 . 26]</w:t>
      </w:r>
    </w:p>
    <w:p>
      <w:r>
        <w:rPr>
          <w:rFonts w:ascii="Gentium Plus" w:hAnsi="Gentium Plus"/>
          <w:sz w:val="24"/>
        </w:rPr>
        <w:t>ἵνα αὐτὴν ἁγιάσῃ καθαρίσας τῷ λουτρῷ τοῦ ὕδατος ἐν ῥήματι,</w:t>
      </w:r>
    </w:p>
    <w:p>
      <w:r>
        <w:rPr>
          <w:rFonts w:ascii="Courier New" w:hAnsi="Courier New"/>
          <w:color w:val="555555"/>
          <w:sz w:val="20"/>
        </w:rPr>
        <w:t>[Eph . 5 . 27]</w:t>
      </w:r>
    </w:p>
    <w:p>
      <w:r>
        <w:rPr>
          <w:rFonts w:ascii="Gentium Plus" w:hAnsi="Gentium Plus"/>
          <w:sz w:val="24"/>
        </w:rPr>
        <w:t>ἵνα παραστήσῃ αὐτὸς ἑαυτῷ ἔνδοξον τὴν ἐκκλησίαν, μὴ ἔχουσαν σπίλον ἢ ῥυτίδα ἤ τι τῶν τοι‐ ούτων, ἀλλ’ ἵνα ᾖ ἁγία καὶ ἄμωμος.</w:t>
      </w:r>
    </w:p>
    <w:p>
      <w:r>
        <w:rPr>
          <w:rFonts w:ascii="Courier New" w:hAnsi="Courier New"/>
          <w:color w:val="555555"/>
          <w:sz w:val="20"/>
        </w:rPr>
        <w:t>[Eph . 5 . 28]</w:t>
      </w:r>
    </w:p>
    <w:p>
      <w:r>
        <w:rPr>
          <w:rFonts w:ascii="Gentium Plus" w:hAnsi="Gentium Plus"/>
          <w:sz w:val="24"/>
        </w:rPr>
        <w:t>οὕτως ὀφεί‐ λουσιν καὶ οἱ ἄνδρες ἀγαπᾶν τὰς ἑαυτῶν γυναῖκας ὡς τὰ ἑαυτῶν σώματα. ὁ ἀγαπῶν τὴν ἑαυτοῦ γυναῖκα ἑαυτὸν ἀγαπᾷ,</w:t>
      </w:r>
    </w:p>
    <w:p>
      <w:r>
        <w:rPr>
          <w:rFonts w:ascii="Courier New" w:hAnsi="Courier New"/>
          <w:color w:val="555555"/>
          <w:sz w:val="20"/>
        </w:rPr>
        <w:t>[Eph . 5 . 29]</w:t>
      </w:r>
    </w:p>
    <w:p>
      <w:r>
        <w:rPr>
          <w:rFonts w:ascii="Gentium Plus" w:hAnsi="Gentium Plus"/>
          <w:sz w:val="24"/>
        </w:rPr>
        <w:t>οὐδεὶς γάρ ποτε τὴν ἑαυτοῦ σάρκα ἐμίσησεν, ἀλλὰ ἐκτρέφει καὶ θάλπει αὐτήν, καθὼς καὶ ὁ Χριστὸς τὴν ἐκκλησίαν,</w:t>
      </w:r>
    </w:p>
    <w:p>
      <w:r>
        <w:rPr>
          <w:rFonts w:ascii="Courier New" w:hAnsi="Courier New"/>
          <w:color w:val="555555"/>
          <w:sz w:val="20"/>
        </w:rPr>
        <w:t>[Eph . 5 . 30]</w:t>
      </w:r>
    </w:p>
    <w:p>
      <w:r>
        <w:rPr>
          <w:rFonts w:ascii="Gentium Plus" w:hAnsi="Gentium Plus"/>
          <w:sz w:val="24"/>
        </w:rPr>
        <w:t>ὅτι μέλη ἐσμὲν τοῦ σώματος αὐτοῦ.</w:t>
      </w:r>
    </w:p>
    <w:p>
      <w:r>
        <w:rPr>
          <w:rFonts w:ascii="Courier New" w:hAnsi="Courier New"/>
          <w:color w:val="555555"/>
          <w:sz w:val="20"/>
        </w:rPr>
        <w:t>[Eph . 5 . 31]</w:t>
      </w:r>
    </w:p>
    <w:p>
      <w:r>
        <w:rPr>
          <w:rFonts w:ascii="Gentium Plus" w:hAnsi="Gentium Plus"/>
          <w:sz w:val="24"/>
        </w:rPr>
        <w:t>ἀντὶ τούτου καταλείψει ἄνθρωπος τὸν πατέρα καὶ τὴν μητέρα καὶ προσκολληθήσεται πρὸς τὴν γυναῖκα αὐτοῦ, καὶ ἔσονται οἱ δύο εἰς σάρκα μίαν.</w:t>
      </w:r>
    </w:p>
    <w:p>
      <w:r>
        <w:rPr>
          <w:rFonts w:ascii="Courier New" w:hAnsi="Courier New"/>
          <w:color w:val="555555"/>
          <w:sz w:val="20"/>
        </w:rPr>
        <w:t>[Eph . 5 . 32]</w:t>
      </w:r>
    </w:p>
    <w:p>
      <w:r>
        <w:rPr>
          <w:rFonts w:ascii="Gentium Plus" w:hAnsi="Gentium Plus"/>
          <w:sz w:val="24"/>
        </w:rPr>
        <w:t>τὸ μυστή‐ ριον τοῦτο μέγα ἐστίν, ἐγὼ δὲ λέγω εἰς Χριστὸν καὶ εἰς τὴν ἐκκλησίαν.</w:t>
      </w:r>
    </w:p>
    <w:p>
      <w:r>
        <w:rPr>
          <w:rFonts w:ascii="Courier New" w:hAnsi="Courier New"/>
          <w:color w:val="555555"/>
          <w:sz w:val="20"/>
        </w:rPr>
        <w:t>[Eph . 5 . 33]</w:t>
      </w:r>
    </w:p>
    <w:p>
      <w:r>
        <w:rPr>
          <w:rFonts w:ascii="Gentium Plus" w:hAnsi="Gentium Plus"/>
          <w:sz w:val="24"/>
        </w:rPr>
        <w:t>πλὴν καὶ ὑμεῖς οἱ καθ’ ἕνα ἕκαστος τὴν ἑαυτοῦ γυναῖκα οὕτως ἀγαπάτω ὡς ἑαυτόν, ἡ δὲ γυνὴ ἵνα φοβῆται τὸν ἄνδρα.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[Eph . 6 . 1]</w:t>
      </w:r>
    </w:p>
    <w:p>
      <w:r>
        <w:rPr>
          <w:rFonts w:ascii="Gentium Plus" w:hAnsi="Gentium Plus"/>
          <w:sz w:val="24"/>
        </w:rPr>
        <w:t>Τὰ τέκνα, ὑπακούετε τοῖς γονεῦσιν ὑμῶν ἐν κυρίῳ, τοῦτο γάρ ἐστιν δίκαιον.</w:t>
      </w:r>
    </w:p>
    <w:p>
      <w:r>
        <w:rPr>
          <w:rFonts w:ascii="Courier New" w:hAnsi="Courier New"/>
          <w:color w:val="555555"/>
          <w:sz w:val="20"/>
        </w:rPr>
        <w:t>[Eph . 6 . 2]</w:t>
      </w:r>
    </w:p>
    <w:p>
      <w:r>
        <w:rPr>
          <w:rFonts w:ascii="Gentium Plus" w:hAnsi="Gentium Plus"/>
          <w:sz w:val="24"/>
        </w:rPr>
        <w:t>τίμα τὸν πατέρα σου καὶ τὴν μητέρα, ἥτις ἐστὶν ἐντολὴ πρώτη ἐν ἐπαγγελίᾳ,</w:t>
      </w:r>
    </w:p>
    <w:p>
      <w:r>
        <w:rPr>
          <w:rFonts w:ascii="Courier New" w:hAnsi="Courier New"/>
          <w:color w:val="555555"/>
          <w:sz w:val="20"/>
        </w:rPr>
        <w:t>[Eph . 6 . 3]</w:t>
      </w:r>
    </w:p>
    <w:p>
      <w:r>
        <w:rPr>
          <w:rFonts w:ascii="Gentium Plus" w:hAnsi="Gentium Plus"/>
          <w:sz w:val="24"/>
        </w:rPr>
        <w:t>ἵνα εὖ σοι γένηται καὶ ἔσῃ μακροχρόνιος ἐπὶ τῆς γῆς.</w:t>
      </w:r>
    </w:p>
    <w:p>
      <w:r>
        <w:rPr>
          <w:rFonts w:ascii="Courier New" w:hAnsi="Courier New"/>
          <w:color w:val="555555"/>
          <w:sz w:val="20"/>
        </w:rPr>
        <w:t>[Eph . 6 . 4]</w:t>
      </w:r>
    </w:p>
    <w:p>
      <w:r>
        <w:rPr>
          <w:rFonts w:ascii="Gentium Plus" w:hAnsi="Gentium Plus"/>
          <w:sz w:val="24"/>
        </w:rPr>
        <w:t>Καὶ οἱ πατέρες, μὴ παροργίζετε τὰ τέκνα ὑμῶν, ἀλλὰ ἐκτρέφετε αὐτὰ ἐν παιδείᾳ καὶ νουθεσίᾳ κυρίου.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[Eph . 6 . 5]</w:t>
      </w:r>
    </w:p>
    <w:p>
      <w:r>
        <w:rPr>
          <w:rFonts w:ascii="Gentium Plus" w:hAnsi="Gentium Plus"/>
          <w:sz w:val="24"/>
        </w:rPr>
        <w:t>Οἱ δοῦλοι, ὑπακούετε τοῖς κατὰ σάρκα κυρίοις μετὰ φόβου καὶ τρόμου ἐν ἁπλότητι τῆς καρδίας ὑμῶν ὡς τῷ Χριστῷ,</w:t>
      </w:r>
    </w:p>
    <w:p>
      <w:r>
        <w:rPr>
          <w:rFonts w:ascii="Courier New" w:hAnsi="Courier New"/>
          <w:color w:val="555555"/>
          <w:sz w:val="20"/>
        </w:rPr>
        <w:t>[Eph . 6 . 6]</w:t>
      </w:r>
    </w:p>
    <w:p>
      <w:r>
        <w:rPr>
          <w:rFonts w:ascii="Gentium Plus" w:hAnsi="Gentium Plus"/>
          <w:sz w:val="24"/>
        </w:rPr>
        <w:t>μὴ κατ’ ὀφθαλμοδουλίαν ὡς ἀνθρωπάρεσκοι ἀλλ’ ὡς δοῦλοι Χριστοῦ ποιοῦντες τὸ θέλημα τοῦ θεοῦ ἐκ ψυχῆς,</w:t>
      </w:r>
    </w:p>
    <w:p>
      <w:r>
        <w:rPr>
          <w:rFonts w:ascii="Courier New" w:hAnsi="Courier New"/>
          <w:color w:val="555555"/>
          <w:sz w:val="20"/>
        </w:rPr>
        <w:t>[Eph . 6 . 7]</w:t>
      </w:r>
    </w:p>
    <w:p>
      <w:r>
        <w:rPr>
          <w:rFonts w:ascii="Gentium Plus" w:hAnsi="Gentium Plus"/>
          <w:sz w:val="24"/>
        </w:rPr>
        <w:t>μετ’ εὐνοίας δουλεύοντες, ὡς τῷ κυρίῳ καὶ οὐκ ἀνθρώποις,</w:t>
      </w:r>
    </w:p>
    <w:p>
      <w:r>
        <w:rPr>
          <w:rFonts w:ascii="Courier New" w:hAnsi="Courier New"/>
          <w:color w:val="555555"/>
          <w:sz w:val="20"/>
        </w:rPr>
        <w:t>[Eph . 6 . 8]</w:t>
      </w:r>
    </w:p>
    <w:p>
      <w:r>
        <w:rPr>
          <w:rFonts w:ascii="Gentium Plus" w:hAnsi="Gentium Plus"/>
          <w:sz w:val="24"/>
        </w:rPr>
        <w:t>εἰδότες ὅτι ἕκαστος, ἐάν τι ποιήσῃ ἀγαθόν, τοῦτο κομίσεται παρὰ κυρίου, εἴτε δοῦλος εἴτε ἐλεύθερος.</w:t>
      </w:r>
    </w:p>
    <w:p>
      <w:r>
        <w:rPr>
          <w:rFonts w:ascii="Courier New" w:hAnsi="Courier New"/>
          <w:color w:val="555555"/>
          <w:sz w:val="20"/>
        </w:rPr>
        <w:t>[Eph . 6 . 9]</w:t>
      </w:r>
    </w:p>
    <w:p>
      <w:r>
        <w:rPr>
          <w:rFonts w:ascii="Gentium Plus" w:hAnsi="Gentium Plus"/>
          <w:sz w:val="24"/>
        </w:rPr>
        <w:t>Καὶ οἱ κύριοι, τὰ αὐτὰ ποιεῖτε πρὸς αὐτούς, ἀνιέντες τὴν ἀπειλήν, εἰδότες ὅτι καὶ αὐτῶν καὶ ὑμῶν ὁ κύριός ἐστιν ἐν οὐρανοῖς, καὶ προσω‐ πολημψία οὐκ ἔστιν παρ’ αὐτῷ.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[Eph . 6 . 10]</w:t>
      </w:r>
    </w:p>
    <w:p>
      <w:r>
        <w:rPr>
          <w:rFonts w:ascii="Gentium Plus" w:hAnsi="Gentium Plus"/>
          <w:sz w:val="24"/>
        </w:rPr>
        <w:t>Τοῦ λοιποῦ ἐνδυναμοῦσθε ἐν κυρίῳ καὶ ἐν τῷ κράτει τῆς ἰσχύος αὐτοῦ.</w:t>
      </w:r>
    </w:p>
    <w:p>
      <w:r>
        <w:rPr>
          <w:rFonts w:ascii="Courier New" w:hAnsi="Courier New"/>
          <w:color w:val="555555"/>
          <w:sz w:val="20"/>
        </w:rPr>
        <w:t>[Eph . 6 . 11]</w:t>
      </w:r>
    </w:p>
    <w:p>
      <w:r>
        <w:rPr>
          <w:rFonts w:ascii="Gentium Plus" w:hAnsi="Gentium Plus"/>
          <w:sz w:val="24"/>
        </w:rPr>
        <w:t>ἐνδύσασθε τὴν πανοπλίαν τοῦ θεοῦ πρὸς τὸ δύνασθαι ὑμᾶς στῆναι πρὸς τὰς μεθοδείας τοῦ διαβόλου·</w:t>
      </w:r>
    </w:p>
    <w:p>
      <w:r>
        <w:rPr>
          <w:rFonts w:ascii="Courier New" w:hAnsi="Courier New"/>
          <w:color w:val="555555"/>
          <w:sz w:val="20"/>
        </w:rPr>
        <w:t>[Eph . 6 . 12]</w:t>
      </w:r>
    </w:p>
    <w:p>
      <w:r>
        <w:rPr>
          <w:rFonts w:ascii="Gentium Plus" w:hAnsi="Gentium Plus"/>
          <w:sz w:val="24"/>
        </w:rPr>
        <w:t>ὅτι οὐκ ἔστιν ἡμῖν ἡ πάλη πρὸς αἷμα καὶ σάρκα, ἀλλὰ πρὸς τὰς ἀρχάς, πρὸς τὰς ἐξουσίας, πρὸς τοὺς κοσμοκράτορας τοῦ σκότους τούτου, πρὸς τὰ πνευ‐ ματικὰ τῆς πονηρίας ἐν τοῖς ἐπουρανίοις.</w:t>
      </w:r>
    </w:p>
    <w:p>
      <w:r>
        <w:rPr>
          <w:rFonts w:ascii="Courier New" w:hAnsi="Courier New"/>
          <w:color w:val="555555"/>
          <w:sz w:val="20"/>
        </w:rPr>
        <w:t>[Eph . 6 . 13]</w:t>
      </w:r>
    </w:p>
    <w:p>
      <w:r>
        <w:rPr>
          <w:rFonts w:ascii="Gentium Plus" w:hAnsi="Gentium Plus"/>
          <w:sz w:val="24"/>
        </w:rPr>
        <w:t>διὰ τοῦτο ἀναλάβετε τὴν πανοπλίαν τοῦ θεοῦ, ἵνα δυνηθῆτε ἀντι‐ στῆναι ἐν τῇ ἡμέρᾳ τῇ πονηρᾷ καὶ ἅπαντα κατεργασά‐ μενοι στῆναι.</w:t>
      </w:r>
    </w:p>
    <w:p>
      <w:r>
        <w:rPr>
          <w:rFonts w:ascii="Courier New" w:hAnsi="Courier New"/>
          <w:color w:val="555555"/>
          <w:sz w:val="20"/>
        </w:rPr>
        <w:t>[Eph . 6 . 14]</w:t>
      </w:r>
    </w:p>
    <w:p>
      <w:r>
        <w:rPr>
          <w:rFonts w:ascii="Gentium Plus" w:hAnsi="Gentium Plus"/>
          <w:sz w:val="24"/>
        </w:rPr>
        <w:t>στῆτε οὖν περιζωσάμενοι τὴν ὀσφὺν ὑμῶν ἐν ἀληθείᾳ, καὶ ἐνδυσάμενοι τὸν θώρακα τῆς δικαιο‐ σύνης,</w:t>
      </w:r>
    </w:p>
    <w:p>
      <w:r>
        <w:rPr>
          <w:rFonts w:ascii="Courier New" w:hAnsi="Courier New"/>
          <w:color w:val="555555"/>
          <w:sz w:val="20"/>
        </w:rPr>
        <w:t>[Eph . 6 . 15]</w:t>
      </w:r>
    </w:p>
    <w:p>
      <w:r>
        <w:rPr>
          <w:rFonts w:ascii="Gentium Plus" w:hAnsi="Gentium Plus"/>
          <w:sz w:val="24"/>
        </w:rPr>
        <w:t>καὶ ὑποδησάμενοι τοὺς πόδας ἐν ἑτοιμασίᾳ τοῦ εὐαγγελίου τῆς εἰρήνης,</w:t>
      </w:r>
    </w:p>
    <w:p>
      <w:r>
        <w:rPr>
          <w:rFonts w:ascii="Courier New" w:hAnsi="Courier New"/>
          <w:color w:val="555555"/>
          <w:sz w:val="20"/>
        </w:rPr>
        <w:t>[Eph . 6 . 16]</w:t>
      </w:r>
    </w:p>
    <w:p>
      <w:r>
        <w:rPr>
          <w:rFonts w:ascii="Gentium Plus" w:hAnsi="Gentium Plus"/>
          <w:sz w:val="24"/>
        </w:rPr>
        <w:t>ἐν πᾶσιν ἀναλαβόντες τὸν θυρεὸν τῆς πίστεως, ἐν ᾧ δυνήσεσθε πάντα τὰ βέλη τοῦ πονηροῦ [τὰ] πεπυρωμένα σβέσαι·</w:t>
      </w:r>
    </w:p>
    <w:p>
      <w:r>
        <w:rPr>
          <w:rFonts w:ascii="Courier New" w:hAnsi="Courier New"/>
          <w:color w:val="555555"/>
          <w:sz w:val="20"/>
        </w:rPr>
        <w:t>[Eph . 6 . 17]</w:t>
      </w:r>
    </w:p>
    <w:p>
      <w:r>
        <w:rPr>
          <w:rFonts w:ascii="Gentium Plus" w:hAnsi="Gentium Plus"/>
          <w:sz w:val="24"/>
        </w:rPr>
        <w:t>καὶ τὴν περικεφαλαίαν τοῦ σωτηρίου δέξασθε, καὶ τὴν μάχαιραν τοῦ πνεύματος, ὅ ἐστιν ῥῆμα θεοῦ,</w:t>
      </w:r>
    </w:p>
    <w:p>
      <w:r>
        <w:rPr>
          <w:rFonts w:ascii="Courier New" w:hAnsi="Courier New"/>
          <w:color w:val="555555"/>
          <w:sz w:val="20"/>
        </w:rPr>
        <w:t>[Eph . 6 . 18]</w:t>
      </w:r>
    </w:p>
    <w:p>
      <w:r>
        <w:rPr>
          <w:rFonts w:ascii="Gentium Plus" w:hAnsi="Gentium Plus"/>
          <w:sz w:val="24"/>
        </w:rPr>
        <w:t>διὰ πάσης προσ‐ ευχῆς καὶ δεήσεως προσευχόμενοι ἐν παντὶ καιρῷ ἐν πνεύματι, καὶ εἰς αὐτὸ ἀγρυπνοῦντες ἐν πάσῃ προσκαρ‐ τερήσει καὶ δεήσει περὶ πάντων τῶν ἁγίων,</w:t>
      </w:r>
    </w:p>
    <w:p>
      <w:r>
        <w:rPr>
          <w:rFonts w:ascii="Courier New" w:hAnsi="Courier New"/>
          <w:color w:val="555555"/>
          <w:sz w:val="20"/>
        </w:rPr>
        <w:t>[Eph . 6 . 19]</w:t>
      </w:r>
    </w:p>
    <w:p>
      <w:r>
        <w:rPr>
          <w:rFonts w:ascii="Gentium Plus" w:hAnsi="Gentium Plus"/>
          <w:sz w:val="24"/>
        </w:rPr>
        <w:t>καὶ ὑπὲρ ἐμοῦ, ἵνα μοι δοθῇ λόγος ἐν ἀνοίξει τοῦ στόματός μου, ἐν παρρησίᾳ γνωρίσαι τὸ μυστήριον τοῦ εὐαγ‐ γελίου</w:t>
      </w:r>
    </w:p>
    <w:p>
      <w:r>
        <w:rPr>
          <w:rFonts w:ascii="Courier New" w:hAnsi="Courier New"/>
          <w:color w:val="555555"/>
          <w:sz w:val="20"/>
        </w:rPr>
        <w:t>[Eph . 6 . 20]</w:t>
      </w:r>
    </w:p>
    <w:p>
      <w:r>
        <w:rPr>
          <w:rFonts w:ascii="Gentium Plus" w:hAnsi="Gentium Plus"/>
          <w:sz w:val="24"/>
        </w:rPr>
        <w:t>ὑπὲρ οὗ πρεσβεύω ἐν ἁλύσει, ἵνα ἐν αὐτῷ</w:t>
      </w:r>
    </w:p>
    <w:p>
      <w:r>
        <w:rPr>
          <w:rFonts w:ascii="Courier New" w:hAnsi="Courier New"/>
          <w:color w:val="555555"/>
          <w:sz w:val="20"/>
        </w:rPr>
        <w:t>[Eph . 6 . 21]</w:t>
      </w:r>
    </w:p>
    <w:p>
      <w:r>
        <w:rPr>
          <w:rFonts w:ascii="Gentium Plus" w:hAnsi="Gentium Plus"/>
          <w:sz w:val="24"/>
        </w:rPr>
        <w:t>Ἵνα δὲ καὶ ὑμεῖς εἰδῆτε τὰ κατ’ ἐμέ, τί πράσσω, πάντα γνωρίσει ὑμῖν Τυχικὸς ὁ ἀγαπητὸς ἀδελφὸς καὶ πιστὸς διάκονος ἐν κυρίῳ,</w:t>
      </w:r>
    </w:p>
    <w:p>
      <w:r>
        <w:rPr>
          <w:rFonts w:ascii="Courier New" w:hAnsi="Courier New"/>
          <w:color w:val="555555"/>
          <w:sz w:val="20"/>
        </w:rPr>
        <w:t>[Eph . 6 . 22]</w:t>
      </w:r>
    </w:p>
    <w:p>
      <w:r>
        <w:rPr>
          <w:rFonts w:ascii="Gentium Plus" w:hAnsi="Gentium Plus"/>
          <w:sz w:val="24"/>
        </w:rPr>
        <w:t>ὃν ἔπεμψα πρὸς ὑμᾶς εἰς αὐτὸ τοῦτο ἵνα γνῶτε τὰ περὶ ἡμῶν καὶ παρακαλέσῃ τὰς καρδίας ὑμῶν.</w:t>
      </w:r>
    </w:p>
    <w:p>
      <w:r>
        <w:rPr>
          <w:rFonts w:ascii="Courier New" w:hAnsi="Courier New"/>
          <w:color w:val="555555"/>
          <w:sz w:val="20"/>
        </w:rPr>
        <w:t>[Eph . 6 . 23]</w:t>
      </w:r>
    </w:p>
    <w:p>
      <w:r>
        <w:rPr>
          <w:rFonts w:ascii="Gentium Plus" w:hAnsi="Gentium Plus"/>
          <w:sz w:val="24"/>
        </w:rPr>
        <w:t>Εἰρήνη τοῖς ἀδελφοῖς καὶ ἀγάπη μετὰ πίστεως ἀπὸ θεοῦ πατρὸς καὶ κυρίου Ἰησοῦ Χριστοῦ.</w:t>
      </w:r>
    </w:p>
    <w:p>
      <w:r>
        <w:rPr>
          <w:rFonts w:ascii="Courier New" w:hAnsi="Courier New"/>
          <w:color w:val="555555"/>
          <w:sz w:val="20"/>
        </w:rPr>
        <w:t>[Eph . 6 . 24]</w:t>
      </w:r>
    </w:p>
    <w:p>
      <w:r>
        <w:rPr>
          <w:rFonts w:ascii="Gentium Plus" w:hAnsi="Gentium Plus"/>
          <w:sz w:val="24"/>
        </w:rPr>
        <w:t>ἡ χάρις μετὰ πάντων τῶν ἀγαπώντων τὸν κύριον ἡμῶν Ἰησοῦν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