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Βιβλία πρὸς Εὐνάπιον</w:t>
      </w:r>
      <w:r>
        <w:br/>
      </w:r>
      <w:r>
        <w:rPr>
          <w:i/>
          <w:color w:val="666666"/>
          <w:sz w:val="40"/>
        </w:rPr>
        <w:t>Books to Eunapius</w:t>
      </w:r>
    </w:p>
    <w:p>
      <w:pPr>
        <w:jc w:val="center"/>
      </w:pPr>
      <w:r>
        <w:rPr>
          <w:rFonts w:ascii="Times New Roman" w:hAnsi="Times New Roman"/>
          <w:color w:val="1E3A70"/>
          <w:sz w:val="32"/>
        </w:rPr>
        <w:t>Ὀρειβάσιος ὁ Περγαμηνός</w:t>
      </w:r>
      <w:r>
        <w:br/>
      </w:r>
      <w:r>
        <w:rPr>
          <w:i/>
          <w:color w:val="666666"/>
          <w:sz w:val="28"/>
        </w:rPr>
        <w:t>by Oribasius of Pergamon</w:t>
      </w:r>
    </w:p>
    <w:p/>
    <w:p>
      <w:r>
        <w:rPr>
          <w:rFonts w:ascii="Courier New" w:hAnsi="Courier New"/>
          <w:color w:val="555555"/>
          <w:sz w:val="20"/>
        </w:rPr>
        <w:t>[p 1 . 1]</w:t>
      </w:r>
    </w:p>
    <w:p>
      <w:r>
        <w:rPr>
          <w:rFonts w:ascii="Gentium Plus" w:hAnsi="Gentium Plus"/>
          <w:sz w:val="24"/>
        </w:rPr>
        <w:t>Ἐξ ὧν ἡμῖν διελέχθης, Εὐνάπιε κράτιστε καὶ λογιώτατε, δῆλος γέγονας ἰάσεις βουλόμενος ἐκμαθεῖν ὅσων οἷόντε νοσημάτων ἁπλᾶς καὶ εὐπορίστους, αἷς χρήσαιο ἂν ἔν τε ὁδοιπορίαις καὶ κατ’ ἀγροὺς καὶ ὁπουδήποτε μὴ παρόντος ἰατροῦ, ῥᾳδίως καὶ ὠφελίμως τοῖς ἐξ‐</w:t>
      </w:r>
    </w:p>
    <w:p>
      <w:r>
        <w:rPr>
          <w:rFonts w:ascii="Courier New" w:hAnsi="Courier New"/>
          <w:color w:val="555555"/>
          <w:sz w:val="20"/>
        </w:rPr>
        <w:t>[5]</w:t>
      </w:r>
    </w:p>
    <w:p>
      <w:r>
        <w:rPr>
          <w:rFonts w:ascii="Gentium Plus" w:hAnsi="Gentium Plus"/>
          <w:sz w:val="24"/>
        </w:rPr>
        <w:t>αίφνης προσπίπτουσιν ἀνθιστάμενος, καὶ μάλιστα τοῖς δι’ ὀξύτητα πολλὴν μηδὲ ἀναβολὴν ἐπιδεχομένοις, μήτε ὀργάνου τινὸς μήτε σκεύους</w:t>
      </w:r>
    </w:p>
    <w:p>
      <w:r>
        <w:rPr>
          <w:rFonts w:ascii="Courier New" w:hAnsi="Courier New"/>
          <w:color w:val="555555"/>
          <w:sz w:val="20"/>
        </w:rPr>
        <w:t>[p 1 . 2]</w:t>
      </w:r>
    </w:p>
    <w:p>
      <w:r>
        <w:rPr>
          <w:rFonts w:ascii="Gentium Plus" w:hAnsi="Gentium Plus"/>
          <w:sz w:val="24"/>
        </w:rPr>
        <w:t>ἰατρικοῦ προσδεηθεὶς μηδενὸς δυσπορίστου. καί μοι δοκεῖς προσηκόντως ἐπὶ τοῦτο ἐληλυθέναι· γινώσκεις γάρ, οἶμαι, τῶν μὲν κατ’ ἀλήθειαν ἰατρῶν πολλήν τινα νῦν οὖσαν τὴν σπάνην, τῶν δ’ ὑποκρινομένων τὴν τέχνην καὶ ὄνομα μόνον ἰατροῦ κεκτημένων πολύ τι τὸ πλῆθος,</w:t>
      </w:r>
    </w:p>
    <w:p>
      <w:r>
        <w:rPr>
          <w:rFonts w:ascii="Courier New" w:hAnsi="Courier New"/>
          <w:color w:val="555555"/>
          <w:sz w:val="20"/>
        </w:rPr>
        <w:t>[5]</w:t>
      </w:r>
    </w:p>
    <w:p>
      <w:r>
        <w:rPr>
          <w:rFonts w:ascii="Gentium Plus" w:hAnsi="Gentium Plus"/>
          <w:sz w:val="24"/>
        </w:rPr>
        <w:t>ἐοικὸς ἐρέταις οὐκ εἰδόσι μέν, ἐπιχειροῦσι δὲ κυβερνᾶν· ὥσπερ γὰρ τῶν ναυτῶν τούτων τινές, οὐκ ἀρκούμενοι τῷ ἐρέσσειν μόνον, ἡνίκα προστάσσει ὁ κυβερνήτης, ἀλλὰ καὶ κυβερνᾶν τολμῶντες πταίουσι πολ‐ λάκις, οὕτως καί τινες φλεβοτομεῖν τε καὶ σικυάζειν καὶ ἀποσχάζειν καὶ τὰ ἄλλα τῆς ὑπηρετικῆς ἐμπειρίας μόνα μεμαθηκότες ἐπιτρέπουσιν</w:t>
      </w:r>
    </w:p>
    <w:p>
      <w:r>
        <w:rPr>
          <w:rFonts w:ascii="Courier New" w:hAnsi="Courier New"/>
          <w:color w:val="555555"/>
          <w:sz w:val="20"/>
        </w:rPr>
        <w:t>[10]</w:t>
      </w:r>
    </w:p>
    <w:p>
      <w:r>
        <w:rPr>
          <w:rFonts w:ascii="Gentium Plus" w:hAnsi="Gentium Plus"/>
          <w:sz w:val="24"/>
        </w:rPr>
        <w:t>αὑτοῖς πᾶσαν τὴν ἰατρείαν, οἵτινες οὔτε τὴν ποιότητα τῶν βοηθημά‐ των οὔτε τὴν ποσότητα γινώσκοντες, ἀλλ’ οὐδὲ τὸν καιρὸν οὐδὲ τὴν τάξιν αὐτῶν εὑρίσκοντες, ὅπερ ἴδιον τοῖς κατ’ ἀλήθειαν ἰατροῖς, τοὺς μὲν δυσιάτοις ἢ καὶ ἀνιάτοις πάθεσι περιβάλλουσιν, ἔστι δ’ οὓς καὶ</w:t>
      </w:r>
    </w:p>
    <w:p>
      <w:r>
        <w:rPr>
          <w:rFonts w:ascii="Courier New" w:hAnsi="Courier New"/>
          <w:color w:val="555555"/>
          <w:sz w:val="20"/>
        </w:rPr>
        <w:t>[p 1 . 3]</w:t>
      </w:r>
    </w:p>
    <w:p>
      <w:r>
        <w:rPr>
          <w:rFonts w:ascii="Gentium Plus" w:hAnsi="Gentium Plus"/>
          <w:sz w:val="24"/>
        </w:rPr>
        <w:t>διαφθείρουσιν. διὰ ταῦτα ἐπαινῶ σου τὴν προαίρεσιν καὶ πρὸς τούτοις, ἐπειδὴ πράγματος ἀντέχει δυνατοῦ σοι καὶ ἀναγκαίου καὶ τῆς σῆς παιδεύσεως ἀξίου· τῶν γὰρ ἐν ἰατρικῇ πραγματείᾳ ὅσα μὲν ἱκανῆς δεῖται θεωρίας καὶ τῆς ἐπὶ τῶν ἔργων ἀσκήσεως, ταῦτα ἴδια τοῦ</w:t>
      </w:r>
    </w:p>
    <w:p>
      <w:r>
        <w:rPr>
          <w:rFonts w:ascii="Courier New" w:hAnsi="Courier New"/>
          <w:color w:val="555555"/>
          <w:sz w:val="20"/>
        </w:rPr>
        <w:t>[5]</w:t>
      </w:r>
    </w:p>
    <w:p>
      <w:r>
        <w:rPr>
          <w:rFonts w:ascii="Gentium Plus" w:hAnsi="Gentium Plus"/>
          <w:sz w:val="24"/>
        </w:rPr>
        <w:t>τεχνίτου μόνου, τὰ δ’ εὐμεταχείριστα καὶ τοῖς φιλιατροῦσιν ἐφικτά.</w:t>
      </w:r>
    </w:p>
    <w:p>
      <w:r>
        <w:rPr>
          <w:rFonts w:ascii="Courier New" w:hAnsi="Courier New"/>
          <w:color w:val="555555"/>
          <w:sz w:val="20"/>
        </w:rPr>
        <w:t>[p 1 . 4]</w:t>
      </w:r>
    </w:p>
    <w:p>
      <w:r>
        <w:rPr>
          <w:rFonts w:ascii="Gentium Plus" w:hAnsi="Gentium Plus"/>
          <w:sz w:val="24"/>
        </w:rPr>
        <w:t>σὺ δὲ πλέον ἢ προσήκει τοῖς φιλιάτροις ἐπὶ τὴν θεωρίαν τῆς τέχνης ἐλήλυθας· τοσοῦτο ὑπάρξει σοι τὸ δύνασθαι μὴ μόνον ὠφελεῖν αὑτόν τε καὶ ἑτέρους ἔν τισι τῶν παθῶν, ἀλλὰ καὶ τὸ κρίνειν ἐπὶ τῶν μει‐ ζόνων τὴν τῶν ἰατρῶν διαφωνίαν αἱρεῖσθαί τε τὸ κρεῖττον καὶ ὠφε‐</w:t>
      </w:r>
    </w:p>
    <w:p>
      <w:r>
        <w:rPr>
          <w:rFonts w:ascii="Courier New" w:hAnsi="Courier New"/>
          <w:color w:val="555555"/>
          <w:sz w:val="20"/>
        </w:rPr>
        <w:t>[p 1 . 5]</w:t>
      </w:r>
    </w:p>
    <w:p>
      <w:r>
        <w:rPr>
          <w:rFonts w:ascii="Gentium Plus" w:hAnsi="Gentium Plus"/>
          <w:sz w:val="24"/>
        </w:rPr>
        <w:t>λιμώτερον. εἰ μὲν οὖν ἐσῴζετο τὰ τῷ θαυμασίῳ Γαληνῷ γραφέντα</w:t>
      </w:r>
    </w:p>
    <w:p>
      <w:r>
        <w:rPr>
          <w:rFonts w:ascii="Courier New" w:hAnsi="Courier New"/>
          <w:color w:val="555555"/>
          <w:sz w:val="20"/>
        </w:rPr>
        <w:t>[5]</w:t>
      </w:r>
    </w:p>
    <w:p>
      <w:r>
        <w:rPr>
          <w:rFonts w:ascii="Gentium Plus" w:hAnsi="Gentium Plus"/>
          <w:sz w:val="24"/>
        </w:rPr>
        <w:t>ριστα καὶ οὔτε ἀσφαλῶς οὔτε ἱκανῶς ἔχειν μοι δοκεῖ, διὰ τοῦτο ἑτοί‐</w:t>
      </w:r>
    </w:p>
    <w:p>
      <w:r>
        <w:rPr>
          <w:rFonts w:ascii="Courier New" w:hAnsi="Courier New"/>
          <w:color w:val="555555"/>
          <w:sz w:val="20"/>
        </w:rPr>
        <w:t>[p 1 . 6]</w:t>
      </w:r>
    </w:p>
    <w:p>
      <w:r>
        <w:rPr>
          <w:rFonts w:ascii="Gentium Plus" w:hAnsi="Gentium Plus"/>
          <w:sz w:val="24"/>
        </w:rPr>
        <w:t>μως ὑπήκουσά σου τῇ βουλήσει. γέγραπται δὲ καὶ Ῥούφῳ τῷ μεγάλῳ πραγματεία τις πρὸς τοὺς ἰδιώτας, ἥτις οὐδὲ αὐτὴ μέν, ὅσον γε ἐμὲ γινώσκειν, πᾶσα φέρεται, διδάσκει δὲ μόνα τὰ καὶ τοῖς ἰδιώταις δυνατὰ</w:t>
      </w:r>
    </w:p>
    <w:p>
      <w:r>
        <w:rPr>
          <w:rFonts w:ascii="Courier New" w:hAnsi="Courier New"/>
          <w:color w:val="555555"/>
          <w:sz w:val="20"/>
        </w:rPr>
        <w:t>[p 1 . 7]</w:t>
      </w:r>
    </w:p>
    <w:p>
      <w:r>
        <w:rPr>
          <w:rFonts w:ascii="Gentium Plus" w:hAnsi="Gentium Plus"/>
          <w:sz w:val="24"/>
        </w:rPr>
        <w:t>δρᾶν. ἐγὼ δ’ ἐπὶ πλέον ἐκτεῖναι τὰς ἰάσεις ἔγνωκα, στοχαζόμενος τῆς τε σῆς καὶ τῆς τῶν παραπλησίως σοι φιλιατρούντων ἕξεως· εὔδηλον γὰρ ὡς καὶ συνορᾶν τὰ δέοντα καὶ πράττειν τὰ δόξαντα μᾶλλον δυ‐ νήσῃ τῶν παντάπασιν ἀπείρων ἰατρῶν· ποιήσομαι γοῦν μνήμην ὀλιγάκις</w:t>
      </w:r>
    </w:p>
    <w:p>
      <w:r>
        <w:rPr>
          <w:rFonts w:ascii="Courier New" w:hAnsi="Courier New"/>
          <w:color w:val="555555"/>
          <w:sz w:val="20"/>
        </w:rPr>
        <w:t>[5]</w:t>
      </w:r>
    </w:p>
    <w:p>
      <w:r>
        <w:rPr>
          <w:rFonts w:ascii="Gentium Plus" w:hAnsi="Gentium Plus"/>
          <w:sz w:val="24"/>
        </w:rPr>
        <w:t>καὶ φλεβοτομίας καὶ καθάρσεων ὀλίγων καὶ τῶν ἄλλων κενωτικῶν βοηθημάτων καὶ φαρμάκων τινῶν συνθέτων τῶν μάλιστα εὐδοκίμων, εἰδὼς ὡς οὐκ ἀδύνατον ἡμῖν προστάττειν τούτοις τοῖς τρίβαξι ταῦτα ἐνεργεῖν τε καὶ σκευάζειν πλείστοις οὖσιν ἁπανταχοῦ· μεσταὶ γοῦν οὐχ</w:t>
      </w:r>
    </w:p>
    <w:p>
      <w:r>
        <w:rPr>
          <w:rFonts w:ascii="Courier New" w:hAnsi="Courier New"/>
          <w:color w:val="555555"/>
          <w:sz w:val="20"/>
        </w:rPr>
        <w:t>[p 1 . 8]</w:t>
      </w:r>
    </w:p>
    <w:p>
      <w:r>
        <w:rPr>
          <w:rFonts w:ascii="Gentium Plus" w:hAnsi="Gentium Plus"/>
          <w:sz w:val="24"/>
        </w:rPr>
        <w:t>αἱ πόλεις μόνον αὐτῶν εἰσιν, ἀλλὰ καὶ πάντες ἀγροί. πειράσομαι οὖν κατὰ δύναμιν, ὡς ἠβουλήθης, τούς τε σκοποὺς τῶν ἰάσεων καὶ τὰς εὐπορίστους ὅλας συναγαγεῖν ἔκ τε τῶν Γαληνοῦ πραγματειῶν (περι‐ έχεται γὰρ ἐν αὐταῖς καὶ ἡ τῶν εὐπορίστων γνῶσις) ἔκ τε τῶν Ῥούφου</w:t>
      </w:r>
    </w:p>
    <w:p>
      <w:r>
        <w:rPr>
          <w:rFonts w:ascii="Courier New" w:hAnsi="Courier New"/>
          <w:color w:val="555555"/>
          <w:sz w:val="20"/>
        </w:rPr>
        <w:t>[5]</w:t>
      </w:r>
    </w:p>
    <w:p>
      <w:r>
        <w:rPr>
          <w:rFonts w:ascii="Gentium Plus" w:hAnsi="Gentium Plus"/>
          <w:sz w:val="24"/>
        </w:rPr>
        <w:t>τοῦ Ἐφεσίου καὶ τῶν τοῖς ἄλλοις γεγραμμένων, ἐκλέγων τὰ χρήσιμα</w:t>
      </w:r>
    </w:p>
    <w:p>
      <w:r>
        <w:rPr>
          <w:rFonts w:ascii="Courier New" w:hAnsi="Courier New"/>
          <w:color w:val="555555"/>
          <w:sz w:val="20"/>
        </w:rPr>
        <w:t>[p 1 . 9]</w:t>
      </w:r>
    </w:p>
    <w:p>
      <w:r>
        <w:rPr>
          <w:rFonts w:ascii="Gentium Plus" w:hAnsi="Gentium Plus"/>
          <w:sz w:val="24"/>
        </w:rPr>
        <w:t>πρὸς τὰ παρόντα καὶ ὧν μάλιστα καὶ αὐτὸς ἐν πείρᾳ γέγονα. δυνα‐ τὸν δὲ ποιήσασθαι τὴν διδασκαλίαν τὴν περὶ τῶν εὐπορίστων ἰάσεων κατὰ τρεῖς τρόπους, καθ’ ἕνα μὲν ἑκάστου τῶν ἁπλῶν τάς τε καθόλου δυνάμεις καὶ τὰς κατὰ μέρος χρήσεις διελθόντα, κατὰ δεύτερον δ’ ἑκά‐</w:t>
      </w:r>
    </w:p>
    <w:p>
      <w:r>
        <w:rPr>
          <w:rFonts w:ascii="Courier New" w:hAnsi="Courier New"/>
          <w:color w:val="555555"/>
          <w:sz w:val="20"/>
        </w:rPr>
        <w:t>[5]</w:t>
      </w:r>
    </w:p>
    <w:p>
      <w:r>
        <w:rPr>
          <w:rFonts w:ascii="Gentium Plus" w:hAnsi="Gentium Plus"/>
          <w:sz w:val="24"/>
        </w:rPr>
        <w:t>στου πάθους τὰ ἰάματα καταλέξαντα, καὶ τρίτον, ὅταν ἅμα τῷ μορίῳ κατανοήσας τις τὸ κατ’ αὐτὸ πάθος ἐπὶ τὴν διήγησιν ἀφίκηται τῶν</w:t>
      </w:r>
    </w:p>
    <w:p>
      <w:r>
        <w:rPr>
          <w:rFonts w:ascii="Courier New" w:hAnsi="Courier New"/>
          <w:color w:val="555555"/>
          <w:sz w:val="20"/>
        </w:rPr>
        <w:t>[p 1 . 10]</w:t>
      </w:r>
    </w:p>
    <w:p>
      <w:r>
        <w:rPr>
          <w:rFonts w:ascii="Gentium Plus" w:hAnsi="Gentium Plus"/>
          <w:sz w:val="24"/>
        </w:rPr>
        <w:t>ἰωμένων αὐτό. καὶ διελεύσομαί γε τοὺς τρεῖς τούτους τρόπους οὕτως ὡς εὐπορώτερον ἔσεσθαί σε τῶν ἑκάστοτε πρακτέων οἰόμενος· ἐπεὶ δ’ ἐκέλευσας μνημονεῦσαί με καὶ τοῦ ὑγιεινοῦ μέρους, ἐνταῦθα τὴν</w:t>
      </w:r>
    </w:p>
    <w:p>
      <w:pPr>
        <w:jc w:val="center"/>
      </w:pPr>
      <w:r>
        <w:rPr>
          <w:rFonts w:ascii="Gentium Plus" w:hAnsi="Gentium Plus"/>
          <w:b/>
          <w:sz w:val="24"/>
        </w:rPr>
        <w:t>Περὶ παιδίου τροφῆς.</w:t>
      </w:r>
    </w:p>
    <w:p>
      <w:r>
        <w:rPr>
          <w:rFonts w:ascii="Courier New" w:hAnsi="Courier New"/>
          <w:color w:val="555555"/>
          <w:sz w:val="20"/>
        </w:rPr>
        <w:t>[1 . 1 . 1]</w:t>
      </w:r>
    </w:p>
    <w:p>
      <w:r>
        <w:rPr>
          <w:rFonts w:ascii="Gentium Plus" w:hAnsi="Gentium Plus"/>
          <w:sz w:val="24"/>
        </w:rPr>
        <w:t>Τῷ νεογενεῖ παιδίῳ κατ’ ἀρχὰς ἡ τροφὸς διαιτάσθω, πόνοις τε καὶ σιτίοις τοῖς ἁρμόττουσιν εὐγαλακτοτάτην ἑαυτὴν παρασκευάζουσα.</w:t>
      </w:r>
    </w:p>
    <w:p>
      <w:r>
        <w:rPr>
          <w:rFonts w:ascii="Courier New" w:hAnsi="Courier New"/>
          <w:color w:val="555555"/>
          <w:sz w:val="20"/>
        </w:rPr>
        <w:t>[1 . 1 . 2]</w:t>
      </w:r>
    </w:p>
    <w:p>
      <w:r>
        <w:rPr>
          <w:rFonts w:ascii="Gentium Plus" w:hAnsi="Gentium Plus"/>
          <w:sz w:val="24"/>
        </w:rPr>
        <w:t>πονείτω μὲν οὖν εἰς τοὺς ἐναντίους τόπους βαδίζουσα καὶ ὑφαίνουσα καὶ πτίσσουσα καὶ κάδῳ ἱμῶσα· σιτείσθω δὲ πτισάνης τε χυλὸν καὶ ἔτνη πισῶν τε καὶ δολίχων καὶ ἰχθῦς τοὺς μὴ κητώδεις καὶ σκληρο‐</w:t>
      </w:r>
    </w:p>
    <w:p>
      <w:r>
        <w:rPr>
          <w:rFonts w:ascii="Courier New" w:hAnsi="Courier New"/>
          <w:color w:val="555555"/>
          <w:sz w:val="20"/>
        </w:rPr>
        <w:t>[1 . 1 . 3]</w:t>
      </w:r>
    </w:p>
    <w:p>
      <w:r>
        <w:rPr>
          <w:rFonts w:ascii="Gentium Plus" w:hAnsi="Gentium Plus"/>
          <w:sz w:val="24"/>
        </w:rPr>
        <w:t>σάρκους μηδὲ λιμναίους καὶ ὄρνιθας καὶ ἁπαλὰ κρέη. καὶ οἶνον γλυ‐ κὺν καὶ εὐώδη πινέτω, τυρῶν δὲ τραγημάτων καὶ τῶν ἄλλων λαχάνων ἀπεχέσθω, θριδακίνας δ’ ἐσθιέτω μόνας· ἀγαθαὶ γάρ εἰσιν εἰς εὐχυμίαν</w:t>
      </w:r>
    </w:p>
    <w:p>
      <w:r>
        <w:rPr>
          <w:rFonts w:ascii="Courier New" w:hAnsi="Courier New"/>
          <w:color w:val="555555"/>
          <w:sz w:val="20"/>
        </w:rPr>
        <w:t>[1 . 1 . 4]</w:t>
      </w:r>
    </w:p>
    <w:p>
      <w:r>
        <w:rPr>
          <w:rFonts w:ascii="Gentium Plus" w:hAnsi="Gentium Plus"/>
          <w:sz w:val="24"/>
        </w:rPr>
        <w:t>καὶ εἰς ὕπνον ἄγουσαι τὰ παιδία. λαμβάνοι δ’ ἂν καλῶς καὶ φοινίκων· διουρητικοὶ γὰρ ὄντες καθαίρουσι τὸ αἷμα καὶ χρηστὸν τὸ γάλα παρα‐</w:t>
      </w:r>
    </w:p>
    <w:p>
      <w:r>
        <w:rPr>
          <w:rFonts w:ascii="Courier New" w:hAnsi="Courier New"/>
          <w:color w:val="555555"/>
          <w:sz w:val="20"/>
        </w:rPr>
        <w:t>[1 . 1 . 5]</w:t>
      </w:r>
    </w:p>
    <w:p>
      <w:r>
        <w:rPr>
          <w:rFonts w:ascii="Gentium Plus" w:hAnsi="Gentium Plus"/>
          <w:sz w:val="24"/>
        </w:rPr>
        <w:t>σκευάζουσι· πονηρότατα δὲ μίνθη καὶ ὤκιμον, φθείροντα τὸ γάλα. καὶ τῶν ἀφροδισίων δὲ παντελῶς εἰργέσθωσαν· καὶ γὰρ τοῦτο φθείρει</w:t>
      </w:r>
    </w:p>
    <w:p>
      <w:r>
        <w:rPr>
          <w:rFonts w:ascii="Courier New" w:hAnsi="Courier New"/>
          <w:color w:val="555555"/>
          <w:sz w:val="20"/>
        </w:rPr>
        <w:t>[1 . 1 . 6]</w:t>
      </w:r>
    </w:p>
    <w:p>
      <w:r>
        <w:rPr>
          <w:rFonts w:ascii="Gentium Plus" w:hAnsi="Gentium Plus"/>
          <w:sz w:val="24"/>
        </w:rPr>
        <w:t>τὸ γάλα μάλιστα πάντων. εἰς δὲ τὸ πλῆθος τοῦ γάλακτος συντελεῖ μὲν πλέον ἁπάντων ὁ κύτισος ὠμός τε ἐσθιόμενος καὶ ἑφθὸς μετὰ πτισάνης· σὺν γὰρ τῷ πλήθει καὶ ἡδὺ τὸ γάλα ποιεῖ· συντελεῖ δὲ καὶ ἡ τοῦ ἀνήθου κόμη χλωρὰ καὶ τοῦ μαράθου αἱ ῥίζαι παραπλησίως καὶ</w:t>
      </w:r>
    </w:p>
    <w:p>
      <w:r>
        <w:rPr>
          <w:rFonts w:ascii="Courier New" w:hAnsi="Courier New"/>
          <w:color w:val="555555"/>
          <w:sz w:val="20"/>
        </w:rPr>
        <w:t>[5]</w:t>
      </w:r>
    </w:p>
    <w:p>
      <w:r>
        <w:rPr>
          <w:rFonts w:ascii="Gentium Plus" w:hAnsi="Gentium Plus"/>
          <w:sz w:val="24"/>
        </w:rPr>
        <w:t>τὰ εὔζωμα σέλινόν τε καὶ σμύρνιον καὶ ἐρέβινθοι· κατασπῶσι δὲ γάλα</w:t>
      </w:r>
    </w:p>
    <w:p>
      <w:r>
        <w:rPr>
          <w:rFonts w:ascii="Courier New" w:hAnsi="Courier New"/>
          <w:color w:val="555555"/>
          <w:sz w:val="20"/>
        </w:rPr>
        <w:t>[1 . 1 . 7]</w:t>
      </w:r>
    </w:p>
    <w:p>
      <w:r>
        <w:rPr>
          <w:rFonts w:ascii="Gentium Plus" w:hAnsi="Gentium Plus"/>
          <w:sz w:val="24"/>
        </w:rPr>
        <w:t>καὶ ἀνεμῶναι προστιθέμεναι. τὸ δ’ ἄριστον γάλα τοῦ μοχθηροῦ δύναταί τις διακρίνειν οὕτως· τὸ μὲν γὰρ ἄριστον καὶ τῇ ὀσμῇ καὶ τῇ γεύσει προσηνὲς καὶ ἡδύ που φανήσεται καὶ λευκὸν καὶ κατὰ σύστασιν ὁμαλῶς τε καὶ μέσως ἔχον παχύτητος καὶ ὑγρότητος· μοχθηρὸν δὲ τὸ τὰ</w:t>
      </w:r>
    </w:p>
    <w:p>
      <w:r>
        <w:rPr>
          <w:rFonts w:ascii="Courier New" w:hAnsi="Courier New"/>
          <w:color w:val="555555"/>
          <w:sz w:val="20"/>
        </w:rPr>
        <w:t>[1 . 1 . 8]</w:t>
      </w:r>
    </w:p>
    <w:p>
      <w:r>
        <w:rPr>
          <w:rFonts w:ascii="Gentium Plus" w:hAnsi="Gentium Plus"/>
          <w:sz w:val="24"/>
        </w:rPr>
        <w:t>ἐναντία τούτων κεκτημένον. ταῦτα μὲν πρὸς τὴν τροφόν· τοῦ δὲ παιδίου καὶ τῶν ἄλλων τροφῶν οἵου τε ὄντος ἤδη προσφέρεσθαι, μηδαμῶς ταῖς προθυμίαις ἐμποδὼν γίνεσθαι, φυσικῶς ὁρμῶντος ἐπὶ τὰ γυμνάσια καὶ τροφάς· οὐ γὰρ ἔσται πλησμονὴ πλείονος τοῦ αἵματος</w:t>
      </w:r>
    </w:p>
    <w:p>
      <w:r>
        <w:rPr>
          <w:rFonts w:ascii="Courier New" w:hAnsi="Courier New"/>
          <w:color w:val="555555"/>
          <w:sz w:val="20"/>
        </w:rPr>
        <w:t>[1 . 1 . 9]</w:t>
      </w:r>
    </w:p>
    <w:p>
      <w:r>
        <w:rPr>
          <w:rFonts w:ascii="Gentium Plus" w:hAnsi="Gentium Plus"/>
          <w:sz w:val="24"/>
        </w:rPr>
        <w:t>εἰς τὴν αὔξησιν ἀπαναλισκομένου. φροντίζειν μὲν τοῦ καιροῦ τῆς τρο‐ φῆς καὶ πάνυ προσήκει, κωλύειν δὲ πρὸ τῶν τρίψεων καὶ τοῦ λουτροῦ σιτεῖσθαι.</w:t>
      </w:r>
    </w:p>
    <w:p>
      <w:pPr>
        <w:jc w:val="center"/>
      </w:pPr>
      <w:r>
        <w:rPr>
          <w:rFonts w:ascii="Gentium Plus" w:hAnsi="Gentium Plus"/>
          <w:b/>
          <w:sz w:val="24"/>
        </w:rPr>
        <w:t>Δίαιτα τῶν μεταξὺ ἡλικιῶν παιδὸς καὶ γέροντος.</w:t>
      </w:r>
    </w:p>
    <w:p>
      <w:r>
        <w:rPr>
          <w:rFonts w:ascii="Courier New" w:hAnsi="Courier New"/>
          <w:color w:val="555555"/>
          <w:sz w:val="20"/>
        </w:rPr>
        <w:t>[1 . 2 . 1]</w:t>
      </w:r>
    </w:p>
    <w:p>
      <w:r>
        <w:rPr>
          <w:rFonts w:ascii="Gentium Plus" w:hAnsi="Gentium Plus"/>
          <w:sz w:val="24"/>
        </w:rPr>
        <w:t>Τῆς αὐξήσεως τοῦ σώματος ἱκανῶς γεγενημένης, δέος οὐ μικρὸν</w:t>
      </w:r>
    </w:p>
    <w:p>
      <w:r>
        <w:rPr>
          <w:rFonts w:ascii="Courier New" w:hAnsi="Courier New"/>
          <w:color w:val="555555"/>
          <w:sz w:val="20"/>
        </w:rPr>
        <w:t>[5]</w:t>
      </w:r>
    </w:p>
    <w:p>
      <w:r>
        <w:rPr>
          <w:rFonts w:ascii="Gentium Plus" w:hAnsi="Gentium Plus"/>
          <w:sz w:val="24"/>
        </w:rPr>
        <w:t>κενώσεως τῶν περιττῶν· πρὸ τῶν σιτίων οὖν πονείτωσαν διά τε τῶν ἔργων τῶν εἰθισμένων αὐτοῖς· καὶ γὰρ ὠφελιμώτερον τοῦτο καὶ</w:t>
      </w:r>
    </w:p>
    <w:p>
      <w:r>
        <w:rPr>
          <w:rFonts w:ascii="Courier New" w:hAnsi="Courier New"/>
          <w:color w:val="555555"/>
          <w:sz w:val="20"/>
        </w:rPr>
        <w:t>[1 . 2 . 2]</w:t>
      </w:r>
    </w:p>
    <w:p>
      <w:r>
        <w:rPr>
          <w:rFonts w:ascii="Gentium Plus" w:hAnsi="Gentium Plus"/>
          <w:sz w:val="24"/>
        </w:rPr>
        <w:t>ἀναγκαῖον τὸ μὴ ὑπολιπεῖν τὰς οἰκείας πράξεις. ἐσθιέτω δ’ ἕκαστος τὰ εἰωθότα καὶ ὧν εὐπορεῖν οἷός τε, μόνου τοῦ βλάπτοντος ἀπεχό‐ μενος· οἷον δ’ ἐστὶ τοῦτο, [ἐστιν] οὐδὲν ἔσται παρὰ τοῦ ἰατροῦ μαθεῖν, τῆς πείρας αὐτὸν ἱκανῶς διδασκούσης τί μὲν εὔπεπτόν ἐστι, τί δὲ</w:t>
      </w:r>
    </w:p>
    <w:p>
      <w:r>
        <w:rPr>
          <w:rFonts w:ascii="Courier New" w:hAnsi="Courier New"/>
          <w:color w:val="555555"/>
          <w:sz w:val="20"/>
        </w:rPr>
        <w:t>[5]</w:t>
      </w:r>
    </w:p>
    <w:p>
      <w:r>
        <w:rPr>
          <w:rFonts w:ascii="Gentium Plus" w:hAnsi="Gentium Plus"/>
          <w:sz w:val="24"/>
        </w:rPr>
        <w:t>δύσπεπτον, καὶ τί μὲν ἐπιτήδειον πρὸς ὑπαγωγὴν γαστρός, τί δὲ</w:t>
      </w:r>
    </w:p>
    <w:p>
      <w:r>
        <w:rPr>
          <w:rFonts w:ascii="Courier New" w:hAnsi="Courier New"/>
          <w:color w:val="555555"/>
          <w:sz w:val="20"/>
        </w:rPr>
        <w:t>[1 . 2 . 3]</w:t>
      </w:r>
    </w:p>
    <w:p>
      <w:r>
        <w:rPr>
          <w:rFonts w:ascii="Gentium Plus" w:hAnsi="Gentium Plus"/>
          <w:sz w:val="24"/>
        </w:rPr>
        <w:t>τοὐναντίον ἀποτελεῖ, καὶ τὰ ἄλλα ὁμοίως. καὶ τῷ πλήθει δὲ τῶν ἐσθιομένων αὐτὸς ἐπιθήσει μέτρον, τῇ τε προθυμίᾳ καὶ τῷ τῆς γαστρὸς ὄγκῳ τὸ αὔταρκες ἐξευρίσκων καὶ τῷ ἔθει προσέχων καὶ πόσα τὰ</w:t>
      </w:r>
    </w:p>
    <w:p>
      <w:r>
        <w:rPr>
          <w:rFonts w:ascii="Courier New" w:hAnsi="Courier New"/>
          <w:color w:val="555555"/>
          <w:sz w:val="20"/>
        </w:rPr>
        <w:t>[1 . 2 . 4]</w:t>
      </w:r>
    </w:p>
    <w:p>
      <w:r>
        <w:rPr>
          <w:rFonts w:ascii="Gentium Plus" w:hAnsi="Gentium Plus"/>
          <w:sz w:val="24"/>
        </w:rPr>
        <w:t>προεκκριθέντα λογιζόμενος διὰ γαστρὸς ἢ δι’ ἱδρώτων. δεῖ δὲ μὴ προσεθίζειν ἑαυτὸν ἑνὶ τρόπῳ διαίτης· ἀνάγκης γάρ ποτε καταλαβούσης ἑτέρᾳ διαίτῃ χρήσασθαι, μεγάλως ἀνιάσεται τῷ ξενισμῷ· κάλλιον οὖν εὔκολον εἶναι πρὸς τὰς μεταβολάς, μὴ μονοειδῶς, ἀλλ’ ἄλλοτε ἄλλως</w:t>
      </w:r>
    </w:p>
    <w:p>
      <w:r>
        <w:rPr>
          <w:rFonts w:ascii="Courier New" w:hAnsi="Courier New"/>
          <w:color w:val="555555"/>
          <w:sz w:val="20"/>
        </w:rPr>
        <w:t>[1 . 2 . 5]</w:t>
      </w:r>
    </w:p>
    <w:p>
      <w:r>
        <w:rPr>
          <w:rFonts w:ascii="Gentium Plus" w:hAnsi="Gentium Plus"/>
          <w:sz w:val="24"/>
        </w:rPr>
        <w:t>διαιτώμενον. εἰ δέ τις ἀμετρότερον ὀρεχθείη ἢ ἄλλως πως ὑπερπλη‐ ρωθείη, ὅτι τάχος ἐξεμείτω πρὸ τῆς τῶν σιτίων διαφθορᾶς καὶ τῇ ὑστεραίᾳ διαιτηθεὶς λεπτότερον ἐπανίτω κατὰ βραχὺ πρὸς τὸ σύνηθες· εἰ γὰρ διαφθαρῆναι φθάσειε τὰ σῖτα, πολλὰ ἂν συμπέσειε δύσκολα.</w:t>
      </w:r>
    </w:p>
    <w:p>
      <w:r>
        <w:rPr>
          <w:rFonts w:ascii="Courier New" w:hAnsi="Courier New"/>
          <w:color w:val="555555"/>
          <w:sz w:val="20"/>
        </w:rPr>
        <w:t>[1 . 2 . 6]</w:t>
      </w:r>
    </w:p>
    <w:p>
      <w:r>
        <w:rPr>
          <w:rFonts w:ascii="Gentium Plus" w:hAnsi="Gentium Plus"/>
          <w:sz w:val="24"/>
        </w:rPr>
        <w:t>κωλύοντος δέ τινος ἐμεῖν, οἷον στήθους ἢ αὐχένος ἐμπαθῶν ὄντων ἢ καὶ φάρυγγος, ῥυείσης μὲν τῆς γαστρὸς προχωρήσει καλῶς· εἰ δὲ μή, κοιμηθῆναι συμφέρει πλέον καὶ θερμοῦ πιεῖν συνεχῶς ὕδατος· τάς τε</w:t>
      </w:r>
    </w:p>
    <w:p>
      <w:r>
        <w:rPr>
          <w:rFonts w:ascii="Courier New" w:hAnsi="Courier New"/>
          <w:color w:val="555555"/>
          <w:sz w:val="20"/>
        </w:rPr>
        <w:t>[1 . 2 . 7]</w:t>
      </w:r>
    </w:p>
    <w:p>
      <w:r>
        <w:rPr>
          <w:rFonts w:ascii="Gentium Plus" w:hAnsi="Gentium Plus"/>
          <w:sz w:val="24"/>
        </w:rPr>
        <w:t>γὰρ δήξεις ἀμβλύνει καὶ διακλύζει τὸ ἔντερον. πεφθέντος δὲ τοῦ σιτίου καὶ μάλιστα τῆς γαστρὸς διαχωρησάσης, λουτρῷ χρῆσθαι καὶ</w:t>
      </w:r>
    </w:p>
    <w:p>
      <w:r>
        <w:rPr>
          <w:rFonts w:ascii="Courier New" w:hAnsi="Courier New"/>
          <w:color w:val="555555"/>
          <w:sz w:val="20"/>
        </w:rPr>
        <w:t>[1 . 2 . 8]</w:t>
      </w:r>
    </w:p>
    <w:p>
      <w:r>
        <w:rPr>
          <w:rFonts w:ascii="Gentium Plus" w:hAnsi="Gentium Plus"/>
          <w:sz w:val="24"/>
        </w:rPr>
        <w:t>προσ〈φορᾶσ〉 ἐλάττονος καὶ πόματος ὑδαροῦ λαμβάνειν. εἰ δ’ ἡ τροφὴ πεφθείη καλῶς, καὶ ἡ γαστὴρ μὴ διαχωρήσῃ μετὰ βάρους καὶ δυσ‐ κινησίας τοῦ σώματος, ἐνυπάρχοι δὲ καὶ ὄκνος τις τῆς γνώμης καὶ ὑπνώδης εἴη, γινώσκειν χρὴ πλησμονὴν εἶναι κατὰ τὰς φλέβας· ὑπερ‐</w:t>
      </w:r>
    </w:p>
    <w:p>
      <w:r>
        <w:rPr>
          <w:rFonts w:ascii="Courier New" w:hAnsi="Courier New"/>
          <w:color w:val="555555"/>
          <w:sz w:val="20"/>
        </w:rPr>
        <w:t>[5]</w:t>
      </w:r>
    </w:p>
    <w:p>
      <w:r>
        <w:rPr>
          <w:rFonts w:ascii="Gentium Plus" w:hAnsi="Gentium Plus"/>
          <w:sz w:val="24"/>
        </w:rPr>
        <w:t>εμπιπλάμεναι γὰρ πνευματοῦνται καὶ τείνονται καὶ ἐμφράσσονται καί ποτε καὶ ῥήγνυνται, καὶ τὰ ἄλλα τὰ μέγιστα καὶ πλεῖστα τῶν νοσημά‐ των ὑπὸ τῆς πληθώρας ἀποτελεῖται· διόπερ ὅταν διὰ τὴν πλησμονὴν κοπώδης καὶ ἡ αἴσθησις γίνηται, μέχρι μὲν τῆς πέψεως τῶν ἐν γαστρὶ σιτίων ἡσυχάζειν, μετὰ δὲ τοῦτο γυμνασίοις ἀπαναλίσκειν τὴν ὑπο‐</w:t>
      </w:r>
    </w:p>
    <w:p>
      <w:r>
        <w:rPr>
          <w:rFonts w:ascii="Courier New" w:hAnsi="Courier New"/>
          <w:color w:val="555555"/>
          <w:sz w:val="20"/>
        </w:rPr>
        <w:t>[10]</w:t>
      </w:r>
    </w:p>
    <w:p>
      <w:r>
        <w:rPr>
          <w:rFonts w:ascii="Gentium Plus" w:hAnsi="Gentium Plus"/>
          <w:sz w:val="24"/>
        </w:rPr>
        <w:t>τραφεῖσαν πληθώραν· τοῦτο γάρ ἐστι τὸ παρὰ τῶν ἀρχαίων εἰρημένον,</w:t>
      </w:r>
    </w:p>
    <w:p>
      <w:pPr>
        <w:jc w:val="center"/>
      </w:pPr>
      <w:r>
        <w:rPr>
          <w:rFonts w:ascii="Gentium Plus" w:hAnsi="Gentium Plus"/>
          <w:b/>
          <w:sz w:val="24"/>
        </w:rPr>
        <w:t>Περὶ τῶν διαφθειρόντων τὰ σιτία.</w:t>
      </w:r>
    </w:p>
    <w:p>
      <w:r>
        <w:rPr>
          <w:rFonts w:ascii="Courier New" w:hAnsi="Courier New"/>
          <w:color w:val="555555"/>
          <w:sz w:val="20"/>
        </w:rPr>
        <w:t>[1 . 3 . 1]</w:t>
      </w:r>
    </w:p>
    <w:p>
      <w:r>
        <w:rPr>
          <w:rFonts w:ascii="Gentium Plus" w:hAnsi="Gentium Plus"/>
          <w:sz w:val="24"/>
        </w:rPr>
        <w:t>Ὅταν δ’ ἡ γαστὴρ διαφθείρῃ τὰ σιτία, παραχρῆμα μὲν ὑπελθόντων τῶν διαφθειρόντων οὐδὲν ἐπακολουθήσει δύσκολον· μὴ διαχωρούντων δὲ τοῖς πρᾳοτέροις ἐρεθίζειν τῷ τε Διοσπολίτῃ τῷ τὸ νίτρον ἴσον τοῖς ἄλλοις ἔχοντι καὶ τῷ διὰ τῶν ἰσχάδων καὶ τοῦ κνήκωνος καὶ</w:t>
      </w:r>
    </w:p>
    <w:p>
      <w:r>
        <w:rPr>
          <w:rFonts w:ascii="Courier New" w:hAnsi="Courier New"/>
          <w:color w:val="555555"/>
          <w:sz w:val="20"/>
        </w:rPr>
        <w:t>[1 . 3 . 2]</w:t>
      </w:r>
    </w:p>
    <w:p>
      <w:r>
        <w:rPr>
          <w:rFonts w:ascii="Gentium Plus" w:hAnsi="Gentium Plus"/>
          <w:sz w:val="24"/>
        </w:rPr>
        <w:t>τοῖς ὁμοίοις. τοῖς δὲ συνεχῶς φθείρουσι τὰς τροφὰς συμφέρει πρὸ τροφῆς ἐμεῖν οἴνου γλυκέος πίνοντας καὶ φεύγειν μὲν τὰς κνισσώδεις καὶ βρομώδεις προσφορὰς καὶ πάσας τὰς εὐφθάρτους, αἱρεῖσθαι δὲ τὰς</w:t>
      </w:r>
    </w:p>
    <w:p>
      <w:r>
        <w:rPr>
          <w:rFonts w:ascii="Courier New" w:hAnsi="Courier New"/>
          <w:color w:val="555555"/>
          <w:sz w:val="20"/>
        </w:rPr>
        <w:t>[1 . 3 . 3]</w:t>
      </w:r>
    </w:p>
    <w:p>
      <w:r>
        <w:rPr>
          <w:rFonts w:ascii="Gentium Plus" w:hAnsi="Gentium Plus"/>
          <w:sz w:val="24"/>
        </w:rPr>
        <w:t>εὐχύμους. καὶ τὴν γαστέρα δ’ ὑπάγειν ἐκ διαλειμμάτων συμφέρει τοῖς μετρίως κενοῦσιν, ὁποῖόν ἐστιν ἡ πικρὰ φάρμακον· συγχωρήσας γάρ τις ἀθροίζεσθαι τὴν κακοχυμίαν, δυσιάτοις ἢ ἀνιάτοις ἁλώσεται παθή‐ μασι, ποδάγρᾳ καὶ ἀρθρίτιδι καὶ νεφρίτιδι, πολλάκις δὲ καὶ ὀξεῖ νοσή‐</w:t>
      </w:r>
    </w:p>
    <w:p>
      <w:r>
        <w:rPr>
          <w:rFonts w:ascii="Courier New" w:hAnsi="Courier New"/>
          <w:color w:val="555555"/>
          <w:sz w:val="20"/>
        </w:rPr>
        <w:t>[5]</w:t>
      </w:r>
    </w:p>
    <w:p>
      <w:r>
        <w:rPr>
          <w:rFonts w:ascii="Gentium Plus" w:hAnsi="Gentium Plus"/>
          <w:sz w:val="24"/>
        </w:rPr>
        <w:t>ματι περιπεσεῖται.</w:t>
      </w:r>
    </w:p>
    <w:p>
      <w:pPr>
        <w:jc w:val="center"/>
      </w:pPr>
      <w:r>
        <w:rPr>
          <w:rFonts w:ascii="Gentium Plus" w:hAnsi="Gentium Plus"/>
          <w:b/>
          <w:sz w:val="24"/>
        </w:rPr>
        <w:t>Περὶ κόπων διὰ πόνον ἄμετρον.</w:t>
      </w:r>
    </w:p>
    <w:p>
      <w:r>
        <w:rPr>
          <w:rFonts w:ascii="Courier New" w:hAnsi="Courier New"/>
          <w:color w:val="555555"/>
          <w:sz w:val="20"/>
        </w:rPr>
        <w:t>[1 . 4 . 1]</w:t>
      </w:r>
    </w:p>
    <w:p>
      <w:r>
        <w:rPr>
          <w:rFonts w:ascii="Gentium Plus" w:hAnsi="Gentium Plus"/>
          <w:sz w:val="24"/>
        </w:rPr>
        <w:t>Εἰ δὲ διά τινα πόνον ἄμετρον καὶ ἀήθη καὶ σύντονον συστῆναι συμβαίη κόπον, ἡσυχάζειν μὲν συμφέρει καὶ ἀνατρίβεσθαι δαψιλεῖ καὶ γλυκεῖ τῷ ἐλαίῳ μαλακῶς, λούεσθαι δὲ κατ’ ἀρχὰς μὲν εὐθὺς μετὰ τοὺς πόνους θερμότερον καὶ διαιτᾶσθαι λεπτότερον (λύει γὰρ κόπον</w:t>
      </w:r>
    </w:p>
    <w:p>
      <w:r>
        <w:rPr>
          <w:rFonts w:ascii="Courier New" w:hAnsi="Courier New"/>
          <w:color w:val="555555"/>
          <w:sz w:val="20"/>
        </w:rPr>
        <w:t>[1 . 4 . 2]</w:t>
      </w:r>
    </w:p>
    <w:p>
      <w:r>
        <w:rPr>
          <w:rFonts w:ascii="Gentium Plus" w:hAnsi="Gentium Plus"/>
          <w:sz w:val="24"/>
        </w:rPr>
        <w:t>ἔνδεια τροφῆς ὡς οὐδὲν ἕτερον), προσέχειν δὲ μή τις περιοδικὴ κίνη‐ σις γίνοιτο τῷ κοπωθέντι· φέρει γὰρ πυρετοὺς ἀμελησάντων ὡς τὸ πολύ· λύειν μὲν αὐτὴν λεπτοτέρᾳ διαίτῃ καὶ εὐπέπτῳ καὶ εὐχύμῳ χρώμενον μετὰ προσηνοῦς ἀναπαύσεως.</w:t>
      </w:r>
    </w:p>
    <w:p>
      <w:pPr>
        <w:jc w:val="center"/>
      </w:pPr>
      <w:r>
        <w:rPr>
          <w:rFonts w:ascii="Gentium Plus" w:hAnsi="Gentium Plus"/>
          <w:b/>
          <w:sz w:val="24"/>
        </w:rPr>
        <w:t>Περὶ ἐγκαύσεως διὰ πόνον ἄμετρον.</w:t>
      </w:r>
    </w:p>
    <w:p>
      <w:r>
        <w:rPr>
          <w:rFonts w:ascii="Courier New" w:hAnsi="Courier New"/>
          <w:color w:val="555555"/>
          <w:sz w:val="20"/>
        </w:rPr>
        <w:t>[1 . 5 . 1]</w:t>
      </w:r>
    </w:p>
    <w:p>
      <w:r>
        <w:rPr>
          <w:rFonts w:ascii="Gentium Plus" w:hAnsi="Gentium Plus"/>
          <w:sz w:val="24"/>
        </w:rPr>
        <w:t>Ἐγκαυθεὶς δέ τις ἐν ὥρᾳ θέρους διὰ πόνον ἄμετρον ὡς θερμό‐ τατον καὶ ξηρότατον συστῆναι κατὰ παντὸς τοῦ σώματος, μήλων κερα‐ σίων καὶ κοκκυμήλων καὶ περσικῶν καὶ σικύου ἢ πέπονος ἐσθιέτω καὶ</w:t>
      </w:r>
    </w:p>
    <w:p>
      <w:r>
        <w:rPr>
          <w:rFonts w:ascii="Courier New" w:hAnsi="Courier New"/>
          <w:color w:val="555555"/>
          <w:sz w:val="20"/>
        </w:rPr>
        <w:t>[1 . 5 . 2]</w:t>
      </w:r>
    </w:p>
    <w:p>
      <w:r>
        <w:rPr>
          <w:rFonts w:ascii="Gentium Plus" w:hAnsi="Gentium Plus"/>
          <w:sz w:val="24"/>
        </w:rPr>
        <w:t>κολοκύνθης καὶ σύκων ψυχρῶν καὶ μέλκης ψυχθείσης. ἀλλὰ ταῦτα μὲν κακόχυμα, δυνατὸν δὲ καὶ ἄλλως τὸν αὐχμὸν ψῦξαι τε καὶ ὑγρᾶναι· μετὰ γὰρ τὸ λουτρὸν ὕδατος πιέτω πρῶτον, εἶτ’ οἴνου μετρίως ὑδα‐ ροῦς, κἄπειτα ἐμέσας θριδακίνης μὲν πρῶτον, εἶτα δι’ ὄξους καὶ γάρου</w:t>
      </w:r>
    </w:p>
    <w:p>
      <w:r>
        <w:rPr>
          <w:rFonts w:ascii="Courier New" w:hAnsi="Courier New"/>
          <w:color w:val="555555"/>
          <w:sz w:val="20"/>
        </w:rPr>
        <w:t>[5]</w:t>
      </w:r>
    </w:p>
    <w:p>
      <w:r>
        <w:rPr>
          <w:rFonts w:ascii="Gentium Plus" w:hAnsi="Gentium Plus"/>
          <w:sz w:val="24"/>
        </w:rPr>
        <w:t>πόδας ὑείους λαμβανέτω καλῶς ἡψημένους καὶ ἀλεκτορίδων ἢ χηνὸς κοιλίας καὶ πτηνῶν ἤ τινος τῶν ἁπαλοσάρκων ἰχθύος ταγηνιστοῦ.</w:t>
      </w:r>
    </w:p>
    <w:p>
      <w:r>
        <w:rPr>
          <w:rFonts w:ascii="Courier New" w:hAnsi="Courier New"/>
          <w:color w:val="555555"/>
          <w:sz w:val="20"/>
        </w:rPr>
        <w:t>[1 . 5 . 3]</w:t>
      </w:r>
    </w:p>
    <w:p>
      <w:r>
        <w:rPr>
          <w:rFonts w:ascii="Gentium Plus" w:hAnsi="Gentium Plus"/>
          <w:sz w:val="24"/>
        </w:rPr>
        <w:t>γευέσθω δ’ εἰ βούλοιτο καὶ τῶν μὴ κακοχύμων λαχάνων καὶ κολοκύν‐</w:t>
      </w:r>
    </w:p>
    <w:p>
      <w:r>
        <w:rPr>
          <w:rFonts w:ascii="Courier New" w:hAnsi="Courier New"/>
          <w:color w:val="555555"/>
          <w:sz w:val="20"/>
        </w:rPr>
        <w:t>[1 . 5 . 4]</w:t>
      </w:r>
    </w:p>
    <w:p>
      <w:r>
        <w:rPr>
          <w:rFonts w:ascii="Gentium Plus" w:hAnsi="Gentium Plus"/>
          <w:sz w:val="24"/>
        </w:rPr>
        <w:t>θης· μετὰ δὲ ταῦτα πινέτω πάνυ ψυχρῷ κεκραμένον οἶνον. δύναται δὲ καὶ οἰνομέλιτι χόνδρος ἢ οἴνῳ ψυχρῷ ἔγκαυσιν ἄνευ κακοχυμίας</w:t>
      </w:r>
    </w:p>
    <w:p>
      <w:r>
        <w:rPr>
          <w:rFonts w:ascii="Courier New" w:hAnsi="Courier New"/>
          <w:color w:val="555555"/>
          <w:sz w:val="20"/>
        </w:rPr>
        <w:t>[1 . 5 . 5]</w:t>
      </w:r>
    </w:p>
    <w:p>
      <w:r>
        <w:rPr>
          <w:rFonts w:ascii="Gentium Plus" w:hAnsi="Gentium Plus"/>
          <w:sz w:val="24"/>
        </w:rPr>
        <w:t>ἰάσασθαι· τισὶ δ’ ἤρκεσε καὶ πτισάνης χυλῷ ποθεὶς ἱκανῶς ψυχθείς.</w:t>
      </w:r>
    </w:p>
    <w:p>
      <w:r>
        <w:rPr>
          <w:rFonts w:ascii="Courier New" w:hAnsi="Courier New"/>
          <w:color w:val="555555"/>
          <w:sz w:val="20"/>
        </w:rPr>
        <w:t>[1 . 5 . 6]</w:t>
      </w:r>
    </w:p>
    <w:p>
      <w:r>
        <w:rPr>
          <w:rFonts w:ascii="Gentium Plus" w:hAnsi="Gentium Plus"/>
          <w:sz w:val="24"/>
        </w:rPr>
        <w:t>οἱ μὲν οὖν ἐν ἀσχολίαις ὄντες τοιούτοις τισὶν ἰάθησαν· οἱ δὲ κατὰ προαίρεσιν βιοῦντες, εἰ μὴ γυμνάζοιντο, σπανίως ψυχροῦ δεήσονται, γυμναζόμενοι δέ, ἡνίκα ἂν μέσου θέρους καυσωθῶσι, πηγαῖον πινέ‐ τωσαν ψυχρόν· ἡ γὰρ χιὼν κἂν ἐν τῷ παρόντι μηδὲν φαίνηται</w:t>
      </w:r>
    </w:p>
    <w:p>
      <w:r>
        <w:rPr>
          <w:rFonts w:ascii="Courier New" w:hAnsi="Courier New"/>
          <w:color w:val="555555"/>
          <w:sz w:val="20"/>
        </w:rPr>
        <w:t>[5]</w:t>
      </w:r>
    </w:p>
    <w:p>
      <w:r>
        <w:rPr>
          <w:rFonts w:ascii="Gentium Plus" w:hAnsi="Gentium Plus"/>
          <w:sz w:val="24"/>
        </w:rPr>
        <w:t>βλάπτουσα τοὺς νέους, ἀλλ’ ἀναισθήτως καὶ κατ’ ὀλίγον αὐξανομένης τῆς βλάβης· προϊόντος τοῦ χρόνου δέ, τῆς ἡλικίας παρακμαζούσης, δυσίατα καὶ ἀνίατα συνίσταται πάθη κατ’ ἄρθρα καὶ νεῦρα καὶ σπλάγχνα.</w:t>
      </w:r>
    </w:p>
    <w:p>
      <w:pPr>
        <w:jc w:val="center"/>
      </w:pPr>
      <w:r>
        <w:rPr>
          <w:rFonts w:ascii="Gentium Plus" w:hAnsi="Gentium Plus"/>
          <w:b/>
          <w:sz w:val="24"/>
        </w:rPr>
        <w:t>Περὶ πυκνώσεως τοῦ σώματος.</w:t>
      </w:r>
    </w:p>
    <w:p>
      <w:r>
        <w:rPr>
          <w:rFonts w:ascii="Courier New" w:hAnsi="Courier New"/>
          <w:color w:val="555555"/>
          <w:sz w:val="20"/>
        </w:rPr>
        <w:t>[1 . 6 . 1]</w:t>
      </w:r>
    </w:p>
    <w:p>
      <w:r>
        <w:rPr>
          <w:rFonts w:ascii="Gentium Plus" w:hAnsi="Gentium Plus"/>
          <w:sz w:val="24"/>
        </w:rPr>
        <w:t>Πυκνωθέντος δὲ τοῦ σώματος διὰ ψῦξιν ἢ λουτρὸν στυπτηριῶδες, γνωριεῖς μὲν τὴν διάθεσιν ἐξ ἀχροίας λευκῆς καὶ σκληρότητος τοῦ δέρματος κἀκ τοῦ μὴ ῥαδίως ἐκθερμαίνεσθαι μηδὲ τοὺς ἐξ ἔθους ἱδρῶ‐</w:t>
      </w:r>
    </w:p>
    <w:p>
      <w:r>
        <w:rPr>
          <w:rFonts w:ascii="Courier New" w:hAnsi="Courier New"/>
          <w:color w:val="555555"/>
          <w:sz w:val="20"/>
        </w:rPr>
        <w:t>[1 . 6 . 2]</w:t>
      </w:r>
    </w:p>
    <w:p>
      <w:r>
        <w:rPr>
          <w:rFonts w:ascii="Gentium Plus" w:hAnsi="Gentium Plus"/>
          <w:sz w:val="24"/>
        </w:rPr>
        <w:t>τας προχεῖσθαι. θεραπεύσεις δὲ θερμαίνων γυμνασίοις τε καὶ λουτροῖς καὶ κυλινδεῖσθαι ποιῶν ἐπὶ λίθου τινὸς ἐν τῷ λουτρῷ, τῶν χαλαστι‐ κῶν ἐλαίων ἑνὸς ἐπιχυθέντος αὐτῷ· μηδὲ ψυχρὸν ἄγαν ἔστω τὸ ὕδωρ</w:t>
      </w:r>
    </w:p>
    <w:p>
      <w:r>
        <w:rPr>
          <w:rFonts w:ascii="Courier New" w:hAnsi="Courier New"/>
          <w:color w:val="555555"/>
          <w:sz w:val="20"/>
        </w:rPr>
        <w:t>[1 . 6 . 3]</w:t>
      </w:r>
    </w:p>
    <w:p>
      <w:r>
        <w:rPr>
          <w:rFonts w:ascii="Gentium Plus" w:hAnsi="Gentium Plus"/>
          <w:sz w:val="24"/>
        </w:rPr>
        <w:t>τὸ ἐν τῷ ψυχροδόχῳ, μηδ’ ὅλως ἐγχρονιζέτω κατ’ αὐτό. μέλλων δ’ ἐνδύεσθαι γλυκεῖ καὶ λεπτομερεῖ καὶ παλαιῷ τῷ ἐλαίῳ χριέσθω· κάλ‐ λιστον δ’ ἐστὶ τὸ ἀνήθινον καὶ μάλιστα ἐκ χλωροῦ γεγονὸς ἀνήθου·</w:t>
      </w:r>
    </w:p>
    <w:p>
      <w:r>
        <w:rPr>
          <w:rFonts w:ascii="Courier New" w:hAnsi="Courier New"/>
          <w:color w:val="555555"/>
          <w:sz w:val="20"/>
        </w:rPr>
        <w:t>[1 . 6 . 4]</w:t>
      </w:r>
    </w:p>
    <w:p>
      <w:r>
        <w:rPr>
          <w:rFonts w:ascii="Gentium Plus" w:hAnsi="Gentium Plus"/>
          <w:sz w:val="24"/>
        </w:rPr>
        <w:t>χρησιμώτατον δὲ ταῖς πυκνώσεσι τοῦ δέρματος· ὥσπερ δὲ καὶ τοῖς ἰσχυροῖς κόποις, τὸ διὰ τῆς αἰγείρου ἄκοπον.</w:t>
      </w:r>
    </w:p>
    <w:p>
      <w:pPr>
        <w:jc w:val="center"/>
      </w:pPr>
      <w:r>
        <w:rPr>
          <w:rFonts w:ascii="Gentium Plus" w:hAnsi="Gentium Plus"/>
          <w:b/>
          <w:sz w:val="24"/>
        </w:rPr>
        <w:t>Περὶ τῶν ἐπὶ σιτίοις γυμνασίων καὶ λουτρῶν βλαψάντων.</w:t>
      </w:r>
    </w:p>
    <w:p>
      <w:r>
        <w:rPr>
          <w:rFonts w:ascii="Courier New" w:hAnsi="Courier New"/>
          <w:color w:val="555555"/>
          <w:sz w:val="20"/>
        </w:rPr>
        <w:t>[1 . 7 . 1]</w:t>
      </w:r>
    </w:p>
    <w:p>
      <w:r>
        <w:rPr>
          <w:rFonts w:ascii="Gentium Plus" w:hAnsi="Gentium Plus"/>
          <w:sz w:val="24"/>
        </w:rPr>
        <w:t>Ἐπὶ πλήθει σιτίων γυμναζομένοις πολλοῖς βλάβαι παρακολουθοῦσιν οὐ σμικραί, κεφαλῆς τε πληρουμένης καὶ ἐμφραττομένου τοῦ ἥπατος· εὐθὺς οὖν θεραπεύσεις τὴν μὲν κεφαλὴν διὰ τῶν περιπάτων, μετὰ τροφὴν μὲν τῶν βραδυτάτων, πρὸ τροφῆς δὲ διὰ τῶν ἐπιεικῶς συν‐</w:t>
      </w:r>
    </w:p>
    <w:p>
      <w:r>
        <w:rPr>
          <w:rFonts w:ascii="Courier New" w:hAnsi="Courier New"/>
          <w:color w:val="555555"/>
          <w:sz w:val="20"/>
        </w:rPr>
        <w:t>[1 . 7 . 2]</w:t>
      </w:r>
    </w:p>
    <w:p>
      <w:r>
        <w:rPr>
          <w:rFonts w:ascii="Gentium Plus" w:hAnsi="Gentium Plus"/>
          <w:sz w:val="24"/>
        </w:rPr>
        <w:t>τονωτέρων, τὸ δ’ ἧπαρ διὰ τῶν ἐκφραττόντων. κάλλιστον δ’ ἐστὶ τὸ</w:t>
      </w:r>
    </w:p>
    <w:p>
      <w:r>
        <w:rPr>
          <w:rFonts w:ascii="Courier New" w:hAnsi="Courier New"/>
          <w:color w:val="555555"/>
          <w:sz w:val="20"/>
        </w:rPr>
        <w:t>[1 . 7 . 3]</w:t>
      </w:r>
    </w:p>
    <w:p>
      <w:r>
        <w:rPr>
          <w:rFonts w:ascii="Gentium Plus" w:hAnsi="Gentium Plus"/>
          <w:sz w:val="24"/>
        </w:rPr>
        <w:t>ὀξύμελι καὶ τὸ ἁπλούστερον διὰ τριῶν πεπέρεων. πίνειν δὲ καὶ ἀψιν‐ θίου κόμης ἀπόβρεγμα καὶ τὸ δι’ αὐτοῦ καὶ ἀνήσου καὶ τῶν πικρῶν ἀμυγδαλῶν δι’ ὀξυμέλιτος, πρὸ λουτροῦ κατειργασμένων τῶν ἐν γαστρί, καὶ τὸ διὰ καλαμίνθης δὲ λαμβάνειν ὁμοίως δι’ ὀξυμέλιτος, φυλαττό‐</w:t>
      </w:r>
    </w:p>
    <w:p>
      <w:r>
        <w:rPr>
          <w:rFonts w:ascii="Courier New" w:hAnsi="Courier New"/>
          <w:color w:val="555555"/>
          <w:sz w:val="20"/>
        </w:rPr>
        <w:t>[1 . 7 . 4]</w:t>
      </w:r>
    </w:p>
    <w:p>
      <w:r>
        <w:rPr>
          <w:rFonts w:ascii="Gentium Plus" w:hAnsi="Gentium Plus"/>
          <w:sz w:val="24"/>
        </w:rPr>
        <w:t>μενον αὐτοῦ τὴν συνεχῆ χρῆσιν τῶν πικροχόλων. πάντων δ’ ἀπέχεσθαι δεῖ τῶν παχυχύμων τε καὶ γλίσχρων ἐδεσμάτων, μέχρις ἂν παύσηται τὸ σύμπτωμα, τοῖς δὲ λεπτύνουσι χρῆσθαι.</w:t>
      </w:r>
    </w:p>
    <w:p>
      <w:pPr>
        <w:jc w:val="center"/>
      </w:pPr>
      <w:r>
        <w:rPr>
          <w:rFonts w:ascii="Gentium Plus" w:hAnsi="Gentium Plus"/>
          <w:b/>
          <w:sz w:val="24"/>
        </w:rPr>
        <w:t>Περὶ τῶν μὴ γυμναζομένων, εὐωχουμένων δὲ μόνον.</w:t>
      </w:r>
    </w:p>
    <w:p>
      <w:r>
        <w:rPr>
          <w:rFonts w:ascii="Courier New" w:hAnsi="Courier New"/>
          <w:color w:val="555555"/>
          <w:sz w:val="20"/>
        </w:rPr>
        <w:t>[1 . 8 . 1]</w:t>
      </w:r>
    </w:p>
    <w:p>
      <w:r>
        <w:rPr>
          <w:rFonts w:ascii="Gentium Plus" w:hAnsi="Gentium Plus"/>
          <w:sz w:val="24"/>
        </w:rPr>
        <w:t>Πολλοὺς ἀγυμνάστους, εὐωχουμένους δὲ μόνον ἔστιν ἰδεῖν καί</w:t>
      </w:r>
    </w:p>
    <w:p>
      <w:r>
        <w:rPr>
          <w:rFonts w:ascii="Courier New" w:hAnsi="Courier New"/>
          <w:color w:val="555555"/>
          <w:sz w:val="20"/>
        </w:rPr>
        <w:t>[1 . 8 . 2]</w:t>
      </w:r>
    </w:p>
    <w:p>
      <w:r>
        <w:rPr>
          <w:rFonts w:ascii="Gentium Plus" w:hAnsi="Gentium Plus"/>
          <w:sz w:val="24"/>
        </w:rPr>
        <w:t>δὲ συνεχῶς νοσούντων τὰς νοσοποιοὺς αἰτίας κωλυτέον. εἰσὶ δ’ ἐκ τοῦ σώματος ὁρμώμεναι πλῆθος καὶ κακοχυμία· τῶν μὲν οὖν ταχέως ἀθροι‐ ζόντων πλῆθος ἀφαιρεῖν προσήκει τῶν τροφῶν τῆς ποσότητος μετὰ τοῦ ὀλιγότροφα μᾶλλον ἀντὶ τῶν πολυτρόφων προσφέρειν· τῶν δὲ</w:t>
      </w:r>
    </w:p>
    <w:p>
      <w:r>
        <w:rPr>
          <w:rFonts w:ascii="Courier New" w:hAnsi="Courier New"/>
          <w:color w:val="555555"/>
          <w:sz w:val="20"/>
        </w:rPr>
        <w:t>[5]</w:t>
      </w:r>
    </w:p>
    <w:p>
      <w:r>
        <w:rPr>
          <w:rFonts w:ascii="Gentium Plus" w:hAnsi="Gentium Plus"/>
          <w:sz w:val="24"/>
        </w:rPr>
        <w:t>τὴν κακοχυμίαν ἀθροιζόντων, ἐπειδὴ τοὺς μὲν ὁρῶμεν φλέγμα, τοὺς δὲ ξανθὴν χολήν, τοὺς δὲ μέλαιναν ἀθροίζοντας, ἀπέχεσθαι τῶν τρο‐ φῶν ἐκείνων ποιήσομεν, ὅσαι τὸν εἰωθότα πλεονάζειν χυμὸν γεννῶσιν.</w:t>
      </w:r>
    </w:p>
    <w:p>
      <w:r>
        <w:rPr>
          <w:rFonts w:ascii="Courier New" w:hAnsi="Courier New"/>
          <w:color w:val="555555"/>
          <w:sz w:val="20"/>
        </w:rPr>
        <w:t>[1 . 8 . 3]</w:t>
      </w:r>
    </w:p>
    <w:p>
      <w:r>
        <w:rPr>
          <w:rFonts w:ascii="Gentium Plus" w:hAnsi="Gentium Plus"/>
          <w:sz w:val="24"/>
        </w:rPr>
        <w:t>πάντων δὲ τούτων ἡ γαστὴρ εὔκολος παρασκευαζέσθω.</w:t>
      </w:r>
    </w:p>
    <w:p>
      <w:pPr>
        <w:jc w:val="center"/>
      </w:pPr>
      <w:r>
        <w:rPr>
          <w:rFonts w:ascii="Gentium Plus" w:hAnsi="Gentium Plus"/>
          <w:b/>
          <w:sz w:val="24"/>
        </w:rPr>
        <w:t>Περὶ τῶν ἁρμοττουσῶν κενώσεων τοῖς ὑγιαίνουσιν.</w:t>
      </w:r>
    </w:p>
    <w:p>
      <w:r>
        <w:rPr>
          <w:rFonts w:ascii="Courier New" w:hAnsi="Courier New"/>
          <w:color w:val="555555"/>
          <w:sz w:val="20"/>
        </w:rPr>
        <w:t>[1 . 9 . 1]</w:t>
      </w:r>
    </w:p>
    <w:p>
      <w:r>
        <w:rPr>
          <w:rFonts w:ascii="Gentium Plus" w:hAnsi="Gentium Plus"/>
          <w:sz w:val="24"/>
        </w:rPr>
        <w:t>Τῶν δὲ παλαιῶν τισιν ἐξαρκεῖν ἐδόκει πρὸς ὑγείαν ἐφήμερα κενοῦσθαι διὰ γαστρὸς καὶ οὔρων ἀμέμπτως καὶ ἱκανῶς πρὸς τὸ πλῆ‐ θος τῶν ἐσθιομένων καὶ πινομένων, 〈καὶ γινομένων μὲν τῶν κενώσεων κατὰ λόγον ἐπῄνουν,〉 μὴ γινομένων δὲ συνήργουν τῇ μὲν οὐρήσει</w:t>
      </w:r>
    </w:p>
    <w:p>
      <w:r>
        <w:rPr>
          <w:rFonts w:ascii="Courier New" w:hAnsi="Courier New"/>
          <w:color w:val="555555"/>
          <w:sz w:val="20"/>
        </w:rPr>
        <w:t>[5]</w:t>
      </w:r>
    </w:p>
    <w:p>
      <w:r>
        <w:rPr>
          <w:rFonts w:ascii="Gentium Plus" w:hAnsi="Gentium Plus"/>
          <w:sz w:val="24"/>
        </w:rPr>
        <w:t>σκάνδικι καὶ σελίνῳ καὶ μαράθῳ καὶ ἀσπαράγῳ, τῇ δὲ κοιλίᾳ τερεβιν‐ θίνην διδόντες ἐλαίας μέγεθος καταπίνειν εἰς ὕπνον τρεπομένοις· μᾶλ‐</w:t>
      </w:r>
    </w:p>
    <w:p>
      <w:r>
        <w:rPr>
          <w:rFonts w:ascii="Courier New" w:hAnsi="Courier New"/>
          <w:color w:val="555555"/>
          <w:sz w:val="20"/>
        </w:rPr>
        <w:t>[1 . 9 . 2]</w:t>
      </w:r>
    </w:p>
    <w:p>
      <w:r>
        <w:rPr>
          <w:rFonts w:ascii="Gentium Plus" w:hAnsi="Gentium Plus"/>
          <w:sz w:val="24"/>
        </w:rPr>
        <w:t>λον δ’ ὑπάγειν βουλόμενοι νίτρου βραχὺ κατεμίγνυον. ἐπιτήδεια δ’ ὠὰ πρὸς ὑπαγωγὴν γαστρὸς καὶ λαχάνων τεῦτλα καὶ μαλάχαι καὶ κράμβαι καὶ τῶν κογχαρίων ὁ ζωμός· καὶ ἴσως ἐξαρκεῖ ταῦτα, μηδενὸς</w:t>
      </w:r>
    </w:p>
    <w:p>
      <w:r>
        <w:rPr>
          <w:rFonts w:ascii="Courier New" w:hAnsi="Courier New"/>
          <w:color w:val="555555"/>
          <w:sz w:val="20"/>
        </w:rPr>
        <w:t>[1 . 9 . 3]</w:t>
      </w:r>
    </w:p>
    <w:p>
      <w:r>
        <w:rPr>
          <w:rFonts w:ascii="Gentium Plus" w:hAnsi="Gentium Plus"/>
          <w:sz w:val="24"/>
        </w:rPr>
        <w:t>μεγάλου κωλύοντος. εἰσὶ μὴν οἱ καὶ τῶν σφοδροτέρων χρῄζοντες· καὶ ἔστιν οὐρητὰ μὲν ἄνευ τῶν εἰρημένων πετροσέλινον, δαῦκος, ἄνησον, καλαμίνθη καὶ ὀρίγανος καὶ ἀψίνθιον καὶ ἄγρωστις καὶ σκολύμου ῥίζα καὶ κύτισος καὶ ἀδίαντον· ἕκαστον οὖν τούτων ἐν ὕδατι ἀφεψῶντα ἐν</w:t>
      </w:r>
    </w:p>
    <w:p>
      <w:r>
        <w:rPr>
          <w:rFonts w:ascii="Courier New" w:hAnsi="Courier New"/>
          <w:color w:val="555555"/>
          <w:sz w:val="20"/>
        </w:rPr>
        <w:t>[5]</w:t>
      </w:r>
    </w:p>
    <w:p>
      <w:r>
        <w:rPr>
          <w:rFonts w:ascii="Gentium Plus" w:hAnsi="Gentium Plus"/>
          <w:sz w:val="24"/>
        </w:rPr>
        <w:t>οἴνῳ πίνειν· καθαίρει γὰρ δι’ οὔρων ταῦτα τὸ αἷμα· καὶ ἔστιν οὐ σμικρὸν ὄφελος, ὡς ἄν τις οἰηθείη· κινητικὰ δὲ τῆς γαστρὸς λινόζωστις ἐν ὕδατι μεθ’ ἁλῶν ἑψηθεῖσα καὶ ἐσθιομένη καὶ τὸ ἀφέψημα αὐτῆς πινόμενον καὶ τῆς ἀκτῆς τὰ φύλλα παραπλησίως καὶ τοῦ πολυποδίου τῆς ῥίζης ὅσον 𐅻 β ἐπιπασσόμεναι ταρίχει καὶ ἐν πτισάνῃ [ἡ] ῥοφού‐</w:t>
      </w:r>
    </w:p>
    <w:p>
      <w:r>
        <w:rPr>
          <w:rFonts w:ascii="Courier New" w:hAnsi="Courier New"/>
          <w:color w:val="555555"/>
          <w:sz w:val="20"/>
        </w:rPr>
        <w:t>[1 . 9 . 4]</w:t>
      </w:r>
    </w:p>
    <w:p>
      <w:r>
        <w:rPr>
          <w:rFonts w:ascii="Gentium Plus" w:hAnsi="Gentium Plus"/>
          <w:sz w:val="24"/>
        </w:rPr>
        <w:t>μεναι. τινὲς δὲ καὶ ἀλόης ἐπὶ δείπνῳ λαμβάνουσιν ὅσον ἐρεβίνθους τρεῖς, καὶ τὸ ἐφήμερα καλῶς αὐτοῖς ἡ γαστὴρ ὑπέρχεται, καθάπερ καὶ</w:t>
      </w:r>
    </w:p>
    <w:p>
      <w:r>
        <w:rPr>
          <w:rFonts w:ascii="Courier New" w:hAnsi="Courier New"/>
          <w:color w:val="555555"/>
          <w:sz w:val="20"/>
        </w:rPr>
        <w:t>[1 . 9 . 5]</w:t>
      </w:r>
    </w:p>
    <w:p>
      <w:r>
        <w:rPr>
          <w:rFonts w:ascii="Gentium Plus" w:hAnsi="Gentium Plus"/>
          <w:sz w:val="24"/>
        </w:rPr>
        <w:t>τοῖς κνήκους ἐμβάλλουσιν εἰς ὄψα. τῶν δ’ εἰρημένων κάλλιστος ἐπί‐ θυμος ἐν οἴνῳ πινόμενος· χρὴ δὲ τὸν πιόντα δειπνῆσαι μὲν συνήθως, ἐνδεέστερον δέ, καὶ οὕτως ἀναπαύεσθαι· κενοῖ γὰρ ἐπιεικῶς· ὁ δὲ σφοδρότερον κενοῦσθαι δεόμενος ἕωθεν ἐπιθύμου πινέτω 𐆃 ϛ ἐν ὀξυ‐</w:t>
      </w:r>
    </w:p>
    <w:p>
      <w:r>
        <w:rPr>
          <w:rFonts w:ascii="Courier New" w:hAnsi="Courier New"/>
          <w:color w:val="555555"/>
          <w:sz w:val="20"/>
        </w:rPr>
        <w:t>[1 . 9 . 6]</w:t>
      </w:r>
    </w:p>
    <w:p>
      <w:r>
        <w:rPr>
          <w:rFonts w:ascii="Gentium Plus" w:hAnsi="Gentium Plus"/>
          <w:sz w:val="24"/>
        </w:rPr>
        <w:t>μέλιτι. τοῦτο δὲ ποιείτω ἦρος ὥρᾳ κατ’ ἀρχάς, πρὶν ζέσαντας καὶ χυθέντας τοὺς τέως συνεστῶτας χυμοὺς τοὺς ἐν χειμῶνι πλεονάσαντας ῥυῆναι πρός τι μόριον τῶν ἐπικαίρων ἤ τι πάθος ἀνήκεστον καὶ κιν‐</w:t>
      </w:r>
    </w:p>
    <w:p>
      <w:r>
        <w:rPr>
          <w:rFonts w:ascii="Courier New" w:hAnsi="Courier New"/>
          <w:color w:val="555555"/>
          <w:sz w:val="20"/>
        </w:rPr>
        <w:t>[1 . 9 . 7]</w:t>
      </w:r>
    </w:p>
    <w:p>
      <w:r>
        <w:rPr>
          <w:rFonts w:ascii="Gentium Plus" w:hAnsi="Gentium Plus"/>
          <w:sz w:val="24"/>
        </w:rPr>
        <w:t>δυνῶδες ἀπεργάσασθαι. συμφέρει δέ ποτε καὶ τοῦ αἵματος κενοῦν ἐφ’ ὧν πληθύνει κατὰ τὴν τοῦ ἦρος ὥραν· ἀλλ’ ἔργον τοῦτο γεγυμνα‐ σμένου φλέβας τέμνειν· πλεῖστοι δ’ εἰσὶν ἁπανταχοῦ τοιοῦτοι καὶ οὐκ ἀπορήσεις τῶν ἐνεργούντων· εἰ δὲ μή, καὶ τὰς κνήμας ἀποσχάζων, ὡς</w:t>
      </w:r>
    </w:p>
    <w:p>
      <w:r>
        <w:rPr>
          <w:rFonts w:ascii="Courier New" w:hAnsi="Courier New"/>
          <w:color w:val="555555"/>
          <w:sz w:val="20"/>
        </w:rPr>
        <w:t>[5]</w:t>
      </w:r>
    </w:p>
    <w:p>
      <w:r>
        <w:rPr>
          <w:rFonts w:ascii="Gentium Plus" w:hAnsi="Gentium Plus"/>
          <w:sz w:val="24"/>
        </w:rPr>
        <w:t>ὁ Περγαμηνὸς Ἀπολλώνιος συνεβούλευε, ποιήσεις τὸ δέον· τοῦτο γὰρ τό τε πᾶν σῶμα κουφίζει καὶ τὴν κεφαλὴν ὀνίνησι μάλιστα καὶ</w:t>
      </w:r>
    </w:p>
    <w:p>
      <w:r>
        <w:rPr>
          <w:rFonts w:ascii="Courier New" w:hAnsi="Courier New"/>
          <w:color w:val="555555"/>
          <w:sz w:val="20"/>
        </w:rPr>
        <w:t>[1 . 9 . 8]</w:t>
      </w:r>
    </w:p>
    <w:p>
      <w:r>
        <w:rPr>
          <w:rFonts w:ascii="Gentium Plus" w:hAnsi="Gentium Plus"/>
          <w:sz w:val="24"/>
        </w:rPr>
        <w:t>περιττῆς ἀκριβείας οὐ δεῖται· γυναιξὶ δὲ καὶ καταμήνια μὴ προχω‐</w:t>
      </w:r>
    </w:p>
    <w:p>
      <w:r>
        <w:rPr>
          <w:rFonts w:ascii="Courier New" w:hAnsi="Courier New"/>
          <w:color w:val="555555"/>
          <w:sz w:val="20"/>
        </w:rPr>
        <w:t>[1 . 9 . 9]</w:t>
      </w:r>
    </w:p>
    <w:p>
      <w:r>
        <w:rPr>
          <w:rFonts w:ascii="Gentium Plus" w:hAnsi="Gentium Plus"/>
          <w:sz w:val="24"/>
        </w:rPr>
        <w:t>ροῦντα καλῶς ἐρεθίζει. τοῖς δὲ κακοχύμοις καὶ διὰ δριμύτητα περιττω‐ μάτων ἐξανθήματα ποιοῦσι περὶ τὸ δέρμα καὶ δακνομένοις ἡνίκα οὐροῦσί τε καὶ ἀποπατοῦσι, τὸ γάλα πίνειν συμφέρει μετὰ μέλιτος καὶ τὸν ὀρρὸν τοῦ γάλακτος, ὃν διακρινοῦμεν ἑψῶντες, ἐπειδὰν ἀναζέσῃ,</w:t>
      </w:r>
    </w:p>
    <w:p>
      <w:r>
        <w:rPr>
          <w:rFonts w:ascii="Courier New" w:hAnsi="Courier New"/>
          <w:color w:val="555555"/>
          <w:sz w:val="20"/>
        </w:rPr>
        <w:t>[5]</w:t>
      </w:r>
    </w:p>
    <w:p>
      <w:r>
        <w:rPr>
          <w:rFonts w:ascii="Gentium Plus" w:hAnsi="Gentium Plus"/>
          <w:sz w:val="24"/>
        </w:rPr>
        <w:t>καταρραίνοντες οἶνον ἢ μελίκρατον καὶ ἠθοῦντες· οὕτω γὰρ ὁ τυρὸς</w:t>
      </w:r>
    </w:p>
    <w:p>
      <w:r>
        <w:rPr>
          <w:rFonts w:ascii="Courier New" w:hAnsi="Courier New"/>
          <w:color w:val="555555"/>
          <w:sz w:val="20"/>
        </w:rPr>
        <w:t>[1 . 9 . 10]</w:t>
      </w:r>
    </w:p>
    <w:p>
      <w:r>
        <w:rPr>
          <w:rFonts w:ascii="Gentium Plus" w:hAnsi="Gentium Plus"/>
          <w:sz w:val="24"/>
        </w:rPr>
        <w:t>χωρίζεται. πίνειν δὲ τὸ πρῶτον ἁλῶν μιγνύντας· ποριμώτερον γὰρ αὐτὸν οἱ ἅλες παρασκευάζουσι· τοῦ πρώτου δ’ ὑπελθόντος πίνειν αὐτὸν ἤδη χωρὶς ἁλῶν ἐκ μικρῶν διαλειμμάτων, ἕως ἂν ἡ κάθαρσις</w:t>
      </w:r>
    </w:p>
    <w:p>
      <w:r>
        <w:rPr>
          <w:rFonts w:ascii="Courier New" w:hAnsi="Courier New"/>
          <w:color w:val="555555"/>
          <w:sz w:val="20"/>
        </w:rPr>
        <w:t>[1 . 9 . 11]</w:t>
      </w:r>
    </w:p>
    <w:p>
      <w:r>
        <w:rPr>
          <w:rFonts w:ascii="Gentium Plus" w:hAnsi="Gentium Plus"/>
          <w:sz w:val="24"/>
        </w:rPr>
        <w:t>ἱκανὴ γένηται. τὸ δὲ πλῆθος ἀρκέσει τῷ πίνοντι τοῦ ὀρροῦ 𐆂ο ε τὸ</w:t>
      </w:r>
    </w:p>
    <w:p>
      <w:r>
        <w:rPr>
          <w:rFonts w:ascii="Courier New" w:hAnsi="Courier New"/>
          <w:color w:val="555555"/>
          <w:sz w:val="20"/>
        </w:rPr>
        <w:t>[1 . 9 . 12]</w:t>
      </w:r>
    </w:p>
    <w:p>
      <w:r>
        <w:rPr>
          <w:rFonts w:ascii="Gentium Plus" w:hAnsi="Gentium Plus"/>
          <w:sz w:val="24"/>
        </w:rPr>
        <w:t>μέτριον. ἁρμόττει δὲ τοῖς οὕτω διακειμένοις καὶ ὁ τῶν παλαιῶν</w:t>
      </w:r>
    </w:p>
    <w:p>
      <w:r>
        <w:rPr>
          <w:rFonts w:ascii="Courier New" w:hAnsi="Courier New"/>
          <w:color w:val="555555"/>
          <w:sz w:val="20"/>
        </w:rPr>
        <w:t>[1 . 9 . 13]</w:t>
      </w:r>
    </w:p>
    <w:p>
      <w:r>
        <w:rPr>
          <w:rFonts w:ascii="Gentium Plus" w:hAnsi="Gentium Plus"/>
          <w:sz w:val="24"/>
        </w:rPr>
        <w:t>ἀλεκτρυόνων ζωμὸς πινόμενος. πολλοὺς δ’ ὠφελοῦσι καὶ ἔμετοι κε‐ νοῦντες τοῦ φλέγματος ἱκανῶς· ἀλλ’ οὐ χρὴ τεταγμένως οὐδὲ πάν‐ τως αὐτοὺς ἀεὶ κενοῦν, ὅπως ἂν μὴ δι’ ἀνάγκην τινὰ παραλειφθέντες βλάβην ἐνέγκωσιν· ἀναγκαῖον δὴ τοίνυν ἢ οἰνωθέντας παρὰ τὸ προσ‐</w:t>
      </w:r>
    </w:p>
    <w:p>
      <w:r>
        <w:rPr>
          <w:rFonts w:ascii="Courier New" w:hAnsi="Courier New"/>
          <w:color w:val="555555"/>
          <w:sz w:val="20"/>
        </w:rPr>
        <w:t>[5]</w:t>
      </w:r>
    </w:p>
    <w:p>
      <w:r>
        <w:rPr>
          <w:rFonts w:ascii="Gentium Plus" w:hAnsi="Gentium Plus"/>
          <w:sz w:val="24"/>
        </w:rPr>
        <w:t>ῆκον ἐμεῖν ἢ τροφῆς ὑπερπλησθέντας ἢ τῆς ἄλλης πληθώρας τῆς</w:t>
      </w:r>
    </w:p>
    <w:p>
      <w:r>
        <w:rPr>
          <w:rFonts w:ascii="Courier New" w:hAnsi="Courier New"/>
          <w:color w:val="555555"/>
          <w:sz w:val="20"/>
        </w:rPr>
        <w:t>[1 . 9 . 14]</w:t>
      </w:r>
    </w:p>
    <w:p>
      <w:r>
        <w:rPr>
          <w:rFonts w:ascii="Gentium Plus" w:hAnsi="Gentium Plus"/>
          <w:sz w:val="24"/>
        </w:rPr>
        <w:t>κατὰ τὸ σῶμα πᾶν ἀντιλαμβανομένους. σημεῖα δὲ τῆς τοιαύτης ἐστὶ πληθώρας βάρος μετ’ ὄγκου καὶ ἄση καὶ νωθρότης καὶ ὕπνος πλείων τοῦ συνήθους καὶ παλμοὶ τοῦ σώματος φλεβῶν τε ἔντασις καὶ ἄτακτοι φρῖκαι συμμιγεῖς θερμότητι· ταῦτα γὰρ μάλιστα τὰς καθ’ ὅλον τὸ</w:t>
      </w:r>
    </w:p>
    <w:p>
      <w:r>
        <w:rPr>
          <w:rFonts w:ascii="Courier New" w:hAnsi="Courier New"/>
          <w:color w:val="555555"/>
          <w:sz w:val="20"/>
        </w:rPr>
        <w:t>[1 . 9 . 15]</w:t>
      </w:r>
    </w:p>
    <w:p>
      <w:r>
        <w:rPr>
          <w:rFonts w:ascii="Gentium Plus" w:hAnsi="Gentium Plus"/>
          <w:sz w:val="24"/>
        </w:rPr>
        <w:t>σῶμα πλησμονὰς διασημαίνει. καὶ ἐπὶ τούτοις, εἰ ἕλοιτό τις ἐμεῖν, λεπτὸν καὶ εὔρουν παρασκευαζέτω τὸ φλέγμα, ῥαφανῖδας ἐσθίων ἐν τῷ δείπνῳ καὶ πράσον καὶ κρόμμυον ἢ τάριχος ἢ ὀριγάνου ὀλίγον καί</w:t>
      </w:r>
    </w:p>
    <w:p>
      <w:r>
        <w:rPr>
          <w:rFonts w:ascii="Courier New" w:hAnsi="Courier New"/>
          <w:color w:val="555555"/>
          <w:sz w:val="20"/>
        </w:rPr>
        <w:t>[1 . 9 . 16]</w:t>
      </w:r>
    </w:p>
    <w:p>
      <w:r>
        <w:rPr>
          <w:rFonts w:ascii="Gentium Plus" w:hAnsi="Gentium Plus"/>
          <w:sz w:val="24"/>
        </w:rPr>
        <w:t>τι τῶν ἀπὸ θύμου καὶ νάπυος ἀποτριμμάτων. ῥοφείτω δὲ πτισάνας καὶ ἔτνη κρέα τε ἐρίφων ἢ ἀρνῶν ἢ χοίρων ἐσθιέτω ... τὸ μέλι καὶ πλακούντων ἀπογευέσθω· πινέτω δὲ γλυκὺν οἶνον μὴ ἄκρατον, καὶ διιστὰς ἀπὸ τοῦ δείπνου τοσοῦτον ὡς καταστῆναι μὲν τὴν τροφήν,</w:t>
      </w:r>
    </w:p>
    <w:p>
      <w:r>
        <w:rPr>
          <w:rFonts w:ascii="Courier New" w:hAnsi="Courier New"/>
          <w:color w:val="555555"/>
          <w:sz w:val="20"/>
        </w:rPr>
        <w:t>[5]</w:t>
      </w:r>
    </w:p>
    <w:p>
      <w:r>
        <w:rPr>
          <w:rFonts w:ascii="Gentium Plus" w:hAnsi="Gentium Plus"/>
          <w:sz w:val="24"/>
        </w:rPr>
        <w:t>μηδέπω δὲ τρέπεσθαι πεττομένην, ἐμεῖν ὕδατος χλιαροῦ ἀθρόου προ‐</w:t>
      </w:r>
    </w:p>
    <w:p>
      <w:r>
        <w:rPr>
          <w:rFonts w:ascii="Courier New" w:hAnsi="Courier New"/>
          <w:color w:val="555555"/>
          <w:sz w:val="20"/>
        </w:rPr>
        <w:t>[1 . 9 . 17]</w:t>
      </w:r>
    </w:p>
    <w:p>
      <w:r>
        <w:rPr>
          <w:rFonts w:ascii="Gentium Plus" w:hAnsi="Gentium Plus"/>
          <w:sz w:val="24"/>
        </w:rPr>
        <w:t>πιόντα καὶ πάλιν ὁμοίως, ἂν δέῃ, ταῦτα ποιοῦντα. καλῶς δὲ καὶ αὐτάρκως ἐμέσας ὀξυκράτῳ προσκλυζέσθω τὸ πρόσωπον καὶ διακλυ‐ ζέσθω τὸ στόμα· καὶ γὰρ ὀφθαλμοῖς τοῦτο καὶ ὀδοῦσιν ὠφέλιμον· σή‐</w:t>
      </w:r>
    </w:p>
    <w:p>
      <w:r>
        <w:rPr>
          <w:rFonts w:ascii="Courier New" w:hAnsi="Courier New"/>
          <w:color w:val="555555"/>
          <w:sz w:val="20"/>
        </w:rPr>
        <w:t>[1 . 9 . 18]</w:t>
      </w:r>
    </w:p>
    <w:p>
      <w:r>
        <w:rPr>
          <w:rFonts w:ascii="Gentium Plus" w:hAnsi="Gentium Plus"/>
          <w:sz w:val="24"/>
        </w:rPr>
        <w:t>πονται γὰρ οἱ ὀδόντες τοῖς ἐμοῦσι καὶ μὴ ποιοῦσιν οὕτως. πινέτω δ’ ἐπὶ τούτοις ὕδωρ θερμότερον καὶ ἀναπαυέσθω τῶν ποδῶν ἀνατρι‐</w:t>
      </w:r>
    </w:p>
    <w:p>
      <w:r>
        <w:rPr>
          <w:rFonts w:ascii="Courier New" w:hAnsi="Courier New"/>
          <w:color w:val="555555"/>
          <w:sz w:val="20"/>
        </w:rPr>
        <w:t>[1 . 9 . 19]</w:t>
      </w:r>
    </w:p>
    <w:p>
      <w:r>
        <w:rPr>
          <w:rFonts w:ascii="Gentium Plus" w:hAnsi="Gentium Plus"/>
          <w:sz w:val="24"/>
        </w:rPr>
        <w:t>βομένων ὑπό τινος πρᾴως. εἰ δέ τις ἐμοίη μετὰ πλείονος δυσκολίας,</w:t>
      </w:r>
    </w:p>
    <w:p>
      <w:r>
        <w:rPr>
          <w:rFonts w:ascii="Courier New" w:hAnsi="Courier New"/>
          <w:color w:val="555555"/>
          <w:sz w:val="20"/>
        </w:rPr>
        <w:t>[1 . 9 . 20]</w:t>
      </w:r>
    </w:p>
    <w:p>
      <w:r>
        <w:rPr>
          <w:rFonts w:ascii="Gentium Plus" w:hAnsi="Gentium Plus"/>
          <w:sz w:val="24"/>
        </w:rPr>
        <w:t>ἔμετον. τὰ μὲν οὖν περὶ τὰς κενώσεις ἐπὶ τοσοῦτον ἄν τις ὡς πλέον τῶν ἰατρῶν ποιοίη.</w:t>
      </w:r>
    </w:p>
    <w:p>
      <w:pPr>
        <w:jc w:val="center"/>
      </w:pPr>
      <w:r>
        <w:rPr>
          <w:rFonts w:ascii="Gentium Plus" w:hAnsi="Gentium Plus"/>
          <w:b/>
          <w:sz w:val="24"/>
        </w:rPr>
        <w:t>Περὶ τῆσ ταῖς ὥραις ἁρμοττούσης διαίτης.</w:t>
      </w:r>
    </w:p>
    <w:p>
      <w:r>
        <w:rPr>
          <w:rFonts w:ascii="Courier New" w:hAnsi="Courier New"/>
          <w:color w:val="555555"/>
          <w:sz w:val="20"/>
        </w:rPr>
        <w:t>[1 . 10 . 1]</w:t>
      </w:r>
    </w:p>
    <w:p>
      <w:r>
        <w:rPr>
          <w:rFonts w:ascii="Gentium Plus" w:hAnsi="Gentium Plus"/>
          <w:sz w:val="24"/>
        </w:rPr>
        <w:t>Καλῶς δ’ ἂν ἔχοι καὶ πρὸς τὰς ὥρας ἀφορῶντα διαιτᾶσθαι καὶ χειμῶνος μὲν πλείοσι τοῖς πόνοις χρῆσθαι καὶ ἐσθίειν πλείονα, μάλιστα ὅταν ἡ κατάστασις ᾖ βορεία· νοτίας γὰρ οὔσης, πονεῖν μὲν ὁμοίως, ἐλάττονα 〈δὲ〉 σῖτα καὶ ποτὰ προσφέρεσθαι καὶ ὅλον τὸ σῶμα ξηρὸν</w:t>
      </w:r>
    </w:p>
    <w:p>
      <w:r>
        <w:rPr>
          <w:rFonts w:ascii="Courier New" w:hAnsi="Courier New"/>
          <w:color w:val="555555"/>
          <w:sz w:val="20"/>
        </w:rPr>
        <w:t>[5]</w:t>
      </w:r>
    </w:p>
    <w:p>
      <w:r>
        <w:rPr>
          <w:rFonts w:ascii="Gentium Plus" w:hAnsi="Gentium Plus"/>
          <w:sz w:val="24"/>
        </w:rPr>
        <w:t>ποιεῖν ἐν ὑγρᾷ τῇ ὥρᾳ παντοίως, ὥσπερ ἐν τῇ ψυχρᾷ θερμότερον διὰ τοῦ πόνου καὶ ἐδωδῆς κρεῶν θερμῶν ἐσθιομένων καὶ λαχάνων</w:t>
      </w:r>
    </w:p>
    <w:p>
      <w:r>
        <w:rPr>
          <w:rFonts w:ascii="Courier New" w:hAnsi="Courier New"/>
          <w:color w:val="555555"/>
          <w:sz w:val="20"/>
        </w:rPr>
        <w:t>[1 . 10 . 2]</w:t>
      </w:r>
    </w:p>
    <w:p>
      <w:r>
        <w:rPr>
          <w:rFonts w:ascii="Gentium Plus" w:hAnsi="Gentium Plus"/>
          <w:sz w:val="24"/>
        </w:rPr>
        <w:t>δριμυτέρων καὶ οἴνου πλείονος. εἰσβάλλοντος δὲ τοῦ ἦρος, ὃς μέν τις δι’ ἐμέτων, ὃς δὲ διὰ γαστρὸς κενούσθω, καὶ ἄλλος φλέβα τεμὼν ἀφαιρείτω τοῦ αἵματος, ὅπως ἂν ἕκαστος ἔθους καὶ προθυμίας ἔχων τυγχάνῃ· καὶ γὰρ ἰδεῖν ἔστι τοὺς πολλοὺς σύνεσιν ἔχοντας ἐνίοτε τοῦ</w:t>
      </w:r>
    </w:p>
    <w:p>
      <w:r>
        <w:rPr>
          <w:rFonts w:ascii="Courier New" w:hAnsi="Courier New"/>
          <w:color w:val="555555"/>
          <w:sz w:val="20"/>
        </w:rPr>
        <w:t>[5]</w:t>
      </w:r>
    </w:p>
    <w:p>
      <w:r>
        <w:rPr>
          <w:rFonts w:ascii="Gentium Plus" w:hAnsi="Gentium Plus"/>
          <w:sz w:val="24"/>
        </w:rPr>
        <w:t>συμφέροντος κελεύοντάς τε τοῖς ἰατροῖς φλεβοτομεῖν ἤ τι ἄλλο ποιεῖν τῶν συμφερόντων αὐτοῖς· οὕτως ἡ φύσις καὶ πρὸς ταῦτα ὁρμὰς ἐν‐</w:t>
      </w:r>
    </w:p>
    <w:p>
      <w:r>
        <w:rPr>
          <w:rFonts w:ascii="Courier New" w:hAnsi="Courier New"/>
          <w:color w:val="555555"/>
          <w:sz w:val="20"/>
        </w:rPr>
        <w:t>[1 . 10 . 3]</w:t>
      </w:r>
    </w:p>
    <w:p>
      <w:r>
        <w:rPr>
          <w:rFonts w:ascii="Gentium Plus" w:hAnsi="Gentium Plus"/>
          <w:sz w:val="24"/>
        </w:rPr>
        <w:t>τίθησι προσηκούσας τοῖς ἀνθρώποις. δίαιτα δ’ ἡ ἄλλη κατ’ ἔαρ εἴη, καὶ τῶν πόνων τι 〈καὶ〉 τῶν τροφῶν ὑφαιροῦσα, τοῖς πόμασι δὲ προσ‐</w:t>
      </w:r>
    </w:p>
    <w:p>
      <w:r>
        <w:rPr>
          <w:rFonts w:ascii="Courier New" w:hAnsi="Courier New"/>
          <w:color w:val="555555"/>
          <w:sz w:val="20"/>
        </w:rPr>
        <w:t>[1 . 10 . 4]</w:t>
      </w:r>
    </w:p>
    <w:p>
      <w:r>
        <w:rPr>
          <w:rFonts w:ascii="Gentium Plus" w:hAnsi="Gentium Plus"/>
          <w:sz w:val="24"/>
        </w:rPr>
        <w:t>τιθεῖσα, διότι καὶ ἡ ὥρα θερμοτέρα τοῦ χειμῶνος. κατὰ δὲ τὸ θέρος ἀνάπαυσις συμφέρει καὶ τῶν πόνων καὶ τῶν τροφῶν ἐλάττωσις καὶ εἴδους εἶναι ψυχροτέρου τὰς τροφὰς τῷ τε ποτῷ δαψιλεῖ χρῆσθαι καὶ</w:t>
      </w:r>
    </w:p>
    <w:p>
      <w:r>
        <w:rPr>
          <w:rFonts w:ascii="Courier New" w:hAnsi="Courier New"/>
          <w:color w:val="555555"/>
          <w:sz w:val="20"/>
        </w:rPr>
        <w:t>[1 . 10 . 5]</w:t>
      </w:r>
    </w:p>
    <w:p>
      <w:r>
        <w:rPr>
          <w:rFonts w:ascii="Gentium Plus" w:hAnsi="Gentium Plus"/>
          <w:sz w:val="24"/>
        </w:rPr>
        <w:t>πάντα ποιεῖν τὰ εἰς ἀνάψυξίν τε καὶ ὑγρότητα συντελοῦντα. κατὰ 〈δὲ〉 τὸ φθινόπωρον, ἐπειδὴ παντοίως ἐστὶν ἀνώμαλον καὶ ἄτακτον καὶ παντοδαπὰς ἐπιφέρον νόσους, πάνυ πεφυλαγμένως χρὴ διαιτᾶσθαι, μήτε περὶ τὰς πέψεις ἐξαμαρτάνοντα καὶ ἀφροδισίων καὶ ψυχροῦ πό‐</w:t>
      </w:r>
    </w:p>
    <w:p>
      <w:r>
        <w:rPr>
          <w:rFonts w:ascii="Courier New" w:hAnsi="Courier New"/>
          <w:color w:val="555555"/>
          <w:sz w:val="20"/>
        </w:rPr>
        <w:t>[5]</w:t>
      </w:r>
    </w:p>
    <w:p>
      <w:r>
        <w:rPr>
          <w:rFonts w:ascii="Gentium Plus" w:hAnsi="Gentium Plus"/>
          <w:sz w:val="24"/>
        </w:rPr>
        <w:t>ματος ἐγκρατέστερον γενόμενον καὶ τὸ μὲν κατὰ τὴν ἕω ψυχρὸν τοῦ ἀέρος, κατὰ δὲ τὴν μεσημβρίαν τὸ καυσῶδες ἐκκλίνοντα, καὶ ὀπω‐ ρῶν δὲ μὴ ὑπερεμπιπλᾶσθαι· λυπηρὰ γὰρ οὐ τῷ πλήθει μόνον, ἀλλὰ καὶ τῇ κακοχυμίᾳ καὶ τῷ φύσσαν ἐμποιεῖν· καὶ γὰρ οὖν καὶ αἱ κρά‐ τισται τῶν ὀπωρῶν, σῦκα καὶ βότρυες, πνεῦμα τίκτουσιν, εἰ μή τις</w:t>
      </w:r>
    </w:p>
    <w:p>
      <w:r>
        <w:rPr>
          <w:rFonts w:ascii="Courier New" w:hAnsi="Courier New"/>
          <w:color w:val="555555"/>
          <w:sz w:val="20"/>
        </w:rPr>
        <w:t>[10]</w:t>
      </w:r>
    </w:p>
    <w:p>
      <w:r>
        <w:rPr>
          <w:rFonts w:ascii="Gentium Plus" w:hAnsi="Gentium Plus"/>
          <w:sz w:val="24"/>
        </w:rPr>
        <w:t>αὐτῶν λαμβάνει πρὸ τῶν ἄλλων σιτίων, καὶ φθείρουσι τὰς τροφάς·</w:t>
      </w:r>
    </w:p>
    <w:p>
      <w:r>
        <w:rPr>
          <w:rFonts w:ascii="Courier New" w:hAnsi="Courier New"/>
          <w:color w:val="555555"/>
          <w:sz w:val="20"/>
        </w:rPr>
        <w:t>[1 . 10 . 6]</w:t>
      </w:r>
    </w:p>
    <w:p>
      <w:r>
        <w:rPr>
          <w:rFonts w:ascii="Gentium Plus" w:hAnsi="Gentium Plus"/>
          <w:sz w:val="24"/>
        </w:rPr>
        <w:t>προλαμβανόμεναι δ’ οὔτε ἐμφυσῶσιν [καὶ] οὔτε συνδιαφθείρουσιν. ψυ‐ χροτέρου δὲ γενομένου τοῦ ἀέρος, ἀνὰ λόγον τὸ σῶμα θερμαίνειν καὶ</w:t>
      </w:r>
    </w:p>
    <w:p>
      <w:r>
        <w:rPr>
          <w:rFonts w:ascii="Courier New" w:hAnsi="Courier New"/>
          <w:color w:val="555555"/>
          <w:sz w:val="20"/>
        </w:rPr>
        <w:t>[1 . 10 . 7]</w:t>
      </w:r>
    </w:p>
    <w:p>
      <w:r>
        <w:rPr>
          <w:rFonts w:ascii="Gentium Plus" w:hAnsi="Gentium Plus"/>
          <w:sz w:val="24"/>
        </w:rPr>
        <w:t>πάντα ποιεῖν ὡς προσάγοντος τοῦ χειμῶνος. καλῶς δ’ ἂν ἔχοι μετὰ τὴν ἰσημερίαν καὶ κενώσει τινὶ χρῆσθαι τῶν εἰρημένων, ὅπως ἂν μηδὲν</w:t>
      </w:r>
    </w:p>
    <w:p>
      <w:r>
        <w:rPr>
          <w:rFonts w:ascii="Courier New" w:hAnsi="Courier New"/>
          <w:color w:val="555555"/>
          <w:sz w:val="20"/>
        </w:rPr>
        <w:t>[1 . 10 . 8]</w:t>
      </w:r>
    </w:p>
    <w:p>
      <w:r>
        <w:rPr>
          <w:rFonts w:ascii="Gentium Plus" w:hAnsi="Gentium Plus"/>
          <w:sz w:val="24"/>
        </w:rPr>
        <w:t>περιττὸν κατασχεθὲν 〈ἐν〉 τῷ χειμῶνι γένηται λυπηρόν. οὕτω μὲν καὶ πρὸς τὰς ὥρας ἀφορῶν διαιτῷτο ἄν τις καλῶς.</w:t>
      </w:r>
    </w:p>
    <w:p>
      <w:pPr>
        <w:jc w:val="center"/>
      </w:pPr>
      <w:r>
        <w:rPr>
          <w:rFonts w:ascii="Gentium Plus" w:hAnsi="Gentium Plus"/>
          <w:b/>
          <w:sz w:val="24"/>
        </w:rPr>
        <w:t>Γερόντων δίαιτα.</w:t>
      </w:r>
    </w:p>
    <w:p>
      <w:r>
        <w:rPr>
          <w:rFonts w:ascii="Courier New" w:hAnsi="Courier New"/>
          <w:color w:val="555555"/>
          <w:sz w:val="20"/>
        </w:rPr>
        <w:t>[1 . 11 . 1]</w:t>
      </w:r>
    </w:p>
    <w:p>
      <w:r>
        <w:rPr>
          <w:rFonts w:ascii="Gentium Plus" w:hAnsi="Gentium Plus"/>
          <w:sz w:val="24"/>
        </w:rPr>
        <w:t>Καὶ οἱ γέροντες, ἐπειδὴ ψυχρᾶς καὶ ξηρᾶς κράσεώς ἐστι θερμαί‐ νεσθαι καὶ 〈ὑγραίνεσθαι, δέονται τῶν θερμαίνειν καὶ〉 ὑγραίνειν δυνα‐</w:t>
      </w:r>
    </w:p>
    <w:p>
      <w:r>
        <w:rPr>
          <w:rFonts w:ascii="Courier New" w:hAnsi="Courier New"/>
          <w:color w:val="555555"/>
          <w:sz w:val="20"/>
        </w:rPr>
        <w:t>[1 . 11 . 2]</w:t>
      </w:r>
    </w:p>
    <w:p>
      <w:r>
        <w:rPr>
          <w:rFonts w:ascii="Gentium Plus" w:hAnsi="Gentium Plus"/>
          <w:sz w:val="24"/>
        </w:rPr>
        <w:t>μένων. καὶ ἀνατριβέσθωσαν δὲ μετὰ τοὺς ὕπνους οἱ γέροντες σὺν</w:t>
      </w:r>
    </w:p>
    <w:p>
      <w:r>
        <w:rPr>
          <w:rFonts w:ascii="Courier New" w:hAnsi="Courier New"/>
          <w:color w:val="555555"/>
          <w:sz w:val="20"/>
        </w:rPr>
        <w:t>[1 . 11 . 3]</w:t>
      </w:r>
    </w:p>
    <w:p>
      <w:r>
        <w:rPr>
          <w:rFonts w:ascii="Gentium Plus" w:hAnsi="Gentium Plus"/>
          <w:sz w:val="24"/>
        </w:rPr>
        <w:t>ἐλαίῳ· ταῦτα γὰρ αὐτῶν ἐπεγείρει τὸν ζωτικὸν τόνον. μετὰ δὲ ταῦτα καὶ περιπάτοις ἀκόποις καὶ αἰώραις χρήσθωσαν κατὰ τὴν ἑαυτῶν δύ‐ ναμιν, οἱ μὲν ἀσθενέστεροι ταῖς αἰωρήσεσιν ἀρκούμενοι μόναις, οἱ δ’ ἰσχυρότεροι καὶ ἀμφοτέροις χρώμενοι· θᾶττον δ’ ὁ ἀσθενέστερος</w:t>
      </w:r>
    </w:p>
    <w:p>
      <w:r>
        <w:rPr>
          <w:rFonts w:ascii="Courier New" w:hAnsi="Courier New"/>
          <w:color w:val="555555"/>
          <w:sz w:val="20"/>
        </w:rPr>
        <w:t>[1 . 11 . 4]</w:t>
      </w:r>
    </w:p>
    <w:p>
      <w:r>
        <w:rPr>
          <w:rFonts w:ascii="Gentium Plus" w:hAnsi="Gentium Plus"/>
          <w:sz w:val="24"/>
        </w:rPr>
        <w:t>ταῦτα δράτω. κάλλιον γοῦν τὸν τοιοῦτον καὶ τρίτον ἐσθίειν κατ’ ὀλίγα· περὶ μὲν τρίτην ὥραν μετὰ μέλιτος καλλίστου 〈ἄρτον〉 ἢ χόνδρον ἐν ὕδατι ἡψημένον, μιγνυμένου μέλιτος, περὶ δ’ ἑβδόμην λουσάμενον ἀριστᾶν, καὶ πρῶτον μὲν τὰ λαπάττοντα τὴν γαστέρα προσφερόμενα,</w:t>
      </w:r>
    </w:p>
    <w:p>
      <w:r>
        <w:rPr>
          <w:rFonts w:ascii="Courier New" w:hAnsi="Courier New"/>
          <w:color w:val="555555"/>
          <w:sz w:val="20"/>
        </w:rPr>
        <w:t>[5]</w:t>
      </w:r>
    </w:p>
    <w:p>
      <w:r>
        <w:rPr>
          <w:rFonts w:ascii="Gentium Plus" w:hAnsi="Gentium Plus"/>
          <w:sz w:val="24"/>
        </w:rPr>
        <w:t>ἐφεξῆς δὲ ταῦτα ἃ τοῦ τῶν εὐχύμων ἐστὶ γένους, καὶ τρίτον ἐπὶ τῷ δείπνῳ διάβροχον ἄρτον οἴνῳ κεκραμένῳ λαμβάνειν ἤ τι ἄλλο τῶν</w:t>
      </w:r>
    </w:p>
    <w:p>
      <w:r>
        <w:rPr>
          <w:rFonts w:ascii="Courier New" w:hAnsi="Courier New"/>
          <w:color w:val="555555"/>
          <w:sz w:val="20"/>
        </w:rPr>
        <w:t>[1 . 11 . 5]</w:t>
      </w:r>
    </w:p>
    <w:p>
      <w:r>
        <w:rPr>
          <w:rFonts w:ascii="Gentium Plus" w:hAnsi="Gentium Plus"/>
          <w:sz w:val="24"/>
        </w:rPr>
        <w:t>εὐχυμοτάτων καὶ δυσφθάρτων. οὔτε δ’ οἴνου παχυχύμου προσφέρεσθαι χρὴ τὸν πρεσβύτην οὔτε ἐδέσματα τοιούτου πού τινος 〈γένουσ〉· καὶ γὰρ ὕδερον ἢ λιθίασιν ἐπάγουσι τοῖς ἐπὶ πλέον αὐτοῖς χρησαμένοις γέρουσιν, ἐμφραχθέντος καὶ τοῦ ἥπατος ἢ καὶ τῆς σπληνὸς ἢ νεφρῶν.</w:t>
      </w:r>
    </w:p>
    <w:p>
      <w:r>
        <w:rPr>
          <w:rFonts w:ascii="Courier New" w:hAnsi="Courier New"/>
          <w:color w:val="555555"/>
          <w:sz w:val="20"/>
        </w:rPr>
        <w:t>[1 . 11 . 6]</w:t>
      </w:r>
    </w:p>
    <w:p>
      <w:r>
        <w:rPr>
          <w:rFonts w:ascii="Gentium Plus" w:hAnsi="Gentium Plus"/>
          <w:sz w:val="24"/>
        </w:rPr>
        <w:t>προπόμασι δ’ εἰ βούλοιντο χρήσασθαι τοῖς διὰ μέλιτος κατασκευαζο‐ μένοις χρήσθωσαν, καὶ μάλιστα εἰ λιθιάσει νεφρῶν ἢ ποδάγρᾳ καὶ</w:t>
      </w:r>
    </w:p>
    <w:p>
      <w:r>
        <w:rPr>
          <w:rFonts w:ascii="Courier New" w:hAnsi="Courier New"/>
          <w:color w:val="555555"/>
          <w:sz w:val="20"/>
        </w:rPr>
        <w:t>[1 . 11 . 7]</w:t>
      </w:r>
    </w:p>
    <w:p>
      <w:r>
        <w:rPr>
          <w:rFonts w:ascii="Gentium Plus" w:hAnsi="Gentium Plus"/>
          <w:sz w:val="24"/>
        </w:rPr>
        <w:t>ἀρθρίτιδι καταπονοῖντο. μιγνύειν δ’ ἐπὶ μὲν τῶν ἀρθριτικῶν τῷ οἰνο‐ μέλιτι πετροσέλινον ἀρκέσει μόνον, ἐπὶ 〈δὲ〉 τῶν λιθιώντων καὶ τῆς</w:t>
      </w:r>
    </w:p>
    <w:p>
      <w:r>
        <w:rPr>
          <w:rFonts w:ascii="Courier New" w:hAnsi="Courier New"/>
          <w:color w:val="555555"/>
          <w:sz w:val="20"/>
        </w:rPr>
        <w:t>[1 . 11 . 8]</w:t>
      </w:r>
    </w:p>
    <w:p>
      <w:r>
        <w:rPr>
          <w:rFonts w:ascii="Gentium Plus" w:hAnsi="Gentium Plus"/>
          <w:sz w:val="24"/>
        </w:rPr>
        <w:t>βεττονίκης ἐπεμβάλλειν, ἥτις σαρξίφαγος καλεῖται. χρήσιμον δὲ καὶ τὸ ἁπλοῦν συντιθέμενον πόμα δι’ οἰνομέλιτος καὶ ὀλίγου πεπέρεως καὶ</w:t>
      </w:r>
    </w:p>
    <w:p>
      <w:r>
        <w:rPr>
          <w:rFonts w:ascii="Courier New" w:hAnsi="Courier New"/>
          <w:color w:val="555555"/>
          <w:sz w:val="20"/>
        </w:rPr>
        <w:t>[1 . 11 . 9]</w:t>
      </w:r>
    </w:p>
    <w:p>
      <w:r>
        <w:rPr>
          <w:rFonts w:ascii="Gentium Plus" w:hAnsi="Gentium Plus"/>
          <w:sz w:val="24"/>
        </w:rPr>
        <w:t>πηγάνου. δεῖ μὲν οὖν, ὡς ἔφην, φεύγειν ἀεὶ καὶ τὸν γέροντα τὴν τῶν ἐμφραττόντων προσφοράν· κατά τινα δὲ περίστασιν εἰ προσενέγκοιτο ἐμφραχθέντα, λαμβάνειν εὐθὺς καὶ μάλιστα μὲν τοῦ διὰ καλαμίνθου· εἰ δὲ μή, τοῦ διὰ τριῶν πεπερέων· μηδετέρου δὲ τούτων παρόντος,</w:t>
      </w:r>
    </w:p>
    <w:p>
      <w:r>
        <w:rPr>
          <w:rFonts w:ascii="Courier New" w:hAnsi="Courier New"/>
          <w:color w:val="555555"/>
          <w:sz w:val="20"/>
        </w:rPr>
        <w:t>[5]</w:t>
      </w:r>
    </w:p>
    <w:p>
      <w:r>
        <w:rPr>
          <w:rFonts w:ascii="Gentium Plus" w:hAnsi="Gentium Plus"/>
          <w:sz w:val="24"/>
        </w:rPr>
        <w:t>καὶ πεπέρεως λευκοῦ χνοώδους ἐσθίειν σὺν τοῖς ὄψοις 〈καὶ〉 ἐπι‐</w:t>
      </w:r>
    </w:p>
    <w:p>
      <w:r>
        <w:rPr>
          <w:rFonts w:ascii="Courier New" w:hAnsi="Courier New"/>
          <w:color w:val="555555"/>
          <w:sz w:val="20"/>
        </w:rPr>
        <w:t>[1 . 11 . 10]</w:t>
      </w:r>
    </w:p>
    <w:p>
      <w:r>
        <w:rPr>
          <w:rFonts w:ascii="Gentium Plus" w:hAnsi="Gentium Plus"/>
          <w:sz w:val="24"/>
        </w:rPr>
        <w:t>πάττειν τῷ πώματι. συμφέρει δὲ κατὰ τὸν καιρὸν τοῦτον καὶ κρομ‐ μύου καὶ σκορόδου γεύεσθαι· τῆς γαστρὸς δ’ ὑποκινηθείσης, ἐνίοτε τῆς</w:t>
      </w:r>
    </w:p>
    <w:p>
      <w:r>
        <w:rPr>
          <w:rFonts w:ascii="Courier New" w:hAnsi="Courier New"/>
          <w:color w:val="555555"/>
          <w:sz w:val="20"/>
        </w:rPr>
        <w:t>[1 . 11 . 11]</w:t>
      </w:r>
    </w:p>
    <w:p>
      <w:r>
        <w:rPr>
          <w:rFonts w:ascii="Gentium Plus" w:hAnsi="Gentium Plus"/>
          <w:sz w:val="24"/>
        </w:rPr>
        <w:t>θηριακῆς λαμβάνειν. καὶ ἐπειδὴ ἀθροίζει συνεχῶς ὁ γέρων φλεγμα‐ τώδη περιττώματα διὰ τὸ τῆς φύσεως ἀσθενές, χρεία τῶν τεμνόντων καὶ τῆς λεπτυνούσης διαίτης· μὴ χρονίζειν δ’ ἐν τούτοις, ἀλλ’ εὐθὺς</w:t>
      </w:r>
    </w:p>
    <w:p>
      <w:r>
        <w:rPr>
          <w:rFonts w:ascii="Courier New" w:hAnsi="Courier New"/>
          <w:color w:val="555555"/>
          <w:sz w:val="20"/>
        </w:rPr>
        <w:t>[1 . 11 . 12]</w:t>
      </w:r>
    </w:p>
    <w:p>
      <w:r>
        <w:rPr>
          <w:rFonts w:ascii="Gentium Plus" w:hAnsi="Gentium Plus"/>
          <w:sz w:val="24"/>
        </w:rPr>
        <w:t>ἰέναι μᾶλλον καὶ ἐπὶ τὴν ὑγραίνουσαν δίαιταν. πρὸ πάσης δ’ ὀπώρας αἱρείσθω τὰ πέπειρα σῦκα, τὰς δ’ ἰσχάδας ἐν χειμῶνι· καὶ γάλα δέ, εἰ πέττειν αὐτὸ καλῶς δύναιτο, καὶ μηδὲ ἡτισοῦν ᾖ περὶ τὸ ἧπαρ</w:t>
      </w:r>
    </w:p>
    <w:p>
      <w:r>
        <w:rPr>
          <w:rFonts w:ascii="Courier New" w:hAnsi="Courier New"/>
          <w:color w:val="555555"/>
          <w:sz w:val="20"/>
        </w:rPr>
        <w:t>[1 . 11 . 13]</w:t>
      </w:r>
    </w:p>
    <w:p>
      <w:r>
        <w:rPr>
          <w:rFonts w:ascii="Gentium Plus" w:hAnsi="Gentium Plus"/>
          <w:sz w:val="24"/>
        </w:rPr>
        <w:t>διάθεσις, προσφέρεσθαι μὴ κωλυέσθωσαν. διὰ δὲ τὰ ὀρρώδη καὶ φλεγ‐ ματώδη περιττώματα σελίνῳ καὶ μέλιτι καὶ τῷ οἴνῳ τῷ λεπτῷ τὴν</w:t>
      </w:r>
    </w:p>
    <w:p>
      <w:r>
        <w:rPr>
          <w:rFonts w:ascii="Courier New" w:hAnsi="Courier New"/>
          <w:color w:val="555555"/>
          <w:sz w:val="20"/>
        </w:rPr>
        <w:t>[1 . 11 . 14]</w:t>
      </w:r>
    </w:p>
    <w:p>
      <w:r>
        <w:rPr>
          <w:rFonts w:ascii="Gentium Plus" w:hAnsi="Gentium Plus"/>
          <w:sz w:val="24"/>
        </w:rPr>
        <w:t>οὔρησιν ἐφ’ ἡμέρας προτρεπέτω. τὴν γαστέρα δ’ ἐπεχομένῳ ὑπάγειν ἔλαιον διδόντας πρὸ τῶν σιτίων καταρροφᾶν καί ποτε καὶ κάτωθεν ἐνιέντας· μαλάττει τε γὰρ τὰ περιττώματα καὶ ὄλισθον ἐμποιεῖ· φεύ‐</w:t>
      </w:r>
    </w:p>
    <w:p>
      <w:r>
        <w:rPr>
          <w:rFonts w:ascii="Courier New" w:hAnsi="Courier New"/>
          <w:color w:val="555555"/>
          <w:sz w:val="20"/>
        </w:rPr>
        <w:t>[1 . 11 . 15]</w:t>
      </w:r>
    </w:p>
    <w:p>
      <w:r>
        <w:rPr>
          <w:rFonts w:ascii="Gentium Plus" w:hAnsi="Gentium Plus"/>
          <w:sz w:val="24"/>
        </w:rPr>
        <w:t>γειν δὲ τοὺς δριμεῖς κλυστῆρας ὡς ξηραίνοντας τὸ ἔντερον. ὑπάγει δὲ καὶ τὰ λάχανα πρὸ τῶν ἄλλων σιτίων ἐσθιόμενα γαρελαίῳ καὶ σῦκα καὶ κοκκύμηλα καὶ τὰ ὅμοια τούτοις προεσθιόμενα· χειμῶνος δ’ ἰσχάδες καὶ ἐλαῖαι ἁλμώδεις καὶ ἡψημένα ἢ διαβεβρεγμένα Δαμάσκηνα</w:t>
      </w:r>
    </w:p>
    <w:p>
      <w:r>
        <w:rPr>
          <w:rFonts w:ascii="Courier New" w:hAnsi="Courier New"/>
          <w:color w:val="555555"/>
          <w:sz w:val="20"/>
        </w:rPr>
        <w:t>[1 . 11 . 16]</w:t>
      </w:r>
    </w:p>
    <w:p>
      <w:r>
        <w:rPr>
          <w:rFonts w:ascii="Gentium Plus" w:hAnsi="Gentium Plus"/>
          <w:sz w:val="24"/>
        </w:rPr>
        <w:t>ξηρὰ μελικράτῳ καλὸν ἔχοντι τὸ μέλι καὶ δαψιλές. οὐ μήν, ὥσπερ εἰώθασί τινες, συμβουλεύσαιμι ἂν ἀλόης αὐτῆς λαμβάνειν ἢ τῆς πικρᾶς ἄνευ τινὸς ἀνάγκης μεγάλης· κἂν γὰρ παρὰ μίαν ἡμέραν ἡ γαστὴρ ἐπ’ αὐτῶν ποιοίη, μηδὲν φαρμακῶδες προσφέρειν· ἐπὶ πλέον δ’ ἐπε‐</w:t>
      </w:r>
    </w:p>
    <w:p>
      <w:r>
        <w:rPr>
          <w:rFonts w:ascii="Courier New" w:hAnsi="Courier New"/>
          <w:color w:val="555555"/>
          <w:sz w:val="20"/>
        </w:rPr>
        <w:t>[5]</w:t>
      </w:r>
    </w:p>
    <w:p>
      <w:r>
        <w:rPr>
          <w:rFonts w:ascii="Gentium Plus" w:hAnsi="Gentium Plus"/>
          <w:sz w:val="24"/>
        </w:rPr>
        <w:t>χομένης, ἀρκέσει τῇ τρίτῃ διδόναι τῆς λινοζώστεως καὶ τοῦ κνήκου σὺν πτισάνῃ καὶ τερεβινθίνης καρύου Ποντικοῦ μέγεθος, πολλάκις δὲ καὶ δύο καὶ τρία· μετὰ γὰρ τοῦ λαπάττειν καλῶς τόν τε πνεύμονα</w:t>
      </w:r>
    </w:p>
    <w:p>
      <w:r>
        <w:rPr>
          <w:rFonts w:ascii="Courier New" w:hAnsi="Courier New"/>
          <w:color w:val="555555"/>
          <w:sz w:val="20"/>
        </w:rPr>
        <w:t>[1 . 11 . 17]</w:t>
      </w:r>
    </w:p>
    <w:p>
      <w:r>
        <w:rPr>
          <w:rFonts w:ascii="Gentium Plus" w:hAnsi="Gentium Plus"/>
          <w:sz w:val="24"/>
        </w:rPr>
        <w:t>καὶ τοὺς νεφροὺς καὶ τὰ ἄλλα σπλάγχνα διακαθαίρει. καλὸν δὲ καὶ τὸ διὰ τῶν ἰσχάδων τῶν λιπαρῶν καὶ τοῦ κνήκου· ἀφαιρείσθω δ’ ἀμ‐ φοτέρων τὰ ἔξωθεν περικείμενα καὶ ὁμοῦ κοπτέσθω· πολλαπλασίων δ’ ἔσται ἡ ἰσχὰς τῷ σταθμῷ τοῦ κνήκου, καὶ διδόσθω δύο ἢ τριῶν</w:t>
      </w:r>
    </w:p>
    <w:p>
      <w:r>
        <w:rPr>
          <w:rFonts w:ascii="Courier New" w:hAnsi="Courier New"/>
          <w:color w:val="555555"/>
          <w:sz w:val="20"/>
        </w:rPr>
        <w:t>[1 . 11 . 18]</w:t>
      </w:r>
    </w:p>
    <w:p>
      <w:r>
        <w:rPr>
          <w:rFonts w:ascii="Gentium Plus" w:hAnsi="Gentium Plus"/>
          <w:sz w:val="24"/>
        </w:rPr>
        <w:t>ἰσχάδων μέγεθος. ἀμείβειν δὲ δεῖ τὴν χρῆσιν τούτων· τοῦ γὰρ ἑνὸς</w:t>
      </w:r>
    </w:p>
    <w:p>
      <w:r>
        <w:rPr>
          <w:rFonts w:ascii="Courier New" w:hAnsi="Courier New"/>
          <w:color w:val="555555"/>
          <w:sz w:val="20"/>
        </w:rPr>
        <w:t>[1 . 11 . 19]</w:t>
      </w:r>
    </w:p>
    <w:p>
      <w:r>
        <w:rPr>
          <w:rFonts w:ascii="Gentium Plus" w:hAnsi="Gentium Plus"/>
          <w:sz w:val="24"/>
        </w:rPr>
        <w:t>ἡ φύσις ἐν συνηθείᾳ γινομένη καταφρονεῖν εἴωθεν. χρόνον δὲ πλείονα τῶν νέων ἐπιμενέτωσαν οἱ γέροντες ταῖς κλίναις, ὅπως ἂν πεφθείη καλῶς ὑπὸ τῆς ἀλέας τὰ περιττώματα αὐτῶν.</w:t>
      </w:r>
    </w:p>
    <w:p>
      <w:pPr>
        <w:jc w:val="center"/>
      </w:pPr>
      <w:r>
        <w:rPr>
          <w:rFonts w:ascii="Gentium Plus" w:hAnsi="Gentium Plus"/>
          <w:b/>
          <w:sz w:val="24"/>
        </w:rPr>
        <w:t>Περὶ οἴνου δυνάμεως.</w:t>
      </w:r>
    </w:p>
    <w:p>
      <w:r>
        <w:rPr>
          <w:rFonts w:ascii="Courier New" w:hAnsi="Courier New"/>
          <w:color w:val="555555"/>
          <w:sz w:val="20"/>
        </w:rPr>
        <w:t>[1 . 12 . 1]</w:t>
      </w:r>
    </w:p>
    <w:p>
      <w:r>
        <w:rPr>
          <w:rFonts w:ascii="Gentium Plus" w:hAnsi="Gentium Plus"/>
          <w:sz w:val="24"/>
        </w:rPr>
        <w:t>Χρὴ δὲ γινώσκειν τὸν πεφροντικότα τῆς ὑγείας καὶ περὶ οἴνου δυνάμεως καὶ ἀφροδισίων ὁμοίως· ὁ τοίνυν οἶνος ἀναζωπυρεῖ μὲν τὸ ἐν ἡμῖν θερμόν, καὶ διὰ τοῦτο αἱ πέψεις ἀμείνους γίνονται καὶ τὸ αἷμα χρηστόν, τήν τε τροφὴν διάγει πανταχοῦ πόριμος ὤν· διὸ καὶ</w:t>
      </w:r>
    </w:p>
    <w:p>
      <w:r>
        <w:rPr>
          <w:rFonts w:ascii="Courier New" w:hAnsi="Courier New"/>
          <w:color w:val="555555"/>
          <w:sz w:val="20"/>
        </w:rPr>
        <w:t>[5]</w:t>
      </w:r>
    </w:p>
    <w:p>
      <w:r>
        <w:rPr>
          <w:rFonts w:ascii="Gentium Plus" w:hAnsi="Gentium Plus"/>
          <w:sz w:val="24"/>
        </w:rPr>
        <w:t>τοὺς ἐκ νόσων ἰσχνωθέντας εὐτροφεῖς ἀπεργάζεται· ποιεῖ γὰρ καὶ ὀρεκτικοὺς τροφῶν καὶ τὸ μὲν φλέγμα λεπτύνει, τὴν δὲ χολὴν δι’</w:t>
      </w:r>
    </w:p>
    <w:p>
      <w:r>
        <w:rPr>
          <w:rFonts w:ascii="Courier New" w:hAnsi="Courier New"/>
          <w:color w:val="555555"/>
          <w:sz w:val="20"/>
        </w:rPr>
        <w:t>[1 . 12 . 2]</w:t>
      </w:r>
    </w:p>
    <w:p>
      <w:r>
        <w:rPr>
          <w:rFonts w:ascii="Gentium Plus" w:hAnsi="Gentium Plus"/>
          <w:sz w:val="24"/>
        </w:rPr>
        <w:t>αἴτιος γίνεται· τῶν δ’ ἐναντίων ὁ ἄμετρος. διὰ τοῦτο οἱ μεθυσθέντες παρίενταί τε καὶ παρανοοῦσι καὶ καταφορικοὶ γίνονται· διὸ φεύγειν</w:t>
      </w:r>
    </w:p>
    <w:p>
      <w:r>
        <w:rPr>
          <w:rFonts w:ascii="Courier New" w:hAnsi="Courier New"/>
          <w:color w:val="555555"/>
          <w:sz w:val="20"/>
        </w:rPr>
        <w:t>[1 . 12 . 3]</w:t>
      </w:r>
    </w:p>
    <w:p>
      <w:r>
        <w:rPr>
          <w:rFonts w:ascii="Gentium Plus" w:hAnsi="Gentium Plus"/>
          <w:sz w:val="24"/>
        </w:rPr>
        <w:t>χρὴ τὴν εἰς τοσοῦτον ἀμετρίαν τῆς τοῦ οἴνου πόσεως. διὰ χρόνου δὲ πλείονος ἐπιεικῶς συμφέρει πίνειν· τήν τε γὰρ δι’ οὔρων κάθαρσιν δαψιλῆ κινεῖ καὶ ἱδρῶτας προχεῖ· κάλλιον δ’ ἐπὶ τούτοις καὶ ἐμεῖν</w:t>
      </w:r>
    </w:p>
    <w:p>
      <w:r>
        <w:rPr>
          <w:rFonts w:ascii="Courier New" w:hAnsi="Courier New"/>
          <w:color w:val="555555"/>
          <w:sz w:val="20"/>
        </w:rPr>
        <w:t>[1 . 12 . 4]</w:t>
      </w:r>
    </w:p>
    <w:p>
      <w:r>
        <w:rPr>
          <w:rFonts w:ascii="Gentium Plus" w:hAnsi="Gentium Plus"/>
          <w:sz w:val="24"/>
        </w:rPr>
        <w:t>μελικράτου προσλαβόντας, ὡς μηδὲ μικρὸν ὑπ’ αὐτοῦ βλαβῆναι. κω‐ θωνιζόμενος δέ τις τῆς μὲν ἄλλης τροφῆς μὴ ἄγαν ἐμπιπλάσθω, πίνων δ’ ἐν τῷ μεταξὺ κράμβην ἑφθὴν ἐσθιέτω καὶ τραγημάτων γευέσθω, καὶ μᾶλλον τῶν ἀμυγδαλῶν· ταῦτα γὰρ καὶ τὰς κεφαλαλγίας κουφίζει</w:t>
      </w:r>
    </w:p>
    <w:p>
      <w:r>
        <w:rPr>
          <w:rFonts w:ascii="Courier New" w:hAnsi="Courier New"/>
          <w:color w:val="555555"/>
          <w:sz w:val="20"/>
        </w:rPr>
        <w:t>[1 . 12 . 5]</w:t>
      </w:r>
    </w:p>
    <w:p>
      <w:r>
        <w:rPr>
          <w:rFonts w:ascii="Gentium Plus" w:hAnsi="Gentium Plus"/>
          <w:sz w:val="24"/>
        </w:rPr>
        <w:t>καὶ τοῖς ἐμοῦσιν οὐδαμῶς ἐστι λυπηρά. κάλλιστον δὲ καὶ τοῦ ἀψινθίου τὸ ἀπόβρεγμα πρὸ τῶν ποτῶν λαμβάνειν· πάνυ γάρ ἐστιν ἀκραιπά‐</w:t>
      </w:r>
    </w:p>
    <w:p>
      <w:r>
        <w:rPr>
          <w:rFonts w:ascii="Courier New" w:hAnsi="Courier New"/>
          <w:color w:val="555555"/>
          <w:sz w:val="20"/>
        </w:rPr>
        <w:t>[1 . 12 . 6]</w:t>
      </w:r>
    </w:p>
    <w:p>
      <w:r>
        <w:rPr>
          <w:rFonts w:ascii="Gentium Plus" w:hAnsi="Gentium Plus"/>
          <w:sz w:val="24"/>
        </w:rPr>
        <w:t>λωτον. εἰ δὲ καὶ δάκνοιντό τινες ὑπὸ τοῦ οἴνου, ψυχρὸν ὕδωρ ἐπιρ‐ ροφεῖν, τῇ δ’ ὑστεραίᾳ πάλιν τοῦ ἀψινθίου πίνειν περιπάτοις τε καὶ ἀνατρίψεσι καὶ λουτρῷ καὶ ἐλάττονι τροφῇ χρησάμενον ἀνακομισθῆναι.</w:t>
      </w:r>
    </w:p>
    <w:p>
      <w:pPr>
        <w:jc w:val="center"/>
      </w:pPr>
      <w:r>
        <w:rPr>
          <w:rFonts w:ascii="Gentium Plus" w:hAnsi="Gentium Plus"/>
          <w:b/>
          <w:sz w:val="24"/>
        </w:rPr>
        <w:t>Περὶ ἀφροδισίων.</w:t>
      </w:r>
    </w:p>
    <w:p>
      <w:r>
        <w:rPr>
          <w:rFonts w:ascii="Courier New" w:hAnsi="Courier New"/>
          <w:color w:val="555555"/>
          <w:sz w:val="20"/>
        </w:rPr>
        <w:t>[1 . 13 . 1]</w:t>
      </w:r>
    </w:p>
    <w:p>
      <w:r>
        <w:rPr>
          <w:rFonts w:ascii="Gentium Plus" w:hAnsi="Gentium Plus"/>
          <w:sz w:val="24"/>
        </w:rPr>
        <w:t>Τὰ δ’ ἀφροδίσια βλαβερὰ μὲν στήθει καὶ πνεύμονι καὶ κεφαλῇ καὶ νεύροις, τρέπει δὲ τὴν γνώμην ἐπὶ τὸ ἥμερον, ὡς μελαγχολίας καὶ μανίας καθιστᾶν καὶ τῶν ἐρώντων τὴν προθυμίαν ἐλαττοῦν, κἂν</w:t>
      </w:r>
    </w:p>
    <w:p>
      <w:r>
        <w:rPr>
          <w:rFonts w:ascii="Courier New" w:hAnsi="Courier New"/>
          <w:color w:val="555555"/>
          <w:sz w:val="20"/>
        </w:rPr>
        <w:t>[1 . 13 . 2]</w:t>
      </w:r>
    </w:p>
    <w:p>
      <w:r>
        <w:rPr>
          <w:rFonts w:ascii="Gentium Plus" w:hAnsi="Gentium Plus"/>
          <w:sz w:val="24"/>
        </w:rPr>
        <w:t>ἑταίρᾳ μιγῶσιν. τοῖς δὲ χρωμένοις μίξεσι φυλάττεσθαι προσήκει πλη‐ σμονὰς καὶ μᾶλλον τὰς ἀπὸ τοῦ οἴνου καὶ ἔνδειαν τὴν ἐπί τε ἐμέτοις καὶ ταῖς κάτω καθάρσεσι γινομένην, καὶ εἴ τινι γαστὴρ αὐτομάτως ῥυῇ· φυλάττεσθαι δὲ καὶ ἀπεψίας καὶ κόπους, καὶ εἴ τι ἄλλο πρὸς μέλλου‐</w:t>
      </w:r>
    </w:p>
    <w:p>
      <w:r>
        <w:rPr>
          <w:rFonts w:ascii="Courier New" w:hAnsi="Courier New"/>
          <w:color w:val="555555"/>
          <w:sz w:val="20"/>
        </w:rPr>
        <w:t>[1 . 13 . 3]</w:t>
      </w:r>
    </w:p>
    <w:p>
      <w:r>
        <w:rPr>
          <w:rFonts w:ascii="Gentium Plus" w:hAnsi="Gentium Plus"/>
          <w:sz w:val="24"/>
        </w:rPr>
        <w:t>σαν νόσον ὕποπτον. ἥκιστα δὲ καὶ ἐν φθινοπώρῳ μίγνυσθαι καὶ ἐν</w:t>
      </w:r>
    </w:p>
    <w:p>
      <w:r>
        <w:rPr>
          <w:rFonts w:ascii="Courier New" w:hAnsi="Courier New"/>
          <w:color w:val="555555"/>
          <w:sz w:val="20"/>
        </w:rPr>
        <w:t>[1 . 13 . 4]</w:t>
      </w:r>
    </w:p>
    <w:p>
      <w:r>
        <w:rPr>
          <w:rFonts w:ascii="Gentium Plus" w:hAnsi="Gentium Plus"/>
          <w:sz w:val="24"/>
        </w:rPr>
        <w:t>ἄλλῃ τινὶ ὥρᾳ νοσήματα ἐπιδήμια φερούσῃ. καιρὸς δ’ ἐπιτήδειος μίξεως ὁ μετὰ τροφὴν πρὸ τῶν ὕπνων· καθυπνοῦντι γὰρ εὐθὺς καθίσταται ὁ κόπος· οὗτος δὲ καιρὸς καὶ εἰς παιδοποιίαν διά τε τὰ ἄλλα καὶ</w:t>
      </w:r>
    </w:p>
    <w:p>
      <w:r>
        <w:rPr>
          <w:rFonts w:ascii="Courier New" w:hAnsi="Courier New"/>
          <w:color w:val="555555"/>
          <w:sz w:val="20"/>
        </w:rPr>
        <w:t>[1 . 13 . 5]</w:t>
      </w:r>
    </w:p>
    <w:p>
      <w:r>
        <w:rPr>
          <w:rFonts w:ascii="Gentium Plus" w:hAnsi="Gentium Plus"/>
          <w:sz w:val="24"/>
        </w:rPr>
        <w:t>ὅτι ἡ γυνὴ κατακοιμηθεῖσα μᾶλλον κατέχει τὴν γονήν. ἐπεὶ δ’ ἐξ ἀφροδισίων ἀραιότερόν τε καὶ ψυχρότερον καὶ ξηρότερον καὶ ἀσθενέ‐ στερον γίνεται τὸ σῶμα, τὰ πυκνοῦντα δηλονότι καὶ θερμαίνοντα καὶ</w:t>
      </w:r>
    </w:p>
    <w:p>
      <w:r>
        <w:rPr>
          <w:rFonts w:ascii="Courier New" w:hAnsi="Courier New"/>
          <w:color w:val="555555"/>
          <w:sz w:val="20"/>
        </w:rPr>
        <w:t>[1 . 13 . 6]</w:t>
      </w:r>
    </w:p>
    <w:p>
      <w:r>
        <w:rPr>
          <w:rFonts w:ascii="Gentium Plus" w:hAnsi="Gentium Plus"/>
          <w:sz w:val="24"/>
        </w:rPr>
        <w:t>ὑγραίνοντα καὶ ῥωννύντα δεῖ προσάγεσθαι. τινὲς δὲ σπέρμα πολὺ θερ‐ μὸν ἀθροίζοντες, εἶτ’ ἐπιγενόμενοι πρὸς ἀφροδίσια καὶ ἀποκρίναντες αὐτό, τό τε σῶμα ἀσθενὲς ἔχουσι καὶ τὸν στόμαχον ἔκλυτον καὶ λεπτύ‐ νονταί τε καὶ ὑγραίνονται καὶ ξηραίνονται καὶ κοιλοφθαλμιῶσιν· ἀπο‐</w:t>
      </w:r>
    </w:p>
    <w:p>
      <w:r>
        <w:rPr>
          <w:rFonts w:ascii="Courier New" w:hAnsi="Courier New"/>
          <w:color w:val="555555"/>
          <w:sz w:val="20"/>
        </w:rPr>
        <w:t>[5]</w:t>
      </w:r>
    </w:p>
    <w:p>
      <w:r>
        <w:rPr>
          <w:rFonts w:ascii="Gentium Plus" w:hAnsi="Gentium Plus"/>
          <w:sz w:val="24"/>
        </w:rPr>
        <w:t>σχόμενοι δ’ αὖθις διὰ ταῦτα ἀφροδισίων κεφαλήν τε βαροῦνται καὶ ἀσώδεις γίνονται· κἄπειτα εὐθὺς ὀνειρώξαντες πάσχουσι τὰ αὐτά· δεῖ τοίνυν τῶν μὲν πολυσπέρμων μηδὲν προσφέρεσθαι, τῶν δὲ φθειρόν‐ των αὐτὸ καὶ τροφῶν καὶ φαρμάκων λαμβάνειν καὶ μετὰ λουτρὸν ἀλείφεσθαι τὴν ὀσφὺν ῥοδίνῳ τε ἐλαίῳ καὶ μηλίνῳ καὶ ὀμφακίνῳ·</w:t>
      </w:r>
    </w:p>
    <w:p>
      <w:r>
        <w:rPr>
          <w:rFonts w:ascii="Courier New" w:hAnsi="Courier New"/>
          <w:color w:val="555555"/>
          <w:sz w:val="20"/>
        </w:rPr>
        <w:t>[10]</w:t>
      </w:r>
    </w:p>
    <w:p>
      <w:r>
        <w:rPr>
          <w:rFonts w:ascii="Gentium Plus" w:hAnsi="Gentium Plus"/>
          <w:sz w:val="24"/>
        </w:rPr>
        <w:t>βέλτιον δ’ αὐτὸ παχύτερον ποιοῦντας χρίειν ὡς ἂν μὴ ἀπορρυῇ, κη‐</w:t>
      </w:r>
    </w:p>
    <w:p>
      <w:r>
        <w:rPr>
          <w:rFonts w:ascii="Courier New" w:hAnsi="Courier New"/>
          <w:color w:val="555555"/>
          <w:sz w:val="20"/>
        </w:rPr>
        <w:t>[1 . 13 . 7]</w:t>
      </w:r>
    </w:p>
    <w:p>
      <w:r>
        <w:rPr>
          <w:rFonts w:ascii="Gentium Plus" w:hAnsi="Gentium Plus"/>
          <w:sz w:val="24"/>
        </w:rPr>
        <w:t>ροῦ μιγνύντας καὶ χυλοῦ τινος τῶν ψυχόντων. ποίει δ’ οὕτω κηρ‐ έλαιον· ἐν θυίᾳ ταῖς χερσὶν ἐπὶ πολὺ μαλάξας, τὸν ψύχοντα χυλὸν</w:t>
      </w:r>
    </w:p>
    <w:p>
      <w:r>
        <w:rPr>
          <w:rFonts w:ascii="Courier New" w:hAnsi="Courier New"/>
          <w:color w:val="555555"/>
          <w:sz w:val="20"/>
        </w:rPr>
        <w:t>[1 . 13 . 8]</w:t>
      </w:r>
    </w:p>
    <w:p>
      <w:r>
        <w:rPr>
          <w:rFonts w:ascii="Gentium Plus" w:hAnsi="Gentium Plus"/>
          <w:sz w:val="24"/>
        </w:rPr>
        <w:t>ἐπεγχέας, ἀκριβῶς ἕνωσον ἀναφυράσας ὡς ὅτι πλεῖστον χρόνον. ἔστι δὲ ψύχων χυλὸς ὅ τε [ὁ] τοῦ ἀειζῴου καὶ ὁ τοῦ στρύχνου κοτυληδόνος τε καὶ ψυλλίου· κατὰ μὲν οὖν τὸ θέρος οὗτοι, κατὰ δὲ τὰς ἄλλας ὥρας ἄλλοι τε πολλοὶ καὶ ὁ τῆς θριδακίνης χυλὸς καὶ τὸ λινόσπερμον</w:t>
      </w:r>
    </w:p>
    <w:p>
      <w:r>
        <w:rPr>
          <w:rFonts w:ascii="Courier New" w:hAnsi="Courier New"/>
          <w:color w:val="555555"/>
          <w:sz w:val="20"/>
        </w:rPr>
        <w:t>[1 . 13 . 9]</w:t>
      </w:r>
    </w:p>
    <w:p>
      <w:r>
        <w:rPr>
          <w:rFonts w:ascii="Gentium Plus" w:hAnsi="Gentium Plus"/>
          <w:sz w:val="24"/>
        </w:rPr>
        <w:t>ἑψηθὲν ἐν ὕδατι ψύχοντα ποιεῖ χυλόν. καὶ λεπὶς δὲ μολυβδίνη ταῖς ψόαις ὑποτιθεμένη κωλύει τοὺς ὀνειρωγμούς· καὶ βοτάναι δ’ ὑπο‐ στρωννύμεναι τῶν ψυχουσῶν μετὰ πηγάνου καὶ τῶν ἄκρων τοῦ ἄγνου τῶν ἁπαλῶν τὸ αὐτὸ ποιοῦσι· καὶ σπέρμα τοῦ ἄγνου καὶ τοῦ πηγάνου</w:t>
      </w:r>
    </w:p>
    <w:p>
      <w:r>
        <w:rPr>
          <w:rFonts w:ascii="Courier New" w:hAnsi="Courier New"/>
          <w:color w:val="555555"/>
          <w:sz w:val="20"/>
        </w:rPr>
        <w:t>[1 . 13 . 10]</w:t>
      </w:r>
    </w:p>
    <w:p>
      <w:r>
        <w:rPr>
          <w:rFonts w:ascii="Gentium Plus" w:hAnsi="Gentium Plus"/>
          <w:sz w:val="24"/>
        </w:rPr>
        <w:t>ἐσθιόμενα. φυλάττεσθαι δὲ δεῖ πάνυ σφοδρῶς ψύχειν τὰς ψόας, ὅπως μὴ βλαβεῖεν οἱ νεφροί.</w:t>
      </w:r>
    </w:p>
    <w:p>
      <w:pPr>
        <w:jc w:val="center"/>
      </w:pPr>
      <w:r>
        <w:rPr>
          <w:rFonts w:ascii="Gentium Plus" w:hAnsi="Gentium Plus"/>
          <w:b/>
          <w:sz w:val="24"/>
        </w:rPr>
        <w:t>Περὶ ὑδάτων.</w:t>
      </w:r>
    </w:p>
    <w:p>
      <w:r>
        <w:rPr>
          <w:rFonts w:ascii="Courier New" w:hAnsi="Courier New"/>
          <w:color w:val="555555"/>
          <w:sz w:val="20"/>
        </w:rPr>
        <w:t>[1 . 14 . 1]</w:t>
      </w:r>
    </w:p>
    <w:p>
      <w:r>
        <w:rPr>
          <w:rFonts w:ascii="Gentium Plus" w:hAnsi="Gentium Plus"/>
          <w:sz w:val="24"/>
        </w:rPr>
        <w:t>Δεῖ δὲ καὶ τῆς τῶν ὑδάτων ἀρετῆς τε καὶ κακίας ἐμπείρους εἶναι· πολύχρηστα γὰρ τὰ ὕδατα σχεδὸν ἁπάντων μᾶλλόν ἐστιν εἰς ἅπασαν</w:t>
      </w:r>
    </w:p>
    <w:p>
      <w:r>
        <w:rPr>
          <w:rFonts w:ascii="Courier New" w:hAnsi="Courier New"/>
          <w:color w:val="555555"/>
          <w:sz w:val="20"/>
        </w:rPr>
        <w:t>[1 . 14 . 2]</w:t>
      </w:r>
    </w:p>
    <w:p>
      <w:r>
        <w:rPr>
          <w:rFonts w:ascii="Gentium Plus" w:hAnsi="Gentium Plus"/>
          <w:sz w:val="24"/>
        </w:rPr>
        <w:t>τὴν δίαιταν. εἰδέναι χρὴ τοίνυν τὸ ἄριστον ὕδωρ ἀποιότατον εἶναι καὶ κατὰ γεῦσιν καὶ κατ’ ὀσμήν· εὐθὺς δὲ τοῦτο καὶ ἥδιστον ὑπάρχει</w:t>
      </w:r>
    </w:p>
    <w:p>
      <w:r>
        <w:rPr>
          <w:rFonts w:ascii="Courier New" w:hAnsi="Courier New"/>
          <w:color w:val="555555"/>
          <w:sz w:val="20"/>
        </w:rPr>
        <w:t>[1 . 14 . 3]</w:t>
      </w:r>
    </w:p>
    <w:p>
      <w:r>
        <w:rPr>
          <w:rFonts w:ascii="Gentium Plus" w:hAnsi="Gentium Plus"/>
          <w:sz w:val="24"/>
        </w:rPr>
        <w:t>τοῖς πίνουσι καὶ ὀφθῆναι καθαρόν. ὅταν δὲ καὶ ὑποχωρῇ τῶν ὑπο‐ χονδρίων ταχέως, μηδὲ ζητεῖν ἕτερον ἄμεινον· τὰ γὰρ ἐν τοῖς ὑπο‐ χονδρίοις χρονίζοντα καὶ τὴν γαστέρα πλήττοντα καὶ ἐμφυσῶντα καὶ βαρύνοντα, τῶν προειρημένων ἀγαθῶν ὑπαρχόντων, ἡμιμόχθηρα νομι‐</w:t>
      </w:r>
    </w:p>
    <w:p>
      <w:r>
        <w:rPr>
          <w:rFonts w:ascii="Courier New" w:hAnsi="Courier New"/>
          <w:color w:val="555555"/>
          <w:sz w:val="20"/>
        </w:rPr>
        <w:t>[5]</w:t>
      </w:r>
    </w:p>
    <w:p>
      <w:r>
        <w:rPr>
          <w:rFonts w:ascii="Gentium Plus" w:hAnsi="Gentium Plus"/>
          <w:sz w:val="24"/>
        </w:rPr>
        <w:t>στέον· οὔτε δὲ θερμαίνεται ταχέως οὔτε ψύχεται τὰ τοιαῦτα τῶν ὑδάτων, ἀλλὰ καὶ τὰ ἐν αὐτοῖς ἑψόμενα βραδύτατα καὶ κάκιον ἕψεται.</w:t>
      </w:r>
    </w:p>
    <w:p>
      <w:r>
        <w:rPr>
          <w:rFonts w:ascii="Courier New" w:hAnsi="Courier New"/>
          <w:color w:val="555555"/>
          <w:sz w:val="20"/>
        </w:rPr>
        <w:t>[1 . 14 . 4]</w:t>
      </w:r>
    </w:p>
    <w:p>
      <w:r>
        <w:rPr>
          <w:rFonts w:ascii="Gentium Plus" w:hAnsi="Gentium Plus"/>
          <w:sz w:val="24"/>
        </w:rPr>
        <w:t>βέλτιον μὲν οὖν τῇ πείρᾳ κρίνειν τὸ τοιοῦτον ὕδωρ· ὁ δὲ βουλόμενος καὶ διὰ γνωρισμάτων διαγινώσκειν τοῖς ῥηθησομένοις κρινέτω· τὰ μὲν γὰρ πρὸς ἄρκτους ἐστραμμένα καὶ τὸν ἥλιον ἀπεστραμμένα βραδύπορά τέ ἐστι καὶ ἀτέραμνα καὶ θερμαίνεται καὶ ψύχεται βραδέως· τὰ δὲ</w:t>
      </w:r>
    </w:p>
    <w:p>
      <w:r>
        <w:rPr>
          <w:rFonts w:ascii="Courier New" w:hAnsi="Courier New"/>
          <w:color w:val="555555"/>
          <w:sz w:val="20"/>
        </w:rPr>
        <w:t>[5]</w:t>
      </w:r>
    </w:p>
    <w:p>
      <w:r>
        <w:rPr>
          <w:rFonts w:ascii="Gentium Plus" w:hAnsi="Gentium Plus"/>
          <w:sz w:val="24"/>
        </w:rPr>
        <w:t>πρὸς τὰς ἀνατολὰς καὶ διὰ πώρου τινὸς ἢ γῆς ἠθούμενα τάχιστα</w:t>
      </w:r>
    </w:p>
    <w:p>
      <w:r>
        <w:rPr>
          <w:rFonts w:ascii="Courier New" w:hAnsi="Courier New"/>
          <w:color w:val="555555"/>
          <w:sz w:val="20"/>
        </w:rPr>
        <w:t>[1 . 14 . 5]</w:t>
      </w:r>
    </w:p>
    <w:p>
      <w:r>
        <w:rPr>
          <w:rFonts w:ascii="Gentium Plus" w:hAnsi="Gentium Plus"/>
          <w:sz w:val="24"/>
        </w:rPr>
        <w:t>θερμαίνεται καὶ ψύχεται· ταῦτα ἐλπίζειν εἶναι κάλλιστα. καλὰ δὲ καὶ</w:t>
      </w:r>
    </w:p>
    <w:p>
      <w:r>
        <w:rPr>
          <w:rFonts w:ascii="Courier New" w:hAnsi="Courier New"/>
          <w:color w:val="555555"/>
          <w:sz w:val="20"/>
        </w:rPr>
        <w:t>[1 . 14 . 6]</w:t>
      </w:r>
    </w:p>
    <w:p>
      <w:r>
        <w:rPr>
          <w:rFonts w:ascii="Gentium Plus" w:hAnsi="Gentium Plus"/>
          <w:sz w:val="24"/>
        </w:rPr>
        <w:t>ὅσα θέρους μὲν ψυχρότερα, χειμῶνος δὲ θερμότερα. τινὲς δὲ καὶ τῷ σταθμῷ δοκιμάζουσι, τὰ κοῦφα νομίζοντες ἀμείνω· τοῦτο δ’ εἰ μὲν</w:t>
      </w:r>
    </w:p>
    <w:p>
      <w:r>
        <w:rPr>
          <w:rFonts w:ascii="Courier New" w:hAnsi="Courier New"/>
          <w:color w:val="555555"/>
          <w:sz w:val="20"/>
        </w:rPr>
        <w:t>[1 . 14 . 7]</w:t>
      </w:r>
    </w:p>
    <w:p>
      <w:r>
        <w:rPr>
          <w:rFonts w:ascii="Gentium Plus" w:hAnsi="Gentium Plus"/>
          <w:sz w:val="24"/>
        </w:rPr>
        <w:t>αρκεῖ τεκμήριον εἶναι τῶν ἀγαθῶν. ‘κουφότατα δέ‘, ὥς φησιν Ἱππο‐ κράτης, ‘τὰ ὄμβρια καὶ γλυκύτατα καὶ λεπτότατα καὶ λαμπρότατα· διόπερ ὑπὸ τοῦ ἡλίου τὸ λεπτότατον ἕλκεται καὶ κουφότατον· ἀνάγει δ’ οὐκ ἐκ μόνων τῶν ἄλλων ὑδάτων, ἀλλὰ καὶ ἀπὸ τῆς θαλάσσης</w:t>
      </w:r>
    </w:p>
    <w:p>
      <w:r>
        <w:rPr>
          <w:rFonts w:ascii="Courier New" w:hAnsi="Courier New"/>
          <w:color w:val="555555"/>
          <w:sz w:val="20"/>
        </w:rPr>
        <w:t>[5]</w:t>
      </w:r>
    </w:p>
    <w:p>
      <w:r>
        <w:rPr>
          <w:rFonts w:ascii="Gentium Plus" w:hAnsi="Gentium Plus"/>
          <w:sz w:val="24"/>
        </w:rPr>
        <w:t>κἀκ τῶν σωμάτων αὐτῶν· διὸ καὶ εὐσηπτότατόν ἐστι πάντων ὡς ἂν</w:t>
      </w:r>
    </w:p>
    <w:p>
      <w:r>
        <w:rPr>
          <w:rFonts w:ascii="Courier New" w:hAnsi="Courier New"/>
          <w:color w:val="555555"/>
          <w:sz w:val="20"/>
        </w:rPr>
        <w:t>[1 . 14 . 8]</w:t>
      </w:r>
    </w:p>
    <w:p>
      <w:r>
        <w:rPr>
          <w:rFonts w:ascii="Gentium Plus" w:hAnsi="Gentium Plus"/>
          <w:sz w:val="24"/>
        </w:rPr>
        <w:t>ὑπὸ διαφόρων καὶ πλειόνων ποιοτήτων συνιστάμενον‘. μή τις δ’ ὑπο‐ λάβῃ κάκιστον εἶναι τὸ εὔσηπτον ὕδωρ· τὸ γὰρ εὐαλλοίωτον πρὸς ἀρετῆς μᾶλλόν ἐστιν ἢ κακίας, ὥστε, ὅταν ἔχῃ τὰ γνωρίσματα τῶν ἀρίστων ὑδάτων, κἂν εὔσηπτον ὑπάρχῃ, κάλλιστον ὑποληπτέον αὐτό.</w:t>
      </w:r>
    </w:p>
    <w:p>
      <w:r>
        <w:rPr>
          <w:rFonts w:ascii="Courier New" w:hAnsi="Courier New"/>
          <w:color w:val="555555"/>
          <w:sz w:val="20"/>
        </w:rPr>
        <w:t>[1 . 14 . 9]</w:t>
      </w:r>
    </w:p>
    <w:p>
      <w:r>
        <w:rPr>
          <w:rFonts w:ascii="Gentium Plus" w:hAnsi="Gentium Plus"/>
          <w:sz w:val="24"/>
        </w:rPr>
        <w:t>τρέπεσθαι μὴν ἀρχόμενον τοῖς πιοῦσιν αἴτιον βράγχων τε καὶ βηχῶν</w:t>
      </w:r>
    </w:p>
    <w:p>
      <w:r>
        <w:rPr>
          <w:rFonts w:ascii="Courier New" w:hAnsi="Courier New"/>
          <w:color w:val="555555"/>
          <w:sz w:val="20"/>
        </w:rPr>
        <w:t>[1 . 14 . 10]</w:t>
      </w:r>
    </w:p>
    <w:p>
      <w:r>
        <w:rPr>
          <w:rFonts w:ascii="Gentium Plus" w:hAnsi="Gentium Plus"/>
          <w:sz w:val="24"/>
        </w:rPr>
        <w:t>καὶ βαρυφωνίας καθίσταται. τούτων δὲ τῶν ὀμβρίων ὑδάτων τὸ θερι‐</w:t>
      </w:r>
    </w:p>
    <w:p>
      <w:r>
        <w:rPr>
          <w:rFonts w:ascii="Courier New" w:hAnsi="Courier New"/>
          <w:color w:val="555555"/>
          <w:sz w:val="20"/>
        </w:rPr>
        <w:t>[1 . 14 . 11]</w:t>
      </w:r>
    </w:p>
    <w:p>
      <w:r>
        <w:rPr>
          <w:rFonts w:ascii="Gentium Plus" w:hAnsi="Gentium Plus"/>
          <w:sz w:val="24"/>
        </w:rPr>
        <w:t>νὸν τοῦ λαιλαπώδους ἄμεινόν ἐστι καὶ τὸ βρονταῖον. τὰ δ’ ἀπὸ κρυ‐ στάλλου τε καὶ χιόνος πονηρότατα· κατὰ γὰρ τὴν πῆξιν τοῦ ὕδατος</w:t>
      </w:r>
    </w:p>
    <w:p>
      <w:r>
        <w:rPr>
          <w:rFonts w:ascii="Courier New" w:hAnsi="Courier New"/>
          <w:color w:val="555555"/>
          <w:sz w:val="20"/>
        </w:rPr>
        <w:t>[1 . 14 . 12]</w:t>
      </w:r>
    </w:p>
    <w:p>
      <w:r>
        <w:rPr>
          <w:rFonts w:ascii="Gentium Plus" w:hAnsi="Gentium Plus"/>
          <w:sz w:val="24"/>
        </w:rPr>
        <w:t>πᾶν τὸ λεπτομερέστερον ἐκθλίβεται. καλῶς δ’ ἂν ἔχοι τά τε ἰλυώδη καὶ δυσώδη καὶ ποιότητας ἀτόπους ἔχοντα ταῖς ἑψήσεσιν ἐπὶ τὸ βέλ‐ τιον τρέποντας οὕτω πίνειν κεραννύντας οἴνῳ, τὰ μὲν στρυφνὰ τῷ γλυκυτέρῳ, τὰ δ’ ἄλλα τῷ στρυφνοτέρῳ· τὰ δέ που καὶ διηθεῖν συμ‐</w:t>
      </w:r>
    </w:p>
    <w:p>
      <w:r>
        <w:rPr>
          <w:rFonts w:ascii="Courier New" w:hAnsi="Courier New"/>
          <w:color w:val="555555"/>
          <w:sz w:val="20"/>
        </w:rPr>
        <w:t>[5]</w:t>
      </w:r>
    </w:p>
    <w:p>
      <w:r>
        <w:rPr>
          <w:rFonts w:ascii="Gentium Plus" w:hAnsi="Gentium Plus"/>
          <w:sz w:val="24"/>
        </w:rPr>
        <w:t>φέρει, τὰ ἰλυώδη, τὰ δ’ ἁλυκὰ καὶ ἀλφίτοις ἠθεῖν, τὰ δὲ λίαν ψυχρὰ</w:t>
      </w:r>
    </w:p>
    <w:p>
      <w:r>
        <w:rPr>
          <w:rFonts w:ascii="Courier New" w:hAnsi="Courier New"/>
          <w:color w:val="555555"/>
          <w:sz w:val="20"/>
        </w:rPr>
        <w:t>[1 . 14 . 13]</w:t>
      </w:r>
    </w:p>
    <w:p>
      <w:r>
        <w:rPr>
          <w:rFonts w:ascii="Gentium Plus" w:hAnsi="Gentium Plus"/>
          <w:sz w:val="24"/>
        </w:rPr>
        <w:t>μετὰ τροφὴν πίνειν καὶ μήτε ἀθρόως μήτε χανδὸν μήτε ἄοινα. τινὲς δ’ ἐξευρήκασι βρωτὰ καὶ ποτὰ πρὸς τὰς τῶν ὑδάτων κακίας ἰάματα, καὶ οἱ μὲν ἐρεβίνθων ἀφεψήματα προπίνουσι καὶ αὐτῶν ἐσθίουσιν, οἱ δὲ καυκαλίδας ὡσαύτως μετά τινος ἰχθυδίου ἑφθὰς καὶ μάραθα ὁμοίως,</w:t>
      </w:r>
    </w:p>
    <w:p>
      <w:r>
        <w:rPr>
          <w:rFonts w:ascii="Courier New" w:hAnsi="Courier New"/>
          <w:color w:val="555555"/>
          <w:sz w:val="20"/>
        </w:rPr>
        <w:t>[5]</w:t>
      </w:r>
    </w:p>
    <w:p>
      <w:r>
        <w:rPr>
          <w:rFonts w:ascii="Gentium Plus" w:hAnsi="Gentium Plus"/>
          <w:sz w:val="24"/>
        </w:rPr>
        <w:t>οἱ δὲ καὶ τεῦτλα καὶ κολοκύνθας προεσθίουσι μεθ’ ἅλμης οἴνῳ κεκρα‐ μένης.</w:t>
      </w:r>
    </w:p>
    <w:p>
      <w:pPr>
        <w:jc w:val="center"/>
      </w:pPr>
      <w:r>
        <w:rPr>
          <w:rFonts w:ascii="Gentium Plus" w:hAnsi="Gentium Plus"/>
          <w:b/>
          <w:sz w:val="24"/>
        </w:rPr>
        <w:t>Περὶ ἀέρων.</w:t>
      </w:r>
    </w:p>
    <w:p>
      <w:r>
        <w:rPr>
          <w:rFonts w:ascii="Courier New" w:hAnsi="Courier New"/>
          <w:color w:val="555555"/>
          <w:sz w:val="20"/>
        </w:rPr>
        <w:t>[1 . 15 . 1]</w:t>
      </w:r>
    </w:p>
    <w:p>
      <w:r>
        <w:rPr>
          <w:rFonts w:ascii="Gentium Plus" w:hAnsi="Gentium Plus"/>
          <w:sz w:val="24"/>
        </w:rPr>
        <w:t>Καὶ ἀὴρ δ’ ὑγιεινότατός τε καὶ ἄριστός ἐστιν ὁ καθαρότατος, νο‐ σερὸς δὲ καὶ μοχθηρὸς ὁ ἐξ ἀναθυμιάσεως ἐπιθολούμενος λιμνῶν ἢ</w:t>
      </w:r>
    </w:p>
    <w:p>
      <w:r>
        <w:rPr>
          <w:rFonts w:ascii="Courier New" w:hAnsi="Courier New"/>
          <w:color w:val="555555"/>
          <w:sz w:val="20"/>
        </w:rPr>
        <w:t>[1 . 15 . 2]</w:t>
      </w:r>
    </w:p>
    <w:p>
      <w:r>
        <w:rPr>
          <w:rFonts w:ascii="Gentium Plus" w:hAnsi="Gentium Plus"/>
          <w:sz w:val="24"/>
        </w:rPr>
        <w:t>ἑλῶν ἢ βαράθρου τινὸς δηλητήριον ἀναπέμποντος αὔραν. μοχθηρὸς δὲ καὶ ὁ ἔκ τινων ὀχετῶν ἐκκαθαιρόντων τὰς πόλεις θολούμενος·</w:t>
      </w:r>
    </w:p>
    <w:p>
      <w:r>
        <w:rPr>
          <w:rFonts w:ascii="Courier New" w:hAnsi="Courier New"/>
          <w:color w:val="555555"/>
          <w:sz w:val="20"/>
        </w:rPr>
        <w:t>[1 . 15 . 3]</w:t>
      </w:r>
    </w:p>
    <w:p>
      <w:r>
        <w:rPr>
          <w:rFonts w:ascii="Gentium Plus" w:hAnsi="Gentium Plus"/>
          <w:sz w:val="24"/>
        </w:rPr>
        <w:t>ὁμοίως καὶ ὁ ἐκ λαχάνων τινῶν ἢ ζῴων ἢ κόπρων σηπεδόνων. οὕτω δὲ καὶ ὅστις διὰ ποταμὸν ἢ λίμνην γειτνιῶσαν ὀμιχλώδης ἐστίν, οὐκ ἀγαθός, καὶ ὁ ἐν κοίλῳ δὲ χωρίῳ πανταχόθεν ὑπ’ ὀρῶν περιεχομένῳ καὶ διὰ τοῦτο μὴ καταπνεομένῳ μοχθηρός· οἱ μὲν οὖν οὕτω μοχθηροὶ</w:t>
      </w:r>
    </w:p>
    <w:p>
      <w:r>
        <w:rPr>
          <w:rFonts w:ascii="Courier New" w:hAnsi="Courier New"/>
          <w:color w:val="555555"/>
          <w:sz w:val="20"/>
        </w:rPr>
        <w:t>[1 . 15 . 4]</w:t>
      </w:r>
    </w:p>
    <w:p>
      <w:r>
        <w:rPr>
          <w:rFonts w:ascii="Gentium Plus" w:hAnsi="Gentium Plus"/>
          <w:sz w:val="24"/>
        </w:rPr>
        <w:t>πᾶσαν ἡλικίαν ὁμοίως βλάπτουσιν, ὥσπερ ὁ ἄριστος ὠφελεῖ. ἡ δὲ</w:t>
      </w:r>
    </w:p>
    <w:p>
      <w:r>
        <w:rPr>
          <w:rFonts w:ascii="Courier New" w:hAnsi="Courier New"/>
          <w:color w:val="555555"/>
          <w:sz w:val="20"/>
        </w:rPr>
        <w:t>[5]</w:t>
      </w:r>
    </w:p>
    <w:p>
      <w:r>
        <w:rPr>
          <w:rFonts w:ascii="Gentium Plus" w:hAnsi="Gentium Plus"/>
          <w:sz w:val="24"/>
        </w:rPr>
        <w:t>κράτοις ὁ τὴν ἐναντίαν ἔχων κρᾶσιν.</w:t>
      </w:r>
    </w:p>
    <w:p>
      <w:pPr>
        <w:jc w:val="center"/>
      </w:pPr>
      <w:r>
        <w:rPr>
          <w:rFonts w:ascii="Gentium Plus" w:hAnsi="Gentium Plus"/>
          <w:b/>
          <w:sz w:val="24"/>
        </w:rPr>
        <w:t>Περὶ λουτρῶν.</w:t>
      </w:r>
    </w:p>
    <w:p>
      <w:r>
        <w:rPr>
          <w:rFonts w:ascii="Courier New" w:hAnsi="Courier New"/>
          <w:color w:val="555555"/>
          <w:sz w:val="20"/>
        </w:rPr>
        <w:t>[1 . 16 . 1]</w:t>
      </w:r>
    </w:p>
    <w:p>
      <w:r>
        <w:rPr>
          <w:rFonts w:ascii="Gentium Plus" w:hAnsi="Gentium Plus"/>
          <w:sz w:val="24"/>
        </w:rPr>
        <w:t>Ἐπαινῶ μὲν τὴν ψυχρολουσίαν, οὔ φημι δὲ συμφέρειν αὐτὴν τοῖς κατὰ τὸ προστυχὸν διαιτωμένοις, ἀλλὰ μόνοις τοῖς ἀκριβῶς βιοῦσι καὶ</w:t>
      </w:r>
    </w:p>
    <w:p>
      <w:r>
        <w:rPr>
          <w:rFonts w:ascii="Courier New" w:hAnsi="Courier New"/>
          <w:color w:val="555555"/>
          <w:sz w:val="20"/>
        </w:rPr>
        <w:t>[1 . 16 . 2]</w:t>
      </w:r>
    </w:p>
    <w:p>
      <w:r>
        <w:rPr>
          <w:rFonts w:ascii="Gentium Plus" w:hAnsi="Gentium Plus"/>
          <w:sz w:val="24"/>
        </w:rPr>
        <w:t>πόνοις καὶ σιτίοις κατὰ τὸ ἁρμόττον χρωμένοις. ἀρκεῖ δὲ τοῖς πολλοῖς δεομένοις ποτὲ ψυχθῆναι μειζόνως ἐννήξασθαι ψυχρῷ θέρους ὥρᾳ νέους</w:t>
      </w:r>
    </w:p>
    <w:p>
      <w:r>
        <w:rPr>
          <w:rFonts w:ascii="Courier New" w:hAnsi="Courier New"/>
          <w:color w:val="555555"/>
          <w:sz w:val="20"/>
        </w:rPr>
        <w:t>[1 . 16 . 3]</w:t>
      </w:r>
    </w:p>
    <w:p>
      <w:r>
        <w:rPr>
          <w:rFonts w:ascii="Gentium Plus" w:hAnsi="Gentium Plus"/>
          <w:sz w:val="24"/>
        </w:rPr>
        <w:t>ὄντας καὶ εὐσάρκους προεκθερμανθέντας τρίψεσιν· ἔστωσαν δὲ μήτε ἐξ ἀφροδισίων μήτε ἄλλως κοπώδεις μήτε ἄπεπτοι καὶ ἐμεμηκότες ἢ κατὰ γαστέρα κεκενωμένοι μηδ’ ἠγρυπνηκότες· σφαλερὸν γάρ, εἰ ἄλλως τις</w:t>
      </w:r>
    </w:p>
    <w:p>
      <w:r>
        <w:rPr>
          <w:rFonts w:ascii="Courier New" w:hAnsi="Courier New"/>
          <w:color w:val="555555"/>
          <w:sz w:val="20"/>
        </w:rPr>
        <w:t>[1 . 16 . 4]</w:t>
      </w:r>
    </w:p>
    <w:p>
      <w:r>
        <w:rPr>
          <w:rFonts w:ascii="Gentium Plus" w:hAnsi="Gentium Plus"/>
          <w:sz w:val="24"/>
        </w:rPr>
        <w:t>χρῷτο. τὸ 〈δὲ〉 θερμὸν λουτρὸν κράτιστόν ἐστι καὶ ἀσφαλέστερον κόπους λύον καὶ πληθώρας διαφοροῦν καὶ ἐκθερμαῖνον παρηγοροῦν τε [δὲ] καὶ ἐκμαλάσσον καὶ πνεύματα διαχέον, ἔνθα ἂν στηριχθείη, καὶ</w:t>
      </w:r>
    </w:p>
    <w:p>
      <w:r>
        <w:rPr>
          <w:rFonts w:ascii="Courier New" w:hAnsi="Courier New"/>
          <w:color w:val="555555"/>
          <w:sz w:val="20"/>
        </w:rPr>
        <w:t>[1 . 16 . 5]</w:t>
      </w:r>
    </w:p>
    <w:p>
      <w:r>
        <w:rPr>
          <w:rFonts w:ascii="Gentium Plus" w:hAnsi="Gentium Plus"/>
          <w:sz w:val="24"/>
        </w:rPr>
        <w:t>ὑπνοποιὸν καὶ εὐσαρκίαν παρέχον, ἔτι δὲ καὶ εὐμεταχείριστον παντὶ καὶ ἀνδρὶ καὶ γυναικὶ καὶ παιδίῳ καὶ πρεσβύτῃ καὶ ἰδιώτῃ.</w:t>
      </w:r>
    </w:p>
    <w:p>
      <w:pPr>
        <w:jc w:val="center"/>
      </w:pPr>
      <w:r>
        <w:rPr>
          <w:rFonts w:ascii="Gentium Plus" w:hAnsi="Gentium Plus"/>
          <w:b/>
          <w:sz w:val="24"/>
        </w:rPr>
        <w:t>Περὶ τροφῆς δυνάμεων.</w:t>
      </w:r>
    </w:p>
    <w:p>
      <w:r>
        <w:rPr>
          <w:rFonts w:ascii="Courier New" w:hAnsi="Courier New"/>
          <w:color w:val="555555"/>
          <w:sz w:val="20"/>
        </w:rPr>
        <w:t>[1 . 17 . 1]</w:t>
      </w:r>
    </w:p>
    <w:p>
      <w:r>
        <w:rPr>
          <w:rFonts w:ascii="Gentium Plus" w:hAnsi="Gentium Plus"/>
          <w:sz w:val="24"/>
        </w:rPr>
        <w:t>Χρὴ δ’ εἴπερ τι ἄλλο καὶ τὰς τῶν τροφῶν δυνάμεις ἐπίστασθαι τὸν τῆς ὑγείας φροντίζοντα· τὰ μὲν οὖν τῆς λεπτυνούσης δυνάμεως ἐκφράττει τε τὰς στενὰς διεξόδους καὶ ἀπορρύπτει τὰ προσπλαττόμενα γλίσχρα τέμνει τε καὶ λεπτύνει τὰ παχέα, συνάγει δὲ τοῖς χρονίσασι</w:t>
      </w:r>
    </w:p>
    <w:p>
      <w:r>
        <w:rPr>
          <w:rFonts w:ascii="Courier New" w:hAnsi="Courier New"/>
          <w:color w:val="555555"/>
          <w:sz w:val="20"/>
        </w:rPr>
        <w:t>[5]</w:t>
      </w:r>
    </w:p>
    <w:p>
      <w:r>
        <w:rPr>
          <w:rFonts w:ascii="Gentium Plus" w:hAnsi="Gentium Plus"/>
          <w:sz w:val="24"/>
        </w:rPr>
        <w:t>κατὰ τὴν ἐδωδὴν αὐτῶν ὀρρώδη καὶ χολώδη περιττώματα, κἂν ἔτι μᾶλλον πλεονάσῃ τις, μελαγχολικὸν τὸ αἷμα καθίσταται· χρὴ οὖν ἀπ‐ έχεσθαι τῆς συνεχοῦς αὐτῶν χρήσεως, καὶ μάλιστα τοὺς χολώδεις τὴν κρᾶσιν· ἁρμόζει γὰρ μόνοις τοῖς τὸ φλέγμα καὶ τὸν ὠμὸν καὶ γλίσχρον</w:t>
      </w:r>
    </w:p>
    <w:p>
      <w:r>
        <w:rPr>
          <w:rFonts w:ascii="Courier New" w:hAnsi="Courier New"/>
          <w:color w:val="555555"/>
          <w:sz w:val="20"/>
        </w:rPr>
        <w:t>[1 . 17 . 2]</w:t>
      </w:r>
    </w:p>
    <w:p>
      <w:r>
        <w:rPr>
          <w:rFonts w:ascii="Gentium Plus" w:hAnsi="Gentium Plus"/>
          <w:sz w:val="24"/>
        </w:rPr>
        <w:t>καὶ παχὺν χυμὸν ἠθροικόσιν. τὰ δὲ τῆς παχυνούσης τρόφιμα μὲν ἱκα‐ νῶς ἐστι, κἂν ἔν τε τῇ γαστρὶ καὶ τῷ ἥπατι πεφθῇ προσηκόντως,</w:t>
      </w:r>
    </w:p>
    <w:p>
      <w:r>
        <w:rPr>
          <w:rFonts w:ascii="Courier New" w:hAnsi="Courier New"/>
          <w:color w:val="555555"/>
          <w:sz w:val="20"/>
        </w:rPr>
        <w:t>[1 . 17 . 3]</w:t>
      </w:r>
    </w:p>
    <w:p>
      <w:r>
        <w:rPr>
          <w:rFonts w:ascii="Gentium Plus" w:hAnsi="Gentium Plus"/>
          <w:sz w:val="24"/>
        </w:rPr>
        <w:t>εὔχυμον αἷμα γεννᾷ, σπλῆνα δὲ καὶ ἧπαρ ἐμφράττει. τούτων δέ τινα μέν ἐστι παχύχυμα μόνον, ὡς φακή, τινὰ δὲ γλίσχρα ὡς μαλάχη· τισὶ δ’ ἄμφω συμβέβηκε παχυχύμοις τε εἶναι καὶ γλίσχροις ὥσπερ τοῖς</w:t>
      </w:r>
    </w:p>
    <w:p>
      <w:r>
        <w:rPr>
          <w:rFonts w:ascii="Courier New" w:hAnsi="Courier New"/>
          <w:color w:val="555555"/>
          <w:sz w:val="20"/>
        </w:rPr>
        <w:t>[1 . 17 . 4]</w:t>
      </w:r>
    </w:p>
    <w:p>
      <w:r>
        <w:rPr>
          <w:rFonts w:ascii="Gentium Plus" w:hAnsi="Gentium Plus"/>
          <w:sz w:val="24"/>
        </w:rPr>
        <w:t>ὀστρακοδέρμοις. ἀσφαλεστέρα τοίνυν ἐστὶν ἡ λεπτύνουσα δίαιτα πρὸς φυλακὴν ὑγείας τῆς παχυνούσης μᾶλλον· ὀλιγότροφος δ’ οὖσα τόνον οὐκ ἐντίθησιν οὐδὲ ῥώμην τοῖς σώμασι, καὶ χρή ποτε καὶ τῶν πολυ‐ τρόφων προσφέρεσθαι μετρίως, ἡνίκα τις ἐνδείας ἀντιλαμβάνηται· μά‐</w:t>
      </w:r>
    </w:p>
    <w:p>
      <w:r>
        <w:rPr>
          <w:rFonts w:ascii="Courier New" w:hAnsi="Courier New"/>
          <w:color w:val="555555"/>
          <w:sz w:val="20"/>
        </w:rPr>
        <w:t>[5]</w:t>
      </w:r>
    </w:p>
    <w:p>
      <w:r>
        <w:rPr>
          <w:rFonts w:ascii="Gentium Plus" w:hAnsi="Gentium Plus"/>
          <w:sz w:val="24"/>
        </w:rPr>
        <w:t>λιστα δ’ ἂν ἀκινδύνως μεταλαμβάνοιεν αὐτῆς οἱ γυμνασίοις τε προσ‐</w:t>
      </w:r>
    </w:p>
    <w:p>
      <w:r>
        <w:rPr>
          <w:rFonts w:ascii="Courier New" w:hAnsi="Courier New"/>
          <w:color w:val="555555"/>
          <w:sz w:val="20"/>
        </w:rPr>
        <w:t>[1 . 17 . 5]</w:t>
      </w:r>
    </w:p>
    <w:p>
      <w:r>
        <w:rPr>
          <w:rFonts w:ascii="Gentium Plus" w:hAnsi="Gentium Plus"/>
          <w:sz w:val="24"/>
        </w:rPr>
        <w:t>έχοντες καὶ καθεύδοντες ἐφ’ ὅσον ἂν βούλωνται. πάντες δ’ ὅσοι πρὸ τῶν σιτίων οὐχ οἷοί τέ εἰσι γυμνάζεσθαι, φευγέτωσαν τὰς παχυχύμους τροφάς· ἀργοὶ δὲ μηδ’ οὗτοι ταῖς τροφαῖς προσίτωσαν· μέγιστον γὰρ κακὸν εἰς τὴν τῆς ὑγείας φυλακὴν ἡ παντελὴς ἀργία καθέστηκεν,</w:t>
      </w:r>
    </w:p>
    <w:p>
      <w:r>
        <w:rPr>
          <w:rFonts w:ascii="Courier New" w:hAnsi="Courier New"/>
          <w:color w:val="555555"/>
          <w:sz w:val="20"/>
        </w:rPr>
        <w:t>[1 . 17 . 6]</w:t>
      </w:r>
    </w:p>
    <w:p>
      <w:r>
        <w:rPr>
          <w:rFonts w:ascii="Gentium Plus" w:hAnsi="Gentium Plus"/>
          <w:sz w:val="24"/>
        </w:rPr>
        <w:t>ὥσπερ γε ἡ σύμμετρος κίνησις μέγιστον τῶν ἀγαθῶν. τὰ δὲ μεταξὺ τῶν παχυνόντων καὶ λεπτυνόντων ἐδέσματα κάλλιστα πάντων ἐστὶ σύμμετρον αἷμα γεννῶντα κατὰ σύστασιν· κατάλληλος μὲν οὖν ἡ τοι‐ αύτη τοῖς σώμασι τροφὴ ἡμῶν ἐστι, βλαβερὰ δ’ ἡ κακόχυμος, ἣν ἀεὶ</w:t>
      </w:r>
    </w:p>
    <w:p>
      <w:r>
        <w:rPr>
          <w:rFonts w:ascii="Courier New" w:hAnsi="Courier New"/>
          <w:color w:val="555555"/>
          <w:sz w:val="20"/>
        </w:rPr>
        <w:t>[1 . 17 . 7]</w:t>
      </w:r>
    </w:p>
    <w:p>
      <w:r>
        <w:rPr>
          <w:rFonts w:ascii="Gentium Plus" w:hAnsi="Gentium Plus"/>
          <w:sz w:val="24"/>
        </w:rPr>
        <w:t>χρὴ φεύγειν. φυλάττεσθαι δὲ καὶ τὴν ποικιλίαν τῶν τροφῶν ἄμεινον, μᾶλλον ἐὰν ἐξ ἐναντίων ὦσι δυνάμεων· οὐ γὰρ πέττεται τὰ ληφθέντα προσηκόντως.</w:t>
      </w:r>
    </w:p>
    <w:p>
      <w:pPr>
        <w:jc w:val="center"/>
      </w:pPr>
      <w:r>
        <w:rPr>
          <w:rFonts w:ascii="Gentium Plus" w:hAnsi="Gentium Plus"/>
          <w:b/>
          <w:sz w:val="24"/>
        </w:rPr>
        <w:t>Ὅσα λεπτύνοντά ἐστιν ἐν τροφαῖς.</w:t>
      </w:r>
    </w:p>
    <w:p>
      <w:r>
        <w:rPr>
          <w:rFonts w:ascii="Courier New" w:hAnsi="Courier New"/>
          <w:color w:val="555555"/>
          <w:sz w:val="20"/>
        </w:rPr>
        <w:t>[1 . 18 . 1]</w:t>
      </w:r>
    </w:p>
    <w:p>
      <w:r>
        <w:rPr>
          <w:rFonts w:ascii="Gentium Plus" w:hAnsi="Gentium Plus"/>
          <w:sz w:val="24"/>
        </w:rPr>
        <w:t>Σκόροδα, κρόμμυα, πράσα, νάπυ, πέπερι, σμύρνιον, πύρεθρον, ὀρί‐ γανον, καλαμίνθη, ὕσσωπον, σισύμβρια, γλήχων, θύμα, θύμβρα χλωρὰ</w:t>
      </w:r>
    </w:p>
    <w:p>
      <w:r>
        <w:rPr>
          <w:rFonts w:ascii="Courier New" w:hAnsi="Courier New"/>
          <w:color w:val="555555"/>
          <w:sz w:val="20"/>
        </w:rPr>
        <w:t>[1 . 18 . 2]</w:t>
      </w:r>
    </w:p>
    <w:p>
      <w:r>
        <w:rPr>
          <w:rFonts w:ascii="Gentium Plus" w:hAnsi="Gentium Plus"/>
          <w:sz w:val="24"/>
        </w:rPr>
        <w:t>προσφερόμενα· ξηρανθέντα γὰρ ἤδη φάρμακά ἐστι· τοῖς δ’ εἰρημένοις ἐφεξῆς ἐστιν εὔζωμα, σέλινα, πετροσέλινα, ὤκιμα, ῥαφανίδες, κράμβαι, τεῦτλα, μάραθα, κορίανον, πήγανον, ἄνηθον, λιβυστικόν, κύμινον καππά‐ ρεως καὶ τερμίνθου καρπός, τὸ τῆς κάρου σπέρμα, ἀνήσου, δαύκου καὶ</w:t>
      </w:r>
    </w:p>
    <w:p>
      <w:r>
        <w:rPr>
          <w:rFonts w:ascii="Courier New" w:hAnsi="Courier New"/>
          <w:color w:val="555555"/>
          <w:sz w:val="20"/>
        </w:rPr>
        <w:t>[1 . 18 . 3]</w:t>
      </w:r>
    </w:p>
    <w:p>
      <w:r>
        <w:rPr>
          <w:rFonts w:ascii="Gentium Plus" w:hAnsi="Gentium Plus"/>
          <w:sz w:val="24"/>
        </w:rPr>
        <w:t>πάντων τῶν εὐωδῶν καὶ δριμέων καὶ θερμῶν ἐπιφανῶς. τῶν δ’ ἰσχυ‐ ρῶς πάνυ λεπτυνόντων ἐστὶ τὸ τοῦ πηγάνου σπέρμα καὶ καννάβεως</w:t>
      </w:r>
    </w:p>
    <w:p>
      <w:r>
        <w:rPr>
          <w:rFonts w:ascii="Courier New" w:hAnsi="Courier New"/>
          <w:color w:val="555555"/>
          <w:sz w:val="20"/>
        </w:rPr>
        <w:t>[1 . 18 . 4]</w:t>
      </w:r>
    </w:p>
    <w:p>
      <w:r>
        <w:rPr>
          <w:rFonts w:ascii="Gentium Plus" w:hAnsi="Gentium Plus"/>
          <w:sz w:val="24"/>
        </w:rPr>
        <w:t>ὡς εἶναι φαρμακώδη λοιπόν. τῶν δὲ Δημητρίων σπερμάτων εἰς λεπτύ‐ νουσαν δίαιταν ἄλυποι κριθαὶ μόναι, δεύτεροι δ’ ἐκ τῶν πυρῶν ἄρτοι κριβανῖται· τῶν δ’ ἄλλων ἀπέχεσθαι πειρᾶσθαι, πλὴν εἰ διὰ μακροῦ</w:t>
      </w:r>
    </w:p>
    <w:p>
      <w:r>
        <w:rPr>
          <w:rFonts w:ascii="Courier New" w:hAnsi="Courier New"/>
          <w:color w:val="555555"/>
          <w:sz w:val="20"/>
        </w:rPr>
        <w:t>[1 . 18 . 5]</w:t>
      </w:r>
    </w:p>
    <w:p>
      <w:r>
        <w:rPr>
          <w:rFonts w:ascii="Gentium Plus" w:hAnsi="Gentium Plus"/>
          <w:sz w:val="24"/>
        </w:rPr>
        <w:t>〈χρόνου〉 πισσοῦ ἢ φακοῦ γεύσασθαί τις ἐθέλοι. πλείστην δ’ ἂν ἔχοις ἐδεσμάτων χρῆσιν εἰς λόγον λεπτυνούσης διαίτης ἀπό τε τῶν πετραίων</w:t>
      </w:r>
    </w:p>
    <w:p>
      <w:r>
        <w:rPr>
          <w:rFonts w:ascii="Courier New" w:hAnsi="Courier New"/>
          <w:color w:val="555555"/>
          <w:sz w:val="20"/>
        </w:rPr>
        <w:t>[1 . 18 . 6]</w:t>
      </w:r>
    </w:p>
    <w:p>
      <w:r>
        <w:rPr>
          <w:rFonts w:ascii="Gentium Plus" w:hAnsi="Gentium Plus"/>
          <w:sz w:val="24"/>
        </w:rPr>
        <w:t>ἰχθύων καὶ τῶν ὀρείων ὀρνίθων τῶν μικρῶν· καθόλου γὰρ πάντα τὰ γεγυμνασμένα τῶν 〈ἀγυμνάστων〉 καὶ τὰ ξηροτέραις τροφαῖς χρώμενα τῶν ὑγροτέραις καὶ τὰ καθαρὸν καὶ λεπτὸν ἀναπνέοντα τὸν ἀέρα</w:t>
      </w:r>
    </w:p>
    <w:p>
      <w:r>
        <w:rPr>
          <w:rFonts w:ascii="Courier New" w:hAnsi="Courier New"/>
          <w:color w:val="555555"/>
          <w:sz w:val="20"/>
        </w:rPr>
        <w:t>[1 . 18 . 7]</w:t>
      </w:r>
    </w:p>
    <w:p>
      <w:r>
        <w:rPr>
          <w:rFonts w:ascii="Gentium Plus" w:hAnsi="Gentium Plus"/>
          <w:sz w:val="24"/>
        </w:rPr>
        <w:t>βελτίω τῶν ἐναντίων. καὶ τῶν ἰχθύων δ’ ἐσθίειν ὅσοι μαλακήν τε ἅμα καὶ ψαθυρὰν ἔχουσι τὴν σάρκα, τῶν δ’ ἤτοι σκληρὰν ἢ γλίσχραν</w:t>
      </w:r>
    </w:p>
    <w:p>
      <w:r>
        <w:rPr>
          <w:rFonts w:ascii="Courier New" w:hAnsi="Courier New"/>
          <w:color w:val="555555"/>
          <w:sz w:val="20"/>
        </w:rPr>
        <w:t>[1 . 18 . 8]</w:t>
      </w:r>
    </w:p>
    <w:p>
      <w:r>
        <w:rPr>
          <w:rFonts w:ascii="Gentium Plus" w:hAnsi="Gentium Plus"/>
          <w:sz w:val="24"/>
        </w:rPr>
        <w:t>ἐχόντων ἀπέχεσθαι παντάπασιν. ἔχεις γνωρίσματα πάσης ζῴου σαρκὸς τό τε ψαθυρὸν καὶ τὸ μαλακόν· οἷς μὲν γὰρ ἂν ὑπάρχῃ τὸ συναμ‐ φότερον, εἰς κόρον ἐσθίειν, τῶν δ’ ἄλλων, οἷς μηδέτερον, ἀπέχεσθαι παντάπασιν· οἷς δὲ θάτερον, ἐσθίειν μέν ποτε, φυλάττεσθαι δ’ εἰς</w:t>
      </w:r>
    </w:p>
    <w:p>
      <w:r>
        <w:rPr>
          <w:rFonts w:ascii="Courier New" w:hAnsi="Courier New"/>
          <w:color w:val="555555"/>
          <w:sz w:val="20"/>
        </w:rPr>
        <w:t>[1 . 18 . 9]</w:t>
      </w:r>
    </w:p>
    <w:p>
      <w:r>
        <w:rPr>
          <w:rFonts w:ascii="Gentium Plus" w:hAnsi="Gentium Plus"/>
          <w:sz w:val="24"/>
        </w:rPr>
        <w:t>κόρον. καὶ ταῖς ἀλεκτορίσι δέ, εἰ γυμνάζοιτό τις, οὐ κωλύω χρῆσθαι καὶ περιστεραῖς καὶ τρυγόσι καὶ μάλιστα ταῖς ὀρείοις· χρὴ δὲ μὴ πρόσφατον, ἀλλ’ ἕωλον ἐργασάμενον ἡμέραν μίαν τοὐλάχιστον οὕτως ἐσθίειν οὐ τρυγόνα μόνον, ἀλλὰ καὶ πέρδικα καὶ πάντα τὰ μετρίως</w:t>
      </w:r>
    </w:p>
    <w:p>
      <w:r>
        <w:rPr>
          <w:rFonts w:ascii="Courier New" w:hAnsi="Courier New"/>
          <w:color w:val="555555"/>
          <w:sz w:val="20"/>
        </w:rPr>
        <w:t>[1 . 18 . 10]</w:t>
      </w:r>
    </w:p>
    <w:p>
      <w:r>
        <w:rPr>
          <w:rFonts w:ascii="Gentium Plus" w:hAnsi="Gentium Plus"/>
          <w:sz w:val="24"/>
        </w:rPr>
        <w:t>σκληρὰν ἔχοντα τὴν σάρκα. καὶ οἱ ταριχευθέντες δὲ τῶν ἰχθύων ἱκα‐</w:t>
      </w:r>
    </w:p>
    <w:p>
      <w:r>
        <w:rPr>
          <w:rFonts w:ascii="Courier New" w:hAnsi="Courier New"/>
          <w:color w:val="555555"/>
          <w:sz w:val="20"/>
        </w:rPr>
        <w:t>[1 . 18 . 11]</w:t>
      </w:r>
    </w:p>
    <w:p>
      <w:r>
        <w:rPr>
          <w:rFonts w:ascii="Gentium Plus" w:hAnsi="Gentium Plus"/>
          <w:sz w:val="24"/>
        </w:rPr>
        <w:t>ἐδεσμάτων τὰ πλεῖστα καὶ προταριχεύειν αὐτῶν ὅσα δυνατόν. ταριχευ‐</w:t>
      </w:r>
    </w:p>
    <w:p>
      <w:r>
        <w:rPr>
          <w:rFonts w:ascii="Courier New" w:hAnsi="Courier New"/>
          <w:color w:val="555555"/>
          <w:sz w:val="20"/>
        </w:rPr>
        <w:t>[1 . 18 . 12]</w:t>
      </w:r>
    </w:p>
    <w:p>
      <w:r>
        <w:rPr>
          <w:rFonts w:ascii="Gentium Plus" w:hAnsi="Gentium Plus"/>
          <w:sz w:val="24"/>
        </w:rPr>
        <w:t>θέντων δὲ καὶ τῶν χοιρείων κρεῶν γεύοιτο ἄν τις. καὶ ὑπὸ τῶν ὀπωρῶν ἥκιστα ἂν βλάπτοιτο τῶν λαπαττουσῶν τὴν κοιλίαν· τὰ δὲ</w:t>
      </w:r>
    </w:p>
    <w:p>
      <w:r>
        <w:rPr>
          <w:rFonts w:ascii="Courier New" w:hAnsi="Courier New"/>
          <w:color w:val="555555"/>
          <w:sz w:val="20"/>
        </w:rPr>
        <w:t>[1 . 18 . 13]</w:t>
      </w:r>
    </w:p>
    <w:p>
      <w:r>
        <w:rPr>
          <w:rFonts w:ascii="Gentium Plus" w:hAnsi="Gentium Plus"/>
          <w:sz w:val="24"/>
        </w:rPr>
        <w:t>βραδυπορώτερα χείρω, καὶ μᾶλλον εἰ σκληρὰ τυγχάνει· ἀλλὰ τούτων μὲν μὴ γεύεσθαι μηδενὸς πλὴν τῶν εἰς ἀπόθεσιν ἐπιτηδείων, οἷάπερ ἐστὶν ἀπίων τε καὶ μήλων καὶ σταφυλῶν οὐκ ὀλίγα γένη· τὰ δὲ μαλακώτερα μᾶλλον ἐσθίειν· ὅσα δὲ σφοδρῶς αὐστηρὰ καὶ στρυφνά, μοχθηρὰ τῇ τοι‐</w:t>
      </w:r>
    </w:p>
    <w:p>
      <w:r>
        <w:rPr>
          <w:rFonts w:ascii="Courier New" w:hAnsi="Courier New"/>
          <w:color w:val="555555"/>
          <w:sz w:val="20"/>
        </w:rPr>
        <w:t>[1 . 18 . 14]</w:t>
      </w:r>
    </w:p>
    <w:p>
      <w:r>
        <w:rPr>
          <w:rFonts w:ascii="Gentium Plus" w:hAnsi="Gentium Plus"/>
          <w:sz w:val="24"/>
        </w:rPr>
        <w:t>αύτῃ διαίτῃ. ἐπιτηδειότερα δὲ πάντων ἐστὶν ἰσχάδες τε καὶ κάρυα καὶ</w:t>
      </w:r>
    </w:p>
    <w:p>
      <w:r>
        <w:rPr>
          <w:rFonts w:ascii="Courier New" w:hAnsi="Courier New"/>
          <w:color w:val="555555"/>
          <w:sz w:val="20"/>
        </w:rPr>
        <w:t>[1 . 18 . 15]</w:t>
      </w:r>
    </w:p>
    <w:p>
      <w:r>
        <w:rPr>
          <w:rFonts w:ascii="Gentium Plus" w:hAnsi="Gentium Plus"/>
          <w:sz w:val="24"/>
        </w:rPr>
        <w:t>πιστάκια καὶ τῶν ἀμυγδαλῶν αἱ ὑπόπικροι. ἐλαίας δ’ οὔτε ἐπαινεῖν</w:t>
      </w:r>
    </w:p>
    <w:p>
      <w:r>
        <w:rPr>
          <w:rFonts w:ascii="Courier New" w:hAnsi="Courier New"/>
          <w:color w:val="555555"/>
          <w:sz w:val="20"/>
        </w:rPr>
        <w:t>[1 . 18 . 16]</w:t>
      </w:r>
    </w:p>
    <w:p>
      <w:r>
        <w:rPr>
          <w:rFonts w:ascii="Gentium Plus" w:hAnsi="Gentium Plus"/>
          <w:sz w:val="24"/>
        </w:rPr>
        <w:t>ἔχοιμι 〈ἂν〉 οὔτε ψέγειν. τῶν δὲ γλυκέων, οὐκ ἐδεσμάτων 〈μόνον〉, ἀλλὰ καὶ πομάτων, τὸ μέλι σχεδὸν μόνον ἀκριβῶς λεπτὸν γεννᾷ χυ‐</w:t>
      </w:r>
    </w:p>
    <w:p>
      <w:r>
        <w:rPr>
          <w:rFonts w:ascii="Courier New" w:hAnsi="Courier New"/>
          <w:color w:val="555555"/>
          <w:sz w:val="20"/>
        </w:rPr>
        <w:t>[1 . 18 . 17]</w:t>
      </w:r>
    </w:p>
    <w:p>
      <w:r>
        <w:rPr>
          <w:rFonts w:ascii="Gentium Plus" w:hAnsi="Gentium Plus"/>
          <w:sz w:val="24"/>
        </w:rPr>
        <w:t>μόν. καὶ τῶν οἴνων δ’ οἱ λεπτοὶ καὶ λευκοὶ τέμνουσι τοὺς παχεῖς</w:t>
      </w:r>
    </w:p>
    <w:p>
      <w:r>
        <w:rPr>
          <w:rFonts w:ascii="Courier New" w:hAnsi="Courier New"/>
          <w:color w:val="555555"/>
          <w:sz w:val="20"/>
        </w:rPr>
        <w:t>[1 . 18 . 18]</w:t>
      </w:r>
    </w:p>
    <w:p>
      <w:r>
        <w:rPr>
          <w:rFonts w:ascii="Gentium Plus" w:hAnsi="Gentium Plus"/>
          <w:sz w:val="24"/>
        </w:rPr>
        <w:t>χυμοὺς καὶ καθαίρουσι δι’ οὔρων. χρησιμώτατον δ’ εἰς λεπτύνουσαν δίαιταν τὸ ὀξύμελι μάλιστα ὑπάρχει.</w:t>
      </w:r>
    </w:p>
    <w:p>
      <w:pPr>
        <w:jc w:val="center"/>
      </w:pPr>
      <w:r>
        <w:rPr>
          <w:rFonts w:ascii="Gentium Plus" w:hAnsi="Gentium Plus"/>
          <w:b/>
          <w:sz w:val="24"/>
        </w:rPr>
        <w:t>Ὅσα παχύχυμα.</w:t>
      </w:r>
    </w:p>
    <w:p>
      <w:r>
        <w:rPr>
          <w:rFonts w:ascii="Courier New" w:hAnsi="Courier New"/>
          <w:color w:val="555555"/>
          <w:sz w:val="20"/>
        </w:rPr>
        <w:t>[1 . 19 . 1]</w:t>
      </w:r>
    </w:p>
    <w:p>
      <w:r>
        <w:rPr>
          <w:rFonts w:ascii="Gentium Plus" w:hAnsi="Gentium Plus"/>
          <w:sz w:val="24"/>
        </w:rPr>
        <w:t>Οἱ ἰπνῖται τῶν ἄρτων καὶ οἱ μὴ καλῶς ἐσκευασμένοι καὶ τὰ διὰ γλεύκους καὶ σεμιδάλεως πέμματα καὶ λάχανα καὶ τὰ ῥύμματα 〈ἃ〉 ἴτρια προσαγορεύεται καὶ πᾶν ἄζυμον ἐκ πυροῦ πέμμα καὶ οἱ δι’</w:t>
      </w:r>
    </w:p>
    <w:p>
      <w:r>
        <w:rPr>
          <w:rFonts w:ascii="Courier New" w:hAnsi="Courier New"/>
          <w:color w:val="555555"/>
          <w:sz w:val="20"/>
        </w:rPr>
        <w:t>[1 . 19 . 2]</w:t>
      </w:r>
    </w:p>
    <w:p>
      <w:r>
        <w:rPr>
          <w:rFonts w:ascii="Gentium Plus" w:hAnsi="Gentium Plus"/>
          <w:sz w:val="24"/>
        </w:rPr>
        <w:t>αὐτῶν δηλονότι σκευαζόμενοι πλακοῦντες. ἔστι δὲ καὶ ἡ σεμίδαλις</w:t>
      </w:r>
    </w:p>
    <w:p>
      <w:r>
        <w:rPr>
          <w:rFonts w:ascii="Courier New" w:hAnsi="Courier New"/>
          <w:color w:val="555555"/>
          <w:sz w:val="20"/>
        </w:rPr>
        <w:t>[1 . 19 . 3]</w:t>
      </w:r>
    </w:p>
    <w:p>
      <w:r>
        <w:rPr>
          <w:rFonts w:ascii="Gentium Plus" w:hAnsi="Gentium Plus"/>
          <w:sz w:val="24"/>
        </w:rPr>
        <w:t>καὶ ὁ χόνδρος ἱκανῶς παχύχυμα· ἄμυλον μετρίως. καὶ οἱ βολβοὶ δ’ εἰσὶ παχύχυμοι καὶ θέρμοι καὶ τῆς φακῆς ἡ οἷον σάρξ, κύαμοι φρυ‐ γέντες καὶ τὰ καλούμενα μαλάκια, τευθίδες, σηπίαι, πολύποδες, οἱ κητώδεις τῶν ἰχθύων, ἐξ ὧν εἰσιν οἱ θυννοί, μετριώτερον δ’ αὐτῶν</w:t>
      </w:r>
    </w:p>
    <w:p>
      <w:r>
        <w:rPr>
          <w:rFonts w:ascii="Courier New" w:hAnsi="Courier New"/>
          <w:color w:val="555555"/>
          <w:sz w:val="20"/>
        </w:rPr>
        <w:t>[1 . 19 . 4]</w:t>
      </w:r>
    </w:p>
    <w:p>
      <w:r>
        <w:rPr>
          <w:rFonts w:ascii="Gentium Plus" w:hAnsi="Gentium Plus"/>
          <w:sz w:val="24"/>
        </w:rPr>
        <w:t>αἱ πηλαμίδες. ἱκανῶς δὲ παχύχυμα τά τε ὄστρεα καὶ οἱ κήρυκες αἵ τε πορφύραι καὶ αἱ χῆμαι καὶ λεπάδες, κτένες καὶ πίνναι καὶ πάντα ὅσα [τὰ] ὀστρακόδερμα, ἐγχέλυες, κοχλίοι, ἐλάφεια κρέα, αἴγεια, βόεια, λάγεια, χοίρεια, ἥπατα, νεφροί, ὄρχεις, ἐγκέφαλοι, ὁ νωτιαῖος μυελός,</w:t>
      </w:r>
    </w:p>
    <w:p>
      <w:r>
        <w:rPr>
          <w:rFonts w:ascii="Courier New" w:hAnsi="Courier New"/>
          <w:color w:val="555555"/>
          <w:sz w:val="20"/>
        </w:rPr>
        <w:t>[5]</w:t>
      </w:r>
    </w:p>
    <w:p>
      <w:r>
        <w:rPr>
          <w:rFonts w:ascii="Gentium Plus" w:hAnsi="Gentium Plus"/>
          <w:sz w:val="24"/>
        </w:rPr>
        <w:t>οὖθαρ, γλῶττα, ἀδένες μετρίως, γάλα τὸ ἐπὶ πλέον ἑψηθέν, τυροὶ πάντες (οἱ δὲ νέοι καὶ ὀξυγαλάκτινοι ἧττον), ὀξύγαλα, πυρίεφθον καὶ τῶν ὠῶν ὅσα μέχρι τελέας πήξεως ἑψοῦσι, μᾶλλον δὲ τὰ ὀπτὰ καὶ ἔτι μᾶλλον τὰ τηγανιστά, φοίνικες, κάστανοι, βολβοί, γογγύλαι, κοκκύ‐</w:t>
      </w:r>
    </w:p>
    <w:p>
      <w:r>
        <w:rPr>
          <w:rFonts w:ascii="Courier New" w:hAnsi="Courier New"/>
          <w:color w:val="555555"/>
          <w:sz w:val="20"/>
        </w:rPr>
        <w:t>[1 . 19 . 5]</w:t>
      </w:r>
    </w:p>
    <w:p>
      <w:r>
        <w:rPr>
          <w:rFonts w:ascii="Gentium Plus" w:hAnsi="Gentium Plus"/>
          <w:sz w:val="24"/>
        </w:rPr>
        <w:t>μηλα, μύκητες, ὕδνα, κῶνος, σῦκα τὰ μὴ καλῶς πέπειρα. τῶν οἴνων οἱ γλυκεῖς αἵματος παχέος εἰσὶ γεννητικοὶ καὶ μᾶλλον ἔτι τὸ καλού‐ μενον σίραιον καὶ ὁ γλεύκινος ὁμοίως καὶ οἱ παχεῖς καὶ μέλανες</w:t>
      </w:r>
    </w:p>
    <w:p>
      <w:pPr>
        <w:jc w:val="center"/>
      </w:pPr>
      <w:r>
        <w:rPr>
          <w:rFonts w:ascii="Gentium Plus" w:hAnsi="Gentium Plus"/>
          <w:b/>
          <w:sz w:val="24"/>
        </w:rPr>
        <w:t>Ὅσα μέσα τῶν λεπτυνόντων καὶ παχυνόντων.</w:t>
      </w:r>
    </w:p>
    <w:p>
      <w:r>
        <w:rPr>
          <w:rFonts w:ascii="Courier New" w:hAnsi="Courier New"/>
          <w:color w:val="555555"/>
          <w:sz w:val="20"/>
        </w:rPr>
        <w:t>[1 . 20 . 1]</w:t>
      </w:r>
    </w:p>
    <w:p>
      <w:r>
        <w:rPr>
          <w:rFonts w:ascii="Gentium Plus" w:hAnsi="Gentium Plus"/>
          <w:sz w:val="24"/>
        </w:rPr>
        <w:t>Οἱ κάλλιστα κατασκευασθέντες ἄρτοι καὶ αἱ σάρκες τῶν ἀλεκτο‐ ρίδων καὶ φασιανικῶν καὶ περδίκων καὶ περιστερῶν ἀτταγήνων τε καὶ τῶν μικρῶν στρουθίων ἁπάντων, ἔτι τε πετραίων ἰχθύων αἰγιάλου τε πελάγους κωβιῶν τε καὶ σμυραίνων καὶ βουγλώσσων καὶ πάντων ἁπλῶς</w:t>
      </w:r>
    </w:p>
    <w:p>
      <w:r>
        <w:rPr>
          <w:rFonts w:ascii="Courier New" w:hAnsi="Courier New"/>
          <w:color w:val="555555"/>
          <w:sz w:val="20"/>
        </w:rPr>
        <w:t>[5]</w:t>
      </w:r>
    </w:p>
    <w:p>
      <w:r>
        <w:rPr>
          <w:rFonts w:ascii="Gentium Plus" w:hAnsi="Gentium Plus"/>
          <w:sz w:val="24"/>
        </w:rPr>
        <w:t>ἰχθύων [αἰγιάλου τε καὶ πελάγους] ὅσοι μήτε γλισχρότητά τινα μήτε δυσωδίαν ἔχουσι κατὰ τὴν ἐδωδήν, σῦκα τὰ πέπανα καὶ λαχάνων ἀγρίων ἡ σέρις (τοῦτο δὲ κοινὸν γένος ἐστὶ πλειόνων· τὰ δὲ κατ’ εἶδος ἕκαστον αὐτῶν ὄνομα κέκτηται παρὰ τοῖς Ἀττικοῖς, οἷον θρι‐ δακίνη καὶ χονδρίλη καὶ γιγγίδια καὶ ἄλλα πολλὰ τούτου τοῦ γένους</w:t>
      </w:r>
    </w:p>
    <w:p>
      <w:r>
        <w:rPr>
          <w:rFonts w:ascii="Courier New" w:hAnsi="Courier New"/>
          <w:color w:val="555555"/>
          <w:sz w:val="20"/>
        </w:rPr>
        <w:t>[10]</w:t>
      </w:r>
    </w:p>
    <w:p>
      <w:r>
        <w:rPr>
          <w:rFonts w:ascii="Gentium Plus" w:hAnsi="Gentium Plus"/>
          <w:sz w:val="24"/>
        </w:rPr>
        <w:t>ἐστίν) ὅ τε ἕλειος καὶ ὁ μυακάνθινος καὶ ὁ τῆς χαμαιδάφνης ἀσπά‐ ραγος καὶ ὁ τῆς βρυωνίας, οἶνος ξανθός τε ἅμα καὶ γλυκὺς καὶ διαυ‐ γής, οἷός [τε] ἐστιν ὁ τε Ἀριούσιος καὶ ὁ Λέσβιος καὶ ὁ Φαλερῖνος καὶ ὁ Τμωλίτης· χρηστὸν γὰρ οἱ τοιοῦτοι πάντες αἷμα καὶ σύμμετρον τῷ πάχει γεννῶσιν.</w:t>
      </w:r>
    </w:p>
    <w:p>
      <w:pPr>
        <w:jc w:val="center"/>
      </w:pPr>
      <w:r>
        <w:rPr>
          <w:rFonts w:ascii="Gentium Plus" w:hAnsi="Gentium Plus"/>
          <w:b/>
          <w:sz w:val="24"/>
        </w:rPr>
        <w:t>Ὅσα γλίσχρον χυμὸν γεννᾷ.</w:t>
      </w:r>
    </w:p>
    <w:p>
      <w:r>
        <w:rPr>
          <w:rFonts w:ascii="Courier New" w:hAnsi="Courier New"/>
          <w:color w:val="555555"/>
          <w:sz w:val="20"/>
        </w:rPr>
        <w:t>[1 . 21 . 1]</w:t>
      </w:r>
    </w:p>
    <w:p>
      <w:r>
        <w:rPr>
          <w:rFonts w:ascii="Gentium Plus" w:hAnsi="Gentium Plus"/>
          <w:sz w:val="24"/>
        </w:rPr>
        <w:t>Τῶν πυρῶν ὅσοι μὲν βαρεῖς καὶ πυκνοὶ καὶ διὰ βάθους ξανθοί, γλίσχροι· ὅσοι δὲ κοῦφοι καὶ ἀραιοὶ καὶ λευκοὶ τὰ ἔνδον, ἧττον γεν‐</w:t>
      </w:r>
    </w:p>
    <w:p>
      <w:r>
        <w:rPr>
          <w:rFonts w:ascii="Courier New" w:hAnsi="Courier New"/>
          <w:color w:val="555555"/>
          <w:sz w:val="20"/>
        </w:rPr>
        <w:t>[1 . 21 . 2]</w:t>
      </w:r>
    </w:p>
    <w:p>
      <w:r>
        <w:rPr>
          <w:rFonts w:ascii="Gentium Plus" w:hAnsi="Gentium Plus"/>
          <w:sz w:val="24"/>
        </w:rPr>
        <w:t>νῶσι γλίσχρον χυμόν. ἔστι δὲ καὶ ἡ σεμίδαλις καὶ ὁ χόνδρος ἱκανῶς</w:t>
      </w:r>
    </w:p>
    <w:p>
      <w:r>
        <w:rPr>
          <w:rFonts w:ascii="Courier New" w:hAnsi="Courier New"/>
          <w:color w:val="555555"/>
          <w:sz w:val="20"/>
        </w:rPr>
        <w:t>[1 . 21 . 3]</w:t>
      </w:r>
    </w:p>
    <w:p>
      <w:r>
        <w:rPr>
          <w:rFonts w:ascii="Gentium Plus" w:hAnsi="Gentium Plus"/>
          <w:sz w:val="24"/>
        </w:rPr>
        <w:t>γλίσχρα· τένοντες καὶ ἀπονευρώσεις καὶ τὰ περὶ τὰ χείλη μόρια, καλ‐ λῶσον, χοίρειον πᾶν κρέας καὶ ἡ τῶν ἀρνῶν σάρξ, τὸ τοῦ σησάμου σπέρμα, βολβοί, φοίνικες οἱ λιπαροί.</w:t>
      </w:r>
    </w:p>
    <w:p>
      <w:pPr>
        <w:jc w:val="center"/>
      </w:pPr>
      <w:r>
        <w:rPr>
          <w:rFonts w:ascii="Gentium Plus" w:hAnsi="Gentium Plus"/>
          <w:b/>
          <w:sz w:val="24"/>
        </w:rPr>
        <w:t>Ὅσα ὠμὸν χυμὸν γεννᾷ.</w:t>
      </w:r>
    </w:p>
    <w:p>
      <w:r>
        <w:rPr>
          <w:rFonts w:ascii="Courier New" w:hAnsi="Courier New"/>
          <w:color w:val="555555"/>
          <w:sz w:val="20"/>
        </w:rPr>
        <w:t>[1 . 22 1,2]</w:t>
      </w:r>
    </w:p>
    <w:p>
      <w:r>
        <w:rPr>
          <w:rFonts w:ascii="Gentium Plus" w:hAnsi="Gentium Plus"/>
          <w:sz w:val="24"/>
        </w:rPr>
        <w:t>Φοίνικες οἱ χλωροὶ χυμῶν ὠμῶν ἐμπιπλᾶσι τοὺς ἐσθίοντας καὶ ἡ</w:t>
      </w:r>
    </w:p>
    <w:p>
      <w:r>
        <w:rPr>
          <w:rFonts w:ascii="Courier New" w:hAnsi="Courier New"/>
          <w:color w:val="555555"/>
          <w:sz w:val="20"/>
        </w:rPr>
        <w:t>[1 . 22 . 2 (2)]</w:t>
      </w:r>
    </w:p>
    <w:p>
      <w:r>
        <w:rPr>
          <w:rFonts w:ascii="Gentium Plus" w:hAnsi="Gentium Plus"/>
          <w:sz w:val="24"/>
        </w:rPr>
        <w:t>ῥίζα τῆς γογγυλίδος καὶ ἡ σὰρξ τῶν ὀστρακοδέρμων τῶν σκληροσάρκων ἀποβαλοῦσα τὸν ἁλυκὸν χυμὸν ἐκ πλείονος ἑψήσεως καὶ τὰ μαλάκια καλούμενα, πολύποδες, σηπίαι, ὅσα τε ἄλλα τοιαῦτα, πάντα τὰ κητώδη</w:t>
      </w:r>
    </w:p>
    <w:p>
      <w:r>
        <w:rPr>
          <w:rFonts w:ascii="Courier New" w:hAnsi="Courier New"/>
          <w:color w:val="555555"/>
          <w:sz w:val="20"/>
        </w:rPr>
        <w:t>[5]</w:t>
      </w:r>
    </w:p>
    <w:p>
      <w:r>
        <w:rPr>
          <w:rFonts w:ascii="Gentium Plus" w:hAnsi="Gentium Plus"/>
          <w:sz w:val="24"/>
        </w:rPr>
        <w:t>τῶν ἐν θαλάττῃ ζῴων (διὸ προταριχεύοντες εἰς χρῆσιν ἄγουσιν αὐτά), κοιλία, ἔντερα, μῆτραι τῶν τετραπόδων καὶ οἱ σκληρότεροι τῶν ἀδέ‐ νων ἀπεπτούμενοι, ὀξύγαλα, τηγανῖται, θέρμοι, σταφυλὴ ἐπισχεθεῖσα</w:t>
      </w:r>
    </w:p>
    <w:p>
      <w:pPr>
        <w:jc w:val="center"/>
      </w:pPr>
      <w:r>
        <w:rPr>
          <w:rFonts w:ascii="Gentium Plus" w:hAnsi="Gentium Plus"/>
          <w:b/>
          <w:sz w:val="24"/>
        </w:rPr>
        <w:t>Ὅσα ψυχρὸν χυμὸν γεννᾷ.</w:t>
      </w:r>
    </w:p>
    <w:p>
      <w:r>
        <w:rPr>
          <w:rFonts w:ascii="Courier New" w:hAnsi="Courier New"/>
          <w:color w:val="555555"/>
          <w:sz w:val="20"/>
        </w:rPr>
        <w:t>[1 . 23 . 1]</w:t>
      </w:r>
    </w:p>
    <w:p>
      <w:r>
        <w:rPr>
          <w:rFonts w:ascii="Gentium Plus" w:hAnsi="Gentium Plus"/>
          <w:sz w:val="24"/>
        </w:rPr>
        <w:t>Τοῖς ἄδην σικύων ἐμφορουμένοις ψυχρὸν χυμὸν ἀθροίζειν συμ‐ βέβηκε καὶ ἔτι κοιλίαν ἐσθίουσι καὶ ἔντερα καὶ μήτραν τῶν τετραπό‐ δων ζῴων, ὀξύγαλα, βωλίτας, μῆλα τὰ 〈μήπω〉 πέπειρα, βολβούς.</w:t>
      </w:r>
    </w:p>
    <w:p>
      <w:pPr>
        <w:jc w:val="center"/>
      </w:pPr>
      <w:r>
        <w:rPr>
          <w:rFonts w:ascii="Gentium Plus" w:hAnsi="Gentium Plus"/>
          <w:b/>
          <w:sz w:val="24"/>
        </w:rPr>
        <w:t>Ὅσα φλέγμα γεννᾷ.</w:t>
      </w:r>
    </w:p>
    <w:p>
      <w:r>
        <w:rPr>
          <w:rFonts w:ascii="Courier New" w:hAnsi="Courier New"/>
          <w:color w:val="555555"/>
          <w:sz w:val="20"/>
        </w:rPr>
        <w:t>[1 . 24 . 1]</w:t>
      </w:r>
    </w:p>
    <w:p>
      <w:r>
        <w:rPr>
          <w:rFonts w:ascii="Gentium Plus" w:hAnsi="Gentium Plus"/>
          <w:sz w:val="24"/>
        </w:rPr>
        <w:t>Φλεγματικὸν δ’ ἁπλῶς χυμὸν γεννᾷ τῶν ζῴων τὰ νευρώδη μόρια, ἐγκέφαλος, πνεῦμα, νωτιαῖος, ἀδένες ἀπεπτούμενοι, ἡ τῶν ἀρνῶν σὰρξ καὶ ἡ τῶν ὀστρακοδέρμων καὶ τῶν μαλακοσάρκων, μῆλα τὰ μήπω πέπειρα.</w:t>
      </w:r>
    </w:p>
    <w:p>
      <w:pPr>
        <w:jc w:val="center"/>
      </w:pPr>
      <w:r>
        <w:rPr>
          <w:rFonts w:ascii="Gentium Plus" w:hAnsi="Gentium Plus"/>
          <w:b/>
          <w:sz w:val="24"/>
        </w:rPr>
        <w:t>Ὅσα μελαγχολικὸν χυμὸν γεννᾷ.</w:t>
      </w:r>
    </w:p>
    <w:p>
      <w:r>
        <w:rPr>
          <w:rFonts w:ascii="Courier New" w:hAnsi="Courier New"/>
          <w:color w:val="555555"/>
          <w:sz w:val="20"/>
        </w:rPr>
        <w:t>[1 . 25 . 1]</w:t>
      </w:r>
    </w:p>
    <w:p>
      <w:r>
        <w:rPr>
          <w:rFonts w:ascii="Gentium Plus" w:hAnsi="Gentium Plus"/>
          <w:sz w:val="24"/>
        </w:rPr>
        <w:t>Κρέα βόεια καὶ αἴγεια, μᾶλλον τὰ τῶν ταύρων τε καὶ τράγων ἔτι τε μᾶλλον προβάτων, λαγωῶν, τῶν ἀγρίων συῶν, τὰ ταριχευθέντα κρέα τῶν ἐπιγείων ζῴων καὶ οἱ σπλῆνες τῶν ζῴων, τῶν δὲ θαλαττίων θύννοι καὶ φάλαιναι καὶ τὰ κητώδη πάντα, κοχλίαι, κράμβη καὶ τῶν</w:t>
      </w:r>
    </w:p>
    <w:p>
      <w:r>
        <w:rPr>
          <w:rFonts w:ascii="Courier New" w:hAnsi="Courier New"/>
          <w:color w:val="555555"/>
          <w:sz w:val="20"/>
        </w:rPr>
        <w:t>[5]</w:t>
      </w:r>
    </w:p>
    <w:p>
      <w:r>
        <w:rPr>
          <w:rFonts w:ascii="Gentium Plus" w:hAnsi="Gentium Plus"/>
          <w:sz w:val="24"/>
        </w:rPr>
        <w:t>δένδρων οἱ βλαστοὶ δι’ ἅλμης τε καὶ ὀξάλμης συντιθέμενοι, ὡς σχίνου</w:t>
      </w:r>
    </w:p>
    <w:p>
      <w:r>
        <w:rPr>
          <w:rFonts w:ascii="Courier New" w:hAnsi="Courier New"/>
          <w:color w:val="555555"/>
          <w:sz w:val="20"/>
        </w:rPr>
        <w:t>[1 . 25 . 2]</w:t>
      </w:r>
    </w:p>
    <w:p>
      <w:r>
        <w:rPr>
          <w:rFonts w:ascii="Gentium Plus" w:hAnsi="Gentium Plus"/>
          <w:sz w:val="24"/>
        </w:rPr>
        <w:t>καὶ τερμίνθου, καὶ τῆς κινάρας ἡ οἷον σάρξ. καὶ ἡ φακὴ μελαγχολι‐ κώτατόν ἐστιν ἔδεσμα· μετ’ αὐτὴν οἱ πιτυρῖται τῶν ἄρτων οἵ τε ἐκ τῆς τίφης καὶ τῶν ἄλλων πονηρῶν σπερμάτων οἵ τε ἁπαλοὶ τυροὶ καὶ ὁ φακὸς καὶ ὁ βῖκος καὶ τῶν οἴνων οἱ παχεῖς καὶ μέλανες.</w:t>
      </w:r>
    </w:p>
    <w:p>
      <w:pPr>
        <w:jc w:val="center"/>
      </w:pPr>
      <w:r>
        <w:rPr>
          <w:rFonts w:ascii="Gentium Plus" w:hAnsi="Gentium Plus"/>
          <w:b/>
          <w:sz w:val="24"/>
        </w:rPr>
        <w:t>[καὶ] Ὅσα χολώδη χυμὸν γεννᾷ.</w:t>
      </w:r>
    </w:p>
    <w:p>
      <w:r>
        <w:rPr>
          <w:rFonts w:ascii="Courier New" w:hAnsi="Courier New"/>
          <w:color w:val="555555"/>
          <w:sz w:val="20"/>
        </w:rPr>
        <w:t>[1 . 26 1,2]</w:t>
      </w:r>
    </w:p>
    <w:p>
      <w:r>
        <w:rPr>
          <w:rFonts w:ascii="Gentium Plus" w:hAnsi="Gentium Plus"/>
          <w:sz w:val="24"/>
        </w:rPr>
        <w:t>Κεράτια· τῆς κινάρας ὁ χυλὸς λεπτὸς καὶ πικρόχολός ἐστιν· ἄμει‐</w:t>
      </w:r>
    </w:p>
    <w:p>
      <w:r>
        <w:rPr>
          <w:rFonts w:ascii="Courier New" w:hAnsi="Courier New"/>
          <w:color w:val="555555"/>
          <w:sz w:val="20"/>
        </w:rPr>
        <w:t>[1 . 26 . 3]</w:t>
      </w:r>
    </w:p>
    <w:p>
      <w:r>
        <w:rPr>
          <w:rFonts w:ascii="Gentium Plus" w:hAnsi="Gentium Plus"/>
          <w:sz w:val="24"/>
        </w:rPr>
        <w:t>νον οὖν ἀφεψῶντας αὐτὴν ἐσθίειν. καὶ τὸ μέλι ῥᾳδίως ἐκχολοῦται κατὰ τὰ θερμὰ σώματα (πάντες γάρ εἰσιν οἱ γλυκεῖς χυμοὶ ὕλη τῇ ξανθῇ χολῇ) καὶ οἱ γλυκεῖς οἶνοι.</w:t>
      </w:r>
    </w:p>
    <w:p>
      <w:pPr>
        <w:jc w:val="center"/>
      </w:pPr>
      <w:r>
        <w:rPr>
          <w:rFonts w:ascii="Gentium Plus" w:hAnsi="Gentium Plus"/>
          <w:b/>
          <w:sz w:val="24"/>
        </w:rPr>
        <w:t>Ὅσα περιττωματικά.</w:t>
      </w:r>
    </w:p>
    <w:p>
      <w:r>
        <w:rPr>
          <w:rFonts w:ascii="Courier New" w:hAnsi="Courier New"/>
          <w:color w:val="555555"/>
          <w:sz w:val="20"/>
        </w:rPr>
        <w:t>[1 . 27 . 1]</w:t>
      </w:r>
    </w:p>
    <w:p>
      <w:r>
        <w:rPr>
          <w:rFonts w:ascii="Gentium Plus" w:hAnsi="Gentium Plus"/>
          <w:sz w:val="24"/>
        </w:rPr>
        <w:t>Φάσσαι, χῆνες πλὴν τῶν πτερῶν, σπλάγχνα πάντα, νωτιαῖος, ἐγκέφαλοι, οἱ ἐν τοῖς ἕλεσι καὶ ταῖς λίμναις καὶ τοῖς πεδίοις ὄρνιθες, ἐρέβινθοι, κύαμοι χλωροί, κύαμος Αἰγύπτιος, οἱ νέοι τῶν χοίρων, τῶν προβάτων ἡ σὰρξ καὶ πάντων τῶν νέων ζῴων καὶ τῶν ἀργῶς βιούν‐</w:t>
      </w:r>
    </w:p>
    <w:p>
      <w:r>
        <w:rPr>
          <w:rFonts w:ascii="Courier New" w:hAnsi="Courier New"/>
          <w:color w:val="555555"/>
          <w:sz w:val="20"/>
        </w:rPr>
        <w:t>[5]</w:t>
      </w:r>
    </w:p>
    <w:p>
      <w:r>
        <w:rPr>
          <w:rFonts w:ascii="Gentium Plus" w:hAnsi="Gentium Plus"/>
          <w:sz w:val="24"/>
        </w:rPr>
        <w:t>των καὶ τῶν ἰχθύων οἱ ποτάμιοι καὶ οἱ λιμναῖοι καὶ οἱ ἐν ἰλύι διαι‐</w:t>
      </w:r>
    </w:p>
    <w:p>
      <w:pPr>
        <w:jc w:val="center"/>
      </w:pPr>
      <w:r>
        <w:rPr>
          <w:rFonts w:ascii="Gentium Plus" w:hAnsi="Gentium Plus"/>
          <w:b/>
          <w:sz w:val="24"/>
        </w:rPr>
        <w:t>Ὅσα ἀπέριττα.</w:t>
      </w:r>
    </w:p>
    <w:p>
      <w:r>
        <w:rPr>
          <w:rFonts w:ascii="Courier New" w:hAnsi="Courier New"/>
          <w:color w:val="555555"/>
          <w:sz w:val="20"/>
        </w:rPr>
        <w:t>[1 . 28 . 1]</w:t>
      </w:r>
    </w:p>
    <w:p>
      <w:r>
        <w:rPr>
          <w:rFonts w:ascii="Gentium Plus" w:hAnsi="Gentium Plus"/>
          <w:sz w:val="24"/>
        </w:rPr>
        <w:t>Τράχηλοι ζῴων, οὐραί, πτερά, ἡ τῶν ἀγρίων ζῴων σὰρξ καὶ τῶν ἐν ξηροῖς τόποις διαιτωμένων.</w:t>
      </w:r>
    </w:p>
    <w:p>
      <w:pPr>
        <w:jc w:val="center"/>
      </w:pPr>
      <w:r>
        <w:rPr>
          <w:rFonts w:ascii="Gentium Plus" w:hAnsi="Gentium Plus"/>
          <w:b/>
          <w:sz w:val="24"/>
        </w:rPr>
        <w:t>Ὅσα πολύτροφα.</w:t>
      </w:r>
    </w:p>
    <w:p>
      <w:r>
        <w:rPr>
          <w:rFonts w:ascii="Courier New" w:hAnsi="Courier New"/>
          <w:color w:val="555555"/>
          <w:sz w:val="20"/>
        </w:rPr>
        <w:t>[1 . 29 . 1]</w:t>
      </w:r>
    </w:p>
    <w:p>
      <w:r>
        <w:rPr>
          <w:rFonts w:ascii="Gentium Plus" w:hAnsi="Gentium Plus"/>
          <w:sz w:val="24"/>
        </w:rPr>
        <w:t>Συῶν τῶν ἡμέρων αἱ σάρκες πάντων ἐδεσμάτων εἰσὶ τροφιμώ‐</w:t>
      </w:r>
    </w:p>
    <w:p>
      <w:r>
        <w:rPr>
          <w:rFonts w:ascii="Courier New" w:hAnsi="Courier New"/>
          <w:color w:val="555555"/>
          <w:sz w:val="20"/>
        </w:rPr>
        <w:t>[1 . 29 . 2]</w:t>
      </w:r>
    </w:p>
    <w:p>
      <w:r>
        <w:rPr>
          <w:rFonts w:ascii="Gentium Plus" w:hAnsi="Gentium Plus"/>
          <w:sz w:val="24"/>
        </w:rPr>
        <w:t>ταται· βοῶν ἐγκέφαλοι, ὄρχεις, καρδία, νωτιαῖος καὶ ἄλλος μυελός, τὰ πτερὰ τῶν χηνῶν καὶ μᾶλλον ἀλεκτορίδων καὶ πάντων τῶν πτηνῶν</w:t>
      </w:r>
    </w:p>
    <w:p>
      <w:r>
        <w:rPr>
          <w:rFonts w:ascii="Courier New" w:hAnsi="Courier New"/>
          <w:color w:val="555555"/>
          <w:sz w:val="20"/>
        </w:rPr>
        <w:t>[1 . 29 . 3]</w:t>
      </w:r>
    </w:p>
    <w:p>
      <w:r>
        <w:rPr>
          <w:rFonts w:ascii="Gentium Plus" w:hAnsi="Gentium Plus"/>
          <w:sz w:val="24"/>
        </w:rPr>
        <w:t>αἱ κοιλίαι, κοχλίοι, καὶ μᾶλλον τρὶς ἑψηθέντες, τῶν ὀστρακοδέρμων τὰ σκληρόσαρκα, οἷον πορφύραι, κήρυκες καὶ τὰ ὅμοια, ἀστακοί, πάγουροι, καρκῖνοι, καρίδες, κάραβοι καὶ ὅσα τοιαῦτα καὶ τὰ μαλάκια καλούμενα,</w:t>
      </w:r>
    </w:p>
    <w:p>
      <w:r>
        <w:rPr>
          <w:rFonts w:ascii="Courier New" w:hAnsi="Courier New"/>
          <w:color w:val="555555"/>
          <w:sz w:val="20"/>
        </w:rPr>
        <w:t>[1 . 29 . 4]</w:t>
      </w:r>
    </w:p>
    <w:p>
      <w:r>
        <w:rPr>
          <w:rFonts w:ascii="Gentium Plus" w:hAnsi="Gentium Plus"/>
          <w:sz w:val="24"/>
        </w:rPr>
        <w:t>πολύποδες, σηπίαι, τευθίδες καὶ τὰ παραπλήσια καὶ τῶν σελαχίων νάρκη μὲν καὶ τρυγὼν μετρίως, βάτοι δὲ καὶ λειόβατοι καὶ ῥῖναι μᾶλ‐</w:t>
      </w:r>
    </w:p>
    <w:p>
      <w:r>
        <w:rPr>
          <w:rFonts w:ascii="Courier New" w:hAnsi="Courier New"/>
          <w:color w:val="555555"/>
          <w:sz w:val="20"/>
        </w:rPr>
        <w:t>[1 . 29 . 5]</w:t>
      </w:r>
    </w:p>
    <w:p>
      <w:r>
        <w:rPr>
          <w:rFonts w:ascii="Gentium Plus" w:hAnsi="Gentium Plus"/>
          <w:sz w:val="24"/>
        </w:rPr>
        <w:t>λον, τρίγλαι, κωβιοὶ ἔλαττον· γάλα τὸ μὲν παχύτερον μᾶλλον, τὸ δ’</w:t>
      </w:r>
    </w:p>
    <w:p>
      <w:r>
        <w:rPr>
          <w:rFonts w:ascii="Courier New" w:hAnsi="Courier New"/>
          <w:color w:val="555555"/>
          <w:sz w:val="20"/>
        </w:rPr>
        <w:t>[1 . 29 . 6]</w:t>
      </w:r>
    </w:p>
    <w:p>
      <w:r>
        <w:rPr>
          <w:rFonts w:ascii="Gentium Plus" w:hAnsi="Gentium Plus"/>
          <w:sz w:val="24"/>
        </w:rPr>
        <w:t>ὑγρότερον ἔλαττον. τῶν ἄρτων τροφιμώτατος ὁ σιλιγνίτης, ἐφεξῆς δ’</w:t>
      </w:r>
    </w:p>
    <w:p>
      <w:r>
        <w:rPr>
          <w:rFonts w:ascii="Courier New" w:hAnsi="Courier New"/>
          <w:color w:val="555555"/>
          <w:sz w:val="20"/>
        </w:rPr>
        <w:t>[1 . 29 . 7]</w:t>
      </w:r>
    </w:p>
    <w:p>
      <w:r>
        <w:rPr>
          <w:rFonts w:ascii="Gentium Plus" w:hAnsi="Gentium Plus"/>
          <w:sz w:val="24"/>
        </w:rPr>
        <w:t>ὁ σεμιδαλίτης καὶ τρίτος ὁ συγκομιστός. ἑφθοὶ πυροί, σεμίδαλις, χόνδρος.</w:t>
      </w:r>
    </w:p>
    <w:p>
      <w:r>
        <w:rPr>
          <w:rFonts w:ascii="Courier New" w:hAnsi="Courier New"/>
          <w:color w:val="555555"/>
          <w:sz w:val="20"/>
        </w:rPr>
        <w:t>[1 . 29 . 8]</w:t>
      </w:r>
    </w:p>
    <w:p>
      <w:r>
        <w:rPr>
          <w:rFonts w:ascii="Gentium Plus" w:hAnsi="Gentium Plus"/>
          <w:sz w:val="24"/>
        </w:rPr>
        <w:t>κύαμοι σαρκοῦσι τὴν ἕξιν οὐκ ἐσφιγμένῃ καὶ πυκνῇ σαρκί, ἀλλὰ χαυ‐</w:t>
      </w:r>
    </w:p>
    <w:p>
      <w:r>
        <w:rPr>
          <w:rFonts w:ascii="Courier New" w:hAnsi="Courier New"/>
          <w:color w:val="555555"/>
          <w:sz w:val="20"/>
        </w:rPr>
        <w:t>[1 . 29 . 9]</w:t>
      </w:r>
    </w:p>
    <w:p>
      <w:r>
        <w:rPr>
          <w:rFonts w:ascii="Gentium Plus" w:hAnsi="Gentium Plus"/>
          <w:sz w:val="24"/>
        </w:rPr>
        <w:t>νοτέρᾳ μᾶλλον. ἐρέβινθοι τρέφουσι μᾶλλον, φάσιλοι καὶ ὦχροι τήλεως</w:t>
      </w:r>
    </w:p>
    <w:p>
      <w:r>
        <w:rPr>
          <w:rFonts w:ascii="Courier New" w:hAnsi="Courier New"/>
          <w:color w:val="555555"/>
          <w:sz w:val="20"/>
        </w:rPr>
        <w:t>[1 . 29 . 10]</w:t>
      </w:r>
    </w:p>
    <w:p>
      <w:r>
        <w:rPr>
          <w:rFonts w:ascii="Gentium Plus" w:hAnsi="Gentium Plus"/>
          <w:sz w:val="24"/>
        </w:rPr>
        <w:t>πλέον. δόλιχοι, οὓς λοβοὺς καὶ φασιόλους καλοῦσι, τρέφουσι πισσῶν</w:t>
      </w:r>
    </w:p>
    <w:p>
      <w:r>
        <w:rPr>
          <w:rFonts w:ascii="Courier New" w:hAnsi="Courier New"/>
          <w:color w:val="555555"/>
          <w:sz w:val="20"/>
        </w:rPr>
        <w:t>[1 . 29 . 11]</w:t>
      </w:r>
    </w:p>
    <w:p>
      <w:r>
        <w:rPr>
          <w:rFonts w:ascii="Gentium Plus" w:hAnsi="Gentium Plus"/>
          <w:sz w:val="24"/>
        </w:rPr>
        <w:t>οὐκ ἔλαττον· θέρμοι τρόφιμοι, κάστανα, φακή, οἱ γλυκεῖς φοίνικες,</w:t>
      </w:r>
    </w:p>
    <w:p>
      <w:r>
        <w:rPr>
          <w:rFonts w:ascii="Courier New" w:hAnsi="Courier New"/>
          <w:color w:val="555555"/>
          <w:sz w:val="20"/>
        </w:rPr>
        <w:t>[1 . 29 . 12]</w:t>
      </w:r>
    </w:p>
    <w:p>
      <w:r>
        <w:rPr>
          <w:rFonts w:ascii="Gentium Plus" w:hAnsi="Gentium Plus"/>
          <w:sz w:val="24"/>
        </w:rPr>
        <w:t>σταφίδες αἱ γλυκεῖαι καὶ λιπαραί, γογγυλίς, βολβοὶ τροφιμώτατοι, καὶ</w:t>
      </w:r>
    </w:p>
    <w:p>
      <w:r>
        <w:rPr>
          <w:rFonts w:ascii="Courier New" w:hAnsi="Courier New"/>
          <w:color w:val="555555"/>
          <w:sz w:val="20"/>
        </w:rPr>
        <w:t>[1 . 29 . 13]</w:t>
      </w:r>
    </w:p>
    <w:p>
      <w:r>
        <w:rPr>
          <w:rFonts w:ascii="Gentium Plus" w:hAnsi="Gentium Plus"/>
          <w:sz w:val="24"/>
        </w:rPr>
        <w:t>μᾶλλον δίσεφθοι. μέλι τὸ ἀπαφρισθὲν ἐπιτήδειον πρός τε ἀνάδοσιν</w:t>
      </w:r>
    </w:p>
    <w:p>
      <w:r>
        <w:rPr>
          <w:rFonts w:ascii="Courier New" w:hAnsi="Courier New"/>
          <w:color w:val="555555"/>
          <w:sz w:val="20"/>
        </w:rPr>
        <w:t>[1 . 29 . 14]</w:t>
      </w:r>
    </w:p>
    <w:p>
      <w:r>
        <w:rPr>
          <w:rFonts w:ascii="Gentium Plus" w:hAnsi="Gentium Plus"/>
          <w:sz w:val="24"/>
        </w:rPr>
        <w:t>καὶ θρέψιν γίνεται. ἅπας οἶνος ἀνὰ λόγον τρέφει τῆς παχύτητος· οἱ μὲν οὖν ἐρυθροὶ καὶ παχεῖς καὶ αὐστηροὶ στύφοντες μᾶλλον, τούτων δ’ ἧττον τρέφουσιν οἱ λευκοί τε ἅμα καὶ παχεῖς καὶ αὐστηροί, πάντων</w:t>
      </w:r>
    </w:p>
    <w:p>
      <w:r>
        <w:rPr>
          <w:rFonts w:ascii="Courier New" w:hAnsi="Courier New"/>
          <w:color w:val="555555"/>
          <w:sz w:val="20"/>
        </w:rPr>
        <w:t>[1 . 29 . 15]</w:t>
      </w:r>
    </w:p>
    <w:p>
      <w:r>
        <w:rPr>
          <w:rFonts w:ascii="Gentium Plus" w:hAnsi="Gentium Plus"/>
          <w:sz w:val="24"/>
        </w:rPr>
        <w:t>δ’ ἧττον οἱ λευκοί τε καὶ λεπτοί. καὶ πάντα δὲ τὰ παχύχυμα, εἰ καλῶς πεφθείη καὶ αἱματωθείη, πολύτροφα γίνεται.</w:t>
      </w:r>
    </w:p>
    <w:p>
      <w:pPr>
        <w:jc w:val="center"/>
      </w:pPr>
      <w:r>
        <w:rPr>
          <w:rFonts w:ascii="Gentium Plus" w:hAnsi="Gentium Plus"/>
          <w:b/>
          <w:sz w:val="24"/>
        </w:rPr>
        <w:t>Ὅσα ὀλιγότροφα.</w:t>
      </w:r>
    </w:p>
    <w:p>
      <w:r>
        <w:rPr>
          <w:rFonts w:ascii="Courier New" w:hAnsi="Courier New"/>
          <w:color w:val="555555"/>
          <w:sz w:val="20"/>
        </w:rPr>
        <w:t>[1 . 30 . 1]</w:t>
      </w:r>
    </w:p>
    <w:p>
      <w:r>
        <w:rPr>
          <w:rFonts w:ascii="Gentium Plus" w:hAnsi="Gentium Plus"/>
          <w:sz w:val="24"/>
        </w:rPr>
        <w:t>Τὰ ἄκρεα τῶν ζῴων, μήτρα, γαστήρ, ἔντερα, οὐραί, ὦτα, πιμελή,</w:t>
      </w:r>
    </w:p>
    <w:p>
      <w:r>
        <w:rPr>
          <w:rFonts w:ascii="Courier New" w:hAnsi="Courier New"/>
          <w:color w:val="555555"/>
          <w:sz w:val="20"/>
        </w:rPr>
        <w:t>[1 . 30 . 2]</w:t>
      </w:r>
    </w:p>
    <w:p>
      <w:r>
        <w:rPr>
          <w:rFonts w:ascii="Gentium Plus" w:hAnsi="Gentium Plus"/>
          <w:sz w:val="24"/>
        </w:rPr>
        <w:t>στέαρ. ἅπαν τὸ γένος τῶν ὀρνίθων ὀλιγότροφόν ἐστι παραβαλλόμενον τῷ</w:t>
      </w:r>
    </w:p>
    <w:p>
      <w:r>
        <w:rPr>
          <w:rFonts w:ascii="Courier New" w:hAnsi="Courier New"/>
          <w:color w:val="555555"/>
          <w:sz w:val="20"/>
        </w:rPr>
        <w:t>[1 . 30 . 3]</w:t>
      </w:r>
    </w:p>
    <w:p>
      <w:r>
        <w:rPr>
          <w:rFonts w:ascii="Gentium Plus" w:hAnsi="Gentium Plus"/>
          <w:sz w:val="24"/>
        </w:rPr>
        <w:t>γένει τῶν πεζῶν, καὶ ἡ τῶν γεγηρακότων ζῴων σὰρξ ὀλιγοτροφωτέρα</w:t>
      </w:r>
    </w:p>
    <w:p>
      <w:r>
        <w:rPr>
          <w:rFonts w:ascii="Courier New" w:hAnsi="Courier New"/>
          <w:color w:val="555555"/>
          <w:sz w:val="20"/>
        </w:rPr>
        <w:t>[1 . 30 . 4]</w:t>
      </w:r>
    </w:p>
    <w:p>
      <w:r>
        <w:rPr>
          <w:rFonts w:ascii="Gentium Plus" w:hAnsi="Gentium Plus"/>
          <w:sz w:val="24"/>
        </w:rPr>
        <w:t>ἐστὶ τῶν ἔτι αὐξανομένων. τῶν δ’ ἰχθύων ἡ τροφὴ αἵματός ἐστι λεπτο‐</w:t>
      </w:r>
    </w:p>
    <w:p>
      <w:r>
        <w:rPr>
          <w:rFonts w:ascii="Courier New" w:hAnsi="Courier New"/>
          <w:color w:val="555555"/>
          <w:sz w:val="20"/>
        </w:rPr>
        <w:t>[1 . 30 . 5]</w:t>
      </w:r>
    </w:p>
    <w:p>
      <w:r>
        <w:rPr>
          <w:rFonts w:ascii="Gentium Plus" w:hAnsi="Gentium Plus"/>
          <w:sz w:val="24"/>
        </w:rPr>
        <w:t>τέρου γεννητική. τῶν ὀστρακοδέρμων τὰ μαλακόσαρκα, οἷα αὐτὰ τὰ</w:t>
      </w:r>
    </w:p>
    <w:p>
      <w:r>
        <w:rPr>
          <w:rFonts w:ascii="Courier New" w:hAnsi="Courier New"/>
          <w:color w:val="555555"/>
          <w:sz w:val="20"/>
        </w:rPr>
        <w:t>[1 . 30 . 6]</w:t>
      </w:r>
    </w:p>
    <w:p>
      <w:r>
        <w:rPr>
          <w:rFonts w:ascii="Gentium Plus" w:hAnsi="Gentium Plus"/>
          <w:sz w:val="24"/>
        </w:rPr>
        <w:t>ὄστρεα, ὀλιγότροφα. ἄρτοι κρίθινοι, τὰ ἐκ κριθῶν ἄλφιτα, ἄρτοι πιτυ‐ ρίαι καὶ οἱ ῥυπαροὶ πάντες καὶ οἱ πλυτοί, ἄμυλον, μᾶζα ἐξ ἀλφίτων, κριθή, βρόμος, κέγχρος, καὶ μᾶλλον ἔλυμος, ὄρυζα, κύαμοι χλωροί, μή‐</w:t>
      </w:r>
    </w:p>
    <w:p>
      <w:r>
        <w:rPr>
          <w:rFonts w:ascii="Courier New" w:hAnsi="Courier New"/>
          <w:color w:val="555555"/>
          <w:sz w:val="20"/>
        </w:rPr>
        <w:t>[5]</w:t>
      </w:r>
    </w:p>
    <w:p>
      <w:r>
        <w:rPr>
          <w:rFonts w:ascii="Gentium Plus" w:hAnsi="Gentium Plus"/>
          <w:sz w:val="24"/>
        </w:rPr>
        <w:t>μενιακά, πραικόκκια, ἐλαῖαι, καὶ μάλιστα αἱ δρυπεπεῖς, λεπτοκάρυα, καὶ μᾶλλον τὰ βασιλικὰ κάρυα, σηρικά, κράνα, προῦμνα, βάτινα, κάππαρις, καὶ μάλιστα ἡ ταριχευθεῖσα, τῆς τερμίνθου πάντα, κράμβη, τεῦτλα, ῥάφανος, νάπυ καὶ ἀσπάραγοι πάντες, σταφυλῖνος, δαῦκος, κάρω.</w:t>
      </w:r>
    </w:p>
    <w:p>
      <w:r>
        <w:rPr>
          <w:rFonts w:ascii="Courier New" w:hAnsi="Courier New"/>
          <w:color w:val="555555"/>
          <w:sz w:val="20"/>
        </w:rPr>
        <w:t>[1 . 30 . 7]</w:t>
      </w:r>
    </w:p>
    <w:p>
      <w:r>
        <w:rPr>
          <w:rFonts w:ascii="Gentium Plus" w:hAnsi="Gentium Plus"/>
          <w:sz w:val="24"/>
        </w:rPr>
        <w:t>κρόμμυα δὲ καὶ σκόροδα καὶ πράσα ὠμὰ μὲν οὐδ’ ὅλως τροφὴν δίδω‐</w:t>
      </w:r>
    </w:p>
    <w:p>
      <w:r>
        <w:rPr>
          <w:rFonts w:ascii="Courier New" w:hAnsi="Courier New"/>
          <w:color w:val="555555"/>
          <w:sz w:val="20"/>
        </w:rPr>
        <w:t>[1 . 30 . 8]</w:t>
      </w:r>
    </w:p>
    <w:p>
      <w:r>
        <w:rPr>
          <w:rFonts w:ascii="Gentium Plus" w:hAnsi="Gentium Plus"/>
          <w:sz w:val="24"/>
        </w:rPr>
        <w:t>σιν, ἑψηθέντα δὲ δὶς ἢ τρὶς ὀλιγίστην. ῥοιαὶ δ’ ὀλιγότροφοι, ἄπιοι, κολοκύνθη, σταφίδες αἱ αὐστηραὶ καὶ ἀλιπεῖς.</w:t>
      </w:r>
    </w:p>
    <w:p>
      <w:pPr>
        <w:jc w:val="center"/>
      </w:pPr>
      <w:r>
        <w:rPr>
          <w:rFonts w:ascii="Gentium Plus" w:hAnsi="Gentium Plus"/>
          <w:b/>
          <w:sz w:val="24"/>
        </w:rPr>
        <w:t>Ὅσα μέσα τῶν ὀλιγοτρόφων καὶ πολυτρόφων.</w:t>
      </w:r>
    </w:p>
    <w:p>
      <w:r>
        <w:rPr>
          <w:rFonts w:ascii="Courier New" w:hAnsi="Courier New"/>
          <w:color w:val="555555"/>
          <w:sz w:val="20"/>
        </w:rPr>
        <w:t>[1 . 31 1,2]</w:t>
      </w:r>
    </w:p>
    <w:p>
      <w:r>
        <w:rPr>
          <w:rFonts w:ascii="Gentium Plus" w:hAnsi="Gentium Plus"/>
          <w:sz w:val="24"/>
        </w:rPr>
        <w:t>Φάσιλοι, ὦχροι, λάθυροι· σῦκα δ’ οὐχ ὁμοίως ταῖς ἄλλαις ὀπώ‐</w:t>
      </w:r>
    </w:p>
    <w:p>
      <w:r>
        <w:rPr>
          <w:rFonts w:ascii="Courier New" w:hAnsi="Courier New"/>
          <w:color w:val="555555"/>
          <w:sz w:val="20"/>
        </w:rPr>
        <w:t>[1 . 31 . 2 (2)]</w:t>
      </w:r>
    </w:p>
    <w:p>
      <w:r>
        <w:rPr>
          <w:rFonts w:ascii="Gentium Plus" w:hAnsi="Gentium Plus"/>
          <w:sz w:val="24"/>
        </w:rPr>
        <w:t>ραις ὀλιγότροφα, σομφώδη δὲ ποιεῖ τὴν σάρκα ὁμοίως σταφυλαῖς· ἔλαττον δὲ τῶν σύκων τρέφουσι χαύνῃ καὶ πλαδαρᾷ σαρκί.</w:t>
      </w:r>
    </w:p>
    <w:p>
      <w:pPr>
        <w:jc w:val="center"/>
      </w:pPr>
      <w:r>
        <w:rPr>
          <w:rFonts w:ascii="Gentium Plus" w:hAnsi="Gentium Plus"/>
          <w:b/>
          <w:sz w:val="24"/>
        </w:rPr>
        <w:t>Ὅσα εὔχυμα.</w:t>
      </w:r>
    </w:p>
    <w:p>
      <w:r>
        <w:rPr>
          <w:rFonts w:ascii="Courier New" w:hAnsi="Courier New"/>
          <w:color w:val="555555"/>
          <w:sz w:val="20"/>
        </w:rPr>
        <w:t>[1 . 32 . 1]</w:t>
      </w:r>
    </w:p>
    <w:p>
      <w:r>
        <w:rPr>
          <w:rFonts w:ascii="Gentium Plus" w:hAnsi="Gentium Plus"/>
          <w:sz w:val="24"/>
        </w:rPr>
        <w:t>Εὐχυμότατόν ἐστι τὸ ἄριστον γάλα σχεδὸν ἁπάντων ὧν προσ‐ φερόμεθα· ἄριστον δὲ τὸ τῶν εὐεκτούντων ζῴων, ὅταν ἀμελχθῇ πινό‐</w:t>
      </w:r>
    </w:p>
    <w:p>
      <w:r>
        <w:rPr>
          <w:rFonts w:ascii="Courier New" w:hAnsi="Courier New"/>
          <w:color w:val="555555"/>
          <w:sz w:val="20"/>
        </w:rPr>
        <w:t>[1 . 32 . 2]</w:t>
      </w:r>
    </w:p>
    <w:p>
      <w:r>
        <w:rPr>
          <w:rFonts w:ascii="Gentium Plus" w:hAnsi="Gentium Plus"/>
          <w:sz w:val="24"/>
        </w:rPr>
        <w:t>μενον εὐθέως. ὠὰ τρομητὰ καὶ ῥοφητὰ τῶν ἀλεκτορίδων καὶ φασια‐</w:t>
      </w:r>
    </w:p>
    <w:p>
      <w:r>
        <w:rPr>
          <w:rFonts w:ascii="Courier New" w:hAnsi="Courier New"/>
          <w:color w:val="555555"/>
          <w:sz w:val="20"/>
        </w:rPr>
        <w:t>[1 . 32 . 3]</w:t>
      </w:r>
    </w:p>
    <w:p>
      <w:r>
        <w:rPr>
          <w:rFonts w:ascii="Gentium Plus" w:hAnsi="Gentium Plus"/>
          <w:sz w:val="24"/>
        </w:rPr>
        <w:t>νικῶν· ὄρνιθες δὲ καὶ ἰχθύες ὀλίγου δεῖν ἅπαντες εὔχυμοι πλὴν τῶν ἐν ἕλεσι καὶ λίμναις καὶ ποταμοῖς ἑλώδεσι καὶ θολεροῖς διαιτωμένων.</w:t>
      </w:r>
    </w:p>
    <w:p>
      <w:r>
        <w:rPr>
          <w:rFonts w:ascii="Courier New" w:hAnsi="Courier New"/>
          <w:color w:val="555555"/>
          <w:sz w:val="20"/>
        </w:rPr>
        <w:t>[1 . 32 . 4]</w:t>
      </w:r>
    </w:p>
    <w:p>
      <w:r>
        <w:rPr>
          <w:rFonts w:ascii="Gentium Plus" w:hAnsi="Gentium Plus"/>
          <w:sz w:val="24"/>
        </w:rPr>
        <w:t>τῇ δ’ ὀσμῇ καὶ τῇ γεύσει διάγνωσιν ποιεῖσθαι χρὴ τῶν ἰχθύων· καὶ γὰρ δυσώδεις καὶ ἀηδεῖς καὶ βλενώδεις εἰσὶν ὅσοι τὴν δίαιταν ἔχουσιν</w:t>
      </w:r>
    </w:p>
    <w:p>
      <w:r>
        <w:rPr>
          <w:rFonts w:ascii="Courier New" w:hAnsi="Courier New"/>
          <w:color w:val="555555"/>
          <w:sz w:val="20"/>
        </w:rPr>
        <w:t>[1 . 32 . 5]</w:t>
      </w:r>
    </w:p>
    <w:p>
      <w:r>
        <w:rPr>
          <w:rFonts w:ascii="Gentium Plus" w:hAnsi="Gentium Plus"/>
          <w:sz w:val="24"/>
        </w:rPr>
        <w:t>ἐν ὕδατι μοχθηρῷ. αἱ σάρκες τῶν ζῴων, ὅταν καλῶς πεφθῶσιν, αἵμα‐ τός εἰσιν ἀρίστου γεννητικαί, καὶ μάλιστα τῶν εὐχύμων, ὁποῖόν ἐστι</w:t>
      </w:r>
    </w:p>
    <w:p>
      <w:r>
        <w:rPr>
          <w:rFonts w:ascii="Courier New" w:hAnsi="Courier New"/>
          <w:color w:val="555555"/>
          <w:sz w:val="20"/>
        </w:rPr>
        <w:t>[1 . 32 . 6]</w:t>
      </w:r>
    </w:p>
    <w:p>
      <w:r>
        <w:rPr>
          <w:rFonts w:ascii="Gentium Plus" w:hAnsi="Gentium Plus"/>
          <w:sz w:val="24"/>
        </w:rPr>
        <w:t>τὸ γένος τῶν ὑῶν. οὖθαρ εὔχυμον, ἧπαρ, τὰ περὶ τὰ χείλη μόρια,</w:t>
      </w:r>
    </w:p>
    <w:p>
      <w:r>
        <w:rPr>
          <w:rFonts w:ascii="Courier New" w:hAnsi="Courier New"/>
          <w:color w:val="555555"/>
          <w:sz w:val="20"/>
        </w:rPr>
        <w:t>[1 . 32 . 7]</w:t>
      </w:r>
    </w:p>
    <w:p>
      <w:r>
        <w:rPr>
          <w:rFonts w:ascii="Gentium Plus" w:hAnsi="Gentium Plus"/>
          <w:sz w:val="24"/>
        </w:rPr>
        <w:t>πτερὰ καὶ τὰ ἄλλα τὰ ἄκρεα· ἔντερα δὲ καὶ μήτρα καὶ οὐρὰ τῶν σαρκῶν ἧττον εὔχυμα· οἱ δ’ ἀδένες πεφθέντες καλῶς ὁμοίως ταῖς</w:t>
      </w:r>
    </w:p>
    <w:p>
      <w:r>
        <w:rPr>
          <w:rFonts w:ascii="Courier New" w:hAnsi="Courier New"/>
          <w:color w:val="555555"/>
          <w:sz w:val="20"/>
        </w:rPr>
        <w:t>[1 . 32 8,9]</w:t>
      </w:r>
    </w:p>
    <w:p>
      <w:r>
        <w:rPr>
          <w:rFonts w:ascii="Gentium Plus" w:hAnsi="Gentium Plus"/>
          <w:sz w:val="24"/>
        </w:rPr>
        <w:t>σαρξὶν εὔχυμοι. καρδία οὐ κακόχυμος. βελτίους οἱ πόδες τῶν ὑῶν</w:t>
      </w:r>
    </w:p>
    <w:p>
      <w:r>
        <w:rPr>
          <w:rFonts w:ascii="Courier New" w:hAnsi="Courier New"/>
          <w:color w:val="555555"/>
          <w:sz w:val="20"/>
        </w:rPr>
        <w:t>[1 . 32 . 10]</w:t>
      </w:r>
    </w:p>
    <w:p>
      <w:r>
        <w:rPr>
          <w:rFonts w:ascii="Gentium Plus" w:hAnsi="Gentium Plus"/>
          <w:sz w:val="24"/>
        </w:rPr>
        <w:t>τοῦ ῥύγχους καὶ [τοῦ] τῶν ὤτων. τῶν ἀγρίων ζῴων αἱ σάρκες εὐχυ‐</w:t>
      </w:r>
    </w:p>
    <w:p>
      <w:r>
        <w:rPr>
          <w:rFonts w:ascii="Courier New" w:hAnsi="Courier New"/>
          <w:color w:val="555555"/>
          <w:sz w:val="20"/>
        </w:rPr>
        <w:t>[1 . 32 . 11]</w:t>
      </w:r>
    </w:p>
    <w:p>
      <w:r>
        <w:rPr>
          <w:rFonts w:ascii="Gentium Plus" w:hAnsi="Gentium Plus"/>
          <w:sz w:val="24"/>
        </w:rPr>
        <w:t>μότεραι τῆς τῶν ἡμέρων εἰσίν. ἄρτος καθαρὸς καλῶς ἐσκευασμένος</w:t>
      </w:r>
    </w:p>
    <w:p>
      <w:r>
        <w:rPr>
          <w:rFonts w:ascii="Courier New" w:hAnsi="Courier New"/>
          <w:color w:val="555555"/>
          <w:sz w:val="20"/>
        </w:rPr>
        <w:t>[1 . 32 . 12]</w:t>
      </w:r>
    </w:p>
    <w:p>
      <w:r>
        <w:rPr>
          <w:rFonts w:ascii="Gentium Plus" w:hAnsi="Gentium Plus"/>
          <w:sz w:val="24"/>
        </w:rPr>
        <w:t>εὔχυμος· χόνδρος, πτισάνη καλῶς ἡψημένη, κύαμοι. κάστανα οὐ κακό‐ χυμα, σῦκα πέπειρα καὶ σταφυλὴ πέπειρος κρεμασθεῖσα ἄμεμπτος.</w:t>
      </w:r>
    </w:p>
    <w:p>
      <w:r>
        <w:rPr>
          <w:rFonts w:ascii="Courier New" w:hAnsi="Courier New"/>
          <w:color w:val="555555"/>
          <w:sz w:val="20"/>
        </w:rPr>
        <w:t>[1 . 32 . 13]</w:t>
      </w:r>
    </w:p>
    <w:p>
      <w:r>
        <w:rPr>
          <w:rFonts w:ascii="Gentium Plus" w:hAnsi="Gentium Plus"/>
          <w:sz w:val="24"/>
        </w:rPr>
        <w:t>ἰσχάδες ἀναδοθεῖσαι μὲν ταχέως εὔχυμοι, χρονίσασαι δ’ ἐν τῇ γαστρὶ κακόχυμοι γίνονται καὶ φθειρῶν γεννητικαί· μετὰ δὲ καρύων ἐσθιόμεναι κάλλιστόν ἐστιν ἔδεσμα· ὅσοι δὲ μετά τινος ἄλλου τῶν ἐδεσμάτων</w:t>
      </w:r>
    </w:p>
    <w:p>
      <w:r>
        <w:rPr>
          <w:rFonts w:ascii="Courier New" w:hAnsi="Courier New"/>
          <w:color w:val="555555"/>
          <w:sz w:val="20"/>
        </w:rPr>
        <w:t>[1 . 32 . 14]</w:t>
      </w:r>
    </w:p>
    <w:p>
      <w:r>
        <w:rPr>
          <w:rFonts w:ascii="Gentium Plus" w:hAnsi="Gentium Plus"/>
          <w:sz w:val="24"/>
        </w:rPr>
        <w:t>ἐσθίουσι τά τε σῦκα καὶ τὰς ἰσχάδας, οὐ μικρὰ βλάπτονται. θρίδαξ ὡς</w:t>
      </w:r>
    </w:p>
    <w:p>
      <w:r>
        <w:rPr>
          <w:rFonts w:ascii="Courier New" w:hAnsi="Courier New"/>
          <w:color w:val="555555"/>
          <w:sz w:val="20"/>
        </w:rPr>
        <w:t>[1 . 32 . 15]</w:t>
      </w:r>
    </w:p>
    <w:p>
      <w:r>
        <w:rPr>
          <w:rFonts w:ascii="Gentium Plus" w:hAnsi="Gentium Plus"/>
          <w:sz w:val="24"/>
        </w:rPr>
        <w:t>ἐν λαχάνοις αἷμα γεννᾷ καὶ μετὰ ταύτην ἴντυβοι. οἱ εὐώδεις οἶνοι εὔχυμοι· τῶν εὐχυμοτάτων δ’ ἐστὶν ὁ Φαλερῖνος καὶ ὁ Τμωλίτης γλυ‐ κὺς καὶ ὁ Ἀριούσιος.</w:t>
      </w:r>
    </w:p>
    <w:p>
      <w:pPr>
        <w:jc w:val="center"/>
      </w:pPr>
      <w:r>
        <w:rPr>
          <w:rFonts w:ascii="Gentium Plus" w:hAnsi="Gentium Plus"/>
          <w:b/>
          <w:sz w:val="24"/>
        </w:rPr>
        <w:t>Ὅσα κακόχυμα.</w:t>
      </w:r>
    </w:p>
    <w:p>
      <w:r>
        <w:rPr>
          <w:rFonts w:ascii="Courier New" w:hAnsi="Courier New"/>
          <w:color w:val="555555"/>
          <w:sz w:val="20"/>
        </w:rPr>
        <w:t>[1 . 33 . 1]</w:t>
      </w:r>
    </w:p>
    <w:p>
      <w:r>
        <w:rPr>
          <w:rFonts w:ascii="Gentium Plus" w:hAnsi="Gentium Plus"/>
          <w:sz w:val="24"/>
        </w:rPr>
        <w:t>Πάντων ἀπέχεσθαι τῶν κακοχύμων ἐδεσμάτων συμβουλεύω, κἂν εὔπεπτά εἰσι· λανθάνει γὰρ ἐν χρόνῳ πλείονι μοχθηρὸς χυμὸς ἐν ταῖς φλεψὶν ἀθροιζόμενος ἐξ αὐτῶν, ὃς ἐπειδὰν ἀφορμῆς ὀλίγης εἰς σῆψιν</w:t>
      </w:r>
    </w:p>
    <w:p>
      <w:r>
        <w:rPr>
          <w:rFonts w:ascii="Courier New" w:hAnsi="Courier New"/>
          <w:color w:val="555555"/>
          <w:sz w:val="20"/>
        </w:rPr>
        <w:t>[1 . 33 . 2]</w:t>
      </w:r>
    </w:p>
    <w:p>
      <w:r>
        <w:rPr>
          <w:rFonts w:ascii="Gentium Plus" w:hAnsi="Gentium Plus"/>
          <w:sz w:val="24"/>
        </w:rPr>
        <w:t>ἐπιλάβηται, πυρετοὺς κακοήθεις ἀπεργάζεται. ἔστι δὲ κακόχυμα τάδε· τῶν προβάτων ἡ σὰρξ καὶ τῶν αἰγῶν· ἡ δὲ τῶν τράγων χειρίστη, ἐφεξῆς δ’ 〈ἡ〉 τῶν κριῶν, εἶθ’ ἡ τῶν ταύρων· ἐν ἅπασι δὲ τούτοις</w:t>
      </w:r>
    </w:p>
    <w:p>
      <w:r>
        <w:rPr>
          <w:rFonts w:ascii="Courier New" w:hAnsi="Courier New"/>
          <w:color w:val="555555"/>
          <w:sz w:val="20"/>
        </w:rPr>
        <w:t>[1 . 33 . 3]</w:t>
      </w:r>
    </w:p>
    <w:p>
      <w:r>
        <w:rPr>
          <w:rFonts w:ascii="Gentium Plus" w:hAnsi="Gentium Plus"/>
          <w:sz w:val="24"/>
        </w:rPr>
        <w:t>τὰ τῶν εὐνουχισθέντων ἀμείνω, τὰ δὲ πρεσβυτικὰ χείριστα. τῶν λαγωῶν ἡ σὰρξ αἵματος μέν ἐστι παχυτέρου γεννητική, βελτίονος δ’ εἰς εὐχυ‐ μίαν ἢ κατὰ βοῦν καὶ πρόβατον· κακόχυμος δ’ οὐδὲν ἧττον τούτων</w:t>
      </w:r>
    </w:p>
    <w:p>
      <w:r>
        <w:rPr>
          <w:rFonts w:ascii="Courier New" w:hAnsi="Courier New"/>
          <w:color w:val="555555"/>
          <w:sz w:val="20"/>
        </w:rPr>
        <w:t>[1 . 33 . 4]</w:t>
      </w:r>
    </w:p>
    <w:p>
      <w:r>
        <w:rPr>
          <w:rFonts w:ascii="Gentium Plus" w:hAnsi="Gentium Plus"/>
          <w:sz w:val="24"/>
        </w:rPr>
        <w:t>ἐστίν. καὶ οἱ τῶν ἐλάφων νεφροὶ κακόχυμοι καὶ οἱ τῶν τελείων ὄρχεις</w:t>
      </w:r>
    </w:p>
    <w:p>
      <w:r>
        <w:rPr>
          <w:rFonts w:ascii="Courier New" w:hAnsi="Courier New"/>
          <w:color w:val="555555"/>
          <w:sz w:val="20"/>
        </w:rPr>
        <w:t>[1 . 33 . 5]</w:t>
      </w:r>
    </w:p>
    <w:p>
      <w:r>
        <w:rPr>
          <w:rFonts w:ascii="Gentium Plus" w:hAnsi="Gentium Plus"/>
          <w:sz w:val="24"/>
        </w:rPr>
        <w:t>πλὴν τῶν ἐν τοῖς ἀλεκτρυόσιν. ἐγκέφαλος, νωτιαῖος, καλλῶσον, σπλήν, ὠὰ τηγανιστά, τυροὶ ἁπαλοί, βωλῖται, ἀμανῖται, τῆλις, φακή, βρόμος·</w:t>
      </w:r>
    </w:p>
    <w:p>
      <w:r>
        <w:rPr>
          <w:rFonts w:ascii="Courier New" w:hAnsi="Courier New"/>
          <w:color w:val="555555"/>
          <w:sz w:val="20"/>
        </w:rPr>
        <w:t>[1 . 33 . 6]</w:t>
      </w:r>
    </w:p>
    <w:p>
      <w:r>
        <w:rPr>
          <w:rFonts w:ascii="Gentium Plus" w:hAnsi="Gentium Plus"/>
          <w:sz w:val="24"/>
        </w:rPr>
        <w:t>ἐρέβινθος οὐκ εὔχυμος· ἡ δ’ ὄλυρα τοσούτῳ πυροῦ χείρων ἐστίν, ὅσῳ τίφης καὶ βρόμου κρείττων· μελίνη, κέγχρος καὶ ὅσα τοιαῦτά ἐστιν,</w:t>
      </w:r>
    </w:p>
    <w:p>
      <w:r>
        <w:rPr>
          <w:rFonts w:ascii="Courier New" w:hAnsi="Courier New"/>
          <w:color w:val="555555"/>
          <w:sz w:val="20"/>
        </w:rPr>
        <w:t>[1 . 33 . 7]</w:t>
      </w:r>
    </w:p>
    <w:p>
      <w:r>
        <w:rPr>
          <w:rFonts w:ascii="Gentium Plus" w:hAnsi="Gentium Plus"/>
          <w:sz w:val="24"/>
        </w:rPr>
        <w:t>οὐκ εὔχυμα. δράκοντες, γαλεώνυμοι, σκορπίοι, τράχουροι, τρίγλαι, ὀρφοί, γλαῦκοι, ζύγαιναι, γόγγροι, φάγροι καὶ ὅσα ἄλλα τῶν ἐν θαλάττῃ ζῴων</w:t>
      </w:r>
    </w:p>
    <w:p>
      <w:r>
        <w:rPr>
          <w:rFonts w:ascii="Courier New" w:hAnsi="Courier New"/>
          <w:color w:val="555555"/>
          <w:sz w:val="20"/>
        </w:rPr>
        <w:t>[1 . 33 . 8]</w:t>
      </w:r>
    </w:p>
    <w:p>
      <w:r>
        <w:rPr>
          <w:rFonts w:ascii="Gentium Plus" w:hAnsi="Gentium Plus"/>
          <w:sz w:val="24"/>
        </w:rPr>
        <w:t>κητώδη, πάντα κακόχυμα. μῆλα τὰ μήπω πέπειρα, ἄπιοι πρὶν πεφθῆ‐ ναι, περσικά, ῥοιαί, μέσπιλα, κράνα, προῦμνα, κεράτια, ὁ τῆς τερμίνθου καρπός, κινάρα, καὶ μᾶλλον ὅταν σκληροτέρα γένηται, σίκυοι πέπονες,</w:t>
      </w:r>
    </w:p>
    <w:p>
      <w:r>
        <w:rPr>
          <w:rFonts w:ascii="Courier New" w:hAnsi="Courier New"/>
          <w:color w:val="555555"/>
          <w:sz w:val="20"/>
        </w:rPr>
        <w:t>[1 . 33 . 9]</w:t>
      </w:r>
    </w:p>
    <w:p>
      <w:r>
        <w:rPr>
          <w:rFonts w:ascii="Gentium Plus" w:hAnsi="Gentium Plus"/>
          <w:sz w:val="24"/>
        </w:rPr>
        <w:t>μηλοπέπονες δ’ ἧττον. κολοκύντη τούτων μὲν ἀμείνων ἐστίν, ἀλλὰ καὶ αὐτὴ διαφθαρεῖσα κατὰ τὴν γαστέρα κακόχυμος ἱκανῶς γίνεται.</w:t>
      </w:r>
    </w:p>
    <w:p>
      <w:r>
        <w:rPr>
          <w:rFonts w:ascii="Courier New" w:hAnsi="Courier New"/>
          <w:color w:val="555555"/>
          <w:sz w:val="20"/>
        </w:rPr>
        <w:t>[1 . 33 . 10]</w:t>
      </w:r>
    </w:p>
    <w:p>
      <w:r>
        <w:rPr>
          <w:rFonts w:ascii="Gentium Plus" w:hAnsi="Gentium Plus"/>
          <w:sz w:val="24"/>
        </w:rPr>
        <w:t>σῦκα δ’ ἧττον τῶν ἄλλων ὡραίων ἐστὶ κακόχυμα, καὶ ἰσχάδες τοῖς πλεο‐ νάζουσιν ἐν αὐταῖς οὐ πάνυ χρηστὸν αἷμα γεννῶσιν, ὅθεν αὐταῖς καὶ</w:t>
      </w:r>
    </w:p>
    <w:p>
      <w:r>
        <w:rPr>
          <w:rFonts w:ascii="Courier New" w:hAnsi="Courier New"/>
          <w:color w:val="555555"/>
          <w:sz w:val="20"/>
        </w:rPr>
        <w:t>[1 . 33 . 11]</w:t>
      </w:r>
    </w:p>
    <w:p>
      <w:r>
        <w:rPr>
          <w:rFonts w:ascii="Gentium Plus" w:hAnsi="Gentium Plus"/>
          <w:sz w:val="24"/>
        </w:rPr>
        <w:t>τὸ τῶν φθειρῶν ἕπεται πλῆθος. τῶν δὲ λαχάνων οὐδὲν μὲν εὔχυμόν ἐστιν, ἐν μέσῳ δὲ τῶν εὐχύμων τε καὶ κακοχύμων θρίδαξ ἐστὶ καὶ</w:t>
      </w:r>
    </w:p>
    <w:p>
      <w:r>
        <w:rPr>
          <w:rFonts w:ascii="Courier New" w:hAnsi="Courier New"/>
          <w:color w:val="555555"/>
          <w:sz w:val="20"/>
        </w:rPr>
        <w:t>[1 . 33 . 12]</w:t>
      </w:r>
    </w:p>
    <w:p>
      <w:r>
        <w:rPr>
          <w:rFonts w:ascii="Gentium Plus" w:hAnsi="Gentium Plus"/>
          <w:sz w:val="24"/>
        </w:rPr>
        <w:t>ἴντυβοι καὶ μετὰ ταῦτα μαλάχη, βλίτον, ἀνδράφαξυς. αἱ δὲ ῥίζαι τῶν λαχανωδῶν φυτῶν κακόχυμοι μὲν ὅσαι δριμεῖαι, καθάπερ ἡ τῶν κρομ‐ μύων καὶ πράσων καὶ σκορόδων καὶ ῥαφανίδων καὶ δαύκων· μέσαι δ’ εὐχύμων τε καὶ κακοχύμων αἱ τῶν γογγυλίδων εἰσὶ καὶ τῆς καλουμέ‐</w:t>
      </w:r>
    </w:p>
    <w:p>
      <w:r>
        <w:rPr>
          <w:rFonts w:ascii="Courier New" w:hAnsi="Courier New"/>
          <w:color w:val="555555"/>
          <w:sz w:val="20"/>
        </w:rPr>
        <w:t>[1 . 33 . 13]</w:t>
      </w:r>
    </w:p>
    <w:p>
      <w:r>
        <w:rPr>
          <w:rFonts w:ascii="Gentium Plus" w:hAnsi="Gentium Plus"/>
          <w:sz w:val="24"/>
        </w:rPr>
        <w:t>νης κάρους. ὤκιμον κακοχυμότατον, γογγυλὶς ἡ ὠμοτέρα, κράμβη,</w:t>
      </w:r>
    </w:p>
    <w:p>
      <w:r>
        <w:rPr>
          <w:rFonts w:ascii="Courier New" w:hAnsi="Courier New"/>
          <w:color w:val="555555"/>
          <w:sz w:val="20"/>
        </w:rPr>
        <w:t>[1 . 33 . 14]</w:t>
      </w:r>
    </w:p>
    <w:p>
      <w:r>
        <w:rPr>
          <w:rFonts w:ascii="Gentium Plus" w:hAnsi="Gentium Plus"/>
          <w:sz w:val="24"/>
        </w:rPr>
        <w:t>βολβοὶ μὴ καλῶς ἑψηθέντες. κρόμμυα δὲ καὶ σκόροδα καὶ πράσα</w:t>
      </w:r>
    </w:p>
    <w:p>
      <w:r>
        <w:rPr>
          <w:rFonts w:ascii="Courier New" w:hAnsi="Courier New"/>
          <w:color w:val="555555"/>
          <w:sz w:val="20"/>
        </w:rPr>
        <w:t>[1 . 33 . 15]</w:t>
      </w:r>
    </w:p>
    <w:p>
      <w:r>
        <w:rPr>
          <w:rFonts w:ascii="Gentium Plus" w:hAnsi="Gentium Plus"/>
          <w:sz w:val="24"/>
        </w:rPr>
        <w:t>δίσεφθα γενόμενα τὴν κακοχυμίαν ἀποτίθεται. κακόχυμα δ’ ἐσχάτως</w:t>
      </w:r>
    </w:p>
    <w:p>
      <w:r>
        <w:rPr>
          <w:rFonts w:ascii="Courier New" w:hAnsi="Courier New"/>
          <w:color w:val="555555"/>
          <w:sz w:val="20"/>
        </w:rPr>
        <w:t>[1 . 33 . 16]</w:t>
      </w:r>
    </w:p>
    <w:p>
      <w:r>
        <w:rPr>
          <w:rFonts w:ascii="Gentium Plus" w:hAnsi="Gentium Plus"/>
          <w:sz w:val="24"/>
        </w:rPr>
        <w:t>πάντων ἐστὶν ἃ καλοῦσιν ἄγρια λάχανα. οἴνων οἱ παχεῖς ἅμα καὶ δυσώδεις καὶ ἀηδεῖς καὶ αὐστηροὶ κακόχυμοι, οἷός ἐστιν ὁ φαῦλος Βιθυνὸς ὁ ἐν μεγάλοις κεραμίοις· ὁ γὰρ ἐν τοῖς μικροῖς οὔτε εὔχυμός ἐστιν οὔτε κακόχυμος.</w:t>
      </w:r>
    </w:p>
    <w:p>
      <w:pPr>
        <w:jc w:val="center"/>
      </w:pPr>
      <w:r>
        <w:rPr>
          <w:rFonts w:ascii="Gentium Plus" w:hAnsi="Gentium Plus"/>
          <w:b/>
          <w:sz w:val="24"/>
        </w:rPr>
        <w:t>Ὅσα εὔπεπτα.</w:t>
      </w:r>
    </w:p>
    <w:p>
      <w:r>
        <w:rPr>
          <w:rFonts w:ascii="Courier New" w:hAnsi="Courier New"/>
          <w:color w:val="555555"/>
          <w:sz w:val="20"/>
        </w:rPr>
        <w:t>[1 . 34 . 1]</w:t>
      </w:r>
    </w:p>
    <w:p>
      <w:r>
        <w:rPr>
          <w:rFonts w:ascii="Gentium Plus" w:hAnsi="Gentium Plus"/>
          <w:sz w:val="24"/>
        </w:rPr>
        <w:t>Ἄρτοι καλῶς σκευασθέντες, ἰχθύων οἱ πετραῖοι πάντες, κωβιός,</w:t>
      </w:r>
    </w:p>
    <w:p>
      <w:r>
        <w:rPr>
          <w:rFonts w:ascii="Courier New" w:hAnsi="Courier New"/>
          <w:color w:val="555555"/>
          <w:sz w:val="20"/>
        </w:rPr>
        <w:t>[1 . 34 . 2]</w:t>
      </w:r>
    </w:p>
    <w:p>
      <w:r>
        <w:rPr>
          <w:rFonts w:ascii="Gentium Plus" w:hAnsi="Gentium Plus"/>
          <w:sz w:val="24"/>
        </w:rPr>
        <w:t>νάρκη, τρυγών, ἅπαν τὸ γένος τῶν πτηνῶν· ὀρνίθων ἡ σὰρξ παρα‐ βαλλομένη τῷ γένει τῶν πεζῶν εὐπεπτοτέρα τυγχάνει, καὶ μάλιστα</w:t>
      </w:r>
    </w:p>
    <w:p>
      <w:r>
        <w:rPr>
          <w:rFonts w:ascii="Courier New" w:hAnsi="Courier New"/>
          <w:color w:val="555555"/>
          <w:sz w:val="20"/>
        </w:rPr>
        <w:t>[1 . 34 . 3]</w:t>
      </w:r>
    </w:p>
    <w:p>
      <w:r>
        <w:rPr>
          <w:rFonts w:ascii="Gentium Plus" w:hAnsi="Gentium Plus"/>
          <w:sz w:val="24"/>
        </w:rPr>
        <w:t>πέρδικος, ἀτταγῆνος, περιστερᾶς, ἀλεκτορίδος καὶ φασιανικῶν. τὰ πτερὰ τῶν χηνῶν καὶ μᾶλλον τὰ τῶν ἀλεκτορίδων, καὶ καθόλου κάλλιστα μὲν τὰ τῶν εὐτραφῶν τε καὶ νέων πτερά, χείριστα δὲ τὰ τῶν ἰσχνῶν</w:t>
      </w:r>
    </w:p>
    <w:p>
      <w:r>
        <w:rPr>
          <w:rFonts w:ascii="Courier New" w:hAnsi="Courier New"/>
          <w:color w:val="555555"/>
          <w:sz w:val="20"/>
        </w:rPr>
        <w:t>[1 . 34 . 4]</w:t>
      </w:r>
    </w:p>
    <w:p>
      <w:r>
        <w:rPr>
          <w:rFonts w:ascii="Gentium Plus" w:hAnsi="Gentium Plus"/>
          <w:sz w:val="24"/>
        </w:rPr>
        <w:t>καὶ γεγηρακότων. σιτευθέντων δὲ δι’ ὀρροῦ γάλακτος χηνῶν τὸ ἧπαρ</w:t>
      </w:r>
    </w:p>
    <w:p>
      <w:r>
        <w:rPr>
          <w:rFonts w:ascii="Courier New" w:hAnsi="Courier New"/>
          <w:color w:val="555555"/>
          <w:sz w:val="20"/>
        </w:rPr>
        <w:t>[1 . 34 . 5]</w:t>
      </w:r>
    </w:p>
    <w:p>
      <w:r>
        <w:rPr>
          <w:rFonts w:ascii="Gentium Plus" w:hAnsi="Gentium Plus"/>
          <w:sz w:val="24"/>
        </w:rPr>
        <w:t>καὶ τῶν ὁμοίως τραφέντων ἀλεκτρυόνων οἱ ὄρχεις εὐπεπτότατοι. τὰ κρέα τῶν ὑῶν εἰς πέψιν ἐπιτηδειότερα, τοῖς μὲν ἀκμάζουσι 〈καὶ〉 δια‐ πονουμένοις τὰ τῶν ἀκμαζόντων, τοῖς δ’ ἄλλοις τὰ τῶν ἔτι αὐξανο‐ μένων. τῶν δὲ τελείων βοῶν οἱ μόσχοι βελτίους εἰς πέψιν, καὶ οἱ</w:t>
      </w:r>
    </w:p>
    <w:p>
      <w:r>
        <w:rPr>
          <w:rFonts w:ascii="Courier New" w:hAnsi="Courier New"/>
          <w:color w:val="555555"/>
          <w:sz w:val="20"/>
        </w:rPr>
        <w:t>[1 . 34 . 6]</w:t>
      </w:r>
    </w:p>
    <w:p>
      <w:r>
        <w:rPr>
          <w:rFonts w:ascii="Gentium Plus" w:hAnsi="Gentium Plus"/>
          <w:sz w:val="24"/>
        </w:rPr>
        <w:t>ἔριφοι τῶν αἰγῶν. 〈πάντων τῶν〉 ἔτι αὐξανομένων ἡ σὰρξ εὐπεπτο‐</w:t>
      </w:r>
    </w:p>
    <w:p>
      <w:r>
        <w:rPr>
          <w:rFonts w:ascii="Courier New" w:hAnsi="Courier New"/>
          <w:color w:val="555555"/>
          <w:sz w:val="20"/>
        </w:rPr>
        <w:t>[1 . 34 . 7]</w:t>
      </w:r>
    </w:p>
    <w:p>
      <w:r>
        <w:rPr>
          <w:rFonts w:ascii="Gentium Plus" w:hAnsi="Gentium Plus"/>
          <w:sz w:val="24"/>
        </w:rPr>
        <w:t>τέρα τῆς τῶν ἄλλων. τὸ βασιλικὸν κάρυον πέττεται μᾶλλον τοῦ</w:t>
      </w:r>
    </w:p>
    <w:p>
      <w:r>
        <w:rPr>
          <w:rFonts w:ascii="Courier New" w:hAnsi="Courier New"/>
          <w:color w:val="555555"/>
          <w:sz w:val="20"/>
        </w:rPr>
        <w:t>[1 . 34 8,9]</w:t>
      </w:r>
    </w:p>
    <w:p>
      <w:r>
        <w:rPr>
          <w:rFonts w:ascii="Gentium Plus" w:hAnsi="Gentium Plus"/>
          <w:sz w:val="24"/>
        </w:rPr>
        <w:t>λεπτοκαρύου. βολβοὶ πεφθῆναι ῥᾴους οἱ δίσεφθοι. ὠὰ τρομητὰ καὶ</w:t>
      </w:r>
    </w:p>
    <w:p>
      <w:r>
        <w:rPr>
          <w:rFonts w:ascii="Courier New" w:hAnsi="Courier New"/>
          <w:color w:val="555555"/>
          <w:sz w:val="20"/>
        </w:rPr>
        <w:t>[1 . 34 . 9 (2)]</w:t>
      </w:r>
    </w:p>
    <w:p>
      <w:r>
        <w:rPr>
          <w:rFonts w:ascii="Gentium Plus" w:hAnsi="Gentium Plus"/>
          <w:sz w:val="24"/>
        </w:rPr>
        <w:t>ῥοφητά, θρίδακες, ἴντυβοι, μαλάχη, κολοκύντη ἑφθή, ὅταν μὴ διαφθαρῇ.</w:t>
      </w:r>
    </w:p>
    <w:p>
      <w:r>
        <w:rPr>
          <w:rFonts w:ascii="Courier New" w:hAnsi="Courier New"/>
          <w:color w:val="555555"/>
          <w:sz w:val="20"/>
        </w:rPr>
        <w:t>[1 . 34 10,11]</w:t>
      </w:r>
    </w:p>
    <w:p>
      <w:r>
        <w:rPr>
          <w:rFonts w:ascii="Gentium Plus" w:hAnsi="Gentium Plus"/>
          <w:sz w:val="24"/>
        </w:rPr>
        <w:t>οἱ γλυκεῖς οἶνοι τῶν αὐστηρῶν πέττονται μᾶλλον· ἄμεινον δ’ εἰς τὴν</w:t>
      </w:r>
    </w:p>
    <w:p>
      <w:r>
        <w:rPr>
          <w:rFonts w:ascii="Courier New" w:hAnsi="Courier New"/>
          <w:color w:val="555555"/>
          <w:sz w:val="20"/>
        </w:rPr>
        <w:t>[1 . 34 . 11 (2)]</w:t>
      </w:r>
    </w:p>
    <w:p>
      <w:r>
        <w:rPr>
          <w:rFonts w:ascii="Gentium Plus" w:hAnsi="Gentium Plus"/>
          <w:sz w:val="24"/>
        </w:rPr>
        <w:t>πέψιν ἰστέον εἶναι τῶν ἐξ ἴσης ὑγιεινῶν τὸ ἧπαρ.</w:t>
      </w:r>
    </w:p>
    <w:p>
      <w:pPr>
        <w:jc w:val="center"/>
      </w:pPr>
      <w:r>
        <w:rPr>
          <w:rFonts w:ascii="Gentium Plus" w:hAnsi="Gentium Plus"/>
          <w:b/>
          <w:sz w:val="24"/>
        </w:rPr>
        <w:t>Ὅσα δύσπεπτα.</w:t>
      </w:r>
    </w:p>
    <w:p>
      <w:r>
        <w:rPr>
          <w:rFonts w:ascii="Courier New" w:hAnsi="Courier New"/>
          <w:color w:val="555555"/>
          <w:sz w:val="20"/>
        </w:rPr>
        <w:t>[1 . 35 . 1]</w:t>
      </w:r>
    </w:p>
    <w:p>
      <w:r>
        <w:rPr>
          <w:rFonts w:ascii="Gentium Plus" w:hAnsi="Gentium Plus"/>
          <w:sz w:val="24"/>
        </w:rPr>
        <w:t>Αἴγεια, βόεια, ἐλάφεια· χειρίστη δ’ ἡ τῶν τράγων σάρξ ἐστι πρὸς πέψιν, ἐφεξῆς δ’ ἡ τῶν κριῶν, εἶθ’ ἡ τῶν ταύρων· καὶ τὰ πρεσβυτικὰ δὲ τῶν ζῴων χείριστα, καὶ τῶν ὑῶν οἱ γηράσαντες ἰνώδη καὶ ξηρὰν</w:t>
      </w:r>
    </w:p>
    <w:p>
      <w:r>
        <w:rPr>
          <w:rFonts w:ascii="Courier New" w:hAnsi="Courier New"/>
          <w:color w:val="555555"/>
          <w:sz w:val="20"/>
        </w:rPr>
        <w:t>[1 . 35 . 2]</w:t>
      </w:r>
    </w:p>
    <w:p>
      <w:r>
        <w:rPr>
          <w:rFonts w:ascii="Gentium Plus" w:hAnsi="Gentium Plus"/>
          <w:sz w:val="24"/>
        </w:rPr>
        <w:t>καὶ διὰ τοῦτο δύσπεπτον ἔχουσι τὴν σάρκα. γαστὴρ δύσπεπτος, ἔν‐ τερα, μήτρα, καλλῶσον, καρδία, ἧπαρ, ὦτα, οὐραί, νεφροί, ἐγκέφαλοι, νωτιαῖος καὶ οἱ τῶν ζῴων ὄρχεις τῶν τελείων, χῆνες πλὴν τῶν πτε‐</w:t>
      </w:r>
    </w:p>
    <w:p>
      <w:r>
        <w:rPr>
          <w:rFonts w:ascii="Courier New" w:hAnsi="Courier New"/>
          <w:color w:val="555555"/>
          <w:sz w:val="20"/>
        </w:rPr>
        <w:t>[1 . 35 . 3]</w:t>
      </w:r>
    </w:p>
    <w:p>
      <w:r>
        <w:rPr>
          <w:rFonts w:ascii="Gentium Plus" w:hAnsi="Gentium Plus"/>
          <w:sz w:val="24"/>
        </w:rPr>
        <w:t>ρῶν. φαττῶν, κιχλῶν, κοττύφων καὶ τῶν μικρῶν στρουθίων σκληρο‐ τέρα ἐστὶν ἡ σάρξ, καὶ μᾶλλον τῆς παλαιᾶς τρυγόνος καὶ νήττης· δυσπεπτοτέρα καὶ ἰνωδεστέρα τούτων ἡ τοῦ ταῶνος καὶ ἡ τῶν ὠτί‐</w:t>
      </w:r>
    </w:p>
    <w:p>
      <w:r>
        <w:rPr>
          <w:rFonts w:ascii="Courier New" w:hAnsi="Courier New"/>
          <w:color w:val="555555"/>
          <w:sz w:val="20"/>
        </w:rPr>
        <w:t>[1 . 35 . 4]</w:t>
      </w:r>
    </w:p>
    <w:p>
      <w:r>
        <w:rPr>
          <w:rFonts w:ascii="Gentium Plus" w:hAnsi="Gentium Plus"/>
          <w:sz w:val="24"/>
        </w:rPr>
        <w:t>δων. αἱ κοιλίαι πᾶσαι τῶν πτηνῶν δύσπεπτοι· ψευδῶς γὰρ ἐπαινοῦσιν</w:t>
      </w:r>
    </w:p>
    <w:p>
      <w:r>
        <w:rPr>
          <w:rFonts w:ascii="Courier New" w:hAnsi="Courier New"/>
          <w:color w:val="555555"/>
          <w:sz w:val="20"/>
        </w:rPr>
        <w:t>[1 . 35 . 5]</w:t>
      </w:r>
    </w:p>
    <w:p>
      <w:r>
        <w:rPr>
          <w:rFonts w:ascii="Gentium Plus" w:hAnsi="Gentium Plus"/>
          <w:sz w:val="24"/>
        </w:rPr>
        <w:t>ἔνιοι τὴν τοῦ στρουθοκαμήλου καὶ αἰθυίης. κοχλίοι δύσπεπτοι, ὀξύγαλα, τυρὸς παλαιός· ὁ δὲ νέος καὶ μάλιστα ὁ ὀξυγαλάκτινος καλλίων.</w:t>
      </w:r>
    </w:p>
    <w:p>
      <w:r>
        <w:rPr>
          <w:rFonts w:ascii="Courier New" w:hAnsi="Courier New"/>
          <w:color w:val="555555"/>
          <w:sz w:val="20"/>
        </w:rPr>
        <w:t>[1 . 35 . 6]</w:t>
      </w:r>
    </w:p>
    <w:p>
      <w:r>
        <w:rPr>
          <w:rFonts w:ascii="Gentium Plus" w:hAnsi="Gentium Plus"/>
          <w:sz w:val="24"/>
        </w:rPr>
        <w:t>πορφυρῶν καὶ κηρύκων καὶ τῶν ἄλλων ὀστρακοδέρμων τὰ σκληρὰν</w:t>
      </w:r>
    </w:p>
    <w:p>
      <w:r>
        <w:rPr>
          <w:rFonts w:ascii="Courier New" w:hAnsi="Courier New"/>
          <w:color w:val="555555"/>
          <w:sz w:val="20"/>
        </w:rPr>
        <w:t>[1 . 35 . 7]</w:t>
      </w:r>
    </w:p>
    <w:p>
      <w:r>
        <w:rPr>
          <w:rFonts w:ascii="Gentium Plus" w:hAnsi="Gentium Plus"/>
          <w:sz w:val="24"/>
        </w:rPr>
        <w:t>ἔχοντα τὴν σάρκα δύσπεπτα· ἀστακοί, πάγουροι, καρκῖνοι, κάραβοι, καρίδες καὶ πάντα τὰ τοιαῦτα, πολύποδες, σηπίαι, τευθίδες καὶ πάντα τὰ καλούμενα μαλακόδερμα, βάτοι, λειόβατοι, ῥῖναι, δράκοντες, κόκκυγες, γαλεώνυμοι, σκορπίοι, τράχουροι, τρίγλαι, ὀρφοί, γλαῦκοι, ζύγαιναι,</w:t>
      </w:r>
    </w:p>
    <w:p>
      <w:r>
        <w:rPr>
          <w:rFonts w:ascii="Courier New" w:hAnsi="Courier New"/>
          <w:color w:val="555555"/>
          <w:sz w:val="20"/>
        </w:rPr>
        <w:t>[5]</w:t>
      </w:r>
    </w:p>
    <w:p>
      <w:r>
        <w:rPr>
          <w:rFonts w:ascii="Gentium Plus" w:hAnsi="Gentium Plus"/>
          <w:sz w:val="24"/>
        </w:rPr>
        <w:t>γόγγροι, ὠὰ ἑφθά, τηγανιστά, τυροὶ ἑφθοί, ἄλφιτα, τίφαι, βρόμος, κύαμοι, δόλιχοι, φάσιλοι, λάθυροι, ἐρέβινθοι, ὄρυζα, θέρμοι, μελίνη, κέγχρος καὶ ὅσα τοιαῦτα, φακός, σήσαμον, κάστανα, μῆλα, ἄπιοι πρὶν πεπανθῆναι, σῦκα τὰ μήπω πέπειρα, σταφυλαὶ ὀξεῖαι καὶ αὐστηραί, φοίνικες πάντες, κεράτια, ὤκιμον, γογγυλὶς ἡ ὠμοτέρα, βολβοὶ οἱ</w:t>
      </w:r>
    </w:p>
    <w:p>
      <w:r>
        <w:rPr>
          <w:rFonts w:ascii="Courier New" w:hAnsi="Courier New"/>
          <w:color w:val="555555"/>
          <w:sz w:val="20"/>
        </w:rPr>
        <w:t>[10]</w:t>
      </w:r>
    </w:p>
    <w:p>
      <w:r>
        <w:rPr>
          <w:rFonts w:ascii="Gentium Plus" w:hAnsi="Gentium Plus"/>
          <w:sz w:val="24"/>
        </w:rPr>
        <w:t>ὠμότεροι, σταφυλῖνος, δαῦκος, κάρω καὶ πᾶσαι αἱ ῥίζαι τῶν λαχάνων</w:t>
      </w:r>
    </w:p>
    <w:p>
      <w:r>
        <w:rPr>
          <w:rFonts w:ascii="Courier New" w:hAnsi="Courier New"/>
          <w:color w:val="555555"/>
          <w:sz w:val="20"/>
        </w:rPr>
        <w:t>[1 . 35 . 8]</w:t>
      </w:r>
    </w:p>
    <w:p>
      <w:r>
        <w:rPr>
          <w:rFonts w:ascii="Gentium Plus" w:hAnsi="Gentium Plus"/>
          <w:sz w:val="24"/>
        </w:rPr>
        <w:t>καὶ αὐτὰ τὰ λάχανα πλὴν θρίδακος καὶ ἰντύβου. οἴνων οἱ παχεῖς καὶ νέοι δύσπεπτοι καὶ ὕδωρ πᾶν.</w:t>
      </w:r>
    </w:p>
    <w:p>
      <w:pPr>
        <w:jc w:val="center"/>
      </w:pPr>
      <w:r>
        <w:rPr>
          <w:rFonts w:ascii="Gentium Plus" w:hAnsi="Gentium Plus"/>
          <w:b/>
          <w:sz w:val="24"/>
        </w:rPr>
        <w:t>Ὅσα εὐστόμαχα καὶ ῥωστικά.</w:t>
      </w:r>
    </w:p>
    <w:p>
      <w:r>
        <w:rPr>
          <w:rFonts w:ascii="Courier New" w:hAnsi="Courier New"/>
          <w:color w:val="555555"/>
          <w:sz w:val="20"/>
        </w:rPr>
        <w:t>[1 . 36 . 1]</w:t>
      </w:r>
    </w:p>
    <w:p>
      <w:r>
        <w:rPr>
          <w:rFonts w:ascii="Gentium Plus" w:hAnsi="Gentium Plus"/>
          <w:sz w:val="24"/>
        </w:rPr>
        <w:t>Φοίνικες αὐστηροί, μῆλα κυδώνια, ἐλαῖαι ἁλμάδες (ἐπιτηδειότεραι δ’ αἱ μετ’ ὄξους συντιθέμεναι), σταφίδες αἱ αὐστηραί, ἡ ἐν τοῖς στεμ‐ φύλοις ἀποτιθεμένη σταφυλή, τὸ βασιλικὸν κάρυον τοῦ λεπτοκαρύου</w:t>
      </w:r>
    </w:p>
    <w:p>
      <w:r>
        <w:rPr>
          <w:rFonts w:ascii="Courier New" w:hAnsi="Courier New"/>
          <w:color w:val="555555"/>
          <w:sz w:val="20"/>
        </w:rPr>
        <w:t>[1 . 36 . 2]</w:t>
      </w:r>
    </w:p>
    <w:p>
      <w:r>
        <w:rPr>
          <w:rFonts w:ascii="Gentium Plus" w:hAnsi="Gentium Plus"/>
          <w:sz w:val="24"/>
        </w:rPr>
        <w:t>μᾶλλον καὶ πολὺ πλέον σὺν ἰσχάσι, κινάραι. γιγγίδιον παραπλήσιόν ἐστι τῷ σκάνδικι· πάνυ δ’ ἐστὶν εὐστόμαχον, καὶ ὠμὸν καὶ ἑφθὸν</w:t>
      </w:r>
    </w:p>
    <w:p>
      <w:r>
        <w:rPr>
          <w:rFonts w:ascii="Courier New" w:hAnsi="Courier New"/>
          <w:color w:val="555555"/>
          <w:sz w:val="20"/>
        </w:rPr>
        <w:t>[1 . 36 . 3]</w:t>
      </w:r>
    </w:p>
    <w:p>
      <w:r>
        <w:rPr>
          <w:rFonts w:ascii="Gentium Plus" w:hAnsi="Gentium Plus"/>
          <w:sz w:val="24"/>
        </w:rPr>
        <w:t>ἐσθιόμενον, μακροτέρας δ’ ἑψήσεως οὐκ ἀνέχεται. νάπυ, ῥάφανος, γογγυλίς, κάρδαμον, πύρεθρον καὶ ὁ βασιλικὸς ἀσπάραγος καὶ ὁ ἕλειος</w:t>
      </w:r>
    </w:p>
    <w:p>
      <w:r>
        <w:rPr>
          <w:rFonts w:ascii="Courier New" w:hAnsi="Courier New"/>
          <w:color w:val="555555"/>
          <w:sz w:val="20"/>
        </w:rPr>
        <w:t>[1 . 36 . 4]</w:t>
      </w:r>
    </w:p>
    <w:p>
      <w:r>
        <w:rPr>
          <w:rFonts w:ascii="Gentium Plus" w:hAnsi="Gentium Plus"/>
          <w:sz w:val="24"/>
        </w:rPr>
        <w:t>καὶ ὀξυμύρσινος καὶ χαμαιδάφνης καὶ ὀξυακάνθης καὶ βρυωνίας. βολ‐</w:t>
      </w:r>
    </w:p>
    <w:p>
      <w:r>
        <w:rPr>
          <w:rFonts w:ascii="Courier New" w:hAnsi="Courier New"/>
          <w:color w:val="555555"/>
          <w:sz w:val="20"/>
        </w:rPr>
        <w:t>[1 . 36 . 5]</w:t>
      </w:r>
    </w:p>
    <w:p>
      <w:r>
        <w:rPr>
          <w:rFonts w:ascii="Gentium Plus" w:hAnsi="Gentium Plus"/>
          <w:sz w:val="24"/>
        </w:rPr>
        <w:t>βοὶ εἰς ὄρεξιν ἐπεγείρουσι καὶ κάππαρις ταριχευθεῖσα. κιτρίου τὸ ἐκ‐</w:t>
      </w:r>
    </w:p>
    <w:p>
      <w:r>
        <w:rPr>
          <w:rFonts w:ascii="Courier New" w:hAnsi="Courier New"/>
          <w:color w:val="555555"/>
          <w:sz w:val="20"/>
        </w:rPr>
        <w:t>[1 . 36 . 6]</w:t>
      </w:r>
    </w:p>
    <w:p>
      <w:r>
        <w:rPr>
          <w:rFonts w:ascii="Gentium Plus" w:hAnsi="Gentium Plus"/>
          <w:sz w:val="24"/>
        </w:rPr>
        <w:t>τὸς ῥώννυσιν ἐν φαρμάκου μοίρᾳ λαμβανόμενον. ὁ αὐστηρὸς οἶνος ῥώννυσι στόμα γαστρὸς καὶ κοιλίαν μάλιστα κατὰ δυσκρασίαν θερμὴν πεπονθυῖαν.</w:t>
      </w:r>
    </w:p>
    <w:p>
      <w:pPr>
        <w:jc w:val="center"/>
      </w:pPr>
      <w:r>
        <w:rPr>
          <w:rFonts w:ascii="Gentium Plus" w:hAnsi="Gentium Plus"/>
          <w:b/>
          <w:sz w:val="24"/>
        </w:rPr>
        <w:t>Ὅσα κακοστόμαχα.</w:t>
      </w:r>
    </w:p>
    <w:p>
      <w:r>
        <w:rPr>
          <w:rFonts w:ascii="Courier New" w:hAnsi="Courier New"/>
          <w:color w:val="555555"/>
          <w:sz w:val="20"/>
        </w:rPr>
        <w:t>[1 . 37 . 1]</w:t>
      </w:r>
    </w:p>
    <w:p>
      <w:r>
        <w:rPr>
          <w:rFonts w:ascii="Gentium Plus" w:hAnsi="Gentium Plus"/>
          <w:sz w:val="24"/>
        </w:rPr>
        <w:t>Τεῦτλα κακοστόμαχα ὡς καὶ δηγμὸν ἐμποιεῖν, ὅταν πλείονα βρωθῇ.</w:t>
      </w:r>
    </w:p>
    <w:p>
      <w:r>
        <w:rPr>
          <w:rFonts w:ascii="Courier New" w:hAnsi="Courier New"/>
          <w:color w:val="555555"/>
          <w:sz w:val="20"/>
        </w:rPr>
        <w:t>[1 . 37 . 2]</w:t>
      </w:r>
    </w:p>
    <w:p>
      <w:r>
        <w:rPr>
          <w:rFonts w:ascii="Gentium Plus" w:hAnsi="Gentium Plus"/>
          <w:sz w:val="24"/>
        </w:rPr>
        <w:t>ὤκιμον, γογγυλὶς ἡ ὠμοτέρα, βλίτον καὶ ἀνδράφαξυς, εἰ μὴ μετ’ ὄξους</w:t>
      </w:r>
    </w:p>
    <w:p>
      <w:r>
        <w:rPr>
          <w:rFonts w:ascii="Courier New" w:hAnsi="Courier New"/>
          <w:color w:val="555555"/>
          <w:sz w:val="20"/>
        </w:rPr>
        <w:t>[1 . 37 . 3]</w:t>
      </w:r>
    </w:p>
    <w:p>
      <w:r>
        <w:rPr>
          <w:rFonts w:ascii="Gentium Plus" w:hAnsi="Gentium Plus"/>
          <w:sz w:val="24"/>
        </w:rPr>
        <w:t>καὶ γάρου καὶ ἐλαίου προσφέροιντο. τῆλις ἀνατρέπει καὶ σήσαμον.</w:t>
      </w:r>
    </w:p>
    <w:p>
      <w:r>
        <w:rPr>
          <w:rFonts w:ascii="Courier New" w:hAnsi="Courier New"/>
          <w:color w:val="555555"/>
          <w:sz w:val="20"/>
        </w:rPr>
        <w:t>[1 . 37 . 4]</w:t>
      </w:r>
    </w:p>
    <w:p>
      <w:r>
        <w:rPr>
          <w:rFonts w:ascii="Gentium Plus" w:hAnsi="Gentium Plus"/>
          <w:sz w:val="24"/>
        </w:rPr>
        <w:t>γάλα τοῖς μὲν ψυχρὰν ἔχουσι τὴν κοιλίαν ὀξύνεται καὶ τοῖς πυρέτ‐</w:t>
      </w:r>
    </w:p>
    <w:p>
      <w:r>
        <w:rPr>
          <w:rFonts w:ascii="Courier New" w:hAnsi="Courier New"/>
          <w:color w:val="555555"/>
          <w:sz w:val="20"/>
        </w:rPr>
        <w:t>[1 . 37 . 5]</w:t>
      </w:r>
    </w:p>
    <w:p>
      <w:r>
        <w:rPr>
          <w:rFonts w:ascii="Gentium Plus" w:hAnsi="Gentium Plus"/>
          <w:sz w:val="24"/>
        </w:rPr>
        <w:t>τουσιν· πλείονος δ’ εἴ τις τοῦ μέλιτος προσενέγκαιτο, πρὸς ἔμετον</w:t>
      </w:r>
    </w:p>
    <w:p>
      <w:r>
        <w:rPr>
          <w:rFonts w:ascii="Courier New" w:hAnsi="Courier New"/>
          <w:color w:val="555555"/>
          <w:sz w:val="20"/>
        </w:rPr>
        <w:t>[1 . 37 . 6]</w:t>
      </w:r>
    </w:p>
    <w:p>
      <w:r>
        <w:rPr>
          <w:rFonts w:ascii="Gentium Plus" w:hAnsi="Gentium Plus"/>
          <w:sz w:val="24"/>
        </w:rPr>
        <w:t>ὁρμᾷ. πέπων μὴ καλῶς πεφθεὶς χολερικοὺς ἀποτελεῖν εἴωθε, καὶ μη‐</w:t>
      </w:r>
    </w:p>
    <w:p>
      <w:r>
        <w:rPr>
          <w:rFonts w:ascii="Courier New" w:hAnsi="Courier New"/>
          <w:color w:val="555555"/>
          <w:sz w:val="20"/>
        </w:rPr>
        <w:t>[1 . 37 . 7]</w:t>
      </w:r>
    </w:p>
    <w:p>
      <w:r>
        <w:rPr>
          <w:rFonts w:ascii="Gentium Plus" w:hAnsi="Gentium Plus"/>
          <w:sz w:val="24"/>
        </w:rPr>
        <w:t>λοπέπων ὁμοίως. ἐγκέφαλος πᾶς κακοστόμαχος καὶ ναυτιώδης, ὥσπερ</w:t>
      </w:r>
    </w:p>
    <w:p>
      <w:r>
        <w:rPr>
          <w:rFonts w:ascii="Courier New" w:hAnsi="Courier New"/>
          <w:color w:val="555555"/>
          <w:sz w:val="20"/>
        </w:rPr>
        <w:t>[1 . 37 . 8]</w:t>
      </w:r>
    </w:p>
    <w:p>
      <w:r>
        <w:rPr>
          <w:rFonts w:ascii="Gentium Plus" w:hAnsi="Gentium Plus"/>
          <w:sz w:val="24"/>
        </w:rPr>
        <w:t>καὶ ὁ τῶν ὀστῶν μυελός. οἶνος ὁ μέλας καὶ αὐστηρὸς ῥᾳδίως ἀπο‐</w:t>
      </w:r>
    </w:p>
    <w:p>
      <w:pPr>
        <w:jc w:val="center"/>
      </w:pPr>
      <w:r>
        <w:rPr>
          <w:rFonts w:ascii="Gentium Plus" w:hAnsi="Gentium Plus"/>
          <w:b/>
          <w:sz w:val="24"/>
        </w:rPr>
        <w:t>Ὅσα ἄφυσα.</w:t>
      </w:r>
    </w:p>
    <w:p>
      <w:r>
        <w:rPr>
          <w:rFonts w:ascii="Courier New" w:hAnsi="Courier New"/>
          <w:color w:val="555555"/>
          <w:sz w:val="20"/>
        </w:rPr>
        <w:t>[1 . 38 . 1]</w:t>
      </w:r>
    </w:p>
    <w:p>
      <w:r>
        <w:rPr>
          <w:rFonts w:ascii="Gentium Plus" w:hAnsi="Gentium Plus"/>
          <w:sz w:val="24"/>
        </w:rPr>
        <w:t>Πισσοί, φάσιλοι, κύμινον, λιβυστικόν, ἄγνου σπέρμα, καννάβεως ὁ καρπός, κύαμοι φρυγέντες, βολβοὶ οἱ ἐπὶ πλέον ἑψηθέντες ἢ δὶς ἐν ἐλαίῳ μετ’ ὄξους ἐσθιόμενοι, μέλι τὸ κατὰ τὴν ἕψησιν ἀποθέμενον</w:t>
      </w:r>
    </w:p>
    <w:p>
      <w:r>
        <w:rPr>
          <w:rFonts w:ascii="Courier New" w:hAnsi="Courier New"/>
          <w:color w:val="555555"/>
          <w:sz w:val="20"/>
        </w:rPr>
        <w:t>[1 . 38 . 2]</w:t>
      </w:r>
    </w:p>
    <w:p>
      <w:r>
        <w:rPr>
          <w:rFonts w:ascii="Gentium Plus" w:hAnsi="Gentium Plus"/>
          <w:sz w:val="24"/>
        </w:rPr>
        <w:t>ἅπαντα τὸν ἀφρόν. ὀξύμελι φύσας καταρρήγνυσιν· ἄρτοι κρίθινοι.</w:t>
      </w:r>
    </w:p>
    <w:p>
      <w:r>
        <w:rPr>
          <w:rFonts w:ascii="Courier New" w:hAnsi="Courier New"/>
          <w:color w:val="555555"/>
          <w:sz w:val="20"/>
        </w:rPr>
        <w:t>[1 . 38 . 3]</w:t>
      </w:r>
    </w:p>
    <w:p>
      <w:r>
        <w:rPr>
          <w:rFonts w:ascii="Gentium Plus" w:hAnsi="Gentium Plus"/>
          <w:sz w:val="24"/>
        </w:rPr>
        <w:t>μέσοι δ’ ὑπάρχουσι τῶν ἀφύσων καὶ φυσωδῶν φάσιλοι, ὦχροι, λάθυροι.</w:t>
      </w:r>
    </w:p>
    <w:p>
      <w:pPr>
        <w:jc w:val="center"/>
      </w:pPr>
      <w:r>
        <w:rPr>
          <w:rFonts w:ascii="Gentium Plus" w:hAnsi="Gentium Plus"/>
          <w:b/>
          <w:sz w:val="24"/>
        </w:rPr>
        <w:t>Ὅσα φυσώδη.</w:t>
      </w:r>
    </w:p>
    <w:p>
      <w:r>
        <w:rPr>
          <w:rFonts w:ascii="Courier New" w:hAnsi="Courier New"/>
          <w:color w:val="555555"/>
          <w:sz w:val="20"/>
        </w:rPr>
        <w:t>[1 . 39 . 1]</w:t>
      </w:r>
    </w:p>
    <w:p>
      <w:r>
        <w:rPr>
          <w:rFonts w:ascii="Gentium Plus" w:hAnsi="Gentium Plus"/>
          <w:sz w:val="24"/>
        </w:rPr>
        <w:t>Ἐρέβινθοι, θέρμοι, μελίνη, κέγχρος καὶ ὅσα τοιαῦτα, κύαμοι (λοβοὶ δ’ ἧττον τῶν κυάμων), μᾶζα ἐξ ἀλφίτων, ὀποὶ πάντες, καὶ μᾶλλον οἱ</w:t>
      </w:r>
    </w:p>
    <w:p>
      <w:r>
        <w:rPr>
          <w:rFonts w:ascii="Courier New" w:hAnsi="Courier New"/>
          <w:color w:val="555555"/>
          <w:sz w:val="20"/>
        </w:rPr>
        <w:t>[1 . 39 . 2]</w:t>
      </w:r>
    </w:p>
    <w:p>
      <w:r>
        <w:rPr>
          <w:rFonts w:ascii="Gentium Plus" w:hAnsi="Gentium Plus"/>
          <w:sz w:val="24"/>
        </w:rPr>
        <w:t>Κυρηναϊκοί, σιλφίου ὀπὸς καὶ ἡ ῥίζα. σύκων ὀλιγοχρόνιος ἡ φῦσα γίνεται διὰ τὸ ὑπέρχεσθαι ῥᾳδίως, τὰ δ’ ἀκριβῶς πέπειρα ἐγγύς ἐστι</w:t>
      </w:r>
    </w:p>
    <w:p>
      <w:r>
        <w:rPr>
          <w:rFonts w:ascii="Courier New" w:hAnsi="Courier New"/>
          <w:color w:val="555555"/>
          <w:sz w:val="20"/>
        </w:rPr>
        <w:t>[1 . 39 . 3]</w:t>
      </w:r>
    </w:p>
    <w:p>
      <w:r>
        <w:rPr>
          <w:rFonts w:ascii="Gentium Plus" w:hAnsi="Gentium Plus"/>
          <w:sz w:val="24"/>
        </w:rPr>
        <w:t>τοῦ μηδ’ ὅλως βλάπτειν ὁμοίως ταῖς ἰσχάσιν. οἱ χλωροὶ φοίνικες</w:t>
      </w:r>
    </w:p>
    <w:p>
      <w:r>
        <w:rPr>
          <w:rFonts w:ascii="Courier New" w:hAnsi="Courier New"/>
          <w:color w:val="555555"/>
          <w:sz w:val="20"/>
        </w:rPr>
        <w:t>[1 . 39 . 4]</w:t>
      </w:r>
    </w:p>
    <w:p>
      <w:r>
        <w:rPr>
          <w:rFonts w:ascii="Gentium Plus" w:hAnsi="Gentium Plus"/>
          <w:sz w:val="24"/>
        </w:rPr>
        <w:t>〈φυσώδεισ〉 εἰσί· γογγυλὶς ἡ ὠμοτέρα. γάλα ῥᾳδίως ἐν τῇ γαστρὶ</w:t>
      </w:r>
    </w:p>
    <w:p>
      <w:r>
        <w:rPr>
          <w:rFonts w:ascii="Courier New" w:hAnsi="Courier New"/>
          <w:color w:val="555555"/>
          <w:sz w:val="20"/>
        </w:rPr>
        <w:t>[1 . 39 5,6]</w:t>
      </w:r>
    </w:p>
    <w:p>
      <w:r>
        <w:rPr>
          <w:rFonts w:ascii="Gentium Plus" w:hAnsi="Gentium Plus"/>
          <w:sz w:val="24"/>
        </w:rPr>
        <w:t>πνευματοῦται· βολβοὶ οἱ ὠμότεροι, μέλι τὸ μὴ τελέως ἑψηθέν. οἱ</w:t>
      </w:r>
    </w:p>
    <w:p>
      <w:r>
        <w:rPr>
          <w:rFonts w:ascii="Courier New" w:hAnsi="Courier New"/>
          <w:color w:val="555555"/>
          <w:sz w:val="20"/>
        </w:rPr>
        <w:t>[1 . 39 . 6 (2)]</w:t>
      </w:r>
    </w:p>
    <w:p>
      <w:r>
        <w:rPr>
          <w:rFonts w:ascii="Gentium Plus" w:hAnsi="Gentium Plus"/>
          <w:sz w:val="24"/>
        </w:rPr>
        <w:t>γλυκεῖς οἶνοι φῦσαν βραδύπορον γεννῶσιν οἵ τε γλυκεῖς ἅμα καὶ</w:t>
      </w:r>
    </w:p>
    <w:p>
      <w:r>
        <w:rPr>
          <w:rFonts w:ascii="Courier New" w:hAnsi="Courier New"/>
          <w:color w:val="555555"/>
          <w:sz w:val="20"/>
        </w:rPr>
        <w:t>[1 . 39 . 7]</w:t>
      </w:r>
    </w:p>
    <w:p>
      <w:r>
        <w:rPr>
          <w:rFonts w:ascii="Gentium Plus" w:hAnsi="Gentium Plus"/>
          <w:sz w:val="24"/>
        </w:rPr>
        <w:t>αὐστηροί· γλεῦκος ὁμοίως.</w:t>
      </w:r>
    </w:p>
    <w:p>
      <w:pPr>
        <w:jc w:val="center"/>
      </w:pPr>
      <w:r>
        <w:rPr>
          <w:rFonts w:ascii="Gentium Plus" w:hAnsi="Gentium Plus"/>
          <w:b/>
          <w:sz w:val="24"/>
        </w:rPr>
        <w:t>Ὅσα ῥύπτει, τέμνει, ἐκφράττει.</w:t>
      </w:r>
    </w:p>
    <w:p>
      <w:r>
        <w:rPr>
          <w:rFonts w:ascii="Courier New" w:hAnsi="Courier New"/>
          <w:color w:val="555555"/>
          <w:sz w:val="20"/>
        </w:rPr>
        <w:t>[1 . 40 . 1]</w:t>
      </w:r>
    </w:p>
    <w:p>
      <w:r>
        <w:rPr>
          <w:rFonts w:ascii="Gentium Plus" w:hAnsi="Gentium Plus"/>
          <w:sz w:val="24"/>
        </w:rPr>
        <w:t>Πτισάνη ῥύπτει· τῆλις, μηλοπέπων, σταφίδες αἱ γλυκεῖαι, κύαμοι,</w:t>
      </w:r>
    </w:p>
    <w:p>
      <w:r>
        <w:rPr>
          <w:rFonts w:ascii="Courier New" w:hAnsi="Courier New"/>
          <w:color w:val="555555"/>
          <w:sz w:val="20"/>
        </w:rPr>
        <w:t>[1 . 40 . 2]</w:t>
      </w:r>
    </w:p>
    <w:p>
      <w:r>
        <w:rPr>
          <w:rFonts w:ascii="Gentium Plus" w:hAnsi="Gentium Plus"/>
          <w:sz w:val="24"/>
        </w:rPr>
        <w:t>ἐρέβινθοι, καὶ μᾶλλον οἱ μέλανες. κάππαρις λεπτομερής ἐστιν ἱκανῶς καὶ ἀπορρύπτει καὶ ἐκφράττει μάλιστα δι’ ὀξυμέλιτος ἢ ὀξελαίου πρὸ</w:t>
      </w:r>
    </w:p>
    <w:p>
      <w:r>
        <w:rPr>
          <w:rFonts w:ascii="Courier New" w:hAnsi="Courier New"/>
          <w:color w:val="555555"/>
          <w:sz w:val="20"/>
        </w:rPr>
        <w:t>[1 . 40 . 3]</w:t>
      </w:r>
    </w:p>
    <w:p>
      <w:r>
        <w:rPr>
          <w:rFonts w:ascii="Gentium Plus" w:hAnsi="Gentium Plus"/>
          <w:sz w:val="24"/>
        </w:rPr>
        <w:t>τῶν ἄλλων ἁπάντων σιτίων ἐσθιομένη. τεύτλων ὁ χυλὸς ῥύπτει, καὶ</w:t>
      </w:r>
    </w:p>
    <w:p>
      <w:r>
        <w:rPr>
          <w:rFonts w:ascii="Courier New" w:hAnsi="Courier New"/>
          <w:color w:val="555555"/>
          <w:sz w:val="20"/>
        </w:rPr>
        <w:t>[1 . 40 . 4]</w:t>
      </w:r>
    </w:p>
    <w:p>
      <w:r>
        <w:rPr>
          <w:rFonts w:ascii="Gentium Plus" w:hAnsi="Gentium Plus"/>
          <w:sz w:val="24"/>
        </w:rPr>
        <w:t>μᾶλλον ὅταν μετὰ νάπυος ἢ ὄξους ἐσθίηται. βολβοὶ λεπτυντικὴν ἔχουσι</w:t>
      </w:r>
    </w:p>
    <w:p>
      <w:r>
        <w:rPr>
          <w:rFonts w:ascii="Courier New" w:hAnsi="Courier New"/>
          <w:color w:val="555555"/>
          <w:sz w:val="20"/>
        </w:rPr>
        <w:t>[1 . 40 . 5]</w:t>
      </w:r>
    </w:p>
    <w:p>
      <w:r>
        <w:rPr>
          <w:rFonts w:ascii="Gentium Plus" w:hAnsi="Gentium Plus"/>
          <w:sz w:val="24"/>
        </w:rPr>
        <w:t>δύναμιν καὶ ἐκφρακτικήν. κρόμμυα καὶ σκόροδα καὶ πράσα λεπτύνει</w:t>
      </w:r>
    </w:p>
    <w:p>
      <w:r>
        <w:rPr>
          <w:rFonts w:ascii="Courier New" w:hAnsi="Courier New"/>
          <w:color w:val="555555"/>
          <w:sz w:val="20"/>
        </w:rPr>
        <w:t>[1 . 40 . 6]</w:t>
      </w:r>
    </w:p>
    <w:p>
      <w:r>
        <w:rPr>
          <w:rFonts w:ascii="Gentium Plus" w:hAnsi="Gentium Plus"/>
          <w:sz w:val="24"/>
        </w:rPr>
        <w:t>καὶ τέμνει τοὺς παχεῖς καὶ γλίσχρους χυμούς, καὶ τὸ ὀρρῶδες τοῦ</w:t>
      </w:r>
    </w:p>
    <w:p>
      <w:r>
        <w:rPr>
          <w:rFonts w:ascii="Courier New" w:hAnsi="Courier New"/>
          <w:color w:val="555555"/>
          <w:sz w:val="20"/>
        </w:rPr>
        <w:t>[1 . 40 . 7]</w:t>
      </w:r>
    </w:p>
    <w:p>
      <w:r>
        <w:rPr>
          <w:rFonts w:ascii="Gentium Plus" w:hAnsi="Gentium Plus"/>
          <w:sz w:val="24"/>
        </w:rPr>
        <w:t>γάλακτος λεπτύνει πάχος χυμῶν. σῦκα ῥύπτει· διὸ καὶ ἀμμώδη πολλὰ</w:t>
      </w:r>
    </w:p>
    <w:p>
      <w:r>
        <w:rPr>
          <w:rFonts w:ascii="Courier New" w:hAnsi="Courier New"/>
          <w:color w:val="555555"/>
          <w:sz w:val="20"/>
        </w:rPr>
        <w:t>[1 . 40 . 8]</w:t>
      </w:r>
    </w:p>
    <w:p>
      <w:r>
        <w:rPr>
          <w:rFonts w:ascii="Gentium Plus" w:hAnsi="Gentium Plus"/>
          <w:sz w:val="24"/>
        </w:rPr>
        <w:t>τῶν νεφρῶν ἐκκρίνει. ἰσχάδες λεπτύνουσι καὶ τέμνουσι καὶ νεφροὺς</w:t>
      </w:r>
    </w:p>
    <w:p>
      <w:r>
        <w:rPr>
          <w:rFonts w:ascii="Courier New" w:hAnsi="Courier New"/>
          <w:color w:val="555555"/>
          <w:sz w:val="20"/>
        </w:rPr>
        <w:t>[1 . 40 . 9]</w:t>
      </w:r>
    </w:p>
    <w:p>
      <w:r>
        <w:rPr>
          <w:rFonts w:ascii="Gentium Plus" w:hAnsi="Gentium Plus"/>
          <w:sz w:val="24"/>
        </w:rPr>
        <w:t>ἐκκαθαίρουσιν. ἀμύγδαλα ῥύπτει καὶ λεπτύνει καθαίρει τε τὰ σπλάγχνα καὶ τὰς ἐκ θώρακος καὶ πνεύμονος ἀναπτύσεις τῶν ὑγρῶν ἐργάζεται.</w:t>
      </w:r>
    </w:p>
    <w:p>
      <w:r>
        <w:rPr>
          <w:rFonts w:ascii="Courier New" w:hAnsi="Courier New"/>
          <w:color w:val="555555"/>
          <w:sz w:val="20"/>
        </w:rPr>
        <w:t>[1 . 40 . 10]</w:t>
      </w:r>
    </w:p>
    <w:p>
      <w:r>
        <w:rPr>
          <w:rFonts w:ascii="Gentium Plus" w:hAnsi="Gentium Plus"/>
          <w:sz w:val="24"/>
        </w:rPr>
        <w:t>πιστάκια χρήσιμα εἰς εὐρωστίαν ἥπατος καὶ κάθαρσιν τῶν ἐμπεφραγ‐</w:t>
      </w:r>
    </w:p>
    <w:p>
      <w:r>
        <w:rPr>
          <w:rFonts w:ascii="Courier New" w:hAnsi="Courier New"/>
          <w:color w:val="555555"/>
          <w:sz w:val="20"/>
        </w:rPr>
        <w:t>[1 . 40 . 11]</w:t>
      </w:r>
    </w:p>
    <w:p>
      <w:r>
        <w:rPr>
          <w:rFonts w:ascii="Gentium Plus" w:hAnsi="Gentium Plus"/>
          <w:sz w:val="24"/>
        </w:rPr>
        <w:t>μένων κατὰ τὰς 〈διεξόδους αὐτοῦ χυμῶν. ῥαφανὶς λεπτομεροῦς ἐστι〉</w:t>
      </w:r>
    </w:p>
    <w:p>
      <w:r>
        <w:rPr>
          <w:rFonts w:ascii="Courier New" w:hAnsi="Courier New"/>
          <w:color w:val="555555"/>
          <w:sz w:val="20"/>
        </w:rPr>
        <w:t>[1 . 40 . 12]</w:t>
      </w:r>
    </w:p>
    <w:p>
      <w:r>
        <w:rPr>
          <w:rFonts w:ascii="Gentium Plus" w:hAnsi="Gentium Plus"/>
          <w:sz w:val="24"/>
        </w:rPr>
        <w:t>δυνάμεως. τὸ μέλι λεπτομερέστατόν ἐστι τὸ γεννώμενον ἐκ θερμῶν καὶ ξηρῶν φυτῶν· διὸ καὶ τὸ μελίκρατον ἐπιτήδειόν ἐστι πρὸς τὴν</w:t>
      </w:r>
    </w:p>
    <w:p>
      <w:r>
        <w:rPr>
          <w:rFonts w:ascii="Courier New" w:hAnsi="Courier New"/>
          <w:color w:val="555555"/>
          <w:sz w:val="20"/>
        </w:rPr>
        <w:t>[1 . 40 . 13]</w:t>
      </w:r>
    </w:p>
    <w:p>
      <w:r>
        <w:rPr>
          <w:rFonts w:ascii="Gentium Plus" w:hAnsi="Gentium Plus"/>
          <w:sz w:val="24"/>
        </w:rPr>
        <w:t>τῶν πτυέλων ἀναγωγήν. ὀξύμελι τὰ μὴ παντάπασι γλίσχρα καὶ παχέα ῥᾳδίως ἀνάγει καὶ τὰ σπλάγχνα ἀλύπως διακαθαίρει· πάνυ δ’ ὠφελεῖ</w:t>
      </w:r>
    </w:p>
    <w:p>
      <w:r>
        <w:rPr>
          <w:rFonts w:ascii="Courier New" w:hAnsi="Courier New"/>
          <w:color w:val="555555"/>
          <w:sz w:val="20"/>
        </w:rPr>
        <w:t>[1 . 40 . 14]</w:t>
      </w:r>
    </w:p>
    <w:p>
      <w:r>
        <w:rPr>
          <w:rFonts w:ascii="Gentium Plus" w:hAnsi="Gentium Plus"/>
          <w:sz w:val="24"/>
        </w:rPr>
        <w:t>καὶ τὰ κατὰ θώρακα καὶ πνεύμονα πάθη. τοῖς παχὺν ἠθροικόσι χυμὸν</w:t>
      </w:r>
    </w:p>
    <w:p>
      <w:r>
        <w:rPr>
          <w:rFonts w:ascii="Courier New" w:hAnsi="Courier New"/>
          <w:color w:val="555555"/>
          <w:sz w:val="20"/>
        </w:rPr>
        <w:t>[5]</w:t>
      </w:r>
    </w:p>
    <w:p>
      <w:r>
        <w:rPr>
          <w:rFonts w:ascii="Gentium Plus" w:hAnsi="Gentium Plus"/>
          <w:sz w:val="24"/>
        </w:rPr>
        <w:t>ὑγραίνων καὶ τέμνων μετρίως, καὶ ὁ γλυκὺς δ’ ἐν τοῖς ὀξέσι νοσήμασιν εἰς ἀνάκτησιν ἐπιτήδειος, ἤδη πεπεμμένης τῆς περιπνευμονίας καὶ πλευρίτιδος.</w:t>
      </w:r>
    </w:p>
    <w:p>
      <w:pPr>
        <w:jc w:val="center"/>
      </w:pPr>
      <w:r>
        <w:rPr>
          <w:rFonts w:ascii="Gentium Plus" w:hAnsi="Gentium Plus"/>
          <w:b/>
          <w:sz w:val="24"/>
        </w:rPr>
        <w:t>Ὅσα ἐμφράττει.</w:t>
      </w:r>
    </w:p>
    <w:p>
      <w:r>
        <w:rPr>
          <w:rFonts w:ascii="Courier New" w:hAnsi="Courier New"/>
          <w:color w:val="555555"/>
          <w:sz w:val="20"/>
        </w:rPr>
        <w:t>[1 . 41 . 1]</w:t>
      </w:r>
    </w:p>
    <w:p>
      <w:r>
        <w:rPr>
          <w:rFonts w:ascii="Gentium Plus" w:hAnsi="Gentium Plus"/>
          <w:sz w:val="24"/>
        </w:rPr>
        <w:t>Γάλα τὸ ὀλίγον μὲν ἔχον τοῦ ὀρροῦ, πολὺ δὲ τοῦ τυρώδους οὐκ ἀσφαλές ἐστι τοῖς ἐν αὐτῷ πλεονάζουσι· βλάπτει μὲν γὰρ καὶ νεφρούς, ὅσοι γε ἐπιτηδείως ἔχουσιν εἰς λίθων γένεσιν, ἐμφράξεις δὲ καὶ καθ’</w:t>
      </w:r>
    </w:p>
    <w:p>
      <w:r>
        <w:rPr>
          <w:rFonts w:ascii="Courier New" w:hAnsi="Courier New"/>
          <w:color w:val="555555"/>
          <w:sz w:val="20"/>
        </w:rPr>
        <w:t>[1 . 41 . 2]</w:t>
      </w:r>
    </w:p>
    <w:p>
      <w:r>
        <w:rPr>
          <w:rFonts w:ascii="Gentium Plus" w:hAnsi="Gentium Plus"/>
          <w:sz w:val="24"/>
        </w:rPr>
        <w:t>ἧπαρ 〈ἐργάζεται〉 τοῖς ἑτοίμως παθεῖν δυναμένοις. ἰσχάδες ἥπατι καὶ σπληνὶ φλεγμαίνουσι βλαβεραὶ καθάπερ τὰ σῦκα, καὶ πάντα δὲ τὰ</w:t>
      </w:r>
    </w:p>
    <w:p>
      <w:r>
        <w:rPr>
          <w:rFonts w:ascii="Courier New" w:hAnsi="Courier New"/>
          <w:color w:val="555555"/>
          <w:sz w:val="20"/>
        </w:rPr>
        <w:t>[1 . 41 . 3]</w:t>
      </w:r>
    </w:p>
    <w:p>
      <w:r>
        <w:rPr>
          <w:rFonts w:ascii="Gentium Plus" w:hAnsi="Gentium Plus"/>
          <w:sz w:val="24"/>
        </w:rPr>
        <w:t>γλυκέα βλάπτει σπλῆνα καὶ ἧπαρ. τὸ μελίκρατον ἀνεπιτήδειον οἷς εἰς ὄγκον ἤρθη τὰ σπλάγχνα σκιρρούμενα καὶ οἰδισκόμενα καὶ φλεγμαί‐</w:t>
      </w:r>
    </w:p>
    <w:p>
      <w:r>
        <w:rPr>
          <w:rFonts w:ascii="Courier New" w:hAnsi="Courier New"/>
          <w:color w:val="555555"/>
          <w:sz w:val="20"/>
        </w:rPr>
        <w:t>[1 . 41 4,5]</w:t>
      </w:r>
    </w:p>
    <w:p>
      <w:r>
        <w:rPr>
          <w:rFonts w:ascii="Gentium Plus" w:hAnsi="Gentium Plus"/>
          <w:sz w:val="24"/>
        </w:rPr>
        <w:t>νοντα. οἱ λιπαροὶ φοίνικες ἐμφρακτικοί. πάντα δ’ ὅσα δι’ ἰτρίων καὶ</w:t>
      </w:r>
    </w:p>
    <w:p>
      <w:r>
        <w:rPr>
          <w:rFonts w:ascii="Courier New" w:hAnsi="Courier New"/>
          <w:color w:val="555555"/>
          <w:sz w:val="20"/>
        </w:rPr>
        <w:t>[1 . 41 . 5 (2)]</w:t>
      </w:r>
    </w:p>
    <w:p>
      <w:r>
        <w:rPr>
          <w:rFonts w:ascii="Gentium Plus" w:hAnsi="Gentium Plus"/>
          <w:sz w:val="24"/>
        </w:rPr>
        <w:t>σεμιδάλεως σκευάζεται, ἐμφρακτικὰ καὶ σπληνὶ αὐξητικὰ καὶ λίθων ἐν</w:t>
      </w:r>
    </w:p>
    <w:p>
      <w:r>
        <w:rPr>
          <w:rFonts w:ascii="Courier New" w:hAnsi="Courier New"/>
          <w:color w:val="555555"/>
          <w:sz w:val="20"/>
        </w:rPr>
        <w:t>[1 . 41 . 6]</w:t>
      </w:r>
    </w:p>
    <w:p>
      <w:r>
        <w:rPr>
          <w:rFonts w:ascii="Gentium Plus" w:hAnsi="Gentium Plus"/>
          <w:sz w:val="24"/>
        </w:rPr>
        <w:t>νεφροῖς ποιητικά· ὁμοίως καὶ ἄλευρον πυροῦ μετὰ γάλακτος. καὶ χόν‐ δρος δ’ ἀνεπιτήδειος τοῖς τε τὸ ἧπαρ εὐέμφρακτον ἔχουσι καὶ τοῖς</w:t>
      </w:r>
    </w:p>
    <w:p>
      <w:r>
        <w:rPr>
          <w:rFonts w:ascii="Courier New" w:hAnsi="Courier New"/>
          <w:color w:val="555555"/>
          <w:sz w:val="20"/>
        </w:rPr>
        <w:t>[1 . 41 . 7]</w:t>
      </w:r>
    </w:p>
    <w:p>
      <w:r>
        <w:rPr>
          <w:rFonts w:ascii="Gentium Plus" w:hAnsi="Gentium Plus"/>
          <w:sz w:val="24"/>
        </w:rPr>
        <w:t>τοὺς νεφροὺς πρὸς λίθων γένεσιν ἐπιτηδείους. οἶνος ὁ γλυκὺς ἐμ‐ φράττει καὶ τὰ σπλάγχνα αὐξάνει.</w:t>
      </w:r>
    </w:p>
    <w:p>
      <w:pPr>
        <w:jc w:val="center"/>
      </w:pPr>
      <w:r>
        <w:rPr>
          <w:rFonts w:ascii="Gentium Plus" w:hAnsi="Gentium Plus"/>
          <w:b/>
          <w:sz w:val="24"/>
        </w:rPr>
        <w:t>Ὅσα βραδύπορα.</w:t>
      </w:r>
    </w:p>
    <w:p>
      <w:r>
        <w:rPr>
          <w:rFonts w:ascii="Courier New" w:hAnsi="Courier New"/>
          <w:color w:val="555555"/>
          <w:sz w:val="20"/>
        </w:rPr>
        <w:t>[1 . 42 . 1]</w:t>
      </w:r>
    </w:p>
    <w:p>
      <w:r>
        <w:rPr>
          <w:rFonts w:ascii="Gentium Plus" w:hAnsi="Gentium Plus"/>
          <w:sz w:val="24"/>
        </w:rPr>
        <w:t>Πάντα ὅσα δι’ ἰτρίων καὶ σεμιδάλεως σκευάζεται, βραδύπορα· κύαμοι φρυγέντες, οἱ καθαροὶ τῶν ἄρτων, φακὴ τοῦ λέπους ἀφῃρημένη, ἐγ‐ κέφαλος, νωτιαῖος, ἧπαρ, καρδία, πυρίεφθος, ὠὰ ὀπτά, ἑφθά, ταγη‐ νιστά, θέρμοι, φασίολοι, πισσοί, σήσαμον, μῆλα καὶ ἄπιοι μηδέπω πέ‐</w:t>
      </w:r>
    </w:p>
    <w:p>
      <w:r>
        <w:rPr>
          <w:rFonts w:ascii="Courier New" w:hAnsi="Courier New"/>
          <w:color w:val="555555"/>
          <w:sz w:val="20"/>
        </w:rPr>
        <w:t>[5]</w:t>
      </w:r>
    </w:p>
    <w:p>
      <w:r>
        <w:rPr>
          <w:rFonts w:ascii="Gentium Plus" w:hAnsi="Gentium Plus"/>
          <w:sz w:val="24"/>
        </w:rPr>
        <w:t>πειρα, κεράτια, οἶνος γλυκύς, καὶ μᾶλλον ὁ αὐστηρὸς καὶ μέλας ἄνευ</w:t>
      </w:r>
    </w:p>
    <w:p>
      <w:r>
        <w:rPr>
          <w:rFonts w:ascii="Courier New" w:hAnsi="Courier New"/>
          <w:color w:val="555555"/>
          <w:sz w:val="20"/>
        </w:rPr>
        <w:t>[1 . 42 . 2]</w:t>
      </w:r>
    </w:p>
    <w:p>
      <w:r>
        <w:rPr>
          <w:rFonts w:ascii="Gentium Plus" w:hAnsi="Gentium Plus"/>
          <w:sz w:val="24"/>
        </w:rPr>
        <w:t>γλυκύτητος καὶ ὁ παχὺς νέος ἅπας· καὶ ὕδωρ πᾶν βραδύπορον.</w:t>
      </w:r>
    </w:p>
    <w:p>
      <w:pPr>
        <w:jc w:val="center"/>
      </w:pPr>
      <w:r>
        <w:rPr>
          <w:rFonts w:ascii="Gentium Plus" w:hAnsi="Gentium Plus"/>
          <w:b/>
          <w:sz w:val="24"/>
        </w:rPr>
        <w:t>Ὅσα εὔφθαρτά ἐστιν.</w:t>
      </w:r>
    </w:p>
    <w:p>
      <w:r>
        <w:rPr>
          <w:rFonts w:ascii="Courier New" w:hAnsi="Courier New"/>
          <w:color w:val="555555"/>
          <w:sz w:val="20"/>
        </w:rPr>
        <w:t>[1 . 43 1,2]</w:t>
      </w:r>
    </w:p>
    <w:p>
      <w:r>
        <w:rPr>
          <w:rFonts w:ascii="Gentium Plus" w:hAnsi="Gentium Plus"/>
          <w:sz w:val="24"/>
        </w:rPr>
        <w:t>Περσικά, ἀρμενιακά, πραικόκκια· καὶ πᾶσι δὲ τοῖς ὡραίοις ἐδέσμασιν,</w:t>
      </w:r>
    </w:p>
    <w:p>
      <w:r>
        <w:rPr>
          <w:rFonts w:ascii="Courier New" w:hAnsi="Courier New"/>
          <w:color w:val="555555"/>
          <w:sz w:val="20"/>
        </w:rPr>
        <w:t>[1 . 43 . 2 (2)]</w:t>
      </w:r>
    </w:p>
    <w:p>
      <w:r>
        <w:rPr>
          <w:rFonts w:ascii="Gentium Plus" w:hAnsi="Gentium Plus"/>
          <w:sz w:val="24"/>
        </w:rPr>
        <w:t>ὅσα ταῖς κράσεσίν ἐστιν ὑγρά, συμβέβηκε φθείρεσθαι κατὰ γαστέρα,</w:t>
      </w:r>
    </w:p>
    <w:p>
      <w:r>
        <w:rPr>
          <w:rFonts w:ascii="Courier New" w:hAnsi="Courier New"/>
          <w:color w:val="555555"/>
          <w:sz w:val="20"/>
        </w:rPr>
        <w:t>[1 . 43 . 3]</w:t>
      </w:r>
    </w:p>
    <w:p>
      <w:r>
        <w:rPr>
          <w:rFonts w:ascii="Gentium Plus" w:hAnsi="Gentium Plus"/>
          <w:sz w:val="24"/>
        </w:rPr>
        <w:t>ὅταν μὴ φθάσῃ ταχέως ὑπελθεῖν. πάντα ὅσα κακόχυμά ἐστιν, ὑγρὰ δὲ καὶ ὀλισθηρὰ καὶ ὑπεῖναι ῥᾳδίως δυνάμενα ἐσθίεσθαι πρότερον χρὴ τῶν ἄλλων· οὕτω γὰρ αὐτά τε ταχέως ὑπέρχεται καὶ τοῖς ἄλλοις ποδηγεῖ· τὰ δ’ ὕστατα ληφθέντα συνδιαφθείρει καὶ τὰ ἄλλα.</w:t>
      </w:r>
    </w:p>
    <w:p>
      <w:pPr>
        <w:jc w:val="center"/>
      </w:pPr>
      <w:r>
        <w:rPr>
          <w:rFonts w:ascii="Gentium Plus" w:hAnsi="Gentium Plus"/>
          <w:b/>
          <w:sz w:val="24"/>
        </w:rPr>
        <w:t>Ὅσα δύσφθαρτα.</w:t>
      </w:r>
    </w:p>
    <w:p>
      <w:r>
        <w:rPr>
          <w:rFonts w:ascii="Courier New" w:hAnsi="Courier New"/>
          <w:color w:val="555555"/>
          <w:sz w:val="20"/>
        </w:rPr>
        <w:t>[1 . 44 . 1]</w:t>
      </w:r>
    </w:p>
    <w:p>
      <w:r>
        <w:rPr>
          <w:rFonts w:ascii="Gentium Plus" w:hAnsi="Gentium Plus"/>
          <w:sz w:val="24"/>
        </w:rPr>
        <w:t>Τὰ μικρὰ χημία, πορφύραι καὶ κήρυκες ὅσα τε ἄλλα τῶν ὀστρα‐</w:t>
      </w:r>
    </w:p>
    <w:p>
      <w:r>
        <w:rPr>
          <w:rFonts w:ascii="Courier New" w:hAnsi="Courier New"/>
          <w:color w:val="555555"/>
          <w:sz w:val="20"/>
        </w:rPr>
        <w:t>[1 . 44 . 2]</w:t>
      </w:r>
    </w:p>
    <w:p>
      <w:r>
        <w:rPr>
          <w:rFonts w:ascii="Gentium Plus" w:hAnsi="Gentium Plus"/>
          <w:sz w:val="24"/>
        </w:rPr>
        <w:t>καὶ ἀστακοὶ δὲ καὶ πάγουροι καρκῖνοί τε καὶ κάραβοι καὶ καρίδες ὅσα τε ἄλλα τοιαῦτα δύσφθαρτον ἔχει τὴν σάρκα παραπλησίως τοῖς σκλη‐ ροσάρκοις τῶν ὀστρακοδέρμων.</w:t>
      </w:r>
    </w:p>
    <w:p>
      <w:pPr>
        <w:jc w:val="center"/>
      </w:pPr>
      <w:r>
        <w:rPr>
          <w:rFonts w:ascii="Gentium Plus" w:hAnsi="Gentium Plus"/>
          <w:b/>
          <w:sz w:val="24"/>
        </w:rPr>
        <w:t>Ὅσα ὑπάγει γαστέρα.</w:t>
      </w:r>
    </w:p>
    <w:p>
      <w:r>
        <w:rPr>
          <w:rFonts w:ascii="Courier New" w:hAnsi="Courier New"/>
          <w:color w:val="555555"/>
          <w:sz w:val="20"/>
        </w:rPr>
        <w:t>[1 . 45 . 1]</w:t>
      </w:r>
    </w:p>
    <w:p>
      <w:r>
        <w:rPr>
          <w:rFonts w:ascii="Gentium Plus" w:hAnsi="Gentium Plus"/>
          <w:sz w:val="24"/>
        </w:rPr>
        <w:t>Φακὴ καὶ κράμβη καὶ τῶν θαλαττίων σχεδὸν ἁπάντων τὰ ὀστρα‐ κόδερμα καὶ κοχλίοι σύνθετον ἔχουσι τὴν φύσιν ἐξ ἐναντίων δυνάμεων· αὐτὸ μὲν γὰρ τὸ στερεὸν ἑκάστου σῶμα βραδύπορόν ἐστι καὶ σταλτι‐</w:t>
      </w:r>
    </w:p>
    <w:p>
      <w:r>
        <w:rPr>
          <w:rFonts w:ascii="Courier New" w:hAnsi="Courier New"/>
          <w:color w:val="555555"/>
          <w:sz w:val="20"/>
        </w:rPr>
        <w:t>[1 . 45 . 2]</w:t>
      </w:r>
    </w:p>
    <w:p>
      <w:r>
        <w:rPr>
          <w:rFonts w:ascii="Gentium Plus" w:hAnsi="Gentium Plus"/>
          <w:sz w:val="24"/>
        </w:rPr>
        <w:t>κὸν τῆς γαστρός, ἡ δ’ ὑγρότης ἐρεθίζει πρὸς ἔκκρισιν. εἴ τις οὖν καθεψήσας φακὴν ἢ κράμβην ἢ τἄλλα τὰ εἰρημένα, εἶθ’ ἡδύνας τὸ ἀφέψημα δι’ ἐλαίου καὶ γάρου καὶ πεπέρεως, ἔπειτα δοίη πιεῖν ὅτῳ</w:t>
      </w:r>
    </w:p>
    <w:p>
      <w:r>
        <w:rPr>
          <w:rFonts w:ascii="Courier New" w:hAnsi="Courier New"/>
          <w:color w:val="555555"/>
          <w:sz w:val="20"/>
        </w:rPr>
        <w:t>[1 . 45 . 3]</w:t>
      </w:r>
    </w:p>
    <w:p>
      <w:r>
        <w:rPr>
          <w:rFonts w:ascii="Gentium Plus" w:hAnsi="Gentium Plus"/>
          <w:sz w:val="24"/>
        </w:rPr>
        <w:t>βούλεται, θεάσεται διαχωροῦσαν ἐπὶ τῷ πόματι τὴν κοιλίαν. καὶ τῶν θαλαττίων δ’ ἐχίνων καὶ τῶν κογχαρίων πάντων οἱ ζωμοὶ καὶ τῶν</w:t>
      </w:r>
    </w:p>
    <w:p>
      <w:r>
        <w:rPr>
          <w:rFonts w:ascii="Courier New" w:hAnsi="Courier New"/>
          <w:color w:val="555555"/>
          <w:sz w:val="20"/>
        </w:rPr>
        <w:t>[1 . 45 . 4]</w:t>
      </w:r>
    </w:p>
    <w:p>
      <w:r>
        <w:rPr>
          <w:rFonts w:ascii="Gentium Plus" w:hAnsi="Gentium Plus"/>
          <w:sz w:val="24"/>
        </w:rPr>
        <w:t>παλαιῶν ἀλεκτρυόνων ὑπάγουσιν. τὴν δὲ κράμβην ὑπάγειν βουλόμενοι, πλησίον τῆς κακκάβης κειμένης μετὰ τοῦ ὕδατος ἐν ᾧπερ ἂν ἡψημένη τύχῃ, ἀνασπῶντες εὐθέως ἐμβάλλομεν τῷ γαρελαίῳ· χρὴ δὲ μὴ πάνυ</w:t>
      </w:r>
    </w:p>
    <w:p>
      <w:r>
        <w:rPr>
          <w:rFonts w:ascii="Courier New" w:hAnsi="Courier New"/>
          <w:color w:val="555555"/>
          <w:sz w:val="20"/>
        </w:rPr>
        <w:t>[1 . 45 5,6]</w:t>
      </w:r>
    </w:p>
    <w:p>
      <w:r>
        <w:rPr>
          <w:rFonts w:ascii="Gentium Plus" w:hAnsi="Gentium Plus"/>
          <w:sz w:val="24"/>
        </w:rPr>
        <w:t>καθεψεῖν αὐτήν. ἄρτοι πιτυρίαι ὑπάγουσιν. τήλεως χυλὸς ἑψηθεὶς</w:t>
      </w:r>
    </w:p>
    <w:p>
      <w:r>
        <w:rPr>
          <w:rFonts w:ascii="Courier New" w:hAnsi="Courier New"/>
          <w:color w:val="555555"/>
          <w:sz w:val="20"/>
        </w:rPr>
        <w:t>[1 . 45 . 6 (2)]</w:t>
      </w:r>
    </w:p>
    <w:p>
      <w:r>
        <w:rPr>
          <w:rFonts w:ascii="Gentium Plus" w:hAnsi="Gentium Plus"/>
          <w:sz w:val="24"/>
        </w:rPr>
        <w:t>μετὰ μέλιτος καὶ λαμβανόμενος ἐπιτήδειός ἐστιν ὑπάγειν ἅπαντας τοὺς ἐν τοῖς ἐντέροις μοχθηροὺς χυμούς· ὀλίγον δ’ εἶναι χρὴ τὸ μιγνύμε‐</w:t>
      </w:r>
    </w:p>
    <w:p>
      <w:r>
        <w:rPr>
          <w:rFonts w:ascii="Courier New" w:hAnsi="Courier New"/>
          <w:color w:val="555555"/>
          <w:sz w:val="20"/>
        </w:rPr>
        <w:t>[1 . 45 . 7]</w:t>
      </w:r>
    </w:p>
    <w:p>
      <w:r>
        <w:rPr>
          <w:rFonts w:ascii="Gentium Plus" w:hAnsi="Gentium Plus"/>
          <w:sz w:val="24"/>
        </w:rPr>
        <w:t>νον αὐτῷ [τὸ] μέλι, μή πως γένηται δακνῶδες. ἐλαῖαι ἁλμάδες ὑπά‐</w:t>
      </w:r>
    </w:p>
    <w:p>
      <w:r>
        <w:rPr>
          <w:rFonts w:ascii="Courier New" w:hAnsi="Courier New"/>
          <w:color w:val="555555"/>
          <w:sz w:val="20"/>
        </w:rPr>
        <w:t>[1 . 45 . 8]</w:t>
      </w:r>
    </w:p>
    <w:p>
      <w:r>
        <w:rPr>
          <w:rFonts w:ascii="Gentium Plus" w:hAnsi="Gentium Plus"/>
          <w:sz w:val="24"/>
        </w:rPr>
        <w:t>γουσι μετὰ γάρου πρὸ τῶν σιτίων ἐσθιόμεναι. γάλα τὸ μὲν παχύτερον</w:t>
      </w:r>
    </w:p>
    <w:p>
      <w:r>
        <w:rPr>
          <w:rFonts w:ascii="Courier New" w:hAnsi="Courier New"/>
          <w:color w:val="555555"/>
          <w:sz w:val="20"/>
        </w:rPr>
        <w:t>[1 . 45 . 9]</w:t>
      </w:r>
    </w:p>
    <w:p>
      <w:r>
        <w:rPr>
          <w:rFonts w:ascii="Gentium Plus" w:hAnsi="Gentium Plus"/>
          <w:sz w:val="24"/>
        </w:rPr>
        <w:t>ἧττον, τὸ δ’ ὑγρότερον ὑπάγει μᾶλλον· ὁ δ’ ὀρρὸς τοῦ γάλακτος σφοδρῶς λαπάττει· ἐμβάλλειν δ’ αὐτῷ μέλιτος ἀρίστου τοσοῦτον ὅσον ἡδῦναι χωρὶς 〈ἀνατροπῆς στομάχου, κατὰ δὲ τὸν αὐτὸν τρόπον καὶ</w:t>
      </w:r>
    </w:p>
    <w:p>
      <w:r>
        <w:rPr>
          <w:rFonts w:ascii="Courier New" w:hAnsi="Courier New"/>
          <w:color w:val="555555"/>
          <w:sz w:val="20"/>
        </w:rPr>
        <w:t>[1 . 45 . 10]</w:t>
      </w:r>
    </w:p>
    <w:p>
      <w:r>
        <w:rPr>
          <w:rFonts w:ascii="Gentium Plus" w:hAnsi="Gentium Plus"/>
          <w:sz w:val="24"/>
        </w:rPr>
        <w:t>τῶν ἁλῶν ὅσον〉 μὴ λυπῆσαι τὴν γεῦσιν. τὰ τῶν πάνυ 〈νέων〉 ζῴων</w:t>
      </w:r>
    </w:p>
    <w:p>
      <w:r>
        <w:rPr>
          <w:rFonts w:ascii="Courier New" w:hAnsi="Courier New"/>
          <w:color w:val="555555"/>
          <w:sz w:val="20"/>
        </w:rPr>
        <w:t>[1 . 45 . 11]</w:t>
      </w:r>
    </w:p>
    <w:p>
      <w:r>
        <w:rPr>
          <w:rFonts w:ascii="Gentium Plus" w:hAnsi="Gentium Plus"/>
          <w:sz w:val="24"/>
        </w:rPr>
        <w:t>κρέα ῥᾷον ὑπέρχεται κατὰ γαστέρα ὁμοίως. τῶν σελαχίων νάρκη τε καὶ τρυγὼν ὑπέρχονται μετρίως καὶ μαλάχη μετρίως καὶ τεῦτλον ὅ τε νεοπαγὴς τυρὸς μετὰ μέλιτος, ἀνδράφαξυς, κολοκύντη, πέπονες, μηλο‐ πέπονες, σῦκα, ἰσχάδες, σταφυλὴ ἡ γλυκεῖα, καὶ μάλιστα ὅταν ὦσιν</w:t>
      </w:r>
    </w:p>
    <w:p>
      <w:r>
        <w:rPr>
          <w:rFonts w:ascii="Courier New" w:hAnsi="Courier New"/>
          <w:color w:val="555555"/>
          <w:sz w:val="20"/>
        </w:rPr>
        <w:t>[1 . 45 . 12]</w:t>
      </w:r>
    </w:p>
    <w:p>
      <w:r>
        <w:rPr>
          <w:rFonts w:ascii="Gentium Plus" w:hAnsi="Gentium Plus"/>
          <w:sz w:val="24"/>
        </w:rPr>
        <w:t>ὑγραί, συκάμινα πρῶτα ληφθέντα. τὸ ὑγρὸν ἔτι κάρυον πρὸς διαχώ‐ ρησιν ἐπιτήδειον, καὶ τὰ ξηρὰ δ’ ὁμοίως προαποβεβρεγμένα πλέον ἔχοντα μέλιτος ἱκανῶς λαπάττει γαστέρα, κἂν μόνα τις αὐτὰ φάγῃ,</w:t>
      </w:r>
    </w:p>
    <w:p>
      <w:r>
        <w:rPr>
          <w:rFonts w:ascii="Courier New" w:hAnsi="Courier New"/>
          <w:color w:val="555555"/>
          <w:sz w:val="20"/>
        </w:rPr>
        <w:t>[1 . 45 . 13]</w:t>
      </w:r>
    </w:p>
    <w:p>
      <w:r>
        <w:rPr>
          <w:rFonts w:ascii="Gentium Plus" w:hAnsi="Gentium Plus"/>
          <w:sz w:val="24"/>
        </w:rPr>
        <w:t>καὶ πολὺ μᾶλλον 〈ἐὰν〉 ἐπιρροφήσῃ τοῦ μελικράτου. πρόδηλον δ’ ὅτι συντελέσει τῇ τῆς γαστρὸς ὑπαγωγῇ μετὰ τὴν προσφορὰν τῶν τοιού‐ των ἐπιπιεῖν οἴνου γλυκέος ὡς καὶ διαλιπεῖν τινα χρόνον καὶ οὐκ</w:t>
      </w:r>
    </w:p>
    <w:p>
      <w:r>
        <w:rPr>
          <w:rFonts w:ascii="Courier New" w:hAnsi="Courier New"/>
          <w:color w:val="555555"/>
          <w:sz w:val="20"/>
        </w:rPr>
        <w:t>[1 . 45 . 14]</w:t>
      </w:r>
    </w:p>
    <w:p>
      <w:r>
        <w:rPr>
          <w:rFonts w:ascii="Gentium Plus" w:hAnsi="Gentium Plus"/>
          <w:sz w:val="24"/>
        </w:rPr>
        <w:t>εὐθέως ἀριστᾶν. μόρα, κεράσια, πραικόκκια, περσικὰ καὶ πάντα τὰ ὑγρὰ καὶ ὑδατώδη, καὶ ὅλως ὅσα μηδεμίαν ἰσχυρὰν ἔχειν φαίνεται</w:t>
      </w:r>
    </w:p>
    <w:p>
      <w:r>
        <w:rPr>
          <w:rFonts w:ascii="Courier New" w:hAnsi="Courier New"/>
          <w:color w:val="555555"/>
          <w:sz w:val="20"/>
        </w:rPr>
        <w:t>[1 . 45 . 15]</w:t>
      </w:r>
    </w:p>
    <w:p>
      <w:r>
        <w:rPr>
          <w:rFonts w:ascii="Gentium Plus" w:hAnsi="Gentium Plus"/>
          <w:sz w:val="24"/>
        </w:rPr>
        <w:t>ποιότητα τοῖς γευομένοις ἢ ὀσμωμένοις αὐτῶν μέσης πώς ἐστι δυνά‐ μεως τῶν τε ὑπαγόντων καὶ ἐπεχόντων. τὸ μέλι μόνον, εἴ [μή] τις μὴ ἀφεψήσας ἐκλείχοι, καλῶς ὑπάγει, καὶ μελίκρατον τὸ ἐπ’ ὀλίγον</w:t>
      </w:r>
    </w:p>
    <w:p>
      <w:r>
        <w:rPr>
          <w:rFonts w:ascii="Courier New" w:hAnsi="Courier New"/>
          <w:color w:val="555555"/>
          <w:sz w:val="20"/>
        </w:rPr>
        <w:t>[1 . 45 . 16]</w:t>
      </w:r>
    </w:p>
    <w:p>
      <w:r>
        <w:rPr>
          <w:rFonts w:ascii="Gentium Plus" w:hAnsi="Gentium Plus"/>
          <w:sz w:val="24"/>
        </w:rPr>
        <w:t>ἢ μηδ’ ὅλως ἑψηθὲν ὑπέρχεται. οἶνος γλυκὺς συμβάλλεται ἐπὶ τῇ κατὰ</w:t>
      </w:r>
    </w:p>
    <w:p>
      <w:r>
        <w:rPr>
          <w:rFonts w:ascii="Courier New" w:hAnsi="Courier New"/>
          <w:color w:val="555555"/>
          <w:sz w:val="20"/>
        </w:rPr>
        <w:t>[1 . 45 . 17]</w:t>
      </w:r>
    </w:p>
    <w:p>
      <w:r>
        <w:rPr>
          <w:rFonts w:ascii="Gentium Plus" w:hAnsi="Gentium Plus"/>
          <w:sz w:val="24"/>
        </w:rPr>
        <w:t>γαστέρα διεξόδῳ· γλεῦκος ὑπάγει.</w:t>
      </w:r>
    </w:p>
    <w:p>
      <w:pPr>
        <w:jc w:val="center"/>
      </w:pPr>
      <w:r>
        <w:rPr>
          <w:rFonts w:ascii="Gentium Plus" w:hAnsi="Gentium Plus"/>
          <w:b/>
          <w:sz w:val="24"/>
        </w:rPr>
        <w:t>Ὅσα ἐπέχει γαστέρα.</w:t>
      </w:r>
    </w:p>
    <w:p>
      <w:r>
        <w:rPr>
          <w:rFonts w:ascii="Courier New" w:hAnsi="Courier New"/>
          <w:color w:val="555555"/>
          <w:sz w:val="20"/>
        </w:rPr>
        <w:t>[1 . 46 . 1]</w:t>
      </w:r>
    </w:p>
    <w:p>
      <w:r>
        <w:rPr>
          <w:rFonts w:ascii="Gentium Plus" w:hAnsi="Gentium Plus"/>
          <w:sz w:val="24"/>
        </w:rPr>
        <w:t>Φοίνικες οἱ αὐστηροί, σταφίδες αἱ αὐστηραί, συκάμινα, βάτινα,</w:t>
      </w:r>
    </w:p>
    <w:p>
      <w:r>
        <w:rPr>
          <w:rFonts w:ascii="Courier New" w:hAnsi="Courier New"/>
          <w:color w:val="555555"/>
          <w:sz w:val="20"/>
        </w:rPr>
        <w:t>[1 . 46 . 2]</w:t>
      </w:r>
    </w:p>
    <w:p>
      <w:r>
        <w:rPr>
          <w:rFonts w:ascii="Gentium Plus" w:hAnsi="Gentium Plus"/>
          <w:sz w:val="24"/>
        </w:rPr>
        <w:t>προῦμνα, μῆλα τὰ στύφοντα καὶ ἄπιοι ὁμοίως καὶ ῥοιαί. ἀστακοί, πάγουροι, καρκῖνοι, κάραβοι, καρίδες, ὅσα τε ἄλλα τοιαῦτα τῶν μαλα‐ κοστράκων ἔλαττον μὲν τῶν ὀστρακοδέρμων, ἔχει δ’ οὖν καὶ αὐτὰ τὸν ἁλυκὸν χυμόν, ὃν ἐὰν ἀπόθηται τῷ ὕδατι, ὥσπερ τῶν ὀστρέων καὶ</w:t>
      </w:r>
    </w:p>
    <w:p>
      <w:r>
        <w:rPr>
          <w:rFonts w:ascii="Courier New" w:hAnsi="Courier New"/>
          <w:color w:val="555555"/>
          <w:sz w:val="20"/>
        </w:rPr>
        <w:t>[1 . 46 . 3]</w:t>
      </w:r>
    </w:p>
    <w:p>
      <w:r>
        <w:rPr>
          <w:rFonts w:ascii="Gentium Plus" w:hAnsi="Gentium Plus"/>
          <w:sz w:val="24"/>
        </w:rPr>
        <w:t>τῶν ἄλλων ὀστρακοδέρμων, ἡ σὰρξ ἐπισχετικὴ γίνεται γαστρός. καὶ φακὴ δὲ καὶ κράμβαι δίσεφθοι γενόμεναι καὶ τὸν χυμὸν ἀποθέμεναι γαστρὸς ἐφεκτικαὶ γίνονται· καὶ ξηρᾶναι βουληθέντες ὑγρὰν γαστέρα, ὅταν ἤδη μετρίως ἡψῆσθαι δοκῇ 〈ἡ〉 κράμβη, τὸ πρότερον ὕδωρ ἀπο‐</w:t>
      </w:r>
    </w:p>
    <w:p>
      <w:r>
        <w:rPr>
          <w:rFonts w:ascii="Courier New" w:hAnsi="Courier New"/>
          <w:color w:val="555555"/>
          <w:sz w:val="20"/>
        </w:rPr>
        <w:t>[5]</w:t>
      </w:r>
    </w:p>
    <w:p>
      <w:r>
        <w:rPr>
          <w:rFonts w:ascii="Gentium Plus" w:hAnsi="Gentium Plus"/>
          <w:sz w:val="24"/>
        </w:rPr>
        <w:t>χέαντες ἐμβάλλομεν εὐθέως ἐν ἑτέρῳ θερμῷ, κἄπειτα πάλιν ἐν ἐκείνῳ</w:t>
      </w:r>
    </w:p>
    <w:p>
      <w:r>
        <w:rPr>
          <w:rFonts w:ascii="Courier New" w:hAnsi="Courier New"/>
          <w:color w:val="555555"/>
          <w:sz w:val="20"/>
        </w:rPr>
        <w:t>[1 . 46 . 4]</w:t>
      </w:r>
    </w:p>
    <w:p>
      <w:r>
        <w:rPr>
          <w:rFonts w:ascii="Gentium Plus" w:hAnsi="Gentium Plus"/>
          <w:sz w:val="24"/>
        </w:rPr>
        <w:t>καθεψήσαντες ὡς τακερὰν γενέσθαι· χρὴ δὲ μήτε ἀέρος μήτε ὕδατος ψυχροῦ ψαύειν τὸ δὶς ἑψόμενον· οὐκέτι γὰρ ἀκριβῶς γίνεται τακερόν,</w:t>
      </w:r>
    </w:p>
    <w:p>
      <w:r>
        <w:rPr>
          <w:rFonts w:ascii="Courier New" w:hAnsi="Courier New"/>
          <w:color w:val="555555"/>
          <w:sz w:val="20"/>
        </w:rPr>
        <w:t>[1 . 46 . 5]</w:t>
      </w:r>
    </w:p>
    <w:p>
      <w:r>
        <w:rPr>
          <w:rFonts w:ascii="Gentium Plus" w:hAnsi="Gentium Plus"/>
          <w:sz w:val="24"/>
        </w:rPr>
        <w:t>οὐδ’ ἂν ἐπὶ πλεῖστον ἕψῃς. ἀφαιρεθεῖσα δ’ ἡ φακὴ τοῦ λέμματος τὸ ἰσχυρῶς στυπτικὸν ἀπόλλυσι καὶ οὐχ ὁμοίως ξηραίνει τὰ κατὰ τὴν γαστέρα· εἰ μέντοι πτίσας αὐτὴν καὶ δὶς ἑψήσας ἀποχέοις τὸ πρότερον ὕδωρ, εἶτ’ ὀλίγον ὄξους ἢ γάρου μίξας ἐμβάλλοις τι τῶν ἐφεκτικῶν</w:t>
      </w:r>
    </w:p>
    <w:p>
      <w:r>
        <w:rPr>
          <w:rFonts w:ascii="Courier New" w:hAnsi="Courier New"/>
          <w:color w:val="555555"/>
          <w:sz w:val="20"/>
        </w:rPr>
        <w:t>[5]</w:t>
      </w:r>
    </w:p>
    <w:p>
      <w:r>
        <w:rPr>
          <w:rFonts w:ascii="Gentium Plus" w:hAnsi="Gentium Plus"/>
          <w:sz w:val="24"/>
        </w:rPr>
        <w:t>γαστρὸς ἄχρι τοῦ μὴ λυπῆσαι τὴν γεῦσιν, ἥδιστόν τε καὶ ὠφελιμώ‐</w:t>
      </w:r>
    </w:p>
    <w:p>
      <w:r>
        <w:rPr>
          <w:rFonts w:ascii="Courier New" w:hAnsi="Courier New"/>
          <w:color w:val="555555"/>
          <w:sz w:val="20"/>
        </w:rPr>
        <w:t>[1 . 46 . 6]</w:t>
      </w:r>
    </w:p>
    <w:p>
      <w:r>
        <w:rPr>
          <w:rFonts w:ascii="Gentium Plus" w:hAnsi="Gentium Plus"/>
          <w:sz w:val="24"/>
        </w:rPr>
        <w:t>τατον ἐργάσῃ φάρμακόν τε ἅμα καὶ σιτίον. ἄλφιτα δι’ οἴνου αὐστηροῦ</w:t>
      </w:r>
    </w:p>
    <w:p>
      <w:r>
        <w:rPr>
          <w:rFonts w:ascii="Courier New" w:hAnsi="Courier New"/>
          <w:color w:val="555555"/>
          <w:sz w:val="20"/>
        </w:rPr>
        <w:t>[1 . 46 . 7]</w:t>
      </w:r>
    </w:p>
    <w:p>
      <w:r>
        <w:rPr>
          <w:rFonts w:ascii="Gentium Plus" w:hAnsi="Gentium Plus"/>
          <w:sz w:val="24"/>
        </w:rPr>
        <w:t>ποθέντα ξηραίνει· ὄρυζα ἐπέχει, ἔλυμον ἤτοι μελίνη, κέγχρος, ταγη‐</w:t>
      </w:r>
    </w:p>
    <w:p>
      <w:r>
        <w:rPr>
          <w:rFonts w:ascii="Courier New" w:hAnsi="Courier New"/>
          <w:color w:val="555555"/>
          <w:sz w:val="20"/>
        </w:rPr>
        <w:t>[1 . 46 . 8]</w:t>
      </w:r>
    </w:p>
    <w:p>
      <w:r>
        <w:rPr>
          <w:rFonts w:ascii="Gentium Plus" w:hAnsi="Gentium Plus"/>
          <w:sz w:val="24"/>
        </w:rPr>
        <w:t>νιστά, λάγεια κρέα· οἶνος αὐστηρὸς καὶ μέλας ἄνευ γλυκύτητος καὶ ὁ λευκὸς καὶ αὐστηρὸς καὶ 〈ὁ〉 κιρρὸς καὶ αὐστηρός.</w:t>
      </w:r>
    </w:p>
    <w:p>
      <w:pPr>
        <w:jc w:val="center"/>
      </w:pPr>
      <w:r>
        <w:rPr>
          <w:rFonts w:ascii="Gentium Plus" w:hAnsi="Gentium Plus"/>
          <w:b/>
          <w:sz w:val="24"/>
        </w:rPr>
        <w:t>Ὅσα θερμαίνει ἐν τροφαῖς.</w:t>
      </w:r>
    </w:p>
    <w:p>
      <w:r>
        <w:rPr>
          <w:rFonts w:ascii="Courier New" w:hAnsi="Courier New"/>
          <w:color w:val="555555"/>
          <w:sz w:val="20"/>
        </w:rPr>
        <w:t>[1 . 47 . 1]</w:t>
      </w:r>
    </w:p>
    <w:p>
      <w:r>
        <w:rPr>
          <w:rFonts w:ascii="Gentium Plus" w:hAnsi="Gentium Plus"/>
          <w:sz w:val="24"/>
        </w:rPr>
        <w:t>Πυροὶ ἑφθοὶ καὶ οἱ ἀπ’ αὐτῶν ἄρτοι, τίφη, βρόμος, τῆλις, οἱ γλυκεῖς φοίνικες, μῆλα τὰ γλυκέα, σήσαμον, αἱ γλυκεῖαι τῶν σταφυλῶν (διὸ καὶ διψώδεις), αἱ γλυκεῖαι σταφίδες, μαλάχαι μετρίως, σέλινον, σμύρνιον, εὔζωμα, ῥάφανος, γογγυλίς, ῥαφανίς, νάπυ, κάρδαμον, πύρε‐</w:t>
      </w:r>
    </w:p>
    <w:p>
      <w:r>
        <w:rPr>
          <w:rFonts w:ascii="Courier New" w:hAnsi="Courier New"/>
          <w:color w:val="555555"/>
          <w:sz w:val="20"/>
        </w:rPr>
        <w:t>[5]</w:t>
      </w:r>
    </w:p>
    <w:p>
      <w:r>
        <w:rPr>
          <w:rFonts w:ascii="Gentium Plus" w:hAnsi="Gentium Plus"/>
          <w:sz w:val="24"/>
        </w:rPr>
        <w:t>θρον, σταφυλῖνος, κάρω, σκόροδον, κρόμμυον, πράσον, τυρὸς ὁ παλαιός,</w:t>
      </w:r>
    </w:p>
    <w:p>
      <w:pPr>
        <w:jc w:val="center"/>
      </w:pPr>
      <w:r>
        <w:rPr>
          <w:rFonts w:ascii="Gentium Plus" w:hAnsi="Gentium Plus"/>
          <w:b/>
          <w:sz w:val="24"/>
        </w:rPr>
        <w:t>Ὅσα ψύχει.</w:t>
      </w:r>
    </w:p>
    <w:p>
      <w:r>
        <w:rPr>
          <w:rFonts w:ascii="Courier New" w:hAnsi="Courier New"/>
          <w:color w:val="555555"/>
          <w:sz w:val="20"/>
        </w:rPr>
        <w:t>[1 . 48 . 1]</w:t>
      </w:r>
    </w:p>
    <w:p>
      <w:r>
        <w:rPr>
          <w:rFonts w:ascii="Gentium Plus" w:hAnsi="Gentium Plus"/>
          <w:sz w:val="24"/>
        </w:rPr>
        <w:t>Κριθὴ κατὰ πάντας τρόπους τῆς χρήσεως, κέγχρος, ἔλυμον, ὕδνα, κολοκύνθη ἑφθή, πέπονες, μηλοπέπονες, σίκυες, κοκκύμηλα, συκόμορα, αἱ αὐστηραὶ καὶ ὀξώδεις σταφυλαί, αἱ αὐστηραὶ τῶν σταφίδων, μῆλα</w:t>
      </w:r>
    </w:p>
    <w:p>
      <w:r>
        <w:rPr>
          <w:rFonts w:ascii="Courier New" w:hAnsi="Courier New"/>
          <w:color w:val="555555"/>
          <w:sz w:val="20"/>
        </w:rPr>
        <w:t>[1 . 48 . 2]</w:t>
      </w:r>
    </w:p>
    <w:p>
      <w:r>
        <w:rPr>
          <w:rFonts w:ascii="Gentium Plus" w:hAnsi="Gentium Plus"/>
          <w:sz w:val="24"/>
        </w:rPr>
        <w:t>τὰ στύφοντα καὶ τὰ ὀξέα καὶ τὰ ἄποια· καὶ ἄπιοι δὲ καὶ ῥοιαὶ ὁμοίως</w:t>
      </w:r>
    </w:p>
    <w:p>
      <w:r>
        <w:rPr>
          <w:rFonts w:ascii="Courier New" w:hAnsi="Courier New"/>
          <w:color w:val="555555"/>
          <w:sz w:val="20"/>
        </w:rPr>
        <w:t>[1 . 48 . 3]</w:t>
      </w:r>
    </w:p>
    <w:p>
      <w:r>
        <w:rPr>
          <w:rFonts w:ascii="Gentium Plus" w:hAnsi="Gentium Plus"/>
          <w:sz w:val="24"/>
        </w:rPr>
        <w:t>αἱ τοιαῦται ψύχουσιν. οἱ στύφοντες φοίνικες ψυχρὸν ἔχουσι χυμόν,</w:t>
      </w:r>
    </w:p>
    <w:p>
      <w:r>
        <w:rPr>
          <w:rFonts w:ascii="Courier New" w:hAnsi="Courier New"/>
          <w:color w:val="555555"/>
          <w:sz w:val="20"/>
        </w:rPr>
        <w:t>[1 . 48 . 4]</w:t>
      </w:r>
    </w:p>
    <w:p>
      <w:r>
        <w:rPr>
          <w:rFonts w:ascii="Gentium Plus" w:hAnsi="Gentium Plus"/>
          <w:sz w:val="24"/>
        </w:rPr>
        <w:t>θρίδαξ, ἴντυβοι μετριώτερον, ἀνδράχνη, μήκωνος σπέρμα. ὕδωρ, ὑδα‐ τώδης οἶνος οὐ σαφῶς θερμαίνει· διὸ καὶ τοῖς πυρέττουσιν ἀκινδυνό‐</w:t>
      </w:r>
    </w:p>
    <w:p>
      <w:r>
        <w:rPr>
          <w:rFonts w:ascii="Courier New" w:hAnsi="Courier New"/>
          <w:color w:val="555555"/>
          <w:sz w:val="20"/>
        </w:rPr>
        <w:t>[1 . 48 . 5]</w:t>
      </w:r>
    </w:p>
    <w:p>
      <w:r>
        <w:rPr>
          <w:rFonts w:ascii="Gentium Plus" w:hAnsi="Gentium Plus"/>
          <w:sz w:val="24"/>
        </w:rPr>
        <w:t>τερον δίδοται. οἶνος ὁ λευκὸς καὶ αὐστηρὸς ἥκιστα ὡς ἐν οἴνοις θερ‐ μαίνει, ὁ δὲ λευκὸς ἅμα καὶ αὐστηρὸς καὶ παχὺς καὶ νέος αἰσθητῶς</w:t>
      </w:r>
    </w:p>
    <w:p>
      <w:r>
        <w:rPr>
          <w:rFonts w:ascii="Courier New" w:hAnsi="Courier New"/>
          <w:color w:val="555555"/>
          <w:sz w:val="20"/>
        </w:rPr>
        <w:t>[1 . 48 . 6]</w:t>
      </w:r>
    </w:p>
    <w:p>
      <w:r>
        <w:rPr>
          <w:rFonts w:ascii="Gentium Plus" w:hAnsi="Gentium Plus"/>
          <w:sz w:val="24"/>
        </w:rPr>
        <w:t>ψύχει· ψύχει δὲ καὶ τὸ ὄξος· λεπτομερὲς δ’ ὑπάρχει· διὸ καὶ νεῦρα</w:t>
      </w:r>
    </w:p>
    <w:p>
      <w:r>
        <w:rPr>
          <w:rFonts w:ascii="Courier New" w:hAnsi="Courier New"/>
          <w:color w:val="555555"/>
          <w:sz w:val="20"/>
        </w:rPr>
        <w:t>[1 . 48 . 7]</w:t>
      </w:r>
    </w:p>
    <w:p>
      <w:r>
        <w:rPr>
          <w:rFonts w:ascii="Gentium Plus" w:hAnsi="Gentium Plus"/>
          <w:sz w:val="24"/>
        </w:rPr>
        <w:t>πλέον τῶν ἄλλων τῶν ψυχόντων βλάπτει. μέσα δέ πως τῶν θερμαι‐ νόντων τε καὶ ψυχόντων εἰσὶν ἄρτοι πλυτοί, ἄμυλον, αἱ οἰνώδεις τῶν σταφυλῶν.</w:t>
      </w:r>
    </w:p>
    <w:p>
      <w:pPr>
        <w:jc w:val="center"/>
      </w:pPr>
      <w:r>
        <w:rPr>
          <w:rFonts w:ascii="Gentium Plus" w:hAnsi="Gentium Plus"/>
          <w:b/>
          <w:sz w:val="24"/>
        </w:rPr>
        <w:t>Ὅσα ξηραίνει.</w:t>
      </w:r>
    </w:p>
    <w:p>
      <w:r>
        <w:rPr>
          <w:rFonts w:ascii="Courier New" w:hAnsi="Courier New"/>
          <w:color w:val="555555"/>
          <w:sz w:val="20"/>
        </w:rPr>
        <w:t>[1 . 49 . 1]</w:t>
      </w:r>
    </w:p>
    <w:p>
      <w:r>
        <w:rPr>
          <w:rFonts w:ascii="Gentium Plus" w:hAnsi="Gentium Plus"/>
          <w:sz w:val="24"/>
        </w:rPr>
        <w:t>Φακή, κράμβη, ἄλφιτα, ἄγνου σπέρμα, ὄροβοι δὶς ἑψηθέντες καὶ</w:t>
      </w:r>
    </w:p>
    <w:p>
      <w:r>
        <w:rPr>
          <w:rFonts w:ascii="Courier New" w:hAnsi="Courier New"/>
          <w:color w:val="555555"/>
          <w:sz w:val="20"/>
        </w:rPr>
        <w:t>[1 . 49 . 2]</w:t>
      </w:r>
    </w:p>
    <w:p>
      <w:r>
        <w:rPr>
          <w:rFonts w:ascii="Gentium Plus" w:hAnsi="Gentium Plus"/>
          <w:sz w:val="24"/>
        </w:rPr>
        <w:t>ἀπογλυκανθέντες πολλάκις ὕδατι· βελτίους δ’ εἰσὶν οἱ λευκοί. καὶ ὅσα ὀπτῶντες ἢ τηγανίζοντες ἐσθίουσι, ξηροτέραν τροφὴν δίδωσι, καὶ ὅσα</w:t>
      </w:r>
    </w:p>
    <w:p>
      <w:r>
        <w:rPr>
          <w:rFonts w:ascii="Courier New" w:hAnsi="Courier New"/>
          <w:color w:val="555555"/>
          <w:sz w:val="20"/>
        </w:rPr>
        <w:t>[1 . 49 . 3]</w:t>
      </w:r>
    </w:p>
    <w:p>
      <w:r>
        <w:rPr>
          <w:rFonts w:ascii="Gentium Plus" w:hAnsi="Gentium Plus"/>
          <w:sz w:val="24"/>
        </w:rPr>
        <w:t>δαψιλῶς ἔχει γάρου καὶ οἴνου, ξηρότερα τῶν οὐκ ἐχόντων ἐστίν. μεγίστη δ’ ἐν τῇ σκευασίᾳ διαφορὰ γίνεται κατὰ τὴν τῶν ἐμβαλλομένων αὐτοῖς δύναμιν σπερμάτων τε καὶ λαχανωδῶν φυτῶν, ἁπάντων μὲν ξηραι‐ νόντων, ἀλλ’ ἤτοι μᾶλλον ἢ ἧττον.</w:t>
      </w:r>
    </w:p>
    <w:p>
      <w:pPr>
        <w:jc w:val="center"/>
      </w:pPr>
      <w:r>
        <w:rPr>
          <w:rFonts w:ascii="Gentium Plus" w:hAnsi="Gentium Plus"/>
          <w:b/>
          <w:sz w:val="24"/>
        </w:rPr>
        <w:t>Ὅσα ὑγραίνει.</w:t>
      </w:r>
    </w:p>
    <w:p>
      <w:r>
        <w:rPr>
          <w:rFonts w:ascii="Courier New" w:hAnsi="Courier New"/>
          <w:color w:val="555555"/>
          <w:sz w:val="20"/>
        </w:rPr>
        <w:t>[1 . 50 . 1]</w:t>
      </w:r>
    </w:p>
    <w:p>
      <w:r>
        <w:rPr>
          <w:rFonts w:ascii="Gentium Plus" w:hAnsi="Gentium Plus"/>
          <w:sz w:val="24"/>
        </w:rPr>
        <w:t>Πτισάνη, κολοκύντη ἑφθή, πέπονες, μηλοπέπονες, σίκυοι, κάρυα</w:t>
      </w:r>
    </w:p>
    <w:p>
      <w:r>
        <w:rPr>
          <w:rFonts w:ascii="Courier New" w:hAnsi="Courier New"/>
          <w:color w:val="555555"/>
          <w:sz w:val="20"/>
        </w:rPr>
        <w:t>[1 . 50 . 2]</w:t>
      </w:r>
    </w:p>
    <w:p>
      <w:r>
        <w:rPr>
          <w:rFonts w:ascii="Gentium Plus" w:hAnsi="Gentium Plus"/>
          <w:sz w:val="24"/>
        </w:rPr>
        <w:t>χλωρά, σούσινα, κοκκύμηλα, συκάμινα, θριδακίνη, ἴντυβοι· μαλάχη δὲ</w:t>
      </w:r>
    </w:p>
    <w:p>
      <w:r>
        <w:rPr>
          <w:rFonts w:ascii="Courier New" w:hAnsi="Courier New"/>
          <w:color w:val="555555"/>
          <w:sz w:val="20"/>
        </w:rPr>
        <w:t>[1 . 50 . 3]</w:t>
      </w:r>
    </w:p>
    <w:p>
      <w:r>
        <w:rPr>
          <w:rFonts w:ascii="Gentium Plus" w:hAnsi="Gentium Plus"/>
          <w:sz w:val="24"/>
        </w:rPr>
        <w:t>καὶ βλίτα καὶ ἀνδράφαξυς ὑδατωδέστατα λαχάνων ἐστίν. κύαμοι χλω‐</w:t>
      </w:r>
    </w:p>
    <w:p>
      <w:r>
        <w:rPr>
          <w:rFonts w:ascii="Courier New" w:hAnsi="Courier New"/>
          <w:color w:val="555555"/>
          <w:sz w:val="20"/>
        </w:rPr>
        <w:t>[1 . 50 . 4]</w:t>
      </w:r>
    </w:p>
    <w:p>
      <w:r>
        <w:rPr>
          <w:rFonts w:ascii="Gentium Plus" w:hAnsi="Gentium Plus"/>
          <w:sz w:val="24"/>
        </w:rPr>
        <w:t>ροὶ ὑγραίνουσιν, ἐρέβινθοι. ὕδωρ ὑγραίνει καὶ ψύχει· θερμανθὲν δ’ ὑγραίνει καὶ θερμαίνει.</w:t>
      </w:r>
    </w:p>
    <w:p>
      <w:pPr>
        <w:jc w:val="center"/>
      </w:pPr>
      <w:r>
        <w:rPr>
          <w:rFonts w:ascii="Gentium Plus" w:hAnsi="Gentium Plus"/>
          <w:b/>
          <w:sz w:val="24"/>
        </w:rPr>
        <w:t>Ὅσα κεφαλὴν βλάπτει.</w:t>
      </w:r>
    </w:p>
    <w:p>
      <w:r>
        <w:rPr>
          <w:rFonts w:ascii="Courier New" w:hAnsi="Courier New"/>
          <w:color w:val="555555"/>
          <w:sz w:val="20"/>
        </w:rPr>
        <w:t>[1 . 51 1,2]</w:t>
      </w:r>
    </w:p>
    <w:p>
      <w:r>
        <w:rPr>
          <w:rFonts w:ascii="Gentium Plus" w:hAnsi="Gentium Plus"/>
          <w:sz w:val="24"/>
        </w:rPr>
        <w:t>Συκάμινα, βάτινα κεφαλαλγῆ, φοίνικες πάντες, εὔζωμα, τῆλις. ὁ</w:t>
      </w:r>
    </w:p>
    <w:p>
      <w:r>
        <w:rPr>
          <w:rFonts w:ascii="Courier New" w:hAnsi="Courier New"/>
          <w:color w:val="555555"/>
          <w:sz w:val="20"/>
        </w:rPr>
        <w:t>[1 . 51 . 2 (2)]</w:t>
      </w:r>
    </w:p>
    <w:p>
      <w:r>
        <w:rPr>
          <w:rFonts w:ascii="Gentium Plus" w:hAnsi="Gentium Plus"/>
          <w:sz w:val="24"/>
        </w:rPr>
        <w:t>κιρρὸς καὶ αὐστηρὸς οἶνος κεφαλαλγὴς καὶ γνώμης ἅπτεται μᾶλλον</w:t>
      </w:r>
    </w:p>
    <w:p>
      <w:r>
        <w:rPr>
          <w:rFonts w:ascii="Courier New" w:hAnsi="Courier New"/>
          <w:color w:val="555555"/>
          <w:sz w:val="20"/>
        </w:rPr>
        <w:t>[5]</w:t>
      </w:r>
    </w:p>
    <w:p>
      <w:r>
        <w:rPr>
          <w:rFonts w:ascii="Gentium Plus" w:hAnsi="Gentium Plus"/>
          <w:sz w:val="24"/>
        </w:rPr>
        <w:t>τὰς κεφαλαλγίας γινομένας διὰ χυμοὺς τοὺς ἐν τῇ γαστρὶ ἀναδοθέντας.</w:t>
      </w:r>
    </w:p>
    <w:p>
      <w:r>
        <w:rPr>
          <w:rFonts w:ascii="Courier New" w:hAnsi="Courier New"/>
          <w:color w:val="555555"/>
          <w:sz w:val="20"/>
        </w:rPr>
        <w:t>[1 . 51 3,4]</w:t>
      </w:r>
    </w:p>
    <w:p>
      <w:r>
        <w:rPr>
          <w:rFonts w:ascii="Gentium Plus" w:hAnsi="Gentium Plus"/>
          <w:sz w:val="24"/>
        </w:rPr>
        <w:t>οἱ παλαιοὶ οὐκ ἐπιτήδειοι κεφαλῇ, εἰ μή τις ἰσχυρὰν ἔχοι πάνυ. τὸ</w:t>
      </w:r>
    </w:p>
    <w:p>
      <w:r>
        <w:rPr>
          <w:rFonts w:ascii="Courier New" w:hAnsi="Courier New"/>
          <w:color w:val="555555"/>
          <w:sz w:val="20"/>
        </w:rPr>
        <w:t>[1 . 51 . 4 (2)]</w:t>
      </w:r>
    </w:p>
    <w:p>
      <w:r>
        <w:rPr>
          <w:rFonts w:ascii="Gentium Plus" w:hAnsi="Gentium Plus"/>
          <w:sz w:val="24"/>
        </w:rPr>
        <w:t>ἀπόβρεγμα τῶν στεμφύλων, ὃ καλοῦσι τρύγα, κεφαλαλγές, καὶ ἡ ἐν τοῖς στεμφύλοις συντιθεμένη σταφυλή.</w:t>
      </w:r>
    </w:p>
    <w:p>
      <w:pPr>
        <w:jc w:val="center"/>
      </w:pPr>
      <w:r>
        <w:rPr>
          <w:rFonts w:ascii="Gentium Plus" w:hAnsi="Gentium Plus"/>
          <w:b/>
          <w:sz w:val="24"/>
        </w:rPr>
        <w:t>Ὅσα ὀδόντας βλάπτει.</w:t>
      </w:r>
    </w:p>
    <w:p>
      <w:r>
        <w:rPr>
          <w:rFonts w:ascii="Courier New" w:hAnsi="Courier New"/>
          <w:color w:val="555555"/>
          <w:sz w:val="20"/>
        </w:rPr>
        <w:t>[1 . 52 . 1]</w:t>
      </w:r>
    </w:p>
    <w:p>
      <w:r>
        <w:rPr>
          <w:rFonts w:ascii="Gentium Plus" w:hAnsi="Gentium Plus"/>
          <w:sz w:val="24"/>
        </w:rPr>
        <w:t>Γάλα βλάπτει τοὺς ὀδόντας, εἰ συνεχῶς αὐτῷ χρῷτό τις, καὶ τὰ οὖλα. ταῦτα μὲν πλαδαρά, τοὺς ὀδόντας δ’ εὐσήπτους τε καὶ ῥᾳδίως βιβρωσκομένους ἐργάζεται. χρὴ τοίνυν ἐπὶ τῇ τροφῇ τοῦ γάλακτος οἴνῳ κεκραμένῳ διακλύζεσθαι· καὶ βέλτιον δέ, εἰ καὶ μέλι</w:t>
      </w:r>
    </w:p>
    <w:p>
      <w:r>
        <w:rPr>
          <w:rFonts w:ascii="Courier New" w:hAnsi="Courier New"/>
          <w:color w:val="555555"/>
          <w:sz w:val="20"/>
        </w:rPr>
        <w:t>[5]</w:t>
      </w:r>
    </w:p>
    <w:p>
      <w:r>
        <w:rPr>
          <w:rFonts w:ascii="Gentium Plus" w:hAnsi="Gentium Plus"/>
          <w:sz w:val="24"/>
        </w:rPr>
        <w:t>ἐπεμβάλοις αὐτῷ.</w:t>
      </w:r>
    </w:p>
    <w:p>
      <w:r>
        <w:rPr>
          <w:rFonts w:ascii="Courier New" w:hAnsi="Courier New"/>
          <w:color w:val="555555"/>
          <w:sz w:val="20"/>
        </w:rPr>
        <w:t>[2 p 1]</w:t>
      </w:r>
    </w:p>
    <w:p>
      <w:r>
        <w:rPr>
          <w:rFonts w:ascii="Gentium Plus" w:hAnsi="Gentium Plus"/>
          <w:sz w:val="24"/>
        </w:rPr>
        <w:t>Ὅσα μὲν εἰδέναι τέ σε καὶ ποιεῖν δυνατὸν ἦν φυλακῆς ἕνεκα τῆς ὑγιείας εἴρηται· καιρὸς δὲ τάς τε δυνάμεις ἐπελθεῖν τὰς καθόλου τῶν ἁπλῶν καὶ εὐπορίστων φαρμάκων, καὶ τίσι τῶν παθῶν οἷόν τε βοηθεῖν</w:t>
      </w:r>
    </w:p>
    <w:p>
      <w:r>
        <w:rPr>
          <w:rFonts w:ascii="Courier New" w:hAnsi="Courier New"/>
          <w:color w:val="555555"/>
          <w:sz w:val="20"/>
        </w:rPr>
        <w:t>[2 p 2]</w:t>
      </w:r>
    </w:p>
    <w:p>
      <w:r>
        <w:rPr>
          <w:rFonts w:ascii="Gentium Plus" w:hAnsi="Gentium Plus"/>
          <w:sz w:val="24"/>
        </w:rPr>
        <w:t>ἕκαστον τούτων. καὶ μετὰ ταῦτα ὥσπερ ἐπὶ τῶν τροφῶν, οὕτω καὶ ἐπὶ τῶν ἁπλῶν φαρμάκων πράξομεν, τὰς ὕλας ἑκάστης δυνάμεώς τε καὶ ἐνεργείας εἰς ἓν ἀθροίσαντές τε καὶ ἀναγράψαντες· εὐπορεῖν γὰρ ἡμᾶς τῶν ἐπιτηδείων ἰάσεων, ὧν ἂν ἑκάστοτε δεώμεθα, τοῦτο μάλιστα</w:t>
      </w:r>
    </w:p>
    <w:p>
      <w:r>
        <w:rPr>
          <w:rFonts w:ascii="Courier New" w:hAnsi="Courier New"/>
          <w:color w:val="555555"/>
          <w:sz w:val="20"/>
        </w:rPr>
        <w:t>[5]</w:t>
      </w:r>
    </w:p>
    <w:p>
      <w:r>
        <w:rPr>
          <w:rFonts w:ascii="Gentium Plus" w:hAnsi="Gentium Plus"/>
          <w:sz w:val="24"/>
        </w:rPr>
        <w:t>πάντων ποιεῖν δυνήσεται.</w:t>
      </w:r>
    </w:p>
    <w:p>
      <w:pPr>
        <w:jc w:val="center"/>
      </w:pPr>
      <w:r>
        <w:rPr>
          <w:rFonts w:ascii="Gentium Plus" w:hAnsi="Gentium Plus"/>
          <w:b/>
          <w:sz w:val="24"/>
        </w:rPr>
        <w:t>Κατὰ στοιχεῖον.</w:t>
      </w:r>
    </w:p>
    <w:p>
      <w:r>
        <w:rPr>
          <w:rFonts w:ascii="Courier New" w:hAnsi="Courier New"/>
          <w:color w:val="555555"/>
          <w:sz w:val="20"/>
        </w:rPr>
        <w:t>[2 1,alpha 1]</w:t>
      </w:r>
    </w:p>
    <w:p>
      <w:r>
        <w:rPr>
          <w:rFonts w:ascii="Gentium Plus" w:hAnsi="Gentium Plus"/>
          <w:sz w:val="24"/>
        </w:rPr>
        <w:t>Ἄγνου τὰ φύλλα καὶ τὰ ἄνθη καὶ ὁ καρπὸς θερμὰ μέν ἐστι καὶ ξηρὰ τὴν δύναμιν σφοδρῶς, λεπτομερῆ δ’ ἱκανῶς καὶ τὰς ἀφροδισίους ὁρμὰς ἐπέχει· διόπερ οὐ μόνον ἐσθιόμενα καὶ πινόμενα πρὸς ἁγνείαν πεπίστευται συντελεῖν, ἀλλὰ καὶ ὑποστρωννύμενα· καὶ πρὸς ἧπαρ δὲ</w:t>
      </w:r>
    </w:p>
    <w:p>
      <w:r>
        <w:rPr>
          <w:rFonts w:ascii="Courier New" w:hAnsi="Courier New"/>
          <w:color w:val="555555"/>
          <w:sz w:val="20"/>
        </w:rPr>
        <w:t>[5]</w:t>
      </w:r>
    </w:p>
    <w:p>
      <w:r>
        <w:rPr>
          <w:rFonts w:ascii="Gentium Plus" w:hAnsi="Gentium Plus"/>
          <w:sz w:val="24"/>
        </w:rPr>
        <w:t>καὶ σπλῆνα σκιρρούμενά τε καὶ ἐμφραττόμενα τὸ σπέρμα μᾶλλον ἁρ‐</w:t>
      </w:r>
    </w:p>
    <w:p>
      <w:r>
        <w:rPr>
          <w:rFonts w:ascii="Courier New" w:hAnsi="Courier New"/>
          <w:color w:val="555555"/>
          <w:sz w:val="20"/>
        </w:rPr>
        <w:t>[2 1,alpha 2]</w:t>
      </w:r>
    </w:p>
    <w:p>
      <w:r>
        <w:rPr>
          <w:rFonts w:ascii="Gentium Plus" w:hAnsi="Gentium Plus"/>
          <w:sz w:val="24"/>
        </w:rPr>
        <w:t>μόττει τοῦ πηγάνου. —Ἀγρώστεως ἡ ῥίζα μετρίως ἐστὶ ψυχρὰ καὶ</w:t>
      </w:r>
    </w:p>
    <w:p>
      <w:r>
        <w:rPr>
          <w:rFonts w:ascii="Courier New" w:hAnsi="Courier New"/>
          <w:color w:val="555555"/>
          <w:sz w:val="20"/>
        </w:rPr>
        <w:t>[2 1,alpha 3]</w:t>
      </w:r>
    </w:p>
    <w:p>
      <w:r>
        <w:rPr>
          <w:rFonts w:ascii="Gentium Plus" w:hAnsi="Gentium Plus"/>
          <w:sz w:val="24"/>
        </w:rPr>
        <w:t>ξηρὰ καὶ διὰ τοῦτο κολλητικὴ τῶν ἐναίμων ἑλκῶν. αὐτὴ δ’ ἡ πόα καταπλαττομένη ψύχει μὲν οὐκ ἰσχυρῶς, ξηρότητος δὲ καὶ ὑγρότητος</w:t>
      </w:r>
    </w:p>
    <w:p>
      <w:r>
        <w:rPr>
          <w:rFonts w:ascii="Courier New" w:hAnsi="Courier New"/>
          <w:color w:val="555555"/>
          <w:sz w:val="20"/>
        </w:rPr>
        <w:t>[2 1,alpha 4]</w:t>
      </w:r>
    </w:p>
    <w:p>
      <w:r>
        <w:rPr>
          <w:rFonts w:ascii="Gentium Plus" w:hAnsi="Gentium Plus"/>
          <w:sz w:val="24"/>
        </w:rPr>
        <w:t>ἐν τῷ μέσῳ καθέστηκεν. τὸ δ’ ἐν τῇ ῥίζῃ δακνῶδές τε καὶ λεπτομερές ἐστι μὲν ὀλίγον· εἴωθε δ’ ἐνίοτε καὶ λίθους θρύπτειν, εἴ τις αὐτὴν</w:t>
      </w:r>
    </w:p>
    <w:p>
      <w:r>
        <w:rPr>
          <w:rFonts w:ascii="Courier New" w:hAnsi="Courier New"/>
          <w:color w:val="555555"/>
          <w:sz w:val="20"/>
        </w:rPr>
        <w:t>[2 1,alpha 5]</w:t>
      </w:r>
    </w:p>
    <w:p>
      <w:r>
        <w:rPr>
          <w:rFonts w:ascii="Gentium Plus" w:hAnsi="Gentium Plus"/>
          <w:sz w:val="24"/>
        </w:rPr>
        <w:t>ἀφεψήσας πίνοι. —Ἀγαρικὸν διαφορεῖ καὶ πάχος τέμνει, διακαθαίρει τε τὰς ἐν τοῖς σπλάγχνοις ἐμφράξεις καὶ διὰ τοῦτο καὶ ἰκτεριῶντας</w:t>
      </w:r>
    </w:p>
    <w:p>
      <w:r>
        <w:rPr>
          <w:rFonts w:ascii="Courier New" w:hAnsi="Courier New"/>
          <w:color w:val="555555"/>
          <w:sz w:val="20"/>
        </w:rPr>
        <w:t>[2 1,alpha 6]</w:t>
      </w:r>
    </w:p>
    <w:p>
      <w:r>
        <w:rPr>
          <w:rFonts w:ascii="Gentium Plus" w:hAnsi="Gentium Plus"/>
          <w:sz w:val="24"/>
        </w:rPr>
        <w:t>ἰᾶται τοὺς ἐπ’ ἐμφράξει τῶν καθ’ ἧπαρ συνισταμένους. ὀνίνησι δὲ καὶ τοὺς ἐπιληπτικοὺς καὶ τὰ ῥίγη τὰ κατὰ περίοδον, ὅσα παχέων ἢ</w:t>
      </w:r>
    </w:p>
    <w:p>
      <w:r>
        <w:rPr>
          <w:rFonts w:ascii="Courier New" w:hAnsi="Courier New"/>
          <w:color w:val="555555"/>
          <w:sz w:val="20"/>
        </w:rPr>
        <w:t>[2 1,alpha 7]</w:t>
      </w:r>
    </w:p>
    <w:p>
      <w:r>
        <w:rPr>
          <w:rFonts w:ascii="Gentium Plus" w:hAnsi="Gentium Plus"/>
          <w:sz w:val="24"/>
        </w:rPr>
        <w:t>γλίσχρων χυμῶν ἐστιν ἔγγονα. —Ἀδίαντον ξηραίνει, λεπτύνει, δια‐ φορεῖ· καὶ γὰρ ἀλωπεκίας δασύνει καὶ χοιράδας καὶ ἀποστήματα δια‐ φορεῖ καὶ λίθους θρύπτει πινόμενον καὶ ταῖς ἐκ θώρακος καὶ πνεύ‐</w:t>
      </w:r>
    </w:p>
    <w:p>
      <w:r>
        <w:rPr>
          <w:rFonts w:ascii="Courier New" w:hAnsi="Courier New"/>
          <w:color w:val="555555"/>
          <w:sz w:val="20"/>
        </w:rPr>
        <w:t>[2 1,alpha 8]</w:t>
      </w:r>
    </w:p>
    <w:p>
      <w:r>
        <w:rPr>
          <w:rFonts w:ascii="Gentium Plus" w:hAnsi="Gentium Plus"/>
          <w:sz w:val="24"/>
        </w:rPr>
        <w:t>ῥεῦμα κοιλίας ἵστησι· μέσον δ’ ἐστὶ κατὰ θερμότητα καὶ ψυχρότητα</w:t>
      </w:r>
    </w:p>
    <w:p>
      <w:r>
        <w:rPr>
          <w:rFonts w:ascii="Courier New" w:hAnsi="Courier New"/>
          <w:color w:val="555555"/>
          <w:sz w:val="20"/>
        </w:rPr>
        <w:t>[2 1,alpha 9]</w:t>
      </w:r>
    </w:p>
    <w:p>
      <w:r>
        <w:rPr>
          <w:rFonts w:ascii="Gentium Plus" w:hAnsi="Gentium Plus"/>
          <w:sz w:val="24"/>
        </w:rPr>
        <w:t>τὴν κρᾶσιν. —Αἰγίλωψ διαφορητικὴν ἔχει δύναμιν· τὰς γοῦν σκλη‐</w:t>
      </w:r>
    </w:p>
    <w:p>
      <w:r>
        <w:rPr>
          <w:rFonts w:ascii="Courier New" w:hAnsi="Courier New"/>
          <w:color w:val="555555"/>
          <w:sz w:val="20"/>
        </w:rPr>
        <w:t>[2 1,alpha 10]</w:t>
      </w:r>
    </w:p>
    <w:p>
      <w:r>
        <w:rPr>
          <w:rFonts w:ascii="Gentium Plus" w:hAnsi="Gentium Plus"/>
          <w:sz w:val="24"/>
        </w:rPr>
        <w:t>ρυνομένας φλεγμονὰς καὶ αἰγίλοπας καὶ ἀλωπεκίας ἰᾶται. —Ἀείζῳον ἑκάτερον, καὶ τὸ μικρὸν καὶ τὸ μέγα, ξηραίνει μὲν πρᾴως, κρατεῖ δ’ ἐν αὐτῷ ἡ ὑδατώδης μᾶλλον οὐσία καὶ ψύχει σφοδρῶς· ταῦτα ἄρα καὶ πρὸς ἐρυσιπέλατα καὶ ἕρπητας καὶ πρὸς τὰς ἐκ φλέγματος φλεγμο‐</w:t>
      </w:r>
    </w:p>
    <w:p>
      <w:r>
        <w:rPr>
          <w:rFonts w:ascii="Courier New" w:hAnsi="Courier New"/>
          <w:color w:val="555555"/>
          <w:sz w:val="20"/>
        </w:rPr>
        <w:t>[2 1,alpha 11]</w:t>
      </w:r>
    </w:p>
    <w:p>
      <w:r>
        <w:rPr>
          <w:rFonts w:ascii="Gentium Plus" w:hAnsi="Gentium Plus"/>
          <w:sz w:val="24"/>
        </w:rPr>
        <w:t>νὰς ἁρμόττει. —Αἴρα θερμαίνει καὶ ξηραίνει σφοδρῶς καὶ δραστικῶς</w:t>
      </w:r>
    </w:p>
    <w:p>
      <w:r>
        <w:rPr>
          <w:rFonts w:ascii="Courier New" w:hAnsi="Courier New"/>
          <w:color w:val="555555"/>
          <w:sz w:val="20"/>
        </w:rPr>
        <w:t>[2 1,alpha 12]</w:t>
      </w:r>
    </w:p>
    <w:p>
      <w:r>
        <w:rPr>
          <w:rFonts w:ascii="Gentium Plus" w:hAnsi="Gentium Plus"/>
          <w:sz w:val="24"/>
        </w:rPr>
        <w:t>ὡς ἐγγὺς εἶναι τῶν δριμέων· ξηραίνει δ’ ἱκανῶς. —Αἰγείρου τὰ ἄνθη θερμαίνει μὲν σφοδρῶς, ξηραίνει δὲ μετρίως· ἔστι δὲ καὶ λεπτομερής.</w:t>
      </w:r>
    </w:p>
    <w:p>
      <w:r>
        <w:rPr>
          <w:rFonts w:ascii="Courier New" w:hAnsi="Courier New"/>
          <w:color w:val="555555"/>
          <w:sz w:val="20"/>
        </w:rPr>
        <w:t>[2 1,alpha 13,14]</w:t>
      </w:r>
    </w:p>
    <w:p>
      <w:r>
        <w:rPr>
          <w:rFonts w:ascii="Gentium Plus" w:hAnsi="Gentium Plus"/>
          <w:sz w:val="24"/>
        </w:rPr>
        <w:t>ἡ ῥητίνη δ’ αὐτῆς θερμοτέρας δυνάμεώς ἐστιν. —Ἀκακία ξηραίνει</w:t>
      </w:r>
    </w:p>
    <w:p>
      <w:r>
        <w:rPr>
          <w:rFonts w:ascii="Courier New" w:hAnsi="Courier New"/>
          <w:color w:val="555555"/>
          <w:sz w:val="20"/>
        </w:rPr>
        <w:t>[2 1,alpha 14 (2)]</w:t>
      </w:r>
    </w:p>
    <w:p>
      <w:r>
        <w:rPr>
          <w:rFonts w:ascii="Gentium Plus" w:hAnsi="Gentium Plus"/>
          <w:sz w:val="24"/>
        </w:rPr>
        <w:t>μὲν σφοδρῶς, ψύχει δ’ ἱκανῶς ἐπειδὰν πλυθῇ, μὴ πλυθεῖσα δὲ μετρίως· οὐκ οὖσα γὰρ ὁμοιομερὴς ἔχει τινὰ μόρια παρεσπαρμένα καὶ λεπτο‐</w:t>
      </w:r>
    </w:p>
    <w:p>
      <w:r>
        <w:rPr>
          <w:rFonts w:ascii="Courier New" w:hAnsi="Courier New"/>
          <w:color w:val="555555"/>
          <w:sz w:val="20"/>
        </w:rPr>
        <w:t>[2 1,alpha 15]</w:t>
      </w:r>
    </w:p>
    <w:p>
      <w:r>
        <w:rPr>
          <w:rFonts w:ascii="Gentium Plus" w:hAnsi="Gentium Plus"/>
          <w:sz w:val="24"/>
        </w:rPr>
        <w:t>μερῆ καὶ θερμὰ τὰ κατὰ τὴν πλύσιν ἀποχωροῦντα. —Ἀκαλήφης τὰ φύλλα καὶ ὁ καρπὸς διαφορητικῆς καὶ λεπτομεροῦς ἐστιν ἱκανῶς δυ‐ νάμεως ἄνευ τοῦ θερμαίνειν σφοδρῶς· ἰᾶται γοῦν φύματα καὶ παρω‐ τίδας καὶ τὰ ἐκ θώρακος καὶ πνεύμονος ἀνάγει καὶ τῶν ὑγρῶν τὰ</w:t>
      </w:r>
    </w:p>
    <w:p>
      <w:r>
        <w:rPr>
          <w:rFonts w:ascii="Courier New" w:hAnsi="Courier New"/>
          <w:color w:val="555555"/>
          <w:sz w:val="20"/>
        </w:rPr>
        <w:t>[2 1,alpha 16]</w:t>
      </w:r>
    </w:p>
    <w:p>
      <w:r>
        <w:rPr>
          <w:rFonts w:ascii="Gentium Plus" w:hAnsi="Gentium Plus"/>
          <w:sz w:val="24"/>
        </w:rPr>
        <w:t>παχέα τε καὶ γλίσχρα. ἔχει δέ τι καὶ φυσῶδες, ᾧ καὶ τὰς πρὸς συν‐ ουσίαν ὁρμὰς ἐπεγείρει, καὶ μάλιστα δ’ ὅταν μετὰ γλύκεος πίνηται τὸ</w:t>
      </w:r>
    </w:p>
    <w:p>
      <w:r>
        <w:rPr>
          <w:rFonts w:ascii="Courier New" w:hAnsi="Courier New"/>
          <w:color w:val="555555"/>
          <w:sz w:val="20"/>
        </w:rPr>
        <w:t>[2 1,alpha 17]</w:t>
      </w:r>
    </w:p>
    <w:p>
      <w:r>
        <w:rPr>
          <w:rFonts w:ascii="Gentium Plus" w:hAnsi="Gentium Plus"/>
          <w:sz w:val="24"/>
        </w:rPr>
        <w:t>σπέρμα. —Ἀκάνθης λευκῆς ἡ ῥίζα ξηραίνει μετρίως καὶ στύφει, διὸ καὶ κοιλιακοὺς καὶ στομαχικοὺς ὠφελεῖ καὶ τὰς τοῦ αἵματος ἀναγωγὰς ἐπέχει καὶ τὰ οἰδήματα καταπλαττομένη προσστέλλει καὶ ὀδόντας</w:t>
      </w:r>
    </w:p>
    <w:p>
      <w:r>
        <w:rPr>
          <w:rFonts w:ascii="Courier New" w:hAnsi="Courier New"/>
          <w:color w:val="555555"/>
          <w:sz w:val="20"/>
        </w:rPr>
        <w:t>[2 1,alpha 18]</w:t>
      </w:r>
    </w:p>
    <w:p>
      <w:r>
        <w:rPr>
          <w:rFonts w:ascii="Gentium Plus" w:hAnsi="Gentium Plus"/>
          <w:sz w:val="24"/>
        </w:rPr>
        <w:t>ἀλγοῦντας ὀνίνησιν, εἴ τις διακλύζοιτο τῷ ἀφεψήματι. τὸ δὲ σπέρμα λεπτομεροῦς τε καὶ θερμῆς ἐστι δυνάμεως, ὥστε καὶ τοῖς σπωμένοις</w:t>
      </w:r>
    </w:p>
    <w:p>
      <w:r>
        <w:rPr>
          <w:rFonts w:ascii="Courier New" w:hAnsi="Courier New"/>
          <w:color w:val="555555"/>
          <w:sz w:val="20"/>
        </w:rPr>
        <w:t>[2 1,alpha 19]</w:t>
      </w:r>
    </w:p>
    <w:p>
      <w:r>
        <w:rPr>
          <w:rFonts w:ascii="Gentium Plus" w:hAnsi="Gentium Plus"/>
          <w:sz w:val="24"/>
        </w:rPr>
        <w:t>ἁρμόττει πινόμενον. —Ἀκόρου ἡ ῥίζα θερμὴν ἔχει καὶ ξηρὰν τὴν δύναμιν σφοδρῶς καὶ λεπτομερῆ τὴν σύστασιν· κινεῖ γοῦν οὖρα καὶ</w:t>
      </w:r>
    </w:p>
    <w:p>
      <w:r>
        <w:rPr>
          <w:rFonts w:ascii="Courier New" w:hAnsi="Courier New"/>
          <w:color w:val="555555"/>
          <w:sz w:val="20"/>
        </w:rPr>
        <w:t>[2 1,alpha 20]</w:t>
      </w:r>
    </w:p>
    <w:p>
      <w:r>
        <w:rPr>
          <w:rFonts w:ascii="Gentium Plus" w:hAnsi="Gentium Plus"/>
          <w:sz w:val="24"/>
        </w:rPr>
        <w:t>σπλῆνας ὠφελεῖ σκιρρουμένους. —Ἀλόη θερμαίνει μὲν σφοδρῶς, ξη‐</w:t>
      </w:r>
    </w:p>
    <w:p>
      <w:r>
        <w:rPr>
          <w:rFonts w:ascii="Courier New" w:hAnsi="Courier New"/>
          <w:color w:val="555555"/>
          <w:sz w:val="20"/>
        </w:rPr>
        <w:t>[2 1,alpha 21]</w:t>
      </w:r>
    </w:p>
    <w:p>
      <w:r>
        <w:rPr>
          <w:rFonts w:ascii="Gentium Plus" w:hAnsi="Gentium Plus"/>
          <w:sz w:val="24"/>
        </w:rPr>
        <w:t>ραίνει δὲ καὶ στύφει μετρίως· ἔστι δ’ εὐστόμαχον τὸ φάρμακον, εἴπερ</w:t>
      </w:r>
    </w:p>
    <w:p>
      <w:r>
        <w:rPr>
          <w:rFonts w:ascii="Courier New" w:hAnsi="Courier New"/>
          <w:color w:val="555555"/>
          <w:sz w:val="20"/>
        </w:rPr>
        <w:t>[2 1,alpha 22]</w:t>
      </w:r>
    </w:p>
    <w:p>
      <w:r>
        <w:rPr>
          <w:rFonts w:ascii="Gentium Plus" w:hAnsi="Gentium Plus"/>
          <w:sz w:val="24"/>
        </w:rPr>
        <w:t>τι καὶ ἄλλο, καὶ κόλπων κολλητικόν. ἰᾶται δὲ καὶ τὰ δυσεπούλωτα τῶν ἑλκῶν καὶ μάλιστα τὰ καθ’ ἕδραν τε καὶ αἰδοῖον. ὠφελεῖ δὲ καὶ τὰς φλεγμονὰς αὐτῶν ὕδατι διεθεῖσα καὶ κολλᾷ τραύματα κατὰ τὸν</w:t>
      </w:r>
    </w:p>
    <w:p>
      <w:r>
        <w:rPr>
          <w:rFonts w:ascii="Courier New" w:hAnsi="Courier New"/>
          <w:color w:val="555555"/>
          <w:sz w:val="20"/>
        </w:rPr>
        <w:t>[2 1,alpha 23]</w:t>
      </w:r>
    </w:p>
    <w:p>
      <w:r>
        <w:rPr>
          <w:rFonts w:ascii="Gentium Plus" w:hAnsi="Gentium Plus"/>
          <w:sz w:val="24"/>
        </w:rPr>
        <w:t>αὐτὸν τρόπον. ἁρμόττει δ’ ὡσαύτως χρωμένῳ καὶ πρὸς τὰς ἐν στό‐ ματι καὶ ῥισὶ καὶ ὀφθαλμοῖς φλεγμονάς· καὶ ὅλως ἀποκρούεσθαί τε καὶ</w:t>
      </w:r>
    </w:p>
    <w:p>
      <w:r>
        <w:rPr>
          <w:rFonts w:ascii="Courier New" w:hAnsi="Courier New"/>
          <w:color w:val="555555"/>
          <w:sz w:val="20"/>
        </w:rPr>
        <w:t>[2 1,alpha 24]</w:t>
      </w:r>
    </w:p>
    <w:p>
      <w:r>
        <w:rPr>
          <w:rFonts w:ascii="Gentium Plus" w:hAnsi="Gentium Plus"/>
          <w:sz w:val="24"/>
        </w:rPr>
        <w:t>ἕλκεσι καθαροῖς ἄλυπον. —Ἅλες παραπλησίαν ἔχουσι δύναμιν οἵ τε ὀρυκτοὶ καὶ οἱ ἐκ τῆς θαλάσσης ἐκ δυοῖν ποιοτήτων ῥυπτικῆς τε καὶ</w:t>
      </w:r>
    </w:p>
    <w:p>
      <w:r>
        <w:rPr>
          <w:rFonts w:ascii="Courier New" w:hAnsi="Courier New"/>
          <w:color w:val="555555"/>
          <w:sz w:val="20"/>
        </w:rPr>
        <w:t>[2 1,alpha 25]</w:t>
      </w:r>
    </w:p>
    <w:p>
      <w:r>
        <w:rPr>
          <w:rFonts w:ascii="Gentium Plus" w:hAnsi="Gentium Plus"/>
          <w:sz w:val="24"/>
        </w:rPr>
        <w:t>στυπτικῆς· ὅτι δ’ ἀμφότεροι καὶ ξηραίνουσι δῆλον. διὸ τὸ μὲν ὑγρὸν τὸ ἐν τῷ σώματι πᾶν ἐκβόσκονται, τὰ δὲ στερεὰ συνάγουσι τῇ στύψει</w:t>
      </w:r>
    </w:p>
    <w:p>
      <w:r>
        <w:rPr>
          <w:rFonts w:ascii="Courier New" w:hAnsi="Courier New"/>
          <w:color w:val="555555"/>
          <w:sz w:val="20"/>
        </w:rPr>
        <w:t>[2 1,alpha 26]</w:t>
      </w:r>
    </w:p>
    <w:p>
      <w:r>
        <w:rPr>
          <w:rFonts w:ascii="Gentium Plus" w:hAnsi="Gentium Plus"/>
          <w:sz w:val="24"/>
        </w:rPr>
        <w:t>καὶ διὰ τοῦτο ταριχεύουσι καὶ ἄσηπτα φυλάττουσι τὰ σώματα. οἱ δὲ κεκαυμένοι τὸ μὲν διαφορητικὸν ἔχουσι μᾶλλον, τὸ πιλεῖν δὲ καὶ συν‐</w:t>
      </w:r>
    </w:p>
    <w:p>
      <w:r>
        <w:rPr>
          <w:rFonts w:ascii="Courier New" w:hAnsi="Courier New"/>
          <w:color w:val="555555"/>
          <w:sz w:val="20"/>
        </w:rPr>
        <w:t>[2 1,alpha 27]</w:t>
      </w:r>
    </w:p>
    <w:p>
      <w:r>
        <w:rPr>
          <w:rFonts w:ascii="Gentium Plus" w:hAnsi="Gentium Plus"/>
          <w:sz w:val="24"/>
        </w:rPr>
        <w:t>άγειν οὐχ ὁμοίως. —Ἁλὸς ἄνθος λεπτομερέστερόν ἐστι τῶν κεκαυμένων</w:t>
      </w:r>
    </w:p>
    <w:p>
      <w:r>
        <w:rPr>
          <w:rFonts w:ascii="Courier New" w:hAnsi="Courier New"/>
          <w:color w:val="555555"/>
          <w:sz w:val="20"/>
        </w:rPr>
        <w:t>[2 1,alpha 28]</w:t>
      </w:r>
    </w:p>
    <w:p>
      <w:r>
        <w:rPr>
          <w:rFonts w:ascii="Gentium Plus" w:hAnsi="Gentium Plus"/>
          <w:sz w:val="24"/>
        </w:rPr>
        <w:t>ἁλῶν δριμύ τε τῇ ποιότητι καὶ διαφορητικὸν ἱκανῶς. —Ἄμεως σπέρμα θερμαίνει καὶ ξηραίνει σφοδρῶς, λεπτομερὲς ὄν· ἔστι δὲ καὶ</w:t>
      </w:r>
    </w:p>
    <w:p>
      <w:r>
        <w:rPr>
          <w:rFonts w:ascii="Courier New" w:hAnsi="Courier New"/>
          <w:color w:val="555555"/>
          <w:sz w:val="20"/>
        </w:rPr>
        <w:t>[2 1,alpha 29]</w:t>
      </w:r>
    </w:p>
    <w:p>
      <w:r>
        <w:rPr>
          <w:rFonts w:ascii="Gentium Plus" w:hAnsi="Gentium Plus"/>
          <w:sz w:val="24"/>
        </w:rPr>
        <w:t>διουρητικὸν καὶ διαφορητικόν. —Ἀμόργη θερμαίνει μέν, οὐ μὴν ἐπι‐ φανῶς δάκνει· εἰ δ’ ἑψηθείη, γίνεται δυνάμεως θερμῆς καὶ ξηρᾶς</w:t>
      </w:r>
    </w:p>
    <w:p>
      <w:r>
        <w:rPr>
          <w:rFonts w:ascii="Courier New" w:hAnsi="Courier New"/>
          <w:color w:val="555555"/>
          <w:sz w:val="20"/>
        </w:rPr>
        <w:t>[2 1,alpha 30]</w:t>
      </w:r>
    </w:p>
    <w:p>
      <w:r>
        <w:rPr>
          <w:rFonts w:ascii="Gentium Plus" w:hAnsi="Gentium Plus"/>
          <w:sz w:val="24"/>
        </w:rPr>
        <w:t>ἱκανῶς. —Ἀμπέλου λευκῆς, ἣν δὴ καὶ βρυωνίαν καλοῦσιν, οἱ βλαστοὶ</w:t>
      </w:r>
    </w:p>
    <w:p>
      <w:r>
        <w:rPr>
          <w:rFonts w:ascii="Courier New" w:hAnsi="Courier New"/>
          <w:color w:val="555555"/>
          <w:sz w:val="20"/>
        </w:rPr>
        <w:t>[2 1,alpha 31]</w:t>
      </w:r>
    </w:p>
    <w:p>
      <w:r>
        <w:rPr>
          <w:rFonts w:ascii="Gentium Plus" w:hAnsi="Gentium Plus"/>
          <w:sz w:val="24"/>
        </w:rPr>
        <w:t>τὴν οὔρησιν κινοῦσι μετρίως. ἡ δὲ ῥίζα ῥυπτικὴν καὶ ξηραντικὴν καὶ λεπτομερῆ δύναμιν ἔχει καὶ συμμέτρως θερμαίνει· διὸ καὶ σπλῆνας</w:t>
      </w:r>
    </w:p>
    <w:p>
      <w:r>
        <w:rPr>
          <w:rFonts w:ascii="Courier New" w:hAnsi="Courier New"/>
          <w:color w:val="555555"/>
          <w:sz w:val="20"/>
        </w:rPr>
        <w:t>[2 1,alpha 32]</w:t>
      </w:r>
    </w:p>
    <w:p>
      <w:r>
        <w:rPr>
          <w:rFonts w:ascii="Gentium Plus" w:hAnsi="Gentium Plus"/>
          <w:sz w:val="24"/>
        </w:rPr>
        <w:t>τήκει σκιρρουμένους, πινομένη τε καὶ ἔξωθεν ἐπιτιθεμένη. μετὰ δὲ</w:t>
      </w:r>
    </w:p>
    <w:p>
      <w:r>
        <w:rPr>
          <w:rFonts w:ascii="Courier New" w:hAnsi="Courier New"/>
          <w:color w:val="555555"/>
          <w:sz w:val="20"/>
        </w:rPr>
        <w:t>[2 1,alpha 33]</w:t>
      </w:r>
    </w:p>
    <w:p>
      <w:r>
        <w:rPr>
          <w:rFonts w:ascii="Gentium Plus" w:hAnsi="Gentium Plus"/>
          <w:sz w:val="24"/>
        </w:rPr>
        <w:t>σύκων καὶ ψώρας καὶ λέπρας ἰᾶται. ἡ δὲ μέλαινα παραπλήσιός ἐστι</w:t>
      </w:r>
    </w:p>
    <w:p>
      <w:r>
        <w:rPr>
          <w:rFonts w:ascii="Courier New" w:hAnsi="Courier New"/>
          <w:color w:val="555555"/>
          <w:sz w:val="20"/>
        </w:rPr>
        <w:t>[2 1,alpha 34]</w:t>
      </w:r>
    </w:p>
    <w:p>
      <w:r>
        <w:rPr>
          <w:rFonts w:ascii="Gentium Plus" w:hAnsi="Gentium Plus"/>
          <w:sz w:val="24"/>
        </w:rPr>
        <w:t>τὰ πάντα τῇ προειρημένῃ πλὴν ἀσθενεστέρα. —Ἀμύγδαλα τὰ μὲν πικρὰ φανερῶς τῆς λεπτυνούσης ἐστὶ δυνάμεως ὡς ἔφηλίν τε ἀπο‐ καθαίρειν καὶ ταῖς ἐκ θώρακος καὶ πνεύμονος ἀναπτύσεσι τῶν γλίσχρων τε καὶ παχέων χυμῶν ἱκανῶς συντελεῖν· ἀλλὰ καὶ ἐκφράττει καὶ ἐκ‐</w:t>
      </w:r>
    </w:p>
    <w:p>
      <w:r>
        <w:rPr>
          <w:rFonts w:ascii="Courier New" w:hAnsi="Courier New"/>
          <w:color w:val="555555"/>
          <w:sz w:val="20"/>
        </w:rPr>
        <w:t>[2 1,alpha 35]</w:t>
      </w:r>
    </w:p>
    <w:p>
      <w:r>
        <w:rPr>
          <w:rFonts w:ascii="Gentium Plus" w:hAnsi="Gentium Plus"/>
          <w:sz w:val="24"/>
        </w:rPr>
        <w:t>καθαίρει τὸ ἧπαρ καὶ σπλῆνα καὶ κῶλον καὶ νεφρούς. καὶ τὸ δένδρον δ’ αὐτὸ σύμπαν ὁμοίαν ἔχει τὴν δύναμιν, ὥστε καὶ τούτου τὰς ῥίζας</w:t>
      </w:r>
    </w:p>
    <w:p>
      <w:r>
        <w:rPr>
          <w:rFonts w:ascii="Courier New" w:hAnsi="Courier New"/>
          <w:color w:val="555555"/>
          <w:sz w:val="20"/>
        </w:rPr>
        <w:t>[2 1,alpha 36]</w:t>
      </w:r>
    </w:p>
    <w:p>
      <w:r>
        <w:rPr>
          <w:rFonts w:ascii="Gentium Plus" w:hAnsi="Gentium Plus"/>
          <w:sz w:val="24"/>
        </w:rPr>
        <w:t>ἑφθὰς ἐπιπλάττοντες ἀποκαθαίρουσιν ἔφηλιν. τὰ δὲ γλυκέα τῶν ἀμυγ‐</w:t>
      </w:r>
    </w:p>
    <w:p>
      <w:r>
        <w:rPr>
          <w:rFonts w:ascii="Courier New" w:hAnsi="Courier New"/>
          <w:color w:val="555555"/>
          <w:sz w:val="20"/>
        </w:rPr>
        <w:t>[2 1,alpha 37]</w:t>
      </w:r>
    </w:p>
    <w:p>
      <w:r>
        <w:rPr>
          <w:rFonts w:ascii="Gentium Plus" w:hAnsi="Gentium Plus"/>
          <w:sz w:val="24"/>
        </w:rPr>
        <w:t>δάλων ἀσθενέστερα τῶν πικρῶν. —Ἀμμωνιακὸν μαλακτικῆς ἐστι δυ‐ νάμεως ἐπιτεταμένως, ὥστε καὶ τοὺς ἐπὶ τῶν ἄρθρων πώρους διαλύειν</w:t>
      </w:r>
    </w:p>
    <w:p>
      <w:r>
        <w:rPr>
          <w:rFonts w:ascii="Courier New" w:hAnsi="Courier New"/>
          <w:color w:val="555555"/>
          <w:sz w:val="20"/>
        </w:rPr>
        <w:t>[2 1,alpha 38]</w:t>
      </w:r>
    </w:p>
    <w:p>
      <w:r>
        <w:rPr>
          <w:rFonts w:ascii="Gentium Plus" w:hAnsi="Gentium Plus"/>
          <w:sz w:val="24"/>
        </w:rPr>
        <w:t>καὶ σπλῆνας ἐσκιρρωμένους ἰᾶσθαι καὶ χοιράδας διαφορεῖν. —Ἄμωμον ἔοικε τὴν δύναμιν ἀκόρῳ πλὴν ὅσον ξηρότερόν ἐστι τὸ ἄκορον, πεπτι‐</w:t>
      </w:r>
    </w:p>
    <w:p>
      <w:r>
        <w:rPr>
          <w:rFonts w:ascii="Courier New" w:hAnsi="Courier New"/>
          <w:color w:val="555555"/>
          <w:sz w:val="20"/>
        </w:rPr>
        <w:t>[2 1,alpha 39]</w:t>
      </w:r>
    </w:p>
    <w:p>
      <w:r>
        <w:rPr>
          <w:rFonts w:ascii="Gentium Plus" w:hAnsi="Gentium Plus"/>
          <w:sz w:val="24"/>
        </w:rPr>
        <w:t>κώτερον δέ πως τὸ ἄμωμον. —Ἀναγαλλὶς ἑκατέρα, ἥ τε τὸ κυανοῦν ἄνθος ἔχουσα καὶ τὸ φοινικοῦν, ῥυπτικῆς ἱκανῶς εἰσι δυνάμεως, ἔχουσαί τι καὶ ὑπόθερμον καὶ ἑλκτικόν, ὥστε καὶ σκόλοπας ἐπισπᾶσθαι (ὁ δὲ</w:t>
      </w:r>
    </w:p>
    <w:p>
      <w:r>
        <w:rPr>
          <w:rFonts w:ascii="Courier New" w:hAnsi="Courier New"/>
          <w:color w:val="555555"/>
          <w:sz w:val="20"/>
        </w:rPr>
        <w:t>[2 1,alpha 40]</w:t>
      </w:r>
    </w:p>
    <w:p>
      <w:r>
        <w:rPr>
          <w:rFonts w:ascii="Gentium Plus" w:hAnsi="Gentium Plus"/>
          <w:sz w:val="24"/>
        </w:rPr>
        <w:t>χυλὸς αὐτῶν ἐκ ῥινῶν καθαίρει)· καὶ καθόλου ξηραντικὴν ἔχουσι δύ‐ ναμιν ἄδηκτον, ὅθεν καὶ τραύματα κολλῶσι καὶ τοῖς σηπομένοις βοη‐</w:t>
      </w:r>
    </w:p>
    <w:p>
      <w:r>
        <w:rPr>
          <w:rFonts w:ascii="Courier New" w:hAnsi="Courier New"/>
          <w:color w:val="555555"/>
          <w:sz w:val="20"/>
        </w:rPr>
        <w:t>[2 1,alpha 41]</w:t>
      </w:r>
    </w:p>
    <w:p>
      <w:r>
        <w:rPr>
          <w:rFonts w:ascii="Gentium Plus" w:hAnsi="Gentium Plus"/>
          <w:sz w:val="24"/>
        </w:rPr>
        <w:t>θοῦσιν. —Ἀνδράχνη ψυχρὰ μὲν σφοδρῶς ἐστιν, ὑγρὰ δ’ ἱκανῶς, ὀλί‐ γου τινὸς αὐστηροῦ μετέχουσα· διὸ καὶ ἀποκρούεται ῥεύματα καὶ μά‐</w:t>
      </w:r>
    </w:p>
    <w:p>
      <w:r>
        <w:rPr>
          <w:rFonts w:ascii="Courier New" w:hAnsi="Courier New"/>
          <w:color w:val="555555"/>
          <w:sz w:val="20"/>
        </w:rPr>
        <w:t>[2 1,alpha 42]</w:t>
      </w:r>
    </w:p>
    <w:p>
      <w:r>
        <w:rPr>
          <w:rFonts w:ascii="Gentium Plus" w:hAnsi="Gentium Plus"/>
          <w:sz w:val="24"/>
        </w:rPr>
        <w:t>κατὰ τὴν ποιότητα καὶ σφοδρῶς ἐμψύχειν. ταῦτά τοι καὶ τοὺς καυ‐</w:t>
      </w:r>
    </w:p>
    <w:p>
      <w:r>
        <w:rPr>
          <w:rFonts w:ascii="Courier New" w:hAnsi="Courier New"/>
          <w:color w:val="555555"/>
          <w:sz w:val="20"/>
        </w:rPr>
        <w:t>[2 1,alpha 43]</w:t>
      </w:r>
    </w:p>
    <w:p>
      <w:r>
        <w:rPr>
          <w:rFonts w:ascii="Gentium Plus" w:hAnsi="Gentium Plus"/>
          <w:sz w:val="24"/>
        </w:rPr>
        <w:t>σουμένους ὀνίνησιν, εἴπερ τι καὶ ἄλλο τῶν ὑποχονδρίων. αἱμωδίας τέ ἐστιν ἴαμα. καὶ ὁ χυλὸς δ’ αὐτῆς ὁμοίως, ὥστε οὐ μόνον ἔξωθεν ἐπι‐</w:t>
      </w:r>
    </w:p>
    <w:p>
      <w:r>
        <w:rPr>
          <w:rFonts w:ascii="Courier New" w:hAnsi="Courier New"/>
          <w:color w:val="555555"/>
          <w:sz w:val="20"/>
        </w:rPr>
        <w:t>[2 1,alpha 44]</w:t>
      </w:r>
    </w:p>
    <w:p>
      <w:r>
        <w:rPr>
          <w:rFonts w:ascii="Gentium Plus" w:hAnsi="Gentium Plus"/>
          <w:sz w:val="24"/>
        </w:rPr>
        <w:t>τιθέμενος, ἀλλὰ καὶ πινόμενος ἐμψύχει. τοῦτο μέν γε καὶ αὐτῇ τῇ</w:t>
      </w:r>
    </w:p>
    <w:p>
      <w:r>
        <w:rPr>
          <w:rFonts w:ascii="Courier New" w:hAnsi="Courier New"/>
          <w:color w:val="555555"/>
          <w:sz w:val="20"/>
        </w:rPr>
        <w:t>[2 1,alpha 45]</w:t>
      </w:r>
    </w:p>
    <w:p>
      <w:r>
        <w:rPr>
          <w:rFonts w:ascii="Gentium Plus" w:hAnsi="Gentium Plus"/>
          <w:sz w:val="24"/>
        </w:rPr>
        <w:t>βοτάνῃ συμβέβηκεν ὅλῃ βρωθείσῃ. διὰ δὲ τὸ ὑποστύφειν καὶ δυσεν‐ τερικοῖς ἐστιν ἐπιτήδειον ἔδεσμα καὶ γυναικείῳ ῥῷ καὶ αἵματος ἀναγω‐ γαῖς· εἰς ταῦτα μέντοι πολὺ δραστικώτερος αὐτῆς τῆς πόας ὁ χυλός</w:t>
      </w:r>
    </w:p>
    <w:p>
      <w:r>
        <w:rPr>
          <w:rFonts w:ascii="Courier New" w:hAnsi="Courier New"/>
          <w:color w:val="555555"/>
          <w:sz w:val="20"/>
        </w:rPr>
        <w:t>[2 1,alpha 46]</w:t>
      </w:r>
    </w:p>
    <w:p>
      <w:r>
        <w:rPr>
          <w:rFonts w:ascii="Gentium Plus" w:hAnsi="Gentium Plus"/>
          <w:sz w:val="24"/>
        </w:rPr>
        <w:t>ἐστιν. —Ἀνεμῶναι πᾶσαι δριμείας καὶ ῥυπτικῆς εἰσιν ἐπισπαστικῆς τε καὶ ἀναστομωτικῆς δυνάμεως· ὅθεν ἡ τούτου ῥίζα διαμασωμένη φλέγμα προκαλεῖται, καὶ ὁ χυλὸς ἐκ ῥινῶν καθαίρει καὶ τὰς ἐν ὀφθαλμοῖς οὐλὰς λεπτύνει· καὶ τὰ ῥυπαρὰ δὲ τῶν ἑλκῶν καθαίρουσι καὶ λέπρας</w:t>
      </w:r>
    </w:p>
    <w:p>
      <w:r>
        <w:rPr>
          <w:rFonts w:ascii="Courier New" w:hAnsi="Courier New"/>
          <w:color w:val="555555"/>
          <w:sz w:val="20"/>
        </w:rPr>
        <w:t>[5]</w:t>
      </w:r>
    </w:p>
    <w:p>
      <w:r>
        <w:rPr>
          <w:rFonts w:ascii="Gentium Plus" w:hAnsi="Gentium Plus"/>
          <w:sz w:val="24"/>
        </w:rPr>
        <w:t>ἀφιστᾶσιν ἔμμηνά τε προκαλοῦν〈ται προστιθέ〉μεναι καὶ γάλα κατα‐</w:t>
      </w:r>
    </w:p>
    <w:p>
      <w:r>
        <w:rPr>
          <w:rFonts w:ascii="Courier New" w:hAnsi="Courier New"/>
          <w:color w:val="555555"/>
          <w:sz w:val="20"/>
        </w:rPr>
        <w:t>[2 1,alpha 47]</w:t>
      </w:r>
    </w:p>
    <w:p>
      <w:r>
        <w:rPr>
          <w:rFonts w:ascii="Gentium Plus" w:hAnsi="Gentium Plus"/>
          <w:sz w:val="24"/>
        </w:rPr>
        <w:t>σπῶσιν. —Ἄνηθον ἱκανῶς θερμαίνει καὶ ξηραίνει, διόπερ εἰκότως ἐναφεψημένον ἐλαίῳ διαφορητικόν τε καὶ ἀνώδυνον καὶ ὑπνοποιὸν</w:t>
      </w:r>
    </w:p>
    <w:p>
      <w:r>
        <w:rPr>
          <w:rFonts w:ascii="Courier New" w:hAnsi="Courier New"/>
          <w:color w:val="555555"/>
          <w:sz w:val="20"/>
        </w:rPr>
        <w:t>[2 1,alpha 48]</w:t>
      </w:r>
    </w:p>
    <w:p>
      <w:r>
        <w:rPr>
          <w:rFonts w:ascii="Gentium Plus" w:hAnsi="Gentium Plus"/>
          <w:sz w:val="24"/>
        </w:rPr>
        <w:t>καὶ πεπτικὸν ὠμῶν καὶ ἀπέπτων ὄγκων ὑπάρχει. καυθὲν δὲ σφοδρῶς θερμαίνει καὶ ξηραίνει καὶ διὰ τοῦτο πλαδαροῖς ἕλκεσιν ἐπιπαττόμενον ὀνίνησι καὶ μάλιστα τοῖς ἐν αἰδοίῳ· τὰ δ’ ἐπὶ τῆς πόσθης χρόνια καὶ</w:t>
      </w:r>
    </w:p>
    <w:p>
      <w:r>
        <w:rPr>
          <w:rFonts w:ascii="Courier New" w:hAnsi="Courier New"/>
          <w:color w:val="555555"/>
          <w:sz w:val="20"/>
        </w:rPr>
        <w:t>[2 1,alpha 49]</w:t>
      </w:r>
    </w:p>
    <w:p>
      <w:r>
        <w:rPr>
          <w:rFonts w:ascii="Gentium Plus" w:hAnsi="Gentium Plus"/>
          <w:sz w:val="24"/>
        </w:rPr>
        <w:t>ἐπουλοῖ καλῶς. ὑγρότερον δὲ δηλονότι καὶ ἧττον θερμόν ἐστι τὸ χλωρόν, ὥστε πεπτικώτερον μέν ἐστι τοῦ ξηροῦ μᾶλλον, διαφορητικὸν</w:t>
      </w:r>
    </w:p>
    <w:p>
      <w:r>
        <w:rPr>
          <w:rFonts w:ascii="Courier New" w:hAnsi="Courier New"/>
          <w:color w:val="555555"/>
          <w:sz w:val="20"/>
        </w:rPr>
        <w:t>[2 1,alpha 50]</w:t>
      </w:r>
    </w:p>
    <w:p>
      <w:r>
        <w:rPr>
          <w:rFonts w:ascii="Gentium Plus" w:hAnsi="Gentium Plus"/>
          <w:sz w:val="24"/>
        </w:rPr>
        <w:t>δ’ ἧττον. —Ἀνθεμὶς ἡ καὶ χαμαίμηλον θερμαίνει καὶ ξηραίνει μετρίως, ἔστι δὲ καὶ λεπτομερὴς καὶ διὰ ταῦτα καὶ διαφορητικὴ καὶ ἀραιωτικὴ καὶ χαλαστική· διὸ καὶ πόνοις ἀρωγόν ἐστιν, εἴπερ τι καὶ ἄλλο, καὶ</w:t>
      </w:r>
    </w:p>
    <w:p>
      <w:r>
        <w:rPr>
          <w:rFonts w:ascii="Courier New" w:hAnsi="Courier New"/>
          <w:color w:val="555555"/>
          <w:sz w:val="20"/>
        </w:rPr>
        <w:t>[2 1,alpha 51]</w:t>
      </w:r>
    </w:p>
    <w:p>
      <w:r>
        <w:rPr>
          <w:rFonts w:ascii="Gentium Plus" w:hAnsi="Gentium Plus"/>
          <w:sz w:val="24"/>
        </w:rPr>
        <w:t>ἀλγημάτων πραϋντικόν. ἀνίησι δὲ καὶ χαλᾷ τὰ συντεταμένα καὶ μαλάττει τὰ μετρίως σκληρά· καὶ πυρετῶν ὁπόσοι χωρὶς σπλάγχνων φλεγμονῆς ἐνοχλοῦσι λυτικὸν ὑπάρχει, καὶ τούτων μάλιστα τῶν ἐπὶ χολώδεσι</w:t>
      </w:r>
    </w:p>
    <w:p>
      <w:r>
        <w:rPr>
          <w:rFonts w:ascii="Courier New" w:hAnsi="Courier New"/>
          <w:color w:val="555555"/>
          <w:sz w:val="20"/>
        </w:rPr>
        <w:t>[2 1,alpha 52]</w:t>
      </w:r>
    </w:p>
    <w:p>
      <w:r>
        <w:rPr>
          <w:rFonts w:ascii="Gentium Plus" w:hAnsi="Gentium Plus"/>
          <w:sz w:val="24"/>
        </w:rPr>
        <w:t>χυμοῖς ἢ πυκνώσει δέρματος συνισταμένων. ἔστι δὲ καὶ ὑποχονδρίῳ</w:t>
      </w:r>
    </w:p>
    <w:p>
      <w:r>
        <w:rPr>
          <w:rFonts w:ascii="Courier New" w:hAnsi="Courier New"/>
          <w:color w:val="555555"/>
          <w:sz w:val="20"/>
        </w:rPr>
        <w:t>[2 1,alpha 53]</w:t>
      </w:r>
    </w:p>
    <w:p>
      <w:r>
        <w:rPr>
          <w:rFonts w:ascii="Gentium Plus" w:hAnsi="Gentium Plus"/>
          <w:sz w:val="24"/>
        </w:rPr>
        <w:t>εὐμενές, εἴπερ τι καὶ ἄλλο. ἐξανθημάτων δὲ διὰ τὴν ὑπερβολὴν τοῦ πυρετοῦ γενομένων ἐν τῇ κεφαλῇ χαμαίμηλον ... εἰ μὲν εἴη χλωρόν,</w:t>
      </w:r>
    </w:p>
    <w:p>
      <w:r>
        <w:rPr>
          <w:rFonts w:ascii="Courier New" w:hAnsi="Courier New"/>
          <w:color w:val="555555"/>
          <w:sz w:val="20"/>
        </w:rPr>
        <w:t>[2 1,alpha 54]</w:t>
      </w:r>
    </w:p>
    <w:p>
      <w:r>
        <w:rPr>
          <w:rFonts w:ascii="Gentium Plus" w:hAnsi="Gentium Plus"/>
          <w:sz w:val="24"/>
        </w:rPr>
        <w:t>ἐναφεψημένον τῷ ἐλαίῳ, εἰ δὲ ξηρόν, ὄξει προνοτισθέν. ἐπιτήδειον δὲ καὶ ἐφ’ ὧν οὔπω τέλεον ἡ ὕλη πέπαυται τῆς ἀναφορᾶς· τήν τε γὰρ οὐσίαν ἐν τῇ κεφαλῇ διαφορεῖ καὶ ἑτέραν οὐκ ἐπισπᾶται, ὅπερ</w:t>
      </w:r>
    </w:p>
    <w:p>
      <w:r>
        <w:rPr>
          <w:rFonts w:ascii="Courier New" w:hAnsi="Courier New"/>
          <w:color w:val="555555"/>
          <w:sz w:val="20"/>
        </w:rPr>
        <w:t>[2 1,alpha 55]</w:t>
      </w:r>
    </w:p>
    <w:p>
      <w:r>
        <w:rPr>
          <w:rFonts w:ascii="Gentium Plus" w:hAnsi="Gentium Plus"/>
          <w:sz w:val="24"/>
        </w:rPr>
        <w:t>οὐδενὶ τῶν ἄλλων συντετύχηκε φαρμάκων. —Ἀνήσου τὸ σπέρμα</w:t>
      </w:r>
    </w:p>
    <w:p>
      <w:r>
        <w:rPr>
          <w:rFonts w:ascii="Courier New" w:hAnsi="Courier New"/>
          <w:color w:val="555555"/>
          <w:sz w:val="20"/>
        </w:rPr>
        <w:t>[2 1,alpha 56]</w:t>
      </w:r>
    </w:p>
    <w:p>
      <w:r>
        <w:rPr>
          <w:rFonts w:ascii="Gentium Plus" w:hAnsi="Gentium Plus"/>
          <w:sz w:val="24"/>
        </w:rPr>
        <w:t>θερμαίνει καὶ ξηραίνει σφοδρῶς (ταῦτα ἄρα καὶ οὐρητικόν ἐστι καὶ διαφορητικόν), ἐμπνευματώσεις τε τὰς κατὰ γαστέρα καθίστησιν. —</w:t>
      </w:r>
    </w:p>
    <w:p>
      <w:r>
        <w:rPr>
          <w:rFonts w:ascii="Courier New" w:hAnsi="Courier New"/>
          <w:color w:val="555555"/>
          <w:sz w:val="20"/>
        </w:rPr>
        <w:t>[2 1,alpha 57]</w:t>
      </w:r>
    </w:p>
    <w:p>
      <w:r>
        <w:rPr>
          <w:rFonts w:ascii="Gentium Plus" w:hAnsi="Gentium Plus"/>
          <w:sz w:val="24"/>
        </w:rPr>
        <w:t>Ἀριστολοχία ἡ μακρὰ μὲν ἕλκη σαρκοῖ καὶ ταῖς τῶν ὑστερῶν πυρίαις</w:t>
      </w:r>
    </w:p>
    <w:p>
      <w:r>
        <w:rPr>
          <w:rFonts w:ascii="Courier New" w:hAnsi="Courier New"/>
          <w:color w:val="555555"/>
          <w:sz w:val="20"/>
        </w:rPr>
        <w:t>[2 1,alpha 58]</w:t>
      </w:r>
    </w:p>
    <w:p>
      <w:r>
        <w:rPr>
          <w:rFonts w:ascii="Gentium Plus" w:hAnsi="Gentium Plus"/>
          <w:sz w:val="24"/>
        </w:rPr>
        <w:t>χρησιμωτέρα καθέστηκεν· ἐφ’ ὧν δὲ παχὺν χυμὸν ἰσχυρότερον λεπτῦ‐ ναι δεῖ, τῆς στρογγύλης χρεία· διὰ τοῦτο καὶ τὰ δι’ ἔμφραξιν ἢ πάχος</w:t>
      </w:r>
    </w:p>
    <w:p>
      <w:r>
        <w:rPr>
          <w:rFonts w:ascii="Courier New" w:hAnsi="Courier New"/>
          <w:color w:val="555555"/>
          <w:sz w:val="20"/>
        </w:rPr>
        <w:t>[2 1,alpha 59]</w:t>
      </w:r>
    </w:p>
    <w:p>
      <w:r>
        <w:rPr>
          <w:rFonts w:ascii="Gentium Plus" w:hAnsi="Gentium Plus"/>
          <w:sz w:val="24"/>
        </w:rPr>
        <w:t>ἀπέπτου πνεύματος ἀλγήματα θεραπεύει μᾶλλον ἡ στρογγύλη. καὶ σκόλοπας ἀνάγει καὶ σηπεδόνας ἰᾶται καὶ τὰ ῥυπαρὰ τῶν ἑλκῶν καθαίρει</w:t>
      </w:r>
    </w:p>
    <w:p>
      <w:r>
        <w:rPr>
          <w:rFonts w:ascii="Courier New" w:hAnsi="Courier New"/>
          <w:color w:val="555555"/>
          <w:sz w:val="20"/>
        </w:rPr>
        <w:t>[2 1,alpha 60]</w:t>
      </w:r>
    </w:p>
    <w:p>
      <w:r>
        <w:rPr>
          <w:rFonts w:ascii="Gentium Plus" w:hAnsi="Gentium Plus"/>
          <w:sz w:val="24"/>
        </w:rPr>
        <w:t>καὶ ὀδόντας καὶ οὖλα λαμπρύνει· βοηθεῖ δὲ καὶ ἀσθματικοῖς καὶ λύζου‐ σιν ἐπιληπτικοῖς τε καὶ δριμέσι χυμοῖς καὶ ποδαγρικοῖς μεθ’ ὕδατος πινομένη, καὶ ῥήγμασι δὲ καὶ σπάσμασιν, εἴπερ τι καὶ ἄλλο φάρμακον,</w:t>
      </w:r>
    </w:p>
    <w:p>
      <w:r>
        <w:rPr>
          <w:rFonts w:ascii="Courier New" w:hAnsi="Courier New"/>
          <w:color w:val="555555"/>
          <w:sz w:val="20"/>
        </w:rPr>
        <w:t>[2 1,alpha 61]</w:t>
      </w:r>
    </w:p>
    <w:p>
      <w:r>
        <w:rPr>
          <w:rFonts w:ascii="Gentium Plus" w:hAnsi="Gentium Plus"/>
          <w:sz w:val="24"/>
        </w:rPr>
        <w:t>ἐπιτήδειόν ἐστιν. —Ἀρνόγλωσσον ἱκανῶς ψύχει καὶ ξηραίνει καὶ στύφει· διὸ καὶ πρὸς ἕλκη κακοήθη καὶ ῥεύματα καὶ σηπεδόνας ἁρμόττει· καὶ διὰ τοῦτο καὶ πρὸς δυσεντερίας, καὶ αἱμορροΐδας ἵστησι, καὶ εἴ τι δια‐</w:t>
      </w:r>
    </w:p>
    <w:p>
      <w:r>
        <w:rPr>
          <w:rFonts w:ascii="Courier New" w:hAnsi="Courier New"/>
          <w:color w:val="555555"/>
          <w:sz w:val="20"/>
        </w:rPr>
        <w:t>[2 1,alpha 62]</w:t>
      </w:r>
    </w:p>
    <w:p>
      <w:r>
        <w:rPr>
          <w:rFonts w:ascii="Gentium Plus" w:hAnsi="Gentium Plus"/>
          <w:sz w:val="24"/>
        </w:rPr>
        <w:t>καὲς ἐμψύχει καὶ κολλᾷ κόλπους. ἔστι δὲ καὶ τῶν ἄλλων ἑλκῶν προσ‐ φάτων τε ἅμα καὶ παλαιῶν ἴαμα· ξηραίνει γὰρ ἀδήκτως καὶ μετέχει</w:t>
      </w:r>
    </w:p>
    <w:p>
      <w:r>
        <w:rPr>
          <w:rFonts w:ascii="Courier New" w:hAnsi="Courier New"/>
          <w:color w:val="555555"/>
          <w:sz w:val="20"/>
        </w:rPr>
        <w:t>[2 1,alpha 63]</w:t>
      </w:r>
    </w:p>
    <w:p>
      <w:r>
        <w:rPr>
          <w:rFonts w:ascii="Gentium Plus" w:hAnsi="Gentium Plus"/>
          <w:sz w:val="24"/>
        </w:rPr>
        <w:t>ψύξεως μηδέπω ναρκούσης. καὶ ὁ καρπὸς δ’ αὐτοῦ καὶ ἡ ῥίζα παρα‐ πλησίας εἰσὶ δυνάμεως, πλὴν ὅτι ξηροτέρας τε καὶ ἧττον ψυχρᾶς· ἀλλ’</w:t>
      </w:r>
    </w:p>
    <w:p>
      <w:r>
        <w:rPr>
          <w:rFonts w:ascii="Courier New" w:hAnsi="Courier New"/>
          <w:color w:val="555555"/>
          <w:sz w:val="20"/>
        </w:rPr>
        <w:t>[2 1,alpha 64]</w:t>
      </w:r>
    </w:p>
    <w:p>
      <w:r>
        <w:rPr>
          <w:rFonts w:ascii="Gentium Plus" w:hAnsi="Gentium Plus"/>
          <w:sz w:val="24"/>
        </w:rPr>
        <w:t>ὁ μὲν καρπὸς λεπτομερέστερος, αἱ ῥίζαι δὲ παχυμερέστεραι. καὶ αὐτὰ δὲ τὰ φύλλα τῆς πόας ξηρανθέντα λεπτομερεστέρας τε καὶ ἧττον ψυ‐</w:t>
      </w:r>
    </w:p>
    <w:p>
      <w:r>
        <w:rPr>
          <w:rFonts w:ascii="Courier New" w:hAnsi="Courier New"/>
          <w:color w:val="555555"/>
          <w:sz w:val="20"/>
        </w:rPr>
        <w:t>[2 1,alpha 65]</w:t>
      </w:r>
    </w:p>
    <w:p>
      <w:r>
        <w:rPr>
          <w:rFonts w:ascii="Gentium Plus" w:hAnsi="Gentium Plus"/>
          <w:sz w:val="24"/>
        </w:rPr>
        <w:t>χρᾶς γίνεται δυνάμεως. ταῦτα ἄρα ταῖς μὲν ῥίζαις καὶ πρὸς ὀδόντων ἀλγήματα χρῶνται διαμασωμέναις τε καὶ τοῖς διακλύσμασιν αὐτῶν ἐν‐ εψομέναις· πρὸς δὲ τὰς καθ’ ἧπαρ καὶ νεφροὺς ἐμφράξεις καὶ ταύταις</w:t>
      </w:r>
    </w:p>
    <w:p>
      <w:r>
        <w:rPr>
          <w:rFonts w:ascii="Courier New" w:hAnsi="Courier New"/>
          <w:color w:val="555555"/>
          <w:sz w:val="20"/>
        </w:rPr>
        <w:t>[2 1,alpha 66]</w:t>
      </w:r>
    </w:p>
    <w:p>
      <w:r>
        <w:rPr>
          <w:rFonts w:ascii="Gentium Plus" w:hAnsi="Gentium Plus"/>
          <w:sz w:val="24"/>
        </w:rPr>
        <w:t>μέν, ἀλλὰ καὶ τοῖς φύλλοις· καὶ πολὺ μᾶλλον ἔτι τῷ καρπῷ. —Ἄρον ῥυπτικῆς ἐστι δυνάμεως οὐκ ἰσχυρᾶς, ὥσπερ τὸ δρακόντιον· ξηραίνει</w:t>
      </w:r>
    </w:p>
    <w:p>
      <w:r>
        <w:rPr>
          <w:rFonts w:ascii="Courier New" w:hAnsi="Courier New"/>
          <w:color w:val="555555"/>
          <w:sz w:val="20"/>
        </w:rPr>
        <w:t>[2 1,alpha 67]</w:t>
      </w:r>
    </w:p>
    <w:p>
      <w:r>
        <w:rPr>
          <w:rFonts w:ascii="Gentium Plus" w:hAnsi="Gentium Plus"/>
          <w:sz w:val="24"/>
        </w:rPr>
        <w:t>δ’ ἱκανῶς καὶ θερμαίνει. αἱ ῥίζαι δ’ αὐτοῦ τέμνουσιν ἐσθιόμεναι πάχος χυμῶν οὐ μετρίως, ὥστε καὶ ταῖς ἐκ θώρακος ἀναπτύσεσίν εἰσιν ἐπι‐</w:t>
      </w:r>
    </w:p>
    <w:p>
      <w:r>
        <w:rPr>
          <w:rFonts w:ascii="Courier New" w:hAnsi="Courier New"/>
          <w:color w:val="555555"/>
          <w:sz w:val="20"/>
        </w:rPr>
        <w:t>[2 1,alpha 68]</w:t>
      </w:r>
    </w:p>
    <w:p>
      <w:r>
        <w:rPr>
          <w:rFonts w:ascii="Gentium Plus" w:hAnsi="Gentium Plus"/>
          <w:sz w:val="24"/>
        </w:rPr>
        <w:t>τήδειοι. —Ἀρσενικὸν καυστικῆς ἐστι δυνάμεως, ἄκαυστόν τε καὶ κεκαυ‐</w:t>
      </w:r>
    </w:p>
    <w:p>
      <w:r>
        <w:rPr>
          <w:rFonts w:ascii="Courier New" w:hAnsi="Courier New"/>
          <w:color w:val="555555"/>
          <w:sz w:val="20"/>
        </w:rPr>
        <w:t>[2 1,alpha 69]</w:t>
      </w:r>
    </w:p>
    <w:p>
      <w:r>
        <w:rPr>
          <w:rFonts w:ascii="Gentium Plus" w:hAnsi="Gentium Plus"/>
          <w:sz w:val="24"/>
        </w:rPr>
        <w:t>μένον. χρῶνται δ’ αὐτῷ καὶ εἰς τὰς ψιλώσεις τῶν τριχῶν ὡς ἀπο‐ κάοντι, καὶ εἰ χρονίσειέ γε, καὶ αὐτοῦ τοῦ δέρματος ἅπτεται. —</w:t>
      </w:r>
    </w:p>
    <w:p>
      <w:r>
        <w:rPr>
          <w:rFonts w:ascii="Courier New" w:hAnsi="Courier New"/>
          <w:color w:val="555555"/>
          <w:sz w:val="20"/>
        </w:rPr>
        <w:t>[2 1,alpha 70]</w:t>
      </w:r>
    </w:p>
    <w:p>
      <w:r>
        <w:rPr>
          <w:rFonts w:ascii="Gentium Plus" w:hAnsi="Gentium Plus"/>
          <w:sz w:val="24"/>
        </w:rPr>
        <w:t>Ἀρτεμισίαι θερμαίνουσι καὶ ξηραίνουσιν ἱκανῶς· εἰσὶ δὲ καὶ λεπτομερεῖς μετρίως, ὥστε καὶ πρὸς τοὺς ἐν νεφροῖς λίθους ἁρμόττειν μετρίως καὶ</w:t>
      </w:r>
    </w:p>
    <w:p>
      <w:r>
        <w:rPr>
          <w:rFonts w:ascii="Courier New" w:hAnsi="Courier New"/>
          <w:color w:val="555555"/>
          <w:sz w:val="20"/>
        </w:rPr>
        <w:t>[2 1,alpha 71]</w:t>
      </w:r>
    </w:p>
    <w:p>
      <w:r>
        <w:rPr>
          <w:rFonts w:ascii="Gentium Plus" w:hAnsi="Gentium Plus"/>
          <w:sz w:val="24"/>
        </w:rPr>
        <w:t>εἰς πυρίας ὑστερῶν. —Ἀσάρου αἱ ῥίζαι παραπλήσιαι μὲν ταῖς τοῦ ἀκόρου, ἐπιτεταμέναι δὲ μᾶλλον, ὥστε ἐξ ὧν περὶ ἐκείνου προείρηται,</w:t>
      </w:r>
    </w:p>
    <w:p>
      <w:r>
        <w:rPr>
          <w:rFonts w:ascii="Courier New" w:hAnsi="Courier New"/>
          <w:color w:val="555555"/>
          <w:sz w:val="20"/>
        </w:rPr>
        <w:t>[2 1,alpha 72]</w:t>
      </w:r>
    </w:p>
    <w:p>
      <w:r>
        <w:rPr>
          <w:rFonts w:ascii="Gentium Plus" w:hAnsi="Gentium Plus"/>
          <w:sz w:val="24"/>
        </w:rPr>
        <w:t>καὶ περὶ τούτων χρὴ γινώσκειν. —Ἀσπάλαθος ἐξ ἀνομοιομερῶν σύγ‐</w:t>
      </w:r>
    </w:p>
    <w:p>
      <w:r>
        <w:rPr>
          <w:rFonts w:ascii="Courier New" w:hAnsi="Courier New"/>
          <w:color w:val="555555"/>
          <w:sz w:val="20"/>
        </w:rPr>
        <w:t>[2 1,alpha 73]</w:t>
      </w:r>
    </w:p>
    <w:p>
      <w:r>
        <w:rPr>
          <w:rFonts w:ascii="Gentium Plus" w:hAnsi="Gentium Plus"/>
          <w:sz w:val="24"/>
        </w:rPr>
        <w:t>κειται δριμέων τε καὶ στυφόντων· καὶ τοῖς μὲν δριμέσιν ἑαυτοῦ μέρεσι θερμαίνει, τοῖς δὲ στύφουσι ψύχει, ὥστε ξηραίνει κατ’ ἄμφω· καὶ διὰ</w:t>
      </w:r>
    </w:p>
    <w:p>
      <w:r>
        <w:rPr>
          <w:rFonts w:ascii="Courier New" w:hAnsi="Courier New"/>
          <w:color w:val="555555"/>
          <w:sz w:val="20"/>
        </w:rPr>
        <w:t>[2 1,alpha 74]</w:t>
      </w:r>
    </w:p>
    <w:p>
      <w:r>
        <w:rPr>
          <w:rFonts w:ascii="Gentium Plus" w:hAnsi="Gentium Plus"/>
          <w:sz w:val="24"/>
        </w:rPr>
        <w:t>τοῦτο πρός τε σηπεδόνας καὶ ῥεύματα χρήσιμος ὑπάρχει. —Ἀσπά‐ ραγος μυακάνθινος ῥυπτικῆς ἐστι δυνάμεως· οὔτε δὲ θερμαίνει σαφῶς</w:t>
      </w:r>
    </w:p>
    <w:p>
      <w:r>
        <w:rPr>
          <w:rFonts w:ascii="Courier New" w:hAnsi="Courier New"/>
          <w:color w:val="555555"/>
          <w:sz w:val="20"/>
        </w:rPr>
        <w:t>[2 1,alpha 75]</w:t>
      </w:r>
    </w:p>
    <w:p>
      <w:r>
        <w:rPr>
          <w:rFonts w:ascii="Gentium Plus" w:hAnsi="Gentium Plus"/>
          <w:sz w:val="24"/>
        </w:rPr>
        <w:t>οὔτε ψύχει. ταῦτά τοι καὶ νεφρῶν καὶ ἥπατος ἐκφρακτικὸς ὑπάρχει,</w:t>
      </w:r>
    </w:p>
    <w:p>
      <w:r>
        <w:rPr>
          <w:rFonts w:ascii="Courier New" w:hAnsi="Courier New"/>
          <w:color w:val="555555"/>
          <w:sz w:val="20"/>
        </w:rPr>
        <w:t>[2 1,alpha 76]</w:t>
      </w:r>
    </w:p>
    <w:p>
      <w:r>
        <w:rPr>
          <w:rFonts w:ascii="Gentium Plus" w:hAnsi="Gentium Plus"/>
          <w:sz w:val="24"/>
        </w:rPr>
        <w:t>καὶ μάλιστα αἱ ῥίζαι τῆς βοτάνης καὶ τὸ σπέρμα. καὶ μὲν δὴ καὶ</w:t>
      </w:r>
    </w:p>
    <w:p>
      <w:r>
        <w:rPr>
          <w:rFonts w:ascii="Courier New" w:hAnsi="Courier New"/>
          <w:color w:val="555555"/>
          <w:sz w:val="20"/>
        </w:rPr>
        <w:t>[2 1,alpha 77]</w:t>
      </w:r>
    </w:p>
    <w:p>
      <w:r>
        <w:rPr>
          <w:rFonts w:ascii="Gentium Plus" w:hAnsi="Gentium Plus"/>
          <w:sz w:val="24"/>
        </w:rPr>
        <w:t>ὀδονταλγίας ἰᾶται τῷ ξηραίνειν ἄνευ τοῦ θερμαίνειν. —Ἀσταφὶς ἡ μὲν ἥμερος πεπτική τέ ἐστιν ἅμα καὶ στυπτικὴ καὶ διαφορητικὴ μετρίως· ἡ δ’ ἀγρία δριμεῖα ἰσχυρῶς, ἀποφλεγματίζει τε καὶ ῥύπτει σφοδρῶς,</w:t>
      </w:r>
    </w:p>
    <w:p>
      <w:r>
        <w:rPr>
          <w:rFonts w:ascii="Courier New" w:hAnsi="Courier New"/>
          <w:color w:val="555555"/>
          <w:sz w:val="20"/>
        </w:rPr>
        <w:t>[2 1,alpha 78]</w:t>
      </w:r>
    </w:p>
    <w:p>
      <w:r>
        <w:rPr>
          <w:rFonts w:ascii="Gentium Plus" w:hAnsi="Gentium Plus"/>
          <w:sz w:val="24"/>
        </w:rPr>
        <w:t>ὥστε καὶ πρὸς ψώρας ἁρμόττειν. μετέχει δὲ καὶ καυστικῆς τινος δυ‐</w:t>
      </w:r>
    </w:p>
    <w:p>
      <w:r>
        <w:rPr>
          <w:rFonts w:ascii="Courier New" w:hAnsi="Courier New"/>
          <w:color w:val="555555"/>
          <w:sz w:val="20"/>
        </w:rPr>
        <w:t>[2 1,alpha 79]</w:t>
      </w:r>
    </w:p>
    <w:p>
      <w:r>
        <w:rPr>
          <w:rFonts w:ascii="Gentium Plus" w:hAnsi="Gentium Plus"/>
          <w:sz w:val="24"/>
        </w:rPr>
        <w:t>νάμεως. —Ἀσφοδέλου ἡ ῥίζα χρήσιμος ὥσπερ ἄρου καὶ ἀσάρου καὶ</w:t>
      </w:r>
    </w:p>
    <w:p>
      <w:r>
        <w:rPr>
          <w:rFonts w:ascii="Courier New" w:hAnsi="Courier New"/>
          <w:color w:val="555555"/>
          <w:sz w:val="20"/>
        </w:rPr>
        <w:t>[2 1,alpha 80]</w:t>
      </w:r>
    </w:p>
    <w:p>
      <w:r>
        <w:rPr>
          <w:rFonts w:ascii="Gentium Plus" w:hAnsi="Gentium Plus"/>
          <w:sz w:val="24"/>
        </w:rPr>
        <w:t>δρακοντίου ῥυπτικῆς ὑπάρχουσα δυνάμεως. καυθείσης δ’ αὐτῆς ἡ τέφρα θερμοτέρα καὶ ξηραντικωτέρα καὶ λεπτομερεστέρα καὶ διαφορητικωτέρα</w:t>
      </w:r>
    </w:p>
    <w:p>
      <w:r>
        <w:rPr>
          <w:rFonts w:ascii="Courier New" w:hAnsi="Courier New"/>
          <w:color w:val="555555"/>
          <w:sz w:val="20"/>
        </w:rPr>
        <w:t>[2 1,alpha 81]</w:t>
      </w:r>
    </w:p>
    <w:p>
      <w:r>
        <w:rPr>
          <w:rFonts w:ascii="Gentium Plus" w:hAnsi="Gentium Plus"/>
          <w:sz w:val="24"/>
        </w:rPr>
        <w:t>γίνεται καὶ διὰ τοῦτο καὶ ἀλωπεκίας ἰᾶται. —Ἀτράφαξυς ὑγρὰ μέν ἐστιν ἱκανῶς, ψυχρὰ δὲ μετρίως· στύψεως δ’ οὐ μετέχει, ἀλλ’ ἐστὶν</w:t>
      </w:r>
    </w:p>
    <w:p>
      <w:r>
        <w:rPr>
          <w:rFonts w:ascii="Courier New" w:hAnsi="Courier New"/>
          <w:color w:val="555555"/>
          <w:sz w:val="20"/>
        </w:rPr>
        <w:t>[2 1,alpha 82]</w:t>
      </w:r>
    </w:p>
    <w:p>
      <w:r>
        <w:rPr>
          <w:rFonts w:ascii="Gentium Plus" w:hAnsi="Gentium Plus"/>
          <w:sz w:val="24"/>
        </w:rPr>
        <w:t>ὑδατώδης ὁμοίως τῇ μαλάχῃ. εἰσὶ δ’ ὑγρότεραι μὲν αἱ κηπευόμεναι πολὺ καὶ ψυχρότεραι τῶν ἀγρίων· διὸ καὶ φλεγμοναῖς ταῖς ἀρχομέναις ἐπιτήδειαι, ταῖς ἀκμαζούσαις δὲ καὶ παρακμαζούσαις αἱ ἄγριαι συμ‐</w:t>
      </w:r>
    </w:p>
    <w:p>
      <w:r>
        <w:rPr>
          <w:rFonts w:ascii="Courier New" w:hAnsi="Courier New"/>
          <w:color w:val="555555"/>
          <w:sz w:val="20"/>
        </w:rPr>
        <w:t>[2 1,alpha 83]</w:t>
      </w:r>
    </w:p>
    <w:p>
      <w:r>
        <w:rPr>
          <w:rFonts w:ascii="Gentium Plus" w:hAnsi="Gentium Plus"/>
          <w:sz w:val="24"/>
        </w:rPr>
        <w:t>φορώτεραι. ὁ δὲ καρπὸς ῥυπτικῆς ἐστι δυνάμεως, ὅθεν καὶ πρὸς ἰκτέρους</w:t>
      </w:r>
    </w:p>
    <w:p>
      <w:r>
        <w:rPr>
          <w:rFonts w:ascii="Courier New" w:hAnsi="Courier New"/>
          <w:color w:val="555555"/>
          <w:sz w:val="20"/>
        </w:rPr>
        <w:t>[2 1,alpha 84]</w:t>
      </w:r>
    </w:p>
    <w:p>
      <w:r>
        <w:rPr>
          <w:rFonts w:ascii="Gentium Plus" w:hAnsi="Gentium Plus"/>
          <w:sz w:val="24"/>
        </w:rPr>
        <w:t>τοὺς ἐφ’ ἥπατος ἐμφράξει χρήσιμος ὑπάρχει. —Ἀφρόνιτρον ῥυπτικὴν ἔχει δύναμιν, ὥστε μὴ μόνον ἀποσμᾶν, ἀλλὰ καὶ κνῆσιν ἰᾶσθαι, δια‐</w:t>
      </w:r>
    </w:p>
    <w:p>
      <w:r>
        <w:rPr>
          <w:rFonts w:ascii="Courier New" w:hAnsi="Courier New"/>
          <w:color w:val="555555"/>
          <w:sz w:val="20"/>
        </w:rPr>
        <w:t>[2 1,alpha 85]</w:t>
      </w:r>
    </w:p>
    <w:p>
      <w:r>
        <w:rPr>
          <w:rFonts w:ascii="Gentium Plus" w:hAnsi="Gentium Plus"/>
          <w:sz w:val="24"/>
        </w:rPr>
        <w:t>φορουμένων ὑπ’ αὐτοῦ τῶν ἐργαζομένων αὐτὴν ἰχώρων. —Ἀψίνθιον</w:t>
      </w:r>
    </w:p>
    <w:p>
      <w:r>
        <w:rPr>
          <w:rFonts w:ascii="Courier New" w:hAnsi="Courier New"/>
          <w:color w:val="555555"/>
          <w:sz w:val="20"/>
        </w:rPr>
        <w:t>[2 1,alpha 86]</w:t>
      </w:r>
    </w:p>
    <w:p>
      <w:r>
        <w:rPr>
          <w:rFonts w:ascii="Gentium Plus" w:hAnsi="Gentium Plus"/>
          <w:sz w:val="24"/>
        </w:rPr>
        <w:t>θερμὸν μέν ἐστι μετρίως, ξηρὸν δὲ σφοδρῶς. ὁ δὲ χυλὸς αὐτοῦ πολὺ τῆς πόας θερμότερος· ῥύπτει δὲ καὶ τονοῖ διὰ τοῦτο καὶ τοὺς ἐν τῇ κοιλίᾳ χολώδεις χυμοὺς ἐπί τε τὴν κάτω διαχώρησιν ἀπάγει καὶ δι’</w:t>
      </w:r>
    </w:p>
    <w:p>
      <w:r>
        <w:rPr>
          <w:rFonts w:ascii="Courier New" w:hAnsi="Courier New"/>
          <w:color w:val="555555"/>
          <w:sz w:val="20"/>
        </w:rPr>
        <w:t>[2 1,alpha 87]</w:t>
      </w:r>
    </w:p>
    <w:p>
      <w:r>
        <w:rPr>
          <w:rFonts w:ascii="Gentium Plus" w:hAnsi="Gentium Plus"/>
          <w:sz w:val="24"/>
        </w:rPr>
        <w:t>οὔρων καὶ μᾶλλον τὸ ἐν φλεψὶ χολῶδες καθαίρει. δι’ αὐτὰ δὲ ταῦτα καὶ φλέγματος ἐν τῇ κοιλίᾳ περιεχομένου προσφερόμενον οὐδὲν ὀνί‐ νησιν· ἡ γὰρ στυπτικὴ δύναμις ἐν αὐτῷ τῆς πικρᾶς ἐστιν ἰσχυροτέρα· τῷ δὲ καὶ δριμύτητός τινος μετέχειν πλείονι μέτρῳ θερμόν ἐστιν ἤπερ</w:t>
      </w:r>
    </w:p>
    <w:p>
      <w:r>
        <w:rPr>
          <w:rFonts w:ascii="Courier New" w:hAnsi="Courier New"/>
          <w:color w:val="555555"/>
          <w:sz w:val="20"/>
        </w:rPr>
        <w:t>[5]</w:t>
      </w:r>
    </w:p>
    <w:p>
      <w:r>
        <w:rPr>
          <w:rFonts w:ascii="Gentium Plus" w:hAnsi="Gentium Plus"/>
          <w:sz w:val="24"/>
        </w:rPr>
        <w:t>ψυχρόν.</w:t>
      </w:r>
    </w:p>
    <w:p>
      <w:r>
        <w:rPr>
          <w:rFonts w:ascii="Courier New" w:hAnsi="Courier New"/>
          <w:color w:val="555555"/>
          <w:sz w:val="20"/>
        </w:rPr>
        <w:t>[2 1,beta 1]</w:t>
      </w:r>
    </w:p>
    <w:p>
      <w:r>
        <w:rPr>
          <w:rFonts w:ascii="Gentium Plus" w:hAnsi="Gentium Plus"/>
          <w:sz w:val="24"/>
        </w:rPr>
        <w:t>Βάλσαμον ἱκανῶς θερμαίνει καὶ ξηραίνει, ἔστι δὲ καὶ λεπτομερές.</w:t>
      </w:r>
    </w:p>
    <w:p>
      <w:r>
        <w:rPr>
          <w:rFonts w:ascii="Courier New" w:hAnsi="Courier New"/>
          <w:color w:val="555555"/>
          <w:sz w:val="20"/>
        </w:rPr>
        <w:t>[2 1,beta 2]</w:t>
      </w:r>
    </w:p>
    <w:p>
      <w:r>
        <w:rPr>
          <w:rFonts w:ascii="Gentium Plus" w:hAnsi="Gentium Plus"/>
          <w:sz w:val="24"/>
        </w:rPr>
        <w:t>ὁ δ’ ὀπὸς αὐτοῦ λεπτομερέστερος, οὐ μὴν εἰς τοσοῦτόν γε θερμός, εἰς</w:t>
      </w:r>
    </w:p>
    <w:p>
      <w:r>
        <w:rPr>
          <w:rFonts w:ascii="Courier New" w:hAnsi="Courier New"/>
          <w:color w:val="555555"/>
          <w:sz w:val="20"/>
        </w:rPr>
        <w:t>[2 1,beta 3]</w:t>
      </w:r>
    </w:p>
    <w:p>
      <w:r>
        <w:rPr>
          <w:rFonts w:ascii="Gentium Plus" w:hAnsi="Gentium Plus"/>
          <w:sz w:val="24"/>
        </w:rPr>
        <w:t>ὅσον οἴονταί τινες ὑπὸ τῆς λεπτομερείας ἐξαπατώμενοι. ὁ δὲ καρπὸς αὐτοῦ παραπλήσιός ἐστι κατὰ τὴν δύναμιν, ἀπολείπεται δὲ μακρῷ κατὰ</w:t>
      </w:r>
    </w:p>
    <w:p>
      <w:r>
        <w:rPr>
          <w:rFonts w:ascii="Courier New" w:hAnsi="Courier New"/>
          <w:color w:val="555555"/>
          <w:sz w:val="20"/>
        </w:rPr>
        <w:t>[2 1,beta 4]</w:t>
      </w:r>
    </w:p>
    <w:p>
      <w:r>
        <w:rPr>
          <w:rFonts w:ascii="Gentium Plus" w:hAnsi="Gentium Plus"/>
          <w:sz w:val="24"/>
        </w:rPr>
        <w:t>τὸ λεπτομερές. —Βαλαύστιόν ἐστι μὲν ἄνθος ἀγρίας ῥοιᾶς· ἰσχυρῶς δὲ στύφει τὴν γεῦσιν, καὶ ξηραντικῆς δὲ καὶ ψυκτικῆς ἐστι δυνάμεως καὶ παχυμεροῦς, καὶ εἰ παρατρίμμασι καὶ ἕλκεσιν ἐπιπάττοις αὐτό, τάχιστα ἂν ἴδοις εἰς οὐλὴν ἰόντα· διὰ ταῦτά τοι κἀπὶ τῶν ἀναγόντων</w:t>
      </w:r>
    </w:p>
    <w:p>
      <w:r>
        <w:rPr>
          <w:rFonts w:ascii="Courier New" w:hAnsi="Courier New"/>
          <w:color w:val="555555"/>
          <w:sz w:val="20"/>
        </w:rPr>
        <w:t>[2 1,beta 5]</w:t>
      </w:r>
    </w:p>
    <w:p>
      <w:r>
        <w:rPr>
          <w:rFonts w:ascii="Gentium Plus" w:hAnsi="Gentium Plus"/>
          <w:sz w:val="24"/>
        </w:rPr>
        <w:t>αἷμα πάντες αὐτῷ χρῶνται. —Βάτου τὰ φύλλα καὶ οἱ βλαστοὶ δὲ διαμασώμενοι ἄφθας τε καὶ τὰ ἄλλα ἕλκη τὰ ἐν τῷ στόματι θεραπεύ‐</w:t>
      </w:r>
    </w:p>
    <w:p>
      <w:r>
        <w:rPr>
          <w:rFonts w:ascii="Courier New" w:hAnsi="Courier New"/>
          <w:color w:val="555555"/>
          <w:sz w:val="20"/>
        </w:rPr>
        <w:t>[2 1,beta 6]</w:t>
      </w:r>
    </w:p>
    <w:p>
      <w:r>
        <w:rPr>
          <w:rFonts w:ascii="Gentium Plus" w:hAnsi="Gentium Plus"/>
          <w:sz w:val="24"/>
        </w:rPr>
        <w:t>ουσι, καὶ μέντοι καὶ τραύματα κολλᾷ. ὁ δὲ καρπὸς εἰ μὲν εἴη πέπειρος, ἔχει τι καὶ συμμέτρου θερμότητος· ὁ δ’ ἄωρος ὑπὸ ψυχρᾶς οὐσίας καὶ</w:t>
      </w:r>
    </w:p>
    <w:p>
      <w:r>
        <w:rPr>
          <w:rFonts w:ascii="Courier New" w:hAnsi="Courier New"/>
          <w:color w:val="555555"/>
          <w:sz w:val="20"/>
        </w:rPr>
        <w:t>[2 1,beta 7]</w:t>
      </w:r>
    </w:p>
    <w:p>
      <w:r>
        <w:rPr>
          <w:rFonts w:ascii="Gentium Plus" w:hAnsi="Gentium Plus"/>
          <w:sz w:val="24"/>
        </w:rPr>
        <w:t>γεώδους ἐπικρατεῖται καὶ διὰ τοῦτο σφοδρῶς ξηραντικός ἐστι. ξηραν‐ θεὶς δ’ ἀποτίθεται, ὥσπερ καὶ τὸ ἄνθος αὐτῆς· καὶ ποιοῦσι πρὸς δυσεν‐ τερίας καὶ ῥεύματα γαστρὸς καὶ ἀτονίας καὶ τὰς τοῦ αἵματος πτύσεις.</w:t>
      </w:r>
    </w:p>
    <w:p>
      <w:r>
        <w:rPr>
          <w:rFonts w:ascii="Courier New" w:hAnsi="Courier New"/>
          <w:color w:val="555555"/>
          <w:sz w:val="20"/>
        </w:rPr>
        <w:t>[2 1,beta 8]</w:t>
      </w:r>
    </w:p>
    <w:p>
      <w:r>
        <w:rPr>
          <w:rFonts w:ascii="Gentium Plus" w:hAnsi="Gentium Plus"/>
          <w:sz w:val="24"/>
        </w:rPr>
        <w:t>ἡ δὲ ῥίζα πρὸς τῷ στύφειν ἔτι καὶ λεπτομερής ἐστι καὶ διὰ τοῦτο</w:t>
      </w:r>
    </w:p>
    <w:p>
      <w:r>
        <w:rPr>
          <w:rFonts w:ascii="Courier New" w:hAnsi="Courier New"/>
          <w:color w:val="555555"/>
          <w:sz w:val="20"/>
        </w:rPr>
        <w:t>[2 1,beta 9]</w:t>
      </w:r>
    </w:p>
    <w:p>
      <w:r>
        <w:rPr>
          <w:rFonts w:ascii="Gentium Plus" w:hAnsi="Gentium Plus"/>
          <w:sz w:val="24"/>
        </w:rPr>
        <w:t>τοὺς ἐν νεφροῖς θρύπτει λίθους. —Βδέλλιον μαλακτικῆς ἐστιν ἰσχυρῶς 〈καὶ〉 δραστηρίου δυνάμεως· καὶ χρῶνταί τινες ἐπί τε βρογχοκήλων καὶ ὑδροκήλων ἀσίτου πτυέλῳ δεύοντες ὡς ἐμπλαστῶδες γενέσθαι· καὶ τὰς τῶν ἀπέπτων πνευμάτων διαδρομὰς ἐξιᾶται καὶ πόνους πλευ‐</w:t>
      </w:r>
    </w:p>
    <w:p>
      <w:r>
        <w:rPr>
          <w:rFonts w:ascii="Courier New" w:hAnsi="Courier New"/>
          <w:color w:val="555555"/>
          <w:sz w:val="20"/>
        </w:rPr>
        <w:t>[2 1,beta 10]</w:t>
      </w:r>
    </w:p>
    <w:p>
      <w:r>
        <w:rPr>
          <w:rFonts w:ascii="Gentium Plus" w:hAnsi="Gentium Plus"/>
          <w:sz w:val="24"/>
        </w:rPr>
        <w:t>ρῶν καὶ ῥήγματα. —Βλίτον τὸ λάχανον ὑγρόν τε καὶ ψυχρόν ἐστιν</w:t>
      </w:r>
    </w:p>
    <w:p>
      <w:r>
        <w:rPr>
          <w:rFonts w:ascii="Courier New" w:hAnsi="Courier New"/>
          <w:color w:val="555555"/>
          <w:sz w:val="20"/>
        </w:rPr>
        <w:t>[2 1,beta 11]</w:t>
      </w:r>
    </w:p>
    <w:p>
      <w:r>
        <w:rPr>
          <w:rFonts w:ascii="Gentium Plus" w:hAnsi="Gentium Plus"/>
          <w:sz w:val="24"/>
        </w:rPr>
        <w:t>ἱκανῶς. —Βολβὸς φυσώδης καὶ ἀφροδισιαστικός ἐστιν ἐσθιόμενος·</w:t>
      </w:r>
    </w:p>
    <w:p>
      <w:r>
        <w:rPr>
          <w:rFonts w:ascii="Courier New" w:hAnsi="Courier New"/>
          <w:color w:val="555555"/>
          <w:sz w:val="20"/>
        </w:rPr>
        <w:t>[2 1,beta 12]</w:t>
      </w:r>
    </w:p>
    <w:p>
      <w:r>
        <w:rPr>
          <w:rFonts w:ascii="Gentium Plus" w:hAnsi="Gentium Plus"/>
          <w:sz w:val="24"/>
        </w:rPr>
        <w:t>ἐπιπλαττόμενος δὲ κολλητικὸς γίνεται καὶ ξηραντικός. —Βούτυρον πεπτικῆς ἐστι δυνάμεως, ἔχον ὀλίγον τι τῆς διαφορητικῆς, ὥστε καὶ παρωτίδας καὶ βουβῶνας καὶ τὰς ἐν τῷ στόματι φλεγμονὰς καὶ ἄλλα δὲ μυρία πολλάκις αὐτὸ μόνον ἰᾶται παιδικῶν σωμάτων καὶ γυναικείων.</w:t>
      </w:r>
    </w:p>
    <w:p>
      <w:r>
        <w:rPr>
          <w:rFonts w:ascii="Courier New" w:hAnsi="Courier New"/>
          <w:color w:val="555555"/>
          <w:sz w:val="20"/>
        </w:rPr>
        <w:t>[2 1,beta 13]</w:t>
      </w:r>
    </w:p>
    <w:p>
      <w:r>
        <w:rPr>
          <w:rFonts w:ascii="Gentium Plus" w:hAnsi="Gentium Plus"/>
          <w:sz w:val="24"/>
        </w:rPr>
        <w:t>ἀλλὰ κἀπὶ τῶν φυόντων τοὺς ὀδόντας παιδίων διαχριόμενον συνεχῶς οὐδὲν ἧττον μέλιτος λεπτύνει τὰ οὖλα, καὶ μέντοι καὶ καταποθὲν συν‐ τελεῖ μεγάλως ταῖς ἐκ πνεύμονος ἀναπτύσεσι μετὰ τοῦ συμπέττειν τὰς</w:t>
      </w:r>
    </w:p>
    <w:p>
      <w:r>
        <w:rPr>
          <w:rFonts w:ascii="Courier New" w:hAnsi="Courier New"/>
          <w:color w:val="555555"/>
          <w:sz w:val="20"/>
        </w:rPr>
        <w:t>[2 1,beta 14]</w:t>
      </w:r>
    </w:p>
    <w:p>
      <w:r>
        <w:rPr>
          <w:rFonts w:ascii="Gentium Plus" w:hAnsi="Gentium Plus"/>
          <w:sz w:val="24"/>
        </w:rPr>
        <w:t>φλεγμονάς. —Βούφθαλμον δριμύτερόν ἐστι τῆς ἀνθεμίδος καὶ διὰ τοῦτο καὶ διαφορητικώτερον μέχρι τοῦ καὶ σκληρίας ἰᾶσθαι μιγνύμενον</w:t>
      </w:r>
    </w:p>
    <w:p>
      <w:r>
        <w:rPr>
          <w:rFonts w:ascii="Courier New" w:hAnsi="Courier New"/>
          <w:color w:val="555555"/>
          <w:sz w:val="20"/>
        </w:rPr>
        <w:t>[2 1,beta 15]</w:t>
      </w:r>
    </w:p>
    <w:p>
      <w:r>
        <w:rPr>
          <w:rFonts w:ascii="Gentium Plus" w:hAnsi="Gentium Plus"/>
          <w:sz w:val="24"/>
        </w:rPr>
        <w:t>κηρωτῇ. —Βράθυ τῶν θερμαινόντων ἐστὶ καὶ ξηραινόντων σφοδρῶς καὶ διαφορούντων διὰ λεπτομέρειαν καὶ καταμηνίων ἐστὶν ἀγωγόν, εἴπερ τι ἄλλο, καὶ δι’ οὔρων αἷμα κινεῖ καὶ τὰ ζῶντα τῶν ἐμβρύων</w:t>
      </w:r>
    </w:p>
    <w:p>
      <w:r>
        <w:rPr>
          <w:rFonts w:ascii="Courier New" w:hAnsi="Courier New"/>
          <w:color w:val="555555"/>
          <w:sz w:val="20"/>
        </w:rPr>
        <w:t>[2 1,beta 16]</w:t>
      </w:r>
    </w:p>
    <w:p>
      <w:r>
        <w:rPr>
          <w:rFonts w:ascii="Gentium Plus" w:hAnsi="Gentium Plus"/>
          <w:sz w:val="24"/>
        </w:rPr>
        <w:t>διαφθείρει τά τε νεκρὰ ἐκβάλλει. ἔνιοι δὲ καὶ ἀντὶ κιναμώμου διπλά‐ σιον αὐτὸ βάλλουσιν.</w:t>
      </w:r>
    </w:p>
    <w:p>
      <w:r>
        <w:rPr>
          <w:rFonts w:ascii="Courier New" w:hAnsi="Courier New"/>
          <w:color w:val="555555"/>
          <w:sz w:val="20"/>
        </w:rPr>
        <w:t>[2 1,gamma 1]</w:t>
      </w:r>
    </w:p>
    <w:p>
      <w:r>
        <w:rPr>
          <w:rFonts w:ascii="Gentium Plus" w:hAnsi="Gentium Plus"/>
          <w:sz w:val="24"/>
        </w:rPr>
        <w:t>Γάλα τὸ εὐχυμώτατον πρὸς τὰ δριμέα καὶ δάκνοντα ῥεύματα συμ‐</w:t>
      </w:r>
    </w:p>
    <w:p>
      <w:r>
        <w:rPr>
          <w:rFonts w:ascii="Courier New" w:hAnsi="Courier New"/>
          <w:color w:val="555555"/>
          <w:sz w:val="20"/>
        </w:rPr>
        <w:t>[2 1,gamma 2]</w:t>
      </w:r>
    </w:p>
    <w:p>
      <w:r>
        <w:rPr>
          <w:rFonts w:ascii="Gentium Plus" w:hAnsi="Gentium Plus"/>
          <w:sz w:val="24"/>
        </w:rPr>
        <w:t>φορώτατόν ἐστιν, εὔτρεπτον ὄν, καὶ μάλιστα ὅταν τὸ περιέχον θερμὸν ᾖ, καὶ ἀποβάλλει πολὺ τῆς δυνάμεως, εἰ μή τις αὐτῷ χρῷτο θερμῷ</w:t>
      </w:r>
    </w:p>
    <w:p>
      <w:r>
        <w:rPr>
          <w:rFonts w:ascii="Courier New" w:hAnsi="Courier New"/>
          <w:color w:val="555555"/>
          <w:sz w:val="20"/>
        </w:rPr>
        <w:t>[2 1,gamma 3]</w:t>
      </w:r>
    </w:p>
    <w:p>
      <w:r>
        <w:rPr>
          <w:rFonts w:ascii="Gentium Plus" w:hAnsi="Gentium Plus"/>
          <w:sz w:val="24"/>
        </w:rPr>
        <w:t>τῶν τιτθῶν ἐκχυθέντι. μάλιστα μὲν γυναικὸς εὐεκτούσης τε καὶ καλῶς</w:t>
      </w:r>
    </w:p>
    <w:p>
      <w:r>
        <w:rPr>
          <w:rFonts w:ascii="Courier New" w:hAnsi="Courier New"/>
          <w:color w:val="555555"/>
          <w:sz w:val="20"/>
        </w:rPr>
        <w:t>[2 1,gamma 4]</w:t>
      </w:r>
    </w:p>
    <w:p>
      <w:r>
        <w:rPr>
          <w:rFonts w:ascii="Gentium Plus" w:hAnsi="Gentium Plus"/>
          <w:sz w:val="24"/>
        </w:rPr>
        <w:t>ὄνου ἢ προβάτου. ὁ δ’ ὀρρὸς αὐτοῦ ῥυπτικὴν ἔχει δύναμιν καὶ ὑπ‐ αγωγῆς γαστρὸς ἕνεκα λαμβάνεται καὶ διὰ κλυστήρων ἐνίεται, περιρρύπτων τε καὶ περιπλύνων ἀδήκτως τὰς ἐν τοῖς ἐντέροις δριμύτητας, ἕλκη τε</w:t>
      </w:r>
    </w:p>
    <w:p>
      <w:r>
        <w:rPr>
          <w:rFonts w:ascii="Courier New" w:hAnsi="Courier New"/>
          <w:color w:val="555555"/>
          <w:sz w:val="20"/>
        </w:rPr>
        <w:t>[2 1,gamma 5]</w:t>
      </w:r>
    </w:p>
    <w:p>
      <w:r>
        <w:rPr>
          <w:rFonts w:ascii="Gentium Plus" w:hAnsi="Gentium Plus"/>
          <w:sz w:val="24"/>
        </w:rPr>
        <w:t>δριμέα καὶ ἰχῶρας ἔχοντα κατακλυζομένων. ἐπὶ δὲ δυσεντερικῶν καὶ πάντων τῶν κατὰ γαστέρα δριμέων ῥευμάτων προαφεψημένῳ τῷ γά‐ λακτι διαπύρους κάχληκας ἐμβάλλειν χρὴ καὶ ἑψεῖν τὸ γάλα, μέχρις</w:t>
      </w:r>
    </w:p>
    <w:p>
      <w:r>
        <w:rPr>
          <w:rFonts w:ascii="Courier New" w:hAnsi="Courier New"/>
          <w:color w:val="555555"/>
          <w:sz w:val="20"/>
        </w:rPr>
        <w:t>[2 1,gamma 6]</w:t>
      </w:r>
    </w:p>
    <w:p>
      <w:r>
        <w:rPr>
          <w:rFonts w:ascii="Gentium Plus" w:hAnsi="Gentium Plus"/>
          <w:sz w:val="24"/>
        </w:rPr>
        <w:t>ἂν ἐκδαπανηθῇ τὸ πλεῖστον αὐτοῦ τῆς ὀρρώδους ὑγρότητος· ἐὰν δέ τις σιδηροῦς κυλίνδρους διαπύρους ἐμβάλλῃ, βελτίονα τὴν δύναμιν</w:t>
      </w:r>
    </w:p>
    <w:p>
      <w:r>
        <w:rPr>
          <w:rFonts w:ascii="Courier New" w:hAnsi="Courier New"/>
          <w:color w:val="555555"/>
          <w:sz w:val="20"/>
        </w:rPr>
        <w:t>[2 1,gamma 7]</w:t>
      </w:r>
    </w:p>
    <w:p>
      <w:r>
        <w:rPr>
          <w:rFonts w:ascii="Gentium Plus" w:hAnsi="Gentium Plus"/>
          <w:sz w:val="24"/>
        </w:rPr>
        <w:t>ἀπεργάζεται. τὸ δ’ ὅλον γάλα πρός τε τὰ κατὰ τοὺς ὀφθαλμοὺς ῥεύματα δριμέα ἁρμόττει καὶ πρὸς τὰ ὑποσφάγματα καὶ ὑπώπια· καὶ μέντοι κατὰ τῶν βλεφάρων ἔξωθεν ὑπνοῦν μελλόντων ἐπιτιθέμενον ἅμα ῥοδίνῳ καὶ ὠῷ πέττει τὰς φλεγμονάς· γυναικὸς δ’ ἔστω τὸ γάλα</w:t>
      </w:r>
    </w:p>
    <w:p>
      <w:r>
        <w:rPr>
          <w:rFonts w:ascii="Courier New" w:hAnsi="Courier New"/>
          <w:color w:val="555555"/>
          <w:sz w:val="20"/>
        </w:rPr>
        <w:t>[2 1,gamma 8]</w:t>
      </w:r>
    </w:p>
    <w:p>
      <w:r>
        <w:rPr>
          <w:rFonts w:ascii="Gentium Plus" w:hAnsi="Gentium Plus"/>
          <w:sz w:val="24"/>
        </w:rPr>
        <w:t>πρόσφατον ἐκ τῶν τιτθῶν ἐπισταζόμενον. ἐνίεμεν δ’ αὐτὸ καὶ μήτραις ἡλκωμέναις, καὶ πρὸς πάντα δὲ τὰ παρηγορίας δεόμενα διὰ φλεγμονὴν</w:t>
      </w:r>
    </w:p>
    <w:p>
      <w:r>
        <w:rPr>
          <w:rFonts w:ascii="Courier New" w:hAnsi="Courier New"/>
          <w:color w:val="555555"/>
          <w:sz w:val="20"/>
        </w:rPr>
        <w:t>[2 1,gamma 9]</w:t>
      </w:r>
    </w:p>
    <w:p>
      <w:r>
        <w:rPr>
          <w:rFonts w:ascii="Gentium Plus" w:hAnsi="Gentium Plus"/>
          <w:sz w:val="24"/>
        </w:rPr>
        <w:t>ἢ δῆξιν ἢ κακοήθειαν καλῶς αὐτῷ χρώμεθα. —Γῆ πᾶσα ξηραντικὴν ἔχει δύναμιν, καὶ ὅταν ἀκριβῶς ᾖ πυρώδους ἄμικτος οὐσίας, ἀδηκτό‐ τατα ξηραίνει· συντελεῖ δ’ εἰς τοῦτο αὐτῇ τὸ πεπλύσθαι. καὶ τῆς γεωργουμένης ἡ λιπαρὰ πᾶσα γῆ χρήσιμος εἰς θεραπείαν ἐστὶν ἁπάν‐</w:t>
      </w:r>
    </w:p>
    <w:p>
      <w:r>
        <w:rPr>
          <w:rFonts w:ascii="Courier New" w:hAnsi="Courier New"/>
          <w:color w:val="555555"/>
          <w:sz w:val="20"/>
        </w:rPr>
        <w:t>[5]</w:t>
      </w:r>
    </w:p>
    <w:p>
      <w:r>
        <w:rPr>
          <w:rFonts w:ascii="Gentium Plus" w:hAnsi="Gentium Plus"/>
          <w:sz w:val="24"/>
        </w:rPr>
        <w:t>των τῶν ξηρανθῆναι δεομένων μορίων, ὅθεν αὐτῇ κατ’ Ἀλεξάνδρειάν</w:t>
      </w:r>
    </w:p>
    <w:p>
      <w:r>
        <w:rPr>
          <w:rFonts w:ascii="Courier New" w:hAnsi="Courier New"/>
          <w:color w:val="555555"/>
          <w:sz w:val="20"/>
        </w:rPr>
        <w:t>[2 1,gamma 10]</w:t>
      </w:r>
    </w:p>
    <w:p>
      <w:r>
        <w:rPr>
          <w:rFonts w:ascii="Gentium Plus" w:hAnsi="Gentium Plus"/>
          <w:sz w:val="24"/>
        </w:rPr>
        <w:t>τε καὶ Αἴγυπτον χρῶνται. εἶδον γοῦν ὑδερώδεις τε καὶ σπληνώδεις</w:t>
      </w:r>
    </w:p>
    <w:p>
      <w:r>
        <w:rPr>
          <w:rFonts w:ascii="Courier New" w:hAnsi="Courier New"/>
          <w:color w:val="555555"/>
          <w:sz w:val="20"/>
        </w:rPr>
        <w:t>[2 1,gamma 11]</w:t>
      </w:r>
    </w:p>
    <w:p>
      <w:r>
        <w:rPr>
          <w:rFonts w:ascii="Gentium Plus" w:hAnsi="Gentium Plus"/>
          <w:sz w:val="24"/>
        </w:rPr>
        <w:t>ἐνίους χρωμένους τῇ Αἰγυπτίᾳ γῇ καὶ χριομένους. κατὰ δὲ τὸν αὐτὸν τρόπον τὰς παλαιὰς φλεγμονὰς καὶ τὰ χαῦνα τῶν οἰδημάτων ὀνίνησιν ὁ πηλὸς ὁ αὐτός, ὥστε ἐνίους οἶδα καὶ ὅλην τὴν ἕξιν οἰδαλέους ἐξ</w:t>
      </w:r>
    </w:p>
    <w:p>
      <w:r>
        <w:rPr>
          <w:rFonts w:ascii="Courier New" w:hAnsi="Courier New"/>
          <w:color w:val="555555"/>
          <w:sz w:val="20"/>
        </w:rPr>
        <w:t>[2 1,gamma 12]</w:t>
      </w:r>
    </w:p>
    <w:p>
      <w:r>
        <w:rPr>
          <w:rFonts w:ascii="Gentium Plus" w:hAnsi="Gentium Plus"/>
          <w:sz w:val="24"/>
        </w:rPr>
        <w:t>αἱμορροΐδων ἀμέτρου κενώσεως γενομένης ὠφεληθέντας ἐναργῶς. καί τινες ἀλγήματα χρόνια κατά τινα μόρια ἐστηριγμένα τῷ πηλῷ τούτῳ</w:t>
      </w:r>
    </w:p>
    <w:p>
      <w:r>
        <w:rPr>
          <w:rFonts w:ascii="Courier New" w:hAnsi="Courier New"/>
          <w:color w:val="555555"/>
          <w:sz w:val="20"/>
        </w:rPr>
        <w:t>[2 1,gamma 13]</w:t>
      </w:r>
    </w:p>
    <w:p>
      <w:r>
        <w:rPr>
          <w:rFonts w:ascii="Gentium Plus" w:hAnsi="Gentium Plus"/>
          <w:sz w:val="24"/>
        </w:rPr>
        <w:t>τελέως ἐξιάσαντο. ἡ δὲ Λημνία γῆ ἄλλοτε ἄλλῳ τῶν ὑγρῶν ἀνιεμένη φάρμακον ἐπιτήδειον γίνεται πρός τε τὴν τῶν τραυμάτων κόλλησιν</w:t>
      </w:r>
    </w:p>
    <w:p>
      <w:r>
        <w:rPr>
          <w:rFonts w:ascii="Courier New" w:hAnsi="Courier New"/>
          <w:color w:val="555555"/>
          <w:sz w:val="20"/>
        </w:rPr>
        <w:t>[2 1,gamma 14]</w:t>
      </w:r>
    </w:p>
    <w:p>
      <w:r>
        <w:rPr>
          <w:rFonts w:ascii="Gentium Plus" w:hAnsi="Gentium Plus"/>
          <w:sz w:val="24"/>
        </w:rPr>
        <w:t>καὶ τῶν χρονίων ἢ δυσεπουλώτων ἢ κακοήθων ἴασιν. ἡ δὲ Σαμία γῆ καὶ μᾶλλον ὁ Σάμιος ἀστὴρ καλούμενος χρήσιμος εἰς τὰς τοῦ αἵματος πτύσεις, ὅθεν ἂν γινόμεναι τύχωσιν, ὥσπερ καὶ ἡ Λημνία σφραγίς.</w:t>
      </w:r>
    </w:p>
    <w:p>
      <w:r>
        <w:rPr>
          <w:rFonts w:ascii="Courier New" w:hAnsi="Courier New"/>
          <w:color w:val="555555"/>
          <w:sz w:val="20"/>
        </w:rPr>
        <w:t>[2 1,gamma 15]</w:t>
      </w:r>
    </w:p>
    <w:p>
      <w:r>
        <w:rPr>
          <w:rFonts w:ascii="Gentium Plus" w:hAnsi="Gentium Plus"/>
          <w:sz w:val="24"/>
        </w:rPr>
        <w:t>ὠφελοῦσι δὲ καὶ τὰς ἐκ μήτρας αἱμορραγίας καὶ τὰς δυσεντερικὰς</w:t>
      </w:r>
    </w:p>
    <w:p>
      <w:r>
        <w:rPr>
          <w:rFonts w:ascii="Courier New" w:hAnsi="Courier New"/>
          <w:color w:val="555555"/>
          <w:sz w:val="20"/>
        </w:rPr>
        <w:t>[2 1,gamma 16]</w:t>
      </w:r>
    </w:p>
    <w:p>
      <w:r>
        <w:rPr>
          <w:rFonts w:ascii="Gentium Plus" w:hAnsi="Gentium Plus"/>
          <w:sz w:val="24"/>
        </w:rPr>
        <w:t>ἑλκώσεις, πρὶν σηπεδονώδεις γενέσθαι. ἡ δὲ Σαμία καὶ παρηγορεῖ φλεγμονάς, μάλιστα τὰς ἐν τιτθοῖς καὶ ὄρχεσι καὶ πᾶσι τοῖς ἀδενώδεσιν.</w:t>
      </w:r>
    </w:p>
    <w:p>
      <w:r>
        <w:rPr>
          <w:rFonts w:ascii="Courier New" w:hAnsi="Courier New"/>
          <w:color w:val="555555"/>
          <w:sz w:val="20"/>
        </w:rPr>
        <w:t>[2 1,gamma 17]</w:t>
      </w:r>
    </w:p>
    <w:p>
      <w:r>
        <w:rPr>
          <w:rFonts w:ascii="Gentium Plus" w:hAnsi="Gentium Plus"/>
          <w:sz w:val="24"/>
        </w:rPr>
        <w:t>χρὴ δὲ λειοῦν αὐτὴν μεθ’ ὕδατος, εἶθ’ οὕτως μιγνύειν ῥοδίνου τοσοῦ‐ τον ὅσον τὸ μιχθὲν οὐκ ἐάσει ξηρανθῆναι τὸ φάρμακον· ἀγαθὸν γὰρ τὸ οὕτω σκευασθὲν ὅπου μετρίως ψῦξαι βουλόμεθα μετὰ τοῦ παρηγο‐</w:t>
      </w:r>
    </w:p>
    <w:p>
      <w:r>
        <w:rPr>
          <w:rFonts w:ascii="Courier New" w:hAnsi="Courier New"/>
          <w:color w:val="555555"/>
          <w:sz w:val="20"/>
        </w:rPr>
        <w:t>[2 1,gamma 18]</w:t>
      </w:r>
    </w:p>
    <w:p>
      <w:r>
        <w:rPr>
          <w:rFonts w:ascii="Gentium Plus" w:hAnsi="Gentium Plus"/>
          <w:sz w:val="24"/>
        </w:rPr>
        <w:t>ῥυπτικαὶ δ’ εἰσὶ μετρίως ἥ τε Σελινουσία καὶ ἡ Χία· διὸ καί τινες</w:t>
      </w:r>
    </w:p>
    <w:p>
      <w:r>
        <w:rPr>
          <w:rFonts w:ascii="Courier New" w:hAnsi="Courier New"/>
          <w:color w:val="555555"/>
          <w:sz w:val="20"/>
        </w:rPr>
        <w:t>[2 1,gamma 19]</w:t>
      </w:r>
    </w:p>
    <w:p>
      <w:r>
        <w:rPr>
          <w:rFonts w:ascii="Gentium Plus" w:hAnsi="Gentium Plus"/>
          <w:sz w:val="24"/>
        </w:rPr>
        <w:t>τῶν γυναικῶν ἐπὶ τὸ πρόσωπον αὐταῖς χρῶνται. —Γίγαρτα ξηραίνει μὲν ἱκανῶς, ψύχει δὲ μετρίως καὶ στύφει· διὸ καὶ πᾶσι τοῖς κατὰ</w:t>
      </w:r>
    </w:p>
    <w:p>
      <w:r>
        <w:rPr>
          <w:rFonts w:ascii="Courier New" w:hAnsi="Courier New"/>
          <w:color w:val="555555"/>
          <w:sz w:val="20"/>
        </w:rPr>
        <w:t>[2 1,gamma 20]</w:t>
      </w:r>
    </w:p>
    <w:p>
      <w:r>
        <w:rPr>
          <w:rFonts w:ascii="Gentium Plus" w:hAnsi="Gentium Plus"/>
          <w:sz w:val="24"/>
        </w:rPr>
        <w:t>γαστέρα πάθεσι τοῖς ῥοώδεσιν ἱκανῶς ἁρμόττει. —Γλαύκιον στύφει καὶ ψύχει σαφῶς, ὥστε θεραπεύειν καὶ ἐρυσιπέλατα ὅσα γε μὴ ἰσχυρά.</w:t>
      </w:r>
    </w:p>
    <w:p>
      <w:r>
        <w:rPr>
          <w:rFonts w:ascii="Courier New" w:hAnsi="Courier New"/>
          <w:color w:val="555555"/>
          <w:sz w:val="20"/>
        </w:rPr>
        <w:t>[2 1,gamma 21]</w:t>
      </w:r>
    </w:p>
    <w:p>
      <w:r>
        <w:rPr>
          <w:rFonts w:ascii="Gentium Plus" w:hAnsi="Gentium Plus"/>
          <w:sz w:val="24"/>
        </w:rPr>
        <w:t>—Γλήχων θερμαίνει καὶ λεπτύνει σφοδρῶς· τὰ γοῦν ἐκ θώρακος καὶ πνεύμονος ὑγρὰ παχέα καὶ γλίσχρα ῥᾳδίως ἀναπτύεσθαι ποιεῖ καὶ</w:t>
      </w:r>
    </w:p>
    <w:p>
      <w:r>
        <w:rPr>
          <w:rFonts w:ascii="Courier New" w:hAnsi="Courier New"/>
          <w:color w:val="555555"/>
          <w:sz w:val="20"/>
        </w:rPr>
        <w:t>[2 1,gamma 22]</w:t>
      </w:r>
    </w:p>
    <w:p>
      <w:r>
        <w:rPr>
          <w:rFonts w:ascii="Gentium Plus" w:hAnsi="Gentium Plus"/>
          <w:sz w:val="24"/>
        </w:rPr>
        <w:t>καταμήνια προτρέπει. —Γλυκυρρίζης ὁ χυλὸς τραχύτητας ἐκλεαίνειν</w:t>
      </w:r>
    </w:p>
    <w:p>
      <w:r>
        <w:rPr>
          <w:rFonts w:ascii="Courier New" w:hAnsi="Courier New"/>
          <w:color w:val="555555"/>
          <w:sz w:val="20"/>
        </w:rPr>
        <w:t>[2 1,gamma 23]</w:t>
      </w:r>
    </w:p>
    <w:p>
      <w:r>
        <w:rPr>
          <w:rFonts w:ascii="Gentium Plus" w:hAnsi="Gentium Plus"/>
          <w:sz w:val="24"/>
        </w:rPr>
        <w:t>πέφυκεν, οὐκ ἐν ἀρτηρίᾳ μόνον, ἀλλὰ καὶ ἐν ψωρώδει κύστει. ἔστι δ’ ἡ σύμπασα κρᾶσις αὐτῆς χλιαρά· ἐπεὶ δ’ ὑγρόν ἐστι τῇ κράσει,</w:t>
      </w:r>
    </w:p>
    <w:p>
      <w:r>
        <w:rPr>
          <w:rFonts w:ascii="Courier New" w:hAnsi="Courier New"/>
          <w:color w:val="555555"/>
          <w:sz w:val="20"/>
        </w:rPr>
        <w:t>[2 1,gamma 24]</w:t>
      </w:r>
    </w:p>
    <w:p>
      <w:r>
        <w:rPr>
          <w:rFonts w:ascii="Gentium Plus" w:hAnsi="Gentium Plus"/>
          <w:sz w:val="24"/>
        </w:rPr>
        <w:t>δεόντως ἄδιψόν ἐστι τὸ φάρμακον. —Γλυκυσίδης ἡ ῥίζα, τῆς καὶ παιωνίας, καταμήνια κινεῖ, μέγεθος ἀμυγδάλου σὺν μελικράτῳ πινομένη.</w:t>
      </w:r>
    </w:p>
    <w:p>
      <w:r>
        <w:rPr>
          <w:rFonts w:ascii="Courier New" w:hAnsi="Courier New"/>
          <w:color w:val="555555"/>
          <w:sz w:val="20"/>
        </w:rPr>
        <w:t>[2 1,gamma 25]</w:t>
      </w:r>
    </w:p>
    <w:p>
      <w:r>
        <w:rPr>
          <w:rFonts w:ascii="Gentium Plus" w:hAnsi="Gentium Plus"/>
          <w:sz w:val="24"/>
        </w:rPr>
        <w:t>ἐκκαθαίρει δὲ καὶ ἧπαρ ἐμπεφραγμένον καὶ νεφρούς· τῇ στύψει δὲ τὰ κατὰ γαστέρα ῥεύματα ἵστησιν, ἐν οἴνῳ τινὶ τῶν αὐστηρῶν κατεψη‐</w:t>
      </w:r>
    </w:p>
    <w:p>
      <w:r>
        <w:rPr>
          <w:rFonts w:ascii="Courier New" w:hAnsi="Courier New"/>
          <w:color w:val="555555"/>
          <w:sz w:val="20"/>
        </w:rPr>
        <w:t>[2 1,gamma 26]</w:t>
      </w:r>
    </w:p>
    <w:p>
      <w:r>
        <w:rPr>
          <w:rFonts w:ascii="Gentium Plus" w:hAnsi="Gentium Plus"/>
          <w:sz w:val="24"/>
        </w:rPr>
        <w:t>θεῖσα καὶ ποθεῖσα. ὅλως δὲ ξηραντικὴ τὴν δύναμίν ἐστιν ἰσχυρῶς· ὥστε οὐκ ἀπελπίσαιμι καὶ περιαπτομένην αὐτὴν εὐλόγως πεπιστεῦσθαι</w:t>
      </w:r>
    </w:p>
    <w:p>
      <w:r>
        <w:rPr>
          <w:rFonts w:ascii="Courier New" w:hAnsi="Courier New"/>
          <w:color w:val="555555"/>
          <w:sz w:val="20"/>
        </w:rPr>
        <w:t>[2 1,gamma 27]</w:t>
      </w:r>
    </w:p>
    <w:p>
      <w:r>
        <w:rPr>
          <w:rFonts w:ascii="Gentium Plus" w:hAnsi="Gentium Plus"/>
          <w:sz w:val="24"/>
        </w:rPr>
        <w:t>παιδίων ἐπιληψίας ἰᾶσθαι. ἔστι δ’ ἡ δύναμις αὐτῆς λεπτομερὴς μὲν</w:t>
      </w:r>
    </w:p>
    <w:p>
      <w:r>
        <w:rPr>
          <w:rFonts w:ascii="Courier New" w:hAnsi="Courier New"/>
          <w:color w:val="555555"/>
          <w:sz w:val="20"/>
        </w:rPr>
        <w:t>[2 1,gamma 28]</w:t>
      </w:r>
    </w:p>
    <w:p>
      <w:r>
        <w:rPr>
          <w:rFonts w:ascii="Gentium Plus" w:hAnsi="Gentium Plus"/>
          <w:sz w:val="24"/>
        </w:rPr>
        <w:t>καὶ ξηραντική, θερμὴ δ’ οὐκ ἐπιφανῶς. —Γογγυλίδος τὸ σπέρμα πρὸς ἀφροδίσια παροξύνει, φυσῶδες ὄν· καὶ ἡ ῥίζα δ’ αὐτοῦ φυσώδης ἐστὶ</w:t>
      </w:r>
    </w:p>
    <w:p>
      <w:r>
        <w:rPr>
          <w:rFonts w:ascii="Courier New" w:hAnsi="Courier New"/>
          <w:color w:val="555555"/>
          <w:sz w:val="20"/>
        </w:rPr>
        <w:t>[2 1,gamma 29]</w:t>
      </w:r>
    </w:p>
    <w:p>
      <w:r>
        <w:rPr>
          <w:rFonts w:ascii="Gentium Plus" w:hAnsi="Gentium Plus"/>
          <w:sz w:val="24"/>
        </w:rPr>
        <w:t>καὶ σπέρματος γεννητική. —Γύψος ξηραντικῆς ἐστι καὶ ἐμπλαστικῆς</w:t>
      </w:r>
    </w:p>
    <w:p>
      <w:r>
        <w:rPr>
          <w:rFonts w:ascii="Courier New" w:hAnsi="Courier New"/>
          <w:color w:val="555555"/>
          <w:sz w:val="20"/>
        </w:rPr>
        <w:t>[2 1,gamma 30]</w:t>
      </w:r>
    </w:p>
    <w:p>
      <w:r>
        <w:rPr>
          <w:rFonts w:ascii="Gentium Plus" w:hAnsi="Gentium Plus"/>
          <w:sz w:val="24"/>
        </w:rPr>
        <w:t>δυνάμεως. καυθεῖσα δὲ τὸ μὲν ἐμπλαστικὸν οὐχ ὁμοίως ἔχει, λεπτο‐ μερεστέρα δὲ καὶ ξηραντικωτέρα γίνεται, καὶ μέντοι καὶ ἀποκρουστική, καὶ μάλιστα ὅταν ὀξυκράτῳ δευθῇ.</w:t>
      </w:r>
    </w:p>
    <w:p>
      <w:r>
        <w:rPr>
          <w:rFonts w:ascii="Courier New" w:hAnsi="Courier New"/>
          <w:color w:val="555555"/>
          <w:sz w:val="20"/>
        </w:rPr>
        <w:t>[2 1,delta 1]</w:t>
      </w:r>
    </w:p>
    <w:p>
      <w:r>
        <w:rPr>
          <w:rFonts w:ascii="Gentium Plus" w:hAnsi="Gentium Plus"/>
          <w:sz w:val="24"/>
        </w:rPr>
        <w:t>Δαῦκος ὁ καὶ σταφυλῖνος θερμαντικῆς ἐστι δυνάμεως καὶ λεπτυν‐</w:t>
      </w:r>
    </w:p>
    <w:p>
      <w:r>
        <w:rPr>
          <w:rFonts w:ascii="Courier New" w:hAnsi="Courier New"/>
          <w:color w:val="555555"/>
          <w:sz w:val="20"/>
        </w:rPr>
        <w:t>[2 1,delta 2]</w:t>
      </w:r>
    </w:p>
    <w:p>
      <w:r>
        <w:rPr>
          <w:rFonts w:ascii="Gentium Plus" w:hAnsi="Gentium Plus"/>
          <w:sz w:val="24"/>
        </w:rPr>
        <w:t>τικῆς. ἡ δὲ ῥίζα πρὸς τοῖς εἰρημένοις καὶ φυσῶδές τι κέκτηται καὶ ἀφροδισιαστικόν. τὸ δὲ σπέρμα τὸ μὲν τοῦ ἡμέρου ἔχει τι καὶ αὐτὸ παροξυντικὸν εἰς ἀφροδίσια· τὸ δὲ τοῦ ἀγρίου τελέως ἐστὶν ἄφυσον</w:t>
      </w:r>
    </w:p>
    <w:p>
      <w:r>
        <w:rPr>
          <w:rFonts w:ascii="Courier New" w:hAnsi="Courier New"/>
          <w:color w:val="555555"/>
          <w:sz w:val="20"/>
        </w:rPr>
        <w:t>[2 1,delta 3]</w:t>
      </w:r>
    </w:p>
    <w:p>
      <w:r>
        <w:rPr>
          <w:rFonts w:ascii="Gentium Plus" w:hAnsi="Gentium Plus"/>
          <w:sz w:val="24"/>
        </w:rPr>
        <w:t>καὶ διὰ τοῦτο διουρητικόν τε καὶ καταμηνίων κινητικόν. —Δάφνης τοῦ δένδρου τὰ φύλλα καὶ ὁ καρπὸς ξηραίνει καὶ θερμαίνει σφοδρῶς</w:t>
      </w:r>
    </w:p>
    <w:p>
      <w:r>
        <w:rPr>
          <w:rFonts w:ascii="Courier New" w:hAnsi="Courier New"/>
          <w:color w:val="555555"/>
          <w:sz w:val="20"/>
        </w:rPr>
        <w:t>[2 1,delta 4]</w:t>
      </w:r>
    </w:p>
    <w:p>
      <w:r>
        <w:rPr>
          <w:rFonts w:ascii="Gentium Plus" w:hAnsi="Gentium Plus"/>
          <w:sz w:val="24"/>
        </w:rPr>
        <w:t>καὶ μᾶλλόν γε ὁ καρπός. ὁ δὲ φλοιὸς τῆς ῥίζης ἧττόν ἐστι δριμύς, πικρὸς δὲ μᾶλλον καί τι καὶ στύψεως ἔχει· διὸ καὶ λίθους θρύπτει</w:t>
      </w:r>
    </w:p>
    <w:p>
      <w:r>
        <w:rPr>
          <w:rFonts w:ascii="Courier New" w:hAnsi="Courier New"/>
          <w:color w:val="555555"/>
          <w:sz w:val="20"/>
        </w:rPr>
        <w:t>[2 1,delta 5]</w:t>
      </w:r>
    </w:p>
    <w:p>
      <w:r>
        <w:rPr>
          <w:rFonts w:ascii="Gentium Plus" w:hAnsi="Gentium Plus"/>
          <w:sz w:val="24"/>
        </w:rPr>
        <w:t>καὶ ἡπατικοὺς ὠφελεῖ. πίνεται δὲ σὺν οἴνῳ εὐώδει τριωβόλου σταθμός.</w:t>
      </w:r>
    </w:p>
    <w:p>
      <w:r>
        <w:rPr>
          <w:rFonts w:ascii="Courier New" w:hAnsi="Courier New"/>
          <w:color w:val="555555"/>
          <w:sz w:val="20"/>
        </w:rPr>
        <w:t>[2 1,delta 6]</w:t>
      </w:r>
    </w:p>
    <w:p>
      <w:r>
        <w:rPr>
          <w:rFonts w:ascii="Gentium Plus" w:hAnsi="Gentium Plus"/>
          <w:sz w:val="24"/>
        </w:rPr>
        <w:t>—Δέρματα παλαιὰ ἀπὸ τῶν καττυμάτων καυθέντα πρὸς τὰ ἐκ τῶν ὑποδημάτων ἕλκη παυσαμένης τῆς φλεγμονῆς ὠφελεῖ· ξηραντικὴ γάρ ἐστιν ἡ τοιαύτη τέφρα καὶ εἰκότως καὶ τὰ πυρίκαυστα τῶν ἑλκῶν καὶ τὰ καλούμενα παρατρίμματα κατὰ τοὺς μηροὺς γινόμενα θεραπεύει.</w:t>
      </w:r>
    </w:p>
    <w:p>
      <w:r>
        <w:rPr>
          <w:rFonts w:ascii="Courier New" w:hAnsi="Courier New"/>
          <w:color w:val="555555"/>
          <w:sz w:val="20"/>
        </w:rPr>
        <w:t>[2 1,delta 7]</w:t>
      </w:r>
    </w:p>
    <w:p>
      <w:r>
        <w:rPr>
          <w:rFonts w:ascii="Gentium Plus" w:hAnsi="Gentium Plus"/>
          <w:sz w:val="24"/>
        </w:rPr>
        <w:t>—Διφρυγὲς μικτῆς ἐστι ποιότητος καὶ δυνάμεως στυφούσης καὶ δρι‐</w:t>
      </w:r>
    </w:p>
    <w:p>
      <w:r>
        <w:rPr>
          <w:rFonts w:ascii="Courier New" w:hAnsi="Courier New"/>
          <w:color w:val="555555"/>
          <w:sz w:val="20"/>
        </w:rPr>
        <w:t>[2 1,delta 8]</w:t>
      </w:r>
    </w:p>
    <w:p>
      <w:r>
        <w:rPr>
          <w:rFonts w:ascii="Gentium Plus" w:hAnsi="Gentium Plus"/>
          <w:sz w:val="24"/>
        </w:rPr>
        <w:t>μείας· διὸ καὶ τῶν κακοήθων ἑλκῶν ἀγαθόν ἐστι φάρμακον. —Δίκτα‐ μνον λεπτομερεστέρας ἐστὶν οὐσίας ἢ κατὰ γλήχωνα, τὰ δ’ ἄλλα παρα‐</w:t>
      </w:r>
    </w:p>
    <w:p>
      <w:r>
        <w:rPr>
          <w:rFonts w:ascii="Courier New" w:hAnsi="Courier New"/>
          <w:color w:val="555555"/>
          <w:sz w:val="20"/>
        </w:rPr>
        <w:t>[2 1,delta 9]</w:t>
      </w:r>
    </w:p>
    <w:p>
      <w:r>
        <w:rPr>
          <w:rFonts w:ascii="Gentium Plus" w:hAnsi="Gentium Plus"/>
          <w:sz w:val="24"/>
        </w:rPr>
        <w:t>πλήσιον αὐτῇ. τὸ δὲ καλούμενον ψευδοδίκταμνον ἀσθενέστερον εἰς</w:t>
      </w:r>
    </w:p>
    <w:p>
      <w:r>
        <w:rPr>
          <w:rFonts w:ascii="Courier New" w:hAnsi="Courier New"/>
          <w:color w:val="555555"/>
          <w:sz w:val="20"/>
        </w:rPr>
        <w:t>[2 1,delta 10]</w:t>
      </w:r>
    </w:p>
    <w:p>
      <w:r>
        <w:rPr>
          <w:rFonts w:ascii="Gentium Plus" w:hAnsi="Gentium Plus"/>
          <w:sz w:val="24"/>
        </w:rPr>
        <w:t>ἅπαντα τοῦ δικτάμνου. —Δρακόντιον δριμύτερόν ἐστι τοῦ ἄρου καὶ</w:t>
      </w:r>
    </w:p>
    <w:p>
      <w:r>
        <w:rPr>
          <w:rFonts w:ascii="Courier New" w:hAnsi="Courier New"/>
          <w:color w:val="555555"/>
          <w:sz w:val="20"/>
        </w:rPr>
        <w:t>[2 1,delta 11]</w:t>
      </w:r>
    </w:p>
    <w:p>
      <w:r>
        <w:rPr>
          <w:rFonts w:ascii="Gentium Plus" w:hAnsi="Gentium Plus"/>
          <w:sz w:val="24"/>
        </w:rPr>
        <w:t>πικρότερον καὶ θερμαντικώτερον καὶ λεπτομερέστερον. ἔχει δέ τινα καὶ στῦψιν βραχεῖαν σὺν τῇ δριμύτητι καὶ πικρότητι· δραστήριον γοῦν</w:t>
      </w:r>
    </w:p>
    <w:p>
      <w:r>
        <w:rPr>
          <w:rFonts w:ascii="Courier New" w:hAnsi="Courier New"/>
          <w:color w:val="555555"/>
          <w:sz w:val="20"/>
        </w:rPr>
        <w:t>[2 1,delta 12]</w:t>
      </w:r>
    </w:p>
    <w:p>
      <w:r>
        <w:rPr>
          <w:rFonts w:ascii="Gentium Plus" w:hAnsi="Gentium Plus"/>
          <w:sz w:val="24"/>
        </w:rPr>
        <w:t>ἐστι φάρμακον ἐν τοῖς μάλιστα. ἡ γοῦν ῥίζα διακαθαίρει τὰ σπλάγχνα, τούς τε παχεῖς καὶ γλίσχρους λεπτύνουσα χυμούς, καὶ τῶν κακοήθων</w:t>
      </w:r>
    </w:p>
    <w:p>
      <w:r>
        <w:rPr>
          <w:rFonts w:ascii="Courier New" w:hAnsi="Courier New"/>
          <w:color w:val="555555"/>
          <w:sz w:val="20"/>
        </w:rPr>
        <w:t>[2 1,delta 13]</w:t>
      </w:r>
    </w:p>
    <w:p>
      <w:r>
        <w:rPr>
          <w:rFonts w:ascii="Gentium Plus" w:hAnsi="Gentium Plus"/>
          <w:sz w:val="24"/>
        </w:rPr>
        <w:t>ἑλκῶν ἄριστόν ἐστι φάρμακον, ἀποκαθαίρει τε καὶ ἀπορρύπτει γεννι‐</w:t>
      </w:r>
    </w:p>
    <w:p>
      <w:r>
        <w:rPr>
          <w:rFonts w:ascii="Courier New" w:hAnsi="Courier New"/>
          <w:color w:val="555555"/>
          <w:sz w:val="20"/>
        </w:rPr>
        <w:t>[2 1,delta 14]</w:t>
      </w:r>
    </w:p>
    <w:p>
      <w:r>
        <w:rPr>
          <w:rFonts w:ascii="Gentium Plus" w:hAnsi="Gentium Plus"/>
          <w:sz w:val="24"/>
        </w:rPr>
        <w:t>κῶς τά τε ἄλλα τὰ ῥύψεως δεόμενα καὶ ἀλφοὺς σὺν ὄξει. τὰ δὲ φύλλα ἕλκεσι καὶ τραύμασι νεοτρώτοις ἁρμόττει, καὶ ὅσῳ γε ἂν ἧττον ᾖ ξηρά, τοσούτῳ μᾶλλον κολλᾷ· τὰ γὰρ ξηρότερα δριμύτερά ἐστιν ἢ</w:t>
      </w:r>
    </w:p>
    <w:p>
      <w:r>
        <w:rPr>
          <w:rFonts w:ascii="Courier New" w:hAnsi="Courier New"/>
          <w:color w:val="555555"/>
          <w:sz w:val="20"/>
        </w:rPr>
        <w:t>[2 1,delta 15]</w:t>
      </w:r>
    </w:p>
    <w:p>
      <w:r>
        <w:rPr>
          <w:rFonts w:ascii="Gentium Plus" w:hAnsi="Gentium Plus"/>
          <w:sz w:val="24"/>
        </w:rPr>
        <w:t>ὡς τραύμασι πρέπειν. —Δρυὸς πάντα τὰ μόρια στυφούσης μετέχει ποιότητος, ἐπὶ πλέον δὲ τοῦ ἔνδον τὸ ὑπὸ τὸν φλοιὸν τοῦ πρέμνου ὑμενῶδες καὶ τὸ ὑπὸ τῷ κελύφει τῆς βαλάνου τὸ περὶ τῇ σαρκὶ τοῦ καρποῦ· διὸ καὶ πρὸς ῥοῦν γυναικεῖον αἵματός τε πτύσεις καὶ δυσεν‐</w:t>
      </w:r>
    </w:p>
    <w:p>
      <w:r>
        <w:rPr>
          <w:rFonts w:ascii="Courier New" w:hAnsi="Courier New"/>
          <w:color w:val="555555"/>
          <w:sz w:val="20"/>
        </w:rPr>
        <w:t>[2 1,delta 16]</w:t>
      </w:r>
    </w:p>
    <w:p>
      <w:r>
        <w:rPr>
          <w:rFonts w:ascii="Gentium Plus" w:hAnsi="Gentium Plus"/>
          <w:sz w:val="24"/>
        </w:rPr>
        <w:t>τερίας καὶ γαστρὸς ῥεύματα χρόνια χρήσιμον εἶναι πεπίστευται. σφο‐ δρότερον δ’ ἔτι στύφει φηγὸς καὶ πρῖνος· τούτων καὶ τῆς δρυὸς τὰ φύλλα καταπλασσόμενα ξηραίνειν οὐκ ἀγεννῶς πέφυκε· κολλᾷ γοῦν καὶ τραύματα καταπλασσόμενα κατὰ τοῦ πέριξ χωρίου παντὸς τοῦ</w:t>
      </w:r>
    </w:p>
    <w:p>
      <w:r>
        <w:rPr>
          <w:rFonts w:ascii="Courier New" w:hAnsi="Courier New"/>
          <w:color w:val="555555"/>
          <w:sz w:val="20"/>
        </w:rPr>
        <w:t>[5]</w:t>
      </w:r>
    </w:p>
    <w:p>
      <w:r>
        <w:rPr>
          <w:rFonts w:ascii="Gentium Plus" w:hAnsi="Gentium Plus"/>
          <w:sz w:val="24"/>
        </w:rPr>
        <w:t>τραύματος.</w:t>
      </w:r>
    </w:p>
    <w:p>
      <w:r>
        <w:rPr>
          <w:rFonts w:ascii="Courier New" w:hAnsi="Courier New"/>
          <w:color w:val="555555"/>
          <w:sz w:val="20"/>
        </w:rPr>
        <w:t>[2 1,epsilon 1]</w:t>
      </w:r>
    </w:p>
    <w:p>
      <w:r>
        <w:rPr>
          <w:rFonts w:ascii="Gentium Plus" w:hAnsi="Gentium Plus"/>
          <w:sz w:val="24"/>
        </w:rPr>
        <w:t>Ἐβίσκος ἡ ἀλθαία· ἐστὶ δὲ μαλάχη ἀγρία διαφορητική, χαλαστική,</w:t>
      </w:r>
    </w:p>
    <w:p>
      <w:r>
        <w:rPr>
          <w:rFonts w:ascii="Courier New" w:hAnsi="Courier New"/>
          <w:color w:val="555555"/>
          <w:sz w:val="20"/>
        </w:rPr>
        <w:t>[2 1,epsilon 2]</w:t>
      </w:r>
    </w:p>
    <w:p>
      <w:r>
        <w:rPr>
          <w:rFonts w:ascii="Gentium Plus" w:hAnsi="Gentium Plus"/>
          <w:sz w:val="24"/>
        </w:rPr>
        <w:t>ἀφλέγμαντος, πραϋντική, πεπτικὴ φυμάτων δυσπέπτων. καὶ ἡ ῥίζα δ’ αὐτῆς καὶ τὸ σπέρμα τὰ μὲν ἄλλα ὁμοίως ἐνεργεῖ τῇ πόᾳ, λεπτο‐</w:t>
      </w:r>
    </w:p>
    <w:p>
      <w:r>
        <w:rPr>
          <w:rFonts w:ascii="Courier New" w:hAnsi="Courier New"/>
          <w:color w:val="555555"/>
          <w:sz w:val="20"/>
        </w:rPr>
        <w:t>[2 1,epsilon 3]</w:t>
      </w:r>
    </w:p>
    <w:p>
      <w:r>
        <w:rPr>
          <w:rFonts w:ascii="Gentium Plus" w:hAnsi="Gentium Plus"/>
          <w:sz w:val="24"/>
        </w:rPr>
        <w:t>τοὺς ἐν νεφροῖς λίθους διαιρεῖ. τὸ δὲ τῆς ῥίζης ἀφέψημα καὶ πρὸς δυσεντερίαν καὶ διάρροιαν καὶ πρὸς αἵματος ἀναγωγὴν ὠφέλιμόν ἐστιν,</w:t>
      </w:r>
    </w:p>
    <w:p>
      <w:r>
        <w:rPr>
          <w:rFonts w:ascii="Courier New" w:hAnsi="Courier New"/>
          <w:color w:val="555555"/>
          <w:sz w:val="20"/>
        </w:rPr>
        <w:t>[2 1,epsilon 4]</w:t>
      </w:r>
    </w:p>
    <w:p>
      <w:r>
        <w:rPr>
          <w:rFonts w:ascii="Gentium Plus" w:hAnsi="Gentium Plus"/>
          <w:sz w:val="24"/>
        </w:rPr>
        <w:t>ὡς ἐχούσης τινὰ δύναμιν στυπτικήν. —Ἐλαίας οἱ μὲν θαλλοὶ τοσοῦ‐ τον μετέχουσι ψύξεως ὅσον καὶ στύψεως· ὁ δὲ καρπὸς ὁ ἀκριβῶς πέπειρος θερμὸς συμμέτρως ἐστίν, ὁ δ’ ἄωρός ἐστι στυπτικώτερος καὶ</w:t>
      </w:r>
    </w:p>
    <w:p>
      <w:r>
        <w:rPr>
          <w:rFonts w:ascii="Courier New" w:hAnsi="Courier New"/>
          <w:color w:val="555555"/>
          <w:sz w:val="20"/>
        </w:rPr>
        <w:t>[2 1,epsilon 5]</w:t>
      </w:r>
    </w:p>
    <w:p>
      <w:r>
        <w:rPr>
          <w:rFonts w:ascii="Gentium Plus" w:hAnsi="Gentium Plus"/>
          <w:sz w:val="24"/>
        </w:rPr>
        <w:t>ψυχρότερος. —Τὸ δ’ ἔλαιον τὸ ἐξ αὐτῶν ὑγραντικόν ἐστι συμμέτρως καὶ θερμόν· τὸ δ’ ἐκ δρυπεποῦς μάλιστα τοῦ καρποῦ γλυκὺ γινόμενον· τὸ δ’ ὠμοτριβὲς εἰς ὅσον στύψεως μετείληφεν, εἰς τοσοῦτον καὶ ψύξεως.</w:t>
      </w:r>
    </w:p>
    <w:p>
      <w:r>
        <w:rPr>
          <w:rFonts w:ascii="Courier New" w:hAnsi="Courier New"/>
          <w:color w:val="555555"/>
          <w:sz w:val="20"/>
        </w:rPr>
        <w:t>[2 1,epsilon 6]</w:t>
      </w:r>
    </w:p>
    <w:p>
      <w:r>
        <w:rPr>
          <w:rFonts w:ascii="Gentium Plus" w:hAnsi="Gentium Plus"/>
          <w:sz w:val="24"/>
        </w:rPr>
        <w:t>τὸ δὲ παλαιὸν ἔλαιον τὸ ἐκ τοῦ γλυκέος θερμότερόν τε καὶ διαφορη‐ τικώτερόν ἐστι· καὶ τὸ ἐκ τοῦ ὠμοτριβοῦς δέ, ἐπειδὰν ἀποβάλλῃ τε‐</w:t>
      </w:r>
    </w:p>
    <w:p>
      <w:r>
        <w:rPr>
          <w:rFonts w:ascii="Courier New" w:hAnsi="Courier New"/>
          <w:color w:val="555555"/>
          <w:sz w:val="20"/>
        </w:rPr>
        <w:t>[2 1,epsilon 7]</w:t>
      </w:r>
    </w:p>
    <w:p>
      <w:r>
        <w:rPr>
          <w:rFonts w:ascii="Gentium Plus" w:hAnsi="Gentium Plus"/>
          <w:sz w:val="24"/>
        </w:rPr>
        <w:t>λέως τὴν στῦψιν, ὁμοιοῦται τῷ ἄλλῳ. τὸ δὲ λεπτομερές (τοιοῦτον δ’ ἐστὶ τό τε καθαρὸν καὶ διαυγὲς ὁρῶντι, κἀπειδὰν ὀλίγον ληφθὲν ἐπὶ πλεῖστον ἐκτείνηται τοῦ σώματος ἑαυτῷ μένον συνεχὲς ἀναπίνηταί τε πρὸς τοῦ χρωτός) ἡγεῖσθαι κάλλιστόν τε καὶ τὴν ἐλαίου μάλιστα</w:t>
      </w:r>
    </w:p>
    <w:p>
      <w:r>
        <w:rPr>
          <w:rFonts w:ascii="Courier New" w:hAnsi="Courier New"/>
          <w:color w:val="555555"/>
          <w:sz w:val="20"/>
        </w:rPr>
        <w:t>[2 1,epsilon 8]</w:t>
      </w:r>
    </w:p>
    <w:p>
      <w:r>
        <w:rPr>
          <w:rFonts w:ascii="Gentium Plus" w:hAnsi="Gentium Plus"/>
          <w:sz w:val="24"/>
        </w:rPr>
        <w:t>κεκτημένον ἀρετήν. —Ἐλλέβορος ἑκάτερος ῥυπτικῆς τε ἅμα καὶ θερ‐ μῆς δυνάμεώς ἐστι· διὸ καὶ πρὸς ἀλφοὺς καὶ ψώρας καὶ λέπρας καὶ</w:t>
      </w:r>
    </w:p>
    <w:p>
      <w:r>
        <w:rPr>
          <w:rFonts w:ascii="Courier New" w:hAnsi="Courier New"/>
          <w:color w:val="555555"/>
          <w:sz w:val="20"/>
        </w:rPr>
        <w:t>[2 1,epsilon 9]</w:t>
      </w:r>
    </w:p>
    <w:p>
      <w:r>
        <w:rPr>
          <w:rFonts w:ascii="Gentium Plus" w:hAnsi="Gentium Plus"/>
          <w:sz w:val="24"/>
        </w:rPr>
        <w:t>λειχῆνας ἁρμόττουσιν. καὶ μὲν δὴ καὶ εἰς σύριγγα τετυλωμένην ὁ μέλας καθιέμενος ἐν δύο που καὶ τρισὶν ἡμέραις ἀφίστησιν αὐτῆς τὸν τύλον· καὶ ὀδόντας δὲ σὺν ὄξει διακλυζόμενος ὀνίνησι θερμαίνων καὶ ξηραί‐</w:t>
      </w:r>
    </w:p>
    <w:p>
      <w:r>
        <w:rPr>
          <w:rFonts w:ascii="Courier New" w:hAnsi="Courier New"/>
          <w:color w:val="555555"/>
          <w:sz w:val="20"/>
        </w:rPr>
        <w:t>[2 1,epsilon 10]</w:t>
      </w:r>
    </w:p>
    <w:p>
      <w:r>
        <w:rPr>
          <w:rFonts w:ascii="Gentium Plus" w:hAnsi="Gentium Plus"/>
          <w:sz w:val="24"/>
        </w:rPr>
        <w:t>νων σφοδρῶς. —Ἑλξίνη, ἔνιοι δὲ περδίκιον· ἡ δύναμις αὐτῆς ῥυπτική τε καὶ ἀτρέμα στυπτικὴ μεθ’ ὑγρότητος ὑποψύχρου, ὅθεν ἰᾶται φλεγ‐ μονὰς πάσας ἐν ἀρχῇ τε καὶ ἀναβάσει μέχρι τῆς ἀκμῆς, καὶ μάλιστα</w:t>
      </w:r>
    </w:p>
    <w:p>
      <w:r>
        <w:rPr>
          <w:rFonts w:ascii="Courier New" w:hAnsi="Courier New"/>
          <w:color w:val="555555"/>
          <w:sz w:val="20"/>
        </w:rPr>
        <w:t>[2 1,epsilon 11]</w:t>
      </w:r>
    </w:p>
    <w:p>
      <w:r>
        <w:rPr>
          <w:rFonts w:ascii="Gentium Plus" w:hAnsi="Gentium Plus"/>
          <w:sz w:val="24"/>
        </w:rPr>
        <w:t>τὰς θερμάς· καὶ μὲν δὴ καὶ ἀρχομένοις φυγέθλοις ἐπιπλάττεται. καὶ ὁ χυλὸς δ’ αὐτῆς μετὰ ῥοδίνου πρὸς ὤτων ἀλγήματα φλεγμαινώδη</w:t>
      </w:r>
    </w:p>
    <w:p>
      <w:r>
        <w:rPr>
          <w:rFonts w:ascii="Courier New" w:hAnsi="Courier New"/>
          <w:color w:val="555555"/>
          <w:sz w:val="20"/>
        </w:rPr>
        <w:t>[2 1,epsilon 12]</w:t>
      </w:r>
    </w:p>
    <w:p>
      <w:r>
        <w:rPr>
          <w:rFonts w:ascii="Gentium Plus" w:hAnsi="Gentium Plus"/>
          <w:sz w:val="24"/>
        </w:rPr>
        <w:t>μετρίως ποιεῖ. —Ἔλυμος ἡ μελίνη ξηραντική ἐστιν· ἵστησι γοῦν καὶ</w:t>
      </w:r>
    </w:p>
    <w:p>
      <w:r>
        <w:rPr>
          <w:rFonts w:ascii="Courier New" w:hAnsi="Courier New"/>
          <w:color w:val="555555"/>
          <w:sz w:val="20"/>
        </w:rPr>
        <w:t>[2 1,epsilon 13]</w:t>
      </w:r>
    </w:p>
    <w:p>
      <w:r>
        <w:rPr>
          <w:rFonts w:ascii="Gentium Plus" w:hAnsi="Gentium Plus"/>
          <w:sz w:val="24"/>
        </w:rPr>
        <w:t>τὰ κατὰ γαστέρα ῥεύματα, καθάπερ ὁ κέγχρος. εἰ δ’ ἔξωθεν ἐπι‐</w:t>
      </w:r>
    </w:p>
    <w:p>
      <w:r>
        <w:rPr>
          <w:rFonts w:ascii="Courier New" w:hAnsi="Courier New"/>
          <w:color w:val="555555"/>
          <w:sz w:val="20"/>
        </w:rPr>
        <w:t>[2 1,epsilon 14]</w:t>
      </w:r>
    </w:p>
    <w:p>
      <w:r>
        <w:rPr>
          <w:rFonts w:ascii="Gentium Plus" w:hAnsi="Gentium Plus"/>
          <w:sz w:val="24"/>
        </w:rPr>
        <w:t>πλασθείη, ξηραίνει καὶ ψύχει. —Ἐρέβινθος γάλακτος καὶ σπέρματός</w:t>
      </w:r>
    </w:p>
    <w:p>
      <w:r>
        <w:rPr>
          <w:rFonts w:ascii="Courier New" w:hAnsi="Courier New"/>
          <w:color w:val="555555"/>
          <w:sz w:val="20"/>
        </w:rPr>
        <w:t>[2 1,epsilon 15]</w:t>
      </w:r>
    </w:p>
    <w:p>
      <w:r>
        <w:rPr>
          <w:rFonts w:ascii="Gentium Plus" w:hAnsi="Gentium Plus"/>
          <w:sz w:val="24"/>
        </w:rPr>
        <w:t>ἐστι γεννητικός· προτρέπει δὲ καὶ καταμήνια. εἰσὶ δ’ οἱ κριοὶ καλού‐</w:t>
      </w:r>
    </w:p>
    <w:p>
      <w:r>
        <w:rPr>
          <w:rFonts w:ascii="Courier New" w:hAnsi="Courier New"/>
          <w:color w:val="555555"/>
          <w:sz w:val="20"/>
        </w:rPr>
        <w:t>[2 1,epsilon 16]</w:t>
      </w:r>
    </w:p>
    <w:p>
      <w:r>
        <w:rPr>
          <w:rFonts w:ascii="Gentium Plus" w:hAnsi="Gentium Plus"/>
          <w:sz w:val="24"/>
        </w:rPr>
        <w:t>μενοι τῶν ἄλλων οὐρητικώτεροι. τὸ δ’ ἀφέψημα αὐτῶν καὶ λίθους</w:t>
      </w:r>
    </w:p>
    <w:p>
      <w:r>
        <w:rPr>
          <w:rFonts w:ascii="Courier New" w:hAnsi="Courier New"/>
          <w:color w:val="555555"/>
          <w:sz w:val="20"/>
        </w:rPr>
        <w:t>[2 1,epsilon 17]</w:t>
      </w:r>
    </w:p>
    <w:p>
      <w:r>
        <w:rPr>
          <w:rFonts w:ascii="Gentium Plus" w:hAnsi="Gentium Plus"/>
          <w:sz w:val="24"/>
        </w:rPr>
        <w:t>τοὺς ἐν τοῖς νεφροῖς θρύπτει, καὶ μάλιστα τὸ τῶν μελάνων. τὸ δ’ ἕτερον γένος τῶν ἐρεβίνθων καλοῦνται μὲν ὀροβίαι, δυνάμεως δ’ εἰσὶν ἐπισπαστικῆς, διαφορητικῆς, τμητικῆς, ῥυπτικῆς· εἰσὶ γὰρ θερμοὶ μὲν</w:t>
      </w:r>
    </w:p>
    <w:p>
      <w:r>
        <w:rPr>
          <w:rFonts w:ascii="Courier New" w:hAnsi="Courier New"/>
          <w:color w:val="555555"/>
          <w:sz w:val="20"/>
        </w:rPr>
        <w:t>[2 1,epsilon 18]</w:t>
      </w:r>
    </w:p>
    <w:p>
      <w:r>
        <w:rPr>
          <w:rFonts w:ascii="Gentium Plus" w:hAnsi="Gentium Plus"/>
          <w:sz w:val="24"/>
        </w:rPr>
        <w:t>καὶ μετρίως ὑγροί. μετέχουσι δὲ καὶ πικρότητος, δι’ ἣν καὶ ἧπαρ καὶ σπλῆνα καὶ νεφροὺς ἐκκαθαίρουσι καὶ ψώρας καὶ λειχῆνας ἀπορρύπτουσι καὶ παρωτίδας καὶ διδύμους σκιρρουμένους διαφοροῦσι καὶ τὰ κακοήθη</w:t>
      </w:r>
    </w:p>
    <w:p>
      <w:r>
        <w:rPr>
          <w:rFonts w:ascii="Courier New" w:hAnsi="Courier New"/>
          <w:color w:val="555555"/>
          <w:sz w:val="20"/>
        </w:rPr>
        <w:t>[2 1,epsilon 19]</w:t>
      </w:r>
    </w:p>
    <w:p>
      <w:r>
        <w:rPr>
          <w:rFonts w:ascii="Gentium Plus" w:hAnsi="Gentium Plus"/>
          <w:sz w:val="24"/>
        </w:rPr>
        <w:t>τῶν ἑλκῶν ἰῶνται μετὰ μέλιτος. —Ἕρπυλλον θερμαντικῆς εἰς τοσοῦ‐</w:t>
      </w:r>
    </w:p>
    <w:p>
      <w:r>
        <w:rPr>
          <w:rFonts w:ascii="Courier New" w:hAnsi="Courier New"/>
          <w:color w:val="555555"/>
          <w:sz w:val="20"/>
        </w:rPr>
        <w:t>[2 1,epsilon 20]</w:t>
      </w:r>
    </w:p>
    <w:p>
      <w:r>
        <w:rPr>
          <w:rFonts w:ascii="Gentium Plus" w:hAnsi="Gentium Plus"/>
          <w:sz w:val="24"/>
        </w:rPr>
        <w:t>τόν ἐστι δυνάμεως ὡς καταμήνια καὶ οὖρα κινεῖν. —Ἔρια τὰ μὲν ῥυπαρὰ τὰ καλούμενα οἰσυπηρὰ ἐπιτιθέμενα κατὰ τῶν τεθλασμένων καὶ συντετριμμένων μορίων συνεργεῖ ταῖς ἐπιβροχαῖς πρὸς τὴν ὠφέ‐ λειαν· τὰ δὲ καθαρὰ καυθέντα δύναμιν ἔχει δριμεῖάν τε καὶ θερμὴν</w:t>
      </w:r>
    </w:p>
    <w:p>
      <w:r>
        <w:rPr>
          <w:rFonts w:ascii="Courier New" w:hAnsi="Courier New"/>
          <w:color w:val="555555"/>
          <w:sz w:val="20"/>
        </w:rPr>
        <w:t>[5]</w:t>
      </w:r>
    </w:p>
    <w:p>
      <w:r>
        <w:rPr>
          <w:rFonts w:ascii="Gentium Plus" w:hAnsi="Gentium Plus"/>
          <w:sz w:val="24"/>
        </w:rPr>
        <w:t>ἅμα λεπτομερείᾳ, ὥστε καὶ τὰς πλαδαρὰς σάρκας ἐπὶ τῶν ἑλκῶν ἀπο‐</w:t>
      </w:r>
    </w:p>
    <w:p>
      <w:r>
        <w:rPr>
          <w:rFonts w:ascii="Courier New" w:hAnsi="Courier New"/>
          <w:color w:val="555555"/>
          <w:sz w:val="20"/>
        </w:rPr>
        <w:t>[2 1,epsilon 21]</w:t>
      </w:r>
    </w:p>
    <w:p>
      <w:r>
        <w:rPr>
          <w:rFonts w:ascii="Gentium Plus" w:hAnsi="Gentium Plus"/>
          <w:sz w:val="24"/>
        </w:rPr>
        <w:t>τήκειν τάχιστα. καίεται δὲ καθάπερ καὶ τῶν ἄλλων τὰ πλεῖστα, και‐ νῆς χύτρας πληρουμένης ἐξ αὐτῶν, εἶτα πωμαζομένης ὀπὰς πλείονας</w:t>
      </w:r>
    </w:p>
    <w:p>
      <w:r>
        <w:rPr>
          <w:rFonts w:ascii="Courier New" w:hAnsi="Courier New"/>
          <w:color w:val="555555"/>
          <w:sz w:val="20"/>
        </w:rPr>
        <w:t>[2 1,epsilon 22]</w:t>
      </w:r>
    </w:p>
    <w:p>
      <w:r>
        <w:rPr>
          <w:rFonts w:ascii="Gentium Plus" w:hAnsi="Gentium Plus"/>
          <w:sz w:val="24"/>
        </w:rPr>
        <w:t>ἔχοντι τῷ πώματι. —Εὐπατόριος ἡ πόα λεπτομεροῦς καὶ ῥυπτικῆς καὶ στυπτικῆς καὶ τμητικῆς ἐστι δυνάμεως ἄνευ θερμότητος ἐπιφανοῦς·</w:t>
      </w:r>
    </w:p>
    <w:p>
      <w:r>
        <w:rPr>
          <w:rFonts w:ascii="Courier New" w:hAnsi="Courier New"/>
          <w:color w:val="555555"/>
          <w:sz w:val="20"/>
        </w:rPr>
        <w:t>[2 1,epsilon 23]</w:t>
      </w:r>
    </w:p>
    <w:p>
      <w:r>
        <w:rPr>
          <w:rFonts w:ascii="Gentium Plus" w:hAnsi="Gentium Plus"/>
          <w:sz w:val="24"/>
        </w:rPr>
        <w:t>ὅθεν καὶ τὰς καθ’ ἧπαρ ἐμφράξεις ἀποκαθαίρει. μετέχει δὲ καὶ στύ‐</w:t>
      </w:r>
    </w:p>
    <w:p>
      <w:r>
        <w:rPr>
          <w:rFonts w:ascii="Courier New" w:hAnsi="Courier New"/>
          <w:color w:val="555555"/>
          <w:sz w:val="20"/>
        </w:rPr>
        <w:t>[2 1,epsilon 24]</w:t>
      </w:r>
    </w:p>
    <w:p>
      <w:r>
        <w:rPr>
          <w:rFonts w:ascii="Gentium Plus" w:hAnsi="Gentium Plus"/>
          <w:sz w:val="24"/>
        </w:rPr>
        <w:t>ψεως βραχείας, δι’ ἣν καὶ τόνον ἐντίθησι τῷ σπλάγχνῳ. —Εὐφόρβιον</w:t>
      </w:r>
    </w:p>
    <w:p>
      <w:r>
        <w:rPr>
          <w:rFonts w:ascii="Courier New" w:hAnsi="Courier New"/>
          <w:color w:val="555555"/>
          <w:sz w:val="20"/>
        </w:rPr>
        <w:t>[2 1,epsilon 25]</w:t>
      </w:r>
    </w:p>
    <w:p>
      <w:r>
        <w:rPr>
          <w:rFonts w:ascii="Gentium Plus" w:hAnsi="Gentium Plus"/>
          <w:sz w:val="24"/>
        </w:rPr>
        <w:t>καυστικῆς ἐστι καὶ λεπτομεροῦς δυνάμεως. —Ἐχίδνης αἱ σάρκες ἀρ‐ τυόμεναι ὡς ἐγχέλεις ἐλαίῳ καὶ ἁλσὶ καὶ ἀνήθῳ καὶ πράσῳ καὶ ὕδατι συμμέτρῳ καὶ ἐσθιόμεναι πᾶν ἐκκαθαίρουσι τὸ σῶμα διὰ τοῦ δέρματος</w:t>
      </w:r>
    </w:p>
    <w:p>
      <w:r>
        <w:rPr>
          <w:rFonts w:ascii="Courier New" w:hAnsi="Courier New"/>
          <w:color w:val="555555"/>
          <w:sz w:val="20"/>
        </w:rPr>
        <w:t>[2 1,epsilon 26]</w:t>
      </w:r>
    </w:p>
    <w:p>
      <w:r>
        <w:rPr>
          <w:rFonts w:ascii="Gentium Plus" w:hAnsi="Gentium Plus"/>
          <w:sz w:val="24"/>
        </w:rPr>
        <w:t>οὕτως ὡς τοὺς ἐλεφαντιῶντας ἰᾶσθαι. ἐπεὶ δ’ ἔνιοι τῶν φαγόντων δίψει ἑάλωσαν σφοδροτάτῳ, φεύγειν χρὴ τὰς παρὰ τῇ θαλάσσῃ καὶ</w:t>
      </w:r>
    </w:p>
    <w:p>
      <w:r>
        <w:rPr>
          <w:rFonts w:ascii="Courier New" w:hAnsi="Courier New"/>
          <w:color w:val="555555"/>
          <w:sz w:val="20"/>
        </w:rPr>
        <w:t>[2 1,epsilon 27]</w:t>
      </w:r>
    </w:p>
    <w:p>
      <w:r>
        <w:rPr>
          <w:rFonts w:ascii="Gentium Plus" w:hAnsi="Gentium Plus"/>
          <w:sz w:val="24"/>
        </w:rPr>
        <w:t>τόποις ἁλμυρίδας ἔχουσι διαιτωμένας· ἁλμυρὰν γὰρ ἔχουσι τὴν σάρκα· καλοῦσι δ’ αὐτὰς διψακούς. ἔστιν οὖν ἡ σὰρξ τῶν ἐχιδνῶν ξηραντικὴ δυνάμει μετρίως· ἐπείγεται δέ, ὡς ἔοικεν, ἡ δύναμις αὐτῆς ἐπὶ τὸ δέρμα, διὰ τούτου κενοῦσα τὰ κατὰ τὸ σῶμα περιττώματα δαψιλῆ·</w:t>
      </w:r>
    </w:p>
    <w:p>
      <w:r>
        <w:rPr>
          <w:rFonts w:ascii="Courier New" w:hAnsi="Courier New"/>
          <w:color w:val="555555"/>
          <w:sz w:val="20"/>
        </w:rPr>
        <w:t>[5]</w:t>
      </w:r>
    </w:p>
    <w:p>
      <w:r>
        <w:rPr>
          <w:rFonts w:ascii="Gentium Plus" w:hAnsi="Gentium Plus"/>
          <w:sz w:val="24"/>
        </w:rPr>
        <w:t>καὶ τοῦ δέρματος ἀφίσταται καὶ ἀποπίπτει καθάπερ τις λοπὸς ἡ ἐπι‐ δερμὶς ὀνομαζομένη, καθ’ ἣν αἵ τε ψῶραι καὶ αἱ λέπραι καὶ οἱ ἐλέ‐ φαντες γίνονται.</w:t>
      </w:r>
    </w:p>
    <w:p>
      <w:r>
        <w:rPr>
          <w:rFonts w:ascii="Courier New" w:hAnsi="Courier New"/>
          <w:color w:val="555555"/>
          <w:sz w:val="20"/>
        </w:rPr>
        <w:t>[2 1,zeta 1]</w:t>
      </w:r>
    </w:p>
    <w:p>
      <w:r>
        <w:rPr>
          <w:rFonts w:ascii="Gentium Plus" w:hAnsi="Gentium Plus"/>
          <w:sz w:val="24"/>
        </w:rPr>
        <w:t>Ζύμη λεπτομερής ἐστι καὶ μετρίως θερμή· διὰ τοῦτο τοίνυν ἀδή‐ κτως τε καὶ ἀλύπως ἐπισπᾶταί τε ἅμα ἐκ τοῦ βάθους καὶ διαφορεῖ.</w:t>
      </w:r>
    </w:p>
    <w:p>
      <w:r>
        <w:rPr>
          <w:rFonts w:ascii="Courier New" w:hAnsi="Courier New"/>
          <w:color w:val="555555"/>
          <w:sz w:val="20"/>
        </w:rPr>
        <w:t>[2 1,eta 1]</w:t>
      </w:r>
    </w:p>
    <w:p>
      <w:r>
        <w:rPr>
          <w:rFonts w:ascii="Gentium Plus" w:hAnsi="Gentium Plus"/>
          <w:sz w:val="24"/>
        </w:rPr>
        <w:t>Ἡδύοσμος (ἔνιοι 〈δὲ〉 μίνθην) θερμὴ τὴν δύναμίν ἐστι σφοδρῶς· διὰ δὲ τὴν ἐκ τοῦ κηπεύεσθαι προσοῦσαν ὑγρότητα πρὸς ἀφροδίσια</w:t>
      </w:r>
    </w:p>
    <w:p>
      <w:r>
        <w:rPr>
          <w:rFonts w:ascii="Courier New" w:hAnsi="Courier New"/>
          <w:color w:val="555555"/>
          <w:sz w:val="20"/>
        </w:rPr>
        <w:t>[2 1,eta 2]</w:t>
      </w:r>
    </w:p>
    <w:p>
      <w:r>
        <w:rPr>
          <w:rFonts w:ascii="Gentium Plus" w:hAnsi="Gentium Plus"/>
          <w:sz w:val="24"/>
        </w:rPr>
        <w:t>παρορμᾷ μετρίως. ἔχει δέ τι καὶ πικρόν, ᾧ τὰς ἕλμινθας ἀναιρεῖ, καὶ στρυφνὴ δ’ ἐστί. δι’ ὀξυκράτου πινομένη τὰς προσφάτους αἵμα‐</w:t>
      </w:r>
    </w:p>
    <w:p>
      <w:r>
        <w:rPr>
          <w:rFonts w:ascii="Courier New" w:hAnsi="Courier New"/>
          <w:color w:val="555555"/>
          <w:sz w:val="20"/>
        </w:rPr>
        <w:t>[2 1,eta 3]</w:t>
      </w:r>
    </w:p>
    <w:p>
      <w:r>
        <w:rPr>
          <w:rFonts w:ascii="Gentium Plus" w:hAnsi="Gentium Plus"/>
          <w:sz w:val="24"/>
        </w:rPr>
        <w:t>τος ἀναγωγὰς ἐπέχει. καὶ λεπτομεροῦς δ’ ἐστὶν οὐσίας, εἴπερ τις καὶ</w:t>
      </w:r>
    </w:p>
    <w:p>
      <w:r>
        <w:rPr>
          <w:rFonts w:ascii="Courier New" w:hAnsi="Courier New"/>
          <w:color w:val="555555"/>
          <w:sz w:val="20"/>
        </w:rPr>
        <w:t>[2 1,theta 1]</w:t>
      </w:r>
    </w:p>
    <w:p>
      <w:r>
        <w:rPr>
          <w:rFonts w:ascii="Gentium Plus" w:hAnsi="Gentium Plus"/>
          <w:sz w:val="24"/>
        </w:rPr>
        <w:t>Θαψία δριμείας ἐστὶν ἰσχυρῶς καὶ θερμαντικῆς δυνάμεως σὺν ὑγρότητι· ἕλκει τοιγαροῦν ἐκ βάθους βιαίως καὶ αὐτὴ διαφορεῖ τὸ</w:t>
      </w:r>
    </w:p>
    <w:p>
      <w:r>
        <w:rPr>
          <w:rFonts w:ascii="Courier New" w:hAnsi="Courier New"/>
          <w:color w:val="555555"/>
          <w:sz w:val="20"/>
        </w:rPr>
        <w:t>[2 1,theta 2]</w:t>
      </w:r>
    </w:p>
    <w:p>
      <w:r>
        <w:rPr>
          <w:rFonts w:ascii="Gentium Plus" w:hAnsi="Gentium Plus"/>
          <w:sz w:val="24"/>
        </w:rPr>
        <w:t>ἑλχθέν· χρόνῳ δ’ ἐργάζεται πλείονι ταῦτα. —Θέρμος ὁ μὲν ἐσθιό‐ μενος τῶν ἐμπλαστικῶν ἐστι φαρμάκων· ὁ δὲ τὴν σύμφυτον ἔχων</w:t>
      </w:r>
    </w:p>
    <w:p>
      <w:r>
        <w:rPr>
          <w:rFonts w:ascii="Courier New" w:hAnsi="Courier New"/>
          <w:color w:val="555555"/>
          <w:sz w:val="20"/>
        </w:rPr>
        <w:t>[2 1,theta 3]</w:t>
      </w:r>
    </w:p>
    <w:p>
      <w:r>
        <w:rPr>
          <w:rFonts w:ascii="Gentium Plus" w:hAnsi="Gentium Plus"/>
          <w:sz w:val="24"/>
        </w:rPr>
        <w:t>πικρότητα ῥυπτικός τε καὶ διαφορητικὸς ὑπάρχει. ἀναιρεῖ δὲ καὶ ἕλμινθας ἐπιπλαττόμενός τε καὶ μετὰ μέλιτος ἐκλειχόμενος ἢ μετ’</w:t>
      </w:r>
    </w:p>
    <w:p>
      <w:r>
        <w:rPr>
          <w:rFonts w:ascii="Courier New" w:hAnsi="Courier New"/>
          <w:color w:val="555555"/>
          <w:sz w:val="20"/>
        </w:rPr>
        <w:t>[2 1,theta 4]</w:t>
      </w:r>
    </w:p>
    <w:p>
      <w:r>
        <w:rPr>
          <w:rFonts w:ascii="Gentium Plus" w:hAnsi="Gentium Plus"/>
          <w:sz w:val="24"/>
        </w:rPr>
        <w:t>ὀξυκράτου πινόμενος. οὐ μὴν ἀλλὰ καὶ τὸ ἀφέψημα αὐτοῦ τὰς ἕλμιν‐ θας ἐκβάλλειν πέφυκε· καὶ μέν γε καὶ καταντλούμενον ἔξωθεν ὀνίνησιν ἀλφούς, ἀχῶρας, ἐξανθήματα, ψώρας, γαγγραίνας, ἕλκη κακοήθη·</w:t>
      </w:r>
    </w:p>
    <w:p>
      <w:r>
        <w:rPr>
          <w:rFonts w:ascii="Courier New" w:hAnsi="Courier New"/>
          <w:color w:val="555555"/>
          <w:sz w:val="20"/>
        </w:rPr>
        <w:t>[2 1,theta 5]</w:t>
      </w:r>
    </w:p>
    <w:p>
      <w:r>
        <w:rPr>
          <w:rFonts w:ascii="Gentium Plus" w:hAnsi="Gentium Plus"/>
          <w:sz w:val="24"/>
        </w:rPr>
        <w:t>ξηραίνει γὰρ ἀδήκτως. ἐκκαθαίρει δὲ καὶ ἧπαρ καὶ σπλῆνα μετὰ πη‐</w:t>
      </w:r>
    </w:p>
    <w:p>
      <w:r>
        <w:rPr>
          <w:rFonts w:ascii="Courier New" w:hAnsi="Courier New"/>
          <w:color w:val="555555"/>
          <w:sz w:val="20"/>
        </w:rPr>
        <w:t>[2 1,theta 6]</w:t>
      </w:r>
    </w:p>
    <w:p>
      <w:r>
        <w:rPr>
          <w:rFonts w:ascii="Gentium Plus" w:hAnsi="Gentium Plus"/>
          <w:sz w:val="24"/>
        </w:rPr>
        <w:t>γάνου καὶ πεπέρεως. ἐπισπᾶται δὲ καὶ καταμήνια καὶ ἔμβρυα σὺν</w:t>
      </w:r>
    </w:p>
    <w:p>
      <w:r>
        <w:rPr>
          <w:rFonts w:ascii="Courier New" w:hAnsi="Courier New"/>
          <w:color w:val="555555"/>
          <w:sz w:val="20"/>
        </w:rPr>
        <w:t>[2 1,theta 7]</w:t>
      </w:r>
    </w:p>
    <w:p>
      <w:r>
        <w:rPr>
          <w:rFonts w:ascii="Gentium Plus" w:hAnsi="Gentium Plus"/>
          <w:sz w:val="24"/>
        </w:rPr>
        <w:t>μυρσίνῃ καὶ μέλιτι προστιθέμενον. ἔστι δὲ καὶ τὸ ἄλευρον τῶν θέρ‐ μων ἀδήκτως διαφορητικόν· οὐ γὰρ τὰ πελιδνὰ μόνον, ἀλλὰ καὶ χοι‐ ράδας καὶ φύματα σκληρὰ θεραπεύει· ἐν ὄξει δ’ ἑψεῖν αὐτὸ χρὴ τηνι‐</w:t>
      </w:r>
    </w:p>
    <w:p>
      <w:r>
        <w:rPr>
          <w:rFonts w:ascii="Courier New" w:hAnsi="Courier New"/>
          <w:color w:val="555555"/>
          <w:sz w:val="20"/>
        </w:rPr>
        <w:t>[2 1,theta 8]</w:t>
      </w:r>
    </w:p>
    <w:p>
      <w:r>
        <w:rPr>
          <w:rFonts w:ascii="Gentium Plus" w:hAnsi="Gentium Plus"/>
          <w:sz w:val="24"/>
        </w:rPr>
        <w:t>καῦτα ἢ ὀξυμέλιτι ἢ ὀξυκράτῳ. διαφορεῖ δὲ καὶ τὰ πελιδνά, καὶ τὰ ἄλλα ὅσα εἴρηται πρόσθεν καὶ τὸ ἀφέψημα δρᾶν, ἅπαντα καὶ τὸ ἄλευ‐</w:t>
      </w:r>
    </w:p>
    <w:p>
      <w:r>
        <w:rPr>
          <w:rFonts w:ascii="Courier New" w:hAnsi="Courier New"/>
          <w:color w:val="555555"/>
          <w:sz w:val="20"/>
        </w:rPr>
        <w:t>[2 1,theta 9]</w:t>
      </w:r>
    </w:p>
    <w:p>
      <w:r>
        <w:rPr>
          <w:rFonts w:ascii="Gentium Plus" w:hAnsi="Gentium Plus"/>
          <w:sz w:val="24"/>
        </w:rPr>
        <w:t>ρον ἐργάζεσθαι πέφυκεν. —Θεῖον πᾶν ἑλκτικῆς ἐστι δυνάμεως θερ‐ μόν τε ὂν καὶ λεπτομερές, ὡς πρὸς πολλὰ τῶν ἰοβόλων ἀνθίστασθαι.</w:t>
      </w:r>
    </w:p>
    <w:p>
      <w:r>
        <w:rPr>
          <w:rFonts w:ascii="Courier New" w:hAnsi="Courier New"/>
          <w:color w:val="555555"/>
          <w:sz w:val="20"/>
        </w:rPr>
        <w:t>[2 1,theta 10]</w:t>
      </w:r>
    </w:p>
    <w:p>
      <w:r>
        <w:rPr>
          <w:rFonts w:ascii="Gentium Plus" w:hAnsi="Gentium Plus"/>
          <w:sz w:val="24"/>
        </w:rPr>
        <w:t>καὶ ψώρας καὶ λέπρας καὶ λειχῆνας ἰᾶται μετὰ ῥητίνης τερμινθίνης· ἀπορρύπτει γὰρ καὶ τὰ τοιαῦτα πάθη πάντα χωρὶς τοῦ πρὸς τὸ βάθος</w:t>
      </w:r>
    </w:p>
    <w:p>
      <w:r>
        <w:rPr>
          <w:rFonts w:ascii="Courier New" w:hAnsi="Courier New"/>
          <w:color w:val="555555"/>
          <w:sz w:val="20"/>
        </w:rPr>
        <w:t>[2 1,theta 11]</w:t>
      </w:r>
    </w:p>
    <w:p>
      <w:r>
        <w:rPr>
          <w:rFonts w:ascii="Gentium Plus" w:hAnsi="Gentium Plus"/>
          <w:sz w:val="24"/>
        </w:rPr>
        <w:t>ἀποκρούεσθαι. —Θλάσπεως τὸ σπέρμα δριμὺ τὴν δύναμίν ἐστι· τὰ γοῦν ἐντὸς ἀποστήματα ῥήσσει ποτιζόμενον καὶ καταμήνια κινεῖ καὶ ἔμβρυα φθείρει καὶ δι’ ἕδρας ἐνιέμενον ἰσχιάδας ὀνίνησιν, αἱματώδη</w:t>
      </w:r>
    </w:p>
    <w:p>
      <w:r>
        <w:rPr>
          <w:rFonts w:ascii="Courier New" w:hAnsi="Courier New"/>
          <w:color w:val="555555"/>
          <w:sz w:val="20"/>
        </w:rPr>
        <w:t>[2 1,theta 12]</w:t>
      </w:r>
    </w:p>
    <w:p>
      <w:r>
        <w:rPr>
          <w:rFonts w:ascii="Gentium Plus" w:hAnsi="Gentium Plus"/>
          <w:sz w:val="24"/>
        </w:rPr>
        <w:t>κενοῦν. —Θρίδαξ ὑγρὸν καὶ ψυχρόν ἐστιν, οὐ μὴν ἐσχάτως· διὰ τοῦτο πρὸς μὲν τὰς θερμὰς φλεγμονὰς ἁρμόττει καὶ πρὸς τὰ μικρὰ</w:t>
      </w:r>
    </w:p>
    <w:p>
      <w:r>
        <w:rPr>
          <w:rFonts w:ascii="Courier New" w:hAnsi="Courier New"/>
          <w:color w:val="555555"/>
          <w:sz w:val="20"/>
        </w:rPr>
        <w:t>[2 1,theta 13,14]</w:t>
      </w:r>
    </w:p>
    <w:p>
      <w:r>
        <w:rPr>
          <w:rFonts w:ascii="Gentium Plus" w:hAnsi="Gentium Plus"/>
          <w:sz w:val="24"/>
        </w:rPr>
        <w:t>καὶ κοῦφα τῶν ἐρυσιπελάτων· ἔστι δὲ καὶ ἄδιψον ἔδεσμα. τὸ δὲ</w:t>
      </w:r>
    </w:p>
    <w:p>
      <w:r>
        <w:rPr>
          <w:rFonts w:ascii="Courier New" w:hAnsi="Courier New"/>
          <w:color w:val="555555"/>
          <w:sz w:val="20"/>
        </w:rPr>
        <w:t>[2 1,theta 14 (2)]</w:t>
      </w:r>
    </w:p>
    <w:p>
      <w:r>
        <w:rPr>
          <w:rFonts w:ascii="Gentium Plus" w:hAnsi="Gentium Plus"/>
          <w:sz w:val="24"/>
        </w:rPr>
        <w:t>σπέρμα πινόμενον ἐπέχει γονορροίας, ὅθεν καὶ τοῖς ὀνειρώττουσι δίδο‐</w:t>
      </w:r>
    </w:p>
    <w:p>
      <w:r>
        <w:rPr>
          <w:rFonts w:ascii="Courier New" w:hAnsi="Courier New"/>
          <w:color w:val="555555"/>
          <w:sz w:val="20"/>
        </w:rPr>
        <w:t>[2 1,theta 15]</w:t>
      </w:r>
    </w:p>
    <w:p>
      <w:r>
        <w:rPr>
          <w:rFonts w:ascii="Gentium Plus" w:hAnsi="Gentium Plus"/>
          <w:sz w:val="24"/>
        </w:rPr>
        <w:t>ται. —Θύμα θερμαίνει καὶ ξηραίνει σφοδρῶς καὶ τέμνει σαφῶς καὶ διὰ τοῦτο οὖρα καὶ καταμήνια κινεῖ καὶ ἔμβρυα κατασπᾷ καὶ τὰ σπλάγχνα διακαθαίρει πινόμενα ταῖς τε ἐκ θώρακος καὶ πνεύμονος ἀναπτύσεσι συνεργεῖ.</w:t>
      </w:r>
    </w:p>
    <w:p>
      <w:r>
        <w:rPr>
          <w:rFonts w:ascii="Courier New" w:hAnsi="Courier New"/>
          <w:color w:val="555555"/>
          <w:sz w:val="20"/>
        </w:rPr>
        <w:t>[2 1,iota 1]</w:t>
      </w:r>
    </w:p>
    <w:p>
      <w:r>
        <w:rPr>
          <w:rFonts w:ascii="Gentium Plus" w:hAnsi="Gentium Plus"/>
          <w:sz w:val="24"/>
        </w:rPr>
        <w:t>Ἰξὸς ἐκ τοῦ βάθους ἕλκει σφοδρῶς ὑγρότητας, οὐ τὰς λεπτὰς</w:t>
      </w:r>
    </w:p>
    <w:p>
      <w:r>
        <w:rPr>
          <w:rFonts w:ascii="Courier New" w:hAnsi="Courier New"/>
          <w:color w:val="555555"/>
          <w:sz w:val="20"/>
        </w:rPr>
        <w:t>[2 1,iota 2]</w:t>
      </w:r>
    </w:p>
    <w:p>
      <w:r>
        <w:rPr>
          <w:rFonts w:ascii="Gentium Plus" w:hAnsi="Gentium Plus"/>
          <w:sz w:val="24"/>
        </w:rPr>
        <w:t>μόνον, ἀλλὰ καὶ τὰς παχυτέρας, διαχεῖ τε καὶ διαφορεῖ. ἔστι δὲ τῶν οὐκ εὐθὺς ἐκθερμαινόντων φαρμάκων, ἀλλὰ χρόνου δεομένων, ὥσπερ</w:t>
      </w:r>
    </w:p>
    <w:p>
      <w:r>
        <w:rPr>
          <w:rFonts w:ascii="Courier New" w:hAnsi="Courier New"/>
          <w:color w:val="555555"/>
          <w:sz w:val="20"/>
        </w:rPr>
        <w:t>[2 1,iota 3]</w:t>
      </w:r>
    </w:p>
    <w:p>
      <w:r>
        <w:rPr>
          <w:rFonts w:ascii="Gentium Plus" w:hAnsi="Gentium Plus"/>
          <w:sz w:val="24"/>
        </w:rPr>
        <w:t>ἡ θαψία. —Ἴου τὰ μὲν φύλλα τὴν ὑδατώδη καὶ ὑπόψυχρον οὐσίαν ἐπικρατοῦσαν κέκτηται, καὶ διὰ τοῦτο καὶ καθ’ ἑαυτὰ καὶ μετ’ ἀλφί‐</w:t>
      </w:r>
    </w:p>
    <w:p>
      <w:r>
        <w:rPr>
          <w:rFonts w:ascii="Courier New" w:hAnsi="Courier New"/>
          <w:color w:val="555555"/>
          <w:sz w:val="20"/>
        </w:rPr>
        <w:t>[2 1,iota 4]</w:t>
      </w:r>
    </w:p>
    <w:p>
      <w:r>
        <w:rPr>
          <w:rFonts w:ascii="Gentium Plus" w:hAnsi="Gentium Plus"/>
          <w:sz w:val="24"/>
        </w:rPr>
        <w:t>των ἐπιπλαττόμενα τὰς θερμὰς φλεγμονὰς παρηγορεῖ. —Ἰὸς δριμεῖαν ἔχει ποιότητα, διαφορητικός τε καὶ καθαρτικὸς καὶ σμηκτικὸς ὢν οὐχ</w:t>
      </w:r>
    </w:p>
    <w:p>
      <w:r>
        <w:rPr>
          <w:rFonts w:ascii="Courier New" w:hAnsi="Courier New"/>
          <w:color w:val="555555"/>
          <w:sz w:val="20"/>
        </w:rPr>
        <w:t>[2 1,iota 5]</w:t>
      </w:r>
    </w:p>
    <w:p>
      <w:r>
        <w:rPr>
          <w:rFonts w:ascii="Gentium Plus" w:hAnsi="Gentium Plus"/>
          <w:sz w:val="24"/>
        </w:rPr>
        <w:t>ἁπαλῆς μόνον, ἀλλὰ καὶ σκληρᾶς σαρκός. εἰ δέ τις αὐτοῦ μίξειεν ὀλίγον κηρωτῇ πολλῇ, ῥυπτικὸν ἀδήκτως γίνεται τὸ μιχθὲν ἐξ ἀμφοῖν.</w:t>
      </w:r>
    </w:p>
    <w:p>
      <w:r>
        <w:rPr>
          <w:rFonts w:ascii="Courier New" w:hAnsi="Courier New"/>
          <w:color w:val="555555"/>
          <w:sz w:val="20"/>
        </w:rPr>
        <w:t>[2 1,iota 6]</w:t>
      </w:r>
    </w:p>
    <w:p>
      <w:r>
        <w:rPr>
          <w:rFonts w:ascii="Gentium Plus" w:hAnsi="Gentium Plus"/>
          <w:sz w:val="24"/>
        </w:rPr>
        <w:t>—Ἵππουρις στυπτικὴν μετὰ πικρότητος ἔχει ποιότητα καὶ διὰ τοῦτο</w:t>
      </w:r>
    </w:p>
    <w:p>
      <w:r>
        <w:rPr>
          <w:rFonts w:ascii="Courier New" w:hAnsi="Courier New"/>
          <w:color w:val="555555"/>
          <w:sz w:val="20"/>
        </w:rPr>
        <w:t>[2 1,iota 7]</w:t>
      </w:r>
    </w:p>
    <w:p>
      <w:r>
        <w:rPr>
          <w:rFonts w:ascii="Gentium Plus" w:hAnsi="Gentium Plus"/>
          <w:sz w:val="24"/>
        </w:rPr>
        <w:t>ξηραντικὴν ἰσχυρῶς τε ἅμα καὶ ἀδήκτως. τραύματά τε οὖν τὰ μέγιστα καταπλαττομένη κολλᾷ, κἂν νεῦρα διατετμημένα τύχῃ, καὶ τὰς ἐν‐ τεροκήλας ὀνίνησιν· ἀλλὰ καὶ πρὸς τὰς ἀναγωγὰς τοῦ αἵματος καὶ πρὸς τὸν ῥοῦν τὸν γυναικεῖον καὶ μάλιστα τὸν ἐρυθρόν, ἔτι δὲ δυσ‐</w:t>
      </w:r>
    </w:p>
    <w:p>
      <w:r>
        <w:rPr>
          <w:rFonts w:ascii="Courier New" w:hAnsi="Courier New"/>
          <w:color w:val="555555"/>
          <w:sz w:val="20"/>
        </w:rPr>
        <w:t>[5]</w:t>
      </w:r>
    </w:p>
    <w:p>
      <w:r>
        <w:rPr>
          <w:rFonts w:ascii="Gentium Plus" w:hAnsi="Gentium Plus"/>
          <w:sz w:val="24"/>
        </w:rPr>
        <w:t>εντερίας καὶ τἄλλα τὰ κατὰ τὴν γαστέρα ῥεύματα γενναῖόν ἐστι φάρ‐</w:t>
      </w:r>
    </w:p>
    <w:p>
      <w:r>
        <w:rPr>
          <w:rFonts w:ascii="Courier New" w:hAnsi="Courier New"/>
          <w:color w:val="555555"/>
          <w:sz w:val="20"/>
        </w:rPr>
        <w:t>[2 1,iota 8]</w:t>
      </w:r>
    </w:p>
    <w:p>
      <w:r>
        <w:rPr>
          <w:rFonts w:ascii="Gentium Plus" w:hAnsi="Gentium Plus"/>
          <w:sz w:val="24"/>
        </w:rPr>
        <w:t>μακον ἡ πόα πινομένη δι’ ὕδατος ἢ οἴνου. ὁ δὲ χυλὸς αὐτῆς αἱμορ‐ ραγίας τε τὰς ἐκ ῥινῶν ὠφελεῖ καὶ τὰ κατὰ τὴν γαστέρα ῥοώδη πάθη σύν τινι τῶν αὐστηρῶν οἴνων πινόμενος ἢ καὶ δι’ ὕδατος, ἂν πυρέτ‐</w:t>
      </w:r>
    </w:p>
    <w:p>
      <w:r>
        <w:rPr>
          <w:rFonts w:ascii="Courier New" w:hAnsi="Courier New"/>
          <w:color w:val="555555"/>
          <w:sz w:val="20"/>
        </w:rPr>
        <w:t>[2 1,iota 9]</w:t>
      </w:r>
    </w:p>
    <w:p>
      <w:r>
        <w:rPr>
          <w:rFonts w:ascii="Gentium Plus" w:hAnsi="Gentium Plus"/>
          <w:sz w:val="24"/>
        </w:rPr>
        <w:t>τοντες τυγχάνωσιν. —Ἰσάτις ἥμερος, ᾗ οἱ βαφεῖς χρῶνται, ξηραντι‐ κῆς ἰσχυρῶς ἐστι δυνάμεως, οὐδέπω δακνούσης· ἔστι δὲ πικρά τε ἅμα καὶ στυπτική. ταύτῃ τοι καὶ τὰ μεγάλα τραύματα τῶν σκληρῶν σω‐ μάτων κολλᾷ, κἂν ἐν ταῖς τῶν μυῶν ὦσι κεφαλαῖς, καὶ κατὰ τῶν</w:t>
      </w:r>
    </w:p>
    <w:p>
      <w:r>
        <w:rPr>
          <w:rFonts w:ascii="Courier New" w:hAnsi="Courier New"/>
          <w:color w:val="555555"/>
          <w:sz w:val="20"/>
        </w:rPr>
        <w:t>[5]</w:t>
      </w:r>
    </w:p>
    <w:p>
      <w:r>
        <w:rPr>
          <w:rFonts w:ascii="Gentium Plus" w:hAnsi="Gentium Plus"/>
          <w:sz w:val="24"/>
        </w:rPr>
        <w:t>αἱμορραγούντων ὠφελίμως ἐπιπλάττεται καὶ τοὺς οἰδηματώδεις ὄγκους ἱκανῶς διαφορεῖ τε ἅμα καὶ προσστέλλει καὶ πρὸς ἅπαντα τὰ κακοήθη</w:t>
      </w:r>
    </w:p>
    <w:p>
      <w:r>
        <w:rPr>
          <w:rFonts w:ascii="Courier New" w:hAnsi="Courier New"/>
          <w:color w:val="555555"/>
          <w:sz w:val="20"/>
        </w:rPr>
        <w:t>[2 1,iota 10]</w:t>
      </w:r>
    </w:p>
    <w:p>
      <w:r>
        <w:rPr>
          <w:rFonts w:ascii="Gentium Plus" w:hAnsi="Gentium Plus"/>
          <w:sz w:val="24"/>
        </w:rPr>
        <w:t>ἕλκη δραστικῶς ἀνθίσταται. —Ἰτέας τοῖς φύλλοις χρήσαιτο ἄν τις</w:t>
      </w:r>
    </w:p>
    <w:p>
      <w:r>
        <w:rPr>
          <w:rFonts w:ascii="Courier New" w:hAnsi="Courier New"/>
          <w:color w:val="555555"/>
          <w:sz w:val="20"/>
        </w:rPr>
        <w:t>[2 1,iota 11]</w:t>
      </w:r>
    </w:p>
    <w:p>
      <w:r>
        <w:rPr>
          <w:rFonts w:ascii="Gentium Plus" w:hAnsi="Gentium Plus"/>
          <w:sz w:val="24"/>
        </w:rPr>
        <w:t>εἰς τραυμάτων ἐναίμων κόλλησιν. ἔστι δ’ αὐτά τε καὶ τὸ ἄνθος αὐτῆς</w:t>
      </w:r>
    </w:p>
    <w:p>
      <w:r>
        <w:rPr>
          <w:rFonts w:ascii="Courier New" w:hAnsi="Courier New"/>
          <w:color w:val="555555"/>
          <w:sz w:val="20"/>
        </w:rPr>
        <w:t>[2 1,iota 12]</w:t>
      </w:r>
    </w:p>
    <w:p>
      <w:r>
        <w:rPr>
          <w:rFonts w:ascii="Gentium Plus" w:hAnsi="Gentium Plus"/>
          <w:sz w:val="24"/>
        </w:rPr>
        <w:t>δυνάμεως ἀδήκτως ξηραντικῆς ἠρέμα καὶ στυφούσης. ἔνιοι δὲ καὶ χυλὸν ἐξ αὐτῶν ποιοῦντες ἄδηκτόν τε καὶ ξηραῖνον ἴσχουσι φάρμακον</w:t>
      </w:r>
    </w:p>
    <w:p>
      <w:r>
        <w:rPr>
          <w:rFonts w:ascii="Courier New" w:hAnsi="Courier New"/>
          <w:color w:val="555555"/>
          <w:sz w:val="20"/>
        </w:rPr>
        <w:t>[2 1,iota 13]</w:t>
      </w:r>
    </w:p>
    <w:p>
      <w:r>
        <w:rPr>
          <w:rFonts w:ascii="Gentium Plus" w:hAnsi="Gentium Plus"/>
          <w:sz w:val="24"/>
        </w:rPr>
        <w:t>εἰς πολλὰ χρήσιμον. καὶ ὁ φλοιὸς δὲ τοῦ δένδρου παραπλήσιος, πλὴν ὅσον ξηρότερος· ἀλλὰ τοῦτόν γε καίουσιν ἔνιοι καὶ χρῶνται τῇ τέφρᾳ</w:t>
      </w:r>
    </w:p>
    <w:p>
      <w:r>
        <w:rPr>
          <w:rFonts w:ascii="Courier New" w:hAnsi="Courier New"/>
          <w:color w:val="555555"/>
          <w:sz w:val="20"/>
        </w:rPr>
        <w:t>[2 1,iota 14]</w:t>
      </w:r>
    </w:p>
    <w:p>
      <w:r>
        <w:rPr>
          <w:rFonts w:ascii="Gentium Plus" w:hAnsi="Gentium Plus"/>
          <w:sz w:val="24"/>
        </w:rPr>
        <w:t>πρὸς ὅσαπερ ἂν ἰσχυρῶς δέωνται ξηραίνειν· τοὺς γοῦν καλουμένους ἥλους τε καὶ τύλους καὶ μυρμηκίας ἐξαίρουσιν αὐτὴν δεύοντες ὄξει δριμεῖ.</w:t>
      </w:r>
    </w:p>
    <w:p>
      <w:r>
        <w:rPr>
          <w:rFonts w:ascii="Courier New" w:hAnsi="Courier New"/>
          <w:color w:val="555555"/>
          <w:sz w:val="20"/>
        </w:rPr>
        <w:t>[2 1,kappa 1,2]</w:t>
      </w:r>
    </w:p>
    <w:p>
      <w:r>
        <w:rPr>
          <w:rFonts w:ascii="Gentium Plus" w:hAnsi="Gentium Plus"/>
          <w:sz w:val="24"/>
        </w:rPr>
        <w:t>Καλαμίνθη θερμὴ καὶ ξηρὰ σφοδρῶς ἐστι καὶ λεπτομερής. πινο‐</w:t>
      </w:r>
    </w:p>
    <w:p>
      <w:r>
        <w:rPr>
          <w:rFonts w:ascii="Courier New" w:hAnsi="Courier New"/>
          <w:color w:val="555555"/>
          <w:sz w:val="20"/>
        </w:rPr>
        <w:t>[2 1,kappa 2 (2)]</w:t>
      </w:r>
    </w:p>
    <w:p>
      <w:r>
        <w:rPr>
          <w:rFonts w:ascii="Gentium Plus" w:hAnsi="Gentium Plus"/>
          <w:sz w:val="24"/>
        </w:rPr>
        <w:t>μένη δ’ αὐτή τε καθ’ ἑαυτὴν ξηρὰ καὶ διὰ μελικράτου θερμαίνει τε σαφῶς καὶ ἱδρῶτας κινεῖ καὶ διαφορεῖ καὶ ξηραίνει τὸ σύμπαν σῶμα.</w:t>
      </w:r>
    </w:p>
    <w:p>
      <w:r>
        <w:rPr>
          <w:rFonts w:ascii="Courier New" w:hAnsi="Courier New"/>
          <w:color w:val="555555"/>
          <w:sz w:val="20"/>
        </w:rPr>
        <w:t>[2 1,kappa 3]</w:t>
      </w:r>
    </w:p>
    <w:p>
      <w:r>
        <w:rPr>
          <w:rFonts w:ascii="Gentium Plus" w:hAnsi="Gentium Plus"/>
          <w:sz w:val="24"/>
        </w:rPr>
        <w:t>〈διὰ〉 τοῦτο γοῦν αὐτῇ τινες ἐχρήσαντο καὶ πρὸς τὰ κατὰ περίοδον ῥίγη, ἔξωθεν μὲν ἀφέψοντες ἐλαίῳ καὶ συναλείφοντες ὅλον τὸ σῶμα μετὰ τρίψεως γενναίας, ἔσωθεν δὲ λαμβάνοντες, ὡς εἴρηται, καὶ μέν γε καὶ καταπλάττουσί τινες αὐτὴν κατ’ ἰσχίων ἐπὶ τῶν ἰσχιαδικῶν ὡς</w:t>
      </w:r>
    </w:p>
    <w:p>
      <w:r>
        <w:rPr>
          <w:rFonts w:ascii="Courier New" w:hAnsi="Courier New"/>
          <w:color w:val="555555"/>
          <w:sz w:val="20"/>
        </w:rPr>
        <w:t>[5]</w:t>
      </w:r>
    </w:p>
    <w:p>
      <w:r>
        <w:rPr>
          <w:rFonts w:ascii="Gentium Plus" w:hAnsi="Gentium Plus"/>
          <w:sz w:val="24"/>
        </w:rPr>
        <w:t>γενναῖον βοήθημα· καὶ γὰρ ἕλκει τὰ ἐκ τοῦ βάθους εἰς τὴν ἐκτὸς ἐπι‐ φάνειαν καὶ θερμαίνει σύμπαν τὸ ἄρθρον ἐπικαίει τε σαφῶς τὸ δέρμα καὶ τὰ καταμήνια πινομένη τε καὶ προστιθεμένη προκαλεῖται πάνυ</w:t>
      </w:r>
    </w:p>
    <w:p>
      <w:r>
        <w:rPr>
          <w:rFonts w:ascii="Courier New" w:hAnsi="Courier New"/>
          <w:color w:val="555555"/>
          <w:sz w:val="20"/>
        </w:rPr>
        <w:t>[2 1,kappa 4]</w:t>
      </w:r>
    </w:p>
    <w:p>
      <w:r>
        <w:rPr>
          <w:rFonts w:ascii="Gentium Plus" w:hAnsi="Gentium Plus"/>
          <w:sz w:val="24"/>
        </w:rPr>
        <w:t>δραστηρίως. ἀγαθὸν δὲ καὶ τῶν ἐλεφαντιώντων τὸ φάρμακον τῷ δια‐ φορεῖν καὶ λεπτύνειν ἰσχυρῶς καὶ τέμνειν τοὺς παχεῖς χυμούς· οὕτω</w:t>
      </w:r>
    </w:p>
    <w:p>
      <w:r>
        <w:rPr>
          <w:rFonts w:ascii="Courier New" w:hAnsi="Courier New"/>
          <w:color w:val="555555"/>
          <w:sz w:val="20"/>
        </w:rPr>
        <w:t>[2 1,kappa 5]</w:t>
      </w:r>
    </w:p>
    <w:p>
      <w:r>
        <w:rPr>
          <w:rFonts w:ascii="Gentium Plus" w:hAnsi="Gentium Plus"/>
          <w:sz w:val="24"/>
        </w:rPr>
        <w:t>δὲ καὶ οὐλὰς μελαίνας λαμπρύνει καὶ ὑπώπια διαφορεῖ. κάλλιον δ’ ἐπὶ τῶν τοιούτων ἕψοντας ἐν οἴνῳ καταπλάσσειν αὐτήν, καὶ χλωρὰν μᾶλλον ἢ ξηράν· ἰσχυροτέρα γὰρ ξηρανθεῖσα γίνεται καὶ καίειν ἑτοι‐</w:t>
      </w:r>
    </w:p>
    <w:p>
      <w:r>
        <w:rPr>
          <w:rFonts w:ascii="Courier New" w:hAnsi="Courier New"/>
          <w:color w:val="555555"/>
          <w:sz w:val="20"/>
        </w:rPr>
        <w:t>[2 1,kappa 6]</w:t>
      </w:r>
    </w:p>
    <w:p>
      <w:r>
        <w:rPr>
          <w:rFonts w:ascii="Gentium Plus" w:hAnsi="Gentium Plus"/>
          <w:sz w:val="24"/>
        </w:rPr>
        <w:t>μοτέρα. καὶ ἀσκαρίδας δὲ καὶ ἕλμινθας ὁ χυλὸς αὐτῆς ἐνιέμενός τε</w:t>
      </w:r>
    </w:p>
    <w:p>
      <w:r>
        <w:rPr>
          <w:rFonts w:ascii="Courier New" w:hAnsi="Courier New"/>
          <w:color w:val="555555"/>
          <w:sz w:val="20"/>
        </w:rPr>
        <w:t>[2 1,kappa 7]</w:t>
      </w:r>
    </w:p>
    <w:p>
      <w:r>
        <w:rPr>
          <w:rFonts w:ascii="Gentium Plus" w:hAnsi="Gentium Plus"/>
          <w:sz w:val="24"/>
        </w:rPr>
        <w:t>καὶ πινόμενος ἀναιρεῖν πέφυκεν. ὀνίνησι δὲ καὶ τοὺς ἀσθματικοὺς καὶ τοὺς ἰκτεριώδεις τῷ ῥύπτειν τε καὶ διακαθαίρειν τὰς κατὰ τὸ ἧπαρ</w:t>
      </w:r>
    </w:p>
    <w:p>
      <w:r>
        <w:rPr>
          <w:rFonts w:ascii="Courier New" w:hAnsi="Courier New"/>
          <w:color w:val="555555"/>
          <w:sz w:val="20"/>
        </w:rPr>
        <w:t>[2 1,kappa 8]</w:t>
      </w:r>
    </w:p>
    <w:p>
      <w:r>
        <w:rPr>
          <w:rFonts w:ascii="Gentium Plus" w:hAnsi="Gentium Plus"/>
          <w:sz w:val="24"/>
        </w:rPr>
        <w:t>ἐμφράξεις. ἔστι δ’ εἰς ἅπαντα τὰ εἰρημένα πρακτικωτέρα ἡ ὄρειος.</w:t>
      </w:r>
    </w:p>
    <w:p>
      <w:r>
        <w:rPr>
          <w:rFonts w:ascii="Courier New" w:hAnsi="Courier New"/>
          <w:color w:val="555555"/>
          <w:sz w:val="20"/>
        </w:rPr>
        <w:t>[2 1,kappa 9]</w:t>
      </w:r>
    </w:p>
    <w:p>
      <w:r>
        <w:rPr>
          <w:rFonts w:ascii="Gentium Plus" w:hAnsi="Gentium Plus"/>
          <w:sz w:val="24"/>
        </w:rPr>
        <w:t>—Καλάμου φραγμίτου ἡ ῥίζα ῥυπτικῆς μετέχει δυνάμεως οὐκ ὀλίγης,</w:t>
      </w:r>
    </w:p>
    <w:p>
      <w:r>
        <w:rPr>
          <w:rFonts w:ascii="Courier New" w:hAnsi="Courier New"/>
          <w:color w:val="555555"/>
          <w:sz w:val="20"/>
        </w:rPr>
        <w:t>[2 1,kappa 10]</w:t>
      </w:r>
    </w:p>
    <w:p>
      <w:r>
        <w:rPr>
          <w:rFonts w:ascii="Gentium Plus" w:hAnsi="Gentium Plus"/>
          <w:sz w:val="24"/>
        </w:rPr>
        <w:t>ἥκιστα δριμείας. τὰ μέντοι φύλλα τὰ χλωρὰ μετρίως ἐμψύχει, μετ‐</w:t>
      </w:r>
    </w:p>
    <w:p>
      <w:r>
        <w:rPr>
          <w:rFonts w:ascii="Courier New" w:hAnsi="Courier New"/>
          <w:color w:val="555555"/>
          <w:sz w:val="20"/>
        </w:rPr>
        <w:t>[2 1,kappa 11]</w:t>
      </w:r>
    </w:p>
    <w:p>
      <w:r>
        <w:rPr>
          <w:rFonts w:ascii="Gentium Plus" w:hAnsi="Gentium Plus"/>
          <w:sz w:val="24"/>
        </w:rPr>
        <w:t>έχοντα καὶ αὐτὰ τῆς ῥυπτικῆς δυνάμεως. ὁ φλοιὸς δ’ αὐτοῦ καυθεὶς λεπτομεροῦς ἱκανῶς καὶ διαφορητικῆς γίνεται δυνάμεως, ἔχων τι καὶ</w:t>
      </w:r>
    </w:p>
    <w:p>
      <w:r>
        <w:rPr>
          <w:rFonts w:ascii="Courier New" w:hAnsi="Courier New"/>
          <w:color w:val="555555"/>
          <w:sz w:val="20"/>
        </w:rPr>
        <w:t>[2 1,kappa 12]</w:t>
      </w:r>
    </w:p>
    <w:p>
      <w:r>
        <w:rPr>
          <w:rFonts w:ascii="Gentium Plus" w:hAnsi="Gentium Plus"/>
          <w:sz w:val="24"/>
        </w:rPr>
        <w:t>ῥυπτικὸν ὡς καὶ θερμαίνειν καὶ ξηραίνειν σφοδρῶς. —Καννάβεως ὁ καρπὸς ἄφυσός τε καὶ ξηραντικὸς εἰς τοσοῦτον ὡς, εἰ πλείων βρωθείη,</w:t>
      </w:r>
    </w:p>
    <w:p>
      <w:r>
        <w:rPr>
          <w:rFonts w:ascii="Courier New" w:hAnsi="Courier New"/>
          <w:color w:val="555555"/>
          <w:sz w:val="20"/>
        </w:rPr>
        <w:t>[2 1,kappa 13]</w:t>
      </w:r>
    </w:p>
    <w:p>
      <w:r>
        <w:rPr>
          <w:rFonts w:ascii="Gentium Plus" w:hAnsi="Gentium Plus"/>
          <w:sz w:val="24"/>
        </w:rPr>
        <w:t>ξηραίνει τὴν γονήν. —Κάπνιος δριμείας ἅμα καὶ πικρᾶς μετέχει ποι‐ ότητος· οὐκ ἀπήλλακται δὲ παντάπασιν οὐδὲ τῆς στρυφνῆς, ὅθεν οὖρά τε χολώδη προτρέπει πολλὰ καὶ τὰς καθ’ ἧπαρ ἐμφράξεις τε καὶ ἀτο‐</w:t>
      </w:r>
    </w:p>
    <w:p>
      <w:r>
        <w:rPr>
          <w:rFonts w:ascii="Courier New" w:hAnsi="Courier New"/>
          <w:color w:val="555555"/>
          <w:sz w:val="20"/>
        </w:rPr>
        <w:t>[2 1,kappa 14]</w:t>
      </w:r>
    </w:p>
    <w:p>
      <w:r>
        <w:rPr>
          <w:rFonts w:ascii="Gentium Plus" w:hAnsi="Gentium Plus"/>
          <w:sz w:val="24"/>
        </w:rPr>
        <w:t>νίας ἰᾶται. λαπάσσει δὲ καὶ γαστέρα ξηρὰ λεία μελικράτῳ ἐμπλασσο‐ μένη, καὶ τονοῖ στόμαχον ξηρὰ ὁμοίως οἴνῳ κεκραμένῳ ἐμπλασσομένη.</w:t>
      </w:r>
    </w:p>
    <w:p>
      <w:r>
        <w:rPr>
          <w:rFonts w:ascii="Courier New" w:hAnsi="Courier New"/>
          <w:color w:val="555555"/>
          <w:sz w:val="20"/>
        </w:rPr>
        <w:t>[2 1,kappa 15]</w:t>
      </w:r>
    </w:p>
    <w:p>
      <w:r>
        <w:rPr>
          <w:rFonts w:ascii="Gentium Plus" w:hAnsi="Gentium Plus"/>
          <w:sz w:val="24"/>
        </w:rPr>
        <w:t>—Καππάρεως τῆς ῥίζης ὁ φλοιὸς ἐκ μαχομένων σύγκειται δυνάμεων· ῥύπτειν μὲν γὰρ δύναται καὶ διακαθαίρειν καὶ τέμνειν καὶ διαφορεῖν τῇ δριμύτητι, συνάγειν δὲ καὶ σφίγγειν τῇ στρυφνότητι· καὶ διὰ τοῦτο σπλῆνας σκιρρώδεις, εἴπερ τι καὶ ἄλλο, καὶ τοῦτο τὸ φάρμακον ὀνί‐</w:t>
      </w:r>
    </w:p>
    <w:p>
      <w:r>
        <w:rPr>
          <w:rFonts w:ascii="Courier New" w:hAnsi="Courier New"/>
          <w:color w:val="555555"/>
          <w:sz w:val="20"/>
        </w:rPr>
        <w:t>[5]</w:t>
      </w:r>
    </w:p>
    <w:p>
      <w:r>
        <w:rPr>
          <w:rFonts w:ascii="Gentium Plus" w:hAnsi="Gentium Plus"/>
          <w:sz w:val="24"/>
        </w:rPr>
        <w:t>νησιν, ἔξωθέν τε τοῖς ἐπιτηδείοις καταπλάσμασι μιγνύμενον, εἴσω τε τοῦ σώματος λαμβανόμενον, ἀφεψημένον ὄξει ἢ ὀξυμέλιτι ἢ ξηρὸν</w:t>
      </w:r>
    </w:p>
    <w:p>
      <w:r>
        <w:rPr>
          <w:rFonts w:ascii="Courier New" w:hAnsi="Courier New"/>
          <w:color w:val="555555"/>
          <w:sz w:val="20"/>
        </w:rPr>
        <w:t>[2 1,kappa 16]</w:t>
      </w:r>
    </w:p>
    <w:p>
      <w:r>
        <w:rPr>
          <w:rFonts w:ascii="Gentium Plus" w:hAnsi="Gentium Plus"/>
          <w:sz w:val="24"/>
        </w:rPr>
        <w:t>γαστέρα. πολλάκις δὲ καὶ αἱματώδη διαχωροῦσιν, ἐφ’ οἷς οἵ τε σπλῆ‐</w:t>
      </w:r>
    </w:p>
    <w:p>
      <w:r>
        <w:rPr>
          <w:rFonts w:ascii="Courier New" w:hAnsi="Courier New"/>
          <w:color w:val="555555"/>
          <w:sz w:val="20"/>
        </w:rPr>
        <w:t>[2 1,kappa 17]</w:t>
      </w:r>
    </w:p>
    <w:p>
      <w:r>
        <w:rPr>
          <w:rFonts w:ascii="Gentium Plus" w:hAnsi="Gentium Plus"/>
          <w:sz w:val="24"/>
        </w:rPr>
        <w:t>νες ὀνίνανται καὶ αἱ κατ’ ἰσχίον ὀδύναι. καὶ μὲν δὴ καὶ καταμήνια κινεῖ καὶ ἀποφλεγματίζει· καταπλαττόμενος δὲ τοῖς κακοήθεσιν ἕλκεσιν ἀγαθὸν φάρμακον, καὶ ὀδόντων δὲ πόνους ὠφελεῖ, ἐνίοτε μὲν ὄξει συνεψηθείς, ἐνίοτε δ’ οἴνῳ, πολλάκις δ’ αὐτὸς μόνος ἐνδακνόμενος.</w:t>
      </w:r>
    </w:p>
    <w:p>
      <w:r>
        <w:rPr>
          <w:rFonts w:ascii="Courier New" w:hAnsi="Courier New"/>
          <w:color w:val="555555"/>
          <w:sz w:val="20"/>
        </w:rPr>
        <w:t>[2 1,kappa 18]</w:t>
      </w:r>
    </w:p>
    <w:p>
      <w:r>
        <w:rPr>
          <w:rFonts w:ascii="Gentium Plus" w:hAnsi="Gentium Plus"/>
          <w:sz w:val="24"/>
        </w:rPr>
        <w:t>καὶ ἀλφοὺς δὲ διαφορεῖ σὺν ὄξει καὶ χοιράδας καὶ ὄγκους σκληροὺς</w:t>
      </w:r>
    </w:p>
    <w:p>
      <w:r>
        <w:rPr>
          <w:rFonts w:ascii="Courier New" w:hAnsi="Courier New"/>
          <w:color w:val="555555"/>
          <w:sz w:val="20"/>
        </w:rPr>
        <w:t>[2 1,kappa 19]</w:t>
      </w:r>
    </w:p>
    <w:p>
      <w:r>
        <w:rPr>
          <w:rFonts w:ascii="Gentium Plus" w:hAnsi="Gentium Plus"/>
          <w:sz w:val="24"/>
        </w:rPr>
        <w:t>διαφορεῖ, τοῖς ἐπιτηδείοις πρὸς ταῦτα φαρμάκοις μιγνύμενος. θαυμα‐ στὸν δ’ οὐδὲν 〈εἰ〉 καὶ τοὺς ἐν ὠσὶ σκώληκας ὁ χυλὸς τῆς πόας ἀναι‐</w:t>
      </w:r>
    </w:p>
    <w:p>
      <w:r>
        <w:rPr>
          <w:rFonts w:ascii="Courier New" w:hAnsi="Courier New"/>
          <w:color w:val="555555"/>
          <w:sz w:val="20"/>
        </w:rPr>
        <w:t>[2 1,kappa 20]</w:t>
      </w:r>
    </w:p>
    <w:p>
      <w:r>
        <w:rPr>
          <w:rFonts w:ascii="Gentium Plus" w:hAnsi="Gentium Plus"/>
          <w:sz w:val="24"/>
        </w:rPr>
        <w:t>ρεῖ διὰ τὴν πικρότητα. —Καρδάμου τὸ σπέρμα καυστικῆς μετέχει δυνάμεως ὥσπερ τὸ νάπυ, καὶ διὰ τοῦτο ἰσχιάδας καὶ κεφαλαίας καὶ ὁτιοῦν ἄλλο τῶν δεομένων φοινίξεως ἐκθερμαίνουσιν αὐτῷ καθάπερ τῷ</w:t>
      </w:r>
    </w:p>
    <w:p>
      <w:r>
        <w:rPr>
          <w:rFonts w:ascii="Courier New" w:hAnsi="Courier New"/>
          <w:color w:val="555555"/>
          <w:sz w:val="20"/>
        </w:rPr>
        <w:t>[2 1,kappa 21]</w:t>
      </w:r>
    </w:p>
    <w:p>
      <w:r>
        <w:rPr>
          <w:rFonts w:ascii="Gentium Plus" w:hAnsi="Gentium Plus"/>
          <w:sz w:val="24"/>
        </w:rPr>
        <w:t>νάπυϊ. —Καρδάμωμον θερμῆς ἐστι σφοδρῶς δυνάμεως ὡς καίειν ἐπι‐</w:t>
      </w:r>
    </w:p>
    <w:p>
      <w:r>
        <w:rPr>
          <w:rFonts w:ascii="Courier New" w:hAnsi="Courier New"/>
          <w:color w:val="555555"/>
          <w:sz w:val="20"/>
        </w:rPr>
        <w:t>[2 1,kappa 22]</w:t>
      </w:r>
    </w:p>
    <w:p>
      <w:r>
        <w:rPr>
          <w:rFonts w:ascii="Gentium Plus" w:hAnsi="Gentium Plus"/>
          <w:sz w:val="24"/>
        </w:rPr>
        <w:t>πλαττόμενον. ἔχει δέ τι καὶ πικρότητος δι’ ἣν τὰς ἕλμινθας ἀναιρεῖ</w:t>
      </w:r>
    </w:p>
    <w:p>
      <w:r>
        <w:rPr>
          <w:rFonts w:ascii="Courier New" w:hAnsi="Courier New"/>
          <w:color w:val="555555"/>
          <w:sz w:val="20"/>
        </w:rPr>
        <w:t>[2 1,kappa 23]</w:t>
      </w:r>
    </w:p>
    <w:p>
      <w:r>
        <w:rPr>
          <w:rFonts w:ascii="Gentium Plus" w:hAnsi="Gentium Plus"/>
          <w:sz w:val="24"/>
        </w:rPr>
        <w:t>καὶ τὰς ψώρας ἰσχυρῶς ἀπορρύπτει σὺν ὄξει. —Κασία θερμαίνει καὶ ξηραίνει σφοδρῶς· ἔστι δὲ καὶ λεπτομερὴς ἱκανῶς καὶ δριμεῖα, βραχύ 〈δέ〉 τι καὶ στῦφον ἔχει· τέμνει τε οὖν ἅμα καὶ διαφορεῖ τὰ κατὰ τὸ</w:t>
      </w:r>
    </w:p>
    <w:p>
      <w:r>
        <w:rPr>
          <w:rFonts w:ascii="Courier New" w:hAnsi="Courier New"/>
          <w:color w:val="555555"/>
          <w:sz w:val="20"/>
        </w:rPr>
        <w:t>[2 1,kappa 24]</w:t>
      </w:r>
    </w:p>
    <w:p>
      <w:r>
        <w:rPr>
          <w:rFonts w:ascii="Gentium Plus" w:hAnsi="Gentium Plus"/>
          <w:sz w:val="24"/>
        </w:rPr>
        <w:t>σῶμα περιττώματα καὶ ῥώμην ἐντίθησι τοῖς ὀργάνοις. ἐπιτήδειος δὲ καὶ πρὸς τὰς τῶν ἐπιμηνίων ἐπισχέσεις ἐστίν, ὅταν ὑπὸ πλήθους τε ἅμα καὶ πάχους τῶν περιττωμάτων αὐτάρκως κενοῦσθαι κωλύηται. —</w:t>
      </w:r>
    </w:p>
    <w:p>
      <w:r>
        <w:rPr>
          <w:rFonts w:ascii="Courier New" w:hAnsi="Courier New"/>
          <w:color w:val="555555"/>
          <w:sz w:val="20"/>
        </w:rPr>
        <w:t>[2 1,kappa 25]</w:t>
      </w:r>
    </w:p>
    <w:p>
      <w:r>
        <w:rPr>
          <w:rFonts w:ascii="Gentium Plus" w:hAnsi="Gentium Plus"/>
          <w:sz w:val="24"/>
        </w:rPr>
        <w:t>Καρύα τὸ δένδρον ἔχει μέν τι κἀν τοῖς βλαστοῖς στυπτικόν, ἐνεργὲς</w:t>
      </w:r>
    </w:p>
    <w:p>
      <w:r>
        <w:rPr>
          <w:rFonts w:ascii="Courier New" w:hAnsi="Courier New"/>
          <w:color w:val="555555"/>
          <w:sz w:val="20"/>
        </w:rPr>
        <w:t>[2 1,kappa 26]</w:t>
      </w:r>
    </w:p>
    <w:p>
      <w:r>
        <w:rPr>
          <w:rFonts w:ascii="Gentium Plus" w:hAnsi="Gentium Plus"/>
          <w:sz w:val="24"/>
        </w:rPr>
        <w:t>δὲ καὶ πλεῖστον ἐν τοῖς τοῦ καρύου λέμμασιν. θλίβοντες γοῦν αὐτὰ καὶ τὸν χυλὸν ὁμοίως τῷ τῶν μόρων καὶ τῷ τῶν βάτων ἕψοντες σὺν</w:t>
      </w:r>
    </w:p>
    <w:p>
      <w:r>
        <w:rPr>
          <w:rFonts w:ascii="Courier New" w:hAnsi="Courier New"/>
          <w:color w:val="555555"/>
          <w:sz w:val="20"/>
        </w:rPr>
        <w:t>[2 1,kappa 27]</w:t>
      </w:r>
    </w:p>
    <w:p>
      <w:r>
        <w:rPr>
          <w:rFonts w:ascii="Gentium Plus" w:hAnsi="Gentium Plus"/>
          <w:sz w:val="24"/>
        </w:rPr>
        <w:t>μέλιτι στομαχικῷ χρώμεθα φαρμάκῳ. τὸ δὲ λέπος τοῦ καρύου τὸ ξηρὸν καυθὲν λεπτομερές τε γίνεται καὶ ξηραντικὸν καὶ ἄδηκτον φάρ‐</w:t>
      </w:r>
    </w:p>
    <w:p>
      <w:r>
        <w:rPr>
          <w:rFonts w:ascii="Courier New" w:hAnsi="Courier New"/>
          <w:color w:val="555555"/>
          <w:sz w:val="20"/>
        </w:rPr>
        <w:t>[2 1,kappa 28]</w:t>
      </w:r>
    </w:p>
    <w:p>
      <w:r>
        <w:rPr>
          <w:rFonts w:ascii="Gentium Plus" w:hAnsi="Gentium Plus"/>
          <w:sz w:val="24"/>
        </w:rPr>
        <w:t>μακον. τὸ δὲ λεπτοκάρυον ψυχρότερον καὶ αὐστηρότερόν ἐστι, τὰ δ’</w:t>
      </w:r>
    </w:p>
    <w:p>
      <w:r>
        <w:rPr>
          <w:rFonts w:ascii="Courier New" w:hAnsi="Courier New"/>
          <w:color w:val="555555"/>
          <w:sz w:val="20"/>
        </w:rPr>
        <w:t>[2 1,kappa 29]</w:t>
      </w:r>
    </w:p>
    <w:p>
      <w:r>
        <w:rPr>
          <w:rFonts w:ascii="Gentium Plus" w:hAnsi="Gentium Plus"/>
          <w:sz w:val="24"/>
        </w:rPr>
        <w:t>ἄλλα παραπλήσιον ὑπάρχει τῷ μεγάλῳ. —Καστόριον θερμαίνει καὶ</w:t>
      </w:r>
    </w:p>
    <w:p>
      <w:r>
        <w:rPr>
          <w:rFonts w:ascii="Courier New" w:hAnsi="Courier New"/>
          <w:color w:val="555555"/>
          <w:sz w:val="20"/>
        </w:rPr>
        <w:t>[2 1,kappa 30]</w:t>
      </w:r>
    </w:p>
    <w:p>
      <w:r>
        <w:rPr>
          <w:rFonts w:ascii="Gentium Plus" w:hAnsi="Gentium Plus"/>
          <w:sz w:val="24"/>
        </w:rPr>
        <w:t>ξηραίνει λεπτομερές τε ἱκανῶς ὑπάρχει. ἔστι δὲ τοῖς μὲν διὰ πλῆθος σπωμένοις ἢ τρέμουσιν ὠφελιμώτατον, τοῖς δὲ διὰ κένωσιν ἐναντιώ‐ τατον· τοῖς δὲ ...... εἴσω τοῦ σώματος λαμβανόμενον ὠφελεῖ, ταῦτα καὶ κατὰ τοῦ δέρματος ἐπιτιθέμενον ἅμα Σικυωνίῳ ἢ παλαιῷ ἐλαίῳ.</w:t>
      </w:r>
    </w:p>
    <w:p>
      <w:r>
        <w:rPr>
          <w:rFonts w:ascii="Courier New" w:hAnsi="Courier New"/>
          <w:color w:val="555555"/>
          <w:sz w:val="20"/>
        </w:rPr>
        <w:t>[2 1,kappa 31]</w:t>
      </w:r>
    </w:p>
    <w:p>
      <w:r>
        <w:rPr>
          <w:rFonts w:ascii="Gentium Plus" w:hAnsi="Gentium Plus"/>
          <w:sz w:val="24"/>
        </w:rPr>
        <w:t>τὰ δὲ πλείονος θερμότητος δεόμενα καὶ ἀνατρίβειν προσήκει δι’ αὐτοῦ.</w:t>
      </w:r>
    </w:p>
    <w:p>
      <w:r>
        <w:rPr>
          <w:rFonts w:ascii="Courier New" w:hAnsi="Courier New"/>
          <w:color w:val="555555"/>
          <w:sz w:val="20"/>
        </w:rPr>
        <w:t>[2 1,kappa 32]</w:t>
      </w:r>
    </w:p>
    <w:p>
      <w:r>
        <w:rPr>
          <w:rFonts w:ascii="Gentium Plus" w:hAnsi="Gentium Plus"/>
          <w:sz w:val="24"/>
        </w:rPr>
        <w:t>ὠφελεῖ δὲ καὶ εἴ τις αὐτὸ ἐπ’ ἀνθράκων θυμιῶν ἕλκοι διὰ τῆς εἰσ‐ πνοῆς, καὶ μάλιστα τὰ κατὰ τὸν πνεύμονα καὶ ἐγκέφαλον ὑγρὰ καὶ</w:t>
      </w:r>
    </w:p>
    <w:p>
      <w:r>
        <w:rPr>
          <w:rFonts w:ascii="Courier New" w:hAnsi="Courier New"/>
          <w:color w:val="555555"/>
          <w:sz w:val="20"/>
        </w:rPr>
        <w:t>[2 1,kappa 33]</w:t>
      </w:r>
    </w:p>
    <w:p>
      <w:r>
        <w:rPr>
          <w:rFonts w:ascii="Gentium Plus" w:hAnsi="Gentium Plus"/>
          <w:sz w:val="24"/>
        </w:rPr>
        <w:t>ψυχρὰ πάθη. τά γε μὴν ληθαργικὰ καὶ καταφορικὰ πάντα πάθη μετὰ πυρετῶν ἄμεινον οὐ τῶν εἰρημένων ἐλαίων τινὶ δεύοντα θεραπεύειν, ἀλλὰ διὰ ῥοδίνου μᾶλλον ἐπιτιθέναι τῇ κεφαλῇ καὶ τῷ αὐχένι. —</w:t>
      </w:r>
    </w:p>
    <w:p>
      <w:r>
        <w:rPr>
          <w:rFonts w:ascii="Courier New" w:hAnsi="Courier New"/>
          <w:color w:val="555555"/>
          <w:sz w:val="20"/>
        </w:rPr>
        <w:t>[2 1,kappa 34]</w:t>
      </w:r>
    </w:p>
    <w:p>
      <w:r>
        <w:rPr>
          <w:rFonts w:ascii="Gentium Plus" w:hAnsi="Gentium Plus"/>
          <w:sz w:val="24"/>
        </w:rPr>
        <w:t>Κέδρος θερμαίνει καὶ ξηραίνει σφοδρῶς· τὸ δ’ αὐτῆς ἔλαιον σφοδρότατα,</w:t>
      </w:r>
    </w:p>
    <w:p>
      <w:r>
        <w:rPr>
          <w:rFonts w:ascii="Courier New" w:hAnsi="Courier New"/>
          <w:color w:val="555555"/>
          <w:sz w:val="20"/>
        </w:rPr>
        <w:t>[2 1,kappa 35]</w:t>
      </w:r>
    </w:p>
    <w:p>
      <w:r>
        <w:rPr>
          <w:rFonts w:ascii="Gentium Plus" w:hAnsi="Gentium Plus"/>
          <w:sz w:val="24"/>
        </w:rPr>
        <w:t>λεπτομερὲς ἱκανῶς ὑπάρχον. τὰς μὲν ἁπαλὰς σάρκας ἑτοίμως καὶ ἀνωδύνως σήπει, τὰς δὲ σκληρὰς ἐν χρόνῳ πλείονι· καὶ μάλιστα μέν‐</w:t>
      </w:r>
    </w:p>
    <w:p>
      <w:r>
        <w:rPr>
          <w:rFonts w:ascii="Courier New" w:hAnsi="Courier New"/>
          <w:color w:val="555555"/>
          <w:sz w:val="20"/>
        </w:rPr>
        <w:t>[2 1,kappa 36]</w:t>
      </w:r>
    </w:p>
    <w:p>
      <w:r>
        <w:rPr>
          <w:rFonts w:ascii="Gentium Plus" w:hAnsi="Gentium Plus"/>
          <w:sz w:val="24"/>
        </w:rPr>
        <w:t>τοι τὰ τῶν νεκρῶν σώματα ξηραίνει τε καὶ ἄσηπτα φυλάττει. θαυ‐ μαστὸν δ’ οὐδέν, εἰ καὶ φθεῖρας καὶ κονίδας καὶ ἀσκαρίδας καὶ τοὺς</w:t>
      </w:r>
    </w:p>
    <w:p>
      <w:r>
        <w:rPr>
          <w:rFonts w:ascii="Courier New" w:hAnsi="Courier New"/>
          <w:color w:val="555555"/>
          <w:sz w:val="20"/>
        </w:rPr>
        <w:t>[2 1,kappa 37]</w:t>
      </w:r>
    </w:p>
    <w:p>
      <w:r>
        <w:rPr>
          <w:rFonts w:ascii="Gentium Plus" w:hAnsi="Gentium Plus"/>
          <w:sz w:val="24"/>
        </w:rPr>
        <w:t>ἐν τοῖς ὠσὶ σκώληκας ἀναιρεῖν πέφυκεν. ἔμβρυά τε προστιθεμένη τὰ μὲν ζῶντα κτείνει, τὰ δὲ νεκρὰ ἐκβάλλει, περιαλειφομένη τῷ αἰδοίῳ· καὶ διὰ τοῦτο ἀτόκιόν ἐστι φάρμακον τοῖς οὕτω χρωμένοις οὐδενὸς</w:t>
      </w:r>
    </w:p>
    <w:p>
      <w:r>
        <w:rPr>
          <w:rFonts w:ascii="Courier New" w:hAnsi="Courier New"/>
          <w:color w:val="555555"/>
          <w:sz w:val="20"/>
        </w:rPr>
        <w:t>[2 1,kappa 38]</w:t>
      </w:r>
    </w:p>
    <w:p>
      <w:r>
        <w:rPr>
          <w:rFonts w:ascii="Gentium Plus" w:hAnsi="Gentium Plus"/>
          <w:sz w:val="24"/>
        </w:rPr>
        <w:t>δεύτερον. καὶ τοῖς τρήμασι δὲ τῶν ὀδόντων ἐνσταχθεῖσα τὰ μὲν ἀλγή‐</w:t>
      </w:r>
    </w:p>
    <w:p>
      <w:r>
        <w:rPr>
          <w:rFonts w:ascii="Courier New" w:hAnsi="Courier New"/>
          <w:color w:val="555555"/>
          <w:sz w:val="20"/>
        </w:rPr>
        <w:t>[2 1,kappa 39]</w:t>
      </w:r>
    </w:p>
    <w:p>
      <w:r>
        <w:rPr>
          <w:rFonts w:ascii="Gentium Plus" w:hAnsi="Gentium Plus"/>
          <w:sz w:val="24"/>
        </w:rPr>
        <w:t>ματα πραΰνει, θραύει δ’ αὐτούς. —Κενταυρίου τοῦ μεγάλου ἡ ῥίζα</w:t>
      </w:r>
    </w:p>
    <w:p>
      <w:r>
        <w:rPr>
          <w:rFonts w:ascii="Courier New" w:hAnsi="Courier New"/>
          <w:color w:val="555555"/>
          <w:sz w:val="20"/>
        </w:rPr>
        <w:t>[2 1,kappa 40]</w:t>
      </w:r>
    </w:p>
    <w:p>
      <w:r>
        <w:rPr>
          <w:rFonts w:ascii="Gentium Plus" w:hAnsi="Gentium Plus"/>
          <w:sz w:val="24"/>
        </w:rPr>
        <w:t>δριμεῖά τε καὶ θερμὴ καὶ στύφουσα μετὰ γεώδους στύψεώς ἐστι. τῇ μὲν οὖν δριμύτητι προτρέπει καταμήνια καὶ ἔμβρυα νεκρὰ κατασπᾷ καὶ ζῶντα διαφθείρει τε καὶ ἐκβάλλει· τῇ δὲ στύψει κολλᾷ τε τραύ‐</w:t>
      </w:r>
    </w:p>
    <w:p>
      <w:r>
        <w:rPr>
          <w:rFonts w:ascii="Courier New" w:hAnsi="Courier New"/>
          <w:color w:val="555555"/>
          <w:sz w:val="20"/>
        </w:rPr>
        <w:t>[2 1,kappa 41]</w:t>
      </w:r>
    </w:p>
    <w:p>
      <w:r>
        <w:rPr>
          <w:rFonts w:ascii="Gentium Plus" w:hAnsi="Gentium Plus"/>
          <w:sz w:val="24"/>
        </w:rPr>
        <w:t>ματα καὶ τοὺς αἱμοπτοϊκοὺς ὠφελεῖ. δίδονται δ’ αὐτοῖς ὁλκαὶ δύο,</w:t>
      </w:r>
    </w:p>
    <w:p>
      <w:r>
        <w:rPr>
          <w:rFonts w:ascii="Courier New" w:hAnsi="Courier New"/>
          <w:color w:val="555555"/>
          <w:sz w:val="20"/>
        </w:rPr>
        <w:t>[2 1,kappa 42]</w:t>
      </w:r>
    </w:p>
    <w:p>
      <w:r>
        <w:rPr>
          <w:rFonts w:ascii="Gentium Plus" w:hAnsi="Gentium Plus"/>
          <w:sz w:val="24"/>
        </w:rPr>
        <w:t>τοῖς μὲν πυρέττουσι μεθ’ ὕδατος, τοῖς δ’ ἀπυρέτοις μετ’ οἴνου. ὠφελεῖ δὲ καὶ ῥήγματα καὶ σπάσματα καὶ δυσπνοίας καὶ τὰς παλαιὰς βῆχας.</w:t>
      </w:r>
    </w:p>
    <w:p>
      <w:r>
        <w:rPr>
          <w:rFonts w:ascii="Courier New" w:hAnsi="Courier New"/>
          <w:color w:val="555555"/>
          <w:sz w:val="20"/>
        </w:rPr>
        <w:t>[2 1,kappa 43]</w:t>
      </w:r>
    </w:p>
    <w:p>
      <w:r>
        <w:rPr>
          <w:rFonts w:ascii="Gentium Plus" w:hAnsi="Gentium Plus"/>
          <w:sz w:val="24"/>
        </w:rPr>
        <w:t>—Κενταύριον τὸ μικρὸν ἰσχυρῶς ξηραίνει χωρὶς δήξεως· τά τε οὖν μεγάλα τραύματα κολλᾷ καταπλασσόμενα πρόσφατα καὶ τὰ παλαιὰ καὶ</w:t>
      </w:r>
    </w:p>
    <w:p>
      <w:r>
        <w:rPr>
          <w:rFonts w:ascii="Courier New" w:hAnsi="Courier New"/>
          <w:color w:val="555555"/>
          <w:sz w:val="20"/>
        </w:rPr>
        <w:t>[2 1,kappa 44]</w:t>
      </w:r>
    </w:p>
    <w:p>
      <w:r>
        <w:rPr>
          <w:rFonts w:ascii="Gentium Plus" w:hAnsi="Gentium Plus"/>
          <w:sz w:val="24"/>
        </w:rPr>
        <w:t>δυσκατούλωτα τῶν ἑλκῶν ἐπουλοῖ. τὸ δ’ ἀφέψημα τῆς πόας ἐνιᾶσί τινες ἰσχιαδικοῖς, ὡς ἄγον χολώδη καὶ παχέα· καὶ μὲν δὴ καὶ ὅταν</w:t>
      </w:r>
    </w:p>
    <w:p>
      <w:r>
        <w:rPr>
          <w:rFonts w:ascii="Courier New" w:hAnsi="Courier New"/>
          <w:color w:val="555555"/>
          <w:sz w:val="20"/>
        </w:rPr>
        <w:t>[2 1,kappa 45]</w:t>
      </w:r>
    </w:p>
    <w:p>
      <w:r>
        <w:rPr>
          <w:rFonts w:ascii="Gentium Plus" w:hAnsi="Gentium Plus"/>
          <w:sz w:val="24"/>
        </w:rPr>
        <w:t>ἐνεργήσῃ σφοδρῶς αἱματώδη κενοῦν, ὠφελεῖ μᾶλλον. ὁ δὲ χυλὸς αὐτοῦ παραπλησίας ὑπάρχων δυνάμεως τά τε ἄλλα τὰ προειρημένα</w:t>
      </w:r>
    </w:p>
    <w:p>
      <w:r>
        <w:rPr>
          <w:rFonts w:ascii="Courier New" w:hAnsi="Courier New"/>
          <w:color w:val="555555"/>
          <w:sz w:val="20"/>
        </w:rPr>
        <w:t>[2 1,kappa 46]</w:t>
      </w:r>
    </w:p>
    <w:p>
      <w:r>
        <w:rPr>
          <w:rFonts w:ascii="Gentium Plus" w:hAnsi="Gentium Plus"/>
          <w:sz w:val="24"/>
        </w:rPr>
        <w:t>δρᾷ καὶ ἔμβρυα προστιθέμενος κατασπᾷ καὶ καταμήνια ἄγει. —Κηκὶς ἡ μὲν ὀμφακῖτις στρυφνὸν ἱκανῶς ἐστι φάρμακον, οὐσίας γεώδους ψυχρᾶς τὸ πλεῖστον ἔχουσα, δι’ ἣν καὶ ξηραίνει καὶ ἀποκρούεται ῥεύ‐ ματα καὶ συνάγει καὶ σφίγγει καὶ τονοῖ τὰ ἄρρωστα μόρια καὶ πᾶσι</w:t>
      </w:r>
    </w:p>
    <w:p>
      <w:r>
        <w:rPr>
          <w:rFonts w:ascii="Courier New" w:hAnsi="Courier New"/>
          <w:color w:val="555555"/>
          <w:sz w:val="20"/>
        </w:rPr>
        <w:t>[5]</w:t>
      </w:r>
    </w:p>
    <w:p>
      <w:r>
        <w:rPr>
          <w:rFonts w:ascii="Gentium Plus" w:hAnsi="Gentium Plus"/>
          <w:sz w:val="24"/>
        </w:rPr>
        <w:t>τοῖς ῥοώδεσι πάθεσι γενναίως ἀνθίσταται· ξηραίνει μὲν οὖν σφοδρῶς,</w:t>
      </w:r>
    </w:p>
    <w:p>
      <w:r>
        <w:rPr>
          <w:rFonts w:ascii="Courier New" w:hAnsi="Courier New"/>
          <w:color w:val="555555"/>
          <w:sz w:val="20"/>
        </w:rPr>
        <w:t>[2 1,kappa 47]</w:t>
      </w:r>
    </w:p>
    <w:p>
      <w:r>
        <w:rPr>
          <w:rFonts w:ascii="Gentium Plus" w:hAnsi="Gentium Plus"/>
          <w:sz w:val="24"/>
        </w:rPr>
        <w:t>ψύχει δ’ ἱκανῶς. ἡ δ’ ἑτέρα κηκὶς ἡ ξανθὴ καὶ χαύνη ξηραίνει μὲν</w:t>
      </w:r>
    </w:p>
    <w:p>
      <w:r>
        <w:rPr>
          <w:rFonts w:ascii="Courier New" w:hAnsi="Courier New"/>
          <w:color w:val="555555"/>
          <w:sz w:val="20"/>
        </w:rPr>
        <w:t>[2 1,kappa 48]</w:t>
      </w:r>
    </w:p>
    <w:p>
      <w:r>
        <w:rPr>
          <w:rFonts w:ascii="Gentium Plus" w:hAnsi="Gentium Plus"/>
          <w:sz w:val="24"/>
        </w:rPr>
        <w:t>καὶ αὐτή, ἀλλ’ ἧττον. καυθεῖσαι δὲ κηκίδες ἰσχαίμου δυνάμεως γίνον‐ ται· χρὴ δὲ διαπύρους ἐπ’ ἀνθράκων ἐργασαμένους αὐτὰς ὄξει ἢ οἴνῳ</w:t>
      </w:r>
    </w:p>
    <w:p>
      <w:r>
        <w:rPr>
          <w:rFonts w:ascii="Courier New" w:hAnsi="Courier New"/>
          <w:color w:val="555555"/>
          <w:sz w:val="20"/>
        </w:rPr>
        <w:t>[2 1,kappa 49]</w:t>
      </w:r>
    </w:p>
    <w:p>
      <w:r>
        <w:rPr>
          <w:rFonts w:ascii="Gentium Plus" w:hAnsi="Gentium Plus"/>
          <w:sz w:val="24"/>
        </w:rPr>
        <w:t>σβεννύναι. —Κηρὸς ἐν τῷ μεταξύ πώς ἐστι τῶν θερμαινόντων τε καὶ ψυχόντων ὑγραινόντων τε καὶ ξηραινόντων, ὅθεν καὶ ὕλη τῶν</w:t>
      </w:r>
    </w:p>
    <w:p>
      <w:r>
        <w:rPr>
          <w:rFonts w:ascii="Courier New" w:hAnsi="Courier New"/>
          <w:color w:val="555555"/>
          <w:sz w:val="20"/>
        </w:rPr>
        <w:t>[2 1,kappa 50]</w:t>
      </w:r>
    </w:p>
    <w:p>
      <w:r>
        <w:rPr>
          <w:rFonts w:ascii="Gentium Plus" w:hAnsi="Gentium Plus"/>
          <w:sz w:val="24"/>
        </w:rPr>
        <w:t>ἄλλων ἐστὶ φαρμάκων. αὐτὸς δὲ καθ’ ἑαυτὸν ἐκ τῶν πεπτικῶν ἂν</w:t>
      </w:r>
    </w:p>
    <w:p>
      <w:r>
        <w:rPr>
          <w:rFonts w:ascii="Courier New" w:hAnsi="Courier New"/>
          <w:color w:val="555555"/>
          <w:sz w:val="20"/>
        </w:rPr>
        <w:t>[2 1,kappa 51]</w:t>
      </w:r>
    </w:p>
    <w:p>
      <w:r>
        <w:rPr>
          <w:rFonts w:ascii="Gentium Plus" w:hAnsi="Gentium Plus"/>
          <w:sz w:val="24"/>
        </w:rPr>
        <w:t>εἴη τῶν ἀσθενῶν ἔξωθεν ἐπιτιθέμενος. —Κισσὸς ἐξ ἐναντίων σύγ‐ κειται δυνάμεων· στύφει τε γὰρ καὶ ψύχει καὶ δριμὺς καὶ θερμός ἐστιν, ὑδατώδους τε οὐσίας μετέχει χλιαρᾶς ὁ χλωρός· οὗ τὰ φύλλα ἑψη‐ θέντα σὺν οἴνῳ μεγάλων τραυμάτων ἐστὶ κολλητικὰ καὶ τῶν κακοήθων</w:t>
      </w:r>
    </w:p>
    <w:p>
      <w:r>
        <w:rPr>
          <w:rFonts w:ascii="Courier New" w:hAnsi="Courier New"/>
          <w:color w:val="555555"/>
          <w:sz w:val="20"/>
        </w:rPr>
        <w:t>[2 1,kappa 52]</w:t>
      </w:r>
    </w:p>
    <w:p>
      <w:r>
        <w:rPr>
          <w:rFonts w:ascii="Gentium Plus" w:hAnsi="Gentium Plus"/>
          <w:sz w:val="24"/>
        </w:rPr>
        <w:t>ἰατικά· ἐπουλοῖ δὲ καὶ τὰς ἐκπυρώσεις. σὺν ὄξει δ’ ἑψηθέντα τὰ</w:t>
      </w:r>
    </w:p>
    <w:p>
      <w:r>
        <w:rPr>
          <w:rFonts w:ascii="Courier New" w:hAnsi="Courier New"/>
          <w:color w:val="555555"/>
          <w:sz w:val="20"/>
        </w:rPr>
        <w:t>[2 1,kappa 53]</w:t>
      </w:r>
    </w:p>
    <w:p>
      <w:r>
        <w:rPr>
          <w:rFonts w:ascii="Gentium Plus" w:hAnsi="Gentium Plus"/>
          <w:sz w:val="24"/>
        </w:rPr>
        <w:t>φύλλα σπληνικοὺς ὠφελεῖ. τὰ δ’ ἄνθη αὐτοῦ ἰσχυρότερά πώς ἐστιν,</w:t>
      </w:r>
    </w:p>
    <w:p>
      <w:r>
        <w:rPr>
          <w:rFonts w:ascii="Courier New" w:hAnsi="Courier New"/>
          <w:color w:val="555555"/>
          <w:sz w:val="20"/>
        </w:rPr>
        <w:t>[2 1,kappa 54]</w:t>
      </w:r>
    </w:p>
    <w:p>
      <w:r>
        <w:rPr>
          <w:rFonts w:ascii="Gentium Plus" w:hAnsi="Gentium Plus"/>
          <w:sz w:val="24"/>
        </w:rPr>
        <w:t>ὡς μετὰ κηρωτῆς λειούμενα τοῖς πυρικαύστοις ἁρμόττειν. ὁ δὲ χυλός ἐστι μὲν καὶ ἔρρινον, καὶ τὰ χρόνια δὲ τῶν ὤτων ἰᾶται ῥεύματα καὶ τῶν ἑλκῶν τὰ παλαιὰ κατά τε τὰ ὦτα καὶ τὰς ῥῖνας· ἂν δὲ δριμύ‐ τερος φαίνηται, κατὰ μὲν τὴν χρῆσιν ῥοδίνῳ ἐλαίῳ μίγνυται· τὸ δὲ</w:t>
      </w:r>
    </w:p>
    <w:p>
      <w:r>
        <w:rPr>
          <w:rFonts w:ascii="Courier New" w:hAnsi="Courier New"/>
          <w:color w:val="555555"/>
          <w:sz w:val="20"/>
        </w:rPr>
        <w:t>[2 1,kappa 55]</w:t>
      </w:r>
    </w:p>
    <w:p>
      <w:r>
        <w:rPr>
          <w:rFonts w:ascii="Gentium Plus" w:hAnsi="Gentium Plus"/>
          <w:sz w:val="24"/>
        </w:rPr>
        <w:t>δάκρυον αὐτοῦ φθεῖρας κτείνει καὶ τρίχας ψιλοῖ. —Κολοκύνθη ὑγραίνει καὶ ψύχει ἱκανῶς, ὅθεν καὶ τῶν ξεσμάτων αὐτῆς ὁ χυλὸς πρὸς ὠταλ‐</w:t>
      </w:r>
    </w:p>
    <w:p>
      <w:r>
        <w:rPr>
          <w:rFonts w:ascii="Courier New" w:hAnsi="Courier New"/>
          <w:color w:val="555555"/>
          <w:sz w:val="20"/>
        </w:rPr>
        <w:t>[2 1,kappa 56]</w:t>
      </w:r>
    </w:p>
    <w:p>
      <w:r>
        <w:rPr>
          <w:rFonts w:ascii="Gentium Plus" w:hAnsi="Gentium Plus"/>
          <w:sz w:val="24"/>
        </w:rPr>
        <w:t>γίας τὰς κατὰ φλεγμονὴν ἁρμόττει σὺν ῥοδίνῳ χρωμένοις. οὕτω δὲ</w:t>
      </w:r>
    </w:p>
    <w:p>
      <w:r>
        <w:rPr>
          <w:rFonts w:ascii="Courier New" w:hAnsi="Courier New"/>
          <w:color w:val="555555"/>
          <w:sz w:val="20"/>
        </w:rPr>
        <w:t>[2 1,kappa 57]</w:t>
      </w:r>
    </w:p>
    <w:p>
      <w:r>
        <w:rPr>
          <w:rFonts w:ascii="Gentium Plus" w:hAnsi="Gentium Plus"/>
          <w:sz w:val="24"/>
        </w:rPr>
        <w:t>καὶ ὅλη καταπλασσομένη τὰς θερμὰς φλεγμονὰς ἐμψύχει. —Κόμμι ξηραντικῆς τέ ἐστι καὶ ἐμπλαστικῆς δυνάμεως· καὶ δῆλον ὅτι καὶ τρα‐</w:t>
      </w:r>
    </w:p>
    <w:p>
      <w:r>
        <w:rPr>
          <w:rFonts w:ascii="Courier New" w:hAnsi="Courier New"/>
          <w:color w:val="555555"/>
          <w:sz w:val="20"/>
        </w:rPr>
        <w:t>[2 1,kappa 58]</w:t>
      </w:r>
    </w:p>
    <w:p>
      <w:r>
        <w:rPr>
          <w:rFonts w:ascii="Gentium Plus" w:hAnsi="Gentium Plus"/>
          <w:sz w:val="24"/>
        </w:rPr>
        <w:t>χυτήτων ἰατική. —Κονία καυστικὴν μὲν ἔχει θερμότητα, τῷ λεπτο‐</w:t>
      </w:r>
    </w:p>
    <w:p>
      <w:r>
        <w:rPr>
          <w:rFonts w:ascii="Courier New" w:hAnsi="Courier New"/>
          <w:color w:val="555555"/>
          <w:sz w:val="20"/>
        </w:rPr>
        <w:t>[2 1,kappa 59]</w:t>
      </w:r>
    </w:p>
    <w:p>
      <w:r>
        <w:rPr>
          <w:rFonts w:ascii="Gentium Plus" w:hAnsi="Gentium Plus"/>
          <w:sz w:val="24"/>
        </w:rPr>
        <w:t>μερεῖ δὲ τῆς οὐσίας ἀνωδύνως καίει. —Κόνυζα καὶ ἡ μείζων καὶ ἡ</w:t>
      </w:r>
    </w:p>
    <w:p>
      <w:r>
        <w:rPr>
          <w:rFonts w:ascii="Courier New" w:hAnsi="Courier New"/>
          <w:color w:val="555555"/>
          <w:sz w:val="20"/>
        </w:rPr>
        <w:t>[2 1,kappa 60]</w:t>
      </w:r>
    </w:p>
    <w:p>
      <w:r>
        <w:rPr>
          <w:rFonts w:ascii="Gentium Plus" w:hAnsi="Gentium Plus"/>
          <w:sz w:val="24"/>
        </w:rPr>
        <w:t>μικροτέρα θερμαίνουσι καὶ ξηραίνουσι σφοδρῶς· ἀφεψηθεῖσαι γοῦν ἐν</w:t>
      </w:r>
    </w:p>
    <w:p>
      <w:r>
        <w:rPr>
          <w:rFonts w:ascii="Courier New" w:hAnsi="Courier New"/>
          <w:color w:val="555555"/>
          <w:sz w:val="20"/>
        </w:rPr>
        <w:t>[2 1,kappa 61]</w:t>
      </w:r>
    </w:p>
    <w:p>
      <w:r>
        <w:rPr>
          <w:rFonts w:ascii="Gentium Plus" w:hAnsi="Gentium Plus"/>
          <w:sz w:val="24"/>
        </w:rPr>
        <w:t>ἐλαίῳ τῶν κατὰ περίοδον ῥιγῶν ἀλεξιτήριοι γίνονται. τὰ δ’ ἄνθη αὐτῶν σὺν τοῖς φύλλοις τρίψαντές τινες σὺν οἴνῳ ποτίζουσιν ὑπὲρ</w:t>
      </w:r>
    </w:p>
    <w:p>
      <w:r>
        <w:rPr>
          <w:rFonts w:ascii="Courier New" w:hAnsi="Courier New"/>
          <w:color w:val="555555"/>
          <w:sz w:val="20"/>
        </w:rPr>
        <w:t>[2 1,kappa 62]</w:t>
      </w:r>
    </w:p>
    <w:p>
      <w:r>
        <w:rPr>
          <w:rFonts w:ascii="Gentium Plus" w:hAnsi="Gentium Plus"/>
          <w:sz w:val="24"/>
        </w:rPr>
        <w:t>τοῦ καταμήνια κινῆσαι βιαίως καὶ ἔμβρυα ἐκβάλλειν. —Κορίανον ἢ κόριον ἐξ ἐναντίων δυνάμεων σύγκειται, πολὺ μὲν ἔχουσα πικρᾶς οὐσίας, ἥτις λεπτομερής ἐστι γεώδης, οὐκ ὀλίγον δὲ καὶ ὑδατώδους</w:t>
      </w:r>
    </w:p>
    <w:p>
      <w:r>
        <w:rPr>
          <w:rFonts w:ascii="Courier New" w:hAnsi="Courier New"/>
          <w:color w:val="555555"/>
          <w:sz w:val="20"/>
        </w:rPr>
        <w:t>[2 1,kappa 63]</w:t>
      </w:r>
    </w:p>
    <w:p>
      <w:r>
        <w:rPr>
          <w:rFonts w:ascii="Gentium Plus" w:hAnsi="Gentium Plus"/>
          <w:sz w:val="24"/>
        </w:rPr>
        <w:t>ὑγρότητος χλιαρᾶς κατὰ δύναμιν. ἔχει δέ τι καὶ στύψεως ὀλίγον, ἐξ</w:t>
      </w:r>
    </w:p>
    <w:p>
      <w:r>
        <w:rPr>
          <w:rFonts w:ascii="Courier New" w:hAnsi="Courier New"/>
          <w:color w:val="555555"/>
          <w:sz w:val="20"/>
        </w:rPr>
        <w:t>[2 1,kappa 64]</w:t>
      </w:r>
    </w:p>
    <w:p>
      <w:r>
        <w:rPr>
          <w:rFonts w:ascii="Gentium Plus" w:hAnsi="Gentium Plus"/>
          <w:sz w:val="24"/>
        </w:rPr>
        <w:t>ὧν αὐτῶν ἐνεργεῖ ποικίλως. —Κόπροι αἰγῶν (σπύραθοι δ’ ἰδίως ὀνο‐ μάζονται) δριμείας καὶ διαφορητικῆς οὖσαι δυνάμεως τοῖς σκιρρουμέ‐ νοις ὄγκοις ἁρμόττουσιν, οὐκ ἐπὶ σπληνὸς μόνον, ἀλλὰ καὶ ἐπ’ ἄλλων</w:t>
      </w:r>
    </w:p>
    <w:p>
      <w:r>
        <w:rPr>
          <w:rFonts w:ascii="Courier New" w:hAnsi="Courier New"/>
          <w:color w:val="555555"/>
          <w:sz w:val="20"/>
        </w:rPr>
        <w:t>[2 1,kappa 65]</w:t>
      </w:r>
    </w:p>
    <w:p>
      <w:r>
        <w:rPr>
          <w:rFonts w:ascii="Gentium Plus" w:hAnsi="Gentium Plus"/>
          <w:sz w:val="24"/>
        </w:rPr>
        <w:t>μερῶν· ἔγωγε οὖν ἐπὶ γόνατος ἔχοντος ὄγκον χρόνιον ἐχρησάμην αὐταῖς δι’ ὀξυκράτου, καταπλάττεσθαι κελεύσας ἀλεύρων κριθίνων</w:t>
      </w:r>
    </w:p>
    <w:p>
      <w:r>
        <w:rPr>
          <w:rFonts w:ascii="Courier New" w:hAnsi="Courier New"/>
          <w:color w:val="555555"/>
          <w:sz w:val="20"/>
        </w:rPr>
        <w:t>[2 1,kappa 66]</w:t>
      </w:r>
    </w:p>
    <w:p>
      <w:r>
        <w:rPr>
          <w:rFonts w:ascii="Gentium Plus" w:hAnsi="Gentium Plus"/>
          <w:sz w:val="24"/>
        </w:rPr>
        <w:t>ἐπεμβαλλομένων· καὶ θαυμαστῶς ὁ ἄνθρωπος ὤνητο. καὶ κατ’ ἄλλων δὲ μορίων οὗτος ὁ τρόπος ὠφελιμώτατος· δριμυτέρα δ’ ἐστὶν ἢ ὥστε γυναῖκας ἀστείας ἢ παιδία θεραπεύειν ἢ ὅλως τοὺς μαλακοσάρκους.</w:t>
      </w:r>
    </w:p>
    <w:p>
      <w:r>
        <w:rPr>
          <w:rFonts w:ascii="Courier New" w:hAnsi="Courier New"/>
          <w:color w:val="555555"/>
          <w:sz w:val="20"/>
        </w:rPr>
        <w:t>[2 1,kappa 67]</w:t>
      </w:r>
    </w:p>
    <w:p>
      <w:r>
        <w:rPr>
          <w:rFonts w:ascii="Gentium Plus" w:hAnsi="Gentium Plus"/>
          <w:sz w:val="24"/>
        </w:rPr>
        <w:t>καὶ μέντοι καυθεῖσα λεπτομερεστέρα μέν, οὐ μὴν δριμυτέρα σαφῶς</w:t>
      </w:r>
    </w:p>
    <w:p>
      <w:r>
        <w:rPr>
          <w:rFonts w:ascii="Courier New" w:hAnsi="Courier New"/>
          <w:color w:val="555555"/>
          <w:sz w:val="20"/>
        </w:rPr>
        <w:t>[2 1,kappa 68]</w:t>
      </w:r>
    </w:p>
    <w:p>
      <w:r>
        <w:rPr>
          <w:rFonts w:ascii="Gentium Plus" w:hAnsi="Gentium Plus"/>
          <w:sz w:val="24"/>
        </w:rPr>
        <w:t>τοιαῦτα. τῶν δὲ βοῶν αἱ κόπροι ξηραντικῆς δυνάμεώς εἰσιν· ἔχουσι δὲ καὶ τῆς ἑλκτικῆς, ὡς δηλοῦσιν ὠφελοῦσαι τὰ τῶν μελιττῶν τε καὶ</w:t>
      </w:r>
    </w:p>
    <w:p>
      <w:r>
        <w:rPr>
          <w:rFonts w:ascii="Courier New" w:hAnsi="Courier New"/>
          <w:color w:val="555555"/>
          <w:sz w:val="20"/>
        </w:rPr>
        <w:t>[2 1,kappa 69]</w:t>
      </w:r>
    </w:p>
    <w:p>
      <w:r>
        <w:rPr>
          <w:rFonts w:ascii="Gentium Plus" w:hAnsi="Gentium Plus"/>
          <w:sz w:val="24"/>
        </w:rPr>
        <w:t>σφηκῶν νύγματα. καὶ τοὺς ὑδερικοὺς δέ τις καταχρίων ἐν ἡλίῳ κατέ‐</w:t>
      </w:r>
    </w:p>
    <w:p>
      <w:r>
        <w:rPr>
          <w:rFonts w:ascii="Courier New" w:hAnsi="Courier New"/>
          <w:color w:val="555555"/>
          <w:sz w:val="20"/>
        </w:rPr>
        <w:t>[2 1,kappa 70]</w:t>
      </w:r>
    </w:p>
    <w:p>
      <w:r>
        <w:rPr>
          <w:rFonts w:ascii="Gentium Plus" w:hAnsi="Gentium Plus"/>
          <w:sz w:val="24"/>
        </w:rPr>
        <w:t>κλινεν. τῶν νομάδων δὲ περιστερῶν τῇ κόπρῳ ὡς θερμαίνοντι φαρ‐ μάκῳ συνεχῶς εἰς πολλὰ χρώμεθα μετὰ καρδάμου σπέρματος ἀντὶ</w:t>
      </w:r>
    </w:p>
    <w:p>
      <w:r>
        <w:rPr>
          <w:rFonts w:ascii="Courier New" w:hAnsi="Courier New"/>
          <w:color w:val="555555"/>
          <w:sz w:val="20"/>
        </w:rPr>
        <w:t>[2 1,kappa 71]</w:t>
      </w:r>
    </w:p>
    <w:p>
      <w:r>
        <w:rPr>
          <w:rFonts w:ascii="Gentium Plus" w:hAnsi="Gentium Plus"/>
          <w:sz w:val="24"/>
        </w:rPr>
        <w:t>νάπυος ἐπὶ τῶν φοινιγμοῦ δεομένων. τῇ δὲ τῶν ἀλεκτορίδων χρῶνταί τινες ἐπὶ τῶν ὑπὸ μυκήτων ἐδωδῆς πνιγομένων· καὶ ἐμοῦσιν οἱ λα‐ βόντες φλεγματώδη παχύτατον χυμόν, ἐφ’ ᾧ τελέως παύονται τοῦ</w:t>
      </w:r>
    </w:p>
    <w:p>
      <w:r>
        <w:rPr>
          <w:rFonts w:ascii="Courier New" w:hAnsi="Courier New"/>
          <w:color w:val="555555"/>
          <w:sz w:val="20"/>
        </w:rPr>
        <w:t>[2 1,kappa 72]</w:t>
      </w:r>
    </w:p>
    <w:p>
      <w:r>
        <w:rPr>
          <w:rFonts w:ascii="Gentium Plus" w:hAnsi="Gentium Plus"/>
          <w:sz w:val="24"/>
        </w:rPr>
        <w:t>συμπτώματος. δεῖ δ’ ἐπιπάττεσθαι λελειωμένην αὐτὴν κυάθοις τρισὶν</w:t>
      </w:r>
    </w:p>
    <w:p>
      <w:r>
        <w:rPr>
          <w:rFonts w:ascii="Courier New" w:hAnsi="Courier New"/>
          <w:color w:val="555555"/>
          <w:sz w:val="20"/>
        </w:rPr>
        <w:t>[2 1,kappa 73]</w:t>
      </w:r>
    </w:p>
    <w:p>
      <w:r>
        <w:rPr>
          <w:rFonts w:ascii="Gentium Plus" w:hAnsi="Gentium Plus"/>
          <w:sz w:val="24"/>
        </w:rPr>
        <w:t>ἢ τέτταρσιν ὀξυκράτου τε καὶ ὀξυμέλιτος. ἔστι δὲ τῆς τῶν περιστερῶν</w:t>
      </w:r>
    </w:p>
    <w:p>
      <w:r>
        <w:rPr>
          <w:rFonts w:ascii="Courier New" w:hAnsi="Courier New"/>
          <w:color w:val="555555"/>
          <w:sz w:val="20"/>
        </w:rPr>
        <w:t>[2 1,kappa 74]</w:t>
      </w:r>
    </w:p>
    <w:p>
      <w:r>
        <w:rPr>
          <w:rFonts w:ascii="Gentium Plus" w:hAnsi="Gentium Plus"/>
          <w:sz w:val="24"/>
        </w:rPr>
        <w:t>ἧττον ἡ κόπρος αὕτη θερμή. ἡ δὲ τῶν κροκοδείλων τῶν χερσαίων κόπρος ῥυπτικήν τε καὶ ξηραντικὴν δύναμιν ἔχει, ὡς καὶ τῶν ψάρων,</w:t>
      </w:r>
    </w:p>
    <w:p>
      <w:r>
        <w:rPr>
          <w:rFonts w:ascii="Courier New" w:hAnsi="Courier New"/>
          <w:color w:val="555555"/>
          <w:sz w:val="20"/>
        </w:rPr>
        <w:t>[2 1,kappa 75]</w:t>
      </w:r>
    </w:p>
    <w:p>
      <w:r>
        <w:rPr>
          <w:rFonts w:ascii="Gentium Plus" w:hAnsi="Gentium Plus"/>
          <w:sz w:val="24"/>
        </w:rPr>
        <w:t>ὅταν ὄρυζαν μόνην ἐσθίωσιν. ἡ γοῦν τῶν κροκοδείλων κόπρος ὥσπερ τὴν ἔφηλιν ἀπορρύπτειν πέφυκεν, οὕτω καὶ ἀλφοὺς καὶ λειχῆνας. —</w:t>
      </w:r>
    </w:p>
    <w:p>
      <w:r>
        <w:rPr>
          <w:rFonts w:ascii="Courier New" w:hAnsi="Courier New"/>
          <w:color w:val="555555"/>
          <w:sz w:val="20"/>
        </w:rPr>
        <w:t>[2 1,kappa 76]</w:t>
      </w:r>
    </w:p>
    <w:p>
      <w:r>
        <w:rPr>
          <w:rFonts w:ascii="Gentium Plus" w:hAnsi="Gentium Plus"/>
          <w:sz w:val="24"/>
        </w:rPr>
        <w:t>Κόστος βραχείας μὲν πάνυ τῆς πικρᾶς, πλείστης δὲ τῆς δριμείας καὶ θερμῆς μετέχει ποιότητος, ὡς ἤδη καὶ ἑλκοῦν· διὸ ἔξωθεν ἀνατρίβουσιν αὐτῷ μετ’ ἐλαίου τὸ σῶμα πᾶν πρὸ τῆς εἰσβολῆς ἐπὶ τῶν κατὰ πε‐ ρίοδον ῥιγούντων· οὕτω δὲ κἀπὶ τῶν παραλελυμένων τε καὶ ἰσχιαδι‐</w:t>
      </w:r>
    </w:p>
    <w:p>
      <w:r>
        <w:rPr>
          <w:rFonts w:ascii="Courier New" w:hAnsi="Courier New"/>
          <w:color w:val="555555"/>
          <w:sz w:val="20"/>
        </w:rPr>
        <w:t>[5]</w:t>
      </w:r>
    </w:p>
    <w:p>
      <w:r>
        <w:rPr>
          <w:rFonts w:ascii="Gentium Plus" w:hAnsi="Gentium Plus"/>
          <w:sz w:val="24"/>
        </w:rPr>
        <w:t>κῶν, καὶ ὅλως ἐφ’ ὧν ἤτοι τι θερμῆναι πρόκειται μόριον ἢ ἐκ τοῦ</w:t>
      </w:r>
    </w:p>
    <w:p>
      <w:r>
        <w:rPr>
          <w:rFonts w:ascii="Courier New" w:hAnsi="Courier New"/>
          <w:color w:val="555555"/>
          <w:sz w:val="20"/>
        </w:rPr>
        <w:t>[2 1,kappa 77]</w:t>
      </w:r>
    </w:p>
    <w:p>
      <w:r>
        <w:rPr>
          <w:rFonts w:ascii="Gentium Plus" w:hAnsi="Gentium Plus"/>
          <w:sz w:val="24"/>
        </w:rPr>
        <w:t>βάθους εἰς τὴν ἐπιφάνειαν ἑλκῦσαί τινα χυμόν. ἔστι δὲ καὶ οὐρητικὸς καὶ ἐμμήνων ἀγωγὸς καὶ πρὸς ῥήγματα καὶ σπάσματα καὶ πόνους πλευρῶν ἁρμόττει καὶ πλατείας ἕλμινθας ἀναιρεῖ, καὶ πρὸς ἐφήλεις</w:t>
      </w:r>
    </w:p>
    <w:p>
      <w:r>
        <w:rPr>
          <w:rFonts w:ascii="Courier New" w:hAnsi="Courier New"/>
          <w:color w:val="555555"/>
          <w:sz w:val="20"/>
        </w:rPr>
        <w:t>[2 1,kappa 78]</w:t>
      </w:r>
    </w:p>
    <w:p>
      <w:r>
        <w:rPr>
          <w:rFonts w:ascii="Gentium Plus" w:hAnsi="Gentium Plus"/>
          <w:sz w:val="24"/>
        </w:rPr>
        <w:t>αὐτῷ χρῶνται μεθ’ ὕδατος ἢ μέλιτος. ἐνυπάρχει δ’ αὐτῷ τι φυσώδους ὑγρότητος, δι’ ἣν καὶ πρὸς ἀφροδίσια παρορμᾷ μετ’ οἰνομέλιτος. —</w:t>
      </w:r>
    </w:p>
    <w:p>
      <w:r>
        <w:rPr>
          <w:rFonts w:ascii="Courier New" w:hAnsi="Courier New"/>
          <w:color w:val="555555"/>
          <w:sz w:val="20"/>
        </w:rPr>
        <w:t>[2 1,kappa 79]</w:t>
      </w:r>
    </w:p>
    <w:p>
      <w:r>
        <w:rPr>
          <w:rFonts w:ascii="Gentium Plus" w:hAnsi="Gentium Plus"/>
          <w:sz w:val="24"/>
        </w:rPr>
        <w:t>Κοτυληδὼν μικτῆς ἐστι δυνάμεως ὑγρᾶς ὑποψύχρου καί τινος ἀμυδρᾶς στυφούσης καὶ σὺν αὐτῇ βραχείας πικρᾶς, ὅθεν ἐμψύχει καὶ ἀποκρούεται καὶ ῥύπτει καὶ διαφορεῖ· φλεγμονάς τε οὖν τὰς ἐρυσιπελατώδεις καὶ ἐρυσιπέλατα φλεγμονώδη θεραπεύει καὶ κατὰ στομάχου καυσουμένου</w:t>
      </w:r>
    </w:p>
    <w:p>
      <w:r>
        <w:rPr>
          <w:rFonts w:ascii="Courier New" w:hAnsi="Courier New"/>
          <w:color w:val="555555"/>
          <w:sz w:val="20"/>
        </w:rPr>
        <w:t>[2 1,kappa 80]</w:t>
      </w:r>
    </w:p>
    <w:p>
      <w:r>
        <w:rPr>
          <w:rFonts w:ascii="Gentium Plus" w:hAnsi="Gentium Plus"/>
          <w:sz w:val="24"/>
        </w:rPr>
        <w:t>χρήσιμον ἱκανῶς ἐστιν ἐπίπλασμα. —Κράμβη ξηραντικῆς ἐστι δυνά‐ μεως, οὐ μὴν ἤδη γέ πως καὶ δριμείας ἐναργῶς, ἀλλ’ ὥστε καὶ τραύ‐ ματα κολλᾶν καὶ τὰ κακοήθη τῶν ἑλκῶν ἰᾶσθαι καὶ φλεγμονὰς τὰς ἤδη σκληρυνομένας τε καὶ δυσλύτους καὶ τῶν ἐρυσιπελάτων τὰ τοι‐</w:t>
      </w:r>
    </w:p>
    <w:p>
      <w:r>
        <w:rPr>
          <w:rFonts w:ascii="Courier New" w:hAnsi="Courier New"/>
          <w:color w:val="555555"/>
          <w:sz w:val="20"/>
        </w:rPr>
        <w:t>[2 1,kappa 81]</w:t>
      </w:r>
    </w:p>
    <w:p>
      <w:r>
        <w:rPr>
          <w:rFonts w:ascii="Gentium Plus" w:hAnsi="Gentium Plus"/>
          <w:sz w:val="24"/>
        </w:rPr>
        <w:t>αῦτα καὶ ἕρπητας. ἔχει δέ τι καὶ ῥυπτικὸν ἐν ἑαυτῇ καθ’ ὃ καὶ</w:t>
      </w:r>
    </w:p>
    <w:p>
      <w:r>
        <w:rPr>
          <w:rFonts w:ascii="Courier New" w:hAnsi="Courier New"/>
          <w:color w:val="555555"/>
          <w:sz w:val="20"/>
        </w:rPr>
        <w:t>[2 1,kappa 82]</w:t>
      </w:r>
    </w:p>
    <w:p>
      <w:r>
        <w:rPr>
          <w:rFonts w:ascii="Gentium Plus" w:hAnsi="Gentium Plus"/>
          <w:sz w:val="24"/>
        </w:rPr>
        <w:t>λέπρας θεραπεύει. τὸ δὲ σπέρμα πινόμενον ἕλμινθας ἀναιρεῖ καὶ</w:t>
      </w:r>
    </w:p>
    <w:p>
      <w:r>
        <w:rPr>
          <w:rFonts w:ascii="Courier New" w:hAnsi="Courier New"/>
          <w:color w:val="555555"/>
          <w:sz w:val="20"/>
        </w:rPr>
        <w:t>[2 1,kappa 83]</w:t>
      </w:r>
    </w:p>
    <w:p>
      <w:r>
        <w:rPr>
          <w:rFonts w:ascii="Gentium Plus" w:hAnsi="Gentium Plus"/>
          <w:sz w:val="24"/>
        </w:rPr>
        <w:t>ἐφήλεις τε καὶ φακοὺς ὀνίνησιν. οἱ δὲ καυλοὶ τῆς κράμβης καυθέντες ἰσχυρῶς ξηραίνουσαν ποιοῦσι τέφραν, ὡς ἤδη τι καὶ τῆς καυστικῆς μετέχειν δυνάμεως· κατὰ τοῦτο οὖν αὐτῇ καὶ μιγνύντες στέαρ παλαιὸν εἴς τε τὰ τῶν πλευρῶν ἀλγήματα χρῶνται, καὶ εἴ πού τι τοιοῦτον</w:t>
      </w:r>
    </w:p>
    <w:p>
      <w:r>
        <w:rPr>
          <w:rFonts w:ascii="Courier New" w:hAnsi="Courier New"/>
          <w:color w:val="555555"/>
          <w:sz w:val="20"/>
        </w:rPr>
        <w:t>[5]</w:t>
      </w:r>
    </w:p>
    <w:p>
      <w:r>
        <w:rPr>
          <w:rFonts w:ascii="Gentium Plus" w:hAnsi="Gentium Plus"/>
          <w:sz w:val="24"/>
        </w:rPr>
        <w:t>ἕτερον εἴη· διαφορητικὸν γὰρ ἰσχυρῶς ἀποτελεῖ τὸ φάρμακον. —</w:t>
      </w:r>
    </w:p>
    <w:p>
      <w:r>
        <w:rPr>
          <w:rFonts w:ascii="Courier New" w:hAnsi="Courier New"/>
          <w:color w:val="555555"/>
          <w:sz w:val="20"/>
        </w:rPr>
        <w:t>[2 1,kappa 84]</w:t>
      </w:r>
    </w:p>
    <w:p>
      <w:r>
        <w:rPr>
          <w:rFonts w:ascii="Gentium Plus" w:hAnsi="Gentium Plus"/>
          <w:sz w:val="24"/>
        </w:rPr>
        <w:t>Κριθαὶ ξηραίνουσι καὶ ψύχουσι μετρίως, ἔχουσι δέ τι καὶ ῥυπτικὸν</w:t>
      </w:r>
    </w:p>
    <w:p>
      <w:r>
        <w:rPr>
          <w:rFonts w:ascii="Courier New" w:hAnsi="Courier New"/>
          <w:color w:val="555555"/>
          <w:sz w:val="20"/>
        </w:rPr>
        <w:t>[2 1,kappa 85,86]</w:t>
      </w:r>
    </w:p>
    <w:p>
      <w:r>
        <w:rPr>
          <w:rFonts w:ascii="Gentium Plus" w:hAnsi="Gentium Plus"/>
          <w:sz w:val="24"/>
        </w:rPr>
        <w:t>ὀλίγον. τὰ δ’ ἄλφιτα πολὺ τῶν κριθῶν ἐστι ξηραντικώτερα. —Κρίνου</w:t>
      </w:r>
    </w:p>
    <w:p>
      <w:r>
        <w:rPr>
          <w:rFonts w:ascii="Courier New" w:hAnsi="Courier New"/>
          <w:color w:val="555555"/>
          <w:sz w:val="20"/>
        </w:rPr>
        <w:t>[2 1,kappa 87]</w:t>
      </w:r>
    </w:p>
    <w:p>
      <w:r>
        <w:rPr>
          <w:rFonts w:ascii="Gentium Plus" w:hAnsi="Gentium Plus"/>
          <w:sz w:val="24"/>
        </w:rPr>
        <w:t>τὸ ἄνθος λεπτομερές ἐστιν. τὸ δ’ ἐξ αὐτοῦ ἔλαιον διαφορητικῆς τε ἀδήκτου καὶ μαλακτικῆς ἐστι δυνάμεως καὶ ταῖς τῆς μήτρας σκληρό‐</w:t>
      </w:r>
    </w:p>
    <w:p>
      <w:r>
        <w:rPr>
          <w:rFonts w:ascii="Courier New" w:hAnsi="Courier New"/>
          <w:color w:val="555555"/>
          <w:sz w:val="20"/>
        </w:rPr>
        <w:t>[2 1,kappa 88]</w:t>
      </w:r>
    </w:p>
    <w:p>
      <w:r>
        <w:rPr>
          <w:rFonts w:ascii="Gentium Plus" w:hAnsi="Gentium Plus"/>
          <w:sz w:val="24"/>
        </w:rPr>
        <w:t>τησιν ἐπιτήδειον. καὶ ἡ ῥίζα δὲ καὶ τὰ φύλλα καθ’ ἑαυτὰ λειούμενα ξηραίνει καὶ ῥύπτει καὶ διαφορεῖ μετρίως· ἐπὶ γοῦν τῶν κατακαυμάτων ἁρμόττει. τὴν μὲν οὖν ῥίζαν ὀπτήσαντες, εἶθ’ ἅμα ῥοδίνῳ λειώσαντες, ἐπιτιθέασι τοῖς κατακαύμασι μέχρι συνουλώσεως· ἔστι γὰρ καὶ ἄλλως</w:t>
      </w:r>
    </w:p>
    <w:p>
      <w:r>
        <w:rPr>
          <w:rFonts w:ascii="Courier New" w:hAnsi="Courier New"/>
          <w:color w:val="555555"/>
          <w:sz w:val="20"/>
        </w:rPr>
        <w:t>[2 1,kappa 89]</w:t>
      </w:r>
    </w:p>
    <w:p>
      <w:r>
        <w:rPr>
          <w:rFonts w:ascii="Gentium Plus" w:hAnsi="Gentium Plus"/>
          <w:sz w:val="24"/>
        </w:rPr>
        <w:t>ἁπάντων ἑλκῶν εἰς ἐπούλωσιν ἀγαθὸν φάρμακον. οὐ μὴν ἀλλὰ καὶ</w:t>
      </w:r>
    </w:p>
    <w:p>
      <w:r>
        <w:rPr>
          <w:rFonts w:ascii="Courier New" w:hAnsi="Courier New"/>
          <w:color w:val="555555"/>
          <w:sz w:val="20"/>
        </w:rPr>
        <w:t>[2 1,kappa 90]</w:t>
      </w:r>
    </w:p>
    <w:p>
      <w:r>
        <w:rPr>
          <w:rFonts w:ascii="Gentium Plus" w:hAnsi="Gentium Plus"/>
          <w:sz w:val="24"/>
        </w:rPr>
        <w:t>ὑστέρας μαλάττει καὶ καταμήνια προκαλεῖται. τὰ δὲ φύλλα προαφέ‐ ψοντες ἐπιτιθέασι καὶ αὐτὰ μέχρι κατουλώσεως, οὐ τοῖς κατακαύμασι</w:t>
      </w:r>
    </w:p>
    <w:p>
      <w:r>
        <w:rPr>
          <w:rFonts w:ascii="Courier New" w:hAnsi="Courier New"/>
          <w:color w:val="555555"/>
          <w:sz w:val="20"/>
        </w:rPr>
        <w:t>[2 1,kappa 91]</w:t>
      </w:r>
    </w:p>
    <w:p>
      <w:r>
        <w:rPr>
          <w:rFonts w:ascii="Gentium Plus" w:hAnsi="Gentium Plus"/>
          <w:sz w:val="24"/>
        </w:rPr>
        <w:t>μόνον, ἀλλὰ καὶ τοῖς ἕλκεσιν. εἰ δέ τις τῶν φύλλων τὸν χυλὸν ἑψήσαι σὺν ὄξει καὶ μέλιτι πλείονα τὸν χυλὸν ἑκάστου βαλών, εὐδόκιμον ἕξει φάρμακον εἰς πάντα τὰ ξηραίνεσθαι σφοδρῶς δεόμενα χωρὶς τοῦ δάκνεσθαι, καθάπερ ὅσα τραύματα μεγάλα καὶ μάλιστα κατὰ τὰς κεφα‐</w:t>
      </w:r>
    </w:p>
    <w:p>
      <w:r>
        <w:rPr>
          <w:rFonts w:ascii="Courier New" w:hAnsi="Courier New"/>
          <w:color w:val="555555"/>
          <w:sz w:val="20"/>
        </w:rPr>
        <w:t>[5]</w:t>
      </w:r>
    </w:p>
    <w:p>
      <w:r>
        <w:rPr>
          <w:rFonts w:ascii="Gentium Plus" w:hAnsi="Gentium Plus"/>
          <w:sz w:val="24"/>
        </w:rPr>
        <w:t>λὰς γίνεται τῶν μυῶν ὅσα τε πλαδαρὰ καὶ χρόνια καὶ δυσεπούλωτα</w:t>
      </w:r>
    </w:p>
    <w:p>
      <w:r>
        <w:rPr>
          <w:rFonts w:ascii="Courier New" w:hAnsi="Courier New"/>
          <w:color w:val="555555"/>
          <w:sz w:val="20"/>
        </w:rPr>
        <w:t>[2 1,kappa 92]</w:t>
      </w:r>
    </w:p>
    <w:p>
      <w:r>
        <w:rPr>
          <w:rFonts w:ascii="Gentium Plus" w:hAnsi="Gentium Plus"/>
          <w:sz w:val="24"/>
        </w:rPr>
        <w:t>τῶν ἑλκῶν ἐστιν. —Κρόκος θερμαίνει μὲν ἱκανῶς, ξηραίνει δὲ μετρίως, καὶ διὰ τοῦτο καὶ πεπτικὸν ἔχει τι, συντελούσης εἰς τοῦτο καὶ τῆς</w:t>
      </w:r>
    </w:p>
    <w:p>
      <w:r>
        <w:rPr>
          <w:rFonts w:ascii="Courier New" w:hAnsi="Courier New"/>
          <w:color w:val="555555"/>
          <w:sz w:val="20"/>
        </w:rPr>
        <w:t>[2 1,kappa 93]</w:t>
      </w:r>
    </w:p>
    <w:p>
      <w:r>
        <w:rPr>
          <w:rFonts w:ascii="Gentium Plus" w:hAnsi="Gentium Plus"/>
          <w:sz w:val="24"/>
        </w:rPr>
        <w:t>βραχείας στύψεως. —Κρόμμυον σφοδρότατα θερμαίνει παχυμεροῦς οὐσίας ὄν, ὅθεν καὶ τὰς αἱμορροΐδας ἀναστομοῖ προστιθέμενον· καὶ σὺν ὄξει καταχριόμενον ἐν ἡλίῳ τοὺς ἀλφοὺς ἀπορρύπτει, καὶ παρατριβό‐</w:t>
      </w:r>
    </w:p>
    <w:p>
      <w:r>
        <w:rPr>
          <w:rFonts w:ascii="Courier New" w:hAnsi="Courier New"/>
          <w:color w:val="555555"/>
          <w:sz w:val="20"/>
        </w:rPr>
        <w:t>[2 1,kappa 94]</w:t>
      </w:r>
    </w:p>
    <w:p>
      <w:r>
        <w:rPr>
          <w:rFonts w:ascii="Gentium Plus" w:hAnsi="Gentium Plus"/>
          <w:sz w:val="24"/>
        </w:rPr>
        <w:t>μενον ἀλωπεκίαις θᾶττον ἀλκυονίου παρορμᾷ τὰς τρίχας. —Κύαμος τῆς μέσης ἐγγυτάτω κράσεώς ἐστιν· μετέχει δέ τινος ἐπ’ ὀλίγον καὶ</w:t>
      </w:r>
    </w:p>
    <w:p>
      <w:r>
        <w:rPr>
          <w:rFonts w:ascii="Courier New" w:hAnsi="Courier New"/>
          <w:color w:val="555555"/>
          <w:sz w:val="20"/>
        </w:rPr>
        <w:t>[2 1,kappa 95]</w:t>
      </w:r>
    </w:p>
    <w:p>
      <w:r>
        <w:rPr>
          <w:rFonts w:ascii="Gentium Plus" w:hAnsi="Gentium Plus"/>
          <w:sz w:val="24"/>
        </w:rPr>
        <w:t>ῥυπτικῆς δυνάμεως καὶ στυπτικῆς. καὶ ἔξωθεν ἐπιτιθέμενος ἀλύπως ξηραίνει, ἐπὶ μὲν ποδαγρικῶν δι’ ὕδατος ἑψόμενος, εἶτα μιγνύμενος ὑείῳ στέατι, ἐπὶ δὲ τῶν κατὰ τὰ νεῦρα θλασμάτων καὶ ἑλκῶν δι’ ὀξυ‐ μέλιτος τὸ ἄλευρον ἐπιτίθεμεν, ἐπὶ δὲ τῶν ἤδη φλεγμαινόντων ἐκ</w:t>
      </w:r>
    </w:p>
    <w:p>
      <w:r>
        <w:rPr>
          <w:rFonts w:ascii="Courier New" w:hAnsi="Courier New"/>
          <w:color w:val="555555"/>
          <w:sz w:val="20"/>
        </w:rPr>
        <w:t>[2 1,kappa 96]</w:t>
      </w:r>
    </w:p>
    <w:p>
      <w:r>
        <w:rPr>
          <w:rFonts w:ascii="Gentium Plus" w:hAnsi="Gentium Plus"/>
          <w:sz w:val="24"/>
        </w:rPr>
        <w:t>πληγῆς σὺν ἀλφίτοις. καὶ διδύμων δ’ ἐστὶ καὶ μαστῶν ἀγαθὸν κατά‐ πλασμα· φιλεῖ γὰρ ταῦτα τὰ μόρια μετρίως ψύχεσθαι φλεγμαίνοντα, καὶ μάλιστα ὅταν ἐκ γάλακτος τυρωθέντος οἱ μαστοὶ φλεγμαίνωσι· καὶ</w:t>
      </w:r>
    </w:p>
    <w:p>
      <w:r>
        <w:rPr>
          <w:rFonts w:ascii="Courier New" w:hAnsi="Courier New"/>
          <w:color w:val="555555"/>
          <w:sz w:val="20"/>
        </w:rPr>
        <w:t>[5]</w:t>
      </w:r>
    </w:p>
    <w:p>
      <w:r>
        <w:rPr>
          <w:rFonts w:ascii="Gentium Plus" w:hAnsi="Gentium Plus"/>
          <w:sz w:val="24"/>
        </w:rPr>
        <w:t>ὥσπερ καὶ τὸ τῶν παίδων ἐφηβαῖον ἐπιπλασσόμενον ἀλεύρῳ κυαμίνῳ</w:t>
      </w:r>
    </w:p>
    <w:p>
      <w:r>
        <w:rPr>
          <w:rFonts w:ascii="Courier New" w:hAnsi="Courier New"/>
          <w:color w:val="555555"/>
          <w:sz w:val="20"/>
        </w:rPr>
        <w:t>[2 1,kappa 97]</w:t>
      </w:r>
    </w:p>
    <w:p>
      <w:r>
        <w:rPr>
          <w:rFonts w:ascii="Gentium Plus" w:hAnsi="Gentium Plus"/>
          <w:sz w:val="24"/>
        </w:rPr>
        <w:t>μέχρι πλείονος ἄνηβον διαμένει. —Κυμίνου τὸ σπέρμα θερμαντικῆς</w:t>
      </w:r>
    </w:p>
    <w:p>
      <w:r>
        <w:rPr>
          <w:rFonts w:ascii="Courier New" w:hAnsi="Courier New"/>
          <w:color w:val="555555"/>
          <w:sz w:val="20"/>
        </w:rPr>
        <w:t>[2 1,kappa 98]</w:t>
      </w:r>
    </w:p>
    <w:p>
      <w:r>
        <w:rPr>
          <w:rFonts w:ascii="Gentium Plus" w:hAnsi="Gentium Plus"/>
          <w:sz w:val="24"/>
        </w:rPr>
        <w:t>ἐστι δυνάμεως σφοδρῶς, ἄφυσον, διουρητικόν. —Κυπαρίσσου τὰ φύλλα καὶ οἱ βλαστοὶ καὶ τὰ σφαιρία τὰ νέα καὶ μαλακὰ μεγάλων τραυμάτων</w:t>
      </w:r>
    </w:p>
    <w:p>
      <w:r>
        <w:rPr>
          <w:rFonts w:ascii="Courier New" w:hAnsi="Courier New"/>
          <w:color w:val="555555"/>
          <w:sz w:val="20"/>
        </w:rPr>
        <w:t>[2 1,kappa 99]</w:t>
      </w:r>
    </w:p>
    <w:p>
      <w:r>
        <w:rPr>
          <w:rFonts w:ascii="Gentium Plus" w:hAnsi="Gentium Plus"/>
          <w:sz w:val="24"/>
        </w:rPr>
        <w:t>ἐν σκληροῖς σώμασίν ἐστι κολλητικά. ἐξ οὗ δῆλον ὡς ξηραντικῆς ἐστι δυνάμεως οὐδὲν ἐπιφανῶς ἐχούσης δριμύ· πλεῖστον δ’ ἔχει τὸ πικρὸν</w:t>
      </w:r>
    </w:p>
    <w:p>
      <w:r>
        <w:rPr>
          <w:rFonts w:ascii="Courier New" w:hAnsi="Courier New"/>
          <w:color w:val="555555"/>
          <w:sz w:val="20"/>
        </w:rPr>
        <w:t>[2 1,kappa 100]</w:t>
      </w:r>
    </w:p>
    <w:p>
      <w:r>
        <w:rPr>
          <w:rFonts w:ascii="Gentium Plus" w:hAnsi="Gentium Plus"/>
          <w:sz w:val="24"/>
        </w:rPr>
        <w:t>καὶ πολὺ πλεῖον ἔτι τὸ στρυφνόν. διὰ τοῦτο τὰς κατὰ βάθος ὑγρό‐ τητας ἐν ταῖς πλαδαραῖς καὶ σηπεδονώδεσι διαθέσεσιν ἀλύπως τε ἅμα</w:t>
      </w:r>
    </w:p>
    <w:p>
      <w:r>
        <w:rPr>
          <w:rFonts w:ascii="Courier New" w:hAnsi="Courier New"/>
          <w:color w:val="555555"/>
          <w:sz w:val="20"/>
        </w:rPr>
        <w:t>[2 1,kappa 101]</w:t>
      </w:r>
    </w:p>
    <w:p>
      <w:r>
        <w:rPr>
          <w:rFonts w:ascii="Gentium Plus" w:hAnsi="Gentium Plus"/>
          <w:sz w:val="24"/>
        </w:rPr>
        <w:t>καὶ ἀσφαλῶς ἐκβόσκεται ἑτέρας οὐκ ἐπισπώμενα. καὶ τοὺς ἐντεροκη‐ λικοὺς δ’ ὠφελεῖ ξηραίνοντα καὶ τόνον ἐντιθέντα τοῖς δι’ ὑγρότητα χαλαροῖς σώμασιν, ὡς ἂν τῆς στύψεως εἰς βάθος διαδυομένης διὰ τὴν</w:t>
      </w:r>
    </w:p>
    <w:p>
      <w:r>
        <w:rPr>
          <w:rFonts w:ascii="Courier New" w:hAnsi="Courier New"/>
          <w:color w:val="555555"/>
          <w:sz w:val="20"/>
        </w:rPr>
        <w:t>[2 1,kappa 102]</w:t>
      </w:r>
    </w:p>
    <w:p>
      <w:r>
        <w:rPr>
          <w:rFonts w:ascii="Gentium Plus" w:hAnsi="Gentium Plus"/>
          <w:sz w:val="24"/>
        </w:rPr>
        <w:t>μεμιγμένην θερμότητα. —Κυπέρου χρήσιμοι μάλιστά εἰσιν αἱ ῥίζαι θερμαίνουσαι καὶ ξηραίνουσαι χωρὶς δήξεως, ὅθεν καὶ δι’ ὑγρότητα πολλὴν ἕλκη δυσεπούλωτα θαυμαστῶς ὀνινᾶσιν· ἔχουσι γάρ τι στυπτι‐</w:t>
      </w:r>
    </w:p>
    <w:p>
      <w:r>
        <w:rPr>
          <w:rFonts w:ascii="Courier New" w:hAnsi="Courier New"/>
          <w:color w:val="555555"/>
          <w:sz w:val="20"/>
        </w:rPr>
        <w:t>[2 1,kappa 103]</w:t>
      </w:r>
    </w:p>
    <w:p>
      <w:r>
        <w:rPr>
          <w:rFonts w:ascii="Gentium Plus" w:hAnsi="Gentium Plus"/>
          <w:sz w:val="24"/>
        </w:rPr>
        <w:t>κὸν καὶ διὰ τοῦτο καὶ τοῖς ἐν στόμασιν ἕλκεσίν εἰσιν ἐπιτήδειοι. καὶ μὴν καὶ τμητικήν τινα δύναμιν ἔχουσι, δι’ ἣν καὶ λιθιῶσιν ἁρμόττουσι</w:t>
      </w:r>
    </w:p>
    <w:p>
      <w:r>
        <w:rPr>
          <w:rFonts w:ascii="Courier New" w:hAnsi="Courier New"/>
          <w:color w:val="555555"/>
          <w:sz w:val="20"/>
        </w:rPr>
        <w:t>[2 1,kappa 104]</w:t>
      </w:r>
    </w:p>
    <w:p>
      <w:r>
        <w:rPr>
          <w:rFonts w:ascii="Gentium Plus" w:hAnsi="Gentium Plus"/>
          <w:sz w:val="24"/>
        </w:rPr>
        <w:t>καὶ οὖρα καὶ καταμήνια κινοῦσιν. —Κυκλάμινος ῥύπτει καὶ τέμνει καὶ διαφορεῖ καὶ ἀναστομοῖ καὶ ἐπισπᾶται· ὁ γοῦν χυλὸς αὐτῆς αἱμορ‐ ροΐδας ἀναστομοῖ καὶ προκαλεῖται βιαίως εἰς ἀπόπατον ἐν κροκύδι</w:t>
      </w:r>
    </w:p>
    <w:p>
      <w:r>
        <w:rPr>
          <w:rFonts w:ascii="Courier New" w:hAnsi="Courier New"/>
          <w:color w:val="555555"/>
          <w:sz w:val="20"/>
        </w:rPr>
        <w:t>[2 1,kappa 105]</w:t>
      </w:r>
    </w:p>
    <w:p>
      <w:r>
        <w:rPr>
          <w:rFonts w:ascii="Gentium Plus" w:hAnsi="Gentium Plus"/>
          <w:sz w:val="24"/>
        </w:rPr>
        <w:t>προστιθέμενος. σφοδρὰ δ’ οὕτως ἐστὶν ἡ δύναμις αὐτοῦ, ὥστε καὶ ἐπὶ τοῦ ἐπιγαστρίου καταχριόμενος κοιλίαν ὑπάγει καὶ ἔμβρυα διαφθείρει</w:t>
      </w:r>
    </w:p>
    <w:p>
      <w:r>
        <w:rPr>
          <w:rFonts w:ascii="Courier New" w:hAnsi="Courier New"/>
          <w:color w:val="555555"/>
          <w:sz w:val="20"/>
        </w:rPr>
        <w:t>[2 1,kappa 106]</w:t>
      </w:r>
    </w:p>
    <w:p>
      <w:r>
        <w:rPr>
          <w:rFonts w:ascii="Gentium Plus" w:hAnsi="Gentium Plus"/>
          <w:sz w:val="24"/>
        </w:rPr>
        <w:t>ἐν πεσσῷ προστιθέμενος. ἡ δὲ ῥίζα τοῦ χυλοῦ μέν ἐστιν ἀσθενεστέρα, σφοδρὰ δ’ ἐστὶ καὶ αὐτή· καὶ γὰρ ἔμμηνα κινεῖ πινομένη τε καὶ προσ‐ τιθεμένη καὶ ἰκτεριῶντας ὀνίνησιν, οὐ μόνον ἐκκαθαίρουσα τὸ σπλάγ‐ χνον, ἀλλὰ καὶ τὴν ἐν ὅλῳ τῷ σώματι χολὴν ἐκκρίνουσα δι’ ἱδρώτων.</w:t>
      </w:r>
    </w:p>
    <w:p>
      <w:r>
        <w:rPr>
          <w:rFonts w:ascii="Courier New" w:hAnsi="Courier New"/>
          <w:color w:val="555555"/>
          <w:sz w:val="20"/>
        </w:rPr>
        <w:t>[2 1,kappa 107]</w:t>
      </w:r>
    </w:p>
    <w:p>
      <w:r>
        <w:rPr>
          <w:rFonts w:ascii="Gentium Plus" w:hAnsi="Gentium Plus"/>
          <w:sz w:val="24"/>
        </w:rPr>
        <w:t>χρὴ δ’ εἶναι τὸ πινόμενον αὐτῆς πλῆθος δραχμαὶ τρεῖς μετὰ γλυκέος</w:t>
      </w:r>
    </w:p>
    <w:p>
      <w:r>
        <w:rPr>
          <w:rFonts w:ascii="Courier New" w:hAnsi="Courier New"/>
          <w:color w:val="555555"/>
          <w:sz w:val="20"/>
        </w:rPr>
        <w:t>[2 1,kappa 108]</w:t>
      </w:r>
    </w:p>
    <w:p>
      <w:r>
        <w:rPr>
          <w:rFonts w:ascii="Gentium Plus" w:hAnsi="Gentium Plus"/>
          <w:sz w:val="24"/>
        </w:rPr>
        <w:t>ἢ μελικράτου. ῥύπτει δὲ καὶ τὸ δέρμα καὶ ἀλωπεκίας καὶ τὰς ἐφη‐</w:t>
      </w:r>
    </w:p>
    <w:p>
      <w:r>
        <w:rPr>
          <w:rFonts w:ascii="Courier New" w:hAnsi="Courier New"/>
          <w:color w:val="555555"/>
          <w:sz w:val="20"/>
        </w:rPr>
        <w:t>[2 1,kappa 109]</w:t>
      </w:r>
    </w:p>
    <w:p>
      <w:r>
        <w:rPr>
          <w:rFonts w:ascii="Gentium Plus" w:hAnsi="Gentium Plus"/>
          <w:sz w:val="24"/>
        </w:rPr>
        <w:t>λίδας, ἅπαντά τε τὰ ἐξανθήματα θεραπεύει. ὀνίνησι δὲ καὶ τοὺς σκλη‐</w:t>
      </w:r>
    </w:p>
    <w:p>
      <w:r>
        <w:rPr>
          <w:rFonts w:ascii="Courier New" w:hAnsi="Courier New"/>
          <w:color w:val="555555"/>
          <w:sz w:val="20"/>
        </w:rPr>
        <w:t>[2 1,kappa 110]</w:t>
      </w:r>
    </w:p>
    <w:p>
      <w:r>
        <w:rPr>
          <w:rFonts w:ascii="Gentium Plus" w:hAnsi="Gentium Plus"/>
          <w:sz w:val="24"/>
        </w:rPr>
        <w:t>ροὺς σπλῆνας, ἐπιπλαττομένη πρόσφατός τε καὶ ξηρά. —Κυτίσου τὰ φύλλα διαφορητικῆς ἐστι δυνάμεως, ἐπιμεμιγμένης ὑδατώδους χλιαρᾶς.</w:t>
      </w:r>
    </w:p>
    <w:p>
      <w:r>
        <w:rPr>
          <w:rFonts w:ascii="Courier New" w:hAnsi="Courier New"/>
          <w:color w:val="555555"/>
          <w:sz w:val="20"/>
        </w:rPr>
        <w:t>[2 1,kappa 111]</w:t>
      </w:r>
    </w:p>
    <w:p>
      <w:r>
        <w:rPr>
          <w:rFonts w:ascii="Gentium Plus" w:hAnsi="Gentium Plus"/>
          <w:sz w:val="24"/>
        </w:rPr>
        <w:t>—Κώνου καρπός, ὃν δὴ καὶ κόκκαλον ὀνομάζουσιν, ὅλος μὲν χλωρός, ἔχει τι μεθ’ ὑγρότητος πικρὸν καὶ δριμύ, καὶ διὰ τοῦτο καὶ τοῖς ἐμ‐ πύοις, ὅσοι τε ἄλλοι δέονται τὰ κατὰ θώρακα καὶ πνεύμονα ῥαδίως</w:t>
      </w:r>
    </w:p>
    <w:p>
      <w:r>
        <w:rPr>
          <w:rFonts w:ascii="Courier New" w:hAnsi="Courier New"/>
          <w:color w:val="555555"/>
          <w:sz w:val="20"/>
        </w:rPr>
        <w:t>[2 1,kappa 112]</w:t>
      </w:r>
    </w:p>
    <w:p>
      <w:r>
        <w:rPr>
          <w:rFonts w:ascii="Gentium Plus" w:hAnsi="Gentium Plus"/>
          <w:sz w:val="24"/>
        </w:rPr>
        <w:t>ἀναπτύειν, ἐπιτήδειός ἐστιν. ὁ δ’ ἐδώδιμος ἐξ αὐτοῦ καρπὸς ἐκλεαίνει</w:t>
      </w:r>
    </w:p>
    <w:p>
      <w:r>
        <w:rPr>
          <w:rFonts w:ascii="Courier New" w:hAnsi="Courier New"/>
          <w:color w:val="555555"/>
          <w:sz w:val="20"/>
        </w:rPr>
        <w:t>[2 1,lambda 1]</w:t>
      </w:r>
    </w:p>
    <w:p>
      <w:r>
        <w:rPr>
          <w:rFonts w:ascii="Gentium Plus" w:hAnsi="Gentium Plus"/>
          <w:sz w:val="24"/>
        </w:rPr>
        <w:t>Λάπαθον διαφορητικῆς ἐστι μετρίως δυνάμεως. τὸ δ’ ὀξυλάπαθον</w:t>
      </w:r>
    </w:p>
    <w:p>
      <w:r>
        <w:rPr>
          <w:rFonts w:ascii="Courier New" w:hAnsi="Courier New"/>
          <w:color w:val="555555"/>
          <w:sz w:val="20"/>
        </w:rPr>
        <w:t>[2 1,lambda 2]</w:t>
      </w:r>
    </w:p>
    <w:p>
      <w:r>
        <w:rPr>
          <w:rFonts w:ascii="Gentium Plus" w:hAnsi="Gentium Plus"/>
          <w:sz w:val="24"/>
        </w:rPr>
        <w:t>μικτῆς· ἅμα γὰρ τῇ διαφορητικῇ καὶ ἀποκρουστικῆς τι μετέχει. τὸ δὲ σπέρμα αὐτῶν ἔχει τι σαφῶς στυπτικόν, ὡς δυσεντερίας καὶ διαρροίας</w:t>
      </w:r>
    </w:p>
    <w:p>
      <w:r>
        <w:rPr>
          <w:rFonts w:ascii="Courier New" w:hAnsi="Courier New"/>
          <w:color w:val="555555"/>
          <w:sz w:val="20"/>
        </w:rPr>
        <w:t>[2 1,lambda 3]</w:t>
      </w:r>
    </w:p>
    <w:p>
      <w:r>
        <w:rPr>
          <w:rFonts w:ascii="Gentium Plus" w:hAnsi="Gentium Plus"/>
          <w:sz w:val="24"/>
        </w:rPr>
        <w:t>ἰᾶσθαι, καὶ μάλιστα τὸ τοῦ ὀξυλαπάθου. —Λευκοΐου καὶ σύμπας μὲν ὁ θάμνος ῥυπτικῆς ἐστι καὶ λεπτομεροῦς δυνάμεως, ἐπὶ μᾶλλον δ’ αὐτῆς μετέχει τὰ ἄνθη, καὶ τούτων τὰ ξηρότερα μᾶλλον, ὥστε καὶ καταμήνια τὸ ἀφέψημα αὐτῶν προτρέπει καὶ χόρια καὶ ἔμβρυα τε‐</w:t>
      </w:r>
    </w:p>
    <w:p>
      <w:r>
        <w:rPr>
          <w:rFonts w:ascii="Courier New" w:hAnsi="Courier New"/>
          <w:color w:val="555555"/>
          <w:sz w:val="20"/>
        </w:rPr>
        <w:t>[2 1,lambda 4]</w:t>
      </w:r>
    </w:p>
    <w:p>
      <w:r>
        <w:rPr>
          <w:rFonts w:ascii="Gentium Plus" w:hAnsi="Gentium Plus"/>
          <w:sz w:val="24"/>
        </w:rPr>
        <w:t>θνεῶτα προκαλεῖται· καὶ εἰ ποθείη δέ, φθόριόν ἐστι φάρμακον. καὶ εἴ τις αὐτοῦ τὸ σφοδρὸν τῆς δυνάμεως ὕδατος ἐπιμιξίᾳ πολλοῦ πραΰ‐ νειεν, ἕξει πρὸς φλεγμονὴν ἀγαθὸν φάρμακον. οὕτως οὖν τὸ ἀφέψημα αὐτοῦ τὰς ἐν μήτρᾳ φλεγμονὰς ἰᾶται προσαντλούμενον, καὶ μάλιστα</w:t>
      </w:r>
    </w:p>
    <w:p>
      <w:r>
        <w:rPr>
          <w:rFonts w:ascii="Courier New" w:hAnsi="Courier New"/>
          <w:color w:val="555555"/>
          <w:sz w:val="20"/>
        </w:rPr>
        <w:t>[2 1,lambda 5]</w:t>
      </w:r>
    </w:p>
    <w:p>
      <w:r>
        <w:rPr>
          <w:rFonts w:ascii="Gentium Plus" w:hAnsi="Gentium Plus"/>
          <w:sz w:val="24"/>
        </w:rPr>
        <w:t>ὅσαι σκιρρώδεις εἰσίν. ὁ δὲ καρπὸς τῆς αὐτῆς ὢν δυνάμεως πινόμενος ὅσον 𐅻 β ἢ προστιθέμενος καταμήνιά τε κινεῖ καὶ ἔμβρυα τὰ μὲν ζῶντα</w:t>
      </w:r>
    </w:p>
    <w:p>
      <w:r>
        <w:rPr>
          <w:rFonts w:ascii="Courier New" w:hAnsi="Courier New"/>
          <w:color w:val="555555"/>
          <w:sz w:val="20"/>
        </w:rPr>
        <w:t>[2 1,lambda 6]</w:t>
      </w:r>
    </w:p>
    <w:p>
      <w:r>
        <w:rPr>
          <w:rFonts w:ascii="Gentium Plus" w:hAnsi="Gentium Plus"/>
          <w:sz w:val="24"/>
        </w:rPr>
        <w:t>διαφθείρει, τὰ δὲ νεκρὰ ἐκβάλλει. —Λιβανωτὸς θερμαίνει μὲν ἱκανῶς, ξηραίνει δὲ μετρίως· ἔχει δέ τι καὶ ὑποστῦφον ὀλίγον, καὶ μᾶλλον ὁ</w:t>
      </w:r>
    </w:p>
    <w:p>
      <w:r>
        <w:rPr>
          <w:rFonts w:ascii="Courier New" w:hAnsi="Courier New"/>
          <w:color w:val="555555"/>
          <w:sz w:val="20"/>
        </w:rPr>
        <w:t>[2 1,lambda 7]</w:t>
      </w:r>
    </w:p>
    <w:p>
      <w:r>
        <w:rPr>
          <w:rFonts w:ascii="Gentium Plus" w:hAnsi="Gentium Plus"/>
          <w:sz w:val="24"/>
        </w:rPr>
        <w:t>λευκός. ὁ δὲ φλοιὸς αὐτοῦ τὴν στυπτικὴν δύναμιν ἐναργῶς κέκτηται, διὸ καὶ ξηραίνει γενναίως· ἔστι δὲ καὶ παχυμερής, ἥκιστα δριμύτητος</w:t>
      </w:r>
    </w:p>
    <w:p>
      <w:r>
        <w:rPr>
          <w:rFonts w:ascii="Courier New" w:hAnsi="Courier New"/>
          <w:color w:val="555555"/>
          <w:sz w:val="20"/>
        </w:rPr>
        <w:t>[2 1,lambda 8]</w:t>
      </w:r>
    </w:p>
    <w:p>
      <w:r>
        <w:rPr>
          <w:rFonts w:ascii="Gentium Plus" w:hAnsi="Gentium Plus"/>
          <w:sz w:val="24"/>
        </w:rPr>
        <w:t>μετέχων. —Λιβανωτίδες αἱ τρεῖς ὁμοίας εἰσι δυνάμεως, μαλακτικῆς,</w:t>
      </w:r>
    </w:p>
    <w:p>
      <w:r>
        <w:rPr>
          <w:rFonts w:ascii="Courier New" w:hAnsi="Courier New"/>
          <w:color w:val="555555"/>
          <w:sz w:val="20"/>
        </w:rPr>
        <w:t>[2 1,lambda 9]</w:t>
      </w:r>
    </w:p>
    <w:p>
      <w:r>
        <w:rPr>
          <w:rFonts w:ascii="Gentium Plus" w:hAnsi="Gentium Plus"/>
          <w:sz w:val="24"/>
        </w:rPr>
        <w:t>διαφορητικῆς, ῥυπτικῆς τε καὶ τμητικῆς. ὁ δὲ χυλὸς αὐτῶν τῆς ῥίζης καὶ τῆς πόας μέλιτι μιγνύμενος ἀμβλυωπίας, ὅσαι διὰ πάχος ὑγρῶν</w:t>
      </w:r>
    </w:p>
    <w:p>
      <w:r>
        <w:rPr>
          <w:rFonts w:ascii="Courier New" w:hAnsi="Courier New"/>
          <w:color w:val="555555"/>
          <w:sz w:val="20"/>
        </w:rPr>
        <w:t>[2 1,lambda 10]</w:t>
      </w:r>
    </w:p>
    <w:p>
      <w:r>
        <w:rPr>
          <w:rFonts w:ascii="Gentium Plus" w:hAnsi="Gentium Plus"/>
          <w:sz w:val="24"/>
        </w:rPr>
        <w:t>γίνονται, θεραπεύει. —Λίθος αἱματίτης τοσοῦτον ψύξεως μετέχει ὅσον καὶ στύψεως· μόνῳ γοῦν ἐχρησάμην αὐτῷ τραχέων γεγονότων βλε‐</w:t>
      </w:r>
    </w:p>
    <w:p>
      <w:r>
        <w:rPr>
          <w:rFonts w:ascii="Courier New" w:hAnsi="Courier New"/>
          <w:color w:val="555555"/>
          <w:sz w:val="20"/>
        </w:rPr>
        <w:t>[2 1,lambda 11]</w:t>
      </w:r>
    </w:p>
    <w:p>
      <w:r>
        <w:rPr>
          <w:rFonts w:ascii="Gentium Plus" w:hAnsi="Gentium Plus"/>
          <w:sz w:val="24"/>
        </w:rPr>
        <w:t>φάρων, εἰ μὲν ἅμα φλεγμονῇ ταῦτα εἴη γεγονότα, δι’ ὠοῦ τὴν ἄνεσιν ποιούμενος ἢ μᾶλλον ἔτι διὰ τήλεως ἀφεψήματος· εἰ δὲ χωρὶς φλεγ‐</w:t>
      </w:r>
    </w:p>
    <w:p>
      <w:r>
        <w:rPr>
          <w:rFonts w:ascii="Courier New" w:hAnsi="Courier New"/>
          <w:color w:val="555555"/>
          <w:sz w:val="20"/>
        </w:rPr>
        <w:t>[2 1,lambda 12]</w:t>
      </w:r>
    </w:p>
    <w:p>
      <w:r>
        <w:rPr>
          <w:rFonts w:ascii="Gentium Plus" w:hAnsi="Gentium Plus"/>
          <w:sz w:val="24"/>
        </w:rPr>
        <w:t>μονῆς, δι’ ὕδατος. ἄρχου δ’ ἀπὸ μετρίως ὑγροῦ διὰ τῆς μήλης ἐγ‐ χέων· ὅταν δὲ φέρῃ τὴν δύναμιν αὐτοῦ ὁ θεραπευόμενος, παχύτερον αἰεὶ καὶ μᾶλλον ἐργάζου, καὶ τελευτῶν οὕτω παχὺ ποιήσεις, ὡς διὰ μήλης πυρῆνος ὑπαλείφειν καθ’ ὑποβολὴν 〈ἢ〉 ἐκτροπὴν τοῦ βλεφάρου.</w:t>
      </w:r>
    </w:p>
    <w:p>
      <w:r>
        <w:rPr>
          <w:rFonts w:ascii="Courier New" w:hAnsi="Courier New"/>
          <w:color w:val="555555"/>
          <w:sz w:val="20"/>
        </w:rPr>
        <w:t>[2 1,lambda 13]</w:t>
      </w:r>
    </w:p>
    <w:p>
      <w:r>
        <w:rPr>
          <w:rFonts w:ascii="Gentium Plus" w:hAnsi="Gentium Plus"/>
          <w:sz w:val="24"/>
        </w:rPr>
        <w:t>ὁ δ’ αὐτὸς λίθος ὁμοίως ἐπ’ ἀκόνης ἀποτριβόμενος αἵματος πτύσεσιν</w:t>
      </w:r>
    </w:p>
    <w:p>
      <w:r>
        <w:rPr>
          <w:rFonts w:ascii="Courier New" w:hAnsi="Courier New"/>
          <w:color w:val="555555"/>
          <w:sz w:val="20"/>
        </w:rPr>
        <w:t>[2 1,lambda 14]</w:t>
      </w:r>
    </w:p>
    <w:p>
      <w:r>
        <w:rPr>
          <w:rFonts w:ascii="Gentium Plus" w:hAnsi="Gentium Plus"/>
          <w:sz w:val="24"/>
        </w:rPr>
        <w:t>ἁρμόζει καὶ πᾶσιν ἕλκεσιν· ξηρὸς δὲ λειωθεὶς ὡς χνοώδης γενέσθαι</w:t>
      </w:r>
    </w:p>
    <w:p>
      <w:r>
        <w:rPr>
          <w:rFonts w:ascii="Courier New" w:hAnsi="Courier New"/>
          <w:color w:val="555555"/>
          <w:sz w:val="20"/>
        </w:rPr>
        <w:t>[2 1,lambda 15]</w:t>
      </w:r>
    </w:p>
    <w:p>
      <w:r>
        <w:rPr>
          <w:rFonts w:ascii="Gentium Plus" w:hAnsi="Gentium Plus"/>
          <w:sz w:val="24"/>
        </w:rPr>
        <w:t>καταστέλλει τὰ ὑπερσαρκοῦντα. καὶ αὐτὰ δὲ τὰ κατὰ τοὺς ὀφθαλ‐ μοὺς ἕλκη συνουλοῖ μόνος αὐτὸς ἀποτριβόμενος, ὡς εἶπον, ἐγχυματι‐</w:t>
      </w:r>
    </w:p>
    <w:p>
      <w:r>
        <w:rPr>
          <w:rFonts w:ascii="Courier New" w:hAnsi="Courier New"/>
          <w:color w:val="555555"/>
          <w:sz w:val="20"/>
        </w:rPr>
        <w:t>[2 1,lambda 16]</w:t>
      </w:r>
    </w:p>
    <w:p>
      <w:r>
        <w:rPr>
          <w:rFonts w:ascii="Gentium Plus" w:hAnsi="Gentium Plus"/>
          <w:sz w:val="24"/>
        </w:rPr>
        <w:t>ζόμενος ἢ ὑπαλειφόμενος. —Λίθοι οἱ ἐν τοῖς σπόγγοις θρυπτικῆς</w:t>
      </w:r>
    </w:p>
    <w:p>
      <w:r>
        <w:rPr>
          <w:rFonts w:ascii="Courier New" w:hAnsi="Courier New"/>
          <w:color w:val="555555"/>
          <w:sz w:val="20"/>
        </w:rPr>
        <w:t>[2 1,lambda 17]</w:t>
      </w:r>
    </w:p>
    <w:p>
      <w:r>
        <w:rPr>
          <w:rFonts w:ascii="Gentium Plus" w:hAnsi="Gentium Plus"/>
          <w:sz w:val="24"/>
        </w:rPr>
        <w:t>δυνάμεώς εἰσιν, ὡς τοὺς ἐν κύστει λίθους θρύπτειν. —Λιθάργυρος ξηραίνει μὲν ὡς καὶ τὰ ἄλλα πάντα τὰ μεταλλικὰ καὶ γεώδη καὶ λιθώδη· μετριώτατά γε μὴν τοῦτο ποιεῖ· καὶ κατὰ τὰς ἄλλας δὲ ποι‐ ότητας καὶ δυνάμεις ἐν τῷ μέσῳ πώς ἐστιν, οὔτε θερμαίνουσα σαφῶς</w:t>
      </w:r>
    </w:p>
    <w:p>
      <w:r>
        <w:rPr>
          <w:rFonts w:ascii="Courier New" w:hAnsi="Courier New"/>
          <w:color w:val="555555"/>
          <w:sz w:val="20"/>
        </w:rPr>
        <w:t>[5]</w:t>
      </w:r>
    </w:p>
    <w:p>
      <w:r>
        <w:rPr>
          <w:rFonts w:ascii="Gentium Plus" w:hAnsi="Gentium Plus"/>
          <w:sz w:val="24"/>
        </w:rPr>
        <w:t>οὔτε ψύχουσα, καὶ τοῦ ῥύπτειν τε καὶ στύφειν μετρίως μετέχει· διὸ καὶ ὡς ὕλῃ χρώμεθα αὐτῇ, μιγνύντες τοῖς ἰσχυρὰν ἔχουσι δύναμιν ἢ δάκνουσαν ἢ στύφουσαν ἤ τι ἄλλο ποιοῦσαν. [ψυχρότητος δὲ καὶ θερ‐</w:t>
      </w:r>
    </w:p>
    <w:p>
      <w:r>
        <w:rPr>
          <w:rFonts w:ascii="Courier New" w:hAnsi="Courier New"/>
          <w:color w:val="555555"/>
          <w:sz w:val="20"/>
        </w:rPr>
        <w:t>[2 1,lambda 18]</w:t>
      </w:r>
    </w:p>
    <w:p>
      <w:r>
        <w:rPr>
          <w:rFonts w:ascii="Gentium Plus" w:hAnsi="Gentium Plus"/>
          <w:sz w:val="24"/>
        </w:rPr>
        <w:t>μότητος μέσον ἐστίν.] —Λινόσπερμον θερμαίνει μετρίως, ὑγρότητος</w:t>
      </w:r>
    </w:p>
    <w:p>
      <w:r>
        <w:rPr>
          <w:rFonts w:ascii="Courier New" w:hAnsi="Courier New"/>
          <w:color w:val="555555"/>
          <w:sz w:val="20"/>
        </w:rPr>
        <w:t>[2 1,lambda 19]</w:t>
      </w:r>
    </w:p>
    <w:p>
      <w:r>
        <w:rPr>
          <w:rFonts w:ascii="Gentium Plus" w:hAnsi="Gentium Plus"/>
          <w:sz w:val="24"/>
        </w:rPr>
        <w:t>δὲ καὶ ξηρότητος μέσον ἐστίν. —Λίτρον ξηραίνει καὶ διαφορεῖ, καὶ εἰ εἴσω τοῦ σώματος ληφθείη, τέμνει καὶ λεπτύνει τοὺς παχεῖς καὶ γλίσ‐</w:t>
      </w:r>
    </w:p>
    <w:p>
      <w:r>
        <w:rPr>
          <w:rFonts w:ascii="Courier New" w:hAnsi="Courier New"/>
          <w:color w:val="555555"/>
          <w:sz w:val="20"/>
        </w:rPr>
        <w:t>[2 1,lambda 20]</w:t>
      </w:r>
    </w:p>
    <w:p>
      <w:r>
        <w:rPr>
          <w:rFonts w:ascii="Gentium Plus" w:hAnsi="Gentium Plus"/>
          <w:sz w:val="24"/>
        </w:rPr>
        <w:t>χρους χυμοὺς πολὺ μᾶλλον τῶν ἁλῶν. ἀφρόνιτρον δέ, μὴ μεγάλης ἀνάγκης οὔσης, οὐδὲ καταπίνει τις, ὡς ἂν κακοστόμαχον ὄν, 〈ἐπεί τοι μᾶλλόν ἐστι λίτρου τμητικόν〉· ἐπὶ γοῦν μυκήτων ἐχρῆτό τις αὐτῷ</w:t>
      </w:r>
    </w:p>
    <w:p>
      <w:r>
        <w:rPr>
          <w:rFonts w:ascii="Courier New" w:hAnsi="Courier New"/>
          <w:color w:val="555555"/>
          <w:sz w:val="20"/>
        </w:rPr>
        <w:t>[2 1,lambda 21]</w:t>
      </w:r>
    </w:p>
    <w:p>
      <w:r>
        <w:rPr>
          <w:rFonts w:ascii="Gentium Plus" w:hAnsi="Gentium Plus"/>
          <w:sz w:val="24"/>
        </w:rPr>
        <w:t>ἄγροικος καὶ ηὐδοκίμει. λίτρῳ δὲ κεκαυμένῳ καὶ ἀκαύστῳ καὶ ἡμεῖς</w:t>
      </w:r>
    </w:p>
    <w:p>
      <w:r>
        <w:rPr>
          <w:rFonts w:ascii="Courier New" w:hAnsi="Courier New"/>
          <w:color w:val="555555"/>
          <w:sz w:val="20"/>
        </w:rPr>
        <w:t>[2 1,lambda 22]</w:t>
      </w:r>
    </w:p>
    <w:p>
      <w:r>
        <w:rPr>
          <w:rFonts w:ascii="Gentium Plus" w:hAnsi="Gentium Plus"/>
          <w:sz w:val="24"/>
        </w:rPr>
        <w:t>ἐπὶ τῶν τοιούτων χρώμεθα. —Λειχὴν ὁ ἐπὶ τῶν πετρῶν ῥυπτικῆς τε ἅμα καὶ μετρίως ψυκτικῆς καὶ στυφούσης δυνάμεως καὶ ξηραντικῆς</w:t>
      </w:r>
    </w:p>
    <w:p>
      <w:r>
        <w:rPr>
          <w:rFonts w:ascii="Courier New" w:hAnsi="Courier New"/>
          <w:color w:val="555555"/>
          <w:sz w:val="20"/>
        </w:rPr>
        <w:t>[2 1,lambda 23]</w:t>
      </w:r>
    </w:p>
    <w:p>
      <w:r>
        <w:rPr>
          <w:rFonts w:ascii="Gentium Plus" w:hAnsi="Gentium Plus"/>
          <w:sz w:val="24"/>
        </w:rPr>
        <w:t>ἐστιν· οὐδὲν οὖν θαυμαστὸν ἀφλέγμαντον ὑπάρχειν αὐτόν. —Λωτὸς ἥμερος, ὃν καὶ τρίφυλλον ὀνομάζουσι, στυπτικῆς μετρίως ἐστὶ δυνά‐ μεως καὶ ξηραντικῆς, μέσος ὢν κατὰ τὸ θερμαίνειν καὶ ψύχειν. —</w:t>
      </w:r>
    </w:p>
    <w:p>
      <w:r>
        <w:rPr>
          <w:rFonts w:ascii="Courier New" w:hAnsi="Courier New"/>
          <w:color w:val="555555"/>
          <w:sz w:val="20"/>
        </w:rPr>
        <w:t>[2 1,lambda 24]</w:t>
      </w:r>
    </w:p>
    <w:p>
      <w:r>
        <w:rPr>
          <w:rFonts w:ascii="Gentium Plus" w:hAnsi="Gentium Plus"/>
          <w:sz w:val="24"/>
        </w:rPr>
        <w:t>Λωτὸς τὸ δένδρον στύφει μὲν μετρίως· ἔστι δὲ λεπτομερὲς καὶ ξηραν‐</w:t>
      </w:r>
    </w:p>
    <w:p>
      <w:r>
        <w:rPr>
          <w:rFonts w:ascii="Courier New" w:hAnsi="Courier New"/>
          <w:color w:val="555555"/>
          <w:sz w:val="20"/>
        </w:rPr>
        <w:t>[2 1,lambda 25]</w:t>
      </w:r>
    </w:p>
    <w:p>
      <w:r>
        <w:rPr>
          <w:rFonts w:ascii="Gentium Plus" w:hAnsi="Gentium Plus"/>
          <w:sz w:val="24"/>
        </w:rPr>
        <w:t>τικόν. τὰ γοῦν ῥινήματα τῶν ξύλων αὐτοῦ πρός τε ῥοῦν γυναικεῖον</w:t>
      </w:r>
    </w:p>
    <w:p>
      <w:r>
        <w:rPr>
          <w:rFonts w:ascii="Courier New" w:hAnsi="Courier New"/>
          <w:color w:val="555555"/>
          <w:sz w:val="20"/>
        </w:rPr>
        <w:t>[2 1,lambda 26]</w:t>
      </w:r>
    </w:p>
    <w:p>
      <w:r>
        <w:rPr>
          <w:rFonts w:ascii="Gentium Plus" w:hAnsi="Gentium Plus"/>
          <w:sz w:val="24"/>
        </w:rPr>
        <w:t>ἁρμόττει καὶ δυσεντερίας καὶ κοιλιακούς. ἐναφέψεται δὲ ποτὲ μὲν ὕδατι, ποτὲ δ’ οἴνῳ, ὡς ἂν ἡ χρεία κελεύῃ, καὶ οὐκ ἐνίεται δὲ μόνον,</w:t>
      </w:r>
    </w:p>
    <w:p>
      <w:r>
        <w:rPr>
          <w:rFonts w:ascii="Courier New" w:hAnsi="Courier New"/>
          <w:color w:val="555555"/>
          <w:sz w:val="20"/>
        </w:rPr>
        <w:t>[2 1,lambda 27,28]</w:t>
      </w:r>
    </w:p>
    <w:p>
      <w:r>
        <w:rPr>
          <w:rFonts w:ascii="Gentium Plus" w:hAnsi="Gentium Plus"/>
          <w:sz w:val="24"/>
        </w:rPr>
        <w:t>ἀλλὰ καὶ πίνεται. καὶ μὴν καὶ τὰς ῥεούσας τρίχας ἐπέχει. —Λύκιον</w:t>
      </w:r>
    </w:p>
    <w:p>
      <w:r>
        <w:rPr>
          <w:rFonts w:ascii="Courier New" w:hAnsi="Courier New"/>
          <w:color w:val="555555"/>
          <w:sz w:val="20"/>
        </w:rPr>
        <w:t>[2 1,lambda 28 (2)]</w:t>
      </w:r>
    </w:p>
    <w:p>
      <w:r>
        <w:rPr>
          <w:rFonts w:ascii="Gentium Plus" w:hAnsi="Gentium Plus"/>
          <w:sz w:val="24"/>
        </w:rPr>
        <w:t>ξηραντικῆς ἐστι δυνάμεως, ἐξ ἑτερογενῶν οὐσιῶν συγκείμενον, τῆς μὲν ἑτέρας λεπτομεροῦς τε 〈καὶ〉 διαφορητικῆς ἱκανῶς καὶ θερμῆς, τῆς δ’</w:t>
      </w:r>
    </w:p>
    <w:p>
      <w:r>
        <w:rPr>
          <w:rFonts w:ascii="Courier New" w:hAnsi="Courier New"/>
          <w:color w:val="555555"/>
          <w:sz w:val="20"/>
        </w:rPr>
        <w:t>[2 1,lambda 29]</w:t>
      </w:r>
    </w:p>
    <w:p>
      <w:r>
        <w:rPr>
          <w:rFonts w:ascii="Gentium Plus" w:hAnsi="Gentium Plus"/>
          <w:sz w:val="24"/>
        </w:rPr>
        <w:t>ἑτέρας γεώδους ψυχρᾶς ὀλίγης, ἐξ ἧς καὶ τὸ στύφειν ἔχει. διὸ καὶ πρὸς διαφέροντα πάθη χρῶνται τῷ φαρμάκῳ, ὡς ῥυπτικῷ μέν, ὅταν ὡς ἀποκαθαῖρον αὐτὸ τὰ ἐπισκοτοῦντα ταῖς κόραις παραλαμβάνωσιν, ὡς συνακτικῷ δὲ κοιλιακοῖς τε καὶ δυσεντερικοῖς καὶ ῥόῳ γυναικείῳ</w:t>
      </w:r>
    </w:p>
    <w:p>
      <w:r>
        <w:rPr>
          <w:rFonts w:ascii="Courier New" w:hAnsi="Courier New"/>
          <w:color w:val="555555"/>
          <w:sz w:val="20"/>
        </w:rPr>
        <w:t>[2 1,lambda 30]</w:t>
      </w:r>
    </w:p>
    <w:p>
      <w:r>
        <w:rPr>
          <w:rFonts w:ascii="Gentium Plus" w:hAnsi="Gentium Plus"/>
          <w:sz w:val="24"/>
        </w:rPr>
        <w:t>προσφέροντες. χρῶνται δ’ αὐτῷ καὶ πρὸς ὑπώπια καὶ πρὸς τὰς ἐν ἕδρᾳ καὶ στόματι φλεγμονὰς καὶ ἑλκώσεις, ἕρπητάς τε καὶ σηπεδόνας καὶ τὰ κακοήθη τῶν ἑλκῶν καὶ ὦτα πυορροῦντα καὶ παρατρίμματα</w:t>
      </w:r>
    </w:p>
    <w:p>
      <w:r>
        <w:rPr>
          <w:rFonts w:ascii="Courier New" w:hAnsi="Courier New"/>
          <w:color w:val="555555"/>
          <w:sz w:val="20"/>
        </w:rPr>
        <w:t>[2 1,lambda 31]</w:t>
      </w:r>
    </w:p>
    <w:p>
      <w:r>
        <w:rPr>
          <w:rFonts w:ascii="Gentium Plus" w:hAnsi="Gentium Plus"/>
          <w:sz w:val="24"/>
        </w:rPr>
        <w:t>καὶ παρωνυχίας. τὸ δ’ Ἰνδικὸν λύκιον ἰσχυρότερόν ἐστι πρὸς πάντα.</w:t>
      </w:r>
    </w:p>
    <w:p>
      <w:r>
        <w:rPr>
          <w:rFonts w:ascii="Courier New" w:hAnsi="Courier New"/>
          <w:color w:val="555555"/>
          <w:sz w:val="20"/>
        </w:rPr>
        <w:t>[2 1,mu 1]</w:t>
      </w:r>
    </w:p>
    <w:p>
      <w:r>
        <w:rPr>
          <w:rFonts w:ascii="Gentium Plus" w:hAnsi="Gentium Plus"/>
          <w:sz w:val="24"/>
        </w:rPr>
        <w:t>Μαλάχη ἡ μὲν ἀγρία διαφορητικῆς καὶ μαλακτικῆς ἀτρέμα μετέχει</w:t>
      </w:r>
    </w:p>
    <w:p>
      <w:r>
        <w:rPr>
          <w:rFonts w:ascii="Courier New" w:hAnsi="Courier New"/>
          <w:color w:val="555555"/>
          <w:sz w:val="20"/>
        </w:rPr>
        <w:t>[2 1,mu 2]</w:t>
      </w:r>
    </w:p>
    <w:p>
      <w:r>
        <w:rPr>
          <w:rFonts w:ascii="Gentium Plus" w:hAnsi="Gentium Plus"/>
          <w:sz w:val="24"/>
        </w:rPr>
        <w:t>δυνάμεως· ἡ δὲ κηπευομένη ἀσθενεστέρα ταύτης. ὁ δὲ καρπὸς αὐτῶν εἰς τοσοῦτον ἰσχυρότερός ἐστιν εἰς ὅσον καὶ ξηρότερος. ἡ δ’ ἀναδεν‐ δρομαλάχη, ἡ καὶ ἀλθαία καλουμένη, τοῦ μὲν αὐτοῦ γένους ἐστί, δια‐</w:t>
      </w:r>
    </w:p>
    <w:p>
      <w:r>
        <w:rPr>
          <w:rFonts w:ascii="Courier New" w:hAnsi="Courier New"/>
          <w:color w:val="555555"/>
          <w:sz w:val="20"/>
        </w:rPr>
        <w:t>[2 1,mu 3]</w:t>
      </w:r>
    </w:p>
    <w:p>
      <w:r>
        <w:rPr>
          <w:rFonts w:ascii="Gentium Plus" w:hAnsi="Gentium Plus"/>
          <w:sz w:val="24"/>
        </w:rPr>
        <w:t>φορητικωτέρα δὲ τῶν εἰρημένων. —Μανδραγόρα ψύχει μὲν σφοδρῶς, μετέχει δέ τινος καὶ θερμότητος καὶ κατά γε τὰ μῆλα καὶ ὑγρότητος,</w:t>
      </w:r>
    </w:p>
    <w:p>
      <w:r>
        <w:rPr>
          <w:rFonts w:ascii="Courier New" w:hAnsi="Courier New"/>
          <w:color w:val="555555"/>
          <w:sz w:val="20"/>
        </w:rPr>
        <w:t>[2 1,mu 4]</w:t>
      </w:r>
    </w:p>
    <w:p>
      <w:r>
        <w:rPr>
          <w:rFonts w:ascii="Gentium Plus" w:hAnsi="Gentium Plus"/>
          <w:sz w:val="24"/>
        </w:rPr>
        <w:t>ὅθεν καὶ κωματώδη τὴν δύναμίν ἐστι ταῦτα. τῆς ῥίζης δ’ ὁ φλοιὸς ἰσχυρότατος ὢν οὐ ψύχει μόνον, ἀλλὰ καὶ ξηραίνει· τὸ δ’ ἔνδον ἀσθε‐ νὲς ὑπάρχει. —Μάραθον θερμαίνει μὲν σφοδρῶς, ξηραίνει δὲ μετρίως·</w:t>
      </w:r>
    </w:p>
    <w:p>
      <w:r>
        <w:rPr>
          <w:rFonts w:ascii="Courier New" w:hAnsi="Courier New"/>
          <w:color w:val="555555"/>
          <w:sz w:val="20"/>
        </w:rPr>
        <w:t>[2 1,mu 5]</w:t>
      </w:r>
    </w:p>
    <w:p>
      <w:r>
        <w:rPr>
          <w:rFonts w:ascii="Gentium Plus" w:hAnsi="Gentium Plus"/>
          <w:sz w:val="24"/>
        </w:rPr>
        <w:t>διὰ τοῦτο καὶ γάλακτος γεννητικόν ἐστιν οὐκ ἀγεννῶς. ἔστι δὲ καὶ</w:t>
      </w:r>
    </w:p>
    <w:p>
      <w:r>
        <w:rPr>
          <w:rFonts w:ascii="Courier New" w:hAnsi="Courier New"/>
          <w:color w:val="555555"/>
          <w:sz w:val="20"/>
        </w:rPr>
        <w:t>[2 1,mu 6]</w:t>
      </w:r>
    </w:p>
    <w:p>
      <w:r>
        <w:rPr>
          <w:rFonts w:ascii="Gentium Plus" w:hAnsi="Gentium Plus"/>
          <w:sz w:val="24"/>
        </w:rPr>
        <w:t>οὐρητικὸν καὶ καταμηνίων ἀγωγόν. —Μαστίχη σύνθετος ἐξ ἐναντίων ἐστὶ δυνάμεων, στυπτικῆς 〈καὶ〉 μαλακτικῆς· διὸ στομάχου καὶ κοιλίας καὶ ἐντέρων καὶ ἥπατος φλεγμοναῖς ἁρμόττει, θερμαίνουσα καὶ ξηραί‐</w:t>
      </w:r>
    </w:p>
    <w:p>
      <w:r>
        <w:rPr>
          <w:rFonts w:ascii="Courier New" w:hAnsi="Courier New"/>
          <w:color w:val="555555"/>
          <w:sz w:val="20"/>
        </w:rPr>
        <w:t>[2 1,mu 7]</w:t>
      </w:r>
    </w:p>
    <w:p>
      <w:r>
        <w:rPr>
          <w:rFonts w:ascii="Gentium Plus" w:hAnsi="Gentium Plus"/>
          <w:sz w:val="24"/>
        </w:rPr>
        <w:t>νουσα ἱκανῶς. —Μελάνθιον θερμαίνει μὲν καὶ ξηραίνει σφοδρῶς, λεπτομερὲς ὄν· οὕτω γοῦν καὶ τοὺς κατάρρους ἰᾶται θερμὸν ἐν ὀθονίῳ</w:t>
      </w:r>
    </w:p>
    <w:p>
      <w:r>
        <w:rPr>
          <w:rFonts w:ascii="Courier New" w:hAnsi="Courier New"/>
          <w:color w:val="555555"/>
          <w:sz w:val="20"/>
        </w:rPr>
        <w:t>[2 1,mu 8]</w:t>
      </w:r>
    </w:p>
    <w:p>
      <w:r>
        <w:rPr>
          <w:rFonts w:ascii="Gentium Plus" w:hAnsi="Gentium Plus"/>
          <w:sz w:val="24"/>
        </w:rPr>
        <w:t>προσφερόμενον, ὡς ὀσμᾶσθαι συνεχῶς· καὶ μὲν δὴ καὶ ἀφυσώτατόν</w:t>
      </w:r>
    </w:p>
    <w:p>
      <w:r>
        <w:rPr>
          <w:rFonts w:ascii="Courier New" w:hAnsi="Courier New"/>
          <w:color w:val="555555"/>
          <w:sz w:val="20"/>
        </w:rPr>
        <w:t>[2 1,mu 9]</w:t>
      </w:r>
    </w:p>
    <w:p>
      <w:r>
        <w:rPr>
          <w:rFonts w:ascii="Gentium Plus" w:hAnsi="Gentium Plus"/>
          <w:sz w:val="24"/>
        </w:rPr>
        <w:t>ἐστι πινόμενον. ἀναιρεῖ δὲ καὶ ἕλμινθας, οὐ μόνον ἐσθιόμενον, ἀλλὰ</w:t>
      </w:r>
    </w:p>
    <w:p>
      <w:r>
        <w:rPr>
          <w:rFonts w:ascii="Courier New" w:hAnsi="Courier New"/>
          <w:color w:val="555555"/>
          <w:sz w:val="20"/>
        </w:rPr>
        <w:t>[2 1,mu 10]</w:t>
      </w:r>
    </w:p>
    <w:p>
      <w:r>
        <w:rPr>
          <w:rFonts w:ascii="Gentium Plus" w:hAnsi="Gentium Plus"/>
          <w:sz w:val="24"/>
        </w:rPr>
        <w:t>καὶ κατὰ τῆς γαστρὸς ἐπιτιθέμενον ἔξωθεν. λέπρας δὲ καὶ ἥλους καὶ μυρμηκίας ἐκβάλλει καὶ καταμήνια προτρέπει τὰ διὰ πάχος καὶ γλισ‐</w:t>
      </w:r>
    </w:p>
    <w:p>
      <w:r>
        <w:rPr>
          <w:rFonts w:ascii="Courier New" w:hAnsi="Courier New"/>
          <w:color w:val="555555"/>
          <w:sz w:val="20"/>
        </w:rPr>
        <w:t>[2 1,mu 11]</w:t>
      </w:r>
    </w:p>
    <w:p>
      <w:r>
        <w:rPr>
          <w:rFonts w:ascii="Gentium Plus" w:hAnsi="Gentium Plus"/>
          <w:sz w:val="24"/>
        </w:rPr>
        <w:t>χρότητα χυμῶν ἐπεσχημένα. —Μέλι θερμαίνει τε καὶ ξηραίνει ἱκα‐</w:t>
      </w:r>
    </w:p>
    <w:p>
      <w:r>
        <w:rPr>
          <w:rFonts w:ascii="Courier New" w:hAnsi="Courier New"/>
          <w:color w:val="555555"/>
          <w:sz w:val="20"/>
        </w:rPr>
        <w:t>[2 1,mu 12,13]</w:t>
      </w:r>
    </w:p>
    <w:p>
      <w:r>
        <w:rPr>
          <w:rFonts w:ascii="Gentium Plus" w:hAnsi="Gentium Plus"/>
          <w:sz w:val="24"/>
        </w:rPr>
        <w:t>νῶς· ἔστι δ’ ἁπλῆς ὡς ἔνι μάλιστα δυνάμεως τῆς φυσικῆς. ἑψηθὲν</w:t>
      </w:r>
    </w:p>
    <w:p>
      <w:r>
        <w:rPr>
          <w:rFonts w:ascii="Courier New" w:hAnsi="Courier New"/>
          <w:color w:val="555555"/>
          <w:sz w:val="20"/>
        </w:rPr>
        <w:t>[2 1,mu 13 (2)]</w:t>
      </w:r>
    </w:p>
    <w:p>
      <w:r>
        <w:rPr>
          <w:rFonts w:ascii="Gentium Plus" w:hAnsi="Gentium Plus"/>
          <w:sz w:val="24"/>
        </w:rPr>
        <w:t>δ’ ἧττον γίνεται δριμὺ καὶ ῥυπτικόν, ὅθεν εἰς τὰς τῶν κόλπων αὐτῷ</w:t>
      </w:r>
    </w:p>
    <w:p>
      <w:r>
        <w:rPr>
          <w:rFonts w:ascii="Courier New" w:hAnsi="Courier New"/>
          <w:color w:val="555555"/>
          <w:sz w:val="20"/>
        </w:rPr>
        <w:t>[2 1,mu 14]</w:t>
      </w:r>
    </w:p>
    <w:p>
      <w:r>
        <w:rPr>
          <w:rFonts w:ascii="Gentium Plus" w:hAnsi="Gentium Plus"/>
          <w:sz w:val="24"/>
        </w:rPr>
        <w:t>κολλήσεις χρῶνται. —Μελίλωτον μικτῆς ἐστι δυνάμεως· ἔχει μὲν γάρ τι καὶ ῥυπτικόν, ἀλλὰ καὶ διαφορεῖ καὶ συμπέττει· πλέον γὰρ ἐν αὐτῷ</w:t>
      </w:r>
    </w:p>
    <w:p>
      <w:r>
        <w:rPr>
          <w:rFonts w:ascii="Courier New" w:hAnsi="Courier New"/>
          <w:color w:val="555555"/>
          <w:sz w:val="20"/>
        </w:rPr>
        <w:t>[2 1,mu 15]</w:t>
      </w:r>
    </w:p>
    <w:p>
      <w:r>
        <w:rPr>
          <w:rFonts w:ascii="Gentium Plus" w:hAnsi="Gentium Plus"/>
          <w:sz w:val="24"/>
        </w:rPr>
        <w:t>τὸ τῆς θερμῆς οὐσίας ἐστὶν ἤπερ τὸ τῆς ψυχρᾶς. —Μεσπίλων στρυφ‐ νὸς ἱκανῶς ἐστιν ὁ καρπὸς καὶ μόλις ἐδώδιμος, ἐφεκτικὸς ἰσχυρῶς</w:t>
      </w:r>
    </w:p>
    <w:p>
      <w:r>
        <w:rPr>
          <w:rFonts w:ascii="Courier New" w:hAnsi="Courier New"/>
          <w:color w:val="555555"/>
          <w:sz w:val="20"/>
        </w:rPr>
        <w:t>[2 1,mu 16]</w:t>
      </w:r>
    </w:p>
    <w:p>
      <w:r>
        <w:rPr>
          <w:rFonts w:ascii="Gentium Plus" w:hAnsi="Gentium Plus"/>
          <w:sz w:val="24"/>
        </w:rPr>
        <w:t>γαστρός. —Μήκων πᾶσα ψυκτικῆς ἐστι δυνάμεως· ἡ δὲ κηπευομένη</w:t>
      </w:r>
    </w:p>
    <w:p>
      <w:r>
        <w:rPr>
          <w:rFonts w:ascii="Courier New" w:hAnsi="Courier New"/>
          <w:color w:val="555555"/>
          <w:sz w:val="20"/>
        </w:rPr>
        <w:t>[2 1,mu 17]</w:t>
      </w:r>
    </w:p>
    <w:p>
      <w:r>
        <w:rPr>
          <w:rFonts w:ascii="Gentium Plus" w:hAnsi="Gentium Plus"/>
          <w:sz w:val="24"/>
        </w:rPr>
        <w:t>μετρίως ὑπνῶδες ἔχει τὸ σπέρμα καὶ λευκόν. 〈διὰ〉 ταῦτα ἄρα καὶ τοῖς</w:t>
      </w:r>
    </w:p>
    <w:p>
      <w:r>
        <w:rPr>
          <w:rFonts w:ascii="Courier New" w:hAnsi="Courier New"/>
          <w:color w:val="555555"/>
          <w:sz w:val="20"/>
        </w:rPr>
        <w:t>[2 1,mu 18]</w:t>
      </w:r>
    </w:p>
    <w:p>
      <w:r>
        <w:rPr>
          <w:rFonts w:ascii="Gentium Plus" w:hAnsi="Gentium Plus"/>
          <w:sz w:val="24"/>
        </w:rPr>
        <w:t>ἄρτοις ἐπιπάττουσιν αὐτὸ καὶ σὺν μέλιτι δεύσαντες ἐσθίουσιν. τῆς δ’ ἄλλης, ἧς ἀπορρεῖ τὸ ἄνθος, ἰσχυρότερον ψύχει τὸ σπέρμα, ὥστε οὐκ ἄν τις αὐτῷ μόνῳ χρήσαιτο ἀλύπως, ὥσπερ τῆς κηπευομένης. —</w:t>
      </w:r>
    </w:p>
    <w:p>
      <w:r>
        <w:rPr>
          <w:rFonts w:ascii="Courier New" w:hAnsi="Courier New"/>
          <w:color w:val="555555"/>
          <w:sz w:val="20"/>
        </w:rPr>
        <w:t>[2 1,mu 19]</w:t>
      </w:r>
    </w:p>
    <w:p>
      <w:r>
        <w:rPr>
          <w:rFonts w:ascii="Gentium Plus" w:hAnsi="Gentium Plus"/>
          <w:sz w:val="24"/>
        </w:rPr>
        <w:t>Μηλέας Περσικῆς τὰ φύλλα καὶ οἱ βλαστοὶ τὴν πικρὰν ἔχουσιν ἐπι‐ κρατοῦσαν ποιότητα· διὸ καὶ τὰς ἕλμινθας ἀποκτείνει ποθέντα καὶ</w:t>
      </w:r>
    </w:p>
    <w:p>
      <w:r>
        <w:rPr>
          <w:rFonts w:ascii="Courier New" w:hAnsi="Courier New"/>
          <w:color w:val="555555"/>
          <w:sz w:val="20"/>
        </w:rPr>
        <w:t>[2 1,mu 20,21]</w:t>
      </w:r>
    </w:p>
    <w:p>
      <w:r>
        <w:rPr>
          <w:rFonts w:ascii="Gentium Plus" w:hAnsi="Gentium Plus"/>
          <w:sz w:val="24"/>
        </w:rPr>
        <w:t>ὁ δὲ καρπὸς αὐτοῦ ὑγρός ἐστι καὶ ψυχρός. —Μῆον θερμαίνει μὲν</w:t>
      </w:r>
    </w:p>
    <w:p>
      <w:r>
        <w:rPr>
          <w:rFonts w:ascii="Courier New" w:hAnsi="Courier New"/>
          <w:color w:val="555555"/>
          <w:sz w:val="20"/>
        </w:rPr>
        <w:t>[2 1,mu 21 (2)]</w:t>
      </w:r>
    </w:p>
    <w:p>
      <w:r>
        <w:rPr>
          <w:rFonts w:ascii="Gentium Plus" w:hAnsi="Gentium Plus"/>
          <w:sz w:val="24"/>
        </w:rPr>
        <w:t>σφοδρῶς, ξηραίνει δ’ ἱκανῶς, διὸ οὖρά τε κινεῖ καὶ καταμήνια· κεφα‐</w:t>
      </w:r>
    </w:p>
    <w:p>
      <w:r>
        <w:rPr>
          <w:rFonts w:ascii="Courier New" w:hAnsi="Courier New"/>
          <w:color w:val="555555"/>
          <w:sz w:val="20"/>
        </w:rPr>
        <w:t>[2 1,mu 22]</w:t>
      </w:r>
    </w:p>
    <w:p>
      <w:r>
        <w:rPr>
          <w:rFonts w:ascii="Gentium Plus" w:hAnsi="Gentium Plus"/>
          <w:sz w:val="24"/>
        </w:rPr>
        <w:t>λαλγὲς δ’ ἐστὶ καὶ φυσῶδες. —Μόλυβδος ὑγρασίαν ἔχει πλείστην ὑπὸ ψύξεως πεπηγυῖαν· εἰ γοῦν τις θυίαν σκευάσας ἐκ μολύβδου μετὰ δοίδυκος μολυβδίνου, βαλὼν εἰς αὐτὴν ὀμφάκινον ἔλαιον ἢ ὕδωρ ἢ ῥόδινον ἤ τι ἄλλο ὑγρόν, τρίβοι ...... τῷ γινομένῳ χυλῷ χρῆσθαι</w:t>
      </w:r>
    </w:p>
    <w:p>
      <w:r>
        <w:rPr>
          <w:rFonts w:ascii="Courier New" w:hAnsi="Courier New"/>
          <w:color w:val="555555"/>
          <w:sz w:val="20"/>
        </w:rPr>
        <w:t>[5]</w:t>
      </w:r>
    </w:p>
    <w:p>
      <w:r>
        <w:rPr>
          <w:rFonts w:ascii="Gentium Plus" w:hAnsi="Gentium Plus"/>
          <w:sz w:val="24"/>
        </w:rPr>
        <w:t>εἰς τὰς ἐν ἕδρᾳ μεθ’ ἑλκῶν ἢ στολίδων ἀνεξασμένας φλεγμονὰς εἴς τε τὰς ἐν αἰδοίοις καὶ ὄρχεσι καὶ τιτθοῖς βούλοιτο, ἄριστον ἕξει φάρ‐</w:t>
      </w:r>
    </w:p>
    <w:p>
      <w:r>
        <w:rPr>
          <w:rFonts w:ascii="Courier New" w:hAnsi="Courier New"/>
          <w:color w:val="555555"/>
          <w:sz w:val="20"/>
        </w:rPr>
        <w:t>[2 1,mu 23]</w:t>
      </w:r>
    </w:p>
    <w:p>
      <w:r>
        <w:rPr>
          <w:rFonts w:ascii="Gentium Plus" w:hAnsi="Gentium Plus"/>
          <w:sz w:val="24"/>
        </w:rPr>
        <w:t>μακον. ὁμοίως δὲ καὶ κατὰ τῶν ἄλλων φλεγμονῶν τῶν ἀρχομένων ὅσα τε βουβῶσιν ἢ ποσὶν ἢ τοῖς ἄλλοις ἄρθροις ἐγκατασκήπτει, καὶ μέντοι καὶ τοῖς ἕλκεσι τοῖς κακοήθεσιν, ὥστε καὶ πρὸς τὰ καρκινώδη</w:t>
      </w:r>
    </w:p>
    <w:p>
      <w:r>
        <w:rPr>
          <w:rFonts w:ascii="Courier New" w:hAnsi="Courier New"/>
          <w:color w:val="555555"/>
          <w:sz w:val="20"/>
        </w:rPr>
        <w:t>[2 1,mu 24]</w:t>
      </w:r>
    </w:p>
    <w:p>
      <w:r>
        <w:rPr>
          <w:rFonts w:ascii="Gentium Plus" w:hAnsi="Gentium Plus"/>
          <w:sz w:val="24"/>
        </w:rPr>
        <w:t>χρησάμενος αὐτῷ θαυμάσεις τὸ φάρμακον. εἰ δὲ θέλεις διὰ ταχέων πλεῖστον ἀθροῖσαι τοῦ μολύβδου χυλόν, ἐν ἡλίῳ πειρῶ τρίβειν ἢ ὅλως</w:t>
      </w:r>
    </w:p>
    <w:p>
      <w:r>
        <w:rPr>
          <w:rFonts w:ascii="Courier New" w:hAnsi="Courier New"/>
          <w:color w:val="555555"/>
          <w:sz w:val="20"/>
        </w:rPr>
        <w:t>[2 1,mu 25]</w:t>
      </w:r>
    </w:p>
    <w:p>
      <w:r>
        <w:rPr>
          <w:rFonts w:ascii="Gentium Plus" w:hAnsi="Gentium Plus"/>
          <w:sz w:val="24"/>
        </w:rPr>
        <w:t>ἐν ἀέρι θερμῷ. πολύχρηστον δ’ ἔσται σοι τὸ φάρμακον, εἰ καὶ τῶν στυπτικῶν χυλῶν ἐναποτρίβοις, οἷον ἀειζῴου καὶ κοτυληδόνος καὶ</w:t>
      </w:r>
    </w:p>
    <w:p>
      <w:r>
        <w:rPr>
          <w:rFonts w:ascii="Courier New" w:hAnsi="Courier New"/>
          <w:color w:val="555555"/>
          <w:sz w:val="20"/>
        </w:rPr>
        <w:t>[2 1,mu 26]</w:t>
      </w:r>
    </w:p>
    <w:p>
      <w:r>
        <w:rPr>
          <w:rFonts w:ascii="Gentium Plus" w:hAnsi="Gentium Plus"/>
          <w:sz w:val="24"/>
        </w:rPr>
        <w:t>σέρεως καὶ θριδακίνης καὶ ψυλλίου καὶ ὄμφακος. λεπὶς δὲ μολύβδου λεπτὴ γενομένη καὶ καλῶς ἐπιδεθεῖσα κατὰ γαγγλίου τελέως ἀφανίζει</w:t>
      </w:r>
    </w:p>
    <w:p>
      <w:r>
        <w:rPr>
          <w:rFonts w:ascii="Courier New" w:hAnsi="Courier New"/>
          <w:color w:val="555555"/>
          <w:sz w:val="20"/>
        </w:rPr>
        <w:t>[2 1,mu 27]</w:t>
      </w:r>
    </w:p>
    <w:p>
      <w:r>
        <w:rPr>
          <w:rFonts w:ascii="Gentium Plus" w:hAnsi="Gentium Plus"/>
          <w:sz w:val="24"/>
        </w:rPr>
        <w:t>αὐτό. —Μορέας ὁ καρπὸς ὁ μὲν πέπειρος ὑπάγει γαστέρα, ὁ δ’ ἄωρος ξηρανθεὶς στεγνωτικὸν ἱκανῶς γίνεται φάρμακον, ὥστε καὶ πρὸς δυσεντερικοὺς καὶ κοιλιακοὺς ἁρμόττειν· κόπτεται δὲ καὶ τοῖς ὄψοις</w:t>
      </w:r>
    </w:p>
    <w:p>
      <w:r>
        <w:rPr>
          <w:rFonts w:ascii="Courier New" w:hAnsi="Courier New"/>
          <w:color w:val="555555"/>
          <w:sz w:val="20"/>
        </w:rPr>
        <w:t>[2 1,mu 28]</w:t>
      </w:r>
    </w:p>
    <w:p>
      <w:r>
        <w:rPr>
          <w:rFonts w:ascii="Gentium Plus" w:hAnsi="Gentium Plus"/>
          <w:sz w:val="24"/>
        </w:rPr>
        <w:t>μίγνυται. ὁ δὲ φλοιὸς τῆς ῥίζης τοῦ δένδρου καθαρτικῆς μετέχει δυνάμεως μετά τινος πικρότητος, ὡς καὶ πλατεῖαν ἕλμινθα ἀποκτιννύειν.</w:t>
      </w:r>
    </w:p>
    <w:p>
      <w:r>
        <w:rPr>
          <w:rFonts w:ascii="Courier New" w:hAnsi="Courier New"/>
          <w:color w:val="555555"/>
          <w:sz w:val="20"/>
        </w:rPr>
        <w:t>[2 1,mu 29]</w:t>
      </w:r>
    </w:p>
    <w:p>
      <w:r>
        <w:rPr>
          <w:rFonts w:ascii="Gentium Plus" w:hAnsi="Gentium Plus"/>
          <w:sz w:val="24"/>
        </w:rPr>
        <w:t>—Μυελὸς μαλακτικῆς τῶν σκληρυνομένων καὶ σκιρρουμένων σωμάτων</w:t>
      </w:r>
    </w:p>
    <w:p>
      <w:r>
        <w:rPr>
          <w:rFonts w:ascii="Courier New" w:hAnsi="Courier New"/>
          <w:color w:val="555555"/>
          <w:sz w:val="20"/>
        </w:rPr>
        <w:t>[2 1,mu 30]</w:t>
      </w:r>
    </w:p>
    <w:p>
      <w:r>
        <w:rPr>
          <w:rFonts w:ascii="Gentium Plus" w:hAnsi="Gentium Plus"/>
          <w:sz w:val="24"/>
        </w:rPr>
        <w:t>ἐστὶ δυνάμεως. καλλίστου δ’ ἐπειράθην ἀεὶ τοῦ τῶν ἐλάφων, ἐφεξῆς</w:t>
      </w:r>
    </w:p>
    <w:p>
      <w:r>
        <w:rPr>
          <w:rFonts w:ascii="Courier New" w:hAnsi="Courier New"/>
          <w:color w:val="555555"/>
          <w:sz w:val="20"/>
        </w:rPr>
        <w:t>[2 1,mu 31]</w:t>
      </w:r>
    </w:p>
    <w:p>
      <w:r>
        <w:rPr>
          <w:rFonts w:ascii="Gentium Plus" w:hAnsi="Gentium Plus"/>
          <w:sz w:val="24"/>
        </w:rPr>
        <w:t>δὲ τοῦ τῶν νέων βοῶν. ὁ δὲ τῶν τράγων καὶ ταύρων δριμύτερός ἐστι καὶ ξηραντικώτερος, ὥστε οὐ δύναται διαλύειν σκληρότητας σκιρ‐</w:t>
      </w:r>
    </w:p>
    <w:p>
      <w:r>
        <w:rPr>
          <w:rFonts w:ascii="Courier New" w:hAnsi="Courier New"/>
          <w:color w:val="555555"/>
          <w:sz w:val="20"/>
        </w:rPr>
        <w:t>[2 1,mu 32]</w:t>
      </w:r>
    </w:p>
    <w:p>
      <w:r>
        <w:rPr>
          <w:rFonts w:ascii="Gentium Plus" w:hAnsi="Gentium Plus"/>
          <w:sz w:val="24"/>
        </w:rPr>
        <w:t>ρώδεις. —Μυρρίνη ἐξ ἐναντίων οὐσιῶν σύγκειται, ἐπικρατεῖ δ’ ἐν αὐτῇ τὸ γεῶδες ψυχρόν· ἔχει δέ τι καὶ λεπτομερὲς θερμόν, ὅθεν ἰσχυ‐</w:t>
      </w:r>
    </w:p>
    <w:p>
      <w:r>
        <w:rPr>
          <w:rFonts w:ascii="Courier New" w:hAnsi="Courier New"/>
          <w:color w:val="555555"/>
          <w:sz w:val="20"/>
        </w:rPr>
        <w:t>[2 1,mu 33]</w:t>
      </w:r>
    </w:p>
    <w:p>
      <w:r>
        <w:rPr>
          <w:rFonts w:ascii="Gentium Plus" w:hAnsi="Gentium Plus"/>
          <w:sz w:val="24"/>
        </w:rPr>
        <w:t>ρῶς ξηραίνει. ἔστι δὲ καὶ τὰ φύλλα καὶ ὁ καρπὸς καὶ οἱ βλαστοὶ</w:t>
      </w:r>
    </w:p>
    <w:p>
      <w:r>
        <w:rPr>
          <w:rFonts w:ascii="Courier New" w:hAnsi="Courier New"/>
          <w:color w:val="555555"/>
          <w:sz w:val="20"/>
        </w:rPr>
        <w:t>[2 1,mu 34]</w:t>
      </w:r>
    </w:p>
    <w:p>
      <w:r>
        <w:rPr>
          <w:rFonts w:ascii="Gentium Plus" w:hAnsi="Gentium Plus"/>
          <w:sz w:val="24"/>
        </w:rPr>
        <w:t>καὶ ὁ χυλὸς οὐ πολλῷ τινι διαφέροντα κατὰ τὴν στῦψιν. ἡ μέντοι τῷ στελέχει τε καὶ τοῖς κλάδοις αὐτῆς ἐπίφυσις ὀχθώδης, ἣν ἔνιοι</w:t>
      </w:r>
    </w:p>
    <w:p>
      <w:r>
        <w:rPr>
          <w:rFonts w:ascii="Courier New" w:hAnsi="Courier New"/>
          <w:color w:val="555555"/>
          <w:sz w:val="20"/>
        </w:rPr>
        <w:t>[2 1,mu 35]</w:t>
      </w:r>
    </w:p>
    <w:p>
      <w:r>
        <w:rPr>
          <w:rFonts w:ascii="Gentium Plus" w:hAnsi="Gentium Plus"/>
          <w:sz w:val="24"/>
        </w:rPr>
        <w:t>καὶ στύφει καὶ ξηραίνει σφοδρότερον. ἀποτίθενται δ’ αὐτὴν ἔνιοι κόπτοντες καὶ ἀναλαμβάνοντες οἴνῳ καὶ τροχίσκους ἀναπλάττοντες.</w:t>
      </w:r>
    </w:p>
    <w:p>
      <w:r>
        <w:rPr>
          <w:rFonts w:ascii="Courier New" w:hAnsi="Courier New"/>
          <w:color w:val="555555"/>
          <w:sz w:val="20"/>
        </w:rPr>
        <w:t>[2 1,mu 36]</w:t>
      </w:r>
    </w:p>
    <w:p>
      <w:r>
        <w:rPr>
          <w:rFonts w:ascii="Gentium Plus" w:hAnsi="Gentium Plus"/>
          <w:sz w:val="24"/>
        </w:rPr>
        <w:t>ἔστι δὲ καὶ τὰ ξηρὰ φύλλα τῶν χλωρῶν ξηραντικώτερα.</w:t>
      </w:r>
    </w:p>
    <w:p>
      <w:r>
        <w:rPr>
          <w:rFonts w:ascii="Courier New" w:hAnsi="Courier New"/>
          <w:color w:val="555555"/>
          <w:sz w:val="20"/>
        </w:rPr>
        <w:t>[2 1,nu 1]</w:t>
      </w:r>
    </w:p>
    <w:p>
      <w:r>
        <w:rPr>
          <w:rFonts w:ascii="Gentium Plus" w:hAnsi="Gentium Plus"/>
          <w:sz w:val="24"/>
        </w:rPr>
        <w:t>Νάρδου στάχυς θερμαίνει μὲν μετρίως, ξηραίνει δ’ ἱκανῶς· σύγ‐ κειται δ’ ἐκ στυφούσης αὐτάρκους οὐσίας καὶ δριμείας θερμῆς οὐ πολ‐ λῆς καί τινος ὑποπίκρου βραχείας. εὐλόγως οὖν πρὸς ἧπαρ καὶ στό‐ μαχον ἁρμόττει πινομένη τε καὶ ἔξωθεν ἐπιτιθεμένη καὶ οὖρα κινεῖ</w:t>
      </w:r>
    </w:p>
    <w:p>
      <w:r>
        <w:rPr>
          <w:rFonts w:ascii="Courier New" w:hAnsi="Courier New"/>
          <w:color w:val="555555"/>
          <w:sz w:val="20"/>
        </w:rPr>
        <w:t>[5]</w:t>
      </w:r>
    </w:p>
    <w:p>
      <w:r>
        <w:rPr>
          <w:rFonts w:ascii="Gentium Plus" w:hAnsi="Gentium Plus"/>
          <w:sz w:val="24"/>
        </w:rPr>
        <w:t>καὶ δήξεις ἰᾶται στομάχου καὶ τὰ κατὰ γαστέρα ῥεύματα ξηραίνει καὶ</w:t>
      </w:r>
    </w:p>
    <w:p>
      <w:r>
        <w:rPr>
          <w:rFonts w:ascii="Courier New" w:hAnsi="Courier New"/>
          <w:color w:val="555555"/>
          <w:sz w:val="20"/>
        </w:rPr>
        <w:t>[2 1,nu 2]</w:t>
      </w:r>
    </w:p>
    <w:p>
      <w:r>
        <w:rPr>
          <w:rFonts w:ascii="Gentium Plus" w:hAnsi="Gentium Plus"/>
          <w:sz w:val="24"/>
        </w:rPr>
        <w:t>πρὸς τούτοις ἔτι τὰ κατὰ τὴν κεφαλὴν καὶ τὸν θώρακα. γενναιο‐</w:t>
      </w:r>
    </w:p>
    <w:p>
      <w:r>
        <w:rPr>
          <w:rFonts w:ascii="Courier New" w:hAnsi="Courier New"/>
          <w:color w:val="555555"/>
          <w:sz w:val="20"/>
        </w:rPr>
        <w:t>[2 1,nu 3]</w:t>
      </w:r>
    </w:p>
    <w:p>
      <w:r>
        <w:rPr>
          <w:rFonts w:ascii="Gentium Plus" w:hAnsi="Gentium Plus"/>
          <w:sz w:val="24"/>
        </w:rPr>
        <w:t>τέρα δ’ ἐστὶν ἡ Ἰνδική, μελαντέρα τῆς Συριακῆς οὖσα. ἡ δὲ Κελτικὴ</w:t>
      </w:r>
    </w:p>
    <w:p>
      <w:r>
        <w:rPr>
          <w:rFonts w:ascii="Courier New" w:hAnsi="Courier New"/>
          <w:color w:val="555555"/>
          <w:sz w:val="20"/>
        </w:rPr>
        <w:t>[2 1,nu 4]</w:t>
      </w:r>
    </w:p>
    <w:p>
      <w:r>
        <w:rPr>
          <w:rFonts w:ascii="Gentium Plus" w:hAnsi="Gentium Plus"/>
          <w:sz w:val="24"/>
        </w:rPr>
        <w:t>παραπλησίας μέν ἐστι δυνάμεως τῷ στάχυϊ, οὐρητικωτέρα δέ. —Ναρ‐ κίσσου ἡ ῥίζα ξηραντικῆς ἐστι δυνάμεως, ὡς κολλᾶν τραύματα μέγιστα μέχρι καὶ τῶν περὶ τοὺς τένοντας διακοπῶν. ἔχει δέ τι καὶ ῥυπτικὸν</w:t>
      </w:r>
    </w:p>
    <w:p>
      <w:r>
        <w:rPr>
          <w:rFonts w:ascii="Courier New" w:hAnsi="Courier New"/>
          <w:color w:val="555555"/>
          <w:sz w:val="20"/>
        </w:rPr>
        <w:t>[2 1,nu 5]</w:t>
      </w:r>
    </w:p>
    <w:p>
      <w:r>
        <w:rPr>
          <w:rFonts w:ascii="Gentium Plus" w:hAnsi="Gentium Plus"/>
          <w:sz w:val="24"/>
        </w:rPr>
        <w:t>καὶ ἐπισπαστικόν. —Νυμφαίας ἥ τε ῥίζα καὶ τὸ σπέρμα δύναμιν ἔχει ξηραντικὴν ἄδηκτον· ἐπέχει τοιγαροῦν καὶ τὰ τῆς γαστρὸς ῥεύματα καὶ τὸ σπέρμα τὸ κατὰ τοὺς ὀνειρωγμοὺς καὶ ἄλλως ἀμετρότερον φε‐</w:t>
      </w:r>
    </w:p>
    <w:p>
      <w:r>
        <w:rPr>
          <w:rFonts w:ascii="Courier New" w:hAnsi="Courier New"/>
          <w:color w:val="555555"/>
          <w:sz w:val="20"/>
        </w:rPr>
        <w:t>[2 1,nu 6]</w:t>
      </w:r>
    </w:p>
    <w:p>
      <w:r>
        <w:rPr>
          <w:rFonts w:ascii="Gentium Plus" w:hAnsi="Gentium Plus"/>
          <w:sz w:val="24"/>
        </w:rPr>
        <w:t>ρόμενον· ὀνίνησι δὲ καὶ δυσεντερικούς. ἡ δὲ τὴν λευκὴν ἔχουσα ῥίζαν σφοδροτέρας ἐστὶ δυνάμεως. πίνονται δ’ ἐν οἴνῳ μέλανι αὐστηρῷ. μετέχουσι δέ τι καὶ ῥυπτικῆς δυνάμεως, ὥστε καὶ ἀλφοὺς ἰῶνται δευ‐ όμεναι σὺν ὕδατι, ἀλωπεκίας δὲ σὺν ὑγρᾷ πίττῃ.</w:t>
      </w:r>
    </w:p>
    <w:p>
      <w:r>
        <w:rPr>
          <w:rFonts w:ascii="Courier New" w:hAnsi="Courier New"/>
          <w:color w:val="555555"/>
          <w:sz w:val="20"/>
        </w:rPr>
        <w:t>[2 1,omicron 1]</w:t>
      </w:r>
    </w:p>
    <w:p>
      <w:r>
        <w:rPr>
          <w:rFonts w:ascii="Gentium Plus" w:hAnsi="Gentium Plus"/>
          <w:sz w:val="24"/>
        </w:rPr>
        <w:t>Ὄξος μικτῆς οὐσίας ἐστὶ ψυχρᾶς καὶ θερμῆς, ἀμφοῖν λεπτομερῶν·</w:t>
      </w:r>
    </w:p>
    <w:p>
      <w:r>
        <w:rPr>
          <w:rFonts w:ascii="Courier New" w:hAnsi="Courier New"/>
          <w:color w:val="555555"/>
          <w:sz w:val="20"/>
        </w:rPr>
        <w:t>[2 1,omicron 2]</w:t>
      </w:r>
    </w:p>
    <w:p>
      <w:r>
        <w:rPr>
          <w:rFonts w:ascii="Gentium Plus" w:hAnsi="Gentium Plus"/>
          <w:sz w:val="24"/>
        </w:rPr>
        <w:t>ἐπικρατεῖ δὲ τῆς θερμῆς ἡ ψυχρά. ξηραντικὸν δ’ ἐστὶ σφοδρῶς ὅταν</w:t>
      </w:r>
    </w:p>
    <w:p>
      <w:r>
        <w:rPr>
          <w:rFonts w:ascii="Courier New" w:hAnsi="Courier New"/>
          <w:color w:val="555555"/>
          <w:sz w:val="20"/>
        </w:rPr>
        <w:t>[2 1,omicron 3]</w:t>
      </w:r>
    </w:p>
    <w:p>
      <w:r>
        <w:rPr>
          <w:rFonts w:ascii="Gentium Plus" w:hAnsi="Gentium Plus"/>
          <w:sz w:val="24"/>
        </w:rPr>
        <w:t>ἰσχυρὸν ὑπάρχῃ. —Ὀξυακάνθου ὁ καρπὸς οὐ μόνον ἐσθιόμενος, ἀλλὰ</w:t>
      </w:r>
    </w:p>
    <w:p>
      <w:r>
        <w:rPr>
          <w:rFonts w:ascii="Courier New" w:hAnsi="Courier New"/>
          <w:color w:val="555555"/>
          <w:sz w:val="20"/>
        </w:rPr>
        <w:t>[2 1,omicron 4]</w:t>
      </w:r>
    </w:p>
    <w:p>
      <w:r>
        <w:rPr>
          <w:rFonts w:ascii="Gentium Plus" w:hAnsi="Gentium Plus"/>
          <w:sz w:val="24"/>
        </w:rPr>
        <w:t>καὶ πινόμενος, ἐφεκτικός ἐστιν ἁπάντων ῥοώδων παθῶν. —Ὀποπά‐ ναξ μαλάττει καὶ διαφορεῖ καὶ θερμαίνει σφοδρῶς ξηραίνει τε ἱκανῶς.</w:t>
      </w:r>
    </w:p>
    <w:p>
      <w:r>
        <w:rPr>
          <w:rFonts w:ascii="Courier New" w:hAnsi="Courier New"/>
          <w:color w:val="555555"/>
          <w:sz w:val="20"/>
        </w:rPr>
        <w:t>[2 1,omicron 5]</w:t>
      </w:r>
    </w:p>
    <w:p>
      <w:r>
        <w:rPr>
          <w:rFonts w:ascii="Gentium Plus" w:hAnsi="Gentium Plus"/>
          <w:sz w:val="24"/>
        </w:rPr>
        <w:t>—Ὀπὸς ὁ μὲν Κυρηναῖος, ἁπάντων ἐστὶ θερμότατος καὶ λεπτομε‐</w:t>
      </w:r>
    </w:p>
    <w:p>
      <w:r>
        <w:rPr>
          <w:rFonts w:ascii="Courier New" w:hAnsi="Courier New"/>
          <w:color w:val="555555"/>
          <w:sz w:val="20"/>
        </w:rPr>
        <w:t>[2 1,omicron 6]</w:t>
      </w:r>
    </w:p>
    <w:p>
      <w:r>
        <w:rPr>
          <w:rFonts w:ascii="Gentium Plus" w:hAnsi="Gentium Plus"/>
          <w:sz w:val="24"/>
        </w:rPr>
        <w:t>ρέστατος καὶ διὰ τοῦτο καὶ διαφορητικώτατος. οὐ μὴν ἀλλὰ καὶ οἱ ἄλλοι θερμοί εἰσι καὶ πνευματώδεις ἱκανῶς, τουτέστιν ὅ τε Μηδικὸς</w:t>
      </w:r>
    </w:p>
    <w:p>
      <w:r>
        <w:rPr>
          <w:rFonts w:ascii="Courier New" w:hAnsi="Courier New"/>
          <w:color w:val="555555"/>
          <w:sz w:val="20"/>
        </w:rPr>
        <w:t>[2 1,omicron 7]</w:t>
      </w:r>
    </w:p>
    <w:p>
      <w:r>
        <w:rPr>
          <w:rFonts w:ascii="Gentium Plus" w:hAnsi="Gentium Plus"/>
          <w:sz w:val="24"/>
        </w:rPr>
        <w:t>καὶ ὁ Συριακός. —Ὀρίγανοι πᾶσαι τμητικῆς τε καὶ λεπτυντικῆς καὶ θερμαντικῆς καὶ ξηραντικῆς σφοδρῶς εἰσι δυνάμεως· ἡ δὲ τραγορίγανος</w:t>
      </w:r>
    </w:p>
    <w:p>
      <w:r>
        <w:rPr>
          <w:rFonts w:ascii="Courier New" w:hAnsi="Courier New"/>
          <w:color w:val="555555"/>
          <w:sz w:val="20"/>
        </w:rPr>
        <w:t>[2 1,omicron 8]</w:t>
      </w:r>
    </w:p>
    <w:p>
      <w:r>
        <w:rPr>
          <w:rFonts w:ascii="Gentium Plus" w:hAnsi="Gentium Plus"/>
          <w:sz w:val="24"/>
        </w:rPr>
        <w:t>προσείληφέ τι καὶ στύψεως. —Ὄροβος ξηραίνει μὲν ἱκανῶς, θερμαίνει δὲ μετρίως καὶ τέμνει καὶ ῥύπτει καὶ ἐκφράττει· πλείων δὲ ληφθεὶς</w:t>
      </w:r>
    </w:p>
    <w:p>
      <w:r>
        <w:rPr>
          <w:rFonts w:ascii="Courier New" w:hAnsi="Courier New"/>
          <w:color w:val="555555"/>
          <w:sz w:val="20"/>
        </w:rPr>
        <w:t>[2 1,omicron 9]</w:t>
      </w:r>
    </w:p>
    <w:p>
      <w:r>
        <w:rPr>
          <w:rFonts w:ascii="Gentium Plus" w:hAnsi="Gentium Plus"/>
          <w:sz w:val="24"/>
        </w:rPr>
        <w:t>αἷμα δι’ οὔρων ἄγει. —Ὄστρακα κηρύκων καὶ πορφυρῶν καυθέντα ξηραντικῆς ἱκανῶς ἐστι δυνάμεως· καὶ τῶν ὀστρέων δὲ τὸ ὄστρακον καυθὲν ὁμοίας ἐστὶ δυνάμεως, ᾧ χρῶμαι πρὸς τὰς ἐκ τραυμάτων χρο‐ νίας καὶ δυσσαρκώτους κοιλότητας, ὅσαι συριγγώδεις εἰσὶ καὶ βαθεῖαι,</w:t>
      </w:r>
    </w:p>
    <w:p>
      <w:r>
        <w:rPr>
          <w:rFonts w:ascii="Courier New" w:hAnsi="Courier New"/>
          <w:color w:val="555555"/>
          <w:sz w:val="20"/>
        </w:rPr>
        <w:t>[5]</w:t>
      </w:r>
    </w:p>
    <w:p>
      <w:r>
        <w:rPr>
          <w:rFonts w:ascii="Gentium Plus" w:hAnsi="Gentium Plus"/>
          <w:sz w:val="24"/>
        </w:rPr>
        <w:t>περιτιθεὶς ἔξωθεν αὐτὸ μετὰ παλαιοῦ στέατος ὑείου καὶ εἰς τὸν κόλπον ἐμβαλών τι τῶν τὰ τοιαῦτα σαρκούντων, οἷόν ἐστι καὶ τὸ κεκαυμένον</w:t>
      </w:r>
    </w:p>
    <w:p>
      <w:r>
        <w:rPr>
          <w:rFonts w:ascii="Courier New" w:hAnsi="Courier New"/>
          <w:color w:val="555555"/>
          <w:sz w:val="20"/>
        </w:rPr>
        <w:t>[2 1,omicron 10]</w:t>
      </w:r>
    </w:p>
    <w:p>
      <w:r>
        <w:rPr>
          <w:rFonts w:ascii="Gentium Plus" w:hAnsi="Gentium Plus"/>
          <w:sz w:val="24"/>
        </w:rPr>
        <w:t>διφρυγές, ὃ καλοῦσι σφεκλάριον. ἀλλὰ καὶ λαμπρύνει τοὺς ὀδόντας ἡ τῶν τοιούτων ἁπάντων τέφρα, καὶ τῷ ῥυπτικῷ μὲν τῆς δυνάμεως, καὶ τῷ τῆς οὐσίας δὲ τραχεῖ καθάπερ ἡ κίσσηρις· ἐν μὲν οὖν τῇ τοι‐ αύτῃ χρήσει οὐ πάνυ σφόδρα λειοῦν ἀναγκαῖόν ἐστι τὰ οὕτω καυθέντα,</w:t>
      </w:r>
    </w:p>
    <w:p>
      <w:r>
        <w:rPr>
          <w:rFonts w:ascii="Courier New" w:hAnsi="Courier New"/>
          <w:color w:val="555555"/>
          <w:sz w:val="20"/>
        </w:rPr>
        <w:t>[2 1,omicron 11]</w:t>
      </w:r>
    </w:p>
    <w:p>
      <w:r>
        <w:rPr>
          <w:rFonts w:ascii="Gentium Plus" w:hAnsi="Gentium Plus"/>
          <w:sz w:val="24"/>
        </w:rPr>
        <w:t>τοῖς δὲ κακοήθεσιν ἕλκεσιν ἐπιπάττων ἀκριβῶς προλειώσεις. καὶ τὰ</w:t>
      </w:r>
    </w:p>
    <w:p>
      <w:r>
        <w:rPr>
          <w:rFonts w:ascii="Courier New" w:hAnsi="Courier New"/>
          <w:color w:val="555555"/>
          <w:sz w:val="20"/>
        </w:rPr>
        <w:t>[2 1,omicron 12]</w:t>
      </w:r>
    </w:p>
    <w:p>
      <w:r>
        <w:rPr>
          <w:rFonts w:ascii="Gentium Plus" w:hAnsi="Gentium Plus"/>
          <w:sz w:val="24"/>
        </w:rPr>
        <w:t>ὑπερσαρκοῦντα δὲ μετρίως καθαιρεῖ καὶ προσστέλλει. μετά γε μὴν ἁλῶν πάντα τὰ τοιαῦτα καυθέντα ποιεῖ μὲν καὶ ὀδόντων σμῆγμα δραστικώτερον, ὡς καὶ τὰ πλαδαρὰ τῶν οὔλων ξηραίνειν, ἀλλὰ καὶ τὰ σηπεδονώδη τῶν ἑλκῶν ὠφελεῖ.</w:t>
      </w:r>
    </w:p>
    <w:p>
      <w:r>
        <w:rPr>
          <w:rFonts w:ascii="Courier New" w:hAnsi="Courier New"/>
          <w:color w:val="555555"/>
          <w:sz w:val="20"/>
        </w:rPr>
        <w:t>[2 1,pi 1]</w:t>
      </w:r>
    </w:p>
    <w:p>
      <w:r>
        <w:rPr>
          <w:rFonts w:ascii="Gentium Plus" w:hAnsi="Gentium Plus"/>
          <w:sz w:val="24"/>
        </w:rPr>
        <w:t>Παλιούρου τὰ φύλλα καὶ ἡ ῥίζα στυπτικῆς μὲν οὐκ ἀσαφῶς μετ‐ είληφε δυνάμεως, ὡς καὶ τὴν ῥέουσαν ἐπέχειν γαστέρα, διαφορητικῆς</w:t>
      </w:r>
    </w:p>
    <w:p>
      <w:r>
        <w:rPr>
          <w:rFonts w:ascii="Courier New" w:hAnsi="Courier New"/>
          <w:color w:val="555555"/>
          <w:sz w:val="20"/>
        </w:rPr>
        <w:t>[2 1,pi 2]</w:t>
      </w:r>
    </w:p>
    <w:p>
      <w:r>
        <w:rPr>
          <w:rFonts w:ascii="Gentium Plus" w:hAnsi="Gentium Plus"/>
          <w:sz w:val="24"/>
        </w:rPr>
        <w:t>δ’ εἰς τοσοῦτον, ὡς καὶ τὰ φύματα θεραπεύειν, ὅσα γε μὴ λίαν ὑπάρ‐</w:t>
      </w:r>
    </w:p>
    <w:p>
      <w:r>
        <w:rPr>
          <w:rFonts w:ascii="Courier New" w:hAnsi="Courier New"/>
          <w:color w:val="555555"/>
          <w:sz w:val="20"/>
        </w:rPr>
        <w:t>[2 1,pi 3]</w:t>
      </w:r>
    </w:p>
    <w:p>
      <w:r>
        <w:rPr>
          <w:rFonts w:ascii="Gentium Plus" w:hAnsi="Gentium Plus"/>
          <w:sz w:val="24"/>
        </w:rPr>
        <w:t>χει φλεγμονώδη τε καὶ θερμά. ὁ δὲ καρπὸς τμητικῆς εἰς τοσοῦτον μετέχει δυνάμεως, ὡς καὶ τοὺς ἐν κύστει λίθους θρύπτειν καὶ ταῖς ἐκ</w:t>
      </w:r>
    </w:p>
    <w:p>
      <w:r>
        <w:rPr>
          <w:rFonts w:ascii="Courier New" w:hAnsi="Courier New"/>
          <w:color w:val="555555"/>
          <w:sz w:val="20"/>
        </w:rPr>
        <w:t>[2 1,pi 4]</w:t>
      </w:r>
    </w:p>
    <w:p>
      <w:r>
        <w:rPr>
          <w:rFonts w:ascii="Gentium Plus" w:hAnsi="Gentium Plus"/>
          <w:sz w:val="24"/>
        </w:rPr>
        <w:t>θώρακος καὶ πνεύμονος ἀναπτύσεσι βοηθεῖν. —Πενταφύλλου ἡ ῥίζα ξηραίνει μὲν ἱκανῶς, ἥκιστα δ’ ἐστὶ δριμεῖα, διὸ καὶ πολύχρηστος</w:t>
      </w:r>
    </w:p>
    <w:p>
      <w:r>
        <w:rPr>
          <w:rFonts w:ascii="Courier New" w:hAnsi="Courier New"/>
          <w:color w:val="555555"/>
          <w:sz w:val="20"/>
        </w:rPr>
        <w:t>[2 1,pi 5]</w:t>
      </w:r>
    </w:p>
    <w:p>
      <w:r>
        <w:rPr>
          <w:rFonts w:ascii="Gentium Plus" w:hAnsi="Gentium Plus"/>
          <w:sz w:val="24"/>
        </w:rPr>
        <w:t>ὑπάρχει. —Πεπέρεως τὸ μὲν ἄρτι βλαστάνον τὸ μακρόν ἐστι (διὸ καὶ ὑγρότερον ὑπάρχει), τὸ δ’ οἷον ὀμφαξόκαρπον τὸ λευκόν ἐστι πέπερι, δριμύτερον ὑπάρχον τοῦ μέλανος· ἐκεῖνο γὰρ οἷον ὑπερωπτημένον</w:t>
      </w:r>
    </w:p>
    <w:p>
      <w:r>
        <w:rPr>
          <w:rFonts w:ascii="Courier New" w:hAnsi="Courier New"/>
          <w:color w:val="555555"/>
          <w:sz w:val="20"/>
        </w:rPr>
        <w:t>[2 1,pi 6]</w:t>
      </w:r>
    </w:p>
    <w:p>
      <w:r>
        <w:rPr>
          <w:rFonts w:ascii="Gentium Plus" w:hAnsi="Gentium Plus"/>
          <w:sz w:val="24"/>
        </w:rPr>
        <w:t>ἐστὶν ἤδη καὶ ὑπερεξηρασμένον. ἀμφότερα δ’ ἰσχυρῶς θερμαίνει καὶ</w:t>
      </w:r>
    </w:p>
    <w:p>
      <w:r>
        <w:rPr>
          <w:rFonts w:ascii="Courier New" w:hAnsi="Courier New"/>
          <w:color w:val="555555"/>
          <w:sz w:val="20"/>
        </w:rPr>
        <w:t>[2 1,pi 7]</w:t>
      </w:r>
    </w:p>
    <w:p>
      <w:r>
        <w:rPr>
          <w:rFonts w:ascii="Gentium Plus" w:hAnsi="Gentium Plus"/>
          <w:sz w:val="24"/>
        </w:rPr>
        <w:t>ξηραίνει. —Πετροσελίνου τὸ σπέρμα δριμὺ μετὰ πικρότητός ἐστι·</w:t>
      </w:r>
    </w:p>
    <w:p>
      <w:r>
        <w:rPr>
          <w:rFonts w:ascii="Courier New" w:hAnsi="Courier New"/>
          <w:color w:val="555555"/>
          <w:sz w:val="20"/>
        </w:rPr>
        <w:t>[2 1,pi 8]</w:t>
      </w:r>
    </w:p>
    <w:p>
      <w:r>
        <w:rPr>
          <w:rFonts w:ascii="Gentium Plus" w:hAnsi="Gentium Plus"/>
          <w:sz w:val="24"/>
        </w:rPr>
        <w:t>διὰ τοῦτο καὶ καταμήνια κινεῖ καὶ οὖρα προτρέπει δαψιλῶς. ἔστι δὲ</w:t>
      </w:r>
    </w:p>
    <w:p>
      <w:r>
        <w:rPr>
          <w:rFonts w:ascii="Courier New" w:hAnsi="Courier New"/>
          <w:color w:val="555555"/>
          <w:sz w:val="20"/>
        </w:rPr>
        <w:t>[2 1,pi 9]</w:t>
      </w:r>
    </w:p>
    <w:p>
      <w:r>
        <w:rPr>
          <w:rFonts w:ascii="Gentium Plus" w:hAnsi="Gentium Plus"/>
          <w:sz w:val="24"/>
        </w:rPr>
        <w:t>καὶ ἄφυσον, θερμαῖνον καὶ ξηραῖνον ἰσχυρῶς. —Πήγανον τὸ μὲν ἄγριον σφοδρότατα θερμαίνει καὶ ξηραίνει, καὶ τὸ ἥμερον δὲ σφοδρῶς.</w:t>
      </w:r>
    </w:p>
    <w:p>
      <w:r>
        <w:rPr>
          <w:rFonts w:ascii="Courier New" w:hAnsi="Courier New"/>
          <w:color w:val="555555"/>
          <w:sz w:val="20"/>
        </w:rPr>
        <w:t>[2 1,pi 10,11]</w:t>
      </w:r>
    </w:p>
    <w:p>
      <w:r>
        <w:rPr>
          <w:rFonts w:ascii="Gentium Plus" w:hAnsi="Gentium Plus"/>
          <w:sz w:val="24"/>
        </w:rPr>
        <w:t>ἔστι δ’ οὐ δριμὺ μόνον, ἀλλὰ καὶ πικρόν, τέμνει τε καὶ διαφορεῖ τοὺς</w:t>
      </w:r>
    </w:p>
    <w:p>
      <w:r>
        <w:rPr>
          <w:rFonts w:ascii="Courier New" w:hAnsi="Courier New"/>
          <w:color w:val="555555"/>
          <w:sz w:val="20"/>
        </w:rPr>
        <w:t>[2 1,pi 12]</w:t>
      </w:r>
    </w:p>
    <w:p>
      <w:r>
        <w:rPr>
          <w:rFonts w:ascii="Gentium Plus" w:hAnsi="Gentium Plus"/>
          <w:sz w:val="24"/>
        </w:rPr>
        <w:t>παχεῖς καὶ γλίσχρους χυμοὺς καὶ δι’ οὔρων κενοῖ. καὶ μὲν δὴ καὶ λεπτομερές ἐστι καὶ ἄφυσον καὶ διὰ τοῦτο πρός τε τὰς ἐμπνευματώ‐ σεις ἁρμόττει καὶ τὰς εἰς ἀφροδίσια προθυμίας ἐπέχει καὶ διαφορεῖ</w:t>
      </w:r>
    </w:p>
    <w:p>
      <w:r>
        <w:rPr>
          <w:rFonts w:ascii="Courier New" w:hAnsi="Courier New"/>
          <w:color w:val="555555"/>
          <w:sz w:val="20"/>
        </w:rPr>
        <w:t>[2 1,pi 13]</w:t>
      </w:r>
    </w:p>
    <w:p>
      <w:r>
        <w:rPr>
          <w:rFonts w:ascii="Gentium Plus" w:hAnsi="Gentium Plus"/>
          <w:sz w:val="24"/>
        </w:rPr>
        <w:t>καὶ ξηραίνει γενναίως. —Πίσσα ἡ μὲν ξηρὰ θερμαίνει τε ἱκανῶς καὶ ξηραίνει, ἡ δ’ ὑγρὰ μετὰ τούτων μετέχει τι καὶ λεπτομεροῦς, ὡς καὶ</w:t>
      </w:r>
    </w:p>
    <w:p>
      <w:r>
        <w:rPr>
          <w:rFonts w:ascii="Courier New" w:hAnsi="Courier New"/>
          <w:color w:val="555555"/>
          <w:sz w:val="20"/>
        </w:rPr>
        <w:t>[2 1,pi 14]</w:t>
      </w:r>
    </w:p>
    <w:p>
      <w:r>
        <w:rPr>
          <w:rFonts w:ascii="Gentium Plus" w:hAnsi="Gentium Plus"/>
          <w:sz w:val="24"/>
        </w:rPr>
        <w:t>τοὺς ἀσθματικοὺς καὶ τοὺς ἐμπύους ὠφελεῖν. πλῆθος δ’ ἐκλείχειν ἀρκεῖ</w:t>
      </w:r>
    </w:p>
    <w:p>
      <w:r>
        <w:rPr>
          <w:rFonts w:ascii="Courier New" w:hAnsi="Courier New"/>
          <w:color w:val="555555"/>
          <w:sz w:val="20"/>
        </w:rPr>
        <w:t>[2 1,pi 15]</w:t>
      </w:r>
    </w:p>
    <w:p>
      <w:r>
        <w:rPr>
          <w:rFonts w:ascii="Gentium Plus" w:hAnsi="Gentium Plus"/>
          <w:sz w:val="24"/>
        </w:rPr>
        <w:t>κυάθου μέλιτος μιγνύντας. ἀλλὰ καὶ ῥυπτικὸν ἔχουσί τι καὶ συμ‐</w:t>
      </w:r>
    </w:p>
    <w:p>
      <w:r>
        <w:rPr>
          <w:rFonts w:ascii="Courier New" w:hAnsi="Courier New"/>
          <w:color w:val="555555"/>
          <w:sz w:val="20"/>
        </w:rPr>
        <w:t>[2 1,pi 16]</w:t>
      </w:r>
    </w:p>
    <w:p>
      <w:r>
        <w:rPr>
          <w:rFonts w:ascii="Gentium Plus" w:hAnsi="Gentium Plus"/>
          <w:sz w:val="24"/>
        </w:rPr>
        <w:t>πεπτικὸν καὶ διαφορητικόν. οὕτω γέ τοι καὶ λεπροὺς ὄνυχας ἐξάγουσι</w:t>
      </w:r>
    </w:p>
    <w:p>
      <w:r>
        <w:rPr>
          <w:rFonts w:ascii="Courier New" w:hAnsi="Courier New"/>
          <w:color w:val="555555"/>
          <w:sz w:val="20"/>
        </w:rPr>
        <w:t>[2 1,pi 17]</w:t>
      </w:r>
    </w:p>
    <w:p>
      <w:r>
        <w:rPr>
          <w:rFonts w:ascii="Gentium Plus" w:hAnsi="Gentium Plus"/>
          <w:sz w:val="24"/>
        </w:rPr>
        <w:t>μιγνύμεναι κηρῷ καὶ λειχῆνας ἀπορρύπτουσιν. συμπέττουσι δὲ καὶ τοὺς</w:t>
      </w:r>
    </w:p>
    <w:p>
      <w:r>
        <w:rPr>
          <w:rFonts w:ascii="Courier New" w:hAnsi="Courier New"/>
          <w:color w:val="555555"/>
          <w:sz w:val="20"/>
        </w:rPr>
        <w:t>[2 1,pi 18]</w:t>
      </w:r>
    </w:p>
    <w:p>
      <w:r>
        <w:rPr>
          <w:rFonts w:ascii="Gentium Plus" w:hAnsi="Gentium Plus"/>
          <w:sz w:val="24"/>
        </w:rPr>
        <w:t>σκληροὺς καὶ ἀπέπτους ὄγκους ἐπεμβαλλόμεναι καταπλάσμασιν. ἰσχυ‐</w:t>
      </w:r>
    </w:p>
    <w:p>
      <w:r>
        <w:rPr>
          <w:rFonts w:ascii="Courier New" w:hAnsi="Courier New"/>
          <w:color w:val="555555"/>
          <w:sz w:val="20"/>
        </w:rPr>
        <w:t>[2 1,pi 19]</w:t>
      </w:r>
    </w:p>
    <w:p>
      <w:r>
        <w:rPr>
          <w:rFonts w:ascii="Gentium Plus" w:hAnsi="Gentium Plus"/>
          <w:sz w:val="24"/>
        </w:rPr>
        <w:t>ροτέρα δ’ εἰς ἅπαντα ἡ ὑγρά. —Πίτυος ὁ φλοιὸς ἐπικρατοῦσαν ἔχει τὴν στυπτικὴν δύναμιν, ὡς καὶ παρατρίμματα καταπλασσόμενος ἰᾶσθαι</w:t>
      </w:r>
    </w:p>
    <w:p>
      <w:r>
        <w:rPr>
          <w:rFonts w:ascii="Courier New" w:hAnsi="Courier New"/>
          <w:color w:val="555555"/>
          <w:sz w:val="20"/>
        </w:rPr>
        <w:t>[2 1,pi 20]</w:t>
      </w:r>
    </w:p>
    <w:p>
      <w:r>
        <w:rPr>
          <w:rFonts w:ascii="Gentium Plus" w:hAnsi="Gentium Plus"/>
          <w:sz w:val="24"/>
        </w:rPr>
        <w:t>κάλλιστα καὶ κοιλίαν ἐπέχειν, εἰ ποθείη· καὶ κατακαύματα δ’ ἐπουλοῖ.</w:t>
      </w:r>
    </w:p>
    <w:p>
      <w:r>
        <w:rPr>
          <w:rFonts w:ascii="Courier New" w:hAnsi="Courier New"/>
          <w:color w:val="555555"/>
          <w:sz w:val="20"/>
        </w:rPr>
        <w:t>[2 1,pi 21]</w:t>
      </w:r>
    </w:p>
    <w:p>
      <w:r>
        <w:rPr>
          <w:rFonts w:ascii="Gentium Plus" w:hAnsi="Gentium Plus"/>
          <w:sz w:val="24"/>
        </w:rPr>
        <w:t>καὶ ὁ τῆς πεύκης δὲ φλοιὸς ὅμοιος μὲν αὐτῷ, μετριώτερος δὲ κατὰ</w:t>
      </w:r>
    </w:p>
    <w:p>
      <w:r>
        <w:rPr>
          <w:rFonts w:ascii="Courier New" w:hAnsi="Courier New"/>
          <w:color w:val="555555"/>
          <w:sz w:val="20"/>
        </w:rPr>
        <w:t>[2 1,pi 22]</w:t>
      </w:r>
    </w:p>
    <w:p>
      <w:r>
        <w:rPr>
          <w:rFonts w:ascii="Gentium Plus" w:hAnsi="Gentium Plus"/>
          <w:sz w:val="24"/>
        </w:rPr>
        <w:t>τὴν δύναμιν. ἐν δὲ τοῖς φύλλοις ἀμφοτέρων τῶν δένδρων δύναμίς</w:t>
      </w:r>
    </w:p>
    <w:p>
      <w:r>
        <w:rPr>
          <w:rFonts w:ascii="Courier New" w:hAnsi="Courier New"/>
          <w:color w:val="555555"/>
          <w:sz w:val="20"/>
        </w:rPr>
        <w:t>[2 1,pi 23]</w:t>
      </w:r>
    </w:p>
    <w:p>
      <w:r>
        <w:rPr>
          <w:rFonts w:ascii="Gentium Plus" w:hAnsi="Gentium Plus"/>
          <w:sz w:val="24"/>
        </w:rPr>
        <w:t>ἐστι κολλητικὴ τραυμάτων. ἡ δὲ λιγνὺς ἡ ἐκ τῶν εἰρημένων πρὸς πτίλα βλέφαρα καὶ μυδῶντας κανθοὺς καὶ περιβεβρωμένους καὶ δακρύ‐</w:t>
      </w:r>
    </w:p>
    <w:p>
      <w:r>
        <w:rPr>
          <w:rFonts w:ascii="Courier New" w:hAnsi="Courier New"/>
          <w:color w:val="555555"/>
          <w:sz w:val="20"/>
        </w:rPr>
        <w:t>[2 1,pi 24]</w:t>
      </w:r>
    </w:p>
    <w:p>
      <w:r>
        <w:rPr>
          <w:rFonts w:ascii="Gentium Plus" w:hAnsi="Gentium Plus"/>
          <w:sz w:val="24"/>
        </w:rPr>
        <w:t>οντάς ἐστι χρήσιμος. —Πλάτανος ὑγροτέρας καὶ ψυχροτέρας ἐστὶν οὐσίας· διὰ τοῦτο τὰ φύλλα τὰ χλωρὰ λειωθέντα καὶ καταπλασθέντα</w:t>
      </w:r>
    </w:p>
    <w:p>
      <w:r>
        <w:rPr>
          <w:rFonts w:ascii="Courier New" w:hAnsi="Courier New"/>
          <w:color w:val="555555"/>
          <w:sz w:val="20"/>
        </w:rPr>
        <w:t>[2 1,pi 25]</w:t>
      </w:r>
    </w:p>
    <w:p>
      <w:r>
        <w:rPr>
          <w:rFonts w:ascii="Gentium Plus" w:hAnsi="Gentium Plus"/>
          <w:sz w:val="24"/>
        </w:rPr>
        <w:t>τὰς ἐν γόνασι φλεγμονὰς ὀνίνησιν. ὁ δὲ φλοιὸς αὐτῆς καὶ τὰ σφαιρία ξηραντικώτερα, ὡς τὸν μὲν 〈ἐν〉 ὄξει καθεψόμενον εἰς ὀδόντων ἀλγή‐ ματα παραλαμβάνεσθαι, τὰ δὲ σφαιρία μετὰ στέατος ἐπὶ τῶν πυρι‐</w:t>
      </w:r>
    </w:p>
    <w:p>
      <w:r>
        <w:rPr>
          <w:rFonts w:ascii="Courier New" w:hAnsi="Courier New"/>
          <w:color w:val="555555"/>
          <w:sz w:val="20"/>
        </w:rPr>
        <w:t>[2 1,pi 26]</w:t>
      </w:r>
    </w:p>
    <w:p>
      <w:r>
        <w:rPr>
          <w:rFonts w:ascii="Gentium Plus" w:hAnsi="Gentium Plus"/>
          <w:sz w:val="24"/>
        </w:rPr>
        <w:t>καύστων ἑλκῶν. —Πομφόλυξ εἰ πλυθείη, σχεδὸν ἁπάντων πρῶτόν ἐστιν ὅσα ξηραίνειν ἀδήκτως πέφυκεν, ὅθεν εἴς τε τὰ καρκινώδη τῶν ἑλκῶν ἐστιν ἐπιτήδειος καὶ πρὸς τὰ ἄλλα τὰ κακοήθη πάντα. —</w:t>
      </w:r>
    </w:p>
    <w:p>
      <w:r>
        <w:rPr>
          <w:rFonts w:ascii="Courier New" w:hAnsi="Courier New"/>
          <w:color w:val="555555"/>
          <w:sz w:val="20"/>
        </w:rPr>
        <w:t>[2 1,pi 27]</w:t>
      </w:r>
    </w:p>
    <w:p>
      <w:r>
        <w:rPr>
          <w:rFonts w:ascii="Gentium Plus" w:hAnsi="Gentium Plus"/>
          <w:sz w:val="24"/>
        </w:rPr>
        <w:t>Πράσιον θερμαίνει καὶ ξηραίνει σφοδρῶς, ἧπάρ τε ἐκφράττει καὶ σπλῆνα καὶ τὰ κατὰ θώρακα καὶ πνεύμονα διακαθαίρει κινεῖ τε ἔμμηνα·</w:t>
      </w:r>
    </w:p>
    <w:p>
      <w:r>
        <w:rPr>
          <w:rFonts w:ascii="Courier New" w:hAnsi="Courier New"/>
          <w:color w:val="555555"/>
          <w:sz w:val="20"/>
        </w:rPr>
        <w:t>[2 1,pi 28]</w:t>
      </w:r>
    </w:p>
    <w:p>
      <w:r>
        <w:rPr>
          <w:rFonts w:ascii="Gentium Plus" w:hAnsi="Gentium Plus"/>
          <w:sz w:val="24"/>
        </w:rPr>
        <w:t>καὶ καταπλασσόμενον ῥύπτει τε καὶ διαφορεῖ· καὶ διὰ ῥινῶν ἰκτερι‐</w:t>
      </w:r>
    </w:p>
    <w:p>
      <w:r>
        <w:rPr>
          <w:rFonts w:ascii="Courier New" w:hAnsi="Courier New"/>
          <w:color w:val="555555"/>
          <w:sz w:val="20"/>
        </w:rPr>
        <w:t>[2 1,pi 29]</w:t>
      </w:r>
    </w:p>
    <w:p>
      <w:r>
        <w:rPr>
          <w:rFonts w:ascii="Gentium Plus" w:hAnsi="Gentium Plus"/>
          <w:sz w:val="24"/>
        </w:rPr>
        <w:t>κοὺς καθαίρει· καὶ πρὸς ὤτων ὀδύνας κεχρονισμένας ποιεῖ. —Πρό‐ πολις θερμαίνει σφοδρῶς καὶ ῥυπτικῆς ἰσχυρῶς ἐστι δυνάμεως ἑλκτικῆς</w:t>
      </w:r>
    </w:p>
    <w:p>
      <w:r>
        <w:rPr>
          <w:rFonts w:ascii="Courier New" w:hAnsi="Courier New"/>
          <w:color w:val="555555"/>
          <w:sz w:val="20"/>
        </w:rPr>
        <w:t>[2 1,pi 30]</w:t>
      </w:r>
    </w:p>
    <w:p>
      <w:r>
        <w:rPr>
          <w:rFonts w:ascii="Gentium Plus" w:hAnsi="Gentium Plus"/>
          <w:sz w:val="24"/>
        </w:rPr>
        <w:t>τε ἱκανῶς ἰσχυρᾶς καὶ λεπτομερὴς τὴν οὐσίαν. —Πτελέας τὰ φύλλα πρόσφατα τραύματα κολλᾷ στυπτικήν τε καὶ ῥυπτικὴν ἔχοντα δύναμιν.</w:t>
      </w:r>
    </w:p>
    <w:p>
      <w:r>
        <w:rPr>
          <w:rFonts w:ascii="Courier New" w:hAnsi="Courier New"/>
          <w:color w:val="555555"/>
          <w:sz w:val="20"/>
        </w:rPr>
        <w:t>[2 1,pi 31,32]</w:t>
      </w:r>
    </w:p>
    <w:p>
      <w:r>
        <w:rPr>
          <w:rFonts w:ascii="Gentium Plus" w:hAnsi="Gentium Plus"/>
          <w:sz w:val="24"/>
        </w:rPr>
        <w:t>ὁ δὲ φλοιὸς ἔτι μᾶλλον, ὥστε καὶ λέπραν ἰᾶται σὺν ὄξει. καὶ αἱ ῥίζαι</w:t>
      </w:r>
    </w:p>
    <w:p>
      <w:r>
        <w:rPr>
          <w:rFonts w:ascii="Courier New" w:hAnsi="Courier New"/>
          <w:color w:val="555555"/>
          <w:sz w:val="20"/>
        </w:rPr>
        <w:t>[2 1,pi 32 (2)]</w:t>
      </w:r>
    </w:p>
    <w:p>
      <w:r>
        <w:rPr>
          <w:rFonts w:ascii="Gentium Plus" w:hAnsi="Gentium Plus"/>
          <w:sz w:val="24"/>
        </w:rPr>
        <w:t>δὲ τῆς αὐτῆς εἰσι δυνάμεως, ὥστε καὶ τῷ ἀφεψήματι καταντλοῦσί τινες</w:t>
      </w:r>
    </w:p>
    <w:p>
      <w:r>
        <w:rPr>
          <w:rFonts w:ascii="Courier New" w:hAnsi="Courier New"/>
          <w:color w:val="555555"/>
          <w:sz w:val="20"/>
        </w:rPr>
        <w:t>[2 1,pi 33]</w:t>
      </w:r>
    </w:p>
    <w:p>
      <w:r>
        <w:rPr>
          <w:rFonts w:ascii="Gentium Plus" w:hAnsi="Gentium Plus"/>
          <w:sz w:val="24"/>
        </w:rPr>
        <w:t>ὅσα πωρώσεως δεῖται κατάγματα. —Πτέρεως ἡ ῥίζα ἀναιρεῖ πλα‐</w:t>
      </w:r>
    </w:p>
    <w:p>
      <w:r>
        <w:rPr>
          <w:rFonts w:ascii="Courier New" w:hAnsi="Courier New"/>
          <w:color w:val="555555"/>
          <w:sz w:val="20"/>
        </w:rPr>
        <w:t>[2 1,pi 34]</w:t>
      </w:r>
    </w:p>
    <w:p>
      <w:r>
        <w:rPr>
          <w:rFonts w:ascii="Gentium Plus" w:hAnsi="Gentium Plus"/>
          <w:sz w:val="24"/>
        </w:rPr>
        <w:t>τὰ μὲν ζῶντα διαφθείρει, τὰ δὲ νεκρὰ ἐκβάλλει. ὁμοίαν δ’ αὐτῇ καὶ</w:t>
      </w:r>
    </w:p>
    <w:p>
      <w:r>
        <w:rPr>
          <w:rFonts w:ascii="Courier New" w:hAnsi="Courier New"/>
          <w:color w:val="555555"/>
          <w:sz w:val="20"/>
        </w:rPr>
        <w:t>[2 1,pi 35]</w:t>
      </w:r>
    </w:p>
    <w:p>
      <w:r>
        <w:rPr>
          <w:rFonts w:ascii="Gentium Plus" w:hAnsi="Gentium Plus"/>
          <w:sz w:val="24"/>
        </w:rPr>
        <w:t>ἡ θηλυπτερὶς δύναμιν ἔχει. —Πυρέθρου ἡ ῥίζα καυστικὴν ἔχει δύνα‐ μιν, καθ’ ἣν ὀδόντων τε τῶν ἐψυγμένων ὀδύνας ἰᾶται καὶ πρὸς τῶν κατὰ περίοδον ῥιγῶν ἀνατρίβεται μετ’ ἐλαίου καὶ τοὺς ναρκώδεις καὶ</w:t>
      </w:r>
    </w:p>
    <w:p>
      <w:r>
        <w:rPr>
          <w:rFonts w:ascii="Courier New" w:hAnsi="Courier New"/>
          <w:color w:val="555555"/>
          <w:sz w:val="20"/>
        </w:rPr>
        <w:t>[2 1,pi 36]</w:t>
      </w:r>
    </w:p>
    <w:p>
      <w:r>
        <w:rPr>
          <w:rFonts w:ascii="Gentium Plus" w:hAnsi="Gentium Plus"/>
          <w:sz w:val="24"/>
        </w:rPr>
        <w:t>παρειμένους ὠφελεῖ. —Πυρὸς ἔξωθεν ἐπιτιθέμενος μετρίως θερμαίνει, οὐ μὴν οὔτε ὑγραίνειν οὔτε ξηραίνειν ἐπιφανῶς πέφυκεν, ἔχει δέ τι</w:t>
      </w:r>
    </w:p>
    <w:p>
      <w:r>
        <w:rPr>
          <w:rFonts w:ascii="Courier New" w:hAnsi="Courier New"/>
          <w:color w:val="555555"/>
          <w:sz w:val="20"/>
        </w:rPr>
        <w:t>[2 1,pi 37]</w:t>
      </w:r>
    </w:p>
    <w:p>
      <w:r>
        <w:rPr>
          <w:rFonts w:ascii="Gentium Plus" w:hAnsi="Gentium Plus"/>
          <w:sz w:val="24"/>
        </w:rPr>
        <w:t>καὶ γλίσχρον καὶ ἐμφρακτικόν. τὸ δ’ ἐξ αὐτοῦ σκευαζόμενον ἄμυλον ψυχρότερόν τε καὶ ξηραντικώτερον αὐτοῦ γίνεται. καὶ τὸ ἐξ ἄρτου δὲ κατάπλασμα διαφορητικωτέρας ἐστὶ δυνάμεως ἤπερ τὸ ἐκ τῶν πυρῶν, ὡς ἂν καὶ ἁλῶν καὶ ζύμης προσειληφότος τοῦ ἄρτου· δυνά‐</w:t>
      </w:r>
    </w:p>
    <w:p>
      <w:r>
        <w:rPr>
          <w:rFonts w:ascii="Courier New" w:hAnsi="Courier New"/>
          <w:color w:val="555555"/>
          <w:sz w:val="20"/>
        </w:rPr>
        <w:t>[2 1,pi 38]</w:t>
      </w:r>
    </w:p>
    <w:p>
      <w:r>
        <w:rPr>
          <w:rFonts w:ascii="Gentium Plus" w:hAnsi="Gentium Plus"/>
          <w:sz w:val="24"/>
        </w:rPr>
        <w:t>μεως γὰρ ἐπισπαστικῆς τε καὶ διαφορητικῆς ἐστιν ἡ ζύμη. —Πυτία πᾶσα δριμείας ἐστὶ καὶ λεπτυντικῆς καὶ διαφορητικῆς δυνάμεως καὶ</w:t>
      </w:r>
    </w:p>
    <w:p>
      <w:r>
        <w:rPr>
          <w:rFonts w:ascii="Courier New" w:hAnsi="Courier New"/>
          <w:color w:val="555555"/>
          <w:sz w:val="20"/>
        </w:rPr>
        <w:t>[2 1,pi 39]</w:t>
      </w:r>
    </w:p>
    <w:p>
      <w:r>
        <w:rPr>
          <w:rFonts w:ascii="Gentium Plus" w:hAnsi="Gentium Plus"/>
          <w:sz w:val="24"/>
        </w:rPr>
        <w:t>ξηραντικῆς, γάλα δὲ τεθρομβωμένον ἐν κοιλίᾳ διαλύει. καλλίων δ’</w:t>
      </w:r>
    </w:p>
    <w:p>
      <w:r>
        <w:rPr>
          <w:rFonts w:ascii="Courier New" w:hAnsi="Courier New"/>
          <w:color w:val="555555"/>
          <w:sz w:val="20"/>
        </w:rPr>
        <w:t>[2 1,pi 40]</w:t>
      </w:r>
    </w:p>
    <w:p>
      <w:r>
        <w:rPr>
          <w:rFonts w:ascii="Gentium Plus" w:hAnsi="Gentium Plus"/>
          <w:sz w:val="24"/>
        </w:rPr>
        <w:t>αὐτῶν ἐστιν ἡ λαγῴα. διαλύει δὲ καὶ τεθρομβωμένον αἷμα κατὰ κοι‐ λίαν ὁμοίως ποθεῖσα μᾶλλον μὲν ἴσως τῶν ἄλλων ἡ λαγῴα, οὐ μὴν μόνη.</w:t>
      </w:r>
    </w:p>
    <w:p>
      <w:r>
        <w:rPr>
          <w:rFonts w:ascii="Courier New" w:hAnsi="Courier New"/>
          <w:color w:val="555555"/>
          <w:sz w:val="20"/>
        </w:rPr>
        <w:t>[2 1,rho 1]</w:t>
      </w:r>
    </w:p>
    <w:p>
      <w:r>
        <w:rPr>
          <w:rFonts w:ascii="Gentium Plus" w:hAnsi="Gentium Plus"/>
          <w:sz w:val="24"/>
        </w:rPr>
        <w:t>Ῥαφανὶς θερμαίνει σφοδρῶς καὶ ἱκανῶς ξηραίνει. τὸ δὲ σπέρμα δραστικώτερον τοῦ φυτοῦ· διαφορητικωτέρα δ’ ἐστὶν ἐν αὐτοῖς ἡ δύ‐ ναμις, ὥστε καὶ πρὸς ὑπώπια καὶ τὰ ἄλλα πελιδνὰ ὠφελίμως παρα‐</w:t>
      </w:r>
    </w:p>
    <w:p>
      <w:r>
        <w:rPr>
          <w:rFonts w:ascii="Courier New" w:hAnsi="Courier New"/>
          <w:color w:val="555555"/>
          <w:sz w:val="20"/>
        </w:rPr>
        <w:t>[2 1,rho 2]</w:t>
      </w:r>
    </w:p>
    <w:p>
      <w:r>
        <w:rPr>
          <w:rFonts w:ascii="Gentium Plus" w:hAnsi="Gentium Plus"/>
          <w:sz w:val="24"/>
        </w:rPr>
        <w:t>λαμβάνεσθαι. —Ῥῆον μικτῆς ἐστι κράσεως· ἔχει γάρ τι καὶ γεῶδες ψυχρόν· σύνεστι δέ τις αὐτῷ καὶ θερμότης· μετέχει δὲ καὶ λεπτομε‐ ρείας· σπάσματά τε οὖν καὶ ῥήγματα καὶ ὀρθόπνοιαν ὠφελεῖ καὶ πε‐ λίωμα καὶ λειχῆνας ἰᾶται μετ’ ὄξους ἐπαλειφόμενον καὶ αἱμοπτοϊκούς</w:t>
      </w:r>
    </w:p>
    <w:p>
      <w:r>
        <w:rPr>
          <w:rFonts w:ascii="Courier New" w:hAnsi="Courier New"/>
          <w:color w:val="555555"/>
          <w:sz w:val="20"/>
        </w:rPr>
        <w:t>[2 1,rho 3]</w:t>
      </w:r>
    </w:p>
    <w:p>
      <w:r>
        <w:rPr>
          <w:rFonts w:ascii="Gentium Plus" w:hAnsi="Gentium Plus"/>
          <w:sz w:val="24"/>
        </w:rPr>
        <w:t>τε καὶ κοιλιακοὺς καὶ δυσεντερικοὺς ὠφελεῖ. —Ῥητῖναι πᾶσαι ξηραί‐ νουσι καὶ θερμαίνουσι καὶ διαφοροῦσιν, αἱ μὲν πλέον, αἱ δ’ ἔλαττον.</w:t>
      </w:r>
    </w:p>
    <w:p>
      <w:r>
        <w:rPr>
          <w:rFonts w:ascii="Courier New" w:hAnsi="Courier New"/>
          <w:color w:val="555555"/>
          <w:sz w:val="20"/>
        </w:rPr>
        <w:t>[2 1,rho 4]</w:t>
      </w:r>
    </w:p>
    <w:p>
      <w:r>
        <w:rPr>
          <w:rFonts w:ascii="Gentium Plus" w:hAnsi="Gentium Plus"/>
          <w:sz w:val="24"/>
        </w:rPr>
        <w:t>προκέκριται δ’ εἰκότως ἁπασῶν ἡ σχινίνη (μαστίχην δ’ αὐτὴν ὀνομά‐ ζουσι)· πρὸς γὰρ τῷ στύψεως ὀλίγης μετέχειν, ὡς καὶ τὰς κατὰ στό‐ μαχον καὶ γαστέρα καὶ ἧπαρ ἀτονίας ἰᾶσθαι, καὶ φλεγμοναῖς ἁρμόττει· ἔτι καὶ ξηραίνειν ἀλύπως αὐτῇ πάρεστιν· ἥκιστα γάρ ἐστι δριμεῖα καὶ</w:t>
      </w:r>
    </w:p>
    <w:p>
      <w:r>
        <w:rPr>
          <w:rFonts w:ascii="Courier New" w:hAnsi="Courier New"/>
          <w:color w:val="555555"/>
          <w:sz w:val="20"/>
        </w:rPr>
        <w:t>[2 1,rho 5,6]</w:t>
      </w:r>
    </w:p>
    <w:p>
      <w:r>
        <w:rPr>
          <w:rFonts w:ascii="Gentium Plus" w:hAnsi="Gentium Plus"/>
          <w:sz w:val="24"/>
        </w:rPr>
        <w:t>μάλιστα ἡ λεπτομερής. τῶν δ’ ἄλλων ἡ τερμινθίνη πρωτεύει. δια‐</w:t>
      </w:r>
    </w:p>
    <w:p>
      <w:r>
        <w:rPr>
          <w:rFonts w:ascii="Courier New" w:hAnsi="Courier New"/>
          <w:color w:val="555555"/>
          <w:sz w:val="20"/>
        </w:rPr>
        <w:t>[2 1,rho 6 (2)]</w:t>
      </w:r>
    </w:p>
    <w:p>
      <w:r>
        <w:rPr>
          <w:rFonts w:ascii="Gentium Plus" w:hAnsi="Gentium Plus"/>
          <w:sz w:val="24"/>
        </w:rPr>
        <w:t>φορεῖ δὲ μᾶλλον τῆς μαστίχης καὶ ῥύπτει, ὡς καὶ ψώρας ἰᾶσθαι καὶ</w:t>
      </w:r>
    </w:p>
    <w:p>
      <w:r>
        <w:rPr>
          <w:rFonts w:ascii="Courier New" w:hAnsi="Courier New"/>
          <w:color w:val="555555"/>
          <w:sz w:val="20"/>
        </w:rPr>
        <w:t>[2 1,rho 7]</w:t>
      </w:r>
    </w:p>
    <w:p>
      <w:r>
        <w:rPr>
          <w:rFonts w:ascii="Gentium Plus" w:hAnsi="Gentium Plus"/>
          <w:sz w:val="24"/>
        </w:rPr>
        <w:t>τὰ κατὰ βάθος ἕλκειν μᾶλλον τῶν ἄλλων. —Ῥόδων ἡ δύναμις ἐξ ὑδατώδους θερμῆς ἀναμεμιγμένης δυσὶ ποιότησιν ἑτέραις ἐστί, τῇ τε</w:t>
      </w:r>
    </w:p>
    <w:p>
      <w:r>
        <w:rPr>
          <w:rFonts w:ascii="Courier New" w:hAnsi="Courier New"/>
          <w:color w:val="555555"/>
          <w:sz w:val="20"/>
        </w:rPr>
        <w:t>[2 1,rho 8]</w:t>
      </w:r>
    </w:p>
    <w:p>
      <w:r>
        <w:rPr>
          <w:rFonts w:ascii="Gentium Plus" w:hAnsi="Gentium Plus"/>
          <w:sz w:val="24"/>
        </w:rPr>
        <w:t>στυφούσῃ καὶ τῇ πικρᾷ. τὸ δ’ ἄνθος αὐτῶν ἔτι μᾶλλον αὐτῶν τῶν</w:t>
      </w:r>
    </w:p>
    <w:p>
      <w:r>
        <w:rPr>
          <w:rFonts w:ascii="Courier New" w:hAnsi="Courier New"/>
          <w:color w:val="555555"/>
          <w:sz w:val="20"/>
        </w:rPr>
        <w:t>[2 1,rho 9]</w:t>
      </w:r>
    </w:p>
    <w:p>
      <w:r>
        <w:rPr>
          <w:rFonts w:ascii="Gentium Plus" w:hAnsi="Gentium Plus"/>
          <w:sz w:val="24"/>
        </w:rPr>
        <w:t>ῥόδων ῥυπτικόν ἐστι, καὶ δηλονότι διὰ τοῦτο καὶ ξηραντικόν. —Ῥύπος ὁ ἀπὸ τῶν ἀνδριάντων διαφορητικός ἐστι καὶ μαλακτικὸς καὶ ἄπεπτα</w:t>
      </w:r>
    </w:p>
    <w:p>
      <w:r>
        <w:rPr>
          <w:rFonts w:ascii="Courier New" w:hAnsi="Courier New"/>
          <w:color w:val="555555"/>
          <w:sz w:val="20"/>
        </w:rPr>
        <w:t>[2 1,rho 10]</w:t>
      </w:r>
    </w:p>
    <w:p>
      <w:r>
        <w:rPr>
          <w:rFonts w:ascii="Gentium Plus" w:hAnsi="Gentium Plus"/>
          <w:sz w:val="24"/>
        </w:rPr>
        <w:t>φύματα διαφορεῖ. ὁ δ’ ἐν ταῖς παλαίστραις, ὃν καὶ πάτον ὀνομάζου‐ σιν, ἄριστον ἴαμα φλεγμονῆς τιτθῶν ἐστι· καὶ γὰρ τὸ πυρῶδες αὐτῶν σβέννυσι καὶ τὸ ἐπιρρέον στέλλει καὶ τὸ περιεχόμενον διαφορεῖ.</w:t>
      </w:r>
    </w:p>
    <w:p>
      <w:r>
        <w:rPr>
          <w:rFonts w:ascii="Courier New" w:hAnsi="Courier New"/>
          <w:color w:val="555555"/>
          <w:sz w:val="20"/>
        </w:rPr>
        <w:t>[2 1,sigma 1]</w:t>
      </w:r>
    </w:p>
    <w:p>
      <w:r>
        <w:rPr>
          <w:rFonts w:ascii="Gentium Plus" w:hAnsi="Gentium Plus"/>
          <w:sz w:val="24"/>
        </w:rPr>
        <w:t>Σανδαράκη καυστικῆς ἐστι δυνάμεως ὥσπερ τὸ ἀρσενικόν· εἰκότως οὖν εἴς τε τὰς διαφορητικὰς δυνάμεις αὐτὴν μιγνύουσι καὶ τὰς ῥυπτι‐</w:t>
      </w:r>
    </w:p>
    <w:p>
      <w:r>
        <w:rPr>
          <w:rFonts w:ascii="Courier New" w:hAnsi="Courier New"/>
          <w:color w:val="555555"/>
          <w:sz w:val="20"/>
        </w:rPr>
        <w:t>[2 1,sigma 2]</w:t>
      </w:r>
    </w:p>
    <w:p>
      <w:r>
        <w:rPr>
          <w:rFonts w:ascii="Gentium Plus" w:hAnsi="Gentium Plus"/>
          <w:sz w:val="24"/>
        </w:rPr>
        <w:t>κάς. —Σατύριον ὑγρόν ἐστι καὶ θερμὸν τὴν κρᾶσιν, περιττωματικὴν καὶ φυσώδη τὴν ὑγρότητα κεκτημένον, καὶ διὰ τοῦτο παρορμᾷ πρὸς</w:t>
      </w:r>
    </w:p>
    <w:p>
      <w:r>
        <w:rPr>
          <w:rFonts w:ascii="Courier New" w:hAnsi="Courier New"/>
          <w:color w:val="555555"/>
          <w:sz w:val="20"/>
        </w:rPr>
        <w:t>[2 1,sigma 3,4]</w:t>
      </w:r>
    </w:p>
    <w:p>
      <w:r>
        <w:rPr>
          <w:rFonts w:ascii="Gentium Plus" w:hAnsi="Gentium Plus"/>
          <w:sz w:val="24"/>
        </w:rPr>
        <w:t>ἀφροδίσια. ταὐτὰ δὲ καὶ ἡ ῥίζα αὐτοῦ δρᾷ. —Σέλινον θερμὸν εἰς</w:t>
      </w:r>
    </w:p>
    <w:p>
      <w:r>
        <w:rPr>
          <w:rFonts w:ascii="Courier New" w:hAnsi="Courier New"/>
          <w:color w:val="555555"/>
          <w:sz w:val="20"/>
        </w:rPr>
        <w:t>[2 1,sigma 5]</w:t>
      </w:r>
    </w:p>
    <w:p>
      <w:r>
        <w:rPr>
          <w:rFonts w:ascii="Gentium Plus" w:hAnsi="Gentium Plus"/>
          <w:sz w:val="24"/>
        </w:rPr>
        <w:t>τοσοῦτόν ἐστιν ὡς οὖρα καὶ καταμήνια κινεῖν. ἔστι δὲ καὶ ἄφυσον, καὶ</w:t>
      </w:r>
    </w:p>
    <w:p>
      <w:r>
        <w:rPr>
          <w:rFonts w:ascii="Courier New" w:hAnsi="Courier New"/>
          <w:color w:val="555555"/>
          <w:sz w:val="20"/>
        </w:rPr>
        <w:t>[2 1,sigma 6]</w:t>
      </w:r>
    </w:p>
    <w:p>
      <w:r>
        <w:rPr>
          <w:rFonts w:ascii="Gentium Plus" w:hAnsi="Gentium Plus"/>
          <w:sz w:val="24"/>
        </w:rPr>
        <w:t>μᾶλλον τῆς πόας τὸ σπέρμα. —Σέρις ψυχρᾶς καὶ ξηρᾶς ἐστι κράσεως</w:t>
      </w:r>
    </w:p>
    <w:p>
      <w:r>
        <w:rPr>
          <w:rFonts w:ascii="Courier New" w:hAnsi="Courier New"/>
          <w:color w:val="555555"/>
          <w:sz w:val="20"/>
        </w:rPr>
        <w:t>[2 1,sigma 7]</w:t>
      </w:r>
    </w:p>
    <w:p>
      <w:r>
        <w:rPr>
          <w:rFonts w:ascii="Gentium Plus" w:hAnsi="Gentium Plus"/>
          <w:sz w:val="24"/>
        </w:rPr>
        <w:t>μετρίως. —Σεσέλεως τὸ σπέρμα τῶν θερμαινόντων εἰς τοσοῦτόν ἐστιν</w:t>
      </w:r>
    </w:p>
    <w:p>
      <w:r>
        <w:rPr>
          <w:rFonts w:ascii="Courier New" w:hAnsi="Courier New"/>
          <w:color w:val="555555"/>
          <w:sz w:val="20"/>
        </w:rPr>
        <w:t>[2 1,sigma 8]</w:t>
      </w:r>
    </w:p>
    <w:p>
      <w:r>
        <w:rPr>
          <w:rFonts w:ascii="Gentium Plus" w:hAnsi="Gentium Plus"/>
          <w:sz w:val="24"/>
        </w:rPr>
        <w:t>ὡς ἱκανῶς οὐρητικὸν ὑπάρχειν. διὰ λεπτομέρειαν καὶ πρὸς ἐπιληψίαν</w:t>
      </w:r>
    </w:p>
    <w:p>
      <w:r>
        <w:rPr>
          <w:rFonts w:ascii="Courier New" w:hAnsi="Courier New"/>
          <w:color w:val="555555"/>
          <w:sz w:val="20"/>
        </w:rPr>
        <w:t>[2 1,sigma 9]</w:t>
      </w:r>
    </w:p>
    <w:p>
      <w:r>
        <w:rPr>
          <w:rFonts w:ascii="Gentium Plus" w:hAnsi="Gentium Plus"/>
          <w:sz w:val="24"/>
        </w:rPr>
        <w:t>καὶ ὀρθόπνοιαν ἁρμόττει. —Σήσαμον ἐμπλαστικόν ἐστιν ἅμα καὶ</w:t>
      </w:r>
    </w:p>
    <w:p>
      <w:r>
        <w:rPr>
          <w:rFonts w:ascii="Courier New" w:hAnsi="Courier New"/>
          <w:color w:val="555555"/>
          <w:sz w:val="20"/>
        </w:rPr>
        <w:t>[2 1,sigma 10]</w:t>
      </w:r>
    </w:p>
    <w:p>
      <w:r>
        <w:rPr>
          <w:rFonts w:ascii="Gentium Plus" w:hAnsi="Gentium Plus"/>
          <w:sz w:val="24"/>
        </w:rPr>
        <w:t>μαλακτικὸν καὶ μετρίως θερμόν. τῆς αὐτῆς δυνάμεώς ἐστι καὶ τὸ ἐξ</w:t>
      </w:r>
    </w:p>
    <w:p>
      <w:r>
        <w:rPr>
          <w:rFonts w:ascii="Courier New" w:hAnsi="Courier New"/>
          <w:color w:val="555555"/>
          <w:sz w:val="20"/>
        </w:rPr>
        <w:t>[2 1,sigma 11]</w:t>
      </w:r>
    </w:p>
    <w:p>
      <w:r>
        <w:rPr>
          <w:rFonts w:ascii="Gentium Plus" w:hAnsi="Gentium Plus"/>
          <w:sz w:val="24"/>
        </w:rPr>
        <w:t>αὐτοῦ ἔλαιον καὶ τὸ ἀφέψημα τῆς πόας. —Σίκυος ὁ μὲν ἤδη πέπων λεπτομερεστέρας οὐσίας ἐστίν, ὁ δὲ μὴ τοιοῦτος παχυμερεστέρας· οὐ μὴν ἀλλὰ καὶ ῥυπτικῆς τε καὶ τμητικῆς μετειλήφασι δυνάμεως, ὅθεν οὐρητικοί τέ εἰσι καὶ λαμπρύνουσι τὸ σῶμα, καὶ μᾶλλον εἰ ξηρανθείη</w:t>
      </w:r>
    </w:p>
    <w:p>
      <w:r>
        <w:rPr>
          <w:rFonts w:ascii="Courier New" w:hAnsi="Courier New"/>
          <w:color w:val="555555"/>
          <w:sz w:val="20"/>
        </w:rPr>
        <w:t>[2 1,sigma 12]</w:t>
      </w:r>
    </w:p>
    <w:p>
      <w:r>
        <w:rPr>
          <w:rFonts w:ascii="Gentium Plus" w:hAnsi="Gentium Plus"/>
          <w:sz w:val="24"/>
        </w:rPr>
        <w:t>τὸ σπέρμα, κἄπειτα κόψας τε καὶ σήσας ῥύμματι χρῷτο. κρατεῖ δ’ ἐν αὐτοῖς ἡ ὑγρὰ καὶ ψυχρὰ κρᾶσις ἱκανῶς· εἰ μέντοι τὸ σπέρμα καὶ ἡ ῥίζα ξηρανθείη, οὐκέτι οὐδὲ τῆς ὑγρᾶς ἐστι φύσεως, ἀλλ’ ἤδη τῆς</w:t>
      </w:r>
    </w:p>
    <w:p>
      <w:r>
        <w:rPr>
          <w:rFonts w:ascii="Courier New" w:hAnsi="Courier New"/>
          <w:color w:val="555555"/>
          <w:sz w:val="20"/>
        </w:rPr>
        <w:t>[2 1,sigma 13]</w:t>
      </w:r>
    </w:p>
    <w:p>
      <w:r>
        <w:rPr>
          <w:rFonts w:ascii="Gentium Plus" w:hAnsi="Gentium Plus"/>
          <w:sz w:val="24"/>
        </w:rPr>
        <w:t>ξηραινούσης μετρίως. —Σικύου ἀγρίου τοῦ καρποῦ ὁ χυλός, ὃν ἐλα‐ τήριον ὀνομάζουσιν, οὐχ ἥκιστα δὲ καὶ ὁ τῆς ῥίζης τε καὶ τῶν φύλλων ἐπιτήδειοι τυγχάνουσιν εἰς τὰς ἰάσεις· τὸ μὲν οὖν ἐλατήριον ἔμμηνά</w:t>
      </w:r>
    </w:p>
    <w:p>
      <w:r>
        <w:rPr>
          <w:rFonts w:ascii="Courier New" w:hAnsi="Courier New"/>
          <w:color w:val="555555"/>
          <w:sz w:val="20"/>
        </w:rPr>
        <w:t>[2 1,sigma 14]</w:t>
      </w:r>
    </w:p>
    <w:p>
      <w:r>
        <w:rPr>
          <w:rFonts w:ascii="Gentium Plus" w:hAnsi="Gentium Plus"/>
          <w:sz w:val="24"/>
        </w:rPr>
        <w:t>τε προκαλεῖται καὶ τὰ κυούμενα διαφθείρει προστιθέμενον. ἀγαθὸν δὲ καὶ τοῖς ἰκτερικοῖς ἐγχεόμενον ταῖς ῥισὶ μετὰ γάλακτος· οὕτω δὲ χρω‐</w:t>
      </w:r>
    </w:p>
    <w:p>
      <w:r>
        <w:rPr>
          <w:rFonts w:ascii="Courier New" w:hAnsi="Courier New"/>
          <w:color w:val="555555"/>
          <w:sz w:val="20"/>
        </w:rPr>
        <w:t>[2 1,sigma 15]</w:t>
      </w:r>
    </w:p>
    <w:p>
      <w:r>
        <w:rPr>
          <w:rFonts w:ascii="Gentium Plus" w:hAnsi="Gentium Plus"/>
          <w:sz w:val="24"/>
        </w:rPr>
        <w:t>μένων καὶ κεφαλαίας ἰᾶται. ὁ δὲ τῆς ῥίζης χυλὸς καὶ τῶν φύλλων</w:t>
      </w:r>
    </w:p>
    <w:p>
      <w:r>
        <w:rPr>
          <w:rFonts w:ascii="Courier New" w:hAnsi="Courier New"/>
          <w:color w:val="555555"/>
          <w:sz w:val="20"/>
        </w:rPr>
        <w:t>[2 1,sigma 16]</w:t>
      </w:r>
    </w:p>
    <w:p>
      <w:r>
        <w:rPr>
          <w:rFonts w:ascii="Gentium Plus" w:hAnsi="Gentium Plus"/>
          <w:sz w:val="24"/>
        </w:rPr>
        <w:t>ἀσθενέστερος τοῦ προειρημένου. ἡ δὲ ῥίζα ῥύπτει καὶ διαφορεῖ καὶ</w:t>
      </w:r>
    </w:p>
    <w:p>
      <w:r>
        <w:rPr>
          <w:rFonts w:ascii="Courier New" w:hAnsi="Courier New"/>
          <w:color w:val="555555"/>
          <w:sz w:val="20"/>
        </w:rPr>
        <w:t>[2 1,sigma 17]</w:t>
      </w:r>
    </w:p>
    <w:p>
      <w:r>
        <w:rPr>
          <w:rFonts w:ascii="Gentium Plus" w:hAnsi="Gentium Plus"/>
          <w:sz w:val="24"/>
        </w:rPr>
        <w:t>μαλάττει καὶ ξηραίνει· διαφορητικώτερος δ’ αὐτῆς ὁ φλοιός. —Σιλ‐ φίου θερμότατος μέν ἐστιν ὁ ὀπός, οὐ μὴν ἀλλὰ καὶ τὰ φύλλα καὶ ὁ</w:t>
      </w:r>
    </w:p>
    <w:p>
      <w:r>
        <w:rPr>
          <w:rFonts w:ascii="Courier New" w:hAnsi="Courier New"/>
          <w:color w:val="555555"/>
          <w:sz w:val="20"/>
        </w:rPr>
        <w:t>[2 1,sigma 18]</w:t>
      </w:r>
    </w:p>
    <w:p>
      <w:r>
        <w:rPr>
          <w:rFonts w:ascii="Gentium Plus" w:hAnsi="Gentium Plus"/>
          <w:sz w:val="24"/>
        </w:rPr>
        <w:t>καρπὸς καὶ ὁ χυλὸς καὶ ἡ ῥίζα θερμαίνει γενναίως. ἔστι δὲ φυσωδε‐</w:t>
      </w:r>
    </w:p>
    <w:p>
      <w:r>
        <w:rPr>
          <w:rFonts w:ascii="Courier New" w:hAnsi="Courier New"/>
          <w:color w:val="555555"/>
          <w:sz w:val="20"/>
        </w:rPr>
        <w:t>[2 1,sigma 19]</w:t>
      </w:r>
    </w:p>
    <w:p>
      <w:r>
        <w:rPr>
          <w:rFonts w:ascii="Gentium Plus" w:hAnsi="Gentium Plus"/>
          <w:sz w:val="24"/>
        </w:rPr>
        <w:t>στέρας οὐσίας ἅπαντα καὶ κατὰ τοῦτο καὶ δύσπεπτα· ἔξωθεν μέντοι</w:t>
      </w:r>
    </w:p>
    <w:p>
      <w:r>
        <w:rPr>
          <w:rFonts w:ascii="Courier New" w:hAnsi="Courier New"/>
          <w:color w:val="555555"/>
          <w:sz w:val="20"/>
        </w:rPr>
        <w:t>[2 1,sigma 20]</w:t>
      </w:r>
    </w:p>
    <w:p>
      <w:r>
        <w:rPr>
          <w:rFonts w:ascii="Gentium Plus" w:hAnsi="Gentium Plus"/>
          <w:sz w:val="24"/>
        </w:rPr>
        <w:t>ἱκανῶς ὑπάρχων δυνάμεως. καὶ μὲν δὴ καὶ καθαιρετικόν τι καὶ ἀπο‐</w:t>
      </w:r>
    </w:p>
    <w:p>
      <w:r>
        <w:rPr>
          <w:rFonts w:ascii="Courier New" w:hAnsi="Courier New"/>
          <w:color w:val="555555"/>
          <w:sz w:val="20"/>
        </w:rPr>
        <w:t>[2 1,sigma 21]</w:t>
      </w:r>
    </w:p>
    <w:p>
      <w:r>
        <w:rPr>
          <w:rFonts w:ascii="Gentium Plus" w:hAnsi="Gentium Plus"/>
          <w:sz w:val="24"/>
        </w:rPr>
        <w:t>τηκτικὸν ἔχει διὰ τὴν προειρημένην αὐτοῦ κρᾶσιν. —Σπόγγος ὁ μὲν κεκαυμένος δριμείας ἐστὶ καὶ διαφορητικῆς δυνάμεως· ποιεῖ γοῦν καὶ πρὸς αἱμορραγίας τὰς ἐκ τραυμάτων δευόμενος ἀσφάλτῳ καὶ καιόμε‐</w:t>
      </w:r>
    </w:p>
    <w:p>
      <w:r>
        <w:rPr>
          <w:rFonts w:ascii="Courier New" w:hAnsi="Courier New"/>
          <w:color w:val="555555"/>
          <w:sz w:val="20"/>
        </w:rPr>
        <w:t>[2 1,sigma 22]</w:t>
      </w:r>
    </w:p>
    <w:p>
      <w:r>
        <w:rPr>
          <w:rFonts w:ascii="Gentium Plus" w:hAnsi="Gentium Plus"/>
          <w:sz w:val="24"/>
        </w:rPr>
        <w:t>νος, ὡς γενέσθαι ξηρός, μὴ παρούσης δ’ αὐτῆς, πίττῃ. καινὸς δ’ ὁ σπόγγος αὐτὸς καθ’ ἑαυτὸν ξηραίνει σαφῶς· εἴσῃ δὲ χρησάμενος ἐπὶ τραύματος αὐτῷ μόνῳ μεθ’ ὕδατος ἢ ὀξυκράτου ἢ οἴνου· κολλήσει</w:t>
      </w:r>
    </w:p>
    <w:p>
      <w:r>
        <w:rPr>
          <w:rFonts w:ascii="Courier New" w:hAnsi="Courier New"/>
          <w:color w:val="555555"/>
          <w:sz w:val="20"/>
        </w:rPr>
        <w:t>[2 1,sigma 23]</w:t>
      </w:r>
    </w:p>
    <w:p>
      <w:r>
        <w:rPr>
          <w:rFonts w:ascii="Gentium Plus" w:hAnsi="Gentium Plus"/>
          <w:sz w:val="24"/>
        </w:rPr>
        <w:t>γὰρ αὐτὰ παραπλήσιως τοῖς ἐναίμοις φαρμάκοις. —Σπονδυλίου ὁ μὲν καρπὸς δριμείας ἐστὶ καὶ τμητικῆς δυνάμεως, ὥστε καὶ πρὸς ἄσθματα</w:t>
      </w:r>
    </w:p>
    <w:p>
      <w:r>
        <w:rPr>
          <w:rFonts w:ascii="Courier New" w:hAnsi="Courier New"/>
          <w:color w:val="555555"/>
          <w:sz w:val="20"/>
        </w:rPr>
        <w:t>[2 1,sigma 24]</w:t>
      </w:r>
    </w:p>
    <w:p>
      <w:r>
        <w:rPr>
          <w:rFonts w:ascii="Gentium Plus" w:hAnsi="Gentium Plus"/>
          <w:sz w:val="24"/>
        </w:rPr>
        <w:t>καὶ πρὸς ἐπιληψίαν ἀγαθόν ἐστι φάρμακον· ὀνίνησι δὲ καὶ τοὺς ἰκτε‐</w:t>
      </w:r>
    </w:p>
    <w:p>
      <w:r>
        <w:rPr>
          <w:rFonts w:ascii="Courier New" w:hAnsi="Courier New"/>
          <w:color w:val="555555"/>
          <w:sz w:val="20"/>
        </w:rPr>
        <w:t>[2 1,sigma 25]</w:t>
      </w:r>
    </w:p>
    <w:p>
      <w:r>
        <w:rPr>
          <w:rFonts w:ascii="Gentium Plus" w:hAnsi="Gentium Plus"/>
          <w:sz w:val="24"/>
        </w:rPr>
        <w:t>ρικούς. καὶ ἡ ῥίζα δ’ ὁμοία οὖσα τὴν δύναμιν ἐπὶ τῶν αὐτῶν ἁρμόττει, προσέτι δὲ καὶ τοὺς ἐκ συρίγγων τύλους ἀφαιρεῖ· χρὴ δὲ περιξύσαντας</w:t>
      </w:r>
    </w:p>
    <w:p>
      <w:r>
        <w:rPr>
          <w:rFonts w:ascii="Courier New" w:hAnsi="Courier New"/>
          <w:color w:val="555555"/>
          <w:sz w:val="20"/>
        </w:rPr>
        <w:t>[2 1,sigma 26]</w:t>
      </w:r>
    </w:p>
    <w:p>
      <w:r>
        <w:rPr>
          <w:rFonts w:ascii="Gentium Plus" w:hAnsi="Gentium Plus"/>
          <w:sz w:val="24"/>
        </w:rPr>
        <w:t>ἐντιθέναι. —Στέαρ τὸ τῶν ὑῶν ὑγρότατόν ἐστι σχεδὸν ἁπάντων τῶν ἄλλων καὶ διὰ τοῦτο τὴν ἐνέργειαν ἐγγύς ἐστιν ἐλαίου, μαλακτικώτε‐ ρόν γε μὴν καὶ πεπτικώτερον ἐλαίου καὶ διὰ τοῦτο τοῖς πρὸς φλεγ‐</w:t>
      </w:r>
    </w:p>
    <w:p>
      <w:r>
        <w:rPr>
          <w:rFonts w:ascii="Courier New" w:hAnsi="Courier New"/>
          <w:color w:val="555555"/>
          <w:sz w:val="20"/>
        </w:rPr>
        <w:t>[2 1,sigma 27]</w:t>
      </w:r>
    </w:p>
    <w:p>
      <w:r>
        <w:rPr>
          <w:rFonts w:ascii="Gentium Plus" w:hAnsi="Gentium Plus"/>
          <w:sz w:val="24"/>
        </w:rPr>
        <w:t>μονὰς ἁρμόττουσι καταπλάσμασι μίγνυται. τοῖς 〈δὲ〉 δακνομένοις τὰ κατὰ τὸ ἀπευθυσμένον ἢ κατὰ τὸ κόλον ἐνίεμεν [δὲ] αἴγειον μᾶλλον στέαρ, διότι πήγνυται ῥᾳδίως διὰ πάχος, ἀπορρεῖ δὲ τὸ ὕειον· ὁμοίως τῷ ἐλαίῳ χρώμεθα παρηγοροῦντες τὰς δήξεις ἐπὶ τῶν δυσεντερικῶν</w:t>
      </w:r>
    </w:p>
    <w:p>
      <w:r>
        <w:rPr>
          <w:rFonts w:ascii="Courier New" w:hAnsi="Courier New"/>
          <w:color w:val="555555"/>
          <w:sz w:val="20"/>
        </w:rPr>
        <w:t>[2 1,sigma 28]</w:t>
      </w:r>
    </w:p>
    <w:p>
      <w:r>
        <w:rPr>
          <w:rFonts w:ascii="Gentium Plus" w:hAnsi="Gentium Plus"/>
          <w:sz w:val="24"/>
        </w:rPr>
        <w:t>τε καὶ τεινεσμωδῶν. τοὺς δὲ κατὰ τὸ βάθος δάκνοντας ἰχῶρας τὸ χήνειον στέαρ μᾶλλον ἀμβλύνει διὰ τὴν λεπτομέρειαν· ἔστι δὲ καὶ θερμότερον τοῦ ὑείου· μεταξὺ δ’ αὐτῶν ἐστι τὸ τῶν ἀλεκτρυόνων.</w:t>
      </w:r>
    </w:p>
    <w:p>
      <w:r>
        <w:rPr>
          <w:rFonts w:ascii="Courier New" w:hAnsi="Courier New"/>
          <w:color w:val="555555"/>
          <w:sz w:val="20"/>
        </w:rPr>
        <w:t>[2 1,sigma 29]</w:t>
      </w:r>
    </w:p>
    <w:p>
      <w:r>
        <w:rPr>
          <w:rFonts w:ascii="Gentium Plus" w:hAnsi="Gentium Plus"/>
          <w:sz w:val="24"/>
        </w:rPr>
        <w:t>ἁπάσης μὲν οὖν πιμελῆς δύναμίς ἐστιν ὑγραντική τε καὶ θερμαντική· ἀλλὰ τὸ μὲν τοῦ ὑὸς μετρίως ἐστὶ θερμόν, τὸ δὲ τῶν ταύρων πολὺ θερμότερον καὶ ξηρότερον, τὸ δὲ μόσχειον ἀπολείπεται τοῦ τῶν ταύ‐ ρων καὶ τῶν ἐρίφων καὶ τῶν αἰγῶν καὶ τῶν τράγων, αὐτὸ δὲ πάλιν</w:t>
      </w:r>
    </w:p>
    <w:p>
      <w:r>
        <w:rPr>
          <w:rFonts w:ascii="Courier New" w:hAnsi="Courier New"/>
          <w:color w:val="555555"/>
          <w:sz w:val="20"/>
        </w:rPr>
        <w:t>[5]</w:t>
      </w:r>
    </w:p>
    <w:p>
      <w:r>
        <w:rPr>
          <w:rFonts w:ascii="Gentium Plus" w:hAnsi="Gentium Plus"/>
          <w:sz w:val="24"/>
        </w:rPr>
        <w:t>τὸ τῶν ταύρων τοῦ τῶν λεόντων· διαφορητικώτατον γάρ ἐστι πάν‐ των τῶν ἐν τοῖς τετράποσι· καὶ γὰρ θερμότατόν ἐστι καὶ λεπτομερέ‐ στατον. χρονίζον δὲ πᾶν στέαρ ἑαυτοῦ γίνεται θερμότερόν τε καὶ</w:t>
      </w:r>
    </w:p>
    <w:p>
      <w:r>
        <w:rPr>
          <w:rFonts w:ascii="Courier New" w:hAnsi="Courier New"/>
          <w:color w:val="555555"/>
          <w:sz w:val="20"/>
        </w:rPr>
        <w:t>[2 1,sigma 30]</w:t>
      </w:r>
    </w:p>
    <w:p>
      <w:r>
        <w:rPr>
          <w:rFonts w:ascii="Gentium Plus" w:hAnsi="Gentium Plus"/>
          <w:sz w:val="24"/>
        </w:rPr>
        <w:t>λεπτομερέστερον, ὥστε καὶ διαφορητικώτερον. —Σκάνδιξ θερμαίνει καὶ ξηραίνει σφοδρῶς· οὐρητικὸς οὖν εἰκότως ἐστὶ καὶ τῶν σπλάγ‐</w:t>
      </w:r>
    </w:p>
    <w:p>
      <w:r>
        <w:rPr>
          <w:rFonts w:ascii="Courier New" w:hAnsi="Courier New"/>
          <w:color w:val="555555"/>
          <w:sz w:val="20"/>
        </w:rPr>
        <w:t>[2 1,sigma 31]</w:t>
      </w:r>
    </w:p>
    <w:p>
      <w:r>
        <w:rPr>
          <w:rFonts w:ascii="Gentium Plus" w:hAnsi="Gentium Plus"/>
          <w:sz w:val="24"/>
        </w:rPr>
        <w:t>χνων ἐκφρακτικός. —Σκίλλα τμητικῆς ἱκανῶς ἐστι δυνάμεως, οὐ μὴν</w:t>
      </w:r>
    </w:p>
    <w:p>
      <w:r>
        <w:rPr>
          <w:rFonts w:ascii="Courier New" w:hAnsi="Courier New"/>
          <w:color w:val="555555"/>
          <w:sz w:val="20"/>
        </w:rPr>
        <w:t>[2 1,sigma 32]</w:t>
      </w:r>
    </w:p>
    <w:p>
      <w:r>
        <w:rPr>
          <w:rFonts w:ascii="Gentium Plus" w:hAnsi="Gentium Plus"/>
          <w:sz w:val="24"/>
        </w:rPr>
        <w:t>ἰσχυρῶς γε θερμῆς. ἄμεινον δ’ ὀπτῶντας ἢ ἕψοντας αὐτῇ χρῆσθαι·</w:t>
      </w:r>
    </w:p>
    <w:p>
      <w:r>
        <w:rPr>
          <w:rFonts w:ascii="Courier New" w:hAnsi="Courier New"/>
          <w:color w:val="555555"/>
          <w:sz w:val="20"/>
        </w:rPr>
        <w:t>[2 1,sigma 33]</w:t>
      </w:r>
    </w:p>
    <w:p>
      <w:r>
        <w:rPr>
          <w:rFonts w:ascii="Gentium Plus" w:hAnsi="Gentium Plus"/>
          <w:sz w:val="24"/>
        </w:rPr>
        <w:t>ἐκλύεται γὰρ οὕτω τὸ σφοδρὸν τῆς δυνάμεως αὐτῆς. —Σκολύμου ἡ ῥίζα θερμὴ καὶ ξηρὰ ἱκανῶς ἐστι, πλῆθος δ’ οὔρων ἄγει δυσωδῶν, εἴ τις αὐτὴν ἐν οἴνῳ καθεψήσας πίνοι· καὶ διὰ τοῦτο καὶ τὰς δυσω‐</w:t>
      </w:r>
    </w:p>
    <w:p>
      <w:r>
        <w:rPr>
          <w:rFonts w:ascii="Courier New" w:hAnsi="Courier New"/>
          <w:color w:val="555555"/>
          <w:sz w:val="20"/>
        </w:rPr>
        <w:t>[2 1,sigma 34]</w:t>
      </w:r>
    </w:p>
    <w:p>
      <w:r>
        <w:rPr>
          <w:rFonts w:ascii="Gentium Plus" w:hAnsi="Gentium Plus"/>
          <w:sz w:val="24"/>
        </w:rPr>
        <w:t>δίας ἰᾶται τῶν μασχαλῶν καὶ ὅλου τοῦ σώματος. —Σκόρδιον ἐκ δια‐ φόρων δυνάμεων σύγκειται· καὶ γὰρ πικρὸν ἔχει τι καὶ στῦφον καὶ δριμύ· διακαθαίρει τε οὖν ἅμα καὶ θερμαίνει τὰ σπλάγχνα καὶ κατα‐ μήνια καὶ οὖρα κινεῖ καὶ σπάσματα καὶ ῥήγματα καὶ πλευρῶν ἀλγήματα</w:t>
      </w:r>
    </w:p>
    <w:p>
      <w:r>
        <w:rPr>
          <w:rFonts w:ascii="Courier New" w:hAnsi="Courier New"/>
          <w:color w:val="555555"/>
          <w:sz w:val="20"/>
        </w:rPr>
        <w:t>[5]</w:t>
      </w:r>
    </w:p>
    <w:p>
      <w:r>
        <w:rPr>
          <w:rFonts w:ascii="Gentium Plus" w:hAnsi="Gentium Plus"/>
          <w:sz w:val="24"/>
        </w:rPr>
        <w:t>κατ’ ἔμφραξιν καὶ ψῦξιν ἰᾶται πινόμενον καὶ κολλᾷ μὲν μεγάλα τραύ‐ ματα χλωρὸν ἐμπλασσόμενον, ἀνακαθαίρει δὲ τὰ ῥυπαρὰ καὶ εἰς οὐλὴν</w:t>
      </w:r>
    </w:p>
    <w:p>
      <w:r>
        <w:rPr>
          <w:rFonts w:ascii="Courier New" w:hAnsi="Courier New"/>
          <w:color w:val="555555"/>
          <w:sz w:val="20"/>
        </w:rPr>
        <w:t>[2 1,sigma 35]</w:t>
      </w:r>
    </w:p>
    <w:p>
      <w:r>
        <w:rPr>
          <w:rFonts w:ascii="Gentium Plus" w:hAnsi="Gentium Plus"/>
          <w:sz w:val="24"/>
        </w:rPr>
        <w:t>ἄγει ταῦτα. —Σκόροδον θερμαίνει καὶ ξηραίνει σφοδρότατα καὶ βδέλ‐</w:t>
      </w:r>
    </w:p>
    <w:p>
      <w:r>
        <w:rPr>
          <w:rFonts w:ascii="Courier New" w:hAnsi="Courier New"/>
          <w:color w:val="555555"/>
          <w:sz w:val="20"/>
        </w:rPr>
        <w:t>[2 1,sigma 36]</w:t>
      </w:r>
    </w:p>
    <w:p>
      <w:r>
        <w:rPr>
          <w:rFonts w:ascii="Gentium Plus" w:hAnsi="Gentium Plus"/>
          <w:sz w:val="24"/>
        </w:rPr>
        <w:t>λας ἐκβάλλει ὡς μηδενὸς ἑτέρου δεῖσθαι. —Σμύρνα τῶν ἱκανῶς θερ‐ μαινόντων τε καὶ ξηραινόντων ἐστίν· ἐπιπαττομένη γοῦν τὰ ἐν κεφαλῇ</w:t>
      </w:r>
    </w:p>
    <w:p>
      <w:r>
        <w:rPr>
          <w:rFonts w:ascii="Courier New" w:hAnsi="Courier New"/>
          <w:color w:val="555555"/>
          <w:sz w:val="20"/>
        </w:rPr>
        <w:t>[2 1,sigma 37]</w:t>
      </w:r>
    </w:p>
    <w:p>
      <w:r>
        <w:rPr>
          <w:rFonts w:ascii="Gentium Plus" w:hAnsi="Gentium Plus"/>
          <w:sz w:val="24"/>
        </w:rPr>
        <w:t>τραύματα κολλᾷ· ἀναιρεῖ δὲ καὶ ἕλμινθας καὶ ἔμβρυα κτείνει τε καὶ</w:t>
      </w:r>
    </w:p>
    <w:p>
      <w:r>
        <w:rPr>
          <w:rFonts w:ascii="Courier New" w:hAnsi="Courier New"/>
          <w:color w:val="555555"/>
          <w:sz w:val="20"/>
        </w:rPr>
        <w:t>[2 1,sigma 38,39]</w:t>
      </w:r>
    </w:p>
    <w:p>
      <w:r>
        <w:rPr>
          <w:rFonts w:ascii="Gentium Plus" w:hAnsi="Gentium Plus"/>
          <w:sz w:val="24"/>
        </w:rPr>
        <w:t>ἐκβάλλει· ὑπάρχει δ’ αὐτῇ καὶ τὸ ῥυπτικόν. —Σμύρνιον θερμὸν καὶ</w:t>
      </w:r>
    </w:p>
    <w:p>
      <w:r>
        <w:rPr>
          <w:rFonts w:ascii="Courier New" w:hAnsi="Courier New"/>
          <w:color w:val="555555"/>
          <w:sz w:val="20"/>
        </w:rPr>
        <w:t>[2 1,sigma 40]</w:t>
      </w:r>
    </w:p>
    <w:p>
      <w:r>
        <w:rPr>
          <w:rFonts w:ascii="Gentium Plus" w:hAnsi="Gentium Plus"/>
          <w:sz w:val="24"/>
        </w:rPr>
        <w:t>ξηρὸν σφοδρῶς ἐστι καὶ οὐρητικὸν καὶ ἐμμήνων ἀγωγόν. —Στοιβῆς ὁ καρπὸς καὶ τὰ φύλλα στυπτικὴν ἔχει δύναμιν ἄδηκτον καὶ ξηραί‐ νουσαν ἱκανῶς, δι’ ἧς τὸ μὲν ἀφέψημα αὐτῶν καὶ δυσεντερικοῖς ἐνίεται</w:t>
      </w:r>
    </w:p>
    <w:p>
      <w:r>
        <w:rPr>
          <w:rFonts w:ascii="Courier New" w:hAnsi="Courier New"/>
          <w:color w:val="555555"/>
          <w:sz w:val="20"/>
        </w:rPr>
        <w:t>[2 1,sigma 41]</w:t>
      </w:r>
    </w:p>
    <w:p>
      <w:r>
        <w:rPr>
          <w:rFonts w:ascii="Gentium Plus" w:hAnsi="Gentium Plus"/>
          <w:sz w:val="24"/>
        </w:rPr>
        <w:t>καὶ ὠσὶ πυορροοῦσι καὶ κολλητικὸν ὑπάρχει μεγάλων τραυμάτων. ἐν‐ εργέστερον δὲ ταῦτα ποιεῖ μετ’ οἴνου μέλανος αὐστηροῦ· ξηραίνει γὰρ</w:t>
      </w:r>
    </w:p>
    <w:p>
      <w:r>
        <w:rPr>
          <w:rFonts w:ascii="Courier New" w:hAnsi="Courier New"/>
          <w:color w:val="555555"/>
          <w:sz w:val="20"/>
        </w:rPr>
        <w:t>[2 1,sigma 42]</w:t>
      </w:r>
    </w:p>
    <w:p>
      <w:r>
        <w:rPr>
          <w:rFonts w:ascii="Gentium Plus" w:hAnsi="Gentium Plus"/>
          <w:sz w:val="24"/>
        </w:rPr>
        <w:t>ἰσχυρῶς πάσας τὰς παρὰ φύσιν ὑγρότητας. τὰ δὲ φύλλα χλωρὰ κατα‐ πλασσόμενα δύναμιν ἐφεκτικὴν αἱμορραγίας ἔχει, καὶ τὰς ἐκ πληγῆς</w:t>
      </w:r>
    </w:p>
    <w:p>
      <w:r>
        <w:rPr>
          <w:rFonts w:ascii="Courier New" w:hAnsi="Courier New"/>
          <w:color w:val="555555"/>
          <w:sz w:val="20"/>
        </w:rPr>
        <w:t>[2 1,sigma 43]</w:t>
      </w:r>
    </w:p>
    <w:p>
      <w:r>
        <w:rPr>
          <w:rFonts w:ascii="Gentium Plus" w:hAnsi="Gentium Plus"/>
          <w:sz w:val="24"/>
        </w:rPr>
        <w:t>δὲ συγχύσεις τῶν ὀφθαλμῶν ὀνίνησι καταπλασσόμενον. —Στύραξ θερ‐ μαίνει, μαλάττει, συμπέττει· διὸ καὶ βῆχας καὶ κατάρρους καὶ κορύζας καὶ βράγχους ὀνίνησιν ἔμμηνά τε προτρέπει πινόμενος καὶ προστιθέ‐</w:t>
      </w:r>
    </w:p>
    <w:p>
      <w:r>
        <w:rPr>
          <w:rFonts w:ascii="Courier New" w:hAnsi="Courier New"/>
          <w:color w:val="555555"/>
          <w:sz w:val="20"/>
        </w:rPr>
        <w:t>[2 1,sigma 44]</w:t>
      </w:r>
    </w:p>
    <w:p>
      <w:r>
        <w:rPr>
          <w:rFonts w:ascii="Gentium Plus" w:hAnsi="Gentium Plus"/>
          <w:sz w:val="24"/>
        </w:rPr>
        <w:t>μενος. —Σῦκα ξηρὰ θερμαίνει μετρίως, ἔχει δέ τι καὶ λεπτομερές· ἐξ ἀμφοῖν οὖν τούτων ἱκανὰ συμπέττειν ἐστὶ τοὺς σκληροὺς τῶν</w:t>
      </w:r>
    </w:p>
    <w:p>
      <w:r>
        <w:rPr>
          <w:rFonts w:ascii="Courier New" w:hAnsi="Courier New"/>
          <w:color w:val="555555"/>
          <w:sz w:val="20"/>
        </w:rPr>
        <w:t>[2 1,sigma 45]</w:t>
      </w:r>
    </w:p>
    <w:p>
      <w:r>
        <w:rPr>
          <w:rFonts w:ascii="Gentium Plus" w:hAnsi="Gentium Plus"/>
          <w:sz w:val="24"/>
        </w:rPr>
        <w:t>ὄγκων· εὐθὺς δ’ αὐτοὺς καὶ διαφορεῖ. τὰ δὲ τῶν ἐρινεῶν σῦκα δρι‐ μείας ἐστὶ καὶ διαφορητικῆς δυνάμεως· οὕτω δὲ καὶ τῶν ἡμέρων οἱ</w:t>
      </w:r>
    </w:p>
    <w:p>
      <w:r>
        <w:rPr>
          <w:rFonts w:ascii="Courier New" w:hAnsi="Courier New"/>
          <w:color w:val="555555"/>
          <w:sz w:val="20"/>
        </w:rPr>
        <w:t>[2 1,sigma 46]</w:t>
      </w:r>
    </w:p>
    <w:p>
      <w:r>
        <w:rPr>
          <w:rFonts w:ascii="Gentium Plus" w:hAnsi="Gentium Plus"/>
          <w:sz w:val="24"/>
        </w:rPr>
        <w:t>ὄλυνθοι. —Σχῖνος ἐξ ὑδατώδους οὐσίας ἀτρέμα θερμῆς καὶ γεώδους</w:t>
      </w:r>
    </w:p>
    <w:p>
      <w:r>
        <w:rPr>
          <w:rFonts w:ascii="Courier New" w:hAnsi="Courier New"/>
          <w:color w:val="555555"/>
          <w:sz w:val="20"/>
        </w:rPr>
        <w:t>[2 1,sigma 47]</w:t>
      </w:r>
    </w:p>
    <w:p>
      <w:r>
        <w:rPr>
          <w:rFonts w:ascii="Gentium Plus" w:hAnsi="Gentium Plus"/>
          <w:sz w:val="24"/>
        </w:rPr>
        <w:t>ψυχρᾶς οὐ πολλῆς σύγκειται· ξηραίνει μὲν οὖν ἱκανῶς. ἐν δὲ τῇ κατὰ θερμότητα καὶ ψυχρότητα διαφορᾷ μέσος πώς ἐστιν, ὁμοίαν δ’ ἐν</w:t>
      </w:r>
    </w:p>
    <w:p>
      <w:r>
        <w:rPr>
          <w:rFonts w:ascii="Courier New" w:hAnsi="Courier New"/>
          <w:color w:val="555555"/>
          <w:sz w:val="20"/>
        </w:rPr>
        <w:t>[2 1,sigma 48]</w:t>
      </w:r>
    </w:p>
    <w:p>
      <w:r>
        <w:rPr>
          <w:rFonts w:ascii="Gentium Plus" w:hAnsi="Gentium Plus"/>
          <w:sz w:val="24"/>
        </w:rPr>
        <w:t>ἅπασιν ἔχει τοῖς ἑαυτοῦ μέρεσι καὶ στῦψιν. καὶ εἰ χυλὸν δ’ ἐκθλίψαις</w:t>
      </w:r>
    </w:p>
    <w:p>
      <w:r>
        <w:rPr>
          <w:rFonts w:ascii="Courier New" w:hAnsi="Courier New"/>
          <w:color w:val="555555"/>
          <w:sz w:val="20"/>
        </w:rPr>
        <w:t>[2 1,sigma 49]</w:t>
      </w:r>
    </w:p>
    <w:p>
      <w:r>
        <w:rPr>
          <w:rFonts w:ascii="Gentium Plus" w:hAnsi="Gentium Plus"/>
          <w:sz w:val="24"/>
        </w:rPr>
        <w:t>ὑστέρας ἐπιτήδειός ἐστιν. —Σχοίνου ἄνθος θερμαίνει μετρίως καὶ στύφει μετριώτερον, οὐκ ἀπηλλαγμένον τῆς λεπτομεροῦς φύσεως· διὰ</w:t>
      </w:r>
    </w:p>
    <w:p>
      <w:r>
        <w:rPr>
          <w:rFonts w:ascii="Courier New" w:hAnsi="Courier New"/>
          <w:color w:val="555555"/>
          <w:sz w:val="20"/>
        </w:rPr>
        <w:t>[2 1,sigma 50]</w:t>
      </w:r>
    </w:p>
    <w:p>
      <w:r>
        <w:rPr>
          <w:rFonts w:ascii="Gentium Plus" w:hAnsi="Gentium Plus"/>
          <w:sz w:val="24"/>
        </w:rPr>
        <w:t>ταῦτα καὶ οὐρητικόν ἐστι καὶ καταμηνίων ἀγωγόν. ὠφελεῖ δὲ καὶ τὰς καθ’ ἧπαρ καὶ κοιλίαν καὶ στόμαχον φλεγμονάς.</w:t>
      </w:r>
    </w:p>
    <w:p>
      <w:r>
        <w:rPr>
          <w:rFonts w:ascii="Courier New" w:hAnsi="Courier New"/>
          <w:color w:val="555555"/>
          <w:sz w:val="20"/>
        </w:rPr>
        <w:t>[2 1,tau 1]</w:t>
      </w:r>
    </w:p>
    <w:p>
      <w:r>
        <w:rPr>
          <w:rFonts w:ascii="Gentium Plus" w:hAnsi="Gentium Plus"/>
          <w:sz w:val="24"/>
        </w:rPr>
        <w:t>Τερμίνθου καὶ ὁ φλοιὸς καὶ τὰ φύλλα καὶ ὁ καρπὸς ἔχουσί τι στυπτικόν, ἀλλὰ καὶ θερμαίνουσιν ἱκανῶς· ξηραίνουσι δ’ ὑγροὶ μὲν</w:t>
      </w:r>
    </w:p>
    <w:p>
      <w:r>
        <w:rPr>
          <w:rFonts w:ascii="Courier New" w:hAnsi="Courier New"/>
          <w:color w:val="555555"/>
          <w:sz w:val="20"/>
        </w:rPr>
        <w:t>[2 1,tau 2]</w:t>
      </w:r>
    </w:p>
    <w:p>
      <w:r>
        <w:rPr>
          <w:rFonts w:ascii="Gentium Plus" w:hAnsi="Gentium Plus"/>
          <w:sz w:val="24"/>
        </w:rPr>
        <w:t>ὄντες μετρίως, ξηρανθέντες δ’ ἱκανῶς καὶ ἔτι μᾶλλον. ὁ καρπὸς ταύ‐</w:t>
      </w:r>
    </w:p>
    <w:p>
      <w:r>
        <w:rPr>
          <w:rFonts w:ascii="Courier New" w:hAnsi="Courier New"/>
          <w:color w:val="555555"/>
          <w:sz w:val="20"/>
        </w:rPr>
        <w:t>[2 1,tau 3]</w:t>
      </w:r>
    </w:p>
    <w:p>
      <w:r>
        <w:rPr>
          <w:rFonts w:ascii="Gentium Plus" w:hAnsi="Gentium Plus"/>
          <w:sz w:val="24"/>
        </w:rPr>
        <w:t>της καὶ οὐρητικός ἐστι καὶ σπλῆνας ὀνίνησιν. —Τεῦτλον λιτρώδους τινὸς μετείληφε δυνάμεως· διὸ ῥύπτει καὶ διαφορεῖ καὶ διὰ ῥινῶν</w:t>
      </w:r>
    </w:p>
    <w:p>
      <w:r>
        <w:rPr>
          <w:rFonts w:ascii="Courier New" w:hAnsi="Courier New"/>
          <w:color w:val="555555"/>
          <w:sz w:val="20"/>
        </w:rPr>
        <w:t>[2 1,tau 4]</w:t>
      </w:r>
    </w:p>
    <w:p>
      <w:r>
        <w:rPr>
          <w:rFonts w:ascii="Gentium Plus" w:hAnsi="Gentium Plus"/>
          <w:sz w:val="24"/>
        </w:rPr>
        <w:t>καθαίρει. ἑψηθὲν δὲ τὸ μὲν λιτρῶδες ἀποτίθεται, γίνεται δ’ ἀφλεγ‐</w:t>
      </w:r>
    </w:p>
    <w:p>
      <w:r>
        <w:rPr>
          <w:rFonts w:ascii="Courier New" w:hAnsi="Courier New"/>
          <w:color w:val="555555"/>
          <w:sz w:val="20"/>
        </w:rPr>
        <w:t>[2 1,tau 5]</w:t>
      </w:r>
    </w:p>
    <w:p>
      <w:r>
        <w:rPr>
          <w:rFonts w:ascii="Gentium Plus" w:hAnsi="Gentium Plus"/>
          <w:sz w:val="24"/>
        </w:rPr>
        <w:t>μάντου δυνάμεως ἀτρέμα διαφορητικῆς. ἰσχυρότερον δ’ εἰς τὸ ῥύπτειν καὶ διαφορεῖν ἐστι τὸ λευκόν, ὡς τό γε μέλαν ἔχει τι καὶ στύψεως</w:t>
      </w:r>
    </w:p>
    <w:p>
      <w:r>
        <w:rPr>
          <w:rFonts w:ascii="Courier New" w:hAnsi="Courier New"/>
          <w:color w:val="555555"/>
          <w:sz w:val="20"/>
        </w:rPr>
        <w:t>[2 1,tau 6]</w:t>
      </w:r>
    </w:p>
    <w:p>
      <w:r>
        <w:rPr>
          <w:rFonts w:ascii="Gentium Plus" w:hAnsi="Gentium Plus"/>
          <w:sz w:val="24"/>
        </w:rPr>
        <w:t>καὶ μᾶλλον κατὰ τὴν ῥίζαν. —Τῆλις θερμὴ μέν ἐστιν ἱκανῶς, ξηρὰ δὲ μετρίως, καὶ διὰ τοῦτο τὰς μὲν ζεούσας φλεγμονὰς παροξύνει, τὰς</w:t>
      </w:r>
    </w:p>
    <w:p>
      <w:r>
        <w:rPr>
          <w:rFonts w:ascii="Courier New" w:hAnsi="Courier New"/>
          <w:color w:val="555555"/>
          <w:sz w:val="20"/>
        </w:rPr>
        <w:t>[2 1,tau 7]</w:t>
      </w:r>
    </w:p>
    <w:p>
      <w:r>
        <w:rPr>
          <w:rFonts w:ascii="Gentium Plus" w:hAnsi="Gentium Plus"/>
          <w:sz w:val="24"/>
        </w:rPr>
        <w:t>δ’ ἧττον θερμὰς καὶ ὅσαι σκιρρωδέστεραι διαφορεῖ. —Τιθύμαλλοι πάντες ἐπικρατοῦσαν μὲν ἔχουσι τὴν δριμεῖαν καὶ θερμὴν δύναμιν·</w:t>
      </w:r>
    </w:p>
    <w:p>
      <w:r>
        <w:rPr>
          <w:rFonts w:ascii="Courier New" w:hAnsi="Courier New"/>
          <w:color w:val="555555"/>
          <w:sz w:val="20"/>
        </w:rPr>
        <w:t>[2 1,tau 8]</w:t>
      </w:r>
    </w:p>
    <w:p>
      <w:r>
        <w:rPr>
          <w:rFonts w:ascii="Gentium Plus" w:hAnsi="Gentium Plus"/>
          <w:sz w:val="24"/>
        </w:rPr>
        <w:t>ὑπάρχει δ’ αὐτοῖς καὶ πικρότης. ἰσχυρότατος μὲν οὖν ὁ ὀπός, ἐφεξῆς δ’ ὁ καρπὸς καὶ τὰ φύλλα, μετέχει δὲ καὶ ἡ ῥίζα τῶν εἰρημένων δυνάμεων, ἀλλ’ οὐκ ἐπίσης· αὕτη μὲν οὖν ἑψομένη σὺν ὄξει ὀδόντων ἀλγήματα, καὶ μάλιστα ὅταν βεβρωμένοις αὐτοῖς γίνηται, θεραπεύει.</w:t>
      </w:r>
    </w:p>
    <w:p>
      <w:r>
        <w:rPr>
          <w:rFonts w:ascii="Courier New" w:hAnsi="Courier New"/>
          <w:color w:val="555555"/>
          <w:sz w:val="20"/>
        </w:rPr>
        <w:t>[2 1,tau 9]</w:t>
      </w:r>
    </w:p>
    <w:p>
      <w:r>
        <w:rPr>
          <w:rFonts w:ascii="Gentium Plus" w:hAnsi="Gentium Plus"/>
          <w:sz w:val="24"/>
        </w:rPr>
        <w:t>ὁ δ’ ὀπὸς τὰς τρίχας ἀφαιρεῖ περιχριόμενος· ἐπεὶ δὲ σφοδρός ἐστιν, ἐλαίῳ μίγνυται· καὶ εἰ πολλάκις τοῦτο γίνοιτο, τελέως αἱ ῥίζαι τῶν</w:t>
      </w:r>
    </w:p>
    <w:p>
      <w:r>
        <w:rPr>
          <w:rFonts w:ascii="Courier New" w:hAnsi="Courier New"/>
          <w:color w:val="555555"/>
          <w:sz w:val="20"/>
        </w:rPr>
        <w:t>[2 1,tau 10]</w:t>
      </w:r>
    </w:p>
    <w:p>
      <w:r>
        <w:rPr>
          <w:rFonts w:ascii="Gentium Plus" w:hAnsi="Gentium Plus"/>
          <w:sz w:val="24"/>
        </w:rPr>
        <w:t>τριχῶν ἀπόλλυνται καυθεῖσαι, καὶ ψιλὸν αὐτῶν γίνεται τὸ σῶμα. κατὰ δὲ τὴν αὐτὴν δύναμιν ἀκροχορδόνας καὶ μυρμηκίας καὶ πτερύγια καὶ</w:t>
      </w:r>
    </w:p>
    <w:p>
      <w:r>
        <w:rPr>
          <w:rFonts w:ascii="Courier New" w:hAnsi="Courier New"/>
          <w:color w:val="555555"/>
          <w:sz w:val="20"/>
        </w:rPr>
        <w:t>[2 1,tau 11]</w:t>
      </w:r>
    </w:p>
    <w:p>
      <w:r>
        <w:rPr>
          <w:rFonts w:ascii="Gentium Plus" w:hAnsi="Gentium Plus"/>
          <w:sz w:val="24"/>
        </w:rPr>
        <w:t>θύμους ἀφαιροῦσιν· ἀπορρύπτουσι δὲ καὶ λειχῆνας καὶ ψώρας. —</w:t>
      </w:r>
    </w:p>
    <w:p>
      <w:r>
        <w:rPr>
          <w:rFonts w:ascii="Courier New" w:hAnsi="Courier New"/>
          <w:color w:val="555555"/>
          <w:sz w:val="20"/>
        </w:rPr>
        <w:t>[2 1,tau 12]</w:t>
      </w:r>
    </w:p>
    <w:p>
      <w:r>
        <w:rPr>
          <w:rFonts w:ascii="Gentium Plus" w:hAnsi="Gentium Plus"/>
          <w:sz w:val="24"/>
        </w:rPr>
        <w:t>Τίτανος ἡ μὲν ἄσβεστος καίει σφοδρῶς ὡς ἐσχάραν ποιεῖν· σβεσθεῖσα δὲ παραχρῆμα μὲν ἐσχαροῖ καὶ αὐτὴ μεθ’ ἡμέραν μίαν ἢ δευτέραν,</w:t>
      </w:r>
    </w:p>
    <w:p>
      <w:r>
        <w:rPr>
          <w:rFonts w:ascii="Courier New" w:hAnsi="Courier New"/>
          <w:color w:val="555555"/>
          <w:sz w:val="20"/>
        </w:rPr>
        <w:t>[2 1,tau 13,14]</w:t>
      </w:r>
    </w:p>
    <w:p>
      <w:r>
        <w:rPr>
          <w:rFonts w:ascii="Gentium Plus" w:hAnsi="Gentium Plus"/>
          <w:sz w:val="24"/>
        </w:rPr>
        <w:t>μετὰ δὲ χρόνον οὐδ’ ὅλως· θερμαίνει δὲ καὶ διατήκει τὰς σάρκας. εἰ</w:t>
      </w:r>
    </w:p>
    <w:p>
      <w:r>
        <w:rPr>
          <w:rFonts w:ascii="Courier New" w:hAnsi="Courier New"/>
          <w:color w:val="555555"/>
          <w:sz w:val="20"/>
        </w:rPr>
        <w:t>[2 1,tau 14 (2)]</w:t>
      </w:r>
    </w:p>
    <w:p>
      <w:r>
        <w:rPr>
          <w:rFonts w:ascii="Gentium Plus" w:hAnsi="Gentium Plus"/>
          <w:sz w:val="24"/>
        </w:rPr>
        <w:t>δ’ ἐκπλυθείη, τὴν μὲν δῆξιν ἐναποτίθεται τῷ ὕδατι καὶ ποιεῖ τὴν</w:t>
      </w:r>
    </w:p>
    <w:p>
      <w:r>
        <w:rPr>
          <w:rFonts w:ascii="Courier New" w:hAnsi="Courier New"/>
          <w:color w:val="555555"/>
          <w:sz w:val="20"/>
        </w:rPr>
        <w:t>[2 1,tau 15]</w:t>
      </w:r>
    </w:p>
    <w:p>
      <w:r>
        <w:rPr>
          <w:rFonts w:ascii="Gentium Plus" w:hAnsi="Gentium Plus"/>
          <w:sz w:val="24"/>
        </w:rPr>
        <w:t>καλουμένην κονίαν· ἡ δ’ ἀδήκτως ξηραίνει. καὶ εἰ δὶς ἢ καὶ τρὶς ἢ</w:t>
      </w:r>
    </w:p>
    <w:p>
      <w:r>
        <w:rPr>
          <w:rFonts w:ascii="Courier New" w:hAnsi="Courier New"/>
          <w:color w:val="555555"/>
          <w:sz w:val="20"/>
        </w:rPr>
        <w:t>[2 1,tau 16]</w:t>
      </w:r>
    </w:p>
    <w:p>
      <w:r>
        <w:rPr>
          <w:rFonts w:ascii="Gentium Plus" w:hAnsi="Gentium Plus"/>
          <w:sz w:val="24"/>
        </w:rPr>
        <w:t>ἄνευ δήξεως. —Τραγάκανθα παραπλησίαν ἔχει τῷ κόμμει τὴν δύνα‐</w:t>
      </w:r>
    </w:p>
    <w:p>
      <w:r>
        <w:rPr>
          <w:rFonts w:ascii="Courier New" w:hAnsi="Courier New"/>
          <w:color w:val="555555"/>
          <w:sz w:val="20"/>
        </w:rPr>
        <w:t>[2 1,tau 17]</w:t>
      </w:r>
    </w:p>
    <w:p>
      <w:r>
        <w:rPr>
          <w:rFonts w:ascii="Gentium Plus" w:hAnsi="Gentium Plus"/>
          <w:sz w:val="24"/>
        </w:rPr>
        <w:t>μιν, ἐμπλαστικήν τέ τινα καὶ δριμυτήτων ἀμβλυντικήν. καὶ δὴ καὶ</w:t>
      </w:r>
    </w:p>
    <w:p>
      <w:r>
        <w:rPr>
          <w:rFonts w:ascii="Courier New" w:hAnsi="Courier New"/>
          <w:color w:val="555555"/>
          <w:sz w:val="20"/>
        </w:rPr>
        <w:t>[2 1,tau 18]</w:t>
      </w:r>
    </w:p>
    <w:p>
      <w:r>
        <w:rPr>
          <w:rFonts w:ascii="Gentium Plus" w:hAnsi="Gentium Plus"/>
          <w:sz w:val="24"/>
        </w:rPr>
        <w:t>ὁμοίως ἐκείνῳ ξηραίνει. —Τρίβολος ψύχει· ἐπικρατεῖ δ’ ἐν μὲν τῷ χερσαίῳ τὸ στῦφον καὶ ξηραῖνον, ἐν δὲ τῷ ἐνύδρῳ τὸ ὑδατῶδες.</w:t>
      </w:r>
    </w:p>
    <w:p>
      <w:r>
        <w:rPr>
          <w:rFonts w:ascii="Courier New" w:hAnsi="Courier New"/>
          <w:color w:val="555555"/>
          <w:sz w:val="20"/>
        </w:rPr>
        <w:t>[2 1,tau 19]</w:t>
      </w:r>
    </w:p>
    <w:p>
      <w:r>
        <w:rPr>
          <w:rFonts w:ascii="Gentium Plus" w:hAnsi="Gentium Plus"/>
          <w:sz w:val="24"/>
        </w:rPr>
        <w:t>ἀμφότεροι δὲ πρὸς τὰς γενέσεις τῶν φλεγμονῶν καὶ ὅλως πρὸς πάσας</w:t>
      </w:r>
    </w:p>
    <w:p>
      <w:r>
        <w:rPr>
          <w:rFonts w:ascii="Courier New" w:hAnsi="Courier New"/>
          <w:color w:val="555555"/>
          <w:sz w:val="20"/>
        </w:rPr>
        <w:t>[2 1,tau 20]</w:t>
      </w:r>
    </w:p>
    <w:p>
      <w:r>
        <w:rPr>
          <w:rFonts w:ascii="Gentium Plus" w:hAnsi="Gentium Plus"/>
          <w:sz w:val="24"/>
        </w:rPr>
        <w:t>τὰς ἐπιρροὰς ἁρμόττουσιν. τοῦ δὲ χερσαίου λεπτομερὴς ὁ καρπὸς</w:t>
      </w:r>
    </w:p>
    <w:p>
      <w:r>
        <w:rPr>
          <w:rFonts w:ascii="Courier New" w:hAnsi="Courier New"/>
          <w:color w:val="555555"/>
          <w:sz w:val="20"/>
        </w:rPr>
        <w:t>[2 1,tau 21]</w:t>
      </w:r>
    </w:p>
    <w:p>
      <w:r>
        <w:rPr>
          <w:rFonts w:ascii="Gentium Plus" w:hAnsi="Gentium Plus"/>
          <w:sz w:val="24"/>
        </w:rPr>
        <w:t>ὑπάρχων τοὺς ἐν νεφροῖς λίθους θρύπτει πινόμενος. —Τρύχνον τὸ ἐδώδιμον καὶ ἐν τοῖς κήποις φυόμενον ἅπαντες γινώσκουσι καὶ χρῶνται πρὸς ὅσα ψῦξαί τε καὶ στῦψαι δέονται.</w:t>
      </w:r>
    </w:p>
    <w:p>
      <w:r>
        <w:rPr>
          <w:rFonts w:ascii="Courier New" w:hAnsi="Courier New"/>
          <w:color w:val="555555"/>
          <w:sz w:val="20"/>
        </w:rPr>
        <w:t>[2 1,upsilon 1]</w:t>
      </w:r>
    </w:p>
    <w:p>
      <w:r>
        <w:rPr>
          <w:rFonts w:ascii="Gentium Plus" w:hAnsi="Gentium Plus"/>
          <w:sz w:val="24"/>
        </w:rPr>
        <w:t>Ὑδροπέπερι θερμαίνει μέν, ἀλλ’ οὐκ εἰς ὅσον πέπερι, καὶ μέντοι</w:t>
      </w:r>
    </w:p>
    <w:p>
      <w:r>
        <w:rPr>
          <w:rFonts w:ascii="Courier New" w:hAnsi="Courier New"/>
          <w:color w:val="555555"/>
          <w:sz w:val="20"/>
        </w:rPr>
        <w:t>[2 1,upsilon 2]</w:t>
      </w:r>
    </w:p>
    <w:p>
      <w:r>
        <w:rPr>
          <w:rFonts w:ascii="Gentium Plus" w:hAnsi="Gentium Plus"/>
          <w:sz w:val="24"/>
        </w:rPr>
        <w:t>καὶ χλωρὸν ἔτι τὸ βοτάνιον ἅμα τῷ καρπῷ καταπλασθὲν ὑπώπιά τε</w:t>
      </w:r>
    </w:p>
    <w:p>
      <w:r>
        <w:rPr>
          <w:rFonts w:ascii="Courier New" w:hAnsi="Courier New"/>
          <w:color w:val="555555"/>
          <w:sz w:val="20"/>
        </w:rPr>
        <w:t>[2 1,upsilon 3]</w:t>
      </w:r>
    </w:p>
    <w:p>
      <w:r>
        <w:rPr>
          <w:rFonts w:ascii="Gentium Plus" w:hAnsi="Gentium Plus"/>
          <w:sz w:val="24"/>
        </w:rPr>
        <w:t>καὶ τοὺς σκληρυνομένους ὄγκους διαφορεῖ. —Ὑοσκύαμος ἐπιτήδειος πρὸς ἰάσεις, ὁ τὸ σπέρμα καὶ τὸ ἄνθος λευκὸν ἔχων· ψύχει δὲ σφο‐</w:t>
      </w:r>
    </w:p>
    <w:p>
      <w:r>
        <w:rPr>
          <w:rFonts w:ascii="Courier New" w:hAnsi="Courier New"/>
          <w:color w:val="555555"/>
          <w:sz w:val="20"/>
        </w:rPr>
        <w:t>[2 1,upsilon 4]</w:t>
      </w:r>
    </w:p>
    <w:p>
      <w:r>
        <w:rPr>
          <w:rFonts w:ascii="Gentium Plus" w:hAnsi="Gentium Plus"/>
          <w:sz w:val="24"/>
        </w:rPr>
        <w:t>δρῶς. —Ὕσσωπον θερμαίνει καὶ ξηραίνει σφοδρῶς· ἔστι δὲ καὶ λεπτομερές.</w:t>
      </w:r>
    </w:p>
    <w:p>
      <w:r>
        <w:rPr>
          <w:rFonts w:ascii="Courier New" w:hAnsi="Courier New"/>
          <w:color w:val="555555"/>
          <w:sz w:val="20"/>
        </w:rPr>
        <w:t>[2 1,phi 1]</w:t>
      </w:r>
    </w:p>
    <w:p>
      <w:r>
        <w:rPr>
          <w:rFonts w:ascii="Gentium Plus" w:hAnsi="Gentium Plus"/>
          <w:sz w:val="24"/>
        </w:rPr>
        <w:t>Φακοὶ στύφουσι μὲν οὐκ ἰσχυρῶς, θερμότητος δὲ καὶ ψυχρότητος ἐν τῷ μέσῳ καθεστήκασι· ξηραίνουσι δ’ ἱκανῶς. αὐτὸ μὲν οὖν αὐτῶν τὸ σῶμα ξηραίνει τε καὶ ἵστησι τὴν γαστέρα· τὸ δ’ ἀφέψημα προτρέπει.</w:t>
      </w:r>
    </w:p>
    <w:p>
      <w:r>
        <w:rPr>
          <w:rFonts w:ascii="Courier New" w:hAnsi="Courier New"/>
          <w:color w:val="555555"/>
          <w:sz w:val="20"/>
        </w:rPr>
        <w:t>[2 1,phi 2]</w:t>
      </w:r>
    </w:p>
    <w:p>
      <w:r>
        <w:rPr>
          <w:rFonts w:ascii="Gentium Plus" w:hAnsi="Gentium Plus"/>
          <w:sz w:val="24"/>
        </w:rPr>
        <w:t>—Φακὸς ὁ ἐπὶ τῶν τελμάτων ὑγρᾶς ἱκανῶς καὶ ψυχρᾶς ἐστι κράσεως.</w:t>
      </w:r>
    </w:p>
    <w:p>
      <w:r>
        <w:rPr>
          <w:rFonts w:ascii="Courier New" w:hAnsi="Courier New"/>
          <w:color w:val="555555"/>
          <w:sz w:val="20"/>
        </w:rPr>
        <w:t>[2 1,phi 3]</w:t>
      </w:r>
    </w:p>
    <w:p>
      <w:r>
        <w:rPr>
          <w:rFonts w:ascii="Gentium Plus" w:hAnsi="Gentium Plus"/>
          <w:sz w:val="24"/>
        </w:rPr>
        <w:t>—Φοίνικος ὁ καρπὸς καὶ μάλιστα ὁ γλυκὺς οὐκ ὀλίγης μετέχει θερ‐ μότητος· οὐ μόνον δ’ ἔξωθεν ἐπιτιθέμενος τονοῖ καὶ ξηραίνει καὶ συν‐</w:t>
      </w:r>
    </w:p>
    <w:p>
      <w:r>
        <w:rPr>
          <w:rFonts w:ascii="Courier New" w:hAnsi="Courier New"/>
          <w:color w:val="555555"/>
          <w:sz w:val="20"/>
        </w:rPr>
        <w:t>[2 1,phi 4]</w:t>
      </w:r>
    </w:p>
    <w:p>
      <w:r>
        <w:rPr>
          <w:rFonts w:ascii="Gentium Plus" w:hAnsi="Gentium Plus"/>
          <w:sz w:val="24"/>
        </w:rPr>
        <w:t>άγει καὶ πιλοῖ καὶ πυκνοῖ, ἀλλὰ καὶ ὡς σιτίον λαμβανόμενος. —Φῦκος ὑγρόν ἐστι καὶ χλωρόν· ἐξαιρούμενον δὲ τῆς θαλάσσης ἱκανῶς ψύχει καὶ ξηραίνει καὶ στύφει μετρίως.</w:t>
      </w:r>
    </w:p>
    <w:p>
      <w:r>
        <w:rPr>
          <w:rFonts w:ascii="Courier New" w:hAnsi="Courier New"/>
          <w:color w:val="555555"/>
          <w:sz w:val="20"/>
        </w:rPr>
        <w:t>[2 1,chi 1]</w:t>
      </w:r>
    </w:p>
    <w:p>
      <w:r>
        <w:rPr>
          <w:rFonts w:ascii="Gentium Plus" w:hAnsi="Gentium Plus"/>
          <w:sz w:val="24"/>
        </w:rPr>
        <w:t>Χαλβάνη μαλακτικῆς τε καὶ διαφορητικῆς ὑπάρχει δυνάμεως, ξη‐ ραίνουσα μὲν ἱκανῶς, θερμαίνουσα δὲ σφοδρῶς.</w:t>
      </w:r>
    </w:p>
    <w:p>
      <w:r>
        <w:rPr>
          <w:rFonts w:ascii="Courier New" w:hAnsi="Courier New"/>
          <w:color w:val="555555"/>
          <w:sz w:val="20"/>
        </w:rPr>
        <w:t>[2 1,psi 1,2]</w:t>
      </w:r>
    </w:p>
    <w:p>
      <w:r>
        <w:rPr>
          <w:rFonts w:ascii="Gentium Plus" w:hAnsi="Gentium Plus"/>
          <w:sz w:val="24"/>
        </w:rPr>
        <w:t>Ψιμύθιον ἐμπλαστικόν τε καὶ ἐμψυκτικόν ἐστι. τὸ δέ γε φῦκος,</w:t>
      </w:r>
    </w:p>
    <w:p>
      <w:r>
        <w:rPr>
          <w:rFonts w:ascii="Courier New" w:hAnsi="Courier New"/>
          <w:color w:val="555555"/>
          <w:sz w:val="20"/>
        </w:rPr>
        <w:t>[2 1,psi 2 (2)]</w:t>
      </w:r>
    </w:p>
    <w:p>
      <w:r>
        <w:rPr>
          <w:rFonts w:ascii="Gentium Plus" w:hAnsi="Gentium Plus"/>
          <w:sz w:val="24"/>
        </w:rPr>
        <w:t>τὴν ψῦξιν τοῦ ψιμυθίου φυλάττον, λεπτομέρειαν προσείληφεν.</w:t>
      </w:r>
    </w:p>
    <w:p>
      <w:r>
        <w:rPr>
          <w:rFonts w:ascii="Courier New" w:hAnsi="Courier New"/>
          <w:color w:val="555555"/>
          <w:sz w:val="20"/>
        </w:rPr>
        <w:t>[2 1,omega 1]</w:t>
      </w:r>
    </w:p>
    <w:p>
      <w:r>
        <w:rPr>
          <w:rFonts w:ascii="Gentium Plus" w:hAnsi="Gentium Plus"/>
          <w:sz w:val="24"/>
        </w:rPr>
        <w:t>Ὠῶν τὸ μὲν λευκὸν καὶ λεπτόν, ᾧ καὶ πρὸς τοὺς ὀφθαλμοὺς χρώμεθα, τῶν ἀδηκτοτάτων ἐστὶ φαρμάκων· χρῆσθαι δὲ τοῖς προσ‐</w:t>
      </w:r>
    </w:p>
    <w:p>
      <w:r>
        <w:rPr>
          <w:rFonts w:ascii="Courier New" w:hAnsi="Courier New"/>
          <w:color w:val="555555"/>
          <w:sz w:val="20"/>
        </w:rPr>
        <w:t>[2 1,omega 2,3]</w:t>
      </w:r>
    </w:p>
    <w:p>
      <w:r>
        <w:rPr>
          <w:rFonts w:ascii="Gentium Plus" w:hAnsi="Gentium Plus"/>
          <w:sz w:val="24"/>
        </w:rPr>
        <w:t>φάτοις. τῇ κράσει δ’ ἐστὶ ψυχρότερον ὀλίγῳ τοῦ συμμέτρου. χρηστέον</w:t>
      </w:r>
    </w:p>
    <w:p>
      <w:r>
        <w:rPr>
          <w:rFonts w:ascii="Courier New" w:hAnsi="Courier New"/>
          <w:color w:val="555555"/>
          <w:sz w:val="20"/>
        </w:rPr>
        <w:t>[2 1,omega 3 (2)]</w:t>
      </w:r>
    </w:p>
    <w:p>
      <w:r>
        <w:rPr>
          <w:rFonts w:ascii="Gentium Plus" w:hAnsi="Gentium Plus"/>
          <w:sz w:val="24"/>
        </w:rPr>
        <w:t>οὖν οὐ μόνον ἐπὶ τῶν ὀφθαλμῶν αὐτῷ, ἀλλὰ καὶ ἐπὶ τῶν ἄλλων ἁπάντων ὅσα τῶν ἀδηκτοτάτων δεῖται φαρμάκων, ὡς τὰ καθ’ ἕδραν</w:t>
      </w:r>
    </w:p>
    <w:p>
      <w:r>
        <w:rPr>
          <w:rFonts w:ascii="Courier New" w:hAnsi="Courier New"/>
          <w:color w:val="555555"/>
          <w:sz w:val="20"/>
        </w:rPr>
        <w:t>[2 1,omega 4]</w:t>
      </w:r>
    </w:p>
    <w:p>
      <w:r>
        <w:rPr>
          <w:rFonts w:ascii="Gentium Plus" w:hAnsi="Gentium Plus"/>
          <w:sz w:val="24"/>
        </w:rPr>
        <w:t>τε καὶ αἰδοῖον ἕλκη καὶ τὰ κακοήθη πάντα. ἔστι δὲ καὶ ἡ λέκιθος τῶν</w:t>
      </w:r>
    </w:p>
    <w:p>
      <w:r>
        <w:rPr>
          <w:rFonts w:ascii="Courier New" w:hAnsi="Courier New"/>
          <w:color w:val="555555"/>
          <w:sz w:val="20"/>
        </w:rPr>
        <w:t>[2 1,omega 5]</w:t>
      </w:r>
    </w:p>
    <w:p>
      <w:r>
        <w:rPr>
          <w:rFonts w:ascii="Gentium Plus" w:hAnsi="Gentium Plus"/>
          <w:sz w:val="24"/>
        </w:rPr>
        <w:t>ὠῶν ἄδηκτος ἑψηθέντων ἢ ὀπτηθέντων. ὅλῳ δὲ χρώμεθα μιγνύντες ῥόδινον ἐπὶ τῶν κατὰ βλέφαρα καὶ ὦτα καὶ τιτθοὺς φλεγμονῶν, ὅσαι τε πληγέντων αὐτῶν ἢ καὶ ἄλλως γίνονται, καὶ κατὰ τῶν νευρωδῶν δὲ σωμάτων, οἷον ἀγκῶνος καὶ τῶν κατὰ τοὺς δακτύλους τενόντων,</w:t>
      </w:r>
    </w:p>
    <w:p>
      <w:r>
        <w:rPr>
          <w:rFonts w:ascii="Courier New" w:hAnsi="Courier New"/>
          <w:color w:val="555555"/>
          <w:sz w:val="20"/>
        </w:rPr>
        <w:t>[5]</w:t>
      </w:r>
    </w:p>
    <w:p>
      <w:r>
        <w:rPr>
          <w:rFonts w:ascii="Gentium Plus" w:hAnsi="Gentium Plus"/>
          <w:sz w:val="24"/>
        </w:rPr>
        <w:t>ἢ ἄρθρων ἐν ποσί τε καὶ χερσί· καὶ πρὸς κατακαύματα δὲ παραχρῆμα ὠμὸν ἐπιτιθέμενον ὠφέλιμόν ἐστιν, εἴτε ἀναλαβὼν ἐρίῳ μαλακῷ τὸ λευκὸν αὐτοῦ μόνον, εἴτε καὶ σὺν τῇ λεκίθῳ πᾶν ἀναδεύσας ἐπιθείης· καὶ γὰρ ἐμψύχει μετρίως καὶ ἀδήκτως ξηραίνει.</w:t>
      </w:r>
    </w:p>
    <w:p>
      <w:pPr>
        <w:jc w:val="center"/>
      </w:pPr>
      <w:r>
        <w:rPr>
          <w:rFonts w:ascii="Gentium Plus" w:hAnsi="Gentium Plus"/>
          <w:b/>
          <w:sz w:val="24"/>
        </w:rPr>
        <w:t>Ὅσα ἐστὶ μέσα τῶν θερμαινόντων τε καὶ ψυχόντων.</w:t>
      </w:r>
    </w:p>
    <w:p>
      <w:r>
        <w:rPr>
          <w:rFonts w:ascii="Courier New" w:hAnsi="Courier New"/>
          <w:color w:val="555555"/>
          <w:sz w:val="20"/>
        </w:rPr>
        <w:t>[2 . 2 . 1]</w:t>
      </w:r>
    </w:p>
    <w:p>
      <w:r>
        <w:rPr>
          <w:rFonts w:ascii="Gentium Plus" w:hAnsi="Gentium Plus"/>
          <w:sz w:val="24"/>
        </w:rPr>
        <w:t>Ἀδίαντον, ἀσπάραγος μυακάνθινος, βρύον τὸ καὶ σπλάγχνον, γλυκυρρίζης ὁ χυλός, ἔλαιον τὸ γλυκύτατον ἐκ δρυπεποῦς μάλιστα τοῦ καρποῦ γινόμενον, κηρός, κύαμος, στροβίλου τὸ ἐδώδιμον ἀπο‐ βραχὲν εἰς ὕδωρ, λύκιον, λωτὸς ἢ τρίφυλλον, κιτρίου ὁ φλοιός, πτέρεως</w:t>
      </w:r>
    </w:p>
    <w:p>
      <w:r>
        <w:rPr>
          <w:rFonts w:ascii="Courier New" w:hAnsi="Courier New"/>
          <w:color w:val="555555"/>
          <w:sz w:val="20"/>
        </w:rPr>
        <w:t>[5]</w:t>
      </w:r>
    </w:p>
    <w:p>
      <w:r>
        <w:rPr>
          <w:rFonts w:ascii="Gentium Plus" w:hAnsi="Gentium Plus"/>
          <w:sz w:val="24"/>
        </w:rPr>
        <w:t>ἡ ῥίζα, σχῖνος, φακή, Χία γῆ, καδμεία, λιθάργυρος.</w:t>
      </w:r>
    </w:p>
    <w:p>
      <w:pPr>
        <w:jc w:val="center"/>
      </w:pPr>
      <w:r>
        <w:rPr>
          <w:rFonts w:ascii="Gentium Plus" w:hAnsi="Gentium Plus"/>
          <w:b/>
          <w:sz w:val="24"/>
        </w:rPr>
        <w:t>Ὅσα θερμαίνει.</w:t>
      </w:r>
    </w:p>
    <w:p>
      <w:r>
        <w:rPr>
          <w:rFonts w:ascii="Courier New" w:hAnsi="Courier New"/>
          <w:color w:val="555555"/>
          <w:sz w:val="20"/>
        </w:rPr>
        <w:t>[2 . 3 . 1]</w:t>
      </w:r>
    </w:p>
    <w:p>
      <w:r>
        <w:rPr>
          <w:rFonts w:ascii="Gentium Plus" w:hAnsi="Gentium Plus"/>
          <w:sz w:val="24"/>
        </w:rPr>
        <w:t>Ἄγνου τὰ φύλλα καὶ τὸ σπέρμα θερμαίνει μετρίως, ἀκαλήφης ὁ καρπὸς καὶ τὰ φύλλα, ἀμύγδαλα τὰ γλυκέα, ἀναγαλλίδες ἀμφότεραι, ἀλόη, ἀνθεμὶς ἡ καὶ χαμαίμηλον, φακή, ἀψίνθιον (θερμότερος δ’ ὁ χυλός), βάτων ὁ πέπειρος καρπός, γλυκυσίδης ἡ ῥίζα, ἐλαίας καρπὸς</w:t>
      </w:r>
    </w:p>
    <w:p>
      <w:r>
        <w:rPr>
          <w:rFonts w:ascii="Courier New" w:hAnsi="Courier New"/>
          <w:color w:val="555555"/>
          <w:sz w:val="20"/>
        </w:rPr>
        <w:t>[5]</w:t>
      </w:r>
    </w:p>
    <w:p>
      <w:r>
        <w:rPr>
          <w:rFonts w:ascii="Gentium Plus" w:hAnsi="Gentium Plus"/>
          <w:sz w:val="24"/>
        </w:rPr>
        <w:t>ὁ πέπειρος, ζύμη, κράμβη, λάδανον, λινόσπερμον, μαλαβάθρου τὸ φύλ‐ λον, νάρδου στάχυς (ἀσθενεστέρα δ’ ἡ Κελτική), οἶνος γλευκίνης, ὄρο‐ βος, πυρὸς ἔξωθεν ἐπιτιθέμενος, ῥητῖναι πᾶσαι (ἡ δὲ πευκίνη πλέον τῆς τερμινθίνης καὶ ταύτης ἔτι μᾶλλον ἡ στροβιλίνη· μέσαι δ’ αὐτῶν εἰσιν ἡ πιτυΐνη τε καὶ 〈ἡ〉 ἐλατίνη· δριμείας δ’ ἐστὶν ἡ κυπαρισσίνη</w:t>
      </w:r>
    </w:p>
    <w:p>
      <w:r>
        <w:rPr>
          <w:rFonts w:ascii="Courier New" w:hAnsi="Courier New"/>
          <w:color w:val="555555"/>
          <w:sz w:val="20"/>
        </w:rPr>
        <w:t>[10]</w:t>
      </w:r>
    </w:p>
    <w:p>
      <w:r>
        <w:rPr>
          <w:rFonts w:ascii="Gentium Plus" w:hAnsi="Gentium Plus"/>
          <w:sz w:val="24"/>
        </w:rPr>
        <w:t>δυνάμεως), σήσαμον, σχοίνου ἄνθος, φοινίκων ὁ καρπὸς καὶ μᾶλλον ὁ γλυκύς, ἀμπέλου λευκῆς τῆς καὶ βρυωνίας ἡ ῥίζα, ἀκάνθης λευκῆς ἡ</w:t>
      </w:r>
    </w:p>
    <w:p>
      <w:r>
        <w:rPr>
          <w:rFonts w:ascii="Courier New" w:hAnsi="Courier New"/>
          <w:color w:val="555555"/>
          <w:sz w:val="20"/>
        </w:rPr>
        <w:t>[15]</w:t>
      </w:r>
    </w:p>
    <w:p>
      <w:r>
        <w:rPr>
          <w:rFonts w:ascii="Gentium Plus" w:hAnsi="Gentium Plus"/>
          <w:sz w:val="24"/>
        </w:rPr>
        <w:t>ἕρπυλλον, ἰξός, λιγυστικόν, νάρθηκος σπέρμα, σαγαπηνόν, σατύριον, σέλινον, σέσελι, σίνων, στύραξ, σάρκες ἐχιδνῶν, στέαρ, πιμελή, σίελον.</w:t>
      </w:r>
    </w:p>
    <w:p>
      <w:r>
        <w:rPr>
          <w:rFonts w:ascii="Courier New" w:hAnsi="Courier New"/>
          <w:color w:val="555555"/>
          <w:sz w:val="20"/>
        </w:rPr>
        <w:t>[2 . 3 . 2]</w:t>
      </w:r>
    </w:p>
    <w:p>
      <w:r>
        <w:rPr>
          <w:rFonts w:ascii="Gentium Plus" w:hAnsi="Gentium Plus"/>
          <w:sz w:val="24"/>
        </w:rPr>
        <w:t>ἱκανῶς δὲ θερμαίνει γλήχων, δάφνης τὰ φύλλα καὶ μᾶλλον ὁ καρπός, ἧττον δ’ ὁ φλοιὸς τῆς ῥίζης, δίκταμνον ὁμοίως γλήχωνι, ἐλελίσφακος, ἐρύσιμον, ἔρια κεκαυμένα, ζιγγίβερι, καρδάμωμον, ὀπὸς καὶ πάντων μᾶλλον ὁ Κυρηναϊκός, σίλφιον, τρίχες κεκαυμέναι, ἅλες οἱ χαῦνοι</w:t>
      </w:r>
    </w:p>
    <w:p>
      <w:r>
        <w:rPr>
          <w:rFonts w:ascii="Courier New" w:hAnsi="Courier New"/>
          <w:color w:val="555555"/>
          <w:sz w:val="20"/>
        </w:rPr>
        <w:t>[5]</w:t>
      </w:r>
    </w:p>
    <w:p>
      <w:r>
        <w:rPr>
          <w:rFonts w:ascii="Gentium Plus" w:hAnsi="Gentium Plus"/>
          <w:sz w:val="24"/>
        </w:rPr>
        <w:t>μᾶλλον τῶν ἄλλων, αἷμα, χολή, ἀμόργη, ἄνηθον (τὸ δὲ χλωρὸν ἔλαττον), ἀρτεμισίαι ἀμφότεραι, βάλσαμον, ἐλαφόβοσκον, κρόκος, λιβανωτός, μα‐ στίχη Χία, μέλι, οἶνος, πευκέδανον, πίσσα, πόλιον τὸ μικρότερον, μελισσόφυλλον, πράσιον, πρόπολις, σικύου ἀγρίου ὁ χυλός, ὃν ἐλατή‐ ριον καλοῦσι, σκάνδιξ, σκίλλα, σκολύμου ἡ ῥίζα, σμύρνα, τερμίνθου ὁ</w:t>
      </w:r>
    </w:p>
    <w:p>
      <w:r>
        <w:rPr>
          <w:rFonts w:ascii="Courier New" w:hAnsi="Courier New"/>
          <w:color w:val="555555"/>
          <w:sz w:val="20"/>
        </w:rPr>
        <w:t>[10]</w:t>
      </w:r>
    </w:p>
    <w:p>
      <w:r>
        <w:rPr>
          <w:rFonts w:ascii="Gentium Plus" w:hAnsi="Gentium Plus"/>
          <w:sz w:val="24"/>
        </w:rPr>
        <w:t>φλοιὸς καὶ τὰ φύλλα καὶ ὁ καρπός, τῆλις, χαμαιλέοντος ἑκατέρου ἡ</w:t>
      </w:r>
    </w:p>
    <w:p>
      <w:r>
        <w:rPr>
          <w:rFonts w:ascii="Courier New" w:hAnsi="Courier New"/>
          <w:color w:val="555555"/>
          <w:sz w:val="20"/>
        </w:rPr>
        <w:t>[2 . 3 . 3]</w:t>
      </w:r>
    </w:p>
    <w:p>
      <w:r>
        <w:rPr>
          <w:rFonts w:ascii="Gentium Plus" w:hAnsi="Gentium Plus"/>
          <w:sz w:val="24"/>
        </w:rPr>
        <w:t>ῥίζα, χαμαιπίτυς, ὤκιμον. σφοδρῶς δὲ θερμαίνει καὶ ἀβρότονον καὶ μᾶλλον τὸ καυθέν, αἶρα, αἰγείρου τὰ ἄνθη καὶ ἡ ῥητίνη, ἄκορον, ἄμωμον, ἀμάρακον, ἄμι, ἄνηθον καυθέν, ἀνήσου σπέρμα, ἄρκευθος καὶ ὁ καρπὸς αὐτῆς, ἀσάρου ἡ ῥίζα, βράθυ, ἐλλέβορος ἑκάτερος, ἐπίθυμον,</w:t>
      </w:r>
    </w:p>
    <w:p>
      <w:r>
        <w:rPr>
          <w:rFonts w:ascii="Courier New" w:hAnsi="Courier New"/>
          <w:color w:val="555555"/>
          <w:sz w:val="20"/>
        </w:rPr>
        <w:t>[5]</w:t>
      </w:r>
    </w:p>
    <w:p>
      <w:r>
        <w:rPr>
          <w:rFonts w:ascii="Gentium Plus" w:hAnsi="Gentium Plus"/>
          <w:sz w:val="24"/>
        </w:rPr>
        <w:t>μίνθη, καλαμίνθη, θύμα, καλάμου φραγμίτου ὁ φλοιὸς καυθείς, κάρω, κασία, κέδροι ἀμφότεραι, κνήκου τὸ σπέρμα, κόνυζα, καὶ ἡ μείζων καὶ ἡ μικροτέρα (ἡ γὰρ δυσωδεστέρα ἀσθενεστέρα), κύμινον, λιβανωτοῦ ὁ αἴθαλος, μάραθον, μελάνθιον, μήου αἱ ῥίζαι, πήγανον ἥμερον, ῥοδο‐ δάφνη, οἶνος ὁ ἱκανῶς παλαιός, ὀρίγανοι πᾶσαι, ὀποπάναξ, πετρο‐</w:t>
      </w:r>
    </w:p>
    <w:p>
      <w:r>
        <w:rPr>
          <w:rFonts w:ascii="Courier New" w:hAnsi="Courier New"/>
          <w:color w:val="555555"/>
          <w:sz w:val="20"/>
        </w:rPr>
        <w:t>[10]</w:t>
      </w:r>
    </w:p>
    <w:p>
      <w:r>
        <w:rPr>
          <w:rFonts w:ascii="Gentium Plus" w:hAnsi="Gentium Plus"/>
          <w:sz w:val="24"/>
        </w:rPr>
        <w:t>σέλινον, ῥαφανίς, σάμψυχον, σμύρνιον, τρίφυλλον (οἱ δ’ ἀσφάλτιον),</w:t>
      </w:r>
    </w:p>
    <w:p>
      <w:r>
        <w:rPr>
          <w:rFonts w:ascii="Courier New" w:hAnsi="Courier New"/>
          <w:color w:val="555555"/>
          <w:sz w:val="20"/>
        </w:rPr>
        <w:t>[2 . 3 . 4]</w:t>
      </w:r>
    </w:p>
    <w:p>
      <w:r>
        <w:rPr>
          <w:rFonts w:ascii="Gentium Plus" w:hAnsi="Gentium Plus"/>
          <w:sz w:val="24"/>
        </w:rPr>
        <w:t>ὕσσωπον, χαλβάνη, χαμαίδρυς. σφοδρότατα δὲ θερμαίνει ἀδάρκη, εὐφόρβιον, θαψία, κεδρέας τὸ ἔλαιον, κόστος, κρόμμυον, νάπυ, πήγανον ἄγριον, σκόροδον, στρουθίου ἡ ῥίζα, τιθυμάλλων ὁ ὀπός (ἔλαττον δ’ ὁ καρπὸς αὐτῶν καὶ τὰ φύλλα), τὰ καυστικὰ πάντα.</w:t>
      </w:r>
    </w:p>
    <w:p>
      <w:pPr>
        <w:jc w:val="center"/>
      </w:pPr>
      <w:r>
        <w:rPr>
          <w:rFonts w:ascii="Gentium Plus" w:hAnsi="Gentium Plus"/>
          <w:b/>
          <w:sz w:val="24"/>
        </w:rPr>
        <w:t>Ὅσα ψύχει.</w:t>
      </w:r>
    </w:p>
    <w:p>
      <w:r>
        <w:rPr>
          <w:rFonts w:ascii="Courier New" w:hAnsi="Courier New"/>
          <w:color w:val="555555"/>
          <w:sz w:val="20"/>
        </w:rPr>
        <w:t>[2 . 4 . 1]</w:t>
      </w:r>
    </w:p>
    <w:p>
      <w:r>
        <w:rPr>
          <w:rFonts w:ascii="Gentium Plus" w:hAnsi="Gentium Plus"/>
          <w:sz w:val="24"/>
        </w:rPr>
        <w:t>Μετρίως ψύχει ἀγρώστεως ἡ ῥίζα καὶ ἡ πόα, ἀλσίνη χωρὶς στύ‐ ψεως, ἄπιοι καταπλασσόμεναι, ἀνδράφαξυς ἄνευ στύψεως, ἀκακία ἄπλυ‐ τος, βαλαύστιον, βάτου τὰ φύλλα καὶ οἱ βλαστοὶ καὶ ὁ ἄωρος καρπὸς καὶ τὸ ἄνθος, βρόμος, βρύον θαλάσσιον, γίγαρτα, γλαύκιον, γλυκυρρίζης</w:t>
      </w:r>
    </w:p>
    <w:p>
      <w:r>
        <w:rPr>
          <w:rFonts w:ascii="Courier New" w:hAnsi="Courier New"/>
          <w:color w:val="555555"/>
          <w:sz w:val="20"/>
        </w:rPr>
        <w:t>[5]</w:t>
      </w:r>
    </w:p>
    <w:p>
      <w:r>
        <w:rPr>
          <w:rFonts w:ascii="Gentium Plus" w:hAnsi="Gentium Plus"/>
          <w:sz w:val="24"/>
        </w:rPr>
        <w:t>ὁ χυλός, ἐλαίας οἱ θαλλοὶ καὶ ὁ ἄωρος καρπός, ἔλαιον ὠμοτριβές,</w:t>
      </w:r>
    </w:p>
    <w:p>
      <w:r>
        <w:rPr>
          <w:rFonts w:ascii="Courier New" w:hAnsi="Courier New"/>
          <w:color w:val="555555"/>
          <w:sz w:val="20"/>
        </w:rPr>
        <w:t>[10]</w:t>
      </w:r>
    </w:p>
    <w:p>
      <w:r>
        <w:rPr>
          <w:rFonts w:ascii="Gentium Plus" w:hAnsi="Gentium Plus"/>
          <w:sz w:val="24"/>
        </w:rPr>
        <w:t>σικῆς ὁ καρπός, πλάτανος, κιτρίου ἡ σάρξ, τὸ ἀπὸ τοῦ σίτου ἄμυλον, ῥάμνος, ῥόδινον, πάτος ὁ ἀπὸ παλαίστρας, σέρις, τρίβολοι ἀμφότεροι, φοίνικος τῶν κλάδων ὁ χυλὸς καὶ ὁ ἐγκέφαλος καὶ ὁ ἐλάτης αὐτοῦ, Σαμία γῆ, Κιμωλία, λίθος αἱματίτης, Ναξίας ἀκόνης τὸ ἀπότριμμα, μολύβδαινα, μόλυβδος ἄκαυστος καὶ κεκαυμένος, ψιμύθιον, σάνδυξ, τυρὸς</w:t>
      </w:r>
    </w:p>
    <w:p>
      <w:r>
        <w:rPr>
          <w:rFonts w:ascii="Courier New" w:hAnsi="Courier New"/>
          <w:color w:val="555555"/>
          <w:sz w:val="20"/>
        </w:rPr>
        <w:t>[2 . 4 . 2]</w:t>
      </w:r>
    </w:p>
    <w:p>
      <w:r>
        <w:rPr>
          <w:rFonts w:ascii="Gentium Plus" w:hAnsi="Gentium Plus"/>
          <w:sz w:val="24"/>
        </w:rPr>
        <w:t>ὁ μαλακὸς καὶ νεοπαγής. ἱκανῶς δὲ ψύχει ἀκακία πεπλυμένη, ἀρνό‐ γλωσσον καὶ ὁ καρπὸς αὐτοῦ, βλίτον, κηκὶς ὀμφακῖτις, κολοκύντη, μη‐ λέας Ἀρμενιακῆς καρπός, μύκητες, ὄμφακος χυλός, ῥοῦς, σίκυς πέπων, στρύχνον τὸ κηπευόμενον, φακὸς ὁ ἐπὶ τῶν τελμάτων, φῦκος χλωρὸν</w:t>
      </w:r>
    </w:p>
    <w:p>
      <w:r>
        <w:rPr>
          <w:rFonts w:ascii="Courier New" w:hAnsi="Courier New"/>
          <w:color w:val="555555"/>
          <w:sz w:val="20"/>
        </w:rPr>
        <w:t>[2 . 4 . 3]</w:t>
      </w:r>
    </w:p>
    <w:p>
      <w:r>
        <w:rPr>
          <w:rFonts w:ascii="Gentium Plus" w:hAnsi="Gentium Plus"/>
          <w:sz w:val="24"/>
        </w:rPr>
        <w:t>ἔτι καὶ ὑγρὸν ἐξαιρούμενον τῆς θαλάττης, ψυλλίου τὸ σπέρμα. σφοδρῶς δὲ ψύχει ἀείζῳα ἀμφότερα, ἀνδράχνη αὐτή τε καὶ ὁ χυλὸς αὐτῆς, μανδραγόρας, κιτρίου τὸ περὶ τὸ σπέρμα τὸ ὀξύ, ὑοσκύαμος ὁ τὸ</w:t>
      </w:r>
    </w:p>
    <w:p>
      <w:r>
        <w:rPr>
          <w:rFonts w:ascii="Courier New" w:hAnsi="Courier New"/>
          <w:color w:val="555555"/>
          <w:sz w:val="20"/>
        </w:rPr>
        <w:t>[2 . 4 . 4]</w:t>
      </w:r>
    </w:p>
    <w:p>
      <w:r>
        <w:rPr>
          <w:rFonts w:ascii="Gentium Plus" w:hAnsi="Gentium Plus"/>
          <w:sz w:val="24"/>
        </w:rPr>
        <w:t>ἄνθος καὶ τὸ σπέρμα λευκὸν ἔχων. σφοδρότατα δὲ ψύχει κώνειον καὶ μήκωνες πᾶσαι καὶ ὁ ἐξ αὐτῶν ὀπός.</w:t>
      </w:r>
    </w:p>
    <w:p>
      <w:pPr>
        <w:jc w:val="center"/>
      </w:pPr>
      <w:r>
        <w:rPr>
          <w:rFonts w:ascii="Gentium Plus" w:hAnsi="Gentium Plus"/>
          <w:b/>
          <w:sz w:val="24"/>
        </w:rPr>
        <w:t>Ὅσα ξηραίνει.</w:t>
      </w:r>
    </w:p>
    <w:p>
      <w:r>
        <w:rPr>
          <w:rFonts w:ascii="Courier New" w:hAnsi="Courier New"/>
          <w:color w:val="555555"/>
          <w:sz w:val="20"/>
        </w:rPr>
        <w:t>[2 . 5 . 1]</w:t>
      </w:r>
    </w:p>
    <w:p>
      <w:r>
        <w:rPr>
          <w:rFonts w:ascii="Gentium Plus" w:hAnsi="Gentium Plus"/>
          <w:sz w:val="24"/>
        </w:rPr>
        <w:t>Ξηραίνει δὲ μετρίως ἀγρώστεως ἡ ῥίζα, ἀδίαντον, ἀείζῳα ἀμφό‐ τερα, αἰγείρου τὰ ἄνθη καὶ ἡ ῥητίνη, ἀκάνθης λευκῆς ἡ ῥίζα, ἀκτὴ ἥ τε δενδρώδης καὶ ἡ χαμαιάκτη, ἀμπέλου λευκῆς τῆς καὶ βρυωνίας ἡ ῥίζα, ἀπαρίνη, ἄπιοι καταπλασσόμεναι (μᾶλλον δ’ ἀχράδες), ἀνθεμὶς</w:t>
      </w:r>
    </w:p>
    <w:p>
      <w:r>
        <w:rPr>
          <w:rFonts w:ascii="Courier New" w:hAnsi="Courier New"/>
          <w:color w:val="555555"/>
          <w:sz w:val="20"/>
        </w:rPr>
        <w:t>[5]</w:t>
      </w:r>
    </w:p>
    <w:p>
      <w:r>
        <w:rPr>
          <w:rFonts w:ascii="Gentium Plus" w:hAnsi="Gentium Plus"/>
          <w:sz w:val="24"/>
        </w:rPr>
        <w:t>ἢ χαμαίμηλον, ἄρον, ἀρτεμισίαι ἀμφότεραι, κριθαὶ μᾶλλον τοῦ ἀλεύ‐ ρου τῶν κυάμων τοῦ χωρὶς τῶν λεμμάτων (τὰ δ’ ἄλφιτα καὶ τῶν κριθῶν πλέον), κρόκος, λιβανωτός, μάραθρον, οἶνος γλευκίνης, ἀσπά‐ ραγος μυακάνθινος, ἀσπάλαθος, βολβὸς ἐπιπλασσόμενος, ἔλυμος καὶ μελίνη καταπλασσόμενα, ἰσάτις, κόμμι, κράμβη ἐσθιομένη τε καὶ ἔξωθεν</w:t>
      </w:r>
    </w:p>
    <w:p>
      <w:r>
        <w:rPr>
          <w:rFonts w:ascii="Courier New" w:hAnsi="Courier New"/>
          <w:color w:val="555555"/>
          <w:sz w:val="20"/>
        </w:rPr>
        <w:t>[10]</w:t>
      </w:r>
    </w:p>
    <w:p>
      <w:r>
        <w:rPr>
          <w:rFonts w:ascii="Gentium Plus" w:hAnsi="Gentium Plus"/>
          <w:sz w:val="24"/>
        </w:rPr>
        <w:t>ἐπιτιθεμένη, κρίνου τὰ φύλλα καὶ ἡ ῥίζα καὶ ἡ θηλύπτερις, τὸ ἀπὸ τοῦ σίτου ἄμυλον, ῥητῖναι πᾶσαι, ὑπερικόν, λιθάργυρος, ὄστρακον (μᾶλλον δὲ τὸ ἐκ τῶν κριβάνων), πυτία, ῥύπος, στέαρ ταύρειον τῶν ἄλλων μᾶλλον, ὠοῦ λέκιθος ὀπτηθεῖσα, σέρεως πάντα τὰ εἴδη, σικύου</w:t>
      </w:r>
    </w:p>
    <w:p>
      <w:r>
        <w:rPr>
          <w:rFonts w:ascii="Courier New" w:hAnsi="Courier New"/>
          <w:color w:val="555555"/>
          <w:sz w:val="20"/>
        </w:rPr>
        <w:t>[2 . 5 . 2]</w:t>
      </w:r>
    </w:p>
    <w:p>
      <w:r>
        <w:rPr>
          <w:rFonts w:ascii="Gentium Plus" w:hAnsi="Gentium Plus"/>
          <w:sz w:val="24"/>
        </w:rPr>
        <w:t>πέπονος τὸ σπέρμα καὶ ἡ ῥίζα ξηρανθεῖσα, τῆλις. ἱκανῶς δὲ ξηραίνει</w:t>
      </w:r>
    </w:p>
    <w:p>
      <w:r>
        <w:rPr>
          <w:rFonts w:ascii="Courier New" w:hAnsi="Courier New"/>
          <w:color w:val="555555"/>
          <w:sz w:val="20"/>
        </w:rPr>
        <w:t>[5]</w:t>
      </w:r>
    </w:p>
    <w:p>
      <w:r>
        <w:rPr>
          <w:rFonts w:ascii="Gentium Plus" w:hAnsi="Gentium Plus"/>
          <w:sz w:val="24"/>
        </w:rPr>
        <w:t>ἡ ῥίζα καὶ μᾶλλον καυθείσης ἡ τέφρα, ἀφάκη μᾶλλον φακῆς, λιβανω‐ τοῦ φλοιός, λύκιον, μαλαβάθρου φύλλα, μαστίχη Χία (ἡ δ’ Αἰγυπτία μᾶλλον), μέλι, κιτρίου ὁ φλοιὸς καὶ τὸ σπέρμα καὶ τοῦ δένδρου τὰ φύλλα, μήου αἱ ῥίζαι, νάρδου στάχυς, νάρδος Κελτική, οἶνος, ὄροβος, ὀποπάναξ, πίσσα, ῥαφανίς, σκολύμου ἡ ῥίζα, σμύρνα, σχῖνος, τερμίνθου</w:t>
      </w:r>
    </w:p>
    <w:p>
      <w:r>
        <w:rPr>
          <w:rFonts w:ascii="Courier New" w:hAnsi="Courier New"/>
          <w:color w:val="555555"/>
          <w:sz w:val="20"/>
        </w:rPr>
        <w:t>[10]</w:t>
      </w:r>
    </w:p>
    <w:p>
      <w:r>
        <w:rPr>
          <w:rFonts w:ascii="Gentium Plus" w:hAnsi="Gentium Plus"/>
          <w:sz w:val="24"/>
        </w:rPr>
        <w:t>ὁ φλοιὸς καὶ τὰ φύλλα καὶ ὁ καρπὸς καὶ μάλιστα ξηρανθέντα, φακοί, φῦκος χλωρὸν ἔτι καὶ ὑγρὸν ἐξαιρούμενον τῆς θαλάττης, χαλβάνη.</w:t>
      </w:r>
    </w:p>
    <w:p>
      <w:r>
        <w:rPr>
          <w:rFonts w:ascii="Courier New" w:hAnsi="Courier New"/>
          <w:color w:val="555555"/>
          <w:sz w:val="20"/>
        </w:rPr>
        <w:t>[2 . 5 . 3]</w:t>
      </w:r>
    </w:p>
    <w:p>
      <w:r>
        <w:rPr>
          <w:rFonts w:ascii="Gentium Plus" w:hAnsi="Gentium Plus"/>
          <w:sz w:val="24"/>
        </w:rPr>
        <w:t>σφοδρῶς δὲ ξηραίνει ἀβρότονον καὶ μᾶλλον τὸ καυθέν, ἀκακία, ἄκορον, ἀλόη, ἄμι, ἄνηθον καυθέν, ἄνησον, ἄρκευθος, ἀσάρου ῥίζα, ἀσφοδέλου ἡ ῥίζα καὶ μᾶλλον καυθείσης ἡ τέφρα, ἀψίνθιον, βράθυ, βαλαύστιον, τῶν βατίνων ὁ ἄωρος καρπός (ξηρανθεὶς δὲ μᾶλλον· ὁμοίως καὶ τὸ</w:t>
      </w:r>
    </w:p>
    <w:p>
      <w:r>
        <w:rPr>
          <w:rFonts w:ascii="Courier New" w:hAnsi="Courier New"/>
          <w:color w:val="555555"/>
          <w:sz w:val="20"/>
        </w:rPr>
        <w:t>[5]</w:t>
      </w:r>
    </w:p>
    <w:p>
      <w:r>
        <w:rPr>
          <w:rFonts w:ascii="Gentium Plus" w:hAnsi="Gentium Plus"/>
          <w:sz w:val="24"/>
        </w:rPr>
        <w:t>ἄνθος), παιωνίας ἡ ῥίζα, δάφνης τὰ φύλλα καὶ μᾶλλον ὁ καρπός, ἧττον δ’ ὁ φλοιὸς τῆς ῥίζης, δρυὸς ἅπαντα τὰ μόρια καὶ μᾶλλον φηγοῦ καὶ πρίνου, ἐλλέβορος ἑκάτερος, ἐπίθυμον, θύμα, ἰτέας τοῦ φλοιοῦ ἡ τέφρα, καλαμίνθη, καλάμου φραγμίτου ὁ φλοιὸς καυθείς, καρώ, κασία, κέδροι ἀμφότεραι, κόνυζα ἡ μείζων καὶ ἡ μικροτέρα (ἡ</w:t>
      </w:r>
    </w:p>
    <w:p>
      <w:r>
        <w:rPr>
          <w:rFonts w:ascii="Courier New" w:hAnsi="Courier New"/>
          <w:color w:val="555555"/>
          <w:sz w:val="20"/>
        </w:rPr>
        <w:t>[10]</w:t>
      </w:r>
    </w:p>
    <w:p>
      <w:r>
        <w:rPr>
          <w:rFonts w:ascii="Gentium Plus" w:hAnsi="Gentium Plus"/>
          <w:sz w:val="24"/>
        </w:rPr>
        <w:t>γὰρ δυσωδεστέρα καὶ ἐν ὑγροῖς χωρίοις γινομένη ἀσθενεστέρα), λευκα‐ κάνθου ἡ ῥίζα, λιβανωτοῦ αἴθαλος, μελάνθιον, κιτρίου τὸ ὑπὸ τὸ σπέρμα τὸ ὀξύ, οἶνος ὁ ἱκανῶς παλαιός, ὄξος ὅταν ἰσχυρὸν ὑπάρχῃ, νυμφαίας ἡ ῥίζα (ἡ δὲ λευκὴν ἔχουσα ῥίζαν σφοδρότερον), ὀρίγανοι πᾶσαι, πάπυρος καυθεῖσα (ἧττον δὲ τῆς τέφρας τοῦ χάρτου), πεντα‐</w:t>
      </w:r>
    </w:p>
    <w:p>
      <w:r>
        <w:rPr>
          <w:rFonts w:ascii="Courier New" w:hAnsi="Courier New"/>
          <w:color w:val="555555"/>
          <w:sz w:val="20"/>
        </w:rPr>
        <w:t>[15]</w:t>
      </w:r>
    </w:p>
    <w:p>
      <w:r>
        <w:rPr>
          <w:rFonts w:ascii="Gentium Plus" w:hAnsi="Gentium Plus"/>
          <w:sz w:val="24"/>
        </w:rPr>
        <w:t>φύλλου ἡ ῥίζα, πετροσέλινον, σμύρνιον, πευκεδάνου ἡ ῥίζα, ὁ δ’ ὀπὸς μᾶλλον, πήγανον ἥμερον, πόλιον τὸ μικρότερον, μελισσόφυλλον, πράσιον, ῥοῦς, σάμψυχον, στοιβῆς ὁ καρπὸς καὶ τὰ φύλλα, τρίφυλλον (οἱ δ’ ἀσφάλτιον), ὕσσωπον, χαμαίδρυς, χαμαιλέοντος ἑκατέρου ἡ ῥίζα, χαμαι‐ πίτυς, ἅλες, νίτρα, γύψος (καυθεῖσα δὲ μᾶλλον), καδμεῖαι πᾶσαι καὶ</w:t>
      </w:r>
    </w:p>
    <w:p>
      <w:r>
        <w:rPr>
          <w:rFonts w:ascii="Courier New" w:hAnsi="Courier New"/>
          <w:color w:val="555555"/>
          <w:sz w:val="20"/>
        </w:rPr>
        <w:t>[20]</w:t>
      </w:r>
    </w:p>
    <w:p>
      <w:r>
        <w:rPr>
          <w:rFonts w:ascii="Gentium Plus" w:hAnsi="Gentium Plus"/>
          <w:sz w:val="24"/>
        </w:rPr>
        <w:t>πάντα τὰ μεταλλικὰ καὶ λιθώδη, σκωρία πᾶσα (ἡ δὲ τοῦ σιδήρου μάλιστα), κόπρος πᾶσα (ἡ δὲ τῶν χηνῶν καὶ τῶν ἱεράκων ἄχρηστός ἐστι διὰ δριμύτητα καὶ ἡ τῶν ἀετῶν), σάρκες ἐχιδνῶν, σὰρξ κοχλίων, κεφαλαὶ ταριχηρῶν μαινίδων κεκαυμέναι, κέρας ἐλάφου καὶ αἰγὸς κεκαυμένα, καστόριον, ὀστᾶ κεκαυμένα, δέρμα παλαιὸν ἀπὸ τῶν καττυ‐</w:t>
      </w:r>
    </w:p>
    <w:p>
      <w:r>
        <w:rPr>
          <w:rFonts w:ascii="Courier New" w:hAnsi="Courier New"/>
          <w:color w:val="555555"/>
          <w:sz w:val="20"/>
        </w:rPr>
        <w:t>[25]</w:t>
      </w:r>
    </w:p>
    <w:p>
      <w:r>
        <w:rPr>
          <w:rFonts w:ascii="Gentium Plus" w:hAnsi="Gentium Plus"/>
          <w:sz w:val="24"/>
        </w:rPr>
        <w:t>μάτων καυθέν, ὀστρέων καὶ πορφυρῶν τὸ ὄστρακον καυθέν, σηπέας ὄστρακον, ἔρια κεκαυμένα, τρίχες κεκαυμέναι, καρκίνων ἡ τέφρα, γάρος,</w:t>
      </w:r>
    </w:p>
    <w:p>
      <w:r>
        <w:rPr>
          <w:rFonts w:ascii="Courier New" w:hAnsi="Courier New"/>
          <w:color w:val="555555"/>
          <w:sz w:val="20"/>
        </w:rPr>
        <w:t>[2 . 5 . 4]</w:t>
      </w:r>
    </w:p>
    <w:p>
      <w:r>
        <w:rPr>
          <w:rFonts w:ascii="Gentium Plus" w:hAnsi="Gentium Plus"/>
          <w:sz w:val="24"/>
        </w:rPr>
        <w:t>ἅλμη τῶν ταριχηρῶν ἰχθύων. σφοδρότατα δὲ ξηραίνει κεδρέας τὸ ἔλαιον, κονία (ξηραντικωτάτη καὶ ῥυπτικωτάτη πασῶν ἐστιν ἥ τε ἐκ τῆς συκίνης τέφρας καὶ [ἡ] τῆς τῶν τιθυμάλλων καὶ σχεδὸν ἤδη τῆς καυστικῆς δυνάμεως)· κράμβης οἱ καυλοὶ καυθέντες ἰσχυρῶς ξηραίνουσαν</w:t>
      </w:r>
    </w:p>
    <w:p>
      <w:r>
        <w:rPr>
          <w:rFonts w:ascii="Courier New" w:hAnsi="Courier New"/>
          <w:color w:val="555555"/>
          <w:sz w:val="20"/>
        </w:rPr>
        <w:t>[5]</w:t>
      </w:r>
    </w:p>
    <w:p>
      <w:r>
        <w:rPr>
          <w:rFonts w:ascii="Gentium Plus" w:hAnsi="Gentium Plus"/>
          <w:sz w:val="24"/>
        </w:rPr>
        <w:t>ποιοῦσι τέφραν ὡς ἤδη τι καὶ καυστικῆς μετέχειν δυνάμεως· νάπυ, πήγανον ἄγριον, σκόροδον.</w:t>
      </w:r>
    </w:p>
    <w:p>
      <w:pPr>
        <w:jc w:val="center"/>
      </w:pPr>
      <w:r>
        <w:rPr>
          <w:rFonts w:ascii="Gentium Plus" w:hAnsi="Gentium Plus"/>
          <w:b/>
          <w:sz w:val="24"/>
        </w:rPr>
        <w:t>Ὅσα ἀδήκτως ξηραίνει.</w:t>
      </w:r>
    </w:p>
    <w:p>
      <w:r>
        <w:rPr>
          <w:rFonts w:ascii="Courier New" w:hAnsi="Courier New"/>
          <w:color w:val="555555"/>
          <w:sz w:val="20"/>
        </w:rPr>
        <w:t>[2 . 6 . 1]</w:t>
      </w:r>
    </w:p>
    <w:p>
      <w:r>
        <w:rPr>
          <w:rFonts w:ascii="Gentium Plus" w:hAnsi="Gentium Plus"/>
          <w:sz w:val="24"/>
        </w:rPr>
        <w:t>Ἀκαλήφης ὁ καρπὸς καὶ τὰ φύλλα, ἀλόη, ἀμόργη καὶ μᾶλλον ἑψηθεῖσα, ἀναγαλλίδες ἀμφότεραι, ἀρνόγλωσσον· βρόμος καὶ διαφορεῖ καταπλασσόμενος. ἔλαιον γλυκὺ ἄναλον πλυθὲν πάντων μάλιστα· ζύμη ἐπισπᾶται τὰ ἐκ βάθους καὶ διαφορεῖ· θέρμος ὁ πικρὸς καὶ τὸ ἄλευρον</w:t>
      </w:r>
    </w:p>
    <w:p>
      <w:r>
        <w:rPr>
          <w:rFonts w:ascii="Courier New" w:hAnsi="Courier New"/>
          <w:color w:val="555555"/>
          <w:sz w:val="20"/>
        </w:rPr>
        <w:t>[5]</w:t>
      </w:r>
    </w:p>
    <w:p>
      <w:r>
        <w:rPr>
          <w:rFonts w:ascii="Gentium Plus" w:hAnsi="Gentium Plus"/>
          <w:sz w:val="24"/>
        </w:rPr>
        <w:t>αὐτοῦ καὶ μετὰ τοῦ διαφορεῖν· ἵππουρις ἰσχυρῶς, ἰσάτις ἰσχυρῶς, ἰτέας τὰ φύλλα καὶ τὸ ἄνθος μετά τινος στύψεως (ἔνιοι δὲ καὶ χυλὸν ἐξ αὐτῶν ποιοῦντες ἄδηκτον ξηραῖνον ἴσχουσι φάρμακον εἰς πολλὰ χρή‐ σιμον· οὐδὲν γὰρ πολυχρηστότερόν ἐστιν ἀδήκτου ξηραίνοντος καὶ στύ‐ φοντος ἠρέμα φαρμάκου)· καρύου λέπος ξηρὸν καυθὲν μετὰ τοῦ λεπτο‐</w:t>
      </w:r>
    </w:p>
    <w:p>
      <w:r>
        <w:rPr>
          <w:rFonts w:ascii="Courier New" w:hAnsi="Courier New"/>
          <w:color w:val="555555"/>
          <w:sz w:val="20"/>
        </w:rPr>
        <w:t>[10]</w:t>
      </w:r>
    </w:p>
    <w:p>
      <w:r>
        <w:rPr>
          <w:rFonts w:ascii="Gentium Plus" w:hAnsi="Gentium Plus"/>
          <w:sz w:val="24"/>
        </w:rPr>
        <w:t>μερὲς εἶναι· κάρυα (τὰ Ποντικὰ δὲ κάρυα παραπλησίας ἐστὶ δυνάμεως· μετέχει δ’ οὐσίας ψυχρᾶς)· κέγχρος, κενταύριον τὸ μικρὸν ἰσχυρῶς καὶ ὁ χυλὸς αὐτοῦ, κερασίου τοῦ δένδρου τὸ κόμμι, κρίνου τὰ φύλλα καὶ ἡ ῥίζα καὶ τὸ ἀπ’ αὐτοῦ ἔλαιον, κύαμος ἔξωθεν ἐπιτιθέμενος, κυπα‐ ρίσσου τὰ φύλλα καὶ οἱ βλαστοὶ καὶ τὰ σφαιρία τὰ νέα καὶ ἁπαλά,</w:t>
      </w:r>
    </w:p>
    <w:p>
      <w:r>
        <w:rPr>
          <w:rFonts w:ascii="Courier New" w:hAnsi="Courier New"/>
          <w:color w:val="555555"/>
          <w:sz w:val="20"/>
        </w:rPr>
        <w:t>[15]</w:t>
      </w:r>
    </w:p>
    <w:p>
      <w:r>
        <w:rPr>
          <w:rFonts w:ascii="Gentium Plus" w:hAnsi="Gentium Plus"/>
          <w:sz w:val="24"/>
        </w:rPr>
        <w:t>κυπέρου αἱ ῥίζαι, στροβίλου τὸ ἐδώδιμον ἐν ὕδατι βραχέν, νευράς, νυμφαίας ἡ ῥίζα, σίραιον, πενταφύλλου ἡ ῥίζα, πολυπόδιον, πτέρεως ἡ ῥίζα καὶ θηλυπτέρεως, σμύρνα, σαρκοκόλλα, στοιβῆς ὁ καρπὸς καὶ τὰ φύλλα, τραγάκανθα, γῆ πᾶσα (συντελεῖ δ’ εἰς τοῦτο αὐτῇ τὸ πεπλύ‐ σθαι· δραστικωτέρα δ’ ἐστὶν ἡ Λημνία), καδμεῖαι πλυθεῖσαι, πομφόλυξ</w:t>
      </w:r>
    </w:p>
    <w:p>
      <w:r>
        <w:rPr>
          <w:rFonts w:ascii="Courier New" w:hAnsi="Courier New"/>
          <w:color w:val="555555"/>
          <w:sz w:val="20"/>
        </w:rPr>
        <w:t>[20]</w:t>
      </w:r>
    </w:p>
    <w:p>
      <w:r>
        <w:rPr>
          <w:rFonts w:ascii="Gentium Plus" w:hAnsi="Gentium Plus"/>
          <w:sz w:val="24"/>
        </w:rPr>
        <w:t>συνεχῶς πλυθεῖσα, τίτανος σβεσθεῖσα καὶ πλυθεῖσα γενναίως· ὠῶν τὸ λευκὸν καὶ λεπτὸν ἀδηκτότατον· ὁμοίας δὲ φύσεώς ἐστι καὶ ἡ λέκιθος αὐτῶν· ὀπτηθεῖσα δ’ ἧττον παρηγορεῖ.</w:t>
      </w:r>
    </w:p>
    <w:p>
      <w:pPr>
        <w:jc w:val="center"/>
      </w:pPr>
      <w:r>
        <w:rPr>
          <w:rFonts w:ascii="Gentium Plus" w:hAnsi="Gentium Plus"/>
          <w:b/>
          <w:sz w:val="24"/>
        </w:rPr>
        <w:t>Ὅσα ὑγραίνει.</w:t>
      </w:r>
    </w:p>
    <w:p>
      <w:r>
        <w:rPr>
          <w:rFonts w:ascii="Courier New" w:hAnsi="Courier New"/>
          <w:color w:val="555555"/>
          <w:sz w:val="20"/>
        </w:rPr>
        <w:t>[2 . 7 . 1]</w:t>
      </w:r>
    </w:p>
    <w:p>
      <w:r>
        <w:rPr>
          <w:rFonts w:ascii="Gentium Plus" w:hAnsi="Gentium Plus"/>
          <w:sz w:val="24"/>
        </w:rPr>
        <w:t>Ὑγραίνει δὲ μετρίως ἀλσίνη, βούγλωσσον, γλυκυρρίζης ὁ χυλός, θρίδαξ, ἴου τὰ φύλλα, μηλέας Περσικῆς ὁ καρπός, μύκητες, ῥόδινον</w:t>
      </w:r>
    </w:p>
    <w:p>
      <w:r>
        <w:rPr>
          <w:rFonts w:ascii="Courier New" w:hAnsi="Courier New"/>
          <w:color w:val="555555"/>
          <w:sz w:val="20"/>
        </w:rPr>
        <w:t>[2 . 7 . 2]</w:t>
      </w:r>
    </w:p>
    <w:p>
      <w:r>
        <w:rPr>
          <w:rFonts w:ascii="Gentium Plus" w:hAnsi="Gentium Plus"/>
          <w:sz w:val="24"/>
        </w:rPr>
        <w:t>μᾶλλον ἐλαίου. ἱκανῶς δ’ ἐξυγραίνει ἀνδράχνη, αὐτή τε καὶ ὁ χυλὸς αὐτῆς, ἀτράφαξυς, βλίτον, κολοκύνθη, μηλέας Ἀρμενιακῆς ὁ καρπός,</w:t>
      </w:r>
    </w:p>
    <w:p>
      <w:pPr>
        <w:jc w:val="center"/>
      </w:pPr>
      <w:r>
        <w:rPr>
          <w:rFonts w:ascii="Gentium Plus" w:hAnsi="Gentium Plus"/>
          <w:b/>
          <w:sz w:val="24"/>
        </w:rPr>
        <w:t>Ὅσα ὑδατώδη ψυχρότητα ἔχει.</w:t>
      </w:r>
    </w:p>
    <w:p>
      <w:r>
        <w:rPr>
          <w:rFonts w:ascii="Courier New" w:hAnsi="Courier New"/>
          <w:color w:val="555555"/>
          <w:sz w:val="20"/>
        </w:rPr>
        <w:t>[2 . 8 . 1]</w:t>
      </w:r>
    </w:p>
    <w:p>
      <w:r>
        <w:rPr>
          <w:rFonts w:ascii="Gentium Plus" w:hAnsi="Gentium Plus"/>
          <w:sz w:val="24"/>
        </w:rPr>
        <w:t>Ἀκακία, ἀλσίνη, ἀνδράχνη, ἀρνόγλωσσον, ἀτράφαξυς, βάτου τὰ φύλλα, βλίτον, βρύον θαλάσσιον, γλαύκιον, θρίδαξ, ἰξός, ἴου τὰ φύλλα, κολοκύντη, κοτυληδών, κώνειον, λεύκη τὸ δένδρον, μαλάχη ἥμερος, μηκώνιον, μῆλα, πραικόκκια, μύκητες, πλάτανος, σίκυς ἐδώδιμος, ὁλό‐</w:t>
      </w:r>
    </w:p>
    <w:p>
      <w:r>
        <w:rPr>
          <w:rFonts w:ascii="Courier New" w:hAnsi="Courier New"/>
          <w:color w:val="555555"/>
          <w:sz w:val="20"/>
        </w:rPr>
        <w:t>[5]</w:t>
      </w:r>
    </w:p>
    <w:p>
      <w:r>
        <w:rPr>
          <w:rFonts w:ascii="Gentium Plus" w:hAnsi="Gentium Plus"/>
          <w:sz w:val="24"/>
        </w:rPr>
        <w:t>σχοινος, τρίβολος, φακὸς ὁ ἐπὶ τῶν τελμάτων, ψυλλίου τὸ σπέρμα, μόλυβδος.</w:t>
      </w:r>
    </w:p>
    <w:p>
      <w:pPr>
        <w:jc w:val="center"/>
      </w:pPr>
      <w:r>
        <w:rPr>
          <w:rFonts w:ascii="Gentium Plus" w:hAnsi="Gentium Plus"/>
          <w:b/>
          <w:sz w:val="24"/>
        </w:rPr>
        <w:t>Ὅσα μέσα τῶν ξηραινόντων καὶ ὑγραινόντων ἐστίν.</w:t>
      </w:r>
    </w:p>
    <w:p>
      <w:r>
        <w:rPr>
          <w:rFonts w:ascii="Courier New" w:hAnsi="Courier New"/>
          <w:color w:val="555555"/>
          <w:sz w:val="20"/>
        </w:rPr>
        <w:t>[2 . 9 . 1]</w:t>
      </w:r>
    </w:p>
    <w:p>
      <w:r>
        <w:rPr>
          <w:rFonts w:ascii="Gentium Plus" w:hAnsi="Gentium Plus"/>
          <w:sz w:val="24"/>
        </w:rPr>
        <w:t>Ἀγρώστεως ἡ ῥίζα καταπλασσομένη, ἔλαιον τὸ γλυκύτατον ἐκ δρυπεποῦς μάλιστα τοῦ καρποῦ.</w:t>
      </w:r>
    </w:p>
    <w:p>
      <w:pPr>
        <w:jc w:val="center"/>
      </w:pPr>
      <w:r>
        <w:rPr>
          <w:rFonts w:ascii="Gentium Plus" w:hAnsi="Gentium Plus"/>
          <w:b/>
          <w:sz w:val="24"/>
        </w:rPr>
        <w:t>Ὅσα ῥωστικά.</w:t>
      </w:r>
    </w:p>
    <w:p>
      <w:r>
        <w:rPr>
          <w:rFonts w:ascii="Courier New" w:hAnsi="Courier New"/>
          <w:color w:val="555555"/>
          <w:sz w:val="20"/>
        </w:rPr>
        <w:t>[2 . 10 . 1]</w:t>
      </w:r>
    </w:p>
    <w:p>
      <w:r>
        <w:rPr>
          <w:rFonts w:ascii="Gentium Plus" w:hAnsi="Gentium Plus"/>
          <w:sz w:val="24"/>
        </w:rPr>
        <w:t>Κασία, κηκὶς ὀμφακῖτις· στοιχὰς ῥώννυσι τά τε σπλάγχνα πάντα καὶ πᾶσαν τοῦ ζῴου τὴν ἕξιν· φοίνικος ὁ καρπὸς ἔξωθέν τε ἐπιτιθέ‐ μενος καὶ ἔσωθεν λαμβανόμενος, ἀψίνθιον.</w:t>
      </w:r>
    </w:p>
    <w:p>
      <w:pPr>
        <w:jc w:val="center"/>
      </w:pPr>
      <w:r>
        <w:rPr>
          <w:rFonts w:ascii="Gentium Plus" w:hAnsi="Gentium Plus"/>
          <w:b/>
          <w:sz w:val="24"/>
        </w:rPr>
        <w:t>Ὅσα συμπεπτικά.</w:t>
      </w:r>
    </w:p>
    <w:p>
      <w:r>
        <w:rPr>
          <w:rFonts w:ascii="Courier New" w:hAnsi="Courier New"/>
          <w:color w:val="555555"/>
          <w:sz w:val="20"/>
        </w:rPr>
        <w:t>[2 . 11 . 1]</w:t>
      </w:r>
    </w:p>
    <w:p>
      <w:r>
        <w:rPr>
          <w:rFonts w:ascii="Gentium Plus" w:hAnsi="Gentium Plus"/>
          <w:sz w:val="24"/>
        </w:rPr>
        <w:t>Ἄμωμον μᾶλλον ἀκόρου καὶ ἀσάρου ῥίζης, ἀσταφὶς ἥμερος, κηρός, λάδανον, κόλλα ἡ εἰς τὰ βιβλία, κρόκος, λιβανωτός, πίσσα, Αἰγυπτία μαστίχη, ῥόδινον ἔλαιον, σμύρνα, στύραξ, χαλβάνη, χόνδρος, βούτυρον, οἴσυπον, στέαρ ὕειον ἐλαίου μᾶλλον.</w:t>
      </w:r>
    </w:p>
    <w:p>
      <w:pPr>
        <w:jc w:val="center"/>
      </w:pPr>
      <w:r>
        <w:rPr>
          <w:rFonts w:ascii="Gentium Plus" w:hAnsi="Gentium Plus"/>
          <w:b/>
          <w:sz w:val="24"/>
        </w:rPr>
        <w:t>Ὅσα ἐκπυητικά.</w:t>
      </w:r>
    </w:p>
    <w:p>
      <w:r>
        <w:rPr>
          <w:rFonts w:ascii="Courier New" w:hAnsi="Courier New"/>
          <w:color w:val="555555"/>
          <w:sz w:val="20"/>
        </w:rPr>
        <w:t>[2 . 12 . 1]</w:t>
      </w:r>
    </w:p>
    <w:p>
      <w:r>
        <w:rPr>
          <w:rFonts w:ascii="Gentium Plus" w:hAnsi="Gentium Plus"/>
          <w:sz w:val="24"/>
        </w:rPr>
        <w:t>Χρησιμώτατόν ἐστιν εἰς πύου γένεσιν τῶν καταντλουμένων μὲν ὕδωρ εὔκρατον ἢ ὑδρέλαιον, τῶν δ’ ἐπιβρεχομένων ἔλαιον εὔκρατον, ἐπιπλασμάτων δὲ τό τε πύρινον ἄλευρον δι’ ὑδρελαίου καὶ ἄρτος. ἕψεσθαι δὲ δεῖ συμμέτρως· τὸ μὲν γὰρ ἐπὶ πλεῖστον ἡψημένον ταῖς</w:t>
      </w:r>
    </w:p>
    <w:p>
      <w:r>
        <w:rPr>
          <w:rFonts w:ascii="Courier New" w:hAnsi="Courier New"/>
          <w:color w:val="555555"/>
          <w:sz w:val="20"/>
        </w:rPr>
        <w:t>[5]</w:t>
      </w:r>
    </w:p>
    <w:p>
      <w:r>
        <w:rPr>
          <w:rFonts w:ascii="Gentium Plus" w:hAnsi="Gentium Plus"/>
          <w:sz w:val="24"/>
        </w:rPr>
        <w:t>δυσπεπτοτέραις ἁρμόττει φλεγμοναῖς, τὸ δ’ ἐπ’ ἔλαττον ταῖς πάνυ θερμαῖς καὶ ζεούσαις, καὶ τὸ μὲν ἐλαίου πλέον ἔχον ἐπὶ τῶν δυσ‐ πεπτοτέρων, τὸ δ’ ἧττον ἐπὶ τῶν ζεουσῶν. καὶ τὸ μὲν ἐξ ἄρτου κατά‐ πλασμα ταῖς δυσπεπτοτέραις ἁρμόττει φλεγμοναῖς· ἔχει γάρ τι καὶ ζύμης καὶ ἁλῶν ὁ ἄρτος· τὸ δ’ ἐξ ἀλεύρου πυρίνου ταῖς θερμοτέραις.</w:t>
      </w:r>
    </w:p>
    <w:p>
      <w:r>
        <w:rPr>
          <w:rFonts w:ascii="Courier New" w:hAnsi="Courier New"/>
          <w:color w:val="555555"/>
          <w:sz w:val="20"/>
        </w:rPr>
        <w:t>[10]</w:t>
      </w:r>
    </w:p>
    <w:p>
      <w:r>
        <w:rPr>
          <w:rFonts w:ascii="Gentium Plus" w:hAnsi="Gentium Plus"/>
          <w:sz w:val="24"/>
        </w:rPr>
        <w:t>αὐτοῦ δ’ αὖ πάλιν τοῦ πυρίνου ἀλεύρου καὶ τοῦ ἄρτου μᾶλλον ὁ καθαρὸς ἐκπυΐσκει· καὶ τῶν φαρμάκων δὲ τῶν ἐπιτιθεμένων τοῖς φλεγ‐ μαίνουσιν ἕλκεσι συντελεῖ πρὸς τὴν ἐκπύησιν, τό τε χοίρειον στέαρ καὶ τὸ μόσχειον καὶ βούτυρον καὶ λιβανωτὸς καὶ πίττα καὶ ῥητίνη διηθεῖσαι δηλονότι μετ’ ἐλαίου τινός. χρὴ δὲ κἀνταῦθα πρὸς μὲν τὰς</w:t>
      </w:r>
    </w:p>
    <w:p>
      <w:r>
        <w:rPr>
          <w:rFonts w:ascii="Courier New" w:hAnsi="Courier New"/>
          <w:color w:val="555555"/>
          <w:sz w:val="20"/>
        </w:rPr>
        <w:t>[15]</w:t>
      </w:r>
    </w:p>
    <w:p>
      <w:r>
        <w:rPr>
          <w:rFonts w:ascii="Gentium Plus" w:hAnsi="Gentium Plus"/>
          <w:sz w:val="24"/>
        </w:rPr>
        <w:t>ζεούσας φλεγμονὰς διὰ ῥοδίνου τήκειν αὐτά, πρὸς δὲ τὰς ἄλλας διά τινος τῶν θερμαινόντων, οἷόν ἐστι τὸ παλαιὸν καὶ τὸ Σικυώνιον.</w:t>
      </w:r>
    </w:p>
    <w:p>
      <w:pPr>
        <w:jc w:val="center"/>
      </w:pPr>
      <w:r>
        <w:rPr>
          <w:rFonts w:ascii="Gentium Plus" w:hAnsi="Gentium Plus"/>
          <w:b/>
          <w:sz w:val="24"/>
        </w:rPr>
        <w:t>Ὅσα μαλάττει.</w:t>
      </w:r>
    </w:p>
    <w:p>
      <w:r>
        <w:rPr>
          <w:rFonts w:ascii="Courier New" w:hAnsi="Courier New"/>
          <w:color w:val="555555"/>
          <w:sz w:val="20"/>
        </w:rPr>
        <w:t>[2 . 13 . 1]</w:t>
      </w:r>
    </w:p>
    <w:p>
      <w:r>
        <w:rPr>
          <w:rFonts w:ascii="Gentium Plus" w:hAnsi="Gentium Plus"/>
          <w:sz w:val="24"/>
        </w:rPr>
        <w:t>Τῶν μαλακτικῶν φαρμάκων ἐστὶ τό τε αἴγειον στέαρ καὶ τὸ τῆς ἀλεκτορίδος, ἀλλ’ ἀσθενέστερον καὶ τὰς μετρίας μαλάττει σκληρότητας· ἰσχυρότερον δὲ τοῦ μὲν τῶν ἀλεκτορίδων ἐστὶ τὸ χήνειον, τοῦ δὲ τῶν αἰγῶν τὸ τράγειον· ἰσχυρὸν δὲ καὶ τὸ ταύρειον, ἀλλ’ ἧττον τοῦ τρα‐</w:t>
      </w:r>
    </w:p>
    <w:p>
      <w:r>
        <w:rPr>
          <w:rFonts w:ascii="Courier New" w:hAnsi="Courier New"/>
          <w:color w:val="555555"/>
          <w:sz w:val="20"/>
        </w:rPr>
        <w:t>[5]</w:t>
      </w:r>
    </w:p>
    <w:p>
      <w:r>
        <w:rPr>
          <w:rFonts w:ascii="Gentium Plus" w:hAnsi="Gentium Plus"/>
          <w:sz w:val="24"/>
        </w:rPr>
        <w:t>γείου. διαφορητικώτερα δὲ τούτων καὶ μαλακτικώτερα τὸ λεόντειον καὶ παρδάλειον καὶ τὸ τῆς ὑαίνης· καὶ μέντοι καὶ ὁ μυελὸς ὁ ἐλάφειος ἱκανῶς μαλάττει, καὶ μετ’ αὐτὸν ὁ μόσχειος· βελτίων δ’ ὁ ἐκ τῶν ὀστῶν τοῦ ἐκ τῆς ῥάχεως. ἐκ ταὐτοῦ δὲ τοῦ γένους ἐστὶ τοῖς εἰρη‐ μένοις, ἀλλ’ ἰσχυρότερα τό τε ἀμμωνιακὸν θυμίαμα καὶ μᾶλλον τὸ</w:t>
      </w:r>
    </w:p>
    <w:p>
      <w:r>
        <w:rPr>
          <w:rFonts w:ascii="Courier New" w:hAnsi="Courier New"/>
          <w:color w:val="555555"/>
          <w:sz w:val="20"/>
        </w:rPr>
        <w:t>[10]</w:t>
      </w:r>
    </w:p>
    <w:p>
      <w:r>
        <w:rPr>
          <w:rFonts w:ascii="Gentium Plus" w:hAnsi="Gentium Plus"/>
          <w:sz w:val="24"/>
        </w:rPr>
        <w:t>λιπαρὸν καὶ νέον καὶ ὁ στύραξ καὶ ἡ χαλβάνη καὶ 〈τὸ〉 βδέλλιον τὸ Σκυθικόν, ὃ δὴ καὶ μελάντερόν ἐστι καὶ ῥητινωδέστερον. καλλίω δ’ ἐστὶ τῶν εἰρημένων ὅσα νέα· παλαιούμενα γὰρ δριμύτερα γίνεται καὶ ξηραντικώτερα. οὐ χρὴ δ’ ἔχειν ἁλῶν τὰ μαλακτικά· ξηραίνουσι γὰρ σφοδρῶς οἱ ἅλες. καὶ μὲν δὴ καὶ τὸ Σικυώνιον ἔλαιον ἐκ τοῦ γένους</w:t>
      </w:r>
    </w:p>
    <w:p>
      <w:r>
        <w:rPr>
          <w:rFonts w:ascii="Courier New" w:hAnsi="Courier New"/>
          <w:color w:val="555555"/>
          <w:sz w:val="20"/>
        </w:rPr>
        <w:t>[15]</w:t>
      </w:r>
    </w:p>
    <w:p>
      <w:r>
        <w:rPr>
          <w:rFonts w:ascii="Gentium Plus" w:hAnsi="Gentium Plus"/>
          <w:sz w:val="24"/>
        </w:rPr>
        <w:t>ἐστὶ τούτων καὶ τὸ ἀπὸ τοῦ κρίνου καὶ τὸ ἀπὸ τῆς ἐλαίας τὸ γλυ‐ κύτατον ἐκ δρυπεποῦς μάλιστα τοῦ καρποῦ γινόμενον, ἀνθεμὶς ἡ καὶ χαμαίμηλον ὀνομαζομένη καὶ ἀλθαίας καὶ ἀγρίου σικύου ἡ ῥίζα καθ‐ εψηθέντα ἐν ἐλαίῳ ἢ ἐν ὕδατι, καὶ τῆς ἀγρίας μαλάχης τὰ φύλλα, καὶ ὠμὰ καὶ ἑφθά (ἡ δ’ ἀναδενδρομαλάχη ἰσχυροτέρα), καὶ ὁ καρπὸς</w:t>
      </w:r>
    </w:p>
    <w:p>
      <w:r>
        <w:rPr>
          <w:rFonts w:ascii="Courier New" w:hAnsi="Courier New"/>
          <w:color w:val="555555"/>
          <w:sz w:val="20"/>
        </w:rPr>
        <w:t>[20]</w:t>
      </w:r>
    </w:p>
    <w:p>
      <w:r>
        <w:rPr>
          <w:rFonts w:ascii="Gentium Plus" w:hAnsi="Gentium Plus"/>
          <w:sz w:val="24"/>
        </w:rPr>
        <w:t>αὐτῶν ἰσχυρότερος· λιβανωτίδες αἱ τρεῖς, μαστίχη Χία, τερμινθίνη καὶ μᾶλλον κολοφωνία ἡ παραπλησία τῇ Χίᾳ μαστίχῃ (ὁμοίως αὐτῇ καὶ ἡ Αἰγυπτία μαστίχη), ὀποπάναξ, ῥύπος ὁ ἀπὸ τῶν ἀνδριάντων, πάτος ὁ ἀπὸ παλαίστρας, γλοιὸς ὁ ἀπὸ λουτρῶν καὶ τὸ βούτυρον.</w:t>
      </w:r>
    </w:p>
    <w:p>
      <w:pPr>
        <w:jc w:val="center"/>
      </w:pPr>
      <w:r>
        <w:rPr>
          <w:rFonts w:ascii="Gentium Plus" w:hAnsi="Gentium Plus"/>
          <w:b/>
          <w:sz w:val="24"/>
        </w:rPr>
        <w:t>Ὅσα ἐκφρακτικὰ καὶ καθαρτικὰ τῶν πόρων.</w:t>
      </w:r>
    </w:p>
    <w:p>
      <w:r>
        <w:rPr>
          <w:rFonts w:ascii="Courier New" w:hAnsi="Courier New"/>
          <w:color w:val="555555"/>
          <w:sz w:val="20"/>
        </w:rPr>
        <w:t>[2 . 14 . 1]</w:t>
      </w:r>
    </w:p>
    <w:p>
      <w:r>
        <w:rPr>
          <w:rFonts w:ascii="Gentium Plus" w:hAnsi="Gentium Plus"/>
          <w:sz w:val="24"/>
        </w:rPr>
        <w:t>Ἀγαρικόν, ἀκαλήφης τὸ σπέρμα, ἀμύγδαλα πικρὰ καὶ τὸ δένδρον αὐτό, ἀδίαντον, ἄρου αἱ ῥίζαι, γλήχων, δρακόντιον, δαῦκος ὁ καὶ στα‐ φυλῖνος, γεντιανῆς ῥίζα πάνυ, ἑλενίου ἡ ῥίζα, ἐρυσίμου σπέρμα, ἐρέ‐ βινθοι, εὐπατόριος ἡ πόα ἄνευ τοῦ θερμαίνειν ἐπιφανῶς, ἰσχάδων αἱ</w:t>
      </w:r>
    </w:p>
    <w:p>
      <w:r>
        <w:rPr>
          <w:rFonts w:ascii="Courier New" w:hAnsi="Courier New"/>
          <w:color w:val="555555"/>
          <w:sz w:val="20"/>
        </w:rPr>
        <w:t>[5]</w:t>
      </w:r>
    </w:p>
    <w:p>
      <w:r>
        <w:rPr>
          <w:rFonts w:ascii="Gentium Plus" w:hAnsi="Gentium Plus"/>
          <w:sz w:val="24"/>
        </w:rPr>
        <w:t>λιπαραί, θύμα, καλαμίνθη, κοκκυμηλέας κόμμι, λευκακάνθου ἡ ῥίζα, λιβανωτίδες αἱ τρεῖς, μελάνθιον, ὀξυακάνθου ὁ καρπός, πήγανον, πευ‐ κεδάνου ὁ ὀπὸς καὶ ἡ ῥίζα, στοιχάς, χαμαίδρυς, χαμαιπίτυς, ὅσα τε ἄλλα κρατοῦσαν ἐν ἑαυτοῖς ἔχει τὴν πικρὰν ποιότητα· καὶ γὰρ τὸ λίτρον αὐτὸ καὶ τὸ ἀφρόλιτρον καὶ ἁλὸς ἄχνη καὶ ἐλαῖαι, ὅσα τε ἄλλα</w:t>
      </w:r>
    </w:p>
    <w:p>
      <w:r>
        <w:rPr>
          <w:rFonts w:ascii="Courier New" w:hAnsi="Courier New"/>
          <w:color w:val="555555"/>
          <w:sz w:val="20"/>
        </w:rPr>
        <w:t>[10]</w:t>
      </w:r>
    </w:p>
    <w:p>
      <w:r>
        <w:rPr>
          <w:rFonts w:ascii="Gentium Plus" w:hAnsi="Gentium Plus"/>
          <w:sz w:val="24"/>
        </w:rPr>
        <w:t>τοιαῦτα σὺν ἐδέσμασί τε καὶ πόμασι λαμβανόμενα τῆς αὐτῆς δυνάμεώς ἐστιν. εὐθὺς δὲ τούτοις ὑπάρχει πᾶσι καὶ λεπτυντικοῖς εἶναι παχέων τε καὶ γλίσχρων χυμῶν, ὥστε οὐδὲ τῶν ἐκ θώρακός τε καὶ πνεύμονος ἤτοι φλεγμάτων γλίσχρων ἢ πύου τμητικώτερα καὶ λεπτυντικώτερα καὶ πρὸς τὴν ἀναγωγὴν ἐπιτηδειότερα δύναιο ἂν εὑρεῖν ἕτερα πρὸ</w:t>
      </w:r>
    </w:p>
    <w:p>
      <w:r>
        <w:rPr>
          <w:rFonts w:ascii="Courier New" w:hAnsi="Courier New"/>
          <w:color w:val="555555"/>
          <w:sz w:val="20"/>
        </w:rPr>
        <w:t>[15]</w:t>
      </w:r>
    </w:p>
    <w:p>
      <w:r>
        <w:rPr>
          <w:rFonts w:ascii="Gentium Plus" w:hAnsi="Gentium Plus"/>
          <w:sz w:val="24"/>
        </w:rPr>
        <w:t>τούτων φάρμακα. τοῖς δ’ αὐτοῖς τούτοις καὶ τὰς καθ’ ἧπαρ ἐμφράξεις ἐκκαθαίρειν ὑπάρχει καὶ τὰς κατὰ σπλῆνα τὰς μετρίας· αἱ γὰρ ἰσχυ‐ ρότεραι τῶν σφοδροτέρων προσδέονται, καππάρεως τῆς ῥίζης τοῦ φλοιοῦ καὶ τῶν τοιούτων.</w:t>
      </w:r>
    </w:p>
    <w:p>
      <w:pPr>
        <w:jc w:val="center"/>
      </w:pPr>
      <w:r>
        <w:rPr>
          <w:rFonts w:ascii="Gentium Plus" w:hAnsi="Gentium Plus"/>
          <w:b/>
          <w:sz w:val="24"/>
        </w:rPr>
        <w:t>Ὅσα ῥύπτει.</w:t>
      </w:r>
    </w:p>
    <w:p>
      <w:r>
        <w:rPr>
          <w:rFonts w:ascii="Courier New" w:hAnsi="Courier New"/>
          <w:color w:val="555555"/>
          <w:sz w:val="20"/>
        </w:rPr>
        <w:t>[2 . 15 . 1]</w:t>
      </w:r>
    </w:p>
    <w:p>
      <w:r>
        <w:rPr>
          <w:rFonts w:ascii="Gentium Plus" w:hAnsi="Gentium Plus"/>
          <w:sz w:val="24"/>
        </w:rPr>
        <w:t>Ῥύπτει μὲν καὶ ταῦτα ὅσα τοὺς πόρους ἐκφράττει καὶ τέμνει τοὺς παχεῖς χυμούς, καὶ τὰ νῦν δὲ λεχθησόμενα· αἰγεία κόπρος καυ‐ θεῖσα καὶ ἄκαυστος, τῶν ὀστρακοδέρμων πάντων καὶ σηπέας τὰ ὄστρακα, ἐχίνων ἀμφοτέρων καυθέντων ἡ τέφρα, ὀρὸς γάλακτος, μέλι, ἀμπέλου</w:t>
      </w:r>
    </w:p>
    <w:p>
      <w:r>
        <w:rPr>
          <w:rFonts w:ascii="Courier New" w:hAnsi="Courier New"/>
          <w:color w:val="555555"/>
          <w:sz w:val="20"/>
        </w:rPr>
        <w:t>[5]</w:t>
      </w:r>
    </w:p>
    <w:p>
      <w:r>
        <w:rPr>
          <w:rFonts w:ascii="Gentium Plus" w:hAnsi="Gentium Plus"/>
          <w:sz w:val="24"/>
        </w:rPr>
        <w:t>ἀγρίας οἱ βότρυες (οἱ δὲ τῆς ἡμέρου ἔλαττον), ἀμπέλου λευκῆς τῆς καὶ βρυωνίας ἡ ῥίζα, ἀμύγδαλα ἐδώδιμα καὶ αὐτὸ τὸ δένδρον, ἀναγαλ‐ λίδες ἱκανῶς ἀμφότεραι, ἀνεμῶναι πᾶσαι, ἀριστολοχία μακρά, ἀρνο‐ γλώσσου τὰ φύλλα καὶ μᾶλλον τὰ ξηρά, ἄρον, ἀσπάραγος μυακάνθινος, ἀσταφὶς ἀγρία, ἀσφοδέλου ἡ ῥίζα, ἀτραφάξυος ὁ καρπός, ἀψινθίου ὁ</w:t>
      </w:r>
    </w:p>
    <w:p>
      <w:r>
        <w:rPr>
          <w:rFonts w:ascii="Courier New" w:hAnsi="Courier New"/>
          <w:color w:val="555555"/>
          <w:sz w:val="20"/>
        </w:rPr>
        <w:t>[10]</w:t>
      </w:r>
    </w:p>
    <w:p>
      <w:r>
        <w:rPr>
          <w:rFonts w:ascii="Gentium Plus" w:hAnsi="Gentium Plus"/>
          <w:sz w:val="24"/>
        </w:rPr>
        <w:t>χυλός, βολβὸς ἐπιπλαττόμενος, ἐλλέβορος ἑκάτερος, ἑλξίνη ἡ καὶ περ‐ δίκιον, ἰτέας ὁ καρπός, καλάμου φραγμίτου ἡ ῥίζα σὺν τοῖς φύλλοις ἱκανῶς ἄνευ δριμύτητος καὶ τὰ φύλλα αὐτοῦ καὶ ὁ φλοιὸς καυθεὶς μετρίως, κενταύριον τὸ μικρὸν καὶ ὁ χυλὸς αὐτοῦ, κριθαὶ μετρίως, κρίνου τὰ φύλλα καὶ ἡ ῥίζα λειουμένη μετρίως, κυάμου ἡ σὰρξ μετρίως,</w:t>
      </w:r>
    </w:p>
    <w:p>
      <w:r>
        <w:rPr>
          <w:rFonts w:ascii="Courier New" w:hAnsi="Courier New"/>
          <w:color w:val="555555"/>
          <w:sz w:val="20"/>
        </w:rPr>
        <w:t>[15]</w:t>
      </w:r>
    </w:p>
    <w:p>
      <w:r>
        <w:rPr>
          <w:rFonts w:ascii="Gentium Plus" w:hAnsi="Gentium Plus"/>
          <w:sz w:val="24"/>
        </w:rPr>
        <w:t>λειχὴν ὁ ἐπὶ τῶν πετρῶν, λευκοΐου πᾶς ὁ θάμνος, λεύκη τὸ δένδρον, λωτὸς ἢ τρίφυλλον, μῆον, νυμφαίας ἑκατέρας ἡ ῥίζα, πίσσα, πλατάνου ὁ φλοιὸς καυθείς, μελισσόφυλλον, πράσιον καταπλασσόμενον, πρόπολις μετρίως, πτελέας τὰ φύλλα (ὁ δὲ φλοιὸς καὶ ἡ ῥίζα μᾶλλον), πτισάνη, τερμινθίνη πλέον τῆς μαστίχης, σαγαπηνὸν μετρίως, σίκυος πέπων</w:t>
      </w:r>
    </w:p>
    <w:p>
      <w:r>
        <w:rPr>
          <w:rFonts w:ascii="Courier New" w:hAnsi="Courier New"/>
          <w:color w:val="555555"/>
          <w:sz w:val="20"/>
        </w:rPr>
        <w:t>[20]</w:t>
      </w:r>
    </w:p>
    <w:p>
      <w:r>
        <w:rPr>
          <w:rFonts w:ascii="Gentium Plus" w:hAnsi="Gentium Plus"/>
          <w:sz w:val="24"/>
        </w:rPr>
        <w:t>(μᾶλλον δ’ αὐτοῦ τῆς σαρκὸς τὸ σπέρμα καὶ ἡ ῥίζα ξηρανθέντα), σικύου ἀγρίου ῥίζα, σμύρνα, στρουθίου ἡ ῥίζα, τεῦτλον, τιθύμαλλοι καὶ</w:t>
      </w:r>
    </w:p>
    <w:p>
      <w:r>
        <w:rPr>
          <w:rFonts w:ascii="Courier New" w:hAnsi="Courier New"/>
          <w:color w:val="555555"/>
          <w:sz w:val="20"/>
        </w:rPr>
        <w:t>[25]</w:t>
      </w:r>
    </w:p>
    <w:p>
      <w:r>
        <w:rPr>
          <w:rFonts w:ascii="Gentium Plus" w:hAnsi="Gentium Plus"/>
          <w:sz w:val="24"/>
        </w:rPr>
        <w:t>καὶ κεκαυμένη, λιθάργυρος μετρίως, ὄστρακον καὶ μᾶλλον τὸ ἐκ τῶν κριβάνων, κέρας ἐλάφου καὶ αἰγὸς κεκαυμένα.</w:t>
      </w:r>
    </w:p>
    <w:p>
      <w:pPr>
        <w:jc w:val="center"/>
      </w:pPr>
      <w:r>
        <w:rPr>
          <w:rFonts w:ascii="Gentium Plus" w:hAnsi="Gentium Plus"/>
          <w:b/>
          <w:sz w:val="24"/>
        </w:rPr>
        <w:t>Ὅσα οὐρητικά.</w:t>
      </w:r>
    </w:p>
    <w:p>
      <w:r>
        <w:rPr>
          <w:rFonts w:ascii="Courier New" w:hAnsi="Courier New"/>
          <w:color w:val="555555"/>
          <w:sz w:val="20"/>
        </w:rPr>
        <w:t>[2 . 16 . 1]</w:t>
      </w:r>
    </w:p>
    <w:p>
      <w:r>
        <w:rPr>
          <w:rFonts w:ascii="Gentium Plus" w:hAnsi="Gentium Plus"/>
          <w:sz w:val="24"/>
        </w:rPr>
        <w:t>Σελίνου, πετροσελίνου, μαράθου, δαύκου, σμυρνίου, ἀνήσου σπέρμα, ἄμι, ἄσαρον, ἄκορον, ἀσπάραγος βασιλικὸς καὶ ὁ ἕλειος καὶ ὀξυμύρ‐ σινος καὶ ὀξυακάνθινος, βδέλλιον Ἀραβικόν, βρυωνία, χαμαιδάφνη, ἐρέβινθοι καὶ μᾶλλον οἱ κριοί, ἕρπυλλον, θύμα, καρώ, αὐτό τε καὶ τὸ</w:t>
      </w:r>
    </w:p>
    <w:p>
      <w:r>
        <w:rPr>
          <w:rFonts w:ascii="Courier New" w:hAnsi="Courier New"/>
          <w:color w:val="555555"/>
          <w:sz w:val="20"/>
        </w:rPr>
        <w:t>[5]</w:t>
      </w:r>
    </w:p>
    <w:p>
      <w:r>
        <w:rPr>
          <w:rFonts w:ascii="Gentium Plus" w:hAnsi="Gentium Plus"/>
          <w:sz w:val="24"/>
        </w:rPr>
        <w:t>σπέρμα αὐτοῦ, καυκαλίς, κόστος, κοτυληδόνος τὰ φύλλα σὺν τῇ ῥίζῃ ἐσθιόμενα, κύμινον, κυπέρου ῥίζαι, μῆον, ναρδοστάχυς, νάρδος Κελτική, πόλιον, πήγανον, σέσελι, σίκυος ὁ ἐδώδιμος, μηλοπέπων, σίνων, σκάνδιξ, σκόρδιον, σταφυλῖνος καὶ μάλιστα τὸ σπέρμα αὐτοῦ, σχοίνου ἄνθος, τερμίνθου ὁ καρπός, τρίφυλλον ἢ καὶ ἀσφάλτιον, ὑπερικοῦ ὁ καρπὸς</w:t>
      </w:r>
    </w:p>
    <w:p>
      <w:r>
        <w:rPr>
          <w:rFonts w:ascii="Courier New" w:hAnsi="Courier New"/>
          <w:color w:val="555555"/>
          <w:sz w:val="20"/>
        </w:rPr>
        <w:t>[10]</w:t>
      </w:r>
    </w:p>
    <w:p>
      <w:r>
        <w:rPr>
          <w:rFonts w:ascii="Gentium Plus" w:hAnsi="Gentium Plus"/>
          <w:sz w:val="24"/>
        </w:rPr>
        <w:t>ὅλος, φοῦ, χαμαίδρυς, χαμαιπίτυς. ἀψίνθιον καὶ μάλιστα τὸ ἐν φλεψὶ χολῶδες ἐκκαθαίρει· βράθυ αἷμα δι’ οὔρων κινεῖ· ἡ τοῦ ἐρυθροδάνου ῥίζα οὖρα παχέα καὶ πολλὰ καί ποτε καὶ αἱματώδη κινεῖ· καπνεῖος προτρέπει οὖρα χολώδη πολλά· ὄροβος πλείων ληφθεὶς αἷμα δι’ οὔρων ἄγει· σκολύμου ἡ ῥίζα πλῆθος οὔρων ἄγει δυσωδῶν, εἴ τις αὐτὴν ἐν</w:t>
      </w:r>
    </w:p>
    <w:p>
      <w:r>
        <w:rPr>
          <w:rFonts w:ascii="Courier New" w:hAnsi="Courier New"/>
          <w:color w:val="555555"/>
          <w:sz w:val="20"/>
        </w:rPr>
        <w:t>[15]</w:t>
      </w:r>
    </w:p>
    <w:p>
      <w:r>
        <w:rPr>
          <w:rFonts w:ascii="Gentium Plus" w:hAnsi="Gentium Plus"/>
          <w:sz w:val="24"/>
        </w:rPr>
        <w:t>οἴνῳ καθεψήσας πίνοι, καὶ διὰ τοῦτο καὶ τὰς δυσωδίας ἰᾶται τῶν τε μασχαλῶν καὶ ὅλου τοῦ σώματος, καθαίρουσα τὸν τοιοῦτον χυμόν. μελίκρατον, ὀξύμελι, οἶνος λεπτὸς καὶ ὑδατώδης, τὸ ἀπόβρεγμα τῶν στεμφύλων, ὃ τρύγα καλοῦσιν.</w:t>
      </w:r>
    </w:p>
    <w:p>
      <w:pPr>
        <w:jc w:val="center"/>
      </w:pPr>
      <w:r>
        <w:rPr>
          <w:rFonts w:ascii="Gentium Plus" w:hAnsi="Gentium Plus"/>
          <w:b/>
          <w:sz w:val="24"/>
        </w:rPr>
        <w:t>Ὅσα ἀνακαθαίρει τὸν θώρακα καὶ τὸν πνεύμονα.</w:t>
      </w:r>
    </w:p>
    <w:p>
      <w:r>
        <w:rPr>
          <w:rFonts w:ascii="Courier New" w:hAnsi="Courier New"/>
          <w:color w:val="555555"/>
          <w:sz w:val="20"/>
        </w:rPr>
        <w:t>[2 . 17 . 1]</w:t>
      </w:r>
    </w:p>
    <w:p>
      <w:r>
        <w:rPr>
          <w:rFonts w:ascii="Gentium Plus" w:hAnsi="Gentium Plus"/>
          <w:sz w:val="24"/>
        </w:rPr>
        <w:t>Τὰ ἐκφρακτικὰ πάντα ὅσα ἔμπροσθεν ἀναγέγραπται καὶ προσέτι στρόβιλος ὅλος χλωρός, πιτυΐδες, βούτυρον, καστόριον ἐπ’ ἀνθράκων θυμιώμενον ἑλκόμενόν τε διὰ τῆς εἰσπνοῆς· ὠφελεῖ δὲ μάλιστα τὰ</w:t>
      </w:r>
    </w:p>
    <w:p>
      <w:r>
        <w:rPr>
          <w:rFonts w:ascii="Courier New" w:hAnsi="Courier New"/>
          <w:color w:val="555555"/>
          <w:sz w:val="20"/>
        </w:rPr>
        <w:t>[2 . 17 . 2]</w:t>
      </w:r>
    </w:p>
    <w:p>
      <w:r>
        <w:rPr>
          <w:rFonts w:ascii="Gentium Plus" w:hAnsi="Gentium Plus"/>
          <w:sz w:val="24"/>
        </w:rPr>
        <w:t>κατὰ πνεύμονα καὶ ἐγκέφαλον ὑγρὰ καὶ ψυχρὰ πάθη. νάρδου στάχυς τὰ κατὰ τὴν κεφαλὴν καὶ τὸν θώρακα ῥεύματα ξηραίνει.</w:t>
      </w:r>
    </w:p>
    <w:p>
      <w:pPr>
        <w:jc w:val="center"/>
      </w:pPr>
      <w:r>
        <w:rPr>
          <w:rFonts w:ascii="Gentium Plus" w:hAnsi="Gentium Plus"/>
          <w:b/>
          <w:sz w:val="24"/>
        </w:rPr>
        <w:t>Ὅσα τοὺς νεφροὺς καθαίρει.</w:t>
      </w:r>
    </w:p>
    <w:p>
      <w:r>
        <w:rPr>
          <w:rFonts w:ascii="Courier New" w:hAnsi="Courier New"/>
          <w:color w:val="555555"/>
          <w:sz w:val="20"/>
        </w:rPr>
        <w:t>[2 . 18 . 1]</w:t>
      </w:r>
    </w:p>
    <w:p>
      <w:r>
        <w:rPr>
          <w:rFonts w:ascii="Gentium Plus" w:hAnsi="Gentium Plus"/>
          <w:sz w:val="24"/>
        </w:rPr>
        <w:t>Τὰ προειρημένα πάντα τμητικὰ καὶ προσέτι ἀρνογλώσσου αἱ ῥίζαι καὶ τὰ φύλλα καὶ μᾶλλον ὁ καρπός, ἀσπάραγος μυακάνθινος καὶ μά‐</w:t>
      </w:r>
    </w:p>
    <w:p>
      <w:pPr>
        <w:jc w:val="center"/>
      </w:pPr>
      <w:r>
        <w:rPr>
          <w:rFonts w:ascii="Gentium Plus" w:hAnsi="Gentium Plus"/>
          <w:b/>
          <w:sz w:val="24"/>
        </w:rPr>
        <w:t>Ὅσα ἀραιωτικὰ τοῦ δέρματος.</w:t>
      </w:r>
    </w:p>
    <w:p>
      <w:r>
        <w:rPr>
          <w:rFonts w:ascii="Courier New" w:hAnsi="Courier New"/>
          <w:color w:val="555555"/>
          <w:sz w:val="20"/>
        </w:rPr>
        <w:t>[2 . 19 . 1]</w:t>
      </w:r>
    </w:p>
    <w:p>
      <w:r>
        <w:rPr>
          <w:rFonts w:ascii="Gentium Plus" w:hAnsi="Gentium Plus"/>
          <w:sz w:val="24"/>
        </w:rPr>
        <w:t>Χαμαίμηλον καὶ ἀλθαία καὶ τὸ δι’ αὐτῶν ἔλαιον, οὐχ ἥκιστα δὲ καὶ τὸ δι’ ἀγρίου σικύου· ἀλλὰ καὶ τὸ παλαιὸν ἔλαιον ἐκ τῆς αὐτῆς ἐστιν ἰδέας· ἀβρότονον κεκαυμένον.</w:t>
      </w:r>
    </w:p>
    <w:p>
      <w:pPr>
        <w:jc w:val="center"/>
      </w:pPr>
      <w:r>
        <w:rPr>
          <w:rFonts w:ascii="Gentium Plus" w:hAnsi="Gentium Plus"/>
          <w:b/>
          <w:sz w:val="24"/>
        </w:rPr>
        <w:t>Ὅσα ἀναστομοῖ τὰ στόματα τῶν ἀγγείων.</w:t>
      </w:r>
    </w:p>
    <w:p>
      <w:r>
        <w:rPr>
          <w:rFonts w:ascii="Courier New" w:hAnsi="Courier New"/>
          <w:color w:val="555555"/>
          <w:sz w:val="20"/>
        </w:rPr>
        <w:t>[2 . 20 . 1]</w:t>
      </w:r>
    </w:p>
    <w:p>
      <w:r>
        <w:rPr>
          <w:rFonts w:ascii="Gentium Plus" w:hAnsi="Gentium Plus"/>
          <w:sz w:val="24"/>
        </w:rPr>
        <w:t>Κυκλάμινος, ἀνεμῶναι πᾶσαι, σκόροδον, κρόμμυον, τῶν ταύρων αἱ χολαί, μύρου ἰρίνου καὶ ἀμαρακίνου ἡ ὑποστάθμη, ἥτις καὶ τὰς αἱμορροΐδας ἀναστομοῖ.</w:t>
      </w:r>
    </w:p>
    <w:p>
      <w:pPr>
        <w:jc w:val="center"/>
      </w:pPr>
      <w:r>
        <w:rPr>
          <w:rFonts w:ascii="Gentium Plus" w:hAnsi="Gentium Plus"/>
          <w:b/>
          <w:sz w:val="24"/>
        </w:rPr>
        <w:t>Ὅσα πυκνωτικά.</w:t>
      </w:r>
    </w:p>
    <w:p>
      <w:r>
        <w:rPr>
          <w:rFonts w:ascii="Courier New" w:hAnsi="Courier New"/>
          <w:color w:val="555555"/>
          <w:sz w:val="20"/>
        </w:rPr>
        <w:t>[2 . 21 . 1]</w:t>
      </w:r>
    </w:p>
    <w:p>
      <w:r>
        <w:rPr>
          <w:rFonts w:ascii="Gentium Plus" w:hAnsi="Gentium Plus"/>
          <w:sz w:val="24"/>
        </w:rPr>
        <w:t>Ὕδωρ ψυχρόν, ἀείζῳον, ἀνδράχνη, τρίβολος χλωρός, ψύλλιον, φακὸς ὁ ἀπὸ τῶν τελμάτων, καὶ ἁπλῶς ὅσα ψύχει μὴ ξηραίνοντα· διὸ καὶ μανδραγόρας καὶ κώνειον ὑοσκύαμός τε καὶ μήκων· αὐτὰς δὲ λέγω νῦν τὰς πόας, αἷς εἰ μὲν μετρίως χρήσαιτό τις, πυκνωτικώταται ταῖς</w:t>
      </w:r>
    </w:p>
    <w:p>
      <w:r>
        <w:rPr>
          <w:rFonts w:ascii="Courier New" w:hAnsi="Courier New"/>
          <w:color w:val="555555"/>
          <w:sz w:val="20"/>
        </w:rPr>
        <w:t>[5]</w:t>
      </w:r>
    </w:p>
    <w:p>
      <w:r>
        <w:rPr>
          <w:rFonts w:ascii="Gentium Plus" w:hAnsi="Gentium Plus"/>
          <w:sz w:val="24"/>
        </w:rPr>
        <w:t>δυνάμεσιν ὑπάρχουσιν, εἰ δ’ ἐπὶ πλέον, οὐ πυκνωτικοὶ μόνον, ἀλλ’ ἤδη καὶ ναρκωτικαί, εἰ δ’ ἐπὶ πλεῖστον, οὐκέτι οὐδὲ ναρκωτικαὶ μόνον, ἀλλ’ ἤδη καὶ νεκρωτικαί.</w:t>
      </w:r>
    </w:p>
    <w:p>
      <w:pPr>
        <w:jc w:val="center"/>
      </w:pPr>
      <w:r>
        <w:rPr>
          <w:rFonts w:ascii="Gentium Plus" w:hAnsi="Gentium Plus"/>
          <w:b/>
          <w:sz w:val="24"/>
        </w:rPr>
        <w:t>Ὅσα ἑλκτικῆς ἐστι δυνάμεως.</w:t>
      </w:r>
    </w:p>
    <w:p>
      <w:r>
        <w:rPr>
          <w:rFonts w:ascii="Courier New" w:hAnsi="Courier New"/>
          <w:color w:val="555555"/>
          <w:sz w:val="20"/>
        </w:rPr>
        <w:t>[2 . 22 . 1]</w:t>
      </w:r>
    </w:p>
    <w:p>
      <w:r>
        <w:rPr>
          <w:rFonts w:ascii="Gentium Plus" w:hAnsi="Gentium Plus"/>
          <w:sz w:val="24"/>
        </w:rPr>
        <w:t>Ἀνεμῶναι πᾶσαι, ἀναγαλλίδες ἀμφότεραι, δίκταμνον, ἐρέβινθοι, θαψία βιαίως, κυκλάμινος, πρόπολις ἰσχυρῶς, ζύμη, κόπροι πᾶσαι μέν, ἡ δὲ τῆς περιστερᾶς ἱκανῶς ἐστιν ἑλκτική· σαγαπηνὸν καὶ ὁ Κυρηναϊκὸς καὶ ὁ Μηδικὸς ὀπός, σιλφίου ὀπὸς καὶ ἡ ῥίζα, σπάρτου, ᾧ τὰς ἀμπέ‐</w:t>
      </w:r>
    </w:p>
    <w:p>
      <w:r>
        <w:rPr>
          <w:rFonts w:ascii="Courier New" w:hAnsi="Courier New"/>
          <w:color w:val="555555"/>
          <w:sz w:val="20"/>
        </w:rPr>
        <w:t>[5]</w:t>
      </w:r>
    </w:p>
    <w:p>
      <w:r>
        <w:rPr>
          <w:rFonts w:ascii="Gentium Plus" w:hAnsi="Gentium Plus"/>
          <w:sz w:val="24"/>
        </w:rPr>
        <w:t>λους δεσμοῦσιν, ὅ τε καρπὸς καὶ ὁ τῶν ῥάβδων χυλὸς γενναίως, τερ‐ μινθίνη μᾶλλον τῶν ἄλλων ῥητινῶν, θεῖον· καὶ καλαμίνθη ἐπισπᾶται καταπλασσομένη, καὶ κόστος λειοτριβούμενος μετ’ ἐλαίου τοὺς ἐκ τοῦ βάθους ἕλκει χυμούς· ἰξὸς ἰσχυρῶς ἕλκει οὐ τὰς λεπτὰς μόνον ὑγρό‐ τητας, ἀλλὰ καὶ τὰς παχυτέρας καὶ ταύτας διαχεῖ τε καὶ διαφορεῖ.</w:t>
      </w:r>
    </w:p>
    <w:p>
      <w:pPr>
        <w:jc w:val="center"/>
      </w:pPr>
      <w:r>
        <w:rPr>
          <w:rFonts w:ascii="Gentium Plus" w:hAnsi="Gentium Plus"/>
          <w:b/>
          <w:sz w:val="24"/>
        </w:rPr>
        <w:t>Ὅσα διαφορεῖ.</w:t>
      </w:r>
    </w:p>
    <w:p>
      <w:r>
        <w:rPr>
          <w:rFonts w:ascii="Courier New" w:hAnsi="Courier New"/>
          <w:color w:val="555555"/>
          <w:sz w:val="20"/>
        </w:rPr>
        <w:t>[2 . 23 . 1]</w:t>
      </w:r>
    </w:p>
    <w:p>
      <w:r>
        <w:rPr>
          <w:rFonts w:ascii="Gentium Plus" w:hAnsi="Gentium Plus"/>
          <w:sz w:val="24"/>
        </w:rPr>
        <w:t>Ἀβρότονον, ἀγαρικόν, ἀδίαντον, ἀκαλήφης ὁ καρπὸς καὶ τὰ φύλλα ἱκανῶς, ἀκτὴ ἥ τε δενδρώδης καὶ ἡ χαμαιάκτη, ἄμι, ἀνθεμὶς ἢ χαμαί‐ μηλον, ἀνήσου σπέρμα, ἀριστολοχίας ἡ ῥίζα καὶ μᾶλλον ἡ στρογγύλη,</w:t>
      </w:r>
    </w:p>
    <w:p>
      <w:r>
        <w:rPr>
          <w:rFonts w:ascii="Courier New" w:hAnsi="Courier New"/>
          <w:color w:val="555555"/>
          <w:sz w:val="20"/>
        </w:rPr>
        <w:t>[5]</w:t>
      </w:r>
    </w:p>
    <w:p>
      <w:r>
        <w:rPr>
          <w:rFonts w:ascii="Gentium Plus" w:hAnsi="Gentium Plus"/>
          <w:sz w:val="24"/>
        </w:rPr>
        <w:t>βολβός, βούφθαλμον μᾶλλον ἀνθεμίδος, βράθυ, ὅ τινες ἀντὶ κινναμώμου βάλλουσι διπλάσιον, βρύον τὸ καὶ σπλάγχνον, ἔβισκος ἢ ἀλθαία (ἔστι δ’ ἀγρία μαλάχη· καὶ ἡ ῥίζα δὲ καὶ τὸ σπέρμα αὐτῆς ὁμοίως ἐνεργεῖ), ἔλαιον γλυκὺ παλαιόν, ἔλαιον τὸ ἐκ λύχνου, ἑλξίνη, θαψία, καλάμου φραγμίτου φλοιὸς καυθεὶς ἱκανῶς, κασία, κρίνου τὰ φύλλα καὶ ἡ ῥίζα</w:t>
      </w:r>
    </w:p>
    <w:p>
      <w:r>
        <w:rPr>
          <w:rFonts w:ascii="Courier New" w:hAnsi="Courier New"/>
          <w:color w:val="555555"/>
          <w:sz w:val="20"/>
        </w:rPr>
        <w:t>[10]</w:t>
      </w:r>
    </w:p>
    <w:p>
      <w:r>
        <w:rPr>
          <w:rFonts w:ascii="Gentium Plus" w:hAnsi="Gentium Plus"/>
          <w:sz w:val="24"/>
        </w:rPr>
        <w:t>λειούμενα καὶ τὸ ἀπ’ αὐτοῦ ἔλαιον, κυτίσου τὰ φύλλα, λάδανον, λα‐ ψάνη καταπλασσομένη, λάπαθον μετρίως, λιβανωτίδες αἱ τρεῖς, λινο‐ ζῶστις, μαστίχη Χία (ἡ δ’ Αἰγυπτία μᾶλλον), μέλι, περσικῆς οἱ βλαστοὶ καὶ τὰ φύλλα, κιτρίου τὸ σπέρμα καὶ τὰ φύλλα, ῥοδοδάφνη κατα‐ πλασσομένη, ὄλυνθοι, ὀποβάλσαμον ἄνευ τοῦ θερμαίνειν ἐπιφανῶς,</w:t>
      </w:r>
    </w:p>
    <w:p>
      <w:r>
        <w:rPr>
          <w:rFonts w:ascii="Courier New" w:hAnsi="Courier New"/>
          <w:color w:val="555555"/>
          <w:sz w:val="20"/>
        </w:rPr>
        <w:t>[15]</w:t>
      </w:r>
    </w:p>
    <w:p>
      <w:r>
        <w:rPr>
          <w:rFonts w:ascii="Gentium Plus" w:hAnsi="Gentium Plus"/>
          <w:sz w:val="24"/>
        </w:rPr>
        <w:t>ὀπὸς ὁ Κυρηναϊκὸς σφοδρότατα, παλιούρου τὰ φύλλα καὶ ἡ ῥίζα, ὀποπάναξ, πήγανον, πίσσα, μελισσόφυλλον, πράσιον καταπλασσόμενον, τὸ ἐξ ἄρτων κατάπλασμα μᾶλλον τοῦ ἐκ τῶν πυρῶν, ζύμη, ῥαφανὶς καὶ τὸ σπέρμα αὐτῆς, τερμινθίνη τῆς μαστίχης πλέον καὶ ταύτης μᾶλ‐ λον ἡ δᾳδίνη, ῥόδινον ἔλαιον, ῥύπος ὁ ἀπὸ τῶν ἀνδριάντων, πάτος</w:t>
      </w:r>
    </w:p>
    <w:p>
      <w:r>
        <w:rPr>
          <w:rFonts w:ascii="Courier New" w:hAnsi="Courier New"/>
          <w:color w:val="555555"/>
          <w:sz w:val="20"/>
        </w:rPr>
        <w:t>[20]</w:t>
      </w:r>
    </w:p>
    <w:p>
      <w:r>
        <w:rPr>
          <w:rFonts w:ascii="Gentium Plus" w:hAnsi="Gentium Plus"/>
          <w:sz w:val="24"/>
        </w:rPr>
        <w:t>ὁ ἀπὸ παλαίστρας, σάμψυχον, σικύου ἀγρίου ἡ ῥίζα καὶ τὸ ἐλατήριον, σμύρνα, τῶν ἰσχάδων αἱ λιπαρώτεραι, τὰ τῶν ἐρινεῶν σῦκα, τῶν ἡμέ‐ ρων σύκων οἱ ὄλυνθοι, τεῦτλον χωρὶς τοῦ θερμαίνειν (ἰσχυρότερον δὲ τὸ λευκόν), χαλβάνη, ὤκιμον ἐπιπλασσόμενον, ἅλες (οἱ δὲ κεκαυμένοι τῶν ἀκαύστων μᾶλλον, καὶ τούτων ἔτι μᾶλλον τὸ ἁλὸς ἄνθος), ἁλὸς</w:t>
      </w:r>
    </w:p>
    <w:p>
      <w:r>
        <w:rPr>
          <w:rFonts w:ascii="Courier New" w:hAnsi="Courier New"/>
          <w:color w:val="555555"/>
          <w:sz w:val="20"/>
        </w:rPr>
        <w:t>[25]</w:t>
      </w:r>
    </w:p>
    <w:p>
      <w:r>
        <w:rPr>
          <w:rFonts w:ascii="Gentium Plus" w:hAnsi="Gentium Plus"/>
          <w:sz w:val="24"/>
        </w:rPr>
        <w:t>ἄχνη, λίτρα, ἀφρόλιτρα, ἀλκυόνια πάντα, γῆ Σαμία ἡ ἄπλυτος μετρίως, ἰός, τυρὸς ὀξυγαλάκτινος μετρίως, βούτυρον μετρίως, πυτία πᾶσα, κόπρος πᾶσα, ὕσσωπον μετρίως, σάρκες ἐχιδνῶν ἰσχυρῶς ἐπὶ τὸ δέρμα κινοῦσαι τὰ περιττώματα (φθειρῶν γοῦν πλῆθος ἐπὶ τῶν κακοχύμων γεννᾶται), στέαρ λεόντειον ἁπάντων μᾶλλον στεάτων τῶν ἐν τοῖς τετρά‐</w:t>
      </w:r>
    </w:p>
    <w:p>
      <w:r>
        <w:rPr>
          <w:rFonts w:ascii="Courier New" w:hAnsi="Courier New"/>
          <w:color w:val="555555"/>
          <w:sz w:val="20"/>
        </w:rPr>
        <w:t>[30]</w:t>
      </w:r>
    </w:p>
    <w:p>
      <w:r>
        <w:rPr>
          <w:rFonts w:ascii="Gentium Plus" w:hAnsi="Gentium Plus"/>
          <w:sz w:val="24"/>
        </w:rPr>
        <w:t>ποσι (τὸ δὲ τῶν ταύρων ἔλαττον), στέαρ χοίρειον ἀδήκτως (ἔλαττον δὲ τὸ μόσχειον, τὸ δὲ χρονίζον στέαρ μᾶλλον ἑαυτοῦ), ὀστᾶ κεκαυμένα</w:t>
      </w:r>
    </w:p>
    <w:p>
      <w:r>
        <w:rPr>
          <w:rFonts w:ascii="Courier New" w:hAnsi="Courier New"/>
          <w:color w:val="555555"/>
          <w:sz w:val="20"/>
        </w:rPr>
        <w:t>[3 p 1]</w:t>
      </w:r>
    </w:p>
    <w:p>
      <w:r>
        <w:rPr>
          <w:rFonts w:ascii="Gentium Plus" w:hAnsi="Gentium Plus"/>
          <w:sz w:val="24"/>
        </w:rPr>
        <w:t>Ὁ μὲν οὖν πρῶτος τῆς διδασκαλίας εἴρηται τρόπος, νῦν δ’ ὁ δεύτερος λεχθήσεται τῶν παρὰ φύσιν διαθέσεων τὰς εὐπορίστους ἰάσεις ἐξηγούμενος, τῶν τε ἐσχάτως ὀξέων, ἐφ’ ὧν ἀναμένειν τὸν ἰατρὸν οὐκ ἀσφαλές, καὶ τῶν εὐμεταχειρίστων καὶ ἄνευ τεχνίτου τὴν ἐπανόρ‐</w:t>
      </w:r>
    </w:p>
    <w:p>
      <w:r>
        <w:rPr>
          <w:rFonts w:ascii="Courier New" w:hAnsi="Courier New"/>
          <w:color w:val="555555"/>
          <w:sz w:val="20"/>
        </w:rPr>
        <w:t>[5]</w:t>
      </w:r>
    </w:p>
    <w:p>
      <w:r>
        <w:rPr>
          <w:rFonts w:ascii="Gentium Plus" w:hAnsi="Gentium Plus"/>
          <w:sz w:val="24"/>
        </w:rPr>
        <w:t>θωσιν δεχομένων.</w:t>
      </w:r>
    </w:p>
    <w:p>
      <w:pPr>
        <w:jc w:val="center"/>
      </w:pPr>
      <w:r>
        <w:rPr>
          <w:rFonts w:ascii="Gentium Plus" w:hAnsi="Gentium Plus"/>
          <w:b/>
          <w:sz w:val="24"/>
        </w:rPr>
        <w:t>Περὶ τῶν πανδήμων νοσημάτων.</w:t>
      </w:r>
    </w:p>
    <w:p>
      <w:r>
        <w:rPr>
          <w:rFonts w:ascii="Courier New" w:hAnsi="Courier New"/>
          <w:color w:val="555555"/>
          <w:sz w:val="20"/>
        </w:rPr>
        <w:t>[3 . 1 . 1]</w:t>
      </w:r>
    </w:p>
    <w:p>
      <w:r>
        <w:rPr>
          <w:rFonts w:ascii="Gentium Plus" w:hAnsi="Gentium Plus"/>
          <w:sz w:val="24"/>
        </w:rPr>
        <w:t>Πανδήμους καὶ κοινὰς νόσους τὰς πολλοῖς ἅμα συμπιπτούσας</w:t>
      </w:r>
    </w:p>
    <w:p>
      <w:r>
        <w:rPr>
          <w:rFonts w:ascii="Courier New" w:hAnsi="Courier New"/>
          <w:color w:val="555555"/>
          <w:sz w:val="20"/>
        </w:rPr>
        <w:t>[3 . 1 . 2]</w:t>
      </w:r>
    </w:p>
    <w:p>
      <w:r>
        <w:rPr>
          <w:rFonts w:ascii="Gentium Plus" w:hAnsi="Gentium Plus"/>
          <w:sz w:val="24"/>
        </w:rPr>
        <w:t>ὀνομάζουσιν, ὧν ὥσπερ ἡ γένεσις, οὕτω καὶ ἡ αἰτία κοινή· ὕδατος μοχθηροῦ πόσις ταλαιπωρίαι τε ἄμετροι καὶ πόνοι συνήθεις ἐαθέντες ἔνδειαί τε καὶ πλησμοναί, λιμοῦ κατασχόντος ἢ εὐθηνίας γενομένης.</w:t>
      </w:r>
    </w:p>
    <w:p>
      <w:r>
        <w:rPr>
          <w:rFonts w:ascii="Courier New" w:hAnsi="Courier New"/>
          <w:color w:val="555555"/>
          <w:sz w:val="20"/>
        </w:rPr>
        <w:t>[3 . 1 . 3]</w:t>
      </w:r>
    </w:p>
    <w:p>
      <w:r>
        <w:rPr>
          <w:rFonts w:ascii="Gentium Plus" w:hAnsi="Gentium Plus"/>
          <w:sz w:val="24"/>
        </w:rPr>
        <w:t>καὶ χωρίου δὲ φύσις κοινὰ νοσήματα πολλάκις ἐπήνεγκεν, ἐνίοτε μὲν ἑλώδους, ἐνίοτε δ’ ἔχοντος βάραθρον παρακείμενον ἀναθυμίασιν δηλη‐</w:t>
      </w:r>
    </w:p>
    <w:p>
      <w:r>
        <w:rPr>
          <w:rFonts w:ascii="Courier New" w:hAnsi="Courier New"/>
          <w:color w:val="555555"/>
          <w:sz w:val="20"/>
        </w:rPr>
        <w:t>[3 . 1 . 4]</w:t>
      </w:r>
    </w:p>
    <w:p>
      <w:r>
        <w:rPr>
          <w:rFonts w:ascii="Gentium Plus" w:hAnsi="Gentium Plus"/>
          <w:sz w:val="24"/>
        </w:rPr>
        <w:t>τηριώδη καὶ πονηρὰν ἀναπέμπον. ταῦτα μὲν οὖν οὐ συνεχῶς εἴωθε συμπίπτειν· ὁ δὲ περιέχων ἡμᾶς ἀὴρ συνεχῶς ἡμῶν τρέπει τὰς κρά‐ σεις, ἤτοι θερμότερος ἀμέτρως ἢ ψυχρότερος ἢ ξηρότερος ἢ ὑγρότερος γινόμενος· τοῖς μὲν γὰρ ἄλλοις αἰτίοις οὔτε πάντες ἅμα περιπίπτομεν</w:t>
      </w:r>
    </w:p>
    <w:p>
      <w:r>
        <w:rPr>
          <w:rFonts w:ascii="Courier New" w:hAnsi="Courier New"/>
          <w:color w:val="555555"/>
          <w:sz w:val="20"/>
        </w:rPr>
        <w:t>[5]</w:t>
      </w:r>
    </w:p>
    <w:p>
      <w:r>
        <w:rPr>
          <w:rFonts w:ascii="Gentium Plus" w:hAnsi="Gentium Plus"/>
          <w:sz w:val="24"/>
        </w:rPr>
        <w:t>οὔτε δι’ ὅλης ἡμέρας ὁμιλοῦμεν, ὁ δὲ περιέχων ἡμᾶς ἀὴρ ἔξωθέν τε</w:t>
      </w:r>
    </w:p>
    <w:p>
      <w:r>
        <w:rPr>
          <w:rFonts w:ascii="Courier New" w:hAnsi="Courier New"/>
          <w:color w:val="555555"/>
          <w:sz w:val="20"/>
        </w:rPr>
        <w:t>[3 . 1 . 5]</w:t>
      </w:r>
    </w:p>
    <w:p>
      <w:r>
        <w:rPr>
          <w:rFonts w:ascii="Gentium Plus" w:hAnsi="Gentium Plus"/>
          <w:sz w:val="24"/>
        </w:rPr>
        <w:t>περικέχυται πᾶσι καὶ ἕλκεται διὰ τῆς εἰσπνοῆς. ἀναγκαῖον οὖν συν‐ διατίθεσθαι ταῖς κατὰ τὴν κρᾶσιν ἐξαλλαγαῖς αὐτοῦ τὰ τῶν ζῴων</w:t>
      </w:r>
    </w:p>
    <w:p>
      <w:r>
        <w:rPr>
          <w:rFonts w:ascii="Courier New" w:hAnsi="Courier New"/>
          <w:color w:val="555555"/>
          <w:sz w:val="20"/>
        </w:rPr>
        <w:t>[3 . 1 . 6]</w:t>
      </w:r>
    </w:p>
    <w:p>
      <w:r>
        <w:rPr>
          <w:rFonts w:ascii="Gentium Plus" w:hAnsi="Gentium Plus"/>
          <w:sz w:val="24"/>
        </w:rPr>
        <w:t>σώματα. ταῦτα οὖν ὁ γινώσκων οὐ προγνώσεται μόνον τὰς γενησο‐ μένας νόσους ἐν ἑκάστῃ τῶν καταστάσεων, ἀλλὰ καὶ κωλύσει γενέσθαι, ταῖς τοῦ περιέχοντος ἀμέτροις κράσεσι τὴν ἐναντίαν ἐπιτεχνώμενος</w:t>
      </w:r>
    </w:p>
    <w:p>
      <w:r>
        <w:rPr>
          <w:rFonts w:ascii="Courier New" w:hAnsi="Courier New"/>
          <w:color w:val="555555"/>
          <w:sz w:val="20"/>
        </w:rPr>
        <w:t>[3 . 1 . 7]</w:t>
      </w:r>
    </w:p>
    <w:p>
      <w:r>
        <w:rPr>
          <w:rFonts w:ascii="Gentium Plus" w:hAnsi="Gentium Plus"/>
          <w:sz w:val="24"/>
        </w:rPr>
        <w:t>δίαιταν. ὅσα μὲν οὖν ἐγγὺς ἤδη τοῦ νοσεῖν ἐστι σώματα νόσον τινὰ διὰ τὴν οἰκείαν δυσκρασίαν, ταῦτα ὑπὸ τῆς ὁμοίας τοῦ περιέχοντος ἡμᾶς κράσεως ἐξελέγχεται· τὰ δ’ ἐναντίως κεκραμένα τῷ περιέχοντι πρὸς τῷ μηδὲν ἀδικεῖσθαι γίνεται βελτίω, τὴν ἀμετρίαν τῆς κράσεως</w:t>
      </w:r>
    </w:p>
    <w:p>
      <w:r>
        <w:rPr>
          <w:rFonts w:ascii="Courier New" w:hAnsi="Courier New"/>
          <w:color w:val="555555"/>
          <w:sz w:val="20"/>
        </w:rPr>
        <w:t>[5]</w:t>
      </w:r>
    </w:p>
    <w:p>
      <w:r>
        <w:rPr>
          <w:rFonts w:ascii="Gentium Plus" w:hAnsi="Gentium Plus"/>
          <w:sz w:val="24"/>
        </w:rPr>
        <w:t>[ἐξελέγχεται] τῆς ἐναντίας ἀμετρίας κολαζούσης, καὶ ὁ γινώσκων τοῦτο τὴν ὑγείαν φυλάξει τοῖς σώμασι τἀναντία προσάγων, ποτὲ μὲν ἀνα‐ ψύξεσι χρώμενος, εἰ οὕτως τύχῃ, ποτὲ δὲ θερμάνσεσιν ἢ ἐν ὕδασιν ἐπαγωγαῖς ἀναψύχων καὶ ἀργίαις καὶ τροφῶν ἐνδείαις καὶ πόσεως</w:t>
      </w:r>
    </w:p>
    <w:p>
      <w:r>
        <w:rPr>
          <w:rFonts w:ascii="Courier New" w:hAnsi="Courier New"/>
          <w:color w:val="555555"/>
          <w:sz w:val="20"/>
        </w:rPr>
        <w:t>[3 . 1 . 8]</w:t>
      </w:r>
    </w:p>
    <w:p>
      <w:r>
        <w:rPr>
          <w:rFonts w:ascii="Gentium Plus" w:hAnsi="Gentium Plus"/>
          <w:sz w:val="24"/>
        </w:rPr>
        <w:t>ἐλάσσονι. καὶ πυρὰν δέ τις ἀνακαίων πολλὰ δύναιτο ἂν μεταβάλλειν ἐπὶ τὸ θερμὸν καὶ ξηρὸν τὸν ἀέρα τέως ὑγρὸν ὄντα, καθάπερ ποιῆσαί φασιν Ἄκρωνα τὸν Ἀκραγαντῖνον.</w:t>
      </w:r>
    </w:p>
    <w:p>
      <w:pPr>
        <w:jc w:val="center"/>
      </w:pPr>
      <w:r>
        <w:rPr>
          <w:rFonts w:ascii="Gentium Plus" w:hAnsi="Gentium Plus"/>
          <w:b/>
          <w:sz w:val="24"/>
        </w:rPr>
        <w:t>Ἐφημέρων πυρετῶν ἰάσεις.</w:t>
      </w:r>
    </w:p>
    <w:p>
      <w:r>
        <w:rPr>
          <w:rFonts w:ascii="Courier New" w:hAnsi="Courier New"/>
          <w:color w:val="555555"/>
          <w:sz w:val="20"/>
        </w:rPr>
        <w:t>[3 . 2 . 1]</w:t>
      </w:r>
    </w:p>
    <w:p>
      <w:r>
        <w:rPr>
          <w:rFonts w:ascii="Gentium Plus" w:hAnsi="Gentium Plus"/>
          <w:sz w:val="24"/>
        </w:rPr>
        <w:t>Οἱ μὲν πλείους τῶν πυρετοῖς ἁλισκομένων τῆς τοῦ ἰατροῦ παρ‐ ουσίας χρῄζουσιν· εἰσὶ δ’ οἳ δύνανται καὶ ἄνευ τοῦ ἰατροῦ βοηθείας</w:t>
      </w:r>
    </w:p>
    <w:p>
      <w:r>
        <w:rPr>
          <w:rFonts w:ascii="Courier New" w:hAnsi="Courier New"/>
          <w:color w:val="555555"/>
          <w:sz w:val="20"/>
        </w:rPr>
        <w:t>[3 . 2 . 2]</w:t>
      </w:r>
    </w:p>
    <w:p>
      <w:r>
        <w:rPr>
          <w:rFonts w:ascii="Gentium Plus" w:hAnsi="Gentium Plus"/>
          <w:sz w:val="24"/>
        </w:rPr>
        <w:t>τυγχάνειν. ἐπὶ γοῦν τῶν ἐφημέρων, τοὺς μὲν διὰ κόπον πυρέξαντας ἐλαίῳ δαψιλεῖ μαλακῶς ἀνατρίβειν χρὴ καὶ λούειν· τοὺς δὲ διὰ ξηρό‐ τητα τρίβειν μὲν ἔλαττον, λούειν δὲ πλεονάκις· τοὺς δὲ διὰ λύπας καὶ φροντίδας καὶ ἀγρυπνίας ὀλιγάκις μὲν λούειν, πλέονι δ’ ἐλαίῳ καὶ</w:t>
      </w:r>
    </w:p>
    <w:p>
      <w:r>
        <w:rPr>
          <w:rFonts w:ascii="Courier New" w:hAnsi="Courier New"/>
          <w:color w:val="555555"/>
          <w:sz w:val="20"/>
        </w:rPr>
        <w:t>[3 . 2 . 3]</w:t>
      </w:r>
    </w:p>
    <w:p>
      <w:r>
        <w:rPr>
          <w:rFonts w:ascii="Gentium Plus" w:hAnsi="Gentium Plus"/>
          <w:sz w:val="24"/>
        </w:rPr>
        <w:t>χλιαρῷ στῦψιν οὐδὲ ἡντινοῦν ἔχοντι μὴ ἐπὶ πολὺ τρίβειν. τοὺς δὲ δι’ ἔγκαυσιν κατ’ ἀρχὰς μὲν τοῖς ψύχουσιν ἰᾶσθαι μετὰ τοῦ πλείονα</w:t>
      </w:r>
    </w:p>
    <w:p>
      <w:r>
        <w:rPr>
          <w:rFonts w:ascii="Courier New" w:hAnsi="Courier New"/>
          <w:color w:val="555555"/>
          <w:sz w:val="20"/>
        </w:rPr>
        <w:t>[3 . 2 . 4]</w:t>
      </w:r>
    </w:p>
    <w:p>
      <w:r>
        <w:rPr>
          <w:rFonts w:ascii="Gentium Plus" w:hAnsi="Gentium Plus"/>
          <w:sz w:val="24"/>
        </w:rPr>
        <w:t>λούειν, μὴ πολλῷ δὲ τῷ ἐλαίῳ μηδ’ ἐπὶ πολὺ τρίβειν. ῥόδινον δ’ ἔστω τὸ ψῦχον καὶ ὀμφάκινον ἔλαιον χωρὶς ἁλῶν σκευασθέν· ψύχειν δὲ ταῦτα θέντας ἐν ὕδατι ψυχρῷ ἢ χιόνι περιπλάττοντας καὶ δια‐ βρέχειν τὴν κεφαλὴν κατὰ τοῦ βρέγματος, ἐξ ὕψους καταχέοντας δι’</w:t>
      </w:r>
    </w:p>
    <w:p>
      <w:r>
        <w:rPr>
          <w:rFonts w:ascii="Courier New" w:hAnsi="Courier New"/>
          <w:color w:val="555555"/>
          <w:sz w:val="20"/>
        </w:rPr>
        <w:t>[5]</w:t>
      </w:r>
    </w:p>
    <w:p>
      <w:r>
        <w:rPr>
          <w:rFonts w:ascii="Gentium Plus" w:hAnsi="Gentium Plus"/>
          <w:sz w:val="24"/>
        </w:rPr>
        <w:t>ἐρίου τὸ ψυχθὲν ἔλαιον· ταῦτα δὲ μέχρι παρακμῆς ποιήσαντας ἐπὶ τὸ</w:t>
      </w:r>
    </w:p>
    <w:p>
      <w:r>
        <w:rPr>
          <w:rFonts w:ascii="Courier New" w:hAnsi="Courier New"/>
          <w:color w:val="555555"/>
          <w:sz w:val="20"/>
        </w:rPr>
        <w:t>[3 . 2 . 5]</w:t>
      </w:r>
    </w:p>
    <w:p>
      <w:r>
        <w:rPr>
          <w:rFonts w:ascii="Gentium Plus" w:hAnsi="Gentium Plus"/>
          <w:sz w:val="24"/>
        </w:rPr>
        <w:t>λουτρὸν ἄγειν. καὶ τοὺς διὰ ψῦξιν δὲ πυρέξαντας ἐν ταῖς παρακμαῖς ἐπὶ τὸ λουτρὸν ἄγειν· κατάρρου δὲ παρακολουθήσαντος, δεῖ μὲν ψύχειν, μὴ</w:t>
      </w:r>
    </w:p>
    <w:p>
      <w:r>
        <w:rPr>
          <w:rFonts w:ascii="Courier New" w:hAnsi="Courier New"/>
          <w:color w:val="555555"/>
          <w:sz w:val="20"/>
        </w:rPr>
        <w:t>[3 . 2 . 6]</w:t>
      </w:r>
    </w:p>
    <w:p>
      <w:r>
        <w:rPr>
          <w:rFonts w:ascii="Gentium Plus" w:hAnsi="Gentium Plus"/>
          <w:sz w:val="24"/>
        </w:rPr>
        <w:t>λούειν δέ, πρὶν πέψιν γενέσθαι. τοὺς δὲ δι’ ἔγκαυσιν, κἂν ᾖ κατάρρους,</w:t>
      </w:r>
    </w:p>
    <w:p>
      <w:r>
        <w:rPr>
          <w:rFonts w:ascii="Courier New" w:hAnsi="Courier New"/>
          <w:color w:val="555555"/>
          <w:sz w:val="20"/>
        </w:rPr>
        <w:t>[3 . 2 . 7]</w:t>
      </w:r>
    </w:p>
    <w:p>
      <w:r>
        <w:rPr>
          <w:rFonts w:ascii="Gentium Plus" w:hAnsi="Gentium Plus"/>
          <w:sz w:val="24"/>
        </w:rPr>
        <w:t>λουστέον. ἐν δὲ τοῖς λουτροῖς τὴν κεφαλὴν ἐφ’ ἑκατέρων ἐπιβρέχειν τοῖς αὐτοῖς οἷς κατ’ ἀρχάς, ψύχουσι μὲν ἐπὶ τῶν διὰ θερμότητα</w:t>
      </w:r>
    </w:p>
    <w:p>
      <w:r>
        <w:rPr>
          <w:rFonts w:ascii="Courier New" w:hAnsi="Courier New"/>
          <w:color w:val="555555"/>
          <w:sz w:val="20"/>
        </w:rPr>
        <w:t>[3 . 2 . 8]</w:t>
      </w:r>
    </w:p>
    <w:p>
      <w:r>
        <w:rPr>
          <w:rFonts w:ascii="Gentium Plus" w:hAnsi="Gentium Plus"/>
          <w:sz w:val="24"/>
        </w:rPr>
        <w:t>παθόντων, θερμαίνουσι δ’ ἐπὶ τῶν διὰ ψῦξιν. σύμμετρα δ’ ἔστω τὰ θερμαίνοντα, οἷον τό τε ἴρινον καὶ νάρδινον μύρον· χρῆσθαι δ’ αὐτοῖς</w:t>
      </w:r>
    </w:p>
    <w:p>
      <w:r>
        <w:rPr>
          <w:rFonts w:ascii="Courier New" w:hAnsi="Courier New"/>
          <w:color w:val="555555"/>
          <w:sz w:val="20"/>
        </w:rPr>
        <w:t>[3 . 2 . 9]</w:t>
      </w:r>
    </w:p>
    <w:p>
      <w:r>
        <w:rPr>
          <w:rFonts w:ascii="Gentium Plus" w:hAnsi="Gentium Plus"/>
          <w:sz w:val="24"/>
        </w:rPr>
        <w:t>ἐν ταῖς παρακμαῖς μετὰ τὸ λουτρόν. τοὺς δὲ διὰ στέγνωσιν πυρέξαντας ὠφελεῖ λουτρὸν γλυκέων ὑδάτων καὶ τρίψεις καὶ γυμνάσια ἀραιωτικὰ καὶ δίαιτα γλυκύχυμος· τὰ δὲ στύφοντα καὶ ψύχοντα καὶ τὰ ἐμπλάτ‐ τοντα τοὺς πόρους καὶ τὸ δέρμα ὑπερξηραίνοντα βλάπτει σφοδρῶς.</w:t>
      </w:r>
    </w:p>
    <w:p>
      <w:r>
        <w:rPr>
          <w:rFonts w:ascii="Courier New" w:hAnsi="Courier New"/>
          <w:color w:val="555555"/>
          <w:sz w:val="20"/>
        </w:rPr>
        <w:t>[3 . 2 . 10]</w:t>
      </w:r>
    </w:p>
    <w:p>
      <w:r>
        <w:rPr>
          <w:rFonts w:ascii="Gentium Plus" w:hAnsi="Gentium Plus"/>
          <w:sz w:val="24"/>
        </w:rPr>
        <w:t>τοὺς δὲ δι’ ἀσιτίαν, τοῦ πρώτου παροξυσμοῦ παρακμάσαντος, εἰσάγον‐ τας εἰς τὸ βαλανεῖον δαψιλὲς ἔλαιον χλιαρὸν καταχέειν καὶ ἀνατρίβειν προσηνῶς ποιεῖν τε χρονίζειν ἐν τῷ τῆς θερμῆς ἐμβάσεως ὕδατι.</w:t>
      </w:r>
    </w:p>
    <w:p>
      <w:r>
        <w:rPr>
          <w:rFonts w:ascii="Courier New" w:hAnsi="Courier New"/>
          <w:color w:val="555555"/>
          <w:sz w:val="20"/>
        </w:rPr>
        <w:t>[3 . 2 . 11]</w:t>
      </w:r>
    </w:p>
    <w:p>
      <w:r>
        <w:rPr>
          <w:rFonts w:ascii="Gentium Plus" w:hAnsi="Gentium Plus"/>
          <w:sz w:val="24"/>
        </w:rPr>
        <w:t>λουσάμενον δ’ ἀναπαύειν ὡς ἀνακτήσασθαι τὴν δύναμιν καὶ πάλιν εἰσαγαγεῖν εἰς τὸ βαλανεῖον· εἶτ’ ἐξελθόντος, μετὰ τὸ πιεῖν εὐθὺς ὕδατος χυλὸν διδόναι πτισάνης καί ποτε καὶ θριδακίνης, εἶθ’ ὕστερον</w:t>
      </w:r>
    </w:p>
    <w:p>
      <w:r>
        <w:rPr>
          <w:rFonts w:ascii="Courier New" w:hAnsi="Courier New"/>
          <w:color w:val="555555"/>
          <w:sz w:val="20"/>
        </w:rPr>
        <w:t>[3 . 2 . 12]</w:t>
      </w:r>
    </w:p>
    <w:p>
      <w:r>
        <w:rPr>
          <w:rFonts w:ascii="Gentium Plus" w:hAnsi="Gentium Plus"/>
          <w:sz w:val="24"/>
        </w:rPr>
        <w:t>τῶν ἁπαλοσάρκων τινὸς ἰχθύων διὰ ζωμοῦ λευκοῦ γεγονότων. κοινὴ δὲ πᾶσιν ἁρμόττει τοῖς εἰρημένοις πυρετοῖς εὔπεπτος δίαιτα μηδαμῶς</w:t>
      </w:r>
    </w:p>
    <w:p>
      <w:r>
        <w:rPr>
          <w:rFonts w:ascii="Courier New" w:hAnsi="Courier New"/>
          <w:color w:val="555555"/>
          <w:sz w:val="20"/>
        </w:rPr>
        <w:t>[5]</w:t>
      </w:r>
    </w:p>
    <w:p>
      <w:r>
        <w:rPr>
          <w:rFonts w:ascii="Gentium Plus" w:hAnsi="Gentium Plus"/>
          <w:sz w:val="24"/>
        </w:rPr>
        <w:t>λυπηθεῖσι καὶ φροντίσασι καὶ ἀγρυπνήσασι μετὰ τοῦ ὑγραίνειν καὶ</w:t>
      </w:r>
    </w:p>
    <w:p>
      <w:r>
        <w:rPr>
          <w:rFonts w:ascii="Courier New" w:hAnsi="Courier New"/>
          <w:color w:val="555555"/>
          <w:sz w:val="20"/>
        </w:rPr>
        <w:t>[3 . 2 . 13]</w:t>
      </w:r>
    </w:p>
    <w:p>
      <w:r>
        <w:rPr>
          <w:rFonts w:ascii="Gentium Plus" w:hAnsi="Gentium Plus"/>
          <w:sz w:val="24"/>
        </w:rPr>
        <w:t>ὕπνον ἐπάγειν. καὶ τοῖς μὲν κοπωθεῖσιν ἀτροφώτερον ἔστω τὸ εἶδος τῆς διαίτης, τοῖς δὲ ψυχθεῖσι τροφιμώτερον, τοῖς δ’ ἄλλοις τὸ μέσον.</w:t>
      </w:r>
    </w:p>
    <w:p>
      <w:r>
        <w:rPr>
          <w:rFonts w:ascii="Courier New" w:hAnsi="Courier New"/>
          <w:color w:val="555555"/>
          <w:sz w:val="20"/>
        </w:rPr>
        <w:t>[3 . 2 . 14]</w:t>
      </w:r>
    </w:p>
    <w:p>
      <w:r>
        <w:rPr>
          <w:rFonts w:ascii="Gentium Plus" w:hAnsi="Gentium Plus"/>
          <w:sz w:val="24"/>
        </w:rPr>
        <w:t>οἶνον δὲ διδόναι πᾶσι τοῖς εἰρημένοις, εἰ καὶ μὴ κεφαλὴν ἀλγοῖεν, τὸν ὑδατώδη καὶ λεπτόν· τοῖς δὲ στεγνωθεῖσιν, εἰ μὲν μὴ σφοδρῶς τοῦτο πάθοιεν ἄνευ πληθώρας, διδόναι καὶ τούτοις οἶνον· τοὺς δὲ πάνυ</w:t>
      </w:r>
    </w:p>
    <w:p>
      <w:r>
        <w:rPr>
          <w:rFonts w:ascii="Courier New" w:hAnsi="Courier New"/>
          <w:color w:val="555555"/>
          <w:sz w:val="20"/>
        </w:rPr>
        <w:t>[3 . 2 . 15]</w:t>
      </w:r>
    </w:p>
    <w:p>
      <w:r>
        <w:rPr>
          <w:rFonts w:ascii="Gentium Plus" w:hAnsi="Gentium Plus"/>
          <w:sz w:val="24"/>
        </w:rPr>
        <w:t>στεγνωθέντας μετὰ πληθώρας κωλύειν προσφέρεσθαι. καὶ τοῖς θυμω‐ θεῖσι δὲ τοῦ πάθους ἐκτὸς παντελῶς γινομένοις διδόναι, μὴ παυσαμέ‐</w:t>
      </w:r>
    </w:p>
    <w:p>
      <w:r>
        <w:rPr>
          <w:rFonts w:ascii="Courier New" w:hAnsi="Courier New"/>
          <w:color w:val="555555"/>
          <w:sz w:val="20"/>
        </w:rPr>
        <w:t>[3 . 2 . 16]</w:t>
      </w:r>
    </w:p>
    <w:p>
      <w:r>
        <w:rPr>
          <w:rFonts w:ascii="Gentium Plus" w:hAnsi="Gentium Plus"/>
          <w:sz w:val="24"/>
        </w:rPr>
        <w:t>νοις δὲ τελέως οὐκ ἀσφαλὲς προσφέρειν. τοὺς δ’ ἐπὶ βουβῶσι πυρέ‐ ξαντας λούειν, πρότερον τοῦ ἕλκους πρόνοιαν ποιησαμένους, ἐφ’ ᾧ γέγονεν ὁ βουβών, κατὰ τὴν παρακμὴν τοῦ παροξυσμοῦ· κωλύειν δ’ αὐτοὺς οἴνου προσφέρεσθαι, πρὶν τοὺς βουβῶνας λυθῆναι, καὶ λεπτό‐</w:t>
      </w:r>
    </w:p>
    <w:p>
      <w:r>
        <w:rPr>
          <w:rFonts w:ascii="Courier New" w:hAnsi="Courier New"/>
          <w:color w:val="555555"/>
          <w:sz w:val="20"/>
        </w:rPr>
        <w:t>[3 . 2 . 17]</w:t>
      </w:r>
    </w:p>
    <w:p>
      <w:r>
        <w:rPr>
          <w:rFonts w:ascii="Gentium Plus" w:hAnsi="Gentium Plus"/>
          <w:sz w:val="24"/>
        </w:rPr>
        <w:t>τερον διαιτᾶν. ὑπὸ δὲ τοῦ ψυχροῦ πόματος οἱ τοὺς δριμεῖς καὶ καπνώ‐ δεις χυμοὺς ἀθροίζοντες ὀνίνανται πάντες, ὑγιαίνοντές τε καί τινι τῶν ἐφημέρων πυρετῶν ἀρρωστήσαντες, ὅταν ἐν συνηθείᾳ τύχωσιν ὄντες· ὡς ἔν γε τούτῳ τῷ καιρῷ κατάρχεσθαι τοῦ τοιούτου πόματος αὐτοῖς</w:t>
      </w:r>
    </w:p>
    <w:p>
      <w:r>
        <w:rPr>
          <w:rFonts w:ascii="Courier New" w:hAnsi="Courier New"/>
          <w:color w:val="555555"/>
          <w:sz w:val="20"/>
        </w:rPr>
        <w:t>[3 . 2 . 18]</w:t>
      </w:r>
    </w:p>
    <w:p>
      <w:r>
        <w:rPr>
          <w:rFonts w:ascii="Gentium Plus" w:hAnsi="Gentium Plus"/>
          <w:sz w:val="24"/>
        </w:rPr>
        <w:t>οὐκ ἀσφαλές. καὶ τρέφειν δέ τινας τούτων κατὰ τὸν πρῶτον παρ‐ οξυσμὸν ἀναγκαῖον· ἐκχολοῦνται γὰρ ἐπὶ τῶν πικροχόλων φύσεων· 〈ὅταν δὲ〉 φρίττειν ἄρξωνται, διδοὺς εἰς οἶνον κεκραμένον ἄρτου τι προσενέγκασθαι τήν τε φρίκην εὐθὺς παύσεις καὶ τὸν πυρετὸν διώξεις.</w:t>
      </w:r>
    </w:p>
    <w:p>
      <w:r>
        <w:rPr>
          <w:rFonts w:ascii="Courier New" w:hAnsi="Courier New"/>
          <w:color w:val="555555"/>
          <w:sz w:val="20"/>
        </w:rPr>
        <w:t>[3 . 2 . 19]</w:t>
      </w:r>
    </w:p>
    <w:p>
      <w:r>
        <w:rPr>
          <w:rFonts w:ascii="Gentium Plus" w:hAnsi="Gentium Plus"/>
          <w:sz w:val="24"/>
        </w:rPr>
        <w:t>τῆς φρίκης δὲ παυσαμένης καὶ τοῦ πυρετοῦ γινομένου, κατὰ μὲν τὸν καιρὸν τοῦτον μηκέτι τρέφειν· παρακμάσαντος δὲ τοῦ παροξυσμοῦ, παραχρῆμα θρέψεις μὴ περιμείνας τὴν ἀπυρεξίαν· ἐν γὰρ ταῖς αὐχμώ‐ δεσιν ἕξεσιν οὐκ ἂν παύσαιτο σαφῶς ὁ παροξυσμός, πρὶν λουτροῖς καὶ</w:t>
      </w:r>
    </w:p>
    <w:p>
      <w:r>
        <w:rPr>
          <w:rFonts w:ascii="Courier New" w:hAnsi="Courier New"/>
          <w:color w:val="555555"/>
          <w:sz w:val="20"/>
        </w:rPr>
        <w:t>[3 . 2 . 20]</w:t>
      </w:r>
    </w:p>
    <w:p>
      <w:r>
        <w:rPr>
          <w:rFonts w:ascii="Gentium Plus" w:hAnsi="Gentium Plus"/>
          <w:sz w:val="24"/>
        </w:rPr>
        <w:t>ὑγραινούσαις τροφαῖς χρήσασθαι. κατὰ δὲ τὰς πικροχόλους κράσεις καὶ ἀπεψίαι πυρετοὺς ἐξάπτουσι, διαφθειρομένης τῆς τροφῆς ἐπὶ τὸ κνισ‐ σῶδες· κενωθέντων μὲν οὖν τῶν διαφθαρέντων μορίων, λούειν καὶ τρέφειν προσήκει κατὰ τὴν παρακμὴν τοῦ πυρετοῦ τῆς γαστρὸς προ‐</w:t>
      </w:r>
    </w:p>
    <w:p>
      <w:r>
        <w:rPr>
          <w:rFonts w:ascii="Courier New" w:hAnsi="Courier New"/>
          <w:color w:val="555555"/>
          <w:sz w:val="20"/>
        </w:rPr>
        <w:t>[3 . 2 . 21]</w:t>
      </w:r>
    </w:p>
    <w:p>
      <w:r>
        <w:rPr>
          <w:rFonts w:ascii="Gentium Plus" w:hAnsi="Gentium Plus"/>
          <w:sz w:val="24"/>
        </w:rPr>
        <w:t>νοουμένους πρότερον. ἀμέτρου δὲ γενομένης τῆς κενώσεως καὶ καθαι‐ ρουμένης τῆς δυνάμεως, τρέφειν ἄνευ τοῦ λούειν προνοησαμένους καὶ</w:t>
      </w:r>
    </w:p>
    <w:p>
      <w:r>
        <w:rPr>
          <w:rFonts w:ascii="Courier New" w:hAnsi="Courier New"/>
          <w:color w:val="555555"/>
          <w:sz w:val="20"/>
        </w:rPr>
        <w:t>[3 . 2 . 22]</w:t>
      </w:r>
    </w:p>
    <w:p>
      <w:r>
        <w:rPr>
          <w:rFonts w:ascii="Gentium Plus" w:hAnsi="Gentium Plus"/>
          <w:sz w:val="24"/>
        </w:rPr>
        <w:t>νῦν τῶν κατὰ γαστέρα. ἔτι μὲν οὖν διαχωρούσης τῆς γαστρός, δι’ ἐλαίου καὶ ἀψινθίου· δήξεως δέ τινος ἢ πόνου παρακολουθήσαντος, πορφύρας πίλημα θερμὸν καὶ ξηρὸν ἢ βεβρεγμένον ἐν ἐλαίῳ καὶ μύρῳ ναρδίνῳ ἐκπεπιεσμένον σφοδρῶς ἐπιτιθέναι· τοῦ στομάχου δ’ ἀτονοῦν‐</w:t>
      </w:r>
    </w:p>
    <w:p>
      <w:r>
        <w:rPr>
          <w:rFonts w:ascii="Courier New" w:hAnsi="Courier New"/>
          <w:color w:val="555555"/>
          <w:sz w:val="20"/>
        </w:rPr>
        <w:t>[5]</w:t>
      </w:r>
    </w:p>
    <w:p>
      <w:r>
        <w:rPr>
          <w:rFonts w:ascii="Gentium Plus" w:hAnsi="Gentium Plus"/>
          <w:sz w:val="24"/>
        </w:rPr>
        <w:t>τος, μικτέον τῷ νάρδῳ μαστίχην λείαν καὶ δεύσαντας ὡς γλοιῶδες</w:t>
      </w:r>
    </w:p>
    <w:p>
      <w:r>
        <w:rPr>
          <w:rFonts w:ascii="Courier New" w:hAnsi="Courier New"/>
          <w:color w:val="555555"/>
          <w:sz w:val="20"/>
        </w:rPr>
        <w:t>[3 . 2 . 23]</w:t>
      </w:r>
    </w:p>
    <w:p>
      <w:r>
        <w:rPr>
          <w:rFonts w:ascii="Gentium Plus" w:hAnsi="Gentium Plus"/>
          <w:sz w:val="24"/>
        </w:rPr>
        <w:t>γενέσθαι, εἶτα βρέξαντας ἐν αὐτῷ τὴν πορφύραν ἐπιτιθέναι. θερμὰ δὲ προσάγειν πάντα τὰ τοιαῦτα· τὸν γὰρ τόνον ἐκλύειν πέφυκε τὰ</w:t>
      </w:r>
    </w:p>
    <w:p>
      <w:r>
        <w:rPr>
          <w:rFonts w:ascii="Courier New" w:hAnsi="Courier New"/>
          <w:color w:val="555555"/>
          <w:sz w:val="20"/>
        </w:rPr>
        <w:t>[3 . 2 . 24]</w:t>
      </w:r>
    </w:p>
    <w:p>
      <w:r>
        <w:rPr>
          <w:rFonts w:ascii="Gentium Plus" w:hAnsi="Gentium Plus"/>
          <w:sz w:val="24"/>
        </w:rPr>
        <w:t>χλιαρά. τῆς γαστρὸς δ’ ἔτι διαχωρούσης, μηλίνῳ προσφάτῳ χρηστέον</w:t>
      </w:r>
    </w:p>
    <w:p>
      <w:r>
        <w:rPr>
          <w:rFonts w:ascii="Courier New" w:hAnsi="Courier New"/>
          <w:color w:val="555555"/>
          <w:sz w:val="20"/>
        </w:rPr>
        <w:t>[3 . 2 . 25]</w:t>
      </w:r>
    </w:p>
    <w:p>
      <w:r>
        <w:rPr>
          <w:rFonts w:ascii="Gentium Plus" w:hAnsi="Gentium Plus"/>
          <w:sz w:val="24"/>
        </w:rPr>
        <w:t>ἀντὶ τοῦ νάρδου. χρήσαιτο δ’ ἄν τις καὶ κηρωτῇ τοιαύτῃ· κηροῦ καὶ</w:t>
      </w:r>
    </w:p>
    <w:p>
      <w:r>
        <w:rPr>
          <w:rFonts w:ascii="Courier New" w:hAnsi="Courier New"/>
          <w:color w:val="555555"/>
          <w:sz w:val="20"/>
        </w:rPr>
        <w:t>[3 . 2 . 26]</w:t>
      </w:r>
    </w:p>
    <w:p>
      <w:r>
        <w:rPr>
          <w:rFonts w:ascii="Gentium Plus" w:hAnsi="Gentium Plus"/>
          <w:sz w:val="24"/>
        </w:rPr>
        <w:t>νάρδου ἴσον, ἀλόης δὲ καὶ μαστίχης τὸ ὄγδοον. θερμῆς δ’ οὔσης τῆς</w:t>
      </w:r>
    </w:p>
    <w:p>
      <w:r>
        <w:rPr>
          <w:rFonts w:ascii="Courier New" w:hAnsi="Courier New"/>
          <w:color w:val="555555"/>
          <w:sz w:val="20"/>
        </w:rPr>
        <w:t>[3 . 2 . 27]</w:t>
      </w:r>
    </w:p>
    <w:p>
      <w:r>
        <w:rPr>
          <w:rFonts w:ascii="Gentium Plus" w:hAnsi="Gentium Plus"/>
          <w:sz w:val="24"/>
        </w:rPr>
        <w:t>γαστρός, καὶ νῦν ἀντὶ τοῦ νάρδου τῷ μηλίνῳ χρηστέον. ἔστι δὲ καὶ δι’ οἰνάνθης καὶ ὑποκιστίδος καὶ βαλαυστίων καὶ φοινίκων σαρκὸς ἐπι‐</w:t>
      </w:r>
    </w:p>
    <w:p>
      <w:r>
        <w:rPr>
          <w:rFonts w:ascii="Courier New" w:hAnsi="Courier New"/>
          <w:color w:val="555555"/>
          <w:sz w:val="20"/>
        </w:rPr>
        <w:t>[3 . 2 . 28]</w:t>
      </w:r>
    </w:p>
    <w:p>
      <w:r>
        <w:rPr>
          <w:rFonts w:ascii="Gentium Plus" w:hAnsi="Gentium Plus"/>
          <w:sz w:val="24"/>
        </w:rPr>
        <w:t>τήδεια φάρμακα. τροφὴν δὲ διδόναι, ὑπιούσης μὲν ἔτι τῆς γαστρός, ἄλφιτα δι’ ὕδατος μέν, ἐνίοτε δὲ θερμοῦ σφοδρῶς, ἐνίοτε δ’ ἤτοι διὰ</w:t>
      </w:r>
    </w:p>
    <w:p>
      <w:r>
        <w:rPr>
          <w:rFonts w:ascii="Courier New" w:hAnsi="Courier New"/>
          <w:color w:val="555555"/>
          <w:sz w:val="20"/>
        </w:rPr>
        <w:t>[3 . 2 . 29]</w:t>
      </w:r>
    </w:p>
    <w:p>
      <w:r>
        <w:rPr>
          <w:rFonts w:ascii="Gentium Plus" w:hAnsi="Gentium Plus"/>
          <w:sz w:val="24"/>
        </w:rPr>
        <w:t>χυλοῦ ῥοιῶν ἢ ἀπίων ἢ μήλων. μηκέτι δὲ ῥεούσης αὐτῆς, χόνδρος ἐπιτήδειος παραπλησίως ἠρτυμένος πτισάνῃ καὶ ὄξους ἔχων, καὶ οἱ πετραῖοι δ’ ἰχθύες ἐν λευκῷ ζωμῷ καὶ τῶν ὀπωρῶν τις τῶν στυφου‐</w:t>
      </w:r>
    </w:p>
    <w:p>
      <w:r>
        <w:rPr>
          <w:rFonts w:ascii="Courier New" w:hAnsi="Courier New"/>
          <w:color w:val="555555"/>
          <w:sz w:val="20"/>
        </w:rPr>
        <w:t>[3 . 2 . 30]</w:t>
      </w:r>
    </w:p>
    <w:p>
      <w:r>
        <w:rPr>
          <w:rFonts w:ascii="Gentium Plus" w:hAnsi="Gentium Plus"/>
          <w:sz w:val="24"/>
        </w:rPr>
        <w:t>σῶν, μόνη 〈ἢ〉 μετ’ ἄρτου. ταῦτα δὲ καὶ ἐκκρινούσης αὐτῆς ἐπιτήδεια· καὶ μετὰ ταῦτα αἰονᾶν τά τε ὑποχόνδρια καὶ σύμπασαν τὴν γαστέρα.</w:t>
      </w:r>
    </w:p>
    <w:p>
      <w:r>
        <w:rPr>
          <w:rFonts w:ascii="Courier New" w:hAnsi="Courier New"/>
          <w:color w:val="555555"/>
          <w:sz w:val="20"/>
        </w:rPr>
        <w:t>[3 . 2 . 31]</w:t>
      </w:r>
    </w:p>
    <w:p>
      <w:r>
        <w:rPr>
          <w:rFonts w:ascii="Gentium Plus" w:hAnsi="Gentium Plus"/>
          <w:sz w:val="24"/>
        </w:rPr>
        <w:t>κινεῖσθαι δ’ ἀρχομένης τῆς γαστρός, συνεργεῖν διὰ προσθέτων ἢ δι’ ἐνεμάτων βοηθοῦντας καὶ ταῖς ἄλλαις δήξεσι καὶ ταῖς ἐμπνευματώσεσιν, εἰ παρεῖεν· ταῖς μὲν οὖν σφοδραῖς δήξεσι βοηθεῖν ἔλαιον ἐκχέοντας, ἑνωθέντος ἐν αὐτῷ χηνείου στέατος ἢ ἀλεκτορίδος ἢ αἰγὸς ἢ ὑός,</w:t>
      </w:r>
    </w:p>
    <w:p>
      <w:r>
        <w:rPr>
          <w:rFonts w:ascii="Courier New" w:hAnsi="Courier New"/>
          <w:color w:val="555555"/>
          <w:sz w:val="20"/>
        </w:rPr>
        <w:t>[5]</w:t>
      </w:r>
    </w:p>
    <w:p>
      <w:r>
        <w:rPr>
          <w:rFonts w:ascii="Gentium Plus" w:hAnsi="Gentium Plus"/>
          <w:sz w:val="24"/>
        </w:rPr>
        <w:t>καὶ κηροῦ τι βραχύ· ταῖς δ’ ἐμπνευματώσεσιν ἔλαιον συνεψήσας πη‐</w:t>
      </w:r>
    </w:p>
    <w:p>
      <w:r>
        <w:rPr>
          <w:rFonts w:ascii="Courier New" w:hAnsi="Courier New"/>
          <w:color w:val="555555"/>
          <w:sz w:val="20"/>
        </w:rPr>
        <w:t>[3 . 2 . 32]</w:t>
      </w:r>
    </w:p>
    <w:p>
      <w:r>
        <w:rPr>
          <w:rFonts w:ascii="Gentium Plus" w:hAnsi="Gentium Plus"/>
          <w:sz w:val="24"/>
        </w:rPr>
        <w:t>γάνου τι καὶ σελίνου σπέρμα καὶ κυμίνου καὶ μαράθρου. κενωθείσης δὲ τῆς γαστρός, διδόναι τροφὴν εὐθὺς χωρὶς τῶν στυφόντων.</w:t>
      </w:r>
    </w:p>
    <w:p>
      <w:pPr>
        <w:jc w:val="center"/>
      </w:pPr>
      <w:r>
        <w:rPr>
          <w:rFonts w:ascii="Gentium Plus" w:hAnsi="Gentium Plus"/>
          <w:b/>
          <w:sz w:val="24"/>
        </w:rPr>
        <w:t>Τριταίων γνησίων ἰάσεις.</w:t>
      </w:r>
    </w:p>
    <w:p>
      <w:r>
        <w:rPr>
          <w:rFonts w:ascii="Courier New" w:hAnsi="Courier New"/>
          <w:color w:val="555555"/>
          <w:sz w:val="20"/>
        </w:rPr>
        <w:t>[3 . 3 . 1]</w:t>
      </w:r>
    </w:p>
    <w:p>
      <w:r>
        <w:rPr>
          <w:rFonts w:ascii="Gentium Plus" w:hAnsi="Gentium Plus"/>
          <w:sz w:val="24"/>
        </w:rPr>
        <w:t>Εὐπορήσεις δ’ ἰαμάτων καὶ ἐπὶ τῶν διαλειπόντων πυρετῶν, ὡς</w:t>
      </w:r>
    </w:p>
    <w:p>
      <w:r>
        <w:rPr>
          <w:rFonts w:ascii="Courier New" w:hAnsi="Courier New"/>
          <w:color w:val="555555"/>
          <w:sz w:val="20"/>
        </w:rPr>
        <w:t>[3 . 3 . 2]</w:t>
      </w:r>
    </w:p>
    <w:p>
      <w:r>
        <w:rPr>
          <w:rFonts w:ascii="Gentium Plus" w:hAnsi="Gentium Plus"/>
          <w:sz w:val="24"/>
        </w:rPr>
        <w:t>δύνασθαι καὶ χωρὶς ἰατροῦ βοηθεῖν τοῖς κάμνουσιν. ἔστι δ’ ὁ μὲν τρι‐</w:t>
      </w:r>
    </w:p>
    <w:p>
      <w:r>
        <w:rPr>
          <w:rFonts w:ascii="Courier New" w:hAnsi="Courier New"/>
          <w:color w:val="555555"/>
          <w:sz w:val="20"/>
        </w:rPr>
        <w:t>[3 . 3 . 3]</w:t>
      </w:r>
    </w:p>
    <w:p>
      <w:r>
        <w:rPr>
          <w:rFonts w:ascii="Gentium Plus" w:hAnsi="Gentium Plus"/>
          <w:sz w:val="24"/>
        </w:rPr>
        <w:t>ταῖος ὀξύτατός τε ἅμα καὶ οὐ κακοήθης. καὶ ὁ μὲν εἴσω τῶν δώδεκα ὡρῶν παυόμενος ἀκριβὴς καλεῖται τριταῖος, ὁ δ’ ὑπερβαίνων ταύτας</w:t>
      </w:r>
    </w:p>
    <w:p>
      <w:r>
        <w:rPr>
          <w:rFonts w:ascii="Courier New" w:hAnsi="Courier New"/>
          <w:color w:val="555555"/>
          <w:sz w:val="20"/>
        </w:rPr>
        <w:t>[3 . 3 . 4]</w:t>
      </w:r>
    </w:p>
    <w:p>
      <w:r>
        <w:rPr>
          <w:rFonts w:ascii="Gentium Plus" w:hAnsi="Gentium Plus"/>
          <w:sz w:val="24"/>
        </w:rPr>
        <w:t>οὐκ ἀκριβής. ὠφελήσεις οὖν τὸν ἀκριβῆ τριταῖον οὕτως· ἐπεὶ τὴν γένεσιν ἔχει χολῆς πλεοναζούσης τε καὶ κινουμένης, ὑγραίνειν καὶ ψύχειν τὸν κάμνοντα προσῆκε καὶ κενοῦν ἐρεθίζοντας τὴν χολὴν διὰ γαστρὸς καὶ δι’ ἐμέτων. ἀλλὰ τοῦτο μὲν καὶ αὐτομάτως συμβαίνει τοῖς</w:t>
      </w:r>
    </w:p>
    <w:p>
      <w:r>
        <w:rPr>
          <w:rFonts w:ascii="Courier New" w:hAnsi="Courier New"/>
          <w:color w:val="555555"/>
          <w:sz w:val="20"/>
        </w:rPr>
        <w:t>[5]</w:t>
      </w:r>
    </w:p>
    <w:p>
      <w:r>
        <w:rPr>
          <w:rFonts w:ascii="Gentium Plus" w:hAnsi="Gentium Plus"/>
          <w:sz w:val="24"/>
        </w:rPr>
        <w:t>ἀκριβέσι τριταίοις· σὺ δὲ καὶ δι’ οὔρων καὶ δι’ ἱδρώτων κένου τὸ χολῶδες, σελίνου τε καὶ ἀνήθου διδοὺς ἀφέψημα πίνειν, καὶ λούειν ἐν ὕδατι θερμῷ καὶ γλυκεῖ· τοῦτο γὰρ οὐ διαφορεῖ μόνον τὴν χολήν, ἀλλὰ καὶ τῇ ποιότητι μεγάλως ὠφελεῖ, ψῦχον καὶ ὑγραῖνον τῇ δυνά‐</w:t>
      </w:r>
    </w:p>
    <w:p>
      <w:r>
        <w:rPr>
          <w:rFonts w:ascii="Courier New" w:hAnsi="Courier New"/>
          <w:color w:val="555555"/>
          <w:sz w:val="20"/>
        </w:rPr>
        <w:t>[3 . 3 . 5]</w:t>
      </w:r>
    </w:p>
    <w:p>
      <w:r>
        <w:rPr>
          <w:rFonts w:ascii="Gentium Plus" w:hAnsi="Gentium Plus"/>
          <w:sz w:val="24"/>
        </w:rPr>
        <w:t>μει. λοῦε δὲ χωρὶς νίτρου χρήσεως, ἔλαιον θερμὸν περιχέων, καὶ οὕτως ἐμβιβάζων καὶ χρονίζειν ἐπιτρέπων ταῖς θερμαῖς ἐμβάσεσιν, ἐφ’ ὅσον ἂν προθυμῶνται· τοὺς δὲ φιλολούτρους κἂν δεύτερον λούσῃς, ὠφε‐</w:t>
      </w:r>
    </w:p>
    <w:p>
      <w:r>
        <w:rPr>
          <w:rFonts w:ascii="Courier New" w:hAnsi="Courier New"/>
          <w:color w:val="555555"/>
          <w:sz w:val="20"/>
        </w:rPr>
        <w:t>[3 . 3 . 6]</w:t>
      </w:r>
    </w:p>
    <w:p>
      <w:r>
        <w:rPr>
          <w:rFonts w:ascii="Gentium Plus" w:hAnsi="Gentium Plus"/>
          <w:sz w:val="24"/>
        </w:rPr>
        <w:t>λήσεις. οἶνον δ’ ἐν ἀρχαῖς μὲν μηδ’ ὅλως ἐπιδιδόναι, μετὰ ταῦτα δὲ λευκὸν καὶ λεπτὸν καὶ ὑδαρῆ τέως καὶ ὀλίγον, ὕστερον δὲ τῆς λύσεως</w:t>
      </w:r>
    </w:p>
    <w:p>
      <w:r>
        <w:rPr>
          <w:rFonts w:ascii="Courier New" w:hAnsi="Courier New"/>
          <w:color w:val="555555"/>
          <w:sz w:val="20"/>
        </w:rPr>
        <w:t>[3 . 3 . 7]</w:t>
      </w:r>
    </w:p>
    <w:p>
      <w:r>
        <w:rPr>
          <w:rFonts w:ascii="Gentium Plus" w:hAnsi="Gentium Plus"/>
          <w:sz w:val="24"/>
        </w:rPr>
        <w:t>ἤδη τοῦ νοσήματος προσδοκωμένης, καὶ πλείονα. σιτία δὲ τοῖς ἀκριβέσι τριταίοις ἁρμόττει τὰ ψύχοντα καὶ ὑγραίνοντα· λαχάνων μὲν οὖν ἐπι‐ τήδεια βλίτα, ἀτράφαξυς, μαλάχη, θριδακίνη καὶ κολοκύντη, τῶν δ’ ἄλλων κατ’ ἀρχὰς μὲν χυλὸς πτισάνης καὶ ῥόφημα τὸ ἐκ χόνδρου</w:t>
      </w:r>
    </w:p>
    <w:p>
      <w:r>
        <w:rPr>
          <w:rFonts w:ascii="Courier New" w:hAnsi="Courier New"/>
          <w:color w:val="555555"/>
          <w:sz w:val="20"/>
        </w:rPr>
        <w:t>[5]</w:t>
      </w:r>
    </w:p>
    <w:p>
      <w:r>
        <w:rPr>
          <w:rFonts w:ascii="Gentium Plus" w:hAnsi="Gentium Plus"/>
          <w:sz w:val="24"/>
        </w:rPr>
        <w:t>μετὰ δὲ ταῦτα τῶν ἰχθύων οἱ πετραῖοι καὶ τῶν πτηνῶν τὰ μαλακό‐ σαρκα καὶ τῶν μὴ τοιούτων τὰ πτερὰ καὶ τῶν χοίρων οἱ πόδες καὶ ἐγκέφαλοι, τῶν δὲ νέων καὶ ἡ σὰρξ δίσεφθος· καὶ ὀπωρῶν δὲ τῶν μὴ δυσπέπτων συγχωρεῖν ἐσθίειν, εἴργειν δὲ παντὸς θερμοῦ καὶ δρι‐</w:t>
      </w:r>
    </w:p>
    <w:p>
      <w:r>
        <w:rPr>
          <w:rFonts w:ascii="Courier New" w:hAnsi="Courier New"/>
          <w:color w:val="555555"/>
          <w:sz w:val="20"/>
        </w:rPr>
        <w:t>[3 . 3 . 8]</w:t>
      </w:r>
    </w:p>
    <w:p>
      <w:r>
        <w:rPr>
          <w:rFonts w:ascii="Gentium Plus" w:hAnsi="Gentium Plus"/>
          <w:sz w:val="24"/>
        </w:rPr>
        <w:t>μέος. τοὺς μὲν οὖν πολλοὺς οὕτω διαιτήσεις, τοὺς δ’ ἄνευ τρυφῆς ζῶντας χυλὸν πτισάνης διδοὺς μέχρι κρίσεως.</w:t>
      </w:r>
    </w:p>
    <w:p>
      <w:pPr>
        <w:jc w:val="center"/>
      </w:pPr>
      <w:r>
        <w:rPr>
          <w:rFonts w:ascii="Gentium Plus" w:hAnsi="Gentium Plus"/>
          <w:b/>
          <w:sz w:val="24"/>
        </w:rPr>
        <w:t>Τεταρταίου ἰάσεις.</w:t>
      </w:r>
    </w:p>
    <w:p>
      <w:r>
        <w:rPr>
          <w:rFonts w:ascii="Courier New" w:hAnsi="Courier New"/>
          <w:color w:val="555555"/>
          <w:sz w:val="20"/>
        </w:rPr>
        <w:t>[3 . 4 . 1]</w:t>
      </w:r>
    </w:p>
    <w:p>
      <w:r>
        <w:rPr>
          <w:rFonts w:ascii="Gentium Plus" w:hAnsi="Gentium Plus"/>
          <w:sz w:val="24"/>
        </w:rPr>
        <w:t>Ὁ δὲ τεταρταῖος μακρότατός τέ ἐστι καὶ ἀκινδυνότατος ὅσον ἐφ’</w:t>
      </w:r>
    </w:p>
    <w:p>
      <w:r>
        <w:rPr>
          <w:rFonts w:ascii="Courier New" w:hAnsi="Courier New"/>
          <w:color w:val="555555"/>
          <w:sz w:val="20"/>
        </w:rPr>
        <w:t>[3 . 4 . 2]</w:t>
      </w:r>
    </w:p>
    <w:p>
      <w:r>
        <w:rPr>
          <w:rFonts w:ascii="Gentium Plus" w:hAnsi="Gentium Plus"/>
          <w:sz w:val="24"/>
        </w:rPr>
        <w:t>ἑαυτῷ. δεῖ δὲ τοὺς κάμνοντας αὐτῷ κατ’ ἀρχὰς μὲν μήτε ἰσχυροῦ δόσει φαρμάκου συγκινεῖν μήτε κενοῦν σφοδρῶς, διαιτᾶν δὲ τοῖς ἀφύ‐ σοις καὶ τὴν γαστέρα ὑπομαλάττειν τοῖς συνήθεσι, μήτε δὲ χοιρείων λαμβανέτωσαν κρεῶν μήτε ὅλως τῶν γλίσχρων καὶ παχυχύμων ἐδε‐</w:t>
      </w:r>
    </w:p>
    <w:p>
      <w:r>
        <w:rPr>
          <w:rFonts w:ascii="Courier New" w:hAnsi="Courier New"/>
          <w:color w:val="555555"/>
          <w:sz w:val="20"/>
        </w:rPr>
        <w:t>[5]</w:t>
      </w:r>
    </w:p>
    <w:p>
      <w:r>
        <w:rPr>
          <w:rFonts w:ascii="Gentium Plus" w:hAnsi="Gentium Plus"/>
          <w:sz w:val="24"/>
        </w:rPr>
        <w:t>σμάτων, ἀπεχέσθωσαν δὲ καὶ τῶν ψυχόντων καὶ ὑγραινόντων πάντων· οἴνῳ δὲ λευκῷ καὶ λεπτῷ θερμαίνοντι χρησάσθωσαν καὶ τῶν πτηνῶν τοῖς μὴ ἐν ἕλεσι καὶ λίμναις διαιτωμένοις καὶ τοῖς εὐπέπτοις καὶ</w:t>
      </w:r>
    </w:p>
    <w:p>
      <w:r>
        <w:rPr>
          <w:rFonts w:ascii="Courier New" w:hAnsi="Courier New"/>
          <w:color w:val="555555"/>
          <w:sz w:val="20"/>
        </w:rPr>
        <w:t>[3 . 4 . 3]</w:t>
      </w:r>
    </w:p>
    <w:p>
      <w:r>
        <w:rPr>
          <w:rFonts w:ascii="Gentium Plus" w:hAnsi="Gentium Plus"/>
          <w:sz w:val="24"/>
        </w:rPr>
        <w:t>μηδὲν ἔχουσι γλίσχρον τῶν ἰχθύων, καὶ ταρίχει δὲ καὶ νάπυϊ. καὶ πέπερι δ’ αὐτοὺς ὠφελήσει λεπτὸν καὶ χνοῶδες ἐπιπαττόμενον ὕδατι</w:t>
      </w:r>
    </w:p>
    <w:p>
      <w:r>
        <w:rPr>
          <w:rFonts w:ascii="Courier New" w:hAnsi="Courier New"/>
          <w:color w:val="555555"/>
          <w:sz w:val="20"/>
        </w:rPr>
        <w:t>[3 . 4 . 4]</w:t>
      </w:r>
    </w:p>
    <w:p>
      <w:r>
        <w:rPr>
          <w:rFonts w:ascii="Gentium Plus" w:hAnsi="Gentium Plus"/>
          <w:sz w:val="24"/>
        </w:rPr>
        <w:t>θερμῷ καὶ πινόμενον. τρίψεων δὲ καὶ περιπάτων μὴ εἰργέσθωσαν·</w:t>
      </w:r>
    </w:p>
    <w:p>
      <w:r>
        <w:rPr>
          <w:rFonts w:ascii="Courier New" w:hAnsi="Courier New"/>
          <w:color w:val="555555"/>
          <w:sz w:val="20"/>
        </w:rPr>
        <w:t>[3 . 4 . 5]</w:t>
      </w:r>
    </w:p>
    <w:p>
      <w:r>
        <w:rPr>
          <w:rFonts w:ascii="Gentium Plus" w:hAnsi="Gentium Plus"/>
          <w:sz w:val="24"/>
        </w:rPr>
        <w:t>λουτροῦ δ’ εἰ δύναιντο παντελῶς ἀπέχεσθαι, κάλλιον. κατ’ ἀρχὰς μὲν οὖν οὕτως· περὶ τὴν ἀκμὴν δὲ λεπτότερόν τε διαιτᾶν καὶ ἐᾶν ἡσυχά‐ ζειν ἐπὶ πλέον αἰονᾶν τε τὰ ὑποχόνδρια καὶ καταπλάττειν τοῖς μαλάσ‐</w:t>
      </w:r>
    </w:p>
    <w:p>
      <w:r>
        <w:rPr>
          <w:rFonts w:ascii="Courier New" w:hAnsi="Courier New"/>
          <w:color w:val="555555"/>
          <w:sz w:val="20"/>
        </w:rPr>
        <w:t>[3 . 4 . 6]</w:t>
      </w:r>
    </w:p>
    <w:p>
      <w:r>
        <w:rPr>
          <w:rFonts w:ascii="Gentium Plus" w:hAnsi="Gentium Plus"/>
          <w:sz w:val="24"/>
        </w:rPr>
        <w:t>σουσι καὶ χαλῶσιν· εἶθ’ οὕτως τοῖς οὐρητικοῖς κεχρῆσθαι. καὶ τῆς παρακμῆς ὑποφαινομένης, καθαίρειν σφοδρότερον τῷ τὴν μέλαιναν κενοῦντι χολήν (αὕτη γὰρ γεννᾷ τὸ νόσημα πλεονάσασα) καὶ διδόναι τῆς θηριακῆς ἐφεξῆς ἤ τι τῶν ἄλλων τῶν πείρᾳ † δεδωκότων, οἷόν</w:t>
      </w:r>
    </w:p>
    <w:p>
      <w:r>
        <w:rPr>
          <w:rFonts w:ascii="Courier New" w:hAnsi="Courier New"/>
          <w:color w:val="555555"/>
          <w:sz w:val="20"/>
        </w:rPr>
        <w:t>[5]</w:t>
      </w:r>
    </w:p>
    <w:p>
      <w:r>
        <w:rPr>
          <w:rFonts w:ascii="Gentium Plus" w:hAnsi="Gentium Plus"/>
          <w:sz w:val="24"/>
        </w:rPr>
        <w:t>ἐστι τόδε τὸ πάνυ δοκιμώτατον· ὀποῦ Κυρηναϊκοῦ, πεπέρεως, σμύρνης,</w:t>
      </w:r>
    </w:p>
    <w:p>
      <w:r>
        <w:rPr>
          <w:rFonts w:ascii="Courier New" w:hAnsi="Courier New"/>
          <w:color w:val="555555"/>
          <w:sz w:val="20"/>
        </w:rPr>
        <w:t>[3 . 4 . 7]</w:t>
      </w:r>
    </w:p>
    <w:p>
      <w:r>
        <w:rPr>
          <w:rFonts w:ascii="Gentium Plus" w:hAnsi="Gentium Plus"/>
          <w:sz w:val="24"/>
        </w:rPr>
        <w:t>πηγάνου φύλλων ἀνὰ 𐅻 α· λειωθέντα καὶ μιχθέντα ἀναλαμβάνεται Ἀττικῷ μέλιτι καὶ δίδοται πρὸ ὀλίγου τῆς ἐπισημασίας σὺν ὀξυμέλιτι</w:t>
      </w:r>
    </w:p>
    <w:p>
      <w:r>
        <w:rPr>
          <w:rFonts w:ascii="Courier New" w:hAnsi="Courier New"/>
          <w:color w:val="555555"/>
          <w:sz w:val="20"/>
        </w:rPr>
        <w:t>[3 . 4 . 8]</w:t>
      </w:r>
    </w:p>
    <w:p>
      <w:r>
        <w:rPr>
          <w:rFonts w:ascii="Gentium Plus" w:hAnsi="Gentium Plus"/>
          <w:sz w:val="24"/>
        </w:rPr>
        <w:t>πλῆθος ὀβολῶν δύο. εἴ τις τοῦ τοιούτου φαρμάκου κατ’ ἀρχὰς δοίη, ἁπλοῦν μὲν ὄντα πολλάκις διπλοῦν κατασκευάσει τὸν τεταρταῖον ἢ μείζονά τε καὶ χαλεπώτερον πάντως, διπλοῦν δὲ τυγχάνοντα τριπλοῦν</w:t>
      </w:r>
    </w:p>
    <w:p>
      <w:r>
        <w:rPr>
          <w:rFonts w:ascii="Courier New" w:hAnsi="Courier New"/>
          <w:color w:val="555555"/>
          <w:sz w:val="20"/>
        </w:rPr>
        <w:t>[3 . 4 . 9]</w:t>
      </w:r>
    </w:p>
    <w:p>
      <w:r>
        <w:rPr>
          <w:rFonts w:ascii="Gentium Plus" w:hAnsi="Gentium Plus"/>
          <w:sz w:val="24"/>
        </w:rPr>
        <w:t>ποιήσει. τὰ δὲ κατὰ περίοδον ἰᾶται ῥίγη πάντα ὅσα παχέων καὶ γλί‐ σχρων χυμῶν ἔγγονα τυγχάνει, τό τε ἀγαρικὸν καὶ ἡ καλαμίνθη διὰ μελικράτου πινομένη καὶ ἐνεψηθεῖσα ἐλαίῳ, τοῦ σώματος ὅλου γεν‐ ναίως ἀνατριβομένου, καὶ ὁ κόστος ὁμοίως καὶ πύρεθρον· τοῦτο δὲ</w:t>
      </w:r>
    </w:p>
    <w:p>
      <w:r>
        <w:rPr>
          <w:rFonts w:ascii="Courier New" w:hAnsi="Courier New"/>
          <w:color w:val="555555"/>
          <w:sz w:val="20"/>
        </w:rPr>
        <w:t>[5]</w:t>
      </w:r>
    </w:p>
    <w:p>
      <w:r>
        <w:rPr>
          <w:rFonts w:ascii="Gentium Plus" w:hAnsi="Gentium Plus"/>
          <w:sz w:val="24"/>
        </w:rPr>
        <w:t>καὶ τοὺς ναρκώδεις καὶ τοὺς παρειμένους ὠφελεῖ. παύει δὲ ῥῖγος καὶ ἄγνου σπέρμα ὁμοίως ἐλαίῳ ἑψηθὲν καὶ δαφνίδες καὶ κόκκος Κνίδιος μετ’ ἐλαίου καὶ νίτρου.</w:t>
      </w:r>
    </w:p>
    <w:p>
      <w:pPr>
        <w:jc w:val="center"/>
      </w:pPr>
      <w:r>
        <w:rPr>
          <w:rFonts w:ascii="Gentium Plus" w:hAnsi="Gentium Plus"/>
          <w:b/>
          <w:sz w:val="24"/>
        </w:rPr>
        <w:t>Ἀμφημερινῶν ἰάσεις.</w:t>
      </w:r>
    </w:p>
    <w:p>
      <w:r>
        <w:rPr>
          <w:rFonts w:ascii="Courier New" w:hAnsi="Courier New"/>
          <w:color w:val="555555"/>
          <w:sz w:val="20"/>
        </w:rPr>
        <w:t>[3 . 5 . 1]</w:t>
      </w:r>
    </w:p>
    <w:p>
      <w:r>
        <w:rPr>
          <w:rFonts w:ascii="Gentium Plus" w:hAnsi="Gentium Plus"/>
          <w:sz w:val="24"/>
        </w:rPr>
        <w:t>Ἀμφημερινὸς δὲ καὶ μακρότατός ἐστι καὶ οὐκ ἀκίνδυνος ὑπὸ</w:t>
      </w:r>
    </w:p>
    <w:p>
      <w:r>
        <w:rPr>
          <w:rFonts w:ascii="Courier New" w:hAnsi="Courier New"/>
          <w:color w:val="555555"/>
          <w:sz w:val="20"/>
        </w:rPr>
        <w:t>[3 . 5 . 2]</w:t>
      </w:r>
    </w:p>
    <w:p>
      <w:r>
        <w:rPr>
          <w:rFonts w:ascii="Gentium Plus" w:hAnsi="Gentium Plus"/>
          <w:sz w:val="24"/>
        </w:rPr>
        <w:t>φλέγματος πλεονεξίας γεννώμενος. δεῖ δ’ αὐτὸν ἰᾶσθαι ὀξυμέλιτί τε χρώμενον μετὰ τὰς πρώτας ἡμέρας καὶ τοῖς οὖρα κινοῦσι δαψιλῶς καὶ</w:t>
      </w:r>
    </w:p>
    <w:p>
      <w:r>
        <w:rPr>
          <w:rFonts w:ascii="Courier New" w:hAnsi="Courier New"/>
          <w:color w:val="555555"/>
          <w:sz w:val="20"/>
        </w:rPr>
        <w:t>[3 . 5 . 3]</w:t>
      </w:r>
    </w:p>
    <w:p>
      <w:r>
        <w:rPr>
          <w:rFonts w:ascii="Gentium Plus" w:hAnsi="Gentium Plus"/>
          <w:sz w:val="24"/>
        </w:rPr>
        <w:t>τοῖς ἄλλοις ἅπασι τοῖς τμητικοῖς. μετὰ δὲ ταῦτα προνοούντων τῆς γαστρός, κἄπειτα ἐμούντων ἀπὸ ῥαφανίδων καὶ τοῖς φλέγμα κενοῦσι</w:t>
      </w:r>
    </w:p>
    <w:p>
      <w:r>
        <w:rPr>
          <w:rFonts w:ascii="Courier New" w:hAnsi="Courier New"/>
          <w:color w:val="555555"/>
          <w:sz w:val="20"/>
        </w:rPr>
        <w:t>[3 . 5 . 4]</w:t>
      </w:r>
    </w:p>
    <w:p>
      <w:r>
        <w:rPr>
          <w:rFonts w:ascii="Gentium Plus" w:hAnsi="Gentium Plus"/>
          <w:sz w:val="24"/>
        </w:rPr>
        <w:t>χρώμενοι καθαρτηρίοις. τὰ δ’ ἄλλα τῆς διαίτης εὔδηλα· θερμαίνειν</w:t>
      </w:r>
    </w:p>
    <w:p>
      <w:r>
        <w:rPr>
          <w:rFonts w:ascii="Courier New" w:hAnsi="Courier New"/>
          <w:color w:val="555555"/>
          <w:sz w:val="20"/>
        </w:rPr>
        <w:t>[3 . 5 . 5]</w:t>
      </w:r>
    </w:p>
    <w:p>
      <w:r>
        <w:rPr>
          <w:rFonts w:ascii="Gentium Plus" w:hAnsi="Gentium Plus"/>
          <w:sz w:val="24"/>
        </w:rPr>
        <w:t>γὰρ ὠφελεῖ καὶ τέμνειν. ἐπεὶ δ’ ἀκμῆς καὶ παρακμῆς ἐμνημονεύσαμεν, εἰδέναι χρὴ τὸν μὲν τεχνίτην πάντας τοὺς καιροὺς τῶν νοσημάτων διαγινώσκειν ἔκ τε τῶν οὔρων μάλιστα καὶ τῶν σφυγμῶν· σοὶ δ’ ἀρ‐ κέσει γνωρίζειν ἐπὶ τῶν κατὰ περίοδον νοσούντων τὴν μὲν ἀκμὴν</w:t>
      </w:r>
    </w:p>
    <w:p>
      <w:r>
        <w:rPr>
          <w:rFonts w:ascii="Courier New" w:hAnsi="Courier New"/>
          <w:color w:val="555555"/>
          <w:sz w:val="20"/>
        </w:rPr>
        <w:t>[5]</w:t>
      </w:r>
    </w:p>
    <w:p>
      <w:r>
        <w:rPr>
          <w:rFonts w:ascii="Gentium Plus" w:hAnsi="Gentium Plus"/>
          <w:sz w:val="24"/>
        </w:rPr>
        <w:t>ἐκ τοῦ τοὺς παροξυσμοὺς μένειν ἐπὶ τῶν αὐτῶν χρόνων τε καὶ συμ‐ πτωμάτων, τὰς δὲ παρακμὰς ἐκ τοῦ καὶ τὸν χρόνον ἐλαττοῦσθαι τῶν παροξυσμῶν καὶ τὸ μέγεθος καὶ τὸ πλῆθος τῶν συμπτωμάτων μειοῦσθαι.</w:t>
      </w:r>
    </w:p>
    <w:p>
      <w:pPr>
        <w:jc w:val="center"/>
      </w:pPr>
      <w:r>
        <w:rPr>
          <w:rFonts w:ascii="Gentium Plus" w:hAnsi="Gentium Plus"/>
          <w:b/>
          <w:sz w:val="24"/>
        </w:rPr>
        <w:t>Περὶ τῶν συντηκτικῶν πυρετῶν.</w:t>
      </w:r>
    </w:p>
    <w:p>
      <w:r>
        <w:rPr>
          <w:rFonts w:ascii="Courier New" w:hAnsi="Courier New"/>
          <w:color w:val="555555"/>
          <w:sz w:val="20"/>
        </w:rPr>
        <w:t>[3 . 6 . 1]</w:t>
      </w:r>
    </w:p>
    <w:p>
      <w:r>
        <w:rPr>
          <w:rFonts w:ascii="Gentium Plus" w:hAnsi="Gentium Plus"/>
          <w:sz w:val="24"/>
        </w:rPr>
        <w:t>Ἐπειδὰν χυμὸς παραπλήσιος τῇ ξανθῇ χολῇ διὰ γαστρὸς ἐκκρί‐ νηται πυρρότερος τῇ χρόᾳ καὶ δυσώδης καὶ γλοιώδης τὴν σύστασιν καὶ ἐλαιώδης ὀφθῆναι, γινώσκειν χρὴ πιμελῆ καὶ νεοπαγῆ σάρκα τήκε‐ σθαι πρὸς τοῦ πυρετοῦ διακαεστάτου καὶ σφοδροτάτου τυγχάνοντος·</w:t>
      </w:r>
    </w:p>
    <w:p>
      <w:r>
        <w:rPr>
          <w:rFonts w:ascii="Courier New" w:hAnsi="Courier New"/>
          <w:color w:val="555555"/>
          <w:sz w:val="20"/>
        </w:rPr>
        <w:t>[5]</w:t>
      </w:r>
    </w:p>
    <w:p>
      <w:r>
        <w:rPr>
          <w:rFonts w:ascii="Gentium Plus" w:hAnsi="Gentium Plus"/>
          <w:sz w:val="24"/>
        </w:rPr>
        <w:t>χρονίσαντος δ’ αὐτοῦ, ὡς καὶ τῶν στερεῶν αὐτῶν γίνεσθαι σύντηξιν·</w:t>
      </w:r>
    </w:p>
    <w:p>
      <w:r>
        <w:rPr>
          <w:rFonts w:ascii="Courier New" w:hAnsi="Courier New"/>
          <w:color w:val="555555"/>
          <w:sz w:val="20"/>
        </w:rPr>
        <w:t>[3 . 6 . 2]</w:t>
      </w:r>
    </w:p>
    <w:p>
      <w:r>
        <w:rPr>
          <w:rFonts w:ascii="Gentium Plus" w:hAnsi="Gentium Plus"/>
          <w:sz w:val="24"/>
        </w:rPr>
        <w:t>διὸ καὶ χαλεπώτατός ἐστιν ἁπάντων πυρετῶν ὁ τοιοῦτος. εὔδηλον οὖν ὡς σβεστηρίοις ἰάμασι χρησόμεθα, ψυχρόν τε ἄγαν προσφέροντες ὕδωρ πίνειν καὶ καταπλάσματα ψύχοντα κατὰ τοῦ θώρακος καὶ τῶν ὑποχονδρίων καὶ ἐπιθέματα τοιαῦτα καὶ τροφὰς ψυχούσας.</w:t>
      </w:r>
    </w:p>
    <w:p>
      <w:pPr>
        <w:jc w:val="center"/>
      </w:pPr>
      <w:r>
        <w:rPr>
          <w:rFonts w:ascii="Gentium Plus" w:hAnsi="Gentium Plus"/>
          <w:b/>
          <w:sz w:val="24"/>
        </w:rPr>
        <w:t>Περὶ λειποθυμιῶν.</w:t>
      </w:r>
    </w:p>
    <w:p>
      <w:r>
        <w:rPr>
          <w:rFonts w:ascii="Courier New" w:hAnsi="Courier New"/>
          <w:color w:val="555555"/>
          <w:sz w:val="20"/>
        </w:rPr>
        <w:t>[3 . 7 . 1]</w:t>
      </w:r>
    </w:p>
    <w:p>
      <w:r>
        <w:rPr>
          <w:rFonts w:ascii="Gentium Plus" w:hAnsi="Gentium Plus"/>
          <w:sz w:val="24"/>
        </w:rPr>
        <w:t>Αὐτὸ μὲν τὸ πρᾶγμα τῆς λειποθυμίας ἕν ἐστιν· αἰτίαι δ’ αὐτοῦ</w:t>
      </w:r>
    </w:p>
    <w:p>
      <w:r>
        <w:rPr>
          <w:rFonts w:ascii="Courier New" w:hAnsi="Courier New"/>
          <w:color w:val="555555"/>
          <w:sz w:val="20"/>
        </w:rPr>
        <w:t>[3 . 7 . 2]</w:t>
      </w:r>
    </w:p>
    <w:p>
      <w:r>
        <w:rPr>
          <w:rFonts w:ascii="Gentium Plus" w:hAnsi="Gentium Plus"/>
          <w:sz w:val="24"/>
        </w:rPr>
        <w:t>προσπίπτουσιν ἐνίστασθαι παροξυσμοῖς. τοῖς μὲν οὖν ἐπὶ χολέραις καὶ κοιλίας ῥύσεσι καὶ ταῖς ἄλλαις κενώσεσι ταῖς ἀμέτροις λειποθυμοῦσιν ὕδωρ τε προσραίνειν ψυχρὸν καὶ ἀνατρίβειν τήν τε ῥῖνα καὶ τὸ στόμα τῆς γαστρὸς καὶ σπαράττειν δακτύλων ἢ πτερῶν καθέσει καὶ ἀναγκάζειν</w:t>
      </w:r>
    </w:p>
    <w:p>
      <w:r>
        <w:rPr>
          <w:rFonts w:ascii="Courier New" w:hAnsi="Courier New"/>
          <w:color w:val="555555"/>
          <w:sz w:val="20"/>
        </w:rPr>
        <w:t>[5]</w:t>
      </w:r>
    </w:p>
    <w:p>
      <w:r>
        <w:rPr>
          <w:rFonts w:ascii="Gentium Plus" w:hAnsi="Gentium Plus"/>
          <w:sz w:val="24"/>
        </w:rPr>
        <w:t>ἐμεῖν σκέλη τε καὶ χεῖρας διαδεῖν πλείοσι καὶ σφοδροτέροις δεσμοῖς, τὰ ἄνω μὲν ἐν ταῖς κάτωθεν κενώσεσι, τὰ δὲ κάτω ἐν ταῖς ἄνωθεν.</w:t>
      </w:r>
    </w:p>
    <w:p>
      <w:r>
        <w:rPr>
          <w:rFonts w:ascii="Courier New" w:hAnsi="Courier New"/>
          <w:color w:val="555555"/>
          <w:sz w:val="20"/>
        </w:rPr>
        <w:t>[3 . 7 3,4]</w:t>
      </w:r>
    </w:p>
    <w:p>
      <w:r>
        <w:rPr>
          <w:rFonts w:ascii="Gentium Plus" w:hAnsi="Gentium Plus"/>
          <w:sz w:val="24"/>
        </w:rPr>
        <w:t>βοηθεῖ δὲ ταῖς τοιαύταις ἐκλύσεσι καὶ οἶνος ψυχρῷ κεκραμένος. λου‐</w:t>
      </w:r>
    </w:p>
    <w:p>
      <w:r>
        <w:rPr>
          <w:rFonts w:ascii="Courier New" w:hAnsi="Courier New"/>
          <w:color w:val="555555"/>
          <w:sz w:val="20"/>
        </w:rPr>
        <w:t>[3 . 7 . 4 (2)]</w:t>
      </w:r>
    </w:p>
    <w:p>
      <w:r>
        <w:rPr>
          <w:rFonts w:ascii="Gentium Plus" w:hAnsi="Gentium Plus"/>
          <w:sz w:val="24"/>
        </w:rPr>
        <w:t>τρὸν δὲ τοῖς μὲν εἰς τὴν γαστέρα ῥεύμασιν ἐπιτηδειότατον, τοῖς δὲ δι’ αἱμορραγίαν ἢ ἱδρώτων ἀμετρίαν λειποθυμοῦσι πολεμιώτατον (ψύ‐ ξεως γὰρ οὗτοι καὶ στύψεως, οὐ χαλασμοῦ δέονται)· ψυχρῷ δ’ ὕδατι</w:t>
      </w:r>
    </w:p>
    <w:p>
      <w:r>
        <w:rPr>
          <w:rFonts w:ascii="Courier New" w:hAnsi="Courier New"/>
          <w:color w:val="555555"/>
          <w:sz w:val="20"/>
        </w:rPr>
        <w:t>[3 . 7 . 5]</w:t>
      </w:r>
    </w:p>
    <w:p>
      <w:r>
        <w:rPr>
          <w:rFonts w:ascii="Gentium Plus" w:hAnsi="Gentium Plus"/>
          <w:sz w:val="24"/>
        </w:rPr>
        <w:t>κεκραμένος οἶνος αὐτοῖς ἐπιτήδειος. οὔτε δὲ διαδεῖσθαι συμφέρει τού‐ τους οὔτε ἐμεῖν οὔτε ὅλως κινεῖσθαι, ψύχεσθαι δ’ ἁρμόττει καὶ πυ‐ κνοῦσθαι· διὸ πνεύματά τε ψύχοντα κατασκευάσομεν εἰσρεῖν καὶ τὸν ἀέρα τοῦ οἴκου τρέψομεν εἰς ψυχρὰν καὶ στύφουσαν ποιότητα διὰ</w:t>
      </w:r>
    </w:p>
    <w:p>
      <w:r>
        <w:rPr>
          <w:rFonts w:ascii="Courier New" w:hAnsi="Courier New"/>
          <w:color w:val="555555"/>
          <w:sz w:val="20"/>
        </w:rPr>
        <w:t>[3 . 7 . 6]</w:t>
      </w:r>
    </w:p>
    <w:p>
      <w:r>
        <w:rPr>
          <w:rFonts w:ascii="Gentium Plus" w:hAnsi="Gentium Plus"/>
          <w:sz w:val="24"/>
        </w:rPr>
        <w:t>μυρσίνων καὶ ῥόδων καὶ ἑλίκων ἀμπέλων εἰσκομιδῆς. τούτοις μὲν</w:t>
      </w:r>
    </w:p>
    <w:p>
      <w:r>
        <w:rPr>
          <w:rFonts w:ascii="Courier New" w:hAnsi="Courier New"/>
          <w:color w:val="555555"/>
          <w:sz w:val="20"/>
        </w:rPr>
        <w:t>[3 . 7 . 7]</w:t>
      </w:r>
    </w:p>
    <w:p>
      <w:r>
        <w:rPr>
          <w:rFonts w:ascii="Gentium Plus" w:hAnsi="Gentium Plus"/>
          <w:sz w:val="24"/>
        </w:rPr>
        <w:t>βοηθεῖν οὕτως, ἔν γε τῷ παραχρῆμα· τῶν δὲ διὰ πλῆθος λειποθυ‐ μούντων ἀνατρίβειν ἐπὶ πλεῖστον καὶ θερμαίνειν καὶ διαδεῖν τὰ κῶλα, τροφῆς δ’ αὐτοὺς καὶ οἴνου καὶ λουτροῦ εἴργειν, εἰ πυρέττοιεν, διδόναι δὲ μόνον μελίκρατον ἢ ὀρίγανον ἢ ὕσσωπον ἢ γλήχωνα ἢ θύμον συν‐</w:t>
      </w:r>
    </w:p>
    <w:p>
      <w:r>
        <w:rPr>
          <w:rFonts w:ascii="Courier New" w:hAnsi="Courier New"/>
          <w:color w:val="555555"/>
          <w:sz w:val="20"/>
        </w:rPr>
        <w:t>[3 . 7 . 8]</w:t>
      </w:r>
    </w:p>
    <w:p>
      <w:r>
        <w:rPr>
          <w:rFonts w:ascii="Gentium Plus" w:hAnsi="Gentium Plus"/>
          <w:sz w:val="24"/>
        </w:rPr>
        <w:t>εψημένον ἔχον· διδόναι δὲ καὶ ὀξυμέλιτος. ὁμοίως δὲ καὶ τὰς ἐφ’ ὑστέραις ἐκλυομένας θεραπεύομεν χωρὶς τοῦ διδόναι τοῦ ὀξυμέλιτος.</w:t>
      </w:r>
    </w:p>
    <w:p>
      <w:r>
        <w:rPr>
          <w:rFonts w:ascii="Courier New" w:hAnsi="Courier New"/>
          <w:color w:val="555555"/>
          <w:sz w:val="20"/>
        </w:rPr>
        <w:t>[3 . 7 . 9]</w:t>
      </w:r>
    </w:p>
    <w:p>
      <w:r>
        <w:rPr>
          <w:rFonts w:ascii="Gentium Plus" w:hAnsi="Gentium Plus"/>
          <w:sz w:val="24"/>
        </w:rPr>
        <w:t>διαδεῖν δὲ καὶ τρίβειν αὐτῶν τὰ σκέλη καὶ πυρίας προσάγειν, αἷς μὲν ἐκκρίσεις πολλαὶ γίνονται, κατὰ τῶν μαστῶν, αἷς δ’ ἀνέσπασται μήτρα καὶ παρέσπασται, κατὰ βουβώνων καὶ μηρῶν· καὶ ὀσφραντὰ ταῖς μὲν ῥισὶ δυσωδέστατα, ταῖς δὲ μήτραις τὰ εὐώδη καὶ τὰ θερμαίνοντα καὶ</w:t>
      </w:r>
    </w:p>
    <w:p>
      <w:r>
        <w:rPr>
          <w:rFonts w:ascii="Courier New" w:hAnsi="Courier New"/>
          <w:color w:val="555555"/>
          <w:sz w:val="20"/>
        </w:rPr>
        <w:t>[3 . 7 . 10]</w:t>
      </w:r>
    </w:p>
    <w:p>
      <w:r>
        <w:rPr>
          <w:rFonts w:ascii="Gentium Plus" w:hAnsi="Gentium Plus"/>
          <w:sz w:val="24"/>
        </w:rPr>
        <w:t>τὰ χαλῶντα προσάξομεν. δι’ ἀτονίαν δὲ τοῦ στομάχου λειποθυμίας γενομένης, ἐπιπλάσμασι χρησόμεθα κατὰ τοῦ μορίου τονοῦσι διὰ φοι‐ νίκων καὶ οἴνου καὶ ἀλφίτων καὶ κρόκου καὶ ἀλόης καὶ μαστίχης, ἐμ‐ βροχαῖς δὲ ταῖς δι’ ἀψινθίου καὶ μαστιχίνου καὶ μηλίνου καὶ ναρδίνου</w:t>
      </w:r>
    </w:p>
    <w:p>
      <w:r>
        <w:rPr>
          <w:rFonts w:ascii="Courier New" w:hAnsi="Courier New"/>
          <w:color w:val="555555"/>
          <w:sz w:val="20"/>
        </w:rPr>
        <w:t>[3 . 7 . 11]</w:t>
      </w:r>
    </w:p>
    <w:p>
      <w:r>
        <w:rPr>
          <w:rFonts w:ascii="Gentium Plus" w:hAnsi="Gentium Plus"/>
          <w:sz w:val="24"/>
        </w:rPr>
        <w:t>καὶ οἴνου. θέρμης δ’ οὔσης καὶ ἐγκαύσεως, τούτοις μιγνύναι τι τῶν ψυχόντων, ἢ τῆς κολοκύντης ἢ τῆς θρίδακος τὸν χυλὸν καὶ τοῦ στρύ‐</w:t>
      </w:r>
    </w:p>
    <w:p>
      <w:r>
        <w:rPr>
          <w:rFonts w:ascii="Courier New" w:hAnsi="Courier New"/>
          <w:color w:val="555555"/>
          <w:sz w:val="20"/>
        </w:rPr>
        <w:t>[3 . 7 . 12]</w:t>
      </w:r>
    </w:p>
    <w:p>
      <w:r>
        <w:rPr>
          <w:rFonts w:ascii="Gentium Plus" w:hAnsi="Gentium Plus"/>
          <w:sz w:val="24"/>
        </w:rPr>
        <w:t>χνου καὶ τοῦ ὄμφακος. ὠφελεῖ δ’ αὐτοὺς γενναίως καὶ ἡ τῶν ἄκρων</w:t>
      </w:r>
    </w:p>
    <w:p>
      <w:r>
        <w:rPr>
          <w:rFonts w:ascii="Courier New" w:hAnsi="Courier New"/>
          <w:color w:val="555555"/>
          <w:sz w:val="20"/>
        </w:rPr>
        <w:t>[3 . 7 . 13]</w:t>
      </w:r>
    </w:p>
    <w:p>
      <w:r>
        <w:rPr>
          <w:rFonts w:ascii="Gentium Plus" w:hAnsi="Gentium Plus"/>
          <w:sz w:val="24"/>
        </w:rPr>
        <w:t>ἀνάτριψις. ἐπὶ τούτοις ἐὰν βέλτιον διατεθῶσι, τοὺς μὲν ἐγκαιομένους</w:t>
      </w:r>
    </w:p>
    <w:p>
      <w:r>
        <w:rPr>
          <w:rFonts w:ascii="Courier New" w:hAnsi="Courier New"/>
          <w:color w:val="555555"/>
          <w:sz w:val="20"/>
        </w:rPr>
        <w:t>[3 . 7 . 14]</w:t>
      </w:r>
    </w:p>
    <w:p>
      <w:r>
        <w:rPr>
          <w:rFonts w:ascii="Gentium Plus" w:hAnsi="Gentium Plus"/>
          <w:sz w:val="24"/>
        </w:rPr>
        <w:t>θίου πίνειν. εἰ δὲ διὰ χυμοὺς μοχθηροὺς καὶ δάκνοντας ἔκλυσις παρακολουθοίη, πίνειν διδοὺς θερμὸν ὕδωρ ἢ ὑδρέλαιον ἐμεῖν ποίει.</w:t>
      </w:r>
    </w:p>
    <w:p>
      <w:r>
        <w:rPr>
          <w:rFonts w:ascii="Courier New" w:hAnsi="Courier New"/>
          <w:color w:val="555555"/>
          <w:sz w:val="20"/>
        </w:rPr>
        <w:t>[3 . 7 . 15]</w:t>
      </w:r>
    </w:p>
    <w:p>
      <w:r>
        <w:rPr>
          <w:rFonts w:ascii="Gentium Plus" w:hAnsi="Gentium Plus"/>
          <w:sz w:val="24"/>
        </w:rPr>
        <w:t>δυσεμὴς δ’ εἴ τις εἴη, θερμαίνειν πρότερον τὰ περὶ τὸν στόμαχον καὶ χεῖρας καὶ πόδας· εἰ δὲ μηδ’ οὕτως ἐμοίη, δακτύλους ἢ πτερὰ καθιέ‐ τωσαν· μηδ’ οὕτως δὲ δυναμένων, ἔλαιον θερμὸν πινέτωσαν· τοῦτο δὲ πολλάκις οὐκ ἔμετον κινεῖ, τὴν γαστέρα δ’ ἐρεθίζει καὶ χρησιμώτατόν</w:t>
      </w:r>
    </w:p>
    <w:p>
      <w:r>
        <w:rPr>
          <w:rFonts w:ascii="Courier New" w:hAnsi="Courier New"/>
          <w:color w:val="555555"/>
          <w:sz w:val="20"/>
        </w:rPr>
        <w:t>[5]</w:t>
      </w:r>
    </w:p>
    <w:p>
      <w:r>
        <w:rPr>
          <w:rFonts w:ascii="Gentium Plus" w:hAnsi="Gentium Plus"/>
          <w:sz w:val="24"/>
        </w:rPr>
        <w:t>ἐστι· διὸ κἂν μὴ γίνηται, συνεργεῖν ἡμᾶς ἄμεινον προσθέτοις χρωμέ‐</w:t>
      </w:r>
    </w:p>
    <w:p>
      <w:r>
        <w:rPr>
          <w:rFonts w:ascii="Courier New" w:hAnsi="Courier New"/>
          <w:color w:val="555555"/>
          <w:sz w:val="20"/>
        </w:rPr>
        <w:t>[3 . 7 . 16]</w:t>
      </w:r>
    </w:p>
    <w:p>
      <w:r>
        <w:rPr>
          <w:rFonts w:ascii="Gentium Plus" w:hAnsi="Gentium Plus"/>
          <w:sz w:val="24"/>
        </w:rPr>
        <w:t>νους. βέλτιον δ’ ἐπὶ τούτοις διατεθέντι κόμην ἀψινθίου διδόναι πίνειν ἐν μελικράτῳ συνεψηθεῖσαν καὶ παντοίως ῥωννύναι τὰ μόρια διά τε</w:t>
      </w:r>
    </w:p>
    <w:p>
      <w:r>
        <w:rPr>
          <w:rFonts w:ascii="Courier New" w:hAnsi="Courier New"/>
          <w:color w:val="555555"/>
          <w:sz w:val="20"/>
        </w:rPr>
        <w:t>[3 . 7 . 17]</w:t>
      </w:r>
    </w:p>
    <w:p>
      <w:r>
        <w:rPr>
          <w:rFonts w:ascii="Gentium Plus" w:hAnsi="Gentium Plus"/>
          <w:sz w:val="24"/>
        </w:rPr>
        <w:t>τῶν ἔξωθεν ἐπιτιθεμένων καὶ διὰ τῶν ἔσωθεν λαμβανομένων. οὐ μὴν κατ’ ἀρχὰς οὕτω ποιεῖν προσῆκεν, ἀλλὰ μετὰ τὴν κένωσιν τῶν μοχθη‐</w:t>
      </w:r>
    </w:p>
    <w:p>
      <w:r>
        <w:rPr>
          <w:rFonts w:ascii="Courier New" w:hAnsi="Courier New"/>
          <w:color w:val="555555"/>
          <w:sz w:val="20"/>
        </w:rPr>
        <w:t>[3 . 7 . 18]</w:t>
      </w:r>
    </w:p>
    <w:p>
      <w:r>
        <w:rPr>
          <w:rFonts w:ascii="Gentium Plus" w:hAnsi="Gentium Plus"/>
          <w:sz w:val="24"/>
        </w:rPr>
        <w:t>ρῶν χυμῶν. εἰ δὲ φλέγματος ἀθροισθέντος ἐν στομάχῳ πολλοῦ καὶ ψυχροῦ τὰς ἐκλύσεις συμβαίνει γίνεσθαι, καταιονήσεις τὸ μόριον ἐπὶ πλεῖστον ἐλαίῳ ἀψινθάτῳ καὶ δώσεις μελίκρατον, ὕσσωπον ἤ τι τοι‐ οῦτον ἐνεψήσας, ἢ ὀξυμέλιτος καὶ πεπέρεως· τμητικώτερον γὰρ εἶναι</w:t>
      </w:r>
    </w:p>
    <w:p>
      <w:r>
        <w:rPr>
          <w:rFonts w:ascii="Courier New" w:hAnsi="Courier New"/>
          <w:color w:val="555555"/>
          <w:sz w:val="20"/>
        </w:rPr>
        <w:t>[3 . 7 . 19]</w:t>
      </w:r>
    </w:p>
    <w:p>
      <w:r>
        <w:rPr>
          <w:rFonts w:ascii="Gentium Plus" w:hAnsi="Gentium Plus"/>
          <w:sz w:val="24"/>
        </w:rPr>
        <w:t>χρὴ τὸν σύμπαντα τρόπον τῆς βοηθείας. ὅταν δ’ ἐπὶ ψύξεσιν ἰσχυραῖς λειποψυχήσῃ τις, βοηθήσεις πᾶσι τρόποις ἐκθερμαίνων, οἶνόν τε διδοὺς κεκραμένον θερμῷ καὶ τροφὰς θερμαινούσας καὶ ἀνατρίβων παρὰ πυρί.</w:t>
      </w:r>
    </w:p>
    <w:p>
      <w:r>
        <w:rPr>
          <w:rFonts w:ascii="Courier New" w:hAnsi="Courier New"/>
          <w:color w:val="555555"/>
          <w:sz w:val="20"/>
        </w:rPr>
        <w:t>[3 . 7 . 20]</w:t>
      </w:r>
    </w:p>
    <w:p>
      <w:r>
        <w:rPr>
          <w:rFonts w:ascii="Gentium Plus" w:hAnsi="Gentium Plus"/>
          <w:sz w:val="24"/>
        </w:rPr>
        <w:t>τἀναντία δὲ ποιήσεις ἐπὶ τῶν διὰ πλείονα θερμασίαν λειποψυχούντων, ἐν ἀέρι πνιγώδει διατριψάντων καὶ ἐν λουτρῷ χρονισάντων· τονώσεις οὖν αὐτοὺς ἐν τῷ παραχρῆμα ψυχρὸν ὕδωρ ἐπιδιδοὺς πιεῖν καὶ ῥιπί‐ ζων καὶ καταπνεῖσθαι ποιῶν καὶ ἀνατρίβων τὸν στόμαχον, μετὰ δὲ</w:t>
      </w:r>
    </w:p>
    <w:p>
      <w:r>
        <w:rPr>
          <w:rFonts w:ascii="Courier New" w:hAnsi="Courier New"/>
          <w:color w:val="555555"/>
          <w:sz w:val="20"/>
        </w:rPr>
        <w:t>[3 . 7 . 21]</w:t>
      </w:r>
    </w:p>
    <w:p>
      <w:r>
        <w:rPr>
          <w:rFonts w:ascii="Gentium Plus" w:hAnsi="Gentium Plus"/>
          <w:sz w:val="24"/>
        </w:rPr>
        <w:t>ταῦτα καὶ οἶνον καὶ τροφὰς διδούς. εἰ δὲ διὰ φλεγμονῆς ὑπερβολὴν ἢ κακοήθειαν πυρετῶν λειποθυμοίη τις ἐν ταῖς εἰσβολαῖς μετὰ τοῦ καταψύχεσθαι πόδας, θερμαίνων καὶ ἀνατρίβων σφοδρότερον καὶ δια‐ σφίγγων τὰ ἄκρα κατακοιμᾶσθαί τε κωλύων καὶ πάσης εἴργων προσ‐</w:t>
      </w:r>
    </w:p>
    <w:p>
      <w:r>
        <w:rPr>
          <w:rFonts w:ascii="Courier New" w:hAnsi="Courier New"/>
          <w:color w:val="555555"/>
          <w:sz w:val="20"/>
        </w:rPr>
        <w:t>[3 . 7 . 22]</w:t>
      </w:r>
    </w:p>
    <w:p>
      <w:r>
        <w:rPr>
          <w:rFonts w:ascii="Gentium Plus" w:hAnsi="Gentium Plus"/>
          <w:sz w:val="24"/>
        </w:rPr>
        <w:t>φορᾶς σιτίου καὶ πόματος ἀναρρώσεις. τοῖς δὲ συγκοπῆναι διὰ ξηρό‐ τητα κινδυνεύουσιν ἄρτου τι σὺν οἴνῳ δώσεις ἢ χόνδρου παντάπασιν ὀλίγου· πλείονος γὰρ εἰ ἐπιδοίης ἢ δυσπέπτου σιτίου, συγκοπήσονται</w:t>
      </w:r>
    </w:p>
    <w:p>
      <w:r>
        <w:rPr>
          <w:rFonts w:ascii="Courier New" w:hAnsi="Courier New"/>
          <w:color w:val="555555"/>
          <w:sz w:val="20"/>
        </w:rPr>
        <w:t>[3 . 7 . 23]</w:t>
      </w:r>
    </w:p>
    <w:p>
      <w:r>
        <w:rPr>
          <w:rFonts w:ascii="Gentium Plus" w:hAnsi="Gentium Plus"/>
          <w:sz w:val="24"/>
        </w:rPr>
        <w:t>ταχέως. εἰ δὲ δι’ ἔμφραξιν καιρίου τινὸς μορίου λειποψυχία παρείη, τό τε ὀξύμελι δίδου καὶ μελίκρατον, ἐναφεψηθέντος αὐτῷ γλήχωνος ἢ ὀριγάνου ἢ ὑσσώπου, καὶ τὰς τμητικωτέρας τῶν τροφῶν· ἀνατρι‐ βέσθω δὲ καὶ διαδείσθω καὶ τούτων τὰ κῶλα, καὶ τοῖς διουρητικοῖς δὲ</w:t>
      </w:r>
    </w:p>
    <w:p>
      <w:r>
        <w:rPr>
          <w:rFonts w:ascii="Courier New" w:hAnsi="Courier New"/>
          <w:color w:val="555555"/>
          <w:sz w:val="20"/>
        </w:rPr>
        <w:t>[3 . 7 . 24]</w:t>
      </w:r>
    </w:p>
    <w:p>
      <w:r>
        <w:rPr>
          <w:rFonts w:ascii="Gentium Plus" w:hAnsi="Gentium Plus"/>
          <w:sz w:val="24"/>
        </w:rPr>
        <w:t>χρήσθωσαν. ῥᾷον δ’ ἐπὶ τούτοις διατεθέντες καὶ οἴνου λευκοῦ καὶ</w:t>
      </w:r>
    </w:p>
    <w:p>
      <w:r>
        <w:rPr>
          <w:rFonts w:ascii="Courier New" w:hAnsi="Courier New"/>
          <w:color w:val="555555"/>
          <w:sz w:val="20"/>
        </w:rPr>
        <w:t>[3 . 7 . 25]</w:t>
      </w:r>
    </w:p>
    <w:p>
      <w:r>
        <w:rPr>
          <w:rFonts w:ascii="Gentium Plus" w:hAnsi="Gentium Plus"/>
          <w:sz w:val="24"/>
        </w:rPr>
        <w:t>λεπτοῦ μὴ πάνυ παλαιοῦ πινέτωσαν. εἰ δὲ δι’ ἀθρόαν πύου κένωσιν, ἀρκέσει τούτους τοῖς ὀσφραντοῖς ἀνακτησαμένους ῥοφήμασιν εὐπέπτοις</w:t>
      </w:r>
    </w:p>
    <w:p>
      <w:r>
        <w:rPr>
          <w:rFonts w:ascii="Courier New" w:hAnsi="Courier New"/>
          <w:color w:val="555555"/>
          <w:sz w:val="20"/>
        </w:rPr>
        <w:t>[3 . 7 . 26]</w:t>
      </w:r>
    </w:p>
    <w:p>
      <w:r>
        <w:rPr>
          <w:rFonts w:ascii="Gentium Plus" w:hAnsi="Gentium Plus"/>
          <w:sz w:val="24"/>
        </w:rPr>
        <w:t>ἀνατρέφειν. εἰ δὲ δι’ ἡδονῆς ὑπερβολὴν ἢ λύπης ἢ θυμοῦ ἢ φόβου</w:t>
      </w:r>
    </w:p>
    <w:p>
      <w:r>
        <w:rPr>
          <w:rFonts w:ascii="Courier New" w:hAnsi="Courier New"/>
          <w:color w:val="555555"/>
          <w:sz w:val="20"/>
        </w:rPr>
        <w:t>[3 . 7 . 27]</w:t>
      </w:r>
    </w:p>
    <w:p>
      <w:r>
        <w:rPr>
          <w:rFonts w:ascii="Gentium Plus" w:hAnsi="Gentium Plus"/>
          <w:sz w:val="24"/>
        </w:rPr>
        <w:t>ῥινῶν καταλήψεσιν ἀνακτησαμένους ἐμεῖν ἀναγκάζειν. οἱ δὲ διὰ κω‐ λικὴν διάθεσιν ἤ τινος ἄλλου μορίου μεγίστην ὀδύνην λειποθυμοῦντες διά τε τῶν πυριαμάτων καὶ τῶν ἀνατρίψεων κατασταθήσονται.</w:t>
      </w:r>
    </w:p>
    <w:p>
      <w:pPr>
        <w:jc w:val="center"/>
      </w:pPr>
      <w:r>
        <w:rPr>
          <w:rFonts w:ascii="Gentium Plus" w:hAnsi="Gentium Plus"/>
          <w:b/>
          <w:sz w:val="24"/>
        </w:rPr>
        <w:t>Πρὸς διαφορουμένους δι’ ἱδρώτων.</w:t>
      </w:r>
    </w:p>
    <w:p>
      <w:r>
        <w:rPr>
          <w:rFonts w:ascii="Courier New" w:hAnsi="Courier New"/>
          <w:color w:val="555555"/>
          <w:sz w:val="20"/>
        </w:rPr>
        <w:t>[3 . 8 . 1]</w:t>
      </w:r>
    </w:p>
    <w:p>
      <w:r>
        <w:rPr>
          <w:rFonts w:ascii="Gentium Plus" w:hAnsi="Gentium Plus"/>
          <w:sz w:val="24"/>
        </w:rPr>
        <w:t>Τῶν δὲ διαφορουμένων τοὺς ἱδρῶτας ἵστησι καταπασσομένη γῆ Σαμία, λιθάργυρος, γύψος, κηκίς, σχιστή, μυρσίνη, ἔλαιον οἰνάνθινον, ῥόδινον, μήλινον, σχίνινον, καταχριόμενα δὲ μάννα καὶ ἄμυλον σὺν ὠοῦ τῷ λευκῷ.</w:t>
      </w:r>
    </w:p>
    <w:p>
      <w:pPr>
        <w:jc w:val="center"/>
      </w:pPr>
      <w:r>
        <w:rPr>
          <w:rFonts w:ascii="Gentium Plus" w:hAnsi="Gentium Plus"/>
          <w:b/>
          <w:sz w:val="24"/>
        </w:rPr>
        <w:t>Πρὸς καρδιακούς.</w:t>
      </w:r>
    </w:p>
    <w:p>
      <w:r>
        <w:rPr>
          <w:rFonts w:ascii="Courier New" w:hAnsi="Courier New"/>
          <w:color w:val="555555"/>
          <w:sz w:val="20"/>
        </w:rPr>
        <w:t>[3 . 9 . 1]</w:t>
      </w:r>
    </w:p>
    <w:p>
      <w:r>
        <w:rPr>
          <w:rFonts w:ascii="Gentium Plus" w:hAnsi="Gentium Plus"/>
          <w:sz w:val="24"/>
        </w:rPr>
        <w:t>Καρδιακοὺς δ’ ὠφελεῖ καταπλασσόμενα κατὰ τοῦ στομάχου βάτου φύλλα μετὰ κηρωτῆς ὀλίγης ἢ ἄρτου ἢ μυρσίνης φύλλα ἢ ἕλικες ἀμ‐ πέλου ἢ ἀρνόγλωσσον σὺν ἄρτῳ ἢ κηρωτῇ ὀλίγῃ ἢ μῆλα κυδώνια ἢ</w:t>
      </w:r>
    </w:p>
    <w:p>
      <w:r>
        <w:rPr>
          <w:rFonts w:ascii="Courier New" w:hAnsi="Courier New"/>
          <w:color w:val="555555"/>
          <w:sz w:val="20"/>
        </w:rPr>
        <w:t>[3 . 9 . 2]</w:t>
      </w:r>
    </w:p>
    <w:p>
      <w:r>
        <w:rPr>
          <w:rFonts w:ascii="Gentium Plus" w:hAnsi="Gentium Plus"/>
          <w:sz w:val="24"/>
        </w:rPr>
        <w:t>φοίνικες. καὶ ἐνέματα δὲ παραλαμβάνεται ὠφελίμως πτισάνης χυλὸς καθηψημένων ἀκροκωλίων. καταχρίεται δ’ αὐτῶν καὶ τὰ ἄκρα ὠφελί‐ μως κηρωτῇ ὑγρᾷ μετὰ νάπυος λείου.</w:t>
      </w:r>
    </w:p>
    <w:p>
      <w:pPr>
        <w:jc w:val="center"/>
      </w:pPr>
      <w:r>
        <w:rPr>
          <w:rFonts w:ascii="Gentium Plus" w:hAnsi="Gentium Plus"/>
          <w:b/>
          <w:sz w:val="24"/>
        </w:rPr>
        <w:t>Περὶ βουλίμου.</w:t>
      </w:r>
    </w:p>
    <w:p>
      <w:r>
        <w:rPr>
          <w:rFonts w:ascii="Courier New" w:hAnsi="Courier New"/>
          <w:color w:val="555555"/>
          <w:sz w:val="20"/>
        </w:rPr>
        <w:t>[3 . 10 . 1]</w:t>
      </w:r>
    </w:p>
    <w:p>
      <w:r>
        <w:rPr>
          <w:rFonts w:ascii="Gentium Plus" w:hAnsi="Gentium Plus"/>
          <w:sz w:val="24"/>
        </w:rPr>
        <w:t>Ὁ βούλιμος διὰ κατάψυξιν τοῦ στομάχου συνίσταται καὶ δι’ ἔν‐ δειαν καὶ ἀτονίαν τῆς δυνάμεως ὑπὸ τῆς ἔξωθεν ψύξεως καταπιπτού‐ σης· συνεδρεύει δ’ αὐτῷ πείνη κατ’ ἀρχάς, μὴ παραμένουσα μέχρι</w:t>
      </w:r>
    </w:p>
    <w:p>
      <w:r>
        <w:rPr>
          <w:rFonts w:ascii="Courier New" w:hAnsi="Courier New"/>
          <w:color w:val="555555"/>
          <w:sz w:val="20"/>
        </w:rPr>
        <w:t>[3 . 10 . 2]</w:t>
      </w:r>
    </w:p>
    <w:p>
      <w:r>
        <w:rPr>
          <w:rFonts w:ascii="Gentium Plus" w:hAnsi="Gentium Plus"/>
          <w:sz w:val="24"/>
        </w:rPr>
        <w:t>παντός. τοῖς μὲν οὖν ἐν ὁδοιπορίαις ἢ καὶ ἄλλως πως βουλιμιῶσι διὰ τῶν ὀσφραντῶν βοηθήσομεν, μάλιστα δὲ κρέα 〈ὕεια〉 προσάγοντες ὀπτὰ ταῖς ῥισὶν ἢ ἐρίφεια καὶ τἄλλα τὰ κνισσώδη καὶ διακρατοῦντες τὰ ἄκρα τάς τε τρίχας ἀνασπῶντες καὶ τὰς σιαγόνας διαμοχλεύοντες.</w:t>
      </w:r>
    </w:p>
    <w:p>
      <w:r>
        <w:rPr>
          <w:rFonts w:ascii="Courier New" w:hAnsi="Courier New"/>
          <w:color w:val="555555"/>
          <w:sz w:val="20"/>
        </w:rPr>
        <w:t>[3 . 10 . 3]</w:t>
      </w:r>
    </w:p>
    <w:p>
      <w:r>
        <w:rPr>
          <w:rFonts w:ascii="Gentium Plus" w:hAnsi="Gentium Plus"/>
          <w:sz w:val="24"/>
        </w:rPr>
        <w:t>ἀναρρωθεῖσι δ’ αὐτοῖς ἄρτον ἐν οἴνῳ κεκραμένῳ δώσομεν ἤ τι ἄλλο τῶν ταχέως ἀναλαμβανόντων τὴν δύναμιν.</w:t>
      </w:r>
    </w:p>
    <w:p>
      <w:pPr>
        <w:jc w:val="center"/>
      </w:pPr>
      <w:r>
        <w:rPr>
          <w:rFonts w:ascii="Gentium Plus" w:hAnsi="Gentium Plus"/>
          <w:b/>
          <w:sz w:val="24"/>
        </w:rPr>
        <w:t>Περὶ χολέρας.</w:t>
      </w:r>
    </w:p>
    <w:p>
      <w:r>
        <w:rPr>
          <w:rFonts w:ascii="Courier New" w:hAnsi="Courier New"/>
          <w:color w:val="555555"/>
          <w:sz w:val="20"/>
        </w:rPr>
        <w:t>[3 . 11 . 1]</w:t>
      </w:r>
    </w:p>
    <w:p>
      <w:r>
        <w:rPr>
          <w:rFonts w:ascii="Gentium Plus" w:hAnsi="Gentium Plus"/>
          <w:sz w:val="24"/>
        </w:rPr>
        <w:t>Τὴν χολέραν δύναιτο ἄν τις κωλύειν, ἐμῶν ὁσάκις ἂν ὑπερπλη‐ ρούμενος τυγχάνῃ πρὸ τῆς προσφορᾶς τῶν σιτίων· καὶ ἤδη δὲ τρε‐ πομένων αὐτῶν, κωλύσειεν ἄν τις τὴν χολέραν, εἰ μελικράτου λαβὼν ἢ χλιαροῦ ὕδατος ἐμοίη, εἶτα πυριάσας ἐλαίῳ τὴν γαστέρα καὶ σκε‐</w:t>
      </w:r>
    </w:p>
    <w:p>
      <w:r>
        <w:rPr>
          <w:rFonts w:ascii="Courier New" w:hAnsi="Courier New"/>
          <w:color w:val="555555"/>
          <w:sz w:val="20"/>
        </w:rPr>
        <w:t>[3 . 11 . 2]</w:t>
      </w:r>
    </w:p>
    <w:p>
      <w:r>
        <w:rPr>
          <w:rFonts w:ascii="Gentium Plus" w:hAnsi="Gentium Plus"/>
          <w:sz w:val="24"/>
        </w:rPr>
        <w:t>πάσας ἐρίοις κατακοιμηθείη χρόνον πλείονα τοῦ εἰωθότος. συστῆναι δ’ αὐτῆς φθασάσης, καὶ κενουμένων ἄνω καὶ κάτω μετὰ συντονίας, οὐ</w:t>
      </w:r>
    </w:p>
    <w:p>
      <w:r>
        <w:rPr>
          <w:rFonts w:ascii="Courier New" w:hAnsi="Courier New"/>
          <w:color w:val="555555"/>
          <w:sz w:val="20"/>
        </w:rPr>
        <w:t>[5]</w:t>
      </w:r>
    </w:p>
    <w:p>
      <w:r>
        <w:rPr>
          <w:rFonts w:ascii="Gentium Plus" w:hAnsi="Gentium Plus"/>
          <w:sz w:val="24"/>
        </w:rPr>
        <w:t>κατακεραννύειν, εἰ δ’ εἶεν ἐπιεικεῖς, ἀμβλύνειν αὐτὰς ὕδατι καὶ μὴ</w:t>
      </w:r>
    </w:p>
    <w:p>
      <w:r>
        <w:rPr>
          <w:rFonts w:ascii="Courier New" w:hAnsi="Courier New"/>
          <w:color w:val="555555"/>
          <w:sz w:val="20"/>
        </w:rPr>
        <w:t>[3 . 11 . 3]</w:t>
      </w:r>
    </w:p>
    <w:p>
      <w:r>
        <w:rPr>
          <w:rFonts w:ascii="Gentium Plus" w:hAnsi="Gentium Plus"/>
          <w:sz w:val="24"/>
        </w:rPr>
        <w:t>κωλύειν τὴν ἔκκρισιν τήν γε μὴ ἄμετρον. ὑπερκενώσεως δὲ γενομένης, καὶ σπασθῆναι κινδυνεύοντος τοῦ πάσχοντος καὶ ἀσφύκτου ὄντος καὶ τὰ ἄκρα καταψυχομένου καὶ ψυχρὸν ἱδροῦντος, τοῦ τεχνίτου χρεία·</w:t>
      </w:r>
    </w:p>
    <w:p>
      <w:r>
        <w:rPr>
          <w:rFonts w:ascii="Courier New" w:hAnsi="Courier New"/>
          <w:color w:val="555555"/>
          <w:sz w:val="20"/>
        </w:rPr>
        <w:t>[3 . 11 . 4]</w:t>
      </w:r>
    </w:p>
    <w:p>
      <w:r>
        <w:rPr>
          <w:rFonts w:ascii="Gentium Plus" w:hAnsi="Gentium Plus"/>
          <w:sz w:val="24"/>
        </w:rPr>
        <w:t>μόλις γὰρ ἂν ὁ οὕτω διακείμενος καὶ ὑπόντος ἰατροῦ σωθείη. μὴ παρόντος δέ, πάντα ποιεῖν τὰ ἐνδεχόμενα καὶ ταινίαις μὲν ἢ ἐρίοις τὰ ἄκρα διαδεῖν, ἀνατρίβειν δὲ τὰ κατεψυγμένα μιγνύντα ἐλαίῳ κηροῦ τι καὶ πεπέρεως καὶ λίτρου ἢ ἰρίνῳ μύρῳ μετά τινος τούτων ἢ Σικυω‐</w:t>
      </w:r>
    </w:p>
    <w:p>
      <w:r>
        <w:rPr>
          <w:rFonts w:ascii="Courier New" w:hAnsi="Courier New"/>
          <w:color w:val="555555"/>
          <w:sz w:val="20"/>
        </w:rPr>
        <w:t>[3 . 11 . 5]</w:t>
      </w:r>
    </w:p>
    <w:p>
      <w:r>
        <w:rPr>
          <w:rFonts w:ascii="Gentium Plus" w:hAnsi="Gentium Plus"/>
          <w:sz w:val="24"/>
        </w:rPr>
        <w:t>νίῳ μετὰ καστορίου· ταῦτα γὰρ ἐν τοῖς σπασμοῖς βοηθεῖ. διδόναι δ’ ἐφεξῆς τροφήν, κἂν ἐμέσῃ, πάλιν διδόναι, ἄχρις ἂν κατάσχῃ, καὶ τῇ τροφῇ προσεπιδιδόναι τι τῶν ῥωννύντων τὸν στόμαχον ὀπωρῶν, μήλου,</w:t>
      </w:r>
    </w:p>
    <w:p>
      <w:r>
        <w:rPr>
          <w:rFonts w:ascii="Courier New" w:hAnsi="Courier New"/>
          <w:color w:val="555555"/>
          <w:sz w:val="20"/>
        </w:rPr>
        <w:t>[3 . 11 . 6]</w:t>
      </w:r>
    </w:p>
    <w:p>
      <w:r>
        <w:rPr>
          <w:rFonts w:ascii="Gentium Plus" w:hAnsi="Gentium Plus"/>
          <w:sz w:val="24"/>
        </w:rPr>
        <w:t>ἀπίου ἢ βότρυος ἤ τινος τοιούτου. μάλιστα δ’ οἶνος τοὺς χολεροὺς ὀνίνησιν· ὕπνον γὰρ ἐπάγων πολλάκις ἐλπίδας παρέχει τῆς σωτηρίας.</w:t>
      </w:r>
    </w:p>
    <w:p>
      <w:r>
        <w:rPr>
          <w:rFonts w:ascii="Courier New" w:hAnsi="Courier New"/>
          <w:color w:val="555555"/>
          <w:sz w:val="20"/>
        </w:rPr>
        <w:t>[3 . 11 . 7]</w:t>
      </w:r>
    </w:p>
    <w:p>
      <w:r>
        <w:rPr>
          <w:rFonts w:ascii="Gentium Plus" w:hAnsi="Gentium Plus"/>
          <w:sz w:val="24"/>
        </w:rPr>
        <w:t>θερμότητος δὲ πλείονος περὶ τὰ στέρνα καὶ τὰ ὑποχόνδρια συνούσης, ἐπιψύχειν ῥοδίνῳ ἐμβρεχομένοις ὀθονίοις καὶ ἄλφιτα ἐπιρριπτοῦντας λειότατα μετὰ ῥοδίνου καὶ γλυκέος, διδόναι δ’ αὐτοῖς καὶ τὸν οἶνον ψυχρόν.</w:t>
      </w:r>
    </w:p>
    <w:p>
      <w:pPr>
        <w:jc w:val="center"/>
      </w:pPr>
      <w:r>
        <w:rPr>
          <w:rFonts w:ascii="Gentium Plus" w:hAnsi="Gentium Plus"/>
          <w:b/>
          <w:sz w:val="24"/>
        </w:rPr>
        <w:t>Περὶ ὀδύνης.</w:t>
      </w:r>
    </w:p>
    <w:p>
      <w:r>
        <w:rPr>
          <w:rFonts w:ascii="Courier New" w:hAnsi="Courier New"/>
          <w:color w:val="555555"/>
          <w:sz w:val="20"/>
        </w:rPr>
        <w:t>[3 . 12 . 1]</w:t>
      </w:r>
    </w:p>
    <w:p>
      <w:r>
        <w:rPr>
          <w:rFonts w:ascii="Gentium Plus" w:hAnsi="Gentium Plus"/>
          <w:sz w:val="24"/>
        </w:rPr>
        <w:t>Ὅταν ἐν ὀδύνῃ τινὶ τυγχάνῃ μόριον, πολυπραγμόνει τὴν πρό‐ φασιν, εἰ διά τι τῶν ἔξωθεν γέγονεν· πολλοὶ γὰρ κατὰ τὸ λεληθὸς ἐν τῷ καθεύδειν ἐβλάβησαν οὐκ ὀλιγάκις ἔν τε ἀθρόαις ἐπιστροφαῖς</w:t>
      </w:r>
    </w:p>
    <w:p>
      <w:r>
        <w:rPr>
          <w:rFonts w:ascii="Courier New" w:hAnsi="Courier New"/>
          <w:color w:val="555555"/>
          <w:sz w:val="20"/>
        </w:rPr>
        <w:t>[3 . 12 . 2]</w:t>
      </w:r>
    </w:p>
    <w:p>
      <w:r>
        <w:rPr>
          <w:rFonts w:ascii="Gentium Plus" w:hAnsi="Gentium Plus"/>
          <w:sz w:val="24"/>
        </w:rPr>
        <w:t>καὶ οὐ καλῶς ἐπεσχηματισμένον τὸ μόριον ἔχοντες. καὶ ψυχόμενα δὲ μέρη τίλμασι καὶ σπάσμασι περιπίπτοντα σφοδροτάταις ὀδύναις ἁλί‐</w:t>
      </w:r>
    </w:p>
    <w:p>
      <w:r>
        <w:rPr>
          <w:rFonts w:ascii="Courier New" w:hAnsi="Courier New"/>
          <w:color w:val="555555"/>
          <w:sz w:val="20"/>
        </w:rPr>
        <w:t>[3 . 12 3,4]</w:t>
      </w:r>
    </w:p>
    <w:p>
      <w:r>
        <w:rPr>
          <w:rFonts w:ascii="Gentium Plus" w:hAnsi="Gentium Plus"/>
          <w:sz w:val="24"/>
        </w:rPr>
        <w:t>σκονται. γίνεται δὲ καὶ ὑπὸ ῥευμάτων ἐπώδυνα μόρια συνεχῶς. ἐὰν</w:t>
      </w:r>
    </w:p>
    <w:p>
      <w:r>
        <w:rPr>
          <w:rFonts w:ascii="Courier New" w:hAnsi="Courier New"/>
          <w:color w:val="555555"/>
          <w:sz w:val="20"/>
        </w:rPr>
        <w:t>[3 . 12 . 4 (2)]</w:t>
      </w:r>
    </w:p>
    <w:p>
      <w:r>
        <w:rPr>
          <w:rFonts w:ascii="Gentium Plus" w:hAnsi="Gentium Plus"/>
          <w:sz w:val="24"/>
        </w:rPr>
        <w:t>οὖν τῶν προειρημένων μηδὲν αἴτιον ᾖ τῆς ὀδύνης, τὴν προηγησαμένην ἐπίσκεψαι δίαιταν τοῦ πάσχοντος, εἰ ἀργοτέρα τοῦ συνήθους, καὶ εἰ ἐνεπίπλατο σιτίων οὐκ εἰωθὼς ἢ τοῖς πολυτρόφοις ἐχρήσατο, καὶ εἰ</w:t>
      </w:r>
    </w:p>
    <w:p>
      <w:r>
        <w:rPr>
          <w:rFonts w:ascii="Courier New" w:hAnsi="Courier New"/>
          <w:color w:val="555555"/>
          <w:sz w:val="20"/>
        </w:rPr>
        <w:t>[5]</w:t>
      </w:r>
    </w:p>
    <w:p>
      <w:r>
        <w:rPr>
          <w:rFonts w:ascii="Gentium Plus" w:hAnsi="Gentium Plus"/>
          <w:sz w:val="24"/>
        </w:rPr>
        <w:t>κένωσίς τις εἰωθυῖα γίνεσθαι πρότερον νῦν μὴ γίνοιτο· τούτων γὰρ ἢ πάντων ἤ τινων συμβεβηκότων, πλῆθος αἴτιον εἶναι τῆς ὀδύνης ὑποληπτέον, καὶ χρὴ κενῶσαι διὰ φλεβοτομίας ἢ διὰ καθάρσεως, εἰ</w:t>
      </w:r>
    </w:p>
    <w:p>
      <w:r>
        <w:rPr>
          <w:rFonts w:ascii="Courier New" w:hAnsi="Courier New"/>
          <w:color w:val="555555"/>
          <w:sz w:val="20"/>
        </w:rPr>
        <w:t>[3 . 12 . 5]</w:t>
      </w:r>
    </w:p>
    <w:p>
      <w:r>
        <w:rPr>
          <w:rFonts w:ascii="Gentium Plus" w:hAnsi="Gentium Plus"/>
          <w:sz w:val="24"/>
        </w:rPr>
        <w:t>κακοχυμία φαίνοιτο πλεονάζουσα. μὴ παρόντος δὲ τοῦ ταῦτα δρῶντος, παροχετεύσει χρηστέον, τὴν ὕλην ἀπάγοντας διὰ τῶν πλησίον, οἷον ἐν κεφαλῇ μὲν τῆς ὕλης οὔσης, διὰ ῥινῶν ἢ ὑπερῴας ἢ ἀντισπάσει μετάγοντας εἰς τοὺς ἐναντίους τόπους τὸ πλῆθος, ἀνατρίβων δριμέσι</w:t>
      </w:r>
    </w:p>
    <w:p>
      <w:r>
        <w:rPr>
          <w:rFonts w:ascii="Courier New" w:hAnsi="Courier New"/>
          <w:color w:val="555555"/>
          <w:sz w:val="20"/>
        </w:rPr>
        <w:t>[3 . 12 . 6]</w:t>
      </w:r>
    </w:p>
    <w:p>
      <w:r>
        <w:rPr>
          <w:rFonts w:ascii="Gentium Plus" w:hAnsi="Gentium Plus"/>
          <w:sz w:val="24"/>
        </w:rPr>
        <w:t>φαρμάκοις τὰ κῶλα καὶ διαδέων. ὠφελείας δ’ ἐπὶ τούτοις μὴ γενο‐</w:t>
      </w:r>
    </w:p>
    <w:p>
      <w:r>
        <w:rPr>
          <w:rFonts w:ascii="Courier New" w:hAnsi="Courier New"/>
          <w:color w:val="555555"/>
          <w:sz w:val="20"/>
        </w:rPr>
        <w:t>[3 . 12 . 7]</w:t>
      </w:r>
    </w:p>
    <w:p>
      <w:r>
        <w:rPr>
          <w:rFonts w:ascii="Gentium Plus" w:hAnsi="Gentium Plus"/>
          <w:sz w:val="24"/>
        </w:rPr>
        <w:t>αὐτὸ προσήκει φαρμάκοις. διὰ πνεύματος δ’ ἔνστασιν τῆς ὀδύνης συμ‐ βαινούσης, προσκαρτερεῖν χρὴ τοῖς λεπτύνουσιν ἐδέσμασί τε καὶ πόμασι καὶ ἐνέμασιν ἀραιοῦντας τὸ πάσχον σῶμα διά τε πυριῶν καὶ καται‐</w:t>
      </w:r>
    </w:p>
    <w:p>
      <w:r>
        <w:rPr>
          <w:rFonts w:ascii="Courier New" w:hAnsi="Courier New"/>
          <w:color w:val="555555"/>
          <w:sz w:val="20"/>
        </w:rPr>
        <w:t>[3 . 12 . 8]</w:t>
      </w:r>
    </w:p>
    <w:p>
      <w:r>
        <w:rPr>
          <w:rFonts w:ascii="Gentium Plus" w:hAnsi="Gentium Plus"/>
          <w:sz w:val="24"/>
        </w:rPr>
        <w:t>ονήσεων καὶ καταπλασμάτων. αἰτίου δ’ ὄντος ὄγκου παρὰ φύσιν, ἰάσῃ</w:t>
      </w:r>
    </w:p>
    <w:p>
      <w:r>
        <w:rPr>
          <w:rFonts w:ascii="Courier New" w:hAnsi="Courier New"/>
          <w:color w:val="555555"/>
          <w:sz w:val="20"/>
        </w:rPr>
        <w:t>[3 . 12 . 9]</w:t>
      </w:r>
    </w:p>
    <w:p>
      <w:r>
        <w:rPr>
          <w:rFonts w:ascii="Gentium Plus" w:hAnsi="Gentium Plus"/>
          <w:sz w:val="24"/>
        </w:rPr>
        <w:t>δηλονότι τοῦτον. δακνώδους δ’ ὑγροῦ ποιοῦντος τὴν ὀδύνην, πολε‐ μιώτατα τὰ λεπτύνοντα καὶ θερμαίνοντα· κατάλληλα δέ, εἰ μὲν ἰᾶσθαι μέλλοι, τὰ κενοῦντα τὸν λυποῦντα χυμὸν διὰ τῶν ἀδήκτως ῥυπτόντων·</w:t>
      </w:r>
    </w:p>
    <w:p>
      <w:r>
        <w:rPr>
          <w:rFonts w:ascii="Courier New" w:hAnsi="Courier New"/>
          <w:color w:val="555555"/>
          <w:sz w:val="20"/>
        </w:rPr>
        <w:t>[3 . 12 . 10]</w:t>
      </w:r>
    </w:p>
    <w:p>
      <w:r>
        <w:rPr>
          <w:rFonts w:ascii="Gentium Plus" w:hAnsi="Gentium Plus"/>
          <w:sz w:val="24"/>
        </w:rPr>
        <w:t>εἰ δὲ τοῦτο μὴ εἴη δυνατόν, τὰ κατακεράσαι δυνάμενα· καὶ τούτου δ’ ὄντος ἀδυνάτου, τὰ ναρκωτικὰ φάρμακα· τὰ μὲν γὰρ ὄντως ἀνώδυνα φάρμακα λεπτομερῆ τε εἶναι χρὴ καὶ μετρίως θερμά, μηδ’ ἡστινοσοῦν μετέχοντα στύψεως, οἷόν ἐστι τὸ ἀνήθινον ἔλαιον ὑπὲρ τοῦ κενῶσαι</w:t>
      </w:r>
    </w:p>
    <w:p>
      <w:r>
        <w:rPr>
          <w:rFonts w:ascii="Courier New" w:hAnsi="Courier New"/>
          <w:color w:val="555555"/>
          <w:sz w:val="20"/>
        </w:rPr>
        <w:t>[5]</w:t>
      </w:r>
    </w:p>
    <w:p>
      <w:r>
        <w:rPr>
          <w:rFonts w:ascii="Gentium Plus" w:hAnsi="Gentium Plus"/>
          <w:sz w:val="24"/>
        </w:rPr>
        <w:t>καὶ συμπέψαι καὶ ὁμαλῦναι πᾶν ὅσον ἐν τοῖς ὀδυνωμένοις ἐστὶ μορίοις.</w:t>
      </w:r>
    </w:p>
    <w:p>
      <w:r>
        <w:rPr>
          <w:rFonts w:ascii="Courier New" w:hAnsi="Courier New"/>
          <w:color w:val="555555"/>
          <w:sz w:val="20"/>
        </w:rPr>
        <w:t>[3 . 12 . 11]</w:t>
      </w:r>
    </w:p>
    <w:p>
      <w:r>
        <w:rPr>
          <w:rFonts w:ascii="Gentium Plus" w:hAnsi="Gentium Plus"/>
          <w:sz w:val="24"/>
        </w:rPr>
        <w:t>τὰ δὲ λεγόμενα μόνον ἀνώδυνα ψύχει πᾶν τὸ σῶμα καὶ ναρκοῖ τὴν αἴσθησιν καταφοράν τε ἐργάζεται, καὶ χρὴ γινώσκειν ὡς ὅμοιόν τι νεκρώσει πάσχοντα τὰ μόρια καὶ τῶν ὀδυνώντων αἰτίων ἀναίσθητα</w:t>
      </w:r>
    </w:p>
    <w:p>
      <w:r>
        <w:rPr>
          <w:rFonts w:ascii="Courier New" w:hAnsi="Courier New"/>
          <w:color w:val="555555"/>
          <w:sz w:val="20"/>
        </w:rPr>
        <w:t>[3 . 12 . 12]</w:t>
      </w:r>
    </w:p>
    <w:p>
      <w:r>
        <w:rPr>
          <w:rFonts w:ascii="Gentium Plus" w:hAnsi="Gentium Plus"/>
          <w:sz w:val="24"/>
        </w:rPr>
        <w:t>γίνεται. καὶ πολλοὶ τῶν συνεχῶς τὰ τοιαῦτα λαμβανόντων εἰς ἀνίατον ψῦξιν ἤγαγον τὰ μόρια· καὶ εἰ βραχεῖ δὲ πλείω ποθείη, θάνατον ἐπιφέρει.</w:t>
      </w:r>
    </w:p>
    <w:p>
      <w:pPr>
        <w:jc w:val="center"/>
      </w:pPr>
      <w:r>
        <w:rPr>
          <w:rFonts w:ascii="Gentium Plus" w:hAnsi="Gentium Plus"/>
          <w:b/>
          <w:sz w:val="24"/>
        </w:rPr>
        <w:t>Περὶ τῶν ἁπλῶν ἑλκῶν.</w:t>
      </w:r>
    </w:p>
    <w:p>
      <w:r>
        <w:rPr>
          <w:rFonts w:ascii="Courier New" w:hAnsi="Courier New"/>
          <w:color w:val="555555"/>
          <w:sz w:val="20"/>
        </w:rPr>
        <w:t>[3 . 13 . 1]</w:t>
      </w:r>
    </w:p>
    <w:p>
      <w:r>
        <w:rPr>
          <w:rFonts w:ascii="Gentium Plus" w:hAnsi="Gentium Plus"/>
          <w:sz w:val="24"/>
        </w:rPr>
        <w:t>Ἐπειδὴ τὸ ἁπλοῦν ἕλκος διαίρεσίς ἐστι μόνον, εἴ τις συνάγει τὰ διαιρεθέντα δεσμὸν ἐν κύκλῳ περιθείς, συμφυήσεται τὰ διεστῶτα μόρια</w:t>
      </w:r>
    </w:p>
    <w:p>
      <w:r>
        <w:rPr>
          <w:rFonts w:ascii="Courier New" w:hAnsi="Courier New"/>
          <w:color w:val="555555"/>
          <w:sz w:val="20"/>
        </w:rPr>
        <w:t>[3 . 13 . 2]</w:t>
      </w:r>
    </w:p>
    <w:p>
      <w:r>
        <w:rPr>
          <w:rFonts w:ascii="Gentium Plus" w:hAnsi="Gentium Plus"/>
          <w:sz w:val="24"/>
        </w:rPr>
        <w:t>χωρίς τινος ἑτέρας πραγματείας. δεῖ δέ, ὅταν μὲν καθ’ ἕν τι τῶν χειλῶν ἐκτετραμμένον εἴη τὸ ἕλκος εἰς τὸ πλάγιον, ἐκεῖθεν τὴν ἀρχὴν ποιεῖσθαι τῆς ἐπιδέσεως καὶ περιτρέπειν εἰς τἀναντία· κατ’ ἀμφότερα δ’ οὔσης τῆς ἐκτροπῆς, τὴν ἀπὸ δυοῖν ἀρχῶν παραλαμβάνειν ἐπίδεσιν</w:t>
      </w:r>
    </w:p>
    <w:p>
      <w:r>
        <w:rPr>
          <w:rFonts w:ascii="Courier New" w:hAnsi="Courier New"/>
          <w:color w:val="555555"/>
          <w:sz w:val="20"/>
        </w:rPr>
        <w:t>[5]</w:t>
      </w:r>
    </w:p>
    <w:p>
      <w:r>
        <w:rPr>
          <w:rFonts w:ascii="Gentium Plus" w:hAnsi="Gentium Plus"/>
          <w:sz w:val="24"/>
        </w:rPr>
        <w:t>καὶ προσάγειν οὕτως τὰ χείλη· μηδενὸς γὰρ τῶν χειλῶν μεταξὺ παρ‐ εμπεσόντος, οἷον τριχὸς ἢ ψάμμου ἢ ἐλαίου ἢ ῥύπου ἤ τινος τοιούτου,</w:t>
      </w:r>
    </w:p>
    <w:p>
      <w:r>
        <w:rPr>
          <w:rFonts w:ascii="Courier New" w:hAnsi="Courier New"/>
          <w:color w:val="555555"/>
          <w:sz w:val="20"/>
        </w:rPr>
        <w:t>[3 . 13 . 3]</w:t>
      </w:r>
    </w:p>
    <w:p>
      <w:r>
        <w:rPr>
          <w:rFonts w:ascii="Gentium Plus" w:hAnsi="Gentium Plus"/>
          <w:sz w:val="24"/>
        </w:rPr>
        <w:t>πάντως συμφυήσεται τὸ ἕλκος. μεγάλου δ’ ὄντος τοῦ ἕλκους, ὡς μὴ δύνασθαι τὰ κεχωρισμένα δι’ ὅλου συναχθῆναι, ἢ ἰχῶρός τινος ἀθροι‐ σθέντος, ἢ ὀδύνης οὔσης, κολληθῆναι τὸ τοιοῦτον ἕλκος οὐχ οἷόν τε διὰ μόνης τῆς συναγωγῆς, καὶ χρεία ξηραίνοντος φαρμάκου τόν τε</w:t>
      </w:r>
    </w:p>
    <w:p>
      <w:r>
        <w:rPr>
          <w:rFonts w:ascii="Courier New" w:hAnsi="Courier New"/>
          <w:color w:val="555555"/>
          <w:sz w:val="20"/>
        </w:rPr>
        <w:t>[5]</w:t>
      </w:r>
    </w:p>
    <w:p>
      <w:r>
        <w:rPr>
          <w:rFonts w:ascii="Gentium Plus" w:hAnsi="Gentium Plus"/>
          <w:sz w:val="24"/>
        </w:rPr>
        <w:t>ἠθροισμένον ἐκδαπανῶντος ἰχῶρα καὶ κωλύοντος ἐπιρρεῖν ἕτερον.</w:t>
      </w:r>
    </w:p>
    <w:p>
      <w:r>
        <w:rPr>
          <w:rFonts w:ascii="Courier New" w:hAnsi="Courier New"/>
          <w:color w:val="555555"/>
          <w:sz w:val="20"/>
        </w:rPr>
        <w:t>[3 . 13 . 4]</w:t>
      </w:r>
    </w:p>
    <w:p>
      <w:r>
        <w:rPr>
          <w:rFonts w:ascii="Gentium Plus" w:hAnsi="Gentium Plus"/>
          <w:sz w:val="24"/>
        </w:rPr>
        <w:t>ὑγρῶν μὲν οὖν κάλλιστόν ἐστιν οἶνος· ποιεῖ δὲ καὶ ὀξύκρατον καὶ μελίκρατον· τῶν δ’ ἄλλων κολλᾷ τραύματα δρυὸς φύλλα καταπλασσό‐ μενα καὶ ἰτέας καὶ κράμβης τε ὁ καρπὸς καὶ τὰ φύλλα καὶ ὁ χυλὸς καὶ ὁ φλοιὸς τῆς αὐστηροτέρας καὶ ὀξυτέρας, ἀρνόγλωσσον, πάπυρος</w:t>
      </w:r>
    </w:p>
    <w:p>
      <w:r>
        <w:rPr>
          <w:rFonts w:ascii="Courier New" w:hAnsi="Courier New"/>
          <w:color w:val="555555"/>
          <w:sz w:val="20"/>
        </w:rPr>
        <w:t>[3 . 13 . 5]</w:t>
      </w:r>
    </w:p>
    <w:p>
      <w:r>
        <w:rPr>
          <w:rFonts w:ascii="Gentium Plus" w:hAnsi="Gentium Plus"/>
          <w:sz w:val="24"/>
        </w:rPr>
        <w:t>ὀξυκράτῳ ἢ οἴνῳ βραχεῖσα καὶ ἐν κύκλῳ περιειλουμένη. τὰ πρόσφατα κολλᾷ πίτυος καὶ πεύκης τὰ φύλλα, πτελέας τὰ φύλλα καὶ ὁ φλοιὸς πρόσφατος ὡς ἐπίδεσμος περιειλούμενος, σπόγγος καινὸς μεθ’ ὕδατος ἢ ὀξυκράτου ἢ οἴνου, τυρὸς πρόσφατος προλειωθείς· ἔξωθεν δ’ ἐπι‐</w:t>
      </w:r>
    </w:p>
    <w:p>
      <w:r>
        <w:rPr>
          <w:rFonts w:ascii="Courier New" w:hAnsi="Courier New"/>
          <w:color w:val="555555"/>
          <w:sz w:val="20"/>
        </w:rPr>
        <w:t>[5]</w:t>
      </w:r>
    </w:p>
    <w:p>
      <w:r>
        <w:rPr>
          <w:rFonts w:ascii="Gentium Plus" w:hAnsi="Gentium Plus"/>
          <w:sz w:val="24"/>
        </w:rPr>
        <w:t>τιθέναι δεῖ φύλλα λαπάθου ἢ ἀμπέλου ἢ τεύτλου ἢ θριδακίνης· ὁ δ’</w:t>
      </w:r>
    </w:p>
    <w:p>
      <w:r>
        <w:rPr>
          <w:rFonts w:ascii="Courier New" w:hAnsi="Courier New"/>
          <w:color w:val="555555"/>
          <w:sz w:val="20"/>
        </w:rPr>
        <w:t>[3 . 13 . 6]</w:t>
      </w:r>
    </w:p>
    <w:p>
      <w:r>
        <w:rPr>
          <w:rFonts w:ascii="Gentium Plus" w:hAnsi="Gentium Plus"/>
          <w:sz w:val="24"/>
        </w:rPr>
        <w:t>ὀξυγαλάκτινος τυρὸς καὶ τὰ μείζονα ὁμοίως ἐπιτεθείς. κολλῶσι καὶ ἄπιοι (τὰ δὲ μείζονα τραύματα αἱ ἀχράδες) καὶ ἀναστέλλουσι τὸ ῥεῦμα· ἵππουρις καταπλαττομένη, κἂν νεῦρα διατετμημένα τύχῃ· ἴσατις</w:t>
      </w:r>
    </w:p>
    <w:p>
      <w:r>
        <w:rPr>
          <w:rFonts w:ascii="Courier New" w:hAnsi="Courier New"/>
          <w:color w:val="555555"/>
          <w:sz w:val="20"/>
        </w:rPr>
        <w:t>[3 . 13 . 7]</w:t>
      </w:r>
    </w:p>
    <w:p>
      <w:r>
        <w:rPr>
          <w:rFonts w:ascii="Gentium Plus" w:hAnsi="Gentium Plus"/>
          <w:sz w:val="24"/>
        </w:rPr>
        <w:t>ἡ ἥμερος 〈ἐπὶ〉 τῶν σκληρῶν σωμάτων. κοχλίου σὰρξ λειωθεῖσα κολλᾷ τραύματα μετὰ νεύρου τρώσεως καὶ θλάσεως γεγονότα ἐπὶ σκληρῶν σωμάτων· μιγνύναι δ’ αὐτῇ χρὴ λελειωμένῃ ἄχνην ἀλεύρου λαμβάνοντα ἀπὸ τοίχου πλησιάζοντος μύλῃ· σμύρνη σὺν ὕδατι καταχρισθεῖσα ἢ</w:t>
      </w:r>
    </w:p>
    <w:p>
      <w:r>
        <w:rPr>
          <w:rFonts w:ascii="Courier New" w:hAnsi="Courier New"/>
          <w:color w:val="555555"/>
          <w:sz w:val="20"/>
        </w:rPr>
        <w:t>[3 . 13 . 8]</w:t>
      </w:r>
    </w:p>
    <w:p>
      <w:r>
        <w:rPr>
          <w:rFonts w:ascii="Gentium Plus" w:hAnsi="Gentium Plus"/>
          <w:sz w:val="24"/>
        </w:rPr>
        <w:t>λιβανωτός. γῆς ἔντερα καὶ νεύρων διακοπὰς κολλᾷ· πενταφύλλου</w:t>
      </w:r>
    </w:p>
    <w:p>
      <w:r>
        <w:rPr>
          <w:rFonts w:ascii="Courier New" w:hAnsi="Courier New"/>
          <w:color w:val="555555"/>
          <w:sz w:val="20"/>
        </w:rPr>
        <w:t>[3 . 13 . 9]</w:t>
      </w:r>
    </w:p>
    <w:p>
      <w:r>
        <w:rPr>
          <w:rFonts w:ascii="Gentium Plus" w:hAnsi="Gentium Plus"/>
          <w:sz w:val="24"/>
        </w:rPr>
        <w:t>φύλλα μετὰ μέλιτος· σκόροδα καέντα καταπλασσόμενα. πρὸς δὲ τὰ πρεσβυτικὰ ἕλκη ἀναγαλλὶς ποιεῖ μετὰ κηρωτῆς, κριθαὶ καεῖσαι καὶ</w:t>
      </w:r>
    </w:p>
    <w:p>
      <w:r>
        <w:rPr>
          <w:rFonts w:ascii="Courier New" w:hAnsi="Courier New"/>
          <w:color w:val="555555"/>
          <w:sz w:val="20"/>
        </w:rPr>
        <w:t>[3 . 13 . 10]</w:t>
      </w:r>
    </w:p>
    <w:p>
      <w:r>
        <w:rPr>
          <w:rFonts w:ascii="Gentium Plus" w:hAnsi="Gentium Plus"/>
          <w:sz w:val="24"/>
        </w:rPr>
        <w:t>ψιμύθιον σὺν κηρωτῇ μυρσίνῃ τριπλάσιον. πρὸς δὲ τὰ ἐν κεφαλῇ σμύρναν ξηρὰν ἐπίπασσε καὶ μὴ βρέχε (ταχέως γὰρ συνάγει) ἢ ἀλόην ξηρὰν ἢ ἀριστολοχίαν τρίψας μεθ’ ὕδατος (τοῦτο δὲ καὶ ὀστᾶ ἀνάγει),</w:t>
      </w:r>
    </w:p>
    <w:p>
      <w:r>
        <w:rPr>
          <w:rFonts w:ascii="Courier New" w:hAnsi="Courier New"/>
          <w:color w:val="555555"/>
          <w:sz w:val="20"/>
        </w:rPr>
        <w:t>[3 . 13 . 11]</w:t>
      </w:r>
    </w:p>
    <w:p>
      <w:r>
        <w:rPr>
          <w:rFonts w:ascii="Gentium Plus" w:hAnsi="Gentium Plus"/>
          <w:sz w:val="24"/>
        </w:rPr>
        <w:t>ἢ λιβανωτὸν καὶ σμύρνην ἴσα τρίψας καὶ μετὰ μέλιτος καὶ οἴνου συν‐ εψήσας, ἕως πάχος σχῇ σύμμετρον, εἰς μοτὸν χρίων ἐπιτίθει.</w:t>
      </w:r>
    </w:p>
    <w:p>
      <w:pPr>
        <w:jc w:val="center"/>
      </w:pPr>
      <w:r>
        <w:rPr>
          <w:rFonts w:ascii="Gentium Plus" w:hAnsi="Gentium Plus"/>
          <w:b/>
          <w:sz w:val="24"/>
        </w:rPr>
        <w:t>Πρὸς τραύματα περιωδυνοῦντα καὶ φλεγμαίνοντα.</w:t>
      </w:r>
    </w:p>
    <w:p>
      <w:r>
        <w:rPr>
          <w:rFonts w:ascii="Courier New" w:hAnsi="Courier New"/>
          <w:color w:val="555555"/>
          <w:sz w:val="20"/>
        </w:rPr>
        <w:t>[3 . 14 . 1]</w:t>
      </w:r>
    </w:p>
    <w:p>
      <w:r>
        <w:rPr>
          <w:rFonts w:ascii="Gentium Plus" w:hAnsi="Gentium Plus"/>
          <w:sz w:val="24"/>
        </w:rPr>
        <w:t>Ῥοιὰν γλυκεῖαν ἑψήσας ἐν οἴνῳ καὶ τρίψας κατάπλασσε. θαυμα‐</w:t>
      </w:r>
    </w:p>
    <w:p>
      <w:r>
        <w:rPr>
          <w:rFonts w:ascii="Courier New" w:hAnsi="Courier New"/>
          <w:color w:val="555555"/>
          <w:sz w:val="20"/>
        </w:rPr>
        <w:t>[3 . 14 . 2]</w:t>
      </w:r>
    </w:p>
    <w:p>
      <w:r>
        <w:rPr>
          <w:rFonts w:ascii="Gentium Plus" w:hAnsi="Gentium Plus"/>
          <w:sz w:val="24"/>
        </w:rPr>
        <w:t>στὸν τοῦτο καὶ πολύχρηστον. πρός τε γὰρ τὰ ἐν κεφαλῇ ἕλκη ποιεῖ καὶ πρὸς τὰ ἐν αἰδοίοις καὶ πρὸς τὰ ἐν ὅλῳ τῷ σώματι περιωδυ‐ νοῦντα καὶ πρὸς ὀφθαλμοὺς φλεγμαίνοντας.</w:t>
      </w:r>
    </w:p>
    <w:p>
      <w:pPr>
        <w:jc w:val="center"/>
      </w:pPr>
      <w:r>
        <w:rPr>
          <w:rFonts w:ascii="Gentium Plus" w:hAnsi="Gentium Plus"/>
          <w:b/>
          <w:sz w:val="24"/>
        </w:rPr>
        <w:t>Περὶ τῶν κοίλων ἑλκῶν.</w:t>
      </w:r>
    </w:p>
    <w:p>
      <w:r>
        <w:rPr>
          <w:rFonts w:ascii="Courier New" w:hAnsi="Courier New"/>
          <w:color w:val="555555"/>
          <w:sz w:val="20"/>
        </w:rPr>
        <w:t>[3 . 15 . 1]</w:t>
      </w:r>
    </w:p>
    <w:p>
      <w:r>
        <w:rPr>
          <w:rFonts w:ascii="Gentium Plus" w:hAnsi="Gentium Plus"/>
          <w:sz w:val="24"/>
        </w:rPr>
        <w:t>Τὸ κοῖλον ἕλκος ὑγρόν ἐστι καὶ ῥυπαρόν· δεῖται οὖν φαρμάκων τῶν μετρίως ξηραινόντων καὶ ῥυπτόντων. τοιαῦτα δ’ ἐστὶ λιβανωτός τε καὶ κρίθινον ἄλευρον καὶ κυάμινον καὶ ὀρόβινον καὶ ἶρις καὶ ἀρι‐</w:t>
      </w:r>
    </w:p>
    <w:p>
      <w:r>
        <w:rPr>
          <w:rFonts w:ascii="Courier New" w:hAnsi="Courier New"/>
          <w:color w:val="555555"/>
          <w:sz w:val="20"/>
        </w:rPr>
        <w:t>[3 . 15 . 2]</w:t>
      </w:r>
    </w:p>
    <w:p>
      <w:r>
        <w:rPr>
          <w:rFonts w:ascii="Gentium Plus" w:hAnsi="Gentium Plus"/>
          <w:sz w:val="24"/>
        </w:rPr>
        <w:t>στολοχία καὶ καδμεία καὶ πάναξ καὶ πομφόλυξ. ὅταν δὲ μηδὲν ὠφε‐ λήσῃ τὸ προσαγόμενον σαρκωτόν, οὕτω πως ἐπ’ ἄλλο μεταβαίνειν· εἰ μὲν πλείων ὁ ῥύπος εἴη καὶ ὑγρότερον τὸ ἕλκος, εἰδέναι προσῆκεν ὡς ἐνδεέστερον ἐξήρανε τὸ φάρμακον, καὶ ἐπιτείνειν αὐτὸ μέλιτος</w:t>
      </w:r>
    </w:p>
    <w:p>
      <w:r>
        <w:rPr>
          <w:rFonts w:ascii="Courier New" w:hAnsi="Courier New"/>
          <w:color w:val="555555"/>
          <w:sz w:val="20"/>
        </w:rPr>
        <w:t>[5]</w:t>
      </w:r>
    </w:p>
    <w:p>
      <w:r>
        <w:rPr>
          <w:rFonts w:ascii="Gentium Plus" w:hAnsi="Gentium Plus"/>
          <w:sz w:val="24"/>
        </w:rPr>
        <w:t>μίξει· εἰ δὲ καθαρὸν καὶ ἄνικμον εὑρεθείη, πλέον ἢ ἐχρῆν ἐξήρανεν,</w:t>
      </w:r>
    </w:p>
    <w:p>
      <w:r>
        <w:rPr>
          <w:rFonts w:ascii="Courier New" w:hAnsi="Courier New"/>
          <w:color w:val="555555"/>
          <w:sz w:val="20"/>
        </w:rPr>
        <w:t>[3 . 15 . 3]</w:t>
      </w:r>
    </w:p>
    <w:p>
      <w:r>
        <w:rPr>
          <w:rFonts w:ascii="Gentium Plus" w:hAnsi="Gentium Plus"/>
          <w:sz w:val="24"/>
        </w:rPr>
        <w:t>ἐλαίου τε αὐτὸ καὶ κηρωτῆς ἀνιέναι μίξει. συμβαίνει δ’ ἐνίοτε τοῦ</w:t>
      </w:r>
    </w:p>
    <w:p>
      <w:r>
        <w:rPr>
          <w:rFonts w:ascii="Courier New" w:hAnsi="Courier New"/>
          <w:color w:val="555555"/>
          <w:sz w:val="20"/>
        </w:rPr>
        <w:t>[5]</w:t>
      </w:r>
    </w:p>
    <w:p>
      <w:r>
        <w:rPr>
          <w:rFonts w:ascii="Gentium Plus" w:hAnsi="Gentium Plus"/>
          <w:sz w:val="24"/>
        </w:rPr>
        <w:t>καὶ ὀχθῶδες τοῖς χείλεσιν ἐρυθρόν τε καί τι φλεγμονῆς ἔχον, πολλάκις δὲ καὶ δάκνεται σαφῶς ὁ πάσχων· τὸ δ’ ἕτερον ὑπὸ τῶν ἔλαττον</w:t>
      </w:r>
    </w:p>
    <w:p>
      <w:r>
        <w:rPr>
          <w:rFonts w:ascii="Courier New" w:hAnsi="Courier New"/>
          <w:color w:val="555555"/>
          <w:sz w:val="20"/>
        </w:rPr>
        <w:t>[3 . 15 . 4]</w:t>
      </w:r>
    </w:p>
    <w:p>
      <w:r>
        <w:rPr>
          <w:rFonts w:ascii="Gentium Plus" w:hAnsi="Gentium Plus"/>
          <w:sz w:val="24"/>
        </w:rPr>
        <w:t>ξηραινόντων οὐδὲν ἔχει τούτων παρακολουθοῦν. σαπρότης ξύλων, καὶ μάλιστα ὅσα μετρίας μετέχει στύψεώς τε καὶ ῥύψεως, ὥσπερ καὶ ἡ πτελέα, καθαίρει καὶ ἀναπληροῖ τὰ καθαρὰ τῶν ἑλκῶν· ἀνεμῶναι προσ‐</w:t>
      </w:r>
    </w:p>
    <w:p>
      <w:r>
        <w:rPr>
          <w:rFonts w:ascii="Courier New" w:hAnsi="Courier New"/>
          <w:color w:val="555555"/>
          <w:sz w:val="20"/>
        </w:rPr>
        <w:t>[3 . 15 . 5]</w:t>
      </w:r>
    </w:p>
    <w:p>
      <w:r>
        <w:rPr>
          <w:rFonts w:ascii="Gentium Plus" w:hAnsi="Gentium Plus"/>
          <w:sz w:val="24"/>
        </w:rPr>
        <w:t>τιθέμεναι. πίτυος φλοιὸν ἀποξύσας καὶ τρίψας μετὰ κηρωτῆς εἰς μοτοὺς ἐγχρίων ἐπὶ τῶν κοίλων ἑλκῶν, καὶ μάλιστα τῶν προσφάτων,</w:t>
      </w:r>
    </w:p>
    <w:p>
      <w:r>
        <w:rPr>
          <w:rFonts w:ascii="Courier New" w:hAnsi="Courier New"/>
          <w:color w:val="555555"/>
          <w:sz w:val="20"/>
        </w:rPr>
        <w:t>[3 . 15 . 6]</w:t>
      </w:r>
    </w:p>
    <w:p>
      <w:r>
        <w:rPr>
          <w:rFonts w:ascii="Gentium Plus" w:hAnsi="Gentium Plus"/>
          <w:sz w:val="24"/>
        </w:rPr>
        <w:t>ἐπιτίθει· πληροῖ γὰρ αὐτά. καθαίρει δὲ τὰ ῥυπαρὰ πράσιον μετὰ μέλι‐ τος, ἀριστολοχία σὺν μέλιτι, ἐλαῖαι κολυμβάδες καταπλασθεῖσαι.</w:t>
      </w:r>
    </w:p>
    <w:p>
      <w:pPr>
        <w:jc w:val="center"/>
      </w:pPr>
      <w:r>
        <w:rPr>
          <w:rFonts w:ascii="Gentium Plus" w:hAnsi="Gentium Plus"/>
          <w:b/>
          <w:sz w:val="24"/>
        </w:rPr>
        <w:t>Περὶ τῶν οὐλῆς δεομένων ἑλκῶν.</w:t>
      </w:r>
    </w:p>
    <w:p>
      <w:r>
        <w:rPr>
          <w:rFonts w:ascii="Courier New" w:hAnsi="Courier New"/>
          <w:color w:val="555555"/>
          <w:sz w:val="20"/>
        </w:rPr>
        <w:t>[3 . 16 . 1]</w:t>
      </w:r>
    </w:p>
    <w:p>
      <w:r>
        <w:rPr>
          <w:rFonts w:ascii="Gentium Plus" w:hAnsi="Gentium Plus"/>
          <w:sz w:val="24"/>
        </w:rPr>
        <w:t>Ξηραίνοντες καὶ στύφοντες τὴν σάρκα τῶν οὐλῆς δεομένων ἑλκῶν εἰς τοσοῦτον ὥστε μὴ μόνον διαφορῆσαι τὸ παρὰ φύσιν περιττὸν ἀλλὰ καὶ τοῦ κατὰ φύσιν ἅψασθαι, τὸ ἐπιπολῆς τοῦ ἕλκους παραπλή‐ σιον δέρματι κατασκευάσομεν καὶ εἰς οὐλὴν ἄξομεν τὸ ἕλκος· ἐπι‐</w:t>
      </w:r>
    </w:p>
    <w:p>
      <w:r>
        <w:rPr>
          <w:rFonts w:ascii="Courier New" w:hAnsi="Courier New"/>
          <w:color w:val="555555"/>
          <w:sz w:val="20"/>
        </w:rPr>
        <w:t>[5]</w:t>
      </w:r>
    </w:p>
    <w:p>
      <w:r>
        <w:rPr>
          <w:rFonts w:ascii="Gentium Plus" w:hAnsi="Gentium Plus"/>
          <w:sz w:val="24"/>
        </w:rPr>
        <w:t>τήδεια δ’ εἰς τοῦτο κηκὶς ὀμφακῖτις καὶ τὰ τῆς ῥοιᾶς λέμματα μετρίως</w:t>
      </w:r>
    </w:p>
    <w:p>
      <w:r>
        <w:rPr>
          <w:rFonts w:ascii="Courier New" w:hAnsi="Courier New"/>
          <w:color w:val="555555"/>
          <w:sz w:val="20"/>
        </w:rPr>
        <w:t>[3 . 16 . 2]</w:t>
      </w:r>
    </w:p>
    <w:p>
      <w:r>
        <w:rPr>
          <w:rFonts w:ascii="Gentium Plus" w:hAnsi="Gentium Plus"/>
          <w:sz w:val="24"/>
        </w:rPr>
        <w:t>ξηραίνοντα. ὅσα δὲ χωρὶς τοῦ στύφειν ἀδήκτως ξηραίνει, καὶ ταῦτα εἰς οὐλὴν ἄγει, οἷον σμύρνα, λιθάργυρος, καὶ εἰ καυθείη, ὄστρεον (ἐπι‐ παττόμενα γὰρ ξηραίνει καὶ ταῦτα πολλάκις ἐπούλωσεν), πίτυος φλοιὸς σὺν κηρωτῇ μυρσίνῃ, κισσοῦ ἄνθος μετὰ κηρωτῆς, κρίνου ἡ ῥίζα σὺν</w:t>
      </w:r>
    </w:p>
    <w:p>
      <w:r>
        <w:rPr>
          <w:rFonts w:ascii="Courier New" w:hAnsi="Courier New"/>
          <w:color w:val="555555"/>
          <w:sz w:val="20"/>
        </w:rPr>
        <w:t>[3 . 16 . 3]</w:t>
      </w:r>
    </w:p>
    <w:p>
      <w:r>
        <w:rPr>
          <w:rFonts w:ascii="Gentium Plus" w:hAnsi="Gentium Plus"/>
          <w:sz w:val="24"/>
        </w:rPr>
        <w:t>ῥοδίνῳ. τὰ δὲ παλαιὰ ἐπουλοῖ ἰξὸς σὺν λιβανωτῷ, ἰὸς μετὰ διφρυγοῦς ἴσου καὶ μετὰ κηρωτῆς μυρσίνης.</w:t>
      </w:r>
    </w:p>
    <w:p>
      <w:pPr>
        <w:jc w:val="center"/>
      </w:pPr>
      <w:r>
        <w:rPr>
          <w:rFonts w:ascii="Gentium Plus" w:hAnsi="Gentium Plus"/>
          <w:b/>
          <w:sz w:val="24"/>
        </w:rPr>
        <w:t>Περὶ τῶν ὑπερσαρκούντων ἑλκῶν.</w:t>
      </w:r>
    </w:p>
    <w:p>
      <w:r>
        <w:rPr>
          <w:rFonts w:ascii="Courier New" w:hAnsi="Courier New"/>
          <w:color w:val="555555"/>
          <w:sz w:val="20"/>
        </w:rPr>
        <w:t>[3 . 17 . 1]</w:t>
      </w:r>
    </w:p>
    <w:p>
      <w:r>
        <w:rPr>
          <w:rFonts w:ascii="Gentium Plus" w:hAnsi="Gentium Plus"/>
          <w:sz w:val="24"/>
        </w:rPr>
        <w:t>Ἡ τῶν ὑπεραυξηθεισῶν σαρκῶν ἐπὶ τῶν ἑλκῶν καθαίρεσις ὑπὸ τῶν ἰσχυρῶς ξηραινόντων φαρμάκων γίνεται, οἷόν ἐστιν Ἀσσίας πέτρας</w:t>
      </w:r>
    </w:p>
    <w:p>
      <w:r>
        <w:rPr>
          <w:rFonts w:ascii="Courier New" w:hAnsi="Courier New"/>
          <w:color w:val="555555"/>
          <w:sz w:val="20"/>
        </w:rPr>
        <w:t>[3 . 17 . 2]</w:t>
      </w:r>
    </w:p>
    <w:p>
      <w:r>
        <w:rPr>
          <w:rFonts w:ascii="Gentium Plus" w:hAnsi="Gentium Plus"/>
          <w:sz w:val="24"/>
        </w:rPr>
        <w:t>ἄνθος. καὶ τὰ ὀστρώδη δὲ πάντα καυθέντα μετρίως καθαιρεῖ τὰ ὑπερ‐ σαρκοῦντα καὶ προσστέλλει, καὶ οἱ ἐχῖνοι δ’ ὁμοίως ἀμφότεροι καυ‐ θέντες σὺν τῷ σώματι παντί, καὶ διφρυγὲς καταπασσόμενον καὶ χαλκοῦ ἄνθος καὶ λεπὶς καταπασσομένη.</w:t>
      </w:r>
    </w:p>
    <w:p>
      <w:pPr>
        <w:jc w:val="center"/>
      </w:pPr>
      <w:r>
        <w:rPr>
          <w:rFonts w:ascii="Gentium Plus" w:hAnsi="Gentium Plus"/>
          <w:b/>
          <w:sz w:val="24"/>
        </w:rPr>
        <w:t>Πρὸς ἕλκη ἐπιπόλαια καὶ παρατρίμματα καὶ ἀποσύρματα καὶ πρεσβυτικὰ καὶ ἁπαλόχρωτας.</w:t>
      </w:r>
    </w:p>
    <w:p>
      <w:r>
        <w:rPr>
          <w:rFonts w:ascii="Courier New" w:hAnsi="Courier New"/>
          <w:color w:val="555555"/>
          <w:sz w:val="20"/>
        </w:rPr>
        <w:t>[3 . 18 . 1]</w:t>
      </w:r>
    </w:p>
    <w:p>
      <w:r>
        <w:rPr>
          <w:rFonts w:ascii="Gentium Plus" w:hAnsi="Gentium Plus"/>
          <w:sz w:val="24"/>
        </w:rPr>
        <w:t>Λιθαργύρου χρυσίτιδος 𐅻 ν, κηροῦ 𐅻 κ, ῥητίνης ξηρᾶς πευκίνης</w:t>
      </w:r>
    </w:p>
    <w:p>
      <w:r>
        <w:rPr>
          <w:rFonts w:ascii="Courier New" w:hAnsi="Courier New"/>
          <w:color w:val="555555"/>
          <w:sz w:val="20"/>
        </w:rPr>
        <w:t>[3 . 18 . 2]</w:t>
      </w:r>
    </w:p>
    <w:p>
      <w:r>
        <w:rPr>
          <w:rFonts w:ascii="Gentium Plus" w:hAnsi="Gentium Plus"/>
          <w:sz w:val="24"/>
        </w:rPr>
        <w:t>τὸ δ’ ἀποσυρὲν δέρμα οὐ χρὴ τῶν ἑλκῶν ἀποτέμνειν, ἀλλ’ ἐπάγειν αὐτὸ καὶ ἔξωθεν ἐπιτιθέναι τι τῶν ἐπιτηδείων φαρμάκων· κολλᾶται γὰρ οὕτω ποιησάντων πολλάκις τὸ ἀποσυρὲν δέρμα, κἂν μελανθῆναι φθάσῃ γυμνωθείσης δὲ τῆς σαρκὸς τοῦ δέρματος, δύσκολος ἡ ἐπού‐</w:t>
      </w:r>
    </w:p>
    <w:p>
      <w:r>
        <w:rPr>
          <w:rFonts w:ascii="Courier New" w:hAnsi="Courier New"/>
          <w:color w:val="555555"/>
          <w:sz w:val="20"/>
        </w:rPr>
        <w:t>[3 . 18 . 3]</w:t>
      </w:r>
    </w:p>
    <w:p>
      <w:r>
        <w:rPr>
          <w:rFonts w:ascii="Gentium Plus" w:hAnsi="Gentium Plus"/>
          <w:sz w:val="24"/>
        </w:rPr>
        <w:t>λωσις γίνεται, δακνομένου καὶ ῥυπουμένου τοῦ ἕλκους. ἀφλέγμαντα δὲ τηρεῖ τὰ ἀποσύρματα ῥοῦς ἐρυθρὸς καταπλασσόμενος λεῖος σὺν μέλιτι, σχίνου κόμη καεῖσα καὶ σὺν μέλιτι ἐπιτεθεῖσα.</w:t>
      </w:r>
    </w:p>
    <w:p>
      <w:pPr>
        <w:jc w:val="center"/>
      </w:pPr>
      <w:r>
        <w:rPr>
          <w:rFonts w:ascii="Gentium Plus" w:hAnsi="Gentium Plus"/>
          <w:b/>
          <w:sz w:val="24"/>
        </w:rPr>
        <w:t>Πρὸς τὰ ἐξ ὑποδημάτων παρατρίμματα.</w:t>
      </w:r>
    </w:p>
    <w:p>
      <w:r>
        <w:rPr>
          <w:rFonts w:ascii="Courier New" w:hAnsi="Courier New"/>
          <w:color w:val="555555"/>
          <w:sz w:val="20"/>
        </w:rPr>
        <w:t>[3 . 19 . 1]</w:t>
      </w:r>
    </w:p>
    <w:p>
      <w:r>
        <w:rPr>
          <w:rFonts w:ascii="Gentium Plus" w:hAnsi="Gentium Plus"/>
          <w:sz w:val="24"/>
        </w:rPr>
        <w:t>Πρὸς δὲ τὰ ἐξ ὑποδημάτων παρατρίμματα πνεύμων ἄρνειός τε</w:t>
      </w:r>
    </w:p>
    <w:p>
      <w:r>
        <w:rPr>
          <w:rFonts w:ascii="Courier New" w:hAnsi="Courier New"/>
          <w:color w:val="555555"/>
          <w:sz w:val="20"/>
        </w:rPr>
        <w:t>[3 . 19 . 2]</w:t>
      </w:r>
    </w:p>
    <w:p>
      <w:r>
        <w:rPr>
          <w:rFonts w:ascii="Gentium Plus" w:hAnsi="Gentium Plus"/>
          <w:sz w:val="24"/>
        </w:rPr>
        <w:t>καὶ χοίρειος καὶ αἴγειος ποιεῖ. δέρμα παλαιὸν ἀπὸ τῶν καττυμάτων καυθὲν τὰ φλεγμαίνοντα μὲν οὐκ ὠφελεῖ, παυσάμενα δὲ τῆς φλεγμο‐ νῆς ὀνίνησι· ξηραντικὴ γάρ ἐστιν ἡ τοιαύτη τέφρα. κρόμμυον σὺν ὀρνι‐</w:t>
      </w:r>
    </w:p>
    <w:p>
      <w:r>
        <w:rPr>
          <w:rFonts w:ascii="Courier New" w:hAnsi="Courier New"/>
          <w:color w:val="555555"/>
          <w:sz w:val="20"/>
        </w:rPr>
        <w:t>[3 . 19 3,4]</w:t>
      </w:r>
    </w:p>
    <w:p>
      <w:r>
        <w:rPr>
          <w:rFonts w:ascii="Gentium Plus" w:hAnsi="Gentium Plus"/>
          <w:sz w:val="24"/>
        </w:rPr>
        <w:t>θείῳ στέατι λείῳ. κηκῖδα καύσας καὶ τρίψας ἐπίπασσε. ἀκακίαν ἐν</w:t>
      </w:r>
    </w:p>
    <w:p>
      <w:r>
        <w:rPr>
          <w:rFonts w:ascii="Courier New" w:hAnsi="Courier New"/>
          <w:color w:val="555555"/>
          <w:sz w:val="20"/>
        </w:rPr>
        <w:t>[3 . 19 . 4 (2)]</w:t>
      </w:r>
    </w:p>
    <w:p>
      <w:r>
        <w:rPr>
          <w:rFonts w:ascii="Gentium Plus" w:hAnsi="Gentium Plus"/>
          <w:sz w:val="24"/>
        </w:rPr>
        <w:t>ὄξει διεὶς ἐπίχριε.</w:t>
      </w:r>
    </w:p>
    <w:p>
      <w:pPr>
        <w:jc w:val="center"/>
      </w:pPr>
      <w:r>
        <w:rPr>
          <w:rFonts w:ascii="Gentium Plus" w:hAnsi="Gentium Plus"/>
          <w:b/>
          <w:sz w:val="24"/>
        </w:rPr>
        <w:t>Περὶ τῶν πυρικαύτων.</w:t>
      </w:r>
    </w:p>
    <w:p>
      <w:r>
        <w:rPr>
          <w:rFonts w:ascii="Courier New" w:hAnsi="Courier New"/>
          <w:color w:val="555555"/>
          <w:sz w:val="20"/>
        </w:rPr>
        <w:t>[3 . 20 . 1]</w:t>
      </w:r>
    </w:p>
    <w:p>
      <w:r>
        <w:rPr>
          <w:rFonts w:ascii="Gentium Plus" w:hAnsi="Gentium Plus"/>
          <w:sz w:val="24"/>
        </w:rPr>
        <w:t>Τὰ δὲ πυρίκαυτα τῶν μετρίως ῥυπτόντων δεῖται φαρμάκων χωρὶς</w:t>
      </w:r>
    </w:p>
    <w:p>
      <w:r>
        <w:rPr>
          <w:rFonts w:ascii="Courier New" w:hAnsi="Courier New"/>
          <w:color w:val="555555"/>
          <w:sz w:val="20"/>
        </w:rPr>
        <w:t>[3 . 20 . 2]</w:t>
      </w:r>
    </w:p>
    <w:p>
      <w:r>
        <w:rPr>
          <w:rFonts w:ascii="Gentium Plus" w:hAnsi="Gentium Plus"/>
          <w:sz w:val="24"/>
        </w:rPr>
        <w:t>τοῦ θερμαίνειν ἢ ψύχειν ἐπιφανῶς. γῆ τοίνυν Χία καὶ Κιμωλία, καὶ πᾶσα δὲ γῆ κούφη καταχριόμεναι δι’ ὄξους μὴ πάνυ δριμέος ἢ ὕδατος μιγνυμένου ποιοῦσι καλῶς καὶ κωλύουσι φλυκταινοῦσθαι, καὶ ὠὸν ὅλον ὠμὸν παραχρῆμα ἐπιτιθέμενον ἀναλαμβανόμενον ἐρίῳ μαλακῷ· καὶ</w:t>
      </w:r>
    </w:p>
    <w:p>
      <w:r>
        <w:rPr>
          <w:rFonts w:ascii="Courier New" w:hAnsi="Courier New"/>
          <w:color w:val="555555"/>
          <w:sz w:val="20"/>
        </w:rPr>
        <w:t>[5]</w:t>
      </w:r>
    </w:p>
    <w:p>
      <w:r>
        <w:rPr>
          <w:rFonts w:ascii="Gentium Plus" w:hAnsi="Gentium Plus"/>
          <w:sz w:val="24"/>
        </w:rPr>
        <w:t>γὰρ ἐμψύχει μετρίως καὶ ἀδήκτως ξηραίνει· ἢ μέλανι γραφικῷ περί‐ χριε· ἢ λιβανωτὸν λευκὸν ὕδατι διεὶς κατάχριε· ἢ φακὸν ἑψήσας καὶ</w:t>
      </w:r>
    </w:p>
    <w:p>
      <w:r>
        <w:rPr>
          <w:rFonts w:ascii="Courier New" w:hAnsi="Courier New"/>
          <w:color w:val="555555"/>
          <w:sz w:val="20"/>
        </w:rPr>
        <w:t>[3 . 20 . 3]</w:t>
      </w:r>
    </w:p>
    <w:p>
      <w:r>
        <w:rPr>
          <w:rFonts w:ascii="Gentium Plus" w:hAnsi="Gentium Plus"/>
          <w:sz w:val="24"/>
        </w:rPr>
        <w:t>λεάνας κατάχριε. πρὸς δὲ τὰ ἤδη πεφλυκταινωμένα ῥοῦν καὶ ἄλφιτον τρίψας μετ’ ὄξους κατάπλασσε· κονίαν ἄσβεστον κηρωτῇ μιγνὺς καὶ εἰς ὀθόνιον εἰλήσας κατάκαυσον, ἕως τέφρα γένηται, καὶ διεὶς ἐλαίῳ</w:t>
      </w:r>
    </w:p>
    <w:p>
      <w:r>
        <w:rPr>
          <w:rFonts w:ascii="Courier New" w:hAnsi="Courier New"/>
          <w:color w:val="555555"/>
          <w:sz w:val="20"/>
        </w:rPr>
        <w:t>[3 . 20 . 4]</w:t>
      </w:r>
    </w:p>
    <w:p>
      <w:r>
        <w:rPr>
          <w:rFonts w:ascii="Gentium Plus" w:hAnsi="Gentium Plus"/>
          <w:sz w:val="24"/>
        </w:rPr>
        <w:t>χρῶ· θαυμαστὸν φάρμακον. πίτυος ἢ πεύκης φλοιὸς καταπλασσόμενος ἐπουλοῖ· πίτυος φλοιὸς λεῖος ἢ ἀδίαντον ξηρὸν λεῖον ἢ μυρρίνης φύλλα κατακεκαυμένα λεῖα· ποιεῖ δὲ τούτων ἕκαστον καὶ μετὰ κηρω‐</w:t>
      </w:r>
    </w:p>
    <w:p>
      <w:r>
        <w:rPr>
          <w:rFonts w:ascii="Courier New" w:hAnsi="Courier New"/>
          <w:color w:val="555555"/>
          <w:sz w:val="20"/>
        </w:rPr>
        <w:t>[3 . 20 . 5]</w:t>
      </w:r>
    </w:p>
    <w:p>
      <w:r>
        <w:rPr>
          <w:rFonts w:ascii="Gentium Plus" w:hAnsi="Gentium Plus"/>
          <w:sz w:val="24"/>
        </w:rPr>
        <w:t>τῆς συντιθέμενον. πρὸς δὲ τὰ ἀφ’ ὕδατος κατακαύματα πρὶν φλυκταίνας γενέσθαι ἅλμην ἐλαιῶν συνεχῶς κατάντλει ἢ αὐτὰς τὰς ἁλμάδας τρί‐ ψας ἐπιτίθει, ἢ στυπτηρίαν σχιστὴν τρίψας μετ’ ὄξους ἐπίχριε, ἢ κόλλῃ</w:t>
      </w:r>
    </w:p>
    <w:p>
      <w:pPr>
        <w:jc w:val="center"/>
      </w:pPr>
      <w:r>
        <w:rPr>
          <w:rFonts w:ascii="Gentium Plus" w:hAnsi="Gentium Plus"/>
          <w:b/>
          <w:sz w:val="24"/>
        </w:rPr>
        <w:t>Περὶ ἐξανθημάτων.</w:t>
      </w:r>
    </w:p>
    <w:p>
      <w:r>
        <w:rPr>
          <w:rFonts w:ascii="Courier New" w:hAnsi="Courier New"/>
          <w:color w:val="555555"/>
          <w:sz w:val="20"/>
        </w:rPr>
        <w:t>[3 . 21 . 1]</w:t>
      </w:r>
    </w:p>
    <w:p>
      <w:r>
        <w:rPr>
          <w:rFonts w:ascii="Gentium Plus" w:hAnsi="Gentium Plus"/>
          <w:sz w:val="24"/>
        </w:rPr>
        <w:t>Τὰ δ’ ἐξανθήματα γίνονται παχέων χυμῶν ἐν τῷ δέρματι σφη‐</w:t>
      </w:r>
    </w:p>
    <w:p>
      <w:r>
        <w:rPr>
          <w:rFonts w:ascii="Courier New" w:hAnsi="Courier New"/>
          <w:color w:val="555555"/>
          <w:sz w:val="20"/>
        </w:rPr>
        <w:t>[3 . 21 . 2]</w:t>
      </w:r>
    </w:p>
    <w:p>
      <w:r>
        <w:rPr>
          <w:rFonts w:ascii="Gentium Plus" w:hAnsi="Gentium Plus"/>
          <w:sz w:val="24"/>
        </w:rPr>
        <w:t>νωθέντων, καὶ πλέον εἰς τὴν ἐπιδερμίδα πυκνὴν οὖσαν. χρὴ οὖν αὐτοὺς κενοῦν διὰ τοῦ δέρματος, εἰ μὴ πόρρω περισπᾶν εἰς τὸ βάθος</w:t>
      </w:r>
    </w:p>
    <w:p>
      <w:r>
        <w:rPr>
          <w:rFonts w:ascii="Courier New" w:hAnsi="Courier New"/>
          <w:color w:val="555555"/>
          <w:sz w:val="20"/>
        </w:rPr>
        <w:t>[3 . 21 . 3]</w:t>
      </w:r>
    </w:p>
    <w:p>
      <w:r>
        <w:rPr>
          <w:rFonts w:ascii="Gentium Plus" w:hAnsi="Gentium Plus"/>
          <w:sz w:val="24"/>
        </w:rPr>
        <w:t>ἐπὶ τῷ διὰ γαστρὸς ἢ δι’ ἐμέτων κενῶσαι. καὶ μή τις ὑπολάβῃ συμ‐ βουλεύειν με μηδέποτε καθαίρεσθαι τοὺς τοιούτους διὰ γαστρός· δεῖ γὰρ ἐφ’ ὧν πλῆθος ὑπόκειται χυμῶν καθαίρειν· εἰ γάρ τις μὴ πράξας τοῦτο πρότερον ἐπιχειροίη διαφορεῖν, ἐμφράξει μᾶλλον ἢ κενώσει διὰ</w:t>
      </w:r>
    </w:p>
    <w:p>
      <w:r>
        <w:rPr>
          <w:rFonts w:ascii="Courier New" w:hAnsi="Courier New"/>
          <w:color w:val="555555"/>
          <w:sz w:val="20"/>
        </w:rPr>
        <w:t>[3 . 21 . 4]</w:t>
      </w:r>
    </w:p>
    <w:p>
      <w:r>
        <w:rPr>
          <w:rFonts w:ascii="Gentium Plus" w:hAnsi="Gentium Plus"/>
          <w:sz w:val="24"/>
        </w:rPr>
        <w:t>τοῦ δέρματος τοὺς χυμούς. ἀλλά γε τὴν θεραπείαν τῶν ἐμπεπλασμέ‐ νων τῷ δέρματι χυμῶν διὰ τῶν πυριώντων τε καὶ θερμαινόντων ποι‐ ητέον, καὶ μάλιστα ὅταν πλατέα τυγχάνῃ τὰ ἐξανθήματα· τὰ γὰρ τοι‐ αῦτα δηλοῖ τὸν χυμὸν οὐ θερμὸν καὶ λεπτὸν ὑπάρχειν, ἀλλ’ ἱκανῶς</w:t>
      </w:r>
    </w:p>
    <w:p>
      <w:r>
        <w:rPr>
          <w:rFonts w:ascii="Courier New" w:hAnsi="Courier New"/>
          <w:color w:val="555555"/>
          <w:sz w:val="20"/>
        </w:rPr>
        <w:t>[3 . 21 . 5]</w:t>
      </w:r>
    </w:p>
    <w:p>
      <w:r>
        <w:rPr>
          <w:rFonts w:ascii="Gentium Plus" w:hAnsi="Gentium Plus"/>
          <w:sz w:val="24"/>
        </w:rPr>
        <w:t>ψυχρὸν καὶ παχύν. δάφνης φύλλων ἁπαλῶν καὶ πηγάνου καὶ μάννης</w:t>
      </w:r>
    </w:p>
    <w:p>
      <w:r>
        <w:rPr>
          <w:rFonts w:ascii="Courier New" w:hAnsi="Courier New"/>
          <w:color w:val="555555"/>
          <w:sz w:val="20"/>
        </w:rPr>
        <w:t>[3 . 21 . 6]</w:t>
      </w:r>
    </w:p>
    <w:p>
      <w:r>
        <w:rPr>
          <w:rFonts w:ascii="Gentium Plus" w:hAnsi="Gentium Plus"/>
          <w:sz w:val="24"/>
        </w:rPr>
        <w:t>ἴσον ἑκατέρου τρίψας καὶ διεὶς ἐν ἐλαίῳ κατάχριε. σταφίδα ἀγρίαν φρύξας καὶ τρίψας καὶ λιβανωτὸν μετ’ ἐλαίου διεὶς ἐπάλειφε· σεῦτλον ἁπαλὸν ἑψήσας καὶ τρίψας κατάπλασσε· κηροῦ 𐅻 η, θείου ἴσον, ἁλὸς</w:t>
      </w:r>
    </w:p>
    <w:p>
      <w:r>
        <w:rPr>
          <w:rFonts w:ascii="Courier New" w:hAnsi="Courier New"/>
          <w:color w:val="555555"/>
          <w:sz w:val="20"/>
        </w:rPr>
        <w:t>[3 . 21 . 7]</w:t>
      </w:r>
    </w:p>
    <w:p>
      <w:r>
        <w:rPr>
          <w:rFonts w:ascii="Gentium Plus" w:hAnsi="Gentium Plus"/>
          <w:sz w:val="24"/>
        </w:rPr>
        <w:t>𐅻 ϛ. τὰ ξηρὰ τρίψας καὶ ἐπιχέας ἐλαίου 𐆂ο 𐅶 πάντα ὁμοῦ ἕψε καὶ γενομένῳ ἐμπλάστρῳ χρῶ· προσεδρεύειν δὲ τῇ ἑψήσει· ἀγαθὸν σφόδρα τὸ φάρμακον.</w:t>
      </w:r>
    </w:p>
    <w:p>
      <w:pPr>
        <w:jc w:val="center"/>
      </w:pPr>
      <w:r>
        <w:rPr>
          <w:rFonts w:ascii="Gentium Plus" w:hAnsi="Gentium Plus"/>
          <w:b/>
          <w:sz w:val="24"/>
        </w:rPr>
        <w:t>Περὶ κνησμῶν.</w:t>
      </w:r>
    </w:p>
    <w:p>
      <w:r>
        <w:rPr>
          <w:rFonts w:ascii="Courier New" w:hAnsi="Courier New"/>
          <w:color w:val="555555"/>
          <w:sz w:val="20"/>
        </w:rPr>
        <w:t>[3 . 22 . 1]</w:t>
      </w:r>
    </w:p>
    <w:p>
      <w:r>
        <w:rPr>
          <w:rFonts w:ascii="Gentium Plus" w:hAnsi="Gentium Plus"/>
          <w:sz w:val="24"/>
        </w:rPr>
        <w:t>Κνησμοὺς δὲ κατασκευάζειν χρή, ὅταν ἐκ τοῦ βάθους προκαλέ‐ σασθαι δέον ᾖ χυμούς, κωλύειν δέ, ὅταν περὶ τὰ κνώμενα μόρια κίν‐ δυνος ᾖ ψώρας ἢ λέπρας ἤ τινα τῶν κακοήθων ἑλκῶν συστῆναι· κωλύσεις δὲ διὰ φαρμάκων ἀποκρουόμενος ἢ διὰ τοῦ καρτερεῖν κνη‐</w:t>
      </w:r>
    </w:p>
    <w:p>
      <w:r>
        <w:rPr>
          <w:rFonts w:ascii="Courier New" w:hAnsi="Courier New"/>
          <w:color w:val="555555"/>
          <w:sz w:val="20"/>
        </w:rPr>
        <w:t>[5]</w:t>
      </w:r>
    </w:p>
    <w:p>
      <w:r>
        <w:rPr>
          <w:rFonts w:ascii="Gentium Plus" w:hAnsi="Gentium Plus"/>
          <w:sz w:val="24"/>
        </w:rPr>
        <w:t>σιῶντα καὶ μὴ ψαύειν· παύεσθαι γὰρ πέφυκεν ἡ κνῆσις καὶ οὕτως.</w:t>
      </w:r>
    </w:p>
    <w:p>
      <w:r>
        <w:rPr>
          <w:rFonts w:ascii="Courier New" w:hAnsi="Courier New"/>
          <w:color w:val="555555"/>
          <w:sz w:val="20"/>
        </w:rPr>
        <w:t>[3 . 22 . 2]</w:t>
      </w:r>
    </w:p>
    <w:p>
      <w:r>
        <w:rPr>
          <w:rFonts w:ascii="Gentium Plus" w:hAnsi="Gentium Plus"/>
          <w:sz w:val="24"/>
        </w:rPr>
        <w:t>πρὸς δὲ τοὺς ψωρώδεις κνησμοὺς θαλάσσῃ θερμῇ ἢ ὄξει θερμῷ λοῦε ἢ σικύου ἀγρίου ἀφεψήματι ὁμοίως, ἢ ἀμπέλου παλαιᾶς φλοιὸν φρύξας ἐπ’ ὀστράκου 〈καὶ〉 τρίψας προεπαλείψας τε τὸν ψωριῶντα τόπον βουτύρῳ ἐπίπασσε τοῦτο καὶ κατάδει, χρῶ τε τῷ φαρμάκῳ, μέχρις ἂν</w:t>
      </w:r>
    </w:p>
    <w:p>
      <w:r>
        <w:rPr>
          <w:rFonts w:ascii="Courier New" w:hAnsi="Courier New"/>
          <w:color w:val="555555"/>
          <w:sz w:val="20"/>
        </w:rPr>
        <w:t>[3 . 22 . 3]</w:t>
      </w:r>
    </w:p>
    <w:p>
      <w:r>
        <w:rPr>
          <w:rFonts w:ascii="Gentium Plus" w:hAnsi="Gentium Plus"/>
          <w:sz w:val="24"/>
        </w:rPr>
        <w:t>ὑγιασθῇ. τὸ δ’ ὄπιον μεθ’ ὑγρᾶς κηρωτῆς συναλειφόμενον τοὺς κνη‐ σμοὺς καὶ τὰ ψυδράκια παρηγορεῖ.</w:t>
      </w:r>
    </w:p>
    <w:p>
      <w:pPr>
        <w:jc w:val="center"/>
      </w:pPr>
      <w:r>
        <w:rPr>
          <w:rFonts w:ascii="Gentium Plus" w:hAnsi="Gentium Plus"/>
          <w:b/>
          <w:sz w:val="24"/>
        </w:rPr>
        <w:t>Περὶ φλυκταινῶν.</w:t>
      </w:r>
    </w:p>
    <w:p>
      <w:r>
        <w:rPr>
          <w:rFonts w:ascii="Courier New" w:hAnsi="Courier New"/>
          <w:color w:val="555555"/>
          <w:sz w:val="20"/>
        </w:rPr>
        <w:t>[3 . 23 . 1]</w:t>
      </w:r>
    </w:p>
    <w:p>
      <w:r>
        <w:rPr>
          <w:rFonts w:ascii="Gentium Plus" w:hAnsi="Gentium Plus"/>
          <w:sz w:val="24"/>
        </w:rPr>
        <w:t>Καὶ τὰς φλυκταίνας δ’ ὀξείᾳ βελόνῃ τιτρᾶν προσήκει καθ’ ὑπόρ‐ ρυσιν, εἶτ’ ἐκθλίβειν πρᾴως τὸ ὑγρόν, τὸ δέρμα προσκείμενον ἐῶντα, κἂν πληρωθῇ μύσαντος τοῦ τρήματος ἡ φλύκταινα, πάλιν αὐτὴν δεῖ</w:t>
      </w:r>
    </w:p>
    <w:p>
      <w:r>
        <w:rPr>
          <w:rFonts w:ascii="Courier New" w:hAnsi="Courier New"/>
          <w:color w:val="555555"/>
          <w:sz w:val="20"/>
        </w:rPr>
        <w:t>[3 . 23 . 2]</w:t>
      </w:r>
    </w:p>
    <w:p>
      <w:r>
        <w:rPr>
          <w:rFonts w:ascii="Gentium Plus" w:hAnsi="Gentium Plus"/>
          <w:sz w:val="24"/>
        </w:rPr>
        <w:t>ἂν ἐπουλώσῃ τὸ ὑπ’ αὐτῷ ἡλκωμένον. πρὶν μὲν οὖν ἐκραγῆναι τὰς φλυκτεῖς, ἑφθῷ φακῷ λείῳ μεθ’ ὕδατος κατάπλασσε, ἢ ῥοιᾶς ῥαβδία</w:t>
      </w:r>
    </w:p>
    <w:p>
      <w:r>
        <w:rPr>
          <w:rFonts w:ascii="Courier New" w:hAnsi="Courier New"/>
          <w:color w:val="555555"/>
          <w:sz w:val="20"/>
        </w:rPr>
        <w:t>[3 . 23 . 3]</w:t>
      </w:r>
    </w:p>
    <w:p>
      <w:r>
        <w:rPr>
          <w:rFonts w:ascii="Gentium Plus" w:hAnsi="Gentium Plus"/>
          <w:sz w:val="24"/>
        </w:rPr>
        <w:t>χλιαίνων ἐν τέφρᾳ θερμῇ προστίθει καὶ κατόπτα τοὺς τόπους. ἐὰν δ’ ἐκραγῶσι καὶ ἕλκος γένηται, στέαρ ὕειον τήξας καὶ λιθαργύρου μίξας λείας εἰς ὀθόνιον ἐμπλάσας ἐπιτίθει, ἢ κρίνου ῥίζας ἑψήσας ἐν ὕδατι καὶ τρίψας μετὰ κηρωτῆς ἐπιτίθει.</w:t>
      </w:r>
    </w:p>
    <w:p>
      <w:pPr>
        <w:jc w:val="center"/>
      </w:pPr>
      <w:r>
        <w:rPr>
          <w:rFonts w:ascii="Gentium Plus" w:hAnsi="Gentium Plus"/>
          <w:b/>
          <w:sz w:val="24"/>
        </w:rPr>
        <w:t>Περὶ τῶν ἀναρρηγνυμένων ἑλκῶν.</w:t>
      </w:r>
    </w:p>
    <w:p>
      <w:r>
        <w:rPr>
          <w:rFonts w:ascii="Courier New" w:hAnsi="Courier New"/>
          <w:color w:val="555555"/>
          <w:sz w:val="20"/>
        </w:rPr>
        <w:t>[3 . 24 . 1]</w:t>
      </w:r>
    </w:p>
    <w:p>
      <w:r>
        <w:rPr>
          <w:rFonts w:ascii="Gentium Plus" w:hAnsi="Gentium Plus"/>
          <w:sz w:val="24"/>
        </w:rPr>
        <w:t>Τινὰ τῶν ἑλκῶν συνουλούμενα πολλάκις μετὰ χρόνον οὐ πολὺν αὖθις φλεγμαίνουσί τε καὶ ἀναρρήγνυνται· παθόντος γὰρ ὀστοῦ τινος ἐνίοτε ἡ ἐπικειμένη σὰρξ ἐπουλοῦται μὲν ῥᾳδίως καὶ ὑγιὴς εἶναι δοκεῖ τελείως, πάλιν δ’ ἰχῶρος ἐπιρρυέντος κατ’ ὀλίγον ἐκ τοῦ φθειρομένου</w:t>
      </w:r>
    </w:p>
    <w:p>
      <w:r>
        <w:rPr>
          <w:rFonts w:ascii="Courier New" w:hAnsi="Courier New"/>
          <w:color w:val="555555"/>
          <w:sz w:val="20"/>
        </w:rPr>
        <w:t>[5]</w:t>
      </w:r>
    </w:p>
    <w:p>
      <w:r>
        <w:rPr>
          <w:rFonts w:ascii="Gentium Plus" w:hAnsi="Gentium Plus"/>
          <w:sz w:val="24"/>
        </w:rPr>
        <w:t>κατὰ βάθος ὀστοῦ, φλεγμονή τε καὶ πύον ὑπογίνεται τὴν οὐλὴν ἀνα‐</w:t>
      </w:r>
    </w:p>
    <w:p>
      <w:r>
        <w:rPr>
          <w:rFonts w:ascii="Courier New" w:hAnsi="Courier New"/>
          <w:color w:val="555555"/>
          <w:sz w:val="20"/>
        </w:rPr>
        <w:t>[3 . 24 . 2]</w:t>
      </w:r>
    </w:p>
    <w:p>
      <w:r>
        <w:rPr>
          <w:rFonts w:ascii="Gentium Plus" w:hAnsi="Gentium Plus"/>
          <w:sz w:val="24"/>
        </w:rPr>
        <w:t>ξαῖνον. τίς οὖν ἡ θεραπεία τῶν τοιούτων ἑλκῶν; ξήρανσις ἐπὶ τοσοῦ‐</w:t>
      </w:r>
    </w:p>
    <w:p>
      <w:r>
        <w:rPr>
          <w:rFonts w:ascii="Courier New" w:hAnsi="Courier New"/>
          <w:color w:val="555555"/>
          <w:sz w:val="20"/>
        </w:rPr>
        <w:t>[3 . 24 . 3]</w:t>
      </w:r>
    </w:p>
    <w:p>
      <w:r>
        <w:rPr>
          <w:rFonts w:ascii="Gentium Plus" w:hAnsi="Gentium Plus"/>
          <w:sz w:val="24"/>
        </w:rPr>
        <w:t>τον ὡς ἀποστῆναι τὸ πεπονθὸς ὀστοῦν. ῥᾳδίως οὖν ἀναπλεύσει τὰ ἐγκαθήμενα τῶν ὀστῶν, εἰ μήκωνος ἀγρίας καὶ συκῆς φύλλα λεῖα μετὰ πάλης ἀλφίτου καὶ οἴνου καταπλάσεις ἢ ὑοσκυάμου σπέρμα καὶ χάλ‐</w:t>
      </w:r>
    </w:p>
    <w:p>
      <w:r>
        <w:rPr>
          <w:rFonts w:ascii="Courier New" w:hAnsi="Courier New"/>
          <w:color w:val="555555"/>
          <w:sz w:val="20"/>
        </w:rPr>
        <w:t>[3 . 24 . 4]</w:t>
      </w:r>
    </w:p>
    <w:p>
      <w:r>
        <w:rPr>
          <w:rFonts w:ascii="Gentium Plus" w:hAnsi="Gentium Plus"/>
          <w:sz w:val="24"/>
        </w:rPr>
        <w:t>κανθον ἴσα τρίψας ἐπιθήσεις. πευκεδάνου ἡ ῥίζα λεπίον ὀστῶν ἀφίστησι τάχιστα.</w:t>
      </w:r>
    </w:p>
    <w:p>
      <w:pPr>
        <w:jc w:val="center"/>
      </w:pPr>
      <w:r>
        <w:rPr>
          <w:rFonts w:ascii="Gentium Plus" w:hAnsi="Gentium Plus"/>
          <w:b/>
          <w:sz w:val="24"/>
        </w:rPr>
        <w:t>Πρὸς τὰ κακοήθη καὶ δυσεπούλωτα καὶ χρόνια τῶν ἑλκῶν.</w:t>
      </w:r>
    </w:p>
    <w:p>
      <w:r>
        <w:rPr>
          <w:rFonts w:ascii="Courier New" w:hAnsi="Courier New"/>
          <w:color w:val="555555"/>
          <w:sz w:val="20"/>
        </w:rPr>
        <w:t>[3 . 25 . 1]</w:t>
      </w:r>
    </w:p>
    <w:p>
      <w:r>
        <w:rPr>
          <w:rFonts w:ascii="Gentium Plus" w:hAnsi="Gentium Plus"/>
          <w:sz w:val="24"/>
        </w:rPr>
        <w:t>Τὰ δὲ κακοήθη καὶ δυσεπούλωτα τῶν ἑλκῶν καὶ χρόνια καὶ σηπεδονώδη Λημνία σφραγὶς ὠφελεῖ μεγάλως· ἡ δὲ χρῆσις γίνεται κατὰ τὸ μέγεθος τῆς τοῦ ἕλκους κακίας· τὸ μὲν γὰρ δυσῶδες καὶ λίαν πλαδαρὸν ἀνέχεται δι’ ὄξους δριμυτάτου τῆς Λημνίας ἀνιεμένης</w:t>
      </w:r>
    </w:p>
    <w:p>
      <w:r>
        <w:rPr>
          <w:rFonts w:ascii="Courier New" w:hAnsi="Courier New"/>
          <w:color w:val="555555"/>
          <w:sz w:val="20"/>
        </w:rPr>
        <w:t>[3 . 25 . 2]</w:t>
      </w:r>
    </w:p>
    <w:p>
      <w:r>
        <w:rPr>
          <w:rFonts w:ascii="Gentium Plus" w:hAnsi="Gentium Plus"/>
          <w:sz w:val="24"/>
        </w:rPr>
        <w:t>εἰς πηλώδη σύστασιν· καὶ δι’ οἴνου δ’ ἢ ὕδατος ἢ ὀξυμέλιτος ἢ ὀξυ‐</w:t>
      </w:r>
    </w:p>
    <w:p>
      <w:r>
        <w:rPr>
          <w:rFonts w:ascii="Courier New" w:hAnsi="Courier New"/>
          <w:color w:val="555555"/>
          <w:sz w:val="20"/>
        </w:rPr>
        <w:t>[3 . 25 . 3]</w:t>
      </w:r>
    </w:p>
    <w:p>
      <w:r>
        <w:rPr>
          <w:rFonts w:ascii="Gentium Plus" w:hAnsi="Gentium Plus"/>
          <w:sz w:val="24"/>
        </w:rPr>
        <w:t>κράτου ἢ μελικράτου, ὅπως ἂν ἡ χρεία κελεύσῃ, ἐπιτήδειόν ἐστιν. εἴ τις θυίαν ἐκ μολύβδου κατασκευάσας μετὰ μολυβδίνου δοίδυκος ῥόδινον ἐμβαλὼν ἢ ὀμφάκινον ἔλαιον ἢ χυλὸν ἀειζῴου ἢ κοτυληδόνος ἢ θρι‐ δακίνης ἢ ψυλλίου ἢ ὄμφακος τρίβοι ὡς ἀνεῖναι χυλόν τινα, ἄριστον</w:t>
      </w:r>
    </w:p>
    <w:p>
      <w:r>
        <w:rPr>
          <w:rFonts w:ascii="Courier New" w:hAnsi="Courier New"/>
          <w:color w:val="555555"/>
          <w:sz w:val="20"/>
        </w:rPr>
        <w:t>[5]</w:t>
      </w:r>
    </w:p>
    <w:p>
      <w:r>
        <w:rPr>
          <w:rFonts w:ascii="Gentium Plus" w:hAnsi="Gentium Plus"/>
          <w:sz w:val="24"/>
        </w:rPr>
        <w:t>ἕξει φάρμακον πρὸς τὰ καρκινώδη καὶ κακοήθη τῶν ἑλκῶν πρός τε τὰς ἐν αἰδοίοις καὶ ὄρχεσι καὶ μαστοῖς φλεγμονὰς πρός τε τὰς ἐν</w:t>
      </w:r>
    </w:p>
    <w:p>
      <w:r>
        <w:rPr>
          <w:rFonts w:ascii="Courier New" w:hAnsi="Courier New"/>
          <w:color w:val="555555"/>
          <w:sz w:val="20"/>
        </w:rPr>
        <w:t>[3 . 25 . 4]</w:t>
      </w:r>
    </w:p>
    <w:p>
      <w:r>
        <w:rPr>
          <w:rFonts w:ascii="Gentium Plus" w:hAnsi="Gentium Plus"/>
          <w:sz w:val="24"/>
        </w:rPr>
        <w:t>ἕδρᾳ μεθ’ ἑλκῶν ἢ στολίδων ἀνεξασμένων. κενταύριον τὸ μικρὸν κατα‐ πλασσόμενον πρόσφατον τά τε παλαιὰ καὶ δυσεπούλωτα τῶν ἑλκῶν</w:t>
      </w:r>
    </w:p>
    <w:p>
      <w:r>
        <w:rPr>
          <w:rFonts w:ascii="Courier New" w:hAnsi="Courier New"/>
          <w:color w:val="555555"/>
          <w:sz w:val="20"/>
        </w:rPr>
        <w:t>[3 . 25 . 5]</w:t>
      </w:r>
    </w:p>
    <w:p>
      <w:r>
        <w:rPr>
          <w:rFonts w:ascii="Gentium Plus" w:hAnsi="Gentium Plus"/>
          <w:sz w:val="24"/>
        </w:rPr>
        <w:t>ἐπουλοῖ καὶ τὰ κακοήθη ἰᾶται. κυπαρίσσου τὰ φύλλα καὶ οἱ βλαστοὶ καὶ τὰ σφαιρία τὰ νέα καὶ ἁπαλὰ τὰς κατὰ βάθος ὑγρότητας ἐν ταῖς</w:t>
      </w:r>
    </w:p>
    <w:p>
      <w:r>
        <w:rPr>
          <w:rFonts w:ascii="Courier New" w:hAnsi="Courier New"/>
          <w:color w:val="555555"/>
          <w:sz w:val="20"/>
        </w:rPr>
        <w:t>[3 . 25 . 6]</w:t>
      </w:r>
    </w:p>
    <w:p>
      <w:r>
        <w:rPr>
          <w:rFonts w:ascii="Gentium Plus" w:hAnsi="Gentium Plus"/>
          <w:sz w:val="24"/>
        </w:rPr>
        <w:t>ἐκβόσκεται. κυπέρου αἱ ῥίζαι τὰ δι’ ὑγρότητα πολλὴν 〈ἑλκύδρια δυσ‐</w:t>
      </w:r>
    </w:p>
    <w:p>
      <w:r>
        <w:rPr>
          <w:rFonts w:ascii="Courier New" w:hAnsi="Courier New"/>
          <w:color w:val="555555"/>
          <w:sz w:val="20"/>
        </w:rPr>
        <w:t>[3 . 25 . 7]</w:t>
      </w:r>
    </w:p>
    <w:p>
      <w:r>
        <w:rPr>
          <w:rFonts w:ascii="Gentium Plus" w:hAnsi="Gentium Plus"/>
          <w:sz w:val="24"/>
        </w:rPr>
        <w:t>επούλωτα θαυμαστῶς ὠφελοῦσιν. κολοκύν〉της ξηρᾶς κεκαυμένης ἡ τέφρα τοῖς ὑγροῖς ἅμα καὶ χωρὶς φλεγμονῆς σηπομένοις ἁρμόττει, καὶ</w:t>
      </w:r>
    </w:p>
    <w:p>
      <w:r>
        <w:rPr>
          <w:rFonts w:ascii="Courier New" w:hAnsi="Courier New"/>
          <w:color w:val="555555"/>
          <w:sz w:val="20"/>
        </w:rPr>
        <w:t>[3 . 25 . 8]</w:t>
      </w:r>
    </w:p>
    <w:p>
      <w:r>
        <w:rPr>
          <w:rFonts w:ascii="Gentium Plus" w:hAnsi="Gentium Plus"/>
          <w:sz w:val="24"/>
        </w:rPr>
        <w:t>μάλιστα τοῖς ἐπὶ πόσθης αἰδοίων· ὁμοίως ἀνήθου ῥίζης. ἀρνόγλωσσον</w:t>
      </w:r>
    </w:p>
    <w:p>
      <w:r>
        <w:rPr>
          <w:rFonts w:ascii="Courier New" w:hAnsi="Courier New"/>
          <w:color w:val="555555"/>
          <w:sz w:val="20"/>
        </w:rPr>
        <w:t>[3 . 25 . 9]</w:t>
      </w:r>
    </w:p>
    <w:p>
      <w:r>
        <w:rPr>
          <w:rFonts w:ascii="Gentium Plus" w:hAnsi="Gentium Plus"/>
          <w:sz w:val="24"/>
        </w:rPr>
        <w:t>πρὸς τὰ κακοήθη καὶ πρὸς ῥεύματα καὶ σηπεδόνας ἁρμόττει. ἴσατις ἥμερος πρὸς πᾶν ἕλκος κακόηθες δραστικῶς ἀνθίσταται, κἂν σήπηται, κἂν ἀναβιβρώσκηται· εἰ δέ ποτε τῆς τοῦ κάμνοντος φύσεως ἰσχυροτέρα φαίνοιτο, μιγνύναι χρὴ τοῖς φύλλοις αὐτῆς λειωθεῖσιν ἢ ἄρτον ἢ</w:t>
      </w:r>
    </w:p>
    <w:p>
      <w:r>
        <w:rPr>
          <w:rFonts w:ascii="Courier New" w:hAnsi="Courier New"/>
          <w:color w:val="555555"/>
          <w:sz w:val="20"/>
        </w:rPr>
        <w:t>[5]</w:t>
      </w:r>
    </w:p>
    <w:p>
      <w:r>
        <w:rPr>
          <w:rFonts w:ascii="Gentium Plus" w:hAnsi="Gentium Plus"/>
          <w:sz w:val="24"/>
        </w:rPr>
        <w:t>κρίθινον ἄλευρον ἢ πύρινον ἢ ἄλφιτα κατὰ τὴν ἐπικρατοῦσαν ἑκάστῳ</w:t>
      </w:r>
    </w:p>
    <w:p>
      <w:r>
        <w:rPr>
          <w:rFonts w:ascii="Courier New" w:hAnsi="Courier New"/>
          <w:color w:val="555555"/>
          <w:sz w:val="20"/>
        </w:rPr>
        <w:t>[3 . 25 . 10]</w:t>
      </w:r>
    </w:p>
    <w:p>
      <w:r>
        <w:rPr>
          <w:rFonts w:ascii="Gentium Plus" w:hAnsi="Gentium Plus"/>
          <w:sz w:val="24"/>
        </w:rPr>
        <w:t>διάθεσιν. ὀστράκοις τῶν ὀνομαζομένων ἰδίων ὀστρέων κεκαυμένοις χρώμεθα πρὸς τὰς ἐκ ῥευμάτων χρονίας καὶ δυσσαρκώτους κοιλότητας</w:t>
      </w:r>
    </w:p>
    <w:p>
      <w:r>
        <w:rPr>
          <w:rFonts w:ascii="Courier New" w:hAnsi="Courier New"/>
          <w:color w:val="555555"/>
          <w:sz w:val="20"/>
        </w:rPr>
        <w:t>[3 . 25 . 11]</w:t>
      </w:r>
    </w:p>
    <w:p>
      <w:r>
        <w:rPr>
          <w:rFonts w:ascii="Gentium Plus" w:hAnsi="Gentium Plus"/>
          <w:sz w:val="24"/>
        </w:rPr>
        <w:t>ὅσαι συριγγώδεις εἰσὶ καὶ βαθεῖαι. ἔρια κεκαυμένα τὰς πλαδαρὰς σάρκας</w:t>
      </w:r>
    </w:p>
    <w:p>
      <w:r>
        <w:rPr>
          <w:rFonts w:ascii="Courier New" w:hAnsi="Courier New"/>
          <w:color w:val="555555"/>
          <w:sz w:val="20"/>
        </w:rPr>
        <w:t>[3 . 25 . 12]</w:t>
      </w:r>
    </w:p>
    <w:p>
      <w:r>
        <w:rPr>
          <w:rFonts w:ascii="Gentium Plus" w:hAnsi="Gentium Plus"/>
          <w:sz w:val="24"/>
        </w:rPr>
        <w:t>ἐπὶ τῶν ἑλκῶν ἀποτήκει τάχιστα. πλατάνου φλοιὸς καυθεὶς ἐπιπαττό‐</w:t>
      </w:r>
    </w:p>
    <w:p>
      <w:r>
        <w:rPr>
          <w:rFonts w:ascii="Courier New" w:hAnsi="Courier New"/>
          <w:color w:val="555555"/>
          <w:sz w:val="20"/>
        </w:rPr>
        <w:t>[3 . 25 . 13]</w:t>
      </w:r>
    </w:p>
    <w:p>
      <w:r>
        <w:rPr>
          <w:rFonts w:ascii="Gentium Plus" w:hAnsi="Gentium Plus"/>
          <w:sz w:val="24"/>
        </w:rPr>
        <w:t>μενος τὰ δι’ ὑγρότητα πολλὴν ἕλκη πλαδαρὰ καὶ ῥυπαρὰ ἰᾶται. πευ‐ κεδάνου ἡ ῥίζα τοῖς κακοήθεσιν ἕλκεσιν ἄριστόν ἐστι φάρμακον ἐπι‐</w:t>
      </w:r>
    </w:p>
    <w:p>
      <w:r>
        <w:rPr>
          <w:rFonts w:ascii="Courier New" w:hAnsi="Courier New"/>
          <w:color w:val="555555"/>
          <w:sz w:val="20"/>
        </w:rPr>
        <w:t>[3 . 25 . 14]</w:t>
      </w:r>
    </w:p>
    <w:p>
      <w:r>
        <w:rPr>
          <w:rFonts w:ascii="Gentium Plus" w:hAnsi="Gentium Plus"/>
          <w:sz w:val="24"/>
        </w:rPr>
        <w:t>παττομένη ξηρά· αὕτη γὰρ καθαίρει καὶ σαρκοῖ καὶ ἐπουλοῖ. ἀλόη τὰ δυσεπούλωτα τῶν ἑλκῶν 〈ἰᾶται〉, καὶ μάλιστα τὰ καθ’ ἕδραν τε καὶ</w:t>
      </w:r>
    </w:p>
    <w:p>
      <w:r>
        <w:rPr>
          <w:rFonts w:ascii="Courier New" w:hAnsi="Courier New"/>
          <w:color w:val="555555"/>
          <w:sz w:val="20"/>
        </w:rPr>
        <w:t>[3 . 25 . 15]</w:t>
      </w:r>
    </w:p>
    <w:p>
      <w:r>
        <w:rPr>
          <w:rFonts w:ascii="Gentium Plus" w:hAnsi="Gentium Plus"/>
          <w:sz w:val="24"/>
        </w:rPr>
        <w:t>αἰδοῖον· ὠφελεῖ δὲ καὶ τὰς φλεγμονὰς αὐτῶν ὕδατι διεθεῖσα. παλαιὰ ἕλκη ἰᾶται κηρὸς ἐν ἡλίῳ μαλαχθεὶς καὶ χαλκοῦ λεπίδα λείαν πλείστην ἀναλαβὼν καὶ χρυσοκόλλαν· δεῖ δ’ εἰς ὀθόνιον ἐμπλάσσοντα τιθέναι καὶ</w:t>
      </w:r>
    </w:p>
    <w:p>
      <w:r>
        <w:rPr>
          <w:rFonts w:ascii="Courier New" w:hAnsi="Courier New"/>
          <w:color w:val="555555"/>
          <w:sz w:val="20"/>
        </w:rPr>
        <w:t>[3 . 25 . 16]</w:t>
      </w:r>
    </w:p>
    <w:p>
      <w:r>
        <w:rPr>
          <w:rFonts w:ascii="Gentium Plus" w:hAnsi="Gentium Plus"/>
          <w:sz w:val="24"/>
        </w:rPr>
        <w:t>μὴ ἀφαιρεῖν συνεχῶς τὸ σπληνίον. πρὸς δὲ τὰ Χειρώνεια ποιεῖ χαλ‐</w:t>
      </w:r>
    </w:p>
    <w:p>
      <w:r>
        <w:rPr>
          <w:rFonts w:ascii="Courier New" w:hAnsi="Courier New"/>
          <w:color w:val="555555"/>
          <w:sz w:val="20"/>
        </w:rPr>
        <w:t>[3 . 25 . 17]</w:t>
      </w:r>
    </w:p>
    <w:p>
      <w:r>
        <w:rPr>
          <w:rFonts w:ascii="Gentium Plus" w:hAnsi="Gentium Plus"/>
          <w:sz w:val="24"/>
        </w:rPr>
        <w:t>κοῦ λεπίδος 𐅻 ι, κηροῦ τὸ ἴσον στυπτηρίας 𐅻 β. τὸν κηρὸν θερμάνας καὶ μαλάξας ἀνάλαβε τὰ ξηρὰ λεῖα, καὶ εἰς ὀθόνιον ἐμπλάσας ἐπιτίθει.</w:t>
      </w:r>
    </w:p>
    <w:p>
      <w:r>
        <w:rPr>
          <w:rFonts w:ascii="Courier New" w:hAnsi="Courier New"/>
          <w:color w:val="555555"/>
          <w:sz w:val="20"/>
        </w:rPr>
        <w:t>[3 . 25 . 18]</w:t>
      </w:r>
    </w:p>
    <w:p>
      <w:r>
        <w:rPr>
          <w:rFonts w:ascii="Gentium Plus" w:hAnsi="Gentium Plus"/>
          <w:sz w:val="24"/>
        </w:rPr>
        <w:t>πρὸς δὲ τὰ θηριώδη σίδιον λεῖον καύσας ἐπιτίθει, ἢ στυπτηρίαν σχι‐ στὴν κεκαυμένην λείαν ἐπιτίθει, ἢ ὑσσώπου 𐅻 δ, σταφίδος ἴσον, νίτρου</w:t>
      </w:r>
    </w:p>
    <w:p>
      <w:r>
        <w:rPr>
          <w:rFonts w:ascii="Courier New" w:hAnsi="Courier New"/>
          <w:color w:val="555555"/>
          <w:sz w:val="20"/>
        </w:rPr>
        <w:t>[3 . 25 . 19]</w:t>
      </w:r>
    </w:p>
    <w:p>
      <w:r>
        <w:rPr>
          <w:rFonts w:ascii="Gentium Plus" w:hAnsi="Gentium Plus"/>
          <w:sz w:val="24"/>
        </w:rPr>
        <w:t>𐅻 β· προϋποχρίσας μέλιτι τὸ ἕλκος ἐπίπαττε αὐτὰ λεῖα. τὰ δὲ σηπε‐ δονώδη καὶ νεμόμενα τῶν ἑλκῶν ἰσχυροτάτων δεῖται φαρμάκων, οἷόν ἐστι χαλκῖτις καὶ ἀρσενικὸν καὶ τίτανος· καίει γὰρ παραπλησίως τὰ τοιαῦτα πυρί, καὶ πολλάκις τούτων νικωμένων αὐτῷ πυρὶ χρώμεθα.</w:t>
      </w:r>
    </w:p>
    <w:p>
      <w:r>
        <w:rPr>
          <w:rFonts w:ascii="Courier New" w:hAnsi="Courier New"/>
          <w:color w:val="555555"/>
          <w:sz w:val="20"/>
        </w:rPr>
        <w:t>[3 . 25 20,21]</w:t>
      </w:r>
    </w:p>
    <w:p>
      <w:r>
        <w:rPr>
          <w:rFonts w:ascii="Gentium Plus" w:hAnsi="Gentium Plus"/>
          <w:sz w:val="24"/>
        </w:rPr>
        <w:t>πράσιον ἑφθὸν ἐν οἴνῳ κατάπλασσε. ὄροβον λεῖον μετὰ μέλιτος ἐπι‐</w:t>
      </w:r>
    </w:p>
    <w:p>
      <w:r>
        <w:rPr>
          <w:rFonts w:ascii="Courier New" w:hAnsi="Courier New"/>
          <w:color w:val="555555"/>
          <w:sz w:val="20"/>
        </w:rPr>
        <w:t>[3 . 25 . 22]</w:t>
      </w:r>
    </w:p>
    <w:p>
      <w:r>
        <w:rPr>
          <w:rFonts w:ascii="Gentium Plus" w:hAnsi="Gentium Plus"/>
          <w:sz w:val="24"/>
        </w:rPr>
        <w:t>τίθει. ἐλαίας ἁπαλοῖς φύλλοις ἑφθοῖς ἐν οἴνῳ λείοις ὡσαύτως χρῶ· καταντλητέον δὲ θαλάσσῃ θερμῇ.</w:t>
      </w:r>
    </w:p>
    <w:p>
      <w:pPr>
        <w:jc w:val="center"/>
      </w:pPr>
      <w:r>
        <w:rPr>
          <w:rFonts w:ascii="Gentium Plus" w:hAnsi="Gentium Plus"/>
          <w:b/>
          <w:sz w:val="24"/>
        </w:rPr>
        <w:t>Πρὸς τοὺς ἐν τοῖς ἕλκεσι σκώληκας.</w:t>
      </w:r>
    </w:p>
    <w:p>
      <w:r>
        <w:rPr>
          <w:rFonts w:ascii="Courier New" w:hAnsi="Courier New"/>
          <w:color w:val="555555"/>
          <w:sz w:val="20"/>
        </w:rPr>
        <w:t>[3 . 26 . 1]</w:t>
      </w:r>
    </w:p>
    <w:p>
      <w:r>
        <w:rPr>
          <w:rFonts w:ascii="Gentium Plus" w:hAnsi="Gentium Plus"/>
          <w:sz w:val="24"/>
        </w:rPr>
        <w:t>Τοὺς δὲ σκώληκας τοὺς ἐν τοῖς σηπεδονώδεσιν ἕλκεσι χυλὸς καλα‐ μίνθης ἀναιρεῖ.</w:t>
      </w:r>
    </w:p>
    <w:p>
      <w:pPr>
        <w:jc w:val="center"/>
      </w:pPr>
      <w:r>
        <w:rPr>
          <w:rFonts w:ascii="Gentium Plus" w:hAnsi="Gentium Plus"/>
          <w:b/>
          <w:sz w:val="24"/>
        </w:rPr>
        <w:t>Περὶ ἀνθράκων.</w:t>
      </w:r>
    </w:p>
    <w:p>
      <w:r>
        <w:rPr>
          <w:rFonts w:ascii="Courier New" w:hAnsi="Courier New"/>
          <w:color w:val="555555"/>
          <w:sz w:val="20"/>
        </w:rPr>
        <w:t>[3 . 27 . 1]</w:t>
      </w:r>
    </w:p>
    <w:p>
      <w:r>
        <w:rPr>
          <w:rFonts w:ascii="Gentium Plus" w:hAnsi="Gentium Plus"/>
          <w:sz w:val="24"/>
        </w:rPr>
        <w:t>Τοὺς ἄνθρακας μελαγχολικὸν αἷμα γενόμενον καὶ ἀναζέσαν ἐπι‐</w:t>
      </w:r>
    </w:p>
    <w:p>
      <w:r>
        <w:rPr>
          <w:rFonts w:ascii="Courier New" w:hAnsi="Courier New"/>
          <w:color w:val="555555"/>
          <w:sz w:val="20"/>
        </w:rPr>
        <w:t>[3 . 27 . 2]</w:t>
      </w:r>
    </w:p>
    <w:p>
      <w:r>
        <w:rPr>
          <w:rFonts w:ascii="Gentium Plus" w:hAnsi="Gentium Plus"/>
          <w:sz w:val="24"/>
        </w:rPr>
        <w:t>καὶ κίνδυνον ἐπάγει ταχύν. κνησαμένων δ’ ἐνίοτε καὶ πλείους συν‐ ίστανται φλύκταιναι σμικραί, πυκναὶ καὶ συνεχεῖς ὅμοιαι κέγχροις, αἵτινες ῥηγνύμεναι ποιοῦσιν ὁμοίως ἐσχαρῶδες τὸ ἕλκος, τῇ χροιᾷ ποτὲ μὲν τεφρώδους γενομένης τῆς ἐσχάρας, ποτὲ δὲ μελαίνης· ἡ δ’ ἄλλη σὰρξ</w:t>
      </w:r>
    </w:p>
    <w:p>
      <w:r>
        <w:rPr>
          <w:rFonts w:ascii="Courier New" w:hAnsi="Courier New"/>
          <w:color w:val="555555"/>
          <w:sz w:val="20"/>
        </w:rPr>
        <w:t>[5]</w:t>
      </w:r>
    </w:p>
    <w:p>
      <w:r>
        <w:rPr>
          <w:rFonts w:ascii="Gentium Plus" w:hAnsi="Gentium Plus"/>
          <w:sz w:val="24"/>
        </w:rPr>
        <w:t>κύκλῳ φλογώδης ἰσχυρῶς καὶ μέλαινα τῇ χροιᾷ γίνεται καὶ στίλβουσα παραπλησίως ἀσφάλτῳ καὶ πίσσῃ· τοιαύτη δ’ ἐστὶν ἡ ἀκριβῶς μέλαινα</w:t>
      </w:r>
    </w:p>
    <w:p>
      <w:r>
        <w:rPr>
          <w:rFonts w:ascii="Courier New" w:hAnsi="Courier New"/>
          <w:color w:val="555555"/>
          <w:sz w:val="20"/>
        </w:rPr>
        <w:t>[3 . 27 . 3]</w:t>
      </w:r>
    </w:p>
    <w:p>
      <w:r>
        <w:rPr>
          <w:rFonts w:ascii="Gentium Plus" w:hAnsi="Gentium Plus"/>
          <w:sz w:val="24"/>
        </w:rPr>
        <w:t>χολή. θεραπεύοντας δὲ τὸ τοιοῦτον πάθος ἀπὸ φλεβοτομίας ἄρχεσθαι</w:t>
      </w:r>
    </w:p>
    <w:p>
      <w:r>
        <w:rPr>
          <w:rFonts w:ascii="Courier New" w:hAnsi="Courier New"/>
          <w:color w:val="555555"/>
          <w:sz w:val="20"/>
        </w:rPr>
        <w:t>[3 . 27 . 4]</w:t>
      </w:r>
    </w:p>
    <w:p>
      <w:r>
        <w:rPr>
          <w:rFonts w:ascii="Gentium Plus" w:hAnsi="Gentium Plus"/>
          <w:sz w:val="24"/>
        </w:rPr>
        <w:t>προσήκει καὶ κενοῦν μέχρι λειποθυμίας. καὶ μὴν καὶ ἀποσχάζειν μετὰ φλεβοτομίαν οὐκ ἀνάρμοστον βαθυτέραις ταῖς ἀμυχαῖς χρωμένους διὰ</w:t>
      </w:r>
    </w:p>
    <w:p>
      <w:r>
        <w:rPr>
          <w:rFonts w:ascii="Courier New" w:hAnsi="Courier New"/>
          <w:color w:val="555555"/>
          <w:sz w:val="20"/>
        </w:rPr>
        <w:t>[3 . 27 . 5]</w:t>
      </w:r>
    </w:p>
    <w:p>
      <w:r>
        <w:rPr>
          <w:rFonts w:ascii="Gentium Plus" w:hAnsi="Gentium Plus"/>
          <w:sz w:val="24"/>
        </w:rPr>
        <w:t>τὸ τοῦ χυμοῦ πάχος. κατὰ δὲ τοῦ πεπονθότος τοῖς ἀποκενουμένοις μετρίως καὶ διαφοροῦσι χρησόμεθα· τοιοῦτον δ’ ἐστὶ τὸ [τὸ] δι’ ἀρνο‐ γλώσσου καὶ φακῆς ἑφθῆς κατάπλασμα προσλαμβάνον ἄρτου κλιβανίτου</w:t>
      </w:r>
    </w:p>
    <w:p>
      <w:r>
        <w:rPr>
          <w:rFonts w:ascii="Courier New" w:hAnsi="Courier New"/>
          <w:color w:val="555555"/>
          <w:sz w:val="20"/>
        </w:rPr>
        <w:t>[3 . 27 . 6]</w:t>
      </w:r>
    </w:p>
    <w:p>
      <w:r>
        <w:rPr>
          <w:rFonts w:ascii="Gentium Plus" w:hAnsi="Gentium Plus"/>
          <w:sz w:val="24"/>
        </w:rPr>
        <w:t>τὸ ἁπαλόν, μήτε ἄγαν 〈καθαροῦ μήτε〉 ῥυπαροῦ. κατ’ αὐτοῦ δὲ τοῦ ἕλκους ἐπιθήσομεν τῶν σφοδρῶν τι φαρμάκων, οἷόν ἐστι τὸ Ἄνδρωνος,</w:t>
      </w:r>
    </w:p>
    <w:p>
      <w:r>
        <w:rPr>
          <w:rFonts w:ascii="Courier New" w:hAnsi="Courier New"/>
          <w:color w:val="555555"/>
          <w:sz w:val="20"/>
        </w:rPr>
        <w:t>[3 . 27 . 7]</w:t>
      </w:r>
    </w:p>
    <w:p>
      <w:r>
        <w:rPr>
          <w:rFonts w:ascii="Gentium Plus" w:hAnsi="Gentium Plus"/>
          <w:sz w:val="24"/>
        </w:rPr>
        <w:t>ἀνιέντες σιραίῳ ἄχρι γλοιώδους συστάσεως. παυσαμένης δὲ τῆς φλο‐</w:t>
      </w:r>
    </w:p>
    <w:p>
      <w:r>
        <w:rPr>
          <w:rFonts w:ascii="Courier New" w:hAnsi="Courier New"/>
          <w:color w:val="555555"/>
          <w:sz w:val="20"/>
        </w:rPr>
        <w:t>[3 . 27 . 8]</w:t>
      </w:r>
    </w:p>
    <w:p>
      <w:r>
        <w:rPr>
          <w:rFonts w:ascii="Gentium Plus" w:hAnsi="Gentium Plus"/>
          <w:sz w:val="24"/>
        </w:rPr>
        <w:t>γώσεως, τοῖς ἄλλοις ἕλκεσιν ὁμοίως εἰς οὐλὴν ἄξομεν τὸ ἕλκος. παλαιὰ κάρυα τὰ ἐλαιώδη πρὸς ἄνθρακας ποιεῖ καὶ κυπαρίσσου τὰ φύλλα καὶ οἱ βλαστοὶ καὶ τὰ νέα 〈καὶ〉 ἁπαλὰ σφαιρία σὺν ἀλφίτοις καὶ σταφὶς ἐκγιγαρτισμένη καὶ λειωθεῖσα καὶ ἰσχάδες ἑφθαὶ ἐν οἴνῳ κοπεῖσαι.</w:t>
      </w:r>
    </w:p>
    <w:p>
      <w:pPr>
        <w:jc w:val="center"/>
      </w:pPr>
      <w:r>
        <w:rPr>
          <w:rFonts w:ascii="Gentium Plus" w:hAnsi="Gentium Plus"/>
          <w:b/>
          <w:sz w:val="24"/>
        </w:rPr>
        <w:t>Περὶ καρκίνων.</w:t>
      </w:r>
    </w:p>
    <w:p>
      <w:r>
        <w:rPr>
          <w:rFonts w:ascii="Courier New" w:hAnsi="Courier New"/>
          <w:color w:val="555555"/>
          <w:sz w:val="20"/>
        </w:rPr>
        <w:t>[3 . 28 . 1]</w:t>
      </w:r>
    </w:p>
    <w:p>
      <w:r>
        <w:rPr>
          <w:rFonts w:ascii="Gentium Plus" w:hAnsi="Gentium Plus"/>
          <w:sz w:val="24"/>
        </w:rPr>
        <w:t>Καὶ οἱ καρκῖνοι δ’ ἐκ μελαίνης χολῆς μὴ ζεούσης συνίστανται, κἂν δριμυτέρα τύχῃ, μεθ’ ἕλκους· διὰ τοῦτο κατὰ τὴν χρόαν μελάν‐ τεροι τῶν φλεγμονῶν εἰσι χωρὶς θερμότητος. αἱ φλέβες δὲ πληροῦνται καὶ τείνονται πλέον ἐπ’ αὐτῶν ἢ ἐπὶ τῶν φλεγμονῶν, οὐδ’ αὐταὶ</w:t>
      </w:r>
    </w:p>
    <w:p>
      <w:r>
        <w:rPr>
          <w:rFonts w:ascii="Courier New" w:hAnsi="Courier New"/>
          <w:color w:val="555555"/>
          <w:sz w:val="20"/>
        </w:rPr>
        <w:t>[5]</w:t>
      </w:r>
    </w:p>
    <w:p>
      <w:r>
        <w:rPr>
          <w:rFonts w:ascii="Gentium Plus" w:hAnsi="Gentium Plus"/>
          <w:sz w:val="24"/>
        </w:rPr>
        <w:t>παραπλησίως ταῖς φλεγμοναῖς ἐρυθραὶ τυγχάνουσι, κατὰ τὸν χυμὸν δὲ</w:t>
      </w:r>
    </w:p>
    <w:p>
      <w:r>
        <w:rPr>
          <w:rFonts w:ascii="Courier New" w:hAnsi="Courier New"/>
          <w:color w:val="555555"/>
          <w:sz w:val="20"/>
        </w:rPr>
        <w:t>[3 . 28 . 2]</w:t>
      </w:r>
    </w:p>
    <w:p>
      <w:r>
        <w:rPr>
          <w:rFonts w:ascii="Gentium Plus" w:hAnsi="Gentium Plus"/>
          <w:sz w:val="24"/>
        </w:rPr>
        <w:t>τὴν χρόαν ἔχουσιν. διὰ δὲ τὸ πάχος τοῦ χυμοῦ τούτου καὶ ἀνίατος ὁ καρκῖνός ἐστι, μήτε ἀποκρουσθῆναι δυνάμενος μήτε διαφορηθῆναι μήτε ἐπὶ ταῖς καθάρσεσιν ὅλου τοῦ σώματος εἴκων, καὶ τῶν μὲν πρᾳ‐ οτέρων φαρμάκων ἐπιτιθεμένων καταφρονῶν, ὑπὸ δὲ τῶν σφοδροτέρων</w:t>
      </w:r>
    </w:p>
    <w:p>
      <w:r>
        <w:rPr>
          <w:rFonts w:ascii="Courier New" w:hAnsi="Courier New"/>
          <w:color w:val="555555"/>
          <w:sz w:val="20"/>
        </w:rPr>
        <w:t>[3 . 28 . 3]</w:t>
      </w:r>
    </w:p>
    <w:p>
      <w:r>
        <w:rPr>
          <w:rFonts w:ascii="Gentium Plus" w:hAnsi="Gentium Plus"/>
          <w:sz w:val="24"/>
        </w:rPr>
        <w:t>παροξυνόμενος. δυνατὸν μὴν ἔτι τοὺς ἀρχομένους καρκίνους κωλύειν αὔξεσθαι καθαίροντα τὸν μελαγχολικὸν χυμὸν πρὶν ἐν τῷ πεπονθότι μορίῳ στηριχθῆναι· κενώσομεν δ’ ἢ διὰ τῶν ἁπλῶν τινος, οἷόν ἐστι τὸ ἐπί‐ θυμον πλῆθος 𐅻 δ ἐν ὀρῷ γάλακτος ἢ μελικράτῳ διδόμενον ἢ διὰ τῆς</w:t>
      </w:r>
    </w:p>
    <w:p>
      <w:r>
        <w:rPr>
          <w:rFonts w:ascii="Courier New" w:hAnsi="Courier New"/>
          <w:color w:val="555555"/>
          <w:sz w:val="20"/>
        </w:rPr>
        <w:t>[3 . 28 . 4]</w:t>
      </w:r>
    </w:p>
    <w:p>
      <w:r>
        <w:rPr>
          <w:rFonts w:ascii="Gentium Plus" w:hAnsi="Gentium Plus"/>
          <w:sz w:val="24"/>
        </w:rPr>
        <w:t>ἱερᾶς τὸν μέλανα ἐλλέβορον προσλαμβανούσης. ἐπὶ δὲ τοῦ πεπονθότος</w:t>
      </w:r>
    </w:p>
    <w:p>
      <w:r>
        <w:rPr>
          <w:rFonts w:ascii="Courier New" w:hAnsi="Courier New"/>
          <w:color w:val="555555"/>
          <w:sz w:val="20"/>
        </w:rPr>
        <w:t>[3 . 28 . 5]</w:t>
      </w:r>
    </w:p>
    <w:p>
      <w:r>
        <w:rPr>
          <w:rFonts w:ascii="Gentium Plus" w:hAnsi="Gentium Plus"/>
          <w:sz w:val="24"/>
        </w:rPr>
        <w:t>τιθεμένου πολλῷ τῷ χυλῷ. δεῖ δὲ καὶ ἔξωθεν κατ’ αὐτοῦ καὶ ἔριον ἁπαλὸν ἐπιβαλεῖν δευόμενον καὶ αὐτὸ τῷ χυλῷ· προνοεῖν δ’ ὅπως</w:t>
      </w:r>
    </w:p>
    <w:p>
      <w:r>
        <w:rPr>
          <w:rFonts w:ascii="Courier New" w:hAnsi="Courier New"/>
          <w:color w:val="555555"/>
          <w:sz w:val="20"/>
        </w:rPr>
        <w:t>[3 . 28 . 6]</w:t>
      </w:r>
    </w:p>
    <w:p>
      <w:r>
        <w:rPr>
          <w:rFonts w:ascii="Gentium Plus" w:hAnsi="Gentium Plus"/>
          <w:sz w:val="24"/>
        </w:rPr>
        <w:t>μὴ ξηρανθῇ ταῦτα, συνεχέστερον ἐπαντλουμένου τοῦ χυλοῦ. χρήσαιτο δ’ ἄν τις δεόντως ἐπὶ τῶν ἡλκωμένων καρκίνων καὶ τῷ διὰ πομ‐ φόλυγος· διαιτάσθω δ’ ὁ πάσχων ἔν τε χυλῷ πτισάνης πλεονάζων καὶ γάλακτος ὀρῷ καὶ λαχάνων μαλάχῃ καὶ ἀτραφάξυϊ βλίτῳ τε καὶ κολο‐</w:t>
      </w:r>
    </w:p>
    <w:p>
      <w:r>
        <w:rPr>
          <w:rFonts w:ascii="Courier New" w:hAnsi="Courier New"/>
          <w:color w:val="555555"/>
          <w:sz w:val="20"/>
        </w:rPr>
        <w:t>[5]</w:t>
      </w:r>
    </w:p>
    <w:p>
      <w:r>
        <w:rPr>
          <w:rFonts w:ascii="Gentium Plus" w:hAnsi="Gentium Plus"/>
          <w:sz w:val="24"/>
        </w:rPr>
        <w:t>κύντῃ καὶ τοῖς πετραίοις τῶν ἰχθύων καὶ πᾶσιν ὄρνισι πλὴν τῶν ἑλείων.</w:t>
      </w:r>
    </w:p>
    <w:p>
      <w:pPr>
        <w:jc w:val="center"/>
      </w:pPr>
      <w:r>
        <w:rPr>
          <w:rFonts w:ascii="Gentium Plus" w:hAnsi="Gentium Plus"/>
          <w:b/>
          <w:sz w:val="24"/>
        </w:rPr>
        <w:t>Περὶ ἐκχυμώματος.</w:t>
      </w:r>
    </w:p>
    <w:p>
      <w:r>
        <w:rPr>
          <w:rFonts w:ascii="Courier New" w:hAnsi="Courier New"/>
          <w:color w:val="555555"/>
          <w:sz w:val="20"/>
        </w:rPr>
        <w:t>[3 . 29 . 1]</w:t>
      </w:r>
    </w:p>
    <w:p>
      <w:r>
        <w:rPr>
          <w:rFonts w:ascii="Gentium Plus" w:hAnsi="Gentium Plus"/>
          <w:sz w:val="24"/>
        </w:rPr>
        <w:t>Σαρκὸς θλασθείσης ὑπό τινος βαρέος ἐμπεσόντος, καὶ τῶν μικρῶν ἐν αὐτῇ φλεβίων διαιρεθέντων, αἷμα προχεῖται κατὰ διαπήδησιν, ὅπερ ἀθροιζόμενον ὑπὸ τῷ δέρματι 〈ποιεῖ τὸ καλούμενον ἐκχύμωμα μὴ</w:t>
      </w:r>
    </w:p>
    <w:p>
      <w:r>
        <w:rPr>
          <w:rFonts w:ascii="Courier New" w:hAnsi="Courier New"/>
          <w:color w:val="555555"/>
          <w:sz w:val="20"/>
        </w:rPr>
        <w:t>[3 . 29 . 2]</w:t>
      </w:r>
    </w:p>
    <w:p>
      <w:r>
        <w:rPr>
          <w:rFonts w:ascii="Gentium Plus" w:hAnsi="Gentium Plus"/>
          <w:sz w:val="24"/>
        </w:rPr>
        <w:t>διαιρεθέντος τοῦ δέρματοσ〉. σκοπὸς οὖν ἡμῖν διαφορῆσαι τὸ θρομ‐ βωθὲν αἷμα, καὶ τοῦτο συντόμως πρὶν μελανθῆναι· κατ’ ἀρχὰς δὲ καὶ τῶν στυπτικῶν τι παραπλέκειν χρὴ τοῖς διαφοροῦσι διὰ τὸ τοὺς χιτῶ‐ νας τῶν φλεβῶν τεθλάσθαι καὶ χρῄζειν πυκνώσεως· μετὰ γὰρ ταῦτα</w:t>
      </w:r>
    </w:p>
    <w:p>
      <w:r>
        <w:rPr>
          <w:rFonts w:ascii="Courier New" w:hAnsi="Courier New"/>
          <w:color w:val="555555"/>
          <w:sz w:val="20"/>
        </w:rPr>
        <w:t>[3 . 29 . 3]</w:t>
      </w:r>
    </w:p>
    <w:p>
      <w:r>
        <w:rPr>
          <w:rFonts w:ascii="Gentium Plus" w:hAnsi="Gentium Plus"/>
          <w:sz w:val="24"/>
        </w:rPr>
        <w:t>καὶ χωρὶς τοῦ στύφειν τοῖς διαφορητικοῖς μόνοις χρησόμεθα. καὶ ἀπο‐ σχάζοντες δ’ ἐν ἀρχῇ τὰ ἐκχυμώματα, οὕτως τὴν ἑξῆς θεραπείαν προσ‐</w:t>
      </w:r>
    </w:p>
    <w:p>
      <w:r>
        <w:rPr>
          <w:rFonts w:ascii="Courier New" w:hAnsi="Courier New"/>
          <w:color w:val="555555"/>
          <w:sz w:val="20"/>
        </w:rPr>
        <w:t>[3 . 29 . 4]</w:t>
      </w:r>
    </w:p>
    <w:p>
      <w:r>
        <w:rPr>
          <w:rFonts w:ascii="Gentium Plus" w:hAnsi="Gentium Plus"/>
          <w:sz w:val="24"/>
        </w:rPr>
        <w:t>άγομεν. εἴδη δ’ ἐστὶ τῶν ἐκχυμωμάτων καὶ τὰ καλούμενα ὑπώπια καὶ τὰ ὑποσφάγματα καὶ ἡ κατὰ τοὺς ὄνυχας ὑποδρομὴ τοῦ αἵματος</w:t>
      </w:r>
    </w:p>
    <w:p>
      <w:r>
        <w:rPr>
          <w:rFonts w:ascii="Courier New" w:hAnsi="Courier New"/>
          <w:color w:val="555555"/>
          <w:sz w:val="20"/>
        </w:rPr>
        <w:t>[3 . 29 . 5]</w:t>
      </w:r>
    </w:p>
    <w:p>
      <w:r>
        <w:rPr>
          <w:rFonts w:ascii="Gentium Plus" w:hAnsi="Gentium Plus"/>
          <w:sz w:val="24"/>
        </w:rPr>
        <w:t>ἐκ πληγῆς γινομένη. δέρμα δὲ προβάτου νεωστὶ ἐκδεδαρμένον τοῖς μεμαστιγωμένοις ἐπιτιθέμενον θεραπεύει παντὸς μᾶλλον ἐν ἡμέρᾳ μιᾷ</w:t>
      </w:r>
    </w:p>
    <w:p>
      <w:r>
        <w:rPr>
          <w:rFonts w:ascii="Courier New" w:hAnsi="Courier New"/>
          <w:color w:val="555555"/>
          <w:sz w:val="20"/>
        </w:rPr>
        <w:t>[3 . 29 . 6]</w:t>
      </w:r>
    </w:p>
    <w:p>
      <w:r>
        <w:rPr>
          <w:rFonts w:ascii="Gentium Plus" w:hAnsi="Gentium Plus"/>
          <w:sz w:val="24"/>
        </w:rPr>
        <w:t>καὶ νυκτί. ὑδροπέπερι ἅμα τῷ καρπῷ καταπλασσόμενον ὑπώπιά τε καὶ τοὺς ἐσκιρρωμένους ὄγκους διαφορεῖ.</w:t>
      </w:r>
    </w:p>
    <w:p>
      <w:pPr>
        <w:jc w:val="center"/>
      </w:pPr>
      <w:r>
        <w:rPr>
          <w:rFonts w:ascii="Gentium Plus" w:hAnsi="Gentium Plus"/>
          <w:b/>
          <w:sz w:val="24"/>
        </w:rPr>
        <w:t>Περὶ ῥήγματος καὶ σπάσματος.</w:t>
      </w:r>
    </w:p>
    <w:p>
      <w:r>
        <w:rPr>
          <w:rFonts w:ascii="Courier New" w:hAnsi="Courier New"/>
          <w:color w:val="555555"/>
          <w:sz w:val="20"/>
        </w:rPr>
        <w:t>[3 . 30 . 1]</w:t>
      </w:r>
    </w:p>
    <w:p>
      <w:r>
        <w:rPr>
          <w:rFonts w:ascii="Gentium Plus" w:hAnsi="Gentium Plus"/>
          <w:sz w:val="24"/>
        </w:rPr>
        <w:t>Τὰ δὲ ῥήγματα σὺν ἐκχυμώσεσι μὲν γίνεται πάντως· ἰᾶται δ’ αὐτὰ τῶν φαρμάκων τὰ μετρίως θερμαίνοντα· τοιοῦτον δ’ ἐστὶ τὸ διὰ τῶν</w:t>
      </w:r>
    </w:p>
    <w:p>
      <w:r>
        <w:rPr>
          <w:rFonts w:ascii="Courier New" w:hAnsi="Courier New"/>
          <w:color w:val="555555"/>
          <w:sz w:val="20"/>
        </w:rPr>
        <w:t>[3 . 30 . 2]</w:t>
      </w:r>
    </w:p>
    <w:p>
      <w:r>
        <w:rPr>
          <w:rFonts w:ascii="Gentium Plus" w:hAnsi="Gentium Plus"/>
          <w:sz w:val="24"/>
        </w:rPr>
        <w:t>αἰγείρων ἄκοπον καὶ ὅσα τούτοις ὅμοια. δεῖ δ’ ἐπὶ τῶν ἐν βάθει τοῦ σώματος ῥηγμάτων ἐπιτείνεσθαι τὴν δύναμιν τῶν φαρμάκων ὡς δρι‐</w:t>
      </w:r>
    </w:p>
    <w:p>
      <w:r>
        <w:rPr>
          <w:rFonts w:ascii="Courier New" w:hAnsi="Courier New"/>
          <w:color w:val="555555"/>
          <w:sz w:val="20"/>
        </w:rPr>
        <w:t>[3 . 30 . 3]</w:t>
      </w:r>
    </w:p>
    <w:p>
      <w:r>
        <w:rPr>
          <w:rFonts w:ascii="Gentium Plus" w:hAnsi="Gentium Plus"/>
          <w:sz w:val="24"/>
        </w:rPr>
        <w:t>μύτερα καὶ τμητικώτερα προσάγεσθαι. ὠφέλιμος δ’ ἐπὶ τῶν τοιούτων</w:t>
      </w:r>
    </w:p>
    <w:p>
      <w:r>
        <w:rPr>
          <w:rFonts w:ascii="Courier New" w:hAnsi="Courier New"/>
          <w:color w:val="555555"/>
          <w:sz w:val="20"/>
        </w:rPr>
        <w:t>[3 . 30 . 4]</w:t>
      </w:r>
    </w:p>
    <w:p>
      <w:r>
        <w:rPr>
          <w:rFonts w:ascii="Gentium Plus" w:hAnsi="Gentium Plus"/>
          <w:sz w:val="24"/>
        </w:rPr>
        <w:t>καὶ ἡ τῆς σικύας χρῆσις. ἐὰν μὲν 〈οὖν〉 εὐθὺς διαφορηθῆ τὸ ὅλον ἐκχύμωμα, συμφύεται ῥᾳδίως ἡ διαστᾶσα σάρξ· ἐὰν δὲ χρονίσῃ καὶ ῥύπος ὑποτραφῇ, συμφυῆναι τῷ ῥήγματι λοιπὸν ἀδύνατον, παρατί‐ θεται δ’ ἀλλήλοις τὰ χείλη μόνον, ὡς καὶ μικρὰν πρόφασιν ῥᾳδίως</w:t>
      </w:r>
    </w:p>
    <w:p>
      <w:r>
        <w:rPr>
          <w:rFonts w:ascii="Courier New" w:hAnsi="Courier New"/>
          <w:color w:val="555555"/>
          <w:sz w:val="20"/>
        </w:rPr>
        <w:t>[5]</w:t>
      </w:r>
    </w:p>
    <w:p>
      <w:r>
        <w:rPr>
          <w:rFonts w:ascii="Gentium Plus" w:hAnsi="Gentium Plus"/>
          <w:sz w:val="24"/>
        </w:rPr>
        <w:t>αὐτὰ διιστάναι, ἐμπίπλασθαί τε τὴν μεταξὺ χώραν αὐτῶν ὑγρότητός</w:t>
      </w:r>
    </w:p>
    <w:p>
      <w:r>
        <w:rPr>
          <w:rFonts w:ascii="Courier New" w:hAnsi="Courier New"/>
          <w:color w:val="555555"/>
          <w:sz w:val="20"/>
        </w:rPr>
        <w:t>[3 . 30 . 5]</w:t>
      </w:r>
    </w:p>
    <w:p>
      <w:r>
        <w:rPr>
          <w:rFonts w:ascii="Gentium Plus" w:hAnsi="Gentium Plus"/>
          <w:sz w:val="24"/>
        </w:rPr>
        <w:t>τὸ δὲ σπάσμα γίνεται διασπωμένων τινῶν ἰνῶν, καὶ παρηγορίας δεῖται</w:t>
      </w:r>
    </w:p>
    <w:p>
      <w:r>
        <w:rPr>
          <w:rFonts w:ascii="Courier New" w:hAnsi="Courier New"/>
          <w:color w:val="555555"/>
          <w:sz w:val="20"/>
        </w:rPr>
        <w:t>[3 . 30 . 6]</w:t>
      </w:r>
    </w:p>
    <w:p>
      <w:r>
        <w:rPr>
          <w:rFonts w:ascii="Gentium Plus" w:hAnsi="Gentium Plus"/>
          <w:sz w:val="24"/>
        </w:rPr>
        <w:t>μόνης ἄχρις ἀνωδυνίας· κολληθῆναι γὰρ αὐτὰς οὐ δυνατόν. ἀριστο‐ λοχία στρογγύλη ῥήγμασι καὶ σπάσμασιν, εἴπερ τι ἄλλο, ἐπιτήδειον· κενταυρίου τοῦ μεγάλου ἡ ῥίζα ὁμοίως καὶ ὁ χυλὸς αὐτῆς, ῥῆον, κόστος, βδέλλιον σὺν ὀξυμέλιτι πινόμενον.</w:t>
      </w:r>
    </w:p>
    <w:p>
      <w:pPr>
        <w:jc w:val="center"/>
      </w:pPr>
      <w:r>
        <w:rPr>
          <w:rFonts w:ascii="Gentium Plus" w:hAnsi="Gentium Plus"/>
          <w:b/>
          <w:sz w:val="24"/>
        </w:rPr>
        <w:t>Πρὸς στρέμματα καὶ θλάσματα.</w:t>
      </w:r>
    </w:p>
    <w:p>
      <w:r>
        <w:rPr>
          <w:rFonts w:ascii="Courier New" w:hAnsi="Courier New"/>
          <w:color w:val="555555"/>
          <w:sz w:val="20"/>
        </w:rPr>
        <w:t>[3 . 31 . 1]</w:t>
      </w:r>
    </w:p>
    <w:p>
      <w:r>
        <w:rPr>
          <w:rFonts w:ascii="Gentium Plus" w:hAnsi="Gentium Plus"/>
          <w:sz w:val="24"/>
        </w:rPr>
        <w:t>Πρὸς στρέμματα καὶ θλάσματα ποιεῖ ἔρια οἰσυπηρὰ ἢ σπόγγος ὀξελαίῳ βρεχόμενα καὶ ἐπιτιθέμενα, βολβῶν ἑφθῶν τὰ ἁπαλὰ μετὰ μέλιτος ἢ κηρωτῆς, ἅλας λεῖον, ἄλευρον μετὰ μέλιτος, ἄγνου φύλλα</w:t>
      </w:r>
    </w:p>
    <w:p>
      <w:r>
        <w:rPr>
          <w:rFonts w:ascii="Courier New" w:hAnsi="Courier New"/>
          <w:color w:val="555555"/>
          <w:sz w:val="20"/>
        </w:rPr>
        <w:t>[3 . 31 . 2]</w:t>
      </w:r>
    </w:p>
    <w:p>
      <w:r>
        <w:rPr>
          <w:rFonts w:ascii="Gentium Plus" w:hAnsi="Gentium Plus"/>
          <w:sz w:val="24"/>
        </w:rPr>
        <w:t>καὶ ἅλας καὶ νίτρον ὀπτὸν λεῖα μετὰ κηρωτῆς. χρῶ δὲ καὶ καταν‐ τλήσει ὕδατος ἢ θαλάσσης θερμαίνων· μετὰ δὲ τὸ παύσασθαι τὴν φλεγ‐ μονὴν καὶ τοὺς πόνους καὶ ἀνατρίψει χρῶ τῶν ἐστραμμένων μερῶν.</w:t>
      </w:r>
    </w:p>
    <w:p>
      <w:pPr>
        <w:jc w:val="center"/>
      </w:pPr>
      <w:r>
        <w:rPr>
          <w:rFonts w:ascii="Gentium Plus" w:hAnsi="Gentium Plus"/>
          <w:b/>
          <w:sz w:val="24"/>
        </w:rPr>
        <w:t>Ὅσα σκόλοπας καὶ ἀκίδας καὶ ἀκάνθας ἀνάγει.</w:t>
      </w:r>
    </w:p>
    <w:p>
      <w:r>
        <w:rPr>
          <w:rFonts w:ascii="Courier New" w:hAnsi="Courier New"/>
          <w:color w:val="555555"/>
          <w:sz w:val="20"/>
        </w:rPr>
        <w:t>[3 . 32 . 1]</w:t>
      </w:r>
    </w:p>
    <w:p>
      <w:r>
        <w:rPr>
          <w:rFonts w:ascii="Gentium Plus" w:hAnsi="Gentium Plus"/>
          <w:sz w:val="24"/>
        </w:rPr>
        <w:t>Ἀκίδας καὶ καλάμους καὶ ἀκάνθας, ἔτι δὲ σκόλοπας ἐπισπῶνται ἀναγαλλίδες αἱ δύο, ἀριστολοχία στρογγύλη, ἀμμωνιακὸν δὲ σὺν μέλιτι</w:t>
      </w:r>
    </w:p>
    <w:p>
      <w:r>
        <w:rPr>
          <w:rFonts w:ascii="Courier New" w:hAnsi="Courier New"/>
          <w:color w:val="555555"/>
          <w:sz w:val="20"/>
        </w:rPr>
        <w:t>[3 . 32 . 2]</w:t>
      </w:r>
    </w:p>
    <w:p>
      <w:r>
        <w:rPr>
          <w:rFonts w:ascii="Gentium Plus" w:hAnsi="Gentium Plus"/>
          <w:sz w:val="24"/>
        </w:rPr>
        <w:t>καὶ ὑοσκυάμου καρπὸς λεῖος καταπλασσόμενος. καλάμου ῥίζας κόψας καὶ μέλιτι μίξας εἰς ὀθόνιον ἐμπλάσσων δαψιλῶς ἐπιτίθει καὶ κατάδει· συντόμως ἀνάγει.</w:t>
      </w:r>
    </w:p>
    <w:p>
      <w:pPr>
        <w:jc w:val="center"/>
      </w:pPr>
      <w:r>
        <w:rPr>
          <w:rFonts w:ascii="Gentium Plus" w:hAnsi="Gentium Plus"/>
          <w:b/>
          <w:sz w:val="24"/>
        </w:rPr>
        <w:t>Πρὸς τὰ περὶ τοὺς ὄνυχας πάθη.</w:t>
      </w:r>
    </w:p>
    <w:p>
      <w:r>
        <w:rPr>
          <w:rFonts w:ascii="Courier New" w:hAnsi="Courier New"/>
          <w:color w:val="555555"/>
          <w:sz w:val="20"/>
        </w:rPr>
        <w:t>[3 . 33 . 1]</w:t>
      </w:r>
    </w:p>
    <w:p>
      <w:r>
        <w:rPr>
          <w:rFonts w:ascii="Gentium Plus" w:hAnsi="Gentium Plus"/>
          <w:sz w:val="24"/>
        </w:rPr>
        <w:t>Τὴν παρωνυχίδα μικρὰν ἔτι οὖσαν καὶ ἀρχομένην κηκὶς μετὰ μέλιτος καταστέλλει καὶ κωλύει συστῆναι· γενομένην δ’ ἤδη τὴν παρὰ</w:t>
      </w:r>
    </w:p>
    <w:p>
      <w:r>
        <w:rPr>
          <w:rFonts w:ascii="Courier New" w:hAnsi="Courier New"/>
          <w:color w:val="555555"/>
          <w:sz w:val="20"/>
        </w:rPr>
        <w:t>[3 . 33 . 2]</w:t>
      </w:r>
    </w:p>
    <w:p>
      <w:r>
        <w:rPr>
          <w:rFonts w:ascii="Gentium Plus" w:hAnsi="Gentium Plus"/>
          <w:sz w:val="24"/>
        </w:rPr>
        <w:t>φύσιν σάρκα σκοπός ἐστι διὰ τῶν ἀδήκτων ἀναλῶσαι καὶ τῆξαι. ποιεῖ</w:t>
      </w:r>
    </w:p>
    <w:p>
      <w:r>
        <w:rPr>
          <w:rFonts w:ascii="Courier New" w:hAnsi="Courier New"/>
          <w:color w:val="555555"/>
          <w:sz w:val="20"/>
        </w:rPr>
        <w:t>[3 . 33 . 3]</w:t>
      </w:r>
    </w:p>
    <w:p>
      <w:r>
        <w:rPr>
          <w:rFonts w:ascii="Gentium Plus" w:hAnsi="Gentium Plus"/>
          <w:sz w:val="24"/>
        </w:rPr>
        <w:t>δὲ πρὸς παρωνυχίδας ὁ τε τῶν ὤτων ῥύπος καὶ τὸ λύκιον. ἐκπυη‐ θεῖσαν δὲ κεντήσας καὶ τὸ ὑγρὸν ἐκχέας, σπογγίον ὕδατι βρέξας ἐπι‐ τίθει, ἢ κατάπλασσε 〈φακῷ〉 μεθ’ ὕδατος λείῳ, ἢ ῥόδοις ξηροῖς ἢ χλωροῖς ἀποβεβρεγμένοις ὕδατι λείοις κατάπλασσε, ἢ ἀλφίτοις λείοις</w:t>
      </w:r>
    </w:p>
    <w:p>
      <w:r>
        <w:rPr>
          <w:rFonts w:ascii="Courier New" w:hAnsi="Courier New"/>
          <w:color w:val="555555"/>
          <w:sz w:val="20"/>
        </w:rPr>
        <w:t>[3 . 33 . 4]</w:t>
      </w:r>
    </w:p>
    <w:p>
      <w:r>
        <w:rPr>
          <w:rFonts w:ascii="Gentium Plus" w:hAnsi="Gentium Plus"/>
          <w:sz w:val="24"/>
        </w:rPr>
        <w:t>μεθ’ ὕδατος. δεῖ δὲ καὶ διαστέλλειν τὴν σάρκα πανταχόθεν ἀπὸ τοῦ</w:t>
      </w:r>
    </w:p>
    <w:p>
      <w:r>
        <w:rPr>
          <w:rFonts w:ascii="Courier New" w:hAnsi="Courier New"/>
          <w:color w:val="555555"/>
          <w:sz w:val="20"/>
        </w:rPr>
        <w:t>[3 . 33 . 5]</w:t>
      </w:r>
    </w:p>
    <w:p>
      <w:r>
        <w:rPr>
          <w:rFonts w:ascii="Gentium Plus" w:hAnsi="Gentium Plus"/>
          <w:sz w:val="24"/>
        </w:rPr>
        <w:t>ὄνυχος ξύσμασιν ὀθονίου. τοὺς δὲ τεθλασμένους ὄνυχας μυρσίνης καὶ</w:t>
      </w:r>
    </w:p>
    <w:p>
      <w:r>
        <w:rPr>
          <w:rFonts w:ascii="Courier New" w:hAnsi="Courier New"/>
          <w:color w:val="555555"/>
          <w:sz w:val="20"/>
        </w:rPr>
        <w:t>[3 . 33 . 6]</w:t>
      </w:r>
    </w:p>
    <w:p>
      <w:r>
        <w:rPr>
          <w:rFonts w:ascii="Gentium Plus" w:hAnsi="Gentium Plus"/>
          <w:sz w:val="24"/>
        </w:rPr>
        <w:t>ῥοιᾶς φύλλοις ἁπαλοῖς λείοις κατάπλασσε. ἐπὶ δὲ τῶν ὑφαίμων ὀνύχων</w:t>
      </w:r>
    </w:p>
    <w:p>
      <w:r>
        <w:rPr>
          <w:rFonts w:ascii="Courier New" w:hAnsi="Courier New"/>
          <w:color w:val="555555"/>
          <w:sz w:val="20"/>
        </w:rPr>
        <w:t>[3 . 33 . 7]</w:t>
      </w:r>
    </w:p>
    <w:p>
      <w:r>
        <w:rPr>
          <w:rFonts w:ascii="Gentium Plus" w:hAnsi="Gentium Plus"/>
          <w:sz w:val="24"/>
        </w:rPr>
        <w:t>ἄλευρον πίσσῃ μίξας ἐπιτίθει. πρὸς τὸ ἀφιστάναι τοὺς πεπονηκότας</w:t>
      </w:r>
    </w:p>
    <w:p>
      <w:r>
        <w:rPr>
          <w:rFonts w:ascii="Courier New" w:hAnsi="Courier New"/>
          <w:color w:val="555555"/>
          <w:sz w:val="20"/>
        </w:rPr>
        <w:t>[3 . 33 . 8]</w:t>
      </w:r>
    </w:p>
    <w:p>
      <w:r>
        <w:rPr>
          <w:rFonts w:ascii="Gentium Plus" w:hAnsi="Gentium Plus"/>
          <w:sz w:val="24"/>
        </w:rPr>
        <w:t>ὄνυχας θεῖον λεῖον ἀναλαβὼν ὑείῳ στέατι ἐπιτίθει. τοὺς δὲ λεπριῶν‐ τας ὄνυχας ἀποστήσεις τούτῳ· ἰξοῦ δρυΐνου, σανδαράκης, τήλεως ἀνὰ</w:t>
      </w:r>
    </w:p>
    <w:p>
      <w:r>
        <w:rPr>
          <w:rFonts w:ascii="Courier New" w:hAnsi="Courier New"/>
          <w:color w:val="555555"/>
          <w:sz w:val="20"/>
        </w:rPr>
        <w:t>[3 . 33 . 9]</w:t>
      </w:r>
    </w:p>
    <w:p>
      <w:r>
        <w:rPr>
          <w:rFonts w:ascii="Gentium Plus" w:hAnsi="Gentium Plus"/>
          <w:sz w:val="24"/>
        </w:rPr>
        <w:t>𐆄 β, κανθαρίδων, θαψίας ἀνὰ 𐆄 α, ὄξους τὸ αὔταρκες. ποιεῖ δὲ πρὸς τοὺς αὐτοὺς τρὺξ ξηρὰ μετὰ κηρωτῆς ἐπιτιθεμένη, ἢ σύκων σὰρξ</w:t>
      </w:r>
    </w:p>
    <w:p>
      <w:r>
        <w:rPr>
          <w:rFonts w:ascii="Courier New" w:hAnsi="Courier New"/>
          <w:color w:val="555555"/>
          <w:sz w:val="20"/>
        </w:rPr>
        <w:t>[3 . 33 . 10]</w:t>
      </w:r>
    </w:p>
    <w:p>
      <w:r>
        <w:rPr>
          <w:rFonts w:ascii="Gentium Plus" w:hAnsi="Gentium Plus"/>
          <w:sz w:val="24"/>
        </w:rPr>
        <w:t>θείῳ καὶ σανδαράκῃ λείοις ἴσοις κατάπλασσε. χρὴ δ’ ἐπιμελῶς περι‐ ξέειν τὸν ὄνυχα καὶ ὁμαλίζειν καὶ ἐπιδεῖν καὶ τοῖς πρὸς τὰς ἀπο‐ στάσεις τῶν ὀνύχων χρῆσθαι.</w:t>
      </w:r>
    </w:p>
    <w:p>
      <w:pPr>
        <w:jc w:val="center"/>
      </w:pPr>
      <w:r>
        <w:rPr>
          <w:rFonts w:ascii="Gentium Plus" w:hAnsi="Gentium Plus"/>
          <w:b/>
          <w:sz w:val="24"/>
        </w:rPr>
        <w:t>Πρὸς τὰ ἐν τοῖς δακτύλοις πτερύγια.</w:t>
      </w:r>
    </w:p>
    <w:p>
      <w:r>
        <w:rPr>
          <w:rFonts w:ascii="Courier New" w:hAnsi="Courier New"/>
          <w:color w:val="555555"/>
          <w:sz w:val="20"/>
        </w:rPr>
        <w:t>[3 . 34 . 1]</w:t>
      </w:r>
    </w:p>
    <w:p>
      <w:r>
        <w:rPr>
          <w:rFonts w:ascii="Gentium Plus" w:hAnsi="Gentium Plus"/>
          <w:sz w:val="24"/>
        </w:rPr>
        <w:t>Λιβανωτὸν λεῖον ἐπιτίθει καὶ ἐπίδει, ἢ ὄροβον λεῖον ὡσαύτως,</w:t>
      </w:r>
    </w:p>
    <w:p>
      <w:r>
        <w:rPr>
          <w:rFonts w:ascii="Courier New" w:hAnsi="Courier New"/>
          <w:color w:val="555555"/>
          <w:sz w:val="20"/>
        </w:rPr>
        <w:t>[3 . 34 . 2]</w:t>
      </w:r>
    </w:p>
    <w:p>
      <w:r>
        <w:rPr>
          <w:rFonts w:ascii="Gentium Plus" w:hAnsi="Gentium Plus"/>
          <w:sz w:val="24"/>
        </w:rPr>
        <w:t>ἢ λιβανωτοῦ ἀτόμου 𐅻 α, σανδαράκης τὸ διπλάσιον. λεῖα ἐπιτίθει τῇ ῥίζῃ τοῦ ὄνυχος διασάσσων ἐπιμελῶς καὶ ἄνωθεν ἐπιτιθεὶς ξηρὰ τιλτά.</w:t>
      </w:r>
    </w:p>
    <w:p>
      <w:r>
        <w:rPr>
          <w:rFonts w:ascii="Courier New" w:hAnsi="Courier New"/>
          <w:color w:val="555555"/>
          <w:sz w:val="20"/>
        </w:rPr>
        <w:t>[3 . 34 3,4]</w:t>
      </w:r>
    </w:p>
    <w:p>
      <w:r>
        <w:rPr>
          <w:rFonts w:ascii="Gentium Plus" w:hAnsi="Gentium Plus"/>
          <w:sz w:val="24"/>
        </w:rPr>
        <w:t>τοῦτο ξηραίνει τὰ πτερύγια συντόμως. —Ἄλλο ἀγαθὸν σφόδρα</w:t>
      </w:r>
    </w:p>
    <w:p>
      <w:r>
        <w:rPr>
          <w:rFonts w:ascii="Courier New" w:hAnsi="Courier New"/>
          <w:color w:val="555555"/>
          <w:sz w:val="20"/>
        </w:rPr>
        <w:t>[3 . 34 . 4 (2)]</w:t>
      </w:r>
    </w:p>
    <w:p>
      <w:r>
        <w:rPr>
          <w:rFonts w:ascii="Gentium Plus" w:hAnsi="Gentium Plus"/>
          <w:sz w:val="24"/>
        </w:rPr>
        <w:t>ποιοῦν καὶ πρὸς τὰ κακοηθευόμενα. κηκῖδος καὶ σιδίων ῥοιᾶς ὀξείας καὶ λεπίδος χαλκοῦ ἐρυθροῦ καὶ ἰσχάδων κεκαυμένων τὸ ἴσον τρίψας καὶ μίξας μετὰ μέλιτος καὶ ἐγχριστοῦ πάχος ποιήσας μοτοὺς</w:t>
      </w:r>
    </w:p>
    <w:p>
      <w:r>
        <w:rPr>
          <w:rFonts w:ascii="Courier New" w:hAnsi="Courier New"/>
          <w:color w:val="555555"/>
          <w:sz w:val="20"/>
        </w:rPr>
        <w:t>[5]</w:t>
      </w:r>
    </w:p>
    <w:p>
      <w:r>
        <w:rPr>
          <w:rFonts w:ascii="Gentium Plus" w:hAnsi="Gentium Plus"/>
          <w:sz w:val="24"/>
        </w:rPr>
        <w:t>ἐγχρίων ἐπιτίθει δὶς θεραπεύων τῆς ἡμέρας καὶ ἐπιδέων, μὴ λιπαίνων μηδὲ βρέχων τοὺς τόπους· ἐὰν δ’ ὑγρὸν ᾖ, σπόγγιζε ἀποβρέχων ἐν οἴνῳ.</w:t>
      </w:r>
    </w:p>
    <w:p>
      <w:pPr>
        <w:jc w:val="center"/>
      </w:pPr>
      <w:r>
        <w:rPr>
          <w:rFonts w:ascii="Gentium Plus" w:hAnsi="Gentium Plus"/>
          <w:b/>
          <w:sz w:val="24"/>
        </w:rPr>
        <w:t>Περὶ τῶν ἐν τοῖς ἄρθροις ἑλκῶν.</w:t>
      </w:r>
    </w:p>
    <w:p>
      <w:r>
        <w:rPr>
          <w:rFonts w:ascii="Courier New" w:hAnsi="Courier New"/>
          <w:color w:val="555555"/>
          <w:sz w:val="20"/>
        </w:rPr>
        <w:t>[3 . 35 . 1]</w:t>
      </w:r>
    </w:p>
    <w:p>
      <w:r>
        <w:rPr>
          <w:rFonts w:ascii="Gentium Plus" w:hAnsi="Gentium Plus"/>
          <w:sz w:val="24"/>
        </w:rPr>
        <w:t>Τὰ ἄρθρα ξηρότερα τῶν σαρκωδῶν ἐστι μορίων· διόπερ ἑλκωθέντα</w:t>
      </w:r>
    </w:p>
    <w:p>
      <w:r>
        <w:rPr>
          <w:rFonts w:ascii="Courier New" w:hAnsi="Courier New"/>
          <w:color w:val="555555"/>
          <w:sz w:val="20"/>
        </w:rPr>
        <w:t>[3 . 35 . 2]</w:t>
      </w:r>
    </w:p>
    <w:p>
      <w:r>
        <w:rPr>
          <w:rFonts w:ascii="Gentium Plus" w:hAnsi="Gentium Plus"/>
          <w:sz w:val="24"/>
        </w:rPr>
        <w:t>ξηροτέρων χρῄζει φαρμάκων. καλῶς γοῦν ὁ τοῦ Πολυείδου τροχίσκος ποιεῖ μετ’ οἴνου τριβόμενος ἕως γλοιώδους συστάσεως καὶ τὰ ὁμοίως</w:t>
      </w:r>
    </w:p>
    <w:p>
      <w:r>
        <w:rPr>
          <w:rFonts w:ascii="Courier New" w:hAnsi="Courier New"/>
          <w:color w:val="555555"/>
          <w:sz w:val="20"/>
        </w:rPr>
        <w:t>[3 . 35 . 3]</w:t>
      </w:r>
    </w:p>
    <w:p>
      <w:r>
        <w:rPr>
          <w:rFonts w:ascii="Gentium Plus" w:hAnsi="Gentium Plus"/>
          <w:sz w:val="24"/>
        </w:rPr>
        <w:t>τούτοις ξηραίνοντα. καὶ θαλάττῃ δὲ καὶ ἅλμῃ πολλάκις αἰονήσαντες</w:t>
      </w:r>
    </w:p>
    <w:p>
      <w:r>
        <w:rPr>
          <w:rFonts w:ascii="Courier New" w:hAnsi="Courier New"/>
          <w:color w:val="555555"/>
          <w:sz w:val="20"/>
        </w:rPr>
        <w:t>[3 . 35 . 4]</w:t>
      </w:r>
    </w:p>
    <w:p>
      <w:r>
        <w:rPr>
          <w:rFonts w:ascii="Gentium Plus" w:hAnsi="Gentium Plus"/>
          <w:sz w:val="24"/>
        </w:rPr>
        <w:t>αὐτὰ βέλτιον ἐθεασάμεθα διατιθέμενα. χρηστέον οὖν ἐπὶ τῶν ἄρθρων καὶ τοῖς μᾶλλον οἴνου ξηραίνουσιν.</w:t>
      </w:r>
    </w:p>
    <w:p>
      <w:pPr>
        <w:jc w:val="center"/>
      </w:pPr>
      <w:r>
        <w:rPr>
          <w:rFonts w:ascii="Gentium Plus" w:hAnsi="Gentium Plus"/>
          <w:b/>
          <w:sz w:val="24"/>
        </w:rPr>
        <w:t>Περὶ αἱμορραγιῶν.</w:t>
      </w:r>
    </w:p>
    <w:p>
      <w:r>
        <w:rPr>
          <w:rFonts w:ascii="Courier New" w:hAnsi="Courier New"/>
          <w:color w:val="555555"/>
          <w:sz w:val="20"/>
        </w:rPr>
        <w:t>[3 . 36 . 1]</w:t>
      </w:r>
    </w:p>
    <w:p>
      <w:r>
        <w:rPr>
          <w:rFonts w:ascii="Gentium Plus" w:hAnsi="Gentium Plus"/>
          <w:sz w:val="24"/>
        </w:rPr>
        <w:t>Αἱμορραγίαις βοήθημά ἐστι τὸ ἐπιτήδειον σχῆμα τοῦ τετρωμένου μορίου· τοιοῦτον δ’ ἐστὶ τὸ ἀνάρροπον μετ’ ἀνωδυνίας· τὸ 〈γὰρ〉</w:t>
      </w:r>
    </w:p>
    <w:p>
      <w:r>
        <w:rPr>
          <w:rFonts w:ascii="Courier New" w:hAnsi="Courier New"/>
          <w:color w:val="555555"/>
          <w:sz w:val="20"/>
        </w:rPr>
        <w:t>[3 . 36 . 2]</w:t>
      </w:r>
    </w:p>
    <w:p>
      <w:r>
        <w:rPr>
          <w:rFonts w:ascii="Gentium Plus" w:hAnsi="Gentium Plus"/>
          <w:sz w:val="24"/>
        </w:rPr>
        <w:t>κατάρροπον καὶ ὀδυνῶδες κινήσειεν ἂν καὶ τὰς οὐκ οὔσας. ἐπὶ τῶν τετρωμένων οὖν καὶ αἱμορραγούντων ἐπίβαλε τὸν δάκτυλον εὐθὺς κατὰ τοῦ στομίου τοῦ αἱμορραγοῦντος ἀγγείου πρᾴως πιέζων καὶ ἀνωδύνως· θρόμβου γὰρ οὕτως ἐπιπαγέντος καὶ ἡ αἱμορραγία συστή‐</w:t>
      </w:r>
    </w:p>
    <w:p>
      <w:r>
        <w:rPr>
          <w:rFonts w:ascii="Courier New" w:hAnsi="Courier New"/>
          <w:color w:val="555555"/>
          <w:sz w:val="20"/>
        </w:rPr>
        <w:t>[3 . 36 . 3]</w:t>
      </w:r>
    </w:p>
    <w:p>
      <w:r>
        <w:rPr>
          <w:rFonts w:ascii="Gentium Plus" w:hAnsi="Gentium Plus"/>
          <w:sz w:val="24"/>
        </w:rPr>
        <w:t>σεται. μὴ ἐπισχεθείσης δ’ αὐτῆς οὕτως, ἰσχαίμοις χρηστέον· κάλλιστα δ’ αὐτῶν τὰ ἐμπλαστικὰ μᾶλλον τῶν ἐσχαρούντων· ἀποπιπτούσης γὰρ</w:t>
      </w:r>
    </w:p>
    <w:p>
      <w:r>
        <w:rPr>
          <w:rFonts w:ascii="Courier New" w:hAnsi="Courier New"/>
          <w:color w:val="555555"/>
          <w:sz w:val="20"/>
        </w:rPr>
        <w:t>[3 . 36 . 4]</w:t>
      </w:r>
    </w:p>
    <w:p>
      <w:r>
        <w:rPr>
          <w:rFonts w:ascii="Gentium Plus" w:hAnsi="Gentium Plus"/>
          <w:sz w:val="24"/>
        </w:rPr>
        <w:t>ἐνίοτε τῆς ἐσχάρας, αἱμορραγῆσαι πάλιν κίνδυνος. ἄριστον δ’ ἐστὶ τὸ καὶ πρὸς τὰς ἐκ μηνίγγων αἱμορραγίας ποιοῦν· λιβανωτοῦ μέρος α, ἀλόης 𐅶, τῷ λευκῷ τοῦ ὠοῦ φυρόμενα ὡς μελιτώδη σύστασιν ἔχειν, εἶτ’ ἀναλαμβανόμενα λαγῴαις θριξὶ ταῖς μαλακωτάταις καὶ τῷ ἕλκει</w:t>
      </w:r>
    </w:p>
    <w:p>
      <w:r>
        <w:rPr>
          <w:rFonts w:ascii="Courier New" w:hAnsi="Courier New"/>
          <w:color w:val="555555"/>
          <w:sz w:val="20"/>
        </w:rPr>
        <w:t>[5]</w:t>
      </w:r>
    </w:p>
    <w:p>
      <w:r>
        <w:rPr>
          <w:rFonts w:ascii="Gentium Plus" w:hAnsi="Gentium Plus"/>
          <w:sz w:val="24"/>
        </w:rPr>
        <w:t>παντὶ πλεῖστον ἐπιτιθέμενον· εἶτ’ ἐξ ὀθόνης ἐπιδεσμεῖν χρὴ τὰς μὲν πρώτας ἐπιβολὰς τέσσαρας ἢ πέντε κατ’ αὐτοῦ τοῦ αἱμορραγοῦντος ποιουμένων ἡμῶν, ἐντεῦθεν δ’ ἐπὶ τὴν ῥίζαν νεμομένων· λύειν δὲ διὰ τρίτης, καὶ εἰ μὲν ἀσφαλῶς ἔτι προσέχοιτο τῷ ἕλκει τὸ φάρμακον, αὖθις ἐν κύκλῳ περισχεῖν καὶ ὥσπερ ἐπιτείνειν τὸν ἐκ τῶν τριχῶν</w:t>
      </w:r>
    </w:p>
    <w:p>
      <w:r>
        <w:rPr>
          <w:rFonts w:ascii="Courier New" w:hAnsi="Courier New"/>
          <w:color w:val="555555"/>
          <w:sz w:val="20"/>
        </w:rPr>
        <w:t>[10]</w:t>
      </w:r>
    </w:p>
    <w:p>
      <w:r>
        <w:rPr>
          <w:rFonts w:ascii="Gentium Plus" w:hAnsi="Gentium Plus"/>
          <w:sz w:val="24"/>
        </w:rPr>
        <w:t>μοτὸν καὶ ἐπιδεῖν ὁμοίως· εἰ δ’ αὐτομάτως ὁ μοτὸς ἀποπτύοιτο, πιέζων ἠρέμα τῷ δακτύλῳ τὴν ῥίζαν τοῦ ἀγγείου, ὡς μηδὲν ἐπιρρυῆναι, πρᾴως τοῦτον ἀφαιρεῖν καὶ ἕτερον ἐπιβάλλειν καὶ χρῆσθαι τῷ τρόπῳ</w:t>
      </w:r>
    </w:p>
    <w:p>
      <w:r>
        <w:rPr>
          <w:rFonts w:ascii="Courier New" w:hAnsi="Courier New"/>
          <w:color w:val="555555"/>
          <w:sz w:val="20"/>
        </w:rPr>
        <w:t>[3 . 36 . 5]</w:t>
      </w:r>
    </w:p>
    <w:p>
      <w:r>
        <w:rPr>
          <w:rFonts w:ascii="Gentium Plus" w:hAnsi="Gentium Plus"/>
          <w:sz w:val="24"/>
        </w:rPr>
        <w:t>τούτῳ τῆς θεραπείας, ἄχρις ἂν ἐπιτραφῇ τῷ ἀγγείῳ σάρξ. τὰ δὲ ποιοῦντα τὰς ἐσχάρας γυμνότερον ἐργάζεται τὸ μόριον ἢ κατὰ φύσιν εἶχε, τῆς ἐσχάρας</w:t>
      </w:r>
    </w:p>
    <w:p>
      <w:r>
        <w:rPr>
          <w:rFonts w:ascii="Courier New" w:hAnsi="Courier New"/>
          <w:color w:val="555555"/>
          <w:sz w:val="20"/>
        </w:rPr>
        <w:t>[3 . 36 . 6]</w:t>
      </w:r>
    </w:p>
    <w:p>
      <w:r>
        <w:rPr>
          <w:rFonts w:ascii="Gentium Plus" w:hAnsi="Gentium Plus"/>
          <w:sz w:val="24"/>
        </w:rPr>
        <w:t>ἀποπιπτούσης, καὶ πολλάκις αἱμορραγία δυσεπίσχετος ἠκολούθησεν ἐκπε‐ σούσης αὐτῆς. πλὴν ἔσθ’ ὅτε ἡ χρῆσις τῶν ἐσχαρωτικῶν ἀναγκαία γίνεται καθὰ καὶ τῶν διαπύρων καυτηριῶν, τῆς αἱμορραγίας ἐξ ἀναβρώσεως σηπε‐</w:t>
      </w:r>
    </w:p>
    <w:p>
      <w:r>
        <w:rPr>
          <w:rFonts w:ascii="Courier New" w:hAnsi="Courier New"/>
          <w:color w:val="555555"/>
          <w:sz w:val="20"/>
        </w:rPr>
        <w:t>[3 . 36 . 7]</w:t>
      </w:r>
    </w:p>
    <w:p>
      <w:r>
        <w:rPr>
          <w:rFonts w:ascii="Gentium Plus" w:hAnsi="Gentium Plus"/>
          <w:sz w:val="24"/>
        </w:rPr>
        <w:t>δονώδους συμπιπτούσης. ἴσατις ἡ ἥμερος κατὰ τῶν αἱμορραγούντων ἐπιπλαττομένη καλῶς ἐπέχει· κηκῖδες καυθεῖσαι· δεῖ δ’ αὐτὰς διαπύ‐</w:t>
      </w:r>
    </w:p>
    <w:p>
      <w:r>
        <w:rPr>
          <w:rFonts w:ascii="Courier New" w:hAnsi="Courier New"/>
          <w:color w:val="555555"/>
          <w:sz w:val="20"/>
        </w:rPr>
        <w:t>[3 . 36 . 8]</w:t>
      </w:r>
    </w:p>
    <w:p>
      <w:r>
        <w:rPr>
          <w:rFonts w:ascii="Gentium Plus" w:hAnsi="Gentium Plus"/>
          <w:sz w:val="24"/>
        </w:rPr>
        <w:t>ρους δι’ ὄξους ἢ δι’ οἴνου σβεννύειν. γύψον μιγνὺς ὠοῦ τῷ λευκῷ καὶ λεπτῷ καὶ ἀλεύρου πυρίνου τὸ χνοωδέστατον, ὃ προσιζάνει τοῖς τοίχοις, ποιήσεις φάρμακον πρὸς αἱμορραγίας ἐπιτήδειον· ἀναλαμβά‐ νειν δὲ χρὴ τοῦτο φυραθὲν λαγῴαις θριξὶν ἤ τινι τῶν ὁμοίως μαλα‐</w:t>
      </w:r>
    </w:p>
    <w:p>
      <w:r>
        <w:rPr>
          <w:rFonts w:ascii="Courier New" w:hAnsi="Courier New"/>
          <w:color w:val="555555"/>
          <w:sz w:val="20"/>
        </w:rPr>
        <w:t>[3 . 36 . 9]</w:t>
      </w:r>
    </w:p>
    <w:p>
      <w:r>
        <w:rPr>
          <w:rFonts w:ascii="Gentium Plus" w:hAnsi="Gentium Plus"/>
          <w:sz w:val="24"/>
        </w:rPr>
        <w:t>κῶν. πρὸς δὲ τὰς ἐκ στόματος γινομένας αἱμορραγίας ἢ θύμων ἢ φακῶν ἢ ἀκροχορδόνων ἢ αἱμορροΐδων πράσου φύλλα κόψας ἐπιτίθει ἢ ῥοῦν ἐρυθρὸν ἢ γίγαρτα ἢ ῥοιᾶς κυτίνους κόψας ἐπιτίθει ἢ σπόγγον</w:t>
      </w:r>
    </w:p>
    <w:p>
      <w:r>
        <w:rPr>
          <w:rFonts w:ascii="Courier New" w:hAnsi="Courier New"/>
          <w:color w:val="555555"/>
          <w:sz w:val="20"/>
        </w:rPr>
        <w:t>[3 . 36 . 10]</w:t>
      </w:r>
    </w:p>
    <w:p>
      <w:r>
        <w:rPr>
          <w:rFonts w:ascii="Gentium Plus" w:hAnsi="Gentium Plus"/>
          <w:sz w:val="24"/>
        </w:rPr>
        <w:t>καινὸν βάψας εἰς πίσσαν ὠμὴν κατάκαυσον καὶ λεάνας χρῶ. χρήσιμον</w:t>
      </w:r>
    </w:p>
    <w:p>
      <w:r>
        <w:rPr>
          <w:rFonts w:ascii="Courier New" w:hAnsi="Courier New"/>
          <w:color w:val="555555"/>
          <w:sz w:val="20"/>
        </w:rPr>
        <w:t>[3 . 36 . 11]</w:t>
      </w:r>
    </w:p>
    <w:p>
      <w:r>
        <w:rPr>
          <w:rFonts w:ascii="Gentium Plus" w:hAnsi="Gentium Plus"/>
          <w:sz w:val="24"/>
        </w:rPr>
        <w:t>σφόδρα ἐστὶ τοῦτο. διακλύσματα δὲ ποιεῖ πρὸς τὰς ἐκ στόματος γινο‐ μένας αἱμορραγίας ῥόδων ξηρῶν ἢ χλωρῶν ἀφέψημα ψυχρὸν ἢ ἑλίκων ἀμπέλου ἢ σχίνου φύλλων ἢ μυρσίνης φύλλων ἢ βάτων ἢ μήλων</w:t>
      </w:r>
    </w:p>
    <w:p>
      <w:r>
        <w:rPr>
          <w:rFonts w:ascii="Courier New" w:hAnsi="Courier New"/>
          <w:color w:val="555555"/>
          <w:sz w:val="20"/>
        </w:rPr>
        <w:t>[3 . 36 . 12]</w:t>
      </w:r>
    </w:p>
    <w:p>
      <w:r>
        <w:rPr>
          <w:rFonts w:ascii="Gentium Plus" w:hAnsi="Gentium Plus"/>
          <w:sz w:val="24"/>
        </w:rPr>
        <w:t>κυδωνίων ἢ ῥοῶν ἢ γιγάρτων ἢ φακῶν. τοῖς δ’ αὐτοῖς τούτοις χρη‐</w:t>
      </w:r>
    </w:p>
    <w:p>
      <w:r>
        <w:rPr>
          <w:rFonts w:ascii="Courier New" w:hAnsi="Courier New"/>
          <w:color w:val="555555"/>
          <w:sz w:val="20"/>
        </w:rPr>
        <w:t>[3 . 36 . 13]</w:t>
      </w:r>
    </w:p>
    <w:p>
      <w:r>
        <w:rPr>
          <w:rFonts w:ascii="Gentium Plus" w:hAnsi="Gentium Plus"/>
          <w:sz w:val="24"/>
        </w:rPr>
        <w:t>στέον καὶ ἐγκαθίσμασι ψυχροῖς πρὸς τὰς καθ’ ἕδραν καὶ μήτραν. ἔστω δὲ καὶ ἡ δίαιτα τῶν αἱμορραγούντων στύφουσα καὶ παχύνουσα, οἵα ἐστὶ χόνδρος καὶ ἄλευρον καθαρὸν ἑφθὸν καὶ κοχλίαι καὶ τυρὸς ἁπαλὸς καὶ βολβοὶ κάτεφθοι καὶ ἰχθύες ὀπτοὶ καὶ φοίνικες καὶ οἶνος μέλας</w:t>
      </w:r>
    </w:p>
    <w:p>
      <w:r>
        <w:rPr>
          <w:rFonts w:ascii="Courier New" w:hAnsi="Courier New"/>
          <w:color w:val="555555"/>
          <w:sz w:val="20"/>
        </w:rPr>
        <w:t>[5]</w:t>
      </w:r>
    </w:p>
    <w:p>
      <w:r>
        <w:rPr>
          <w:rFonts w:ascii="Gentium Plus" w:hAnsi="Gentium Plus"/>
          <w:sz w:val="24"/>
        </w:rPr>
        <w:t>αὐστηρός, φακή, ἄλφιτα, ὠῶν λέκιθος, ἄπιοι, ἀχράδες, μῆλα κυδώνια,</w:t>
      </w:r>
    </w:p>
    <w:p>
      <w:r>
        <w:rPr>
          <w:rFonts w:ascii="Courier New" w:hAnsi="Courier New"/>
          <w:color w:val="555555"/>
          <w:sz w:val="20"/>
        </w:rPr>
        <w:t>[3 . 36 . 14]</w:t>
      </w:r>
    </w:p>
    <w:p>
      <w:r>
        <w:rPr>
          <w:rFonts w:ascii="Gentium Plus" w:hAnsi="Gentium Plus"/>
          <w:sz w:val="24"/>
        </w:rPr>
        <w:t>οὖα, μέσπιλα καὶ τὰ παραπλήσια. πρὸς δὲ τὰς τῶν ῥινῶν αἱμορραγίας τὰ τῆς πλατάνου σφαιρία ξήραινε καὶ 〈ἐπί〉 τινος τριχίνου παρατρίβων τὸ σπέρμα ἀπόρριπτε, τὰ δὲ κνάφαλα ἀποτίθεσο εἰς ἀγγεῖον ὀστρα‐</w:t>
      </w:r>
    </w:p>
    <w:p>
      <w:r>
        <w:rPr>
          <w:rFonts w:ascii="Courier New" w:hAnsi="Courier New"/>
          <w:color w:val="555555"/>
          <w:sz w:val="20"/>
        </w:rPr>
        <w:t>[3 . 36 . 15]</w:t>
      </w:r>
    </w:p>
    <w:p>
      <w:r>
        <w:rPr>
          <w:rFonts w:ascii="Gentium Plus" w:hAnsi="Gentium Plus"/>
          <w:sz w:val="24"/>
        </w:rPr>
        <w:t>κοῦν καινόν. ἐπὶ δὲ τῆς χρήσεως ταῦτα 〈τὰ〉 ἐριώδη διὰ καλαμίσκου ἐμφύσα· τὸ δὲ μέτωπον καὶ τὴν ῥῖνα κατάπλασσε γύψῳ ἢ πηλῷ</w:t>
      </w:r>
    </w:p>
    <w:p>
      <w:r>
        <w:rPr>
          <w:rFonts w:ascii="Courier New" w:hAnsi="Courier New"/>
          <w:color w:val="555555"/>
          <w:sz w:val="20"/>
        </w:rPr>
        <w:t>[3 . 36 . 16]</w:t>
      </w:r>
    </w:p>
    <w:p>
      <w:r>
        <w:rPr>
          <w:rFonts w:ascii="Gentium Plus" w:hAnsi="Gentium Plus"/>
          <w:sz w:val="24"/>
        </w:rPr>
        <w:t>κεραμικῷ. ποιεῖ δὲ πράσου χυλὸς ἐρίῳ εἰργασμένῳ ἢ μοτῷ ἀναλαμ‐ βανόμενος καὶ ἐντιθέμενος τοῖς μυκτῆρσι καὶ μάννα χυλῷ πράσου</w:t>
      </w:r>
    </w:p>
    <w:p>
      <w:r>
        <w:rPr>
          <w:rFonts w:ascii="Courier New" w:hAnsi="Courier New"/>
          <w:color w:val="555555"/>
          <w:sz w:val="20"/>
        </w:rPr>
        <w:t>[3 . 36 . 17]</w:t>
      </w:r>
    </w:p>
    <w:p>
      <w:r>
        <w:rPr>
          <w:rFonts w:ascii="Gentium Plus" w:hAnsi="Gentium Plus"/>
          <w:sz w:val="24"/>
        </w:rPr>
        <w:t>φυραθεῖσα καὶ ἐντιθεμένη. χρὴ δὲ καὶ ἐλαίας φύλλοις ἁπαλοῖς λείοις</w:t>
      </w:r>
    </w:p>
    <w:p>
      <w:r>
        <w:rPr>
          <w:rFonts w:ascii="Courier New" w:hAnsi="Courier New"/>
          <w:color w:val="555555"/>
          <w:sz w:val="20"/>
        </w:rPr>
        <w:t>[5]</w:t>
      </w:r>
    </w:p>
    <w:p>
      <w:r>
        <w:rPr>
          <w:rFonts w:ascii="Gentium Plus" w:hAnsi="Gentium Plus"/>
          <w:sz w:val="24"/>
        </w:rPr>
        <w:t>καὶ χεῖρας ἀποδεῖν καὶ μέτωπον καὶ κροτάφους ἀνακολλᾶν τοῖς πρὸς</w:t>
      </w:r>
    </w:p>
    <w:p>
      <w:r>
        <w:rPr>
          <w:rFonts w:ascii="Courier New" w:hAnsi="Courier New"/>
          <w:color w:val="555555"/>
          <w:sz w:val="20"/>
        </w:rPr>
        <w:t>[3 . 36 . 18]</w:t>
      </w:r>
    </w:p>
    <w:p>
      <w:r>
        <w:rPr>
          <w:rFonts w:ascii="Gentium Plus" w:hAnsi="Gentium Plus"/>
          <w:sz w:val="24"/>
        </w:rPr>
        <w:t>τὰ ῥεύματα τῶν ὀφθαλμῶν ποιοῦσιν. ἐὰν δέ τινες ὑπίωσι θρόμβοι μενούσης ἔτι τῆς αἱμορραγίας, τούτους μὲν ἐκμύσσεσθαι συνοίσει, ταχέως δὲ πάλιν χρῆσθαι τοῖς ἰσχαίμοις φαρμάκοις καὶ προσπιέζειν τὸν χόν‐ δρον τοῦ μυκτῆρος ὑπ’ αὐτὸ τὸ ὀστοῦν τοῖς δυσὶ δακτύλοις τῆς χει‐</w:t>
      </w:r>
    </w:p>
    <w:p>
      <w:r>
        <w:rPr>
          <w:rFonts w:ascii="Courier New" w:hAnsi="Courier New"/>
          <w:color w:val="555555"/>
          <w:sz w:val="20"/>
        </w:rPr>
        <w:t>[5]</w:t>
      </w:r>
    </w:p>
    <w:p>
      <w:r>
        <w:rPr>
          <w:rFonts w:ascii="Gentium Plus" w:hAnsi="Gentium Plus"/>
          <w:sz w:val="24"/>
        </w:rPr>
        <w:t>ρός, τῷ τε μεγάλῳ καὶ τῷ λιχανῷ, ποτίζεσθαι δὲ πρὸς τὰς εἰρημένας αἱμορραγίας, καὶ ἔτι πρὸς τὰς ἐκ τῶν ἐντέρων, πράσου χυλὸν ὡς κυάθους δύο· ἢ δάφνης ἁπαλὰ φύλλα τρίψας ἐν ὀξυκράτῳ πότιζε· ἢ λιβανωτοῦ καὶ δάφνης ἴσα λεάνας πρόσφερε· ἢ ἄλευρον καθαρὸν καὶ λιβανωτὸν καὶ κόμμι ἴσα τρίψας μεθ’ ὕδατος δίδου.</w:t>
      </w:r>
    </w:p>
    <w:p>
      <w:pPr>
        <w:jc w:val="center"/>
      </w:pPr>
      <w:r>
        <w:rPr>
          <w:rFonts w:ascii="Gentium Plus" w:hAnsi="Gentium Plus"/>
          <w:b/>
          <w:sz w:val="24"/>
        </w:rPr>
        <w:t>Πρὸς οὐλὰς καὶ στίγματα καὶ μώλωπας.</w:t>
      </w:r>
    </w:p>
    <w:p>
      <w:r>
        <w:rPr>
          <w:rFonts w:ascii="Courier New" w:hAnsi="Courier New"/>
          <w:color w:val="555555"/>
          <w:sz w:val="20"/>
        </w:rPr>
        <w:t>[3 . 37 . 1]</w:t>
      </w:r>
    </w:p>
    <w:p>
      <w:r>
        <w:rPr>
          <w:rFonts w:ascii="Gentium Plus" w:hAnsi="Gentium Plus"/>
          <w:sz w:val="24"/>
        </w:rPr>
        <w:t>Οὐλὰς μελαίνας αἴρει βρυωνίας ῥίζης λευκῆς καὶ μελαίνης ἑψη‐ θείσης ἐν ἐλαίῳ ἄχρι χυλώσεως τὸ ἔλαιον ἐπιχριόμενον, καλαμίνθη ἐν</w:t>
      </w:r>
    </w:p>
    <w:p>
      <w:r>
        <w:rPr>
          <w:rFonts w:ascii="Courier New" w:hAnsi="Courier New"/>
          <w:color w:val="555555"/>
          <w:sz w:val="20"/>
        </w:rPr>
        <w:t>[3 . 37 . 2]</w:t>
      </w:r>
    </w:p>
    <w:p>
      <w:r>
        <w:rPr>
          <w:rFonts w:ascii="Gentium Plus" w:hAnsi="Gentium Plus"/>
          <w:sz w:val="24"/>
        </w:rPr>
        <w:t>οἴνῳ ἑφθή, λιθάργυρος πεπλυμένη σὺν ῥοδίνῳ λευκῷ. τὰς δ’ ἐκ λει‐ χήνων οὐλὰς καὶ τὰς ἄλλας ὁμόχρους ποιεῖ ὄνειον στέαρ καταχριό‐ μενον, εὐζώμου σπέρμα λεῖον μετὰ χολῆς αἰγὸς ἢ βοὸς ἢ προβάτου καταχριόμενον, εἶθ’ ὅταν ξηρανθῇ ἀποτριβόμενον, καὶ τοῦ λαχάνου δὲ</w:t>
      </w:r>
    </w:p>
    <w:p>
      <w:r>
        <w:rPr>
          <w:rFonts w:ascii="Courier New" w:hAnsi="Courier New"/>
          <w:color w:val="555555"/>
          <w:sz w:val="20"/>
        </w:rPr>
        <w:t>[3 . 37 . 3]</w:t>
      </w:r>
    </w:p>
    <w:p>
      <w:r>
        <w:rPr>
          <w:rFonts w:ascii="Gentium Plus" w:hAnsi="Gentium Plus"/>
          <w:sz w:val="24"/>
        </w:rPr>
        <w:t>τοῦ εὐζώμου χυλὸς καταχριόμενος σὺν λιθαργύρῳ. στίγματα δ’ ἐξαίρει βατράχιον καταπλασθὲν ἢ καππάρεως φύλλα ἢ ψιμύθιον σὺν ὄξει</w:t>
      </w:r>
    </w:p>
    <w:p>
      <w:r>
        <w:rPr>
          <w:rFonts w:ascii="Courier New" w:hAnsi="Courier New"/>
          <w:color w:val="555555"/>
          <w:sz w:val="20"/>
        </w:rPr>
        <w:t>[3 . 37 . 4]</w:t>
      </w:r>
    </w:p>
    <w:p>
      <w:r>
        <w:rPr>
          <w:rFonts w:ascii="Gentium Plus" w:hAnsi="Gentium Plus"/>
          <w:sz w:val="24"/>
        </w:rPr>
        <w:t>καταχριόμενον. χρόνῳ δ’ αἴρει τοῦτο. μώλωπας δὲ ταχέως ὁμοχρόους ποιεῖ κρίθινον ἔλαιον ἐπαλειφόμενον συνεχῶς.</w:t>
      </w:r>
    </w:p>
    <w:p>
      <w:pPr>
        <w:jc w:val="center"/>
      </w:pPr>
      <w:r>
        <w:rPr>
          <w:rFonts w:ascii="Gentium Plus" w:hAnsi="Gentium Plus"/>
          <w:b/>
          <w:sz w:val="24"/>
        </w:rPr>
        <w:t>Περὶ νευροτρώτων.</w:t>
      </w:r>
    </w:p>
    <w:p>
      <w:r>
        <w:rPr>
          <w:rFonts w:ascii="Courier New" w:hAnsi="Courier New"/>
          <w:color w:val="555555"/>
          <w:sz w:val="20"/>
        </w:rPr>
        <w:t>[3 . 38 . 1]</w:t>
      </w:r>
    </w:p>
    <w:p>
      <w:r>
        <w:rPr>
          <w:rFonts w:ascii="Gentium Plus" w:hAnsi="Gentium Plus"/>
          <w:sz w:val="24"/>
        </w:rPr>
        <w:t>Νεῦρον τρωθὲν διὰ τὸ περιττὸν τῆς αἰσθήσεως ὀδυνᾶταί τε καὶ</w:t>
      </w:r>
    </w:p>
    <w:p>
      <w:r>
        <w:rPr>
          <w:rFonts w:ascii="Courier New" w:hAnsi="Courier New"/>
          <w:color w:val="555555"/>
          <w:sz w:val="20"/>
        </w:rPr>
        <w:t>[3 . 38 . 2]</w:t>
      </w:r>
    </w:p>
    <w:p>
      <w:r>
        <w:rPr>
          <w:rFonts w:ascii="Gentium Plus" w:hAnsi="Gentium Plus"/>
          <w:sz w:val="24"/>
        </w:rPr>
        <w:t>φλεγμαίνει μειζόνως ἢ τἄλλα. δεῖ οὖν τὴν τοῦ δέρματος τρῶσιν δια‐ τηρεῖν ἀκόλλητον, ἵνα οἱ ἰχῶρες δι’ αὐτῆς ἐκρέοιεν, καὶ φάρμακα τῷ τραύματι προσάγεσθαι τὰ τήν τε ὀδύνην πραΰνοντα καὶ τὴν ἐκροὴν</w:t>
      </w:r>
    </w:p>
    <w:p>
      <w:r>
        <w:rPr>
          <w:rFonts w:ascii="Courier New" w:hAnsi="Courier New"/>
          <w:color w:val="555555"/>
          <w:sz w:val="20"/>
        </w:rPr>
        <w:t>[3 . 38 . 3]</w:t>
      </w:r>
    </w:p>
    <w:p>
      <w:r>
        <w:rPr>
          <w:rFonts w:ascii="Gentium Plus" w:hAnsi="Gentium Plus"/>
          <w:sz w:val="24"/>
        </w:rPr>
        <w:t>ἀναστομοῦντα. τὸ μὲν οὖν θερμὸν ὕδωρ 〈τὸ〉 ταῖς ἄλλαις φλεγμοναῖς ἐπιτηδειότατον εἰδέναι χρὴ πολεμιώτατον εἶναι τούτοις, καὶ κάλλιον</w:t>
      </w:r>
    </w:p>
    <w:p>
      <w:r>
        <w:rPr>
          <w:rFonts w:ascii="Courier New" w:hAnsi="Courier New"/>
          <w:color w:val="555555"/>
          <w:sz w:val="20"/>
        </w:rPr>
        <w:t>[3 . 38 . 4]</w:t>
      </w:r>
    </w:p>
    <w:p>
      <w:r>
        <w:rPr>
          <w:rFonts w:ascii="Gentium Plus" w:hAnsi="Gentium Plus"/>
          <w:sz w:val="24"/>
        </w:rPr>
        <w:t>καταιονᾶν ἐλαίῳ λεπτομερεῖ μηδὲν ἔχοντι στύψεως. τῶν δὲ φαρμάκων ἐπιτήδειός ἐστι ῥητίνη τερμινθίνη καθ’ ἑαυτὴν ἐπὶ παίδων, γυναικῶν καὶ ἁπαλοσάρκων, μετ’ εὐφορβίου δ’ ἐπὶ τῶν ἄλλων, καὶ πρόπολις δὲ καθ’ ἑαυτήν τε καὶ μεθ’ εὐφορβίου μαλαττομένη, κἄν ποτε σκλη‐</w:t>
      </w:r>
    </w:p>
    <w:p>
      <w:r>
        <w:rPr>
          <w:rFonts w:ascii="Courier New" w:hAnsi="Courier New"/>
          <w:color w:val="555555"/>
          <w:sz w:val="20"/>
        </w:rPr>
        <w:t>[3 . 38 . 5]</w:t>
      </w:r>
    </w:p>
    <w:p>
      <w:r>
        <w:rPr>
          <w:rFonts w:ascii="Gentium Plus" w:hAnsi="Gentium Plus"/>
          <w:sz w:val="24"/>
        </w:rPr>
        <w:t>ροτέρα τύχῃ, σύν τινι τῶν λεπτυνόντων ἐλαίων. καὶ καταπλάσμασι</w:t>
      </w:r>
    </w:p>
    <w:p>
      <w:r>
        <w:rPr>
          <w:rFonts w:ascii="Courier New" w:hAnsi="Courier New"/>
          <w:color w:val="555555"/>
          <w:sz w:val="20"/>
        </w:rPr>
        <w:t>[3 . 38 . 6]</w:t>
      </w:r>
    </w:p>
    <w:p>
      <w:r>
        <w:rPr>
          <w:rFonts w:ascii="Gentium Plus" w:hAnsi="Gentium Plus"/>
          <w:sz w:val="24"/>
        </w:rPr>
        <w:t>ὀξυμέλιτι. καὶ κηρωτῇ δὲ χρήσαιτο ἄν τις τοιαύτῃ· κηροῦ 𐆄 γ, εὐφορ‐ βίου 𐆄 α, περιστερᾶς κόπρον ἐπὶ τῶν σκληροτέρων σωμάτων, ἐλαίου</w:t>
      </w:r>
    </w:p>
    <w:p>
      <w:r>
        <w:rPr>
          <w:rFonts w:ascii="Courier New" w:hAnsi="Courier New"/>
          <w:color w:val="555555"/>
          <w:sz w:val="20"/>
        </w:rPr>
        <w:t>[3 . 38 . 7]</w:t>
      </w:r>
    </w:p>
    <w:p>
      <w:r>
        <w:rPr>
          <w:rFonts w:ascii="Gentium Plus" w:hAnsi="Gentium Plus"/>
          <w:sz w:val="24"/>
        </w:rPr>
        <w:t>𐆄 η. ἁρμόττει δὲ καὶ τὸ βασιλικὸν φάρμακον προσλαμβάνον νίτρου ἢ ἀσβέστου ἢ εὐφορβίου ἢ θείου ἀπύρου ἢ ἀγρίας περιστερᾶς κόπρου.</w:t>
      </w:r>
    </w:p>
    <w:p>
      <w:r>
        <w:rPr>
          <w:rFonts w:ascii="Courier New" w:hAnsi="Courier New"/>
          <w:color w:val="555555"/>
          <w:sz w:val="20"/>
        </w:rPr>
        <w:t>[3 . 38 . 8]</w:t>
      </w:r>
    </w:p>
    <w:p>
      <w:r>
        <w:rPr>
          <w:rFonts w:ascii="Gentium Plus" w:hAnsi="Gentium Plus"/>
          <w:sz w:val="24"/>
        </w:rPr>
        <w:t>εἰς λίτραν δὲ τοῦ τετραφαρμάκου 𐆄 α ἐμβαλεῖν τῶν εἰρημένων τινός· ποιεῖ γὰρ καλῶς πρὸς τοὺς νευροτρώτους, καὶ μάλιστα τοὺς νενυγ‐</w:t>
      </w:r>
    </w:p>
    <w:p>
      <w:r>
        <w:rPr>
          <w:rFonts w:ascii="Courier New" w:hAnsi="Courier New"/>
          <w:color w:val="555555"/>
          <w:sz w:val="20"/>
        </w:rPr>
        <w:t>[3 . 38 . 9]</w:t>
      </w:r>
    </w:p>
    <w:p>
      <w:r>
        <w:rPr>
          <w:rFonts w:ascii="Gentium Plus" w:hAnsi="Gentium Plus"/>
          <w:sz w:val="24"/>
        </w:rPr>
        <w:t>μένους. δύναιο δ’ ἂν καὶ κατ’ ἀγρὸν μηδενὸς εὐπορῶν πρόπολιν πρόσφατον καὶ λιπαρὰν ἐπιτιθέναι κατὰ τοῦ τραύματος, ἢ ζύμην 〈μόνην〉 τε καὶ μετὰ τῆς προπόλεως μίξας ἢ τιθυμάλλου ὀπὸν τῇ</w:t>
      </w:r>
    </w:p>
    <w:p>
      <w:r>
        <w:rPr>
          <w:rFonts w:ascii="Courier New" w:hAnsi="Courier New"/>
          <w:color w:val="555555"/>
          <w:sz w:val="20"/>
        </w:rPr>
        <w:t>[3 . 38 . 10]</w:t>
      </w:r>
    </w:p>
    <w:p>
      <w:r>
        <w:rPr>
          <w:rFonts w:ascii="Gentium Plus" w:hAnsi="Gentium Plus"/>
          <w:sz w:val="24"/>
        </w:rPr>
        <w:t>ζύμῃ μίξας. τοῖς καταπλάσμασι δὲ τοῖς δι’ ὀξυμέλιτος ἢ στακτῆς κονίας καὶ ἀλεύρου κυάμων ἢ ὀρόβων ἢ ἐρεβίνθων ἢ θέρμων πικρῶν ἢ κρι‐ θῶν ἢ πάλης ἀλφίτων οὐ μόνον ἐπὶ τῶν φλεγμαινόντων ἤδη, ἀλλὰ</w:t>
      </w:r>
    </w:p>
    <w:p>
      <w:r>
        <w:rPr>
          <w:rFonts w:ascii="Courier New" w:hAnsi="Courier New"/>
          <w:color w:val="555555"/>
          <w:sz w:val="20"/>
        </w:rPr>
        <w:t>[3 . 38 . 11]</w:t>
      </w:r>
    </w:p>
    <w:p>
      <w:r>
        <w:rPr>
          <w:rFonts w:ascii="Gentium Plus" w:hAnsi="Gentium Plus"/>
          <w:sz w:val="24"/>
        </w:rPr>
        <w:t>καὶ κατ’ ἀρχὰς εὐθέως κεχρῆσθαι δεῖ. εἰ δὲ μὴ νυγείη τὸ νεῦρον, ἀλλὰ σαφεῖ τῇ τομῇ τρωθείη, διαιρεθέντος καὶ τοῦ προκειμένου δέρ‐ ματος, ὡς γυμνὸν φαίνεσθαι τὸ νεῦρον καὶ ὄρθιον, οὐκ ἐγκάρσιον διῃρημένον, τῶν προειρημένων δι’ εὐφορβίου καὶ τῶν οὕτω δριμέων</w:t>
      </w:r>
    </w:p>
    <w:p>
      <w:r>
        <w:rPr>
          <w:rFonts w:ascii="Courier New" w:hAnsi="Courier New"/>
          <w:color w:val="555555"/>
          <w:sz w:val="20"/>
        </w:rPr>
        <w:t>[5]</w:t>
      </w:r>
    </w:p>
    <w:p>
      <w:r>
        <w:rPr>
          <w:rFonts w:ascii="Gentium Plus" w:hAnsi="Gentium Plus"/>
          <w:sz w:val="24"/>
        </w:rPr>
        <w:t>οὐδενὶ χρήσῃ· γυμνὸν γὰρ ὂν τὸ νεῦρον οὐκ οἴσει τὴν δύναμιν αὐτῶν</w:t>
      </w:r>
    </w:p>
    <w:p>
      <w:r>
        <w:rPr>
          <w:rFonts w:ascii="Courier New" w:hAnsi="Courier New"/>
          <w:color w:val="555555"/>
          <w:sz w:val="20"/>
        </w:rPr>
        <w:t>[3 . 38 . 12]</w:t>
      </w:r>
    </w:p>
    <w:p>
      <w:r>
        <w:rPr>
          <w:rFonts w:ascii="Gentium Plus" w:hAnsi="Gentium Plus"/>
          <w:sz w:val="24"/>
        </w:rPr>
        <w:t>σφοδρὰν οὖσαν. τίτανον οὖν παραλήψῃ πεπλυμένην πλεονάκις ἐν ὥρᾳ</w:t>
      </w:r>
    </w:p>
    <w:p>
      <w:r>
        <w:rPr>
          <w:rFonts w:ascii="Courier New" w:hAnsi="Courier New"/>
          <w:color w:val="555555"/>
          <w:sz w:val="20"/>
        </w:rPr>
        <w:t>[3 . 38 . 13]</w:t>
      </w:r>
    </w:p>
    <w:p>
      <w:r>
        <w:rPr>
          <w:rFonts w:ascii="Gentium Plus" w:hAnsi="Gentium Plus"/>
          <w:sz w:val="24"/>
        </w:rPr>
        <w:t>θερινῇ πλείονι τῷ ἐλαίῳ δευομένην. καλὸν δὲ καὶ τὸ διὰ πομφόλυγος</w:t>
      </w:r>
    </w:p>
    <w:p>
      <w:r>
        <w:rPr>
          <w:rFonts w:ascii="Courier New" w:hAnsi="Courier New"/>
          <w:color w:val="555555"/>
          <w:sz w:val="20"/>
        </w:rPr>
        <w:t>[3 . 38 . 14]</w:t>
      </w:r>
    </w:p>
    <w:p>
      <w:r>
        <w:rPr>
          <w:rFonts w:ascii="Gentium Plus" w:hAnsi="Gentium Plus"/>
          <w:sz w:val="24"/>
        </w:rPr>
        <w:t>καὶ τὸ διὰ μέλιτος ἐν ῥοδίνῳ πλείονι τακέν. δεῖ δὲ μηδὲν τῆς τρώ‐ σεως ψαύειν· αἰσθητικὸν γάρ ἐστι τὸ νεῦρον καὶ τῇ κράσει ψυχρὸν</w:t>
      </w:r>
    </w:p>
    <w:p>
      <w:r>
        <w:rPr>
          <w:rFonts w:ascii="Courier New" w:hAnsi="Courier New"/>
          <w:color w:val="555555"/>
          <w:sz w:val="20"/>
        </w:rPr>
        <w:t>[3 . 38 . 15]</w:t>
      </w:r>
    </w:p>
    <w:p>
      <w:r>
        <w:rPr>
          <w:rFonts w:ascii="Gentium Plus" w:hAnsi="Gentium Plus"/>
          <w:sz w:val="24"/>
        </w:rPr>
        <w:t>καὶ συνεχὲς τῇ κυριωτάτῃ τῶν ἀρχῶν. ἀλλ’ οὐδ’ ἐλαίῳ καταιονᾶν προσήκει τὸ τοιοῦτον ἕλκος (ῥυποῦται γάρ)· ἀποπλύνειν οὖν μόνον</w:t>
      </w:r>
    </w:p>
    <w:p>
      <w:r>
        <w:rPr>
          <w:rFonts w:ascii="Courier New" w:hAnsi="Courier New"/>
          <w:color w:val="555555"/>
          <w:sz w:val="20"/>
        </w:rPr>
        <w:t>[3 . 38 . 16]</w:t>
      </w:r>
    </w:p>
    <w:p>
      <w:r>
        <w:rPr>
          <w:rFonts w:ascii="Gentium Plus" w:hAnsi="Gentium Plus"/>
          <w:sz w:val="24"/>
        </w:rPr>
        <w:t>τοὺς ἰχῶρας δεῖ, μαλακὸν ἔριον ὑπαλείπτρῳ περιελίσσοντας. πάντων</w:t>
      </w:r>
    </w:p>
    <w:p>
      <w:r>
        <w:rPr>
          <w:rFonts w:ascii="Courier New" w:hAnsi="Courier New"/>
          <w:color w:val="555555"/>
          <w:sz w:val="20"/>
        </w:rPr>
        <w:t>[3 . 38 . 17]</w:t>
      </w:r>
    </w:p>
    <w:p>
      <w:r>
        <w:rPr>
          <w:rFonts w:ascii="Gentium Plus" w:hAnsi="Gentium Plus"/>
          <w:sz w:val="24"/>
        </w:rPr>
        <w:t>δὲ κατὰ γνώμην προχωρούντων, ἀκίνδυνον γλυκεῖ διαβρέχειν. μετὰ δὲ τὸ σκεπασθῆναι τὸ γεγυμνωμένον νεῦρον τοῖς μοτοῖς ἔξωθεν περι‐ βάλλειν δεῖ τινι τῶν πρὸς τὰς στενὰς τρώσεις ποιούντων, ἢ τῷ δι’ εὐφορβίου ἢ τῷ διὰ τῆς κόπρου τῶν περιστερῶν συμπεριλαμβάνοντα</w:t>
      </w:r>
    </w:p>
    <w:p>
      <w:r>
        <w:rPr>
          <w:rFonts w:ascii="Courier New" w:hAnsi="Courier New"/>
          <w:color w:val="555555"/>
          <w:sz w:val="20"/>
        </w:rPr>
        <w:t>[3 . 38 . 18]</w:t>
      </w:r>
    </w:p>
    <w:p>
      <w:r>
        <w:rPr>
          <w:rFonts w:ascii="Gentium Plus" w:hAnsi="Gentium Plus"/>
          <w:sz w:val="24"/>
        </w:rPr>
        <w:t>πολὺ καὶ τῶν ὑγιεινῶν μερῶν. τῆς τρώσεως δ’ ἐγκαρσίας γενομένης, ὁ μὲν κίνδυνος τοῦ σπασθῆναι μείζων, τὰ δὲ τῆς θεραπείας καὶ ἐπὶ</w:t>
      </w:r>
    </w:p>
    <w:p>
      <w:r>
        <w:rPr>
          <w:rFonts w:ascii="Courier New" w:hAnsi="Courier New"/>
          <w:color w:val="555555"/>
          <w:sz w:val="20"/>
        </w:rPr>
        <w:t>[3 . 38 . 19]</w:t>
      </w:r>
    </w:p>
    <w:p>
      <w:r>
        <w:rPr>
          <w:rFonts w:ascii="Gentium Plus" w:hAnsi="Gentium Plus"/>
          <w:sz w:val="24"/>
        </w:rPr>
        <w:t>ταύτης ὅμοια. δίαιτα δὲ παραλαμβανέσθω λεπτοτέρα καὶ ἡσυχία καὶ στρωμνὴ μαλακή· θερμῷ ἐλαίῳ πίονι χρῆσθαι κατὰ μασχαλῶν καὶ κε‐ φαλῆς καὶ τραχήλου· τῆς τρώσεως δ’ ἐν σκέλει γενομένης τοὺς βου‐ βῶνας μάλιστα πολλῷ τέγγειν τῷ ἐλαίῳ μέχρι τῆς ῥάχεως καὶ κεφα‐</w:t>
      </w:r>
    </w:p>
    <w:p>
      <w:r>
        <w:rPr>
          <w:rFonts w:ascii="Courier New" w:hAnsi="Courier New"/>
          <w:color w:val="555555"/>
          <w:sz w:val="20"/>
        </w:rPr>
        <w:t>[3 . 38 . 20]</w:t>
      </w:r>
    </w:p>
    <w:p>
      <w:r>
        <w:rPr>
          <w:rFonts w:ascii="Gentium Plus" w:hAnsi="Gentium Plus"/>
          <w:sz w:val="24"/>
        </w:rPr>
        <w:t>λῆς καὶ τραχήλου· θλάσεως δὲ γενομένης τῶν νεύρων, 〈ἐὰν μὲν ἅμα τῷ δέρματι θλασθέντι καὶ ἕλκωσις γένηται τὸ διὰ τῶν κυαμίνων ἀλεύ‐ ρων,〉 καὶ ὀξυμέλιτος ἐπιτήδειον κατάπλασμα· τῇ θλάσει δ’ ὀδύνης συν‐ ούσης, πίττης ὑγρᾶς μιγνύειν· ἐὰν δὲ χωρὶς τοῦ θλασθῆναι τὸ δέρμα</w:t>
      </w:r>
    </w:p>
    <w:p>
      <w:r>
        <w:rPr>
          <w:rFonts w:ascii="Courier New" w:hAnsi="Courier New"/>
          <w:color w:val="555555"/>
          <w:sz w:val="20"/>
        </w:rPr>
        <w:t>[3 . 38 . 21]</w:t>
      </w:r>
    </w:p>
    <w:p>
      <w:r>
        <w:rPr>
          <w:rFonts w:ascii="Gentium Plus" w:hAnsi="Gentium Plus"/>
          <w:sz w:val="24"/>
        </w:rPr>
        <w:t>γένηται, διαφορητικῷ καταντλεῖν ἐλαίῳ θερμῷ συνεχῶς. τοῦ νεύρου δ’ ὅλου διακοπέντος, κίνδυνος μὲν οὐδεὶς ἕψεται, τὸ μόριον δ’ ἀνά‐ πηρον γενήσεται· θεραπεία δ’ ὁμοία παραληφθήσεται τοῖς ἄλλοις ἕλκεσιν.</w:t>
      </w:r>
    </w:p>
    <w:p>
      <w:pPr>
        <w:jc w:val="center"/>
      </w:pPr>
      <w:r>
        <w:rPr>
          <w:rFonts w:ascii="Gentium Plus" w:hAnsi="Gentium Plus"/>
          <w:b/>
          <w:sz w:val="24"/>
        </w:rPr>
        <w:t>Τηκτὸν φάρμακον πρὸς νυγέντα νεῦρα·</w:t>
      </w:r>
    </w:p>
    <w:p>
      <w:r>
        <w:rPr>
          <w:rFonts w:ascii="Courier New" w:hAnsi="Courier New"/>
          <w:color w:val="555555"/>
          <w:sz w:val="20"/>
        </w:rPr>
        <w:t>[3 . 39 . 1]</w:t>
      </w:r>
    </w:p>
    <w:p>
      <w:r>
        <w:rPr>
          <w:rFonts w:ascii="Gentium Plus" w:hAnsi="Gentium Plus"/>
          <w:sz w:val="24"/>
        </w:rPr>
        <w:t>ποιεῖ δὲ καὶ πρὸς λυσσοδήκτους· Ὄξους ξ̸ α, πίσσης λιπαρᾶς 𐆃 α, ὀποπάνακος 𐆄 γ· τὸν οὖν ὀποπάνακα λύσας ὄξει ἐπὶ πλεῖον λείου,</w:t>
      </w:r>
    </w:p>
    <w:p>
      <w:r>
        <w:rPr>
          <w:rFonts w:ascii="Courier New" w:hAnsi="Courier New"/>
          <w:color w:val="555555"/>
          <w:sz w:val="20"/>
        </w:rPr>
        <w:t>[3 . 39 . 2]</w:t>
      </w:r>
    </w:p>
    <w:p>
      <w:r>
        <w:rPr>
          <w:rFonts w:ascii="Gentium Plus" w:hAnsi="Gentium Plus"/>
          <w:sz w:val="24"/>
        </w:rPr>
        <w:t>καὶ τὴν πίσσαν τήξας καὶ μίξας ἕψε. τοῦτο τὸ φάρμακον τοῖς νενυγ‐ μένοις νεύροις ἐπιτήδειόν ἐστιν οὐ συγχωροῦν μῦσαι τὸ στόμιον τοῦ νύγματος, ὥσπερ οὐδὲ τῶν λυσσοδήκτων συνουλωθῆναι τὸ ἕλκος· ποιεῖ</w:t>
      </w:r>
    </w:p>
    <w:p>
      <w:r>
        <w:rPr>
          <w:rFonts w:ascii="Courier New" w:hAnsi="Courier New"/>
          <w:color w:val="555555"/>
          <w:sz w:val="20"/>
        </w:rPr>
        <w:t>[3 . 39 . 3]</w:t>
      </w:r>
    </w:p>
    <w:p>
      <w:r>
        <w:rPr>
          <w:rFonts w:ascii="Gentium Plus" w:hAnsi="Gentium Plus"/>
          <w:sz w:val="24"/>
        </w:rPr>
        <w:t>δ’ ἐπὶ μόνων τῶν σκληρῶν σωμάτων. εἰ δ’ ἐπὶ παιδίου νυγέντος ἢ γυναικὸς ἢ ἁπαλοσάρκου χρήσασθαι βουληθείης αὐτῷ, ἔνεστί σοι τήκειν αὐτὸ διά τινος τῶν διαφορούντων, ἀμαρακίνου, ὀποβαλσάμου ἢ ἐλαίου παλαιοῦ.</w:t>
      </w:r>
    </w:p>
    <w:p>
      <w:pPr>
        <w:jc w:val="center"/>
      </w:pPr>
      <w:r>
        <w:rPr>
          <w:rFonts w:ascii="Gentium Plus" w:hAnsi="Gentium Plus"/>
          <w:b/>
          <w:sz w:val="24"/>
        </w:rPr>
        <w:t>Πρὸς κεχαλασμένα ἄρθρα.</w:t>
      </w:r>
    </w:p>
    <w:p>
      <w:r>
        <w:rPr>
          <w:rFonts w:ascii="Courier New" w:hAnsi="Courier New"/>
          <w:color w:val="555555"/>
          <w:sz w:val="20"/>
        </w:rPr>
        <w:t>[3 . 40 . 1]</w:t>
      </w:r>
    </w:p>
    <w:p>
      <w:r>
        <w:rPr>
          <w:rFonts w:ascii="Gentium Plus" w:hAnsi="Gentium Plus"/>
          <w:sz w:val="24"/>
        </w:rPr>
        <w:t>Ἀκακίας χυλὸς ἀνεθεὶς ὕδατι καὶ καταντλούμενος ἢ βάτου ἢ μυρσίνης ἢ σιδίων ἢ σχίνου ἢ πτελέας τῶν ῥιζῶν τοῦ φλοιοῦ ἀφέψημα ἢ σίδια καταπλασθέντα ἢ μυρσίνης φύλλα σὺν κηρωτῇ μυρσίνῃ ἐπι‐ τιθέμενα.</w:t>
      </w:r>
    </w:p>
    <w:p>
      <w:pPr>
        <w:jc w:val="center"/>
      </w:pPr>
      <w:r>
        <w:rPr>
          <w:rFonts w:ascii="Gentium Plus" w:hAnsi="Gentium Plus"/>
          <w:b/>
          <w:sz w:val="24"/>
        </w:rPr>
        <w:t>Περὶ φλεγμονῆς.</w:t>
      </w:r>
    </w:p>
    <w:p>
      <w:r>
        <w:rPr>
          <w:rFonts w:ascii="Courier New" w:hAnsi="Courier New"/>
          <w:color w:val="555555"/>
          <w:sz w:val="20"/>
        </w:rPr>
        <w:t>[3 . 41 . 1]</w:t>
      </w:r>
    </w:p>
    <w:p>
      <w:r>
        <w:rPr>
          <w:rFonts w:ascii="Gentium Plus" w:hAnsi="Gentium Plus"/>
          <w:sz w:val="24"/>
        </w:rPr>
        <w:t>Ἡ μὲν ἀρχὴ τῆς φλεγμονῆς ἐστι καθ’ ὃν χρόνον πληροῦται τὸ μόριον αἱματώδους οὐσίας· ἡ δ’ αὔξησις ἡνίκα ἂν τὸ μὲν ἐπιρρέον παύσηται, τὸ 〈δ’〉 ἐν τῷ μορίῳ περιεχόμενον ἀρχὴν λάβῃ τοῦ σήπε‐ σθαι, καὶ θέρμη παρὰ φύσιν καὶ χύσις καὶ πνεῦμα γένηται καὶ</w:t>
      </w:r>
    </w:p>
    <w:p>
      <w:r>
        <w:rPr>
          <w:rFonts w:ascii="Courier New" w:hAnsi="Courier New"/>
          <w:color w:val="555555"/>
          <w:sz w:val="20"/>
        </w:rPr>
        <w:t>[5]</w:t>
      </w:r>
    </w:p>
    <w:p>
      <w:r>
        <w:rPr>
          <w:rFonts w:ascii="Gentium Plus" w:hAnsi="Gentium Plus"/>
          <w:sz w:val="24"/>
        </w:rPr>
        <w:t>τάσις τοῦ μορίου πλείων ἢ πρόσθεν· ἡ δ’ ἀκμὴ τοῦ πύου μὲν ἤδη συνισταμένου, μεγίστων δὲ γινομένων τῶν πόνων· παρακμὴ δ’ ἡνίκα</w:t>
      </w:r>
    </w:p>
    <w:p>
      <w:r>
        <w:rPr>
          <w:rFonts w:ascii="Courier New" w:hAnsi="Courier New"/>
          <w:color w:val="555555"/>
          <w:sz w:val="20"/>
        </w:rPr>
        <w:t>[3 . 41 . 2]</w:t>
      </w:r>
    </w:p>
    <w:p>
      <w:r>
        <w:rPr>
          <w:rFonts w:ascii="Gentium Plus" w:hAnsi="Gentium Plus"/>
          <w:sz w:val="24"/>
        </w:rPr>
        <w:t>διαφορούμενον τὸ ῥεῦμα τόν τε ὄγκον καὶ τὴν τάσιν ἐλαττώσῃ. κατὰ μὲν 〈οὖν〉 τὰς ἀρχὰς τῇ ἀποκρουστικῇ χρησόμεθα δυνάμει καθ’ αὑτήν· ἐν δὲ ταῖς 〈αὐξήσεσι ταύτην μὲν ἐλαττοῦν, προστιθέναι δέ τι τοῖς δια‐ φορητικοῖς· ἐν δὲ ταῖσ〉 ἀκμαῖς ἴσαις χρῆσθαι ταῖς δυνάμεσι, τῇ τε</w:t>
      </w:r>
    </w:p>
    <w:p>
      <w:r>
        <w:rPr>
          <w:rFonts w:ascii="Courier New" w:hAnsi="Courier New"/>
          <w:color w:val="555555"/>
          <w:sz w:val="20"/>
        </w:rPr>
        <w:t>[3 . 41 . 3]</w:t>
      </w:r>
    </w:p>
    <w:p>
      <w:r>
        <w:rPr>
          <w:rFonts w:ascii="Gentium Plus" w:hAnsi="Gentium Plus"/>
          <w:sz w:val="24"/>
        </w:rPr>
        <w:t>ἀποκρουστικῇ καὶ τῇ διαφορητικῇ. ὀδύνης δ’ οὔσης σφοδρᾶς, χρεία τῆς</w:t>
      </w:r>
    </w:p>
    <w:p>
      <w:r>
        <w:rPr>
          <w:rFonts w:ascii="Courier New" w:hAnsi="Courier New"/>
          <w:color w:val="555555"/>
          <w:sz w:val="20"/>
        </w:rPr>
        <w:t>[3 . 41 . 4]</w:t>
      </w:r>
    </w:p>
    <w:p>
      <w:r>
        <w:rPr>
          <w:rFonts w:ascii="Gentium Plus" w:hAnsi="Gentium Plus"/>
          <w:sz w:val="24"/>
        </w:rPr>
        <w:t>παρηγορητικῆς δυνάμεως. ἐν δὲ ταῖς παρακμαῖς τῇ διαφορητικῇ μόνῃ</w:t>
      </w:r>
    </w:p>
    <w:p>
      <w:r>
        <w:rPr>
          <w:rFonts w:ascii="Courier New" w:hAnsi="Courier New"/>
          <w:color w:val="555555"/>
          <w:sz w:val="20"/>
        </w:rPr>
        <w:t>[3 . 41 . 5]</w:t>
      </w:r>
    </w:p>
    <w:p>
      <w:r>
        <w:rPr>
          <w:rFonts w:ascii="Gentium Plus" w:hAnsi="Gentium Plus"/>
          <w:sz w:val="24"/>
        </w:rPr>
        <w:t>χρήσασθαι δεῖ μηδενὸς στύφοντος παραπλεκομένου. ἑλξίνη πρὸς πάσας</w:t>
      </w:r>
    </w:p>
    <w:p>
      <w:r>
        <w:rPr>
          <w:rFonts w:ascii="Courier New" w:hAnsi="Courier New"/>
          <w:color w:val="555555"/>
          <w:sz w:val="20"/>
        </w:rPr>
        <w:t>[3 . 41 . 6]</w:t>
      </w:r>
    </w:p>
    <w:p>
      <w:r>
        <w:rPr>
          <w:rFonts w:ascii="Gentium Plus" w:hAnsi="Gentium Plus"/>
          <w:sz w:val="24"/>
        </w:rPr>
        <w:t>φλεγμονὰς ἁρμόττει ἐν ἀρχῇ τε καὶ ἀναβάσει· γλαύκιον ὁμοίως. ἀτρά‐ φαξυς καὶ μαλάχη ταῖς μὲν ἀρχομέναις καὶ αὐξανομέναις καὶ οἷον ζεούσαις αἱ κηπευόμεναι, ταῖς δὲ παρακμαζούσαις καὶ σκληρυνομέναις</w:t>
      </w:r>
    </w:p>
    <w:p>
      <w:r>
        <w:rPr>
          <w:rFonts w:ascii="Courier New" w:hAnsi="Courier New"/>
          <w:color w:val="555555"/>
          <w:sz w:val="20"/>
        </w:rPr>
        <w:t>[3 . 41 . 7]</w:t>
      </w:r>
    </w:p>
    <w:p>
      <w:r>
        <w:rPr>
          <w:rFonts w:ascii="Gentium Plus" w:hAnsi="Gentium Plus"/>
          <w:sz w:val="24"/>
        </w:rPr>
        <w:t>καὶ ἀποψυχομέναις αἱ ἄγριαι συμφορώτεραι. θρίδαξ καὶ κολοκύντη πρὸς τὰς 〈θερμὰς ἐπιπλαττόμεναι ποιοῦσι, καὶ ἀείζῳον πρὸς τὰσ〉 ἐκ ῥεύματος φλεγμονάς, καὶ τρίβολοι ἀμφότεραι· ὁμοίως κράμβη πρὸς τὰς σκληρυνομένας.</w:t>
      </w:r>
    </w:p>
    <w:p>
      <w:pPr>
        <w:jc w:val="center"/>
      </w:pPr>
      <w:r>
        <w:rPr>
          <w:rFonts w:ascii="Gentium Plus" w:hAnsi="Gentium Plus"/>
          <w:b/>
          <w:sz w:val="24"/>
        </w:rPr>
        <w:t>Περὶ ῥευματικῆς διαθέσεως.</w:t>
      </w:r>
    </w:p>
    <w:p>
      <w:r>
        <w:rPr>
          <w:rFonts w:ascii="Courier New" w:hAnsi="Courier New"/>
          <w:color w:val="555555"/>
          <w:sz w:val="20"/>
        </w:rPr>
        <w:t>[3 . 42 . 1]</w:t>
      </w:r>
    </w:p>
    <w:p>
      <w:r>
        <w:rPr>
          <w:rFonts w:ascii="Gentium Plus" w:hAnsi="Gentium Plus"/>
          <w:sz w:val="24"/>
        </w:rPr>
        <w:t>Ἐπειδὰν ἐξαίφνης φλεγμαίνῃ τι μόριον ἄνευ τοῦ προηγήσασθαι φανερὰν αἰτίαν, τὸ μὲν ποιῆσαν τὸ πάθος ῥεῦμα καλεῖται, ῥευματικὴ δὲ διάθεσις τὸ πάθος, καὶ χρὴ μάλιστα τῶν τοιούτων φλεγμονῶν τὰς</w:t>
      </w:r>
    </w:p>
    <w:p>
      <w:r>
        <w:rPr>
          <w:rFonts w:ascii="Courier New" w:hAnsi="Courier New"/>
          <w:color w:val="555555"/>
          <w:sz w:val="20"/>
        </w:rPr>
        <w:t>[3 . 42 . 2]</w:t>
      </w:r>
    </w:p>
    <w:p>
      <w:r>
        <w:rPr>
          <w:rFonts w:ascii="Gentium Plus" w:hAnsi="Gentium Plus"/>
          <w:sz w:val="24"/>
        </w:rPr>
        <w:t>ἀρχὰς τῶν ἰάσεων εἶναι χρηστάς. κενοῦν τοίνυν χρὴ πᾶν τὸ σῶμα ταῖς ἐνδεχομέναις κενώσεσιν, αὐτὸ δὲ τὸ φλεγμαῖνον ἐπιβρέχειν τε καὶ καταπλάττειν μὴ τοῖς θερμαίνουσι καὶ ὑγραίνουσιν, ἀλλὰ τοῖς ἀπωθεῖσθαι μὲν τὸ ἐπιρρέον δυναμένοις, τὸ δ’ ἤδη περιεχόμενον ἐν</w:t>
      </w:r>
    </w:p>
    <w:p>
      <w:r>
        <w:rPr>
          <w:rFonts w:ascii="Courier New" w:hAnsi="Courier New"/>
          <w:color w:val="555555"/>
          <w:sz w:val="20"/>
        </w:rPr>
        <w:t>[5]</w:t>
      </w:r>
    </w:p>
    <w:p>
      <w:r>
        <w:rPr>
          <w:rFonts w:ascii="Gentium Plus" w:hAnsi="Gentium Plus"/>
          <w:sz w:val="24"/>
        </w:rPr>
        <w:t>τῷ πεπονθότι κενοῦν, τόνον δὲ καὶ ῥώμην ἐντιθέναι τοῖς πεπονθόσι</w:t>
      </w:r>
    </w:p>
    <w:p>
      <w:r>
        <w:rPr>
          <w:rFonts w:ascii="Courier New" w:hAnsi="Courier New"/>
          <w:color w:val="555555"/>
          <w:sz w:val="20"/>
        </w:rPr>
        <w:t>[3 . 42 . 3]</w:t>
      </w:r>
    </w:p>
    <w:p>
      <w:r>
        <w:rPr>
          <w:rFonts w:ascii="Gentium Plus" w:hAnsi="Gentium Plus"/>
          <w:sz w:val="24"/>
        </w:rPr>
        <w:t>μορίοις. καταπλάττειν οὖν τῷ δι’ ἀειζῴου καὶ λεμμάτων ῥοιᾶς ἑφθῶν</w:t>
      </w:r>
    </w:p>
    <w:p>
      <w:r>
        <w:rPr>
          <w:rFonts w:ascii="Courier New" w:hAnsi="Courier New"/>
          <w:color w:val="555555"/>
          <w:sz w:val="20"/>
        </w:rPr>
        <w:t>[3 . 42 . 4]</w:t>
      </w:r>
    </w:p>
    <w:p>
      <w:r>
        <w:rPr>
          <w:rFonts w:ascii="Gentium Plus" w:hAnsi="Gentium Plus"/>
          <w:sz w:val="24"/>
        </w:rPr>
        <w:t>ἐν οἴνῳ καὶ ῥοῦ 〈καὶ〉 ἀλφίτων συγκειμένῳ. ὀδύνης μὲν οὖν σφοδρᾶς οὐκ οὔσης, τούτῳ τε καὶ τοῖς τοιούτοις χρηστέον· σὺν ὀδύνῃ δὲ μεί‐ ζονι τοῦ μορίου ῥευματισθέντος, μηδ’ οὕτως μὲν ὕδωρ θερμὸν ἢ ἔλαιον προσφέρειν ἢ τὰ διὰ τῶν ἀλεύρων καταπλάσματα (πολέμια γὰρ ταῦτα</w:t>
      </w:r>
    </w:p>
    <w:p>
      <w:r>
        <w:rPr>
          <w:rFonts w:ascii="Courier New" w:hAnsi="Courier New"/>
          <w:color w:val="555555"/>
          <w:sz w:val="20"/>
        </w:rPr>
        <w:t>[5]</w:t>
      </w:r>
    </w:p>
    <w:p>
      <w:r>
        <w:rPr>
          <w:rFonts w:ascii="Gentium Plus" w:hAnsi="Gentium Plus"/>
          <w:sz w:val="24"/>
        </w:rPr>
        <w:t>πάντα ταῖς ῥευματικαῖς διαθέσεσιν), παραμυθεῖσθαι δὲ τὸ σφοδρὸν τῆς ὀδύνης τῷ διὰ γλυκέος καὶ ῥοδίνου καὶ κηροῦ βραχέος ἐρίοις ῥυπαροῖς ὕσσωπον πολὺν ἔχουσιν ἀναλαμβάνοντα, καὶ προσφέροντα θέρους μὲν ψυχρά, χειμῶνος δὲ χλιαρά, περιλαμβάνοντα καὶ τοὺς ἀνωτέρω τόπους τῶν πεπονθότων χωρίων σπόγγῳ βραχέντι ἢ οἴνῳ αὐστηρῷ ἢ ὀξυ‐</w:t>
      </w:r>
    </w:p>
    <w:p>
      <w:r>
        <w:rPr>
          <w:rFonts w:ascii="Courier New" w:hAnsi="Courier New"/>
          <w:color w:val="555555"/>
          <w:sz w:val="20"/>
        </w:rPr>
        <w:t>[3 . 42 . 5]</w:t>
      </w:r>
    </w:p>
    <w:p>
      <w:r>
        <w:rPr>
          <w:rFonts w:ascii="Gentium Plus" w:hAnsi="Gentium Plus"/>
          <w:sz w:val="24"/>
        </w:rPr>
        <w:t>κράτῳ ψυχρῷ. παραλλαγῆς δ’ ἐπὶ τούτοις γενομένης καὶ πύου μὴ ὑποπίπτοντος, τῷ διὰ χαλκίτεως ἐμπλαστῷ φαρμάκῳ θεραπεύειν ἤ τινι τῶν ὁμοίων τῶν πρὸς τὰ ῥεύματα ποιούντων, καθαρὸν δ’ ἔριον</w:t>
      </w:r>
    </w:p>
    <w:p>
      <w:r>
        <w:rPr>
          <w:rFonts w:ascii="Courier New" w:hAnsi="Courier New"/>
          <w:color w:val="555555"/>
          <w:sz w:val="20"/>
        </w:rPr>
        <w:t>[3 . 42 . 6]</w:t>
      </w:r>
    </w:p>
    <w:p>
      <w:r>
        <w:rPr>
          <w:rFonts w:ascii="Gentium Plus" w:hAnsi="Gentium Plus"/>
          <w:sz w:val="24"/>
        </w:rPr>
        <w:t>οἴνῳ βεβρεγμένον αὐστηρῷ ἔξωθεν ἐπιβάλλειν τοῦ φαρμάκου. τούτῳ μὲν οὖν ἰᾶσθαι τῷ τρόπῳ τὰς ἐπὶ ῥεύμασι φλεγμονάς· τὰς δ’ ἐπί τινι</w:t>
      </w:r>
    </w:p>
    <w:p>
      <w:r>
        <w:rPr>
          <w:rFonts w:ascii="Courier New" w:hAnsi="Courier New"/>
          <w:color w:val="555555"/>
          <w:sz w:val="20"/>
        </w:rPr>
        <w:t>[3 . 42 . 7]</w:t>
      </w:r>
    </w:p>
    <w:p>
      <w:r>
        <w:rPr>
          <w:rFonts w:ascii="Gentium Plus" w:hAnsi="Gentium Plus"/>
          <w:sz w:val="24"/>
        </w:rPr>
        <w:t>προσφάτῳ συνισταμένας ὑγραίνων καὶ θερμαίνων οὐ βλάψεις. εἰς ἐκ‐ πύησιν δ’ αὐτὰς ἄγειν βουλόμενος καὶ ἀλεύρῳ πυρίνῳ καταπλάσεις</w:t>
      </w:r>
    </w:p>
    <w:p>
      <w:r>
        <w:rPr>
          <w:rFonts w:ascii="Courier New" w:hAnsi="Courier New"/>
          <w:color w:val="555555"/>
          <w:sz w:val="20"/>
        </w:rPr>
        <w:t>[3 . 42 . 8]</w:t>
      </w:r>
    </w:p>
    <w:p>
      <w:r>
        <w:rPr>
          <w:rFonts w:ascii="Gentium Plus" w:hAnsi="Gentium Plus"/>
          <w:sz w:val="24"/>
        </w:rPr>
        <w:t>ἑψῶν ἐν ὑδρελαίῳ. κἄν ποτε χρεία γένηται ἀποσχάζειν αὐτάς, ἀδεῶς τοῦτο ποιήσεις· τὰς δ’ ἐπὶ ῥεύμασι φλεγμονὰς ἀποσχάσας, καὶ μάλιστα ἐν ἀρχαῖς, αἴτιος κακοῦ τινος μεγάλου γενήσῃ τῷ ἔχοντι.</w:t>
      </w:r>
    </w:p>
    <w:p>
      <w:pPr>
        <w:jc w:val="center"/>
      </w:pPr>
      <w:r>
        <w:rPr>
          <w:rFonts w:ascii="Gentium Plus" w:hAnsi="Gentium Plus"/>
          <w:b/>
          <w:sz w:val="24"/>
        </w:rPr>
        <w:t>Περὶ ἀποστημάτων.</w:t>
      </w:r>
    </w:p>
    <w:p>
      <w:r>
        <w:rPr>
          <w:rFonts w:ascii="Courier New" w:hAnsi="Courier New"/>
          <w:color w:val="555555"/>
          <w:sz w:val="20"/>
        </w:rPr>
        <w:t>[3 . 43 . 1]</w:t>
      </w:r>
    </w:p>
    <w:p>
      <w:r>
        <w:rPr>
          <w:rFonts w:ascii="Gentium Plus" w:hAnsi="Gentium Plus"/>
          <w:sz w:val="24"/>
        </w:rPr>
        <w:t>Ἐπὶ τῶν ἀποστημάτων ἐὰν δυνατόν σοι φαίνηται τὸ κωλυθῆναι τὴν ἐκπύησιν, ἄρτον ἑψήσας ἐν ὑδρελαίῳ κατάπλασσε 〈ἢ〉 κρίθινον</w:t>
      </w:r>
    </w:p>
    <w:p>
      <w:r>
        <w:rPr>
          <w:rFonts w:ascii="Courier New" w:hAnsi="Courier New"/>
          <w:color w:val="555555"/>
          <w:sz w:val="20"/>
        </w:rPr>
        <w:t>[3 . 43 . 2]</w:t>
      </w:r>
    </w:p>
    <w:p>
      <w:r>
        <w:rPr>
          <w:rFonts w:ascii="Gentium Plus" w:hAnsi="Gentium Plus"/>
          <w:sz w:val="24"/>
        </w:rPr>
        <w:t>ἀλθαίας ῥίζης ἐνεψηθείσης. ὅταν δὲ δυσεκπύητος ᾖ καὶ δυσδιαφόρητος 〈ὁ〉 ὄγκος, τῷ διὰ τῶν ἰσχάδων καταπλάσματι χρήσῃ· δεῖ δὲ γλυκείας καὶ λιπαρὰς ἑψῶντας κατατήκειν ἐν ὕδατι καὶ ποιεῖν ὅμοιον τὸ ὕδωρ μέλιτι λεπτῷ καὶ ποτὲ μὲν κρίθινον ἄλευρον μιγνύειν αὐτῷ, ποτὲ δ’</w:t>
      </w:r>
    </w:p>
    <w:p>
      <w:r>
        <w:rPr>
          <w:rFonts w:ascii="Courier New" w:hAnsi="Courier New"/>
          <w:color w:val="555555"/>
          <w:sz w:val="20"/>
        </w:rPr>
        <w:t>[5]</w:t>
      </w:r>
    </w:p>
    <w:p>
      <w:r>
        <w:rPr>
          <w:rFonts w:ascii="Gentium Plus" w:hAnsi="Gentium Plus"/>
          <w:sz w:val="24"/>
        </w:rPr>
        <w:t>ἄρτον αὐτόπυρον, καὶ εἰ διαφοροῖτο μὲν ὁ ὄγκος, ἐνδεέστερον δέ, δεῖ ταῖς ἰσχάσι συνεψεῖν ὕσσωπον ἢ ὀρίγανον· εἰ δ’ ἐπιτεῖναι βουληθείης</w:t>
      </w:r>
    </w:p>
    <w:p>
      <w:r>
        <w:rPr>
          <w:rFonts w:ascii="Courier New" w:hAnsi="Courier New"/>
          <w:color w:val="555555"/>
          <w:sz w:val="20"/>
        </w:rPr>
        <w:t>[3 . 43 . 3]</w:t>
      </w:r>
    </w:p>
    <w:p>
      <w:r>
        <w:rPr>
          <w:rFonts w:ascii="Gentium Plus" w:hAnsi="Gentium Plus"/>
          <w:sz w:val="24"/>
        </w:rPr>
        <w:t>μᾶλλον, ἅλας ἐπέμβαλε τῷ ἀφεψήματι. προσέχειν δ’ ἀκριβῶς, μὴ διὰ τὸ ξηραίνεσθαι σφοδρότερον σκιρρῶδες γίνηται τὸ μόριον, κἄν ποτέ τι τοιοῦτον θεάσῃ, συναφεψεῖν τῷ ὕδατι σικύου ἀγρίου ῥίζαν ἢ ἀλ‐</w:t>
      </w:r>
    </w:p>
    <w:p>
      <w:r>
        <w:rPr>
          <w:rFonts w:ascii="Courier New" w:hAnsi="Courier New"/>
          <w:color w:val="555555"/>
          <w:sz w:val="20"/>
        </w:rPr>
        <w:t>[3 . 43 . 4]</w:t>
      </w:r>
    </w:p>
    <w:p>
      <w:r>
        <w:rPr>
          <w:rFonts w:ascii="Gentium Plus" w:hAnsi="Gentium Plus"/>
          <w:sz w:val="24"/>
        </w:rPr>
        <w:t>θαίας ἢ βρυωνίας. ἰσχυρότερον δὲ τούτων ἡ δρακοντίου καὶ διαφορη‐</w:t>
      </w:r>
    </w:p>
    <w:p>
      <w:r>
        <w:rPr>
          <w:rFonts w:ascii="Courier New" w:hAnsi="Courier New"/>
          <w:color w:val="555555"/>
          <w:sz w:val="20"/>
        </w:rPr>
        <w:t>[3 . 43 . 5]</w:t>
      </w:r>
    </w:p>
    <w:p>
      <w:r>
        <w:rPr>
          <w:rFonts w:ascii="Gentium Plus" w:hAnsi="Gentium Plus"/>
          <w:sz w:val="24"/>
        </w:rPr>
        <w:t>τικώτερόν ἐστιν. ἐνίοτε μὲν 〈οὖν〉 τοῦτο μόνον ἐνέψεις· ἐνίοτε δὲ καὶ</w:t>
      </w:r>
    </w:p>
    <w:p>
      <w:r>
        <w:rPr>
          <w:rFonts w:ascii="Courier New" w:hAnsi="Courier New"/>
          <w:color w:val="555555"/>
          <w:sz w:val="20"/>
        </w:rPr>
        <w:t>[3 . 43 . 6]</w:t>
      </w:r>
    </w:p>
    <w:p>
      <w:r>
        <w:rPr>
          <w:rFonts w:ascii="Gentium Plus" w:hAnsi="Gentium Plus"/>
          <w:sz w:val="24"/>
        </w:rPr>
        <w:t>ἰσχάδων ἐπεμβάλλεις καὶ τὸ ἄλευρον ἀναμιγνύεις ἅμα στέατι. δια‐ φορεῖ δὲ καὶ ἀδίαντον ἀποστήματα, καὶ ἀνήθινον ἔλαιον διαφορητικόν</w:t>
      </w:r>
    </w:p>
    <w:p>
      <w:r>
        <w:rPr>
          <w:rFonts w:ascii="Courier New" w:hAnsi="Courier New"/>
          <w:color w:val="555555"/>
          <w:sz w:val="20"/>
        </w:rPr>
        <w:t>[3 . 43 . 7]</w:t>
      </w:r>
    </w:p>
    <w:p>
      <w:r>
        <w:rPr>
          <w:rFonts w:ascii="Gentium Plus" w:hAnsi="Gentium Plus"/>
          <w:sz w:val="24"/>
        </w:rPr>
        <w:t>ἐστι καὶ πεπτικὸν ὠμῶν χυμῶν καὶ ἀπέπτων ὄγκων. πίττα συμπέττει τοὺς σκληροὺς καὶ ἀπέπτους ὄγκους ἅπαντας ἐμβαλλομένη τοῖς κατα‐</w:t>
      </w:r>
    </w:p>
    <w:p>
      <w:r>
        <w:rPr>
          <w:rFonts w:ascii="Courier New" w:hAnsi="Courier New"/>
          <w:color w:val="555555"/>
          <w:sz w:val="20"/>
        </w:rPr>
        <w:t>[3 . 43 . 8]</w:t>
      </w:r>
    </w:p>
    <w:p>
      <w:r>
        <w:rPr>
          <w:rFonts w:ascii="Gentium Plus" w:hAnsi="Gentium Plus"/>
          <w:sz w:val="24"/>
        </w:rPr>
        <w:t>πλάσμασι, καὶ μᾶλλον ἡ ὑγρά. —Φάρμακον σύνθετον τὰ μὲν ἤδη πε‐ πεμμένα τῶν ἀποστημάτων ἀπόνως ἐξιποῦν ὡς πολλάκις εὑρίσκεσθαι ἐπὶ τοῦ σπληνίου πύον (τὰ δὲ 〈μὴ〉 πεπεμμένα εἰς τέλος διαφορεῖ)· λίθου</w:t>
      </w:r>
    </w:p>
    <w:p>
      <w:r>
        <w:rPr>
          <w:rFonts w:ascii="Courier New" w:hAnsi="Courier New"/>
          <w:color w:val="555555"/>
          <w:sz w:val="20"/>
        </w:rPr>
        <w:t>[3 . 43 . 9]</w:t>
      </w:r>
    </w:p>
    <w:p>
      <w:r>
        <w:rPr>
          <w:rFonts w:ascii="Gentium Plus" w:hAnsi="Gentium Plus"/>
          <w:sz w:val="24"/>
        </w:rPr>
        <w:t>πυρίτου 𐅻 ιβ, ἀμμωνιακοῦ λείου ἴσον, κυαμίνου ἀλεύρου 𐅻 ϛ. ἀναλάμ‐ βανε ῥητίνῃ ὑγρᾷ καὶ εἰς δέρμα ἐπιπλάσας ἐπιτίθει· τὸ δὲ σπληνίον</w:t>
      </w:r>
    </w:p>
    <w:p>
      <w:r>
        <w:rPr>
          <w:rFonts w:ascii="Courier New" w:hAnsi="Courier New"/>
          <w:color w:val="555555"/>
          <w:sz w:val="20"/>
        </w:rPr>
        <w:t>[3 . 43 . 10]</w:t>
      </w:r>
    </w:p>
    <w:p>
      <w:r>
        <w:rPr>
          <w:rFonts w:ascii="Gentium Plus" w:hAnsi="Gentium Plus"/>
          <w:sz w:val="24"/>
        </w:rPr>
        <w:t>μὴ ἀφαίρει, μέχρις ἂν αὐτόματον ἀποπέσῃ. δεῖ δὲ μὴ πρὸ πολλοῦ παρασκευάζειν τὸ φάρμακον· ξηραίνεται γὰρ ταχέως.</w:t>
      </w:r>
    </w:p>
    <w:p>
      <w:pPr>
        <w:jc w:val="center"/>
      </w:pPr>
      <w:r>
        <w:rPr>
          <w:rFonts w:ascii="Gentium Plus" w:hAnsi="Gentium Plus"/>
          <w:b/>
          <w:sz w:val="24"/>
        </w:rPr>
        <w:t>Πρὸς χοιράδας καὶ φύματα.</w:t>
      </w:r>
    </w:p>
    <w:p>
      <w:r>
        <w:rPr>
          <w:rFonts w:ascii="Courier New" w:hAnsi="Courier New"/>
          <w:color w:val="555555"/>
          <w:sz w:val="20"/>
        </w:rPr>
        <w:t>[3 . 44 . 1]</w:t>
      </w:r>
    </w:p>
    <w:p>
      <w:r>
        <w:rPr>
          <w:rFonts w:ascii="Gentium Plus" w:hAnsi="Gentium Plus"/>
          <w:sz w:val="24"/>
        </w:rPr>
        <w:t>Θέρμων πικρῶν ἄλευρον οὐ τὰ πελιδνὰ μόνον, ἀλλὰ καὶ χοιράδας καὶ φύματα θεραπεύει· ὄξει δ’ ἑψεῖν αὐτὸ χρὴ ἢ ὀξυμέλιτι ἢ ὀξυκράτῳ.</w:t>
      </w:r>
    </w:p>
    <w:p>
      <w:r>
        <w:rPr>
          <w:rFonts w:ascii="Courier New" w:hAnsi="Courier New"/>
          <w:color w:val="555555"/>
          <w:sz w:val="20"/>
        </w:rPr>
        <w:t>[3 . 44 . 2]</w:t>
      </w:r>
    </w:p>
    <w:p>
      <w:r>
        <w:rPr>
          <w:rFonts w:ascii="Gentium Plus" w:hAnsi="Gentium Plus"/>
          <w:sz w:val="24"/>
        </w:rPr>
        <w:t>ἰατρὸς δέ τις ἐπὶ σκληρῶν σωμάτων ἐχρῆτο βοείᾳ κόπρῳ σὺν ὄξει πρὸς χοιράδας καὶ τοὺς σκιρρώδεις ὄγκους ἅπαντας καταπλάττων.</w:t>
      </w:r>
    </w:p>
    <w:p>
      <w:r>
        <w:rPr>
          <w:rFonts w:ascii="Courier New" w:hAnsi="Courier New"/>
          <w:color w:val="555555"/>
          <w:sz w:val="20"/>
        </w:rPr>
        <w:t>[3 . 44 . 3]</w:t>
      </w:r>
    </w:p>
    <w:p>
      <w:r>
        <w:rPr>
          <w:rFonts w:ascii="Gentium Plus" w:hAnsi="Gentium Plus"/>
          <w:sz w:val="24"/>
        </w:rPr>
        <w:t>διαφορεῖ δὲ καταπλασσόμενα λεῖα ἀδίαντον, ἀτράφαξυς, ἑλξίνη, ἀλθαίας ῥίζα ἐν οἴνῳ ἑψηθεῖσα, ἀμμωνιακὸν μετὰ μέλιτος μαλαχθὲν καὶ ἐπι‐</w:t>
      </w:r>
    </w:p>
    <w:p>
      <w:r>
        <w:rPr>
          <w:rFonts w:ascii="Courier New" w:hAnsi="Courier New"/>
          <w:color w:val="555555"/>
          <w:sz w:val="20"/>
        </w:rPr>
        <w:t>[3 . 44 . 4]</w:t>
      </w:r>
    </w:p>
    <w:p>
      <w:r>
        <w:rPr>
          <w:rFonts w:ascii="Gentium Plus" w:hAnsi="Gentium Plus"/>
          <w:sz w:val="24"/>
        </w:rPr>
        <w:t>τεθέν, ἰξὸς σὺν ῥητίνῃ καὶ κηρωτῇ, ἰτέας φύλλα σὺν κηρωτῇ. ῥήσσει δὲ φύματα πρόπολις, θέρμοι πικροὶ μετ’ ὄξους καταπλασθέντες, σικύου ἀγρίου ἡ ῥίζα ἀναληφθεῖσα τερεβινθίνῃ, ῥίζα καππάρεως ὁμοίως, νίτρον</w:t>
      </w:r>
    </w:p>
    <w:p>
      <w:r>
        <w:rPr>
          <w:rFonts w:ascii="Courier New" w:hAnsi="Courier New"/>
          <w:color w:val="555555"/>
          <w:sz w:val="20"/>
        </w:rPr>
        <w:t>[3 . 44 . 5]</w:t>
      </w:r>
    </w:p>
    <w:p>
      <w:r>
        <w:rPr>
          <w:rFonts w:ascii="Gentium Plus" w:hAnsi="Gentium Plus"/>
          <w:sz w:val="24"/>
        </w:rPr>
        <w:t>μετὰ ζύμης καὶ σύκων. τὰς δ’ ἐντὸς ἀποστάσεις ῥήσσει θάλασσα μετὰ</w:t>
      </w:r>
    </w:p>
    <w:p>
      <w:r>
        <w:rPr>
          <w:rFonts w:ascii="Courier New" w:hAnsi="Courier New"/>
          <w:color w:val="555555"/>
          <w:sz w:val="20"/>
        </w:rPr>
        <w:t>[3 . 44 . 6]</w:t>
      </w:r>
    </w:p>
    <w:p>
      <w:r>
        <w:rPr>
          <w:rFonts w:ascii="Gentium Plus" w:hAnsi="Gentium Plus"/>
          <w:sz w:val="24"/>
        </w:rPr>
        <w:t>μελικράτου ποθεῖσα. χοιράδας δὲ διαφορεῖ ἄσβεστος μέλιτι ἢ γλοιῷ ἀναληφθεῖσα ἢ ἐλαίῳ ἢ στέατι χοιρείῳ, αἴρινον ἄλευρον μετὰ περι‐ στερᾶς κόπρου καὶ λινοσπέρμου ἐν οἴνῳ ἑψηθέν, ὄλυνθοι ἄγριοι καὶ</w:t>
      </w:r>
    </w:p>
    <w:p>
      <w:pPr>
        <w:jc w:val="center"/>
      </w:pPr>
      <w:r>
        <w:rPr>
          <w:rFonts w:ascii="Gentium Plus" w:hAnsi="Gentium Plus"/>
          <w:b/>
          <w:sz w:val="24"/>
        </w:rPr>
        <w:t>Πρὸς σύριγγας.</w:t>
      </w:r>
    </w:p>
    <w:p>
      <w:r>
        <w:rPr>
          <w:rFonts w:ascii="Courier New" w:hAnsi="Courier New"/>
          <w:color w:val="555555"/>
          <w:sz w:val="20"/>
        </w:rPr>
        <w:t>[3 . 45 . 1]</w:t>
      </w:r>
    </w:p>
    <w:p>
      <w:r>
        <w:rPr>
          <w:rFonts w:ascii="Gentium Plus" w:hAnsi="Gentium Plus"/>
          <w:sz w:val="24"/>
        </w:rPr>
        <w:t>Σπονδυλίου ἡ ῥίζα περιξεομένη καὶ ἐντιθεμένη συρίγγων τύλους</w:t>
      </w:r>
    </w:p>
    <w:p>
      <w:r>
        <w:rPr>
          <w:rFonts w:ascii="Courier New" w:hAnsi="Courier New"/>
          <w:color w:val="555555"/>
          <w:sz w:val="20"/>
        </w:rPr>
        <w:t>[3 . 45 . 2]</w:t>
      </w:r>
    </w:p>
    <w:p>
      <w:r>
        <w:rPr>
          <w:rFonts w:ascii="Gentium Plus" w:hAnsi="Gentium Plus"/>
          <w:sz w:val="24"/>
        </w:rPr>
        <w:t>ἀφαιρεῖ. καὶ ἐλλέβορος μέλας ἐντιθέμενος ἐν δύο καὶ τρισὶν ἡμέραις</w:t>
      </w:r>
    </w:p>
    <w:p>
      <w:r>
        <w:rPr>
          <w:rFonts w:ascii="Courier New" w:hAnsi="Courier New"/>
          <w:color w:val="555555"/>
          <w:sz w:val="20"/>
        </w:rPr>
        <w:t>[3 . 45 . 3]</w:t>
      </w:r>
    </w:p>
    <w:p>
      <w:r>
        <w:rPr>
          <w:rFonts w:ascii="Gentium Plus" w:hAnsi="Gentium Plus"/>
          <w:sz w:val="24"/>
        </w:rPr>
        <w:t>ἀφίστησι τὸν τύλον. ἐκτήκει δὲ καὶ ἰοῦ 𐅻 ιβ, ἀμμωνιακοῦ 𐅻 β· κολ‐ λύρια ποιήσας ἐντίθει ταῖς σύριγξι μετ’ ὄξους ἢ ὕδατος· ἀμόργη ἑψο‐ μένη καὶ ἐγκλυζομένη, σῶρι ὠμὸν ἢ κεκαυμένον μετ’ ὀλίγου κράματος</w:t>
      </w:r>
    </w:p>
    <w:p>
      <w:r>
        <w:rPr>
          <w:rFonts w:ascii="Courier New" w:hAnsi="Courier New"/>
          <w:color w:val="555555"/>
          <w:sz w:val="20"/>
        </w:rPr>
        <w:t>[3 . 45 . 4]</w:t>
      </w:r>
    </w:p>
    <w:p>
      <w:r>
        <w:rPr>
          <w:rFonts w:ascii="Gentium Plus" w:hAnsi="Gentium Plus"/>
          <w:sz w:val="24"/>
        </w:rPr>
        <w:t>καὶ μέλιτος ἐγκλυζόμενον. καὶ σαρκοῖ ὀμφάκιον ἐγκλυζόμενον.</w:t>
      </w:r>
    </w:p>
    <w:p>
      <w:pPr>
        <w:jc w:val="center"/>
      </w:pPr>
      <w:r>
        <w:rPr>
          <w:rFonts w:ascii="Gentium Plus" w:hAnsi="Gentium Plus"/>
          <w:b/>
          <w:sz w:val="24"/>
        </w:rPr>
        <w:t>Περὶ βουβώνων.</w:t>
      </w:r>
    </w:p>
    <w:p>
      <w:r>
        <w:rPr>
          <w:rFonts w:ascii="Courier New" w:hAnsi="Courier New"/>
          <w:color w:val="555555"/>
          <w:sz w:val="20"/>
        </w:rPr>
        <w:t>[3 . 46 . 1]</w:t>
      </w:r>
    </w:p>
    <w:p>
      <w:r>
        <w:rPr>
          <w:rFonts w:ascii="Gentium Plus" w:hAnsi="Gentium Plus"/>
          <w:sz w:val="24"/>
        </w:rPr>
        <w:t>Ὅταν βουβῶνες ἐπαναστῶσιν, εἰ μὲν πληθωρικὸν εἴη καὶ κακό‐ χυμον πᾶν τὸ σῶμα, δύσκολος ἡ θεραπεία· παραληπτέον δ’ ὅμως τὴν ἐπὶ τῶν ῥευματικῶν διαθέσεων εἰρημένην θεραπείαν· εἰ δ’ ὑγιεινὸν ἀκριβῶς, εὔκολος· θερμαίνειν γὰρ χρὴ καὶ ὑγραίνειν ὅλον τὸ σκέλος,</w:t>
      </w:r>
    </w:p>
    <w:p>
      <w:r>
        <w:rPr>
          <w:rFonts w:ascii="Courier New" w:hAnsi="Courier New"/>
          <w:color w:val="555555"/>
          <w:sz w:val="20"/>
        </w:rPr>
        <w:t>[5]</w:t>
      </w:r>
    </w:p>
    <w:p>
      <w:r>
        <w:rPr>
          <w:rFonts w:ascii="Gentium Plus" w:hAnsi="Gentium Plus"/>
          <w:sz w:val="24"/>
        </w:rPr>
        <w:t>ἵνα ἀνώδυνον γένηται, καὶ ἐπιτιθέναι τῷ μὲν ἕλκει τῆς τετραφαρμάκου θερμῆς ἐν μοτῷ λυομένης ῥοδίνῳ ἤ τινι τῶν χαλαστικῶν ἐλαίων, περι‐ ελίττειν δ’ ἐν ὅλῳ τῷ κώλῳ πίλημα ἐλαίῳ θερμῷ βεβρεγμένον ἔξωθέν τε καταπλάττειν τὸ ἕλκος καταπλάσματι θερμῷ ἐξ ἀλεύρου πυρίνου ἢ κριθίνου ἢ ἐξ ἀμφοτέρων σὺν ἐλαίῳ βραχεῖ, τὸν δ’ ἀδένα τὸν φλεγ‐</w:t>
      </w:r>
    </w:p>
    <w:p>
      <w:r>
        <w:rPr>
          <w:rFonts w:ascii="Courier New" w:hAnsi="Courier New"/>
          <w:color w:val="555555"/>
          <w:sz w:val="20"/>
        </w:rPr>
        <w:t>[10]</w:t>
      </w:r>
    </w:p>
    <w:p>
      <w:r>
        <w:rPr>
          <w:rFonts w:ascii="Gentium Plus" w:hAnsi="Gentium Plus"/>
          <w:sz w:val="24"/>
        </w:rPr>
        <w:t>μαίνειν ἠργμένον παρηγορεῖν κατ’ ἀρχὰς ἔριον ἐπιτιθέντας διαβραχὲν ἐλαίῳ θερμῷ, μὴ μεθ’ ἁλῶν, ὥς τινες ποιοῦσιν· ὕστερον γὰρ τούτοις χρησόμεθα, τοῦ πεπληγότος κώλου παρηγορηθέντος καὶ ἀνωδύνου γε‐</w:t>
      </w:r>
    </w:p>
    <w:p>
      <w:r>
        <w:rPr>
          <w:rFonts w:ascii="Courier New" w:hAnsi="Courier New"/>
          <w:color w:val="555555"/>
          <w:sz w:val="20"/>
        </w:rPr>
        <w:t>[3 . 46 . 2]</w:t>
      </w:r>
    </w:p>
    <w:p>
      <w:r>
        <w:rPr>
          <w:rFonts w:ascii="Gentium Plus" w:hAnsi="Gentium Plus"/>
          <w:sz w:val="24"/>
        </w:rPr>
        <w:t>νομένου τοῦ ἕλκους. ἐπὶ τούτοις μὲν 〈οὖν〉 ὡς τὸ πολὺ τῶν ἀδένων ἡ φλεγμονὴ λύεται· πολλάκις δὲ καὶ μείζων γίνεται καὶ ἐκπυΐσκεται.</w:t>
      </w:r>
    </w:p>
    <w:p>
      <w:r>
        <w:rPr>
          <w:rFonts w:ascii="Courier New" w:hAnsi="Courier New"/>
          <w:color w:val="555555"/>
          <w:sz w:val="20"/>
        </w:rPr>
        <w:t>[3 . 46 . 3]</w:t>
      </w:r>
    </w:p>
    <w:p>
      <w:r>
        <w:rPr>
          <w:rFonts w:ascii="Gentium Plus" w:hAnsi="Gentium Plus"/>
          <w:sz w:val="24"/>
        </w:rPr>
        <w:t>ὅταν οὖν τὸ οἷον ζέον τῆς φλεγμονῆς παύσηται, τῶν μὲν παρηγορη‐ τικῶν φαρμάκων ἀφίστασθαι, χρῆσθαι δὲ τοῖς διαφορητικοῖς, κατὰ βραχὺ μεταβαίνοντα τῶν διαφορούντων εἰς τὰ ταῖς συστάσεσιν ὑγρὰ ὅσα τοῖς ἐμμότοις ἐστὶν ὅμοια κηρωτοειδῆ· φεύγειν γὰρ ἐπὶ τούτων</w:t>
      </w:r>
    </w:p>
    <w:p>
      <w:r>
        <w:rPr>
          <w:rFonts w:ascii="Courier New" w:hAnsi="Courier New"/>
          <w:color w:val="555555"/>
          <w:sz w:val="20"/>
        </w:rPr>
        <w:t>[5]</w:t>
      </w:r>
    </w:p>
    <w:p>
      <w:r>
        <w:rPr>
          <w:rFonts w:ascii="Gentium Plus" w:hAnsi="Gentium Plus"/>
          <w:sz w:val="24"/>
        </w:rPr>
        <w:t>δεῖ τὰς σκληρὰς ἐμπλάστρους· συντείνουσι γὰρ τὰ μόρια καὶ αὖθις</w:t>
      </w:r>
    </w:p>
    <w:p>
      <w:r>
        <w:rPr>
          <w:rFonts w:ascii="Courier New" w:hAnsi="Courier New"/>
          <w:color w:val="555555"/>
          <w:sz w:val="20"/>
        </w:rPr>
        <w:t>[3 . 46 . 4]</w:t>
      </w:r>
    </w:p>
    <w:p>
      <w:r>
        <w:rPr>
          <w:rFonts w:ascii="Gentium Plus" w:hAnsi="Gentium Plus"/>
          <w:sz w:val="24"/>
        </w:rPr>
        <w:t>φλεγμαίνειν ἀναγκάζουσιν. κἂν ἱκανὸν δ’ ᾖ τὸ πύον κατὰ τὸ δια‐ πυῆσαν μόριον, οὐ χρὴ διαιρεῖν εὐθύς, ὥς τινες ποιοῦσιν, ἀλλ’ ἐπι‐</w:t>
      </w:r>
    </w:p>
    <w:p>
      <w:r>
        <w:rPr>
          <w:rFonts w:ascii="Courier New" w:hAnsi="Courier New"/>
          <w:color w:val="555555"/>
          <w:sz w:val="20"/>
        </w:rPr>
        <w:t>[3 . 46 . 5]</w:t>
      </w:r>
    </w:p>
    <w:p>
      <w:r>
        <w:rPr>
          <w:rFonts w:ascii="Gentium Plus" w:hAnsi="Gentium Plus"/>
          <w:sz w:val="24"/>
        </w:rPr>
        <w:t>χειρεῖν διαφορεῖν φαρμάκοις. διαφορεῖ δὲ πάτος ταχέως τὸν ὄγκον</w:t>
      </w:r>
    </w:p>
    <w:p>
      <w:r>
        <w:rPr>
          <w:rFonts w:ascii="Courier New" w:hAnsi="Courier New"/>
          <w:color w:val="555555"/>
          <w:sz w:val="20"/>
        </w:rPr>
        <w:t>[3 . 46 . 6]</w:t>
      </w:r>
    </w:p>
    <w:p>
      <w:r>
        <w:rPr>
          <w:rFonts w:ascii="Gentium Plus" w:hAnsi="Gentium Plus"/>
          <w:sz w:val="24"/>
        </w:rPr>
        <w:t>κατὰ τῶν βουβώνων ἐπιτιθέμενος. τοὺς μὲν οὖν ἐπὶ προσκόμμασι καὶ ἑλκυδρίοις βουβῶνας καὶ πυρετοὺς ἀκινδύνους νομιστέον, κακοὺς δὲ</w:t>
      </w:r>
    </w:p>
    <w:p>
      <w:pPr>
        <w:jc w:val="center"/>
      </w:pPr>
      <w:r>
        <w:rPr>
          <w:rFonts w:ascii="Gentium Plus" w:hAnsi="Gentium Plus"/>
          <w:b/>
          <w:sz w:val="24"/>
        </w:rPr>
        <w:t>Περὶ ἐρυσιπελάτων.</w:t>
      </w:r>
    </w:p>
    <w:p>
      <w:r>
        <w:rPr>
          <w:rFonts w:ascii="Courier New" w:hAnsi="Courier New"/>
          <w:color w:val="555555"/>
          <w:sz w:val="20"/>
        </w:rPr>
        <w:t>[3 . 47 . 1]</w:t>
      </w:r>
    </w:p>
    <w:p>
      <w:r>
        <w:rPr>
          <w:rFonts w:ascii="Gentium Plus" w:hAnsi="Gentium Plus"/>
          <w:sz w:val="24"/>
        </w:rPr>
        <w:t>Παχὺς καὶ δριμὺς χυμὸς ἐπιρρεύσας ἀπεργάζεται τὸ ἐρυσίπελας,</w:t>
      </w:r>
    </w:p>
    <w:p>
      <w:r>
        <w:rPr>
          <w:rFonts w:ascii="Courier New" w:hAnsi="Courier New"/>
          <w:color w:val="555555"/>
          <w:sz w:val="20"/>
        </w:rPr>
        <w:t>[3 . 47 . 2]</w:t>
      </w:r>
    </w:p>
    <w:p>
      <w:r>
        <w:rPr>
          <w:rFonts w:ascii="Gentium Plus" w:hAnsi="Gentium Plus"/>
          <w:sz w:val="24"/>
        </w:rPr>
        <w:t>ποτὲ μὲν χωρὶς ἕλκους, ποτὲ δὲ μεθ’ ἕλκους. θεραπεύειν οὖν αὐτὸ χολαγωγῷ πρότερον χρωμένους καθαρτηρίῳ, εἶθ’ οὕτως ἀποκρουομέ‐</w:t>
      </w:r>
    </w:p>
    <w:p>
      <w:r>
        <w:rPr>
          <w:rFonts w:ascii="Courier New" w:hAnsi="Courier New"/>
          <w:color w:val="555555"/>
          <w:sz w:val="20"/>
        </w:rPr>
        <w:t>[3 . 47 . 3]</w:t>
      </w:r>
    </w:p>
    <w:p>
      <w:r>
        <w:rPr>
          <w:rFonts w:ascii="Gentium Plus" w:hAnsi="Gentium Plus"/>
          <w:sz w:val="24"/>
        </w:rPr>
        <w:t>νους τὸ ἐπιρρέον διὰ τῶν ψυχόντων. δεῖ δὲ μεταβαίνειν ἀπὸ τῶν ψυχόντων ἐπὶ τὰ διαφοροῦντα πρὶν πελιδνὸν ἢ καὶ μέλαν γενέσθαι</w:t>
      </w:r>
    </w:p>
    <w:p>
      <w:r>
        <w:rPr>
          <w:rFonts w:ascii="Courier New" w:hAnsi="Courier New"/>
          <w:color w:val="555555"/>
          <w:sz w:val="20"/>
        </w:rPr>
        <w:t>[3 . 47 . 4]</w:t>
      </w:r>
    </w:p>
    <w:p>
      <w:r>
        <w:rPr>
          <w:rFonts w:ascii="Gentium Plus" w:hAnsi="Gentium Plus"/>
          <w:sz w:val="24"/>
        </w:rPr>
        <w:t>τὸ μόριον. χρῄζει δὲ τὰ ἐρυσιπέλατα ψυχόντων μεθ’ ὑγρότητος ἄνευ στύψεως, οἷόν ἐστιν ἀείζῳον καὶ ἀνδράχνη καὶ ψύλλιον ὅ τε ἀπὸ τῶν τελμάτων φακὸς καὶ κοτυληδὼν στρύχνον τε καὶ ὑοσκύαμος καὶ θρι‐ δακίνη καὶ τεῦτλον καὶ γλαύκιον αἵ τε δι’ ὕδατος πάνυ ψυχροῦ κη‐</w:t>
      </w:r>
    </w:p>
    <w:p>
      <w:r>
        <w:rPr>
          <w:rFonts w:ascii="Courier New" w:hAnsi="Courier New"/>
          <w:color w:val="555555"/>
          <w:sz w:val="20"/>
        </w:rPr>
        <w:t>[3 . 47 . 5]</w:t>
      </w:r>
    </w:p>
    <w:p>
      <w:r>
        <w:rPr>
          <w:rFonts w:ascii="Gentium Plus" w:hAnsi="Gentium Plus"/>
          <w:sz w:val="24"/>
        </w:rPr>
        <w:t>ρωταί. μίγνυται δὲ καὶ ὀποῦ τι τούτοις καὶ χυλοῦ μήκωνος καὶ κω‐ νείου καὶ μανδραγόρου, καὶ γίνεται σύνθετα φάρμακα.</w:t>
      </w:r>
    </w:p>
    <w:p>
      <w:pPr>
        <w:jc w:val="center"/>
      </w:pPr>
      <w:r>
        <w:rPr>
          <w:rFonts w:ascii="Gentium Plus" w:hAnsi="Gentium Plus"/>
          <w:b/>
          <w:sz w:val="24"/>
        </w:rPr>
        <w:t>Ψύχουσα κηρωτή.</w:t>
      </w:r>
    </w:p>
    <w:p>
      <w:r>
        <w:rPr>
          <w:rFonts w:ascii="Courier New" w:hAnsi="Courier New"/>
          <w:color w:val="555555"/>
          <w:sz w:val="20"/>
        </w:rPr>
        <w:t>[3 . 48 . 1]</w:t>
      </w:r>
    </w:p>
    <w:p>
      <w:r>
        <w:rPr>
          <w:rFonts w:ascii="Gentium Plus" w:hAnsi="Gentium Plus"/>
          <w:sz w:val="24"/>
        </w:rPr>
        <w:t>Τήξαντας ἐλαίῳ κηρὸν ὡς ἔνι μάλιστα καθαρόν, ποιεῖν χρὴ κη‐ ρωτὴν ὑγρὰν καὶ ψύξαντας ἐν θυίᾳ μαλάττειν ταῖς χερσίν, ὕδωρ</w:t>
      </w:r>
    </w:p>
    <w:p>
      <w:r>
        <w:rPr>
          <w:rFonts w:ascii="Courier New" w:hAnsi="Courier New"/>
          <w:color w:val="555555"/>
          <w:sz w:val="20"/>
        </w:rPr>
        <w:t>[3 . 48 . 2]</w:t>
      </w:r>
    </w:p>
    <w:p>
      <w:r>
        <w:rPr>
          <w:rFonts w:ascii="Gentium Plus" w:hAnsi="Gentium Plus"/>
          <w:sz w:val="24"/>
        </w:rPr>
        <w:t>ψυχρὸν παραχέοντας, ὅσον ἂν ἡ κηρωτὴ καταδέξασθαι δύνηται. κάλ‐ λιον δ’ εἶναι τὸ ῥόδινον ἐξ ὀμφακίνου χωρὶς ἁλῶν, καὶ τριπλάσιον ἢ</w:t>
      </w:r>
    </w:p>
    <w:p>
      <w:r>
        <w:rPr>
          <w:rFonts w:ascii="Courier New" w:hAnsi="Courier New"/>
          <w:color w:val="555555"/>
          <w:sz w:val="20"/>
        </w:rPr>
        <w:t>[3 . 48 . 3]</w:t>
      </w:r>
    </w:p>
    <w:p>
      <w:r>
        <w:rPr>
          <w:rFonts w:ascii="Gentium Plus" w:hAnsi="Gentium Plus"/>
          <w:sz w:val="24"/>
        </w:rPr>
        <w:t>τετραπλάσιον εἶναι τοῦ κηροῦ τὸ ῥόδινον. εἰ δὲ καὶ ὄξους βραχύ τι μῖξαι βουληθείης λεπτοῦ καὶ διαυγοῦς, ἔτι καὶ μᾶλλον ὑγρὸν καὶ ψυ‐</w:t>
      </w:r>
    </w:p>
    <w:p>
      <w:r>
        <w:rPr>
          <w:rFonts w:ascii="Courier New" w:hAnsi="Courier New"/>
          <w:color w:val="555555"/>
          <w:sz w:val="20"/>
        </w:rPr>
        <w:t>[3 . 48 . 4]</w:t>
      </w:r>
    </w:p>
    <w:p>
      <w:r>
        <w:rPr>
          <w:rFonts w:ascii="Gentium Plus" w:hAnsi="Gentium Plus"/>
          <w:sz w:val="24"/>
        </w:rPr>
        <w:t>χρὸν ἀποτελέσεις τὸ φάρμακον. τοῦτο δ’ ἐπιτήδειόν ἐστιν οὐ μόνον τοῖς ἐρυσιπέλασιν, ἀλλὰ καὶ τοῖς ἑκτικοῖς πυρετοῖς καὶ φλεγμοναῖς ταῖς</w:t>
      </w:r>
    </w:p>
    <w:p>
      <w:r>
        <w:rPr>
          <w:rFonts w:ascii="Courier New" w:hAnsi="Courier New"/>
          <w:color w:val="555555"/>
          <w:sz w:val="20"/>
        </w:rPr>
        <w:t>[3 . 48 . 5]</w:t>
      </w:r>
    </w:p>
    <w:p>
      <w:r>
        <w:rPr>
          <w:rFonts w:ascii="Gentium Plus" w:hAnsi="Gentium Plus"/>
          <w:sz w:val="24"/>
        </w:rPr>
        <w:t>ἐν αἰδοίοις κατ’ ἀρχὰς πρὶν νομώδη τινὰ διάθεσιν συστῆναι. καὶ ψύχουσαι δὲ πόαι μετ’ ἀλφίτων λεπτῶν ἐμψύχουσιν ἱκανῶς, καὶ φοί‐ νικες λιπαροὶ τοῦ ὑμενοειδοῦς αὐτῶν ἐξαιρεθέντος δι’ ἑψήσεως τακεροὶ γενηθέντες, εἶτα λειωθέντες καὶ ἐπιτεθέντες· ξηρότεροι δ’ εἰ φανεῖεν</w:t>
      </w:r>
    </w:p>
    <w:p>
      <w:r>
        <w:rPr>
          <w:rFonts w:ascii="Courier New" w:hAnsi="Courier New"/>
          <w:color w:val="555555"/>
          <w:sz w:val="20"/>
        </w:rPr>
        <w:t>[3 . 48 . 6]</w:t>
      </w:r>
    </w:p>
    <w:p>
      <w:r>
        <w:rPr>
          <w:rFonts w:ascii="Gentium Plus" w:hAnsi="Gentium Plus"/>
          <w:sz w:val="24"/>
        </w:rPr>
        <w:t>κατὰ τὴν σύστασιν, τῆς προειρημένης κηρωτῆς μίξεις. παυσαμένης δὲ τῆς φλεγμονῆς πρὶν πελιδνὸν 〈γενέσθαι τὸ μόριον, καταπλάττειν δι’ ὠμῆς λύσεως· εἰ δὲ καὶ φθάσειε γενέσθαι πελιδνόν〉, ἀποσχάζοντα κατα‐ πλάττειν οὕτως, καταντλεῖν δὲ δι’ ὕδατος θερμοῦ γλυκέος, ἐνίοτε δὲ</w:t>
      </w:r>
    </w:p>
    <w:p>
      <w:r>
        <w:rPr>
          <w:rFonts w:ascii="Courier New" w:hAnsi="Courier New"/>
          <w:color w:val="555555"/>
          <w:sz w:val="20"/>
        </w:rPr>
        <w:t>[5]</w:t>
      </w:r>
    </w:p>
    <w:p>
      <w:r>
        <w:rPr>
          <w:rFonts w:ascii="Gentium Plus" w:hAnsi="Gentium Plus"/>
          <w:sz w:val="24"/>
        </w:rPr>
        <w:t>θαλάττῃ ἢ ἅλμῃ, καί ποτε καὶ τῷ καταπλάσματι μιγνύναι τούτων.</w:t>
      </w:r>
    </w:p>
    <w:p>
      <w:pPr>
        <w:jc w:val="center"/>
      </w:pPr>
      <w:r>
        <w:rPr>
          <w:rFonts w:ascii="Gentium Plus" w:hAnsi="Gentium Plus"/>
          <w:b/>
          <w:sz w:val="24"/>
        </w:rPr>
        <w:t>Περὶ ἕρπητος.</w:t>
      </w:r>
    </w:p>
    <w:p>
      <w:r>
        <w:rPr>
          <w:rFonts w:ascii="Courier New" w:hAnsi="Courier New"/>
          <w:color w:val="555555"/>
          <w:sz w:val="20"/>
        </w:rPr>
        <w:t>[3 . 49 . 1]</w:t>
      </w:r>
    </w:p>
    <w:p>
      <w:r>
        <w:rPr>
          <w:rFonts w:ascii="Gentium Plus" w:hAnsi="Gentium Plus"/>
          <w:sz w:val="24"/>
        </w:rPr>
        <w:t>Δριμύς ἐστι χυμὸς ὁ καὶ τὸν ἕρπητα ποιῶν, ἀλλ’ ἐὰν μὲν ἄμικτος ἡ χολὴ συρρέουσα τύχῃ, τῇ σφοδρᾷ δριμύτητι τὸν ἐσθιόμενον ἕρπητα συνίστησι μετ’ ἀναβρώσεως τὸ συνεχὲς τοῦ δέρματος ἐπιλαμβάνουσα</w:t>
      </w:r>
    </w:p>
    <w:p>
      <w:r>
        <w:rPr>
          <w:rFonts w:ascii="Courier New" w:hAnsi="Courier New"/>
          <w:color w:val="555555"/>
          <w:sz w:val="20"/>
        </w:rPr>
        <w:t>[5]</w:t>
      </w:r>
    </w:p>
    <w:p>
      <w:r>
        <w:rPr>
          <w:rFonts w:ascii="Gentium Plus" w:hAnsi="Gentium Plus"/>
          <w:sz w:val="24"/>
        </w:rPr>
        <w:t>ἕτερον ἕρπητα τὸν ὀνομαζόμενον κεγχρίαν ἀποτελεῖ, κέγχροις ὁμοίας</w:t>
      </w:r>
    </w:p>
    <w:p>
      <w:r>
        <w:rPr>
          <w:rFonts w:ascii="Courier New" w:hAnsi="Courier New"/>
          <w:color w:val="555555"/>
          <w:sz w:val="20"/>
        </w:rPr>
        <w:t>[3 . 49 . 2]</w:t>
      </w:r>
    </w:p>
    <w:p>
      <w:r>
        <w:rPr>
          <w:rFonts w:ascii="Gentium Plus" w:hAnsi="Gentium Plus"/>
          <w:sz w:val="24"/>
        </w:rPr>
        <w:t>ἐξοχὰς κατὰ τὸ δέρμα ποιοῦντα. ὁ μὲν οὖν καθαίρων πᾶν τὸ σῶμα πρότερον, εἶθ’ ἑξῆς προσάγων τὰ ἀποκρουστικὰ τοῖς πεπονθόσι μορίοις, οὗτος ἰάσεται τὸν ἕρπητα προσηκόντως· ὁ δ’ εὐθὺς τοῖς ἐπουλοῦσι τὴν ἡλκωμένην ἐπιδερμίδα χρώμενος ταύτην μὲν ἰᾶται, τὴν δ’ ἐφεξῆς</w:t>
      </w:r>
    </w:p>
    <w:p>
      <w:r>
        <w:rPr>
          <w:rFonts w:ascii="Courier New" w:hAnsi="Courier New"/>
          <w:color w:val="555555"/>
          <w:sz w:val="20"/>
        </w:rPr>
        <w:t>[3 . 49 . 3]</w:t>
      </w:r>
    </w:p>
    <w:p>
      <w:r>
        <w:rPr>
          <w:rFonts w:ascii="Gentium Plus" w:hAnsi="Gentium Plus"/>
          <w:sz w:val="24"/>
        </w:rPr>
        <w:t>οὐ κωλύσει διάθεσιν ἔχειν ὁμοίαν τῇ προτέρᾳ. κενώσομεν οὖν τὸ σῶμα πᾶν τοῖς ἐρυσιπέλασιν ὁμοίως, τοῖς δὲ πεπονθόσι τόποις οὐ τὰ αὐτὰ προσάξομεν· ψύχεσθαι μὲν γὰρ δέονται παραπλησίως τοῖς ἐρυσι‐</w:t>
      </w:r>
    </w:p>
    <w:p>
      <w:r>
        <w:rPr>
          <w:rFonts w:ascii="Courier New" w:hAnsi="Courier New"/>
          <w:color w:val="555555"/>
          <w:sz w:val="20"/>
        </w:rPr>
        <w:t>[3 . 49 . 4]</w:t>
      </w:r>
    </w:p>
    <w:p>
      <w:r>
        <w:rPr>
          <w:rFonts w:ascii="Gentium Plus" w:hAnsi="Gentium Plus"/>
          <w:sz w:val="24"/>
        </w:rPr>
        <w:t>πέλασιν, οὐκέτι δὲ καὶ ὑγραίνεσθαι φέρουσιν. κατάλληλα δ’ αὐτοῖς τὰ ψύχοντα καὶ ξηραίνοντα· μήτε οὖν θριδακίνην προσαγέτω τις μήτε φακὸν τὸν ἐπὶ τῶν τελμάτων ὡς ψυχόντων καὶ ὑγραινόντων, ἀλλὰ κατ’ ἀρχὰς μὲν ἕλικας ἀμπέλων καὶ βάτων καὶ ἀρνογλώσσου κατα‐</w:t>
      </w:r>
    </w:p>
    <w:p>
      <w:r>
        <w:rPr>
          <w:rFonts w:ascii="Courier New" w:hAnsi="Courier New"/>
          <w:color w:val="555555"/>
          <w:sz w:val="20"/>
        </w:rPr>
        <w:t>[5]</w:t>
      </w:r>
    </w:p>
    <w:p>
      <w:r>
        <w:rPr>
          <w:rFonts w:ascii="Gentium Plus" w:hAnsi="Gentium Plus"/>
          <w:sz w:val="24"/>
        </w:rPr>
        <w:t>πλάττειν, ὕστερον δὲ φακὴν τούτοις μιγνύειν καί ποτε καὶ μέλιτος καὶ ἀλφίτων καὶ τὸ προγεγραμμένον πρὸς τὰς ἐκ ῥευμάτων φλεγ‐ μονὰς κατάπλασμα χωρὶς τοῦ ἀειζῴου· τὰ δ’ ἡλκωμένα τοῖς φαρμά‐ κοις ἐπιχρίειν τοῖς πρὸς ἕρπητας ποιοῦσι τροχίσκοις λυομένοις γλυκεῖ</w:t>
      </w:r>
    </w:p>
    <w:p>
      <w:r>
        <w:rPr>
          <w:rFonts w:ascii="Courier New" w:hAnsi="Courier New"/>
          <w:color w:val="555555"/>
          <w:sz w:val="20"/>
        </w:rPr>
        <w:t>[3 . 49 . 5]</w:t>
      </w:r>
    </w:p>
    <w:p>
      <w:r>
        <w:rPr>
          <w:rFonts w:ascii="Gentium Plus" w:hAnsi="Gentium Plus"/>
          <w:sz w:val="24"/>
        </w:rPr>
        <w:t>ἢ οἴνῳ λεπτῷ καὶ αὐστηρῷ μὴ παλαιῷ ἢ ὀξυκράτῳ ὑδαρεῖ. χρονίων δ’ ὄντων τῶν τοιούτων ἤδη ἑλκῶν, ἐπιτήδειος ὅ τε τοῦ Μούσα καὶ</w:t>
      </w:r>
    </w:p>
    <w:p>
      <w:r>
        <w:rPr>
          <w:rFonts w:ascii="Courier New" w:hAnsi="Courier New"/>
          <w:color w:val="555555"/>
          <w:sz w:val="20"/>
        </w:rPr>
        <w:t>[3 . 49 . 6]</w:t>
      </w:r>
    </w:p>
    <w:p>
      <w:r>
        <w:rPr>
          <w:rFonts w:ascii="Gentium Plus" w:hAnsi="Gentium Plus"/>
          <w:sz w:val="24"/>
        </w:rPr>
        <w:t>ὁ τοῦ Ἄνδρωνος τροχίσκος. τὰ ἐπιπολῆς δὲ μόνον ἑλκώσαντος τοῦ ἕρπητος, εἰ μὴ πάνυ χρόνιος τυγχάνει, μὴ καταχρίειν μηδενὶ τούτων (ἰσχυροτέρα γάρ ἐστι καὶ ξηραίνει πλέον ἢ δεῖ), προσφέρειν δὲ τοῖς τοιούτοις ἕρπησι γλαύκιόν τε καὶ τὰ τούτῳ παραπλήσια, μάλιστα μὲν</w:t>
      </w:r>
    </w:p>
    <w:p>
      <w:r>
        <w:rPr>
          <w:rFonts w:ascii="Courier New" w:hAnsi="Courier New"/>
          <w:color w:val="555555"/>
          <w:sz w:val="20"/>
        </w:rPr>
        <w:t>[3 . 49 . 7]</w:t>
      </w:r>
    </w:p>
    <w:p>
      <w:r>
        <w:rPr>
          <w:rFonts w:ascii="Gentium Plus" w:hAnsi="Gentium Plus"/>
          <w:sz w:val="24"/>
        </w:rPr>
        <w:t>ἀνιέντας ὕδατι· μηδὲν δ’ ἀνύοντος, ὄξους παραπλέκειν. καὶ χυλῷ δ’</w:t>
      </w:r>
    </w:p>
    <w:p>
      <w:r>
        <w:rPr>
          <w:rFonts w:ascii="Courier New" w:hAnsi="Courier New"/>
          <w:color w:val="555555"/>
          <w:sz w:val="20"/>
        </w:rPr>
        <w:t>[3 . 49 . 8]</w:t>
      </w:r>
    </w:p>
    <w:p>
      <w:r>
        <w:rPr>
          <w:rFonts w:ascii="Gentium Plus" w:hAnsi="Gentium Plus"/>
          <w:sz w:val="24"/>
        </w:rPr>
        <w:t>ἀρνογλώσσου 〈ἢ〉 στρύχνου διεὶς ὀνήσεις οὐ μικρῶς. λίνου σπέρμα</w:t>
      </w:r>
    </w:p>
    <w:p>
      <w:r>
        <w:rPr>
          <w:rFonts w:ascii="Courier New" w:hAnsi="Courier New"/>
          <w:color w:val="555555"/>
          <w:sz w:val="20"/>
        </w:rPr>
        <w:t>[3 . 49 . 9]</w:t>
      </w:r>
    </w:p>
    <w:p>
      <w:r>
        <w:rPr>
          <w:rFonts w:ascii="Gentium Plus" w:hAnsi="Gentium Plus"/>
          <w:sz w:val="24"/>
        </w:rPr>
        <w:t>φώξας καὶ ἐν οἴνῳ καὶ ἐλαίῳ ἑψήσας καὶ λεάνας ἐπιτίθει· ἢ γῆν</w:t>
      </w:r>
    </w:p>
    <w:p>
      <w:r>
        <w:rPr>
          <w:rFonts w:ascii="Courier New" w:hAnsi="Courier New"/>
          <w:color w:val="555555"/>
          <w:sz w:val="20"/>
        </w:rPr>
        <w:t>[3 . 49 . 10]</w:t>
      </w:r>
    </w:p>
    <w:p>
      <w:r>
        <w:rPr>
          <w:rFonts w:ascii="Gentium Plus" w:hAnsi="Gentium Plus"/>
          <w:sz w:val="24"/>
        </w:rPr>
        <w:t>Κιμωλίαν στρύχνου χυλῷ διεὶς κατάχριε· ἢ λιθαργύρου 𐅻 δ καὶ πράσου χυλοῦ 𐆂ο 𐅶 καὶ τεύτλου χυλοῦ τὸ ἴσον κατάχριε λεάνας.</w:t>
      </w:r>
    </w:p>
    <w:p>
      <w:pPr>
        <w:jc w:val="center"/>
      </w:pPr>
      <w:r>
        <w:rPr>
          <w:rFonts w:ascii="Gentium Plus" w:hAnsi="Gentium Plus"/>
          <w:b/>
          <w:sz w:val="24"/>
        </w:rPr>
        <w:t>Περὶ σκίρρων.</w:t>
      </w:r>
    </w:p>
    <w:p>
      <w:r>
        <w:rPr>
          <w:rFonts w:ascii="Courier New" w:hAnsi="Courier New"/>
          <w:color w:val="555555"/>
          <w:sz w:val="20"/>
        </w:rPr>
        <w:t>[3 . 50 . 1]</w:t>
      </w:r>
    </w:p>
    <w:p>
      <w:r>
        <w:rPr>
          <w:rFonts w:ascii="Gentium Plus" w:hAnsi="Gentium Plus"/>
          <w:sz w:val="24"/>
        </w:rPr>
        <w:t>Σκληρὸς οὕτως ἐστὶν ὥσπερ ὀστοῦν· ἔστι δὲ καὶ ἀναίσθητος, καὶ ὅ γε τοιοῦτος ἀνίατος παντάπασιν· ὁ δ’ ἔχων κἂν ἀμυδρὰν γοῦν</w:t>
      </w:r>
    </w:p>
    <w:p>
      <w:r>
        <w:rPr>
          <w:rFonts w:ascii="Courier New" w:hAnsi="Courier New"/>
          <w:color w:val="555555"/>
          <w:sz w:val="20"/>
        </w:rPr>
        <w:t>[3 . 50 . 2]</w:t>
      </w:r>
    </w:p>
    <w:p>
      <w:r>
        <w:rPr>
          <w:rFonts w:ascii="Gentium Plus" w:hAnsi="Gentium Plus"/>
          <w:sz w:val="24"/>
        </w:rPr>
        <w:t>αἴσθησιν ὑπὸ τῶν διαφορούντων θεραπευθήσεται φαρμάκων. ἀλλὰ τὰ διαφοροῦντα καὶ ἀθρόως κενοῦντα χωρὶς τοῦ μαλάττειν ἐν μὲν ταῖς πρώταις ὀλίγαις ἡμέραις ἐλαττοῦν δοκεῖ τὸν ὄγκον· τὸ δ’ ὑπόλοιπον τῆς διαθέσεως ἀνίατον καθίσταται, παντὸς τοῦ λεπτομεροῦς διαφορη‐</w:t>
      </w:r>
    </w:p>
    <w:p>
      <w:r>
        <w:rPr>
          <w:rFonts w:ascii="Courier New" w:hAnsi="Courier New"/>
          <w:color w:val="555555"/>
          <w:sz w:val="20"/>
        </w:rPr>
        <w:t>[5]</w:t>
      </w:r>
    </w:p>
    <w:p>
      <w:r>
        <w:rPr>
          <w:rFonts w:ascii="Gentium Plus" w:hAnsi="Gentium Plus"/>
          <w:sz w:val="24"/>
        </w:rPr>
        <w:t>θέντος· διὰ τοῦτο ἐπιτηδειότερα τῶν φαρμάκων ἐστὶν ὅσα μετὰ τοῦ</w:t>
      </w:r>
    </w:p>
    <w:p>
      <w:r>
        <w:rPr>
          <w:rFonts w:ascii="Courier New" w:hAnsi="Courier New"/>
          <w:color w:val="555555"/>
          <w:sz w:val="20"/>
        </w:rPr>
        <w:t>[3 . 50 . 3]</w:t>
      </w:r>
    </w:p>
    <w:p>
      <w:r>
        <w:rPr>
          <w:rFonts w:ascii="Gentium Plus" w:hAnsi="Gentium Plus"/>
          <w:sz w:val="24"/>
        </w:rPr>
        <w:t>μαλάττειν καὶ διαφορεῖν πέφυκεν. μαλακτικὰ μὲν οὖν ἐστιν ἐλάφειον</w:t>
      </w:r>
    </w:p>
    <w:p>
      <w:r>
        <w:rPr>
          <w:rFonts w:ascii="Courier New" w:hAnsi="Courier New"/>
          <w:color w:val="555555"/>
          <w:sz w:val="20"/>
        </w:rPr>
        <w:t>[3 . 50 . 4]</w:t>
      </w:r>
    </w:p>
    <w:p>
      <w:r>
        <w:rPr>
          <w:rFonts w:ascii="Gentium Plus" w:hAnsi="Gentium Plus"/>
          <w:sz w:val="24"/>
        </w:rPr>
        <w:t>αἰγεία κόπρος σὺν ὀξυκράτῳ. συντίθεται δὲ φάρμακα παρὰ τῶν ἰατρῶν πρὸς ἀμφοτέρους 〈τοὺσ〉 σκοποὺς ἁρμόττοντα, τόν τε τῆς τοῦ σκίρρου διαλύσεως καὶ τὸν τῆς διαφορήσεως.</w:t>
      </w:r>
    </w:p>
    <w:p>
      <w:pPr>
        <w:jc w:val="center"/>
      </w:pPr>
      <w:r>
        <w:rPr>
          <w:rFonts w:ascii="Gentium Plus" w:hAnsi="Gentium Plus"/>
          <w:b/>
          <w:sz w:val="24"/>
        </w:rPr>
        <w:t>Περὶ οἰδημάτων.</w:t>
      </w:r>
    </w:p>
    <w:p>
      <w:r>
        <w:rPr>
          <w:rFonts w:ascii="Courier New" w:hAnsi="Courier New"/>
          <w:color w:val="555555"/>
          <w:sz w:val="20"/>
        </w:rPr>
        <w:t>[3 . 51 . 1]</w:t>
      </w:r>
    </w:p>
    <w:p>
      <w:r>
        <w:rPr>
          <w:rFonts w:ascii="Gentium Plus" w:hAnsi="Gentium Plus"/>
          <w:sz w:val="24"/>
        </w:rPr>
        <w:t>Ῥεῦμα φλεγματῶδες τὸ οἴδημα γεννᾷ, χαῦνον ὄγκον καὶ εἴκοντα καὶ βοθρούμενον καὶ τὰς ἐκπιέσεις τῶν δακτύλων· ἔστι δὲ καὶ ἀνώ‐</w:t>
      </w:r>
    </w:p>
    <w:p>
      <w:r>
        <w:rPr>
          <w:rFonts w:ascii="Courier New" w:hAnsi="Courier New"/>
          <w:color w:val="555555"/>
          <w:sz w:val="20"/>
        </w:rPr>
        <w:t>[3 . 51 . 2]</w:t>
      </w:r>
    </w:p>
    <w:p>
      <w:r>
        <w:rPr>
          <w:rFonts w:ascii="Gentium Plus" w:hAnsi="Gentium Plus"/>
          <w:sz w:val="24"/>
        </w:rPr>
        <w:t>δυνος. ἰᾶσθαι δ’ αὐτὸν χρὴ σπόγγον ὀξυκράτῳ βρέχοντα καὶ ἐπιτιθέναι μετ’ ἐπιδέσεως ἠρέμα σφιγγούσης ἐκ τῶν κάτω μὲν ἀρχομένης μερῶν,</w:t>
      </w:r>
    </w:p>
    <w:p>
      <w:r>
        <w:rPr>
          <w:rFonts w:ascii="Courier New" w:hAnsi="Courier New"/>
          <w:color w:val="555555"/>
          <w:sz w:val="20"/>
        </w:rPr>
        <w:t>[3 . 51 . 3]</w:t>
      </w:r>
    </w:p>
    <w:p>
      <w:r>
        <w:rPr>
          <w:rFonts w:ascii="Gentium Plus" w:hAnsi="Gentium Plus"/>
          <w:sz w:val="24"/>
        </w:rPr>
        <w:t>τελευτώσ〈ης δ’〉 εἰς τὰ ἄνω. καινὸν δ’ εἶναι χρὴ τὸν σπόγγον, κἂν μὴ παρῇ τοιοῦτος, ἐκκαθαίρειν τὸν παρόντα νίτρῳ, καὶ μᾶλλον τῇ καλουμένῃ στακτῇ κονίᾳ· μὴ καθισταμένου δ’ ἐπὶ τούτοις τοῦ οἰδή‐</w:t>
      </w:r>
    </w:p>
    <w:p>
      <w:r>
        <w:rPr>
          <w:rFonts w:ascii="Courier New" w:hAnsi="Courier New"/>
          <w:color w:val="555555"/>
          <w:sz w:val="20"/>
        </w:rPr>
        <w:t>[3 . 51 . 4]</w:t>
      </w:r>
    </w:p>
    <w:p>
      <w:r>
        <w:rPr>
          <w:rFonts w:ascii="Gentium Plus" w:hAnsi="Gentium Plus"/>
          <w:sz w:val="24"/>
        </w:rPr>
        <w:t>ματος, βραχὺ τῆς στυπτηρίας μιγνύειν. ἐπιτήδειον δὲ καὶ τὸ ἁπαλώ‐</w:t>
      </w:r>
    </w:p>
    <w:p>
      <w:r>
        <w:rPr>
          <w:rFonts w:ascii="Courier New" w:hAnsi="Courier New"/>
          <w:color w:val="555555"/>
          <w:sz w:val="20"/>
        </w:rPr>
        <w:t>[3 . 51 . 5]</w:t>
      </w:r>
    </w:p>
    <w:p>
      <w:r>
        <w:rPr>
          <w:rFonts w:ascii="Gentium Plus" w:hAnsi="Gentium Plus"/>
          <w:sz w:val="24"/>
        </w:rPr>
        <w:t>τατον ἐλλύχνιον ὑγρότητι τοιαύτῃ δευόμενον καὶ ἐπιτιθέμενον. κάλλιον</w:t>
      </w:r>
    </w:p>
    <w:p>
      <w:r>
        <w:rPr>
          <w:rFonts w:ascii="Courier New" w:hAnsi="Courier New"/>
          <w:color w:val="555555"/>
          <w:sz w:val="20"/>
        </w:rPr>
        <w:t>[3 . 51 . 6]</w:t>
      </w:r>
    </w:p>
    <w:p>
      <w:r>
        <w:rPr>
          <w:rFonts w:ascii="Gentium Plus" w:hAnsi="Gentium Plus"/>
          <w:sz w:val="24"/>
        </w:rPr>
        <w:t>δὲ καὶ τὸ γλαύκιον. καὶ χρονικὸν δ’ οἴδημα προϋπαλείψας ἐλαίῳ τὸ μόριον, εἶτ’ ἐπιθεὶς σπόγγον ἐκ κονίας καὶ σφίγξας βιαιότερον θερα‐</w:t>
      </w:r>
    </w:p>
    <w:p>
      <w:r>
        <w:rPr>
          <w:rFonts w:ascii="Courier New" w:hAnsi="Courier New"/>
          <w:color w:val="555555"/>
          <w:sz w:val="20"/>
        </w:rPr>
        <w:t>[3 . 51 . 7]</w:t>
      </w:r>
    </w:p>
    <w:p>
      <w:r>
        <w:rPr>
          <w:rFonts w:ascii="Gentium Plus" w:hAnsi="Gentium Plus"/>
          <w:sz w:val="24"/>
        </w:rPr>
        <w:t>πεύσεις. ἴσατις ἡ ἥμερος τοὺς οἰδηματώδεις ὄγκους θαυμαστῶς δια‐ φορεῖ τε καὶ προσστέλλει· γῆ λιπαρὰ πᾶσα, καὶ μᾶλλον ἡ Αἰγυπτία.</w:t>
      </w:r>
    </w:p>
    <w:p>
      <w:pPr>
        <w:jc w:val="center"/>
      </w:pPr>
      <w:r>
        <w:rPr>
          <w:rFonts w:ascii="Gentium Plus" w:hAnsi="Gentium Plus"/>
          <w:b/>
          <w:sz w:val="24"/>
        </w:rPr>
        <w:t>Πρὸς σκίλλας.</w:t>
      </w:r>
    </w:p>
    <w:p>
      <w:r>
        <w:rPr>
          <w:rFonts w:ascii="Courier New" w:hAnsi="Courier New"/>
          <w:color w:val="555555"/>
          <w:sz w:val="20"/>
        </w:rPr>
        <w:t>[3 . 52 . 1]</w:t>
      </w:r>
    </w:p>
    <w:p>
      <w:r>
        <w:rPr>
          <w:rFonts w:ascii="Gentium Plus" w:hAnsi="Gentium Plus"/>
          <w:sz w:val="24"/>
        </w:rPr>
        <w:t>Βδελλίῳ μάλιστα χρῶνταί τινες ἐπί τε βρογχοκηλικῶν καὶ ὑδρο‐ κηλικῶν, ἀσίτου πυάλου δεύοντες 〈ὡσ〉 ἐμπλαστώδη σύστασιν σχεῖν.</w:t>
      </w:r>
    </w:p>
    <w:p>
      <w:r>
        <w:rPr>
          <w:rFonts w:ascii="Courier New" w:hAnsi="Courier New"/>
          <w:color w:val="555555"/>
          <w:sz w:val="20"/>
        </w:rPr>
        <w:t>[3 . 52 . 2]</w:t>
      </w:r>
    </w:p>
    <w:p>
      <w:r>
        <w:rPr>
          <w:rFonts w:ascii="Gentium Plus" w:hAnsi="Gentium Plus"/>
          <w:sz w:val="24"/>
        </w:rPr>
        <w:t>κυπαρίσσου τὰ φύλλα καὶ οἱ βλαστοὶ καὶ τὰ σφαιρία τὰ νέα καὶ ἁπαλὰ τοὺς ἐντεροκηλικοὺς ὠφελεῖ· καὶ γὰρ ξηραίνει καὶ τόνον ἐντίθησι τοῖς ὑγροτέροις χαλαροῖς σώμασιν.</w:t>
      </w:r>
    </w:p>
    <w:p>
      <w:pPr>
        <w:jc w:val="center"/>
      </w:pPr>
      <w:r>
        <w:rPr>
          <w:rFonts w:ascii="Gentium Plus" w:hAnsi="Gentium Plus"/>
          <w:b/>
          <w:sz w:val="24"/>
        </w:rPr>
        <w:t>Πρὸς δοθιῆνας.</w:t>
      </w:r>
    </w:p>
    <w:p>
      <w:r>
        <w:rPr>
          <w:rFonts w:ascii="Courier New" w:hAnsi="Courier New"/>
          <w:color w:val="555555"/>
          <w:sz w:val="20"/>
        </w:rPr>
        <w:t>[3 . 53 . 1]</w:t>
      </w:r>
    </w:p>
    <w:p>
      <w:r>
        <w:rPr>
          <w:rFonts w:ascii="Gentium Plus" w:hAnsi="Gentium Plus"/>
          <w:sz w:val="24"/>
        </w:rPr>
        <w:t>Ἐκ παχέων μὲν χυμῶν δοθιῆνες γίνονται· διαφοροῦσι δ’ αὐτοὺς</w:t>
      </w:r>
    </w:p>
    <w:p>
      <w:r>
        <w:rPr>
          <w:rFonts w:ascii="Courier New" w:hAnsi="Courier New"/>
          <w:color w:val="555555"/>
          <w:sz w:val="20"/>
        </w:rPr>
        <w:t>[3 . 53 . 2]</w:t>
      </w:r>
    </w:p>
    <w:p>
      <w:r>
        <w:rPr>
          <w:rFonts w:ascii="Gentium Plus" w:hAnsi="Gentium Plus"/>
          <w:sz w:val="24"/>
        </w:rPr>
        <w:t>καὶ πέττουσι πυροὶ μασώμενοι καὶ ἐπιτιθέμενοι. καὶ μαστίχη δ’ αὐτοὺς</w:t>
      </w:r>
    </w:p>
    <w:p>
      <w:r>
        <w:rPr>
          <w:rFonts w:ascii="Courier New" w:hAnsi="Courier New"/>
          <w:color w:val="555555"/>
          <w:sz w:val="20"/>
        </w:rPr>
        <w:t>[3 . 53 . 3]</w:t>
      </w:r>
    </w:p>
    <w:p>
      <w:r>
        <w:rPr>
          <w:rFonts w:ascii="Gentium Plus" w:hAnsi="Gentium Plus"/>
          <w:sz w:val="24"/>
        </w:rPr>
        <w:t>ὀνίνησιν ἡ Αἰγυπτία. σταφίδας ἐκγιγαρτίσας τρῖψον καὶ μῖξον ἁλὸς</w:t>
      </w:r>
    </w:p>
    <w:p>
      <w:r>
        <w:rPr>
          <w:rFonts w:ascii="Courier New" w:hAnsi="Courier New"/>
          <w:color w:val="555555"/>
          <w:sz w:val="20"/>
        </w:rPr>
        <w:t>[3 . 53 . 4]</w:t>
      </w:r>
    </w:p>
    <w:p>
      <w:r>
        <w:rPr>
          <w:rFonts w:ascii="Gentium Plus" w:hAnsi="Gentium Plus"/>
          <w:sz w:val="24"/>
        </w:rPr>
        <w:t>λείου ἴσον, καὶ καταμίξας ῥητίνην ἐπιτίθει.</w:t>
      </w:r>
    </w:p>
    <w:p>
      <w:pPr>
        <w:jc w:val="center"/>
      </w:pPr>
      <w:r>
        <w:rPr>
          <w:rFonts w:ascii="Gentium Plus" w:hAnsi="Gentium Plus"/>
          <w:b/>
          <w:sz w:val="24"/>
        </w:rPr>
        <w:t>Πρὸς ἐπινυκτίδας.</w:t>
      </w:r>
    </w:p>
    <w:p>
      <w:r>
        <w:rPr>
          <w:rFonts w:ascii="Courier New" w:hAnsi="Courier New"/>
          <w:color w:val="555555"/>
          <w:sz w:val="20"/>
        </w:rPr>
        <w:t>[3 . 54 1,2]</w:t>
      </w:r>
    </w:p>
    <w:p>
      <w:r>
        <w:rPr>
          <w:rFonts w:ascii="Gentium Plus" w:hAnsi="Gentium Plus"/>
          <w:sz w:val="24"/>
        </w:rPr>
        <w:t>Σέλινον μετ’ ἀλφίτου κατάπλασσε. κράμβης ... μετὰ κορίου χλω‐</w:t>
      </w:r>
    </w:p>
    <w:p>
      <w:r>
        <w:rPr>
          <w:rFonts w:ascii="Courier New" w:hAnsi="Courier New"/>
          <w:color w:val="555555"/>
          <w:sz w:val="20"/>
        </w:rPr>
        <w:t>[3 . 54 3,4]</w:t>
      </w:r>
    </w:p>
    <w:p>
      <w:r>
        <w:rPr>
          <w:rFonts w:ascii="Gentium Plus" w:hAnsi="Gentium Plus"/>
          <w:sz w:val="24"/>
        </w:rPr>
        <w:t>ροῦ. ἐλαίας φύλλοις ἑφθοῖς μεθ’ ὕδατος χρῶ. σταφίδα ἐκγιγαρτισμένην</w:t>
      </w:r>
    </w:p>
    <w:p>
      <w:r>
        <w:rPr>
          <w:rFonts w:ascii="Courier New" w:hAnsi="Courier New"/>
          <w:color w:val="555555"/>
          <w:sz w:val="20"/>
        </w:rPr>
        <w:t>[3 . 54 . 4 (2)]</w:t>
      </w:r>
    </w:p>
    <w:p>
      <w:r>
        <w:rPr>
          <w:rFonts w:ascii="Gentium Plus" w:hAnsi="Gentium Plus"/>
          <w:sz w:val="24"/>
        </w:rPr>
        <w:t>λείαν μῖξον ἐν σπληνίῳ καὶ καταχρίων ἐπιτίθει· ἀδίαντον τρίψας μετὰ</w:t>
      </w:r>
    </w:p>
    <w:p>
      <w:r>
        <w:rPr>
          <w:rFonts w:ascii="Courier New" w:hAnsi="Courier New"/>
          <w:color w:val="555555"/>
          <w:sz w:val="20"/>
        </w:rPr>
        <w:t>[3 . 54 . 5]</w:t>
      </w:r>
    </w:p>
    <w:p>
      <w:r>
        <w:rPr>
          <w:rFonts w:ascii="Gentium Plus" w:hAnsi="Gentium Plus"/>
          <w:sz w:val="24"/>
        </w:rPr>
        <w:t>μέλιτος. φυλακτέον δὲ τὴν τῶν δριμέων καὶ ὀξέων καὶ ἁλυκῶν προσ‐ φορὰν καὶ πυρίαν καὶ λουτρὸν καὶ ἥλιον.</w:t>
      </w:r>
    </w:p>
    <w:p>
      <w:pPr>
        <w:jc w:val="center"/>
      </w:pPr>
      <w:r>
        <w:rPr>
          <w:rFonts w:ascii="Gentium Plus" w:hAnsi="Gentium Plus"/>
          <w:b/>
          <w:sz w:val="24"/>
        </w:rPr>
        <w:t>Πρὸς ἀκροχορδόνας καὶ μυρμηκίας καὶ τὰ ὅμοια.</w:t>
      </w:r>
    </w:p>
    <w:p>
      <w:r>
        <w:rPr>
          <w:rFonts w:ascii="Courier New" w:hAnsi="Courier New"/>
          <w:color w:val="555555"/>
          <w:sz w:val="20"/>
        </w:rPr>
        <w:t>[3 . 55 . 1]</w:t>
      </w:r>
    </w:p>
    <w:p>
      <w:r>
        <w:rPr>
          <w:rFonts w:ascii="Gentium Plus" w:hAnsi="Gentium Plus"/>
          <w:sz w:val="24"/>
        </w:rPr>
        <w:t>Διὰ μὲν τῶν ἑλκόντων σφοδρῶς φαρμάκων καὶ ἡ ἀκροχορδὼν</w:t>
      </w:r>
    </w:p>
    <w:p>
      <w:r>
        <w:rPr>
          <w:rFonts w:ascii="Courier New" w:hAnsi="Courier New"/>
          <w:color w:val="555555"/>
          <w:sz w:val="20"/>
        </w:rPr>
        <w:t>[3 . 55 . 2]</w:t>
      </w:r>
    </w:p>
    <w:p>
      <w:r>
        <w:rPr>
          <w:rFonts w:ascii="Gentium Plus" w:hAnsi="Gentium Plus"/>
          <w:sz w:val="24"/>
        </w:rPr>
        <w:t>ἀποσπασθήσεται, διὰ δὲ τῶν σηπόντων νεκρωθήσεται. ἰτέας τοῦ φλοιοῦ ἡ τέφρα κεκαυμένου ἥλους καὶ τύλους ἔτι τε μυρμηκίας καὶ ἀκρο‐</w:t>
      </w:r>
    </w:p>
    <w:p>
      <w:r>
        <w:rPr>
          <w:rFonts w:ascii="Courier New" w:hAnsi="Courier New"/>
          <w:color w:val="555555"/>
          <w:sz w:val="20"/>
        </w:rPr>
        <w:t>[3 . 55 . 3]</w:t>
      </w:r>
    </w:p>
    <w:p>
      <w:r>
        <w:rPr>
          <w:rFonts w:ascii="Gentium Plus" w:hAnsi="Gentium Plus"/>
          <w:sz w:val="24"/>
        </w:rPr>
        <w:t>χορδόνας καὶ πτερύγια καὶ θύμους ἀφαιρεῖ. ἡ τῶν προβάτων κόπρος πρὸς ἀκροχορδόνας καὶ μυρμηκίας καὶ θύμους καὶ δοθιῆνας σκληροὺς</w:t>
      </w:r>
    </w:p>
    <w:p>
      <w:r>
        <w:rPr>
          <w:rFonts w:ascii="Courier New" w:hAnsi="Courier New"/>
          <w:color w:val="555555"/>
          <w:sz w:val="20"/>
        </w:rPr>
        <w:t>[3 . 55 . 4]</w:t>
      </w:r>
    </w:p>
    <w:p>
      <w:r>
        <w:rPr>
          <w:rFonts w:ascii="Gentium Plus" w:hAnsi="Gentium Plus"/>
          <w:sz w:val="24"/>
        </w:rPr>
        <w:t>καὶ ἥλους ποιεῖ ὄξει δευομένη. ὄλυνθοι ἑψηθέντες μὲν τοὺς σκληροὺς ὄγκους διαφοροῦσιν, ὠμοὶ δὲ μυρμηκίας τε 〈καὶ〉 θύμους ἐκβάλλουσιν.</w:t>
      </w:r>
    </w:p>
    <w:p>
      <w:r>
        <w:rPr>
          <w:rFonts w:ascii="Courier New" w:hAnsi="Courier New"/>
          <w:color w:val="555555"/>
          <w:sz w:val="20"/>
        </w:rPr>
        <w:t>[3 . 55 . 5]</w:t>
      </w:r>
    </w:p>
    <w:p>
      <w:r>
        <w:rPr>
          <w:rFonts w:ascii="Gentium Plus" w:hAnsi="Gentium Plus"/>
          <w:sz w:val="24"/>
        </w:rPr>
        <w:t>λεπὶς μολύβδου λεπτὴ καλῆς ἐπιτεθεῖσα κατὰ γαγγλίου τελέως ἀφα‐</w:t>
      </w:r>
    </w:p>
    <w:p>
      <w:r>
        <w:rPr>
          <w:rFonts w:ascii="Courier New" w:hAnsi="Courier New"/>
          <w:color w:val="555555"/>
          <w:sz w:val="20"/>
        </w:rPr>
        <w:t>[3 . 55 . 6]</w:t>
      </w:r>
    </w:p>
    <w:p>
      <w:r>
        <w:rPr>
          <w:rFonts w:ascii="Gentium Plus" w:hAnsi="Gentium Plus"/>
          <w:sz w:val="24"/>
        </w:rPr>
        <w:t>νίζει. τὰ δὲ κονδυλώματα στέλλει ἐλαίας ἄνθη μεθ’ ὕδατος κατα‐ πλασσόμενα, ἀλόη σὺν γλυκεῖ καταχριομένη, πενταφύλλου ῥίζα κατα‐ πλασθεῖσα, κυδώνια ἑφθὰ σὺν ἄρτῳ ἢ ἀλφίτῳ, μυρσίνης φύλλα κεκαυ‐</w:t>
      </w:r>
    </w:p>
    <w:p>
      <w:r>
        <w:rPr>
          <w:rFonts w:ascii="Courier New" w:hAnsi="Courier New"/>
          <w:color w:val="555555"/>
          <w:sz w:val="20"/>
        </w:rPr>
        <w:t>[3 . 55 . 7]</w:t>
      </w:r>
    </w:p>
    <w:p>
      <w:r>
        <w:rPr>
          <w:rFonts w:ascii="Gentium Plus" w:hAnsi="Gentium Plus"/>
          <w:sz w:val="24"/>
        </w:rPr>
        <w:t>μένα σὺν κηρωτῇ, πρόπολις προμαλασσομένη καὶ ἐπιτιθεμένη. αἴρει δὲ τὰ κονδυλώματα καὶ 〈τὰσ〉 συκὰς ἀρσενικὸν καταπλασθέν, ἄσβεστος</w:t>
      </w:r>
    </w:p>
    <w:p>
      <w:r>
        <w:rPr>
          <w:rFonts w:ascii="Courier New" w:hAnsi="Courier New"/>
          <w:color w:val="555555"/>
          <w:sz w:val="20"/>
        </w:rPr>
        <w:t>[3 . 55 . 8]</w:t>
      </w:r>
    </w:p>
    <w:p>
      <w:r>
        <w:rPr>
          <w:rFonts w:ascii="Gentium Plus" w:hAnsi="Gentium Plus"/>
          <w:sz w:val="24"/>
        </w:rPr>
        <w:t>καὶ τρὺξ ἰξῷ ἀναληφθέντα καὶ ὡς σπληνίον ἐπιτεθέντα. τὰς δ’ ὑπερ‐ μεγέθεις συκὰς ἀποβάλλει ὁ ἰὸς σιδήρου σὺν οἴνῳ ἐπιχρισθεὶς γλυκεῖ, ἀνήθου σπέρματος κεκαυμένου ἡ τέφρα καταπλασσομένη, στυπτηρία σχιστὴ λεία σὺν ὄξει, στυπτηρία ἡ ὑγρὰ μετ’ ἄρτου καὶ οἴνου καὶ</w:t>
      </w:r>
    </w:p>
    <w:p>
      <w:r>
        <w:rPr>
          <w:rFonts w:ascii="Courier New" w:hAnsi="Courier New"/>
          <w:color w:val="555555"/>
          <w:sz w:val="20"/>
        </w:rPr>
        <w:t>[3 . 55 . 9]</w:t>
      </w:r>
    </w:p>
    <w:p>
      <w:r>
        <w:rPr>
          <w:rFonts w:ascii="Gentium Plus" w:hAnsi="Gentium Plus"/>
          <w:sz w:val="24"/>
        </w:rPr>
        <w:t>σελίνου. συκὰς δ’ ἀφαιρεθείσας καὶ θύμους καὶ κονδυλώματα ἀποθερα‐ πεύει καὶ οὐκ ἐᾷ πάλιν αὔξεσθαι τέφρα κλημάτων σὺν ὄξει κατα‐ πλασθεῖσα.</w:t>
      </w:r>
    </w:p>
    <w:p>
      <w:pPr>
        <w:jc w:val="center"/>
      </w:pPr>
      <w:r>
        <w:rPr>
          <w:rFonts w:ascii="Gentium Plus" w:hAnsi="Gentium Plus"/>
          <w:b/>
          <w:sz w:val="24"/>
        </w:rPr>
        <w:t>Πρὸς χείμεθλα.</w:t>
      </w:r>
    </w:p>
    <w:p>
      <w:r>
        <w:rPr>
          <w:rFonts w:ascii="Courier New" w:hAnsi="Courier New"/>
          <w:color w:val="555555"/>
          <w:sz w:val="20"/>
        </w:rPr>
        <w:t>[3 . 56 . 1]</w:t>
      </w:r>
    </w:p>
    <w:p>
      <w:r>
        <w:rPr>
          <w:rFonts w:ascii="Gentium Plus" w:hAnsi="Gentium Plus"/>
          <w:sz w:val="24"/>
        </w:rPr>
        <w:t>Θάλασσαν χλιαρὰν κατάντλει ἢ τεύτλου ἀφεψήματι ἢ φακοῦ ἢ ὀρόβου ἢ ἀσφοδέλου ῥίζης· μετὰ δὲ τὴν κατάντλησιν φακοὺς ἑφθοὺς</w:t>
      </w:r>
    </w:p>
    <w:p>
      <w:r>
        <w:rPr>
          <w:rFonts w:ascii="Courier New" w:hAnsi="Courier New"/>
          <w:color w:val="555555"/>
          <w:sz w:val="20"/>
        </w:rPr>
        <w:t>[3 . 56 2,3]</w:t>
      </w:r>
    </w:p>
    <w:p>
      <w:r>
        <w:rPr>
          <w:rFonts w:ascii="Gentium Plus" w:hAnsi="Gentium Plus"/>
          <w:sz w:val="24"/>
        </w:rPr>
        <w:t>ἐν οἴνῳ λειώσας κατάπλασσε· ἢ τρυγὶ ὀξηρᾷ κατάπλασσε· ἢ βολβὸν</w:t>
      </w:r>
    </w:p>
    <w:p>
      <w:r>
        <w:rPr>
          <w:rFonts w:ascii="Courier New" w:hAnsi="Courier New"/>
          <w:color w:val="555555"/>
          <w:sz w:val="20"/>
        </w:rPr>
        <w:t>[3 . 56 . 3 (2)]</w:t>
      </w:r>
    </w:p>
    <w:p>
      <w:r>
        <w:rPr>
          <w:rFonts w:ascii="Gentium Plus" w:hAnsi="Gentium Plus"/>
          <w:sz w:val="24"/>
        </w:rPr>
        <w:t>πρόσφατον οἴνῳ μίξας κατάπλασσε.</w:t>
      </w:r>
    </w:p>
    <w:p>
      <w:pPr>
        <w:jc w:val="center"/>
      </w:pPr>
      <w:r>
        <w:rPr>
          <w:rFonts w:ascii="Gentium Plus" w:hAnsi="Gentium Plus"/>
          <w:b/>
          <w:sz w:val="24"/>
        </w:rPr>
        <w:t>Πρὸς τὰς τῶν δακτύλων ῥαγάδας καὶ τῶν ὅλων ποδῶν.</w:t>
      </w:r>
    </w:p>
    <w:p>
      <w:r>
        <w:rPr>
          <w:rFonts w:ascii="Courier New" w:hAnsi="Courier New"/>
          <w:color w:val="555555"/>
          <w:sz w:val="20"/>
        </w:rPr>
        <w:t>[3 . 57 1,2]</w:t>
      </w:r>
    </w:p>
    <w:p>
      <w:r>
        <w:rPr>
          <w:rFonts w:ascii="Gentium Plus" w:hAnsi="Gentium Plus"/>
          <w:sz w:val="24"/>
        </w:rPr>
        <w:t>Πίσσῃ ὑγρᾷ κατάχριε. καρκῖνον ἢ ποτάμιον ἢ θαλάσσιον καύσας</w:t>
      </w:r>
    </w:p>
    <w:p>
      <w:r>
        <w:rPr>
          <w:rFonts w:ascii="Courier New" w:hAnsi="Courier New"/>
          <w:color w:val="555555"/>
          <w:sz w:val="20"/>
        </w:rPr>
        <w:t>[3 . 57 . 2 (2)]</w:t>
      </w:r>
    </w:p>
    <w:p>
      <w:r>
        <w:rPr>
          <w:rFonts w:ascii="Gentium Plus" w:hAnsi="Gentium Plus"/>
          <w:sz w:val="24"/>
        </w:rPr>
        <w:t>ἐπ’ ἀνθράκων ἀπόξεσον τὸ ὄστρακον καὶ μετ’ ἐλαίου τρίψας καὶ πά‐</w:t>
      </w:r>
    </w:p>
    <w:p>
      <w:r>
        <w:rPr>
          <w:rFonts w:ascii="Courier New" w:hAnsi="Courier New"/>
          <w:color w:val="555555"/>
          <w:sz w:val="20"/>
        </w:rPr>
        <w:t>[3 . 57 . 3]</w:t>
      </w:r>
    </w:p>
    <w:p>
      <w:r>
        <w:rPr>
          <w:rFonts w:ascii="Gentium Plus" w:hAnsi="Gentium Plus"/>
          <w:sz w:val="24"/>
        </w:rPr>
        <w:t>χος μέλιτος ποιήσας, προαποσμήξας τὰς ῥαγάδας ἔνσταζε. ποιεῖ δὲ καὶ σκίλλης τὸ ἐντὸς ἐν ἐλαίῳ ζεσθὲν καὶ τερμινθίνῃ συλλεανθὲν καὶ</w:t>
      </w:r>
    </w:p>
    <w:p>
      <w:r>
        <w:rPr>
          <w:rFonts w:ascii="Courier New" w:hAnsi="Courier New"/>
          <w:color w:val="555555"/>
          <w:sz w:val="20"/>
        </w:rPr>
        <w:t>[3 . 57 . 4]</w:t>
      </w:r>
    </w:p>
    <w:p>
      <w:r>
        <w:rPr>
          <w:rFonts w:ascii="Gentium Plus" w:hAnsi="Gentium Plus"/>
          <w:sz w:val="24"/>
        </w:rPr>
        <w:t>κέρας αἴγειον καυθὲν καὶ ἀναληφθὲν στέατι αἰγείῳ. δεῖ δὲ προπερι‐ καθαίρειν τοὺς τύλους καὶ οὕτω χρῆσθαι τοῖς φαρμάκοις.</w:t>
      </w:r>
    </w:p>
    <w:p>
      <w:pPr>
        <w:jc w:val="center"/>
      </w:pPr>
      <w:r>
        <w:rPr>
          <w:rFonts w:ascii="Gentium Plus" w:hAnsi="Gentium Plus"/>
          <w:b/>
          <w:sz w:val="24"/>
        </w:rPr>
        <w:t>Περὶ λεύκης, ἀλφοῦ, λέπρας καὶ ψώρας.</w:t>
      </w:r>
    </w:p>
    <w:p>
      <w:r>
        <w:rPr>
          <w:rFonts w:ascii="Courier New" w:hAnsi="Courier New"/>
          <w:color w:val="555555"/>
          <w:sz w:val="20"/>
        </w:rPr>
        <w:t>[3 . 58 . 1]</w:t>
      </w:r>
    </w:p>
    <w:p>
      <w:r>
        <w:rPr>
          <w:rFonts w:ascii="Gentium Plus" w:hAnsi="Gentium Plus"/>
          <w:sz w:val="24"/>
        </w:rPr>
        <w:t>Φλεγματικὸν αἷμα καὶ γλίσχρον ποιεῖ τὴν λεύκην, ὅταν τρέψῃ</w:t>
      </w:r>
    </w:p>
    <w:p>
      <w:r>
        <w:rPr>
          <w:rFonts w:ascii="Courier New" w:hAnsi="Courier New"/>
          <w:color w:val="555555"/>
          <w:sz w:val="20"/>
        </w:rPr>
        <w:t>[3 . 58 . 2]</w:t>
      </w:r>
    </w:p>
    <w:p>
      <w:r>
        <w:rPr>
          <w:rFonts w:ascii="Gentium Plus" w:hAnsi="Gentium Plus"/>
          <w:sz w:val="24"/>
        </w:rPr>
        <w:t>χρόνῳ πλείονι τὴν χρόαν 〈καὶ〉 ἐπὶ τὸ λευκότερον ἀλλοιώσῃ. τῶν δ’ ἀλφῶν ἡ γένεσις ὁμοειδὴς μέν ἐστιν, οὐ μὴν δι’ ὅλου τῆς σαρκὸς πεπονθυίας, ἀλλ’ ἐπιπολῆς τοῦ δέρματος, ἐκ τοῦ φλεγματικοῦ μὲν</w:t>
      </w:r>
    </w:p>
    <w:p>
      <w:r>
        <w:rPr>
          <w:rFonts w:ascii="Courier New" w:hAnsi="Courier New"/>
          <w:color w:val="555555"/>
          <w:sz w:val="20"/>
        </w:rPr>
        <w:t>[3 . 58 . 3]</w:t>
      </w:r>
    </w:p>
    <w:p>
      <w:r>
        <w:rPr>
          <w:rFonts w:ascii="Gentium Plus" w:hAnsi="Gentium Plus"/>
          <w:sz w:val="24"/>
        </w:rPr>
        <w:t>χυμοῦ λευκοὶ γινόμενοι, μέλανες δ’ ἐκ τοῦ μελαγχολικοῦ. τὴν λέπραν δ’ ὁ γεννῶν χυμὸς ἄχρι βάθους διήκει, τῆς ψώρας ἐπιπολαιοτέρας</w:t>
      </w:r>
    </w:p>
    <w:p>
      <w:r>
        <w:rPr>
          <w:rFonts w:ascii="Courier New" w:hAnsi="Courier New"/>
          <w:color w:val="555555"/>
          <w:sz w:val="20"/>
        </w:rPr>
        <w:t>[3 . 58 . 4]</w:t>
      </w:r>
    </w:p>
    <w:p>
      <w:r>
        <w:rPr>
          <w:rFonts w:ascii="Gentium Plus" w:hAnsi="Gentium Plus"/>
          <w:sz w:val="24"/>
        </w:rPr>
        <w:t>οὔσης. ἐὰν τοίνυν πεπλυμένην τὴν τίτανον, εἶτ’ ἐξηραμμένην ἔχῃς, ὕδωρ μιγνὺς τοσοῦτον ὡς πάχος γενέσθαι σύμμετρον εἰς ἐπίχρισιν θεραπεύσεις, ἀλφοὺς μὲν ἐπιχρίων ὑγροτέρῳ μᾶλλον, ψώρας δὲ παχυ‐</w:t>
      </w:r>
    </w:p>
    <w:p>
      <w:r>
        <w:rPr>
          <w:rFonts w:ascii="Courier New" w:hAnsi="Courier New"/>
          <w:color w:val="555555"/>
          <w:sz w:val="20"/>
        </w:rPr>
        <w:t>[3 . 58 . 5]</w:t>
      </w:r>
    </w:p>
    <w:p>
      <w:r>
        <w:rPr>
          <w:rFonts w:ascii="Gentium Plus" w:hAnsi="Gentium Plus"/>
          <w:sz w:val="24"/>
        </w:rPr>
        <w:t>τέρῳ, παχυτάτῳ δὲ τὰς λέπρας. δρακοντίου ἡ ῥίζα σὺν ὄξει κατα‐ πλασσομένη ἀλφοὺς ἰᾶται, καὶ ἐλλέβορος ἑκάτερος θέρμων τε πικρῶν ἀφέψημα καταντλούμενον καὶ τὸ ἄλευρον αὐτῶν καταπλασσόμενον δι’ ὄξους ἢ μέλιτος, καππάρεως τῆς ῥίζης ὁ φλοιὸς σὺν ὄξει, κρίνου ῥίζα</w:t>
      </w:r>
    </w:p>
    <w:p>
      <w:r>
        <w:rPr>
          <w:rFonts w:ascii="Courier New" w:hAnsi="Courier New"/>
          <w:color w:val="555555"/>
          <w:sz w:val="20"/>
        </w:rPr>
        <w:t>[5]</w:t>
      </w:r>
    </w:p>
    <w:p>
      <w:r>
        <w:rPr>
          <w:rFonts w:ascii="Gentium Plus" w:hAnsi="Gentium Plus"/>
          <w:sz w:val="24"/>
        </w:rPr>
        <w:t>μετὰ μέλιτος, κρόμμυον σὺν ὄξει καταχριόμενον ἐν ἡλίῳ, κροκοδείλου χερσαίου κόπρος ὁμοίως καὶ ἡ τῶν ψαρῶν, ὅταν ὄρυζαν μόνην ἐσθίωσι,</w:t>
      </w:r>
    </w:p>
    <w:p>
      <w:r>
        <w:rPr>
          <w:rFonts w:ascii="Courier New" w:hAnsi="Courier New"/>
          <w:color w:val="555555"/>
          <w:sz w:val="20"/>
        </w:rPr>
        <w:t>[3 . 58 . 6]</w:t>
      </w:r>
    </w:p>
    <w:p>
      <w:r>
        <w:rPr>
          <w:rFonts w:ascii="Gentium Plus" w:hAnsi="Gentium Plus"/>
          <w:sz w:val="24"/>
        </w:rPr>
        <w:t>σηπίας ὄστρακα καυθέντα. πρὸς δὲ ψώρας ποιεῖ σταφὶς ἀγρία, ἐλλέ‐ βορος ἑκάτερος, θέρμοι πικροί, ὡς εἴρηται πρόσθεν, καρδάμωμον μετ’ ὄξους, κρίνου ἡ ῥίζα μετὰ μέλιτος, ῥητίνη τερμινθίνη καὶ θεῖον (πεῖραν</w:t>
      </w:r>
    </w:p>
    <w:p>
      <w:r>
        <w:rPr>
          <w:rFonts w:ascii="Courier New" w:hAnsi="Courier New"/>
          <w:color w:val="555555"/>
          <w:sz w:val="20"/>
        </w:rPr>
        <w:t>[3 . 58 . 7]</w:t>
      </w:r>
    </w:p>
    <w:p>
      <w:r>
        <w:rPr>
          <w:rFonts w:ascii="Gentium Plus" w:hAnsi="Gentium Plus"/>
          <w:sz w:val="24"/>
        </w:rPr>
        <w:t>τούτου εἰλήφαμεν), ἐρέβινθοι, αἰγεία κόπρος. τὰς δὲ λέπρας ἀφιστᾶσιν ἀνεμῶναι προστιθέμεναι, ἐλλέβορος ἑκάτερος, ἀμπέλου λευκῆς ἡ ῥίζα.</w:t>
      </w:r>
    </w:p>
    <w:p>
      <w:pPr>
        <w:jc w:val="center"/>
      </w:pPr>
      <w:r>
        <w:rPr>
          <w:rFonts w:ascii="Gentium Plus" w:hAnsi="Gentium Plus"/>
          <w:b/>
          <w:sz w:val="24"/>
        </w:rPr>
        <w:t>Περὶ λειχήνων.</w:t>
      </w:r>
    </w:p>
    <w:p>
      <w:r>
        <w:rPr>
          <w:rFonts w:ascii="Courier New" w:hAnsi="Courier New"/>
          <w:color w:val="555555"/>
          <w:sz w:val="20"/>
        </w:rPr>
        <w:t>[3 . 59 . 1]</w:t>
      </w:r>
    </w:p>
    <w:p>
      <w:r>
        <w:rPr>
          <w:rFonts w:ascii="Gentium Plus" w:hAnsi="Gentium Plus"/>
          <w:sz w:val="24"/>
        </w:rPr>
        <w:t>Μιχθέντων ἰχώρων λεπτῶν καὶ δριμέων παχεῖ χυμῷ οἱ λειχῆνες συνίστανται, ῥᾳδίως εἰς ψώραν καὶ λέπραν μεταπίπτοντες· διὸ τῶν</w:t>
      </w:r>
    </w:p>
    <w:p>
      <w:r>
        <w:rPr>
          <w:rFonts w:ascii="Courier New" w:hAnsi="Courier New"/>
          <w:color w:val="555555"/>
          <w:sz w:val="20"/>
        </w:rPr>
        <w:t>[3 . 59 . 2]</w:t>
      </w:r>
    </w:p>
    <w:p>
      <w:r>
        <w:rPr>
          <w:rFonts w:ascii="Gentium Plus" w:hAnsi="Gentium Plus"/>
          <w:sz w:val="24"/>
        </w:rPr>
        <w:t>ἰσχυρῶς ξηραινόντων χρῄζουσι φαρμάκων. ἀγρίους δὲ καλοῦσι λειχῆνας τοὺς ὑπὸ τῶν μετρίως ξηραινόντων οὐδὲν ὀνιναμένων, ὑπὸ δὲ τῶν</w:t>
      </w:r>
    </w:p>
    <w:p>
      <w:r>
        <w:rPr>
          <w:rFonts w:ascii="Courier New" w:hAnsi="Courier New"/>
          <w:color w:val="555555"/>
          <w:sz w:val="20"/>
        </w:rPr>
        <w:t>[3 . 59 . 3]</w:t>
      </w:r>
    </w:p>
    <w:p>
      <w:r>
        <w:rPr>
          <w:rFonts w:ascii="Gentium Plus" w:hAnsi="Gentium Plus"/>
          <w:sz w:val="24"/>
        </w:rPr>
        <w:t>σφοδρῶς παροξυνομένους. χρὴ οὖν ἐπὶ τούτων φάρμακα παραλαμβά‐</w:t>
      </w:r>
    </w:p>
    <w:p>
      <w:r>
        <w:rPr>
          <w:rFonts w:ascii="Courier New" w:hAnsi="Courier New"/>
          <w:color w:val="555555"/>
          <w:sz w:val="20"/>
        </w:rPr>
        <w:t>[3 . 59 . 4]</w:t>
      </w:r>
    </w:p>
    <w:p>
      <w:r>
        <w:rPr>
          <w:rFonts w:ascii="Gentium Plus" w:hAnsi="Gentium Plus"/>
          <w:sz w:val="24"/>
        </w:rPr>
        <w:t>νειν δραστικὰ μὲν ἱκανῶς, χωρὶς δὲ τοῦ δάκνειν σφοδρῶς. ἐρέβινθοι ποιοῦσι πρὸς λειχῆνας, ἐλλέβορος ἑκάτερος, κοκκυμηλέας τὸ κόμμι ἐπὶ παιδός, λειχὴν ὁ ἐπὶ τῶν πετρῶν, πίσσα μιγνυμένη κηρωτῇ, θεῖον μετὰ ῥητίνης (τοῦτο πεῖραν δέδωκε), σίαλον ἀνθρώπου ἐπὶ παιδός</w:t>
      </w:r>
    </w:p>
    <w:p>
      <w:r>
        <w:rPr>
          <w:rFonts w:ascii="Courier New" w:hAnsi="Courier New"/>
          <w:color w:val="555555"/>
          <w:sz w:val="20"/>
        </w:rPr>
        <w:t>[5]</w:t>
      </w:r>
    </w:p>
    <w:p>
      <w:r>
        <w:rPr>
          <w:rFonts w:ascii="Gentium Plus" w:hAnsi="Gentium Plus"/>
          <w:sz w:val="24"/>
        </w:rPr>
        <w:t>(δεῖ δὲ συνεχῶς τῷ δακτύλῳ μετὰ τοῦ σιάλου τὸ πεπονθὸς ἀνατρί‐</w:t>
      </w:r>
    </w:p>
    <w:p>
      <w:r>
        <w:rPr>
          <w:rFonts w:ascii="Courier New" w:hAnsi="Courier New"/>
          <w:color w:val="555555"/>
          <w:sz w:val="20"/>
        </w:rPr>
        <w:t>[3 . 59 . 5]</w:t>
      </w:r>
    </w:p>
    <w:p>
      <w:r>
        <w:rPr>
          <w:rFonts w:ascii="Gentium Plus" w:hAnsi="Gentium Plus"/>
          <w:sz w:val="24"/>
        </w:rPr>
        <w:t>ὄρυζαν μόνην ἐσθίωσιν. πρὸς δὲ τοὺς ἐπὶ γενείου προσφάτους λειχῆνας ἢ ἄλλου μέρους προσώπου πυροὺς πολλοὺς λαμβάνων ἐπί τινος ἄκμονος ἐπιτίθει τοὺς πυρούς, καὶ τὸ ἀπορρέον ἐξ αὐτῶν ὑγρὸν ἔτι θερμὸν</w:t>
      </w:r>
    </w:p>
    <w:p>
      <w:r>
        <w:rPr>
          <w:rFonts w:ascii="Courier New" w:hAnsi="Courier New"/>
          <w:color w:val="555555"/>
          <w:sz w:val="20"/>
        </w:rPr>
        <w:t>[3 . 59 6,7]</w:t>
      </w:r>
    </w:p>
    <w:p>
      <w:r>
        <w:rPr>
          <w:rFonts w:ascii="Gentium Plus" w:hAnsi="Gentium Plus"/>
          <w:sz w:val="24"/>
        </w:rPr>
        <w:t>λαμβάνων ἐπίχριε τοὺς λειχῆνας. πολλοὶ τούτῳ μόνῳ ἰάθησαν. ἢ</w:t>
      </w:r>
    </w:p>
    <w:p>
      <w:r>
        <w:rPr>
          <w:rFonts w:ascii="Courier New" w:hAnsi="Courier New"/>
          <w:color w:val="555555"/>
          <w:sz w:val="20"/>
        </w:rPr>
        <w:t>[3 . 59 . 7 (2)]</w:t>
      </w:r>
    </w:p>
    <w:p>
      <w:r>
        <w:rPr>
          <w:rFonts w:ascii="Gentium Plus" w:hAnsi="Gentium Plus"/>
          <w:sz w:val="24"/>
        </w:rPr>
        <w:t>μαλάχης ἀγρίας τὸν καρπὸν ἁπαλὸν συλλέγων καὶ κόπτων τὸν χυλὸν</w:t>
      </w:r>
    </w:p>
    <w:p>
      <w:r>
        <w:rPr>
          <w:rFonts w:ascii="Courier New" w:hAnsi="Courier New"/>
          <w:color w:val="555555"/>
          <w:sz w:val="20"/>
        </w:rPr>
        <w:t>[3 . 59 . 8]</w:t>
      </w:r>
    </w:p>
    <w:p>
      <w:r>
        <w:rPr>
          <w:rFonts w:ascii="Gentium Plus" w:hAnsi="Gentium Plus"/>
          <w:sz w:val="24"/>
        </w:rPr>
        <w:t>ἀποτίθου, καὶ τούτῳ συνεχῶς ἐπίχριε. χρονιζόντων δὲ τῶν λειχήνων, χρῶ τοῖς ὑπογεγραμμένοις· ἄγνου φύλλα τρίψας, ὄξος ἐπιβαλὼν ὀλί‐</w:t>
      </w:r>
    </w:p>
    <w:p>
      <w:r>
        <w:rPr>
          <w:rFonts w:ascii="Courier New" w:hAnsi="Courier New"/>
          <w:color w:val="555555"/>
          <w:sz w:val="20"/>
        </w:rPr>
        <w:t>[3 . 59 . 9]</w:t>
      </w:r>
    </w:p>
    <w:p>
      <w:r>
        <w:rPr>
          <w:rFonts w:ascii="Gentium Plus" w:hAnsi="Gentium Plus"/>
          <w:sz w:val="24"/>
        </w:rPr>
        <w:t>γον κατάπλασσε· ἢ καππάρεως τὰ φύλλα τρίψας μετ’ ὄξους ἐπιτίθει.</w:t>
      </w:r>
    </w:p>
    <w:p>
      <w:pPr>
        <w:jc w:val="center"/>
      </w:pPr>
      <w:r>
        <w:rPr>
          <w:rFonts w:ascii="Gentium Plus" w:hAnsi="Gentium Plus"/>
          <w:b/>
          <w:sz w:val="24"/>
        </w:rPr>
        <w:t>Τροχίσκος πρὸς λειχῆνας.</w:t>
      </w:r>
    </w:p>
    <w:p>
      <w:r>
        <w:rPr>
          <w:rFonts w:ascii="Courier New" w:hAnsi="Courier New"/>
          <w:color w:val="555555"/>
          <w:sz w:val="20"/>
        </w:rPr>
        <w:t>[3 . 60 . 1]</w:t>
      </w:r>
    </w:p>
    <w:p>
      <w:r>
        <w:rPr>
          <w:rFonts w:ascii="Gentium Plus" w:hAnsi="Gentium Plus"/>
          <w:sz w:val="24"/>
        </w:rPr>
        <w:t>Κόλλης τεκτονικῆς 𐅻 β, λιβάνου 𐅻 β, ὄξους 𐆂ο 𐅶· ἔν τισιν ἴσα ἔχει· ὄξει διαλύων ἐπίχριε.</w:t>
      </w:r>
    </w:p>
    <w:p>
      <w:pPr>
        <w:jc w:val="center"/>
      </w:pPr>
      <w:r>
        <w:rPr>
          <w:rFonts w:ascii="Gentium Plus" w:hAnsi="Gentium Plus"/>
          <w:b/>
          <w:sz w:val="24"/>
        </w:rPr>
        <w:t>Περὶ ἐμφυσημάτων.</w:t>
      </w:r>
    </w:p>
    <w:p>
      <w:r>
        <w:rPr>
          <w:rFonts w:ascii="Courier New" w:hAnsi="Courier New"/>
          <w:color w:val="555555"/>
          <w:sz w:val="20"/>
        </w:rPr>
        <w:t>[3 . 61 . 1]</w:t>
      </w:r>
    </w:p>
    <w:p>
      <w:r>
        <w:rPr>
          <w:rFonts w:ascii="Gentium Plus" w:hAnsi="Gentium Plus"/>
          <w:sz w:val="24"/>
        </w:rPr>
        <w:t>Πνεῦμα φυσῶδες παχὺ καὶ ἀτμῶδες ὕλη τῶν ἐμφυσημάτων 〈ἐστίν〉· συνεργεῖ δ’ εἰς τὸ μὴ διαπνεῖσθαι τὸ πνεῦμα ἡ τῶν σωμάτων πύκνω‐ σις· ὅθεν καὶ σκοπὸς τῆς θεραπείας ἀραίωσις μὲν τῶν πεπυκνωμένων καὶ λέπτυνσις τοῦ πεπαχυσμένου πνεύματός ἐστι διὰ τῶν λεπτομερῶν</w:t>
      </w:r>
    </w:p>
    <w:p>
      <w:r>
        <w:rPr>
          <w:rFonts w:ascii="Courier New" w:hAnsi="Courier New"/>
          <w:color w:val="555555"/>
          <w:sz w:val="20"/>
        </w:rPr>
        <w:t>[3 . 61 . 2]</w:t>
      </w:r>
    </w:p>
    <w:p>
      <w:r>
        <w:rPr>
          <w:rFonts w:ascii="Gentium Plus" w:hAnsi="Gentium Plus"/>
          <w:sz w:val="24"/>
        </w:rPr>
        <w:t>φαρμάκων. τῶν μυῶν δὲ διὰ θλάσιν ἐμπεφυσημένων, τὸ μὲν διαφορεῖν καὶ ἐπ’ αὐτῶν ἀναγκαῖον· δριμέων δ’ ὄντων ὡς τὸ πολὺ τῶν δια‐ φορητικῶν, ἀγανακτεῖν συμβαίνει τοὺς μῦς καὶ τὰς ὀδύνας ἐπιτείνεσθαι.</w:t>
      </w:r>
    </w:p>
    <w:p>
      <w:r>
        <w:rPr>
          <w:rFonts w:ascii="Courier New" w:hAnsi="Courier New"/>
          <w:color w:val="555555"/>
          <w:sz w:val="20"/>
        </w:rPr>
        <w:t>[3 . 61 3,4]</w:t>
      </w:r>
    </w:p>
    <w:p>
      <w:r>
        <w:rPr>
          <w:rFonts w:ascii="Gentium Plus" w:hAnsi="Gentium Plus"/>
          <w:sz w:val="24"/>
        </w:rPr>
        <w:t>χρὴ τοίνυν μεμῖχθαι τοῖς διαφορητικοῖς τὰ παρηγοροῦντα. ἔστι δὲ</w:t>
      </w:r>
    </w:p>
    <w:p>
      <w:r>
        <w:rPr>
          <w:rFonts w:ascii="Courier New" w:hAnsi="Courier New"/>
          <w:color w:val="555555"/>
          <w:sz w:val="20"/>
        </w:rPr>
        <w:t>[3 . 61 . 4 (2)]</w:t>
      </w:r>
    </w:p>
    <w:p>
      <w:r>
        <w:rPr>
          <w:rFonts w:ascii="Gentium Plus" w:hAnsi="Gentium Plus"/>
          <w:sz w:val="24"/>
        </w:rPr>
        <w:t>παρηγορητικὸν μὲν ἐπὶ τῆς τοιαύτης διαθέσεως τῶν μυῶν τό τε ἕψημα καὶ ὕσσωπον μετ’ ἐλαίου βραχέος· διαφορητικὸν δ’ ὄξος καὶ νίτρον</w:t>
      </w:r>
    </w:p>
    <w:p>
      <w:r>
        <w:rPr>
          <w:rFonts w:ascii="Courier New" w:hAnsi="Courier New"/>
          <w:color w:val="555555"/>
          <w:sz w:val="20"/>
        </w:rPr>
        <w:t>[3 . 61 . 5]</w:t>
      </w:r>
    </w:p>
    <w:p>
      <w:r>
        <w:rPr>
          <w:rFonts w:ascii="Gentium Plus" w:hAnsi="Gentium Plus"/>
          <w:sz w:val="24"/>
        </w:rPr>
        <w:t>καὶ στακτὴ κονία. χρηστέον οὖν κατ’ ἀρχὰς μὲν τῷ ἑψήματι μετ’ ἐλαίου βραχέος καὶ οἴνου ὁμοίως βραχέος, ἀναλαμβάνοντας οἰσυπηροῖς ἐρίοις θερμόν, καὶ φροντίζειν ὅπως ἂν ἀεὶ ἡ θερμότης παραμένῃ·</w:t>
      </w:r>
    </w:p>
    <w:p>
      <w:r>
        <w:rPr>
          <w:rFonts w:ascii="Courier New" w:hAnsi="Courier New"/>
          <w:color w:val="555555"/>
          <w:sz w:val="20"/>
        </w:rPr>
        <w:t>[3 . 61 . 6]</w:t>
      </w:r>
    </w:p>
    <w:p>
      <w:r>
        <w:rPr>
          <w:rFonts w:ascii="Gentium Plus" w:hAnsi="Gentium Plus"/>
          <w:sz w:val="24"/>
        </w:rPr>
        <w:t>ψύχεσθαι γὰρ οὐ χρὴ τὰ μόρια. παρηγορηθέντος δὲ τοῦ κάμνοντος, παραμιγνύναι τοῦ ὄξους καὶ τοῦ νίτρου καὶ μετὰ ταῦτα καὶ τῆς κονίας τῆς στακτῆς, εἶθ’ ὕστερον διαφορητικοῖς φαρμάκοις χρῆσθαι εἰς ἀπο‐ κατάστασιν, οἷόν ἐστι καὶ τὸ ὑποτεταγμένον· γλοιὸν ἀποζέσας ἤθησον</w:t>
      </w:r>
    </w:p>
    <w:p>
      <w:r>
        <w:rPr>
          <w:rFonts w:ascii="Courier New" w:hAnsi="Courier New"/>
          <w:color w:val="555555"/>
          <w:sz w:val="20"/>
        </w:rPr>
        <w:t>[5]</w:t>
      </w:r>
    </w:p>
    <w:p>
      <w:r>
        <w:rPr>
          <w:rFonts w:ascii="Gentium Plus" w:hAnsi="Gentium Plus"/>
          <w:sz w:val="24"/>
        </w:rPr>
        <w:t>πρῶτον ὡς καθαρὸν γενέσθαι, καὶ πάλιν ἐμβαλὼν τῇ κακάβῃ λείαν ἄσβεστον τίτανον ὡς ἄλευρον ἐπίπαττε μέχρι πηλώδους συστάσεως.</w:t>
      </w:r>
    </w:p>
    <w:p>
      <w:pPr>
        <w:jc w:val="center"/>
      </w:pPr>
      <w:r>
        <w:rPr>
          <w:rFonts w:ascii="Gentium Plus" w:hAnsi="Gentium Plus"/>
          <w:b/>
          <w:sz w:val="24"/>
        </w:rPr>
        <w:t>Πρὸς ἐλεφαντιῶντας.</w:t>
      </w:r>
    </w:p>
    <w:p>
      <w:r>
        <w:rPr>
          <w:rFonts w:ascii="Courier New" w:hAnsi="Courier New"/>
          <w:color w:val="555555"/>
          <w:sz w:val="20"/>
        </w:rPr>
        <w:t>[3 . 62 . 1]</w:t>
      </w:r>
    </w:p>
    <w:p>
      <w:r>
        <w:rPr>
          <w:rFonts w:ascii="Gentium Plus" w:hAnsi="Gentium Plus"/>
          <w:sz w:val="24"/>
        </w:rPr>
        <w:t>Θαυμάσιόν ἐστι τοῖς ἐλεφαντιῶσι βοήθημα ἡ τῶν ἐχιδνῶν ἐδωδή· χρὴ δ’ ἐσθίειν ταύτας ὧδε σκευάζοντας· πρῶτον μὲν ἀποκοπτομένης</w:t>
      </w:r>
    </w:p>
    <w:p>
      <w:r>
        <w:rPr>
          <w:rFonts w:ascii="Courier New" w:hAnsi="Courier New"/>
          <w:color w:val="555555"/>
          <w:sz w:val="20"/>
        </w:rPr>
        <w:t>[5]</w:t>
      </w:r>
    </w:p>
    <w:p>
      <w:r>
        <w:rPr>
          <w:rFonts w:ascii="Gentium Plus" w:hAnsi="Gentium Plus"/>
          <w:sz w:val="24"/>
        </w:rPr>
        <w:t>αὐτῶν περιπλυθέντος, ἐν λοπάδι ταῖς ἐγχέλυσι παραπλησίως σκευ‐ άζοντας διὰ λευκοῦ ζωμοῦ· γίνεται δ’ οὗτος, ὕδατος μὲν δαψιλοῦς ἐπεμβληθέντος, ἐλαίου δὲ βραχέος καὶ σὺν αὐτῷ πράσου καὶ ἀνήθου.</w:t>
      </w:r>
    </w:p>
    <w:p>
      <w:r>
        <w:rPr>
          <w:rFonts w:ascii="Courier New" w:hAnsi="Courier New"/>
          <w:color w:val="555555"/>
          <w:sz w:val="20"/>
        </w:rPr>
        <w:t>[3 . 62 . 2]</w:t>
      </w:r>
    </w:p>
    <w:p>
      <w:r>
        <w:rPr>
          <w:rFonts w:ascii="Gentium Plus" w:hAnsi="Gentium Plus"/>
          <w:sz w:val="24"/>
        </w:rPr>
        <w:t>πρόδηλον δ’ ὅτι μέχρι τοσούτου τὰς σάρκας τῶν ἐχιδνῶν ἑψεῖν προσ‐</w:t>
      </w:r>
    </w:p>
    <w:p>
      <w:r>
        <w:rPr>
          <w:rFonts w:ascii="Courier New" w:hAnsi="Courier New"/>
          <w:color w:val="555555"/>
          <w:sz w:val="20"/>
        </w:rPr>
        <w:t>[3 . 62 . 3]</w:t>
      </w:r>
    </w:p>
    <w:p>
      <w:r>
        <w:rPr>
          <w:rFonts w:ascii="Gentium Plus" w:hAnsi="Gentium Plus"/>
          <w:sz w:val="24"/>
        </w:rPr>
        <w:t>ήκει, μέχρις ἂν ἀκριβῶς γένοιντο ἁπαλαί. καὶ αὐτὸ δὲ τὸ δι’ αὐτῶν σκευαζόμενον φάρμακον, ὃ καλοῦσι θηριακήν, ἐπιτήδειόν ἐστι πίνεσθαι δαψιλῶς τοῖς οὕτω κάμνουσι, καὶ εἰ βούλοιτό τις αὐτῷ καὶ τὸ δέρμα χρίεσθαι· ταῦτα γὰρ ποιούντων, ἔσθ’ ὅτε λέπος ἀφίσταται τοῦ δέρ‐</w:t>
      </w:r>
    </w:p>
    <w:p>
      <w:r>
        <w:rPr>
          <w:rFonts w:ascii="Courier New" w:hAnsi="Courier New"/>
          <w:color w:val="555555"/>
          <w:sz w:val="20"/>
        </w:rPr>
        <w:t>[3 . 62 . 4]</w:t>
      </w:r>
    </w:p>
    <w:p>
      <w:r>
        <w:rPr>
          <w:rFonts w:ascii="Gentium Plus" w:hAnsi="Gentium Plus"/>
          <w:sz w:val="24"/>
        </w:rPr>
        <w:t>ματος, ὁποῖον ἐπὶ τῶν ὄφεων τὸ καλούμενον γῆρας. χρώμεθα δ’ ἐπ’ αὐτῶν καὶ τοῖς ἁλσὶ τῆς θηριακῆς καὶ τῇ καλαμίνθῃ· ἀγαθὸν γὰρ καὶ τοῦτο, μὴ μόνον γενναίως διαφοροῦν τοὺς λεπτοὺς χυμούς, ἀλλὰ καὶ λεπτῦνον ἰσχυρῶς καὶ τέμνον τοὺς παχεῖς 〈τοὺσ〉 τοῦτο τὸ νόσημα</w:t>
      </w:r>
    </w:p>
    <w:p>
      <w:r>
        <w:rPr>
          <w:rFonts w:ascii="Courier New" w:hAnsi="Courier New"/>
          <w:color w:val="555555"/>
          <w:sz w:val="20"/>
        </w:rPr>
        <w:t>[3 . 62 . 5]</w:t>
      </w:r>
    </w:p>
    <w:p>
      <w:r>
        <w:rPr>
          <w:rFonts w:ascii="Gentium Plus" w:hAnsi="Gentium Plus"/>
          <w:sz w:val="24"/>
        </w:rPr>
        <w:t>γεννῶντας. οὐ μὴν ἁπλῶς ἐφ’ ἕκαστον τούτων ἐρχόμεθα, προκαθαί‐ ρομεν δὲ πάντως, ἔστι δ’ ὅτε καὶ φλεβοτομοῦμεν.</w:t>
      </w:r>
    </w:p>
    <w:p>
      <w:pPr>
        <w:jc w:val="center"/>
      </w:pPr>
      <w:r>
        <w:rPr>
          <w:rFonts w:ascii="Gentium Plus" w:hAnsi="Gentium Plus"/>
          <w:b/>
          <w:sz w:val="24"/>
        </w:rPr>
        <w:t>Περὶ τῶν δηλητηρίων καὶ τῶν ἰοβόλων.</w:t>
      </w:r>
    </w:p>
    <w:p>
      <w:r>
        <w:rPr>
          <w:rFonts w:ascii="Courier New" w:hAnsi="Courier New"/>
          <w:color w:val="555555"/>
          <w:sz w:val="20"/>
        </w:rPr>
        <w:t>[3 . 63 . 1]</w:t>
      </w:r>
    </w:p>
    <w:p>
      <w:r>
        <w:rPr>
          <w:rFonts w:ascii="Gentium Plus" w:hAnsi="Gentium Plus"/>
          <w:sz w:val="24"/>
        </w:rPr>
        <w:t>Περὶ τῶν δηλητηρίων οὔτε ἀδιορίστως γράφειν ἀσφαλές, οὔτε ἑκάστου λέγοντας τὰς ἐπαγομένας βλάβας γράφειν οὔτε τὰς θερα‐ πείας· παράσχοι γὰρ ἂν ἡ τοιαύτη διδασκαλία τοῖς μοχθηροῖς ἀφορμὴν κακουργίας· ὅσα δὲ κοινῶς βοηθεῖν πεπίστευται τοῖς θανάσιμον εἰλη‐</w:t>
      </w:r>
    </w:p>
    <w:p>
      <w:r>
        <w:rPr>
          <w:rFonts w:ascii="Courier New" w:hAnsi="Courier New"/>
          <w:color w:val="555555"/>
          <w:sz w:val="20"/>
        </w:rPr>
        <w:t>[3 . 63 . 2]</w:t>
      </w:r>
    </w:p>
    <w:p>
      <w:r>
        <w:rPr>
          <w:rFonts w:ascii="Gentium Plus" w:hAnsi="Gentium Plus"/>
          <w:sz w:val="24"/>
        </w:rPr>
        <w:t>φόσι φάρμακον, ταῦτα γράψαι καλῶς ἂν ἔχοι. κελεύειν δὲ χρὴ τοὺς εἰληφότας ἐμεῖν εὐθύς, ἀνυπερθέτως προλαμβάνοντας συνεχῶς πλεῖστον ὑδρέλαιον, καὶ πάλιν παντοδαπὰ σιτία λαβόντας εἰς κόρον αὖθις ἐμεῖν· ἢ γὰρ συνεκκενωθήσεται τὸ φάρμακον ἢ ἐπικραθὲν ἀμβλυτέραν ἕξει</w:t>
      </w:r>
    </w:p>
    <w:p>
      <w:r>
        <w:rPr>
          <w:rFonts w:ascii="Courier New" w:hAnsi="Courier New"/>
          <w:color w:val="555555"/>
          <w:sz w:val="20"/>
        </w:rPr>
        <w:t>[3 . 63 . 3]</w:t>
      </w:r>
    </w:p>
    <w:p>
      <w:r>
        <w:rPr>
          <w:rFonts w:ascii="Gentium Plus" w:hAnsi="Gentium Plus"/>
          <w:sz w:val="24"/>
        </w:rPr>
        <w:t>δύναμιν. εἰ δ’ ἐγκαίοιντο τὴν γαστέρα μετὰ τὸν ἔμετον, ὑδροροδίνῳ</w:t>
      </w:r>
    </w:p>
    <w:p>
      <w:r>
        <w:rPr>
          <w:rFonts w:ascii="Courier New" w:hAnsi="Courier New"/>
          <w:color w:val="555555"/>
          <w:sz w:val="20"/>
        </w:rPr>
        <w:t>[3 . 63 . 4]</w:t>
      </w:r>
    </w:p>
    <w:p>
      <w:r>
        <w:rPr>
          <w:rFonts w:ascii="Gentium Plus" w:hAnsi="Gentium Plus"/>
          <w:sz w:val="24"/>
        </w:rPr>
        <w:t>ποτίσας αὖθις ἐμεῖν κέλευε. δίδου δὲ καὶ τῆς θηριακῆς μετ’ οἴνου δυναμένης καὶ μόνης ἀντιβαίνειν τοῖς δηλητηρίοις· μὴ παρούσης δ’ αὐτῆς, ἀρκευθίδας ἐννέα καὶ πηγάνου εἴκοσι φύλλα λειώσας πότιζε, ἢ χαμαιπίτυος βοτάνης μετ’ οἴνου, καὶ ὕπνου μὲν παντελῶς εἴργων,</w:t>
      </w:r>
    </w:p>
    <w:p>
      <w:r>
        <w:rPr>
          <w:rFonts w:ascii="Courier New" w:hAnsi="Courier New"/>
          <w:color w:val="555555"/>
          <w:sz w:val="20"/>
        </w:rPr>
        <w:t>[5]</w:t>
      </w:r>
    </w:p>
    <w:p>
      <w:r>
        <w:rPr>
          <w:rFonts w:ascii="Gentium Plus" w:hAnsi="Gentium Plus"/>
          <w:sz w:val="24"/>
        </w:rPr>
        <w:t>ψηλαφίᾳ δὲ τῶν ἄκρων χρώμενος· κἂν ὑποβιβασθῆναι τὸ δηλητήριον προσδοκηθῇ διὰ τοῦ δάκνεσθαι καὶ ἐρεθίζεσθαι τὴν κάτω γαστέρα, κλυστῆρσι δὴ δριμέσι χρῆσθαι, μέλι δαψιλὲς καὶ ἀφρόνιτρον ἢ ἕτερόν</w:t>
      </w:r>
    </w:p>
    <w:p>
      <w:pPr>
        <w:jc w:val="center"/>
      </w:pPr>
      <w:r>
        <w:rPr>
          <w:rFonts w:ascii="Gentium Plus" w:hAnsi="Gentium Plus"/>
          <w:b/>
          <w:sz w:val="24"/>
        </w:rPr>
        <w:t>Κοινὸν πρὸς πάντα θανάσιμα φάρμακον.</w:t>
      </w:r>
    </w:p>
    <w:p>
      <w:r>
        <w:rPr>
          <w:rFonts w:ascii="Courier New" w:hAnsi="Courier New"/>
          <w:color w:val="555555"/>
          <w:sz w:val="20"/>
        </w:rPr>
        <w:t>[3 . 64 . 1]</w:t>
      </w:r>
    </w:p>
    <w:p>
      <w:r>
        <w:rPr>
          <w:rFonts w:ascii="Gentium Plus" w:hAnsi="Gentium Plus"/>
          <w:sz w:val="24"/>
        </w:rPr>
        <w:t>Χαλβάνης 𐅻 δ, σμύρνης 𐅻 α· ταῦτα τρίψας καὶ διεὶς οἴνῳ γλυκεῖ</w:t>
      </w:r>
    </w:p>
    <w:p>
      <w:r>
        <w:rPr>
          <w:rFonts w:ascii="Courier New" w:hAnsi="Courier New"/>
          <w:color w:val="555555"/>
          <w:sz w:val="20"/>
        </w:rPr>
        <w:t>[3 . 64 . 2]</w:t>
      </w:r>
    </w:p>
    <w:p>
      <w:r>
        <w:rPr>
          <w:rFonts w:ascii="Gentium Plus" w:hAnsi="Gentium Plus"/>
          <w:sz w:val="24"/>
        </w:rPr>
        <w:t>πότιζε. —Ἄλλο. πηγάνου φύλλα κ, κάρυα βασιλικὰ β, ἁλὸς χόνδρον α, ἰσχάδας β· ταῦτα ἐσθίειν δίδου, καὶ ὑπ’ οὐδενὸς βλαβήσεται θανα‐</w:t>
      </w:r>
    </w:p>
    <w:p>
      <w:r>
        <w:rPr>
          <w:rFonts w:ascii="Courier New" w:hAnsi="Courier New"/>
          <w:color w:val="555555"/>
          <w:sz w:val="20"/>
        </w:rPr>
        <w:t>[3 . 64 . 3]</w:t>
      </w:r>
    </w:p>
    <w:p>
      <w:r>
        <w:rPr>
          <w:rFonts w:ascii="Gentium Plus" w:hAnsi="Gentium Plus"/>
          <w:sz w:val="24"/>
        </w:rPr>
        <w:t>σίμου φαρμάκου. ποιεῖ δὲ καὶ ὀρίγανος, ὄρνιθος καθηψημένης καὶ συν‐ τακείσης ζωμός, ὀποβάλσαμον σὺν γάλακτι γυναικείῳ ἢ ὕδατι.</w:t>
      </w:r>
    </w:p>
    <w:p>
      <w:pPr>
        <w:jc w:val="center"/>
      </w:pPr>
      <w:r>
        <w:rPr>
          <w:rFonts w:ascii="Gentium Plus" w:hAnsi="Gentium Plus"/>
          <w:b/>
          <w:sz w:val="24"/>
        </w:rPr>
        <w:t>Πρὸς τοὺς ὑπὸ μυκήτων πνιγομένους.</w:t>
      </w:r>
    </w:p>
    <w:p>
      <w:r>
        <w:rPr>
          <w:rFonts w:ascii="Courier New" w:hAnsi="Courier New"/>
          <w:color w:val="555555"/>
          <w:sz w:val="20"/>
        </w:rPr>
        <w:t>[3 . 65 . 1]</w:t>
      </w:r>
    </w:p>
    <w:p>
      <w:r>
        <w:rPr>
          <w:rFonts w:ascii="Gentium Plus" w:hAnsi="Gentium Plus"/>
          <w:sz w:val="24"/>
        </w:rPr>
        <w:t>Τοὺς δ’ ὑπὸ μυκήτων πνιγομένους ... ὀξύμελι μετὰ νίτρου πινό‐ μενον, καὶ ὀρνίθων τῶν κατοικιδίων ἄφοδος μετ’ ὀξυμέλιτος· δίδου</w:t>
      </w:r>
    </w:p>
    <w:p>
      <w:r>
        <w:rPr>
          <w:rFonts w:ascii="Courier New" w:hAnsi="Courier New"/>
          <w:color w:val="555555"/>
          <w:sz w:val="20"/>
        </w:rPr>
        <w:t>[3 . 65 . 2]</w:t>
      </w:r>
    </w:p>
    <w:p>
      <w:r>
        <w:rPr>
          <w:rFonts w:ascii="Gentium Plus" w:hAnsi="Gentium Plus"/>
          <w:sz w:val="24"/>
        </w:rPr>
        <w:t>δὲ τρίψας μεθ’ ὕδατος. δίδου δὲ καὶ ῥαφανίδας ὅτι πλείστας ὀπτὰς ἐσθίειν, ἢ τρύγα οἴνου καύσας καὶ τρίψας μεθ’ ὕδατος δίδου πίνειν.</w:t>
      </w:r>
    </w:p>
    <w:p>
      <w:pPr>
        <w:jc w:val="center"/>
      </w:pPr>
      <w:r>
        <w:rPr>
          <w:rFonts w:ascii="Gentium Plus" w:hAnsi="Gentium Plus"/>
          <w:b/>
          <w:sz w:val="24"/>
        </w:rPr>
        <w:t>Πρὸς γάλα τυρωθέν.</w:t>
      </w:r>
    </w:p>
    <w:p>
      <w:r>
        <w:rPr>
          <w:rFonts w:ascii="Courier New" w:hAnsi="Courier New"/>
          <w:color w:val="555555"/>
          <w:sz w:val="20"/>
        </w:rPr>
        <w:t>[3 . 66 . 1]</w:t>
      </w:r>
    </w:p>
    <w:p>
      <w:r>
        <w:rPr>
          <w:rFonts w:ascii="Gentium Plus" w:hAnsi="Gentium Plus"/>
          <w:sz w:val="24"/>
        </w:rPr>
        <w:t>Ὄξει πότιζε, ἢ γλυκεῖ πότιζε, ἢ πυτίαν ὡς πλείστην μεθ’ ὕδατος κρηναίου δίδου, ἢ σίλφιον καὶ θεῖον ἴσα τρίψας δι’ ὀξυκράτου πότιζε.</w:t>
      </w:r>
    </w:p>
    <w:p>
      <w:pPr>
        <w:jc w:val="center"/>
      </w:pPr>
      <w:r>
        <w:rPr>
          <w:rFonts w:ascii="Gentium Plus" w:hAnsi="Gentium Plus"/>
          <w:b/>
          <w:sz w:val="24"/>
        </w:rPr>
        <w:t>Πρὸς βδέλλας.</w:t>
      </w:r>
    </w:p>
    <w:p>
      <w:r>
        <w:rPr>
          <w:rFonts w:ascii="Courier New" w:hAnsi="Courier New"/>
          <w:color w:val="555555"/>
          <w:sz w:val="20"/>
        </w:rPr>
        <w:t>[3 . 67 1,2]</w:t>
      </w:r>
    </w:p>
    <w:p>
      <w:r>
        <w:rPr>
          <w:rFonts w:ascii="Gentium Plus" w:hAnsi="Gentium Plus"/>
          <w:sz w:val="24"/>
        </w:rPr>
        <w:t>Ὄξει ὡς δριμυτάτῳ πότιζε ἢ ὀξάλμῃ. χρηστέον δὲ καὶ τοῖς τὴν</w:t>
      </w:r>
    </w:p>
    <w:p>
      <w:r>
        <w:rPr>
          <w:rFonts w:ascii="Courier New" w:hAnsi="Courier New"/>
          <w:color w:val="555555"/>
          <w:sz w:val="20"/>
        </w:rPr>
        <w:t>[3 . 67 . 3]</w:t>
      </w:r>
    </w:p>
    <w:p>
      <w:r>
        <w:rPr>
          <w:rFonts w:ascii="Gentium Plus" w:hAnsi="Gentium Plus"/>
          <w:sz w:val="24"/>
        </w:rPr>
        <w:t>κοιλίαν λύουσι· συνεκτρέχειν γὰρ εἰώθασι τοῖς διαχωρήμασιν. ποιεῖ δὲ καὶ χυλὸς ἀναγαλλίδος πινόμενος, καὶ θύμος λεῖος σὺν ὄξει δριμεῖ</w:t>
      </w:r>
    </w:p>
    <w:p>
      <w:r>
        <w:rPr>
          <w:rFonts w:ascii="Courier New" w:hAnsi="Courier New"/>
          <w:color w:val="555555"/>
          <w:sz w:val="20"/>
        </w:rPr>
        <w:t>[3 . 67 . 4]</w:t>
      </w:r>
    </w:p>
    <w:p>
      <w:r>
        <w:rPr>
          <w:rFonts w:ascii="Gentium Plus" w:hAnsi="Gentium Plus"/>
          <w:sz w:val="24"/>
        </w:rPr>
        <w:t>πινόμενος. ἡμεῖς δὲ διὰ σκορόδων βρῶσιν ἐκβάλλοντες αὐτὰς οὐδενὸς τῶν εἰρημένων χρῄζομεν.</w:t>
      </w:r>
    </w:p>
    <w:p>
      <w:pPr>
        <w:jc w:val="center"/>
      </w:pPr>
      <w:r>
        <w:rPr>
          <w:rFonts w:ascii="Gentium Plus" w:hAnsi="Gentium Plus"/>
          <w:b/>
          <w:sz w:val="24"/>
        </w:rPr>
        <w:t>Πρὸς τὰς τῶν σφηκῶν καὶ μελισσῶν πληγάς.</w:t>
      </w:r>
    </w:p>
    <w:p>
      <w:r>
        <w:rPr>
          <w:rFonts w:ascii="Courier New" w:hAnsi="Courier New"/>
          <w:color w:val="555555"/>
          <w:sz w:val="20"/>
        </w:rPr>
        <w:t>[3 . 68 . 1]</w:t>
      </w:r>
    </w:p>
    <w:p>
      <w:r>
        <w:rPr>
          <w:rFonts w:ascii="Gentium Plus" w:hAnsi="Gentium Plus"/>
          <w:sz w:val="24"/>
        </w:rPr>
        <w:t>Μαλάχης φύλλα τρίψας ἐπιτίθει, ἢ σησάμου φύλλα, καὶ αὐτὸ τὸ σήσαμον κατάπλασσε.</w:t>
      </w:r>
    </w:p>
    <w:p>
      <w:pPr>
        <w:jc w:val="center"/>
      </w:pPr>
      <w:r>
        <w:rPr>
          <w:rFonts w:ascii="Gentium Plus" w:hAnsi="Gentium Plus"/>
          <w:b/>
          <w:sz w:val="24"/>
        </w:rPr>
        <w:t>Πρὸς σκολοπένδρας.</w:t>
      </w:r>
    </w:p>
    <w:p>
      <w:r>
        <w:rPr>
          <w:rFonts w:ascii="Courier New" w:hAnsi="Courier New"/>
          <w:color w:val="555555"/>
          <w:sz w:val="20"/>
        </w:rPr>
        <w:t>[3 . 69 . 1]</w:t>
      </w:r>
    </w:p>
    <w:p>
      <w:r>
        <w:rPr>
          <w:rFonts w:ascii="Gentium Plus" w:hAnsi="Gentium Plus"/>
          <w:sz w:val="24"/>
        </w:rPr>
        <w:t>Ὀξάλμῃ δριμείᾳ θερμῇ κατάντλει, καὶ τέφραν μετ’ ὄξους κατά‐ πλασσε.</w:t>
      </w:r>
    </w:p>
    <w:p>
      <w:pPr>
        <w:jc w:val="center"/>
      </w:pPr>
      <w:r>
        <w:rPr>
          <w:rFonts w:ascii="Gentium Plus" w:hAnsi="Gentium Plus"/>
          <w:b/>
          <w:sz w:val="24"/>
        </w:rPr>
        <w:t>Πρὸς μυγαλᾶς.</w:t>
      </w:r>
    </w:p>
    <w:p>
      <w:r>
        <w:rPr>
          <w:rFonts w:ascii="Courier New" w:hAnsi="Courier New"/>
          <w:color w:val="555555"/>
          <w:sz w:val="20"/>
        </w:rPr>
        <w:t>[3 . 70 . 1]</w:t>
      </w:r>
    </w:p>
    <w:p>
      <w:r>
        <w:rPr>
          <w:rFonts w:ascii="Gentium Plus" w:hAnsi="Gentium Plus"/>
          <w:sz w:val="24"/>
        </w:rPr>
        <w:t>Σκόροδα συντρίψας σὺν τοῖς λεπίσμασι καὶ κύμινον ἴσον ὄγκῳ διεὶς ἐλαίῳ κατάπλασσε τὸ δῆγμα καὶ συνάλειφε τοὺς κύκλῳ τόπους.</w:t>
      </w:r>
    </w:p>
    <w:p>
      <w:r>
        <w:rPr>
          <w:rFonts w:ascii="Courier New" w:hAnsi="Courier New"/>
          <w:color w:val="555555"/>
          <w:sz w:val="20"/>
        </w:rPr>
        <w:t>[3 . 70 . 2]</w:t>
      </w:r>
    </w:p>
    <w:p>
      <w:r>
        <w:rPr>
          <w:rFonts w:ascii="Gentium Plus" w:hAnsi="Gentium Plus"/>
          <w:sz w:val="24"/>
        </w:rPr>
        <w:t>ἂν δ’ ἐκραγῇ καὶ ἕλκος γένηται, ὀξάλμῃ κατάντλει καὶ κριθὴν κατα‐ καύσας κατάπλασσε ἐπὶ τὰ ἕλκη· οὐκ ἐκραγήσεται δέ, εἰ μὴ κύουσα δάκνῃ μυγαλῆ.</w:t>
      </w:r>
    </w:p>
    <w:p>
      <w:pPr>
        <w:jc w:val="center"/>
      </w:pPr>
      <w:r>
        <w:rPr>
          <w:rFonts w:ascii="Gentium Plus" w:hAnsi="Gentium Plus"/>
          <w:b/>
          <w:sz w:val="24"/>
        </w:rPr>
        <w:t>Πρὸς κυνοδήκτους καὶ ἀνθρωποδήκτους καὶ πιθη‐ κοδήκτους.</w:t>
      </w:r>
    </w:p>
    <w:p>
      <w:r>
        <w:rPr>
          <w:rFonts w:ascii="Courier New" w:hAnsi="Courier New"/>
          <w:color w:val="555555"/>
          <w:sz w:val="20"/>
        </w:rPr>
        <w:t>[3 . 71 . 1]</w:t>
      </w:r>
    </w:p>
    <w:p>
      <w:r>
        <w:rPr>
          <w:rFonts w:ascii="Gentium Plus" w:hAnsi="Gentium Plus"/>
          <w:sz w:val="24"/>
        </w:rPr>
        <w:t>Σπόγγον ὄξει δεύσας ἐπιτίθει· ἢ μαράθρου ῥίζαν κόψας μετὰ μέλιτος ἐπιτίθει· ἢ Ἰλλυρικὴν λείαν μετὰ μέλιτος, ἢ σῦκον ἢ ἀμύγδαλα</w:t>
      </w:r>
    </w:p>
    <w:p>
      <w:r>
        <w:rPr>
          <w:rFonts w:ascii="Courier New" w:hAnsi="Courier New"/>
          <w:color w:val="555555"/>
          <w:sz w:val="20"/>
        </w:rPr>
        <w:t>[3 . 71 . 2]</w:t>
      </w:r>
    </w:p>
    <w:p>
      <w:r>
        <w:rPr>
          <w:rFonts w:ascii="Gentium Plus" w:hAnsi="Gentium Plus"/>
          <w:sz w:val="24"/>
        </w:rPr>
        <w:t>πικρὰ τρίψας ἐπιτίθει· ἢ λιθάργυρον καὶ ἅλας λεάνας ἐπιτίθει. πρὸς</w:t>
      </w:r>
    </w:p>
    <w:p>
      <w:r>
        <w:rPr>
          <w:rFonts w:ascii="Courier New" w:hAnsi="Courier New"/>
          <w:color w:val="555555"/>
          <w:sz w:val="20"/>
        </w:rPr>
        <w:t>[3 . 71 . 3]</w:t>
      </w:r>
    </w:p>
    <w:p>
      <w:r>
        <w:rPr>
          <w:rFonts w:ascii="Gentium Plus" w:hAnsi="Gentium Plus"/>
          <w:sz w:val="24"/>
        </w:rPr>
        <w:t>δὲ τὰ ἤδη πεπυωμένα ὄροβον λεῖον μετὰ μέλιτος ἐπιτίθει. πρὸς δὲ τὰ φλεγμαίνοντα λιθαργύρῳ λείῳ μεθ’ ὕδατος κατάχριε.</w:t>
      </w:r>
    </w:p>
    <w:p>
      <w:pPr>
        <w:jc w:val="center"/>
      </w:pPr>
      <w:r>
        <w:rPr>
          <w:rFonts w:ascii="Gentium Plus" w:hAnsi="Gentium Plus"/>
          <w:b/>
          <w:sz w:val="24"/>
        </w:rPr>
        <w:t>Πρὸς λυσσοδήκτους.</w:t>
      </w:r>
    </w:p>
    <w:p>
      <w:r>
        <w:rPr>
          <w:rFonts w:ascii="Courier New" w:hAnsi="Courier New"/>
          <w:color w:val="555555"/>
          <w:sz w:val="20"/>
        </w:rPr>
        <w:t>[3 . 72 . 1]</w:t>
      </w:r>
    </w:p>
    <w:p>
      <w:r>
        <w:rPr>
          <w:rFonts w:ascii="Gentium Plus" w:hAnsi="Gentium Plus"/>
          <w:sz w:val="24"/>
        </w:rPr>
        <w:t>Καρκίνους ζῶντας ἐπὶ λοπάδος θεὶς ἐξ ἐρυθροῦ χαλκοῦ καίειν δεῖ ἄχρις οὗ τεφρωθῶσιν ὡς εὐκόλως λειοῦσθαι· καίειν δὲ δεῖ μετὰ Κυνὸς ἐπιτολήν, ὄντος ἡλίου μὲν 〈ἐν〉 Λέοντι, τῆς δὲ σελήνης ὀκτωκαιδεκα‐ ταίας, καὶ ποιεῖν φάρμακον, τῆς μὲν τῶν καρκίνων τέφρας ἐμβάλλοντα</w:t>
      </w:r>
    </w:p>
    <w:p>
      <w:r>
        <w:rPr>
          <w:rFonts w:ascii="Courier New" w:hAnsi="Courier New"/>
          <w:color w:val="555555"/>
          <w:sz w:val="20"/>
        </w:rPr>
        <w:t>[5]</w:t>
      </w:r>
    </w:p>
    <w:p>
      <w:r>
        <w:rPr>
          <w:rFonts w:ascii="Gentium Plus" w:hAnsi="Gentium Plus"/>
          <w:sz w:val="24"/>
        </w:rPr>
        <w:t>μοίρας ι, γεντιανῆς δὲ μοίρας ε καὶ λιβανωτοῦ μοῖραν μίαν. καὶ δίδου πίνειν ἐξ αὐτοῦ τοῖς λυσσοδήκτοις καθ’ ἑκάστην ἡμέραν ἄχρι τῆς μ, ἐπιπάσσων ὕδατι κοχλιάριον ἓν εὐμέγεθες· εἰ δὲ μεθ’ ἡμέρας τινὰς</w:t>
      </w:r>
    </w:p>
    <w:p>
      <w:r>
        <w:rPr>
          <w:rFonts w:ascii="Courier New" w:hAnsi="Courier New"/>
          <w:color w:val="555555"/>
          <w:sz w:val="20"/>
        </w:rPr>
        <w:t>[3 . 72 . 2]</w:t>
      </w:r>
    </w:p>
    <w:p>
      <w:r>
        <w:rPr>
          <w:rFonts w:ascii="Gentium Plus" w:hAnsi="Gentium Plus"/>
          <w:sz w:val="24"/>
        </w:rPr>
        <w:t>τοῦ δηχθῆναι προνοῇ τοῦ δεδηγμένου, δύο κοχλιάρια δίδου. κατὰ δὲ τοῦ τραύματος χρῶ φαρμάκῳ λαμβάνοντι μίαν μὲν λίτραν τῆς Βρυτίας πίττης, δριμυτάτου δ’ ὄξους ξέστην Ἰταλικὸν καὶ ὀποπάνακος οὐγγίας</w:t>
      </w:r>
    </w:p>
    <w:p>
      <w:r>
        <w:rPr>
          <w:rFonts w:ascii="Courier New" w:hAnsi="Courier New"/>
          <w:color w:val="555555"/>
          <w:sz w:val="20"/>
        </w:rPr>
        <w:t>[3 . 72 3,4]</w:t>
      </w:r>
    </w:p>
    <w:p>
      <w:r>
        <w:rPr>
          <w:rFonts w:ascii="Gentium Plus" w:hAnsi="Gentium Plus"/>
          <w:sz w:val="24"/>
        </w:rPr>
        <w:t>τρεῖς. τούτοις εἴ τις χρῷτο, σώσει τοὺς λυσσοδήκτους ἀεί. ἡ ξηρὰ δὲ</w:t>
      </w:r>
    </w:p>
    <w:p>
      <w:r>
        <w:rPr>
          <w:rFonts w:ascii="Courier New" w:hAnsi="Courier New"/>
          <w:color w:val="555555"/>
          <w:sz w:val="20"/>
        </w:rPr>
        <w:t>[3 . 72 . 4 (2)]</w:t>
      </w:r>
    </w:p>
    <w:p>
      <w:r>
        <w:rPr>
          <w:rFonts w:ascii="Gentium Plus" w:hAnsi="Gentium Plus"/>
          <w:sz w:val="24"/>
        </w:rPr>
        <w:t>καλαμίνθη πρὸς τὰ τῶν ἰοβόλων δήγματα ποιεῖ, ῥᾳδίως ἐκ τοῦ βάθους</w:t>
      </w:r>
    </w:p>
    <w:p>
      <w:r>
        <w:rPr>
          <w:rFonts w:ascii="Courier New" w:hAnsi="Courier New"/>
          <w:color w:val="555555"/>
          <w:sz w:val="20"/>
        </w:rPr>
        <w:t>[3 . 72 . 5]</w:t>
      </w:r>
    </w:p>
    <w:p>
      <w:r>
        <w:rPr>
          <w:rFonts w:ascii="Gentium Plus" w:hAnsi="Gentium Plus"/>
          <w:sz w:val="24"/>
        </w:rPr>
        <w:t>ἐπισπωμένη πρὸς ἑαυτὴν πᾶσαν τὴν περικειμένην ὑγρότητα. καὶ τὸ κέστρον δ’ ἐπιπαττόμενον τοῖς ἕλκεσι βοηθεῖ πᾶσι τοῖς τῶν θηρίων</w:t>
      </w:r>
    </w:p>
    <w:p>
      <w:r>
        <w:rPr>
          <w:rFonts w:ascii="Courier New" w:hAnsi="Courier New"/>
          <w:color w:val="555555"/>
          <w:sz w:val="20"/>
        </w:rPr>
        <w:t>[3 . 72 . 6]</w:t>
      </w:r>
    </w:p>
    <w:p>
      <w:r>
        <w:rPr>
          <w:rFonts w:ascii="Gentium Plus" w:hAnsi="Gentium Plus"/>
          <w:sz w:val="24"/>
        </w:rPr>
        <w:t>δήγμασι, καὶ τὸ εἰς ὀθόνιον ὁμοίως. πινόμενα δὲ πηγάνου ἀγρίου σπέρμα, πυτία νεαροῦ [καὶ] λαγωοῦ, σεύτλου ῥίζης χυλός, ταῦτα σὺν οἴνῳ λαμβανόμενα.</w:t>
      </w:r>
    </w:p>
    <w:p>
      <w:pPr>
        <w:jc w:val="center"/>
      </w:pPr>
      <w:r>
        <w:rPr>
          <w:rFonts w:ascii="Gentium Plus" w:hAnsi="Gentium Plus"/>
          <w:b/>
          <w:sz w:val="24"/>
        </w:rPr>
        <w:t>Πρὸς τὸ λαμβάνειν ἐχίδνας ἀλύπως.</w:t>
      </w:r>
    </w:p>
    <w:p>
      <w:r>
        <w:rPr>
          <w:rFonts w:ascii="Courier New" w:hAnsi="Courier New"/>
          <w:color w:val="555555"/>
          <w:sz w:val="20"/>
        </w:rPr>
        <w:t>[3 . 73 . 1]</w:t>
      </w:r>
    </w:p>
    <w:p>
      <w:r>
        <w:rPr>
          <w:rFonts w:ascii="Gentium Plus" w:hAnsi="Gentium Plus"/>
          <w:sz w:val="24"/>
        </w:rPr>
        <w:t>Δρακοντίου τῆς ῥίζης χυλῷ ἐάν τις συγχρίσῃ τὰς χεῖρας, λαμβάνοι</w:t>
      </w:r>
    </w:p>
    <w:p>
      <w:r>
        <w:rPr>
          <w:rFonts w:ascii="Courier New" w:hAnsi="Courier New"/>
          <w:color w:val="555555"/>
          <w:sz w:val="20"/>
        </w:rPr>
        <w:t>[3 . 73 . 2]</w:t>
      </w:r>
    </w:p>
    <w:p>
      <w:r>
        <w:rPr>
          <w:rFonts w:ascii="Gentium Plus" w:hAnsi="Gentium Plus"/>
          <w:sz w:val="24"/>
        </w:rPr>
        <w:t>ἂν ὁ τοιοῦτος ἐχίδνας ἀλύπως. ἀλλὰ τί ταῦτα γράφομεν πρὸς σὲ</w:t>
      </w:r>
    </w:p>
    <w:p>
      <w:r>
        <w:rPr>
          <w:rFonts w:ascii="Courier New" w:hAnsi="Courier New"/>
          <w:color w:val="555555"/>
          <w:sz w:val="20"/>
        </w:rPr>
        <w:t>[5]</w:t>
      </w:r>
    </w:p>
    <w:p>
      <w:r>
        <w:rPr>
          <w:rFonts w:ascii="Gentium Plus" w:hAnsi="Gentium Plus"/>
          <w:sz w:val="24"/>
        </w:rPr>
        <w:t>ότι μετ’ ἐπιμελείας τῆς πολλῆς καὶ ἐμπειρίας ἀκριβεστάτης, καὶ τῶν ἐμβαλλομένων τὴν οἰκείαν τε ἀρετὴν ἐχόντων καὶ μήτε διὰ χρόνον μήτε διὰ γένος ἀσθενῶν ὑπαρχόντων, ὡς ἥ γε ὑπὸ τῶν πολλῶν δι’ ἐμπειρίαν κατασκευαζομένη τε καὶ πιπρασκομένη χρυσίου μόνον ὄνομα κέκτηται πόρρω τῆς εἰρημένης ἐνεργείας οὖσα, τῷ τὰ μὲν διὰ τὸ</w:t>
      </w:r>
    </w:p>
    <w:p>
      <w:r>
        <w:rPr>
          <w:rFonts w:ascii="Courier New" w:hAnsi="Courier New"/>
          <w:color w:val="555555"/>
          <w:sz w:val="20"/>
        </w:rPr>
        <w:t>[10]</w:t>
      </w:r>
    </w:p>
    <w:p>
      <w:r>
        <w:rPr>
          <w:rFonts w:ascii="Gentium Plus" w:hAnsi="Gentium Plus"/>
          <w:sz w:val="24"/>
        </w:rPr>
        <w:t>ἀγνοεῖσθαι, τὰ δὲ διὰ τὸ τίμια τυγχάνειν πολλὰ τῶν ἁπλῶν μὴ βάλ‐</w:t>
      </w:r>
    </w:p>
    <w:p>
      <w:r>
        <w:rPr>
          <w:rFonts w:ascii="Courier New" w:hAnsi="Courier New"/>
          <w:color w:val="555555"/>
          <w:sz w:val="20"/>
        </w:rPr>
        <w:t>[3 . 73 . 3]</w:t>
      </w:r>
    </w:p>
    <w:p>
      <w:r>
        <w:rPr>
          <w:rFonts w:ascii="Gentium Plus" w:hAnsi="Gentium Plus"/>
          <w:sz w:val="24"/>
        </w:rPr>
        <w:t>λεσθαι φαρμάκων. ἀλλ’ αὐτός γε οὐκ ἀπορήσεις τῆς καλλίστης θηρια‐ κῆς, οὐδ’ οἱ παραπλησίως σοι φιλιατροῦντες· λήψεσθε δ’ ἀεὶ παρ’ ἡμῶν τε καὶ τῶν ὁμοίως ἡμῖν σκευαζόντων· διόπερ οὐδὲ τὴν γραφὴν αὐτὴν νυνὶ ἐγράψαμεν, δυσχερεστάτην αὐτῆς εἰδότες τὴν ἀρίστην κατα‐</w:t>
      </w:r>
    </w:p>
    <w:p>
      <w:r>
        <w:rPr>
          <w:rFonts w:ascii="Courier New" w:hAnsi="Courier New"/>
          <w:color w:val="555555"/>
          <w:sz w:val="20"/>
        </w:rPr>
        <w:t>[5]</w:t>
      </w:r>
    </w:p>
    <w:p>
      <w:r>
        <w:rPr>
          <w:rFonts w:ascii="Gentium Plus" w:hAnsi="Gentium Plus"/>
          <w:sz w:val="24"/>
        </w:rPr>
        <w:t>σκευήν, ὥστε οὐδὲ τοὺς ἰατροὺς πάντας ταύτης εὐτυχηκέναι τῆς ἐμ‐</w:t>
      </w:r>
    </w:p>
    <w:p>
      <w:r>
        <w:rPr>
          <w:rFonts w:ascii="Courier New" w:hAnsi="Courier New"/>
          <w:color w:val="555555"/>
          <w:sz w:val="20"/>
        </w:rPr>
        <w:t>[4 p 1]</w:t>
      </w:r>
    </w:p>
    <w:p>
      <w:r>
        <w:rPr>
          <w:rFonts w:ascii="Gentium Plus" w:hAnsi="Gentium Plus"/>
          <w:sz w:val="24"/>
        </w:rPr>
        <w:t>Συμπληρουμένου καὶ τοῦ περὶ τῶν διαθέσεων λόγου, καιρὸς ἤδη τῶν πεπονθότων τόπων τὰς ἰάσεις διελθεῖν, ἀπὸ τῶν περὶ τὴν κεφα‐ λὴν συνισταμένων παθῶν ἀρξάμενον.</w:t>
      </w:r>
    </w:p>
    <w:p>
      <w:pPr>
        <w:jc w:val="center"/>
      </w:pPr>
      <w:r>
        <w:rPr>
          <w:rFonts w:ascii="Gentium Plus" w:hAnsi="Gentium Plus"/>
          <w:b/>
          <w:sz w:val="24"/>
        </w:rPr>
        <w:t>Περὶ κεφαλαλγιῶν καὶ σειρίων.</w:t>
      </w:r>
    </w:p>
    <w:p>
      <w:r>
        <w:rPr>
          <w:rFonts w:ascii="Courier New" w:hAnsi="Courier New"/>
          <w:color w:val="555555"/>
          <w:sz w:val="20"/>
        </w:rPr>
        <w:t>[4 . 1 . 1]</w:t>
      </w:r>
    </w:p>
    <w:p>
      <w:r>
        <w:rPr>
          <w:rFonts w:ascii="Gentium Plus" w:hAnsi="Gentium Plus"/>
          <w:sz w:val="24"/>
        </w:rPr>
        <w:t>Τὰς μὲν ἐπὶ ταῖς ἐγκαύσεσι κεφαλαλγίας ἰᾶσθαι προσήκει ἀνάλῳ ῥοδίνῳ πᾶν καταβρέχοντα τὸ βρέγμα, φειδόμενον τοῦ ὄπισθεν τῆς κεφαλῆς μέρους τοῦ κατὰ τὸ ἰνίον· οὔτε γὰρ ἐγκαίεται ῥᾳδίως, καὶ</w:t>
      </w:r>
    </w:p>
    <w:p>
      <w:r>
        <w:rPr>
          <w:rFonts w:ascii="Courier New" w:hAnsi="Courier New"/>
          <w:color w:val="555555"/>
          <w:sz w:val="20"/>
        </w:rPr>
        <w:t>[4 . 1 . 2]</w:t>
      </w:r>
    </w:p>
    <w:p>
      <w:r>
        <w:rPr>
          <w:rFonts w:ascii="Gentium Plus" w:hAnsi="Gentium Plus"/>
          <w:sz w:val="24"/>
        </w:rPr>
        <w:t>ἐνταῦθα οὔσης τῆς ἀρχῆς τοῦ νωτιαίου, παρακολουθήσει τις βλάβη. μὴ</w:t>
      </w:r>
    </w:p>
    <w:p>
      <w:r>
        <w:rPr>
          <w:rFonts w:ascii="Courier New" w:hAnsi="Courier New"/>
          <w:color w:val="555555"/>
          <w:sz w:val="20"/>
        </w:rPr>
        <w:t>[4 . 1 . 3]</w:t>
      </w:r>
    </w:p>
    <w:p>
      <w:r>
        <w:rPr>
          <w:rFonts w:ascii="Gentium Plus" w:hAnsi="Gentium Plus"/>
          <w:sz w:val="24"/>
        </w:rPr>
        <w:t>παρόντος δὲ τοῦ ῥοδίνου, τῷ ὀμφακίνῳ ἐλαίῳ χρήσῃ. παραλήψῃ δὲ τὸ χαμαιμήλινον ἐπί τε τῶν παίδων καὶ τῶν γυναικῶν καὶ τῶν ἁπα‐</w:t>
      </w:r>
    </w:p>
    <w:p>
      <w:r>
        <w:rPr>
          <w:rFonts w:ascii="Courier New" w:hAnsi="Courier New"/>
          <w:color w:val="555555"/>
          <w:sz w:val="20"/>
        </w:rPr>
        <w:t>[4 . 1 . 4]</w:t>
      </w:r>
    </w:p>
    <w:p>
      <w:r>
        <w:rPr>
          <w:rFonts w:ascii="Gentium Plus" w:hAnsi="Gentium Plus"/>
          <w:sz w:val="24"/>
        </w:rPr>
        <w:t>λοσάρκων, ἐφ’ ὧν δεῖ μὲν ἐμψύξεως, οὐ μὴν σφοδροτέρας. ψύχειν δὲ δεῖ ταῦτα καὶ οὕτω προσφέρειν ἱστάντας ἐν ὕδατι ψυχρῷ καί, εἰ παρείη, χιόνι περιπλάττοντας τὸ ἀγγεῖον· ἀπορίας δ’ οὔσης τούτων</w:t>
      </w:r>
    </w:p>
    <w:p>
      <w:r>
        <w:rPr>
          <w:rFonts w:ascii="Courier New" w:hAnsi="Courier New"/>
          <w:color w:val="555555"/>
          <w:sz w:val="20"/>
        </w:rPr>
        <w:t>[4 . 1 . 5]</w:t>
      </w:r>
    </w:p>
    <w:p>
      <w:r>
        <w:rPr>
          <w:rFonts w:ascii="Gentium Plus" w:hAnsi="Gentium Plus"/>
          <w:sz w:val="24"/>
        </w:rPr>
        <w:t>συμπλέκειν ὄξους τῷ ῥοδίνῳ μέρος τέταρτον. σφοδρῶς δ’ ἐγκεκαυ‐ μένης τῆς κεφαλῆς, χυλὸν ἀειζῴου ἢ ἀνδράχνης ἢ θριδακίνης ἢ ψυλ‐ λίου ἢ ὀμφάκιον σταφυλῶν ἀώρων, μιγνύς ποτε καὶ χύλισμα τῶν</w:t>
      </w:r>
    </w:p>
    <w:p>
      <w:r>
        <w:rPr>
          <w:rFonts w:ascii="Courier New" w:hAnsi="Courier New"/>
          <w:color w:val="555555"/>
          <w:sz w:val="20"/>
        </w:rPr>
        <w:t>[4 . 1 . 6]</w:t>
      </w:r>
    </w:p>
    <w:p>
      <w:r>
        <w:rPr>
          <w:rFonts w:ascii="Gentium Plus" w:hAnsi="Gentium Plus"/>
          <w:sz w:val="24"/>
        </w:rPr>
        <w:t>ξεσμάτων τῆς κολοκύντης. τὰς δ’ ἐπὶ ταῖς ψύξεσιν ἰάσῃ καταιονῶν τὸ</w:t>
      </w:r>
    </w:p>
    <w:p>
      <w:r>
        <w:rPr>
          <w:rFonts w:ascii="Courier New" w:hAnsi="Courier New"/>
          <w:color w:val="555555"/>
          <w:sz w:val="20"/>
        </w:rPr>
        <w:t>[4 . 1 . 7]</w:t>
      </w:r>
    </w:p>
    <w:p>
      <w:r>
        <w:rPr>
          <w:rFonts w:ascii="Gentium Plus" w:hAnsi="Gentium Plus"/>
          <w:sz w:val="24"/>
        </w:rPr>
        <w:t>βρέγμα πηγανίνῳ ἢ δαφνίνῳ ἐλαίῳ. σφοδροτέρας δ’ εἴ ποτε θερμα‐ σίας δεηθείη, εὐφόρβιον ἐπεμβαλεῖν τῷ ἐλαίῳ βραχύ· καὶ ἀλείψεις δὲ ναρδίνῳ μύρῳ καὶ ἀμαρακίνῳ τὸ μέτωπον, χρίσεις 〈δέ〉 τινι τῶν θερ‐</w:t>
      </w:r>
    </w:p>
    <w:p>
      <w:r>
        <w:rPr>
          <w:rFonts w:ascii="Courier New" w:hAnsi="Courier New"/>
          <w:color w:val="555555"/>
          <w:sz w:val="20"/>
        </w:rPr>
        <w:t>[4 . 1 . 8]</w:t>
      </w:r>
    </w:p>
    <w:p>
      <w:r>
        <w:rPr>
          <w:rFonts w:ascii="Gentium Plus" w:hAnsi="Gentium Plus"/>
          <w:sz w:val="24"/>
        </w:rPr>
        <w:t>μαινόντων καὶ τῶν ῥινῶν καὶ τῶν ὤτων τοὺς πόρους. τινὲς δὲ καὶ</w:t>
      </w:r>
    </w:p>
    <w:p>
      <w:r>
        <w:rPr>
          <w:rFonts w:ascii="Courier New" w:hAnsi="Courier New"/>
          <w:color w:val="555555"/>
          <w:sz w:val="20"/>
        </w:rPr>
        <w:t>[4 . 1 . 9]</w:t>
      </w:r>
    </w:p>
    <w:p>
      <w:r>
        <w:rPr>
          <w:rFonts w:ascii="Gentium Plus" w:hAnsi="Gentium Plus"/>
          <w:sz w:val="24"/>
        </w:rPr>
        <w:t>τὰ τῶν ποδῶν ἴχνη καὶ τὴν ἕδραν χρίουσιν. χρονιζούσης δὲ τῆς κεφα‐ λαλγίας διὰ θερμὴν ἢ ψυχρὰν δυσκρασίαν, ξυρᾶν δεῖ τὴν κεφαλὴν καὶ χρῆσθαι 〈ἐν〉 τούτοις ἐμπλαστοῖς τε καὶ κηρωτοειδέσι φαρμάκοις, ψύ‐ χοντας μὲν τὰς θερμὰς δυσκρασίας διὰ τῶν ἰωμένων τὰ ἐρυσιπέλατα,</w:t>
      </w:r>
    </w:p>
    <w:p>
      <w:r>
        <w:rPr>
          <w:rFonts w:ascii="Courier New" w:hAnsi="Courier New"/>
          <w:color w:val="555555"/>
          <w:sz w:val="20"/>
        </w:rPr>
        <w:t>[5]</w:t>
      </w:r>
    </w:p>
    <w:p>
      <w:r>
        <w:rPr>
          <w:rFonts w:ascii="Gentium Plus" w:hAnsi="Gentium Plus"/>
          <w:sz w:val="24"/>
        </w:rPr>
        <w:t>θερμαίνοντας δὲ τὰς ψυχρὰς διὰ τῶν θερμαινόντων, ὁποῖόν ἐστι καὶ τὸ ἁπλοῦν δι’ εὐφορβίου, μίαν μὲν ἔχον οὐγγίαν τοῦ εὐφορβίου,</w:t>
      </w:r>
    </w:p>
    <w:p>
      <w:r>
        <w:rPr>
          <w:rFonts w:ascii="Courier New" w:hAnsi="Courier New"/>
          <w:color w:val="555555"/>
          <w:sz w:val="20"/>
        </w:rPr>
        <w:t>[4 . 1 . 10]</w:t>
      </w:r>
    </w:p>
    <w:p>
      <w:r>
        <w:rPr>
          <w:rFonts w:ascii="Gentium Plus" w:hAnsi="Gentium Plus"/>
          <w:sz w:val="24"/>
        </w:rPr>
        <w:t>τρεῖς δὲ κηροῦ, καὶ ἐλαίου 𐆃 α. ἐπὶ δὲ τῶν διὰ δριμὺν χυμὸν κεφαλ‐</w:t>
      </w:r>
    </w:p>
    <w:p>
      <w:r>
        <w:rPr>
          <w:rFonts w:ascii="Courier New" w:hAnsi="Courier New"/>
          <w:color w:val="555555"/>
          <w:sz w:val="20"/>
        </w:rPr>
        <w:t>[4 . 1 . 11]</w:t>
      </w:r>
    </w:p>
    <w:p>
      <w:r>
        <w:rPr>
          <w:rFonts w:ascii="Gentium Plus" w:hAnsi="Gentium Plus"/>
          <w:sz w:val="24"/>
        </w:rPr>
        <w:t>τὸν λυποῦντα χυμόν· εἰ δ’ ὁ πάσχων ἐμεῖν μὴ δύναται, τρέφειν αὐτὸν τάχιστα χρὴ εὐπέπτῳ καὶ εὐστομάχῳ τροφῇ καὶ συμμέτρῳ τῇ ποσότητι, τῇ δ’ ὑστεραίᾳ διδόναι πιεῖν ἀψίνθιον καὶ τοῦ λοιποῦ διαιτᾶν αὐτοὺς οὕτως ὡς πέττοντας ἀκριβῶς, περὶ δὲ τρίτην ὥραν ἢ τετάρτην ἄρτου</w:t>
      </w:r>
    </w:p>
    <w:p>
      <w:r>
        <w:rPr>
          <w:rFonts w:ascii="Courier New" w:hAnsi="Courier New"/>
          <w:color w:val="555555"/>
          <w:sz w:val="20"/>
        </w:rPr>
        <w:t>[5]</w:t>
      </w:r>
    </w:p>
    <w:p>
      <w:r>
        <w:rPr>
          <w:rFonts w:ascii="Gentium Plus" w:hAnsi="Gentium Plus"/>
          <w:sz w:val="24"/>
        </w:rPr>
        <w:t>τι προσφέρεσθαι, τοσοῦτον ὡς αὔταρκες διάστημα σχεῖν ἄχρι τῆς ὥρας</w:t>
      </w:r>
    </w:p>
    <w:p>
      <w:r>
        <w:rPr>
          <w:rFonts w:ascii="Courier New" w:hAnsi="Courier New"/>
          <w:color w:val="555555"/>
          <w:sz w:val="20"/>
        </w:rPr>
        <w:t>[4 . 1 . 12]</w:t>
      </w:r>
    </w:p>
    <w:p>
      <w:r>
        <w:rPr>
          <w:rFonts w:ascii="Gentium Plus" w:hAnsi="Gentium Plus"/>
          <w:sz w:val="24"/>
        </w:rPr>
        <w:t>τοῦ λουτροῦ. εἰ δὲ μή τις δύναιτο καθ’ ἑαυτὸν ἐσθίειν ἄρτον, ἐλαιῶν ἢ σταφυλῶν ἢ φοινίκων ἤ τινος τοιούτου προσφερέσθω, τὸ κάλλιον</w:t>
      </w:r>
    </w:p>
    <w:p>
      <w:r>
        <w:rPr>
          <w:rFonts w:ascii="Courier New" w:hAnsi="Courier New"/>
          <w:color w:val="555555"/>
          <w:sz w:val="20"/>
        </w:rPr>
        <w:t>[4 . 1 . 13]</w:t>
      </w:r>
    </w:p>
    <w:p>
      <w:r>
        <w:rPr>
          <w:rFonts w:ascii="Gentium Plus" w:hAnsi="Gentium Plus"/>
          <w:sz w:val="24"/>
        </w:rPr>
        <w:t>ἐκ τῆς πείρας αἱρούμενος. κακίστη δὲ διάθεσις ἐπὶ μοχθηροῖς συν‐ ίσταται χυμοῖς, ἐπειδὰν ἀναποθῶσιν οἱ χυμοὶ εἰς τοὺς χιτῶνας τῆς</w:t>
      </w:r>
    </w:p>
    <w:p>
      <w:r>
        <w:rPr>
          <w:rFonts w:ascii="Courier New" w:hAnsi="Courier New"/>
          <w:color w:val="555555"/>
          <w:sz w:val="20"/>
        </w:rPr>
        <w:t>[4 . 1 . 14]</w:t>
      </w:r>
    </w:p>
    <w:p>
      <w:r>
        <w:rPr>
          <w:rFonts w:ascii="Gentium Plus" w:hAnsi="Gentium Plus"/>
          <w:sz w:val="24"/>
        </w:rPr>
        <w:t>γαστρός, οὓς κενοῦν χρὴ τῇ διὰ τῆς ἀλόης πικρᾷ. εἰ δὲ θερμότης ἅμα φυσώδει πνεύματι τὴν κεφαλαλγίαν ἐργάζοιτο, κατ’ ἀρχὰς μὲν διὰ τῶν ψυχόντων τῇ ἀποκρουστικῇ θεραπείᾳ χρησόμεθα μόνῃ· μετὰ δὲ ταῦτα προσπλέξομέν τι τοῖς ἀποκρουστικοῖς τῶν παρηγορεῖν καὶ συμ‐</w:t>
      </w:r>
    </w:p>
    <w:p>
      <w:r>
        <w:rPr>
          <w:rFonts w:ascii="Courier New" w:hAnsi="Courier New"/>
          <w:color w:val="555555"/>
          <w:sz w:val="20"/>
        </w:rPr>
        <w:t>[5]</w:t>
      </w:r>
    </w:p>
    <w:p>
      <w:r>
        <w:rPr>
          <w:rFonts w:ascii="Gentium Plus" w:hAnsi="Gentium Plus"/>
          <w:sz w:val="24"/>
        </w:rPr>
        <w:t>πέττειν δυναμένων, εἶτα προσθήσομέν τι καὶ τῶν διαφορητικῶν, ἐλατ‐ τοῦντες κατ’ ὀλίγον τὴν ἀποκρουστικὴν δύναμιν ὡς πλεῖστον μὲν γενέσθαι τὸ λεπτῦνον καὶ διαφοροῦν, ἔλαττον δὲ τὸ συμπέττον καὶ παρηγοροῦν, βραχύτατον δὲ τὸ ἀποκρουστικόν· πολλάκις γὰρ σφήνωσις γίνεται κατὰ τοὺς πόρους ἀτμώδους πνεύματος ἢ καὶ χυμῶν παχέων</w:t>
      </w:r>
    </w:p>
    <w:p>
      <w:r>
        <w:rPr>
          <w:rFonts w:ascii="Courier New" w:hAnsi="Courier New"/>
          <w:color w:val="555555"/>
          <w:sz w:val="20"/>
        </w:rPr>
        <w:t>[10]</w:t>
      </w:r>
    </w:p>
    <w:p>
      <w:r>
        <w:rPr>
          <w:rFonts w:ascii="Gentium Plus" w:hAnsi="Gentium Plus"/>
          <w:sz w:val="24"/>
        </w:rPr>
        <w:t>καὶ γλίσχρων οὕτως ὡς μόλις ἐν πλείονι χρόνῳ λύεσθαι τὴν γεγο‐</w:t>
      </w:r>
    </w:p>
    <w:p>
      <w:r>
        <w:rPr>
          <w:rFonts w:ascii="Courier New" w:hAnsi="Courier New"/>
          <w:color w:val="555555"/>
          <w:sz w:val="20"/>
        </w:rPr>
        <w:t>[4 . 1 . 15]</w:t>
      </w:r>
    </w:p>
    <w:p>
      <w:r>
        <w:rPr>
          <w:rFonts w:ascii="Gentium Plus" w:hAnsi="Gentium Plus"/>
          <w:sz w:val="24"/>
        </w:rPr>
        <w:t>νυῖαν ἔντασιν. εἰ δὲ δι’ ὑπερβολὴν πυρετῶν συσταίη κεφαλαλγία μὴ δηλοῦσα κρίσιν, ψύχων τῇ τε ποιότητι καὶ τῇ δυνάμει τῶν προσαγο‐ μένων ἰάσῃ δι’ ἐλαίου καὶ ὀξυροδίνου καὶ κωδυῶν ἐνεψηθεισῶν ἐλαίῳ.</w:t>
      </w:r>
    </w:p>
    <w:p>
      <w:r>
        <w:rPr>
          <w:rFonts w:ascii="Courier New" w:hAnsi="Courier New"/>
          <w:color w:val="555555"/>
          <w:sz w:val="20"/>
        </w:rPr>
        <w:t>[4 . 1 . 16]</w:t>
      </w:r>
    </w:p>
    <w:p>
      <w:r>
        <w:rPr>
          <w:rFonts w:ascii="Gentium Plus" w:hAnsi="Gentium Plus"/>
          <w:sz w:val="24"/>
        </w:rPr>
        <w:t>καὶ τὴν δι’ οἴνου πόσιν ἄμετρον κεφαλαλγίαν τοῖς ψύχουσι θερα‐ πεύσεις· θερμοὶ γάρ εἰσιν οἱ τὴν κεφαλὴν ἀνιῶντες ἀτμοί· ῥόδινον δ’</w:t>
      </w:r>
    </w:p>
    <w:p>
      <w:r>
        <w:rPr>
          <w:rFonts w:ascii="Courier New" w:hAnsi="Courier New"/>
          <w:color w:val="555555"/>
          <w:sz w:val="20"/>
        </w:rPr>
        <w:t>[4 . 1 . 17]</w:t>
      </w:r>
    </w:p>
    <w:p>
      <w:r>
        <w:rPr>
          <w:rFonts w:ascii="Gentium Plus" w:hAnsi="Gentium Plus"/>
          <w:sz w:val="24"/>
        </w:rPr>
        <w:t>ἀρκεῖ μὴ πάνυ ψυχρὸν προσαγόμενον. συμφέρει δὲ καὶ ἡσυχία καὶ ὕπνος τῇ τε ἑσπέρᾳ λουσάμενον τροφαῖς εὐχύμοις χρῆσθαι μὴ θερ‐ μαινούσαις, οἷαί εἰσι πτισάνης χυλὸς καὶ ῥόφημα χόνδρου καὶ ὠὰ ῥοφητὰ γάρου χωρὶς καὶ θριδακίνη ψύχουσά τε καὶ εὐχυμοτάτη τυγ‐</w:t>
      </w:r>
    </w:p>
    <w:p>
      <w:r>
        <w:rPr>
          <w:rFonts w:ascii="Courier New" w:hAnsi="Courier New"/>
          <w:color w:val="555555"/>
          <w:sz w:val="20"/>
        </w:rPr>
        <w:t>[5]</w:t>
      </w:r>
    </w:p>
    <w:p>
      <w:r>
        <w:rPr>
          <w:rFonts w:ascii="Gentium Plus" w:hAnsi="Gentium Plus"/>
          <w:sz w:val="24"/>
        </w:rPr>
        <w:t>χάνουσα καὶ κράμβη (ξηραίνει γὰρ τοὺς ἀτμούς), ὁμοίως δὲ καὶ φακή.</w:t>
      </w:r>
    </w:p>
    <w:p>
      <w:r>
        <w:rPr>
          <w:rFonts w:ascii="Courier New" w:hAnsi="Courier New"/>
          <w:color w:val="555555"/>
          <w:sz w:val="20"/>
        </w:rPr>
        <w:t>[4 . 1 . 18]</w:t>
      </w:r>
    </w:p>
    <w:p>
      <w:r>
        <w:rPr>
          <w:rFonts w:ascii="Gentium Plus" w:hAnsi="Gentium Plus"/>
          <w:sz w:val="24"/>
        </w:rPr>
        <w:t>πινέτω δὲ πάντως μὲν ὕδωρ· εἰ δ’ ἀνατρέποιτο τὸν στόμαχον, ῥοιᾶς</w:t>
      </w:r>
    </w:p>
    <w:p>
      <w:r>
        <w:rPr>
          <w:rFonts w:ascii="Courier New" w:hAnsi="Courier New"/>
          <w:color w:val="555555"/>
          <w:sz w:val="20"/>
        </w:rPr>
        <w:t>[4 . 1 . 19]</w:t>
      </w:r>
    </w:p>
    <w:p>
      <w:r>
        <w:rPr>
          <w:rFonts w:ascii="Gentium Plus" w:hAnsi="Gentium Plus"/>
          <w:sz w:val="24"/>
        </w:rPr>
        <w:t>ἐπιλαμβανέτω καὶ μήλου ἑφθοῦ ἢ ἀπίου. ὕπνου δ’ ἐπὶ τούτοις γενο‐ μένου, τῇ ἑξῆς λούειν αὐτόν, θερμὸν ὕδωρ καταχέοντας πολλάκις, μετὰ τοῦτο δὲ πάλιν ὑπνώσαντα ἢ ἡσυχάσαντα λούειν δεύτερον καὶ</w:t>
      </w:r>
    </w:p>
    <w:p>
      <w:r>
        <w:rPr>
          <w:rFonts w:ascii="Courier New" w:hAnsi="Courier New"/>
          <w:color w:val="555555"/>
          <w:sz w:val="20"/>
        </w:rPr>
        <w:t>[4 . 1 . 20]</w:t>
      </w:r>
    </w:p>
    <w:p>
      <w:r>
        <w:rPr>
          <w:rFonts w:ascii="Gentium Plus" w:hAnsi="Gentium Plus"/>
          <w:sz w:val="24"/>
        </w:rPr>
        <w:t>τρέφειν ὁμοίως. εἰ δ’ ἄμεινον διατεθείη καὶ μὴ φέρῃ τὴν ὑδροποσίαν, οἶνον ὑδατώδη πίνειν ἐπιτρέπειν ὑδαρέστερον· τρεφέσθωσαν δ’ ἰχθύων πετραίων καὶ τῶν ἁπαλοσάρκων καὶ περιστερῶν νεοττῶν ἡψημένων χωρὶς γάρου καὶ οἴνου κατὰ τοὺς ἁπαλοὺς ζωμοὺς ἐξ ὕδατος μόνου</w:t>
      </w:r>
    </w:p>
    <w:p>
      <w:r>
        <w:rPr>
          <w:rFonts w:ascii="Courier New" w:hAnsi="Courier New"/>
          <w:color w:val="555555"/>
          <w:sz w:val="20"/>
        </w:rPr>
        <w:t>[5]</w:t>
      </w:r>
    </w:p>
    <w:p>
      <w:r>
        <w:rPr>
          <w:rFonts w:ascii="Gentium Plus" w:hAnsi="Gentium Plus"/>
          <w:sz w:val="24"/>
        </w:rPr>
        <w:t>καὶ ἀνήθου καὶ πράσου βραχέος σκευαζομένους καὶ ἁλῶν συμμέτρων</w:t>
      </w:r>
    </w:p>
    <w:p>
      <w:r>
        <w:rPr>
          <w:rFonts w:ascii="Courier New" w:hAnsi="Courier New"/>
          <w:color w:val="555555"/>
          <w:sz w:val="20"/>
        </w:rPr>
        <w:t>[4 . 1 . 21]</w:t>
      </w:r>
    </w:p>
    <w:p>
      <w:r>
        <w:rPr>
          <w:rFonts w:ascii="Gentium Plus" w:hAnsi="Gentium Plus"/>
          <w:sz w:val="24"/>
        </w:rPr>
        <w:t>ἐπεμβαλλομένων μετὰ τὴν ἕψησιν τὴν αὐτάρκη. ἀπομείναντος δέ τινος λειψάνου τῶν ἀτμῶν ἢ χυμῶν, παραμενούσης δὲ τῆς σφηνώσεως καὶ ὀδύνης, τὸ μὲν ῥόδινον μηκέτι προσφέρειν, χαμαιμηλίνῳ δὲ χρῆσθαι θερμῷ μετρίως καὶ ὕστερον ἰρίνῳ· καὶ τούτῳ μετὰ ταῦτα μιγνύειν ποτὲ μὲν</w:t>
      </w:r>
    </w:p>
    <w:p>
      <w:r>
        <w:rPr>
          <w:rFonts w:ascii="Courier New" w:hAnsi="Courier New"/>
          <w:color w:val="555555"/>
          <w:sz w:val="20"/>
        </w:rPr>
        <w:t>[4 . 1 . 22]</w:t>
      </w:r>
    </w:p>
    <w:p>
      <w:r>
        <w:rPr>
          <w:rFonts w:ascii="Gentium Plus" w:hAnsi="Gentium Plus"/>
          <w:sz w:val="24"/>
        </w:rPr>
        <w:t>ἀμαρακίνου, ποτὲ δὲ νάρδου. τὴν δ’ ἐπὶ πληγῆς κεφαλαλγίαν ἢ κατα‐ πτώσεως γινώσκειν μὲν μηδὲ φλεγμονῆς διαφέρειν· εἰ δ’ εἴσω τοῦ κρανίου διαδοθῇ τὰ τῆς φλεγμονῆς, οὐκ ἀκίνδυνον τὴν τοιαύτην κεφαλ‐</w:t>
      </w:r>
    </w:p>
    <w:p>
      <w:r>
        <w:rPr>
          <w:rFonts w:ascii="Courier New" w:hAnsi="Courier New"/>
          <w:color w:val="555555"/>
          <w:sz w:val="20"/>
        </w:rPr>
        <w:t>[4 . 1 . 23]</w:t>
      </w:r>
    </w:p>
    <w:p>
      <w:r>
        <w:rPr>
          <w:rFonts w:ascii="Gentium Plus" w:hAnsi="Gentium Plus"/>
          <w:sz w:val="24"/>
        </w:rPr>
        <w:t>αλγίαν νομιστέον. χρὴ οὖν ἀπὸ φλεβοτομίας καὶ κλυστήρων ἐπὶ τού‐ των τὴν ἀρχὴν τῆς θεραπείας ποιεῖσθαι καὶ πυριᾶν διὰ σπόγγων καὶ πίλημα ἐκ μαλακῶν ἐρίων ἐλαίῳ θερμῷ δεδευμένον ἐπιτιθέναι καὶ</w:t>
      </w:r>
    </w:p>
    <w:p>
      <w:r>
        <w:rPr>
          <w:rFonts w:ascii="Courier New" w:hAnsi="Courier New"/>
          <w:color w:val="555555"/>
          <w:sz w:val="20"/>
        </w:rPr>
        <w:t>[4 . 1 . 24]</w:t>
      </w:r>
    </w:p>
    <w:p>
      <w:r>
        <w:rPr>
          <w:rFonts w:ascii="Gentium Plus" w:hAnsi="Gentium Plus"/>
          <w:sz w:val="24"/>
        </w:rPr>
        <w:t>τἄλλα ποιεῖν ὅσα ἐπὶ φλεγμοναῖς. ἐπὶ δὲ τῶν σειριώντων παίδων ὠφελίμως κατὰ τοῦ βρέγματος ἐπιτίθεται κολοκύνθης ξέσματα ἢ σικύου τοῦ πέπονος τὸ παρακείμενον τῇ σαρκὶ δέρμα ἢ στρύχνου τοῦ κη‐ παίου τῶν φύλλων ὁ χυλὸς μετὰ ῥοδίνου.</w:t>
      </w:r>
    </w:p>
    <w:p>
      <w:pPr>
        <w:jc w:val="center"/>
      </w:pPr>
      <w:r>
        <w:rPr>
          <w:rFonts w:ascii="Gentium Plus" w:hAnsi="Gentium Plus"/>
          <w:b/>
          <w:sz w:val="24"/>
        </w:rPr>
        <w:t>Περὶ κεφαλαίας.</w:t>
      </w:r>
    </w:p>
    <w:p>
      <w:r>
        <w:rPr>
          <w:rFonts w:ascii="Courier New" w:hAnsi="Courier New"/>
          <w:color w:val="555555"/>
          <w:sz w:val="20"/>
        </w:rPr>
        <w:t>[4 . 2 . 1]</w:t>
      </w:r>
    </w:p>
    <w:p>
      <w:r>
        <w:rPr>
          <w:rFonts w:ascii="Gentium Plus" w:hAnsi="Gentium Plus"/>
          <w:sz w:val="24"/>
        </w:rPr>
        <w:t>Τὴν χρονίαν καὶ δύσλυτον κεφαλαλγίαν καὶ παροξυνομένην σφο‐ δρῶς ἐπὶ μικραῖς αἰτίαις, οὕτως ὡς μήτε ψόφον μήτε μείζονα φωνὴν</w:t>
      </w:r>
    </w:p>
    <w:p>
      <w:r>
        <w:rPr>
          <w:rFonts w:ascii="Courier New" w:hAnsi="Courier New"/>
          <w:color w:val="555555"/>
          <w:sz w:val="20"/>
        </w:rPr>
        <w:t>[4 . 2 . 2]</w:t>
      </w:r>
    </w:p>
    <w:p>
      <w:r>
        <w:rPr>
          <w:rFonts w:ascii="Gentium Plus" w:hAnsi="Gentium Plus"/>
          <w:sz w:val="24"/>
        </w:rPr>
        <w:t>φέρειν μήτε αὐγὴν σφοδροτέραν, κεφαλαίαν καλοῦσιν. καὶ δεῖ σκοπεῖ‐ σθαι πότερον πλῆθός ἐστι τὸ ποιοῦν αὐτὴν ἢ ἔμφραξις ἢ φλεγμονή τις· εὑρήσεις γὰρ τὰς μὲν μετὰ βάρους ὀδύνας πλῆθος δηλούσας, τὰς δὲ μετὰ δήξεως ἢ ἀτμῶν ἢ χυμῶν δριμύτητα, τὰς δὲ μετὰ σφυγμοῦ</w:t>
      </w:r>
    </w:p>
    <w:p>
      <w:r>
        <w:rPr>
          <w:rFonts w:ascii="Courier New" w:hAnsi="Courier New"/>
          <w:color w:val="555555"/>
          <w:sz w:val="20"/>
        </w:rPr>
        <w:t>[5]</w:t>
      </w:r>
    </w:p>
    <w:p>
      <w:r>
        <w:rPr>
          <w:rFonts w:ascii="Gentium Plus" w:hAnsi="Gentium Plus"/>
          <w:sz w:val="24"/>
        </w:rPr>
        <w:t>... διὰ φλεγμονὴν ὑμενώδους σώματος, μετὰ δὲ βάρους διὰ πλῆθος</w:t>
      </w:r>
    </w:p>
    <w:p>
      <w:r>
        <w:rPr>
          <w:rFonts w:ascii="Courier New" w:hAnsi="Courier New"/>
          <w:color w:val="555555"/>
          <w:sz w:val="20"/>
        </w:rPr>
        <w:t>[4 . 2 . 3]</w:t>
      </w:r>
    </w:p>
    <w:p>
      <w:r>
        <w:rPr>
          <w:rFonts w:ascii="Gentium Plus" w:hAnsi="Gentium Plus"/>
          <w:sz w:val="24"/>
        </w:rPr>
        <w:t>εἴσω τῶν ὑμένων κατεχόμενον. ἐὰν μὲν οὖν πλῆθος εὕρῃς αἴτιον χυ‐ μῶν ἢ ἀτμῶν, εἰ μὲν διὰ τὴν τοῦ παντὸς σώματος πλησμονήν, τὸ πᾶν σῶμα κενώσας ἰάσῃ τὴν κεφαλαλγίαν, εἰ δὲ διὰ τὴν ἀσθένειαν † παρηγορουμένης, ἀντισπᾶν τὴν ὕλην εἰς ὅλον τὸ σῶμα, καὶ οὕτως</w:t>
      </w:r>
    </w:p>
    <w:p>
      <w:r>
        <w:rPr>
          <w:rFonts w:ascii="Courier New" w:hAnsi="Courier New"/>
          <w:color w:val="555555"/>
          <w:sz w:val="20"/>
        </w:rPr>
        <w:t>[5]</w:t>
      </w:r>
    </w:p>
    <w:p>
      <w:r>
        <w:rPr>
          <w:rFonts w:ascii="Gentium Plus" w:hAnsi="Gentium Plus"/>
          <w:sz w:val="24"/>
        </w:rPr>
        <w:t>ἰάσῃ τὸ μόριον· κλύσμασι μὲν οὖν ἀντισπάσεις καὶ διαδέσεσι καὶ τρί‐</w:t>
      </w:r>
    </w:p>
    <w:p>
      <w:r>
        <w:rPr>
          <w:rFonts w:ascii="Courier New" w:hAnsi="Courier New"/>
          <w:color w:val="555555"/>
          <w:sz w:val="20"/>
        </w:rPr>
        <w:t>[4 . 2 . 4]</w:t>
      </w:r>
    </w:p>
    <w:p>
      <w:r>
        <w:rPr>
          <w:rFonts w:ascii="Gentium Plus" w:hAnsi="Gentium Plus"/>
          <w:sz w:val="24"/>
        </w:rPr>
        <w:t>ψεσι τῶν κάτω μερῶν πολλάκις, καί ποτε δι’ αἵματος κενῶν. θερα‐ πεύσεις δὲ τὸ μόριον, ἡνίκα μὲν κέχρησαι τοῖς ἀντισπαστικοῖς, διὰ τῶν ἀποκρουστικῶν αἰονήσεων, μετὰ δὲ ταῦτα διὰ τῶν κενούντων, εἶτα διὰ τῶν ῥωννύντων· ἀποκρούεται μὲν οὖν τὸ ὀμφάκινον ἔλαιον καὶ</w:t>
      </w:r>
    </w:p>
    <w:p>
      <w:r>
        <w:rPr>
          <w:rFonts w:ascii="Courier New" w:hAnsi="Courier New"/>
          <w:color w:val="555555"/>
          <w:sz w:val="20"/>
        </w:rPr>
        <w:t>[5]</w:t>
      </w:r>
    </w:p>
    <w:p>
      <w:r>
        <w:rPr>
          <w:rFonts w:ascii="Gentium Plus" w:hAnsi="Gentium Plus"/>
          <w:sz w:val="24"/>
        </w:rPr>
        <w:t>ῥόδινον καὶ ὀξυρόδινον καὶ τὸ διὰ κωδυῶν καὶ θαλλῶν ἁπαλῶν ἐλαίας</w:t>
      </w:r>
    </w:p>
    <w:p>
      <w:r>
        <w:rPr>
          <w:rFonts w:ascii="Courier New" w:hAnsi="Courier New"/>
          <w:color w:val="555555"/>
          <w:sz w:val="20"/>
        </w:rPr>
        <w:t>[4 . 2 . 5]</w:t>
      </w:r>
    </w:p>
    <w:p>
      <w:r>
        <w:rPr>
          <w:rFonts w:ascii="Gentium Plus" w:hAnsi="Gentium Plus"/>
          <w:sz w:val="24"/>
        </w:rPr>
        <w:t>καὶ κισσοῦ κορύμβων ἡδυόσμου τε χλωροῦ σκευαζόμενον. προσάγειν</w:t>
      </w:r>
    </w:p>
    <w:p>
      <w:r>
        <w:rPr>
          <w:rFonts w:ascii="Courier New" w:hAnsi="Courier New"/>
          <w:color w:val="555555"/>
          <w:sz w:val="20"/>
        </w:rPr>
        <w:t>[4 . 2 . 6]</w:t>
      </w:r>
    </w:p>
    <w:p>
      <w:r>
        <w:rPr>
          <w:rFonts w:ascii="Gentium Plus" w:hAnsi="Gentium Plus"/>
          <w:sz w:val="24"/>
        </w:rPr>
        <w:t>ψυχρὰ δέ, θερμοτέρου καὶ χολωδεστέρου. διαφορεῖ δὲ τὸ θερμὸν ἔλαιον, καὶ μᾶλλον τὸ παλαιόν, καὶ τὸ ἀνήθινον καὶ τὸ Σικυώνιον.</w:t>
      </w:r>
    </w:p>
    <w:p>
      <w:r>
        <w:rPr>
          <w:rFonts w:ascii="Courier New" w:hAnsi="Courier New"/>
          <w:color w:val="555555"/>
          <w:sz w:val="20"/>
        </w:rPr>
        <w:t>[4 . 2 . 7]</w:t>
      </w:r>
    </w:p>
    <w:p>
      <w:r>
        <w:rPr>
          <w:rFonts w:ascii="Gentium Plus" w:hAnsi="Gentium Plus"/>
          <w:sz w:val="24"/>
        </w:rPr>
        <w:t>εἰ δὲ παχύτερον εἴη τὸ πλῆθος, σπονδύλιον ἢ ἕρπυλλον ἐνεψῶν τῷ ἐλαίῳ ἢ γλήχωνος κόμην ἢ καλαμίνθην ἢ ἡδύοσμον κενώσεις αὐτό.</w:t>
      </w:r>
    </w:p>
    <w:p>
      <w:r>
        <w:rPr>
          <w:rFonts w:ascii="Courier New" w:hAnsi="Courier New"/>
          <w:color w:val="555555"/>
          <w:sz w:val="20"/>
        </w:rPr>
        <w:t>[4 . 2 . 8]</w:t>
      </w:r>
    </w:p>
    <w:p>
      <w:r>
        <w:rPr>
          <w:rFonts w:ascii="Gentium Plus" w:hAnsi="Gentium Plus"/>
          <w:sz w:val="24"/>
        </w:rPr>
        <w:t>ταῦτα δὲ καὶ τόνον ἐντίθησι τῷ μορίῳ, διὸ καὶ μέχρι παντελοῦς</w:t>
      </w:r>
    </w:p>
    <w:p>
      <w:r>
        <w:rPr>
          <w:rFonts w:ascii="Courier New" w:hAnsi="Courier New"/>
          <w:color w:val="555555"/>
          <w:sz w:val="20"/>
        </w:rPr>
        <w:t>[4 . 2 . 9]</w:t>
      </w:r>
    </w:p>
    <w:p>
      <w:r>
        <w:rPr>
          <w:rFonts w:ascii="Gentium Plus" w:hAnsi="Gentium Plus"/>
          <w:sz w:val="24"/>
        </w:rPr>
        <w:t>ἰάσεως χρῆσθαι αὐτοῖς προσήκει. καὶ χρείας γενομένης καὶ καθαίρειν διά τε ῥινῶν καὶ πταρμοῖς, καὶ ἐν τοῖς λουτροῖς δ’ ἀνατρίβειν δεῖ τὴν κεφαλὴν ξηραῖς σινδόσι, καὶ διαπάττειν ἁλσί τε καὶ νίτρῳ καὶ νάπυϊ χωρὶς ἐλαίου.</w:t>
      </w:r>
    </w:p>
    <w:p>
      <w:pPr>
        <w:jc w:val="center"/>
      </w:pPr>
      <w:r>
        <w:rPr>
          <w:rFonts w:ascii="Gentium Plus" w:hAnsi="Gentium Plus"/>
          <w:b/>
          <w:sz w:val="24"/>
        </w:rPr>
        <w:t>Περὶ ἡμικραίρας.</w:t>
      </w:r>
    </w:p>
    <w:p>
      <w:r>
        <w:rPr>
          <w:rFonts w:ascii="Courier New" w:hAnsi="Courier New"/>
          <w:color w:val="555555"/>
          <w:sz w:val="20"/>
        </w:rPr>
        <w:t>[4 . 3 . 1]</w:t>
      </w:r>
    </w:p>
    <w:p>
      <w:r>
        <w:rPr>
          <w:rFonts w:ascii="Gentium Plus" w:hAnsi="Gentium Plus"/>
          <w:sz w:val="24"/>
        </w:rPr>
        <w:t>Καὶ τὸ ἥμισυ δὲ τῆς κεφαλῆς ὀδυνῶνταί τινες δι’ ἐπιρροὴν ἀτμῶν ἢ χυμῶν ἢ ἀμφοτέρων· καθαίρειν οὖν αὐτοὺς ἢ φλεβοτομεῖν δεῖ πρό‐ τερον καὶ οὕτω τοῖς τοπικοῖς χρῆσθαι βοηθήμασι, ἀνατρίβοντα διά τε σινδόνων καὶ διὰ δακτύλων τῆς χειρὸς τὸ ἥμισυ μέρος τοῦ μετώπου,</w:t>
      </w:r>
    </w:p>
    <w:p>
      <w:r>
        <w:rPr>
          <w:rFonts w:ascii="Courier New" w:hAnsi="Courier New"/>
          <w:color w:val="555555"/>
          <w:sz w:val="20"/>
        </w:rPr>
        <w:t>[5]</w:t>
      </w:r>
    </w:p>
    <w:p>
      <w:r>
        <w:rPr>
          <w:rFonts w:ascii="Gentium Plus" w:hAnsi="Gentium Plus"/>
          <w:sz w:val="24"/>
        </w:rPr>
        <w:t>καὶ μάλιστα τὸ κατὰ τὸν κροταφίτην μῦν πρὸ τῶν παροξυντικῶν</w:t>
      </w:r>
    </w:p>
    <w:p>
      <w:r>
        <w:rPr>
          <w:rFonts w:ascii="Courier New" w:hAnsi="Courier New"/>
          <w:color w:val="555555"/>
          <w:sz w:val="20"/>
        </w:rPr>
        <w:t>[4 . 3 . 2]</w:t>
      </w:r>
    </w:p>
    <w:p>
      <w:r>
        <w:rPr>
          <w:rFonts w:ascii="Gentium Plus" w:hAnsi="Gentium Plus"/>
          <w:sz w:val="24"/>
        </w:rPr>
        <w:t>ὡρῶν· μετὰ δὲ τὸν παροξυσμὸν τοῖς ἡμικρανικοῖς, θερμασίας μὲν οὔσης αἰσθήσεως ἐν ταῖς ὀδύναις, τοῖς ἔχουσί τι ψυκτικόν, μὴ παρούσης δὲ ταύτης, τοῖς θερμαίνουσιν ἱκανῶς· μεμίχθω δ’ ἑκατέροις τῶν τονούν‐</w:t>
      </w:r>
    </w:p>
    <w:p>
      <w:r>
        <w:rPr>
          <w:rFonts w:ascii="Courier New" w:hAnsi="Courier New"/>
          <w:color w:val="555555"/>
          <w:sz w:val="20"/>
        </w:rPr>
        <w:t>[4 . 3 . 3]</w:t>
      </w:r>
    </w:p>
    <w:p>
      <w:r>
        <w:rPr>
          <w:rFonts w:ascii="Gentium Plus" w:hAnsi="Gentium Plus"/>
          <w:sz w:val="24"/>
        </w:rPr>
        <w:t>των τι διὰ τοῦ στύφειν. κάλλιστον δ’ ἐστὶ χρῖσμα θερμαῖνον τὸ δι’ εὐφορβίου μὲν ἔχον 𐆄 α, κηροῦ δὲ γ, ἐλαίου δὲ λίτραν τινὸς τῶν λεπτομερῶν· χρίειν δὲ τούτῳ τὸ ἥμισυ μέρος τοῦ μετώπου μετὰ τοῦ</w:t>
      </w:r>
    </w:p>
    <w:p>
      <w:r>
        <w:rPr>
          <w:rFonts w:ascii="Courier New" w:hAnsi="Courier New"/>
          <w:color w:val="555555"/>
          <w:sz w:val="20"/>
        </w:rPr>
        <w:t>[4 . 3 . 4]</w:t>
      </w:r>
    </w:p>
    <w:p>
      <w:r>
        <w:rPr>
          <w:rFonts w:ascii="Gentium Plus" w:hAnsi="Gentium Plus"/>
          <w:sz w:val="24"/>
        </w:rPr>
        <w:t>κροταφίτου μυός. χρησιμώτατον δ’ ἐστὶ πρὸς τὰς ψυχρὰς διαθέσεις, ὡς πολλάκις ἅπαξ χρισθὲν πρὸ τοῦ βαλανείου τῆς ὅλης ὀδύνης ἀπαλ‐</w:t>
      </w:r>
    </w:p>
    <w:p>
      <w:r>
        <w:rPr>
          <w:rFonts w:ascii="Courier New" w:hAnsi="Courier New"/>
          <w:color w:val="555555"/>
          <w:sz w:val="20"/>
        </w:rPr>
        <w:t>[4 . 3 . 5]</w:t>
      </w:r>
    </w:p>
    <w:p>
      <w:r>
        <w:rPr>
          <w:rFonts w:ascii="Gentium Plus" w:hAnsi="Gentium Plus"/>
          <w:sz w:val="24"/>
        </w:rPr>
        <w:t>λάττειν. ὠφελεῖ δὲ τοὺς οὕτω πάσχοντας καὶ εἰς τὸ οὖς ἐγχεόμενον χλιαρὸν ἔλαιον, εὐφορβίου βραχέος ἐμβεβλημένου, ὡς ἀρκεῖν εἰς λίτραν μίαν τοῦ ἐλαίου 𐆄 𐅶 τοῦ εὐφορβίου.</w:t>
      </w:r>
    </w:p>
    <w:p>
      <w:pPr>
        <w:jc w:val="center"/>
      </w:pPr>
      <w:r>
        <w:rPr>
          <w:rFonts w:ascii="Gentium Plus" w:hAnsi="Gentium Plus"/>
          <w:b/>
          <w:sz w:val="24"/>
        </w:rPr>
        <w:t>Περὶ σεισοκεφάλου.</w:t>
      </w:r>
    </w:p>
    <w:p>
      <w:r>
        <w:rPr>
          <w:rFonts w:ascii="Courier New" w:hAnsi="Courier New"/>
          <w:color w:val="555555"/>
          <w:sz w:val="20"/>
        </w:rPr>
        <w:t>[4 . 4 . 1]</w:t>
      </w:r>
    </w:p>
    <w:p>
      <w:r>
        <w:rPr>
          <w:rFonts w:ascii="Gentium Plus" w:hAnsi="Gentium Plus"/>
          <w:sz w:val="24"/>
        </w:rPr>
        <w:t>Στοιχάδα δι’ ὕδατος ἢ ὑδρομέλιτος δίδου πίνειν, καὶ ἀπαλλάσσονται.</w:t>
      </w:r>
    </w:p>
    <w:p>
      <w:pPr>
        <w:jc w:val="center"/>
      </w:pPr>
      <w:r>
        <w:rPr>
          <w:rFonts w:ascii="Gentium Plus" w:hAnsi="Gentium Plus"/>
          <w:b/>
          <w:sz w:val="24"/>
        </w:rPr>
        <w:t>Περὶ ἀλωπεκίας καὶ ὀφιάσεως.</w:t>
      </w:r>
    </w:p>
    <w:p>
      <w:r>
        <w:rPr>
          <w:rFonts w:ascii="Courier New" w:hAnsi="Courier New"/>
          <w:color w:val="555555"/>
          <w:sz w:val="20"/>
        </w:rPr>
        <w:t>[4 . 5 . 1]</w:t>
      </w:r>
    </w:p>
    <w:p>
      <w:r>
        <w:rPr>
          <w:rFonts w:ascii="Gentium Plus" w:hAnsi="Gentium Plus"/>
          <w:sz w:val="24"/>
        </w:rPr>
        <w:t>Ἀλωπεκία καὶ ὀφίασις κοινὴν τὴν αἰτίαν τῆς γενέσεως ἔχουσαι</w:t>
      </w:r>
    </w:p>
    <w:p>
      <w:r>
        <w:rPr>
          <w:rFonts w:ascii="Courier New" w:hAnsi="Courier New"/>
          <w:color w:val="555555"/>
          <w:sz w:val="20"/>
        </w:rPr>
        <w:t>[4 . 5 . 2]</w:t>
      </w:r>
    </w:p>
    <w:p>
      <w:r>
        <w:rPr>
          <w:rFonts w:ascii="Gentium Plus" w:hAnsi="Gentium Plus"/>
          <w:sz w:val="24"/>
        </w:rPr>
        <w:t>κοινῆς καὶ τῆς ἰάσεως δέονται. κέκληται δ’ ὀφίασις μὲν διὰ τὸ ὄφει τὸ σχῆμα παραπλήσιον ἔχειν, ἀλωπεκία δὲ διὰ τὸ τὴν ἀλώπεκα τοι‐</w:t>
      </w:r>
    </w:p>
    <w:p>
      <w:r>
        <w:rPr>
          <w:rFonts w:ascii="Courier New" w:hAnsi="Courier New"/>
          <w:color w:val="555555"/>
          <w:sz w:val="20"/>
        </w:rPr>
        <w:t>[4 . 5 . 3]</w:t>
      </w:r>
    </w:p>
    <w:p>
      <w:r>
        <w:rPr>
          <w:rFonts w:ascii="Gentium Plus" w:hAnsi="Gentium Plus"/>
          <w:sz w:val="24"/>
        </w:rPr>
        <w:t>αύτῃ διαθέσει συνεχῶς ἁλίσκεσθαι. διὰ [τὸ] μοχθηρίαν δ’ ὑγρῶν συν‐ ίσταται, καὶ τὸ εἶδος τῆς μοχθηρίας ἡ χροία τοῦ δέρματος τῆς κεφαλῆς καταμηνύει σοι· λευκοτέρα μὲν γὰρ οὖσα φλεγματικωτέραν αὐτὴν δη‐</w:t>
      </w:r>
    </w:p>
    <w:p>
      <w:r>
        <w:rPr>
          <w:rFonts w:ascii="Courier New" w:hAnsi="Courier New"/>
          <w:color w:val="555555"/>
          <w:sz w:val="20"/>
        </w:rPr>
        <w:t>[4 . 5 . 4]</w:t>
      </w:r>
    </w:p>
    <w:p>
      <w:r>
        <w:rPr>
          <w:rFonts w:ascii="Gentium Plus" w:hAnsi="Gentium Plus"/>
          <w:sz w:val="24"/>
        </w:rPr>
        <w:t>λώσει, μελαντέρα δὲ μελαγχολικωτέραν, ὠχροτέρα δὲ πικρόχολον. καὶ κενοῦν χρὴ τὴν κακοχυμίαν ἢ τοῖς δι’ ἀλόης καὶ κολοκυνθίδος κατα‐ ποτίοις ἢ τῇ ἱερᾷ τῇ ἀναγραφησομένῃ, εἰ μὲν ὁ μελαγχολικὸς πλεο‐ νάζοι χυμός, μέλανα ἐλλέβορον αὐτῇ μιγνύντας, εἰ δὲ πικρόχολος,</w:t>
      </w:r>
    </w:p>
    <w:p>
      <w:r>
        <w:rPr>
          <w:rFonts w:ascii="Courier New" w:hAnsi="Courier New"/>
          <w:color w:val="555555"/>
          <w:sz w:val="20"/>
        </w:rPr>
        <w:t>[5]</w:t>
      </w:r>
    </w:p>
    <w:p>
      <w:r>
        <w:rPr>
          <w:rFonts w:ascii="Gentium Plus" w:hAnsi="Gentium Plus"/>
          <w:sz w:val="24"/>
        </w:rPr>
        <w:t>σκαμμωνίαν, εἰ δὲ τὸ φλέγμα, μηδὲν μιγνύντας, καθαίροντας δ’ ἅπαν τὸ σῶμα καὶ τὴν κεφαλὴν κενοῦντας τοῖς ἀποφλεγματισμοῖς, οὕτω προσφέρειν τὰ τοπικὰ βοηθήματα τὰ διαφορητικὰ τῆς κακοχυμίας ὄντα</w:t>
      </w:r>
    </w:p>
    <w:p>
      <w:r>
        <w:rPr>
          <w:rFonts w:ascii="Courier New" w:hAnsi="Courier New"/>
          <w:color w:val="555555"/>
          <w:sz w:val="20"/>
        </w:rPr>
        <w:t>[4 . 5 . 5]</w:t>
      </w:r>
    </w:p>
    <w:p>
      <w:r>
        <w:rPr>
          <w:rFonts w:ascii="Gentium Plus" w:hAnsi="Gentium Plus"/>
          <w:sz w:val="24"/>
        </w:rPr>
        <w:t>καὶ λεπτομεροῦς οὐσίας. εἰ δὲ πρὸς τῷ διαφορεῖν καὶ ἐπισπᾶσθαι τὸ</w:t>
      </w:r>
    </w:p>
    <w:p>
      <w:r>
        <w:rPr>
          <w:rFonts w:ascii="Courier New" w:hAnsi="Courier New"/>
          <w:color w:val="555555"/>
          <w:sz w:val="20"/>
        </w:rPr>
        <w:t>[4 . 5 . 6]</w:t>
      </w:r>
    </w:p>
    <w:p>
      <w:r>
        <w:rPr>
          <w:rFonts w:ascii="Gentium Plus" w:hAnsi="Gentium Plus"/>
          <w:sz w:val="24"/>
        </w:rPr>
        <w:t>αἷμα δύναιτο, καθάπερ ἡ θαψία, κάλλιστον ἂν εἴη τὸ τοιοῦτον. ξυρῶν‐ τας δὲ τὴν κεφαλὴν καὶ ἀνατρίβοντας σκοπεῖν· εἰ γὰρ μετ’ ὀλίγην τρῖψιν ἐρυθραίνοιτο τὸ μέρος, εὐίατον ὑπολαμβάνειν τὴν διάθεσιν· εἰ δὲ μετὰ τὴν προσφορὰν τοῦ φαρμάκου μήποτε διὰ σφοδρότητα περαι‐</w:t>
      </w:r>
    </w:p>
    <w:p>
      <w:r>
        <w:rPr>
          <w:rFonts w:ascii="Courier New" w:hAnsi="Courier New"/>
          <w:color w:val="555555"/>
          <w:sz w:val="20"/>
        </w:rPr>
        <w:t>[5]</w:t>
      </w:r>
    </w:p>
    <w:p>
      <w:r>
        <w:rPr>
          <w:rFonts w:ascii="Gentium Plus" w:hAnsi="Gentium Plus"/>
          <w:sz w:val="24"/>
        </w:rPr>
        <w:t>τέρω τοῦ προσήκοντος ἐξεθέρμηνε τὸ δέρμα (δῆλον δ’ ἐστὶ τοῦτο ξανθότερον τὴν χρόαν ὀφθέν), ἐπικαυθῆναι γὰρ κίνδυνος τὸ δέρμα πολλάκις τῷ αὐτῷ χρησαμένων ἡμῶν—ἀλλ’ ἢ μεταβαίνειν ἐπί τι χρὴ τῶν μαλακωτέρων, ἢ τῷ αὐτῷ χρωμένους ἐκλύειν χρὴ τὴν δύνα‐</w:t>
      </w:r>
    </w:p>
    <w:p>
      <w:r>
        <w:rPr>
          <w:rFonts w:ascii="Courier New" w:hAnsi="Courier New"/>
          <w:color w:val="555555"/>
          <w:sz w:val="20"/>
        </w:rPr>
        <w:t>[4 . 5 . 7]</w:t>
      </w:r>
    </w:p>
    <w:p>
      <w:r>
        <w:rPr>
          <w:rFonts w:ascii="Gentium Plus" w:hAnsi="Gentium Plus"/>
          <w:sz w:val="24"/>
        </w:rPr>
        <w:t>μιν αὐτοῦ κηρωτῆς ἢ στέατος μίξει. προσαγέσθω δ’ ἐν ἀέρι θερμῷ πάντως τὰ τοιαῦτα βοηθήματα χωρὶς αὔρας ἐν ἡλίῳ, χειμῶνος δ’ ὄντος</w:t>
      </w:r>
    </w:p>
    <w:p>
      <w:r>
        <w:rPr>
          <w:rFonts w:ascii="Courier New" w:hAnsi="Courier New"/>
          <w:color w:val="555555"/>
          <w:sz w:val="20"/>
        </w:rPr>
        <w:t>[4 . 5 . 8]</w:t>
      </w:r>
    </w:p>
    <w:p>
      <w:r>
        <w:rPr>
          <w:rFonts w:ascii="Gentium Plus" w:hAnsi="Gentium Plus"/>
          <w:sz w:val="24"/>
        </w:rPr>
        <w:t>ἐν λουτρῷ. τῶν δ’ ἁρμοττόντων φαρμάκων ταῖς τοιαύταις διαθέσεσι θερμότατόν ἐστι τὸ εὐφόρβιον, καὶ μετ’ αὐτὸ θαψία καὶ νάπυ καὶ κάρδαμον· καθ’ ἕτερον δὲ τρόπον οὐδενὸς ἔλαττον ἢ λιμνῆστις, εἶτα τὸ ἀδάρκιον καὶ τὸ βερενίκειον ἀμφότεροί τε οἱ ἐλλέβοροι καὶ τὸ τοῦ</w:t>
      </w:r>
    </w:p>
    <w:p>
      <w:r>
        <w:rPr>
          <w:rFonts w:ascii="Courier New" w:hAnsi="Courier New"/>
          <w:color w:val="555555"/>
          <w:sz w:val="20"/>
        </w:rPr>
        <w:t>[5]</w:t>
      </w:r>
    </w:p>
    <w:p>
      <w:r>
        <w:rPr>
          <w:rFonts w:ascii="Gentium Plus" w:hAnsi="Gentium Plus"/>
          <w:sz w:val="24"/>
        </w:rPr>
        <w:t>εὐζώμου σπέρμα καὶ τὸ δάφνινον ἔλαιον ἀλκυόνιά τε ἀμφότερα κεκαυ‐ μένα καὶ αἱ ῥίζαι τοῦ καλάμου καὶ ὁ φλοιὸς καυθέντα, καὶ πίττα δὲ καὶ κεδρία ἥ τε τῶν μυῶν κόπρος καὶ χήνειον στέαρ τά τε πικρὰ τῶν</w:t>
      </w:r>
    </w:p>
    <w:p>
      <w:r>
        <w:rPr>
          <w:rFonts w:ascii="Courier New" w:hAnsi="Courier New"/>
          <w:color w:val="555555"/>
          <w:sz w:val="20"/>
        </w:rPr>
        <w:t>[4 . 5 . 9]</w:t>
      </w:r>
    </w:p>
    <w:p>
      <w:r>
        <w:rPr>
          <w:rFonts w:ascii="Gentium Plus" w:hAnsi="Gentium Plus"/>
          <w:sz w:val="24"/>
        </w:rPr>
        <w:t>ἀμυγδάλων ὁλοκαυτωθέντα. τούτων τοῖς μὲν ἰσχυροῖς ὑγρὰν κηρωτὴν μιγνύειν, τὰ δ’ ἀσθενέστερα δεύειν ἐλαίῳ δαφνίνῳ ἢ ὑγρᾷ πίσσῃ· καὶ τὰς μὲν χρονίας καὶ δυσιάτους τοῖς ἰσχυροῖς θεραπεύειν, τὰς δ’ ἀρχο‐ μένας καὶ εὐιάτους τοῖς ἀσθενεστέροις.</w:t>
      </w:r>
    </w:p>
    <w:p>
      <w:pPr>
        <w:jc w:val="center"/>
      </w:pPr>
      <w:r>
        <w:rPr>
          <w:rFonts w:ascii="Gentium Plus" w:hAnsi="Gentium Plus"/>
          <w:b/>
          <w:sz w:val="24"/>
        </w:rPr>
        <w:t>Περὶ ῥεουσῶν τριχῶν.</w:t>
      </w:r>
    </w:p>
    <w:p>
      <w:r>
        <w:rPr>
          <w:rFonts w:ascii="Courier New" w:hAnsi="Courier New"/>
          <w:color w:val="555555"/>
          <w:sz w:val="20"/>
        </w:rPr>
        <w:t>[4 . 6 . 1]</w:t>
      </w:r>
    </w:p>
    <w:p>
      <w:r>
        <w:rPr>
          <w:rFonts w:ascii="Gentium Plus" w:hAnsi="Gentium Plus"/>
          <w:sz w:val="24"/>
        </w:rPr>
        <w:t>Ῥύσις γίνεται τριχῶν, ἀραιωθέντος τε τοῦ δέρματος καὶ τῆς τρε‐</w:t>
      </w:r>
    </w:p>
    <w:p>
      <w:r>
        <w:rPr>
          <w:rFonts w:ascii="Courier New" w:hAnsi="Courier New"/>
          <w:color w:val="555555"/>
          <w:sz w:val="20"/>
        </w:rPr>
        <w:t>[4 . 6 . 2]</w:t>
      </w:r>
    </w:p>
    <w:p>
      <w:r>
        <w:rPr>
          <w:rFonts w:ascii="Gentium Plus" w:hAnsi="Gentium Plus"/>
          <w:sz w:val="24"/>
        </w:rPr>
        <w:t>φούσης αὐτὰς αἰτίας οὐκ ἐπιρρεούσης. σκοπὸς οὖν ἐστι τῆς ἰάσεως</w:t>
      </w:r>
    </w:p>
    <w:p>
      <w:r>
        <w:rPr>
          <w:rFonts w:ascii="Courier New" w:hAnsi="Courier New"/>
          <w:color w:val="555555"/>
          <w:sz w:val="20"/>
        </w:rPr>
        <w:t>[5]</w:t>
      </w:r>
    </w:p>
    <w:p>
      <w:r>
        <w:rPr>
          <w:rFonts w:ascii="Gentium Plus" w:hAnsi="Gentium Plus"/>
          <w:sz w:val="24"/>
        </w:rPr>
        <w:t>δυνάμεως, ὥστε ἐπινοῆσαι ἀδύνατόν ἐστιν ἄμεινον φάρμακον πρὸς ῥεού‐ σας τρίχας τοῦ μιχθέντος ἔκ τε τοῦ λαδάνου καὶ τοῦ σχινίνου ἐλαίου.</w:t>
      </w:r>
    </w:p>
    <w:p>
      <w:r>
        <w:rPr>
          <w:rFonts w:ascii="Courier New" w:hAnsi="Courier New"/>
          <w:color w:val="555555"/>
          <w:sz w:val="20"/>
        </w:rPr>
        <w:t>[4 . 6 . 3]</w:t>
      </w:r>
    </w:p>
    <w:p>
      <w:r>
        <w:rPr>
          <w:rFonts w:ascii="Gentium Plus" w:hAnsi="Gentium Plus"/>
          <w:sz w:val="24"/>
        </w:rPr>
        <w:t>δῆλον δ’ ὡς ξυραμένοις μὲν παχύτερον χρὴ προσφέρειν τὸ φάρμακον,</w:t>
      </w:r>
    </w:p>
    <w:p>
      <w:r>
        <w:rPr>
          <w:rFonts w:ascii="Courier New" w:hAnsi="Courier New"/>
          <w:color w:val="555555"/>
          <w:sz w:val="20"/>
        </w:rPr>
        <w:t>[4 . 6 . 4]</w:t>
      </w:r>
    </w:p>
    <w:p>
      <w:r>
        <w:rPr>
          <w:rFonts w:ascii="Gentium Plus" w:hAnsi="Gentium Plus"/>
          <w:sz w:val="24"/>
        </w:rPr>
        <w:t>ἐν χρῷ δὲ κειραμένοις ὑγρότερον. πολλῆς δ’ οὔσης τῆς ῥύσεως καὶ ἀραιότητος ὑποπτευομένης μείζονος, χρησίμως μιχθείη ἂν ἀντὶ τοῦ σχινίνου τῷ λαδάνῳ τὸ μύρσινον ἔλαιον· μιχθείη δ’ ἂν δεόντως ποτὲ</w:t>
      </w:r>
    </w:p>
    <w:p>
      <w:r>
        <w:rPr>
          <w:rFonts w:ascii="Courier New" w:hAnsi="Courier New"/>
          <w:color w:val="555555"/>
          <w:sz w:val="20"/>
        </w:rPr>
        <w:t>[4 . 6 . 5]</w:t>
      </w:r>
    </w:p>
    <w:p>
      <w:r>
        <w:rPr>
          <w:rFonts w:ascii="Gentium Plus" w:hAnsi="Gentium Plus"/>
          <w:sz w:val="24"/>
        </w:rPr>
        <w:t>καὶ τὸ νάρδινον μύρον ἐπὶ ψυχρᾶς ἡλικίας καὶ ὥρας χειμερινῆς. πρὸ δὲ τῆς τοῦ φαρμάκου χρήσεως ἀνάτριψις παραλαμβανέσθω τῆς κεφαλῆς.</w:t>
      </w:r>
    </w:p>
    <w:p>
      <w:r>
        <w:rPr>
          <w:rFonts w:ascii="Courier New" w:hAnsi="Courier New"/>
          <w:color w:val="555555"/>
          <w:sz w:val="20"/>
        </w:rPr>
        <w:t>[4 . 6 . 6]</w:t>
      </w:r>
    </w:p>
    <w:p>
      <w:r>
        <w:rPr>
          <w:rFonts w:ascii="Gentium Plus" w:hAnsi="Gentium Plus"/>
          <w:sz w:val="24"/>
        </w:rPr>
        <w:t>συμβαίνει δ’ ἡ ῥύσις τῶν τριχῶν πλεονάκις μὲν τοῖς νοσοῦσι, καὶ χρεία διαίτης τούτοις ἀναληπτικῆς, ὡς χωρὶς φαρμάκων τοὺς πολλοὺς ὑγιά‐ ζεσθαι τελείως· ἔστι δ’ ὅτε καὶ χωρὶς νόσου ῥυΐσκονται, ἐφ’ ὧν τοῖς</w:t>
      </w:r>
    </w:p>
    <w:p>
      <w:r>
        <w:rPr>
          <w:rFonts w:ascii="Courier New" w:hAnsi="Courier New"/>
          <w:color w:val="555555"/>
          <w:sz w:val="20"/>
        </w:rPr>
        <w:t>[4 . 6 . 7]</w:t>
      </w:r>
    </w:p>
    <w:p>
      <w:r>
        <w:rPr>
          <w:rFonts w:ascii="Gentium Plus" w:hAnsi="Gentium Plus"/>
          <w:sz w:val="24"/>
        </w:rPr>
        <w:t>εἰρημένοις χρησόμεθα. ἀκτὴν καύσας μετὰ κηρωτῆς μῖξον καὶ χρῶ· τοῦτο αὔξει καὶ πυκνὴν ποιεῖ τὴν τρίχα ὥστε μὴ ῥεῖν. μελάνθιον καύσας καὶ μεθ’ ὕδατος τρίψας [καύσας] κατάπλαττε, ἔνθα [δὲ] ἂν</w:t>
      </w:r>
    </w:p>
    <w:p>
      <w:r>
        <w:rPr>
          <w:rFonts w:ascii="Courier New" w:hAnsi="Courier New"/>
          <w:color w:val="555555"/>
          <w:sz w:val="20"/>
        </w:rPr>
        <w:t>[4 . 6 . 8]</w:t>
      </w:r>
    </w:p>
    <w:p>
      <w:r>
        <w:rPr>
          <w:rFonts w:ascii="Gentium Plus" w:hAnsi="Gentium Plus"/>
          <w:sz w:val="24"/>
        </w:rPr>
        <w:t>βουληθῇ μάλιστα ἀναφυῆναι τρίχας, μάλιστα δ’ ἐπ’ ὀφρύων. ἐκ πυρι‐ καύτου τρίχας ἀναφυῆναι [τὰς τρίχας] συκῆς φύλλα λειοτριβηθέντα καὶ καταπλασθέντα ποιεῖ.</w:t>
      </w:r>
    </w:p>
    <w:p>
      <w:pPr>
        <w:jc w:val="center"/>
      </w:pPr>
      <w:r>
        <w:rPr>
          <w:rFonts w:ascii="Gentium Plus" w:hAnsi="Gentium Plus"/>
          <w:b/>
          <w:sz w:val="24"/>
        </w:rPr>
        <w:t>Περὶ τῶν φθειρόντων τὰς τρίχας ἢ † καλλίτριχας.</w:t>
      </w:r>
    </w:p>
    <w:p>
      <w:r>
        <w:rPr>
          <w:rFonts w:ascii="Courier New" w:hAnsi="Courier New"/>
          <w:color w:val="555555"/>
          <w:sz w:val="20"/>
        </w:rPr>
        <w:t>[4 . 7 . 1]</w:t>
      </w:r>
    </w:p>
    <w:p>
      <w:r>
        <w:rPr>
          <w:rFonts w:ascii="Gentium Plus" w:hAnsi="Gentium Plus"/>
          <w:sz w:val="24"/>
        </w:rPr>
        <w:t>Τρεῖς εἰσι τῶν φθειρόντων τὰς τρίχας διαφοραί, τὰ ψίλωθρα, τὰ λεπτύνοντα, τὰ παντελῶς ἀφανίζοντα. ἀλλὰ ταῦτα μὲν ἐπισφαλῆ τὴν χρῆσιν ἔχει (πολλάκις γὰρ οὐ μόνον τὰ χρισθέντα μόρια ψιλοῖ καὶ ἄτριχα τοῦ λοιποῦ ποιεῖ, σὺν αὐτοῖς δὲ καὶ πᾶν τὸ σῶμα ψιλοῦται</w:t>
      </w:r>
    </w:p>
    <w:p>
      <w:r>
        <w:rPr>
          <w:rFonts w:ascii="Courier New" w:hAnsi="Courier New"/>
          <w:color w:val="555555"/>
          <w:sz w:val="20"/>
        </w:rPr>
        <w:t>[5]</w:t>
      </w:r>
    </w:p>
    <w:p>
      <w:r>
        <w:rPr>
          <w:rFonts w:ascii="Gentium Plus" w:hAnsi="Gentium Plus"/>
          <w:sz w:val="24"/>
        </w:rPr>
        <w:t>καὶ διαμένει τοιοῦτον)· τἄλλα δ’ ἀμφότερα τὴν χρῆσιν παρέχει ἀσφαλῆ.</w:t>
      </w:r>
    </w:p>
    <w:p>
      <w:r>
        <w:rPr>
          <w:rFonts w:ascii="Courier New" w:hAnsi="Courier New"/>
          <w:color w:val="555555"/>
          <w:sz w:val="20"/>
        </w:rPr>
        <w:t>[4 . 7 . 2]</w:t>
      </w:r>
    </w:p>
    <w:p>
      <w:r>
        <w:rPr>
          <w:rFonts w:ascii="Gentium Plus" w:hAnsi="Gentium Plus"/>
          <w:sz w:val="24"/>
        </w:rPr>
        <w:t>τῶν μὲν οὖν ψιλούντων ἀσφαλῶς ἥ τε κονία στακτὴ χρήσιμος καὶ ἀρσενικὸν καὶ σανδαράκη καὶ τίτανος ἄσβεστος, τῶν σφοδρῶν δηλονότι</w:t>
      </w:r>
    </w:p>
    <w:p>
      <w:r>
        <w:rPr>
          <w:rFonts w:ascii="Courier New" w:hAnsi="Courier New"/>
          <w:color w:val="555555"/>
          <w:sz w:val="20"/>
        </w:rPr>
        <w:t>[4 . 7 . 3]</w:t>
      </w:r>
    </w:p>
    <w:p>
      <w:r>
        <w:rPr>
          <w:rFonts w:ascii="Gentium Plus" w:hAnsi="Gentium Plus"/>
          <w:sz w:val="24"/>
        </w:rPr>
        <w:t>θραυομένων τῇ τῶν ἀσθενεστέρων μίξει. τὰ δὲ λεπτύνοντα τὰς τρίχας ῥυπτικὰ κατὰ δύναμίν ἐστιν, ὧν μέτρια μὲν κριθὴ καὶ κυάμων καὶ ὀρόβων ἄλευρον ἀφρόνιτρόν τε καὶ λίτρον, ἰσχυρὰ δὲ τὰ μεγάλας καὶ σκληρὰς τρίχας λεπτύνοντα, κεκαυμένον τὸ λίτρον καὶ τῶν κεραμίδων</w:t>
      </w:r>
    </w:p>
    <w:p>
      <w:r>
        <w:rPr>
          <w:rFonts w:ascii="Courier New" w:hAnsi="Courier New"/>
          <w:color w:val="555555"/>
          <w:sz w:val="20"/>
        </w:rPr>
        <w:t>[5]</w:t>
      </w:r>
    </w:p>
    <w:p>
      <w:r>
        <w:rPr>
          <w:rFonts w:ascii="Gentium Plus" w:hAnsi="Gentium Plus"/>
          <w:sz w:val="24"/>
        </w:rPr>
        <w:t>καὶ τοῦ κριβάνου τὰ ὄστρακα καὶ κίσσηρις ἄκαυστος καὶ κεκαυμένη κηρύκων τε καὶ πορφυρῶν καὶ τῶν ἄλλων ὀστρέων κεκαυμένα τὰ ὄστρακα (τὸ δὲ τῆς σηπίας καὶ ἄκαυστον) ἀλκυόνιά τε καὶ ἐλλέβοροι</w:t>
      </w:r>
    </w:p>
    <w:p>
      <w:r>
        <w:rPr>
          <w:rFonts w:ascii="Courier New" w:hAnsi="Courier New"/>
          <w:color w:val="555555"/>
          <w:sz w:val="20"/>
        </w:rPr>
        <w:t>[4 . 7 . 4]</w:t>
      </w:r>
    </w:p>
    <w:p>
      <w:r>
        <w:rPr>
          <w:rFonts w:ascii="Gentium Plus" w:hAnsi="Gentium Plus"/>
          <w:sz w:val="24"/>
        </w:rPr>
        <w:t>καὶ ἡ τῆς βρυωνίας ῥίζα. βουλόμενος δ’ αὐτὰ ποιεῖν εὐώδη μίξεις</w:t>
      </w:r>
    </w:p>
    <w:p>
      <w:r>
        <w:rPr>
          <w:rFonts w:ascii="Courier New" w:hAnsi="Courier New"/>
          <w:color w:val="555555"/>
          <w:sz w:val="20"/>
        </w:rPr>
        <w:t>[4 . 7 . 5]</w:t>
      </w:r>
    </w:p>
    <w:p>
      <w:r>
        <w:rPr>
          <w:rFonts w:ascii="Gentium Plus" w:hAnsi="Gentium Plus"/>
          <w:sz w:val="24"/>
        </w:rPr>
        <w:t>θους. κνίδης ἀγρίας τὸν καρπὸν τρίψας ἐλαίῳ ἀνάτριβε, καὶ ἀπορρυ‐</w:t>
      </w:r>
    </w:p>
    <w:p>
      <w:r>
        <w:rPr>
          <w:rFonts w:ascii="Courier New" w:hAnsi="Courier New"/>
          <w:color w:val="555555"/>
          <w:sz w:val="20"/>
        </w:rPr>
        <w:t>[4 . 7 . 6]</w:t>
      </w:r>
    </w:p>
    <w:p>
      <w:r>
        <w:rPr>
          <w:rFonts w:ascii="Gentium Plus" w:hAnsi="Gentium Plus"/>
          <w:sz w:val="24"/>
        </w:rPr>
        <w:t>ήσονται αἱ τρίχες. μέλιτι ἀπέφθῳ δρωπάκιζε ὃν ἂν βούλῃ τόπον, καὶ</w:t>
      </w:r>
    </w:p>
    <w:p>
      <w:r>
        <w:rPr>
          <w:rFonts w:ascii="Courier New" w:hAnsi="Courier New"/>
          <w:color w:val="555555"/>
          <w:sz w:val="20"/>
        </w:rPr>
        <w:t>[4 . 7 . 7]</w:t>
      </w:r>
    </w:p>
    <w:p>
      <w:r>
        <w:rPr>
          <w:rFonts w:ascii="Gentium Plus" w:hAnsi="Gentium Plus"/>
          <w:sz w:val="24"/>
        </w:rPr>
        <w:t>οὐκέτι φυήσονται. —Ψίλωθρον· λειοποιήσας ἀσβέστου μέρη β, ἀρσενικοῦ μέρος α, ταῦτα βαλὼν εἰς θυΐαν μολυβδίνην καὶ ὕδωρ ἐπιχέας 〈ἢ〉 πτισάνης χυλόν, τρῖβε· καὶ ὅταν μέλαν γένηται, θερμήνας κατάχριε.</w:t>
      </w:r>
    </w:p>
    <w:p>
      <w:r>
        <w:rPr>
          <w:rFonts w:ascii="Courier New" w:hAnsi="Courier New"/>
          <w:color w:val="555555"/>
          <w:sz w:val="20"/>
        </w:rPr>
        <w:t>[4 . 7 . 8]</w:t>
      </w:r>
    </w:p>
    <w:p>
      <w:r>
        <w:rPr>
          <w:rFonts w:ascii="Gentium Plus" w:hAnsi="Gentium Plus"/>
          <w:sz w:val="24"/>
        </w:rPr>
        <w:t>ὄρυζαν, κυάμους ἐρειχθέντας, πτισάνην ἕψει ἐν ὕδατι, καὶ τούτῳ χρη‐ σάμενος ἀντὶ ὕδατος καὶ μίξας ἀρσενικὸν καὶ ἄσβεστον, ἕψει τὸ ψίλω‐ θρον κατὰ συνήθειαν· καὶ μετὰ ταῦτα μιγνύεις σμύρνης 𐆄 α, μαστί‐ χης 𐆄 α, κισσήρεως ὠμῆς 𐆄 𐅶.</w:t>
      </w:r>
    </w:p>
    <w:p>
      <w:pPr>
        <w:jc w:val="center"/>
      </w:pPr>
      <w:r>
        <w:rPr>
          <w:rFonts w:ascii="Gentium Plus" w:hAnsi="Gentium Plus"/>
          <w:b/>
          <w:sz w:val="24"/>
        </w:rPr>
        <w:t>Ὥστε πολιὰς μὴ γενέσθαι.</w:t>
      </w:r>
    </w:p>
    <w:p>
      <w:r>
        <w:rPr>
          <w:rFonts w:ascii="Courier New" w:hAnsi="Courier New"/>
          <w:color w:val="555555"/>
          <w:sz w:val="20"/>
        </w:rPr>
        <w:t>[4 . 8 . 1]</w:t>
      </w:r>
    </w:p>
    <w:p>
      <w:r>
        <w:rPr>
          <w:rFonts w:ascii="Gentium Plus" w:hAnsi="Gentium Plus"/>
          <w:sz w:val="24"/>
        </w:rPr>
        <w:t>Λαβὼν κολοκύνθην ἀγρίαν τρύπησον καὶ κάθαρον τὰ ἔσω μάλα, εἶτα πλήρωσόν τε αὐτὴν ἐλαίου δαφνίνου καὶ πρόσβαλε ὑοσκύαμον ἀρσενικὸν μὴ τρίψας· ἄφες ἡμέραν μίαν καὶ ἄλειφε χρησίμως ἅπαξ</w:t>
      </w:r>
    </w:p>
    <w:p>
      <w:r>
        <w:rPr>
          <w:rFonts w:ascii="Courier New" w:hAnsi="Courier New"/>
          <w:color w:val="555555"/>
          <w:sz w:val="20"/>
        </w:rPr>
        <w:t>[4 . 8 . 2]</w:t>
      </w:r>
    </w:p>
    <w:p>
      <w:r>
        <w:rPr>
          <w:rFonts w:ascii="Gentium Plus" w:hAnsi="Gentium Plus"/>
          <w:sz w:val="24"/>
        </w:rPr>
        <w:t>τοῦ ἐνιαυτοῦ. ἐπὶ παιδίων ποιεῖ καλὰς καὶ πυκνὰς τὰς τρίχας καρύου</w:t>
      </w:r>
    </w:p>
    <w:p>
      <w:r>
        <w:rPr>
          <w:rFonts w:ascii="Courier New" w:hAnsi="Courier New"/>
          <w:color w:val="555555"/>
          <w:sz w:val="20"/>
        </w:rPr>
        <w:t>[4 . 8 . 3]</w:t>
      </w:r>
    </w:p>
    <w:p>
      <w:r>
        <w:rPr>
          <w:rFonts w:ascii="Gentium Plus" w:hAnsi="Gentium Plus"/>
          <w:sz w:val="24"/>
        </w:rPr>
        <w:t>λέπυρον καὲν καὶ τριβὲν οἴνῳ καταχριόμενον, λωτοῦ τοῦ δένδρου τὰ</w:t>
      </w:r>
    </w:p>
    <w:p>
      <w:r>
        <w:rPr>
          <w:rFonts w:ascii="Courier New" w:hAnsi="Courier New"/>
          <w:color w:val="555555"/>
          <w:sz w:val="20"/>
        </w:rPr>
        <w:t>[4 . 8 . 4]</w:t>
      </w:r>
    </w:p>
    <w:p>
      <w:r>
        <w:rPr>
          <w:rFonts w:ascii="Gentium Plus" w:hAnsi="Gentium Plus"/>
          <w:sz w:val="24"/>
        </w:rPr>
        <w:t>φύλλα, ἀπόπατος καμήλου καεὶς καὶ σὺν ἐλαίῳ χρισθείς. ξανθὰς ποιεῖ τὰς τρίχας θέρμων λέπη ἀποβραχέντα σὺν νίτρῳ ἡμέρας ι καὶ μετὰ</w:t>
      </w:r>
    </w:p>
    <w:p>
      <w:r>
        <w:rPr>
          <w:rFonts w:ascii="Courier New" w:hAnsi="Courier New"/>
          <w:color w:val="555555"/>
          <w:sz w:val="20"/>
        </w:rPr>
        <w:t>[4 . 8 . 5]</w:t>
      </w:r>
    </w:p>
    <w:p>
      <w:r>
        <w:rPr>
          <w:rFonts w:ascii="Gentium Plus" w:hAnsi="Gentium Plus"/>
          <w:sz w:val="24"/>
        </w:rPr>
        <w:t>ταῦτα σμώμενα, λωτοῦ τοῦ δένδρου πρισμάτων ἀφέψημα. μελαίνας δὲ ποιεῖ σμώμενα κηκῖδος ἀπόβρεγμα καὶ χαλκάνθου καὶ σιδίων, λάδα‐</w:t>
      </w:r>
    </w:p>
    <w:p>
      <w:r>
        <w:rPr>
          <w:rFonts w:ascii="Courier New" w:hAnsi="Courier New"/>
          <w:color w:val="555555"/>
          <w:sz w:val="20"/>
        </w:rPr>
        <w:t>[4 . 8 . 6]</w:t>
      </w:r>
    </w:p>
    <w:p>
      <w:r>
        <w:rPr>
          <w:rFonts w:ascii="Gentium Plus" w:hAnsi="Gentium Plus"/>
          <w:sz w:val="24"/>
        </w:rPr>
        <w:t>νον μετὰ μυρσίνου ἀλείμματος. βράδιον πολιοῖ ἔλαιον τὸ ἐξ ἀγρίας ἐλαίας καθ’ ἡμέραν ἀλειφόμενον, μᾶλλον δ’ εἰ μυρσίνην τις αὐτῷ</w:t>
      </w:r>
    </w:p>
    <w:p>
      <w:r>
        <w:rPr>
          <w:rFonts w:ascii="Courier New" w:hAnsi="Courier New"/>
          <w:color w:val="555555"/>
          <w:sz w:val="20"/>
        </w:rPr>
        <w:t>[4 . 8 . 7]</w:t>
      </w:r>
    </w:p>
    <w:p>
      <w:r>
        <w:rPr>
          <w:rFonts w:ascii="Gentium Plus" w:hAnsi="Gentium Plus"/>
          <w:sz w:val="24"/>
        </w:rPr>
        <w:t>ἐναποβρέξει. βράδιον δ’ αὔξεσθαι ποιεῖ τὰς ἐπὶ τῶν ἀνήβων τρίχας καταχριόμενον ἀμπέλου δάκρυον σὺν ἐλαίῳ καὶ τὸ ἀπὸ τοῦ χλωροῦ κλήματος καιομένου ἱδρούμενον ὑγρόν, κυάμινον ἄλευρον καταπλασσό‐ μενον.</w:t>
      </w:r>
    </w:p>
    <w:p>
      <w:pPr>
        <w:jc w:val="center"/>
      </w:pPr>
      <w:r>
        <w:rPr>
          <w:rFonts w:ascii="Gentium Plus" w:hAnsi="Gentium Plus"/>
          <w:b/>
          <w:sz w:val="24"/>
        </w:rPr>
        <w:t>Περὶ πιτυριάσεως.</w:t>
      </w:r>
    </w:p>
    <w:p>
      <w:r>
        <w:rPr>
          <w:rFonts w:ascii="Courier New" w:hAnsi="Courier New"/>
          <w:color w:val="555555"/>
          <w:sz w:val="20"/>
        </w:rPr>
        <w:t>[4 . 9 . 1]</w:t>
      </w:r>
    </w:p>
    <w:p>
      <w:r>
        <w:rPr>
          <w:rFonts w:ascii="Gentium Plus" w:hAnsi="Gentium Plus"/>
          <w:sz w:val="24"/>
        </w:rPr>
        <w:t>Ἡ πιτυρίασις ὑπὸ μοχθηρῶν χυμῶν συνίσταται· σκοπὸς οὖν ἐστιν ἐνδαπανῆσαι τούτους διὰ τῶν ῥυπτόντων καὶ διαφορούντων φαρμάκων</w:t>
      </w:r>
    </w:p>
    <w:p>
      <w:r>
        <w:rPr>
          <w:rFonts w:ascii="Courier New" w:hAnsi="Courier New"/>
          <w:color w:val="555555"/>
          <w:sz w:val="20"/>
        </w:rPr>
        <w:t>[4 . 9 . 2]</w:t>
      </w:r>
    </w:p>
    <w:p>
      <w:r>
        <w:rPr>
          <w:rFonts w:ascii="Gentium Plus" w:hAnsi="Gentium Plus"/>
          <w:sz w:val="24"/>
        </w:rPr>
        <w:t>προκαθαίροντας τὸ σῶμα, εἰ μεστὸν εἴη κακοχύμου. βουλόμενοι δέ</w:t>
      </w:r>
    </w:p>
    <w:p>
      <w:pPr>
        <w:jc w:val="center"/>
      </w:pPr>
      <w:r>
        <w:rPr>
          <w:rFonts w:ascii="Gentium Plus" w:hAnsi="Gentium Plus"/>
          <w:b/>
          <w:sz w:val="24"/>
        </w:rPr>
        <w:t>Πρὸς πίτυρα.</w:t>
      </w:r>
    </w:p>
    <w:p>
      <w:r>
        <w:rPr>
          <w:rFonts w:ascii="Courier New" w:hAnsi="Courier New"/>
          <w:color w:val="555555"/>
          <w:sz w:val="20"/>
        </w:rPr>
        <w:t>[4 . 10 . 1]</w:t>
      </w:r>
    </w:p>
    <w:p>
      <w:r>
        <w:rPr>
          <w:rFonts w:ascii="Gentium Plus" w:hAnsi="Gentium Plus"/>
          <w:sz w:val="24"/>
        </w:rPr>
        <w:t>Πιτύρων χοίνικος ἥμισυ βρέξας ἐν ὕδατος κοτύλαις β καὶ μετὰ ταῦτα ἐπιτρίψας καὶ διηθήσας τὸν χυλὸν ἕψησον μετ’ ὄξους ἡμικοτυ‐ λίου, μέχρις οὗ πάχος λάβῃ οἴνου, καὶ τούτῳ τὴν κεφαλὴν ἀπόσμα, εἶτα κλύζε ἐν ὕδατι σεύτλου ἐνεψομένου ἢ τήλεως ἢ θέρμων· χρίσματι</w:t>
      </w:r>
    </w:p>
    <w:p>
      <w:r>
        <w:rPr>
          <w:rFonts w:ascii="Courier New" w:hAnsi="Courier New"/>
          <w:color w:val="555555"/>
          <w:sz w:val="20"/>
        </w:rPr>
        <w:t>[5]</w:t>
      </w:r>
    </w:p>
    <w:p>
      <w:r>
        <w:rPr>
          <w:rFonts w:ascii="Gentium Plus" w:hAnsi="Gentium Plus"/>
          <w:sz w:val="24"/>
        </w:rPr>
        <w:t>δ’ ἰρίνου μύρου χρῶ. τούτῳ χρηστέον ὡς ἐπιτηδειοτέρῳ καὶ δραστικῷ</w:t>
      </w:r>
    </w:p>
    <w:p>
      <w:r>
        <w:rPr>
          <w:rFonts w:ascii="Courier New" w:hAnsi="Courier New"/>
          <w:color w:val="555555"/>
          <w:sz w:val="20"/>
        </w:rPr>
        <w:t>[4 . 10 . 2]</w:t>
      </w:r>
    </w:p>
    <w:p>
      <w:r>
        <w:rPr>
          <w:rFonts w:ascii="Gentium Plus" w:hAnsi="Gentium Plus"/>
          <w:sz w:val="24"/>
        </w:rPr>
        <w:t>φαρμάκῳ. γῆς Κιμωλίας, θείου ἀπύρου τὸ ἴσον τρίψας μετ’ ὄξους ἐν βαλανείῳ ἀπόσμα καὶ θερμῷ ὕδατι ἀπόπλυνε· τούτῳ καὶ καταχρίειν δεῖ, μὴ μόνον ἐν βαλανείῳ χρῆσθαι· πάσας γὰρ ἔχει τὰς δυνάμεις ὧν</w:t>
      </w:r>
    </w:p>
    <w:p>
      <w:r>
        <w:rPr>
          <w:rFonts w:ascii="Courier New" w:hAnsi="Courier New"/>
          <w:color w:val="555555"/>
          <w:sz w:val="20"/>
        </w:rPr>
        <w:t>[4 . 10 . 3]</w:t>
      </w:r>
    </w:p>
    <w:p>
      <w:r>
        <w:rPr>
          <w:rFonts w:ascii="Gentium Plus" w:hAnsi="Gentium Plus"/>
          <w:sz w:val="24"/>
        </w:rPr>
        <w:t>δεῖται τὸ πάθος. λιθαργύρου, πηγάνου, ἐλαίου, ὄξους κοτύλης τέταρτον</w:t>
      </w:r>
    </w:p>
    <w:p>
      <w:r>
        <w:rPr>
          <w:rFonts w:ascii="Courier New" w:hAnsi="Courier New"/>
          <w:color w:val="555555"/>
          <w:sz w:val="20"/>
        </w:rPr>
        <w:t>[4 . 10 . 4]</w:t>
      </w:r>
    </w:p>
    <w:p>
      <w:r>
        <w:rPr>
          <w:rFonts w:ascii="Gentium Plus" w:hAnsi="Gentium Plus"/>
          <w:sz w:val="24"/>
        </w:rPr>
        <w:t>τρίψας τὴν κεφαλὴν κατάχριε. δέδωκεν ἡμῖν τοῦτο πεῖραν ἱκανῶς.</w:t>
      </w:r>
    </w:p>
    <w:p>
      <w:pPr>
        <w:jc w:val="center"/>
      </w:pPr>
      <w:r>
        <w:rPr>
          <w:rFonts w:ascii="Gentium Plus" w:hAnsi="Gentium Plus"/>
          <w:b/>
          <w:sz w:val="24"/>
        </w:rPr>
        <w:t>Περὶ φθειριάσεως.</w:t>
      </w:r>
    </w:p>
    <w:p>
      <w:r>
        <w:rPr>
          <w:rFonts w:ascii="Courier New" w:hAnsi="Courier New"/>
          <w:color w:val="555555"/>
          <w:sz w:val="20"/>
        </w:rPr>
        <w:t>[4 . 11 . 1]</w:t>
      </w:r>
    </w:p>
    <w:p>
      <w:r>
        <w:rPr>
          <w:rFonts w:ascii="Gentium Plus" w:hAnsi="Gentium Plus"/>
          <w:sz w:val="24"/>
        </w:rPr>
        <w:t>Τίκτεται πολλάκις ἐν τῇ κεφαλῇ φθειρῶν πλῆθος ἀθρόως, ἐν τῷ βάθει τοῦ δέρματος περιττῶν ὑγρῶν καὶ μετρίως θερμῶν συστάντων· δεῖ τοίνυν προσάγειν ξηραίνοντα φάρμακα καὶ κενοῦν καὶ ἕλκειν</w:t>
      </w:r>
    </w:p>
    <w:p>
      <w:r>
        <w:rPr>
          <w:rFonts w:ascii="Courier New" w:hAnsi="Courier New"/>
          <w:color w:val="555555"/>
          <w:sz w:val="20"/>
        </w:rPr>
        <w:t>[4 . 11 . 2]</w:t>
      </w:r>
    </w:p>
    <w:p>
      <w:r>
        <w:rPr>
          <w:rFonts w:ascii="Gentium Plus" w:hAnsi="Gentium Plus"/>
          <w:sz w:val="24"/>
        </w:rPr>
        <w:t>πεφυκότα. κεδρία φθεῖρας καὶ κονίδας ἀναιρεῖ, καὶ κισσοῦ τὸ δάκρυον</w:t>
      </w:r>
    </w:p>
    <w:p>
      <w:r>
        <w:rPr>
          <w:rFonts w:ascii="Courier New" w:hAnsi="Courier New"/>
          <w:color w:val="555555"/>
          <w:sz w:val="20"/>
        </w:rPr>
        <w:t>[4 . 11 . 3]</w:t>
      </w:r>
    </w:p>
    <w:p>
      <w:r>
        <w:rPr>
          <w:rFonts w:ascii="Gentium Plus" w:hAnsi="Gentium Plus"/>
          <w:sz w:val="24"/>
        </w:rPr>
        <w:t>ὁμοίως. σταφίδος ἀγρίας μέρη β, σανδαράκης καὶ νίτρου ἀνὰ μέρος α· σὺν ὄξει καὶ ἐλαίῳ ἄλειφε τὴν κεφαλήν· ἢ ὀξυλαπάθου ῥίζας σὺν ἐλαίῳ ὁμοίως· ἢ ἐλλέβορον λευκὸν καὶ σταφίδα ἀγρίαν καὶ νίτρον ἴσα· ἐν βαλανείῳ μετ’ ἐλαίου χρῶ, ἢ θαλάττῃ ἢ ἅλμῃ ἀκράτῳ μετ’</w:t>
      </w:r>
    </w:p>
    <w:p>
      <w:r>
        <w:rPr>
          <w:rFonts w:ascii="Courier New" w:hAnsi="Courier New"/>
          <w:color w:val="555555"/>
          <w:sz w:val="20"/>
        </w:rPr>
        <w:t>[5]</w:t>
      </w:r>
    </w:p>
    <w:p>
      <w:r>
        <w:rPr>
          <w:rFonts w:ascii="Gentium Plus" w:hAnsi="Gentium Plus"/>
          <w:sz w:val="24"/>
        </w:rPr>
        <w:t>ὄξους κατάντλει.</w:t>
      </w:r>
    </w:p>
    <w:p>
      <w:pPr>
        <w:jc w:val="center"/>
      </w:pPr>
      <w:r>
        <w:rPr>
          <w:rFonts w:ascii="Gentium Plus" w:hAnsi="Gentium Plus"/>
          <w:b/>
          <w:sz w:val="24"/>
        </w:rPr>
        <w:t>Περὶ ἀχώρων καὶ κηρίων.</w:t>
      </w:r>
    </w:p>
    <w:p>
      <w:r>
        <w:rPr>
          <w:rFonts w:ascii="Courier New" w:hAnsi="Courier New"/>
          <w:color w:val="555555"/>
          <w:sz w:val="20"/>
        </w:rPr>
        <w:t>[4 . 12 . 1]</w:t>
      </w:r>
    </w:p>
    <w:p>
      <w:r>
        <w:rPr>
          <w:rFonts w:ascii="Gentium Plus" w:hAnsi="Gentium Plus"/>
          <w:sz w:val="24"/>
        </w:rPr>
        <w:t>Ὁ καλούμενος ἀχὼρ ἐν τῷ τῆς κεφαλῆς συνίσταται δέρματι λεπτὰς πάνυ κατατρήσεις ἔχων, δι’ ὧν ἀπορρεῖ λεπτὸς ἰχὼρ γλίσχρος μετρίως.</w:t>
      </w:r>
    </w:p>
    <w:p>
      <w:r>
        <w:rPr>
          <w:rFonts w:ascii="Courier New" w:hAnsi="Courier New"/>
          <w:color w:val="555555"/>
          <w:sz w:val="20"/>
        </w:rPr>
        <w:t>[4 . 12 . 2]</w:t>
      </w:r>
    </w:p>
    <w:p>
      <w:r>
        <w:rPr>
          <w:rFonts w:ascii="Gentium Plus" w:hAnsi="Gentium Plus"/>
          <w:sz w:val="24"/>
        </w:rPr>
        <w:t>ὅμοιον δ’ ἐστὶν αὐτῷ πάθος καὶ τὸ καλούμενον κηρίον τὰς κατατρή‐</w:t>
      </w:r>
    </w:p>
    <w:p>
      <w:r>
        <w:rPr>
          <w:rFonts w:ascii="Courier New" w:hAnsi="Courier New"/>
          <w:color w:val="555555"/>
          <w:sz w:val="20"/>
        </w:rPr>
        <w:t>[4 . 12 . 3]</w:t>
      </w:r>
    </w:p>
    <w:p>
      <w:r>
        <w:rPr>
          <w:rFonts w:ascii="Gentium Plus" w:hAnsi="Gentium Plus"/>
          <w:sz w:val="24"/>
        </w:rPr>
        <w:t>σεις μείζονας ἔχον ὑγρὸν περιεχούσας μελιτῶδες. σκοπός ἐστιν οὖν κενῶσαι τοὺς ποιοῦντας τὸ πάθος χυμούς, ἐπιρρέοντας δ’ αὐτοὺς ἔτι [δὲ] κωλῦσαι, κενοῦντας τὴν κεφαλὴν καὶ πρὸ ταύτης τὸ πᾶν σῶμα,</w:t>
      </w:r>
    </w:p>
    <w:p>
      <w:r>
        <w:rPr>
          <w:rFonts w:ascii="Courier New" w:hAnsi="Courier New"/>
          <w:color w:val="555555"/>
          <w:sz w:val="20"/>
        </w:rPr>
        <w:t>[4 . 12 . 4]</w:t>
      </w:r>
    </w:p>
    <w:p>
      <w:r>
        <w:rPr>
          <w:rFonts w:ascii="Gentium Plus" w:hAnsi="Gentium Plus"/>
          <w:sz w:val="24"/>
        </w:rPr>
        <w:t>ὡς ἐπὶ τῶν ἀλωπεκιῶν εἴρηται. μικρᾶς δ’ οὔσης τῆς διαθέσεως, ἤρκεσε πολλάκις τὰ τοπικὰ βοηθήματα· τοιαῦτα δ’ ἐστὶ τὰ τέμνοντα</w:t>
      </w:r>
    </w:p>
    <w:p>
      <w:r>
        <w:rPr>
          <w:rFonts w:ascii="Courier New" w:hAnsi="Courier New"/>
          <w:color w:val="555555"/>
          <w:sz w:val="20"/>
        </w:rPr>
        <w:t>[4 . 12 . 5]</w:t>
      </w:r>
    </w:p>
    <w:p>
      <w:r>
        <w:rPr>
          <w:rFonts w:ascii="Gentium Plus" w:hAnsi="Gentium Plus"/>
          <w:sz w:val="24"/>
        </w:rPr>
        <w:t>καὶ διαφοροῦντα τὸ πάχος τοῦ χυμοῦ. ἔνια δὲ τῶν φαρμάκων ἰᾶται τοὺς ἀρχομένους ἀχῶρας, ὅταν ἀπέριττον ᾖ τὸ σῶμα, στυπτικὴν 〈ἔχοντα</w:t>
      </w:r>
    </w:p>
    <w:p>
      <w:r>
        <w:rPr>
          <w:rFonts w:ascii="Courier New" w:hAnsi="Courier New"/>
          <w:color w:val="555555"/>
          <w:sz w:val="20"/>
        </w:rPr>
        <w:t>[4 . 12 . 6]</w:t>
      </w:r>
    </w:p>
    <w:p>
      <w:r>
        <w:rPr>
          <w:rFonts w:ascii="Gentium Plus" w:hAnsi="Gentium Plus"/>
          <w:sz w:val="24"/>
        </w:rPr>
        <w:t>δύναμιν〉· εἰσὶ δὲ τοιαῦτα 〈μυρσίνη〉 καὶ ὁ τῆς πίτυος φλοιός. τινὰ</w:t>
      </w:r>
    </w:p>
    <w:p>
      <w:r>
        <w:rPr>
          <w:rFonts w:ascii="Courier New" w:hAnsi="Courier New"/>
          <w:color w:val="555555"/>
          <w:sz w:val="20"/>
        </w:rPr>
        <w:t>[4 . 12 . 7]</w:t>
      </w:r>
    </w:p>
    <w:p>
      <w:r>
        <w:rPr>
          <w:rFonts w:ascii="Gentium Plus" w:hAnsi="Gentium Plus"/>
          <w:sz w:val="24"/>
        </w:rPr>
        <w:t>ἐστὶ τὸ τεῦτλον καὶ ἡ κεκαυμένη κιμωλία. τινὰ δ’ οὕτω σφοδρὰ τὴν δύναμίν ἐστιν, ὡς δύνασθαι κενοῦν τοὺς παχεῖς πάνυ καὶ γλίσχρους χυμοὺς αἰτίους γενομένους ἀχώρων, κἂν ἤδη σκιρρώδεις ὦσι, διαλύειν αὐτάς· τοιαῦτα δ’ ἐστὶ χαλκίτης καὶ τρὺξ οἴνου καὶ τίτανος ἄσβεστος.</w:t>
      </w:r>
    </w:p>
    <w:p>
      <w:r>
        <w:rPr>
          <w:rFonts w:ascii="Courier New" w:hAnsi="Courier New"/>
          <w:color w:val="555555"/>
          <w:sz w:val="20"/>
        </w:rPr>
        <w:t>[4 . 12 . 8]</w:t>
      </w:r>
    </w:p>
    <w:p>
      <w:r>
        <w:rPr>
          <w:rFonts w:ascii="Gentium Plus" w:hAnsi="Gentium Plus"/>
          <w:sz w:val="24"/>
        </w:rPr>
        <w:t>τὸ δ’ ὄξος χρησιμώτατόν ἐστιν ἐν παντὶ καιρῷ πρὸς ἀχῶρας, τέμνον καὶ διαφοροῦν καὶ ἀποκρουόμενον· δεῖ δ’ ἀκριβῶς ὀξὺ τυγχάνειν αὐτὸ καὶ μηδ’ ἡντινοῦν ἔχειν οἴνου ποιότητα· τούτῳ γὰρ ἀναμιγνὺς ἄλλοτε</w:t>
      </w:r>
    </w:p>
    <w:p>
      <w:r>
        <w:rPr>
          <w:rFonts w:ascii="Courier New" w:hAnsi="Courier New"/>
          <w:color w:val="555555"/>
          <w:sz w:val="20"/>
        </w:rPr>
        <w:t>[4 . 12 . 9]</w:t>
      </w:r>
    </w:p>
    <w:p>
      <w:r>
        <w:rPr>
          <w:rFonts w:ascii="Gentium Plus" w:hAnsi="Gentium Plus"/>
          <w:sz w:val="24"/>
        </w:rPr>
        <w:t>τῶν μεταλλικῶν ἐξιάσῃ τοὺς ἀχῶρας. ἄρχεσθαι δὲ προσῆκεν ἀπ’ ἀσθε‐</w:t>
      </w:r>
    </w:p>
    <w:p>
      <w:r>
        <w:rPr>
          <w:rFonts w:ascii="Courier New" w:hAnsi="Courier New"/>
          <w:color w:val="555555"/>
          <w:sz w:val="20"/>
        </w:rPr>
        <w:t>[4 . 12 . 10]</w:t>
      </w:r>
    </w:p>
    <w:p>
      <w:r>
        <w:rPr>
          <w:rFonts w:ascii="Gentium Plus" w:hAnsi="Gentium Plus"/>
          <w:sz w:val="24"/>
        </w:rPr>
        <w:t>νεστέρων, καὶ μάλιστα ὅταν σὺν ὀδύνῃ τυγχάνωσιν. εἰς τοῦτο γοῦν χρήσιμος Κρητικὴ καὶ Σαμία γῆ πομφόλυξ τε καὶ σπόδιον καὶ λιθάρ‐</w:t>
      </w:r>
    </w:p>
    <w:p>
      <w:r>
        <w:rPr>
          <w:rFonts w:ascii="Courier New" w:hAnsi="Courier New"/>
          <w:color w:val="555555"/>
          <w:sz w:val="20"/>
        </w:rPr>
        <w:t>[4 . 12 . 11]</w:t>
      </w:r>
    </w:p>
    <w:p>
      <w:r>
        <w:rPr>
          <w:rFonts w:ascii="Gentium Plus" w:hAnsi="Gentium Plus"/>
          <w:sz w:val="24"/>
        </w:rPr>
        <w:t>γυρος. μηδὲν δ’ ἀνυόντων τούτων, τὸ διὰ χάρτου ξηρὸν ἐπίχριε δεύ‐ σας ὄξει· μὴ παρόντος δὲ τοῦ διὰ χάρτου καθ’ αὑτὸν χάρτην καύσας</w:t>
      </w:r>
    </w:p>
    <w:p>
      <w:r>
        <w:rPr>
          <w:rFonts w:ascii="Courier New" w:hAnsi="Courier New"/>
          <w:color w:val="555555"/>
          <w:sz w:val="20"/>
        </w:rPr>
        <w:t>[4 . 12 . 12]</w:t>
      </w:r>
    </w:p>
    <w:p>
      <w:r>
        <w:rPr>
          <w:rFonts w:ascii="Gentium Plus" w:hAnsi="Gentium Plus"/>
          <w:sz w:val="24"/>
        </w:rPr>
        <w:t>καὶ δεύσας ὄξει χρήσῃ δεόντως ἐπὶ τῶν σκληροσάρκων. ὅταν δὲ φλεγ‐ μονώδης ᾖ ἀχὼρ ἢ μετ’ ὀδύνης, δῆλον ὡς παρηγορήσεις αὐτὸν πρό‐ τερον πεπτικῷ καὶ μαλακτικῷ καὶ ὑγρῷ φαρμάκῳ καὶ ἀδήκτῳ, οἷα τὰ ἑδραστικά ἐστιν.</w:t>
      </w:r>
    </w:p>
    <w:p>
      <w:pPr>
        <w:jc w:val="center"/>
      </w:pPr>
      <w:r>
        <w:rPr>
          <w:rFonts w:ascii="Gentium Plus" w:hAnsi="Gentium Plus"/>
          <w:b/>
          <w:sz w:val="24"/>
        </w:rPr>
        <w:t>Περὶ τῶν ἐν ὀφθαλμῷ ἐπιπολαίων παθῶν.</w:t>
      </w:r>
    </w:p>
    <w:p>
      <w:r>
        <w:rPr>
          <w:rFonts w:ascii="Courier New" w:hAnsi="Courier New"/>
          <w:color w:val="555555"/>
          <w:sz w:val="20"/>
        </w:rPr>
        <w:t>[4 . 13 . 1]</w:t>
      </w:r>
    </w:p>
    <w:p>
      <w:r>
        <w:rPr>
          <w:rFonts w:ascii="Gentium Plus" w:hAnsi="Gentium Plus"/>
          <w:sz w:val="24"/>
        </w:rPr>
        <w:t>Τὰς τῶν ὀφθαλμῶν ταράξεις ὑπό τε καπνοῦ γινομένας καὶ ἐγ‐ καύσεως ἢ κόνεως, ἢ ἀτενὲς ἐνιδόντων αὐγῇ, παύσεις ῥᾳδίως ἐκστὰς μὲν τοῦ καπνοῦ καὶ τὴν κεφαλὴν σκέπων, ὡς μὴ καθικνοῖτο ὁ ἥλιος,</w:t>
      </w:r>
    </w:p>
    <w:p>
      <w:r>
        <w:rPr>
          <w:rFonts w:ascii="Courier New" w:hAnsi="Courier New"/>
          <w:color w:val="555555"/>
          <w:sz w:val="20"/>
        </w:rPr>
        <w:t>[4 . 13 . 2]</w:t>
      </w:r>
    </w:p>
    <w:p>
      <w:r>
        <w:rPr>
          <w:rFonts w:ascii="Gentium Plus" w:hAnsi="Gentium Plus"/>
          <w:sz w:val="24"/>
        </w:rPr>
        <w:t>καὶ εἰς σκιὰν πορευόμενος, ἀπονίπτων δὲ τῶν ὄψεων τὴν κόνιν πρό‐ τερον μὲν χλιαρῷ ὕδατι θερμῷ καὶ γλυκεῖ, ψυχρῷ δ’ ὕστερον, καὶ τὴν αὐγὴν ἀποστρεφόμενος καὶ ἐπιμύων τοῖς ὀφθαλμοῖς· ἐπὶ τούτοις γὰρ καθίσταται μηδενὸς ἑτέρου προσδεηθέντος, ἀλλ’ ἢ μόνον ἐνδεέστερον</w:t>
      </w:r>
    </w:p>
    <w:p>
      <w:r>
        <w:rPr>
          <w:rFonts w:ascii="Courier New" w:hAnsi="Courier New"/>
          <w:color w:val="555555"/>
          <w:sz w:val="20"/>
        </w:rPr>
        <w:t>[4 . 13 . 3]</w:t>
      </w:r>
    </w:p>
    <w:p>
      <w:r>
        <w:rPr>
          <w:rFonts w:ascii="Gentium Plus" w:hAnsi="Gentium Plus"/>
          <w:sz w:val="24"/>
        </w:rPr>
        <w:t>διαιτηθέντος. ποτῷ δὲ καὶ πλείονι χρῆσθαι διὰ τὰς ἐγκαύσεις· εἰ γὰρ ὕπνος ἐπιλάβοι βαθύτερος καὶ ὀφθαλμία προσδοκηθεῖσα, πεφθήσεται</w:t>
      </w:r>
    </w:p>
    <w:p>
      <w:r>
        <w:rPr>
          <w:rFonts w:ascii="Courier New" w:hAnsi="Courier New"/>
          <w:color w:val="555555"/>
          <w:sz w:val="20"/>
        </w:rPr>
        <w:t>[4 . 13 . 4]</w:t>
      </w:r>
    </w:p>
    <w:p>
      <w:r>
        <w:rPr>
          <w:rFonts w:ascii="Gentium Plus" w:hAnsi="Gentium Plus"/>
          <w:sz w:val="24"/>
        </w:rPr>
        <w:t>διὸ μηδὲ τῶν λουτρῶν ἀπέχεσθαι, διαιτᾶσθαι δ’ ἀκριβέστερον. ὀφθαλ‐ μίας τινὸς ἀρχομένης καὶ ἡσυχάζειν, ἐπιχρίειν δὲ τὰ βλέφαρα τῶν διὰ ῥόδων ἢ κρόκου φαρμάκῳ τινί· παρὰ γὰρ τοῖς πολλοῖς ἀπορία τού‐</w:t>
      </w:r>
    </w:p>
    <w:p>
      <w:r>
        <w:rPr>
          <w:rFonts w:ascii="Courier New" w:hAnsi="Courier New"/>
          <w:color w:val="555555"/>
          <w:sz w:val="20"/>
        </w:rPr>
        <w:t>[4 . 13 . 5]</w:t>
      </w:r>
    </w:p>
    <w:p>
      <w:r>
        <w:rPr>
          <w:rFonts w:ascii="Gentium Plus" w:hAnsi="Gentium Plus"/>
          <w:sz w:val="24"/>
        </w:rPr>
        <w:t>των οὐκ ἔστι. τὰς δὲ λήμας καὶ τὰς ἐν νυκτὶ γινομένας κολλήσεις διακαθαίρει τε καὶ ἀνίησι καλῶς τὸ ὀξύκρατον καὶ καθ’ ἑαυτὸ ὕδωρ ψυχρὸν καὶ τῶν ξηρῶν τι τῶν ὀφθαλμῶν ἀποδακρύειν πρᾴως ποιοῦν·</w:t>
      </w:r>
    </w:p>
    <w:p>
      <w:r>
        <w:rPr>
          <w:rFonts w:ascii="Courier New" w:hAnsi="Courier New"/>
          <w:color w:val="555555"/>
          <w:sz w:val="20"/>
        </w:rPr>
        <w:t>[4 . 13 . 6]</w:t>
      </w:r>
    </w:p>
    <w:p>
      <w:r>
        <w:rPr>
          <w:rFonts w:ascii="Gentium Plus" w:hAnsi="Gentium Plus"/>
          <w:sz w:val="24"/>
        </w:rPr>
        <w:t>ὠφελεῖ δὲ καὶ γαστρὸς ὑπαγωγή.</w:t>
      </w:r>
    </w:p>
    <w:p>
      <w:pPr>
        <w:jc w:val="center"/>
      </w:pPr>
      <w:r>
        <w:rPr>
          <w:rFonts w:ascii="Gentium Plus" w:hAnsi="Gentium Plus"/>
          <w:b/>
          <w:sz w:val="24"/>
        </w:rPr>
        <w:t>Πρὸς φλεγμονὴν καὶ ὀδύνην ὀφθαλμῶν.</w:t>
      </w:r>
    </w:p>
    <w:p>
      <w:r>
        <w:rPr>
          <w:rFonts w:ascii="Courier New" w:hAnsi="Courier New"/>
          <w:color w:val="555555"/>
          <w:sz w:val="20"/>
        </w:rPr>
        <w:t>[4 . 14 . 1]</w:t>
      </w:r>
    </w:p>
    <w:p>
      <w:r>
        <w:rPr>
          <w:rFonts w:ascii="Gentium Plus" w:hAnsi="Gentium Plus"/>
          <w:sz w:val="24"/>
        </w:rPr>
        <w:t>Φλεγμονῆς δὲ καὶ ὀδύνης κατεχούσης τοὺς ὀφθαλμούς, ἰατροῦ μὲν</w:t>
      </w:r>
    </w:p>
    <w:p>
      <w:r>
        <w:rPr>
          <w:rFonts w:ascii="Courier New" w:hAnsi="Courier New"/>
          <w:color w:val="555555"/>
          <w:sz w:val="20"/>
        </w:rPr>
        <w:t>[4 . 14 . 2]</w:t>
      </w:r>
    </w:p>
    <w:p>
      <w:r>
        <w:rPr>
          <w:rFonts w:ascii="Gentium Plus" w:hAnsi="Gentium Plus"/>
          <w:sz w:val="24"/>
        </w:rPr>
        <w:t>σιτίων δ’ οὖν ἀπέχεσθαι καὶ ἡσυχίαν ἄγειν ἁρμόττει καὶ τὴν αὐγὴν ἐκκλίνειν καὶ μήτε τοῖς ψόφοις μήτε ἄλλῃ τινὶ κινήσει τὰς ὀδύνας ἐπιτείνειν καὶ τοὺς πόδας ψηλαφᾶν καὶ διαδεῖν ἐνίοτε τὰ ἄκρα· περι‐</w:t>
      </w:r>
    </w:p>
    <w:p>
      <w:r>
        <w:rPr>
          <w:rFonts w:ascii="Courier New" w:hAnsi="Courier New"/>
          <w:color w:val="555555"/>
          <w:sz w:val="20"/>
        </w:rPr>
        <w:t>[4 . 14 . 3]</w:t>
      </w:r>
    </w:p>
    <w:p>
      <w:r>
        <w:rPr>
          <w:rFonts w:ascii="Gentium Plus" w:hAnsi="Gentium Plus"/>
          <w:sz w:val="24"/>
        </w:rPr>
        <w:t>σπαστικὰ γὰρ ταῦτα τῶν ὀδυνῶν. ποιεῖ δὲ πρὸς φλεγμονὰς καὶ ἴου τὰ φύλλα ἐπιτιθέμενα καὶ γάλα γυναικεῖον πρόσφατον σὺν ὠῷ 〈καὶ〉 ῥοδίνῳ ἔξωθεν ἐπιτιθέμενον.</w:t>
      </w:r>
    </w:p>
    <w:p>
      <w:pPr>
        <w:jc w:val="center"/>
      </w:pPr>
      <w:r>
        <w:rPr>
          <w:rFonts w:ascii="Gentium Plus" w:hAnsi="Gentium Plus"/>
          <w:b/>
          <w:sz w:val="24"/>
        </w:rPr>
        <w:t>Πρὸς ῥεῦμα ὀφθαλμῶν.</w:t>
      </w:r>
    </w:p>
    <w:p>
      <w:r>
        <w:rPr>
          <w:rFonts w:ascii="Courier New" w:hAnsi="Courier New"/>
          <w:color w:val="555555"/>
          <w:sz w:val="20"/>
        </w:rPr>
        <w:t>[4 . 15 . 1]</w:t>
      </w:r>
    </w:p>
    <w:p>
      <w:r>
        <w:rPr>
          <w:rFonts w:ascii="Gentium Plus" w:hAnsi="Gentium Plus"/>
          <w:sz w:val="24"/>
        </w:rPr>
        <w:t>Ῥεύματος δ’ ἐνοχλοῦντος, ἀνακόλλημα ποιεῖν κατὰ τοῦ μετώπου,</w:t>
      </w:r>
    </w:p>
    <w:p>
      <w:r>
        <w:rPr>
          <w:rFonts w:ascii="Courier New" w:hAnsi="Courier New"/>
          <w:color w:val="555555"/>
          <w:sz w:val="20"/>
        </w:rPr>
        <w:t>[4 . 15 . 2]</w:t>
      </w:r>
    </w:p>
    <w:p>
      <w:r>
        <w:rPr>
          <w:rFonts w:ascii="Gentium Plus" w:hAnsi="Gentium Plus"/>
          <w:sz w:val="24"/>
        </w:rPr>
        <w:t>λιβανωτὸν λεῖον μετὰ γύρεως ὠοῦ τῷ λευκῷ μιγνύντα. καὶ μετέωρον ἔχειν τὴν κεφαλὴν συμφέρει καὶ ἡσυχάζειν καὶ διαδέσμοις χρῆσθαι τῶν</w:t>
      </w:r>
    </w:p>
    <w:p>
      <w:r>
        <w:rPr>
          <w:rFonts w:ascii="Courier New" w:hAnsi="Courier New"/>
          <w:color w:val="555555"/>
          <w:sz w:val="20"/>
        </w:rPr>
        <w:t>[4 . 15 . 3]</w:t>
      </w:r>
    </w:p>
    <w:p>
      <w:r>
        <w:rPr>
          <w:rFonts w:ascii="Gentium Plus" w:hAnsi="Gentium Plus"/>
          <w:sz w:val="24"/>
        </w:rPr>
        <w:t>ἄκρων. ἁλμυροῦ δ’ ὄντος καὶ δριμέος τοῦ ῥεύματος, ἐγχέοντα γλυ‐ καίνειν τῷ γάλακτι καὶ τῷ λευκῷ τοῦ ὠοῦ τάς τε λήμας ἀφαιρεῖν</w:t>
      </w:r>
    </w:p>
    <w:p>
      <w:r>
        <w:rPr>
          <w:rFonts w:ascii="Courier New" w:hAnsi="Courier New"/>
          <w:color w:val="555555"/>
          <w:sz w:val="20"/>
        </w:rPr>
        <w:t>[4 . 15 . 4]</w:t>
      </w:r>
    </w:p>
    <w:p>
      <w:r>
        <w:rPr>
          <w:rFonts w:ascii="Gentium Plus" w:hAnsi="Gentium Plus"/>
          <w:sz w:val="24"/>
        </w:rPr>
        <w:t>εὐαφῶς καὶ μαλακῇ σπογγιᾷ. μεγάλης δ’ οὔσης τῆς ἐπιφορᾶς μετὰ περιωδυνίας, κατάπλασσε οὕτως· ῥόδων ξηρῶν 𐅻 δ, κρόκου 𐅻 α· ἀναλάμβανε μελιλώτων ἀφεψήματι 〈ἢ〉 γλυκεῖ.</w:t>
      </w:r>
    </w:p>
    <w:p>
      <w:pPr>
        <w:jc w:val="center"/>
      </w:pPr>
      <w:r>
        <w:rPr>
          <w:rFonts w:ascii="Gentium Plus" w:hAnsi="Gentium Plus"/>
          <w:b/>
          <w:sz w:val="24"/>
        </w:rPr>
        <w:t>Πρὸς τὰς τῶν πρεσβυτέρων ἀμβλυωπίας.</w:t>
      </w:r>
    </w:p>
    <w:p>
      <w:r>
        <w:rPr>
          <w:rFonts w:ascii="Courier New" w:hAnsi="Courier New"/>
          <w:color w:val="555555"/>
          <w:sz w:val="20"/>
        </w:rPr>
        <w:t>[4 . 16 . 1]</w:t>
      </w:r>
    </w:p>
    <w:p>
      <w:r>
        <w:rPr>
          <w:rFonts w:ascii="Gentium Plus" w:hAnsi="Gentium Plus"/>
          <w:sz w:val="24"/>
        </w:rPr>
        <w:t>Τὰς δὲ τοῖς πρεσβύταις εἰωθυίας συμβαίνειν ἀμβλυωπίας παρα‐ μυθήσῃ τρίψεσι καὶ αἰωρήσεσι καὶ συμμετρίᾳ τροφῶν καὶ δριμυφαγίᾳ καὶ τῆς κεφαλῆς κτενισμοῖς καὶ τοῦ ἀψινθίου πόσει πρὸ τῶν σιτίων καὶ τοῦ ἀπὸ θύμου καὶ ὀριγάνεως καὶ ὀξυμέλιτι σκιλλητικῷ καὶ ὑπ‐</w:t>
      </w:r>
    </w:p>
    <w:p>
      <w:r>
        <w:rPr>
          <w:rFonts w:ascii="Courier New" w:hAnsi="Courier New"/>
          <w:color w:val="555555"/>
          <w:sz w:val="20"/>
        </w:rPr>
        <w:t>[4 . 16 . 2]</w:t>
      </w:r>
    </w:p>
    <w:p>
      <w:r>
        <w:rPr>
          <w:rFonts w:ascii="Gentium Plus" w:hAnsi="Gentium Plus"/>
          <w:sz w:val="24"/>
        </w:rPr>
        <w:t>αλείψεσι τοῖς ὀξυδέρκοις ἐπαγγειλαμένοις. συμφέρει δὲ καὶ πταρμοὺς κινοῦν τι καθ’ ἡμέραν, χρίειν δὲ τὸ φαρύγγεθρον καὶ ἀποχρέμπτεσθαι τοῦ φλέγματος.</w:t>
      </w:r>
    </w:p>
    <w:p>
      <w:pPr>
        <w:jc w:val="center"/>
      </w:pPr>
      <w:r>
        <w:rPr>
          <w:rFonts w:ascii="Gentium Plus" w:hAnsi="Gentium Plus"/>
          <w:b/>
          <w:sz w:val="24"/>
        </w:rPr>
        <w:t>Πρὸς τὰσ ἐπὶ τῶν βλεφάρων κριθάς.</w:t>
      </w:r>
    </w:p>
    <w:p>
      <w:r>
        <w:rPr>
          <w:rFonts w:ascii="Courier New" w:hAnsi="Courier New"/>
          <w:color w:val="555555"/>
          <w:sz w:val="20"/>
        </w:rPr>
        <w:t>[4 . 17 . 1]</w:t>
      </w:r>
    </w:p>
    <w:p>
      <w:r>
        <w:rPr>
          <w:rFonts w:ascii="Gentium Plus" w:hAnsi="Gentium Plus"/>
          <w:sz w:val="24"/>
        </w:rPr>
        <w:t>Τὰς δὲ κριθὰς τὰς ἐπὶ τῶν βλεφάρων πυριῶν κηρῷ λευκῷ δια‐</w:t>
      </w:r>
    </w:p>
    <w:p>
      <w:r>
        <w:rPr>
          <w:rFonts w:ascii="Courier New" w:hAnsi="Courier New"/>
          <w:color w:val="555555"/>
          <w:sz w:val="20"/>
        </w:rPr>
        <w:t>[4 . 17 . 2]</w:t>
      </w:r>
    </w:p>
    <w:p>
      <w:r>
        <w:rPr>
          <w:rFonts w:ascii="Gentium Plus" w:hAnsi="Gentium Plus"/>
          <w:sz w:val="24"/>
        </w:rPr>
        <w:t>φορήσεις οὕτω. χρὴ δὲ τήκοντα τὸν κηρὸν προσφέρειν καὶ θερμῇ τῇ</w:t>
      </w:r>
    </w:p>
    <w:p>
      <w:r>
        <w:rPr>
          <w:rFonts w:ascii="Courier New" w:hAnsi="Courier New"/>
          <w:color w:val="555555"/>
          <w:sz w:val="20"/>
        </w:rPr>
        <w:t>[4 . 17 . 3]</w:t>
      </w:r>
    </w:p>
    <w:p>
      <w:r>
        <w:rPr>
          <w:rFonts w:ascii="Gentium Plus" w:hAnsi="Gentium Plus"/>
          <w:sz w:val="24"/>
        </w:rPr>
        <w:t>μήλῃ προσάπτεσθαι. διαφορεῖ δὲ καὶ χαλβάνη μετ’ ὀλίγου νίτρου τιθεμένη.</w:t>
      </w:r>
    </w:p>
    <w:p>
      <w:pPr>
        <w:jc w:val="center"/>
      </w:pPr>
      <w:r>
        <w:rPr>
          <w:rFonts w:ascii="Gentium Plus" w:hAnsi="Gentium Plus"/>
          <w:b/>
          <w:sz w:val="24"/>
        </w:rPr>
        <w:t>Πρὸς τοὺς νυκταλωπιῶντας.</w:t>
      </w:r>
    </w:p>
    <w:p>
      <w:r>
        <w:rPr>
          <w:rFonts w:ascii="Courier New" w:hAnsi="Courier New"/>
          <w:color w:val="555555"/>
          <w:sz w:val="20"/>
        </w:rPr>
        <w:t>[4 . 18 . 1]</w:t>
      </w:r>
    </w:p>
    <w:p>
      <w:r>
        <w:rPr>
          <w:rFonts w:ascii="Gentium Plus" w:hAnsi="Gentium Plus"/>
          <w:sz w:val="24"/>
        </w:rPr>
        <w:t>Τοὺς δὲ νυκταλωπιῶντας ἧπαρ τράγειον ὀπτήσας τὸν ἐν τῇ ὀπ‐</w:t>
      </w:r>
    </w:p>
    <w:p>
      <w:r>
        <w:rPr>
          <w:rFonts w:ascii="Courier New" w:hAnsi="Courier New"/>
          <w:color w:val="555555"/>
          <w:sz w:val="20"/>
        </w:rPr>
        <w:t>[4 . 18 2,3]</w:t>
      </w:r>
    </w:p>
    <w:p>
      <w:r>
        <w:rPr>
          <w:rFonts w:ascii="Gentium Plus" w:hAnsi="Gentium Plus"/>
          <w:sz w:val="24"/>
        </w:rPr>
        <w:t>δίδου. καὶ ὀνίδα πρόσφατον χυλίσας ὑπάλειφε. νυκταλωπίασις δ’</w:t>
      </w:r>
    </w:p>
    <w:p>
      <w:r>
        <w:rPr>
          <w:rFonts w:ascii="Courier New" w:hAnsi="Courier New"/>
          <w:color w:val="555555"/>
          <w:sz w:val="20"/>
        </w:rPr>
        <w:t>[4 . 18 . 3 (2)]</w:t>
      </w:r>
    </w:p>
    <w:p>
      <w:r>
        <w:rPr>
          <w:rFonts w:ascii="Gentium Plus" w:hAnsi="Gentium Plus"/>
          <w:sz w:val="24"/>
        </w:rPr>
        <w:t>ἐστίν, ὅταν τὴν ἡμέραν ἀμέμπτως βλέπωσι, τῆς δὲ νυκτὸς προσαγούσης χείρω.</w:t>
      </w:r>
    </w:p>
    <w:p>
      <w:pPr>
        <w:jc w:val="center"/>
      </w:pPr>
      <w:r>
        <w:rPr>
          <w:rFonts w:ascii="Gentium Plus" w:hAnsi="Gentium Plus"/>
          <w:b/>
          <w:sz w:val="24"/>
        </w:rPr>
        <w:t>Πρὸς τὰ διὰ πληγὴν ὕφαιμα τῶν ὀφθαλμῶν.</w:t>
      </w:r>
    </w:p>
    <w:p>
      <w:r>
        <w:rPr>
          <w:rFonts w:ascii="Courier New" w:hAnsi="Courier New"/>
          <w:color w:val="555555"/>
          <w:sz w:val="20"/>
        </w:rPr>
        <w:t>[4 . 19 . 1]</w:t>
      </w:r>
    </w:p>
    <w:p>
      <w:r>
        <w:rPr>
          <w:rFonts w:ascii="Gentium Plus" w:hAnsi="Gentium Plus"/>
          <w:sz w:val="24"/>
        </w:rPr>
        <w:t>Τὰ δὲ διὰ πληγὴν ὕφαιμα τοῦ ὀφθαλμοῦ κατ’ ἀρχάς, ἔτι φλεγ‐ μονῆς οὔσης, περιστερᾶς αἷμα θερμὸν ἢ τρυγόνος διακαθαίρει καὶ πυρίαι διὰ σπόγγων, ἁλῶν ὀλίγων τῷ ὕδατι μεμιγμένων, εἰ μὴ χιτὼν ἀνεξεσμένος εἴη· τοιούτου δέ τινος συμβάντος, τῷ ὕδατι μόνῳ πυριᾶν.</w:t>
      </w:r>
    </w:p>
    <w:p>
      <w:r>
        <w:rPr>
          <w:rFonts w:ascii="Courier New" w:hAnsi="Courier New"/>
          <w:color w:val="555555"/>
          <w:sz w:val="20"/>
        </w:rPr>
        <w:t>[4 . 19 . 2]</w:t>
      </w:r>
    </w:p>
    <w:p>
      <w:r>
        <w:rPr>
          <w:rFonts w:ascii="Gentium Plus" w:hAnsi="Gentium Plus"/>
          <w:sz w:val="24"/>
        </w:rPr>
        <w:t>καλῶς δ’ ἂν ἔχοι καὶ ἔριον ὠοῦ μετὰ ῥοδίνου δεύσαντος κοῦφον ἐπι‐</w:t>
      </w:r>
    </w:p>
    <w:p>
      <w:r>
        <w:rPr>
          <w:rFonts w:ascii="Courier New" w:hAnsi="Courier New"/>
          <w:color w:val="555555"/>
          <w:sz w:val="20"/>
        </w:rPr>
        <w:t>[4 . 19 . 3]</w:t>
      </w:r>
    </w:p>
    <w:p>
      <w:r>
        <w:rPr>
          <w:rFonts w:ascii="Gentium Plus" w:hAnsi="Gentium Plus"/>
          <w:sz w:val="24"/>
        </w:rPr>
        <w:t>βάλλειν τῷ ὀφθαλμῷ. καὶ στοιβῆς δὲ χλωρὰ φύλλα καταπλασσόμενα</w:t>
      </w:r>
    </w:p>
    <w:p>
      <w:r>
        <w:rPr>
          <w:rFonts w:ascii="Courier New" w:hAnsi="Courier New"/>
          <w:color w:val="555555"/>
          <w:sz w:val="20"/>
        </w:rPr>
        <w:t>[4 . 19 . 4]</w:t>
      </w:r>
    </w:p>
    <w:p>
      <w:r>
        <w:rPr>
          <w:rFonts w:ascii="Gentium Plus" w:hAnsi="Gentium Plus"/>
          <w:sz w:val="24"/>
        </w:rPr>
        <w:t>ὠφελεῖ, καὶ φύλλα κράμβης καταπλασσόμενα. χρονισάντων δ’ αὐτῶν, ἂν ἐπιμένῃ αἱμάλωψ, ὑσσώπου κόμην λείαν λαβὼν εἰς λινοῦν ῥάκος, καθιεὶς εἰς ζέον ὕδωρ προσάπτου τῷ ὀφθαλμῷ, καὶ ἀκολουθεῖ τὸ αἷμα,</w:t>
      </w:r>
    </w:p>
    <w:p>
      <w:r>
        <w:rPr>
          <w:rFonts w:ascii="Courier New" w:hAnsi="Courier New"/>
          <w:color w:val="555555"/>
          <w:sz w:val="20"/>
        </w:rPr>
        <w:t>[4 . 19 . 5]</w:t>
      </w:r>
    </w:p>
    <w:p>
      <w:r>
        <w:rPr>
          <w:rFonts w:ascii="Gentium Plus" w:hAnsi="Gentium Plus"/>
          <w:sz w:val="24"/>
        </w:rPr>
        <w:t>ὥστε 〈ἐκ〉πιεζῆσθαι τοῦ ὀθονίου. συστάντων δ’ οἰδημάτων ἀπὸ τῆς πληγῆς, πυριᾶν τῷ σπόγγῳ συνεχῶς· εἶτα καινὸν σπόγγον ὀξυκράτῳ</w:t>
      </w:r>
    </w:p>
    <w:p>
      <w:r>
        <w:rPr>
          <w:rFonts w:ascii="Courier New" w:hAnsi="Courier New"/>
          <w:color w:val="555555"/>
          <w:sz w:val="20"/>
        </w:rPr>
        <w:t>[4 . 19 . 6]</w:t>
      </w:r>
    </w:p>
    <w:p>
      <w:r>
        <w:rPr>
          <w:rFonts w:ascii="Gentium Plus" w:hAnsi="Gentium Plus"/>
          <w:sz w:val="24"/>
        </w:rPr>
        <w:t>βρεχόμενον ἐπιτιθέναι· παλαιῶν δὲ γενομένων, νάπυ τριβόμενον μεθ’ ὕδατος προστιθέναι συνεχῶς καὶ ἀφαιρεῖν.</w:t>
      </w:r>
    </w:p>
    <w:p>
      <w:pPr>
        <w:jc w:val="center"/>
      </w:pPr>
      <w:r>
        <w:rPr>
          <w:rFonts w:ascii="Gentium Plus" w:hAnsi="Gentium Plus"/>
          <w:b/>
          <w:sz w:val="24"/>
        </w:rPr>
        <w:t>Πρὸς τριχιῶντα βλέφαρα.</w:t>
      </w:r>
    </w:p>
    <w:p>
      <w:r>
        <w:rPr>
          <w:rFonts w:ascii="Courier New" w:hAnsi="Courier New"/>
          <w:color w:val="555555"/>
          <w:sz w:val="20"/>
        </w:rPr>
        <w:t>[4 . 20 . 1]</w:t>
      </w:r>
    </w:p>
    <w:p>
      <w:r>
        <w:rPr>
          <w:rFonts w:ascii="Gentium Plus" w:hAnsi="Gentium Plus"/>
          <w:sz w:val="24"/>
        </w:rPr>
        <w:t>Εἰ δὲ τριχιῶσι βλέφαρα καὶ τριχολαβίδι τίλλουσι τὰς τρίχας, μι‐ κρὸν ὕστερον ὀδυνῶνται, μειζόνως ὑποφυομένων αὐτῶν καὶ νυσσουσῶν.</w:t>
      </w:r>
    </w:p>
    <w:p>
      <w:r>
        <w:rPr>
          <w:rFonts w:ascii="Courier New" w:hAnsi="Courier New"/>
          <w:color w:val="555555"/>
          <w:sz w:val="20"/>
        </w:rPr>
        <w:t>[4 . 20 . 2]</w:t>
      </w:r>
    </w:p>
    <w:p>
      <w:r>
        <w:rPr>
          <w:rFonts w:ascii="Gentium Plus" w:hAnsi="Gentium Plus"/>
          <w:sz w:val="24"/>
        </w:rPr>
        <w:t>πρὶν οὖν βλάβην τινὰ παρασχεῖν ἀμείνους αἱ κολλήσεις αἱ πρὸς τὰς</w:t>
      </w:r>
    </w:p>
    <w:p>
      <w:r>
        <w:rPr>
          <w:rFonts w:ascii="Courier New" w:hAnsi="Courier New"/>
          <w:color w:val="555555"/>
          <w:sz w:val="20"/>
        </w:rPr>
        <w:t>[4 . 20 . 3]</w:t>
      </w:r>
    </w:p>
    <w:p>
      <w:r>
        <w:rPr>
          <w:rFonts w:ascii="Gentium Plus" w:hAnsi="Gentium Plus"/>
          <w:sz w:val="24"/>
        </w:rPr>
        <w:t>κατὰ φύσιν διά τε πίσσης καὶ κόμμεως. καλὸν δὲ καὶ τοῦτο ἔχειν παρεσκευασμένον· μαστίχην καὶ κηρὸν καὶ λιβανωτὸν καὶ ξηρὰν πίσσαν ἑνῶσαι μασσόμενα ὡς ὅτι μάλιστα καὶ ποιήσαντας τροχίσκους ἀποτίθε‐</w:t>
      </w:r>
    </w:p>
    <w:p>
      <w:r>
        <w:rPr>
          <w:rFonts w:ascii="Courier New" w:hAnsi="Courier New"/>
          <w:color w:val="555555"/>
          <w:sz w:val="20"/>
        </w:rPr>
        <w:t>[4 . 20 . 4]</w:t>
      </w:r>
    </w:p>
    <w:p>
      <w:r>
        <w:rPr>
          <w:rFonts w:ascii="Gentium Plus" w:hAnsi="Gentium Plus"/>
          <w:sz w:val="24"/>
        </w:rPr>
        <w:t>σθαι. τῆς δὲ χρείας καλούσης, μηλωτίδος πεπυρωμένης τήκειν τοῦ φαρμάκου καὶ κολλᾶν.</w:t>
      </w:r>
    </w:p>
    <w:p>
      <w:pPr>
        <w:jc w:val="center"/>
      </w:pPr>
      <w:r>
        <w:rPr>
          <w:rFonts w:ascii="Gentium Plus" w:hAnsi="Gentium Plus"/>
          <w:b/>
          <w:sz w:val="24"/>
        </w:rPr>
        <w:t>Πρὸς τὰς ἐκ χιόνος ὀφθαλμίας.</w:t>
      </w:r>
    </w:p>
    <w:p>
      <w:r>
        <w:rPr>
          <w:rFonts w:ascii="Courier New" w:hAnsi="Courier New"/>
          <w:color w:val="555555"/>
          <w:sz w:val="20"/>
        </w:rPr>
        <w:t>[4 . 21 . 1]</w:t>
      </w:r>
    </w:p>
    <w:p>
      <w:r>
        <w:rPr>
          <w:rFonts w:ascii="Gentium Plus" w:hAnsi="Gentium Plus"/>
          <w:sz w:val="24"/>
        </w:rPr>
        <w:t>Πυρῆνα μήλης καθέντες εἰς σκόροδον ὡς χρωσθῆναι τῷ χυλῷ</w:t>
      </w:r>
    </w:p>
    <w:p>
      <w:r>
        <w:rPr>
          <w:rFonts w:ascii="Courier New" w:hAnsi="Courier New"/>
          <w:color w:val="555555"/>
          <w:sz w:val="20"/>
        </w:rPr>
        <w:t>[4 . 21 . 2]</w:t>
      </w:r>
    </w:p>
    <w:p>
      <w:r>
        <w:rPr>
          <w:rFonts w:ascii="Gentium Plus" w:hAnsi="Gentium Plus"/>
          <w:sz w:val="24"/>
        </w:rPr>
        <w:t>ἐγχρίομεν. πυροὺς ἐπὶ διαπύρων σιδήρων ὀπτήσαντες σὺν οἴνῳ κατα‐</w:t>
      </w:r>
    </w:p>
    <w:p>
      <w:pPr>
        <w:jc w:val="center"/>
      </w:pPr>
      <w:r>
        <w:rPr>
          <w:rFonts w:ascii="Gentium Plus" w:hAnsi="Gentium Plus"/>
          <w:b/>
          <w:sz w:val="24"/>
        </w:rPr>
        <w:t>Πρὸς πτίλους καὶ τρίχας μὴ ἔχοντας.</w:t>
      </w:r>
    </w:p>
    <w:p>
      <w:r>
        <w:rPr>
          <w:rFonts w:ascii="Courier New" w:hAnsi="Courier New"/>
          <w:color w:val="555555"/>
          <w:sz w:val="20"/>
        </w:rPr>
        <w:t>[4 . 22 . 1]</w:t>
      </w:r>
    </w:p>
    <w:p>
      <w:r>
        <w:rPr>
          <w:rFonts w:ascii="Gentium Plus" w:hAnsi="Gentium Plus"/>
          <w:sz w:val="24"/>
        </w:rPr>
        <w:t>Μυόχοδον καὶ κόπρος τράγου· ταῦτα καὶ μίλφους ὠφελεῖ καὶ ἀνάγει τρίχας.</w:t>
      </w:r>
    </w:p>
    <w:p>
      <w:pPr>
        <w:jc w:val="center"/>
      </w:pPr>
      <w:r>
        <w:rPr>
          <w:rFonts w:ascii="Gentium Plus" w:hAnsi="Gentium Plus"/>
          <w:b/>
          <w:sz w:val="24"/>
        </w:rPr>
        <w:t>Πρὸς τὰ ἐν τοῖς ὀφθαλμοῖς ἕλκη.</w:t>
      </w:r>
    </w:p>
    <w:p>
      <w:r>
        <w:rPr>
          <w:rFonts w:ascii="Courier New" w:hAnsi="Courier New"/>
          <w:color w:val="555555"/>
          <w:sz w:val="20"/>
        </w:rPr>
        <w:t>[4 . 23 . 1]</w:t>
      </w:r>
    </w:p>
    <w:p>
      <w:r>
        <w:rPr>
          <w:rFonts w:ascii="Gentium Plus" w:hAnsi="Gentium Plus"/>
          <w:sz w:val="24"/>
        </w:rPr>
        <w:t>Κρόκον βρέξας γάλακτι γυναικὸς καὶ τρίψας μίξας τε κόμμεως λευκοῦ σύμμετρον, ὥστε συστῆναι τὸν κρόκον, ἀναπλάσας κολλύριον χρῶ μετὰ γάλακτος γυναικὸς ἐνστάζων.</w:t>
      </w:r>
    </w:p>
    <w:p>
      <w:pPr>
        <w:jc w:val="center"/>
      </w:pPr>
      <w:r>
        <w:rPr>
          <w:rFonts w:ascii="Gentium Plus" w:hAnsi="Gentium Plus"/>
          <w:b/>
          <w:sz w:val="24"/>
        </w:rPr>
        <w:t>Πρὸς λευκώματα καὶ ἀμαυρώσεις καὶ ἀρχομένην ὑπό‐ χυσιν καὶ ἀμβλυωπίαν καὶ ἀχλὺν καὶ ἐπικαύματα καὶ ὀξυ‐ δέρκειαν καὶ πτερύγια καὶ βαφὴν λευκώματος.</w:t>
      </w:r>
    </w:p>
    <w:p>
      <w:r>
        <w:rPr>
          <w:rFonts w:ascii="Courier New" w:hAnsi="Courier New"/>
          <w:color w:val="555555"/>
          <w:sz w:val="20"/>
        </w:rPr>
        <w:t>[4 . 24 . 1]</w:t>
      </w:r>
    </w:p>
    <w:p>
      <w:r>
        <w:rPr>
          <w:rFonts w:ascii="Gentium Plus" w:hAnsi="Gentium Plus"/>
          <w:sz w:val="24"/>
        </w:rPr>
        <w:t>Λευκώματα ταχέως ἰᾶται νίτρον μετ’ ἐλαίου λειωθὲν ἐπιμελῶς καὶ ἐγχριόμενον· ἢ σηπέας ὄστρακον λεῖον φυράσας μέλιτι κατάκαυσον</w:t>
      </w:r>
    </w:p>
    <w:p>
      <w:r>
        <w:rPr>
          <w:rFonts w:ascii="Courier New" w:hAnsi="Courier New"/>
          <w:color w:val="555555"/>
          <w:sz w:val="20"/>
        </w:rPr>
        <w:t>[4 . 24 2,3]</w:t>
      </w:r>
    </w:p>
    <w:p>
      <w:r>
        <w:rPr>
          <w:rFonts w:ascii="Gentium Plus" w:hAnsi="Gentium Plus"/>
          <w:sz w:val="24"/>
        </w:rPr>
        <w:t>καὶ λείῳ ὑπάλειφε. λεπτύνει δὲ καὶ ὁ χυλὸς ἀνεμώνης ἁπάσης. —Ἀμαύ‐</w:t>
      </w:r>
    </w:p>
    <w:p>
      <w:r>
        <w:rPr>
          <w:rFonts w:ascii="Courier New" w:hAnsi="Courier New"/>
          <w:color w:val="555555"/>
          <w:sz w:val="20"/>
        </w:rPr>
        <w:t>[4 . 24 . 3 (2)]</w:t>
      </w:r>
    </w:p>
    <w:p>
      <w:r>
        <w:rPr>
          <w:rFonts w:ascii="Gentium Plus" w:hAnsi="Gentium Plus"/>
          <w:sz w:val="24"/>
        </w:rPr>
        <w:t>ρωσιν δὲ πᾶσαν καὶ ἀρχομένην ὑπόχυσιν θεραπεύει γυπὸς χολῆς μέρη δύο, πρασίου χυλοῦ καὶ μέλιτος Ἀττικοῦ ἀνὰ μέρος ἕν· ἢ μαράθρου χυλὸς καὶ ταυρεία χολὴ ὑγρὰ ἴσα μετὰ διπλασίονος μέλιτος· ἢ χολὴ ἀρκεία</w:t>
      </w:r>
    </w:p>
    <w:p>
      <w:r>
        <w:rPr>
          <w:rFonts w:ascii="Courier New" w:hAnsi="Courier New"/>
          <w:color w:val="555555"/>
          <w:sz w:val="20"/>
        </w:rPr>
        <w:t>[4 . 24 . 4]</w:t>
      </w:r>
    </w:p>
    <w:p>
      <w:r>
        <w:rPr>
          <w:rFonts w:ascii="Gentium Plus" w:hAnsi="Gentium Plus"/>
          <w:sz w:val="24"/>
        </w:rPr>
        <w:t>μεθ’ ὕδατος διπλασίου. —Καπνίου χυλὸς ὀξυδερκής ἐστιν ἐπισπώ‐</w:t>
      </w:r>
    </w:p>
    <w:p>
      <w:r>
        <w:rPr>
          <w:rFonts w:ascii="Courier New" w:hAnsi="Courier New"/>
          <w:color w:val="555555"/>
          <w:sz w:val="20"/>
        </w:rPr>
        <w:t>[4 . 24 . 5]</w:t>
      </w:r>
    </w:p>
    <w:p>
      <w:r>
        <w:rPr>
          <w:rFonts w:ascii="Gentium Plus" w:hAnsi="Gentium Plus"/>
          <w:sz w:val="24"/>
        </w:rPr>
        <w:t>μενος οὐκ ὀλίγον δάκρυον. —Λιβανωτίδος τῆς τε ῥίζης καὶ τῆς πόας ὁ χυλὸς μέλιτι μιγνύμενος ἀμβλυωπίας ὅσαι διὰ πάχος ὑγρῶν γίνονται</w:t>
      </w:r>
    </w:p>
    <w:p>
      <w:r>
        <w:rPr>
          <w:rFonts w:ascii="Courier New" w:hAnsi="Courier New"/>
          <w:color w:val="555555"/>
          <w:sz w:val="20"/>
        </w:rPr>
        <w:t>[4 . 24 6,7]</w:t>
      </w:r>
    </w:p>
    <w:p>
      <w:r>
        <w:rPr>
          <w:rFonts w:ascii="Gentium Plus" w:hAnsi="Gentium Plus"/>
          <w:sz w:val="24"/>
        </w:rPr>
        <w:t>θεραπεύει. ποιεῖ καὶ πρασίου χυλὸς μετὰ μέλιτος. —Θρίδακος ἀγρίας</w:t>
      </w:r>
    </w:p>
    <w:p>
      <w:r>
        <w:rPr>
          <w:rFonts w:ascii="Courier New" w:hAnsi="Courier New"/>
          <w:color w:val="555555"/>
          <w:sz w:val="20"/>
        </w:rPr>
        <w:t>[4 . 24 . 7 (2)]</w:t>
      </w:r>
    </w:p>
    <w:p>
      <w:r>
        <w:rPr>
          <w:rFonts w:ascii="Gentium Plus" w:hAnsi="Gentium Plus"/>
          <w:sz w:val="24"/>
        </w:rPr>
        <w:t>ὀπὸς ἄργεμά τε καὶ ἀχλύας ἀποκαθαίρει καὶ πρὸς ἐπικαύματα ποιεῖ</w:t>
      </w:r>
    </w:p>
    <w:p>
      <w:r>
        <w:rPr>
          <w:rFonts w:ascii="Courier New" w:hAnsi="Courier New"/>
          <w:color w:val="555555"/>
          <w:sz w:val="20"/>
        </w:rPr>
        <w:t>[4 . 24 . 8]</w:t>
      </w:r>
    </w:p>
    <w:p>
      <w:r>
        <w:rPr>
          <w:rFonts w:ascii="Gentium Plus" w:hAnsi="Gentium Plus"/>
          <w:sz w:val="24"/>
        </w:rPr>
        <w:t>μετὰ γυναικείου γάλακτος ὑπαλειφόμενος. —Ὀξυδερκές· ῥοῶν τῶν κόκκων χυλὸν ἐκπιέσας βάλε εἰς ἄγγος Ἀττικὸν καὶ ὀθονίῳ περιδήσας θὲς εἰς ἥλιον, ἕως ἂν πάχος σχῇ μέλιτος, καὶ ἴσον πρὸς ἴσον βάλε τῷ χυλῷ μέλι καὶ ἀνελόμενος εἰς ὀστράκινον ἀγγεῖον φύλασσε· παλαιού‐</w:t>
      </w:r>
    </w:p>
    <w:p>
      <w:r>
        <w:rPr>
          <w:rFonts w:ascii="Courier New" w:hAnsi="Courier New"/>
          <w:color w:val="555555"/>
          <w:sz w:val="20"/>
        </w:rPr>
        <w:t>[4 . 24 . 9]</w:t>
      </w:r>
    </w:p>
    <w:p>
      <w:r>
        <w:rPr>
          <w:rFonts w:ascii="Gentium Plus" w:hAnsi="Gentium Plus"/>
          <w:sz w:val="24"/>
        </w:rPr>
        <w:t>μενον γὰρ βέλτιον γίνεται. ὅταν δὲ καθεύδειν μέλλωσιν, ὑπόχριε</w:t>
      </w:r>
    </w:p>
    <w:p>
      <w:r>
        <w:rPr>
          <w:rFonts w:ascii="Courier New" w:hAnsi="Courier New"/>
          <w:color w:val="555555"/>
          <w:sz w:val="20"/>
        </w:rPr>
        <w:t>[4 . 24 . 10]</w:t>
      </w:r>
    </w:p>
    <w:p>
      <w:r>
        <w:rPr>
          <w:rFonts w:ascii="Gentium Plus" w:hAnsi="Gentium Plus"/>
          <w:sz w:val="24"/>
        </w:rPr>
        <w:t>τούτῳ κούφως τοὺς ὀφθαλμούς. τοῦτο ζῳγράφοις καὶ δακτυλιο‐</w:t>
      </w:r>
    </w:p>
    <w:p>
      <w:r>
        <w:rPr>
          <w:rFonts w:ascii="Courier New" w:hAnsi="Courier New"/>
          <w:color w:val="555555"/>
          <w:sz w:val="20"/>
        </w:rPr>
        <w:t>[4 . 24 . 11]</w:t>
      </w:r>
    </w:p>
    <w:p>
      <w:r>
        <w:rPr>
          <w:rFonts w:ascii="Gentium Plus" w:hAnsi="Gentium Plus"/>
          <w:sz w:val="24"/>
        </w:rPr>
        <w:t>γλύφοις καὶ χρυσοχόοις ἁρμόττει καὶ πρεσβύταις. —Ἄλλο· ὑαίνης χολὴν μετὰ μέλιτος Ἀττικοῦ μίξας χρῶ· τοῦτο ἀμβλυωπίας ἀναστέλλει καὶ</w:t>
      </w:r>
    </w:p>
    <w:p>
      <w:r>
        <w:rPr>
          <w:rFonts w:ascii="Courier New" w:hAnsi="Courier New"/>
          <w:color w:val="555555"/>
          <w:sz w:val="20"/>
        </w:rPr>
        <w:t>[4 . 24 . 12]</w:t>
      </w:r>
    </w:p>
    <w:p>
      <w:r>
        <w:rPr>
          <w:rFonts w:ascii="Gentium Plus" w:hAnsi="Gentium Plus"/>
          <w:sz w:val="24"/>
        </w:rPr>
        <w:t>—Πτερυγίου δὲ μεγάλου μὲν ὄντος καὶ σκληροῦ γεγονότος, χειρουρ‐ γίας ἐστὶν ἡ ἴασις καὶ τοῦ ἰατροῦ χρεία· τὸ δὲ μικρὸν καὶ μαλακὸν</w:t>
      </w:r>
    </w:p>
    <w:p>
      <w:r>
        <w:rPr>
          <w:rFonts w:ascii="Courier New" w:hAnsi="Courier New"/>
          <w:color w:val="555555"/>
          <w:sz w:val="20"/>
        </w:rPr>
        <w:t>[4 . 24 . 13]</w:t>
      </w:r>
    </w:p>
    <w:p>
      <w:r>
        <w:rPr>
          <w:rFonts w:ascii="Gentium Plus" w:hAnsi="Gentium Plus"/>
          <w:sz w:val="24"/>
        </w:rPr>
        <w:t>θεραπεύσεις αἰγείρου ὀπῷ μετὰ διπλασίονος μέλιτος ἐγχρίων. καὶ σηπίας δ’ ὄστρακον καυθὲν καὶ μιχθὲν ἁλσὶν ἀνορύκτοις ἀποτήκει τὰ</w:t>
      </w:r>
    </w:p>
    <w:p>
      <w:r>
        <w:rPr>
          <w:rFonts w:ascii="Courier New" w:hAnsi="Courier New"/>
          <w:color w:val="555555"/>
          <w:sz w:val="20"/>
        </w:rPr>
        <w:t>[4 . 24 . 14]</w:t>
      </w:r>
    </w:p>
    <w:p>
      <w:r>
        <w:rPr>
          <w:rFonts w:ascii="Gentium Plus" w:hAnsi="Gentium Plus"/>
          <w:sz w:val="24"/>
        </w:rPr>
        <w:t>κατὰ τοὺς ὀφθαλμοὺς πτερύγια. —Βάψεις δὲ τὰ λευκώματα ῥοιᾶς γλυκείας σάρκα τρίψας, παραστάζων ὕδατος ὀλίγου καὶ ποιῶν λεῖον πολλάκις καὶ ἐγχρίων· ἢ ὑοσκυάμου χυλῷ ἐφ’ ἡμέρας ιε τοῦτο βάπτε, καὶ ἀφανῆ ποιεῖ ἐπ’ ἐνιαυτόν.</w:t>
      </w:r>
    </w:p>
    <w:p>
      <w:pPr>
        <w:jc w:val="center"/>
      </w:pPr>
      <w:r>
        <w:rPr>
          <w:rFonts w:ascii="Gentium Plus" w:hAnsi="Gentium Plus"/>
          <w:b/>
          <w:sz w:val="24"/>
        </w:rPr>
        <w:t>Καλλιβλέφαρον·</w:t>
      </w:r>
    </w:p>
    <w:p>
      <w:r>
        <w:rPr>
          <w:rFonts w:ascii="Courier New" w:hAnsi="Courier New"/>
          <w:color w:val="555555"/>
          <w:sz w:val="20"/>
        </w:rPr>
        <w:t>[4 . 25 . 1]</w:t>
      </w:r>
    </w:p>
    <w:p>
      <w:r>
        <w:rPr>
          <w:rFonts w:ascii="Gentium Plus" w:hAnsi="Gentium Plus"/>
          <w:sz w:val="24"/>
        </w:rPr>
        <w:t>μάλιστα δὲ ποιεῖ νηπίοις καὶ τοῖς ἁπαλοσάρκοις· στίμμεως 𐅻 ιϛ, μο‐ λύβδου 𐅻 η, κρόκου [ἀνὰ] 𐅻 α, ῥόδων ἄνθους, σμύρνης, νάρδου Ἰνδι‐ κῆς, πεπέρεως λευκοῦ, λιβάνου ἄρρενος ἀνὰ 𐅻 α, φοινίκων ὀστᾶ λ· πάντα βαλὼν εἰς ἄγγος κεραμεοῦν ὄπτα φιλοπόνως, εἶτα τρίψας ἐν</w:t>
      </w:r>
    </w:p>
    <w:p>
      <w:r>
        <w:rPr>
          <w:rFonts w:ascii="Courier New" w:hAnsi="Courier New"/>
          <w:color w:val="555555"/>
          <w:sz w:val="20"/>
        </w:rPr>
        <w:t>[5]</w:t>
      </w:r>
    </w:p>
    <w:p>
      <w:r>
        <w:rPr>
          <w:rFonts w:ascii="Gentium Plus" w:hAnsi="Gentium Plus"/>
          <w:sz w:val="24"/>
        </w:rPr>
        <w:t>θυΐᾳ ἐπίβαλε ὀποβαλσάμου κοχλιάρια β, καὶ ἀνακόψας 〈καὶ〉 ξηράνας χρῶ.</w:t>
      </w:r>
    </w:p>
    <w:p>
      <w:pPr>
        <w:jc w:val="center"/>
      </w:pPr>
      <w:r>
        <w:rPr>
          <w:rFonts w:ascii="Gentium Plus" w:hAnsi="Gentium Plus"/>
          <w:b/>
          <w:sz w:val="24"/>
        </w:rPr>
        <w:t>Πρὸς τὰς ῥήξεις τῶν ὀφθαλμῶν.</w:t>
      </w:r>
    </w:p>
    <w:p>
      <w:r>
        <w:rPr>
          <w:rFonts w:ascii="Courier New" w:hAnsi="Courier New"/>
          <w:color w:val="555555"/>
          <w:sz w:val="20"/>
        </w:rPr>
        <w:t>[4 . 26 . 1]</w:t>
      </w:r>
    </w:p>
    <w:p>
      <w:r>
        <w:rPr>
          <w:rFonts w:ascii="Gentium Plus" w:hAnsi="Gentium Plus"/>
          <w:sz w:val="24"/>
        </w:rPr>
        <w:t>Λίθον αἱματίτην διεὶς ἐπ’ ἀκόνης γάλακτι γυναικείῳ πολλάκις ὑπόχριε τῆς ἡμέρας. ἄγνου φύλλα τρίψας μεθ’ ὕδατος καὶ ἀλφίτου κατάπλασσε.</w:t>
      </w:r>
    </w:p>
    <w:p>
      <w:pPr>
        <w:jc w:val="center"/>
      </w:pPr>
      <w:r>
        <w:rPr>
          <w:rFonts w:ascii="Gentium Plus" w:hAnsi="Gentium Plus"/>
          <w:b/>
          <w:sz w:val="24"/>
        </w:rPr>
        <w:t>Πρὸς βλέφαρα παχέα καὶ ὕφαιμα καὶ κεγχραμίδων ὑπόπλεα.</w:t>
      </w:r>
    </w:p>
    <w:p>
      <w:r>
        <w:rPr>
          <w:rFonts w:ascii="Courier New" w:hAnsi="Courier New"/>
          <w:color w:val="555555"/>
          <w:sz w:val="20"/>
        </w:rPr>
        <w:t>[4 . 27 . 1]</w:t>
      </w:r>
    </w:p>
    <w:p>
      <w:r>
        <w:rPr>
          <w:rFonts w:ascii="Gentium Plus" w:hAnsi="Gentium Plus"/>
          <w:sz w:val="24"/>
        </w:rPr>
        <w:t>Ἐκστρέφων τὸ βλέφαρον ἀπολέαινε μήλῃ θερμῇ, ἢ φύλλῳ συκῆς καὶ μέλιτι ὑπάλειφε, ἢ οἶνον αὐστηρὸν μέλιτι μιγνὺς ὑπάλειφε.</w:t>
      </w:r>
    </w:p>
    <w:p>
      <w:pPr>
        <w:jc w:val="center"/>
      </w:pPr>
      <w:r>
        <w:rPr>
          <w:rFonts w:ascii="Gentium Plus" w:hAnsi="Gentium Plus"/>
          <w:b/>
          <w:sz w:val="24"/>
        </w:rPr>
        <w:t>Πρὸς ψωροφθαλμίαν.</w:t>
      </w:r>
    </w:p>
    <w:p>
      <w:r>
        <w:rPr>
          <w:rFonts w:ascii="Courier New" w:hAnsi="Courier New"/>
          <w:color w:val="555555"/>
          <w:sz w:val="20"/>
        </w:rPr>
        <w:t>[4 . 28 . 1]</w:t>
      </w:r>
    </w:p>
    <w:p>
      <w:r>
        <w:rPr>
          <w:rFonts w:ascii="Gentium Plus" w:hAnsi="Gentium Plus"/>
          <w:sz w:val="24"/>
        </w:rPr>
        <w:t>Ῥοιᾶς γλυκείας καὶ ὀξείας χυλὸν ἑψήσας, ἕως λάβῃ μέλιτος πά‐ χος, ὑπόχριε.</w:t>
      </w:r>
    </w:p>
    <w:p>
      <w:pPr>
        <w:jc w:val="center"/>
      </w:pPr>
      <w:r>
        <w:rPr>
          <w:rFonts w:ascii="Gentium Plus" w:hAnsi="Gentium Plus"/>
          <w:b/>
          <w:sz w:val="24"/>
        </w:rPr>
        <w:t>Πρὸς τὰ λεπρώδη βλέφαρα.</w:t>
      </w:r>
    </w:p>
    <w:p>
      <w:r>
        <w:rPr>
          <w:rFonts w:ascii="Courier New" w:hAnsi="Courier New"/>
          <w:color w:val="555555"/>
          <w:sz w:val="20"/>
        </w:rPr>
        <w:t>[4 . 29 . 1]</w:t>
      </w:r>
    </w:p>
    <w:p>
      <w:r>
        <w:rPr>
          <w:rFonts w:ascii="Gentium Plus" w:hAnsi="Gentium Plus"/>
          <w:sz w:val="24"/>
        </w:rPr>
        <w:t>Τὰ δὲ λεπρώδη τῶν βλεφάρων ὑγιάζει συκῆς ὀπὸς καταχριόμενος.</w:t>
      </w:r>
    </w:p>
    <w:p>
      <w:r>
        <w:rPr>
          <w:rFonts w:ascii="Courier New" w:hAnsi="Courier New"/>
          <w:color w:val="555555"/>
          <w:sz w:val="20"/>
        </w:rPr>
        <w:t>[4 . 29 . 2]</w:t>
      </w:r>
    </w:p>
    <w:p>
      <w:r>
        <w:rPr>
          <w:rFonts w:ascii="Gentium Plus" w:hAnsi="Gentium Plus"/>
          <w:sz w:val="24"/>
        </w:rPr>
        <w:t>ἁλὸς ἄχνῃ λείᾳ χρῶ.</w:t>
      </w:r>
    </w:p>
    <w:p>
      <w:pPr>
        <w:jc w:val="center"/>
      </w:pPr>
      <w:r>
        <w:rPr>
          <w:rFonts w:ascii="Gentium Plus" w:hAnsi="Gentium Plus"/>
          <w:b/>
          <w:sz w:val="24"/>
        </w:rPr>
        <w:t>Πρὸς σκληρὰ βλέφαρα καὶ δυσκίνητα.</w:t>
      </w:r>
    </w:p>
    <w:p>
      <w:r>
        <w:rPr>
          <w:rFonts w:ascii="Courier New" w:hAnsi="Courier New"/>
          <w:color w:val="555555"/>
          <w:sz w:val="20"/>
        </w:rPr>
        <w:t>[4 . 30 . 1]</w:t>
      </w:r>
    </w:p>
    <w:p>
      <w:r>
        <w:rPr>
          <w:rFonts w:ascii="Gentium Plus" w:hAnsi="Gentium Plus"/>
          <w:sz w:val="24"/>
        </w:rPr>
        <w:t>Μυελὸν μόσχειον καὶ κηρὸν ἴσα τήξας μετὰ ῥοδίνου κατάπλασσε· ἢ τερεβινθίνης μέρη ἑπτά, λιθαργύρου μέρος ἓν μετὰ κηροῦ καὶ ἐλαίου τήξας εἰς ὀθόνιον κατάπλασσε.</w:t>
      </w:r>
    </w:p>
    <w:p>
      <w:pPr>
        <w:jc w:val="center"/>
      </w:pPr>
      <w:r>
        <w:rPr>
          <w:rFonts w:ascii="Gentium Plus" w:hAnsi="Gentium Plus"/>
          <w:b/>
          <w:sz w:val="24"/>
        </w:rPr>
        <w:t>Πρὸς τὰ ἐν τοῖς ὀφθαλμοῖς ἐμπίπτοντα.</w:t>
      </w:r>
    </w:p>
    <w:p>
      <w:r>
        <w:rPr>
          <w:rFonts w:ascii="Courier New" w:hAnsi="Courier New"/>
          <w:color w:val="555555"/>
          <w:sz w:val="20"/>
        </w:rPr>
        <w:t>[4 . 31 . 1]</w:t>
      </w:r>
    </w:p>
    <w:p>
      <w:r>
        <w:rPr>
          <w:rFonts w:ascii="Gentium Plus" w:hAnsi="Gentium Plus"/>
          <w:sz w:val="24"/>
        </w:rPr>
        <w:t>Ὕδατι ἢ γάλακτι ἐγχυματίζων διάκλυζε ἢ μέλιτι ἢ ἐλαίῳ ἔγχριε, ὥστε δάκρυον ἐκκριθῆναι, ἢ διαβλέπειν κέλευε εἰς ὕδωρ ἢ εἰς οἶνον.</w:t>
      </w:r>
    </w:p>
    <w:p>
      <w:r>
        <w:rPr>
          <w:rFonts w:ascii="Courier New" w:hAnsi="Courier New"/>
          <w:color w:val="555555"/>
          <w:sz w:val="20"/>
        </w:rPr>
        <w:t>[4 . 31 . 2]</w:t>
      </w:r>
    </w:p>
    <w:p>
      <w:r>
        <w:rPr>
          <w:rFonts w:ascii="Gentium Plus" w:hAnsi="Gentium Plus"/>
          <w:sz w:val="24"/>
        </w:rPr>
        <w:t>τὰ δ’ ἐγκαθήματα ῥητίνῃ προσφάτῳ ψαύων, ἀφαίρει τριχὶ μάλιστα μὲν</w:t>
      </w:r>
    </w:p>
    <w:p>
      <w:r>
        <w:rPr>
          <w:rFonts w:ascii="Courier New" w:hAnsi="Courier New"/>
          <w:color w:val="555555"/>
          <w:sz w:val="20"/>
        </w:rPr>
        <w:t>[4 . 31 . 3]</w:t>
      </w:r>
    </w:p>
    <w:p>
      <w:r>
        <w:rPr>
          <w:rFonts w:ascii="Gentium Plus" w:hAnsi="Gentium Plus"/>
          <w:sz w:val="24"/>
        </w:rPr>
        <w:t>ἀνθρωπίνῃ, εἰ δὲ μή, ὑείᾳ. τὰ δ’ ἐμπεπηγότα καταλαβὼν τὸν ὀφθαλ‐</w:t>
      </w:r>
    </w:p>
    <w:p>
      <w:r>
        <w:rPr>
          <w:rFonts w:ascii="Courier New" w:hAnsi="Courier New"/>
          <w:color w:val="555555"/>
          <w:sz w:val="20"/>
        </w:rPr>
        <w:t>[4 . 31 . 4]</w:t>
      </w:r>
    </w:p>
    <w:p>
      <w:r>
        <w:rPr>
          <w:rFonts w:ascii="Gentium Plus" w:hAnsi="Gentium Plus"/>
          <w:sz w:val="24"/>
        </w:rPr>
        <w:t>μὸν ἔξαιρε λαβιδίῳ. τὰ δ’ ὑπὸ τὸ βλέφαρον ἐκστρέφων ἔξαιρε καὶ γάλακτι διάκλυζε.</w:t>
      </w:r>
    </w:p>
    <w:p>
      <w:pPr>
        <w:jc w:val="center"/>
      </w:pPr>
      <w:r>
        <w:rPr>
          <w:rFonts w:ascii="Gentium Plus" w:hAnsi="Gentium Plus"/>
          <w:b/>
          <w:sz w:val="24"/>
        </w:rPr>
        <w:t>Πρὸς τὰς ἐν τοῖς βλεφάροις καὶ ὀφρύσι φθειριάσεις.</w:t>
      </w:r>
    </w:p>
    <w:p>
      <w:r>
        <w:rPr>
          <w:rFonts w:ascii="Courier New" w:hAnsi="Courier New"/>
          <w:color w:val="555555"/>
          <w:sz w:val="20"/>
        </w:rPr>
        <w:t>[4 . 32 . 1]</w:t>
      </w:r>
    </w:p>
    <w:p>
      <w:r>
        <w:rPr>
          <w:rFonts w:ascii="Gentium Plus" w:hAnsi="Gentium Plus"/>
          <w:sz w:val="24"/>
        </w:rPr>
        <w:t>Τὰς δὲ φθειριάσεις τὰς ἐν τοῖς βλεφάροις καὶ ὀφρύσι θεραπεύει σὺν μέλιτι ἢ οἴνῳ καταχριόμενα σανδαράχη, σταφὶς ἀγρία.</w:t>
      </w:r>
    </w:p>
    <w:p>
      <w:pPr>
        <w:jc w:val="center"/>
      </w:pPr>
      <w:r>
        <w:rPr>
          <w:rFonts w:ascii="Gentium Plus" w:hAnsi="Gentium Plus"/>
          <w:b/>
          <w:sz w:val="24"/>
        </w:rPr>
        <w:t>Πρὸς αἰγίλωπας καὶ χαλάζια.</w:t>
      </w:r>
    </w:p>
    <w:p>
      <w:r>
        <w:rPr>
          <w:rFonts w:ascii="Courier New" w:hAnsi="Courier New"/>
          <w:color w:val="555555"/>
          <w:sz w:val="20"/>
        </w:rPr>
        <w:t>[4 . 33 . 1]</w:t>
      </w:r>
    </w:p>
    <w:p>
      <w:r>
        <w:rPr>
          <w:rFonts w:ascii="Gentium Plus" w:hAnsi="Gentium Plus"/>
          <w:sz w:val="24"/>
        </w:rPr>
        <w:t>Αἰγίλωπας θεραπεύει, ἐφ’ ὧν μὲν διὰ βάθους 〈μὴ〉 ἔφθαρται τὸ ὀστέον, ἀνθεμίδος φύλλα μασηθέντα καὶ ἐπιτεθέντα ἢ αἰγίλωπος τοῦ ἐν τοῖς σιτίοις χυλὸς σὺν ἀλεύρῳ σιτινίῳ καταπλασσόμενος, ἀρνογλώσσου</w:t>
      </w:r>
    </w:p>
    <w:p>
      <w:r>
        <w:rPr>
          <w:rFonts w:ascii="Courier New" w:hAnsi="Courier New"/>
          <w:color w:val="555555"/>
          <w:sz w:val="20"/>
        </w:rPr>
        <w:t>[4 . 33 . 2]</w:t>
      </w:r>
    </w:p>
    <w:p>
      <w:r>
        <w:rPr>
          <w:rFonts w:ascii="Gentium Plus" w:hAnsi="Gentium Plus"/>
          <w:sz w:val="24"/>
        </w:rPr>
        <w:t>φύλλα μασηθέντα καὶ ἐπιτεθέντα. μετὰ δὲ τὸ ἀναστομωθῆναι καρύων βασιλικῶν τὰ ἐντὸς μασησάμενος ἐπιτίθει ἢ λίβανον καὶ περιστερᾶς κόπρον λείαν μίξας ἐπιτίθει μέχρι ἀπουλώσεως (λιθοῦται δὲ καὶ</w:t>
      </w:r>
    </w:p>
    <w:p>
      <w:r>
        <w:rPr>
          <w:rFonts w:ascii="Courier New" w:hAnsi="Courier New"/>
          <w:color w:val="555555"/>
          <w:sz w:val="20"/>
        </w:rPr>
        <w:t>[4 . 33 . 3]</w:t>
      </w:r>
    </w:p>
    <w:p>
      <w:r>
        <w:rPr>
          <w:rFonts w:ascii="Gentium Plus" w:hAnsi="Gentium Plus"/>
          <w:sz w:val="24"/>
        </w:rPr>
        <w:t>ἐπιμένει)· ἢ πρόπολις καὶ τερμινθίνη μετὰ χόνδρου ἐν σπληνίῳ, ἢ</w:t>
      </w:r>
    </w:p>
    <w:p>
      <w:r>
        <w:rPr>
          <w:rFonts w:ascii="Courier New" w:hAnsi="Courier New"/>
          <w:color w:val="555555"/>
          <w:sz w:val="20"/>
        </w:rPr>
        <w:t>[4 . 33 . 4]</w:t>
      </w:r>
    </w:p>
    <w:p>
      <w:r>
        <w:rPr>
          <w:rFonts w:ascii="Gentium Plus" w:hAnsi="Gentium Plus"/>
          <w:sz w:val="24"/>
        </w:rPr>
        <w:t>στυπτηρία σχιστὴ καὶ ὅτι πλείστῃ τερεβινθίνῃ ἀναληφθεῖσα. —Χαλάζια δὲ διαφοροῦσιν ὄλυνθοι ἑφθοὶ καταπλασθέντες 〈ἢ〉 τὰ τῆς συκῆς φύλλα.</w:t>
      </w:r>
    </w:p>
    <w:p>
      <w:pPr>
        <w:jc w:val="center"/>
      </w:pPr>
      <w:r>
        <w:rPr>
          <w:rFonts w:ascii="Gentium Plus" w:hAnsi="Gentium Plus"/>
          <w:b/>
          <w:sz w:val="24"/>
        </w:rPr>
        <w:t>Περὶ τῶν συμβαινόντων περὶ τὰ ὦτα παθῶν. —Περὶ δυσηκοΐας καὶ κωφώσεως.</w:t>
      </w:r>
    </w:p>
    <w:p>
      <w:r>
        <w:rPr>
          <w:rFonts w:ascii="Courier New" w:hAnsi="Courier New"/>
          <w:color w:val="555555"/>
          <w:sz w:val="20"/>
        </w:rPr>
        <w:t>[4 . 34 . 1]</w:t>
      </w:r>
    </w:p>
    <w:p>
      <w:r>
        <w:rPr>
          <w:rFonts w:ascii="Gentium Plus" w:hAnsi="Gentium Plus"/>
          <w:sz w:val="24"/>
        </w:rPr>
        <w:t>Χυμός τις ἐν τοῖς ἀκουστικοῖς πόροις σφηνωθεὶς τὰς δυσηκοΐας καὶ κωφώσεις συνίστησι· δεῖ οὖν ἐφ’ ἡμέρας πλείους κλύζειν ὄξει</w:t>
      </w:r>
    </w:p>
    <w:p>
      <w:r>
        <w:rPr>
          <w:rFonts w:ascii="Courier New" w:hAnsi="Courier New"/>
          <w:color w:val="555555"/>
          <w:sz w:val="20"/>
        </w:rPr>
        <w:t>[4 . 34 . 2]</w:t>
      </w:r>
    </w:p>
    <w:p>
      <w:r>
        <w:rPr>
          <w:rFonts w:ascii="Gentium Plus" w:hAnsi="Gentium Plus"/>
          <w:sz w:val="24"/>
        </w:rPr>
        <w:t>λευκῷ καὶ ὕδατι ἴσοις ἐζεσμένοις σὺν λείῳ νίτρῳ, καὶ μετὰ ταῦτα</w:t>
      </w:r>
    </w:p>
    <w:p>
      <w:r>
        <w:rPr>
          <w:rFonts w:ascii="Courier New" w:hAnsi="Courier New"/>
          <w:color w:val="555555"/>
          <w:sz w:val="20"/>
        </w:rPr>
        <w:t>[5]</w:t>
      </w:r>
    </w:p>
    <w:p>
      <w:r>
        <w:rPr>
          <w:rFonts w:ascii="Gentium Plus" w:hAnsi="Gentium Plus"/>
          <w:sz w:val="24"/>
        </w:rPr>
        <w:t>μακον ἐφ’ ἡμέρας ε· ἢ καρδάμου τὸ ἱκανὸν καὶ νίτρου βραχὺ σύκων σαρκίοις ἄνευ τῶν κεγχραμίδων ἀναλαβὼν ποίει κολλύριον ἁρμόττον τῷ πόρῳ τῷ τῆς ἀκοῆς· κομίζου δ’ αὐτὸ τριταῖον· τοῦτο ἄγει ῥύπον ἱκανὸν καὶ παραχρῆμα κουφίζει.</w:t>
      </w:r>
    </w:p>
    <w:p>
      <w:pPr>
        <w:jc w:val="center"/>
      </w:pPr>
      <w:r>
        <w:rPr>
          <w:rFonts w:ascii="Gentium Plus" w:hAnsi="Gentium Plus"/>
          <w:b/>
          <w:sz w:val="24"/>
        </w:rPr>
        <w:t>Περὶ τῶν κατὰ τὰ ὦτα ὀδυνῶν.</w:t>
      </w:r>
    </w:p>
    <w:p>
      <w:r>
        <w:rPr>
          <w:rFonts w:ascii="Courier New" w:hAnsi="Courier New"/>
          <w:color w:val="555555"/>
          <w:sz w:val="20"/>
        </w:rPr>
        <w:t>[4 . 35 . 1]</w:t>
      </w:r>
    </w:p>
    <w:p>
      <w:r>
        <w:rPr>
          <w:rFonts w:ascii="Gentium Plus" w:hAnsi="Gentium Plus"/>
          <w:sz w:val="24"/>
        </w:rPr>
        <w:t>Τὰς δ’ ὀδύνας τῶν ὤτων, εἰ μὲν ἀπὸ ψύξεως γένοιντο, τὰ θερ‐ μαίνοντα θεραπεύει τάχιστα· κρόμμυον οὖν ἢ σκόροδον ἀποζεσθὲν ἐλαίῳ καὶ ἐγχυθὲν ἰᾶται, καὶ εὐφορβίου δ’ ὀλίγιστον ἐλαίῳ πολλῷ</w:t>
      </w:r>
    </w:p>
    <w:p>
      <w:r>
        <w:rPr>
          <w:rFonts w:ascii="Courier New" w:hAnsi="Courier New"/>
          <w:color w:val="555555"/>
          <w:sz w:val="20"/>
        </w:rPr>
        <w:t>[4 . 35 . 2]</w:t>
      </w:r>
    </w:p>
    <w:p>
      <w:r>
        <w:rPr>
          <w:rFonts w:ascii="Gentium Plus" w:hAnsi="Gentium Plus"/>
          <w:sz w:val="24"/>
        </w:rPr>
        <w:t>μιχθὲν ἢ πεπέρεως ἀκριβῶς λελειωμένου. ὠφελεῖ δὲ καὶ τὸ ἀμαρά‐ κινον καὶ ἡ ἀρίστη νάρδος καὶ πηγάνινον ἐκ λεπτομεροῦς καὶ μὴ στύφοντος ἐλαίου.</w:t>
      </w:r>
    </w:p>
    <w:p>
      <w:pPr>
        <w:jc w:val="center"/>
      </w:pPr>
      <w:r>
        <w:rPr>
          <w:rFonts w:ascii="Gentium Plus" w:hAnsi="Gentium Plus"/>
          <w:b/>
          <w:sz w:val="24"/>
        </w:rPr>
        <w:t>Περὶ ὕδατος περιεχομένου κατὰ τὰ ὦτα.</w:t>
      </w:r>
    </w:p>
    <w:p>
      <w:r>
        <w:rPr>
          <w:rFonts w:ascii="Courier New" w:hAnsi="Courier New"/>
          <w:color w:val="555555"/>
          <w:sz w:val="20"/>
        </w:rPr>
        <w:t>[4 . 36 . 1]</w:t>
      </w:r>
    </w:p>
    <w:p>
      <w:r>
        <w:rPr>
          <w:rFonts w:ascii="Gentium Plus" w:hAnsi="Gentium Plus"/>
          <w:sz w:val="24"/>
        </w:rPr>
        <w:t>Εἰ δ’ ὕδωρ περιέχοιτο κατὰ τὸν ἀκουστικὸν πόρον, συνεχῶς ἔλαιον ἐγχεῖν προσῆκεν, ἐγκλύζοντας αὐτὸ καὶ δι’ ἐρίου μαλακοῦ σπογγί‐</w:t>
      </w:r>
    </w:p>
    <w:p>
      <w:r>
        <w:rPr>
          <w:rFonts w:ascii="Courier New" w:hAnsi="Courier New"/>
          <w:color w:val="555555"/>
          <w:sz w:val="20"/>
        </w:rPr>
        <w:t>[4 . 36 . 2]</w:t>
      </w:r>
    </w:p>
    <w:p>
      <w:r>
        <w:rPr>
          <w:rFonts w:ascii="Gentium Plus" w:hAnsi="Gentium Plus"/>
          <w:sz w:val="24"/>
        </w:rPr>
        <w:t>ζοντας καὶ πάλιν ἐγχέοντας. παρηγορεῖ δ’ αὐτοὺς ὠοῦ τὸ λευκὸν καὶ λεπτὸν καὶ γάλα γυναικεῖον· πάντα δ’ ἔστω θερμὰ τὰ προσφερόμενα.</w:t>
      </w:r>
    </w:p>
    <w:p>
      <w:r>
        <w:rPr>
          <w:rFonts w:ascii="Courier New" w:hAnsi="Courier New"/>
          <w:color w:val="555555"/>
          <w:sz w:val="20"/>
        </w:rPr>
        <w:t>[4 . 36 3,4]</w:t>
      </w:r>
    </w:p>
    <w:p>
      <w:r>
        <w:rPr>
          <w:rFonts w:ascii="Gentium Plus" w:hAnsi="Gentium Plus"/>
          <w:sz w:val="24"/>
        </w:rPr>
        <w:t>καὶ τὸ χήνειον δὲ στέαρ ἱκανῶς αὐτοὺς ὠφελεῖ. εἰ δέ τις καὶ ἐφ’</w:t>
      </w:r>
    </w:p>
    <w:p>
      <w:r>
        <w:rPr>
          <w:rFonts w:ascii="Courier New" w:hAnsi="Courier New"/>
          <w:color w:val="555555"/>
          <w:sz w:val="20"/>
        </w:rPr>
        <w:t>[4 . 36 . 4 (2)]</w:t>
      </w:r>
    </w:p>
    <w:p>
      <w:r>
        <w:rPr>
          <w:rFonts w:ascii="Gentium Plus" w:hAnsi="Gentium Plus"/>
          <w:sz w:val="24"/>
        </w:rPr>
        <w:t>ἑνὶ ποδὶ τῷ κατὰ τὸ πάσχον οὖς ἅλλοιτο, παρεγκλίνων πως ἑαυτόν,</w:t>
      </w:r>
    </w:p>
    <w:p>
      <w:r>
        <w:rPr>
          <w:rFonts w:ascii="Courier New" w:hAnsi="Courier New"/>
          <w:color w:val="555555"/>
          <w:sz w:val="20"/>
        </w:rPr>
        <w:t>[4 . 36 . 5]</w:t>
      </w:r>
    </w:p>
    <w:p>
      <w:r>
        <w:rPr>
          <w:rFonts w:ascii="Gentium Plus" w:hAnsi="Gentium Plus"/>
          <w:sz w:val="24"/>
        </w:rPr>
        <w:t>ἐκκρίνεται ῥᾳδίως. ἄκρως δὲ καὶ ὁ διὰ τοῦ στόματος ἐκμυζηθμὸς ἐπι‐</w:t>
      </w:r>
    </w:p>
    <w:p>
      <w:r>
        <w:rPr>
          <w:rFonts w:ascii="Courier New" w:hAnsi="Courier New"/>
          <w:color w:val="555555"/>
          <w:sz w:val="20"/>
        </w:rPr>
        <w:t>[4 . 36 . 6]</w:t>
      </w:r>
    </w:p>
    <w:p>
      <w:r>
        <w:rPr>
          <w:rFonts w:ascii="Gentium Plus" w:hAnsi="Gentium Plus"/>
          <w:sz w:val="24"/>
        </w:rPr>
        <w:t>σπᾶται. φλεγμονῆς δ’ οὔσης τινός, νάρδινον μύρον ἐγχεῖν μετὰ βρα‐</w:t>
      </w:r>
    </w:p>
    <w:p>
      <w:r>
        <w:rPr>
          <w:rFonts w:ascii="Courier New" w:hAnsi="Courier New"/>
          <w:color w:val="555555"/>
          <w:sz w:val="20"/>
        </w:rPr>
        <w:t>[4 . 36 . 7]</w:t>
      </w:r>
    </w:p>
    <w:p>
      <w:r>
        <w:rPr>
          <w:rFonts w:ascii="Gentium Plus" w:hAnsi="Gentium Plus"/>
          <w:sz w:val="24"/>
        </w:rPr>
        <w:t>χυτάτου βασιλικοῦ. μεγάλης δ’ οὔσης τῆς ὀδύνης, ἀναγκαῖον τοῖς ναρ‐ κοῦσι τὴν αἴσθησιν χρῆσθαι, γυναικείῳ γάλακτι μιγνύντας καὶ τοῦ ὠοῦ τῷ λευκῷ μήκωνος ὀπόν, μιγνύειν δὲ καὶ καστορίου πρὸς μὲν τὰς</w:t>
      </w:r>
    </w:p>
    <w:p>
      <w:r>
        <w:rPr>
          <w:rFonts w:ascii="Courier New" w:hAnsi="Courier New"/>
          <w:color w:val="555555"/>
          <w:sz w:val="20"/>
        </w:rPr>
        <w:t>[4 . 36 . 8]</w:t>
      </w:r>
    </w:p>
    <w:p>
      <w:r>
        <w:rPr>
          <w:rFonts w:ascii="Gentium Plus" w:hAnsi="Gentium Plus"/>
          <w:sz w:val="24"/>
        </w:rPr>
        <w:t>σφοδροτέρας ὀδύνας ἴσον, πρὸς δὲ τὰς κουφοτέρας διπλάσιον. ὑγρὸν δ’ ἔστω τὸ ἐκ τοῦ γλεύκους ἕψημα, καὶ ἐν τῇ χρήσει δὲ τῷ ἑψήματι ἀνιέσθω· παρασκευάζεσθαι δ’ ἄμεινον ἐκ πολλοῦ μεμιγμένον τὸ φάρ‐</w:t>
      </w:r>
    </w:p>
    <w:p>
      <w:r>
        <w:rPr>
          <w:rFonts w:ascii="Courier New" w:hAnsi="Courier New"/>
          <w:color w:val="555555"/>
          <w:sz w:val="20"/>
        </w:rPr>
        <w:t>[4 . 36 . 9]</w:t>
      </w:r>
    </w:p>
    <w:p>
      <w:r>
        <w:rPr>
          <w:rFonts w:ascii="Gentium Plus" w:hAnsi="Gentium Plus"/>
          <w:sz w:val="24"/>
        </w:rPr>
        <w:t>μακον. χρὴ δὲ μηδ’ ὅλως ψαύειν τοῦ ἀκουστικοῦ πόρου κατὰ τὸν καιρὸν τῆς ὀδύνης, πυριᾶν δὲ διὰ μηλωτίδος ἐρίῳ μαλακωτάτῳ, τὸ δὲ</w:t>
      </w:r>
    </w:p>
    <w:p>
      <w:r>
        <w:rPr>
          <w:rFonts w:ascii="Courier New" w:hAnsi="Courier New"/>
          <w:color w:val="555555"/>
          <w:sz w:val="20"/>
        </w:rPr>
        <w:t>[5]</w:t>
      </w:r>
    </w:p>
    <w:p>
      <w:r>
        <w:rPr>
          <w:rFonts w:ascii="Gentium Plus" w:hAnsi="Gentium Plus"/>
          <w:sz w:val="24"/>
        </w:rPr>
        <w:t>πόρου καὶ παντὶ τῷ ὠτίῳ πυριᾷς, ὡς εἴρηται, νάρδῳ μιχθέντος ὀλι‐</w:t>
      </w:r>
    </w:p>
    <w:p>
      <w:r>
        <w:rPr>
          <w:rFonts w:ascii="Courier New" w:hAnsi="Courier New"/>
          <w:color w:val="555555"/>
          <w:sz w:val="20"/>
        </w:rPr>
        <w:t>[4 . 36 . 10]</w:t>
      </w:r>
    </w:p>
    <w:p>
      <w:r>
        <w:rPr>
          <w:rFonts w:ascii="Gentium Plus" w:hAnsi="Gentium Plus"/>
          <w:sz w:val="24"/>
        </w:rPr>
        <w:t>γίστου τῆς τετραφαρμάκου. θέρους δὲ καθεστῶτος ἢ θερμασίας ἀντι‐ λαμβανομένου τοῦ κάμνοντος, κατὰ τὸ πάσχον διὰ ῥοδίνου ἡ πυρία</w:t>
      </w:r>
    </w:p>
    <w:p>
      <w:r>
        <w:rPr>
          <w:rFonts w:ascii="Courier New" w:hAnsi="Courier New"/>
          <w:color w:val="555555"/>
          <w:sz w:val="20"/>
        </w:rPr>
        <w:t>[4 . 36 . 11]</w:t>
      </w:r>
    </w:p>
    <w:p>
      <w:r>
        <w:rPr>
          <w:rFonts w:ascii="Gentium Plus" w:hAnsi="Gentium Plus"/>
          <w:sz w:val="24"/>
        </w:rPr>
        <w:t>γινέσθω. καὶ παχὺν δὲ χυμὸν ἢ γλίσχρον ἢ πνεῦμα φυσῶδες ὑπονο‐</w:t>
      </w:r>
    </w:p>
    <w:p>
      <w:r>
        <w:rPr>
          <w:rFonts w:ascii="Courier New" w:hAnsi="Courier New"/>
          <w:color w:val="555555"/>
          <w:sz w:val="20"/>
        </w:rPr>
        <w:t>[4 . 36 . 12]</w:t>
      </w:r>
    </w:p>
    <w:p>
      <w:r>
        <w:rPr>
          <w:rFonts w:ascii="Gentium Plus" w:hAnsi="Gentium Plus"/>
          <w:sz w:val="24"/>
        </w:rPr>
        <w:t>ήσας ἐσφηνῶσθαι μίξεις τι καὶ τῶν ἐκφραττόντων. τεχνικῶς δ’ ἂν στοχάσαιο τοιοῦτόν τι τυγχάνειν τὸ αἴτιον, τά τε προηγούμενα τοῦ πόνου καὶ τὰ παρόντα πολυπραγμονήσας· διὰ μὲν γὰρ ψῦξιν προ‐ ηγησαμένην πνεῦμα φυσῶδες συνίσταται, διὰ δὲ δίαιταν κακόχυμον καὶ</w:t>
      </w:r>
    </w:p>
    <w:p>
      <w:r>
        <w:rPr>
          <w:rFonts w:ascii="Courier New" w:hAnsi="Courier New"/>
          <w:color w:val="555555"/>
          <w:sz w:val="20"/>
        </w:rPr>
        <w:t>[4 . 36 . 13]</w:t>
      </w:r>
    </w:p>
    <w:p>
      <w:r>
        <w:rPr>
          <w:rFonts w:ascii="Gentium Plus" w:hAnsi="Gentium Plus"/>
          <w:sz w:val="24"/>
        </w:rPr>
        <w:t>πνευματώδη, βάρους τε τῆς κεφαλῆς ὄντος, παχεῖς αἴτιοι χυμοί. καὶ ἐπειδὰν τοιοῦτόν τι παρακολουθοίη, λίτρον καὶ ἀφρόλιτρον τοῖς ὠτι‐ κοῖς μίξεις φαρμάκοις καὶ λευκὸν καὶ μέλανα ἐλλέβορον ἀμύγδαλά τε πικρὰ καὶ ἀριστολοχιῶν τὴν παροῦσαν καὶ σικύου ἀγρίου καὶ βρυωνίας</w:t>
      </w:r>
    </w:p>
    <w:p>
      <w:r>
        <w:rPr>
          <w:rFonts w:ascii="Courier New" w:hAnsi="Courier New"/>
          <w:color w:val="555555"/>
          <w:sz w:val="20"/>
        </w:rPr>
        <w:t>[5]</w:t>
      </w:r>
    </w:p>
    <w:p>
      <w:r>
        <w:rPr>
          <w:rFonts w:ascii="Gentium Plus" w:hAnsi="Gentium Plus"/>
          <w:sz w:val="24"/>
        </w:rPr>
        <w:t>ῥίζαν ἄρου τε καὶ δρακοντίου καὶ κασίαν καὶ κενταύριον τὸ μικρόν· διαρρύπτει γὰρ ταῦτα τοὺς πόρους καὶ λεπτύνει τὰ ἐμπεφραγμένα.</w:t>
      </w:r>
    </w:p>
    <w:p>
      <w:r>
        <w:rPr>
          <w:rFonts w:ascii="Courier New" w:hAnsi="Courier New"/>
          <w:color w:val="555555"/>
          <w:sz w:val="20"/>
        </w:rPr>
        <w:t>[4 . 36 . 14]</w:t>
      </w:r>
    </w:p>
    <w:p>
      <w:r>
        <w:rPr>
          <w:rFonts w:ascii="Gentium Plus" w:hAnsi="Gentium Plus"/>
          <w:sz w:val="24"/>
        </w:rPr>
        <w:t>τὰς δ’ ἐπιεικεῖς καὶ μὴ σφυγματώδεις φλεγμονὰς ἱκανὸν ἰᾶσθαι καὶ ὀξυρόδινον χλιανθὲν καὶ γλαύκιον ἐπ’ ἀκόνης ἰατρικῆς ἀποτριβόμενον μετ’ ὄξους.</w:t>
      </w:r>
    </w:p>
    <w:p>
      <w:pPr>
        <w:jc w:val="center"/>
      </w:pPr>
      <w:r>
        <w:rPr>
          <w:rFonts w:ascii="Gentium Plus" w:hAnsi="Gentium Plus"/>
          <w:b/>
          <w:sz w:val="24"/>
        </w:rPr>
        <w:t>Περὶ τῶν ἐν ἐπιφανείᾳ ὠτίου φλεγμονῶν καὶ οἰδημάτων.</w:t>
      </w:r>
    </w:p>
    <w:p>
      <w:r>
        <w:rPr>
          <w:rFonts w:ascii="Courier New" w:hAnsi="Courier New"/>
          <w:color w:val="555555"/>
          <w:sz w:val="20"/>
        </w:rPr>
        <w:t>[4 . 37 . 1]</w:t>
      </w:r>
    </w:p>
    <w:p>
      <w:r>
        <w:rPr>
          <w:rFonts w:ascii="Gentium Plus" w:hAnsi="Gentium Plus"/>
          <w:sz w:val="24"/>
        </w:rPr>
        <w:t>Τὰς δ’ ἐν τῇ ἐπιφανείᾳ ὠτίου φλεγμονὰς καὶ τὰ οἰδήματα καὶ τὰ ἐρυθήματα δι’ ἐπιρροὴν ἢ πληγὴν γεγονότα φακὸν ἑψήσας ἐν ὕδατι κατάπλασσε τρίψας μετὰ μέλιτος· ἢ στέαρ χήνειον καὶ βούτυρον καὶ σμύρναν μίξας ἐπιτίθει.</w:t>
      </w:r>
    </w:p>
    <w:p>
      <w:pPr>
        <w:jc w:val="center"/>
      </w:pPr>
      <w:r>
        <w:rPr>
          <w:rFonts w:ascii="Gentium Plus" w:hAnsi="Gentium Plus"/>
          <w:b/>
          <w:sz w:val="24"/>
        </w:rPr>
        <w:t>Πρὸς τὰ ἡλκωμένα ὦτα καὶ πυορροοῦντα.</w:t>
      </w:r>
    </w:p>
    <w:p>
      <w:r>
        <w:rPr>
          <w:rFonts w:ascii="Courier New" w:hAnsi="Courier New"/>
          <w:color w:val="555555"/>
          <w:sz w:val="20"/>
        </w:rPr>
        <w:t>[4 . 38 . 1]</w:t>
      </w:r>
    </w:p>
    <w:p>
      <w:r>
        <w:rPr>
          <w:rFonts w:ascii="Gentium Plus" w:hAnsi="Gentium Plus"/>
          <w:sz w:val="24"/>
        </w:rPr>
        <w:t>Τὰ δ’ ἡλκωμένα τῶν ὤτων καὶ πυορροοῦντα θεραπεύσεις γλαυ‐ κίῳ μετ’ ὄξους· ὅταν δὲ μετὰ ῥεύματος, τοῖς τροχίσκοις, οἷός ἐστιν</w:t>
      </w:r>
    </w:p>
    <w:p>
      <w:r>
        <w:rPr>
          <w:rFonts w:ascii="Courier New" w:hAnsi="Courier New"/>
          <w:color w:val="555555"/>
          <w:sz w:val="20"/>
        </w:rPr>
        <w:t>[4 . 38 . 2]</w:t>
      </w:r>
    </w:p>
    <w:p>
      <w:r>
        <w:rPr>
          <w:rFonts w:ascii="Gentium Plus" w:hAnsi="Gentium Plus"/>
          <w:sz w:val="24"/>
        </w:rPr>
        <w:t>ὅ τε Ἄνδρωνος καὶ ὁ Πολυείδους. κἂν πυορροῇ χωρὶς ὀδύνης μὴ</w:t>
      </w:r>
    </w:p>
    <w:p>
      <w:r>
        <w:rPr>
          <w:rFonts w:ascii="Courier New" w:hAnsi="Courier New"/>
          <w:color w:val="555555"/>
          <w:sz w:val="20"/>
        </w:rPr>
        <w:t>[4 . 38 . 3]</w:t>
      </w:r>
    </w:p>
    <w:p>
      <w:r>
        <w:rPr>
          <w:rFonts w:ascii="Gentium Plus" w:hAnsi="Gentium Plus"/>
          <w:sz w:val="24"/>
        </w:rPr>
        <w:t>σφοδρῶς, τοῖς αὐτοῖς θεραπεύσεις. μηδὲν δ’ ἐνεργούντων αὐτῶν, τῷ σφοδρῷ χρησόμεθα σιδήρου σκωρίαν χνοώδη ποιήσαντες καὶ καθεψή‐ σαντες ἐν ὄξει δριμυτάτῳ μέχρι γλοιώδους καὶ μελιτώδους συστάσεως.</w:t>
      </w:r>
    </w:p>
    <w:p>
      <w:r>
        <w:rPr>
          <w:rFonts w:ascii="Courier New" w:hAnsi="Courier New"/>
          <w:color w:val="555555"/>
          <w:sz w:val="20"/>
        </w:rPr>
        <w:t>[4 . 38 . 4]</w:t>
      </w:r>
    </w:p>
    <w:p>
      <w:r>
        <w:rPr>
          <w:rFonts w:ascii="Gentium Plus" w:hAnsi="Gentium Plus"/>
          <w:sz w:val="24"/>
        </w:rPr>
        <w:t>πρὸς δὲ τὰ ἐκ πληγῆς ἡλκωμένα ἄρτου θερμοῦ τὸ ἐντὸς τρίψας μετὰ</w:t>
      </w:r>
    </w:p>
    <w:p>
      <w:r>
        <w:rPr>
          <w:rFonts w:ascii="Courier New" w:hAnsi="Courier New"/>
          <w:color w:val="555555"/>
          <w:sz w:val="20"/>
        </w:rPr>
        <w:t>[4 . 38 . 5]</w:t>
      </w:r>
    </w:p>
    <w:p>
      <w:r>
        <w:rPr>
          <w:rFonts w:ascii="Gentium Plus" w:hAnsi="Gentium Plus"/>
          <w:sz w:val="24"/>
        </w:rPr>
        <w:t>μήτε δ’ ἐπίδει ταῦτα μήτε συνεχῶς ἀφαίρει τὰ ἐπιτιθέμενα.</w:t>
      </w:r>
    </w:p>
    <w:p>
      <w:pPr>
        <w:jc w:val="center"/>
      </w:pPr>
      <w:r>
        <w:rPr>
          <w:rFonts w:ascii="Gentium Plus" w:hAnsi="Gentium Plus"/>
          <w:b/>
          <w:sz w:val="24"/>
        </w:rPr>
        <w:t>Πρὸς τὰ τεθλασμένα καὶ κεκλασμένα καὶ τὰς αἱμορραγίας τῶν ὤτων καὶ τὸν ἐξαίφνης ἦχον, καὶ εἰ ἐμπέσῃ τι λιθάριον ἢ κύαμος ἤ τι τοιοῦτον ἢ ζῷόν τι εἰς αὐτά.</w:t>
      </w:r>
    </w:p>
    <w:p>
      <w:r>
        <w:rPr>
          <w:rFonts w:ascii="Courier New" w:hAnsi="Courier New"/>
          <w:color w:val="555555"/>
          <w:sz w:val="20"/>
        </w:rPr>
        <w:t>[4 . 39 . 1]</w:t>
      </w:r>
    </w:p>
    <w:p>
      <w:r>
        <w:rPr>
          <w:rFonts w:ascii="Gentium Plus" w:hAnsi="Gentium Plus"/>
          <w:sz w:val="24"/>
        </w:rPr>
        <w:t>Τὰ δὲ τεθλασμένα τῶν ὤτων σμύρναν, μάνναν, λιβανωτόν, γῆν μέλαιναν, ᾗ σμῶνται, καλῶς ἑνώσας, κηρωτῆς ποιῶν πάχος, κατάπλασσε, μηδενὶ τρόπῳ ἐρεθίζων· ἢ θεῖον ἄπυρον ἢ λιβανωτὸν μετὰ πίσσης</w:t>
      </w:r>
    </w:p>
    <w:p>
      <w:r>
        <w:rPr>
          <w:rFonts w:ascii="Courier New" w:hAnsi="Courier New"/>
          <w:color w:val="555555"/>
          <w:sz w:val="20"/>
        </w:rPr>
        <w:t>[4 . 39 . 2]</w:t>
      </w:r>
    </w:p>
    <w:p>
      <w:r>
        <w:rPr>
          <w:rFonts w:ascii="Gentium Plus" w:hAnsi="Gentium Plus"/>
          <w:sz w:val="24"/>
        </w:rPr>
        <w:t>ὑγρᾶς εἰς σπληνίον ἐπιτίθει. —Ἐφ’ ὧν δὲ κέκλασται τὰ ὦτα, κερα‐ μικῆς γῆς τὰ ἐντὸς πληρώσας, ὅταν ξηρανθῇ, στρύχνον μετὰ ψιμυθίου</w:t>
      </w:r>
    </w:p>
    <w:p>
      <w:r>
        <w:rPr>
          <w:rFonts w:ascii="Courier New" w:hAnsi="Courier New"/>
          <w:color w:val="555555"/>
          <w:sz w:val="20"/>
        </w:rPr>
        <w:t>[4 . 39 . 3]</w:t>
      </w:r>
    </w:p>
    <w:p>
      <w:r>
        <w:rPr>
          <w:rFonts w:ascii="Gentium Plus" w:hAnsi="Gentium Plus"/>
          <w:sz w:val="24"/>
        </w:rPr>
        <w:t>ἐπάλειφε, μέχρι καταστῇ. —Αἱμορραγίας δ’ ἐξ ὤτων γινομένης, ὥστε μὴ ἐνθρομβοῦσθαι, πράσου τὸν χυλὸν καὶ ὄξος μίξας ἐγχυμάτιζε· ἢ</w:t>
      </w:r>
    </w:p>
    <w:p>
      <w:r>
        <w:rPr>
          <w:rFonts w:ascii="Courier New" w:hAnsi="Courier New"/>
          <w:color w:val="555555"/>
          <w:sz w:val="20"/>
        </w:rPr>
        <w:t>[4 . 39 . 4]</w:t>
      </w:r>
    </w:p>
    <w:p>
      <w:r>
        <w:rPr>
          <w:rFonts w:ascii="Gentium Plus" w:hAnsi="Gentium Plus"/>
          <w:sz w:val="24"/>
        </w:rPr>
        <w:t>ῥοιᾶς ἐν ὄξει ἡψημένης τὸν χυλὸν ἐκθλίψας ἐγχυμάτιζε. ἐφέξεις δὲ τὴν αἱμορραγίαν βάτων καὶ κηκίδων ἐν ὄξει ἡψημένων τὸν χυλὸν</w:t>
      </w:r>
    </w:p>
    <w:p>
      <w:r>
        <w:rPr>
          <w:rFonts w:ascii="Courier New" w:hAnsi="Courier New"/>
          <w:color w:val="555555"/>
          <w:sz w:val="20"/>
        </w:rPr>
        <w:t>[4 . 39 . 5]</w:t>
      </w:r>
    </w:p>
    <w:p>
      <w:r>
        <w:rPr>
          <w:rFonts w:ascii="Gentium Plus" w:hAnsi="Gentium Plus"/>
          <w:sz w:val="24"/>
        </w:rPr>
        <w:t>ὁμοῦ μίξας καὶ ἐγχυματίσας. —Ἐπὶ δὲ τῶν ἐξαίφνης ἤχων ὄξος μετὰ ῥοδίνου ἔγχει ἢ κύμινον καὶ ἔλαιον, μέλιτος ποιήσας πάχος, ἢ σικύου</w:t>
      </w:r>
    </w:p>
    <w:p>
      <w:r>
        <w:rPr>
          <w:rFonts w:ascii="Courier New" w:hAnsi="Courier New"/>
          <w:color w:val="555555"/>
          <w:sz w:val="20"/>
        </w:rPr>
        <w:t>[4 . 39 . 6]</w:t>
      </w:r>
    </w:p>
    <w:p>
      <w:r>
        <w:rPr>
          <w:rFonts w:ascii="Gentium Plus" w:hAnsi="Gentium Plus"/>
          <w:sz w:val="24"/>
        </w:rPr>
        <w:t>ἀγρίου τὸν χυλὸν τῆς ῥίζης. εἰ δ’ ἐπιμένει, κατακλίνας τὸν πάσχοντα καὶ λίτρον ὠμὸν λεῖον ἐμπλάσας εἰς τὸ οὖς, ὄξος δριμὺ χλιαρὸν ἔγχει.</w:t>
      </w:r>
    </w:p>
    <w:p>
      <w:r>
        <w:rPr>
          <w:rFonts w:ascii="Courier New" w:hAnsi="Courier New"/>
          <w:color w:val="555555"/>
          <w:sz w:val="20"/>
        </w:rPr>
        <w:t>[4 . 39 . 7]</w:t>
      </w:r>
    </w:p>
    <w:p>
      <w:r>
        <w:rPr>
          <w:rFonts w:ascii="Gentium Plus" w:hAnsi="Gentium Plus"/>
          <w:sz w:val="24"/>
        </w:rPr>
        <w:t>ἐπὶ δὲ τῶν μετὰ νόσον ἤχων ἀψινθίου ἀφεψήματι πυριάσας ὀξυρό‐ δινον ἔγχει, ἢ ῥαφάνου χυλὸν μετὰ ῥοδίνου, ἢ πράσου χυλὸν μετὰ γάλακτος γυναικείου ἢ ῥοδίνου, ἢ σικύου ἀγρίου φύλλα λειώσας καὶ</w:t>
      </w:r>
    </w:p>
    <w:p>
      <w:r>
        <w:rPr>
          <w:rFonts w:ascii="Courier New" w:hAnsi="Courier New"/>
          <w:color w:val="555555"/>
          <w:sz w:val="20"/>
        </w:rPr>
        <w:t>[4 . 39 . 8]</w:t>
      </w:r>
    </w:p>
    <w:p>
      <w:r>
        <w:rPr>
          <w:rFonts w:ascii="Gentium Plus" w:hAnsi="Gentium Plus"/>
          <w:sz w:val="24"/>
        </w:rPr>
        <w:t>χυλίσας ἐγχυμάτιζε. —Λιθαρίου δ’ ἢ κυάμου ἤ τινος τοιούτου παρ‐ εμπεσόντος εἰς τὸ οὖς, εἰλίξας περὶ μηλωτίδα ἔριον βάψον εἰς τερε‐</w:t>
      </w:r>
    </w:p>
    <w:p>
      <w:r>
        <w:rPr>
          <w:rFonts w:ascii="Courier New" w:hAnsi="Courier New"/>
          <w:color w:val="555555"/>
          <w:sz w:val="20"/>
        </w:rPr>
        <w:t>[4 . 39 . 9]</w:t>
      </w:r>
    </w:p>
    <w:p>
      <w:r>
        <w:rPr>
          <w:rFonts w:ascii="Gentium Plus" w:hAnsi="Gentium Plus"/>
          <w:sz w:val="24"/>
        </w:rPr>
        <w:t>βινθίνην ἢ εἴς τι τῶν ἐχεκόλλων καὶ καθεὶς πρᾴως ἐπισπῶ. μὴ ὑπα‐ κούσαντος δέ, πταρμικὸν εἰς τὰς ῥῖνας ἐνιεὶς τὸ στόμα ἔμφραττε καὶ τοὺς ῥώθωνας· κατὰ γὰρ τὴν γινομένην ἔντασιν ἐκφυσᾶται τὸ ἐμπεσόν.</w:t>
      </w:r>
    </w:p>
    <w:p>
      <w:r>
        <w:rPr>
          <w:rFonts w:ascii="Courier New" w:hAnsi="Courier New"/>
          <w:color w:val="555555"/>
          <w:sz w:val="20"/>
        </w:rPr>
        <w:t>[4 . 39 . 10]</w:t>
      </w:r>
    </w:p>
    <w:p>
      <w:r>
        <w:rPr>
          <w:rFonts w:ascii="Gentium Plus" w:hAnsi="Gentium Plus"/>
          <w:sz w:val="24"/>
        </w:rPr>
        <w:t>ποίει δὲ συνεχῶς τοῦτο, μέχρις ἂν ἐκπέσῃ τὸ ἐνόν· ἐμμείναντος γάρ,</w:t>
      </w:r>
    </w:p>
    <w:p>
      <w:r>
        <w:rPr>
          <w:rFonts w:ascii="Courier New" w:hAnsi="Courier New"/>
          <w:color w:val="555555"/>
          <w:sz w:val="20"/>
        </w:rPr>
        <w:t>[4 . 39 . 11]</w:t>
      </w:r>
    </w:p>
    <w:p>
      <w:r>
        <w:rPr>
          <w:rFonts w:ascii="Gentium Plus" w:hAnsi="Gentium Plus"/>
          <w:sz w:val="24"/>
        </w:rPr>
        <w:t>εἰ ἐπιφλεγμήνειε τὸ οὖς, σπασμοὶ συμπεσοῦνται. ζῴου δέ τινος ἐμπε‐ σόντος, σκαμμωνίαν διεὶς ὄξει ἢ ἀψινθίου χυλὸν ἢ πευκέδανον, ἢ θεῖον</w:t>
      </w:r>
    </w:p>
    <w:p>
      <w:pPr>
        <w:jc w:val="center"/>
      </w:pPr>
      <w:r>
        <w:rPr>
          <w:rFonts w:ascii="Gentium Plus" w:hAnsi="Gentium Plus"/>
          <w:b/>
          <w:sz w:val="24"/>
        </w:rPr>
        <w:t>Πρὸς τοὺς ἐν ὠσὶ σκώληκας καὶ τὰ λοιπὰ τὰ εἰσδυόμενα εἰς αὐτά.</w:t>
      </w:r>
    </w:p>
    <w:p>
      <w:r>
        <w:rPr>
          <w:rFonts w:ascii="Courier New" w:hAnsi="Courier New"/>
          <w:color w:val="555555"/>
          <w:sz w:val="20"/>
        </w:rPr>
        <w:t>[4 . 40 . 1]</w:t>
      </w:r>
    </w:p>
    <w:p>
      <w:r>
        <w:rPr>
          <w:rFonts w:ascii="Gentium Plus" w:hAnsi="Gentium Plus"/>
          <w:sz w:val="24"/>
        </w:rPr>
        <w:t>Πρὸς σκώληκας δὲ τοὺς ἐν ὠσὶ καὶ τὰ λοιπὰ τὰ εἰς τὸν πόρον τῆς ἀκοῆς εἰσδυόμενα ὀξέλαιον ἔνσταζε ἢ καππάρεως χυλὸν ἢ καλα‐ μίνθης χυλὸν ἢ ἐλλέβορον λευκὸν μετ’ οἴνου ἐγχυμάτιζε.</w:t>
      </w:r>
    </w:p>
    <w:p>
      <w:pPr>
        <w:jc w:val="center"/>
      </w:pPr>
      <w:r>
        <w:rPr>
          <w:rFonts w:ascii="Gentium Plus" w:hAnsi="Gentium Plus"/>
          <w:b/>
          <w:sz w:val="24"/>
        </w:rPr>
        <w:t>Πρὸς ῥύπον τὸν ἐν ὠσί.</w:t>
      </w:r>
    </w:p>
    <w:p>
      <w:r>
        <w:rPr>
          <w:rFonts w:ascii="Courier New" w:hAnsi="Courier New"/>
          <w:color w:val="555555"/>
          <w:sz w:val="20"/>
        </w:rPr>
        <w:t>[4 . 41 . 1]</w:t>
      </w:r>
    </w:p>
    <w:p>
      <w:r>
        <w:rPr>
          <w:rFonts w:ascii="Gentium Plus" w:hAnsi="Gentium Plus"/>
          <w:sz w:val="24"/>
        </w:rPr>
        <w:t>Νίτρον ὀπτὸν ἔμπλασον εἰς τὸ οὖς καὶ ὄξος ἐπίσταζε, καὶ ἔριον ἐνθεὶς ἔασον διὰ νυκτός· τῇ δ’ ὑστεραίᾳ κλύσον ὕδατι καὶ ἐλαίῳ θερμῷ.</w:t>
      </w:r>
    </w:p>
    <w:p>
      <w:pPr>
        <w:jc w:val="center"/>
      </w:pPr>
      <w:r>
        <w:rPr>
          <w:rFonts w:ascii="Gentium Plus" w:hAnsi="Gentium Plus"/>
          <w:b/>
          <w:sz w:val="24"/>
        </w:rPr>
        <w:t>Πρὸς ὦτα κάθυγρα.</w:t>
      </w:r>
    </w:p>
    <w:p>
      <w:r>
        <w:rPr>
          <w:rFonts w:ascii="Courier New" w:hAnsi="Courier New"/>
          <w:color w:val="555555"/>
          <w:sz w:val="20"/>
        </w:rPr>
        <w:t>[4 . 42 . 1]</w:t>
      </w:r>
    </w:p>
    <w:p>
      <w:r>
        <w:rPr>
          <w:rFonts w:ascii="Gentium Plus" w:hAnsi="Gentium Plus"/>
          <w:sz w:val="24"/>
        </w:rPr>
        <w:t>Μίσυ καύσας ἐν ὀθονίῳ καὶ λειώσας ἐμφύσα, ἢ κηκῖδα λειώσας καὶ καύσας παραπλησίως χρῶ, ἢ στυπτηρίαν ὀπτήσας καὶ λειώσας ἔλαιον προσεγχέας ἐμφύσα.</w:t>
      </w:r>
    </w:p>
    <w:p>
      <w:pPr>
        <w:jc w:val="center"/>
      </w:pPr>
      <w:r>
        <w:rPr>
          <w:rFonts w:ascii="Gentium Plus" w:hAnsi="Gentium Plus"/>
          <w:b/>
          <w:sz w:val="24"/>
        </w:rPr>
        <w:t>Πρὸς τὰς ἐν ὠσὶν ὑπερσαρκώσεις.</w:t>
      </w:r>
    </w:p>
    <w:p>
      <w:r>
        <w:rPr>
          <w:rFonts w:ascii="Courier New" w:hAnsi="Courier New"/>
          <w:color w:val="555555"/>
          <w:sz w:val="20"/>
        </w:rPr>
        <w:t>[4 . 43 . 1]</w:t>
      </w:r>
    </w:p>
    <w:p>
      <w:r>
        <w:rPr>
          <w:rFonts w:ascii="Gentium Plus" w:hAnsi="Gentium Plus"/>
          <w:sz w:val="24"/>
        </w:rPr>
        <w:t>Τὰς δ’ ὑπερσαρκώσεις τὰς ἐν ὠσὶν ἀφαιρεῖ ταχέως τρὺξ μετ’ ἀσβέστου καὶ κονίας στακτῆς λεία, γλοιώδης δι’ ἐρίου καὶ μηλωτίδος προστεθεῖσα.</w:t>
      </w:r>
    </w:p>
    <w:p>
      <w:pPr>
        <w:jc w:val="center"/>
      </w:pPr>
      <w:r>
        <w:rPr>
          <w:rFonts w:ascii="Gentium Plus" w:hAnsi="Gentium Plus"/>
          <w:b/>
          <w:sz w:val="24"/>
        </w:rPr>
        <w:t>Περὶ παρωτίδων.</w:t>
      </w:r>
    </w:p>
    <w:p>
      <w:r>
        <w:rPr>
          <w:rFonts w:ascii="Courier New" w:hAnsi="Courier New"/>
          <w:color w:val="555555"/>
          <w:sz w:val="20"/>
        </w:rPr>
        <w:t>[4 . 44 . 1]</w:t>
      </w:r>
    </w:p>
    <w:p>
      <w:r>
        <w:rPr>
          <w:rFonts w:ascii="Gentium Plus" w:hAnsi="Gentium Plus"/>
          <w:sz w:val="24"/>
        </w:rPr>
        <w:t>Οὐχ ὡς ἐπὶ τῶν ἄλλων μορίων φλεγμαινόντων χρώμεθα τοῖς ἀποκρουστικοῖς, οὕτω καὶ ἐπὶ τῶν παρωτίδων, τοὐναντίον τοῖς ἑλκτι‐ κοῖς, σπεύδοντες τὸν λυποῦντα χυμὸν ἐκ τοῦ βάθους ἐπισπᾶσθαι πρὸς τὸ δέρμα καὶ συνεργεῖν τῇ φύσει δι’ ἀποσκημμάτων ἰωμένῃ τὸν πυ‐</w:t>
      </w:r>
    </w:p>
    <w:p>
      <w:r>
        <w:rPr>
          <w:rFonts w:ascii="Courier New" w:hAnsi="Courier New"/>
          <w:color w:val="555555"/>
          <w:sz w:val="20"/>
        </w:rPr>
        <w:t>[4 . 44 . 2]</w:t>
      </w:r>
    </w:p>
    <w:p>
      <w:r>
        <w:rPr>
          <w:rFonts w:ascii="Gentium Plus" w:hAnsi="Gentium Plus"/>
          <w:sz w:val="24"/>
        </w:rPr>
        <w:t>ρετόν. ἱκανὴν δ’ ὁρμὴν τῆς φύσεως ἐχούσης, ἡσυχάζομεν ἡμεῖς τὸ πᾶν ἐπιτρέποντες αὐτῇ, παρηγοροῦντες μόνον καὶ συμπέττοντες τοὺς συνδεδομένους χυμούς, ἐκπυηθέντας δ’ αὐτοὺς διαφορεῖν σπουδάζοντες.</w:t>
      </w:r>
    </w:p>
    <w:p>
      <w:r>
        <w:rPr>
          <w:rFonts w:ascii="Courier New" w:hAnsi="Courier New"/>
          <w:color w:val="555555"/>
          <w:sz w:val="20"/>
        </w:rPr>
        <w:t>[4 . 44 3,4]</w:t>
      </w:r>
    </w:p>
    <w:p>
      <w:r>
        <w:rPr>
          <w:rFonts w:ascii="Gentium Plus" w:hAnsi="Gentium Plus"/>
          <w:sz w:val="24"/>
        </w:rPr>
        <w:t>σκληρία δ’ εἰ φαίνοιτο, μίξομεν τὰ μαλακτικὰ τοῖς ἑλκτικοῖς. τὰς</w:t>
      </w:r>
    </w:p>
    <w:p>
      <w:r>
        <w:rPr>
          <w:rFonts w:ascii="Courier New" w:hAnsi="Courier New"/>
          <w:color w:val="555555"/>
          <w:sz w:val="20"/>
        </w:rPr>
        <w:t>[4 . 44 . 4 (2)]</w:t>
      </w:r>
    </w:p>
    <w:p>
      <w:r>
        <w:rPr>
          <w:rFonts w:ascii="Gentium Plus" w:hAnsi="Gentium Plus"/>
          <w:sz w:val="24"/>
        </w:rPr>
        <w:t>μέντοι μετρίας παρωτίδας, ἐφ’ ὧν μήτε πλῆθός ἐστι τὸ ἐπιρρέον μήτε ὀδύνη βίαιος μήτε ἐκπυήσεως προσδοκία, ῥᾳδίως ἰασόμεθα, πυρίᾳ δι’ ἅλμης καὶ καταπλάσμασι καὶ φαρμάκοις διαφορητικωτέροις, οἷά εἰσιν</w:t>
      </w:r>
    </w:p>
    <w:p>
      <w:r>
        <w:rPr>
          <w:rFonts w:ascii="Courier New" w:hAnsi="Courier New"/>
          <w:color w:val="555555"/>
          <w:sz w:val="20"/>
        </w:rPr>
        <w:t>[5]</w:t>
      </w:r>
    </w:p>
    <w:p>
      <w:r>
        <w:rPr>
          <w:rFonts w:ascii="Gentium Plus" w:hAnsi="Gentium Plus"/>
          <w:sz w:val="24"/>
        </w:rPr>
        <w:t>ἥ τε Μνασέου καὶ ἡ διὰ χυλοῦ, καὶ τούτων μαλακώτεραι αἱ κηρωτο‐</w:t>
      </w:r>
    </w:p>
    <w:p>
      <w:r>
        <w:rPr>
          <w:rFonts w:ascii="Courier New" w:hAnsi="Courier New"/>
          <w:color w:val="555555"/>
          <w:sz w:val="20"/>
        </w:rPr>
        <w:t>[4 . 44 . 5]</w:t>
      </w:r>
    </w:p>
    <w:p>
      <w:r>
        <w:rPr>
          <w:rFonts w:ascii="Gentium Plus" w:hAnsi="Gentium Plus"/>
          <w:sz w:val="24"/>
        </w:rPr>
        <w:t>ειδεῖς, καὶ διὰ βουτύρου καὶ οἰσύπου. κήρυκες κεκαυμένοι καὶ πορ‐ φύραι καὶ ὄστρεα ἐπὶ τῶν ἤδη σκιρρουμένων καὶ χρονιζουσῶν παρ‐ ωτίδων ἐπιτήδεια· γίνεται γὰρ ἄλυπόν τε καὶ ἄδηκτον φάρμακον, οὐ μόνον εἴ τις μέλιτι δεύσειεν αὐτῶν τὴν τέφραν, ἀλλὰ πολὺ μᾶλλον</w:t>
      </w:r>
    </w:p>
    <w:p>
      <w:r>
        <w:rPr>
          <w:rFonts w:ascii="Courier New" w:hAnsi="Courier New"/>
          <w:color w:val="555555"/>
          <w:sz w:val="20"/>
        </w:rPr>
        <w:t>[5]</w:t>
      </w:r>
    </w:p>
    <w:p>
      <w:r>
        <w:rPr>
          <w:rFonts w:ascii="Gentium Plus" w:hAnsi="Gentium Plus"/>
          <w:sz w:val="24"/>
        </w:rPr>
        <w:t>εἰ παλαιὸν στέαρ ὑὸς ἄναλον ἐξινίσας μίξειεν· ἀλυπότατα γὰρ τοῦτο διαφορεῖ πάσας τὰς χρονιζούσας φλεγμονάς, κἂν ἐκ ῥευματικῆς ὦσι</w:t>
      </w:r>
    </w:p>
    <w:p>
      <w:r>
        <w:rPr>
          <w:rFonts w:ascii="Courier New" w:hAnsi="Courier New"/>
          <w:color w:val="555555"/>
          <w:sz w:val="20"/>
        </w:rPr>
        <w:t>[4 . 44 . 6]</w:t>
      </w:r>
    </w:p>
    <w:p>
      <w:r>
        <w:rPr>
          <w:rFonts w:ascii="Gentium Plus" w:hAnsi="Gentium Plus"/>
          <w:sz w:val="24"/>
        </w:rPr>
        <w:t>διαθέσεως. ἁρμόττει δ’ ἐπὶ τῶν ἤδη σκιρρουμένων καὶ ἰσχὰς ἡψημένη ἐν θαλάττῃ ἢ ἅλμῃ ὁμοίως καὶ θέρμων πικρῶν τὸ ἄλευρον ἑψηθὲν μετὰ μέλιτος, ὀλίγης ἀσβέστου μιγείσης, καταπλασσόμενον.</w:t>
      </w:r>
    </w:p>
    <w:p>
      <w:pPr>
        <w:jc w:val="center"/>
      </w:pPr>
      <w:r>
        <w:rPr>
          <w:rFonts w:ascii="Gentium Plus" w:hAnsi="Gentium Plus"/>
          <w:b/>
          <w:sz w:val="24"/>
        </w:rPr>
        <w:t>Περὶ τῶν τῆς ῥινὸς παθῶν, ὀζαινῶν καὶ πολύπων.</w:t>
      </w:r>
    </w:p>
    <w:p>
      <w:r>
        <w:rPr>
          <w:rFonts w:ascii="Courier New" w:hAnsi="Courier New"/>
          <w:color w:val="555555"/>
          <w:sz w:val="20"/>
        </w:rPr>
        <w:t>[4 . 45 . 1]</w:t>
      </w:r>
    </w:p>
    <w:p>
      <w:r>
        <w:rPr>
          <w:rFonts w:ascii="Gentium Plus" w:hAnsi="Gentium Plus"/>
          <w:sz w:val="24"/>
        </w:rPr>
        <w:t>Κοινὴ θεραπεία ὀζαινῶν καὶ πολύπων ξηρᾶναι πρῶτον καὶ ῥῶσαι τὴν κεφαλήν, ἐπιτιθέντας κατ’ αὐτῆς ἢ τὴν δι’ ἀνεμώνης ἢ τὴν διὰ κοχλιῶν, ἧς ἡ σύνθεσίς ἐστιν αὕτη· σμύρνης, λιβάνου ἀνὰ 𐆄 α, κο‐ χλίους ὁλοκλήρους ε, ὠῶν τὰ λευκὰ β, ὁλμοκοπήσας καὶ μίξας ἅπαντα,</w:t>
      </w:r>
    </w:p>
    <w:p>
      <w:r>
        <w:rPr>
          <w:rFonts w:ascii="Courier New" w:hAnsi="Courier New"/>
          <w:color w:val="555555"/>
          <w:sz w:val="20"/>
        </w:rPr>
        <w:t>[5]</w:t>
      </w:r>
    </w:p>
    <w:p>
      <w:r>
        <w:rPr>
          <w:rFonts w:ascii="Gentium Plus" w:hAnsi="Gentium Plus"/>
          <w:sz w:val="24"/>
        </w:rPr>
        <w:t>κατάχριε ἐπιτιθεὶς ὀθόνῃ καὶ ἐῶν ἐφ’ ἡμέρας θ· καὶ οὕτω τοῖς τοπι‐</w:t>
      </w:r>
    </w:p>
    <w:p>
      <w:r>
        <w:rPr>
          <w:rFonts w:ascii="Courier New" w:hAnsi="Courier New"/>
          <w:color w:val="555555"/>
          <w:sz w:val="20"/>
        </w:rPr>
        <w:t>[4 . 45 . 2]</w:t>
      </w:r>
    </w:p>
    <w:p>
      <w:r>
        <w:rPr>
          <w:rFonts w:ascii="Gentium Plus" w:hAnsi="Gentium Plus"/>
          <w:sz w:val="24"/>
        </w:rPr>
        <w:t>κοῖς χρῶ. —Ἐπὶ τοίνυν τῶν πολύπων τῷ διὰ τῶν ῥοιῶν χρησό‐</w:t>
      </w:r>
    </w:p>
    <w:p>
      <w:r>
        <w:rPr>
          <w:rFonts w:ascii="Courier New" w:hAnsi="Courier New"/>
          <w:color w:val="555555"/>
          <w:sz w:val="20"/>
        </w:rPr>
        <w:t>[4 . 45 . 3]</w:t>
      </w:r>
    </w:p>
    <w:p>
      <w:r>
        <w:rPr>
          <w:rFonts w:ascii="Gentium Plus" w:hAnsi="Gentium Plus"/>
          <w:sz w:val="24"/>
        </w:rPr>
        <w:t>μεθα· πάνυ γὰρ ἄκρως ἐνεργεῖ. λαμβανέσθωσαν δ’ ἴσαι κατὰ τὸ μέγε‐ θος καὶ τὸν ἀριθμὸν αἵ τε αὐστηραὶ καὶ ὀξεῖαι καὶ γλυκεῖαι· κοπέ‐ σθωσάν τε καὶ συνθλάσθωσαν ὅλαι πρόσφατοι καὶ πέπειροι, καὶ ὁ χυλὸς αὐτῶν ἐκθλιβέσθω καὶ ἐν ἀγγείῳ κατατιθέσθω κασσιτερίνῳ, πρό‐</w:t>
      </w:r>
    </w:p>
    <w:p>
      <w:r>
        <w:rPr>
          <w:rFonts w:ascii="Courier New" w:hAnsi="Courier New"/>
          <w:color w:val="555555"/>
          <w:sz w:val="20"/>
        </w:rPr>
        <w:t>[5]</w:t>
      </w:r>
    </w:p>
    <w:p>
      <w:r>
        <w:rPr>
          <w:rFonts w:ascii="Gentium Plus" w:hAnsi="Gentium Plus"/>
          <w:sz w:val="24"/>
        </w:rPr>
        <w:t>τερον ἐπ’ ὀλίγον ἡψημένος, εἰ φαίνοιτο τοῦ προσήκοντος ὑγρότερος.</w:t>
      </w:r>
    </w:p>
    <w:p>
      <w:r>
        <w:rPr>
          <w:rFonts w:ascii="Courier New" w:hAnsi="Courier New"/>
          <w:color w:val="555555"/>
          <w:sz w:val="20"/>
        </w:rPr>
        <w:t>[4 . 45 . 4]</w:t>
      </w:r>
    </w:p>
    <w:p>
      <w:r>
        <w:rPr>
          <w:rFonts w:ascii="Gentium Plus" w:hAnsi="Gentium Plus"/>
          <w:sz w:val="24"/>
        </w:rPr>
        <w:t>τὸ δ’ ὑπολειφθὲν αὐτῶν στερεὸν κόπτειν ἀκριβῶς καὶ λειοῦν πάλιν ἐν θυΐᾳ καὶ ἀναπλάσσειν κολλυρίοις ὅμοια ἁρμόζειν δυνάμενα τῇ ῥινὶ τοῦ πάσχοντος· ἐναρμόζεται γὰρ τῷ πόρῳ τῆς ῥινός, ἐν ᾧ ὁ πολύ‐ πους ἐστίν· ἄνευ γὰρ δήξεως καὶ συμπαθείας ταὐτὸν ἐργάζεται τοῖς</w:t>
      </w:r>
    </w:p>
    <w:p>
      <w:r>
        <w:rPr>
          <w:rFonts w:ascii="Courier New" w:hAnsi="Courier New"/>
          <w:color w:val="555555"/>
          <w:sz w:val="20"/>
        </w:rPr>
        <w:t>[4 . 45 . 5]</w:t>
      </w:r>
    </w:p>
    <w:p>
      <w:r>
        <w:rPr>
          <w:rFonts w:ascii="Gentium Plus" w:hAnsi="Gentium Plus"/>
          <w:sz w:val="24"/>
        </w:rPr>
        <w:t>δριμέσι φαρμάκοις ἐν πλείονι χρόνῳ τὸν πολύπουν ἀναλίσκων. ἐὰν μὲν οὖν ὑγρότερος καὶ πλαδαρώτερος ὁ πολύπους σοι φανῇ, τῶν αὐστηρῶν ῥοιῶν πλέον ἐμβαλεῖς· ἐὰν δὲ σκληρότερος, τῶν γλυκειῶν.</w:t>
      </w:r>
    </w:p>
    <w:p>
      <w:r>
        <w:rPr>
          <w:rFonts w:ascii="Courier New" w:hAnsi="Courier New"/>
          <w:color w:val="555555"/>
          <w:sz w:val="20"/>
        </w:rPr>
        <w:t>[4 . 45 . 6]</w:t>
      </w:r>
    </w:p>
    <w:p>
      <w:r>
        <w:rPr>
          <w:rFonts w:ascii="Gentium Plus" w:hAnsi="Gentium Plus"/>
          <w:sz w:val="24"/>
        </w:rPr>
        <w:t>δυσφορίαν δὲ τοῦ κολλυρίου παρέχοντος ἢ εἰ διὰ παντὸς ἐγκαίοιτο, διακόπτειν χρὴ τὴν χρῆσιν, καὶ καθ’ ὃν καιρὸν οὐκ ἐντίθεται, τῷ ἐκ‐ τεθλιμμένῳ χυλῷ χρηστέον, τόν τε πεπονθότα τόπον διαχρίοντα καὶ τὸν ἔνδον τοῦ στόματος, καθ’ ἃ μέρη συντέτρηται πρὸς τὸν οὐρανί‐</w:t>
      </w:r>
    </w:p>
    <w:p>
      <w:r>
        <w:rPr>
          <w:rFonts w:ascii="Courier New" w:hAnsi="Courier New"/>
          <w:color w:val="555555"/>
          <w:sz w:val="20"/>
        </w:rPr>
        <w:t>[4 . 45 . 7]</w:t>
      </w:r>
    </w:p>
    <w:p>
      <w:r>
        <w:rPr>
          <w:rFonts w:ascii="Gentium Plus" w:hAnsi="Gentium Plus"/>
          <w:sz w:val="24"/>
        </w:rPr>
        <w:t>σκον ἡ ῥίς, ἢ πτεροῖς ἢ ἐρίῳ περιβεβλημένῳ μηλωτίδι. καὶ τὸ διφρυγὲς</w:t>
      </w:r>
    </w:p>
    <w:p>
      <w:r>
        <w:rPr>
          <w:rFonts w:ascii="Courier New" w:hAnsi="Courier New"/>
          <w:color w:val="555555"/>
          <w:sz w:val="20"/>
        </w:rPr>
        <w:t>[4 . 45 . 8]</w:t>
      </w:r>
    </w:p>
    <w:p>
      <w:r>
        <w:rPr>
          <w:rFonts w:ascii="Gentium Plus" w:hAnsi="Gentium Plus"/>
          <w:sz w:val="24"/>
        </w:rPr>
        <w:t>δὲ δαπανᾷ πολύπουν ἐν πλείονι χρόνῳ. εἰ δέ τινι δι’ ἁπαλότητα καὶ</w:t>
      </w:r>
    </w:p>
    <w:p>
      <w:r>
        <w:rPr>
          <w:rFonts w:ascii="Courier New" w:hAnsi="Courier New"/>
          <w:color w:val="555555"/>
          <w:sz w:val="20"/>
        </w:rPr>
        <w:t>[4 . 45 . 9]</w:t>
      </w:r>
    </w:p>
    <w:p>
      <w:r>
        <w:rPr>
          <w:rFonts w:ascii="Gentium Plus" w:hAnsi="Gentium Plus"/>
          <w:sz w:val="24"/>
        </w:rPr>
        <w:t>τὰ μαλακὰ καὶ ὑγρὰ σώματα. δῆλον δ’ ὡς συνεχῶς δεῖ τὰ τοιαῦτα πάντα προσάγειν· ἐκκλύζεται γὰρ ὑπὸ τῆς ὑγρότητος.</w:t>
      </w:r>
    </w:p>
    <w:p>
      <w:pPr>
        <w:jc w:val="center"/>
      </w:pPr>
      <w:r>
        <w:rPr>
          <w:rFonts w:ascii="Gentium Plus" w:hAnsi="Gentium Plus"/>
          <w:b/>
          <w:sz w:val="24"/>
        </w:rPr>
        <w:t>Πρὸς τὰ ἐν τοῖς πόροις τῆς ῥινὸς ἕλκη.</w:t>
      </w:r>
    </w:p>
    <w:p>
      <w:r>
        <w:rPr>
          <w:rFonts w:ascii="Courier New" w:hAnsi="Courier New"/>
          <w:color w:val="555555"/>
          <w:sz w:val="20"/>
        </w:rPr>
        <w:t>[4 . 46 . 1]</w:t>
      </w:r>
    </w:p>
    <w:p>
      <w:r>
        <w:rPr>
          <w:rFonts w:ascii="Gentium Plus" w:hAnsi="Gentium Plus"/>
          <w:sz w:val="24"/>
        </w:rPr>
        <w:t>Τὰ δ’ ἐν τοῖς πόροις τῆς ῥινὸς ἕλκη θεραπεύουσιν ὅ τε Ἄνδρωνος καὶ ὁ Πολυείδους ἀνιέμενος δι’ οἴνου, ποτὲ μὲν γλυκέος, ποτὲ δ’</w:t>
      </w:r>
    </w:p>
    <w:p>
      <w:r>
        <w:rPr>
          <w:rFonts w:ascii="Courier New" w:hAnsi="Courier New"/>
          <w:color w:val="555555"/>
          <w:sz w:val="20"/>
        </w:rPr>
        <w:t>[4 . 46 . 2]</w:t>
      </w:r>
    </w:p>
    <w:p>
      <w:r>
        <w:rPr>
          <w:rFonts w:ascii="Gentium Plus" w:hAnsi="Gentium Plus"/>
          <w:sz w:val="24"/>
        </w:rPr>
        <w:t>αὐστηροῦ, πολλάκις δὲ καὶ δι’ ὄξους. ἐὰν μὲν οὖν δριμὺ μόνον ὑγρὸν ἐπιρρεύσῃ τοῖς πόροις, δυσίατα μὲν ἕλκη συνίσταται, χωρὶς δ’ ὀσμῆς μοχθηρᾶς· ἐὰν δὲ μετὰ δριμύτητος καὶ σηπεδονῶδες ᾖ τὸ ἐπιρρέον,</w:t>
      </w:r>
    </w:p>
    <w:p>
      <w:r>
        <w:rPr>
          <w:rFonts w:ascii="Courier New" w:hAnsi="Courier New"/>
          <w:color w:val="555555"/>
          <w:sz w:val="20"/>
        </w:rPr>
        <w:t>[4 . 46 . 3]</w:t>
      </w:r>
    </w:p>
    <w:p>
      <w:r>
        <w:rPr>
          <w:rFonts w:ascii="Gentium Plus" w:hAnsi="Gentium Plus"/>
          <w:sz w:val="24"/>
        </w:rPr>
        <w:t>αἱ ὄζαιναι γίνονται. θεραπεύσεις δ’ αὐτὰς καλαμίνθης χυλὸν ἐγχυμα‐ τίζων ἢ μέλι ἐνιεὶς ταῖς ῥισὶ καὶ διαστήσας πταρμοῖς τε τὰς ἐφελ‐ κίδας ἐκβάλλων, εἶτ’ ἐλλέβορον λευκὸν ποιῶν ἀνασπᾶν τὸν πάσχοντα ὡς πλεῖστον τῇ ῥινί, καὶ μετὰ ταῦτα διαχρίων ἀμόργῃ μετὰ μέλιτος.</w:t>
      </w:r>
    </w:p>
    <w:p>
      <w:r>
        <w:rPr>
          <w:rFonts w:ascii="Courier New" w:hAnsi="Courier New"/>
          <w:color w:val="555555"/>
          <w:sz w:val="20"/>
        </w:rPr>
        <w:t>[4 . 46 4,5]</w:t>
      </w:r>
    </w:p>
    <w:p>
      <w:r>
        <w:rPr>
          <w:rFonts w:ascii="Gentium Plus" w:hAnsi="Gentium Plus"/>
          <w:sz w:val="24"/>
        </w:rPr>
        <w:t>διάχριε δὲ τοὺς πόρους χαλκίτιδι ἢ χαλκάνθῳ μετὰ μέλιτος. ἐὰν δὲ</w:t>
      </w:r>
    </w:p>
    <w:p>
      <w:r>
        <w:rPr>
          <w:rFonts w:ascii="Courier New" w:hAnsi="Courier New"/>
          <w:color w:val="555555"/>
          <w:sz w:val="20"/>
        </w:rPr>
        <w:t>[4 . 46 . 5 (2)]</w:t>
      </w:r>
    </w:p>
    <w:p>
      <w:r>
        <w:rPr>
          <w:rFonts w:ascii="Gentium Plus" w:hAnsi="Gentium Plus"/>
          <w:sz w:val="24"/>
        </w:rPr>
        <w:t>παλαιὰ ᾖ, καὶ ὄξος δριμὺ πρόσβαλε.</w:t>
      </w:r>
    </w:p>
    <w:p>
      <w:pPr>
        <w:jc w:val="center"/>
      </w:pPr>
      <w:r>
        <w:rPr>
          <w:rFonts w:ascii="Gentium Plus" w:hAnsi="Gentium Plus"/>
          <w:b/>
          <w:sz w:val="24"/>
        </w:rPr>
        <w:t>Περὶ κατάρρου καὶ κορύζης.</w:t>
      </w:r>
    </w:p>
    <w:p>
      <w:r>
        <w:rPr>
          <w:rFonts w:ascii="Courier New" w:hAnsi="Courier New"/>
          <w:color w:val="555555"/>
          <w:sz w:val="20"/>
        </w:rPr>
        <w:t>[4 . 47 . 1]</w:t>
      </w:r>
    </w:p>
    <w:p>
      <w:r>
        <w:rPr>
          <w:rFonts w:ascii="Gentium Plus" w:hAnsi="Gentium Plus"/>
          <w:sz w:val="24"/>
        </w:rPr>
        <w:t>Τοὺς ἀπὸ τῆς κεφαλῆς κατάρρους ἀμεληθέντας πολλῶν αἰτίους κακῶν γίνεσθαι συμβαίνει· τὸ μὲν οὖν φλεγμῆναι τὸν γαργαρεῶνα καὶ τὰς ἀντιάδας ἐπ’ αὐτοῖς μέτριον, τὸ δὲ βραγχώδη συστῆναι χρονίαν διάθεσιν οὐ μικρόν· αἷμά τε γὰρ ἤδη τινὲς ἔπτυσαν ἐκ κατάρρου καὶ</w:t>
      </w:r>
    </w:p>
    <w:p>
      <w:r>
        <w:rPr>
          <w:rFonts w:ascii="Courier New" w:hAnsi="Courier New"/>
          <w:color w:val="555555"/>
          <w:sz w:val="20"/>
        </w:rPr>
        <w:t>[5]</w:t>
      </w:r>
    </w:p>
    <w:p>
      <w:r>
        <w:rPr>
          <w:rFonts w:ascii="Gentium Plus" w:hAnsi="Gentium Plus"/>
          <w:sz w:val="24"/>
        </w:rPr>
        <w:t>πύον ἀνήνεγκαν καὶ φθινώδεις ἐγένοντο καὶ τὴν φωνὴν ἐβλάβησαν.</w:t>
      </w:r>
    </w:p>
    <w:p>
      <w:r>
        <w:rPr>
          <w:rFonts w:ascii="Courier New" w:hAnsi="Courier New"/>
          <w:color w:val="555555"/>
          <w:sz w:val="20"/>
        </w:rPr>
        <w:t>[4 . 47 . 2]</w:t>
      </w:r>
    </w:p>
    <w:p>
      <w:r>
        <w:rPr>
          <w:rFonts w:ascii="Gentium Plus" w:hAnsi="Gentium Plus"/>
          <w:sz w:val="24"/>
        </w:rPr>
        <w:t>χρὴ οὖν ἰᾶσθαι παντοίως τὸν κατάρρουν τῷ τε ἐνδεέστερον ταῖς τρο‐ φαῖς χρῆσθαι καὶ τῷ πίνειν ἔλαττον, ἰρίνου τε ὑποστάθμῃ καταχρίειν τὸ βρέγμα καὶ ἐπιβρέχειν ἀφεψήματι πηγάνου καὶ δαφνίνῳ ἐλαίῳ·</w:t>
      </w:r>
    </w:p>
    <w:p>
      <w:r>
        <w:rPr>
          <w:rFonts w:ascii="Courier New" w:hAnsi="Courier New"/>
          <w:color w:val="555555"/>
          <w:sz w:val="20"/>
        </w:rPr>
        <w:t>[4 . 47 . 3]</w:t>
      </w:r>
    </w:p>
    <w:p>
      <w:r>
        <w:rPr>
          <w:rFonts w:ascii="Gentium Plus" w:hAnsi="Gentium Plus"/>
          <w:sz w:val="24"/>
        </w:rPr>
        <w:t>πέττει γὰρ ταῦτα καὶ παχύνει τὸν κατάρρουν· συνεργεῖν δὲ καὶ τῇ σκέπῃ καὶ μὴ καθεύδειν ὕπτιον· τοῖς γὰρ οὕτω κλινομένοις ῥᾳδίως</w:t>
      </w:r>
    </w:p>
    <w:p>
      <w:r>
        <w:rPr>
          <w:rFonts w:ascii="Courier New" w:hAnsi="Courier New"/>
          <w:color w:val="555555"/>
          <w:sz w:val="20"/>
        </w:rPr>
        <w:t>[4 . 47 . 4]</w:t>
      </w:r>
    </w:p>
    <w:p>
      <w:r>
        <w:rPr>
          <w:rFonts w:ascii="Gentium Plus" w:hAnsi="Gentium Plus"/>
          <w:sz w:val="24"/>
        </w:rPr>
        <w:t>εἰς ἀρτηρίαν τὸ ὑγρὸν συνδίδοται. δεῖ δὲ καὶ ἀνακογχυλιάζεσθαι συν‐ εχῶς τοῖς στύφουσιν, ἢ ῥόδα ἐν ὕδατι ἀφεψῶντα ἢ ῥοῦν ἢ σχῖνον ἢ</w:t>
      </w:r>
    </w:p>
    <w:p>
      <w:r>
        <w:rPr>
          <w:rFonts w:ascii="Courier New" w:hAnsi="Courier New"/>
          <w:color w:val="555555"/>
          <w:sz w:val="20"/>
        </w:rPr>
        <w:t>[4 . 47 . 5]</w:t>
      </w:r>
    </w:p>
    <w:p>
      <w:r>
        <w:rPr>
          <w:rFonts w:ascii="Gentium Plus" w:hAnsi="Gentium Plus"/>
          <w:sz w:val="24"/>
        </w:rPr>
        <w:t>ὀξύκρατον. οὐ χεῖρον δὲ καὶ εἰς τὴν ῥῖνα παροχετεύειν τὸν κατάρρουν, ὀσφραντοῖς μὲν τῷ μελανθίῳ καὶ τῷ ἀνήσῳ, ἐγχύτοις δὲ καὶ τῷ μελαν‐ θίῳ μὲν μετ’ ὄξους τετριμμένῳ, καὶ τεύτλου δὲ καὶ ἀναγαλλίδος χυλῷ·</w:t>
      </w:r>
    </w:p>
    <w:p>
      <w:r>
        <w:rPr>
          <w:rFonts w:ascii="Courier New" w:hAnsi="Courier New"/>
          <w:color w:val="555555"/>
          <w:sz w:val="20"/>
        </w:rPr>
        <w:t>[4 . 47 . 6]</w:t>
      </w:r>
    </w:p>
    <w:p>
      <w:r>
        <w:rPr>
          <w:rFonts w:ascii="Gentium Plus" w:hAnsi="Gentium Plus"/>
          <w:sz w:val="24"/>
        </w:rPr>
        <w:t>ῥυὲν γὰρ ἐνταῦθα τὸ ὑγρὸν ῥύεται τοῦ κινδύνου τὸν πνεύμονα. τὰ δὲ τῆς κορύζης μικρὰ ἐνοχλήσαντα ῥᾳδίως καθίσταται τῷ τε ἰρίνῳ καὶ τῷ δαφνίνῳ χρισαμένων, καὶ λύγου σπέρματι ἐν ἐλαίῳ ἑψηθέντι</w:t>
      </w:r>
    </w:p>
    <w:p>
      <w:pPr>
        <w:jc w:val="center"/>
      </w:pPr>
      <w:r>
        <w:rPr>
          <w:rFonts w:ascii="Gentium Plus" w:hAnsi="Gentium Plus"/>
          <w:b/>
          <w:sz w:val="24"/>
        </w:rPr>
        <w:t>Πρὸς πταρμοὺς συνεχεῖς καὶ κορύζας.</w:t>
      </w:r>
    </w:p>
    <w:p>
      <w:r>
        <w:rPr>
          <w:rFonts w:ascii="Courier New" w:hAnsi="Courier New"/>
          <w:color w:val="555555"/>
          <w:sz w:val="20"/>
        </w:rPr>
        <w:t>[4 . 48 . 1]</w:t>
      </w:r>
    </w:p>
    <w:p>
      <w:r>
        <w:rPr>
          <w:rFonts w:ascii="Gentium Plus" w:hAnsi="Gentium Plus"/>
          <w:sz w:val="24"/>
        </w:rPr>
        <w:t>Μελάνθιον ξηρὸν ἐνδήσας εἰς ὀθόνιον καὶ διατρίψας χερσὶ τοῦτο ἐν τῷ ὀθονίῳ τὴν ὀσμὴν ἐπὶ πλέον ἀνασπᾶν κέλευε. ἢ θύμον στέατι φυράσας εἰς τέφραν ἔγκρυψον, καὶ ὅταν ὀπτηθῇ, συντρίψας κέλευε τὴν ὀσμὴν ἀνασπᾶν τοῖς μυκτῆρσιν. ἢ σμύρναν διεὶς ἐν οἴνῳ εὐώδει</w:t>
      </w:r>
    </w:p>
    <w:p>
      <w:r>
        <w:rPr>
          <w:rFonts w:ascii="Courier New" w:hAnsi="Courier New"/>
          <w:color w:val="555555"/>
          <w:sz w:val="20"/>
        </w:rPr>
        <w:t>[5]</w:t>
      </w:r>
    </w:p>
    <w:p>
      <w:r>
        <w:rPr>
          <w:rFonts w:ascii="Gentium Plus" w:hAnsi="Gentium Plus"/>
          <w:sz w:val="24"/>
        </w:rPr>
        <w:t>διάχριε τοὺς μυκτῆρας παχυτάτῳ.</w:t>
      </w:r>
    </w:p>
    <w:p>
      <w:pPr>
        <w:jc w:val="center"/>
      </w:pPr>
      <w:r>
        <w:rPr>
          <w:rFonts w:ascii="Gentium Plus" w:hAnsi="Gentium Plus"/>
          <w:b/>
          <w:sz w:val="24"/>
        </w:rPr>
        <w:t>Πρὸς ὑπώπια.</w:t>
      </w:r>
    </w:p>
    <w:p>
      <w:r>
        <w:rPr>
          <w:rFonts w:ascii="Courier New" w:hAnsi="Courier New"/>
          <w:color w:val="555555"/>
          <w:sz w:val="20"/>
        </w:rPr>
        <w:t>[4 . 49 . 1]</w:t>
      </w:r>
    </w:p>
    <w:p>
      <w:r>
        <w:rPr>
          <w:rFonts w:ascii="Gentium Plus" w:hAnsi="Gentium Plus"/>
          <w:sz w:val="24"/>
        </w:rPr>
        <w:t>Τὰ ὑπώπια πυριᾶν δεῖ μελιλώτου καὶ τήλεως ἀφεψήματι, εἶτ’</w:t>
      </w:r>
    </w:p>
    <w:p>
      <w:r>
        <w:rPr>
          <w:rFonts w:ascii="Courier New" w:hAnsi="Courier New"/>
          <w:color w:val="555555"/>
          <w:sz w:val="20"/>
        </w:rPr>
        <w:t>[4 . 49 . 2]</w:t>
      </w:r>
    </w:p>
    <w:p>
      <w:r>
        <w:rPr>
          <w:rFonts w:ascii="Gentium Plus" w:hAnsi="Gentium Plus"/>
          <w:sz w:val="24"/>
        </w:rPr>
        <w:t>ἀνιέντα κολλύριον τὸ Νείλου διάρροδον τῷ ἀφεψήματι χρίειν. μετὰ δὲ ταῦτα μόνης τῆς τήλεως ἀφέψημα πυριᾶν τό τε διάσμυρνον κολ‐</w:t>
      </w:r>
    </w:p>
    <w:p>
      <w:r>
        <w:rPr>
          <w:rFonts w:ascii="Courier New" w:hAnsi="Courier New"/>
          <w:color w:val="555555"/>
          <w:sz w:val="20"/>
        </w:rPr>
        <w:t>[4 . 49 . 3]</w:t>
      </w:r>
    </w:p>
    <w:p>
      <w:r>
        <w:rPr>
          <w:rFonts w:ascii="Gentium Plus" w:hAnsi="Gentium Plus"/>
          <w:sz w:val="24"/>
        </w:rPr>
        <w:t>λύριον ἐπιχρίειν. τούτῳ τῷ τρόπῳ θεραπεύσεις καὶ τὰ ὑπώπια, ἐὰν μὴ χρόνια τυγχάνῃ παντάπασιν· ἐφ’ ὧν χρῆσθαι δεῖ τοῖς γενναίως διαφοροῦσι τοῖς ἀναγραφησομένοις.</w:t>
      </w:r>
    </w:p>
    <w:p>
      <w:pPr>
        <w:jc w:val="center"/>
      </w:pPr>
      <w:r>
        <w:rPr>
          <w:rFonts w:ascii="Gentium Plus" w:hAnsi="Gentium Plus"/>
          <w:b/>
          <w:sz w:val="24"/>
        </w:rPr>
        <w:t>Πρὸς τὰ ἀρχόμενα ὑπώπια.</w:t>
      </w:r>
    </w:p>
    <w:p>
      <w:r>
        <w:rPr>
          <w:rFonts w:ascii="Courier New" w:hAnsi="Courier New"/>
          <w:color w:val="555555"/>
          <w:sz w:val="20"/>
        </w:rPr>
        <w:t>[4 . 50 . 1]</w:t>
      </w:r>
    </w:p>
    <w:p>
      <w:r>
        <w:rPr>
          <w:rFonts w:ascii="Gentium Plus" w:hAnsi="Gentium Plus"/>
          <w:sz w:val="24"/>
        </w:rPr>
        <w:t>Νεαλὴς τυρὸς καταπλασσόμενος θεραπεύει ἢ κυάμινον ἄλευρον μετὰ μέλιτος δευθὲν ἢ ὠοῦ λέκιθος μετὰ μέλιτος ὁμοίως· τὰ δὲ κε‐ χρονικότα καὶ ἤδη μελανθέντα ῥάφανος καταπλασσομένη (ἀφαιρεῖν δ’ αὐτήν, ὅταν ἄρξηται δάκνειν) καὶ ἄρου ῥίζα τεθεῖσα καὶ μιγεῖσα</w:t>
      </w:r>
    </w:p>
    <w:p>
      <w:r>
        <w:rPr>
          <w:rFonts w:ascii="Courier New" w:hAnsi="Courier New"/>
          <w:color w:val="555555"/>
          <w:sz w:val="20"/>
        </w:rPr>
        <w:t>[4 . 50 . 2]</w:t>
      </w:r>
    </w:p>
    <w:p>
      <w:r>
        <w:rPr>
          <w:rFonts w:ascii="Gentium Plus" w:hAnsi="Gentium Plus"/>
          <w:sz w:val="24"/>
        </w:rPr>
        <w:t>μέλιτι καταπλασσομένη. τὰ δὲ μετὰ φλεγμονῆς ὑπώπια πυριῶν ὕδατι</w:t>
      </w:r>
    </w:p>
    <w:p>
      <w:r>
        <w:rPr>
          <w:rFonts w:ascii="Courier New" w:hAnsi="Courier New"/>
          <w:color w:val="555555"/>
          <w:sz w:val="20"/>
        </w:rPr>
        <w:t>[4 . 50 . 3]</w:t>
      </w:r>
    </w:p>
    <w:p>
      <w:r>
        <w:rPr>
          <w:rFonts w:ascii="Gentium Plus" w:hAnsi="Gentium Plus"/>
          <w:sz w:val="24"/>
        </w:rPr>
        <w:t>θερμῷ κατάπλασσε ἑφθῇ φακῇ λείᾳ μετὰ μέλιτος. εἰ δὲ μετὰ διακοπῆς εἴη, τῇ μὲν διαιρέσει τῶν ἐναίμων τι ἐπιτίθει, τὰ δ’ ἔξωθεν κατά‐ πλασσε τοῖς ποιοῦσι πρὸς τὰ χωρὶς διακοπῆς.</w:t>
      </w:r>
    </w:p>
    <w:p>
      <w:pPr>
        <w:jc w:val="center"/>
      </w:pPr>
      <w:r>
        <w:rPr>
          <w:rFonts w:ascii="Gentium Plus" w:hAnsi="Gentium Plus"/>
          <w:b/>
          <w:sz w:val="24"/>
        </w:rPr>
        <w:t>Περὶ ἰόνθων.</w:t>
      </w:r>
    </w:p>
    <w:p>
      <w:r>
        <w:rPr>
          <w:rFonts w:ascii="Courier New" w:hAnsi="Courier New"/>
          <w:color w:val="555555"/>
          <w:sz w:val="20"/>
        </w:rPr>
        <w:t>[4 . 51 . 1]</w:t>
      </w:r>
    </w:p>
    <w:p>
      <w:r>
        <w:rPr>
          <w:rFonts w:ascii="Gentium Plus" w:hAnsi="Gentium Plus"/>
          <w:sz w:val="24"/>
        </w:rPr>
        <w:t>Ὄγκος σκληρὸς καὶ μικρός ἐστι καλούμενος ἴονθος ἐν τῷ κατὰ</w:t>
      </w:r>
    </w:p>
    <w:p>
      <w:r>
        <w:rPr>
          <w:rFonts w:ascii="Courier New" w:hAnsi="Courier New"/>
          <w:color w:val="555555"/>
          <w:sz w:val="20"/>
        </w:rPr>
        <w:t>[4 . 51 . 2]</w:t>
      </w:r>
    </w:p>
    <w:p>
      <w:r>
        <w:rPr>
          <w:rFonts w:ascii="Gentium Plus" w:hAnsi="Gentium Plus"/>
          <w:sz w:val="24"/>
        </w:rPr>
        <w:t>πρόσωπον δέρματι συνιστάμενος. τῶν μαλαττόντων καὶ διαφορούντων χρῄζων βοηθημάτων, μέλιτος Ἀττικοῦ κύαθον ὄξους δριμυτάτου τὸ ἴσον μίξας, χρῖε ἐπιμελῶς τοὺς ἰόνθους τῷ δακτύλῳ παρατρίβων, ἢ σχιστὴν λεάνας ἐπιμελῶς ἀναλάμβανε τερεβινθίνῃ καὶ μαλάξας ἐπιτίθει.</w:t>
      </w:r>
    </w:p>
    <w:p>
      <w:r>
        <w:rPr>
          <w:rFonts w:ascii="Courier New" w:hAnsi="Courier New"/>
          <w:color w:val="555555"/>
          <w:sz w:val="20"/>
        </w:rPr>
        <w:t>[4 . 51 . 3]</w:t>
      </w:r>
    </w:p>
    <w:p>
      <w:r>
        <w:rPr>
          <w:rFonts w:ascii="Gentium Plus" w:hAnsi="Gentium Plus"/>
          <w:sz w:val="24"/>
        </w:rPr>
        <w:t>πρὸς δὲ τοὺς κεχρονισμένους καὶ τετυλωμένους σάπωνος Γαλλικοῦ 𐅻 δ, ἀμμωνιακοῦ 𐅻 α ὕδατι διαλύσας ποίει κηρωτῆς πάχος καὶ ἐπι‐</w:t>
      </w:r>
    </w:p>
    <w:p>
      <w:r>
        <w:rPr>
          <w:rFonts w:ascii="Courier New" w:hAnsi="Courier New"/>
          <w:color w:val="555555"/>
          <w:sz w:val="20"/>
        </w:rPr>
        <w:t>[4 . 51 . 4]</w:t>
      </w:r>
    </w:p>
    <w:p>
      <w:r>
        <w:rPr>
          <w:rFonts w:ascii="Gentium Plus" w:hAnsi="Gentium Plus"/>
          <w:sz w:val="24"/>
        </w:rPr>
        <w:t>χρίσας καὶ διαστήσας ὥραν μίαν ἀπόνιπτε χλιαρῷ. —Ἄλλο· νίτρου, κόμμεως λευκοῦ τὸ ἴσον ὄξει διαλύσας καὶ τρίψας ἐπιμελῶς ἀνάπλασσε τροχίσκους καὶ ξήραινε ἐν σκιᾷ, ἐπὶ 〈δὲ〉 τῆς χρήσεως ὄξει διαλύων</w:t>
      </w:r>
    </w:p>
    <w:p>
      <w:r>
        <w:rPr>
          <w:rFonts w:ascii="Courier New" w:hAnsi="Courier New"/>
          <w:color w:val="555555"/>
          <w:sz w:val="20"/>
        </w:rPr>
        <w:t>[4 . 51 . 5]</w:t>
      </w:r>
    </w:p>
    <w:p>
      <w:r>
        <w:rPr>
          <w:rFonts w:ascii="Gentium Plus" w:hAnsi="Gentium Plus"/>
          <w:sz w:val="24"/>
        </w:rPr>
        <w:t>ἐπίχριε· ὅταν δὲ ξηρανθῇ, σάπωνι ἀπόσμηχε. ποιεῖ τοῦτο καὶ πρὸς</w:t>
      </w:r>
    </w:p>
    <w:p>
      <w:pPr>
        <w:jc w:val="center"/>
      </w:pPr>
      <w:r>
        <w:rPr>
          <w:rFonts w:ascii="Gentium Plus" w:hAnsi="Gentium Plus"/>
          <w:b/>
          <w:sz w:val="24"/>
        </w:rPr>
        <w:t>Πρὸς τὰς ἐπὶ τοῦ γενείου συκώδεις ἐπαναστάσεις.</w:t>
      </w:r>
    </w:p>
    <w:p>
      <w:r>
        <w:rPr>
          <w:rFonts w:ascii="Courier New" w:hAnsi="Courier New"/>
          <w:color w:val="555555"/>
          <w:sz w:val="20"/>
        </w:rPr>
        <w:t>[4 . 52 . 1]</w:t>
      </w:r>
    </w:p>
    <w:p>
      <w:r>
        <w:rPr>
          <w:rFonts w:ascii="Gentium Plus" w:hAnsi="Gentium Plus"/>
          <w:sz w:val="24"/>
        </w:rPr>
        <w:t>Λιθαργύρου, μίσυος ὠμοῦ ἴσα τρίψας κατάχριε, ἢ κόλλαν τεκτο‐</w:t>
      </w:r>
    </w:p>
    <w:p>
      <w:r>
        <w:rPr>
          <w:rFonts w:ascii="Courier New" w:hAnsi="Courier New"/>
          <w:color w:val="555555"/>
          <w:sz w:val="20"/>
        </w:rPr>
        <w:t>[4 . 52 . 2]</w:t>
      </w:r>
    </w:p>
    <w:p>
      <w:r>
        <w:rPr>
          <w:rFonts w:ascii="Gentium Plus" w:hAnsi="Gentium Plus"/>
          <w:sz w:val="24"/>
        </w:rPr>
        <w:t>νικὴν μετὰ μίλτου κατάχριε. —Ἄλλο σφόδρα γενναῖον· ἐλατηρίου, ἁλῶν ὀρυκτῶν ἴσα μίξας κατάπλασσε, παραπτόμενος πυρῆνι μήλης</w:t>
      </w:r>
    </w:p>
    <w:p>
      <w:r>
        <w:rPr>
          <w:rFonts w:ascii="Courier New" w:hAnsi="Courier New"/>
          <w:color w:val="555555"/>
          <w:sz w:val="20"/>
        </w:rPr>
        <w:t>[4 . 52 . 3]</w:t>
      </w:r>
    </w:p>
    <w:p>
      <w:r>
        <w:rPr>
          <w:rFonts w:ascii="Gentium Plus" w:hAnsi="Gentium Plus"/>
          <w:sz w:val="24"/>
        </w:rPr>
        <w:t>καθύγρου, ὥστε τὸ φάρμακον προσκαθίσαι. μετὰ δὲ τὴν τοῦ φαρμάκου</w:t>
      </w:r>
    </w:p>
    <w:p>
      <w:r>
        <w:rPr>
          <w:rFonts w:ascii="Courier New" w:hAnsi="Courier New"/>
          <w:color w:val="555555"/>
          <w:sz w:val="20"/>
        </w:rPr>
        <w:t>[4 . 52 . 4]</w:t>
      </w:r>
    </w:p>
    <w:p>
      <w:r>
        <w:rPr>
          <w:rFonts w:ascii="Gentium Plus" w:hAnsi="Gentium Plus"/>
          <w:sz w:val="24"/>
        </w:rPr>
        <w:t>ἐπίθεσιν χρηστέον λινοσπέρματι λειωθέντι μεθ’ ὕδατος. καθύγρων δ’ ὄντων τῶν ἑλκῶν, ἀφ’ ὧν ὕδωρ καθαρὸν ἀπορρεῖ, χρηστέον τῷ</w:t>
      </w:r>
    </w:p>
    <w:p>
      <w:r>
        <w:rPr>
          <w:rFonts w:ascii="Courier New" w:hAnsi="Courier New"/>
          <w:color w:val="555555"/>
          <w:sz w:val="20"/>
        </w:rPr>
        <w:t>[4 . 52 . 5]</w:t>
      </w:r>
    </w:p>
    <w:p>
      <w:r>
        <w:rPr>
          <w:rFonts w:ascii="Gentium Plus" w:hAnsi="Gentium Plus"/>
          <w:sz w:val="24"/>
        </w:rPr>
        <w:t>Ἄνδρωνος τροχίσκῳ. πρὸς δὲ τὰ ἐπὶ τῶν γενείων ἐξανθήματα σίδηρον πεπυρακτωμένον ἐπίβαλε ξύλῳ παλιούρου καὶ τὸ ἐπιγινόμενον ὑγρὸν λαβὼν κατάχριε, ἢ μύρτα λειώσας οἴνῳ κατάχριε, ἢ χάλκανθον ὄξει λειώσας κατάχριε.</w:t>
      </w:r>
    </w:p>
    <w:p>
      <w:pPr>
        <w:jc w:val="center"/>
      </w:pPr>
      <w:r>
        <w:rPr>
          <w:rFonts w:ascii="Gentium Plus" w:hAnsi="Gentium Plus"/>
          <w:b/>
          <w:sz w:val="24"/>
        </w:rPr>
        <w:t>Πρὸς ἔφηλιν, σπίλους, φακούς.</w:t>
      </w:r>
    </w:p>
    <w:p>
      <w:r>
        <w:rPr>
          <w:rFonts w:ascii="Courier New" w:hAnsi="Courier New"/>
          <w:color w:val="555555"/>
          <w:sz w:val="20"/>
        </w:rPr>
        <w:t>[4 52(bis) 1]</w:t>
      </w:r>
    </w:p>
    <w:p>
      <w:r>
        <w:rPr>
          <w:rFonts w:ascii="Gentium Plus" w:hAnsi="Gentium Plus"/>
          <w:sz w:val="24"/>
        </w:rPr>
        <w:t>Ἀμπέλου ἀγρίας οἱ βότρυες ἐφήλεις καὶ σπίλους ὅσα τε τοιαῦτα</w:t>
      </w:r>
    </w:p>
    <w:p>
      <w:r>
        <w:rPr>
          <w:rFonts w:ascii="Courier New" w:hAnsi="Courier New"/>
          <w:color w:val="555555"/>
          <w:sz w:val="20"/>
        </w:rPr>
        <w:t>[4 52(bis) 2]</w:t>
      </w:r>
    </w:p>
    <w:p>
      <w:r>
        <w:rPr>
          <w:rFonts w:ascii="Gentium Plus" w:hAnsi="Gentium Plus"/>
          <w:sz w:val="24"/>
        </w:rPr>
        <w:t>κατὰ τοῦ δέρματος ἐπιπολῆς γίνεται, θεραπεύσουσιν. ἀμύγδαλα πικρὰ ἔφηλιν ἀποκαθαίρει καὶ αἱ ῥίζαι τούτου τοῦ δένδρου ἑφθαὶ κατα‐</w:t>
      </w:r>
    </w:p>
    <w:p>
      <w:r>
        <w:rPr>
          <w:rFonts w:ascii="Courier New" w:hAnsi="Courier New"/>
          <w:color w:val="555555"/>
          <w:sz w:val="20"/>
        </w:rPr>
        <w:t>[4 52(bis) 3,4]</w:t>
      </w:r>
    </w:p>
    <w:p>
      <w:r>
        <w:rPr>
          <w:rFonts w:ascii="Gentium Plus" w:hAnsi="Gentium Plus"/>
          <w:sz w:val="24"/>
        </w:rPr>
        <w:t>πλασσόμεναι. κόστος πρὸς ἐφήλεις ποιεῖ μεθ’ ὑγρομέλιτος. κράμβη</w:t>
      </w:r>
    </w:p>
    <w:p>
      <w:r>
        <w:rPr>
          <w:rFonts w:ascii="Courier New" w:hAnsi="Courier New"/>
          <w:color w:val="555555"/>
          <w:sz w:val="20"/>
        </w:rPr>
        <w:t>[4 52(bis) 4 (2)]</w:t>
      </w:r>
    </w:p>
    <w:p>
      <w:r>
        <w:rPr>
          <w:rFonts w:ascii="Gentium Plus" w:hAnsi="Gentium Plus"/>
          <w:sz w:val="24"/>
        </w:rPr>
        <w:t>πρὸς ἐφήλεις καὶ φακοὺς ὅσα τε ἄλλα δεῖται μετρίας ῥύψεως. σηπίας ὄστρακα καυθέντα πρὸς ἐφήλεις καὶ φακοὺς ποιεῖ.</w:t>
      </w:r>
    </w:p>
    <w:p>
      <w:pPr>
        <w:jc w:val="center"/>
      </w:pPr>
      <w:r>
        <w:rPr>
          <w:rFonts w:ascii="Gentium Plus" w:hAnsi="Gentium Plus"/>
          <w:b/>
          <w:sz w:val="24"/>
        </w:rPr>
        <w:t>Πρόσωπα λαμπρύνοντα καὶ τετανοῦντα καὶ στιλπνοῦντα καὶ εὔχροιαν παρέχοντα καὶ ὑφ’ ἡλίου μὴ ὑποκαίεσθαι καὶ τὴν γενομένην ἐπίκαυσιν ἰᾶσθαι.</w:t>
      </w:r>
    </w:p>
    <w:p>
      <w:r>
        <w:rPr>
          <w:rFonts w:ascii="Courier New" w:hAnsi="Courier New"/>
          <w:color w:val="555555"/>
          <w:sz w:val="20"/>
        </w:rPr>
        <w:t>[4 . 53 . 1]</w:t>
      </w:r>
    </w:p>
    <w:p>
      <w:r>
        <w:rPr>
          <w:rFonts w:ascii="Gentium Plus" w:hAnsi="Gentium Plus"/>
          <w:sz w:val="24"/>
        </w:rPr>
        <w:t>Σίκυος ἐδώδιμος καὶ ὁ ἤδη πέπων λαμπρύνει τὸ σῶμα, καὶ μάλιστα εἰ ξηράνας τις τὸ σπέρμα κἄπειτα κόψας τε καὶ σήσας ῥύμματι χρῷτο.</w:t>
      </w:r>
    </w:p>
    <w:p>
      <w:r>
        <w:rPr>
          <w:rFonts w:ascii="Courier New" w:hAnsi="Courier New"/>
          <w:color w:val="555555"/>
          <w:sz w:val="20"/>
        </w:rPr>
        <w:t>[4 . 53 . 2]</w:t>
      </w:r>
    </w:p>
    <w:p>
      <w:r>
        <w:rPr>
          <w:rFonts w:ascii="Gentium Plus" w:hAnsi="Gentium Plus"/>
          <w:sz w:val="24"/>
        </w:rPr>
        <w:t>κροκοδείλου χερσαίου κόπρος λαμπρόν τε καὶ τετανὸν ἐργάζεται τὸ</w:t>
      </w:r>
    </w:p>
    <w:p>
      <w:r>
        <w:rPr>
          <w:rFonts w:ascii="Courier New" w:hAnsi="Courier New"/>
          <w:color w:val="555555"/>
          <w:sz w:val="20"/>
        </w:rPr>
        <w:t>[4 . 53 . 3]</w:t>
      </w:r>
    </w:p>
    <w:p>
      <w:r>
        <w:rPr>
          <w:rFonts w:ascii="Gentium Plus" w:hAnsi="Gentium Plus"/>
          <w:sz w:val="24"/>
        </w:rPr>
        <w:t>πρόσωπον· ὁμοία δ’ ἐστὶν αὐτῇ καὶ ἡ τῶν ψαρῶν, ὅταν ὄρυζαν μόνην</w:t>
      </w:r>
    </w:p>
    <w:p>
      <w:r>
        <w:rPr>
          <w:rFonts w:ascii="Courier New" w:hAnsi="Courier New"/>
          <w:color w:val="555555"/>
          <w:sz w:val="20"/>
        </w:rPr>
        <w:t>[4 . 53 4,5]</w:t>
      </w:r>
    </w:p>
    <w:p>
      <w:r>
        <w:rPr>
          <w:rFonts w:ascii="Gentium Plus" w:hAnsi="Gentium Plus"/>
          <w:sz w:val="24"/>
        </w:rPr>
        <w:t>ἐσθίωσιν· ἀπορρύπτουσιν οὖν καὶ ἔφηλιν. —Σικύου ἀγρίου τὰς ῥίζας</w:t>
      </w:r>
    </w:p>
    <w:p>
      <w:r>
        <w:rPr>
          <w:rFonts w:ascii="Courier New" w:hAnsi="Courier New"/>
          <w:color w:val="555555"/>
          <w:sz w:val="20"/>
        </w:rPr>
        <w:t>[4 . 53 . 5 (2)]</w:t>
      </w:r>
    </w:p>
    <w:p>
      <w:r>
        <w:rPr>
          <w:rFonts w:ascii="Gentium Plus" w:hAnsi="Gentium Plus"/>
          <w:sz w:val="24"/>
        </w:rPr>
        <w:t>κόψας φῶξον, καὶ ἑψήσας δι’ ὕδατος τρῖψον λεῖα καὶ κατάπλασσε·</w:t>
      </w:r>
    </w:p>
    <w:p>
      <w:r>
        <w:rPr>
          <w:rFonts w:ascii="Courier New" w:hAnsi="Courier New"/>
          <w:color w:val="555555"/>
          <w:sz w:val="20"/>
        </w:rPr>
        <w:t>[4 . 53 . 6]</w:t>
      </w:r>
    </w:p>
    <w:p>
      <w:r>
        <w:rPr>
          <w:rFonts w:ascii="Gentium Plus" w:hAnsi="Gentium Plus"/>
          <w:sz w:val="24"/>
        </w:rPr>
        <w:t>τετανὸν ποιεῖ καὶ λευκὸν τὸ πρόσωπον. ὁμοίως καὶ βρυωνίας ῥίζαι ἐν ἐλαίῳ ἑψηθεῖσαι καὶ χριόμεναι στιλπνὸν ποιοῦσι τὸ πρόσωπον.</w:t>
      </w:r>
    </w:p>
    <w:p>
      <w:r>
        <w:rPr>
          <w:rFonts w:ascii="Courier New" w:hAnsi="Courier New"/>
          <w:color w:val="555555"/>
          <w:sz w:val="20"/>
        </w:rPr>
        <w:t>[4 . 53 . 7]</w:t>
      </w:r>
    </w:p>
    <w:p>
      <w:r>
        <w:rPr>
          <w:rFonts w:ascii="Gentium Plus" w:hAnsi="Gentium Plus"/>
          <w:sz w:val="24"/>
        </w:rPr>
        <w:t>ὀρόβινον οἴνῳ εὐώδει λειώσας κατάπλασον· ἢ σεμιδάλεως χυλὸν κατα‐ στήσας ἀπόχεε τὸ ὑγρόν, καὶ τῇ ὑποστάθμῃ πρόσμιξον ὠοῦ τὸ λευκόν, ποιῶν μέλιτος πάχος· καὶ τούτῳ χρῖε τὸ πρόσωπον ἐν ἡλίῳ μέλλων</w:t>
      </w:r>
    </w:p>
    <w:p>
      <w:r>
        <w:rPr>
          <w:rFonts w:ascii="Courier New" w:hAnsi="Courier New"/>
          <w:color w:val="555555"/>
          <w:sz w:val="20"/>
        </w:rPr>
        <w:t>[4 . 53 . 8]</w:t>
      </w:r>
    </w:p>
    <w:p>
      <w:r>
        <w:rPr>
          <w:rFonts w:ascii="Gentium Plus" w:hAnsi="Gentium Plus"/>
          <w:sz w:val="24"/>
        </w:rPr>
        <w:t>διατρίβειν· ἀπὸ δὲ τοῦ ἡλίου γενόμενος πρόσκλυζε ψυχρῷ πολλῷ.</w:t>
      </w:r>
    </w:p>
    <w:p>
      <w:r>
        <w:rPr>
          <w:rFonts w:ascii="Courier New" w:hAnsi="Courier New"/>
          <w:color w:val="555555"/>
          <w:sz w:val="20"/>
        </w:rPr>
        <w:t>[4 . 53 9,10]</w:t>
      </w:r>
    </w:p>
    <w:p>
      <w:r>
        <w:rPr>
          <w:rFonts w:ascii="Gentium Plus" w:hAnsi="Gentium Plus"/>
          <w:sz w:val="24"/>
        </w:rPr>
        <w:t>ποιεῖ καὶ γῆ Χία χριομένη καὶ μαστίχη. εὔχρουν τὸ πρόσωπον καὶ</w:t>
      </w:r>
    </w:p>
    <w:p>
      <w:r>
        <w:rPr>
          <w:rFonts w:ascii="Courier New" w:hAnsi="Courier New"/>
          <w:color w:val="555555"/>
          <w:sz w:val="20"/>
        </w:rPr>
        <w:t>[4 . 53 . 10 (2)]</w:t>
      </w:r>
    </w:p>
    <w:p>
      <w:r>
        <w:rPr>
          <w:rFonts w:ascii="Gentium Plus" w:hAnsi="Gentium Plus"/>
          <w:sz w:val="24"/>
        </w:rPr>
        <w:t>πᾶν τὸ σῶμα ποιῆσαι· πελεκήματα κυπαρίσσου καὶ πρίνου ἐν τῷ αὐτῷ</w:t>
      </w:r>
    </w:p>
    <w:p>
      <w:r>
        <w:rPr>
          <w:rFonts w:ascii="Courier New" w:hAnsi="Courier New"/>
          <w:color w:val="555555"/>
          <w:sz w:val="20"/>
        </w:rPr>
        <w:t>[4 . 53 . 11]</w:t>
      </w:r>
    </w:p>
    <w:p>
      <w:r>
        <w:rPr>
          <w:rFonts w:ascii="Gentium Plus" w:hAnsi="Gentium Plus"/>
          <w:sz w:val="24"/>
        </w:rPr>
        <w:t>ζέσας τῷ ἀποζέματι ἄλειφε πᾶν τὸ σῶμα. πρὸς δὲ τὸ ὑφ’ ἡλίου μὴ ὑποκαίεσθαι καὶ τὴν γινομένην ἐπίκαυσιν ἰᾶσθαι βολβὸν λευκὸν μετὰ μέλιτος λεῖον κατάχριε.</w:t>
      </w:r>
    </w:p>
    <w:p>
      <w:pPr>
        <w:jc w:val="center"/>
      </w:pPr>
      <w:r>
        <w:rPr>
          <w:rFonts w:ascii="Gentium Plus" w:hAnsi="Gentium Plus"/>
          <w:b/>
          <w:sz w:val="24"/>
        </w:rPr>
        <w:t>Πρὸς τὰς ἐν ταῖς μασχάλαις δυσωδίας καὶ τοὺς τράγους.</w:t>
      </w:r>
    </w:p>
    <w:p>
      <w:r>
        <w:rPr>
          <w:rFonts w:ascii="Courier New" w:hAnsi="Courier New"/>
          <w:color w:val="555555"/>
          <w:sz w:val="20"/>
        </w:rPr>
        <w:t>[4 . 54 . 1]</w:t>
      </w:r>
    </w:p>
    <w:p>
      <w:r>
        <w:rPr>
          <w:rFonts w:ascii="Gentium Plus" w:hAnsi="Gentium Plus"/>
          <w:sz w:val="24"/>
        </w:rPr>
        <w:t>Διάχριε σμύρναν μετὰ στυπτηρίας, ἢ κροκομάγματι ἢ πρίσμασι</w:t>
      </w:r>
    </w:p>
    <w:p>
      <w:r>
        <w:rPr>
          <w:rFonts w:ascii="Courier New" w:hAnsi="Courier New"/>
          <w:color w:val="555555"/>
          <w:sz w:val="20"/>
        </w:rPr>
        <w:t>[4 . 54 . 2]</w:t>
      </w:r>
    </w:p>
    <w:p>
      <w:r>
        <w:rPr>
          <w:rFonts w:ascii="Gentium Plus" w:hAnsi="Gentium Plus"/>
          <w:sz w:val="24"/>
        </w:rPr>
        <w:t>μετὰ στυπτηρίας καὶ οἴνου εὐώδους. δίδου δὲ σκολύμου ῥίζαν ἡψη‐ μένην πίνειν.</w:t>
      </w:r>
    </w:p>
    <w:p>
      <w:pPr>
        <w:jc w:val="center"/>
      </w:pPr>
      <w:r>
        <w:rPr>
          <w:rFonts w:ascii="Gentium Plus" w:hAnsi="Gentium Plus"/>
          <w:b/>
          <w:sz w:val="24"/>
        </w:rPr>
        <w:t>Πρὸς τὰς ἐν τῷ στόματι δυσωδίας.</w:t>
      </w:r>
    </w:p>
    <w:p>
      <w:r>
        <w:rPr>
          <w:rFonts w:ascii="Courier New" w:hAnsi="Courier New"/>
          <w:color w:val="555555"/>
          <w:sz w:val="20"/>
        </w:rPr>
        <w:t>[4 . 55 . 1]</w:t>
      </w:r>
    </w:p>
    <w:p>
      <w:r>
        <w:rPr>
          <w:rFonts w:ascii="Gentium Plus" w:hAnsi="Gentium Plus"/>
          <w:sz w:val="24"/>
        </w:rPr>
        <w:t>Στόματι δ’ εὐωδίαν παρέξεις ἴριν ἀποβρέχων οἴνῳ εὐώδει παλαιῷ καὶ διακλυζόμενος συνεχῶς καὶ κατέχων ἐν τῷ στόματι χρόνον τινά.</w:t>
      </w:r>
    </w:p>
    <w:p>
      <w:r>
        <w:rPr>
          <w:rFonts w:ascii="Courier New" w:hAnsi="Courier New"/>
          <w:color w:val="555555"/>
          <w:sz w:val="20"/>
        </w:rPr>
        <w:t>[4 . 55 . 2]</w:t>
      </w:r>
    </w:p>
    <w:p>
      <w:r>
        <w:rPr>
          <w:rFonts w:ascii="Gentium Plus" w:hAnsi="Gentium Plus"/>
          <w:sz w:val="24"/>
        </w:rPr>
        <w:t>τὰς δ’ οὔσας ἐν τῷ στόματι δυσωδίας περιαιρεῖ οἶνος ἄκρατος μετὰ</w:t>
      </w:r>
    </w:p>
    <w:p>
      <w:r>
        <w:rPr>
          <w:rFonts w:ascii="Courier New" w:hAnsi="Courier New"/>
          <w:color w:val="555555"/>
          <w:sz w:val="20"/>
        </w:rPr>
        <w:t>[4 . 55 . 3]</w:t>
      </w:r>
    </w:p>
    <w:p>
      <w:r>
        <w:rPr>
          <w:rFonts w:ascii="Gentium Plus" w:hAnsi="Gentium Plus"/>
          <w:sz w:val="24"/>
        </w:rPr>
        <w:t>σμύρνης διακλυζόμενος καὶ σχοίνου ἄνθος παρατριβόμενον. διαμασῶνται δέ τινες ἴριν, ἄνησον ἤ τι τοιοῦτον.</w:t>
      </w:r>
    </w:p>
    <w:p>
      <w:pPr>
        <w:jc w:val="center"/>
      </w:pPr>
      <w:r>
        <w:rPr>
          <w:rFonts w:ascii="Gentium Plus" w:hAnsi="Gentium Plus"/>
          <w:b/>
          <w:sz w:val="24"/>
        </w:rPr>
        <w:t>Πρὸς χείλη κατερρωγότα.</w:t>
      </w:r>
    </w:p>
    <w:p>
      <w:r>
        <w:rPr>
          <w:rFonts w:ascii="Courier New" w:hAnsi="Courier New"/>
          <w:color w:val="555555"/>
          <w:sz w:val="20"/>
        </w:rPr>
        <w:t>[4 . 56 . 1]</w:t>
      </w:r>
    </w:p>
    <w:p>
      <w:r>
        <w:rPr>
          <w:rFonts w:ascii="Gentium Plus" w:hAnsi="Gentium Plus"/>
          <w:sz w:val="24"/>
        </w:rPr>
        <w:t>Κηκῖδα, ὀμφακῖτιν λείαν ἀναλάμβανε τερεβινθίνῃ ἢ ὑσσώπῳ ἢ</w:t>
      </w:r>
    </w:p>
    <w:p>
      <w:r>
        <w:rPr>
          <w:rFonts w:ascii="Courier New" w:hAnsi="Courier New"/>
          <w:color w:val="555555"/>
          <w:sz w:val="20"/>
        </w:rPr>
        <w:t>[4 . 56 . 2]</w:t>
      </w:r>
    </w:p>
    <w:p>
      <w:r>
        <w:rPr>
          <w:rFonts w:ascii="Gentium Plus" w:hAnsi="Gentium Plus"/>
          <w:sz w:val="24"/>
        </w:rPr>
        <w:t>μέλιτι καὶ ἐπίχριε. πρὸς δὲ τὰς βαθυτέρας ἐπιρρήξεις ἐπάλειφε αἰγείῳ τεθεραπευμένῳ λίπει ἢ μυελῷ βοείῳ ἢ στέατι χηνείῳ.</w:t>
      </w:r>
    </w:p>
    <w:p>
      <w:pPr>
        <w:jc w:val="center"/>
      </w:pPr>
      <w:r>
        <w:rPr>
          <w:rFonts w:ascii="Gentium Plus" w:hAnsi="Gentium Plus"/>
          <w:b/>
          <w:sz w:val="24"/>
        </w:rPr>
        <w:t>Περὶ τῶν κατὰ τοὺς ὀδόντας παθῶν. —Πρὸς σειομένους ὀδόντας.</w:t>
      </w:r>
    </w:p>
    <w:p>
      <w:r>
        <w:rPr>
          <w:rFonts w:ascii="Courier New" w:hAnsi="Courier New"/>
          <w:color w:val="555555"/>
          <w:sz w:val="20"/>
        </w:rPr>
        <w:t>[4 . 57 . 1]</w:t>
      </w:r>
    </w:p>
    <w:p>
      <w:r>
        <w:rPr>
          <w:rFonts w:ascii="Gentium Plus" w:hAnsi="Gentium Plus"/>
          <w:sz w:val="24"/>
        </w:rPr>
        <w:t>Ὅταν διὰ γῆρας οἱ ὀδόντες σείωνται, βραχείας τῆς βοηθείας τυγχάνουσι διὰ τῶν στυφόντων καὶ τὰ οὖλα σφιγγόντων τὰ περὶ τοὺς</w:t>
      </w:r>
    </w:p>
    <w:p>
      <w:r>
        <w:rPr>
          <w:rFonts w:ascii="Courier New" w:hAnsi="Courier New"/>
          <w:color w:val="555555"/>
          <w:sz w:val="20"/>
        </w:rPr>
        <w:t>[4 . 57 . 2]</w:t>
      </w:r>
    </w:p>
    <w:p>
      <w:r>
        <w:rPr>
          <w:rFonts w:ascii="Gentium Plus" w:hAnsi="Gentium Plus"/>
          <w:sz w:val="24"/>
        </w:rPr>
        <w:t>ὀδόντας. ὅταν δὲ δι’ ἄλλην αἰτίαν σείωνται, τεκμαίρεσθαι χρὴ δι’ ὑγρότητα πολλὴν χαλᾶσθαι τὸ νεῦρον τὸ καθῆκον εἰς τὰς ῥίζας αὐτῶν καὶ χρῄζειν φαρμάκων τῶν ξηραινόντων· στυπτηρίαν οὖν στρογγύλην</w:t>
      </w:r>
    </w:p>
    <w:p>
      <w:r>
        <w:rPr>
          <w:rFonts w:ascii="Courier New" w:hAnsi="Courier New"/>
          <w:color w:val="555555"/>
          <w:sz w:val="20"/>
        </w:rPr>
        <w:t>[4 . 57 . 3]</w:t>
      </w:r>
    </w:p>
    <w:p>
      <w:r>
        <w:rPr>
          <w:rFonts w:ascii="Gentium Plus" w:hAnsi="Gentium Plus"/>
          <w:sz w:val="24"/>
        </w:rPr>
        <w:t>μεθ’ ἁλὸς διπλοῦ περίπλασσε τοῖς ὀδοῦσιν, ἢ πτελέας φλοιὸν ἐν οἴνῳ</w:t>
      </w:r>
    </w:p>
    <w:p>
      <w:r>
        <w:rPr>
          <w:rFonts w:ascii="Courier New" w:hAnsi="Courier New"/>
          <w:color w:val="555555"/>
          <w:sz w:val="20"/>
        </w:rPr>
        <w:t>[4 . 57 . 4]</w:t>
      </w:r>
    </w:p>
    <w:p>
      <w:r>
        <w:rPr>
          <w:rFonts w:ascii="Gentium Plus" w:hAnsi="Gentium Plus"/>
          <w:sz w:val="24"/>
        </w:rPr>
        <w:t>ἑψήσας διακράτει. ἀλλὰ καὶ τὰ τρήματα τῶν ὀδόντων δι’ ἐπιρροὴν ὑγρῶν δριμέων ἀποτελεῖται· δῆλον οὖν ὅτι καὶ ταῦτα χρῄζει τῶν</w:t>
      </w:r>
    </w:p>
    <w:p>
      <w:r>
        <w:rPr>
          <w:rFonts w:ascii="Courier New" w:hAnsi="Courier New"/>
          <w:color w:val="555555"/>
          <w:sz w:val="20"/>
        </w:rPr>
        <w:t>[4 . 57 . 5]</w:t>
      </w:r>
    </w:p>
    <w:p>
      <w:r>
        <w:rPr>
          <w:rFonts w:ascii="Gentium Plus" w:hAnsi="Gentium Plus"/>
          <w:sz w:val="24"/>
        </w:rPr>
        <w:t>ξηραινόντων τὴν κακοχυμίαν. πολλῆς μὲν οὖν οὔσης τῆς ὑγρότητος, τῆς κεφαλῆς προνοήσομεν ἢ καὶ τοῦ σώματος παντός· ἐλάττονος δ’ οὔσης, τοῖς τοπικοῖς ἀρκεσθησόμεθα βοηθήμασιν, ἐν ἀρχαῖς μὲν διὰ τῶν ἀποκρουομένων ἀναστέλλοντες τὸ ἐπιρρέον (πολλάκις γὰρ πρὸ</w:t>
      </w:r>
    </w:p>
    <w:p>
      <w:r>
        <w:rPr>
          <w:rFonts w:ascii="Courier New" w:hAnsi="Courier New"/>
          <w:color w:val="555555"/>
          <w:sz w:val="20"/>
        </w:rPr>
        <w:t>[5]</w:t>
      </w:r>
    </w:p>
    <w:p>
      <w:r>
        <w:rPr>
          <w:rFonts w:ascii="Gentium Plus" w:hAnsi="Gentium Plus"/>
          <w:sz w:val="24"/>
        </w:rPr>
        <w:t>τῆς φλεγμονῆς διὰ τούτων ὑγιὴς ὁ πάσχων γίνεται)· φλεγμονῆς δ’</w:t>
      </w:r>
    </w:p>
    <w:p>
      <w:r>
        <w:rPr>
          <w:rFonts w:ascii="Courier New" w:hAnsi="Courier New"/>
          <w:color w:val="555555"/>
          <w:sz w:val="20"/>
        </w:rPr>
        <w:t>[4 . 57 . 6]</w:t>
      </w:r>
    </w:p>
    <w:p>
      <w:r>
        <w:rPr>
          <w:rFonts w:ascii="Gentium Plus" w:hAnsi="Gentium Plus"/>
          <w:sz w:val="24"/>
        </w:rPr>
        <w:t>ἐπισυμβάσης, τοῖς ἀδήκτως θερμαίνουσι καὶ κενοῦσι χρησόμεθα. τῆς ὀδύνης δὲ μηδ’ ἐπὶ τούτοις εἰξάσης, τὰ σφοδρῶς θερμαίνοντα προσ‐ άξομεν, οἷόν ἐστι τό τε πέπερι καὶ τρὺξ κεκαυμένη καὶ πύρεθρον καὶ</w:t>
      </w:r>
    </w:p>
    <w:p>
      <w:r>
        <w:rPr>
          <w:rFonts w:ascii="Courier New" w:hAnsi="Courier New"/>
          <w:color w:val="555555"/>
          <w:sz w:val="20"/>
        </w:rPr>
        <w:t>[4 . 57 7,8]</w:t>
      </w:r>
    </w:p>
    <w:p>
      <w:r>
        <w:rPr>
          <w:rFonts w:ascii="Gentium Plus" w:hAnsi="Gentium Plus"/>
          <w:sz w:val="24"/>
        </w:rPr>
        <w:t>εὐφόρβιον. ἐντιθέναι δὲ τούτων τι δεῖ τῷ τρήματι, καί ποτε καὶ τοῖς</w:t>
      </w:r>
    </w:p>
    <w:p>
      <w:r>
        <w:rPr>
          <w:rFonts w:ascii="Courier New" w:hAnsi="Courier New"/>
          <w:color w:val="555555"/>
          <w:sz w:val="20"/>
        </w:rPr>
        <w:t>[4 . 57 . 8 (2)]</w:t>
      </w:r>
    </w:p>
    <w:p>
      <w:r>
        <w:rPr>
          <w:rFonts w:ascii="Gentium Plus" w:hAnsi="Gentium Plus"/>
          <w:sz w:val="24"/>
        </w:rPr>
        <w:t>ναρκωτικοῖς ἐπὶ τῶν ἀγρυπνούντων διὰ σφοδρὰν ὀδύνην χρῆσθαι.</w:t>
      </w:r>
    </w:p>
    <w:p>
      <w:pPr>
        <w:jc w:val="center"/>
      </w:pPr>
      <w:r>
        <w:rPr>
          <w:rFonts w:ascii="Gentium Plus" w:hAnsi="Gentium Plus"/>
          <w:b/>
          <w:sz w:val="24"/>
        </w:rPr>
        <w:t>Πρὸς βεβρωμένους ὀδόντας καὶ μύλας καὶ πεπελιδνω‐ μένους καὶ ὀδυνωμένους.</w:t>
      </w:r>
    </w:p>
    <w:p>
      <w:r>
        <w:rPr>
          <w:rFonts w:ascii="Courier New" w:hAnsi="Courier New"/>
          <w:color w:val="555555"/>
          <w:sz w:val="20"/>
        </w:rPr>
        <w:t>[4 . 58 . 1]</w:t>
      </w:r>
    </w:p>
    <w:p>
      <w:r>
        <w:rPr>
          <w:rFonts w:ascii="Gentium Plus" w:hAnsi="Gentium Plus"/>
          <w:sz w:val="24"/>
        </w:rPr>
        <w:t>Πρὸς βεβρωμένους ὀδόντας κηκῖδα λείαν λυκίῳ ἢ τερμινθίνῃ</w:t>
      </w:r>
    </w:p>
    <w:p>
      <w:r>
        <w:rPr>
          <w:rFonts w:ascii="Courier New" w:hAnsi="Courier New"/>
          <w:color w:val="555555"/>
          <w:sz w:val="20"/>
        </w:rPr>
        <w:t>[4 . 58 . 2]</w:t>
      </w:r>
    </w:p>
    <w:p>
      <w:r>
        <w:rPr>
          <w:rFonts w:ascii="Gentium Plus" w:hAnsi="Gentium Plus"/>
          <w:sz w:val="24"/>
        </w:rPr>
        <w:t>ἀναλαβὼν περίπλαττε, περικαθάρας πρότερον πεπέρει· ἢ κάχρυ ὀπίῳ ἀναλαβὼν ἐντίθει εἰς τὸ βρῶμα, ἢ πύρεθρον μετὰ σμύρνης, ἢ ὀπὸν</w:t>
      </w:r>
    </w:p>
    <w:p>
      <w:r>
        <w:rPr>
          <w:rFonts w:ascii="Courier New" w:hAnsi="Courier New"/>
          <w:color w:val="555555"/>
          <w:sz w:val="20"/>
        </w:rPr>
        <w:t>[4 . 58 . 3]</w:t>
      </w:r>
    </w:p>
    <w:p>
      <w:r>
        <w:rPr>
          <w:rFonts w:ascii="Gentium Plus" w:hAnsi="Gentium Plus"/>
          <w:sz w:val="24"/>
        </w:rPr>
        <w:t>Κυρηναϊκὸν καὶ πέπερι ἴσα μετὰ χαλβάνης. πρὸς δὲ βεβρωμένην μύλην μελάνθιον φώξας καὶ τρίψας μετ’ ὄξους δριμέος κατάπλασσε τὸ βρῶμα,</w:t>
      </w:r>
    </w:p>
    <w:p>
      <w:r>
        <w:rPr>
          <w:rFonts w:ascii="Courier New" w:hAnsi="Courier New"/>
          <w:color w:val="555555"/>
          <w:sz w:val="20"/>
        </w:rPr>
        <w:t>[4 . 58 . 4]</w:t>
      </w:r>
    </w:p>
    <w:p>
      <w:r>
        <w:rPr>
          <w:rFonts w:ascii="Gentium Plus" w:hAnsi="Gentium Plus"/>
          <w:sz w:val="24"/>
        </w:rPr>
        <w:t>καὶ οὐκέτι βρωθήσεται. ἐλλεβόρου μέλανος ἡλίκον ὀρόβιον σὺν μέλιτι</w:t>
      </w:r>
    </w:p>
    <w:p>
      <w:r>
        <w:rPr>
          <w:rFonts w:ascii="Courier New" w:hAnsi="Courier New"/>
          <w:color w:val="555555"/>
          <w:sz w:val="20"/>
        </w:rPr>
        <w:t>[4 . 58 . 5]</w:t>
      </w:r>
    </w:p>
    <w:p>
      <w:r>
        <w:rPr>
          <w:rFonts w:ascii="Gentium Plus" w:hAnsi="Gentium Plus"/>
          <w:sz w:val="24"/>
        </w:rPr>
        <w:t>ἑφθῷ ἐπιτίθει. —Καὶ τοὺς πεπελιδνωμένους δὲ διὰ τῶν ξηραινόντων, ὡς ἂν ἐξ ἐπιρροῆς ὑγρῶν μοχθηρῶν τοῦτο πάσχοντας, ὁμοίως θερα‐</w:t>
      </w:r>
    </w:p>
    <w:p>
      <w:r>
        <w:rPr>
          <w:rFonts w:ascii="Courier New" w:hAnsi="Courier New"/>
          <w:color w:val="555555"/>
          <w:sz w:val="20"/>
        </w:rPr>
        <w:t>[4 . 58 . 6]</w:t>
      </w:r>
    </w:p>
    <w:p>
      <w:r>
        <w:rPr>
          <w:rFonts w:ascii="Gentium Plus" w:hAnsi="Gentium Plus"/>
          <w:sz w:val="24"/>
        </w:rPr>
        <w:t>πεύσεις τοῖς βεβρωμένοις. —Ὀδυνωμένων δ’ ὀδόντων χωρὶς φλεγ‐ μονῆς οὔλων, ποτὲ μὲν αὐτὸ τὸ σῶμα τὴν ὀδύνην ἔχει, ποτὲ δὲ τὸ καταφυόμενον νεῦρον· σφοδροτέρων οὖν δέονται φαρμάκων, εἴτε ἀπο‐ κρούεσθαί τις εἴτε διαφορεῖν βούλοιτο τὸ τῆς ὀδύνης αἴτιον, εἴτε</w:t>
      </w:r>
    </w:p>
    <w:p>
      <w:r>
        <w:rPr>
          <w:rFonts w:ascii="Courier New" w:hAnsi="Courier New"/>
          <w:color w:val="555555"/>
          <w:sz w:val="20"/>
        </w:rPr>
        <w:t>[5]</w:t>
      </w:r>
    </w:p>
    <w:p>
      <w:r>
        <w:rPr>
          <w:rFonts w:ascii="Gentium Plus" w:hAnsi="Gentium Plus"/>
          <w:sz w:val="24"/>
        </w:rPr>
        <w:t>χυμὸς εἴτε φυσῶδες πνεῦμα εἴη· διὸ καὶ τὰ πλεῖστα αὐτῶν δι’ ὄξους σκευάζεται δριμυτάτου.</w:t>
      </w:r>
    </w:p>
    <w:p>
      <w:pPr>
        <w:jc w:val="center"/>
      </w:pPr>
      <w:r>
        <w:rPr>
          <w:rFonts w:ascii="Gentium Plus" w:hAnsi="Gentium Plus"/>
          <w:b/>
          <w:sz w:val="24"/>
        </w:rPr>
        <w:t>Πρὸς ὀδόντων ἀλγήματα καὶ περὶ τῶν ἐψυγμένων καὶ τῶν σειομένων.</w:t>
      </w:r>
    </w:p>
    <w:p>
      <w:r>
        <w:rPr>
          <w:rFonts w:ascii="Courier New" w:hAnsi="Courier New"/>
          <w:color w:val="555555"/>
          <w:sz w:val="20"/>
        </w:rPr>
        <w:t>[4 . 59 . 1]</w:t>
      </w:r>
    </w:p>
    <w:p>
      <w:r>
        <w:rPr>
          <w:rFonts w:ascii="Gentium Plus" w:hAnsi="Gentium Plus"/>
          <w:sz w:val="24"/>
        </w:rPr>
        <w:t>Ἀρνογλώσσου ῥίζαι διαμασώμεναί τε καὶ διακλυζόμεναι ἀφεψη‐ θεῖσαι, ἢ μυρσίνης κλωνία μετ’ ὄξους ἀνεζεσμένα, ἢ πενταφύλλου ῥίζα καθεψηθεῖσα ἐν οἴνῳ, ἢ κηκὶς ἐν ὄξει ἱκανῶς ἑψηθεῖσα, ἢ ἐλλέβορος</w:t>
      </w:r>
    </w:p>
    <w:p>
      <w:r>
        <w:rPr>
          <w:rFonts w:ascii="Courier New" w:hAnsi="Courier New"/>
          <w:color w:val="555555"/>
          <w:sz w:val="20"/>
        </w:rPr>
        <w:t>[4 . 59 . 2]</w:t>
      </w:r>
    </w:p>
    <w:p>
      <w:r>
        <w:rPr>
          <w:rFonts w:ascii="Gentium Plus" w:hAnsi="Gentium Plus"/>
          <w:sz w:val="24"/>
        </w:rPr>
        <w:t>μέλας σὺν ὄξει διακλυζόμενος, ἢ καππάρεως ῥίζης φλοιός. ἐπὶ δὲ τῶν ἐψυγμένων πυρέθρου ῥίζα, οἴνου τρὺξ θερμή, ὕσσωπον, σταφὶς ἀγρία, γλήχων μετ’ ὀξυμέλιτος, ὑοσκυάμου τὸ σπέρμα καὶ φύλλα σὺν ὄξει ἢ</w:t>
      </w:r>
    </w:p>
    <w:p>
      <w:r>
        <w:rPr>
          <w:rFonts w:ascii="Courier New" w:hAnsi="Courier New"/>
          <w:color w:val="555555"/>
          <w:sz w:val="20"/>
        </w:rPr>
        <w:t>[4 . 59 . 3]</w:t>
      </w:r>
    </w:p>
    <w:p>
      <w:r>
        <w:rPr>
          <w:rFonts w:ascii="Gentium Plus" w:hAnsi="Gentium Plus"/>
          <w:sz w:val="24"/>
        </w:rPr>
        <w:t>ὀνείῳ γάλακτι διακλυζόμενα· τοῦτο καὶ τοὺς σειομένους στερεοῖ. πυριά‐ σεις δ’ ἔξωθεν μὲν δι’ ἁλῶν πεφωγμένων ἢ κέγχρων εἰς μαρσίπιον.</w:t>
      </w:r>
    </w:p>
    <w:p>
      <w:r>
        <w:rPr>
          <w:rFonts w:ascii="Courier New" w:hAnsi="Courier New"/>
          <w:color w:val="555555"/>
          <w:sz w:val="20"/>
        </w:rPr>
        <w:t>[4 . 59 . 4]</w:t>
      </w:r>
    </w:p>
    <w:p>
      <w:r>
        <w:rPr>
          <w:rFonts w:ascii="Gentium Plus" w:hAnsi="Gentium Plus"/>
          <w:sz w:val="24"/>
        </w:rPr>
        <w:t>αὐτὸν δὲ τὸν ὀδόντα πυριάσεις ὀριγάνου ξηροῦ κλωνίον εἰς ζεστὸν ἔλαιον βάπτων, τῷ πονοῦντι ὀδόντι ἄνωθεν ἐπερείδων.</w:t>
      </w:r>
    </w:p>
    <w:p>
      <w:pPr>
        <w:jc w:val="center"/>
      </w:pPr>
      <w:r>
        <w:rPr>
          <w:rFonts w:ascii="Gentium Plus" w:hAnsi="Gentium Plus"/>
          <w:b/>
          <w:sz w:val="24"/>
        </w:rPr>
        <w:t>Ἀποφλεγματισμοὶ ὀδονταλγίας.</w:t>
      </w:r>
    </w:p>
    <w:p>
      <w:r>
        <w:rPr>
          <w:rFonts w:ascii="Courier New" w:hAnsi="Courier New"/>
          <w:color w:val="555555"/>
          <w:sz w:val="20"/>
        </w:rPr>
        <w:t>[4 . 60 . 1]</w:t>
      </w:r>
    </w:p>
    <w:p>
      <w:r>
        <w:rPr>
          <w:rFonts w:ascii="Gentium Plus" w:hAnsi="Gentium Plus"/>
          <w:sz w:val="24"/>
        </w:rPr>
        <w:t>Σταφὶς ἀγρία διαμασηθεῖσα ἰδίᾳ καὶ μετὰ γλήχωνος, ἢ σκορόδων πυρῆνας πέντε, μυρσίνης μελαίνης φύλλα ὀλίγα σὺν ὄξει κινῶν σπάθῃ δᾳδίνῃ ἕψε μέχρις ἡμίσους καὶ δίδου διακλύζεσθαι καὶ διακρατεῖν, εἶτα χανόντας ἐᾶν ἀπορρεῖν τὸ φλέγμα.</w:t>
      </w:r>
    </w:p>
    <w:p>
      <w:pPr>
        <w:jc w:val="center"/>
      </w:pPr>
      <w:r>
        <w:rPr>
          <w:rFonts w:ascii="Gentium Plus" w:hAnsi="Gentium Plus"/>
          <w:b/>
          <w:sz w:val="24"/>
        </w:rPr>
        <w:t>Πρὸς τὸ ὀδόντα καὶ μύλην ἀπόνως ἆραι.</w:t>
      </w:r>
    </w:p>
    <w:p>
      <w:r>
        <w:rPr>
          <w:rFonts w:ascii="Courier New" w:hAnsi="Courier New"/>
          <w:color w:val="555555"/>
          <w:sz w:val="20"/>
        </w:rPr>
        <w:t>[4 . 61 . 1]</w:t>
      </w:r>
    </w:p>
    <w:p>
      <w:r>
        <w:rPr>
          <w:rFonts w:ascii="Gentium Plus" w:hAnsi="Gentium Plus"/>
          <w:sz w:val="24"/>
        </w:rPr>
        <w:t>Ἀλεύρου 𐅻 α φυράσας ἐν ὀπῷ τιθυμάλλου ἐπίθες κατὰ τοῦ ὀδόν‐</w:t>
      </w:r>
    </w:p>
    <w:p>
      <w:r>
        <w:rPr>
          <w:rFonts w:ascii="Courier New" w:hAnsi="Courier New"/>
          <w:color w:val="555555"/>
          <w:sz w:val="20"/>
        </w:rPr>
        <w:t>[4 . 61 . 2]</w:t>
      </w:r>
    </w:p>
    <w:p>
      <w:r>
        <w:rPr>
          <w:rFonts w:ascii="Gentium Plus" w:hAnsi="Gentium Plus"/>
          <w:sz w:val="24"/>
        </w:rPr>
        <w:t>τος, καὶ ἐπάνω κισσοῦ φύλλα, καὶ ἐάσας ὥραν α ἆρον αὐτό· αὐτομά‐ τως γὰρ θρυβήσεται.</w:t>
      </w:r>
    </w:p>
    <w:p>
      <w:pPr>
        <w:jc w:val="center"/>
      </w:pPr>
      <w:r>
        <w:rPr>
          <w:rFonts w:ascii="Gentium Plus" w:hAnsi="Gentium Plus"/>
          <w:b/>
          <w:sz w:val="24"/>
        </w:rPr>
        <w:t>Πρὸς τοὺς ἠσθενηκότας ἢ μύλας καὶ τοὺς τριβομένους καὶ τοὺς αἱμωδιῶντας.</w:t>
      </w:r>
    </w:p>
    <w:p>
      <w:r>
        <w:rPr>
          <w:rFonts w:ascii="Courier New" w:hAnsi="Courier New"/>
          <w:color w:val="555555"/>
          <w:sz w:val="20"/>
        </w:rPr>
        <w:t>[4 . 62 . 1]</w:t>
      </w:r>
    </w:p>
    <w:p>
      <w:r>
        <w:rPr>
          <w:rFonts w:ascii="Gentium Plus" w:hAnsi="Gentium Plus"/>
          <w:sz w:val="24"/>
        </w:rPr>
        <w:t>Μέλι καὶ κηρὸν ἐν ἡλίῳ ἴσα θερμῷ ὕδατι ἀνεὶς πίσσης τὸ ἥμισυ πρόσμιξον καὶ δίδου διαμασᾶσθαι· ἐὰν δ’ 〈ᾖ〉 ξηρόν, 〈βραχὺ ἔλαιον</w:t>
      </w:r>
    </w:p>
    <w:p>
      <w:r>
        <w:rPr>
          <w:rFonts w:ascii="Courier New" w:hAnsi="Courier New"/>
          <w:color w:val="555555"/>
          <w:sz w:val="20"/>
        </w:rPr>
        <w:t>[4 . 62 2,3]</w:t>
      </w:r>
    </w:p>
    <w:p>
      <w:r>
        <w:rPr>
          <w:rFonts w:ascii="Gentium Plus" w:hAnsi="Gentium Plus"/>
          <w:sz w:val="24"/>
        </w:rPr>
        <w:t>πρόσμιξον.〉 καλὸν δὲ καὶ ξηρὰ μαστίχη μασωμένη. τοὺς δὲ τριβομένους</w:t>
      </w:r>
    </w:p>
    <w:p>
      <w:r>
        <w:rPr>
          <w:rFonts w:ascii="Courier New" w:hAnsi="Courier New"/>
          <w:color w:val="555555"/>
          <w:sz w:val="20"/>
        </w:rPr>
        <w:t>[4 . 62 . 3 (2)]</w:t>
      </w:r>
    </w:p>
    <w:p>
      <w:r>
        <w:rPr>
          <w:rFonts w:ascii="Gentium Plus" w:hAnsi="Gentium Plus"/>
          <w:sz w:val="24"/>
        </w:rPr>
        <w:t>ὀδόντας, ὡς ἂν ὑπὸ μαλακότητος τοῦτο πάσχοντας, σκληροτέρους ἀπο‐</w:t>
      </w:r>
    </w:p>
    <w:p>
      <w:r>
        <w:rPr>
          <w:rFonts w:ascii="Courier New" w:hAnsi="Courier New"/>
          <w:color w:val="555555"/>
          <w:sz w:val="20"/>
        </w:rPr>
        <w:t>[4 . 62 . 4]</w:t>
      </w:r>
    </w:p>
    <w:p>
      <w:r>
        <w:rPr>
          <w:rFonts w:ascii="Gentium Plus" w:hAnsi="Gentium Plus"/>
          <w:sz w:val="24"/>
        </w:rPr>
        <w:t>τελεῖν χρὴ διὰ τῶν στυφόντων. αἱμωδίας δ’ ἴαμά ἐστιν ἀνδράχνη, αὐτή τε καὶ ὁ χυλὸς αὐτῆς, ἢ ἔλαιον διακρατούμενον.</w:t>
      </w:r>
    </w:p>
    <w:p>
      <w:pPr>
        <w:jc w:val="center"/>
      </w:pPr>
      <w:r>
        <w:rPr>
          <w:rFonts w:ascii="Gentium Plus" w:hAnsi="Gentium Plus"/>
          <w:b/>
          <w:sz w:val="24"/>
        </w:rPr>
        <w:t>Πρὸς τὰ ὀδοντοφυοῦντα βρέφη.</w:t>
      </w:r>
    </w:p>
    <w:p>
      <w:r>
        <w:rPr>
          <w:rFonts w:ascii="Courier New" w:hAnsi="Courier New"/>
          <w:color w:val="555555"/>
          <w:sz w:val="20"/>
        </w:rPr>
        <w:t>[4 . 63 . 1]</w:t>
      </w:r>
    </w:p>
    <w:p>
      <w:r>
        <w:rPr>
          <w:rFonts w:ascii="Gentium Plus" w:hAnsi="Gentium Plus"/>
          <w:sz w:val="24"/>
        </w:rPr>
        <w:t>Ἐπὶ δὲ τῶν ὀδοντοφυούντων βρεφῶν, ἐὰν ὦσιν ἐπαλγεῖς, κυνείῳ</w:t>
      </w:r>
    </w:p>
    <w:p>
      <w:r>
        <w:rPr>
          <w:rFonts w:ascii="Courier New" w:hAnsi="Courier New"/>
          <w:color w:val="555555"/>
          <w:sz w:val="20"/>
        </w:rPr>
        <w:t>[4 . 63 . 2]</w:t>
      </w:r>
    </w:p>
    <w:p>
      <w:r>
        <w:rPr>
          <w:rFonts w:ascii="Gentium Plus" w:hAnsi="Gentium Plus"/>
          <w:sz w:val="24"/>
        </w:rPr>
        <w:t>γάλακτι περίχριε ἢ λαγωοῦ ἐγκεφάλῳ· ποιεῖ καὶ ἐσθιόμενος. ἐὰν δὲ δυσχερῶς ὀδοὺς ἐκφύηται, κύπερον μετὰ βουτύρου καὶ σουσίνου χρῖε κατὰ τῆς ἐκφύσεως.</w:t>
      </w:r>
    </w:p>
    <w:p>
      <w:pPr>
        <w:jc w:val="center"/>
      </w:pPr>
      <w:r>
        <w:rPr>
          <w:rFonts w:ascii="Gentium Plus" w:hAnsi="Gentium Plus"/>
          <w:b/>
          <w:sz w:val="24"/>
        </w:rPr>
        <w:t>Προφυλακτικὸν ὀδονταλγίας καὶ ῥῶσις καὶ εὐπρέπεια ὀδόντων.</w:t>
      </w:r>
    </w:p>
    <w:p>
      <w:r>
        <w:rPr>
          <w:rFonts w:ascii="Courier New" w:hAnsi="Courier New"/>
          <w:color w:val="555555"/>
          <w:sz w:val="20"/>
        </w:rPr>
        <w:t>[4 . 64 . 1]</w:t>
      </w:r>
    </w:p>
    <w:p>
      <w:r>
        <w:rPr>
          <w:rFonts w:ascii="Gentium Plus" w:hAnsi="Gentium Plus"/>
          <w:sz w:val="24"/>
        </w:rPr>
        <w:t>Τιθυμάλλου ῥίζας ἑψήσας ἐν οἴνῳ μέχρις ἡμίσους δὶς τοῦ μηνὸς</w:t>
      </w:r>
    </w:p>
    <w:p>
      <w:r>
        <w:rPr>
          <w:rFonts w:ascii="Courier New" w:hAnsi="Courier New"/>
          <w:color w:val="555555"/>
          <w:sz w:val="20"/>
        </w:rPr>
        <w:t>[4 . 64 . 2]</w:t>
      </w:r>
    </w:p>
    <w:p>
      <w:r>
        <w:rPr>
          <w:rFonts w:ascii="Gentium Plus" w:hAnsi="Gentium Plus"/>
          <w:sz w:val="24"/>
        </w:rPr>
        <w:t>διακλύζου, καὶ οὐδέποτε ὀδονταλγήσεις. ἄριστα δὲ πρός τε φυλακὴν ἀλγημάτων καὶ ῥῶσιν καὶ εὐπρέπειαν τὰ ὑπογεγραμμένα σμήγματα· λαγωοῦ κεφαλὴν καύσας καὶ λεάνας σμήχου· ἢ ἅλας καὶ μέλι λεάνας, μέχρι κηρωτοειδὲς γένηται, καθαρῷ ὀθονίῳ δήσας καῦσον, εἶτα μίξας</w:t>
      </w:r>
    </w:p>
    <w:p>
      <w:r>
        <w:rPr>
          <w:rFonts w:ascii="Courier New" w:hAnsi="Courier New"/>
          <w:color w:val="555555"/>
          <w:sz w:val="20"/>
        </w:rPr>
        <w:t>[5]</w:t>
      </w:r>
    </w:p>
    <w:p>
      <w:r>
        <w:rPr>
          <w:rFonts w:ascii="Gentium Plus" w:hAnsi="Gentium Plus"/>
          <w:sz w:val="24"/>
        </w:rPr>
        <w:t>ἴριν ὀλίγην σμήχου.</w:t>
      </w:r>
    </w:p>
    <w:p>
      <w:pPr>
        <w:jc w:val="center"/>
      </w:pPr>
      <w:r>
        <w:rPr>
          <w:rFonts w:ascii="Gentium Plus" w:hAnsi="Gentium Plus"/>
          <w:b/>
          <w:sz w:val="24"/>
        </w:rPr>
        <w:t>Λαμπρυντικὰ ὀδόντων καὶ τὰ πλαδαρὰ τῶν οὔλων ξηραίνοντα.</w:t>
      </w:r>
    </w:p>
    <w:p>
      <w:r>
        <w:rPr>
          <w:rFonts w:ascii="Courier New" w:hAnsi="Courier New"/>
          <w:color w:val="555555"/>
          <w:sz w:val="20"/>
        </w:rPr>
        <w:t>[4 . 65 . 1]</w:t>
      </w:r>
    </w:p>
    <w:p>
      <w:r>
        <w:rPr>
          <w:rFonts w:ascii="Gentium Plus" w:hAnsi="Gentium Plus"/>
          <w:sz w:val="24"/>
        </w:rPr>
        <w:t>Λαμπρυντικὰ δ’ ὀδόντων ἐστὶν ὀστρέων καὶ κηρύκων καὶ πορφυρῶν καυθέντων ἡ τέφρα μὴ πάνυ λειουμένη, κίσσηρις, κριβάνων ὄστρακα</w:t>
      </w:r>
    </w:p>
    <w:p>
      <w:r>
        <w:rPr>
          <w:rFonts w:ascii="Courier New" w:hAnsi="Courier New"/>
          <w:color w:val="555555"/>
          <w:sz w:val="20"/>
        </w:rPr>
        <w:t>[4 . 65 . 2]</w:t>
      </w:r>
    </w:p>
    <w:p>
      <w:r>
        <w:rPr>
          <w:rFonts w:ascii="Gentium Plus" w:hAnsi="Gentium Plus"/>
          <w:sz w:val="24"/>
        </w:rPr>
        <w:t>ὁμοίως. μεθ’ ἁλῶν δὲ καυθέντων ποιεῖ μὲν καὶ τῶν ὀδόντων σμῆγμα</w:t>
      </w:r>
    </w:p>
    <w:p>
      <w:r>
        <w:rPr>
          <w:rFonts w:ascii="Courier New" w:hAnsi="Courier New"/>
          <w:color w:val="555555"/>
          <w:sz w:val="20"/>
        </w:rPr>
        <w:t>[4 . 65 . 3]</w:t>
      </w:r>
    </w:p>
    <w:p>
      <w:r>
        <w:rPr>
          <w:rFonts w:ascii="Gentium Plus" w:hAnsi="Gentium Plus"/>
          <w:sz w:val="24"/>
        </w:rPr>
        <w:t>δραστικώτερον, καὶ τὰ πλαδαρὰ δὲ τῶν οὔλων ξηραίνει. σηπίας ὄστρακα</w:t>
      </w:r>
    </w:p>
    <w:p>
      <w:r>
        <w:rPr>
          <w:rFonts w:ascii="Courier New" w:hAnsi="Courier New"/>
          <w:color w:val="555555"/>
          <w:sz w:val="20"/>
        </w:rPr>
        <w:t>[4 . 65 . 4]</w:t>
      </w:r>
    </w:p>
    <w:p>
      <w:r>
        <w:rPr>
          <w:rFonts w:ascii="Gentium Plus" w:hAnsi="Gentium Plus"/>
          <w:sz w:val="24"/>
        </w:rPr>
        <w:t>ἄκαυτα κοπτόμενα ὁμοίως ὀδόντας λαμπρύνει. κέρας ἐλάφου τε καὶ αἰγὸς λαμπρύνει τε τοὺς ὀδόντας καὶ τὰ πλαδαρὰ τῶν οὔλων ξηραίνει.</w:t>
      </w:r>
    </w:p>
    <w:p>
      <w:pPr>
        <w:jc w:val="center"/>
      </w:pPr>
      <w:r>
        <w:rPr>
          <w:rFonts w:ascii="Gentium Plus" w:hAnsi="Gentium Plus"/>
          <w:b/>
          <w:sz w:val="24"/>
        </w:rPr>
        <w:t>Περὶ τῶν κατὰ τὰ οὖλα παθῶν τὰ διὰ φλεγμονὴν ὀδυ‐ νώμενα καὶ τὰ ῥευματιζόμενα καὶ τὰ βεβρωμένα καὶ περὶ ἐπουλίδων.</w:t>
      </w:r>
    </w:p>
    <w:p>
      <w:r>
        <w:rPr>
          <w:rFonts w:ascii="Courier New" w:hAnsi="Courier New"/>
          <w:color w:val="555555"/>
          <w:sz w:val="20"/>
        </w:rPr>
        <w:t>[4 . 66 . 1]</w:t>
      </w:r>
    </w:p>
    <w:p>
      <w:r>
        <w:rPr>
          <w:rFonts w:ascii="Gentium Plus" w:hAnsi="Gentium Plus"/>
          <w:sz w:val="24"/>
        </w:rPr>
        <w:t>Οὔλων δὲ διὰ φλεγμονὴν ὀδυνωμένων, ἄριστόν ἐστι σχίνινον</w:t>
      </w:r>
    </w:p>
    <w:p>
      <w:r>
        <w:rPr>
          <w:rFonts w:ascii="Courier New" w:hAnsi="Courier New"/>
          <w:color w:val="555555"/>
          <w:sz w:val="20"/>
        </w:rPr>
        <w:t>[4 . 66 . 2]</w:t>
      </w:r>
    </w:p>
    <w:p>
      <w:r>
        <w:rPr>
          <w:rFonts w:ascii="Gentium Plus" w:hAnsi="Gentium Plus"/>
          <w:sz w:val="24"/>
        </w:rPr>
        <w:t>εὔκρατον κατὰ θερμότητα διακρατούμενον. ἔστω δὲ νέον καὶ ἐν διπλώ‐ ματι θερμαινέσθω· ἀποκρούεται γὰρ ἄνευ τραχύτητος καὶ διαφορεῖ</w:t>
      </w:r>
    </w:p>
    <w:p>
      <w:r>
        <w:rPr>
          <w:rFonts w:ascii="Courier New" w:hAnsi="Courier New"/>
          <w:color w:val="555555"/>
          <w:sz w:val="20"/>
        </w:rPr>
        <w:t>[4 . 66 . 3]</w:t>
      </w:r>
    </w:p>
    <w:p>
      <w:r>
        <w:rPr>
          <w:rFonts w:ascii="Gentium Plus" w:hAnsi="Gentium Plus"/>
          <w:sz w:val="24"/>
        </w:rPr>
        <w:t>χωρὶς δήξεως, ὧν μάλιστα χρεία τοῖς φλεγμαίνουσιν. ποιεῖ δὲ καὶ τὰ πρὸς ὀδονταλγίας ἀναγεγραμμένα, ἰδιαίτερον δ’ ὄξος ἐναφηψημένης</w:t>
      </w:r>
    </w:p>
    <w:p>
      <w:r>
        <w:rPr>
          <w:rFonts w:ascii="Courier New" w:hAnsi="Courier New"/>
          <w:color w:val="555555"/>
          <w:sz w:val="20"/>
        </w:rPr>
        <w:t>[4 . 66 . 4]</w:t>
      </w:r>
    </w:p>
    <w:p>
      <w:r>
        <w:rPr>
          <w:rFonts w:ascii="Gentium Plus" w:hAnsi="Gentium Plus"/>
          <w:sz w:val="24"/>
        </w:rPr>
        <w:t>ὑοσκυάμου ῥίζης. ἐπὶ δὲ τῶν ῥευματιζομένων καὶ περιβεβρωμένων μετ’ ἐξοιδήσεώς τε καὶ ὀδύνης καὶ ὑπονεμομένων ἄκρως ποιεῖ πυρία ἥδε· μηλωτίδι ἔριον περιειλήσας εἰς ζεστὸν ἔλαιον ἀπόβαπτε καὶ προσάγαγε τοῖς οὔλοις, ἕως ἐξομαλισθῇ καὶ λευκὰ τὰ κύκλῳ γένηται· οὕτω γὰρ</w:t>
      </w:r>
    </w:p>
    <w:p>
      <w:r>
        <w:rPr>
          <w:rFonts w:ascii="Courier New" w:hAnsi="Courier New"/>
          <w:color w:val="555555"/>
          <w:sz w:val="20"/>
        </w:rPr>
        <w:t>[5]</w:t>
      </w:r>
    </w:p>
    <w:p>
      <w:r>
        <w:rPr>
          <w:rFonts w:ascii="Gentium Plus" w:hAnsi="Gentium Plus"/>
          <w:sz w:val="24"/>
        </w:rPr>
        <w:t>ἵσταταί τε ἡ νομή, καὶ ἐξ ὑγιοῦς τῆς σαρκὸς τὸ περιβρωθὲν τρέφεται.</w:t>
      </w:r>
    </w:p>
    <w:p>
      <w:r>
        <w:rPr>
          <w:rFonts w:ascii="Courier New" w:hAnsi="Courier New"/>
          <w:color w:val="555555"/>
          <w:sz w:val="20"/>
        </w:rPr>
        <w:t>[4 . 66 . 5]</w:t>
      </w:r>
    </w:p>
    <w:p>
      <w:r>
        <w:rPr>
          <w:rFonts w:ascii="Gentium Plus" w:hAnsi="Gentium Plus"/>
          <w:sz w:val="24"/>
        </w:rPr>
        <w:t>μετὰ δὲ ταῦτα χρῶ προστρίμματι τῇ κηκῖδι λειοτάτῃ ὡς ὀξύβαφον</w:t>
      </w:r>
    </w:p>
    <w:p>
      <w:r>
        <w:rPr>
          <w:rFonts w:ascii="Courier New" w:hAnsi="Courier New"/>
          <w:color w:val="555555"/>
          <w:sz w:val="20"/>
        </w:rPr>
        <w:t>[4 . 66 . 6]</w:t>
      </w:r>
    </w:p>
    <w:p>
      <w:r>
        <w:rPr>
          <w:rFonts w:ascii="Gentium Plus" w:hAnsi="Gentium Plus"/>
          <w:sz w:val="24"/>
        </w:rPr>
        <w:t>μετὰ σμύρνης ὡς κυάμου τὸ μέγεθος, λείοις ξηροῖς. —Ἐπὶ δὲ τῶν ἐπουλίδων προσάπτου χαλκάνθου καὶ μυρσίνης ἴσα μετ’ ὀλίγης σχιστῆς.</w:t>
      </w:r>
    </w:p>
    <w:p>
      <w:pPr>
        <w:jc w:val="center"/>
      </w:pPr>
      <w:r>
        <w:rPr>
          <w:rFonts w:ascii="Gentium Plus" w:hAnsi="Gentium Plus"/>
          <w:b/>
          <w:sz w:val="24"/>
        </w:rPr>
        <w:t>Περὶ τῶν αἱμασσομένων οὔλων.</w:t>
      </w:r>
    </w:p>
    <w:p>
      <w:r>
        <w:rPr>
          <w:rFonts w:ascii="Courier New" w:hAnsi="Courier New"/>
          <w:color w:val="555555"/>
          <w:sz w:val="20"/>
        </w:rPr>
        <w:t>[4 . 67 . 1]</w:t>
      </w:r>
    </w:p>
    <w:p>
      <w:r>
        <w:rPr>
          <w:rFonts w:ascii="Gentium Plus" w:hAnsi="Gentium Plus"/>
          <w:sz w:val="24"/>
        </w:rPr>
        <w:t>Αἱμασσομένοις δ’ οὔλοις ἄκρως ποιεῖ ὑγρὰ στυπτηρία μετὰ διπλοῦ</w:t>
      </w:r>
    </w:p>
    <w:p>
      <w:r>
        <w:rPr>
          <w:rFonts w:ascii="Courier New" w:hAnsi="Courier New"/>
          <w:color w:val="555555"/>
          <w:sz w:val="20"/>
        </w:rPr>
        <w:t>[4 . 67 . 2]</w:t>
      </w:r>
    </w:p>
    <w:p>
      <w:r>
        <w:rPr>
          <w:rFonts w:ascii="Gentium Plus" w:hAnsi="Gentium Plus"/>
          <w:sz w:val="24"/>
        </w:rPr>
        <w:t>ἀλόης συναπτομένης· ἢ σχιστῇ καὶ μυρσίνῃ λειοτάτοις παράτριβε·</w:t>
      </w:r>
    </w:p>
    <w:p>
      <w:pPr>
        <w:jc w:val="center"/>
      </w:pPr>
      <w:r>
        <w:rPr>
          <w:rFonts w:ascii="Gentium Plus" w:hAnsi="Gentium Plus"/>
          <w:b/>
          <w:sz w:val="24"/>
        </w:rPr>
        <w:t>Περὶ τῶν ἐν τῷ στόματι παθῶν, φλεγμονῆς καὶ ἄφθας.</w:t>
      </w:r>
    </w:p>
    <w:p>
      <w:r>
        <w:rPr>
          <w:rFonts w:ascii="Courier New" w:hAnsi="Courier New"/>
          <w:color w:val="555555"/>
          <w:sz w:val="20"/>
        </w:rPr>
        <w:t>[4 . 68 . 1]</w:t>
      </w:r>
    </w:p>
    <w:p>
      <w:r>
        <w:rPr>
          <w:rFonts w:ascii="Gentium Plus" w:hAnsi="Gentium Plus"/>
          <w:sz w:val="24"/>
        </w:rPr>
        <w:t>Ἐπὶ δὲ τῆς ἐν τῷ στόματι φλεγμονῆς, ὅταν μὲν πᾶν τὸ σῶμα φαίνηται πληθωρικὸν ἢ κακόχυμον, φλεβοτομίᾳ δεόντως χρώμεθα καὶ</w:t>
      </w:r>
    </w:p>
    <w:p>
      <w:r>
        <w:rPr>
          <w:rFonts w:ascii="Courier New" w:hAnsi="Courier New"/>
          <w:color w:val="555555"/>
          <w:sz w:val="20"/>
        </w:rPr>
        <w:t>[4 . 68 . 2]</w:t>
      </w:r>
    </w:p>
    <w:p>
      <w:r>
        <w:rPr>
          <w:rFonts w:ascii="Gentium Plus" w:hAnsi="Gentium Plus"/>
          <w:sz w:val="24"/>
        </w:rPr>
        <w:t>καθάρσει καὶ κλυστῆρσι καὶ ἀσιτίαις· εἰ δὲ μηδέτερον εἴη τούτων, ἐπὶ τῶν τοπικῶν ἴασιν εὐθὺς ἀφικνούμεθα, κατ’ ἀρχὰς μὲν ἀναστέλλοντες διὰ τῶν στυφόντων καὶ ψυχόντων, οἷόν ἐστι τὸ διὰ μόρων, προσλαβὸν ὄμφακος ἢ ῥόδων ἄνθος ἢ αὐτὰ τὰ ῥόδα ξηρά, βαλαύστιόν τε καὶ</w:t>
      </w:r>
    </w:p>
    <w:p>
      <w:r>
        <w:rPr>
          <w:rFonts w:ascii="Courier New" w:hAnsi="Courier New"/>
          <w:color w:val="555555"/>
          <w:sz w:val="20"/>
        </w:rPr>
        <w:t>[5]</w:t>
      </w:r>
    </w:p>
    <w:p>
      <w:r>
        <w:rPr>
          <w:rFonts w:ascii="Gentium Plus" w:hAnsi="Gentium Plus"/>
          <w:sz w:val="24"/>
        </w:rPr>
        <w:t>κύτινοι καὶ κηκῖδες ὀμφακίτιδες καὶ στυπτηρία καὶ ῥοῦς καὶ γλαύκιον</w:t>
      </w:r>
    </w:p>
    <w:p>
      <w:r>
        <w:rPr>
          <w:rFonts w:ascii="Courier New" w:hAnsi="Courier New"/>
          <w:color w:val="555555"/>
          <w:sz w:val="20"/>
        </w:rPr>
        <w:t>[4 . 68 . 3]</w:t>
      </w:r>
    </w:p>
    <w:p>
      <w:r>
        <w:rPr>
          <w:rFonts w:ascii="Gentium Plus" w:hAnsi="Gentium Plus"/>
          <w:sz w:val="24"/>
        </w:rPr>
        <w:t>καὶ ἀφέψημα μυρσίνης καὶ σχιστῆς (καὶ ἀρκεῖ τὸ διὰ μόρων τὸ τοῦ κρόκου καὶ τῆς σμύρνης προσειληφὸς εἰς τὸ πέψαι τὴν φλεγμονήν)·</w:t>
      </w:r>
    </w:p>
    <w:p>
      <w:r>
        <w:rPr>
          <w:rFonts w:ascii="Courier New" w:hAnsi="Courier New"/>
          <w:color w:val="555555"/>
          <w:sz w:val="20"/>
        </w:rPr>
        <w:t>[4 . 68 . 4]</w:t>
      </w:r>
    </w:p>
    <w:p>
      <w:r>
        <w:rPr>
          <w:rFonts w:ascii="Gentium Plus" w:hAnsi="Gentium Plus"/>
          <w:sz w:val="24"/>
        </w:rPr>
        <w:t>συμπεφθείσης δ’ αὐτῆς ἤδη, καὶ τῶν διαφορούντων μίγνυμεν, τὸ ἀφρόλιτρον καὶ τὸ λίτρον ἢ τὸ θεῖον ἄπυρον, ὅπερ ἐστὶν ἁπάντων</w:t>
      </w:r>
    </w:p>
    <w:p>
      <w:r>
        <w:rPr>
          <w:rFonts w:ascii="Courier New" w:hAnsi="Courier New"/>
          <w:color w:val="555555"/>
          <w:sz w:val="20"/>
        </w:rPr>
        <w:t>[4 . 68 . 5]</w:t>
      </w:r>
    </w:p>
    <w:p>
      <w:r>
        <w:rPr>
          <w:rFonts w:ascii="Gentium Plus" w:hAnsi="Gentium Plus"/>
          <w:sz w:val="24"/>
        </w:rPr>
        <w:t>ἰσχυρότερον. ἐνίοτε δὲ σίραιον ἢ μελίκρατον αὐτῷ μίγνυμεν, ἐνηψη‐ μένου ὀριγάνου ἢ ὑσσώπου ἢ γλήχωνος ἢ θύμου ἢ θύμβρας ἢ καλα‐ μίνθης· ἐπενοήθη γὰρ τὰ μέσα φάρμακα ταῖς δυνάμεσιν, ὥστε ἐπὶ τῆς</w:t>
      </w:r>
    </w:p>
    <w:p>
      <w:r>
        <w:rPr>
          <w:rFonts w:ascii="Courier New" w:hAnsi="Courier New"/>
          <w:color w:val="555555"/>
          <w:sz w:val="20"/>
        </w:rPr>
        <w:t>[4 . 68 . 6]</w:t>
      </w:r>
    </w:p>
    <w:p>
      <w:r>
        <w:rPr>
          <w:rFonts w:ascii="Gentium Plus" w:hAnsi="Gentium Plus"/>
          <w:sz w:val="24"/>
        </w:rPr>
        <w:t>χρείας μιγνύειν τὰ ἁρμόττοντα. κατὰ μέντοι τὰς ἀκμὰς τῶν φλεγ‐ μονῶν ὀλιγάκις μὲν χρῆσθαι δεῖ τοῖς στοματικοῖς φαρμάκοις, διακλύ‐ σμασι δὲ καὶ ἀνακογχυλίσμασι παρηγορητικωτέροις πέττειν τὴν φλεγ‐ μονήν, οἷόν ἐστι τό τε διὰ τῶν ἰσχάδων καὶ τὸ διὰ τῶν πιτύρων</w:t>
      </w:r>
    </w:p>
    <w:p>
      <w:r>
        <w:rPr>
          <w:rFonts w:ascii="Courier New" w:hAnsi="Courier New"/>
          <w:color w:val="555555"/>
          <w:sz w:val="20"/>
        </w:rPr>
        <w:t>[5]</w:t>
      </w:r>
    </w:p>
    <w:p>
      <w:r>
        <w:rPr>
          <w:rFonts w:ascii="Gentium Plus" w:hAnsi="Gentium Plus"/>
          <w:sz w:val="24"/>
        </w:rPr>
        <w:t>ἀφέψημα καὶ τὸ σχίνινον ἔλαιον ἐπὶ διπλοῦ σκεύους χλιαινόμενον.</w:t>
      </w:r>
    </w:p>
    <w:p>
      <w:r>
        <w:rPr>
          <w:rFonts w:ascii="Courier New" w:hAnsi="Courier New"/>
          <w:color w:val="555555"/>
          <w:sz w:val="20"/>
        </w:rPr>
        <w:t>[4 . 68 . 7]</w:t>
      </w:r>
    </w:p>
    <w:p>
      <w:r>
        <w:rPr>
          <w:rFonts w:ascii="Gentium Plus" w:hAnsi="Gentium Plus"/>
          <w:sz w:val="24"/>
        </w:rPr>
        <w:t>ἀλλὰ καὶ αὐτὸ τὸ στοματικὸν ἐν ταῖς ἀκμαῖς ἀνακογχυλίσασθαι δύναταί τις μιγνύμενον ὑδαρεῖ τε μελικράτῳ καὶ θερμῷ σιραίῳ· μὴ παρόντων</w:t>
      </w:r>
    </w:p>
    <w:p>
      <w:r>
        <w:rPr>
          <w:rFonts w:ascii="Courier New" w:hAnsi="Courier New"/>
          <w:color w:val="555555"/>
          <w:sz w:val="20"/>
        </w:rPr>
        <w:t>[4 . 68 . 8]</w:t>
      </w:r>
    </w:p>
    <w:p>
      <w:r>
        <w:rPr>
          <w:rFonts w:ascii="Gentium Plus" w:hAnsi="Gentium Plus"/>
          <w:sz w:val="24"/>
        </w:rPr>
        <w:t>δὲ τούτων, ὕδατι θερμῷ. τούτων μεμνημένος ῥᾳδίως ἐκ τῆς παρούσης</w:t>
      </w:r>
    </w:p>
    <w:p>
      <w:r>
        <w:rPr>
          <w:rFonts w:ascii="Courier New" w:hAnsi="Courier New"/>
          <w:color w:val="555555"/>
          <w:sz w:val="20"/>
        </w:rPr>
        <w:t>[4 . 68 . 9]</w:t>
      </w:r>
    </w:p>
    <w:p>
      <w:r>
        <w:rPr>
          <w:rFonts w:ascii="Gentium Plus" w:hAnsi="Gentium Plus"/>
          <w:sz w:val="24"/>
        </w:rPr>
        <w:t>ὕλης εὐπόριστον συντιθέναι δυνήσῃ φάρμακον. τῶν δ’ ἑλκῶν τῶν ἐν τοῖς στόμασιν ὅσα μέν ἐστι πλαδαρά, τῶν ξηραινόντων ἰσχυρῶς δεῖται φαρμάκων, οἷον τοῦ διφρυγοῦς, καθ’ ἑαυτό τε καὶ μετὰ μέλιτος ἢ</w:t>
      </w:r>
    </w:p>
    <w:p>
      <w:r>
        <w:rPr>
          <w:rFonts w:ascii="Courier New" w:hAnsi="Courier New"/>
          <w:color w:val="555555"/>
          <w:sz w:val="20"/>
        </w:rPr>
        <w:t>[4 . 68 . 10]</w:t>
      </w:r>
    </w:p>
    <w:p>
      <w:r>
        <w:rPr>
          <w:rFonts w:ascii="Gentium Plus" w:hAnsi="Gentium Plus"/>
          <w:sz w:val="24"/>
        </w:rPr>
        <w:t>οἰνομέλιτος· ἀγαθὸν δὲ καὶ τὸ τοῦ Μούσα καὶ ὁ τοῦ ῥοῦ χυλὸς καὶ</w:t>
      </w:r>
    </w:p>
    <w:p>
      <w:r>
        <w:rPr>
          <w:rFonts w:ascii="Courier New" w:hAnsi="Courier New"/>
          <w:color w:val="555555"/>
          <w:sz w:val="20"/>
        </w:rPr>
        <w:t>[4 . 68 . 11]</w:t>
      </w:r>
    </w:p>
    <w:p>
      <w:r>
        <w:rPr>
          <w:rFonts w:ascii="Gentium Plus" w:hAnsi="Gentium Plus"/>
          <w:sz w:val="24"/>
        </w:rPr>
        <w:t>ὀμφάκιον (τὰ 〈γὰρ〉 ἁπλούστερα τῶν ἐν τοῖς στόμασιν ἑλκῶν ἱκανὰ θερα‐ πεύειν ἐστὶ τὰ στοματικά, τό τε διὰ μόρων καὶ βάτων καὶ τἄλλα).</w:t>
      </w:r>
    </w:p>
    <w:p>
      <w:r>
        <w:rPr>
          <w:rFonts w:ascii="Courier New" w:hAnsi="Courier New"/>
          <w:color w:val="555555"/>
          <w:sz w:val="20"/>
        </w:rPr>
        <w:t>[4 . 68 . 12]</w:t>
      </w:r>
    </w:p>
    <w:p>
      <w:r>
        <w:rPr>
          <w:rFonts w:ascii="Gentium Plus" w:hAnsi="Gentium Plus"/>
          <w:sz w:val="24"/>
        </w:rPr>
        <w:t>ὅσα δ’ ἱκανῶς ὑγρὰ τῶν ἐν τοῖς στόμασιν ἑλκῶν πλησίον ἐστὶν ὀστῶν καὶ κίνδυνος σφακελίσαι, σφοδροτάτων δεῖται φαρμάκων, καὶ δεῖ λεαί‐ νοντας τῶν εἰρημένων τροχίσκων τινὰ ξηρὸν ἐπιτιθέναι τὸ φάρμακον· διὰ γὰρ τὴν ὑγρότητα καὶ θερμότητα τῶν ἐν τῷ στόματι μορίων</w:t>
      </w:r>
    </w:p>
    <w:p>
      <w:r>
        <w:rPr>
          <w:rFonts w:ascii="Courier New" w:hAnsi="Courier New"/>
          <w:color w:val="555555"/>
          <w:sz w:val="20"/>
        </w:rPr>
        <w:t>[5]</w:t>
      </w:r>
    </w:p>
    <w:p>
      <w:r>
        <w:rPr>
          <w:rFonts w:ascii="Gentium Plus" w:hAnsi="Gentium Plus"/>
          <w:sz w:val="24"/>
        </w:rPr>
        <w:t>ταχέως ἐπιγίνεται σηπεδών· διὸ καὶ τοῖς ἰσχυροτάτοις φαρμάκοις</w:t>
      </w:r>
    </w:p>
    <w:p>
      <w:r>
        <w:rPr>
          <w:rFonts w:ascii="Courier New" w:hAnsi="Courier New"/>
          <w:color w:val="555555"/>
          <w:sz w:val="20"/>
        </w:rPr>
        <w:t>[4 . 68 . 13]</w:t>
      </w:r>
    </w:p>
    <w:p>
      <w:r>
        <w:rPr>
          <w:rFonts w:ascii="Gentium Plus" w:hAnsi="Gentium Plus"/>
          <w:sz w:val="24"/>
        </w:rPr>
        <w:t>ἀναγκαζόμεθα χρῆσθαι πολλάκις ὑπ’ αὐτῶν. ἰσχυρότερα δ’ ἐστὶν ὅσα</w:t>
      </w:r>
    </w:p>
    <w:p>
      <w:r>
        <w:rPr>
          <w:rFonts w:ascii="Courier New" w:hAnsi="Courier New"/>
          <w:color w:val="555555"/>
          <w:sz w:val="20"/>
        </w:rPr>
        <w:t>[4 . 68 . 14]</w:t>
      </w:r>
    </w:p>
    <w:p>
      <w:r>
        <w:rPr>
          <w:rFonts w:ascii="Gentium Plus" w:hAnsi="Gentium Plus"/>
          <w:sz w:val="24"/>
        </w:rPr>
        <w:t>Τὰς δ’ ἐπιπολῆς ἑλκώσεις ἐν τοῖς στόμασι γινομένας ἄφθας ἀναφέ‐ ρουσι· γίνονται δὲ τοὐπίπαν αὗται τοῖς βρέφεσιν, ἐπὶ τοῖς μετρίως</w:t>
      </w:r>
    </w:p>
    <w:p>
      <w:r>
        <w:rPr>
          <w:rFonts w:ascii="Courier New" w:hAnsi="Courier New"/>
          <w:color w:val="555555"/>
          <w:sz w:val="20"/>
        </w:rPr>
        <w:t>[4 . 68 . 15]</w:t>
      </w:r>
    </w:p>
    <w:p>
      <w:r>
        <w:rPr>
          <w:rFonts w:ascii="Gentium Plus" w:hAnsi="Gentium Plus"/>
          <w:sz w:val="24"/>
        </w:rPr>
        <w:t>στύφουσιν ἰώμεναι τὰ πολλά, ποτὲ μὲν καὶ χρονίζουσαι ἢ δύσλυτοι</w:t>
      </w:r>
    </w:p>
    <w:p>
      <w:r>
        <w:rPr>
          <w:rFonts w:ascii="Courier New" w:hAnsi="Courier New"/>
          <w:color w:val="555555"/>
          <w:sz w:val="20"/>
        </w:rPr>
        <w:t>[4 . 68 . 16]</w:t>
      </w:r>
    </w:p>
    <w:p>
      <w:r>
        <w:rPr>
          <w:rFonts w:ascii="Gentium Plus" w:hAnsi="Gentium Plus"/>
          <w:sz w:val="24"/>
        </w:rPr>
        <w:t>καὶ τῷ χρόνῳ σηπεδονῶδες ἴσχουσαί τι τὴν καλουμένην νομήν. ἐπὶ μὲν οὖν τῶν βρεφῶν, ὅσα ψωμίζουσιν αἱ τροφοί, φακὴν μετὰ βρα‐ χέος ἄρτου καὶ μυελοῦ μοσχείου ἢ ἐλαφείου διδόναι χρή· μιγνύειν δὲ τῇ τροφῇ καὶ μήλων κυδωνίων καὶ τῶν ἄλλων ὅσα στύφει τῶν ἀπίων</w:t>
      </w:r>
    </w:p>
    <w:p>
      <w:r>
        <w:rPr>
          <w:rFonts w:ascii="Courier New" w:hAnsi="Courier New"/>
          <w:color w:val="555555"/>
          <w:sz w:val="20"/>
        </w:rPr>
        <w:t>[5]</w:t>
      </w:r>
    </w:p>
    <w:p>
      <w:r>
        <w:rPr>
          <w:rFonts w:ascii="Gentium Plus" w:hAnsi="Gentium Plus"/>
          <w:sz w:val="24"/>
        </w:rPr>
        <w:t>καὶ οὔων καὶ μεσπίλων, καί ποτε καὶ θριδακίνης μιγνύειν τῷ ψωμί‐</w:t>
      </w:r>
    </w:p>
    <w:p>
      <w:r>
        <w:rPr>
          <w:rFonts w:ascii="Courier New" w:hAnsi="Courier New"/>
          <w:color w:val="555555"/>
          <w:sz w:val="20"/>
        </w:rPr>
        <w:t>[4 . 68 . 17]</w:t>
      </w:r>
    </w:p>
    <w:p>
      <w:r>
        <w:rPr>
          <w:rFonts w:ascii="Gentium Plus" w:hAnsi="Gentium Plus"/>
          <w:sz w:val="24"/>
        </w:rPr>
        <w:t>σματι, διαπύρου τῆς ἄφθης ὑπαρχούσης· εἰ δὲ μηδέποτε δύναιτο ψω‐</w:t>
      </w:r>
    </w:p>
    <w:p>
      <w:r>
        <w:rPr>
          <w:rFonts w:ascii="Courier New" w:hAnsi="Courier New"/>
          <w:color w:val="555555"/>
          <w:sz w:val="20"/>
        </w:rPr>
        <w:t>[4 . 68 . 18]</w:t>
      </w:r>
    </w:p>
    <w:p>
      <w:r>
        <w:rPr>
          <w:rFonts w:ascii="Gentium Plus" w:hAnsi="Gentium Plus"/>
          <w:sz w:val="24"/>
        </w:rPr>
        <w:t>μίζεσθαι, τὴν τροφὸν ἐπὶ τοῖς τοιούτοις διαιτᾶν. καὶ μέντοι καὶ δια‐ χρίειν τὰ βρέφη φαρμάκοις, ὑπερύθρων μὲν οὐσῶν τῶν ἀφθῶν, ἐν ἀρχῇ μὲν τοῖς μετρίως ψύχουσί τε καὶ στύφουσιν, ἐφεξῆς δὲ τοῖς δια‐ φοροῦσιν ἀδήκτως, ὑποξάνθων δέ, τοῖς αὐτοῖς μέν, ἀλλὰ μᾶλλον τοῖς</w:t>
      </w:r>
    </w:p>
    <w:p>
      <w:r>
        <w:rPr>
          <w:rFonts w:ascii="Courier New" w:hAnsi="Courier New"/>
          <w:color w:val="555555"/>
          <w:sz w:val="20"/>
        </w:rPr>
        <w:t>[5]</w:t>
      </w:r>
    </w:p>
    <w:p>
      <w:r>
        <w:rPr>
          <w:rFonts w:ascii="Gentium Plus" w:hAnsi="Gentium Plus"/>
          <w:sz w:val="24"/>
        </w:rPr>
        <w:t>ψύχουσιν· εἰ δ’ ὑπόλευκοι καὶ φλεγματικώτεροι τυγχάνοιεν, τοῖς ῥυπτι‐</w:t>
      </w:r>
    </w:p>
    <w:p>
      <w:r>
        <w:rPr>
          <w:rFonts w:ascii="Courier New" w:hAnsi="Courier New"/>
          <w:color w:val="555555"/>
          <w:sz w:val="20"/>
        </w:rPr>
        <w:t>[4 . 68 . 19]</w:t>
      </w:r>
    </w:p>
    <w:p>
      <w:r>
        <w:rPr>
          <w:rFonts w:ascii="Gentium Plus" w:hAnsi="Gentium Plus"/>
          <w:sz w:val="24"/>
        </w:rPr>
        <w:t>κοῖς· εἰ δὲ μέλαιναι, τοῖς διαφοροῦσι γενναιότερον. ἐπὶ δὲ τῶν τελείων καὶ σκληρὰ σώματα ἐχόντων ἤρκεσε μίσυϊ χρῆσθαι μετ’ οἴνου στύφοντος, εἰ δ’ ὑπορύπαρος ἡ ἄφθα γένοιτο, σὺν οἰνομέλιτι τρίβειν· τοῖς δ’ ἰσχυροτέροις ἢ κατὰ τὸ μίσυ φαρμάκοις χρῄζουσι, σὺν οἴνῳ τε καὶ</w:t>
      </w:r>
    </w:p>
    <w:p>
      <w:r>
        <w:rPr>
          <w:rFonts w:ascii="Courier New" w:hAnsi="Courier New"/>
          <w:color w:val="555555"/>
          <w:sz w:val="20"/>
        </w:rPr>
        <w:t>[4 . 68 . 20]</w:t>
      </w:r>
    </w:p>
    <w:p>
      <w:r>
        <w:rPr>
          <w:rFonts w:ascii="Gentium Plus" w:hAnsi="Gentium Plus"/>
          <w:sz w:val="24"/>
        </w:rPr>
        <w:t>οἰνομέλιτι χρήσιμον. τὰ μὲν δὴ τοιαῦτα δραστήρια· μέτρια δὲ καὶ μάλιστα πρὸς τὰς ἀρχομένας διαθέσεις ὀμφάκιον σὺν οἰνομέλιτι καὶ</w:t>
      </w:r>
    </w:p>
    <w:p>
      <w:r>
        <w:rPr>
          <w:rFonts w:ascii="Courier New" w:hAnsi="Courier New"/>
          <w:color w:val="555555"/>
          <w:sz w:val="20"/>
        </w:rPr>
        <w:t>[4 . 68 . 21]</w:t>
      </w:r>
    </w:p>
    <w:p>
      <w:r>
        <w:rPr>
          <w:rFonts w:ascii="Gentium Plus" w:hAnsi="Gentium Plus"/>
          <w:sz w:val="24"/>
        </w:rPr>
        <w:t>ῥοῦς ὁμοίως. ἐπὶ δὲ τῶν παιδίων ἀρκεῖ καὶ τὸ τῶν ῥόδων ἄνθος καὶ αὐτὰ τὰ ῥόδα ξηρά.</w:t>
      </w:r>
    </w:p>
    <w:p>
      <w:pPr>
        <w:jc w:val="center"/>
      </w:pPr>
      <w:r>
        <w:rPr>
          <w:rFonts w:ascii="Gentium Plus" w:hAnsi="Gentium Plus"/>
          <w:b/>
          <w:sz w:val="24"/>
        </w:rPr>
        <w:t>Περὶ τῶν τοῦ κίονος παθῶν.</w:t>
      </w:r>
    </w:p>
    <w:p>
      <w:r>
        <w:rPr>
          <w:rFonts w:ascii="Courier New" w:hAnsi="Courier New"/>
          <w:color w:val="555555"/>
          <w:sz w:val="20"/>
        </w:rPr>
        <w:t>[4 . 69 . 1]</w:t>
      </w:r>
    </w:p>
    <w:p>
      <w:r>
        <w:rPr>
          <w:rFonts w:ascii="Gentium Plus" w:hAnsi="Gentium Plus"/>
          <w:sz w:val="24"/>
        </w:rPr>
        <w:t>Φλεγμαίνοντος τοῦ κίονος, τῶν ἀναστελλόντων βοηθημάτων χρεία·</w:t>
      </w:r>
    </w:p>
    <w:p>
      <w:r>
        <w:rPr>
          <w:rFonts w:ascii="Courier New" w:hAnsi="Courier New"/>
          <w:color w:val="555555"/>
          <w:sz w:val="20"/>
        </w:rPr>
        <w:t>[4 . 69 . 2]</w:t>
      </w:r>
    </w:p>
    <w:p>
      <w:r>
        <w:rPr>
          <w:rFonts w:ascii="Gentium Plus" w:hAnsi="Gentium Plus"/>
          <w:sz w:val="24"/>
        </w:rPr>
        <w:t>στυπτικῆς οὖν αὐτὰ δεῖ δυνάμεως εἶναι. μετρίας μὲν οὔσης ἐπιρροῆς,</w:t>
      </w:r>
    </w:p>
    <w:p>
      <w:r>
        <w:rPr>
          <w:rFonts w:ascii="Courier New" w:hAnsi="Courier New"/>
          <w:color w:val="555555"/>
          <w:sz w:val="20"/>
        </w:rPr>
        <w:t>[4 . 69 . 3]</w:t>
      </w:r>
    </w:p>
    <w:p>
      <w:r>
        <w:rPr>
          <w:rFonts w:ascii="Gentium Plus" w:hAnsi="Gentium Plus"/>
          <w:sz w:val="24"/>
        </w:rPr>
        <w:t>μετρίως στυφούσης, σφοδροτέρας δέ, τῆς στρυφνῆς. διακλύσματα μὲν οὖν μέτρια τά τε διὰ τῶν φοινίκων ἐστὶν ἐναφεψομένων ποτὲ μὲν ὕδατι μόνῳ, ποτὲ δὲ καὶ βραχέος μέλιτος ἐμβεβλημένου, καὶ ῥόδων, ἑλίκων ἀμπέλου καὶ βάτου, σχίνων καὶ τερμίνθων καὶ κύπρου καὶ ὑπο‐</w:t>
      </w:r>
    </w:p>
    <w:p>
      <w:r>
        <w:rPr>
          <w:rFonts w:ascii="Courier New" w:hAnsi="Courier New"/>
          <w:color w:val="555555"/>
          <w:sz w:val="20"/>
        </w:rPr>
        <w:t>[5]</w:t>
      </w:r>
    </w:p>
    <w:p>
      <w:r>
        <w:rPr>
          <w:rFonts w:ascii="Gentium Plus" w:hAnsi="Gentium Plus"/>
          <w:sz w:val="24"/>
        </w:rPr>
        <w:t>κιστίδος· τούτων δ’ ἰσχυρότερα τό τε τῆς μυρσίνης ἀφέψημα καὶ τὸ τῶν στρυφνῶν κυδωνίων μήλων ἀκρεμόνων τε πρίνου καὶ φηγῶν βαλανίων τε αὐτῶν μεσπίλων τε καὶ κρανίων καρπῶν· γενναιότατον</w:t>
      </w:r>
    </w:p>
    <w:p>
      <w:r>
        <w:rPr>
          <w:rFonts w:ascii="Courier New" w:hAnsi="Courier New"/>
          <w:color w:val="555555"/>
          <w:sz w:val="20"/>
        </w:rPr>
        <w:t>[4 . 69 . 4]</w:t>
      </w:r>
    </w:p>
    <w:p>
      <w:r>
        <w:rPr>
          <w:rFonts w:ascii="Gentium Plus" w:hAnsi="Gentium Plus"/>
          <w:sz w:val="24"/>
        </w:rPr>
        <w:t>δὲ κηκίδων τε καὶ ῥοῦ καὶ βαλαυστίων καὶ κυτίνων σιδίων. τούτων ἑκάστου κατὰ μόνας 〈ἢ〉 μετ’ ἀλλήλων ἑψηθέντων, ἀνακογχυλιάζεσθαι</w:t>
      </w:r>
    </w:p>
    <w:p>
      <w:r>
        <w:rPr>
          <w:rFonts w:ascii="Courier New" w:hAnsi="Courier New"/>
          <w:color w:val="555555"/>
          <w:sz w:val="20"/>
        </w:rPr>
        <w:t>[4 . 69 . 5]</w:t>
      </w:r>
    </w:p>
    <w:p>
      <w:r>
        <w:rPr>
          <w:rFonts w:ascii="Gentium Plus" w:hAnsi="Gentium Plus"/>
          <w:sz w:val="24"/>
        </w:rPr>
        <w:t>δεῖ τῷ ὕδατι ξηροῖς τε λειωθεῖσι προσάπτεσθαι τοῦ γαργαρεῶνος, ἀτρέμα πως προσάγοντας πρός τε τὴν ἄνω χώραν καὶ τὴν ἐκτός, ὡς ἐπὶ τὴν</w:t>
      </w:r>
    </w:p>
    <w:p>
      <w:r>
        <w:rPr>
          <w:rFonts w:ascii="Courier New" w:hAnsi="Courier New"/>
          <w:color w:val="555555"/>
          <w:sz w:val="20"/>
        </w:rPr>
        <w:t>[4 . 69 . 6]</w:t>
      </w:r>
    </w:p>
    <w:p>
      <w:r>
        <w:rPr>
          <w:rFonts w:ascii="Gentium Plus" w:hAnsi="Gentium Plus"/>
          <w:sz w:val="24"/>
        </w:rPr>
        <w:t>γαργαρεῶνα παντὶ τρόπῳ καὶ μὴ σπεύδειν ἐκτέμνειν. ὅταν δ’ ἰσχνὸς καὶ ἱμαντώδης γένηταί ποτε (τοιοῦτον δ’ αὐτὸν ἐργάζεται χρόνος</w:t>
      </w:r>
    </w:p>
    <w:p>
      <w:r>
        <w:rPr>
          <w:rFonts w:ascii="Courier New" w:hAnsi="Courier New"/>
          <w:color w:val="555555"/>
          <w:sz w:val="20"/>
        </w:rPr>
        <w:t>[4 . 69 . 7]</w:t>
      </w:r>
    </w:p>
    <w:p>
      <w:r>
        <w:rPr>
          <w:rFonts w:ascii="Gentium Plus" w:hAnsi="Gentium Plus"/>
          <w:sz w:val="24"/>
        </w:rPr>
        <w:t>μακρός), τηνικαῦτα ἀφαιρεῖν, μετὰ τὴν τομὴν δ’ ἀεὶ τῷ διφρυγεῖ μόνῳ παραχρῆμά τε καὶ μέχρι συνουλώσεως χρῆσθαι· τὴν γὰρ οὐλὴν ἀκρι‐ βῶς ἐσφιγμένην ἐργάζεται καὶ τούτου τοῦ μορίου καὶ πάντων τῶν ἡλκωθέντων.</w:t>
      </w:r>
    </w:p>
    <w:p>
      <w:pPr>
        <w:jc w:val="center"/>
      </w:pPr>
      <w:r>
        <w:rPr>
          <w:rFonts w:ascii="Gentium Plus" w:hAnsi="Gentium Plus"/>
          <w:b/>
          <w:sz w:val="24"/>
        </w:rPr>
        <w:t>Περὶ τῶν κατὰ παρίσθμια φλεγμονῶν.</w:t>
      </w:r>
    </w:p>
    <w:p>
      <w:r>
        <w:rPr>
          <w:rFonts w:ascii="Courier New" w:hAnsi="Courier New"/>
          <w:color w:val="555555"/>
          <w:sz w:val="20"/>
        </w:rPr>
        <w:t>[4 . 70 . 1]</w:t>
      </w:r>
    </w:p>
    <w:p>
      <w:r>
        <w:rPr>
          <w:rFonts w:ascii="Gentium Plus" w:hAnsi="Gentium Plus"/>
          <w:sz w:val="24"/>
        </w:rPr>
        <w:t>Τὰς δὲ κατὰ τὰ παρίσθμια φλεγμονὰς καὶ ἀντιάδας ἀναπιέζειν δεῖ φαρμάκῳ τινὶ τῶν ὠφελῆσαι δυναμένων προχρίσαντας τοὺς δακτύ‐ λους· μάλιστα γὰρ ἐπὶ τῶν ἀδένων τῶν τῇδε φλεγμαινόντων τρόπος οὗτος τῆς θεραπείας ἁρμόττει· χαῦνοι γὰρ ὄντες καὶ σηραγγώδεις οἱ</w:t>
      </w:r>
    </w:p>
    <w:p>
      <w:r>
        <w:rPr>
          <w:rFonts w:ascii="Courier New" w:hAnsi="Courier New"/>
          <w:color w:val="555555"/>
          <w:sz w:val="20"/>
        </w:rPr>
        <w:t>[5]</w:t>
      </w:r>
    </w:p>
    <w:p>
      <w:r>
        <w:rPr>
          <w:rFonts w:ascii="Gentium Plus" w:hAnsi="Gentium Plus"/>
          <w:sz w:val="24"/>
        </w:rPr>
        <w:t>τόποι ῥᾳδίως τε δέχονται τὸ ῥεῦμα καὶ προπετέστεροι γίνονται καὶ</w:t>
      </w:r>
    </w:p>
    <w:p>
      <w:r>
        <w:rPr>
          <w:rFonts w:ascii="Courier New" w:hAnsi="Courier New"/>
          <w:color w:val="555555"/>
          <w:sz w:val="20"/>
        </w:rPr>
        <w:t>[4 . 70 . 2]</w:t>
      </w:r>
    </w:p>
    <w:p>
      <w:r>
        <w:rPr>
          <w:rFonts w:ascii="Gentium Plus" w:hAnsi="Gentium Plus"/>
          <w:sz w:val="24"/>
        </w:rPr>
        <w:t>πνευματοῦνται. ὅταν δ’ ἐπὶ προσήκοντι τῷ χρόνῳ τά τε τῆς φλεγ‐ μονῆς εἴδη πέττηται, καί τινος ὑγροῦ γλίσχρου πλήρεις ὦσιν οἱ ἀδένες, προσμιγνύντες τῷ στοματικῷ φαρμάκῳ νίτρον ἢ ἅλας ἤ τι τῶν τοι‐</w:t>
      </w:r>
    </w:p>
    <w:p>
      <w:r>
        <w:rPr>
          <w:rFonts w:ascii="Courier New" w:hAnsi="Courier New"/>
          <w:color w:val="555555"/>
          <w:sz w:val="20"/>
        </w:rPr>
        <w:t>[4 . 70 . 3]</w:t>
      </w:r>
    </w:p>
    <w:p>
      <w:r>
        <w:rPr>
          <w:rFonts w:ascii="Gentium Plus" w:hAnsi="Gentium Plus"/>
          <w:sz w:val="24"/>
        </w:rPr>
        <w:t>ούτων κενώσομεν τὸ φλέγμα. τῆς μέντοι φάρυγγος αὐτῆς φλεγμαι‐ νούσης, οὔτε φαρμάκῳ τοιούτῳ χρηστέον οὔτε ἀναπιεσμῷ διὰ τὴν ἁπαλότητα τῶν σαρκῶν.</w:t>
      </w:r>
    </w:p>
    <w:p>
      <w:pPr>
        <w:jc w:val="center"/>
      </w:pPr>
      <w:r>
        <w:rPr>
          <w:rFonts w:ascii="Gentium Plus" w:hAnsi="Gentium Plus"/>
          <w:b/>
          <w:sz w:val="24"/>
        </w:rPr>
        <w:t>Περὶ συνάγχης.</w:t>
      </w:r>
    </w:p>
    <w:p>
      <w:r>
        <w:rPr>
          <w:rFonts w:ascii="Courier New" w:hAnsi="Courier New"/>
          <w:color w:val="555555"/>
          <w:sz w:val="20"/>
        </w:rPr>
        <w:t>[4 . 71 . 1]</w:t>
      </w:r>
    </w:p>
    <w:p>
      <w:r>
        <w:rPr>
          <w:rFonts w:ascii="Gentium Plus" w:hAnsi="Gentium Plus"/>
          <w:sz w:val="24"/>
        </w:rPr>
        <w:t>Ὅταν δ’ ὑπὸ συνάγχης πνίγωνταί τινες, γινώσκειν μὲν ὡς ἐπι‐ κίνδυνός ἐστιν ἡ διάθεσις, καὶ πλέον εἴσω τῆς φλεγμονῆς ἐρειδούσης, ὡς μηδὲν ἔξω διασημαίνειν· καὶ ἔτι μᾶλλον εἰ ἀμφότερα τὰ παρίσθμια</w:t>
      </w:r>
    </w:p>
    <w:p>
      <w:r>
        <w:rPr>
          <w:rFonts w:ascii="Courier New" w:hAnsi="Courier New"/>
          <w:color w:val="555555"/>
          <w:sz w:val="20"/>
        </w:rPr>
        <w:t>[4 . 71 . 2]</w:t>
      </w:r>
    </w:p>
    <w:p>
      <w:r>
        <w:rPr>
          <w:rFonts w:ascii="Gentium Plus" w:hAnsi="Gentium Plus"/>
          <w:sz w:val="24"/>
        </w:rPr>
        <w:t>φλεγμαίνει, καὶ εἰ ὁ γαργαρεὼν συμπάσχοι. προσήκει δ’ ὡς ὅτι τάχιστα</w:t>
      </w:r>
    </w:p>
    <w:p>
      <w:r>
        <w:rPr>
          <w:rFonts w:ascii="Courier New" w:hAnsi="Courier New"/>
          <w:color w:val="555555"/>
          <w:sz w:val="20"/>
        </w:rPr>
        <w:t>[4 . 71 . 3]</w:t>
      </w:r>
    </w:p>
    <w:p>
      <w:r>
        <w:rPr>
          <w:rFonts w:ascii="Gentium Plus" w:hAnsi="Gentium Plus"/>
          <w:sz w:val="24"/>
        </w:rPr>
        <w:t>κενῶσαι διὰ φλεβοτομίας τὸ πᾶν σῶμα. μὴ παρόντος δὲ τοῦ τὴν φλέβα τεμεῖν δυναμένου, σχάσαντες τὰς κνήμας συγχωρεῖν ὡς ὅτι πλεῖστον ἀπορρεῖν· χρῆσθαι δὲ καὶ κλυστῆρσι δριμέσι καὶ ἐν ἀσιτίᾳ φυλάττειν τὸν ἄνθρωπον ἄρρωστον, ὡς μετὰ ταῦτα περιλαμβάνειν τὸν τράχηλον</w:t>
      </w:r>
    </w:p>
    <w:p>
      <w:r>
        <w:rPr>
          <w:rFonts w:ascii="Courier New" w:hAnsi="Courier New"/>
          <w:color w:val="555555"/>
          <w:sz w:val="20"/>
        </w:rPr>
        <w:t>[5]</w:t>
      </w:r>
    </w:p>
    <w:p>
      <w:r>
        <w:rPr>
          <w:rFonts w:ascii="Gentium Plus" w:hAnsi="Gentium Plus"/>
          <w:sz w:val="24"/>
        </w:rPr>
        <w:t>ἑλκτικὴν δύναμιν ἔχοντι φαρμάκῳ· τῆς γὰρ σφηνωθείσης ἐν τοῖς μορίοις ὕλης ἑλκυσθείσης, ὡς οἰδήσαντα ἔξω, πᾶσα ἐλπὶς τοῦ σωθῆναι</w:t>
      </w:r>
    </w:p>
    <w:p>
      <w:r>
        <w:rPr>
          <w:rFonts w:ascii="Courier New" w:hAnsi="Courier New"/>
          <w:color w:val="555555"/>
          <w:sz w:val="20"/>
        </w:rPr>
        <w:t>[4 . 71 . 4]</w:t>
      </w:r>
    </w:p>
    <w:p>
      <w:r>
        <w:rPr>
          <w:rFonts w:ascii="Gentium Plus" w:hAnsi="Gentium Plus"/>
          <w:sz w:val="24"/>
        </w:rPr>
        <w:t>τὸν ἄνθρωπον. καὶ ἀνακογχυλιάζειν δὲ τῷ τῆς πτισάνης χυλῷ συμ‐ φέρει λεπτοτέρῳ μετὰ μέλιτος καὶ τῷ τῶν ἰσχάδων ἀφεψήματι καὶ τοῦ ὑσσώπου καὶ τοῦ ὀριγάνου καὶ πράσου· διαφοροῦνται γὰρ οἱ ἐν</w:t>
      </w:r>
    </w:p>
    <w:p>
      <w:r>
        <w:rPr>
          <w:rFonts w:ascii="Courier New" w:hAnsi="Courier New"/>
          <w:color w:val="555555"/>
          <w:sz w:val="20"/>
        </w:rPr>
        <w:t>[4 . 71 . 5]</w:t>
      </w:r>
    </w:p>
    <w:p>
      <w:r>
        <w:rPr>
          <w:rFonts w:ascii="Gentium Plus" w:hAnsi="Gentium Plus"/>
          <w:sz w:val="24"/>
        </w:rPr>
        <w:t>τοῖς μορίοις σφηνωθέντες γλίσχροι καὶ παχεῖς χυμοί. ποιεῖ δ’ ἄκρως πρὸς συνάγχην κυνεία κόπρος λευκὴ ξηρανθεῖσα λειωθεῖσά τε καὶ</w:t>
      </w:r>
    </w:p>
    <w:p>
      <w:r>
        <w:rPr>
          <w:rFonts w:ascii="Courier New" w:hAnsi="Courier New"/>
          <w:color w:val="555555"/>
          <w:sz w:val="20"/>
        </w:rPr>
        <w:t>[4 . 71 . 6]</w:t>
      </w:r>
    </w:p>
    <w:p>
      <w:r>
        <w:rPr>
          <w:rFonts w:ascii="Gentium Plus" w:hAnsi="Gentium Plus"/>
          <w:sz w:val="24"/>
        </w:rPr>
        <w:t>σησθεῖσα, μέλιτι δευομένη καὶ διαχριομένη. γενναιότερον τούτου φάρ‐</w:t>
      </w:r>
    </w:p>
    <w:p>
      <w:r>
        <w:rPr>
          <w:rFonts w:ascii="Courier New" w:hAnsi="Courier New"/>
          <w:color w:val="555555"/>
          <w:sz w:val="20"/>
        </w:rPr>
        <w:t>[4 . 71 . 7]</w:t>
      </w:r>
    </w:p>
    <w:p>
      <w:r>
        <w:rPr>
          <w:rFonts w:ascii="Gentium Plus" w:hAnsi="Gentium Plus"/>
          <w:sz w:val="24"/>
        </w:rPr>
        <w:t>κύνας. λίνα πλείονα καὶ μάλιστα τῶν ἀπὸ τῆς θαλαττίας πορφύρας εἰ περιβαλὼν ἐχίδνης τραχήλῳ πνίξειας αὐτὴν τὴν ἔχιδναν, εἶτα περι‐ άπτοις ἓν ἐκ τῶν λίνων τῷ τραχήλῳ, θαυμαστῶς ὅπως ὀνίνησι παρ‐ ίσθμιά τε καὶ ὅσα περὶ τράχηλον ἐκβλαστάνει.</w:t>
      </w:r>
    </w:p>
    <w:p>
      <w:pPr>
        <w:jc w:val="center"/>
      </w:pPr>
      <w:r>
        <w:rPr>
          <w:rFonts w:ascii="Gentium Plus" w:hAnsi="Gentium Plus"/>
          <w:b/>
          <w:sz w:val="24"/>
        </w:rPr>
        <w:t>Πρὸς τὰ καταπινόμενα ὀστᾶ καὶ ἀκάνθας.</w:t>
      </w:r>
    </w:p>
    <w:p>
      <w:r>
        <w:rPr>
          <w:rFonts w:ascii="Courier New" w:hAnsi="Courier New"/>
          <w:color w:val="555555"/>
          <w:sz w:val="20"/>
        </w:rPr>
        <w:t>[4 . 72 . 1]</w:t>
      </w:r>
    </w:p>
    <w:p>
      <w:r>
        <w:rPr>
          <w:rFonts w:ascii="Gentium Plus" w:hAnsi="Gentium Plus"/>
          <w:sz w:val="24"/>
        </w:rPr>
        <w:t>Τὰ δὲ καταπινόμενα ὀστέα ἢ ἀκάνθας καὶ ἐμπηγνύμενα τῷ στο‐ μάχῳ κομίζουσι σπόγγιον ἢ κρεάδινον ἐντετμημένον ἐνάψας λίνῳ καὶ ἀναγκάσας καταπίνειν καὶ μετὰ ταῦτα ἀνασπάσας ἀθρόως διὰ τοῦ</w:t>
      </w:r>
    </w:p>
    <w:p>
      <w:r>
        <w:rPr>
          <w:rFonts w:ascii="Courier New" w:hAnsi="Courier New"/>
          <w:color w:val="555555"/>
          <w:sz w:val="20"/>
        </w:rPr>
        <w:t>[4 . 72 . 2]</w:t>
      </w:r>
    </w:p>
    <w:p>
      <w:r>
        <w:rPr>
          <w:rFonts w:ascii="Gentium Plus" w:hAnsi="Gentium Plus"/>
          <w:sz w:val="24"/>
        </w:rPr>
        <w:t>ἀπηρτημένου λίνου· εἴωθε γὰρ συνεφέλκεσθαι τὸ ἐμπεπηγός. δεῖ δὲ καὶ ἄρτου ἁπαλοῦ τὸ ἐντὸς διδόναι καταπίνειν καὶ σῦκα ξηρὰ μεμα‐ σημένα.</w:t>
      </w:r>
    </w:p>
    <w:p>
      <w:pPr>
        <w:jc w:val="center"/>
      </w:pPr>
      <w:r>
        <w:rPr>
          <w:rFonts w:ascii="Gentium Plus" w:hAnsi="Gentium Plus"/>
          <w:b/>
          <w:sz w:val="24"/>
        </w:rPr>
        <w:t>Περὶ τῶν στοματικῶν φαρμάκων τῶν φλεγμαινόντων παρισθμίων ἢ σταφυλῆς ἤ τινος ἄλλου μέρους.</w:t>
      </w:r>
    </w:p>
    <w:p>
      <w:r>
        <w:rPr>
          <w:rFonts w:ascii="Courier New" w:hAnsi="Courier New"/>
          <w:color w:val="555555"/>
          <w:sz w:val="20"/>
        </w:rPr>
        <w:t>[4 . 73 . 1]</w:t>
      </w:r>
    </w:p>
    <w:p>
      <w:r>
        <w:rPr>
          <w:rFonts w:ascii="Gentium Plus" w:hAnsi="Gentium Plus"/>
          <w:sz w:val="24"/>
        </w:rPr>
        <w:t>Διὰ μόρων ἁπλοῦν· τῶν μόρων τοῦ χυλοῦ κοτύλας πέντε προ‐ εψήσας ἄχρι γλοιώδους συστάσεως, πρόσβαλλε μέλιτος λίτραν μίαν καὶ</w:t>
      </w:r>
    </w:p>
    <w:p>
      <w:r>
        <w:rPr>
          <w:rFonts w:ascii="Courier New" w:hAnsi="Courier New"/>
          <w:color w:val="555555"/>
          <w:sz w:val="20"/>
        </w:rPr>
        <w:t>[4 . 73 . 2]</w:t>
      </w:r>
    </w:p>
    <w:p>
      <w:r>
        <w:rPr>
          <w:rFonts w:ascii="Gentium Plus" w:hAnsi="Gentium Plus"/>
          <w:sz w:val="24"/>
        </w:rPr>
        <w:t>ἕψε μέχρι μελιτώδους συστάσεως. ἐπὶ δὲ τῆς χρήσεως ἐν μὲν ταῖς ἀρχαῖς μίγνυε, καθάπερ εἴρηται, τὰ ἀποκρουστικά, κατὰ δὲ τὰς ἀκμὰς τὰ πέττοντα καὶ παρηγοροῦντα, κατὰ δὲ τὰς παρακμὰς τὰ διαφοροῦντα.</w:t>
      </w:r>
    </w:p>
    <w:p>
      <w:r>
        <w:rPr>
          <w:rFonts w:ascii="Courier New" w:hAnsi="Courier New"/>
          <w:color w:val="555555"/>
          <w:sz w:val="20"/>
        </w:rPr>
        <w:t>[4 . 73 . 3]</w:t>
      </w:r>
    </w:p>
    <w:p>
      <w:r>
        <w:rPr>
          <w:rFonts w:ascii="Gentium Plus" w:hAnsi="Gentium Plus"/>
          <w:sz w:val="24"/>
        </w:rPr>
        <w:t>κατὰ δὲ τὸν αὐτὸν τρόπον καὶ διὰ τοῦ χυλοῦ τῶν λεμμάτων τῶν καρύων ποιήσεις στοματικὸν φάρμακον, καὶ διὰ τοῦ γλεύκους ἐξ αὐστη‐ ρῶν σταφυλῶν, καὶ ἀπὸ τοῦ χυλοῦ τῶν ῥοιῶν καὶ τῶν ἄλλων τῶν</w:t>
      </w:r>
    </w:p>
    <w:p>
      <w:r>
        <w:rPr>
          <w:rFonts w:ascii="Courier New" w:hAnsi="Courier New"/>
          <w:color w:val="555555"/>
          <w:sz w:val="20"/>
        </w:rPr>
        <w:t>[4 . 73 . 4]</w:t>
      </w:r>
    </w:p>
    <w:p>
      <w:r>
        <w:rPr>
          <w:rFonts w:ascii="Gentium Plus" w:hAnsi="Gentium Plus"/>
          <w:sz w:val="24"/>
        </w:rPr>
        <w:t>αὐστηρῶν καρπῶν τῶν ἐχόντων χυλόν. παχεῖ μὲν οὖν φανέντι τῷ χυλῷ μέλι μιγνύειν εὐθέτως προσῆκεν, εἰ δ’ ὑγρότερον εἴη, προ‐</w:t>
      </w:r>
    </w:p>
    <w:p>
      <w:r>
        <w:rPr>
          <w:rFonts w:ascii="Courier New" w:hAnsi="Courier New"/>
          <w:color w:val="555555"/>
          <w:sz w:val="20"/>
        </w:rPr>
        <w:t>[4 . 73 . 5]</w:t>
      </w:r>
    </w:p>
    <w:p>
      <w:r>
        <w:rPr>
          <w:rFonts w:ascii="Gentium Plus" w:hAnsi="Gentium Plus"/>
          <w:sz w:val="24"/>
        </w:rPr>
        <w:t>εψηθέντι. δέχεται δ’ ὁ μὲν τῶν ἀπίων καὶ τῶν μήλων χυλὸς ἔτι τε τῶν πλείστων ὀπωρῶν ἴσον ἑαυτῶν τὸ μέλι, τῶν στρυφνῶν δ’ ἱκανῶς, οἷόσπερ ἐστὶν ὁ τῆς κρανείας καρπός, ἐνίοτε μὲν διπλάσιον, 〈ἔστι δ’</w:t>
      </w:r>
    </w:p>
    <w:p>
      <w:r>
        <w:rPr>
          <w:rFonts w:ascii="Courier New" w:hAnsi="Courier New"/>
          <w:color w:val="555555"/>
          <w:sz w:val="20"/>
        </w:rPr>
        <w:t>[4 . 73 . 6]</w:t>
      </w:r>
    </w:p>
    <w:p>
      <w:r>
        <w:rPr>
          <w:rFonts w:ascii="Gentium Plus" w:hAnsi="Gentium Plus"/>
          <w:sz w:val="24"/>
        </w:rPr>
        <w:t>ὅτε καὶ τριπλάσιον〉. τοῖς μὲν οὖν μὴ φέρουσι τὰς φαρμακώδεις ποιό‐ τητας ἐπὶ μὲν τῶν μετρίων φλεγμονῶν παρισθμίων ἢ σταφυλῆς ἢ ἄλλου τινὸς μέρους ἀρκοῦσι τῶν εἰρημένων ἄρτι καρπῶν οἱ χυλοὶ καὶ</w:t>
      </w:r>
    </w:p>
    <w:p>
      <w:r>
        <w:rPr>
          <w:rFonts w:ascii="Courier New" w:hAnsi="Courier New"/>
          <w:color w:val="555555"/>
          <w:sz w:val="20"/>
        </w:rPr>
        <w:t>[4 . 73 . 7]</w:t>
      </w:r>
    </w:p>
    <w:p>
      <w:r>
        <w:rPr>
          <w:rFonts w:ascii="Gentium Plus" w:hAnsi="Gentium Plus"/>
          <w:sz w:val="24"/>
        </w:rPr>
        <w:t>ὁ ῥοῦς ὁ ἐπὶ τὰ ὄψα· πρὸς δὲ τὰς μείζονας τῶν ῥοιῶν χρὴ τῶν αὐστηρῶν τὸν χυλὸν ἢ τῶν κυδωνίων μήλων καὶ ἀμφοτέρων κατὰ</w:t>
      </w:r>
    </w:p>
    <w:p>
      <w:r>
        <w:rPr>
          <w:rFonts w:ascii="Courier New" w:hAnsi="Courier New"/>
          <w:color w:val="555555"/>
          <w:sz w:val="20"/>
        </w:rPr>
        <w:t>[4 . 73 . 8]</w:t>
      </w:r>
    </w:p>
    <w:p>
      <w:r>
        <w:rPr>
          <w:rFonts w:ascii="Gentium Plus" w:hAnsi="Gentium Plus"/>
          <w:sz w:val="24"/>
        </w:rPr>
        <w:t>τὴν εἰρημένην ἀναλογίαν μῖξαι μέλιτος, καὶ γίνεται σύμμετρον. κάλλιον</w:t>
      </w:r>
    </w:p>
    <w:p>
      <w:r>
        <w:rPr>
          <w:rFonts w:ascii="Courier New" w:hAnsi="Courier New"/>
          <w:color w:val="555555"/>
          <w:sz w:val="20"/>
        </w:rPr>
        <w:t>[4 . 73 . 9]</w:t>
      </w:r>
    </w:p>
    <w:p>
      <w:r>
        <w:rPr>
          <w:rFonts w:ascii="Gentium Plus" w:hAnsi="Gentium Plus"/>
          <w:sz w:val="24"/>
        </w:rPr>
        <w:t>δὲ καὶ σφοδρότερον ἂν τὰς ὅλας κόψας ῥοιὰς ἐνεψήσαις γλεύκει. δεῖ δὲ μὴ μόνον ἀποκρουστικὸν ἔχειν φάρμακον, ἀλλὰ καὶ διαφορητικόν, εἰ σκιρρούμενόν τι φαίνοιτο· τοῖς εἰρημένοις οὖν μέσοις ἐμβαλεῖς ἑψο‐ μένοις γλήχωνος ἢ ὑσσώπου ἢ ὀριγάνου ἢ θύμων ἢ καλαμίνθης διη‐</w:t>
      </w:r>
    </w:p>
    <w:p>
      <w:r>
        <w:rPr>
          <w:rFonts w:ascii="Courier New" w:hAnsi="Courier New"/>
          <w:color w:val="555555"/>
          <w:sz w:val="20"/>
        </w:rPr>
        <w:t>[5]</w:t>
      </w:r>
    </w:p>
    <w:p>
      <w:r>
        <w:rPr>
          <w:rFonts w:ascii="Gentium Plus" w:hAnsi="Gentium Plus"/>
          <w:sz w:val="24"/>
        </w:rPr>
        <w:t>θήσας· οὕτω γὰρ ἕξεις ἐπιτήδειον φάρμακον.</w:t>
      </w:r>
    </w:p>
    <w:p>
      <w:pPr>
        <w:jc w:val="center"/>
      </w:pPr>
      <w:r>
        <w:rPr>
          <w:rFonts w:ascii="Gentium Plus" w:hAnsi="Gentium Plus"/>
          <w:b/>
          <w:sz w:val="24"/>
        </w:rPr>
        <w:t>Πρὸς τὰς ἐν στόματι σηπεδόνας.</w:t>
      </w:r>
    </w:p>
    <w:p>
      <w:r>
        <w:rPr>
          <w:rFonts w:ascii="Courier New" w:hAnsi="Courier New"/>
          <w:color w:val="555555"/>
          <w:sz w:val="20"/>
        </w:rPr>
        <w:t>[4 . 74 . 1]</w:t>
      </w:r>
    </w:p>
    <w:p>
      <w:r>
        <w:rPr>
          <w:rFonts w:ascii="Gentium Plus" w:hAnsi="Gentium Plus"/>
          <w:sz w:val="24"/>
        </w:rPr>
        <w:t>Χάρτου κεκαυμένου μέρη γ, ἀρσενικοῦ μέρος α· λείοις χρῶ· ἄνω‐</w:t>
      </w:r>
    </w:p>
    <w:p>
      <w:r>
        <w:rPr>
          <w:rFonts w:ascii="Courier New" w:hAnsi="Courier New"/>
          <w:color w:val="555555"/>
          <w:sz w:val="20"/>
        </w:rPr>
        <w:t>[4 . 74 . 2]</w:t>
      </w:r>
    </w:p>
    <w:p>
      <w:r>
        <w:rPr>
          <w:rFonts w:ascii="Gentium Plus" w:hAnsi="Gentium Plus"/>
          <w:sz w:val="24"/>
        </w:rPr>
        <w:t>θεν δὲ τιλτὸν προσεπιτίθει βάψας εἰς ῥόδινον καὶ ἐκθλίψας. —Πρὸς μεγάλας σηπεδόνας τὰς ἐν τῷ στόματι καὶ τὰς ἐν ἄλλῳ μέρει τοῦ σώματος· χαλκίτεως μέρος ἕν, κονίας ἀσβέστου τὸ ἴσον, ἀρσενικοῦ τὸ</w:t>
      </w:r>
    </w:p>
    <w:p>
      <w:r>
        <w:rPr>
          <w:rFonts w:ascii="Courier New" w:hAnsi="Courier New"/>
          <w:color w:val="555555"/>
          <w:sz w:val="20"/>
        </w:rPr>
        <w:t>[4 . 74 . 3]</w:t>
      </w:r>
    </w:p>
    <w:p>
      <w:r>
        <w:rPr>
          <w:rFonts w:ascii="Gentium Plus" w:hAnsi="Gentium Plus"/>
          <w:sz w:val="24"/>
        </w:rPr>
        <w:t>ἥμισυ· λεῖα μίξας χρῶ. ἐὰν δὲ ξηραίνηται τὸ στόμα, καὶ τὸ σίελον μὴ δύνηται καταπίνεσθαι, σῦκα ἑψήσας ἐν οἴνῳ αὐστηρῷ ἀκράτῳ δίδου θερμὸν καταρροφεῖν· ἐὰν δὲ μὴ δύνηται, παρέγχει κατ’ ὀλίγον.</w:t>
      </w:r>
    </w:p>
    <w:p>
      <w:pPr>
        <w:jc w:val="center"/>
      </w:pPr>
      <w:r>
        <w:rPr>
          <w:rFonts w:ascii="Gentium Plus" w:hAnsi="Gentium Plus"/>
          <w:b/>
          <w:sz w:val="24"/>
        </w:rPr>
        <w:t>Περὶ τῶν ἐν τῇ τραχείᾳ ἀρτηρίᾳ ἑλκῶν.</w:t>
      </w:r>
    </w:p>
    <w:p>
      <w:r>
        <w:rPr>
          <w:rFonts w:ascii="Courier New" w:hAnsi="Courier New"/>
          <w:color w:val="555555"/>
          <w:sz w:val="20"/>
        </w:rPr>
        <w:t>[4 . 75 . 1]</w:t>
      </w:r>
    </w:p>
    <w:p>
      <w:r>
        <w:rPr>
          <w:rFonts w:ascii="Gentium Plus" w:hAnsi="Gentium Plus"/>
          <w:sz w:val="24"/>
        </w:rPr>
        <w:t>Τὰ ἐν ταῖς τραχείαις ἀρτηρίαις συνιστάμενα ἕλκη 〈εἰσ〉 τὸν ἔνδον αὐτῶν χιτῶνα θεραπεύομεν ἔξωθέν τι τῶν ξηραινόντων ἐπιτιθέντες φαρμάκων ὕπτιόν τε κατακλίνοντες, εἶτα διδόντες ὑγρὸν φάρμακον</w:t>
      </w:r>
    </w:p>
    <w:p>
      <w:r>
        <w:rPr>
          <w:rFonts w:ascii="Courier New" w:hAnsi="Courier New"/>
          <w:color w:val="555555"/>
          <w:sz w:val="20"/>
        </w:rPr>
        <w:t>[4 . 75 . 2]</w:t>
      </w:r>
    </w:p>
    <w:p>
      <w:r>
        <w:rPr>
          <w:rFonts w:ascii="Gentium Plus" w:hAnsi="Gentium Plus"/>
          <w:sz w:val="24"/>
        </w:rPr>
        <w:t>τὸ πρὸς τὰ ἕλκη. τοιαῦτα ἐν τῷ στόματι κατέχειν καὶ βραχύ τι παραρρεῖν ἐᾶν εἰς τὴν ἀρτηρίαν παρακελεύομεν.</w:t>
      </w:r>
    </w:p>
    <w:p>
      <w:pPr>
        <w:jc w:val="center"/>
      </w:pPr>
      <w:r>
        <w:rPr>
          <w:rFonts w:ascii="Gentium Plus" w:hAnsi="Gentium Plus"/>
          <w:b/>
          <w:sz w:val="24"/>
        </w:rPr>
        <w:t>Πρὸς φωνῆς ἀποκοπήν.</w:t>
      </w:r>
    </w:p>
    <w:p>
      <w:r>
        <w:rPr>
          <w:rFonts w:ascii="Courier New" w:hAnsi="Courier New"/>
          <w:color w:val="555555"/>
          <w:sz w:val="20"/>
        </w:rPr>
        <w:t>[4 . 76 1,2]</w:t>
      </w:r>
    </w:p>
    <w:p>
      <w:r>
        <w:rPr>
          <w:rFonts w:ascii="Gentium Plus" w:hAnsi="Gentium Plus"/>
          <w:sz w:val="24"/>
        </w:rPr>
        <w:t>Χυλὸν κράμβης μετὰ μέλιτος ἑψήσας δίδου ἐκλείχειν. —Ἄλλο·</w:t>
      </w:r>
    </w:p>
    <w:p>
      <w:r>
        <w:rPr>
          <w:rFonts w:ascii="Courier New" w:hAnsi="Courier New"/>
          <w:color w:val="555555"/>
          <w:sz w:val="20"/>
        </w:rPr>
        <w:t>[4 . 76 . 2 (2)]</w:t>
      </w:r>
    </w:p>
    <w:p>
      <w:r>
        <w:rPr>
          <w:rFonts w:ascii="Gentium Plus" w:hAnsi="Gentium Plus"/>
          <w:sz w:val="24"/>
        </w:rPr>
        <w:t>ποιεῖ δὲ καὶ πρὸς βῆχας· λινοσπέρμου κεκαυμένου καὶ σεσησμένου, σταφίδων λιπαρῶν χωρὶς τῶν γιγάρτων, στροβίλων πεφωγμένων, κα‐ ρύων Ποντικῶν κεκαθαρμένων ἴσα λεάνας καὶ μέλιτι ἀπέφθῳ ἀναλα‐</w:t>
      </w:r>
    </w:p>
    <w:p>
      <w:r>
        <w:rPr>
          <w:rFonts w:ascii="Courier New" w:hAnsi="Courier New"/>
          <w:color w:val="555555"/>
          <w:sz w:val="20"/>
        </w:rPr>
        <w:t>[4 . 76 . 3]</w:t>
      </w:r>
    </w:p>
    <w:p>
      <w:r>
        <w:rPr>
          <w:rFonts w:ascii="Gentium Plus" w:hAnsi="Gentium Plus"/>
          <w:sz w:val="24"/>
        </w:rPr>
        <w:t>βὼν δίδου κοχλιάριον ὑπὸ γλώττης. —Πρὸς τὰς τῆς φωνῆς ἀπο‐ κοπάς· γλυκυρρίζης 𐅻 η, σμύρνης 𐅻 κδ, τερεβινθίνης 𐅻 ϛ, τραγακάνθης 𐅻 λη· ἕκαστον τῶν ξηρῶν κόπτε κατ’ ἰδίαν καὶ σῆθε· τὴν δὲ ῥητίνην εἰς ὅλμον βαλὼν κόπτε καταπάσσων τὰ ξηρά· εἶθ’ ἑνώσας ἀνάπλαττε</w:t>
      </w:r>
    </w:p>
    <w:p>
      <w:r>
        <w:rPr>
          <w:rFonts w:ascii="Courier New" w:hAnsi="Courier New"/>
          <w:color w:val="555555"/>
          <w:sz w:val="20"/>
        </w:rPr>
        <w:t>[4 . 76 . 4]</w:t>
      </w:r>
    </w:p>
    <w:p>
      <w:r>
        <w:rPr>
          <w:rFonts w:ascii="Gentium Plus" w:hAnsi="Gentium Plus"/>
          <w:sz w:val="24"/>
        </w:rPr>
        <w:t>κυάμου Αἰγυπτίου μέγεθος καὶ ξήραινε ἐν σκιᾷ. ἐπὶ δὲ τῆς χρήσεως δίδου α ἢ β ὑπὸ τὴν γλῶτταν κατέχειν καὶ τὸ τηκόμενον παραπέμ‐</w:t>
      </w:r>
    </w:p>
    <w:p>
      <w:r>
        <w:rPr>
          <w:rFonts w:ascii="Courier New" w:hAnsi="Courier New"/>
          <w:color w:val="555555"/>
          <w:sz w:val="20"/>
        </w:rPr>
        <w:t>[4 . 76 . 5]</w:t>
      </w:r>
    </w:p>
    <w:p>
      <w:r>
        <w:rPr>
          <w:rFonts w:ascii="Gentium Plus" w:hAnsi="Gentium Plus"/>
          <w:sz w:val="24"/>
        </w:rPr>
        <w:t>πειν. δεῖ δὲ τὸ φάρμακον ταχέως ἀναπλάττειν καὶ ἐν τῷ κόπτε‐</w:t>
      </w:r>
    </w:p>
    <w:p>
      <w:pPr>
        <w:jc w:val="center"/>
      </w:pPr>
      <w:r>
        <w:rPr>
          <w:rFonts w:ascii="Gentium Plus" w:hAnsi="Gentium Plus"/>
          <w:b/>
          <w:sz w:val="24"/>
        </w:rPr>
        <w:t>Περὶ βηχὸς καὶ δυσπνοίας καὶ κατάρρου καὶ κορύζης καὶ βράγχου καὶ τῶν ἐκ θώρακος καὶ πνεύμονος πτύσεων.</w:t>
      </w:r>
    </w:p>
    <w:p>
      <w:r>
        <w:rPr>
          <w:rFonts w:ascii="Courier New" w:hAnsi="Courier New"/>
          <w:color w:val="555555"/>
          <w:sz w:val="20"/>
        </w:rPr>
        <w:t>[4 . 77 . 1]</w:t>
      </w:r>
    </w:p>
    <w:p>
      <w:r>
        <w:rPr>
          <w:rFonts w:ascii="Gentium Plus" w:hAnsi="Gentium Plus"/>
          <w:sz w:val="24"/>
        </w:rPr>
        <w:t>Βηχὸς αἴτιόν ἐστιν ὑγρὸν τὸ καταφερόμενον ἀπὸ τῆς κεφαλῆς, ὡς ἐν κατάρροις, ἢ τὸ ἐν ταῖς τραχείαις ἀρτηρίαις περιεχόμενον, ὡς</w:t>
      </w:r>
    </w:p>
    <w:p>
      <w:r>
        <w:rPr>
          <w:rFonts w:ascii="Courier New" w:hAnsi="Courier New"/>
          <w:color w:val="555555"/>
          <w:sz w:val="20"/>
        </w:rPr>
        <w:t>[4 . 77 . 2]</w:t>
      </w:r>
    </w:p>
    <w:p>
      <w:r>
        <w:rPr>
          <w:rFonts w:ascii="Gentium Plus" w:hAnsi="Gentium Plus"/>
          <w:sz w:val="24"/>
        </w:rPr>
        <w:t>ἐν πλευρίτισι καὶ περιπνευμονίαις. γίνονται δὲ καὶ τραχύτητες φάρυγγος καὶ ἀρτηρίας τῆς τραχείας αἴτια βηχός, καὶ τὰ παρεμπίπτοντα πινόν‐ των ἢ ἐσθιόντων καὶ δυσκρασία ψυχρὰ τῶν ἀναπνευστικῶν ὀργάνων.</w:t>
      </w:r>
    </w:p>
    <w:p>
      <w:r>
        <w:rPr>
          <w:rFonts w:ascii="Courier New" w:hAnsi="Courier New"/>
          <w:color w:val="555555"/>
          <w:sz w:val="20"/>
        </w:rPr>
        <w:t>[4 . 77 . 3]</w:t>
      </w:r>
    </w:p>
    <w:p>
      <w:r>
        <w:rPr>
          <w:rFonts w:ascii="Gentium Plus" w:hAnsi="Gentium Plus"/>
          <w:sz w:val="24"/>
        </w:rPr>
        <w:t>βήττουσι δὲ μετρίως οἱ διὰ δυσκρασίαν βήττοντες καὶ οὐδὲν ἀνάγουσιν, οὕτω δὲ καὶ ἀβιάστως ὡς μὴ μόνον κατέχειν δύνασθαι καὶ κωλύειν αὐτὴν τὴν κατοχὴν τοῦ πνεύματος, ἀλλὰ καὶ ἰᾶσθαι πολλάκις αὐτήν, τῇ τῆς ἀναπνοῆς ἐπισχέσει τὰ κατεψυγμένα τῶν μορίων ἐκθερμαί‐</w:t>
      </w:r>
    </w:p>
    <w:p>
      <w:r>
        <w:rPr>
          <w:rFonts w:ascii="Courier New" w:hAnsi="Courier New"/>
          <w:color w:val="555555"/>
          <w:sz w:val="20"/>
        </w:rPr>
        <w:t>[4 . 77 . 4]</w:t>
      </w:r>
    </w:p>
    <w:p>
      <w:r>
        <w:rPr>
          <w:rFonts w:ascii="Gentium Plus" w:hAnsi="Gentium Plus"/>
          <w:sz w:val="24"/>
        </w:rPr>
        <w:t>νοντας. σημεῖα δὲ τῶν οὕτω βηττόντων ἐστὶ τὸ κατὰ τὰς ἀθρόας εἰσπνοὰς ἐρεθίζεσθαι, δηλονότι τῆς ψύξεως ἐπιτεινομένης· ὅτε οὖν πρᾴως τε εἰσπνέωσι καὶ ἐν οἴκῳ θερμῷ διατρίβωσιν, ἢ μικρὸν ἢ οὐδ’</w:t>
      </w:r>
    </w:p>
    <w:p>
      <w:r>
        <w:rPr>
          <w:rFonts w:ascii="Courier New" w:hAnsi="Courier New"/>
          <w:color w:val="555555"/>
          <w:sz w:val="20"/>
        </w:rPr>
        <w:t>[4 . 77 . 5]</w:t>
      </w:r>
    </w:p>
    <w:p>
      <w:r>
        <w:rPr>
          <w:rFonts w:ascii="Gentium Plus" w:hAnsi="Gentium Plus"/>
          <w:sz w:val="24"/>
        </w:rPr>
        <w:t>ὅλως βήττουσιν. αἱ δὲ μετὰ γαργαλισμοῦ συνιστάμεναι βῆχες ἐνδεί‐ κνυνται σαφῶς ἀπὸ τῆς κεφαλῆς συνδεδόσθαι τὸ ῥεῦμα εἰς ἀρτηρίαν</w:t>
      </w:r>
    </w:p>
    <w:p>
      <w:r>
        <w:rPr>
          <w:rFonts w:ascii="Courier New" w:hAnsi="Courier New"/>
          <w:color w:val="555555"/>
          <w:sz w:val="20"/>
        </w:rPr>
        <w:t>[4 . 77 . 6]</w:t>
      </w:r>
    </w:p>
    <w:p>
      <w:r>
        <w:rPr>
          <w:rFonts w:ascii="Gentium Plus" w:hAnsi="Gentium Plus"/>
          <w:sz w:val="24"/>
        </w:rPr>
        <w:t>τε καὶ πνεύμονα. μηδενὸς μὲν οὖν ἀναπτυομένου, λεπτὸν εἶναι χρὴ γινώσκειν τὸ καταφερόμενον· ἀναπτυομένου δὲ τινός, τὸ ἐναντίον.</w:t>
      </w:r>
    </w:p>
    <w:p>
      <w:r>
        <w:rPr>
          <w:rFonts w:ascii="Courier New" w:hAnsi="Courier New"/>
          <w:color w:val="555555"/>
          <w:sz w:val="20"/>
        </w:rPr>
        <w:t>[4 . 77 . 7]</w:t>
      </w:r>
    </w:p>
    <w:p>
      <w:r>
        <w:rPr>
          <w:rFonts w:ascii="Gentium Plus" w:hAnsi="Gentium Plus"/>
          <w:sz w:val="24"/>
        </w:rPr>
        <w:t>ἰασόμεθα δὲ τὴν μὲν ἐπὶ λεπτῷ ῥεύματι γινομένην βῆχα καὶ τὴν ἐπὶ τραχύτητι παχύνοντες τῇ διὰ κωδυῶν ἤ τινι τῶν ἀνωδύνων καλου‐ μένων φαρμάκων, τὴν δὲ διὰ πάχος, [καὶ ἐπὶ τραχύτητι] καὶ γλίσχρον</w:t>
      </w:r>
    </w:p>
    <w:p>
      <w:r>
        <w:rPr>
          <w:rFonts w:ascii="Courier New" w:hAnsi="Courier New"/>
          <w:color w:val="555555"/>
          <w:sz w:val="20"/>
        </w:rPr>
        <w:t>[4 . 77 . 8]</w:t>
      </w:r>
    </w:p>
    <w:p>
      <w:r>
        <w:rPr>
          <w:rFonts w:ascii="Gentium Plus" w:hAnsi="Gentium Plus"/>
          <w:sz w:val="24"/>
        </w:rPr>
        <w:t>χυμὸν ἐγκείμενον διὰ τῶν λεπτυνόντων. κενταυρίου τοῦ μεγάλου ἡ</w:t>
      </w:r>
    </w:p>
    <w:p>
      <w:r>
        <w:rPr>
          <w:rFonts w:ascii="Courier New" w:hAnsi="Courier New"/>
          <w:color w:val="555555"/>
          <w:sz w:val="20"/>
        </w:rPr>
        <w:t>[4 . 77 . 9]</w:t>
      </w:r>
    </w:p>
    <w:p>
      <w:r>
        <w:rPr>
          <w:rFonts w:ascii="Gentium Plus" w:hAnsi="Gentium Plus"/>
          <w:sz w:val="24"/>
        </w:rPr>
        <w:t>ῥίζα δυσπνοίαις καὶ ταῖς πεπαλαιωμέναις ἁρμόζει βηξίν. μελάνθιον κατάρρους ἰᾶται θερμὸν ἐν ὀθονίῳ προσαγόμενον, ὡς συνεχῶς ὀσμᾶ‐</w:t>
      </w:r>
    </w:p>
    <w:p>
      <w:r>
        <w:rPr>
          <w:rFonts w:ascii="Courier New" w:hAnsi="Courier New"/>
          <w:color w:val="555555"/>
          <w:sz w:val="20"/>
        </w:rPr>
        <w:t>[4 . 77 . 10]</w:t>
      </w:r>
    </w:p>
    <w:p>
      <w:r>
        <w:rPr>
          <w:rFonts w:ascii="Gentium Plus" w:hAnsi="Gentium Plus"/>
          <w:sz w:val="24"/>
        </w:rPr>
        <w:t>σθαι. στύραξ βῆχας, κατάρρους καὶ κορύζας καὶ βράγχους ὀνίνησιν ἐκ‐</w:t>
      </w:r>
    </w:p>
    <w:p>
      <w:r>
        <w:rPr>
          <w:rFonts w:ascii="Courier New" w:hAnsi="Courier New"/>
          <w:color w:val="555555"/>
          <w:sz w:val="20"/>
        </w:rPr>
        <w:t>[4 . 77 . 11]</w:t>
      </w:r>
    </w:p>
    <w:p>
      <w:r>
        <w:rPr>
          <w:rFonts w:ascii="Gentium Plus" w:hAnsi="Gentium Plus"/>
          <w:sz w:val="24"/>
        </w:rPr>
        <w:t>λεικτόν. στρόβιλον βαλών, ὅταν ᾖ λιπαρὸς μάλιστα, τουτέστιν ἐν κύκλῳ πολλὴν ἔχων ἐμπερικεχυμένην τὴν ἰδίαν ῥητίνην, ἕψησον ἐν ὕδατι μετὰ πρασίου προσφάτου, εἶτα τῷ ἀφεψήματι μιγνὺς μέλι συμμέτρως ἕψησον πάλιν τοῦτο μέχρι μελιτώδους συστάσεως, καὶ χρῶ πρὸς τὰς</w:t>
      </w:r>
    </w:p>
    <w:p>
      <w:r>
        <w:rPr>
          <w:rFonts w:ascii="Courier New" w:hAnsi="Courier New"/>
          <w:color w:val="555555"/>
          <w:sz w:val="20"/>
        </w:rPr>
        <w:t>[5]</w:t>
      </w:r>
    </w:p>
    <w:p>
      <w:r>
        <w:rPr>
          <w:rFonts w:ascii="Gentium Plus" w:hAnsi="Gentium Plus"/>
          <w:sz w:val="24"/>
        </w:rPr>
        <w:t>ἐκ θώρακος καὶ πνεύμονος πτύσεις.</w:t>
      </w:r>
    </w:p>
    <w:p>
      <w:pPr>
        <w:jc w:val="center"/>
      </w:pPr>
      <w:r>
        <w:rPr>
          <w:rFonts w:ascii="Gentium Plus" w:hAnsi="Gentium Plus"/>
          <w:b/>
          <w:sz w:val="24"/>
        </w:rPr>
        <w:t>Περὶ ἀναγωγῆς καὶ θρομβώσεως αἵματος.</w:t>
      </w:r>
    </w:p>
    <w:p>
      <w:r>
        <w:rPr>
          <w:rFonts w:ascii="Courier New" w:hAnsi="Courier New"/>
          <w:color w:val="555555"/>
          <w:sz w:val="20"/>
        </w:rPr>
        <w:t>[4 . 78 . 1]</w:t>
      </w:r>
    </w:p>
    <w:p>
      <w:r>
        <w:rPr>
          <w:rFonts w:ascii="Gentium Plus" w:hAnsi="Gentium Plus"/>
          <w:sz w:val="24"/>
        </w:rPr>
        <w:t>Ὁ πρῶτος κίνδυνός ἐστι τῆς τοῦ αἵματος ἀναγωγῆς κατ’ αὐτὴν τὴν ἄμετρον κένωσιν. βοηθεῖν οὖν ἐκ τοῦ παραυτίκα τοῖς πάσχουσι δυνήσῃ διὰ τῶν ὑπογεγραμμένων· τὴν γὰρ ὅλην διάθεσιν ἰατρῶν ἔργον</w:t>
      </w:r>
    </w:p>
    <w:p>
      <w:r>
        <w:rPr>
          <w:rFonts w:ascii="Courier New" w:hAnsi="Courier New"/>
          <w:color w:val="555555"/>
          <w:sz w:val="20"/>
        </w:rPr>
        <w:t>[4 . 78 . 2]</w:t>
      </w:r>
    </w:p>
    <w:p>
      <w:r>
        <w:rPr>
          <w:rFonts w:ascii="Gentium Plus" w:hAnsi="Gentium Plus"/>
          <w:sz w:val="24"/>
        </w:rPr>
        <w:t>ἰᾶσθαι. ἀνδράχνη ἐσθιομένη ποιεῖ (δραστικώτερος δ’ ὁ χυλὸς αὐτῆς πινόμενος), βαλαύστιον, βάτου ὁ καρπὸς καὶ τὸ ἄνθος, δρυὸς τὸ ὑπὸ τῷ φλοιῷ τοῦ πρέμνου τὸ ὑμενῶδες καὶ τὸ ὑπὸ τῷ κελύφει τῆς βαλάνου· μάλιστα δ’ ἑψῶντες αὐτῷ χρῶνται· φηγοῦ δὲ καὶ πρίνου</w:t>
      </w:r>
    </w:p>
    <w:p>
      <w:r>
        <w:rPr>
          <w:rFonts w:ascii="Courier New" w:hAnsi="Courier New"/>
          <w:color w:val="555555"/>
          <w:sz w:val="20"/>
        </w:rPr>
        <w:t>[4 . 78 . 3]</w:t>
      </w:r>
    </w:p>
    <w:p>
      <w:r>
        <w:rPr>
          <w:rFonts w:ascii="Gentium Plus" w:hAnsi="Gentium Plus"/>
          <w:sz w:val="24"/>
        </w:rPr>
        <w:t>δραστικώτερα. ἀλθαίας τῆς ῥίζης ἀφέψημα, ἡδύοσμος πρὸς τὰς προσ‐ φάτους, κενταυρίου τοῦ μεγάλου 𐅻 β διδόμεναι τοῖς μὲν πυρέττουσι μεθ’ ὕδατος, τοῖς δ’ ἀπυρέτοις μετ’ οἴνου ῥοιῶν, σχίνου τῶν φύλλων</w:t>
      </w:r>
    </w:p>
    <w:p>
      <w:r>
        <w:rPr>
          <w:rFonts w:ascii="Courier New" w:hAnsi="Courier New"/>
          <w:color w:val="555555"/>
          <w:sz w:val="20"/>
        </w:rPr>
        <w:t>[4 . 78 4,5]</w:t>
      </w:r>
    </w:p>
    <w:p>
      <w:r>
        <w:rPr>
          <w:rFonts w:ascii="Gentium Plus" w:hAnsi="Gentium Plus"/>
          <w:sz w:val="24"/>
        </w:rPr>
        <w:t>ὁ χυλός· Σάμιος ἀστὴρ πρὸς πᾶσας ὁμοίως καὶ Λημνία σφραγίς. πρὸς</w:t>
      </w:r>
    </w:p>
    <w:p>
      <w:r>
        <w:rPr>
          <w:rFonts w:ascii="Courier New" w:hAnsi="Courier New"/>
          <w:color w:val="555555"/>
          <w:sz w:val="20"/>
        </w:rPr>
        <w:t>[4 . 78 . 5 (2)]</w:t>
      </w:r>
    </w:p>
    <w:p>
      <w:r>
        <w:rPr>
          <w:rFonts w:ascii="Gentium Plus" w:hAnsi="Gentium Plus"/>
          <w:sz w:val="24"/>
        </w:rPr>
        <w:t>δ’ αἵματος θρομβώσεις ποιεῖ πυτία ποθεῖσα, 〈καὶ μάλιστα ἡ λαγῴα.</w:t>
      </w:r>
    </w:p>
    <w:p>
      <w:r>
        <w:rPr>
          <w:rFonts w:ascii="Courier New" w:hAnsi="Courier New"/>
          <w:color w:val="555555"/>
          <w:sz w:val="20"/>
        </w:rPr>
        <w:t>[4 . 78 . 6]</w:t>
      </w:r>
    </w:p>
    <w:p>
      <w:r>
        <w:rPr>
          <w:rFonts w:ascii="Gentium Plus" w:hAnsi="Gentium Plus"/>
          <w:sz w:val="24"/>
        </w:rPr>
        <w:t>διαχεῖ δὲ θρόμβους καὶ ἡ συκίνη κονία μεθ’ ὕδατος ποθεῖσα〉 καὶ θύμος ἢ θύμβρα μετ’ ὄξους.</w:t>
      </w:r>
    </w:p>
    <w:p>
      <w:pPr>
        <w:jc w:val="center"/>
      </w:pPr>
      <w:r>
        <w:rPr>
          <w:rFonts w:ascii="Gentium Plus" w:hAnsi="Gentium Plus"/>
          <w:b/>
          <w:sz w:val="24"/>
        </w:rPr>
        <w:t>Πρὸς ἀσθματικοὺς καὶ ἐμπυϊκούς.</w:t>
      </w:r>
    </w:p>
    <w:p>
      <w:r>
        <w:rPr>
          <w:rFonts w:ascii="Courier New" w:hAnsi="Courier New"/>
          <w:color w:val="555555"/>
          <w:sz w:val="20"/>
        </w:rPr>
        <w:t>[4 . 79 . 1]</w:t>
      </w:r>
    </w:p>
    <w:p>
      <w:r>
        <w:rPr>
          <w:rFonts w:ascii="Gentium Plus" w:hAnsi="Gentium Plus"/>
          <w:sz w:val="24"/>
        </w:rPr>
        <w:t>Ἀριστολοχία στρογγύλη μεθ’ ὕδατος πινομένη ἀσθματικοὺς βοηθεῖ· κενταυρίου τοῦ μεγάλου ἡ ῥίζα, σπονδυλίου ὁ καρπὸς καὶ ἡ ῥίζα,</w:t>
      </w:r>
    </w:p>
    <w:p>
      <w:r>
        <w:rPr>
          <w:rFonts w:ascii="Courier New" w:hAnsi="Courier New"/>
          <w:color w:val="555555"/>
          <w:sz w:val="20"/>
        </w:rPr>
        <w:t>[4 . 79 . 2]</w:t>
      </w:r>
    </w:p>
    <w:p>
      <w:r>
        <w:rPr>
          <w:rFonts w:ascii="Gentium Plus" w:hAnsi="Gentium Plus"/>
          <w:sz w:val="24"/>
        </w:rPr>
        <w:t>καλαμίνθη, ὕσσωπον, ἶρις, μελάνθιον. ὄνων τῶν ὑπὸ ταῖς ὑδρίαις ξέστην βαλὼν εἰς ἄγγος κεραμεοῦν φρῦγε ἐπ’ ἀνθράκων· λευκανθέντας δὲ τρῖβε καὶ μέλιτι ἑφθῷ ἀναλαβὼν δίδου μύστρον ἓν ἐκλείχειν πρὸ</w:t>
      </w:r>
    </w:p>
    <w:p>
      <w:r>
        <w:rPr>
          <w:rFonts w:ascii="Courier New" w:hAnsi="Courier New"/>
          <w:color w:val="555555"/>
          <w:sz w:val="20"/>
        </w:rPr>
        <w:t>[4 . 79 . 3]</w:t>
      </w:r>
    </w:p>
    <w:p>
      <w:r>
        <w:rPr>
          <w:rFonts w:ascii="Gentium Plus" w:hAnsi="Gentium Plus"/>
          <w:sz w:val="24"/>
        </w:rPr>
        <w:t>τροφῆς. —Ἄλλο· σκίλλης ὠμῆς τὸν χυλὸν ἔκθλιβε, καὶ μίξας αὐτῷ μέλιτος τὸ ἴσον ἕψε ἐπ’ ἀνθράκων καὶ δίδου πρὸ τροφῆς.</w:t>
      </w:r>
    </w:p>
    <w:p>
      <w:pPr>
        <w:jc w:val="center"/>
      </w:pPr>
      <w:r>
        <w:rPr>
          <w:rFonts w:ascii="Gentium Plus" w:hAnsi="Gentium Plus"/>
          <w:b/>
          <w:sz w:val="24"/>
        </w:rPr>
        <w:t>Πρὸς πλευριτικοὺς καὶ πρὸς πλευρῶν ὀδύνας.</w:t>
      </w:r>
    </w:p>
    <w:p>
      <w:r>
        <w:rPr>
          <w:rFonts w:ascii="Courier New" w:hAnsi="Courier New"/>
          <w:color w:val="555555"/>
          <w:sz w:val="20"/>
        </w:rPr>
        <w:t>[4 . 80 . 1]</w:t>
      </w:r>
    </w:p>
    <w:p>
      <w:r>
        <w:rPr>
          <w:rFonts w:ascii="Gentium Plus" w:hAnsi="Gentium Plus"/>
          <w:sz w:val="24"/>
        </w:rPr>
        <w:t>Ἐπὶ τῶν πλευριτικῶν, τῶν θερμασμάτων μὴ λυόντων τὴν ὀδύνην, κένου τὸ πᾶν σῶμα καὶ πυρίᾳ τῇ ἀκινδυνοτάτῃ χρῶ τῇ ἀδήκτῳ καὶ</w:t>
      </w:r>
    </w:p>
    <w:p>
      <w:r>
        <w:rPr>
          <w:rFonts w:ascii="Courier New" w:hAnsi="Courier New"/>
          <w:color w:val="555555"/>
          <w:sz w:val="20"/>
        </w:rPr>
        <w:t>[4 . 80 . 2]</w:t>
      </w:r>
    </w:p>
    <w:p>
      <w:r>
        <w:rPr>
          <w:rFonts w:ascii="Gentium Plus" w:hAnsi="Gentium Plus"/>
          <w:sz w:val="24"/>
        </w:rPr>
        <w:t>ὑγρᾷ, οἵα ἐστὶν ἥ τε δι’ ὕδατος γλυκέος καὶ ἐλαίου ἐν κύστεσιν. δώσο‐ μεν δὲ τοῖς οὕτω κάμνουσι φάρμακα τῆς λεπτυνούσης δυνάμεως, ὅσα μέτρια φλεγμαινόντων ἔτι τῶν πεπονθότων, ὅσα δ’ ἰσχυρότερα κατὰ τὰς παρακμὰς τῶν φλεγμονῶν, ἢ καὶ τελέως αὐτῶν πεπαυμένων.</w:t>
      </w:r>
    </w:p>
    <w:p>
      <w:r>
        <w:rPr>
          <w:rFonts w:ascii="Courier New" w:hAnsi="Courier New"/>
          <w:color w:val="555555"/>
          <w:sz w:val="20"/>
        </w:rPr>
        <w:t>[4 . 80 . 3]</w:t>
      </w:r>
    </w:p>
    <w:p>
      <w:r>
        <w:rPr>
          <w:rFonts w:ascii="Gentium Plus" w:hAnsi="Gentium Plus"/>
          <w:sz w:val="24"/>
        </w:rPr>
        <w:t>μέτριος μὲν οὖν ἐν τοῖς τοιούτοις ἐστὶν ὅ τε τῆς πτισάνης χυλὸς καὶ τὸ μελίκρατον· ἰσχυρότερον δὲ τὸ τῆς ἀκαλήφης σπέρμα, καὶ ὅταν ἐμβληθῇ τι βραχὺ μέλιτι τῶν δριμειῶν βοτανῶν, ὀριγάνου καὶ ὑσσώπου</w:t>
      </w:r>
    </w:p>
    <w:p>
      <w:r>
        <w:rPr>
          <w:rFonts w:ascii="Courier New" w:hAnsi="Courier New"/>
          <w:color w:val="555555"/>
          <w:sz w:val="20"/>
        </w:rPr>
        <w:t>[4 . 80 . 4]</w:t>
      </w:r>
    </w:p>
    <w:p>
      <w:r>
        <w:rPr>
          <w:rFonts w:ascii="Gentium Plus" w:hAnsi="Gentium Plus"/>
          <w:sz w:val="24"/>
        </w:rPr>
        <w:t>καὶ καλαμίνθης καὶ γλήχωνος καὶ ἴρεως. πλευρῶν δ’ ὀδύνας ἄνευ πυρε‐</w:t>
      </w:r>
    </w:p>
    <w:p>
      <w:r>
        <w:rPr>
          <w:rFonts w:ascii="Courier New" w:hAnsi="Courier New"/>
          <w:color w:val="555555"/>
          <w:sz w:val="20"/>
        </w:rPr>
        <w:t>[4 . 80 . 5]</w:t>
      </w:r>
    </w:p>
    <w:p>
      <w:r>
        <w:rPr>
          <w:rFonts w:ascii="Gentium Plus" w:hAnsi="Gentium Plus"/>
          <w:sz w:val="24"/>
        </w:rPr>
        <w:t>τῶν βδέλλιον ἰᾶται καὶ κόστος. κράμβης καυλῶν καυθέντων τῇ τέφρᾳ μιγνύντες στέαρ [τὸ] παλαιὸν εἰς τὰ τῶν πλευρῶν ἀλγήματα χρώμεθα,</w:t>
      </w:r>
    </w:p>
    <w:p>
      <w:pPr>
        <w:jc w:val="center"/>
      </w:pPr>
      <w:r>
        <w:rPr>
          <w:rFonts w:ascii="Gentium Plus" w:hAnsi="Gentium Plus"/>
          <w:b/>
          <w:sz w:val="24"/>
        </w:rPr>
        <w:t>Πρὸς θώρακος ἀλγήματα χρόνια.</w:t>
      </w:r>
    </w:p>
    <w:p>
      <w:r>
        <w:rPr>
          <w:rFonts w:ascii="Courier New" w:hAnsi="Courier New"/>
          <w:color w:val="555555"/>
          <w:sz w:val="20"/>
        </w:rPr>
        <w:t>[4 . 81 . 1]</w:t>
      </w:r>
    </w:p>
    <w:p>
      <w:r>
        <w:rPr>
          <w:rFonts w:ascii="Gentium Plus" w:hAnsi="Gentium Plus"/>
          <w:sz w:val="24"/>
        </w:rPr>
        <w:t>Πρὸς ἀλγήματα χρόνια τὰ ἐν θώρακι χωρὶς πυρετῶν συνεψεῖν τήλει χρὴ λιπαροὺς φοίνικας, ἐκθλίψαντας δὲ τὸν χυλόν, εἶτα μέλιτι μίξαντας δαψιλεῖ, κἄπειτα ἑψήσαντας αὐτὰ ἐπ’ ἀνθράκων ἄχρι πάχους συμμέτρου χρῆσθαι πρὸ πολλοῦ τῶν σιτίων.</w:t>
      </w:r>
    </w:p>
    <w:p>
      <w:pPr>
        <w:jc w:val="center"/>
      </w:pPr>
      <w:r>
        <w:rPr>
          <w:rFonts w:ascii="Gentium Plus" w:hAnsi="Gentium Plus"/>
          <w:b/>
          <w:sz w:val="24"/>
        </w:rPr>
        <w:t>Πρὸς τιτθοὺς καὶ τὸ ἐν αὐτοῖς γάλα.</w:t>
      </w:r>
    </w:p>
    <w:p>
      <w:r>
        <w:rPr>
          <w:rFonts w:ascii="Courier New" w:hAnsi="Courier New"/>
          <w:color w:val="555555"/>
          <w:sz w:val="20"/>
        </w:rPr>
        <w:t>[4 . 82 . 1]</w:t>
      </w:r>
    </w:p>
    <w:p>
      <w:r>
        <w:rPr>
          <w:rFonts w:ascii="Gentium Plus" w:hAnsi="Gentium Plus"/>
          <w:sz w:val="24"/>
        </w:rPr>
        <w:t>Πάτος φλεγμαινόντων τιτθῶν βοήθημά ἐστι δραστικώτατον ἐπι‐ τιθέμενον· ἂν δὲ ξηρότερόν σοι φαίνηται, κυπρίνῳ μάλαττε ἢ ῥοδίνῳ.</w:t>
      </w:r>
    </w:p>
    <w:p>
      <w:r>
        <w:rPr>
          <w:rFonts w:ascii="Courier New" w:hAnsi="Courier New"/>
          <w:color w:val="555555"/>
          <w:sz w:val="20"/>
        </w:rPr>
        <w:t>[4 . 82 . 2]</w:t>
      </w:r>
    </w:p>
    <w:p>
      <w:r>
        <w:rPr>
          <w:rFonts w:ascii="Gentium Plus" w:hAnsi="Gentium Plus"/>
          <w:sz w:val="24"/>
        </w:rPr>
        <w:t>καὶ πρὸς τὸ ἐκ τοκετῶν δὲ σβέσαι τὸ γάλα τυρωθὲν κατὰ τοὺς μαστοὺς</w:t>
      </w:r>
    </w:p>
    <w:p>
      <w:r>
        <w:rPr>
          <w:rFonts w:ascii="Courier New" w:hAnsi="Courier New"/>
          <w:color w:val="555555"/>
          <w:sz w:val="20"/>
        </w:rPr>
        <w:t>[4 . 82 . 3]</w:t>
      </w:r>
    </w:p>
    <w:p>
      <w:r>
        <w:rPr>
          <w:rFonts w:ascii="Gentium Plus" w:hAnsi="Gentium Plus"/>
          <w:sz w:val="24"/>
        </w:rPr>
        <w:t>χρήσιμον ἱκανῶς ἐστιν. ὠῷ ὅλῳ ὠμῷ χρώμεθα μιγνύντες ῥόδινον, οὐ μόνον ἐπὶ τῶν τιτθῶν φλεγμαινόντων, ἀλλὰ καὶ ἐπ’ ἄλλων πλειόνων</w:t>
      </w:r>
    </w:p>
    <w:p>
      <w:r>
        <w:rPr>
          <w:rFonts w:ascii="Courier New" w:hAnsi="Courier New"/>
          <w:color w:val="555555"/>
          <w:sz w:val="20"/>
        </w:rPr>
        <w:t>[4 . 82 . 4]</w:t>
      </w:r>
    </w:p>
    <w:p>
      <w:r>
        <w:rPr>
          <w:rFonts w:ascii="Gentium Plus" w:hAnsi="Gentium Plus"/>
          <w:sz w:val="24"/>
        </w:rPr>
        <w:t>μορίων. ῥύπος ὁ ἐν ταῖς παλαίστραις ἴαμά ἐστι τιτθῶν· καὶ γὰρ τὸ πυρῶδες αὐτῶν σβέννυσι καὶ τὸ ἐπιρρέον ἀναστέλλει καὶ τὸ περιεχό‐</w:t>
      </w:r>
    </w:p>
    <w:p>
      <w:r>
        <w:rPr>
          <w:rFonts w:ascii="Courier New" w:hAnsi="Courier New"/>
          <w:color w:val="555555"/>
          <w:sz w:val="20"/>
        </w:rPr>
        <w:t>[4 . 82 . 5]</w:t>
      </w:r>
    </w:p>
    <w:p>
      <w:r>
        <w:rPr>
          <w:rFonts w:ascii="Gentium Plus" w:hAnsi="Gentium Plus"/>
          <w:sz w:val="24"/>
        </w:rPr>
        <w:t>μενον διαφορεῖ. κυάμων ἄλευρον μαστῶν καὶ διδύμων ἀγαθόν ἐστι κατάπλασμα· φιλεῖ γὰρ ταῦτα τὰ μόρια μετρίως ψύχεσθαι φλεγμαίνοντα,</w:t>
      </w:r>
    </w:p>
    <w:p>
      <w:r>
        <w:rPr>
          <w:rFonts w:ascii="Courier New" w:hAnsi="Courier New"/>
          <w:color w:val="555555"/>
          <w:sz w:val="20"/>
        </w:rPr>
        <w:t>[4 . 82 . 6]</w:t>
      </w:r>
    </w:p>
    <w:p>
      <w:r>
        <w:rPr>
          <w:rFonts w:ascii="Gentium Plus" w:hAnsi="Gentium Plus"/>
          <w:sz w:val="24"/>
        </w:rPr>
        <w:t>καὶ μάλιστα ὅταν τυρωθῇ τὸ γάλα. τὸ τῆς Ναξίας ἀκόνης ἀπότριμμα τιτθούς τε παρθένων κωλύει πρὸ ὥρας ἐμφυσᾶσθαι καὶ παίδων ὄρχεις.</w:t>
      </w:r>
    </w:p>
    <w:p>
      <w:r>
        <w:rPr>
          <w:rFonts w:ascii="Courier New" w:hAnsi="Courier New"/>
          <w:color w:val="555555"/>
          <w:sz w:val="20"/>
        </w:rPr>
        <w:t>[4 . 82 . 7]</w:t>
      </w:r>
    </w:p>
    <w:p>
      <w:r>
        <w:rPr>
          <w:rFonts w:ascii="Gentium Plus" w:hAnsi="Gentium Plus"/>
          <w:sz w:val="24"/>
        </w:rPr>
        <w:t>〈τὰς σπαργανώσεις τῶν μαστῶν〉 ἀποκαθίστησι φακὸς ἑψηθεὶς ἐν θαλάσσῃ</w:t>
      </w:r>
    </w:p>
    <w:p>
      <w:r>
        <w:rPr>
          <w:rFonts w:ascii="Courier New" w:hAnsi="Courier New"/>
          <w:color w:val="555555"/>
          <w:sz w:val="20"/>
        </w:rPr>
        <w:t>[4 . 82 . 8]</w:t>
      </w:r>
    </w:p>
    <w:p>
      <w:r>
        <w:rPr>
          <w:rFonts w:ascii="Gentium Plus" w:hAnsi="Gentium Plus"/>
          <w:sz w:val="24"/>
        </w:rPr>
        <w:t>καταπλασσόμενος ἢ ἡδύοσμος σὺν ἀλφίτῳ ἢ ἅλμη πυριωμένη. σβέννυσι δὲ μετὰ ταῦτα ἄλευρον κυάμινον καθ’ ἑαυτὸ καὶ σὺν ἀλφίτῳ κατα‐ πλασθέν, κιμωλία σὺν ὄξει καταχριομένη ἢ ὕδατι, γάλα γυναικεῖον μετὰ κωνείου χυλοῦ ἢ κωνείου τὰ φύλλα καταπλασσόμενα, ἅλμη πυριω‐</w:t>
      </w:r>
    </w:p>
    <w:p>
      <w:r>
        <w:rPr>
          <w:rFonts w:ascii="Courier New" w:hAnsi="Courier New"/>
          <w:color w:val="555555"/>
          <w:sz w:val="20"/>
        </w:rPr>
        <w:t>[4 . 82 . 9]</w:t>
      </w:r>
    </w:p>
    <w:p>
      <w:r>
        <w:rPr>
          <w:rFonts w:ascii="Gentium Plus" w:hAnsi="Gentium Plus"/>
          <w:sz w:val="24"/>
        </w:rPr>
        <w:t>μένη. τοὺς δὲ χονδριῶντας παύει ἅλμη πυριωμένη, ἡδύοσμον σὺν ἀλφίτῳ καταπλασθέν, κρόκος σὺν γάλακτι καταχριόμενος, ἄλευρον κυάμινον καθ’ ἑαυτὸ καὶ σὺν ἀλφίτῳ καταπλασθέν, κυδώνια ἑφθὰ σὺν</w:t>
      </w:r>
    </w:p>
    <w:p>
      <w:r>
        <w:rPr>
          <w:rFonts w:ascii="Courier New" w:hAnsi="Courier New"/>
          <w:color w:val="555555"/>
          <w:sz w:val="20"/>
        </w:rPr>
        <w:t>[4 . 82 . 10]</w:t>
      </w:r>
    </w:p>
    <w:p>
      <w:r>
        <w:rPr>
          <w:rFonts w:ascii="Gentium Plus" w:hAnsi="Gentium Plus"/>
          <w:sz w:val="24"/>
        </w:rPr>
        <w:t>μέλιτι. οὐκ ἐᾷ δὲ τὸ ἐπὶ τῶν τιθηνουσῶν γάλα τυροῦσθαι κηροῦ δέκα τὸν ἀριθμὸν κεγχριαῖα τὸ μέγεθος καταπινόμενα.</w:t>
      </w:r>
    </w:p>
    <w:p>
      <w:pPr>
        <w:jc w:val="center"/>
      </w:pPr>
      <w:r>
        <w:rPr>
          <w:rFonts w:ascii="Gentium Plus" w:hAnsi="Gentium Plus"/>
          <w:b/>
          <w:sz w:val="24"/>
        </w:rPr>
        <w:t>Περὶ τῶν τοῦ στόματος τῆς γαστρὸς παθῶν.</w:t>
      </w:r>
    </w:p>
    <w:p>
      <w:r>
        <w:rPr>
          <w:rFonts w:ascii="Courier New" w:hAnsi="Courier New"/>
          <w:color w:val="555555"/>
          <w:sz w:val="20"/>
        </w:rPr>
        <w:t>[4 . 83 . 1]</w:t>
      </w:r>
    </w:p>
    <w:p>
      <w:r>
        <w:rPr>
          <w:rFonts w:ascii="Gentium Plus" w:hAnsi="Gentium Plus"/>
          <w:sz w:val="24"/>
        </w:rPr>
        <w:t>Τοῖς τὴν κυνώδη καλουμένην ὄρεξιν ἔχουσι, τουτέστι τοῖς ἀπαύ‐ στως λιμώττουσιν, οἶνον χρὴ διδόναι δαψιλῆ τῶν ἱκανῶς θερμαινόν‐ των ὡς μέγα ἴαμα· τοιοῦτοι δ’ εἰσὶν οἱ κιρροὶ τὴν χρόαν ἢ ἐρυθροὶ χωρὶς τοῦ στύφειν· αἱ γὰρ λιμώδεις ὀρέξεις διὰ ψυχρότητα τοῦ στο‐</w:t>
      </w:r>
    </w:p>
    <w:p>
      <w:r>
        <w:rPr>
          <w:rFonts w:ascii="Courier New" w:hAnsi="Courier New"/>
          <w:color w:val="555555"/>
          <w:sz w:val="20"/>
        </w:rPr>
        <w:t>[4 . 83 . 2]</w:t>
      </w:r>
    </w:p>
    <w:p>
      <w:r>
        <w:rPr>
          <w:rFonts w:ascii="Gentium Plus" w:hAnsi="Gentium Plus"/>
          <w:sz w:val="24"/>
        </w:rPr>
        <w:t>μάχου συνίστανται· καὶ εἰκότως ὁ τοιοῦτος οἶνος αὐτὰς παύει. χρὴ</w:t>
      </w:r>
    </w:p>
    <w:p>
      <w:r>
        <w:rPr>
          <w:rFonts w:ascii="Courier New" w:hAnsi="Courier New"/>
          <w:color w:val="555555"/>
          <w:sz w:val="20"/>
        </w:rPr>
        <w:t>[5]</w:t>
      </w:r>
    </w:p>
    <w:p>
      <w:r>
        <w:rPr>
          <w:rFonts w:ascii="Gentium Plus" w:hAnsi="Gentium Plus"/>
          <w:sz w:val="24"/>
        </w:rPr>
        <w:t>οἶνον, κἂν μηδέπω διψῶσι, κελεύειν προσφέρεσθαι· πραΰνεται μὲν γὰρ αὐτοῖς εὐθέως ὁ λιμὸς ἐπὶ τῇ τοιαύτῃ διαίτῃ, πλείονι δὲ χρόνῳ οὕτω</w:t>
      </w:r>
    </w:p>
    <w:p>
      <w:r>
        <w:rPr>
          <w:rFonts w:ascii="Courier New" w:hAnsi="Courier New"/>
          <w:color w:val="555555"/>
          <w:sz w:val="20"/>
        </w:rPr>
        <w:t>[4 . 83 . 3]</w:t>
      </w:r>
    </w:p>
    <w:p>
      <w:r>
        <w:rPr>
          <w:rFonts w:ascii="Gentium Plus" w:hAnsi="Gentium Plus"/>
          <w:sz w:val="24"/>
        </w:rPr>
        <w:t>πραττόντων παύεται. τοῖς δὲ λύζουσι διδόναι χρὴ πήγανον μετ’ οἴνου λεπτοῦ ἢ λίτρον ἐν μελικράτῳ ἢ σέλινον ἢ κύμινον ἢ σκιλλιτικὸν ὄξος</w:t>
      </w:r>
    </w:p>
    <w:p>
      <w:r>
        <w:rPr>
          <w:rFonts w:ascii="Courier New" w:hAnsi="Courier New"/>
          <w:color w:val="555555"/>
          <w:sz w:val="20"/>
        </w:rPr>
        <w:t>[4 . 83 . 4]</w:t>
      </w:r>
    </w:p>
    <w:p>
      <w:r>
        <w:rPr>
          <w:rFonts w:ascii="Gentium Plus" w:hAnsi="Gentium Plus"/>
          <w:sz w:val="24"/>
        </w:rPr>
        <w:t>ἢ καλαμίνθην ἢ ἄσαρον ἢ νάρδον Κελτικήν, ἰδίᾳ ἕκαστον καὶ ὁμοῦ. τὸ δὲ καστόριον τοῖς ὑπὸ πλήθους λύζουσιν [ἢ] ἐπὶ ψυχροῖς καὶ γλίσχροις χυμοῖς δίδου πίνειν δι’ ὀξυκράτου· καὶ κατὰ τοῦ δέρματος δ’ ἐπι‐</w:t>
      </w:r>
    </w:p>
    <w:p>
      <w:r>
        <w:rPr>
          <w:rFonts w:ascii="Courier New" w:hAnsi="Courier New"/>
          <w:color w:val="555555"/>
          <w:sz w:val="20"/>
        </w:rPr>
        <w:t>[4 . 83 . 5]</w:t>
      </w:r>
    </w:p>
    <w:p>
      <w:r>
        <w:rPr>
          <w:rFonts w:ascii="Gentium Plus" w:hAnsi="Gentium Plus"/>
          <w:sz w:val="24"/>
        </w:rPr>
        <w:t>τιθέμενον ὠφελεῖ ἅμα Σικυωνίῳ ἢ παλαιῷ ἐλαίῳ. ὅταν δ’ ὑπὸ πληρώ‐ σεως ὑγρῶν γένηται λυγμός, τοὐπίπαν δ’ οὕτως συνίσταται, βιαίας</w:t>
      </w:r>
    </w:p>
    <w:p>
      <w:r>
        <w:rPr>
          <w:rFonts w:ascii="Courier New" w:hAnsi="Courier New"/>
          <w:color w:val="555555"/>
          <w:sz w:val="20"/>
        </w:rPr>
        <w:t>[4 . 83 . 6]</w:t>
      </w:r>
    </w:p>
    <w:p>
      <w:r>
        <w:rPr>
          <w:rFonts w:ascii="Gentium Plus" w:hAnsi="Gentium Plus"/>
          <w:sz w:val="24"/>
        </w:rPr>
        <w:t>δεῖται κενώσεως· τοῦτο δὲ πταρμὸς ἐργάζεται. αἱ δὲ ναυτίαι γίνονται πρὸς ἔμετον ὁρμώσης τῆς γαστρός, ποτὲ μὲν πλήθους βαρύνοντος</w:t>
      </w:r>
    </w:p>
    <w:p>
      <w:r>
        <w:rPr>
          <w:rFonts w:ascii="Courier New" w:hAnsi="Courier New"/>
          <w:color w:val="555555"/>
          <w:sz w:val="20"/>
        </w:rPr>
        <w:t>[4 . 83 . 7]</w:t>
      </w:r>
    </w:p>
    <w:p>
      <w:r>
        <w:rPr>
          <w:rFonts w:ascii="Gentium Plus" w:hAnsi="Gentium Plus"/>
          <w:sz w:val="24"/>
        </w:rPr>
        <w:t>αὐτήν, ποτὲ δὲ δήξεως ἢ ὅλως μοχθηρῶν χυμῶν. τινὲς δὲ σπαράττον‐ ται μέν, ἐμοῦσι δ’ οὐδέν, ἐφ’ ὧν οὔτε πολύς ἐστιν ὁ λυπῶν χυμὸς οὔτε κατὰ τὴν εὐρυχωρίαν τῆς γαστρός, ἀλλ’ ἐν αὐτοῖς περιέχεται τοῖς χιτῶσιν, ἐνίοις μὲν ὡς ὕδωρ ἐν σπόγγῳ, ἐνίοις δ’ ἐμπεπλασμένος</w:t>
      </w:r>
    </w:p>
    <w:p>
      <w:r>
        <w:rPr>
          <w:rFonts w:ascii="Courier New" w:hAnsi="Courier New"/>
          <w:color w:val="555555"/>
          <w:sz w:val="20"/>
        </w:rPr>
        <w:t>[4 . 83 . 8]</w:t>
      </w:r>
    </w:p>
    <w:p>
      <w:r>
        <w:rPr>
          <w:rFonts w:ascii="Gentium Plus" w:hAnsi="Gentium Plus"/>
          <w:sz w:val="24"/>
        </w:rPr>
        <w:t>δυσαπολύτως. ἡ δ’ ἴασις ἐν τοῖς τρισίν ἐστι κειμένη κεφαλαίοις, πέψει</w:t>
      </w:r>
    </w:p>
    <w:p>
      <w:r>
        <w:rPr>
          <w:rFonts w:ascii="Courier New" w:hAnsi="Courier New"/>
          <w:color w:val="555555"/>
          <w:sz w:val="20"/>
        </w:rPr>
        <w:t>[4 . 83 . 9]</w:t>
      </w:r>
    </w:p>
    <w:p>
      <w:r>
        <w:rPr>
          <w:rFonts w:ascii="Gentium Plus" w:hAnsi="Gentium Plus"/>
          <w:sz w:val="24"/>
        </w:rPr>
        <w:t>τε καὶ ἐπικράσει καὶ κενώσει. πέττονται μὲν οὖν οἱ φλεγματωδέστεροι καὶ ὠμοὶ τῇ τε ἡσυχίᾳ καὶ ἀσιτίᾳ καὶ ὕπνῳ· τῶν δ’ ἄλλων τοὺς μὲν λεπτοὺς τὴν σύστασιν, μετρίως δ’ ἐσφηνωμένους ἔμετοι ἐκβάλλουσι, ποτὲ μὲν ἐπὶ τῷ τῆς πτισάνης χυλῷ γενόμενοι ἢ μελικράτῳ, ποτὲ δ’</w:t>
      </w:r>
    </w:p>
    <w:p>
      <w:r>
        <w:rPr>
          <w:rFonts w:ascii="Courier New" w:hAnsi="Courier New"/>
          <w:color w:val="555555"/>
          <w:sz w:val="20"/>
        </w:rPr>
        <w:t>[5]</w:t>
      </w:r>
    </w:p>
    <w:p>
      <w:r>
        <w:rPr>
          <w:rFonts w:ascii="Gentium Plus" w:hAnsi="Gentium Plus"/>
          <w:sz w:val="24"/>
        </w:rPr>
        <w:t>ἐφ’ ὕδατι μόνῳ· ὅσοι δὲ γλίσχροι τέ εἰσι καὶ παχεῖς δυσλύτως ἐμ‐</w:t>
      </w:r>
    </w:p>
    <w:p>
      <w:r>
        <w:rPr>
          <w:rFonts w:ascii="Courier New" w:hAnsi="Courier New"/>
          <w:color w:val="555555"/>
          <w:sz w:val="20"/>
        </w:rPr>
        <w:t>[4 . 83 . 10]</w:t>
      </w:r>
    </w:p>
    <w:p>
      <w:r>
        <w:rPr>
          <w:rFonts w:ascii="Gentium Plus" w:hAnsi="Gentium Plus"/>
          <w:sz w:val="24"/>
        </w:rPr>
        <w:t>πεπλασμένοι τῇ γαστρί, τῶν λεπτυνόντων χρῄζουσι τοὺς χυμούς. ἔνθα δ’ ὑγρότης, ἡ δι’ ἀλόης πικρὰ χρησίμως ἐκκαθαίρει ταύτην, τὰ στύ‐ φοντα δὲ βλάπτει γενναίως, ὥσπερ πάλιν ἐφ’ ὧν ὑγρότης πολλὴ χωρὶς κακίας χυμῶν, ὅταν οἷον πλάδος τις ᾖ τῷ ποσῷ λυποῦσα μόνον,</w:t>
      </w:r>
    </w:p>
    <w:p>
      <w:r>
        <w:rPr>
          <w:rFonts w:ascii="Courier New" w:hAnsi="Courier New"/>
          <w:color w:val="555555"/>
          <w:sz w:val="20"/>
        </w:rPr>
        <w:t>[5]</w:t>
      </w:r>
    </w:p>
    <w:p>
      <w:r>
        <w:rPr>
          <w:rFonts w:ascii="Gentium Plus" w:hAnsi="Gentium Plus"/>
          <w:sz w:val="24"/>
        </w:rPr>
        <w:t>τὰ στύφοντα μὲν ὠφελιμώτατα γίνεται, τὸ δὲ δι’ ἀλόης φάρμακον εἰς</w:t>
      </w:r>
    </w:p>
    <w:p>
      <w:r>
        <w:rPr>
          <w:rFonts w:ascii="Courier New" w:hAnsi="Courier New"/>
          <w:color w:val="555555"/>
          <w:sz w:val="20"/>
        </w:rPr>
        <w:t>[4 . 83 . 11]</w:t>
      </w:r>
    </w:p>
    <w:p>
      <w:r>
        <w:rPr>
          <w:rFonts w:ascii="Gentium Plus" w:hAnsi="Gentium Plus"/>
          <w:sz w:val="24"/>
        </w:rPr>
        <w:t>μαρασμὸν ἄγει πάντως τοὺς χρησαμένους. μίξειε δ’ ἄν τις τοῖς στύ‐ φουσι καὶ τῶν θερμαινόντων ψυχρᾶς διαθέσεως αἰσθανόμενος· ἱκανὸν δὲ γνώρισμα τοῦ ψυχροτέραν τὴν διάθεσιν εἶναι τὸ ἄδιψον· ὅταν γὰρ μήτε διψώδης ὁ κάμνων ᾖ μήτε καύματος αἰσθάνηται κατὰ τὸ τῆς</w:t>
      </w:r>
    </w:p>
    <w:p>
      <w:r>
        <w:rPr>
          <w:rFonts w:ascii="Courier New" w:hAnsi="Courier New"/>
          <w:color w:val="555555"/>
          <w:sz w:val="20"/>
        </w:rPr>
        <w:t>[4 . 83 . 12]</w:t>
      </w:r>
    </w:p>
    <w:p>
      <w:r>
        <w:rPr>
          <w:rFonts w:ascii="Gentium Plus" w:hAnsi="Gentium Plus"/>
          <w:sz w:val="24"/>
        </w:rPr>
        <w:t>κοιλίας στόμα, δῆλόν ἐστιν οὐκ εἶναι θερμὴν τὴν διάθεσιν. αἱ δὲ φλεγ‐ μοναὶ τοῦ στόματος τῆς κοιλίας καὶ τοῦ ἥπατος δέονται τῆς τῶν στυφόντων παραπλοκῆς· ἐὰν γὰρ διὰ τῆς χαλαστικῆς μόνης ἀγωγῆς</w:t>
      </w:r>
    </w:p>
    <w:p>
      <w:r>
        <w:rPr>
          <w:rFonts w:ascii="Courier New" w:hAnsi="Courier New"/>
          <w:color w:val="555555"/>
          <w:sz w:val="20"/>
        </w:rPr>
        <w:t>[4 . 83 . 13]</w:t>
      </w:r>
    </w:p>
    <w:p>
      <w:r>
        <w:rPr>
          <w:rFonts w:ascii="Gentium Plus" w:hAnsi="Gentium Plus"/>
          <w:sz w:val="24"/>
        </w:rPr>
        <w:t>θεραπεύῃ τις, κίνδυνον ἐπάξει περὶ τῆς ζωῆς. δεῖ τοίνυν εἴτε ἔλαιον εἴη τὸ ἐπαντλούμενον τοῖς πεπονθόσι τόποις εἴτε κατάπλασμα, παρα‐ πλέκειν τι τῶν στυφόντων, οἷον ἀψίνθιον ἢ νάρδινον μύρον ἢ μήλινον</w:t>
      </w:r>
    </w:p>
    <w:p>
      <w:r>
        <w:rPr>
          <w:rFonts w:ascii="Courier New" w:hAnsi="Courier New"/>
          <w:color w:val="555555"/>
          <w:sz w:val="20"/>
        </w:rPr>
        <w:t>[4 . 83 . 14]</w:t>
      </w:r>
    </w:p>
    <w:p>
      <w:r>
        <w:rPr>
          <w:rFonts w:ascii="Gentium Plus" w:hAnsi="Gentium Plus"/>
          <w:sz w:val="24"/>
        </w:rPr>
        <w:t>ἢ κυδώνιον ἑψήσαντας. —Κηρωτὴ ᾗ συνεχῶς χρώμεθα· κηροῦ λευκοῦ 𐆄 α, νάρδου χειμῶνος μὲν 𐅻 η, θέρους δὲ 𐅻 ζ, ἀλόης, μαστίχης</w:t>
      </w:r>
    </w:p>
    <w:p>
      <w:r>
        <w:rPr>
          <w:rFonts w:ascii="Courier New" w:hAnsi="Courier New"/>
          <w:color w:val="555555"/>
          <w:sz w:val="20"/>
        </w:rPr>
        <w:t>[4 . 83 . 15]</w:t>
      </w:r>
    </w:p>
    <w:p>
      <w:r>
        <w:rPr>
          <w:rFonts w:ascii="Gentium Plus" w:hAnsi="Gentium Plus"/>
          <w:sz w:val="24"/>
        </w:rPr>
        <w:t>ἀνὰ 𐅻 α. εἰ δὲ πλείονος δέοιτο στύψεως, ἀτονίας οὔσης, ὡς μηδὲ τῶν</w:t>
      </w:r>
    </w:p>
    <w:p>
      <w:r>
        <w:rPr>
          <w:rFonts w:ascii="Courier New" w:hAnsi="Courier New"/>
          <w:color w:val="555555"/>
          <w:sz w:val="20"/>
        </w:rPr>
        <w:t>[4 . 83 . 16]</w:t>
      </w:r>
    </w:p>
    <w:p>
      <w:r>
        <w:rPr>
          <w:rFonts w:ascii="Gentium Plus" w:hAnsi="Gentium Plus"/>
          <w:sz w:val="24"/>
        </w:rPr>
        <w:t>τροφῶν κρατεῖν, προσμιγνύσθω καὶ ὀμφακίου τὸ ἴσον. μιγνύσθω δ’ ἐν τῇ κηρωτῇ πρῶτον τὸ ὀμφάκιον, εἶθ’ οὕτως τὰ ἄλλα· μιγνύειν δ’ ὥσπερ ὀμφάκιον, οὕτω καὶ ἀψινθίου χυλόν, ἔστι δ’ ὅτε καὶ ἄμφω, καὶ</w:t>
      </w:r>
    </w:p>
    <w:p>
      <w:r>
        <w:rPr>
          <w:rFonts w:ascii="Courier New" w:hAnsi="Courier New"/>
          <w:color w:val="555555"/>
          <w:sz w:val="20"/>
        </w:rPr>
        <w:t>[4 . 83 . 17]</w:t>
      </w:r>
    </w:p>
    <w:p>
      <w:r>
        <w:rPr>
          <w:rFonts w:ascii="Gentium Plus" w:hAnsi="Gentium Plus"/>
          <w:sz w:val="24"/>
        </w:rPr>
        <w:t>τρίτον γε ἐπ’ αὐτοῖς τῆς ὑποκιστίδος καὶ οἰνάνθης καὶ ῥοῦ χυλόν. παραύξειν δὲ χρὴ τῆς κηρωτῆς τὸ πλῆθος ἀνάλογον τῷ τῶν ἄλλων ἀριθμῷ φαρμάκων· χρονιζούσης δὲ τῆς φλεγμονῆς καὶ σκληρυνομένης ἤδη, ποικιλώτερα φάρμακα προσφέρειν χρὴ καὶ τῶν ἀρωμάτων ἔχοντα</w:t>
      </w:r>
    </w:p>
    <w:p>
      <w:r>
        <w:rPr>
          <w:rFonts w:ascii="Courier New" w:hAnsi="Courier New"/>
          <w:color w:val="555555"/>
          <w:sz w:val="20"/>
        </w:rPr>
        <w:t>[5]</w:t>
      </w:r>
    </w:p>
    <w:p>
      <w:r>
        <w:rPr>
          <w:rFonts w:ascii="Gentium Plus" w:hAnsi="Gentium Plus"/>
          <w:sz w:val="24"/>
        </w:rPr>
        <w:t>καὶ τῶν μαλακτικῶν καὶ τῶν διαφορητικῶν, ὁποῖόν ἐστι τὸ διὰ</w:t>
      </w:r>
    </w:p>
    <w:p>
      <w:r>
        <w:rPr>
          <w:rFonts w:ascii="Courier New" w:hAnsi="Courier New"/>
          <w:color w:val="555555"/>
          <w:sz w:val="20"/>
        </w:rPr>
        <w:t>[4 . 83 . 18]</w:t>
      </w:r>
    </w:p>
    <w:p>
      <w:r>
        <w:rPr>
          <w:rFonts w:ascii="Gentium Plus" w:hAnsi="Gentium Plus"/>
          <w:sz w:val="24"/>
        </w:rPr>
        <w:t>μελιλώτου σκευαζόμενον. ὁ χλωρὸς ἴασπις ὠφελεῖ τόν τε στόμαχον καὶ τὸ τῆς γαστρὸς στόμα περιαπτόμενος, καὶ πεῖράν γε ἱκανὴν δέδωκε, καὶ χρὴ ποιοῦντας ὁρμαθὸν ἐξάπτειν τοῦ τραχήλου συμμέ‐</w:t>
      </w:r>
    </w:p>
    <w:p>
      <w:r>
        <w:rPr>
          <w:rFonts w:ascii="Courier New" w:hAnsi="Courier New"/>
          <w:color w:val="555555"/>
          <w:sz w:val="20"/>
        </w:rPr>
        <w:t>[4 . 83 . 19]</w:t>
      </w:r>
    </w:p>
    <w:p>
      <w:r>
        <w:rPr>
          <w:rFonts w:ascii="Gentium Plus" w:hAnsi="Gentium Plus"/>
          <w:sz w:val="24"/>
        </w:rPr>
        <w:t>τρως οὕτως ὡς ψαύειν τοὺς λίθους τοῦ στόματος τῆς γαστρός. ἐπὶ δὲ τῶν θερμῶν τοῦ στομάχου δυσκρασιῶν καὶ καυσουμένων μετ’ ἐκ‐ λύσεως ἢ λειποψυχίας ἤ τινος ἀνορεξίας ἐξ οἱασδήποτε προφάσεως πλὴν πυρετοῦ ψυχρὸν ὕδωρ δίδου μετ’ ὄμφακος χυλοῦ ἢ μήλων</w:t>
      </w:r>
    </w:p>
    <w:p>
      <w:r>
        <w:rPr>
          <w:rFonts w:ascii="Courier New" w:hAnsi="Courier New"/>
          <w:color w:val="555555"/>
          <w:sz w:val="20"/>
        </w:rPr>
        <w:t>[5]</w:t>
      </w:r>
    </w:p>
    <w:p>
      <w:r>
        <w:rPr>
          <w:rFonts w:ascii="Gentium Plus" w:hAnsi="Gentium Plus"/>
          <w:sz w:val="24"/>
        </w:rPr>
        <w:t>κυδωνίων ἀφέψημα ἢ ἕλικος ἀμπέλου ἢ σικύου σπερμάτια ὡς ὀκτὼ λεῖα μετὰ ψυχροῦ ἢ κλωνίον ἡδυόσμου λεάνας δὸς πιεῖν· ἐπιτίθει δ’ ἔξωθεν ἐπὶ τὸν στόμαχον κύστιν πληρώσας ὕδατος ψυχροῦ ἢ χιόνα</w:t>
      </w:r>
    </w:p>
    <w:p>
      <w:r>
        <w:rPr>
          <w:rFonts w:ascii="Courier New" w:hAnsi="Courier New"/>
          <w:color w:val="555555"/>
          <w:sz w:val="20"/>
        </w:rPr>
        <w:t>[4 . 83 . 20]</w:t>
      </w:r>
    </w:p>
    <w:p>
      <w:r>
        <w:rPr>
          <w:rFonts w:ascii="Gentium Plus" w:hAnsi="Gentium Plus"/>
          <w:sz w:val="24"/>
        </w:rPr>
        <w:t>ἐπίβαλλε ἢ κολοκύντης ξέσματα. —Ἐκκαιομένοις δ’ ἄδιψον</w:t>
      </w:r>
    </w:p>
    <w:p>
      <w:r>
        <w:rPr>
          <w:rFonts w:ascii="Courier New" w:hAnsi="Courier New"/>
          <w:color w:val="555555"/>
          <w:sz w:val="20"/>
        </w:rPr>
        <w:t>[4 . 83 . 21]</w:t>
      </w:r>
    </w:p>
    <w:p>
      <w:r>
        <w:rPr>
          <w:rFonts w:ascii="Gentium Plus" w:hAnsi="Gentium Plus"/>
          <w:sz w:val="24"/>
        </w:rPr>
        <w:t>καταπότιον· σικύου ἡμέρου σπέρματος 𐅻 η, τραγακάνθης 𐅻 ϛ. λύε τὴν τραγάκανθαν ὠῶν ὠμῶν προσφάτων τῷ λευκῷ, καὶ ὅταν διαλυθῇ, τρίψας ἐπιμελῶς ἐπίβαλλε τοῖς λοιποῖς, καὶ μίξας ἀνάπλαττε κατα‐ πότια, καὶ ξηράνας ἐν σκιᾷ δίδου ἓν ὑπὸ τὴν γλῶτταν κατέχειν καὶ</w:t>
      </w:r>
    </w:p>
    <w:p>
      <w:r>
        <w:rPr>
          <w:rFonts w:ascii="Courier New" w:hAnsi="Courier New"/>
          <w:color w:val="555555"/>
          <w:sz w:val="20"/>
        </w:rPr>
        <w:t>[4 . 83 . 22]</w:t>
      </w:r>
    </w:p>
    <w:p>
      <w:r>
        <w:rPr>
          <w:rFonts w:ascii="Gentium Plus" w:hAnsi="Gentium Plus"/>
          <w:sz w:val="24"/>
        </w:rPr>
        <w:t>τὸ διαλυόμενον ὑγρὸν καταπίνειν. καὶ τοῦτο καὶ τὸ μετὰ τοῦτο ψυκτι‐ κόν τε ἅμα καὶ τονωτικὸν πλαδῶντός ἐστι στομάχου διάθεσιν ἔχοντος</w:t>
      </w:r>
    </w:p>
    <w:p>
      <w:r>
        <w:rPr>
          <w:rFonts w:ascii="Courier New" w:hAnsi="Courier New"/>
          <w:color w:val="555555"/>
          <w:sz w:val="20"/>
        </w:rPr>
        <w:t>[4 . 83 . 23]</w:t>
      </w:r>
    </w:p>
    <w:p>
      <w:r>
        <w:rPr>
          <w:rFonts w:ascii="Gentium Plus" w:hAnsi="Gentium Plus"/>
          <w:sz w:val="24"/>
        </w:rPr>
        <w:t>ὑγρὰν καὶ θερμήν. —Ἄλλο· ῥόδων χλωρῶν τῶν φύλλων 𐅻 ϛ, γλυ‐ κυρρίζης 𐅻 δ, νάρδου Ἰνδικῆς 𐅻 δ ... ὕδατι ψυχρῷ ἐρεβίνθου τὸ μέ‐</w:t>
      </w:r>
    </w:p>
    <w:p>
      <w:r>
        <w:rPr>
          <w:rFonts w:ascii="Courier New" w:hAnsi="Courier New"/>
          <w:color w:val="555555"/>
          <w:sz w:val="20"/>
        </w:rPr>
        <w:t>[4 . 83 . 24]</w:t>
      </w:r>
    </w:p>
    <w:p>
      <w:r>
        <w:rPr>
          <w:rFonts w:ascii="Gentium Plus" w:hAnsi="Gentium Plus"/>
          <w:sz w:val="24"/>
        </w:rPr>
        <w:t>γεθος· ἐπὶ δὲ τῶν κατεψυγμένων καὶ ἐπὶ τῶν διὰ πάχος τοῦ φλέγ‐ ματος θερμαίνεσθαί τε καὶ τέμνεσθαι δεομένων χρήσιμόν ἐστι τόδε·</w:t>
      </w:r>
    </w:p>
    <w:p>
      <w:r>
        <w:rPr>
          <w:rFonts w:ascii="Courier New" w:hAnsi="Courier New"/>
          <w:color w:val="555555"/>
          <w:sz w:val="20"/>
        </w:rPr>
        <w:t>[4 . 83 . 25]</w:t>
      </w:r>
    </w:p>
    <w:p>
      <w:r>
        <w:rPr>
          <w:rFonts w:ascii="Gentium Plus" w:hAnsi="Gentium Plus"/>
          <w:sz w:val="24"/>
        </w:rPr>
        <w:t>μαράθρου ῥίζης φλοιοῦ 𐆄 ϛ, ὄξους ξ̸ α, ἀλόης 𐆄 γ. αἱ ῥίζαι σὺν ὄξει ἕψονται, εἶθ’ ὅταν ἑφθαὶ γένωνται, ἐκθλιβεῖσαι ῥίπτονται, καὶ ἐπιχεῖται τὸ μέλι καὶ ἕψεται, εἶτ’ ἐπιπάσσεται ἡ ἀλόη· δίδου κοχλιάρια γ σὺν</w:t>
      </w:r>
    </w:p>
    <w:p>
      <w:r>
        <w:rPr>
          <w:rFonts w:ascii="Courier New" w:hAnsi="Courier New"/>
          <w:color w:val="555555"/>
          <w:sz w:val="20"/>
        </w:rPr>
        <w:t>[4 . 83 . 26]</w:t>
      </w:r>
    </w:p>
    <w:p>
      <w:r>
        <w:rPr>
          <w:rFonts w:ascii="Gentium Plus" w:hAnsi="Gentium Plus"/>
          <w:sz w:val="24"/>
        </w:rPr>
        <w:t>ὕδατι· τινὲς ἄνευ ἀλόης σκευάζουσιν. ἐπὶ δὲ τῶν ἀποξυνόντων τὴν τροφὴν χρήσιμον τόδε τὸ φάρμακον· πεπέρεως 𐅻 δ, ἀνήθου σπέρματος</w:t>
      </w:r>
    </w:p>
    <w:p>
      <w:r>
        <w:rPr>
          <w:rFonts w:ascii="Courier New" w:hAnsi="Courier New"/>
          <w:color w:val="555555"/>
          <w:sz w:val="20"/>
        </w:rPr>
        <w:t>[4 . 83 . 27]</w:t>
      </w:r>
    </w:p>
    <w:p>
      <w:r>
        <w:rPr>
          <w:rFonts w:ascii="Gentium Plus" w:hAnsi="Gentium Plus"/>
          <w:sz w:val="24"/>
        </w:rPr>
        <w:t>𐅻 α, κυμίνου 𐅻 δ. λειώσας δίδου εἰς κοίτην κοχλιάριον 〈ἓν〉 ἐν οἴνῳ</w:t>
      </w:r>
    </w:p>
    <w:p>
      <w:r>
        <w:rPr>
          <w:rFonts w:ascii="Courier New" w:hAnsi="Courier New"/>
          <w:color w:val="555555"/>
          <w:sz w:val="20"/>
        </w:rPr>
        <w:t>[4 . 83 . 28]</w:t>
      </w:r>
    </w:p>
    <w:p>
      <w:r>
        <w:rPr>
          <w:rFonts w:ascii="Gentium Plus" w:hAnsi="Gentium Plus"/>
          <w:sz w:val="24"/>
        </w:rPr>
        <w:t>κεκραμένον. ἐπὶ δὲ τῶν γεννώντων χολὴν μέλαιναν καὶ φυσωμένων τὸν στόμαχον ἐπιτίθει, καὶ μάλιστα ἐν ταῖς ἐπιτάσεσι, σπόγγους ὄξει δριμυτάτῳ βεβρεγμένους· μετὰ δὲ τούτους εἰ ἐπιμένοιεν, στυπτηρίαν</w:t>
      </w:r>
    </w:p>
    <w:p>
      <w:r>
        <w:rPr>
          <w:rFonts w:ascii="Courier New" w:hAnsi="Courier New"/>
          <w:color w:val="555555"/>
          <w:sz w:val="20"/>
        </w:rPr>
        <w:t>[4 . 83 . 29]</w:t>
      </w:r>
    </w:p>
    <w:p>
      <w:r>
        <w:rPr>
          <w:rFonts w:ascii="Gentium Plus" w:hAnsi="Gentium Plus"/>
          <w:sz w:val="24"/>
        </w:rPr>
        <w:t>ὑγρὰν μετὰ χαλκοῦ λείου μέλιτι ἀναλαμβάνων ἐπιτίθει. τῷ δὲ δια‐ τεινομένῳ καὶ πνευματουμένῳ τὸν στόμαχον καλαμίνθης ἀπόζεμα ἐξ‐ ῃθριασμένου τοῦ ὕδατος μίξας ὀλίγον μέλιτος καὶ πεπέρεως 𐅻 α δίδου.</w:t>
      </w:r>
    </w:p>
    <w:p>
      <w:pPr>
        <w:jc w:val="center"/>
      </w:pPr>
      <w:r>
        <w:rPr>
          <w:rFonts w:ascii="Gentium Plus" w:hAnsi="Gentium Plus"/>
          <w:b/>
          <w:sz w:val="24"/>
        </w:rPr>
        <w:t>Πρὸς ἀνατροπὰς στομάχου.</w:t>
      </w:r>
    </w:p>
    <w:p>
      <w:r>
        <w:rPr>
          <w:rFonts w:ascii="Courier New" w:hAnsi="Courier New"/>
          <w:color w:val="555555"/>
          <w:sz w:val="20"/>
        </w:rPr>
        <w:t>[4 . 84 . 1]</w:t>
      </w:r>
    </w:p>
    <w:p>
      <w:r>
        <w:rPr>
          <w:rFonts w:ascii="Gentium Plus" w:hAnsi="Gentium Plus"/>
          <w:sz w:val="24"/>
        </w:rPr>
        <w:t>Πρὸς δὲ τὰς ἀνατροπὰς τοῦ στομάχου ῥοιᾶς ὀξείας τῶν πυρήνων</w:t>
      </w:r>
    </w:p>
    <w:p>
      <w:r>
        <w:rPr>
          <w:rFonts w:ascii="Courier New" w:hAnsi="Courier New"/>
          <w:color w:val="555555"/>
          <w:sz w:val="20"/>
        </w:rPr>
        <w:t>[4 . 84 . 2]</w:t>
      </w:r>
    </w:p>
    <w:p>
      <w:r>
        <w:rPr>
          <w:rFonts w:ascii="Gentium Plus" w:hAnsi="Gentium Plus"/>
          <w:sz w:val="24"/>
        </w:rPr>
        <w:t>χυλοῦ μέρη τρία, ἡδυόσμου χυλοῦ μέρος ἕν. βαλὼν εἰς κεραμεοῦν ἀγγεῖον· ἕψε κινῶν συνεχῶς, καὶ ὅταν συστραφῇ, ἄρας ἀπόθου· ἐν δὲ τῇ χρήσει δίδου πρὸ τροφῆς μύστρον ἕν.</w:t>
      </w:r>
    </w:p>
    <w:p>
      <w:pPr>
        <w:jc w:val="center"/>
      </w:pPr>
      <w:r>
        <w:rPr>
          <w:rFonts w:ascii="Gentium Plus" w:hAnsi="Gentium Plus"/>
          <w:b/>
          <w:sz w:val="24"/>
        </w:rPr>
        <w:t>Περὶ πνευματώσεως.</w:t>
      </w:r>
    </w:p>
    <w:p>
      <w:r>
        <w:rPr>
          <w:rFonts w:ascii="Courier New" w:hAnsi="Courier New"/>
          <w:color w:val="555555"/>
          <w:sz w:val="20"/>
        </w:rPr>
        <w:t>[4 . 85 . 1]</w:t>
      </w:r>
    </w:p>
    <w:p>
      <w:r>
        <w:rPr>
          <w:rFonts w:ascii="Gentium Plus" w:hAnsi="Gentium Plus"/>
          <w:sz w:val="24"/>
        </w:rPr>
        <w:t>Ἡ τῶν πνευμάτων ἐν γαστρὶ γένεσις χυμῶν ἢ σιτίων εἰς ἀτμοὺς διαλυομένων ὑπὸ θερμότητος συνίσταται χλιαρᾶς. ἡ μὲν γὰρ ψῦξις τῷ μὴ πεφυκέναι λεπτύνειν καὶ διαλύειν οὐ γεννᾷ πνεύματος 〈οὐδέν. ἡ δὲ σφοδρὰ θερμότης οὐ λεπτύνουσα καὶ διαλύουσα μόνον, ἀλλὰ καὶ</w:t>
      </w:r>
    </w:p>
    <w:p>
      <w:r>
        <w:rPr>
          <w:rFonts w:ascii="Courier New" w:hAnsi="Courier New"/>
          <w:color w:val="555555"/>
          <w:sz w:val="20"/>
        </w:rPr>
        <w:t>[5]</w:t>
      </w:r>
    </w:p>
    <w:p>
      <w:r>
        <w:rPr>
          <w:rFonts w:ascii="Gentium Plus" w:hAnsi="Gentium Plus"/>
          <w:sz w:val="24"/>
        </w:rPr>
        <w:t>διαφοροῦσα κωλύει τὴν σύστασιν τοῦ πνεύματοσ〉· ἡ δ’ ἐλάττων θερμότης [οὐ λεπτύνουσα καὶ διαλύουσα μόνον, ἀλλὰ καὶ διαφοροῦσα κωλύει τὴν σύστασιν τοῦ πνεύματος· ἡ δ’ ἐλάττων θερμότης] χεῖ μὲν καὶ μεταβάλλει τὴν τροφήν, ἐλλιπέστερον δέ, κἀντεῦθεν ἡ γένεσις τῶν</w:t>
      </w:r>
    </w:p>
    <w:p>
      <w:r>
        <w:rPr>
          <w:rFonts w:ascii="Courier New" w:hAnsi="Courier New"/>
          <w:color w:val="555555"/>
          <w:sz w:val="20"/>
        </w:rPr>
        <w:t>[4 . 85 . 2]</w:t>
      </w:r>
    </w:p>
    <w:p>
      <w:r>
        <w:rPr>
          <w:rFonts w:ascii="Gentium Plus" w:hAnsi="Gentium Plus"/>
          <w:sz w:val="24"/>
        </w:rPr>
        <w:t>πνευμάτων. λεπτύνειν οὖν αὐτὰ διὰ τῶν θερμαινόντων φαρμάκων ἀφεψῶντας προσῆκεν ἐλαίῳ τοῦ κυμίνου καὶ σελίνου καὶ σπονδυλίου καὶ δαύκου σπέρματα· ψύξεως δὲ προσούσης τῇ διαθέσει, πήγανον καὶ δαφνίδας καὶ μελάνθιον καὶ μάραθρον ἐνεψεῖν τῷ ἐλαίῳ καὶ μιγνύειν</w:t>
      </w:r>
    </w:p>
    <w:p>
      <w:r>
        <w:rPr>
          <w:rFonts w:ascii="Courier New" w:hAnsi="Courier New"/>
          <w:color w:val="555555"/>
          <w:sz w:val="20"/>
        </w:rPr>
        <w:t>[5]</w:t>
      </w:r>
    </w:p>
    <w:p>
      <w:r>
        <w:rPr>
          <w:rFonts w:ascii="Gentium Plus" w:hAnsi="Gentium Plus"/>
          <w:sz w:val="24"/>
        </w:rPr>
        <w:t>ἄσφαλτον καὶ ἔλαιον δάφνινον· ἐὰν δέ τις καὶ φλεγμονὴ συνῇ ταῖς ὀδύναις, ἀντὶ τῶν θερμαινόντων χρήσῃ τοῖς χαλαστικοῖς, ἄνηθον ἐν‐</w:t>
      </w:r>
    </w:p>
    <w:p>
      <w:r>
        <w:rPr>
          <w:rFonts w:ascii="Courier New" w:hAnsi="Courier New"/>
          <w:color w:val="555555"/>
          <w:sz w:val="20"/>
        </w:rPr>
        <w:t>[4 . 85 . 3]</w:t>
      </w:r>
    </w:p>
    <w:p>
      <w:r>
        <w:rPr>
          <w:rFonts w:ascii="Gentium Plus" w:hAnsi="Gentium Plus"/>
          <w:sz w:val="24"/>
        </w:rPr>
        <w:t>εψῶν καὶ μιγνὺς στέαρ ὄρνιθος ἢ χηνός. ποιεῖ δὲ πρὸς πνευματου‐ μένους καὶ πολίου δεσμίδιον καθεψόμενον καὶ ποτιζόμενον ἢ καλα‐</w:t>
      </w:r>
    </w:p>
    <w:p>
      <w:r>
        <w:rPr>
          <w:rFonts w:ascii="Courier New" w:hAnsi="Courier New"/>
          <w:color w:val="555555"/>
          <w:sz w:val="20"/>
        </w:rPr>
        <w:t>[4 . 85 . 4]</w:t>
      </w:r>
    </w:p>
    <w:p>
      <w:r>
        <w:rPr>
          <w:rFonts w:ascii="Gentium Plus" w:hAnsi="Gentium Plus"/>
          <w:sz w:val="24"/>
        </w:rPr>
        <w:t>μίνθης ἀφέψημα μιγνυμένου μέλιτος ὀλίγου καὶ πεπέρεως 𐅻 α. ταῦτα μὲν οὖν σφοδρᾶς ὀδύνης ἐμπεσούσης πρακτέον· ἐπὶ δὲ τῆς μετρίας</w:t>
      </w:r>
    </w:p>
    <w:p>
      <w:r>
        <w:rPr>
          <w:rFonts w:ascii="Courier New" w:hAnsi="Courier New"/>
          <w:color w:val="555555"/>
          <w:sz w:val="20"/>
        </w:rPr>
        <w:t>[4 . 85 . 5]</w:t>
      </w:r>
    </w:p>
    <w:p>
      <w:r>
        <w:rPr>
          <w:rFonts w:ascii="Gentium Plus" w:hAnsi="Gentium Plus"/>
          <w:sz w:val="24"/>
        </w:rPr>
        <w:t>ἀρκέσουσι καὶ πυρίαι διὰ κέγχρου καὶ ἡ διὰ τῶν ὠμολίνων. σικύα δ’ εὐμεγέθης περιλαμβάνουσα τὸν ὀμφαλὸν ἀθρόως πολλάκις ἀπαλλάττει</w:t>
      </w:r>
    </w:p>
    <w:p>
      <w:r>
        <w:rPr>
          <w:rFonts w:ascii="Courier New" w:hAnsi="Courier New"/>
          <w:color w:val="555555"/>
          <w:sz w:val="20"/>
        </w:rPr>
        <w:t>[4 . 85 . 6]</w:t>
      </w:r>
    </w:p>
    <w:p>
      <w:r>
        <w:rPr>
          <w:rFonts w:ascii="Gentium Plus" w:hAnsi="Gentium Plus"/>
          <w:sz w:val="24"/>
        </w:rPr>
        <w:t>τοὺς πάσχοντας τοῦ συμπτώματος. ὠφελεῖ δὲ καὶ τὸ καστόριον αὐτοὺς</w:t>
      </w:r>
    </w:p>
    <w:p>
      <w:r>
        <w:rPr>
          <w:rFonts w:ascii="Courier New" w:hAnsi="Courier New"/>
          <w:color w:val="555555"/>
          <w:sz w:val="20"/>
        </w:rPr>
        <w:t>[4 . 85 . 7]</w:t>
      </w:r>
    </w:p>
    <w:p>
      <w:r>
        <w:rPr>
          <w:rFonts w:ascii="Gentium Plus" w:hAnsi="Gentium Plus"/>
          <w:sz w:val="24"/>
        </w:rPr>
        <w:t>κἂν μετὰ στρόφου τυγχάνωσιν αἱ ἐμπνευματώσεις. 〈καὶ ὕειος δ’ ἀστρά‐ γαλος καυθεὶς καὶ ποθεὶς στρόφους καὶ ἐμπνευματώσεισ〉 ἰᾶται, καὶ ἀριστολοχία στρογγύλη δι’ ἔμφραξιν ἢ παχύτητα πνεύματος ὀδύνας</w:t>
      </w:r>
    </w:p>
    <w:p>
      <w:r>
        <w:rPr>
          <w:rFonts w:ascii="Courier New" w:hAnsi="Courier New"/>
          <w:color w:val="555555"/>
          <w:sz w:val="20"/>
        </w:rPr>
        <w:t>[4 . 85 . 8]</w:t>
      </w:r>
    </w:p>
    <w:p>
      <w:r>
        <w:rPr>
          <w:rFonts w:ascii="Gentium Plus" w:hAnsi="Gentium Plus"/>
          <w:sz w:val="24"/>
        </w:rPr>
        <w:t>θεραπεύει. τὰς δὲ δι’ ἔμφραξιν τῆς κοίλης ὀδύνας ἢ διὰ παχύτητα γινομένας οἶνος ἀκρατέστερος μετὰ τροφὴν ὀνίνησιν· ὕπνου δ’ ἐπι‐ γενομένου, καὶ τελείως αὐτὰς ἀποπαύει.</w:t>
      </w:r>
    </w:p>
    <w:p>
      <w:pPr>
        <w:jc w:val="center"/>
      </w:pPr>
      <w:r>
        <w:rPr>
          <w:rFonts w:ascii="Gentium Plus" w:hAnsi="Gentium Plus"/>
          <w:b/>
          <w:sz w:val="24"/>
        </w:rPr>
        <w:t>Περὶ κωλικῶν.</w:t>
      </w:r>
    </w:p>
    <w:p>
      <w:r>
        <w:rPr>
          <w:rFonts w:ascii="Courier New" w:hAnsi="Courier New"/>
          <w:color w:val="555555"/>
          <w:sz w:val="20"/>
        </w:rPr>
        <w:t>[4 . 86 . 1]</w:t>
      </w:r>
    </w:p>
    <w:p>
      <w:r>
        <w:rPr>
          <w:rFonts w:ascii="Gentium Plus" w:hAnsi="Gentium Plus"/>
          <w:sz w:val="24"/>
        </w:rPr>
        <w:t>Οἷς ἂν ἐν τῷ κώλῳ καὶ τοῖς ἐντέροις ἐνίζῃ τις δακνώδης χυμός, βλάπτονται μὲν ὑπὸ τῶν θερμῶν τροφῶν καὶ φαρμάκων καὶ ἀσιτοῦντες παροξύνονται, διατίθενται δ’ ἄμεινον τοῖς κατακεραστικοῖς χρώμενοι.</w:t>
      </w:r>
    </w:p>
    <w:p>
      <w:r>
        <w:rPr>
          <w:rFonts w:ascii="Courier New" w:hAnsi="Courier New"/>
          <w:color w:val="555555"/>
          <w:sz w:val="20"/>
        </w:rPr>
        <w:t>[4 . 86 . 2]</w:t>
      </w:r>
    </w:p>
    <w:p>
      <w:r>
        <w:rPr>
          <w:rFonts w:ascii="Gentium Plus" w:hAnsi="Gentium Plus"/>
          <w:sz w:val="24"/>
        </w:rPr>
        <w:t>δεῖ οὖν περικλύζειν ἐνέματι πρότερον μελικράτου ἢ χυλῷ πτισάνης καὶ τροφὰς εὐχύμους καὶ δυσφθάρτους παραλαμβάνειν, φεύγειν δὲ τὰ λεπτύνοντα καὶ θερμαίνοντα· χρὴ γὰρ ἢ κενῶσαι τὸν χυμὸν ἢ κατα‐ κεράσαι· μηδετέρου δὲ τούτων δυνατοῦ γενομένου, καταφεύγειν ἐπὶ</w:t>
      </w:r>
    </w:p>
    <w:p>
      <w:r>
        <w:rPr>
          <w:rFonts w:ascii="Courier New" w:hAnsi="Courier New"/>
          <w:color w:val="555555"/>
          <w:sz w:val="20"/>
        </w:rPr>
        <w:t>[5]</w:t>
      </w:r>
    </w:p>
    <w:p>
      <w:r>
        <w:rPr>
          <w:rFonts w:ascii="Gentium Plus" w:hAnsi="Gentium Plus"/>
          <w:sz w:val="24"/>
        </w:rPr>
        <w:t>τὴν τῶν ναρκωτικῶν χρῆσιν· τοὺς γὰρ ἐν τοιαύτῃ διαθέσει οὐ μόνον τὸ ναρκοῦν τὴν αἴσθησιν ἐπικουφίζει τῆς ὀδύνης, ἀλλὰ καὶ τὸ παχύ‐ νειν τὴν λεπτότητα τῶν ὑγρῶν καὶ ἐμψύχειν τὴν θερμότητα μεγάλως</w:t>
      </w:r>
    </w:p>
    <w:p>
      <w:r>
        <w:rPr>
          <w:rFonts w:ascii="Courier New" w:hAnsi="Courier New"/>
          <w:color w:val="555555"/>
          <w:sz w:val="20"/>
        </w:rPr>
        <w:t>[4 . 86 . 3]</w:t>
      </w:r>
    </w:p>
    <w:p>
      <w:r>
        <w:rPr>
          <w:rFonts w:ascii="Gentium Plus" w:hAnsi="Gentium Plus"/>
          <w:sz w:val="24"/>
        </w:rPr>
        <w:t>ὠφελεῖ. παχέων δ’ ὄντων καὶ γλίσχρων χυμῶν τῶν τῆς ὀδύνης αἰτίων, μηδαμῶς προσφέρειν τὰ ναρκωτικά· κουφίζονται μὲν γὰρ ἐπὶ τῇ χρή‐ σει τούτων, ναρκούμενοι τῆς αἰσθήσεως μόνης, πάλιν δ’ ἴσχουσι κάκιον,</w:t>
      </w:r>
    </w:p>
    <w:p>
      <w:r>
        <w:rPr>
          <w:rFonts w:ascii="Courier New" w:hAnsi="Courier New"/>
          <w:color w:val="555555"/>
          <w:sz w:val="20"/>
        </w:rPr>
        <w:t>[4 . 86 . 4]</w:t>
      </w:r>
    </w:p>
    <w:p>
      <w:r>
        <w:rPr>
          <w:rFonts w:ascii="Gentium Plus" w:hAnsi="Gentium Plus"/>
          <w:sz w:val="24"/>
        </w:rPr>
        <w:t>παχυνομένων ἐπὶ πλέον τῶν χυμῶν καὶ δυσεκκρίτων γινομένων. θερα‐ πεύσομεν οὖν τούτους οὐδὲ τοῖς σφοδρῶς θερμαίνουσιν (αὔξονται γὰρ ὑπὸ τούτων αἱ ὀδύναι, χεομένων τῶν χυμῶν καὶ πνευματουμένων), ἀλλὰ τοῖς ἄνευ τοῦ θερμαίνειν σφοδρῶς τέμνουσι καὶ τοῖς ἀφύσοις.</w:t>
      </w:r>
    </w:p>
    <w:p>
      <w:r>
        <w:rPr>
          <w:rFonts w:ascii="Courier New" w:hAnsi="Courier New"/>
          <w:color w:val="555555"/>
          <w:sz w:val="20"/>
        </w:rPr>
        <w:t>[4 . 86 . 5]</w:t>
      </w:r>
    </w:p>
    <w:p>
      <w:r>
        <w:rPr>
          <w:rFonts w:ascii="Gentium Plus" w:hAnsi="Gentium Plus"/>
          <w:sz w:val="24"/>
        </w:rPr>
        <w:t>ἐπεὶ δὲ τὸ σκόροδον πάντων ἐστὶν ἀφυσότατον, εἰ μὴ παρείη πυρετός, τούτου τε προσοίσομεν καὶ τοῦ θηριακοῦ φαρμάκου, γενναίως ὠφε‐ λοῦντες τὴν τοιάνδε διάθεσιν· πυρετοῦ δ’ ὄντος, τῇ διὰ τῶν κέγχρων πυρίᾳ χρησόμεθα καὶ ἐνεψήσαντες ἐλαίῳ λεπτομερεῖ τῶν ἀφύσων τι</w:t>
      </w:r>
    </w:p>
    <w:p>
      <w:r>
        <w:rPr>
          <w:rFonts w:ascii="Courier New" w:hAnsi="Courier New"/>
          <w:color w:val="555555"/>
          <w:sz w:val="20"/>
        </w:rPr>
        <w:t>[5]</w:t>
      </w:r>
    </w:p>
    <w:p>
      <w:r>
        <w:rPr>
          <w:rFonts w:ascii="Gentium Plus" w:hAnsi="Gentium Plus"/>
          <w:sz w:val="24"/>
        </w:rPr>
        <w:t>σπερμάτων, εἶτα διηθήσαντες καὶ μίξαντες τῷ ἐλαίῳ στέαρ χηνὸς ἢ</w:t>
      </w:r>
    </w:p>
    <w:p>
      <w:r>
        <w:rPr>
          <w:rFonts w:ascii="Courier New" w:hAnsi="Courier New"/>
          <w:color w:val="555555"/>
          <w:sz w:val="20"/>
        </w:rPr>
        <w:t>[4 . 86 . 6]</w:t>
      </w:r>
    </w:p>
    <w:p>
      <w:r>
        <w:rPr>
          <w:rFonts w:ascii="Gentium Plus" w:hAnsi="Gentium Plus"/>
          <w:sz w:val="24"/>
        </w:rPr>
        <w:t>ὄρνιθος ἀνάλογον ἐνήσομεν. μὴ παυσαμένης δ’ ἐπὶ τούτοις τῆς ὀδύ‐</w:t>
      </w:r>
    </w:p>
    <w:p>
      <w:r>
        <w:rPr>
          <w:rFonts w:ascii="Courier New" w:hAnsi="Courier New"/>
          <w:color w:val="555555"/>
          <w:sz w:val="20"/>
        </w:rPr>
        <w:t>[4 . 86 . 7]</w:t>
      </w:r>
    </w:p>
    <w:p>
      <w:r>
        <w:rPr>
          <w:rFonts w:ascii="Gentium Plus" w:hAnsi="Gentium Plus"/>
          <w:sz w:val="24"/>
        </w:rPr>
        <w:t>νης, καὶ πάλιν ἐνίεμεν μίξαντες τῷ ἐλαίῳ καστορίου τε καὶ ὀπίου, μέγεθος ἑκατέρου μὴ μεῖζον κυάμου εἰς κοτύλην τοῦ ἐλαίου. δύναιτο δ’ ἄν τις ἀναλαμβάνων ἐκ τοῦ φαρμάκου τούτου κροκύδα μέχρι πλεί‐ στου κατὰ τὸν δακτύλιον ἐντιθέναι· δεῖ δ’ ἀποδεσμεῖν ἰσχυρὸν νῆμα</w:t>
      </w:r>
    </w:p>
    <w:p>
      <w:r>
        <w:rPr>
          <w:rFonts w:ascii="Courier New" w:hAnsi="Courier New"/>
          <w:color w:val="555555"/>
          <w:sz w:val="20"/>
        </w:rPr>
        <w:t>[4 . 86 . 8]</w:t>
      </w:r>
    </w:p>
    <w:p>
      <w:r>
        <w:rPr>
          <w:rFonts w:ascii="Gentium Plus" w:hAnsi="Gentium Plus"/>
          <w:sz w:val="24"/>
        </w:rPr>
        <w:t>τῆς κροκύδος, ἵνα, ὅταν δέῃ, ῥᾳδίως λαμβάνηται. λύκων κόπρος διδο‐ μένη, καὶ μάλιστα ἡ λευκὴ μεθ’ ὕδατος ἢ οἴνου λεπτοῦ κατὰ τὴν σύστασιν, ἄκρως ὠφελεῖ τοὺς κωλικούς, οὐ μόνον ἐν παροξυσμοῖς, ἀλλὰ</w:t>
      </w:r>
    </w:p>
    <w:p>
      <w:r>
        <w:rPr>
          <w:rFonts w:ascii="Courier New" w:hAnsi="Courier New"/>
          <w:color w:val="555555"/>
          <w:sz w:val="20"/>
        </w:rPr>
        <w:t>[4 . 86 . 9]</w:t>
      </w:r>
    </w:p>
    <w:p>
      <w:r>
        <w:rPr>
          <w:rFonts w:ascii="Gentium Plus" w:hAnsi="Gentium Plus"/>
          <w:sz w:val="24"/>
        </w:rPr>
        <w:t>καὶ διὰ χρόνου γίνεσθαι παρασκευάζει. βέλτιον δέ, εἰ μὴ πεπτωκυῖαν ἐπὶ τῆς γῆς εὕροιμεν τὴν κόπρον, ἀλλ’ ἐπί τινος θάμνου καὶ βοτάνης.</w:t>
      </w:r>
    </w:p>
    <w:p>
      <w:r>
        <w:rPr>
          <w:rFonts w:ascii="Courier New" w:hAnsi="Courier New"/>
          <w:color w:val="555555"/>
          <w:sz w:val="20"/>
        </w:rPr>
        <w:t>[4 . 86 . 10]</w:t>
      </w:r>
    </w:p>
    <w:p>
      <w:r>
        <w:rPr>
          <w:rFonts w:ascii="Gentium Plus" w:hAnsi="Gentium Plus"/>
          <w:sz w:val="24"/>
        </w:rPr>
        <w:t>καὶ ὀστᾶ δ’ εὑρίσκεται διαφυγόντα τοῦ ζῴου τὴν πέψιν, ἅτινα λεῖα διδόμενα πίνειν ὀνίνησι τοὺς κωλικούς· δεῖ δὲ καθαριωτέροις διδόντας</w:t>
      </w:r>
    </w:p>
    <w:p>
      <w:r>
        <w:rPr>
          <w:rFonts w:ascii="Courier New" w:hAnsi="Courier New"/>
          <w:color w:val="555555"/>
          <w:sz w:val="20"/>
        </w:rPr>
        <w:t>[4 . 86 . 11]</w:t>
      </w:r>
    </w:p>
    <w:p>
      <w:r>
        <w:rPr>
          <w:rFonts w:ascii="Gentium Plus" w:hAnsi="Gentium Plus"/>
          <w:sz w:val="24"/>
        </w:rPr>
        <w:t>ἁλῶν καὶ πεπέρεως μιγνύειν ἤ τινος τῶν ἡδέων. θαυμαστῶς δ’ ὅπως καὶ περιαπτομένη ταῖς λαγῶσιν ὠφελεῖ σαφῶς· χρὴ δ’ ἐκ λυκοβρώτου γενομένῳ ῥάμματι τὸ περιάπτον ἐξαρτᾶν, ἐν δέρματι τὴν κόπρον ἐλαφείῳ βαλόντας· μὴ εὐπορούντων δ’ ἐρίων ἐκ λυκοβρώτων, καὶ τὸ</w:t>
      </w:r>
    </w:p>
    <w:p>
      <w:r>
        <w:rPr>
          <w:rFonts w:ascii="Courier New" w:hAnsi="Courier New"/>
          <w:color w:val="555555"/>
          <w:sz w:val="20"/>
        </w:rPr>
        <w:t>[4 . 86 . 12]</w:t>
      </w:r>
    </w:p>
    <w:p>
      <w:r>
        <w:rPr>
          <w:rFonts w:ascii="Gentium Plus" w:hAnsi="Gentium Plus"/>
          <w:sz w:val="24"/>
        </w:rPr>
        <w:t>ἄρτημα γίνεσθαι ἐξ ἱμάντος ἐλαφείου. καὶ κόρυδος δὲ τὸ στρουθίον ὠφελεῖ τοὺς αὐτοὺς ζωμῷ λαμβανόμενος.</w:t>
      </w:r>
    </w:p>
    <w:p>
      <w:pPr>
        <w:jc w:val="center"/>
      </w:pPr>
      <w:r>
        <w:rPr>
          <w:rFonts w:ascii="Gentium Plus" w:hAnsi="Gentium Plus"/>
          <w:b/>
          <w:sz w:val="24"/>
        </w:rPr>
        <w:t>Πρὸς δυσεντερικοὺς καὶ κοιλιακούς.</w:t>
      </w:r>
    </w:p>
    <w:p>
      <w:r>
        <w:rPr>
          <w:rFonts w:ascii="Courier New" w:hAnsi="Courier New"/>
          <w:color w:val="555555"/>
          <w:sz w:val="20"/>
        </w:rPr>
        <w:t>[4 . 87 . 1]</w:t>
      </w:r>
    </w:p>
    <w:p>
      <w:r>
        <w:rPr>
          <w:rFonts w:ascii="Gentium Plus" w:hAnsi="Gentium Plus"/>
          <w:sz w:val="24"/>
        </w:rPr>
        <w:t>Λημνία σφραγὶς καὶ ἤδη νεμομένην ἰᾶται δυσεντερίαν πινομένη τε καὶ ἐνιεμένη· δεῖ δὲ προαποκλύζειν τὴν ἕλκωσιν μελικράτῳ πρῶτον ἀκρατεστέρῳ, κἄπειτα τῇ ἅλμῃ, καὶ μετὰ ταῦτα τὴν Λημνίαν ἐνιέναι</w:t>
      </w:r>
    </w:p>
    <w:p>
      <w:r>
        <w:rPr>
          <w:rFonts w:ascii="Courier New" w:hAnsi="Courier New"/>
          <w:color w:val="555555"/>
          <w:sz w:val="20"/>
        </w:rPr>
        <w:t>[4 . 87 . 2]</w:t>
      </w:r>
    </w:p>
    <w:p>
      <w:r>
        <w:rPr>
          <w:rFonts w:ascii="Gentium Plus" w:hAnsi="Gentium Plus"/>
          <w:sz w:val="24"/>
        </w:rPr>
        <w:t>[γῆν] δι’ ἀρνογλώσσου χυλοῦ· πινέσθω δὲ δι’ ὑδαροῦς ὀξυκράτου. γάλα τὸ τυρῶδες (γίνεται δὲ τοιοῦτον κοχλάκων διαπύρων ἐμβληθέντων εἰς αὐτὸ καὶ ἑψόμενον, ἄχρις 〈ἂν〉 ἀναλωθῇ τοῦ ὀροῦ τὸ πλεῖστον) κάλλιστόν ἐστιν ἴαμα δυσεντερικοῖς καὶ πᾶσι τοῖς κατὰ γαστέρα ῥεύμασι δριμέσιν.</w:t>
      </w:r>
    </w:p>
    <w:p>
      <w:r>
        <w:rPr>
          <w:rFonts w:ascii="Courier New" w:hAnsi="Courier New"/>
          <w:color w:val="555555"/>
          <w:sz w:val="20"/>
        </w:rPr>
        <w:t>[4 . 87 . 3]</w:t>
      </w:r>
    </w:p>
    <w:p>
      <w:r>
        <w:rPr>
          <w:rFonts w:ascii="Gentium Plus" w:hAnsi="Gentium Plus"/>
          <w:sz w:val="24"/>
        </w:rPr>
        <w:t>κυνείαν δὲ κόπρον λείαν τῷ οὕτω σκευασθέντι γάλακτι μίξας φάρμακον ποιήσεις ἄκρως ὠφελοῦν δυσεντερικούς· δεῖ δὲ τὸν κύνα μηδὲν ἕτερον φαγεῖν ἢ ὀστᾶ· γενήσεται γὰρ ἡ κόπρος οὔτε δυσώδης καὶ λευκή.</w:t>
      </w:r>
    </w:p>
    <w:p>
      <w:r>
        <w:rPr>
          <w:rFonts w:ascii="Courier New" w:hAnsi="Courier New"/>
          <w:color w:val="555555"/>
          <w:sz w:val="20"/>
        </w:rPr>
        <w:t>[4 . 87 . 4]</w:t>
      </w:r>
    </w:p>
    <w:p>
      <w:r>
        <w:rPr>
          <w:rFonts w:ascii="Gentium Plus" w:hAnsi="Gentium Plus"/>
          <w:sz w:val="24"/>
        </w:rPr>
        <w:t>ξηραίνει δὲ τὰ κατὰ τὴν κοιλίαν ῥεύματα καὶ ὠὰ δι’ ὄξους ἑψηθέντα καὶ βρωθέντα· εἰ δὲ καὶ μῖξαι βουληθείης τῶν πρὸς δυσεντερικὴν ἢ κοιλιακὴν διάθεσιν ἁρμοττόντων ταγηνίσας τε ἐπ’ ἀκάπνου πυρὸς δοίης</w:t>
      </w:r>
    </w:p>
    <w:p>
      <w:r>
        <w:rPr>
          <w:rFonts w:ascii="Courier New" w:hAnsi="Courier New"/>
          <w:color w:val="555555"/>
          <w:sz w:val="20"/>
        </w:rPr>
        <w:t>[4 . 87 . 5]</w:t>
      </w:r>
    </w:p>
    <w:p>
      <w:r>
        <w:rPr>
          <w:rFonts w:ascii="Gentium Plus" w:hAnsi="Gentium Plus"/>
          <w:sz w:val="24"/>
        </w:rPr>
        <w:t>προσενέγκασθαι, μεγάλως ὀνήσεις τὸν ἄνθρωπον· χρησιμώτατον δ’ ἐστὶ πρὸς τὴν χρῆσιν ὀμφάκιον, ῥοῦς ἐρυθρὸς καὶ χυλὸς αὐτοῦ, τέφρα κοχλιῶν ὅλων ὀπτηθέντων, σίδια, κηκίς, γίγαρτα, μέσπιλα, μύρτα, κράνα.</w:t>
      </w:r>
    </w:p>
    <w:p>
      <w:r>
        <w:rPr>
          <w:rFonts w:ascii="Courier New" w:hAnsi="Courier New"/>
          <w:color w:val="555555"/>
          <w:sz w:val="20"/>
        </w:rPr>
        <w:t>[4 . 87 . 6]</w:t>
      </w:r>
    </w:p>
    <w:p>
      <w:r>
        <w:rPr>
          <w:rFonts w:ascii="Gentium Plus" w:hAnsi="Gentium Plus"/>
          <w:sz w:val="24"/>
        </w:rPr>
        <w:t>κοχλιῶν καυθέντων μετὰ τῶν ὀστρέων τῆς τέφρας μέρη δ, κηκῖδος β καὶ πεπέρεως ἓν χνοώδη ποιήσας ταῦτα τοῖς τε ὄψοις ἐπιπάττων</w:t>
      </w:r>
    </w:p>
    <w:p>
      <w:r>
        <w:rPr>
          <w:rFonts w:ascii="Courier New" w:hAnsi="Courier New"/>
          <w:color w:val="555555"/>
          <w:sz w:val="20"/>
        </w:rPr>
        <w:t>[4 . 87 . 7]</w:t>
      </w:r>
    </w:p>
    <w:p>
      <w:r>
        <w:rPr>
          <w:rFonts w:ascii="Gentium Plus" w:hAnsi="Gentium Plus"/>
          <w:sz w:val="24"/>
        </w:rPr>
        <w:t>δίδου ἐν ὕδατι ἢ οἴνῳ λευκῷ καὶ ὑδαρεῖ πίνειν. γενναίως ὠφελεῖ</w:t>
      </w:r>
    </w:p>
    <w:p>
      <w:r>
        <w:rPr>
          <w:rFonts w:ascii="Courier New" w:hAnsi="Courier New"/>
          <w:color w:val="555555"/>
          <w:sz w:val="20"/>
        </w:rPr>
        <w:t>[4 . 87 . 8]</w:t>
      </w:r>
    </w:p>
    <w:p>
      <w:r>
        <w:rPr>
          <w:rFonts w:ascii="Gentium Plus" w:hAnsi="Gentium Plus"/>
          <w:sz w:val="24"/>
        </w:rPr>
        <w:t>τοῦτο δυσεντερίας, ὅσαις οὐδέπω σηπεδονῶδες γέγονε τὸ ἕλκος. ἀν‐</w:t>
      </w:r>
    </w:p>
    <w:p>
      <w:r>
        <w:rPr>
          <w:rFonts w:ascii="Courier New" w:hAnsi="Courier New"/>
          <w:color w:val="555555"/>
          <w:sz w:val="20"/>
        </w:rPr>
        <w:t>[4 . 87 . 9]</w:t>
      </w:r>
    </w:p>
    <w:p>
      <w:r>
        <w:rPr>
          <w:rFonts w:ascii="Gentium Plus" w:hAnsi="Gentium Plus"/>
          <w:sz w:val="24"/>
        </w:rPr>
        <w:t>δράχνης ὁ χυλὸς ἐπιτήδειος δυσεντερικοῖς πινόμενος. ἁρμόττει δὲ καὶ</w:t>
      </w:r>
    </w:p>
    <w:p>
      <w:r>
        <w:rPr>
          <w:rFonts w:ascii="Courier New" w:hAnsi="Courier New"/>
          <w:color w:val="555555"/>
          <w:sz w:val="20"/>
        </w:rPr>
        <w:t>[4 . 87 . 10]</w:t>
      </w:r>
    </w:p>
    <w:p>
      <w:r>
        <w:rPr>
          <w:rFonts w:ascii="Gentium Plus" w:hAnsi="Gentium Plus"/>
          <w:sz w:val="24"/>
        </w:rPr>
        <w:t>ἀρνόγλωσσον καὶ βάτου ὁ καρπὸς καὶ τὰ φύλλα. ἀλθαίας τῆς ῥίζης</w:t>
      </w:r>
    </w:p>
    <w:p>
      <w:r>
        <w:rPr>
          <w:rFonts w:ascii="Courier New" w:hAnsi="Courier New"/>
          <w:color w:val="555555"/>
          <w:sz w:val="20"/>
        </w:rPr>
        <w:t>[4 . 87 . 11]</w:t>
      </w:r>
    </w:p>
    <w:p>
      <w:r>
        <w:rPr>
          <w:rFonts w:ascii="Gentium Plus" w:hAnsi="Gentium Plus"/>
          <w:sz w:val="24"/>
        </w:rPr>
        <w:t>τὸ ἀφέψημα πρός τε δυσεντερίαν καὶ διάρροιαν ὠφέλιμόν ἐστιν. καὶ ἵππουρις γενναῖόν ἐστι φάρμακον δι’ ὕδατος ἢ οἴνου πινομένη, καὶ</w:t>
      </w:r>
    </w:p>
    <w:p>
      <w:pPr>
        <w:jc w:val="center"/>
      </w:pPr>
      <w:r>
        <w:rPr>
          <w:rFonts w:ascii="Gentium Plus" w:hAnsi="Gentium Plus"/>
          <w:b/>
          <w:sz w:val="24"/>
        </w:rPr>
        <w:t>Πρὸς διάρροιαν καὶ κοιλιακοὺς καὶ στομαχικοὺς καὶ νεφριτικούς.</w:t>
      </w:r>
    </w:p>
    <w:p>
      <w:r>
        <w:rPr>
          <w:rFonts w:ascii="Courier New" w:hAnsi="Courier New"/>
          <w:color w:val="555555"/>
          <w:sz w:val="20"/>
        </w:rPr>
        <w:t>[4 . 88 . 1]</w:t>
      </w:r>
    </w:p>
    <w:p>
      <w:r>
        <w:rPr>
          <w:rFonts w:ascii="Gentium Plus" w:hAnsi="Gentium Plus"/>
          <w:sz w:val="24"/>
        </w:rPr>
        <w:t>Τὰς διαρροίας ἰᾶται ἀδίαντον, παλιούρου τὰ φύλλα, ῥίζα πίτυος, πεύκης φλοιός, 〈φακὴ δίσ〉εφθος, τοῦ προτέρου ὕδατος ἀποχυθέντος.</w:t>
      </w:r>
    </w:p>
    <w:p>
      <w:r>
        <w:rPr>
          <w:rFonts w:ascii="Courier New" w:hAnsi="Courier New"/>
          <w:color w:val="555555"/>
          <w:sz w:val="20"/>
        </w:rPr>
        <w:t>[4 . 88 . 2]</w:t>
      </w:r>
    </w:p>
    <w:p>
      <w:r>
        <w:rPr>
          <w:rFonts w:ascii="Gentium Plus" w:hAnsi="Gentium Plus"/>
          <w:sz w:val="24"/>
        </w:rPr>
        <w:t>γίγαρτα πᾶσι τοῖς κατὰ γαστέρα καὶ 〈ἔντερα〉 ῥοώδεσι πάθεσι βοηθεῖ ἱκανῶς· νάρδου στάχυς, ὀξυακάνθου ὁ καρπὸς ἐσθιόμενός τε καὶ πινό‐</w:t>
      </w:r>
    </w:p>
    <w:p>
      <w:r>
        <w:rPr>
          <w:rFonts w:ascii="Courier New" w:hAnsi="Courier New"/>
          <w:color w:val="555555"/>
          <w:sz w:val="20"/>
        </w:rPr>
        <w:t>[4 . 88 3,4]</w:t>
      </w:r>
    </w:p>
    <w:p>
      <w:r>
        <w:rPr>
          <w:rFonts w:ascii="Gentium Plus" w:hAnsi="Gentium Plus"/>
          <w:sz w:val="24"/>
        </w:rPr>
        <w:t>μενος. ἄκανθα λευκὴ κοιλιακοὺς καὶ στομαχικοὺς ὠφελεῖ. μορέας ὁ</w:t>
      </w:r>
    </w:p>
    <w:p>
      <w:r>
        <w:rPr>
          <w:rFonts w:ascii="Courier New" w:hAnsi="Courier New"/>
          <w:color w:val="555555"/>
          <w:sz w:val="20"/>
        </w:rPr>
        <w:t>[4 . 88 . 4 (2)]</w:t>
      </w:r>
    </w:p>
    <w:p>
      <w:r>
        <w:rPr>
          <w:rFonts w:ascii="Gentium Plus" w:hAnsi="Gentium Plus"/>
          <w:sz w:val="24"/>
        </w:rPr>
        <w:t>ἄωρος 〈καρπὸσ〉 ξηρανθεὶς στεγνωτικὸν ἱκανῶς γίνεται φάρμακον, ὥστε καὶ πρὸς δυσεντερίας ἁρμόττειν καὶ κοιλιακὰς διαθέσεις καὶ τὰς ἄλλας ὅσαι ῥοώδεις· κόπτεται δὲ καὶ τοῖς ὄψοις μίγνυται, καθάπερ ὁ τῆς</w:t>
      </w:r>
    </w:p>
    <w:p>
      <w:r>
        <w:rPr>
          <w:rFonts w:ascii="Courier New" w:hAnsi="Courier New"/>
          <w:color w:val="555555"/>
          <w:sz w:val="20"/>
        </w:rPr>
        <w:t>[4 . 88 . 5]</w:t>
      </w:r>
    </w:p>
    <w:p>
      <w:r>
        <w:rPr>
          <w:rFonts w:ascii="Gentium Plus" w:hAnsi="Gentium Plus"/>
          <w:sz w:val="24"/>
        </w:rPr>
        <w:t>ῥοῦ καρπός, ἢ εἴ τις ἐθέλοι, δι’ ὕδατος ἢ οἴνου πίνεται. μᾶλλον δ’ ἐστὶν ἐμφρακτικώτερα ὁμοίως τὰ βάτινα ξηραινόμενα καὶ ἀποτιθέμενα.</w:t>
      </w:r>
    </w:p>
    <w:p>
      <w:pPr>
        <w:jc w:val="center"/>
      </w:pPr>
      <w:r>
        <w:rPr>
          <w:rFonts w:ascii="Gentium Plus" w:hAnsi="Gentium Plus"/>
          <w:b/>
          <w:sz w:val="24"/>
        </w:rPr>
        <w:t>Πρὸς ἕλμινθας.</w:t>
      </w:r>
    </w:p>
    <w:p>
      <w:r>
        <w:rPr>
          <w:rFonts w:ascii="Courier New" w:hAnsi="Courier New"/>
          <w:color w:val="555555"/>
          <w:sz w:val="20"/>
        </w:rPr>
        <w:t>[4 . 89 . 1]</w:t>
      </w:r>
    </w:p>
    <w:p>
      <w:r>
        <w:rPr>
          <w:rFonts w:ascii="Gentium Plus" w:hAnsi="Gentium Plus"/>
          <w:sz w:val="24"/>
        </w:rPr>
        <w:t>Τοὺς μὲν στρογγύλους ἕλμινθας ἱκανὸν ἀποκτεῖναι ἀψίνθιον, ἀβρό‐ τονον, καλαμίνθη, καρδάμωμον, κράμβης σπέρμα καὶ ἡδύοσμος, θέρμος πικρὸς ἐπιπλαττόμενός τε καὶ ἐκλειχόμενος μετὰ μέλιτος ἢ μετ’ ὀξυ‐ κράτου πινόμενος, μελάνθιον οὐκ ἐσθιόμενον μόνον, ἀλλὰ καὶ κατα‐</w:t>
      </w:r>
    </w:p>
    <w:p>
      <w:r>
        <w:rPr>
          <w:rFonts w:ascii="Courier New" w:hAnsi="Courier New"/>
          <w:color w:val="555555"/>
          <w:sz w:val="20"/>
        </w:rPr>
        <w:t>[5]</w:t>
      </w:r>
    </w:p>
    <w:p>
      <w:r>
        <w:rPr>
          <w:rFonts w:ascii="Gentium Plus" w:hAnsi="Gentium Plus"/>
          <w:sz w:val="24"/>
        </w:rPr>
        <w:t>πλασσόμενον τῆς γαστρὸς ἔξωθεν, περσικῆς λεῖα φύλλα κατὰ τὴν κοι‐</w:t>
      </w:r>
    </w:p>
    <w:p>
      <w:r>
        <w:rPr>
          <w:rFonts w:ascii="Courier New" w:hAnsi="Courier New"/>
          <w:color w:val="555555"/>
          <w:sz w:val="20"/>
        </w:rPr>
        <w:t>[4 . 89 . 2]</w:t>
      </w:r>
    </w:p>
    <w:p>
      <w:r>
        <w:rPr>
          <w:rFonts w:ascii="Gentium Plus" w:hAnsi="Gentium Plus"/>
          <w:sz w:val="24"/>
        </w:rPr>
        <w:t>λίαν τιθέμενα. τὰς δ’ ἀσκαρίδας ἐνιέμενα ἀναιρεῖ καλαμίνθης ὁ χυλὸς</w:t>
      </w:r>
    </w:p>
    <w:p>
      <w:r>
        <w:rPr>
          <w:rFonts w:ascii="Courier New" w:hAnsi="Courier New"/>
          <w:color w:val="555555"/>
          <w:sz w:val="20"/>
        </w:rPr>
        <w:t>[4 . 89 . 3]</w:t>
      </w:r>
    </w:p>
    <w:p>
      <w:r>
        <w:rPr>
          <w:rFonts w:ascii="Gentium Plus" w:hAnsi="Gentium Plus"/>
          <w:sz w:val="24"/>
        </w:rPr>
        <w:t>καὶ ἡ κεδρία. τὰς δὲ πλατείας ἀναιρεῖ μορέας τῆς ῥίζης ὁ φλοιός, πτέρεως ἡ ῥίζα 𐅻 δ ἐν μελικράτῳ λαμβανομένη καὶ χαμαιλέοντος λευ‐</w:t>
      </w:r>
    </w:p>
    <w:p>
      <w:r>
        <w:rPr>
          <w:rFonts w:ascii="Courier New" w:hAnsi="Courier New"/>
          <w:color w:val="555555"/>
          <w:sz w:val="20"/>
        </w:rPr>
        <w:t>[4 . 89 . 4]</w:t>
      </w:r>
    </w:p>
    <w:p>
      <w:r>
        <w:rPr>
          <w:rFonts w:ascii="Gentium Plus" w:hAnsi="Gentium Plus"/>
          <w:sz w:val="24"/>
        </w:rPr>
        <w:t>κοῦ ἡ ῥίζα πλῆθος ὀξυβάφου μετ’ οἴνου αὐστηροῦ. ἀναιρεῖ δ’ αὐτὰς καὶ κόστος.</w:t>
      </w:r>
    </w:p>
    <w:p>
      <w:pPr>
        <w:jc w:val="center"/>
      </w:pPr>
      <w:r>
        <w:rPr>
          <w:rFonts w:ascii="Gentium Plus" w:hAnsi="Gentium Plus"/>
          <w:b/>
          <w:sz w:val="24"/>
        </w:rPr>
        <w:t>Περὶ εἰλεοῦ.</w:t>
      </w:r>
    </w:p>
    <w:p>
      <w:r>
        <w:rPr>
          <w:rFonts w:ascii="Courier New" w:hAnsi="Courier New"/>
          <w:color w:val="555555"/>
          <w:sz w:val="20"/>
        </w:rPr>
        <w:t>[4 . 90 . 1]</w:t>
      </w:r>
    </w:p>
    <w:p>
      <w:r>
        <w:rPr>
          <w:rFonts w:ascii="Gentium Plus" w:hAnsi="Gentium Plus"/>
          <w:sz w:val="24"/>
        </w:rPr>
        <w:t>Χαλεπόν ἐστιν ὁ εἰλεὸς τὸ πάθος, καὶ σπανίως ἐσώθη περιπεσών</w:t>
      </w:r>
    </w:p>
    <w:p>
      <w:r>
        <w:rPr>
          <w:rFonts w:ascii="Courier New" w:hAnsi="Courier New"/>
          <w:color w:val="555555"/>
          <w:sz w:val="20"/>
        </w:rPr>
        <w:t>[4 . 90 . 2]</w:t>
      </w:r>
    </w:p>
    <w:p>
      <w:r>
        <w:rPr>
          <w:rFonts w:ascii="Gentium Plus" w:hAnsi="Gentium Plus"/>
          <w:sz w:val="24"/>
        </w:rPr>
        <w:t>τις αὐτῷ. μάλιστα δ’ ὁ δυσώδης καλούμενος ὀλέθριος, καθ’ ὃν ἤτοι κόπρος ἐμεῖται ἢ δυσώδης ἐστὶν ἡ ἐκπνοή, πολλάκις δ’ ἐρυγὴ τοιαύτη</w:t>
      </w:r>
    </w:p>
    <w:p>
      <w:r>
        <w:rPr>
          <w:rFonts w:ascii="Courier New" w:hAnsi="Courier New"/>
          <w:color w:val="555555"/>
          <w:sz w:val="20"/>
        </w:rPr>
        <w:t>[4 . 90 . 3]</w:t>
      </w:r>
    </w:p>
    <w:p>
      <w:r>
        <w:rPr>
          <w:rFonts w:ascii="Gentium Plus" w:hAnsi="Gentium Plus"/>
          <w:sz w:val="24"/>
        </w:rPr>
        <w:t>γίνεται, καί ποτε καὶ πᾶν ἀποτελεῖται τὸ σῶμα δυσῶδες. θαυμαστῶς δὲ ποιεῖ πρὸς αὐτούς, κἂν ἐμῶσι κόπρον, εἰς ἔλαιον ... φαγεῖν θερ‐ μοὺς τοὺς ψωμούς. σωθήσεται γάρ, κἂν ἤδη πνίγηται.</w:t>
      </w:r>
    </w:p>
    <w:p>
      <w:pPr>
        <w:jc w:val="center"/>
      </w:pPr>
      <w:r>
        <w:rPr>
          <w:rFonts w:ascii="Gentium Plus" w:hAnsi="Gentium Plus"/>
          <w:b/>
          <w:sz w:val="24"/>
        </w:rPr>
        <w:t>Πρὸς τοὺς πυκνὰ ἐμοῦντας.</w:t>
      </w:r>
    </w:p>
    <w:p>
      <w:r>
        <w:rPr>
          <w:rFonts w:ascii="Courier New" w:hAnsi="Courier New"/>
          <w:color w:val="555555"/>
          <w:sz w:val="20"/>
        </w:rPr>
        <w:t>[4 . 91 . 1]</w:t>
      </w:r>
    </w:p>
    <w:p>
      <w:r>
        <w:rPr>
          <w:rFonts w:ascii="Gentium Plus" w:hAnsi="Gentium Plus"/>
          <w:sz w:val="24"/>
        </w:rPr>
        <w:t>Πρὸς δὲ τοὺς πυκνὰ ἐμοῦντας καὶ μὴ κατέχοντας ῥοῦν καὶ κύμι‐ νον τρίψας ἐν τῷ αὐτῷ δὸς πιεῖν 〈ἐν〉 ὀξυμέλιτος κυάθοις ϛ ὁλκὴν</w:t>
      </w:r>
    </w:p>
    <w:p>
      <w:pPr>
        <w:jc w:val="center"/>
      </w:pPr>
      <w:r>
        <w:rPr>
          <w:rFonts w:ascii="Gentium Plus" w:hAnsi="Gentium Plus"/>
          <w:b/>
          <w:sz w:val="24"/>
        </w:rPr>
        <w:t>Πρὸς τὰς τῆς ἕδρας διαθέσεις, φλεγμονὰς καὶ προπτώσεις.</w:t>
      </w:r>
    </w:p>
    <w:p>
      <w:r>
        <w:rPr>
          <w:rFonts w:ascii="Courier New" w:hAnsi="Courier New"/>
          <w:color w:val="555555"/>
          <w:sz w:val="20"/>
        </w:rPr>
        <w:t>[4 . 92 . 1]</w:t>
      </w:r>
    </w:p>
    <w:p>
      <w:r>
        <w:rPr>
          <w:rFonts w:ascii="Gentium Plus" w:hAnsi="Gentium Plus"/>
          <w:sz w:val="24"/>
        </w:rPr>
        <w:t>Ἑψήσας κηκῖδα τὴν ξανθὴν καὶ λειώσας κατάπλασσε τὰς ἐν ἕδρᾳ φλεγμονὰς καὶ προπτώσεις, ἰσχυροτέρου μὲν χρῄζων τοῦ βοηθήματος</w:t>
      </w:r>
    </w:p>
    <w:p>
      <w:r>
        <w:rPr>
          <w:rFonts w:ascii="Courier New" w:hAnsi="Courier New"/>
          <w:color w:val="555555"/>
          <w:sz w:val="20"/>
        </w:rPr>
        <w:t>[4 . 92 . 2]</w:t>
      </w:r>
    </w:p>
    <w:p>
      <w:r>
        <w:rPr>
          <w:rFonts w:ascii="Gentium Plus" w:hAnsi="Gentium Plus"/>
          <w:sz w:val="24"/>
        </w:rPr>
        <w:t>ἐν οἴνῳ, πρᾳοτέρου δ’ ἐνεψῶν ὕδατι. καὶ ὁ χυλὸς δὲ τῆς σχίνου ποιεῖ</w:t>
      </w:r>
    </w:p>
    <w:p>
      <w:r>
        <w:rPr>
          <w:rFonts w:ascii="Courier New" w:hAnsi="Courier New"/>
          <w:color w:val="555555"/>
          <w:sz w:val="20"/>
        </w:rPr>
        <w:t>[4 . 92 . 3]</w:t>
      </w:r>
    </w:p>
    <w:p>
      <w:r>
        <w:rPr>
          <w:rFonts w:ascii="Gentium Plus" w:hAnsi="Gentium Plus"/>
          <w:sz w:val="24"/>
        </w:rPr>
        <w:t>πρός τε τὰς τῆς ἕδρας καὶ τῆς ὑστέρας προπτώσεις. —Ἄλλο· πίτυος φλοιοῦ 𐅻 η, κυπαρίσσου σφαιρίων ξηρῶν 𐅻 β, μολυβδαίνης 𐅻 β·</w:t>
      </w:r>
    </w:p>
    <w:p>
      <w:r>
        <w:rPr>
          <w:rFonts w:ascii="Courier New" w:hAnsi="Courier New"/>
          <w:color w:val="555555"/>
          <w:sz w:val="20"/>
        </w:rPr>
        <w:t>[4 . 92 . 4]</w:t>
      </w:r>
    </w:p>
    <w:p>
      <w:r>
        <w:rPr>
          <w:rFonts w:ascii="Gentium Plus" w:hAnsi="Gentium Plus"/>
          <w:sz w:val="24"/>
        </w:rPr>
        <w:t>προαπονίψας ἐν οἴνῳ στρυφνῷ λείοις κατάπλασσε.</w:t>
      </w:r>
    </w:p>
    <w:p>
      <w:pPr>
        <w:jc w:val="center"/>
      </w:pPr>
      <w:r>
        <w:rPr>
          <w:rFonts w:ascii="Gentium Plus" w:hAnsi="Gentium Plus"/>
          <w:b/>
          <w:sz w:val="24"/>
        </w:rPr>
        <w:t>Πρὸς τὰς τῆς ἕδρας πυρώδεις ὀδύνας.</w:t>
      </w:r>
    </w:p>
    <w:p>
      <w:r>
        <w:rPr>
          <w:rFonts w:ascii="Courier New" w:hAnsi="Courier New"/>
          <w:color w:val="555555"/>
          <w:sz w:val="20"/>
        </w:rPr>
        <w:t>[4 . 93 . 1]</w:t>
      </w:r>
    </w:p>
    <w:p>
      <w:r>
        <w:rPr>
          <w:rFonts w:ascii="Gentium Plus" w:hAnsi="Gentium Plus"/>
          <w:sz w:val="24"/>
        </w:rPr>
        <w:t>Πρὸς δὲ τὰς πυρώδεις ὀδύνας τῆς ἕδρας ὠοῦ ὀπτοῦ λέκιθον λει‐ ώσας ἐν οἴνῳ λευκῷ καὶ ῥοδίνῃ κηρωτῇ ἀναλαβὼν διάχριε καὶ ἐμ‐</w:t>
      </w:r>
    </w:p>
    <w:p>
      <w:r>
        <w:rPr>
          <w:rFonts w:ascii="Courier New" w:hAnsi="Courier New"/>
          <w:color w:val="555555"/>
          <w:sz w:val="20"/>
        </w:rPr>
        <w:t>[4 . 93 . 2]</w:t>
      </w:r>
    </w:p>
    <w:p>
      <w:r>
        <w:rPr>
          <w:rFonts w:ascii="Gentium Plus" w:hAnsi="Gentium Plus"/>
          <w:sz w:val="24"/>
        </w:rPr>
        <w:t>πλαστῷ χρῶ. —Κατάπλασμα· ἄρτου καθαροῦ λελειωμένου καὶ ἡψη‐</w:t>
      </w:r>
    </w:p>
    <w:p>
      <w:r>
        <w:rPr>
          <w:rFonts w:ascii="Courier New" w:hAnsi="Courier New"/>
          <w:color w:val="555555"/>
          <w:sz w:val="20"/>
        </w:rPr>
        <w:t>[4 . 93 . 3]</w:t>
      </w:r>
    </w:p>
    <w:p>
      <w:r>
        <w:rPr>
          <w:rFonts w:ascii="Gentium Plus" w:hAnsi="Gentium Plus"/>
          <w:sz w:val="24"/>
        </w:rPr>
        <w:t>μένου ὕδατι ῥοδίνῳ προσλαμβάνοντος καὶ ὠοῦ λεκίθου ὀπτοῦ. ῥόδων 𐅻 γ, ὠῶν ὀπτῶν λεκίθους β οἴνῳ λευκῷ λειώσας καὶ ῥοδίνῃ κηρωτῇ ἀναλαβὼν ἐπίχριε.</w:t>
      </w:r>
    </w:p>
    <w:p>
      <w:pPr>
        <w:jc w:val="center"/>
      </w:pPr>
      <w:r>
        <w:rPr>
          <w:rFonts w:ascii="Gentium Plus" w:hAnsi="Gentium Plus"/>
          <w:b/>
          <w:sz w:val="24"/>
        </w:rPr>
        <w:t>Πρὸς τοὺς τῆς ἕδρας κνησμούς.</w:t>
      </w:r>
    </w:p>
    <w:p>
      <w:r>
        <w:rPr>
          <w:rFonts w:ascii="Courier New" w:hAnsi="Courier New"/>
          <w:color w:val="555555"/>
          <w:sz w:val="20"/>
        </w:rPr>
        <w:t>[4 . 94 . 1]</w:t>
      </w:r>
    </w:p>
    <w:p>
      <w:r>
        <w:rPr>
          <w:rFonts w:ascii="Gentium Plus" w:hAnsi="Gentium Plus"/>
          <w:sz w:val="24"/>
        </w:rPr>
        <w:t>Πρὸς δὲ τοὺς κνησμοὺς γῆν Κιμωλίαν λειώσας ἀναλάμβανε κηρωτῇ</w:t>
      </w:r>
    </w:p>
    <w:p>
      <w:r>
        <w:rPr>
          <w:rFonts w:ascii="Courier New" w:hAnsi="Courier New"/>
          <w:color w:val="555555"/>
          <w:sz w:val="20"/>
        </w:rPr>
        <w:t>[4 . 94 . 2]</w:t>
      </w:r>
    </w:p>
    <w:p>
      <w:r>
        <w:rPr>
          <w:rFonts w:ascii="Gentium Plus" w:hAnsi="Gentium Plus"/>
          <w:sz w:val="24"/>
        </w:rPr>
        <w:t>μυρσίνῃ καὶ χρῶ· καὶ ἡ κηρωτὴ δ’ ὁμοίως ποιεῖ.</w:t>
      </w:r>
    </w:p>
    <w:p>
      <w:pPr>
        <w:jc w:val="center"/>
      </w:pPr>
      <w:r>
        <w:rPr>
          <w:rFonts w:ascii="Gentium Plus" w:hAnsi="Gentium Plus"/>
          <w:b/>
          <w:sz w:val="24"/>
        </w:rPr>
        <w:t>Πρὸς τὰς ἐν δακτυλίῳ καὶ αἰδοίῳ ῥαγάδας καὶ αἱμορροΐδας.</w:t>
      </w:r>
    </w:p>
    <w:p>
      <w:r>
        <w:rPr>
          <w:rFonts w:ascii="Courier New" w:hAnsi="Courier New"/>
          <w:color w:val="555555"/>
          <w:sz w:val="20"/>
        </w:rPr>
        <w:t>[4 . 95 . 1]</w:t>
      </w:r>
    </w:p>
    <w:p>
      <w:r>
        <w:rPr>
          <w:rFonts w:ascii="Gentium Plus" w:hAnsi="Gentium Plus"/>
          <w:sz w:val="24"/>
        </w:rPr>
        <w:t>Πρὸς δὲ τὰς ἐν δακτυλίῳ καὶ αἰδοίῳ ῥαγάδας καὶ αἱμορροΐδας σποδοῦ, ξυσμάτων, ὀθονίου κεκαυμένου καὶ ἀμύλου ἴσα λεάνας καὶ</w:t>
      </w:r>
    </w:p>
    <w:p>
      <w:r>
        <w:rPr>
          <w:rFonts w:ascii="Courier New" w:hAnsi="Courier New"/>
          <w:color w:val="555555"/>
          <w:sz w:val="20"/>
        </w:rPr>
        <w:t>[4 . 95 . 2]</w:t>
      </w:r>
    </w:p>
    <w:p>
      <w:r>
        <w:rPr>
          <w:rFonts w:ascii="Gentium Plus" w:hAnsi="Gentium Plus"/>
          <w:sz w:val="24"/>
        </w:rPr>
        <w:t>ἐλαίας φύλλων χυλὸν μίξας κατάχριε. αἱμορροΐδας δὲ πλεοναζούσας ἐφίστησιν ἀλόη καταπλασθεῖσα ἢ λεπὶς σιδήρου, μόλυβδος κεκαυμένος,</w:t>
      </w:r>
    </w:p>
    <w:p>
      <w:r>
        <w:rPr>
          <w:rFonts w:ascii="Courier New" w:hAnsi="Courier New"/>
          <w:color w:val="555555"/>
          <w:sz w:val="20"/>
        </w:rPr>
        <w:t>[4 . 95 . 3]</w:t>
      </w:r>
    </w:p>
    <w:p>
      <w:r>
        <w:rPr>
          <w:rFonts w:ascii="Gentium Plus" w:hAnsi="Gentium Plus"/>
          <w:sz w:val="24"/>
        </w:rPr>
        <w:t>ὀξυκράτου προσάντλησις καὶ τῶν στυμμάτων. ἀναστομοῖ δ’ αἱμορροΐδας</w:t>
      </w:r>
    </w:p>
    <w:p>
      <w:r>
        <w:rPr>
          <w:rFonts w:ascii="Courier New" w:hAnsi="Courier New"/>
          <w:color w:val="555555"/>
          <w:sz w:val="20"/>
        </w:rPr>
        <w:t>[4 . 95 . 4]</w:t>
      </w:r>
    </w:p>
    <w:p>
      <w:r>
        <w:rPr>
          <w:rFonts w:ascii="Gentium Plus" w:hAnsi="Gentium Plus"/>
          <w:sz w:val="24"/>
        </w:rPr>
        <w:t>μύρτων τὸ ἐσθιόμενον, ἀμαράκινον ἢ ἴρινον περιχριόμενον. ἐπέχει δὲ</w:t>
      </w:r>
    </w:p>
    <w:p>
      <w:r>
        <w:rPr>
          <w:rFonts w:ascii="Courier New" w:hAnsi="Courier New"/>
          <w:color w:val="555555"/>
          <w:sz w:val="20"/>
        </w:rPr>
        <w:t>[4 . 95 . 5]</w:t>
      </w:r>
    </w:p>
    <w:p>
      <w:r>
        <w:rPr>
          <w:rFonts w:ascii="Gentium Plus" w:hAnsi="Gentium Plus"/>
          <w:sz w:val="24"/>
        </w:rPr>
        <w:t>παραχρῆμα ἀκακίας κιρρᾶς 𐅻 δ, μολυβδίνης 𐅻 δ, τραγακάνθης 𐅻 β· καθ’ ἓν λειώσας καὶ μίξας καὶ δεύσας ὕδατι ἔμπλασσε εἰς ὀθόνιον καὶ ἐπι‐</w:t>
      </w:r>
    </w:p>
    <w:p>
      <w:r>
        <w:rPr>
          <w:rFonts w:ascii="Courier New" w:hAnsi="Courier New"/>
          <w:color w:val="555555"/>
          <w:sz w:val="20"/>
        </w:rPr>
        <w:t>[4 . 95 . 6]</w:t>
      </w:r>
    </w:p>
    <w:p>
      <w:r>
        <w:rPr>
          <w:rFonts w:ascii="Gentium Plus" w:hAnsi="Gentium Plus"/>
          <w:sz w:val="24"/>
        </w:rPr>
        <w:t>τίθει. αἱμορροΐδας αἴρει θαυμαστῶς κωνείου ξηροῦ 𐅻 β, ὑοσκυάμου χυλίσματος 𐅻 δ, στυπτηρίας σχιστῆς 𐅻 〈β, χαλκάνθου 𐅻 β, σινωπίδος</w:t>
      </w:r>
    </w:p>
    <w:p>
      <w:r>
        <w:rPr>
          <w:rFonts w:ascii="Courier New" w:hAnsi="Courier New"/>
          <w:color w:val="555555"/>
          <w:sz w:val="20"/>
        </w:rPr>
        <w:t>[4 . 95 . 7]</w:t>
      </w:r>
    </w:p>
    <w:p>
      <w:r>
        <w:rPr>
          <w:rFonts w:ascii="Gentium Plus" w:hAnsi="Gentium Plus"/>
          <w:sz w:val="24"/>
        </w:rPr>
        <w:t>𐅻 α, ψιμυθίου 𐅻〉 α, κηρωτῇ ῥοδίνῃ ἀναληφθέντα, καὶ ῥοιᾶς ὀξείας</w:t>
      </w:r>
    </w:p>
    <w:p>
      <w:r>
        <w:rPr>
          <w:rFonts w:ascii="Courier New" w:hAnsi="Courier New"/>
          <w:color w:val="555555"/>
          <w:sz w:val="20"/>
        </w:rPr>
        <w:t>[4 . 95 . 8]</w:t>
      </w:r>
    </w:p>
    <w:p>
      <w:r>
        <w:rPr>
          <w:rFonts w:ascii="Gentium Plus" w:hAnsi="Gentium Plus"/>
          <w:sz w:val="24"/>
        </w:rPr>
        <w:t>λέπη λεῖα σὺν ὄξει ἐπιπλασθέντα. ἐὰν δὲ καὶ ἐνδοτέρω ὦσιν, ὡς μα‐</w:t>
      </w:r>
    </w:p>
    <w:p>
      <w:r>
        <w:rPr>
          <w:rFonts w:ascii="Courier New" w:hAnsi="Courier New"/>
          <w:color w:val="555555"/>
          <w:sz w:val="20"/>
        </w:rPr>
        <w:t>[4 . 95 . 9]</w:t>
      </w:r>
    </w:p>
    <w:p>
      <w:r>
        <w:rPr>
          <w:rFonts w:ascii="Gentium Plus" w:hAnsi="Gentium Plus"/>
          <w:sz w:val="24"/>
        </w:rPr>
        <w:t>ζίον ἐντίθει. ποιεῖ δὲ καὶ τοῦτο θαυμαστῶς· σανδαράκης, ἀρσενικοῦ,</w:t>
      </w:r>
    </w:p>
    <w:p>
      <w:r>
        <w:rPr>
          <w:rFonts w:ascii="Courier New" w:hAnsi="Courier New"/>
          <w:color w:val="555555"/>
          <w:sz w:val="20"/>
        </w:rPr>
        <w:t>[4 . 95 . 10]</w:t>
      </w:r>
    </w:p>
    <w:p>
      <w:r>
        <w:rPr>
          <w:rFonts w:ascii="Gentium Plus" w:hAnsi="Gentium Plus"/>
          <w:sz w:val="24"/>
        </w:rPr>
        <w:t>σχιστῆς ἀνὰ 𐅻 η· ἐπίχριε παρεσχηματισμένον. ἀπονεκροῖ καὶ ἀποπίπτει</w:t>
      </w:r>
    </w:p>
    <w:p>
      <w:r>
        <w:rPr>
          <w:rFonts w:ascii="Courier New" w:hAnsi="Courier New"/>
          <w:color w:val="555555"/>
          <w:sz w:val="20"/>
        </w:rPr>
        <w:t>[4 . 95 . 11]</w:t>
      </w:r>
    </w:p>
    <w:p>
      <w:r>
        <w:rPr>
          <w:rFonts w:ascii="Gentium Plus" w:hAnsi="Gentium Plus"/>
          <w:sz w:val="24"/>
        </w:rPr>
        <w:t>ἐν ἡμιωρίῳ ἀποξηραινομένη καὶ ἀπὸ τῆς βάσεως ἀποκλειομένη. ἐνίεται δὲ στακτή· κύκλῳ δὲ χρίεται κηρωτή, καὶ γίνεται ἐν ἡλίῳ ἢ παρὰ πυρί.</w:t>
      </w:r>
    </w:p>
    <w:p>
      <w:pPr>
        <w:jc w:val="center"/>
      </w:pPr>
      <w:r>
        <w:rPr>
          <w:rFonts w:ascii="Gentium Plus" w:hAnsi="Gentium Plus"/>
          <w:b/>
          <w:sz w:val="24"/>
        </w:rPr>
        <w:t>Περὶ τῶν ἐν ἥπατι παθῶν.</w:t>
      </w:r>
    </w:p>
    <w:p>
      <w:r>
        <w:rPr>
          <w:rFonts w:ascii="Courier New" w:hAnsi="Courier New"/>
          <w:color w:val="555555"/>
          <w:sz w:val="20"/>
        </w:rPr>
        <w:t>[4 . 96 . 1]</w:t>
      </w:r>
    </w:p>
    <w:p>
      <w:r>
        <w:rPr>
          <w:rFonts w:ascii="Gentium Plus" w:hAnsi="Gentium Plus"/>
          <w:sz w:val="24"/>
        </w:rPr>
        <w:t>Φλεγμονῆς οὔσης περὶ τὸ ἧπαρ ὀδύνη τε συνεδρεύσει καὶ πυρετὸς πάντως· πληθωρικοῦ δ’ ὄντος τοῦ σώματος, κενοῦν τε ἅμα καὶ περισπᾶν τὸ περιττὸν τοῦ αἵματος τέμνων φλέβα τὴν ἐν ἀγκῶνι τῆς δεξιᾶς χειρός, καὶ ὡς ἔδεσμα μὲν πτισάνην δίδου κατ’ ἀρχάς, ὡς φάρ‐</w:t>
      </w:r>
    </w:p>
    <w:p>
      <w:r>
        <w:rPr>
          <w:rFonts w:ascii="Courier New" w:hAnsi="Courier New"/>
          <w:color w:val="555555"/>
          <w:sz w:val="20"/>
        </w:rPr>
        <w:t>[4 . 96 . 2]</w:t>
      </w:r>
    </w:p>
    <w:p>
      <w:r>
        <w:rPr>
          <w:rFonts w:ascii="Gentium Plus" w:hAnsi="Gentium Plus"/>
          <w:sz w:val="24"/>
        </w:rPr>
        <w:t>μακον δ’ ὀξύμελι κεκραμένον ὑδαρέστερον καὶ ἀφέψημα σελίνου. μετὰ ταῦτα δ’ ἤδη πεττομένης τῆς φλεγμονῆς, καὶ ἀσάρῳ χρήσῃ καὶ Κελ‐ τικῇ νάρδῳ καὶ πετροσελίνῳ ἢ σχίνου ἄνθει, τοῖς ὑπάγουσι δ’ ἀκαλήφῃ καὶ λινοζώστει καὶ ἐπιθύμῳ, κατὰ 〈δὲ〉 τὰς παρακμὰς καὶ πολυποδίῳ.</w:t>
      </w:r>
    </w:p>
    <w:p>
      <w:r>
        <w:rPr>
          <w:rFonts w:ascii="Courier New" w:hAnsi="Courier New"/>
          <w:color w:val="555555"/>
          <w:sz w:val="20"/>
        </w:rPr>
        <w:t>[4 . 96 . 3]</w:t>
      </w:r>
    </w:p>
    <w:p>
      <w:r>
        <w:rPr>
          <w:rFonts w:ascii="Gentium Plus" w:hAnsi="Gentium Plus"/>
          <w:sz w:val="24"/>
        </w:rPr>
        <w:t>δεῖ δὲ κενοῦν καὶ διὰ κλυστῆρος, ἐν ἀρχαῖς μὲν μελικράτῳ μεθ’ ἁλῶν καὶ λίτρου, παρακμῆς δ’ ἐνεστώσης μιγνύειν ὕσσωπον ἢ ὀρίγανον ἢ κολοκυνθίδα· χρεία γάρ ἐστι τῷ σπλάγχνῳ ῥᾳδίως σκιρρουμένῳ τῶν</w:t>
      </w:r>
    </w:p>
    <w:p>
      <w:r>
        <w:rPr>
          <w:rFonts w:ascii="Courier New" w:hAnsi="Courier New"/>
          <w:color w:val="555555"/>
          <w:sz w:val="20"/>
        </w:rPr>
        <w:t>[4 . 96 . 4]</w:t>
      </w:r>
    </w:p>
    <w:p>
      <w:r>
        <w:rPr>
          <w:rFonts w:ascii="Gentium Plus" w:hAnsi="Gentium Plus"/>
          <w:sz w:val="24"/>
        </w:rPr>
        <w:t>ῥυπτόντων. ὅταν δ’ ὀδύνη χωρὶς πυρετοῦ συμπέσῃ, χρὴ γινώσκειν ἔμ‐ φραξιν περὶ τὸ σπλάγχνον σφοδρὰν ὑπὸ παχέων καὶ γλίσχρων χυμῶν</w:t>
      </w:r>
    </w:p>
    <w:p>
      <w:r>
        <w:rPr>
          <w:rFonts w:ascii="Courier New" w:hAnsi="Courier New"/>
          <w:color w:val="555555"/>
          <w:sz w:val="20"/>
        </w:rPr>
        <w:t>[4 . 96 . 5]</w:t>
      </w:r>
    </w:p>
    <w:p>
      <w:r>
        <w:rPr>
          <w:rFonts w:ascii="Gentium Plus" w:hAnsi="Gentium Plus"/>
          <w:sz w:val="24"/>
        </w:rPr>
        <w:t>γινομένην. ἀρχόμενον οὖν σκίρρον ἰάσεταί τις 〈χρονίωσ〉, χρονίσαντα δ’ οὐδαμῶς· ὑδεριῶσι γὰρ οἷς ἂν σκιρρωθῇ, καὶ 〈ἐν〉 πλείονι χρόνῳ διαφθείρονται· τοὺς δ’ οὖν θεραπευθῆναι δυναμένους διὰ τῶν θερμαι‐ νόντων καὶ λεπτυνόντων ἰασόμεθα φαρμάκων, ἐπιμιγνύντες αὐτοῖς τὰ</w:t>
      </w:r>
    </w:p>
    <w:p>
      <w:r>
        <w:rPr>
          <w:rFonts w:ascii="Courier New" w:hAnsi="Courier New"/>
          <w:color w:val="555555"/>
          <w:sz w:val="20"/>
        </w:rPr>
        <w:t>[4 . 96 . 6]</w:t>
      </w:r>
    </w:p>
    <w:p>
      <w:r>
        <w:rPr>
          <w:rFonts w:ascii="Gentium Plus" w:hAnsi="Gentium Plus"/>
          <w:sz w:val="24"/>
        </w:rPr>
        <w:t>μαλάττοντα. τῆς δ’ ἀτονίας τοῦ ἥπατος δυσκρασίαι μέν εἰσιν αἰτίαι, δυσφωρατόταται δ’ ἱκανῶς καὶ ποικίλας καὶ χαλεπωτάτας ἐπάγουσαι</w:t>
      </w:r>
    </w:p>
    <w:p>
      <w:r>
        <w:rPr>
          <w:rFonts w:ascii="Courier New" w:hAnsi="Courier New"/>
          <w:color w:val="555555"/>
          <w:sz w:val="20"/>
        </w:rPr>
        <w:t>[4 . 96 . 7]</w:t>
      </w:r>
    </w:p>
    <w:p>
      <w:r>
        <w:rPr>
          <w:rFonts w:ascii="Gentium Plus" w:hAnsi="Gentium Plus"/>
          <w:sz w:val="24"/>
        </w:rPr>
        <w:t>συμπτωμάτων ἰδέας, μηδὲ τοῖς τεχνίταις αὐτοῖς εὐμεταχειρίστους. ἄγνου σπέρμα σκιρρούμενον ἧπαρ ὠφελεῖ καὶ ἐμφραττόμενον, ἀρνογλώσσου ξηροῦ αἱ ῥίζαι καὶ ὁ καρπὸς καὶ τὰ φύλλα, μυάκανθα, καὶ μάλιστα τὸ σπέρμα καὶ αἱ ῥίζαι, δάφνης τῆς ῥίζης ὁ φλοιὸς πινόμενος τριώβολον</w:t>
      </w:r>
    </w:p>
    <w:p>
      <w:r>
        <w:rPr>
          <w:rFonts w:ascii="Courier New" w:hAnsi="Courier New"/>
          <w:color w:val="555555"/>
          <w:sz w:val="20"/>
        </w:rPr>
        <w:t>[5]</w:t>
      </w:r>
    </w:p>
    <w:p>
      <w:r>
        <w:rPr>
          <w:rFonts w:ascii="Gentium Plus" w:hAnsi="Gentium Plus"/>
          <w:sz w:val="24"/>
        </w:rPr>
        <w:t>ἐν οἴνῳ εὐώδει, εὐπατόριον μετὰ τοῦ τόνον ἐντιθέναι τῷ μορίῳ, θέρ‐ μων πικρῶν ἀφέψημα μετὰ πεπέρεως καὶ πηγάνου πινόμενον καὶ τὸ ἄλευρον αὐτῶν καταπλασσόμενον, κάπνιος μετὰ τοῦ τόνον ἐντιθέναι, νάρδου στάχυς πινομένη καὶ ἔξωθεν ἐπιτιθεμένη, ἶρις, πιστακίου ὁ</w:t>
      </w:r>
    </w:p>
    <w:p>
      <w:r>
        <w:rPr>
          <w:rFonts w:ascii="Courier New" w:hAnsi="Courier New"/>
          <w:color w:val="555555"/>
          <w:sz w:val="20"/>
        </w:rPr>
        <w:t>[4 . 96 . 8]</w:t>
      </w:r>
    </w:p>
    <w:p>
      <w:r>
        <w:rPr>
          <w:rFonts w:ascii="Gentium Plus" w:hAnsi="Gentium Plus"/>
          <w:sz w:val="24"/>
        </w:rPr>
        <w:t>καρπός, πράσιον, ἀμύγδαλα. δρακοντίου ἡ ῥίζα διακαθαίρει τὰ σπλάγ‐ χνα πάντα καὶ λεπτύνει τοὺς παχεῖς καὶ γλίσχρους χυμούς· ἀγαρικόν·</w:t>
      </w:r>
    </w:p>
    <w:p>
      <w:r>
        <w:rPr>
          <w:rFonts w:ascii="Courier New" w:hAnsi="Courier New"/>
          <w:color w:val="555555"/>
          <w:sz w:val="20"/>
        </w:rPr>
        <w:t>[4 . 96 . 9]</w:t>
      </w:r>
    </w:p>
    <w:p>
      <w:r>
        <w:rPr>
          <w:rFonts w:ascii="Gentium Plus" w:hAnsi="Gentium Plus"/>
          <w:sz w:val="24"/>
        </w:rPr>
        <w:t>ἀνθεμὶς ἢ χαμαίμηλον εὐμενές ἐστιν ὑποχονδρίοις πάντων μάλιστα.</w:t>
      </w:r>
    </w:p>
    <w:p>
      <w:r>
        <w:rPr>
          <w:rFonts w:ascii="Courier New" w:hAnsi="Courier New"/>
          <w:color w:val="555555"/>
          <w:sz w:val="20"/>
        </w:rPr>
        <w:t>[4 . 96 . 10]</w:t>
      </w:r>
    </w:p>
    <w:p>
      <w:r>
        <w:rPr>
          <w:rFonts w:ascii="Gentium Plus" w:hAnsi="Gentium Plus"/>
          <w:sz w:val="24"/>
        </w:rPr>
        <w:t>κιχόρια καὶ σέρις ταῖς θερμαῖς τοῦ ἥπατος δυσκρασίαις ἄκρως ἁρμότ‐</w:t>
      </w:r>
    </w:p>
    <w:p>
      <w:r>
        <w:rPr>
          <w:rFonts w:ascii="Courier New" w:hAnsi="Courier New"/>
          <w:color w:val="555555"/>
          <w:sz w:val="20"/>
        </w:rPr>
        <w:t>[4 . 96 . 11]</w:t>
      </w:r>
    </w:p>
    <w:p>
      <w:r>
        <w:rPr>
          <w:rFonts w:ascii="Gentium Plus" w:hAnsi="Gentium Plus"/>
          <w:sz w:val="24"/>
        </w:rPr>
        <w:t>τουσι τόνον τε ἐντιθέασι τῷ μορίῳ καὶ διαρρύπτουσιν αὐτό. δίδου τοίνυν κιχορίου χυλίσματος ἢ σέρεως κύαθον α μεθ’ ὕδατος κυάθων</w:t>
      </w:r>
    </w:p>
    <w:p>
      <w:r>
        <w:rPr>
          <w:rFonts w:ascii="Courier New" w:hAnsi="Courier New"/>
          <w:color w:val="555555"/>
          <w:sz w:val="20"/>
        </w:rPr>
        <w:t>[4 . 96 . 12]</w:t>
      </w:r>
    </w:p>
    <w:p>
      <w:r>
        <w:rPr>
          <w:rFonts w:ascii="Gentium Plus" w:hAnsi="Gentium Plus"/>
          <w:sz w:val="24"/>
        </w:rPr>
        <w:t>τριῶν, μέλιτος Ἀττικοῦ ἐπιβαλὼν κοχλιάριον α. χρήσιμος δ’ οὐ μόνον ὁ χυλὸς αὐτῶν πρόσφατός τε καὶ ἐξηρασμένος, ἀλλὰ 〈καὶ〉 τὰ φύλλα</w:t>
      </w:r>
    </w:p>
    <w:p>
      <w:r>
        <w:rPr>
          <w:rFonts w:ascii="Courier New" w:hAnsi="Courier New"/>
          <w:color w:val="555555"/>
          <w:sz w:val="20"/>
        </w:rPr>
        <w:t>[4 . 96 . 13]</w:t>
      </w:r>
    </w:p>
    <w:p>
      <w:r>
        <w:rPr>
          <w:rFonts w:ascii="Gentium Plus" w:hAnsi="Gentium Plus"/>
          <w:sz w:val="24"/>
        </w:rPr>
        <w:t>ξηρὰ κοπτόμενα μετ’ ἐπιμελείας, εἶτ’ ἐπιπαττόμενα ποτῷ. κἂν ἀφε‐</w:t>
      </w:r>
    </w:p>
    <w:p>
      <w:r>
        <w:rPr>
          <w:rFonts w:ascii="Courier New" w:hAnsi="Courier New"/>
          <w:color w:val="555555"/>
          <w:sz w:val="20"/>
        </w:rPr>
        <w:t>[4 . 96 . 14]</w:t>
      </w:r>
    </w:p>
    <w:p>
      <w:r>
        <w:rPr>
          <w:rFonts w:ascii="Gentium Plus" w:hAnsi="Gentium Plus"/>
          <w:sz w:val="24"/>
        </w:rPr>
        <w:t>ψήσας δέ τις αὐτὰ πίνοι, καλῶς ἐνεργεῖ. θερμῆς δ’ οὐκ οὔσης δυσ‐ κρασίας, ἀλλ’ ἐμφράξεως μόνης, αἱ πόαι πινόμεναι δι’ οἴνου λευκοῦ</w:t>
      </w:r>
    </w:p>
    <w:p>
      <w:r>
        <w:rPr>
          <w:rFonts w:ascii="Courier New" w:hAnsi="Courier New"/>
          <w:color w:val="555555"/>
          <w:sz w:val="20"/>
        </w:rPr>
        <w:t>[4 . 96 . 15]</w:t>
      </w:r>
    </w:p>
    <w:p>
      <w:r>
        <w:rPr>
          <w:rFonts w:ascii="Gentium Plus" w:hAnsi="Gentium Plus"/>
          <w:sz w:val="24"/>
        </w:rPr>
        <w:t>καὶ λεπτοῦ μεγάλως ὠφελοῦσιν. ἧπαρ λύκου λειοῦται μετ’ ἀκριβείας</w:t>
      </w:r>
    </w:p>
    <w:p>
      <w:r>
        <w:rPr>
          <w:rFonts w:ascii="Courier New" w:hAnsi="Courier New"/>
          <w:color w:val="555555"/>
          <w:sz w:val="20"/>
        </w:rPr>
        <w:t>[4 . 96 . 16]</w:t>
      </w:r>
    </w:p>
    <w:p>
      <w:r>
        <w:rPr>
          <w:rFonts w:ascii="Gentium Plus" w:hAnsi="Gentium Plus"/>
          <w:sz w:val="24"/>
        </w:rPr>
        <w:t>καὶ δίδοται 𐅻 α μετ’ οἴνου γλυκέος. τοῦτο πεῖραν ἱκανὴν δέδωκε καὶ πάσαις ἁρμόττει ταῖς δυσκρασίαις, ὡς ἰδιότητι τῆς οὐσίας ἐνερ‐</w:t>
      </w:r>
    </w:p>
    <w:p>
      <w:r>
        <w:rPr>
          <w:rFonts w:ascii="Courier New" w:hAnsi="Courier New"/>
          <w:color w:val="555555"/>
          <w:sz w:val="20"/>
        </w:rPr>
        <w:t>[4 . 96 . 17]</w:t>
      </w:r>
    </w:p>
    <w:p>
      <w:r>
        <w:rPr>
          <w:rFonts w:ascii="Gentium Plus" w:hAnsi="Gentium Plus"/>
          <w:sz w:val="24"/>
        </w:rPr>
        <w:t>γοῦν, καὶ οὐ κατά τινα ποιότητα. πυρετῶν δ’ ὄντων οὐκ ἀμυδρῶν, αὐτὸ δι’ ὕδατος διδόναι, καὶ ἔτι κάλλιον διά τινος τῶν εἰρημένων</w:t>
      </w:r>
    </w:p>
    <w:p>
      <w:r>
        <w:rPr>
          <w:rFonts w:ascii="Courier New" w:hAnsi="Courier New"/>
          <w:color w:val="555555"/>
          <w:sz w:val="20"/>
        </w:rPr>
        <w:t>[4 . 96 . 18]</w:t>
      </w:r>
    </w:p>
    <w:p>
      <w:r>
        <w:rPr>
          <w:rFonts w:ascii="Gentium Plus" w:hAnsi="Gentium Plus"/>
          <w:sz w:val="24"/>
        </w:rPr>
        <w:t>χυλῶν, οἷός ἐστιν ὁ τῆς σέρεως. καὶ τὸ Φίλωνος δὲ φάρμακον θαυ‐ μαστῶς ὅπως ἐνίοτε δοθὲν ἅπαξ ἰάσατο θερμὴν δυσκρασίαν ἥπατος. —</w:t>
      </w:r>
    </w:p>
    <w:p>
      <w:r>
        <w:rPr>
          <w:rFonts w:ascii="Courier New" w:hAnsi="Courier New"/>
          <w:color w:val="555555"/>
          <w:sz w:val="20"/>
        </w:rPr>
        <w:t>[4 . 96 . 19]</w:t>
      </w:r>
    </w:p>
    <w:p>
      <w:r>
        <w:rPr>
          <w:rFonts w:ascii="Gentium Plus" w:hAnsi="Gentium Plus"/>
          <w:sz w:val="24"/>
        </w:rPr>
        <w:t>Σύνθετον ἐκφράττον· ἀμυγδάλων πικρῶν 𐅻 γ, κυμίνου 𐅻 α, σελίνου</w:t>
      </w:r>
    </w:p>
    <w:p>
      <w:r>
        <w:rPr>
          <w:rFonts w:ascii="Courier New" w:hAnsi="Courier New"/>
          <w:color w:val="555555"/>
          <w:sz w:val="20"/>
        </w:rPr>
        <w:t>[4 . 96 20,21]</w:t>
      </w:r>
    </w:p>
    <w:p>
      <w:r>
        <w:rPr>
          <w:rFonts w:ascii="Gentium Plus" w:hAnsi="Gentium Plus"/>
          <w:sz w:val="24"/>
        </w:rPr>
        <w:t>σπέρματος 𐅻 α· δίδου πίνειν κοχλιάριον 〈ἓν〉 ἐν οἴνῳ. —Ἄλλος</w:t>
      </w:r>
    </w:p>
    <w:p>
      <w:r>
        <w:rPr>
          <w:rFonts w:ascii="Courier New" w:hAnsi="Courier New"/>
          <w:color w:val="555555"/>
          <w:sz w:val="20"/>
        </w:rPr>
        <w:t>[4 . 96 . 21 (2)]</w:t>
      </w:r>
    </w:p>
    <w:p>
      <w:r>
        <w:rPr>
          <w:rFonts w:ascii="Gentium Plus" w:hAnsi="Gentium Plus"/>
          <w:sz w:val="24"/>
        </w:rPr>
        <w:t>τροχίσκος· ἀνήσου, σελίνου σπέρματος, ἀσάρου, ἀμυγδάλων πικρῶν</w:t>
      </w:r>
    </w:p>
    <w:p>
      <w:r>
        <w:rPr>
          <w:rFonts w:ascii="Courier New" w:hAnsi="Courier New"/>
          <w:color w:val="555555"/>
          <w:sz w:val="20"/>
        </w:rPr>
        <w:t>[4 . 96 . 22]</w:t>
      </w:r>
    </w:p>
    <w:p>
      <w:r>
        <w:rPr>
          <w:rFonts w:ascii="Gentium Plus" w:hAnsi="Gentium Plus"/>
          <w:sz w:val="24"/>
        </w:rPr>
        <w:t>κεκαθαρμένων, ἀψινθίου ἀνὰ 𐅻 δ. ὕδατι ἀναλαβὼν ἀνάπλαττε τροχί‐</w:t>
      </w:r>
    </w:p>
    <w:p>
      <w:r>
        <w:rPr>
          <w:rFonts w:ascii="Courier New" w:hAnsi="Courier New"/>
          <w:color w:val="555555"/>
          <w:sz w:val="20"/>
        </w:rPr>
        <w:t>[4 . 96 . 23]</w:t>
      </w:r>
    </w:p>
    <w:p>
      <w:r>
        <w:rPr>
          <w:rFonts w:ascii="Gentium Plus" w:hAnsi="Gentium Plus"/>
          <w:sz w:val="24"/>
        </w:rPr>
        <w:t>σκους ἔχοντας ἀνὰ 𐅻 α. ἀπυρέτοις μετ’ οἴνου κεκραμένου δίδου, πυρέττουσι δὲ μεθ’ ὑδρομέλιτος.</w:t>
      </w:r>
    </w:p>
    <w:p>
      <w:pPr>
        <w:jc w:val="center"/>
      </w:pPr>
      <w:r>
        <w:rPr>
          <w:rFonts w:ascii="Gentium Plus" w:hAnsi="Gentium Plus"/>
          <w:b/>
          <w:sz w:val="24"/>
        </w:rPr>
        <w:t>Περὶ ὑδέρου.</w:t>
      </w:r>
    </w:p>
    <w:p>
      <w:r>
        <w:rPr>
          <w:rFonts w:ascii="Courier New" w:hAnsi="Courier New"/>
          <w:color w:val="555555"/>
          <w:sz w:val="20"/>
        </w:rPr>
        <w:t>[4 . 97 . 1]</w:t>
      </w:r>
    </w:p>
    <w:p>
      <w:r>
        <w:rPr>
          <w:rFonts w:ascii="Gentium Plus" w:hAnsi="Gentium Plus"/>
          <w:sz w:val="24"/>
        </w:rPr>
        <w:t>Γίνεται μὲν ὕδερος ἢ διὰ ψῦξιν ὑπερβάλλουσαν τοῦ ἥπατος ἢ διὰ πλῆθος αἵματος ψυχροῦ καθ’ ὅλον τὸν ὄγκον πλεονάσαντος, ἤ τινων ἑτέρων μερῶν ἰσχυρῶς κατεψυγμένων καὶ συνδιαθεῖναι τὸ ἧπαρ ἑαυτοῖς δυναμένων· ἄνευ γὰρ τοῦ καταψυγῆναι τὸ ἧπαρ οὐδαμῶς ἂν</w:t>
      </w:r>
    </w:p>
    <w:p>
      <w:r>
        <w:rPr>
          <w:rFonts w:ascii="Courier New" w:hAnsi="Courier New"/>
          <w:color w:val="555555"/>
          <w:sz w:val="20"/>
        </w:rPr>
        <w:t>[5]</w:t>
      </w:r>
    </w:p>
    <w:p>
      <w:r>
        <w:rPr>
          <w:rFonts w:ascii="Gentium Plus" w:hAnsi="Gentium Plus"/>
          <w:sz w:val="24"/>
        </w:rPr>
        <w:t>ὕδρωψ συσταίη· συνδιατίθεται δὲ τὸ ἧπαρ σπληνὶ καταψυγέντι καὶ κοιλίᾳ καὶ ἐντέροις, καὶ μάλιστα τοῖς κατὰ νῆστιν πνεύμονί τε καὶ</w:t>
      </w:r>
    </w:p>
    <w:p>
      <w:r>
        <w:rPr>
          <w:rFonts w:ascii="Courier New" w:hAnsi="Courier New"/>
          <w:color w:val="555555"/>
          <w:sz w:val="20"/>
        </w:rPr>
        <w:t>[4 . 97 . 2]</w:t>
      </w:r>
    </w:p>
    <w:p>
      <w:r>
        <w:rPr>
          <w:rFonts w:ascii="Gentium Plus" w:hAnsi="Gentium Plus"/>
          <w:sz w:val="24"/>
        </w:rPr>
        <w:t>νεφροῖς καὶ διαφράγματι. συνίσταται δὲ καὶ δι’ ἄμετρον αἱμορροΐδων</w:t>
      </w:r>
    </w:p>
    <w:p>
      <w:r>
        <w:rPr>
          <w:rFonts w:ascii="Courier New" w:hAnsi="Courier New"/>
          <w:color w:val="555555"/>
          <w:sz w:val="20"/>
        </w:rPr>
        <w:t>[4 . 97 . 3]</w:t>
      </w:r>
    </w:p>
    <w:p>
      <w:r>
        <w:rPr>
          <w:rFonts w:ascii="Gentium Plus" w:hAnsi="Gentium Plus"/>
          <w:sz w:val="24"/>
        </w:rPr>
        <w:t>κένωσιν καὶ ῥοῦν γυναικεῖον καὶ καταμηνίων ἐπίσχεσιν. διαφοραὶ δ’ εἰσὶ τῶν ὑδρώπων τρεῖς· ὁ μὲν ἀσκίτης καλεῖται, καθ’ ὃν ὑγροῦ λεπτοῦ πληροῦται τὰ κάτω ἀγγεῖα πάντα τοῦ θώρακος· ἄλλος δ’ ἐστί τις τυμπανίτης, πνεύματος τὰ προειρημένα χωρία μεστὰ ποιῶν· ὁ δὲ τρίτος</w:t>
      </w:r>
    </w:p>
    <w:p>
      <w:r>
        <w:rPr>
          <w:rFonts w:ascii="Courier New" w:hAnsi="Courier New"/>
          <w:color w:val="555555"/>
          <w:sz w:val="20"/>
        </w:rPr>
        <w:t>[5]</w:t>
      </w:r>
    </w:p>
    <w:p>
      <w:r>
        <w:rPr>
          <w:rFonts w:ascii="Gentium Plus" w:hAnsi="Gentium Plus"/>
          <w:sz w:val="24"/>
        </w:rPr>
        <w:t>ὑποσαρκίδιος μὲν ὀνομάζεται, πᾶν δὲ διοιδίσκεται τὸ σῶμα κατ’ αὐτὸν</w:t>
      </w:r>
    </w:p>
    <w:p>
      <w:r>
        <w:rPr>
          <w:rFonts w:ascii="Courier New" w:hAnsi="Courier New"/>
          <w:color w:val="555555"/>
          <w:sz w:val="20"/>
        </w:rPr>
        <w:t>[4 . 97 . 4]</w:t>
      </w:r>
    </w:p>
    <w:p>
      <w:r>
        <w:rPr>
          <w:rFonts w:ascii="Gentium Plus" w:hAnsi="Gentium Plus"/>
          <w:sz w:val="24"/>
        </w:rPr>
        <w:t>νεκρῷ παραπλήσιον γινόμενον. ἔστι δ’ ἡ θεραπεία τῶν ὑδερικῶν οὐ παντάπασιν εὔκολος καὶ χρῄζουσα τῆς τοῦ τεχνίτου παρουσίας· λεχθή‐ σεται δ’ ὅμως τινὰ πρὸς ἴασιν ἐπιτήδεια τῶν δυναμένων καὶ ὑπὸ σοῦ</w:t>
      </w:r>
    </w:p>
    <w:p>
      <w:r>
        <w:rPr>
          <w:rFonts w:ascii="Courier New" w:hAnsi="Courier New"/>
          <w:color w:val="555555"/>
          <w:sz w:val="20"/>
        </w:rPr>
        <w:t>[4 . 97 . 5]</w:t>
      </w:r>
    </w:p>
    <w:p>
      <w:r>
        <w:rPr>
          <w:rFonts w:ascii="Gentium Plus" w:hAnsi="Gentium Plus"/>
          <w:sz w:val="24"/>
        </w:rPr>
        <w:t>πράττεσθαι. βόλβιτον βοὸς ἀγελαίας ξηρὸν ἀκριβῶς λειώσας ἕψε ἐν ὀξυκράτῳ καθάπερ τὴν ὠμὴν λύσιν, καὶ θείου τέταρτον μέρος προσ‐ εμπλάσας ὅλῳ τῷ τῆς γαστρὸς ἐπίβαλλε κύτει· ἢ σπυράθους αἰγὸς ἐν</w:t>
      </w:r>
    </w:p>
    <w:p>
      <w:r>
        <w:rPr>
          <w:rFonts w:ascii="Courier New" w:hAnsi="Courier New"/>
          <w:color w:val="555555"/>
          <w:sz w:val="20"/>
        </w:rPr>
        <w:t>[4 . 97 . 6]</w:t>
      </w:r>
    </w:p>
    <w:p>
      <w:r>
        <w:rPr>
          <w:rFonts w:ascii="Gentium Plus" w:hAnsi="Gentium Plus"/>
          <w:sz w:val="24"/>
        </w:rPr>
        <w:t>οὔρῳ παιδὸς ἢ αἰγὸς γλοιοῦ ποιῶν πάχος κατάπλαττε. διὰ γαστρὸς</w:t>
      </w:r>
    </w:p>
    <w:p>
      <w:r>
        <w:rPr>
          <w:rFonts w:ascii="Courier New" w:hAnsi="Courier New"/>
          <w:color w:val="555555"/>
          <w:sz w:val="20"/>
        </w:rPr>
        <w:t>[4 . 97 . 7]</w:t>
      </w:r>
    </w:p>
    <w:p>
      <w:r>
        <w:rPr>
          <w:rFonts w:ascii="Gentium Plus" w:hAnsi="Gentium Plus"/>
          <w:sz w:val="24"/>
        </w:rPr>
        <w:t>ἄκρως αὐτοὺς καθαίρει. δίδου δὲ καὶ πίνειν καθεψῶν τὴν ῥίζαν τῆς καλαμίνθης ἢ σελίνου ἢ ἄρου ῥίζης φλοιὸν ἐν οἴνῳ· ἢ σίκυον ἄγριον οἴνῳ ἀναβρέξας αὐστηρῷ ἡμέρας τρεῖς δίδου κύαθον ἕνα προστιθεὶς κατὰ βραχὺ ἕως κυάθων τριῶν· ἢ λεπίδος 𐅻 α ἄρτου τῷ ἐντὸς ἀνα‐</w:t>
      </w:r>
    </w:p>
    <w:p>
      <w:r>
        <w:rPr>
          <w:rFonts w:ascii="Courier New" w:hAnsi="Courier New"/>
          <w:color w:val="555555"/>
          <w:sz w:val="20"/>
        </w:rPr>
        <w:t>[4 . 97 8,9]</w:t>
      </w:r>
    </w:p>
    <w:p>
      <w:r>
        <w:rPr>
          <w:rFonts w:ascii="Gentium Plus" w:hAnsi="Gentium Plus"/>
          <w:sz w:val="24"/>
        </w:rPr>
        <w:t>λαβὼν καταπότια ποιῶν δίδου. σφοδρῶς ὕδωρ ἄγει. —Ἐπίθεμα·</w:t>
      </w:r>
    </w:p>
    <w:p>
      <w:r>
        <w:rPr>
          <w:rFonts w:ascii="Courier New" w:hAnsi="Courier New"/>
          <w:color w:val="555555"/>
          <w:sz w:val="20"/>
        </w:rPr>
        <w:t>[4 . 97 . 9 (2)]</w:t>
      </w:r>
    </w:p>
    <w:p>
      <w:r>
        <w:rPr>
          <w:rFonts w:ascii="Gentium Plus" w:hAnsi="Gentium Plus"/>
          <w:sz w:val="24"/>
        </w:rPr>
        <w:t>τήλεως 𐆄 δ, κριθίνου ἀλεύρου 𐆄 γ, κόπρου περιστερᾶς 𐆄 δ, ῥητίνης</w:t>
      </w:r>
    </w:p>
    <w:p>
      <w:r>
        <w:rPr>
          <w:rFonts w:ascii="Courier New" w:hAnsi="Courier New"/>
          <w:color w:val="555555"/>
          <w:sz w:val="20"/>
        </w:rPr>
        <w:t>[4 . 97 . 10]</w:t>
      </w:r>
    </w:p>
    <w:p>
      <w:r>
        <w:rPr>
          <w:rFonts w:ascii="Gentium Plus" w:hAnsi="Gentium Plus"/>
          <w:sz w:val="24"/>
        </w:rPr>
        <w:t>φρυκτῆς 𐆃 α, κηροῦ 𐆃 α, ἀξουγγίας παλαιᾶς 𐆃 α. τὰ τηκτὰ τήξας κατάχεε τῶν ἄλλων προλελειωμένων ἐν ὄξει καὶ χρῶ.</w:t>
      </w:r>
    </w:p>
    <w:p>
      <w:pPr>
        <w:jc w:val="center"/>
      </w:pPr>
      <w:r>
        <w:rPr>
          <w:rFonts w:ascii="Gentium Plus" w:hAnsi="Gentium Plus"/>
          <w:b/>
          <w:sz w:val="24"/>
        </w:rPr>
        <w:t>Περὶ ἰκτέρου.</w:t>
      </w:r>
    </w:p>
    <w:p>
      <w:r>
        <w:rPr>
          <w:rFonts w:ascii="Courier New" w:hAnsi="Courier New"/>
          <w:color w:val="555555"/>
          <w:sz w:val="20"/>
        </w:rPr>
        <w:t>[4 . 98 . 1]</w:t>
      </w:r>
    </w:p>
    <w:p>
      <w:r>
        <w:rPr>
          <w:rFonts w:ascii="Gentium Plus" w:hAnsi="Gentium Plus"/>
          <w:sz w:val="24"/>
        </w:rPr>
        <w:t>Οἱ μὲν ἐπὶ λόγῳ κρίσεως ἴκτεροι συνιστάμενοι ῥᾳδίως καθίστανται, λουτρῶν γλυκέων ὑδάτων παραληφθέντων καὶ τρίψεων μετ’ ἐλαίου τῶν διαφορητικῶν τινος, οἷόν ἐστι τὸ χαμαιμήλινον καὶ τὸ ἀνήθινον</w:t>
      </w:r>
    </w:p>
    <w:p>
      <w:r>
        <w:rPr>
          <w:rFonts w:ascii="Courier New" w:hAnsi="Courier New"/>
          <w:color w:val="555555"/>
          <w:sz w:val="20"/>
        </w:rPr>
        <w:t>[4 . 98 . 2]</w:t>
      </w:r>
    </w:p>
    <w:p>
      <w:r>
        <w:rPr>
          <w:rFonts w:ascii="Gentium Plus" w:hAnsi="Gentium Plus"/>
          <w:sz w:val="24"/>
        </w:rPr>
        <w:t>καὶ τὸ ἀπὸ τῶν κρίνων καὶ τὸ ἀμαράκινον. τοὺς δ’ ἐπ’ ἐμφράξει τοῦ ἥπατος συστάντας προεκφράξας τις τὸ σπλάγχνον, εἶτα χολαγωγῷ χρησάμενος φαρμάκῳ, ῥᾳδίως ἰάσεται τὸν πάσχοντα καὶ ταχέως.</w:t>
      </w:r>
    </w:p>
    <w:p>
      <w:r>
        <w:rPr>
          <w:rFonts w:ascii="Courier New" w:hAnsi="Courier New"/>
          <w:color w:val="555555"/>
          <w:sz w:val="20"/>
        </w:rPr>
        <w:t>[4 . 98 . 3]</w:t>
      </w:r>
    </w:p>
    <w:p>
      <w:r>
        <w:rPr>
          <w:rFonts w:ascii="Gentium Plus" w:hAnsi="Gentium Plus"/>
          <w:sz w:val="24"/>
        </w:rPr>
        <w:t>ἁρμόττει δὲ καὶ τοῖς ἐπὶ φλεγμονῆς τοῦ ἥπατος ἰκτεριῶσι πάντα ὅσα</w:t>
      </w:r>
    </w:p>
    <w:p>
      <w:r>
        <w:rPr>
          <w:rFonts w:ascii="Courier New" w:hAnsi="Courier New"/>
          <w:color w:val="555555"/>
          <w:sz w:val="20"/>
        </w:rPr>
        <w:t>[4 . 98 . 4]</w:t>
      </w:r>
    </w:p>
    <w:p>
      <w:r>
        <w:rPr>
          <w:rFonts w:ascii="Gentium Plus" w:hAnsi="Gentium Plus"/>
          <w:sz w:val="24"/>
        </w:rPr>
        <w:t>τὰς φλεγμονὰς ἰᾶται. καρπὸς ἀτραφάξυος ὠφελεῖ τοὺς ἰκτεριῶντας, καλαμίνθη, κυκλαμίνου ἡ ῥίζα· καὶ γὰρ ἐκκαθαίρει τὸ σπλάγχνον καὶ τὴν ἐν ὅλῳ τῷ σώματι χολὴν ἐκκρίνει δι’ ἱδρώτων· χρὴ δ’ εἶναι τὸ</w:t>
      </w:r>
    </w:p>
    <w:p>
      <w:r>
        <w:rPr>
          <w:rFonts w:ascii="Courier New" w:hAnsi="Courier New"/>
          <w:color w:val="555555"/>
          <w:sz w:val="20"/>
        </w:rPr>
        <w:t>[4 . 98 . 5]</w:t>
      </w:r>
    </w:p>
    <w:p>
      <w:r>
        <w:rPr>
          <w:rFonts w:ascii="Gentium Plus" w:hAnsi="Gentium Plus"/>
          <w:sz w:val="24"/>
        </w:rPr>
        <w:t>πινόμενον ἄχρι 𐅻 γ μετὰ γλυκέος ἢ μελικράτου. χρὴ δὲ καὶ συνεργεῖν</w:t>
      </w:r>
    </w:p>
    <w:p>
      <w:r>
        <w:rPr>
          <w:rFonts w:ascii="Courier New" w:hAnsi="Courier New"/>
          <w:color w:val="555555"/>
          <w:sz w:val="20"/>
        </w:rPr>
        <w:t>[4 . 98 . 6]</w:t>
      </w:r>
    </w:p>
    <w:p>
      <w:r>
        <w:rPr>
          <w:rFonts w:ascii="Gentium Plus" w:hAnsi="Gentium Plus"/>
          <w:sz w:val="24"/>
        </w:rPr>
        <w:t>τοῖς ἱδρῶσιν. —Ἄλλο· ἐρεβίνθων ξέστης εἷς, ἀδιάντου δέσμιον χειρο‐ πληθές, ἀσπαράγων ἑλείων τῶν ῥιζῶν χειροπληθές, ὕδατος κοτύλη· καὶ καθεψήσας καὶ διυλίσας τὸ ὑγρὸν δίδου πυρέττουσι δι’ ὕδατος,</w:t>
      </w:r>
    </w:p>
    <w:p>
      <w:r>
        <w:rPr>
          <w:rFonts w:ascii="Courier New" w:hAnsi="Courier New"/>
          <w:color w:val="555555"/>
          <w:sz w:val="20"/>
        </w:rPr>
        <w:t>[4 . 98 . 7]</w:t>
      </w:r>
    </w:p>
    <w:p>
      <w:r>
        <w:rPr>
          <w:rFonts w:ascii="Gentium Plus" w:hAnsi="Gentium Plus"/>
          <w:sz w:val="24"/>
        </w:rPr>
        <w:t>ἀπυρέτοις 〈δὲ〉 δι’ οἴνου. καὶ τῶν ἀπὸ τῶν πετρῶν δ’ ἢ κεραμίδων</w:t>
      </w:r>
    </w:p>
    <w:p>
      <w:r>
        <w:rPr>
          <w:rFonts w:ascii="Courier New" w:hAnsi="Courier New"/>
          <w:color w:val="555555"/>
          <w:sz w:val="20"/>
        </w:rPr>
        <w:t>[4 . 98 . 8]</w:t>
      </w:r>
    </w:p>
    <w:p>
      <w:r>
        <w:rPr>
          <w:rFonts w:ascii="Gentium Plus" w:hAnsi="Gentium Plus"/>
          <w:sz w:val="24"/>
        </w:rPr>
        <w:t>πότιζε λειχῆνας δι’ ὑδρομέλιτος. πρασίου χυλὸν διὰ ῥινῶν ἴκτερον</w:t>
      </w:r>
    </w:p>
    <w:p>
      <w:r>
        <w:rPr>
          <w:rFonts w:ascii="Courier New" w:hAnsi="Courier New"/>
          <w:color w:val="555555"/>
          <w:sz w:val="20"/>
        </w:rPr>
        <w:t>[4 . 98 . 9]</w:t>
      </w:r>
    </w:p>
    <w:p>
      <w:r>
        <w:rPr>
          <w:rFonts w:ascii="Gentium Plus" w:hAnsi="Gentium Plus"/>
          <w:sz w:val="24"/>
        </w:rPr>
        <w:t>καθαίρει, ἐλατήριον ὁμοίως ἐγχεόμενον ταῖς ῥισὶ μετὰ γάλακτος. ὅταν δὲ τὸ μὲν ἄλλο σῶμα κατὰ φύσιν ἔχῃ, οἱ δ’ ὀφθαλμοὶ μένωσιν ὠχροί, δίδου ἐν βαλανείῳ ὄξους δριμυτάτου κοχλιάριον διὰ τῶν μυκτήρων</w:t>
      </w:r>
    </w:p>
    <w:p>
      <w:r>
        <w:rPr>
          <w:rFonts w:ascii="Courier New" w:hAnsi="Courier New"/>
          <w:color w:val="555555"/>
          <w:sz w:val="20"/>
        </w:rPr>
        <w:t>[5]</w:t>
      </w:r>
    </w:p>
    <w:p>
      <w:r>
        <w:rPr>
          <w:rFonts w:ascii="Gentium Plus" w:hAnsi="Gentium Plus"/>
          <w:sz w:val="24"/>
        </w:rPr>
        <w:t>βρέχων πρὸ μιᾶς, εἶτα τῇ ὑστεραίᾳ σὺν ὄξει πάλιν λειῶν καὶ ἐγχέων εἰς τὴν ῥῖνα διὰ τῶν μυκτήρων ποίει ἀναρροφήν· ἐνίοτε δ’ ἐν ἐλαίῳ</w:t>
      </w:r>
    </w:p>
    <w:p>
      <w:r>
        <w:rPr>
          <w:rFonts w:ascii="Courier New" w:hAnsi="Courier New"/>
          <w:color w:val="555555"/>
          <w:sz w:val="20"/>
        </w:rPr>
        <w:t>[4 . 98 . 10]</w:t>
      </w:r>
    </w:p>
    <w:p>
      <w:r>
        <w:rPr>
          <w:rFonts w:ascii="Gentium Plus" w:hAnsi="Gentium Plus"/>
          <w:sz w:val="24"/>
        </w:rPr>
        <w:t>παλαιῷ λειῶν τὸ μελάνθιον. —Ἄλλο πάνυ πεπειραμένον· ῥαφάνων χλωρῶν σὺν τοῖς φύλλοις τὸν χυλὸν λαβὼν δίδου κύαθον ἕνα ἢ δύο νήστει ἐν λουτρῷ, εἰς τὴν θερμὴν ἐμβαίνειν μέλλοντι, καὶ ὄψει τὴν</w:t>
      </w:r>
    </w:p>
    <w:p>
      <w:r>
        <w:rPr>
          <w:rFonts w:ascii="Courier New" w:hAnsi="Courier New"/>
          <w:color w:val="555555"/>
          <w:sz w:val="20"/>
        </w:rPr>
        <w:t>[4 . 98 . 11]</w:t>
      </w:r>
    </w:p>
    <w:p>
      <w:r>
        <w:rPr>
          <w:rFonts w:ascii="Gentium Plus" w:hAnsi="Gentium Plus"/>
          <w:sz w:val="24"/>
        </w:rPr>
        <w:t>χολὴν προχεομένην. —Ἄλλο πολλὴν δεδωκὸς πεῖραν· ἀφρονίτρου 𐅻 β βρέχων ἐν οἴνῳ Ἀμιναίῳ 𐆂υ β, καὶ ἐξαιθριάσας ὅλην τὴν νύκτα δὸς νήστει πιεῖν ἐφ’ ἡμέρας τρεῖς ἢ τέσσαρας.</w:t>
      </w:r>
    </w:p>
    <w:p>
      <w:pPr>
        <w:jc w:val="center"/>
      </w:pPr>
      <w:r>
        <w:rPr>
          <w:rFonts w:ascii="Gentium Plus" w:hAnsi="Gentium Plus"/>
          <w:b/>
          <w:sz w:val="24"/>
        </w:rPr>
        <w:t>Περὶ τῶν τοῦ σπληνὸς παθῶν.</w:t>
      </w:r>
    </w:p>
    <w:p>
      <w:r>
        <w:rPr>
          <w:rFonts w:ascii="Courier New" w:hAnsi="Courier New"/>
          <w:color w:val="555555"/>
          <w:sz w:val="20"/>
        </w:rPr>
        <w:t>[4 . 99 . 1]</w:t>
      </w:r>
    </w:p>
    <w:p>
      <w:r>
        <w:rPr>
          <w:rFonts w:ascii="Gentium Plus" w:hAnsi="Gentium Plus"/>
          <w:sz w:val="24"/>
        </w:rPr>
        <w:t>Φλεγμήνας ὁ σπλὴν τάχιστα σκιρροῦται, τοῦ ἐν ταῖς φλεψὶν αἵματος σφηνωθέντος διὰ παχύτητα· χρεία τοίνυν λεπτυνόντων φαρμάκων [ὧν] ἄνευ τοῦ σαφῶς θερμαίνειν, ἐν οἷς βραχύ τι παραπλέκειν δεῖ τῶν στυφόντων, ἵνα τονούμενον τὸ μόριον σῴζῃ τὴν οἰκείαν ἐνέργειαν·</w:t>
      </w:r>
    </w:p>
    <w:p>
      <w:r>
        <w:rPr>
          <w:rFonts w:ascii="Courier New" w:hAnsi="Courier New"/>
          <w:color w:val="555555"/>
          <w:sz w:val="20"/>
        </w:rPr>
        <w:t>[5]</w:t>
      </w:r>
    </w:p>
    <w:p>
      <w:r>
        <w:rPr>
          <w:rFonts w:ascii="Gentium Plus" w:hAnsi="Gentium Plus"/>
          <w:sz w:val="24"/>
        </w:rPr>
        <w:t>τοιοῦτον δ’ ἐστὶν αὐτοφυῶς ἁλὸς ἄνθος ἰώμενον σκίρρους σπληνῶν</w:t>
      </w:r>
    </w:p>
    <w:p>
      <w:r>
        <w:rPr>
          <w:rFonts w:ascii="Courier New" w:hAnsi="Courier New"/>
          <w:color w:val="555555"/>
          <w:sz w:val="20"/>
        </w:rPr>
        <w:t>[4 . 99 . 2]</w:t>
      </w:r>
    </w:p>
    <w:p>
      <w:r>
        <w:rPr>
          <w:rFonts w:ascii="Gentium Plus" w:hAnsi="Gentium Plus"/>
          <w:sz w:val="24"/>
        </w:rPr>
        <w:t>ἐπιτιθέμενον ἐν κύστει. χρηστέον δ’ ἐπ’ αὐτοῦ καὶ τοῖς ἰσχυροτέροις</w:t>
      </w:r>
    </w:p>
    <w:p>
      <w:r>
        <w:rPr>
          <w:rFonts w:ascii="Courier New" w:hAnsi="Courier New"/>
          <w:color w:val="555555"/>
          <w:sz w:val="20"/>
        </w:rPr>
        <w:t>[4 . 99 . 3]</w:t>
      </w:r>
    </w:p>
    <w:p>
      <w:r>
        <w:rPr>
          <w:rFonts w:ascii="Gentium Plus" w:hAnsi="Gentium Plus"/>
          <w:sz w:val="24"/>
        </w:rPr>
        <w:t>φαρμάκοις· ἀνέχεται γὰρ αὐτῶν ἀλύπως. καππάρεως τῆς ῥίζης ὁ φλοιὸς οὐδενὸς ἔλαττον ὠφελεῖ σκιρρουμένους σπλῆνας ἔξωθέν τε ἐπιτιθέμενος καὶ πινόμενος ἐν ὄξει ἢ ὀξυμέλιτι λεῖος, ξηρὸς κοπτό‐ μενος (κενοῖ γὰρ οὕτω ποθεὶς παχεῖς καὶ γλίσχρους χυμούς, ἔσθ’</w:t>
      </w:r>
    </w:p>
    <w:p>
      <w:r>
        <w:rPr>
          <w:rFonts w:ascii="Courier New" w:hAnsi="Courier New"/>
          <w:color w:val="555555"/>
          <w:sz w:val="20"/>
        </w:rPr>
        <w:t>[5]</w:t>
      </w:r>
    </w:p>
    <w:p>
      <w:r>
        <w:rPr>
          <w:rFonts w:ascii="Gentium Plus" w:hAnsi="Gentium Plus"/>
          <w:sz w:val="24"/>
        </w:rPr>
        <w:t>ὅτε δὲ καὶ αἱματώδεις οὐ δι’ οὔρων μόνον, ἀλλὰ καὶ διὰ γαστρός), καὶ τοῦ μικροῦ κενταυρίου ὁ χυλὸς ἔξωθέν τε ἐπιτιθέμενος καὶ πινό‐ μενος, κυκλάμινος καὶ πρόσφατος ἐπιπλαττομένη καὶ ξηρά, λευκοΐων αἱ ῥίζαι μετ’ ὄξους, ἄκορον, ἀμμωνιακόν, κόπρος αἰγεία καταπλαττο‐ μένη δι’ ὀξυκράτου μετὰ κριθίνων ἀλεύρων, ἀμπέλου λευκῆς ἡ ῥίζα</w:t>
      </w:r>
    </w:p>
    <w:p>
      <w:r>
        <w:rPr>
          <w:rFonts w:ascii="Courier New" w:hAnsi="Courier New"/>
          <w:color w:val="555555"/>
          <w:sz w:val="20"/>
        </w:rPr>
        <w:t>[10]</w:t>
      </w:r>
    </w:p>
    <w:p>
      <w:r>
        <w:rPr>
          <w:rFonts w:ascii="Gentium Plus" w:hAnsi="Gentium Plus"/>
          <w:sz w:val="24"/>
        </w:rPr>
        <w:t>πινομένη τε καὶ ἔξωθεν ἐπιτιθεμένη μετὰ σύκων, πικρῶν θέρμων ἀφέ‐ ψημα μετὰ πηγάνου καὶ πεπέρεως πινόμενον, τὸ δ’ ἄλευρον αὐτῶν</w:t>
      </w:r>
    </w:p>
    <w:p>
      <w:r>
        <w:rPr>
          <w:rFonts w:ascii="Courier New" w:hAnsi="Courier New"/>
          <w:color w:val="555555"/>
          <w:sz w:val="20"/>
        </w:rPr>
        <w:t>[4 . 99 . 4]</w:t>
      </w:r>
    </w:p>
    <w:p>
      <w:r>
        <w:rPr>
          <w:rFonts w:ascii="Gentium Plus" w:hAnsi="Gentium Plus"/>
          <w:sz w:val="24"/>
        </w:rPr>
        <w:t>καταπλαττόμενον. σιδήρου διαπύρου πολλάκις ἐναποσβεσθέντος ὕδατι, πυρέσσουσι μὲν καθ’ αὑτὸ δίδου πίνειν τὸ ὕδωρ, ἀπυρέτοις δὲ μετ’</w:t>
      </w:r>
    </w:p>
    <w:p>
      <w:r>
        <w:rPr>
          <w:rFonts w:ascii="Courier New" w:hAnsi="Courier New"/>
          <w:color w:val="555555"/>
          <w:sz w:val="20"/>
        </w:rPr>
        <w:t>[4 . 99 . 5]</w:t>
      </w:r>
    </w:p>
    <w:p>
      <w:r>
        <w:rPr>
          <w:rFonts w:ascii="Gentium Plus" w:hAnsi="Gentium Plus"/>
          <w:sz w:val="24"/>
        </w:rPr>
        <w:t>οἴνου. κατάπλασσε δὲ τέφρᾳ ἐκ χαλκείου μετ’ ὄξους [δριμέος ἐπι‐ τίθει] ἢ καππάρει ἐν ὄξει βεβρεγμένῃ λείᾳ ἀνειλημμένῃ κηρωτῇ κυπρίνῃ,</w:t>
      </w:r>
    </w:p>
    <w:p>
      <w:r>
        <w:rPr>
          <w:rFonts w:ascii="Courier New" w:hAnsi="Courier New"/>
          <w:color w:val="555555"/>
          <w:sz w:val="20"/>
        </w:rPr>
        <w:t>[4 . 99 . 6]</w:t>
      </w:r>
    </w:p>
    <w:p>
      <w:r>
        <w:rPr>
          <w:rFonts w:ascii="Gentium Plus" w:hAnsi="Gentium Plus"/>
          <w:sz w:val="24"/>
        </w:rPr>
        <w:t>ἢ τρύγα ὄξους δριμέος ἐπιτίθει. —Κατάπλασμα· τήλεως 𐆄 δ, κρι‐ θίνων ἀλεύρων 𐆄 γ, καρδαμώμου σπέρματος 𐆄 α, σύκων λιπαρῶν 𐆃 α,</w:t>
      </w:r>
    </w:p>
    <w:p>
      <w:r>
        <w:rPr>
          <w:rFonts w:ascii="Courier New" w:hAnsi="Courier New"/>
          <w:color w:val="555555"/>
          <w:sz w:val="20"/>
        </w:rPr>
        <w:t>[4 . 99 . 7]</w:t>
      </w:r>
    </w:p>
    <w:p>
      <w:r>
        <w:rPr>
          <w:rFonts w:ascii="Gentium Plus" w:hAnsi="Gentium Plus"/>
          <w:sz w:val="24"/>
        </w:rPr>
        <w:t>περιστερεῶνος βοτάνης 𐆄 α. ἀποβρέξας τὰ σῦκα ὄξει δριμυτάτῳ καὶ</w:t>
      </w:r>
    </w:p>
    <w:p>
      <w:pPr>
        <w:jc w:val="center"/>
      </w:pPr>
      <w:r>
        <w:rPr>
          <w:rFonts w:ascii="Gentium Plus" w:hAnsi="Gentium Plus"/>
          <w:b/>
          <w:sz w:val="24"/>
        </w:rPr>
        <w:t>Περὶ τῶν ἐν νεφροῖς καὶ κύστει παθῶν καὶ πρὸς λιθιῶντας.</w:t>
      </w:r>
    </w:p>
    <w:p>
      <w:r>
        <w:rPr>
          <w:rFonts w:ascii="Courier New" w:hAnsi="Courier New"/>
          <w:color w:val="555555"/>
          <w:sz w:val="20"/>
        </w:rPr>
        <w:t>[4 . 100 . 1]</w:t>
      </w:r>
    </w:p>
    <w:p>
      <w:r>
        <w:rPr>
          <w:rFonts w:ascii="Gentium Plus" w:hAnsi="Gentium Plus"/>
          <w:sz w:val="24"/>
        </w:rPr>
        <w:t>Τὸ ὀρῶδες περίττωμα τὸ λεπτὸν τὸ τῷ αἵματι κατὰ τὰς φλέβας</w:t>
      </w:r>
    </w:p>
    <w:p>
      <w:r>
        <w:rPr>
          <w:rFonts w:ascii="Courier New" w:hAnsi="Courier New"/>
          <w:color w:val="555555"/>
          <w:sz w:val="20"/>
        </w:rPr>
        <w:t>[4 . 100 . 2]</w:t>
      </w:r>
    </w:p>
    <w:p>
      <w:r>
        <w:rPr>
          <w:rFonts w:ascii="Gentium Plus" w:hAnsi="Gentium Plus"/>
          <w:sz w:val="24"/>
        </w:rPr>
        <w:t>ἀναμεμιγμένον ἕλκειν εἰς αὑτοὺς οἱ νεφροὶ πεφύκασιν. ἐπειδὰν οὖν οἱ πόροι, δι’ ὧν ἕλκεται τοῦτο, πλέον τοῦ προσήκοντος εὐρυνθῶσι, συνδιηθεῖσθαί τι τῷ λεπτῷ καὶ τῆς παχυτέρας ὕλης εἰκός, εἶτ’ ἐὰν τύχωσι πυρωδεστέρας τε καὶ δριμυτέρας οἱ νεφροὶ κράσεως, ἀναγκαῖόν</w:t>
      </w:r>
    </w:p>
    <w:p>
      <w:r>
        <w:rPr>
          <w:rFonts w:ascii="Courier New" w:hAnsi="Courier New"/>
          <w:color w:val="555555"/>
          <w:sz w:val="20"/>
        </w:rPr>
        <w:t>[5]</w:t>
      </w:r>
    </w:p>
    <w:p>
      <w:r>
        <w:rPr>
          <w:rFonts w:ascii="Gentium Plus" w:hAnsi="Gentium Plus"/>
          <w:sz w:val="24"/>
        </w:rPr>
        <w:t>ἐστι τὴν παχυτέραν ὕλην θερμαινομένην τε καὶ ξηραινομένην εἰς ἰδέαν</w:t>
      </w:r>
    </w:p>
    <w:p>
      <w:r>
        <w:rPr>
          <w:rFonts w:ascii="Courier New" w:hAnsi="Courier New"/>
          <w:color w:val="555555"/>
          <w:sz w:val="20"/>
        </w:rPr>
        <w:t>[4 . 100 . 3]</w:t>
      </w:r>
    </w:p>
    <w:p>
      <w:r>
        <w:rPr>
          <w:rFonts w:ascii="Gentium Plus" w:hAnsi="Gentium Plus"/>
          <w:sz w:val="24"/>
        </w:rPr>
        <w:t>ψάμμων τε καὶ πωροειδῶν λίθων συνίστασθαι. τοῖς θρύπτουσιν οὖν καὶ τέμνουσι χρῆσθαι δεῖ φαρμάκοις ἄνευ τοῦ θερμαίνειν ἐπιφανῶς (ἡ γὰρ πλείων θερμότης συνίστησι μᾶλλον ξηραίνουσα)· τοιαῦτα δ’ ἐστὶν αἵ τε τῶν βασιλικῶν ἀσπαράγων ῥίζαι καὶ τοῦ βάτου καὶ ὕαλος</w:t>
      </w:r>
    </w:p>
    <w:p>
      <w:r>
        <w:rPr>
          <w:rFonts w:ascii="Courier New" w:hAnsi="Courier New"/>
          <w:color w:val="555555"/>
          <w:sz w:val="20"/>
        </w:rPr>
        <w:t>[5]</w:t>
      </w:r>
    </w:p>
    <w:p>
      <w:r>
        <w:rPr>
          <w:rFonts w:ascii="Gentium Plus" w:hAnsi="Gentium Plus"/>
          <w:sz w:val="24"/>
        </w:rPr>
        <w:t>ἡ κεκαυμένη ἀγρώστεώς τε ἡ ῥίζα καὶ ἀδίαντον καὶ τὸ βδέλλιον καὶ δάφνης τῆς ῥίζης ὁ φλοιὸς καὶ ἀλθαίας τὸ σπέρμα καὶ ἐρεβίνθων οἱ κριοί, καὶ μάλιστα οἱ μέλανες, κεράσου τε τοῦ δένδρου καὶ κοκκυ‐ μηλέας τὸ κόμμι καὶ κυπέρου ἡ ῥίζα καὶ παλιούρου ὁ καρπὸς καὶ τριβόλου οἵ τε ἀπὸ τῶν σπόγγων λίθοι καὶ τὸ διὰ τῆς σκίλλης</w:t>
      </w:r>
    </w:p>
    <w:p>
      <w:r>
        <w:rPr>
          <w:rFonts w:ascii="Courier New" w:hAnsi="Courier New"/>
          <w:color w:val="555555"/>
          <w:sz w:val="20"/>
        </w:rPr>
        <w:t>[4 . 100 . 4]</w:t>
      </w:r>
    </w:p>
    <w:p>
      <w:r>
        <w:rPr>
          <w:rFonts w:ascii="Gentium Plus" w:hAnsi="Gentium Plus"/>
          <w:sz w:val="24"/>
        </w:rPr>
        <w:t>ὄξος. μαλάχης ἀγρίας ῥίζαν καὶ πηγάνου ἀγρίου ῥίζαν 〈καὶ〉 σελίνου</w:t>
      </w:r>
    </w:p>
    <w:p>
      <w:r>
        <w:rPr>
          <w:rFonts w:ascii="Courier New" w:hAnsi="Courier New"/>
          <w:color w:val="555555"/>
          <w:sz w:val="20"/>
        </w:rPr>
        <w:t>[4 . 100 . 5]</w:t>
      </w:r>
    </w:p>
    <w:p>
      <w:r>
        <w:rPr>
          <w:rFonts w:ascii="Gentium Plus" w:hAnsi="Gentium Plus"/>
          <w:sz w:val="24"/>
        </w:rPr>
        <w:t>ἕψε μετ’ οἴνου. τὸ ὑγρὸν ἐκθλίψας δίδου κυάθους β καὶ ὕδατος τὸ</w:t>
      </w:r>
    </w:p>
    <w:p>
      <w:r>
        <w:rPr>
          <w:rFonts w:ascii="Courier New" w:hAnsi="Courier New"/>
          <w:color w:val="555555"/>
          <w:sz w:val="20"/>
        </w:rPr>
        <w:t>[4 . 100 . 6]</w:t>
      </w:r>
    </w:p>
    <w:p>
      <w:r>
        <w:rPr>
          <w:rFonts w:ascii="Gentium Plus" w:hAnsi="Gentium Plus"/>
          <w:sz w:val="24"/>
        </w:rPr>
        <w:t>ἴσον. οἱ μὲν οὖν ἐν τοῖς νεφροῖς λίθοι συνίστασθαι πεφύκασιν ἐπὶ τῶν</w:t>
      </w:r>
    </w:p>
    <w:p>
      <w:r>
        <w:rPr>
          <w:rFonts w:ascii="Courier New" w:hAnsi="Courier New"/>
          <w:color w:val="555555"/>
          <w:sz w:val="20"/>
        </w:rPr>
        <w:t>[4 . 100 . 7]</w:t>
      </w:r>
    </w:p>
    <w:p>
      <w:r>
        <w:rPr>
          <w:rFonts w:ascii="Gentium Plus" w:hAnsi="Gentium Plus"/>
          <w:sz w:val="24"/>
        </w:rPr>
        <w:t>παρακμαζόντων, οἱ δ’ ἐν ταῖς κύστεσιν ἐπὶ τῶν παίδων. —Ἄλλο κατάπλαστον πρὸς λιθιῶντας· βαλσάμου καρποῦ, λίθου τοῦ ἐν τοῖς σπόγγοις, γλήχωνος ξηρᾶς, μαλάχης ἀγρίας τοῦ σπέρματος ξηροῦ ἴσα κόψας σήσας δίδου κοχλιάριον μετ’ οἴνου κεκραμένου κυάθους β.</w:t>
      </w:r>
    </w:p>
    <w:p>
      <w:r>
        <w:rPr>
          <w:rFonts w:ascii="Courier New" w:hAnsi="Courier New"/>
          <w:color w:val="555555"/>
          <w:sz w:val="20"/>
        </w:rPr>
        <w:t>[4 . 100 . 8]</w:t>
      </w:r>
    </w:p>
    <w:p>
      <w:r>
        <w:rPr>
          <w:rFonts w:ascii="Gentium Plus" w:hAnsi="Gentium Plus"/>
          <w:sz w:val="24"/>
        </w:rPr>
        <w:t>ἡ κατὰ νεφροὺς φλεγμονὴ καὶ κύστιν ἐξαίρετον ἔχει τὴν θερα‐</w:t>
      </w:r>
    </w:p>
    <w:p>
      <w:r>
        <w:rPr>
          <w:rFonts w:ascii="Courier New" w:hAnsi="Courier New"/>
          <w:color w:val="555555"/>
          <w:sz w:val="20"/>
        </w:rPr>
        <w:t>[4 . 100 . 9]</w:t>
      </w:r>
    </w:p>
    <w:p>
      <w:r>
        <w:rPr>
          <w:rFonts w:ascii="Gentium Plus" w:hAnsi="Gentium Plus"/>
          <w:sz w:val="24"/>
        </w:rPr>
        <w:t>πείαν· τὸ γὰρ ὀρῶδες περίττωμα δι’ αὐτῶν ἐκκαθαίρεται, διόπερ εἰ μὲν εἴη δριμὺ καὶ χολῶδες τοῦτο κατὰ πᾶν τὸ σῶμα, τῶν διουρητι‐ κῶν οὐδενὶ χρῆσθαι προσήκει (βλάψει γὰρ τὰ τοιαῦτα τοὺς δακνώδεις ἐπάγοντα χυμοὺς τοῖς φλεγμαίνουσι μορίοις)· εἰ δὲ μηδὲν τοιοῦτον εἴη</w:t>
      </w:r>
    </w:p>
    <w:p>
      <w:r>
        <w:rPr>
          <w:rFonts w:ascii="Courier New" w:hAnsi="Courier New"/>
          <w:color w:val="555555"/>
          <w:sz w:val="20"/>
        </w:rPr>
        <w:t>[5]</w:t>
      </w:r>
    </w:p>
    <w:p>
      <w:r>
        <w:rPr>
          <w:rFonts w:ascii="Gentium Plus" w:hAnsi="Gentium Plus"/>
          <w:sz w:val="24"/>
        </w:rPr>
        <w:t>μηδὲ κακόχυμον ὑπάρχοι τὸ σῶμα πᾶν, τοῦ μελικράτου διδόναι πίνειν ὑδαρεστέρου· λύει γὰρ τὰς φλεγμονὰς ἀδήκτως κενοῦν τοὺς ἐσφηνω‐</w:t>
      </w:r>
    </w:p>
    <w:p>
      <w:r>
        <w:rPr>
          <w:rFonts w:ascii="Courier New" w:hAnsi="Courier New"/>
          <w:color w:val="555555"/>
          <w:sz w:val="20"/>
        </w:rPr>
        <w:t>[4 . 100 . 10]</w:t>
      </w:r>
    </w:p>
    <w:p>
      <w:r>
        <w:rPr>
          <w:rFonts w:ascii="Gentium Plus" w:hAnsi="Gentium Plus"/>
          <w:sz w:val="24"/>
        </w:rPr>
        <w:t>μένους χυμούς· καὶ γὰρ τέμνει καὶ λεπτύνει καὶ ἀραιοῖ. τὰ δ’ ἐπὶ μέλιτος εἰρημένα παραδείγματος ἕνεκα δυνατὸν ἔσται σοι μεταφέρειν</w:t>
      </w:r>
    </w:p>
    <w:p>
      <w:r>
        <w:rPr>
          <w:rFonts w:ascii="Courier New" w:hAnsi="Courier New"/>
          <w:color w:val="555555"/>
          <w:sz w:val="20"/>
        </w:rPr>
        <w:t>[4 . 100 . 11]</w:t>
      </w:r>
    </w:p>
    <w:p>
      <w:r>
        <w:rPr>
          <w:rFonts w:ascii="Gentium Plus" w:hAnsi="Gentium Plus"/>
          <w:sz w:val="24"/>
        </w:rPr>
        <w:t>ἐπὶ πάντα τὰ λεπτύνοντα καὶ τέμνοντα χωρὶς δήξεως. ὥσπερ δὲ πᾶσι τοῖς μορίοις φλεγμαίνουσιν, οὕτω καὶ τούτοις ἄμεινον ἦν ἡσυχάζειν· ἐπεὶ δ’ ἀδύνατον οὐρητικοῖς οὖσιν αὐτοῖς ὀργάνοις, ὀλίγιστον διδόναι</w:t>
      </w:r>
    </w:p>
    <w:p>
      <w:r>
        <w:rPr>
          <w:rFonts w:ascii="Courier New" w:hAnsi="Courier New"/>
          <w:color w:val="555555"/>
          <w:sz w:val="20"/>
        </w:rPr>
        <w:t>[4 . 100 . 12]</w:t>
      </w:r>
    </w:p>
    <w:p>
      <w:r>
        <w:rPr>
          <w:rFonts w:ascii="Gentium Plus" w:hAnsi="Gentium Plus"/>
          <w:sz w:val="24"/>
        </w:rPr>
        <w:t>δεῖ τὸ ποτόν, ὅπως ὡς δυνατὸν πλείονα χρόνον ἡσυχάζῃ. σκεπτέον δὲ μή ποτε τὸ πᾶν σῶμα μεστὸν 〈ᾖ〉 δριμέων περιττωμάτων· τούτου</w:t>
      </w:r>
    </w:p>
    <w:p>
      <w:r>
        <w:rPr>
          <w:rFonts w:ascii="Courier New" w:hAnsi="Courier New"/>
          <w:color w:val="555555"/>
          <w:sz w:val="20"/>
        </w:rPr>
        <w:t>[5]</w:t>
      </w:r>
    </w:p>
    <w:p>
      <w:r>
        <w:rPr>
          <w:rFonts w:ascii="Gentium Plus" w:hAnsi="Gentium Plus"/>
          <w:sz w:val="24"/>
        </w:rPr>
        <w:t>ὑπ’ αὐτοῦ τῆς δριμύτητος, καὶ μάλιστα μιγνύντων ἡμῶν τῶν τὰς δήξεις</w:t>
      </w:r>
    </w:p>
    <w:p>
      <w:r>
        <w:rPr>
          <w:rFonts w:ascii="Courier New" w:hAnsi="Courier New"/>
          <w:color w:val="555555"/>
          <w:sz w:val="20"/>
        </w:rPr>
        <w:t>[4 . 100 . 13]</w:t>
      </w:r>
    </w:p>
    <w:p>
      <w:r>
        <w:rPr>
          <w:rFonts w:ascii="Gentium Plus" w:hAnsi="Gentium Plus"/>
          <w:sz w:val="24"/>
        </w:rPr>
        <w:t>ἀμβλυνόντων. ἐν δὲ τῷ καιρῷ τῶν φλεγμονῶν καταπλάσματά τε καὶ φάρμακα προσάγειν χρὴ καὶ αἰονήσεις δι’ ἐλαίου τε καὶ τῶν ἄλλων</w:t>
      </w:r>
    </w:p>
    <w:p>
      <w:r>
        <w:rPr>
          <w:rFonts w:ascii="Courier New" w:hAnsi="Courier New"/>
          <w:color w:val="555555"/>
          <w:sz w:val="20"/>
        </w:rPr>
        <w:t>[4 . 100 . 14]</w:t>
      </w:r>
    </w:p>
    <w:p>
      <w:r>
        <w:rPr>
          <w:rFonts w:ascii="Gentium Plus" w:hAnsi="Gentium Plus"/>
          <w:sz w:val="24"/>
        </w:rPr>
        <w:t>ὅσα φλεγμονὴν λύει. —Πρὸς φλεγμονώδη διάθεσιν τῶν νεφρῶν</w:t>
      </w:r>
    </w:p>
    <w:p>
      <w:r>
        <w:rPr>
          <w:rFonts w:ascii="Courier New" w:hAnsi="Courier New"/>
          <w:color w:val="555555"/>
          <w:sz w:val="20"/>
        </w:rPr>
        <w:t>[4 . 100 . 15]</w:t>
      </w:r>
    </w:p>
    <w:p>
      <w:r>
        <w:rPr>
          <w:rFonts w:ascii="Gentium Plus" w:hAnsi="Gentium Plus"/>
          <w:sz w:val="24"/>
        </w:rPr>
        <w:t>καὶ τῆς κύστεως· λινοσπέρμου 𐅻 β, ἀμύλου 𐅻 α. δίδου ἐν ὕδατι</w:t>
      </w:r>
    </w:p>
    <w:p>
      <w:r>
        <w:rPr>
          <w:rFonts w:ascii="Courier New" w:hAnsi="Courier New"/>
          <w:color w:val="555555"/>
          <w:sz w:val="20"/>
        </w:rPr>
        <w:t>[4 . 100 . 16]</w:t>
      </w:r>
    </w:p>
    <w:p>
      <w:r>
        <w:rPr>
          <w:rFonts w:ascii="Gentium Plus" w:hAnsi="Gentium Plus"/>
          <w:sz w:val="24"/>
        </w:rPr>
        <w:t>κοχλιάριον σύμμετρον πιεῖν. ἀλγήματα περὶ λαγόνας καὶ ἐκ διαλειμ‐ μάτων ἀνώμαλοι φρῖκαι πυρετοί τε ἐπὶ τούτοις ἄτακτοι σημαίνουσιν ἐν νεφροῖς ἀπόστασιν, ἧς πεφθείσης πύον δι’ οὔρων ἐκκριθὲν ἕλκος ἀποτελεῖ ταχείας χρῇζον τῆς βοηθείας· εἰ γὰρ μὴ εὐθὺς ἀπουλωθείη,</w:t>
      </w:r>
    </w:p>
    <w:p>
      <w:r>
        <w:rPr>
          <w:rFonts w:ascii="Courier New" w:hAnsi="Courier New"/>
          <w:color w:val="555555"/>
          <w:sz w:val="20"/>
        </w:rPr>
        <w:t>[4 . 100 . 17]</w:t>
      </w:r>
    </w:p>
    <w:p>
      <w:r>
        <w:rPr>
          <w:rFonts w:ascii="Gentium Plus" w:hAnsi="Gentium Plus"/>
          <w:sz w:val="24"/>
        </w:rPr>
        <w:t>δύσκολον τὴν ἴασιν ἔχει. διορίζειν δὲ τῶν ἐν νεφροῖς ἑλκῶν τὰ κατὰ τὴν κύστιν ἔκ τε τῆς θέσεως καὶ τῆς ἐνεργείας καὶ τῆς ἰδιότητος αὐτῶν τῆς οὐσίας καὶ τῆς δυνάμεως· ἐκ μὲν τῆς θέσεως, κύστεως μὲν πασχούσης εἰς κτένα καὶ ὑπογάστριον αἴσθησις γίνεται τῆς ὀδύνης,</w:t>
      </w:r>
    </w:p>
    <w:p>
      <w:r>
        <w:rPr>
          <w:rFonts w:ascii="Courier New" w:hAnsi="Courier New"/>
          <w:color w:val="555555"/>
          <w:sz w:val="20"/>
        </w:rPr>
        <w:t>[5]</w:t>
      </w:r>
    </w:p>
    <w:p>
      <w:r>
        <w:rPr>
          <w:rFonts w:ascii="Gentium Plus" w:hAnsi="Gentium Plus"/>
          <w:sz w:val="24"/>
        </w:rPr>
        <w:t>νεφρῶν δὲ κατὰ τὰς ψόας ὀπίσω· ἐκ δὲ τῆς ἐνεργείας, κύστεως μὲν τὴν αἰτίαν ἐχούσης δυσουρία καὶ στραγγουρία διοχλεῖ, ἀκώλυτοι δ’ εἰσὶν αἱ οὐρήσεις τῶν νεφρῶν πεπονθότων· ἐκ δὲ τῆς τοῦ σώματος ἰδιότητος σάρκες μὲν ἰνώδεις ἐκ νεφρῶν διαχωροῦσι, λεπίδες δ’ ὑμε‐ νώδεις τῆς κύστεως ἡλκωμένης· ἐκ δὲ τῆς δυνάμεως, κύστεως μὲν</w:t>
      </w:r>
    </w:p>
    <w:p>
      <w:r>
        <w:rPr>
          <w:rFonts w:ascii="Courier New" w:hAnsi="Courier New"/>
          <w:color w:val="555555"/>
          <w:sz w:val="20"/>
        </w:rPr>
        <w:t>[10]</w:t>
      </w:r>
    </w:p>
    <w:p>
      <w:r>
        <w:rPr>
          <w:rFonts w:ascii="Gentium Plus" w:hAnsi="Gentium Plus"/>
          <w:sz w:val="24"/>
        </w:rPr>
        <w:t>ἰσχυρῶς ἀλγούσης ἐπὶ ταῖς ἑλκώσεσι, νεφρῶν δ’ ἀμυδρῶς, καὶ ὥσπερ</w:t>
      </w:r>
    </w:p>
    <w:p>
      <w:r>
        <w:rPr>
          <w:rFonts w:ascii="Courier New" w:hAnsi="Courier New"/>
          <w:color w:val="555555"/>
          <w:sz w:val="20"/>
        </w:rPr>
        <w:t>[4 . 100 . 18]</w:t>
      </w:r>
    </w:p>
    <w:p>
      <w:r>
        <w:rPr>
          <w:rFonts w:ascii="Gentium Plus" w:hAnsi="Gentium Plus"/>
          <w:sz w:val="24"/>
        </w:rPr>
        <w:t>ἐγκειμένου ταῖς ψόαις βάρους αἴσθησιν ἐχόντων. καὶ ἐν τοῖς οὐρητι‐ κοῖς δὲ πόροις συνίσταταί ποτε ἕλκος, καὶ πύον οὐρεῖται καὶ αἷμα·</w:t>
      </w:r>
    </w:p>
    <w:p>
      <w:r>
        <w:rPr>
          <w:rFonts w:ascii="Courier New" w:hAnsi="Courier New"/>
          <w:color w:val="555555"/>
          <w:sz w:val="20"/>
        </w:rPr>
        <w:t>[4 . 100 . 19]</w:t>
      </w:r>
    </w:p>
    <w:p>
      <w:r>
        <w:rPr>
          <w:rFonts w:ascii="Gentium Plus" w:hAnsi="Gentium Plus"/>
          <w:sz w:val="24"/>
        </w:rPr>
        <w:t>κεῖνται δ’ οὗτοι μεταξὺ νεφρῶν τε καὶ κύστεως. αἰδοίου δ’ ἑλκωθέντος,</w:t>
      </w:r>
    </w:p>
    <w:p>
      <w:r>
        <w:rPr>
          <w:rFonts w:ascii="Courier New" w:hAnsi="Courier New"/>
          <w:color w:val="555555"/>
          <w:sz w:val="20"/>
        </w:rPr>
        <w:t>[4 . 100 . 20]</w:t>
      </w:r>
    </w:p>
    <w:p>
      <w:r>
        <w:rPr>
          <w:rFonts w:ascii="Gentium Plus" w:hAnsi="Gentium Plus"/>
          <w:sz w:val="24"/>
        </w:rPr>
        <w:t>πύον καὶ αἷμα διαχωρεῖ καὶ χωρὶς οὔρων. —Πρὸς τὰ ἐν νεφροῖς καὶ κύστει ἀποστήματα· λινοσπέρμου, σικύου σπέρματος, μήκωνος</w:t>
      </w:r>
    </w:p>
    <w:p>
      <w:r>
        <w:rPr>
          <w:rFonts w:ascii="Courier New" w:hAnsi="Courier New"/>
          <w:color w:val="555555"/>
          <w:sz w:val="20"/>
        </w:rPr>
        <w:t>[4 . 100 . 21]</w:t>
      </w:r>
    </w:p>
    <w:p>
      <w:r>
        <w:rPr>
          <w:rFonts w:ascii="Gentium Plus" w:hAnsi="Gentium Plus"/>
          <w:sz w:val="24"/>
        </w:rPr>
        <w:t>λευκοῦ σπέρματος, τραγακάνθης ἀνὰ 𐅻 β, ἀμύλου 𐅻 δ. τροχίσκους</w:t>
      </w:r>
    </w:p>
    <w:p>
      <w:r>
        <w:rPr>
          <w:rFonts w:ascii="Courier New" w:hAnsi="Courier New"/>
          <w:color w:val="555555"/>
          <w:sz w:val="20"/>
        </w:rPr>
        <w:t>[4 . 100 . 22]</w:t>
      </w:r>
    </w:p>
    <w:p>
      <w:r>
        <w:rPr>
          <w:rFonts w:ascii="Gentium Plus" w:hAnsi="Gentium Plus"/>
          <w:sz w:val="24"/>
        </w:rPr>
        <w:t>ἀνάπλαττε καὶ δίδου. —Πρὸς τὰ ἐν κύστει ἕλκη μετὰ φλεγ‐ μονῆς· στροβίλια κ, σικύου ἡμέρου σπέρματος κόκκους μ, ἀμύλου, νάρ‐</w:t>
      </w:r>
    </w:p>
    <w:p>
      <w:r>
        <w:rPr>
          <w:rFonts w:ascii="Courier New" w:hAnsi="Courier New"/>
          <w:color w:val="555555"/>
          <w:sz w:val="20"/>
        </w:rPr>
        <w:t>[4 . 100 . 23]</w:t>
      </w:r>
    </w:p>
    <w:p>
      <w:r>
        <w:rPr>
          <w:rFonts w:ascii="Gentium Plus" w:hAnsi="Gentium Plus"/>
          <w:sz w:val="24"/>
        </w:rPr>
        <w:t>δου ἀνὰ 𐅻 α, σελίνου σπέρματος 𐅻 ε. ἐν ὕδατος ξ̸ ἕψεται ἡ νάρδος καὶ τὸ σέλινον, εἶτα τοῦ ἀφεψήματος μίγνυται τοῖς προγεγραμμένοις</w:t>
      </w:r>
    </w:p>
    <w:p>
      <w:r>
        <w:rPr>
          <w:rFonts w:ascii="Courier New" w:hAnsi="Courier New"/>
          <w:color w:val="555555"/>
          <w:sz w:val="20"/>
        </w:rPr>
        <w:t>[4 . 100 . 24]</w:t>
      </w:r>
    </w:p>
    <w:p>
      <w:r>
        <w:rPr>
          <w:rFonts w:ascii="Gentium Plus" w:hAnsi="Gentium Plus"/>
          <w:sz w:val="24"/>
        </w:rPr>
        <w:t>κύαθοι β. —Ἀντίδοτος πρὸς πυορροοῦντας· ἀμυγδάλων πικρῶν 𐅻 β, σικύου σπέρματος 𐅻 δ, μήκωνος λευκῆς σπέρματος 𐅻 δ, τραγα‐ κάνθης 𐅻 β, μαλάχης σπέρματος 𐅻 β, μύρτων μελαινῶν 𐅻 β, ἀμώμου 𐅻 δ, στροβίλων 𐅻 δ, ὠῶν λεκίθων ὀπτῶν β, μέλιτος ξ̸ α. ἡ δόσις</w:t>
      </w:r>
    </w:p>
    <w:p>
      <w:r>
        <w:rPr>
          <w:rFonts w:ascii="Courier New" w:hAnsi="Courier New"/>
          <w:color w:val="555555"/>
          <w:sz w:val="20"/>
        </w:rPr>
        <w:t>[4 . 100 . 25]</w:t>
      </w:r>
    </w:p>
    <w:p>
      <w:r>
        <w:rPr>
          <w:rFonts w:ascii="Gentium Plus" w:hAnsi="Gentium Plus"/>
          <w:sz w:val="24"/>
        </w:rPr>
        <w:t>κοχλιαρίου τὸ 𐅶 μετὰ συγκεραστοῦ. —Πρὸς τοὺς αἱμορραγοῦν‐ τας ἀπὸ κύστεως· σχιστῆς 𐅻 α, τραγακάνθης 𐅻 β, κόμμεως ὀβολὸς</w:t>
      </w:r>
    </w:p>
    <w:p>
      <w:r>
        <w:rPr>
          <w:rFonts w:ascii="Courier New" w:hAnsi="Courier New"/>
          <w:color w:val="555555"/>
          <w:sz w:val="20"/>
        </w:rPr>
        <w:t>[4 . 100 . 26]</w:t>
      </w:r>
    </w:p>
    <w:p>
      <w:r>
        <w:rPr>
          <w:rFonts w:ascii="Gentium Plus" w:hAnsi="Gentium Plus"/>
          <w:sz w:val="24"/>
        </w:rPr>
        <w:t>εἷς. ἐν γλυκεῖ δίδου.</w:t>
      </w:r>
    </w:p>
    <w:p>
      <w:pPr>
        <w:jc w:val="center"/>
      </w:pPr>
      <w:r>
        <w:rPr>
          <w:rFonts w:ascii="Gentium Plus" w:hAnsi="Gentium Plus"/>
          <w:b/>
          <w:sz w:val="24"/>
        </w:rPr>
        <w:t>Πρὸς τὰς τοῦ αἰδοίου καὶ τῆς ἕδρας καὶ τῆς μήτρας καὶ τῆς κύστεως ἑλκώσεις.</w:t>
      </w:r>
    </w:p>
    <w:p>
      <w:r>
        <w:rPr>
          <w:rFonts w:ascii="Courier New" w:hAnsi="Courier New"/>
          <w:color w:val="555555"/>
          <w:sz w:val="20"/>
        </w:rPr>
        <w:t>[4 . 101 . 1]</w:t>
      </w:r>
    </w:p>
    <w:p>
      <w:r>
        <w:rPr>
          <w:rFonts w:ascii="Gentium Plus" w:hAnsi="Gentium Plus"/>
          <w:sz w:val="24"/>
        </w:rPr>
        <w:t>Τὰ δ’ ἐν αἰδοίοις ἕλκη 〈καὶ τὰ〉 κατὰ τὴν ἕδραν χωρὶς φλεγμο‐ νῆς ὄντα ξηραινόντων πάνυ δεῖται φαρμάκων, οἷά ἐστι τό τε διὰ τοῦ κεκαυμένου χάρτου, ἄνηθον κεκαυμένον καὶ ξηρὰ κολοκύντη κεκαυμένη.</w:t>
      </w:r>
    </w:p>
    <w:p>
      <w:r>
        <w:rPr>
          <w:rFonts w:ascii="Courier New" w:hAnsi="Courier New"/>
          <w:color w:val="555555"/>
          <w:sz w:val="20"/>
        </w:rPr>
        <w:t>[4 . 101 . 2]</w:t>
      </w:r>
    </w:p>
    <w:p>
      <w:r>
        <w:rPr>
          <w:rFonts w:ascii="Gentium Plus" w:hAnsi="Gentium Plus"/>
          <w:sz w:val="24"/>
        </w:rPr>
        <w:t>τοῖς δ’ ἀνίκμοις καὶ προσφάτοις τῶν ἑλκῶν καὶ ἡ ἀλόη φάρμακον</w:t>
      </w:r>
    </w:p>
    <w:p>
      <w:r>
        <w:rPr>
          <w:rFonts w:ascii="Courier New" w:hAnsi="Courier New"/>
          <w:color w:val="555555"/>
          <w:sz w:val="20"/>
        </w:rPr>
        <w:t>[4 . 101 . 3]</w:t>
      </w:r>
    </w:p>
    <w:p>
      <w:r>
        <w:rPr>
          <w:rFonts w:ascii="Gentium Plus" w:hAnsi="Gentium Plus"/>
          <w:sz w:val="24"/>
        </w:rPr>
        <w:t>ἀγαθὸν ἐπιπαττομένη ξηρὰ χνοώδης. πάντων δ’ αὐτῶν ἀνωδυνώτατόν τε καὶ οὐδενὸς ἧττον δραστήριον ὁ πομφόλυξ ἐστίν· εἰ δ’ ὑγρότερα</w:t>
      </w:r>
    </w:p>
    <w:p>
      <w:r>
        <w:rPr>
          <w:rFonts w:ascii="Courier New" w:hAnsi="Courier New"/>
          <w:color w:val="555555"/>
          <w:sz w:val="20"/>
        </w:rPr>
        <w:t>[4 . 101 . 4]</w:t>
      </w:r>
    </w:p>
    <w:p>
      <w:r>
        <w:rPr>
          <w:rFonts w:ascii="Gentium Plus" w:hAnsi="Gentium Plus"/>
          <w:sz w:val="24"/>
        </w:rPr>
        <w:t>τύχῃ τὰ ἕλκη, πίτυος φλοιὸς καθ’ ἑαυτὸν καὶ λίθος αἱματίτης· εἰ δὲ</w:t>
      </w:r>
    </w:p>
    <w:p>
      <w:r>
        <w:rPr>
          <w:rFonts w:ascii="Courier New" w:hAnsi="Courier New"/>
          <w:color w:val="555555"/>
          <w:sz w:val="20"/>
        </w:rPr>
        <w:t>[4 . 101 . 5]</w:t>
      </w:r>
    </w:p>
    <w:p>
      <w:r>
        <w:rPr>
          <w:rFonts w:ascii="Gentium Plus" w:hAnsi="Gentium Plus"/>
          <w:sz w:val="24"/>
        </w:rPr>
        <w:t>καὶ βάθος αὐτοῖς τι συνῇ, τοῖς εἰρημένοις μάννης μικτέον. αἱ δὲ κατὰ τὴν μήτραν ἢ κύστιν ἑλκώσεις, τῶν αὐτῶν δεόμεναι φαρμάκων, ὀργά‐ νων χρῄζουσι τῶν εἴσω παραπεμψόντων αὐτά· διὸ τῶν τηκτῶν καλου‐ μένων φαρμάκων ἐπιτηδειότερα τὰ ξηρά, οἷός ἐστι κρόκος καὶ πομ‐</w:t>
      </w:r>
    </w:p>
    <w:p>
      <w:r>
        <w:rPr>
          <w:rFonts w:ascii="Courier New" w:hAnsi="Courier New"/>
          <w:color w:val="555555"/>
          <w:sz w:val="20"/>
        </w:rPr>
        <w:t>[5]</w:t>
      </w:r>
    </w:p>
    <w:p>
      <w:r>
        <w:rPr>
          <w:rFonts w:ascii="Gentium Plus" w:hAnsi="Gentium Plus"/>
          <w:sz w:val="24"/>
        </w:rPr>
        <w:t>φόλυξ καὶ ἀλόη μιγνύμενα ῥοδίνῳ, εἴτε ἀρνογλώσσου εἴτε ἑτέρου τοι‐ ούτου χυλῷ.</w:t>
      </w:r>
    </w:p>
    <w:p>
      <w:pPr>
        <w:jc w:val="center"/>
      </w:pPr>
      <w:r>
        <w:rPr>
          <w:rFonts w:ascii="Gentium Plus" w:hAnsi="Gentium Plus"/>
          <w:b/>
          <w:sz w:val="24"/>
        </w:rPr>
        <w:t>Πρὸς τὰς τοῦ ὀσχέου καὶ τοῦ αἰδοίου διαθέσεις.</w:t>
      </w:r>
    </w:p>
    <w:p>
      <w:r>
        <w:rPr>
          <w:rFonts w:ascii="Courier New" w:hAnsi="Courier New"/>
          <w:color w:val="555555"/>
          <w:sz w:val="20"/>
        </w:rPr>
        <w:t>[4 . 102 . 1]</w:t>
      </w:r>
    </w:p>
    <w:p>
      <w:r>
        <w:rPr>
          <w:rFonts w:ascii="Gentium Plus" w:hAnsi="Gentium Plus"/>
          <w:sz w:val="24"/>
        </w:rPr>
        <w:t>Πρὸς τοὺς 〈τοῦ〉 ὀσχέου καὶ τοῦ αἰδοίου πόνους βουτύρῳ καὶ ῥητίνῃ ἴσοις χρῶ· ἢ λινόσπερμον μεθ’ ὕδατος ἑψήσας καὶ μίξας σμύρ‐</w:t>
      </w:r>
    </w:p>
    <w:p>
      <w:r>
        <w:rPr>
          <w:rFonts w:ascii="Courier New" w:hAnsi="Courier New"/>
          <w:color w:val="555555"/>
          <w:sz w:val="20"/>
        </w:rPr>
        <w:t>[4 . 102 . 2]</w:t>
      </w:r>
    </w:p>
    <w:p>
      <w:r>
        <w:rPr>
          <w:rFonts w:ascii="Gentium Plus" w:hAnsi="Gentium Plus"/>
          <w:sz w:val="24"/>
        </w:rPr>
        <w:t>νης ὅσον δέκατον μέρος καὶ ῥητίνης τὸ ἴσον κατάπλασσε. πρὸς δὲ τὸ αἰδοῖον οἰδοῦν ἀμπέλου φύλλα τριάκοντα, λιβανωτοῦ 𐅻 α, ψιμυθίου</w:t>
      </w:r>
    </w:p>
    <w:p>
      <w:r>
        <w:rPr>
          <w:rFonts w:ascii="Courier New" w:hAnsi="Courier New"/>
          <w:color w:val="555555"/>
          <w:sz w:val="20"/>
        </w:rPr>
        <w:t>[4 . 102 . 3]</w:t>
      </w:r>
    </w:p>
    <w:p>
      <w:r>
        <w:rPr>
          <w:rFonts w:ascii="Gentium Plus" w:hAnsi="Gentium Plus"/>
          <w:sz w:val="24"/>
        </w:rPr>
        <w:t>𐅻 ε τρίψας κατάπλασσε. χρῶ δὲ καὶ καταντλήσει θαλάσσῃ ψυχρᾷ καὶ</w:t>
      </w:r>
    </w:p>
    <w:p>
      <w:r>
        <w:rPr>
          <w:rFonts w:ascii="Courier New" w:hAnsi="Courier New"/>
          <w:color w:val="555555"/>
          <w:sz w:val="20"/>
        </w:rPr>
        <w:t>[4 . 102 . 4]</w:t>
      </w:r>
    </w:p>
    <w:p>
      <w:r>
        <w:rPr>
          <w:rFonts w:ascii="Gentium Plus" w:hAnsi="Gentium Plus"/>
          <w:sz w:val="24"/>
        </w:rPr>
        <w:t>ἀναπαύσει καὶ ἀναδέσει τοῦ καυλοῦ. ἐὰν δ’ ἀφ’ ἱδρώτων ἕλκη ἐν</w:t>
      </w:r>
    </w:p>
    <w:p>
      <w:r>
        <w:rPr>
          <w:rFonts w:ascii="Courier New" w:hAnsi="Courier New"/>
          <w:color w:val="555555"/>
          <w:sz w:val="20"/>
        </w:rPr>
        <w:t>[4 . 102 . 5]</w:t>
      </w:r>
    </w:p>
    <w:p>
      <w:r>
        <w:rPr>
          <w:rFonts w:ascii="Gentium Plus" w:hAnsi="Gentium Plus"/>
          <w:sz w:val="24"/>
        </w:rPr>
        <w:t>ὀσχέῳ γένηται, κηκῖδα λείαν ἢ στυπτηρίαν ἐπίπασσε. πρὸς δὲ τὰ ἐν αἰδοίοις φυόμενα θύμια ἐλατήριον ἐπίπασσε, ἀπίου σπέρματα τρίψας ἐπιτίθει ἢ μαινίδων 〈κε〉 κεφαλὰς τρίψας ἐπίπασσε καὶ τραγείᾳ χολῇ</w:t>
      </w:r>
    </w:p>
    <w:p>
      <w:r>
        <w:rPr>
          <w:rFonts w:ascii="Courier New" w:hAnsi="Courier New"/>
          <w:color w:val="555555"/>
          <w:sz w:val="20"/>
        </w:rPr>
        <w:t>[4 . 102 . 6]</w:t>
      </w:r>
    </w:p>
    <w:p>
      <w:r>
        <w:rPr>
          <w:rFonts w:ascii="Gentium Plus" w:hAnsi="Gentium Plus"/>
          <w:sz w:val="24"/>
        </w:rPr>
        <w:t>περίχριε. ῥαγάδας δὲ τὰς ἐν αἰδοίοις ὠφελεῖ ῥητίνη φρυκτὴ σὺν ῥοδίνῳ τριβεῖσα, 〈ἄχρις οὗ γλοιωθῇ, μιγνυμένης καὶ ὠοῦ λεκίθου ὀπτῆς, κισ‐ σοῦ φύλλων ξηρῶν κεκαυμένων ἡ τέφρα τριβεῖσα〉 σὺν ἐλαίῳ ἐν θυΐᾳ μολυβδίνῃ.</w:t>
      </w:r>
    </w:p>
    <w:p>
      <w:pPr>
        <w:jc w:val="center"/>
      </w:pPr>
      <w:r>
        <w:rPr>
          <w:rFonts w:ascii="Gentium Plus" w:hAnsi="Gentium Plus"/>
          <w:b/>
          <w:sz w:val="24"/>
        </w:rPr>
        <w:t>Πρὸς τὰς τῶν διδύμων φλεγμονάς.</w:t>
      </w:r>
    </w:p>
    <w:p>
      <w:r>
        <w:rPr>
          <w:rFonts w:ascii="Courier New" w:hAnsi="Courier New"/>
          <w:color w:val="555555"/>
          <w:sz w:val="20"/>
        </w:rPr>
        <w:t>[4 . 103 . 1]</w:t>
      </w:r>
    </w:p>
    <w:p>
      <w:r>
        <w:rPr>
          <w:rFonts w:ascii="Gentium Plus" w:hAnsi="Gentium Plus"/>
          <w:sz w:val="24"/>
        </w:rPr>
        <w:t>Σταφίδας ἐκγιγαρτισμένας καὶ κύμινον τρίψας ἐπιτίθει· ἢ ἄλευρον κρίθινον ἑψήσας ἐν μελικράτῳ ἢ ἀμπέλου φύλλα ἁπαλὰ μετ’ ἀλφίτου πάλης ἐπιτίθει, ἢ κύμινον τρίψας μετὰ βουτύρου καὶ ῥητίνης ἴσων</w:t>
      </w:r>
    </w:p>
    <w:p>
      <w:r>
        <w:rPr>
          <w:rFonts w:ascii="Courier New" w:hAnsi="Courier New"/>
          <w:color w:val="555555"/>
          <w:sz w:val="20"/>
        </w:rPr>
        <w:t>[4 . 103 . 2]</w:t>
      </w:r>
    </w:p>
    <w:p>
      <w:r>
        <w:rPr>
          <w:rFonts w:ascii="Gentium Plus" w:hAnsi="Gentium Plus"/>
          <w:sz w:val="24"/>
        </w:rPr>
        <w:t>τακέντων. πρὸς δὲ τοὺς διδύμους ἀφθῶντας γῇ Κιμωλίᾳ μεθ’ ὕδατος</w:t>
      </w:r>
    </w:p>
    <w:p>
      <w:r>
        <w:rPr>
          <w:rFonts w:ascii="Courier New" w:hAnsi="Courier New"/>
          <w:color w:val="555555"/>
          <w:sz w:val="20"/>
        </w:rPr>
        <w:t>[4 . 103 . 3]</w:t>
      </w:r>
    </w:p>
    <w:p>
      <w:r>
        <w:rPr>
          <w:rFonts w:ascii="Gentium Plus" w:hAnsi="Gentium Plus"/>
          <w:sz w:val="24"/>
        </w:rPr>
        <w:t>σίνην ξηρὰν λείαν καὶ σμυρνίου μικρὸν τρίψας κατάπλαττε. τὰς δ’ ἐκ‐ σαρκώσεις τὰς ἐπὶ τῶν διδύμων τέφρα κληματίνη σὺν νίτρῳ καὶ ὕδατι φυραθεῖσα ἰᾶται καταπλασσομένη.</w:t>
      </w:r>
    </w:p>
    <w:p>
      <w:pPr>
        <w:jc w:val="center"/>
      </w:pPr>
      <w:r>
        <w:rPr>
          <w:rFonts w:ascii="Gentium Plus" w:hAnsi="Gentium Plus"/>
          <w:b/>
          <w:sz w:val="24"/>
        </w:rPr>
        <w:t>Περὶ πριαπισμοῦ.</w:t>
      </w:r>
    </w:p>
    <w:p>
      <w:r>
        <w:rPr>
          <w:rFonts w:ascii="Courier New" w:hAnsi="Courier New"/>
          <w:color w:val="555555"/>
          <w:sz w:val="20"/>
        </w:rPr>
        <w:t>[4 . 104 . 1]</w:t>
      </w:r>
    </w:p>
    <w:p>
      <w:r>
        <w:rPr>
          <w:rFonts w:ascii="Gentium Plus" w:hAnsi="Gentium Plus"/>
          <w:sz w:val="24"/>
        </w:rPr>
        <w:t>Ὁ πριαπισμός ἐστιν αὔξησις αἰδοίου μόνιμος εἰς μῆκός τε καὶ κύκλον ὀγκουμένου χωρὶς ὁρμῆς τῆς εἰς ἀφροδίσια· φυσῶδες δ’ ἐστὶ πνεῦμα δηλονότι τὸ ἐξογκοῦν τὸ μόριον τικτόμενον ἐξ ὑγρῶν</w:t>
      </w:r>
    </w:p>
    <w:p>
      <w:r>
        <w:rPr>
          <w:rFonts w:ascii="Courier New" w:hAnsi="Courier New"/>
          <w:color w:val="555555"/>
          <w:sz w:val="20"/>
        </w:rPr>
        <w:t>[4 . 104 . 2]</w:t>
      </w:r>
    </w:p>
    <w:p>
      <w:r>
        <w:rPr>
          <w:rFonts w:ascii="Gentium Plus" w:hAnsi="Gentium Plus"/>
          <w:sz w:val="24"/>
        </w:rPr>
        <w:t>γλίσχρων καὶ παχέων ὑπὸ θερμότητος μετρίας. πρόδηλον οὖν ὡς οὐ δεῖ τὰ μόρια θερμαίνειν, ἀλλὰ ψύχειν ἐπιεικῶς τῇ ῥοδίνῃ κηρωτῇ [τῇ] μεθ’ ὕδατος ἀνακοπτομένῃ καὶ διὰ τοῦ χαμαιμήλου, τῷ τε αἰδοίῳ καὶ ταῖς ψόαις ἐπιτιθέντα· τὰ δ’ ἐν διαίτῃ καὶ φαρμάκοις προσάγειν τῆς</w:t>
      </w:r>
    </w:p>
    <w:p>
      <w:r>
        <w:rPr>
          <w:rFonts w:ascii="Courier New" w:hAnsi="Courier New"/>
          <w:color w:val="555555"/>
          <w:sz w:val="20"/>
        </w:rPr>
        <w:t>[5]</w:t>
      </w:r>
    </w:p>
    <w:p>
      <w:r>
        <w:rPr>
          <w:rFonts w:ascii="Gentium Plus" w:hAnsi="Gentium Plus"/>
          <w:sz w:val="24"/>
        </w:rPr>
        <w:t>λεπτυνούσης δυνάμεως ἄνευ τοῦ θερμαίνειν ἐπιφανῶς, προσάγειν δὲ καὶ τὰ φυσικῶς ἐνεργοῦντα διὰ τῆς πείρας εὑρημένα τήν τε νυμ‐ φαίαν πίνειν διδόναι καὶ τοῦ ἄγνου τὸ σπέρμα καὶ πήγανον χλωρὸν τοῖς ὄψοις μιγνύντα· τοῦτο δὲ κατ’ ἀρχὰς μὴ διδόναι (θερμαίνει γὰρ ἱκανῶς), ἀλλ’ ὕστερον μετὰ τὴν χρῆσιν τῶν ἄλλων λεπτυνόντων· κε‐</w:t>
      </w:r>
    </w:p>
    <w:p>
      <w:r>
        <w:rPr>
          <w:rFonts w:ascii="Courier New" w:hAnsi="Courier New"/>
          <w:color w:val="555555"/>
          <w:sz w:val="20"/>
        </w:rPr>
        <w:t>[10]</w:t>
      </w:r>
    </w:p>
    <w:p>
      <w:r>
        <w:rPr>
          <w:rFonts w:ascii="Gentium Plus" w:hAnsi="Gentium Plus"/>
          <w:sz w:val="24"/>
        </w:rPr>
        <w:t>νώσει δὲ χρώμενον δι’ ἐμέτων τοῦτο ποιεῖν· αἱ γὰρ διὰ τῆς κάτω γαστρὸς ῥευματίζουσι πολλάκις τὰ γειτνιῶντα μόρια.</w:t>
      </w:r>
    </w:p>
    <w:p>
      <w:pPr>
        <w:jc w:val="center"/>
      </w:pPr>
      <w:r>
        <w:rPr>
          <w:rFonts w:ascii="Gentium Plus" w:hAnsi="Gentium Plus"/>
          <w:b/>
          <w:sz w:val="24"/>
        </w:rPr>
        <w:t>Ὅσα τὰς εἰς συνουσίαν ὁρμὰς ἐπεγείρει καὶ ἐντάσεις ποιεῖ.</w:t>
      </w:r>
    </w:p>
    <w:p>
      <w:r>
        <w:rPr>
          <w:rFonts w:ascii="Courier New" w:hAnsi="Courier New"/>
          <w:color w:val="555555"/>
          <w:sz w:val="20"/>
        </w:rPr>
        <w:t>[4 . 105 . 1]</w:t>
      </w:r>
    </w:p>
    <w:p>
      <w:r>
        <w:rPr>
          <w:rFonts w:ascii="Gentium Plus" w:hAnsi="Gentium Plus"/>
          <w:sz w:val="24"/>
        </w:rPr>
        <w:t>Ἀκαλήφης καρπός, βολβός, γογγυλίδος σπέρμα, δαύκου ἡ ῥίζα καὶ μετρίως τὸ σπέρμα, ἡδύοσμος, κόστος παρορμᾷ μετ’ οἰνομέλιτος, σατύριον, εὔζωμον, ἐρέβινθοι, κύαμοι, πολύποδες, κῶνος, ὁρμίνου σπέρμα,</w:t>
      </w:r>
    </w:p>
    <w:p>
      <w:r>
        <w:rPr>
          <w:rFonts w:ascii="Courier New" w:hAnsi="Courier New"/>
          <w:color w:val="555555"/>
          <w:sz w:val="20"/>
        </w:rPr>
        <w:t>[4 . 105 . 2]</w:t>
      </w:r>
    </w:p>
    <w:p>
      <w:r>
        <w:rPr>
          <w:rFonts w:ascii="Gentium Plus" w:hAnsi="Gentium Plus"/>
          <w:sz w:val="24"/>
        </w:rPr>
        <w:t>ἄνησον, ἄρου ῥίζα ἑφθὴ ἐσθιομένη. τὰ περὶ τοὺς νεφροὺς τῶν σκίγ‐</w:t>
      </w:r>
    </w:p>
    <w:p>
      <w:r>
        <w:rPr>
          <w:rFonts w:ascii="Courier New" w:hAnsi="Courier New"/>
          <w:color w:val="555555"/>
          <w:sz w:val="20"/>
        </w:rPr>
        <w:t>[4 . 105 . 3]</w:t>
      </w:r>
    </w:p>
    <w:p>
      <w:r>
        <w:rPr>
          <w:rFonts w:ascii="Gentium Plus" w:hAnsi="Gentium Plus"/>
          <w:sz w:val="24"/>
        </w:rPr>
        <w:t>κων ὡς ἐντατικὰ τῶν αἰδοίων πίνεται. πέρδικος ὠὰ εἰς συνουσίαν</w:t>
      </w:r>
    </w:p>
    <w:p>
      <w:r>
        <w:rPr>
          <w:rFonts w:ascii="Courier New" w:hAnsi="Courier New"/>
          <w:color w:val="555555"/>
          <w:sz w:val="20"/>
        </w:rPr>
        <w:t>[4 . 105 . 4]</w:t>
      </w:r>
    </w:p>
    <w:p>
      <w:r>
        <w:rPr>
          <w:rFonts w:ascii="Gentium Plus" w:hAnsi="Gentium Plus"/>
          <w:sz w:val="24"/>
        </w:rPr>
        <w:t>διεγείρει. πράσου σπέρμα ἐν οἴνῳ ἀκράτῳ πινόμενον, ἀλώπεκος ὄρχεις ξηροὶ πινόμενοι πλῆθος κοχλιαρίου ἀβλαβῆ καὶ ἀδιάψευστον τὴν ἔν‐ τασιν ποιοῦνται.</w:t>
      </w:r>
    </w:p>
    <w:p>
      <w:pPr>
        <w:jc w:val="center"/>
      </w:pPr>
      <w:r>
        <w:rPr>
          <w:rFonts w:ascii="Gentium Plus" w:hAnsi="Gentium Plus"/>
          <w:b/>
          <w:sz w:val="24"/>
        </w:rPr>
        <w:t>Ὅσα ἐπέχει τὰς ἀφροδισίας ὁρμάς.</w:t>
      </w:r>
    </w:p>
    <w:p>
      <w:r>
        <w:rPr>
          <w:rFonts w:ascii="Courier New" w:hAnsi="Courier New"/>
          <w:color w:val="555555"/>
          <w:sz w:val="20"/>
        </w:rPr>
        <w:t>[4 . 106 . 1]</w:t>
      </w:r>
    </w:p>
    <w:p>
      <w:r>
        <w:rPr>
          <w:rFonts w:ascii="Gentium Plus" w:hAnsi="Gentium Plus"/>
          <w:sz w:val="24"/>
        </w:rPr>
        <w:t>Ἄγνου τὸ σπέρμα πεφρυγμένον καὶ ἄφρυκτον, καὶ τὰ φύλλα δὲ καὶ τὰ ἄνθη τὰς ἀφροδισίας ὁρμὰς ἐπέχειν πεπίστευται, οὐκ ἐσθιόμενα</w:t>
      </w:r>
    </w:p>
    <w:p>
      <w:r>
        <w:rPr>
          <w:rFonts w:ascii="Courier New" w:hAnsi="Courier New"/>
          <w:color w:val="555555"/>
          <w:sz w:val="20"/>
        </w:rPr>
        <w:t>[4 . 106 . 2]</w:t>
      </w:r>
    </w:p>
    <w:p>
      <w:r>
        <w:rPr>
          <w:rFonts w:ascii="Gentium Plus" w:hAnsi="Gentium Plus"/>
          <w:sz w:val="24"/>
        </w:rPr>
        <w:t>μόνον καὶ πινόμενα, ἀλλὰ καὶ ὑποστρωννύμενα. πήγανον ὁμοίως</w:t>
      </w:r>
    </w:p>
    <w:p>
      <w:r>
        <w:rPr>
          <w:rFonts w:ascii="Courier New" w:hAnsi="Courier New"/>
          <w:color w:val="555555"/>
          <w:sz w:val="20"/>
        </w:rPr>
        <w:t>[4 . 106 3,4]</w:t>
      </w:r>
    </w:p>
    <w:p>
      <w:r>
        <w:rPr>
          <w:rFonts w:ascii="Gentium Plus" w:hAnsi="Gentium Plus"/>
          <w:sz w:val="24"/>
        </w:rPr>
        <w:t>ἐπέχει. τὸ τῶν φακῶν ἀφέψημα παύειν φασὶ τὰς ἐντάσεις. ἀνδράχνη</w:t>
      </w:r>
    </w:p>
    <w:p>
      <w:r>
        <w:rPr>
          <w:rFonts w:ascii="Courier New" w:hAnsi="Courier New"/>
          <w:color w:val="555555"/>
          <w:sz w:val="20"/>
        </w:rPr>
        <w:t>[4 . 106 . 4 (2)]</w:t>
      </w:r>
    </w:p>
    <w:p>
      <w:r>
        <w:rPr>
          <w:rFonts w:ascii="Gentium Plus" w:hAnsi="Gentium Plus"/>
          <w:sz w:val="24"/>
        </w:rPr>
        <w:t>ἐσθιομένη, θρίδακος σπέρμα πινόμενον.</w:t>
      </w:r>
    </w:p>
    <w:p>
      <w:pPr>
        <w:jc w:val="center"/>
      </w:pPr>
      <w:r>
        <w:rPr>
          <w:rFonts w:ascii="Gentium Plus" w:hAnsi="Gentium Plus"/>
          <w:b/>
          <w:sz w:val="24"/>
        </w:rPr>
        <w:t>Πρὸς γονόρροιαν καὶ τοὺς ὀνειρωγμούς.</w:t>
      </w:r>
    </w:p>
    <w:p>
      <w:r>
        <w:rPr>
          <w:rFonts w:ascii="Courier New" w:hAnsi="Courier New"/>
          <w:color w:val="555555"/>
          <w:sz w:val="20"/>
        </w:rPr>
        <w:t>[4 . 107 . 1]</w:t>
      </w:r>
    </w:p>
    <w:p>
      <w:r>
        <w:rPr>
          <w:rFonts w:ascii="Gentium Plus" w:hAnsi="Gentium Plus"/>
          <w:sz w:val="24"/>
        </w:rPr>
        <w:t>Θρίδακος σπέρμα πινόμενον ἐπέχει γονορροίας· ὅθεν καὶ τοῖς</w:t>
      </w:r>
    </w:p>
    <w:p>
      <w:r>
        <w:rPr>
          <w:rFonts w:ascii="Courier New" w:hAnsi="Courier New"/>
          <w:color w:val="555555"/>
          <w:sz w:val="20"/>
        </w:rPr>
        <w:t>[4 . 107 . 2]</w:t>
      </w:r>
    </w:p>
    <w:p>
      <w:r>
        <w:rPr>
          <w:rFonts w:ascii="Gentium Plus" w:hAnsi="Gentium Plus"/>
          <w:sz w:val="24"/>
        </w:rPr>
        <w:t>ὀνειρώττουσι δίδοται. οὕτω δὲ καὶ τῆς ἀγρίας καννάβεως ὁ καρπός, εἰ</w:t>
      </w:r>
    </w:p>
    <w:p>
      <w:r>
        <w:rPr>
          <w:rFonts w:ascii="Courier New" w:hAnsi="Courier New"/>
          <w:color w:val="555555"/>
          <w:sz w:val="20"/>
        </w:rPr>
        <w:t>[4 . 107 . 3]</w:t>
      </w:r>
    </w:p>
    <w:p>
      <w:r>
        <w:rPr>
          <w:rFonts w:ascii="Gentium Plus" w:hAnsi="Gentium Plus"/>
          <w:sz w:val="24"/>
        </w:rPr>
        <w:t>πλείω ποθείη, ξηραίνει τὴν γονήν. μολύβδου πλάτυσμα ταῖς ψόαις</w:t>
      </w:r>
    </w:p>
    <w:p>
      <w:r>
        <w:rPr>
          <w:rFonts w:ascii="Courier New" w:hAnsi="Courier New"/>
          <w:color w:val="555555"/>
          <w:sz w:val="20"/>
        </w:rPr>
        <w:t>[4 . 107 . 4]</w:t>
      </w:r>
    </w:p>
    <w:p>
      <w:r>
        <w:rPr>
          <w:rFonts w:ascii="Gentium Plus" w:hAnsi="Gentium Plus"/>
          <w:sz w:val="24"/>
        </w:rPr>
        <w:t>ὑποτιθέμενον τοὺς ὀνειρώττοντας ὀνίνησιν. νυμφαίας ἡ ῥίζα καὶ τὸ σπέρμα ἐπέχει σπέρμα κατὰ τοὺς ὀνειρωγμούς, καὶ ἄλλως ἀμετρώτερον φερόμενον ἐν οἴνῳ μέλανι αὐστηρῷ πινόμενον· ἀνήθου σπέρμα.</w:t>
      </w:r>
    </w:p>
    <w:p>
      <w:pPr>
        <w:jc w:val="center"/>
      </w:pPr>
      <w:r>
        <w:rPr>
          <w:rFonts w:ascii="Gentium Plus" w:hAnsi="Gentium Plus"/>
          <w:b/>
          <w:sz w:val="24"/>
        </w:rPr>
        <w:t>Πρὸς ἐνουροῦντας.</w:t>
      </w:r>
    </w:p>
    <w:p>
      <w:r>
        <w:rPr>
          <w:rFonts w:ascii="Courier New" w:hAnsi="Courier New"/>
          <w:color w:val="555555"/>
          <w:sz w:val="20"/>
        </w:rPr>
        <w:t>[4 . 108 . 1]</w:t>
      </w:r>
    </w:p>
    <w:p>
      <w:r>
        <w:rPr>
          <w:rFonts w:ascii="Gentium Plus" w:hAnsi="Gentium Plus"/>
          <w:sz w:val="24"/>
        </w:rPr>
        <w:t>Κύστιν αἰγείαν ἢ προβάτου κεκαυμένην πότιζε δι’ ὀξυκράτου·</w:t>
      </w:r>
    </w:p>
    <w:p>
      <w:r>
        <w:rPr>
          <w:rFonts w:ascii="Courier New" w:hAnsi="Courier New"/>
          <w:color w:val="555555"/>
          <w:sz w:val="20"/>
        </w:rPr>
        <w:t>[4 . 108 . 2]</w:t>
      </w:r>
    </w:p>
    <w:p>
      <w:r>
        <w:rPr>
          <w:rFonts w:ascii="Gentium Plus" w:hAnsi="Gentium Plus"/>
          <w:sz w:val="24"/>
        </w:rPr>
        <w:t>ἑσπέρας διψῶντας κοιμᾶσθαι. ποιεῖ δὲ καὶ ἀετοῦ ἐγκέφαλος, ὅσον ἐρέβινθος μετὰ χηνείου στέατος ἴσου, κόμμεως τοῦ αὐτοῦ, καταπινό‐</w:t>
      </w:r>
    </w:p>
    <w:p>
      <w:r>
        <w:rPr>
          <w:rFonts w:ascii="Courier New" w:hAnsi="Courier New"/>
          <w:color w:val="555555"/>
          <w:sz w:val="20"/>
        </w:rPr>
        <w:t>[4 . 108 . 3]</w:t>
      </w:r>
    </w:p>
    <w:p>
      <w:r>
        <w:rPr>
          <w:rFonts w:ascii="Gentium Plus" w:hAnsi="Gentium Plus"/>
          <w:sz w:val="24"/>
        </w:rPr>
        <w:t>μενα ἢ συμφυραθέντα ἀλφίτῳ καὶ ἐσθιόμενα. λαγωοῦ ὄρχιν ἐπιζέσας</w:t>
      </w:r>
    </w:p>
    <w:p>
      <w:r>
        <w:rPr>
          <w:rFonts w:ascii="Courier New" w:hAnsi="Courier New"/>
          <w:color w:val="555555"/>
          <w:sz w:val="20"/>
        </w:rPr>
        <w:t>[4 . 108 . 4]</w:t>
      </w:r>
    </w:p>
    <w:p>
      <w:r>
        <w:rPr>
          <w:rFonts w:ascii="Gentium Plus" w:hAnsi="Gentium Plus"/>
          <w:sz w:val="24"/>
        </w:rPr>
        <w:t>εἰς οἶνον εὐώδη δὸς πιεῖν, καὶ ἀπαλλάσσεται. καλαμίνθην καὶ σμύρναν</w:t>
      </w:r>
    </w:p>
    <w:p>
      <w:r>
        <w:rPr>
          <w:rFonts w:ascii="Courier New" w:hAnsi="Courier New"/>
          <w:color w:val="555555"/>
          <w:sz w:val="20"/>
        </w:rPr>
        <w:t>[4 . 108 . 5]</w:t>
      </w:r>
    </w:p>
    <w:p>
      <w:r>
        <w:rPr>
          <w:rFonts w:ascii="Gentium Plus" w:hAnsi="Gentium Plus"/>
          <w:sz w:val="24"/>
        </w:rPr>
        <w:t>ἐν οἴνῳ δὸς πιεῖν πρὸ τοῦ δείπνου. καταχριέσθω δὲ καὶ τὸ αἰδοῖον κιμωλίᾳ μετὰ περδικίου χυλοῦ.</w:t>
      </w:r>
    </w:p>
    <w:p>
      <w:pPr>
        <w:jc w:val="center"/>
      </w:pPr>
      <w:r>
        <w:rPr>
          <w:rFonts w:ascii="Gentium Plus" w:hAnsi="Gentium Plus"/>
          <w:b/>
          <w:sz w:val="24"/>
        </w:rPr>
        <w:t>Πρὸς τὰς τῆς ὑστέρας διαθέσεις.</w:t>
      </w:r>
    </w:p>
    <w:p>
      <w:r>
        <w:rPr>
          <w:rFonts w:ascii="Courier New" w:hAnsi="Courier New"/>
          <w:color w:val="555555"/>
          <w:sz w:val="20"/>
        </w:rPr>
        <w:t>[4 . 109 . 1]</w:t>
      </w:r>
    </w:p>
    <w:p>
      <w:r>
        <w:rPr>
          <w:rFonts w:ascii="Gentium Plus" w:hAnsi="Gentium Plus"/>
          <w:sz w:val="24"/>
        </w:rPr>
        <w:t>Πρὸς τοὺς τῆς ὑστέρας πνιγμοὺς ἁρμόζει πινόμενον ἀγαρικοῦ 𐅻 α ἐν οἴνῳ, ἀρνογλώσσου καρπὸς καὶ ὁ χυλὸς σὺν οἴνῳ, ὄνυξ ὁ ἐκ</w:t>
      </w:r>
    </w:p>
    <w:p>
      <w:r>
        <w:rPr>
          <w:rFonts w:ascii="Courier New" w:hAnsi="Courier New"/>
          <w:color w:val="555555"/>
          <w:sz w:val="20"/>
        </w:rPr>
        <w:t>[4 . 109 . 2]</w:t>
      </w:r>
    </w:p>
    <w:p>
      <w:r>
        <w:rPr>
          <w:rFonts w:ascii="Gentium Plus" w:hAnsi="Gentium Plus"/>
          <w:sz w:val="24"/>
        </w:rPr>
        <w:t>κογχύλης πινόμενος, ὄξος σκιλλιτικὸν καταρροφούμενον. ὀσφραινόμενον δὲ διεγείρει τὰς πνιγομένας ἄσφαλτος, καστόριον, χαλβάνη, πίσσα ὑγρά, κεδρέα, ἐλλύχνια ἁπτόμενα καὶ ἀποσβεννύμενα, τρίχες καεῖσαι,</w:t>
      </w:r>
    </w:p>
    <w:p>
      <w:r>
        <w:rPr>
          <w:rFonts w:ascii="Courier New" w:hAnsi="Courier New"/>
          <w:color w:val="555555"/>
          <w:sz w:val="20"/>
        </w:rPr>
        <w:t>[4 . 109 . 3]</w:t>
      </w:r>
    </w:p>
    <w:p>
      <w:r>
        <w:rPr>
          <w:rFonts w:ascii="Gentium Plus" w:hAnsi="Gentium Plus"/>
          <w:sz w:val="24"/>
        </w:rPr>
        <w:t>πήγανον, σίλφιον, κρόμμυον, σκόροδον. ὑποθυμιᾶται δὲ πρὸς τὰ αὐτὰ γαγάτης λίθος, ὄνυξ ὁ ἀπὸ τῶν πορφυρῶν, ἄσφαλτος, καστόριον,</w:t>
      </w:r>
    </w:p>
    <w:p>
      <w:r>
        <w:rPr>
          <w:rFonts w:ascii="Courier New" w:hAnsi="Courier New"/>
          <w:color w:val="555555"/>
          <w:sz w:val="20"/>
        </w:rPr>
        <w:t>[4 . 109 . 4]</w:t>
      </w:r>
    </w:p>
    <w:p>
      <w:r>
        <w:rPr>
          <w:rFonts w:ascii="Gentium Plus" w:hAnsi="Gentium Plus"/>
          <w:sz w:val="24"/>
        </w:rPr>
        <w:t>χαλβάνη, σίλφιον, κέρας ἐλάφου. προστίθεται δὲ κατὰ τοῦ δακτυλίου πήγανον σὺν μέλιτι ἐρίῳ ἀναληφθέν.</w:t>
      </w:r>
    </w:p>
    <w:p>
      <w:pPr>
        <w:jc w:val="center"/>
      </w:pPr>
      <w:r>
        <w:rPr>
          <w:rFonts w:ascii="Gentium Plus" w:hAnsi="Gentium Plus"/>
          <w:b/>
          <w:sz w:val="24"/>
        </w:rPr>
        <w:t>Περὶ ἐμμήνων κινήσεως.</w:t>
      </w:r>
    </w:p>
    <w:p>
      <w:r>
        <w:rPr>
          <w:rFonts w:ascii="Courier New" w:hAnsi="Courier New"/>
          <w:color w:val="555555"/>
          <w:sz w:val="20"/>
        </w:rPr>
        <w:t>[4 . 110 . 1]</w:t>
      </w:r>
    </w:p>
    <w:p>
      <w:r>
        <w:rPr>
          <w:rFonts w:ascii="Gentium Plus" w:hAnsi="Gentium Plus"/>
          <w:sz w:val="24"/>
        </w:rPr>
        <w:t>Προτρέψαι βουλόμενος τὰ καταμήνια, πρὸ ἡμερῶν τριῶν ἢ τεσσάρων τῆς προθεσμίας τῆς κινήσεως φλέβα τεμὼν ἢ ἀποσχάζων κένου τοῦ αἵματος βραχὺ θατέρου τῶν ποδῶν, καὶ μετὰ μίαν ἡμέραν ἀπὸ τοῦ ἑτέρου πάλιν κένωσον ὁμοίως, λεπτυνούσῃ διαίτῃ χρώμενος, νῦν τε</w:t>
      </w:r>
    </w:p>
    <w:p>
      <w:r>
        <w:rPr>
          <w:rFonts w:ascii="Courier New" w:hAnsi="Courier New"/>
          <w:color w:val="555555"/>
          <w:sz w:val="20"/>
        </w:rPr>
        <w:t>[4 . 110 . 2]</w:t>
      </w:r>
    </w:p>
    <w:p>
      <w:r>
        <w:rPr>
          <w:rFonts w:ascii="Gentium Plus" w:hAnsi="Gentium Plus"/>
          <w:sz w:val="24"/>
        </w:rPr>
        <w:t>καὶ πρὸ πέντε ἢ ἓξ ἡμερῶν τῆς θεραπείας ἀρχόμενος. μετὰ δὲ τὴν ἀπὸ τοῦ σφυροῦ κένωσιν δίδου καστόριον μετὰ γλήχωνος ἢ καλαμίν‐</w:t>
      </w:r>
    </w:p>
    <w:p>
      <w:r>
        <w:rPr>
          <w:rFonts w:ascii="Courier New" w:hAnsi="Courier New"/>
          <w:color w:val="555555"/>
          <w:sz w:val="20"/>
        </w:rPr>
        <w:t>[4 . 110 . 3]</w:t>
      </w:r>
    </w:p>
    <w:p>
      <w:r>
        <w:rPr>
          <w:rFonts w:ascii="Gentium Plus" w:hAnsi="Gentium Plus"/>
          <w:sz w:val="24"/>
        </w:rPr>
        <w:t>θης· κινεῖ γὰρ ἄκρως. προτρέπει δὲ καταμήνια καλῶς καὶ γλήχων καὶ</w:t>
      </w:r>
    </w:p>
    <w:p>
      <w:r>
        <w:rPr>
          <w:rFonts w:ascii="Courier New" w:hAnsi="Courier New"/>
          <w:color w:val="555555"/>
          <w:sz w:val="20"/>
        </w:rPr>
        <w:t>[4 . 110 . 4]</w:t>
      </w:r>
    </w:p>
    <w:p>
      <w:r>
        <w:rPr>
          <w:rFonts w:ascii="Gentium Plus" w:hAnsi="Gentium Plus"/>
          <w:sz w:val="24"/>
        </w:rPr>
        <w:t>γενόμενα, τῷ μελικράτῳ καταπασσόμενα. προστιθεμένη δὲ καλαμίνθη</w:t>
      </w:r>
    </w:p>
    <w:p>
      <w:r>
        <w:rPr>
          <w:rFonts w:ascii="Courier New" w:hAnsi="Courier New"/>
          <w:color w:val="555555"/>
          <w:sz w:val="20"/>
        </w:rPr>
        <w:t>[4 . 110 . 5]</w:t>
      </w:r>
    </w:p>
    <w:p>
      <w:r>
        <w:rPr>
          <w:rFonts w:ascii="Gentium Plus" w:hAnsi="Gentium Plus"/>
          <w:sz w:val="24"/>
        </w:rPr>
        <w:t>δραστικῶς ἐνεργεῖ. ταύτης δὲ τῆς πόσεως καιρός ἐστιν ἐπιτήδειος μετὰ</w:t>
      </w:r>
    </w:p>
    <w:p>
      <w:r>
        <w:rPr>
          <w:rFonts w:ascii="Courier New" w:hAnsi="Courier New"/>
          <w:color w:val="555555"/>
          <w:sz w:val="20"/>
        </w:rPr>
        <w:t>[4 . 110 . 6]</w:t>
      </w:r>
    </w:p>
    <w:p>
      <w:r>
        <w:rPr>
          <w:rFonts w:ascii="Gentium Plus" w:hAnsi="Gentium Plus"/>
          <w:sz w:val="24"/>
        </w:rPr>
        <w:t>τὸ λουτρὸν ἀπομασσομέναις ἔτι. δραστικώτερα δὲ καὶ εὐτονώτερα τού‐</w:t>
      </w:r>
    </w:p>
    <w:p>
      <w:r>
        <w:rPr>
          <w:rFonts w:ascii="Courier New" w:hAnsi="Courier New"/>
          <w:color w:val="555555"/>
          <w:sz w:val="20"/>
        </w:rPr>
        <w:t>[4 . 110 . 7]</w:t>
      </w:r>
    </w:p>
    <w:p>
      <w:r>
        <w:rPr>
          <w:rFonts w:ascii="Gentium Plus" w:hAnsi="Gentium Plus"/>
          <w:sz w:val="24"/>
        </w:rPr>
        <w:t>των ἐστὶ τό τε δίκταμνον καὶ τὸ βράθυ παραπλησίως διδόμενα. χρη‐ σίμως δὲ δίδοται κατὰ τὸν καιρὸν τοῦτον καὶ ἡ πικρά, τῆς μὲν ἀλόης</w:t>
      </w:r>
    </w:p>
    <w:p>
      <w:r>
        <w:rPr>
          <w:rFonts w:ascii="Courier New" w:hAnsi="Courier New"/>
          <w:color w:val="555555"/>
          <w:sz w:val="20"/>
        </w:rPr>
        <w:t>[4 . 110 . 8]</w:t>
      </w:r>
    </w:p>
    <w:p>
      <w:r>
        <w:rPr>
          <w:rFonts w:ascii="Gentium Plus" w:hAnsi="Gentium Plus"/>
          <w:sz w:val="24"/>
        </w:rPr>
        <w:t>𐅻 ρ, τῶν δ’ ἄλλων ἀνὰ 𐅻 ϛ. κινεῖ καὶ ἀμπελόπρασον, ὅταν ὑπὸ ψυχροῦ καὶ παχέος ἴσχηται χυμοῦ, ἐρέβινθοι, θέρμων πικρῶν ἀφέψημα σὺν μυρσίνῃ καὶ μέλιτι προστιθέμενον καὶ τὸ ἄλευρον καταπλασσό‐</w:t>
      </w:r>
    </w:p>
    <w:p>
      <w:r>
        <w:rPr>
          <w:rFonts w:ascii="Courier New" w:hAnsi="Courier New"/>
          <w:color w:val="555555"/>
          <w:sz w:val="20"/>
        </w:rPr>
        <w:t>[4 . 110 . 9]</w:t>
      </w:r>
    </w:p>
    <w:p>
      <w:r>
        <w:rPr>
          <w:rFonts w:ascii="Gentium Plus" w:hAnsi="Gentium Plus"/>
          <w:sz w:val="24"/>
        </w:rPr>
        <w:t>μενον, θύμα, καππάρεως τῆς ῥίζης ὁ φλοιός, κασία, ὅταν ὑπὸ πλήθους τε ἅμα καὶ πάχους τῶν περιττωμάτων ἐπέχηται, κενταυρίου τοῦ μεγά‐ λου ἡ ῥίζα, κενταυρίου μικροῦ ὁ χυλὸς προστιθέμενος, μάραθρον, μελάν‐</w:t>
      </w:r>
    </w:p>
    <w:p>
      <w:r>
        <w:rPr>
          <w:rFonts w:ascii="Courier New" w:hAnsi="Courier New"/>
          <w:color w:val="555555"/>
          <w:sz w:val="20"/>
        </w:rPr>
        <w:t>[4 . 110 . 10]</w:t>
      </w:r>
    </w:p>
    <w:p>
      <w:r>
        <w:rPr>
          <w:rFonts w:ascii="Gentium Plus" w:hAnsi="Gentium Plus"/>
          <w:sz w:val="24"/>
        </w:rPr>
        <w:t>θιον, ὅταν διὰ γλισχρότητα καὶ πάχος χυμῶν ἐπέχηται, πετροσέλινον, πράσον, σέλινον, σκόροδον, σμύρνιον, στύραξ πινόμενος καὶ προστι‐</w:t>
      </w:r>
    </w:p>
    <w:p>
      <w:r>
        <w:rPr>
          <w:rFonts w:ascii="Courier New" w:hAnsi="Courier New"/>
          <w:color w:val="555555"/>
          <w:sz w:val="20"/>
        </w:rPr>
        <w:t>[4 . 110 . 11]</w:t>
      </w:r>
    </w:p>
    <w:p>
      <w:r>
        <w:rPr>
          <w:rFonts w:ascii="Gentium Plus" w:hAnsi="Gentium Plus"/>
          <w:sz w:val="24"/>
        </w:rPr>
        <w:t>θέμενος, ῥάφανος ἐσθιομένη, ἀδίαντον, ἄμωμον. ἐγκαθίσματα δ’ ἄγει ἀφεψόμενα μεθ’ ὕδατος ἀκτῆς τὰ φύλλα, ἀρτεμισία, δίκταμνον, δάφνη,</w:t>
      </w:r>
    </w:p>
    <w:p>
      <w:r>
        <w:rPr>
          <w:rFonts w:ascii="Courier New" w:hAnsi="Courier New"/>
          <w:color w:val="555555"/>
          <w:sz w:val="20"/>
        </w:rPr>
        <w:t>[4 . 110 . 12]</w:t>
      </w:r>
    </w:p>
    <w:p>
      <w:r>
        <w:rPr>
          <w:rFonts w:ascii="Gentium Plus" w:hAnsi="Gentium Plus"/>
          <w:sz w:val="24"/>
        </w:rPr>
        <w:t>κόνυζα. καταπλάσσεται δὲ πρὸς λόχια καὶ ἔμμηνα κινεῖ ἀρτεμισία</w:t>
      </w:r>
    </w:p>
    <w:p>
      <w:r>
        <w:rPr>
          <w:rFonts w:ascii="Courier New" w:hAnsi="Courier New"/>
          <w:color w:val="555555"/>
          <w:sz w:val="20"/>
        </w:rPr>
        <w:t>[4 . 110 . 13]</w:t>
      </w:r>
    </w:p>
    <w:p>
      <w:r>
        <w:rPr>
          <w:rFonts w:ascii="Gentium Plus" w:hAnsi="Gentium Plus"/>
          <w:sz w:val="24"/>
        </w:rPr>
        <w:t>πολλὴ κατὰ τῶν ὑποχονδρίων. ἐπιτεταμένως δ’ ἄγει, ὥστε καὶ ἔμβρυα ἐκβάλλειν, αἴρινον ἄλευρον πράσου χυλῷ φυραθέν, κυκλαμίνου χυλὸς σὺν ἐλατηρίῳ καὶ αἰρίνῳ ἀλεύρῳ, μυελὸς ἐλάφειος, χαλβάνη, ἀμμω‐ νιακὸν καὶ ἔλαιον ἴσα· ὀποπάνακος ὀβολοῦ κολλύριον ποιήσας ὑπόθες.</w:t>
      </w:r>
    </w:p>
    <w:p>
      <w:r>
        <w:rPr>
          <w:rFonts w:ascii="Courier New" w:hAnsi="Courier New"/>
          <w:color w:val="555555"/>
          <w:sz w:val="20"/>
        </w:rPr>
        <w:t>[4 . 110 . 14]</w:t>
      </w:r>
    </w:p>
    <w:p>
      <w:r>
        <w:rPr>
          <w:rFonts w:ascii="Gentium Plus" w:hAnsi="Gentium Plus"/>
          <w:sz w:val="24"/>
        </w:rPr>
        <w:t>ἀκίνδυνόν ἐστι καὶ πεπειραμένον· ἐκβάλλει δὲ μηνῶν τριῶν ἢ τεσσάρων.</w:t>
      </w:r>
    </w:p>
    <w:p>
      <w:r>
        <w:rPr>
          <w:rFonts w:ascii="Courier New" w:hAnsi="Courier New"/>
          <w:color w:val="555555"/>
          <w:sz w:val="20"/>
        </w:rPr>
        <w:t>[4 . 110 . 15]</w:t>
      </w:r>
    </w:p>
    <w:p>
      <w:r>
        <w:rPr>
          <w:rFonts w:ascii="Gentium Plus" w:hAnsi="Gentium Plus"/>
          <w:sz w:val="24"/>
        </w:rPr>
        <w:t>—Ἐκβόλια· βράθυ καὶ τὰ ζῶντα τῶν ἐμβρύων διαφθείρει καὶ τὰ</w:t>
      </w:r>
    </w:p>
    <w:p>
      <w:r>
        <w:rPr>
          <w:rFonts w:ascii="Courier New" w:hAnsi="Courier New"/>
          <w:color w:val="555555"/>
          <w:sz w:val="20"/>
        </w:rPr>
        <w:t>[4 . 110 . 16]</w:t>
      </w:r>
    </w:p>
    <w:p>
      <w:r>
        <w:rPr>
          <w:rFonts w:ascii="Gentium Plus" w:hAnsi="Gentium Plus"/>
          <w:sz w:val="24"/>
        </w:rPr>
        <w:t>νεκρὰ ἐκβάλλει. καὶ τοῦ μεγάλου κενταυρίου ἡ ῥίζα τὰ αὐτὰ δρᾷ, καὶ καλαμίνθης ὁ χυλὸς πινόμενός τε καὶ προστιθέμενος, σμύρνα καὶ κεδρέα</w:t>
      </w:r>
    </w:p>
    <w:p>
      <w:r>
        <w:rPr>
          <w:rFonts w:ascii="Courier New" w:hAnsi="Courier New"/>
          <w:color w:val="555555"/>
          <w:sz w:val="20"/>
        </w:rPr>
        <w:t>[4 . 110 . 17]</w:t>
      </w:r>
    </w:p>
    <w:p>
      <w:r>
        <w:rPr>
          <w:rFonts w:ascii="Gentium Plus" w:hAnsi="Gentium Plus"/>
          <w:sz w:val="24"/>
        </w:rPr>
        <w:t>προστιθεμένη· καὶ αὐτὸ δὲ τὸ κατὰ τὰς συνουσίας σπέρμα περιαλειφό‐ μενον τῷ αἰδοίῳ (καὶ διὰ τοῦτο ἀτόκιόν ἐστι φάρμακον) οὕτω χρω‐</w:t>
      </w:r>
    </w:p>
    <w:p>
      <w:r>
        <w:rPr>
          <w:rFonts w:ascii="Courier New" w:hAnsi="Courier New"/>
          <w:color w:val="555555"/>
          <w:sz w:val="20"/>
        </w:rPr>
        <w:t>[4 . 110 . 18]</w:t>
      </w:r>
    </w:p>
    <w:p>
      <w:r>
        <w:rPr>
          <w:rFonts w:ascii="Gentium Plus" w:hAnsi="Gentium Plus"/>
          <w:sz w:val="24"/>
        </w:rPr>
        <w:t>μένοις οὐδενὸς δεύτερον. θέρμων πικρῶν τὸ ἀφέψημα σὺν μυρσίνῃ καὶ μέλιτι προστιθέμενον καὶ τὸ ἄλευρον αὐτῶν καταπλασσόμενον ἐκ‐</w:t>
      </w:r>
    </w:p>
    <w:p>
      <w:r>
        <w:rPr>
          <w:rFonts w:ascii="Courier New" w:hAnsi="Courier New"/>
          <w:color w:val="555555"/>
          <w:sz w:val="20"/>
        </w:rPr>
        <w:t>[4 . 110 . 19]</w:t>
      </w:r>
    </w:p>
    <w:p>
      <w:r>
        <w:rPr>
          <w:rFonts w:ascii="Gentium Plus" w:hAnsi="Gentium Plus"/>
          <w:sz w:val="24"/>
        </w:rPr>
        <w:t>βάλλει. κενταυρίου τοῦ μικροῦ ὁ χυλὸς προστιθέμενος ἐκβάλλει, κυκλα‐ μίνου ὁ χυλὸς χριόμενος κατὰ τοῦ ὑπογαστρίου· καὶ γὰρ φθόριόν</w:t>
      </w:r>
    </w:p>
    <w:p>
      <w:r>
        <w:rPr>
          <w:rFonts w:ascii="Courier New" w:hAnsi="Courier New"/>
          <w:color w:val="555555"/>
          <w:sz w:val="20"/>
        </w:rPr>
        <w:t>[4 . 110 . 20]</w:t>
      </w:r>
    </w:p>
    <w:p>
      <w:r>
        <w:rPr>
          <w:rFonts w:ascii="Gentium Plus" w:hAnsi="Gentium Plus"/>
          <w:sz w:val="24"/>
        </w:rPr>
        <w:t>ἐστιν ἰσχυρὸν ἐν πεσσῷ σὺν μέλιτι προστιθέμενον. ἐλατήριον τὰ κυού‐</w:t>
      </w:r>
    </w:p>
    <w:p>
      <w:r>
        <w:rPr>
          <w:rFonts w:ascii="Courier New" w:hAnsi="Courier New"/>
          <w:color w:val="555555"/>
          <w:sz w:val="20"/>
        </w:rPr>
        <w:t>[4 . 110 . 21]</w:t>
      </w:r>
    </w:p>
    <w:p>
      <w:r>
        <w:rPr>
          <w:rFonts w:ascii="Gentium Plus" w:hAnsi="Gentium Plus"/>
          <w:sz w:val="24"/>
        </w:rPr>
        <w:t>μενα φθείρει προστιθέμενον. καστορίου μετὰ γλήχους ἢ καλαμίνθης</w:t>
      </w:r>
    </w:p>
    <w:p>
      <w:r>
        <w:rPr>
          <w:rFonts w:ascii="Courier New" w:hAnsi="Courier New"/>
          <w:color w:val="555555"/>
          <w:sz w:val="20"/>
        </w:rPr>
        <w:t>[4 . 110 . 22]</w:t>
      </w:r>
    </w:p>
    <w:p>
      <w:r>
        <w:rPr>
          <w:rFonts w:ascii="Gentium Plus" w:hAnsi="Gentium Plus"/>
          <w:sz w:val="24"/>
        </w:rPr>
        <w:t>ἐπειράθην ἐκβαλόντος ἀεὶ χόρια κατεσχημένα. κράμβης χυλὸς μετ’</w:t>
      </w:r>
    </w:p>
    <w:p>
      <w:pPr>
        <w:jc w:val="center"/>
      </w:pPr>
      <w:r>
        <w:rPr>
          <w:rFonts w:ascii="Gentium Plus" w:hAnsi="Gentium Plus"/>
          <w:b/>
          <w:sz w:val="24"/>
        </w:rPr>
        <w:t>Περὶ ῥοῦ γυναικείου.</w:t>
      </w:r>
    </w:p>
    <w:p>
      <w:r>
        <w:rPr>
          <w:rFonts w:ascii="Courier New" w:hAnsi="Courier New"/>
          <w:color w:val="555555"/>
          <w:sz w:val="20"/>
        </w:rPr>
        <w:t>[4 . 111 . 1]</w:t>
      </w:r>
    </w:p>
    <w:p>
      <w:r>
        <w:rPr>
          <w:rFonts w:ascii="Gentium Plus" w:hAnsi="Gentium Plus"/>
          <w:sz w:val="24"/>
        </w:rPr>
        <w:t>Οὐκ ἴδιον πάθος ἐστὶ τῆς μήτρας ὁ καλούμενος γυναικεῖος ῥοῦς,</w:t>
      </w:r>
    </w:p>
    <w:p>
      <w:r>
        <w:rPr>
          <w:rFonts w:ascii="Courier New" w:hAnsi="Courier New"/>
          <w:color w:val="555555"/>
          <w:sz w:val="20"/>
        </w:rPr>
        <w:t>[4 . 111 . 2]</w:t>
      </w:r>
    </w:p>
    <w:p>
      <w:r>
        <w:rPr>
          <w:rFonts w:ascii="Gentium Plus" w:hAnsi="Gentium Plus"/>
          <w:sz w:val="24"/>
        </w:rPr>
        <w:t>ἀλλ’ ἐκ τοῦ παντὸς σώματος ἡ κένωσις δι’ αὐτῆς γίνεται. συμβαίνει δὲ τοῦτο ἐπὶ τῶν ἁπαλοσάρκων καὶ φλεγματωδεστέρων ὡς ἐπὶ πολύ.</w:t>
      </w:r>
    </w:p>
    <w:p>
      <w:r>
        <w:rPr>
          <w:rFonts w:ascii="Courier New" w:hAnsi="Courier New"/>
          <w:color w:val="555555"/>
          <w:sz w:val="20"/>
        </w:rPr>
        <w:t>[4 . 111 . 3]</w:t>
      </w:r>
    </w:p>
    <w:p>
      <w:r>
        <w:rPr>
          <w:rFonts w:ascii="Gentium Plus" w:hAnsi="Gentium Plus"/>
          <w:sz w:val="24"/>
        </w:rPr>
        <w:t>κενοῦται δὲ λευκὸν ἀπὸ φλέγματος, ὠχρὸν δ’ ἐνίοτε τῆς πικρᾶς χολῆς</w:t>
      </w:r>
    </w:p>
    <w:p>
      <w:r>
        <w:rPr>
          <w:rFonts w:ascii="Courier New" w:hAnsi="Courier New"/>
          <w:color w:val="555555"/>
          <w:sz w:val="20"/>
        </w:rPr>
        <w:t>[4 . 111 . 4]</w:t>
      </w:r>
    </w:p>
    <w:p>
      <w:r>
        <w:rPr>
          <w:rFonts w:ascii="Gentium Plus" w:hAnsi="Gentium Plus"/>
          <w:sz w:val="24"/>
        </w:rPr>
        <w:t>πλεοναζούσης, καὶ ὑδατῶδες ἐνίοτε. διὸ καὶ πολλάκις ἤρκεσεν εἰς ἴασιν</w:t>
      </w:r>
    </w:p>
    <w:p>
      <w:r>
        <w:rPr>
          <w:rFonts w:ascii="Courier New" w:hAnsi="Courier New"/>
          <w:color w:val="555555"/>
          <w:sz w:val="20"/>
        </w:rPr>
        <w:t>[4 . 111 . 5]</w:t>
      </w:r>
    </w:p>
    <w:p>
      <w:r>
        <w:rPr>
          <w:rFonts w:ascii="Gentium Plus" w:hAnsi="Gentium Plus"/>
          <w:sz w:val="24"/>
        </w:rPr>
        <w:t>ἡ ἐκ τοῦ παντὸς σώματος κένωσις τοῦ πλεονάζοντος χυμοῦ. σκοπὸς δ’ ἐστὶ τῆς ὅλης θεραπείας ξηραίνειν ἄνευ τοῦ σφοδρῶς θερμαίνειν τό τε σύμπαν σῶμα καὶ τὰ περὶ τὴν μήτραν χωρία· διὸ καὶ χρήσαιτο</w:t>
      </w:r>
    </w:p>
    <w:p>
      <w:r>
        <w:rPr>
          <w:rFonts w:ascii="Courier New" w:hAnsi="Courier New"/>
          <w:color w:val="555555"/>
          <w:sz w:val="20"/>
        </w:rPr>
        <w:t>[4 . 111 . 6]</w:t>
      </w:r>
    </w:p>
    <w:p>
      <w:r>
        <w:rPr>
          <w:rFonts w:ascii="Gentium Plus" w:hAnsi="Gentium Plus"/>
          <w:sz w:val="24"/>
        </w:rPr>
        <w:t>ἄν τις ἐκ διαλειμμάτων ἐπ’ αὐτῶν τοῖς στύφουσιν. ἐκκαθαίρειν οὖν τὸ σῶμα προσήκει διά τε γαστρὸς καὶ οὔρων καὶ διαφορεῖν ἀραιοῦντα διὰ τοῦ δέρματος ἀνατρίβοντά τε τὴν πᾶσαν ἐπιφάνειαν καὶ χρίοντα</w:t>
      </w:r>
    </w:p>
    <w:p>
      <w:r>
        <w:rPr>
          <w:rFonts w:ascii="Courier New" w:hAnsi="Courier New"/>
          <w:color w:val="555555"/>
          <w:sz w:val="20"/>
        </w:rPr>
        <w:t>[4 . 111 . 7]</w:t>
      </w:r>
    </w:p>
    <w:p>
      <w:r>
        <w:rPr>
          <w:rFonts w:ascii="Gentium Plus" w:hAnsi="Gentium Plus"/>
          <w:sz w:val="24"/>
        </w:rPr>
        <w:t>τοῖς ἐπιτηδείοις. ποιεῖ δὲ καὶ πρὸς ῥοῦν ἀνδράχνη αὐτή τε ἐσθιομένη καὶ ὁ χυλὸς αὐτῆς πινόμενος, βάτου καρπὸς καὶ τὸ ἄνθος, δρυὸς τὸ ὑπὸ τῷ φλοιῷ τοῦ πρέμνου ὑμενῶδες καὶ τὸ ὑπὸ τῷ κελύφει τῆς βαλάνου· μάλιστα δ’ ἕψοντες αὐτοῖς χρῶνται· τὰ δὲ τοῦ φηγοῦ καὶ</w:t>
      </w:r>
    </w:p>
    <w:p>
      <w:r>
        <w:rPr>
          <w:rFonts w:ascii="Courier New" w:hAnsi="Courier New"/>
          <w:color w:val="555555"/>
          <w:sz w:val="20"/>
        </w:rPr>
        <w:t>[4 . 111 . 8]</w:t>
      </w:r>
    </w:p>
    <w:p>
      <w:r>
        <w:rPr>
          <w:rFonts w:ascii="Gentium Plus" w:hAnsi="Gentium Plus"/>
          <w:sz w:val="24"/>
        </w:rPr>
        <w:t>πρίνου δραστικώτερα. ἵππουρις, καὶ μάλιστα τὸν ἐρυθρόν, ὠφελεῖ πινο‐</w:t>
      </w:r>
    </w:p>
    <w:p>
      <w:r>
        <w:rPr>
          <w:rFonts w:ascii="Courier New" w:hAnsi="Courier New"/>
          <w:color w:val="555555"/>
          <w:sz w:val="20"/>
        </w:rPr>
        <w:t>[4 . 111 . 9]</w:t>
      </w:r>
    </w:p>
    <w:p>
      <w:r>
        <w:rPr>
          <w:rFonts w:ascii="Gentium Plus" w:hAnsi="Gentium Plus"/>
          <w:sz w:val="24"/>
        </w:rPr>
        <w:t>μένη δι’ ὕδατος ἢ οἴνου. ὁλοσχοίνου ὁ καρπὸς φρυγεὶς πινόμενος</w:t>
      </w:r>
    </w:p>
    <w:p>
      <w:r>
        <w:rPr>
          <w:rFonts w:ascii="Courier New" w:hAnsi="Courier New"/>
          <w:color w:val="555555"/>
          <w:sz w:val="20"/>
        </w:rPr>
        <w:t>[4 . 111 . 10]</w:t>
      </w:r>
    </w:p>
    <w:p>
      <w:r>
        <w:rPr>
          <w:rFonts w:ascii="Gentium Plus" w:hAnsi="Gentium Plus"/>
          <w:sz w:val="24"/>
        </w:rPr>
        <w:t>μετ’ οἴνου τὸν ἐρυθρὸν ἐπέχει. Σάμιος ἀστήρ, Λημνία σφραγίς, σχίνου τῆς ῥίζης ἀφέψημα, ἐλάφου κέρας κεκαυμένον σὺν ὀξυκράτῳ, μήκωνος μελαίνης σπέρμα σὺν οἴνῳ, ῥόδων ἄνθος σὺν ὀξυκράτῳ, σπύραθοι αἰγὸς σὺν λιβανωτῷ προστιθέμεναι (δεῖ δ’ ἐνειλεῖν ἐν ἐρίοις αὐτάς), λύκιον</w:t>
      </w:r>
    </w:p>
    <w:p>
      <w:r>
        <w:rPr>
          <w:rFonts w:ascii="Courier New" w:hAnsi="Courier New"/>
          <w:color w:val="555555"/>
          <w:sz w:val="20"/>
        </w:rPr>
        <w:t>[5]</w:t>
      </w:r>
    </w:p>
    <w:p>
      <w:r>
        <w:rPr>
          <w:rFonts w:ascii="Gentium Plus" w:hAnsi="Gentium Plus"/>
          <w:sz w:val="24"/>
        </w:rPr>
        <w:t>σὺν γάλακτι προστιθέμενον, καὶ κηκῖδος τὸ ἐντὸς μετὰ λιβάνου καὶ</w:t>
      </w:r>
    </w:p>
    <w:p>
      <w:r>
        <w:rPr>
          <w:rFonts w:ascii="Courier New" w:hAnsi="Courier New"/>
          <w:color w:val="555555"/>
          <w:sz w:val="20"/>
        </w:rPr>
        <w:t>[4 . 111 . 11]</w:t>
      </w:r>
    </w:p>
    <w:p>
      <w:r>
        <w:rPr>
          <w:rFonts w:ascii="Gentium Plus" w:hAnsi="Gentium Plus"/>
          <w:sz w:val="24"/>
        </w:rPr>
        <w:t>ὕδατος ὁμοίως. καὶ εἰς ἐγκαθίσματα δὲ καὶ εἰς ἐπιθέματα κατὰ τοῦ ὑπογαστρίου προχωρεῖ τὰ στύφοντα.</w:t>
      </w:r>
    </w:p>
    <w:p>
      <w:pPr>
        <w:jc w:val="center"/>
      </w:pPr>
      <w:r>
        <w:rPr>
          <w:rFonts w:ascii="Gentium Plus" w:hAnsi="Gentium Plus"/>
          <w:b/>
          <w:sz w:val="24"/>
        </w:rPr>
        <w:t>Πρὸς φλεγμονὰς ὑστέρας καὶ ἀλγήματα καὶ ἑλκώσεις καὶ ὀδαξησμοὺς καὶ κνησμοὺς κόλπων καὶ προπτώσεις καὶ ὅσα περὶ τὰς συλλήψεις καὶ τὰ ἔμβρυα.</w:t>
      </w:r>
    </w:p>
    <w:p>
      <w:r>
        <w:rPr>
          <w:rFonts w:ascii="Courier New" w:hAnsi="Courier New"/>
          <w:color w:val="555555"/>
          <w:sz w:val="20"/>
        </w:rPr>
        <w:t>[4 . 112 . 1]</w:t>
      </w:r>
    </w:p>
    <w:p>
      <w:r>
        <w:rPr>
          <w:rFonts w:ascii="Gentium Plus" w:hAnsi="Gentium Plus"/>
          <w:sz w:val="24"/>
        </w:rPr>
        <w:t>Πρὸς φλεγμονὰς ὑστέρας καὶ ἀλγήματα ἀφεψόμενα εἰς ἐγκαθί‐ σματα ὠφελοῦσιν ἀρτεμισίαι ἀμφότεραι, δάφνη, ἶρις, κασία, κενταυρίου μεγάλου ῥίζα, λευκοΐων ἄνθη ξηρά, μάλιστα ἐπὶ τῶν χρονίων, μαλάχη, μελίλωτον, κρίνων ἄνθη, σῦκα ξηρὰ μετὰ τήλεως ἢ πτισάνης, τῆλις,</w:t>
      </w:r>
    </w:p>
    <w:p>
      <w:r>
        <w:rPr>
          <w:rFonts w:ascii="Courier New" w:hAnsi="Courier New"/>
          <w:color w:val="555555"/>
          <w:sz w:val="20"/>
        </w:rPr>
        <w:t>[4 . 112 . 2]</w:t>
      </w:r>
    </w:p>
    <w:p>
      <w:r>
        <w:rPr>
          <w:rFonts w:ascii="Gentium Plus" w:hAnsi="Gentium Plus"/>
          <w:sz w:val="24"/>
        </w:rPr>
        <w:t>λινόσπερμον. ὑποθυμιώμενα δ’ ὠφελεῖ ἄγνου σπέρμα, κασία, βδέλλιον,</w:t>
      </w:r>
    </w:p>
    <w:p>
      <w:r>
        <w:rPr>
          <w:rFonts w:ascii="Courier New" w:hAnsi="Courier New"/>
          <w:color w:val="555555"/>
          <w:sz w:val="20"/>
        </w:rPr>
        <w:t>[4 . 112 . 3]</w:t>
      </w:r>
    </w:p>
    <w:p>
      <w:r>
        <w:rPr>
          <w:rFonts w:ascii="Gentium Plus" w:hAnsi="Gentium Plus"/>
          <w:sz w:val="24"/>
        </w:rPr>
        <w:t>λάδανον, σμύρνα. προστιθέμενα δ’ ὠφελεῖ ἀλθαίας ῥίζα ἑφθὴ ἐν μελι‐ κράτῳ, μαλαχθεῖσα στέατι χοιρείῳ νεαρῷ, καὶ τερεβινθίνη, τήλεως χυλὸς μιγεὶς στέατι χοιρείῳ ἢ βουτύρῳ προσφάτῳ, κρίνου ῥίζα ὀπτὴ σὺν ῥοδίνῳ καὶ τὰ ἄνθη σὺν κηρωτῇ καὶ μυελῷ καὶ στέατι, ὕσσωπον</w:t>
      </w:r>
    </w:p>
    <w:p>
      <w:r>
        <w:rPr>
          <w:rFonts w:ascii="Courier New" w:hAnsi="Courier New"/>
          <w:color w:val="555555"/>
          <w:sz w:val="20"/>
        </w:rPr>
        <w:t>[4 . 112 . 4]</w:t>
      </w:r>
    </w:p>
    <w:p>
      <w:r>
        <w:rPr>
          <w:rFonts w:ascii="Gentium Plus" w:hAnsi="Gentium Plus"/>
          <w:sz w:val="24"/>
        </w:rPr>
        <w:t>σὺν βουτύρῳ καὶ μελικράτῳ. —Πρὸς τὰς ἑλκώσεις τῆς μήτρας ἁρμόζει ἀμόργη περιχριομένη ἑφθὴ μετὰ κηρωτῆς ἢ λύκιον ὁμοίως ἢ χυλὸς</w:t>
      </w:r>
    </w:p>
    <w:p>
      <w:r>
        <w:rPr>
          <w:rFonts w:ascii="Courier New" w:hAnsi="Courier New"/>
          <w:color w:val="555555"/>
          <w:sz w:val="20"/>
        </w:rPr>
        <w:t>[4 . 112 . 5]</w:t>
      </w:r>
    </w:p>
    <w:p>
      <w:r>
        <w:rPr>
          <w:rFonts w:ascii="Gentium Plus" w:hAnsi="Gentium Plus"/>
          <w:sz w:val="24"/>
        </w:rPr>
        <w:t>ἀκακίας. —Ὀδαξησμοὺς δὲ μήτρας παύει καὶ κνησμοὺς κόλπων ἀν‐ δράχνης χυλὸς ἐγχυματιζόμενος, λινόσπερμον ἑφθὸν ἐν μελικράτῳ,</w:t>
      </w:r>
    </w:p>
    <w:p>
      <w:r>
        <w:rPr>
          <w:rFonts w:ascii="Courier New" w:hAnsi="Courier New"/>
          <w:color w:val="555555"/>
          <w:sz w:val="20"/>
        </w:rPr>
        <w:t>[4 . 112 . 6]</w:t>
      </w:r>
    </w:p>
    <w:p>
      <w:r>
        <w:rPr>
          <w:rFonts w:ascii="Gentium Plus" w:hAnsi="Gentium Plus"/>
          <w:sz w:val="24"/>
        </w:rPr>
        <w:t>τῆλις ὁμοίως, τραγάκανθα σὺν ὕδατι. —Τὰς δὲ τῆς μήτρας προπτώ‐ σεις στέλλει ἀκακίας χύλισμα ἢ βάτου χυλὸς ἢ σχίνου ἢ ῥοὸς ἐρυθροῦ χυλὸς διαχριόμενος, ἴου φύλλα καταπλασσόμενα, ἀριστολοχία λεία ἐν πεσσῷ μετά τινος τῶν στυφόντων καὶ τὸ ἀπόζεμα αὐτῆς εἰς ἐγκάθισμα</w:t>
      </w:r>
    </w:p>
    <w:p>
      <w:r>
        <w:rPr>
          <w:rFonts w:ascii="Courier New" w:hAnsi="Courier New"/>
          <w:color w:val="555555"/>
          <w:sz w:val="20"/>
        </w:rPr>
        <w:t>[5]</w:t>
      </w:r>
    </w:p>
    <w:p>
      <w:r>
        <w:rPr>
          <w:rFonts w:ascii="Gentium Plus" w:hAnsi="Gentium Plus"/>
          <w:sz w:val="24"/>
        </w:rPr>
        <w:t>καὶ ὑπατμισμόν, ἢ κηκῖδος ἀφέψημα ἢ σιδίων ἢ σχίνου εἰς ἐγκάθισμα.</w:t>
      </w:r>
    </w:p>
    <w:p>
      <w:r>
        <w:rPr>
          <w:rFonts w:ascii="Courier New" w:hAnsi="Courier New"/>
          <w:color w:val="555555"/>
          <w:sz w:val="20"/>
        </w:rPr>
        <w:t>[4 . 112 . 7]</w:t>
      </w:r>
    </w:p>
    <w:p>
      <w:r>
        <w:rPr>
          <w:rFonts w:ascii="Gentium Plus" w:hAnsi="Gentium Plus"/>
          <w:sz w:val="24"/>
        </w:rPr>
        <w:t>—Πρὸς δὲ τὰς συλλήψεις συνεργεῖ σταφυλίνου καρπὸς πινόμενος καὶ</w:t>
      </w:r>
    </w:p>
    <w:p>
      <w:r>
        <w:rPr>
          <w:rFonts w:ascii="Courier New" w:hAnsi="Courier New"/>
          <w:color w:val="555555"/>
          <w:sz w:val="20"/>
        </w:rPr>
        <w:t>[4 . 112 . 8]</w:t>
      </w:r>
    </w:p>
    <w:p>
      <w:r>
        <w:rPr>
          <w:rFonts w:ascii="Gentium Plus" w:hAnsi="Gentium Plus"/>
          <w:sz w:val="24"/>
        </w:rPr>
        <w:t>ἡ ῥίζα ἐσθιομένη. προστιθέμενα δὲ συνεργεῖ ἄμι μετὰ μυελοῦ πρὸ τῆς συνόδου, λαγωοῦ πυτία σὺν βουτύρῳ, ἀλώπεκος ἀφόδευμα μετὰ ῥοδί‐</w:t>
      </w:r>
    </w:p>
    <w:p>
      <w:r>
        <w:rPr>
          <w:rFonts w:ascii="Courier New" w:hAnsi="Courier New"/>
          <w:color w:val="555555"/>
          <w:sz w:val="20"/>
        </w:rPr>
        <w:t>[4 . 112 . 9]</w:t>
      </w:r>
    </w:p>
    <w:p>
      <w:r>
        <w:rPr>
          <w:rFonts w:ascii="Gentium Plus" w:hAnsi="Gentium Plus"/>
          <w:sz w:val="24"/>
        </w:rPr>
        <w:t>νου πεσσῷ προστιθέμενον· καὶ ὑποχριομένη δὲ συγγινέσθω. ἀρτεμισίαν</w:t>
      </w:r>
    </w:p>
    <w:p>
      <w:r>
        <w:rPr>
          <w:rFonts w:ascii="Courier New" w:hAnsi="Courier New"/>
          <w:color w:val="555555"/>
          <w:sz w:val="20"/>
        </w:rPr>
        <w:t>[4 . 112 . 10]</w:t>
      </w:r>
    </w:p>
    <w:p>
      <w:r>
        <w:rPr>
          <w:rFonts w:ascii="Gentium Plus" w:hAnsi="Gentium Plus"/>
          <w:sz w:val="24"/>
        </w:rPr>
        <w:t>λείαν πρόσθες, καὶ συλλήψεται. χηνὸς στέαρ καὶ ῥητίνην τερεβινθίνην διαχριέσθω ἐφ’ ἡμέρας δύο, τῇ δὲ τρίτῃ συγγινέσθω, καὶ συλλήψεται</w:t>
      </w:r>
    </w:p>
    <w:p>
      <w:r>
        <w:rPr>
          <w:rFonts w:ascii="Courier New" w:hAnsi="Courier New"/>
          <w:color w:val="555555"/>
          <w:sz w:val="20"/>
        </w:rPr>
        <w:t>[4 . 112 . 11]</w:t>
      </w:r>
    </w:p>
    <w:p>
      <w:r>
        <w:rPr>
          <w:rFonts w:ascii="Gentium Plus" w:hAnsi="Gentium Plus"/>
          <w:sz w:val="24"/>
        </w:rPr>
        <w:t>ἄρρεν. λινοζώστεως σπέρμα ἢ χυλὸς ἀντὶ πεσσοῦ, καὶ τῆς μὲν ἄρρενος τὸ σπέρμα μετὰ τὴν σύλληψιν εὐθὺς προστιθέμενον ἀρρενοτοκεῖν φασι</w:t>
      </w:r>
    </w:p>
    <w:p>
      <w:r>
        <w:rPr>
          <w:rFonts w:ascii="Courier New" w:hAnsi="Courier New"/>
          <w:color w:val="555555"/>
          <w:sz w:val="20"/>
        </w:rPr>
        <w:t>[4 . 112 . 12]</w:t>
      </w:r>
    </w:p>
    <w:p>
      <w:r>
        <w:rPr>
          <w:rFonts w:ascii="Gentium Plus" w:hAnsi="Gentium Plus"/>
          <w:sz w:val="24"/>
        </w:rPr>
        <w:t>παρασκευάζειν, τῆς δὲ θηλείας λινοζώστεως θηλυτοκεῖν. φυλάσσειν δ’ ἱστορεῖται τὸ συλληφθὲν καὶ πηγνύμενον προστεθεὶς ὁ ἐν τῇ Σαμίᾳ γῇ</w:t>
      </w:r>
    </w:p>
    <w:p>
      <w:r>
        <w:rPr>
          <w:rFonts w:ascii="Courier New" w:hAnsi="Courier New"/>
          <w:color w:val="555555"/>
          <w:sz w:val="20"/>
        </w:rPr>
        <w:t>[4 . 112 . 13]</w:t>
      </w:r>
    </w:p>
    <w:p>
      <w:r>
        <w:rPr>
          <w:rFonts w:ascii="Gentium Plus" w:hAnsi="Gentium Plus"/>
          <w:sz w:val="24"/>
        </w:rPr>
        <w:t>εὑρισκόμενος λίθος, ἀετίτης λίθος περιαπτόμενος, μαλάχης ἀγρίας ῥίζα</w:t>
      </w:r>
    </w:p>
    <w:p>
      <w:r>
        <w:rPr>
          <w:rFonts w:ascii="Courier New" w:hAnsi="Courier New"/>
          <w:color w:val="555555"/>
          <w:sz w:val="20"/>
        </w:rPr>
        <w:t>[4 . 112 . 14]</w:t>
      </w:r>
    </w:p>
    <w:p>
      <w:r>
        <w:rPr>
          <w:rFonts w:ascii="Gentium Plus" w:hAnsi="Gentium Plus"/>
          <w:sz w:val="24"/>
        </w:rPr>
        <w:t>ὁμοίως. τηρεῖ δὲ καὶ ἡ σιδηρῖτις βοτάνη τὰ ἔμβρυα περιαπτομένη.</w:t>
      </w:r>
    </w:p>
    <w:p>
      <w:pPr>
        <w:jc w:val="center"/>
      </w:pPr>
      <w:r>
        <w:rPr>
          <w:rFonts w:ascii="Gentium Plus" w:hAnsi="Gentium Plus"/>
          <w:b/>
          <w:sz w:val="24"/>
        </w:rPr>
        <w:t>Πρὸς δυστοκίαν.</w:t>
      </w:r>
    </w:p>
    <w:p>
      <w:r>
        <w:rPr>
          <w:rFonts w:ascii="Courier New" w:hAnsi="Courier New"/>
          <w:color w:val="555555"/>
          <w:sz w:val="20"/>
        </w:rPr>
        <w:t>[4 . 113 . 1]</w:t>
      </w:r>
    </w:p>
    <w:p>
      <w:r>
        <w:rPr>
          <w:rFonts w:ascii="Gentium Plus" w:hAnsi="Gentium Plus"/>
          <w:sz w:val="24"/>
        </w:rPr>
        <w:t>Λίθον ἴασπιν τῷ μηρῷ περιάπτειν δεῖ, ἢ κυκλαμίνου ῥίζαν ξηρὰν</w:t>
      </w:r>
    </w:p>
    <w:p>
      <w:r>
        <w:rPr>
          <w:rFonts w:ascii="Courier New" w:hAnsi="Courier New"/>
          <w:color w:val="555555"/>
          <w:sz w:val="20"/>
        </w:rPr>
        <w:t>[4 . 113 . 2]</w:t>
      </w:r>
    </w:p>
    <w:p>
      <w:r>
        <w:rPr>
          <w:rFonts w:ascii="Gentium Plus" w:hAnsi="Gentium Plus"/>
          <w:sz w:val="24"/>
        </w:rPr>
        <w:t>ὁμοίως. ἀδίαντον λεῖον μετ’ οἴνου καὶ ἐλαίου πινόμενον ὠφελεῖ, καὶ</w:t>
      </w:r>
    </w:p>
    <w:p>
      <w:r>
        <w:rPr>
          <w:rFonts w:ascii="Courier New" w:hAnsi="Courier New"/>
          <w:color w:val="555555"/>
          <w:sz w:val="20"/>
        </w:rPr>
        <w:t>[4 . 113 . 3]</w:t>
      </w:r>
    </w:p>
    <w:p>
      <w:r>
        <w:rPr>
          <w:rFonts w:ascii="Gentium Plus" w:hAnsi="Gentium Plus"/>
          <w:sz w:val="24"/>
        </w:rPr>
        <w:t>πταρμικοῦ προσαγωγὴ τοῖς ῥώθωσιν. δίκταμνον δι’ οἴνου ἢ ὕδατος πότιζε, ἢ βόλβους πικροὺς τρίψας διὰ γλυκέος, ἢ ὕειον γάλα ἐν μελι‐</w:t>
      </w:r>
    </w:p>
    <w:p>
      <w:r>
        <w:rPr>
          <w:rFonts w:ascii="Courier New" w:hAnsi="Courier New"/>
          <w:color w:val="555555"/>
          <w:sz w:val="20"/>
        </w:rPr>
        <w:t>[4 . 113 . 4]</w:t>
      </w:r>
    </w:p>
    <w:p>
      <w:r>
        <w:rPr>
          <w:rFonts w:ascii="Gentium Plus" w:hAnsi="Gentium Plus"/>
          <w:sz w:val="24"/>
        </w:rPr>
        <w:t>κράτῳ πινέτω. γλήχωνος εἰς ὕδωρ δεσμίδιον βαλὼν ποίει περικαθίσαι τὴν γυναῖκα.</w:t>
      </w:r>
    </w:p>
    <w:p>
      <w:pPr>
        <w:jc w:val="center"/>
      </w:pPr>
      <w:r>
        <w:rPr>
          <w:rFonts w:ascii="Gentium Plus" w:hAnsi="Gentium Plus"/>
          <w:b/>
          <w:sz w:val="24"/>
        </w:rPr>
        <w:t>Πρὸς ἀσυλληψίαν.</w:t>
      </w:r>
    </w:p>
    <w:p>
      <w:r>
        <w:rPr>
          <w:rFonts w:ascii="Courier New" w:hAnsi="Courier New"/>
          <w:color w:val="555555"/>
          <w:sz w:val="20"/>
        </w:rPr>
        <w:t>[4 . 114 . 1]</w:t>
      </w:r>
    </w:p>
    <w:p>
      <w:r>
        <w:rPr>
          <w:rFonts w:ascii="Gentium Plus" w:hAnsi="Gentium Plus"/>
          <w:sz w:val="24"/>
        </w:rPr>
        <w:t>Πρὸς δὲ τὸ μὴ συλλαβεῖν ποιεῖ πτέρεως ῥίζα μετὰ γλυκέος πινο‐</w:t>
      </w:r>
    </w:p>
    <w:p>
      <w:r>
        <w:rPr>
          <w:rFonts w:ascii="Courier New" w:hAnsi="Courier New"/>
          <w:color w:val="555555"/>
          <w:sz w:val="20"/>
        </w:rPr>
        <w:t>[4 . 114 . 2]</w:t>
      </w:r>
    </w:p>
    <w:p>
      <w:r>
        <w:rPr>
          <w:rFonts w:ascii="Gentium Plus" w:hAnsi="Gentium Plus"/>
          <w:sz w:val="24"/>
        </w:rPr>
        <w:t>τῷ χυλῷ περιχρισθέν. κράμβης ἄνθος λεῖον ἐν πεσσῷ μετὰ τὴν σύλ‐ ληψιν οὐκ ἐᾷ πήγνυσθαι· πελεκίνου σπέρμα πρὸ τῆς συνουσίας ἐγ‐ κλυζέσθω.</w:t>
      </w:r>
    </w:p>
    <w:p>
      <w:pPr>
        <w:jc w:val="center"/>
      </w:pPr>
      <w:r>
        <w:rPr>
          <w:rFonts w:ascii="Gentium Plus" w:hAnsi="Gentium Plus"/>
          <w:b/>
          <w:sz w:val="24"/>
        </w:rPr>
        <w:t>Πρὸς κοιλίαν κατερρωγυῖαν καὶ μαστοὺς καὶ μηροὺς καὶ ἰσχία καὶ ἐξόμφαλα.</w:t>
      </w:r>
    </w:p>
    <w:p>
      <w:r>
        <w:rPr>
          <w:rFonts w:ascii="Courier New" w:hAnsi="Courier New"/>
          <w:color w:val="555555"/>
          <w:sz w:val="20"/>
        </w:rPr>
        <w:t>[4 . 115 . 1]</w:t>
      </w:r>
    </w:p>
    <w:p>
      <w:r>
        <w:rPr>
          <w:rFonts w:ascii="Gentium Plus" w:hAnsi="Gentium Plus"/>
          <w:sz w:val="24"/>
        </w:rPr>
        <w:t>Κοχλίον θαλάσσιον τὸν ὑπόμακρον καύσας καὶ λειώσας πρόσβαλλε</w:t>
      </w:r>
    </w:p>
    <w:p>
      <w:r>
        <w:rPr>
          <w:rFonts w:ascii="Courier New" w:hAnsi="Courier New"/>
          <w:color w:val="555555"/>
          <w:sz w:val="20"/>
        </w:rPr>
        <w:t>[4 . 115 . 2]</w:t>
      </w:r>
    </w:p>
    <w:p>
      <w:r>
        <w:rPr>
          <w:rFonts w:ascii="Gentium Plus" w:hAnsi="Gentium Plus"/>
          <w:sz w:val="24"/>
        </w:rPr>
        <w:t>ὠοῦ τὸ λευκὸν ἢ ὄνειον γάλα 〈καὶ〉 κατάχριε. —Ἄλλο· διαφανὲς κόψας καὶ τρίψας δι’ ὄξους, ὅταν εἰς βαλανεῖον εἰσέρχηται, κατάχριε</w:t>
      </w:r>
    </w:p>
    <w:p>
      <w:r>
        <w:rPr>
          <w:rFonts w:ascii="Courier New" w:hAnsi="Courier New"/>
          <w:color w:val="555555"/>
          <w:sz w:val="20"/>
        </w:rPr>
        <w:t>[4 . 115 . 3]</w:t>
      </w:r>
    </w:p>
    <w:p>
      <w:r>
        <w:rPr>
          <w:rFonts w:ascii="Gentium Plus" w:hAnsi="Gentium Plus"/>
          <w:sz w:val="24"/>
        </w:rPr>
        <w:t>πρὶν ἀλείψασθαι ἐφ’ ἡμέρας κ, καὶ θεραπεύσεται. —Πρὸς δὲ τὸ κοι‐ λίαν ἢ ὑποχόνδριον μὴ ῥυτιδοῦσθαι ἐν τοκετῷ κιμωλίας καὶ μάννης ἑκάστου ἴσον ἀναλάμβανε ὠοῦ τῷ λευκῷ καὶ κατάχριε μετὰ κηρωτῆς</w:t>
      </w:r>
    </w:p>
    <w:p>
      <w:r>
        <w:rPr>
          <w:rFonts w:ascii="Courier New" w:hAnsi="Courier New"/>
          <w:color w:val="555555"/>
          <w:sz w:val="20"/>
        </w:rPr>
        <w:t>[4 . 115 . 4]</w:t>
      </w:r>
    </w:p>
    <w:p>
      <w:r>
        <w:rPr>
          <w:rFonts w:ascii="Gentium Plus" w:hAnsi="Gentium Plus"/>
          <w:sz w:val="24"/>
        </w:rPr>
        <w:t>κυπρίνης. —Πρὸς τὰ ἐν τοῖς ἰσχίοις ἐμφυσήματα· ἄρτου τὸ</w:t>
      </w:r>
    </w:p>
    <w:p>
      <w:r>
        <w:rPr>
          <w:rFonts w:ascii="Courier New" w:hAnsi="Courier New"/>
          <w:color w:val="555555"/>
          <w:sz w:val="20"/>
        </w:rPr>
        <w:t>[4 . 115 . 5]</w:t>
      </w:r>
    </w:p>
    <w:p>
      <w:r>
        <w:rPr>
          <w:rFonts w:ascii="Gentium Plus" w:hAnsi="Gentium Plus"/>
          <w:sz w:val="24"/>
        </w:rPr>
        <w:t>ἐντὸς καὶ μελαντηρίαν συμφύρας ἐπιτίθει· τοῦτο καθίστησιν. —Πρὸς ἐξόμφαλα· κηκίδια καύσας τρῖψον μεθ’ ὕδατος καὶ κατάπλασσε. —</w:t>
      </w:r>
    </w:p>
    <w:p>
      <w:r>
        <w:rPr>
          <w:rFonts w:ascii="Courier New" w:hAnsi="Courier New"/>
          <w:color w:val="555555"/>
          <w:sz w:val="20"/>
        </w:rPr>
        <w:t>[4 . 115 . 6]</w:t>
      </w:r>
    </w:p>
    <w:p>
      <w:r>
        <w:rPr>
          <w:rFonts w:ascii="Gentium Plus" w:hAnsi="Gentium Plus"/>
          <w:sz w:val="24"/>
        </w:rPr>
        <w:t>Ὀμφαλὸν ἐκ τοκετοῦ μέγαν καὶ καλὸν ποιῆσαι· λαβὼν βύσμα ἀπὸ ληκύθου βίβλινον περιείλησον ὀθονίῳ, εἶτα μάνναν ὠοῦ τῷ λευκῷ ἀναλαβὼν κατάχρισον καὶ ἔνθες τὸν ὀμφαλὸν καὶ ἐπίδει προστυπῶν.</w:t>
      </w:r>
    </w:p>
    <w:p>
      <w:pPr>
        <w:jc w:val="center"/>
      </w:pPr>
      <w:r>
        <w:rPr>
          <w:rFonts w:ascii="Gentium Plus" w:hAnsi="Gentium Plus"/>
          <w:b/>
          <w:sz w:val="24"/>
        </w:rPr>
        <w:t>Περὶ ποδάγρας καὶ ἀρθρίτιδος καὶ ἰσχιάδος.</w:t>
      </w:r>
    </w:p>
    <w:p>
      <w:r>
        <w:rPr>
          <w:rFonts w:ascii="Courier New" w:hAnsi="Courier New"/>
          <w:color w:val="555555"/>
          <w:sz w:val="20"/>
        </w:rPr>
        <w:t>[4 . 116 . 1]</w:t>
      </w:r>
    </w:p>
    <w:p>
      <w:r>
        <w:rPr>
          <w:rFonts w:ascii="Gentium Plus" w:hAnsi="Gentium Plus"/>
          <w:sz w:val="24"/>
        </w:rPr>
        <w:t>Ἐπὶ τῶν ποδαγρικῶν καὶ τῶν ἄλλων τῶν ῥευματικῶν παθῶν πάντως μὲν ἀσθενῆ τὰ μόρια χρὴ τυγχάνειν τὰ τὸ ῥεῦμα δεχόμενα.</w:t>
      </w:r>
    </w:p>
    <w:p>
      <w:r>
        <w:rPr>
          <w:rFonts w:ascii="Courier New" w:hAnsi="Courier New"/>
          <w:color w:val="555555"/>
          <w:sz w:val="20"/>
        </w:rPr>
        <w:t>[4 . 116 . 2]</w:t>
      </w:r>
    </w:p>
    <w:p>
      <w:r>
        <w:rPr>
          <w:rFonts w:ascii="Gentium Plus" w:hAnsi="Gentium Plus"/>
          <w:sz w:val="24"/>
        </w:rPr>
        <w:t>δυνατὸν μὴν ἀπερίττου τοῦ σώματος ὄντος μηδαμῶς ὑπὸ ῥεύματος ἐνοχλεῖσθαι τὰ μέρη, διότι μηδ’ ἐστὶν ὅλως περιττόν, ὅπερ δὴ καὶ τῶν παθῶν τὴν γένεσιν ἐπὶ τὰ μόρια φερόμενον συνίστησιν· εἰ δὲ μηδέποτε ἐπιρρέοι τοῦτο, δῆλον ὡς οὐδὲ τὰ πάθη συστήσεταί ποτε.</w:t>
      </w:r>
    </w:p>
    <w:p>
      <w:r>
        <w:rPr>
          <w:rFonts w:ascii="Courier New" w:hAnsi="Courier New"/>
          <w:color w:val="555555"/>
          <w:sz w:val="20"/>
        </w:rPr>
        <w:t>[4 . 116 . 3]</w:t>
      </w:r>
    </w:p>
    <w:p>
      <w:r>
        <w:rPr>
          <w:rFonts w:ascii="Gentium Plus" w:hAnsi="Gentium Plus"/>
          <w:sz w:val="24"/>
        </w:rPr>
        <w:t>κωλύειν οὖν χρὴ τὴν ἐπίρροιαν διὰ τοῦ τὸ σῶμα παρασκευάζειν ἀπέ‐ ριττον γυμνασίοις τε συμμέτροις καὶ ταῖς τῶν τροφῶν εὐπεψίαις, φεύ‐ γοντας ἀργίαν καὶ τὰς ὑπὲρ κόρον ἐδωδὰς καὶ τὰς ἀμέτρους οἰνο‐ ποσίας, καὶ μάλιστα πρὸ τροφῆς· βλάπτουσι γὰρ τὸ νευρῶδες, καθάπερ</w:t>
      </w:r>
    </w:p>
    <w:p>
      <w:r>
        <w:rPr>
          <w:rFonts w:ascii="Courier New" w:hAnsi="Courier New"/>
          <w:color w:val="555555"/>
          <w:sz w:val="20"/>
        </w:rPr>
        <w:t>[4 . 116 . 4]</w:t>
      </w:r>
    </w:p>
    <w:p>
      <w:r>
        <w:rPr>
          <w:rFonts w:ascii="Gentium Plus" w:hAnsi="Gentium Plus"/>
          <w:sz w:val="24"/>
        </w:rPr>
        <w:t>καὶ αἱ συνουσίαι. καὶ εἰς ποδάγρας γένεσιν οὐ μετρίως συντελεῖ καὶ ἡ τῶν ἀφροδισίων χρῆσις· διόπερ κατὰ τὸν παλαιὸν χρόνον ὀλίγοι</w:t>
      </w:r>
    </w:p>
    <w:p>
      <w:r>
        <w:rPr>
          <w:rFonts w:ascii="Courier New" w:hAnsi="Courier New"/>
          <w:color w:val="555555"/>
          <w:sz w:val="20"/>
        </w:rPr>
        <w:t>[4 . 116 . 5]</w:t>
      </w:r>
    </w:p>
    <w:p>
      <w:r>
        <w:rPr>
          <w:rFonts w:ascii="Gentium Plus" w:hAnsi="Gentium Plus"/>
          <w:sz w:val="24"/>
        </w:rPr>
        <w:t>παντελῶς ἐποδάγρουν. τοὺς δ’ οὖν ἁλισκομένους θεραπεύειν, κενοῦν πρότερον, εἶτα τοῖς τοπικοῖς βοηθήμασιν ἀποκρουόμενον μὲν χειρῶν καὶ ποδῶν ῥευματιζομένων, τοῦ δὲ κατ’ ἰσχίον ἄρθρου ῥευματισθέντος, φυλαττόμενον τὴν ἀπόκρουσιν· βάθος γὰρ ἱκανὸν ἔχοντος αὐτοῦ, συν‐</w:t>
      </w:r>
    </w:p>
    <w:p>
      <w:r>
        <w:rPr>
          <w:rFonts w:ascii="Courier New" w:hAnsi="Courier New"/>
          <w:color w:val="555555"/>
          <w:sz w:val="20"/>
        </w:rPr>
        <w:t>[5]</w:t>
      </w:r>
    </w:p>
    <w:p>
      <w:r>
        <w:rPr>
          <w:rFonts w:ascii="Gentium Plus" w:hAnsi="Gentium Plus"/>
          <w:sz w:val="24"/>
        </w:rPr>
        <w:t>ελαύνεται ῥᾳδίως εἴσω τὸ λυποῦν περίττωμα, καὶ γίνεται χρεία βοη‐</w:t>
      </w:r>
    </w:p>
    <w:p>
      <w:r>
        <w:rPr>
          <w:rFonts w:ascii="Courier New" w:hAnsi="Courier New"/>
          <w:color w:val="555555"/>
          <w:sz w:val="20"/>
        </w:rPr>
        <w:t>[4 . 116 . 6]</w:t>
      </w:r>
    </w:p>
    <w:p>
      <w:r>
        <w:rPr>
          <w:rFonts w:ascii="Gentium Plus" w:hAnsi="Gentium Plus"/>
          <w:sz w:val="24"/>
        </w:rPr>
        <w:t>θημάτων ἐπὶ τῶν ἰσχιαδικῶν. ὅταν δὲ πλῆθος αἵματος μόνον αἴτιον</w:t>
      </w:r>
    </w:p>
    <w:p>
      <w:r>
        <w:rPr>
          <w:rFonts w:ascii="Courier New" w:hAnsi="Courier New"/>
          <w:color w:val="555555"/>
          <w:sz w:val="20"/>
        </w:rPr>
        <w:t>[5]</w:t>
      </w:r>
    </w:p>
    <w:p>
      <w:r>
        <w:rPr>
          <w:rFonts w:ascii="Gentium Plus" w:hAnsi="Gentium Plus"/>
          <w:sz w:val="24"/>
        </w:rPr>
        <w:t>μάκοις, σφηνώσας τὸ πλῆθος δυσιατότατον κατασκευάσει τὴν διάθεσιν,</w:t>
      </w:r>
    </w:p>
    <w:p>
      <w:r>
        <w:rPr>
          <w:rFonts w:ascii="Courier New" w:hAnsi="Courier New"/>
          <w:color w:val="555555"/>
          <w:sz w:val="20"/>
        </w:rPr>
        <w:t>[4 . 116 . 7]</w:t>
      </w:r>
    </w:p>
    <w:p>
      <w:r>
        <w:rPr>
          <w:rFonts w:ascii="Gentium Plus" w:hAnsi="Gentium Plus"/>
          <w:sz w:val="24"/>
        </w:rPr>
        <w:t>παχύνας καὶ τρόπον τινὰ κατοπτήσας τὴν ὕλην. ἐφ’ ὧν οὖν δι’ ἁμάρ‐ τημα τοιοῦτον σφήνωσις γέγονε, σικύαν τῷ ἰσχίῳ προσακτέον μεγί‐ στην καὶ κάθαρσιν διὰ κλυστήρων τῆς κολοκυνθίδος καὶ τῶν τοιούτων</w:t>
      </w:r>
    </w:p>
    <w:p>
      <w:r>
        <w:rPr>
          <w:rFonts w:ascii="Courier New" w:hAnsi="Courier New"/>
          <w:color w:val="555555"/>
          <w:sz w:val="20"/>
        </w:rPr>
        <w:t>[4 . 116 . 8]</w:t>
      </w:r>
    </w:p>
    <w:p>
      <w:r>
        <w:rPr>
          <w:rFonts w:ascii="Gentium Plus" w:hAnsi="Gentium Plus"/>
          <w:sz w:val="24"/>
        </w:rPr>
        <w:t>ἐνιέντων. γινώσκειν μὲν οὖν τοὺς σωφρόνως βιοῦντας μὲν καὶ διαι‐ τωμένους καὶ μὴ σφόδρα χρονίσαντας ἐν τοῖς ποδαγρικοῖς πάθεσι δυνατὸν εἶναι κουφίζεσθαι τοῦ πάθους, κενουμένους ἦρος ὥρᾳ κατ’ ἀρχάς, ἢ διὰ φλεβοτομίας ἢ διὰ καθάρσεως, τοὺς δ’ οἰνουμένους καὶ</w:t>
      </w:r>
    </w:p>
    <w:p>
      <w:r>
        <w:rPr>
          <w:rFonts w:ascii="Courier New" w:hAnsi="Courier New"/>
          <w:color w:val="555555"/>
          <w:sz w:val="20"/>
        </w:rPr>
        <w:t>[5]</w:t>
      </w:r>
    </w:p>
    <w:p>
      <w:r>
        <w:rPr>
          <w:rFonts w:ascii="Gentium Plus" w:hAnsi="Gentium Plus"/>
          <w:sz w:val="24"/>
        </w:rPr>
        <w:t>ἀδδηφαγοῦντας οὐδὲν ὑπὸ τῶν κενώσεων ὀνιναμένους· πάλιν γὰρ ἐν τάχει πλῆθος ὠμῶν χυμῶν ἀθροίζουσιν ἀκολάστως διαιτώμενοι. —</w:t>
      </w:r>
    </w:p>
    <w:p>
      <w:r>
        <w:rPr>
          <w:rFonts w:ascii="Courier New" w:hAnsi="Courier New"/>
          <w:color w:val="555555"/>
          <w:sz w:val="20"/>
        </w:rPr>
        <w:t>[4 . 116 . 9]</w:t>
      </w:r>
    </w:p>
    <w:p>
      <w:r>
        <w:rPr>
          <w:rFonts w:ascii="Gentium Plus" w:hAnsi="Gentium Plus"/>
          <w:sz w:val="24"/>
        </w:rPr>
        <w:t>Κατὰ τὰς ἀρθρίτιδας δέ, ἐφ’ ὧν ἂν πῶροι συστῶσιν, εἰς τὴν ἀρχαίαν κατάστασιν ἐλθεῖν τὸ ἄρθρον ἀδύνατον· ἀλώπεκας ζώσας, οἱ δὲ τε‐ θνεώσας, ἕψουσιν ἐν ἐλαίῳ, τινὲς δ’ ὑαίνας, καὶ ποιοῦντες διαφορη‐ τικὸν τὸ ἔλαιον εἰς πτύελόν τε ἐμβάλλοντες τοὺς ἀρθριτικοὺς ἐμβι‐</w:t>
      </w:r>
    </w:p>
    <w:p>
      <w:r>
        <w:rPr>
          <w:rFonts w:ascii="Courier New" w:hAnsi="Courier New"/>
          <w:color w:val="555555"/>
          <w:sz w:val="20"/>
        </w:rPr>
        <w:t>[5]</w:t>
      </w:r>
    </w:p>
    <w:p>
      <w:r>
        <w:rPr>
          <w:rFonts w:ascii="Gentium Plus" w:hAnsi="Gentium Plus"/>
          <w:sz w:val="24"/>
        </w:rPr>
        <w:t>βάζουσι, πᾶν τὸ σῶμα καλύπτοντες καὶ χρονίζειν ποιοῦντες. μεγάλως ὠφελοῦσιν, ἐκκενοῦντες πᾶσαν τὴν νοσοποιὸν ὕλην· ἀλλ’ ἡ μοχθηρὰ</w:t>
      </w:r>
    </w:p>
    <w:p>
      <w:r>
        <w:rPr>
          <w:rFonts w:ascii="Courier New" w:hAnsi="Courier New"/>
          <w:color w:val="555555"/>
          <w:sz w:val="20"/>
        </w:rPr>
        <w:t>[4 . 116 . 10]</w:t>
      </w:r>
    </w:p>
    <w:p>
      <w:r>
        <w:rPr>
          <w:rFonts w:ascii="Gentium Plus" w:hAnsi="Gentium Plus"/>
          <w:sz w:val="24"/>
        </w:rPr>
        <w:t>δίαιτα πάλιν αὐτοὺς πληροῖ. —Κυάμινον ἄλευρον ἑψηθὲν ἐν ὕδατι</w:t>
      </w:r>
    </w:p>
    <w:p>
      <w:r>
        <w:rPr>
          <w:rFonts w:ascii="Courier New" w:hAnsi="Courier New"/>
          <w:color w:val="555555"/>
          <w:sz w:val="20"/>
        </w:rPr>
        <w:t>[4 . 116 . 11]</w:t>
      </w:r>
    </w:p>
    <w:p>
      <w:r>
        <w:rPr>
          <w:rFonts w:ascii="Gentium Plus" w:hAnsi="Gentium Plus"/>
          <w:sz w:val="24"/>
        </w:rPr>
        <w:t>καὶ προσλαβὸν ὑείου στέατος καλῶς ποιεῖ πρὸς φλεγμονάς. λευκοΐων αἱ ῥίζαι μετ’ ὄξους τὰς σκιρρουμένας ἐν τοῖς ἄρθροις φλεγμονὰς</w:t>
      </w:r>
    </w:p>
    <w:p>
      <w:r>
        <w:rPr>
          <w:rFonts w:ascii="Courier New" w:hAnsi="Courier New"/>
          <w:color w:val="555555"/>
          <w:sz w:val="20"/>
        </w:rPr>
        <w:t>[4 . 116 . 12]</w:t>
      </w:r>
    </w:p>
    <w:p>
      <w:r>
        <w:rPr>
          <w:rFonts w:ascii="Gentium Plus" w:hAnsi="Gentium Plus"/>
          <w:sz w:val="24"/>
        </w:rPr>
        <w:t>ἰῶνται. τυρὸς δριμύτατος καὶ χρονιώτατος, ἀφεψήματι κρέως ὑείου δευθεὶς καὶ ἑνωθεὶς ἐν θυΐᾳ καλῶς, τοὺς ἐν τοῖς ἄρθροις πώρους ἐν‐ τιθέμενος διαλύει· ῥηγνυμένου γὰρ τοῦ δέρματος ἄνευ τομῆς, ἀλύπως</w:t>
      </w:r>
    </w:p>
    <w:p>
      <w:r>
        <w:rPr>
          <w:rFonts w:ascii="Courier New" w:hAnsi="Courier New"/>
          <w:color w:val="555555"/>
          <w:sz w:val="20"/>
        </w:rPr>
        <w:t>[4 . 116 . 13]</w:t>
      </w:r>
    </w:p>
    <w:p>
      <w:r>
        <w:rPr>
          <w:rFonts w:ascii="Gentium Plus" w:hAnsi="Gentium Plus"/>
          <w:sz w:val="24"/>
        </w:rPr>
        <w:t>ἀναπλεῖ καθ’ ἑκάστην ἡμέραν τὰ μόρια τοῦ πώρου. —Ἄλλο· πλα‐ τάνου φύλλα χλωρὰ λειωθέντα καὶ καταπλασθέντα τὰς ἐν γόνασι</w:t>
      </w:r>
    </w:p>
    <w:p>
      <w:r>
        <w:rPr>
          <w:rFonts w:ascii="Courier New" w:hAnsi="Courier New"/>
          <w:color w:val="555555"/>
          <w:sz w:val="20"/>
        </w:rPr>
        <w:t>[4 . 116 . 14]</w:t>
      </w:r>
    </w:p>
    <w:p>
      <w:r>
        <w:rPr>
          <w:rFonts w:ascii="Gentium Plus" w:hAnsi="Gentium Plus"/>
          <w:sz w:val="24"/>
        </w:rPr>
        <w:t>φλεγμονὰς ὀνίνησιν. —Ποδαγρικοῖς καὶ ἀρθριτικοῖς ἀνώδυνον ἐπίθεμα κατ’ αὐτοὺς τοὺς παροξυσμοὺς χρωμένων· ὀποῦ μή‐ κωνος, κρόκου ἀνὰ 𐅻 δ λειώσας μετὰ γάλακτος βοείου ἢ αἰγείου καὶ ἄρτου τὸ ἐντὸς ἐπιβαλὼν τρῖβε φιλοπόνως ὥστε εὐαφὲς γενέσθαι· καὶ</w:t>
      </w:r>
    </w:p>
    <w:p>
      <w:r>
        <w:rPr>
          <w:rFonts w:ascii="Courier New" w:hAnsi="Courier New"/>
          <w:color w:val="555555"/>
          <w:sz w:val="20"/>
        </w:rPr>
        <w:t>[5]</w:t>
      </w:r>
    </w:p>
    <w:p>
      <w:r>
        <w:rPr>
          <w:rFonts w:ascii="Gentium Plus" w:hAnsi="Gentium Plus"/>
          <w:sz w:val="24"/>
        </w:rPr>
        <w:t>μαλάξας παραπτόμενος ῥοδίνῳ χρῶ καταπλάσματι ἐπιρρίπτων καὶ</w:t>
      </w:r>
    </w:p>
    <w:p>
      <w:r>
        <w:rPr>
          <w:rFonts w:ascii="Courier New" w:hAnsi="Courier New"/>
          <w:color w:val="555555"/>
          <w:sz w:val="20"/>
        </w:rPr>
        <w:t>[4 . 116 . 15]</w:t>
      </w:r>
    </w:p>
    <w:p>
      <w:r>
        <w:rPr>
          <w:rFonts w:ascii="Gentium Plus" w:hAnsi="Gentium Plus"/>
          <w:sz w:val="24"/>
        </w:rPr>
        <w:t>ἔξωθεν φυλακῆς χάριν φύλλα σεύτλου ἢ θριδακίνης. ἔστι δ’ ὅτε τὸ ὄπιον καὶ τὸν κρόκον μετὰ γάλακτος λειώσαντες ἀναλαμβάνομεν</w:t>
      </w:r>
    </w:p>
    <w:p>
      <w:r>
        <w:rPr>
          <w:rFonts w:ascii="Courier New" w:hAnsi="Courier New"/>
          <w:color w:val="555555"/>
          <w:sz w:val="20"/>
        </w:rPr>
        <w:t>[4 . 116 . 16]</w:t>
      </w:r>
    </w:p>
    <w:p>
      <w:r>
        <w:rPr>
          <w:rFonts w:ascii="Gentium Plus" w:hAnsi="Gentium Plus"/>
          <w:sz w:val="24"/>
        </w:rPr>
        <w:t>κηρωτῇ διὰ ῥοδίνου καὶ εἰς ὀθόνιον ἐμπλάσαντες ἐπιτίθεμεν. —Τοὺς δ’ ἰσχιαδικοὺς θέρμων πικρῶν ἀλεύρῳ καταπλάσσουσιν ὄξει ἢ ὀξυμέλιτι</w:t>
      </w:r>
    </w:p>
    <w:p>
      <w:r>
        <w:rPr>
          <w:rFonts w:ascii="Courier New" w:hAnsi="Courier New"/>
          <w:color w:val="555555"/>
          <w:sz w:val="20"/>
        </w:rPr>
        <w:t>[4 . 116 . 17]</w:t>
      </w:r>
    </w:p>
    <w:p>
      <w:r>
        <w:rPr>
          <w:rFonts w:ascii="Gentium Plus" w:hAnsi="Gentium Plus"/>
          <w:sz w:val="24"/>
        </w:rPr>
        <w:t>ἢ ὀξυκράτῳ ἕψοντες. καὶ καλαμίνθῃ δὲ καταπλάττουσί τινες ὡς γενναίῳ</w:t>
      </w:r>
    </w:p>
    <w:p>
      <w:r>
        <w:rPr>
          <w:rFonts w:ascii="Courier New" w:hAnsi="Courier New"/>
          <w:color w:val="555555"/>
          <w:sz w:val="20"/>
        </w:rPr>
        <w:t>[4 . 116 . 18]</w:t>
      </w:r>
    </w:p>
    <w:p>
      <w:r>
        <w:rPr>
          <w:rFonts w:ascii="Gentium Plus" w:hAnsi="Gentium Plus"/>
          <w:sz w:val="24"/>
        </w:rPr>
        <w:t>βοηθήματι. καππάρεως τῆς ῥίζης ὁ φλοιὸς τὰς κατ’ ἰσχίον ὀδύνας</w:t>
      </w:r>
    </w:p>
    <w:p>
      <w:r>
        <w:rPr>
          <w:rFonts w:ascii="Courier New" w:hAnsi="Courier New"/>
          <w:color w:val="555555"/>
          <w:sz w:val="20"/>
        </w:rPr>
        <w:t>[4 . 116 . 19]</w:t>
      </w:r>
    </w:p>
    <w:p>
      <w:r>
        <w:rPr>
          <w:rFonts w:ascii="Gentium Plus" w:hAnsi="Gentium Plus"/>
          <w:sz w:val="24"/>
        </w:rPr>
        <w:t>προσλαμβανόμενος. γάρος καὶ ἡ ἀπὸ τῶν ταριχηρῶν ἰχθύων ἅλμη ἐν‐ ιεμένη τοῖς ἰσχιαδικοῖς τοὺς ὀχλοῦντας χυμοὺς ἐπισπᾶται καὶ διὰ τῶν ἐντέρων ἐκκενοῖ· μάλιστα δὲ τῇ τῶν ταριχηρῶν σιλούρων καὶ τῇ τῶν</w:t>
      </w:r>
    </w:p>
    <w:p>
      <w:r>
        <w:rPr>
          <w:rFonts w:ascii="Courier New" w:hAnsi="Courier New"/>
          <w:color w:val="555555"/>
          <w:sz w:val="20"/>
        </w:rPr>
        <w:t>[4 . 116 . 20]</w:t>
      </w:r>
    </w:p>
    <w:p>
      <w:r>
        <w:rPr>
          <w:rFonts w:ascii="Gentium Plus" w:hAnsi="Gentium Plus"/>
          <w:sz w:val="24"/>
        </w:rPr>
        <w:t>μαινίδων χρῶνται. θλάσπεως σπέρμα δι’ ἕδρας ἐνιέμενον ὀνίνησι τῇ αἱματώδει κενώσει· ὁμοίως καὶ κενταυρίου τοῦ λεπτοῦ.</w:t>
      </w:r>
    </w:p>
    <w:p>
      <w:pPr>
        <w:jc w:val="center"/>
      </w:pPr>
      <w:r>
        <w:rPr>
          <w:rFonts w:ascii="Gentium Plus" w:hAnsi="Gentium Plus"/>
          <w:b/>
          <w:sz w:val="24"/>
        </w:rPr>
        <w:t>Περὶ ὧν δεῖ προσαναφέρειν τῷ ἰατρῷ.</w:t>
      </w:r>
    </w:p>
    <w:p>
      <w:r>
        <w:rPr>
          <w:rFonts w:ascii="Courier New" w:hAnsi="Courier New"/>
          <w:color w:val="555555"/>
          <w:sz w:val="20"/>
        </w:rPr>
        <w:t>[4 . 117 . 1]</w:t>
      </w:r>
    </w:p>
    <w:p>
      <w:r>
        <w:rPr>
          <w:rFonts w:ascii="Gentium Plus" w:hAnsi="Gentium Plus"/>
          <w:sz w:val="24"/>
        </w:rPr>
        <w:t>Ταῦτα μὲν οὖν ἐπὶ τοσοῦτον ἰῷτο ἄν τις καὶ ὁ τὴν ἰατρικὴν οὐκ εἰδώς· δεῖ δὲ καὶ τῶν ἄλλων φροντίδα ἔχειν καὶ σημαίνειν τῷ ἰατρῷ τὰ συμβαίνοντα, πρὶν γενέσθαι μέγα τι καὶ δυσίατον ἢ ἀνίατον πάθος. προδηλοῦται γὰρ τὰ πολλὰ πόρρωθεν· ἦχοι γοῦν καὶ ψόφοι καὶ σπα‐</w:t>
      </w:r>
    </w:p>
    <w:p>
      <w:r>
        <w:rPr>
          <w:rFonts w:ascii="Courier New" w:hAnsi="Courier New"/>
          <w:color w:val="555555"/>
          <w:sz w:val="20"/>
        </w:rPr>
        <w:t>[5]</w:t>
      </w:r>
    </w:p>
    <w:p>
      <w:r>
        <w:rPr>
          <w:rFonts w:ascii="Gentium Plus" w:hAnsi="Gentium Plus"/>
          <w:sz w:val="24"/>
        </w:rPr>
        <w:t>σμοὶ μορίων τινῶν χείλους τε τοῦ κάτω τρόμοι καὶ ἀφωνία καὶ λήθη καὶ δυσώδεις δοκήσεις καὶ ὕπνοι βαθεῖς παρὰ τὸ εἰωθὸς ἢ ἐπιπόλαιοι καὶ φαντασιώδεις καὶ ἐφιάλται συνεχῶς πνίγοντες πρὸς ἀφροδίσιά τε ἄμετρα ὁρμή, συνεχῶς καὶ οὐχ ἅπαξ ἢ δὶς προσπίπτοντα, ἀποπληξίαν τινὰ γενήσεσθαι προσημαίνει καὶ ἐπιληπτικὸν τρόπον ἢ παραπληγικὸν</w:t>
      </w:r>
    </w:p>
    <w:p>
      <w:r>
        <w:rPr>
          <w:rFonts w:ascii="Courier New" w:hAnsi="Courier New"/>
          <w:color w:val="555555"/>
          <w:sz w:val="20"/>
        </w:rPr>
        <w:t>[4 . 117 . 2]</w:t>
      </w:r>
    </w:p>
    <w:p>
      <w:r>
        <w:rPr>
          <w:rFonts w:ascii="Gentium Plus" w:hAnsi="Gentium Plus"/>
          <w:sz w:val="24"/>
        </w:rPr>
        <w:t>ἢ μελαγχολικὸν ἢ μανιώδη. χρὴ οὖν διδάσκειν τὸν ἰατρὸν καὶ παρα‐ καλεῖν ὡς ὅτι τάχιστα βοηθεῖν· ἴσως γὰρ οὗτος ἢ φλέβα τεμὼν ἢ καθαρτήριον δοὺς ἢ καὶ ἀμφοτέροις χρησάμενος ἢ καί τισιν ἑτέροις</w:t>
      </w:r>
    </w:p>
    <w:p>
      <w:r>
        <w:rPr>
          <w:rFonts w:ascii="Courier New" w:hAnsi="Courier New"/>
          <w:color w:val="555555"/>
          <w:sz w:val="20"/>
        </w:rPr>
        <w:t>[4 . 117 . 3]</w:t>
      </w:r>
    </w:p>
    <w:p>
      <w:r>
        <w:rPr>
          <w:rFonts w:ascii="Gentium Plus" w:hAnsi="Gentium Plus"/>
          <w:sz w:val="24"/>
        </w:rPr>
        <w:t>τοῖς ἁρμόζουσιν εἴργει τὴν γένεσιν αὐτῶν. καὶ τῶν ὑποχύσεων δὲ τῶν ἐν ὀφθαλμοῖς ἀμβλυωπία τε προηγοῦνται καὶ τὰ προηγούμενα τῶν ὀφθαλμῶν οἱονεὶ κωνώπια ἢ τρίχες ἢ ἕτερον καὶ πόνος τῆς κε‐</w:t>
      </w:r>
    </w:p>
    <w:p>
      <w:r>
        <w:rPr>
          <w:rFonts w:ascii="Courier New" w:hAnsi="Courier New"/>
          <w:color w:val="555555"/>
          <w:sz w:val="20"/>
        </w:rPr>
        <w:t>[4 . 117 . 4]</w:t>
      </w:r>
    </w:p>
    <w:p>
      <w:r>
        <w:rPr>
          <w:rFonts w:ascii="Gentium Plus" w:hAnsi="Gentium Plus"/>
          <w:sz w:val="24"/>
        </w:rPr>
        <w:t>φαλῆς. καὶ ταῦτα οὖν διδάσκειν τὸν ἰατρόν· χρήσαιτο γὰρ 〈ἂν〉 οὗτος</w:t>
      </w:r>
    </w:p>
    <w:p>
      <w:r>
        <w:rPr>
          <w:rFonts w:ascii="Courier New" w:hAnsi="Courier New"/>
          <w:color w:val="555555"/>
          <w:sz w:val="20"/>
        </w:rPr>
        <w:t>[4 . 117 . 5]</w:t>
      </w:r>
    </w:p>
    <w:p>
      <w:r>
        <w:rPr>
          <w:rFonts w:ascii="Gentium Plus" w:hAnsi="Gentium Plus"/>
          <w:sz w:val="24"/>
        </w:rPr>
        <w:t>καθάρσει καὶ διαίτῃ ἁρμοττούσῃ καὶ τοῖς ἄλλοις τοῖς ὠφελοῦσιν. κόποι δ’ αὐτόματοι καὶ ὕπνοι βαθεῖς ἢ φαντασιώδεις ἢ ἀγρυπνίαι ἱδρῶτές τε μετὰ τοὺς ὕπνους καὶ δίψα παρὰ τὸ εἰωθὸς καὶ σιτίων ἀποστροφή,</w:t>
      </w:r>
    </w:p>
    <w:p>
      <w:r>
        <w:rPr>
          <w:rFonts w:ascii="Courier New" w:hAnsi="Courier New"/>
          <w:color w:val="555555"/>
          <w:sz w:val="20"/>
        </w:rPr>
        <w:t>[4 . 117 . 6]</w:t>
      </w:r>
    </w:p>
    <w:p>
      <w:r>
        <w:rPr>
          <w:rFonts w:ascii="Gentium Plus" w:hAnsi="Gentium Plus"/>
          <w:sz w:val="24"/>
        </w:rPr>
        <w:t>πυρετώδη πάντα. διὸ δὴ καὶ ταῦτα μαθὼν ὁ ἰατρὸς ποιήσει τὰ προσ‐</w:t>
      </w:r>
    </w:p>
    <w:p>
      <w:r>
        <w:rPr>
          <w:rFonts w:ascii="Courier New" w:hAnsi="Courier New"/>
          <w:color w:val="555555"/>
          <w:sz w:val="20"/>
        </w:rPr>
        <w:t>[4 . 117 . 7]</w:t>
      </w:r>
    </w:p>
    <w:p>
      <w:r>
        <w:rPr>
          <w:rFonts w:ascii="Gentium Plus" w:hAnsi="Gentium Plus"/>
          <w:sz w:val="24"/>
        </w:rPr>
        <w:t>ήκοντα. καὶ τὰ περὶ θώρακα δὲ συμπίπτοντα εἰ μὴ ἀνενέγκοι τις τῷ</w:t>
      </w:r>
    </w:p>
    <w:p>
      <w:r>
        <w:rPr>
          <w:rFonts w:ascii="Courier New" w:hAnsi="Courier New"/>
          <w:color w:val="555555"/>
          <w:sz w:val="20"/>
        </w:rPr>
        <w:t>[4 . 117 . 8]</w:t>
      </w:r>
    </w:p>
    <w:p>
      <w:r>
        <w:rPr>
          <w:rFonts w:ascii="Gentium Plus" w:hAnsi="Gentium Plus"/>
          <w:sz w:val="24"/>
        </w:rPr>
        <w:t>ἰατρῷ, κίνδυνος αἱμοπτοϊκὸν ἢ ἐμπυϊκὸν γενέσθαι. καὶ μέλαν δ’ οὖρον νεφρῶν ἔσθ’ ὅτε λιθίασιν προσημαίνει, καὶ μᾶλλον ἐπὶ πρεσβυτῶν· ἀλλ’ εἰ μάθοι ὁ ἰατρός, ἐξευρήσει τινὰ προφυλακτικά, διά τε τῶν οὐρητι‐ κῶν καθαίρων τοὺς νεφρούς, κελεύων μὴ κατά τι τείνεσθαι, μὴ γυμνά‐</w:t>
      </w:r>
    </w:p>
    <w:p>
      <w:r>
        <w:rPr>
          <w:rFonts w:ascii="Courier New" w:hAnsi="Courier New"/>
          <w:color w:val="555555"/>
          <w:sz w:val="20"/>
        </w:rPr>
        <w:t>[4 . 117 . 9]</w:t>
      </w:r>
    </w:p>
    <w:p>
      <w:r>
        <w:rPr>
          <w:rFonts w:ascii="Gentium Plus" w:hAnsi="Gentium Plus"/>
          <w:sz w:val="24"/>
        </w:rPr>
        <w:t>ζεσθαι, χρώμενον ἱππασίᾳ καὶ ὀχήματι μηδὲ ἐπὶ πολὺ ἵστασθαι. δεῖ δὲ μηδὲ τῶν ἀλγημάτων, ὅταν περί τι ἄρθρον γένηται τοῦ ποδός, ἀμε‐ λῶς ἔχειν· κἂν γὰρ ἅπαξ συμπέσῃ ῥᾳθυμησάντων, ἐπανέρχεται πάλιν, κἂν ἐπὶ πολὺ διαλείπῃ, σὺν κακῷ μείζονι καὶ δυσιάτῳ· θεραπεύειν οὖν</w:t>
      </w:r>
    </w:p>
    <w:p>
      <w:r>
        <w:rPr>
          <w:rFonts w:ascii="Courier New" w:hAnsi="Courier New"/>
          <w:color w:val="555555"/>
          <w:sz w:val="20"/>
        </w:rPr>
        <w:t>[4 . 117 . 10]</w:t>
      </w:r>
    </w:p>
    <w:p>
      <w:r>
        <w:rPr>
          <w:rFonts w:ascii="Gentium Plus" w:hAnsi="Gentium Plus"/>
          <w:sz w:val="24"/>
        </w:rPr>
        <w:t>ἐν ἀρχαῖς ἄμεινον, ὅτε καὶ ἡ ἴασις ῥᾳδία. καὶ τὰς πολλάκις δὲ γινο‐ μένας ἀπεψίας καὶ διαρροίας ὑποπτεύειν καὶ τὰς ἐμπνευματώσεις κατα‐ μηνύειν τε τῷ ἰατρῷ· παρασιωπησάντων γὰρ τὰ χαλεπώτατα συμ‐ πίπτει, οἷόν ἐστι καὶ τὸ φυσῶδες καλούμενον πάθος, ὅπερ, φόβου καὶ</w:t>
      </w:r>
    </w:p>
    <w:p>
      <w:r>
        <w:rPr>
          <w:rFonts w:ascii="Courier New" w:hAnsi="Courier New"/>
          <w:color w:val="555555"/>
          <w:sz w:val="20"/>
        </w:rPr>
        <w:t>[4 . 117 . 11]</w:t>
      </w:r>
    </w:p>
    <w:p>
      <w:r>
        <w:rPr>
          <w:rFonts w:ascii="Gentium Plus" w:hAnsi="Gentium Plus"/>
          <w:sz w:val="24"/>
        </w:rPr>
        <w:t>λύπης ἀλόγου προσγενομένης, μελαγχολία καλεῖται. πλεῖστα δὲ καὶ ἄλλα διὰ τὴν ἀμέλειαν εἰς ἀνήκεστον κακὸν προῆλθε· διὸ χρὴ περὶ μηδενὸς μήτε μικροῦ μήτε μεγάλου τῶν συμβαινόντων παρὰ τὸ εἰωθὸς</w:t>
      </w:r>
    </w:p>
    <w:p>
      <w:r>
        <w:rPr>
          <w:rFonts w:ascii="Courier New" w:hAnsi="Courier New"/>
          <w:color w:val="555555"/>
          <w:sz w:val="20"/>
        </w:rPr>
        <w:t>[4 . 117 . 12]</w:t>
      </w:r>
    </w:p>
    <w:p>
      <w:r>
        <w:rPr>
          <w:rFonts w:ascii="Gentium Plus" w:hAnsi="Gentium Plus"/>
          <w:sz w:val="24"/>
        </w:rPr>
        <w:t>ἀποσιωπᾶν. —Ἐπεὶ δὲ συνθέτων φαρμάκων ἐγένετο μνήμη, τὰς γρα‐ φὰς αὐτῶν ἐφεξῆς διαγράψομαι.</w:t>
      </w:r>
    </w:p>
    <w:p>
      <w:pPr>
        <w:jc w:val="center"/>
      </w:pPr>
      <w:r>
        <w:rPr>
          <w:rFonts w:ascii="Gentium Plus" w:hAnsi="Gentium Plus"/>
          <w:b/>
          <w:sz w:val="24"/>
        </w:rPr>
        <w:t>Συμμετρία κηροῦ πρὸς ἔλαιον.</w:t>
      </w:r>
    </w:p>
    <w:p>
      <w:r>
        <w:rPr>
          <w:rFonts w:ascii="Courier New" w:hAnsi="Courier New"/>
          <w:color w:val="555555"/>
          <w:sz w:val="20"/>
        </w:rPr>
        <w:t>[4 . 118 . 1]</w:t>
      </w:r>
    </w:p>
    <w:p>
      <w:r>
        <w:rPr>
          <w:rFonts w:ascii="Gentium Plus" w:hAnsi="Gentium Plus"/>
          <w:sz w:val="24"/>
        </w:rPr>
        <w:t>Εἰ μὲν οἷα τὰ καλούμενα πρὸς τῶν ἰατρῶν ἄκοπα χρίσματα βού‐ λοιο ποιῆσαι, τετραπλάσιον ἐμβαλεῖς τοῦ κηροῦ τὸ ἔλαιον· εἰ δ’ οἵαν ἐπὶ τῶν καταγμάτων τὴν ὑγρὰν κηρωτὴν ἐργαζόμεθα, διπλάσιον· εἰ δ’ ἐμπλαστρῶδες ποιῆσαι βουληθείης τὸ φάρμακον, τῷ κηρῷ μίξεις</w:t>
      </w:r>
    </w:p>
    <w:p>
      <w:r>
        <w:rPr>
          <w:rFonts w:ascii="Courier New" w:hAnsi="Courier New"/>
          <w:color w:val="555555"/>
          <w:sz w:val="20"/>
        </w:rPr>
        <w:t>[5]</w:t>
      </w:r>
    </w:p>
    <w:p>
      <w:r>
        <w:rPr>
          <w:rFonts w:ascii="Gentium Plus" w:hAnsi="Gentium Plus"/>
          <w:sz w:val="24"/>
        </w:rPr>
        <w:t>ἴσον τοὔλαιον, ἐὰν τὸ περιέχον ᾖ σύμμετρον, ἐὰν δ’ ὅ τε κηρὸς πα‐ λαιὸς ᾖ καὶ αὐχμηρὸς τό τε περιέχον 〈ψυχρόν〉, ὀλίγῳ πλεῖον, ὥσπερ γε καὶ ἐὰν ὅ τε κηρὸς λιπαρὸς 〈ᾖ〉 καὶ τὸ περιέχον θερμόν, ἔλαττον</w:t>
      </w:r>
    </w:p>
    <w:p>
      <w:r>
        <w:rPr>
          <w:rFonts w:ascii="Courier New" w:hAnsi="Courier New"/>
          <w:color w:val="555555"/>
          <w:sz w:val="20"/>
        </w:rPr>
        <w:t>[4 . 118 . 2]</w:t>
      </w:r>
    </w:p>
    <w:p>
      <w:r>
        <w:rPr>
          <w:rFonts w:ascii="Gentium Plus" w:hAnsi="Gentium Plus"/>
          <w:sz w:val="24"/>
        </w:rPr>
        <w:t>ὀλίγῳ. τὸ δ’ ὀλίγον τοῦτο δωδέκατον ἔστω μέρος ἐφ’ ἑκατέρου τοῦ μέσου· καὶ γὰρ ια καὶ ιβ καὶ ιγ οὐγγίας ἐλαίου ποτὲ μίξεις τῇ λίτρᾳ τοῦ κηροῦ.</w:t>
      </w:r>
    </w:p>
    <w:p>
      <w:pPr>
        <w:jc w:val="center"/>
      </w:pPr>
      <w:r>
        <w:rPr>
          <w:rFonts w:ascii="Gentium Plus" w:hAnsi="Gentium Plus"/>
          <w:b/>
          <w:sz w:val="24"/>
        </w:rPr>
        <w:t>Τὸ πάνυγρον.</w:t>
      </w:r>
    </w:p>
    <w:p>
      <w:r>
        <w:rPr>
          <w:rFonts w:ascii="Courier New" w:hAnsi="Courier New"/>
          <w:color w:val="555555"/>
          <w:sz w:val="20"/>
        </w:rPr>
        <w:t>[4 . 119 . 1]</w:t>
      </w:r>
    </w:p>
    <w:p>
      <w:r>
        <w:rPr>
          <w:rFonts w:ascii="Gentium Plus" w:hAnsi="Gentium Plus"/>
          <w:sz w:val="24"/>
        </w:rPr>
        <w:t>Στέατος ὑείου προσφάτου καὶ ἐξινισμένου 𐆄 κδ, κηροῦ 𐆄 κδ, λιθαρ‐ γύρου 𐆄 ϛ, ψιμυθίου 𐆄 ϛ· τὰ τηκτὰ κατὰ τῶν ξηρῶν· χρόνῳ δὲ συν‐ ίσταται.</w:t>
      </w:r>
    </w:p>
    <w:p>
      <w:pPr>
        <w:jc w:val="center"/>
      </w:pPr>
      <w:r>
        <w:rPr>
          <w:rFonts w:ascii="Gentium Plus" w:hAnsi="Gentium Plus"/>
          <w:b/>
          <w:sz w:val="24"/>
        </w:rPr>
        <w:t>Τετραφάρμακον βασιλικόν.</w:t>
      </w:r>
    </w:p>
    <w:p>
      <w:r>
        <w:rPr>
          <w:rFonts w:ascii="Courier New" w:hAnsi="Courier New"/>
          <w:color w:val="555555"/>
          <w:sz w:val="20"/>
        </w:rPr>
        <w:t>[4 . 120 1,2]</w:t>
      </w:r>
    </w:p>
    <w:p>
      <w:r>
        <w:rPr>
          <w:rFonts w:ascii="Gentium Plus" w:hAnsi="Gentium Plus"/>
          <w:sz w:val="24"/>
        </w:rPr>
        <w:t>Κηροῦ, φρυκτῆς, πίσσης ξηρᾶς, στέατος ταυρείου ἀνὰ 𐆃 α. πρὸς</w:t>
      </w:r>
    </w:p>
    <w:p>
      <w:r>
        <w:rPr>
          <w:rFonts w:ascii="Courier New" w:hAnsi="Courier New"/>
          <w:color w:val="555555"/>
          <w:sz w:val="20"/>
        </w:rPr>
        <w:t>[4 . 120 . 2 (2)]</w:t>
      </w:r>
    </w:p>
    <w:p>
      <w:r>
        <w:rPr>
          <w:rFonts w:ascii="Gentium Plus" w:hAnsi="Gentium Plus"/>
          <w:sz w:val="24"/>
        </w:rPr>
        <w:t>δὲ τὸ τάχιον συμπέψαι καὶ σαρκῶσαι προσβάλλομεν αὐτῷ καὶ λιβα‐ νωτόν, ποτὲ μὲν γ, ποτὲ δὲ δ.</w:t>
      </w:r>
    </w:p>
    <w:p>
      <w:pPr>
        <w:jc w:val="center"/>
      </w:pPr>
      <w:r>
        <w:rPr>
          <w:rFonts w:ascii="Gentium Plus" w:hAnsi="Gentium Plus"/>
          <w:b/>
          <w:sz w:val="24"/>
        </w:rPr>
        <w:t>Τὸ διὰ χυλῶν.</w:t>
      </w:r>
    </w:p>
    <w:p>
      <w:r>
        <w:rPr>
          <w:rFonts w:ascii="Courier New" w:hAnsi="Courier New"/>
          <w:color w:val="555555"/>
          <w:sz w:val="20"/>
        </w:rPr>
        <w:t>[4 . 121 . 1]</w:t>
      </w:r>
    </w:p>
    <w:p>
      <w:r>
        <w:rPr>
          <w:rFonts w:ascii="Gentium Plus" w:hAnsi="Gentium Plus"/>
          <w:sz w:val="24"/>
        </w:rPr>
        <w:t>Λιθαργύρου 𐆃 β, κηροῦ 𐆄 η, ἐλαίου 𐆃 ϛ, τήλεως, λινοσπέρματος ἐβίσκου τῆς καὶ ἀλθαίας (καλεῖται δὲ καὶ ἀγρία μαλάχη ἡ ἀλθαία) ψυλλίου ἀγρίου, σικύου, πτισάνης, ἑψηθέντων τῶν τοιούτων τοῦ χυλοῦ</w:t>
      </w:r>
    </w:p>
    <w:p>
      <w:r>
        <w:rPr>
          <w:rFonts w:ascii="Courier New" w:hAnsi="Courier New"/>
          <w:color w:val="555555"/>
          <w:sz w:val="20"/>
        </w:rPr>
        <w:t>[4 . 121 . 2]</w:t>
      </w:r>
    </w:p>
    <w:p>
      <w:r>
        <w:rPr>
          <w:rFonts w:ascii="Gentium Plus" w:hAnsi="Gentium Plus"/>
          <w:sz w:val="24"/>
        </w:rPr>
        <w:t>𐆃 β. ἕψε μέχρις ἀμολύντου καὶ χρῶ.</w:t>
      </w:r>
    </w:p>
    <w:p>
      <w:pPr>
        <w:jc w:val="center"/>
      </w:pPr>
      <w:r>
        <w:rPr>
          <w:rFonts w:ascii="Gentium Plus" w:hAnsi="Gentium Plus"/>
          <w:b/>
          <w:sz w:val="24"/>
        </w:rPr>
        <w:t>Τὸ Μνασέου μάλαγμα.</w:t>
      </w:r>
    </w:p>
    <w:p>
      <w:r>
        <w:rPr>
          <w:rFonts w:ascii="Courier New" w:hAnsi="Courier New"/>
          <w:color w:val="555555"/>
          <w:sz w:val="20"/>
        </w:rPr>
        <w:t>[4 . 122 . 1]</w:t>
      </w:r>
    </w:p>
    <w:p>
      <w:r>
        <w:rPr>
          <w:rFonts w:ascii="Gentium Plus" w:hAnsi="Gentium Plus"/>
          <w:sz w:val="24"/>
        </w:rPr>
        <w:t>Λιθαργύρου 𐆃 γ, ἐλαίου παλαιοῦ 𐆃 β, κηροῦ 𐆃 α, ὀξυγγίου παλαιοῦ</w:t>
      </w:r>
    </w:p>
    <w:p>
      <w:pPr>
        <w:jc w:val="center"/>
      </w:pPr>
      <w:r>
        <w:rPr>
          <w:rFonts w:ascii="Gentium Plus" w:hAnsi="Gentium Plus"/>
          <w:b/>
          <w:sz w:val="24"/>
        </w:rPr>
        <w:t>Τὸ διὰ μέλιτος.</w:t>
      </w:r>
    </w:p>
    <w:p>
      <w:r>
        <w:rPr>
          <w:rFonts w:ascii="Courier New" w:hAnsi="Courier New"/>
          <w:color w:val="555555"/>
          <w:sz w:val="20"/>
        </w:rPr>
        <w:t>[4 . 123 . 1]</w:t>
      </w:r>
    </w:p>
    <w:p>
      <w:r>
        <w:rPr>
          <w:rFonts w:ascii="Gentium Plus" w:hAnsi="Gentium Plus"/>
          <w:sz w:val="24"/>
        </w:rPr>
        <w:t>Κηροῦ 𐆃 α, στέατος χηνείου 𐆄 ϛ, ἐλαίου παλαιοῦ 𐆃 α, λιθαργύρου 𐆃 α, τερεβινθίνης 𐆄 β (οἱ δὲ μίαν), μέλιτος 𐆃 α.</w:t>
      </w:r>
    </w:p>
    <w:p>
      <w:pPr>
        <w:jc w:val="center"/>
      </w:pPr>
      <w:r>
        <w:rPr>
          <w:rFonts w:ascii="Gentium Plus" w:hAnsi="Gentium Plus"/>
          <w:b/>
          <w:sz w:val="24"/>
        </w:rPr>
        <w:t>Ἡ διὰ χαλκίτεως φοινικίνη Γαληνοῦ.</w:t>
      </w:r>
    </w:p>
    <w:p>
      <w:r>
        <w:rPr>
          <w:rFonts w:ascii="Courier New" w:hAnsi="Courier New"/>
          <w:color w:val="555555"/>
          <w:sz w:val="20"/>
        </w:rPr>
        <w:t>[4 . 124 . 1]</w:t>
      </w:r>
    </w:p>
    <w:p>
      <w:r>
        <w:rPr>
          <w:rFonts w:ascii="Gentium Plus" w:hAnsi="Gentium Plus"/>
          <w:sz w:val="24"/>
        </w:rPr>
        <w:t>Χοιρείου στέατος παλαιοῦ καὶ ἀνάλου 𐆃 β, ἐλαίου παλαιοτάτου</w:t>
      </w:r>
    </w:p>
    <w:p>
      <w:r>
        <w:rPr>
          <w:rFonts w:ascii="Courier New" w:hAnsi="Courier New"/>
          <w:color w:val="555555"/>
          <w:sz w:val="20"/>
        </w:rPr>
        <w:t>[4 . 124 . 2]</w:t>
      </w:r>
    </w:p>
    <w:p>
      <w:r>
        <w:rPr>
          <w:rFonts w:ascii="Gentium Plus" w:hAnsi="Gentium Plus"/>
          <w:sz w:val="24"/>
        </w:rPr>
        <w:t>𐆃 γ, λιθαργύρου 𐆃 ϛ, χαλκίτεως 𐆄 γ. τὴν χαλκῖτιν κόψας καὶ σήσας λεπτοτάτῳ κοσκίνῳ βαλὼν εἰς θυΐαν μετὰ τῶν τριῶν λιτρῶν τοῦ ἐλαίου τρῖβε ἐπιμελῶς, μέχρις ἂν λειότατον γένηται, εἶτ’ ἐπέμβαλλε τὴν λιθάργυρον λεπτοτάτῳ κοσκίνῳ καὶ αὐτὴν σεσησμένην καὶ προλελειω‐</w:t>
      </w:r>
    </w:p>
    <w:p>
      <w:r>
        <w:rPr>
          <w:rFonts w:ascii="Courier New" w:hAnsi="Courier New"/>
          <w:color w:val="555555"/>
          <w:sz w:val="20"/>
        </w:rPr>
        <w:t>[5]</w:t>
      </w:r>
    </w:p>
    <w:p>
      <w:r>
        <w:rPr>
          <w:rFonts w:ascii="Gentium Plus" w:hAnsi="Gentium Plus"/>
          <w:sz w:val="24"/>
        </w:rPr>
        <w:t>μένην ἱκανῶς ἐν ἑτέρᾳ θυΐᾳ καὶ συλλείου ἐπὶ πλείονα χρόνον τῇ χαλ‐ κίτιδι, καὶ μάλιστα ἐν ἡλίῳ, ὅπως τὸ ἔλαιον ὑγρὸν διαμένῃ. ἐπι‐ βάλλεται αὐτοῖς τελευταῖον τὸ στέαρ, καὶ συλλειώσας ἐπιμελῶς βαλὼν εἰς κακκάβην ἕψε κινῶν σπάθῃ φοινικίνῃ ἀφῃρημένῃ τοῦ φλοιοῦ τοῦ χλωροῦ 〈τοῦ〉 ἔξωθεν αὐτῆς, ἵνα δυνηθῇ τῆς οἰκείας ὑγρότητος μετα‐</w:t>
      </w:r>
    </w:p>
    <w:p>
      <w:r>
        <w:rPr>
          <w:rFonts w:ascii="Courier New" w:hAnsi="Courier New"/>
          <w:color w:val="555555"/>
          <w:sz w:val="20"/>
        </w:rPr>
        <w:t>[4 . 124 . 3]</w:t>
      </w:r>
    </w:p>
    <w:p>
      <w:r>
        <w:rPr>
          <w:rFonts w:ascii="Gentium Plus" w:hAnsi="Gentium Plus"/>
          <w:sz w:val="24"/>
        </w:rPr>
        <w:t>διδόναι τῷ φαρμάκῳ. ἀρκέσει δ’ εἰς τὴν ἕψησιν εἷς τῶν φοινίκων κλάδος ὡς τῷ μὲν ἁδροτέρῳ μέρει τοῦ ξύλου χρῆσθαι εἰς τὴν τῆς σπάθης γένεσιν, τῷ δ’ ἑτέρῳ, ὅπερ ἦν τῇ σπάθῃ συνεχές, καὶ αὐτῷ ἐξεσμένῳ καὶ κεκαθαρμένῳ ὡς λευκῷ γενέσθαι χρήσασθαί τε δυνηθῆναι</w:t>
      </w:r>
    </w:p>
    <w:p>
      <w:r>
        <w:rPr>
          <w:rFonts w:ascii="Courier New" w:hAnsi="Courier New"/>
          <w:color w:val="555555"/>
          <w:sz w:val="20"/>
        </w:rPr>
        <w:t>[5]</w:t>
      </w:r>
    </w:p>
    <w:p>
      <w:r>
        <w:rPr>
          <w:rFonts w:ascii="Gentium Plus" w:hAnsi="Gentium Plus"/>
          <w:sz w:val="24"/>
        </w:rPr>
        <w:t>εἰς τὸ ἐμβληθῆναι τῷ φαρμάκῳ, εἰς λεπτὰ διῃρημένου καὶ κατακεκομ‐</w:t>
      </w:r>
    </w:p>
    <w:p>
      <w:r>
        <w:rPr>
          <w:rFonts w:ascii="Courier New" w:hAnsi="Courier New"/>
          <w:color w:val="555555"/>
          <w:sz w:val="20"/>
        </w:rPr>
        <w:t>[4 . 124 . 4]</w:t>
      </w:r>
    </w:p>
    <w:p>
      <w:r>
        <w:rPr>
          <w:rFonts w:ascii="Gentium Plus" w:hAnsi="Gentium Plus"/>
          <w:sz w:val="24"/>
        </w:rPr>
        <w:t>μένου αὐτοῦ. ἐμβληθήσεται δὲ κατ’ ἐκεῖνον τὸν καιρὸν καθ’ ὃν ἂν</w:t>
      </w:r>
    </w:p>
    <w:p>
      <w:r>
        <w:rPr>
          <w:rFonts w:ascii="Courier New" w:hAnsi="Courier New"/>
          <w:color w:val="555555"/>
          <w:sz w:val="20"/>
        </w:rPr>
        <w:t>[4 . 124 . 5]</w:t>
      </w:r>
    </w:p>
    <w:p>
      <w:r>
        <w:rPr>
          <w:rFonts w:ascii="Gentium Plus" w:hAnsi="Gentium Plus"/>
          <w:sz w:val="24"/>
        </w:rPr>
        <w:t>ἤδη τὸ φάρμακον εἰς σύστασιν ἥκῃ κηρωτῆς συμμέτρου. καὶ αὐτῆς δὲ τῆς σπάθης ἀποκόπτειν χρὴ τὸ ἤδη ὑπὸ τοῦ φαρμάκου ἀνεξηρασμένον καὶ τοῦτο μὲν ῥίπτειν, τῷ δὲ καταλοίπῳ μέρει χρῆσθαι, ὅπως ἀπολάβῃ</w:t>
      </w:r>
    </w:p>
    <w:p>
      <w:r>
        <w:rPr>
          <w:rFonts w:ascii="Courier New" w:hAnsi="Courier New"/>
          <w:color w:val="555555"/>
          <w:sz w:val="20"/>
        </w:rPr>
        <w:t>[4 . 124 . 6]</w:t>
      </w:r>
    </w:p>
    <w:p>
      <w:r>
        <w:rPr>
          <w:rFonts w:ascii="Gentium Plus" w:hAnsi="Gentium Plus"/>
          <w:sz w:val="24"/>
        </w:rPr>
        <w:t>τὸ φάρμακον τῆς ὑγρότητος αὐτῆς. τοῦτο δὲ χρὴ ποιεῖν καὶ δὶς καὶ</w:t>
      </w:r>
    </w:p>
    <w:p>
      <w:r>
        <w:rPr>
          <w:rFonts w:ascii="Courier New" w:hAnsi="Courier New"/>
          <w:color w:val="555555"/>
          <w:sz w:val="20"/>
        </w:rPr>
        <w:t>[4 . 124 . 7]</w:t>
      </w:r>
    </w:p>
    <w:p>
      <w:r>
        <w:rPr>
          <w:rFonts w:ascii="Gentium Plus" w:hAnsi="Gentium Plus"/>
          <w:sz w:val="24"/>
        </w:rPr>
        <w:t>τρίς, εἰ ὁρῴης ἀναξηραινομένην τὴν σπάθην. φανερὸν δ’ ἐστὶν ὡς χρὴ τὸν κλάδον τοῦ φοίνικος πρόσφατον εἶναι καὶ αὐτῆς τῆς ἡμέρας</w:t>
      </w:r>
    </w:p>
    <w:p>
      <w:r>
        <w:rPr>
          <w:rFonts w:ascii="Courier New" w:hAnsi="Courier New"/>
          <w:color w:val="555555"/>
          <w:sz w:val="20"/>
        </w:rPr>
        <w:t>[4 . 124 . 8]</w:t>
      </w:r>
    </w:p>
    <w:p>
      <w:r>
        <w:rPr>
          <w:rFonts w:ascii="Gentium Plus" w:hAnsi="Gentium Plus"/>
          <w:sz w:val="24"/>
        </w:rPr>
        <w:t>κεκόφθαι ὅπως ἔγχυλος εἴη. ὅταν δ’ ἑψόμενον τὸ φάρμακον ἀμόλυν‐ τον γένηται, αὐτῷ μὲν ἐμπλάστρῳ χρήσῃ κατά τε τῶν ἐναίμων τραυ‐ μάτων καὶ τῶν δυσεπουλώτων καὶ ἐπὶ κόλπων, ἐλαίῳ δὲ διατήκων</w:t>
      </w:r>
    </w:p>
    <w:p>
      <w:r>
        <w:rPr>
          <w:rFonts w:ascii="Courier New" w:hAnsi="Courier New"/>
          <w:color w:val="555555"/>
          <w:sz w:val="20"/>
        </w:rPr>
        <w:t>[4 . 124 . 9]</w:t>
      </w:r>
    </w:p>
    <w:p>
      <w:r>
        <w:rPr>
          <w:rFonts w:ascii="Gentium Plus" w:hAnsi="Gentium Plus"/>
          <w:sz w:val="24"/>
        </w:rPr>
        <w:t>ἐπὶ τῶν φλεγμαινόντων. βραχὺ δ’ ἔστω πλέον τοῦ ἐλαίου τὸ φάρ‐ μακον ἐν τῷ διατήκειν.</w:t>
      </w:r>
    </w:p>
    <w:p>
      <w:pPr>
        <w:jc w:val="center"/>
      </w:pPr>
      <w:r>
        <w:rPr>
          <w:rFonts w:ascii="Gentium Plus" w:hAnsi="Gentium Plus"/>
          <w:b/>
          <w:sz w:val="24"/>
        </w:rPr>
        <w:t>Τὸ διὰ πομφόλυγος.</w:t>
      </w:r>
    </w:p>
    <w:p>
      <w:r>
        <w:rPr>
          <w:rFonts w:ascii="Courier New" w:hAnsi="Courier New"/>
          <w:color w:val="555555"/>
          <w:sz w:val="20"/>
        </w:rPr>
        <w:t>[4 . 125 . 1]</w:t>
      </w:r>
    </w:p>
    <w:p>
      <w:r>
        <w:rPr>
          <w:rFonts w:ascii="Gentium Plus" w:hAnsi="Gentium Plus"/>
          <w:sz w:val="24"/>
        </w:rPr>
        <w:t>Πομφόλυγος, λιθαργύρου, ψιμυθίου ἀνὰ 𐆄 δ, λαδάνου 𐆄 α, ἀκα‐ κίας 𐅻 β, ἐλαίου μυρσίνου 𐆄 η, κηροῦ Τυρρηνικοῦ τὸ ἀρκοῦν, ὠῶν</w:t>
      </w:r>
    </w:p>
    <w:p>
      <w:pPr>
        <w:jc w:val="center"/>
      </w:pPr>
      <w:r>
        <w:rPr>
          <w:rFonts w:ascii="Gentium Plus" w:hAnsi="Gentium Plus"/>
          <w:b/>
          <w:sz w:val="24"/>
        </w:rPr>
        <w:t>Τὸ διὰ μελιλώτων.</w:t>
      </w:r>
    </w:p>
    <w:p>
      <w:r>
        <w:rPr>
          <w:rFonts w:ascii="Courier New" w:hAnsi="Courier New"/>
          <w:color w:val="555555"/>
          <w:sz w:val="20"/>
        </w:rPr>
        <w:t>[4 . 126 . 1]</w:t>
      </w:r>
    </w:p>
    <w:p>
      <w:r>
        <w:rPr>
          <w:rFonts w:ascii="Gentium Plus" w:hAnsi="Gentium Plus"/>
          <w:sz w:val="24"/>
        </w:rPr>
        <w:t>Νάρδου Κελτικοῦ 𐅻 ι, κυπέρου, καρδαμώμου, ἴρεως, σμύρνης, ἀμ‐ μωνιακοῦ θυμιάματος ἀνὰ 𐅻 η, μελιλώτου 𐅻 κε, τερμινθίνης 𐅻 ν, κηροῦ</w:t>
      </w:r>
    </w:p>
    <w:p>
      <w:r>
        <w:rPr>
          <w:rFonts w:ascii="Courier New" w:hAnsi="Courier New"/>
          <w:color w:val="555555"/>
          <w:sz w:val="20"/>
        </w:rPr>
        <w:t>[4 . 126 . 2]</w:t>
      </w:r>
    </w:p>
    <w:p>
      <w:r>
        <w:rPr>
          <w:rFonts w:ascii="Gentium Plus" w:hAnsi="Gentium Plus"/>
          <w:sz w:val="24"/>
        </w:rPr>
        <w:t>νέου 𐅻 ρ, κυπρίνου κοτύλης 𐅶, ὄξους τὸ ἱκανόν. τινὲς ἀμμωνιακοῦ θυμιάματος 𐅻 ρ.</w:t>
      </w:r>
    </w:p>
    <w:p>
      <w:pPr>
        <w:jc w:val="center"/>
      </w:pPr>
      <w:r>
        <w:rPr>
          <w:rFonts w:ascii="Gentium Plus" w:hAnsi="Gentium Plus"/>
          <w:b/>
          <w:sz w:val="24"/>
        </w:rPr>
        <w:t>Τροχίσκος ὁ Μούσα.</w:t>
      </w:r>
    </w:p>
    <w:p>
      <w:r>
        <w:rPr>
          <w:rFonts w:ascii="Courier New" w:hAnsi="Courier New"/>
          <w:color w:val="555555"/>
          <w:sz w:val="20"/>
        </w:rPr>
        <w:t>[4 . 127 . 1]</w:t>
      </w:r>
    </w:p>
    <w:p>
      <w:r>
        <w:rPr>
          <w:rFonts w:ascii="Gentium Plus" w:hAnsi="Gentium Plus"/>
          <w:sz w:val="24"/>
        </w:rPr>
        <w:t>Σχιστῆς, ἀλόης, σμύρνης, χαλκάνθης ἀνὰ 𐅻 β, λιβάνου [ἀνὰ] 𐅻 η, κυτίνων 𐅻 ι, ἀριστολοχίας 𐅻 ιβ, καὶ κηκίδων ὀμφακίνων 𐅻 η, γλυκέος τὸ αὔταρκες.</w:t>
      </w:r>
    </w:p>
    <w:p>
      <w:pPr>
        <w:jc w:val="center"/>
      </w:pPr>
      <w:r>
        <w:rPr>
          <w:rFonts w:ascii="Gentium Plus" w:hAnsi="Gentium Plus"/>
          <w:b/>
          <w:sz w:val="24"/>
        </w:rPr>
        <w:t>Ὁ Πολυείδους.</w:t>
      </w:r>
    </w:p>
    <w:p>
      <w:r>
        <w:rPr>
          <w:rFonts w:ascii="Courier New" w:hAnsi="Courier New"/>
          <w:color w:val="555555"/>
          <w:sz w:val="20"/>
        </w:rPr>
        <w:t>[4 . 128 . 1]</w:t>
      </w:r>
    </w:p>
    <w:p>
      <w:r>
        <w:rPr>
          <w:rFonts w:ascii="Gentium Plus" w:hAnsi="Gentium Plus"/>
          <w:sz w:val="24"/>
        </w:rPr>
        <w:t>Σιδίων 𐅻 ιϛ, σμύρνης 𐅻 η, ἀλόης 𐅻 η, σχιστῆς 𐅻 ε, λιβάνου 𐅻 α, χαλκάνθης 𐅻 γ, χολῆς ταυρείας 𐅻 ϛ· οἴνῳ γλυκεῖ ἀναλάμβανε.</w:t>
      </w:r>
    </w:p>
    <w:p>
      <w:pPr>
        <w:jc w:val="center"/>
      </w:pPr>
      <w:r>
        <w:rPr>
          <w:rFonts w:ascii="Gentium Plus" w:hAnsi="Gentium Plus"/>
          <w:b/>
          <w:sz w:val="24"/>
        </w:rPr>
        <w:t>Τὸ διὰ χάρτου ξηρὸν πρὸς νομάς.</w:t>
      </w:r>
    </w:p>
    <w:p>
      <w:r>
        <w:rPr>
          <w:rFonts w:ascii="Courier New" w:hAnsi="Courier New"/>
          <w:color w:val="555555"/>
          <w:sz w:val="20"/>
        </w:rPr>
        <w:t>[4 . 129 . 1]</w:t>
      </w:r>
    </w:p>
    <w:p>
      <w:r>
        <w:rPr>
          <w:rFonts w:ascii="Gentium Plus" w:hAnsi="Gentium Plus"/>
          <w:sz w:val="24"/>
        </w:rPr>
        <w:t>Χάρτου κεκαυμένου, χαλκοῦ κεκαυμένου, μολύβδου κεκαυμένου καὶ πεπλυμένου, λεπίδος στομώματος, ἑκάστου τὸ ἴσον, θείου ἀπύρου τὸ ἥμισυ· λείου.</w:t>
      </w:r>
    </w:p>
    <w:p>
      <w:pPr>
        <w:jc w:val="center"/>
      </w:pPr>
      <w:r>
        <w:rPr>
          <w:rFonts w:ascii="Gentium Plus" w:hAnsi="Gentium Plus"/>
          <w:b/>
          <w:sz w:val="24"/>
        </w:rPr>
        <w:t>Ῥοδίνου σκευασία.</w:t>
      </w:r>
    </w:p>
    <w:p>
      <w:r>
        <w:rPr>
          <w:rFonts w:ascii="Courier New" w:hAnsi="Courier New"/>
          <w:color w:val="555555"/>
          <w:sz w:val="20"/>
        </w:rPr>
        <w:t>[4 . 130 . 1]</w:t>
      </w:r>
    </w:p>
    <w:p>
      <w:r>
        <w:rPr>
          <w:rFonts w:ascii="Gentium Plus" w:hAnsi="Gentium Plus"/>
          <w:sz w:val="24"/>
        </w:rPr>
        <w:t>Τὸ ῥόδινον χωρὶς στυμμάτων σκευάζεσθαι προσήκει, ῥόδων μόνων ἐμβαλλομένων εἰς ἔλαιον ὀμφάκινόν τε καὶ ὠμοτριβὲς χωρὶς ἁλῶν γεγονός, διότι θερμαίνοντες οἱ ἅλες ἀνεπιτήδειον αὐτὸ ποιοῦσιν.</w:t>
      </w:r>
    </w:p>
    <w:p>
      <w:pPr>
        <w:jc w:val="center"/>
      </w:pPr>
      <w:r>
        <w:rPr>
          <w:rFonts w:ascii="Gentium Plus" w:hAnsi="Gentium Plus"/>
          <w:b/>
          <w:sz w:val="24"/>
        </w:rPr>
        <w:t>Τὸ διὰ τῆς αἰγείρου ἄκοπον.</w:t>
      </w:r>
    </w:p>
    <w:p>
      <w:r>
        <w:rPr>
          <w:rFonts w:ascii="Courier New" w:hAnsi="Courier New"/>
          <w:color w:val="555555"/>
          <w:sz w:val="20"/>
        </w:rPr>
        <w:t>[4 . 131 . 1]</w:t>
      </w:r>
    </w:p>
    <w:p>
      <w:r>
        <w:rPr>
          <w:rFonts w:ascii="Gentium Plus" w:hAnsi="Gentium Plus"/>
          <w:sz w:val="24"/>
        </w:rPr>
        <w:t>Τῶν ἀνθῶν τῆς αἰγείρου μεμυκότων ἔτι μόδιος Ἰταλικὸς ἐμβάλ‐ λεται εἰς ἔλαιον τῶν λεπτομερῶν καὶ μὴ στυφόντων 𐆃 ιε ἢ κ· κάλλιον δ’ εἰ καὶ μετρίως ἐνθλασθὲν τὸ ἄνθος ἐμβληθείη, εἰ δὲ καὶ καθ’ ἑκάστην ἡμέραν κινοῖτο, καὶ μάλιστα ὅταν ἥλιος ᾖ θερμὸς ἐν οἴκῳ</w:t>
      </w:r>
    </w:p>
    <w:p>
      <w:r>
        <w:rPr>
          <w:rFonts w:ascii="Courier New" w:hAnsi="Courier New"/>
          <w:color w:val="555555"/>
          <w:sz w:val="20"/>
        </w:rPr>
        <w:t>[5]</w:t>
      </w:r>
    </w:p>
    <w:p>
      <w:r>
        <w:rPr>
          <w:rFonts w:ascii="Gentium Plus" w:hAnsi="Gentium Plus"/>
          <w:sz w:val="24"/>
        </w:rPr>
        <w:t>θερμῷ, θᾶττον ἂν οὗτος καὶ μᾶλλον ἡ τῆς αἰγείρου ποιότης τε καὶ δύναμις εἰς τοὔλαιον μετέλθοι, ὥστε σε μετὰ δύο που καὶ τρεῖς μῆνας ἐκθλίψαντα τὸ ἄνθος αὐτὸ μὲν ἀπορρίψαι, τὸ δ’ ἔλαιον ἔχειν διαττή‐</w:t>
      </w:r>
    </w:p>
    <w:p>
      <w:r>
        <w:rPr>
          <w:rFonts w:ascii="Courier New" w:hAnsi="Courier New"/>
          <w:color w:val="555555"/>
          <w:sz w:val="20"/>
        </w:rPr>
        <w:t>[4 . 131 . 2]</w:t>
      </w:r>
    </w:p>
    <w:p>
      <w:r>
        <w:rPr>
          <w:rFonts w:ascii="Gentium Plus" w:hAnsi="Gentium Plus"/>
          <w:sz w:val="24"/>
        </w:rPr>
        <w:t>σαντα δι’ ὀθόνης ἀδήκτως διαφορητικόν. καὶ μέντοι καὶ κηρὸν καὶ ῥητίνην ἔξεστιν ἐμβαλεῖν· ἱκανὸν δὲ τοῦ μὲν κηροῦ τὸ τέταρτον μέρος,</w:t>
      </w:r>
    </w:p>
    <w:p>
      <w:r>
        <w:rPr>
          <w:rFonts w:ascii="Courier New" w:hAnsi="Courier New"/>
          <w:color w:val="555555"/>
          <w:sz w:val="20"/>
        </w:rPr>
        <w:t>[4 . 131 . 3]</w:t>
      </w:r>
    </w:p>
    <w:p>
      <w:r>
        <w:rPr>
          <w:rFonts w:ascii="Gentium Plus" w:hAnsi="Gentium Plus"/>
          <w:sz w:val="24"/>
        </w:rPr>
        <w:t>τῆς δὲ ῥητίνης τὸ δωδέκατον ἐμβάλλειν. παχύτερον δ’ εἴ ποτε γένοιτο</w:t>
      </w:r>
    </w:p>
    <w:p>
      <w:r>
        <w:rPr>
          <w:rFonts w:ascii="Courier New" w:hAnsi="Courier New"/>
          <w:color w:val="555555"/>
          <w:sz w:val="20"/>
        </w:rPr>
        <w:t>[4 . 131 . 4]</w:t>
      </w:r>
    </w:p>
    <w:p>
      <w:r>
        <w:rPr>
          <w:rFonts w:ascii="Gentium Plus" w:hAnsi="Gentium Plus"/>
          <w:sz w:val="24"/>
        </w:rPr>
        <w:t>κηροῦ, καί ποτε καὶ τὸ ἕκτον. ἑψεῖν δ’ ἄμεινον ἐπ’ ἀγγείου διπλοῦ ἢ</w:t>
      </w:r>
    </w:p>
    <w:p>
      <w:r>
        <w:rPr>
          <w:rFonts w:ascii="Courier New" w:hAnsi="Courier New"/>
          <w:color w:val="555555"/>
          <w:sz w:val="20"/>
        </w:rPr>
        <w:t>[4 . 131 . 5]</w:t>
      </w:r>
    </w:p>
    <w:p>
      <w:r>
        <w:rPr>
          <w:rFonts w:ascii="Gentium Plus" w:hAnsi="Gentium Plus"/>
          <w:sz w:val="24"/>
        </w:rPr>
        <w:t>πάντως ἐπὶ πυρὸς ἀσθενοῦς, οἷόν ἐστι τὸ τῶν ἀνθράκων. τοῦτο τὸ φάρμακον ἐπιτήδειόν ἐστι πρὸς ἅπαντας τοὺς κόπους, τούς τε αὐτο‐</w:t>
      </w:r>
    </w:p>
    <w:p>
      <w:r>
        <w:rPr>
          <w:rFonts w:ascii="Courier New" w:hAnsi="Courier New"/>
          <w:color w:val="555555"/>
          <w:sz w:val="20"/>
        </w:rPr>
        <w:t>[4 . 131 . 6]</w:t>
      </w:r>
    </w:p>
    <w:p>
      <w:r>
        <w:rPr>
          <w:rFonts w:ascii="Gentium Plus" w:hAnsi="Gentium Plus"/>
          <w:sz w:val="24"/>
        </w:rPr>
        <w:t>μάτους καὶ τοὺς οὐκ αὐτομάτους, διαφοροῦν τοὺς κατὰ τὰς σάρκας τε καὶ τὸ δέρμα χυμοὺς τοὺς μὴ παντάπασιν παχεῖς καὶ γλίσχρους.</w:t>
      </w:r>
    </w:p>
    <w:p>
      <w:pPr>
        <w:jc w:val="center"/>
      </w:pPr>
      <w:r>
        <w:rPr>
          <w:rFonts w:ascii="Gentium Plus" w:hAnsi="Gentium Plus"/>
          <w:b/>
          <w:sz w:val="24"/>
        </w:rPr>
        <w:t>Περὶ τῶν ἄλλων διαφορητικῶν ἐλαίων.</w:t>
      </w:r>
    </w:p>
    <w:p>
      <w:r>
        <w:rPr>
          <w:rFonts w:ascii="Courier New" w:hAnsi="Courier New"/>
          <w:color w:val="555555"/>
          <w:sz w:val="20"/>
        </w:rPr>
        <w:t>[4 . 132 . 1]</w:t>
      </w:r>
    </w:p>
    <w:p>
      <w:r>
        <w:rPr>
          <w:rFonts w:ascii="Gentium Plus" w:hAnsi="Gentium Plus"/>
          <w:sz w:val="24"/>
        </w:rPr>
        <w:t>Καὶ τὸ ἐκ τοῦ χαμαιμήλου δ’ ἔλαιον διαφορεῖ καθ’ αὑτό τε καὶ μᾶλλον ἐπεμβληθέντος ὁμοίως κατὰ τὴν αὐτὴν συσταθμίαν κηροῦ τε</w:t>
      </w:r>
    </w:p>
    <w:p>
      <w:r>
        <w:rPr>
          <w:rFonts w:ascii="Courier New" w:hAnsi="Courier New"/>
          <w:color w:val="555555"/>
          <w:sz w:val="20"/>
        </w:rPr>
        <w:t>[4 . 132 . 2]</w:t>
      </w:r>
    </w:p>
    <w:p>
      <w:r>
        <w:rPr>
          <w:rFonts w:ascii="Gentium Plus" w:hAnsi="Gentium Plus"/>
          <w:sz w:val="24"/>
        </w:rPr>
        <w:t>καὶ ῥητίνης. διαφορητικὸν δ’ ἐστὶ καὶ τὸ ἀνήθινον ἔλαιον, εἴτε κατὰ</w:t>
      </w:r>
    </w:p>
    <w:p>
      <w:r>
        <w:rPr>
          <w:rFonts w:ascii="Courier New" w:hAnsi="Courier New"/>
          <w:color w:val="555555"/>
          <w:sz w:val="20"/>
        </w:rPr>
        <w:t>[4 . 132 . 3]</w:t>
      </w:r>
    </w:p>
    <w:p>
      <w:r>
        <w:rPr>
          <w:rFonts w:ascii="Gentium Plus" w:hAnsi="Gentium Plus"/>
          <w:sz w:val="24"/>
        </w:rPr>
        <w:t>μόνας, εἴτε σὺν κηρωτῇ καὶ ῥητίνῃ χρῷτό τις. ἑψεῖν δ’ ἐπ’ ἀγγείου</w:t>
      </w:r>
    </w:p>
    <w:p>
      <w:r>
        <w:rPr>
          <w:rFonts w:ascii="Courier New" w:hAnsi="Courier New"/>
          <w:color w:val="555555"/>
          <w:sz w:val="20"/>
        </w:rPr>
        <w:t>[4 . 132 . 4]</w:t>
      </w:r>
    </w:p>
    <w:p>
      <w:r>
        <w:rPr>
          <w:rFonts w:ascii="Gentium Plus" w:hAnsi="Gentium Plus"/>
          <w:sz w:val="24"/>
        </w:rPr>
        <w:t>διπλοῦ τὸ ἀνήθινον· ἄμεινον δ’ εἰ καὶ χλωρὸν εἴη τὸ ἄνηθον. καὶ ῥίζας δὲ τοῦ τεύτλου λευκοῦ καθεψήσας ἐν ἐλαίῳ καὶ ποιήσας, ὡς εἴρηται, διαφορητικὸν ἕξεις φάρμακον, ὥσπερ καὶ τοῦ σικύου τοῦ ἀγρίου τὴν ῥίζαν καὶ τῆς ἀλθαίας καὶ τῆς βρυωνίας.</w:t>
      </w:r>
    </w:p>
    <w:p>
      <w:pPr>
        <w:jc w:val="center"/>
      </w:pPr>
      <w:r>
        <w:rPr>
          <w:rFonts w:ascii="Gentium Plus" w:hAnsi="Gentium Plus"/>
          <w:b/>
          <w:sz w:val="24"/>
        </w:rPr>
        <w:t>Τροχίσκος ὁ Ἄνδρωνος.</w:t>
      </w:r>
    </w:p>
    <w:p>
      <w:r>
        <w:rPr>
          <w:rFonts w:ascii="Courier New" w:hAnsi="Courier New"/>
          <w:color w:val="555555"/>
          <w:sz w:val="20"/>
        </w:rPr>
        <w:t>[4 . 133 . 1]</w:t>
      </w:r>
    </w:p>
    <w:p>
      <w:r>
        <w:rPr>
          <w:rFonts w:ascii="Gentium Plus" w:hAnsi="Gentium Plus"/>
          <w:sz w:val="24"/>
        </w:rPr>
        <w:t>Σχιστῆς, σμύρνης ἀνὰ 𐅻 δ, χαλκάνθης 𐅻 β, λιβάνου 𐅻 η, κυπέρου 𐅻 ι, ἀριστολοχίας 𐅻 ιβ (ἔνιοι η), καὶ κηκίδων ὀμφακίνων 𐅻 η, γλυκέος τὸ αὔταρκες.</w:t>
      </w:r>
    </w:p>
    <w:p>
      <w:pPr>
        <w:jc w:val="center"/>
      </w:pPr>
      <w:r>
        <w:rPr>
          <w:rFonts w:ascii="Gentium Plus" w:hAnsi="Gentium Plus"/>
          <w:b/>
          <w:sz w:val="24"/>
        </w:rPr>
        <w:t>Ἡ διὰ κωδυῶν Γαληνοῦ.</w:t>
      </w:r>
    </w:p>
    <w:p>
      <w:r>
        <w:rPr>
          <w:rFonts w:ascii="Courier New" w:hAnsi="Courier New"/>
          <w:color w:val="555555"/>
          <w:sz w:val="20"/>
        </w:rPr>
        <w:t>[4 . 134 . 1]</w:t>
      </w:r>
    </w:p>
    <w:p>
      <w:r>
        <w:rPr>
          <w:rFonts w:ascii="Gentium Plus" w:hAnsi="Gentium Plus"/>
          <w:sz w:val="24"/>
        </w:rPr>
        <w:t>Ἐμβάλλειν εἰς τὸν ἕνα ξέστην τοῦ ὕδατος χρὴ κωδύας ι· προ‐ εμβρέχειν δ’ αὐτάς, ἂν μὲν ὦσιν ὑγρότεραί τε καὶ μαλακώτεραι, πρὸ μιᾶς ἡμέρας καὶ νυκτός, ἂν δὲ ξηρότεραι καὶ σκληρότεραι, πλείονι χρόνῳ τῆς μιᾶς ἡμέρας. ἄμεινόν γε μὴν τὰς μηδέπω σκληρὰς λαμβά‐</w:t>
      </w:r>
    </w:p>
    <w:p>
      <w:r>
        <w:rPr>
          <w:rFonts w:ascii="Courier New" w:hAnsi="Courier New"/>
          <w:color w:val="555555"/>
          <w:sz w:val="20"/>
        </w:rPr>
        <w:t>[5]</w:t>
      </w:r>
    </w:p>
    <w:p>
      <w:r>
        <w:rPr>
          <w:rFonts w:ascii="Gentium Plus" w:hAnsi="Gentium Plus"/>
          <w:sz w:val="24"/>
        </w:rPr>
        <w:t>νειν μηδὲ τὰς λίαν μαλακάς, παραιτεῖσθαι δὲ καὶ τὰς ἐξ ὑγρῶν λίαν</w:t>
      </w:r>
    </w:p>
    <w:p>
      <w:r>
        <w:rPr>
          <w:rFonts w:ascii="Courier New" w:hAnsi="Courier New"/>
          <w:color w:val="555555"/>
          <w:sz w:val="20"/>
        </w:rPr>
        <w:t>[4 . 134 . 2]</w:t>
      </w:r>
    </w:p>
    <w:p>
      <w:r>
        <w:rPr>
          <w:rFonts w:ascii="Gentium Plus" w:hAnsi="Gentium Plus"/>
          <w:sz w:val="24"/>
        </w:rPr>
        <w:t>χωρίων· ἐμβάλλειν δὲ καὶ τὰς δέκα κωδύας, ὡς εἶπον, τὰς μέσας κατὰ τὸ μέγεθος· δυνατὸν δὲ καί τινας μὲν μείζονας, τινὰς δ’ ἐλάττονας</w:t>
      </w:r>
    </w:p>
    <w:p>
      <w:r>
        <w:rPr>
          <w:rFonts w:ascii="Courier New" w:hAnsi="Courier New"/>
          <w:color w:val="555555"/>
          <w:sz w:val="20"/>
        </w:rPr>
        <w:t>[4 . 134 . 3]</w:t>
      </w:r>
    </w:p>
    <w:p>
      <w:r>
        <w:rPr>
          <w:rFonts w:ascii="Gentium Plus" w:hAnsi="Gentium Plus"/>
          <w:sz w:val="24"/>
        </w:rPr>
        <w:t>ἐμβάλλειν· σωθήσεται γὰρ καὶ οὕτως ἡ ἀναλογία. τῆς δ’ ἑψήσεως ὅρος ἔσται σοι, μέχρις ἂν ὅλαι τακεραὶ γένωνται· καὶ οὕτως ἐκθλιβέσθωσαν</w:t>
      </w:r>
    </w:p>
    <w:p>
      <w:r>
        <w:rPr>
          <w:rFonts w:ascii="Courier New" w:hAnsi="Courier New"/>
          <w:color w:val="555555"/>
          <w:sz w:val="20"/>
        </w:rPr>
        <w:t>[4 . 134 . 4]</w:t>
      </w:r>
    </w:p>
    <w:p>
      <w:r>
        <w:rPr>
          <w:rFonts w:ascii="Gentium Plus" w:hAnsi="Gentium Plus"/>
          <w:sz w:val="24"/>
        </w:rPr>
        <w:t>καὶ ῥιπτέσθωσαν αἱ κωδύαι. τῷ δ’ ὕδατι μιγνύσθω μέλιτος ἥμισυ μέτρον καὶ ἐπ’ ἀκάπνου πυρὸς ἑψέσθω μέχρι συστάσεως Ἀττικοῦ μέλιτος· ἐν</w:t>
      </w:r>
    </w:p>
    <w:p>
      <w:r>
        <w:rPr>
          <w:rFonts w:ascii="Courier New" w:hAnsi="Courier New"/>
          <w:color w:val="555555"/>
          <w:sz w:val="20"/>
        </w:rPr>
        <w:t>[4 . 134 . 5]</w:t>
      </w:r>
    </w:p>
    <w:p>
      <w:r>
        <w:rPr>
          <w:rFonts w:ascii="Gentium Plus" w:hAnsi="Gentium Plus"/>
          <w:sz w:val="24"/>
        </w:rPr>
        <w:t>ὀμβρίῳ δ’ ὕδατι ποιεῖσθαι τὴν ἕψησιν ἢ πηγαίῳ. χρῆσις δ’ αὐτοῦ τοῖς ὕπνου δεομένοις ἐστίν, οἷς καὶ τὴν δι’ ὀπίου συντεθειμένην πολλάκις ἀναγκαζόμεθα διδόναι· χρῄζουσι δὲ μάλιστα τοῦ φαρμάκου οἷς ἀπὸ κεφαλῆς εἰς τραχεῖαν ἀρτηρίαν καταρρεῖ ῥεῦμα λεπτόν, οὐκ ἐπιτρέπον</w:t>
      </w:r>
    </w:p>
    <w:p>
      <w:r>
        <w:rPr>
          <w:rFonts w:ascii="Courier New" w:hAnsi="Courier New"/>
          <w:color w:val="555555"/>
          <w:sz w:val="20"/>
        </w:rPr>
        <w:t>[4 . 134 . 6]</w:t>
      </w:r>
    </w:p>
    <w:p>
      <w:r>
        <w:rPr>
          <w:rFonts w:ascii="Gentium Plus" w:hAnsi="Gentium Plus"/>
          <w:sz w:val="24"/>
        </w:rPr>
        <w:t>κοιμᾶσθαι διὰ τὰς ἑπομένας βῆχας. ἐπὶ τῶν τοιούτων οὖν καὶ τὴν</w:t>
      </w:r>
    </w:p>
    <w:p>
      <w:r>
        <w:rPr>
          <w:rFonts w:ascii="Courier New" w:hAnsi="Courier New"/>
          <w:color w:val="555555"/>
          <w:sz w:val="20"/>
        </w:rPr>
        <w:t>[4 . 134 . 7]</w:t>
      </w:r>
    </w:p>
    <w:p>
      <w:r>
        <w:rPr>
          <w:rFonts w:ascii="Gentium Plus" w:hAnsi="Gentium Plus"/>
          <w:sz w:val="24"/>
        </w:rPr>
        <w:t>σκευασίαν τοῦ φαρμάκου δι’ ἑψήματος χρὴ ποιεῖσθαι. αὐτάρκης δ’ ἕψησις εἰς τὰ τοιαῦτά ἐστιν, ὅταν εἰς τὸ ἥμισυ τοῦ ὕδατος ἑψηθῶσιν</w:t>
      </w:r>
    </w:p>
    <w:p>
      <w:r>
        <w:rPr>
          <w:rFonts w:ascii="Courier New" w:hAnsi="Courier New"/>
          <w:color w:val="555555"/>
          <w:sz w:val="20"/>
        </w:rPr>
        <w:t>[4 . 134 . 8]</w:t>
      </w:r>
    </w:p>
    <w:p>
      <w:r>
        <w:rPr>
          <w:rFonts w:ascii="Gentium Plus" w:hAnsi="Gentium Plus"/>
          <w:sz w:val="24"/>
        </w:rPr>
        <w:t>αἱ κωδύαι. μιγνύναι δ’ ἑψομένῳ τῷ τοιούτῳ φαρμάκῳ καὶ γλυκυρρίζης</w:t>
      </w:r>
    </w:p>
    <w:p>
      <w:r>
        <w:rPr>
          <w:rFonts w:ascii="Courier New" w:hAnsi="Courier New"/>
          <w:color w:val="555555"/>
          <w:sz w:val="20"/>
        </w:rPr>
        <w:t>[4 . 134 . 9]</w:t>
      </w:r>
    </w:p>
    <w:p>
      <w:r>
        <w:rPr>
          <w:rFonts w:ascii="Gentium Plus" w:hAnsi="Gentium Plus"/>
          <w:sz w:val="24"/>
        </w:rPr>
        <w:t>ῥίζαν· ἂν δὲ περιέχηται κατὰ τὸν πνεύμονα καταρρεῦσαν ἐκ τῆς κε‐</w:t>
      </w:r>
    </w:p>
    <w:p>
      <w:r>
        <w:rPr>
          <w:rFonts w:ascii="Courier New" w:hAnsi="Courier New"/>
          <w:color w:val="555555"/>
          <w:sz w:val="20"/>
        </w:rPr>
        <w:t>[4 . 134 . 10]</w:t>
      </w:r>
    </w:p>
    <w:p>
      <w:r>
        <w:rPr>
          <w:rFonts w:ascii="Gentium Plus" w:hAnsi="Gentium Plus"/>
          <w:sz w:val="24"/>
        </w:rPr>
        <w:t>φαλῆς πλῆθος, ἡ διὰ τοῦ μέλιτος σκευασία βελτίων. πρὸς τὸ κατεπ‐ εῖγον οὖν ἱστάμενος, εἰς ὕπνον τρεπομένου τοῦ κάμνοντος, ἤτοι τοῦ διὰ μέλιτος ἢ τοῦ δι’ ἑψήματος δώσεις, καί ποτε καὶ μιγνὺς ἄμφω.</w:t>
      </w:r>
    </w:p>
    <w:p>
      <w:r>
        <w:rPr>
          <w:rFonts w:ascii="Courier New" w:hAnsi="Courier New"/>
          <w:color w:val="555555"/>
          <w:sz w:val="20"/>
        </w:rPr>
        <w:t>[4 . 134 . 11]</w:t>
      </w:r>
    </w:p>
    <w:p>
      <w:r>
        <w:rPr>
          <w:rFonts w:ascii="Gentium Plus" w:hAnsi="Gentium Plus"/>
          <w:sz w:val="24"/>
        </w:rPr>
        <w:t>ἡ δὲ σύμμετρος δόσις ἔστω σοι δυοῖν κοχλιαρίων ἀξιολόγων τὸ μέγεθος· αὐξήσεις δ’ αὐτὴν ἢ μειώσεις, ἀποβλέπων εἴς τε τὸ τοῦ σώματος μέ‐ γεθος καὶ τὴν ἡλικίαν καὶ τὴν ὥραν τοῦ ἔτους καὶ τὸ χωρίον· ἐν ἅπασι γὰρ τούτοις ἐπὶ μὲν τὸ ψυχρότερον ῥέπουσι δώσεις ἐλάχιστον,</w:t>
      </w:r>
    </w:p>
    <w:p>
      <w:r>
        <w:rPr>
          <w:rFonts w:ascii="Courier New" w:hAnsi="Courier New"/>
          <w:color w:val="555555"/>
          <w:sz w:val="20"/>
        </w:rPr>
        <w:t>[4 . 134 . 12]</w:t>
      </w:r>
    </w:p>
    <w:p>
      <w:r>
        <w:rPr>
          <w:rFonts w:ascii="Gentium Plus" w:hAnsi="Gentium Plus"/>
          <w:sz w:val="24"/>
        </w:rPr>
        <w:t>ἐπὶ δὲ τὸ θερμότερον δώσεις πλεῖστον. ὅτι δὲ καὶ πρὸς τὸ τοῦ κατάρρου ποσόν τε καὶ ποιὸν ἀποβλέπων ἢ πλεῖον ἢ ἔλαττον δώσεις, εὔδηλον.</w:t>
      </w:r>
    </w:p>
    <w:p>
      <w:pPr>
        <w:jc w:val="center"/>
      </w:pPr>
      <w:r>
        <w:rPr>
          <w:rFonts w:ascii="Gentium Plus" w:hAnsi="Gentium Plus"/>
          <w:b/>
          <w:sz w:val="24"/>
        </w:rPr>
        <w:t>Ἀνώδυνον τὸ μυστήριον πρὸς βηχικούς, φθισικούς, κοι‐ λιακούς, δυσεντερικούς, καταρροϊζομένους.</w:t>
      </w:r>
    </w:p>
    <w:p>
      <w:r>
        <w:rPr>
          <w:rFonts w:ascii="Courier New" w:hAnsi="Courier New"/>
          <w:color w:val="555555"/>
          <w:sz w:val="20"/>
        </w:rPr>
        <w:t>[4 . 135 . 1]</w:t>
      </w:r>
    </w:p>
    <w:p>
      <w:r>
        <w:rPr>
          <w:rFonts w:ascii="Gentium Plus" w:hAnsi="Gentium Plus"/>
          <w:sz w:val="24"/>
        </w:rPr>
        <w:t>Κρόκου, καστορίου, ἀσάρου, ὑοσκυάμου σπέρματος, ὀπίου, στύρακος ἀνὰ 𐅻 δ μέλιτι ἀναλαβὼν χρῶ· ἔνιοι ὑοσκυάμου τὸ ἥμισυ.</w:t>
      </w:r>
    </w:p>
    <w:p>
      <w:pPr>
        <w:jc w:val="center"/>
      </w:pPr>
      <w:r>
        <w:rPr>
          <w:rFonts w:ascii="Gentium Plus" w:hAnsi="Gentium Plus"/>
          <w:b/>
          <w:sz w:val="24"/>
        </w:rPr>
        <w:t>Ἡ Φίλωνος.</w:t>
      </w:r>
    </w:p>
    <w:p>
      <w:r>
        <w:rPr>
          <w:rFonts w:ascii="Courier New" w:hAnsi="Courier New"/>
          <w:color w:val="555555"/>
          <w:sz w:val="20"/>
        </w:rPr>
        <w:t>[4 . 136 . 1]</w:t>
      </w:r>
    </w:p>
    <w:p>
      <w:r>
        <w:rPr>
          <w:rFonts w:ascii="Gentium Plus" w:hAnsi="Gentium Plus"/>
          <w:sz w:val="24"/>
        </w:rPr>
        <w:t>Κρόκου 𐅻 ε, πυρέθρου, εὐφορβίου, νάρδου στάχυος ἀνὰ 𐅻 α, πε‐ πέρεως λευκοῦ 𐅻 κ, ὑοσκυάμου 𐅻 κ, ὀπίου 𐅻 ι.</w:t>
      </w:r>
    </w:p>
    <w:p>
      <w:pPr>
        <w:jc w:val="center"/>
      </w:pPr>
      <w:r>
        <w:rPr>
          <w:rFonts w:ascii="Gentium Plus" w:hAnsi="Gentium Plus"/>
          <w:b/>
          <w:sz w:val="24"/>
        </w:rPr>
        <w:t>Ἡ πικρὰ Γαληνοῦ.</w:t>
      </w:r>
    </w:p>
    <w:p>
      <w:r>
        <w:rPr>
          <w:rFonts w:ascii="Courier New" w:hAnsi="Courier New"/>
          <w:color w:val="555555"/>
          <w:sz w:val="20"/>
        </w:rPr>
        <w:t>[4 . 137 . 1]</w:t>
      </w:r>
    </w:p>
    <w:p>
      <w:r>
        <w:rPr>
          <w:rFonts w:ascii="Gentium Plus" w:hAnsi="Gentium Plus"/>
          <w:sz w:val="24"/>
        </w:rPr>
        <w:t>Ἀλόης 𐅻 ρ, κινναμώμου, νάρδου στάχυος, ξυλοβαλσάμου, μαστίχης,</w:t>
      </w:r>
    </w:p>
    <w:p>
      <w:r>
        <w:rPr>
          <w:rFonts w:ascii="Courier New" w:hAnsi="Courier New"/>
          <w:color w:val="555555"/>
          <w:sz w:val="20"/>
        </w:rPr>
        <w:t>[4 . 137 . 2]</w:t>
      </w:r>
    </w:p>
    <w:p>
      <w:r>
        <w:rPr>
          <w:rFonts w:ascii="Gentium Plus" w:hAnsi="Gentium Plus"/>
          <w:sz w:val="24"/>
        </w:rPr>
        <w:t>ἀσάρου, κρόκου ἀνὰ 𐅻 ϛ. ἐγὼ δ’ ἀλόης μὲν 𐅻 Ϟ, κρόκου δὲ 𐅻 ε βαλὼν</w:t>
      </w:r>
    </w:p>
    <w:p>
      <w:r>
        <w:rPr>
          <w:rFonts w:ascii="Courier New" w:hAnsi="Courier New"/>
          <w:color w:val="555555"/>
          <w:sz w:val="20"/>
        </w:rPr>
        <w:t>[4 . 137 . 3]</w:t>
      </w:r>
    </w:p>
    <w:p>
      <w:r>
        <w:rPr>
          <w:rFonts w:ascii="Gentium Plus" w:hAnsi="Gentium Plus"/>
          <w:sz w:val="24"/>
        </w:rPr>
        <w:t>οὕτως αὐτῷ χρῶμαι. ἡ δόσις 𐅻 α ἐν ὕδατι.</w:t>
      </w:r>
    </w:p>
    <w:p>
      <w:pPr>
        <w:jc w:val="center"/>
      </w:pPr>
      <w:r>
        <w:rPr>
          <w:rFonts w:ascii="Gentium Plus" w:hAnsi="Gentium Plus"/>
          <w:b/>
          <w:sz w:val="24"/>
        </w:rPr>
        <w:t>Τὰ διὰ τῆς ἀλόης Γαληνοῦ καταπότια καθαρτικά.</w:t>
      </w:r>
    </w:p>
    <w:p>
      <w:r>
        <w:rPr>
          <w:rFonts w:ascii="Courier New" w:hAnsi="Courier New"/>
          <w:color w:val="555555"/>
          <w:sz w:val="20"/>
        </w:rPr>
        <w:t>[4 . 138 . 1]</w:t>
      </w:r>
    </w:p>
    <w:p>
      <w:r>
        <w:rPr>
          <w:rFonts w:ascii="Gentium Plus" w:hAnsi="Gentium Plus"/>
          <w:sz w:val="24"/>
        </w:rPr>
        <w:t>Κολοκυνθίδος μέρος α, ἀλόης καὶ σκαμμωνίας ἑκατέρων β, ἀψινθίου χυλοῦ μέρος α.</w:t>
      </w:r>
    </w:p>
    <w:p>
      <w:pPr>
        <w:jc w:val="center"/>
      </w:pPr>
      <w:r>
        <w:rPr>
          <w:rFonts w:ascii="Gentium Plus" w:hAnsi="Gentium Plus"/>
          <w:b/>
          <w:sz w:val="24"/>
        </w:rPr>
        <w:t>Ἡ ἱερά.</w:t>
      </w:r>
    </w:p>
    <w:p>
      <w:r>
        <w:rPr>
          <w:rFonts w:ascii="Courier New" w:hAnsi="Courier New"/>
          <w:color w:val="555555"/>
          <w:sz w:val="20"/>
        </w:rPr>
        <w:t>[4 . 139 . 1]</w:t>
      </w:r>
    </w:p>
    <w:p>
      <w:r>
        <w:rPr>
          <w:rFonts w:ascii="Gentium Plus" w:hAnsi="Gentium Plus"/>
          <w:sz w:val="24"/>
        </w:rPr>
        <w:t>Σικυωνίας τῶν ἐντὸς 𐅻 κ, χαμαίδρυος, ἀγαρικοῦ ἀνὰ 𐅻 ι, σαγα‐ πηνοῦ, ὀποπάνακος ἀνὰ 𐅻 η, πετροσελίνου, ἀριστολοχίας στρογγύλης, πεπέρεως λευκοῦ ἀνὰ 𐅻 γ, κινναμώμου, στάχυος, κρόκου, σμύρνης,</w:t>
      </w:r>
    </w:p>
    <w:p>
      <w:pPr>
        <w:jc w:val="center"/>
      </w:pPr>
      <w:r>
        <w:rPr>
          <w:rFonts w:ascii="Gentium Plus" w:hAnsi="Gentium Plus"/>
          <w:b/>
          <w:sz w:val="24"/>
        </w:rPr>
        <w:t>Ὁ Διοσπολίτης.</w:t>
      </w:r>
    </w:p>
    <w:p>
      <w:r>
        <w:rPr>
          <w:rFonts w:ascii="Courier New" w:hAnsi="Courier New"/>
          <w:color w:val="555555"/>
          <w:sz w:val="20"/>
        </w:rPr>
        <w:t>[4 . 140 . 1]</w:t>
      </w:r>
    </w:p>
    <w:p>
      <w:r>
        <w:rPr>
          <w:rFonts w:ascii="Gentium Plus" w:hAnsi="Gentium Plus"/>
          <w:sz w:val="24"/>
        </w:rPr>
        <w:t>Κυμίνου, πεπέρεως μακροῦ ἢ λευκοῦ, πηγάνου, νίτρου, πάντων</w:t>
      </w:r>
    </w:p>
    <w:p>
      <w:r>
        <w:rPr>
          <w:rFonts w:ascii="Courier New" w:hAnsi="Courier New"/>
          <w:color w:val="555555"/>
          <w:sz w:val="20"/>
        </w:rPr>
        <w:t>[4 . 140 . 2]</w:t>
      </w:r>
    </w:p>
    <w:p>
      <w:r>
        <w:rPr>
          <w:rFonts w:ascii="Gentium Plus" w:hAnsi="Gentium Plus"/>
          <w:sz w:val="24"/>
        </w:rPr>
        <w:t>ἴσων, καὶ γίγνεται ὑπακτικώτερος γαστρός. ὅταν δὲ λάβῃ τῶν μὲν</w:t>
      </w:r>
    </w:p>
    <w:p>
      <w:r>
        <w:rPr>
          <w:rFonts w:ascii="Courier New" w:hAnsi="Courier New"/>
          <w:color w:val="555555"/>
          <w:sz w:val="20"/>
        </w:rPr>
        <w:t>[4 . 140 . 3]</w:t>
      </w:r>
    </w:p>
    <w:p>
      <w:r>
        <w:rPr>
          <w:rFonts w:ascii="Gentium Plus" w:hAnsi="Gentium Plus"/>
          <w:sz w:val="24"/>
        </w:rPr>
        <w:t>ἄλλων ἴσων, τοῦ νίτρου δὲ τὸ ἥμισυ, οὐχ ὁμοίως ὑπάγει. ἐμβρεχέσθω δὲ τὸ κύμινον ὄξει δριμυτάτῳ, κἄπειτα εὐθέως τριβέσθω ἢ πρότερον</w:t>
      </w:r>
    </w:p>
    <w:p>
      <w:r>
        <w:rPr>
          <w:rFonts w:ascii="Courier New" w:hAnsi="Courier New"/>
          <w:color w:val="555555"/>
          <w:sz w:val="20"/>
        </w:rPr>
        <w:t>[4 . 140 . 4]</w:t>
      </w:r>
    </w:p>
    <w:p>
      <w:r>
        <w:rPr>
          <w:rFonts w:ascii="Gentium Plus" w:hAnsi="Gentium Plus"/>
          <w:sz w:val="24"/>
        </w:rPr>
        <w:t>φρυγέσθω μετρίως ἐν ἀγγείῳ κεραμείῳ τελέως ὠπτημένῳ. ἔστω δὲ</w:t>
      </w:r>
    </w:p>
    <w:p>
      <w:r>
        <w:rPr>
          <w:rFonts w:ascii="Courier New" w:hAnsi="Courier New"/>
          <w:color w:val="555555"/>
          <w:sz w:val="20"/>
        </w:rPr>
        <w:t>[4 . 140 . 5]</w:t>
      </w:r>
    </w:p>
    <w:p>
      <w:r>
        <w:rPr>
          <w:rFonts w:ascii="Gentium Plus" w:hAnsi="Gentium Plus"/>
          <w:sz w:val="24"/>
        </w:rPr>
        <w:t>καὶ τὰ τοῦ πηγάνου φύλλα προεξηρασμένα συμμέτρως. τούτοις τοῖς τέσσαρσιν ἐνίοτε μὲν ἀναμίγνυται μέλι προαπηφρισμένον, ἐνίοτε δ’ οὐδέν, ἀλλὰ μόνα ξηρὰ πτισάνης ἐμβάλλεται χυλῷ, καὶ ὅτῳπερ ἂν</w:t>
      </w:r>
    </w:p>
    <w:p>
      <w:r>
        <w:rPr>
          <w:rFonts w:ascii="Courier New" w:hAnsi="Courier New"/>
          <w:color w:val="555555"/>
          <w:sz w:val="20"/>
        </w:rPr>
        <w:t>[4 . 140 . 6]</w:t>
      </w:r>
    </w:p>
    <w:p>
      <w:r>
        <w:rPr>
          <w:rFonts w:ascii="Gentium Plus" w:hAnsi="Gentium Plus"/>
          <w:sz w:val="24"/>
        </w:rPr>
        <w:t>τῶν ἄλλων ἐδεσμάτων μάλιστα πρέπειν δοκῇ. λαμβάνεται δὲ καὶ καθ’ ἑαυτὸ τὸ φάρμακον τοῦτο πρὸ τροφῆς τε καὶ μετὰ τροφήν· καὶ ἔστιν ἥδιον ἐν τῇ τοιαύτῃ χρήσει τὸ τῷ μέλιτι μιγνύμενον.</w:t>
      </w:r>
    </w:p>
    <w:p>
      <w:pPr>
        <w:jc w:val="center"/>
      </w:pPr>
      <w:r>
        <w:rPr>
          <w:rFonts w:ascii="Gentium Plus" w:hAnsi="Gentium Plus"/>
          <w:b/>
          <w:sz w:val="24"/>
        </w:rPr>
        <w:t>Τὸ διὰ τριῶν πεπέρεων τὸ ἁπλοῦν.</w:t>
      </w:r>
    </w:p>
    <w:p>
      <w:r>
        <w:rPr>
          <w:rFonts w:ascii="Courier New" w:hAnsi="Courier New"/>
          <w:color w:val="555555"/>
          <w:sz w:val="20"/>
        </w:rPr>
        <w:t>[4 . 141 . 1]</w:t>
      </w:r>
    </w:p>
    <w:p>
      <w:r>
        <w:rPr>
          <w:rFonts w:ascii="Gentium Plus" w:hAnsi="Gentium Plus"/>
          <w:sz w:val="24"/>
        </w:rPr>
        <w:t>Εἰς 𐅻 ν ἑκάστου τῶν τριῶν πεπέρεων ἀρκεῖ μιγνύειν ἀνήθων καὶ θύμων καὶ ζιγγιβέρεως ἑκάστου 𐅻 η· ἐμβάλλειν δὲ τῶν βοτανῶν τὴν κόμην ἅμα τοῖς ἄνθεσιν ἀποκρίνοντα τὸ ξυλῶδες· εἶτα πάντων ἅμα κοπέντων τε καὶ σησθέντων λεπτῷ κοσκίνῳ τὸ κάλλιστον ἀπηφρισμένον</w:t>
      </w:r>
    </w:p>
    <w:p>
      <w:r>
        <w:rPr>
          <w:rFonts w:ascii="Courier New" w:hAnsi="Courier New"/>
          <w:color w:val="555555"/>
          <w:sz w:val="20"/>
        </w:rPr>
        <w:t>[4 . 141 . 2]</w:t>
      </w:r>
    </w:p>
    <w:p>
      <w:r>
        <w:rPr>
          <w:rFonts w:ascii="Gentium Plus" w:hAnsi="Gentium Plus"/>
          <w:sz w:val="24"/>
        </w:rPr>
        <w:t>ἐπιμελῶς μιγνύσθω μέλι. διδόναι δ’ αὐτὸ δεῖ καὶ δὶς καὶ πλεονάκις ἑκάστῃ ἡμέρᾳ καὶ ἕωθεν καὶ πρὸ τροφῆς καὶ μετὰ τροφὴν καὶ καθυ‐</w:t>
      </w:r>
    </w:p>
    <w:p>
      <w:r>
        <w:rPr>
          <w:rFonts w:ascii="Courier New" w:hAnsi="Courier New"/>
          <w:color w:val="555555"/>
          <w:sz w:val="20"/>
        </w:rPr>
        <w:t>[4 . 141 . 3]</w:t>
      </w:r>
    </w:p>
    <w:p>
      <w:r>
        <w:rPr>
          <w:rFonts w:ascii="Gentium Plus" w:hAnsi="Gentium Plus"/>
          <w:sz w:val="24"/>
        </w:rPr>
        <w:t>πνοῦν μελλόντων. τὸ δὲ πλῆθος ἑκάστης δόσεως ἔστω κοχλιαρίου μεστόν, μικροῦ μὲν ἐπὶ μικρῶν σωμάτων, μεγίστου δ’ ἐπὶ μεγίστων.</w:t>
      </w:r>
    </w:p>
    <w:p>
      <w:pPr>
        <w:jc w:val="center"/>
      </w:pPr>
      <w:r>
        <w:rPr>
          <w:rFonts w:ascii="Gentium Plus" w:hAnsi="Gentium Plus"/>
          <w:b/>
          <w:sz w:val="24"/>
        </w:rPr>
        <w:t>Τὸ διὰ καλαμίνθης.</w:t>
      </w:r>
    </w:p>
    <w:p>
      <w:r>
        <w:rPr>
          <w:rFonts w:ascii="Courier New" w:hAnsi="Courier New"/>
          <w:color w:val="555555"/>
          <w:sz w:val="20"/>
        </w:rPr>
        <w:t>[4 . 142 . 1]</w:t>
      </w:r>
    </w:p>
    <w:p>
      <w:r>
        <w:rPr>
          <w:rFonts w:ascii="Gentium Plus" w:hAnsi="Gentium Plus"/>
          <w:sz w:val="24"/>
        </w:rPr>
        <w:t>Καλαμίνθης καὶ γλήχους καὶ πετροσελίνου καὶ σεσέλεως ἑκάστου 𐅻 ιβ, σελίνου σπέρματος, θύμου, κορύμβων ἀνὰ 𐅻 δ, λιβυστικὸν 𐅻 ϛ,</w:t>
      </w:r>
    </w:p>
    <w:p>
      <w:r>
        <w:rPr>
          <w:rFonts w:ascii="Courier New" w:hAnsi="Courier New"/>
          <w:color w:val="555555"/>
          <w:sz w:val="20"/>
        </w:rPr>
        <w:t>[4 . 142 . 2]</w:t>
      </w:r>
    </w:p>
    <w:p>
      <w:r>
        <w:rPr>
          <w:rFonts w:ascii="Gentium Plus" w:hAnsi="Gentium Plus"/>
          <w:sz w:val="24"/>
        </w:rPr>
        <w:t>πεπέρεως 𐅻 μη. τὰ μὲν ξηρὰ καὶ σκληρὰ τῶν βοτανῶν ἀπορρίπτειν, λαμβάνειν δὲ τὰ ἄκρα τῶν βοτανῶν σὺν τοῖς εὐθαλέσι φύλλοις καὶ τοῖς ἄνθεσι, κόπτειν δ’ ἅμα πάντα καὶ διαττᾶν λεπτοτάτῳ κοσκίνῳ·</w:t>
      </w:r>
    </w:p>
    <w:p>
      <w:r>
        <w:rPr>
          <w:rFonts w:ascii="Courier New" w:hAnsi="Courier New"/>
          <w:color w:val="555555"/>
          <w:sz w:val="20"/>
        </w:rPr>
        <w:t>[4 . 142 . 3]</w:t>
      </w:r>
    </w:p>
    <w:p>
      <w:r>
        <w:rPr>
          <w:rFonts w:ascii="Gentium Plus" w:hAnsi="Gentium Plus"/>
          <w:sz w:val="24"/>
        </w:rPr>
        <w:t>μιγνύειν δὲ τὸ κάλλιστον μέλι ἀκριβῶς ἀπηφρισμένον. ἡ δὲ χρῆσις αὐτοῦ γινέσθω μετὰ τὴν ἑωθινὴν ἀνάτριψιν πρὸ τῶν γυμνασίων καὶ</w:t>
      </w:r>
    </w:p>
    <w:p>
      <w:r>
        <w:rPr>
          <w:rFonts w:ascii="Courier New" w:hAnsi="Courier New"/>
          <w:color w:val="555555"/>
          <w:sz w:val="20"/>
        </w:rPr>
        <w:t>[4 . 142 . 4]</w:t>
      </w:r>
    </w:p>
    <w:p>
      <w:r>
        <w:rPr>
          <w:rFonts w:ascii="Gentium Plus" w:hAnsi="Gentium Plus"/>
          <w:sz w:val="24"/>
        </w:rPr>
        <w:t>λουτρῶν. ἔξεστι δὲ καὶ χωρὶς τοῦ μῖξαι τὸ μέλι ξηρῷ τῷ φαρμάκῳ χρῆσθαι παραπλησίως ἁλσίν· ἔξεστι δὲ καὶ εἰς πτισάνην ἐμβαλεῖν ἢ εἰς</w:t>
      </w:r>
    </w:p>
    <w:p>
      <w:r>
        <w:rPr>
          <w:rFonts w:ascii="Courier New" w:hAnsi="Courier New"/>
          <w:color w:val="555555"/>
          <w:sz w:val="20"/>
        </w:rPr>
        <w:t>[4 . 142 . 5]</w:t>
      </w:r>
    </w:p>
    <w:p>
      <w:r>
        <w:rPr>
          <w:rFonts w:ascii="Gentium Plus" w:hAnsi="Gentium Plus"/>
          <w:sz w:val="24"/>
        </w:rPr>
        <w:t>ὄξος ἤ τι τοιοῦτον ἀντὶ πεπέρεως. καὶ τὸ 〈σὺν τῷ〉 μέλιτι δὲ δυνατὸν</w:t>
      </w:r>
    </w:p>
    <w:p>
      <w:r>
        <w:rPr>
          <w:rFonts w:ascii="Courier New" w:hAnsi="Courier New"/>
          <w:color w:val="555555"/>
          <w:sz w:val="20"/>
        </w:rPr>
        <w:t>[4 . 142 . 6]</w:t>
      </w:r>
    </w:p>
    <w:p>
      <w:r>
        <w:rPr>
          <w:rFonts w:ascii="Gentium Plus" w:hAnsi="Gentium Plus"/>
          <w:sz w:val="24"/>
        </w:rPr>
        <w:t>ἀναμιγνύναι τοῖς ἐδέσμασιν. μετὰ μέντοι τὴν τροφὴν μηδὲ λαμβάνειν</w:t>
      </w:r>
    </w:p>
    <w:p>
      <w:pPr>
        <w:jc w:val="center"/>
      </w:pPr>
      <w:r>
        <w:rPr>
          <w:rFonts w:ascii="Gentium Plus" w:hAnsi="Gentium Plus"/>
          <w:b/>
          <w:sz w:val="24"/>
        </w:rPr>
        <w:t>Τὸ διὰ τοῦ χυλοῦ τῶν μήλων.</w:t>
      </w:r>
    </w:p>
    <w:p>
      <w:r>
        <w:rPr>
          <w:rFonts w:ascii="Courier New" w:hAnsi="Courier New"/>
          <w:color w:val="555555"/>
          <w:sz w:val="20"/>
        </w:rPr>
        <w:t>[4 . 143 . 1]</w:t>
      </w:r>
    </w:p>
    <w:p>
      <w:r>
        <w:rPr>
          <w:rFonts w:ascii="Gentium Plus" w:hAnsi="Gentium Plus"/>
          <w:sz w:val="24"/>
        </w:rPr>
        <w:t>Τὸ διὰ τοῦ χυλοῦ τῶν μήλων ἐπιτήδειόν ἐστι τοῖς τε ἀνορέκτοις</w:t>
      </w:r>
    </w:p>
    <w:p>
      <w:r>
        <w:rPr>
          <w:rFonts w:ascii="Courier New" w:hAnsi="Courier New"/>
          <w:color w:val="555555"/>
          <w:sz w:val="20"/>
        </w:rPr>
        <w:t>[4 . 143 . 2]</w:t>
      </w:r>
    </w:p>
    <w:p>
      <w:r>
        <w:rPr>
          <w:rFonts w:ascii="Gentium Plus" w:hAnsi="Gentium Plus"/>
          <w:sz w:val="24"/>
        </w:rPr>
        <w:t>καὶ τοῖς μὴ καλῶς πέττουσιν. ἔστι δ’ ἡ σκευασία τοιαύτη· τῶν κυδωνίων μήλων, τῶν μειζόνων καὶ ἡδέων, τοῦ χυλοῦ λαβόντας ξέστας δύο χρὴ μῖξαι μὲν μέλιτος ὡς καλλίστου τὸ ἴσον, ὄξους δὲ ξέστην α, καὶ ταῦτα ἐπ’ ἀνθράκων διακεκαυμένων ἑψήσαντα μετρίως καὶ ἀπαφρίσαντα μῖξαι</w:t>
      </w:r>
    </w:p>
    <w:p>
      <w:r>
        <w:rPr>
          <w:rFonts w:ascii="Courier New" w:hAnsi="Courier New"/>
          <w:color w:val="555555"/>
          <w:sz w:val="20"/>
        </w:rPr>
        <w:t>[5]</w:t>
      </w:r>
    </w:p>
    <w:p>
      <w:r>
        <w:rPr>
          <w:rFonts w:ascii="Gentium Plus" w:hAnsi="Gentium Plus"/>
          <w:sz w:val="24"/>
        </w:rPr>
        <w:t>ζιγγιβέρεως μὲν 𐆄 γ, πεπέρεως δὲ τοῦ λευκοῦ 𐆄 β, καὶ οὕτω πάλιν ἐπὶ τῶν διακεκαυμένων ἀνθράκων ἑψῆσαι μέχρι μελιτώδους συστάσεως.</w:t>
      </w:r>
    </w:p>
    <w:p>
      <w:r>
        <w:rPr>
          <w:rFonts w:ascii="Courier New" w:hAnsi="Courier New"/>
          <w:color w:val="555555"/>
          <w:sz w:val="20"/>
        </w:rPr>
        <w:t>[4 . 143 . 3]</w:t>
      </w:r>
    </w:p>
    <w:p>
      <w:r>
        <w:rPr>
          <w:rFonts w:ascii="Gentium Plus" w:hAnsi="Gentium Plus"/>
          <w:sz w:val="24"/>
        </w:rPr>
        <w:t>τοῦτο τὸ φάρμακον οὐ μόνον τοῖς ἄτονον ἔχουσι τὴν γαστέρα, ἀλλὰ</w:t>
      </w:r>
    </w:p>
    <w:p>
      <w:r>
        <w:rPr>
          <w:rFonts w:ascii="Courier New" w:hAnsi="Courier New"/>
          <w:color w:val="555555"/>
          <w:sz w:val="20"/>
        </w:rPr>
        <w:t>[4 . 143 . 4]</w:t>
      </w:r>
    </w:p>
    <w:p>
      <w:r>
        <w:rPr>
          <w:rFonts w:ascii="Gentium Plus" w:hAnsi="Gentium Plus"/>
          <w:sz w:val="24"/>
        </w:rPr>
        <w:t>καὶ τοῖς τὸ ἧπαρ, ὠφέλιμόν ἐστιν. εὔδηλον δ’ ὅτι μάλιστα μὲν αὐτὸ</w:t>
      </w:r>
    </w:p>
    <w:p>
      <w:r>
        <w:rPr>
          <w:rFonts w:ascii="Courier New" w:hAnsi="Courier New"/>
          <w:color w:val="555555"/>
          <w:sz w:val="20"/>
        </w:rPr>
        <w:t>[4 . 143 . 5]</w:t>
      </w:r>
    </w:p>
    <w:p>
      <w:r>
        <w:rPr>
          <w:rFonts w:ascii="Gentium Plus" w:hAnsi="Gentium Plus"/>
          <w:sz w:val="24"/>
        </w:rPr>
        <w:t>νῆστιν προσφέρεσθαι χρὴ πλῆθος ὅσον μύστρον. βλάπτει δ’ οὐδέν, οὐδ’</w:t>
      </w:r>
    </w:p>
    <w:p>
      <w:r>
        <w:rPr>
          <w:rFonts w:ascii="Courier New" w:hAnsi="Courier New"/>
          <w:color w:val="555555"/>
          <w:sz w:val="20"/>
        </w:rPr>
        <w:t>[4 . 143 . 6]</w:t>
      </w:r>
    </w:p>
    <w:p>
      <w:r>
        <w:rPr>
          <w:rFonts w:ascii="Gentium Plus" w:hAnsi="Gentium Plus"/>
          <w:sz w:val="24"/>
        </w:rPr>
        <w:t>ἂν μετὰ τροφὴν αὐτό τις λαμβάνῃ. καλῶς δ’ ἂν προσφέροιτο, καὶ εἰ</w:t>
      </w:r>
    </w:p>
    <w:p>
      <w:r>
        <w:rPr>
          <w:rFonts w:ascii="Courier New" w:hAnsi="Courier New"/>
          <w:color w:val="555555"/>
          <w:sz w:val="20"/>
        </w:rPr>
        <w:t>[4 . 143 . 7]</w:t>
      </w:r>
    </w:p>
    <w:p>
      <w:r>
        <w:rPr>
          <w:rFonts w:ascii="Gentium Plus" w:hAnsi="Gentium Plus"/>
          <w:sz w:val="24"/>
        </w:rPr>
        <w:t>προηριστηκώς τις εἴη, εἶτα δειπνεῖν μέλλων λάβοι. κάλλιστος δὲ καιρὸς</w:t>
      </w:r>
    </w:p>
    <w:p>
      <w:r>
        <w:rPr>
          <w:rFonts w:ascii="Courier New" w:hAnsi="Courier New"/>
          <w:color w:val="555555"/>
          <w:sz w:val="20"/>
        </w:rPr>
        <w:t>[4 . 143 . 8]</w:t>
      </w:r>
    </w:p>
    <w:p>
      <w:r>
        <w:rPr>
          <w:rFonts w:ascii="Gentium Plus" w:hAnsi="Gentium Plus"/>
          <w:sz w:val="24"/>
        </w:rPr>
        <w:t>ὁ πρὸ [τοῦ] δυοῖν ἢ τριῶν ὡρῶν τῆς τροφῆς. τοῖς μέντοι δύσκρατον ἔχουσι κατὰ θερμότητα τὴν γαστέρα καὶ τοῖς ὁπωσοῦν χολῆς πληρου‐ μένοις ἀφελὼν τό τε ζιγγίβερι καὶ τὸ πέπερι τὸν χυλὸν τῶν μήλων δίδου μετ’ ὄξους τε καὶ μέλιτος, ἑψήσας μόνον ἐν τῇ προγεγραμμένῃ</w:t>
      </w:r>
    </w:p>
    <w:p>
      <w:r>
        <w:rPr>
          <w:rFonts w:ascii="Courier New" w:hAnsi="Courier New"/>
          <w:color w:val="555555"/>
          <w:sz w:val="20"/>
        </w:rPr>
        <w:t>[5]</w:t>
      </w:r>
    </w:p>
    <w:p>
      <w:r>
        <w:rPr>
          <w:rFonts w:ascii="Gentium Plus" w:hAnsi="Gentium Plus"/>
          <w:sz w:val="24"/>
        </w:rPr>
        <w:t>συμμετρίᾳ.</w:t>
      </w:r>
    </w:p>
    <w:p>
      <w:pPr>
        <w:jc w:val="center"/>
      </w:pPr>
      <w:r>
        <w:rPr>
          <w:rFonts w:ascii="Gentium Plus" w:hAnsi="Gentium Plus"/>
          <w:b/>
          <w:sz w:val="24"/>
        </w:rPr>
        <w:t>Ὀξυμέλιτος σκευασία.</w:t>
      </w:r>
    </w:p>
    <w:p>
      <w:r>
        <w:rPr>
          <w:rFonts w:ascii="Courier New" w:hAnsi="Courier New"/>
          <w:color w:val="555555"/>
          <w:sz w:val="20"/>
        </w:rPr>
        <w:t>[4 . 144 . 1]</w:t>
      </w:r>
    </w:p>
    <w:p>
      <w:r>
        <w:rPr>
          <w:rFonts w:ascii="Gentium Plus" w:hAnsi="Gentium Plus"/>
          <w:sz w:val="24"/>
        </w:rPr>
        <w:t>Μέλι τὸ κάλλιστον ἐπ’ ἀνθράκων ἀπαφρίσαντας καὶ ἐπεμβαλόντας τοσοῦτον ὄξους, ὡς γευομένου μήτε ἄγαν ὀξὺ φαίνεσθαι μήτε γλυκύ, καὶ τοῦτο αὖθις ἑψεῖν ἐπ’ ἀνθράκων, ὡς ἑνωθῆναι τὰς ποιότητας αὐτῶν ἀκριβῶς καὶ μὴ φαίνεσθαι γευομένοις ὠμὸν τὸ ὄξος, εἶτ’ ἀπο‐</w:t>
      </w:r>
    </w:p>
    <w:p>
      <w:r>
        <w:rPr>
          <w:rFonts w:ascii="Courier New" w:hAnsi="Courier New"/>
          <w:color w:val="555555"/>
          <w:sz w:val="20"/>
        </w:rPr>
        <w:t>[5]</w:t>
      </w:r>
    </w:p>
    <w:p>
      <w:r>
        <w:rPr>
          <w:rFonts w:ascii="Gentium Plus" w:hAnsi="Gentium Plus"/>
          <w:sz w:val="24"/>
        </w:rPr>
        <w:t>θεμένους που μιγνύειν ἐπὶ τῆς χρήσεως ὕδωρ, οὕτω κεραννύντας ὡς</w:t>
      </w:r>
    </w:p>
    <w:p>
      <w:r>
        <w:rPr>
          <w:rFonts w:ascii="Courier New" w:hAnsi="Courier New"/>
          <w:color w:val="555555"/>
          <w:sz w:val="20"/>
        </w:rPr>
        <w:t>[4 . 144 . 2]</w:t>
      </w:r>
    </w:p>
    <w:p>
      <w:r>
        <w:rPr>
          <w:rFonts w:ascii="Gentium Plus" w:hAnsi="Gentium Plus"/>
          <w:sz w:val="24"/>
        </w:rPr>
        <w:t>οἶνον. βέλτιον μὲν οὖν ἐστι ταῖς τῶν λαμβανόντων αἰσθήσεσι κρίνειν</w:t>
      </w:r>
    </w:p>
    <w:p>
      <w:r>
        <w:rPr>
          <w:rFonts w:ascii="Courier New" w:hAnsi="Courier New"/>
          <w:color w:val="555555"/>
          <w:sz w:val="20"/>
        </w:rPr>
        <w:t>[4 . 144 . 3]</w:t>
      </w:r>
    </w:p>
    <w:p>
      <w:r>
        <w:rPr>
          <w:rFonts w:ascii="Gentium Plus" w:hAnsi="Gentium Plus"/>
          <w:sz w:val="24"/>
        </w:rPr>
        <w:t>τὸ σύμμετρον. τὴν δὲ πρώτην αὐτοῦ κρᾶσιν, ὡς ἂν μάλιστα τοῖς πλείστοις ἁρμόσειε, κατὰ τάδε ποιεῖσθαι χρή· ὄξους ἑνὶ μέρει διπλάσιον</w:t>
      </w:r>
    </w:p>
    <w:p>
      <w:r>
        <w:rPr>
          <w:rFonts w:ascii="Courier New" w:hAnsi="Courier New"/>
          <w:color w:val="555555"/>
          <w:sz w:val="20"/>
        </w:rPr>
        <w:t>[4 . 144 . 4]</w:t>
      </w:r>
    </w:p>
    <w:p>
      <w:r>
        <w:rPr>
          <w:rFonts w:ascii="Gentium Plus" w:hAnsi="Gentium Plus"/>
          <w:sz w:val="24"/>
        </w:rPr>
        <w:t>μιγνύσθω τοῦ τὸν ἀφρὸν ἀφῃρημένου μέλιτος. δι’ ὕδατος δ’ εὐθέως ἐξ ἀρχῆς οὕτω σκευάζειν· ὀξυμέλιτι μιγνύσθω τετραπλάσιον ὕδατος</w:t>
      </w:r>
    </w:p>
    <w:p>
      <w:r>
        <w:rPr>
          <w:rFonts w:ascii="Courier New" w:hAnsi="Courier New"/>
          <w:color w:val="555555"/>
          <w:sz w:val="20"/>
        </w:rPr>
        <w:t>[4 . 144 . 5]</w:t>
      </w:r>
    </w:p>
    <w:p>
      <w:r>
        <w:rPr>
          <w:rFonts w:ascii="Gentium Plus" w:hAnsi="Gentium Plus"/>
          <w:sz w:val="24"/>
        </w:rPr>
        <w:t>καλλίστου, κἄπειτα ἑψείσθω μετρίως, ἕως ἂν ὁ ἀφρὸς ἐφίστηται. σκευ‐ άζεται δὲ καὶ κατ’ ἀρχὰς εὐθέως τῶν τριῶν μιχθέντων· ἔσται δ’ ἓν μὲν ὄξους μέρος, δύο δὲ μέλιτος, ὕδατος δὲ τέσσαρα· καὶ ταῦτα ἑψεί‐ σθω μέχρι τοῦ τρίτου μέρους ἢ τετάρτου, τὸν ἀφρὸν ἀφαιρούντων</w:t>
      </w:r>
    </w:p>
    <w:p>
      <w:r>
        <w:rPr>
          <w:rFonts w:ascii="Courier New" w:hAnsi="Courier New"/>
          <w:color w:val="555555"/>
          <w:sz w:val="20"/>
        </w:rPr>
        <w:t>[4 . 144 . 6]</w:t>
      </w:r>
    </w:p>
    <w:p>
      <w:r>
        <w:rPr>
          <w:rFonts w:ascii="Gentium Plus" w:hAnsi="Gentium Plus"/>
          <w:sz w:val="24"/>
        </w:rPr>
        <w:t>ἡμῶν. εἰ δ’ ἰσχυρότερον αὐτὸ ποιῆσαι βούλοιο, τοσοῦτον ἐμβαλεῖς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